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鉴定为该溜子.mtl</w:t>
        <w:br/>
        <w:t>o Body_鉴定为该溜子</w:t>
        <w:br/>
        <w:t>v -7.347816 16.325777 0.490314</w:t>
        <w:br/>
        <w:t>v -7.359496 16.324619 0.489163</w:t>
        <w:br/>
        <w:t>v -7.357750 16.364435 0.508851</w:t>
        <w:br/>
        <w:t>v -6.650385 15.798394 0.102777</w:t>
        <w:br/>
        <w:t>v -6.655757 15.811397 0.092916</w:t>
        <w:br/>
        <w:t>v -6.666315 15.792343 0.105281</w:t>
        <w:br/>
        <w:t>v 0.775373 2.240121 -0.147105</w:t>
        <w:br/>
        <w:t>v 0.775442 2.405430 -0.138926</w:t>
        <w:br/>
        <w:t>v 0.720788 2.246922 -0.132204</w:t>
        <w:br/>
        <w:t>v 0.715756 2.402965 -0.127526</w:t>
        <w:br/>
        <w:t>v 0.708539 2.247757 -0.084179</w:t>
        <w:br/>
        <w:t>v 0.720788 2.246922 -0.132204</w:t>
        <w:br/>
        <w:t>v 0.715756 2.402965 -0.127526</w:t>
        <w:br/>
        <w:t>v 0.702179 2.404664 -0.081712</w:t>
        <w:br/>
        <w:t>v -0.075228 15.038868 1.944417</w:t>
        <w:br/>
        <w:t>v -0.106755 14.874844 1.943760</w:t>
        <w:br/>
        <w:t>v -0.085471 15.031296 1.984302</w:t>
        <w:br/>
        <w:t>v -0.119047 14.882746 1.990743</w:t>
        <w:br/>
        <w:t>v -6.678869 15.848873 0.148496</w:t>
        <w:br/>
        <w:t>v -6.671862 15.805270 0.095413</w:t>
        <w:br/>
        <w:t>v -6.660271 15.853671 0.148008</w:t>
        <w:br/>
        <w:t>v -6.655757 15.811397 0.092916</w:t>
        <w:br/>
        <w:t>v -6.671862 15.805270 0.095413</w:t>
        <w:br/>
        <w:t>v 6.562112 16.290321 -0.230440</w:t>
        <w:br/>
        <w:t>v 6.579129 16.255783 -0.279170</w:t>
        <w:br/>
        <w:t>v 6.618245 16.260166 -0.234724</w:t>
        <w:br/>
        <w:t>v 6.621042 16.253227 -0.247969</w:t>
        <w:br/>
        <w:t>v 6.714037 16.189608 -0.263211</w:t>
        <w:br/>
        <w:t>v 6.721093 16.200386 -0.240356</w:t>
        <w:br/>
        <w:t>v 6.742301 16.226185 -0.250347</w:t>
        <w:br/>
        <w:t>v 6.721093 16.200386 -0.240356</w:t>
        <w:br/>
        <w:t>v 6.714037 16.189608 -0.263211</w:t>
        <w:br/>
        <w:t>v 6.734114 16.207600 -0.287031</w:t>
        <w:br/>
        <w:t>v 6.734114 16.207600 -0.287031</w:t>
        <w:br/>
        <w:t>v 6.884662 16.135744 -0.271621</w:t>
        <w:br/>
        <w:t>v 6.742301 16.226185 -0.250347</w:t>
        <w:br/>
        <w:t>v 6.893650 16.151125 -0.240336</w:t>
        <w:br/>
        <w:t>v 6.713915 16.174444 -0.303480</w:t>
        <w:br/>
        <w:t>v 6.863424 16.102657 -0.289218</w:t>
        <w:br/>
        <w:t>v 6.713915 16.174444 -0.303480</w:t>
        <w:br/>
        <w:t>v 6.893650 16.151125 -0.240336</w:t>
        <w:br/>
        <w:t>v 6.884662 16.135744 -0.271621</w:t>
        <w:br/>
        <w:t>v 6.870116 16.112110 -0.245613</w:t>
        <w:br/>
        <w:t>v 6.863424 16.102657 -0.289218</w:t>
        <w:br/>
        <w:t>v 6.871737 16.119993 -0.229620</w:t>
        <w:br/>
        <w:t>v 6.863424 16.102657 -0.289218</w:t>
        <w:br/>
        <w:t>v 6.848300 16.074278 -0.265121</w:t>
        <w:br/>
        <w:t>v 6.848300 16.074278 -0.265121</w:t>
        <w:br/>
        <w:t>v 6.696728 16.147270 -0.279158</w:t>
        <w:br/>
        <w:t>v 6.696728 16.147270 -0.279158</w:t>
        <w:br/>
        <w:t>v 6.628741 16.052881 -0.171550</w:t>
        <w:br/>
        <w:t>v 6.579129 16.255783 -0.279170</w:t>
        <w:br/>
        <w:t>v 6.628741 16.052881 -0.171550</w:t>
        <w:br/>
        <w:t>v 6.714037 16.189608 -0.263211</w:t>
        <w:br/>
        <w:t>v 6.491234 16.117271 -0.186881</w:t>
        <w:br/>
        <w:t>v 6.777672 15.955521 -0.177850</w:t>
        <w:br/>
        <w:t>v 6.622510 16.029642 -0.180124</w:t>
        <w:br/>
        <w:t>v 6.622510 16.029642 -0.180124</w:t>
        <w:br/>
        <w:t>v 6.560801 15.976763 -0.013168</w:t>
        <w:br/>
        <w:t>v 6.560801 15.976763 -0.013168</w:t>
        <w:br/>
        <w:t>v 6.504588 16.183182 -0.180840</w:t>
        <w:br/>
        <w:t>v 6.491234 16.117271 -0.186881</w:t>
        <w:br/>
        <w:t>v 6.579129 16.255783 -0.279170</w:t>
        <w:br/>
        <w:t>v 6.562112 16.290321 -0.230440</w:t>
        <w:br/>
        <w:t>v 6.440679 16.093954 -0.005397</w:t>
        <w:br/>
        <w:t>v 6.435192 16.030445 -0.027000</w:t>
        <w:br/>
        <w:t>v 6.435192 16.030445 -0.027000</w:t>
        <w:br/>
        <w:t>v 6.405644 16.023308 0.210775</w:t>
        <w:br/>
        <w:t>v 6.426366 16.104895 0.199230</w:t>
        <w:br/>
        <w:t>v 6.532683 15.972379 0.216272</w:t>
        <w:br/>
        <w:t>v 6.405644 16.023308 0.210775</w:t>
        <w:br/>
        <w:t>v 6.438995 16.112774 0.404157</w:t>
        <w:br/>
        <w:t>v 6.438995 16.112774 0.404157</w:t>
        <w:br/>
        <w:t>v 6.441667 16.162954 0.389042</w:t>
        <w:br/>
        <w:t>v 6.555579 15.949278 -0.011286</w:t>
        <w:br/>
        <w:t>v 6.532683 15.972379 0.216272</w:t>
        <w:br/>
        <w:t>v 6.507064 16.259468 0.567869</w:t>
        <w:br/>
        <w:t>v 6.491737 16.282791 0.505691</w:t>
        <w:br/>
        <w:t>v 6.526629 16.262741 0.517139</w:t>
        <w:br/>
        <w:t>v 6.523572 16.259779 0.548983</w:t>
        <w:br/>
        <w:t>v 6.491737 16.282791 0.505691</w:t>
        <w:br/>
        <w:t>v 6.507064 16.259468 0.567869</w:t>
        <w:br/>
        <w:t>v 6.624510 16.200796 0.561024</w:t>
        <w:br/>
        <w:t>v 6.624510 16.200796 0.561024</w:t>
        <w:br/>
        <w:t>v 6.507064 16.259468 0.567869</w:t>
        <w:br/>
        <w:t>v 6.629065 16.207006 0.546144</w:t>
        <w:br/>
        <w:t>v 6.645538 16.234539 0.548904</w:t>
        <w:br/>
        <w:t>v 6.624510 16.200796 0.561024</w:t>
        <w:br/>
        <w:t>v 6.629065 16.207006 0.546144</w:t>
        <w:br/>
        <w:t>v 6.560727 16.059723 0.402594</w:t>
        <w:br/>
        <w:t>v 6.560727 16.059723 0.402594</w:t>
        <w:br/>
        <w:t>v 6.526011 15.947419 0.225052</w:t>
        <w:br/>
        <w:t>v 6.555215 16.038429 0.447872</w:t>
        <w:br/>
        <w:t>v 6.682139 15.877308 0.232629</w:t>
        <w:br/>
        <w:t>v 6.555579 15.949278 -0.011286</w:t>
        <w:br/>
        <w:t>v 6.526011 15.947419 0.225052</w:t>
        <w:br/>
        <w:t>v 6.555215 16.038429 0.447872</w:t>
        <w:br/>
        <w:t>v 6.711984 15.875731 0.004157</w:t>
        <w:br/>
        <w:t>v 6.615474 16.175734 0.591149</w:t>
        <w:br/>
        <w:t>v 6.711984 15.875731 0.004157</w:t>
        <w:br/>
        <w:t>v 6.729434 15.903393 0.005135</w:t>
        <w:br/>
        <w:t>v 6.777672 15.955521 -0.177850</w:t>
        <w:br/>
        <w:t>v 6.639489 16.218697 0.591827</w:t>
        <w:br/>
        <w:t>v 6.615474 16.175734 0.591149</w:t>
        <w:br/>
        <w:t>v 6.767917 16.103441 0.588428</w:t>
        <w:br/>
        <w:t>v 6.639489 16.218697 0.591827</w:t>
        <w:br/>
        <w:t>v 6.645538 16.234539 0.548904</w:t>
        <w:br/>
        <w:t>v 6.790453 16.147497 0.588395</w:t>
        <w:br/>
        <w:t>v 6.639489 16.218697 0.591827</w:t>
        <w:br/>
        <w:t>v 6.790453 16.147497 0.588395</w:t>
        <w:br/>
        <w:t>v 6.797411 16.160706 0.548965</w:t>
        <w:br/>
        <w:t>v 6.714363 15.973372 0.451328</w:t>
        <w:br/>
        <w:t>v 6.779180 16.122824 0.555286</w:t>
        <w:br/>
        <w:t>v 6.767917 16.103441 0.588428</w:t>
        <w:br/>
        <w:t>v 6.790453 16.147497 0.588395</w:t>
        <w:br/>
        <w:t>v 6.797411 16.160706 0.548965</w:t>
        <w:br/>
        <w:t>v 6.714363 15.973372 0.451328</w:t>
        <w:br/>
        <w:t>v 6.781611 16.130056 0.544862</w:t>
        <w:br/>
        <w:t>v 6.726219 15.986559 0.402671</w:t>
        <w:br/>
        <w:t>v 6.682139 15.877308 0.232629</w:t>
        <w:br/>
        <w:t>v 6.697909 15.904931 0.224280</w:t>
        <w:br/>
        <w:t>v 6.697909 15.904931 0.224280</w:t>
        <w:br/>
        <w:t>v 6.726219 15.986559 0.402671</w:t>
        <w:br/>
        <w:t>v 6.741027 15.886993 0.226551</w:t>
        <w:br/>
        <w:t>v 6.729434 15.903393 0.005135</w:t>
        <w:br/>
        <w:t>v 6.779180 16.122824 0.555286</w:t>
        <w:br/>
        <w:t>v 6.768990 15.967321 0.403074</w:t>
        <w:br/>
        <w:t>v 6.779180 16.122824 0.555286</w:t>
        <w:br/>
        <w:t>v 6.781611 16.130056 0.544862</w:t>
        <w:br/>
        <w:t>v 6.831061 16.096254 0.554118</w:t>
        <w:br/>
        <w:t>v 6.831061 16.096254 0.554118</w:t>
        <w:br/>
        <w:t>v 6.833381 16.103533 0.545142</w:t>
        <w:br/>
        <w:t>v 6.877038 15.826012 0.234881</w:t>
        <w:br/>
        <w:t>v 6.954105 16.029558 0.553029</w:t>
        <w:br/>
        <w:t>v 6.960443 16.036278 0.540014</w:t>
        <w:br/>
        <w:t>v 6.900548 15.904367 0.406634</w:t>
        <w:br/>
        <w:t>v 6.954105 16.029558 0.553029</w:t>
        <w:br/>
        <w:t>v 6.960443 16.036278 0.540014</w:t>
        <w:br/>
        <w:t>v 6.984050 16.075401 0.548512</w:t>
        <w:br/>
        <w:t>v 6.954105 16.029558 0.553029</w:t>
        <w:br/>
        <w:t>v 6.764935 15.887654 0.009011</w:t>
        <w:br/>
        <w:t>v 6.968204 16.046015 0.603396</w:t>
        <w:br/>
        <w:t>v 6.789217 15.976561 -0.154422</w:t>
        <w:br/>
        <w:t>v 6.789217 15.976561 -0.154422</w:t>
        <w:br/>
        <w:t>v 6.825827 15.958848 -0.150560</w:t>
        <w:br/>
        <w:t>v 6.870116 16.112110 -0.245613</w:t>
        <w:br/>
        <w:t>v 6.901098 15.823969 0.023691</w:t>
        <w:br/>
        <w:t>v 6.914675 16.089613 -0.240667</w:t>
        <w:br/>
        <w:t>v 6.871737 16.119993 -0.229620</w:t>
        <w:br/>
        <w:t>v 6.870116 16.112110 -0.245613</w:t>
        <w:br/>
        <w:t>v 6.914675 16.089613 -0.240667</w:t>
        <w:br/>
        <w:t>v 6.918015 16.094879 -0.226424</w:t>
        <w:br/>
        <w:t>v 6.963562 15.890769 -0.138162</w:t>
        <w:br/>
        <w:t>v 7.042291 16.021898 -0.226412</w:t>
        <w:br/>
        <w:t>v 7.042291 16.021898 -0.226412</w:t>
        <w:br/>
        <w:t>v 7.044237 16.029139 -0.207670</w:t>
        <w:br/>
        <w:t>v 7.042291 16.021898 -0.226412</w:t>
        <w:br/>
        <w:t>v 7.054553 16.050179 -0.213486</w:t>
        <w:br/>
        <w:t>v 7.044237 16.029139 -0.207670</w:t>
        <w:br/>
        <w:t>v 6.901098 15.823969 0.023691</w:t>
        <w:br/>
        <w:t>v 6.892950 15.797190 0.014364</w:t>
        <w:br/>
        <w:t>v 6.963562 15.890769 -0.138162</w:t>
        <w:br/>
        <w:t>v 6.877038 15.826012 0.234881</w:t>
        <w:br/>
        <w:t>v 7.053367 16.039148 -0.242533</w:t>
        <w:br/>
        <w:t>v 6.866782 15.796163 0.250957</w:t>
        <w:br/>
        <w:t>v 6.900548 15.904367 0.406634</w:t>
        <w:br/>
        <w:t>v 7.053367 16.039148 -0.242533</w:t>
        <w:br/>
        <w:t>v 7.203734 15.962210 -0.230667</w:t>
        <w:br/>
        <w:t>v 7.054553 16.050179 -0.213486</w:t>
        <w:br/>
        <w:t>v 7.207552 15.974270 -0.192892</w:t>
        <w:br/>
        <w:t>v 6.890136 15.880476 0.450682</w:t>
        <w:br/>
        <w:t>v 7.035603 16.000931 -0.255969</w:t>
        <w:br/>
        <w:t>v 7.035603 16.000931 -0.255969</w:t>
        <w:br/>
        <w:t>v 6.950651 16.011488 0.589921</w:t>
        <w:br/>
        <w:t>v 7.021718 15.973943 -0.237749</w:t>
        <w:br/>
        <w:t>v 6.968204 16.046015 0.603396</w:t>
        <w:br/>
        <w:t>v 7.117185 15.971223 0.604969</w:t>
        <w:br/>
        <w:t>v 6.950651 16.011488 0.589921</w:t>
        <w:br/>
        <w:t>v 6.984050 16.075401 0.548512</w:t>
        <w:br/>
        <w:t>v 7.117185 15.971223 0.604969</w:t>
        <w:br/>
        <w:t>v 6.968204 16.046015 0.603396</w:t>
        <w:br/>
        <w:t>v 7.135707 15.998692 0.548910</w:t>
        <w:br/>
        <w:t>v 7.102384 15.935030 0.593036</w:t>
        <w:br/>
        <w:t>v 6.890136 15.880476 0.450682</w:t>
        <w:br/>
        <w:t>v 7.117185 15.971223 0.604969</w:t>
        <w:br/>
        <w:t>v 7.135707 15.998692 0.548910</w:t>
        <w:br/>
        <w:t>v 7.108789 15.943544 0.554263</w:t>
        <w:br/>
        <w:t>v 7.102384 15.935030 0.593036</w:t>
        <w:br/>
        <w:t>v 7.115336 15.951626 0.536337</w:t>
        <w:br/>
        <w:t>v 7.160498 15.927611 0.535694</w:t>
        <w:br/>
        <w:t>v 7.108789 15.943544 0.554263</w:t>
        <w:br/>
        <w:t>v 7.115336 15.951626 0.536337</w:t>
        <w:br/>
        <w:t>v 7.206698 15.895294 0.538706</w:t>
        <w:br/>
        <w:t>v 7.200552 15.886681 0.556273</w:t>
        <w:br/>
        <w:t>v 7.049056 15.814592 0.459947</w:t>
        <w:br/>
        <w:t>v 7.049056 15.814592 0.459947</w:t>
        <w:br/>
        <w:t>v 7.018729 15.723783 0.260586</w:t>
        <w:br/>
        <w:t>v 6.866782 15.796163 0.250957</w:t>
        <w:br/>
        <w:t>v 6.892950 15.797190 0.014364</w:t>
        <w:br/>
        <w:t>v 7.057985 15.826899 0.412645</w:t>
        <w:br/>
        <w:t>v 7.018729 15.723783 0.260586</w:t>
        <w:br/>
        <w:t>v 7.200552 15.886681 0.556273</w:t>
        <w:br/>
        <w:t>v 7.148372 15.781504 0.416864</w:t>
        <w:br/>
        <w:t>v 7.108789 15.943544 0.554263</w:t>
        <w:br/>
        <w:t>v 7.057985 15.826899 0.412645</w:t>
        <w:br/>
        <w:t>v 7.033258 15.753855 0.245438</w:t>
        <w:br/>
        <w:t>v 7.200552 15.886681 0.556273</w:t>
        <w:br/>
        <w:t>v 7.206698 15.895294 0.538706</w:t>
        <w:br/>
        <w:t>v 7.148372 15.781504 0.416864</w:t>
        <w:br/>
        <w:t>v 7.212857 15.896679 0.508598</w:t>
        <w:br/>
        <w:t>v 7.165400 15.797606 0.403036</w:t>
        <w:br/>
        <w:t>v 7.152230 15.756781 0.256665</w:t>
        <w:br/>
        <w:t>v 7.124426 15.710822 0.252035</w:t>
        <w:br/>
        <w:t>v 7.124426 15.710822 0.252035</w:t>
        <w:br/>
        <w:t>v 7.033258 15.753855 0.245438</w:t>
        <w:br/>
        <w:t>v 7.167897 15.763421 0.063679</w:t>
        <w:br/>
        <w:t>v 7.041005 15.719839 0.026467</w:t>
        <w:br/>
        <w:t>v 7.041005 15.719839 0.026467</w:t>
        <w:br/>
        <w:t>v 7.053367 15.750587 0.040534</w:t>
        <w:br/>
        <w:t>v 7.053367 15.750587 0.040534</w:t>
        <w:br/>
        <w:t>v 7.139813 15.708038 0.050270</w:t>
        <w:br/>
        <w:t>v 7.139813 15.708038 0.050270</w:t>
        <w:br/>
        <w:t>v 7.202741 15.813065 -0.078904</w:t>
        <w:br/>
        <w:t>v 7.117403 15.812470 -0.124364</w:t>
        <w:br/>
        <w:t>v 7.117403 15.812470 -0.124364</w:t>
        <w:br/>
        <w:t>v 7.190766 15.774426 -0.117830</w:t>
        <w:br/>
        <w:t>v 7.190766 15.774426 -0.117830</w:t>
        <w:br/>
        <w:t>v 7.267581 15.901023 -0.160086</w:t>
        <w:br/>
        <w:t>v 7.266118 15.899239 -0.201685</w:t>
        <w:br/>
        <w:t>v 7.266118 15.899239 -0.201685</w:t>
        <w:br/>
        <w:t>v 7.191228 15.940732 -0.209891</w:t>
        <w:br/>
        <w:t>v 7.196038 15.947973 -0.185184</w:t>
        <w:br/>
        <w:t>v 7.191228 15.940732 -0.209891</w:t>
        <w:br/>
        <w:t>v 7.266118 15.899239 -0.201685</w:t>
        <w:br/>
        <w:t>v 7.267581 15.901023 -0.160086</w:t>
        <w:br/>
        <w:t>v 7.207552 15.974270 -0.192892</w:t>
        <w:br/>
        <w:t>v 7.191228 15.940732 -0.209891</w:t>
        <w:br/>
        <w:t>v 7.196038 15.947973 -0.185184</w:t>
        <w:br/>
        <w:t>v 7.203734 15.962210 -0.230667</w:t>
        <w:br/>
        <w:t>v 7.185553 15.923740 -0.244377</w:t>
        <w:br/>
        <w:t>v 7.185553 15.923740 -0.244377</w:t>
        <w:br/>
        <w:t>v 7.171454 15.896755 -0.225808</w:t>
        <w:br/>
        <w:t>v 7.171454 15.896755 -0.225808</w:t>
        <w:br/>
        <w:t>v 7.021718 15.973943 -0.237749</w:t>
        <w:br/>
        <w:t>v 7.109257 15.794528 -0.143812</w:t>
        <w:br/>
        <w:t>v 7.109257 15.794528 -0.143812</w:t>
        <w:br/>
        <w:t>v 6.967702 15.871518 -0.152319</w:t>
        <w:br/>
        <w:t>v 6.967702 15.871518 -0.152319</w:t>
        <w:br/>
        <w:t>v -1.695096 2.382825 -0.045197</w:t>
        <w:br/>
        <w:t>v -1.679075 2.231889 -0.053625</w:t>
        <w:br/>
        <w:t>v -1.668815 2.381163 -0.090828</w:t>
        <w:br/>
        <w:t>v -1.659216 2.231198 -0.101172</w:t>
        <w:br/>
        <w:t>v -1.610884 2.386559 -0.101603</w:t>
        <w:br/>
        <w:t>v -1.605844 2.225130 -0.117066</w:t>
        <w:br/>
        <w:t>v -1.037778 1.554192 0.707928</w:t>
        <w:br/>
        <w:t>v -1.034966 1.640599 0.689744</w:t>
        <w:br/>
        <w:t>v -1.049680 1.500669 0.638764</w:t>
        <w:br/>
        <w:t>v -1.033804 1.660713 0.603117</w:t>
        <w:br/>
        <w:t>v -1.037260 1.592287 0.529275</w:t>
        <w:br/>
        <w:t>v -1.037089 1.679505 0.523844</w:t>
        <w:br/>
        <w:t>v -1.028332 1.714307 0.363027</w:t>
        <w:br/>
        <w:t>v -1.042744 1.766894 0.423997</w:t>
        <w:br/>
        <w:t>v -1.037089 1.679505 0.523844</w:t>
        <w:br/>
        <w:t>v -1.033804 1.660713 0.603117</w:t>
        <w:br/>
        <w:t>v -1.226526 1.730993 0.567346</w:t>
        <w:br/>
        <w:t>v -1.042744 1.766894 0.423997</w:t>
        <w:br/>
        <w:t>v -1.034966 1.640599 0.689744</w:t>
        <w:br/>
        <w:t>v -1.224300 1.679146 0.625212</w:t>
        <w:br/>
        <w:t>v -1.229797 1.839038 0.511304</w:t>
        <w:br/>
        <w:t>v -1.050922 1.898437 0.368100</w:t>
        <w:br/>
        <w:t>v -1.225848 1.647055 0.707186</w:t>
        <w:br/>
        <w:t>v -1.389902 1.619258 0.657903</w:t>
        <w:br/>
        <w:t>v -1.219318 1.560322 0.741231</w:t>
        <w:br/>
        <w:t>v -1.037778 1.554192 0.707928</w:t>
        <w:br/>
        <w:t>v -1.383155 1.551847 0.686692</w:t>
        <w:br/>
        <w:t>v -1.219318 1.560322 0.741231</w:t>
        <w:br/>
        <w:t>v -1.216132 1.504790 0.689202</w:t>
        <w:br/>
        <w:t>v -1.383155 1.551847 0.686692</w:t>
        <w:br/>
        <w:t>v -1.049680 1.500669 0.638764</w:t>
        <w:br/>
        <w:t>v -1.380254 1.493870 0.616725</w:t>
        <w:br/>
        <w:t>v -1.390086 1.650607 0.573823</w:t>
        <w:br/>
        <w:t>v -1.390086 1.650607 0.573823</w:t>
        <w:br/>
        <w:t>v -1.389902 1.619258 0.657903</w:t>
        <w:br/>
        <w:t>v -1.380254 1.493870 0.616725</w:t>
        <w:br/>
        <w:t>v -1.383155 1.551847 0.686692</w:t>
        <w:br/>
        <w:t>v -1.381915 1.625286 0.494102</w:t>
        <w:br/>
        <w:t>v -1.383507 1.679679 0.498103</w:t>
        <w:br/>
        <w:t>v -1.383507 1.679679 0.498103</w:t>
        <w:br/>
        <w:t>v -1.381808 1.721997 0.390769</w:t>
        <w:br/>
        <w:t>v -1.379680 1.758614 0.399721</w:t>
        <w:br/>
        <w:t>v -1.229797 1.839038 0.511304</w:t>
        <w:br/>
        <w:t>v -1.378029 1.885254 0.340310</w:t>
        <w:br/>
        <w:t>v -1.226380 1.941881 0.457496</w:t>
        <w:br/>
        <w:t>v -1.226380 1.941881 0.457496</w:t>
        <w:br/>
        <w:t>v -1.374442 1.995109 0.307234</w:t>
        <w:br/>
        <w:t>v -1.052748 2.003524 0.320836</w:t>
        <w:br/>
        <w:t>v -1.224551 2.034193 0.428948</w:t>
        <w:br/>
        <w:t>v -1.224551 2.034193 0.428948</w:t>
        <w:br/>
        <w:t>v -1.369862 2.112339 0.273160</w:t>
        <w:br/>
        <w:t>v -1.053996 2.113385 0.271886</w:t>
        <w:br/>
        <w:t>v -1.221582 2.126825 0.400754</w:t>
        <w:br/>
        <w:t>v -1.221582 2.126825 0.400754</w:t>
        <w:br/>
        <w:t>v -1.375118 2.222297 0.266958</w:t>
        <w:br/>
        <w:t>v -1.045106 2.229055 0.261618</w:t>
        <w:br/>
        <w:t>v -1.219080 2.234997 0.393156</w:t>
        <w:br/>
        <w:t>v -1.219080 2.234997 0.393156</w:t>
        <w:br/>
        <w:t>v -1.385291 2.368807 0.268888</w:t>
        <w:br/>
        <w:t>v -1.034734 2.372613 0.252871</w:t>
        <w:br/>
        <w:t>v -1.216545 2.378044 0.391117</w:t>
        <w:br/>
        <w:t>v -1.216545 2.378044 0.391117</w:t>
        <w:br/>
        <w:t>v -1.406573 2.722771 0.291177</w:t>
        <w:br/>
        <w:t>v -1.214308 2.718144 0.422541</w:t>
        <w:br/>
        <w:t>v -1.214308 2.718144 0.422541</w:t>
        <w:br/>
        <w:t>v -1.025406 2.749497 0.244952</w:t>
        <w:br/>
        <w:t>v -1.404115 2.946806 0.349592</w:t>
        <w:br/>
        <w:t>v -1.511421 2.859356 0.179842</w:t>
        <w:br/>
        <w:t>v -1.497134 2.724073 0.177588</w:t>
        <w:br/>
        <w:t>v -1.577304 2.791285 -0.007013</w:t>
        <w:br/>
        <w:t>v -1.566920 2.716180 -0.002902</w:t>
        <w:br/>
        <w:t>v -1.603359 2.726379 -0.187446</w:t>
        <w:br/>
        <w:t>v -1.224560 2.972911 0.441116</w:t>
        <w:br/>
        <w:t>v -1.441495 3.539357 0.436352</w:t>
        <w:br/>
        <w:t>v -1.242862 3.535042 0.513925</w:t>
        <w:br/>
        <w:t>v -1.061473 3.546384 0.451905</w:t>
        <w:br/>
        <w:t>v -1.061796 2.956708 0.364304</w:t>
        <w:br/>
        <w:t>v -0.936999 2.892181 0.177361</w:t>
        <w:br/>
        <w:t>v -0.915679 2.750443 0.103083</w:t>
        <w:br/>
        <w:t>v -0.855221 2.815629 -0.020079</w:t>
        <w:br/>
        <w:t>v -0.859329 2.746985 -0.018853</w:t>
        <w:br/>
        <w:t>v -0.825463 2.763288 -0.161860</w:t>
        <w:br/>
        <w:t>v -0.745421 2.398450 -0.088207</w:t>
        <w:br/>
        <w:t>v -0.737929 2.243634 -0.045369</w:t>
        <w:br/>
        <w:t>v -0.731754 2.400201 -0.042422</w:t>
        <w:br/>
        <w:t>v -0.750368 2.242865 -0.093346</w:t>
        <w:br/>
        <w:t>v -0.745421 2.398450 -0.088207</w:t>
        <w:br/>
        <w:t>v -0.805127 2.400984 -0.099497</w:t>
        <w:br/>
        <w:t>v -0.750368 2.242865 -0.093346</w:t>
        <w:br/>
        <w:t>v -0.805014 2.236078 -0.108041</w:t>
        <w:br/>
        <w:t>v 1.639090 2.384342 -0.131926</w:t>
        <w:br/>
        <w:t>v 1.649604 2.236106 -0.096116</w:t>
        <w:br/>
        <w:t>v 1.665460 2.385895 -0.086341</w:t>
        <w:br/>
        <w:t>v 1.629557 2.235345 -0.143585</w:t>
        <w:br/>
        <w:t>v 1.581148 2.389839 -0.142582</w:t>
        <w:br/>
        <w:t>v 1.576125 2.229249 -0.159261</w:t>
        <w:br/>
        <w:t>v 1.629557 2.235345 -0.143585</w:t>
        <w:br/>
        <w:t>v 1.576125 2.229249 -0.159261</w:t>
        <w:br/>
        <w:t>v 1.563010 2.226509 -0.061270</w:t>
        <w:br/>
        <w:t>v 1.636750 2.235540 -0.067182</w:t>
        <w:br/>
        <w:t>v 1.649604 2.236106 -0.096116</w:t>
        <w:br/>
        <w:t>v 1.636750 2.235540 -0.067182</w:t>
        <w:br/>
        <w:t>v 1.563010 2.226509 -0.061270</w:t>
        <w:br/>
        <w:t>v 1.572304 2.385324 -0.057085</w:t>
        <w:br/>
        <w:t>v 1.572304 2.385324 -0.057085</w:t>
        <w:br/>
        <w:t>v 1.581148 2.389839 -0.142582</w:t>
        <w:br/>
        <w:t>v 1.639090 2.384342 -0.131926</w:t>
        <w:br/>
        <w:t>v 1.655173 2.385290 -0.059453</w:t>
        <w:br/>
        <w:t>v 1.655173 2.385290 -0.059453</w:t>
        <w:br/>
        <w:t>v 1.636750 2.235540 -0.067182</w:t>
        <w:br/>
        <w:t>v 1.655173 2.385290 -0.059453</w:t>
        <w:br/>
        <w:t>v 1.665460 2.385895 -0.086341</w:t>
        <w:br/>
        <w:t>v 1.014885 1.650863 0.654561</w:t>
        <w:br/>
        <w:t>v 1.018142 1.564611 0.673393</w:t>
        <w:br/>
        <w:t>v 1.029623 1.510587 0.604549</w:t>
        <w:br/>
        <w:t>v 1.012907 1.670294 0.567793</w:t>
        <w:br/>
        <w:t>v 1.015951 1.601303 0.494460</w:t>
        <w:br/>
        <w:t>v 1.012907 1.670294 0.567793</w:t>
        <w:br/>
        <w:t>v 1.203524 1.689520 0.588088</w:t>
        <w:br/>
        <w:t>v 1.014885 1.650863 0.654561</w:t>
        <w:br/>
        <w:t>v 1.015442 1.688474 0.488350</w:t>
        <w:br/>
        <w:t>v 1.005177 1.721986 0.327348</w:t>
        <w:br/>
        <w:t>v 1.019941 1.775097 0.387779</w:t>
        <w:br/>
        <w:t>v 1.015442 1.688474 0.488350</w:t>
        <w:br/>
        <w:t>v 1.205076 1.740920 0.529802</w:t>
        <w:br/>
        <w:t>v 1.019941 1.775097 0.387779</w:t>
        <w:br/>
        <w:t>v 1.207502 1.848532 0.472893</w:t>
        <w:br/>
        <w:t>v 1.026831 1.905944 0.330594</w:t>
        <w:br/>
        <w:t>v 1.369601 1.630431 0.619807</w:t>
        <w:br/>
        <w:t>v 1.205889 1.658078 0.670294</w:t>
        <w:br/>
        <w:t>v 1.368953 1.661121 0.535486</w:t>
        <w:br/>
        <w:t>v 1.199942 1.571594 0.705071</w:t>
        <w:br/>
        <w:t>v 1.018142 1.564611 0.673393</w:t>
        <w:br/>
        <w:t>v 1.363328 1.563226 0.649178</w:t>
        <w:br/>
        <w:t>v 1.199942 1.571594 0.705071</w:t>
        <w:br/>
        <w:t>v 1.363328 1.563226 0.649178</w:t>
        <w:br/>
        <w:t>v 1.196490 1.515645 0.653507</w:t>
        <w:br/>
        <w:t>v 1.360015 1.504693 0.579694</w:t>
        <w:br/>
        <w:t>v 1.029623 1.510587 0.604549</w:t>
        <w:br/>
        <w:t>v 1.369601 1.630431 0.619807</w:t>
        <w:br/>
        <w:t>v 1.368953 1.661121 0.535486</w:t>
        <w:br/>
        <w:t>v 1.360015 1.504693 0.579694</w:t>
        <w:br/>
        <w:t>v 1.363328 1.563226 0.649178</w:t>
        <w:br/>
        <w:t>v 1.360176 1.635149 0.456039</w:t>
        <w:br/>
        <w:t>v 1.361621 1.689577 0.459601</w:t>
        <w:br/>
        <w:t>v 1.361621 1.689577 0.459601</w:t>
        <w:br/>
        <w:t>v 1.358853 1.731047 0.351960</w:t>
        <w:br/>
        <w:t>v 1.356681 1.767725 0.360644</w:t>
        <w:br/>
        <w:t>v 1.207502 1.848532 0.472893</w:t>
        <w:br/>
        <w:t>v 1.353735 1.893538 0.300207</w:t>
        <w:br/>
        <w:t>v 1.202885 1.950561 0.418227</w:t>
        <w:br/>
        <w:t>v 1.202885 1.950561 0.418227</w:t>
        <w:br/>
        <w:t>v 1.348915 2.002476 0.266376</w:t>
        <w:br/>
        <w:t>v 1.027319 2.010190 0.282290</w:t>
        <w:br/>
        <w:t>v 1.199832 2.041936 0.388951</w:t>
        <w:br/>
        <w:t>v 1.199832 2.041936 0.388951</w:t>
        <w:br/>
        <w:t>v 1.342748 2.118239 0.231865</w:t>
        <w:br/>
        <w:t>v 1.026891 2.118869 0.232360</w:t>
        <w:br/>
        <w:t>v 1.195179 2.133012 0.360237</w:t>
        <w:br/>
        <w:t>v 1.195179 2.133012 0.360237</w:t>
        <w:br/>
        <w:t>v 1.346936 2.226931 0.225679</w:t>
        <w:br/>
        <w:t>v 1.016920 2.233644 0.221626</w:t>
        <w:br/>
        <w:t>v 1.191406 2.239790 0.352474</w:t>
        <w:br/>
        <w:t>v 1.191406 2.239790 0.352474</w:t>
        <w:br/>
        <w:t>v 1.356246 2.371841 0.228313</w:t>
        <w:br/>
        <w:t>v 1.005675 2.376180 0.212967</w:t>
        <w:br/>
        <w:t>v 1.187753 2.381134 0.350878</w:t>
        <w:br/>
        <w:t>v 1.187753 2.381134 0.350878</w:t>
        <w:br/>
        <w:t>v 1.377855 2.724352 0.252679</w:t>
        <w:br/>
        <w:t>v 1.185620 2.719740 0.384087</w:t>
        <w:br/>
        <w:t>v 1.185620 2.719740 0.384087</w:t>
        <w:br/>
        <w:t>v 0.996749 2.752311 0.206684</w:t>
        <w:br/>
        <w:t>v 1.376035 2.948161 0.311972</w:t>
        <w:br/>
        <w:t>v 1.483045 2.861082 0.141846</w:t>
        <w:br/>
        <w:t>v 1.468384 2.725848 0.139066</w:t>
        <w:br/>
        <w:t>v 1.548681 2.793562 -0.045295</w:t>
        <w:br/>
        <w:t>v 1.538090 2.718471 -0.041476</w:t>
        <w:br/>
        <w:t>v 1.574500 2.729293 -0.225990</w:t>
        <w:br/>
        <w:t>v 1.196582 2.974404 0.403657</w:t>
        <w:br/>
        <w:t>v 1.415078 3.540263 0.401042</w:t>
        <w:br/>
        <w:t>v 1.216458 3.536191 0.478663</w:t>
        <w:br/>
        <w:t>v 1.035082 3.548278 0.416747</w:t>
        <w:br/>
        <w:t>v 1.033749 2.958951 0.326835</w:t>
        <w:br/>
        <w:t>v 0.908715 2.895502 0.139681</w:t>
        <w:br/>
        <w:t>v 0.886981 2.754116 0.064856</w:t>
        <w:br/>
        <w:t>v 0.826663 2.819950 -0.058030</w:t>
        <w:br/>
        <w:t>v 0.830582 2.751292 -0.057074</w:t>
        <w:br/>
        <w:t>v 0.796716 2.768248 -0.200005</w:t>
        <w:br/>
        <w:t>v -6.325976 16.405033 -0.306047</w:t>
        <w:br/>
        <w:t>v -6.335509 16.401484 -0.338272</w:t>
        <w:br/>
        <w:t>v -6.295230 16.427444 -0.330337</w:t>
        <w:br/>
        <w:t>v -6.309191 16.418409 -0.359753</w:t>
        <w:br/>
        <w:t>v -6.335509 16.401484 -0.338272</w:t>
        <w:br/>
        <w:t>v -6.315222 16.374628 -0.341315</w:t>
        <w:br/>
        <w:t>v -6.309191 16.418409 -0.359753</w:t>
        <w:br/>
        <w:t>v -6.295230 16.427444 -0.330337</w:t>
        <w:br/>
        <w:t>v -6.309191 16.418409 -0.359753</w:t>
        <w:br/>
        <w:t>v -6.342643 16.492710 -0.382255</w:t>
        <w:br/>
        <w:t>v -6.327135 16.505013 -0.355307</w:t>
        <w:br/>
        <w:t>v -6.281376 16.400883 -0.367570</w:t>
        <w:br/>
        <w:t>v -6.372537 16.583950 -0.384096</w:t>
        <w:br/>
        <w:t>v -6.355537 16.592365 -0.357380</w:t>
        <w:br/>
        <w:t>v -6.313511 16.490742 -0.396809</w:t>
        <w:br/>
        <w:t>v -6.342643 16.492710 -0.382255</w:t>
        <w:br/>
        <w:t>v -6.346096 16.592588 -0.400451</w:t>
        <w:br/>
        <w:t>v -6.372537 16.583950 -0.384096</w:t>
        <w:br/>
        <w:t>v -6.429051 16.738333 -0.328973</w:t>
        <w:br/>
        <w:t>v -6.429051 16.738333 -0.328973</w:t>
        <w:br/>
        <w:t>v -6.407039 16.733356 -0.303917</w:t>
        <w:br/>
        <w:t>v -6.313511 16.490742 -0.396809</w:t>
        <w:br/>
        <w:t>v -6.297986 16.503017 -0.369838</w:t>
        <w:br/>
        <w:t>v -6.346096 16.592588 -0.400451</w:t>
        <w:br/>
        <w:t>v -6.281376 16.400883 -0.367570</w:t>
        <w:br/>
        <w:t>v -6.471415 16.852413 -0.224441</w:t>
        <w:br/>
        <w:t>v -6.446743 16.840008 -0.205202</w:t>
        <w:br/>
        <w:t>v -6.281376 16.400883 -0.367570</w:t>
        <w:br/>
        <w:t>v -6.315222 16.374628 -0.341315</w:t>
        <w:br/>
        <w:t>v -6.267415 16.409922 -0.338154</w:t>
        <w:br/>
        <w:t>v -6.267415 16.409922 -0.338154</w:t>
        <w:br/>
        <w:t>v -6.305686 16.378181 -0.309089</w:t>
        <w:br/>
        <w:t>v -6.295230 16.427444 -0.330337</w:t>
        <w:br/>
        <w:t>v -6.267415 16.409922 -0.338154</w:t>
        <w:br/>
        <w:t>v -6.305686 16.378181 -0.309089</w:t>
        <w:br/>
        <w:t>v -6.325976 16.405033 -0.306047</w:t>
        <w:br/>
        <w:t>v -6.297986 16.503017 -0.369838</w:t>
        <w:br/>
        <w:t>v -6.327135 16.505013 -0.355307</w:t>
        <w:br/>
        <w:t>v -6.329030 16.600918 -0.373643</w:t>
        <w:br/>
        <w:t>v -6.329030 16.600918 -0.373643</w:t>
        <w:br/>
        <w:t>v -6.355537 16.592365 -0.357380</w:t>
        <w:br/>
        <w:t>v -6.407039 16.733356 -0.303917</w:t>
        <w:br/>
        <w:t>v -6.405680 16.755852 -0.345915</w:t>
        <w:br/>
        <w:t>v -6.405680 16.755852 -0.345915</w:t>
        <w:br/>
        <w:t>v -6.471415 16.852413 -0.224441</w:t>
        <w:br/>
        <w:t>v -6.383666 16.750879 -0.320855</w:t>
        <w:br/>
        <w:t>v -6.383666 16.750879 -0.320855</w:t>
        <w:br/>
        <w:t>v -6.446743 16.840008 -0.205202</w:t>
        <w:br/>
        <w:t>v -6.449635 16.874378 -0.237942</w:t>
        <w:br/>
        <w:t>v -6.449635 16.874378 -0.237942</w:t>
        <w:br/>
        <w:t>v -6.424963 16.861971 -0.218699</w:t>
        <w:br/>
        <w:t>v -6.424963 16.861971 -0.218699</w:t>
        <w:br/>
        <w:t>v -6.469821 16.916157 -0.094748</w:t>
        <w:br/>
        <w:t>v -6.495892 16.933016 -0.108015</w:t>
        <w:br/>
        <w:t>v -6.495892 16.933016 -0.108015</w:t>
        <w:br/>
        <w:t>v -6.469821 16.916157 -0.094748</w:t>
        <w:br/>
        <w:t>v -6.474841 16.957285 -0.118477</w:t>
        <w:br/>
        <w:t>v -6.474841 16.957285 -0.118477</w:t>
        <w:br/>
        <w:t>v -6.448767 16.940418 -0.105204</w:t>
        <w:br/>
        <w:t>v -6.448767 16.940418 -0.105204</w:t>
        <w:br/>
        <w:t>v -6.451066 16.982004 0.056212</w:t>
        <w:br/>
        <w:t>v -6.471926 16.955873 0.060377</w:t>
        <w:br/>
        <w:t>v -6.456496 16.947895 0.209937</w:t>
        <w:br/>
        <w:t>v -6.477557 17.002443 0.054538</w:t>
        <w:br/>
        <w:t>v -6.451066 16.982004 0.056212</w:t>
        <w:br/>
        <w:t>v -6.477557 17.002443 0.054538</w:t>
        <w:br/>
        <w:t>v -6.435213 16.974043 0.210842</w:t>
        <w:br/>
        <w:t>v -6.435213 16.974043 0.210842</w:t>
        <w:br/>
        <w:t>v -6.434321 16.915316 0.333328</w:t>
        <w:br/>
        <w:t>v -6.498415 16.976313 0.058707</w:t>
        <w:br/>
        <w:t>v -6.498415 16.976313 0.058707</w:t>
        <w:br/>
        <w:t>v -6.471926 16.955873 0.060377</w:t>
        <w:br/>
        <w:t>v -6.456496 16.947895 0.209937</w:t>
        <w:br/>
        <w:t>v -6.482333 16.968428 0.216360</w:t>
        <w:br/>
        <w:t>v -6.482333 16.968428 0.216360</w:t>
        <w:br/>
        <w:t>v -6.434321 16.915316 0.333328</w:t>
        <w:br/>
        <w:t>v -6.461055 16.994574 0.217262</w:t>
        <w:br/>
        <w:t>v -6.461055 16.994574 0.217262</w:t>
        <w:br/>
        <w:t>v -6.459111 16.934404 0.346036</w:t>
        <w:br/>
        <w:t>v -6.459111 16.934404 0.346036</w:t>
        <w:br/>
        <w:t>v -6.412426 16.940630 0.337952</w:t>
        <w:br/>
        <w:t>v -6.412426 16.940630 0.337952</w:t>
        <w:br/>
        <w:t>v -6.437221 16.959721 0.350656</w:t>
        <w:br/>
        <w:t>v -6.437221 16.959721 0.350656</w:t>
        <w:br/>
        <w:t>v -6.414042 16.849329 0.445358</w:t>
        <w:br/>
        <w:t>v -6.391319 16.834053 0.425880</w:t>
        <w:br/>
        <w:t>v -6.335871 16.727463 0.518722</w:t>
        <w:br/>
        <w:t>v -6.391098 16.872713 0.453472</w:t>
        <w:br/>
        <w:t>v -6.414042 16.849329 0.445358</w:t>
        <w:br/>
        <w:t>v -6.391098 16.872713 0.453472</w:t>
        <w:br/>
        <w:t>v -6.352832 16.731646 0.546976</w:t>
        <w:br/>
        <w:t>v -6.279488 16.615622 0.555596</w:t>
        <w:br/>
        <w:t>v -6.368371 16.857433 0.433995</w:t>
        <w:br/>
        <w:t>v -6.368371 16.857433 0.433995</w:t>
        <w:br/>
        <w:t>v -6.391319 16.834053 0.425880</w:t>
        <w:br/>
        <w:t>v -6.310623 16.746426 0.530625</w:t>
        <w:br/>
        <w:t>v -6.310623 16.746426 0.530625</w:t>
        <w:br/>
        <w:t>v -6.335871 16.727463 0.518722</w:t>
        <w:br/>
        <w:t>v -6.253683 16.633705 0.568884</w:t>
        <w:br/>
        <w:t>v -6.327590 16.750612 0.558923</w:t>
        <w:br/>
        <w:t>v -6.327590 16.750612 0.558923</w:t>
        <w:br/>
        <w:t>v -6.253683 16.633705 0.568884</w:t>
        <w:br/>
        <w:t>v -6.352832 16.731646 0.546976</w:t>
        <w:br/>
        <w:t>v -6.279488 16.615622 0.555596</w:t>
        <w:br/>
        <w:t>v -6.267197 16.631447 0.600249</w:t>
        <w:br/>
        <w:t>v -6.267197 16.631447 0.600249</w:t>
        <w:br/>
        <w:t>v -6.293008 16.613379 0.586948</w:t>
        <w:br/>
        <w:t>v -6.293008 16.613379 0.586948</w:t>
        <w:br/>
        <w:t>v -6.243340 16.504990 0.573777</w:t>
        <w:br/>
        <w:t>v -6.214380 16.516390 0.588727</w:t>
        <w:br/>
        <w:t>v -6.214380 16.516390 0.588727</w:t>
        <w:br/>
        <w:t>v -6.243340 16.504990 0.573777</w:t>
        <w:br/>
        <w:t>v -6.202662 16.522259 0.558792</w:t>
        <w:br/>
        <w:t>v -6.202662 16.522259 0.558792</w:t>
        <w:br/>
        <w:t>v -6.231627 16.510860 0.544547</w:t>
        <w:br/>
        <w:t>v -6.203179 16.457159 0.526747</w:t>
        <w:br/>
        <w:t>v -6.231627 16.510860 0.544547</w:t>
        <w:br/>
        <w:t>v -6.172068 16.455256 0.538171</w:t>
        <w:br/>
        <w:t>v -6.198945 16.399202 0.540911</w:t>
        <w:br/>
        <w:t>v -6.172068 16.455256 0.538171</w:t>
        <w:br/>
        <w:t>v -6.183901 16.451275 0.568541</w:t>
        <w:br/>
        <w:t>v -6.198945 16.399202 0.540911</w:t>
        <w:br/>
        <w:t>v -6.215010 16.453173 0.556774</w:t>
        <w:br/>
        <w:t>v -6.215010 16.453173 0.556774</w:t>
        <w:br/>
        <w:t>v -6.183901 16.451275 0.568541</w:t>
        <w:br/>
        <w:t>v -6.203179 16.457159 0.526747</w:t>
        <w:br/>
        <w:t>v -6.221390 16.423189 0.535637</w:t>
        <w:br/>
        <w:t>v -6.208350 16.401125 0.573258</w:t>
        <w:br/>
        <w:t>v -6.208350 16.401125 0.573258</w:t>
        <w:br/>
        <w:t>v -6.230794 16.425102 0.567963</w:t>
        <w:br/>
        <w:t>v -6.230794 16.425102 0.567963</w:t>
        <w:br/>
        <w:t>v -6.272888 16.421375 0.553082</w:t>
        <w:br/>
        <w:t>v -6.268255 16.416775 0.519596</w:t>
        <w:br/>
        <w:t>v -6.221390 16.423189 0.535637</w:t>
        <w:br/>
        <w:t>v -6.230794 16.425102 0.567963</w:t>
        <w:br/>
        <w:t>v -6.265686 16.388826 0.556259</w:t>
        <w:br/>
        <w:t>v -6.272888 16.421375 0.553082</w:t>
        <w:br/>
        <w:t>v -6.265686 16.388826 0.556259</w:t>
        <w:br/>
        <w:t>v -6.261054 16.384222 0.522939</w:t>
        <w:br/>
        <w:t>v -6.221390 16.423189 0.535637</w:t>
        <w:br/>
        <w:t>v -6.261054 16.384222 0.522939</w:t>
        <w:br/>
        <w:t>v -6.268255 16.416775 0.519596</w:t>
        <w:br/>
        <w:t>v -6.682630 16.189863 0.517716</w:t>
        <w:br/>
        <w:t>v -6.664425 16.215439 0.530237</w:t>
        <w:br/>
        <w:t>v -6.709572 16.197966 0.547608</w:t>
        <w:br/>
        <w:t>v -6.728212 16.172974 0.540751</w:t>
        <w:br/>
        <w:t>v -6.682630 16.189863 0.517716</w:t>
        <w:br/>
        <w:t>v -6.728212 16.172974 0.540751</w:t>
        <w:br/>
        <w:t>v -6.671947 16.169966 0.542859</w:t>
        <w:br/>
        <w:t>v -6.774735 16.239784 0.556562</w:t>
        <w:br/>
        <w:t>v -6.745848 16.256388 0.561935</w:t>
        <w:br/>
        <w:t>v -6.827600 16.369762 0.560700</w:t>
        <w:br/>
        <w:t>v -6.724662 16.157963 0.570822</w:t>
        <w:br/>
        <w:t>v -6.774735 16.239784 0.556562</w:t>
        <w:br/>
        <w:t>v -6.775405 16.230829 0.589038</w:t>
        <w:br/>
        <w:t>v -6.724662 16.157963 0.570822</w:t>
        <w:br/>
        <w:t>v -6.706023 16.182953 0.577675</w:t>
        <w:br/>
        <w:t>v -6.671947 16.169966 0.542859</w:t>
        <w:br/>
        <w:t>v -6.775405 16.230829 0.589038</w:t>
        <w:br/>
        <w:t>v -6.653744 16.195539 0.555375</w:t>
        <w:br/>
        <w:t>v -6.664425 16.215439 0.530237</w:t>
        <w:br/>
        <w:t>v -6.653744 16.195539 0.555375</w:t>
        <w:br/>
        <w:t>v -6.709572 16.197966 0.547608</w:t>
        <w:br/>
        <w:t>v -6.706023 16.182953 0.577675</w:t>
        <w:br/>
        <w:t>v -6.709572 16.197966 0.547608</w:t>
        <w:br/>
        <w:t>v -6.706023 16.182953 0.577675</w:t>
        <w:br/>
        <w:t>v -6.746509 16.247442 0.594409</w:t>
        <w:br/>
        <w:t>v -6.746509 16.247442 0.594409</w:t>
        <w:br/>
        <w:t>v -6.745848 16.256388 0.561935</w:t>
        <w:br/>
        <w:t>v -6.827600 16.369762 0.560700</w:t>
        <w:br/>
        <w:t>v -6.838289 16.377871 0.592687</w:t>
        <w:br/>
        <w:t>v -6.907902 16.497244 0.479007</w:t>
        <w:br/>
        <w:t>v -6.838289 16.377871 0.592687</w:t>
        <w:br/>
        <w:t>v -6.854207 16.349148 0.555886</w:t>
        <w:br/>
        <w:t>v -6.854207 16.349148 0.555886</w:t>
        <w:br/>
        <w:t>v -6.864943 16.357309 0.587885</w:t>
        <w:br/>
        <w:t>v -6.864943 16.357309 0.587885</w:t>
        <w:br/>
        <w:t>v -6.932137 16.473675 0.476949</w:t>
        <w:br/>
        <w:t>v -6.932137 16.473675 0.476949</w:t>
        <w:br/>
        <w:t>v -6.907902 16.497244 0.479007</w:t>
        <w:br/>
        <w:t>v -6.947441 16.571342 0.344700</w:t>
        <w:br/>
        <w:t>v -6.951610 16.492069 0.496784</w:t>
        <w:br/>
        <w:t>v -6.951610 16.492069 0.496784</w:t>
        <w:br/>
        <w:t>v -6.927398 16.515610 0.498840</w:t>
        <w:br/>
        <w:t>v -6.927398 16.515610 0.498840</w:t>
        <w:br/>
        <w:t>v -6.970210 16.593378 0.356418</w:t>
        <w:br/>
        <w:t>v -6.970210 16.593378 0.356418</w:t>
        <w:br/>
        <w:t>v -6.971344 16.547512 0.343041</w:t>
        <w:br/>
        <w:t>v -6.968093 16.607481 0.225977</w:t>
        <w:br/>
        <w:t>v -6.994116 16.569555 0.354760</w:t>
        <w:br/>
        <w:t>v -6.971344 16.547512 0.343041</w:t>
        <w:br/>
        <w:t>v -6.994116 16.569555 0.354760</w:t>
        <w:br/>
        <w:t>v -6.992679 16.585705 0.219085</w:t>
        <w:br/>
        <w:t>v -6.976564 16.620075 0.165558</w:t>
        <w:br/>
        <w:t>v -7.015542 16.607546 0.230953</w:t>
        <w:br/>
        <w:t>v -6.992679 16.585705 0.219085</w:t>
        <w:br/>
        <w:t>v -6.990955 16.629326 0.237845</w:t>
        <w:br/>
        <w:t>v -7.015542 16.607546 0.230953</w:t>
        <w:br/>
        <w:t>v -6.947441 16.571342 0.344700</w:t>
        <w:br/>
        <w:t>v -6.990955 16.629326 0.237845</w:t>
        <w:br/>
        <w:t>v -6.968093 16.607481 0.225977</w:t>
        <w:br/>
        <w:t>v -7.000258 16.635843 0.183512</w:t>
        <w:br/>
        <w:t>v -7.000258 16.635843 0.183512</w:t>
        <w:br/>
        <w:t>v -6.976564 16.620075 0.165558</w:t>
        <w:br/>
        <w:t>v -7.022956 16.629416 0.160467</w:t>
        <w:br/>
        <w:t>v -7.022956 16.629416 0.160467</w:t>
        <w:br/>
        <w:t>v -6.999264 16.613649 0.142514</w:t>
        <w:br/>
        <w:t>v -6.999264 16.613649 0.142514</w:t>
        <w:br/>
        <w:t>v -7.000398 16.657614 0.158021</w:t>
        <w:br/>
        <w:t>v -7.022956 16.629416 0.160467</w:t>
        <w:br/>
        <w:t>v -6.999264 16.613649 0.142514</w:t>
        <w:br/>
        <w:t>v -7.000398 16.657614 0.158021</w:t>
        <w:br/>
        <w:t>v -6.987543 16.638647 0.182095</w:t>
        <w:br/>
        <w:t>v -6.976564 16.620075 0.165558</w:t>
        <w:br/>
        <w:t>v -7.000258 16.635843 0.183512</w:t>
        <w:br/>
        <w:t>v -6.987543 16.638647 0.182095</w:t>
        <w:br/>
        <w:t>v -6.959876 16.633198 0.163620</w:t>
        <w:br/>
        <w:t>v -6.965175 16.655689 0.170547</w:t>
        <w:br/>
        <w:t>v -6.972733 16.652161 0.139547</w:t>
        <w:br/>
        <w:t>v -6.972733 16.652161 0.139547</w:t>
        <w:br/>
        <w:t>v -6.959876 16.633198 0.163620</w:t>
        <w:br/>
        <w:t>v -6.965175 16.655689 0.170547</w:t>
        <w:br/>
        <w:t>v -6.972733 16.652161 0.139547</w:t>
        <w:br/>
        <w:t>v -6.959876 16.633198 0.163620</w:t>
        <w:br/>
        <w:t>v -6.995851 16.656713 0.184629</w:t>
        <w:br/>
        <w:t>v -6.987543 16.638647 0.182095</w:t>
        <w:br/>
        <w:t>v -7.000398 16.657614 0.158021</w:t>
        <w:br/>
        <w:t>v -6.995851 16.656713 0.184629</w:t>
        <w:br/>
        <w:t>v -6.965175 16.655689 0.170547</w:t>
        <w:br/>
        <w:t>v -6.995851 16.656713 0.184629</w:t>
        <w:br/>
        <w:t>v -6.947075 16.661568 0.216996</w:t>
        <w:br/>
        <w:t>v -6.969610 16.686857 0.158993</w:t>
        <w:br/>
        <w:t>v -6.969610 16.686857 0.158993</w:t>
        <w:br/>
        <w:t>v -7.000286 16.687887 0.173076</w:t>
        <w:br/>
        <w:t>v -7.000286 16.687887 0.173076</w:t>
        <w:br/>
        <w:t>v -6.945492 16.694960 0.220303</w:t>
        <w:br/>
        <w:t>v -6.945492 16.694960 0.220303</w:t>
        <w:br/>
        <w:t>v -6.947075 16.661568 0.216996</w:t>
        <w:br/>
        <w:t>v -6.977034 16.695200 0.232415</w:t>
        <w:br/>
        <w:t>v -6.977034 16.695200 0.232415</w:t>
        <w:br/>
        <w:t>v -6.978614 16.661810 0.229107</w:t>
        <w:br/>
        <w:t>v -6.978614 16.661810 0.229107</w:t>
        <w:br/>
        <w:t>v -6.867295 16.643194 0.399053</w:t>
        <w:br/>
        <w:t>v -6.867295 16.643194 0.399053</w:t>
        <w:br/>
        <w:t>v -6.839564 16.645468 0.380452</w:t>
        <w:br/>
        <w:t>v -6.839564 16.645468 0.380452</w:t>
        <w:br/>
        <w:t>v -6.845008 16.614187 0.369232</w:t>
        <w:br/>
        <w:t>v -6.665009 16.547762 0.523196</w:t>
        <w:br/>
        <w:t>v -6.872742 16.611921 0.387830</w:t>
        <w:br/>
        <w:t>v -6.872742 16.611921 0.387830</w:t>
        <w:br/>
        <w:t>v -6.845008 16.614187 0.369232</w:t>
        <w:br/>
        <w:t>v -6.682059 16.538141 0.550666</w:t>
        <w:br/>
        <w:t>v -6.682059 16.538141 0.550666</w:t>
        <w:br/>
        <w:t>v -6.665009 16.547762 0.523196</w:t>
        <w:br/>
        <w:t>v -6.694717 16.511335 0.533850</w:t>
        <w:br/>
        <w:t>v -6.694717 16.511335 0.533850</w:t>
        <w:br/>
        <w:t>v -6.677412 16.521154 0.506386</w:t>
        <w:br/>
        <w:t>v -6.518200 16.432983 0.600258</w:t>
        <w:br/>
        <w:t>v -6.518200 16.432983 0.600258</w:t>
        <w:br/>
        <w:t>v -6.534621 16.410175 0.583511</w:t>
        <w:br/>
        <w:t>v -6.534621 16.410175 0.583511</w:t>
        <w:br/>
        <w:t>v -6.525185 16.425060 0.557383</w:t>
        <w:br/>
        <w:t>v -6.677412 16.521154 0.506386</w:t>
        <w:br/>
        <w:t>v -6.384759 16.319574 0.562349</w:t>
        <w:br/>
        <w:t>v -6.395437 16.341015 0.538508</w:t>
        <w:br/>
        <w:t>v -6.333760 16.368351 0.513080</w:t>
        <w:br/>
        <w:t>v -6.318219 16.347513 0.534673</w:t>
        <w:br/>
        <w:t>v -6.509056 16.448500 0.574302</w:t>
        <w:br/>
        <w:t>v -6.509056 16.448500 0.574302</w:t>
        <w:br/>
        <w:t>v -6.525185 16.425060 0.557383</w:t>
        <w:br/>
        <w:t>v -6.384759 16.319574 0.562349</w:t>
        <w:br/>
        <w:t>v -6.374797 16.345682 0.581357</w:t>
        <w:br/>
        <w:t>v -6.318219 16.347513 0.534673</w:t>
        <w:br/>
        <w:t>v -6.374797 16.345682 0.581357</w:t>
        <w:br/>
        <w:t>v -6.315410 16.372734 0.556989</w:t>
        <w:br/>
        <w:t>v -6.315410 16.372734 0.556989</w:t>
        <w:br/>
        <w:t>v -6.330948 16.393568 0.535396</w:t>
        <w:br/>
        <w:t>v -6.385472 16.367117 0.557517</w:t>
        <w:br/>
        <w:t>v -6.385472 16.367117 0.557517</w:t>
        <w:br/>
        <w:t>v -6.330948 16.393568 0.535396</w:t>
        <w:br/>
        <w:t>v -6.333760 16.368351 0.513080</w:t>
        <w:br/>
        <w:t>v -6.395437 16.341015 0.538508</w:t>
        <w:br/>
        <w:t>v -8.099581 15.911783 0.056248</w:t>
        <w:br/>
        <w:t>v -8.060720 15.905995 0.054896</w:t>
        <w:br/>
        <w:t>v -8.083883 15.952540 0.057318</w:t>
        <w:br/>
        <w:t>v -8.049849 15.947125 0.052385</w:t>
        <w:br/>
        <w:t>v -8.024137 15.902168 0.039574</w:t>
        <w:br/>
        <w:t>v -8.049849 15.947125 0.052385</w:t>
        <w:br/>
        <w:t>v -8.040905 15.947033 0.134334</w:t>
        <w:br/>
        <w:t>v -8.083883 15.952540 0.057318</w:t>
        <w:br/>
        <w:t>v -7.982578 15.876358 0.025679</w:t>
        <w:br/>
        <w:t>v -7.939824 15.904214 0.020368</w:t>
        <w:br/>
        <w:t>v -7.980935 15.944825 0.031369</w:t>
        <w:br/>
        <w:t>v -7.980935 15.944825 0.031369</w:t>
        <w:br/>
        <w:t>v -7.939824 15.904214 0.020368</w:t>
        <w:br/>
        <w:t>v -7.931584 15.900340 0.114877</w:t>
        <w:br/>
        <w:t>v -7.974318 15.942286 0.121623</w:t>
        <w:br/>
        <w:t>v -7.905039 15.887925 0.417890</w:t>
        <w:br/>
        <w:t>v -7.944175 15.927132 0.420102</w:t>
        <w:br/>
        <w:t>v -8.075237 15.949051 0.136866</w:t>
        <w:br/>
        <w:t>v -8.015783 15.935198 0.423114</w:t>
        <w:br/>
        <w:t>v -7.937896 15.924084 0.512504</w:t>
        <w:br/>
        <w:t>v -7.896201 15.883802 0.515172</w:t>
        <w:br/>
        <w:t>v -8.099581 15.911783 0.056248</w:t>
        <w:br/>
        <w:t>v -8.083883 15.952540 0.057318</w:t>
        <w:br/>
        <w:t>v -8.075237 15.949051 0.136866</w:t>
        <w:br/>
        <w:t>v -8.087868 15.910807 0.135686</w:t>
        <w:br/>
        <w:t>v -7.937896 15.924084 0.512504</w:t>
        <w:br/>
        <w:t>v -7.896201 15.883802 0.515172</w:t>
        <w:br/>
        <w:t>v -7.982487 15.882310 0.511139</w:t>
        <w:br/>
        <w:t>v -7.944342 15.853216 0.513724</w:t>
        <w:br/>
        <w:t>v -8.049670 15.937038 0.427952</w:t>
        <w:br/>
        <w:t>v -8.049670 15.937038 0.427952</w:t>
        <w:br/>
        <w:t>v -8.062318 15.898774 0.426795</w:t>
        <w:br/>
        <w:t>v -8.057717 15.892117 0.506828</w:t>
        <w:br/>
        <w:t>v -8.042044 15.932880 0.507657</w:t>
        <w:br/>
        <w:t>v -8.007720 15.927411 0.504869</w:t>
        <w:br/>
        <w:t>v -8.042044 15.932880 0.507657</w:t>
        <w:br/>
        <w:t>v -8.007720 15.927411 0.504869</w:t>
        <w:br/>
        <w:t>v -8.019073 15.886830 0.500375</w:t>
        <w:br/>
        <w:t>v -8.042044 15.932880 0.507657</w:t>
        <w:br/>
        <w:t>v -8.057717 15.892117 0.506828</w:t>
        <w:br/>
        <w:t>v 6.699585 16.186888 0.556041</w:t>
        <w:br/>
        <w:t>v 6.651784 16.188568 0.539850</w:t>
        <w:br/>
        <w:t>v 6.695284 16.182617 0.524960</w:t>
        <w:br/>
        <w:t>v 6.660515 16.190350 0.569853</w:t>
        <w:br/>
        <w:t>v 6.692898 16.156675 0.558990</w:t>
        <w:br/>
        <w:t>v 6.660515 16.190350 0.569853</w:t>
        <w:br/>
        <w:t>v 6.699585 16.186888 0.556041</w:t>
        <w:br/>
        <w:t>v 6.636549 16.217712 0.578663</w:t>
        <w:br/>
        <w:t>v 6.625567 16.221405 0.550793</w:t>
        <w:br/>
        <w:t>v 6.636549 16.217712 0.578663</w:t>
        <w:br/>
        <w:t>v 6.653102 16.278980 0.567315</w:t>
        <w:br/>
        <w:t>v 6.639683 16.168091 0.574768</w:t>
        <w:br/>
        <w:t>v 6.636549 16.217712 0.578663</w:t>
        <w:br/>
        <w:t>v 6.639683 16.168091 0.574768</w:t>
        <w:br/>
        <w:t>v 6.692898 16.156675 0.558990</w:t>
        <w:br/>
        <w:t>v 6.630953 16.166306 0.544744</w:t>
        <w:br/>
        <w:t>v 6.688600 16.152401 0.528064</w:t>
        <w:br/>
        <w:t>v 6.695284 16.182617 0.524960</w:t>
        <w:br/>
        <w:t>v 6.651784 16.188568 0.539850</w:t>
        <w:br/>
        <w:t>v 6.688600 16.152401 0.528064</w:t>
        <w:br/>
        <w:t>v 6.630953 16.166306 0.544744</w:t>
        <w:br/>
        <w:t>v 6.625567 16.221405 0.550793</w:t>
        <w:br/>
        <w:t>v 6.596693 16.219641 0.561397</w:t>
        <w:br/>
        <w:t>v 6.596693 16.219641 0.561397</w:t>
        <w:br/>
        <w:t>v 6.607676 16.215950 0.589585</w:t>
        <w:br/>
        <w:t>v 6.607676 16.215950 0.589585</w:t>
        <w:br/>
        <w:t>v 6.626220 16.289574 0.580536</w:t>
        <w:br/>
        <w:t>v 6.626220 16.289574 0.580536</w:t>
        <w:br/>
        <w:t>v 6.653102 16.278980 0.567315</w:t>
        <w:br/>
        <w:t>v 6.693590 16.358673 0.565656</w:t>
        <w:br/>
        <w:t>v 6.637095 16.284117 0.608320</w:t>
        <w:br/>
        <w:t>v 6.637095 16.284117 0.608320</w:t>
        <w:br/>
        <w:t>v 6.663976 16.273535 0.594445</w:t>
        <w:br/>
        <w:t>v 6.663976 16.273535 0.594445</w:t>
        <w:br/>
        <w:t>v 6.669638 16.375452 0.577990</w:t>
        <w:br/>
        <w:t>v 6.767565 16.477541 0.518208</w:t>
        <w:br/>
        <w:t>v 6.706140 16.356586 0.594756</w:t>
        <w:br/>
        <w:t>v 6.706140 16.356586 0.594756</w:t>
        <w:br/>
        <w:t>v 6.693590 16.358673 0.565656</w:t>
        <w:br/>
        <w:t>v 6.682185 16.373358 0.607102</w:t>
        <w:br/>
        <w:t>v 6.682185 16.373358 0.607102</w:t>
        <w:br/>
        <w:t>v 6.669638 16.375452 0.577990</w:t>
        <w:br/>
        <w:t>v 6.783309 16.481422 0.544432</w:t>
        <w:br/>
        <w:t>v 6.783309 16.481422 0.544432</w:t>
        <w:br/>
        <w:t>v 6.767565 16.477541 0.518208</w:t>
        <w:br/>
        <w:t>v 6.759877 16.499031 0.555521</w:t>
        <w:br/>
        <w:t>v 6.759877 16.499031 0.555521</w:t>
        <w:br/>
        <w:t>v 6.842576 16.559065 0.450298</w:t>
        <w:br/>
        <w:t>v 6.842576 16.559065 0.450298</w:t>
        <w:br/>
        <w:t>v 6.821485 16.544888 0.432218</w:t>
        <w:br/>
        <w:t>v 6.744132 16.495144 0.529256</w:t>
        <w:br/>
        <w:t>v 6.744132 16.495144 0.529256</w:t>
        <w:br/>
        <w:t>v 6.821485 16.544888 0.432218</w:t>
        <w:br/>
        <w:t>v 6.821280 16.580772 0.457829</w:t>
        <w:br/>
        <w:t>v 6.821280 16.580772 0.457829</w:t>
        <w:br/>
        <w:t>v 6.800188 16.566591 0.439750</w:t>
        <w:br/>
        <w:t>v 6.800188 16.566591 0.439750</w:t>
        <w:br/>
        <w:t>v 6.861957 16.598419 0.344936</w:t>
        <w:br/>
        <w:t>v 6.884970 16.616142 0.356731</w:t>
        <w:br/>
        <w:t>v 6.884970 16.616142 0.356731</w:t>
        <w:br/>
        <w:t>v 6.861957 16.598419 0.344936</w:t>
        <w:br/>
        <w:t>v 6.864652 16.639641 0.361019</w:t>
        <w:br/>
        <w:t>v 6.864652 16.639641 0.361019</w:t>
        <w:br/>
        <w:t>v 6.841638 16.621920 0.349227</w:t>
        <w:br/>
        <w:t>v 6.841638 16.621920 0.349227</w:t>
        <w:br/>
        <w:t>v 6.874054 16.666122 0.212490</w:t>
        <w:br/>
        <w:t>v 6.893806 16.641855 0.211650</w:t>
        <w:br/>
        <w:t>v 6.898040 16.685184 0.218448</w:t>
        <w:br/>
        <w:t>v 6.898040 16.685184 0.218448</w:t>
        <w:br/>
        <w:t>v 6.874054 16.666122 0.212490</w:t>
        <w:br/>
        <w:t>v 6.917789 16.660908 0.217612</w:t>
        <w:br/>
        <w:t>v 6.917789 16.660908 0.217612</w:t>
        <w:br/>
        <w:t>v 6.893806 16.641855 0.211650</w:t>
        <w:br/>
        <w:t>v 6.909137 16.680523 0.066963</w:t>
        <w:br/>
        <w:t>v 6.909137 16.680523 0.066963</w:t>
        <w:br/>
        <w:t>v 6.884549 16.661547 0.068516</w:t>
        <w:br/>
        <w:t>v 6.884549 16.661547 0.068516</w:t>
        <w:br/>
        <w:t>v 6.903909 16.637295 0.072382</w:t>
        <w:br/>
        <w:t>v 6.900443 16.607313 -0.052876</w:t>
        <w:br/>
        <w:t>v 6.928493 16.656263 0.070832</w:t>
        <w:br/>
        <w:t>v 6.928493 16.656263 0.070832</w:t>
        <w:br/>
        <w:t>v 6.903909 16.637295 0.072382</w:t>
        <w:br/>
        <w:t>v 6.900443 16.607313 -0.052876</w:t>
        <w:br/>
        <w:t>v 6.880901 16.629841 -0.062581</w:t>
        <w:br/>
        <w:t>v 6.880901 16.629841 -0.062581</w:t>
        <w:br/>
        <w:t>v 6.924641 16.622967 -0.065190</w:t>
        <w:br/>
        <w:t>v 6.924641 16.622967 -0.065190</w:t>
        <w:br/>
        <w:t>v 6.875188 16.534285 -0.169657</w:t>
        <w:br/>
        <w:t>v 6.905102 16.645494 -0.074900</w:t>
        <w:br/>
        <w:t>v 6.905102 16.645494 -0.074900</w:t>
        <w:br/>
        <w:t>v 6.854973 16.554678 -0.182184</w:t>
        <w:br/>
        <w:t>v 6.854973 16.554678 -0.182184</w:t>
        <w:br/>
        <w:t>v 6.875188 16.534285 -0.169657</w:t>
        <w:br/>
        <w:t>v 6.877876 16.566191 -0.200045</w:t>
        <w:br/>
        <w:t>v 6.877876 16.566191 -0.200045</w:t>
        <w:br/>
        <w:t>v 6.898090 16.545807 -0.187515</w:t>
        <w:br/>
        <w:t>v 6.898090 16.545807 -0.187515</w:t>
        <w:br/>
        <w:t>v 6.835154 16.446945 -0.234133</w:t>
        <w:br/>
        <w:t>v 6.813458 16.463202 -0.249854</w:t>
        <w:br/>
        <w:t>v 6.813458 16.463202 -0.249854</w:t>
        <w:br/>
        <w:t>v 6.835154 16.446945 -0.234133</w:t>
        <w:br/>
        <w:t>v 6.762403 16.359919 -0.284913</w:t>
        <w:br/>
        <w:t>v 6.833890 16.467821 -0.273113</w:t>
        <w:br/>
        <w:t>v 6.833890 16.467821 -0.273113</w:t>
        <w:br/>
        <w:t>v 6.762403 16.359919 -0.284913</w:t>
        <w:br/>
        <w:t>v 6.855584 16.451559 -0.257389</w:t>
        <w:br/>
        <w:t>v 6.855584 16.451559 -0.257389</w:t>
        <w:br/>
        <w:t>v 6.787007 16.351984 -0.269818</w:t>
        <w:br/>
        <w:t>v 6.787007 16.351984 -0.269818</w:t>
        <w:br/>
        <w:t>v 6.742542 16.273447 -0.267894</w:t>
        <w:br/>
        <w:t>v 6.802787 16.344170 -0.294615</w:t>
        <w:br/>
        <w:t>v 6.742542 16.273447 -0.267894</w:t>
        <w:br/>
        <w:t>v 6.778241 16.352192 -0.309795</w:t>
        <w:br/>
        <w:t>v 6.802787 16.344170 -0.294615</w:t>
        <w:br/>
        <w:t>v 6.778241 16.352192 -0.309795</w:t>
        <w:br/>
        <w:t>v 6.756935 16.262039 -0.292906</w:t>
        <w:br/>
        <w:t>v 6.756935 16.262039 -0.292906</w:t>
        <w:br/>
        <w:t>v 6.705537 16.202490 -0.244718</w:t>
        <w:br/>
        <w:t>v 6.715487 16.271599 -0.281381</w:t>
        <w:br/>
        <w:t>v 6.715487 16.271599 -0.281381</w:t>
        <w:br/>
        <w:t>v 6.705537 16.202490 -0.244718</w:t>
        <w:br/>
        <w:t>v 6.729896 16.260202 -0.306415</w:t>
        <w:br/>
        <w:t>v 6.729896 16.260202 -0.306415</w:t>
        <w:br/>
        <w:t>v 6.718495 16.194105 -0.272020</w:t>
        <w:br/>
        <w:t>v 6.718495 16.194105 -0.272020</w:t>
        <w:br/>
        <w:t>v 6.754563 16.178814 -0.222173</w:t>
        <w:br/>
        <w:t>v 6.705537 16.202490 -0.244718</w:t>
        <w:br/>
        <w:t>v 6.763412 16.175514 -0.252083</w:t>
        <w:br/>
        <w:t>v 6.718495 16.194105 -0.272020</w:t>
        <w:br/>
        <w:t>v 6.763412 16.175514 -0.252083</w:t>
        <w:br/>
        <w:t>v 6.744584 16.150587 -0.254907</w:t>
        <w:br/>
        <w:t>v 6.686709 16.178677 -0.279276</w:t>
        <w:br/>
        <w:t>v 6.686709 16.178677 -0.279276</w:t>
        <w:br/>
        <w:t>v 6.744584 16.150587 -0.254907</w:t>
        <w:br/>
        <w:t>v 6.686709 16.178677 -0.279276</w:t>
        <w:br/>
        <w:t>v 6.735733 16.153885 -0.224997</w:t>
        <w:br/>
        <w:t>v 6.735733 16.153885 -0.224997</w:t>
        <w:br/>
        <w:t>v 6.754563 16.178814 -0.222173</w:t>
        <w:br/>
        <w:t>v 6.673750 16.187069 -0.251974</w:t>
        <w:br/>
        <w:t>v 6.673750 16.187069 -0.251974</w:t>
        <w:br/>
        <w:t>v 6.673750 16.187069 -0.251974</w:t>
        <w:br/>
        <w:t>v -8.617572 15.213154 0.199266</w:t>
        <w:br/>
        <w:t>v -8.580460 15.151319 0.187718</w:t>
        <w:br/>
        <w:t>v -8.646661 15.201932 0.172728</w:t>
        <w:br/>
        <w:t>v -8.598644 15.123612 0.166590</w:t>
        <w:br/>
        <w:t>v -8.646661 15.201932 0.172728</w:t>
        <w:br/>
        <w:t>v -8.598644 15.123612 0.166590</w:t>
        <w:br/>
        <w:t>v -8.641885 15.209146 0.141882</w:t>
        <w:br/>
        <w:t>v -8.543823 15.120559 0.279469</w:t>
        <w:br/>
        <w:t>v -8.589280 15.118035 0.142290</w:t>
        <w:br/>
        <w:t>v -8.641885 15.209146 0.141882</w:t>
        <w:br/>
        <w:t>v -8.589280 15.118035 0.142290</w:t>
        <w:br/>
        <w:t>v -8.626291 15.216326 0.138576</w:t>
        <w:br/>
        <w:t>v -8.550694 15.079497 0.278573</w:t>
        <w:br/>
        <w:t>v -8.565014 15.139247 0.379495</w:t>
        <w:br/>
        <w:t>v -8.572989 15.124443 0.139158</w:t>
        <w:br/>
        <w:t>v -8.615496 15.219769 0.145684</w:t>
        <w:br/>
        <w:t>v -8.535291 15.070642 0.276830</w:t>
        <w:br/>
        <w:t>v -8.589280 15.118035 0.142290</w:t>
        <w:br/>
        <w:t>v -8.572989 15.124443 0.139158</w:t>
        <w:br/>
        <w:t>v -8.550694 15.079497 0.278573</w:t>
        <w:br/>
        <w:t>v -8.563586 15.131892 0.146609</w:t>
        <w:br/>
        <w:t>v -8.556136 15.243749 0.130760</w:t>
        <w:br/>
        <w:t>v -8.576794 15.110607 0.402608</w:t>
        <w:br/>
        <w:t>v -8.576794 15.110607 0.402608</w:t>
        <w:br/>
        <w:t>v -8.613705 15.227109 0.376766</w:t>
        <w:br/>
        <w:t>v -8.636395 15.214840 0.408617</w:t>
        <w:br/>
        <w:t>v -8.636395 15.214840 0.408617</w:t>
        <w:br/>
        <w:t>v -8.563483 15.108748 0.421598</w:t>
        <w:br/>
        <w:t>v -8.627368 15.223224 0.433710</w:t>
        <w:br/>
        <w:t>v -8.610675 15.228962 0.433885</w:t>
        <w:br/>
        <w:t>v -8.563483 15.108748 0.421598</w:t>
        <w:br/>
        <w:t>v -8.627368 15.223224 0.433710</w:t>
        <w:br/>
        <w:t>v -8.549332 15.119960 0.420883</w:t>
        <w:br/>
        <w:t>v -8.535291 15.070642 0.276830</w:t>
        <w:br/>
        <w:t>v -8.563483 15.108748 0.421598</w:t>
        <w:br/>
        <w:t>v -8.549332 15.119960 0.420883</w:t>
        <w:br/>
        <w:t>v -8.519457 15.081068 0.275954</w:t>
        <w:br/>
        <w:t>v -8.543496 15.130040 0.411722</w:t>
        <w:br/>
        <w:t>v -8.600576 15.230601 0.424909</w:t>
        <w:br/>
        <w:t>v -8.533423 15.240876 0.428344</w:t>
        <w:br/>
        <w:t>v -8.513604 15.096414 0.276256</w:t>
        <w:br/>
        <w:t>v -8.481895 15.151577 0.414720</w:t>
        <w:br/>
        <w:t>v -8.543496 15.130040 0.411722</w:t>
        <w:br/>
        <w:t>v -8.481895 15.151577 0.414720</w:t>
        <w:br/>
        <w:t>v -8.520820 15.238020 0.427471</w:t>
        <w:br/>
        <w:t>v -8.481895 15.151577 0.414720</w:t>
        <w:br/>
        <w:t>v -8.533423 15.240876 0.428344</w:t>
        <w:br/>
        <w:t>v -8.496276 15.135421 0.130946</w:t>
        <w:br/>
        <w:t>v -8.563586 15.131892 0.146609</w:t>
        <w:br/>
        <w:t>v -8.496276 15.135421 0.130946</w:t>
        <w:br/>
        <w:t>v -8.495841 15.136557 0.119901</w:t>
        <w:br/>
        <w:t>v -8.556136 15.243749 0.130760</w:t>
        <w:br/>
        <w:t>v -8.496276 15.135421 0.130946</w:t>
        <w:br/>
        <w:t>v -8.451260 15.119411 0.275115</w:t>
        <w:br/>
        <w:t>v -8.295323 15.144071 0.125475</w:t>
        <w:br/>
        <w:t>v -8.495841 15.136557 0.119901</w:t>
        <w:br/>
        <w:t>v -8.473201 15.149812 0.428324</w:t>
        <w:br/>
        <w:t>v -8.278460 15.150638 0.422558</w:t>
        <w:br/>
        <w:t>v -8.473201 15.149812 0.428324</w:t>
        <w:br/>
        <w:t>v -8.279156 15.139051 0.267582</w:t>
        <w:br/>
        <w:t>v -8.528631 15.130772 0.434064</w:t>
        <w:br/>
        <w:t>v -8.583311 15.228560 0.436004</w:t>
        <w:br/>
        <w:t>v -8.427537 15.100308 0.558756</w:t>
        <w:br/>
        <w:t>v -8.536780 15.121388 0.424876</w:t>
        <w:br/>
        <w:t>v -8.595478 15.227641 0.428162</w:t>
        <w:br/>
        <w:t>v -8.528631 15.130772 0.434064</w:t>
        <w:br/>
        <w:t>v -8.485871 15.082439 0.561742</w:t>
        <w:br/>
        <w:t>v -8.553162 15.114463 0.426075</w:t>
        <w:br/>
        <w:t>v -8.613522 15.224664 0.431204</w:t>
        <w:br/>
        <w:t>v -8.467705 15.151042 0.700105</w:t>
        <w:br/>
        <w:t>v -8.318844 15.189957 0.700660</w:t>
        <w:br/>
        <w:t>v -8.524356 15.131670 0.696624</w:t>
        <w:br/>
        <w:t>v -8.256559 15.134460 0.553998</w:t>
        <w:br/>
        <w:t>v -8.174531 15.221355 0.760841</w:t>
        <w:br/>
        <w:t>v -8.491562 15.068726 0.562034</w:t>
        <w:br/>
        <w:t>v -8.530478 15.121716 0.704299</w:t>
        <w:br/>
        <w:t>v -8.508171 15.061724 0.563507</w:t>
        <w:br/>
        <w:t>v -8.553162 15.114463 0.426075</w:t>
        <w:br/>
        <w:t>v -8.545968 15.113578 0.703631</w:t>
        <w:br/>
        <w:t>v -8.545968 15.113578 0.703631</w:t>
        <w:br/>
        <w:t>v -8.508171 15.061724 0.563507</w:t>
        <w:br/>
        <w:t>v -8.558769 15.121380 0.685883</w:t>
        <w:br/>
        <w:t>v -8.524405 15.077803 0.565366</w:t>
        <w:br/>
        <w:t>v -8.553162 15.114463 0.426075</w:t>
        <w:br/>
        <w:t>v -8.563316 15.121728 0.445865</w:t>
        <w:br/>
        <w:t>v -8.613522 15.224664 0.431204</w:t>
        <w:br/>
        <w:t>v -8.619945 15.220650 0.456727</w:t>
        <w:br/>
        <w:t>v -8.545313 15.152620 0.664190</w:t>
        <w:br/>
        <w:t>v -8.558769 15.121380 0.685883</w:t>
        <w:br/>
        <w:t>v -8.515542 15.118098 0.565001</w:t>
        <w:br/>
        <w:t>v -8.546395 15.147792 0.469253</w:t>
        <w:br/>
        <w:t>v -8.619945 15.220650 0.456727</w:t>
        <w:br/>
        <w:t>v -8.593114 15.230021 0.486410</w:t>
        <w:br/>
        <w:t>v -7.949295 15.154257 0.753524</w:t>
        <w:br/>
        <w:t>v -7.980002 15.121131 0.793814</w:t>
        <w:br/>
        <w:t>v -7.949295 15.154257 0.753524</w:t>
        <w:br/>
        <w:t>v -8.174531 15.221355 0.760841</w:t>
        <w:br/>
        <w:t>v -8.177249 15.188180 0.791087</w:t>
        <w:br/>
        <w:t>v -8.176749 15.151546 0.830053</w:t>
        <w:br/>
        <w:t>v -7.922136 15.214201 0.576958</w:t>
        <w:br/>
        <w:t>v -8.004825 15.088777 0.831105</w:t>
        <w:br/>
        <w:t>v -8.198096 15.074316 0.895542</w:t>
        <w:br/>
        <w:t>v -7.894094 15.307644 0.406213</w:t>
        <w:br/>
        <w:t>v -8.062424 14.994335 0.898815</w:t>
        <w:br/>
        <w:t>v -8.209796 15.030586 0.920808</w:t>
        <w:br/>
        <w:t>v -7.637740 15.281781 0.609385</w:t>
        <w:br/>
        <w:t>v -8.085351 14.953663 0.922227</w:t>
        <w:br/>
        <w:t>v -8.222349 14.986261 0.946440</w:t>
        <w:br/>
        <w:t>v -7.911099 14.966429 0.971364</w:t>
        <w:br/>
        <w:t>v -8.109407 14.912176 0.946450</w:t>
        <w:br/>
        <w:t>v -8.294369 14.822821 1.079532</w:t>
        <w:br/>
        <w:t>v -7.940014 14.928701 0.994051</w:t>
        <w:br/>
        <w:t>v -7.969975 14.890848 1.017143</w:t>
        <w:br/>
        <w:t>v -8.187316 14.772146 1.065518</w:t>
        <w:br/>
        <w:t>v -8.240596 14.710537 1.183398</w:t>
        <w:br/>
        <w:t>v -8.143924 14.703857 1.228799</w:t>
        <w:br/>
        <w:t>v -8.071090 14.768038 1.119748</w:t>
        <w:br/>
        <w:t>v -8.263529 14.691954 1.247351</w:t>
        <w:br/>
        <w:t>v -8.325888 14.749783 1.184863</w:t>
        <w:br/>
        <w:t>v -7.969975 14.890848 1.017143</w:t>
        <w:br/>
        <w:t>v -8.071090 14.768038 1.119748</w:t>
        <w:br/>
        <w:t>v -7.963308 14.975815 1.124635</w:t>
        <w:br/>
        <w:t>v -7.940014 14.928701 0.994051</w:t>
        <w:br/>
        <w:t>v -8.060620 14.831551 1.209881</w:t>
        <w:br/>
        <w:t>v -8.143924 14.703857 1.228799</w:t>
        <w:br/>
        <w:t>v -8.142412 14.728729 1.298560</w:t>
        <w:br/>
        <w:t>v -7.939416 15.013739 1.099850</w:t>
        <w:br/>
        <w:t>v -7.911099 14.966429 0.971364</w:t>
        <w:br/>
        <w:t>v -8.082667 15.047743 1.137498</w:t>
        <w:br/>
        <w:t>v -7.963308 14.975815 1.124635</w:t>
        <w:br/>
        <w:t>v -8.060620 14.831551 1.209881</w:t>
        <w:br/>
        <w:t>v -7.939416 15.013739 1.099850</w:t>
        <w:br/>
        <w:t>v -8.168181 14.890192 1.212232</w:t>
        <w:br/>
        <w:t>v -8.142412 14.728729 1.298560</w:t>
        <w:br/>
        <w:t>v -8.254403 14.731148 1.304360</w:t>
        <w:br/>
        <w:t>v -8.254403 14.731148 1.304360</w:t>
        <w:br/>
        <w:t>v -8.263529 14.691954 1.247351</w:t>
        <w:br/>
        <w:t>v -8.332491 14.772320 1.239230</w:t>
        <w:br/>
        <w:t>v -8.325888 14.749783 1.184863</w:t>
        <w:br/>
        <w:t>v -8.325888 14.749783 1.184863</w:t>
        <w:br/>
        <w:t>v -8.286801 14.892313 1.160320</w:t>
        <w:br/>
        <w:t>v -8.332491 14.772320 1.239230</w:t>
        <w:br/>
        <w:t>v -8.332491 14.772320 1.239230</w:t>
        <w:br/>
        <w:t>v -8.286801 14.892313 1.160320</w:t>
        <w:br/>
        <w:t>v -8.294369 14.822821 1.079532</w:t>
        <w:br/>
        <w:t>v -8.222349 14.986261 0.946440</w:t>
        <w:br/>
        <w:t>v -8.211967 15.068266 1.066395</w:t>
        <w:br/>
        <w:t>v -8.211967 15.068266 1.066395</w:t>
        <w:br/>
        <w:t>v -8.209796 15.030586 0.920808</w:t>
        <w:br/>
        <w:t>v -8.196847 15.110697 1.040689</w:t>
        <w:br/>
        <w:t>v -8.196847 15.110697 1.040689</w:t>
        <w:br/>
        <w:t>v -8.198096 15.074316 0.895542</w:t>
        <w:br/>
        <w:t>v -8.058989 15.088448 1.114690</w:t>
        <w:br/>
        <w:t>v -8.182148 15.153409 1.015181</w:t>
        <w:br/>
        <w:t>v -8.182148 15.153409 1.015181</w:t>
        <w:br/>
        <w:t>v -8.155315 15.263535 0.936934</w:t>
        <w:br/>
        <w:t>v -8.176749 15.151546 0.830053</w:t>
        <w:br/>
        <w:t>v -8.177249 15.188180 0.791087</w:t>
        <w:br/>
        <w:t>v -8.036323 15.129193 1.092122</w:t>
        <w:br/>
        <w:t>v -8.155315 15.263535 0.936934</w:t>
        <w:br/>
        <w:t>v -7.916587 15.051908 1.075417</w:t>
        <w:br/>
        <w:t>v -7.916587 15.051908 1.075417</w:t>
        <w:br/>
        <w:t>v -8.148409 15.327631 0.892039</w:t>
        <w:br/>
        <w:t>v -8.174531 15.221355 0.760841</w:t>
        <w:br/>
        <w:t>v -8.136246 15.390182 0.849626</w:t>
        <w:br/>
        <w:t>v -8.148409 15.327631 0.892039</w:t>
        <w:br/>
        <w:t>v -7.975230 15.276564 1.012009</w:t>
        <w:br/>
        <w:t>v -7.949092 15.347198 0.977619</w:t>
        <w:br/>
        <w:t>v -8.136246 15.390182 0.849626</w:t>
        <w:br/>
        <w:t>v -7.846586 15.182623 1.013538</w:t>
        <w:br/>
        <w:t>v -7.808311 15.239929 0.989489</w:t>
        <w:br/>
        <w:t>v -7.829776 15.072099 0.908037</w:t>
        <w:br/>
        <w:t>v -7.829776 15.072099 0.908037</w:t>
        <w:br/>
        <w:t>v -7.785084 15.109392 0.876437</w:t>
        <w:br/>
        <w:t>v -7.785084 15.109392 0.876437</w:t>
        <w:br/>
        <w:t>v -7.735680 15.148808 0.838628</w:t>
        <w:br/>
        <w:t>v -7.735680 15.148808 0.838628</w:t>
        <w:br/>
        <w:t>v -7.769680 15.296539 0.963279</w:t>
        <w:br/>
        <w:t>v -7.597387 15.295140 0.740922</w:t>
        <w:br/>
        <w:t>v -7.921556 15.416006 0.941173</w:t>
        <w:br/>
        <w:t>v -7.653247 15.452840 0.866300</w:t>
        <w:br/>
        <w:t>v -7.799722 15.597003 0.851004</w:t>
        <w:br/>
        <w:t>v -8.071117 15.619393 0.718640</w:t>
        <w:br/>
        <w:t>v -7.644700 15.743110 0.732588</w:t>
        <w:br/>
        <w:t>v -8.318844 15.189957 0.700660</w:t>
        <w:br/>
        <w:t>v -8.174531 15.221355 0.760841</w:t>
        <w:br/>
        <w:t>v -7.493367 15.600019 0.757693</w:t>
        <w:br/>
        <w:t>v -8.399212 15.298613 0.748201</w:t>
        <w:br/>
        <w:t>v -8.467705 15.151042 0.700105</w:t>
        <w:br/>
        <w:t>v -7.832762 15.779808 0.704810</w:t>
        <w:br/>
        <w:t>v -8.514309 15.245585 0.733136</w:t>
        <w:br/>
        <w:t>v -8.524356 15.131670 0.696624</w:t>
        <w:br/>
        <w:t>v -8.456217 15.414688 0.718460</w:t>
        <w:br/>
        <w:t>v -8.570961 15.214754 0.726496</w:t>
        <w:br/>
        <w:t>v -8.557876 15.343946 0.698444</w:t>
        <w:br/>
        <w:t>v -8.614196 15.302613 0.694963</w:t>
        <w:br/>
        <w:t>v -8.580666 15.209256 0.736235</w:t>
        <w:br/>
        <w:t>v -8.530478 15.121716 0.704299</w:t>
        <w:br/>
        <w:t>v -8.325375 15.488696 0.714235</w:t>
        <w:br/>
        <w:t>v -8.596171 15.200429 0.735492</w:t>
        <w:br/>
        <w:t>v -8.545968 15.113578 0.703631</w:t>
        <w:br/>
        <w:t>v -8.596171 15.200429 0.735492</w:t>
        <w:br/>
        <w:t>v -8.545968 15.113578 0.703631</w:t>
        <w:br/>
        <w:t>v -8.603024 15.196452 0.713129</w:t>
        <w:br/>
        <w:t>v -8.558769 15.121380 0.685883</w:t>
        <w:br/>
        <w:t>v -8.558769 15.121380 0.685883</w:t>
        <w:br/>
        <w:t>v -8.545313 15.152620 0.664190</w:t>
        <w:br/>
        <w:t>v -8.603024 15.196452 0.713129</w:t>
        <w:br/>
        <w:t>v -8.579490 15.209486 0.682418</w:t>
        <w:br/>
        <w:t>v -8.644437 15.275549 0.685926</w:t>
        <w:br/>
        <w:t>v -8.644437 15.275549 0.685926</w:t>
        <w:br/>
        <w:t>v -8.611856 15.270081 0.662724</w:t>
        <w:br/>
        <w:t>v -8.643976 15.291306 0.703393</w:t>
        <w:br/>
        <w:t>v -8.643976 15.291306 0.703393</w:t>
        <w:br/>
        <w:t>v -8.665435 15.332467 0.576642</w:t>
        <w:br/>
        <w:t>v -8.665435 15.332467 0.576642</w:t>
        <w:br/>
        <w:t>v -8.627521 15.317034 0.572606</w:t>
        <w:br/>
        <w:t>v -8.624646 15.300385 0.491317</w:t>
        <w:br/>
        <w:t>v -8.593114 15.230021 0.486410</w:t>
        <w:br/>
        <w:t>v -8.619945 15.220650 0.456727</w:t>
        <w:br/>
        <w:t>v -8.657821 15.306316 0.470949</w:t>
        <w:br/>
        <w:t>v -8.613522 15.224664 0.431204</w:t>
        <w:br/>
        <w:t>v -8.657821 15.306316 0.470949</w:t>
        <w:br/>
        <w:t>v -8.669474 15.355121 0.577439</w:t>
        <w:br/>
        <w:t>v -8.659365 15.322578 0.453339</w:t>
        <w:br/>
        <w:t>v -8.669474 15.355121 0.577439</w:t>
        <w:br/>
        <w:t>v -8.653877 15.365649 0.576024</w:t>
        <w:br/>
        <w:t>v -8.659365 15.322578 0.453339</w:t>
        <w:br/>
        <w:t>v -8.659365 15.322578 0.453339</w:t>
        <w:br/>
        <w:t>v -8.613522 15.224664 0.431204</w:t>
        <w:br/>
        <w:t>v -8.643502 15.332662 0.452018</w:t>
        <w:br/>
        <w:t>v -8.595478 15.227641 0.428162</w:t>
        <w:br/>
        <w:t>v -8.643502 15.332662 0.452018</w:t>
        <w:br/>
        <w:t>v -8.628316 15.301315 0.703550</w:t>
        <w:br/>
        <w:t>v -8.627876 15.333411 0.460183</w:t>
        <w:br/>
        <w:t>v -8.583311 15.228560 0.436004</w:t>
        <w:br/>
        <w:t>v -8.520820 15.238020 0.427471</w:t>
        <w:br/>
        <w:t>v -8.637179 15.363616 0.574297</w:t>
        <w:br/>
        <w:t>v -8.582314 15.405270 0.573828</w:t>
        <w:br/>
        <w:t>v -8.572727 15.375442 0.456460</w:t>
        <w:br/>
        <w:t>v -8.572727 15.375442 0.456460</w:t>
        <w:br/>
        <w:t>v -8.533423 15.240876 0.428344</w:t>
        <w:br/>
        <w:t>v -8.479315 15.485025 0.554546</w:t>
        <w:br/>
        <w:t>v -8.582118 15.380932 0.419924</w:t>
        <w:br/>
        <w:t>v -8.533423 15.240876 0.428344</w:t>
        <w:br/>
        <w:t>v -8.600576 15.230601 0.424909</w:t>
        <w:br/>
        <w:t>v -8.582118 15.380932 0.419924</w:t>
        <w:br/>
        <w:t>v -8.485801 15.504053 0.435310</w:t>
        <w:br/>
        <w:t>v -8.648892 15.340857 0.416202</w:t>
        <w:br/>
        <w:t>v -8.372952 15.568083 0.466258</w:t>
        <w:br/>
        <w:t>v -8.512815 15.527441 0.305939</w:t>
        <w:br/>
        <w:t>v -8.612317 15.441337 0.302716</w:t>
        <w:br/>
        <w:t>v -8.610675 15.228962 0.433885</w:t>
        <w:br/>
        <w:t>v -8.136508 15.696914 0.534127</w:t>
        <w:br/>
        <w:t>v -8.662845 15.339935 0.426047</w:t>
        <w:br/>
        <w:t>v -8.678651 15.329752 0.427574</w:t>
        <w:br/>
        <w:t>v -8.627368 15.223224 0.433710</w:t>
        <w:br/>
        <w:t>v -8.695551 15.403636 0.303928</w:t>
        <w:br/>
        <w:t>v -8.678442 15.400092 0.302872</w:t>
        <w:br/>
        <w:t>v -8.678651 15.329752 0.427574</w:t>
        <w:br/>
        <w:t>v -8.627368 15.223224 0.433710</w:t>
        <w:br/>
        <w:t>v -8.679706 15.310022 0.407470</w:t>
        <w:br/>
        <w:t>v -8.636395 15.214840 0.408617</w:t>
        <w:br/>
        <w:t>v -8.613705 15.227109 0.376766</w:t>
        <w:br/>
        <w:t>v -8.649894 15.307215 0.381085</w:t>
        <w:br/>
        <w:t>v -8.636395 15.214840 0.408617</w:t>
        <w:br/>
        <w:t>v -8.679706 15.310022 0.407470</w:t>
        <w:br/>
        <w:t>v -8.706550 15.363747 0.303380</w:t>
        <w:br/>
        <w:t>v -8.706550 15.363747 0.303380</w:t>
        <w:br/>
        <w:t>v -8.668760 15.348500 0.299786</w:t>
        <w:br/>
        <w:t>v -8.660850 15.316704 0.213534</w:t>
        <w:br/>
        <w:t>v -8.617572 15.213154 0.199266</w:t>
        <w:br/>
        <w:t>v -8.646661 15.201932 0.172728</w:t>
        <w:br/>
        <w:t>v -8.695370 15.321519 0.193354</w:t>
        <w:br/>
        <w:t>v -8.646661 15.201932 0.172728</w:t>
        <w:br/>
        <w:t>v -8.641885 15.209146 0.141882</w:t>
        <w:br/>
        <w:t>v -8.695370 15.321519 0.193354</w:t>
        <w:br/>
        <w:t>v -8.711686 15.394121 0.304551</w:t>
        <w:br/>
        <w:t>v -8.711686 15.394121 0.304551</w:t>
        <w:br/>
        <w:t>v -8.698329 15.343027 0.172131</w:t>
        <w:br/>
        <w:t>v -8.698329 15.343027 0.172131</w:t>
        <w:br/>
        <w:t>v -8.626291 15.216326 0.138576</w:t>
        <w:br/>
        <w:t>v -8.641885 15.209146 0.141882</w:t>
        <w:br/>
        <w:t>v -8.682174 15.352805 0.170008</w:t>
        <w:br/>
        <w:t>v -8.665706 15.353149 0.176754</w:t>
        <w:br/>
        <w:t>v -8.615496 15.219769 0.145684</w:t>
        <w:br/>
        <w:t>v -8.556136 15.243749 0.130760</w:t>
        <w:br/>
        <w:t>v -8.597561 15.394157 0.161617</w:t>
        <w:br/>
        <w:t>v -8.595783 15.363933 0.116791</w:t>
        <w:br/>
        <w:t>v -8.597561 15.394157 0.161617</w:t>
        <w:br/>
        <w:t>v -8.556136 15.243749 0.130760</w:t>
        <w:br/>
        <w:t>v -8.512753 15.514666 0.148155</w:t>
        <w:br/>
        <w:t>v -8.401461 15.608891 0.176178</w:t>
        <w:br/>
        <w:t>v -8.489351 15.463256 0.009810</w:t>
        <w:br/>
        <w:t>v -8.395474 15.599702 0.308600</w:t>
        <w:br/>
        <w:t>v -8.183064 15.728572 0.334135</w:t>
        <w:br/>
        <w:t>v -8.193823 15.732844 0.200891</w:t>
        <w:br/>
        <w:t>v -7.925252 15.884764 0.357062</w:t>
        <w:br/>
        <w:t>v -7.942485 15.889470 0.220357</w:t>
        <w:br/>
        <w:t>v -7.909285 15.869650 0.423019</w:t>
        <w:br/>
        <w:t>v -7.941448 15.878549 0.108776</w:t>
        <w:br/>
        <w:t>v -7.883699 15.845428 0.528692</w:t>
        <w:br/>
        <w:t>v -7.746959 15.972077 0.415408</w:t>
        <w:br/>
        <w:t>v -8.187024 15.710665 0.021232</w:t>
        <w:br/>
        <w:t>v -7.743809 15.997020 0.375561</w:t>
        <w:br/>
        <w:t>v -7.594677 16.102098 0.357777</w:t>
        <w:br/>
        <w:t>v -8.381305 15.575880 0.015468</w:t>
        <w:br/>
        <w:t>v -7.553220 16.029182 0.507942</w:t>
        <w:br/>
        <w:t>v -7.504849 16.147961 0.350583</w:t>
        <w:br/>
        <w:t>v -7.724608 15.933885 0.518703</w:t>
        <w:br/>
        <w:t>v -7.703087 15.895488 0.613487</w:t>
        <w:br/>
        <w:t>v -7.456072 16.077856 0.497133</w:t>
        <w:br/>
        <w:t>v -7.415931 16.200314 0.344935</w:t>
        <w:br/>
        <w:t>v -7.670331 15.812087 0.686281</w:t>
        <w:br/>
        <w:t>v -7.456901 15.854499 0.661936</w:t>
        <w:br/>
        <w:t>v -7.358924 16.126530 0.486325</w:t>
        <w:br/>
        <w:t>v -7.329763 16.245928 0.333435</w:t>
        <w:br/>
        <w:t>v -7.357300 15.911720 0.624410</w:t>
        <w:br/>
        <w:t>v -7.354491 15.692372 0.632265</w:t>
        <w:br/>
        <w:t>v -7.274228 16.165125 0.473792</w:t>
        <w:br/>
        <w:t>v -7.181212 16.346022 0.321873</w:t>
        <w:br/>
        <w:t>v -7.257701 15.968938 0.586884</w:t>
        <w:br/>
        <w:t>v -7.284264 15.788151 0.587909</w:t>
        <w:br/>
        <w:t>v -7.124066 16.241377 0.457917</w:t>
        <w:br/>
        <w:t>v -7.004959 16.457481 0.304781</w:t>
        <w:br/>
        <w:t>v -6.942396 16.358419 0.458828</w:t>
        <w:br/>
        <w:t>v -6.868728 16.235184 0.555380</w:t>
        <w:br/>
        <w:t>v -7.048285 16.104549 0.552263</w:t>
        <w:br/>
        <w:t>v -7.183936 16.015268 0.571409</w:t>
        <w:br/>
        <w:t>v -6.793087 16.116999 0.490440</w:t>
        <w:br/>
        <w:t>v -6.803310 16.265720 0.536121</w:t>
        <w:br/>
        <w:t>v -6.745025 16.141567 0.491439</w:t>
        <w:br/>
        <w:t>v -7.002030 16.001608 0.511170</w:t>
        <w:br/>
        <w:t>v -6.750818 16.002775 0.382515</w:t>
        <w:br/>
        <w:t>v -7.142076 15.923928 0.531442</w:t>
        <w:br/>
        <w:t>v -7.214035 15.883926 0.543552</w:t>
        <w:br/>
        <w:t>v -7.185014 15.807666 0.449021</w:t>
        <w:br/>
        <w:t>v -7.112542 15.847123 0.432115</w:t>
        <w:br/>
        <w:t>v -6.969594 15.917272 0.405233</w:t>
        <w:br/>
        <w:t>v -6.948641 15.865813 0.241100</w:t>
        <w:br/>
        <w:t>v -6.738371 15.959109 0.230568</w:t>
        <w:br/>
        <w:t>v -7.090764 15.792997 0.251072</w:t>
        <w:br/>
        <w:t>v -6.963775 15.875121 0.052606</w:t>
        <w:br/>
        <w:t>v -6.754232 15.967053 0.029841</w:t>
        <w:br/>
        <w:t>v -6.789448 16.020683 -0.117373</w:t>
        <w:br/>
        <w:t>v -7.000420 15.928887 -0.096585</w:t>
        <w:br/>
        <w:t>v -7.105230 15.797224 0.065560</w:t>
        <w:br/>
        <w:t>v -7.142624 15.846953 -0.091189</w:t>
        <w:br/>
        <w:t>v -7.178181 15.752870 0.071605</w:t>
        <w:br/>
        <w:t>v -7.215905 15.799438 -0.090683</w:t>
        <w:br/>
        <w:t>v -7.164104 15.752851 0.256969</w:t>
        <w:br/>
        <w:t>v -7.263095 15.679506 0.079433</w:t>
        <w:br/>
        <w:t>v -7.301459 15.735578 -0.120865</w:t>
        <w:br/>
        <w:t>v -7.245761 15.674419 0.258532</w:t>
        <w:br/>
        <w:t>v -7.370377 15.626884 -0.091031</w:t>
        <w:br/>
        <w:t>v -7.231863 15.665279 0.345924</w:t>
        <w:br/>
        <w:t>v -7.327416 15.595985 0.260095</w:t>
        <w:br/>
        <w:t>v -7.254932 15.714980 0.500823</w:t>
        <w:br/>
        <w:t>v -7.299606 15.577579 0.434879</w:t>
        <w:br/>
        <w:t>v -7.324852 15.622293 0.552625</w:t>
        <w:br/>
        <w:t>v -7.452785 15.429326 0.632022</w:t>
        <w:br/>
        <w:t>v -7.526424 15.447074 0.421428</w:t>
        <w:br/>
        <w:t>v -7.677758 15.389686 0.415165</w:t>
        <w:br/>
        <w:t>v -7.544544 15.447574 0.257995</w:t>
        <w:br/>
        <w:t>v -7.901358 15.317859 0.242668</w:t>
        <w:br/>
        <w:t>v -7.690922 15.394359 0.251707</w:t>
        <w:br/>
        <w:t>v -7.348007 15.606139 0.087261</w:t>
        <w:br/>
        <w:t>v -7.561488 15.448033 0.105168</w:t>
        <w:br/>
        <w:t>v -7.387015 15.671716 -0.151047</w:t>
        <w:br/>
        <w:t>v -7.561757 15.443741 -0.081039</w:t>
        <w:br/>
        <w:t>v -7.582219 15.509707 -0.214650</w:t>
        <w:br/>
        <w:t>v -7.701634 15.394186 0.105823</w:t>
        <w:br/>
        <w:t>v -7.709040 15.364843 -0.089463</w:t>
        <w:br/>
        <w:t>v -7.730420 15.400617 -0.263891</w:t>
        <w:br/>
        <w:t>v -7.913486 15.312788 0.106815</w:t>
        <w:br/>
        <w:t>v -7.928374 15.259276 -0.105105</w:t>
        <w:br/>
        <w:t>v -7.928391 15.266954 -0.330496</w:t>
        <w:br/>
        <w:t>v -8.289104 15.132359 -0.006466</w:t>
        <w:br/>
        <w:t>v -8.247845 15.080885 -0.254110</w:t>
        <w:br/>
        <w:t>v -8.285311 15.128077 -0.372218</w:t>
        <w:br/>
        <w:t>v -8.266169 15.124804 -0.136767</w:t>
        <w:br/>
        <w:t>v -8.457713 15.107829 -0.018382</w:t>
        <w:br/>
        <w:t>v -8.416101 15.033157 -0.264555</w:t>
        <w:br/>
        <w:t>v -8.429074 15.090830 -0.374362</w:t>
        <w:br/>
        <w:t>v -8.505393 15.158914 -0.122324</w:t>
        <w:br/>
        <w:t>v -8.465054 15.009068 -0.268625</w:t>
        <w:br/>
        <w:t>v -8.493910 15.054529 -0.373573</w:t>
        <w:br/>
        <w:t>v -8.453893 15.070686 -0.139426</w:t>
        <w:br/>
        <w:t>v -8.266169 15.124804 -0.136767</w:t>
        <w:br/>
        <w:t>v -8.453893 15.070686 -0.139426</w:t>
        <w:br/>
        <w:t>v -8.505393 15.158914 -0.122324</w:t>
        <w:br/>
        <w:t>v -8.556398 15.158186 -0.141446</w:t>
        <w:br/>
        <w:t>v -8.532206 15.216648 -0.136477</w:t>
        <w:br/>
        <w:t>v -8.453893 15.070686 -0.139426</w:t>
        <w:br/>
        <w:t>v -8.532206 15.216648 -0.136477</w:t>
        <w:br/>
        <w:t>v -8.468259 14.991676 -0.270239</w:t>
        <w:br/>
        <w:t>v -8.501911 15.043234 -0.384972</w:t>
        <w:br/>
        <w:t>v -8.483524 14.977409 -0.272853</w:t>
        <w:br/>
        <w:t>v -8.507633 15.040670 -0.150713</w:t>
        <w:br/>
        <w:t>v -8.507633 15.040670 -0.150713</w:t>
        <w:br/>
        <w:t>v -8.569477 15.130075 -0.130925</w:t>
        <w:br/>
        <w:t>v -8.515660 15.026293 -0.141356</w:t>
        <w:br/>
        <w:t>v -8.582402 15.099575 -0.131710</w:t>
        <w:br/>
        <w:t>v -8.531583 15.011850 -0.142126</w:t>
        <w:br/>
        <w:t>v -8.531583 15.011850 -0.142126</w:t>
        <w:br/>
        <w:t>v -8.582402 15.099575 -0.131710</w:t>
        <w:br/>
        <w:t>v -8.531583 15.011850 -0.142126</w:t>
        <w:br/>
        <w:t>v -8.584727 15.088453 -0.152533</w:t>
        <w:br/>
        <w:t>v -8.518894 15.030931 -0.387688</w:t>
        <w:br/>
        <w:t>v -8.532651 15.030880 -0.371337</w:t>
        <w:br/>
        <w:t>v -8.483524 14.977409 -0.272853</w:t>
        <w:br/>
        <w:t>v -8.543861 15.014311 -0.162458</w:t>
        <w:br/>
        <w:t>v -8.560810 15.100056 -0.183981</w:t>
        <w:br/>
        <w:t>v -8.584727 15.088453 -0.152533</w:t>
        <w:br/>
        <w:t>v -8.534062 15.043617 -0.185549</w:t>
        <w:br/>
        <w:t>v -8.543861 15.014311 -0.162458</w:t>
        <w:br/>
        <w:t>v -8.501025 14.985224 -0.274148</w:t>
        <w:br/>
        <w:t>v -8.501025 14.985224 -0.274148</w:t>
        <w:br/>
        <w:t>v -8.532651 15.030880 -0.371337</w:t>
        <w:br/>
        <w:t>v -8.523502 15.053637 -0.342147</w:t>
        <w:br/>
        <w:t>v -8.501747 15.025915 -0.270375</w:t>
        <w:br/>
        <w:t>v -8.528962 15.075065 -0.019252</w:t>
        <w:br/>
        <w:t>v -8.570699 15.127126 -0.120860</w:t>
        <w:br/>
        <w:t>v -8.578236 15.118203 -0.129586</w:t>
        <w:br/>
        <w:t>v -8.567633 15.106314 0.107266</w:t>
        <w:br/>
        <w:t>v -8.495841 15.136557 0.119901</w:t>
        <w:br/>
        <w:t>v -8.567633 15.106314 0.107266</w:t>
        <w:br/>
        <w:t>v -8.555317 15.239689 0.134890</w:t>
        <w:br/>
        <w:t>v -8.629898 15.210591 0.120775</w:t>
        <w:br/>
        <w:t>v -8.642798 15.205483 0.127190</w:t>
        <w:br/>
        <w:t>v -8.576840 15.095165 0.113602</w:t>
        <w:br/>
        <w:t>v -8.535502 15.060582 -0.020572</w:t>
        <w:br/>
        <w:t>v -8.592479 15.086071 0.110664</w:t>
        <w:br/>
        <w:t>v -8.659038 15.198097 0.123419</w:t>
        <w:br/>
        <w:t>v -8.667012 15.192530 0.100235</w:t>
        <w:br/>
        <w:t>v -8.551708 15.051331 -0.020597</w:t>
        <w:br/>
        <w:t>v -8.592479 15.086071 0.110664</w:t>
        <w:br/>
        <w:t>v -8.593196 15.108767 -0.128979</w:t>
        <w:br/>
        <w:t>v -8.604607 15.109622 -0.110727</w:t>
        <w:br/>
        <w:t>v -8.603611 15.089967 0.094112</w:t>
        <w:br/>
        <w:t>v -8.642499 15.205155 0.069703</w:t>
        <w:br/>
        <w:t>v -8.667012 15.192530 0.100235</w:t>
        <w:br/>
        <w:t>v -8.591053 15.119244 0.071809</w:t>
        <w:br/>
        <w:t>v -8.603611 15.089967 0.094112</w:t>
        <w:br/>
        <w:t>v -8.567158 15.059600 -0.018554</w:t>
        <w:br/>
        <w:t>v -8.567158 15.059600 -0.018554</w:t>
        <w:br/>
        <w:t>v -8.563384 15.100116 -0.014076</w:t>
        <w:br/>
        <w:t>v -8.604607 15.109622 -0.110727</w:t>
        <w:br/>
        <w:t>v -8.591630 15.134166 -0.082827</w:t>
        <w:br/>
        <w:t>v -6.186752 16.577892 -0.343454</w:t>
        <w:br/>
        <w:t>v -6.285135 16.807821 -0.257463</w:t>
        <w:br/>
        <w:t>v -6.213656 16.588657 -0.384907</w:t>
        <w:br/>
        <w:t>v -6.325886 16.836700 -0.297758</w:t>
        <w:br/>
        <w:t>v -6.343369 16.949743 -0.076810</w:t>
        <w:br/>
        <w:t>v -6.372395 16.981506 -0.092154</w:t>
        <w:br/>
        <w:t>v -6.325886 16.836700 -0.297758</w:t>
        <w:br/>
        <w:t>v -6.372395 16.981506 -0.092154</w:t>
        <w:br/>
        <w:t>v -6.669711 16.620520 -0.241616</w:t>
        <w:br/>
        <w:t>v -6.213656 16.588657 -0.384907</w:t>
        <w:br/>
        <w:t>v -6.560309 16.407774 -0.332252</w:t>
        <w:br/>
        <w:t>v -6.367211 17.016848 0.128090</w:t>
        <w:br/>
        <w:t>v -6.336609 16.962654 0.123065</w:t>
        <w:br/>
        <w:t>v -6.294213 16.925068 0.299612</w:t>
        <w:br/>
        <w:t>v -6.719932 16.756912 -0.050132</w:t>
        <w:br/>
        <w:t>v -6.367211 17.016848 0.128090</w:t>
        <w:br/>
        <w:t>v -7.025419 16.397047 -0.183446</w:t>
        <w:br/>
        <w:t>v -6.917783 16.208443 -0.251361</w:t>
        <w:br/>
        <w:t>v -6.321310 16.969591 0.337081</w:t>
        <w:br/>
        <w:t>v -6.219647 16.808577 0.442117</w:t>
        <w:br/>
        <w:t>v -6.136575 16.619473 0.519306</w:t>
        <w:br/>
        <w:t>v -6.137834 16.647219 0.580372</w:t>
        <w:br/>
        <w:t>v -6.236525 16.835239 0.487997</w:t>
        <w:br/>
        <w:t>v -6.236525 16.835239 0.487997</w:t>
        <w:br/>
        <w:t>v -6.137834 16.647219 0.580372</w:t>
        <w:br/>
        <w:t>v -6.592026 16.620981 0.494866</w:t>
        <w:br/>
        <w:t>v -6.321310 16.969591 0.337081</w:t>
        <w:br/>
        <w:t>v -6.676508 16.746220 0.349332</w:t>
        <w:br/>
        <w:t>v -6.719015 16.790749 0.159679</w:t>
        <w:br/>
        <w:t>v -6.959214 16.399233 0.500764</w:t>
        <w:br/>
        <w:t>v -6.869464 16.255499 0.576183</w:t>
        <w:br/>
        <w:t>v -7.044353 16.515020 0.361787</w:t>
        <w:br/>
        <w:t>v -6.942396 16.358419 0.458828</w:t>
        <w:br/>
        <w:t>v -6.959214 16.399233 0.500764</w:t>
        <w:br/>
        <w:t>v -6.869464 16.255499 0.576183</w:t>
        <w:br/>
        <w:t>v -7.044353 16.515020 0.361787</w:t>
        <w:br/>
        <w:t>v -6.868728 16.235184 0.555380</w:t>
        <w:br/>
        <w:t>v -7.004959 16.457481 0.304781</w:t>
        <w:br/>
        <w:t>v -7.039086 16.497215 0.278876</w:t>
        <w:br/>
        <w:t>v -7.084178 16.556953 0.192390</w:t>
        <w:br/>
        <w:t>v -7.084178 16.556953 0.192390</w:t>
        <w:br/>
        <w:t>v -7.057008 16.506920 0.091672</w:t>
        <w:br/>
        <w:t>v -7.079396 16.525219 -0.007235</w:t>
        <w:br/>
        <w:t>v -7.079396 16.525219 -0.007235</w:t>
        <w:br/>
        <w:t>v -7.040371 16.472759 0.061500</w:t>
        <w:br/>
        <w:t>v -6.994820 16.358540 -0.128873</w:t>
        <w:br/>
        <w:t>v -7.025419 16.397047 -0.183446</w:t>
        <w:br/>
        <w:t>v -6.917783 16.208443 -0.251361</w:t>
        <w:br/>
        <w:t>v -6.909517 16.195110 -0.221104</w:t>
        <w:br/>
        <w:t>v -6.493349 16.456707 0.578334</w:t>
        <w:br/>
        <w:t>v -6.137834 16.647219 0.580372</w:t>
        <w:br/>
        <w:t>v -6.153203 16.617147 0.548401</w:t>
        <w:br/>
        <w:t>v -6.493349 16.456707 0.578334</w:t>
        <w:br/>
        <w:t>v -6.136575 16.619473 0.519306</w:t>
        <w:br/>
        <w:t>v -6.153256 16.614887 0.525366</w:t>
        <w:br/>
        <w:t>v -6.094315 16.489187 0.509527</w:t>
        <w:br/>
        <w:t>v -6.090958 16.485693 0.543604</w:t>
        <w:br/>
        <w:t>v -6.153256 16.614887 0.525366</w:t>
        <w:br/>
        <w:t>v -6.153203 16.617147 0.548401</w:t>
        <w:br/>
        <w:t>v -6.204035 16.426401 0.543072</w:t>
        <w:br/>
        <w:t>v -6.222059 16.458281 0.545130</w:t>
        <w:br/>
        <w:t>v -6.090958 16.485693 0.543604</w:t>
        <w:br/>
        <w:t>v -6.153203 16.617147 0.548401</w:t>
        <w:br/>
        <w:t>v -6.482578 16.436462 0.555736</w:t>
        <w:br/>
        <w:t>v -6.381416 16.377390 0.545779</w:t>
        <w:br/>
        <w:t>v -6.364294 16.342674 0.542319</w:t>
        <w:br/>
        <w:t>v -6.417799 16.314621 0.542068</w:t>
        <w:br/>
        <w:t>v -6.547279 16.245249 0.533756</w:t>
        <w:br/>
        <w:t>v -6.572245 16.288553 0.541583</w:t>
        <w:br/>
        <w:t>v -6.804916 16.270964 0.555927</w:t>
        <w:br/>
        <w:t>v -6.869464 16.255499 0.576183</w:t>
        <w:br/>
        <w:t>v -6.723181 16.212204 0.536010</w:t>
        <w:br/>
        <w:t>v -6.868728 16.235184 0.555380</w:t>
        <w:br/>
        <w:t>v -6.803310 16.265720 0.536121</w:t>
        <w:br/>
        <w:t>v -6.746366 16.138588 0.520976</w:t>
        <w:br/>
        <w:t>v -6.804916 16.270964 0.555927</w:t>
        <w:br/>
        <w:t>v -6.746366 16.138588 0.520976</w:t>
        <w:br/>
        <w:t>v -6.803310 16.265720 0.536121</w:t>
        <w:br/>
        <w:t>v -6.700553 16.163136 0.523917</w:t>
        <w:br/>
        <w:t>v -6.745025 16.141567 0.491439</w:t>
        <w:br/>
        <w:t>v -6.152469 16.501686 -0.314022</w:t>
        <w:br/>
        <w:t>v -6.151298 16.481701 -0.362421</w:t>
        <w:br/>
        <w:t>v -6.055778 16.349504 -0.251330</w:t>
        <w:br/>
        <w:t>v -6.054297 16.319876 -0.261256</w:t>
        <w:br/>
        <w:t>v -5.997722 16.262089 -0.076664</w:t>
        <w:br/>
        <w:t>v -6.054297 16.319876 -0.261256</w:t>
        <w:br/>
        <w:t>v -6.151298 16.481701 -0.362421</w:t>
        <w:br/>
        <w:t>v -6.202109 16.250660 -0.238993</w:t>
        <w:br/>
        <w:t>v -5.992263 16.218325 -0.082453</w:t>
        <w:br/>
        <w:t>v -6.128340 16.162025 -0.064124</w:t>
        <w:br/>
        <w:t>v -5.992263 16.218325 -0.082453</w:t>
        <w:br/>
        <w:t>v -5.959728 16.209118 0.183104</w:t>
        <w:br/>
        <w:t>v -5.969105 16.257692 0.187563</w:t>
        <w:br/>
        <w:t>v -6.097920 16.155884 0.190630</w:t>
        <w:br/>
        <w:t>v -5.959728 16.209118 0.183104</w:t>
        <w:br/>
        <w:t>v -5.997117 16.313272 0.393119</w:t>
        <w:br/>
        <w:t>v -5.997117 16.313272 0.393119</w:t>
        <w:br/>
        <w:t>v -5.999283 16.335226 0.371057</w:t>
        <w:br/>
        <w:t>v -6.081830 16.498652 0.508861</w:t>
        <w:br/>
        <w:t>v -6.072999 16.485092 0.563543</w:t>
        <w:br/>
        <w:t>v -6.128935 16.256161 0.393123</w:t>
        <w:br/>
        <w:t>v -6.072999 16.485092 0.563543</w:t>
        <w:br/>
        <w:t>v -6.199068 16.419184 0.559230</w:t>
        <w:br/>
        <w:t>v -6.089865 16.122780 0.200970</w:t>
        <w:br/>
        <w:t>v -6.128935 16.256161 0.393123</w:t>
        <w:br/>
        <w:t>v -6.097920 16.155884 0.190630</w:t>
        <w:br/>
        <w:t>v -6.072999 16.485092 0.563543</w:t>
        <w:br/>
        <w:t>v -6.199068 16.419184 0.559230</w:t>
        <w:br/>
        <w:t>v -6.090958 16.485693 0.543604</w:t>
        <w:br/>
        <w:t>v -6.081830 16.498652 0.508861</w:t>
        <w:br/>
        <w:t>v -6.094315 16.489187 0.509527</w:t>
        <w:br/>
        <w:t>v -6.204035 16.426401 0.543072</w:t>
        <w:br/>
        <w:t>v -6.199068 16.419184 0.559230</w:t>
        <w:br/>
        <w:t>v -6.222059 16.458281 0.545130</w:t>
        <w:br/>
        <w:t>v -6.204035 16.426401 0.543072</w:t>
        <w:br/>
        <w:t>v -6.121651 16.124846 -0.061864</w:t>
        <w:br/>
        <w:t>v -6.128340 16.162025 -0.064124</w:t>
        <w:br/>
        <w:t>v -6.122785 16.231735 0.443420</w:t>
        <w:br/>
        <w:t>v -6.194366 16.218300 -0.254514</w:t>
        <w:br/>
        <w:t>v -6.202109 16.250660 -0.238993</w:t>
        <w:br/>
        <w:t>v -6.089865 16.122780 0.200970</w:t>
        <w:br/>
        <w:t>v -6.121651 16.124846 -0.061864</w:t>
        <w:br/>
        <w:t>v -6.256261 16.052305 0.209891</w:t>
        <w:br/>
        <w:t>v -6.122785 16.231735 0.443420</w:t>
        <w:br/>
        <w:t>v -6.194366 16.218300 -0.254514</w:t>
        <w:br/>
        <w:t>v -6.287700 16.050852 -0.041322</w:t>
        <w:br/>
        <w:t>v -6.276090 16.359354 -0.356157</w:t>
        <w:br/>
        <w:t>v -6.357791 16.142229 -0.245543</w:t>
        <w:br/>
        <w:t>v -6.276090 16.359354 -0.356157</w:t>
        <w:br/>
        <w:t>v -6.295173 16.407707 -0.337918</w:t>
        <w:br/>
        <w:t>v -6.295173 16.407707 -0.337918</w:t>
        <w:br/>
        <w:t>v -6.287700 16.050852 -0.041322</w:t>
        <w:br/>
        <w:t>v -6.357791 16.142229 -0.245543</w:t>
        <w:br/>
        <w:t>v -6.307127 16.088278 -0.040153</w:t>
        <w:br/>
        <w:t>v -6.434754 16.281727 -0.332384</w:t>
        <w:br/>
        <w:t>v -6.273759 16.088354 0.200160</w:t>
        <w:br/>
        <w:t>v -6.256261 16.052305 0.209891</w:t>
        <w:br/>
        <w:t>v -6.370924 16.171867 -0.213690</w:t>
        <w:br/>
        <w:t>v -6.434754 16.281727 -0.332384</w:t>
        <w:br/>
        <w:t>v -6.273759 16.088354 0.200160</w:t>
        <w:br/>
        <w:t>v -6.307127 16.088278 -0.040153</w:t>
        <w:br/>
        <w:t>v -6.318973 16.070936 0.202623</w:t>
        <w:br/>
        <w:t>v -6.294882 16.390457 -0.382433</w:t>
        <w:br/>
        <w:t>v -6.294882 16.390457 -0.382433</w:t>
        <w:br/>
        <w:t>v -6.344231 16.072926 -0.035155</w:t>
        <w:br/>
        <w:t>v -6.370924 16.171867 -0.213690</w:t>
        <w:br/>
        <w:t>v -6.451291 16.313417 -0.357980</w:t>
        <w:br/>
        <w:t>v -6.458263 16.324125 -0.310281</w:t>
        <w:br/>
        <w:t>v -6.451291 16.313417 -0.357980</w:t>
        <w:br/>
        <w:t>v -6.316919 16.428391 -0.363389</w:t>
        <w:br/>
        <w:t>v -6.316919 16.428391 -0.363389</w:t>
        <w:br/>
        <w:t>v -6.474165 16.350462 -0.337902</w:t>
        <w:br/>
        <w:t>v -6.474165 16.350462 -0.337902</w:t>
        <w:br/>
        <w:t>v -6.325873 16.449623 -0.322577</w:t>
        <w:br/>
        <w:t>v -6.325873 16.449623 -0.322577</w:t>
        <w:br/>
        <w:t>v -6.483765 16.367704 -0.303602</w:t>
        <w:br/>
        <w:t>v -6.483765 16.367704 -0.303602</w:t>
        <w:br/>
        <w:t>v -6.302818 16.420076 -0.312373</w:t>
        <w:br/>
        <w:t>v -6.460056 16.332912 -0.292884</w:t>
        <w:br/>
        <w:t>v -6.295173 16.407707 -0.337918</w:t>
        <w:br/>
        <w:t>v -6.196500 16.479242 -0.325619</w:t>
        <w:br/>
        <w:t>v -6.302818 16.420076 -0.312373</w:t>
        <w:br/>
        <w:t>v -6.151298 16.481701 -0.362421</w:t>
        <w:br/>
        <w:t>v -6.152469 16.501686 -0.314022</w:t>
        <w:br/>
        <w:t>v -6.193570 16.487230 -0.310988</w:t>
        <w:br/>
        <w:t>v -6.458263 16.324125 -0.310281</w:t>
        <w:br/>
        <w:t>v -6.460056 16.332912 -0.292884</w:t>
        <w:br/>
        <w:t>v -6.504132 16.300529 -0.302469</w:t>
        <w:br/>
        <w:t>v -6.507642 16.306429 -0.286956</w:t>
        <w:br/>
        <w:t>v -6.458263 16.324125 -0.310281</w:t>
        <w:br/>
        <w:t>v -6.504132 16.300529 -0.302469</w:t>
        <w:br/>
        <w:t>v -6.408889 16.154085 -0.207971</w:t>
        <w:br/>
        <w:t>v -6.633702 16.231224 -0.280055</w:t>
        <w:br/>
        <w:t>v -6.635728 16.239117 -0.260115</w:t>
        <w:br/>
        <w:t>v -6.646956 16.261908 -0.265885</w:t>
        <w:br/>
        <w:t>v -6.633702 16.231224 -0.280055</w:t>
        <w:br/>
        <w:t>v -6.635728 16.239117 -0.260115</w:t>
        <w:br/>
        <w:t>v -6.549999 16.087502 -0.188841</w:t>
        <w:br/>
        <w:t>v -6.633702 16.231224 -0.280055</w:t>
        <w:br/>
        <w:t>v -6.484953 16.012096 -0.016487</w:t>
        <w:br/>
        <w:t>v -6.459958 16.012817 0.211080</w:t>
        <w:br/>
        <w:t>v -6.548293 16.055702 -0.194610</w:t>
        <w:br/>
        <w:t>v -6.484953 16.012096 -0.016487</w:t>
        <w:br/>
        <w:t>v -6.549999 16.087502 -0.188841</w:t>
        <w:br/>
        <w:t>v -6.611535 16.179142 -0.292881</w:t>
        <w:br/>
        <w:t>v -6.645680 16.249945 -0.296661</w:t>
        <w:br/>
        <w:t>v -6.626555 16.208460 -0.311657</w:t>
        <w:br/>
        <w:t>v -6.645680 16.249945 -0.296661</w:t>
        <w:br/>
        <w:t>v -6.646956 16.261908 -0.265885</w:t>
        <w:br/>
        <w:t>v -6.795214 16.174427 -0.275306</w:t>
        <w:br/>
        <w:t>v -6.626555 16.208460 -0.311657</w:t>
        <w:br/>
        <w:t>v -6.798962 16.187323 -0.236033</w:t>
        <w:br/>
        <w:t>v -6.611535 16.179142 -0.292881</w:t>
        <w:br/>
        <w:t>v -6.760914 16.104988 -0.271626</w:t>
        <w:br/>
        <w:t>v -6.548293 16.055702 -0.194610</w:t>
        <w:br/>
        <w:t>v -6.775951 16.133633 -0.290315</w:t>
        <w:br/>
        <w:t>v -6.795214 16.174427 -0.275306</w:t>
        <w:br/>
        <w:t>v -6.798962 16.187323 -0.236033</w:t>
        <w:br/>
        <w:t>v -6.781735 16.151722 -0.254306</w:t>
        <w:br/>
        <w:t>v -6.775951 16.133633 -0.290315</w:t>
        <w:br/>
        <w:t>v -6.760914 16.104988 -0.271626</w:t>
        <w:br/>
        <w:t>v -6.786476 16.159592 -0.228468</w:t>
        <w:br/>
        <w:t>v -6.786476 16.159592 -0.228468</w:t>
        <w:br/>
        <w:t>v -6.807132 16.148735 -0.224148</w:t>
        <w:br/>
        <w:t>v -6.781735 16.151722 -0.254306</w:t>
        <w:br/>
        <w:t>v -6.805837 16.157537 -0.198660</w:t>
        <w:br/>
        <w:t>v -6.858296 16.129730 -0.190456</w:t>
        <w:br/>
        <w:t>v -6.854971 16.112543 -0.241637</w:t>
        <w:br/>
        <w:t>v -6.854971 16.112543 -0.241637</w:t>
        <w:br/>
        <w:t>v -6.777524 15.979867 -0.157885</w:t>
        <w:br/>
        <w:t>v -6.781735 16.151722 -0.254306</w:t>
        <w:br/>
        <w:t>v -6.704679 16.014240 -0.167760</w:t>
        <w:br/>
        <w:t>v -6.704679 16.014240 -0.167760</w:t>
        <w:br/>
        <w:t>v -6.692782 15.975147 -0.173514</w:t>
        <w:br/>
        <w:t>v -6.692782 15.975147 -0.173514</w:t>
        <w:br/>
        <w:t>v -6.777524 15.979867 -0.157885</w:t>
        <w:br/>
        <w:t>v -6.854971 16.112543 -0.241637</w:t>
        <w:br/>
        <w:t>v -6.789448 16.020683 -0.117373</w:t>
        <w:br/>
        <w:t>v -6.858296 16.129730 -0.190456</w:t>
        <w:br/>
        <w:t>v -6.726844 15.907298 0.015711</w:t>
        <w:br/>
        <w:t>v -6.726844 15.907298 0.015711</w:t>
        <w:br/>
        <w:t>v -6.754232 15.967053 0.029841</w:t>
        <w:br/>
        <w:t>v -6.639811 15.944919 0.004165</w:t>
        <w:br/>
        <w:t>v -6.639811 15.944919 0.004165</w:t>
        <w:br/>
        <w:t>v -6.627547 15.911600 -0.010749</w:t>
        <w:br/>
        <w:t>v -6.627547 15.911600 -0.010749</w:t>
        <w:br/>
        <w:t>v -6.619333 15.946904 0.220690</w:t>
        <w:br/>
        <w:t>v -6.619333 15.946904 0.220690</w:t>
        <w:br/>
        <w:t>v -6.711428 15.908941 0.226214</w:t>
        <w:br/>
        <w:t>v -6.711428 15.908941 0.226214</w:t>
        <w:br/>
        <w:t>v -6.738371 15.959109 0.230568</w:t>
        <w:br/>
        <w:t>v -6.476491 15.982734 -0.026519</w:t>
        <w:br/>
        <w:t>v -6.476491 15.982734 -0.026519</w:t>
        <w:br/>
        <w:t>v -6.459958 16.012817 0.211080</w:t>
        <w:br/>
        <w:t>v -6.734072 15.984722 0.397520</w:t>
        <w:br/>
        <w:t>v -6.750818 16.002775 0.382515</w:t>
        <w:br/>
        <w:t>v -6.793087 16.116999 0.490440</w:t>
        <w:br/>
        <w:t>v -6.787446 16.102068 0.540012</w:t>
        <w:br/>
        <w:t>v -6.734072 15.984722 0.397520</w:t>
        <w:br/>
        <w:t>v -6.643664 16.026058 0.396492</w:t>
        <w:br/>
        <w:t>v -6.787446 16.102068 0.540012</w:t>
        <w:br/>
        <w:t>v -6.695181 16.152655 0.542944</w:t>
        <w:br/>
        <w:t>v -6.643664 16.026058 0.396492</w:t>
        <w:br/>
        <w:t>v -6.604014 15.907086 0.237065</w:t>
        <w:br/>
        <w:t>v -6.604014 15.907086 0.237065</w:t>
        <w:br/>
        <w:t>v -6.634681 16.012430 0.446772</w:t>
        <w:br/>
        <w:t>v -6.695181 16.152655 0.542944</w:t>
        <w:br/>
        <w:t>v -6.448378 15.973003 0.228825</w:t>
        <w:br/>
        <w:t>v -6.448378 15.973003 0.228825</w:t>
        <w:br/>
        <w:t>v -6.634681 16.012430 0.446772</w:t>
        <w:br/>
        <w:t>v -6.473448 16.072668 0.442569</w:t>
        <w:br/>
        <w:t>v -6.484324 16.099165 0.394671</w:t>
        <w:br/>
        <w:t>v -6.473448 16.072668 0.442569</w:t>
        <w:br/>
        <w:t>v -6.484324 16.099165 0.394671</w:t>
        <w:br/>
        <w:t>v -6.348813 16.161119 0.393130</w:t>
        <w:br/>
        <w:t>v -6.688645 16.143322 0.583898</w:t>
        <w:br/>
        <w:t>v -6.688645 16.143322 0.583898</w:t>
        <w:br/>
        <w:t>v -6.540671 16.237701 0.547878</w:t>
        <w:br/>
        <w:t>v -6.540671 16.237701 0.547878</w:t>
        <w:br/>
        <w:t>v -6.536795 16.217945 0.587416</w:t>
        <w:br/>
        <w:t>v -6.536795 16.217945 0.587416</w:t>
        <w:br/>
        <w:t>v -6.704055 16.182362 0.595544</w:t>
        <w:br/>
        <w:t>v -6.704055 16.182362 0.595544</w:t>
        <w:br/>
        <w:t>v -6.555384 16.256121 0.600613</w:t>
        <w:br/>
        <w:t>v -6.555384 16.256121 0.600613</w:t>
        <w:br/>
        <w:t>v -6.555384 16.256121 0.600613</w:t>
        <w:br/>
        <w:t>v -6.704055 16.182362 0.595544</w:t>
        <w:br/>
        <w:t>v -6.572245 16.288553 0.541583</w:t>
        <w:br/>
        <w:t>v -6.572245 16.288553 0.541583</w:t>
        <w:br/>
        <w:t>v -6.723181 16.212204 0.536010</w:t>
        <w:br/>
        <w:t>v -6.723181 16.212204 0.536010</w:t>
        <w:br/>
        <w:t>v -6.547279 16.245249 0.533756</w:t>
        <w:br/>
        <w:t>v -6.700553 16.163136 0.523917</w:t>
        <w:br/>
        <w:t>v -6.540671 16.237701 0.547878</w:t>
        <w:br/>
        <w:t>v -6.547279 16.245249 0.533756</w:t>
        <w:br/>
        <w:t>v -6.417799 16.314621 0.542068</w:t>
        <w:br/>
        <w:t>v -6.700553 16.163136 0.523917</w:t>
        <w:br/>
        <w:t>v -6.695181 16.152655 0.542944</w:t>
        <w:br/>
        <w:t>v -6.746366 16.138588 0.520976</w:t>
        <w:br/>
        <w:t>v -6.787446 16.102068 0.540012</w:t>
        <w:br/>
        <w:t>v -6.793087 16.116999 0.490440</w:t>
        <w:br/>
        <w:t>v -6.745025 16.141567 0.491439</w:t>
        <w:br/>
        <w:t>v -6.415250 16.306471 0.551863</w:t>
        <w:br/>
        <w:t>v -6.415250 16.306471 0.551863</w:t>
        <w:br/>
        <w:t>v -6.364294 16.342674 0.542319</w:t>
        <w:br/>
        <w:t>v -6.304211 16.180445 0.393128</w:t>
        <w:br/>
        <w:t>v -6.304211 16.180445 0.393128</w:t>
        <w:br/>
        <w:t>v -6.361616 16.334515 0.553698</w:t>
        <w:br/>
        <w:t>v -6.361616 16.334515 0.553698</w:t>
        <w:br/>
        <w:t>v -6.364294 16.342674 0.542319</w:t>
        <w:br/>
        <w:t>v -6.381416 16.377390 0.545779</w:t>
        <w:br/>
        <w:t>v -6.361616 16.334515 0.553698</w:t>
        <w:br/>
        <w:t>v -6.291585 16.165232 0.446582</w:t>
        <w:br/>
        <w:t>v -6.291585 16.165232 0.446582</w:t>
        <w:br/>
        <w:t>v -6.373869 16.362440 0.588336</w:t>
        <w:br/>
        <w:t>v -6.373869 16.362440 0.588336</w:t>
        <w:br/>
        <w:t>v -6.381416 16.377390 0.545779</w:t>
        <w:br/>
        <w:t>v -6.222059 16.458281 0.545130</w:t>
        <w:br/>
        <w:t>v -6.349482 16.312492 0.589932</w:t>
        <w:br/>
        <w:t>v -6.349482 16.312492 0.589932</w:t>
        <w:br/>
        <w:t>v -6.215353 16.439993 0.591519</w:t>
        <w:br/>
        <w:t>v -6.373869 16.362440 0.588336</w:t>
        <w:br/>
        <w:t>v -6.215353 16.439993 0.591519</w:t>
        <w:br/>
        <w:t>v -6.215353 16.439993 0.591519</w:t>
        <w:br/>
        <w:t>v -6.189050 16.390259 0.592471</w:t>
        <w:br/>
        <w:t>v -6.189050 16.390259 0.592471</w:t>
        <w:br/>
        <w:t>v -1.219938 3.325388 0.553320</w:t>
        <w:br/>
        <w:t>v -1.348791 3.378017 0.575139</w:t>
        <w:br/>
        <w:t>v -1.242462 3.297148 0.592657</w:t>
        <w:br/>
        <w:t>v -1.382746 3.363636 0.612682</w:t>
        <w:br/>
        <w:t>v -1.506450 3.429842 0.508116</w:t>
        <w:br/>
        <w:t>v -1.221556 3.328837 0.627900</w:t>
        <w:br/>
        <w:t>v -1.242462 3.297148 0.592657</w:t>
        <w:br/>
        <w:t>v -1.382746 3.363636 0.612682</w:t>
        <w:br/>
        <w:t>v -1.533848 3.408649 0.546689</w:t>
        <w:br/>
        <w:t>v -1.653138 3.445307 0.402353</w:t>
        <w:br/>
        <w:t>v -1.375519 3.409065 0.635059</w:t>
        <w:br/>
        <w:t>v -1.533848 3.408649 0.546689</w:t>
        <w:br/>
        <w:t>v -1.690507 3.426123 0.430462</w:t>
        <w:br/>
        <w:t>v -1.789748 3.441578 0.283260</w:t>
        <w:br/>
        <w:t>v -1.534168 3.454790 0.570776</w:t>
        <w:br/>
        <w:t>v -1.690507 3.426123 0.430462</w:t>
        <w:br/>
        <w:t>v -1.375519 3.409065 0.635059</w:t>
        <w:br/>
        <w:t>v -1.341373 3.423534 0.597156</w:t>
        <w:br/>
        <w:t>v -1.221556 3.328837 0.627900</w:t>
        <w:br/>
        <w:t>v -1.198969 3.357132 0.588540</w:t>
        <w:br/>
        <w:t>v -1.219938 3.325388 0.553320</w:t>
        <w:br/>
        <w:t>v -1.198969 3.357132 0.588540</w:t>
        <w:br/>
        <w:t>v -1.348791 3.378017 0.575139</w:t>
        <w:br/>
        <w:t>v -1.341373 3.423534 0.597156</w:t>
        <w:br/>
        <w:t>v -1.506450 3.429842 0.508116</w:t>
        <w:br/>
        <w:t>v -1.506302 3.476438 0.533069</w:t>
        <w:br/>
        <w:t>v -1.506302 3.476438 0.533069</w:t>
        <w:br/>
        <w:t>v -1.534168 3.454790 0.570776</w:t>
        <w:br/>
        <w:t>v -1.653138 3.445307 0.402353</w:t>
        <w:br/>
        <w:t>v -1.662137 3.492849 0.416476</w:t>
        <w:br/>
        <w:t>v -1.662137 3.492849 0.416476</w:t>
        <w:br/>
        <w:t>v -1.789748 3.441578 0.283260</w:t>
        <w:br/>
        <w:t>v -1.698380 3.473744 0.443649</w:t>
        <w:br/>
        <w:t>v -1.698380 3.473744 0.443649</w:t>
        <w:br/>
        <w:t>v -1.804569 3.489066 0.290450</w:t>
        <w:br/>
        <w:t>v -1.804569 3.489066 0.290450</w:t>
        <w:br/>
        <w:t>v -1.824073 3.422747 0.312183</w:t>
        <w:br/>
        <w:t>v -1.824073 3.422747 0.312183</w:t>
        <w:br/>
        <w:t>v -1.836920 3.470288 0.318225</w:t>
        <w:br/>
        <w:t>v -1.836920 3.470288 0.318225</w:t>
        <w:br/>
        <w:t>v -1.863546 3.422156 0.180330</w:t>
        <w:br/>
        <w:t>v -1.831910 3.395907 0.204820</w:t>
        <w:br/>
        <w:t>v -1.902334 3.404708 0.209035</w:t>
        <w:br/>
        <w:t>v -1.902334 3.404708 0.209035</w:t>
        <w:br/>
        <w:t>v -1.863546 3.422156 0.180330</w:t>
        <w:br/>
        <w:t>v -1.870238 3.377846 0.233039</w:t>
        <w:br/>
        <w:t>v -1.870238 3.377846 0.233039</w:t>
        <w:br/>
        <w:t>v -1.831910 3.395907 0.204820</w:t>
        <w:br/>
        <w:t>v -1.863546 3.422156 0.180330</w:t>
        <w:br/>
        <w:t>v -1.902334 3.404708 0.209035</w:t>
        <w:br/>
        <w:t>v -1.876638 3.268196 0.220036</w:t>
        <w:br/>
        <w:t>v -1.876638 3.268196 0.220036</w:t>
        <w:br/>
        <w:t>v -1.870238 3.377846 0.233039</w:t>
        <w:br/>
        <w:t>v -1.831910 3.395907 0.204820</w:t>
        <w:br/>
        <w:t>v -1.848744 3.290425 0.255921</w:t>
        <w:br/>
        <w:t>v -1.848744 3.290425 0.255921</w:t>
        <w:br/>
        <w:t>v -1.807781 3.289128 0.225641</w:t>
        <w:br/>
        <w:t>v -1.783583 3.193021 0.329361</w:t>
        <w:br/>
        <w:t>v -1.783583 3.193021 0.329361</w:t>
        <w:br/>
        <w:t>v -1.743280 3.190788 0.299195</w:t>
        <w:br/>
        <w:t>v -1.835216 3.266717 0.189538</w:t>
        <w:br/>
        <w:t>v -1.835216 3.266717 0.189538</w:t>
        <w:br/>
        <w:t>v -1.807781 3.289128 0.225641</w:t>
        <w:br/>
        <w:t>v -1.743280 3.190788 0.299195</w:t>
        <w:br/>
        <w:t>v -1.798393 3.152262 0.305463</w:t>
        <w:br/>
        <w:t>v -1.798393 3.152262 0.305463</w:t>
        <w:br/>
        <w:t>v -1.662028 3.173148 0.422509</w:t>
        <w:br/>
        <w:t>v -1.662028 3.173148 0.422509</w:t>
        <w:br/>
        <w:t>v -1.626091 3.172263 0.387242</w:t>
        <w:br/>
        <w:t>v -1.757469 3.150118 0.274895</w:t>
        <w:br/>
        <w:t>v -1.757469 3.150118 0.274895</w:t>
        <w:br/>
        <w:t>v -1.626091 3.172263 0.387242</w:t>
        <w:br/>
        <w:t>v -1.657386 3.122121 0.421710</w:t>
        <w:br/>
        <w:t>v -1.657386 3.122121 0.421710</w:t>
        <w:br/>
        <w:t>v -1.621973 3.121347 0.386203</w:t>
        <w:br/>
        <w:t>v -1.621973 3.121347 0.386203</w:t>
        <w:br/>
        <w:t>v -1.462347 3.152614 0.483254</w:t>
        <w:br/>
        <w:t>v -1.471520 3.202232 0.477194</w:t>
        <w:br/>
        <w:t>v -1.484974 3.154919 0.528282</w:t>
        <w:br/>
        <w:t>v -1.462347 3.152614 0.483254</w:t>
        <w:br/>
        <w:t>v -1.484974 3.154919 0.528282</w:t>
        <w:br/>
        <w:t>v -1.326550 3.212289 0.577897</w:t>
        <w:br/>
        <w:t>v -1.326550 3.212289 0.577897</w:t>
        <w:br/>
        <w:t>v -1.350621 3.250706 0.550939</w:t>
        <w:br/>
        <w:t>v -1.495601 3.204471 0.521611</w:t>
        <w:br/>
        <w:t>v -1.495601 3.204471 0.521611</w:t>
        <w:br/>
        <w:t>v -1.471520 3.202232 0.477194</w:t>
        <w:br/>
        <w:t>v -1.352644 3.225221 0.619024</w:t>
        <w:br/>
        <w:t>v -1.352644 3.225221 0.619024</w:t>
        <w:br/>
        <w:t>v -1.240438 3.294194 0.650160</w:t>
        <w:br/>
        <w:t>v -1.240438 3.294194 0.650160</w:t>
        <w:br/>
        <w:t>v -1.262669 3.323153 0.614556</w:t>
        <w:br/>
        <w:t>v -1.136460 3.360681 0.597735</w:t>
        <w:br/>
        <w:t>v -1.377219 3.263551 0.591908</w:t>
        <w:br/>
        <w:t>v -1.377219 3.263551 0.591908</w:t>
        <w:br/>
        <w:t>v -1.350621 3.250706 0.550939</w:t>
        <w:br/>
        <w:t>v -1.262669 3.323153 0.614556</w:t>
        <w:br/>
        <w:t>v -1.278480 3.350181 0.650166</w:t>
        <w:br/>
        <w:t>v -1.148836 3.411135 0.622144</w:t>
        <w:br/>
        <w:t>v -1.256192 3.321069 0.685450</w:t>
        <w:br/>
        <w:t>v -1.278480 3.350181 0.650166</w:t>
        <w:br/>
        <w:t>v -1.256192 3.321069 0.685450</w:t>
        <w:br/>
        <w:t>v -1.148836 3.411135 0.622144</w:t>
        <w:br/>
        <w:t>v -1.125388 3.338532 0.649834</w:t>
        <w:br/>
        <w:t>v -1.125388 3.338532 0.649834</w:t>
        <w:br/>
        <w:t>v -1.137884 3.389110 0.674354</w:t>
        <w:br/>
        <w:t>v -1.137884 3.389110 0.674354</w:t>
        <w:br/>
        <w:t>v -0.985062 3.378474 0.559276</w:t>
        <w:br/>
        <w:t>v -0.985062 3.378474 0.559276</w:t>
        <w:br/>
        <w:t>v -1.006183 3.398630 0.510988</w:t>
        <w:br/>
        <w:t>v -0.832419 3.432593 0.434522</w:t>
        <w:br/>
        <w:t>v -1.136460 3.360681 0.597735</w:t>
        <w:br/>
        <w:t>v -1.006183 3.398630 0.510988</w:t>
        <w:br/>
        <w:t>v -0.800634 3.414157 0.476343</w:t>
        <w:br/>
        <w:t>v -0.704011 3.451099 0.322277</w:t>
        <w:br/>
        <w:t>v -0.992009 3.429486 0.583162</w:t>
        <w:br/>
        <w:t>v -0.992009 3.429486 0.583162</w:t>
        <w:br/>
        <w:t>v -0.800634 3.414157 0.476343</w:t>
        <w:br/>
        <w:t>v -1.013285 3.449627 0.534835</w:t>
        <w:br/>
        <w:t>v -1.013285 3.449627 0.534835</w:t>
        <w:br/>
        <w:t>v -0.832419 3.432593 0.434522</w:t>
        <w:br/>
        <w:t>v -0.834326 3.484555 0.457021</w:t>
        <w:br/>
        <w:t>v -0.834326 3.484555 0.457021</w:t>
        <w:br/>
        <w:t>v -0.704011 3.451099 0.322277</w:t>
        <w:br/>
        <w:t>v -0.802478 3.466197 0.498910</w:t>
        <w:br/>
        <w:t>v -0.802478 3.466197 0.498910</w:t>
        <w:br/>
        <w:t>v -0.695543 3.505000 0.332856</w:t>
        <w:br/>
        <w:t>v -0.695543 3.505000 0.332856</w:t>
        <w:br/>
        <w:t>v -0.610153 3.421360 0.186522</w:t>
        <w:br/>
        <w:t>v -0.642290 3.385325 0.218882</w:t>
        <w:br/>
        <w:t>v -0.652097 3.489523 0.365338</w:t>
        <w:br/>
        <w:t>v -0.615313 3.245429 0.148925</w:t>
        <w:br/>
        <w:t>v -0.648481 3.256292 0.190391</w:t>
        <w:br/>
        <w:t>v -0.695615 3.151907 0.276959</w:t>
        <w:br/>
        <w:t>v -0.610153 3.421360 0.186522</w:t>
        <w:br/>
        <w:t>v -0.566245 3.408221 0.219688</w:t>
        <w:br/>
        <w:t>v -0.615313 3.245429 0.148925</w:t>
        <w:br/>
        <w:t>v -0.674197 3.106784 0.253262</w:t>
        <w:br/>
        <w:t>v -0.756993 3.120044 0.360541</w:t>
        <w:br/>
        <w:t>v -0.570767 3.242882 0.183902</w:t>
        <w:br/>
        <w:t>v -0.674197 3.106784 0.253262</w:t>
        <w:br/>
        <w:t>v -0.660878 3.435643 0.354697</w:t>
        <w:br/>
        <w:t>v -0.652097 3.489523 0.365338</w:t>
        <w:br/>
        <w:t>v -0.566245 3.408221 0.219688</w:t>
        <w:br/>
        <w:t>v -0.660878 3.435643 0.354697</w:t>
        <w:br/>
        <w:t>v -0.598539 3.372205 0.251829</w:t>
        <w:br/>
        <w:t>v -0.598539 3.372205 0.251829</w:t>
        <w:br/>
        <w:t>v -0.570767 3.242882 0.183902</w:t>
        <w:br/>
        <w:t>v -0.642290 3.385325 0.218882</w:t>
        <w:br/>
        <w:t>v -0.648481 3.256292 0.190391</w:t>
        <w:br/>
        <w:t>v -0.604162 3.253523 0.225214</w:t>
        <w:br/>
        <w:t>v -0.604162 3.253523 0.225214</w:t>
        <w:br/>
        <w:t>v -0.695615 3.151907 0.276959</w:t>
        <w:br/>
        <w:t>v -0.625692 3.116395 0.282412</w:t>
        <w:br/>
        <w:t>v -0.625692 3.116395 0.282412</w:t>
        <w:br/>
        <w:t>v -0.647344 3.161486 0.306044</w:t>
        <w:br/>
        <w:t>v -0.647344 3.161486 0.306044</w:t>
        <w:br/>
        <w:t>v -0.714757 3.127533 0.397011</w:t>
        <w:br/>
        <w:t>v -0.714757 3.127533 0.397011</w:t>
        <w:br/>
        <w:t>v -0.711843 3.072790 0.398458</w:t>
        <w:br/>
        <w:t>v -0.711843 3.072790 0.398458</w:t>
        <w:br/>
        <w:t>v -0.754092 3.065286 0.362013</w:t>
        <w:br/>
        <w:t>v -0.754092 3.065286 0.362013</w:t>
        <w:br/>
        <w:t>v -0.843505 3.107085 0.502059</w:t>
        <w:br/>
        <w:t>v -0.843505 3.107085 0.502059</w:t>
        <w:br/>
        <w:t>v -0.876409 3.098862 0.457367</w:t>
        <w:br/>
        <w:t>v -0.876409 3.098862 0.457367</w:t>
        <w:br/>
        <w:t>v -0.858884 3.150979 0.436281</w:t>
        <w:br/>
        <w:t>v -0.976985 3.196301 0.498205</w:t>
        <w:br/>
        <w:t>v -0.756993 3.120044 0.360541</w:t>
        <w:br/>
        <w:t>v -1.001626 3.147336 0.520883</w:t>
        <w:br/>
        <w:t>v -0.825046 3.159230 0.480489</w:t>
        <w:br/>
        <w:t>v -0.825046 3.159230 0.480489</w:t>
        <w:br/>
        <w:t>v -0.858884 3.150979 0.436281</w:t>
        <w:br/>
        <w:t>v -1.099886 3.265480 0.529133</w:t>
        <w:br/>
        <w:t>v -0.951567 3.206733 0.547111</w:t>
        <w:br/>
        <w:t>v -0.951567 3.206733 0.547111</w:t>
        <w:br/>
        <w:t>v -0.976985 3.196301 0.498205</w:t>
        <w:br/>
        <w:t>v -0.978894 3.157652 0.570481</w:t>
        <w:br/>
        <w:t>v -0.978894 3.157652 0.570481</w:t>
        <w:br/>
        <w:t>v -1.001626 3.147336 0.520883</w:t>
        <w:br/>
        <w:t>v -1.077990 3.284246 0.577333</w:t>
        <w:br/>
        <w:t>v -1.099886 3.265480 0.529133</w:t>
        <w:br/>
        <w:t>v -1.106301 3.242858 0.605982</w:t>
        <w:br/>
        <w:t>v -1.077990 3.284246 0.577333</w:t>
        <w:br/>
        <w:t>v -1.106301 3.242858 0.605982</w:t>
        <w:br/>
        <w:t>v -1.198969 3.357132 0.588540</w:t>
        <w:br/>
        <w:t>v -1.198969 3.357132 0.588540</w:t>
        <w:br/>
        <w:t>v -1.219938 3.325388 0.553320</w:t>
        <w:br/>
        <w:t>v -1.221556 3.328837 0.627900</w:t>
        <w:br/>
        <w:t>v -1.127469 3.224095 0.557650</w:t>
        <w:br/>
        <w:t>v -1.221556 3.328837 0.627900</w:t>
        <w:br/>
        <w:t>v -1.127469 3.224095 0.557650</w:t>
        <w:br/>
        <w:t>v -1.242462 3.297148 0.592657</w:t>
        <w:br/>
        <w:t>v -1.219938 3.325388 0.553320</w:t>
        <w:br/>
        <w:t>v -1.242462 3.297148 0.592657</w:t>
        <w:br/>
        <w:t>v -1.495531 2.445258 0.089921</w:t>
        <w:br/>
        <w:t>v -1.455607 2.426296 0.144215</w:t>
        <w:br/>
        <w:t>v -1.541843 2.477873 0.112296</w:t>
        <w:br/>
        <w:t>v -1.492154 2.455741 0.182281</w:t>
        <w:br/>
        <w:t>v -1.338960 2.381504 0.327422</w:t>
        <w:br/>
        <w:t>v -1.569133 2.425092 0.118641</w:t>
        <w:br/>
        <w:t>v -1.541843 2.477873 0.112296</w:t>
        <w:br/>
        <w:t>v -1.492154 2.455741 0.182281</w:t>
        <w:br/>
        <w:t>v -1.518633 2.402803 0.188582</w:t>
        <w:br/>
        <w:t>v -1.569133 2.425092 0.118641</w:t>
        <w:br/>
        <w:t>v -1.518633 2.402803 0.188582</w:t>
        <w:br/>
        <w:t>v -1.521930 2.391793 0.096098</w:t>
        <w:br/>
        <w:t>v -1.495531 2.445258 0.089921</w:t>
        <w:br/>
        <w:t>v -1.521930 2.391793 0.096098</w:t>
        <w:br/>
        <w:t>v -1.455607 2.426296 0.144215</w:t>
        <w:br/>
        <w:t>v -1.481419 2.373222 0.150486</w:t>
        <w:br/>
        <w:t>v -1.481419 2.373222 0.150486</w:t>
        <w:br/>
        <w:t>v -1.338960 2.381504 0.327422</w:t>
        <w:br/>
        <w:t>v -1.361881 2.324542 0.334942</w:t>
        <w:br/>
        <w:t>v -1.361881 2.324542 0.334942</w:t>
        <w:br/>
        <w:t>v -1.215264 2.328334 0.407373</w:t>
        <w:br/>
        <w:t>v -1.364937 2.405174 0.373983</w:t>
        <w:br/>
        <w:t>v -1.364937 2.405174 0.373983</w:t>
        <w:br/>
        <w:t>v -1.215264 2.328334 0.407373</w:t>
        <w:br/>
        <w:t>v -1.389189 2.349717 0.381994</w:t>
        <w:br/>
        <w:t>v -1.389189 2.349717 0.381994</w:t>
        <w:br/>
        <w:t>v -1.236468 2.271994 0.418141</w:t>
        <w:br/>
        <w:t>v -1.236468 2.271994 0.418141</w:t>
        <w:br/>
        <w:t>v -1.108946 2.273162 0.344731</w:t>
        <w:br/>
        <w:t>v -1.238660 2.287608 0.476126</w:t>
        <w:br/>
        <w:t>v -1.238660 2.287608 0.476126</w:t>
        <w:br/>
        <w:t>v -1.217063 2.343841 0.465382</w:t>
        <w:br/>
        <w:t>v -1.217063 2.343841 0.465382</w:t>
        <w:br/>
        <w:t>v -1.079721 2.275136 0.397033</w:t>
        <w:br/>
        <w:t>v -1.079721 2.275136 0.397033</w:t>
        <w:br/>
        <w:t>v -1.108946 2.273162 0.344731</w:t>
        <w:br/>
        <w:t>v -1.097040 2.216539 0.408561</w:t>
        <w:br/>
        <w:t>v -1.097040 2.216539 0.408561</w:t>
        <w:br/>
        <w:t>v -1.124393 2.213520 0.356567</w:t>
        <w:br/>
        <w:t>v -1.124393 2.213520 0.356567</w:t>
        <w:br/>
        <w:t>v -1.002308 2.203679 0.141916</w:t>
        <w:br/>
        <w:t>v -0.961945 2.196382 0.180148</w:t>
        <w:br/>
        <w:t>v -0.961945 2.196382 0.180148</w:t>
        <w:br/>
        <w:t>v -1.002308 2.203679 0.141916</w:t>
        <w:br/>
        <w:t>v -0.979979 2.135611 0.188720</w:t>
        <w:br/>
        <w:t>v -0.979979 2.135611 0.188720</w:t>
        <w:br/>
        <w:t>v -0.897215 2.170481 0.068109</w:t>
        <w:br/>
        <w:t>v -0.948952 2.183579 0.035859</w:t>
        <w:br/>
        <w:t>v -0.897215 2.170481 0.068109</w:t>
        <w:br/>
        <w:t>v -0.915236 2.109113 0.072054</w:t>
        <w:br/>
        <w:t>v -1.018470 2.141616 0.149679</w:t>
        <w:br/>
        <w:t>v -0.915236 2.109113 0.072054</w:t>
        <w:br/>
        <w:t>v -1.018470 2.141616 0.149679</w:t>
        <w:br/>
        <w:t>v -0.964066 2.120829 0.040090</w:t>
        <w:br/>
        <w:t>v -0.948952 2.183579 0.035859</w:t>
        <w:br/>
        <w:t>v -0.964066 2.120829 0.040090</w:t>
        <w:br/>
        <w:t>v 1.426406 2.429420 0.103596</w:t>
        <w:br/>
        <w:t>v 1.466253 2.448409 0.049255</w:t>
        <w:br/>
        <w:t>v 1.512654 2.480924 0.071594</w:t>
        <w:br/>
        <w:t>v 1.463068 2.458755 0.141639</w:t>
        <w:br/>
        <w:t>v 1.512654 2.480924 0.071594</w:t>
        <w:br/>
        <w:t>v 1.539877 2.428093 0.077804</w:t>
        <w:br/>
        <w:t>v 1.463068 2.458755 0.141639</w:t>
        <w:br/>
        <w:t>v 1.310198 2.384789 0.286819</w:t>
        <w:br/>
        <w:t>v 1.489480 2.405768 0.147807</w:t>
        <w:br/>
        <w:t>v 1.492584 2.394897 0.055299</w:t>
        <w:br/>
        <w:t>v 1.489480 2.405768 0.147807</w:t>
        <w:br/>
        <w:t>v 1.539877 2.428093 0.077804</w:t>
        <w:br/>
        <w:t>v 1.336307 2.408379 0.333349</w:t>
        <w:br/>
        <w:t>v 1.336307 2.408379 0.333349</w:t>
        <w:br/>
        <w:t>v 1.186956 2.332171 0.366857</w:t>
        <w:br/>
        <w:t>v 1.466253 2.448409 0.049255</w:t>
        <w:br/>
        <w:t>v 1.426406 2.429420 0.103596</w:t>
        <w:br/>
        <w:t>v 1.492584 2.394897 0.055299</w:t>
        <w:br/>
        <w:t>v 1.188931 2.347663 0.424866</w:t>
        <w:br/>
        <w:t>v 1.452151 2.376299 0.109734</w:t>
        <w:br/>
        <w:t>v 1.452151 2.376299 0.109734</w:t>
        <w:br/>
        <w:t>v 1.310198 2.384789 0.286819</w:t>
        <w:br/>
        <w:t>v 1.051861 2.279680 0.356856</w:t>
        <w:br/>
        <w:t>v 1.333065 2.327791 0.294225</w:t>
        <w:br/>
        <w:t>v 1.333065 2.327791 0.294225</w:t>
        <w:br/>
        <w:t>v 1.186956 2.332171 0.366857</w:t>
        <w:br/>
        <w:t>v 1.360508 2.352883 0.341246</w:t>
        <w:br/>
        <w:t>v 1.360508 2.352883 0.341246</w:t>
        <w:br/>
        <w:t>v 1.208145 2.275811 0.377550</w:t>
        <w:br/>
        <w:t>v 1.208145 2.275811 0.377550</w:t>
        <w:br/>
        <w:t>v 1.080894 2.277653 0.304450</w:t>
        <w:br/>
        <w:t>v 1.210513 2.291410 0.435535</w:t>
        <w:br/>
        <w:t>v 1.210513 2.291410 0.435535</w:t>
        <w:br/>
        <w:t>v 1.188931 2.347663 0.424866</w:t>
        <w:br/>
        <w:t>v 1.051861 2.279680 0.356856</w:t>
        <w:br/>
        <w:t>v 1.069211 2.221090 0.368374</w:t>
        <w:br/>
        <w:t>v 1.069211 2.221090 0.368374</w:t>
        <w:br/>
        <w:t>v 1.080894 2.277653 0.304450</w:t>
        <w:br/>
        <w:t>v 0.933520 2.200902 0.140557</w:t>
        <w:br/>
        <w:t>v 0.933520 2.200902 0.140557</w:t>
        <w:br/>
        <w:t>v 0.973721 2.208145 0.102148</w:t>
        <w:br/>
        <w:t>v 1.096372 2.218018 0.316284</w:t>
        <w:br/>
        <w:t>v 1.096372 2.218018 0.316284</w:t>
        <w:br/>
        <w:t>v 0.973721 2.208145 0.102148</w:t>
        <w:br/>
        <w:t>v 0.868584 2.174886 0.029016</w:t>
        <w:br/>
        <w:t>v 0.920153 2.187939 -0.003514</w:t>
        <w:br/>
        <w:t>v 0.951946 2.140386 0.149322</w:t>
        <w:br/>
        <w:t>v 0.868584 2.174886 0.029016</w:t>
        <w:br/>
        <w:t>v 0.951946 2.140386 0.149322</w:t>
        <w:br/>
        <w:t>v 0.886664 2.113541 0.033031</w:t>
        <w:br/>
        <w:t>v 0.989927 2.146098 0.109944</w:t>
        <w:br/>
        <w:t>v 0.886664 2.113541 0.033031</w:t>
        <w:br/>
        <w:t>v 0.989927 2.146098 0.109944</w:t>
        <w:br/>
        <w:t>v 0.935330 2.125209 0.000804</w:t>
        <w:br/>
        <w:t>v 0.920153 2.187939 -0.003514</w:t>
        <w:br/>
        <w:t>v 0.935330 2.125209 0.000804</w:t>
        <w:br/>
        <w:t>v 1.562526 2.416963 0.292135</w:t>
        <w:br/>
        <w:t>v 1.464970 2.522469 0.331386</w:t>
        <w:br/>
        <w:t>v 1.528387 2.399794 0.292055</w:t>
        <w:br/>
        <w:t>v 1.562526 2.416963 0.292135</w:t>
        <w:br/>
        <w:t>v 1.572299 2.398748 0.342458</w:t>
        <w:br/>
        <w:t>v 1.516271 2.542448 0.348667</w:t>
        <w:br/>
        <w:t>v 1.516271 2.542448 0.348667</w:t>
        <w:br/>
        <w:t>v 1.515397 2.519768 0.397483</w:t>
        <w:br/>
        <w:t>v 1.572299 2.398748 0.342458</w:t>
        <w:br/>
        <w:t>v 1.530070 2.381185 0.333593</w:t>
        <w:br/>
        <w:t>v 1.515397 2.519768 0.397483</w:t>
        <w:br/>
        <w:t>v 1.464502 2.666582 0.399680</w:t>
        <w:br/>
        <w:t>v 1.411817 2.649300 0.376793</w:t>
        <w:br/>
        <w:t>v 1.459589 2.642434 0.453530</w:t>
        <w:br/>
        <w:t>v 1.464502 2.666582 0.399680</w:t>
        <w:br/>
        <w:t>v 1.468176 2.499312 0.386704</w:t>
        <w:br/>
        <w:t>v 1.459589 2.642434 0.453530</w:t>
        <w:br/>
        <w:t>v 1.530070 2.381185 0.333593</w:t>
        <w:br/>
        <w:t>v 1.528387 2.399794 0.292055</w:t>
        <w:br/>
        <w:t>v 1.468176 2.499312 0.386704</w:t>
        <w:br/>
        <w:t>v 1.464970 2.522469 0.331386</w:t>
        <w:br/>
        <w:t>v 1.406811 2.625140 0.430668</w:t>
        <w:br/>
        <w:t>v 1.406811 2.625140 0.430668</w:t>
        <w:br/>
        <w:t>v 1.411817 2.649300 0.376793</w:t>
        <w:br/>
        <w:t>v 1.355352 2.887813 0.524371</w:t>
        <w:br/>
        <w:t>v 1.355352 2.887813 0.524371</w:t>
        <w:br/>
        <w:t>v 1.300871 2.873198 0.501709</w:t>
        <w:br/>
        <w:t>v 1.300871 2.873198 0.501709</w:t>
        <w:br/>
        <w:t>v 1.310612 2.889249 0.444990</w:t>
        <w:br/>
        <w:t>v 1.231881 3.098491 0.492050</w:t>
        <w:br/>
        <w:t>v 1.364341 2.903517 0.467775</w:t>
        <w:br/>
        <w:t>v 1.364341 2.903517 0.467775</w:t>
        <w:br/>
        <w:t>v 1.310612 2.889249 0.444990</w:t>
        <w:br/>
        <w:t>v 1.285128 3.117098 0.506419</w:t>
        <w:br/>
        <w:t>v 1.285128 3.117098 0.506419</w:t>
        <w:br/>
        <w:t>v 1.231881 3.098491 0.492050</w:t>
        <w:br/>
        <w:t>v 1.182735 3.265342 0.479955</w:t>
        <w:br/>
        <w:t>v 1.269707 3.117833 0.565013</w:t>
        <w:br/>
        <w:t>v 1.269707 3.117833 0.565013</w:t>
        <w:br/>
        <w:t>v 1.216212 3.099167 0.550667</w:t>
        <w:br/>
        <w:t>v 1.216212 3.099167 0.550667</w:t>
        <w:br/>
        <w:t>v 1.165822 3.268800 0.536749</w:t>
        <w:br/>
        <w:t>v 1.165822 3.268800 0.536749</w:t>
        <w:br/>
        <w:t>v 1.182735 3.265342 0.479955</w:t>
        <w:br/>
        <w:t>v 1.220634 3.282542 0.552014</w:t>
        <w:br/>
        <w:t>v 1.220634 3.282542 0.552014</w:t>
        <w:br/>
        <w:t>v 1.151164 3.342383 0.530918</w:t>
        <w:br/>
        <w:t>v 1.166835 3.344885 0.473769</w:t>
        <w:br/>
        <w:t>v 1.151164 3.342383 0.530918</w:t>
        <w:br/>
        <w:t>v 1.206754 3.353003 0.546634</w:t>
        <w:br/>
        <w:t>v 1.237469 3.279088 0.495220</w:t>
        <w:br/>
        <w:t>v 1.206754 3.353003 0.546634</w:t>
        <w:br/>
        <w:t>v 1.237469 3.279088 0.495220</w:t>
        <w:br/>
        <w:t>v 1.222373 3.355505 0.489484</w:t>
        <w:br/>
        <w:t>v 1.166835 3.344885 0.473769</w:t>
        <w:br/>
        <w:t>v 1.222373 3.355505 0.489484</w:t>
        <w:br/>
        <w:t>v -6.650385 15.798394 0.102777</w:t>
        <w:br/>
        <w:t>v -6.666315 15.792343 0.105281</w:t>
        <w:br/>
        <w:t>v -6.656696 15.840096 0.150701</w:t>
        <w:br/>
        <w:t>v -6.656696 15.840096 0.150701</w:t>
        <w:br/>
        <w:t>v -6.660271 15.853671 0.148008</w:t>
        <w:br/>
        <w:t>v -6.655757 15.811397 0.092916</w:t>
        <w:br/>
        <w:t>v -6.650385 15.798394 0.102777</w:t>
        <w:br/>
        <w:t>v -6.673771 15.835533 0.151102</w:t>
        <w:br/>
        <w:t>v -6.666315 15.792343 0.105281</w:t>
        <w:br/>
        <w:t>v -6.671862 15.805270 0.095413</w:t>
        <w:br/>
        <w:t>v -6.673771 15.835533 0.151102</w:t>
        <w:br/>
        <w:t>v -6.678869 15.848873 0.148496</w:t>
        <w:br/>
        <w:t>v -6.186752 16.577892 -0.343454</w:t>
        <w:br/>
        <w:t>v -6.213656 16.588657 -0.384907</w:t>
        <w:br/>
        <w:t>v -6.227978 16.555861 -0.335638</w:t>
        <w:br/>
        <w:t>v -6.193570 16.487230 -0.310988</w:t>
        <w:br/>
        <w:t>v -6.227978 16.555861 -0.335638</w:t>
        <w:br/>
        <w:t>v -6.196500 16.479242 -0.325619</w:t>
        <w:br/>
        <w:t>v -6.236036 16.559250 -0.346407</w:t>
        <w:br/>
        <w:t>v -6.236036 16.559250 -0.346407</w:t>
        <w:br/>
        <w:t>v -6.302818 16.420076 -0.312373</w:t>
        <w:br/>
        <w:t>v -6.196500 16.479242 -0.325619</w:t>
        <w:br/>
        <w:t>v -6.325873 16.449623 -0.322577</w:t>
        <w:br/>
        <w:t>v -6.560309 16.407774 -0.332252</w:t>
        <w:br/>
        <w:t>v -6.558841 16.398630 -0.308189</w:t>
        <w:br/>
        <w:t>v -6.558841 16.398630 -0.308189</w:t>
        <w:br/>
        <w:t>v -6.483765 16.367704 -0.303602</w:t>
        <w:br/>
        <w:t>v -6.460056 16.332912 -0.292884</w:t>
        <w:br/>
        <w:t>v -6.507642 16.306429 -0.286956</w:t>
        <w:br/>
        <w:t>v -6.635728 16.239117 -0.260115</w:t>
        <w:br/>
        <w:t>v -6.646956 16.261908 -0.265885</w:t>
        <w:br/>
        <w:t>v -6.859469 16.231798 -0.246411</w:t>
        <w:br/>
        <w:t>v -6.917783 16.208443 -0.251361</w:t>
        <w:br/>
        <w:t>v -6.798962 16.187323 -0.236033</w:t>
        <w:br/>
        <w:t>v -6.909517 16.195110 -0.221104</w:t>
        <w:br/>
        <w:t>v -6.853669 16.225142 -0.231178</w:t>
        <w:br/>
        <w:t>v -6.807132 16.148735 -0.224148</w:t>
        <w:br/>
        <w:t>v -6.853669 16.225142 -0.231178</w:t>
        <w:br/>
        <w:t>v -6.807132 16.148735 -0.224148</w:t>
        <w:br/>
        <w:t>v -6.859469 16.231798 -0.246411</w:t>
        <w:br/>
        <w:t>v -6.786476 16.159592 -0.228468</w:t>
        <w:br/>
        <w:t>v -6.805837 16.157537 -0.198660</w:t>
        <w:br/>
        <w:t>v 6.597336 16.355932 -0.260815</w:t>
        <w:br/>
        <w:t>v 6.652568 16.318048 -0.251303</w:t>
        <w:br/>
        <w:t>v 6.635607 16.347626 -0.301030</w:t>
        <w:br/>
        <w:t>v 6.621042 16.253227 -0.247969</w:t>
        <w:br/>
        <w:t>v 6.652568 16.318048 -0.251303</w:t>
        <w:br/>
        <w:t>v 6.618245 16.260166 -0.234724</w:t>
        <w:br/>
        <w:t>v 6.659087 16.321968 -0.267734</w:t>
        <w:br/>
        <w:t>v 6.659087 16.321968 -0.267734</w:t>
        <w:br/>
        <w:t>v 6.742301 16.226185 -0.250347</w:t>
        <w:br/>
        <w:t>v 6.621042 16.253227 -0.247969</w:t>
        <w:br/>
        <w:t>v 6.721093 16.200386 -0.240356</w:t>
        <w:br/>
        <w:t>v 6.765972 16.271776 -0.255384</w:t>
        <w:br/>
        <w:t>v 6.893650 16.151125 -0.240336</w:t>
        <w:br/>
        <w:t>v 6.771121 16.281633 -0.288424</w:t>
        <w:br/>
        <w:t>v 6.765972 16.271776 -0.255384</w:t>
        <w:br/>
        <w:t>v 6.871737 16.119993 -0.229620</w:t>
        <w:br/>
        <w:t>v 6.918015 16.094879 -0.226424</w:t>
        <w:br/>
        <w:t>v 6.924102 16.197523 -0.237114</w:t>
        <w:br/>
        <w:t>v 6.924102 16.197523 -0.237114</w:t>
        <w:br/>
        <w:t>v 7.044237 16.029139 -0.207670</w:t>
        <w:br/>
        <w:t>v 7.054553 16.050179 -0.213486</w:t>
        <w:br/>
        <w:t>v 6.771121 16.281633 -0.288424</w:t>
        <w:br/>
        <w:t>v 6.864099 16.491028 -0.211460</w:t>
        <w:br/>
        <w:t>v 6.635607 16.347626 -0.301030</w:t>
        <w:br/>
        <w:t>v 7.091598 16.107893 -0.218521</w:t>
        <w:br/>
        <w:t>v 6.929832 16.204346 -0.273660</w:t>
        <w:br/>
        <w:t>v 7.091598 16.107893 -0.218521</w:t>
        <w:br/>
        <w:t>v 6.929832 16.204346 -0.273660</w:t>
        <w:br/>
        <w:t>v 7.024997 16.402891 -0.193539</w:t>
        <w:br/>
        <w:t>v 7.098689 16.114754 -0.253056</w:t>
        <w:br/>
        <w:t>v 7.203170 16.045830 -0.206299</w:t>
        <w:br/>
        <w:t>v 7.203170 16.045830 -0.206299</w:t>
        <w:br/>
        <w:t>v 7.207552 15.974270 -0.192892</w:t>
        <w:br/>
        <w:t>v 7.196038 15.947973 -0.185184</w:t>
        <w:br/>
        <w:t>v 7.267581 15.901023 -0.160086</w:t>
        <w:br/>
        <w:t>v 7.312300 15.974251 -0.172238</w:t>
        <w:br/>
        <w:t>v 7.319618 15.985669 -0.198874</w:t>
        <w:br/>
        <w:t>v 7.325780 15.991571 -0.223562</w:t>
        <w:br/>
        <w:t>v 7.211973 16.053305 -0.238343</w:t>
        <w:br/>
        <w:t>v 7.098689 16.114754 -0.253056</w:t>
        <w:br/>
        <w:t>v 7.181506 16.314085 -0.176613</w:t>
        <w:br/>
        <w:t>v 7.211973 16.053305 -0.238343</w:t>
        <w:br/>
        <w:t>v 7.295442 16.248722 -0.164408</w:t>
        <w:br/>
        <w:t>v 7.325780 15.991571 -0.223562</w:t>
        <w:br/>
        <w:t>v 7.421662 16.176311 -0.150887</w:t>
        <w:br/>
        <w:t>v 7.319618 15.985669 -0.198874</w:t>
        <w:br/>
        <w:t>v 7.421662 16.176311 -0.150887</w:t>
        <w:br/>
        <w:t>v 7.325780 15.991571 -0.223562</w:t>
        <w:br/>
        <w:t>v 7.398270 16.145266 -0.092692</w:t>
        <w:br/>
        <w:t>v 7.463471 16.305105 0.023613</w:t>
        <w:br/>
        <w:t>v 7.432769 16.250469 0.059291</w:t>
        <w:br/>
        <w:t>v 7.343002 16.373220 0.012518</w:t>
        <w:br/>
        <w:t>v 7.463471 16.305105 0.023613</w:t>
        <w:br/>
        <w:t>v 7.466341 16.336216 0.223232</w:t>
        <w:br/>
        <w:t>v 7.424689 16.263729 0.218960</w:t>
        <w:br/>
        <w:t>v 7.403063 16.232721 0.350838</w:t>
        <w:br/>
        <w:t>v 7.466341 16.336216 0.223232</w:t>
        <w:br/>
        <w:t>v 7.342836 16.404858 0.211861</w:t>
        <w:br/>
        <w:t>v 7.435217 16.291334 0.391257</w:t>
        <w:br/>
        <w:t>v 7.435217 16.291334 0.391257</w:t>
        <w:br/>
        <w:t>v 7.363855 16.174109 0.525497</w:t>
        <w:br/>
        <w:t>v 7.350025 16.133987 0.483663</w:t>
        <w:br/>
        <w:t>v 7.282228 16.015123 0.575060</w:t>
        <w:br/>
        <w:t>v 7.282161 16.034838 0.595252</w:t>
        <w:br/>
        <w:t>v 7.315774 16.357338 0.384265</w:t>
        <w:br/>
        <w:t>v 7.363855 16.174109 0.525497</w:t>
        <w:br/>
        <w:t>v 7.224294 16.470751 0.200947</w:t>
        <w:br/>
        <w:t>v 7.248476 16.234411 0.519977</w:t>
        <w:br/>
        <w:t>v 7.282161 16.034838 0.595252</w:t>
        <w:br/>
        <w:t>v 7.228343 16.438051 0.001958</w:t>
        <w:br/>
        <w:t>v 7.196603 16.423191 0.377289</w:t>
        <w:br/>
        <w:t>v 7.070352 16.555593 0.187199</w:t>
        <w:br/>
        <w:t>v 7.067526 16.528091 -0.012820</w:t>
        <w:br/>
        <w:t>v 7.032319 16.513191 0.368559</w:t>
        <w:br/>
        <w:t>v 6.908449 16.614067 -0.027328</w:t>
        <w:br/>
        <w:t>v 6.910298 16.640759 0.174685</w:t>
        <w:br/>
        <w:t>v 6.775708 16.685810 -0.039434</w:t>
        <w:br/>
        <w:t>v 6.770212 16.715298 0.163732</w:t>
        <w:br/>
        <w:t>v 6.735784 16.561321 -0.225752</w:t>
        <w:br/>
        <w:t>v 6.597336 16.355932 -0.260815</w:t>
        <w:br/>
        <w:t>v 6.697649 16.539511 -0.171181</w:t>
        <w:br/>
        <w:t>v 6.775708 16.685810 -0.039434</w:t>
        <w:br/>
        <w:t>v 6.747424 16.648533 -0.011531</w:t>
        <w:br/>
        <w:t>v 6.770212 16.715298 0.163732</w:t>
        <w:br/>
        <w:t>v 6.738115 16.660795 0.162067</w:t>
        <w:br/>
        <w:t>v 6.729290 16.673353 0.359073</w:t>
        <w:br/>
        <w:t>v 6.691054 16.609470 0.324304</w:t>
        <w:br/>
        <w:t>v 6.876428 16.595587 0.363679</w:t>
        <w:br/>
        <w:t>v 6.729290 16.673353 0.359073</w:t>
        <w:br/>
        <w:t>v 6.653672 16.557615 0.501656</w:t>
        <w:br/>
        <w:t>v 6.621263 16.513193 0.469941</w:t>
        <w:br/>
        <w:t>v 6.544893 16.390511 0.541973</w:t>
        <w:br/>
        <w:t>v 6.565085 16.397470 0.587740</w:t>
        <w:br/>
        <w:t>v 6.797686 16.481653 0.503660</w:t>
        <w:br/>
        <w:t>v 6.653672 16.557615 0.501656</w:t>
        <w:br/>
        <w:t>v 6.960502 16.395771 0.505926</w:t>
        <w:br/>
        <w:t>v 6.702739 16.329382 0.585612</w:t>
        <w:br/>
        <w:t>v 6.565085 16.397470 0.587740</w:t>
        <w:br/>
        <w:t>v 7.125990 16.301657 0.513547</w:t>
        <w:br/>
        <w:t>v 6.878542 16.242428 0.582894</w:t>
        <w:br/>
        <w:t>v 7.036881 16.161303 0.587009</w:t>
        <w:br/>
        <w:t>v 7.176406 16.089361 0.591698</w:t>
        <w:br/>
        <w:t>v 7.036881 16.161303 0.587009</w:t>
        <w:br/>
        <w:t>v 7.027504 16.145472 0.565415</w:t>
        <w:br/>
        <w:t>v 6.878542 16.242428 0.582894</w:t>
        <w:br/>
        <w:t>v 7.176406 16.089361 0.591698</w:t>
        <w:br/>
        <w:t>v 7.171153 16.074141 0.570349</w:t>
        <w:br/>
        <w:t>v 7.216154 16.051798 0.571895</w:t>
        <w:br/>
        <w:t>v 7.282161 16.034838 0.595252</w:t>
        <w:br/>
        <w:t>v 7.135707 15.998692 0.548910</w:t>
        <w:br/>
        <w:t>v 6.864866 16.226583 0.560411</w:t>
        <w:br/>
        <w:t>v 6.702739 16.329382 0.585612</w:t>
        <w:br/>
        <w:t>v 6.984050 16.075401 0.548512</w:t>
        <w:br/>
        <w:t>v 7.160498 15.927611 0.535694</w:t>
        <w:br/>
        <w:t>v 7.115336 15.951626 0.536337</w:t>
        <w:br/>
        <w:t>v 7.282228 16.015123 0.575060</w:t>
        <w:br/>
        <w:t>v 7.206698 15.895294 0.538706</w:t>
        <w:br/>
        <w:t>v 6.960443 16.036278 0.540014</w:t>
        <w:br/>
        <w:t>v 6.833381 16.103533 0.545142</w:t>
        <w:br/>
        <w:t>v 6.781611 16.130056 0.544862</w:t>
        <w:br/>
        <w:t>v 6.797411 16.160706 0.548965</w:t>
        <w:br/>
        <w:t>v 6.692305 16.314482 0.558026</w:t>
        <w:br/>
        <w:t>v 6.645538 16.234539 0.548904</w:t>
        <w:br/>
        <w:t>v 6.579618 16.371880 0.556469</w:t>
        <w:br/>
        <w:t>v 6.565085 16.397470 0.587740</w:t>
        <w:br/>
        <w:t>v 6.629065 16.207006 0.546144</w:t>
        <w:br/>
        <w:t>v 6.523572 16.259779 0.548983</w:t>
        <w:br/>
        <w:t>v 6.526629 16.262741 0.517139</w:t>
        <w:br/>
        <w:t>v 6.579692 16.369955 0.534674</w:t>
        <w:br/>
        <w:t>v 6.523572 16.259779 0.548983</w:t>
        <w:br/>
        <w:t>v 6.579618 16.371880 0.556469</w:t>
        <w:br/>
        <w:t>v 6.544893 16.390511 0.541973</w:t>
        <w:br/>
        <w:t>v 6.579692 16.369955 0.534674</w:t>
        <w:br/>
        <w:t>v -1.085625 1.574043 0.638608</w:t>
        <w:br/>
        <w:t>v -1.070688 1.592468 0.685372</w:t>
        <w:br/>
        <w:t>v -0.941658 1.506717 0.590554</w:t>
        <w:br/>
        <w:t>v -0.902594 1.514461 0.626695</w:t>
        <w:br/>
        <w:t>v -0.902594 1.514461 0.626695</w:t>
        <w:br/>
        <w:t>v -1.070688 1.592468 0.685372</w:t>
        <w:br/>
        <w:t>v -0.893407 1.558589 0.604955</w:t>
        <w:br/>
        <w:t>v -1.072016 1.640053 0.667886</w:t>
        <w:br/>
        <w:t>v -0.806418 1.402906 0.508537</w:t>
        <w:br/>
        <w:t>v -0.852803 1.400405 0.478359</w:t>
        <w:br/>
        <w:t>v -0.789843 1.444164 0.482896</w:t>
        <w:br/>
        <w:t>v -0.806418 1.402906 0.508537</w:t>
        <w:br/>
        <w:t>v -0.932891 1.550837 0.569027</w:t>
        <w:br/>
        <w:t>v -0.893407 1.558589 0.604955</w:t>
        <w:br/>
        <w:t>v -1.072016 1.640053 0.667886</w:t>
        <w:br/>
        <w:t>v -1.087072 1.621626 0.621289</w:t>
        <w:br/>
        <w:t>v -1.087072 1.621626 0.621289</w:t>
        <w:br/>
        <w:t>v -1.085625 1.574043 0.638608</w:t>
        <w:br/>
        <w:t>v -0.932891 1.550837 0.569027</w:t>
        <w:br/>
        <w:t>v -0.941658 1.506717 0.590554</w:t>
        <w:br/>
        <w:t>v -0.836546 1.441736 0.452946</w:t>
        <w:br/>
        <w:t>v -0.836546 1.441736 0.452946</w:t>
        <w:br/>
        <w:t>v -0.789843 1.444164 0.482896</w:t>
        <w:br/>
        <w:t>v -0.852803 1.400405 0.478359</w:t>
        <w:br/>
        <w:t>v -0.738674 1.290396 0.287843</w:t>
        <w:br/>
        <w:t>v -0.689882 1.288629 0.313793</w:t>
        <w:br/>
        <w:t>v -0.738674 1.290396 0.287843</w:t>
        <w:br/>
        <w:t>v -0.689882 1.288629 0.313793</w:t>
        <w:br/>
        <w:t>v -0.760517 1.252459 0.317498</w:t>
        <w:br/>
        <w:t>v -0.674046 1.148302 0.146778</w:t>
        <w:br/>
        <w:t>v -0.712262 1.250697 0.343671</w:t>
        <w:br/>
        <w:t>v -0.712262 1.250697 0.343671</w:t>
        <w:br/>
        <w:t>v -0.760517 1.252459 0.317498</w:t>
        <w:br/>
        <w:t>v -0.697889 1.114102 0.181126</w:t>
        <w:br/>
        <w:t>v -0.642507 1.105268 0.200630</w:t>
        <w:br/>
        <w:t>v -0.620366 1.138613 0.166543</w:t>
        <w:br/>
        <w:t>v -0.642507 1.105268 0.200630</w:t>
        <w:br/>
        <w:t>v -0.620366 1.138613 0.166543</w:t>
        <w:br/>
        <w:t>v -0.674046 1.148302 0.146778</w:t>
        <w:br/>
        <w:t>v -0.697889 1.114102 0.181126</w:t>
        <w:br/>
        <w:t>v -0.679774 1.043437 0.113477</w:t>
        <w:br/>
        <w:t>v -0.668886 1.046818 0.055055</w:t>
        <w:br/>
        <w:t>v -0.668886 1.046818 0.055055</w:t>
        <w:br/>
        <w:t>v -0.687246 1.019249 0.099517</w:t>
        <w:br/>
        <w:t>v -0.637933 1.016785 0.112586</w:t>
        <w:br/>
        <w:t>v -0.637933 1.016785 0.112586</w:t>
        <w:br/>
        <w:t>v -0.626997 1.038808 0.067692</w:t>
        <w:br/>
        <w:t>v -0.626997 1.038808 0.067692</w:t>
        <w:br/>
        <w:t>v -0.671677 1.037994 0.049674</w:t>
        <w:br/>
        <w:t>v -0.671677 1.037994 0.049674</w:t>
        <w:br/>
        <w:t>v -0.696107 1.011196 0.088104</w:t>
        <w:br/>
        <w:t>v -0.693713 1.032811 0.046645</w:t>
        <w:br/>
        <w:t>v -0.693713 1.032811 0.046645</w:t>
        <w:br/>
        <w:t>v -0.691820 0.991765 0.024852</w:t>
        <w:br/>
        <w:t>v -0.644391 0.992166 0.037204</w:t>
        <w:br/>
        <w:t>v -0.691820 0.991765 0.024852</w:t>
        <w:br/>
        <w:t>v -0.694278 0.970136 0.066285</w:t>
        <w:br/>
        <w:t>v -0.644391 0.992166 0.037204</w:t>
        <w:br/>
        <w:t>v -0.644391 0.992166 0.037204</w:t>
        <w:br/>
        <w:t>v -0.652920 0.972763 0.084619</w:t>
        <w:br/>
        <w:t>v -0.694278 0.970136 0.066285</w:t>
        <w:br/>
        <w:t>v -0.696107 1.011196 0.088104</w:t>
        <w:br/>
        <w:t>v -0.652920 0.972763 0.084619</w:t>
        <w:br/>
        <w:t>v -0.687246 1.019249 0.099517</w:t>
        <w:br/>
        <w:t>v -0.679774 1.043437 0.113477</w:t>
        <w:br/>
        <w:t>v 1.654952 3.039672 0.109737</w:t>
        <w:br/>
        <w:t>v 1.674593 3.047404 0.065820</w:t>
        <w:br/>
        <w:t>v 1.672540 3.045540 0.127687</w:t>
        <w:br/>
        <w:t>v 1.671288 3.010158 0.052857</w:t>
        <w:br/>
        <w:t>v 1.711083 2.993370 0.127506</w:t>
        <w:br/>
        <w:t>v 1.674593 3.047404 0.065820</w:t>
        <w:br/>
        <w:t>v 1.651448 3.000016 0.096205</w:t>
        <w:br/>
        <w:t>v 1.711083 2.993370 0.127506</w:t>
        <w:br/>
        <w:t>v 1.671288 3.010158 0.052857</w:t>
        <w:br/>
        <w:t>v 1.722044 3.048253 0.127213</w:t>
        <w:br/>
        <w:t>v 1.722044 3.048253 0.127213</w:t>
        <w:br/>
        <w:t>v 1.661885 2.996728 0.130991</w:t>
        <w:br/>
        <w:t>v 1.661885 2.996728 0.130991</w:t>
        <w:br/>
        <w:t>v 1.651448 3.000016 0.096205</w:t>
        <w:br/>
        <w:t>v 1.654952 3.039672 0.109737</w:t>
        <w:br/>
        <w:t>v 1.672540 3.045540 0.127687</w:t>
        <w:br/>
        <w:t>v 1.672540 3.045540 0.127687</w:t>
        <w:br/>
        <w:t>v 1.632310 3.009325 0.217064</w:t>
        <w:br/>
        <w:t>v 1.674778 3.012417 0.229278</w:t>
        <w:br/>
        <w:t>v 1.674778 3.012417 0.229278</w:t>
        <w:br/>
        <w:t>v 1.632310 3.009325 0.217064</w:t>
        <w:br/>
        <w:t>v 1.686054 3.066471 0.224180</w:t>
        <w:br/>
        <w:t>v 1.686054 3.066471 0.224180</w:t>
        <w:br/>
        <w:t>v 1.643171 3.062519 0.207547</w:t>
        <w:br/>
        <w:t>v 1.643171 3.062519 0.207547</w:t>
        <w:br/>
        <w:t>v 1.592182 3.079035 0.281492</w:t>
        <w:br/>
        <w:t>v 1.628909 3.084127 0.313940</w:t>
        <w:br/>
        <w:t>v 1.592182 3.079035 0.281492</w:t>
        <w:br/>
        <w:t>v 1.617498 3.030844 0.323515</w:t>
        <w:br/>
        <w:t>v 1.617498 3.030844 0.323515</w:t>
        <w:br/>
        <w:t>v 1.628909 3.084127 0.313940</w:t>
        <w:br/>
        <w:t>v 1.581577 3.025537 0.296954</w:t>
        <w:br/>
        <w:t>v 1.581577 3.025537 0.296954</w:t>
        <w:br/>
        <w:t>v 1.406017 3.082893 0.391198</w:t>
        <w:br/>
        <w:t>v 1.418910 3.093817 0.436492</w:t>
        <w:br/>
        <w:t>v 1.418910 3.093817 0.436492</w:t>
        <w:br/>
        <w:t>v 1.406017 3.082893 0.391198</w:t>
        <w:br/>
        <w:t>v 1.434224 3.146615 0.421958</w:t>
        <w:br/>
        <w:t>v 1.434224 3.146615 0.421958</w:t>
        <w:br/>
        <w:t>v 1.420405 3.135627 0.376995</w:t>
        <w:br/>
        <w:t>v 1.420405 3.135627 0.376995</w:t>
        <w:br/>
        <w:t>v 1.225657 3.189065 0.392431</w:t>
        <w:br/>
        <w:t>v 1.230810 3.204040 0.446869</w:t>
        <w:br/>
        <w:t>v 1.230810 3.204040 0.446869</w:t>
        <w:br/>
        <w:t>v 1.225657 3.189065 0.392431</w:t>
        <w:br/>
        <w:t>v 1.051214 3.235911 0.388945</w:t>
        <w:br/>
        <w:t>v 1.215960 3.151543 0.462839</w:t>
        <w:br/>
        <w:t>v 1.215960 3.151543 0.462839</w:t>
        <w:br/>
        <w:t>v 1.210888 3.136644 0.408367</w:t>
        <w:br/>
        <w:t>v 1.210888 3.136644 0.408367</w:t>
        <w:br/>
        <w:t>v 1.051214 3.235911 0.388945</w:t>
        <w:br/>
        <w:t>v 1.042790 3.254951 0.438364</w:t>
        <w:br/>
        <w:t>v 0.882286 3.276916 0.345179</w:t>
        <w:br/>
        <w:t>v 1.042790 3.254951 0.438364</w:t>
        <w:br/>
        <w:t>v 1.035639 3.183878 0.403454</w:t>
        <w:br/>
        <w:t>v 0.882286 3.276916 0.345179</w:t>
        <w:br/>
        <w:t>v 1.028066 3.202712 0.453750</w:t>
        <w:br/>
        <w:t>v 1.035639 3.183878 0.403454</w:t>
        <w:br/>
        <w:t>v 1.028066 3.202712 0.453750</w:t>
        <w:br/>
        <w:t>v 0.863379 3.225514 0.358241</w:t>
        <w:br/>
        <w:t>v 0.863379 3.225514 0.358241</w:t>
        <w:br/>
        <w:t>v 0.789814 3.300763 0.262513</w:t>
        <w:br/>
        <w:t>v 0.858829 3.298844 0.389111</w:t>
        <w:br/>
        <w:t>v 0.858829 3.298844 0.389111</w:t>
        <w:br/>
        <w:t>v 0.841176 3.247214 0.403219</w:t>
        <w:br/>
        <w:t>v 0.841176 3.247214 0.403219</w:t>
        <w:br/>
        <w:t>v 0.750369 3.325625 0.295686</w:t>
        <w:br/>
        <w:t>v 0.750369 3.325625 0.295686</w:t>
        <w:br/>
        <w:t>v 0.789814 3.300763 0.262513</w:t>
        <w:br/>
        <w:t>v 0.730684 3.310854 0.194604</w:t>
        <w:br/>
        <w:t>v 0.727305 3.274971 0.304820</w:t>
        <w:br/>
        <w:t>v 0.727305 3.274971 0.304820</w:t>
        <w:br/>
        <w:t>v 0.766740 3.250206 0.271287</w:t>
        <w:br/>
        <w:t>v 0.766740 3.250206 0.271287</w:t>
        <w:br/>
        <w:t>v 0.701462 3.264856 0.186929</w:t>
        <w:br/>
        <w:t>v 0.701462 3.264856 0.186929</w:t>
        <w:br/>
        <w:t>v 0.730684 3.310854 0.194604</w:t>
        <w:br/>
        <w:t>v 0.729711 3.312019 0.168011</w:t>
        <w:br/>
        <w:t>v 0.656750 3.295913 0.197637</w:t>
        <w:br/>
        <w:t>v 0.656750 3.295913 0.197637</w:t>
        <w:br/>
        <w:t>v 0.685974 3.342321 0.204007</w:t>
        <w:br/>
        <w:t>v 0.685974 3.342321 0.204007</w:t>
        <w:br/>
        <w:t>v 0.729711 3.312019 0.168011</w:t>
        <w:br/>
        <w:t>v 0.708928 3.274954 0.149620</w:t>
        <w:br/>
        <w:t>v 0.737567 3.314294 0.152067</w:t>
        <w:br/>
        <w:t>v 0.729321 3.279404 0.127358</w:t>
        <w:br/>
        <w:t>v 0.693674 3.340108 0.156948</w:t>
        <w:br/>
        <w:t>v 0.693674 3.340108 0.156948</w:t>
        <w:br/>
        <w:t>v 0.737567 3.314294 0.152067</w:t>
        <w:br/>
        <w:t>v 0.726971 3.340730 0.118684</w:t>
        <w:br/>
        <w:t>v 0.672459 3.302656 0.139798</w:t>
        <w:br/>
        <w:t>v 0.726971 3.340730 0.118684</w:t>
        <w:br/>
        <w:t>v 0.672459 3.302656 0.139798</w:t>
        <w:br/>
        <w:t>v 0.708928 3.274954 0.149620</w:t>
        <w:br/>
        <w:t>v 0.729321 3.279404 0.127358</w:t>
        <w:br/>
        <w:t>v 0.718647 3.305858 0.093989</w:t>
        <w:br/>
        <w:t>v 0.718647 3.305858 0.093989</w:t>
        <w:br/>
        <w:t>v -1.684758 2.382246 -0.018328</w:t>
        <w:br/>
        <w:t>v -1.695096 2.382825 -0.045197</w:t>
        <w:br/>
        <w:t>v -1.668815 2.381163 -0.090828</w:t>
        <w:br/>
        <w:t>v -1.684758 2.382246 -0.018328</w:t>
        <w:br/>
        <w:t>v -1.610884 2.386559 -0.101603</w:t>
        <w:br/>
        <w:t>v -1.601882 2.382163 -0.016117</w:t>
        <w:br/>
        <w:t>v -1.601882 2.382163 -0.016117</w:t>
        <w:br/>
        <w:t>v -1.666105 2.231284 -0.024743</w:t>
        <w:br/>
        <w:t>v -1.684758 2.382246 -0.018328</w:t>
        <w:br/>
        <w:t>v -1.666105 2.231284 -0.024743</w:t>
        <w:br/>
        <w:t>v -1.592339 2.222254 -0.019134</w:t>
        <w:br/>
        <w:t>v -1.666105 2.231284 -0.024743</w:t>
        <w:br/>
        <w:t>v -1.592339 2.222254 -0.019134</w:t>
        <w:br/>
        <w:t>v -1.659216 2.231198 -0.101172</w:t>
        <w:br/>
        <w:t>v -1.679075 2.231889 -0.053625</w:t>
        <w:br/>
        <w:t>v -1.605844 2.225130 -0.117066</w:t>
        <w:br/>
        <w:t>v -0.126229 15.031275 1.990842</w:t>
        <w:br/>
        <w:t>v -0.085471 15.031296 1.984302</w:t>
        <w:br/>
        <w:t>v -0.119047 14.882746 1.990743</w:t>
        <w:br/>
        <w:t>v -0.075228 15.038868 1.944417</w:t>
        <w:br/>
        <w:t>v -0.085471 15.031296 1.984302</w:t>
        <w:br/>
        <w:t>v -0.126229 15.031275 1.990842</w:t>
        <w:br/>
        <w:t>v -0.156452 14.886085 2.001302</w:t>
        <w:br/>
        <w:t>v -0.161832 15.032857 1.981481</w:t>
        <w:br/>
        <w:t>v -0.161832 15.032857 1.981481</w:t>
        <w:br/>
        <w:t>v -0.175729 15.034201 1.945395</w:t>
        <w:br/>
        <w:t>v -0.197814 15.042188 1.920689</w:t>
        <w:br/>
        <w:t>v -0.184355 14.888097 1.995490</w:t>
        <w:br/>
        <w:t>v -0.106755 14.874844 1.943760</w:t>
        <w:br/>
        <w:t>v -0.156452 14.886085 2.001302</w:t>
        <w:br/>
        <w:t>v -0.119047 14.882746 1.990743</w:t>
        <w:br/>
        <w:t>v -0.184355 14.888097 1.995490</w:t>
        <w:br/>
        <w:t>v -0.197025 14.885215 1.962834</w:t>
        <w:br/>
        <w:t>v -0.197025 14.885215 1.962834</w:t>
        <w:br/>
        <w:t>v -0.175729 15.034201 1.945395</w:t>
        <w:br/>
        <w:t>v -0.196661 14.870461 1.935209</w:t>
        <w:br/>
        <w:t>v -0.270040 14.849425 1.944334</w:t>
        <w:br/>
        <w:t>v -0.342481 14.993425 1.956450</w:t>
        <w:br/>
        <w:t>v -0.175729 15.034201 1.945395</w:t>
        <w:br/>
        <w:t>v -0.197025 14.885215 1.962834</w:t>
        <w:br/>
        <w:t>v -0.348931 15.004640 1.931512</w:t>
        <w:br/>
        <w:t>v -0.279492 14.863356 1.969239</w:t>
        <w:br/>
        <w:t>v -0.279492 14.863356 1.969239</w:t>
        <w:br/>
        <w:t>v -0.360817 14.985119 1.933448</w:t>
        <w:br/>
        <w:t>v -0.418201 14.575314 1.992852</w:t>
        <w:br/>
        <w:t>v -0.407594 14.560785 1.966678</w:t>
        <w:br/>
        <w:t>v -0.439574 14.542821 1.970954</w:t>
        <w:br/>
        <w:t>v -0.427735 14.826736 1.972462</w:t>
        <w:br/>
        <w:t>v -0.418201 14.575314 1.992852</w:t>
        <w:br/>
        <w:t>v -0.356765 14.977880 1.949771</w:t>
        <w:br/>
        <w:t>v -0.449944 14.559167 1.996972</w:t>
        <w:br/>
        <w:t>v -0.668175 14.590586 1.935775</w:t>
        <w:br/>
        <w:t>v -0.423423 14.844372 1.961532</w:t>
        <w:br/>
        <w:t>v -0.427735 14.826736 1.972462</w:t>
        <w:br/>
        <w:t>v -0.576805 14.980512 1.974047</w:t>
        <w:br/>
        <w:t>v -0.356765 14.977880 1.949771</w:t>
        <w:br/>
        <w:t>v -0.423423 14.844372 1.961532</w:t>
        <w:br/>
        <w:t>v -0.576805 14.980512 1.974047</w:t>
        <w:br/>
        <w:t>v -0.576126 14.993250 1.948575</w:t>
        <w:br/>
        <w:t>v -0.430961 14.836728 1.950655</w:t>
        <w:br/>
        <w:t>v -0.589650 14.965302 1.956009</w:t>
        <w:br/>
        <w:t>v -0.576126 14.993250 1.948575</w:t>
        <w:br/>
        <w:t>v -0.576805 14.980512 1.974047</w:t>
        <w:br/>
        <w:t>v -0.589555 14.970072 1.944845</w:t>
        <w:br/>
        <w:t>v -0.506837 14.715072 1.968030</w:t>
        <w:br/>
        <w:t>v -0.857035 14.935335 1.843232</w:t>
        <w:br/>
        <w:t>v -0.850668 14.939909 1.821594</w:t>
        <w:br/>
        <w:t>v -0.508771 14.697584 1.993800</w:t>
        <w:br/>
        <w:t>v -0.508771 14.697584 1.993800</w:t>
        <w:br/>
        <w:t>v -0.564746 14.727052 1.959596</w:t>
        <w:br/>
        <w:t>v -0.430961 14.836728 1.950655</w:t>
        <w:br/>
        <w:t>v -0.511232 14.843746 1.986328</w:t>
        <w:br/>
        <w:t>v -0.423423 14.844372 1.961532</w:t>
        <w:br/>
        <w:t>v -0.511232 14.843746 1.986328</w:t>
        <w:br/>
        <w:t>v -0.510835 14.831130 1.960817</w:t>
        <w:br/>
        <w:t>v -0.564746 14.727052 1.959596</w:t>
        <w:br/>
        <w:t>v -0.581802 14.718619 1.966418</w:t>
        <w:br/>
        <w:t>v -0.581802 14.718619 1.966418</w:t>
        <w:br/>
        <w:t>v -0.680066 14.806705 1.929537</w:t>
        <w:br/>
        <w:t>v -0.672632 14.823223 1.922987</w:t>
        <w:br/>
        <w:t>v -0.680066 14.806705 1.929537</w:t>
        <w:br/>
        <w:t>v -0.857035 14.935335 1.843232</w:t>
        <w:br/>
        <w:t>v -0.593587 14.707479 1.980129</w:t>
        <w:br/>
        <w:t>v -0.715089 14.759929 1.912564</w:t>
        <w:br/>
        <w:t>v -0.671970 14.608718 1.964690</w:t>
        <w:br/>
        <w:t>v -0.720612 14.753160 1.921193</w:t>
        <w:br/>
        <w:t>v -0.710242 14.769042 1.907808</w:t>
        <w:br/>
        <w:t>v -0.679052 14.810393 1.909952</w:t>
        <w:br/>
        <w:t>v -0.765293 14.796849 1.872693</w:t>
        <w:br/>
        <w:t>v -0.786182 14.793736 1.883519</w:t>
        <w:br/>
        <w:t>v -0.679052 14.810393 1.909952</w:t>
        <w:br/>
        <w:t>v -0.765293 14.796849 1.872693</w:t>
        <w:br/>
        <w:t>v -0.786182 14.793736 1.883519</w:t>
        <w:br/>
        <w:t>v -0.672632 14.823223 1.922987</w:t>
        <w:br/>
        <w:t>v -0.791899 14.801654 1.894396</w:t>
        <w:br/>
        <w:t>v -0.791899 14.801654 1.894396</w:t>
        <w:br/>
        <w:t>v -0.813503 14.660788 1.901310</w:t>
        <w:br/>
        <w:t>v -0.878057 14.692168 1.862387</w:t>
        <w:br/>
        <w:t>v -0.672040 14.602896 1.954085</w:t>
        <w:br/>
        <w:t>v -0.813503 14.660788 1.901310</w:t>
        <w:br/>
        <w:t>v -0.671970 14.608718 1.964690</w:t>
        <w:br/>
        <w:t>v -0.871456 14.686146 1.853512</w:t>
        <w:br/>
        <w:t>v -0.871456 14.686146 1.853512</w:t>
        <w:br/>
        <w:t>v -0.811551 14.657781 1.886521</w:t>
        <w:br/>
        <w:t>v -0.871456 14.686146 1.853512</w:t>
        <w:br/>
        <w:t>v -0.760860 14.517366 1.923481</w:t>
        <w:br/>
        <w:t>v -0.811551 14.657781 1.886521</w:t>
        <w:br/>
        <w:t>v -0.672040 14.602896 1.954085</w:t>
        <w:br/>
        <w:t>v -0.760860 14.517366 1.923481</w:t>
        <w:br/>
        <w:t>v -0.756273 14.504880 1.898178</w:t>
        <w:br/>
        <w:t>v -0.818145 14.659592 1.873187</w:t>
        <w:br/>
        <w:t>v -0.931555 14.519019 1.846013</w:t>
        <w:br/>
        <w:t>v -0.923426 14.506599 1.822374</w:t>
        <w:br/>
        <w:t>v -0.984479 14.523886 1.785557</w:t>
        <w:br/>
        <w:t>v -0.840888 14.647117 1.890770</w:t>
        <w:br/>
        <w:t>v -0.811551 14.657781 1.886521</w:t>
        <w:br/>
        <w:t>v -0.840888 14.647117 1.890770</w:t>
        <w:br/>
        <w:t>v -0.818145 14.659592 1.873187</w:t>
        <w:br/>
        <w:t>v -0.931555 14.519019 1.846013</w:t>
        <w:br/>
        <w:t>v -0.862866 14.678246 1.841945</w:t>
        <w:br/>
        <w:t>v -0.862866 14.678246 1.841945</w:t>
        <w:br/>
        <w:t>v -0.888041 14.650204 1.829612</w:t>
        <w:br/>
        <w:t>v -0.833683 14.653101 1.865546</w:t>
        <w:br/>
        <w:t>v -0.902307 14.649981 1.841491</w:t>
        <w:br/>
        <w:t>v -0.888041 14.650204 1.829612</w:t>
        <w:br/>
        <w:t>v -0.902307 14.649981 1.841491</w:t>
        <w:br/>
        <w:t>v -0.906378 14.643560 1.853174</w:t>
        <w:br/>
        <w:t>v -1.005427 14.530988 1.802751</w:t>
        <w:br/>
        <w:t>v -1.109531 14.447104 1.736628</w:t>
        <w:br/>
        <w:t>v -1.020339 14.546059 1.822919</w:t>
        <w:br/>
        <w:t>v -1.020339 14.546059 1.822919</w:t>
        <w:br/>
        <w:t>v -1.036645 14.700521 1.771833</w:t>
        <w:br/>
        <w:t>v -1.118895 14.462711 1.760527</w:t>
        <w:br/>
        <w:t>v -1.144597 14.595409 1.708206</w:t>
        <w:br/>
        <w:t>v -1.144597 14.595409 1.708206</w:t>
        <w:br/>
        <w:t>v -1.005427 14.530988 1.802751</w:t>
        <w:br/>
        <w:t>v -1.118895 14.462711 1.760527</w:t>
        <w:br/>
        <w:t>v -1.153768 14.608397 1.716082</w:t>
        <w:br/>
        <w:t>v -1.288677 14.462878 1.644917</w:t>
        <w:br/>
        <w:t>v -1.272907 14.449699 1.616405</w:t>
        <w:br/>
        <w:t>v -1.235836 14.600992 1.630373</w:t>
        <w:br/>
        <w:t>v -1.288677 14.462878 1.644917</w:t>
        <w:br/>
        <w:t>v -1.465887 14.562725 1.463393</w:t>
        <w:br/>
        <w:t>v -1.454962 14.542302 1.450359</w:t>
        <w:br/>
        <w:t>v -1.170014 14.604583 1.667998</w:t>
        <w:br/>
        <w:t>v -1.606556 14.490235 1.312643</w:t>
        <w:br/>
        <w:t>v -1.588739 14.472778 1.293579</w:t>
        <w:br/>
        <w:t>v -1.219851 14.613247 1.605295</w:t>
        <w:br/>
        <w:t>v -1.170014 14.604583 1.667998</w:t>
        <w:br/>
        <w:t>v -1.275195 14.682637 1.560685</w:t>
        <w:br/>
        <w:t>v -1.271661 14.672664 1.551633</w:t>
        <w:br/>
        <w:t>v -1.299465 14.652205 1.518595</w:t>
        <w:br/>
        <w:t>v -1.299465 14.652205 1.518595</w:t>
        <w:br/>
        <w:t>v -1.319108 14.655399 1.527884</w:t>
        <w:br/>
        <w:t>v -1.319108 14.655399 1.527884</w:t>
        <w:br/>
        <w:t>v -1.329777 14.651316 1.540293</w:t>
        <w:br/>
        <w:t>v -1.474497 14.572510 1.474076</w:t>
        <w:br/>
        <w:t>v -1.474497 14.572510 1.474076</w:t>
        <w:br/>
        <w:t>v -1.446446 14.734813 1.407920</w:t>
        <w:br/>
        <w:t>v -1.558108 14.662262 1.310342</w:t>
        <w:br/>
        <w:t>v -1.558108 14.662262 1.310342</w:t>
        <w:br/>
        <w:t>v -1.561710 14.655523 1.291685</w:t>
        <w:br/>
        <w:t>v -1.606556 14.490235 1.312643</w:t>
        <w:br/>
        <w:t>v -1.465887 14.562725 1.463393</w:t>
        <w:br/>
        <w:t>v -1.436323 14.736148 1.405351</w:t>
        <w:br/>
        <w:t>v -1.428455 14.736557 1.393210</w:t>
        <w:br/>
        <w:t>v -1.494909 14.792562 1.305119</w:t>
        <w:br/>
        <w:t>v -1.396280 14.761680 1.406821</w:t>
        <w:br/>
        <w:t>v -1.511270 14.793783 1.294882</w:t>
        <w:br/>
        <w:t>v -1.390482 14.766005 1.426777</w:t>
        <w:br/>
        <w:t>v -1.602444 14.699037 1.170749</w:t>
        <w:br/>
        <w:t>v -1.494909 14.792562 1.305119</w:t>
        <w:br/>
        <w:t>v -1.511270 14.793783 1.294882</w:t>
        <w:br/>
        <w:t>v -1.476996 14.827988 1.379038</w:t>
        <w:br/>
        <w:t>v -1.460981 14.812304 1.361203</w:t>
        <w:br/>
        <w:t>v -1.396280 14.761680 1.406821</w:t>
        <w:br/>
        <w:t>v -1.390482 14.766005 1.426777</w:t>
        <w:br/>
        <w:t>v -1.519562 14.801364 1.296788</w:t>
        <w:br/>
        <w:t>v -1.476996 14.827988 1.379038</w:t>
        <w:br/>
        <w:t>v -1.392812 14.978249 1.407752</w:t>
        <w:br/>
        <w:t>v -1.488862 14.984237 1.293025</w:t>
        <w:br/>
        <w:t>v -1.398646 14.766157 1.447127</w:t>
        <w:br/>
        <w:t>v -1.398646 14.766157 1.447127</w:t>
        <w:br/>
        <w:t>v -1.319108 14.655399 1.527884</w:t>
        <w:br/>
        <w:t>v -1.436323 14.736148 1.405351</w:t>
        <w:br/>
        <w:t>v -1.271858 14.869512 1.535740</w:t>
        <w:br/>
        <w:t>v -1.271858 14.869512 1.535740</w:t>
        <w:br/>
        <w:t>v -1.291220 14.687856 1.567791</w:t>
        <w:br/>
        <w:t>v -1.291220 14.687856 1.567791</w:t>
        <w:br/>
        <w:t>v -1.279597 14.868159 1.548230</w:t>
        <w:br/>
        <w:t>v -1.279597 14.868159 1.548230</w:t>
        <w:br/>
        <w:t>v -1.150981 14.774154 1.669982</w:t>
        <w:br/>
        <w:t>v -1.150981 14.774154 1.669982</w:t>
        <w:br/>
        <w:t>v -1.148672 14.760397 1.657926</w:t>
        <w:br/>
        <w:t>v -1.148672 14.760397 1.657926</w:t>
        <w:br/>
        <w:t>v -1.275195 14.682637 1.560685</w:t>
        <w:br/>
        <w:t>v -1.198696 14.942353 1.600706</w:t>
        <w:br/>
        <w:t>v -1.198696 14.942353 1.600706</w:t>
        <w:br/>
        <w:t>v -1.118725 14.754415 1.652242</w:t>
        <w:br/>
        <w:t>v -1.148672 14.760397 1.657926</w:t>
        <w:br/>
        <w:t>v -1.186294 14.953583 1.578782</w:t>
        <w:br/>
        <w:t>v -1.258962 14.871610 1.523134</w:t>
        <w:br/>
        <w:t>v -1.271858 14.869512 1.535740</w:t>
        <w:br/>
        <w:t>v -1.371993 14.980803 1.398329</w:t>
        <w:br/>
        <w:t>v -1.258962 14.871610 1.523134</w:t>
        <w:br/>
        <w:t>v -1.392812 14.978249 1.407752</w:t>
        <w:br/>
        <w:t>v -1.041713 14.915507 1.678992</w:t>
        <w:br/>
        <w:t>v -1.471912 14.993729 1.275448</w:t>
        <w:br/>
        <w:t>v -1.055399 14.900740 1.700214</w:t>
        <w:br/>
        <w:t>v -0.910639 14.866693 1.788468</w:t>
        <w:br/>
        <w:t>v -1.084038 14.763368 1.727961</w:t>
        <w:br/>
        <w:t>v -1.084038 14.763368 1.727961</w:t>
        <w:br/>
        <w:t>v -1.118725 14.754415 1.652242</w:t>
        <w:br/>
        <w:t>v -0.917081 14.855038 1.805323</w:t>
        <w:br/>
        <w:t>v -1.070576 14.749413 1.706468</w:t>
        <w:br/>
        <w:t>v -1.001387 14.725187 1.755550</w:t>
        <w:br/>
        <w:t>v -1.004782 14.734363 1.776278</w:t>
        <w:br/>
        <w:t>v -1.004782 14.734363 1.776278</w:t>
        <w:br/>
        <w:t>v -1.001387 14.725187 1.755550</w:t>
        <w:br/>
        <w:t>v -1.004782 14.734363 1.776278</w:t>
        <w:br/>
        <w:t>v -1.019911 14.710536 1.753172</w:t>
        <w:br/>
        <w:t>v -1.029856 14.704763 1.764335</w:t>
        <w:br/>
        <w:t>v -1.005816 14.730006 1.781905</w:t>
        <w:br/>
        <w:t>v -1.029856 14.704763 1.764335</w:t>
        <w:br/>
        <w:t>v -0.902307 14.649981 1.841491</w:t>
        <w:br/>
        <w:t>v -0.878057 14.692168 1.862387</w:t>
        <w:br/>
        <w:t>v -0.917103 14.859252 1.818098</w:t>
        <w:br/>
        <w:t>v -0.917103 14.859252 1.818098</w:t>
        <w:br/>
        <w:t>v -1.579466 14.891532 1.147104</w:t>
        <w:br/>
        <w:t>v -1.566898 14.897264 1.139686</w:t>
        <w:br/>
        <w:t>v -1.588469 14.891267 1.157066</w:t>
        <w:br/>
        <w:t>v -1.588469 14.891267 1.157066</w:t>
        <w:br/>
        <w:t>v -1.611370 14.943845 1.051551</w:t>
        <w:br/>
        <w:t>v -1.591541 14.941642 1.038776</w:t>
        <w:br/>
        <w:t>v -1.621345 14.707367 1.180217</w:t>
        <w:br/>
        <w:t>v -1.621345 14.707367 1.180217</w:t>
        <w:br/>
        <w:t>v -1.602444 14.699037 1.170749</w:t>
        <w:br/>
        <w:t>v -1.656681 14.781257 1.013950</w:t>
        <w:br/>
        <w:t>v -1.611370 14.943845 1.051551</w:t>
        <w:br/>
        <w:t>v -1.579466 14.891532 1.147104</w:t>
        <w:br/>
        <w:t>v -1.656681 14.781257 1.013950</w:t>
        <w:br/>
        <w:t>v -1.676863 14.783558 1.018641</w:t>
        <w:br/>
        <w:t>v -1.676863 14.783558 1.018641</w:t>
        <w:br/>
        <w:t>v -1.635056 14.691407 1.160541</w:t>
        <w:br/>
        <w:t>v -1.635056 14.691407 1.160541</w:t>
        <w:br/>
        <w:t>v -1.685804 14.776244 0.992493</w:t>
        <w:br/>
        <w:t>v -1.685804 14.776244 0.992493</w:t>
        <w:br/>
        <w:t>v -1.675759 14.779269 0.989907</w:t>
        <w:br/>
        <w:t>v -1.655434 14.776258 0.991233</w:t>
        <w:br/>
        <w:t>v -1.697604 14.788445 0.956222</w:t>
        <w:br/>
        <w:t>v -1.655434 14.776258 0.991233</w:t>
        <w:br/>
        <w:t>v -1.697812 14.807042 0.987659</w:t>
        <w:br/>
        <w:t>v -1.656681 14.781257 1.013950</w:t>
        <w:br/>
        <w:t>v -1.697812 14.807042 0.987659</w:t>
        <w:br/>
        <w:t>v -1.690638 14.791202 0.972571</w:t>
        <w:br/>
        <w:t>v -1.697604 14.788445 0.956222</w:t>
        <w:br/>
        <w:t>v -1.720139 14.802816 0.942707</w:t>
        <w:br/>
        <w:t>v -1.720139 14.802816 0.942707</w:t>
        <w:br/>
        <w:t>v -1.717254 14.816226 0.953012</w:t>
        <w:br/>
        <w:t>v -1.642269 14.985992 0.927593</w:t>
        <w:br/>
        <w:t>v -1.642269 14.985992 0.927593</w:t>
        <w:br/>
        <w:t>v -1.621372 14.980456 0.921225</w:t>
        <w:br/>
        <w:t>v -1.689885 14.899662 0.798610</w:t>
        <w:br/>
        <w:t>v -1.711536 14.905279 0.801223</w:t>
        <w:br/>
        <w:t>v -1.701685 14.899702 0.794101</w:t>
        <w:br/>
        <w:t>v -1.711536 14.905279 0.801223</w:t>
        <w:br/>
        <w:t>v -1.701685 14.899702 0.794101</w:t>
        <w:br/>
        <w:t>v -1.663192 14.938779 0.723066</w:t>
        <w:br/>
        <w:t>v -1.689885 14.899662 0.798610</w:t>
        <w:br/>
        <w:t>v -1.780075 14.720452 0.796973</w:t>
        <w:br/>
        <w:t>v -1.767236 14.798687 0.669472</w:t>
        <w:br/>
        <w:t>v -1.767236 14.798687 0.669472</w:t>
        <w:br/>
        <w:t>v -1.686792 14.936166 0.718947</w:t>
        <w:br/>
        <w:t>v -1.679605 15.003509 0.585260</w:t>
        <w:br/>
        <w:t>v -1.757346 14.794278 0.666197</w:t>
        <w:br/>
        <w:t>v -1.757346 14.794278 0.666197</w:t>
        <w:br/>
        <w:t>v -1.700918 14.996310 0.591719</w:t>
        <w:br/>
        <w:t>v -1.679605 15.003509 0.585260</w:t>
        <w:br/>
        <w:t>v -1.700918 14.996310 0.591719</w:t>
        <w:br/>
        <w:t>v -1.743791 14.854423 0.438924</w:t>
        <w:br/>
        <w:t>v -1.769094 14.828927 0.630537</w:t>
        <w:br/>
        <w:t>v -1.764832 14.854220 0.442774</w:t>
        <w:br/>
        <w:t>v -1.757346 14.794278 0.666197</w:t>
        <w:br/>
        <w:t>v -1.745818 14.784857 0.650446</w:t>
        <w:br/>
        <w:t>v -1.769094 14.828927 0.630537</w:t>
        <w:br/>
        <w:t>v -1.745818 14.784857 0.650446</w:t>
        <w:br/>
        <w:t>v -1.778503 14.748106 0.604493</w:t>
        <w:br/>
        <w:t>v -1.727014 14.801127 0.621934</w:t>
        <w:br/>
        <w:t>v -1.787521 14.743999 0.603818</w:t>
        <w:br/>
        <w:t>v -1.787521 14.743999 0.603818</w:t>
        <w:br/>
        <w:t>v -1.780114 14.764507 0.572771</w:t>
        <w:br/>
        <w:t>v -1.769094 14.828927 0.630537</w:t>
        <w:br/>
        <w:t>v -1.727014 14.801127 0.621934</w:t>
        <w:br/>
        <w:t>v -1.780114 14.764507 0.572771</w:t>
        <w:br/>
        <w:t>v -1.785416 14.666945 0.737414</w:t>
        <w:br/>
        <w:t>v -1.794500 14.766289 0.563492</w:t>
        <w:br/>
        <w:t>v -1.794500 14.766289 0.563492</w:t>
        <w:br/>
        <w:t>v -1.798282 14.743846 0.604961</w:t>
        <w:br/>
        <w:t>v -1.785416 14.666945 0.737414</w:t>
        <w:br/>
        <w:t>v -1.812032 14.772226 0.555539</w:t>
        <w:br/>
        <w:t>v -1.794500 14.766289 0.563492</w:t>
        <w:br/>
        <w:t>v -1.798282 14.743846 0.604961</w:t>
        <w:br/>
        <w:t>v -1.845959 14.659112 0.470227</w:t>
        <w:br/>
        <w:t>v -1.845959 14.659112 0.470227</w:t>
        <w:br/>
        <w:t>v -1.812032 14.772226 0.555539</w:t>
        <w:br/>
        <w:t>v -1.773735 14.853945 0.446240</w:t>
        <w:br/>
        <w:t>v -1.862853 14.670242 0.463526</w:t>
        <w:br/>
        <w:t>v -1.862853 14.670242 0.463526</w:t>
        <w:br/>
        <w:t>v -1.873726 14.622642 0.420229</w:t>
        <w:br/>
        <w:t>v -1.828498 14.755465 0.348241</w:t>
        <w:br/>
        <w:t>v -1.873726 14.622642 0.420229</w:t>
        <w:br/>
        <w:t>v -1.818794 14.754830 0.344983</w:t>
        <w:br/>
        <w:t>v -1.828498 14.755465 0.348241</w:t>
        <w:br/>
        <w:t>v -1.864526 14.612532 0.428790</w:t>
        <w:br/>
        <w:t>v -1.849498 14.644958 0.263796</w:t>
        <w:br/>
        <w:t>v -1.854288 14.602905 0.535165</w:t>
        <w:br/>
        <w:t>v -1.900444 14.496841 0.287009</w:t>
        <w:br/>
        <w:t>v -1.850748 14.595111 0.432161</w:t>
        <w:br/>
        <w:t>v -1.818372 14.579680 0.527275</w:t>
        <w:br/>
        <w:t>v -1.880033 14.472475 0.296722</w:t>
        <w:br/>
        <w:t>v -1.819491 14.468619 0.747667</w:t>
        <w:br/>
        <w:t>v -1.866346 14.456563 0.171327</w:t>
        <w:br/>
        <w:t>v -1.844547 14.492075 0.754256</w:t>
        <w:br/>
        <w:t>v -1.726507 14.566489 0.997835</w:t>
        <w:br/>
        <w:t>v -1.808497 14.661438 0.749084</w:t>
        <w:br/>
        <w:t>v -1.844547 14.492075 0.754256</w:t>
        <w:br/>
        <w:t>v -1.808497 14.661438 0.749084</w:t>
        <w:br/>
        <w:t>v -1.752680 14.594158 1.010298</w:t>
        <w:br/>
        <w:t>v -1.663023 14.487411 1.179697</w:t>
        <w:br/>
        <w:t>v -1.763103 14.672913 0.846058</w:t>
        <w:br/>
        <w:t>v -1.752680 14.594158 1.010298</w:t>
        <w:br/>
        <w:t>v -1.763103 14.672913 0.846058</w:t>
        <w:br/>
        <w:t>v -1.681672 14.507672 1.196968</w:t>
        <w:br/>
        <w:t>v -1.768184 14.671339 0.755387</w:t>
        <w:br/>
        <w:t>v -1.597173 14.650588 1.235435</w:t>
        <w:br/>
        <w:t>v -1.681672 14.507672 1.196968</w:t>
        <w:br/>
        <w:t>v -1.768184 14.671339 0.755387</w:t>
        <w:br/>
        <w:t>v -1.785416 14.666945 0.737414</w:t>
        <w:br/>
        <w:t>v -1.770238 14.714264 0.802535</w:t>
        <w:br/>
        <w:t>v -1.766884 14.704038 0.796583</w:t>
        <w:br/>
        <w:t>v -1.751809 14.675525 0.821522</w:t>
        <w:br/>
        <w:t>v -1.751809 14.675525 0.821522</w:t>
        <w:br/>
        <w:t>v -1.763103 14.672913 0.846058</w:t>
        <w:br/>
        <w:t>v -1.773863 14.686039 0.850684</w:t>
        <w:br/>
        <w:t>v -1.698553 14.777683 0.985684</w:t>
        <w:br/>
        <w:t>v -1.698553 14.777683 0.985684</w:t>
        <w:br/>
        <w:t>v -1.759867 14.603047 1.023722</w:t>
        <w:br/>
        <w:t>v -1.648714 14.690891 1.156850</w:t>
        <w:br/>
        <w:t>v -1.635056 14.691407 1.160541</w:t>
        <w:br/>
        <w:t>v -1.618184 14.686355 1.161091</w:t>
        <w:br/>
        <w:t>v -1.597173 14.650588 1.235435</w:t>
        <w:br/>
        <w:t>v -1.618184 14.686355 1.161091</w:t>
        <w:br/>
        <w:t>v -1.578525 14.659826 1.218840</w:t>
        <w:br/>
        <w:t>v -1.599764 14.692997 1.166469</w:t>
        <w:br/>
        <w:t>v -1.563787 14.656030 1.248366</w:t>
        <w:br/>
        <w:t>v -1.563787 14.656030 1.248366</w:t>
        <w:br/>
        <w:t>v -1.599764 14.692997 1.166469</w:t>
        <w:br/>
        <w:t>v -1.561710 14.655523 1.291685</w:t>
        <w:br/>
        <w:t>v -6.858296 16.129730 -0.190456</w:t>
        <w:br/>
        <w:t>v -7.000420 15.928887 -0.096585</w:t>
        <w:br/>
        <w:t>v -6.789448 16.020683 -0.117373</w:t>
        <w:br/>
        <w:t>v -6.805837 16.157537 -0.198660</w:t>
        <w:br/>
        <w:t>v -6.853669 16.225142 -0.231178</w:t>
        <w:br/>
        <w:t>v -6.909517 16.195110 -0.221104</w:t>
        <w:br/>
        <w:t>v -7.086287 16.104851 -0.191401</w:t>
        <w:br/>
        <w:t>v -7.159563 16.252928 -0.099634</w:t>
        <w:br/>
        <w:t>v -6.994820 16.358540 -0.128873</w:t>
        <w:br/>
        <w:t>v -7.040371 16.472759 0.061500</w:t>
        <w:br/>
        <w:t>v -7.207328 16.362900 0.077477</w:t>
        <w:br/>
        <w:t>v -7.301093 16.152540 -0.096369</w:t>
        <w:br/>
        <w:t>v -7.356001 16.269228 0.092895</w:t>
        <w:br/>
        <w:t>v -7.230363 16.015932 -0.190295</w:t>
        <w:br/>
        <w:t>v -7.142624 15.846953 -0.091189</w:t>
        <w:br/>
        <w:t>v -7.382071 16.093090 -0.099027</w:t>
        <w:br/>
        <w:t>v -7.442156 16.215778 0.099326</w:t>
        <w:br/>
        <w:t>v -7.311185 15.962691 -0.194719</w:t>
        <w:br/>
        <w:t>v -7.311185 15.962691 -0.194719</w:t>
        <w:br/>
        <w:t>v -7.215905 15.799438 -0.090683</w:t>
        <w:br/>
        <w:t>v -7.474397 16.035025 -0.109588</w:t>
        <w:br/>
        <w:t>v -7.531395 16.160334 0.105899</w:t>
        <w:br/>
        <w:t>v -7.401395 15.895950 -0.204961</w:t>
        <w:br/>
        <w:t>v -7.401395 15.895950 -0.204961</w:t>
        <w:br/>
        <w:t>v -7.301459 15.735578 -0.120865</w:t>
        <w:br/>
        <w:t>v -7.566720 15.976959 -0.120149</w:t>
        <w:br/>
        <w:t>v -7.620634 16.104897 0.115184</w:t>
        <w:br/>
        <w:t>v -7.491604 15.829206 -0.215203</w:t>
        <w:br/>
        <w:t>v -7.387015 15.671716 -0.151047</w:t>
        <w:br/>
        <w:t>v -7.726462 15.873686 -0.136248</w:t>
        <w:br/>
        <w:t>v -7.778375 15.991446 0.091384</w:t>
        <w:br/>
        <w:t>v -7.775784 15.997676 0.130140</w:t>
        <w:br/>
        <w:t>v -7.645603 15.725138 -0.244691</w:t>
        <w:br/>
        <w:t>v -7.582219 15.509707 -0.214650</w:t>
        <w:br/>
        <w:t>v -7.890486 15.767488 -0.152659</w:t>
        <w:br/>
        <w:t>v -7.821896 15.606899 -0.269003</w:t>
        <w:br/>
        <w:t>v -7.730420 15.400617 -0.263891</w:t>
        <w:br/>
        <w:t>v -8.132523 15.608151 -0.174834</w:t>
        <w:br/>
        <w:t>v -8.051632 15.456836 -0.335321</w:t>
        <w:br/>
        <w:t>v -7.928391 15.266954 -0.330496</w:t>
        <w:br/>
        <w:t>v -8.227588 15.354824 -0.351697</w:t>
        <w:br/>
        <w:t>v -8.319918 15.483740 -0.173686</w:t>
        <w:br/>
        <w:t>v -8.285311 15.128077 -0.372218</w:t>
        <w:br/>
        <w:t>v -8.399075 15.269465 -0.367112</w:t>
        <w:br/>
        <w:t>v -8.429074 15.090830 -0.374362</w:t>
        <w:br/>
        <w:t>v -8.451748 15.337204 -0.243134</w:t>
        <w:br/>
        <w:t>v -8.472368 15.407854 -0.128674</w:t>
        <w:br/>
        <w:t>v -8.487939 15.196461 -0.357994</w:t>
        <w:br/>
        <w:t>v -8.537907 15.227966 -0.141812</w:t>
        <w:br/>
        <w:t>v -8.550995 15.156775 -0.359267</w:t>
        <w:br/>
        <w:t>v -8.493910 15.054529 -0.373573</w:t>
        <w:br/>
        <w:t>v -8.533733 15.264299 -0.249737</w:t>
        <w:br/>
        <w:t>v -8.501911 15.043234 -0.384972</w:t>
        <w:br/>
        <w:t>v -8.493910 15.054529 -0.373573</w:t>
        <w:br/>
        <w:t>v -8.565364 15.154879 -0.370011</w:t>
        <w:br/>
        <w:t>v -8.589311 15.222023 -0.253595</w:t>
        <w:br/>
        <w:t>v -8.611072 15.223970 -0.257152</w:t>
        <w:br/>
        <w:t>v -8.585462 15.189892 -0.155226</w:t>
        <w:br/>
        <w:t>v -8.537907 15.227966 -0.141812</w:t>
        <w:br/>
        <w:t>v -8.532206 15.216648 -0.136477</w:t>
        <w:br/>
        <w:t>v -8.556398 15.158186 -0.141446</w:t>
        <w:br/>
        <w:t>v -8.569477 15.130075 -0.130925</w:t>
        <w:br/>
        <w:t>v -8.562017 15.324394 -0.125748</w:t>
        <w:br/>
        <w:t>v -8.537907 15.227966 -0.141812</w:t>
        <w:br/>
        <w:t>v -8.562017 15.324394 -0.125748</w:t>
        <w:br/>
        <w:t>v -8.603867 15.188417 -0.147773</w:t>
        <w:br/>
        <w:t>v -8.622560 15.177526 -0.149904</w:t>
        <w:br/>
        <w:t>v -8.582402 15.099575 -0.131710</w:t>
        <w:br/>
        <w:t>v -8.505393 15.158914 -0.122324</w:t>
        <w:br/>
        <w:t>v -8.622560 15.177526 -0.149904</w:t>
        <w:br/>
        <w:t>v -8.582402 15.099575 -0.131710</w:t>
        <w:br/>
        <w:t>v -8.620851 15.160301 -0.168630</w:t>
        <w:br/>
        <w:t>v -8.584727 15.088453 -0.152533</w:t>
        <w:br/>
        <w:t>v -8.631282 15.213087 -0.259763</w:t>
        <w:br/>
        <w:t>v -8.631282 15.213087 -0.259763</w:t>
        <w:br/>
        <w:t>v -8.560810 15.100056 -0.183981</w:t>
        <w:br/>
        <w:t>v -8.587935 15.154535 -0.189661</w:t>
        <w:br/>
        <w:t>v -8.584727 15.088453 -0.152533</w:t>
        <w:br/>
        <w:t>v -8.620851 15.160301 -0.168630</w:t>
        <w:br/>
        <w:t>v -8.628337 15.189428 -0.258095</w:t>
        <w:br/>
        <w:t>v -8.628337 15.189428 -0.258095</w:t>
        <w:br/>
        <w:t>v -8.592232 15.173410 -0.251028</w:t>
        <w:br/>
        <w:t>v -8.560071 15.124039 -0.327608</w:t>
        <w:br/>
        <w:t>v -8.583253 15.143827 -0.373023</w:t>
        <w:br/>
        <w:t>v -8.583253 15.143827 -0.373023</w:t>
        <w:br/>
        <w:t>v -8.518894 15.030931 -0.387688</w:t>
        <w:br/>
        <w:t>v -8.586734 15.128231 -0.357971</w:t>
        <w:br/>
        <w:t>v -8.518894 15.030931 -0.387688</w:t>
        <w:br/>
        <w:t>v -8.586734 15.128231 -0.357971</w:t>
        <w:br/>
        <w:t>v -8.523502 15.053637 -0.342147</w:t>
        <w:br/>
        <w:t>v -8.532651 15.030880 -0.371337</w:t>
        <w:br/>
        <w:t>v -8.532651 15.030880 -0.371337</w:t>
        <w:br/>
        <w:t>v -8.570699 15.127126 -0.120860</w:t>
        <w:br/>
        <w:t>v -8.505393 15.158914 -0.122324</w:t>
        <w:br/>
        <w:t>v -8.641338 15.279745 -0.117399</w:t>
        <w:br/>
        <w:t>v -8.505393 15.158914 -0.122324</w:t>
        <w:br/>
        <w:t>v -8.593099 15.388497 -0.002827</w:t>
        <w:br/>
        <w:t>v -8.674037 15.341655 -0.004645</w:t>
        <w:br/>
        <w:t>v -8.674679 15.317411 0.105542</w:t>
        <w:br/>
        <w:t>v -8.595783 15.363933 0.116791</w:t>
        <w:br/>
        <w:t>v -8.555317 15.239689 0.134890</w:t>
        <w:br/>
        <w:t>v -8.674679 15.317411 0.105542</w:t>
        <w:br/>
        <w:t>v -8.629898 15.210591 0.120775</w:t>
        <w:br/>
        <w:t>v -8.642798 15.205483 0.127190</w:t>
        <w:br/>
        <w:t>v -8.692821 15.342503 -0.006859</w:t>
        <w:br/>
        <w:t>v -8.692736 15.315847 0.111799</w:t>
        <w:br/>
        <w:t>v -8.692736 15.315847 0.111799</w:t>
        <w:br/>
        <w:t>v -8.709263 15.305989 0.109076</w:t>
        <w:br/>
        <w:t>v -8.709263 15.305989 0.109076</w:t>
        <w:br/>
        <w:t>v -8.659038 15.198097 0.123419</w:t>
        <w:br/>
        <w:t>v -8.657324 15.276832 -0.125352</w:t>
        <w:br/>
        <w:t>v -8.578236 15.118203 -0.129586</w:t>
        <w:br/>
        <w:t>v -8.673607 15.266711 -0.124248</w:t>
        <w:br/>
        <w:t>v -8.593196 15.108767 -0.128979</w:t>
        <w:br/>
        <w:t>v -8.676715 15.252141 -0.107792</w:t>
        <w:br/>
        <w:t>v -8.593196 15.108767 -0.128979</w:t>
        <w:br/>
        <w:t>v -8.709326 15.332180 -0.006907</w:t>
        <w:br/>
        <w:t>v -8.604607 15.109622 -0.110727</w:t>
        <w:br/>
        <w:t>v -8.591630 15.134166 -0.082827</w:t>
        <w:br/>
        <w:t>v -8.604607 15.109622 -0.110727</w:t>
        <w:br/>
        <w:t>v -8.676715 15.252141 -0.107792</w:t>
        <w:br/>
        <w:t>v -8.648756 15.248856 -0.079542</w:t>
        <w:br/>
        <w:t>v -8.708789 15.310741 -0.003181</w:t>
        <w:br/>
        <w:t>v -8.708789 15.310741 -0.003181</w:t>
        <w:br/>
        <w:t>v -8.709326 15.332180 -0.006907</w:t>
        <w:br/>
        <w:t>v -8.672611 15.292632 0.004496</w:t>
        <w:br/>
        <w:t>v -8.677993 15.283346 0.073989</w:t>
        <w:br/>
        <w:t>v -8.709663 15.290680 0.093926</w:t>
        <w:br/>
        <w:t>v -8.709663 15.290680 0.093926</w:t>
        <w:br/>
        <w:t>v -8.667012 15.192530 0.100235</w:t>
        <w:br/>
        <w:t>v -8.667012 15.192530 0.100235</w:t>
        <w:br/>
        <w:t>v -8.642499 15.205155 0.069703</w:t>
        <w:br/>
        <w:t>v 9.603968 14.669009 0.535540</w:t>
        <w:br/>
        <w:t>v 9.636614 14.723111 0.530419</w:t>
        <w:br/>
        <w:t>v 9.490771 14.685061 0.508149</w:t>
        <w:br/>
        <w:t>v 9.546741 14.769303 0.524882</w:t>
        <w:br/>
        <w:t>v 9.329169 14.885524 0.510659</w:t>
        <w:br/>
        <w:t>v 9.566886 14.770800 0.614881</w:t>
        <w:br/>
        <w:t>v 9.546741 14.769303 0.524882</w:t>
        <w:br/>
        <w:t>v 9.636614 14.723111 0.530419</w:t>
        <w:br/>
        <w:t>v 9.273540 14.798097 0.495721</w:t>
        <w:br/>
        <w:t>v 9.668092 14.705450 0.616764</w:t>
        <w:br/>
        <w:t>v 9.668092 14.705450 0.616764</w:t>
        <w:br/>
        <w:t>v 9.626387 14.654716 0.616812</w:t>
        <w:br/>
        <w:t>v 9.598280 14.663300 0.674930</w:t>
        <w:br/>
        <w:t>v 9.615275 14.711443 0.702122</w:t>
        <w:br/>
        <w:t>v 9.615275 14.711443 0.702122</w:t>
        <w:br/>
        <w:t>v 9.482814 14.677604 0.697532</w:t>
        <w:br/>
        <w:t>v 9.523677 14.753215 0.702367</w:t>
        <w:br/>
        <w:t>v 9.523677 14.753215 0.702367</w:t>
        <w:br/>
        <w:t>v 9.313443 14.854480 0.701594</w:t>
        <w:br/>
        <w:t>v 9.341593 14.903050 0.609097</w:t>
        <w:br/>
        <w:t>v 9.313443 14.854480 0.701594</w:t>
        <w:br/>
        <w:t>v 9.329169 14.885524 0.510659</w:t>
        <w:br/>
        <w:t>v 9.259941 14.775680 0.693029</w:t>
        <w:br/>
        <w:t>v 9.299374 14.935297 0.605841</w:t>
        <w:br/>
        <w:t>v 9.268868 14.882372 0.701340</w:t>
        <w:br/>
        <w:t>v 9.268868 14.882372 0.701340</w:t>
        <w:br/>
        <w:t>v 9.210054 14.799977 0.694288</w:t>
        <w:br/>
        <w:t>v 9.289400 14.917292 0.506901</w:t>
        <w:br/>
        <w:t>v 9.289400 14.917292 0.506901</w:t>
        <w:br/>
        <w:t>v 9.222216 14.817349 0.491633</w:t>
        <w:br/>
        <w:t>v 9.260902 14.964977 0.602766</w:t>
        <w:br/>
        <w:t>v 9.223969 14.910471 0.701012</w:t>
        <w:br/>
        <w:t>v 9.223969 14.910471 0.701012</w:t>
        <w:br/>
        <w:t>v 9.160017 14.824087 0.695387</w:t>
        <w:br/>
        <w:t>v 9.252668 14.947079 0.504068</w:t>
        <w:br/>
        <w:t>v 9.252668 14.947079 0.504068</w:t>
        <w:br/>
        <w:t>v 9.170572 14.836384 0.487553</w:t>
        <w:br/>
        <w:t>v 9.014156 15.090704 0.489648</w:t>
        <w:br/>
        <w:t>v 9.023739 15.112240 0.592678</w:t>
        <w:br/>
        <w:t>v 9.014156 15.090704 0.489648</w:t>
        <w:br/>
        <w:t>v 8.984026 15.054384 0.695768</w:t>
        <w:br/>
        <w:t>v 8.928364 14.946976 0.690962</w:t>
        <w:br/>
        <w:t>v 8.883433 14.964455 0.691137</w:t>
        <w:br/>
        <w:t>v 8.988896 15.137972 0.591226</w:t>
        <w:br/>
        <w:t>v 8.952097 15.079346 0.695042</w:t>
        <w:br/>
        <w:t>v 8.937267 14.951130 0.470795</w:t>
        <w:br/>
        <w:t>v 8.982086 15.115107 0.486415</w:t>
        <w:br/>
        <w:t>v 8.982086 15.115107 0.486415</w:t>
        <w:br/>
        <w:t>v 8.891825 14.967283 0.465731</w:t>
        <w:br/>
        <w:t>v 8.944324 15.141377 0.482436</w:t>
        <w:br/>
        <w:t>v 8.948420 15.165798 0.589042</w:t>
        <w:br/>
        <w:t>v 8.944324 15.141377 0.482436</w:t>
        <w:br/>
        <w:t>v 8.914806 15.106095 0.693751</w:t>
        <w:br/>
        <w:t>v 8.832844 14.983732 0.690708</w:t>
        <w:br/>
        <w:t>v 8.840712 14.985421 0.459855</w:t>
        <w:br/>
        <w:t>v 8.701847 15.275929 0.471762</w:t>
        <w:br/>
        <w:t>v 8.706470 15.305519 0.580218</w:t>
        <w:br/>
        <w:t>v 8.701847 15.275929 0.471762</w:t>
        <w:br/>
        <w:t>v 8.683562 15.246557 0.689468</w:t>
        <w:br/>
        <w:t>v 8.683562 15.246557 0.689468</w:t>
        <w:br/>
        <w:t>v 8.589711 15.107435 0.688779</w:t>
        <w:br/>
        <w:t>v 8.639415 15.355030 0.577325</w:t>
        <w:br/>
        <w:t>v 8.616051 15.294685 0.694031</w:t>
        <w:br/>
        <w:t>v 8.616051 15.294685 0.694031</w:t>
        <w:br/>
        <w:t>v 8.525637 15.131291 0.694548</w:t>
        <w:br/>
        <w:t>v 8.461332 15.155838 0.699036</w:t>
        <w:br/>
        <w:t>v 8.598491 15.106213 0.445825</w:t>
        <w:br/>
        <w:t>v 8.630239 15.325293 0.464142</w:t>
        <w:br/>
        <w:t>v 8.630239 15.325293 0.464142</w:t>
        <w:br/>
        <w:t>v 8.531057 15.131458 0.437964</w:t>
        <w:br/>
        <w:t>v 8.468206 15.154823 0.431754</w:t>
        <w:br/>
        <w:t>v 8.572793 15.404471 0.574665</w:t>
        <w:br/>
        <w:t>v 8.547822 15.343044 0.697916</w:t>
        <w:br/>
        <w:t>v 8.547822 15.343044 0.697916</w:t>
        <w:br/>
        <w:t>v 8.563205 15.375105 0.459381</w:t>
        <w:br/>
        <w:t>v 8.563205 15.375105 0.459381</w:t>
        <w:br/>
        <w:t>v 8.475014 15.157475 0.413531</w:t>
        <w:br/>
        <w:t>v 8.469097 15.485142 0.554110</w:t>
        <w:br/>
        <w:t>v 8.571679 15.380871 0.417986</w:t>
        <w:br/>
        <w:t>v 8.650650 15.327895 0.414057</w:t>
        <w:br/>
        <w:t>v 8.475014 15.157475 0.413531</w:t>
        <w:br/>
        <w:t>v 8.571679 15.380871 0.417986</w:t>
        <w:br/>
        <w:t>v 8.544121 15.122211 0.409542</w:t>
        <w:br/>
        <w:t>v 8.732983 15.275890 0.410555</w:t>
        <w:br/>
        <w:t>v 8.571679 15.380871 0.417986</w:t>
        <w:br/>
        <w:t>v 8.478373 15.504290 0.435009</w:t>
        <w:br/>
        <w:t>v 8.616229 15.084043 0.401257</w:t>
        <w:br/>
        <w:t>v 8.836226 14.975390 0.396559</w:t>
        <w:br/>
        <w:t>v 8.968844 15.140070 0.420971</w:t>
        <w:br/>
        <w:t>v 8.888790 14.958981 0.395567</w:t>
        <w:br/>
        <w:t>v 8.650650 15.327895 0.414057</w:t>
        <w:br/>
        <w:t>v 8.680098 15.386034 0.302993</w:t>
        <w:br/>
        <w:t>v 8.732983 15.275890 0.410555</w:t>
        <w:br/>
        <w:t>v 9.011700 15.112898 0.419799</w:t>
        <w:br/>
        <w:t>v 8.936169 14.944840 0.394531</w:t>
        <w:br/>
        <w:t>v 8.758136 15.330003 0.306493</w:t>
        <w:br/>
        <w:t>v 8.968844 15.140070 0.420971</w:t>
        <w:br/>
        <w:t>v 8.997011 15.182620 0.314364</w:t>
        <w:br/>
        <w:t>v 9.011700 15.112898 0.419799</w:t>
        <w:br/>
        <w:t>v 9.050091 15.087694 0.418590</w:t>
        <w:br/>
        <w:t>v 9.228068 14.812765 0.404142</w:t>
        <w:br/>
        <w:t>v 9.037811 15.155772 0.314375</w:t>
        <w:br/>
        <w:t>v 9.050091 15.087694 0.418590</w:t>
        <w:br/>
        <w:t>v 9.309838 14.946408 0.425044</w:t>
        <w:br/>
        <w:t>v 9.275962 14.798015 0.405047</w:t>
        <w:br/>
        <w:t>v 9.074732 15.130717 0.314276</w:t>
        <w:br/>
        <w:t>v 9.309838 14.946408 0.425044</w:t>
        <w:br/>
        <w:t>v 9.354205 14.925123 0.424991</w:t>
        <w:br/>
        <w:t>v 9.323505 14.783566 0.405869</w:t>
        <w:br/>
        <w:t>v 9.398580 14.903809 0.424917</w:t>
        <w:br/>
        <w:t>v 9.592831 14.687114 0.412815</w:t>
        <w:br/>
        <w:t>v 9.337305 14.980102 0.326786</w:t>
        <w:br/>
        <w:t>v 9.354205 14.925123 0.424991</w:t>
        <w:br/>
        <w:t>v 9.379992 14.954364 0.327431</w:t>
        <w:br/>
        <w:t>v 9.398580 14.903809 0.424917</w:t>
        <w:br/>
        <w:t>v 9.328683 14.950027 0.225194</w:t>
        <w:br/>
        <w:t>v 9.372680 14.925470 0.227449</w:t>
        <w:br/>
        <w:t>v 9.423285 14.928610 0.328200</w:t>
        <w:br/>
        <w:t>v 9.372680 14.925470 0.227449</w:t>
        <w:br/>
        <w:t>v 9.328683 14.950027 0.225194</w:t>
        <w:br/>
        <w:t>v 9.295155 14.809443 0.210465</w:t>
        <w:br/>
        <w:t>v 9.247773 14.824225 0.207357</w:t>
        <w:br/>
        <w:t>v 9.342471 14.794857 0.213614</w:t>
        <w:br/>
        <w:t>v 9.066058 15.099061 0.209801</w:t>
        <w:br/>
        <w:t>v 9.066058 15.099061 0.209801</w:t>
        <w:br/>
        <w:t>v 9.416908 14.901387 0.229841</w:t>
        <w:br/>
        <w:t>v 9.416908 14.901387 0.229841</w:t>
        <w:br/>
        <w:t>v 9.615638 14.699662 0.231772</w:t>
        <w:br/>
        <w:t>v 9.664698 14.780724 0.245321</w:t>
        <w:br/>
        <w:t>v 9.664698 14.780724 0.245321</w:t>
        <w:br/>
        <w:t>v 8.959912 14.956219 0.183837</w:t>
        <w:br/>
        <w:t>v 9.028217 15.124198 0.208592</w:t>
        <w:br/>
        <w:t>v 9.028217 15.124198 0.208592</w:t>
        <w:br/>
        <w:t>v 8.913058 14.970334 0.180498</w:t>
        <w:br/>
        <w:t>v 8.986465 15.151237 0.207180</w:t>
        <w:br/>
        <w:t>v 8.986465 15.151237 0.207180</w:t>
        <w:br/>
        <w:t>v 8.861439 14.986995 0.176997</w:t>
        <w:br/>
        <w:t>v 8.750554 15.286663 0.196568</w:t>
        <w:br/>
        <w:t>v 8.750554 15.286663 0.196568</w:t>
        <w:br/>
        <w:t>v 8.642903 15.101077 0.169220</w:t>
        <w:br/>
        <w:t>v 8.566941 15.134540 0.156311</w:t>
        <w:br/>
        <w:t>v 8.667649 15.340030 0.184866</w:t>
        <w:br/>
        <w:t>v 8.667649 15.340030 0.184866</w:t>
        <w:br/>
        <w:t>v 8.587123 15.394058 0.163407</w:t>
        <w:br/>
        <w:t>v 8.602276 15.440700 0.298113</w:t>
        <w:br/>
        <w:t>v 8.587123 15.394058 0.163407</w:t>
        <w:br/>
        <w:t>v 8.488793 15.141262 0.132866</w:t>
        <w:br/>
        <w:t>v 8.501712 15.527680 0.294501</w:t>
        <w:br/>
        <w:t>v 8.584791 15.363746 0.115610</w:t>
        <w:br/>
        <w:t>v 8.488793 15.141262 0.132866</w:t>
        <w:br/>
        <w:t>v 8.587123 15.394058 0.163407</w:t>
        <w:br/>
        <w:t>v 8.501513 15.515090 0.148859</w:t>
        <w:br/>
        <w:t>v 8.584791 15.363746 0.115610</w:t>
        <w:br/>
        <w:t>v 8.473781 15.541018 0.293666</w:t>
        <w:br/>
        <w:t>v 8.488422 15.142329 0.118284</w:t>
        <w:br/>
        <w:t>v 8.442904 15.514357 0.466593</w:t>
        <w:br/>
        <w:t>v 8.584791 15.363746 0.115610</w:t>
        <w:br/>
        <w:t>v 8.680621 15.308259 0.100464</w:t>
        <w:br/>
        <w:t>v 8.488422 15.142329 0.118284</w:t>
        <w:br/>
        <w:t>v 8.571198 15.101600 0.101458</w:t>
        <w:br/>
        <w:t>v 8.659022 15.057560 0.095211</w:t>
        <w:br/>
        <w:t>v 8.781630 15.250732 0.094164</w:t>
        <w:br/>
        <w:t>v 8.875957 14.961196 0.086007</w:t>
        <w:br/>
        <w:t>v 9.000983 15.131274 0.088650</w:t>
        <w:br/>
        <w:t>v 8.913402 14.942706 0.085562</w:t>
        <w:br/>
        <w:t>v 8.781630 15.250732 0.094164</w:t>
        <w:br/>
        <w:t>v 8.680621 15.308259 0.100464</w:t>
        <w:br/>
        <w:t>v 8.779400 15.274717 -0.005394</w:t>
        <w:br/>
        <w:t>v 9.000983 15.131274 0.088650</w:t>
        <w:br/>
        <w:t>v 9.036772 15.109453 0.088229</w:t>
        <w:br/>
        <w:t>v 8.951419 14.924594 0.085360</w:t>
        <w:br/>
        <w:t>v 9.005465 15.149886 -0.010745</w:t>
        <w:br/>
        <w:t>v 9.036772 15.109453 0.088229</w:t>
        <w:br/>
        <w:t>v 8.680756 15.331655 -0.003706</w:t>
        <w:br/>
        <w:t>v 9.041417 15.128148 -0.010693</w:t>
        <w:br/>
        <w:t>v 8.583165 15.387990 -0.002109</w:t>
        <w:br/>
        <w:t>v 8.746382 15.212472 -0.109924</w:t>
        <w:br/>
        <w:t>v 8.652671 15.073226 -0.122489</w:t>
        <w:br/>
        <w:t>v 8.874413 14.977624 -0.120990</w:t>
        <w:br/>
        <w:t>v 8.647265 15.270062 -0.113528</w:t>
        <w:br/>
        <w:t>v 8.969203 15.091176 -0.110149</w:t>
        <w:br/>
        <w:t>v 8.912730 14.959670 -0.119482</w:t>
        <w:br/>
        <w:t>v 9.005616 15.069459 -0.109562</w:t>
        <w:br/>
        <w:t>v 8.951309 14.942361 -0.117924</w:t>
        <w:br/>
        <w:t>v 9.042063 15.047794 -0.108819</w:t>
        <w:br/>
        <w:t>v 9.253418 14.808183 -0.111849</w:t>
        <w:br/>
        <w:t>v 8.569532 15.120024 -0.129284</w:t>
        <w:br/>
        <w:t>v 8.494595 15.162621 -0.131686</w:t>
        <w:br/>
        <w:t>v 9.077606 15.106851 -0.010369</w:t>
        <w:br/>
        <w:t>v 8.550774 15.327577 -0.115843</w:t>
        <w:br/>
        <w:t>v 9.308267 14.896305 -0.112976</w:t>
        <w:br/>
        <w:t>v 9.290521 14.791059 -0.109118</w:t>
        <w:br/>
        <w:t>v 9.073050 15.088063 0.087822</w:t>
        <w:br/>
        <w:t>v 9.073050 15.088063 0.087822</w:t>
        <w:br/>
        <w:t>v 9.238483 14.783554 0.077244</w:t>
        <w:br/>
        <w:t>v 9.328993 14.928164 0.071880</w:t>
        <w:br/>
        <w:t>v 9.328993 14.928164 0.071880</w:t>
        <w:br/>
        <w:t>v 9.275848 14.767756 0.074240</w:t>
        <w:br/>
        <w:t>v 9.338135 14.940918 -0.017761</w:t>
        <w:br/>
        <w:t>v 9.362069 14.905241 0.068830</w:t>
        <w:br/>
        <w:t>v 9.362069 14.905241 0.068830</w:t>
        <w:br/>
        <w:t>v 9.312487 14.752543 0.071134</w:t>
        <w:br/>
        <w:t>v 9.342773 14.874979 -0.110568</w:t>
        <w:br/>
        <w:t>v 9.342773 14.874979 -0.110568</w:t>
        <w:br/>
        <w:t>v 9.326739 14.773646 -0.106260</w:t>
        <w:br/>
        <w:t>v 9.371202 14.916579 -0.018120</w:t>
        <w:br/>
        <w:t>v 9.394333 14.882876 0.065717</w:t>
        <w:br/>
        <w:t>v 9.527140 14.672880 0.065956</w:t>
        <w:br/>
        <w:t>v 9.394333 14.882876 0.065717</w:t>
        <w:br/>
        <w:t>v 9.376438 14.854192 -0.108141</w:t>
        <w:br/>
        <w:t>v 9.376438 14.854192 -0.108141</w:t>
        <w:br/>
        <w:t>v 9.535557 14.672091 -0.103099</w:t>
        <w:br/>
        <w:t>v 9.577103 14.734890 -0.106903</w:t>
        <w:br/>
        <w:t>v 9.403445 14.892488 -0.018666</w:t>
        <w:br/>
        <w:t>v 9.577103 14.734890 -0.106903</w:t>
        <w:br/>
        <w:t>v 9.599430 14.759684 0.057759</w:t>
        <w:br/>
        <w:t>v 9.599430 14.759684 0.057759</w:t>
        <w:br/>
        <w:t>v 9.613059 14.750858 -0.024093</w:t>
        <w:br/>
        <w:t>v 9.667171 14.717588 0.054023</w:t>
        <w:br/>
        <w:t>v 9.629130 14.662525 0.027886</w:t>
        <w:br/>
        <w:t>v 9.667171 14.717588 0.054023</w:t>
        <w:br/>
        <w:t>v 9.649572 14.699442 -0.105645</w:t>
        <w:br/>
        <w:t>v 9.649572 14.699442 -0.105645</w:t>
        <w:br/>
        <w:t>v 9.632791 14.660601 -0.093320</w:t>
        <w:br/>
        <w:t>v 9.691802 14.693321 -0.025075</w:t>
        <w:br/>
        <w:t>v 9.691802 14.693321 -0.025075</w:t>
        <w:br/>
        <w:t>v 9.652061 14.650036 -0.030787</w:t>
        <w:br/>
        <w:t>v -8.447005 15.650447 0.178286</w:t>
        <w:br/>
        <w:t>v -8.412270 15.597288 0.440570</w:t>
        <w:br/>
        <w:t>v -8.426965 15.611373 0.158407</w:t>
        <w:br/>
        <w:t>v -8.433359 15.636926 0.426219</w:t>
        <w:br/>
        <w:t>v -0.759783 2.398312 -0.015555</w:t>
        <w:br/>
        <w:t>v -0.731754 2.400201 -0.042422</w:t>
        <w:br/>
        <w:t>v -0.737929 2.243634 -0.045369</w:t>
        <w:br/>
        <w:t>v -0.731754 2.400201 -0.042422</w:t>
        <w:br/>
        <w:t>v -0.759783 2.398312 -0.015555</w:t>
        <w:br/>
        <w:t>v -0.745421 2.398450 -0.088207</w:t>
        <w:br/>
        <w:t>v -0.805127 2.400984 -0.099497</w:t>
        <w:br/>
        <w:t>v -0.815763 2.394033 -0.012687</w:t>
        <w:br/>
        <w:t>v -0.767460 2.241307 -0.016631</w:t>
        <w:br/>
        <w:t>v -0.815763 2.394033 -0.012687</w:t>
        <w:br/>
        <w:t>v -0.823947 2.230620 -0.009066</w:t>
        <w:br/>
        <w:t>v -0.823947 2.230620 -0.009066</w:t>
        <w:br/>
        <w:t>v -0.767460 2.241307 -0.016631</w:t>
        <w:br/>
        <w:t>v -0.805014 2.236078 -0.108041</w:t>
        <w:br/>
        <w:t>v -0.750368 2.242865 -0.093346</w:t>
        <w:br/>
        <w:t>v -0.737929 2.243634 -0.045369</w:t>
        <w:br/>
        <w:t>v 0.730256 2.402693 -0.054901</w:t>
        <w:br/>
        <w:t>v 0.708539 2.247757 -0.084179</w:t>
        <w:br/>
        <w:t>v 0.702179 2.404664 -0.081712</w:t>
        <w:br/>
        <w:t>v 0.730256 2.402693 -0.054901</w:t>
        <w:br/>
        <w:t>v 0.702179 2.404664 -0.081712</w:t>
        <w:br/>
        <w:t>v 0.715756 2.402965 -0.127526</w:t>
        <w:br/>
        <w:t>v 0.775442 2.405430 -0.138926</w:t>
        <w:br/>
        <w:t>v 0.786234 2.398328 -0.052146</w:t>
        <w:br/>
        <w:t>v 0.786234 2.398328 -0.052146</w:t>
        <w:br/>
        <w:t>v 0.738183 2.245474 -0.055553</w:t>
        <w:br/>
        <w:t>v 0.794698 2.234803 -0.048195</w:t>
        <w:br/>
        <w:t>v 0.794698 2.234803 -0.048195</w:t>
        <w:br/>
        <w:t>v 0.775373 2.240121 -0.147105</w:t>
        <w:br/>
        <w:t>v 0.738183 2.245474 -0.055553</w:t>
        <w:br/>
        <w:t>v 0.720788 2.246922 -0.132204</w:t>
        <w:br/>
        <w:t>v 0.708539 2.247757 -0.084179</w:t>
        <w:br/>
        <w:t>v -5.910641 17.279303 -0.026329</w:t>
        <w:br/>
        <w:t>v -5.911399 17.248489 -0.025933</w:t>
        <w:br/>
        <w:t>v -5.904368 17.270283 0.077780</w:t>
        <w:br/>
        <w:t>v -5.894042 17.262333 0.179779</w:t>
        <w:br/>
        <w:t>v -5.908459 17.283548 0.180523</w:t>
        <w:br/>
        <w:t>v -5.915521 17.297520 0.078380</w:t>
        <w:br/>
        <w:t>v -5.907588 17.240873 0.077956</w:t>
        <w:br/>
        <w:t>v -5.893010 17.231756 0.179970</w:t>
        <w:br/>
        <w:t>v -5.939264 17.203190 0.179970</w:t>
        <w:br/>
        <w:t>v -5.955662 17.211922 0.078001</w:t>
        <w:br/>
        <w:t>v -5.957655 17.219919 -0.025933</w:t>
        <w:br/>
        <w:t>v -5.955662 17.211922 0.078001</w:t>
        <w:br/>
        <w:t>v -5.969060 17.230673 0.078001</w:t>
        <w:br/>
        <w:t>v -5.939264 17.203190 0.179970</w:t>
        <w:br/>
        <w:t>v -5.959662 17.227934 0.195084</w:t>
        <w:br/>
        <w:t>v -5.957655 17.219919 -0.025933</w:t>
        <w:br/>
        <w:t>v -5.978347 17.240433 -0.040032</w:t>
        <w:br/>
        <w:t>v -5.928786 17.298481 -0.024956</w:t>
        <w:br/>
        <w:t>v -5.928786 17.298481 -0.024956</w:t>
        <w:br/>
        <w:t>v -5.978347 17.240433 -0.040032</w:t>
        <w:br/>
        <w:t>v -5.910641 17.279303 -0.026329</w:t>
        <w:br/>
        <w:t>v -5.957655 17.219919 -0.025933</w:t>
        <w:br/>
        <w:t>v -5.911399 17.248489 -0.025933</w:t>
        <w:br/>
        <w:t>v -5.974475 17.287655 -0.021455</w:t>
        <w:br/>
        <w:t>v -6.235983 17.105776 -0.001488</w:t>
        <w:br/>
        <w:t>v -6.223075 17.089872 -0.020427</w:t>
        <w:br/>
        <w:t>v -5.928786 17.298481 -0.024956</w:t>
        <w:br/>
        <w:t>v -5.964449 17.292814 0.078639</w:t>
        <w:br/>
        <w:t>v -5.974475 17.287655 -0.021455</w:t>
        <w:br/>
        <w:t>v -5.915521 17.297520 0.078380</w:t>
        <w:br/>
        <w:t>v -6.373950 16.954117 0.008922</w:t>
        <w:br/>
        <w:t>v -6.359358 16.939661 -0.010320</w:t>
        <w:br/>
        <w:t>v -6.237144 17.120556 0.098606</w:t>
        <w:br/>
        <w:t>v -6.376301 16.977381 0.109017</w:t>
        <w:br/>
        <w:t>v -6.355375 16.936562 0.214413</w:t>
        <w:br/>
        <w:t>v -5.955459 17.266960 0.184035</w:t>
        <w:br/>
        <w:t>v -5.908459 17.283548 0.180523</w:t>
        <w:br/>
        <w:t>v -6.215984 17.078072 0.204002</w:t>
        <w:br/>
        <w:t>v -6.341115 16.930294 0.224797</w:t>
        <w:br/>
        <w:t>v -6.203408 17.070349 0.214690</w:t>
        <w:br/>
        <w:t>v -5.959662 17.227934 0.195084</w:t>
        <w:br/>
        <w:t>v -5.908459 17.283548 0.180523</w:t>
        <w:br/>
        <w:t>v -5.894042 17.262333 0.179779</w:t>
        <w:br/>
        <w:t>v -5.893010 17.231756 0.179970</w:t>
        <w:br/>
        <w:t>v -5.939264 17.203190 0.179970</w:t>
        <w:br/>
        <w:t>v 9.342471 14.794857 0.213614</w:t>
        <w:br/>
        <w:t>v 9.295155 14.809443 0.210465</w:t>
        <w:br/>
        <w:t>v 9.308276 14.739879 0.301941</w:t>
        <w:br/>
        <w:t>v 9.323505 14.783566 0.405869</w:t>
        <w:br/>
        <w:t>v 9.275962 14.798015 0.405047</w:t>
        <w:br/>
        <w:t>v 9.260542 14.753453 0.299884</w:t>
        <w:br/>
        <w:t>v 9.228068 14.812765 0.404142</w:t>
        <w:br/>
        <w:t>v 9.247773 14.824225 0.207357</w:t>
        <w:br/>
        <w:t>v 9.571391 14.656396 0.317203</w:t>
        <w:br/>
        <w:t>v 9.592831 14.687114 0.412815</w:t>
        <w:br/>
        <w:t>v 9.615638 14.699662 0.231772</w:t>
        <w:br/>
        <w:t>v 9.734658 14.653639 0.394965</w:t>
        <w:br/>
        <w:t>v 9.727200 14.672140 0.272285</w:t>
        <w:br/>
        <w:t>v 9.770954 14.648632 0.335569</w:t>
        <w:br/>
        <w:t>v 9.212319 14.767555 0.297802</w:t>
        <w:br/>
        <w:t>v 8.936169 14.944840 0.394531</w:t>
        <w:br/>
        <w:t>v 8.959912 14.956219 0.183837</w:t>
        <w:br/>
        <w:t>v 8.906851 14.903071 0.283152</w:t>
        <w:br/>
        <w:t>v 8.888790 14.958981 0.395567</w:t>
        <w:br/>
        <w:t>v 8.913058 14.970334 0.180498</w:t>
        <w:br/>
        <w:t>v 8.860065 14.917900 0.282122</w:t>
        <w:br/>
        <w:t>v 8.836226 14.975390 0.396559</w:t>
        <w:br/>
        <w:t>v 8.861439 14.986995 0.176997</w:t>
        <w:br/>
        <w:t>v 8.807766 14.935185 0.280776</w:t>
        <w:br/>
        <w:t>v 8.616229 15.084043 0.401257</w:t>
        <w:br/>
        <w:t>v 8.642903 15.101077 0.169220</w:t>
        <w:br/>
        <w:t>v 8.589243 15.050890 0.278946</w:t>
        <w:br/>
        <w:t>v 8.544121 15.122211 0.409542</w:t>
        <w:br/>
        <w:t>v 8.566941 15.134540 0.156311</w:t>
        <w:br/>
        <w:t>v 8.516294 15.087565 0.277087</w:t>
        <w:br/>
        <w:t>v 8.488793 15.141262 0.132866</w:t>
        <w:br/>
        <w:t>v 8.475014 15.157475 0.413531</w:t>
        <w:br/>
        <w:t>v 8.444470 15.124949 0.275133</w:t>
        <w:br/>
        <w:t>v 8.273448 15.156595 0.418298</w:t>
        <w:br/>
        <w:t>v 8.468206 15.154823 0.431754</w:t>
        <w:br/>
        <w:t>v 8.287200 15.149972 0.125491</w:t>
        <w:br/>
        <w:t>v 8.488422 15.142329 0.118284</w:t>
        <w:br/>
        <w:t>v 8.270920 15.144976 0.267817</w:t>
        <w:br/>
        <w:t>v 8.421477 15.105603 0.559040</w:t>
        <w:br/>
        <w:t>v 8.489650 15.083276 0.564741</w:t>
        <w:br/>
        <w:t>v 8.531057 15.131458 0.437964</w:t>
        <w:br/>
        <w:t>v 8.558793 15.061441 0.569074</w:t>
        <w:br/>
        <w:t>v 8.598491 15.106213 0.445825</w:t>
        <w:br/>
        <w:t>v 8.794458 14.945521 0.578762</w:t>
        <w:br/>
        <w:t>v 8.525637 15.131291 0.694548</w:t>
        <w:br/>
        <w:t>v 8.461332 15.155838 0.699036</w:t>
        <w:br/>
        <w:t>v 8.589711 15.107435 0.688779</w:t>
        <w:br/>
        <w:t>v 8.306034 15.195761 0.693841</w:t>
        <w:br/>
        <w:t>v 8.832844 14.983732 0.690708</w:t>
        <w:br/>
        <w:t>v 8.248643 15.140464 0.545855</w:t>
        <w:br/>
        <w:t>v 8.163443 15.226342 0.759592</w:t>
        <w:br/>
        <w:t>v 7.940552 15.159990 0.754867</w:t>
        <w:br/>
        <w:t>v 8.840712 14.985421 0.459855</w:t>
        <w:br/>
        <w:t>v 8.853401 14.922953 0.580538</w:t>
        <w:br/>
        <w:t>v 8.891825 14.967283 0.465731</w:t>
        <w:br/>
        <w:t>v 8.883433 14.964455 0.691137</w:t>
        <w:br/>
        <w:t>v 8.906316 14.902412 0.581460</w:t>
        <w:br/>
        <w:t>v 8.937267 14.951130 0.470795</w:t>
        <w:br/>
        <w:t>v 8.928364 14.946976 0.690962</w:t>
        <w:br/>
        <w:t>v 9.133802 14.776720 0.590650</w:t>
        <w:br/>
        <w:t>v 9.170572 14.836384 0.487553</w:t>
        <w:br/>
        <w:t>v 9.160017 14.824087 0.695387</w:t>
        <w:br/>
        <w:t>v 9.185342 14.754437 0.592039</w:t>
        <w:br/>
        <w:t>v 9.185342 14.754437 0.592039</w:t>
        <w:br/>
        <w:t>v 9.210054 14.799977 0.694288</w:t>
        <w:br/>
        <w:t>v 9.222216 14.817349 0.491633</w:t>
        <w:br/>
        <w:t>v 9.236494 14.732213 0.593552</w:t>
        <w:br/>
        <w:t>v 9.236494 14.732213 0.593552</w:t>
        <w:br/>
        <w:t>v 9.259941 14.775680 0.693029</w:t>
        <w:br/>
        <w:t>v 9.273540 14.798097 0.495721</w:t>
        <w:br/>
        <w:t>v 9.222216 14.817349 0.491633</w:t>
        <w:br/>
        <w:t>v 9.450202 14.645464 0.604422</w:t>
        <w:br/>
        <w:t>v 9.450202 14.645464 0.604422</w:t>
        <w:br/>
        <w:t>v 9.482814 14.677604 0.697532</w:t>
        <w:br/>
        <w:t>v 9.490771 14.685061 0.508149</w:t>
        <w:br/>
        <w:t>v 9.598280 14.663300 0.674930</w:t>
        <w:br/>
        <w:t>v 9.603968 14.669009 0.535540</w:t>
        <w:br/>
        <w:t>v 9.626387 14.654716 0.616812</w:t>
        <w:br/>
        <w:t>v 7.970910 15.126370 0.795956</w:t>
        <w:br/>
        <w:t>v 8.163443 15.226342 0.759592</w:t>
        <w:br/>
        <w:t>v 7.940552 15.159990 0.754867</w:t>
        <w:br/>
        <w:t>v 8.165499 15.192139 0.792475</w:t>
        <w:br/>
        <w:t>v 8.165040 15.155275 0.831675</w:t>
        <w:br/>
        <w:t>v 7.995773 15.093774 0.833500</w:t>
        <w:br/>
        <w:t>v 8.022443 15.049901 0.864967</w:t>
        <w:br/>
        <w:t>v 8.174926 15.119309 0.862091</w:t>
        <w:br/>
        <w:t>v 8.186414 15.077538 0.897418</w:t>
        <w:br/>
        <w:t>v 7.823001 15.077203 0.908416</w:t>
        <w:br/>
        <w:t>v 8.053421 14.998948 0.901514</w:t>
        <w:br/>
        <w:t>v 8.198208 15.033670 0.922839</w:t>
        <w:br/>
        <w:t>v 7.860674 15.028211 0.937910</w:t>
        <w:br/>
        <w:t>v 7.904434 14.971309 0.972167</w:t>
        <w:br/>
        <w:t>v 8.076358 14.958166 0.924999</w:t>
        <w:br/>
        <w:t>v 8.210800 14.989421 0.948508</w:t>
        <w:br/>
        <w:t>v 7.933316 14.933576 0.994949</w:t>
        <w:br/>
        <w:t>v 8.100297 14.916864 0.949098</w:t>
        <w:br/>
        <w:t>v 8.282701 14.826375 1.081316</w:t>
        <w:br/>
        <w:t>v 7.963159 14.895839 1.018053</w:t>
        <w:br/>
        <w:t>v 8.178017 14.777358 1.067674</w:t>
        <w:br/>
        <w:t>v 8.231091 14.716196 1.184842</w:t>
        <w:br/>
        <w:t>v 8.136320 14.709558 1.228663</w:t>
        <w:br/>
        <w:t>v 8.064011 14.773324 1.120454</w:t>
        <w:br/>
        <w:t>v 8.314023 14.753983 1.185673</w:t>
        <w:br/>
        <w:t>v 8.253405 14.697773 1.246968</w:t>
        <w:br/>
        <w:t>v 7.963159 14.895839 1.018053</w:t>
        <w:br/>
        <w:t>v 7.956539 14.978739 1.122266</w:t>
        <w:br/>
        <w:t>v 8.064011 14.773324 1.120454</w:t>
        <w:br/>
        <w:t>v 7.933316 14.933576 0.994949</w:t>
        <w:br/>
        <w:t>v 8.053869 14.834521 1.207532</w:t>
        <w:br/>
        <w:t>v 8.136320 14.709558 1.228663</w:t>
        <w:br/>
        <w:t>v 8.134871 14.732502 1.295823</w:t>
        <w:br/>
        <w:t>v 7.932682 15.016597 1.097509</w:t>
        <w:br/>
        <w:t>v 7.904434 14.971309 0.972167</w:t>
        <w:br/>
        <w:t>v 8.053869 14.834521 1.207532</w:t>
        <w:br/>
        <w:t>v 7.956539 14.978739 1.122266</w:t>
        <w:br/>
        <w:t>v 8.158955 14.891248 1.209430</w:t>
        <w:br/>
        <w:t>v 8.134871 14.732502 1.295823</w:t>
        <w:br/>
        <w:t>v 7.932682 15.016597 1.097509</w:t>
        <w:br/>
        <w:t>v 8.098989 15.053006 1.120684</w:t>
        <w:br/>
        <w:t>v 8.244434 14.734760 1.301335</w:t>
        <w:br/>
        <w:t>v 8.244434 14.734760 1.301335</w:t>
        <w:br/>
        <w:t>v 8.253405 14.697773 1.246968</w:t>
        <w:br/>
        <w:t>v 8.320632 14.774759 1.237591</w:t>
        <w:br/>
        <w:t>v 8.314023 14.753983 1.185673</w:t>
        <w:br/>
        <w:t>v 8.320632 14.774759 1.237591</w:t>
        <w:br/>
        <w:t>v 8.275212 14.893365 1.159159</w:t>
        <w:br/>
        <w:t>v 8.320632 14.774759 1.237591</w:t>
        <w:br/>
        <w:t>v 8.275212 14.893365 1.159159</w:t>
        <w:br/>
        <w:t>v 8.314023 14.753983 1.185673</w:t>
        <w:br/>
        <w:t>v 8.282701 14.826375 1.081316</w:t>
        <w:br/>
        <w:t>v 8.210800 14.989421 0.948508</w:t>
        <w:br/>
        <w:t>v 8.200452 15.069325 1.065071</w:t>
        <w:br/>
        <w:t>v 8.200452 15.069325 1.065071</w:t>
        <w:br/>
        <w:t>v 8.198208 15.033670 0.922839</w:t>
        <w:br/>
        <w:t>v 8.185324 15.111798 1.039331</w:t>
        <w:br/>
        <w:t>v 8.185324 15.111798 1.039331</w:t>
        <w:br/>
        <w:t>v 8.186414 15.077538 0.897418</w:t>
        <w:br/>
        <w:t>v 8.082577 15.094941 1.094368</w:t>
        <w:br/>
        <w:t>v 8.170650 15.154543 1.013740</w:t>
        <w:br/>
        <w:t>v 8.170650 15.154543 1.013740</w:t>
        <w:br/>
        <w:t>v 7.909798 15.054730 1.073022</w:t>
        <w:br/>
        <w:t>v 7.909798 15.054730 1.073022</w:t>
        <w:br/>
        <w:t>v 7.860674 15.028211 0.937910</w:t>
        <w:br/>
        <w:t>v 8.066314 15.136951 1.068692</w:t>
        <w:br/>
        <w:t>v 8.156199 15.213831 0.971638</w:t>
        <w:br/>
        <w:t>v 8.156199 15.213831 0.971638</w:t>
        <w:br/>
        <w:t>v 8.174926 15.119309 0.862091</w:t>
        <w:br/>
        <w:t>v 8.165040 15.155275 0.831675</w:t>
        <w:br/>
        <w:t>v 7.872021 15.124942 1.039637</w:t>
        <w:br/>
        <w:t>v 7.823001 15.077203 0.908416</w:t>
        <w:br/>
        <w:t>v 8.143757 15.264876 0.935389</w:t>
        <w:br/>
        <w:t>v 8.165499 15.192139 0.792475</w:t>
        <w:br/>
        <w:t>v 8.143757 15.264876 0.935389</w:t>
        <w:br/>
        <w:t>v 8.037829 15.207226 1.020844</w:t>
        <w:br/>
        <w:t>v 8.136813 15.329051 0.890485</w:t>
        <w:br/>
        <w:t>v 8.163443 15.226342 0.759592</w:t>
        <w:br/>
        <w:t>v 8.015138 15.264597 0.983929</w:t>
        <w:br/>
        <w:t>v 8.136813 15.329051 0.890485</w:t>
        <w:br/>
        <w:t>v 8.125673 15.391666 0.847015</w:t>
        <w:br/>
        <w:t>v 7.981425 15.204081 1.044291</w:t>
        <w:br/>
        <w:t>v 7.989266 15.343532 0.953568</w:t>
        <w:br/>
        <w:t>v 8.125673 15.391666 0.847015</w:t>
        <w:br/>
        <w:t>v 7.947733 15.264451 1.009367</w:t>
        <w:br/>
        <w:t>v 8.306034 15.195761 0.693841</w:t>
        <w:br/>
        <w:t>v 8.163443 15.226342 0.759592</w:t>
        <w:br/>
        <w:t>v 7.947164 15.179243 1.045334</w:t>
        <w:br/>
        <w:t>v 8.440443 15.414852 0.716230</w:t>
        <w:br/>
        <w:t>v 8.440443 15.414852 0.716230</w:t>
        <w:br/>
        <w:t>v 8.315075 15.489161 0.712253</w:t>
        <w:br/>
        <w:t>v 8.060725 15.619915 0.716660</w:t>
        <w:br/>
        <w:t>v 8.307966 15.564884 0.555427</w:t>
        <w:br/>
        <w:t>v 7.964149 15.410943 0.916092</w:t>
        <w:br/>
        <w:t>v 8.120693 15.669754 0.561354</w:t>
        <w:br/>
        <w:t>v 8.303514 15.612280 0.457272</w:t>
        <w:br/>
        <w:t>v 8.163608 15.705420 0.450213</w:t>
        <w:br/>
        <w:t>v 8.442904 15.514357 0.466593</w:t>
        <w:br/>
        <w:t>v 8.303514 15.612280 0.457272</w:t>
        <w:br/>
        <w:t>v 8.450322 15.536893 0.470022</w:t>
        <w:br/>
        <w:t>v 8.450322 15.536893 0.470022</w:t>
        <w:br/>
        <w:t>v 8.473781 15.541018 0.293666</w:t>
        <w:br/>
        <w:t>v 8.442904 15.514357 0.466593</w:t>
        <w:br/>
        <w:t>v 8.163608 15.705420 0.450213</w:t>
        <w:br/>
        <w:t>v 8.319235 15.635242 0.464017</w:t>
        <w:br/>
        <w:t>v 8.478271 15.559930 0.289555</w:t>
        <w:br/>
        <w:t>v 8.319235 15.635242 0.464017</w:t>
        <w:br/>
        <w:t>v 8.341435 15.652690 0.282756</w:t>
        <w:br/>
        <w:t>v 8.450322 15.536893 0.470022</w:t>
        <w:br/>
        <w:t>v 8.478271 15.559930 0.289555</w:t>
        <w:br/>
        <w:t>v 8.473738 15.542562 0.101925</w:t>
        <w:br/>
        <w:t>v 8.473738 15.542562 0.101925</w:t>
        <w:br/>
        <w:t>v 8.465508 15.523709 0.098572</w:t>
        <w:br/>
        <w:t>v 8.465508 15.523709 0.098572</w:t>
        <w:br/>
        <w:t>v 8.344975 15.646621 0.099322</w:t>
        <w:br/>
        <w:t>v 8.473738 15.542562 0.101925</w:t>
        <w:br/>
        <w:t>v 8.327909 15.624002 0.103982</w:t>
        <w:br/>
        <w:t>v 8.465508 15.523709 0.098572</w:t>
        <w:br/>
        <w:t>v 8.344975 15.646621 0.099322</w:t>
        <w:br/>
        <w:t>v 8.478282 15.463646 0.010828</w:t>
        <w:br/>
        <w:t>v 8.327909 15.624002 0.103982</w:t>
        <w:br/>
        <w:t>v 8.191772 15.723164 0.104803</w:t>
        <w:br/>
        <w:t>v 8.328986 15.569467 -0.012121</w:t>
        <w:br/>
        <w:t>v 8.191772 15.723164 0.104803</w:t>
        <w:br/>
        <w:t>v 8.461387 15.408432 -0.127172</w:t>
        <w:br/>
        <w:t>v 8.315750 15.493091 -0.159699</w:t>
        <w:br/>
        <w:t>v 8.522112 15.235742 -0.151994</w:t>
        <w:br/>
        <w:t>v 8.522112 15.235742 -0.151994</w:t>
        <w:br/>
        <w:t>v 8.494595 15.162621 -0.131686</w:t>
        <w:br/>
        <w:t>v 8.550774 15.327577 -0.115843</w:t>
        <w:br/>
        <w:t>v 8.447620 15.074439 -0.141993</w:t>
        <w:br/>
        <w:t>v 8.440764 15.337843 -0.241554</w:t>
        <w:br/>
        <w:t>v 8.522112 15.235742 -0.151994</w:t>
        <w:br/>
        <w:t>v 8.595631 15.183191 -0.155576</w:t>
        <w:br/>
        <w:t>v 8.447620 15.074439 -0.141993</w:t>
        <w:br/>
        <w:t>v 8.512064 15.027510 -0.154337</w:t>
        <w:br/>
        <w:t>v 8.523727 15.263769 -0.248896</w:t>
        <w:br/>
        <w:t>v 8.595631 15.183191 -0.155576</w:t>
        <w:br/>
        <w:t>v 8.718367 15.103622 -0.172253</w:t>
        <w:br/>
        <w:t>v 8.623508 14.960225 -0.171469</w:t>
        <w:br/>
        <w:t>v 8.664289 14.936186 -0.177347</w:t>
        <w:br/>
        <w:t>v 8.601143 15.210889 -0.257652</w:t>
        <w:br/>
        <w:t>v 8.718367 15.103622 -0.172253</w:t>
        <w:br/>
        <w:t>v 8.758087 15.077860 -0.177416</w:t>
        <w:br/>
        <w:t>v 8.705472 14.912730 -0.182742</w:t>
        <w:br/>
        <w:t>v 8.723822 15.130039 -0.267604</w:t>
        <w:br/>
        <w:t>v 8.758087 15.077860 -0.177416</w:t>
        <w:br/>
        <w:t>v 8.797890 15.052090 -0.182329</w:t>
        <w:br/>
        <w:t>v 8.865774 14.821866 -0.203354</w:t>
        <w:br/>
        <w:t>v 8.763519 15.103928 -0.270888</w:t>
        <w:br/>
        <w:t>v 8.797890 15.052090 -0.182329</w:t>
        <w:br/>
        <w:t>v 8.955920 14.947955 -0.202482</w:t>
        <w:br/>
        <w:t>v 8.910759 14.796206 -0.209591</w:t>
        <w:br/>
        <w:t>v 8.803288 15.077838 -0.274256</w:t>
        <w:br/>
        <w:t>v 8.955920 14.947955 -0.202482</w:t>
        <w:br/>
        <w:t>v 8.997765 14.919059 -0.208515</w:t>
        <w:br/>
        <w:t>v 8.957102 14.770983 -0.216946</w:t>
        <w:br/>
        <w:t>v 9.039665 14.888443 -0.215121</w:t>
        <w:br/>
        <w:t>v 8.961631 14.971804 -0.288760</w:t>
        <w:br/>
        <w:t>v 8.997765 14.919059 -0.208515</w:t>
        <w:br/>
        <w:t>v 9.003335 14.942503 -0.293153</w:t>
        <w:br/>
        <w:t>v 9.039665 14.888443 -0.215121</w:t>
        <w:br/>
        <w:t>v 9.094645 14.701889 -0.240833</w:t>
        <w:br/>
        <w:t>v 9.164609 14.795430 -0.235060</w:t>
        <w:br/>
        <w:t>v 9.244228 14.637858 -0.252767</w:t>
        <w:br/>
        <w:t>v 9.045534 14.912292 -0.298258</w:t>
        <w:br/>
        <w:t>v 9.164609 14.795430 -0.235060</w:t>
        <w:br/>
        <w:t>v 8.963548 14.898016 -0.383274</w:t>
        <w:br/>
        <w:t>v 8.904470 14.813564 -0.393853</w:t>
        <w:br/>
        <w:t>v 8.952501 14.789729 -0.396285</w:t>
        <w:br/>
        <w:t>v 8.920503 14.925436 -0.380666</w:t>
        <w:br/>
        <w:t>v 9.008233 14.871124 -0.386321</w:t>
        <w:br/>
        <w:t>v 9.087717 14.731052 -0.403399</w:t>
        <w:br/>
        <w:t>v 8.859215 14.839172 -0.391616</w:t>
        <w:br/>
        <w:t>v 8.760253 15.023770 -0.371761</w:t>
        <w:br/>
        <w:t>v 8.695697 14.931578 -0.382660</w:t>
        <w:br/>
        <w:t>v 8.719454 15.048265 -0.369651</w:t>
        <w:br/>
        <w:t>v 8.654236 14.954904 -0.380503</w:t>
        <w:br/>
        <w:t>v 8.678774 15.072885 -0.367703</w:t>
        <w:br/>
        <w:t>v 8.613007 14.978646 -0.378876</w:t>
        <w:br/>
        <w:t>v 8.557203 15.146819 -0.362308</w:t>
        <w:br/>
        <w:t>v 8.500246 15.044741 -0.375541</w:t>
        <w:br/>
        <w:t>v 8.422476 15.093816 -0.371531</w:t>
        <w:br/>
        <w:t>v 8.479509 15.197004 -0.355208</w:t>
        <w:br/>
        <w:t>v 8.389215 15.270784 -0.364273</w:t>
        <w:br/>
        <w:t>v 8.276926 15.132380 -0.369400</w:t>
        <w:br/>
        <w:t>v 8.218046 15.356296 -0.348716</w:t>
        <w:br/>
        <w:t>v 7.920831 15.271449 -0.328134</w:t>
        <w:br/>
        <w:t>v 8.118013 15.600365 -0.179351</w:t>
        <w:br/>
        <w:t>v 8.042367 15.458424 -0.332258</w:t>
        <w:br/>
        <w:t>v 8.162547 15.677281 -0.031763</w:t>
        <w:br/>
        <w:t>v 7.748846 15.602129 -0.241575</w:t>
        <w:br/>
        <w:t>v 7.629348 15.438025 -0.231477</w:t>
        <w:br/>
        <w:t>v 7.375932 15.648390 -0.148916</w:t>
        <w:br/>
        <w:t>v 7.836957 15.731450 -0.175148</w:t>
        <w:br/>
        <w:t>v 7.896899 15.824606 -0.048612</w:t>
        <w:br/>
        <w:t>v 7.451723 15.778245 -0.193657</w:t>
        <w:br/>
        <w:t>v 7.289338 15.730723 -0.113910</w:t>
        <w:br/>
        <w:t>v 7.664666 15.823972 -0.163779</w:t>
        <w:br/>
        <w:t>v 7.812186 15.876270 -0.056728</w:t>
        <w:br/>
        <w:t>v 7.359651 15.839633 -0.176872</w:t>
        <w:br/>
        <w:t>v 7.202741 15.813065 -0.078904</w:t>
        <w:br/>
        <w:t>v 7.267581 15.901023 -0.160086</w:t>
        <w:br/>
        <w:t>v 7.312300 15.974251 -0.172238</w:t>
        <w:br/>
        <w:t>v 7.412635 15.931006 -0.169317</w:t>
        <w:br/>
        <w:t>v 7.319618 15.985669 -0.198874</w:t>
        <w:br/>
        <w:t>v 7.312300 15.974251 -0.172238</w:t>
        <w:br/>
        <w:t>v 7.412635 15.931006 -0.169317</w:t>
        <w:br/>
        <w:t>v 7.512971 15.887764 -0.166396</w:t>
        <w:br/>
        <w:t>v 7.420163 15.946952 -0.199220</w:t>
        <w:br/>
        <w:t>v 7.512971 15.887764 -0.166396</w:t>
        <w:br/>
        <w:t>v 7.319618 15.985669 -0.198874</w:t>
        <w:br/>
        <w:t>v 7.420163 15.946952 -0.199220</w:t>
        <w:br/>
        <w:t>v 7.398270 16.145266 -0.092692</w:t>
        <w:br/>
        <w:t>v 7.664666 15.823972 -0.163779</w:t>
        <w:br/>
        <w:t>v 7.662218 15.854832 -0.189393</w:t>
        <w:br/>
        <w:t>v 7.485387 16.099239 -0.095329</w:t>
        <w:br/>
        <w:t>v 7.432769 16.250469 0.059291</w:t>
        <w:br/>
        <w:t>v 7.520708 15.908235 -0.199566</w:t>
        <w:br/>
        <w:t>v 7.520708 15.908235 -0.199566</w:t>
        <w:br/>
        <w:t>v 7.572505 16.053215 -0.097966</w:t>
        <w:br/>
        <w:t>v 7.662218 15.854832 -0.189393</w:t>
        <w:br/>
        <w:t>v 7.516203 16.183098 0.061141</w:t>
        <w:br/>
        <w:t>v 7.424689 16.263729 0.218960</w:t>
        <w:br/>
        <w:t>v 7.728621 15.968022 -0.099094</w:t>
        <w:br/>
        <w:t>v 7.517331 16.207382 0.229613</w:t>
        <w:br/>
        <w:t>v 7.403063 16.232721 0.350838</w:t>
        <w:br/>
        <w:t>v 7.599638 16.115726 0.062990</w:t>
        <w:br/>
        <w:t>v 7.498671 16.180248 0.371555</w:t>
        <w:br/>
        <w:t>v 7.816004 15.904899 -0.074488</w:t>
        <w:br/>
        <w:t>v 7.812186 15.876270 -0.056728</w:t>
        <w:br/>
        <w:t>v 7.816004 15.904899 -0.074488</w:t>
        <w:br/>
        <w:t>v 7.758794 16.011063 0.076249</w:t>
        <w:br/>
        <w:t>v 7.930426 15.903636 0.089405</w:t>
        <w:br/>
        <w:t>v 7.930426 15.903636 0.089405</w:t>
        <w:br/>
        <w:t>v 7.609974 16.151031 0.240266</w:t>
        <w:br/>
        <w:t>v 7.774695 16.035976 0.253391</w:t>
        <w:br/>
        <w:t>v 7.594281 16.127769 0.392271</w:t>
        <w:br/>
        <w:t>v 7.913950 15.856398 0.094963</w:t>
        <w:br/>
        <w:t>v 7.913950 15.856398 0.094963</w:t>
        <w:br/>
        <w:t>v 7.750009 16.022133 0.416557</w:t>
        <w:br/>
        <w:t>v 7.936974 15.927130 0.269195</w:t>
        <w:br/>
        <w:t>v 7.977475 15.881202 0.103760</w:t>
        <w:br/>
        <w:t>v 7.977475 15.881202 0.103760</w:t>
        <w:br/>
        <w:t>v 7.976258 15.844050 0.096603</w:t>
        <w:br/>
        <w:t>v 7.976258 15.844050 0.096603</w:t>
        <w:br/>
        <w:t>v 8.001640 15.840507 0.103308</w:t>
        <w:br/>
        <w:t>v 7.976258 15.844050 0.096603</w:t>
        <w:br/>
        <w:t>v 7.975096 15.856012 0.270620</w:t>
        <w:br/>
        <w:t>v 7.977475 15.881202 0.103760</w:t>
        <w:br/>
        <w:t>v 7.975096 15.856012 0.270620</w:t>
        <w:br/>
        <w:t>v 7.984772 15.904380 0.269195</w:t>
        <w:br/>
        <w:t>v 7.984772 15.904380 0.269195</w:t>
        <w:br/>
        <w:t>v 7.958116 15.888555 0.453882</w:t>
        <w:br/>
        <w:t>v 7.958116 15.888555 0.453882</w:t>
        <w:br/>
        <w:t>v 7.910527 15.911275 0.463808</w:t>
        <w:br/>
        <w:t>v 7.953854 15.835882 0.441688</w:t>
        <w:br/>
        <w:t>v 7.910527 15.911275 0.463808</w:t>
        <w:br/>
        <w:t>v 7.958116 15.888555 0.453882</w:t>
        <w:br/>
        <w:t>v 7.891481 15.864569 0.451894</w:t>
        <w:br/>
        <w:t>v 7.953854 15.835882 0.441688</w:t>
        <w:br/>
        <w:t>v 7.774934 15.917135 0.603525</w:t>
        <w:br/>
        <w:t>v 7.758807 15.880298 0.575481</w:t>
        <w:br/>
        <w:t>v 7.774934 15.917135 0.603525</w:t>
        <w:br/>
        <w:t>v 7.858540 15.824106 0.572211</w:t>
        <w:br/>
        <w:t>v 7.891481 15.864569 0.451894</w:t>
        <w:br/>
        <w:t>v 7.953854 15.835882 0.441688</w:t>
        <w:br/>
        <w:t>v 7.758807 15.880298 0.575481</w:t>
        <w:br/>
        <w:t>v 7.684784 15.964645 0.580863</w:t>
        <w:br/>
        <w:t>v 7.601464 15.801147 0.672624</w:t>
        <w:br/>
        <w:t>v 7.539541 16.046009 0.553246</w:t>
        <w:br/>
        <w:t>v 7.585962 15.810216 0.706325</w:t>
        <w:br/>
        <w:t>v 7.585962 15.810216 0.706325</w:t>
        <w:br/>
        <w:t>v 7.444782 16.089996 0.518454</w:t>
        <w:br/>
        <w:t>v 7.350025 16.133987 0.483663</w:t>
        <w:br/>
        <w:t>v 7.443316 15.901693 0.647177</w:t>
        <w:br/>
        <w:t>v 7.362772 15.958411 0.611118</w:t>
        <w:br/>
        <w:t>v 7.282228 16.015123 0.575060</w:t>
        <w:br/>
        <w:t>v 7.329634 15.906401 0.627949</w:t>
        <w:br/>
        <w:t>v 7.206698 15.895294 0.538706</w:t>
        <w:br/>
        <w:t>v 7.377038 15.797680 0.680838</w:t>
        <w:br/>
        <w:t>v 7.291867 15.846488 0.609772</w:t>
        <w:br/>
        <w:t>v 7.206698 15.895294 0.538706</w:t>
        <w:br/>
        <w:t>v 7.291867 15.846488 0.609772</w:t>
        <w:br/>
        <w:t>v 7.293596 15.846678 0.573867</w:t>
        <w:br/>
        <w:t>v 7.212857 15.896679 0.508598</w:t>
        <w:br/>
        <w:t>v 7.374333 15.796674 0.639136</w:t>
        <w:br/>
        <w:t>v 7.377038 15.797680 0.680838</w:t>
        <w:br/>
        <w:t>v 7.268472 15.803569 0.569295</w:t>
        <w:br/>
        <w:t>v 7.212857 15.896679 0.508598</w:t>
        <w:br/>
        <w:t>v 7.293596 15.846678 0.573867</w:t>
        <w:br/>
        <w:t>v 7.374333 15.796674 0.639136</w:t>
        <w:br/>
        <w:t>v 7.244742 15.754026 0.516514</w:t>
        <w:br/>
        <w:t>v 7.165400 15.797606 0.403036</w:t>
        <w:br/>
        <w:t>v 7.324088 15.710454 0.629992</w:t>
        <w:br/>
        <w:t>v 7.520461 15.696802 0.736670</w:t>
        <w:br/>
        <w:t>v 7.520461 15.696802 0.736670</w:t>
        <w:br/>
        <w:t>v 7.510165 15.705782 0.778167</w:t>
        <w:br/>
        <w:t>v 7.510165 15.705782 0.778167</w:t>
        <w:br/>
        <w:t>v 7.486079 15.602621 0.754921</w:t>
        <w:br/>
        <w:t>v 7.687939 15.517628 0.859447</w:t>
        <w:br/>
        <w:t>v 7.687939 15.517628 0.859447</w:t>
        <w:br/>
        <w:t>v 7.741528 15.565533 0.866668</w:t>
        <w:br/>
        <w:t>v 7.683712 15.524239 0.890460</w:t>
        <w:br/>
        <w:t>v 7.683712 15.524239 0.890460</w:t>
        <w:br/>
        <w:t>v 7.645969 15.455335 0.863541</w:t>
        <w:br/>
        <w:t>v 7.814982 15.353852 0.953025</w:t>
        <w:br/>
        <w:t>v 7.814982 15.353852 0.953025</w:t>
        <w:br/>
        <w:t>v 7.812115 15.359954 0.980358</w:t>
        <w:br/>
        <w:t>v 7.812115 15.359954 0.980358</w:t>
        <w:br/>
        <w:t>v 7.754458 15.562383 0.852023</w:t>
        <w:br/>
        <w:t>v 7.601464 15.801147 0.672624</w:t>
        <w:br/>
        <w:t>v 7.864834 15.384231 0.953840</w:t>
        <w:br/>
        <w:t>v 7.601464 15.801147 0.672624</w:t>
        <w:br/>
        <w:t>v 7.823434 15.784575 0.702675</w:t>
        <w:br/>
        <w:t>v 7.888785 15.609734 0.800648</w:t>
        <w:br/>
        <w:t>v 7.979884 15.823849 0.441060</w:t>
        <w:br/>
        <w:t>v 7.874872 15.382608 0.943732</w:t>
        <w:br/>
        <w:t>v 7.911547 15.326548 0.976899</w:t>
        <w:br/>
        <w:t>v 7.903412 15.327335 0.985589</w:t>
        <w:br/>
        <w:t>v 7.941063 15.264800 1.023431</w:t>
        <w:br/>
        <w:t>v 7.853186 15.304491 1.008016</w:t>
        <w:br/>
        <w:t>v 7.974173 15.207014 1.056221</w:t>
        <w:br/>
        <w:t>v 7.981425 15.204081 1.044291</w:t>
        <w:br/>
        <w:t>v 7.947164 15.179243 1.045334</w:t>
        <w:br/>
        <w:t>v 7.974173 15.207014 1.056221</w:t>
        <w:br/>
        <w:t>v 7.898439 15.249059 1.034395</w:t>
        <w:br/>
        <w:t>v 7.974173 15.207014 1.056221</w:t>
        <w:br/>
        <w:t>v 7.946863 15.188956 1.056330</w:t>
        <w:br/>
        <w:t>v 7.946863 15.188956 1.056330</w:t>
        <w:br/>
        <w:t>v 7.898439 15.249059 1.034395</w:t>
        <w:br/>
        <w:t>v 7.946863 15.188956 1.056330</w:t>
        <w:br/>
        <w:t>v 7.903335 15.239260 1.010009</w:t>
        <w:br/>
        <w:t>v 7.947164 15.179243 1.045334</w:t>
        <w:br/>
        <w:t>v 7.853186 15.304491 1.008016</w:t>
        <w:br/>
        <w:t>v 7.858948 15.296457 0.981720</w:t>
        <w:br/>
        <w:t>v 7.903335 15.239260 1.010009</w:t>
        <w:br/>
        <w:t>v 7.839497 15.185391 1.010893</w:t>
        <w:br/>
        <w:t>v 7.801047 15.242653 0.986723</w:t>
        <w:br/>
        <w:t>v 7.858948 15.296457 0.981720</w:t>
        <w:br/>
        <w:t>v 7.762382 15.299122 0.960498</w:t>
        <w:br/>
        <w:t>v 7.778167 15.114650 0.876457</w:t>
        <w:br/>
        <w:t>v 7.778167 15.114650 0.876457</w:t>
        <w:br/>
        <w:t>v 7.728787 15.154037 0.838411</w:t>
        <w:br/>
        <w:t>v 7.728787 15.154037 0.838411</w:t>
        <w:br/>
        <w:t>v 7.590904 15.299736 0.740006</w:t>
        <w:br/>
        <w:t>v 7.630279 15.287251 0.610314</w:t>
        <w:br/>
        <w:t>v 7.446259 15.434059 0.631301</w:t>
        <w:br/>
        <w:t>v 7.912604 15.220286 0.577614</w:t>
        <w:br/>
        <w:t>v 7.880316 15.271344 0.385534</w:t>
        <w:br/>
        <w:t>v 7.519023 15.452579 0.422157</w:t>
        <w:br/>
        <w:t>v 7.903815 15.293842 0.174987</w:t>
        <w:br/>
        <w:t>v 7.293068 15.582588 0.434573</w:t>
        <w:br/>
        <w:t>v 7.229235 15.690094 0.418804</w:t>
        <w:br/>
        <w:t>v 7.222649 15.669683 0.345619</w:t>
        <w:br/>
        <w:t>v 7.152230 15.756781 0.256665</w:t>
        <w:br/>
        <w:t>v 7.323787 15.603263 0.240020</w:t>
        <w:br/>
        <w:t>v 7.238009 15.680020 0.248342</w:t>
        <w:br/>
        <w:t>v 7.167897 15.763421 0.063679</w:t>
        <w:br/>
        <w:t>v 7.262809 15.697452 0.028637</w:t>
        <w:br/>
        <w:t>v 7.202741 15.813065 -0.078904</w:t>
        <w:br/>
        <w:t>v 7.289338 15.730723 -0.113910</w:t>
        <w:br/>
        <w:t>v 7.357724 15.631486 -0.006405</w:t>
        <w:br/>
        <w:t>v 7.539435 15.453196 0.237633</w:t>
        <w:br/>
        <w:t>v 7.375932 15.648390 -0.148916</w:t>
        <w:br/>
        <w:t>v 7.592018 15.445765 -0.064437</w:t>
        <w:br/>
        <w:t>v 7.629348 15.438025 -0.231477</w:t>
        <w:br/>
        <w:t>v 7.920741 15.264946 -0.105641</w:t>
        <w:br/>
        <w:t>v 7.920831 15.271449 -0.328134</w:t>
        <w:br/>
        <w:t>v 8.280795 15.138306 -0.006664</w:t>
        <w:br/>
        <w:t>v 8.239933 15.086715 -0.253970</w:t>
        <w:br/>
        <w:t>v 8.276926 15.132380 -0.369400</w:t>
        <w:br/>
        <w:t>v 8.257926 15.130627 -0.137606</w:t>
        <w:br/>
        <w:t>v 8.450782 15.113379 -0.017983</w:t>
        <w:br/>
        <w:t>v 8.410341 15.037801 -0.264644</w:t>
        <w:br/>
        <w:t>v 8.422476 15.093816 -0.371531</w:t>
        <w:br/>
        <w:t>v 8.494595 15.162621 -0.131686</w:t>
        <w:br/>
        <w:t>v 8.447620 15.074439 -0.141993</w:t>
        <w:br/>
        <w:t>v 8.257926 15.130627 -0.137606</w:t>
        <w:br/>
        <w:t>v 8.494595 15.162621 -0.131686</w:t>
        <w:br/>
        <w:t>v 8.447620 15.074439 -0.141993</w:t>
        <w:br/>
        <w:t>v 8.533089 15.069219 -0.018435</w:t>
        <w:br/>
        <w:t>v 8.494595 15.162621 -0.131686</w:t>
        <w:br/>
        <w:t>v 8.571198 15.101600 0.101458</w:t>
        <w:br/>
        <w:t>v 8.467350 14.996518 -0.272546</w:t>
        <w:br/>
        <w:t>v 8.512064 15.027510 -0.154337</w:t>
        <w:br/>
        <w:t>v 8.500246 15.044741 -0.375541</w:t>
        <w:br/>
        <w:t>v 8.583073 14.928205 -0.282158</w:t>
        <w:br/>
        <w:t>v 8.623508 14.960225 -0.171469</w:t>
        <w:br/>
        <w:t>v 8.613007 14.978646 -0.378876</w:t>
        <w:br/>
        <w:t>v 8.624367 14.904502 -0.285665</w:t>
        <w:br/>
        <w:t>v 8.664289 14.936186 -0.177347</w:t>
        <w:br/>
        <w:t>v 8.654236 14.954904 -0.380503</w:t>
        <w:br/>
        <w:t>v 8.665989 14.881451 -0.289273</w:t>
        <w:br/>
        <w:t>v 8.705472 14.912730 -0.182742</w:t>
        <w:br/>
        <w:t>v 8.695697 14.931578 -0.382660</w:t>
        <w:br/>
        <w:t>v 8.832653 14.789743 -0.303867</w:t>
        <w:br/>
        <w:t>v 8.865774 14.821866 -0.203354</w:t>
        <w:br/>
        <w:t>v 8.859215 14.839172 -0.391616</w:t>
        <w:br/>
        <w:t>v 8.878386 14.764523 -0.308210</w:t>
        <w:br/>
        <w:t>v 8.910759 14.796206 -0.209591</w:t>
        <w:br/>
        <w:t>v 8.904470 14.813564 -0.393853</w:t>
        <w:br/>
        <w:t>v 8.925808 14.740252 -0.314217</w:t>
        <w:br/>
        <w:t>v 8.957102 14.770983 -0.216946</w:t>
        <w:br/>
        <w:t>v 8.952501 14.789729 -0.396285</w:t>
        <w:br/>
        <w:t>v 9.067382 14.674518 -0.335671</w:t>
        <w:br/>
        <w:t>v 9.094645 14.701889 -0.240833</w:t>
        <w:br/>
        <w:t>v 9.087717 14.731052 -0.403399</w:t>
        <w:br/>
        <w:t>v 8.952501 14.789729 -0.396285</w:t>
        <w:br/>
        <w:t>v 9.212384 14.617959 -0.332661</w:t>
        <w:br/>
        <w:t>v 9.212384 14.617959 -0.332661</w:t>
        <w:br/>
        <w:t>v 9.244228 14.637858 -0.252767</w:t>
        <w:br/>
        <w:t>v 9.250594 14.647512 -0.406422</w:t>
        <w:br/>
        <w:t>v 9.320249 14.630422 -0.279004</w:t>
        <w:br/>
        <w:t>v 9.310609 14.638128 -0.399939</w:t>
        <w:br/>
        <w:t>v 9.352975 14.618055 -0.348771</w:t>
        <w:br/>
        <w:t>v -1.621248 2.279994 0.292408</w:t>
        <w:br/>
        <w:t>v -1.639099 2.288513 0.338411</w:t>
        <w:br/>
        <w:t>v -1.606002 2.273199 0.340487</w:t>
        <w:br/>
        <w:t>v -1.577298 2.271879 0.319272</w:t>
        <w:br/>
        <w:t>v -1.641899 2.321349 0.378166</w:t>
        <w:br/>
        <w:t>v -1.549331 2.296105 0.349177</w:t>
        <w:br/>
        <w:t>v -1.592355 2.298106 0.381371</w:t>
        <w:br/>
        <w:t>v -1.579583 2.335772 0.395055</w:t>
        <w:br/>
        <w:t>v -1.667913 2.352310 0.341356</w:t>
        <w:br/>
        <w:t>v -1.623623 2.356756 0.392063</w:t>
        <w:br/>
        <w:t>v -1.540981 2.333941 0.365980</w:t>
        <w:br/>
        <w:t>v -1.573681 2.373526 0.391474</w:t>
        <w:br/>
        <w:t>v -1.547994 2.372338 0.372096</w:t>
        <w:br/>
        <w:t>v -1.530385 2.352447 0.321980</w:t>
        <w:br/>
        <w:t>v -1.537867 2.316566 0.300520</w:t>
        <w:br/>
        <w:t>v -1.569717 2.285420 0.287194</w:t>
        <w:br/>
        <w:t>v -1.587327 2.305911 0.263033</w:t>
        <w:br/>
        <w:t>v -1.563780 2.347652 0.263820</w:t>
        <w:br/>
        <w:t>v -1.553209 2.380493 0.288741</w:t>
        <w:br/>
        <w:t>v -1.549643 2.403567 0.320434</w:t>
        <w:br/>
        <w:t>v -1.534615 2.384887 0.342672</w:t>
        <w:br/>
        <w:t>v -1.549643 2.403567 0.320434</w:t>
        <w:br/>
        <w:t>v -1.534615 2.384887 0.342672</w:t>
        <w:br/>
        <w:t>v -1.557986 2.398787 0.331873</w:t>
        <w:br/>
        <w:t>v -1.547994 2.372338 0.372096</w:t>
        <w:br/>
        <w:t>v -1.559707 2.380345 0.373483</w:t>
        <w:br/>
        <w:t>v -1.601885 2.398060 0.382293</w:t>
        <w:br/>
        <w:t>v -1.602810 2.387514 0.389465</w:t>
        <w:br/>
        <w:t>v -1.618045 2.406111 0.367210</w:t>
        <w:br/>
        <w:t>v -1.592078 2.416050 0.331896</w:t>
        <w:br/>
        <w:t>v -1.646715 2.384654 0.358766</w:t>
        <w:br/>
        <w:t>v -1.610372 2.418692 0.333205</w:t>
        <w:br/>
        <w:t>v -1.584494 2.417600 0.313844</w:t>
        <w:br/>
        <w:t>v -1.557986 2.398787 0.331873</w:t>
        <w:br/>
        <w:t>v -1.549643 2.403567 0.320434</w:t>
        <w:br/>
        <w:t>v -1.549643 2.403567 0.320434</w:t>
        <w:br/>
        <w:t>v -1.553209 2.380493 0.288741</w:t>
        <w:br/>
        <w:t>v -1.635197 2.403191 0.314687</w:t>
        <w:br/>
        <w:t>v -1.596327 2.401532 0.285684</w:t>
        <w:br/>
        <w:t>v -1.612041 2.371008 0.260500</w:t>
        <w:br/>
        <w:t>v -1.563780 2.347652 0.263820</w:t>
        <w:br/>
        <w:t>v -1.619854 2.321296 0.260907</w:t>
        <w:br/>
        <w:t>v -1.655280 2.372876 0.292596</w:t>
        <w:br/>
        <w:t>v -1.648608 2.322549 0.282080</w:t>
        <w:br/>
        <w:t>v -1.621248 2.279994 0.292408</w:t>
        <w:br/>
        <w:t>v -1.587327 2.305911 0.263033</w:t>
        <w:br/>
        <w:t>v -1.656747 2.308952 0.314209</w:t>
        <w:br/>
        <w:t>v -1.084613 2.340496 0.498855</w:t>
        <w:br/>
        <w:t>v -1.129124 2.359557 0.511621</w:t>
        <w:br/>
        <w:t>v -1.106220 2.361188 0.540028</w:t>
        <w:br/>
        <w:t>v -1.070751 2.362717 0.543946</w:t>
        <w:br/>
        <w:t>v -1.158573 2.401851 0.514878</w:t>
        <w:br/>
        <w:t>v -1.070916 2.406179 0.563294</w:t>
        <w:br/>
        <w:t>v -1.124350 2.404072 0.557646</w:t>
        <w:br/>
        <w:t>v -1.043433 2.363358 0.521073</w:t>
        <w:br/>
        <w:t>v -1.039991 2.362898 0.484995</w:t>
        <w:br/>
        <w:t>v -1.029506 2.407074 0.528625</w:t>
        <w:br/>
        <w:t>v -1.023665 2.406679 0.474307</w:t>
        <w:br/>
        <w:t>v -1.038981 2.448304 0.524841</w:t>
        <w:br/>
        <w:t>v -1.033219 2.448116 0.476066</w:t>
        <w:br/>
        <w:t>v -1.076596 2.447401 0.556067</w:t>
        <w:br/>
        <w:t>v -1.056464 2.481719 0.516115</w:t>
        <w:br/>
        <w:t>v -1.052431 2.481622 0.483664</w:t>
        <w:br/>
        <w:t>v -1.052431 2.481622 0.483664</w:t>
        <w:br/>
        <w:t>v -1.056464 2.481719 0.516115</w:t>
        <w:br/>
        <w:t>v -1.066295 2.479176 0.488675</w:t>
        <w:br/>
        <w:t>v -1.095792 2.480876 0.523338</w:t>
        <w:br/>
        <w:t>v -1.086217 2.478455 0.533619</w:t>
        <w:br/>
        <w:t>v -1.124668 2.445618 0.551092</w:t>
        <w:br/>
        <w:t>v -1.118226 2.477257 0.530344</w:t>
        <w:br/>
        <w:t>v -1.132783 2.482125 0.495045</w:t>
        <w:br/>
        <w:t>v -1.154994 2.443847 0.512803</w:t>
        <w:br/>
        <w:t>v -1.138265 2.476161 0.504938</w:t>
        <w:br/>
        <w:t>v -1.134371 2.475907 0.472411</w:t>
        <w:br/>
        <w:t>v -1.093572 2.480844 0.461880</w:t>
        <w:br/>
        <w:t>v -1.149386 2.443405 0.463931</w:t>
        <w:br/>
        <w:t>v -1.108764 2.476732 0.451860</w:t>
        <w:br/>
        <w:t>v -1.152730 2.401266 0.460513</w:t>
        <w:br/>
        <w:t>v -1.076628 2.478092 0.455195</w:t>
        <w:br/>
        <w:t>v -1.066295 2.479176 0.488675</w:t>
        <w:br/>
        <w:t>v -1.052431 2.481622 0.483664</w:t>
        <w:br/>
        <w:t>v -1.033219 2.448116 0.476066</w:t>
        <w:br/>
        <w:t>v -1.052431 2.481622 0.483664</w:t>
        <w:br/>
        <w:t>v -1.111043 2.444671 0.433148</w:t>
        <w:br/>
        <w:t>v -1.062827 2.446732 0.438215</w:t>
        <w:br/>
        <w:t>v -1.023665 2.406679 0.474307</w:t>
        <w:br/>
        <w:t>v -1.110396 2.402672 0.426365</w:t>
        <w:br/>
        <w:t>v -1.056872 2.405014 0.432116</w:t>
        <w:br/>
        <w:t>v -1.125682 2.359024 0.475526</w:t>
        <w:br/>
        <w:t>v -1.084613 2.340496 0.498855</w:t>
        <w:br/>
        <w:t>v -1.097921 2.359913 0.452898</w:t>
        <w:br/>
        <w:t>v -1.062446 2.361534 0.456831</w:t>
        <w:br/>
        <w:t>v -1.039991 2.362898 0.484995</w:t>
        <w:br/>
        <w:t>v 1.609196 2.289271 0.298135</w:t>
        <w:br/>
        <w:t>v 1.591307 2.280982 0.252104</w:t>
        <w:br/>
        <w:t>v 1.576058 2.274041 0.300161</w:t>
        <w:br/>
        <w:t>v 1.547344 2.272884 0.278951</w:t>
        <w:br/>
        <w:t>v 1.612099 2.321944 0.338017</w:t>
        <w:br/>
        <w:t>v 1.519454 2.297070 0.308960</w:t>
        <w:br/>
        <w:t>v 1.562492 2.298826 0.341147</w:t>
        <w:br/>
        <w:t>v 1.549829 2.336473 0.354983</w:t>
        <w:br/>
        <w:t>v 1.508030 2.317752 0.260387</w:t>
        <w:br/>
        <w:t>v 1.539789 2.286571 0.246928</w:t>
        <w:br/>
        <w:t>v 1.557449 2.307107 0.222843</w:t>
        <w:br/>
        <w:t>v 1.534017 2.348910 0.223801</w:t>
        <w:br/>
        <w:t>v 1.500654 2.353569 0.281990</w:t>
        <w:br/>
        <w:t>v 1.523545 2.381682 0.248854</w:t>
        <w:br/>
        <w:t>v 1.520053 2.404642 0.280638</w:t>
        <w:br/>
        <w:t>v 1.511213 2.334862 0.325914</w:t>
        <w:br/>
        <w:t>v 1.504980 2.385916 0.302807</w:t>
        <w:br/>
        <w:t>v 1.504980 2.385916 0.302807</w:t>
        <w:br/>
        <w:t>v 1.520053 2.404642 0.280638</w:t>
        <w:br/>
        <w:t>v 1.528387 2.399794 0.292055</w:t>
        <w:br/>
        <w:t>v 1.518334 2.373215 0.332178</w:t>
        <w:br/>
        <w:t>v 1.518334 2.373215 0.332178</w:t>
        <w:br/>
        <w:t>v 1.530070 2.381185 0.333593</w:t>
        <w:br/>
        <w:t>v 1.544029 2.374256 0.351552</w:t>
        <w:br/>
        <w:t>v 1.572299 2.398748 0.342458</w:t>
        <w:br/>
        <w:t>v 1.593926 2.357347 0.352059</w:t>
        <w:br/>
        <w:t>v 1.573197 2.388171 0.349589</w:t>
        <w:br/>
        <w:t>v 1.588477 2.406813 0.327402</w:t>
        <w:br/>
        <w:t>v 1.562526 2.416963 0.292135</w:t>
        <w:br/>
        <w:t>v 1.617084 2.385310 0.318864</w:t>
        <w:br/>
        <w:t>v 1.638187 2.352976 0.301320</w:t>
        <w:br/>
        <w:t>v 1.626893 2.309757 0.274008</w:t>
        <w:br/>
        <w:t>v 1.591307 2.280982 0.252104</w:t>
        <w:br/>
        <w:t>v 1.618782 2.323502 0.241934</w:t>
        <w:br/>
        <w:t>v 1.580827 2.419549 0.293448</w:t>
        <w:br/>
        <w:t>v 1.605603 2.404052 0.274861</w:t>
        <w:br/>
        <w:t>v 1.625596 2.373769 0.252646</w:t>
        <w:br/>
        <w:t>v 1.554940 2.418604 0.274092</w:t>
        <w:br/>
        <w:t>v 1.528387 2.399794 0.292055</w:t>
        <w:br/>
        <w:t>v 1.520053 2.404642 0.280638</w:t>
        <w:br/>
        <w:t>v 1.520053 2.404642 0.280638</w:t>
        <w:br/>
        <w:t>v 1.523545 2.381682 0.248854</w:t>
        <w:br/>
        <w:t>v 1.566720 2.402614 0.245865</w:t>
        <w:br/>
        <w:t>v 1.582341 2.372145 0.220556</w:t>
        <w:br/>
        <w:t>v 1.534017 2.348910 0.223801</w:t>
        <w:br/>
        <w:t>v 1.590018 2.322411 0.220766</w:t>
        <w:br/>
        <w:t>v 1.557449 2.307107 0.222843</w:t>
        <w:br/>
        <w:t>v 1.099474 2.361043 0.471788</w:t>
        <w:br/>
        <w:t>v 1.054907 2.342155 0.458963</w:t>
        <w:br/>
        <w:t>v 1.076583 2.362626 0.500209</w:t>
        <w:br/>
        <w:t>v 1.041120 2.364238 0.504144</w:t>
        <w:br/>
        <w:t>v 1.129041 2.403243 0.475202</w:t>
        <w:br/>
        <w:t>v 1.041412 2.407623 0.523663</w:t>
        <w:br/>
        <w:t>v 1.094838 2.405390 0.517989</w:t>
        <w:br/>
        <w:t>v 1.013797 2.365044 0.481283</w:t>
        <w:br/>
        <w:t>v 1.010342 2.364735 0.445205</w:t>
        <w:br/>
        <w:t>v 0.999993 2.408768 0.489012</w:t>
        <w:br/>
        <w:t>v 0.994135 2.408602 0.434695</w:t>
        <w:br/>
        <w:t>v 1.009581 2.449986 0.485386</w:t>
        <w:br/>
        <w:t>v 1.003803 2.450004 0.436612</w:t>
        <w:br/>
        <w:t>v 1.047203 2.448856 0.516596</w:t>
        <w:br/>
        <w:t>v 1.027153 2.483387 0.476785</w:t>
        <w:br/>
        <w:t>v 1.023110 2.483428 0.444335</w:t>
        <w:br/>
        <w:t>v 1.027153 2.483387 0.476785</w:t>
        <w:br/>
        <w:t>v 1.023110 2.483428 0.444335</w:t>
        <w:br/>
        <w:t>v 1.036969 2.480925 0.449332</w:t>
        <w:br/>
        <w:t>v 1.066482 2.482407 0.483992</w:t>
        <w:br/>
        <w:t>v 1.056903 2.479972 0.494267</w:t>
        <w:br/>
        <w:t>v 1.095268 2.446961 0.511598</w:t>
        <w:br/>
        <w:t>v 1.088907 2.478699 0.490976</w:t>
        <w:br/>
        <w:t>v 1.103466 2.483666 0.455692</w:t>
        <w:br/>
        <w:t>v 1.125577 2.445256 0.473293</w:t>
        <w:br/>
        <w:t>v 1.108935 2.477648 0.465560</w:t>
        <w:br/>
        <w:t>v 1.105030 2.477531 0.433033</w:t>
        <w:br/>
        <w:t>v 1.064242 2.482623 0.422535</w:t>
        <w:br/>
        <w:t>v 1.119952 2.445022 0.424421</w:t>
        <w:br/>
        <w:t>v 1.079419 2.478507 0.412494</w:t>
        <w:br/>
        <w:t>v 1.123178 2.402887 0.420836</w:t>
        <w:br/>
        <w:t>v 1.081604 2.446513 0.393656</w:t>
        <w:br/>
        <w:t>v 1.047288 2.479943 0.415845</w:t>
        <w:br/>
        <w:t>v 1.036969 2.480925 0.449332</w:t>
        <w:br/>
        <w:t>v 1.023110 2.483428 0.444335</w:t>
        <w:br/>
        <w:t>v 1.003803 2.450004 0.436612</w:t>
        <w:br/>
        <w:t>v 1.023110 2.483428 0.444335</w:t>
        <w:br/>
        <w:t>v 1.033395 2.448688 0.398746</w:t>
        <w:br/>
        <w:t>v 0.994135 2.408602 0.434695</w:t>
        <w:br/>
        <w:t>v 1.080839 2.404544 0.386709</w:t>
        <w:br/>
        <w:t>v 1.027323 2.407011 0.392486</w:t>
        <w:br/>
        <w:t>v 1.032784 2.363419 0.417028</w:t>
        <w:br/>
        <w:t>v 1.010342 2.364735 0.445205</w:t>
        <w:br/>
        <w:t>v 1.054907 2.342155 0.458963</w:t>
        <w:br/>
        <w:t>v 1.068254 2.361715 0.413078</w:t>
        <w:br/>
        <w:t>v 1.096019 2.360661 0.435694</w:t>
        <w:br/>
        <w:t>v -8.335979 15.659131 0.418878</w:t>
        <w:br/>
        <w:t>v -8.433359 15.636926 0.426219</w:t>
        <w:br/>
        <w:t>v -8.447005 15.650447 0.178286</w:t>
        <w:br/>
        <w:t>v -8.433359 15.636926 0.426219</w:t>
        <w:br/>
        <w:t>v -8.335979 15.659131 0.418878</w:t>
        <w:br/>
        <w:t>v -8.412270 15.597288 0.440570</w:t>
        <w:br/>
        <w:t>v -8.295482 15.639732 0.433229</w:t>
        <w:br/>
        <w:t>v -8.205564 15.780231 0.431026</w:t>
        <w:br/>
        <w:t>v -8.363060 15.670171 0.170946</w:t>
        <w:br/>
        <w:t>v -8.239900 15.810452 0.416382</w:t>
        <w:br/>
        <w:t>v -8.239900 15.810452 0.416382</w:t>
        <w:br/>
        <w:t>v -8.447005 15.650447 0.178286</w:t>
        <w:br/>
        <w:t>v -8.426965 15.611373 0.158407</w:t>
        <w:br/>
        <w:t>v -8.363060 15.670171 0.170946</w:t>
        <w:br/>
        <w:t>v -8.323747 15.650604 0.151067</w:t>
        <w:br/>
        <w:t>v -8.233828 15.791101 0.148863</w:t>
        <w:br/>
        <w:t>v -8.266978 15.821486 0.168449</w:t>
        <w:br/>
        <w:t>v -8.266978 15.821486 0.168449</w:t>
        <w:br/>
        <w:t>v -8.148793 15.898348 0.162753</w:t>
        <w:br/>
        <w:t>v -8.148793 15.898348 0.162753</w:t>
        <w:br/>
        <w:t>v -8.133717 15.855283 0.144488</w:t>
        <w:br/>
        <w:t>v -8.121712 15.887311 0.410686</w:t>
        <w:br/>
        <w:t>v -8.121712 15.887311 0.410686</w:t>
        <w:br/>
        <w:t>v -8.105451 15.844411 0.426651</w:t>
        <w:br/>
        <w:t>v -8.056957 15.920113 0.157710</w:t>
        <w:br/>
        <w:t>v -8.056957 15.920113 0.157710</w:t>
        <w:br/>
        <w:t>v -8.037534 15.880701 0.139151</w:t>
        <w:br/>
        <w:t>v -8.029879 15.909070 0.405642</w:t>
        <w:br/>
        <w:t>v -8.029879 15.909070 0.405642</w:t>
        <w:br/>
        <w:t>v -8.009274 15.869825 0.421313</w:t>
        <w:br/>
        <w:t>v -8.008444 15.924344 0.126504</w:t>
        <w:br/>
        <w:t>v -7.980180 15.913463 0.429257</w:t>
        <w:br/>
        <w:t>v -8.029400 15.962460 0.146531</w:t>
        <w:br/>
        <w:t>v -8.002323 15.951417 0.412555</w:t>
        <w:br/>
        <w:t>v -8.029400 15.962460 0.146531</w:t>
        <w:br/>
        <w:t>v -7.990109 15.971828 0.135210</w:t>
        <w:br/>
        <w:t>v -7.990109 15.971828 0.135210</w:t>
        <w:br/>
        <w:t>v -7.975617 15.938356 0.113054</w:t>
        <w:br/>
        <w:t>v -7.966729 15.954271 0.417114</w:t>
        <w:br/>
        <w:t>v -7.966729 15.954271 0.417114</w:t>
        <w:br/>
        <w:t>v -7.944761 15.921551 0.431070</w:t>
        <w:br/>
        <w:t>v -7.948381 15.954512 0.133631</w:t>
        <w:br/>
        <w:t>v -7.941448 15.878549 0.108776</w:t>
        <w:br/>
        <w:t>v -7.926354 15.935277 0.415534</w:t>
        <w:br/>
        <w:t>v -7.909285 15.869650 0.423019</w:t>
        <w:br/>
        <w:t>v -7.860743 16.001356 0.124052</w:t>
        <w:br/>
        <w:t>v -7.833664 15.990323 0.405956</w:t>
        <w:br/>
        <w:t>v -7.926354 15.935277 0.415534</w:t>
        <w:br/>
        <w:t>v -7.948381 15.954512 0.133631</w:t>
        <w:br/>
        <w:t>v -7.833664 15.990323 0.405956</w:t>
        <w:br/>
        <w:t>v -7.860743 16.001356 0.124052</w:t>
        <w:br/>
        <w:t>v -7.746959 15.972077 0.415408</w:t>
        <w:br/>
        <w:t>v -7.778375 15.991446 0.091384</w:t>
        <w:br/>
        <w:t>v -7.809208 16.033777 0.402445</w:t>
        <w:br/>
        <w:t>v -7.809208 16.033777 0.402445</w:t>
        <w:br/>
        <w:t>v -7.836290 16.044817 0.121358</w:t>
        <w:br/>
        <w:t>v -7.836290 16.044817 0.121358</w:t>
        <w:br/>
        <w:t>v -7.791625 16.046545 0.399217</w:t>
        <w:br/>
        <w:t>v -7.791625 16.046545 0.399217</w:t>
        <w:br/>
        <w:t>v -7.818122 16.057665 0.119367</w:t>
        <w:br/>
        <w:t>v -7.818122 16.057665 0.119367</w:t>
        <w:br/>
        <w:t>v -7.782888 16.045658 0.344738</w:t>
        <w:br/>
        <w:t>v -7.746959 15.972077 0.415408</w:t>
        <w:br/>
        <w:t>v -7.791625 16.046545 0.399217</w:t>
        <w:br/>
        <w:t>v -7.743809 15.997020 0.375561</w:t>
        <w:br/>
        <w:t>v -7.818122 16.057665 0.119367</w:t>
        <w:br/>
        <w:t>v -7.778375 15.991446 0.091384</w:t>
        <w:br/>
        <w:t>v -7.801439 16.052795 0.159537</w:t>
        <w:br/>
        <w:t>v -7.775784 15.997676 0.130140</w:t>
        <w:br/>
        <w:t>v -7.775784 15.997676 0.130140</w:t>
        <w:br/>
        <w:t>v -7.620634 16.104897 0.115184</w:t>
        <w:br/>
        <w:t>v -7.801439 16.052795 0.159537</w:t>
        <w:br/>
        <w:t>v -7.782888 16.045658 0.344738</w:t>
        <w:br/>
        <w:t>v -7.594677 16.102098 0.357777</w:t>
        <w:br/>
        <w:t>v -7.641984 16.157818 0.145929</w:t>
        <w:br/>
        <w:t>v -7.801439 16.052795 0.159537</w:t>
        <w:br/>
        <w:t>v -7.641984 16.157818 0.145929</w:t>
        <w:br/>
        <w:t>v -7.531395 16.160334 0.105899</w:t>
        <w:br/>
        <w:t>v -7.619222 16.152266 0.328519</w:t>
        <w:br/>
        <w:t>v -7.557115 16.198734 0.138655</w:t>
        <w:br/>
        <w:t>v -7.557115 16.198734 0.138655</w:t>
        <w:br/>
        <w:t>v -7.442156 16.215778 0.099326</w:t>
        <w:br/>
        <w:t>v -7.534391 16.193459 0.321245</w:t>
        <w:br/>
        <w:t>v -7.504849 16.147961 0.350583</w:t>
        <w:br/>
        <w:t>v -7.415931 16.200314 0.344935</w:t>
        <w:br/>
        <w:t>v -7.465659 16.258358 0.130641</w:t>
        <w:br/>
        <w:t>v -7.465659 16.258358 0.130641</w:t>
        <w:br/>
        <w:t>v -7.384949 16.307867 0.123458</w:t>
        <w:br/>
        <w:t>v -7.356001 16.269228 0.092895</w:t>
        <w:br/>
        <w:t>v -7.442980 16.253397 0.313231</w:t>
        <w:br/>
        <w:t>v -7.384949 16.307867 0.123458</w:t>
        <w:br/>
        <w:t>v -7.243716 16.392208 0.110914</w:t>
        <w:br/>
        <w:t>v -7.207328 16.362900 0.077477</w:t>
        <w:br/>
        <w:t>v -7.365627 16.301388 0.306504</w:t>
        <w:br/>
        <w:t>v -7.243716 16.392208 0.110914</w:t>
        <w:br/>
        <w:t>v -7.329763 16.245928 0.333435</w:t>
        <w:br/>
        <w:t>v -7.057008 16.506920 0.091672</w:t>
        <w:br/>
        <w:t>v -7.040371 16.472759 0.061500</w:t>
        <w:br/>
        <w:t>v -7.222214 16.384220 0.294756</w:t>
        <w:br/>
        <w:t>v -7.222214 16.384220 0.294756</w:t>
        <w:br/>
        <w:t>v -7.039086 16.497215 0.278876</w:t>
        <w:br/>
        <w:t>v -7.181212 16.346022 0.321873</w:t>
        <w:br/>
        <w:t>v -7.004959 16.457481 0.304781</w:t>
        <w:br/>
        <w:t>v -1.426932 0.042616 -0.990561</w:t>
        <w:br/>
        <w:t>v -0.891673 0.047697 -0.942540</w:t>
        <w:br/>
        <w:t>v -1.168476 0.059094 -1.044255</w:t>
        <w:br/>
        <w:t>v -0.712973 0.038634 -0.742999</w:t>
        <w:br/>
        <w:t>v -1.636317 0.017822 -0.827651</w:t>
        <w:br/>
        <w:t>v -1.748785 0.016113 -0.606248</w:t>
        <w:br/>
        <w:t>v -0.648753 0.040566 -0.567238</w:t>
        <w:br/>
        <w:t>v -0.635349 0.041954 -0.376741</w:t>
        <w:br/>
        <w:t>v -1.796367 0.016899 -0.338747</w:t>
        <w:br/>
        <w:t>v -0.677662 0.042977 -0.120552</w:t>
        <w:br/>
        <w:t>v -1.768278 0.019130 -0.125899</w:t>
        <w:br/>
        <w:t>v -0.730184 0.047402 0.107942</w:t>
        <w:br/>
        <w:t>v -1.741149 0.024998 0.063755</w:t>
        <w:br/>
        <w:t>v -0.765628 0.057982 0.260846</w:t>
        <w:br/>
        <w:t>v -1.733138 0.036304 0.187341</w:t>
        <w:br/>
        <w:t>v -0.782184 0.064777 0.364494</w:t>
        <w:br/>
        <w:t>v -1.734266 0.043363 0.281546</w:t>
        <w:br/>
        <w:t>v -1.728789 0.068428 0.306955</w:t>
        <w:br/>
        <w:t>v -0.784894 0.087865 0.387806</w:t>
        <w:br/>
        <w:t>v -1.701542 0.123778 0.312551</w:t>
        <w:br/>
        <w:t>v -0.779834 0.132476 0.391710</w:t>
        <w:br/>
        <w:t>v -0.844589 0.129421 0.403225</w:t>
        <w:br/>
        <w:t>v -0.779834 0.132476 0.391710</w:t>
        <w:br/>
        <w:t>v -1.701542 0.123778 0.312551</w:t>
        <w:br/>
        <w:t>v -1.670306 0.122209 0.332745</w:t>
        <w:br/>
        <w:t>v -1.672170 0.120583 0.396193</w:t>
        <w:br/>
        <w:t>v -0.840371 0.128607 0.449933</w:t>
        <w:br/>
        <w:t>v -1.672170 0.120583 0.396193</w:t>
        <w:br/>
        <w:t>v -1.732235 0.041423 0.406809</w:t>
        <w:br/>
        <w:t>v -0.840371 0.128607 0.449933</w:t>
        <w:br/>
        <w:t>v -0.762962 0.061266 0.469882</w:t>
        <w:br/>
        <w:t>v -0.762962 0.061266 0.469882</w:t>
        <w:br/>
        <w:t>v -1.732235 0.041423 0.406809</w:t>
        <w:br/>
        <w:t>v -0.768909 0.065408 0.611282</w:t>
        <w:br/>
        <w:t>v -1.758033 0.040599 0.552016</w:t>
        <w:br/>
        <w:t>v -1.738282 0.124359 0.568124</w:t>
        <w:br/>
        <w:t>v -0.768909 0.065408 0.611282</w:t>
        <w:br/>
        <w:t>v -1.758033 0.040599 0.552016</w:t>
        <w:br/>
        <w:t>v -0.751278 0.145017 0.636025</w:t>
        <w:br/>
        <w:t>v -0.751278 0.145017 0.636025</w:t>
        <w:br/>
        <w:t>v -1.738282 0.124359 0.568124</w:t>
        <w:br/>
        <w:t>v -0.716900 0.066365 0.686884</w:t>
        <w:br/>
        <w:t>v -1.778096 0.023893 0.625028</w:t>
        <w:br/>
        <w:t>v -1.792223 0.104210 0.690496</w:t>
        <w:br/>
        <w:t>v -0.716900 0.066365 0.686884</w:t>
        <w:br/>
        <w:t>v -1.778096 0.023893 0.625028</w:t>
        <w:br/>
        <w:t>v -0.700025 0.125186 0.742751</w:t>
        <w:br/>
        <w:t>v -0.700025 0.125186 0.742751</w:t>
        <w:br/>
        <w:t>v -1.792223 0.104210 0.690496</w:t>
        <w:br/>
        <w:t>v -0.675681 0.038066 0.825162</w:t>
        <w:br/>
        <w:t>v -1.818731 0.012267 0.787200</w:t>
        <w:br/>
        <w:t>v -1.845277 0.100755 0.886010</w:t>
        <w:br/>
        <w:t>v -0.675681 0.038066 0.825162</w:t>
        <w:br/>
        <w:t>v -1.818731 0.012267 0.787200</w:t>
        <w:br/>
        <w:t>v -0.631795 0.128995 0.931511</w:t>
        <w:br/>
        <w:t>v -1.873283 0.011385 0.992013</w:t>
        <w:br/>
        <w:t>v -0.631795 0.128995 0.931511</w:t>
        <w:br/>
        <w:t>v -1.845277 0.100755 0.886010</w:t>
        <w:br/>
        <w:t>v -0.599093 0.042868 1.032736</w:t>
        <w:br/>
        <w:t>v -1.905532 0.077730 1.103135</w:t>
        <w:br/>
        <w:t>v -0.599093 0.042868 1.032736</w:t>
        <w:br/>
        <w:t>v -1.873283 0.011385 0.992013</w:t>
        <w:br/>
        <w:t>v -0.571624 0.110282 1.175593</w:t>
        <w:br/>
        <w:t>v -1.913182 0.002056 1.211309</w:t>
        <w:br/>
        <w:t>v -0.571624 0.110282 1.175593</w:t>
        <w:br/>
        <w:t>v -1.905532 0.077730 1.103135</w:t>
        <w:br/>
        <w:t>v -0.560451 0.037128 1.243329</w:t>
        <w:br/>
        <w:t>v -1.947905 0.063729 1.375140</w:t>
        <w:br/>
        <w:t>v -0.560451 0.037128 1.243329</w:t>
        <w:br/>
        <w:t>v -1.913182 0.002056 1.211309</w:t>
        <w:br/>
        <w:t>v -0.535203 0.115230 1.448245</w:t>
        <w:br/>
        <w:t>v -1.939743 -0.008108 1.528938</w:t>
        <w:br/>
        <w:t>v -0.537523 0.024525 1.577523</w:t>
        <w:br/>
        <w:t>v -1.944716 0.068033 1.694546</w:t>
        <w:br/>
        <w:t>v -0.537523 0.024525 1.577523</w:t>
        <w:br/>
        <w:t>v -0.528061 0.101633 1.744916</w:t>
        <w:br/>
        <w:t>v -0.585720 0.044535 1.881628</w:t>
        <w:br/>
        <w:t>v -1.899509 0.008251 1.834282</w:t>
        <w:br/>
        <w:t>v -0.640657 0.134324 2.020684</w:t>
        <w:br/>
        <w:t>v -1.851780 0.067545 2.018622</w:t>
        <w:br/>
        <w:t>v -1.674600 0.049217 2.228386</w:t>
        <w:br/>
        <w:t>v -0.739278 0.062956 2.190783</w:t>
        <w:br/>
        <w:t>v -0.966609 0.091606 2.344298</w:t>
        <w:br/>
        <w:t>v -1.548213 0.073903 2.347465</w:t>
        <w:br/>
        <w:t>v -1.237505 0.094273 2.436973</w:t>
        <w:br/>
        <w:t>v -1.412914 4.329872 0.635895</w:t>
        <w:br/>
        <w:t>v -1.479189 4.268717 0.597505</w:t>
        <w:br/>
        <w:t>v -1.488105 4.522962 0.688535</w:t>
        <w:br/>
        <w:t>v -1.282145 4.533209 0.749576</w:t>
        <w:br/>
        <w:t>v -1.277005 4.363045 0.693478</w:t>
        <w:br/>
        <w:t>v -1.138206 4.334871 0.645734</w:t>
        <w:br/>
        <w:t>v -1.068480 4.535705 0.691586</w:t>
        <w:br/>
        <w:t>v -1.071935 4.273001 0.603958</w:t>
        <w:br/>
        <w:t>v 1.106266 3.864279 0.499291</w:t>
        <w:br/>
        <w:t>v 1.026287 3.792342 0.459198</w:t>
        <w:br/>
        <w:t>v 1.012351 3.957291 0.523870</w:t>
        <w:br/>
        <w:t>v 1.233503 3.780682 0.519543</w:t>
        <w:br/>
        <w:t>v 1.234978 3.824859 0.529817</w:t>
        <w:br/>
        <w:t>v 1.367583 3.858531 0.481808</w:t>
        <w:br/>
        <w:t>v 1.454983 3.784730 0.440619</w:t>
        <w:br/>
        <w:t>v 1.466971 3.947187 0.490997</w:t>
        <w:br/>
        <w:t>v -0.762417 4.381014 -0.153598</w:t>
        <w:br/>
        <w:t>v -0.796316 4.391201 -0.377429</w:t>
        <w:br/>
        <w:t>v -0.652527 4.963996 -0.124820</w:t>
        <w:br/>
        <w:t>v -0.740980 4.989517 -0.430497</w:t>
        <w:br/>
        <w:t>v -0.900455 4.397203 -0.569141</w:t>
        <w:br/>
        <w:t>v -0.842347 5.004354 -0.680887</w:t>
        <w:br/>
        <w:t>v -0.971708 5.011778 -0.747719</w:t>
        <w:br/>
        <w:t>v -1.068953 4.397481 -0.687477</w:t>
        <w:br/>
        <w:t>v -0.988569 5.061390 -0.722478</w:t>
        <w:br/>
        <w:t>v -0.971708 5.011778 -0.747719</w:t>
        <w:br/>
        <w:t>v -1.068953 4.397481 -0.687477</w:t>
        <w:br/>
        <w:t>v -1.099394 5.065175 -0.766009</w:t>
        <w:br/>
        <w:t>v -0.988569 5.061390 -0.722478</w:t>
        <w:br/>
        <w:t>v -1.285915 4.392319 -0.723414</w:t>
        <w:br/>
        <w:t>v -1.293622 5.063684 -0.813402</w:t>
        <w:br/>
        <w:t>v -1.481918 5.058281 -0.805098</w:t>
        <w:br/>
        <w:t>v -1.477630 4.384897 -0.687144</w:t>
        <w:br/>
        <w:t>v -1.633925 5.053324 -0.770215</w:t>
        <w:br/>
        <w:t>v -1.657960 4.996700 -0.787111</w:t>
        <w:br/>
        <w:t>v -1.645998 4.374391 -0.570060</w:t>
        <w:br/>
        <w:t>v -1.657960 4.996700 -0.787111</w:t>
        <w:br/>
        <w:t>v -1.774921 4.986344 -0.720644</w:t>
        <w:br/>
        <w:t>v -1.906513 4.955626 -0.409665</w:t>
        <w:br/>
        <w:t>v -1.780975 4.361265 -0.384636</w:t>
        <w:br/>
        <w:t>v -1.981926 4.926274 -0.124251</w:t>
        <w:br/>
        <w:t>v -1.841803 4.348102 -0.149839</w:t>
        <w:br/>
        <w:t>v -1.843169 4.338272 0.061899</w:t>
        <w:br/>
        <w:t>v -1.906516 4.899980 0.276017</w:t>
        <w:br/>
        <w:t>v -1.779448 4.581828 0.344808</w:t>
        <w:br/>
        <w:t>v -1.753808 4.332582 0.246136</w:t>
        <w:br/>
        <w:t>v -1.680493 4.893540 0.546604</w:t>
        <w:br/>
        <w:t>v -1.563531 4.332960 0.361277</w:t>
        <w:br/>
        <w:t>v -1.488105 4.522962 0.688535</w:t>
        <w:br/>
        <w:t>v -1.476623 4.561579 0.634847</w:t>
        <w:br/>
        <w:t>v -1.488105 4.522962 0.688535</w:t>
        <w:br/>
        <w:t>v -1.779448 4.581828 0.344808</w:t>
        <w:br/>
        <w:t>v -1.476623 4.561579 0.634847</w:t>
        <w:br/>
        <w:t>v -1.313310 4.336891 0.433069</w:t>
        <w:br/>
        <w:t>v -1.282561 4.574255 0.701323</w:t>
        <w:br/>
        <w:t>v -1.282561 4.574255 0.701323</w:t>
        <w:br/>
        <w:t>v -1.282145 4.533209 0.749576</w:t>
        <w:br/>
        <w:t>v -1.068480 4.535705 0.691586</w:t>
        <w:br/>
        <w:t>v -1.065267 4.573238 0.624599</w:t>
        <w:br/>
        <w:t>v -1.065267 4.573238 0.624599</w:t>
        <w:br/>
        <w:t>v -1.087184 4.345955 0.365900</w:t>
        <w:br/>
        <w:t>v -0.884626 4.357053 0.232271</w:t>
        <w:br/>
        <w:t>v -0.800911 4.605247 0.349637</w:t>
        <w:br/>
        <w:t>v -0.800911 4.605247 0.349637</w:t>
        <w:br/>
        <w:t>v -0.943128 4.901993 0.525686</w:t>
        <w:br/>
        <w:t>v -1.068480 4.535705 0.691586</w:t>
        <w:br/>
        <w:t>v -0.782768 4.369344 0.053463</w:t>
        <w:br/>
        <w:t>v -0.712571 4.947727 0.184651</w:t>
        <w:br/>
        <w:t>v -0.652527 4.963996 -0.124820</w:t>
        <w:br/>
        <w:t>v -0.762417 4.381014 -0.153598</w:t>
        <w:br/>
        <w:t>v -1.480712 3.784088 0.474983</w:t>
        <w:br/>
        <w:t>v -1.492236 3.946774 0.524728</w:t>
        <w:br/>
        <w:t>v -1.393095 3.857808 0.515855</w:t>
        <w:br/>
        <w:t>v -1.259219 3.779737 0.553852</w:t>
        <w:br/>
        <w:t>v -1.260568 3.823958 0.563954</w:t>
        <w:br/>
        <w:t>v -1.131758 3.862902 0.533232</w:t>
        <w:br/>
        <w:t>v -1.051991 3.790588 0.493396</w:t>
        <w:br/>
        <w:t>v -1.037579 3.955750 0.557417</w:t>
        <w:br/>
        <w:t>v 0.738140 4.386096 -0.185382</w:t>
        <w:br/>
        <w:t>v 0.629869 4.969262 -0.154284</w:t>
        <w:br/>
        <w:t>v 0.771996 4.397066 -0.409183</w:t>
        <w:br/>
        <w:t>v 0.718296 4.995738 -0.459887</w:t>
        <w:br/>
        <w:t>v 0.876091 4.403533 -0.600904</w:t>
        <w:br/>
        <w:t>v 0.819624 5.011275 -0.710250</w:t>
        <w:br/>
        <w:t>v 0.948984 5.018604 -0.777094</w:t>
        <w:br/>
        <w:t>v 1.044551 4.403808 -0.719293</w:t>
        <w:br/>
        <w:t>v 0.948984 5.018604 -0.777094</w:t>
        <w:br/>
        <w:t>v 0.965990 5.068071 -0.751665</w:t>
        <w:br/>
        <w:t>v 1.044551 4.403808 -0.719293</w:t>
        <w:br/>
        <w:t>v 1.076811 5.071720 -0.795217</w:t>
        <w:br/>
        <w:t>v 0.965990 5.068071 -0.751665</w:t>
        <w:br/>
        <w:t>v 1.261487 4.398189 -0.755321</w:t>
        <w:br/>
        <w:t>v 1.271020 5.069878 -0.842679</w:t>
        <w:br/>
        <w:t>v 1.459302 5.063923 -0.834458</w:t>
        <w:br/>
        <w:t>v 1.453192 4.390097 -0.719143</w:t>
        <w:br/>
        <w:t>v 1.611306 5.058410 -0.799645</w:t>
        <w:br/>
        <w:t>v 1.635179 5.001784 -0.816770</w:t>
        <w:br/>
        <w:t>v 1.635179 5.001784 -0.816770</w:t>
        <w:br/>
        <w:t>v 1.621567 4.378666 -0.602156</w:t>
        <w:br/>
        <w:t>v 1.752132 4.990847 -0.750382</w:t>
        <w:br/>
        <w:t>v 1.883737 4.958549 -0.439570</w:t>
        <w:br/>
        <w:t>v 1.756566 4.364442 -0.416829</w:t>
        <w:br/>
        <w:t>v 1.959159 4.927869 -0.154298</w:t>
        <w:br/>
        <w:t>v 1.817432 4.350190 -0.182105</w:t>
        <w:br/>
        <w:t>v 1.818838 4.339528 0.029592</w:t>
        <w:br/>
        <w:t>v 1.883803 4.900215 0.245889</w:t>
        <w:br/>
        <w:t>v 1.755879 4.582148 0.313474</w:t>
        <w:br/>
        <w:t>v 1.729520 4.333361 0.213835</w:t>
        <w:br/>
        <w:t>v 1.657850 4.893339 0.516523</w:t>
        <w:br/>
        <w:t>v 1.539282 4.333814 0.329038</w:t>
        <w:br/>
        <w:t>v 1.464484 4.522738 0.657063</w:t>
        <w:br/>
        <w:t>v 1.453091 4.561597 0.603531</w:t>
        <w:br/>
        <w:t>v 1.755879 4.582148 0.313474</w:t>
        <w:br/>
        <w:t>v 1.464484 4.522738 0.657063</w:t>
        <w:br/>
        <w:t>v 1.453091 4.561597 0.603531</w:t>
        <w:br/>
        <w:t>v 1.289094 4.338153 0.400927</w:t>
        <w:br/>
        <w:t>v 1.259086 4.574549 0.670120</w:t>
        <w:br/>
        <w:t>v 1.259086 4.574549 0.670120</w:t>
        <w:br/>
        <w:t>v 1.258571 4.533314 0.718211</w:t>
        <w:br/>
        <w:t>v 1.044896 4.536627 0.660301</w:t>
        <w:br/>
        <w:t>v 1.041765 4.574432 0.593463</w:t>
        <w:br/>
        <w:t>v 1.041765 4.574432 0.593463</w:t>
        <w:br/>
        <w:t>v 1.062973 4.348104 0.333868</w:t>
        <w:br/>
        <w:t>v 0.860404 4.360285 0.200349</w:t>
        <w:br/>
        <w:t>v 0.777412 4.608247 0.318715</w:t>
        <w:br/>
        <w:t>v 0.777412 4.608247 0.318715</w:t>
        <w:br/>
        <w:t>v 1.044896 4.536627 0.660301</w:t>
        <w:br/>
        <w:t>v 0.920503 4.903908 0.495879</w:t>
        <w:br/>
        <w:t>v 0.758524 4.373559 0.021625</w:t>
        <w:br/>
        <w:t>v 0.689966 4.951614 0.155101</w:t>
        <w:br/>
        <w:t>v 0.629869 4.969262 -0.154284</w:t>
        <w:br/>
        <w:t>v 0.738140 4.386096 -0.185382</w:t>
        <w:br/>
        <w:t>v 0.862772 0.044762 -0.963932</w:t>
        <w:br/>
        <w:t>v 1.397609 0.041050 -1.016557</w:t>
        <w:br/>
        <w:t>v 1.138644 0.056264 -1.068132</w:t>
        <w:br/>
        <w:t>v 0.685837 0.036679 -0.762782</w:t>
        <w:br/>
        <w:t>v 1.608478 0.018217 -0.855283</w:t>
        <w:br/>
        <w:t>v 1.722863 0.018609 -0.634858</w:t>
        <w:br/>
        <w:t>v 0.623135 0.039779 -0.586490</w:t>
        <w:br/>
        <w:t>v 0.611376 0.042616 -0.395902</w:t>
        <w:br/>
        <w:t>v 1.772756 0.021646 -0.367794</w:t>
        <w:br/>
        <w:t>v 0.655901 0.045784 -0.140105</w:t>
        <w:br/>
        <w:t>v 1.746503 0.025453 -0.154735</w:t>
        <w:br/>
        <w:t>v 0.710384 0.052170 0.087883</w:t>
        <w:br/>
        <w:t>v 1.720998 0.032718 0.035096</w:t>
        <w:br/>
        <w:t>v 0.747115 0.064064 0.240386</w:t>
        <w:br/>
        <w:t>v 1.714019 0.044966 0.158655</w:t>
        <w:br/>
        <w:t>v 0.764546 0.071724 0.343831</w:t>
        <w:br/>
        <w:t>v 1.715940 0.052767 0.252788</w:t>
        <w:br/>
        <w:t>v 1.710599 0.078012 0.278047</w:t>
        <w:br/>
        <w:t>v 0.767380 0.095004 0.366936</w:t>
        <w:br/>
        <w:t>v 1.683217 0.133315 0.283447</w:t>
        <w:br/>
        <w:t>v 0.762205 0.139627 0.370536</w:t>
        <w:br/>
        <w:t>v 0.827068 0.136873 0.381512</w:t>
        <w:br/>
        <w:t>v 1.683217 0.133315 0.283447</w:t>
        <w:br/>
        <w:t>v 0.762205 0.139627 0.370536</w:t>
        <w:br/>
        <w:t>v 1.652163 0.131802 0.303924</w:t>
        <w:br/>
        <w:t>v 1.654581 0.130680 0.367364</w:t>
        <w:br/>
        <w:t>v 0.823256 0.136411 0.428259</w:t>
        <w:br/>
        <w:t>v 1.654581 0.130680 0.367364</w:t>
        <w:br/>
        <w:t>v 0.823256 0.136411 0.428259</w:t>
        <w:br/>
        <w:t>v 1.714999 0.051802 0.378075</w:t>
        <w:br/>
        <w:t>v 0.746248 0.068977 0.449406</w:t>
        <w:br/>
        <w:t>v 0.746248 0.068977 0.449406</w:t>
        <w:br/>
        <w:t>v 0.753405 0.074246 0.590711</w:t>
        <w:br/>
        <w:t>v 1.714999 0.051802 0.378075</w:t>
        <w:br/>
        <w:t>v 1.742056 0.052199 0.523055</w:t>
        <w:br/>
        <w:t>v 1.742056 0.052199 0.523055</w:t>
        <w:br/>
        <w:t>v 0.753405 0.074246 0.590711</w:t>
        <w:br/>
        <w:t>v 1.722166 0.136019 0.538680</w:t>
        <w:br/>
        <w:t>v 0.735724 0.153989 0.614985</w:t>
        <w:br/>
        <w:t>v 0.735724 0.153989 0.614985</w:t>
        <w:br/>
        <w:t>v 0.702050 0.075626 0.666753</w:t>
        <w:br/>
        <w:t>v 1.722166 0.136019 0.538680</w:t>
        <w:br/>
        <w:t>v 1.762805 0.036132 0.596019</w:t>
        <w:br/>
        <w:t>v 1.762805 0.036132 0.596019</w:t>
        <w:br/>
        <w:t>v 0.702050 0.075626 0.666753</w:t>
        <w:br/>
        <w:t>v 1.777231 0.117006 0.660733</w:t>
        <w:br/>
        <w:t>v 0.685463 0.134827 0.722303</w:t>
        <w:br/>
        <w:t>v 0.685463 0.134827 0.722303</w:t>
        <w:br/>
        <w:t>v 0.662123 0.048277 0.805600</w:t>
        <w:br/>
        <w:t>v 1.777231 0.117006 0.660733</w:t>
        <w:br/>
        <w:t>v 1.804882 0.025910 0.757917</w:t>
        <w:br/>
        <w:t>v 1.804882 0.025910 0.757917</w:t>
        <w:br/>
        <w:t>v 0.662123 0.048277 0.805600</w:t>
        <w:br/>
        <w:t>v 1.831987 0.115255 0.855799</w:t>
        <w:br/>
        <w:t>v 0.618858 0.139892 0.911613</w:t>
        <w:br/>
        <w:t>v 1.831987 0.115255 0.855799</w:t>
        <w:br/>
        <w:t>v 0.618858 0.139892 0.911613</w:t>
        <w:br/>
        <w:t>v 1.861208 0.026810 0.962250</w:t>
        <w:br/>
        <w:t>v 0.587321 0.054455 1.013788</w:t>
        <w:br/>
        <w:t>v 1.861208 0.026810 0.962250</w:t>
        <w:br/>
        <w:t>v 0.587321 0.054455 1.013788</w:t>
        <w:br/>
        <w:t>v 1.894197 0.094128 1.072567</w:t>
        <w:br/>
        <w:t>v 0.560865 0.122896 1.156348</w:t>
        <w:br/>
        <w:t>v 1.894197 0.094128 1.072567</w:t>
        <w:br/>
        <w:t>v 0.560865 0.122896 1.156348</w:t>
        <w:br/>
        <w:t>v 1.903034 0.019329 1.181258</w:t>
        <w:br/>
        <w:t>v 0.550523 0.050239 1.224747</w:t>
        <w:br/>
        <w:t>v 1.903034 0.019329 1.181258</w:t>
        <w:br/>
        <w:t>v 0.550523 0.050239 1.224747</w:t>
        <w:br/>
        <w:t>v 1.938969 0.082396 1.344296</w:t>
        <w:br/>
        <w:t>v 0.526790 0.129860 1.429259</w:t>
        <w:br/>
        <w:t>v 1.932379 0.011739 1.498715</w:t>
        <w:br/>
        <w:t>v 0.530531 0.040179 1.559216</w:t>
        <w:br/>
        <w:t>v 0.530531 0.040179 1.559216</w:t>
        <w:br/>
        <w:t>v 1.938532 0.089192 1.663674</w:t>
        <w:br/>
        <w:t>v 0.522262 0.118565 1.726079</w:t>
        <w:br/>
        <w:t>v 0.581292 0.062728 1.862727</w:t>
        <w:br/>
        <w:t>v 1.894736 0.030359 1.804260</w:t>
        <w:br/>
        <w:t>v 0.637131 0.153782 2.000595</w:t>
        <w:br/>
        <w:t>v 1.848407 0.090939 1.988539</w:t>
        <w:br/>
        <w:t>v 1.673112 0.073678 2.199970</w:t>
        <w:br/>
        <w:t>v 0.737459 0.084071 2.170383</w:t>
        <w:br/>
        <w:t>v 0.966013 0.114664 2.321690</w:t>
        <w:br/>
        <w:t>v 1.547679 0.098884 2.319945</w:t>
        <w:br/>
        <w:t>v 1.237690 0.118941 2.411986</w:t>
        <w:br/>
        <w:t>v 1.454837 4.268878 0.565040</w:t>
        <w:br/>
        <w:t>v 1.388743 4.330065 0.603691</w:t>
        <w:br/>
        <w:t>v 1.464484 4.522738 0.657063</w:t>
        <w:br/>
        <w:t>v 1.258571 4.533314 0.718211</w:t>
        <w:br/>
        <w:t>v 1.252944 4.363386 0.661448</w:t>
        <w:br/>
        <w:t>v 1.114052 4.335783 0.613639</w:t>
        <w:br/>
        <w:t>v 1.044896 4.536627 0.660301</w:t>
        <w:br/>
        <w:t>v 1.047598 4.274259 0.571643</w:t>
        <w:br/>
        <w:t>v -6.624821 15.884593 0.113038</w:t>
        <w:br/>
        <w:t>v -6.745282 15.829195 0.125042</w:t>
        <w:br/>
        <w:t>v -6.636019 15.899193 0.079455</w:t>
        <w:br/>
        <w:t>v -6.752974 15.835878 0.093967</w:t>
        <w:br/>
        <w:t>v -6.649949 15.906792 0.001654</w:t>
        <w:br/>
        <w:t>v -6.765811 15.846553 0.020674</w:t>
        <w:br/>
        <w:t>v -6.843460 15.874408 -0.101567</w:t>
        <w:br/>
        <w:t>v -6.770115 16.017775 -0.172704</w:t>
        <w:br/>
        <w:t>v -6.922843 15.977790 -0.194525</w:t>
        <w:br/>
        <w:t>v -6.853618 16.147053 -0.239064</w:t>
        <w:br/>
        <w:t>v -6.960598 15.965920 -0.203748</w:t>
        <w:br/>
        <w:t>v -7.005073 16.033777 -0.231856</w:t>
        <w:br/>
        <w:t>v -6.956106 15.782170 -0.138374</w:t>
        <w:br/>
        <w:t>v -6.943950 16.218250 -0.253114</w:t>
        <w:br/>
        <w:t>v -7.038036 15.946679 -0.209657</w:t>
        <w:br/>
        <w:t>v -7.062295 16.201319 -0.249004</w:t>
        <w:br/>
        <w:t>v -7.063543 15.763347 -0.153533</w:t>
        <w:br/>
        <w:t>v -7.068654 16.034531 -0.227574</w:t>
        <w:br/>
        <w:t>v -7.186321 15.845371 -0.191663</w:t>
        <w:br/>
        <w:t>v -7.135708 16.009632 -0.209762</w:t>
        <w:br/>
        <w:t>v -7.280915 15.933734 -0.189884</w:t>
        <w:br/>
        <w:t>v -7.343615 15.985322 -0.191095</w:t>
        <w:br/>
        <w:t>v -7.197909 16.143747 -0.217446</w:t>
        <w:br/>
        <w:t>v -7.134339 16.275358 -0.226267</w:t>
        <w:br/>
        <w:t>v -7.247487 16.131075 -0.209188</w:t>
        <w:br/>
        <w:t>v -7.284289 16.181795 -0.220083</w:t>
        <w:br/>
        <w:t>v -7.218011 16.332253 -0.227720</w:t>
        <w:br/>
        <w:t>v -7.343513 16.318977 -0.214376</w:t>
        <w:br/>
        <w:t>v -7.299965 16.178488 -0.217929</w:t>
        <w:br/>
        <w:t>v -7.437939 16.115181 -0.175823</w:t>
        <w:br/>
        <w:t>v -7.428031 15.978207 -0.162356</w:t>
        <w:br/>
        <w:t>v -7.467833 16.142822 -0.196290</w:t>
        <w:br/>
        <w:t>v -7.507783 16.129229 -0.179142</w:t>
        <w:br/>
        <w:t>v -7.566328 15.992787 -0.136041</w:t>
        <w:br/>
        <w:t>v -7.637707 16.124758 -0.088331</w:t>
        <w:br/>
        <w:t>v -7.492243 16.267168 -0.122625</w:t>
        <w:br/>
        <w:t>v -7.467833 16.142822 -0.196290</w:t>
        <w:br/>
        <w:t>v -7.378643 16.356970 -0.113852</w:t>
        <w:br/>
        <w:t>v -7.471801 16.396059 -0.013045</w:t>
        <w:br/>
        <w:t>v -7.531085 16.260317 -0.091868</w:t>
        <w:br/>
        <w:t>v -7.522475 16.269419 -0.071411</w:t>
        <w:br/>
        <w:t>v -7.613277 16.264376 0.019920</w:t>
        <w:br/>
        <w:t>v -7.488485 16.394581 0.011410</w:t>
        <w:br/>
        <w:t>v -7.638331 16.274456 0.039148</w:t>
        <w:br/>
        <w:t>v -7.610656 16.289106 0.033973</w:t>
        <w:br/>
        <w:t>v -7.742246 16.148149 0.046460</w:t>
        <w:br/>
        <w:t>v -7.636786 16.290613 0.059508</w:t>
        <w:br/>
        <w:t>v -7.558604 16.369593 0.107490</w:t>
        <w:br/>
        <w:t>v -7.413614 16.427711 0.105724</w:t>
        <w:br/>
        <w:t>v -7.734888 16.259684 0.148978</w:t>
        <w:br/>
        <w:t>v -7.539326 16.389456 0.150730</w:t>
        <w:br/>
        <w:t>v -7.576386 16.374821 0.126462</w:t>
        <w:br/>
        <w:t>v -7.422987 16.448187 0.189106</w:t>
        <w:br/>
        <w:t>v -7.619046 16.326006 0.218222</w:t>
        <w:br/>
        <w:t>v -7.710136 16.221750 0.233533</w:t>
        <w:br/>
        <w:t>v -7.681211 16.203985 0.319300</w:t>
        <w:br/>
        <w:t>v -7.588905 16.322515 0.284559</w:t>
        <w:br/>
        <w:t>v -7.568214 16.361086 0.257915</w:t>
        <w:br/>
        <w:t>v -7.576270 16.326130 0.299890</w:t>
        <w:br/>
        <w:t>v -7.459786 16.411671 0.305845</w:t>
        <w:br/>
        <w:t>v -7.329985 16.440731 0.250518</w:t>
        <w:br/>
        <w:t>v -7.618865 16.243963 0.406587</w:t>
        <w:br/>
        <w:t>v -7.443243 16.399895 0.326980</w:t>
        <w:br/>
        <w:t>v -7.473694 16.373602 0.351886</w:t>
        <w:br/>
        <w:t>v -7.308203 16.433281 0.318898</w:t>
        <w:br/>
        <w:t>v -7.503722 16.282446 0.457435</w:t>
        <w:br/>
        <w:t>v -7.467898 16.212576 0.479187</w:t>
        <w:br/>
        <w:t>v -7.476707 16.288443 0.463318</w:t>
        <w:br/>
        <w:t>v -7.573508 16.097061 0.497117</w:t>
        <w:br/>
        <w:t>v -7.455772 16.379292 0.358965</w:t>
        <w:br/>
        <w:t>v -7.383780 16.141420 0.564159</w:t>
        <w:br/>
        <w:t>v -7.447417 15.999518 0.568987</w:t>
        <w:br/>
        <w:t>v -7.332134 16.143858 0.578726</w:t>
        <w:br/>
        <w:t>v -7.264179 15.962274 0.610611</w:t>
        <w:br/>
        <w:t>v -7.359496 16.324619 0.489163</w:t>
        <w:br/>
        <w:t>v -7.453509 16.225727 0.502165</w:t>
        <w:br/>
        <w:t>v -7.357416 16.322388 0.513749</w:t>
        <w:br/>
        <w:t>v -7.385818 16.198853 0.530029</w:t>
        <w:br/>
        <w:t>v -7.357416 16.322388 0.513749</w:t>
        <w:br/>
        <w:t>v -7.335504 16.316244 0.521425</w:t>
        <w:br/>
        <w:t>v -7.328724 16.187984 0.553245</w:t>
        <w:br/>
        <w:t>v -7.317305 16.411003 0.380955</w:t>
        <w:br/>
        <w:t>v -7.315603 16.411968 0.379077</w:t>
        <w:br/>
        <w:t>v -7.315507 16.411425 0.381612</w:t>
        <w:br/>
        <w:t>v -7.347816 16.325777 0.490314</w:t>
        <w:br/>
        <w:t>v -7.201483 16.376316 0.430730</w:t>
        <w:br/>
        <w:t>v -7.206507 16.342999 0.540942</w:t>
        <w:br/>
        <w:t>v -7.195570 16.218733 0.603462</w:t>
        <w:br/>
        <w:t>v -7.152124 16.353178 0.551511</w:t>
        <w:br/>
        <w:t>v -7.167929 16.155159 0.601525</w:t>
        <w:br/>
        <w:t>v -7.121488 16.193954 0.591807</w:t>
        <w:br/>
        <w:t>v -7.054120 16.316952 0.557723</w:t>
        <w:br/>
        <w:t>v -6.978807 16.260471 0.546954</w:t>
        <w:br/>
        <w:t>v -7.076007 16.160078 0.571583</w:t>
        <w:br/>
        <w:t>v -6.908833 16.193586 0.562073</w:t>
        <w:br/>
        <w:t>v -7.088315 16.004179 0.605603</w:t>
        <w:br/>
        <w:t>v -7.119502 15.822191 0.581718</w:t>
        <w:br/>
        <w:t>v -7.014944 16.014671 0.577542</w:t>
        <w:br/>
        <w:t>v -7.044881 15.974447 0.599938</w:t>
        <w:br/>
        <w:t>v -6.939685 16.023340 0.563897</w:t>
        <w:br/>
        <w:t>v -6.960143 15.944063 0.563812</w:t>
        <w:br/>
        <w:t>v -6.818533 16.131849 0.550144</w:t>
        <w:br/>
        <w:t>v -6.992107 15.768858 0.512631</w:t>
        <w:br/>
        <w:t>v -6.846400 15.997258 0.542216</w:t>
        <w:br/>
        <w:t>v -6.877789 15.814995 0.477377</w:t>
        <w:br/>
        <w:t>v -6.705789 16.055168 0.527754</w:t>
        <w:br/>
        <w:t>v -6.909307 15.967894 0.545777</w:t>
        <w:br/>
        <w:t>v -6.782064 15.887848 0.453649</w:t>
        <w:br/>
        <w:t>v -6.649968 15.970735 0.397740</w:t>
        <w:br/>
        <w:t>v -6.752076 15.873216 0.385405</w:t>
        <w:br/>
        <w:t>v -6.614128 15.891572 0.199868</w:t>
        <w:br/>
        <w:t>v -6.727715 15.824071 0.206939</w:t>
        <w:br/>
        <w:t>v -6.611724 15.868419 0.158191</w:t>
        <w:br/>
        <w:t>v -6.734221 15.822509 0.165269</w:t>
        <w:br/>
        <w:t>v -6.624821 15.884593 0.113038</w:t>
        <w:br/>
        <w:t>v -6.745282 15.829195 0.125042</w:t>
        <w:br/>
        <w:t>v -8.164362 15.793308 0.122714</w:t>
        <w:br/>
        <w:t>v -8.145275 15.763314 0.120742</w:t>
        <w:br/>
        <w:t>v -8.271931 15.722434 0.128225</w:t>
        <w:br/>
        <w:t>v -8.289081 15.672084 0.132633</w:t>
        <w:br/>
        <w:t>v -8.339402 15.720155 0.168840</w:t>
        <w:br/>
        <w:t>v -8.370478 15.685481 0.172874</w:t>
        <w:br/>
        <w:t>v -8.370478 15.685481 0.172874</w:t>
        <w:br/>
        <w:t>v -8.349153 15.675464 0.415645</w:t>
        <w:br/>
        <w:t>v -8.339402 15.720155 0.168840</w:t>
        <w:br/>
        <w:t>v -8.317599 15.709906 0.417030</w:t>
        <w:br/>
        <w:t>v -8.349153 15.675464 0.415645</w:t>
        <w:br/>
        <w:t>v -8.262055 15.659389 0.440253</w:t>
        <w:br/>
        <w:t>v -8.317599 15.709906 0.417030</w:t>
        <w:br/>
        <w:t>v -8.244042 15.709331 0.445711</w:t>
        <w:br/>
        <w:t>v -8.117842 15.750209 0.434449</w:t>
        <w:br/>
        <w:t>v -8.136821 15.780191 0.438229</w:t>
        <w:br/>
        <w:t>v -8.136821 15.780191 0.438229</w:t>
        <w:br/>
        <w:t>v -8.117842 15.750209 0.434449</w:t>
        <w:br/>
        <w:t>v -8.164362 15.793308 0.122714</w:t>
        <w:br/>
        <w:t>v -8.145275 15.763314 0.120742</w:t>
        <w:br/>
        <w:t>v -8.024595 15.896358 0.423506</w:t>
        <w:br/>
        <w:t>v -8.015783 15.935198 0.423114</w:t>
        <w:br/>
        <w:t>v -8.049788 15.908495 0.132313</w:t>
        <w:br/>
        <w:t>v -8.040905 15.947033 0.134334</w:t>
        <w:br/>
        <w:t>v -8.049788 15.908495 0.132313</w:t>
        <w:br/>
        <w:t>v -8.040905 15.947033 0.134334</w:t>
        <w:br/>
        <w:t>v -8.016852 15.898925 0.123927</w:t>
        <w:br/>
        <w:t>v -7.974318 15.942286 0.121623</w:t>
        <w:br/>
        <w:t>v -7.974318 15.942286 0.121623</w:t>
        <w:br/>
        <w:t>v -7.990647 15.886842 0.423936</w:t>
        <w:br/>
        <w:t>v -8.016852 15.898925 0.123927</w:t>
        <w:br/>
        <w:t>v -7.944175 15.927132 0.420102</w:t>
        <w:br/>
        <w:t>v -8.015783 15.935198 0.423114</w:t>
        <w:br/>
        <w:t>v -7.990647 15.886842 0.423936</w:t>
        <w:br/>
        <w:t>v -7.944175 15.927132 0.420102</w:t>
        <w:br/>
        <w:t>v -8.024595 15.896358 0.423506</w:t>
        <w:br/>
        <w:t>v -8.087841 15.814549 0.434001</w:t>
        <w:br/>
        <w:t>v -8.067369 15.782490 0.431347</w:t>
        <w:br/>
        <w:t>v -7.990647 15.886842 0.423936</w:t>
        <w:br/>
        <w:t>v -7.957633 15.853765 0.422250</w:t>
        <w:br/>
        <w:t>v -7.990647 15.886842 0.423936</w:t>
        <w:br/>
        <w:t>v -7.957633 15.853765 0.422250</w:t>
        <w:br/>
        <w:t>v -8.016852 15.898925 0.123927</w:t>
        <w:br/>
        <w:t>v -7.976072 15.871773 0.115768</w:t>
        <w:br/>
        <w:t>v -8.016852 15.898925 0.123927</w:t>
        <w:br/>
        <w:t>v -7.976072 15.871773 0.115768</w:t>
        <w:br/>
        <w:t>v -8.094761 15.795557 0.118146</w:t>
        <w:br/>
        <w:t>v -8.115073 15.827450 0.121926</w:t>
        <w:br/>
        <w:t>v -8.094761 15.795557 0.118146</w:t>
        <w:br/>
        <w:t>v -8.067369 15.782490 0.431347</w:t>
        <w:br/>
        <w:t>v -8.115073 15.827450 0.121926</w:t>
        <w:br/>
        <w:t>v -8.087841 15.814549 0.434001</w:t>
        <w:br/>
        <w:t>v -1.488825 6.325182 1.167151</w:t>
        <w:br/>
        <w:t>v -1.552358 6.347419 1.157731</w:t>
        <w:br/>
        <w:t>v -1.500166 6.332311 1.210270</w:t>
        <w:br/>
        <w:t>v -1.560038 6.353503 1.196064</w:t>
        <w:br/>
        <w:t>v -1.560038 6.353503 1.196064</w:t>
        <w:br/>
        <w:t>v -1.448149 6.606066 1.257441</w:t>
        <w:br/>
        <w:t>v -1.500166 6.332311 1.210270</w:t>
        <w:br/>
        <w:t>v -1.513236 6.609733 1.239697</w:t>
        <w:br/>
        <w:t>v -1.513236 6.609733 1.239697</w:t>
        <w:br/>
        <w:t>v -1.500660 6.624545 1.198509</w:t>
        <w:br/>
        <w:t>v -1.448149 6.606066 1.257441</w:t>
        <w:br/>
        <w:t>v -1.433738 6.622000 1.210746</w:t>
        <w:br/>
        <w:t>v -1.556104 6.608056 1.261523</w:t>
        <w:br/>
        <w:t>v -1.600879 6.366834 1.226062</w:t>
        <w:br/>
        <w:t>v -1.557127 6.607874 1.240770</w:t>
        <w:br/>
        <w:t>v -1.601166 6.370715 1.200956</w:t>
        <w:br/>
        <w:t>v -1.600879 6.366834 1.226062</w:t>
        <w:br/>
        <w:t>v -1.639856 6.365112 1.217478</w:t>
        <w:br/>
        <w:t>v -1.601166 6.370715 1.200956</w:t>
        <w:br/>
        <w:t>v -1.632744 6.366853 1.190254</w:t>
        <w:br/>
        <w:t>v -1.634109 6.359443 1.190240</w:t>
        <w:br/>
        <w:t>v -1.632744 6.366853 1.190254</w:t>
        <w:br/>
        <w:t>v -1.639856 6.365112 1.217478</w:t>
        <w:br/>
        <w:t>v -1.646468 6.329446 1.212276</w:t>
        <w:br/>
        <w:t>v -1.630480 6.333358 1.151083</w:t>
        <w:br/>
        <w:t>v -1.627484 6.347915 1.153423</w:t>
        <w:br/>
        <w:t>v -1.646468 6.329446 1.212276</w:t>
        <w:br/>
        <w:t>v -1.611410 6.310019 1.217780</w:t>
        <w:br/>
        <w:t>v -1.630480 6.333358 1.151083</w:t>
        <w:br/>
        <w:t>v -1.595422 6.313931 1.156586</w:t>
        <w:br/>
        <w:t>v -1.579136 6.293798 1.224281</w:t>
        <w:br/>
        <w:t>v -1.562742 6.297890 1.161203</w:t>
        <w:br/>
        <w:t>v -1.517878 6.266604 1.236526</w:t>
        <w:br/>
        <w:t>v -1.500866 6.270967 1.170588</w:t>
        <w:br/>
        <w:t>v -1.456793 6.253831 1.248349</w:t>
        <w:br/>
        <w:t>v -1.439782 6.258195 1.182409</w:t>
        <w:br/>
        <w:t>v -1.439782 6.258195 1.182409</w:t>
        <w:br/>
        <w:t>v -1.456793 6.253831 1.248349</w:t>
        <w:br/>
        <w:t>v -1.426134 6.329638 1.192832</w:t>
        <w:br/>
        <w:t>v -1.443833 6.323790 1.258519</w:t>
        <w:br/>
        <w:t>v -1.391068 6.324599 1.258827</w:t>
        <w:br/>
        <w:t>v -1.426134 6.329638 1.192832</w:t>
        <w:br/>
        <w:t>v -1.443833 6.323790 1.258519</w:t>
        <w:br/>
        <w:t>v -1.375157 6.329443 1.203800</w:t>
        <w:br/>
        <w:t>v -1.375157 6.329443 1.203800</w:t>
        <w:br/>
        <w:t>v -1.391068 6.324599 1.258827</w:t>
        <w:br/>
        <w:t>v -1.330637 6.569376 1.238997</w:t>
        <w:br/>
        <w:t>v -1.346976 6.562230 1.293681</w:t>
        <w:br/>
        <w:t>v -1.330637 6.569376 1.238997</w:t>
        <w:br/>
        <w:t>v -1.346976 6.562230 1.293681</w:t>
        <w:br/>
        <w:t>v -1.377872 6.589720 1.231004</w:t>
        <w:br/>
        <w:t>v -1.396035 6.581374 1.296318</w:t>
        <w:br/>
        <w:t>v -1.377872 6.589720 1.231004</w:t>
        <w:br/>
        <w:t>v -1.396035 6.581374 1.296318</w:t>
        <w:br/>
        <w:t>v -1.365778 6.656995 1.240940</w:t>
        <w:br/>
        <w:t>v -1.382791 6.652634 1.306870</w:t>
        <w:br/>
        <w:t>v -1.365778 6.656995 1.240940</w:t>
        <w:br/>
        <w:t>v -1.382791 6.652634 1.306870</w:t>
        <w:br/>
        <w:t>v -1.426853 6.669767 1.229156</w:t>
        <w:br/>
        <w:t>v -1.443867 6.665404 1.295085</w:t>
        <w:br/>
        <w:t>v -1.493498 6.669483 1.215867</w:t>
        <w:br/>
        <w:t>v -1.509897 6.665393 1.278951</w:t>
        <w:br/>
        <w:t>v -1.529774 6.667592 1.208580</w:t>
        <w:br/>
        <w:t>v -1.545764 6.663681 1.269766</w:t>
        <w:br/>
        <w:t>v -1.569151 6.663728 1.199672</w:t>
        <w:br/>
        <w:t>v -1.585140 6.659816 1.260858</w:t>
        <w:br/>
        <w:t>v -1.587014 6.634346 1.235055</w:t>
        <w:br/>
        <w:t>v -1.569151 6.663728 1.199672</w:t>
        <w:br/>
        <w:t>v -1.585140 6.659816 1.260858</w:t>
        <w:br/>
        <w:t>v -1.572060 6.655878 1.197436</w:t>
        <w:br/>
        <w:t>v -1.591792 6.624039 1.255555</w:t>
        <w:br/>
        <w:t>v -1.585503 6.625576 1.231491</w:t>
        <w:br/>
        <w:t>v -1.591792 6.624039 1.255555</w:t>
        <w:br/>
        <w:t>v -1.557127 6.607874 1.240770</w:t>
        <w:br/>
        <w:t>v -1.556104 6.608056 1.261523</w:t>
        <w:br/>
        <w:t>v -1.563895 6.431680 -0.754024</w:t>
        <w:br/>
        <w:t>v -1.504592 6.410872 -0.779902</w:t>
        <w:br/>
        <w:t>v -1.575346 6.451658 -0.786198</w:t>
        <w:br/>
        <w:t>v -1.520111 6.433761 -0.815595</w:t>
        <w:br/>
        <w:t>v -1.575346 6.451658 -0.786198</w:t>
        <w:br/>
        <w:t>v -1.520111 6.433761 -0.815595</w:t>
        <w:br/>
        <w:t>v -1.507408 6.703259 -0.743428</w:t>
        <w:br/>
        <w:t>v -1.445478 6.698619 -0.770905</w:t>
        <w:br/>
        <w:t>v -1.507408 6.703259 -0.743428</w:t>
        <w:br/>
        <w:t>v -1.445478 6.698619 -0.770905</w:t>
        <w:br/>
        <w:t>v -1.488597 6.701416 -0.701994</w:t>
        <w:br/>
        <w:t>v -1.424090 6.695722 -0.724255</w:t>
        <w:br/>
        <w:t>v -1.551073 6.704358 -0.738608</w:t>
        <w:br/>
        <w:t>v -1.617807 6.477201 -0.803236</w:t>
        <w:br/>
        <w:t>v -1.552482 6.711989 -0.757883</w:t>
        <w:br/>
        <w:t>v -1.614733 6.471730 -0.778617</w:t>
        <w:br/>
        <w:t>v -1.617807 6.477201 -0.803236</w:t>
        <w:br/>
        <w:t>v -1.614733 6.471730 -0.778617</w:t>
        <w:br/>
        <w:t>v -1.655470 6.474655 -0.790163</w:t>
        <w:br/>
        <w:t>v -1.645065 6.466017 -0.765428</w:t>
        <w:br/>
        <w:t>v -1.645065 6.466017 -0.765428</w:t>
        <w:br/>
        <w:t>v -1.647187 6.459192 -0.767817</w:t>
        <w:br/>
        <w:t>v -1.655470 6.474655 -0.790163</w:t>
        <w:br/>
        <w:t>v -1.665125 6.439957 -0.796909</w:t>
        <w:br/>
        <w:t>v -1.641735 6.420534 -0.741309</w:t>
        <w:br/>
        <w:t>v -1.637526 6.434759 -0.738801</w:t>
        <w:br/>
        <w:t>v -1.641735 6.420534 -0.741309</w:t>
        <w:br/>
        <w:t>v -1.609796 6.402504 -0.758385</w:t>
        <w:br/>
        <w:t>v -1.665125 6.439957 -0.796909</w:t>
        <w:br/>
        <w:t>v -1.633186 6.421926 -0.813986</w:t>
        <w:br/>
        <w:t>v -1.579747 6.387433 -0.773103</w:t>
        <w:br/>
        <w:t>v -1.603778 6.407393 -0.830448</w:t>
        <w:br/>
        <w:t>v -1.522567 6.362346 -0.800350</w:t>
        <w:br/>
        <w:t>v -1.547571 6.383124 -0.860345</w:t>
        <w:br/>
        <w:t>v -1.464972 6.351350 -0.824765</w:t>
        <w:br/>
        <w:t>v -1.489977 6.372128 -0.884760</w:t>
        <w:br/>
        <w:t>v -1.464972 6.351350 -0.824765</w:t>
        <w:br/>
        <w:t>v -1.445233 6.420837 -0.811316</w:t>
        <w:br/>
        <w:t>v -1.489977 6.372128 -0.884760</w:t>
        <w:br/>
        <w:t>v -1.471043 6.440181 -0.871499</w:t>
        <w:br/>
        <w:t>v -1.418886 6.438111 -0.879270</w:t>
        <w:br/>
        <w:t>v -1.471043 6.440181 -0.871499</w:t>
        <w:br/>
        <w:t>v -1.445233 6.420837 -0.811316</w:t>
        <w:br/>
        <w:t>v -1.396201 6.421797 -0.829033</w:t>
        <w:br/>
        <w:t>v -1.418886 6.438111 -0.879270</w:t>
        <w:br/>
        <w:t>v -1.396201 6.421797 -0.829033</w:t>
        <w:br/>
        <w:t>v -1.331233 6.655304 -0.783851</w:t>
        <w:br/>
        <w:t>v -1.354542 6.669379 -0.834517</w:t>
        <w:br/>
        <w:t>v -1.331233 6.655304 -0.783851</w:t>
        <w:br/>
        <w:t>v -1.374808 6.673961 -0.762358</w:t>
        <w:br/>
        <w:t>v -1.354542 6.669379 -0.834517</w:t>
        <w:br/>
        <w:t>v -1.401293 6.690871 -0.823005</w:t>
        <w:br/>
        <w:t>v -1.374808 6.673961 -0.762358</w:t>
        <w:br/>
        <w:t>v -1.356983 6.739482 -0.749694</w:t>
        <w:br/>
        <w:t>v -1.401293 6.690871 -0.823005</w:t>
        <w:br/>
        <w:t>v -1.381988 6.760258 -0.809680</w:t>
        <w:br/>
        <w:t>v -1.381988 6.760258 -0.809680</w:t>
        <w:br/>
        <w:t>v -1.356983 6.739482 -0.749694</w:t>
        <w:br/>
        <w:t>v -1.439579 6.771267 -0.785302</w:t>
        <w:br/>
        <w:t>v -1.414574 6.750490 -0.725316</w:t>
        <w:br/>
        <w:t>v -1.478857 6.749117 -0.703313</w:t>
        <w:br/>
        <w:t>v -1.502892 6.769080 -0.760662</w:t>
        <w:br/>
        <w:t>v -1.514022 6.746737 -0.691896</w:t>
        <w:br/>
        <w:t>v -1.537411 6.766156 -0.747489</w:t>
        <w:br/>
        <w:t>v -1.552266 6.742103 -0.679218</w:t>
        <w:br/>
        <w:t>v -1.575655 6.761521 -0.734810</w:t>
        <w:br/>
        <w:t>v -1.577142 6.728580 -0.719623</w:t>
        <w:br/>
        <w:t>v -1.575655 6.761521 -0.734810</w:t>
        <w:br/>
        <w:t>v -1.552266 6.742103 -0.679218</w:t>
        <w:br/>
        <w:t>v -1.555698 6.734150 -0.679480</w:t>
        <w:br/>
        <w:t>v -1.585349 6.726680 -0.741495</w:t>
        <w:br/>
        <w:t>v -1.576151 6.719044 -0.719632</w:t>
        <w:br/>
        <w:t>v -1.551073 6.704358 -0.738608</w:t>
        <w:br/>
        <w:t>v -1.585349 6.726680 -0.741495</w:t>
        <w:br/>
        <w:t>v -1.552482 6.711989 -0.757883</w:t>
        <w:br/>
        <w:t>v -1.535295 5.736838 1.089396</w:t>
        <w:br/>
        <w:t>v -1.598876 5.759089 1.079950</w:t>
        <w:br/>
        <w:t>v -1.546455 5.743913 1.132603</w:t>
        <w:br/>
        <w:t>v -1.606379 5.765121 1.118371</w:t>
        <w:br/>
        <w:t>v -1.606379 5.765121 1.118371</w:t>
        <w:br/>
        <w:t>v -1.494349 6.017636 1.179818</w:t>
        <w:br/>
        <w:t>v -1.546455 5.743913 1.132603</w:t>
        <w:br/>
        <w:t>v -1.559477 6.021316 1.162053</w:t>
        <w:br/>
        <w:t>v -1.559477 6.021316 1.162053</w:t>
        <w:br/>
        <w:t>v -1.547049 6.036177 1.120793</w:t>
        <w:br/>
        <w:t>v -1.494349 6.017636 1.179818</w:t>
        <w:br/>
        <w:t>v -1.480078 6.033616 1.133055</w:t>
        <w:br/>
        <w:t>v -1.602296 6.019624 1.183904</w:t>
        <w:br/>
        <w:t>v -1.647122 5.778419 1.148416</w:t>
        <w:br/>
        <w:t>v -1.603364 6.019456 1.163128</w:t>
        <w:br/>
        <w:t>v -1.647489 5.782324 1.123271</w:t>
        <w:br/>
        <w:t>v -1.647122 5.778419 1.148416</w:t>
        <w:br/>
        <w:t>v -1.686122 5.776702 1.139821</w:t>
        <w:br/>
        <w:t>v -1.647489 5.782324 1.123271</w:t>
        <w:br/>
        <w:t>v -1.679104 5.778473 1.112550</w:t>
        <w:br/>
        <w:t>v -1.680469 5.771062 1.112536</w:t>
        <w:br/>
        <w:t>v -1.679104 5.778473 1.112550</w:t>
        <w:br/>
        <w:t>v -1.686122 5.776702 1.139821</w:t>
        <w:br/>
        <w:t>v -1.692743 5.741040 1.134615</w:t>
        <w:br/>
        <w:t>v -1.677018 5.745034 1.073290</w:t>
        <w:br/>
        <w:t>v -1.674014 5.759587 1.075634</w:t>
        <w:br/>
        <w:t>v -1.692743 5.741040 1.134615</w:t>
        <w:br/>
        <w:t>v -1.657668 5.721608 1.140128</w:t>
        <w:br/>
        <w:t>v -1.677018 5.745034 1.073290</w:t>
        <w:br/>
        <w:t>v -1.641932 5.725599 1.078808</w:t>
        <w:br/>
        <w:t>v -1.625375 5.705381 1.146637</w:t>
        <w:br/>
        <w:t>v -1.609228 5.709551 1.083438</w:t>
        <w:br/>
        <w:t>v -1.564085 5.678177 1.158898</w:t>
        <w:br/>
        <w:t>v -1.547305 5.682612 1.092847</w:t>
        <w:br/>
        <w:t>v -1.502979 5.665398 1.170732</w:t>
        <w:br/>
        <w:t>v -1.486166 5.669825 1.104696</w:t>
        <w:br/>
        <w:t>v -1.486166 5.669825 1.104696</w:t>
        <w:br/>
        <w:t>v -1.502979 5.665398 1.170732</w:t>
        <w:br/>
        <w:t>v -1.472489 5.741259 1.115133</w:t>
        <w:br/>
        <w:t>v -1.490009 5.735352 1.180908</w:t>
        <w:br/>
        <w:t>v -1.437243 5.736162 1.181216</w:t>
        <w:br/>
        <w:t>v -1.472489 5.741259 1.115133</w:t>
        <w:br/>
        <w:t>v -1.490009 5.735352 1.180908</w:t>
        <w:br/>
        <w:t>v -1.421471 5.741054 1.126122</w:t>
        <w:br/>
        <w:t>v -1.421471 5.741054 1.126122</w:t>
        <w:br/>
        <w:t>v -1.437243 5.736162 1.181216</w:t>
        <w:br/>
        <w:t>v -1.376876 5.980960 1.161355</w:t>
        <w:br/>
        <w:t>v -1.393130 5.973787 1.216080</w:t>
        <w:br/>
        <w:t>v -1.376876 5.980960 1.161355</w:t>
        <w:br/>
        <w:t>v -1.393130 5.973787 1.216080</w:t>
        <w:br/>
        <w:t>v -1.424136 6.001310 1.153349</w:t>
        <w:br/>
        <w:t>v -1.442189 5.992929 1.218717</w:t>
        <w:br/>
        <w:t>v -1.424136 6.001310 1.153349</w:t>
        <w:br/>
        <w:t>v -1.442189 5.992929 1.218717</w:t>
        <w:br/>
        <w:t>v -1.412022 6.068580 1.163295</w:t>
        <w:br/>
        <w:t>v -1.428944 6.064188 1.229269</w:t>
        <w:br/>
        <w:t>v -1.412022 6.068580 1.163295</w:t>
        <w:br/>
        <w:t>v -1.428944 6.064188 1.229269</w:t>
        <w:br/>
        <w:t>v -1.473135 6.081365 1.151493</w:t>
        <w:br/>
        <w:t>v -1.490023 6.076961 1.217483</w:t>
        <w:br/>
        <w:t>v -1.539826 6.081095 1.138181</w:t>
        <w:br/>
        <w:t>v -1.556067 6.076951 1.201342</w:t>
        <w:br/>
        <w:t>v -1.576129 6.079211 1.130881</w:t>
        <w:br/>
        <w:t>v -1.591946 6.075247 1.192152</w:t>
        <w:br/>
        <w:t>v -1.615539 6.075356 1.121956</w:t>
        <w:br/>
        <w:t>v -1.631338 6.071384 1.183236</w:t>
        <w:br/>
        <w:t>v -1.633268 6.045934 1.157404</w:t>
        <w:br/>
        <w:t>v -1.615539 6.075356 1.121956</w:t>
        <w:br/>
        <w:t>v -1.631338 6.071384 1.183236</w:t>
        <w:br/>
        <w:t>v -1.618456 6.067512 1.119716</w:t>
        <w:br/>
        <w:t>v -1.637997 6.035609 1.177929</w:t>
        <w:br/>
        <w:t>v -1.631767 6.037167 1.153836</w:t>
        <w:br/>
        <w:t>v -1.637997 6.035609 1.177929</w:t>
        <w:br/>
        <w:t>v -1.603364 6.019456 1.163128</w:t>
        <w:br/>
        <w:t>v -1.602296 6.019624 1.183904</w:t>
        <w:br/>
        <w:t>v -1.694216 5.870055 -0.873205</w:t>
        <w:br/>
        <w:t>v -1.638700 5.850798 -0.900656</w:t>
        <w:br/>
        <w:t>v -1.708035 5.890715 -0.906614</w:t>
        <w:br/>
        <w:t>v -1.656962 5.874493 -0.937763</w:t>
        <w:br/>
        <w:t>v -1.708035 5.890715 -0.906614</w:t>
        <w:br/>
        <w:t>v -1.656962 5.874493 -0.937763</w:t>
        <w:br/>
        <w:t>v -1.639785 6.142653 -0.863307</w:t>
        <w:br/>
        <w:t>v -1.581407 6.139405 -0.892313</w:t>
        <w:br/>
        <w:t>v -1.639785 6.142653 -0.863307</w:t>
        <w:br/>
        <w:t>v -1.581407 6.139405 -0.892313</w:t>
        <w:br/>
        <w:t>v -1.617928 6.139908 -0.820310</w:t>
        <w:br/>
        <w:t>v -1.556317 6.135359 -0.843809</w:t>
        <w:br/>
        <w:t>v -1.681877 6.143019 -0.857913</w:t>
        <w:br/>
        <w:t>v -1.750389 5.915901 -0.923880</w:t>
        <w:br/>
        <w:t>v -1.684882 6.151155 -0.877981</w:t>
        <w:br/>
        <w:t>v -1.745399 5.909852 -0.898286</w:t>
        <w:br/>
        <w:t>v -1.750389 5.915901 -0.923880</w:t>
        <w:br/>
        <w:t>v -1.745399 5.909852 -0.898286</w:t>
        <w:br/>
        <w:t>v -1.785295 5.912151 -0.909729</w:t>
        <w:br/>
        <w:t>v -1.773345 5.903126 -0.884137</w:t>
        <w:br/>
        <w:t>v -1.773345 5.903126 -0.884137</w:t>
        <w:br/>
        <w:t>v -1.775527 5.896299 -0.886574</w:t>
        <w:br/>
        <w:t>v -1.785295 5.912151 -0.909729</w:t>
        <w:br/>
        <w:t>v -1.794841 5.877311 -0.916512</w:t>
        <w:br/>
        <w:t>v -1.768016 5.857042 -0.859002</w:t>
        <w:br/>
        <w:t>v -1.763862 5.871320 -0.856487</w:t>
        <w:br/>
        <w:t>v -1.768016 5.857042 -0.859002</w:t>
        <w:br/>
        <w:t>v -1.738665 5.840082 -0.877139</w:t>
        <w:br/>
        <w:t>v -1.794841 5.877311 -0.916512</w:t>
        <w:br/>
        <w:t>v -1.765687 5.860449 -0.934721</w:t>
        <w:br/>
        <w:t>v -1.710869 5.825948 -0.892781</w:t>
        <w:br/>
        <w:t>v -1.738835 5.846972 -0.952236</w:t>
        <w:br/>
        <w:t>v -1.657687 5.802494 -0.921690</w:t>
        <w:br/>
        <w:t>v -1.687170 5.824560 -0.984019</w:t>
        <w:br/>
        <w:t>v -1.603569 5.792896 -0.947569</w:t>
        <w:br/>
        <w:t>v -1.633396 5.815126 -1.010020</w:t>
        <w:br/>
        <w:t>v -1.603569 5.792896 -0.947569</w:t>
        <w:br/>
        <w:t>v -1.583367 5.862314 -0.933823</w:t>
        <w:br/>
        <w:t>v -1.633396 5.815126 -1.010020</w:t>
        <w:br/>
        <w:t>v -1.614078 5.883154 -0.996485</w:t>
        <w:br/>
        <w:t>v -1.563569 5.881804 -1.004901</w:t>
        <w:br/>
        <w:t>v -1.614078 5.883154 -0.996485</w:t>
        <w:br/>
        <w:t>v -1.583367 5.862314 -0.933823</w:t>
        <w:br/>
        <w:t>v -1.536583 5.864138 -0.952523</w:t>
        <w:br/>
        <w:t>v -1.563569 5.881804 -1.004901</w:t>
        <w:br/>
        <w:t>v -1.536583 5.864138 -0.952523</w:t>
        <w:br/>
        <w:t>v -1.468988 6.096857 -0.906001</w:t>
        <w:br/>
        <w:t>v -1.496819 6.112406 -0.958872</w:t>
        <w:br/>
        <w:t>v -1.468988 6.096857 -0.906001</w:t>
        <w:br/>
        <w:t>v -1.510648 6.114863 -0.883597</w:t>
        <w:br/>
        <w:t>v -1.496819 6.112406 -0.958872</w:t>
        <w:br/>
        <w:t>v -1.542330 6.133433 -0.946807</w:t>
        <w:br/>
        <w:t>v -1.510648 6.114863 -0.883597</w:t>
        <w:br/>
        <w:t>v -1.492090 6.180161 -0.870561</w:t>
        <w:br/>
        <w:t>v -1.542330 6.133433 -0.946807</w:t>
        <w:br/>
        <w:t>v -1.522318 6.202623 -0.933108</w:t>
        <w:br/>
        <w:t>v -1.492090 6.180161 -0.870561</w:t>
        <w:br/>
        <w:t>v -1.547243 6.190298 -0.845064</w:t>
        <w:br/>
        <w:t>v -1.522318 6.202623 -0.933108</w:t>
        <w:br/>
        <w:t>v -1.577187 6.212624 -0.907509</w:t>
        <w:br/>
        <w:t>v -1.608709 6.187820 -0.821847</w:t>
        <w:br/>
        <w:t>v -1.637149 6.209115 -0.881437</w:t>
        <w:br/>
        <w:t>v -1.642172 6.184743 -0.809723</w:t>
        <w:br/>
        <w:t>v -1.669653 6.205365 -0.867425</w:t>
        <w:br/>
        <w:t>v -1.678375 6.179259 -0.796211</w:t>
        <w:br/>
        <w:t>v -1.705657 6.199784 -0.853843</w:t>
        <w:br/>
        <w:t>v -1.705692 6.166365 -0.837952</w:t>
        <w:br/>
        <w:t>v -1.705657 6.199784 -0.853843</w:t>
        <w:br/>
        <w:t>v -1.678375 6.179259 -0.796211</w:t>
        <w:br/>
        <w:t>v -1.681693 6.171249 -0.796435</w:t>
        <w:br/>
        <w:t>v -1.715395 6.164886 -0.860612</w:t>
        <w:br/>
        <w:t>v -1.704687 6.156830 -0.837950</w:t>
        <w:br/>
        <w:t>v -1.681877 6.143019 -0.857913</w:t>
        <w:br/>
        <w:t>v -1.715395 6.164886 -0.860612</w:t>
        <w:br/>
        <w:t>v -1.684882 6.151155 -0.877981</w:t>
        <w:br/>
        <w:t>v 1.533922 6.345156 1.133385</w:t>
        <w:br/>
        <w:t>v 1.470331 6.323058 1.142738</w:t>
        <w:br/>
        <w:t>v 1.481705 6.329988 1.185881</w:t>
        <w:br/>
        <w:t>v 1.541631 6.351071 1.171739</w:t>
        <w:br/>
        <w:t>v 1.541631 6.351071 1.171739</w:t>
        <w:br/>
        <w:t>v 1.481705 6.329988 1.185881</w:t>
        <w:br/>
        <w:t>v 1.430459 6.603698 1.234142</w:t>
        <w:br/>
        <w:t>v 1.495551 6.607253 1.216391</w:t>
        <w:br/>
        <w:t>v 1.483002 6.622262 1.175265</w:t>
        <w:br/>
        <w:t>v 1.495551 6.607253 1.216391</w:t>
        <w:br/>
        <w:t>v 1.430459 6.603698 1.234142</w:t>
        <w:br/>
        <w:t>v 1.416078 6.619854 1.187514</w:t>
        <w:br/>
        <w:t>v 1.539437 6.605270 1.217442</w:t>
        <w:br/>
        <w:t>v 1.582518 6.364170 1.201775</w:t>
        <w:br/>
        <w:t>v 1.538421 6.605373 1.238196</w:t>
        <w:br/>
        <w:t>v 1.582808 6.368148 1.176685</w:t>
        <w:br/>
        <w:t>v 1.582518 6.364170 1.201775</w:t>
        <w:br/>
        <w:t>v 1.582808 6.368148 1.176685</w:t>
        <w:br/>
        <w:t>v 1.621488 6.362374 1.193172</w:t>
        <w:br/>
        <w:t>v 1.614371 6.364241 1.165958</w:t>
        <w:br/>
        <w:t>v 1.614371 6.364241 1.165958</w:t>
        <w:br/>
        <w:t>v 1.615716 6.356827 1.165914</w:t>
        <w:br/>
        <w:t>v 1.621488 6.362374 1.193172</w:t>
        <w:br/>
        <w:t>v 1.627999 6.326709 1.187829</w:t>
        <w:br/>
        <w:t>v 1.612003 6.330907 1.126656</w:t>
        <w:br/>
        <w:t>v 1.609048 6.345462 1.129054</w:t>
        <w:br/>
        <w:t>v 1.627999 6.326709 1.187829</w:t>
        <w:br/>
        <w:t>v 1.612003 6.330907 1.126656</w:t>
        <w:br/>
        <w:t>v 1.592890 6.307358 1.193268</w:t>
        <w:br/>
        <w:t>v 1.576893 6.311554 1.132094</w:t>
        <w:br/>
        <w:t>v 1.560573 6.291202 1.199715</w:t>
        <w:br/>
        <w:t>v 1.544170 6.295585 1.136659</w:t>
        <w:br/>
        <w:t>v 1.499244 6.264129 1.211874</w:t>
        <w:br/>
        <w:t>v 1.482224 6.268796 1.145958</w:t>
        <w:br/>
        <w:t>v 1.438128 6.251478 1.223666</w:t>
        <w:br/>
        <w:t>v 1.421108 6.256148 1.157750</w:t>
        <w:br/>
        <w:t>v 1.421108 6.256148 1.157750</w:t>
        <w:br/>
        <w:t>v 1.407661 6.327588 1.168458</w:t>
        <w:br/>
        <w:t>v 1.438128 6.251478 1.223666</w:t>
        <w:br/>
        <w:t>v 1.425364 6.321431 1.234115</w:t>
        <w:br/>
        <w:t>v 1.425364 6.321431 1.234115</w:t>
        <w:br/>
        <w:t>v 1.407661 6.327588 1.168458</w:t>
        <w:br/>
        <w:t>v 1.372601 6.322385 1.234443</w:t>
        <w:br/>
        <w:t>v 1.356687 6.327490 1.179442</w:t>
        <w:br/>
        <w:t>v 1.372601 6.322385 1.234443</w:t>
        <w:br/>
        <w:t>v 1.356687 6.327490 1.179442</w:t>
        <w:br/>
        <w:t>v 1.312841 6.567406 1.215592</w:t>
        <w:br/>
        <w:t>v 1.329176 6.559999 1.270243</w:t>
        <w:br/>
        <w:t>v 1.312841 6.567406 1.215592</w:t>
        <w:br/>
        <w:t>v 1.360129 6.587649 1.207664</w:t>
        <w:br/>
        <w:t>v 1.329176 6.559999 1.270243</w:t>
        <w:br/>
        <w:t>v 1.378289 6.578997 1.272939</w:t>
        <w:br/>
        <w:t>v 1.360129 6.587649 1.207664</w:t>
        <w:br/>
        <w:t>v 1.348224 6.654919 1.217868</w:t>
        <w:br/>
        <w:t>v 1.378289 6.578997 1.272939</w:t>
        <w:br/>
        <w:t>v 1.365246 6.650251 1.283774</w:t>
        <w:br/>
        <w:t>v 1.409330 6.667568 1.206113</w:t>
        <w:br/>
        <w:t>v 1.365246 6.650251 1.283774</w:t>
        <w:br/>
        <w:t>v 1.348224 6.654919 1.217868</w:t>
        <w:br/>
        <w:t>v 1.426353 6.662900 1.272020</w:t>
        <w:br/>
        <w:t>v 1.475970 6.667152 1.192802</w:t>
        <w:br/>
        <w:t>v 1.492378 6.662768 1.255864</w:t>
        <w:br/>
        <w:t>v 1.512239 6.665189 1.185496</w:t>
        <w:br/>
        <w:t>v 1.528237 6.660995 1.246661</w:t>
        <w:br/>
        <w:t>v 1.551602 6.661251 1.176560</w:t>
        <w:br/>
        <w:t>v 1.567600 6.657056 1.237725</w:t>
        <w:br/>
        <w:t>v 1.569394 6.631681 1.211822</w:t>
        <w:br/>
        <w:t>v 1.567600 6.657056 1.237725</w:t>
        <w:br/>
        <w:t>v 1.551602 6.661251 1.176560</w:t>
        <w:br/>
        <w:t>v 1.554488 6.653402 1.174293</w:t>
        <w:br/>
        <w:t>v 1.574151 6.621280 1.232279</w:t>
        <w:br/>
        <w:t>v 1.567859 6.622928 1.208224</w:t>
        <w:br/>
        <w:t>v 1.539437 6.605270 1.217442</w:t>
        <w:br/>
        <w:t>v 1.574151 6.621280 1.232279</w:t>
        <w:br/>
        <w:t>v 1.538421 6.605373 1.238196</w:t>
        <w:br/>
        <w:t>v 1.545087 6.436879 -0.778028</w:t>
        <w:br/>
        <w:t>v 1.556583 6.456953 -0.810128</w:t>
        <w:br/>
        <w:t>v 1.485719 6.416337 -0.803969</w:t>
        <w:br/>
        <w:t>v 1.501290 6.439322 -0.839577</w:t>
        <w:br/>
        <w:t>v 1.556583 6.456953 -0.810128</w:t>
        <w:br/>
        <w:t>v 1.489354 6.708568 -0.766350</w:t>
        <w:br/>
        <w:t>v 1.501290 6.439322 -0.839577</w:t>
        <w:br/>
        <w:t>v 1.427402 6.704208 -0.793824</w:t>
        <w:br/>
        <w:t>v 1.470551 6.706616 -0.724917</w:t>
        <w:br/>
        <w:t>v 1.427402 6.704208 -0.793824</w:t>
        <w:br/>
        <w:t>v 1.489354 6.708568 -0.766350</w:t>
        <w:br/>
        <w:t>v 1.406022 6.701188 -0.747179</w:t>
        <w:br/>
        <w:t>v 1.534447 6.717232 -0.780785</w:t>
        <w:br/>
        <w:t>v 1.599109 6.482445 -0.827079</w:t>
        <w:br/>
        <w:t>v 1.533023 6.709530 -0.761540</w:t>
        <w:br/>
        <w:t>v 1.596028 6.476886 -0.802481</w:t>
        <w:br/>
        <w:t>v 1.599109 6.482445 -0.827079</w:t>
        <w:br/>
        <w:t>v 1.636769 6.479743 -0.814029</w:t>
        <w:br/>
        <w:t>v 1.596028 6.476886 -0.802481</w:t>
        <w:br/>
        <w:t>v 1.626348 6.471036 -0.789325</w:t>
        <w:br/>
        <w:t>v 1.628451 6.464216 -0.791740</w:t>
        <w:br/>
        <w:t>v 1.626348 6.471036 -0.789325</w:t>
        <w:br/>
        <w:t>v 1.636769 6.479743 -0.814029</w:t>
        <w:br/>
        <w:t>v 1.646326 6.445044 -0.820913</w:t>
        <w:br/>
        <w:t>v 1.618731 6.439695 -0.762817</w:t>
        <w:br/>
        <w:t>v 1.622900 6.425470 -0.765383</w:t>
        <w:br/>
        <w:t>v 1.622900 6.425470 -0.765383</w:t>
        <w:br/>
        <w:t>v 1.646326 6.445044 -0.820913</w:t>
        <w:br/>
        <w:t>v 1.590907 6.407595 -0.782518</w:t>
        <w:br/>
        <w:t>v 1.614332 6.427170 -0.838050</w:t>
        <w:br/>
        <w:t>v 1.560811 6.392664 -0.797285</w:t>
        <w:br/>
        <w:t>v 1.584878 6.412783 -0.854560</w:t>
        <w:br/>
        <w:t>v 1.503553 6.367843 -0.824613</w:t>
        <w:br/>
        <w:t>v 1.528596 6.388786 -0.884534</w:t>
        <w:br/>
        <w:t>v 1.445921 6.357100 -0.849051</w:t>
        <w:br/>
        <w:t>v 1.470964 6.378044 -0.908973</w:t>
        <w:br/>
        <w:t>v 1.445921 6.357100 -0.849051</w:t>
        <w:br/>
        <w:t>v 1.470964 6.378044 -0.908973</w:t>
        <w:br/>
        <w:t>v 1.426377 6.426590 -0.835323</w:t>
        <w:br/>
        <w:t>v 1.452222 6.446097 -0.895439</w:t>
        <w:br/>
        <w:t>v 1.452222 6.446097 -0.895439</w:t>
        <w:br/>
        <w:t>v 1.400057 6.444202 -0.903201</w:t>
        <w:br/>
        <w:t>v 1.426377 6.426590 -0.835323</w:t>
        <w:br/>
        <w:t>v 1.377343 6.427753 -0.853021</w:t>
        <w:br/>
        <w:t>v 1.377343 6.427753 -0.853021</w:t>
        <w:br/>
        <w:t>v 1.400057 6.444202 -0.903201</w:t>
        <w:br/>
        <w:t>v 1.313034 6.661260 -0.806903</w:t>
        <w:br/>
        <w:t>v 1.336366 6.675470 -0.857521</w:t>
        <w:br/>
        <w:t>v 1.313034 6.661260 -0.806903</w:t>
        <w:br/>
        <w:t>v 1.336366 6.675470 -0.857521</w:t>
        <w:br/>
        <w:t>v 1.356667 6.679712 -0.785351</w:t>
        <w:br/>
        <w:t>v 1.383180 6.696787 -0.845939</w:t>
        <w:br/>
        <w:t>v 1.356667 6.679712 -0.785351</w:t>
        <w:br/>
        <w:t>v 1.383180 6.696787 -0.845939</w:t>
        <w:br/>
        <w:t>v 1.339027 6.745232 -0.772425</w:t>
        <w:br/>
        <w:t>v 1.364071 6.766174 -0.832337</w:t>
        <w:br/>
        <w:t>v 1.364071 6.766174 -0.832337</w:t>
        <w:br/>
        <w:t>v 1.421700 6.776928 -0.807934</w:t>
        <w:br/>
        <w:t>v 1.339027 6.745232 -0.772425</w:t>
        <w:br/>
        <w:t>v 1.396656 6.755985 -0.748022</w:t>
        <w:br/>
        <w:t>v 1.460942 6.754348 -0.726046</w:t>
        <w:br/>
        <w:t>v 1.485014 6.774470 -0.783324</w:t>
        <w:br/>
        <w:t>v 1.496104 6.751826 -0.714650</w:t>
        <w:br/>
        <w:t>v 1.519529 6.771398 -0.770174</w:t>
        <w:br/>
        <w:t>v 1.534339 6.747036 -0.702003</w:t>
        <w:br/>
        <w:t>v 1.557764 6.766610 -0.757526</w:t>
        <w:br/>
        <w:t>v 1.559165 6.733603 -0.742468</w:t>
        <w:br/>
        <w:t>v 1.534339 6.747036 -0.702003</w:t>
        <w:br/>
        <w:t>v 1.557764 6.766610 -0.757526</w:t>
        <w:br/>
        <w:t>v 1.537749 6.739076 -0.702296</w:t>
        <w:br/>
        <w:t>v 1.567360 6.731768 -0.764350</w:t>
        <w:br/>
        <w:t>v 1.558147 6.724071 -0.742514</w:t>
        <w:br/>
        <w:t>v 1.567360 6.731768 -0.764350</w:t>
        <w:br/>
        <w:t>v 1.533023 6.709530 -0.761540</w:t>
        <w:br/>
        <w:t>v 1.534447 6.717232 -0.780785</w:t>
        <w:br/>
        <w:t>v 1.578791 5.757012 1.053283</w:t>
        <w:br/>
        <w:t>v 1.515152 5.734900 1.062663</w:t>
        <w:br/>
        <w:t>v 1.526345 5.741773 1.105894</w:t>
        <w:br/>
        <w:t>v 1.586322 5.762871 1.091725</w:t>
        <w:br/>
        <w:t>v 1.586322 5.762871 1.091725</w:t>
        <w:br/>
        <w:t>v 1.526345 5.741773 1.105894</w:t>
        <w:br/>
        <w:t>v 1.475010 6.015452 1.154198</w:t>
        <w:br/>
        <w:t>v 1.540142 6.019021 1.136427</w:t>
        <w:br/>
        <w:t>v 1.527743 6.034078 1.095229</w:t>
        <w:br/>
        <w:t>v 1.540142 6.019021 1.136427</w:t>
        <w:br/>
        <w:t>v 1.475010 6.015452 1.154198</w:t>
        <w:br/>
        <w:t>v 1.460769 6.031654 1.107502</w:t>
        <w:br/>
        <w:t>v 1.584025 6.017036 1.137479</w:t>
        <w:br/>
        <w:t>v 1.627113 5.775938 1.121809</w:t>
        <w:br/>
        <w:t>v 1.582963 6.017126 1.158256</w:t>
        <w:br/>
        <w:t>v 1.627482 5.779942 1.096679</w:t>
        <w:br/>
        <w:t>v 1.627113 5.775938 1.121809</w:t>
        <w:br/>
        <w:t>v 1.627482 5.779942 1.096679</w:t>
        <w:br/>
        <w:t>v 1.666104 5.774148 1.113194</w:t>
        <w:br/>
        <w:t>v 1.659083 5.776046 1.085933</w:t>
        <w:br/>
        <w:t>v 1.659083 5.776046 1.085933</w:t>
        <w:br/>
        <w:t>v 1.660426 5.768631 1.085890</w:t>
        <w:br/>
        <w:t>v 1.666104 5.774148 1.113194</w:t>
        <w:br/>
        <w:t>v 1.672626 5.738490 1.107846</w:t>
        <w:br/>
        <w:t>v 1.656892 5.742768 1.046543</w:t>
        <w:br/>
        <w:t>v 1.653929 5.757318 1.048945</w:t>
        <w:br/>
        <w:t>v 1.672626 5.738490 1.107846</w:t>
        <w:br/>
        <w:t>v 1.656892 5.742768 1.046543</w:t>
        <w:br/>
        <w:t>v 1.637499 5.719132 1.113294</w:t>
        <w:br/>
        <w:t>v 1.621754 5.723407 1.051996</w:t>
        <w:br/>
        <w:t>v 1.605163 5.702968 1.119751</w:t>
        <w:br/>
        <w:t>v 1.589007 5.707431 1.056574</w:t>
        <w:br/>
        <w:t>v 1.543802 5.675886 1.131925</w:t>
        <w:br/>
        <w:t>v 1.527013 5.680628 1.065897</w:t>
        <w:br/>
        <w:t>v 1.482664 5.663229 1.143729</w:t>
        <w:br/>
        <w:t>v 1.465843 5.667964 1.077716</w:t>
        <w:br/>
        <w:t>v 1.465843 5.667964 1.077716</w:t>
        <w:br/>
        <w:t>v 1.452367 5.739392 1.088438</w:t>
        <w:br/>
        <w:t>v 1.482664 5.663229 1.143729</w:t>
        <w:br/>
        <w:t>v 1.469891 5.733179 1.154184</w:t>
        <w:br/>
        <w:t>v 1.469891 5.733179 1.154184</w:t>
        <w:br/>
        <w:t>v 1.452367 5.739392 1.088438</w:t>
        <w:br/>
        <w:t>v 1.417127 5.734133 1.154512</w:t>
        <w:br/>
        <w:t>v 1.401351 5.739283 1.099443</w:t>
        <w:br/>
        <w:t>v 1.417127 5.734133 1.154512</w:t>
        <w:br/>
        <w:t>v 1.401351 5.739283 1.099443</w:t>
        <w:br/>
        <w:t>v 1.357430 5.979172 1.135629</w:t>
        <w:br/>
        <w:t>v 1.373682 5.971741 1.190321</w:t>
        <w:br/>
        <w:t>v 1.357430 5.979172 1.135629</w:t>
        <w:br/>
        <w:t>v 1.404744 5.999424 1.127689</w:t>
        <w:br/>
        <w:t>v 1.373682 5.971741 1.190321</w:t>
        <w:br/>
        <w:t>v 1.422794 5.990738 1.193017</w:t>
        <w:br/>
        <w:t>v 1.404744 5.999424 1.127689</w:t>
        <w:br/>
        <w:t>v 1.392819 6.066687 1.137902</w:t>
        <w:br/>
        <w:t>v 1.422794 5.990738 1.193017</w:t>
        <w:br/>
        <w:t>v 1.409750 6.061990 1.203853</w:t>
        <w:br/>
        <w:t>v 1.453963 6.079349 1.126130</w:t>
        <w:br/>
        <w:t>v 1.409750 6.061990 1.203853</w:t>
        <w:br/>
        <w:t>v 1.392819 6.066687 1.137902</w:t>
        <w:br/>
        <w:t>v 1.470860 6.074640 1.192097</w:t>
        <w:br/>
        <w:t>v 1.520648 6.078947 1.112795</w:t>
        <w:br/>
        <w:t>v 1.536899 6.074512 1.175934</w:t>
        <w:br/>
        <w:t>v 1.556944 6.076993 1.105476</w:t>
        <w:br/>
        <w:t>v 1.572770 6.072744 1.166725</w:t>
        <w:br/>
        <w:t>v 1.596340 6.073064 1.096523</w:t>
        <w:br/>
        <w:t>v 1.612148 6.068809 1.157782</w:t>
        <w:br/>
        <w:t>v 1.614000 6.043453 1.131850</w:t>
        <w:br/>
        <w:t>v 1.612148 6.068809 1.157782</w:t>
        <w:br/>
        <w:t>v 1.596340 6.073064 1.096523</w:t>
        <w:br/>
        <w:t>v 1.599234 6.065217 1.094252</w:t>
        <w:br/>
        <w:t>v 1.618706 6.033035 1.152333</w:t>
        <w:br/>
        <w:t>v 1.612473 6.034705 1.128248</w:t>
        <w:br/>
        <w:t>v 1.584025 6.017036 1.137479</w:t>
        <w:br/>
        <w:t>v 1.618706 6.033035 1.152333</w:t>
        <w:br/>
        <w:t>v 1.582963 6.017126 1.158256</w:t>
        <w:br/>
        <w:t>v 1.673820 5.875371 -0.899452</w:t>
        <w:br/>
        <w:t>v 1.687685 5.896122 -0.932784</w:t>
        <w:br/>
        <w:t>v 1.618242 5.856374 -0.926960</w:t>
        <w:br/>
        <w:t>v 1.636557 5.880163 -0.963980</w:t>
        <w:br/>
        <w:t>v 1.687685 5.896122 -0.932784</w:t>
        <w:br/>
        <w:t>v 1.620144 6.148077 -0.888468</w:t>
        <w:br/>
        <w:t>v 1.636557 5.880163 -0.963980</w:t>
        <w:br/>
        <w:t>v 1.561749 6.145102 -0.917468</w:t>
        <w:br/>
        <w:t>v 1.561749 6.145102 -0.917468</w:t>
        <w:br/>
        <w:t>v 1.620144 6.148077 -0.888468</w:t>
        <w:br/>
        <w:t>v 1.598293 6.145222 -0.845475</w:t>
        <w:br/>
        <w:t>v 1.536662 6.140934 -0.868971</w:t>
        <w:br/>
        <w:t>v 1.665260 6.156510 -0.903123</w:t>
        <w:br/>
        <w:t>v 1.730103 5.921258 -0.949966</w:t>
        <w:br/>
        <w:t>v 1.662239 6.148304 -0.883087</w:t>
        <w:br/>
        <w:t>v 1.725105 5.915123 -0.924394</w:t>
        <w:br/>
        <w:t>v 1.730103 5.921258 -0.949966</w:t>
        <w:br/>
        <w:t>v 1.765003 5.917357 -0.935840</w:t>
        <w:br/>
        <w:t>v 1.725105 5.915123 -0.924394</w:t>
        <w:br/>
        <w:t>v 1.753036 5.908264 -0.910280</w:t>
        <w:br/>
        <w:t>v 1.755198 5.901442 -0.912745</w:t>
        <w:br/>
        <w:t>v 1.753036 5.908264 -0.910280</w:t>
        <w:br/>
        <w:t>v 1.765003 5.917357 -0.935840</w:t>
        <w:br/>
        <w:t>v 1.774451 5.882518 -0.942763</w:t>
        <w:br/>
        <w:t>v 1.743474 5.876377 -0.882752</w:t>
        <w:br/>
        <w:t>v 1.747587 5.862096 -0.885325</w:t>
        <w:br/>
        <w:t>v 1.747587 5.862096 -0.885325</w:t>
        <w:br/>
        <w:t>v 1.774451 5.882518 -0.942763</w:t>
        <w:br/>
        <w:t>v 1.718184 5.845290 -0.903518</w:t>
        <w:br/>
        <w:t>v 1.745244 5.865806 -0.961028</w:t>
        <w:br/>
        <w:t>v 1.690345 5.831294 -0.919207</w:t>
        <w:br/>
        <w:t>v 1.718350 5.852475 -0.978587</w:t>
        <w:br/>
        <w:t>v 1.637089 5.808100 -0.948190</w:t>
        <w:br/>
        <w:t>v 1.666613 5.830329 -1.010442</w:t>
        <w:br/>
        <w:t>v 1.582936 5.798753 -0.974089</w:t>
        <w:br/>
        <w:t>v 1.612804 5.821146 -1.036461</w:t>
        <w:br/>
        <w:t>v 1.582936 5.798753 -0.974089</w:t>
        <w:br/>
        <w:t>v 1.612804 5.821146 -1.036461</w:t>
        <w:br/>
        <w:t>v 1.562930 5.868172 -0.960064</w:t>
        <w:br/>
        <w:t>v 1.593678 5.889172 -1.022653</w:t>
        <w:br/>
        <w:t>v 1.593678 5.889172 -1.022653</w:t>
        <w:br/>
        <w:t>v 1.543164 5.887994 -1.031059</w:t>
        <w:br/>
        <w:t>v 1.562930 5.868172 -0.960064</w:t>
        <w:br/>
        <w:t>v 1.516146 5.870199 -0.978742</w:t>
        <w:br/>
        <w:t>v 1.516146 5.870199 -0.978742</w:t>
        <w:br/>
        <w:t>v 1.543164 5.887994 -1.031059</w:t>
        <w:br/>
        <w:t>v 1.449208 6.102919 -0.931285</w:t>
        <w:br/>
        <w:t>v 1.477065 6.118597 -0.984104</w:t>
        <w:br/>
        <w:t>v 1.449208 6.102919 -0.931285</w:t>
        <w:br/>
        <w:t>v 1.477065 6.118597 -0.984104</w:t>
        <w:br/>
        <w:t>v 1.490925 6.120721 -0.908825</w:t>
        <w:br/>
        <w:t>v 1.522637 6.139453 -0.971972</w:t>
        <w:br/>
        <w:t>v 1.490925 6.120721 -0.908825</w:t>
        <w:br/>
        <w:t>v 1.522637 6.139453 -0.971972</w:t>
        <w:br/>
        <w:t>v 1.472551 6.186019 -0.895527</w:t>
        <w:br/>
        <w:t>v 1.502821 6.208643 -0.957995</w:t>
        <w:br/>
        <w:t>v 1.472551 6.186019 -0.895527</w:t>
        <w:br/>
        <w:t>v 1.502821 6.208643 -0.957995</w:t>
        <w:br/>
        <w:t>v 1.527740 6.195903 -0.870008</w:t>
        <w:br/>
        <w:t>v 1.557726 6.218390 -0.932375</w:t>
        <w:br/>
        <w:t>v 1.589207 6.193166 -0.846821</w:t>
        <w:br/>
        <w:t>v 1.617687 6.214614 -0.906336</w:t>
        <w:br/>
        <w:t>v 1.622665 6.189948 -0.834721</w:t>
        <w:br/>
        <w:t>v 1.650184 6.210721 -0.892350</w:t>
        <w:br/>
        <w:t>v 1.658857 6.184311 -0.821242</w:t>
        <w:br/>
        <w:t>v 1.686177 6.204988 -0.878801</w:t>
        <w:br/>
        <w:t>v 1.686124 6.171504 -0.863042</w:t>
        <w:br/>
        <w:t>v 1.658857 6.184311 -0.821242</w:t>
        <w:br/>
        <w:t>v 1.686177 6.204988 -0.878801</w:t>
        <w:br/>
        <w:t>v 1.662152 6.176295 -0.821498</w:t>
        <w:br/>
        <w:t>v 1.695817 6.170089 -0.885711</w:t>
        <w:br/>
        <w:t>v 1.685093 6.161973 -0.863077</w:t>
        <w:br/>
        <w:t>v 1.695817 6.170089 -0.885711</w:t>
        <w:br/>
        <w:t>v 1.662239 6.148304 -0.883087</w:t>
        <w:br/>
        <w:t>v 1.665260 6.156510 -0.903123</w:t>
        <w:br/>
        <w:t>v -1.044491 1.406177 -0.806408</w:t>
        <w:br/>
        <w:t>v -1.347579 1.406513 -0.799830</w:t>
        <w:br/>
        <w:t>v -1.054641 1.467145 -0.895160</w:t>
        <w:br/>
        <w:t>v -1.351007 1.458365 -0.887588</w:t>
        <w:br/>
        <w:t>v -1.351531 1.551055 -0.909388</w:t>
        <w:br/>
        <w:t>v -1.056911 1.559303 -0.916805</w:t>
        <w:br/>
        <w:t>v -1.360719 1.831074 -0.805493</w:t>
        <w:br/>
        <w:t>v -1.064022 1.838228 -0.814553</w:t>
        <w:br/>
        <w:t>v -1.069466 1.985960 -0.761265</w:t>
        <w:br/>
        <w:t>v -1.365358 1.979463 -0.750882</w:t>
        <w:br/>
        <w:t>v 1.021417 1.465061 -0.929051</w:t>
        <w:br/>
        <w:t>v 1.315369 1.406134 -0.835799</w:t>
        <w:br/>
        <w:t>v 1.012238 1.404757 -0.839741</w:t>
        <w:br/>
        <w:t>v 1.317864 1.457308 -0.923985</w:t>
        <w:br/>
        <w:t>v 1.317891 1.549825 -0.946511</w:t>
        <w:br/>
        <w:t>v 1.023193 1.557053 -0.951434</w:t>
        <w:br/>
        <w:t>v 1.327169 1.830995 -0.844997</w:t>
        <w:br/>
        <w:t>v 1.030390 1.837196 -0.851666</w:t>
        <w:br/>
        <w:t>v 1.036116 1.986074 -0.799791</w:t>
        <w:br/>
        <w:t>v 1.332085 1.980362 -0.791543</w:t>
        <w:br/>
        <w:t>v -8.024137 15.902168 0.039574</w:t>
        <w:br/>
        <w:t>v -8.060720 15.905995 0.054896</w:t>
        <w:br/>
        <w:t>v -8.016852 15.898925 0.123927</w:t>
        <w:br/>
        <w:t>v -8.049788 15.908495 0.132313</w:t>
        <w:br/>
        <w:t>v -8.087868 15.910807 0.135686</w:t>
        <w:br/>
        <w:t>v -8.099581 15.911783 0.056248</w:t>
        <w:br/>
        <w:t>v -8.024595 15.896358 0.423506</w:t>
        <w:br/>
        <w:t>v -8.062318 15.898774 0.426795</w:t>
        <w:br/>
        <w:t>v -8.019073 15.886830 0.500375</w:t>
        <w:br/>
        <w:t>v -8.057717 15.892117 0.506828</w:t>
        <w:br/>
        <w:t>v -7.990647 15.886842 0.423936</w:t>
        <w:br/>
        <w:t>v -7.982487 15.882310 0.511139</w:t>
        <w:br/>
        <w:t>v -8.296317 15.675488 0.050244</w:t>
        <w:br/>
        <w:t>v -8.425372 15.689919 0.138158</w:t>
        <w:br/>
        <w:t>v -8.289081 15.672084 0.132633</w:t>
        <w:br/>
        <w:t>v -8.370478 15.685481 0.172874</w:t>
        <w:br/>
        <w:t>v -8.349153 15.675464 0.415645</w:t>
        <w:br/>
        <w:t>v -8.397009 15.676593 0.461051</w:t>
        <w:br/>
        <w:t>v -8.254739 15.655953 0.523547</w:t>
        <w:br/>
        <w:t>v -8.262055 15.659389 0.440253</w:t>
        <w:br/>
        <w:t>v -6.094315 16.489187 0.509527</w:t>
        <w:br/>
        <w:t>v -6.153256 16.614887 0.525366</w:t>
        <w:br/>
        <w:t>v -6.081830 16.498652 0.508861</w:t>
        <w:br/>
        <w:t>v -6.136575 16.619473 0.519306</w:t>
        <w:br/>
        <w:t>v -5.970282 16.547258 0.495166</w:t>
        <w:br/>
        <w:t>v -5.999283 16.335226 0.371057</w:t>
        <w:br/>
        <w:t>v -6.040308 16.689049 0.534626</w:t>
        <w:br/>
        <w:t>v -6.219647 16.808577 0.442117</w:t>
        <w:br/>
        <w:t>v -5.888818 16.381783 0.370780</w:t>
        <w:br/>
        <w:t>v -5.969105 16.257692 0.187563</w:t>
        <w:br/>
        <w:t>v -5.858168 16.303270 0.178979</w:t>
        <w:br/>
        <w:t>v -5.858168 16.303270 0.178979</w:t>
        <w:br/>
        <w:t>v -5.888818 16.381783 0.370780</w:t>
        <w:br/>
        <w:t>v -5.834248 16.264175 0.190310</w:t>
        <w:br/>
        <w:t>v -5.873200 16.365389 0.392887</w:t>
        <w:br/>
        <w:t>v -5.970282 16.547258 0.495166</w:t>
        <w:br/>
        <w:t>v -5.958106 16.547775 0.532054</w:t>
        <w:br/>
        <w:t>v -6.040308 16.689049 0.534626</w:t>
        <w:br/>
        <w:t>v -5.596097 16.488926 0.388646</w:t>
        <w:br/>
        <w:t>v -5.834248 16.264175 0.190310</w:t>
        <w:br/>
        <w:t>v -5.873200 16.365389 0.392887</w:t>
        <w:br/>
        <w:t>v -5.958106 16.547775 0.532054</w:t>
        <w:br/>
        <w:t>v -5.675652 16.658443 0.561480</w:t>
        <w:br/>
        <w:t>v -6.027156 16.694986 0.579169</w:t>
        <w:br/>
        <w:t>v -6.027156 16.694986 0.579169</w:t>
        <w:br/>
        <w:t>v -5.553573 16.395048 0.178900</w:t>
        <w:br/>
        <w:t>v -5.761222 16.843081 0.576769</w:t>
        <w:br/>
        <w:t>v -5.553573 16.395048 0.178900</w:t>
        <w:br/>
        <w:t>v -5.596097 16.488926 0.388646</w:t>
        <w:br/>
        <w:t>v -5.592676 16.512085 0.367799</w:t>
        <w:br/>
        <w:t>v -5.553926 16.420855 0.158104</w:t>
        <w:br/>
        <w:t>v -5.665418 16.667433 0.520710</w:t>
        <w:br/>
        <w:t>v -5.675652 16.658443 0.561480</w:t>
        <w:br/>
        <w:t>v -5.435926 16.582575 0.364813</w:t>
        <w:br/>
        <w:t>v -5.553926 16.420855 0.158104</w:t>
        <w:br/>
        <w:t>v -5.592676 16.512085 0.367799</w:t>
        <w:br/>
        <w:t>v -5.386787 16.482714 0.148356</w:t>
        <w:br/>
        <w:t>v -5.381122 16.500938 0.145609</w:t>
        <w:br/>
        <w:t>v -5.428875 16.597977 0.355961</w:t>
        <w:br/>
        <w:t>v -5.512665 16.742540 0.518214</w:t>
        <w:br/>
        <w:t>v -5.665418 16.667433 0.520710</w:t>
        <w:br/>
        <w:t>v -5.503450 16.753437 0.505035</w:t>
        <w:br/>
        <w:t>v -5.748465 16.840897 0.531665</w:t>
        <w:br/>
        <w:t>v -5.748465 16.840897 0.531665</w:t>
        <w:br/>
        <w:t>v -5.761222 16.843081 0.576769</w:t>
        <w:br/>
        <w:t>v -5.602612 16.921734 0.528489</w:t>
        <w:br/>
        <w:t>v -5.590861 16.927568 0.515019</w:t>
        <w:br/>
        <w:t>v -5.682485 17.100513 0.423993</w:t>
        <w:br/>
        <w:t>v -5.859943 17.038898 0.486257</w:t>
        <w:br/>
        <w:t>v -5.696897 17.099703 0.434820</w:t>
        <w:br/>
        <w:t>v -5.836721 17.014162 0.440921</w:t>
        <w:br/>
        <w:t>v -5.836721 17.014162 0.440921</w:t>
        <w:br/>
        <w:t>v -5.782286 17.263062 0.269741</w:t>
        <w:br/>
        <w:t>v -5.765467 17.259270 0.263570</w:t>
        <w:br/>
        <w:t>v -5.916008 17.180489 0.275990</w:t>
        <w:br/>
        <w:t>v -5.820949 17.320587 0.075378</w:t>
        <w:br/>
        <w:t>v -5.803038 17.315172 0.074690</w:t>
        <w:br/>
        <w:t>v -5.808794 17.305477 -0.143201</w:t>
        <w:br/>
        <w:t>v -5.916008 17.180489 0.275990</w:t>
        <w:br/>
        <w:t>v -5.945349 17.213205 0.306658</w:t>
        <w:br/>
        <w:t>v -5.826871 17.310608 -0.148837</w:t>
        <w:br/>
        <w:t>v -5.729936 17.142864 -0.337137</w:t>
        <w:br/>
        <w:t>v -5.960374 17.238268 0.085483</w:t>
        <w:br/>
        <w:t>v -5.745725 17.143280 -0.348402</w:t>
        <w:br/>
        <w:t>v -5.971282 17.231237 -0.135399</w:t>
        <w:br/>
        <w:t>v -5.960374 17.238268 0.085483</w:t>
        <w:br/>
        <w:t>v -5.992246 17.269567 0.087504</w:t>
        <w:br/>
        <w:t>v -5.971282 17.231237 -0.135399</w:t>
        <w:br/>
        <w:t>v -5.909497 17.064390 -0.332218</w:t>
        <w:br/>
        <w:t>v -6.000115 17.252157 -0.152181</w:t>
        <w:br/>
        <w:t>v -5.909497 17.064390 -0.332218</w:t>
        <w:br/>
        <w:t>v -5.945349 17.213205 0.306658</w:t>
        <w:br/>
        <w:t>v -6.197241 17.042904 0.310566</w:t>
        <w:br/>
        <w:t>v -5.992246 17.269567 0.087504</w:t>
        <w:br/>
        <w:t>v -5.859943 17.038898 0.486257</w:t>
        <w:br/>
        <w:t>v -6.247815 17.078182 -0.121983</w:t>
        <w:br/>
        <w:t>v -6.000115 17.252157 -0.152181</w:t>
        <w:br/>
        <w:t>v -6.119495 16.874702 0.487419</w:t>
        <w:br/>
        <w:t>v -6.119495 16.874702 0.487419</w:t>
        <w:br/>
        <w:t>v -6.121772 16.848240 0.448408</w:t>
        <w:br/>
        <w:t>v -6.121772 16.848240 0.448408</w:t>
        <w:br/>
        <w:t>v -6.193259 16.995939 0.287076</w:t>
        <w:br/>
        <w:t>v -6.193259 16.995939 0.287076</w:t>
        <w:br/>
        <w:t>v -6.197241 17.042904 0.310566</w:t>
        <w:br/>
        <w:t>v -6.294213 16.925068 0.299612</w:t>
        <w:br/>
        <w:t>v -6.233607 17.048838 0.110966</w:t>
        <w:br/>
        <w:t>v -6.233607 17.048838 0.110966</w:t>
        <w:br/>
        <w:t>v -6.336609 16.962654 0.123065</w:t>
        <w:br/>
        <w:t>v -6.343369 16.949743 -0.076810</w:t>
        <w:br/>
        <w:t>v -6.238052 17.098227 0.097387</w:t>
        <w:br/>
        <w:t>v -6.248546 17.039591 -0.096110</w:t>
        <w:br/>
        <w:t>v -6.196276 16.915836 -0.315415</w:t>
        <w:br/>
        <w:t>v -6.198586 16.882425 -0.285307</w:t>
        <w:br/>
        <w:t>v -6.285135 16.807821 -0.257463</w:t>
        <w:br/>
        <w:t>v -5.937758 17.081585 -0.358791</w:t>
        <w:br/>
        <w:t>v -5.937758 17.081585 -0.358791</w:t>
        <w:br/>
        <w:t>v -6.076235 16.652142 -0.409348</w:t>
        <w:br/>
        <w:t>v -5.788248 16.808699 -0.412569</w:t>
        <w:br/>
        <w:t>v -5.788248 16.808699 -0.412569</w:t>
        <w:br/>
        <w:t>v -5.805018 16.799067 -0.448285</w:t>
        <w:br/>
        <w:t>v -5.805018 16.799067 -0.448285</w:t>
        <w:br/>
        <w:t>v -5.616693 16.882732 -0.431566</w:t>
        <w:br/>
        <w:t>v -5.604543 16.889669 -0.417955</w:t>
        <w:br/>
        <w:t>v -5.477984 16.635977 -0.334811</w:t>
        <w:br/>
        <w:t>v -5.660507 16.550539 -0.332909</w:t>
        <w:br/>
        <w:t>v -5.660507 16.550539 -0.332909</w:t>
        <w:br/>
        <w:t>v -5.486459 16.621677 -0.346009</w:t>
        <w:br/>
        <w:t>v -5.408108 16.516052 -0.119416</w:t>
        <w:br/>
        <w:t>v -5.673220 16.530739 -0.356356</w:t>
        <w:br/>
        <w:t>v -5.414556 16.498274 -0.124362</w:t>
        <w:br/>
        <w:t>v -5.381122 16.500938 0.145609</w:t>
        <w:br/>
        <w:t>v -5.386787 16.482714 0.148356</w:t>
        <w:br/>
        <w:t>v -5.553926 16.420855 0.158104</w:t>
        <w:br/>
        <w:t>v -5.586103 16.433607 -0.113228</w:t>
        <w:br/>
        <w:t>v -5.586103 16.433607 -0.113228</w:t>
        <w:br/>
        <w:t>v -5.591914 16.399088 -0.123406</w:t>
        <w:br/>
        <w:t>v -5.553926 16.420855 0.158104</w:t>
        <w:br/>
        <w:t>v -5.553573 16.395048 0.178900</w:t>
        <w:br/>
        <w:t>v -5.553573 16.395048 0.178900</w:t>
        <w:br/>
        <w:t>v -5.834248 16.264175 0.190310</w:t>
        <w:br/>
        <w:t>v -5.863612 16.280804 -0.106398</w:t>
        <w:br/>
        <w:t>v -5.947804 16.404860 -0.325722</w:t>
        <w:br/>
        <w:t>v -5.863612 16.280804 -0.106398</w:t>
        <w:br/>
        <w:t>v -5.887904 16.313147 -0.090732</w:t>
        <w:br/>
        <w:t>v -5.834248 16.264175 0.190310</w:t>
        <w:br/>
        <w:t>v -6.092693 16.651506 -0.368704</w:t>
        <w:br/>
        <w:t>v -5.947804 16.404860 -0.325722</w:t>
        <w:br/>
        <w:t>v -6.186752 16.577892 -0.343454</w:t>
        <w:br/>
        <w:t>v -6.227978 16.555861 -0.335638</w:t>
        <w:br/>
        <w:t>v -6.193570 16.487230 -0.310988</w:t>
        <w:br/>
        <w:t>v -6.152469 16.501686 -0.314022</w:t>
        <w:br/>
        <w:t>v -5.964719 16.416594 -0.283165</w:t>
        <w:br/>
        <w:t>v -5.964719 16.416594 -0.283165</w:t>
        <w:br/>
        <w:t>v -6.055778 16.349504 -0.251330</w:t>
        <w:br/>
        <w:t>v -5.997722 16.262089 -0.076664</w:t>
        <w:br/>
        <w:t>v -5.887904 16.313147 -0.090732</w:t>
        <w:br/>
        <w:t>v -5.969105 16.257692 0.187563</w:t>
        <w:br/>
        <w:t>v -5.858168 16.303270 0.178979</w:t>
        <w:br/>
        <w:t>v -5.858168 16.303270 0.178979</w:t>
        <w:br/>
        <w:t>v -1.601166 6.370715 1.200956</w:t>
        <w:br/>
        <w:t>v -1.632744 6.366853 1.190254</w:t>
        <w:br/>
        <w:t>v -1.557127 6.607874 1.240770</w:t>
        <w:br/>
        <w:t>v -1.585503 6.625576 1.231491</w:t>
        <w:br/>
        <w:t>v -1.858580 6.454254 1.060080</w:t>
        <w:br/>
        <w:t>v -1.634109 6.359443 1.190240</w:t>
        <w:br/>
        <w:t>v -1.627484 6.347915 1.153423</w:t>
        <w:br/>
        <w:t>v -1.858580 6.454254 1.060080</w:t>
        <w:br/>
        <w:t>v -1.634109 6.359443 1.190240</w:t>
        <w:br/>
        <w:t>v -1.825131 6.436486 1.022603</w:t>
        <w:br/>
        <w:t>v -2.029023 6.535604 0.828272</w:t>
        <w:br/>
        <w:t>v -1.824351 6.718467 1.112317</w:t>
        <w:br/>
        <w:t>v -1.587014 6.634346 1.235055</w:t>
        <w:br/>
        <w:t>v -2.069243 6.555051 0.857854</w:t>
        <w:br/>
        <w:t>v -2.069243 6.555051 0.857854</w:t>
        <w:br/>
        <w:t>v -1.572060 6.655878 1.197436</w:t>
        <w:br/>
        <w:t>v -1.587014 6.634346 1.235055</w:t>
        <w:br/>
        <w:t>v -1.792115 6.742304 1.077354</w:t>
        <w:br/>
        <w:t>v -1.824351 6.718467 1.112317</w:t>
        <w:br/>
        <w:t>v -1.999106 6.837104 0.863663</w:t>
        <w:br/>
        <w:t>v -2.037022 6.814988 0.890629</w:t>
        <w:br/>
        <w:t>v -2.037022 6.814988 0.890629</w:t>
        <w:br/>
        <w:t>v -2.191208 6.654787 0.552889</w:t>
        <w:br/>
        <w:t>v -2.191208 6.654787 0.552889</w:t>
        <w:br/>
        <w:t>v -2.145184 6.633051 0.533439</w:t>
        <w:br/>
        <w:t>v -2.186181 6.909345 0.594329</w:t>
        <w:br/>
        <w:t>v -2.186181 6.909345 0.594329</w:t>
        <w:br/>
        <w:t>v -2.142168 6.929177 0.577520</w:t>
        <w:br/>
        <w:t>v -2.229085 6.716708 0.236457</w:t>
        <w:br/>
        <w:t>v -2.229085 6.716708 0.236457</w:t>
        <w:br/>
        <w:t>v -2.179635 6.692369 0.235133</w:t>
        <w:br/>
        <w:t>v -2.217028 6.974298 0.248856</w:t>
        <w:br/>
        <w:t>v -2.217028 6.974298 0.248856</w:t>
        <w:br/>
        <w:t>v -2.168860 6.991579 0.249546</w:t>
        <w:br/>
        <w:t>v -2.159314 6.974810 -0.067592</w:t>
        <w:br/>
        <w:t>v -2.159314 6.974810 -0.067592</w:t>
        <w:br/>
        <w:t>v -2.111924 6.992315 -0.054750</w:t>
        <w:br/>
        <w:t>v -2.188789 6.717104 -0.058326</w:t>
        <w:br/>
        <w:t>v -2.188789 6.717104 -0.058326</w:t>
        <w:br/>
        <w:t>v -2.140117 6.692963 -0.046857</w:t>
        <w:br/>
        <w:t>v -2.045771 6.636655 -0.298664</w:t>
        <w:br/>
        <w:t>v -2.037053 6.921216 -0.335242</w:t>
        <w:br/>
        <w:t>v -2.037053 6.921216 -0.335242</w:t>
        <w:br/>
        <w:t>v -1.995851 6.933163 -0.307667</w:t>
        <w:br/>
        <w:t>v -2.084214 6.666199 -0.322765</w:t>
        <w:br/>
        <w:t>v -2.084214 6.666199 -0.322765</w:t>
        <w:br/>
        <w:t>v -1.916012 6.567040 -0.529564</w:t>
        <w:br/>
        <w:t>v -1.849310 6.865409 -0.510789</w:t>
        <w:br/>
        <w:t>v -1.944329 6.598793 -0.561787</w:t>
        <w:br/>
        <w:t>v -1.759784 6.483665 -0.652455</w:t>
        <w:br/>
        <w:t>v -1.884503 6.856526 -0.549332</w:t>
        <w:br/>
        <w:t>v -1.884503 6.856526 -0.549332</w:t>
        <w:br/>
        <w:t>v -1.944329 6.598793 -0.561787</w:t>
        <w:br/>
        <w:t>v -1.702515 6.774958 -0.659095</w:t>
        <w:br/>
        <w:t>v -1.702515 6.774958 -0.659095</w:t>
        <w:br/>
        <w:t>v -1.669704 6.780130 -0.617179</w:t>
        <w:br/>
        <w:t>v -1.784467 6.518244 -0.684741</w:t>
        <w:br/>
        <w:t>v -1.784467 6.518244 -0.684741</w:t>
        <w:br/>
        <w:t>v -1.637526 6.434759 -0.738801</w:t>
        <w:br/>
        <w:t>v -1.647187 6.459192 -0.767817</w:t>
        <w:br/>
        <w:t>v -1.645065 6.466017 -0.765428</w:t>
        <w:br/>
        <w:t>v -1.647187 6.459192 -0.767817</w:t>
        <w:br/>
        <w:t>v -1.577142 6.728580 -0.719623</w:t>
        <w:br/>
        <w:t>v -1.555698 6.734150 -0.679480</w:t>
        <w:br/>
        <w:t>v -1.576151 6.719044 -0.719632</w:t>
        <w:br/>
        <w:t>v -1.577142 6.728580 -0.719623</w:t>
        <w:br/>
        <w:t>v -1.614733 6.471730 -0.778617</w:t>
        <w:br/>
        <w:t>v -1.551073 6.704358 -0.738608</w:t>
        <w:br/>
        <w:t>v -1.591792 6.624039 1.255555</w:t>
        <w:br/>
        <w:t>v -1.585140 6.659816 1.260858</w:t>
        <w:br/>
        <w:t>v -1.556104 6.608056 1.261523</w:t>
        <w:br/>
        <w:t>v -1.545764 6.663681 1.269766</w:t>
        <w:br/>
        <w:t>v -1.517381 6.625134 1.272980</w:t>
        <w:br/>
        <w:t>v -1.509897 6.665393 1.278951</w:t>
        <w:br/>
        <w:t>v -1.600879 6.366834 1.226062</w:t>
        <w:br/>
        <w:t>v -1.451895 6.622214 1.288681</w:t>
        <w:br/>
        <w:t>v -1.443867 6.665404 1.295085</w:t>
        <w:br/>
        <w:t>v -1.382791 6.652634 1.306870</w:t>
        <w:br/>
        <w:t>v -1.571702 6.333913 1.230120</w:t>
        <w:br/>
        <w:t>v -1.396035 6.581374 1.296318</w:t>
        <w:br/>
        <w:t>v -1.639856 6.365112 1.217478</w:t>
        <w:br/>
        <w:t>v -1.646468 6.329446 1.212276</w:t>
        <w:br/>
        <w:t>v -1.611410 6.310019 1.217780</w:t>
        <w:br/>
        <w:t>v -1.579136 6.293798 1.224281</w:t>
        <w:br/>
        <w:t>v -1.509901 6.309658 1.242785</w:t>
        <w:br/>
        <w:t>v -1.517878 6.266604 1.236526</w:t>
        <w:br/>
        <w:t>v -1.456793 6.253831 1.248349</w:t>
        <w:br/>
        <w:t>v -1.443833 6.323790 1.258519</w:t>
        <w:br/>
        <w:t>v -1.391068 6.324599 1.258827</w:t>
        <w:br/>
        <w:t>v -1.346976 6.562230 1.293681</w:t>
        <w:br/>
        <w:t>v -1.517381 6.625134 1.272980</w:t>
        <w:br/>
        <w:t>v -1.451895 6.622214 1.288681</w:t>
        <w:br/>
        <w:t>v -1.498783 6.634607 1.199989</w:t>
        <w:br/>
        <w:t>v -1.431882 6.632001 1.212215</w:t>
        <w:br/>
        <w:t>v -1.448149 6.606066 1.257441</w:t>
        <w:br/>
        <w:t>v -1.431882 6.632001 1.212215</w:t>
        <w:br/>
        <w:t>v -1.451895 6.622214 1.288681</w:t>
        <w:br/>
        <w:t>v -1.433738 6.622000 1.210746</w:t>
        <w:br/>
        <w:t>v -1.509901 6.309658 1.242785</w:t>
        <w:br/>
        <w:t>v -1.500166 6.332311 1.210270</w:t>
        <w:br/>
        <w:t>v -1.490451 6.316422 1.165864</w:t>
        <w:br/>
        <w:t>v -1.488825 6.325182 1.167151</w:t>
        <w:br/>
        <w:t>v -1.490451 6.316422 1.165864</w:t>
        <w:br/>
        <w:t>v -1.509901 6.309658 1.242785</w:t>
        <w:br/>
        <w:t>v -1.553636 6.340565 1.156722</w:t>
        <w:br/>
        <w:t>v -1.571702 6.333913 1.230120</w:t>
        <w:br/>
        <w:t>v -1.552358 6.347419 1.157731</w:t>
        <w:br/>
        <w:t>v -1.553636 6.340565 1.156722</w:t>
        <w:br/>
        <w:t>v -1.560038 6.353503 1.196064</w:t>
        <w:br/>
        <w:t>v -1.571702 6.333913 1.230120</w:t>
        <w:br/>
        <w:t>v -1.513236 6.609733 1.239697</w:t>
        <w:br/>
        <w:t>v -1.517381 6.625134 1.272980</w:t>
        <w:br/>
        <w:t>v -1.498783 6.634607 1.199989</w:t>
        <w:br/>
        <w:t>v -1.500660 6.624545 1.198509</w:t>
        <w:br/>
        <w:t>v -1.665125 6.439957 -0.796909</w:t>
        <w:br/>
        <w:t>v -1.633186 6.421926 -0.813986</w:t>
        <w:br/>
        <w:t>v -1.655470 6.474655 -0.790163</w:t>
        <w:br/>
        <w:t>v -1.617807 6.477201 -0.803236</w:t>
        <w:br/>
        <w:t>v -1.592920 6.446419 -0.822851</w:t>
        <w:br/>
        <w:t>v -1.603778 6.407393 -0.830448</w:t>
        <w:br/>
        <w:t>v -1.552482 6.711989 -0.757883</w:t>
        <w:br/>
        <w:t>v -1.535919 6.425004 -0.852184</w:t>
        <w:br/>
        <w:t>v -1.547571 6.383124 -0.860345</w:t>
        <w:br/>
        <w:t>v -1.489977 6.372128 -0.884760</w:t>
        <w:br/>
        <w:t>v -1.471043 6.440181 -0.871499</w:t>
        <w:br/>
        <w:t>v -1.513800 6.729879 -0.768182</w:t>
        <w:br/>
        <w:t>v -1.451281 6.729208 -0.793369</w:t>
        <w:br/>
        <w:t>v -1.585349 6.726680 -0.741495</w:t>
        <w:br/>
        <w:t>v -1.575655 6.761521 -0.734810</w:t>
        <w:br/>
        <w:t>v -1.537411 6.766156 -0.747489</w:t>
        <w:br/>
        <w:t>v -1.502892 6.769080 -0.760662</w:t>
        <w:br/>
        <w:t>v -1.439579 6.771267 -0.785302</w:t>
        <w:br/>
        <w:t>v -1.381988 6.760258 -0.809680</w:t>
        <w:br/>
        <w:t>v -1.401293 6.690871 -0.823005</w:t>
        <w:br/>
        <w:t>v -1.418886 6.438111 -0.879270</w:t>
        <w:br/>
        <w:t>v -1.354542 6.669379 -0.834517</w:t>
        <w:br/>
        <w:t>v -1.513800 6.729879 -0.768182</w:t>
        <w:br/>
        <w:t>v -1.485864 6.711210 -0.700105</w:t>
        <w:br/>
        <w:t>v -1.451281 6.729208 -0.793369</w:t>
        <w:br/>
        <w:t>v -1.421506 6.709496 -0.722178</w:t>
        <w:br/>
        <w:t>v -1.445478 6.698619 -0.770905</w:t>
        <w:br/>
        <w:t>v -1.451281 6.729208 -0.793369</w:t>
        <w:br/>
        <w:t>v -1.421506 6.709496 -0.722178</w:t>
        <w:br/>
        <w:t>v -1.424090 6.695722 -0.724255</w:t>
        <w:br/>
        <w:t>v -1.535919 6.425004 -0.852184</w:t>
        <w:br/>
        <w:t>v -1.520111 6.433761 -0.815595</w:t>
        <w:br/>
        <w:t>v -1.506964 6.402348 -0.781550</w:t>
        <w:br/>
        <w:t>v -1.504592 6.410872 -0.779902</w:t>
        <w:br/>
        <w:t>v -1.535919 6.425004 -0.852184</w:t>
        <w:br/>
        <w:t>v -1.506964 6.402348 -0.781550</w:t>
        <w:br/>
        <w:t>v -1.592920 6.446419 -0.822851</w:t>
        <w:br/>
        <w:t>v -1.565757 6.425011 -0.755310</w:t>
        <w:br/>
        <w:t>v -1.565757 6.425011 -0.755310</w:t>
        <w:br/>
        <w:t>v -1.563895 6.431680 -0.754024</w:t>
        <w:br/>
        <w:t>v -1.575346 6.451658 -0.786198</w:t>
        <w:br/>
        <w:t>v -1.592920 6.446419 -0.822851</w:t>
        <w:br/>
        <w:t>v -1.507408 6.703259 -0.743428</w:t>
        <w:br/>
        <w:t>v -1.513800 6.729879 -0.768182</w:t>
        <w:br/>
        <w:t>v -1.485864 6.711210 -0.700105</w:t>
        <w:br/>
        <w:t>v -1.488597 6.701416 -0.701994</w:t>
        <w:br/>
        <w:t>v -1.647489 5.782324 1.123271</w:t>
        <w:br/>
        <w:t>v -1.679104 5.778473 1.112550</w:t>
        <w:br/>
        <w:t>v -1.603364 6.019456 1.163128</w:t>
        <w:br/>
        <w:t>v -1.631767 6.037167 1.153836</w:t>
        <w:br/>
        <w:t>v -1.910548 5.865512 0.990202</w:t>
        <w:br/>
        <w:t>v -1.680469 5.771062 1.112536</w:t>
        <w:br/>
        <w:t>v -1.674014 5.759587 1.075634</w:t>
        <w:br/>
        <w:t>v -1.910548 5.865512 0.990202</w:t>
        <w:br/>
        <w:t>v -1.680469 5.771062 1.112536</w:t>
        <w:br/>
        <w:t>v -1.877446 5.847852 0.952548</w:t>
        <w:br/>
        <w:t>v -2.078065 5.947763 0.748967</w:t>
        <w:br/>
        <w:t>v -1.871176 6.130211 1.034364</w:t>
        <w:br/>
        <w:t>v -1.633268 6.045934 1.157404</w:t>
        <w:br/>
        <w:t>v -2.117761 5.967040 0.778808</w:t>
        <w:br/>
        <w:t>v -2.117761 5.967040 0.778808</w:t>
        <w:br/>
        <w:t>v -1.618456 6.067512 1.119716</w:t>
        <w:br/>
        <w:t>v -1.633268 6.045934 1.157404</w:t>
        <w:br/>
        <w:t>v -1.839232 6.154138 0.999253</w:t>
        <w:br/>
        <w:t>v -1.871176 6.130211 1.034364</w:t>
        <w:br/>
        <w:t>v -2.048081 6.249305 0.784447</w:t>
        <w:br/>
        <w:t>v -2.085504 6.227032 0.811656</w:t>
        <w:br/>
        <w:t>v -2.085504 6.227032 0.811656</w:t>
        <w:br/>
        <w:t>v -2.242365 6.066672 0.471715</w:t>
        <w:br/>
        <w:t>v -2.242365 6.066672 0.471715</w:t>
        <w:br/>
        <w:t>v -2.197336 6.045341 0.451847</w:t>
        <w:br/>
        <w:t>v -2.237150 6.321302 0.513364</w:t>
        <w:br/>
        <w:t>v -2.237150 6.321302 0.513364</w:t>
        <w:br/>
        <w:t>v -2.194047 6.341501 0.496172</w:t>
        <w:br/>
        <w:t>v -2.284173 6.128321 0.152011</w:t>
        <w:br/>
        <w:t>v -2.284173 6.128321 0.152011</w:t>
        <w:br/>
        <w:t>v -2.236341 6.104812 0.150164</w:t>
        <w:br/>
        <w:t>v -2.272791 6.386257 0.164192</w:t>
        <w:br/>
        <w:t>v -2.272791 6.386257 0.164192</w:t>
        <w:br/>
        <w:t>v -2.226204 6.404353 0.164371</w:t>
        <w:br/>
        <w:t>v -2.205086 6.106967 -0.136842</w:t>
        <w:br/>
        <w:t>v -2.224703 6.388659 -0.158036</w:t>
        <w:br/>
        <w:t>v -2.224703 6.388659 -0.158036</w:t>
        <w:br/>
        <w:t>v -2.179366 6.407358 -0.145743</w:t>
        <w:br/>
        <w:t>v -2.079065 6.360462 -0.405907</w:t>
        <w:br/>
        <w:t>v -2.251649 6.129888 -0.147748</w:t>
        <w:br/>
        <w:t>v -2.251649 6.129888 -0.147748</w:t>
        <w:br/>
        <w:t>v -2.124503 6.061943 -0.395199</w:t>
        <w:br/>
        <w:t>v -2.118962 6.347494 -0.433365</w:t>
        <w:br/>
        <w:t>v -2.118962 6.347494 -0.433365</w:t>
        <w:br/>
        <w:t>v -1.927374 6.293243 -0.617871</w:t>
        <w:br/>
        <w:t>v -2.161574 6.090453 -0.419140</w:t>
        <w:br/>
        <w:t>v -2.161574 6.090453 -0.419140</w:t>
        <w:br/>
        <w:t>v -1.989741 5.992579 -0.635302</w:t>
        <w:br/>
        <w:t>v -1.962769 6.283912 -0.656962</w:t>
        <w:br/>
        <w:t>v -1.962769 6.283912 -0.656962</w:t>
        <w:br/>
        <w:t>v -2.018089 6.023856 -0.667963</w:t>
        <w:br/>
        <w:t>v -2.018089 6.023856 -0.667963</w:t>
        <w:br/>
        <w:t>v -1.874011 5.915304 -0.765086</w:t>
        <w:br/>
        <w:t>v -1.821557 6.208423 -0.766344</w:t>
        <w:br/>
        <w:t>v -1.821557 6.208423 -0.766344</w:t>
        <w:br/>
        <w:t>v -1.787110 6.213391 -0.723342</w:t>
        <w:br/>
        <w:t>v -1.899702 5.949538 -0.790942</w:t>
        <w:br/>
        <w:t>v -1.899702 5.949538 -0.790942</w:t>
        <w:br/>
        <w:t>v -1.763862 5.871320 -0.856487</w:t>
        <w:br/>
        <w:t>v -1.775527 5.896299 -0.886574</w:t>
        <w:br/>
        <w:t>v -1.773345 5.903126 -0.884137</w:t>
        <w:br/>
        <w:t>v -1.775527 5.896299 -0.886574</w:t>
        <w:br/>
        <w:t>v -1.705692 6.166365 -0.837952</w:t>
        <w:br/>
        <w:t>v -1.681693 6.171249 -0.796435</w:t>
        <w:br/>
        <w:t>v -1.704687 6.156830 -0.837950</w:t>
        <w:br/>
        <w:t>v -1.705692 6.166365 -0.837952</w:t>
        <w:br/>
        <w:t>v -1.745399 5.909852 -0.898286</w:t>
        <w:br/>
        <w:t>v -1.681877 6.143019 -0.857913</w:t>
        <w:br/>
        <w:t>v -1.637997 6.035609 1.177929</w:t>
        <w:br/>
        <w:t>v -1.631338 6.071384 1.183236</w:t>
        <w:br/>
        <w:t>v -1.602296 6.019624 1.183904</w:t>
        <w:br/>
        <w:t>v -1.591946 6.075247 1.192152</w:t>
        <w:br/>
        <w:t>v -1.563557 6.036695 1.195369</w:t>
        <w:br/>
        <w:t>v -1.556067 6.076951 1.201342</w:t>
        <w:br/>
        <w:t>v -1.647122 5.778419 1.148416</w:t>
        <w:br/>
        <w:t>v -1.498055 6.033772 1.211077</w:t>
        <w:br/>
        <w:t>v -1.490023 6.076961 1.217483</w:t>
        <w:br/>
        <w:t>v -1.428944 6.064188 1.229269</w:t>
        <w:br/>
        <w:t>v -1.617932 5.745492 1.152482</w:t>
        <w:br/>
        <w:t>v -1.442189 5.992929 1.218717</w:t>
        <w:br/>
        <w:t>v -1.686122 5.776702 1.139821</w:t>
        <w:br/>
        <w:t>v -1.692743 5.741040 1.134615</w:t>
        <w:br/>
        <w:t>v -1.657668 5.721608 1.140128</w:t>
        <w:br/>
        <w:t>v -1.625375 5.705381 1.146637</w:t>
        <w:br/>
        <w:t>v -1.556102 5.721229 1.165162</w:t>
        <w:br/>
        <w:t>v -1.564085 5.678177 1.158898</w:t>
        <w:br/>
        <w:t>v -1.502979 5.665398 1.170732</w:t>
        <w:br/>
        <w:t>v -1.490009 5.735352 1.180908</w:t>
        <w:br/>
        <w:t>v -1.437243 5.736162 1.181216</w:t>
        <w:br/>
        <w:t>v -1.393130 5.973787 1.216080</w:t>
        <w:br/>
        <w:t>v -1.563557 6.036695 1.195369</w:t>
        <w:br/>
        <w:t>v -1.498055 6.033772 1.211077</w:t>
        <w:br/>
        <w:t>v -1.545168 6.046236 1.122275</w:t>
        <w:br/>
        <w:t>v -1.478218 6.043615 1.134526</w:t>
        <w:br/>
        <w:t>v -1.494349 6.017636 1.179818</w:t>
        <w:br/>
        <w:t>v -1.478218 6.043615 1.134526</w:t>
        <w:br/>
        <w:t>v -1.498055 6.033772 1.211077</w:t>
        <w:br/>
        <w:t>v -1.480078 6.033616 1.133055</w:t>
        <w:br/>
        <w:t>v -1.556102 5.721229 1.165162</w:t>
        <w:br/>
        <w:t>v -1.546455 5.743913 1.132603</w:t>
        <w:br/>
        <w:t>v -1.536924 5.728081 1.088107</w:t>
        <w:br/>
        <w:t>v -1.535295 5.736838 1.089396</w:t>
        <w:br/>
        <w:t>v -1.536924 5.728081 1.088107</w:t>
        <w:br/>
        <w:t>v -1.556102 5.721229 1.165162</w:t>
        <w:br/>
        <w:t>v -1.600158 5.752238 1.078940</w:t>
        <w:br/>
        <w:t>v -1.617932 5.745492 1.152482</w:t>
        <w:br/>
        <w:t>v -1.598876 5.759089 1.079950</w:t>
        <w:br/>
        <w:t>v -1.600158 5.752238 1.078940</w:t>
        <w:br/>
        <w:t>v -1.606379 5.765121 1.118371</w:t>
        <w:br/>
        <w:t>v -1.617932 5.745492 1.152482</w:t>
        <w:br/>
        <w:t>v -1.559477 6.021316 1.162053</w:t>
        <w:br/>
        <w:t>v -1.563557 6.036695 1.195369</w:t>
        <w:br/>
        <w:t>v -1.545168 6.046236 1.122275</w:t>
        <w:br/>
        <w:t>v -1.547049 6.036177 1.120793</w:t>
        <w:br/>
        <w:t>v -1.794841 5.877311 -0.916512</w:t>
        <w:br/>
        <w:t>v -1.765687 5.860449 -0.934721</w:t>
        <w:br/>
        <w:t>v -1.785295 5.912151 -0.909729</w:t>
        <w:br/>
        <w:t>v -1.750389 5.915901 -0.923880</w:t>
        <w:br/>
        <w:t>v -1.727985 5.886096 -0.944558</w:t>
        <w:br/>
        <w:t>v -1.738835 5.846972 -0.952236</w:t>
        <w:br/>
        <w:t>v -1.684882 6.151155 -0.877981</w:t>
        <w:br/>
        <w:t>v -1.675412 5.866490 -0.975733</w:t>
        <w:br/>
        <w:t>v -1.687170 5.824560 -0.984019</w:t>
        <w:br/>
        <w:t>v -1.633396 5.815126 -1.010020</w:t>
        <w:br/>
        <w:t>v -1.614078 5.883154 -0.996485</w:t>
        <w:br/>
        <w:t>v -1.648238 6.169911 -0.889095</w:t>
        <w:br/>
        <w:t>v -1.589209 6.170630 -0.915767</w:t>
        <w:br/>
        <w:t>v -1.715395 6.164886 -0.860612</w:t>
        <w:br/>
        <w:t>v -1.705657 6.199784 -0.853843</w:t>
        <w:br/>
        <w:t>v -1.669653 6.205365 -0.867425</w:t>
        <w:br/>
        <w:t>v -1.637149 6.209115 -0.881437</w:t>
        <w:br/>
        <w:t>v -1.577187 6.212624 -0.907509</w:t>
        <w:br/>
        <w:t>v -1.522318 6.202623 -0.933108</w:t>
        <w:br/>
        <w:t>v -1.542330 6.133433 -0.946807</w:t>
        <w:br/>
        <w:t>v -1.563569 5.881804 -1.004901</w:t>
        <w:br/>
        <w:t>v -1.496819 6.112406 -0.958872</w:t>
        <w:br/>
        <w:t>v -1.648238 6.169911 -0.889095</w:t>
        <w:br/>
        <w:t>v -1.615138 6.149695 -0.818383</w:t>
        <w:br/>
        <w:t>v -1.589209 6.170630 -0.915767</w:t>
        <w:br/>
        <w:t>v -1.553649 6.149111 -0.841685</w:t>
        <w:br/>
        <w:t>v -1.581407 6.139405 -0.892313</w:t>
        <w:br/>
        <w:t>v -1.589209 6.170630 -0.915767</w:t>
        <w:br/>
        <w:t>v -1.553649 6.149111 -0.841685</w:t>
        <w:br/>
        <w:t>v -1.556317 6.135359 -0.843809</w:t>
        <w:br/>
        <w:t>v -1.675412 5.866490 -0.975733</w:t>
        <w:br/>
        <w:t>v -1.656962 5.874493 -0.937763</w:t>
        <w:br/>
        <w:t>v -1.641110 5.842270 -0.902334</w:t>
        <w:br/>
        <w:t>v -1.638700 5.850798 -0.900656</w:t>
        <w:br/>
        <w:t>v -1.675412 5.866490 -0.975733</w:t>
        <w:br/>
        <w:t>v -1.641110 5.842270 -0.902334</w:t>
        <w:br/>
        <w:t>v -1.727985 5.886096 -0.944558</w:t>
        <w:br/>
        <w:t>v -1.696089 5.863376 -0.874508</w:t>
        <w:br/>
        <w:t>v -1.696089 5.863376 -0.874508</w:t>
        <w:br/>
        <w:t>v -1.694216 5.870055 -0.873205</w:t>
        <w:br/>
        <w:t>v -1.708035 5.890715 -0.906614</w:t>
        <w:br/>
        <w:t>v -1.727985 5.886096 -0.944558</w:t>
        <w:br/>
        <w:t>v -1.639785 6.142653 -0.863307</w:t>
        <w:br/>
        <w:t>v -1.648238 6.169911 -0.889095</w:t>
        <w:br/>
        <w:t>v -1.615138 6.149695 -0.818383</w:t>
        <w:br/>
        <w:t>v -1.617928 6.139908 -0.820310</w:t>
        <w:br/>
        <w:t>v 1.614371 6.364241 1.165958</w:t>
        <w:br/>
        <w:t>v 1.582808 6.368148 1.176685</w:t>
        <w:br/>
        <w:t>v 1.539437 6.605270 1.217442</w:t>
        <w:br/>
        <w:t>v 1.567859 6.622928 1.208224</w:t>
        <w:br/>
        <w:t>v 1.840407 6.451527 1.036053</w:t>
        <w:br/>
        <w:t>v 1.615716 6.356827 1.165914</w:t>
        <w:br/>
        <w:t>v 1.609048 6.345462 1.129054</w:t>
        <w:br/>
        <w:t>v 1.615716 6.356827 1.165914</w:t>
        <w:br/>
        <w:t>v 1.840407 6.451527 1.036053</w:t>
        <w:br/>
        <w:t>v 1.806897 6.434001 0.998518</w:t>
        <w:br/>
        <w:t>v 2.011000 6.533318 0.804510</w:t>
        <w:br/>
        <w:t>v 1.806925 6.715626 1.089337</w:t>
        <w:br/>
        <w:t>v 1.569394 6.631681 1.211822</w:t>
        <w:br/>
        <w:t>v 2.051284 6.552536 0.834155</w:t>
        <w:br/>
        <w:t>v 2.051284 6.552536 0.834155</w:t>
        <w:br/>
        <w:t>v 1.554488 6.653402 1.174293</w:t>
        <w:br/>
        <w:t>v 1.774743 6.739691 1.054478</w:t>
        <w:br/>
        <w:t>v 1.569394 6.631681 1.211822</w:t>
        <w:br/>
        <w:t>v 1.806925 6.715626 1.089337</w:t>
        <w:br/>
        <w:t>v 1.981928 6.834755 0.841093</w:t>
        <w:br/>
        <w:t>v 2.019791 6.812431 0.867959</w:t>
        <w:br/>
        <w:t>v 2.019791 6.812431 0.867959</w:t>
        <w:br/>
        <w:t>v 2.173427 6.653129 0.529544</w:t>
        <w:br/>
        <w:t>v 2.173427 6.653129 0.529544</w:t>
        <w:br/>
        <w:t>v 2.127336 6.631597 0.510023</w:t>
        <w:br/>
        <w:t>v 2.169116 6.907536 0.571983</w:t>
        <w:br/>
        <w:t>v 2.169116 6.907536 0.571983</w:t>
        <w:br/>
        <w:t>v 2.125153 6.927553 0.555266</w:t>
        <w:br/>
        <w:t>v 2.211375 6.716185 0.213344</w:t>
        <w:br/>
        <w:t>v 2.211375 6.716185 0.213344</w:t>
        <w:br/>
        <w:t>v 2.161857 6.691986 0.211941</w:t>
        <w:br/>
        <w:t>v 2.200033 6.973757 0.226757</w:t>
        <w:br/>
        <w:t>v 2.200033 6.973757 0.226757</w:t>
        <w:br/>
        <w:t>v 2.151913 6.991168 0.227530</w:t>
        <w:br/>
        <w:t>v 2.142220 6.975669 -0.089668</w:t>
        <w:br/>
        <w:t>v 2.142220 6.975669 -0.089668</w:t>
        <w:br/>
        <w:t>v 2.094883 6.993256 -0.076742</w:t>
        <w:br/>
        <w:t>v 2.170988 6.717847 -0.081421</w:t>
        <w:br/>
        <w:t>v 2.170988 6.717847 -0.081421</w:t>
        <w:br/>
        <w:t>v 2.122252 6.693796 -0.070032</w:t>
        <w:br/>
        <w:t>v 2.027672 6.638737 -0.322027</w:t>
        <w:br/>
        <w:t>v 2.019727 6.923461 -0.357486</w:t>
        <w:br/>
        <w:t>v 2.019727 6.923461 -0.357486</w:t>
        <w:br/>
        <w:t>v 1.978567 6.935414 -0.329851</w:t>
        <w:br/>
        <w:t>v 1.831775 6.868861 -0.533188</w:t>
        <w:br/>
        <w:t>v 2.066188 6.668268 -0.346024</w:t>
        <w:br/>
        <w:t>v 2.066188 6.668268 -0.346024</w:t>
        <w:br/>
        <w:t>v 1.897647 6.570387 -0.553155</w:t>
        <w:br/>
        <w:t>v 1.866932 6.860035 -0.571778</w:t>
        <w:br/>
        <w:t>v 1.866932 6.860035 -0.571778</w:t>
        <w:br/>
        <w:t>v 1.926042 6.602188 -0.585262</w:t>
        <w:br/>
        <w:t>v 1.926042 6.602188 -0.585262</w:t>
        <w:br/>
        <w:t>v 1.741151 6.487925 -0.676321</w:t>
        <w:br/>
        <w:t>v 1.684684 6.779399 -0.681800</w:t>
        <w:br/>
        <w:t>v 1.684684 6.779399 -0.681800</w:t>
        <w:br/>
        <w:t>v 1.651901 6.784497 -0.639853</w:t>
        <w:br/>
        <w:t>v 1.765919 6.522561 -0.708479</w:t>
        <w:br/>
        <w:t>v 1.765919 6.522561 -0.708479</w:t>
        <w:br/>
        <w:t>v 1.618731 6.439695 -0.762817</w:t>
        <w:br/>
        <w:t>v 1.628451 6.464216 -0.791740</w:t>
        <w:br/>
        <w:t>v 1.626348 6.471036 -0.789325</w:t>
        <w:br/>
        <w:t>v 1.628451 6.464216 -0.791740</w:t>
        <w:br/>
        <w:t>v 1.559165 6.733603 -0.742468</w:t>
        <w:br/>
        <w:t>v 1.537749 6.739076 -0.702296</w:t>
        <w:br/>
        <w:t>v 1.559165 6.733603 -0.742468</w:t>
        <w:br/>
        <w:t>v 1.558147 6.724071 -0.742514</w:t>
        <w:br/>
        <w:t>v 1.596028 6.476886 -0.802481</w:t>
        <w:br/>
        <w:t>v 1.533023 6.709530 -0.761540</w:t>
        <w:br/>
        <w:t>v 1.574151 6.621280 1.232279</w:t>
        <w:br/>
        <w:t>v 1.538421 6.605373 1.238196</w:t>
        <w:br/>
        <w:t>v 1.567600 6.657056 1.237725</w:t>
        <w:br/>
        <w:t>v 1.528237 6.660995 1.246661</w:t>
        <w:br/>
        <w:t>v 1.499749 6.622512 1.249733</w:t>
        <w:br/>
        <w:t>v 1.492378 6.662768 1.255864</w:t>
        <w:br/>
        <w:t>v 1.582518 6.364170 1.201775</w:t>
        <w:br/>
        <w:t>v 1.434260 6.619713 1.265444</w:t>
        <w:br/>
        <w:t>v 1.426353 6.662900 1.272020</w:t>
        <w:br/>
        <w:t>v 1.365246 6.650251 1.283774</w:t>
        <w:br/>
        <w:t>v 1.553252 6.331313 1.205714</w:t>
        <w:br/>
        <w:t>v 1.378289 6.578997 1.272939</w:t>
        <w:br/>
        <w:t>v 1.621488 6.362374 1.193172</w:t>
        <w:br/>
        <w:t>v 1.627999 6.326709 1.187829</w:t>
        <w:br/>
        <w:t>v 1.592890 6.307358 1.193268</w:t>
        <w:br/>
        <w:t>v 1.560573 6.291202 1.199715</w:t>
        <w:br/>
        <w:t>v 1.491389 6.307181 1.218305</w:t>
        <w:br/>
        <w:t>v 1.499244 6.264129 1.211874</w:t>
        <w:br/>
        <w:t>v 1.438128 6.251478 1.223666</w:t>
        <w:br/>
        <w:t>v 1.425364 6.321431 1.234115</w:t>
        <w:br/>
        <w:t>v 1.372601 6.322385 1.234443</w:t>
        <w:br/>
        <w:t>v 1.329176 6.559999 1.270243</w:t>
        <w:br/>
        <w:t>v 1.434260 6.619713 1.265444</w:t>
        <w:br/>
        <w:t>v 1.499749 6.622512 1.249733</w:t>
        <w:br/>
        <w:t>v 1.481154 6.632322 1.176786</w:t>
        <w:br/>
        <w:t>v 1.414250 6.629854 1.189023</w:t>
        <w:br/>
        <w:t>v 1.430459 6.603698 1.234142</w:t>
        <w:br/>
        <w:t>v 1.434260 6.619713 1.265444</w:t>
        <w:br/>
        <w:t>v 1.414250 6.629854 1.189023</w:t>
        <w:br/>
        <w:t>v 1.416078 6.619854 1.187514</w:t>
        <w:br/>
        <w:t>v 1.491389 6.307181 1.218305</w:t>
        <w:br/>
        <w:t>v 1.481705 6.329988 1.185881</w:t>
        <w:br/>
        <w:t>v 1.470331 6.323058 1.142738</w:t>
        <w:br/>
        <w:t>v 1.471932 6.314300 1.141417</w:t>
        <w:br/>
        <w:t>v 1.471932 6.314300 1.141417</w:t>
        <w:br/>
        <w:t>v 1.535181 6.338304 1.132349</w:t>
        <w:br/>
        <w:t>v 1.491389 6.307181 1.218305</w:t>
        <w:br/>
        <w:t>v 1.553252 6.331313 1.205714</w:t>
        <w:br/>
        <w:t>v 1.535181 6.338304 1.132349</w:t>
        <w:br/>
        <w:t>v 1.533922 6.345156 1.133385</w:t>
        <w:br/>
        <w:t>v 1.541631 6.351071 1.171739</w:t>
        <w:br/>
        <w:t>v 1.553252 6.331313 1.205714</w:t>
        <w:br/>
        <w:t>v 1.495551 6.607253 1.216391</w:t>
        <w:br/>
        <w:t>v 1.499749 6.622512 1.249733</w:t>
        <w:br/>
        <w:t>v 1.481154 6.632322 1.176786</w:t>
        <w:br/>
        <w:t>v 1.483002 6.622262 1.175265</w:t>
        <w:br/>
        <w:t>v 1.646326 6.445044 -0.820913</w:t>
        <w:br/>
        <w:t>v 1.636769 6.479743 -0.814029</w:t>
        <w:br/>
        <w:t>v 1.614332 6.427170 -0.838050</w:t>
        <w:br/>
        <w:t>v 1.599109 6.482445 -0.827079</w:t>
        <w:br/>
        <w:t>v 1.574131 6.451807 -0.846806</w:t>
        <w:br/>
        <w:t>v 1.584878 6.412783 -0.854560</w:t>
        <w:br/>
        <w:t>v 1.534447 6.717232 -0.780785</w:t>
        <w:br/>
        <w:t>v 1.517062 6.430667 -0.876204</w:t>
        <w:br/>
        <w:t>v 1.528596 6.388786 -0.884534</w:t>
        <w:br/>
        <w:t>v 1.470964 6.378044 -0.908973</w:t>
        <w:br/>
        <w:t>v 1.452222 6.446097 -0.895439</w:t>
        <w:br/>
        <w:t>v 1.495811 6.735269 -0.791001</w:t>
        <w:br/>
        <w:t>v 1.433283 6.734870 -0.816170</w:t>
        <w:br/>
        <w:t>v 1.567360 6.731768 -0.764350</w:t>
        <w:br/>
        <w:t>v 1.557764 6.766610 -0.757526</w:t>
        <w:br/>
        <w:t>v 1.519529 6.771398 -0.770174</w:t>
        <w:br/>
        <w:t>v 1.485014 6.774470 -0.783324</w:t>
        <w:br/>
        <w:t>v 1.421700 6.776928 -0.807934</w:t>
        <w:br/>
        <w:t>v 1.364071 6.766174 -0.832337</w:t>
        <w:br/>
        <w:t>v 1.383180 6.696787 -0.845939</w:t>
        <w:br/>
        <w:t>v 1.400057 6.444202 -0.903201</w:t>
        <w:br/>
        <w:t>v 1.336366 6.675470 -0.857521</w:t>
        <w:br/>
        <w:t>v 1.467845 6.716411 -0.722988</w:t>
        <w:br/>
        <w:t>v 1.495811 6.735269 -0.791001</w:t>
        <w:br/>
        <w:t>v 1.433283 6.734870 -0.816170</w:t>
        <w:br/>
        <w:t>v 1.403476 6.714960 -0.745047</w:t>
        <w:br/>
        <w:t>v 1.427402 6.704208 -0.793824</w:t>
        <w:br/>
        <w:t>v 1.403476 6.714960 -0.745047</w:t>
        <w:br/>
        <w:t>v 1.433283 6.734870 -0.816170</w:t>
        <w:br/>
        <w:t>v 1.406022 6.701188 -0.747179</w:t>
        <w:br/>
        <w:t>v 1.517062 6.430667 -0.876204</w:t>
        <w:br/>
        <w:t>v 1.501290 6.439322 -0.839577</w:t>
        <w:br/>
        <w:t>v 1.488067 6.407813 -0.805651</w:t>
        <w:br/>
        <w:t>v 1.485719 6.416337 -0.803969</w:t>
        <w:br/>
        <w:t>v 1.517062 6.430667 -0.876204</w:t>
        <w:br/>
        <w:t>v 1.574131 6.451807 -0.846806</w:t>
        <w:br/>
        <w:t>v 1.488067 6.407813 -0.805651</w:t>
        <w:br/>
        <w:t>v 1.546931 6.430210 -0.779341</w:t>
        <w:br/>
        <w:t>v 1.545087 6.436879 -0.778028</w:t>
        <w:br/>
        <w:t>v 1.546931 6.430210 -0.779341</w:t>
        <w:br/>
        <w:t>v 1.556583 6.456953 -0.810128</w:t>
        <w:br/>
        <w:t>v 1.574131 6.451807 -0.846806</w:t>
        <w:br/>
        <w:t>v 1.489354 6.708568 -0.766350</w:t>
        <w:br/>
        <w:t>v 1.495811 6.735269 -0.791001</w:t>
        <w:br/>
        <w:t>v 1.467845 6.716411 -0.722988</w:t>
        <w:br/>
        <w:t>v 1.470551 6.706616 -0.724917</w:t>
        <w:br/>
        <w:t>v 1.659083 5.776046 1.085933</w:t>
        <w:br/>
        <w:t>v 1.627482 5.779942 1.096679</w:t>
        <w:br/>
        <w:t>v 1.584025 6.017036 1.137479</w:t>
        <w:br/>
        <w:t>v 1.612473 6.034705 1.128248</w:t>
        <w:br/>
        <w:t>v 1.890728 5.862924 0.963851</w:t>
        <w:br/>
        <w:t>v 1.660426 5.768631 1.085890</w:t>
        <w:br/>
        <w:t>v 1.653929 5.757318 1.048945</w:t>
        <w:br/>
        <w:t>v 1.660426 5.768631 1.085890</w:t>
        <w:br/>
        <w:t>v 1.890728 5.862924 0.963851</w:t>
        <w:br/>
        <w:t>v 1.857565 5.845503 0.926140</w:t>
        <w:br/>
        <w:t>v 2.058394 5.945658 0.722886</w:t>
        <w:br/>
        <w:t>v 1.852100 6.127555 1.009063</w:t>
        <w:br/>
        <w:t>v 1.614000 6.043453 1.131850</w:t>
        <w:br/>
        <w:t>v 2.098153 5.964709 0.752789</w:t>
        <w:br/>
        <w:t>v 2.098153 5.964709 0.752789</w:t>
        <w:br/>
        <w:t>v 1.599234 6.065217 1.094252</w:t>
        <w:br/>
        <w:t>v 1.820212 6.151707 0.974057</w:t>
        <w:br/>
        <w:t>v 1.614000 6.043453 1.131850</w:t>
        <w:br/>
        <w:t>v 1.852100 6.127555 1.009063</w:t>
        <w:br/>
        <w:t>v 2.029255 6.247139 0.759557</w:t>
        <w:br/>
        <w:t>v 2.066623 6.224656 0.786666</w:t>
        <w:br/>
        <w:t>v 2.066623 6.224656 0.786666</w:t>
        <w:br/>
        <w:t>v 2.222935 6.065199 0.446049</w:t>
        <w:br/>
        <w:t>v 2.222935 6.065199 0.446049</w:t>
        <w:br/>
        <w:t>v 2.177840 6.044068 0.426112</w:t>
        <w:br/>
        <w:t>v 2.218436 6.319677 0.488697</w:t>
        <w:br/>
        <w:t>v 2.218436 6.319677 0.488697</w:t>
        <w:br/>
        <w:t>v 2.175384 6.340062 0.471598</w:t>
        <w:br/>
        <w:t>v 2.264811 6.127983 0.126575</w:t>
        <w:br/>
        <w:t>v 2.264811 6.127983 0.126575</w:t>
        <w:br/>
        <w:t>v 2.216915 6.104615 0.124652</w:t>
        <w:br/>
        <w:t>v 2.254146 6.385901 0.139770</w:t>
        <w:br/>
        <w:t>v 2.254146 6.385901 0.139770</w:t>
        <w:br/>
        <w:t>v 2.207609 6.404124 0.140035</w:t>
        <w:br/>
        <w:t>v 2.185574 6.107981 -0.162334</w:t>
        <w:br/>
        <w:t>v 2.205963 6.389700 -0.182430</w:t>
        <w:br/>
        <w:t>v 2.205963 6.389700 -0.182430</w:t>
        <w:br/>
        <w:t>v 2.160681 6.408474 -0.170049</w:t>
        <w:br/>
        <w:t>v 2.060168 6.362876 -0.430361</w:t>
        <w:br/>
        <w:t>v 2.232197 6.130815 -0.173165</w:t>
        <w:br/>
        <w:t>v 2.232197 6.130815 -0.173165</w:t>
        <w:br/>
        <w:t>v 2.104786 6.064193 -0.420839</w:t>
        <w:br/>
        <w:t>v 2.100022 6.349905 -0.457884</w:t>
        <w:br/>
        <w:t>v 2.100022 6.349905 -0.457884</w:t>
        <w:br/>
        <w:t>v 1.908225 6.296907 -0.642537</w:t>
        <w:br/>
        <w:t>v 2.141927 6.092695 -0.444680</w:t>
        <w:br/>
        <w:t>v 2.141927 6.092695 -0.444680</w:t>
        <w:br/>
        <w:t>v 1.969756 5.996143 -0.661167</w:t>
        <w:br/>
        <w:t>v 1.943582 6.287631 -0.681677</w:t>
        <w:br/>
        <w:t>v 1.943582 6.287631 -0.681677</w:t>
        <w:br/>
        <w:t>v 1.998181 6.027470 -0.693715</w:t>
        <w:br/>
        <w:t>v 1.998181 6.027470 -0.693715</w:t>
        <w:br/>
        <w:t>v 1.853772 5.919699 -0.791216</w:t>
        <w:br/>
        <w:t>v 1.802129 6.212962 -0.791307</w:t>
        <w:br/>
        <w:t>v 1.802129 6.212962 -0.791307</w:t>
        <w:br/>
        <w:t>v 1.767709 6.217858 -0.748275</w:t>
        <w:br/>
        <w:t>v 1.879550 5.953962 -0.816946</w:t>
        <w:br/>
        <w:t>v 1.879550 5.953962 -0.816946</w:t>
        <w:br/>
        <w:t>v 1.743474 5.876377 -0.882752</w:t>
        <w:br/>
        <w:t>v 1.755198 5.901442 -0.912745</w:t>
        <w:br/>
        <w:t>v 1.753036 5.908264 -0.910280</w:t>
        <w:br/>
        <w:t>v 1.755198 5.901442 -0.912745</w:t>
        <w:br/>
        <w:t>v 1.686124 6.171504 -0.863042</w:t>
        <w:br/>
        <w:t>v 1.662152 6.176295 -0.821498</w:t>
        <w:br/>
        <w:t>v 1.686124 6.171504 -0.863042</w:t>
        <w:br/>
        <w:t>v 1.685093 6.161973 -0.863077</w:t>
        <w:br/>
        <w:t>v 1.725105 5.915123 -0.924394</w:t>
        <w:br/>
        <w:t>v 1.662239 6.148304 -0.883087</w:t>
        <w:br/>
        <w:t>v 1.618706 6.033035 1.152333</w:t>
        <w:br/>
        <w:t>v 1.582963 6.017126 1.158256</w:t>
        <w:br/>
        <w:t>v 1.612148 6.068809 1.157782</w:t>
        <w:br/>
        <w:t>v 1.572770 6.072744 1.166725</w:t>
        <w:br/>
        <w:t>v 1.544276 6.034260 1.169801</w:t>
        <w:br/>
        <w:t>v 1.536899 6.074512 1.175934</w:t>
        <w:br/>
        <w:t>v 1.627113 5.775938 1.121809</w:t>
        <w:br/>
        <w:t>v 1.478770 6.031455 1.185519</w:t>
        <w:br/>
        <w:t>v 1.470860 6.074640 1.192097</w:t>
        <w:br/>
        <w:t>v 1.409750 6.061990 1.203853</w:t>
        <w:br/>
        <w:t>v 1.597833 5.743077 1.125755</w:t>
        <w:br/>
        <w:t>v 1.422794 5.990738 1.193017</w:t>
        <w:br/>
        <w:t>v 1.666104 5.774148 1.113194</w:t>
        <w:br/>
        <w:t>v 1.672626 5.738490 1.107846</w:t>
        <w:br/>
        <w:t>v 1.637499 5.719132 1.113294</w:t>
        <w:br/>
        <w:t>v 1.605163 5.702968 1.119751</w:t>
        <w:br/>
        <w:t>v 1.535939 5.718935 1.138360</w:t>
        <w:br/>
        <w:t>v 1.543802 5.675886 1.131925</w:t>
        <w:br/>
        <w:t>v 1.482664 5.663229 1.143729</w:t>
        <w:br/>
        <w:t>v 1.469891 5.733179 1.154184</w:t>
        <w:br/>
        <w:t>v 1.417127 5.734133 1.154512</w:t>
        <w:br/>
        <w:t>v 1.373682 5.971741 1.190321</w:t>
        <w:br/>
        <w:t>v 1.478770 6.031455 1.185519</w:t>
        <w:br/>
        <w:t>v 1.544276 6.034260 1.169801</w:t>
        <w:br/>
        <w:t>v 1.525889 6.044137 1.096751</w:t>
        <w:br/>
        <w:t>v 1.458936 6.041654 1.109013</w:t>
        <w:br/>
        <w:t>v 1.475010 6.015452 1.154198</w:t>
        <w:br/>
        <w:t>v 1.478770 6.031455 1.185519</w:t>
        <w:br/>
        <w:t>v 1.458936 6.041654 1.109013</w:t>
        <w:br/>
        <w:t>v 1.460769 6.031654 1.107502</w:t>
        <w:br/>
        <w:t>v 1.535939 5.718935 1.138360</w:t>
        <w:br/>
        <w:t>v 1.526345 5.741773 1.105894</w:t>
        <w:br/>
        <w:t>v 1.515152 5.734900 1.062663</w:t>
        <w:br/>
        <w:t>v 1.516757 5.726143 1.061339</w:t>
        <w:br/>
        <w:t>v 1.516757 5.726143 1.061339</w:t>
        <w:br/>
        <w:t>v 1.580054 5.750159 1.052246</w:t>
        <w:br/>
        <w:t>v 1.535939 5.718935 1.138360</w:t>
        <w:br/>
        <w:t>v 1.597833 5.743077 1.125755</w:t>
        <w:br/>
        <w:t>v 1.580054 5.750159 1.052246</w:t>
        <w:br/>
        <w:t>v 1.578791 5.757012 1.053283</w:t>
        <w:br/>
        <w:t>v 1.586322 5.762871 1.091725</w:t>
        <w:br/>
        <w:t>v 1.597833 5.743077 1.125755</w:t>
        <w:br/>
        <w:t>v 1.540142 6.019021 1.136427</w:t>
        <w:br/>
        <w:t>v 1.544276 6.034260 1.169801</w:t>
        <w:br/>
        <w:t>v 1.525889 6.044137 1.096751</w:t>
        <w:br/>
        <w:t>v 1.527743 6.034078 1.095229</w:t>
        <w:br/>
        <w:t>v 1.774451 5.882518 -0.942763</w:t>
        <w:br/>
        <w:t>v 1.765003 5.917357 -0.935840</w:t>
        <w:br/>
        <w:t>v 1.745244 5.865806 -0.961028</w:t>
        <w:br/>
        <w:t>v 1.730103 5.921258 -0.949966</w:t>
        <w:br/>
        <w:t>v 1.707611 5.891595 -0.970753</w:t>
        <w:br/>
        <w:t>v 1.718350 5.852475 -0.978587</w:t>
        <w:br/>
        <w:t>v 1.665260 6.156510 -0.903123</w:t>
        <w:br/>
        <w:t>v 1.654973 5.872258 -1.001987</w:t>
        <w:br/>
        <w:t>v 1.666613 5.830329 -1.010442</w:t>
        <w:br/>
        <w:t>v 1.612804 5.821146 -1.036461</w:t>
        <w:br/>
        <w:t>v 1.593678 5.889172 -1.022653</w:t>
        <w:br/>
        <w:t>v 1.628664 6.175412 -0.914152</w:t>
        <w:br/>
        <w:t>v 1.569629 6.176396 -0.940802</w:t>
        <w:br/>
        <w:t>v 1.695817 6.170089 -0.885711</w:t>
        <w:br/>
        <w:t>v 1.686177 6.204988 -0.878801</w:t>
        <w:br/>
        <w:t>v 1.650184 6.210721 -0.892350</w:t>
        <w:br/>
        <w:t>v 1.617687 6.214614 -0.906336</w:t>
        <w:br/>
        <w:t>v 1.557726 6.218390 -0.932375</w:t>
        <w:br/>
        <w:t>v 1.502821 6.208643 -0.957995</w:t>
        <w:br/>
        <w:t>v 1.522637 6.139453 -0.971972</w:t>
        <w:br/>
        <w:t>v 1.543164 5.887994 -1.031059</w:t>
        <w:br/>
        <w:t>v 1.477065 6.118597 -0.984104</w:t>
        <w:br/>
        <w:t>v 1.595531 6.155009 -0.843509</w:t>
        <w:br/>
        <w:t>v 1.628664 6.175412 -0.914152</w:t>
        <w:br/>
        <w:t>v 1.569629 6.176396 -0.940802</w:t>
        <w:br/>
        <w:t>v 1.534033 6.154685 -0.866793</w:t>
        <w:br/>
        <w:t>v 1.561749 6.145102 -0.917468</w:t>
        <w:br/>
        <w:t>v 1.534033 6.154685 -0.866793</w:t>
        <w:br/>
        <w:t>v 1.569629 6.176396 -0.940802</w:t>
        <w:br/>
        <w:t>v 1.536662 6.140934 -0.868971</w:t>
        <w:br/>
        <w:t>v 1.654973 5.872258 -1.001987</w:t>
        <w:br/>
        <w:t>v 1.636557 5.880163 -0.963980</w:t>
        <w:br/>
        <w:t>v 1.620627 5.847846 -0.928672</w:t>
        <w:br/>
        <w:t>v 1.618242 5.856374 -0.926960</w:t>
        <w:br/>
        <w:t>v 1.654973 5.872258 -1.001987</w:t>
        <w:br/>
        <w:t>v 1.707611 5.891595 -0.970753</w:t>
        <w:br/>
        <w:t>v 1.620627 5.847846 -0.928672</w:t>
        <w:br/>
        <w:t>v 1.675674 5.868690 -0.900783</w:t>
        <w:br/>
        <w:t>v 1.673820 5.875371 -0.899452</w:t>
        <w:br/>
        <w:t>v 1.675674 5.868690 -0.900783</w:t>
        <w:br/>
        <w:t>v 1.687685 5.896122 -0.932784</w:t>
        <w:br/>
        <w:t>v 1.707611 5.891595 -0.970753</w:t>
        <w:br/>
        <w:t>v 1.620144 6.148077 -0.888468</w:t>
        <w:br/>
        <w:t>v 1.628664 6.175412 -0.914152</w:t>
        <w:br/>
        <w:t>v 1.595531 6.155009 -0.843509</w:t>
        <w:br/>
        <w:t>v 1.598293 6.145222 -0.845475</w:t>
        <w:br/>
        <w:t>v -1.347579 1.406513 -0.799830</w:t>
        <w:br/>
        <w:t>v -1.330843 1.402481 -0.872130</w:t>
        <w:br/>
        <w:t>v -1.351007 1.458365 -0.887588</w:t>
        <w:br/>
        <w:t>v -1.336513 1.436415 -0.918362</w:t>
        <w:br/>
        <w:t>v -1.351531 1.551055 -0.909388</w:t>
        <w:br/>
        <w:t>v -1.330843 1.402481 -0.872130</w:t>
        <w:br/>
        <w:t>v -1.197390 1.415596 -0.898065</w:t>
        <w:br/>
        <w:t>v -1.336513 1.436415 -0.918362</w:t>
        <w:br/>
        <w:t>v -1.338693 1.557958 -0.946235</w:t>
        <w:br/>
        <w:t>v -1.360719 1.831074 -0.805493</w:t>
        <w:br/>
        <w:t>v -1.203431 1.441842 -0.943936</w:t>
        <w:br/>
        <w:t>v -1.338693 1.557958 -0.946235</w:t>
        <w:br/>
        <w:t>v -1.348700 1.848231 -0.825308</w:t>
        <w:br/>
        <w:t>v -1.365358 1.979463 -0.750882</w:t>
        <w:br/>
        <w:t>v -1.353666 2.001978 -0.761720</w:t>
        <w:br/>
        <w:t>v -1.205270 1.569163 -0.992603</w:t>
        <w:br/>
        <w:t>v -1.211516 1.856295 -0.873098</w:t>
        <w:br/>
        <w:t>v -1.216017 2.008534 -0.810456</w:t>
        <w:br/>
        <w:t>v -1.073236 1.858344 -0.844907</w:t>
        <w:br/>
        <w:t>v -1.078972 2.013256 -0.787492</w:t>
        <w:br/>
        <w:t>v -1.078972 2.013256 -0.787492</w:t>
        <w:br/>
        <w:t>v -1.073236 1.858344 -0.844907</w:t>
        <w:br/>
        <w:t>v -1.069466 1.985960 -0.761265</w:t>
        <w:br/>
        <w:t>v -1.064022 1.838228 -0.814553</w:t>
        <w:br/>
        <w:t>v -1.065665 1.565829 -0.954758</w:t>
        <w:br/>
        <w:t>v -1.065665 1.565829 -0.954758</w:t>
        <w:br/>
        <w:t>v -1.056911 1.559303 -0.916805</w:t>
        <w:br/>
        <w:t>v -1.063438 1.444508 -0.926898</w:t>
        <w:br/>
        <w:t>v -1.063438 1.444508 -0.926898</w:t>
        <w:br/>
        <w:t>v -1.054641 1.467145 -0.895160</w:t>
        <w:br/>
        <w:t>v -1.057247 1.397041 -0.859945</w:t>
        <w:br/>
        <w:t>v -1.057247 1.397041 -0.859945</w:t>
        <w:br/>
        <w:t>v -1.044491 1.406177 -0.806408</w:t>
        <w:br/>
        <w:t>v -1.362215 2.522646 -0.692185</w:t>
        <w:br/>
        <w:t>v -1.384184 2.595025 -0.793727</w:t>
        <w:br/>
        <w:t>v -1.374553 2.540574 -0.669151</w:t>
        <w:br/>
        <w:t>v -1.373506 2.584337 -0.837758</w:t>
        <w:br/>
        <w:t>v -1.383774 2.664010 -0.826425</w:t>
        <w:br/>
        <w:t>v -1.362215 2.522646 -0.692185</w:t>
        <w:br/>
        <w:t>v -1.225977 2.529009 -0.722251</w:t>
        <w:br/>
        <w:t>v -1.373506 2.584337 -0.837758</w:t>
        <w:br/>
        <w:t>v -1.373003 2.655228 -0.864899</w:t>
        <w:br/>
        <w:t>v -1.228799 2.591144 -0.873461</w:t>
        <w:br/>
        <w:t>v -1.373003 2.655228 -0.864899</w:t>
        <w:br/>
        <w:t>v -1.083605 2.593557 -0.858141</w:t>
        <w:br/>
        <w:t>v -1.076636 2.532539 -0.692643</w:t>
        <w:br/>
        <w:t>v -1.229432 2.660904 -0.900837</w:t>
        <w:br/>
        <w:t>v -1.066731 2.552714 -0.669632</w:t>
        <w:br/>
        <w:t>v -1.073362 2.605060 -0.814147</w:t>
        <w:br/>
        <w:t>v -1.076636 2.532539 -0.692643</w:t>
        <w:br/>
        <w:t>v -1.083605 2.593557 -0.858141</w:t>
        <w:br/>
        <w:t>v -1.073607 2.674239 -0.845910</w:t>
        <w:br/>
        <w:t>v -1.383166 3.062943 -0.796434</w:t>
        <w:br/>
        <w:t>v -1.383166 3.062943 -0.796434</w:t>
        <w:br/>
        <w:t>v -1.394612 3.055269 -0.758349</w:t>
        <w:br/>
        <w:t>v -1.426228 3.609992 -0.699909</w:t>
        <w:br/>
        <w:t>v -1.414998 3.634206 -0.724562</w:t>
        <w:br/>
        <w:t>v -1.253420 3.640916 -0.765850</w:t>
        <w:br/>
        <w:t>v -1.086493 2.664336 -0.884888</w:t>
        <w:br/>
        <w:t>v -1.086493 2.664336 -0.884888</w:t>
        <w:br/>
        <w:t>v -1.235512 3.068957 -0.834344</w:t>
        <w:br/>
        <w:t>v -1.098526 3.070973 -0.820841</w:t>
        <w:br/>
        <w:t>v -1.098526 3.070973 -0.820841</w:t>
        <w:br/>
        <w:t>v -1.082990 3.063606 -0.782197</w:t>
        <w:br/>
        <w:t>v -1.091542 3.640679 -0.724947</w:t>
        <w:br/>
        <w:t>v -1.079434 3.620692 -0.700434</w:t>
        <w:br/>
        <w:t>v -1.657960 4.996700 -0.787111</w:t>
        <w:br/>
        <w:t>v -1.674650 4.996493 -0.822799</w:t>
        <w:br/>
        <w:t>v -1.633925 5.053324 -0.770215</w:t>
        <w:br/>
        <w:t>v -1.665848 5.027848 -0.853981</w:t>
        <w:br/>
        <w:t>v -1.676407 4.909765 -0.899399</w:t>
        <w:br/>
        <w:t>v -1.633925 5.053324 -0.770215</w:t>
        <w:br/>
        <w:t>v -1.665848 5.027848 -0.853981</w:t>
        <w:br/>
        <w:t>v -1.481918 5.058281 -0.805098</w:t>
        <w:br/>
        <w:t>v -1.672112 4.906806 -0.922649</w:t>
        <w:br/>
        <w:t>v -1.492785 5.041505 -0.912769</w:t>
        <w:br/>
        <w:t>v -1.654427 4.595103 -0.780708</w:t>
        <w:br/>
        <w:t>v -1.652230 4.593998 -0.760732</w:t>
        <w:br/>
        <w:t>v -1.672112 4.906806 -0.922649</w:t>
        <w:br/>
        <w:t>v -1.484894 4.911972 -0.988380</w:t>
        <w:br/>
        <w:t>v -1.654427 4.595103 -0.780708</w:t>
        <w:br/>
        <w:t>v -1.293311 5.048244 -0.918314</w:t>
        <w:br/>
        <w:t>v -1.293622 5.063684 -0.813402</w:t>
        <w:br/>
        <w:t>v -1.637013 4.479027 -0.747748</w:t>
        <w:br/>
        <w:t>v -1.638829 4.465006 -0.730022</w:t>
        <w:br/>
        <w:t>v -1.637013 4.479027 -0.747748</w:t>
        <w:br/>
        <w:t>v -1.638829 4.465006 -0.730022</w:t>
        <w:br/>
        <w:t>v -1.458937 4.468341 -0.783716</w:t>
        <w:br/>
        <w:t>v -1.466074 4.603357 -0.847121</w:t>
        <w:br/>
        <w:t>v -1.459919 4.486763 -0.809890</w:t>
        <w:br/>
        <w:t>v -1.275078 4.474134 -0.801290</w:t>
        <w:br/>
        <w:t>v -1.288792 4.919027 -0.992112</w:t>
        <w:br/>
        <w:t>v -1.279290 4.610185 -0.871570</w:t>
        <w:br/>
        <w:t>v -1.275709 4.493331 -0.835264</w:t>
        <w:br/>
        <w:t>v -1.072750 4.496747 -0.776941</w:t>
        <w:br/>
        <w:t>v -1.072450 4.478530 -0.745709</w:t>
        <w:br/>
        <w:t>v -1.074283 4.613838 -0.815126</w:t>
        <w:br/>
        <w:t>v -0.956007 4.496650 -0.712055</w:t>
        <w:br/>
        <w:t>v -0.950100 4.481855 -0.693102</w:t>
        <w:br/>
        <w:t>v -0.949024 4.610785 -0.738339</w:t>
        <w:br/>
        <w:t>v -0.953727 4.613999 -0.756099</w:t>
        <w:br/>
        <w:t>v -0.946609 4.920204 -0.849888</w:t>
        <w:br/>
        <w:t>v -1.078373 4.923778 -0.929843</w:t>
        <w:br/>
        <w:t>v -0.950794 4.923755 -0.870820</w:t>
        <w:br/>
        <w:t>v -0.951444 5.015697 -0.792179</w:t>
        <w:br/>
        <w:t>v -1.079757 5.050191 -0.858467</w:t>
        <w:br/>
        <w:t>v -1.099394 5.065175 -0.766009</w:t>
        <w:br/>
        <w:t>v -0.961034 5.046342 -0.808261</w:t>
        <w:br/>
        <w:t>v -0.971708 5.011778 -0.747719</w:t>
        <w:br/>
        <w:t>v -0.961034 5.046342 -0.808261</w:t>
        <w:br/>
        <w:t>v -0.988569 5.061390 -0.722478</w:t>
        <w:br/>
        <w:t>v -0.988569 5.061390 -0.722478</w:t>
        <w:br/>
        <w:t>v -1.552127 1.294633 -0.405071</w:t>
        <w:br/>
        <w:t>v -1.538621 1.107863 -0.469329</w:t>
        <w:br/>
        <w:t>v -1.493760 1.202829 -0.535603</w:t>
        <w:br/>
        <w:t>v -1.614673 1.167007 -0.180851</w:t>
        <w:br/>
        <w:t>v -1.613736 0.944650 -0.355346</w:t>
        <w:br/>
        <w:t>v -1.605949 1.442467 -0.199821</w:t>
        <w:br/>
        <w:t>v -1.602492 1.397676 -0.087768</w:t>
        <w:br/>
        <w:t>v -1.578658 1.575591 -0.023559</w:t>
        <w:br/>
        <w:t>v -1.614673 1.167007 -0.180851</w:t>
        <w:br/>
        <w:t>v -1.646479 1.161139 -0.174084</w:t>
        <w:br/>
        <w:t>v -1.602492 1.397676 -0.087768</w:t>
        <w:br/>
        <w:t>v -1.578658 1.575591 -0.023559</w:t>
        <w:br/>
        <w:t>v -1.639149 1.397796 -0.065832</w:t>
        <w:br/>
        <w:t>v -1.597988 1.590589 -0.000856</w:t>
        <w:br/>
        <w:t>v -1.636711 0.920307 -0.343592</w:t>
        <w:br/>
        <w:t>v -1.639149 1.397796 -0.065832</w:t>
        <w:br/>
        <w:t>v -1.597988 1.590589 -0.000856</w:t>
        <w:br/>
        <w:t>v -1.583023 1.502839 0.181413</w:t>
        <w:br/>
        <w:t>v -1.530536 1.656865 0.178946</w:t>
        <w:br/>
        <w:t>v -1.644571 1.307822 0.132716</w:t>
        <w:br/>
        <w:t>v -1.646479 1.161139 -0.174084</w:t>
        <w:br/>
        <w:t>v -1.545452 1.535116 0.309273</w:t>
        <w:br/>
        <w:t>v -1.461220 1.671677 0.288650</w:t>
        <w:br/>
        <w:t>v -1.572039 1.355451 0.480970</w:t>
        <w:br/>
        <w:t>v -1.466227 1.548360 0.396266</w:t>
        <w:br/>
        <w:t>v -1.428110 1.662814 0.298169</w:t>
        <w:br/>
        <w:t>v -1.627403 1.155646 0.440709</w:t>
        <w:br/>
        <w:t>v -1.430932 1.538459 0.391157</w:t>
        <w:br/>
        <w:t>v -1.428110 1.662814 0.298169</w:t>
        <w:br/>
        <w:t>v -1.381808 1.721997 0.390769</w:t>
        <w:br/>
        <w:t>v -1.430932 1.538459 0.391157</w:t>
        <w:br/>
        <w:t>v -1.381915 1.625286 0.494102</w:t>
        <w:br/>
        <w:t>v -1.380254 1.493870 0.616725</w:t>
        <w:br/>
        <w:t>v -1.436202 1.385638 0.578738</w:t>
        <w:br/>
        <w:t>v -1.436202 1.385638 0.578738</w:t>
        <w:br/>
        <w:t>v -1.477268 1.390026 0.574631</w:t>
        <w:br/>
        <w:t>v -1.360016 1.410372 0.689744</w:t>
        <w:br/>
        <w:t>v -1.216132 1.504790 0.689202</w:t>
        <w:br/>
        <w:t>v -1.454243 1.217583 0.789972</w:t>
        <w:br/>
        <w:t>v -1.630773 1.033638 0.702273</w:t>
        <w:br/>
        <w:t>v -1.496909 1.232842 0.797811</w:t>
        <w:br/>
        <w:t>v -1.496909 1.232842 0.797811</w:t>
        <w:br/>
        <w:t>v -1.518677 1.067541 1.044833</w:t>
        <w:br/>
        <w:t>v -1.518677 1.067541 1.044833</w:t>
        <w:br/>
        <w:t>v -1.353819 1.262305 0.839740</w:t>
        <w:br/>
        <w:t>v -1.473010 1.007560 1.036359</w:t>
        <w:br/>
        <w:t>v -1.473010 1.007560 1.036359</w:t>
        <w:br/>
        <w:t>v -1.209785 1.424244 0.747454</w:t>
        <w:br/>
        <w:t>v -1.049680 1.500669 0.638764</w:t>
        <w:br/>
        <w:t>v -1.196978 1.279997 0.868856</w:t>
        <w:br/>
        <w:t>v -1.356811 1.095122 1.069834</w:t>
        <w:br/>
        <w:t>v -1.063575 1.408491 0.680184</w:t>
        <w:br/>
        <w:t>v -1.065798 1.264826 0.861398</w:t>
        <w:br/>
        <w:t>v -0.975788 1.356572 0.604142</w:t>
        <w:br/>
        <w:t>v -0.971442 1.172938 0.784100</w:t>
        <w:br/>
        <w:t>v -1.064589 1.092755 1.070899</w:t>
        <w:br/>
        <w:t>v -0.965660 1.058956 1.018663</w:t>
        <w:br/>
        <w:t>v -0.971442 1.172938 0.784100</w:t>
        <w:br/>
        <w:t>v -0.975788 1.356572 0.604142</w:t>
        <w:br/>
        <w:t>v -0.922361 1.227954 0.775369</w:t>
        <w:br/>
        <w:t>v -0.965660 1.058956 1.018663</w:t>
        <w:br/>
        <w:t>v -0.979317 1.525813 0.457630</w:t>
        <w:br/>
        <w:t>v -1.037260 1.592287 0.529275</w:t>
        <w:br/>
        <w:t>v -1.028332 1.714307 0.363027</w:t>
        <w:br/>
        <w:t>v -0.986046 1.695849 0.342678</w:t>
        <w:br/>
        <w:t>v -0.979317 1.525813 0.457630</w:t>
        <w:br/>
        <w:t>v -0.929946 1.379408 0.620943</w:t>
        <w:br/>
        <w:t>v -0.941360 1.548611 0.457598</w:t>
        <w:br/>
        <w:t>v -0.947471 1.700854 0.329320</w:t>
        <w:br/>
        <w:t>v -0.941360 1.548611 0.457598</w:t>
        <w:br/>
        <w:t>v -0.840133 1.482565 0.309963</w:t>
        <w:br/>
        <w:t>v -0.929946 1.379408 0.620943</w:t>
        <w:br/>
        <w:t>v -0.867123 1.662992 0.205338</w:t>
        <w:br/>
        <w:t>v -0.813612 1.188924 0.482533</w:t>
        <w:br/>
        <w:t>v -0.922361 1.227954 0.775369</w:t>
        <w:br/>
        <w:t>v -0.789771 1.387438 0.189288</w:t>
        <w:br/>
        <w:t>v -0.823476 1.612209 0.012149</w:t>
        <w:br/>
        <w:t>v -0.742713 1.279035 -0.088772</w:t>
        <w:br/>
        <w:t>v -0.823476 1.612209 0.012149</w:t>
        <w:br/>
        <w:t>v -0.856359 1.564589 -0.011816</w:t>
        <w:br/>
        <w:t>v -0.742713 1.279035 -0.088772</w:t>
        <w:br/>
        <w:t>v -0.742827 1.166805 0.142117</w:t>
        <w:br/>
        <w:t>v -0.801525 1.281769 -0.129780</w:t>
        <w:br/>
        <w:t>v -0.856359 1.564589 -0.011816</w:t>
        <w:br/>
        <w:t>v -0.767521 1.438320 -0.244230</w:t>
        <w:br/>
        <w:t>v -0.801525 1.281769 -0.129780</w:t>
        <w:br/>
        <w:t>v -0.811807 1.285146 -0.398145</w:t>
        <w:br/>
        <w:t>v -0.774275 1.108640 -0.234505</w:t>
        <w:br/>
        <w:t>v -0.847726 1.179046 -0.503957</w:t>
        <w:br/>
        <w:t>v -0.767756 1.058062 -0.372726</w:t>
        <w:br/>
        <w:t>v -0.739784 0.960863 -0.321799</w:t>
        <w:br/>
        <w:t>v -0.703470 1.102056 -0.180512</w:t>
        <w:br/>
        <w:t>v -0.728624 0.889625 -0.299518</w:t>
        <w:br/>
        <w:t>v -0.721112 0.951789 0.110391</w:t>
        <w:br/>
        <w:t>v -0.731008 0.690738 -0.075314</w:t>
        <w:br/>
        <w:t>v -0.717973 0.726031 -0.251170</w:t>
        <w:br/>
        <w:t>v -0.783722 0.528619 -0.242693</w:t>
        <w:br/>
        <w:t>v -0.786216 0.526511 -0.230856</w:t>
        <w:br/>
        <w:t>v -0.790311 0.999859 0.433730</w:t>
        <w:br/>
        <w:t>v -0.786216 0.526511 -0.230856</w:t>
        <w:br/>
        <w:t>v -0.737999 0.543489 -0.187959</w:t>
        <w:br/>
        <w:t>v -0.731008 0.690738 -0.075314</w:t>
        <w:br/>
        <w:t>v -0.827243 0.414876 0.029204</w:t>
        <w:br/>
        <w:t>v -0.737999 0.543489 -0.187959</w:t>
        <w:br/>
        <w:t>v -0.810740 1.052572 0.708241</w:t>
        <w:br/>
        <w:t>v -0.768793 0.440129 0.045425</w:t>
        <w:br/>
        <w:t>v -0.912921 1.097764 1.035808</w:t>
        <w:br/>
        <w:t>v -0.912921 1.097764 1.035808</w:t>
        <w:br/>
        <w:t>v -0.699840 0.655417 -0.074362</w:t>
        <w:br/>
        <w:t>v -0.699840 0.655417 -0.074362</w:t>
        <w:br/>
        <w:t>v -0.699840 0.655417 -0.074362</w:t>
        <w:br/>
        <w:t>v -0.756726 0.631584 0.088148</w:t>
        <w:br/>
        <w:t>v -0.719300 0.589947 0.076378</w:t>
        <w:br/>
        <w:t>v -0.781963 0.810145 0.388676</w:t>
        <w:br/>
        <w:t>v -0.802850 0.538444 0.330083</w:t>
        <w:br/>
        <w:t>v -0.772089 0.493436 0.316423</w:t>
        <w:br/>
        <w:t>v -0.794563 0.334508 0.261135</w:t>
        <w:br/>
        <w:t>v -0.879810 0.298069 0.259364</w:t>
        <w:br/>
        <w:t>v -0.809000 0.493504 0.496399</w:t>
        <w:br/>
        <w:t>v -0.820685 0.192814 0.453780</w:t>
        <w:br/>
        <w:t>v -0.849810 0.187385 0.457669</w:t>
        <w:br/>
        <w:t>v -0.820685 0.192814 0.453780</w:t>
        <w:br/>
        <w:t>v -0.849810 0.187385 0.457669</w:t>
        <w:br/>
        <w:t>v -0.840371 0.128607 0.449933</w:t>
        <w:br/>
        <w:t>v -0.762962 0.061266 0.469882</w:t>
        <w:br/>
        <w:t>v -0.782402 0.419957 0.493825</w:t>
        <w:br/>
        <w:t>v -0.761945 0.217478 0.465461</w:t>
        <w:br/>
        <w:t>v -0.761945 0.217478 0.465461</w:t>
        <w:br/>
        <w:t>v -0.768909 0.065408 0.611282</w:t>
        <w:br/>
        <w:t>v -0.751278 0.145017 0.636025</w:t>
        <w:br/>
        <w:t>v -0.762962 0.061266 0.469882</w:t>
        <w:br/>
        <w:t>v -0.739593 0.387100 0.627280</w:t>
        <w:br/>
        <w:t>v -0.747471 0.565565 0.619925</w:t>
        <w:br/>
        <w:t>v -0.707173 0.364475 0.722474</w:t>
        <w:br/>
        <w:t>v -0.716900 0.066365 0.686884</w:t>
        <w:br/>
        <w:t>v -0.700025 0.125186 0.742751</w:t>
        <w:br/>
        <w:t>v -0.776124 0.601307 0.607343</w:t>
        <w:br/>
        <w:t>v -0.675681 0.038066 0.825162</w:t>
        <w:br/>
        <w:t>v -0.631795 0.128995 0.931511</w:t>
        <w:br/>
        <w:t>v -0.725846 0.611877 0.700860</w:t>
        <w:br/>
        <w:t>v -0.798279 0.725620 0.559849</w:t>
        <w:br/>
        <w:t>v -0.748348 0.635305 0.700970</w:t>
        <w:br/>
        <w:t>v -0.773782 0.891154 0.623275</w:t>
        <w:br/>
        <w:t>v -0.666209 0.652593 0.924842</w:t>
        <w:br/>
        <w:t>v -0.674414 0.541874 0.913419</w:t>
        <w:br/>
        <w:t>v -0.788120 0.939077 0.966147</w:t>
        <w:br/>
        <w:t>v -0.710054 0.806090 0.945211</w:t>
        <w:br/>
        <w:t>v -0.610142 0.605856 1.196556</w:t>
        <w:br/>
        <w:t>v -0.668360 0.746037 1.236220</w:t>
        <w:br/>
        <w:t>v -0.763264 0.875372 1.272766</w:t>
        <w:br/>
        <w:t>v -0.904760 0.978607 1.307376</w:t>
        <w:br/>
        <w:t>v -0.904760 0.978607 1.307376</w:t>
        <w:br/>
        <w:t>v -0.675322 0.721914 1.546331</w:t>
        <w:br/>
        <w:t>v -0.944996 0.918517 1.302221</w:t>
        <w:br/>
        <w:t>v -0.944996 0.918517 1.302221</w:t>
        <w:br/>
        <w:t>v -0.789273 0.826669 1.578145</w:t>
        <w:br/>
        <w:t>v -0.935311 0.878588 1.604243</w:t>
        <w:br/>
        <w:t>v -0.935311 0.878588 1.604243</w:t>
        <w:br/>
        <w:t>v -0.591265 0.601391 1.515154</w:t>
        <w:br/>
        <w:t>v -0.736002 0.729081 1.749711</w:t>
        <w:br/>
        <w:t>v -0.821877 0.801533 1.698444</w:t>
        <w:br/>
        <w:t>v -0.979456 0.805429 1.583470</w:t>
        <w:br/>
        <w:t>v -0.936411 0.806715 1.848045</w:t>
        <w:br/>
        <w:t>v -1.040473 0.850435 1.762453</w:t>
        <w:br/>
        <w:t>v -1.046053 0.780270 1.700619</w:t>
        <w:br/>
        <w:t>v -1.040473 0.850435 1.762453</w:t>
        <w:br/>
        <w:t>v -0.979456 0.805429 1.583470</w:t>
        <w:br/>
        <w:t>v -1.062094 0.968934 1.325048</w:t>
        <w:br/>
        <w:t>v -1.046053 0.780270 1.700619</w:t>
        <w:br/>
        <w:t>v -1.053440 0.845898 1.593033</w:t>
        <w:br/>
        <w:t>v -1.200979 1.116892 1.088972</w:t>
        <w:br/>
        <w:t>v -1.204148 0.982756 1.335971</w:t>
        <w:br/>
        <w:t>v -1.214256 0.868611 1.601781</w:t>
        <w:br/>
        <w:t>v -1.370010 0.969093 1.324509</w:t>
        <w:br/>
        <w:t>v -1.485039 0.895185 1.304449</w:t>
        <w:br/>
        <w:t>v -1.397942 0.836463 1.593831</w:t>
        <w:br/>
        <w:t>v -1.531147 0.958412 1.316504</w:t>
        <w:br/>
        <w:t>v -1.485039 0.895185 1.304449</w:t>
        <w:br/>
        <w:t>v -1.477304 0.802022 1.585520</w:t>
        <w:br/>
        <w:t>v -1.521248 0.876046 1.606411</w:t>
        <w:br/>
        <w:t>v -1.477304 0.802022 1.585520</w:t>
        <w:br/>
        <w:t>v -1.412351 0.777667 1.710816</w:t>
        <w:br/>
        <w:t>v -1.412351 0.777667 1.710816</w:t>
        <w:br/>
        <w:t>v -1.216756 0.798503 1.746292</w:t>
        <w:br/>
        <w:t>v -1.216756 0.798503 1.746292</w:t>
        <w:br/>
        <w:t>v -1.213744 0.859145 1.793852</w:t>
        <w:br/>
        <w:t>v -1.434308 0.846870 1.764971</w:t>
        <w:br/>
        <w:t>v -1.032964 0.810991 1.922153</w:t>
        <w:br/>
        <w:t>v -1.213744 0.859145 1.793852</w:t>
        <w:br/>
        <w:t>v -1.434308 0.846870 1.764971</w:t>
        <w:br/>
        <w:t>v -1.462994 0.805557 1.925586</w:t>
        <w:br/>
        <w:t>v -0.844508 0.739274 1.924533</w:t>
        <w:br/>
        <w:t>v -1.221090 0.813809 1.965284</w:t>
        <w:br/>
        <w:t>v -0.631573 0.592891 1.798854</w:t>
        <w:br/>
        <w:t>v -1.001819 0.778368 2.093815</w:t>
        <w:br/>
        <w:t>v -0.727321 0.615689 2.057392</w:t>
        <w:br/>
        <w:t>v -0.597711 0.474717 1.815099</w:t>
        <w:br/>
        <w:t>v -1.229974 0.796648 2.163651</w:t>
        <w:br/>
        <w:t>v -0.956297 0.656350 2.246581</w:t>
        <w:br/>
        <w:t>v -1.494475 0.764294 2.109102</w:t>
        <w:br/>
        <w:t>v -1.230674 0.682634 2.326038</w:t>
        <w:br/>
        <w:t>v -1.536030 0.655389 2.248804</w:t>
        <w:br/>
        <w:t>v -1.236423 0.559129 2.356637</w:t>
        <w:br/>
        <w:t>v -0.948193 0.555937 2.284612</w:t>
        <w:br/>
        <w:t>v -0.704161 0.504944 2.089531</w:t>
        <w:br/>
        <w:t>v -1.238697 0.478727 2.367356</w:t>
        <w:br/>
        <w:t>v -1.549764 0.536567 2.283487</w:t>
        <w:br/>
        <w:t>v -0.948070 0.464521 2.289047</w:t>
        <w:br/>
        <w:t>v -1.743648 0.615220 2.048454</w:t>
        <w:br/>
        <w:t>v -1.557199 0.460507 2.298655</w:t>
        <w:br/>
        <w:t>v -1.647962 0.724609 1.927898</w:t>
        <w:br/>
        <w:t>v -1.771239 0.480494 2.094374</w:t>
        <w:br/>
        <w:t>v -1.553047 0.789828 1.829239</w:t>
        <w:br/>
        <w:t>v -1.843201 0.598498 1.780402</w:t>
        <w:br/>
        <w:t>v -1.615680 0.807092 1.655307</w:t>
        <w:br/>
        <w:t>v -1.521248 0.876046 1.606411</w:t>
        <w:br/>
        <w:t>v -1.745546 0.711860 1.722575</w:t>
        <w:br/>
        <w:t>v -1.642398 0.814456 1.581109</w:t>
        <w:br/>
        <w:t>v -1.531147 0.958412 1.316504</w:t>
        <w:br/>
        <w:t>v -1.859856 0.608199 1.520633</w:t>
        <w:br/>
        <w:t>v -1.777309 0.710131 1.544657</w:t>
        <w:br/>
        <w:t>v -1.646456 0.841217 1.291014</w:t>
        <w:br/>
        <w:t>v -1.645094 0.896498 1.001096</w:t>
        <w:br/>
        <w:t>v -1.755601 0.713921 1.276303</w:t>
        <w:br/>
        <w:t>v -1.822681 0.624065 1.268858</w:t>
        <w:br/>
        <w:t>v -1.745497 0.681178 0.962662</w:t>
        <w:br/>
        <w:t>v -1.697206 0.765087 0.673447</w:t>
        <w:br/>
        <w:t>v -1.677504 0.902201 0.390745</w:t>
        <w:br/>
        <w:t>v -1.730615 0.561004 0.659200</w:t>
        <w:br/>
        <w:t>v -1.683258 1.069490 0.064390</w:t>
        <w:br/>
        <w:t>v -1.693118 0.778299 0.008564</w:t>
        <w:br/>
        <w:t>v -1.644015 0.739488 -0.266331</w:t>
        <w:br/>
        <w:t>v -1.693694 0.635492 0.339697</w:t>
        <w:br/>
        <w:t>v -1.672951 0.634946 -0.114962</w:t>
        <w:br/>
        <w:t>v -1.667272 0.525360 -0.229156</w:t>
        <w:br/>
        <w:t>v -1.668729 0.524162 -0.218281</w:t>
        <w:br/>
        <w:t>v -1.669762 0.575529 0.096810</w:t>
        <w:br/>
        <w:t>v -1.707919 0.531733 -0.202724</w:t>
        <w:br/>
        <w:t>v -1.668729 0.524162 -0.218281</w:t>
        <w:br/>
        <w:t>v -1.672951 0.634946 -0.114962</w:t>
        <w:br/>
        <w:t>v -1.668729 0.524162 -0.218281</w:t>
        <w:br/>
        <w:t>v -1.707919 0.531733 -0.202724</w:t>
        <w:br/>
        <w:t>v -1.685379 0.476735 -0.121952</w:t>
        <w:br/>
        <w:t>v -1.696762 0.606848 -0.119314</w:t>
        <w:br/>
        <w:t>v -1.709294 0.501758 -0.123283</w:t>
        <w:br/>
        <w:t>v -1.707919 0.531733 -0.202724</w:t>
        <w:br/>
        <w:t>v -1.689708 0.405486 0.090639</w:t>
        <w:br/>
        <w:t>v -1.673032 0.377934 0.089906</w:t>
        <w:br/>
        <w:t>v -1.691391 0.542428 0.095029</w:t>
        <w:br/>
        <w:t>v -1.688652 0.319887 0.253687</w:t>
        <w:br/>
        <w:t>v -1.637210 0.289532 0.251086</w:t>
        <w:br/>
        <w:t>v -1.614622 0.192892 0.402947</w:t>
        <w:br/>
        <w:t>v -1.702172 0.481851 0.279766</w:t>
        <w:br/>
        <w:t>v -1.653583 0.512788 0.292295</w:t>
        <w:br/>
        <w:t>v -1.653583 0.512788 0.292295</w:t>
        <w:br/>
        <w:t>v -1.697477 0.463791 0.455717</w:t>
        <w:br/>
        <w:t>v -1.697477 0.463791 0.455717</w:t>
        <w:br/>
        <w:t>v -1.734476 0.420532 0.452794</w:t>
        <w:br/>
        <w:t>v -1.685524 0.219309 0.418740</w:t>
        <w:br/>
        <w:t>v -1.685524 0.219309 0.418740</w:t>
        <w:br/>
        <w:t>v -1.672170 0.120583 0.396193</w:t>
        <w:br/>
        <w:t>v -1.614622 0.192892 0.402947</w:t>
        <w:br/>
        <w:t>v -1.732235 0.041423 0.406809</w:t>
        <w:br/>
        <w:t>v -1.718609 0.535378 0.576233</w:t>
        <w:br/>
        <w:t>v -1.746580 0.506246 0.584655</w:t>
        <w:br/>
        <w:t>v -1.758033 0.040599 0.552016</w:t>
        <w:br/>
        <w:t>v -1.738282 0.124359 0.568124</w:t>
        <w:br/>
        <w:t>v -1.764658 0.343669 0.574027</w:t>
        <w:br/>
        <w:t>v -1.762718 0.533853 0.661436</w:t>
        <w:br/>
        <w:t>v -1.790372 0.278183 0.677319</w:t>
        <w:br/>
        <w:t>v -1.792223 0.104210 0.690496</w:t>
        <w:br/>
        <w:t>v -1.778096 0.023893 0.625028</w:t>
        <w:br/>
        <w:t>v -1.812503 0.457231 0.923333</w:t>
        <w:br/>
        <w:t>v -1.834283 0.435698 0.920219</w:t>
        <w:br/>
        <w:t>v -1.852026 0.242536 0.900138</w:t>
        <w:br/>
        <w:t>v -1.894776 0.351711 1.187696</w:t>
        <w:br/>
        <w:t>v -1.818731 0.012267 0.787200</w:t>
        <w:br/>
        <w:t>v -1.845277 0.100755 0.886010</w:t>
        <w:br/>
        <w:t>v -1.873283 0.011385 0.992013</w:t>
        <w:br/>
        <w:t>v -1.905532 0.077730 1.103135</w:t>
        <w:br/>
        <w:t>v -1.911690 0.202115 1.139307</w:t>
        <w:br/>
        <w:t>v -1.947905 0.063729 1.375140</w:t>
        <w:br/>
        <w:t>v -1.913182 0.002056 1.211309</w:t>
        <w:br/>
        <w:t>v -1.942153 0.178291 1.401234</w:t>
        <w:br/>
        <w:t>v -1.944716 0.068033 1.694546</w:t>
        <w:br/>
        <w:t>v -1.939743 -0.008108 1.528938</w:t>
        <w:br/>
        <w:t>v -1.872044 0.366015 1.213315</w:t>
        <w:br/>
        <w:t>v -1.931690 0.299521 1.429252</w:t>
        <w:br/>
        <w:t>v -1.906824 0.405577 1.493616</w:t>
        <w:br/>
        <w:t>v -1.898879 0.314114 1.435545</w:t>
        <w:br/>
        <w:t>v -1.898879 0.314114 1.435545</w:t>
        <w:br/>
        <w:t>v -1.913936 0.278403 1.678626</w:t>
        <w:br/>
        <w:t>v -1.913936 0.278403 1.678626</w:t>
        <w:br/>
        <w:t>v -1.899037 0.448551 1.812318</w:t>
        <w:br/>
        <w:t>v -1.957053 0.267169 1.688952</w:t>
        <w:br/>
        <w:t>v -1.957053 0.267169 1.688952</w:t>
        <w:br/>
        <w:t>v -1.907690 0.265853 1.852403</w:t>
        <w:br/>
        <w:t>v -1.907690 0.265853 1.852403</w:t>
        <w:br/>
        <w:t>v -1.957554 0.165058 1.700554</w:t>
        <w:br/>
        <w:t>v -1.777975 0.317791 2.111385</w:t>
        <w:br/>
        <w:t>v -1.934325 0.256236 1.873600</w:t>
        <w:br/>
        <w:t>v -1.777975 0.317791 2.111385</w:t>
        <w:br/>
        <w:t>v -1.934325 0.256236 1.873600</w:t>
        <w:br/>
        <w:t>v -1.802227 0.280659 2.132562</w:t>
        <w:br/>
        <w:t>v -1.911287 0.068197 1.857587</w:t>
        <w:br/>
        <w:t>v -1.899509 0.008251 1.834282</w:t>
        <w:br/>
        <w:t>v -1.851780 0.067545 2.018622</w:t>
        <w:br/>
        <w:t>v -1.932174 0.170922 1.872570</w:t>
        <w:br/>
        <w:t>v -1.853783 0.177256 2.066246</w:t>
        <w:br/>
        <w:t>v -1.674600 0.049217 2.228386</w:t>
        <w:br/>
        <w:t>v -1.782388 0.187755 2.169597</w:t>
        <w:br/>
        <w:t>v -1.559981 0.216910 2.359340</w:t>
        <w:br/>
        <w:t>v -1.548213 0.073903 2.347465</w:t>
        <w:br/>
        <w:t>v -1.237505 0.094273 2.436973</w:t>
        <w:br/>
        <w:t>v -1.562424 0.352341 2.362981</w:t>
        <w:br/>
        <w:t>v -1.235043 0.229927 2.449562</w:t>
        <w:br/>
        <w:t>v -0.966609 0.091606 2.344298</w:t>
        <w:br/>
        <w:t>v -1.559671 0.439155 2.336771</w:t>
        <w:br/>
        <w:t>v -1.234253 0.378002 2.457795</w:t>
        <w:br/>
        <w:t>v -0.950063 0.234334 2.354516</w:t>
        <w:br/>
        <w:t>v -0.739278 0.062956 2.190783</w:t>
        <w:br/>
        <w:t>v -1.237421 0.468364 2.411335</w:t>
        <w:br/>
        <w:t>v -0.722279 0.214872 2.189205</w:t>
        <w:br/>
        <w:t>v -0.640657 0.134324 2.020684</w:t>
        <w:br/>
        <w:t>v -0.950924 0.449611 2.328919</w:t>
        <w:br/>
        <w:t>v -0.948070 0.464521 2.289047</w:t>
        <w:br/>
        <w:t>v -0.940741 0.357008 2.352749</w:t>
        <w:br/>
        <w:t>v -0.709591 0.299882 2.167781</w:t>
        <w:br/>
        <w:t>v -0.611746 0.201276 2.001920</w:t>
        <w:br/>
        <w:t>v -0.528061 0.101633 1.744916</w:t>
        <w:br/>
        <w:t>v -0.585720 0.044535 1.881628</w:t>
        <w:br/>
        <w:t>v -0.731712 0.308975 2.141537</w:t>
        <w:br/>
        <w:t>v -0.709591 0.299882 2.167781</w:t>
        <w:br/>
        <w:t>v -0.731712 0.308975 2.141537</w:t>
        <w:br/>
        <w:t>v -0.577931 0.309468 1.957694</w:t>
        <w:br/>
        <w:t>v -0.577931 0.309468 1.957694</w:t>
        <w:br/>
        <w:t>v -0.607514 0.324653 1.937191</w:t>
        <w:br/>
        <w:t>v -0.607514 0.324653 1.937191</w:t>
        <w:br/>
        <w:t>v -0.525664 0.197603 1.750673</w:t>
        <w:br/>
        <w:t>v -0.514490 0.316184 1.752853</w:t>
        <w:br/>
        <w:t>v -0.514490 0.316184 1.752853</w:t>
        <w:br/>
        <w:t>v -0.545767 0.330822 1.746699</w:t>
        <w:br/>
        <w:t>v -0.535203 0.115230 1.448245</w:t>
        <w:br/>
        <w:t>v -0.537523 0.024525 1.577523</w:t>
        <w:br/>
        <w:t>v -0.521255 0.229740 1.449234</w:t>
        <w:br/>
        <w:t>v -0.560451 0.037128 1.243329</w:t>
        <w:br/>
        <w:t>v -0.571624 0.110282 1.175593</w:t>
        <w:br/>
        <w:t>v -0.599093 0.042868 1.032736</w:t>
        <w:br/>
        <w:t>v -0.565060 0.262329 1.172593</w:t>
        <w:br/>
        <w:t>v -0.520397 0.332259 1.457033</w:t>
        <w:br/>
        <w:t>v -0.551044 0.355707 1.466723</w:t>
        <w:br/>
        <w:t>v -0.559419 0.408328 1.169627</w:t>
        <w:br/>
        <w:t>v -0.642042 0.320956 0.908684</w:t>
        <w:br/>
        <w:t>v -0.655321 0.516389 0.909068</w:t>
        <w:br/>
        <w:t>v -0.589671 0.440395 1.164908</w:t>
        <w:br/>
        <w:t>v -0.554387 0.450861 1.484069</w:t>
        <w:br/>
        <w:t>v -0.762417 4.381014 -0.153598</w:t>
        <w:br/>
        <w:t>v -0.782768 4.369344 0.053463</w:t>
        <w:br/>
        <w:t>v -0.685714 5.143073 -0.054354</w:t>
        <w:br/>
        <w:t>v -0.699767 5.132706 0.175068</w:t>
        <w:br/>
        <w:t>v -0.634943 5.736986 0.029955</w:t>
        <w:br/>
        <w:t>v -0.884626 4.357053 0.232271</w:t>
        <w:br/>
        <w:t>v -0.644606 5.713759 0.281230</w:t>
        <w:br/>
        <w:t>v -0.616107 6.377653 0.174885</w:t>
        <w:br/>
        <w:t>v -0.625812 6.350295 0.446667</w:t>
        <w:br/>
        <w:t>v -0.804383 5.125754 0.377993</w:t>
        <w:br/>
        <w:t>v -0.776157 5.690526 0.496514</w:t>
        <w:br/>
        <w:t>v -0.743985 6.330296 0.600573</w:t>
        <w:br/>
        <w:t>v -0.973069 6.301619 0.803017</w:t>
        <w:br/>
        <w:t>v -1.008680 5.673363 0.652524</w:t>
        <w:br/>
        <w:t>v -1.286892 6.278502 0.926758</w:t>
        <w:br/>
        <w:t>v -1.039919 5.124300 0.522129</w:t>
        <w:br/>
        <w:t>v -1.087184 4.345955 0.365900</w:t>
        <w:br/>
        <w:t>v -1.305529 5.659303 0.741936</w:t>
        <w:br/>
        <w:t>v -1.604228 6.278886 0.841219</w:t>
        <w:br/>
        <w:t>v -1.320681 5.122925 0.606894</w:t>
        <w:br/>
        <w:t>v -1.313310 4.336891 0.433069</w:t>
        <w:br/>
        <w:t>v -1.563531 4.332960 0.361277</w:t>
        <w:br/>
        <w:t>v -1.594366 5.660149 0.664933</w:t>
        <w:br/>
        <w:t>v -1.582981 5.129395 0.536217</w:t>
        <w:br/>
        <w:t>v -1.753808 4.332582 0.246136</w:t>
        <w:br/>
        <w:t>v -1.857237 5.668566 0.521204</w:t>
        <w:br/>
        <w:t>v -1.873079 6.286131 0.708715</w:t>
        <w:br/>
        <w:t>v -1.999036 6.307433 0.468040</w:t>
        <w:br/>
        <w:t>v -1.831742 5.141961 0.405496</w:t>
        <w:br/>
        <w:t>v -1.989673 5.687929 0.296476</w:t>
        <w:br/>
        <w:t>v -2.006985 6.334383 0.189462</w:t>
        <w:br/>
        <w:t>v -1.946807 5.156828 0.198828</w:t>
        <w:br/>
        <w:t>v -1.843169 4.338272 0.061899</w:t>
        <w:br/>
        <w:t>v -2.006711 5.711570 0.037334</w:t>
        <w:br/>
        <w:t>v -1.943671 6.361239 -0.092172</w:t>
        <w:br/>
        <w:t>v -1.960602 5.170513 -0.035648</w:t>
        <w:br/>
        <w:t>v -1.841803 4.348102 -0.149839</w:t>
        <w:br/>
        <w:t>v -1.923391 5.735857 -0.252487</w:t>
        <w:br/>
        <w:t>v -1.787718 6.385962 -0.312957</w:t>
        <w:br/>
        <w:t>v -1.897584 5.183040 -0.313467</w:t>
        <w:br/>
        <w:t>v -1.780975 4.361265 -0.384636</w:t>
        <w:br/>
        <w:t>v -1.760836 5.756572 -0.480639</w:t>
        <w:br/>
        <w:t>v -1.742029 5.190021 -0.535734</w:t>
        <w:br/>
        <w:t>v -1.645998 4.374391 -0.570060</w:t>
        <w:br/>
        <w:t>v -1.535315 5.777315 -0.635824</w:t>
        <w:br/>
        <w:t>v -1.513071 6.412109 -0.463966</w:t>
        <w:br/>
        <w:t>v -1.536663 5.192834 -0.687400</w:t>
        <w:br/>
        <w:t>v -1.477630 4.384897 -0.687144</w:t>
        <w:br/>
        <w:t>v -1.282834 5.788858 -0.684781</w:t>
        <w:br/>
        <w:t>v -1.260920 6.422710 -0.496335</w:t>
        <w:br/>
        <w:t>v -1.301963 5.190124 -0.736672</w:t>
        <w:br/>
        <w:t>v -1.285915 4.392319 -0.723414</w:t>
        <w:br/>
        <w:t>v -1.068953 4.397481 -0.687477</w:t>
        <w:br/>
        <w:t>v -1.047402 5.182236 -0.690259</w:t>
        <w:br/>
        <w:t>v -0.900455 4.397203 -0.569141</w:t>
        <w:br/>
        <w:t>v -1.026807 5.786743 -0.637847</w:t>
        <w:br/>
        <w:t>v -1.032606 6.424788 -0.442965</w:t>
        <w:br/>
        <w:t>v -0.849774 5.170717 -0.544696</w:t>
        <w:br/>
        <w:t>v -0.805824 5.774162 -0.483249</w:t>
        <w:br/>
        <w:t>v -0.776727 6.417292 -0.319462</w:t>
        <w:br/>
        <w:t>v -0.728537 5.156811 -0.317851</w:t>
        <w:br/>
        <w:t>v -0.796316 4.391201 -0.377429</w:t>
        <w:br/>
        <w:t>v -0.762417 4.381014 -0.153598</w:t>
        <w:br/>
        <w:t>v -0.685714 5.143073 -0.054354</w:t>
        <w:br/>
        <w:t>v -0.680297 5.757616 -0.245873</w:t>
        <w:br/>
        <w:t>v -0.657289 6.400143 -0.091800</w:t>
        <w:br/>
        <w:t>v -0.634943 5.736986 0.029955</w:t>
        <w:br/>
        <w:t>v -0.616107 6.377653 0.174885</w:t>
        <w:br/>
        <w:t>v 1.315369 1.406134 -0.835799</w:t>
        <w:br/>
        <w:t>v 1.317864 1.457308 -0.923985</w:t>
        <w:br/>
        <w:t>v 1.298021 1.401481 -0.907917</w:t>
        <w:br/>
        <w:t>v 1.303178 1.435070 -0.954459</w:t>
        <w:br/>
        <w:t>v 1.317891 1.549825 -0.946511</w:t>
        <w:br/>
        <w:t>v 1.298021 1.401481 -0.907917</w:t>
        <w:br/>
        <w:t>v 1.303178 1.435070 -0.954459</w:t>
        <w:br/>
        <w:t>v 1.164306 1.413957 -0.932793</w:t>
        <w:br/>
        <w:t>v 1.304711 1.556397 -0.983299</w:t>
        <w:br/>
        <w:t>v 1.327169 1.830995 -0.844997</w:t>
        <w:br/>
        <w:t>v 1.169862 1.439862 -0.978918</w:t>
        <w:br/>
        <w:t>v 1.304711 1.556397 -0.983299</w:t>
        <w:br/>
        <w:t>v 1.314935 1.847972 -0.864837</w:t>
        <w:br/>
        <w:t>v 1.332085 1.980362 -0.791543</w:t>
        <w:br/>
        <w:t>v 1.320259 2.002783 -0.802431</w:t>
        <w:br/>
        <w:t>v 1.170856 1.566803 -1.028592</w:t>
        <w:br/>
        <w:t>v 1.177341 1.855278 -0.911552</w:t>
        <w:br/>
        <w:t>v 1.182241 2.008706 -0.850194</w:t>
        <w:br/>
        <w:t>v 1.039293 1.857119 -0.882239</w:t>
        <w:br/>
        <w:t>v 1.045362 2.013234 -0.826253</w:t>
        <w:br/>
        <w:t>v 1.045362 2.013234 -0.826253</w:t>
        <w:br/>
        <w:t>v 1.036116 1.986074 -0.799791</w:t>
        <w:br/>
        <w:t>v 1.039293 1.857119 -0.882239</w:t>
        <w:br/>
        <w:t>v 1.030390 1.837196 -0.851666</w:t>
        <w:br/>
        <w:t>v 1.031596 1.563311 -0.989512</w:t>
        <w:br/>
        <w:t>v 1.031596 1.563311 -0.989512</w:t>
        <w:br/>
        <w:t>v 1.023193 1.557053 -0.951434</w:t>
        <w:br/>
        <w:t>v 1.030014 1.442204 -0.960688</w:t>
        <w:br/>
        <w:t>v 1.030014 1.442204 -0.960688</w:t>
        <w:br/>
        <w:t>v 1.021417 1.465061 -0.929051</w:t>
        <w:br/>
        <w:t>v 1.024561 1.395244 -0.893314</w:t>
        <w:br/>
        <w:t>v 1.024561 1.395244 -0.893314</w:t>
        <w:br/>
        <w:t>v 1.012238 1.404757 -0.839741</w:t>
        <w:br/>
        <w:t>v 1.345028 2.546009 -0.708345</w:t>
        <w:br/>
        <w:t>v 1.354770 2.600922 -0.832710</w:t>
        <w:br/>
        <w:t>v 1.332634 2.528207 -0.731445</w:t>
        <w:br/>
        <w:t>v 1.344049 2.590436 -0.876778</w:t>
        <w:br/>
        <w:t>v 1.332634 2.528207 -0.731445</w:t>
        <w:br/>
        <w:t>v 1.344049 2.590436 -0.876778</w:t>
        <w:br/>
        <w:t>v 1.196404 2.535063 -0.761441</w:t>
        <w:br/>
        <w:t>v 1.354541 2.670035 -0.865137</w:t>
        <w:br/>
        <w:t>v 1.199350 2.597782 -0.912407</w:t>
        <w:br/>
        <w:t>v 1.343734 2.661434 -0.903642</w:t>
        <w:br/>
        <w:t>v 1.343734 2.661434 -0.903642</w:t>
        <w:br/>
        <w:t>v 1.355043 3.068848 -0.833582</w:t>
        <w:br/>
        <w:t>v 1.366481 3.060993 -0.795531</w:t>
        <w:br/>
        <w:t>v 1.399647 3.615392 -0.734928</w:t>
        <w:br/>
        <w:t>v 1.388476 3.639734 -0.759482</w:t>
        <w:br/>
        <w:t>v 1.226904 3.647052 -0.800691</w:t>
        <w:br/>
        <w:t>v 1.200167 2.667646 -0.939509</w:t>
        <w:br/>
        <w:t>v 1.054168 2.600536 -0.897031</w:t>
        <w:br/>
        <w:t>v 1.047083 2.538889 -0.731771</w:t>
        <w:br/>
        <w:t>v 1.207395 3.075418 -0.871421</w:t>
        <w:br/>
        <w:t>v 1.037241 2.559001 -0.708678</w:t>
        <w:br/>
        <w:t>v 1.047083 2.538889 -0.731771</w:t>
        <w:br/>
        <w:t>v 1.043971 2.611895 -0.852989</w:t>
        <w:br/>
        <w:t>v 1.054168 2.600536 -0.897031</w:t>
        <w:br/>
        <w:t>v 1.044397 2.681196 -0.884480</w:t>
        <w:br/>
        <w:t>v 1.057243 2.671412 -0.923501</w:t>
        <w:br/>
        <w:t>v 1.057243 2.671412 -0.923501</w:t>
        <w:br/>
        <w:t>v 1.070420 3.077759 -0.857864</w:t>
        <w:br/>
        <w:t>v 1.070420 3.077759 -0.857864</w:t>
        <w:br/>
        <w:t>v 1.054875 3.070283 -0.819245</w:t>
        <w:br/>
        <w:t>v 1.065039 3.647101 -0.759736</w:t>
        <w:br/>
        <w:t>v 1.052883 3.627052 -0.735297</w:t>
        <w:br/>
        <w:t>v 1.651857 5.001674 -0.852463</w:t>
        <w:br/>
        <w:t>v 1.635179 5.001784 -0.816770</w:t>
        <w:br/>
        <w:t>v 1.611306 5.058410 -0.799645</w:t>
        <w:br/>
        <w:t>v 1.643132 5.033174 -0.883521</w:t>
        <w:br/>
        <w:t>v 1.653350 4.915244 -0.929404</w:t>
        <w:br/>
        <w:t>v 1.611306 5.058410 -0.799645</w:t>
        <w:br/>
        <w:t>v 1.459302 5.063923 -0.834458</w:t>
        <w:br/>
        <w:t>v 1.643132 5.033174 -0.883521</w:t>
        <w:br/>
        <w:t>v 1.649040 4.912387 -0.952664</w:t>
        <w:br/>
        <w:t>v 1.470089 5.047540 -0.942197</w:t>
        <w:br/>
        <w:t>v 1.630539 4.600179 -0.811940</w:t>
        <w:br/>
        <w:t>v 1.628345 4.599002 -0.791967</w:t>
        <w:br/>
        <w:t>v 1.649040 4.912387 -0.952664</w:t>
        <w:br/>
        <w:t>v 1.461816 4.918327 -1.018312</w:t>
        <w:br/>
        <w:t>v 1.630539 4.600179 -0.811940</w:t>
        <w:br/>
        <w:t>v 1.270633 5.054852 -0.947650</w:t>
        <w:br/>
        <w:t>v 1.271020 5.069878 -0.842679</w:t>
        <w:br/>
        <w:t>v 1.442188 4.609214 -0.878258</w:t>
        <w:br/>
        <w:t>v 1.057103 5.057153 -0.887727</w:t>
        <w:br/>
        <w:t>v 1.076811 5.071720 -0.795217</w:t>
        <w:br/>
        <w:t>v 1.265733 4.925938 -1.021953</w:t>
        <w:br/>
        <w:t>v 1.055348 4.931024 -0.959597</w:t>
        <w:br/>
        <w:t>v 0.938387 5.053435 -0.837497</w:t>
        <w:br/>
        <w:t>v 0.965990 5.068071 -0.751665</w:t>
        <w:br/>
        <w:t>v 0.948984 5.018604 -0.777094</w:t>
        <w:br/>
        <w:t>v 0.938387 5.053435 -0.837497</w:t>
        <w:br/>
        <w:t>v 0.965990 5.068071 -0.751665</w:t>
        <w:br/>
        <w:t>v 0.928718 5.022754 -0.821532</w:t>
        <w:br/>
        <w:t>v 0.927788 4.931123 -0.900533</w:t>
        <w:br/>
        <w:t>v 0.923600 4.927501 -0.879613</w:t>
        <w:br/>
        <w:t>v 0.929902 4.620913 -0.787028</w:t>
        <w:br/>
        <w:t>v 0.925196 4.617642 -0.769279</w:t>
        <w:br/>
        <w:t>v 1.050438 4.620651 -0.846095</w:t>
        <w:br/>
        <w:t>v 0.931872 4.503386 -0.743445</w:t>
        <w:br/>
        <w:t>v 0.925931 4.488534 -0.724548</w:t>
        <w:br/>
        <w:t>v 1.048254 4.485076 -0.777208</w:t>
        <w:br/>
        <w:t>v 1.048594 4.503415 -0.808368</w:t>
        <w:br/>
        <w:t>v 1.250851 4.480340 -0.832872</w:t>
        <w:br/>
        <w:t>v 1.255416 4.616652 -0.902619</w:t>
        <w:br/>
        <w:t>v 1.251525 4.499668 -0.866770</w:t>
        <w:br/>
        <w:t>v 1.435723 4.492491 -0.841483</w:t>
        <w:br/>
        <w:t>v 1.434699 4.473970 -0.815381</w:t>
        <w:br/>
        <w:t>v 1.612815 4.484024 -0.779429</w:t>
        <w:br/>
        <w:t>v 1.614598 4.469929 -0.761759</w:t>
        <w:br/>
        <w:t>v 1.612815 4.484024 -0.779429</w:t>
        <w:br/>
        <w:t>v 1.614598 4.469929 -0.761759</w:t>
        <w:br/>
        <w:t>v 1.510259 1.110707 -0.504647</w:t>
        <w:br/>
        <w:t>v 1.523698 1.298018 -0.441969</w:t>
        <w:br/>
        <w:t>v 1.464509 1.205004 -0.571269</w:t>
        <w:br/>
        <w:t>v 1.588607 1.172357 -0.217311</w:t>
        <w:br/>
        <w:t>v 1.578803 1.447631 -0.238354</w:t>
        <w:br/>
        <w:t>v 1.586900 0.948639 -0.390050</w:t>
        <w:br/>
        <w:t>v 1.576464 1.403708 -0.125929</w:t>
        <w:br/>
        <w:t>v 1.552595 1.582041 -0.062906</w:t>
        <w:br/>
        <w:t>v 1.588607 1.172357 -0.217311</w:t>
        <w:br/>
        <w:t>v 1.620490 1.166646 -0.210774</w:t>
        <w:br/>
        <w:t>v 1.576464 1.403708 -0.125929</w:t>
        <w:br/>
        <w:t>v 1.613310 1.404119 -0.104314</w:t>
        <w:br/>
        <w:t>v 1.552595 1.582041 -0.062906</w:t>
        <w:br/>
        <w:t>v 1.572071 1.597280 -0.040490</w:t>
        <w:br/>
        <w:t>v 1.610057 0.924463 -0.378306</w:t>
        <w:br/>
        <w:t>v 1.572071 1.597280 -0.040490</w:t>
        <w:br/>
        <w:t>v 1.613310 1.404119 -0.104314</w:t>
        <w:br/>
        <w:t>v 1.558977 1.510913 0.142581</w:t>
        <w:br/>
        <w:t>v 1.505958 1.664742 0.139368</w:t>
        <w:br/>
        <w:t>v 1.620490 1.166646 -0.210774</w:t>
        <w:br/>
        <w:t>v 1.620749 1.315722 0.094875</w:t>
        <w:br/>
        <w:t>v 1.522407 1.544067 0.270507</w:t>
        <w:br/>
        <w:t>v 1.437545 1.680187 0.249551</w:t>
        <w:br/>
        <w:t>v 1.551077 1.365841 0.443364</w:t>
        <w:br/>
        <w:t>v 1.443894 1.557734 0.358079</w:t>
        <w:br/>
        <w:t>v 1.404548 1.671292 0.259425</w:t>
        <w:br/>
        <w:t>v 1.606755 1.165909 0.404185</w:t>
        <w:br/>
        <w:t>v 1.408589 1.547679 0.353354</w:t>
        <w:br/>
        <w:t>v 1.404548 1.671292 0.259425</w:t>
        <w:br/>
        <w:t>v 1.408589 1.547679 0.353354</w:t>
        <w:br/>
        <w:t>v 1.358853 1.731047 0.351960</w:t>
        <w:br/>
        <w:t>v 1.360176 1.635149 0.456039</w:t>
        <w:br/>
        <w:t>v 1.360015 1.504693 0.579694</w:t>
        <w:br/>
        <w:t>v 1.415992 1.396350 0.542069</w:t>
        <w:br/>
        <w:t>v 1.415992 1.396350 0.542069</w:t>
        <w:br/>
        <w:t>v 1.457006 1.400839 0.537571</w:t>
        <w:br/>
        <w:t>v 1.340688 1.421705 0.653536</w:t>
        <w:br/>
        <w:t>v 1.196490 1.515645 0.653507</w:t>
        <w:br/>
        <w:t>v 1.436419 1.230015 0.754444</w:t>
        <w:br/>
        <w:t>v 1.612796 1.045965 0.666654</w:t>
        <w:br/>
        <w:t>v 1.479102 1.245474 0.761793</w:t>
        <w:br/>
        <w:t>v 1.479102 1.245474 0.761793</w:t>
        <w:br/>
        <w:t>v 1.503558 1.082185 1.009900</w:t>
        <w:br/>
        <w:t>v 1.503558 1.082185 1.009900</w:t>
        <w:br/>
        <w:t>v 1.336282 1.274797 0.804731</w:t>
        <w:br/>
        <w:t>v 1.458019 1.021990 1.002292</w:t>
        <w:br/>
        <w:t>v 1.458019 1.021990 1.002292</w:t>
        <w:br/>
        <w:t>v 1.190916 1.435538 0.712438</w:t>
        <w:br/>
        <w:t>v 1.029623 1.510587 0.604549</w:t>
        <w:br/>
        <w:t>v 1.179642 1.292206 0.835069</w:t>
        <w:br/>
        <w:t>v 1.341823 1.109433 1.036089</w:t>
        <w:br/>
        <w:t>v 1.044183 1.418781 0.646565</w:t>
        <w:br/>
        <w:t>v 1.048453 1.276549 0.828869</w:t>
        <w:br/>
        <w:t>v 0.955915 1.365982 0.571696</w:t>
        <w:br/>
        <w:t>v 0.953738 1.183751 0.753113</w:t>
        <w:br/>
        <w:t>v 1.049631 1.106120 1.039710</w:t>
        <w:br/>
        <w:t>v 0.950367 1.071591 0.988600</w:t>
        <w:br/>
        <w:t>v 0.953738 1.183751 0.753113</w:t>
        <w:br/>
        <w:t>v 0.904400 1.238536 0.744379</w:t>
        <w:br/>
        <w:t>v 0.955915 1.365982 0.571696</w:t>
        <w:br/>
        <w:t>v 0.950367 1.071591 0.988600</w:t>
        <w:br/>
        <w:t>v 0.957611 1.534081 0.423842</w:t>
        <w:br/>
        <w:t>v 1.015951 1.601303 0.494460</w:t>
        <w:br/>
        <w:t>v 1.005177 1.721986 0.327348</w:t>
        <w:br/>
        <w:t>v 0.962779 1.703232 0.307512</w:t>
        <w:br/>
        <w:t>v 0.910143 1.388799 0.588716</w:t>
        <w:br/>
        <w:t>v 0.957611 1.534081 0.423842</w:t>
        <w:br/>
        <w:t>v 0.919580 1.556754 0.423962</w:t>
        <w:br/>
        <w:t>v 0.924073 1.708006 0.294451</w:t>
        <w:br/>
        <w:t>v 0.919580 1.556754 0.423962</w:t>
        <w:br/>
        <w:t>v 0.817299 1.489223 0.277731</w:t>
        <w:br/>
        <w:t>v 0.910143 1.388799 0.588716</w:t>
        <w:br/>
        <w:t>v 0.842781 1.668912 0.171470</w:t>
        <w:br/>
        <w:t>v 0.793250 1.196858 0.452812</w:t>
        <w:br/>
        <w:t>v 0.904400 1.238536 0.744379</w:t>
        <w:br/>
        <w:t>v 0.766212 1.392991 0.158244</w:t>
        <w:br/>
        <w:t>v 0.797633 1.616475 -0.020930</w:t>
        <w:br/>
        <w:t>v 0.717109 1.282259 -0.118541</w:t>
        <w:br/>
        <w:t>v 0.797633 1.616475 -0.020930</w:t>
        <w:br/>
        <w:t>v 0.717109 1.282259 -0.118541</w:t>
        <w:br/>
        <w:t>v 0.830466 1.568776 -0.044807</w:t>
        <w:br/>
        <w:t>v 0.719596 1.171842 0.113207</w:t>
        <w:br/>
        <w:t>v 0.775554 1.284863 -0.160079</w:t>
        <w:br/>
        <w:t>v 0.740040 1.440401 -0.275448</w:t>
        <w:br/>
        <w:t>v 0.830466 1.568776 -0.044807</w:t>
        <w:br/>
        <w:t>v 0.775554 1.284863 -0.160079</w:t>
        <w:br/>
        <w:t>v 0.783502 1.286171 -0.428541</w:t>
        <w:br/>
        <w:t>v 0.747975 1.110831 -0.263209</w:t>
        <w:br/>
        <w:t>v 0.818856 1.179362 -0.533830</w:t>
        <w:br/>
        <w:t>v 0.740428 1.059150 -0.400969</w:t>
        <w:br/>
        <w:t>v 0.713222 0.962263 -0.349043</w:t>
        <w:br/>
        <w:t>v 0.677663 1.104439 -0.208553</w:t>
        <w:br/>
        <w:t>v 0.702493 0.891166 -0.326111</w:t>
        <w:br/>
        <w:t>v 0.698322 0.956514 0.083350</w:t>
        <w:br/>
        <w:t>v 0.707480 0.694050 -0.100390</w:t>
        <w:br/>
        <w:t>v 0.692805 0.727922 -0.276397</w:t>
        <w:br/>
        <w:t>v 0.759282 0.530798 -0.266950</w:t>
        <w:br/>
        <w:t>v 0.761886 0.528790 -0.255119</w:t>
        <w:br/>
        <w:t>v 0.770158 1.007342 0.405691</w:t>
        <w:br/>
        <w:t>v 0.761886 0.528790 -0.255119</w:t>
        <w:br/>
        <w:t>v 0.707480 0.694050 -0.100390</w:t>
        <w:br/>
        <w:t>v 0.713986 0.545947 -0.211939</w:t>
        <w:br/>
        <w:t>v 0.713986 0.545947 -0.211939</w:t>
        <w:br/>
        <w:t>v 0.805534 0.419331 0.005439</w:t>
        <w:br/>
        <w:t>v 0.792787 1.062271 0.679594</w:t>
        <w:br/>
        <w:t>v 0.747143 0.444519 0.021969</w:t>
        <w:br/>
        <w:t>v 0.897649 1.110361 1.005899</w:t>
        <w:br/>
        <w:t>v 0.897649 1.110361 1.005899</w:t>
        <w:br/>
        <w:t>v 0.676439 0.658637 -0.098892</w:t>
        <w:br/>
        <w:t>v 0.676439 0.658637 -0.098892</w:t>
        <w:br/>
        <w:t>v 0.676439 0.658637 -0.098892</w:t>
        <w:br/>
        <w:t>v 0.734809 0.636263 0.063299</w:t>
        <w:br/>
        <w:t>v 0.697421 0.594413 0.052180</w:t>
        <w:br/>
        <w:t>v 0.762051 0.817254 0.362193</w:t>
        <w:br/>
        <w:t>v 0.783335 0.545172 0.305544</w:t>
        <w:br/>
        <w:t>v 0.752607 0.499959 0.292503</w:t>
        <w:br/>
        <w:t>v 0.755632 0.900072 0.596215</w:t>
        <w:br/>
        <w:t>v 0.780130 0.734127 0.533873</w:t>
        <w:br/>
        <w:t>v 0.791075 0.501557 0.472146</w:t>
        <w:br/>
        <w:t>v 0.775131 0.340676 0.238265</w:t>
        <w:br/>
        <w:t>v 0.860481 0.304503 0.236038</w:t>
        <w:br/>
        <w:t>v 0.764701 0.427906 0.470378</w:t>
        <w:br/>
        <w:t>v 0.803391 0.200582 0.431777</w:t>
        <w:br/>
        <w:t>v 0.832567 0.195278 0.435455</w:t>
        <w:br/>
        <w:t>v 0.832567 0.195278 0.435455</w:t>
        <w:br/>
        <w:t>v 0.803391 0.200582 0.431777</w:t>
        <w:br/>
        <w:t>v 0.823256 0.136411 0.428259</w:t>
        <w:br/>
        <w:t>v 0.746248 0.068977 0.449406</w:t>
        <w:br/>
        <w:t>v 0.744673 0.225146 0.443774</w:t>
        <w:br/>
        <w:t>v 0.744673 0.225146 0.443774</w:t>
        <w:br/>
        <w:t>v 0.753405 0.074246 0.590711</w:t>
        <w:br/>
        <w:t>v 0.746248 0.068977 0.449406</w:t>
        <w:br/>
        <w:t>v 0.735724 0.153989 0.614985</w:t>
        <w:br/>
        <w:t>v 0.723158 0.395957 0.604451</w:t>
        <w:br/>
        <w:t>v 0.730378 0.574383 0.595635</w:t>
        <w:br/>
        <w:t>v 0.691638 0.373972 0.700097</w:t>
        <w:br/>
        <w:t>v 0.685463 0.134827 0.722303</w:t>
        <w:br/>
        <w:t>v 0.702050 0.075626 0.666753</w:t>
        <w:br/>
        <w:t>v 0.758802 0.610119 0.582527</w:t>
        <w:br/>
        <w:t>v 0.709300 0.621256 0.676391</w:t>
        <w:br/>
        <w:t>v 0.731723 0.644758 0.676123</w:t>
        <w:br/>
        <w:t>v 0.651469 0.663531 0.900559</w:t>
        <w:br/>
        <w:t>v 0.659944 0.552753 0.889929</w:t>
        <w:br/>
        <w:t>v 0.640899 0.527173 0.885943</w:t>
        <w:br/>
        <w:t>v 0.694977 0.817325 0.919346</w:t>
        <w:br/>
        <w:t>v 0.597913 0.618742 1.173105</w:t>
        <w:br/>
        <w:t>v 0.772778 0.950727 0.938565</w:t>
        <w:br/>
        <w:t>v 0.656005 0.759417 1.211167</w:t>
        <w:br/>
        <w:t>v 0.750791 0.889344 1.245877</w:t>
        <w:br/>
        <w:t>v 0.892237 0.993308 1.278451</w:t>
        <w:br/>
        <w:t>v 0.892237 0.993308 1.278451</w:t>
        <w:br/>
        <w:t>v 0.665732 0.737747 1.521385</w:t>
        <w:br/>
        <w:t>v 0.932626 0.933311 1.273415</w:t>
        <w:br/>
        <w:t>v 0.932626 0.933311 1.273415</w:t>
        <w:br/>
        <w:t>v 0.779605 0.843120 1.551391</w:t>
        <w:br/>
        <w:t>v 0.925689 0.895718 1.575814</w:t>
        <w:br/>
        <w:t>v 0.925689 0.895718 1.575814</w:t>
        <w:br/>
        <w:t>v 0.581810 0.616711 1.491881</w:t>
        <w:br/>
        <w:t>v 0.728147 0.746706 1.724170</w:t>
        <w:br/>
        <w:t>v 0.813333 0.819033 1.671595</w:t>
        <w:br/>
        <w:t>v 0.545166 0.465822 1.462294</w:t>
        <w:br/>
        <w:t>v 0.929140 0.825760 1.820150</w:t>
        <w:br/>
        <w:t>v 0.577719 0.452972 1.142930</w:t>
        <w:br/>
        <w:t>v 1.032310 0.869148 1.733320</w:t>
        <w:br/>
        <w:t>v 0.547616 0.420844 1.148161</w:t>
        <w:br/>
        <w:t>v 1.026316 0.830932 1.893381</w:t>
        <w:br/>
        <w:t>v 0.541989 0.370525 1.445721</w:t>
        <w:br/>
        <w:t>v 0.628268 0.331701 0.887199</w:t>
        <w:br/>
        <w:t>v 0.662123 0.048277 0.805600</w:t>
        <w:br/>
        <w:t>v 0.618858 0.139892 0.911613</w:t>
        <w:br/>
        <w:t>v 0.553769 0.274892 1.152218</w:t>
        <w:br/>
        <w:t>v 0.511337 0.346901 1.436481</w:t>
        <w:br/>
        <w:t>v 0.587321 0.054455 1.013788</w:t>
        <w:br/>
        <w:t>v 0.560865 0.122896 1.156348</w:t>
        <w:br/>
        <w:t>v 0.512470 0.244328 1.429475</w:t>
        <w:br/>
        <w:t>v 0.508046 0.333125 1.732458</w:t>
        <w:br/>
        <w:t>v 0.526790 0.129860 1.429259</w:t>
        <w:br/>
        <w:t>v 0.550523 0.050239 1.224747</w:t>
        <w:br/>
        <w:t>v 0.539220 0.347817 1.725918</w:t>
        <w:br/>
        <w:t>v 0.539220 0.347817 1.725918</w:t>
        <w:br/>
        <w:t>v 0.519595 0.214568 1.731107</w:t>
        <w:br/>
        <w:t>v 0.530531 0.040179 1.559216</w:t>
        <w:br/>
        <w:t>v 0.522262 0.118565 1.726079</w:t>
        <w:br/>
        <w:t>v 0.581292 0.062728 1.862727</w:t>
        <w:br/>
        <w:t>v 0.637131 0.153782 2.000595</w:t>
        <w:br/>
        <w:t>v 0.607836 0.220491 1.981561</w:t>
        <w:br/>
        <w:t>v 0.573280 0.328221 1.936787</w:t>
        <w:br/>
        <w:t>v 0.719941 0.235914 2.167767</w:t>
        <w:br/>
        <w:t>v 0.737459 0.084071 2.170383</w:t>
        <w:br/>
        <w:t>v 0.706785 0.320712 2.145790</w:t>
        <w:br/>
        <w:t>v 0.949081 0.257413 2.330936</w:t>
        <w:br/>
        <w:t>v 0.966013 0.114664 2.321690</w:t>
        <w:br/>
        <w:t>v 0.602633 0.343342 1.915910</w:t>
        <w:br/>
        <w:t>v 0.573280 0.328221 1.936787</w:t>
        <w:br/>
        <w:t>v 0.728648 0.329671 2.119285</w:t>
        <w:br/>
        <w:t>v 0.706785 0.320712 2.145790</w:t>
        <w:br/>
        <w:t>v 0.591274 0.492412 1.792739</w:t>
        <w:br/>
        <w:t>v 0.728648 0.329671 2.119285</w:t>
        <w:br/>
        <w:t>v 0.699995 0.525135 2.065993</w:t>
        <w:br/>
        <w:t>v 0.624601 0.610565 1.775279</w:t>
        <w:br/>
        <w:t>v 0.722507 0.635700 2.032790</w:t>
        <w:br/>
        <w:t>v 0.838127 0.758622 1.897957</w:t>
        <w:br/>
        <w:t>v 0.996767 0.799554 2.065558</w:t>
        <w:br/>
        <w:t>v 0.945535 0.578451 2.258543</w:t>
        <w:br/>
        <w:t>v 0.945755 0.487073 2.263693</w:t>
        <w:br/>
        <w:t>v 0.945755 0.487073 2.263693</w:t>
        <w:br/>
        <w:t>v 0.952975 0.678589 2.219660</w:t>
        <w:br/>
        <w:t>v 0.949004 0.472484 2.303653</w:t>
        <w:br/>
        <w:t>v 1.237000 0.502840 2.339361</w:t>
        <w:br/>
        <w:t>v 1.237000 0.502840 2.339361</w:t>
        <w:br/>
        <w:t>v 0.939335 0.380038 2.328294</w:t>
        <w:br/>
        <w:t>v 1.233675 0.402812 2.430619</w:t>
        <w:br/>
        <w:t>v 1.236139 0.492818 2.383430</w:t>
        <w:br/>
        <w:t>v 1.234886 0.254680 2.423536</w:t>
        <w:br/>
        <w:t>v 1.237690 0.118941 2.411986</w:t>
        <w:br/>
        <w:t>v 1.557827 0.464076 2.306302</w:t>
        <w:br/>
        <w:t>v 1.561096 0.377479 2.333163</w:t>
        <w:br/>
        <w:t>v 1.559072 0.242017 2.330601</w:t>
        <w:br/>
        <w:t>v 1.547679 0.098884 2.319945</w:t>
        <w:br/>
        <w:t>v 1.673112 0.073678 2.199970</w:t>
        <w:br/>
        <w:t>v 1.799133 0.304777 2.101238</w:t>
        <w:br/>
        <w:t>v 1.779925 0.212102 2.139167</w:t>
        <w:br/>
        <w:t>v 1.850457 0.201027 2.035285</w:t>
        <w:br/>
        <w:t>v 1.848407 0.090939 1.988539</w:t>
        <w:br/>
        <w:t>v 1.554954 0.485121 2.268043</w:t>
        <w:br/>
        <w:t>v 1.929065 0.278757 1.841336</w:t>
        <w:br/>
        <w:t>v 1.774575 0.341663 2.079983</w:t>
        <w:br/>
        <w:t>v 1.927188 0.193431 1.840991</w:t>
        <w:br/>
        <w:t>v 1.906515 0.090524 1.826993</w:t>
        <w:br/>
        <w:t>v 1.894736 0.030359 1.804260</w:t>
        <w:br/>
        <w:t>v 1.938532 0.089192 1.663674</w:t>
        <w:br/>
        <w:t>v 1.951098 0.186303 1.668813</w:t>
        <w:br/>
        <w:t>v 1.938969 0.082396 1.344296</w:t>
        <w:br/>
        <w:t>v 1.932379 0.011739 1.498715</w:t>
        <w:br/>
        <w:t>v 1.933062 0.197140 1.369543</w:t>
        <w:br/>
        <w:t>v 1.950156 0.288317 1.656419</w:t>
        <w:br/>
        <w:t>v 1.929065 0.278757 1.841336</w:t>
        <w:br/>
        <w:t>v 1.902215 0.288121 1.820298</w:t>
        <w:br/>
        <w:t>v 1.950156 0.288317 1.656419</w:t>
        <w:br/>
        <w:t>v 1.922438 0.318551 1.396703</w:t>
        <w:br/>
        <w:t>v 1.767150 0.504205 2.061761</w:t>
        <w:br/>
        <w:t>v 1.902215 0.288121 1.820298</w:t>
        <w:br/>
        <w:t>v 1.906915 0.299329 1.646380</w:t>
        <w:br/>
        <w:t>v 1.922438 0.318551 1.396703</w:t>
        <w:br/>
        <w:t>v 1.892607 0.470470 1.778864</w:t>
        <w:br/>
        <w:t>v 1.906915 0.299329 1.646380</w:t>
        <w:br/>
        <w:t>v 1.547135 0.561035 2.252347</w:t>
        <w:br/>
        <w:t>v 1.738714 0.638476 2.015032</w:t>
        <w:br/>
        <w:t>v 1.234366 0.583148 2.328036</w:t>
        <w:br/>
        <w:t>v 1.532706 0.679536 2.216857</w:t>
        <w:br/>
        <w:t>v 1.227940 0.706390 2.296525</w:t>
        <w:br/>
        <w:t>v 1.225456 0.819125 2.133265</w:t>
        <w:br/>
        <w:t>v 1.489580 0.787207 2.076676</w:t>
        <w:br/>
        <w:t>v 1.214798 0.834701 1.934855</w:t>
        <w:br/>
        <w:t>v 1.641624 0.746605 1.894461</w:t>
        <w:br/>
        <w:t>v 1.205817 0.878668 1.763144</w:t>
        <w:br/>
        <w:t>v 1.456375 0.826928 1.893123</w:t>
        <w:br/>
        <w:t>v 1.032310 0.869148 1.733320</w:t>
        <w:br/>
        <w:t>v 1.037588 0.798520 1.671989</w:t>
        <w:br/>
        <w:t>v 1.205817 0.878668 1.763144</w:t>
        <w:br/>
        <w:t>v 1.426162 0.866888 1.732446</w:t>
        <w:br/>
        <w:t>v 0.969897 0.822542 1.555229</w:t>
        <w:br/>
        <w:t>v 1.208619 0.817667 1.716034</w:t>
        <w:br/>
        <w:t>v 1.049749 0.984287 1.294831</w:t>
        <w:br/>
        <w:t>v 0.969897 0.822542 1.555229</w:t>
        <w:br/>
        <w:t>v 1.043826 0.863326 1.563834</w:t>
        <w:br/>
        <w:t>v 1.037588 0.798520 1.671989</w:t>
        <w:br/>
        <w:t>v 1.208619 0.817667 1.716034</w:t>
        <w:br/>
        <w:t>v 1.204634 0.886631 1.571008</w:t>
        <w:br/>
        <w:t>v 1.403968 0.797192 1.679025</w:t>
        <w:br/>
        <w:t>v 1.403968 0.797192 1.679025</w:t>
        <w:br/>
        <w:t>v 1.426162 0.866888 1.732446</w:t>
        <w:br/>
        <w:t>v 1.191845 0.998658 1.304412</w:t>
        <w:br/>
        <w:t>v 1.186091 1.130844 1.056409</w:t>
        <w:br/>
        <w:t>v 1.357646 0.985446 1.291616</w:t>
        <w:br/>
        <w:t>v 1.472743 0.911758 1.271136</w:t>
        <w:br/>
        <w:t>v 1.388351 0.855021 1.561714</w:t>
        <w:br/>
        <w:t>v 1.467752 0.820776 1.552984</w:t>
        <w:br/>
        <w:t>v 1.467752 0.820776 1.552984</w:t>
        <w:br/>
        <w:t>v 1.511629 0.895103 1.572914</w:t>
        <w:br/>
        <w:t>v 1.472743 0.911758 1.271136</w:t>
        <w:br/>
        <w:t>v 1.518743 0.975228 1.282297</w:t>
        <w:br/>
        <w:t>v 1.511629 0.895103 1.572914</w:t>
        <w:br/>
        <w:t>v 1.606709 0.826843 1.621524</w:t>
        <w:br/>
        <w:t>v 1.630160 0.911218 0.966404</w:t>
        <w:br/>
        <w:t>v 1.518743 0.975228 1.282297</w:t>
        <w:br/>
        <w:t>v 1.632760 0.833713 1.547042</w:t>
        <w:br/>
        <w:t>v 1.634216 0.858214 1.256722</w:t>
        <w:br/>
        <w:t>v 1.545642 0.810738 1.796124</w:t>
        <w:br/>
        <w:t>v 1.737469 0.732565 1.688404</w:t>
        <w:br/>
        <w:t>v 1.767696 0.729546 1.510236</w:t>
        <w:br/>
        <w:t>v 1.743654 0.731164 1.242058</w:t>
        <w:br/>
        <w:t>v 1.850371 0.627699 1.486292</w:t>
        <w:br/>
        <w:t>v 1.835998 0.619979 1.746265</w:t>
        <w:br/>
        <w:t>v 1.897778 0.425026 1.460451</w:t>
        <w:br/>
        <w:t>v 1.810965 0.641471 1.234733</w:t>
        <w:br/>
        <w:t>v 1.889635 0.333085 1.403167</w:t>
        <w:br/>
        <w:t>v 1.889635 0.333085 1.403167</w:t>
        <w:br/>
        <w:t>v 1.860704 0.383156 1.180780</w:t>
        <w:br/>
        <w:t>v 1.860704 0.383156 1.180780</w:t>
        <w:br/>
        <w:t>v 1.883261 0.368726 1.155076</w:t>
        <w:br/>
        <w:t>v 1.798351 0.471903 0.890621</w:t>
        <w:br/>
        <w:t>v 1.730943 0.695932 0.928782</w:t>
        <w:br/>
        <w:t>v 1.900253 0.218812 1.107712</w:t>
        <w:br/>
        <w:t>v 1.679870 0.777415 0.639350</w:t>
        <w:br/>
        <w:t>v 1.894197 0.094128 1.072567</w:t>
        <w:br/>
        <w:t>v 1.903034 0.019329 1.181258</w:t>
        <w:br/>
        <w:t>v 1.838386 0.257163 0.868761</w:t>
        <w:br/>
        <w:t>v 1.831987 0.115255 0.855799</w:t>
        <w:br/>
        <w:t>v 1.861208 0.026810 0.962250</w:t>
        <w:br/>
        <w:t>v 1.777231 0.117006 0.660733</w:t>
        <w:br/>
        <w:t>v 1.804882 0.025910 0.757917</w:t>
        <w:br/>
        <w:t>v 1.820175 0.450418 0.887486</w:t>
        <w:br/>
        <w:t>v 1.774687 0.290863 0.646214</w:t>
        <w:br/>
        <w:t>v 1.722166 0.136019 0.538680</w:t>
        <w:br/>
        <w:t>v 1.762805 0.036132 0.596019</w:t>
        <w:br/>
        <w:t>v 1.746046 0.546309 0.628577</w:t>
        <w:br/>
        <w:t>v 1.714999 0.051802 0.378075</w:t>
        <w:br/>
        <w:t>v 1.742056 0.052199 0.523055</w:t>
        <w:br/>
        <w:t>v 1.747862 0.355454 0.542642</w:t>
        <w:br/>
        <w:t>v 1.667801 0.229622 0.389022</w:t>
        <w:br/>
        <w:t>v 1.654581 0.130680 0.367364</w:t>
        <w:br/>
        <w:t>v 1.596853 0.202852 0.374053</w:t>
        <w:br/>
        <w:t>v 1.729336 0.518049 0.552156</w:t>
        <w:br/>
        <w:t>v 1.667801 0.229622 0.389022</w:t>
        <w:br/>
        <w:t>v 1.669166 0.328914 0.223169</w:t>
        <w:br/>
        <w:t>v 1.596853 0.202852 0.374053</w:t>
        <w:br/>
        <w:t>v 1.617804 0.298372 0.221252</w:t>
        <w:br/>
        <w:t>v 1.651936 0.385625 0.059081</w:t>
        <w:br/>
        <w:t>v 1.716376 0.431265 0.421078</w:t>
        <w:br/>
        <w:t>v 1.668524 0.413236 0.059454</w:t>
        <w:br/>
        <w:t>v 1.662118 0.482802 -0.153641</w:t>
        <w:br/>
        <w:t>v 1.682371 0.491120 0.247864</w:t>
        <w:br/>
        <w:t>v 1.679260 0.474425 0.423985</w:t>
        <w:br/>
        <w:t>v 1.713835 0.573336 0.626407</w:t>
        <w:br/>
        <w:t>v 1.701196 0.547022 0.543750</w:t>
        <w:br/>
        <w:t>v 1.673901 0.645198 0.306665</w:t>
        <w:br/>
        <w:t>v 1.657266 0.912244 0.355768</w:t>
        <w:br/>
        <w:t>v 1.633790 0.521996 0.260573</w:t>
        <w:br/>
        <w:t>v 1.633790 0.521996 0.260573</w:t>
        <w:br/>
        <w:t>v 1.659637 1.076989 0.028080</w:t>
        <w:br/>
        <w:t>v 1.669983 0.785404 -0.025555</w:t>
        <w:br/>
        <w:t>v 1.618632 0.744279 -0.299702</w:t>
        <w:br/>
        <w:t>v 1.648067 0.583256 0.064470</w:t>
        <w:br/>
        <w:t>v 1.648067 0.583256 0.064470</w:t>
        <w:br/>
        <w:t>v 1.649224 0.641022 -0.147779</w:t>
        <w:br/>
        <w:t>v 1.642922 0.530526 -0.261060</w:t>
        <w:br/>
        <w:t>v 1.644477 0.529419 -0.250189</w:t>
        <w:br/>
        <w:t>v 1.669790 0.550213 0.062761</w:t>
        <w:br/>
        <w:t>v 1.673090 0.612968 -0.152118</w:t>
        <w:br/>
        <w:t>v 1.683775 0.537239 -0.235032</w:t>
        <w:br/>
        <w:t>v 1.649224 0.641022 -0.147779</w:t>
        <w:br/>
        <w:t>v 1.644477 0.529419 -0.250189</w:t>
        <w:br/>
        <w:t>v 1.644477 0.529419 -0.250189</w:t>
        <w:br/>
        <w:t>v 1.683775 0.537239 -0.235032</w:t>
        <w:br/>
        <w:t>v 1.685937 0.507892 -0.155375</w:t>
        <w:br/>
        <w:t>v 1.683775 0.537239 -0.235032</w:t>
        <w:br/>
        <w:t>v 0.738140 4.386096 -0.185382</w:t>
        <w:br/>
        <w:t>v 0.663572 5.147969 -0.083127</w:t>
        <w:br/>
        <w:t>v 0.758524 4.373559 0.021625</w:t>
        <w:br/>
        <w:t>v 0.677670 5.136663 0.146248</w:t>
        <w:br/>
        <w:t>v 0.614469 5.741685 0.003526</w:t>
        <w:br/>
        <w:t>v 0.860404 4.360285 0.200349</w:t>
        <w:br/>
        <w:t>v 0.624147 5.717448 0.254704</w:t>
        <w:br/>
        <w:t>v 0.597447 6.381827 0.150972</w:t>
        <w:br/>
        <w:t>v 0.607163 6.353376 0.422641</w:t>
        <w:br/>
        <w:t>v 0.782330 5.128628 0.349110</w:t>
        <w:br/>
        <w:t>v 0.755701 5.693007 0.469852</w:t>
        <w:br/>
        <w:t>v 0.725329 6.332448 0.576429</w:t>
        <w:br/>
        <w:t>v 0.954397 6.302346 0.778683</w:t>
        <w:br/>
        <w:t>v 0.988225 5.674590 0.625718</w:t>
        <w:br/>
        <w:t>v 1.268194 6.277879 0.902230</w:t>
        <w:br/>
        <w:t>v 1.017907 5.125959 0.493161</w:t>
        <w:br/>
        <w:t>v 1.062973 4.348104 0.333868</w:t>
        <w:br/>
        <w:t>v 1.285063 5.659360 0.714977</w:t>
        <w:br/>
        <w:t>v 1.585503 6.277723 0.816590</w:t>
        <w:br/>
        <w:t>v 1.298691 5.123476 0.577829</w:t>
        <w:br/>
        <w:t>v 1.289094 4.338153 0.400927</w:t>
        <w:br/>
        <w:t>v 1.539282 4.333814 0.329038</w:t>
        <w:br/>
        <w:t>v 1.573876 5.659710 0.637883</w:t>
        <w:br/>
        <w:t>v 1.560985 5.129500 0.507092</w:t>
        <w:br/>
        <w:t>v 1.729520 4.333361 0.213835</w:t>
        <w:br/>
        <w:t>v 1.836725 5.667967 0.494103</w:t>
        <w:br/>
        <w:t>v 1.854331 6.284745 0.684027</w:t>
        <w:br/>
        <w:t>v 1.980270 6.306642 0.443397</w:t>
        <w:br/>
        <w:t>v 1.809738 5.141891 0.376340</w:t>
        <w:br/>
        <w:t>v 1.969142 5.687846 0.269409</w:t>
        <w:br/>
        <w:t>v 1.988205 6.334661 0.164924</w:t>
        <w:br/>
        <w:t>v 1.924778 5.157250 0.169694</w:t>
        <w:br/>
        <w:t>v 1.818838 4.339528 0.029592</w:t>
        <w:br/>
        <w:t>v 1.986164 5.712454 0.010356</w:t>
        <w:br/>
        <w:t>v 1.924877 6.362797 -0.116582</w:t>
        <w:br/>
        <w:t>v 1.938538 5.171817 -0.064731</w:t>
        <w:br/>
        <w:t>v 1.817432 4.350190 -0.182105</w:t>
        <w:br/>
        <w:t>v 1.902819 5.738107 -0.279340</w:t>
        <w:br/>
        <w:t>v 1.768923 6.388815 -0.337217</w:t>
        <w:br/>
        <w:t>v 1.875466 5.185606 -0.342478</w:t>
        <w:br/>
        <w:t>v 1.756566 4.364442 -0.416829</w:t>
        <w:br/>
        <w:t>v 1.740250 5.760165 -0.507356</w:t>
        <w:br/>
        <w:t>v 1.719862 5.193887 -0.564665</w:t>
        <w:br/>
        <w:t>v 1.621567 4.378666 -0.602156</w:t>
        <w:br/>
        <w:t>v 1.514738 5.782140 -0.662384</w:t>
        <w:br/>
        <w:t>v 1.494301 6.416311 -0.488033</w:t>
        <w:br/>
        <w:t>v 1.514456 5.197862 -0.716252</w:t>
        <w:br/>
        <w:t>v 1.453192 4.390097 -0.719143</w:t>
        <w:br/>
        <w:t>v 1.262275 5.794570 -0.711214</w:t>
        <w:br/>
        <w:t>v 1.242170 6.427737 -0.520277</w:t>
        <w:br/>
        <w:t>v 1.279733 5.195994 -0.765456</w:t>
        <w:br/>
        <w:t>v 1.261487 4.398189 -0.755321</w:t>
        <w:br/>
        <w:t>v 1.044551 4.403808 -0.719293</w:t>
        <w:br/>
        <w:t>v 1.025167 5.188626 -0.718992</w:t>
        <w:br/>
        <w:t>v 0.876091 4.403533 -0.600904</w:t>
        <w:br/>
        <w:t>v 1.006257 5.792978 -0.664204</w:t>
        <w:br/>
        <w:t>v 1.013879 6.430235 -0.466825</w:t>
        <w:br/>
        <w:t>v 0.827554 5.177083 -0.573410</w:t>
        <w:br/>
        <w:t>v 0.785289 5.780402 -0.509585</w:t>
        <w:br/>
        <w:t>v 0.758020 6.422961 -0.343269</w:t>
        <w:br/>
        <w:t>v 0.706350 5.162623 -0.346582</w:t>
        <w:br/>
        <w:t>v 0.771996 4.397066 -0.409183</w:t>
        <w:br/>
        <w:t>v 0.738140 4.386096 -0.185382</w:t>
        <w:br/>
        <w:t>v 0.663572 5.147969 -0.083127</w:t>
        <w:br/>
        <w:t>v 0.659792 5.763270 -0.272234</w:t>
        <w:br/>
        <w:t>v 0.638607 6.405248 -0.115637</w:t>
        <w:br/>
        <w:t>v 0.614469 5.741685 0.003526</w:t>
        <w:br/>
        <w:t>v 0.597447 6.381827 0.150972</w:t>
        <w:br/>
        <w:t>v -6.745282 15.829195 0.125042</w:t>
        <w:br/>
        <w:t>v -6.734221 15.822509 0.165269</w:t>
        <w:br/>
        <w:t>v -6.722828 15.814485 0.121640</w:t>
        <w:br/>
        <w:t>v -6.712531 15.805216 0.164024</w:t>
        <w:br/>
        <w:t>v -6.621301 15.852831 0.113322</w:t>
        <w:br/>
        <w:t>v -6.727715 15.824071 0.206939</w:t>
        <w:br/>
        <w:t>v -6.708383 15.810782 0.206722</w:t>
        <w:br/>
        <w:t>v -6.752076 15.873216 0.385405</w:t>
        <w:br/>
        <w:t>v -6.612380 15.846689 0.158769</w:t>
        <w:br/>
        <w:t>v -6.731524 15.874303 0.389653</w:t>
        <w:br/>
        <w:t>v -6.782064 15.887848 0.453649</w:t>
        <w:br/>
        <w:t>v -6.612380 15.846689 0.158769</w:t>
        <w:br/>
        <w:t>v -6.611724 15.868419 0.158191</w:t>
        <w:br/>
        <w:t>v -6.621301 15.852831 0.113322</w:t>
        <w:br/>
        <w:t>v -6.624821 15.884593 0.113038</w:t>
        <w:br/>
        <w:t>v -6.610034 15.859274 0.201346</w:t>
        <w:br/>
        <w:t>v -6.610034 15.859274 0.201346</w:t>
        <w:br/>
        <w:t>v -6.614128 15.891572 0.199868</w:t>
        <w:br/>
        <w:t>v -6.645131 15.940186 0.405470</w:t>
        <w:br/>
        <w:t>v -6.645131 15.940186 0.405470</w:t>
        <w:br/>
        <w:t>v -6.649968 15.970735 0.397740</w:t>
        <w:br/>
        <w:t>v -6.758265 15.897319 0.466687</w:t>
        <w:br/>
        <w:t>v -6.697171 16.034161 0.535663</w:t>
        <w:br/>
        <w:t>v -6.705789 16.055168 0.527754</w:t>
        <w:br/>
        <w:t>v -6.859655 15.831063 0.497763</w:t>
        <w:br/>
        <w:t>v -6.877789 15.814995 0.477377</w:t>
        <w:br/>
        <w:t>v -6.837473 15.985307 0.556681</w:t>
        <w:br/>
        <w:t>v -6.859655 15.831063 0.497763</w:t>
        <w:br/>
        <w:t>v -6.705789 16.055168 0.527754</w:t>
        <w:br/>
        <w:t>v -6.697171 16.034161 0.535663</w:t>
        <w:br/>
        <w:t>v -6.714274 16.041737 0.532713</w:t>
        <w:br/>
        <w:t>v -6.974964 15.785135 0.532752</w:t>
        <w:br/>
        <w:t>v -6.992107 15.768858 0.512631</w:t>
        <w:br/>
        <w:t>v -6.828379 15.997718 0.547982</w:t>
        <w:br/>
        <w:t>v -6.837473 15.985307 0.556681</w:t>
        <w:br/>
        <w:t>v -6.812184 16.120415 0.574901</w:t>
        <w:br/>
        <w:t>v -6.818533 16.131849 0.550144</w:t>
        <w:br/>
        <w:t>v -6.812184 16.120415 0.574901</w:t>
        <w:br/>
        <w:t>v -6.908833 16.193586 0.562073</w:t>
        <w:br/>
        <w:t>v -6.846400 15.997258 0.542216</w:t>
        <w:br/>
        <w:t>v -6.935349 16.045370 0.592698</w:t>
        <w:br/>
        <w:t>v -6.828379 15.997718 0.547982</w:t>
        <w:br/>
        <w:t>v -6.846400 15.997258 0.542216</w:t>
        <w:br/>
        <w:t>v -6.904843 16.188898 0.590250</w:t>
        <w:br/>
        <w:t>v -6.904843 16.188898 0.590250</w:t>
        <w:br/>
        <w:t>v -6.907148 15.951886 0.562438</w:t>
        <w:br/>
        <w:t>v -6.907148 15.951886 0.562438</w:t>
        <w:br/>
        <w:t>v -6.909307 15.967894 0.545777</w:t>
        <w:br/>
        <w:t>v -6.960143 15.944063 0.563812</w:t>
        <w:br/>
        <w:t>v -6.939685 16.023340 0.563897</w:t>
        <w:br/>
        <w:t>v -6.958450 15.929323 0.580471</w:t>
        <w:br/>
        <w:t>v -6.958450 15.929323 0.580471</w:t>
        <w:br/>
        <w:t>v -7.044881 15.974447 0.599938</w:t>
        <w:br/>
        <w:t>v -7.013037 16.038626 0.609204</w:t>
        <w:br/>
        <w:t>v -7.014944 16.014671 0.577542</w:t>
        <w:br/>
        <w:t>v -7.088315 16.004179 0.605603</w:t>
        <w:br/>
        <w:t>v -7.046601 15.961478 0.619548</w:t>
        <w:br/>
        <w:t>v -7.099190 16.020103 0.612888</w:t>
        <w:br/>
        <w:t>v -7.046601 15.961478 0.619548</w:t>
        <w:br/>
        <w:t>v -7.106207 15.839364 0.605060</w:t>
        <w:br/>
        <w:t>v -7.119502 15.822191 0.581718</w:t>
        <w:br/>
        <w:t>v -7.264179 15.962274 0.610611</w:t>
        <w:br/>
        <w:t>v -7.099232 15.998168 0.631112</w:t>
        <w:br/>
        <w:t>v -7.099232 15.998168 0.631112</w:t>
        <w:br/>
        <w:t>v -7.088315 16.004179 0.605603</w:t>
        <w:br/>
        <w:t>v -7.099190 16.020103 0.612888</w:t>
        <w:br/>
        <w:t>v -7.257768 15.989583 0.640689</w:t>
        <w:br/>
        <w:t>v -7.264946 15.988077 0.624448</w:t>
        <w:br/>
        <w:t>v -7.447417 15.999518 0.568987</w:t>
        <w:br/>
        <w:t>v -7.169828 16.145018 0.616726</w:t>
        <w:br/>
        <w:t>v -7.453300 16.020397 0.592343</w:t>
        <w:br/>
        <w:t>v -7.573508 16.097061 0.497117</w:t>
        <w:br/>
        <w:t>v -7.182687 16.156345 0.624517</w:t>
        <w:br/>
        <w:t>v -7.074598 16.154736 0.603093</w:t>
        <w:br/>
        <w:t>v -7.167929 16.155159 0.601525</w:t>
        <w:br/>
        <w:t>v -7.074598 16.154736 0.603093</w:t>
        <w:br/>
        <w:t>v -7.076007 16.160078 0.571583</w:t>
        <w:br/>
        <w:t>v -7.195570 16.218733 0.603462</w:t>
        <w:br/>
        <w:t>v -7.060264 16.160402 0.586392</w:t>
        <w:br/>
        <w:t>v -7.208053 16.230789 0.624656</w:t>
        <w:br/>
        <w:t>v -6.916242 16.189587 0.575577</w:t>
        <w:br/>
        <w:t>v -6.981911 16.257656 0.582537</w:t>
        <w:br/>
        <w:t>v -6.916242 16.189587 0.575577</w:t>
        <w:br/>
        <w:t>v -7.060264 16.160402 0.586392</w:t>
        <w:br/>
        <w:t>v -6.978807 16.260471 0.546954</w:t>
        <w:br/>
        <w:t>v -7.054120 16.316952 0.557723</w:t>
        <w:br/>
        <w:t>v -7.076007 16.160078 0.571583</w:t>
        <w:br/>
        <w:t>v -7.112028 16.217018 0.615893</w:t>
        <w:br/>
        <w:t>v -7.060264 16.160402 0.586392</w:t>
        <w:br/>
        <w:t>v -7.112028 16.217018 0.615893</w:t>
        <w:br/>
        <w:t>v -7.121488 16.193954 0.591807</w:t>
        <w:br/>
        <w:t>v -7.195570 16.218733 0.603462</w:t>
        <w:br/>
        <w:t>v -7.208053 16.230789 0.624656</w:t>
        <w:br/>
        <w:t>v -7.057604 16.317602 0.592790</w:t>
        <w:br/>
        <w:t>v -7.057604 16.317602 0.592790</w:t>
        <w:br/>
        <w:t>v -7.152124 16.353178 0.551511</w:t>
        <w:br/>
        <w:t>v -7.159935 16.359840 0.583143</w:t>
        <w:br/>
        <w:t>v -7.159935 16.359840 0.583143</w:t>
        <w:br/>
        <w:t>v -7.206507 16.342999 0.540942</w:t>
        <w:br/>
        <w:t>v -7.214921 16.248655 0.639207</w:t>
        <w:br/>
        <w:t>v -7.214921 16.248655 0.639207</w:t>
        <w:br/>
        <w:t>v -7.217389 16.344938 0.550605</w:t>
        <w:br/>
        <w:t>v -7.212517 16.351519 0.571047</w:t>
        <w:br/>
        <w:t>v -7.212517 16.351519 0.571047</w:t>
        <w:br/>
        <w:t>v -7.219251 16.396961 0.451491</w:t>
        <w:br/>
        <w:t>v -7.201483 16.376316 0.430730</w:t>
        <w:br/>
        <w:t>v -7.357750 16.364435 0.508851</w:t>
        <w:br/>
        <w:t>v -7.315507 16.411425 0.381612</w:t>
        <w:br/>
        <w:t>v -7.335027 16.325792 0.536614</w:t>
        <w:br/>
        <w:t>v -7.217389 16.344938 0.550605</w:t>
        <w:br/>
        <w:t>v -7.335027 16.325792 0.536614</w:t>
        <w:br/>
        <w:t>v -7.333649 16.412760 0.387118</w:t>
        <w:br/>
        <w:t>v -7.315603 16.411968 0.379077</w:t>
        <w:br/>
        <w:t>v -7.335027 16.325792 0.536614</w:t>
        <w:br/>
        <w:t>v -7.347816 16.325777 0.490314</w:t>
        <w:br/>
        <w:t>v -7.357750 16.364435 0.508851</w:t>
        <w:br/>
        <w:t>v -7.335504 16.316244 0.521425</w:t>
        <w:br/>
        <w:t>v -7.357416 16.322388 0.513749</w:t>
        <w:br/>
        <w:t>v -7.335504 16.316244 0.521425</w:t>
        <w:br/>
        <w:t>v -7.328996 16.442883 0.336074</w:t>
        <w:br/>
        <w:t>v -7.308203 16.433281 0.318898</w:t>
        <w:br/>
        <w:t>v -7.341312 16.417463 0.397884</w:t>
        <w:br/>
        <w:t>v -7.485726 16.385382 0.368197</w:t>
        <w:br/>
        <w:t>v -7.455601 16.384888 0.367969</w:t>
        <w:br/>
        <w:t>v -7.485726 16.385382 0.368197</w:t>
        <w:br/>
        <w:t>v -7.436632 16.410341 0.335623</w:t>
        <w:br/>
        <w:t>v -7.455601 16.384888 0.367969</w:t>
        <w:br/>
        <w:t>v -7.352822 16.448782 0.254238</w:t>
        <w:br/>
        <w:t>v -7.329985 16.440731 0.250518</w:t>
        <w:br/>
        <w:t>v -7.422987 16.448187 0.189106</w:t>
        <w:br/>
        <w:t>v -7.455601 16.384888 0.367969</w:t>
        <w:br/>
        <w:t>v -7.455772 16.379292 0.358965</w:t>
        <w:br/>
        <w:t>v -7.436632 16.410341 0.335623</w:t>
        <w:br/>
        <w:t>v -7.443243 16.399895 0.326980</w:t>
        <w:br/>
        <w:t>v -7.455772 16.379292 0.358965</w:t>
        <w:br/>
        <w:t>v -7.473694 16.373602 0.351886</w:t>
        <w:br/>
        <w:t>v -7.459786 16.411671 0.305845</w:t>
        <w:br/>
        <w:t>v -7.483640 16.378422 0.356222</w:t>
        <w:br/>
        <w:t>v -7.473694 16.373602 0.351886</w:t>
        <w:br/>
        <w:t>v -7.483640 16.378422 0.356222</w:t>
        <w:br/>
        <w:t>v -7.459786 16.411671 0.305845</w:t>
        <w:br/>
        <w:t>v -7.459086 16.430187 0.298672</w:t>
        <w:br/>
        <w:t>v -7.459086 16.430187 0.298672</w:t>
        <w:br/>
        <w:t>v -7.467146 16.435293 0.300803</w:t>
        <w:br/>
        <w:t>v -7.428389 16.451366 0.200061</w:t>
        <w:br/>
        <w:t>v -7.467146 16.435293 0.300803</w:t>
        <w:br/>
        <w:t>v -7.483640 16.378422 0.356222</w:t>
        <w:br/>
        <w:t>v -7.576713 16.336029 0.309383</w:t>
        <w:br/>
        <w:t>v -7.576713 16.336029 0.309383</w:t>
        <w:br/>
        <w:t>v -7.433599 16.459177 0.189704</w:t>
        <w:br/>
        <w:t>v -7.578529 16.395647 0.265268</w:t>
        <w:br/>
        <w:t>v -7.433599 16.459177 0.189704</w:t>
        <w:br/>
        <w:t>v -7.424007 16.433485 0.102496</w:t>
        <w:br/>
        <w:t>v -7.413614 16.427711 0.105724</w:t>
        <w:br/>
        <w:t>v -7.488485 16.394581 0.011410</w:t>
        <w:br/>
        <w:t>v -7.550978 16.423605 0.146558</w:t>
        <w:br/>
        <w:t>v -7.497175 16.395462 0.007565</w:t>
        <w:br/>
        <w:t>v -7.471801 16.396059 -0.013045</w:t>
        <w:br/>
        <w:t>v -7.556227 16.378328 0.094974</w:t>
        <w:br/>
        <w:t>v -7.493294 16.399178 -0.026412</w:t>
        <w:br/>
        <w:t>v -7.558604 16.369593 0.107490</w:t>
        <w:br/>
        <w:t>v -7.556227 16.378328 0.094974</w:t>
        <w:br/>
        <w:t>v -7.571580 16.379345 0.096778</w:t>
        <w:br/>
        <w:t>v -7.539326 16.389456 0.150730</w:t>
        <w:br/>
        <w:t>v -7.550978 16.423605 0.146558</w:t>
        <w:br/>
        <w:t>v -7.558604 16.369593 0.107490</w:t>
        <w:br/>
        <w:t>v -7.594094 16.376381 0.122810</w:t>
        <w:br/>
        <w:t>v -7.576386 16.374821 0.126462</w:t>
        <w:br/>
        <w:t>v -7.548558 16.404694 0.156073</w:t>
        <w:br/>
        <w:t>v -7.539326 16.389456 0.150730</w:t>
        <w:br/>
        <w:t>v -7.548558 16.404694 0.156073</w:t>
        <w:br/>
        <w:t>v -7.594094 16.376381 0.122810</w:t>
        <w:br/>
        <w:t>v -7.578529 16.395647 0.265268</w:t>
        <w:br/>
        <w:t>v -7.646329 16.300335 0.060408</w:t>
        <w:br/>
        <w:t>v -7.569595 16.377209 0.254634</w:t>
        <w:br/>
        <w:t>v -7.602765 16.381491 0.125566</w:t>
        <w:br/>
        <w:t>v -7.568214 16.361086 0.257915</w:t>
        <w:br/>
        <w:t>v -7.576713 16.336029 0.309383</w:t>
        <w:br/>
        <w:t>v -7.548558 16.404694 0.156073</w:t>
        <w:br/>
        <w:t>v -7.569595 16.377209 0.254634</w:t>
        <w:br/>
        <w:t>v -7.644548 16.353117 0.220946</w:t>
        <w:br/>
        <w:t>v -7.569595 16.377209 0.254634</w:t>
        <w:br/>
        <w:t>v -7.568214 16.361086 0.257915</w:t>
        <w:br/>
        <w:t>v -7.644548 16.353117 0.220946</w:t>
        <w:br/>
        <w:t>v -7.602765 16.381491 0.125566</w:t>
        <w:br/>
        <w:t>v -7.576270 16.326130 0.299890</w:t>
        <w:br/>
        <w:t>v -7.619046 16.326006 0.218222</w:t>
        <w:br/>
        <w:t>v -7.589659 16.339418 0.314559</w:t>
        <w:br/>
        <w:t>v -7.576270 16.326130 0.299890</w:t>
        <w:br/>
        <w:t>v -7.588905 16.322515 0.284559</w:t>
        <w:br/>
        <w:t>v -7.613577 16.327328 0.292002</w:t>
        <w:br/>
        <w:t>v -7.619046 16.326006 0.218222</w:t>
        <w:br/>
        <w:t>v -7.642731 16.331079 0.215830</w:t>
        <w:br/>
        <w:t>v -7.642731 16.331079 0.215830</w:t>
        <w:br/>
        <w:t>v -7.731654 16.271906 0.149289</w:t>
        <w:br/>
        <w:t>v -7.722738 16.255295 0.233430</w:t>
        <w:br/>
        <w:t>v -7.731654 16.271906 0.149289</w:t>
        <w:br/>
        <w:t>v -7.689326 16.242512 0.327661</w:t>
        <w:br/>
        <w:t>v -7.589659 16.339418 0.314559</w:t>
        <w:br/>
        <w:t>v -7.745620 16.273920 0.132106</w:t>
        <w:br/>
        <w:t>v -7.734888 16.259684 0.148978</w:t>
        <w:br/>
        <w:t>v -7.722738 16.255295 0.233430</w:t>
        <w:br/>
        <w:t>v -7.710136 16.221750 0.233533</w:t>
        <w:br/>
        <w:t>v -7.689326 16.242512 0.327661</w:t>
        <w:br/>
        <w:t>v -7.742246 16.148149 0.046460</w:t>
        <w:br/>
        <w:t>v -7.681211 16.203985 0.319300</w:t>
        <w:br/>
        <w:t>v -7.618865 16.243963 0.406587</w:t>
        <w:br/>
        <w:t>v -7.753883 16.171104 0.022872</w:t>
        <w:br/>
        <w:t>v -7.637707 16.124758 -0.088331</w:t>
        <w:br/>
        <w:t>v -7.635184 16.275909 0.409996</w:t>
        <w:br/>
        <w:t>v -7.635184 16.275909 0.409996</w:t>
        <w:br/>
        <w:t>v -7.613875 16.260208 0.413363</w:t>
        <w:br/>
        <w:t>v -7.519515 16.320621 0.466386</w:t>
        <w:br/>
        <w:t>v -7.519515 16.320621 0.466386</w:t>
        <w:br/>
        <w:t>v -7.377547 16.340370 0.493407</w:t>
        <w:br/>
        <w:t>v -7.359496 16.324619 0.489163</w:t>
        <w:br/>
        <w:t>v -7.377547 16.340370 0.493407</w:t>
        <w:br/>
        <w:t>v -7.382525 16.340702 0.521221</w:t>
        <w:br/>
        <w:t>v -7.476396 16.304121 0.468870</w:t>
        <w:br/>
        <w:t>v -7.476396 16.304121 0.468870</w:t>
        <w:br/>
        <w:t>v -7.343936 16.330923 0.548405</w:t>
        <w:br/>
        <w:t>v -7.343936 16.330923 0.548405</w:t>
        <w:br/>
        <w:t>v -7.382525 16.340702 0.521221</w:t>
        <w:br/>
        <w:t>v -7.463042 16.245733 0.520041</w:t>
        <w:br/>
        <w:t>v -7.334995 16.225445 0.590253</w:t>
        <w:br/>
        <w:t>v -7.385971 16.220530 0.559272</w:t>
        <w:br/>
        <w:t>v -7.329031 16.204824 0.580209</w:t>
        <w:br/>
        <w:t>v -7.385818 16.198853 0.530029</w:t>
        <w:br/>
        <w:t>v -7.463042 16.245733 0.520041</w:t>
        <w:br/>
        <w:t>v -7.453509 16.225727 0.502165</w:t>
        <w:br/>
        <w:t>v -7.328724 16.187984 0.553245</w:t>
        <w:br/>
        <w:t>v -7.476707 16.288443 0.463318</w:t>
        <w:br/>
        <w:t>v -7.476707 16.288443 0.463318</w:t>
        <w:br/>
        <w:t>v -7.503722 16.282446 0.457435</w:t>
        <w:br/>
        <w:t>v -7.329031 16.204824 0.580209</w:t>
        <w:br/>
        <w:t>v -7.327209 16.154222 0.596968</w:t>
        <w:br/>
        <w:t>v -7.328724 16.187984 0.553245</w:t>
        <w:br/>
        <w:t>v -7.208053 16.230789 0.624656</w:t>
        <w:br/>
        <w:t>v -7.327209 16.154222 0.596968</w:t>
        <w:br/>
        <w:t>v -7.182687 16.156345 0.624517</w:t>
        <w:br/>
        <w:t>v -7.332134 16.143858 0.578726</w:t>
        <w:br/>
        <w:t>v -7.324219 16.138130 0.594617</w:t>
        <w:br/>
        <w:t>v -7.453300 16.020397 0.592343</w:t>
        <w:br/>
        <w:t>v -7.324219 16.138130 0.594617</w:t>
        <w:br/>
        <w:t>v -7.332134 16.143858 0.578726</w:t>
        <w:br/>
        <w:t>v -7.324219 16.138130 0.594617</w:t>
        <w:br/>
        <w:t>v -7.388892 16.139368 0.587962</w:t>
        <w:br/>
        <w:t>v -7.388892 16.139368 0.587962</w:t>
        <w:br/>
        <w:t>v -7.383780 16.141420 0.564159</w:t>
        <w:br/>
        <w:t>v -7.581795 16.122374 0.516736</w:t>
        <w:br/>
        <w:t>v -7.478729 16.214483 0.499773</w:t>
        <w:br/>
        <w:t>v -7.478729 16.214483 0.499773</w:t>
        <w:br/>
        <w:t>v -7.467898 16.212576 0.479187</w:t>
        <w:br/>
        <w:t>v -7.503722 16.282446 0.457435</w:t>
        <w:br/>
        <w:t>v -7.515892 16.291004 0.458074</w:t>
        <w:br/>
        <w:t>v 7.295442 16.032404 -0.172038</w:t>
        <w:br/>
        <w:t>v 7.382037 15.986126 -0.200667</w:t>
        <w:br/>
        <w:t>v 7.295959 16.049936 -0.184840</w:t>
        <w:br/>
        <w:t>v 7.398331 15.992357 -0.222864</w:t>
        <w:br/>
        <w:t>v 7.300641 16.060129 -0.176193</w:t>
        <w:br/>
        <w:t>v 7.295959 16.049936 -0.184840</w:t>
        <w:br/>
        <w:t>v 7.398331 15.992357 -0.222864</w:t>
        <w:br/>
        <w:t>v 7.419718 15.998521 -0.208830</w:t>
        <w:br/>
        <w:t>v 7.310710 15.849606 -0.178826</w:t>
        <w:br/>
        <w:t>v 7.398331 15.992357 -0.222864</w:t>
        <w:br/>
        <w:t>v 7.320867 15.812275 -0.178780</w:t>
        <w:br/>
        <w:t>v 7.419718 15.998521 -0.208830</w:t>
        <w:br/>
        <w:t>v 7.224954 15.895604 -0.148002</w:t>
        <w:br/>
        <w:t>v 7.205505 15.880344 -0.163351</w:t>
        <w:br/>
        <w:t>v 7.311957 15.824346 -0.194911</w:t>
        <w:br/>
        <w:t>v 7.311957 15.824346 -0.194911</w:t>
        <w:br/>
        <w:t>v 7.311957 15.824346 -0.194911</w:t>
        <w:br/>
        <w:t>v 7.204537 15.875980 -0.144484</w:t>
        <w:br/>
        <w:t>v 7.320867 15.812275 -0.178780</w:t>
        <w:br/>
        <w:t>v 7.205505 15.880344 -0.163351</w:t>
        <w:br/>
        <w:t>v 7.270072 16.035059 0.545470</w:t>
        <w:br/>
        <w:t>v 7.267949 16.054731 0.554425</w:t>
        <w:br/>
        <w:t>v 7.337864 15.992924 0.609410</w:t>
        <w:br/>
        <w:t>v 7.346462 16.002914 0.634378</w:t>
        <w:br/>
        <w:t>v 7.267949 16.054731 0.554425</w:t>
        <w:br/>
        <w:t>v 7.276120 16.062916 0.546249</w:t>
        <w:br/>
        <w:t>v 7.346462 16.002914 0.634378</w:t>
        <w:br/>
        <w:t>v 7.371737 16.005650 0.627599</w:t>
        <w:br/>
        <w:t>v 7.265553 15.856734 0.588762</w:t>
        <w:br/>
        <w:t>v 7.346462 16.002914 0.634378</w:t>
        <w:br/>
        <w:t>v 7.371737 16.005650 0.627599</w:t>
        <w:br/>
        <w:t>v 7.271720 15.819852 0.598670</w:t>
        <w:br/>
        <w:t>v 7.259145 15.835071 0.608449</w:t>
        <w:br/>
        <w:t>v 7.259145 15.835071 0.608449</w:t>
        <w:br/>
        <w:t>v 7.175549 15.893939 0.509756</w:t>
        <w:br/>
        <w:t>v 7.259145 15.835071 0.608449</w:t>
        <w:br/>
        <w:t>v 7.271720 15.819852 0.598670</w:t>
        <w:br/>
        <w:t>v 7.175549 15.893939 0.509756</w:t>
        <w:br/>
        <w:t>v 7.200261 15.905392 0.499520</w:t>
        <w:br/>
        <w:t>v 7.180439 15.886019 0.492748</w:t>
        <w:br/>
        <w:t>v 8.569532 15.120024 -0.129284</w:t>
        <w:br/>
        <w:t>v 8.618472 15.023346 -0.018665</w:t>
        <w:br/>
        <w:t>v 8.652671 15.073226 -0.122489</w:t>
        <w:br/>
        <w:t>v 8.659022 15.057560 0.095211</w:t>
        <w:br/>
        <w:t>v 8.838589 14.927308 -0.022934</w:t>
        <w:br/>
        <w:t>v 8.874413 14.977624 -0.120990</w:t>
        <w:br/>
        <w:t>v 8.875957 14.961196 0.086007</w:t>
        <w:br/>
        <w:t>v 8.876247 14.909045 -0.022474</w:t>
        <w:br/>
        <w:t>v 8.912730 14.959670 -0.119482</w:t>
        <w:br/>
        <w:t>v 8.913402 14.942706 0.085562</w:t>
        <w:br/>
        <w:t>v 8.914385 14.891173 -0.021988</w:t>
        <w:br/>
        <w:t>v 8.951309 14.942361 -0.117924</w:t>
        <w:br/>
        <w:t>v 8.951419 14.924594 0.085360</w:t>
        <w:br/>
        <w:t>v 9.214476 14.742109 -0.022868</w:t>
        <w:br/>
        <w:t>v 9.253418 14.808183 -0.111849</w:t>
        <w:br/>
        <w:t>v 8.951309 14.942361 -0.117924</w:t>
        <w:br/>
        <w:t>v 9.238483 14.783554 0.077244</w:t>
        <w:br/>
        <w:t>v 9.252979 14.727235 -0.022842</w:t>
        <w:br/>
        <w:t>v 9.252979 14.727235 -0.022842</w:t>
        <w:br/>
        <w:t>v 9.290521 14.791059 -0.109118</w:t>
        <w:br/>
        <w:t>v 9.275848 14.767756 0.074240</w:t>
        <w:br/>
        <w:t>v 9.290904 14.713115 -0.022470</w:t>
        <w:br/>
        <w:t>v 9.290904 14.713115 -0.022470</w:t>
        <w:br/>
        <w:t>v 9.326739 14.773646 -0.106260</w:t>
        <w:br/>
        <w:t>v 9.312487 14.752543 0.071134</w:t>
        <w:br/>
        <w:t>v 9.521467 14.637947 -0.021847</w:t>
        <w:br/>
        <w:t>v 9.521467 14.637947 -0.021847</w:t>
        <w:br/>
        <w:t>v 9.535557 14.672091 -0.103099</w:t>
        <w:br/>
        <w:t>v 9.527140 14.672880 0.065956</w:t>
        <w:br/>
        <w:t>v 9.632791 14.660601 -0.093320</w:t>
        <w:br/>
        <w:t>v 9.629130 14.662525 0.027886</w:t>
        <w:br/>
        <w:t>v 9.652061 14.650036 -0.030787</w:t>
        <w:br/>
        <w:t>v -1.202753 3.348222 0.560668</w:t>
        <w:br/>
        <w:t>v -1.166023 3.341447 0.517216</w:t>
        <w:br/>
        <w:t>v -1.208480 3.310813 0.567765</w:t>
        <w:br/>
        <w:t>v -1.179803 3.271739 0.540734</w:t>
        <w:br/>
        <w:t>v -1.166023 3.341447 0.517216</w:t>
        <w:br/>
        <w:t>v -1.209791 3.343081 0.479513</w:t>
        <w:br/>
        <w:t>v -1.179803 3.271739 0.540734</w:t>
        <w:br/>
        <w:t>v -1.225105 3.283388 0.604275</w:t>
        <w:br/>
        <w:t>v -1.225623 3.260115 0.509149</w:t>
        <w:br/>
        <w:t>v -1.254216 3.299022 0.536445</w:t>
        <w:br/>
        <w:t>v -1.225623 3.260115 0.509149</w:t>
        <w:br/>
        <w:t>v -1.209791 3.343081 0.479513</w:t>
        <w:br/>
        <w:t>v -1.208411 3.230535 0.608738</w:t>
        <w:br/>
        <w:t>v -1.234873 3.286012 0.629386</w:t>
        <w:br/>
        <w:t>v -1.259149 3.213768 0.589944</w:t>
        <w:br/>
        <w:t>v -1.208411 3.230535 0.608738</w:t>
        <w:br/>
        <w:t>v -1.229212 3.250018 0.672285</w:t>
        <w:br/>
        <w:t>v -1.229212 3.250018 0.672285</w:t>
        <w:br/>
        <w:t>v -1.240305 3.328643 0.650144</w:t>
        <w:br/>
        <w:t>v -1.275974 3.266657 0.585938</w:t>
        <w:br/>
        <w:t>v -1.259149 3.213768 0.589944</w:t>
        <w:br/>
        <w:t>v -1.237455 3.322073 0.706728</w:t>
        <w:br/>
        <w:t>v -1.238691 3.385182 0.652908</w:t>
        <w:br/>
        <w:t>v -1.246503 3.349698 0.523061</w:t>
        <w:br/>
        <w:t>v -1.254216 3.299022 0.536445</w:t>
        <w:br/>
        <w:t>v -1.246503 3.349698 0.523061</w:t>
        <w:br/>
        <w:t>v -1.208480 3.310813 0.567765</w:t>
        <w:br/>
        <w:t>v -1.202753 3.348222 0.560668</w:t>
        <w:br/>
        <w:t>v -1.275974 3.266657 0.585938</w:t>
        <w:br/>
        <w:t>v -1.225105 3.283388 0.604275</w:t>
        <w:br/>
        <w:t>v -1.234873 3.286012 0.629386</w:t>
        <w:br/>
        <w:t>v -1.290533 3.275319 0.626877</w:t>
        <w:br/>
        <w:t>v -1.290533 3.275319 0.626877</w:t>
        <w:br/>
        <w:t>v -1.240305 3.328643 0.650144</w:t>
        <w:br/>
        <w:t>v -1.284931 3.239117 0.669506</w:t>
        <w:br/>
        <w:t>v -1.284931 3.239117 0.669506</w:t>
        <w:br/>
        <w:t>v -1.237455 3.322073 0.706728</w:t>
        <w:br/>
        <w:t>v -1.297137 3.328806 0.652547</w:t>
        <w:br/>
        <w:t>v -1.297137 3.328806 0.652547</w:t>
        <w:br/>
        <w:t>v -1.238691 3.385182 0.652908</w:t>
        <w:br/>
        <w:t>v -1.294480 3.322158 0.709089</w:t>
        <w:br/>
        <w:t>v -1.294480 3.322158 0.709089</w:t>
        <w:br/>
        <w:t>v -1.230821 3.414324 0.699439</w:t>
        <w:br/>
        <w:t>v -1.227649 3.405508 0.631009</w:t>
        <w:br/>
        <w:t>v -1.230821 3.414324 0.699439</w:t>
        <w:br/>
        <w:t>v -1.293462 3.399251 0.650928</w:t>
        <w:br/>
        <w:t>v -1.293462 3.399251 0.650928</w:t>
        <w:br/>
        <w:t>v -1.286120 3.427776 0.697769</w:t>
        <w:br/>
        <w:t>v -1.286120 3.427776 0.697769</w:t>
        <w:br/>
        <w:t>v -1.252123 3.480285 0.623360</w:t>
        <w:br/>
        <w:t>v -1.252123 3.480285 0.623360</w:t>
        <w:br/>
        <w:t>v -1.274189 3.430403 0.610427</w:t>
        <w:br/>
        <w:t>v -1.274189 3.430403 0.610427</w:t>
        <w:br/>
        <w:t>v -1.227649 3.405508 0.631009</w:t>
        <w:br/>
        <w:t>v -1.208884 3.398077 0.593148</w:t>
        <w:br/>
        <w:t>v -1.205179 3.455335 0.643742</w:t>
        <w:br/>
        <w:t>v -1.205179 3.455335 0.643742</w:t>
        <w:br/>
        <w:t>v -1.171057 3.432572 0.569303</w:t>
        <w:br/>
        <w:t>v -1.171057 3.432572 0.569303</w:t>
        <w:br/>
        <w:t>v -1.249431 3.418963 0.559357</w:t>
        <w:br/>
        <w:t>v -1.202753 3.348222 0.560668</w:t>
        <w:br/>
        <w:t>v -1.246503 3.349698 0.523061</w:t>
        <w:br/>
        <w:t>v -1.211802 3.453575 0.535427</w:t>
        <w:br/>
        <w:t>v -1.249431 3.418963 0.559357</w:t>
        <w:br/>
        <w:t>v -1.246503 3.349698 0.523061</w:t>
        <w:br/>
        <w:t>v -1.211802 3.453575 0.535427</w:t>
        <w:br/>
        <w:t>v -1.209791 3.343081 0.479513</w:t>
        <w:br/>
        <w:t>v -1.209791 3.343081 0.479513</w:t>
        <w:br/>
        <w:t>v -1.208884 3.398077 0.593148</w:t>
        <w:br/>
        <w:t>v -1.202753 3.348222 0.560668</w:t>
        <w:br/>
        <w:t>v -1.166023 3.341447 0.517216</w:t>
        <w:br/>
        <w:t>v -1.166023 3.341447 0.517216</w:t>
        <w:br/>
        <w:t>v -1.241858 3.338087 0.572032</w:t>
        <w:br/>
        <w:t>v -1.236914 3.318338 0.575201</w:t>
        <w:br/>
        <w:t>v -1.267551 3.336176 0.541363</w:t>
        <w:br/>
        <w:t>v -1.273505 3.286289 0.555457</w:t>
        <w:br/>
        <w:t>v -1.267551 3.336176 0.541363</w:t>
        <w:br/>
        <w:t>v -1.273505 3.286289 0.555457</w:t>
        <w:br/>
        <w:t>v -1.232709 3.335022 0.506411</w:t>
        <w:br/>
        <w:t>v -1.228130 3.302801 0.607355</w:t>
        <w:br/>
        <w:t>v -1.234469 3.258722 0.528833</w:t>
        <w:br/>
        <w:t>v -1.234469 3.258722 0.528833</w:t>
        <w:br/>
        <w:t>v -1.197268 3.291731 0.550937</w:t>
        <w:br/>
        <w:t>v -1.232709 3.335022 0.506411</w:t>
        <w:br/>
        <w:t>v -1.256237 3.260249 0.618227</w:t>
        <w:br/>
        <w:t>v -1.213398 3.299670 0.630306</w:t>
        <w:br/>
        <w:t>v -1.219085 3.229380 0.593804</w:t>
        <w:br/>
        <w:t>v -1.256237 3.260249 0.618227</w:t>
        <w:br/>
        <w:t>v -1.220067 3.265750 0.669894</w:t>
        <w:br/>
        <w:t>v -1.220067 3.265750 0.669894</w:t>
        <w:br/>
        <w:t>v -1.201889 3.319159 0.642701</w:t>
        <w:br/>
        <w:t>v -1.219085 3.229380 0.593804</w:t>
        <w:br/>
        <w:t>v -1.191018 3.273206 0.582681</w:t>
        <w:br/>
        <w:t>v -1.197714 3.310743 0.695276</w:t>
        <w:br/>
        <w:t>v -1.199657 3.355337 0.646991</w:t>
        <w:br/>
        <w:t>v -1.174115 3.241333 0.655202</w:t>
        <w:br/>
        <w:t>v -1.197714 3.310743 0.695276</w:t>
        <w:br/>
        <w:t>v -1.204713 3.338450 0.544303</w:t>
        <w:br/>
        <w:t>v -1.197268 3.291731 0.550937</w:t>
        <w:br/>
        <w:t>v -1.236914 3.318338 0.575201</w:t>
        <w:br/>
        <w:t>v -1.204713 3.338450 0.544303</w:t>
        <w:br/>
        <w:t>v -1.241858 3.338087 0.572032</w:t>
        <w:br/>
        <w:t>v -1.191018 3.273206 0.582681</w:t>
        <w:br/>
        <w:t>v -1.228130 3.302801 0.607355</w:t>
        <w:br/>
        <w:t>v -1.213398 3.299670 0.630306</w:t>
        <w:br/>
        <w:t>v -1.167663 3.276376 0.615175</w:t>
        <w:br/>
        <w:t>v -1.167663 3.276376 0.615175</w:t>
        <w:br/>
        <w:t>v -1.174115 3.241333 0.655202</w:t>
        <w:br/>
        <w:t>v -1.201889 3.319159 0.642701</w:t>
        <w:br/>
        <w:t>v -1.148935 3.314708 0.635757</w:t>
        <w:br/>
        <w:t>v -1.148935 3.314708 0.635757</w:t>
        <w:br/>
        <w:t>v -1.199657 3.355337 0.646991</w:t>
        <w:br/>
        <w:t>v -1.143988 3.305744 0.689408</w:t>
        <w:br/>
        <w:t>v -1.143988 3.305744 0.689408</w:t>
        <w:br/>
        <w:t>v -1.149020 3.368954 0.637218</w:t>
        <w:br/>
        <w:t>v -1.149020 3.368954 0.637218</w:t>
        <w:br/>
        <w:t>v -1.173981 3.400877 0.602664</w:t>
        <w:br/>
        <w:t>v -1.149685 3.393625 0.683819</w:t>
        <w:br/>
        <w:t>v -1.173981 3.400877 0.602664</w:t>
        <w:br/>
        <w:t>v -1.201349 3.379965 0.692487</w:t>
        <w:br/>
        <w:t>v -1.149685 3.393625 0.683819</w:t>
        <w:br/>
        <w:t>v -1.201349 3.379965 0.692487</w:t>
        <w:br/>
        <w:t>v -1.213845 3.377278 0.628668</w:t>
        <w:br/>
        <w:t>v -1.198742 3.446142 0.611038</w:t>
        <w:br/>
        <w:t>v -1.198742 3.446142 0.611038</w:t>
        <w:br/>
        <w:t>v -1.238617 3.421221 0.637486</w:t>
        <w:br/>
        <w:t>v -1.238617 3.421221 0.637486</w:t>
        <w:br/>
        <w:t>v -1.262539 3.372796 0.561721</w:t>
        <w:br/>
        <w:t>v -1.198742 3.446142 0.611038</w:t>
        <w:br/>
        <w:t>v -1.238617 3.421221 0.637486</w:t>
        <w:br/>
        <w:t>v -1.262539 3.372796 0.561721</w:t>
        <w:br/>
        <w:t>v -1.213845 3.377278 0.628668</w:t>
        <w:br/>
        <w:t>v -1.213845 3.377278 0.628668</w:t>
        <w:br/>
        <w:t>v -1.173981 3.400877 0.602664</w:t>
        <w:br/>
        <w:t>v -1.230172 3.361134 0.601954</w:t>
        <w:br/>
        <w:t>v -1.230172 3.361134 0.601954</w:t>
        <w:br/>
        <w:t>v -1.241858 3.338087 0.572032</w:t>
        <w:br/>
        <w:t>v -1.267551 3.336176 0.541363</w:t>
        <w:br/>
        <w:t>v -1.267551 3.336176 0.541363</w:t>
        <w:br/>
        <w:t>v -1.232709 3.335022 0.506411</w:t>
        <w:br/>
        <w:t>v -1.214639 3.394977 0.532983</w:t>
        <w:br/>
        <w:t>v -1.232709 3.335022 0.506411</w:t>
        <w:br/>
        <w:t>v -1.204713 3.338450 0.544303</w:t>
        <w:br/>
        <w:t>v -1.214639 3.394977 0.532983</w:t>
        <w:br/>
        <w:t>v -1.182372 3.383808 0.578029</w:t>
        <w:br/>
        <w:t>v -1.182372 3.383808 0.578029</w:t>
        <w:br/>
        <w:t>v -1.241858 3.338087 0.572032</w:t>
        <w:br/>
        <w:t>v -1.204713 3.338450 0.544303</w:t>
        <w:br/>
        <w:t>v -1.241858 3.338087 0.572032</w:t>
        <w:br/>
        <w:t>v -0.789159 1.335415 0.046653</w:t>
        <w:br/>
        <w:t>v -0.781451 1.337673 0.049727</w:t>
        <w:br/>
        <w:t>v -0.745661 1.359792 -0.024728</w:t>
        <w:br/>
        <w:t>v -0.737394 1.362084 -0.022397</w:t>
        <w:br/>
        <w:t>v -0.699666 1.385299 -0.126447</w:t>
        <w:br/>
        <w:t>v -0.802993 1.382987 0.055053</w:t>
        <w:br/>
        <w:t>v -0.737394 1.362084 -0.022397</w:t>
        <w:br/>
        <w:t>v -0.781451 1.337673 0.049727</w:t>
        <w:br/>
        <w:t>v -0.690808 1.387151 -0.125311</w:t>
        <w:br/>
        <w:t>v -0.689985 1.393992 -0.217594</w:t>
        <w:br/>
        <w:t>v -0.759190 1.407782 -0.017196</w:t>
        <w:br/>
        <w:t>v -0.690808 1.387151 -0.125311</w:t>
        <w:br/>
        <w:t>v -0.810623 1.380744 0.051927</w:t>
        <w:br/>
        <w:t>v -0.767418 1.405491 -0.019539</w:t>
        <w:br/>
        <w:t>v -0.802993 1.382987 0.055053</w:t>
        <w:br/>
        <w:t>v -0.759190 1.407782 -0.017196</w:t>
        <w:br/>
        <w:t>v -0.709910 1.432693 -0.120827</w:t>
        <w:br/>
        <w:t>v -0.701054 1.434547 -0.119665</w:t>
        <w:br/>
        <w:t>v -0.701054 1.434547 -0.119665</w:t>
        <w:br/>
        <w:t>v -0.700154 1.442847 -0.213543</w:t>
        <w:br/>
        <w:t>v -0.681125 1.395166 -0.218637</w:t>
        <w:br/>
        <w:t>v -0.696229 1.404158 -0.302984</w:t>
        <w:br/>
        <w:t>v -0.691255 1.444033 -0.214598</w:t>
        <w:br/>
        <w:t>v -0.691255 1.444033 -0.214598</w:t>
        <w:br/>
        <w:t>v -0.681125 1.395166 -0.218637</w:t>
        <w:br/>
        <w:t>v -0.704228 1.453835 -0.301291</w:t>
        <w:br/>
        <w:t>v -0.687720 1.404420 -0.306523</w:t>
        <w:br/>
        <w:t>v -0.687720 1.404420 -0.306523</w:t>
        <w:br/>
        <w:t>v -0.748789 1.406069 -0.368297</w:t>
        <w:br/>
        <w:t>v -0.740563 1.405643 -0.372589</w:t>
        <w:br/>
        <w:t>v -0.695681 1.454124 -0.304829</w:t>
        <w:br/>
        <w:t>v -0.740563 1.405643 -0.372589</w:t>
        <w:br/>
        <w:t>v -0.695681 1.454124 -0.304829</w:t>
        <w:br/>
        <w:t>v -0.732077 1.456685 -0.370411</w:t>
        <w:br/>
        <w:t>v -0.732077 1.456685 -0.370411</w:t>
        <w:br/>
        <w:t>v -0.740342 1.457109 -0.366119</w:t>
        <w:br/>
        <w:t>v -0.741752 1.185815 -0.028694</w:t>
        <w:br/>
        <w:t>v -0.749717 1.186921 -0.029588</w:t>
        <w:br/>
        <w:t>v -0.729331 1.288440 -0.078340</w:t>
        <w:br/>
        <w:t>v -0.721161 1.288080 -0.077474</w:t>
        <w:br/>
        <w:t>v -0.710362 1.419533 -0.133453</w:t>
        <w:br/>
        <w:t>v -0.741752 1.185815 -0.028694</w:t>
        <w:br/>
        <w:t>v -0.721161 1.288080 -0.077474</w:t>
        <w:br/>
        <w:t>v -0.738379 1.167485 -0.074410</w:t>
        <w:br/>
        <w:t>v -0.702342 1.420440 -0.133053</w:t>
        <w:br/>
        <w:t>v -0.721196 1.551443 -0.195419</w:t>
        <w:br/>
        <w:t>v -0.713549 1.269726 -0.123190</w:t>
        <w:br/>
        <w:t>v -0.702342 1.420440 -0.133053</w:t>
        <w:br/>
        <w:t>v -0.746331 1.168605 -0.075291</w:t>
        <w:br/>
        <w:t>v -0.738379 1.167485 -0.074410</w:t>
        <w:br/>
        <w:t>v -0.721719 1.270100 -0.124057</w:t>
        <w:br/>
        <w:t>v -0.713549 1.269726 -0.123190</w:t>
        <w:br/>
        <w:t>v -0.700055 1.401455 -0.179707</w:t>
        <w:br/>
        <w:t>v -0.692034 1.402335 -0.179295</w:t>
        <w:br/>
        <w:t>v -0.692034 1.402335 -0.179295</w:t>
        <w:br/>
        <w:t>v -0.709788 1.533519 -0.241654</w:t>
        <w:br/>
        <w:t>v -0.713703 1.553854 -0.195716</w:t>
        <w:br/>
        <w:t>v -0.713703 1.553854 -0.195716</w:t>
        <w:br/>
        <w:t>v -0.702282 1.535930 -0.241938</w:t>
        <w:br/>
        <w:t>v -0.702282 1.535930 -0.241938</w:t>
        <w:br/>
        <w:t>v -0.726024 1.570971 -0.259962</w:t>
        <w:br/>
        <w:t>v -0.733191 1.567621 -0.259276</w:t>
        <w:br/>
        <w:t>v -0.726024 1.570971 -0.259962</w:t>
        <w:br/>
        <w:t>v -0.738281 1.588924 -0.214301</w:t>
        <w:br/>
        <w:t>v -0.738281 1.588924 -0.214301</w:t>
        <w:br/>
        <w:t>v -0.745396 1.585564 -0.213588</w:t>
        <w:br/>
        <w:t>v -1.610490 1.321559 0.021508</w:t>
        <w:br/>
        <w:t>v -1.658679 1.345022 -0.048742</w:t>
        <w:br/>
        <w:t>v -1.618226 1.323542 0.024199</w:t>
        <w:br/>
        <w:t>v -1.667041 1.347014 -0.046712</w:t>
        <w:br/>
        <w:t>v -1.681792 1.365746 -0.148059</w:t>
        <w:br/>
        <w:t>v -1.618226 1.323542 0.024199</w:t>
        <w:br/>
        <w:t>v -1.667041 1.347014 -0.046712</w:t>
        <w:br/>
        <w:t>v -1.600616 1.368846 0.028470</w:t>
        <w:br/>
        <w:t>v -1.600616 1.368846 0.028470</w:t>
        <w:br/>
        <w:t>v -1.640181 1.391204 -0.044318</w:t>
        <w:br/>
        <w:t>v -1.592983 1.366846 0.025764</w:t>
        <w:br/>
        <w:t>v -1.648439 1.393197 -0.042286</w:t>
        <w:br/>
        <w:t>v -1.648439 1.393197 -0.042286</w:t>
        <w:br/>
        <w:t>v -1.667262 1.413847 -0.142929</w:t>
        <w:br/>
        <w:t>v -1.690786 1.367232 -0.147168</w:t>
        <w:br/>
        <w:t>v -1.690786 1.367232 -0.147168</w:t>
        <w:br/>
        <w:t>v -1.676231 1.415362 -0.142011</w:t>
        <w:br/>
        <w:t>v -1.676231 1.415362 -0.142011</w:t>
        <w:br/>
        <w:t>v -1.668136 1.427856 -0.233188</w:t>
        <w:br/>
        <w:t>v -1.684972 1.378963 -0.238498</w:t>
        <w:br/>
        <w:t>v -1.684972 1.378963 -0.238498</w:t>
        <w:br/>
        <w:t>v -1.675969 1.378220 -0.237198</w:t>
        <w:br/>
        <w:t>v -1.677140 1.428638 -0.234462</w:t>
        <w:br/>
        <w:t>v -1.677140 1.428638 -0.234462</w:t>
        <w:br/>
        <w:t>v -1.650630 1.431910 -0.323106</w:t>
        <w:br/>
        <w:t>v -1.650630 1.431910 -0.323106</w:t>
        <w:br/>
        <w:t>v -1.642121 1.432047 -0.319312</w:t>
        <w:br/>
        <w:t>v -1.622364 1.441511 -0.382790</w:t>
        <w:br/>
        <w:t>v -1.630453 1.440650 -0.387337</w:t>
        <w:br/>
        <w:t>v -1.630453 1.440650 -0.387337</w:t>
        <w:br/>
        <w:t>v -1.619367 1.389520 -0.389029</w:t>
        <w:br/>
        <w:t>v -1.656223 1.381389 -0.324872</w:t>
        <w:br/>
        <w:t>v -1.656223 1.381389 -0.324872</w:t>
        <w:br/>
        <w:t>v -1.647741 1.381565 -0.321079</w:t>
        <w:br/>
        <w:t>v -1.619367 1.389520 -0.389029</w:t>
        <w:br/>
        <w:t>v -1.611355 1.390379 -0.384483</w:t>
        <w:br/>
        <w:t>v -1.636765 1.171322 -0.049093</w:t>
        <w:br/>
        <w:t>v -1.647122 1.225018 -0.078108</w:t>
        <w:br/>
        <w:t>v -1.628945 1.172762 -0.049741</w:t>
        <w:br/>
        <w:t>v -1.655211 1.223949 -0.077390</w:t>
        <w:br/>
        <w:t>v -1.660601 1.325413 -0.121074</w:t>
        <w:br/>
        <w:t>v -1.636765 1.171322 -0.049093</w:t>
        <w:br/>
        <w:t>v -1.638855 1.152373 -0.093930</w:t>
        <w:br/>
        <w:t>v -1.655211 1.223949 -0.077390</w:t>
        <w:br/>
        <w:t>v -1.631023 1.153852 -0.094551</w:t>
        <w:br/>
        <w:t>v -1.652125 1.205967 -0.122724</w:t>
        <w:br/>
        <w:t>v -1.638855 1.152373 -0.093930</w:t>
        <w:br/>
        <w:t>v -1.660214 1.204873 -0.122019</w:t>
        <w:br/>
        <w:t>v -1.660214 1.204873 -0.122019</w:t>
        <w:br/>
        <w:t>v -1.668227 1.306382 -0.165907</w:t>
        <w:br/>
        <w:t>v -1.676438 1.306336 -0.165484</w:t>
        <w:br/>
        <w:t>v -1.676438 1.306336 -0.165484</w:t>
        <w:br/>
        <w:t>v -1.668800 1.325406 -0.120652</w:t>
        <w:br/>
        <w:t>v -1.668800 1.325406 -0.120652</w:t>
        <w:br/>
        <w:t>v -1.659913 1.450243 -0.174564</w:t>
        <w:br/>
        <w:t>v -1.659913 1.450243 -0.174564</w:t>
        <w:br/>
        <w:t>v -1.651899 1.449455 -0.174634</w:t>
        <w:br/>
        <w:t>v -1.647131 1.537028 -0.215927</w:t>
        <w:br/>
        <w:t>v -1.669204 1.431460 -0.219624</w:t>
        <w:br/>
        <w:t>v -1.669204 1.431460 -0.219624</w:t>
        <w:br/>
        <w:t>v -1.661178 1.430698 -0.219694</w:t>
        <w:br/>
        <w:t>v -1.656787 1.518354 -0.261085</w:t>
        <w:br/>
        <w:t>v -1.654670 1.539161 -0.216405</w:t>
        <w:br/>
        <w:t>v -1.654670 1.539161 -0.216405</w:t>
        <w:br/>
        <w:t>v -1.630319 1.572141 -0.233187</w:t>
        <w:br/>
        <w:t>v -1.637470 1.575268 -0.234081</w:t>
        <w:br/>
        <w:t>v -1.664366 1.520473 -0.261576</w:t>
        <w:br/>
        <w:t>v -1.637470 1.575268 -0.234081</w:t>
        <w:br/>
        <w:t>v -1.664366 1.520473 -0.261576</w:t>
        <w:br/>
        <w:t>v -1.647771 1.556569 -0.278809</w:t>
        <w:br/>
        <w:t>v -1.647771 1.556569 -0.278809</w:t>
        <w:br/>
        <w:t>v -1.640542 1.553485 -0.277914</w:t>
        <w:br/>
        <w:t>v -1.633716 0.968746 -0.197695</w:t>
        <w:br/>
        <w:t>v -1.644483 0.968510 -0.197890</w:t>
        <w:br/>
        <w:t>v -1.650033 1.075322 -0.240418</w:t>
        <w:br/>
        <w:t>v -1.660801 1.075085 -0.240613</w:t>
        <w:br/>
        <w:t>v -1.661006 1.240068 -0.299491</w:t>
        <w:br/>
        <w:t>v -1.660801 1.075085 -0.240613</w:t>
        <w:br/>
        <w:t>v -1.644483 0.968510 -0.197890</w:t>
        <w:br/>
        <w:t>v -1.630421 0.955982 -0.242855</w:t>
        <w:br/>
        <w:t>v -1.671438 1.239577 -0.300718</w:t>
        <w:br/>
        <w:t>v -1.654697 1.376980 -0.343452</w:t>
        <w:br/>
        <w:t>v -1.650259 1.061408 -0.286492</w:t>
        <w:br/>
        <w:t>v -1.671438 1.239577 -0.300718</w:t>
        <w:br/>
        <w:t>v -1.619654 0.956219 -0.242660</w:t>
        <w:br/>
        <w:t>v -1.639491 1.061644 -0.286298</w:t>
        <w:br/>
        <w:t>v -1.630421 0.955982 -0.242855</w:t>
        <w:br/>
        <w:t>v -1.650259 1.061408 -0.286492</w:t>
        <w:br/>
        <w:t>v -1.652383 1.226151 -0.345729</w:t>
        <w:br/>
        <w:t>v -1.662757 1.225661 -0.346967</w:t>
        <w:br/>
        <w:t>v -1.662757 1.225661 -0.346967</w:t>
        <w:br/>
        <w:t>v -1.664159 1.378742 -0.347900</w:t>
        <w:br/>
        <w:t>v -1.664159 1.378742 -0.347900</w:t>
        <w:br/>
        <w:t>v -1.628467 1.442808 -0.365610</w:t>
        <w:br/>
        <w:t>v -1.637406 1.444902 -0.370675</w:t>
        <w:br/>
        <w:t>v -1.637406 1.444902 -0.370675</w:t>
        <w:br/>
        <w:t>v -1.616318 1.435178 -0.405641</w:t>
        <w:br/>
        <w:t>v -1.648807 1.364668 -0.389698</w:t>
        <w:br/>
        <w:t>v -1.648807 1.364668 -0.389698</w:t>
        <w:br/>
        <w:t>v -1.639579 1.362876 -0.385228</w:t>
        <w:br/>
        <w:t>v -1.616318 1.435178 -0.405641</w:t>
        <w:br/>
        <w:t>v -1.607562 1.433055 -0.400566</w:t>
        <w:br/>
        <w:t>v 1.192967 3.326448 0.517243</w:t>
        <w:br/>
        <w:t>v 1.321973 3.378636 0.539226</w:t>
        <w:br/>
        <w:t>v 1.172098 3.358112 0.552594</w:t>
        <w:br/>
        <w:t>v 1.314688 3.424087 0.561424</w:t>
        <w:br/>
        <w:t>v 1.479753 3.430288 0.472355</w:t>
        <w:br/>
        <w:t>v 1.172098 3.358112 0.552594</w:t>
        <w:br/>
        <w:t>v 1.314688 3.424087 0.561424</w:t>
        <w:br/>
        <w:t>v 1.194619 3.329601 0.591836</w:t>
        <w:br/>
        <w:t>v 1.479742 3.476786 0.497490</w:t>
        <w:br/>
        <w:t>v 1.626449 3.445763 0.366605</w:t>
        <w:br/>
        <w:t>v 1.348806 3.409375 0.599259</w:t>
        <w:br/>
        <w:t>v 1.479742 3.476786 0.497490</w:t>
        <w:br/>
        <w:t>v 1.635584 3.493224 0.380912</w:t>
        <w:br/>
        <w:t>v 1.763012 3.442123 0.247454</w:t>
        <w:br/>
        <w:t>v 1.507560 3.454913 0.535103</w:t>
        <w:br/>
        <w:t>v 1.635584 3.493224 0.380912</w:t>
        <w:br/>
        <w:t>v 1.355900 3.364014 0.576701</w:t>
        <w:br/>
        <w:t>v 1.194619 3.329601 0.591836</w:t>
        <w:br/>
        <w:t>v 1.348806 3.409375 0.599259</w:t>
        <w:br/>
        <w:t>v 1.215427 3.297992 0.556462</w:t>
        <w:br/>
        <w:t>v 1.215427 3.297992 0.556462</w:t>
        <w:br/>
        <w:t>v 1.321973 3.378636 0.539226</w:t>
        <w:br/>
        <w:t>v 1.192967 3.326448 0.517243</w:t>
        <w:br/>
        <w:t>v 1.355900 3.364014 0.576701</w:t>
        <w:br/>
        <w:t>v 1.479753 3.430288 0.472355</w:t>
        <w:br/>
        <w:t>v 1.507104 3.408868 0.510835</w:t>
        <w:br/>
        <w:t>v 1.507560 3.454913 0.535103</w:t>
        <w:br/>
        <w:t>v 1.507104 3.408868 0.510835</w:t>
        <w:br/>
        <w:t>v 1.626449 3.445763 0.366605</w:t>
        <w:br/>
        <w:t>v 1.663774 3.426365 0.394627</w:t>
        <w:br/>
        <w:t>v 1.663774 3.426365 0.394627</w:t>
        <w:br/>
        <w:t>v 1.763012 3.442123 0.247454</w:t>
        <w:br/>
        <w:t>v 1.671783 3.473912 0.407998</w:t>
        <w:br/>
        <w:t>v 1.671783 3.473912 0.407998</w:t>
        <w:br/>
        <w:t>v 1.797293 3.423084 0.276292</w:t>
        <w:br/>
        <w:t>v 1.797293 3.423084 0.276292</w:t>
        <w:br/>
        <w:t>v 1.777966 3.489542 0.254825</w:t>
        <w:br/>
        <w:t>v 1.777966 3.489542 0.254825</w:t>
        <w:br/>
        <w:t>v 1.810273 3.470566 0.282516</w:t>
        <w:br/>
        <w:t>v 1.810273 3.470566 0.282516</w:t>
        <w:br/>
        <w:t>v 1.843309 3.378367 0.196957</w:t>
        <w:br/>
        <w:t>v 1.805022 3.396645 0.168822</w:t>
        <w:br/>
        <w:t>v 1.875471 3.405234 0.173048</w:t>
        <w:br/>
        <w:t>v 1.875471 3.405234 0.173048</w:t>
        <w:br/>
        <w:t>v 1.843309 3.378367 0.196957</w:t>
        <w:br/>
        <w:t>v 1.836722 3.422901 0.144425</w:t>
        <w:br/>
        <w:t>v 1.836722 3.422901 0.144425</w:t>
        <w:br/>
        <w:t>v 1.805022 3.396645 0.168822</w:t>
        <w:br/>
        <w:t>v 1.849402 3.268752 0.183523</w:t>
        <w:br/>
        <w:t>v 1.875471 3.405234 0.173048</w:t>
        <w:br/>
        <w:t>v 1.836722 3.422901 0.144425</w:t>
        <w:br/>
        <w:t>v 1.849402 3.268752 0.183523</w:t>
        <w:br/>
        <w:t>v 1.843309 3.378367 0.196957</w:t>
        <w:br/>
        <w:t>v 1.821581 3.290916 0.219503</w:t>
        <w:br/>
        <w:t>v 1.805022 3.396645 0.168822</w:t>
        <w:br/>
        <w:t>v 1.821581 3.290916 0.219503</w:t>
        <w:br/>
        <w:t>v 1.780605 3.289851 0.189232</w:t>
        <w:br/>
        <w:t>v 1.807966 3.267506 0.153033</w:t>
        <w:br/>
        <w:t>v 1.807966 3.267506 0.153033</w:t>
        <w:br/>
        <w:t>v 1.780605 3.289851 0.189232</w:t>
        <w:br/>
        <w:t>v 1.715855 3.191401 0.262421</w:t>
        <w:br/>
        <w:t>v 1.756175 3.193406 0.292583</w:t>
        <w:br/>
        <w:t>v 1.756175 3.193406 0.292583</w:t>
        <w:br/>
        <w:t>v 1.715855 3.191401 0.262421</w:t>
        <w:br/>
        <w:t>v 1.770864 3.152699 0.268520</w:t>
        <w:br/>
        <w:t>v 1.770864 3.152699 0.268520</w:t>
        <w:br/>
        <w:t>v 1.729925 3.150789 0.237957</w:t>
        <w:br/>
        <w:t>v 1.729925 3.150789 0.237957</w:t>
        <w:br/>
        <w:t>v 1.598644 3.172855 0.350434</w:t>
        <w:br/>
        <w:t>v 1.634595 3.173503 0.385692</w:t>
        <w:br/>
        <w:t>v 1.634595 3.173503 0.385692</w:t>
        <w:br/>
        <w:t>v 1.598644 3.172855 0.350434</w:t>
        <w:br/>
        <w:t>v 1.629811 3.122492 0.384695</w:t>
        <w:br/>
        <w:t>v 1.629811 3.122492 0.384695</w:t>
        <w:br/>
        <w:t>v 1.594385 3.121956 0.349196</w:t>
        <w:br/>
        <w:t>v 1.594385 3.121956 0.349196</w:t>
        <w:br/>
        <w:t>v 1.434877 3.153282 0.446421</w:t>
        <w:br/>
        <w:t>v 1.457524 3.155348 0.491450</w:t>
        <w:br/>
        <w:t>v 1.434877 3.153282 0.446421</w:t>
        <w:br/>
        <w:t>v 1.457524 3.155348 0.491450</w:t>
        <w:br/>
        <w:t>v 1.444184 3.202898 0.440552</w:t>
        <w:br/>
        <w:t>v 1.468286 3.204896 0.484970</w:t>
        <w:br/>
        <w:t>v 1.468286 3.204896 0.484970</w:t>
        <w:br/>
        <w:t>v 1.444184 3.202898 0.440552</w:t>
        <w:br/>
        <w:t>v 1.299275 3.212960 0.541341</w:t>
        <w:br/>
        <w:t>v 1.299275 3.212960 0.541341</w:t>
        <w:br/>
        <w:t>v 1.323443 3.251415 0.514527</w:t>
        <w:br/>
        <w:t>v 1.325418 3.225659 0.582511</w:t>
        <w:br/>
        <w:t>v 1.325418 3.225659 0.582511</w:t>
        <w:br/>
        <w:t>v 1.350089 3.264027 0.555537</w:t>
        <w:br/>
        <w:t>v 1.350089 3.264027 0.555537</w:t>
        <w:br/>
        <w:t>v 1.323443 3.251415 0.514527</w:t>
        <w:br/>
        <w:t>v 1.235712 3.323855 0.578456</w:t>
        <w:br/>
        <w:t>v 1.251608 3.350700 0.614167</w:t>
        <w:br/>
        <w:t>v 1.213412 3.294819 0.613953</w:t>
        <w:br/>
        <w:t>v 1.213412 3.294819 0.613953</w:t>
        <w:br/>
        <w:t>v 1.235712 3.323855 0.578456</w:t>
        <w:br/>
        <w:t>v 1.109601 3.361797 0.561823</w:t>
        <w:br/>
        <w:t>v 1.229252 3.321512 0.649343</w:t>
        <w:br/>
        <w:t>v 1.229252 3.321512 0.649343</w:t>
        <w:br/>
        <w:t>v 1.251608 3.350700 0.614167</w:t>
        <w:br/>
        <w:t>v 1.098485 3.339475 0.613839</w:t>
        <w:br/>
        <w:t>v 1.098485 3.339475 0.613839</w:t>
        <w:br/>
        <w:t>v 1.122125 3.412121 0.586426</w:t>
        <w:br/>
        <w:t>v 1.122125 3.412121 0.586426</w:t>
        <w:br/>
        <w:t>v 1.111129 3.389922 0.638552</w:t>
        <w:br/>
        <w:t>v 1.111129 3.389922 0.638552</w:t>
        <w:br/>
        <w:t>v 0.958241 3.380160 0.523484</w:t>
        <w:br/>
        <w:t>v 0.958241 3.380160 0.523484</w:t>
        <w:br/>
        <w:t>v 0.979403 3.400446 0.475268</w:t>
        <w:br/>
        <w:t>v 0.805708 3.435187 0.398993</w:t>
        <w:br/>
        <w:t>v 1.109601 3.361797 0.561823</w:t>
        <w:br/>
        <w:t>v 0.979403 3.400446 0.475268</w:t>
        <w:br/>
        <w:t>v 0.965336 3.431057 0.547568</w:t>
        <w:br/>
        <w:t>v 0.965336 3.431057 0.547568</w:t>
        <w:br/>
        <w:t>v 0.986653 3.451329 0.499313</w:t>
        <w:br/>
        <w:t>v 0.986653 3.451329 0.499313</w:t>
        <w:br/>
        <w:t>v 0.805708 3.435187 0.398993</w:t>
        <w:br/>
        <w:t>v 0.807766 3.487056 0.421695</w:t>
        <w:br/>
        <w:t>v 0.807766 3.487056 0.421695</w:t>
        <w:br/>
        <w:t>v 0.677317 3.454489 0.286864</w:t>
        <w:br/>
        <w:t>v 0.773886 3.416676 0.440751</w:t>
        <w:br/>
        <w:t>v 0.773886 3.416676 0.440751</w:t>
        <w:br/>
        <w:t>v 0.677317 3.454489 0.286864</w:t>
        <w:br/>
        <w:t>v 0.775881 3.468622 0.463522</w:t>
        <w:br/>
        <w:t>v 0.775881 3.468622 0.463522</w:t>
        <w:br/>
        <w:t>v 0.669001 3.508369 0.297656</w:t>
        <w:br/>
        <w:t>v 0.669001 3.508369 0.297656</w:t>
        <w:br/>
        <w:t>v 0.634152 3.439024 0.319236</w:t>
        <w:br/>
        <w:t>v 0.634152 3.439024 0.319236</w:t>
        <w:br/>
        <w:t>v 0.625523 3.492886 0.330092</w:t>
        <w:br/>
        <w:t>v 0.625523 3.492886 0.330092</w:t>
        <w:br/>
        <w:t>v 0.583335 3.425540 0.151023</w:t>
        <w:br/>
        <w:t>v 0.615382 3.389291 0.183232</w:t>
        <w:br/>
        <w:t>v 0.539401 3.412392 0.184152</w:t>
        <w:br/>
        <w:t>v 0.583335 3.425540 0.151023</w:t>
        <w:br/>
        <w:t>v 0.539401 3.412392 0.184152</w:t>
        <w:br/>
        <w:t>v 0.587997 3.249744 0.112736</w:t>
        <w:br/>
        <w:t>v 0.587997 3.249744 0.112736</w:t>
        <w:br/>
        <w:t>v 0.621207 3.260353 0.154233</w:t>
        <w:br/>
        <w:t>v 0.668081 3.155500 0.240376</w:t>
        <w:br/>
        <w:t>v 0.571605 3.376162 0.216141</w:t>
        <w:br/>
        <w:t>v 0.571605 3.376162 0.216141</w:t>
        <w:br/>
        <w:t>v 0.615382 3.389291 0.183232</w:t>
        <w:br/>
        <w:t>v 0.621207 3.260353 0.154233</w:t>
        <w:br/>
        <w:t>v 0.543455 3.247183 0.147717</w:t>
        <w:br/>
        <w:t>v 0.543455 3.247183 0.147717</w:t>
        <w:br/>
        <w:t>v 0.576892 3.257570 0.189060</w:t>
        <w:br/>
        <w:t>v 0.576892 3.257570 0.189060</w:t>
        <w:br/>
        <w:t>v 0.668081 3.155500 0.240376</w:t>
        <w:br/>
        <w:t>v 0.646530 3.110529 0.216509</w:t>
        <w:br/>
        <w:t>v 0.646530 3.110529 0.216509</w:t>
        <w:br/>
        <w:t>v 0.729397 3.123141 0.323812</w:t>
        <w:br/>
        <w:t>v 0.598062 3.120161 0.245713</w:t>
        <w:br/>
        <w:t>v 0.598062 3.120161 0.245713</w:t>
        <w:br/>
        <w:t>v 0.619845 3.165099 0.269514</w:t>
        <w:br/>
        <w:t>v 0.619845 3.165099 0.269514</w:t>
        <w:br/>
        <w:t>v 0.687193 3.130603 0.360325</w:t>
        <w:br/>
        <w:t>v 0.687193 3.130603 0.360325</w:t>
        <w:br/>
        <w:t>v 0.729397 3.123141 0.323812</w:t>
        <w:br/>
        <w:t>v 0.684129 3.075863 0.361558</w:t>
        <w:br/>
        <w:t>v 0.684129 3.075863 0.361558</w:t>
        <w:br/>
        <w:t>v 0.726345 3.068385 0.325070</w:t>
        <w:br/>
        <w:t>v 0.726345 3.068385 0.325070</w:t>
        <w:br/>
        <w:t>v 0.848784 3.101250 0.420516</w:t>
        <w:br/>
        <w:t>v 0.815917 3.109389 0.465250</w:t>
        <w:br/>
        <w:t>v 0.815917 3.109389 0.465250</w:t>
        <w:br/>
        <w:t>v 0.848784 3.101250 0.420516</w:t>
        <w:br/>
        <w:t>v 0.797595 3.161668 0.443891</w:t>
        <w:br/>
        <w:t>v 0.797595 3.161668 0.443891</w:t>
        <w:br/>
        <w:t>v 0.831397 3.153497 0.399639</w:t>
        <w:br/>
        <w:t>v 0.831397 3.153497 0.399639</w:t>
        <w:br/>
        <w:t>v 0.949642 3.198249 0.461702</w:t>
        <w:br/>
        <w:t>v 0.924269 3.208560 0.510657</w:t>
        <w:br/>
        <w:t>v 0.924269 3.208560 0.510657</w:t>
        <w:br/>
        <w:t>v 0.949642 3.198249 0.461702</w:t>
        <w:br/>
        <w:t>v 0.951468 3.159312 0.533825</w:t>
        <w:br/>
        <w:t>v 0.951468 3.159312 0.533825</w:t>
        <w:br/>
        <w:t>v 0.974154 3.149128 0.484180</w:t>
        <w:br/>
        <w:t>v 0.974154 3.149128 0.484180</w:t>
        <w:br/>
        <w:t>v 1.072743 3.266967 0.492860</w:t>
        <w:br/>
        <w:t>v 1.079120 3.244027 0.569618</w:t>
        <w:br/>
        <w:t>v 1.079120 3.244027 0.569618</w:t>
        <w:br/>
        <w:t>v 1.050915 3.285604 0.541141</w:t>
        <w:br/>
        <w:t>v 1.050915 3.285604 0.541141</w:t>
        <w:br/>
        <w:t>v 1.072743 3.266967 0.492860</w:t>
        <w:br/>
        <w:t>v 1.100222 3.225395 0.521206</w:t>
        <w:br/>
        <w:t>v 1.100222 3.225395 0.521206</w:t>
        <w:br/>
        <w:t>v 1.192967 3.326448 0.517243</w:t>
        <w:br/>
        <w:t>v 1.215427 3.297992 0.556462</w:t>
        <w:br/>
        <w:t>v 1.215427 3.297992 0.556462</w:t>
        <w:br/>
        <w:t>v 1.194619 3.329601 0.591836</w:t>
        <w:br/>
        <w:t>v 1.194619 3.329601 0.591836</w:t>
        <w:br/>
        <w:t>v 1.172098 3.358112 0.552594</w:t>
        <w:br/>
        <w:t>v 1.172098 3.358112 0.552594</w:t>
        <w:br/>
        <w:t>v 1.192967 3.326448 0.517243</w:t>
        <w:br/>
        <w:t>v 1.175849 3.349301 0.524686</w:t>
        <w:br/>
        <w:t>v 1.181474 3.311848 0.531635</w:t>
        <w:br/>
        <w:t>v 1.139086 3.342797 0.481220</w:t>
        <w:br/>
        <w:t>v 1.152680 3.272960 0.504460</w:t>
        <w:br/>
        <w:t>v 1.198035 3.284235 0.568031</w:t>
        <w:br/>
        <w:t>v 1.139086 3.342797 0.481220</w:t>
        <w:br/>
        <w:t>v 1.152680 3.272960 0.504460</w:t>
        <w:br/>
        <w:t>v 1.182846 3.344458 0.443509</w:t>
        <w:br/>
        <w:t>v 1.181197 3.231411 0.572293</w:t>
        <w:br/>
        <w:t>v 1.207819 3.286733 0.593149</w:t>
        <w:br/>
        <w:t>v 1.198459 3.261334 0.472815</w:t>
        <w:br/>
        <w:t>v 1.227167 3.300055 0.500254</w:t>
        <w:br/>
        <w:t>v 1.182846 3.344458 0.443509</w:t>
        <w:br/>
        <w:t>v 1.198459 3.261334 0.472815</w:t>
        <w:br/>
        <w:t>v 1.231883 3.214578 0.553416</w:t>
        <w:br/>
        <w:t>v 1.181197 3.231411 0.572293</w:t>
        <w:br/>
        <w:t>v 1.202072 3.250586 0.635908</w:t>
        <w:br/>
        <w:t>v 1.202072 3.250586 0.635908</w:t>
        <w:br/>
        <w:t>v 1.213374 3.329268 0.614072</w:t>
        <w:br/>
        <w:t>v 1.248852 3.267436 0.549612</w:t>
        <w:br/>
        <w:t>v 1.231883 3.214578 0.553416</w:t>
        <w:br/>
        <w:t>v 1.210525 3.322484 0.670631</w:t>
        <w:br/>
        <w:t>v 1.211917 3.385799 0.617058</w:t>
        <w:br/>
        <w:t>v 1.198035 3.284235 0.568031</w:t>
        <w:br/>
        <w:t>v 1.181474 3.311848 0.531635</w:t>
        <w:br/>
        <w:t>v 1.248852 3.267436 0.549612</w:t>
        <w:br/>
        <w:t>v 1.207819 3.286733 0.593149</w:t>
        <w:br/>
        <w:t>v 1.204143 3.414781 0.663706</w:t>
        <w:br/>
        <w:t>v 1.200925 3.406241 0.595243</w:t>
        <w:br/>
        <w:t>v 1.263448 3.275897 0.590580</w:t>
        <w:br/>
        <w:t>v 1.213374 3.329268 0.614072</w:t>
        <w:br/>
        <w:t>v 1.263448 3.275897 0.590580</w:t>
        <w:br/>
        <w:t>v 1.227167 3.300055 0.500254</w:t>
        <w:br/>
        <w:t>v 1.219591 3.350803 0.487070</w:t>
        <w:br/>
        <w:t>v 1.175849 3.349301 0.524686</w:t>
        <w:br/>
        <w:t>v 1.219591 3.350803 0.487070</w:t>
        <w:br/>
        <w:t>v 1.257759 3.239544 0.633068</w:t>
        <w:br/>
        <w:t>v 1.257759 3.239544 0.633068</w:t>
        <w:br/>
        <w:t>v 1.210525 3.322484 0.670631</w:t>
        <w:br/>
        <w:t>v 1.270208 3.329264 0.616458</w:t>
        <w:br/>
        <w:t>v 1.270208 3.329264 0.616458</w:t>
        <w:br/>
        <w:t>v 1.211917 3.385799 0.617058</w:t>
        <w:br/>
        <w:t>v 1.267550 3.322402 0.672974</w:t>
        <w:br/>
        <w:t>v 1.267550 3.322402 0.672974</w:t>
        <w:br/>
        <w:t>v 1.204143 3.414781 0.663706</w:t>
        <w:br/>
        <w:t>v 1.266727 3.399724 0.615115</w:t>
        <w:br/>
        <w:t>v 1.266727 3.399724 0.615115</w:t>
        <w:br/>
        <w:t>v 1.259478 3.428086 0.662071</w:t>
        <w:br/>
        <w:t>v 1.259478 3.428086 0.662071</w:t>
        <w:br/>
        <w:t>v 1.225603 3.480981 0.587879</w:t>
        <w:br/>
        <w:t>v 1.225603 3.480981 0.587879</w:t>
        <w:br/>
        <w:t>v 1.247527 3.431087 0.574743</w:t>
        <w:br/>
        <w:t>v 1.247527 3.431087 0.574743</w:t>
        <w:br/>
        <w:t>v 1.200925 3.406241 0.595243</w:t>
        <w:br/>
        <w:t>v 1.182127 3.399011 0.557359</w:t>
        <w:br/>
        <w:t>v 1.178596 3.456080 0.608179</w:t>
        <w:br/>
        <w:t>v 1.178596 3.456080 0.608179</w:t>
        <w:br/>
        <w:t>v 1.222721 3.419918 0.523637</w:t>
        <w:br/>
        <w:t>v 1.175849 3.349301 0.524686</w:t>
        <w:br/>
        <w:t>v 1.219591 3.350803 0.487070</w:t>
        <w:br/>
        <w:t>v 1.222721 3.419918 0.523637</w:t>
        <w:br/>
        <w:t>v 1.185180 3.454727 0.499855</w:t>
        <w:br/>
        <w:t>v 1.219591 3.350803 0.487070</w:t>
        <w:br/>
        <w:t>v 1.182846 3.344458 0.443509</w:t>
        <w:br/>
        <w:t>v 1.144388 3.433703 0.533662</w:t>
        <w:br/>
        <w:t>v 1.182846 3.344458 0.443509</w:t>
        <w:br/>
        <w:t>v 1.185180 3.454727 0.499855</w:t>
        <w:br/>
        <w:t>v 1.144388 3.433703 0.533662</w:t>
        <w:br/>
        <w:t>v 1.182127 3.399011 0.557359</w:t>
        <w:br/>
        <w:t>v 1.175849 3.349301 0.524686</w:t>
        <w:br/>
        <w:t>v 1.139086 3.342797 0.481220</w:t>
        <w:br/>
        <w:t>v 1.139086 3.342797 0.481220</w:t>
        <w:br/>
        <w:t>v 1.214929 3.339014 0.535997</w:t>
        <w:br/>
        <w:t>v 1.240607 3.337152 0.505313</w:t>
        <w:br/>
        <w:t>v 1.209932 3.319266 0.539091</w:t>
        <w:br/>
        <w:t>v 1.246428 3.287194 0.519209</w:t>
        <w:br/>
        <w:t>v 1.201115 3.303627 0.571186</w:t>
        <w:br/>
        <w:t>v 1.240607 3.337152 0.505313</w:t>
        <w:br/>
        <w:t>v 1.205751 3.336231 0.470368</w:t>
        <w:br/>
        <w:t>v 1.246428 3.287194 0.519209</w:t>
        <w:br/>
        <w:t>v 1.229108 3.260955 0.581882</w:t>
        <w:br/>
        <w:t>v 1.186381 3.300447 0.594130</w:t>
        <w:br/>
        <w:t>v 1.207307 3.259839 0.492490</w:t>
        <w:br/>
        <w:t>v 1.207307 3.259839 0.492490</w:t>
        <w:br/>
        <w:t>v 1.205751 3.336231 0.470368</w:t>
        <w:br/>
        <w:t>v 1.170204 3.292864 0.514736</w:t>
        <w:br/>
        <w:t>v 1.229108 3.260955 0.581882</w:t>
        <w:br/>
        <w:t>v 1.191863 3.230285 0.557351</w:t>
        <w:br/>
        <w:t>v 1.192969 3.266354 0.633582</w:t>
        <w:br/>
        <w:t>v 1.192969 3.266354 0.633582</w:t>
        <w:br/>
        <w:t>v 1.174930 3.319919 0.606605</w:t>
        <w:br/>
        <w:t>v 1.191863 3.230285 0.557351</w:t>
        <w:br/>
        <w:t>v 1.163913 3.274231 0.546409</w:t>
        <w:br/>
        <w:t>v 1.170748 3.311308 0.659147</w:t>
        <w:br/>
        <w:t>v 1.172799 3.356087 0.611037</w:t>
        <w:br/>
        <w:t>v 1.146945 3.242122 0.618810</w:t>
        <w:br/>
        <w:t>v 1.170748 3.311308 0.659147</w:t>
        <w:br/>
        <w:t>v 1.177776 3.339588 0.508282</w:t>
        <w:br/>
        <w:t>v 1.170204 3.292864 0.514736</w:t>
        <w:br/>
        <w:t>v 1.177776 3.339588 0.508282</w:t>
        <w:br/>
        <w:t>v 1.209932 3.319266 0.539091</w:t>
        <w:br/>
        <w:t>v 1.214929 3.339014 0.535997</w:t>
        <w:br/>
        <w:t>v 1.163913 3.274231 0.546409</w:t>
        <w:br/>
        <w:t>v 1.201115 3.303627 0.571186</w:t>
        <w:br/>
        <w:t>v 1.186381 3.300447 0.594130</w:t>
        <w:br/>
        <w:t>v 1.140578 3.277339 0.578922</w:t>
        <w:br/>
        <w:t>v 1.140578 3.277339 0.578922</w:t>
        <w:br/>
        <w:t>v 1.146945 3.242122 0.618810</w:t>
        <w:br/>
        <w:t>v 1.174930 3.319919 0.606605</w:t>
        <w:br/>
        <w:t>v 1.121962 3.315641 0.599660</w:t>
        <w:br/>
        <w:t>v 1.121962 3.315641 0.599660</w:t>
        <w:br/>
        <w:t>v 1.172799 3.356087 0.611037</w:t>
        <w:br/>
        <w:t>v 1.117007 3.306481 0.653278</w:t>
        <w:br/>
        <w:t>v 1.117007 3.306481 0.653278</w:t>
        <w:br/>
        <w:t>v 1.122197 3.369881 0.601334</w:t>
        <w:br/>
        <w:t>v 1.122197 3.369881 0.601334</w:t>
        <w:br/>
        <w:t>v 1.147235 3.401870 0.566897</w:t>
        <w:br/>
        <w:t>v 1.122945 3.394367 0.648031</w:t>
        <w:br/>
        <w:t>v 1.147235 3.401870 0.566897</w:t>
        <w:br/>
        <w:t>v 1.174574 3.380530 0.656629</w:t>
        <w:br/>
        <w:t>v 1.122945 3.394367 0.648031</w:t>
        <w:br/>
        <w:t>v 1.174574 3.380530 0.656629</w:t>
        <w:br/>
        <w:t>v 1.187042 3.378059 0.592795</w:t>
        <w:br/>
        <w:t>v 1.172124 3.447033 0.575441</w:t>
        <w:br/>
        <w:t>v 1.172124 3.447033 0.575441</w:t>
        <w:br/>
        <w:t>v 1.211938 3.421898 0.601778</w:t>
        <w:br/>
        <w:t>v 1.211938 3.421898 0.601778</w:t>
        <w:br/>
        <w:t>v 1.235702 3.373704 0.525816</w:t>
        <w:br/>
        <w:t>v 1.172124 3.447033 0.575441</w:t>
        <w:br/>
        <w:t>v 1.235702 3.373704 0.525816</w:t>
        <w:br/>
        <w:t>v 1.211938 3.421898 0.601778</w:t>
        <w:br/>
        <w:t>v 1.203316 3.361976 0.566014</w:t>
        <w:br/>
        <w:t>v 1.214929 3.339014 0.535997</w:t>
        <w:br/>
        <w:t>v 1.240607 3.337152 0.505313</w:t>
        <w:br/>
        <w:t>v 1.240607 3.337152 0.505313</w:t>
        <w:br/>
        <w:t>v 1.205751 3.336231 0.470368</w:t>
        <w:br/>
        <w:t>v 1.187855 3.396132 0.497181</w:t>
        <w:br/>
        <w:t>v 1.187855 3.396132 0.497181</w:t>
        <w:br/>
        <w:t>v 1.205751 3.336231 0.470368</w:t>
        <w:br/>
        <w:t>v 1.177776 3.339588 0.508282</w:t>
        <w:br/>
        <w:t>v 1.187042 3.378059 0.592795</w:t>
        <w:br/>
        <w:t>v 1.187042 3.378059 0.592795</w:t>
        <w:br/>
        <w:t>v 1.203316 3.361976 0.566014</w:t>
        <w:br/>
        <w:t>v 1.147235 3.401870 0.566897</w:t>
        <w:br/>
        <w:t>v 1.155571 3.384875 0.542193</w:t>
        <w:br/>
        <w:t>v 1.155571 3.384875 0.542193</w:t>
        <w:br/>
        <w:t>v 1.177776 3.339588 0.508282</w:t>
        <w:br/>
        <w:t>v 1.214929 3.339014 0.535997</w:t>
        <w:br/>
        <w:t>v 0.764538 1.339849 0.016030</w:t>
        <w:br/>
        <w:t>v 0.720343 1.363524 -0.055158</w:t>
        <w:br/>
        <w:t>v 0.756849 1.342106 0.019154</w:t>
        <w:br/>
        <w:t>v 0.712089 1.365808 -0.052774</w:t>
        <w:br/>
        <w:t>v 0.673384 1.388083 -0.156670</w:t>
        <w:br/>
        <w:t>v 0.756849 1.342106 0.019154</w:t>
        <w:br/>
        <w:t>v 0.712089 1.365808 -0.052774</w:t>
        <w:br/>
        <w:t>v 0.778286 1.387531 0.023938</w:t>
        <w:br/>
        <w:t>v 0.664530 1.389915 -0.155472</w:t>
        <w:br/>
        <w:t>v 0.662885 1.396030 -0.247795</w:t>
        <w:br/>
        <w:t>v 0.733776 1.411615 -0.048119</w:t>
        <w:br/>
        <w:t>v 0.664530 1.389915 -0.155472</w:t>
        <w:br/>
        <w:t>v 0.785895 1.385287 0.020764</w:t>
        <w:br/>
        <w:t>v 0.778286 1.387531 0.023938</w:t>
        <w:br/>
        <w:t>v 0.741991 1.409333 -0.050515</w:t>
        <w:br/>
        <w:t>v 0.733776 1.411615 -0.048119</w:t>
        <w:br/>
        <w:t>v 0.683519 1.435554 -0.151510</w:t>
        <w:br/>
        <w:t>v 0.674666 1.437387 -0.150285</w:t>
        <w:br/>
        <w:t>v 0.674666 1.437387 -0.150285</w:t>
        <w:br/>
        <w:t>v 0.672926 1.444949 -0.244213</w:t>
        <w:br/>
        <w:t>v 0.654013 1.397166 -0.248770</w:t>
        <w:br/>
        <w:t>v 0.664015 1.446097 -0.245201</w:t>
        <w:br/>
        <w:t>v 0.664015 1.446097 -0.245201</w:t>
        <w:br/>
        <w:t>v 0.654013 1.397166 -0.248770</w:t>
        <w:br/>
        <w:t>v 0.668356 1.405547 -0.333313</w:t>
        <w:br/>
        <w:t>v 0.676204 1.455262 -0.332077</w:t>
        <w:br/>
        <w:t>v 0.659816 1.405753 -0.336779</w:t>
        <w:br/>
        <w:t>v 0.659816 1.405753 -0.336779</w:t>
        <w:br/>
        <w:t>v 0.712081 1.406631 -0.403309</w:t>
        <w:br/>
        <w:t>v 0.720342 1.407118 -0.399092</w:t>
        <w:br/>
        <w:t>v 0.667626 1.455495 -0.335543</w:t>
        <w:br/>
        <w:t>v 0.712081 1.406631 -0.403309</w:t>
        <w:br/>
        <w:t>v 0.667626 1.455495 -0.335543</w:t>
        <w:br/>
        <w:t>v 0.703444 1.457661 -0.401456</w:t>
        <w:br/>
        <w:t>v 0.703444 1.457661 -0.401456</w:t>
        <w:br/>
        <w:t>v 0.711744 1.458145 -0.397239</w:t>
        <w:br/>
        <w:t>v 0.724932 1.190634 -0.058703</w:t>
        <w:br/>
        <w:t>v 0.716979 1.189509 -0.057732</w:t>
        <w:br/>
        <w:t>v 0.703787 1.291702 -0.108068</w:t>
        <w:br/>
        <w:t>v 0.695626 1.291321 -0.107128</w:t>
        <w:br/>
        <w:t>v 0.683905 1.422297 -0.164036</w:t>
        <w:br/>
        <w:t>v 0.716979 1.189509 -0.057732</w:t>
        <w:br/>
        <w:t>v 0.713271 1.170811 -0.103272</w:t>
        <w:br/>
        <w:t>v 0.695626 1.291321 -0.107128</w:t>
        <w:br/>
        <w:t>v 0.675886 1.423180 -0.163574</w:t>
        <w:br/>
        <w:t>v 0.693763 1.553751 -0.227121</w:t>
        <w:br/>
        <w:t>v 0.687679 1.272586 -0.152632</w:t>
        <w:br/>
        <w:t>v 0.675886 1.423180 -0.163574</w:t>
        <w:br/>
        <w:t>v 0.721211 1.171950 -0.104231</w:t>
        <w:br/>
        <w:t>v 0.695840 1.272979 -0.153572</w:t>
        <w:br/>
        <w:t>v 0.713271 1.170811 -0.103272</w:t>
        <w:br/>
        <w:t>v 0.687679 1.272586 -0.152632</w:t>
        <w:br/>
        <w:t>v 0.673258 1.403822 -0.210056</w:t>
        <w:br/>
        <w:t>v 0.665239 1.404680 -0.209581</w:t>
        <w:br/>
        <w:t>v 0.665239 1.404680 -0.209581</w:t>
        <w:br/>
        <w:t>v 0.682014 1.535428 -0.273115</w:t>
        <w:br/>
        <w:t>v 0.686260 1.556135 -0.227372</w:t>
        <w:br/>
        <w:t>v 0.686260 1.556135 -0.227372</w:t>
        <w:br/>
        <w:t>v 0.674499 1.537813 -0.273352</w:t>
        <w:br/>
        <w:t>v 0.674499 1.537813 -0.273352</w:t>
        <w:br/>
        <w:t>v 0.697967 1.572788 -0.291855</w:t>
        <w:br/>
        <w:t>v 0.705151 1.569467 -0.291205</w:t>
        <w:br/>
        <w:t>v 0.710559 1.591138 -0.246443</w:t>
        <w:br/>
        <w:t>v 0.697967 1.572788 -0.291855</w:t>
        <w:br/>
        <w:t>v 0.710559 1.591138 -0.246443</w:t>
        <w:br/>
        <w:t>v 0.717691 1.587807 -0.245766</w:t>
        <w:br/>
        <w:t>v 1.585661 1.328476 -0.016136</w:t>
        <w:br/>
        <w:t>v 1.593414 1.330505 -0.013528</w:t>
        <w:br/>
        <w:t>v 1.633162 1.351545 -0.086982</w:t>
        <w:br/>
        <w:t>v 1.641535 1.353579 -0.085040</w:t>
        <w:br/>
        <w:t>v 1.593414 1.330505 -0.013528</w:t>
        <w:br/>
        <w:t>v 1.575691 1.375784 -0.009458</w:t>
        <w:br/>
        <w:t>v 1.641535 1.353579 -0.085040</w:t>
        <w:br/>
        <w:t>v 1.655346 1.371565 -0.186656</w:t>
        <w:br/>
        <w:t>v 1.568041 1.373737 -0.012082</w:t>
        <w:br/>
        <w:t>v 1.614550 1.397699 -0.082759</w:t>
        <w:br/>
        <w:t>v 1.575691 1.375784 -0.009458</w:t>
        <w:br/>
        <w:t>v 1.664342 1.373087 -0.185854</w:t>
        <w:br/>
        <w:t>v 1.622818 1.399735 -0.080814</w:t>
        <w:br/>
        <w:t>v 1.622818 1.399735 -0.080814</w:t>
        <w:br/>
        <w:t>v 1.664342 1.373087 -0.185854</w:t>
        <w:br/>
        <w:t>v 1.640701 1.419657 -0.181775</w:t>
        <w:br/>
        <w:t>v 1.657699 1.384083 -0.277219</w:t>
        <w:br/>
        <w:t>v 1.649672 1.421208 -0.180947</w:t>
        <w:br/>
        <w:t>v 1.649672 1.421208 -0.180947</w:t>
        <w:br/>
        <w:t>v 1.657699 1.384083 -0.277219</w:t>
        <w:br/>
        <w:t>v 1.640746 1.432962 -0.272145</w:t>
        <w:br/>
        <w:t>v 1.648710 1.383321 -0.275835</w:t>
        <w:br/>
        <w:t>v 1.649736 1.433763 -0.273504</w:t>
        <w:br/>
        <w:t>v 1.649736 1.433763 -0.273504</w:t>
        <w:br/>
        <w:t>v 1.622449 1.436254 -0.361936</w:t>
        <w:br/>
        <w:t>v 1.622449 1.436254 -0.361936</w:t>
        <w:br/>
        <w:t>v 1.613973 1.436393 -0.358070</w:t>
        <w:br/>
        <w:t>v 1.593635 1.445295 -0.421446</w:t>
        <w:br/>
        <w:t>v 1.601688 1.444424 -0.426056</w:t>
        <w:br/>
        <w:t>v 1.601688 1.444424 -0.426056</w:t>
        <w:br/>
        <w:t>v 1.590758 1.393247 -0.427252</w:t>
        <w:br/>
        <w:t>v 1.628195 1.385739 -0.363356</w:t>
        <w:br/>
        <w:t>v 1.628195 1.385739 -0.363356</w:t>
        <w:br/>
        <w:t>v 1.619745 1.385917 -0.359491</w:t>
        <w:br/>
        <w:t>v 1.590758 1.393247 -0.427252</w:t>
        <w:br/>
        <w:t>v 1.582783 1.394115 -0.422644</w:t>
        <w:br/>
        <w:t>v 1.603995 1.179186 -0.086379</w:t>
        <w:br/>
        <w:t>v 1.621751 1.231277 -0.115310</w:t>
        <w:br/>
        <w:t>v 1.611825 1.177777 -0.085788</w:t>
        <w:br/>
        <w:t>v 1.629850 1.230240 -0.114654</w:t>
        <w:br/>
        <w:t>v 1.634524 1.331375 -0.159174</w:t>
        <w:br/>
        <w:t>v 1.611825 1.177777 -0.085788</w:t>
        <w:br/>
        <w:t>v 1.629850 1.230240 -0.114654</w:t>
        <w:br/>
        <w:t>v 1.613589 1.158484 -0.130491</w:t>
        <w:br/>
        <w:t>v 1.605748 1.159932 -0.131056</w:t>
        <w:br/>
        <w:t>v 1.613589 1.158484 -0.130491</w:t>
        <w:br/>
        <w:t>v 1.626431 1.211893 -0.159818</w:t>
        <w:br/>
        <w:t>v 1.634529 1.210832 -0.159174</w:t>
        <w:br/>
        <w:t>v 1.634529 1.210832 -0.159174</w:t>
        <w:br/>
        <w:t>v 1.641825 1.312019 -0.203921</w:t>
        <w:br/>
        <w:t>v 1.650039 1.312003 -0.203569</w:t>
        <w:br/>
        <w:t>v 1.650039 1.312003 -0.203569</w:t>
        <w:br/>
        <w:t>v 1.642725 1.331399 -0.158822</w:t>
        <w:br/>
        <w:t>v 1.642725 1.331399 -0.158822</w:t>
        <w:br/>
        <w:t>v 1.632957 1.455780 -0.213629</w:t>
        <w:br/>
        <w:t>v 1.632957 1.455780 -0.213629</w:t>
        <w:br/>
        <w:t>v 1.624945 1.454965 -0.213622</w:t>
        <w:br/>
        <w:t>v 1.619528 1.542197 -0.255555</w:t>
        <w:br/>
        <w:t>v 1.641920 1.436675 -0.258619</w:t>
        <w:br/>
        <w:t>v 1.641920 1.436675 -0.258619</w:t>
        <w:br/>
        <w:t>v 1.633896 1.435886 -0.258613</w:t>
        <w:br/>
        <w:t>v 1.628855 1.523201 -0.300648</w:t>
        <w:br/>
        <w:t>v 1.627056 1.544350 -0.256115</w:t>
        <w:br/>
        <w:t>v 1.627056 1.544350 -0.256115</w:t>
        <w:br/>
        <w:t>v 1.602451 1.577118 -0.272942</w:t>
        <w:br/>
        <w:t>v 1.609583 1.580261 -0.273922</w:t>
        <w:br/>
        <w:t>v 1.636422 1.525341 -0.301222</w:t>
        <w:br/>
        <w:t>v 1.609583 1.580261 -0.273922</w:t>
        <w:br/>
        <w:t>v 1.636422 1.525341 -0.301222</w:t>
        <w:br/>
        <w:t>v 1.619558 1.561245 -0.318590</w:t>
        <w:br/>
        <w:t>v 1.619558 1.561245 -0.318590</w:t>
        <w:br/>
        <w:t>v 1.612348 1.558145 -0.317609</w:t>
        <w:br/>
        <w:t>v 1.618929 0.973831 -0.233057</w:t>
        <w:br/>
        <w:t>v 1.608164 0.974034 -0.232771</w:t>
        <w:br/>
        <w:t>v 1.623756 1.080324 -0.276465</w:t>
        <w:br/>
        <w:t>v 1.634522 1.080121 -0.276752</w:t>
        <w:br/>
        <w:t>v 1.633668 1.244637 -0.336916</w:t>
        <w:br/>
        <w:t>v 1.618929 0.973831 -0.233057</w:t>
        <w:br/>
        <w:t>v 1.634522 1.080121 -0.276752</w:t>
        <w:br/>
        <w:t>v 1.604520 0.960906 -0.277800</w:t>
        <w:br/>
        <w:t>v 1.644091 1.244171 -0.338229</w:t>
        <w:br/>
        <w:t>v 1.626523 1.381180 -0.381887</w:t>
        <w:br/>
        <w:t>v 1.623629 1.066051 -0.322429</w:t>
        <w:br/>
        <w:t>v 1.644091 1.244171 -0.338229</w:t>
        <w:br/>
        <w:t>v 1.593755 0.961109 -0.277514</w:t>
        <w:br/>
        <w:t>v 1.604520 0.960906 -0.277800</w:t>
        <w:br/>
        <w:t>v 1.612863 1.066253 -0.322143</w:t>
        <w:br/>
        <w:t>v 1.623629 1.066051 -0.322429</w:t>
        <w:br/>
        <w:t>v 1.624692 1.230330 -0.382966</w:t>
        <w:br/>
        <w:t>v 1.635056 1.229865 -0.384291</w:t>
        <w:br/>
        <w:t>v 1.635056 1.229865 -0.384291</w:t>
        <w:br/>
        <w:t>v 1.635940 1.382938 -0.386431</w:t>
        <w:br/>
        <w:t>v 1.635940 1.382938 -0.386431</w:t>
        <w:br/>
        <w:t>v 1.599883 1.446745 -0.404330</w:t>
        <w:br/>
        <w:t>v 1.608771 1.448830 -0.409488</w:t>
        <w:br/>
        <w:t>v 1.587414 1.438763 -0.444193</w:t>
        <w:br/>
        <w:t>v 1.608771 1.448830 -0.409488</w:t>
        <w:br/>
        <w:t>v 1.620274 1.368486 -0.427983</w:t>
        <w:br/>
        <w:t>v 1.620274 1.368486 -0.427983</w:t>
        <w:br/>
        <w:t>v 1.611091 1.366699 -0.423419</w:t>
        <w:br/>
        <w:t>v 1.587414 1.438763 -0.444193</w:t>
        <w:br/>
        <w:t>v 1.578709 1.436651 -0.439026</w:t>
        <w:br/>
        <w:t>v 0.928718 5.022754 -0.821532</w:t>
        <w:br/>
        <w:t>v 0.948984 5.018604 -0.777094</w:t>
        <w:br/>
        <w:t>v 0.819624 5.011275 -0.710250</w:t>
        <w:br/>
        <w:t>v 0.928718 5.022754 -0.821532</w:t>
        <w:br/>
        <w:t>v 0.819624 5.011275 -0.710250</w:t>
        <w:br/>
        <w:t>v 0.923600 4.927501 -0.879613</w:t>
        <w:br/>
        <w:t>v 0.775843 4.928571 -0.793773</w:t>
        <w:br/>
        <w:t>v 0.627977 4.914352 -0.502129</w:t>
        <w:br/>
        <w:t>v 0.718296 4.995738 -0.459887</w:t>
        <w:br/>
        <w:t>v 0.775843 4.928571 -0.793773</w:t>
        <w:br/>
        <w:t>v 0.817024 4.617417 -0.716202</w:t>
        <w:br/>
        <w:t>v 0.627977 4.914352 -0.502129</w:t>
        <w:br/>
        <w:t>v 0.925196 4.617642 -0.769279</w:t>
        <w:br/>
        <w:t>v 0.629869 4.969262 -0.154284</w:t>
        <w:br/>
        <w:t>v 0.925931 4.488534 -0.724548</w:t>
        <w:br/>
        <w:t>v 0.528499 4.901597 -0.155538</w:t>
        <w:br/>
        <w:t>v 0.846491 4.387271 -0.657599</w:t>
        <w:br/>
        <w:t>v 1.048254 4.485076 -0.777208</w:t>
        <w:br/>
        <w:t>v 0.660878 4.610549 -0.488367</w:t>
        <w:br/>
        <w:t>v 0.528499 4.901597 -0.155538</w:t>
        <w:br/>
        <w:t>v 1.056470 4.389043 -0.779167</w:t>
        <w:br/>
        <w:t>v 1.250851 4.480340 -0.832872</w:t>
        <w:br/>
        <w:t>v 0.696805 4.381470 -0.467039</w:t>
        <w:br/>
        <w:t>v 1.247842 4.389107 -0.828397</w:t>
        <w:br/>
        <w:t>v 0.599525 4.602914 -0.186961</w:t>
        <w:br/>
        <w:t>v 0.592057 4.884517 0.181084</w:t>
        <w:br/>
        <w:t>v 0.689966 4.951614 0.155101</w:t>
        <w:br/>
        <w:t>v 0.634973 4.587797 0.144115</w:t>
        <w:br/>
        <w:t>v 0.592057 4.884517 0.181084</w:t>
        <w:br/>
        <w:t>v 0.785169 4.855308 0.535046</w:t>
        <w:br/>
        <w:t>v 0.920503 4.903908 0.495879</w:t>
        <w:br/>
        <w:t>v 0.785169 4.855308 0.535046</w:t>
        <w:br/>
        <w:t>v 0.789076 4.559616 0.468571</w:t>
        <w:br/>
        <w:t>v 0.895152 4.531685 0.687847</w:t>
        <w:br/>
        <w:t>v 0.895152 4.531685 0.687847</w:t>
        <w:br/>
        <w:t>v 1.044896 4.536627 0.660301</w:t>
        <w:br/>
        <w:t>v 0.789887 4.275528 0.407273</w:t>
        <w:br/>
        <w:t>v 0.931669 4.255817 0.619011</w:t>
        <w:br/>
        <w:t>v 0.931669 4.255817 0.619011</w:t>
        <w:br/>
        <w:t>v 0.668642 4.301198 0.110784</w:t>
        <w:br/>
        <w:t>v 1.009877 4.243171 0.578594</w:t>
        <w:br/>
        <w:t>v 1.047598 4.274259 0.571643</w:t>
        <w:br/>
        <w:t>v 0.970141 4.111877 0.570808</w:t>
        <w:br/>
        <w:t>v 0.940661 3.993211 0.562995</w:t>
        <w:br/>
        <w:t>v 1.012351 3.957291 0.523870</w:t>
        <w:br/>
        <w:t>v 0.947410 3.793452 0.494834</w:t>
        <w:br/>
        <w:t>v 1.026287 3.792342 0.459198</w:t>
        <w:br/>
        <w:t>v 0.940661 3.993211 0.562995</w:t>
        <w:br/>
        <w:t>v 0.947410 3.793452 0.494834</w:t>
        <w:br/>
        <w:t>v 0.795303 4.017882 0.349360</w:t>
        <w:br/>
        <w:t>v 0.800681 3.823249 0.332370</w:t>
        <w:br/>
        <w:t>v 0.748075 3.836701 0.202795</w:t>
        <w:br/>
        <w:t>v 0.693688 4.035536 0.073042</w:t>
        <w:br/>
        <w:t>v 0.697842 3.893054 0.055954</w:t>
        <w:br/>
        <w:t>v 0.735529 3.797283 0.137024</w:t>
        <w:br/>
        <w:t>v 0.666992 3.963700 -0.229077</w:t>
        <w:br/>
        <w:t>v 0.656900 4.059700 -0.224537</w:t>
        <w:br/>
        <w:t>v 0.706444 3.598034 0.020571</w:t>
        <w:br/>
        <w:t>v 0.741260 3.658127 0.123247</w:t>
        <w:br/>
        <w:t>v 0.757892 3.594886 0.177112</w:t>
        <w:br/>
        <w:t>v 0.684355 3.614217 -0.253296</w:t>
        <w:br/>
        <w:t>v 0.622363 3.989933 -0.265547</w:t>
        <w:br/>
        <w:t>v 0.629391 4.076612 -0.245933</w:t>
        <w:br/>
        <w:t>v 0.743830 3.623807 -0.474871</w:t>
        <w:br/>
        <w:t>v 0.587629 4.363910 -0.237951</w:t>
        <w:br/>
        <w:t>v 0.608084 4.302676 -0.231200</w:t>
        <w:br/>
        <w:t>v 0.631174 4.309722 -0.212717</w:t>
        <w:br/>
        <w:t>v 0.666992 3.963700 -0.229077</w:t>
        <w:br/>
        <w:t>v 0.737030 3.974165 -0.463448</w:t>
        <w:br/>
        <w:t>v 0.622363 3.989933 -0.265547</w:t>
        <w:br/>
        <w:t>v 0.737030 3.974165 -0.463448</w:t>
        <w:br/>
        <w:t>v 0.624652 4.374586 -0.209649</w:t>
        <w:br/>
        <w:t>v 0.624652 4.374586 -0.209649</w:t>
        <w:br/>
        <w:t>v 0.587629 4.363910 -0.237951</w:t>
        <w:br/>
        <w:t>v 0.696805 4.381470 -0.467039</w:t>
        <w:br/>
        <w:t>v 0.667837 4.372854 -0.485867</w:t>
        <w:br/>
        <w:t>v 0.622363 3.989933 -0.265547</w:t>
        <w:br/>
        <w:t>v 0.667837 4.372854 -0.485867</w:t>
        <w:br/>
        <w:t>v 0.587629 4.363910 -0.237951</w:t>
        <w:br/>
        <w:t>v 0.846491 4.387271 -0.657599</w:t>
        <w:br/>
        <w:t>v 0.681117 3.999833 -0.496348</w:t>
        <w:br/>
        <w:t>v 0.681117 3.999833 -0.496348</w:t>
        <w:br/>
        <w:t>v 0.824202 4.376844 -0.680225</w:t>
        <w:br/>
        <w:t>v 1.056470 4.389043 -0.779167</w:t>
        <w:br/>
        <w:t>v 0.845497 4.004467 -0.687474</w:t>
        <w:br/>
        <w:t>v 0.824202 4.376844 -0.680225</w:t>
        <w:br/>
        <w:t>v 1.046704 4.375974 -0.823832</w:t>
        <w:br/>
        <w:t>v 1.046704 4.375974 -0.823832</w:t>
        <w:br/>
        <w:t>v 1.247842 4.389107 -0.828397</w:t>
        <w:br/>
        <w:t>v 0.845497 4.004467 -0.687474</w:t>
        <w:br/>
        <w:t>v 0.874738 3.977443 -0.634419</w:t>
        <w:br/>
        <w:t>v 1.053867 4.002930 -0.805038</w:t>
        <w:br/>
        <w:t>v 0.874738 3.977443 -0.634419</w:t>
        <w:br/>
        <w:t>v 0.872722 3.710449 -0.626108</w:t>
        <w:br/>
        <w:t>v 0.899636 3.979028 -0.667281</w:t>
        <w:br/>
        <w:t>v 0.899636 3.979028 -0.667281</w:t>
        <w:br/>
        <w:t>v 0.898646 3.729834 -0.657400</w:t>
        <w:br/>
        <w:t>v 1.067549 3.976592 -0.760332</w:t>
        <w:br/>
        <w:t>v 1.247325 4.371820 -0.876660</w:t>
        <w:br/>
        <w:t>v 1.247325 4.371820 -0.876660</w:t>
        <w:br/>
        <w:t>v 1.235017 3.998901 -0.851482</w:t>
        <w:br/>
        <w:t>v 1.065039 3.647101 -0.759736</w:t>
        <w:br/>
        <w:t>v 1.226904 3.647052 -0.800691</w:t>
        <w:br/>
        <w:t>v 1.052883 3.627052 -0.735297</w:t>
        <w:br/>
        <w:t>v 1.246916 3.971844 -0.802615</w:t>
        <w:br/>
        <w:t>v 1.246916 3.971844 -0.802615</w:t>
        <w:br/>
        <w:t>v 1.388476 3.639734 -0.759482</w:t>
        <w:br/>
        <w:t>v 0.872529 3.627386 -0.625916</w:t>
        <w:br/>
        <w:t>v 1.406358 3.962457 -0.764453</w:t>
        <w:br/>
        <w:t>v 0.897846 3.064623 -0.603751</w:t>
        <w:br/>
        <w:t>v 1.408004 3.992257 -0.839557</w:t>
        <w:br/>
        <w:t>v 1.406358 3.962457 -0.764453</w:t>
        <w:br/>
        <w:t>v 1.408004 3.992257 -0.839557</w:t>
        <w:br/>
        <w:t>v 1.533154 3.724257 -0.696583</w:t>
        <w:br/>
        <w:t>v 1.399647 3.615392 -0.734928</w:t>
        <w:br/>
        <w:t>v 1.555931 3.956802 -0.713335</w:t>
        <w:br/>
        <w:t>v 1.555931 3.956802 -0.713335</w:t>
        <w:br/>
        <w:t>v 1.428671 4.365261 -0.870029</w:t>
        <w:br/>
        <w:t>v 1.428671 4.365261 -0.870029</w:t>
        <w:br/>
        <w:t>v 1.623268 3.981741 -0.726002</w:t>
        <w:br/>
        <w:t>v 1.588068 3.953778 -0.680127</w:t>
        <w:br/>
        <w:t>v 1.429747 4.384591 -0.802615</w:t>
        <w:br/>
        <w:t>v 1.429747 4.384591 -0.802615</w:t>
        <w:br/>
        <w:t>v 1.434699 4.473970 -0.815381</w:t>
        <w:br/>
        <w:t>v 1.694507 4.352569 -0.735321</w:t>
        <w:br/>
        <w:t>v 1.694507 4.352569 -0.735321</w:t>
        <w:br/>
        <w:t>v 1.664033 4.368502 -0.701977</w:t>
        <w:br/>
        <w:t>v 1.664033 4.368502 -0.701977</w:t>
        <w:br/>
        <w:t>v 1.614598 4.469929 -0.761759</w:t>
        <w:br/>
        <w:t>v 1.867456 4.332826 -0.487464</w:t>
        <w:br/>
        <w:t>v 1.867456 4.332826 -0.487464</w:t>
        <w:br/>
        <w:t>v 1.803913 3.961753 -0.495834</w:t>
        <w:br/>
        <w:t>v 1.830799 4.350315 -0.459001</w:t>
        <w:br/>
        <w:t>v 1.751153 3.935153 -0.462495</w:t>
        <w:br/>
        <w:t>v 1.957160 4.309210 -0.227641</w:t>
        <w:br/>
        <w:t>v 1.957160 4.309210 -0.227641</w:t>
        <w:br/>
        <w:t>v 1.899731 3.938697 -0.257866</w:t>
        <w:br/>
        <w:t>v 1.899731 3.938697 -0.257866</w:t>
        <w:br/>
        <w:t>v 1.560679 3.699630 -0.666611</w:t>
        <w:br/>
        <w:t>v 1.751153 3.935153 -0.462495</w:t>
        <w:br/>
        <w:t>v 1.881796 4.029799 -0.235320</w:t>
        <w:br/>
        <w:t>v 1.957160 4.309210 -0.227641</w:t>
        <w:br/>
        <w:t>v 1.899731 3.938697 -0.257866</w:t>
        <w:br/>
        <w:t>v 1.917478 4.251262 -0.216749</w:t>
        <w:br/>
        <w:t>v 1.835637 4.017719 -0.215727</w:t>
        <w:br/>
        <w:t>v 1.887234 4.271996 -0.198184</w:t>
        <w:br/>
        <w:t>v 1.814824 3.915169 -0.222792</w:t>
        <w:br/>
        <w:t>v 1.814824 3.915169 -0.222792</w:t>
        <w:br/>
        <w:t>v 1.770234 4.005074 0.128571</w:t>
        <w:br/>
        <w:t>v 1.899322 4.331531 -0.194079</w:t>
        <w:br/>
        <w:t>v 1.899322 4.331531 -0.194079</w:t>
        <w:br/>
        <w:t>v 1.807553 4.248760 0.165835</w:t>
        <w:br/>
        <w:t>v 1.974180 4.564012 -0.179521</w:t>
        <w:br/>
        <w:t>v 1.830799 4.350315 -0.459001</w:t>
        <w:br/>
        <w:t>v 1.876625 4.552339 0.215360</w:t>
        <w:br/>
        <w:t>v 1.689590 4.242602 0.411110</w:t>
        <w:br/>
        <w:t>v 1.888045 4.577563 -0.469009</w:t>
        <w:br/>
        <w:t>v 1.743999 4.551721 0.483643</w:t>
        <w:br/>
        <w:t>v 1.566953 4.244774 0.569525</w:t>
        <w:br/>
        <w:t>v 2.051751 4.829849 -0.156446</w:t>
        <w:br/>
        <w:t>v 1.951107 4.820007 0.264939</w:t>
        <w:br/>
        <w:t>v 1.725109 4.594317 -0.739846</w:t>
        <w:br/>
        <w:t>v 1.628345 4.599002 -0.791967</w:t>
        <w:br/>
        <w:t>v 1.653350 4.915244 -0.929404</w:t>
        <w:br/>
        <w:t>v 1.970531 4.857968 -0.476211</w:t>
        <w:br/>
        <w:t>v 1.816933 4.892171 -0.819793</w:t>
        <w:br/>
        <w:t>v 1.651857 5.001674 -0.852463</w:t>
        <w:br/>
        <w:t>v 1.752132 4.990847 -0.750382</w:t>
        <w:br/>
        <w:t>v 1.635179 5.001784 -0.816770</w:t>
        <w:br/>
        <w:t>v 1.883737 4.958549 -0.439570</w:t>
        <w:br/>
        <w:t>v 2.051751 4.829849 -0.156446</w:t>
        <w:br/>
        <w:t>v 1.959159 4.927869 -0.154298</w:t>
        <w:br/>
        <w:t>v 1.883803 4.900215 0.245889</w:t>
        <w:br/>
        <w:t>v 1.767314 4.815290 0.558054</w:t>
        <w:br/>
        <w:t>v 1.657850 4.893339 0.516523</w:t>
        <w:br/>
        <w:t>v 1.607127 4.535194 0.671662</w:t>
        <w:br/>
        <w:t>v 1.607127 4.535194 0.671662</w:t>
        <w:br/>
        <w:t>v 1.464484 4.522738 0.657063</w:t>
        <w:br/>
        <w:t>v 1.488720 4.232956 0.556689</w:t>
        <w:br/>
        <w:t>v 1.454837 4.268878 0.565040</w:t>
        <w:br/>
        <w:t>v 1.521641 4.097830 0.529753</w:t>
        <w:br/>
        <w:t>v 1.559595 3.992162 0.516679</w:t>
        <w:br/>
        <w:t>v 1.466971 3.947187 0.490997</w:t>
        <w:br/>
        <w:t>v 1.539831 3.783205 0.450929</w:t>
        <w:br/>
        <w:t>v 1.454983 3.784730 0.440619</w:t>
        <w:br/>
        <w:t>v 1.559595 3.992162 0.516679</w:t>
        <w:br/>
        <w:t>v 1.670446 3.999580 0.359942</w:t>
        <w:br/>
        <w:t>v 1.539831 3.783205 0.450929</w:t>
        <w:br/>
        <w:t>v 1.661538 3.796452 0.318159</w:t>
        <w:br/>
        <w:t>v 1.735539 3.809226 0.211171</w:t>
        <w:br/>
        <w:t>v 1.750614 3.845057 0.104796</w:t>
        <w:br/>
        <w:t>v 1.722770 3.746624 0.132036</w:t>
        <w:br/>
        <w:t>v 1.715972 3.562511 0.062815</w:t>
        <w:br/>
        <w:t>v 1.709595 3.645307 0.119982</w:t>
        <w:br/>
        <w:t>v 1.681261 3.572373 0.159457</w:t>
        <w:br/>
        <w:t>v 1.761795 3.577315 -0.239731</w:t>
        <w:br/>
        <w:t>v 1.607713 2.970638 0.150727</w:t>
        <w:br/>
        <w:t>v 1.640544 3.558704 0.269179</w:t>
        <w:br/>
        <w:t>v 1.665662 2.975126 -0.019833</w:t>
        <w:br/>
        <w:t>v 1.485664 2.973598 0.306946</w:t>
        <w:br/>
        <w:t>v 1.534264 3.543045 0.403541</w:t>
        <w:br/>
        <w:t>v 1.415078 3.540263 0.401042</w:t>
        <w:br/>
        <w:t>v 1.376035 2.948161 0.311972</w:t>
        <w:br/>
        <w:t>v 1.483045 2.861082 0.141846</w:t>
        <w:br/>
        <w:t>v 1.588800 2.904644 0.136337</w:t>
        <w:br/>
        <w:t>v 1.548681 2.793562 -0.045295</w:t>
        <w:br/>
        <w:t>v 1.630014 2.828082 -0.041260</w:t>
        <w:br/>
        <w:t>v 1.574500 2.729293 -0.225990</w:t>
        <w:br/>
        <w:t>v 1.671877 2.997029 -0.268634</w:t>
        <w:br/>
        <w:t>v 1.627156 2.718894 -0.292518</w:t>
        <w:br/>
        <w:t>v 1.627156 2.718894 -0.292518</w:t>
        <w:br/>
        <w:t>v 1.623153 3.033283 -0.453831</w:t>
        <w:br/>
        <w:t>v 1.707229 3.591409 -0.473730</w:t>
        <w:br/>
        <w:t>v 1.550775 3.606632 -0.664427</w:t>
        <w:br/>
        <w:t>v 1.491045 3.047231 -0.638735</w:t>
        <w:br/>
        <w:t>v 1.361267 3.054755 -0.699559</w:t>
        <w:br/>
        <w:t>v 1.226380 3.623356 -0.775993</w:t>
        <w:br/>
        <w:t>v 1.587409 2.631635 -0.474012</w:t>
        <w:br/>
        <w:t>v 1.345028 2.546009 -0.708345</w:t>
        <w:br/>
        <w:t>v 1.448951 2.531519 -0.654828</w:t>
        <w:br/>
        <w:t>v 1.211986 3.061599 -0.734628</w:t>
        <w:br/>
        <w:t>v 1.187208 2.553045 -0.740592</w:t>
        <w:br/>
        <w:t>v 1.332634 2.528207 -0.731445</w:t>
        <w:br/>
        <w:t>v 1.060495 3.064867 -0.699879</w:t>
        <w:br/>
        <w:t>v 1.037241 2.559001 -0.708678</w:t>
        <w:br/>
        <w:t>v 0.897240 2.550846 -0.626680</w:t>
        <w:br/>
        <w:t>v 1.047083 2.538889 -0.731771</w:t>
        <w:br/>
        <w:t>v 0.778784 2.652433 -0.473931</w:t>
        <w:br/>
        <w:t>v 0.894390 2.428059 -0.634050</w:t>
        <w:br/>
        <w:t>v 0.780049 3.061183 -0.453138</w:t>
        <w:br/>
        <w:t>v 0.777677 2.424718 -0.486860</w:t>
        <w:br/>
        <w:t>v 0.724757 3.032665 -0.264447</w:t>
        <w:br/>
        <w:t>v 0.719406 2.751364 -0.274956</w:t>
        <w:br/>
        <w:t>v 0.759472 2.415057 -0.269870</w:t>
        <w:br/>
        <w:t>v 0.738284 3.012544 -0.048733</w:t>
        <w:br/>
        <w:t>v 0.745574 2.231739 -0.281831</w:t>
        <w:br/>
        <w:t>v 0.745652 2.847730 -0.046020</w:t>
        <w:br/>
        <w:t>v 0.774646 2.998126 0.150620</w:t>
        <w:br/>
        <w:t>v 0.795788 3.582300 0.292932</w:t>
        <w:br/>
        <w:t>v 0.932283 3.554060 0.413259</w:t>
        <w:br/>
        <w:t>v 0.772049 2.907358 0.139368</w:t>
        <w:br/>
        <w:t>v 0.938005 2.966426 0.308854</w:t>
        <w:br/>
        <w:t>v 1.035082 3.548278 0.416747</w:t>
        <w:br/>
        <w:t>v 1.033749 2.958951 0.326835</w:t>
        <w:br/>
        <w:t>v 0.908715 2.895502 0.139681</w:t>
        <w:br/>
        <w:t>v 0.772049 2.907358 0.139368</w:t>
        <w:br/>
        <w:t>v 0.826663 2.819950 -0.058030</w:t>
        <w:br/>
        <w:t>v 0.745652 2.847730 -0.046020</w:t>
        <w:br/>
        <w:t>v 0.796716 2.768248 -0.200005</w:t>
        <w:br/>
        <w:t>v 0.719406 2.751364 -0.274956</w:t>
        <w:br/>
        <w:t>v 0.796716 2.768248 -0.200005</w:t>
        <w:br/>
        <w:t>v 0.764429 2.723424 -0.051167</w:t>
        <w:br/>
        <w:t>v 0.719406 2.751364 -0.274956</w:t>
        <w:br/>
        <w:t>v 0.830582 2.751292 -0.057074</w:t>
        <w:br/>
        <w:t>v 0.764429 2.723424 -0.051167</w:t>
        <w:br/>
        <w:t>v 0.775442 2.405430 -0.138926</w:t>
        <w:br/>
        <w:t>v 0.810239 2.725636 0.067357</w:t>
        <w:br/>
        <w:t>v 0.775373 2.240121 -0.147105</w:t>
        <w:br/>
        <w:t>v 0.786234 2.398328 -0.052146</w:t>
        <w:br/>
        <w:t>v 0.810239 2.725636 0.067357</w:t>
        <w:br/>
        <w:t>v 0.886981 2.754116 0.064856</w:t>
        <w:br/>
        <w:t>v 0.737235 2.124719 -0.284011</w:t>
        <w:br/>
        <w:t>v 0.904397 2.724708 0.205946</w:t>
        <w:br/>
        <w:t>v 0.996749 2.752311 0.206684</w:t>
        <w:br/>
        <w:t>v 0.996749 2.752311 0.206684</w:t>
        <w:br/>
        <w:t>v 1.005675 2.376180 0.212967</w:t>
        <w:br/>
        <w:t>v 0.904397 2.724708 0.205946</w:t>
        <w:br/>
        <w:t>v 0.845599 2.388505 0.079792</w:t>
        <w:br/>
        <w:t>v 0.794698 2.234803 -0.048195</w:t>
        <w:br/>
        <w:t>v 0.930666 2.379026 0.226879</w:t>
        <w:br/>
        <w:t>v 0.930666 2.379026 0.226879</w:t>
        <w:br/>
        <w:t>v 0.942713 2.239210 0.234032</w:t>
        <w:br/>
        <w:t>v 1.016920 2.233644 0.221626</w:t>
        <w:br/>
        <w:t>v 0.854460 2.237364 0.085415</w:t>
        <w:br/>
        <w:t>v 0.942713 2.239210 0.234032</w:t>
        <w:br/>
        <w:t>v 0.952851 2.133460 0.242918</w:t>
        <w:br/>
        <w:t>v 1.026891 2.118869 0.232360</w:t>
        <w:br/>
        <w:t>v 0.861647 2.133850 0.092628</w:t>
        <w:br/>
        <w:t>v 0.952851 2.133460 0.242918</w:t>
        <w:br/>
        <w:t>v 0.791063 2.128459 -0.045159</w:t>
        <w:br/>
        <w:t>v 0.955553 2.011984 0.290948</w:t>
        <w:br/>
        <w:t>v 1.027319 2.010190 0.282290</w:t>
        <w:br/>
        <w:t>v 0.871697 2.005159 0.158677</w:t>
        <w:br/>
        <w:t>v 0.955553 2.011984 0.290948</w:t>
        <w:br/>
        <w:t>v 0.785935 1.981627 -0.037101</w:t>
        <w:br/>
        <w:t>v 0.846924 2.003098 0.119146</w:t>
        <w:br/>
        <w:t>v 0.835188 1.900327 0.141134</w:t>
        <w:br/>
        <w:t>v 0.879464 1.905878 0.210806</w:t>
        <w:br/>
        <w:t>v 0.957289 1.914438 0.330398</w:t>
        <w:br/>
        <w:t>v 0.957289 1.914438 0.330398</w:t>
        <w:br/>
        <w:t>v 1.026831 1.905944 0.330594</w:t>
        <w:br/>
        <w:t>v 1.019941 1.775097 0.387779</w:t>
        <w:br/>
        <w:t>v 0.946786 1.764420 0.386940</w:t>
        <w:br/>
        <w:t>v 1.005177 1.721986 0.327348</w:t>
        <w:br/>
        <w:t>v 0.946786 1.764420 0.386940</w:t>
        <w:br/>
        <w:t>v 1.019941 1.775097 0.387779</w:t>
        <w:br/>
        <w:t>v 0.962779 1.703232 0.307512</w:t>
        <w:br/>
        <w:t>v 0.924073 1.708006 0.294451</w:t>
        <w:br/>
        <w:t>v 0.867075 1.724477 0.300582</w:t>
        <w:br/>
        <w:t>v 0.867075 1.724477 0.300582</w:t>
        <w:br/>
        <w:t>v 0.842781 1.668912 0.171470</w:t>
        <w:br/>
        <w:t>v 0.809238 1.682962 0.175825</w:t>
        <w:br/>
        <w:t>v 0.809238 1.682962 0.175825</w:t>
        <w:br/>
        <w:t>v 0.797633 1.616475 -0.020930</w:t>
        <w:br/>
        <w:t>v 0.780354 1.839094 -0.027954</w:t>
        <w:br/>
        <w:t>v 0.771164 1.627860 -0.024928</w:t>
        <w:br/>
        <w:t>v 0.771164 1.627860 -0.024928</w:t>
        <w:br/>
        <w:t>v 0.830466 1.568776 -0.044807</w:t>
        <w:br/>
        <w:t>v 0.740040 1.440401 -0.275448</w:t>
        <w:br/>
        <w:t>v 0.721572 1.971954 -0.278681</w:t>
        <w:br/>
        <w:t>v 0.664674 1.452675 -0.313629</w:t>
        <w:br/>
        <w:t>v 0.783502 1.286171 -0.428541</w:t>
        <w:br/>
        <w:t>v 0.697056 1.733635 -0.270268</w:t>
        <w:br/>
        <w:t>v 0.708815 1.319576 -0.451249</w:t>
        <w:br/>
        <w:t>v 0.818856 1.179362 -0.533830</w:t>
        <w:br/>
        <w:t>v 0.781241 1.185551 -0.540610</w:t>
        <w:br/>
        <w:t>v 0.664674 1.452675 -0.313629</w:t>
        <w:br/>
        <w:t>v 0.729002 1.738319 -0.522079</w:t>
        <w:br/>
        <w:t>v 0.708815 1.319576 -0.451249</w:t>
        <w:br/>
        <w:t>v 0.781241 1.185551 -0.540610</w:t>
        <w:br/>
        <w:t>v 0.793973 1.380401 -0.689009</w:t>
        <w:br/>
        <w:t>v 0.847925 1.279332 -0.684199</w:t>
        <w:br/>
        <w:t>v 1.012238 1.404757 -0.839741</w:t>
        <w:br/>
        <w:t>v 0.754024 1.967776 -0.518031</w:t>
        <w:br/>
        <w:t>v 0.813874 1.737857 -0.693008</w:t>
        <w:br/>
        <w:t>v 1.023772 1.729118 -0.822554</w:t>
        <w:br/>
        <w:t>v 1.315369 1.406134 -0.835799</w:t>
        <w:br/>
        <w:t>v 0.840610 1.989611 -0.688241</w:t>
        <w:br/>
        <w:t>v 0.769642 2.106248 -0.515950</w:t>
        <w:br/>
        <w:t>v 1.036116 1.986074 -0.799791</w:t>
        <w:br/>
        <w:t>v 0.744810 2.210949 -0.522815</w:t>
        <w:br/>
        <w:t>v 1.321116 1.720487 -0.816398</w:t>
        <w:br/>
        <w:t>v 1.332085 1.980362 -0.791543</w:t>
        <w:br/>
        <w:t>v 1.045362 2.013234 -0.826253</w:t>
        <w:br/>
        <w:t>v 1.444695 1.978500 -0.741337</w:t>
        <w:br/>
        <w:t>v 1.320259 2.002783 -0.802431</w:t>
        <w:br/>
        <w:t>v 1.457445 1.721277 -0.745873</w:t>
        <w:br/>
        <w:t>v 1.447789 1.395359 -0.734137</w:t>
        <w:br/>
        <w:t>v 1.414604 1.313341 -0.732801</w:t>
        <w:br/>
        <w:t>v 1.594543 1.398978 -0.547097</w:t>
        <w:br/>
        <w:t>v 1.484910 1.223296 -0.592103</w:t>
        <w:br/>
        <w:t>v 1.591359 1.742887 -0.543731</w:t>
        <w:br/>
        <w:t>v 1.567867 1.319012 -0.470594</w:t>
        <w:br/>
        <w:t>v 1.464509 1.205004 -0.571269</w:t>
        <w:br/>
        <w:t>v 1.523698 1.298018 -0.441969</w:t>
        <w:br/>
        <w:t>v 1.628425 1.465518 -0.283097</w:t>
        <w:br/>
        <w:t>v 1.578803 1.447631 -0.238354</w:t>
        <w:br/>
        <w:t>v 1.552595 1.582041 -0.062906</w:t>
        <w:br/>
        <w:t>v 1.593288 1.623264 -0.043884</w:t>
        <w:br/>
        <w:t>v 1.572071 1.597280 -0.040490</w:t>
        <w:br/>
        <w:t>v 1.615169 1.761731 -0.297047</w:t>
        <w:br/>
        <w:t>v 1.569919 1.944333 -0.537225</w:t>
        <w:br/>
        <w:t>v 1.585345 1.788264 -0.051920</w:t>
        <w:br/>
        <w:t>v 1.542006 1.686867 0.150287</w:t>
        <w:br/>
        <w:t>v 1.505958 1.664742 0.139368</w:t>
        <w:br/>
        <w:t>v 1.437545 1.680187 0.249551</w:t>
        <w:br/>
        <w:t>v 1.616243 1.956369 -0.300254</w:t>
        <w:br/>
        <w:t>v 1.417436 1.760895 0.357919</w:t>
        <w:br/>
        <w:t>v 1.404548 1.671292 0.259425</w:t>
        <w:br/>
        <w:t>v 1.358853 1.731047 0.351960</w:t>
        <w:br/>
        <w:t>v 1.356681 1.767725 0.360644</w:t>
        <w:br/>
        <w:t>v 1.528177 1.840624 0.124798</w:t>
        <w:br/>
        <w:t>v 1.419067 1.890219 0.316111</w:t>
        <w:br/>
        <w:t>v 1.353735 1.893538 0.300207</w:t>
        <w:br/>
        <w:t>v 1.576600 1.965458 -0.059312</w:t>
        <w:br/>
        <w:t>v 1.521949 1.984617 0.103713</w:t>
        <w:br/>
        <w:t>v 1.417535 2.006433 0.290385</w:t>
        <w:br/>
        <w:t>v 1.417535 2.006433 0.290385</w:t>
        <w:br/>
        <w:t>v 1.348915 2.002476 0.266376</w:t>
        <w:br/>
        <w:t>v 1.342748 2.118239 0.231865</w:t>
        <w:br/>
        <w:t>v 1.414785 2.125799 0.265769</w:t>
        <w:br/>
        <w:t>v 1.414785 2.125799 0.265769</w:t>
        <w:br/>
        <w:t>v 1.346936 2.226931 0.225679</w:t>
        <w:br/>
        <w:t>v 1.420429 2.231544 0.260959</w:t>
        <w:br/>
        <w:t>v 1.356246 2.371841 0.228313</w:t>
        <w:br/>
        <w:t>v 1.515339 2.115323 0.087001</w:t>
        <w:br/>
        <w:t>v 1.420429 2.231544 0.260959</w:t>
        <w:br/>
        <w:t>v 1.569190 2.100991 -0.062170</w:t>
        <w:br/>
        <w:t>v 1.431096 2.372910 0.262534</w:t>
        <w:br/>
        <w:t>v 1.524446 2.232028 0.093203</w:t>
        <w:br/>
        <w:t>v 1.431096 2.372910 0.262534</w:t>
        <w:br/>
        <w:t>v 1.563010 2.226509 -0.061270</w:t>
        <w:br/>
        <w:t>v 1.576125 2.229249 -0.159261</w:t>
        <w:br/>
        <w:t>v 1.572304 2.385324 -0.057085</w:t>
        <w:br/>
        <w:t>v 1.599051 2.099013 -0.299134</w:t>
        <w:br/>
        <w:t>v 1.536721 2.377285 0.105803</w:t>
        <w:br/>
        <w:t>v 1.555382 2.092690 -0.529643</w:t>
        <w:br/>
        <w:t>v 1.456553 2.691725 0.269854</w:t>
        <w:br/>
        <w:t>v 1.456553 2.691725 0.269854</w:t>
        <w:br/>
        <w:t>v 1.377855 2.724352 0.252679</w:t>
        <w:br/>
        <w:t>v 1.377855 2.724352 0.252679</w:t>
        <w:br/>
        <w:t>v 1.468384 2.725848 0.139066</w:t>
        <w:br/>
        <w:t>v 1.456553 2.691725 0.269854</w:t>
        <w:br/>
        <w:t>v 1.574597 2.692425 0.118179</w:t>
        <w:br/>
        <w:t>v 1.574597 2.692425 0.118179</w:t>
        <w:br/>
        <w:t>v 1.538090 2.718471 -0.041476</w:t>
        <w:br/>
        <w:t>v 1.607156 2.695357 -0.044700</w:t>
        <w:br/>
        <w:t>v 1.607156 2.695357 -0.044700</w:t>
        <w:br/>
        <w:t>v 1.574500 2.729293 -0.225990</w:t>
        <w:br/>
        <w:t>v 1.581148 2.389839 -0.142582</w:t>
        <w:br/>
        <w:t>v 1.627156 2.718894 -0.292518</w:t>
        <w:br/>
        <w:t>v 1.596196 2.396433 -0.274010</w:t>
        <w:br/>
        <w:t>v 1.569050 2.404353 -0.491179</w:t>
        <w:br/>
        <w:t>v 1.596671 2.218519 -0.291773</w:t>
        <w:br/>
        <w:t>v 1.586868 2.193097 -0.532865</w:t>
        <w:br/>
        <w:t>v 1.438042 2.414257 -0.663395</w:t>
        <w:br/>
        <w:t>v 1.435043 2.095340 -0.705528</w:t>
        <w:br/>
        <w:t>v 1.461167 2.200060 -0.716728</w:t>
        <w:br/>
        <w:t>v 1.327983 2.205119 -0.791700</w:t>
        <w:br/>
        <w:t>v 1.320155 2.097804 -0.772529</w:t>
        <w:br/>
        <w:t>v 1.182241 2.008706 -0.850194</w:t>
        <w:br/>
        <w:t>v 1.336820 2.418805 -0.708454</w:t>
        <w:br/>
        <w:t>v 1.187832 2.209181 -0.818533</w:t>
        <w:br/>
        <w:t>v 1.185634 2.100861 -0.803707</w:t>
        <w:br/>
        <w:t>v 1.045362 2.013234 -0.826253</w:t>
        <w:br/>
        <w:t>v 1.192497 2.424146 -0.741997</w:t>
        <w:br/>
        <w:t>v 1.196404 2.535063 -0.761441</w:t>
        <w:br/>
        <w:t>v 1.048309 2.103731 -0.780550</w:t>
        <w:br/>
        <w:t>v 1.047317 2.212244 -0.796259</w:t>
        <w:br/>
        <w:t>v 1.047496 2.427238 -0.717043</w:t>
        <w:br/>
        <w:t>v 0.861946 2.106712 -0.667762</w:t>
        <w:br/>
        <w:t>v 0.843597 2.213843 -0.681366</w:t>
        <w:br/>
        <w:t>v 7.385267 16.356388 0.072664</w:t>
        <w:br/>
        <w:t>v 7.369828 16.321684 -0.027436</w:t>
        <w:br/>
        <w:t>v 7.385084 16.384434 0.058682</w:t>
        <w:br/>
        <w:t>v 7.387872 16.404943 0.139257</w:t>
        <w:br/>
        <w:t>v 7.388349 16.374943 0.148223</w:t>
        <w:br/>
        <w:t>v 7.386019 16.414509 0.200885</w:t>
        <w:br/>
        <w:t>v 7.387102 16.383770 0.207002</w:t>
        <w:br/>
        <w:t>v 7.379079 16.416021 0.214787</w:t>
        <w:br/>
        <w:t>v 7.375014 16.386864 0.224324</w:t>
        <w:br/>
        <w:t>v 7.354506 16.392139 0.228927</w:t>
        <w:br/>
        <w:t>v 7.386019 16.414509 0.200885</w:t>
        <w:br/>
        <w:t>v 7.387872 16.404943 0.139257</w:t>
        <w:br/>
        <w:t>v 7.418684 16.406689 0.144071</w:t>
        <w:br/>
        <w:t>v 7.413438 16.418377 0.215363</w:t>
        <w:br/>
        <w:t>v 7.379079 16.416021 0.214787</w:t>
        <w:br/>
        <w:t>v 7.364891 16.419695 0.219106</w:t>
        <w:br/>
        <w:t>v 7.416374 16.383770 0.057051</w:t>
        <w:br/>
        <w:t>v 7.385084 16.384434 0.058682</w:t>
        <w:br/>
        <w:t>v 7.390858 16.424650 0.239229</w:t>
        <w:br/>
        <w:t>v 7.364891 16.419695 0.219106</w:t>
        <w:br/>
        <w:t>v 7.419157 16.376694 0.153041</w:t>
        <w:br/>
        <w:t>v 7.413438 16.418377 0.215363</w:t>
        <w:br/>
        <w:t>v 7.418684 16.406689 0.144071</w:t>
        <w:br/>
        <w:t>v 7.390858 16.424650 0.239229</w:t>
        <w:br/>
        <w:t>v 7.414517 16.387640 0.221482</w:t>
        <w:br/>
        <w:t>v 7.358131 16.432997 0.243741</w:t>
        <w:br/>
        <w:t>v 7.414517 16.387640 0.221482</w:t>
        <w:br/>
        <w:t>v 7.419157 16.376694 0.153041</w:t>
        <w:br/>
        <w:t>v 7.387102 16.383770 0.207002</w:t>
        <w:br/>
        <w:t>v 7.375014 16.386864 0.224324</w:t>
        <w:br/>
        <w:t>v 7.388349 16.374943 0.148223</w:t>
        <w:br/>
        <w:t>v 7.386766 16.395496 0.248758</w:t>
        <w:br/>
        <w:t>v 7.386766 16.395496 0.248758</w:t>
        <w:br/>
        <w:t>v 7.358131 16.432997 0.243741</w:t>
        <w:br/>
        <w:t>v 7.354506 16.392139 0.228927</w:t>
        <w:br/>
        <w:t>v 7.416554 16.355715 0.071036</w:t>
        <w:br/>
        <w:t>v 7.416554 16.355715 0.071036</w:t>
        <w:br/>
        <w:t>v 7.385267 16.356388 0.072664</w:t>
        <w:br/>
        <w:t>v 7.416374 16.383770 0.057051</w:t>
        <w:br/>
        <w:t>v 7.347703 16.405451 0.253514</w:t>
        <w:br/>
        <w:t>v 7.334302 16.396708 0.209696</w:t>
        <w:br/>
        <w:t>v 7.347703 16.405451 0.253514</w:t>
        <w:br/>
        <w:t>v 7.400716 16.319231 -0.032227</w:t>
        <w:br/>
        <w:t>v 7.400716 16.319231 -0.032227</w:t>
        <w:br/>
        <w:t>v 7.369828 16.321684 -0.027436</w:t>
        <w:br/>
        <w:t>v 7.339037 16.231630 -0.147082</w:t>
        <w:br/>
        <w:t>v 7.326878 16.440084 0.214616</w:t>
        <w:br/>
        <w:t>v 7.326878 16.440084 0.214616</w:t>
        <w:br/>
        <w:t>v 7.310878 16.413910 0.221168</w:t>
        <w:br/>
        <w:t>v 7.310878 16.413910 0.221168</w:t>
        <w:br/>
        <w:t>v 7.293920 16.412184 0.118198</w:t>
        <w:br/>
        <w:t>v 7.293920 16.412184 0.118198</w:t>
        <w:br/>
        <w:t>v 7.320338 16.395519 0.115863</w:t>
        <w:br/>
        <w:t>v 7.278394 16.385036 -0.000769</w:t>
        <w:br/>
        <w:t>v 7.350301 16.422878 0.203140</w:t>
        <w:br/>
        <w:t>v 7.364891 16.419695 0.219106</w:t>
        <w:br/>
        <w:t>v 7.350301 16.422878 0.203140</w:t>
        <w:br/>
        <w:t>v 7.334302 16.396708 0.209696</w:t>
        <w:br/>
        <w:t>v 7.320338 16.395519 0.115863</w:t>
        <w:br/>
        <w:t>v 7.309590 16.438070 0.110057</w:t>
        <w:br/>
        <w:t>v 7.309590 16.438070 0.110057</w:t>
        <w:br/>
        <w:t>v 7.336014 16.421410 0.107720</w:t>
        <w:br/>
        <w:t>v 7.336014 16.421410 0.107720</w:t>
        <w:br/>
        <w:t>v 7.278394 16.385036 -0.000769</w:t>
        <w:br/>
        <w:t>v 7.251963 16.401804 0.001189</w:t>
        <w:br/>
        <w:t>v 7.251963 16.401804 0.001189</w:t>
        <w:br/>
        <w:t>v 7.227042 16.356855 -0.092569</w:t>
        <w:br/>
        <w:t>v 7.292805 16.409382 -0.014240</w:t>
        <w:br/>
        <w:t>v 7.292805 16.409382 -0.014240</w:t>
        <w:br/>
        <w:t>v 7.227042 16.356855 -0.092569</w:t>
        <w:br/>
        <w:t>v 7.266371 16.426144 -0.012280</w:t>
        <w:br/>
        <w:t>v 7.266371 16.426144 -0.012280</w:t>
        <w:br/>
        <w:t>v 7.201358 16.374464 -0.088858</w:t>
        <w:br/>
        <w:t>v 7.201358 16.374464 -0.088858</w:t>
        <w:br/>
        <w:t>v 7.156325 16.296131 -0.182330</w:t>
        <w:br/>
        <w:t>v 7.237648 16.376900 -0.113916</w:t>
        <w:br/>
        <w:t>v 7.237648 16.376900 -0.113916</w:t>
        <w:br/>
        <w:t>v 7.156325 16.296131 -0.182330</w:t>
        <w:br/>
        <w:t>v 7.211963 16.394512 -0.110205</w:t>
        <w:br/>
        <w:t>v 7.211963 16.394512 -0.110205</w:t>
        <w:br/>
        <w:t>v 7.131412 16.314627 -0.177765</w:t>
        <w:br/>
        <w:t>v 7.131412 16.314627 -0.177765</w:t>
        <w:br/>
        <w:t>v 7.069083 16.213846 -0.242695</w:t>
        <w:br/>
        <w:t>v 7.162473 16.311075 -0.209185</w:t>
        <w:br/>
        <w:t>v 7.162473 16.311075 -0.209185</w:t>
        <w:br/>
        <w:t>v 7.069083 16.213846 -0.242695</w:t>
        <w:br/>
        <w:t>v 7.137559 16.329573 -0.204620</w:t>
        <w:br/>
        <w:t>v 7.137559 16.329573 -0.204620</w:t>
        <w:br/>
        <w:t>v 7.072740 16.226299 -0.271173</w:t>
        <w:br/>
        <w:t>v 7.072740 16.226299 -0.271173</w:t>
        <w:br/>
        <w:t>v 6.996235 16.162052 -0.287317</w:t>
        <w:br/>
        <w:t>v 7.046040 16.234060 -0.237158</w:t>
        <w:br/>
        <w:t>v 7.046040 16.234060 -0.237158</w:t>
        <w:br/>
        <w:t>v 7.049709 16.246700 -0.265443</w:t>
        <w:br/>
        <w:t>v 7.049709 16.246700 -0.265443</w:t>
        <w:br/>
        <w:t>v 6.983155 16.187525 -0.276709</w:t>
        <w:br/>
        <w:t>v 6.983155 16.187525 -0.276709</w:t>
        <w:br/>
        <w:t>v 6.996235 16.162052 -0.287317</w:t>
        <w:br/>
        <w:t>v 6.984078 16.173998 -0.249876</w:t>
        <w:br/>
        <w:t>v 6.984078 16.173998 -0.249876</w:t>
        <w:br/>
        <w:t>v 6.996973 16.148342 -0.260437</w:t>
        <w:br/>
        <w:t>v 6.996973 16.148342 -0.260437</w:t>
        <w:br/>
        <w:t>v 6.899669 16.078428 -0.239360</w:t>
        <w:br/>
        <w:t>v 6.893132 16.109457 -0.232185</w:t>
        <w:br/>
        <w:t>v 6.893132 16.109457 -0.232185</w:t>
        <w:br/>
        <w:t>v 6.899669 16.078428 -0.239360</w:t>
        <w:br/>
        <w:t>v 6.852795 16.112503 -0.224608</w:t>
        <w:br/>
        <w:t>v 6.858288 16.143360 -0.223309</w:t>
        <w:br/>
        <w:t>v 6.882679 16.113182 -0.261522</w:t>
        <w:br/>
        <w:t>v 6.893132 16.109457 -0.232185</w:t>
        <w:br/>
        <w:t>v 6.858288 16.143360 -0.223309</w:t>
        <w:br/>
        <w:t>v 6.882679 16.113182 -0.261522</w:t>
        <w:br/>
        <w:t>v 6.882679 16.113182 -0.261522</w:t>
        <w:br/>
        <w:t>v 6.846009 16.146757 -0.251970</w:t>
        <w:br/>
        <w:t>v 6.846009 16.146757 -0.251970</w:t>
        <w:br/>
        <w:t>v 6.840516 16.115900 -0.253269</w:t>
        <w:br/>
        <w:t>v 6.889219 16.082150 -0.268697</w:t>
        <w:br/>
        <w:t>v 6.889219 16.082150 -0.268697</w:t>
        <w:br/>
        <w:t>v 6.889219 16.082150 -0.268697</w:t>
        <w:br/>
        <w:t>v 6.840516 16.115900 -0.253269</w:t>
        <w:br/>
        <w:t>v 6.852795 16.112503 -0.224608</w:t>
        <w:br/>
        <w:t>v 6.899669 16.078428 -0.239360</w:t>
        <w:br/>
        <w:t>v 7.294684 16.264400 0.506484</w:t>
        <w:br/>
        <w:t>v 7.312781 16.281445 0.524892</w:t>
        <w:br/>
        <w:t>v 7.248611 16.188953 0.578734</w:t>
        <w:br/>
        <w:t>v 7.353324 16.359362 0.392701</w:t>
        <w:br/>
        <w:t>v 7.332191 16.338909 0.381824</w:t>
        <w:br/>
        <w:t>v 7.372727 16.393793 0.282646</w:t>
        <w:br/>
        <w:t>v 7.351506 16.373518 0.271631</w:t>
        <w:br/>
        <w:t>v 7.312781 16.281445 0.524892</w:t>
        <w:br/>
        <w:t>v 7.353324 16.359362 0.392701</w:t>
        <w:br/>
        <w:t>v 7.335252 16.259600 0.522983</w:t>
        <w:br/>
        <w:t>v 7.380405 16.393044 0.232216</w:t>
        <w:br/>
        <w:t>v 7.358414 16.378410 0.215552</w:t>
        <w:br/>
        <w:t>v 7.372727 16.393793 0.282646</w:t>
        <w:br/>
        <w:t>v 7.375512 16.337250 0.391162</w:t>
        <w:br/>
        <w:t>v 7.380405 16.393044 0.232216</w:t>
        <w:br/>
        <w:t>v 7.395548 16.373577 0.276249</w:t>
        <w:br/>
        <w:t>v 7.368605 16.395647 0.230901</w:t>
        <w:br/>
        <w:t>v 7.380405 16.393044 0.232216</w:t>
        <w:br/>
        <w:t>v 7.358414 16.378410 0.215552</w:t>
        <w:br/>
        <w:t>v 7.342927 16.390589 0.213753</w:t>
        <w:br/>
        <w:t>v 7.347846 16.411461 0.220182</w:t>
        <w:br/>
        <w:t>v 7.376315 16.412416 0.233253</w:t>
        <w:br/>
        <w:t>v 7.347846 16.411461 0.220182</w:t>
        <w:br/>
        <w:t>v 7.331044 16.416922 0.263295</w:t>
        <w:br/>
        <w:t>v 7.376315 16.412416 0.233253</w:t>
        <w:br/>
        <w:t>v 7.368605 16.395647 0.230901</w:t>
        <w:br/>
        <w:t>v 7.380536 16.413248 0.208556</w:t>
        <w:br/>
        <w:t>v 7.368605 16.395647 0.230901</w:t>
        <w:br/>
        <w:t>v 7.376315 16.412416 0.233253</w:t>
        <w:br/>
        <w:t>v 7.380536 16.413248 0.208556</w:t>
        <w:br/>
        <w:t>v 7.401474 16.387075 0.210827</w:t>
        <w:br/>
        <w:t>v 7.395548 16.373577 0.276249</w:t>
        <w:br/>
        <w:t>v 7.401474 16.387075 0.210827</w:t>
        <w:br/>
        <w:t>v 7.374328 16.353302 0.265234</w:t>
        <w:br/>
        <w:t>v 7.401474 16.387075 0.210827</w:t>
        <w:br/>
        <w:t>v 7.380536 16.413248 0.208556</w:t>
        <w:br/>
        <w:t>v 7.379483 16.372437 0.194164</w:t>
        <w:br/>
        <w:t>v 7.379483 16.372437 0.194164</w:t>
        <w:br/>
        <w:t>v 7.354375 16.316790 0.380285</w:t>
        <w:br/>
        <w:t>v 7.375512 16.337250 0.391162</w:t>
        <w:br/>
        <w:t>v 7.379483 16.372437 0.194164</w:t>
        <w:br/>
        <w:t>v 7.358414 16.378410 0.215552</w:t>
        <w:br/>
        <w:t>v 7.374328 16.353302 0.265234</w:t>
        <w:br/>
        <w:t>v 7.354375 16.316790 0.380285</w:t>
        <w:br/>
        <w:t>v 7.351506 16.373518 0.271631</w:t>
        <w:br/>
        <w:t>v 7.332191 16.338909 0.381824</w:t>
        <w:br/>
        <w:t>v 7.354857 16.408188 0.191409</w:t>
        <w:br/>
        <w:t>v 7.354857 16.408188 0.191409</w:t>
        <w:br/>
        <w:t>v 7.342927 16.390589 0.213753</w:t>
        <w:br/>
        <w:t>v 7.354857 16.408188 0.191409</w:t>
        <w:br/>
        <w:t>v 7.347846 16.411461 0.220182</w:t>
        <w:br/>
        <w:t>v 7.342927 16.390589 0.213753</w:t>
        <w:br/>
        <w:t>v 7.317179 16.242525 0.504573</w:t>
        <w:br/>
        <w:t>v 7.317179 16.242525 0.504573</w:t>
        <w:br/>
        <w:t>v 7.294684 16.264400 0.506484</w:t>
        <w:br/>
        <w:t>v 7.335252 16.259600 0.522983</w:t>
        <w:br/>
        <w:t>v 7.248611 16.188953 0.578734</w:t>
        <w:br/>
        <w:t>v 7.272614 16.168928 0.574859</w:t>
        <w:br/>
        <w:t>v 7.272614 16.168928 0.574859</w:t>
        <w:br/>
        <w:t>v 7.191696 16.103199 0.585882</w:t>
        <w:br/>
        <w:t>v 7.284159 16.178070 0.602508</w:t>
        <w:br/>
        <w:t>v 7.217081 16.084957 0.580820</w:t>
        <w:br/>
        <w:t>v 7.152475 16.039690 0.579242</w:t>
        <w:br/>
        <w:t>v 7.260066 16.198164 0.606382</w:t>
        <w:br/>
        <w:t>v 7.284159 16.178070 0.602508</w:t>
        <w:br/>
        <w:t>v 7.260066 16.198164 0.606382</w:t>
        <w:br/>
        <w:t>v 7.200083 16.109047 0.617611</w:t>
        <w:br/>
        <w:t>v 7.200083 16.109047 0.617611</w:t>
        <w:br/>
        <w:t>v 7.191696 16.103199 0.585882</w:t>
        <w:br/>
        <w:t>v 7.225465 16.090965 0.612571</w:t>
        <w:br/>
        <w:t>v 7.225465 16.090965 0.612571</w:t>
        <w:br/>
        <w:t>v 7.217081 16.084957 0.580820</w:t>
        <w:br/>
        <w:t>v 7.153092 16.031387 0.609384</w:t>
        <w:br/>
        <w:t>v 7.153092 16.031387 0.609384</w:t>
        <w:br/>
        <w:t>v 7.152475 16.039690 0.579242</w:t>
        <w:br/>
        <w:t>v 7.116534 15.974959 0.570156</w:t>
        <w:br/>
        <w:t>v 7.074632 15.991178 0.554033</w:t>
        <w:br/>
        <w:t>v 7.116534 15.974959 0.570156</w:t>
        <w:br/>
        <w:t>v 7.064718 15.972710 0.577365</w:t>
        <w:br/>
        <w:t>v 7.113239 15.961025 0.598063</w:t>
        <w:br/>
        <w:t>v 7.113239 15.961025 0.598063</w:t>
        <w:br/>
        <w:t>v 7.064718 15.972710 0.577365</w:t>
        <w:br/>
        <w:t>v 7.113239 15.961025 0.598063</w:t>
        <w:br/>
        <w:t>v 7.081611 15.948969 0.565748</w:t>
        <w:br/>
        <w:t>v 7.179911 16.015970 0.604399</w:t>
        <w:br/>
        <w:t>v 7.179911 16.015970 0.604399</w:t>
        <w:br/>
        <w:t>v 7.130540 15.937832 0.591702</w:t>
        <w:br/>
        <w:t>v 7.130540 15.937832 0.591702</w:t>
        <w:br/>
        <w:t>v 7.133836 15.951761 0.563791</w:t>
        <w:br/>
        <w:t>v 7.081611 15.948969 0.565748</w:t>
        <w:br/>
        <w:t>v 7.091527 15.967440 0.542411</w:t>
        <w:br/>
        <w:t>v 7.179290 16.024282 0.574255</w:t>
        <w:br/>
        <w:t>v 7.179290 16.024282 0.574255</w:t>
        <w:br/>
        <w:t>v 7.116534 15.974959 0.570156</w:t>
        <w:br/>
        <w:t>v 7.133836 15.951761 0.563791</w:t>
        <w:br/>
        <w:t>v 7.091527 15.967440 0.542411</w:t>
        <w:br/>
        <w:t>v 7.074632 15.991178 0.554033</w:t>
        <w:br/>
        <w:t>v -0.971708 5.011778 -0.747719</w:t>
        <w:br/>
        <w:t>v -0.951444 5.015697 -0.792179</w:t>
        <w:br/>
        <w:t>v -0.842347 5.004354 -0.680887</w:t>
        <w:br/>
        <w:t>v -0.951444 5.015697 -0.792179</w:t>
        <w:br/>
        <w:t>v -0.946609 4.920204 -0.849888</w:t>
        <w:br/>
        <w:t>v -0.842347 5.004354 -0.680887</w:t>
        <w:br/>
        <w:t>v -0.798822 4.921201 -0.764099</w:t>
        <w:br/>
        <w:t>v -0.798822 4.921201 -0.764099</w:t>
        <w:br/>
        <w:t>v -0.840836 4.610470 -0.685295</w:t>
        <w:br/>
        <w:t>v -0.949024 4.610785 -0.738339</w:t>
        <w:br/>
        <w:t>v -0.950100 4.481855 -0.693102</w:t>
        <w:br/>
        <w:t>v -0.650900 4.907718 -0.472448</w:t>
        <w:br/>
        <w:t>v -0.740980 4.989517 -0.430497</w:t>
        <w:br/>
        <w:t>v -0.652527 4.963996 -0.124820</w:t>
        <w:br/>
        <w:t>v -0.870918 4.380636 -0.625781</w:t>
        <w:br/>
        <w:t>v -1.072450 4.478530 -0.745709</w:t>
        <w:br/>
        <w:t>v -0.684635 4.604063 -0.457485</w:t>
        <w:br/>
        <w:t>v -0.551344 4.896046 -0.125841</w:t>
        <w:br/>
        <w:t>v -0.551344 4.896046 -0.125841</w:t>
        <w:br/>
        <w:t>v -0.614840 4.880463 0.210866</w:t>
        <w:br/>
        <w:t>v -0.712571 4.947727 0.184651</w:t>
        <w:br/>
        <w:t>v -0.623204 4.597441 -0.156071</w:t>
        <w:br/>
        <w:t>v -0.807915 4.853174 0.565001</w:t>
        <w:br/>
        <w:t>v -0.943128 4.901993 0.525686</w:t>
        <w:br/>
        <w:t>v -0.658586 4.583719 0.175073</w:t>
        <w:br/>
        <w:t>v -0.614840 4.880463 0.210866</w:t>
        <w:br/>
        <w:t>v -0.807915 4.853174 0.565001</w:t>
        <w:br/>
        <w:t>v -0.812660 4.557236 0.499686</w:t>
        <w:br/>
        <w:t>v -0.918741 4.530457 0.719103</w:t>
        <w:br/>
        <w:t>v -0.918741 4.530457 0.719103</w:t>
        <w:br/>
        <w:t>v -1.068480 4.535705 0.691586</w:t>
        <w:br/>
        <w:t>v -0.814275 4.272915 0.439503</w:t>
        <w:br/>
        <w:t>v -0.956042 4.254424 0.651361</w:t>
        <w:br/>
        <w:t>v -0.956042 4.254424 0.651361</w:t>
        <w:br/>
        <w:t>v -0.693056 4.297085 0.142876</w:t>
        <w:br/>
        <w:t>v -1.034298 4.241836 0.611018</w:t>
        <w:br/>
        <w:t>v -1.071935 4.273001 0.603958</w:t>
        <w:br/>
        <w:t>v -0.994927 4.110403 0.603735</w:t>
        <w:br/>
        <w:t>v -0.965776 3.991625 0.596378</w:t>
        <w:br/>
        <w:t>v -1.037579 3.955750 0.557417</w:t>
        <w:br/>
        <w:t>v -0.973100 3.791620 0.529002</w:t>
        <w:br/>
        <w:t>v -1.051991 3.790588 0.493396</w:t>
        <w:br/>
        <w:t>v -0.965776 3.991625 0.596378</w:t>
        <w:br/>
        <w:t>v -0.820422 4.015059 0.382601</w:t>
        <w:br/>
        <w:t>v -0.973100 3.791620 0.529002</w:t>
        <w:br/>
        <w:t>v -0.826342 3.820374 0.366377</w:t>
        <w:br/>
        <w:t>v -0.773741 3.833174 0.236734</w:t>
        <w:br/>
        <w:t>v -0.718848 4.031347 0.106185</w:t>
        <w:br/>
        <w:t>v -0.723401 3.888813 0.089656</w:t>
        <w:br/>
        <w:t>v -0.761326 3.793464 0.171113</w:t>
        <w:br/>
        <w:t>v -0.692449 3.958255 -0.195659</w:t>
        <w:br/>
        <w:t>v -0.682091 4.054244 -0.191499</w:t>
        <w:br/>
        <w:t>v -0.732828 3.593680 0.055433</w:t>
        <w:br/>
        <w:t>v -0.767446 3.654271 0.157884</w:t>
        <w:br/>
        <w:t>v -0.784234 3.591288 0.212001</w:t>
        <w:br/>
        <w:t>v -0.710785 3.608729 -0.218502</w:t>
        <w:br/>
        <w:t>v -0.647760 3.984221 -0.232245</w:t>
        <w:br/>
        <w:t>v -0.654543 4.070996 -0.212969</w:t>
        <w:br/>
        <w:t>v -0.770306 3.617615 -0.440095</w:t>
        <w:br/>
        <w:t>v -0.611985 4.358207 -0.206127</w:t>
        <w:br/>
        <w:t>v -0.632607 4.297057 -0.199129</w:t>
        <w:br/>
        <w:t>v -0.655671 4.304240 -0.180667</w:t>
        <w:br/>
        <w:t>v -0.692449 3.958255 -0.195659</w:t>
        <w:br/>
        <w:t>v -0.647760 3.984221 -0.232245</w:t>
        <w:br/>
        <w:t>v -0.762535 3.967995 -0.430047</w:t>
        <w:br/>
        <w:t>v -0.762535 3.967995 -0.430047</w:t>
        <w:br/>
        <w:t>v -0.648970 4.369096 -0.177855</w:t>
        <w:br/>
        <w:t>v -0.721187 4.375171 -0.435247</w:t>
        <w:br/>
        <w:t>v -0.648970 4.369096 -0.177855</w:t>
        <w:br/>
        <w:t>v -0.721187 4.375171 -0.435247</w:t>
        <w:br/>
        <w:t>v -0.611985 4.358207 -0.206127</w:t>
        <w:br/>
        <w:t>v -0.692249 4.366401 -0.454051</w:t>
        <w:br/>
        <w:t>v -0.870918 4.380636 -0.625781</w:t>
        <w:br/>
        <w:t>v -0.692249 4.366401 -0.454051</w:t>
        <w:br/>
        <w:t>v -0.647760 3.984221 -0.232245</w:t>
        <w:br/>
        <w:t>v -0.611985 4.358207 -0.206127</w:t>
        <w:br/>
        <w:t>v -0.706562 3.993379 -0.463065</w:t>
        <w:br/>
        <w:t>v -0.706562 3.993379 -0.463065</w:t>
        <w:br/>
        <w:t>v -0.848666 4.370060 -0.648373</w:t>
        <w:br/>
        <w:t>v -0.870991 3.997717 -0.654155</w:t>
        <w:br/>
        <w:t>v -0.848666 4.370060 -0.648373</w:t>
        <w:br/>
        <w:t>v -0.900289 3.970983 -0.600986</w:t>
        <w:br/>
        <w:t>v -0.870991 3.997717 -0.654155</w:t>
        <w:br/>
        <w:t>v -1.080931 4.382512 -0.747289</w:t>
        <w:br/>
        <w:t>v -1.080931 4.382512 -0.747289</w:t>
        <w:br/>
        <w:t>v -1.275078 4.474134 -0.801290</w:t>
        <w:br/>
        <w:t>v -1.071216 4.369242 -0.791906</w:t>
        <w:br/>
        <w:t>v -1.071216 4.369242 -0.791906</w:t>
        <w:br/>
        <w:t>v -1.272319 4.382911 -0.796458</w:t>
        <w:br/>
        <w:t>v -1.272319 4.382911 -0.796458</w:t>
        <w:br/>
        <w:t>v -1.454227 4.379000 -0.770602</w:t>
        <w:br/>
        <w:t>v -1.458937 4.468341 -0.783716</w:t>
        <w:br/>
        <w:t>v -1.271866 4.365435 -0.844653</w:t>
        <w:br/>
        <w:t>v -1.688524 4.363953 -0.669827</w:t>
        <w:br/>
        <w:t>v -1.638829 4.465006 -0.730022</w:t>
        <w:br/>
        <w:t>v -1.453227 4.359402 -0.837940</w:t>
        <w:br/>
        <w:t>v -1.454227 4.379000 -0.770602</w:t>
        <w:br/>
        <w:t>v -1.688524 4.363953 -0.669827</w:t>
        <w:br/>
        <w:t>v -1.719053 4.347973 -0.703099</w:t>
        <w:br/>
        <w:t>v -1.271866 4.365435 -0.844653</w:t>
        <w:br/>
        <w:t>v -1.079403 3.996295 -0.771647</w:t>
        <w:br/>
        <w:t>v -1.453227 4.359402 -0.837940</w:t>
        <w:br/>
        <w:t>v -1.433580 3.986465 -0.806012</w:t>
        <w:br/>
        <w:t>v -0.925194 3.972507 -0.633846</w:t>
        <w:br/>
        <w:t>v -1.260579 3.992584 -0.818017</w:t>
        <w:br/>
        <w:t>v -1.093143 3.970170 -0.726834</w:t>
        <w:br/>
        <w:t>v -0.925194 3.972507 -0.633846</w:t>
        <w:br/>
        <w:t>v -0.924888 3.723352 -0.622989</w:t>
        <w:br/>
        <w:t>v -0.900289 3.970983 -0.600986</w:t>
        <w:br/>
        <w:t>v -0.899007 3.704019 -0.591629</w:t>
        <w:br/>
        <w:t>v -1.091542 3.640679 -0.724947</w:t>
        <w:br/>
        <w:t>v -1.253420 3.640916 -0.765850</w:t>
        <w:br/>
        <w:t>v -1.079434 3.620692 -0.700434</w:t>
        <w:br/>
        <w:t>v -1.272536 3.965752 -0.769042</w:t>
        <w:br/>
        <w:t>v -1.272536 3.965752 -0.769042</w:t>
        <w:br/>
        <w:t>v -1.414998 3.634206 -0.724562</w:t>
        <w:br/>
        <w:t>v -1.431991 3.956954 -0.730792</w:t>
        <w:br/>
        <w:t>v -1.431991 3.956954 -0.730792</w:t>
        <w:br/>
        <w:t>v -1.581563 3.951914 -0.679605</w:t>
        <w:br/>
        <w:t>v -1.559421 3.719373 -0.661949</w:t>
        <w:br/>
        <w:t>v -1.581563 3.951914 -0.679605</w:t>
        <w:br/>
        <w:t>v -1.426228 3.609992 -0.699909</w:t>
        <w:br/>
        <w:t>v -1.648834 3.976988 -0.692349</w:t>
        <w:br/>
        <w:t>v -1.719053 4.347973 -0.703099</w:t>
        <w:br/>
        <w:t>v -1.613696 3.949109 -0.646375</w:t>
        <w:br/>
        <w:t>v -1.891974 4.329679 -0.455111</w:t>
        <w:br/>
        <w:t>v -1.891974 4.329679 -0.455111</w:t>
        <w:br/>
        <w:t>v -1.829458 3.958401 -0.462046</w:t>
        <w:br/>
        <w:t>v -1.587005 3.694940 -0.631872</w:t>
        <w:br/>
        <w:t>v -1.776761 3.931787 -0.428621</w:t>
        <w:br/>
        <w:t>v -1.776761 3.931787 -0.428621</w:t>
        <w:br/>
        <w:t>v -1.981659 4.307328 -0.195169</w:t>
        <w:br/>
        <w:t>v -1.577357 3.601926 -0.629326</w:t>
        <w:br/>
        <w:t>v -1.925262 3.936543 -0.223960</w:t>
        <w:br/>
        <w:t>v -1.925262 3.936543 -0.223960</w:t>
        <w:br/>
        <w:t>v -1.733790 3.587882 -0.438521</w:t>
        <w:br/>
        <w:t>v -1.840409 3.912918 -0.188821</w:t>
        <w:br/>
        <w:t>v -1.840409 3.912918 -0.188821</w:t>
        <w:br/>
        <w:t>v -1.519162 3.042465 -0.601461</w:t>
        <w:br/>
        <w:t>v -1.840409 3.912918 -0.188821</w:t>
        <w:br/>
        <w:t>v -1.925262 3.936543 -0.223960</w:t>
        <w:br/>
        <w:t>v -1.860937 4.015553 -0.182152</w:t>
        <w:br/>
        <w:t>v -1.907068 4.027683 -0.201777</w:t>
        <w:br/>
        <w:t>v -1.981659 4.307328 -0.195169</w:t>
        <w:br/>
        <w:t>v -1.795455 4.004077 0.162173</w:t>
        <w:br/>
        <w:t>v -1.942133 4.249314 -0.184063</w:t>
        <w:br/>
        <w:t>v -1.911826 4.270038 -0.165589</w:t>
        <w:br/>
        <w:t>v -1.776286 3.843914 0.139019</w:t>
        <w:br/>
        <w:t>v -1.923748 4.329622 -0.161714</w:t>
        <w:br/>
        <w:t>v -1.832090 4.248008 0.198494</w:t>
        <w:br/>
        <w:t>v -1.761275 3.808458 0.245530</w:t>
        <w:br/>
        <w:t>v -1.695608 3.999214 0.393532</w:t>
        <w:br/>
        <w:t>v -1.687274 3.795899 0.352544</w:t>
        <w:br/>
        <w:t>v -1.565561 3.782837 0.485326</w:t>
        <w:br/>
        <w:t>v -1.748704 3.745512 0.166636</w:t>
        <w:br/>
        <w:t>v -1.584726 3.992105 0.550262</w:t>
        <w:br/>
        <w:t>v -1.480712 3.784088 0.474983</w:t>
        <w:br/>
        <w:t>v -1.492236 3.946774 0.524728</w:t>
        <w:br/>
        <w:t>v -1.584726 3.992105 0.550262</w:t>
        <w:br/>
        <w:t>v -1.546477 4.097717 0.562909</w:t>
        <w:br/>
        <w:t>v -1.591370 4.244942 0.602119</w:t>
        <w:br/>
        <w:t>v -1.513174 4.232857 0.589305</w:t>
        <w:br/>
        <w:t>v -1.488105 4.522962 0.688535</w:t>
        <w:br/>
        <w:t>v -1.479189 4.268717 0.597505</w:t>
        <w:br/>
        <w:t>v -1.630709 4.535869 0.703130</w:t>
        <w:br/>
        <w:t>v -1.680493 4.893540 0.546604</w:t>
        <w:br/>
        <w:t>v -1.630709 4.535869 0.703130</w:t>
        <w:br/>
        <w:t>v -1.591370 4.244942 0.602119</w:t>
        <w:br/>
        <w:t>v -1.767596 4.552037 0.515091</w:t>
        <w:br/>
        <w:t>v -1.714064 4.242486 0.443753</w:t>
        <w:br/>
        <w:t>v -1.790159 4.815959 0.588476</w:t>
        <w:br/>
        <w:t>v -1.790159 4.815959 0.588476</w:t>
        <w:br/>
        <w:t>v -1.906516 4.899980 0.276017</w:t>
        <w:br/>
        <w:t>v -1.974035 4.820034 0.295402</w:t>
        <w:br/>
        <w:t>v -1.900308 4.551970 0.246850</w:t>
        <w:br/>
        <w:t>v -2.074789 4.828502 -0.125987</w:t>
        <w:br/>
        <w:t>v -1.981926 4.926274 -0.124251</w:t>
        <w:br/>
        <w:t>v -1.906513 4.955626 -0.409665</w:t>
        <w:br/>
        <w:t>v -1.997959 4.562364 -0.148043</w:t>
        <w:br/>
        <w:t>v -1.855260 4.347179 -0.426728</w:t>
        <w:br/>
        <w:t>v -1.923748 4.329622 -0.161714</w:t>
        <w:br/>
        <w:t>v -1.981659 4.307328 -0.195169</w:t>
        <w:br/>
        <w:t>v -1.855260 4.347179 -0.426728</w:t>
        <w:br/>
        <w:t>v -1.911881 4.574541 -0.437610</w:t>
        <w:br/>
        <w:t>v -1.993597 4.855144 -0.445884</w:t>
        <w:br/>
        <w:t>v -1.774921 4.986344 -0.720644</w:t>
        <w:br/>
        <w:t>v -1.748989 4.589785 -0.708562</w:t>
        <w:br/>
        <w:t>v -1.652230 4.593998 -0.760732</w:t>
        <w:br/>
        <w:t>v -1.676407 4.909765 -0.899399</w:t>
        <w:br/>
        <w:t>v -1.840017 4.887575 -0.789646</w:t>
        <w:br/>
        <w:t>v -1.840017 4.887575 -0.789646</w:t>
        <w:br/>
        <w:t>v -1.674650 4.996493 -0.822799</w:t>
        <w:br/>
        <w:t>v -1.657960 4.996700 -0.787111</w:t>
        <w:br/>
        <w:t>v 7.339037 16.231630 -0.147082</w:t>
        <w:br/>
        <w:t>v 7.369231 16.347948 -0.044522</w:t>
        <w:br/>
        <w:t>v 7.369231 16.347948 -0.044522</w:t>
        <w:br/>
        <w:t>v 7.400120 16.345493 -0.049318</w:t>
        <w:br/>
        <w:t>v 7.400120 16.345493 -0.049318</w:t>
        <w:br/>
        <w:t>v 7.336627 16.252737 -0.170038</w:t>
        <w:br/>
        <w:t>v 7.336627 16.252737 -0.170038</w:t>
        <w:br/>
        <w:t>v 7.369189 16.227064 -0.154361</w:t>
        <w:br/>
        <w:t>v 7.369189 16.227064 -0.154361</w:t>
        <w:br/>
        <w:t>v 7.366781 16.248184 -0.177322</w:t>
        <w:br/>
        <w:t>v 7.366781 16.248184 -0.177322</w:t>
        <w:br/>
        <w:t>v 7.280653 16.116329 -0.240377</w:t>
        <w:br/>
        <w:t>v 7.285007 16.099964 -0.214333</w:t>
        <w:br/>
        <w:t>v 7.310729 16.111383 -0.248308</w:t>
        <w:br/>
        <w:t>v 7.310729 16.111383 -0.248308</w:t>
        <w:br/>
        <w:t>v 7.280653 16.116329 -0.240377</w:t>
        <w:br/>
        <w:t>v 7.315003 16.095156 -0.221925</w:t>
        <w:br/>
        <w:t>v 7.315003 16.095156 -0.221925</w:t>
        <w:br/>
        <w:t>v 7.285007 16.099964 -0.214333</w:t>
        <w:br/>
        <w:t>v 7.261498 16.005228 -0.261342</w:t>
        <w:br/>
        <w:t>v 7.261498 16.005228 -0.261342</w:t>
        <w:br/>
        <w:t>v 7.236141 16.019028 -0.250962</w:t>
        <w:br/>
        <w:t>v 7.236141 16.019028 -0.250962</w:t>
        <w:br/>
        <w:t>v 7.243785 16.008900 -0.223235</w:t>
        <w:br/>
        <w:t>v 7.269185 15.995603 -0.233037</w:t>
        <w:br/>
        <w:t>v 7.269185 15.995603 -0.233037</w:t>
        <w:br/>
        <w:t>v 7.243785 16.008900 -0.223235</w:t>
        <w:br/>
        <w:t>v 7.217148 15.946448 -0.207075</w:t>
        <w:br/>
        <w:t>v 7.206547 15.952846 -0.231647</w:t>
        <w:br/>
        <w:t>v 7.206547 15.952846 -0.231647</w:t>
        <w:br/>
        <w:t>v 7.217148 15.946448 -0.207075</w:t>
        <w:br/>
        <w:t>v 7.217148 15.946448 -0.207075</w:t>
        <w:br/>
        <w:t>v 7.192904 15.948455 -0.203429</w:t>
        <w:br/>
        <w:t>v 7.206547 15.952846 -0.231647</w:t>
        <w:br/>
        <w:t>v 7.223937 15.928308 -0.236265</w:t>
        <w:br/>
        <w:t>v 7.223937 15.928308 -0.236265</w:t>
        <w:br/>
        <w:t>v 7.234645 15.922674 -0.207324</w:t>
        <w:br/>
        <w:t>v 7.234645 15.922674 -0.207324</w:t>
        <w:br/>
        <w:t>v 7.208114 15.923367 -0.199262</w:t>
        <w:br/>
        <w:t>v 7.234645 15.922674 -0.207324</w:t>
        <w:br/>
        <w:t>v 7.223937 15.928308 -0.236265</w:t>
        <w:br/>
        <w:t>v 7.208114 15.923367 -0.199262</w:t>
        <w:br/>
        <w:t>v 7.192904 15.948455 -0.203429</w:t>
        <w:br/>
        <w:t>v 7.196638 15.928528 -0.227948</w:t>
        <w:br/>
        <w:t>v 7.196638 15.928528 -0.227948</w:t>
        <w:br/>
        <w:t>v 7.158450 15.935971 -0.184368</w:t>
        <w:br/>
        <w:t>v 7.192904 15.948455 -0.203429</w:t>
        <w:br/>
        <w:t>v 7.150504 15.965273 -0.176512</w:t>
        <w:br/>
        <w:t>v 7.158450 15.935971 -0.184368</w:t>
        <w:br/>
        <w:t>v 7.144552 15.939675 -0.212245</w:t>
        <w:br/>
        <w:t>v 7.181509 15.954210 -0.227932</w:t>
        <w:br/>
        <w:t>v 7.144552 15.939675 -0.212245</w:t>
        <w:br/>
        <w:t>v 7.181509 15.954210 -0.227932</w:t>
        <w:br/>
        <w:t>v 7.136603 15.968983 -0.204383</w:t>
        <w:br/>
        <w:t>v 7.136603 15.968983 -0.204383</w:t>
        <w:br/>
        <w:t>v 7.150504 15.965273 -0.176512</w:t>
        <w:br/>
        <w:t>v 7.080753 16.286592 0.531896</w:t>
        <w:br/>
        <w:t>v 7.096815 16.277473 0.557386</w:t>
        <w:br/>
        <w:t>v 7.193684 16.350658 0.450313</w:t>
        <w:br/>
        <w:t>v 6.990864 16.212044 0.598782</w:t>
        <w:br/>
        <w:t>v 6.979668 16.224558 0.571997</w:t>
        <w:br/>
        <w:t>v 6.898376 16.156141 0.588683</w:t>
        <w:br/>
        <w:t>v 6.892060 16.171255 0.566965</w:t>
        <w:br/>
        <w:t>v 6.812429 16.120323 0.548765</w:t>
        <w:br/>
        <w:t>v 6.990864 16.212044 0.598782</w:t>
        <w:br/>
        <w:t>v 6.976880 16.236263 0.615265</w:t>
        <w:br/>
        <w:t>v 7.096815 16.277473 0.557386</w:t>
        <w:br/>
        <w:t>v 6.898376 16.156141 0.588683</w:t>
        <w:br/>
        <w:t>v 6.802520 16.100426 0.570893</w:t>
        <w:br/>
        <w:t>v 6.755182 16.145691 0.525163</w:t>
        <w:br/>
        <w:t>v 6.740757 16.126352 0.545205</w:t>
        <w:br/>
        <w:t>v 6.802520 16.100426 0.570893</w:t>
        <w:br/>
        <w:t>v 6.881883 16.174267 0.603287</w:t>
        <w:br/>
        <w:t>v 6.740757 16.126352 0.545205</w:t>
        <w:br/>
        <w:t>v 6.793272 16.124655 0.588536</w:t>
        <w:br/>
        <w:t>v 6.738153 16.149765 0.565918</w:t>
        <w:br/>
        <w:t>v 6.793272 16.124655 0.588536</w:t>
        <w:br/>
        <w:t>v 6.738153 16.149765 0.565918</w:t>
        <w:br/>
        <w:t>v 6.752576 16.169096 0.545876</w:t>
        <w:br/>
        <w:t>v 6.803179 16.144545 0.566408</w:t>
        <w:br/>
        <w:t>v 6.803179 16.144545 0.566408</w:t>
        <w:br/>
        <w:t>v 6.752576 16.169096 0.545876</w:t>
        <w:br/>
        <w:t>v 6.755182 16.145691 0.525163</w:t>
        <w:br/>
        <w:t>v 6.812429 16.120323 0.548765</w:t>
        <w:br/>
        <w:t>v 6.892060 16.171255 0.566965</w:t>
        <w:br/>
        <w:t>v 6.875746 16.190773 0.581888</w:t>
        <w:br/>
        <w:t>v 6.875746 16.190773 0.581888</w:t>
        <w:br/>
        <w:t>v 6.881883 16.174267 0.603287</w:t>
        <w:br/>
        <w:t>v 6.966043 16.248560 0.588481</w:t>
        <w:br/>
        <w:t>v 6.966043 16.248560 0.588481</w:t>
        <w:br/>
        <w:t>v 6.976880 16.236263 0.615265</w:t>
        <w:br/>
        <w:t>v 6.979668 16.224558 0.571997</w:t>
        <w:br/>
        <w:t>v 7.080753 16.286592 0.531896</w:t>
        <w:br/>
        <w:t>v 7.069242 16.311289 0.547498</w:t>
        <w:br/>
        <w:t>v 7.069242 16.311289 0.547498</w:t>
        <w:br/>
        <w:t>v 7.193684 16.350658 0.450313</w:t>
        <w:br/>
        <w:t>v 7.085066 16.302357 0.572994</w:t>
        <w:br/>
        <w:t>v 7.085066 16.302357 0.572994</w:t>
        <w:br/>
        <w:t>v 7.187463 16.378891 0.462283</w:t>
        <w:br/>
        <w:t>v 7.187463 16.378891 0.462283</w:t>
        <w:br/>
        <w:t>v 7.278939 16.395235 0.358875</w:t>
        <w:br/>
        <w:t>v 7.217483 16.347233 0.470161</w:t>
        <w:br/>
        <w:t>v 7.217483 16.347233 0.470161</w:t>
        <w:br/>
        <w:t>v 7.278939 16.395235 0.358875</w:t>
        <w:br/>
        <w:t>v 7.211260 16.375473 0.482132</w:t>
        <w:br/>
        <w:t>v 7.211260 16.375473 0.482132</w:t>
        <w:br/>
        <w:t>v 7.275048 16.425055 0.367735</w:t>
        <w:br/>
        <w:t>v 7.275048 16.425055 0.367735</w:t>
        <w:br/>
        <w:t>v 7.331044 16.416922 0.263295</w:t>
        <w:br/>
        <w:t>v 7.306622 16.394445 0.373552</w:t>
        <w:br/>
        <w:t>v 7.306622 16.394445 0.373552</w:t>
        <w:br/>
        <w:t>v 7.302732 16.424271 0.382413</w:t>
        <w:br/>
        <w:t>v 7.302732 16.424271 0.382413</w:t>
        <w:br/>
        <w:t>v 7.360321 16.417143 0.274536</w:t>
        <w:br/>
        <w:t>v 7.360321 16.417143 0.274536</w:t>
        <w:br/>
        <w:t>v 7.358849 16.448135 0.277606</w:t>
        <w:br/>
        <w:t>v 7.329575 16.447908 0.266364</w:t>
        <w:br/>
        <w:t>v 7.358849 16.448135 0.277606</w:t>
        <w:br/>
        <w:t>v 7.329575 16.447908 0.266364</w:t>
        <w:br/>
        <w:t>v 7.380431 16.441343 0.222530</w:t>
        <w:br/>
        <w:t>v 7.380431 16.441343 0.222530</w:t>
        <w:br/>
        <w:t>v 7.351962 16.440395 0.209459</w:t>
        <w:br/>
        <w:t>v 7.351962 16.440395 0.209459</w:t>
        <w:br/>
        <w:t>v 9.250594 14.647512 -0.406422</w:t>
        <w:br/>
        <w:t>v 9.145891 14.795142 -0.396421</w:t>
        <w:br/>
        <w:t>v 9.171216 14.824022 -0.314877</w:t>
        <w:br/>
        <w:t>v 9.289561 14.711191 -0.401820</w:t>
        <w:br/>
        <w:t>v 9.289561 14.711191 -0.401820</w:t>
        <w:br/>
        <w:t>v 9.295074 14.703579 -0.255250</w:t>
        <w:br/>
        <w:t>v 9.295074 14.703579 -0.255250</w:t>
        <w:br/>
        <w:t>v 9.322356 14.712358 -0.330838</w:t>
        <w:br/>
        <w:t>v 9.348382 14.662998 -0.264127</w:t>
        <w:br/>
        <w:t>v 9.348382 14.662998 -0.264127</w:t>
        <w:br/>
        <w:t>v 9.320249 14.630422 -0.279004</w:t>
        <w:br/>
        <w:t>v 9.386814 14.658862 -0.337995</w:t>
        <w:br/>
        <w:t>v 9.386814 14.658862 -0.337995</w:t>
        <w:br/>
        <w:t>v 9.349133 14.674662 -0.403717</w:t>
        <w:br/>
        <w:t>v 9.349133 14.674662 -0.403717</w:t>
        <w:br/>
        <w:t>v 9.310609 14.638128 -0.399939</w:t>
        <w:br/>
        <w:t>v 9.250594 14.647512 -0.406422</w:t>
        <w:br/>
        <w:t>v 9.352975 14.618055 -0.348771</w:t>
        <w:br/>
        <w:t>v 9.352975 14.618055 -0.348771</w:t>
        <w:br/>
        <w:t>v 9.770954 14.648632 0.335569</w:t>
        <w:br/>
        <w:t>v 9.815995 14.693477 0.343105</w:t>
        <w:br/>
        <w:t>v 9.727200 14.672140 0.272285</w:t>
        <w:br/>
        <w:t>v 9.734658 14.653639 0.394965</w:t>
        <w:br/>
        <w:t>v 9.815995 14.693477 0.343105</w:t>
        <w:br/>
        <w:t>v 9.742819 14.715916 0.431008</w:t>
        <w:br/>
        <w:t>v 9.653226 14.772365 0.429329</w:t>
        <w:br/>
        <w:t>v 9.653226 14.772365 0.429329</w:t>
        <w:br/>
        <w:t>v 9.707143 14.766288 0.339797</w:t>
        <w:br/>
        <w:t>v 9.742819 14.715916 0.431008</w:t>
        <w:br/>
        <w:t>v 9.815995 14.693477 0.343105</w:t>
        <w:br/>
        <w:t>v 9.755239 14.727283 0.251657</w:t>
        <w:br/>
        <w:t>v 9.755239 14.727283 0.251657</w:t>
        <w:br/>
        <w:t>v -1.173742 2.911305 0.590985</w:t>
        <w:br/>
        <w:t>v -1.144917 2.920289 0.541735</w:t>
        <w:br/>
        <w:t>v -1.185636 3.159786 0.546563</w:t>
        <w:br/>
        <w:t>v -1.120036 2.691991 0.505983</w:t>
        <w:br/>
        <w:t>v -1.132783 2.482125 0.495045</w:t>
        <w:br/>
        <w:t>v -1.093572 2.480844 0.461880</w:t>
        <w:br/>
        <w:t>v -1.146490 2.674762 0.553358</w:t>
        <w:br/>
        <w:t>v -1.146490 2.674762 0.553358</w:t>
        <w:br/>
        <w:t>v -1.105427 2.672024 0.577160</w:t>
        <w:br/>
        <w:t>v -1.132783 2.482125 0.495045</w:t>
        <w:br/>
        <w:t>v -1.095792 2.480876 0.523338</w:t>
        <w:br/>
        <w:t>v -1.173742 2.911305 0.590985</w:t>
        <w:br/>
        <w:t>v -1.125679 2.916409 0.622639</w:t>
        <w:br/>
        <w:t>v -1.105427 2.672024 0.577160</w:t>
        <w:br/>
        <w:t>v -1.072525 2.689174 0.535785</w:t>
        <w:br/>
        <w:t>v -1.095792 2.480876 0.523338</w:t>
        <w:br/>
        <w:t>v -1.125679 2.916409 0.622639</w:t>
        <w:br/>
        <w:t>v -1.066295 2.479176 0.488675</w:t>
        <w:br/>
        <w:t>v -1.093572 2.480844 0.461880</w:t>
        <w:br/>
        <w:t>v -1.066295 2.479176 0.488675</w:t>
        <w:br/>
        <w:t>v -1.072525 2.689174 0.535785</w:t>
        <w:br/>
        <w:t>v -1.120036 2.691991 0.505983</w:t>
        <w:br/>
        <w:t>v -1.096855 2.925391 0.573414</w:t>
        <w:br/>
        <w:t>v -1.096855 2.925391 0.573414</w:t>
        <w:br/>
        <w:t>v -1.144917 2.920289 0.541735</w:t>
        <w:br/>
        <w:t>v -1.185636 3.159786 0.546563</w:t>
        <w:br/>
        <w:t>v -1.139299 3.176913 0.577214</w:t>
        <w:br/>
        <w:t>v -1.139299 3.176913 0.577214</w:t>
        <w:br/>
        <w:t>v -1.225957 3.378402 0.501109</w:t>
        <w:br/>
        <w:t>v -1.178337 3.388604 0.532814</w:t>
        <w:br/>
        <w:t>v -1.178337 3.388604 0.532814</w:t>
        <w:br/>
        <w:t>v -1.210150 3.388792 0.581384</w:t>
        <w:br/>
        <w:t>v -1.171858 3.183546 0.624732</w:t>
        <w:br/>
        <w:t>v -1.210150 3.388792 0.581384</w:t>
        <w:br/>
        <w:t>v -1.171858 3.183546 0.624732</w:t>
        <w:br/>
        <w:t>v -1.257743 3.378590 0.549679</w:t>
        <w:br/>
        <w:t>v -1.218131 3.166418 0.594119</w:t>
        <w:br/>
        <w:t>v -1.218131 3.166418 0.594119</w:t>
        <w:br/>
        <w:t>v -1.257743 3.378590 0.549679</w:t>
        <w:br/>
        <w:t>v -1.225957 3.378402 0.501109</w:t>
        <w:br/>
        <w:t>v -0.780888 2.628409 0.099357</w:t>
        <w:br/>
        <w:t>v -0.774974 2.610178 0.056235</w:t>
        <w:br/>
        <w:t>v -0.753913 2.662702 0.076025</w:t>
        <w:br/>
        <w:t>v -0.802991 2.674134 0.201036</w:t>
        <w:br/>
        <w:t>v -0.831921 2.633052 0.195907</w:t>
        <w:br/>
        <w:t>v -0.971401 2.649352 0.354950</w:t>
        <w:br/>
        <w:t>v -0.983841 2.608574 0.324142</w:t>
        <w:br/>
        <w:t>v -0.971401 2.649352 0.354950</w:t>
        <w:br/>
        <w:t>v -0.802991 2.674134 0.201036</w:t>
        <w:br/>
        <w:t>v -0.949290 2.621808 0.387076</w:t>
        <w:br/>
        <w:t>v -1.160219 2.618271 0.446452</w:t>
        <w:br/>
        <w:t>v -1.160219 2.618271 0.446452</w:t>
        <w:br/>
        <w:t>v -1.157276 2.583306 0.410780</w:t>
        <w:br/>
        <w:t>v -1.281835 2.568887 0.408717</w:t>
        <w:br/>
        <w:t>v -0.771780 2.646735 0.214073</w:t>
        <w:br/>
        <w:t>v -0.753913 2.662702 0.076025</w:t>
        <w:br/>
        <w:t>v -1.147721 2.586253 0.483257</w:t>
        <w:br/>
        <w:t>v -0.960046 2.580775 0.354381</w:t>
        <w:br/>
        <w:t>v -0.949290 2.621808 0.387076</w:t>
        <w:br/>
        <w:t>v -0.771780 2.646735 0.214073</w:t>
        <w:br/>
        <w:t>v -1.147721 2.586253 0.483257</w:t>
        <w:br/>
        <w:t>v -0.723363 2.629811 0.068901</w:t>
        <w:br/>
        <w:t>v -1.287245 2.566213 0.478067</w:t>
        <w:br/>
        <w:t>v -0.762621 2.641651 0.023349</w:t>
        <w:br/>
        <w:t>v -0.762621 2.641651 0.023349</w:t>
        <w:br/>
        <w:t>v -0.790309 2.600597 0.032394</w:t>
        <w:br/>
        <w:t>v -0.781670 2.626409 0.002235</w:t>
        <w:br/>
        <w:t>v -0.781670 2.626409 0.002235</w:t>
        <w:br/>
        <w:t>v -0.734478 2.607394 0.007806</w:t>
        <w:br/>
        <w:t>v -0.780670 2.595251 -0.022868</w:t>
        <w:br/>
        <w:t>v -0.780670 2.595251 -0.022868</w:t>
        <w:br/>
        <w:t>v -0.789502 2.569382 0.007302</w:t>
        <w:br/>
        <w:t>v -0.734478 2.607394 0.007806</w:t>
        <w:br/>
        <w:t>v -0.747773 2.575667 0.039629</w:t>
        <w:br/>
        <w:t>v -0.723363 2.629811 0.068901</w:t>
        <w:br/>
        <w:t>v -0.789502 2.569382 0.007302</w:t>
        <w:br/>
        <w:t>v -0.790309 2.600597 0.032394</w:t>
        <w:br/>
        <w:t>v -0.747773 2.575667 0.039629</w:t>
        <w:br/>
        <w:t>v -0.774974 2.610178 0.056235</w:t>
        <w:br/>
        <w:t>v -0.751994 2.594739 0.090549</w:t>
        <w:br/>
        <w:t>v -0.751994 2.594739 0.090549</w:t>
        <w:br/>
        <w:t>v -0.780888 2.628409 0.099357</w:t>
        <w:br/>
        <w:t>v -0.800031 2.605095 0.206810</w:t>
        <w:br/>
        <w:t>v -0.800031 2.605095 0.206810</w:t>
        <w:br/>
        <w:t>v -0.831921 2.633052 0.195907</w:t>
        <w:br/>
        <w:t>v -0.960046 2.580775 0.354381</w:t>
        <w:br/>
        <w:t>v -0.983841 2.608574 0.324142</w:t>
        <w:br/>
        <w:t>v -1.144207 2.551340 0.446013</w:t>
        <w:br/>
        <w:t>v -1.144207 2.551340 0.446013</w:t>
        <w:br/>
        <w:t>v -1.157276 2.583306 0.410780</w:t>
        <w:br/>
        <w:t>v -1.275530 2.534837 0.442893</w:t>
        <w:br/>
        <w:t>v -1.275530 2.534837 0.442893</w:t>
        <w:br/>
        <w:t>v -1.281835 2.568887 0.408717</w:t>
        <w:br/>
        <w:t>v -1.287245 2.566213 0.478067</w:t>
        <w:br/>
        <w:t>v -1.452723 2.533781 0.311204</w:t>
        <w:br/>
        <w:t>v -1.455890 2.497313 0.340450</w:t>
        <w:br/>
        <w:t>v -1.455890 2.497313 0.340450</w:t>
        <w:br/>
        <w:t>v -1.479581 2.526491 0.369357</w:t>
        <w:br/>
        <w:t>v -1.588858 2.435822 0.140554</w:t>
        <w:br/>
        <w:t>v -1.588858 2.435822 0.140554</w:t>
        <w:br/>
        <w:t>v -1.574685 2.476286 0.114727</w:t>
        <w:br/>
        <w:t>v -1.476942 2.563247 0.339461</w:t>
        <w:br/>
        <w:t>v -1.479581 2.526491 0.369357</w:t>
        <w:br/>
        <w:t>v -1.625493 2.398334 0.014689</w:t>
        <w:br/>
        <w:t>v -1.609870 2.429330 -0.016800</w:t>
        <w:br/>
        <w:t>v -1.622012 2.460483 0.150620</w:t>
        <w:br/>
        <w:t>v -1.625493 2.398334 0.014689</w:t>
        <w:br/>
        <w:t>v -1.622012 2.460483 0.150620</w:t>
        <w:br/>
        <w:t>v -1.633856 2.380575 -0.032283</w:t>
        <w:br/>
        <w:t>v -1.617542 2.407240 -0.066297</w:t>
        <w:br/>
        <w:t>v -1.598523 2.197845 -0.087828</w:t>
        <w:br/>
        <w:t>v -1.663236 2.414620 0.007937</w:t>
        <w:br/>
        <w:t>v -1.633856 2.380575 -0.032283</w:t>
        <w:br/>
        <w:t>v -1.607258 2.499360 0.132098</w:t>
        <w:br/>
        <w:t>v -1.663236 2.414620 0.007937</w:t>
        <w:br/>
        <w:t>v -1.293912 2.600625 0.442569</w:t>
        <w:br/>
        <w:t>v -1.293912 2.600625 0.442569</w:t>
        <w:br/>
        <w:t>v -1.452723 2.533781 0.311204</w:t>
        <w:br/>
        <w:t>v -1.476942 2.563247 0.339461</w:t>
        <w:br/>
        <w:t>v -1.607258 2.499360 0.132098</w:t>
        <w:br/>
        <w:t>v -1.574685 2.476286 0.114727</w:t>
        <w:br/>
        <w:t>v -1.609870 2.429330 -0.016800</w:t>
        <w:br/>
        <w:t>v -1.646730 2.444631 -0.022249</w:t>
        <w:br/>
        <w:t>v -1.617542 2.407240 -0.066297</w:t>
        <w:br/>
        <w:t>v -1.646730 2.444631 -0.022249</w:t>
        <w:br/>
        <w:t>v -1.673805 2.392948 -0.046705</w:t>
        <w:br/>
        <w:t>v -1.673805 2.392948 -0.046705</w:t>
        <w:br/>
        <w:t>v -1.656505 2.418892 -0.082199</w:t>
        <w:br/>
        <w:t>v -1.656505 2.418892 -0.082199</w:t>
        <w:br/>
        <w:t>v -1.641300 2.193894 -0.101641</w:t>
        <w:br/>
        <w:t>v -1.641300 2.193894 -0.101641</w:t>
        <w:br/>
        <w:t>v -1.633856 2.380575 -0.032283</w:t>
        <w:br/>
        <w:t>v -1.655791 2.219054 -0.040065</w:t>
        <w:br/>
        <w:t>v -1.673805 2.392948 -0.046705</w:t>
        <w:br/>
        <w:t>v -1.655791 2.219054 -0.040065</w:t>
        <w:br/>
        <w:t>v -1.598523 2.197845 -0.087828</w:t>
        <w:br/>
        <w:t>v -1.641300 2.193894 -0.101641</w:t>
        <w:br/>
        <w:t>v -1.641260 2.156043 0.013830</w:t>
        <w:br/>
        <w:t>v -1.598523 2.197845 -0.087828</w:t>
        <w:br/>
        <w:t>v -1.641260 2.156043 0.013830</w:t>
        <w:br/>
        <w:t>v -1.602979 2.168245 0.014207</w:t>
        <w:br/>
        <w:t>v -1.612733 2.222815 -0.021682</w:t>
        <w:br/>
        <w:t>v -1.612733 2.222815 -0.021682</w:t>
        <w:br/>
        <w:t>v -1.602979 2.168245 0.014207</w:t>
        <w:br/>
        <w:t>v -1.656944 2.197732 0.045188</w:t>
        <w:br/>
        <w:t>v -1.655791 2.219054 -0.040065</w:t>
        <w:br/>
        <w:t>v -1.612733 2.222815 -0.021682</w:t>
        <w:br/>
        <w:t>v -1.656944 2.197732 0.045188</w:t>
        <w:br/>
        <w:t>v -1.579055 2.126960 0.172929</w:t>
        <w:br/>
        <w:t>v -1.579055 2.126960 0.172929</w:t>
        <w:br/>
        <w:t>v -1.543189 2.152599 0.162492</w:t>
        <w:br/>
        <w:t>v -1.618717 2.214734 0.046152</w:t>
        <w:br/>
        <w:t>v -1.618717 2.214734 0.046152</w:t>
        <w:br/>
        <w:t>v -1.543189 2.152599 0.162492</w:t>
        <w:br/>
        <w:t>v -1.597391 2.168313 0.192118</w:t>
        <w:br/>
        <w:t>v -1.597391 2.168313 0.192118</w:t>
        <w:br/>
        <w:t>v -1.565955 2.193893 0.181941</w:t>
        <w:br/>
        <w:t>v -1.565955 2.193893 0.181941</w:t>
        <w:br/>
        <w:t>v -1.481235 2.131665 0.265288</w:t>
        <w:br/>
        <w:t>v -1.506088 2.104220 0.284973</w:t>
        <w:br/>
        <w:t>v -1.506088 2.104220 0.284973</w:t>
        <w:br/>
        <w:t>v -1.481235 2.131665 0.265288</w:t>
        <w:br/>
        <w:t>v -1.400227 2.111735 0.356454</w:t>
        <w:br/>
        <w:t>v -1.495819 2.174234 0.288226</w:t>
        <w:br/>
        <w:t>v -1.400227 2.111735 0.356454</w:t>
        <w:br/>
        <w:t>v -1.520154 2.146627 0.308472</w:t>
        <w:br/>
        <w:t>v -1.495819 2.174234 0.288226</w:t>
        <w:br/>
        <w:t>v -1.520154 2.146627 0.308472</w:t>
        <w:br/>
        <w:t>v -1.409182 2.152143 0.381486</w:t>
        <w:br/>
        <w:t>v -1.409182 2.152143 0.381486</w:t>
        <w:br/>
        <w:t>v -1.418628 2.083584 0.384842</w:t>
        <w:br/>
        <w:t>v -1.418628 2.083584 0.384842</w:t>
        <w:br/>
        <w:t>v -1.426968 2.124303 0.411221</w:t>
        <w:br/>
        <w:t>v -1.426968 2.124303 0.411221</w:t>
        <w:br/>
        <w:t>v -1.253502 2.123883 0.438188</w:t>
        <w:br/>
        <w:t>v -1.254595 2.084258 0.408386</w:t>
        <w:br/>
        <w:t>v -1.264486 2.095486 0.475643</w:t>
        <w:br/>
        <w:t>v -1.264486 2.095486 0.475643</w:t>
        <w:br/>
        <w:t>v -1.253502 2.123883 0.438188</w:t>
        <w:br/>
        <w:t>v -1.266069 2.055433 0.444339</w:t>
        <w:br/>
        <w:t>v -1.266069 2.055433 0.444339</w:t>
        <w:br/>
        <w:t>v -1.254595 2.084258 0.408386</w:t>
        <w:br/>
        <w:t>v -1.078050 2.052579 0.462311</w:t>
        <w:br/>
        <w:t>v -1.078050 2.052579 0.462311</w:t>
        <w:br/>
        <w:t>v -1.089749 2.015432 0.430558</w:t>
        <w:br/>
        <w:t>v -1.089749 2.015432 0.430558</w:t>
        <w:br/>
        <w:t>v -1.086592 2.045438 0.390353</w:t>
        <w:br/>
        <w:t>v -0.970943 1.973902 0.377663</w:t>
        <w:br/>
        <w:t>v -0.970943 1.973902 0.377663</w:t>
        <w:br/>
        <w:t>v -0.973314 2.003749 0.339117</w:t>
        <w:br/>
        <w:t>v -0.886412 1.921120 0.303744</w:t>
        <w:br/>
        <w:t>v -0.955709 2.009473 0.405424</w:t>
        <w:br/>
        <w:t>v -0.886412 1.921120 0.303744</w:t>
        <w:br/>
        <w:t>v -1.074194 2.082257 0.421010</w:t>
        <w:br/>
        <w:t>v -0.955709 2.009473 0.405424</w:t>
        <w:br/>
        <w:t>v -1.074194 2.082257 0.421010</w:t>
        <w:br/>
        <w:t>v -1.086592 2.045438 0.390353</w:t>
        <w:br/>
        <w:t>v -0.973314 2.003749 0.339117</w:t>
        <w:br/>
        <w:t>v -0.955892 2.038814 0.365650</w:t>
        <w:br/>
        <w:t>v -0.955892 2.038814 0.365650</w:t>
        <w:br/>
        <w:t>v -0.901933 1.953716 0.273573</w:t>
        <w:br/>
        <w:t>v -0.833187 1.888555 0.197455</w:t>
        <w:br/>
        <w:t>v -0.872610 1.983776 0.290125</w:t>
        <w:br/>
        <w:t>v -0.858074 1.951469 0.319720</w:t>
        <w:br/>
        <w:t>v -0.872610 1.983776 0.290125</w:t>
        <w:br/>
        <w:t>v -0.858074 1.951469 0.319720</w:t>
        <w:br/>
        <w:t>v -0.901933 1.953716 0.273573</w:t>
        <w:br/>
        <w:t>v -0.833187 1.888555 0.197455</w:t>
        <w:br/>
        <w:t>v -0.809111 1.852898 0.213878</w:t>
        <w:br/>
        <w:t>v -0.809111 1.852898 0.213878</w:t>
        <w:br/>
        <w:t>v -0.824426 1.856074 0.153370</w:t>
        <w:br/>
        <w:t>v -0.799054 1.916528 0.197978</w:t>
        <w:br/>
        <w:t>v -0.799054 1.916528 0.197978</w:t>
        <w:br/>
        <w:t>v -0.774556 1.880529 0.212265</w:t>
        <w:br/>
        <w:t>v -0.774556 1.880529 0.212265</w:t>
        <w:br/>
        <w:t>v -0.794284 1.882705 0.135493</w:t>
        <w:br/>
        <w:t>v -0.794284 1.882705 0.135493</w:t>
        <w:br/>
        <w:t>v -0.824426 1.856074 0.153370</w:t>
        <w:br/>
        <w:t>v -0.825546 1.841123 0.124180</w:t>
        <w:br/>
        <w:t>v -0.818055 1.851548 0.085514</w:t>
        <w:br/>
        <w:t>v -0.770654 1.840527 0.138897</w:t>
        <w:br/>
        <w:t>v -0.818055 1.851548 0.085514</w:t>
        <w:br/>
        <w:t>v -0.770654 1.840527 0.138897</w:t>
        <w:br/>
        <w:t>v -0.807888 1.815287 0.075822</w:t>
        <w:br/>
        <w:t>v -0.807888 1.815287 0.075822</w:t>
        <w:br/>
        <w:t>v -0.815379 1.804862 0.114488</w:t>
        <w:br/>
        <w:t>v -0.800866 1.814125 0.158252</w:t>
        <w:br/>
        <w:t>v -0.800866 1.814125 0.158252</w:t>
        <w:br/>
        <w:t>v -0.815379 1.804862 0.114488</w:t>
        <w:br/>
        <w:t>v -0.825546 1.841123 0.124180</w:t>
        <w:br/>
        <w:t>v 0.999029 3.143565 0.369949</w:t>
        <w:br/>
        <w:t>v 0.893901 3.116797 0.292192</w:t>
        <w:br/>
        <w:t>v 1.000450 3.098524 0.397728</w:t>
        <w:br/>
        <w:t>v 1.133597 3.131259 0.433725</w:t>
        <w:br/>
        <w:t>v 1.126274 3.174268 0.402050</w:t>
        <w:br/>
        <w:t>v 1.248299 3.205300 0.400851</w:t>
        <w:br/>
        <w:t>v 1.265121 3.164787 0.432216</w:t>
        <w:br/>
        <w:t>v 1.356144 3.222274 0.377277</w:t>
        <w:br/>
        <w:t>v 1.379210 3.183635 0.404930</w:t>
        <w:br/>
        <w:t>v 1.506141 3.249353 0.347568</w:t>
        <w:br/>
        <w:t>v 1.265121 3.164787 0.432216</w:t>
        <w:br/>
        <w:t>v 1.133597 3.131259 0.433725</w:t>
        <w:br/>
        <w:t>v 1.265724 3.198002 0.475190</w:t>
        <w:br/>
        <w:t>v 1.536109 3.211658 0.369175</w:t>
        <w:br/>
        <w:t>v 1.636876 3.288896 0.250969</w:t>
        <w:br/>
        <w:t>v 1.379210 3.183635 0.404930</w:t>
        <w:br/>
        <w:t>v 1.387369 3.219144 0.445483</w:t>
        <w:br/>
        <w:t>v 1.536109 3.211658 0.369175</w:t>
        <w:br/>
        <w:t>v 1.669386 3.252655 0.263535</w:t>
        <w:br/>
        <w:t>v 1.693306 3.312627 0.172269</w:t>
        <w:br/>
        <w:t>v 1.551143 3.248132 0.407272</w:t>
        <w:br/>
        <w:t>v 1.731052 3.284326 0.159641</w:t>
        <w:br/>
        <w:t>v 1.697109 3.326203 0.119347</w:t>
        <w:br/>
        <w:t>v 1.689118 3.289862 0.297325</w:t>
        <w:br/>
        <w:t>v 1.669386 3.252655 0.263535</w:t>
        <w:br/>
        <w:t>v 1.731074 3.305106 0.099380</w:t>
        <w:br/>
        <w:t>v 1.702742 3.341178 0.101561</w:t>
        <w:br/>
        <w:t>v 1.709978 3.322502 0.066602</w:t>
        <w:br/>
        <w:t>v 1.731052 3.284326 0.159641</w:t>
        <w:br/>
        <w:t>v 1.757748 3.326949 0.173744</w:t>
        <w:br/>
        <w:t>v 1.731074 3.305106 0.099380</w:t>
        <w:br/>
        <w:t>v 1.756265 3.343283 0.104099</w:t>
        <w:br/>
        <w:t>v 1.709978 3.322502 0.066602</w:t>
        <w:br/>
        <w:t>v 1.720040 3.357863 0.049724</w:t>
        <w:br/>
        <w:t>v 1.720040 3.357863 0.049724</w:t>
        <w:br/>
        <w:t>v 1.756265 3.343283 0.104099</w:t>
        <w:br/>
        <w:t>v 1.712739 3.376542 0.084683</w:t>
        <w:br/>
        <w:t>v 1.721667 3.364448 0.123247</w:t>
        <w:br/>
        <w:t>v 1.757748 3.326949 0.173744</w:t>
        <w:br/>
        <w:t>v 1.712739 3.376542 0.084683</w:t>
        <w:br/>
        <w:t>v 1.721667 3.364448 0.123247</w:t>
        <w:br/>
        <w:t>v 1.702742 3.341178 0.101561</w:t>
        <w:br/>
        <w:t>v 1.697109 3.326203 0.119347</w:t>
        <w:br/>
        <w:t>v 1.720373 3.355368 0.184154</w:t>
        <w:br/>
        <w:t>v 1.720373 3.355368 0.184154</w:t>
        <w:br/>
        <w:t>v 1.689118 3.289862 0.297325</w:t>
        <w:br/>
        <w:t>v 1.693306 3.312627 0.172269</w:t>
        <w:br/>
        <w:t>v 1.636876 3.288896 0.250969</w:t>
        <w:br/>
        <w:t>v 1.659557 3.326292 0.279714</w:t>
        <w:br/>
        <w:t>v 1.659557 3.326292 0.279714</w:t>
        <w:br/>
        <w:t>v 1.551143 3.248132 0.407272</w:t>
        <w:br/>
        <w:t>v 1.506141 3.249353 0.347568</w:t>
        <w:br/>
        <w:t>v 1.524058 3.285630 0.382866</w:t>
        <w:br/>
        <w:t>v 1.524058 3.285630 0.382866</w:t>
        <w:br/>
        <w:t>v 1.387369 3.219144 0.445483</w:t>
        <w:br/>
        <w:t>v 1.365971 3.257807 0.416547</w:t>
        <w:br/>
        <w:t>v 1.365971 3.257807 0.416547</w:t>
        <w:br/>
        <w:t>v 1.356144 3.222274 0.377277</w:t>
        <w:br/>
        <w:t>v 1.265724 3.198002 0.475190</w:t>
        <w:br/>
        <w:t>v 1.248299 3.205300 0.400851</w:t>
        <w:br/>
        <w:t>v 1.248891 3.238566 0.443595</w:t>
        <w:br/>
        <w:t>v 1.248891 3.238566 0.443595</w:t>
        <w:br/>
        <w:t>v 1.126274 3.174268 0.402050</w:t>
        <w:br/>
        <w:t>v 1.120787 3.161176 0.476920</w:t>
        <w:br/>
        <w:t>v 1.120787 3.161176 0.476920</w:t>
        <w:br/>
        <w:t>v 1.113504 3.204227 0.445143</w:t>
        <w:br/>
        <w:t>v 1.113504 3.204227 0.445143</w:t>
        <w:br/>
        <w:t>v 0.999029 3.143565 0.369949</w:t>
        <w:br/>
        <w:t>v 1.000450 3.098524 0.397728</w:t>
        <w:br/>
        <w:t>v 0.975895 3.170650 0.408178</w:t>
        <w:br/>
        <w:t>v 0.975895 3.170650 0.408178</w:t>
        <w:br/>
        <w:t>v 0.893901 3.116797 0.292192</w:t>
        <w:br/>
        <w:t>v 0.977535 3.125556 0.436280</w:t>
        <w:br/>
        <w:t>v 0.977535 3.125556 0.436280</w:t>
        <w:br/>
        <w:t>v 0.857755 3.141845 0.323953</w:t>
        <w:br/>
        <w:t>v 0.857755 3.141845 0.323953</w:t>
        <w:br/>
        <w:t>v 0.813006 3.104260 0.228806</w:t>
        <w:br/>
        <w:t>v 0.884860 3.069820 0.314882</w:t>
        <w:br/>
        <w:t>v 0.884860 3.069820 0.314882</w:t>
        <w:br/>
        <w:t>v 0.813006 3.104260 0.228806</w:t>
        <w:br/>
        <w:t>v 0.848844 3.094865 0.346370</w:t>
        <w:br/>
        <w:t>v 0.848844 3.094865 0.346370</w:t>
        <w:br/>
        <w:t>v 0.800631 3.055901 0.249189</w:t>
        <w:br/>
        <w:t>v 0.800631 3.055901 0.249189</w:t>
        <w:br/>
        <w:t>v 0.736690 3.040088 0.182310</w:t>
        <w:br/>
        <w:t>v 0.748718 3.088648 0.164239</w:t>
        <w:br/>
        <w:t>v 0.763738 3.078388 0.278082</w:t>
        <w:br/>
        <w:t>v 0.736690 3.040088 0.182310</w:t>
        <w:br/>
        <w:t>v 0.763738 3.078388 0.278082</w:t>
        <w:br/>
        <w:t>v 0.736097 3.036186 0.139277</w:t>
        <w:br/>
        <w:t>v 0.744935 3.077029 0.126169</w:t>
        <w:br/>
        <w:t>v 0.746333 3.066652 0.109325</w:t>
        <w:br/>
        <w:t>v 0.749734 3.027203 0.115058</w:t>
        <w:br/>
        <w:t>v 0.690709 3.058646 0.195824</w:t>
        <w:br/>
        <w:t>v 0.736097 3.036186 0.139277</w:t>
        <w:br/>
        <w:t>v 0.777739 3.126325 0.257017</w:t>
        <w:br/>
        <w:t>v 0.690709 3.058646 0.195824</w:t>
        <w:br/>
        <w:t>v 0.777739 3.126325 0.257017</w:t>
        <w:br/>
        <w:t>v 0.748718 3.088648 0.164239</w:t>
        <w:br/>
        <w:t>v 0.704649 3.107188 0.177120</w:t>
        <w:br/>
        <w:t>v 0.704649 3.107188 0.177120</w:t>
        <w:br/>
        <w:t>v 0.744935 3.077029 0.126169</w:t>
        <w:br/>
        <w:t>v 0.698640 3.041994 0.122947</w:t>
        <w:br/>
        <w:t>v 0.698640 3.041994 0.122947</w:t>
        <w:br/>
        <w:t>v 0.749734 3.027203 0.115058</w:t>
        <w:br/>
        <w:t>v 0.743526 3.021189 0.076428</w:t>
        <w:br/>
        <w:t>v 0.743526 3.021189 0.076428</w:t>
        <w:br/>
        <w:t>v 0.739970 3.060643 0.070708</w:t>
        <w:br/>
        <w:t>v 0.708920 3.082814 0.109634</w:t>
        <w:br/>
        <w:t>v 0.708920 3.082814 0.109634</w:t>
        <w:br/>
        <w:t>v 0.746333 3.066652 0.109325</w:t>
        <w:br/>
        <w:t>v 0.739970 3.060643 0.070708</w:t>
        <w:br/>
        <w:t>v -6.950588 16.639795 0.159248</w:t>
        <w:br/>
        <w:t>v -6.967824 16.667988 0.152185</w:t>
        <w:br/>
        <w:t>v -6.972352 16.634869 0.179968</w:t>
        <w:br/>
        <w:t>v -6.934312 16.629780 0.058153</w:t>
        <w:br/>
        <w:t>v -6.951200 16.657669 0.049380</w:t>
        <w:br/>
        <w:t>v -6.859448 16.589008 -0.116959</w:t>
        <w:br/>
        <w:t>v -6.872927 16.612919 -0.135716</w:t>
        <w:br/>
        <w:t>v -6.754630 16.501528 -0.241585</w:t>
        <w:br/>
        <w:t>v -6.951200 16.657669 0.049380</w:t>
        <w:br/>
        <w:t>v -6.922733 16.675627 0.051898</w:t>
        <w:br/>
        <w:t>v -6.967824 16.667988 0.152185</w:t>
        <w:br/>
        <w:t>v -6.872927 16.612919 -0.135716</w:t>
        <w:br/>
        <w:t>v -6.761252 16.517628 -0.270519</w:t>
        <w:br/>
        <w:t>v -6.628894 16.407080 -0.321790</w:t>
        <w:br/>
        <w:t>v -6.844850 16.631443 -0.132660</w:t>
        <w:br/>
        <w:t>v -6.761252 16.517628 -0.270519</w:t>
        <w:br/>
        <w:t>v -6.630467 16.421181 -0.351612</w:t>
        <w:br/>
        <w:t>v -6.734407 16.537552 -0.265599</w:t>
        <w:br/>
        <w:t>v -6.630467 16.421181 -0.351612</w:t>
        <w:br/>
        <w:t>v -6.471054 16.300890 -0.356172</w:t>
        <w:br/>
        <w:t>v -6.482313 16.296881 -0.324564</w:t>
        <w:br/>
        <w:t>v -6.482313 16.296881 -0.324564</w:t>
        <w:br/>
        <w:t>v -6.431809 16.333595 -0.308671</w:t>
        <w:br/>
        <w:t>v -6.471054 16.300890 -0.356172</w:t>
        <w:br/>
        <w:t>v -6.418581 16.337254 -0.339549</w:t>
        <w:br/>
        <w:t>v -6.464007 16.334320 -0.348441</w:t>
        <w:br/>
        <w:t>v -6.471054 16.300890 -0.356172</w:t>
        <w:br/>
        <w:t>v -6.418581 16.337254 -0.339549</w:t>
        <w:br/>
        <w:t>v -6.424498 16.370499 -0.338150</w:t>
        <w:br/>
        <w:t>v -6.424498 16.370499 -0.338150</w:t>
        <w:br/>
        <w:t>v -6.437727 16.366842 -0.307271</w:t>
        <w:br/>
        <w:t>v -6.464007 16.334320 -0.348441</w:t>
        <w:br/>
        <w:t>v -6.611014 16.445889 -0.342810</w:t>
        <w:br/>
        <w:t>v -6.475268 16.330315 -0.316834</w:t>
        <w:br/>
        <w:t>v -6.437727 16.366842 -0.307271</w:t>
        <w:br/>
        <w:t>v -6.431809 16.333595 -0.308671</w:t>
        <w:br/>
        <w:t>v -6.475268 16.330315 -0.316834</w:t>
        <w:br/>
        <w:t>v -6.482313 16.296881 -0.324564</w:t>
        <w:br/>
        <w:t>v -6.628894 16.407080 -0.321790</w:t>
        <w:br/>
        <w:t>v -6.611014 16.445889 -0.342810</w:t>
        <w:br/>
        <w:t>v -6.464007 16.334320 -0.348441</w:t>
        <w:br/>
        <w:t>v -6.609534 16.431795 -0.313118</w:t>
        <w:br/>
        <w:t>v -6.475268 16.330315 -0.316834</w:t>
        <w:br/>
        <w:t>v -6.734407 16.537552 -0.265599</w:t>
        <w:br/>
        <w:t>v -6.609534 16.431795 -0.313118</w:t>
        <w:br/>
        <w:t>v -6.727787 16.521448 -0.236666</w:t>
        <w:br/>
        <w:t>v -6.727787 16.521448 -0.236666</w:t>
        <w:br/>
        <w:t>v -6.844850 16.631443 -0.132660</w:t>
        <w:br/>
        <w:t>v -6.754630 16.501528 -0.241585</w:t>
        <w:br/>
        <w:t>v -6.831376 16.607525 -0.113905</w:t>
        <w:br/>
        <w:t>v -6.831376 16.607525 -0.113905</w:t>
        <w:br/>
        <w:t>v -6.922733 16.675627 0.051898</w:t>
        <w:br/>
        <w:t>v -6.859448 16.589008 -0.116959</w:t>
        <w:br/>
        <w:t>v -6.905848 16.647726 0.060669</w:t>
        <w:br/>
        <w:t>v -6.905848 16.647726 0.060669</w:t>
        <w:br/>
        <w:t>v -6.934312 16.629780 0.058153</w:t>
        <w:br/>
        <w:t>v -6.950588 16.639795 0.159248</w:t>
        <w:br/>
        <w:t>v -6.942585 16.686527 0.164550</w:t>
        <w:br/>
        <w:t>v -6.942585 16.686527 0.164550</w:t>
        <w:br/>
        <w:t>v -6.925349 16.658329 0.171608</w:t>
        <w:br/>
        <w:t>v -6.925349 16.658329 0.171608</w:t>
        <w:br/>
        <w:t>v -6.965023 16.649208 0.206458</w:t>
        <w:br/>
        <w:t>v -6.965023 16.649208 0.206458</w:t>
        <w:br/>
        <w:t>v -6.972352 16.634869 0.179968</w:t>
        <w:br/>
        <w:t>v -6.983542 16.664562 0.169387</w:t>
        <w:br/>
        <w:t>v -6.983542 16.664562 0.169387</w:t>
        <w:br/>
        <w:t>v -6.976259 16.678888 0.195929</w:t>
        <w:br/>
        <w:t>v -6.976259 16.678888 0.195929</w:t>
        <w:br/>
        <w:t>v -7.007110 16.638485 0.201334</w:t>
        <w:br/>
        <w:t>v -7.007110 16.638485 0.201334</w:t>
        <w:br/>
        <w:t>v -6.994447 16.629189 0.175009</w:t>
        <w:br/>
        <w:t>v -7.011519 16.669901 0.191067</w:t>
        <w:br/>
        <w:t>v -7.011519 16.669901 0.191067</w:t>
        <w:br/>
        <w:t>v -7.037008 16.630026 0.171947</w:t>
        <w:br/>
        <w:t>v -7.037008 16.630026 0.171947</w:t>
        <w:br/>
        <w:t>v -7.007470 16.625851 0.156346</w:t>
        <w:br/>
        <w:t>v -6.998827 16.660603 0.164734</w:t>
        <w:br/>
        <w:t>v -6.983542 16.664562 0.169387</w:t>
        <w:br/>
        <w:t>v -6.998827 16.660603 0.164734</w:t>
        <w:br/>
        <w:t>v -6.994447 16.629189 0.175009</w:t>
        <w:br/>
        <w:t>v -7.007470 16.625851 0.156346</w:t>
        <w:br/>
        <w:t>v -7.035846 16.663143 0.165354</w:t>
        <w:br/>
        <w:t>v -7.035846 16.663143 0.165354</w:t>
        <w:br/>
        <w:t>v -7.006306 16.658976 0.149755</w:t>
        <w:br/>
        <w:t>v -7.006306 16.658976 0.149755</w:t>
        <w:br/>
        <w:t>v -7.007909 16.609905 0.093018</w:t>
        <w:br/>
        <w:t>v -7.041102 16.611790 0.098209</w:t>
        <w:br/>
        <w:t>v -7.041102 16.611790 0.098209</w:t>
        <w:br/>
        <w:t>v -7.007909 16.609905 0.093018</w:t>
        <w:br/>
        <w:t>v -7.040591 16.644106 0.088544</w:t>
        <w:br/>
        <w:t>v -7.040591 16.644106 0.088544</w:t>
        <w:br/>
        <w:t>v -7.007395 16.642221 0.083357</w:t>
        <w:br/>
        <w:t>v -7.007395 16.642221 0.083357</w:t>
        <w:br/>
        <w:t>v -6.992706 16.578102 -0.050436</w:t>
        <w:br/>
        <w:t>v -7.026202 16.576418 -0.053898</w:t>
        <w:br/>
        <w:t>v -7.026202 16.576418 -0.053898</w:t>
        <w:br/>
        <w:t>v -6.992706 16.578102 -0.050436</w:t>
        <w:br/>
        <w:t>v -7.026621 16.547161 -0.037157</w:t>
        <w:br/>
        <w:t>v -7.026621 16.547161 -0.037157</w:t>
        <w:br/>
        <w:t>v -6.993131 16.548845 -0.033699</w:t>
        <w:br/>
        <w:t>v -6.982461 16.457613 -0.202125</w:t>
        <w:br/>
        <w:t>v -6.982461 16.457613 -0.202125</w:t>
        <w:br/>
        <w:t>v -6.985058 16.434860 -0.177387</w:t>
        <w:br/>
        <w:t>v -6.985058 16.434860 -0.177387</w:t>
        <w:br/>
        <w:t>v -6.952572 16.439768 -0.169544</w:t>
        <w:br/>
        <w:t>v -6.993131 16.548845 -0.033699</w:t>
        <w:br/>
        <w:t>v -6.929790 16.314905 -0.234679</w:t>
        <w:br/>
        <w:t>v -6.897474 16.320084 -0.226498</w:t>
        <w:br/>
        <w:t>v -6.949973 16.462521 -0.194277</w:t>
        <w:br/>
        <w:t>v -6.949973 16.462521 -0.194277</w:t>
        <w:br/>
        <w:t>v -6.952572 16.439768 -0.169544</w:t>
        <w:br/>
        <w:t>v -6.925188 16.332388 -0.263104</w:t>
        <w:br/>
        <w:t>v -6.925188 16.332388 -0.263104</w:t>
        <w:br/>
        <w:t>v -6.929790 16.314905 -0.234679</w:t>
        <w:br/>
        <w:t>v -6.892785 16.337708 -0.254558</w:t>
        <w:br/>
        <w:t>v -6.892785 16.337708 -0.254558</w:t>
        <w:br/>
        <w:t>v -6.897474 16.320084 -0.226498</w:t>
        <w:br/>
        <w:t>v -6.861084 16.209724 -0.291452</w:t>
        <w:br/>
        <w:t>v -6.861084 16.209724 -0.291452</w:t>
        <w:br/>
        <w:t>v -6.833762 16.224598 -0.280268</w:t>
        <w:br/>
        <w:t>v -6.833762 16.224598 -0.280268</w:t>
        <w:br/>
        <w:t>v -6.841999 16.213684 -0.250395</w:t>
        <w:br/>
        <w:t>v -6.799386 16.176498 -0.279558</w:t>
        <w:br/>
        <w:t>v -6.799386 16.176498 -0.279558</w:t>
        <w:br/>
        <w:t>v -6.810809 16.169611 -0.249222</w:t>
        <w:br/>
        <w:t>v -6.784686 16.171783 -0.245293</w:t>
        <w:br/>
        <w:t>v -6.724032 16.193892 -0.246321</w:t>
        <w:br/>
        <w:t>v -6.739005 16.189898 -0.216293</w:t>
        <w:br/>
        <w:t>v -6.772413 16.177980 -0.275556</w:t>
        <w:br/>
        <w:t>v -6.724032 16.193892 -0.246321</w:t>
        <w:br/>
        <w:t>v -6.772413 16.177980 -0.275556</w:t>
        <w:br/>
        <w:t>v -6.732593 16.162315 -0.254791</w:t>
        <w:br/>
        <w:t>v -6.788712 16.150309 -0.271710</w:t>
        <w:br/>
        <w:t>v -6.732593 16.162315 -0.254791</w:t>
        <w:br/>
        <w:t>v -6.788712 16.150309 -0.271710</w:t>
        <w:br/>
        <w:t>v -6.747569 16.158329 -0.224757</w:t>
        <w:br/>
        <w:t>v -6.818122 16.150061 -0.280671</w:t>
        <w:br/>
        <w:t>v -6.801076 16.144747 -0.240804</w:t>
        <w:br/>
        <w:t>v -6.818122 16.150061 -0.280671</w:t>
        <w:br/>
        <w:t>v -6.739005 16.189898 -0.216293</w:t>
        <w:br/>
        <w:t>v -6.747569 16.158329 -0.224757</w:t>
        <w:br/>
        <w:t>v -6.784686 16.171783 -0.245293</w:t>
        <w:br/>
        <w:t>v -6.801076 16.144747 -0.240804</w:t>
        <w:br/>
        <w:t>v -6.810809 16.169611 -0.249222</w:t>
        <w:br/>
        <w:t>v -6.829660 16.144001 -0.249490</w:t>
        <w:br/>
        <w:t>v -6.829660 16.144001 -0.249490</w:t>
        <w:br/>
        <w:t>v -6.869365 16.199358 -0.260956</w:t>
        <w:br/>
        <w:t>v -6.869365 16.199358 -0.260956</w:t>
        <w:br/>
        <w:t>v -6.841999 16.213684 -0.250395</w:t>
        <w:br/>
        <w:t>v -0.989017 2.429723 0.141973</w:t>
        <w:br/>
        <w:t>v -1.005607 2.472814 0.171514</w:t>
        <w:br/>
        <w:t>v -1.086130 2.368950 0.287702</w:t>
        <w:br/>
        <w:t>v -0.948747 2.487756 0.067322</w:t>
        <w:br/>
        <w:t>v -0.971063 2.527601 0.100335</w:t>
        <w:br/>
        <w:t>v -0.971063 2.527601 0.100335</w:t>
        <w:br/>
        <w:t>v -0.937980 2.517678 0.144539</w:t>
        <w:br/>
        <w:t>v -1.005607 2.472814 0.171514</w:t>
        <w:br/>
        <w:t>v -0.972723 2.465040 0.213342</w:t>
        <w:br/>
        <w:t>v -0.937980 2.517678 0.144539</w:t>
        <w:br/>
        <w:t>v -0.916036 2.477671 0.111454</w:t>
        <w:br/>
        <w:t>v -0.972723 2.465040 0.213342</w:t>
        <w:br/>
        <w:t>v -0.916036 2.477671 0.111454</w:t>
        <w:br/>
        <w:t>v -0.948747 2.487756 0.067322</w:t>
        <w:br/>
        <w:t>v -0.989017 2.429723 0.141973</w:t>
        <w:br/>
        <w:t>v -0.956623 2.421757 0.184013</w:t>
        <w:br/>
        <w:t>v -0.956623 2.421757 0.184013</w:t>
        <w:br/>
        <w:t>v -1.086130 2.368950 0.287702</w:t>
        <w:br/>
        <w:t>v -1.056485 2.358764 0.331761</w:t>
        <w:br/>
        <w:t>v -1.056485 2.358764 0.331761</w:t>
        <w:br/>
        <w:t>v -1.202677 2.298515 0.363705</w:t>
        <w:br/>
        <w:t>v -1.094379 2.419312 0.308126</w:t>
        <w:br/>
        <w:t>v -1.094379 2.419312 0.308126</w:t>
        <w:br/>
        <w:t>v -1.063968 2.409636 0.352360</w:t>
        <w:br/>
        <w:t>v -1.063968 2.409636 0.352360</w:t>
        <w:br/>
        <w:t>v -1.217230 2.346253 0.389421</w:t>
        <w:br/>
        <w:t>v -1.217230 2.346253 0.389421</w:t>
        <w:br/>
        <w:t>v -1.202677 2.298515 0.363705</w:t>
        <w:br/>
        <w:t>v -1.199555 2.328097 0.438452</w:t>
        <w:br/>
        <w:t>v -1.199555 2.328097 0.438452</w:t>
        <w:br/>
        <w:t>v -1.185336 2.280250 0.412628</w:t>
        <w:br/>
        <w:t>v -1.185336 2.280250 0.412628</w:t>
        <w:br/>
        <w:t>v -1.292674 2.212236 0.382985</w:t>
        <w:br/>
        <w:t>v -1.316852 2.255657 0.408234</w:t>
        <w:br/>
        <w:t>v -1.292674 2.212236 0.382985</w:t>
        <w:br/>
        <w:t>v -1.316852 2.255657 0.408234</w:t>
        <w:br/>
        <w:t>v -1.291125 2.242834 0.335738</w:t>
        <w:br/>
        <w:t>v -1.315193 2.286066 0.360904</w:t>
        <w:br/>
        <w:t>v -1.315193 2.286066 0.360904</w:t>
        <w:br/>
        <w:t>v -1.291125 2.242834 0.335738</w:t>
        <w:br/>
        <w:t>v -1.369953 2.198998 0.258831</w:t>
        <w:br/>
        <w:t>v -1.376768 2.164205 0.301371</w:t>
        <w:br/>
        <w:t>v -1.376768 2.164205 0.301371</w:t>
        <w:br/>
        <w:t>v -1.369953 2.198998 0.258831</w:t>
        <w:br/>
        <w:t>v -1.408534 2.204158 0.322224</w:t>
        <w:br/>
        <w:t>v -1.408534 2.204158 0.322224</w:t>
        <w:br/>
        <w:t>v -1.401728 2.238823 0.279629</w:t>
        <w:br/>
        <w:t>v -1.401728 2.238823 0.279629</w:t>
        <w:br/>
        <w:t>v -1.423607 2.160520 0.171089</w:t>
        <w:br/>
        <w:t>v -1.439269 2.117609 0.199456</w:t>
        <w:br/>
        <w:t>v -1.439269 2.117609 0.199456</w:t>
        <w:br/>
        <w:t>v -1.423607 2.160520 0.171089</w:t>
        <w:br/>
        <w:t>v -1.478691 2.153256 0.212278</w:t>
        <w:br/>
        <w:t>v -1.478691 2.153256 0.212278</w:t>
        <w:br/>
        <w:t>v -1.475793 2.089689 0.065900</w:t>
        <w:br/>
        <w:t>v -1.454635 2.138075 0.050382</w:t>
        <w:br/>
        <w:t>v -1.475793 2.089689 0.065900</w:t>
        <w:br/>
        <w:t>v -1.519863 2.124543 0.073385</w:t>
        <w:br/>
        <w:t>v -1.462713 2.196006 0.183923</w:t>
        <w:br/>
        <w:t>v -1.519863 2.124543 0.073385</w:t>
        <w:br/>
        <w:t>v -1.462713 2.196006 0.183923</w:t>
        <w:br/>
        <w:t>v -1.498429 2.172805 0.057868</w:t>
        <w:br/>
        <w:t>v -1.454635 2.138075 0.050382</w:t>
        <w:br/>
        <w:t>v -1.498429 2.172805 0.057868</w:t>
        <w:br/>
        <w:t>v -1.561690 1.896571 0.200943</w:t>
        <w:br/>
        <w:t>v -1.597278 1.838729 0.120801</w:t>
        <w:br/>
        <w:t>v -1.579455 1.858140 0.222159</w:t>
        <w:br/>
        <w:t>v -1.459231 1.995127 0.329668</w:t>
        <w:br/>
        <w:t>v -1.462528 1.962255 0.366048</w:t>
        <w:br/>
        <w:t>v -1.347455 2.042574 0.371980</w:t>
        <w:br/>
        <w:t>v -1.345761 2.011402 0.411217</w:t>
        <w:br/>
        <w:t>v -1.181504 2.084311 0.381655</w:t>
        <w:br/>
        <w:t>v -1.579455 1.858140 0.222159</w:t>
        <w:br/>
        <w:t>v -1.610763 1.889559 0.229588</w:t>
        <w:br/>
        <w:t>v -1.462528 1.962255 0.366048</w:t>
        <w:br/>
        <w:t>v -1.171509 2.055983 0.419189</w:t>
        <w:br/>
        <w:t>v -1.011952 2.089541 0.338065</w:t>
        <w:br/>
        <w:t>v -1.477778 2.000766 0.396018</w:t>
        <w:br/>
        <w:t>v -1.345761 2.011402 0.411217</w:t>
        <w:br/>
        <w:t>v -1.355030 2.049610 0.444919</w:t>
        <w:br/>
        <w:t>v -1.171509 2.055983 0.419189</w:t>
        <w:br/>
        <w:t>v -1.170252 2.095649 0.449330</w:t>
        <w:br/>
        <w:t>v -1.011952 2.089541 0.338065</w:t>
        <w:br/>
        <w:t>v -1.355030 2.049610 0.444919</w:t>
        <w:br/>
        <w:t>v -1.477778 2.000766 0.396018</w:t>
        <w:br/>
        <w:t>v -1.357961 2.080420 0.404495</w:t>
        <w:br/>
        <w:t>v -1.029485 2.115944 0.306910</w:t>
        <w:br/>
        <w:t>v -0.896520 2.148720 0.192084</w:t>
        <w:br/>
        <w:t>v -1.170252 2.095649 0.449330</w:t>
        <w:br/>
        <w:t>v -1.180471 2.123642 0.410597</w:t>
        <w:br/>
        <w:t>v -1.002781 2.129261 0.362023</w:t>
        <w:br/>
        <w:t>v -1.002781 2.129261 0.362023</w:t>
        <w:br/>
        <w:t>v -1.181504 2.084311 0.381655</w:t>
        <w:br/>
        <w:t>v -1.029485 2.115944 0.306910</w:t>
        <w:br/>
        <w:t>v -1.180471 2.123642 0.410597</w:t>
        <w:br/>
        <w:t>v -1.357961 2.080420 0.404495</w:t>
        <w:br/>
        <w:t>v -1.347455 2.042574 0.371980</w:t>
        <w:br/>
        <w:t>v -1.019931 2.155774 0.329991</w:t>
        <w:br/>
        <w:t>v -1.019931 2.155774 0.329991</w:t>
        <w:br/>
        <w:t>v -0.879514 2.190742 0.212605</w:t>
        <w:br/>
        <w:t>v -0.879514 2.190742 0.212605</w:t>
        <w:br/>
        <w:t>v -1.476694 2.032498 0.358123</w:t>
        <w:br/>
        <w:t>v -1.476694 2.032498 0.358123</w:t>
        <w:br/>
        <w:t>v -1.459231 1.995127 0.329668</w:t>
        <w:br/>
        <w:t>v -1.610763 1.889559 0.229588</w:t>
        <w:br/>
        <w:t>v -1.593372 1.927858 0.209977</w:t>
        <w:br/>
        <w:t>v -1.593372 1.927858 0.209977</w:t>
        <w:br/>
        <w:t>v -1.561690 1.896571 0.200943</w:t>
        <w:br/>
        <w:t>v -1.624464 1.866429 0.106382</w:t>
        <w:br/>
        <w:t>v -1.624464 1.866429 0.106382</w:t>
        <w:br/>
        <w:t>v -1.597278 1.838729 0.120801</w:t>
        <w:br/>
        <w:t>v -1.561690 1.896571 0.200943</w:t>
        <w:br/>
        <w:t>v -1.587591 1.831774 0.090912</w:t>
        <w:br/>
        <w:t>v -1.593686 1.846124 0.045735</w:t>
        <w:br/>
        <w:t>v -1.642292 1.824050 0.105523</w:t>
        <w:br/>
        <w:t>v -1.593686 1.846124 0.045735</w:t>
        <w:br/>
        <w:t>v -1.642292 1.824050 0.105523</w:t>
        <w:br/>
        <w:t>v -1.601120 1.803251 0.032443</w:t>
        <w:br/>
        <w:t>v -1.601120 1.803251 0.032443</w:t>
        <w:br/>
        <w:t>v -1.594701 1.789520 0.077570</w:t>
        <w:br/>
        <w:t>v -1.614805 1.796809 0.121401</w:t>
        <w:br/>
        <w:t>v -1.614805 1.796809 0.121401</w:t>
        <w:br/>
        <w:t>v -1.594701 1.789520 0.077570</w:t>
        <w:br/>
        <w:t>v -1.587591 1.831774 0.090912</w:t>
        <w:br/>
        <w:t>v -0.896520 2.148720 0.192084</w:t>
        <w:br/>
        <w:t>v -0.820237 2.221008 0.046922</w:t>
        <w:br/>
        <w:t>v -0.838841 2.186044 0.022562</w:t>
        <w:br/>
        <w:t>v -0.820237 2.221008 0.046922</w:t>
        <w:br/>
        <w:t>v -0.848666 2.166999 0.230517</w:t>
        <w:br/>
        <w:t>v -0.848666 2.166999 0.230517</w:t>
        <w:br/>
        <w:t>v -0.802514 2.234387 -0.022421</w:t>
        <w:br/>
        <w:t>v -0.816589 2.210711 -0.063262</w:t>
        <w:br/>
        <w:t>v -0.866015 2.125161 0.210100</w:t>
        <w:br/>
        <w:t>v -0.866015 2.125161 0.210100</w:t>
        <w:br/>
        <w:t>v -0.778357 2.205114 0.053602</w:t>
        <w:br/>
        <w:t>v -0.778357 2.205114 0.053602</w:t>
        <w:br/>
        <w:t>v -0.802514 2.234387 -0.022421</w:t>
        <w:br/>
        <w:t>v -0.800214 2.171391 0.031625</w:t>
        <w:br/>
        <w:t>v -0.800214 2.171391 0.031625</w:t>
        <w:br/>
        <w:t>v -0.838841 2.186044 0.022562</w:t>
        <w:br/>
        <w:t>v -0.816589 2.210711 -0.063262</w:t>
        <w:br/>
        <w:t>v -0.757591 2.231386 -0.038129</w:t>
        <w:br/>
        <w:t>v -0.757591 2.231386 -0.038129</w:t>
        <w:br/>
        <w:t>v -0.771723 2.206414 -0.075601</w:t>
        <w:br/>
        <w:t>v -0.771723 2.206414 -0.075601</w:t>
        <w:br/>
        <w:t>v -0.816589 2.210711 -0.063262</w:t>
        <w:br/>
        <w:t>v -0.771723 2.206414 -0.075601</w:t>
        <w:br/>
        <w:t>v -0.807941 2.421363 -0.063912</w:t>
        <w:br/>
        <w:t>v -0.757591 2.231386 -0.038129</w:t>
        <w:br/>
        <w:t>v -0.802514 2.234387 -0.022421</w:t>
        <w:br/>
        <w:t>v -0.791508 2.394301 -0.029629</w:t>
        <w:br/>
        <w:t>v -0.791508 2.394301 -0.029629</w:t>
        <w:br/>
        <w:t>v -0.807941 2.421363 -0.063912</w:t>
        <w:br/>
        <w:t>v -0.802816 2.451393 -0.013876</w:t>
        <w:br/>
        <w:t>v -0.768180 2.435959 -0.079731</w:t>
        <w:br/>
        <w:t>v -0.764589 2.473743 -0.015741</w:t>
        <w:br/>
        <w:t>v -0.750582 2.409812 -0.043996</w:t>
        <w:br/>
        <w:t>v -0.768180 2.435959 -0.079731</w:t>
        <w:br/>
        <w:t>v -0.764589 2.473743 -0.015741</w:t>
        <w:br/>
        <w:t>v -0.750582 2.409812 -0.043996</w:t>
        <w:br/>
        <w:t>v -0.802816 2.451393 -0.013876</w:t>
        <w:br/>
        <w:t>v -0.748657 2.439772 0.012724</w:t>
        <w:br/>
        <w:t>v -0.748657 2.439772 0.012724</w:t>
        <w:br/>
        <w:t>v -0.787352 2.416339 0.017121</w:t>
        <w:br/>
        <w:t>v -0.787352 2.416339 0.017121</w:t>
        <w:br/>
        <w:t>v -0.825213 2.490226 0.094135</w:t>
        <w:br/>
        <w:t>v -0.791142 2.515903 0.111475</w:t>
        <w:br/>
        <w:t>v -0.791142 2.515903 0.111475</w:t>
        <w:br/>
        <w:t>v -0.825213 2.490226 0.094135</w:t>
        <w:br/>
        <w:t>v -0.956572 2.543365 0.295371</w:t>
        <w:br/>
        <w:t>v -0.776085 2.476565 0.130293</w:t>
        <w:br/>
        <w:t>v -0.776085 2.476565 0.130293</w:t>
        <w:br/>
        <w:t>v -0.810842 2.449081 0.120289</w:t>
        <w:br/>
        <w:t>v -0.810842 2.449081 0.120289</w:t>
        <w:br/>
        <w:t>v -0.956572 2.543365 0.295371</w:t>
        <w:br/>
        <w:t>v -0.931215 2.574914 0.323495</w:t>
        <w:br/>
        <w:t>v -0.931215 2.574914 0.323495</w:t>
        <w:br/>
        <w:t>v -0.927228 2.537515 0.353648</w:t>
        <w:br/>
        <w:t>v -0.927228 2.537515 0.353648</w:t>
        <w:br/>
        <w:t>v -0.952449 2.506187 0.324817</w:t>
        <w:br/>
        <w:t>v -0.952449 2.506187 0.324817</w:t>
        <w:br/>
        <w:t>v -1.111165 2.602763 0.413695</w:t>
        <w:br/>
        <w:t>v -1.123614 2.570383 0.379889</w:t>
        <w:br/>
        <w:t>v -1.115915 2.567627 0.449222</w:t>
        <w:br/>
        <w:t>v -1.111165 2.602763 0.413695</w:t>
        <w:br/>
        <w:t>v -1.115915 2.567627 0.449222</w:t>
        <w:br/>
        <w:t>v -1.244199 2.616885 0.408396</w:t>
        <w:br/>
        <w:t>v -1.244199 2.616885 0.408396</w:t>
        <w:br/>
        <w:t>v -1.247590 2.582013 0.372729</w:t>
        <w:br/>
        <w:t>v -1.433050 2.599633 0.314852</w:t>
        <w:br/>
        <w:t>v -1.128170 2.535637 0.414081</w:t>
        <w:br/>
        <w:t>v -1.128170 2.535637 0.414081</w:t>
        <w:br/>
        <w:t>v -1.123614 2.570383 0.379889</w:t>
        <w:br/>
        <w:t>v -1.247590 2.582013 0.372729</w:t>
        <w:br/>
        <w:t>v -1.445295 2.638979 0.345798</w:t>
        <w:br/>
        <w:t>v -1.578332 2.615632 0.197648</w:t>
        <w:br/>
        <w:t>v -1.258745 2.549654 0.407862</w:t>
        <w:br/>
        <w:t>v -1.433050 2.599633 0.314852</w:t>
        <w:br/>
        <w:t>v -1.254713 2.584406 0.445135</w:t>
        <w:br/>
        <w:t>v -1.258745 2.549654 0.407862</w:t>
        <w:br/>
        <w:t>v -1.254713 2.584406 0.445135</w:t>
        <w:br/>
        <w:t>v -1.445295 2.638979 0.345798</w:t>
        <w:br/>
        <w:t>v -1.455325 2.571147 0.344941</w:t>
        <w:br/>
        <w:t>v -1.455325 2.571147 0.344941</w:t>
        <w:br/>
        <w:t>v -1.578332 2.615632 0.197648</w:t>
        <w:br/>
        <w:t>v -1.465585 2.610675 0.377804</w:t>
        <w:br/>
        <w:t>v -1.465585 2.610675 0.377804</w:t>
        <w:br/>
        <w:t>v -1.609344 2.586405 0.208499</w:t>
        <w:br/>
        <w:t>v -1.609344 2.586405 0.208499</w:t>
        <w:br/>
        <w:t>v -1.645536 2.608998 0.103983</w:t>
        <w:br/>
        <w:t>v -1.607507 2.654152 0.202892</w:t>
        <w:br/>
        <w:t>v -1.607507 2.654152 0.202892</w:t>
        <w:br/>
        <w:t>v -1.645536 2.608998 0.103983</w:t>
        <w:br/>
        <w:t>v -1.637634 2.625374 0.215895</w:t>
        <w:br/>
        <w:t>v -1.637634 2.625374 0.215895</w:t>
        <w:br/>
        <w:t>v -1.674047 2.573769 0.095764</w:t>
        <w:br/>
        <w:t>v -1.674047 2.573769 0.095764</w:t>
        <w:br/>
        <w:t>v -1.640844 2.593423 0.064562</w:t>
        <w:br/>
        <w:t>v -1.673043 2.641840 0.081096</w:t>
        <w:br/>
        <w:t>v -1.673043 2.641840 0.081096</w:t>
        <w:br/>
        <w:t>v -1.640844 2.593423 0.064562</w:t>
        <w:br/>
        <w:t>v -1.703031 2.606871 0.074712</w:t>
        <w:br/>
        <w:t>v -1.703031 2.606871 0.074712</w:t>
        <w:br/>
        <w:t>v -1.667748 2.556123 0.048611</w:t>
        <w:br/>
        <w:t>v -1.667748 2.556123 0.048611</w:t>
        <w:br/>
        <w:t>v -1.629848 2.585490 0.041563</w:t>
        <w:br/>
        <w:t>v -1.630906 2.552336 0.017167</w:t>
        <w:br/>
        <w:t>v -1.681581 2.588071 0.017553</w:t>
        <w:br/>
        <w:t>v -1.630906 2.552336 0.017167</w:t>
        <w:br/>
        <w:t>v -1.681581 2.588071 0.017553</w:t>
        <w:br/>
        <w:t>v -1.640235 2.578554 -0.012730</w:t>
        <w:br/>
        <w:t>v -1.640235 2.578554 -0.012730</w:t>
        <w:br/>
        <w:t>v -1.639083 2.612458 0.011518</w:t>
        <w:br/>
        <w:t>v -1.653872 2.625825 0.032131</w:t>
        <w:br/>
        <w:t>v -1.653872 2.625825 0.032131</w:t>
        <w:br/>
        <w:t>v -1.639083 2.612458 0.011518</w:t>
        <w:br/>
        <w:t>v -1.629848 2.585490 0.041563</w:t>
        <w:br/>
        <w:t>v 0.959831 2.433527 0.102244</w:t>
        <w:br/>
        <w:t>v 1.057273 2.372580 0.247646</w:t>
        <w:br/>
        <w:t>v 0.976541 2.476550 0.131822</w:t>
        <w:br/>
        <w:t>v 0.919506 2.491736 0.027760</w:t>
        <w:br/>
        <w:t>v 0.941943 2.531498 0.060794</w:t>
        <w:br/>
        <w:t>v 0.941943 2.531498 0.060794</w:t>
        <w:br/>
        <w:t>v 0.976541 2.476550 0.131822</w:t>
        <w:br/>
        <w:t>v 0.908931 2.521555 0.105045</w:t>
        <w:br/>
        <w:t>v 0.943727 2.468759 0.173701</w:t>
        <w:br/>
        <w:t>v 0.908931 2.521555 0.105045</w:t>
        <w:br/>
        <w:t>v 0.943727 2.468759 0.173701</w:t>
        <w:br/>
        <w:t>v 0.886866 2.481630 0.071939</w:t>
        <w:br/>
        <w:t>v 0.919506 2.491736 0.027760</w:t>
        <w:br/>
        <w:t>v 0.886866 2.481630 0.071939</w:t>
        <w:br/>
        <w:t>v 0.959831 2.433527 0.102244</w:t>
        <w:br/>
        <w:t>v 0.927507 2.425544 0.144334</w:t>
        <w:br/>
        <w:t>v 0.927507 2.425544 0.144334</w:t>
        <w:br/>
        <w:t>v 1.057273 2.372580 0.247646</w:t>
        <w:br/>
        <w:t>v 1.065629 2.422910 0.268107</w:t>
        <w:br/>
        <w:t>v 1.065629 2.422910 0.268107</w:t>
        <w:br/>
        <w:t>v 1.027714 2.362382 0.291759</w:t>
        <w:br/>
        <w:t>v 1.027714 2.362382 0.291759</w:t>
        <w:br/>
        <w:t>v 1.174224 2.302372 0.323215</w:t>
        <w:br/>
        <w:t>v 1.035307 2.413223 0.312398</w:t>
        <w:br/>
        <w:t>v 1.035307 2.413223 0.312398</w:t>
        <w:br/>
        <w:t>v 1.188886 2.350094 0.348904</w:t>
        <w:br/>
        <w:t>v 1.188886 2.350094 0.348904</w:t>
        <w:br/>
        <w:t>v 1.174224 2.302372 0.323215</w:t>
        <w:br/>
        <w:t>v 1.171336 2.331939 0.397980</w:t>
        <w:br/>
        <w:t>v 1.171336 2.331939 0.397980</w:t>
        <w:br/>
        <w:t>v 1.157007 2.284108 0.372181</w:t>
        <w:br/>
        <w:t>v 1.157007 2.284108 0.372181</w:t>
        <w:br/>
        <w:t>v 1.264741 2.216737 0.342098</w:t>
        <w:br/>
        <w:t>v 1.263025 2.247291 0.294828</w:t>
        <w:br/>
        <w:t>v 1.289017 2.260179 0.367221</w:t>
        <w:br/>
        <w:t>v 1.264741 2.216737 0.342098</w:t>
        <w:br/>
        <w:t>v 1.289017 2.260179 0.367221</w:t>
        <w:br/>
        <w:t>v 1.348828 2.169020 0.260136</w:t>
        <w:br/>
        <w:t>v 1.348828 2.169020 0.260136</w:t>
        <w:br/>
        <w:t>v 1.341831 2.203743 0.217567</w:t>
        <w:br/>
        <w:t>v 1.287191 2.290545 0.319869</w:t>
        <w:br/>
        <w:t>v 1.287191 2.290545 0.319869</w:t>
        <w:br/>
        <w:t>v 1.263025 2.247291 0.294828</w:t>
        <w:br/>
        <w:t>v 1.341831 2.203743 0.217567</w:t>
        <w:br/>
        <w:t>v 1.380671 2.209015 0.280795</w:t>
        <w:br/>
        <w:t>v 1.380671 2.209015 0.280795</w:t>
        <w:br/>
        <w:t>v 1.411275 2.122740 0.157916</w:t>
        <w:br/>
        <w:t>v 1.411275 2.122740 0.157916</w:t>
        <w:br/>
        <w:t>v 1.395447 2.165567 0.129515</w:t>
        <w:br/>
        <w:t>v 1.373682 2.243610 0.238171</w:t>
        <w:br/>
        <w:t>v 1.373682 2.243610 0.238171</w:t>
        <w:br/>
        <w:t>v 1.395447 2.165567 0.129515</w:t>
        <w:br/>
        <w:t>v 1.450731 2.158448 0.170460</w:t>
        <w:br/>
        <w:t>v 1.450731 2.158448 0.170460</w:t>
        <w:br/>
        <w:t>v 1.447174 2.094500 0.024255</w:t>
        <w:br/>
        <w:t>v 1.425909 2.142831 0.008716</w:t>
        <w:br/>
        <w:t>v 1.447174 2.094500 0.024255</w:t>
        <w:br/>
        <w:t>v 1.491253 2.129406 0.031443</w:t>
        <w:br/>
        <w:t>v 1.434588 2.201114 0.142073</w:t>
        <w:br/>
        <w:t>v 1.434588 2.201114 0.142073</w:t>
        <w:br/>
        <w:t>v 1.491253 2.129406 0.031443</w:t>
        <w:br/>
        <w:t>v 1.425909 2.142831 0.008716</w:t>
        <w:br/>
        <w:t>v 1.469712 2.177614 0.015905</w:t>
        <w:br/>
        <w:t>v 1.469712 2.177614 0.015905</w:t>
        <w:br/>
        <w:t>v 0.795969 2.494303 0.054840</w:t>
        <w:br/>
        <w:t>v 0.761972 2.520004 0.072286</w:t>
        <w:br/>
        <w:t>v 0.773369 2.455709 -0.053220</w:t>
        <w:br/>
        <w:t>v 0.927481 2.546375 0.256211</w:t>
        <w:br/>
        <w:t>v 0.902221 2.577892 0.284459</w:t>
        <w:br/>
        <w:t>v 1.082301 2.605004 0.374623</w:t>
        <w:br/>
        <w:t>v 1.094648 2.572706 0.340700</w:t>
        <w:br/>
        <w:t>v 1.215365 2.618821 0.369276</w:t>
        <w:br/>
        <w:t>v 1.218646 2.584059 0.333490</w:t>
        <w:br/>
        <w:t>v 1.404105 2.601420 0.275539</w:t>
        <w:br/>
        <w:t>v 1.086991 2.569738 0.410030</w:t>
        <w:br/>
        <w:t>v 0.902221 2.577892 0.284459</w:t>
        <w:br/>
        <w:t>v 1.082301 2.605004 0.374623</w:t>
        <w:br/>
        <w:t>v 1.215365 2.618821 0.369276</w:t>
        <w:br/>
        <w:t>v 1.416468 2.640634 0.306608</w:t>
        <w:br/>
        <w:t>v 1.549341 2.617457 0.158285</w:t>
        <w:br/>
        <w:t>v 1.225825 2.586194 0.405899</w:t>
        <w:br/>
        <w:t>v 1.416468 2.640634 0.306608</w:t>
        <w:br/>
        <w:t>v 1.578613 2.655889 0.163637</w:t>
        <w:br/>
        <w:t>v 1.616461 2.610971 0.064551</w:t>
        <w:br/>
        <w:t>v 1.436712 2.612175 0.338505</w:t>
        <w:br/>
        <w:t>v 1.578613 2.655889 0.163637</w:t>
        <w:br/>
        <w:t>v 1.611703 2.595540 0.025081</w:t>
        <w:br/>
        <w:t>v 1.644031 2.643822 0.041753</w:t>
        <w:br/>
        <w:t>v 1.608678 2.626994 0.176522</w:t>
        <w:br/>
        <w:t>v 1.644031 2.643822 0.041753</w:t>
        <w:br/>
        <w:t>v 1.426331 2.572782 0.305518</w:t>
        <w:br/>
        <w:t>v 1.225825 2.586194 0.405899</w:t>
        <w:br/>
        <w:t>v 1.436712 2.612175 0.338505</w:t>
        <w:br/>
        <w:t>v 1.608678 2.626994 0.176522</w:t>
        <w:br/>
        <w:t>v 1.580288 2.588119 0.169017</w:t>
        <w:br/>
        <w:t>v 1.673929 2.608803 0.035231</w:t>
        <w:br/>
        <w:t>v 1.580288 2.588119 0.169017</w:t>
        <w:br/>
        <w:t>v 1.549341 2.617457 0.158285</w:t>
        <w:br/>
        <w:t>v 1.426331 2.572782 0.305518</w:t>
        <w:br/>
        <w:t>v 1.404105 2.601420 0.275539</w:t>
        <w:br/>
        <w:t>v 1.616461 2.610971 0.064551</w:t>
        <w:br/>
        <w:t>v 1.229746 2.551556 0.368507</w:t>
        <w:br/>
        <w:t>v 1.229746 2.551556 0.368507</w:t>
        <w:br/>
        <w:t>v 1.218646 2.584059 0.333490</w:t>
        <w:br/>
        <w:t>v 1.644879 2.575701 0.056194</w:t>
        <w:br/>
        <w:t>v 1.644879 2.575701 0.056194</w:t>
        <w:br/>
        <w:t>v 1.673929 2.608803 0.035231</w:t>
        <w:br/>
        <w:t>v 1.611703 2.595540 0.025081</w:t>
        <w:br/>
        <w:t>v 1.638505 2.558226 0.008986</w:t>
        <w:br/>
        <w:t>v 1.638505 2.558226 0.008986</w:t>
        <w:br/>
        <w:t>v 1.600672 2.587709 0.002064</w:t>
        <w:br/>
        <w:t>v 1.601631 2.554635 -0.022444</w:t>
        <w:br/>
        <w:t>v 1.652393 2.590245 -0.021975</w:t>
        <w:br/>
        <w:t>v 1.601631 2.554635 -0.022444</w:t>
        <w:br/>
        <w:t>v 1.652393 2.590245 -0.021975</w:t>
        <w:br/>
        <w:t>v 1.611003 2.580928 -0.052260</w:t>
        <w:br/>
        <w:t>v 1.611003 2.580928 -0.052260</w:t>
        <w:br/>
        <w:t>v 1.609951 2.614755 -0.027899</w:t>
        <w:br/>
        <w:t>v 1.624786 2.628017 -0.007251</w:t>
        <w:br/>
        <w:t>v 1.624786 2.628017 -0.007251</w:t>
        <w:br/>
        <w:t>v 1.609951 2.614755 -0.027899</w:t>
        <w:br/>
        <w:t>v 1.600672 2.587709 0.002064</w:t>
        <w:br/>
        <w:t>v 1.099143 2.537836 0.374773</w:t>
        <w:br/>
        <w:t>v 1.099143 2.537836 0.374773</w:t>
        <w:br/>
        <w:t>v 1.094648 2.572706 0.340700</w:t>
        <w:br/>
        <w:t>v 1.086991 2.569738 0.410030</w:t>
        <w:br/>
        <w:t>v 0.927481 2.546375 0.256211</w:t>
        <w:br/>
        <w:t>v 0.923288 2.509109 0.285537</w:t>
        <w:br/>
        <w:t>v 0.923288 2.509109 0.285537</w:t>
        <w:br/>
        <w:t>v 0.898165 2.540402 0.314490</w:t>
        <w:br/>
        <w:t>v 0.898165 2.540402 0.314490</w:t>
        <w:br/>
        <w:t>v 0.781564 2.453127 0.080926</w:t>
        <w:br/>
        <w:t>v 0.781564 2.453127 0.080926</w:t>
        <w:br/>
        <w:t>v 0.795969 2.494303 0.054840</w:t>
        <w:br/>
        <w:t>v 0.746873 2.480652 0.091043</w:t>
        <w:br/>
        <w:t>v 0.746873 2.480652 0.091043</w:t>
        <w:br/>
        <w:t>v 0.761972 2.520004 0.072286</w:t>
        <w:br/>
        <w:t>v 0.757914 2.420630 -0.022248</w:t>
        <w:br/>
        <w:t>v 0.757914 2.420630 -0.022248</w:t>
        <w:br/>
        <w:t>v 0.773369 2.455709 -0.053220</w:t>
        <w:br/>
        <w:t>v 0.719246 2.444126 -0.026535</w:t>
        <w:br/>
        <w:t>v 0.719246 2.444126 -0.026535</w:t>
        <w:br/>
        <w:t>v 0.761948 2.398657 -0.069041</w:t>
        <w:br/>
        <w:t>v 0.761948 2.398657 -0.069041</w:t>
        <w:br/>
        <w:t>v 0.778354 2.425750 -0.103313</w:t>
        <w:br/>
        <w:t>v 0.787162 2.214797 -0.102283</w:t>
        <w:br/>
        <w:t>v 0.735174 2.478118 -0.054977</w:t>
        <w:br/>
        <w:t>v 0.735174 2.478118 -0.054977</w:t>
        <w:br/>
        <w:t>v 0.778354 2.425750 -0.103313</w:t>
        <w:br/>
        <w:t>v 0.721018 2.414251 -0.083306</w:t>
        <w:br/>
        <w:t>v 0.721018 2.414251 -0.083306</w:t>
        <w:br/>
        <w:t>v 0.738585 2.440427 -0.119034</w:t>
        <w:br/>
        <w:t>v 0.738585 2.440427 -0.119034</w:t>
        <w:br/>
        <w:t>v 0.742249 2.210470 -0.114432</w:t>
        <w:br/>
        <w:t>v 0.742249 2.210470 -0.114432</w:t>
        <w:br/>
        <w:t>v 0.761948 2.398657 -0.069041</w:t>
        <w:br/>
        <w:t>v 0.728267 2.235501 -0.076941</w:t>
        <w:br/>
        <w:t>v 0.728267 2.235501 -0.076941</w:t>
        <w:br/>
        <w:t>v 0.773251 2.238538 -0.061422</w:t>
        <w:br/>
        <w:t>v 0.773251 2.238538 -0.061422</w:t>
        <w:br/>
        <w:t>v 0.809773 2.190276 -0.016510</w:t>
        <w:br/>
        <w:t>v 0.787162 2.214797 -0.102283</w:t>
        <w:br/>
        <w:t>v 0.791263 2.225276 0.007870</w:t>
        <w:br/>
        <w:t>v 0.868542 2.153471 0.153076</w:t>
        <w:br/>
        <w:t>v 0.742249 2.210470 -0.114432</w:t>
        <w:br/>
        <w:t>v 0.771188 2.175629 -0.007265</w:t>
        <w:br/>
        <w:t>v 0.787162 2.214797 -0.102283</w:t>
        <w:br/>
        <w:t>v 0.771188 2.175629 -0.007265</w:t>
        <w:br/>
        <w:t>v 0.809773 2.190276 -0.016510</w:t>
        <w:br/>
        <w:t>v 0.868542 2.153471 0.153076</w:t>
        <w:br/>
        <w:t>v 0.728267 2.235501 -0.076941</w:t>
        <w:br/>
        <w:t>v 0.773251 2.238538 -0.061422</w:t>
        <w:br/>
        <w:t>v 0.749416 2.209384 0.014748</w:t>
        <w:br/>
        <w:t>v 0.749416 2.209384 0.014748</w:t>
        <w:br/>
        <w:t>v 0.791263 2.225276 0.007870</w:t>
        <w:br/>
        <w:t>v 0.838144 2.129936 0.171303</w:t>
        <w:br/>
        <w:t>v 0.838144 2.129936 0.171303</w:t>
        <w:br/>
        <w:t>v 0.985255 2.095219 0.298862</w:t>
        <w:br/>
        <w:t>v 0.820864 2.171817 0.191693</w:t>
        <w:br/>
        <w:t>v 0.820864 2.171817 0.191693</w:t>
        <w:br/>
        <w:t>v 0.985255 2.095219 0.298862</w:t>
        <w:br/>
        <w:t>v 0.851606 2.195535 0.173569</w:t>
        <w:br/>
        <w:t>v 0.851606 2.195535 0.173569</w:t>
        <w:br/>
        <w:t>v 1.002577 2.121527 0.267511</w:t>
        <w:br/>
        <w:t>v 1.002577 2.121527 0.267511</w:t>
        <w:br/>
        <w:t>v 1.155555 2.090888 0.341587</w:t>
        <w:br/>
        <w:t>v 0.976168 2.135018 0.322725</w:t>
        <w:br/>
        <w:t>v 0.976168 2.135018 0.322725</w:t>
        <w:br/>
        <w:t>v 0.993102 2.161433 0.290498</w:t>
        <w:br/>
        <w:t>v 0.993102 2.161433 0.290498</w:t>
        <w:br/>
        <w:t>v 1.154635 2.130354 0.370352</w:t>
        <w:br/>
        <w:t>v 1.154635 2.130354 0.370352</w:t>
        <w:br/>
        <w:t>v 1.144712 2.102524 0.409279</w:t>
        <w:br/>
        <w:t>v 1.144712 2.102524 0.409279</w:t>
        <w:br/>
        <w:t>v 1.145848 2.062719 0.379315</w:t>
        <w:br/>
        <w:t>v 1.145848 2.062719 0.379315</w:t>
        <w:br/>
        <w:t>v 1.329815 2.057117 0.403903</w:t>
        <w:br/>
        <w:t>v 1.329815 2.057117 0.403903</w:t>
        <w:br/>
        <w:t>v 1.155555 2.090888 0.341587</w:t>
        <w:br/>
        <w:t>v 1.320399 2.018717 0.370460</w:t>
        <w:br/>
        <w:t>v 1.320399 2.018717 0.370460</w:t>
        <w:br/>
        <w:t>v 1.321769 2.049690 0.331053</w:t>
        <w:br/>
        <w:t>v 1.332415 2.087724 0.363303</w:t>
        <w:br/>
        <w:t>v 1.332415 2.087724 0.363303</w:t>
        <w:br/>
        <w:t>v 1.321769 2.049690 0.331053</w:t>
        <w:br/>
        <w:t>v 1.452886 2.008926 0.354363</w:t>
        <w:br/>
        <w:t>v 1.452886 2.008926 0.354363</w:t>
        <w:br/>
        <w:t>v 1.437511 1.970196 0.324739</w:t>
        <w:br/>
        <w:t>v 1.437511 1.970196 0.324739</w:t>
        <w:br/>
        <w:t>v 1.433865 2.002839 0.288186</w:t>
        <w:br/>
        <w:t>v 1.554136 1.866035 0.180607</w:t>
        <w:br/>
        <w:t>v 1.451445 2.040425 0.316285</w:t>
        <w:br/>
        <w:t>v 1.451445 2.040425 0.316285</w:t>
        <w:br/>
        <w:t>v 1.433865 2.002839 0.288186</w:t>
        <w:br/>
        <w:t>v 1.585410 1.897596 0.187563</w:t>
        <w:br/>
        <w:t>v 1.585410 1.897596 0.187563</w:t>
        <w:br/>
        <w:t>v 1.554136 1.866035 0.180607</w:t>
        <w:br/>
        <w:t>v 1.567750 1.935706 0.167826</w:t>
        <w:br/>
        <w:t>v 1.567750 1.935706 0.167826</w:t>
        <w:br/>
        <w:t>v 1.536088 1.904265 0.159267</w:t>
        <w:br/>
        <w:t>v 1.536088 1.904265 0.159267</w:t>
        <w:br/>
        <w:t>v 1.571422 1.846192 0.079236</w:t>
        <w:br/>
        <w:t>v 1.598397 1.873867 0.064383</w:t>
        <w:br/>
        <w:t>v 1.598397 1.873867 0.064383</w:t>
        <w:br/>
        <w:t>v 1.571422 1.846192 0.079236</w:t>
        <w:br/>
        <w:t>v 1.561506 1.838984 0.049482</w:t>
        <w:br/>
        <w:t>v 1.567176 1.853014 0.004150</w:t>
        <w:br/>
        <w:t>v 1.616351 1.831539 0.063691</w:t>
        <w:br/>
        <w:t>v 1.567176 1.853014 0.004150</w:t>
        <w:br/>
        <w:t>v 1.616351 1.831539 0.063691</w:t>
        <w:br/>
        <w:t>v 1.574633 1.810066 -0.008884</w:t>
        <w:br/>
        <w:t>v 1.574633 1.810066 -0.008884</w:t>
        <w:br/>
        <w:t>v 1.568636 1.796653 0.036397</w:t>
        <w:br/>
        <w:t>v 1.589085 1.804332 0.080001</w:t>
        <w:br/>
        <w:t>v 1.589085 1.804332 0.080001</w:t>
        <w:br/>
        <w:t>v 1.568636 1.796653 0.036397</w:t>
        <w:br/>
        <w:t>v 1.561506 1.838984 0.049482</w:t>
        <w:br/>
        <w:t>v 1.545429 2.478991 0.074278</w:t>
        <w:br/>
        <w:t>v 1.578069 2.501970 0.091650</w:t>
        <w:br/>
        <w:t>v 1.423614 2.535534 0.271658</w:t>
        <w:br/>
        <w:t>v 1.580360 2.432480 -0.057709</w:t>
        <w:br/>
        <w:t>v 1.587904 2.410456 -0.107256</w:t>
        <w:br/>
        <w:t>v 1.617231 2.447736 -0.063204</w:t>
        <w:br/>
        <w:t>v 1.617231 2.447736 -0.063204</w:t>
        <w:br/>
        <w:t>v 1.633750 2.417655 -0.033096</w:t>
        <w:br/>
        <w:t>v 1.578069 2.501970 0.091650</w:t>
        <w:br/>
        <w:t>v 1.592780 2.463027 0.110066</w:t>
        <w:br/>
        <w:t>v 1.644182 2.396051 -0.087793</w:t>
        <w:br/>
        <w:t>v 1.447926 2.564847 0.299996</w:t>
        <w:br/>
        <w:t>v 1.447926 2.564847 0.299996</w:t>
        <w:br/>
        <w:t>v 1.626853 2.422075 -0.123214</w:t>
        <w:br/>
        <w:t>v 1.626853 2.422075 -0.123214</w:t>
        <w:br/>
        <w:t>v 1.611673 2.198109 -0.144013</w:t>
        <w:br/>
        <w:t>v 1.611673 2.198109 -0.144013</w:t>
        <w:br/>
        <w:t>v 1.265062 2.602326 0.403359</w:t>
        <w:br/>
        <w:t>v 1.252883 2.570731 0.369411</w:t>
        <w:br/>
        <w:t>v 1.131416 2.620284 0.407396</w:t>
        <w:br/>
        <w:t>v 1.258336 2.567812 0.438747</w:t>
        <w:br/>
        <w:t>v 1.265062 2.602326 0.403359</w:t>
        <w:br/>
        <w:t>v 1.131416 2.620284 0.407396</w:t>
        <w:br/>
        <w:t>v 1.128362 2.585444 0.371611</w:t>
        <w:br/>
        <w:t>v 0.954930 2.611421 0.285181</w:t>
        <w:br/>
        <w:t>v 1.450495 2.527985 0.329768</w:t>
        <w:br/>
        <w:t>v 0.942611 2.652127 0.316133</w:t>
        <w:br/>
        <w:t>v 0.802980 2.636694 0.157136</w:t>
        <w:br/>
        <w:t>v 0.774154 2.677830 0.162423</w:t>
        <w:br/>
        <w:t>v 0.751868 2.632497 0.060607</w:t>
        <w:br/>
        <w:t>v 0.942611 2.652127 0.316133</w:t>
        <w:br/>
        <w:t>v 0.920456 2.624530 0.348183</w:t>
        <w:br/>
        <w:t>v 0.774154 2.677830 0.162423</w:t>
        <w:br/>
        <w:t>v 1.118866 2.588173 0.444104</w:t>
        <w:br/>
        <w:t>v 1.258336 2.567812 0.438747</w:t>
        <w:br/>
        <w:t>v 1.246520 2.536582 0.403478</w:t>
        <w:br/>
        <w:t>v 1.118866 2.588173 0.444104</w:t>
        <w:br/>
        <w:t>v 1.450495 2.527985 0.329768</w:t>
        <w:br/>
        <w:t>v 1.246520 2.536582 0.403478</w:t>
        <w:br/>
        <w:t>v 1.423614 2.535534 0.271658</w:t>
        <w:br/>
        <w:t>v 1.252883 2.570731 0.369411</w:t>
        <w:br/>
        <w:t>v 1.128362 2.585444 0.371611</w:t>
        <w:br/>
        <w:t>v 1.426713 2.498961 0.300781</w:t>
        <w:br/>
        <w:t>v 1.115241 2.553393 0.406747</w:t>
        <w:br/>
        <w:t>v 1.115241 2.553393 0.406747</w:t>
        <w:br/>
        <w:t>v 0.954930 2.611421 0.285181</w:t>
        <w:br/>
        <w:t>v 1.426713 2.498961 0.300781</w:t>
        <w:br/>
        <w:t>v 0.931088 2.583580 0.315344</w:t>
        <w:br/>
        <w:t>v 0.931088 2.583580 0.315344</w:t>
        <w:br/>
        <w:t>v 0.920456 2.624530 0.348183</w:t>
        <w:br/>
        <w:t>v 0.802980 2.636694 0.157136</w:t>
        <w:br/>
        <w:t>v 1.559568 2.438446 0.099996</w:t>
        <w:br/>
        <w:t>v 1.559568 2.438446 0.099996</w:t>
        <w:br/>
        <w:t>v 1.545429 2.478991 0.074278</w:t>
        <w:br/>
        <w:t>v 1.592780 2.463027 0.110066</w:t>
        <w:br/>
        <w:t>v 1.595997 2.401413 -0.026298</w:t>
        <w:br/>
        <w:t>v 1.595997 2.401413 -0.026298</w:t>
        <w:br/>
        <w:t>v 1.580360 2.432480 -0.057709</w:t>
        <w:br/>
        <w:t>v 1.633750 2.417655 -0.033096</w:t>
        <w:br/>
        <w:t>v 1.604243 2.383714 -0.073315</w:t>
        <w:br/>
        <w:t>v 1.604243 2.383714 -0.073315</w:t>
        <w:br/>
        <w:t>v 1.587904 2.410456 -0.107256</w:t>
        <w:br/>
        <w:t>v 1.644182 2.396051 -0.087793</w:t>
        <w:br/>
        <w:t>v 1.568955 2.202074 -0.130031</w:t>
        <w:br/>
        <w:t>v 1.644182 2.396051 -0.087793</w:t>
        <w:br/>
        <w:t>v 1.626413 2.223375 -0.082536</w:t>
        <w:br/>
        <w:t>v 1.604243 2.383714 -0.073315</w:t>
        <w:br/>
        <w:t>v 1.583433 2.227156 -0.063982</w:t>
        <w:br/>
        <w:t>v 1.583433 2.227156 -0.063982</w:t>
        <w:br/>
        <w:t>v 1.573839 2.172642 -0.027965</w:t>
        <w:br/>
        <w:t>v 1.626413 2.223375 -0.082536</w:t>
        <w:br/>
        <w:t>v 1.589699 2.219187 0.003842</w:t>
        <w:br/>
        <w:t>v 1.514986 2.157709 0.120368</w:t>
        <w:br/>
        <w:t>v 1.568955 2.202074 -0.130031</w:t>
        <w:br/>
        <w:t>v 1.537816 2.199071 0.139604</w:t>
        <w:br/>
        <w:t>v 1.453794 2.137338 0.223406</w:t>
        <w:br/>
        <w:t>v 1.611673 2.198109 -0.144013</w:t>
        <w:br/>
        <w:t>v 1.568955 2.202074 -0.130031</w:t>
        <w:br/>
        <w:t>v 1.612118 2.160447 -0.028479</w:t>
        <w:br/>
        <w:t>v 1.612118 2.160447 -0.028479</w:t>
        <w:br/>
        <w:t>v 1.573839 2.172642 -0.027965</w:t>
        <w:br/>
        <w:t>v 1.626413 2.223375 -0.082536</w:t>
        <w:br/>
        <w:t>v 1.627923 2.202192 0.002748</w:t>
        <w:br/>
        <w:t>v 1.583433 2.227156 -0.063982</w:t>
        <w:br/>
        <w:t>v 1.627923 2.202192 0.002748</w:t>
        <w:br/>
        <w:t>v 1.589699 2.219187 0.003842</w:t>
        <w:br/>
        <w:t>v 1.550918 2.132122 0.130699</w:t>
        <w:br/>
        <w:t>v 1.550918 2.132122 0.130699</w:t>
        <w:br/>
        <w:t>v 1.514986 2.157709 0.120368</w:t>
        <w:br/>
        <w:t>v 1.569317 2.173537 0.149697</w:t>
        <w:br/>
        <w:t>v 1.569317 2.173537 0.149697</w:t>
        <w:br/>
        <w:t>v 1.537816 2.199071 0.139604</w:t>
        <w:br/>
        <w:t>v 1.478776 2.109980 0.243049</w:t>
        <w:br/>
        <w:t>v 1.478776 2.109980 0.243049</w:t>
        <w:br/>
        <w:t>v 1.453794 2.137338 0.223406</w:t>
        <w:br/>
        <w:t>v 1.373582 2.117987 0.314990</w:t>
        <w:br/>
        <w:t>v 1.492922 2.152477 0.266342</w:t>
        <w:br/>
        <w:t>v 1.492922 2.152477 0.266342</w:t>
        <w:br/>
        <w:t>v 1.468455 2.179996 0.246136</w:t>
        <w:br/>
        <w:t>v 1.468455 2.179996 0.246136</w:t>
        <w:br/>
        <w:t>v 1.373582 2.117987 0.314990</w:t>
        <w:br/>
        <w:t>v 1.392179 2.089967 0.343380</w:t>
        <w:br/>
        <w:t>v 1.392179 2.089967 0.343380</w:t>
        <w:br/>
        <w:t>v 1.382626 2.158501 0.339822</w:t>
        <w:br/>
        <w:t>v 1.382626 2.158501 0.339822</w:t>
        <w:br/>
        <w:t>v 1.400615 2.130796 0.369561</w:t>
        <w:br/>
        <w:t>v 1.400615 2.130796 0.369561</w:t>
        <w:br/>
        <w:t>v 1.240563 2.062454 0.403871</w:t>
        <w:br/>
        <w:t>v 1.228811 2.091089 0.367857</w:t>
        <w:br/>
        <w:t>v 1.239107 2.102651 0.434999</w:t>
        <w:br/>
        <w:t>v 1.239107 2.102651 0.434999</w:t>
        <w:br/>
        <w:t>v 1.240563 2.062454 0.403871</w:t>
        <w:br/>
        <w:t>v 1.227836 2.130852 0.397481</w:t>
        <w:br/>
        <w:t>v 1.227836 2.130852 0.397481</w:t>
        <w:br/>
        <w:t>v 1.228811 2.091089 0.367857</w:t>
        <w:br/>
        <w:t>v 1.052961 2.059624 0.423121</w:t>
        <w:br/>
        <w:t>v 1.052961 2.059624 0.423121</w:t>
        <w:br/>
        <w:t>v 1.064522 2.022336 0.391481</w:t>
        <w:br/>
        <w:t>v 1.064522 2.022336 0.391481</w:t>
        <w:br/>
        <w:t>v 1.061037 2.052128 0.351144</w:t>
        <w:br/>
        <w:t>v 0.946009 1.980714 0.339895</w:t>
        <w:br/>
        <w:t>v 0.946009 1.980714 0.339895</w:t>
        <w:br/>
        <w:t>v 1.048770 2.089081 0.381695</w:t>
        <w:br/>
        <w:t>v 1.048770 2.089081 0.381695</w:t>
        <w:br/>
        <w:t>v 1.061037 2.052128 0.351144</w:t>
        <w:br/>
        <w:t>v 0.948023 2.010332 0.301152</w:t>
        <w:br/>
        <w:t>v 0.930893 2.016417 0.367551</w:t>
        <w:br/>
        <w:t>v 0.930893 2.016417 0.367551</w:t>
        <w:br/>
        <w:t>v 0.930711 2.045515 0.327600</w:t>
        <w:br/>
        <w:t>v 0.930711 2.045515 0.327600</w:t>
        <w:br/>
        <w:t>v 0.876780 1.960017 0.236808</w:t>
        <w:br/>
        <w:t>v 0.948023 2.010332 0.301152</w:t>
        <w:br/>
        <w:t>v 0.847504 1.990109 0.253385</w:t>
        <w:br/>
        <w:t>v 0.807851 1.894222 0.161942</w:t>
        <w:br/>
        <w:t>v 0.861599 1.927589 0.267330</w:t>
        <w:br/>
        <w:t>v 0.861599 1.927589 0.267330</w:t>
        <w:br/>
        <w:t>v 0.876780 1.960017 0.236808</w:t>
        <w:br/>
        <w:t>v 0.807851 1.894222 0.161942</w:t>
        <w:br/>
        <w:t>v 0.833302 1.957969 0.283322</w:t>
        <w:br/>
        <w:t>v 0.833302 1.957969 0.283322</w:t>
        <w:br/>
        <w:t>v 0.847504 1.990109 0.253385</w:t>
        <w:br/>
        <w:t>v 0.784027 1.858615 0.178833</w:t>
        <w:br/>
        <w:t>v 0.798824 1.861384 0.118176</w:t>
        <w:br/>
        <w:t>v 0.784027 1.858615 0.178833</w:t>
        <w:br/>
        <w:t>v 0.773636 1.922092 0.162544</w:t>
        <w:br/>
        <w:t>v 0.773636 1.922092 0.162544</w:t>
        <w:br/>
        <w:t>v 0.749373 1.886125 0.177305</w:t>
        <w:br/>
        <w:t>v 0.749373 1.886125 0.177305</w:t>
        <w:br/>
        <w:t>v 0.768448 1.887787 0.100356</w:t>
        <w:br/>
        <w:t>v 0.768448 1.887787 0.100356</w:t>
        <w:br/>
        <w:t>v 0.798824 1.861384 0.118176</w:t>
        <w:br/>
        <w:t>v 0.799746 1.846219 0.089090</w:t>
        <w:br/>
        <w:t>v 0.791898 1.856331 0.050412</w:t>
        <w:br/>
        <w:t>v 0.744981 1.845563 0.104272</w:t>
        <w:br/>
        <w:t>v 0.791898 1.856331 0.050412</w:t>
        <w:br/>
        <w:t>v 0.744981 1.845563 0.104272</w:t>
        <w:br/>
        <w:t>v 0.781764 1.819967 0.041076</w:t>
        <w:br/>
        <w:t>v 0.781764 1.819967 0.041076</w:t>
        <w:br/>
        <w:t>v 0.789612 1.809855 0.079755</w:t>
        <w:br/>
        <w:t>v 0.775438 1.819400 0.123569</w:t>
        <w:br/>
        <w:t>v 0.775438 1.819400 0.123569</w:t>
        <w:br/>
        <w:t>v 0.789612 1.809855 0.079755</w:t>
        <w:br/>
        <w:t>v 0.799746 1.846219 0.089090</w:t>
        <w:br/>
        <w:t>v 0.656708 1.048048 0.086080</w:t>
        <w:br/>
        <w:t>v 0.614950 1.021255 0.085759</w:t>
        <w:br/>
        <w:t>v 0.675172 1.119300 0.153015</w:t>
        <w:br/>
        <w:t>v 0.664139 1.023776 0.072244</w:t>
        <w:br/>
        <w:t>v 0.619991 1.110439 0.173067</w:t>
        <w:br/>
        <w:t>v 0.629841 0.977064 0.058008</w:t>
        <w:br/>
        <w:t>v 0.672928 1.015663 0.060818</w:t>
        <w:br/>
        <w:t>v 0.671047 0.974428 0.039336</w:t>
        <w:br/>
        <w:t>v 0.629841 0.977064 0.058008</w:t>
        <w:br/>
        <w:t>v 0.671047 0.974428 0.039336</w:t>
        <w:br/>
        <w:t>v 0.620837 0.996066 0.010519</w:t>
        <w:br/>
        <w:t>v 0.668159 0.995723 -0.002241</w:t>
        <w:br/>
        <w:t>v 0.614950 1.021255 0.085759</w:t>
        <w:br/>
        <w:t>v 0.629841 0.977064 0.058008</w:t>
        <w:br/>
        <w:t>v 0.603553 1.042888 0.040791</w:t>
        <w:br/>
        <w:t>v 0.620837 0.996066 0.010519</w:t>
        <w:br/>
        <w:t>v 0.620837 0.996066 0.010519</w:t>
        <w:br/>
        <w:t>v 0.668159 0.995723 -0.002241</w:t>
        <w:br/>
        <w:t>v 0.648077 1.042080 0.022393</w:t>
        <w:br/>
        <w:t>v 0.603553 1.042888 0.040791</w:t>
        <w:br/>
        <w:t>v 0.670104 1.036944 0.019214</w:t>
        <w:br/>
        <w:t>v 0.670104 1.036944 0.019214</w:t>
        <w:br/>
        <w:t>v 0.672928 1.015663 0.060818</w:t>
        <w:br/>
        <w:t>v 0.648077 1.042080 0.022393</w:t>
        <w:br/>
        <w:t>v 0.664139 1.023776 0.072244</w:t>
        <w:br/>
        <w:t>v 0.645304 1.050937 0.027730</w:t>
        <w:br/>
        <w:t>v 0.645304 1.050937 0.027730</w:t>
        <w:br/>
        <w:t>v 0.656708 1.048048 0.086080</w:t>
        <w:br/>
        <w:t>v 0.597445 1.143443 0.138914</w:t>
        <w:br/>
        <w:t>v 0.597445 1.143443 0.138914</w:t>
        <w:br/>
        <w:t>v 0.619991 1.110439 0.173067</w:t>
        <w:br/>
        <w:t>v 0.650919 1.153152 0.118609</w:t>
        <w:br/>
        <w:t>v 0.650919 1.153152 0.118609</w:t>
        <w:br/>
        <w:t>v 0.675172 1.119300 0.153015</w:t>
        <w:br/>
        <w:t>v 0.738518 1.258925 0.287753</w:t>
        <w:br/>
        <w:t>v 0.716293 1.296557 0.257994</w:t>
        <w:br/>
        <w:t>v 0.716293 1.296557 0.257994</w:t>
        <w:br/>
        <w:t>v 0.831700 1.408428 0.446647</w:t>
        <w:br/>
        <w:t>v 0.690498 1.257210 0.314357</w:t>
        <w:br/>
        <w:t>v 0.690498 1.257210 0.314357</w:t>
        <w:br/>
        <w:t>v 0.738518 1.258925 0.287753</w:t>
        <w:br/>
        <w:t>v 0.831700 1.408428 0.446647</w:t>
        <w:br/>
        <w:t>v 0.667734 1.294834 0.284379</w:t>
        <w:br/>
        <w:t>v 0.667734 1.294834 0.284379</w:t>
        <w:br/>
        <w:t>v 0.785570 1.411014 0.477206</w:t>
        <w:br/>
        <w:t>v 0.785570 1.411014 0.477206</w:t>
        <w:br/>
        <w:t>v 0.921168 1.515904 0.557233</w:t>
        <w:br/>
        <w:t>v 0.815086 1.449504 0.421055</w:t>
        <w:br/>
        <w:t>v 0.815086 1.449504 0.421055</w:t>
        <w:br/>
        <w:t>v 0.921168 1.515904 0.557233</w:t>
        <w:br/>
        <w:t>v 0.768636 1.452015 0.451389</w:t>
        <w:br/>
        <w:t>v 0.768636 1.452015 0.451389</w:t>
        <w:br/>
        <w:t>v 0.882393 1.523804 0.593650</w:t>
        <w:br/>
        <w:t>v 0.882393 1.523804 0.593650</w:t>
        <w:br/>
        <w:t>v 1.065320 1.584074 0.603508</w:t>
        <w:br/>
        <w:t>v 1.050727 1.602816 0.650254</w:t>
        <w:br/>
        <w:t>v 0.872871 1.567730 0.571647</w:t>
        <w:br/>
        <w:t>v 1.050727 1.602816 0.650254</w:t>
        <w:br/>
        <w:t>v 0.872871 1.567730 0.571647</w:t>
        <w:br/>
        <w:t>v 1.051745 1.650267 0.632387</w:t>
        <w:br/>
        <w:t>v 0.912068 1.559825 0.535439</w:t>
        <w:br/>
        <w:t>v 1.051745 1.650267 0.632387</w:t>
        <w:br/>
        <w:t>v 0.912068 1.559825 0.535439</w:t>
        <w:br/>
        <w:t>v 1.066459 1.631525 0.585806</w:t>
        <w:br/>
        <w:t>v 1.065320 1.584074 0.603508</w:t>
        <w:br/>
        <w:t>v 1.066459 1.631525 0.585806</w:t>
        <w:br/>
        <w:t>v -1.426228 3.609992 -0.699909</w:t>
        <w:br/>
        <w:t>v -1.252953 3.617316 -0.741060</w:t>
        <w:br/>
        <w:t>v -1.394612 3.055269 -0.758349</w:t>
        <w:br/>
        <w:t>v -1.079434 3.620692 -0.700434</w:t>
        <w:br/>
        <w:t>v -1.082990 3.063606 -0.782197</w:t>
        <w:br/>
        <w:t>v -1.233459 3.061230 -0.794897</w:t>
        <w:br/>
        <w:t>v -1.383774 2.664010 -0.826425</w:t>
        <w:br/>
        <w:t>v -1.073607 2.674239 -0.845910</w:t>
        <w:br/>
        <w:t>v -1.223513 2.670002 -0.859626</w:t>
        <w:br/>
        <w:t>v -1.073362 2.605060 -0.814147</w:t>
        <w:br/>
        <w:t>v -1.226634 2.602779 -0.829267</w:t>
        <w:br/>
        <w:t>v -1.384184 2.595025 -0.793727</w:t>
        <w:br/>
        <w:t>v -1.216724 2.547047 -0.701476</w:t>
        <w:br/>
        <w:t>v -1.066731 2.552714 -0.669632</w:t>
        <w:br/>
        <w:t>v -1.374553 2.540574 -0.669151</w:t>
        <w:br/>
        <w:t>v -0.840371 0.128607 0.449933</w:t>
        <w:br/>
        <w:t>v -0.849810 0.187385 0.457669</w:t>
        <w:br/>
        <w:t>v -0.844589 0.129421 0.403225</w:t>
        <w:br/>
        <w:t>v -0.856353 0.193867 0.402430</w:t>
        <w:br/>
        <w:t>v -0.879810 0.298069 0.259364</w:t>
        <w:br/>
        <w:t>v -0.856353 0.193867 0.402430</w:t>
        <w:br/>
        <w:t>v -0.789407 0.183855 0.392816</w:t>
        <w:br/>
        <w:t>v -0.844589 0.129421 0.403225</w:t>
        <w:br/>
        <w:t>v -0.779834 0.132476 0.391710</w:t>
        <w:br/>
        <w:t>v -0.883101 0.257297 0.262938</w:t>
        <w:br/>
        <w:t>v -0.772756 0.156269 0.265988</w:t>
        <w:br/>
        <w:t>v -0.779834 0.132476 0.391710</w:t>
        <w:br/>
        <w:t>v -0.789407 0.183855 0.392816</w:t>
        <w:br/>
        <w:t>v -0.784894 0.087865 0.387806</w:t>
        <w:br/>
        <w:t>v -0.782184 0.064777 0.364494</w:t>
        <w:br/>
        <w:t>v -0.765628 0.057982 0.260846</w:t>
        <w:br/>
        <w:t>v -0.789407 0.183855 0.392816</w:t>
        <w:br/>
        <w:t>v -0.856353 0.193867 0.402430</w:t>
        <w:br/>
        <w:t>v -0.814339 0.246177 0.261385</w:t>
        <w:br/>
        <w:t>v -0.883101 0.257297 0.262938</w:t>
        <w:br/>
        <w:t>v -0.750281 0.182180 0.115027</w:t>
        <w:br/>
        <w:t>v -0.730184 0.047402 0.107942</w:t>
        <w:br/>
        <w:t>v -0.677662 0.042977 -0.120552</w:t>
        <w:br/>
        <w:t>v -0.852861 0.327082 0.111869</w:t>
        <w:br/>
        <w:t>v -0.852861 0.327082 0.111869</w:t>
        <w:br/>
        <w:t>v -0.827243 0.414876 0.029204</w:t>
        <w:br/>
        <w:t>v -0.810638 0.300400 0.114325</w:t>
        <w:br/>
        <w:t>v -0.690015 0.224306 -0.118918</w:t>
        <w:br/>
        <w:t>v -0.635349 0.041954 -0.376741</w:t>
        <w:br/>
        <w:t>v -0.805015 0.413092 -0.127487</w:t>
        <w:br/>
        <w:t>v -0.805015 0.413092 -0.127487</w:t>
        <w:br/>
        <w:t>v -0.786216 0.526511 -0.230856</w:t>
        <w:br/>
        <w:t>v -0.783722 0.528619 -0.242693</w:t>
        <w:br/>
        <w:t>v -0.772039 0.398506 -0.128094</w:t>
        <w:br/>
        <w:t>v -0.665855 0.237836 -0.377849</w:t>
        <w:br/>
        <w:t>v -0.648753 0.040566 -0.567238</w:t>
        <w:br/>
        <w:t>v -0.802050 0.428612 -0.392657</w:t>
        <w:br/>
        <w:t>v -0.802050 0.428612 -0.392657</w:t>
        <w:br/>
        <w:t>v -0.787679 0.528819 -0.442796</w:t>
        <w:br/>
        <w:t>v -0.753096 0.411273 -0.392693</w:t>
        <w:br/>
        <w:t>v -0.817640 0.439492 -0.538118</w:t>
        <w:br/>
        <w:t>v -0.817640 0.439492 -0.538118</w:t>
        <w:br/>
        <w:t>v -0.825771 0.544386 -0.684940</w:t>
        <w:br/>
        <w:t>v -0.703257 0.246694 -0.569481</w:t>
        <w:br/>
        <w:t>v -0.774820 0.421276 -0.550430</w:t>
        <w:br/>
        <w:t>v -0.832106 0.449587 -0.673090</w:t>
        <w:br/>
        <w:t>v -0.832106 0.449587 -0.673090</w:t>
        <w:br/>
        <w:t>v -0.940751 0.462218 -0.849258</w:t>
        <w:br/>
        <w:t>v -0.945935 0.552432 -0.849755</w:t>
        <w:br/>
        <w:t>v -0.795300 0.430706 -0.699138</w:t>
        <w:br/>
        <w:t>v -0.940751 0.462218 -0.849258</w:t>
        <w:br/>
        <w:t>v -1.168778 0.471630 -0.956972</w:t>
        <w:br/>
        <w:t>v -1.167694 0.553905 -0.954399</w:t>
        <w:br/>
        <w:t>v -1.375268 0.545551 -0.893103</w:t>
        <w:br/>
        <w:t>v -0.749821 0.257250 -0.722220</w:t>
        <w:br/>
        <w:t>v -0.712973 0.038634 -0.742999</w:t>
        <w:br/>
        <w:t>v -0.933648 0.445149 -0.907199</w:t>
        <w:br/>
        <w:t>v -1.168778 0.471630 -0.956972</w:t>
        <w:br/>
        <w:t>v -0.896492 0.261430 -0.940372</w:t>
        <w:br/>
        <w:t>v -0.891673 0.047697 -0.942540</w:t>
        <w:br/>
        <w:t>v -1.168476 0.059094 -1.044255</w:t>
        <w:br/>
        <w:t>v -1.166528 0.267846 -1.047514</w:t>
        <w:br/>
        <w:t>v -1.168292 0.448717 -1.010740</w:t>
        <w:br/>
        <w:t>v -1.407955 0.263462 -0.984364</w:t>
        <w:br/>
        <w:t>v -1.426932 0.042616 -0.990561</w:t>
        <w:br/>
        <w:t>v -1.393222 0.443965 -0.957430</w:t>
        <w:br/>
        <w:t>v -1.581011 0.243043 -0.808782</w:t>
        <w:br/>
        <w:t>v -1.636317 0.017822 -0.827651</w:t>
        <w:br/>
        <w:t>v -1.748785 0.016113 -0.606248</w:t>
        <w:br/>
        <w:t>v -1.376157 0.460436 -0.908780</w:t>
        <w:br/>
        <w:t>v -1.376157 0.460436 -0.908780</w:t>
        <w:br/>
        <w:t>v -1.679728 0.230864 -0.584753</w:t>
        <w:br/>
        <w:t>v -1.796367 0.016899 -0.338747</w:t>
        <w:br/>
        <w:t>v -1.544403 0.428814 -0.787524</w:t>
        <w:br/>
        <w:t>v -1.502336 0.448399 -0.763592</w:t>
        <w:br/>
        <w:t>v -1.502336 0.448399 -0.763592</w:t>
        <w:br/>
        <w:t>v -1.508161 0.535845 -0.769164</w:t>
        <w:br/>
        <w:t>v -1.592570 0.529334 -0.562189</w:t>
        <w:br/>
        <w:t>v -1.588129 0.434011 -0.564685</w:t>
        <w:br/>
        <w:t>v -1.588129 0.434011 -0.564685</w:t>
        <w:br/>
        <w:t>v -1.627021 0.418198 -0.571765</w:t>
        <w:br/>
        <w:t>v -1.755170 0.216976 -0.337442</w:t>
        <w:br/>
        <w:t>v -1.700355 0.408993 -0.329033</w:t>
        <w:br/>
        <w:t>v -1.661958 0.421959 -0.308383</w:t>
        <w:br/>
        <w:t>v -1.661958 0.421959 -0.308383</w:t>
        <w:br/>
        <w:t>v -1.667272 0.525360 -0.229156</w:t>
        <w:br/>
        <w:t>v -1.668729 0.524162 -0.218281</w:t>
        <w:br/>
        <w:t>v -1.689892 0.394573 -0.118388</w:t>
        <w:br/>
        <w:t>v -1.734511 0.200296 -0.123340</w:t>
        <w:br/>
        <w:t>v -1.768278 0.019130 -0.125899</w:t>
        <w:br/>
        <w:t>v -1.667727 0.404835 -0.116368</w:t>
        <w:br/>
        <w:t>v -1.667727 0.404835 -0.116368</w:t>
        <w:br/>
        <w:t>v -1.685379 0.476735 -0.121952</w:t>
        <w:br/>
        <w:t>v -1.673032 0.377934 0.089906</w:t>
        <w:br/>
        <w:t>v -1.657954 0.305793 0.086346</w:t>
        <w:br/>
        <w:t>v -1.638993 0.315763 0.088309</w:t>
        <w:br/>
        <w:t>v -1.638993 0.315763 0.088309</w:t>
        <w:br/>
        <w:t>v -1.637210 0.289532 0.251086</w:t>
        <w:br/>
        <w:t>v -1.712273 0.169439 0.080782</w:t>
        <w:br/>
        <w:t>v -1.741149 0.024998 0.063755</w:t>
        <w:br/>
        <w:t>v -1.733138 0.036304 0.187341</w:t>
        <w:br/>
        <w:t>v -1.646995 0.230844 0.235161</w:t>
        <w:br/>
        <w:t>v -1.708487 0.145725 0.203172</w:t>
        <w:br/>
        <w:t>v -1.734266 0.043363 0.281546</w:t>
        <w:br/>
        <w:t>v -1.728789 0.068428 0.306955</w:t>
        <w:br/>
        <w:t>v -1.701542 0.123778 0.312551</w:t>
        <w:br/>
        <w:t>v -1.676371 0.186028 0.311651</w:t>
        <w:br/>
        <w:t>v -1.670306 0.122209 0.332745</w:t>
        <w:br/>
        <w:t>v -1.616149 0.241174 0.240133</w:t>
        <w:br/>
        <w:t>v -1.616149 0.241174 0.240133</w:t>
        <w:br/>
        <w:t>v -1.658201 0.191716 0.332361</w:t>
        <w:br/>
        <w:t>v -1.658201 0.191716 0.332361</w:t>
        <w:br/>
        <w:t>v -1.672170 0.120583 0.396193</w:t>
        <w:br/>
        <w:t>v -1.637210 0.289532 0.251086</w:t>
        <w:br/>
        <w:t>v -1.614622 0.192892 0.402947</w:t>
        <w:br/>
        <w:t>v 1.399647 3.615392 -0.734928</w:t>
        <w:br/>
        <w:t>v 1.366481 3.060993 -0.795531</w:t>
        <w:br/>
        <w:t>v 1.226380 3.623356 -0.775993</w:t>
        <w:br/>
        <w:t>v 1.054875 3.070283 -0.819245</w:t>
        <w:br/>
        <w:t>v 1.052883 3.627052 -0.735297</w:t>
        <w:br/>
        <w:t>v 1.205332 3.067541 -0.832003</w:t>
        <w:br/>
        <w:t>v 1.354541 2.670035 -0.865137</w:t>
        <w:br/>
        <w:t>v 1.044397 2.681196 -0.884480</w:t>
        <w:br/>
        <w:t>v 1.194287 2.676600 -0.898261</w:t>
        <w:br/>
        <w:t>v 1.043971 2.611895 -0.852989</w:t>
        <w:br/>
        <w:t>v 1.197231 2.609250 -0.868168</w:t>
        <w:br/>
        <w:t>v 1.354770 2.600922 -0.832710</w:t>
        <w:br/>
        <w:t>v 1.187208 2.553045 -0.740592</w:t>
        <w:br/>
        <w:t>v 1.037241 2.559001 -0.708678</w:t>
        <w:br/>
        <w:t>v 1.345028 2.546009 -0.708345</w:t>
        <w:br/>
        <w:t>v 0.823256 0.136411 0.428259</w:t>
        <w:br/>
        <w:t>v 0.827068 0.136873 0.381512</w:t>
        <w:br/>
        <w:t>v 0.832567 0.195278 0.435455</w:t>
        <w:br/>
        <w:t>v 0.838609 0.201349 0.380112</w:t>
        <w:br/>
        <w:t>v 0.860481 0.304503 0.236038</w:t>
        <w:br/>
        <w:t>v 0.838609 0.201349 0.380112</w:t>
        <w:br/>
        <w:t>v 0.827068 0.136873 0.381512</w:t>
        <w:br/>
        <w:t>v 0.771617 0.191044 0.371158</w:t>
        <w:br/>
        <w:t>v 0.762205 0.139627 0.370536</w:t>
        <w:br/>
        <w:t>v 0.863937 0.263771 0.239902</w:t>
        <w:br/>
        <w:t>v 0.762205 0.139627 0.370536</w:t>
        <w:br/>
        <w:t>v 0.753960 0.162410 0.244698</w:t>
        <w:br/>
        <w:t>v 0.771617 0.191044 0.371158</w:t>
        <w:br/>
        <w:t>v 0.767380 0.095004 0.366936</w:t>
        <w:br/>
        <w:t>v 0.764546 0.071724 0.343831</w:t>
        <w:br/>
        <w:t>v 0.747115 0.064064 0.240386</w:t>
        <w:br/>
        <w:t>v 0.771617 0.191044 0.371158</w:t>
        <w:br/>
        <w:t>v 0.795202 0.252415 0.239033</w:t>
        <w:br/>
        <w:t>v 0.838609 0.201349 0.380112</w:t>
        <w:br/>
        <w:t>v 0.863937 0.263771 0.239902</w:t>
        <w:br/>
        <w:t>v 0.730093 0.187065 0.093741</w:t>
        <w:br/>
        <w:t>v 0.710384 0.052170 0.087883</w:t>
        <w:br/>
        <w:t>v 0.655901 0.045784 -0.140105</w:t>
        <w:br/>
        <w:t>v 0.832159 0.332272 0.088561</w:t>
        <w:br/>
        <w:t>v 0.832159 0.332272 0.088561</w:t>
        <w:br/>
        <w:t>v 0.805534 0.419331 0.005439</w:t>
        <w:br/>
        <w:t>v 0.790048 0.305472 0.091592</w:t>
        <w:br/>
        <w:t>v 0.667664 0.227160 -0.139994</w:t>
        <w:br/>
        <w:t>v 0.611376 0.042616 -0.395902</w:t>
        <w:br/>
        <w:t>v 0.781957 0.416247 -0.151035</w:t>
        <w:br/>
        <w:t>v 0.781957 0.416247 -0.151035</w:t>
        <w:br/>
        <w:t>v 0.761886 0.528790 -0.255119</w:t>
        <w:br/>
        <w:t>v 0.759282 0.530798 -0.266950</w:t>
        <w:br/>
        <w:t>v 0.749025 0.401549 -0.151242</w:t>
        <w:br/>
        <w:t>v 0.641219 0.238582 -0.398803</w:t>
        <w:br/>
        <w:t>v 0.623135 0.039779 -0.586490</w:t>
        <w:br/>
        <w:t>v 0.776644 0.429679 -0.416282</w:t>
        <w:br/>
        <w:t>v 0.776644 0.429679 -0.416282</w:t>
        <w:br/>
        <w:t>v 0.761506 0.529443 -0.467075</w:t>
        <w:br/>
        <w:t>v 0.727750 0.412181 -0.415758</w:t>
        <w:br/>
        <w:t>v 0.790938 0.439470 -0.561954</w:t>
        <w:br/>
        <w:t>v 0.790938 0.439470 -0.561954</w:t>
        <w:br/>
        <w:t>v 0.797449 0.543236 -0.709654</w:t>
        <w:br/>
        <w:t>v 0.676931 0.246059 -0.590816</w:t>
        <w:br/>
        <w:t>v 0.748074 0.421018 -0.573750</w:t>
        <w:br/>
        <w:t>v 0.804202 0.448554 -0.697120</w:t>
        <w:br/>
        <w:t>v 0.804202 0.448554 -0.697120</w:t>
        <w:br/>
        <w:t>v 0.722135 0.255571 -0.744032</w:t>
        <w:br/>
        <w:t>v 0.685837 0.036679 -0.762782</w:t>
        <w:br/>
        <w:t>v 0.767234 0.429350 -0.722699</w:t>
        <w:br/>
        <w:t>v 0.911275 0.460158 -0.874318</w:t>
        <w:br/>
        <w:t>v 0.911275 0.460158 -0.874318</w:t>
        <w:br/>
        <w:t>v 0.916154 0.550382 -0.875565</w:t>
        <w:br/>
        <w:t>v 0.903727 0.442613 -0.932060</w:t>
        <w:br/>
        <w:t>v 0.866897 0.258519 -0.963474</w:t>
        <w:br/>
        <w:t>v 0.862772 0.044762 -0.963932</w:t>
        <w:br/>
        <w:t>v 1.138644 0.056264 -1.068132</w:t>
        <w:br/>
        <w:t>v 1.138328 0.469470 -0.984078</w:t>
        <w:br/>
        <w:t>v 1.138328 0.469470 -0.984078</w:t>
        <w:br/>
        <w:t>v 1.136992 0.551759 -0.982138</w:t>
        <w:br/>
        <w:t>v 1.345116 0.544563 -0.922584</w:t>
        <w:br/>
        <w:t>v 1.135973 0.264976 -1.073004</w:t>
        <w:br/>
        <w:t>v 1.137453 0.446135 -1.037660</w:t>
        <w:br/>
        <w:t>v 1.377951 0.261875 -1.011921</w:t>
        <w:br/>
        <w:t>v 1.397609 0.041050 -1.016557</w:t>
        <w:br/>
        <w:t>v 1.362851 0.442534 -0.986269</w:t>
        <w:br/>
        <w:t>v 1.552587 0.243397 -0.837693</w:t>
        <w:br/>
        <w:t>v 1.608478 0.018217 -0.855283</w:t>
        <w:br/>
        <w:t>v 1.722863 0.018609 -0.634858</w:t>
        <w:br/>
        <w:t>v 1.346153 0.459330 -0.937603</w:t>
        <w:br/>
        <w:t>v 1.346153 0.459330 -0.937603</w:t>
        <w:br/>
        <w:t>v 1.515546 0.429208 -0.817569</w:t>
        <w:br/>
        <w:t>v 1.653280 0.233296 -0.614442</w:t>
        <w:br/>
        <w:t>v 1.772756 0.021646 -0.367794</w:t>
        <w:br/>
        <w:t>v 1.473623 0.448843 -0.793427</w:t>
        <w:br/>
        <w:t>v 1.473623 0.448843 -0.793427</w:t>
        <w:br/>
        <w:t>v 1.479108 0.536261 -0.799731</w:t>
        <w:br/>
        <w:t>v 1.565327 0.531648 -0.593453</w:t>
        <w:br/>
        <w:t>v 1.561182 0.436294 -0.595165</w:t>
        <w:br/>
        <w:t>v 1.561182 0.436294 -0.595165</w:t>
        <w:br/>
        <w:t>v 1.600064 0.420553 -0.602460</w:t>
        <w:br/>
        <w:t>v 1.730906 0.221592 -0.367694</w:t>
        <w:br/>
        <w:t>v 1.675527 0.413489 -0.360308</w:t>
        <w:br/>
        <w:t>v 1.637266 0.426491 -0.339428</w:t>
        <w:br/>
        <w:t>v 1.637266 0.426491 -0.339428</w:t>
        <w:br/>
        <w:t>v 1.642922 0.530526 -0.261060</w:t>
        <w:br/>
        <w:t>v 1.644477 0.529419 -0.250189</w:t>
        <w:br/>
        <w:t>v 1.666935 0.400686 -0.149475</w:t>
        <w:br/>
        <w:t>v 1.712157 0.206523 -0.153297</w:t>
        <w:br/>
        <w:t>v 1.746503 0.025453 -0.154735</w:t>
        <w:br/>
        <w:t>v 1.644756 0.410891 -0.147343</w:t>
        <w:br/>
        <w:t>v 1.644756 0.410891 -0.147343</w:t>
        <w:br/>
        <w:t>v 1.662118 0.482802 -0.153641</w:t>
        <w:br/>
        <w:t>v 1.651936 0.385625 0.059081</w:t>
        <w:br/>
        <w:t>v 1.637067 0.313409 0.056216</w:t>
        <w:br/>
        <w:t>v 1.618090 0.323332 0.058266</w:t>
        <w:br/>
        <w:t>v 1.618090 0.323332 0.058266</w:t>
        <w:br/>
        <w:t>v 1.617804 0.298372 0.221252</w:t>
        <w:br/>
        <w:t>v 1.691790 0.177194 0.051245</w:t>
        <w:br/>
        <w:t>v 1.720998 0.032718 0.035096</w:t>
        <w:br/>
        <w:t>v 1.714019 0.044966 0.158655</w:t>
        <w:br/>
        <w:t>v 1.627647 0.239593 0.205701</w:t>
        <w:br/>
        <w:t>v 1.689141 0.154427 0.173845</w:t>
        <w:br/>
        <w:t>v 1.715940 0.052767 0.252788</w:t>
        <w:br/>
        <w:t>v 1.710599 0.078012 0.278047</w:t>
        <w:br/>
        <w:t>v 1.683217 0.133315 0.283447</w:t>
        <w:br/>
        <w:t>v 1.657833 0.195474 0.282280</w:t>
        <w:br/>
        <w:t>v 1.652163 0.131802 0.303924</w:t>
        <w:br/>
        <w:t>v 1.596810 0.249861 0.210860</w:t>
        <w:br/>
        <w:t>v 1.596810 0.249861 0.210860</w:t>
        <w:br/>
        <w:t>v 1.639823 0.201265 0.303102</w:t>
        <w:br/>
        <w:t>v 1.639823 0.201265 0.303102</w:t>
        <w:br/>
        <w:t>v 1.654581 0.130680 0.367364</w:t>
        <w:br/>
        <w:t>v 1.596853 0.202852 0.374053</w:t>
        <w:br/>
        <w:t>v 1.617804 0.298372 0.221252</w:t>
        <w:br/>
        <w:t>v -0.736038 14.758721 -0.763305</w:t>
        <w:br/>
        <w:t>v -0.845670 14.718838 -0.754650</w:t>
        <w:br/>
        <w:t>v -0.732386 14.755461 -0.790116</w:t>
        <w:br/>
        <w:t>v -0.854325 14.715095 -0.774209</w:t>
        <w:br/>
        <w:t>v -1.100386 14.789900 -0.652361</w:t>
        <w:br/>
        <w:t>v -0.844826 14.716837 -0.790246</w:t>
        <w:br/>
        <w:t>v -0.732386 14.755461 -0.790116</w:t>
        <w:br/>
        <w:t>v -0.844826 14.716837 -0.790246</w:t>
        <w:br/>
        <w:t>v -0.707006 14.645579 -0.835757</w:t>
        <w:br/>
        <w:t>v -1.110328 14.778878 -0.679405</w:t>
        <w:br/>
        <w:t>v -0.812391 14.604792 -0.836251</w:t>
        <w:br/>
        <w:t>v -0.699897 14.621669 -0.818537</w:t>
        <w:br/>
        <w:t>v -0.804816 14.580741 -0.826663</w:t>
        <w:br/>
        <w:t>v -0.951298 14.612228 -0.811746</w:t>
        <w:br/>
        <w:t>v -0.898237 14.501740 -0.874536</w:t>
        <w:br/>
        <w:t>v -0.891246 14.478361 -0.856134</w:t>
        <w:br/>
        <w:t>v -0.960399 14.607814 -0.795189</w:t>
        <w:br/>
        <w:t>v -1.079038 14.487310 -0.827407</w:t>
        <w:br/>
        <w:t>v -1.040385 14.344305 -0.878123</w:t>
        <w:br/>
        <w:t>v -1.040385 14.344305 -0.878123</w:t>
        <w:br/>
        <w:t>v -1.031665 14.320480 -0.856875</w:t>
        <w:br/>
        <w:t>v -1.175454 14.341175 -0.780082</w:t>
        <w:br/>
        <w:t>v -1.206302 14.372622 -0.796204</w:t>
        <w:br/>
        <w:t>v -1.323081 14.398053 -0.681719</w:t>
        <w:br/>
        <w:t>v -1.070340 14.498535 -0.801369</w:t>
        <w:br/>
        <w:t>v -0.973158 14.593827 -0.777800</w:t>
        <w:br/>
        <w:t>v -1.180336 14.516219 -0.684734</w:t>
        <w:br/>
        <w:t>v -0.960399 14.607814 -0.795189</w:t>
        <w:br/>
        <w:t>v -1.086481 14.611197 -0.738783</w:t>
        <w:br/>
        <w:t>v -0.973158 14.593827 -0.777800</w:t>
        <w:br/>
        <w:t>v -1.076578 14.591325 -0.718782</w:t>
        <w:br/>
        <w:t>v -1.180336 14.516219 -0.684734</w:t>
        <w:br/>
        <w:t>v -1.214255 14.518889 -0.692245</w:t>
        <w:br/>
        <w:t>v -1.214255 14.518889 -0.692245</w:t>
        <w:br/>
        <w:t>v -1.226228 14.510581 -0.721442</w:t>
        <w:br/>
        <w:t>v -1.160985 14.755346 -0.664785</w:t>
        <w:br/>
        <w:t>v -1.336232 14.422836 -0.699302</w:t>
        <w:br/>
        <w:t>v -1.261741 14.623645 -0.614362</w:t>
        <w:br/>
        <w:t>v -1.214255 14.518889 -0.692245</w:t>
        <w:br/>
        <w:t>v -1.162675 14.753057 -0.651348</w:t>
        <w:br/>
        <w:t>v -1.160985 14.755346 -0.664785</w:t>
        <w:br/>
        <w:t>v -1.110328 14.778878 -0.679405</w:t>
        <w:br/>
        <w:t>v -1.163364 14.755461 -0.637286</w:t>
        <w:br/>
        <w:t>v -1.309695 14.584763 -0.611399</w:t>
        <w:br/>
        <w:t>v -1.334738 14.800024 -0.506328</w:t>
        <w:br/>
        <w:t>v -1.320820 14.798686 -0.486952</w:t>
        <w:br/>
        <w:t>v -1.404200 14.757436 -0.406755</w:t>
        <w:br/>
        <w:t>v -1.263249 14.624335 -0.605720</w:t>
        <w:br/>
        <w:t>v -1.334738 14.800024 -0.506328</w:t>
        <w:br/>
        <w:t>v -1.304016 14.588792 -0.602821</w:t>
        <w:br/>
        <w:t>v -1.423161 14.755278 -0.412967</w:t>
        <w:br/>
        <w:t>v -1.266900 14.618928 -0.595154</w:t>
        <w:br/>
        <w:t>v -1.295114 14.595121 -0.589397</w:t>
        <w:br/>
        <w:t>v -1.266900 14.618928 -0.595154</w:t>
        <w:br/>
        <w:t>v -1.263249 14.624335 -0.605720</w:t>
        <w:br/>
        <w:t>v -1.351295 14.636978 -0.544471</w:t>
        <w:br/>
        <w:t>v -1.295114 14.595121 -0.589397</w:t>
        <w:br/>
        <w:t>v -1.351295 14.636978 -0.544471</w:t>
        <w:br/>
        <w:t>v -1.369813 14.646063 -0.544419</w:t>
        <w:br/>
        <w:t>v -1.369813 14.646063 -0.544419</w:t>
        <w:br/>
        <w:t>v -1.374791 14.655785 -0.554556</w:t>
        <w:br/>
        <w:t>v -1.374791 14.655785 -0.554556</w:t>
        <w:br/>
        <w:t>v -1.444123 14.526035 -0.558480</w:t>
        <w:br/>
        <w:t>v -1.495729 14.590104 -0.480129</w:t>
        <w:br/>
        <w:t>v -1.495729 14.590104 -0.480129</w:t>
        <w:br/>
        <w:t>v -1.439406 14.507997 -0.563717</w:t>
        <w:br/>
        <w:t>v -1.427723 14.756491 -0.420531</w:t>
        <w:br/>
        <w:t>v -1.427723 14.756491 -0.420531</w:t>
        <w:br/>
        <w:t>v -1.508894 14.595315 -0.478375</w:t>
        <w:br/>
        <w:t>v -1.508894 14.595315 -0.478375</w:t>
        <w:br/>
        <w:t>v -1.539317 14.673900 -0.344856</w:t>
        <w:br/>
        <w:t>v -1.531207 14.675083 -0.336253</w:t>
        <w:br/>
        <w:t>v -1.569636 14.546658 -0.425690</w:t>
        <w:br/>
        <w:t>v -1.569636 14.546658 -0.425690</w:t>
        <w:br/>
        <w:t>v -1.591468 14.647079 -0.290470</w:t>
        <w:br/>
        <w:t>v -1.531207 14.675083 -0.336253</w:t>
        <w:br/>
        <w:t>v -1.423161 14.755278 -0.412967</w:t>
        <w:br/>
        <w:t>v -1.550948 14.708193 -0.286675</w:t>
        <w:br/>
        <w:t>v -1.532169 14.668661 -0.313953</w:t>
        <w:br/>
        <w:t>v -1.532169 14.668661 -0.313953</w:t>
        <w:br/>
        <w:t>v -1.574782 14.653897 -0.284699</w:t>
        <w:br/>
        <w:t>v -1.539642 14.682385 -0.281944</w:t>
        <w:br/>
        <w:t>v -1.593872 14.712654 -0.210689</w:t>
        <w:br/>
        <w:t>v -1.593872 14.712654 -0.210689</w:t>
        <w:br/>
        <w:t>v -1.615225 14.728080 -0.199525</w:t>
        <w:br/>
        <w:t>v -1.615225 14.728080 -0.199525</w:t>
        <w:br/>
        <w:t>v -1.550948 14.708193 -0.286675</w:t>
        <w:br/>
        <w:t>v -1.448710 14.809667 -0.281372</w:t>
        <w:br/>
        <w:t>v -1.432297 14.816943 -0.263075</w:t>
        <w:br/>
        <w:t>v -1.515704 14.877687 -0.119758</w:t>
        <w:br/>
        <w:t>v -1.497847 14.884558 -0.103474</w:t>
        <w:br/>
        <w:t>v -1.583671 14.828277 -0.038678</w:t>
        <w:br/>
        <w:t>v -1.614926 14.741806 -0.211170</w:t>
        <w:br/>
        <w:t>v -1.614926 14.741806 -0.211170</w:t>
        <w:br/>
        <w:t>v -1.602190 14.826030 -0.049919</w:t>
        <w:br/>
        <w:t>v -1.608129 14.824301 -0.058587</w:t>
        <w:br/>
        <w:t>v -1.712082 14.652039 -0.085735</w:t>
        <w:br/>
        <w:t>v -1.712082 14.652039 -0.085735</w:t>
        <w:br/>
        <w:t>v -1.695798 14.739868 0.038153</w:t>
        <w:br/>
        <w:t>v -1.613717 14.928993 0.139663</w:t>
        <w:br/>
        <w:t>v -1.594159 14.931916 0.152308</w:t>
        <w:br/>
        <w:t>v -1.690327 14.739842 0.048212</w:t>
        <w:br/>
        <w:t>v -1.681139 14.916100 0.290296</w:t>
        <w:br/>
        <w:t>v -1.659605 14.918609 0.298756</w:t>
        <w:br/>
        <w:t>v -1.764832 14.854220 0.442774</w:t>
        <w:br/>
        <w:t>v -1.698111 14.789042 0.094880</w:t>
        <w:br/>
        <w:t>v -1.739060 14.794948 0.240731</w:t>
        <w:br/>
        <w:t>v -1.690327 14.739842 0.048212</w:t>
        <w:br/>
        <w:t>v -1.698111 14.789042 0.094880</w:t>
        <w:br/>
        <w:t>v -1.683478 14.739789 0.060818</w:t>
        <w:br/>
        <w:t>v -1.678540 14.766899 0.104834</w:t>
        <w:br/>
        <w:t>v -1.739060 14.794948 0.240731</w:t>
        <w:br/>
        <w:t>v -1.683478 14.739789 0.060818</w:t>
        <w:br/>
        <w:t>v -1.725207 14.728247 0.077387</w:t>
        <w:br/>
        <w:t>v -1.722389 14.774899 0.248035</w:t>
        <w:br/>
        <w:t>v -1.799188 14.751952 0.331788</w:t>
        <w:br/>
        <w:t>v -1.818794 14.754830 0.344983</w:t>
        <w:br/>
        <w:t>v -1.737839 14.725623 0.067939</w:t>
        <w:br/>
        <w:t>v -1.764978 14.762861 0.233341</w:t>
        <w:br/>
        <w:t>v -1.799188 14.751952 0.331788</w:t>
        <w:br/>
        <w:t>v -1.818794 14.754830 0.344983</w:t>
        <w:br/>
        <w:t>v -1.740078 14.755051 0.251042</w:t>
        <w:br/>
        <w:t>v -1.764978 14.762861 0.233341</w:t>
        <w:br/>
        <w:t>v -1.841143 14.648484 0.258920</w:t>
        <w:br/>
        <w:t>v -1.747430 14.730054 0.069148</w:t>
        <w:br/>
        <w:t>v -1.849498 14.644958 0.263796</w:t>
        <w:br/>
        <w:t>v -1.831197 14.639011 0.257011</w:t>
        <w:br/>
        <w:t>v -1.823349 14.645222 0.219837</w:t>
        <w:br/>
        <w:t>v -1.823349 14.645222 0.219837</w:t>
        <w:br/>
        <w:t>v -1.841143 14.648484 0.258920</w:t>
        <w:br/>
        <w:t>v -1.747430 14.730054 0.069148</w:t>
        <w:br/>
        <w:t>v -1.830474 14.641097 0.167617</w:t>
        <w:br/>
        <w:t>v -1.784187 14.620962 0.233758</w:t>
        <w:br/>
        <w:t>v -1.783880 14.624501 0.181778</w:t>
        <w:br/>
        <w:t>v -1.849498 14.644958 0.263796</w:t>
        <w:br/>
        <w:t>v -1.849851 14.609317 0.210104</w:t>
        <w:br/>
        <w:t>v -1.831197 14.639011 0.257011</w:t>
        <w:br/>
        <w:t>v -1.830482 14.612718 0.216613</w:t>
        <w:br/>
        <w:t>v -1.849851 14.609317 0.210104</w:t>
        <w:br/>
        <w:t>v -1.783880 14.624501 0.181778</w:t>
        <w:br/>
        <w:t>v -1.820020 14.630621 0.168746</w:t>
        <w:br/>
        <w:t>v -1.820020 14.630621 0.168746</w:t>
        <w:br/>
        <w:t>v -1.830474 14.641097 0.167617</w:t>
        <w:br/>
        <w:t>v -1.885007 14.480296 0.161750</w:t>
        <w:br/>
        <w:t>v -1.820020 14.630621 0.168746</w:t>
        <w:br/>
        <w:t>v -1.885007 14.480296 0.161750</w:t>
        <w:br/>
        <w:t>v -1.793071 14.527857 0.062936</w:t>
        <w:br/>
        <w:t>v -1.806197 14.542724 0.059804</w:t>
        <w:br/>
        <w:t>v -1.806197 14.542724 0.059804</w:t>
        <w:br/>
        <w:t>v -1.815190 14.550156 0.052189</w:t>
        <w:br/>
        <w:t>v -1.806197 14.542724 0.059804</w:t>
        <w:br/>
        <w:t>v -1.815190 14.550156 0.052189</w:t>
        <w:br/>
        <w:t>v -1.793071 14.527857 0.062936</w:t>
        <w:br/>
        <w:t>v -1.793604 14.414505 -0.125502</w:t>
        <w:br/>
        <w:t>v -1.773318 14.398376 -0.110908</w:t>
        <w:br/>
        <w:t>v -1.693277 14.450635 -0.283517</w:t>
        <w:br/>
        <w:t>v -1.732069 14.625037 -0.047307</w:t>
        <w:br/>
        <w:t>v -1.732069 14.625037 -0.047307</w:t>
        <w:br/>
        <w:t>v -1.699735 14.461657 -0.289755</w:t>
        <w:br/>
        <w:t>v -1.602346 14.363965 -0.448173</w:t>
        <w:br/>
        <w:t>v -1.723635 14.622737 -0.044474</w:t>
        <w:br/>
        <w:t>v -1.723635 14.622737 -0.044474</w:t>
        <w:br/>
        <w:t>v -1.717319 14.575287 -0.107048</w:t>
        <w:br/>
        <w:t>v -1.717319 14.575287 -0.107048</w:t>
        <w:br/>
        <w:t>v -1.793604 14.414505 -0.125502</w:t>
        <w:br/>
        <w:t>v -1.723635 14.622737 -0.044474</w:t>
        <w:br/>
        <w:t>v -1.690691 14.643596 -0.093766</w:t>
        <w:br/>
        <w:t>v -1.706220 14.612368 -0.054142</w:t>
        <w:br/>
        <w:t>v -1.706220 14.612368 -0.054142</w:t>
        <w:br/>
        <w:t>v -1.687780 14.634068 -0.088685</w:t>
        <w:br/>
        <w:t>v -1.697046 14.577950 -0.090985</w:t>
        <w:br/>
        <w:t>v -1.680671 14.579720 -0.133078</w:t>
        <w:br/>
        <w:t>v -1.680671 14.579720 -0.133078</w:t>
        <w:br/>
        <w:t>v -1.691717 14.576290 -0.155184</w:t>
        <w:br/>
        <w:t>v -1.691717 14.576290 -0.155184</w:t>
        <w:br/>
        <w:t>v -1.699735 14.461657 -0.289755</w:t>
        <w:br/>
        <w:t>v -1.695525 14.586763 -0.158732</w:t>
        <w:br/>
        <w:t>v -1.615225 14.728080 -0.199525</w:t>
        <w:br/>
        <w:t>v -1.709613 14.473243 -0.299450</w:t>
        <w:br/>
        <w:t>v -1.599539 14.646505 -0.294784</w:t>
        <w:br/>
        <w:t>v -1.709613 14.473243 -0.299450</w:t>
        <w:br/>
        <w:t>v -1.599539 14.646505 -0.294784</w:t>
        <w:br/>
        <w:t>v -1.569636 14.546658 -0.425690</w:t>
        <w:br/>
        <w:t>v -1.574847 14.544477 -0.430745</w:t>
        <w:br/>
        <w:t>v -1.574847 14.544477 -0.430745</w:t>
        <w:br/>
        <w:t>v -1.614744 14.377894 -0.470928</w:t>
        <w:br/>
        <w:t>v -1.614744 14.377894 -0.470928</w:t>
        <w:br/>
        <w:t>v -1.511025 14.346978 -0.556011</w:t>
        <w:br/>
        <w:t>v -1.505203 14.509621 -0.500480</w:t>
        <w:br/>
        <w:t>v -1.524307 14.363745 -0.576232</w:t>
        <w:br/>
        <w:t>v -1.524307 14.363745 -0.576232</w:t>
        <w:br/>
        <w:t>v -1.329605 14.410282 -0.690425</w:t>
        <w:br/>
        <w:t>v -1.336232 14.422836 -0.699302</w:t>
        <w:br/>
        <w:t>v -1.329605 14.410282 -0.690425</w:t>
        <w:br/>
        <w:t>v -1.439406 14.507997 -0.563717</w:t>
        <w:br/>
        <w:t>v -1.429255 14.507218 -0.530201</w:t>
        <w:br/>
        <w:t>v -1.429255 14.507218 -0.530201</w:t>
        <w:br/>
        <w:t>v -1.439406 14.507997 -0.563717</w:t>
        <w:br/>
        <w:t>v -1.495729 14.590104 -0.480129</w:t>
        <w:br/>
        <w:t>v -1.492961 14.513066 -0.479557</w:t>
        <w:br/>
        <w:t>v -1.494845 14.582605 -0.473475</w:t>
        <w:br/>
        <w:t>v -1.546659 14.540943 -0.428614</w:t>
        <w:br/>
        <w:t>v -1.546659 14.540943 -0.428614</w:t>
        <w:br/>
        <w:t>v 7.295442 16.032404 -0.172038</w:t>
        <w:br/>
        <w:t>v 7.302002 16.045332 -0.159326</w:t>
        <w:br/>
        <w:t>v 7.382037 15.986126 -0.200667</w:t>
        <w:br/>
        <w:t>v 7.405473 15.993052 -0.189205</w:t>
        <w:br/>
        <w:t>v 7.300641 16.060129 -0.176193</w:t>
        <w:br/>
        <w:t>v 7.405473 15.993052 -0.189205</w:t>
        <w:br/>
        <w:t>v 7.302002 16.045332 -0.159326</w:t>
        <w:br/>
        <w:t>v 7.419718 15.998521 -0.208830</w:t>
        <w:br/>
        <w:t>v 7.405473 15.993052 -0.189205</w:t>
        <w:br/>
        <w:t>v 7.320616 15.828842 -0.163141</w:t>
        <w:br/>
        <w:t>v 7.382037 15.986126 -0.200667</w:t>
        <w:br/>
        <w:t>v 7.419718 15.998521 -0.208830</w:t>
        <w:br/>
        <w:t>v 7.320616 15.828842 -0.163141</w:t>
        <w:br/>
        <w:t>v 7.405473 15.993052 -0.189205</w:t>
        <w:br/>
        <w:t>v 7.310710 15.849606 -0.178826</w:t>
        <w:br/>
        <w:t>v 7.320867 15.812275 -0.178780</w:t>
        <w:br/>
        <w:t>v 7.310710 15.849606 -0.178826</w:t>
        <w:br/>
        <w:t>v 7.320616 15.828842 -0.163141</w:t>
        <w:br/>
        <w:t>v 7.224954 15.895604 -0.148002</w:t>
        <w:br/>
        <w:t>v 7.320867 15.812275 -0.178780</w:t>
        <w:br/>
        <w:t>v 7.204537 15.875980 -0.144484</w:t>
        <w:br/>
        <w:t>v 7.320616 15.828842 -0.163141</w:t>
        <w:br/>
        <w:t>v 7.219646 15.886408 -0.132599</w:t>
        <w:br/>
        <w:t>v 7.219646 15.886408 -0.132599</w:t>
        <w:br/>
        <w:t>v 7.270072 16.035059 0.545470</w:t>
        <w:br/>
        <w:t>v 7.337864 15.992924 0.609410</w:t>
        <w:br/>
        <w:t>v 7.281593 16.045086 0.533698</w:t>
        <w:br/>
        <w:t>v 7.364294 15.996853 0.605573</w:t>
        <w:br/>
        <w:t>v 7.276120 16.062916 0.546249</w:t>
        <w:br/>
        <w:t>v 7.281593 16.045086 0.533698</w:t>
        <w:br/>
        <w:t>v 7.364294 15.996853 0.605573</w:t>
        <w:br/>
        <w:t>v 7.371737 16.005650 0.627599</w:t>
        <w:br/>
        <w:t>v 7.371737 16.005650 0.627599</w:t>
        <w:br/>
        <w:t>v 7.364294 15.996853 0.605573</w:t>
        <w:br/>
        <w:t>v 7.271720 15.819852 0.598670</w:t>
        <w:br/>
        <w:t>v 7.364294 15.996853 0.605573</w:t>
        <w:br/>
        <w:t>v 7.337864 15.992924 0.609410</w:t>
        <w:br/>
        <w:t>v 7.278129 15.833058 0.581245</w:t>
        <w:br/>
        <w:t>v 7.278129 15.833058 0.581245</w:t>
        <w:br/>
        <w:t>v 7.265553 15.856734 0.588762</w:t>
        <w:br/>
        <w:t>v 7.271720 15.819852 0.598670</w:t>
        <w:br/>
        <w:t>v 7.278129 15.833058 0.581245</w:t>
        <w:br/>
        <w:t>v 7.180439 15.886019 0.492748</w:t>
        <w:br/>
        <w:t>v 7.265553 15.856734 0.588762</w:t>
        <w:br/>
        <w:t>v 7.200261 15.905392 0.499520</w:t>
        <w:br/>
        <w:t>v 7.278129 15.833058 0.581245</w:t>
        <w:br/>
        <w:t>v 7.199495 15.893518 0.485081</w:t>
        <w:br/>
        <w:t>v 7.199495 15.893518 0.485081</w:t>
        <w:br/>
        <w:t>v -0.751357 1.445720 -0.384474</w:t>
        <w:br/>
        <w:t>v -0.715715 1.380248 -0.368067</w:t>
        <w:br/>
        <w:t>v -0.742538 1.448293 -0.389258</w:t>
        <w:br/>
        <w:t>v -0.706407 1.382500 -0.372229</w:t>
        <w:br/>
        <w:t>v -0.742538 1.448293 -0.389258</w:t>
        <w:br/>
        <w:t>v -0.706407 1.382500 -0.372229</w:t>
        <w:br/>
        <w:t>v -0.723086 1.458310 -0.353348</w:t>
        <w:br/>
        <w:t>v -0.701315 1.284820 -0.332475</w:t>
        <w:br/>
        <w:t>v -0.711392 1.284073 -0.330067</w:t>
        <w:br/>
        <w:t>v -0.704754 1.166546 -0.272272</w:t>
        <w:br/>
        <w:t>v -0.693339 1.396537 -0.329666</w:t>
        <w:br/>
        <w:t>v -0.701315 1.284820 -0.332475</w:t>
        <w:br/>
        <w:t>v -0.732035 1.455761 -0.348553</w:t>
        <w:br/>
        <w:t>v -0.723086 1.458310 -0.353348</w:t>
        <w:br/>
        <w:t>v -0.702790 1.394282 -0.325506</w:t>
        <w:br/>
        <w:t>v -0.693339 1.396537 -0.329666</w:t>
        <w:br/>
        <w:t>v -0.694595 1.164329 -0.273488</w:t>
        <w:br/>
        <w:t>v -0.708763 1.052315 -0.223579</w:t>
        <w:br/>
        <w:t>v -0.688453 1.298521 -0.285676</w:t>
        <w:br/>
        <w:t>v -0.688453 1.298521 -0.285676</w:t>
        <w:br/>
        <w:t>v -0.694595 1.164329 -0.273488</w:t>
        <w:br/>
        <w:t>v -0.698543 1.297786 -0.283268</w:t>
        <w:br/>
        <w:t>v -0.698451 1.180169 -0.225371</w:t>
        <w:br/>
        <w:t>v -0.688226 1.177953 -0.226585</w:t>
        <w:br/>
        <w:t>v -0.688226 1.177953 -0.226585</w:t>
        <w:br/>
        <w:t>v -0.699791 1.065668 -0.177238</w:t>
        <w:br/>
        <w:t>v -0.699279 1.047189 -0.224175</w:t>
        <w:br/>
        <w:t>v -0.699279 1.047189 -0.224175</w:t>
        <w:br/>
        <w:t>v -0.742279 0.988816 -0.195673</w:t>
        <w:br/>
        <w:t>v -0.733434 0.983219 -0.196290</w:t>
        <w:br/>
        <w:t>v -0.690216 1.060544 -0.177832</w:t>
        <w:br/>
        <w:t>v -0.690216 1.060544 -0.177832</w:t>
        <w:br/>
        <w:t>v -0.733434 0.983219 -0.196290</w:t>
        <w:br/>
        <w:t>v -0.730381 1.001472 -0.149936</w:t>
        <w:br/>
        <w:t>v -0.721433 0.995866 -0.150552</w:t>
        <w:br/>
        <w:t>v -0.721433 0.995866 -0.150552</w:t>
        <w:br/>
        <w:t>v -0.741598 1.138736 -0.045835</w:t>
        <w:br/>
        <w:t>v -0.731488 1.139387 -0.042029</w:t>
        <w:br/>
        <w:t>v -0.719576 1.151849 -0.102434</w:t>
        <w:br/>
        <w:t>v -0.708860 1.152519 -0.099826</w:t>
        <w:br/>
        <w:t>v -0.708860 1.152519 -0.099826</w:t>
        <w:br/>
        <w:t>v -0.731488 1.139387 -0.042029</w:t>
        <w:br/>
        <w:t>v -0.739516 1.187781 -0.041536</w:t>
        <w:br/>
        <w:t>v -0.698644 1.186087 -0.215890</w:t>
        <w:br/>
        <w:t>v -0.709759 1.186254 -0.216822</w:t>
        <w:br/>
        <w:t>v -0.715697 1.201250 -0.099457</w:t>
        <w:br/>
        <w:t>v -0.698644 1.186087 -0.215890</w:t>
        <w:br/>
        <w:t>v -0.749586 1.187129 -0.045328</w:t>
        <w:br/>
        <w:t>v -0.726386 1.200580 -0.102090</w:t>
        <w:br/>
        <w:t>v -0.739516 1.187781 -0.041536</w:t>
        <w:br/>
        <w:t>v -0.715697 1.201250 -0.099457</w:t>
        <w:br/>
        <w:t>v -0.703083 1.233997 -0.205437</w:t>
        <w:br/>
        <w:t>v -0.703083 1.233997 -0.205437</w:t>
        <w:br/>
        <w:t>v -0.714120 1.234140 -0.206406</w:t>
        <w:br/>
        <w:t>v -0.723065 1.288354 -0.342128</w:t>
        <w:br/>
        <w:t>v -0.716730 1.239595 -0.355023</w:t>
        <w:br/>
        <w:t>v -0.716730 1.239595 -0.355023</w:t>
        <w:br/>
        <w:t>v -0.727109 1.240419 -0.352151</w:t>
        <w:br/>
        <w:t>v -0.737839 1.276879 -0.418991</w:t>
        <w:br/>
        <w:t>v -0.712660 1.287558 -0.345000</w:t>
        <w:br/>
        <w:t>v -0.712660 1.287558 -0.345000</w:t>
        <w:br/>
        <w:t>v -0.729569 1.324922 -0.410581</w:t>
        <w:br/>
        <w:t>v -0.729588 1.276556 -0.427014</w:t>
        <w:br/>
        <w:t>v -0.729588 1.276556 -0.427014</w:t>
        <w:br/>
        <w:t>v -0.793474 1.317544 -0.481116</w:t>
        <w:br/>
        <w:t>v -0.786622 1.317314 -0.490179</w:t>
        <w:br/>
        <w:t>v -0.721161 1.324602 -0.418628</w:t>
        <w:br/>
        <w:t>v -0.721161 1.324602 -0.418628</w:t>
        <w:br/>
        <w:t>v -0.786622 1.317314 -0.490179</w:t>
        <w:br/>
        <w:t>v -0.780331 1.364870 -0.473093</w:t>
        <w:br/>
        <w:t>v -0.773389 1.364641 -0.482155</w:t>
        <w:br/>
        <w:t>v -0.773389 1.364641 -0.482155</w:t>
        <w:br/>
        <w:t>v -1.643236 1.132167 -0.088899</w:t>
        <w:br/>
        <w:t>v -1.668542 1.150211 -0.171651</w:t>
        <w:br/>
        <w:t>v -1.653390 1.131659 -0.085427</w:t>
        <w:br/>
        <w:t>v -1.679474 1.149830 -0.169885</w:t>
        <w:br/>
        <w:t>v -1.653390 1.131659 -0.085427</w:t>
        <w:br/>
        <w:t>v -1.679474 1.149830 -0.169885</w:t>
        <w:br/>
        <w:t>v -1.647978 1.179907 -0.075902</w:t>
        <w:br/>
        <w:t>v -1.655450 1.192012 -0.305712</w:t>
        <w:br/>
        <w:t>v -1.644544 1.193166 -0.304859</w:t>
        <w:br/>
        <w:t>v -1.606200 1.248549 -0.415993</w:t>
        <w:br/>
        <w:t>v -1.675716 1.198553 -0.160055</w:t>
        <w:br/>
        <w:t>v -1.655450 1.192012 -0.305712</w:t>
        <w:br/>
        <w:t>v -1.647978 1.179907 -0.075902</w:t>
        <w:br/>
        <w:t>v -1.664810 1.198919 -0.161847</w:t>
        <w:br/>
        <w:t>v -1.637863 1.180375 -0.079334</w:t>
        <w:br/>
        <w:t>v -1.675716 1.198553 -0.160055</w:t>
        <w:br/>
        <w:t>v -1.614757 1.247545 -0.422576</w:t>
        <w:br/>
        <w:t>v -1.562546 1.301989 -0.495118</w:t>
        <w:br/>
        <w:t>v -1.568670 1.301381 -0.504389</w:t>
        <w:br/>
        <w:t>v -1.658821 1.240528 -0.295451</w:t>
        <w:br/>
        <w:t>v -1.658821 1.240528 -0.295451</w:t>
        <w:br/>
        <w:t>v -1.614757 1.247545 -0.422576</w:t>
        <w:br/>
        <w:t>v -1.647874 1.241659 -0.294636</w:t>
        <w:br/>
        <w:t>v -1.617525 1.296580 -0.407420</w:t>
        <w:br/>
        <w:t>v -1.568670 1.301381 -0.504389</w:t>
        <w:br/>
        <w:t>v -1.626210 1.295561 -0.414018</w:t>
        <w:br/>
        <w:t>v -1.626210 1.295561 -0.414018</w:t>
        <w:br/>
        <w:t>v -1.585919 1.348403 -0.496983</w:t>
        <w:br/>
        <w:t>v -1.579678 1.349027 -0.487710</w:t>
        <w:br/>
        <w:t>v -1.585919 1.348403 -0.496983</w:t>
        <w:br/>
        <w:t>v -1.209886 3.264108 0.516269</w:t>
        <w:br/>
        <w:t>v -1.178086 3.341261 0.566919</w:t>
        <w:br/>
        <w:t>v -1.193768 3.343582 0.509766</w:t>
        <w:br/>
        <w:t>v -1.192945 3.267741 0.573043</w:t>
        <w:br/>
        <w:t>v -1.259488 3.097442 0.529033</w:t>
        <w:br/>
        <w:t>v -1.192945 3.267741 0.573043</w:t>
        <w:br/>
        <w:t>v -1.247713 3.281696 0.588271</w:t>
        <w:br/>
        <w:t>v -1.178086 3.341261 0.566919</w:t>
        <w:br/>
        <w:t>v -1.233642 3.352095 0.582611</w:t>
        <w:br/>
        <w:t>v -1.243798 3.098305 0.587642</w:t>
        <w:br/>
        <w:t>v -1.247713 3.281696 0.588271</w:t>
        <w:br/>
        <w:t>v -1.264577 3.278064 0.531497</w:t>
        <w:br/>
        <w:t>v -1.233642 3.352095 0.582611</w:t>
        <w:br/>
        <w:t>v -1.249271 3.354417 0.525457</w:t>
        <w:br/>
        <w:t>v -1.249271 3.354417 0.525457</w:t>
        <w:br/>
        <w:t>v -1.264577 3.278064 0.531497</w:t>
        <w:br/>
        <w:t>v -1.193768 3.343582 0.509766</w:t>
        <w:br/>
        <w:t>v -1.209886 3.264108 0.516269</w:t>
        <w:br/>
        <w:t>v -1.297237 3.117174 0.601932</w:t>
        <w:br/>
        <w:t>v -1.243798 3.098305 0.587642</w:t>
        <w:br/>
        <w:t>v -1.312679 3.116252 0.543346</w:t>
        <w:br/>
        <w:t>v -1.312679 3.116252 0.543346</w:t>
        <w:br/>
        <w:t>v -1.297237 3.117174 0.601932</w:t>
        <w:br/>
        <w:t>v -1.259488 3.097442 0.529033</w:t>
        <w:br/>
        <w:t>v -1.338812 2.888234 0.482819</w:t>
        <w:br/>
        <w:t>v -1.329096 2.872380 0.539598</w:t>
        <w:br/>
        <w:t>v -1.329096 2.872380 0.539598</w:t>
        <w:br/>
        <w:t>v -1.338812 2.888234 0.482819</w:t>
        <w:br/>
        <w:t>v -1.440700 2.648301 0.415594</w:t>
        <w:br/>
        <w:t>v -1.392494 2.902740 0.505564</w:t>
        <w:br/>
        <w:t>v -1.440700 2.648301 0.415594</w:t>
        <w:br/>
        <w:t>v -1.383530 2.887233 0.562219</w:t>
        <w:br/>
        <w:t>v -1.392494 2.902740 0.505564</w:t>
        <w:br/>
        <w:t>v -1.383530 2.887233 0.562219</w:t>
        <w:br/>
        <w:t>v -1.493331 2.665817 0.438430</w:t>
        <w:br/>
        <w:t>v -1.493331 2.665817 0.438430</w:t>
        <w:br/>
        <w:t>v -1.494219 2.521440 0.370702</w:t>
        <w:br/>
        <w:t>v -1.435745 2.624338 0.469563</w:t>
        <w:br/>
        <w:t>v -1.435745 2.624338 0.469563</w:t>
        <w:br/>
        <w:t>v -1.494219 2.521440 0.370702</w:t>
        <w:br/>
        <w:t>v -1.592078 2.416050 0.331896</w:t>
        <w:br/>
        <w:t>v -1.557986 2.398787 0.331873</w:t>
        <w:br/>
        <w:t>v -1.497471 2.498509 0.426111</w:t>
        <w:br/>
        <w:t>v -1.557986 2.398787 0.331873</w:t>
        <w:br/>
        <w:t>v -1.559707 2.380345 0.373483</w:t>
        <w:br/>
        <w:t>v -1.545458 2.541628 0.387921</w:t>
        <w:br/>
        <w:t>v -1.601885 2.398060 0.382293</w:t>
        <w:br/>
        <w:t>v -1.592078 2.416050 0.331896</w:t>
        <w:br/>
        <w:t>v -1.545458 2.541628 0.387921</w:t>
        <w:br/>
        <w:t>v -1.601885 2.398060 0.382293</w:t>
        <w:br/>
        <w:t>v -1.544631 2.519137 0.436825</w:t>
        <w:br/>
        <w:t>v -1.559707 2.380345 0.373483</w:t>
        <w:br/>
        <w:t>v -1.544631 2.519137 0.436825</w:t>
        <w:br/>
        <w:t>v -1.497471 2.498509 0.426111</w:t>
        <w:br/>
        <w:t>v -1.488466 2.641868 0.492374</w:t>
        <w:br/>
        <w:t>v -1.488466 2.641868 0.492374</w:t>
        <w:br/>
        <w:t>v -1.682845 3.038293 0.147087</w:t>
        <w:br/>
        <w:t>v -1.700411 3.044279 0.165020</w:t>
        <w:br/>
        <w:t>v -1.702479 3.045907 0.103147</w:t>
        <w:br/>
        <w:t>v -1.749907 3.047127 0.164551</w:t>
        <w:br/>
        <w:t>v -1.713835 3.065626 0.261435</w:t>
        <w:br/>
        <w:t>v -1.749907 3.047127 0.164551</w:t>
        <w:br/>
        <w:t>v -1.739098 2.992216 0.165055</w:t>
        <w:br/>
        <w:t>v -1.702479 3.045907 0.103147</w:t>
        <w:br/>
        <w:t>v -1.699281 3.008602 0.090329</w:t>
        <w:br/>
        <w:t>v -1.679455 2.998575 0.133710</w:t>
        <w:br/>
        <w:t>v -1.699281 3.008602 0.090329</w:t>
        <w:br/>
        <w:t>v -1.739098 2.992216 0.165055</w:t>
        <w:br/>
        <w:t>v -1.702707 3.011561 0.266741</w:t>
        <w:br/>
        <w:t>v -1.713835 3.065626 0.261435</w:t>
        <w:br/>
        <w:t>v -1.689889 2.995452 0.168512</w:t>
        <w:br/>
        <w:t>v -1.702707 3.011561 0.266741</w:t>
        <w:br/>
        <w:t>v -1.679455 2.998575 0.133710</w:t>
        <w:br/>
        <w:t>v -1.689889 2.995452 0.168512</w:t>
        <w:br/>
        <w:t>v -1.682845 3.038293 0.147087</w:t>
        <w:br/>
        <w:t>v -1.700411 3.044279 0.165020</w:t>
        <w:br/>
        <w:t>v -1.660252 3.008305 0.254525</w:t>
        <w:br/>
        <w:t>v -1.700411 3.044279 0.165020</w:t>
        <w:br/>
        <w:t>v -1.660252 3.008305 0.254525</w:t>
        <w:br/>
        <w:t>v -1.670969 3.061490 0.244803</w:t>
        <w:br/>
        <w:t>v -1.619910 3.078156 0.318667</w:t>
        <w:br/>
        <w:t>v -1.645346 3.030199 0.360886</w:t>
        <w:br/>
        <w:t>v -1.645346 3.030199 0.360886</w:t>
        <w:br/>
        <w:t>v -1.609448 3.024689 0.334335</w:t>
        <w:br/>
        <w:t>v -1.609448 3.024689 0.334335</w:t>
        <w:br/>
        <w:t>v -1.670969 3.061490 0.244803</w:t>
        <w:br/>
        <w:t>v -1.656613 3.083476 0.351106</w:t>
        <w:br/>
        <w:t>v -1.656613 3.083476 0.351106</w:t>
        <w:br/>
        <w:t>v -1.619910 3.078156 0.318667</w:t>
        <w:br/>
        <w:t>v -1.446547 3.093066 0.473553</w:t>
        <w:br/>
        <w:t>v -1.446547 3.093066 0.473553</w:t>
        <w:br/>
        <w:t>v -1.461721 3.145849 0.458817</w:t>
        <w:br/>
        <w:t>v -1.461721 3.145849 0.458817</w:t>
        <w:br/>
        <w:t>v -1.447947 3.134647 0.413893</w:t>
        <w:br/>
        <w:t>v -1.258141 3.202809 0.483438</w:t>
        <w:br/>
        <w:t>v -1.258141 3.202809 0.483438</w:t>
        <w:br/>
        <w:t>v -1.253047 3.187607 0.429058</w:t>
        <w:br/>
        <w:t>v -1.078476 3.233957 0.425333</w:t>
        <w:br/>
        <w:t>v -1.433700 3.081929 0.428298</w:t>
        <w:br/>
        <w:t>v -1.433700 3.081929 0.428298</w:t>
        <w:br/>
        <w:t>v -1.447947 3.134647 0.413893</w:t>
        <w:br/>
        <w:t>v -1.253047 3.187607 0.429058</w:t>
        <w:br/>
        <w:t>v -1.243430 3.150334 0.499609</w:t>
        <w:br/>
        <w:t>v -1.243430 3.150334 0.499609</w:t>
        <w:br/>
        <w:t>v -1.069984 3.253167 0.474675</w:t>
        <w:br/>
        <w:t>v -1.069984 3.253167 0.474675</w:t>
        <w:br/>
        <w:t>v -0.909450 3.274324 0.381353</w:t>
        <w:br/>
        <w:t>v -1.238417 3.135209 0.445194</w:t>
        <w:br/>
        <w:t>v -1.238417 3.135209 0.445194</w:t>
        <w:br/>
        <w:t>v -1.078476 3.233957 0.425333</w:t>
        <w:br/>
        <w:t>v -1.055399 3.200949 0.490260</w:t>
        <w:br/>
        <w:t>v -1.055399 3.200949 0.490260</w:t>
        <w:br/>
        <w:t>v -1.063040 3.181939 0.440041</w:t>
        <w:br/>
        <w:t>v -1.063040 3.181939 0.440041</w:t>
        <w:br/>
        <w:t>v -0.909450 3.274324 0.381353</w:t>
        <w:br/>
        <w:t>v -0.885919 3.296359 0.425191</w:t>
        <w:br/>
        <w:t>v -0.885919 3.296359 0.425191</w:t>
        <w:br/>
        <w:t>v -0.890681 3.222922 0.394611</w:t>
        <w:br/>
        <w:t>v -0.890681 3.222922 0.394611</w:t>
        <w:br/>
        <w:t>v -0.816939 3.297591 0.298565</w:t>
        <w:br/>
        <w:t>v -0.868403 3.244736 0.439496</w:t>
        <w:br/>
        <w:t>v -0.868403 3.244736 0.439496</w:t>
        <w:br/>
        <w:t>v -0.777416 3.322474 0.331628</w:t>
        <w:br/>
        <w:t>v -0.777416 3.322474 0.331628</w:t>
        <w:br/>
        <w:t>v -0.816939 3.297591 0.298565</w:t>
        <w:br/>
        <w:t>v -0.757804 3.307253 0.230599</w:t>
        <w:br/>
        <w:t>v -0.754489 3.271793 0.340953</w:t>
        <w:br/>
        <w:t>v -0.754489 3.271793 0.340953</w:t>
        <w:br/>
        <w:t>v -0.794003 3.247005 0.307529</w:t>
        <w:br/>
        <w:t>v -0.794003 3.247005 0.307529</w:t>
        <w:br/>
        <w:t>v -0.728712 3.261144 0.223094</w:t>
        <w:br/>
        <w:t>v -0.728712 3.261144 0.223094</w:t>
        <w:br/>
        <w:t>v -0.757804 3.307253 0.230599</w:t>
        <w:br/>
        <w:t>v -0.756837 3.308311 0.204000</w:t>
        <w:br/>
        <w:t>v -0.683911 3.292120 0.233667</w:t>
        <w:br/>
        <w:t>v -0.683911 3.292120 0.233667</w:t>
        <w:br/>
        <w:t>v -0.713005 3.338633 0.239864</w:t>
        <w:br/>
        <w:t>v -0.713005 3.338633 0.239864</w:t>
        <w:br/>
        <w:t>v -0.756837 3.308311 0.204000</w:t>
        <w:br/>
        <w:t>v -0.720725 3.336256 0.192816</w:t>
        <w:br/>
        <w:t>v -0.720725 3.336256 0.192816</w:t>
        <w:br/>
        <w:t>v -0.764692 3.310545 0.188050</w:t>
        <w:br/>
        <w:t>v -0.754034 3.336821 0.154561</w:t>
        <w:br/>
        <w:t>v -0.699621 3.298679 0.175807</w:t>
        <w:br/>
        <w:t>v -0.754034 3.336821 0.154561</w:t>
        <w:br/>
        <w:t>v -0.699621 3.298679 0.175807</w:t>
        <w:br/>
        <w:t>v -0.745814 3.301829 0.130000</w:t>
        <w:br/>
        <w:t>v -0.745814 3.301829 0.130000</w:t>
        <w:br/>
        <w:t>v -0.756550 3.275536 0.163476</w:t>
        <w:br/>
        <w:t>v -0.736162 3.271116 0.185749</w:t>
        <w:br/>
        <w:t>v -0.736162 3.271116 0.185749</w:t>
        <w:br/>
        <w:t>v -0.756550 3.275536 0.163476</w:t>
        <w:br/>
        <w:t>v -0.764692 3.310545 0.188050</w:t>
        <w:br/>
        <w:t>v -1.353644 1.553812 0.603728</w:t>
        <w:br/>
        <w:t>v -1.420663 1.527561 0.590257</w:t>
        <w:br/>
        <w:t>v -1.361772 1.573001 0.653199</w:t>
        <w:br/>
        <w:t>v -1.434041 1.545517 0.639667</w:t>
        <w:br/>
        <w:t>v -1.535597 1.475728 0.574381</w:t>
        <w:br/>
        <w:t>v -1.434041 1.545517 0.639667</w:t>
        <w:br/>
        <w:t>v -1.441193 1.591880 0.620030</w:t>
        <w:br/>
        <w:t>v -1.361772 1.573001 0.653199</w:t>
        <w:br/>
        <w:t>v -1.368379 1.619548 0.634182</w:t>
        <w:br/>
        <w:t>v -1.544043 1.519511 0.552543</w:t>
        <w:br/>
        <w:t>v -1.535597 1.475728 0.574381</w:t>
        <w:br/>
        <w:t>v -1.441193 1.591880 0.620030</w:t>
        <w:br/>
        <w:t>v -1.427809 1.573624 0.570661</w:t>
        <w:br/>
        <w:t>v -1.368379 1.619548 0.634182</w:t>
        <w:br/>
        <w:t>v -1.544043 1.519511 0.552543</w:t>
        <w:br/>
        <w:t>v -1.360690 1.600103 0.584808</w:t>
        <w:br/>
        <w:t>v -1.353644 1.553812 0.603728</w:t>
        <w:br/>
        <w:t>v -1.360690 1.600103 0.584808</w:t>
        <w:br/>
        <w:t>v -1.427809 1.573624 0.570661</w:t>
        <w:br/>
        <w:t>v -1.420663 1.527561 0.590257</w:t>
        <w:br/>
        <w:t>v -1.514951 1.509366 0.511149</w:t>
        <w:br/>
        <w:t>v -1.514951 1.509366 0.511149</w:t>
        <w:br/>
        <w:t>v -1.505457 1.465449 0.532682</w:t>
        <w:br/>
        <w:t>v -1.631794 1.415340 0.447566</w:t>
        <w:br/>
        <w:t>v -1.631794 1.415340 0.447566</w:t>
        <w:br/>
        <w:t>v -1.588747 1.414620 0.417471</w:t>
        <w:br/>
        <w:t>v -1.588747 1.414620 0.417471</w:t>
        <w:br/>
        <w:t>v -1.571305 1.374285 0.444479</w:t>
        <w:br/>
        <w:t>v -1.505457 1.465449 0.532682</w:t>
        <w:br/>
        <w:t>v -1.669754 1.275277 0.267935</w:t>
        <w:br/>
        <w:t>v -1.648709 1.236949 0.297464</w:t>
        <w:br/>
        <w:t>v -1.614112 1.374775 0.474592</w:t>
        <w:br/>
        <w:t>v -1.614112 1.374775 0.474592</w:t>
        <w:br/>
        <w:t>v -1.571305 1.374285 0.444479</w:t>
        <w:br/>
        <w:t>v -1.716885 1.271345 0.293063</w:t>
        <w:br/>
        <w:t>v -1.716885 1.271345 0.293063</w:t>
        <w:br/>
        <w:t>v -1.669754 1.275277 0.267935</w:t>
        <w:br/>
        <w:t>v -1.695329 1.232833 0.322589</w:t>
        <w:br/>
        <w:t>v -1.695329 1.232833 0.322589</w:t>
        <w:br/>
        <w:t>v -1.648709 1.236949 0.297464</w:t>
        <w:br/>
        <w:t>v -1.782337 1.115659 0.134543</w:t>
        <w:br/>
        <w:t>v -1.782337 1.115659 0.134543</w:t>
        <w:br/>
        <w:t>v -1.759354 1.078562 0.164657</w:t>
        <w:br/>
        <w:t>v -1.759354 1.078562 0.164657</w:t>
        <w:br/>
        <w:t>v -1.711343 1.086009 0.141301</w:t>
        <w:br/>
        <w:t>v -1.733535 1.123085 0.111241</w:t>
        <w:br/>
        <w:t>v -1.733535 1.123085 0.111241</w:t>
        <w:br/>
        <w:t>v -1.711343 1.086009 0.141301</w:t>
        <w:br/>
        <w:t>v -1.796152 1.035619 0.065977</w:t>
        <w:br/>
        <w:t>v -1.796152 1.035619 0.065977</w:t>
        <w:br/>
        <w:t>v -1.773154 1.010068 0.105055</w:t>
        <w:br/>
        <w:t>v -1.773154 1.010068 0.105055</w:t>
        <w:br/>
        <w:t>v -1.725004 1.030330 0.092957</w:t>
        <w:br/>
        <w:t>v -1.721738 0.980893 0.064347</w:t>
        <w:br/>
        <w:t>v -1.747224 1.055989 0.053867</w:t>
        <w:br/>
        <w:t>v -1.747224 1.055989 0.053867</w:t>
        <w:br/>
        <w:t>v -1.725004 1.030330 0.092957</w:t>
        <w:br/>
        <w:t>v -1.721738 0.980893 0.064347</w:t>
        <w:br/>
        <w:t>v -1.758631 0.948896 0.063451</w:t>
        <w:br/>
        <w:t>v -1.758631 0.948896 0.063451</w:t>
        <w:br/>
        <w:t>v -1.721315 0.961551 0.047896</w:t>
        <w:br/>
        <w:t>v -1.722927 0.915811 0.044517</w:t>
        <w:br/>
        <w:t>v -1.727998 0.997494 0.019322</w:t>
        <w:br/>
        <w:t>v -1.727998 0.997494 0.019322</w:t>
        <w:br/>
        <w:t>v -1.721315 0.961551 0.047896</w:t>
        <w:br/>
        <w:t>v -1.720754 0.971097 0.005957</w:t>
        <w:br/>
        <w:t>v -1.766097 0.964937 0.018291</w:t>
        <w:br/>
        <w:t>v -1.766097 0.964937 0.018291</w:t>
        <w:br/>
        <w:t>v -1.722927 0.915811 0.044517</w:t>
        <w:br/>
        <w:t>v -1.720754 0.971097 0.005957</w:t>
        <w:br/>
        <w:t>v -1.722210 0.924716 0.003301</w:t>
        <w:br/>
        <w:t>v -1.722210 0.924716 0.003301</w:t>
        <w:br/>
        <w:t>v 0.722638 1.446648 -0.415600</w:t>
        <w:br/>
        <w:t>v 0.713769 1.449156 -0.420327</w:t>
        <w:br/>
        <w:t>v 0.687358 1.381192 -0.398374</w:t>
        <w:br/>
        <w:t>v 0.678006 1.383380 -0.402472</w:t>
        <w:br/>
        <w:t>v 0.713769 1.449156 -0.420327</w:t>
        <w:br/>
        <w:t>v 0.694596 1.459391 -0.384329</w:t>
        <w:br/>
        <w:t>v 0.678006 1.383380 -0.402472</w:t>
        <w:br/>
        <w:t>v 0.673584 1.285999 -0.361914</w:t>
        <w:br/>
        <w:t>v 0.683684 1.285303 -0.359587</w:t>
        <w:br/>
        <w:t>v 0.677938 1.168213 -0.300822</w:t>
        <w:br/>
        <w:t>v 0.665260 1.397707 -0.359908</w:t>
        <w:br/>
        <w:t>v 0.673584 1.285999 -0.361914</w:t>
        <w:br/>
        <w:t>v 0.703595 1.456908 -0.379592</w:t>
        <w:br/>
        <w:t>v 0.674755 1.395516 -0.355813</w:t>
        <w:br/>
        <w:t>v 0.694596 1.459391 -0.384329</w:t>
        <w:br/>
        <w:t>v 0.665260 1.397707 -0.359908</w:t>
        <w:br/>
        <w:t>v 0.661082 1.300024 -0.315113</w:t>
        <w:br/>
        <w:t>v 0.661082 1.300024 -0.315113</w:t>
        <w:br/>
        <w:t>v 0.671195 1.299341 -0.312787</w:t>
        <w:br/>
        <w:t>v 0.671995 1.182182 -0.253975</w:t>
        <w:br/>
        <w:t>v 0.667776 1.165952 -0.301932</w:t>
        <w:br/>
        <w:t>v 0.667776 1.165952 -0.301932</w:t>
        <w:br/>
        <w:t>v 0.682749 1.054380 -0.251274</w:t>
        <w:br/>
        <w:t>v 0.661768 1.179923 -0.255083</w:t>
        <w:br/>
        <w:t>v 0.661768 1.179923 -0.255083</w:t>
        <w:br/>
        <w:t>v 0.674134 1.068066 -0.204963</w:t>
        <w:br/>
        <w:t>v 0.673277 1.049219 -0.251748</w:t>
        <w:br/>
        <w:t>v 0.673277 1.049219 -0.251748</w:t>
        <w:br/>
        <w:t>v 0.716716 0.991211 -0.223166</w:t>
        <w:br/>
        <w:t>v 0.707884 0.985581 -0.223662</w:t>
        <w:br/>
        <w:t>v 0.664571 1.062907 -0.205434</w:t>
        <w:br/>
        <w:t>v 0.664571 1.062907 -0.205434</w:t>
        <w:br/>
        <w:t>v 0.707884 0.985581 -0.223662</w:t>
        <w:br/>
        <w:t>v 0.705173 1.004186 -0.177428</w:t>
        <w:br/>
        <w:t>v 0.696238 0.998547 -0.177922</w:t>
        <w:br/>
        <w:t>v 0.696238 0.998547 -0.177922</w:t>
        <w:br/>
        <w:t>v 0.716833 1.142297 -0.074502</w:t>
        <w:br/>
        <w:t>v 0.694279 1.154895 -0.131009</w:t>
        <w:br/>
        <w:t>v 0.706754 1.142946 -0.070614</w:t>
        <w:br/>
        <w:t>v 0.683584 1.155551 -0.128313</w:t>
        <w:br/>
        <w:t>v 0.706754 1.142946 -0.070614</w:t>
        <w:br/>
        <w:t>v 0.683584 1.155551 -0.128313</w:t>
        <w:br/>
        <w:t>v 0.714625 1.191368 -0.070568</w:t>
        <w:br/>
        <w:t>v 0.672251 1.188174 -0.244543</w:t>
        <w:br/>
        <w:t>v 0.683357 1.188370 -0.245573</w:t>
        <w:br/>
        <w:t>v 0.690261 1.204305 -0.128384</w:t>
        <w:br/>
        <w:t>v 0.672251 1.188174 -0.244543</w:t>
        <w:br/>
        <w:t>v 0.724664 1.190719 -0.074443</w:t>
        <w:br/>
        <w:t>v 0.714625 1.191368 -0.070568</w:t>
        <w:br/>
        <w:t>v 0.700929 1.203649 -0.131105</w:t>
        <w:br/>
        <w:t>v 0.690261 1.204305 -0.128384</w:t>
        <w:br/>
        <w:t>v 0.676621 1.236179 -0.234503</w:t>
        <w:br/>
        <w:t>v 0.676621 1.236179 -0.234503</w:t>
        <w:br/>
        <w:t>v 0.687648 1.236350 -0.235569</w:t>
        <w:br/>
        <w:t>v 0.695238 1.289528 -0.371782</w:t>
        <w:br/>
        <w:t>v 0.688953 1.240649 -0.384241</w:t>
        <w:br/>
        <w:t>v 0.688953 1.240649 -0.384241</w:t>
        <w:br/>
        <w:t>v 0.699355 1.241529 -0.381466</w:t>
        <w:br/>
        <w:t>v 0.709384 1.277499 -0.448679</w:t>
        <w:br/>
        <w:t>v 0.684811 1.288676 -0.374558</w:t>
        <w:br/>
        <w:t>v 0.684811 1.288676 -0.374558</w:t>
        <w:br/>
        <w:t>v 0.701027 1.325580 -0.440573</w:t>
        <w:br/>
        <w:t>v 0.701065 1.277086 -0.456627</w:t>
        <w:br/>
        <w:t>v 0.701065 1.277086 -0.456627</w:t>
        <w:br/>
        <w:t>v 0.764343 1.317858 -0.511600</w:t>
        <w:br/>
        <w:t>v 0.757414 1.317534 -0.520601</w:t>
        <w:br/>
        <w:t>v 0.692551 1.325169 -0.448543</w:t>
        <w:br/>
        <w:t>v 0.692551 1.325169 -0.448543</w:t>
        <w:br/>
        <w:t>v 0.757414 1.317534 -0.520601</w:t>
        <w:br/>
        <w:t>v 0.751113 1.365202 -0.503834</w:t>
        <w:br/>
        <w:t>v 0.744093 1.364880 -0.512832</w:t>
        <w:br/>
        <w:t>v 0.744093 1.364880 -0.512832</w:t>
        <w:br/>
        <w:t>v 1.618081 1.138333 -0.125341</w:t>
        <w:br/>
        <w:t>v 1.628266 1.137884 -0.121954</w:t>
        <w:br/>
        <w:t>v 1.642610 1.155809 -0.208448</w:t>
        <w:br/>
        <w:t>v 1.653557 1.155479 -0.206774</w:t>
        <w:br/>
        <w:t>v 1.628266 1.137884 -0.121954</w:t>
        <w:br/>
        <w:t>v 1.622776 1.186188 -0.112758</w:t>
        <w:br/>
        <w:t>v 1.653557 1.155479 -0.206774</w:t>
        <w:br/>
        <w:t>v 1.628219 1.196516 -0.342713</w:t>
        <w:br/>
        <w:t>v 1.617317 1.197641 -0.341774</w:t>
        <w:br/>
        <w:t>v 1.577827 1.252026 -0.453000</w:t>
        <w:br/>
        <w:t>v 1.649722 1.204264 -0.197292</w:t>
        <w:br/>
        <w:t>v 1.628219 1.196516 -0.342713</w:t>
        <w:br/>
        <w:t>v 1.612631 1.186596 -0.116107</w:t>
        <w:br/>
        <w:t>v 1.638800 1.204581 -0.198993</w:t>
        <w:br/>
        <w:t>v 1.622776 1.186188 -0.112758</w:t>
        <w:br/>
        <w:t>v 1.649722 1.204264 -0.197292</w:t>
        <w:br/>
        <w:t>v 1.586330 1.250999 -0.459648</w:t>
        <w:br/>
        <w:t>v 1.533312 1.304702 -0.532158</w:t>
        <w:br/>
        <w:t>v 1.539358 1.304041 -0.541477</w:t>
        <w:br/>
        <w:t>v 1.631516 1.245122 -0.332861</w:t>
        <w:br/>
        <w:t>v 1.631516 1.245122 -0.332861</w:t>
        <w:br/>
        <w:t>v 1.586330 1.250999 -0.459648</w:t>
        <w:br/>
        <w:t>v 1.620574 1.246223 -0.331959</w:t>
        <w:br/>
        <w:t>v 1.589066 1.300160 -0.444901</w:t>
        <w:br/>
        <w:t>v 1.597698 1.299117 -0.451566</w:t>
        <w:br/>
        <w:t>v 1.539358 1.304041 -0.541477</w:t>
        <w:br/>
        <w:t>v 1.597698 1.299117 -0.451566</w:t>
        <w:br/>
        <w:t>v 1.556514 1.351177 -0.534588</w:t>
        <w:br/>
        <w:t>v 1.550351 1.351852 -0.525267</w:t>
        <w:br/>
        <w:t>v 1.556514 1.351177 -0.534588</w:t>
        <w:br/>
        <w:t>v -0.810192 1.185412 -0.511015</w:t>
        <w:br/>
        <w:t>v -0.767756 1.058062 -0.372726</w:t>
        <w:br/>
        <w:t>v -0.847726 1.179046 -0.503957</w:t>
        <w:br/>
        <w:t>v -0.767756 1.058062 -0.372726</w:t>
        <w:br/>
        <w:t>v -0.810192 1.185412 -0.511015</w:t>
        <w:br/>
        <w:t>v -0.758318 1.035787 -0.397363</w:t>
        <w:br/>
        <w:t>v -0.739784 0.960863 -0.321799</w:t>
        <w:br/>
        <w:t>v -0.720648 0.923374 -0.342354</w:t>
        <w:br/>
        <w:t>v -0.728624 0.889625 -0.299518</w:t>
        <w:br/>
        <w:t>v -0.805014 1.166616 -0.543046</w:t>
        <w:br/>
        <w:t>v -0.702958 0.723570 -0.262513</w:t>
        <w:br/>
        <w:t>v -0.717973 0.726031 -0.251170</w:t>
        <w:br/>
        <w:t>v -0.746526 0.842807 -0.485212</w:t>
        <w:br/>
        <w:t>v -0.716240 0.565788 -0.256601</w:t>
        <w:br/>
        <w:t>v -0.783722 0.528619 -0.242693</w:t>
        <w:br/>
        <w:t>v -0.783722 0.528619 -0.242693</w:t>
        <w:br/>
        <w:t>v -0.716240 0.565788 -0.256601</w:t>
        <w:br/>
        <w:t>v -0.787679 0.528819 -0.442796</w:t>
        <w:br/>
        <w:t>v -0.731217 0.568941 -0.455509</w:t>
        <w:br/>
        <w:t>v -0.825771 0.544386 -0.684940</w:t>
        <w:br/>
        <w:t>v -0.810524 0.572123 -0.698367</w:t>
        <w:br/>
        <w:t>v -0.945935 0.552432 -0.849755</w:t>
        <w:br/>
        <w:t>v -0.820649 0.842085 -0.709386</w:t>
        <w:br/>
        <w:t>v -0.945700 0.577034 -0.886934</w:t>
        <w:br/>
        <w:t>v -1.167694 0.553905 -0.954399</w:t>
        <w:br/>
        <w:t>v -0.848867 1.144825 -0.708480</w:t>
        <w:br/>
        <w:t>v -1.171108 0.575030 -0.984002</w:t>
        <w:br/>
        <w:t>v -0.961852 0.845996 -0.907831</w:t>
        <w:br/>
        <w:t>v -0.983832 1.134094 -0.877654</w:t>
        <w:br/>
        <w:t>v -0.870735 1.278490 -0.702808</w:t>
        <w:br/>
        <w:t>v -0.878425 1.280089 -0.653281</w:t>
        <w:br/>
        <w:t>v -1.044491 1.406177 -0.806408</w:t>
        <w:br/>
        <w:t>v -1.057247 1.397041 -0.859945</w:t>
        <w:br/>
        <w:t>v -1.018492 1.299691 -0.870366</w:t>
        <w:br/>
        <w:t>v -1.194765 1.305531 -0.933321</w:t>
        <w:br/>
        <w:t>v -1.197390 1.415596 -0.898065</w:t>
        <w:br/>
        <w:t>v -1.330843 1.402481 -0.872130</w:t>
        <w:br/>
        <w:t>v -1.189078 1.130347 -0.962384</w:t>
        <w:br/>
        <w:t>v -1.179132 0.842881 -0.996476</w:t>
        <w:br/>
        <w:t>v -1.358297 1.298132 -0.905220</w:t>
        <w:br/>
        <w:t>v -1.380087 1.124551 -0.918015</w:t>
        <w:br/>
        <w:t>v -1.387455 0.838338 -0.944424</w:t>
        <w:br/>
        <w:t>v -1.457172 1.294276 -0.760776</w:t>
        <w:br/>
        <w:t>v -1.347579 1.406513 -0.799830</w:t>
        <w:br/>
        <w:t>v -1.445613 1.312590 -0.696707</w:t>
        <w:br/>
        <w:t>v -1.501847 1.126677 -0.781323</w:t>
        <w:br/>
        <w:t>v -1.547495 1.188586 -0.625413</w:t>
        <w:br/>
        <w:t>v -1.514400 1.221215 -0.556116</w:t>
        <w:br/>
        <w:t>v -1.522540 0.830962 -0.798379</w:t>
        <w:br/>
        <w:t>v -1.559717 1.113422 -0.623210</w:t>
        <w:br/>
        <w:t>v -1.586362 1.107174 -0.552654</w:t>
        <w:br/>
        <w:t>v -1.553422 1.114759 -0.478851</w:t>
        <w:br/>
        <w:t>v -1.493760 1.202829 -0.535603</w:t>
        <w:br/>
        <w:t>v -1.538621 1.107863 -0.469329</w:t>
        <w:br/>
        <w:t>v -1.613736 0.944650 -0.355346</w:t>
        <w:br/>
        <w:t>v -1.677408 0.912833 -0.378894</w:t>
        <w:br/>
        <w:t>v -1.636711 0.920307 -0.343592</w:t>
        <w:br/>
        <w:t>v -1.644015 0.739488 -0.266331</w:t>
        <w:br/>
        <w:t>v -1.613955 0.822550 -0.576935</w:t>
        <w:br/>
        <w:t>v -1.677408 0.912833 -0.378894</w:t>
        <w:br/>
        <w:t>v -1.704727 0.725726 -0.296519</w:t>
        <w:br/>
        <w:t>v -1.704727 0.725726 -0.296519</w:t>
        <w:br/>
        <w:t>v -1.709952 0.541882 -0.253696</w:t>
        <w:br/>
        <w:t>v -1.667272 0.525360 -0.229156</w:t>
        <w:br/>
        <w:t>v -1.709952 0.541882 -0.253696</w:t>
        <w:br/>
        <w:t>v -1.667272 0.525360 -0.229156</w:t>
        <w:br/>
        <w:t>v -1.592570 0.529334 -0.562189</w:t>
        <w:br/>
        <w:t>v -1.709952 0.541882 -0.253696</w:t>
        <w:br/>
        <w:t>v -1.615503 0.551416 -0.565275</w:t>
        <w:br/>
        <w:t>v -1.508161 0.535845 -0.769164</w:t>
        <w:br/>
        <w:t>v -1.508900 0.561037 -0.779055</w:t>
        <w:br/>
        <w:t>v -1.375268 0.545551 -0.893103</w:t>
        <w:br/>
        <w:t>v -1.383597 0.568310 -0.926044</w:t>
        <w:br/>
        <w:t>v -0.856359 1.564589 -0.011816</w:t>
        <w:br/>
        <w:t>v -0.823476 1.612209 0.012149</w:t>
        <w:br/>
        <w:t>v -0.767521 1.438320 -0.244230</w:t>
        <w:br/>
        <w:t>v -0.692529 1.451142 -0.282965</w:t>
        <w:br/>
        <w:t>v -0.811807 1.285146 -0.398145</w:t>
        <w:br/>
        <w:t>v -0.847726 1.179046 -0.503957</w:t>
        <w:br/>
        <w:t>v -0.810192 1.185412 -0.511015</w:t>
        <w:br/>
        <w:t>v -0.737430 1.318976 -0.421236</w:t>
        <w:br/>
        <w:t>v -0.824847 1.381371 -0.657766</w:t>
        <w:br/>
        <w:t>v -0.810192 1.185412 -0.511015</w:t>
        <w:br/>
        <w:t>v -0.737430 1.318976 -0.421236</w:t>
        <w:br/>
        <w:t>v -0.878425 1.280089 -0.653281</w:t>
        <w:br/>
        <w:t>v -1.044491 1.406177 -0.806408</w:t>
        <w:br/>
        <w:t>v -0.759630 1.737891 -0.488179</w:t>
        <w:br/>
        <w:t>v -0.692529 1.451142 -0.282965</w:t>
        <w:br/>
        <w:t>v -0.845907 1.738406 -0.658404</w:t>
        <w:br/>
        <w:t>v -1.056842 1.729963 -0.786281</w:t>
        <w:br/>
        <w:t>v -1.347579 1.406513 -0.799830</w:t>
        <w:br/>
        <w:t>v -0.785254 1.966652 -0.481700</w:t>
        <w:br/>
        <w:t>v -0.725595 1.731484 -0.236680</w:t>
        <w:br/>
        <w:t>v -0.797080 1.623713 0.008011</w:t>
        <w:br/>
        <w:t>v -0.873146 1.989305 -0.651132</w:t>
        <w:br/>
        <w:t>v -0.833589 1.677119 0.209512</w:t>
        <w:br/>
        <w:t>v -0.867123 1.662992 0.205338</w:t>
        <w:br/>
        <w:t>v -0.807208 1.834934 0.007066</w:t>
        <w:br/>
        <w:t>v -0.833589 1.677119 0.209512</w:t>
        <w:br/>
        <w:t>v -0.751047 1.969457 -0.242576</w:t>
        <w:br/>
        <w:t>v -0.800955 2.103909 -0.477880</w:t>
        <w:br/>
        <w:t>v -0.813652 1.977502 -0.000480</w:t>
        <w:br/>
        <w:t>v -0.767259 2.121553 -0.246064</w:t>
        <w:br/>
        <w:t>v -0.860829 1.894775 0.177037</w:t>
        <w:br/>
        <w:t>v -0.890476 1.717466 0.335087</w:t>
        <w:br/>
        <w:t>v -0.947471 1.700854 0.329320</w:t>
        <w:br/>
        <w:t>v -0.904546 1.899686 0.247109</w:t>
        <w:br/>
        <w:t>v -0.890476 1.717466 0.335087</w:t>
        <w:br/>
        <w:t>v -0.969564 1.756468 0.422442</w:t>
        <w:br/>
        <w:t>v -0.986046 1.695849 0.342678</w:t>
        <w:br/>
        <w:t>v -1.028332 1.714307 0.363027</w:t>
        <w:br/>
        <w:t>v -1.042744 1.766894 0.423997</w:t>
        <w:br/>
        <w:t>v -0.969564 1.756468 0.422442</w:t>
        <w:br/>
        <w:t>v -0.981409 1.907144 0.367394</w:t>
        <w:br/>
        <w:t>v -1.042744 1.766894 0.423997</w:t>
        <w:br/>
        <w:t>v -1.050922 1.898437 0.368100</w:t>
        <w:br/>
        <w:t>v -1.052748 2.003524 0.320836</w:t>
        <w:br/>
        <w:t>v -0.980924 2.005444 0.328979</w:t>
        <w:br/>
        <w:t>v -0.980924 2.005444 0.328979</w:t>
        <w:br/>
        <w:t>v -1.053996 2.113385 0.271886</w:t>
        <w:br/>
        <w:t>v -0.898027 1.999632 0.196059</w:t>
        <w:br/>
        <w:t>v -0.979912 2.128034 0.282083</w:t>
        <w:br/>
        <w:t>v -0.979912 2.128034 0.282083</w:t>
        <w:br/>
        <w:t>v -1.045106 2.229055 0.261618</w:t>
        <w:br/>
        <w:t>v -0.873541 1.997872 0.156337</w:t>
        <w:br/>
        <w:t>v -0.889556 2.129107 0.131290</w:t>
        <w:br/>
        <w:t>v -0.970847 2.234612 0.273740</w:t>
        <w:br/>
        <w:t>v -0.970847 2.234612 0.273740</w:t>
        <w:br/>
        <w:t>v -1.034734 2.372613 0.252871</w:t>
        <w:br/>
        <w:t>v -0.819743 2.124327 -0.006907</w:t>
        <w:br/>
        <w:t>v -0.883181 2.232985 0.124778</w:t>
        <w:br/>
        <w:t>v -0.823947 2.230620 -0.009066</w:t>
        <w:br/>
        <w:t>v -0.805014 2.236078 -0.108041</w:t>
        <w:br/>
        <w:t>v -0.874891 2.384500 0.119375</w:t>
        <w:br/>
        <w:t>v -0.815763 2.394033 -0.012687</w:t>
        <w:br/>
        <w:t>v -0.959692 2.375371 0.266636</w:t>
        <w:br/>
        <w:t>v -0.959692 2.375371 0.266636</w:t>
        <w:br/>
        <w:t>v -0.933131 2.721637 0.244293</w:t>
        <w:br/>
        <w:t>v -0.933131 2.721637 0.244293</w:t>
        <w:br/>
        <w:t>v -1.025406 2.749497 0.244952</w:t>
        <w:br/>
        <w:t>v -1.025406 2.749497 0.244952</w:t>
        <w:br/>
        <w:t>v -0.915679 2.750443 0.103083</w:t>
        <w:br/>
        <w:t>v -0.933131 2.721637 0.244293</w:t>
        <w:br/>
        <w:t>v -0.839015 2.721762 0.105671</w:t>
        <w:br/>
        <w:t>v -0.839015 2.721762 0.105671</w:t>
        <w:br/>
        <w:t>v -0.859329 2.746985 -0.018853</w:t>
        <w:br/>
        <w:t>v -0.793251 2.718958 -0.012858</w:t>
        <w:br/>
        <w:t>v -0.793251 2.718958 -0.012858</w:t>
        <w:br/>
        <w:t>v -0.805127 2.400984 -0.099497</w:t>
        <w:br/>
        <w:t>v -0.825463 2.763288 -0.161860</w:t>
        <w:br/>
        <w:t>v -0.748224 2.745897 -0.236768</w:t>
        <w:br/>
        <w:t>v -0.748224 2.745897 -0.236768</w:t>
        <w:br/>
        <w:t>v -0.789394 2.410386 -0.230485</w:t>
        <w:br/>
        <w:t>v -0.748224 2.745897 -0.236768</w:t>
        <w:br/>
        <w:t>v -0.825463 2.763288 -0.161860</w:t>
        <w:br/>
        <w:t>v -0.774129 2.843231 -0.008204</w:t>
        <w:br/>
        <w:t>v -0.855221 2.815629 -0.020079</w:t>
        <w:br/>
        <w:t>v -0.775749 2.227890 -0.242891</w:t>
        <w:br/>
        <w:t>v -0.800300 2.903658 0.176958</w:t>
        <w:br/>
        <w:t>v -0.936999 2.892181 0.177361</w:t>
        <w:br/>
        <w:t>v -0.775940 2.207439 -0.483898</w:t>
        <w:br/>
        <w:t>v -0.808001 2.419739 -0.447452</w:t>
        <w:br/>
        <w:t>v -0.807940 2.646351 -0.435335</w:t>
        <w:br/>
        <w:t>v -0.894120 2.104820 -0.629166</w:t>
        <w:br/>
        <w:t>v -0.924994 2.423023 -0.594423</w:t>
        <w:br/>
        <w:t>v -0.875360 2.210544 -0.642053</w:t>
        <w:br/>
        <w:t>v -0.926726 2.544493 -0.587648</w:t>
        <w:br/>
        <w:t>v -1.079543 2.209083 -0.756144</w:t>
        <w:br/>
        <w:t>v -1.078972 2.013256 -0.787492</w:t>
        <w:br/>
        <w:t>v -1.069466 1.985960 -0.761265</w:t>
        <w:br/>
        <w:t>v -1.081122 2.102016 -0.740915</w:t>
        <w:br/>
        <w:t>v -1.354100 1.720381 -0.777746</w:t>
        <w:br/>
        <w:t>v -1.365358 1.979463 -0.750882</w:t>
        <w:br/>
        <w:t>v -1.477593 1.977015 -0.699864</w:t>
        <w:br/>
        <w:t>v -1.353666 2.001978 -0.761720</w:t>
        <w:br/>
        <w:t>v -1.489846 1.720245 -0.706100</w:t>
        <w:br/>
        <w:t>v -1.479076 1.394504 -0.697114</w:t>
        <w:br/>
        <w:t>v -1.445613 1.312590 -0.696707</w:t>
        <w:br/>
        <w:t>v -1.624211 1.396174 -0.508787</w:t>
        <w:br/>
        <w:t>v -1.514400 1.221215 -0.556116</w:t>
        <w:br/>
        <w:t>v -1.622154 1.739984 -0.502715</w:t>
        <w:br/>
        <w:t>v -1.596611 1.315703 -0.433147</w:t>
        <w:br/>
        <w:t>v -1.493760 1.202829 -0.535603</w:t>
        <w:br/>
        <w:t>v -1.552127 1.294633 -0.405071</w:t>
        <w:br/>
        <w:t>v -1.656016 1.460538 -0.243991</w:t>
        <w:br/>
        <w:t>v -1.605949 1.442467 -0.199821</w:t>
        <w:br/>
        <w:t>v -1.578658 1.575591 -0.023559</w:t>
        <w:br/>
        <w:t>v -1.619319 1.616528 -0.003862</w:t>
        <w:br/>
        <w:t>v -1.597988 1.590589 -0.000856</w:t>
        <w:br/>
        <w:t>v -1.643986 1.756971 -0.255714</w:t>
        <w:br/>
        <w:t>v -1.601228 1.941299 -0.495053</w:t>
        <w:br/>
        <w:t>v -1.612221 1.781822 -0.010656</w:t>
        <w:br/>
        <w:t>v -1.566560 1.678784 0.190350</w:t>
        <w:br/>
        <w:t>v -1.530536 1.656865 0.178946</w:t>
        <w:br/>
        <w:t>v -1.461220 1.671677 0.288650</w:t>
        <w:br/>
        <w:t>v -1.645833 1.951780 -0.257683</w:t>
        <w:br/>
        <w:t>v -1.440434 1.751603 0.397469</w:t>
        <w:br/>
        <w:t>v -1.428110 1.662814 0.298169</w:t>
        <w:br/>
        <w:t>v -1.381808 1.721997 0.390769</w:t>
        <w:br/>
        <w:t>v -1.379680 1.758614 0.399721</w:t>
        <w:br/>
        <w:t>v -1.553754 1.833078 0.165960</w:t>
        <w:br/>
        <w:t>v -1.443219 1.881620 0.356725</w:t>
        <w:br/>
        <w:t>v -1.378029 1.885254 0.340310</w:t>
        <w:br/>
        <w:t>v -1.604436 1.959504 -0.016991</w:t>
        <w:br/>
        <w:t>v -1.548631 1.977808 0.145741</w:t>
        <w:br/>
        <w:t>v -1.442894 1.998749 0.331769</w:t>
        <w:br/>
        <w:t>v -1.442894 1.998749 0.331769</w:t>
        <w:br/>
        <w:t>v -1.374442 1.995109 0.307234</w:t>
        <w:br/>
        <w:t>v -1.369862 2.112339 0.273160</w:t>
        <w:br/>
        <w:t>v -1.441719 2.119676 0.307495</w:t>
        <w:br/>
        <w:t>v -1.441719 2.119676 0.307495</w:t>
        <w:br/>
        <w:t>v -1.375118 2.222297 0.266958</w:t>
        <w:br/>
        <w:t>v -1.448474 2.226851 0.302532</w:t>
        <w:br/>
        <w:t>v -1.385291 2.368807 0.268888</w:t>
        <w:br/>
        <w:t>v -1.543273 2.109737 0.129259</w:t>
        <w:br/>
        <w:t>v -1.448474 2.226851 0.302532</w:t>
        <w:br/>
        <w:t>v -1.597950 2.095894 -0.019657</w:t>
        <w:br/>
        <w:t>v -1.460075 2.370038 0.303248</w:t>
        <w:br/>
        <w:t>v -1.553161 2.227560 0.135191</w:t>
        <w:br/>
        <w:t>v -1.460075 2.370038 0.303248</w:t>
        <w:br/>
        <w:t>v -1.592339 2.222254 -0.019134</w:t>
        <w:br/>
        <w:t>v -1.605844 2.225130 -0.117066</w:t>
        <w:br/>
        <w:t>v -1.601882 2.382163 -0.016117</w:t>
        <w:br/>
        <w:t>v -1.629149 2.094765 -0.256450</w:t>
        <w:br/>
        <w:t>v -1.565998 2.374324 0.146713</w:t>
        <w:br/>
        <w:t>v -1.485354 2.690429 0.308505</w:t>
        <w:br/>
        <w:t>v -1.485354 2.690429 0.308505</w:t>
        <w:br/>
        <w:t>v -1.406573 2.722771 0.291177</w:t>
        <w:br/>
        <w:t>v -1.406573 2.722771 0.291177</w:t>
        <w:br/>
        <w:t>v -1.485354 2.690429 0.308505</w:t>
        <w:br/>
        <w:t>v -1.497134 2.724073 0.177588</w:t>
        <w:br/>
        <w:t>v -1.603446 2.690861 0.156865</w:t>
        <w:br/>
        <w:t>v -1.603446 2.690861 0.156865</w:t>
        <w:br/>
        <w:t>v -1.566920 2.716180 -0.002902</w:t>
        <w:br/>
        <w:t>v -1.636050 2.693244 -0.006014</w:t>
        <w:br/>
        <w:t>v -1.636050 2.693244 -0.006014</w:t>
        <w:br/>
        <w:t>v -1.610884 2.386559 -0.101603</w:t>
        <w:br/>
        <w:t>v -1.603359 2.726379 -0.187446</w:t>
        <w:br/>
        <w:t>v -1.656066 2.715866 -0.253916</w:t>
        <w:br/>
        <w:t>v -1.656066 2.715866 -0.253916</w:t>
        <w:br/>
        <w:t>v -1.626174 2.392973 -0.233010</w:t>
        <w:br/>
        <w:t>v -1.626915 2.214584 -0.249507</w:t>
        <w:br/>
        <w:t>v -1.599433 2.400518 -0.450239</w:t>
        <w:br/>
        <w:t>v -1.618068 2.189502 -0.490665</w:t>
        <w:br/>
        <w:t>v -1.586774 2.089364 -0.487217</w:t>
        <w:br/>
        <w:t>v -1.467431 2.092831 -0.663759</w:t>
        <w:br/>
        <w:t>v -1.493092 2.196738 -0.675007</w:t>
        <w:br/>
        <w:t>v -1.352922 2.095699 -0.731392</w:t>
        <w:br/>
        <w:t>v -1.216017 2.008534 -0.810456</w:t>
        <w:br/>
        <w:t>v -1.360201 2.201919 -0.750492</w:t>
        <w:br/>
        <w:t>v -1.468738 2.409965 -0.622716</w:t>
        <w:br/>
        <w:t>v -1.218577 2.099051 -0.763312</w:t>
        <w:br/>
        <w:t>v -1.220152 2.206035 -0.777870</w:t>
        <w:br/>
        <w:t>v -1.367592 2.414296 -0.667973</w:t>
        <w:br/>
        <w:t>v -1.223323 2.419376 -0.701797</w:t>
        <w:br/>
        <w:t>v -1.362215 2.522646 -0.692185</w:t>
        <w:br/>
        <w:t>v -1.478497 2.526580 -0.615545</w:t>
        <w:br/>
        <w:t>v -1.225977 2.529009 -0.722251</w:t>
        <w:br/>
        <w:t>v -1.374553 2.540574 -0.669151</w:t>
        <w:br/>
        <w:t>v -1.078265 2.422295 -0.677123</w:t>
        <w:br/>
        <w:t>v -1.076636 2.532539 -0.692643</w:t>
        <w:br/>
        <w:t>v -1.066731 2.552714 -0.669632</w:t>
        <w:br/>
        <w:t>v -1.616619 2.627786 -0.435079</w:t>
        <w:br/>
        <w:t>v -1.651248 3.029608 -0.416461</w:t>
        <w:br/>
        <w:t>v -1.389384 3.049393 -0.662355</w:t>
        <w:br/>
        <w:t>v -1.252953 3.617316 -0.741060</w:t>
        <w:br/>
        <w:t>v -1.240096 3.055688 -0.697498</w:t>
        <w:br/>
        <w:t>v -1.216724 2.547047 -0.701476</w:t>
        <w:br/>
        <w:t>v -1.088586 3.058674 -0.662809</w:t>
        <w:br/>
        <w:t>v -0.925907 3.058357 -0.566733</w:t>
        <w:br/>
        <w:t>v -0.899044 3.620957 -0.591111</w:t>
        <w:br/>
        <w:t>v -0.808070 3.055182 -0.416144</w:t>
        <w:br/>
        <w:t>v -0.752796 3.027251 -0.227361</w:t>
        <w:br/>
        <w:t>v -0.774129 2.843231 -0.008204</w:t>
        <w:br/>
        <w:t>v -0.766308 3.008013 -0.011565</w:t>
        <w:br/>
        <w:t>v -0.800300 2.903658 0.176958</w:t>
        <w:br/>
        <w:t>v -0.802644 2.994477 0.187855</w:t>
        <w:br/>
        <w:t>v -0.822127 3.579260 0.327882</w:t>
        <w:br/>
        <w:t>v -0.958660 3.551870 0.448362</w:t>
        <w:br/>
        <w:t>v -0.966038 2.963848 0.346263</w:t>
        <w:br/>
        <w:t>v -0.966038 2.963848 0.346263</w:t>
        <w:br/>
        <w:t>v -1.061473 3.546384 0.451905</w:t>
        <w:br/>
        <w:t>v -1.061796 2.956708 0.364304</w:t>
        <w:br/>
        <w:t>v -1.788318 3.574855 -0.204452</w:t>
        <w:br/>
        <w:t>v -1.742437 3.561111 0.098135</w:t>
        <w:br/>
        <w:t>v -1.735813 3.644113 0.154975</w:t>
        <w:br/>
        <w:t>v -1.707668 3.571255 0.194727</w:t>
        <w:br/>
        <w:t>v -1.700011 2.994214 -0.231109</w:t>
        <w:br/>
        <w:t>v -1.693775 2.973269 0.017775</w:t>
        <w:br/>
        <w:t>v -1.635783 2.969290 0.188333</w:t>
        <w:br/>
        <w:t>v -1.666953 3.557904 0.304489</w:t>
        <w:br/>
        <w:t>v -1.658541 2.826044 -0.003087</w:t>
        <w:br/>
        <w:t>v -1.603359 2.726379 -0.187446</w:t>
        <w:br/>
        <w:t>v -1.656066 2.715866 -0.253916</w:t>
        <w:br/>
        <w:t>v -1.658541 2.826044 -0.003087</w:t>
        <w:br/>
        <w:t>v -1.577304 2.791285 -0.007013</w:t>
        <w:br/>
        <w:t>v -1.617057 2.903188 0.174195</w:t>
        <w:br/>
        <w:t>v -1.511421 2.859356 0.179842</w:t>
        <w:br/>
        <w:t>v -1.513676 2.972525 0.344501</w:t>
        <w:br/>
        <w:t>v -1.404115 2.946806 0.349592</w:t>
        <w:br/>
        <w:t>v -1.560672 3.542479 0.438877</w:t>
        <w:br/>
        <w:t>v -1.441495 3.539357 0.436352</w:t>
        <w:br/>
        <w:t>v 0.740428 1.059150 -0.400969</w:t>
        <w:br/>
        <w:t>v 0.781241 1.185551 -0.540610</w:t>
        <w:br/>
        <w:t>v 0.818856 1.179362 -0.533830</w:t>
        <w:br/>
        <w:t>v 0.730852 1.036652 -0.425349</w:t>
        <w:br/>
        <w:t>v 0.781241 1.185551 -0.540610</w:t>
        <w:br/>
        <w:t>v 0.740428 1.059150 -0.400969</w:t>
        <w:br/>
        <w:t>v 0.713222 0.962263 -0.349043</w:t>
        <w:br/>
        <w:t>v 0.694034 0.924552 -0.369138</w:t>
        <w:br/>
        <w:t>v 0.702493 0.891166 -0.326111</w:t>
        <w:br/>
        <w:t>v 0.775849 1.166487 -0.572448</w:t>
        <w:br/>
        <w:t>v 0.677701 0.725322 -0.287589</w:t>
        <w:br/>
        <w:t>v 0.692805 0.727922 -0.276397</w:t>
        <w:br/>
        <w:t>v 0.718942 0.842953 -0.511583</w:t>
        <w:br/>
        <w:t>v 0.691559 0.567636 -0.280561</w:t>
        <w:br/>
        <w:t>v 0.759282 0.530798 -0.266950</w:t>
        <w:br/>
        <w:t>v 0.759282 0.530798 -0.266950</w:t>
        <w:br/>
        <w:t>v 0.761506 0.529443 -0.467075</w:t>
        <w:br/>
        <w:t>v 0.691559 0.567636 -0.280561</w:t>
        <w:br/>
        <w:t>v 0.704804 0.569279 -0.479611</w:t>
        <w:br/>
        <w:t>v 0.797449 0.543236 -0.709654</w:t>
        <w:br/>
        <w:t>v 0.781994 0.570817 -0.723165</w:t>
        <w:br/>
        <w:t>v 0.916154 0.550382 -0.875565</w:t>
        <w:br/>
        <w:t>v 0.791124 0.840716 -0.736379</w:t>
        <w:br/>
        <w:t>v 0.915515 0.574691 -0.912931</w:t>
        <w:br/>
        <w:t>v 1.136992 0.551759 -0.982138</w:t>
        <w:br/>
        <w:t>v 0.818340 1.143544 -0.738081</w:t>
        <w:br/>
        <w:t>v 1.140079 0.572662 -1.011934</w:t>
        <w:br/>
        <w:t>v 0.930590 0.843533 -0.936066</w:t>
        <w:br/>
        <w:t>v 0.951872 1.131929 -0.908332</w:t>
        <w:br/>
        <w:t>v 0.839812 1.277320 -0.733644</w:t>
        <w:br/>
        <w:t>v 0.847925 1.279332 -0.684199</w:t>
        <w:br/>
        <w:t>v 1.012238 1.404757 -0.839741</w:t>
        <w:br/>
        <w:t>v 1.024561 1.395244 -0.893314</w:t>
        <w:br/>
        <w:t>v 0.986041 1.297689 -0.902639</w:t>
        <w:br/>
        <w:t>v 1.161742 1.303611 -0.967165</w:t>
        <w:br/>
        <w:t>v 1.164306 1.413957 -0.932793</w:t>
        <w:br/>
        <w:t>v 1.298021 1.401481 -0.907917</w:t>
        <w:br/>
        <w:t>v 1.156387 1.128187 -0.994809</w:t>
        <w:br/>
        <w:t>v 1.147103 0.840432 -1.026568</w:t>
        <w:br/>
        <w:t>v 1.325536 1.296965 -0.940428</w:t>
        <w:br/>
        <w:t>v 1.347791 1.123362 -0.952056</w:t>
        <w:br/>
        <w:t>v 1.355883 0.836976 -0.976292</w:t>
        <w:br/>
        <w:t>v 1.353084 0.567089 -0.955773</w:t>
        <w:br/>
        <w:t>v 1.345116 0.544563 -0.922584</w:t>
        <w:br/>
        <w:t>v 1.492252 0.831186 -0.831373</w:t>
        <w:br/>
        <w:t>v 1.479677 0.561377 -0.809825</w:t>
        <w:br/>
        <w:t>v 1.479108 0.536261 -0.799731</w:t>
        <w:br/>
        <w:t>v 1.470722 1.126956 -0.816447</w:t>
        <w:br/>
        <w:t>v 1.588160 0.553779 -0.596910</w:t>
        <w:br/>
        <w:t>v 1.565327 0.531648 -0.593453</w:t>
        <w:br/>
        <w:t>v 1.585607 0.824807 -0.610672</w:t>
        <w:br/>
        <w:t>v 1.685333 0.546995 -0.286098</w:t>
        <w:br/>
        <w:t>v 1.642922 0.530526 -0.261060</w:t>
        <w:br/>
        <w:t>v 1.642922 0.530526 -0.261060</w:t>
        <w:br/>
        <w:t>v 1.618632 0.744279 -0.299702</w:t>
        <w:br/>
        <w:t>v 1.685333 0.546995 -0.286098</w:t>
        <w:br/>
        <w:t>v 1.679126 0.730479 -0.330308</w:t>
        <w:br/>
        <w:t>v 1.679126 0.730479 -0.330308</w:t>
        <w:br/>
        <w:t>v 1.650471 0.916846 -0.413900</w:t>
        <w:br/>
        <w:t>v 1.650471 0.916846 -0.413900</w:t>
        <w:br/>
        <w:t>v 1.610057 0.924463 -0.378306</w:t>
        <w:br/>
        <w:t>v 1.586900 0.948639 -0.390050</w:t>
        <w:br/>
        <w:t>v 1.530003 1.115129 -0.658744</w:t>
        <w:br/>
        <w:t>v 1.557278 1.109521 -0.588376</w:t>
        <w:br/>
        <w:t>v 1.524954 1.117577 -0.514351</w:t>
        <w:br/>
        <w:t>v 1.510259 1.110707 -0.504647</w:t>
        <w:br/>
        <w:t>v 1.464509 1.205004 -0.571269</w:t>
        <w:br/>
        <w:t>v 1.484910 1.223296 -0.592103</w:t>
        <w:br/>
        <w:t>v 1.517512 1.190233 -0.661428</w:t>
        <w:br/>
        <w:t>v 1.414604 1.313341 -0.732801</w:t>
        <w:br/>
        <w:t>v 1.425669 1.294564 -0.796823</w:t>
        <w:br/>
        <w:t>v 1.315369 1.406134 -0.835799</w:t>
        <w:br/>
        <w:t>v -8.016852 15.898925 0.123927</w:t>
        <w:br/>
        <w:t>v -8.115073 15.827450 0.121926</w:t>
        <w:br/>
        <w:t>v -8.024137 15.902168 0.039574</w:t>
        <w:br/>
        <w:t>v -8.121584 15.830677 0.045334</w:t>
        <w:br/>
        <w:t>v -8.024137 15.902168 0.039574</w:t>
        <w:br/>
        <w:t>v -8.121584 15.830677 0.045334</w:t>
        <w:br/>
        <w:t>v -7.982578 15.876358 0.025679</w:t>
        <w:br/>
        <w:t>v -8.126687 15.782731 0.042504</w:t>
        <w:br/>
        <w:t>v -8.164362 15.793308 0.122714</w:t>
        <w:br/>
        <w:t>v -8.170737 15.796441 0.048540</w:t>
        <w:br/>
        <w:t>v -8.170737 15.796441 0.048540</w:t>
        <w:br/>
        <w:t>v -8.136821 15.780191 0.438229</w:t>
        <w:br/>
        <w:t>v -8.271931 15.722434 0.128225</w:t>
        <w:br/>
        <w:t>v -8.087841 15.814549 0.434001</w:t>
        <w:br/>
        <w:t>v -8.278258 15.725407 0.056194</w:t>
        <w:br/>
        <w:t>v -8.278258 15.725407 0.056194</w:t>
        <w:br/>
        <w:t>v -8.296317 15.675488 0.050244</w:t>
        <w:br/>
        <w:t>v -8.388761 15.739643 0.137280</w:t>
        <w:br/>
        <w:t>v -8.388761 15.739643 0.137280</w:t>
        <w:br/>
        <w:t>v -8.339402 15.720155 0.168840</w:t>
        <w:br/>
        <w:t>v -8.425372 15.689919 0.138158</w:t>
        <w:br/>
        <w:t>v -8.317599 15.709906 0.417030</w:t>
        <w:br/>
        <w:t>v -8.360447 15.726340 0.459606</w:t>
        <w:br/>
        <w:t>v -8.360447 15.726340 0.459606</w:t>
        <w:br/>
        <w:t>v -8.397009 15.676593 0.461051</w:t>
        <w:br/>
        <w:t>v -8.244042 15.709331 0.445711</w:t>
        <w:br/>
        <w:t>v -8.254739 15.655953 0.523547</w:t>
        <w:br/>
        <w:t>v -8.237636 15.706322 0.518647</w:t>
        <w:br/>
        <w:t>v -8.237636 15.706322 0.518647</w:t>
        <w:br/>
        <w:t>v -8.085391 15.763603 0.510911</w:t>
        <w:br/>
        <w:t>v -8.129673 15.777387 0.513283</w:t>
        <w:br/>
        <w:t>v -8.129673 15.777387 0.513283</w:t>
        <w:br/>
        <w:t>v -8.080331 15.811462 0.511860</w:t>
        <w:br/>
        <w:t>v -8.080331 15.811462 0.511860</w:t>
        <w:br/>
        <w:t>v -7.944342 15.853216 0.513724</w:t>
        <w:br/>
        <w:t>v -7.990647 15.886842 0.423936</w:t>
        <w:br/>
        <w:t>v -7.982487 15.882310 0.511139</w:t>
        <w:br/>
        <w:t>v -7.982487 15.882310 0.511139</w:t>
        <w:br/>
        <w:t>v 1.199116 3.379651 0.465238</w:t>
        <w:br/>
        <w:t>v 1.158207 3.160970 0.509848</w:t>
        <w:br/>
        <w:t>v 1.230919 3.379560 0.513798</w:t>
        <w:br/>
        <w:t>v 1.190735 3.167326 0.557419</w:t>
        <w:br/>
        <w:t>v 1.190735 3.167326 0.557419</w:t>
        <w:br/>
        <w:t>v 1.144519 3.184461 0.588114</w:t>
        <w:br/>
        <w:t>v 1.230919 3.379560 0.513798</w:t>
        <w:br/>
        <w:t>v 1.183364 3.389768 0.545559</w:t>
        <w:br/>
        <w:t>v 1.145641 2.912351 0.553300</w:t>
        <w:br/>
        <w:t>v 1.116825 2.921607 0.504095</w:t>
        <w:br/>
        <w:t>v 1.091303 2.693521 0.467457</w:t>
        <w:br/>
        <w:t>v 1.097602 2.917463 0.584989</w:t>
        <w:br/>
        <w:t>v 1.145641 2.912351 0.553300</w:t>
        <w:br/>
        <w:t>v 1.111927 3.178104 0.540582</w:t>
        <w:br/>
        <w:t>v 1.183364 3.389768 0.545559</w:t>
        <w:br/>
        <w:t>v 1.144519 3.184461 0.588114</w:t>
        <w:br/>
        <w:t>v 1.097602 2.917463 0.584989</w:t>
        <w:br/>
        <w:t>v 1.151535 3.389860 0.496999</w:t>
        <w:br/>
        <w:t>v 1.151535 3.389860 0.496999</w:t>
        <w:br/>
        <w:t>v 1.111927 3.178104 0.540582</w:t>
        <w:br/>
        <w:t>v 1.199116 3.379651 0.465238</w:t>
        <w:br/>
        <w:t>v 1.158207 3.160970 0.509848</w:t>
        <w:br/>
        <w:t>v 1.068787 2.926718 0.535810</w:t>
        <w:br/>
        <w:t>v 1.068787 2.926718 0.535810</w:t>
        <w:br/>
        <w:t>v 1.116825 2.921607 0.504095</w:t>
        <w:br/>
        <w:t>v 1.091303 2.693521 0.467457</w:t>
        <w:br/>
        <w:t>v 1.043794 2.690718 0.497263</w:t>
        <w:br/>
        <w:t>v 1.043794 2.690718 0.497263</w:t>
        <w:br/>
        <w:t>v 1.064242 2.482623 0.422535</w:t>
        <w:br/>
        <w:t>v 1.036969 2.480925 0.449332</w:t>
        <w:br/>
        <w:t>v 1.036969 2.480925 0.449332</w:t>
        <w:br/>
        <w:t>v 1.066482 2.482407 0.483992</w:t>
        <w:br/>
        <w:t>v 1.076660 2.673315 0.538559</w:t>
        <w:br/>
        <w:t>v 1.066482 2.482407 0.483992</w:t>
        <w:br/>
        <w:t>v 1.076660 2.673315 0.538559</w:t>
        <w:br/>
        <w:t>v 1.103466 2.483666 0.455692</w:t>
        <w:br/>
        <w:t>v 1.117724 2.676033 0.514755</w:t>
        <w:br/>
        <w:t>v 1.117724 2.676033 0.514755</w:t>
        <w:br/>
        <w:t>v 1.103466 2.483666 0.455692</w:t>
        <w:br/>
        <w:t>v 1.064242 2.482623 0.422535</w:t>
        <w:br/>
        <w:t>v 1.400081 1.538308 0.552614</w:t>
        <w:br/>
        <w:t>v 1.333094 1.564444 0.566461</w:t>
        <w:br/>
        <w:t>v 1.341585 1.584047 0.615708</w:t>
        <w:br/>
        <w:t>v 1.413826 1.556694 0.601764</w:t>
        <w:br/>
        <w:t>v 1.413826 1.556694 0.601764</w:t>
        <w:br/>
        <w:t>v 1.341585 1.584047 0.615708</w:t>
        <w:br/>
        <w:t>v 1.420653 1.602925 0.581705</w:t>
        <w:br/>
        <w:t>v 1.347873 1.630465 0.596272</w:t>
        <w:br/>
        <w:t>v 1.515045 1.486727 0.536146</w:t>
        <w:br/>
        <w:t>v 1.484579 1.476023 0.494792</w:t>
        <w:br/>
        <w:t>v 1.523155 1.530364 0.513894</w:t>
        <w:br/>
        <w:t>v 1.515045 1.486727 0.536146</w:t>
        <w:br/>
        <w:t>v 1.420653 1.602925 0.581705</w:t>
        <w:br/>
        <w:t>v 1.347873 1.630465 0.596272</w:t>
        <w:br/>
        <w:t>v 1.406903 1.584238 0.532598</w:t>
        <w:br/>
        <w:t>v 1.523155 1.530364 0.513894</w:t>
        <w:br/>
        <w:t>v 1.339821 1.610609 0.547120</w:t>
        <w:br/>
        <w:t>v 1.339821 1.610609 0.547120</w:t>
        <w:br/>
        <w:t>v 1.333094 1.564444 0.566461</w:t>
        <w:br/>
        <w:t>v 1.406903 1.584238 0.532598</w:t>
        <w:br/>
        <w:t>v 1.400081 1.538308 0.552614</w:t>
        <w:br/>
        <w:t>v 1.493741 1.519801 0.472835</w:t>
        <w:br/>
        <w:t>v 1.493741 1.519801 0.472835</w:t>
        <w:br/>
        <w:t>v 1.484579 1.476023 0.494792</w:t>
        <w:br/>
        <w:t>v 1.610340 1.425661 0.408976</w:t>
        <w:br/>
        <w:t>v 1.610340 1.425661 0.408976</w:t>
        <w:br/>
        <w:t>v 1.567037 1.424565 0.379263</w:t>
        <w:br/>
        <w:t>v 1.567037 1.424565 0.379263</w:t>
        <w:br/>
        <w:t>v 1.549964 1.384386 0.406735</w:t>
        <w:br/>
        <w:t>v 1.593029 1.385252 0.436471</w:t>
        <w:br/>
        <w:t>v 1.593029 1.385252 0.436471</w:t>
        <w:br/>
        <w:t>v 1.549964 1.384386 0.406735</w:t>
        <w:br/>
        <w:t>v 1.694570 1.280738 0.254868</w:t>
        <w:br/>
        <w:t>v 1.694570 1.280738 0.254868</w:t>
        <w:br/>
        <w:t>v 1.647210 1.284319 0.230122</w:t>
        <w:br/>
        <w:t>v 1.647210 1.284319 0.230122</w:t>
        <w:br/>
        <w:t>v 1.626549 1.246156 0.260130</w:t>
        <w:br/>
        <w:t>v 1.673399 1.242389 0.284880</w:t>
        <w:br/>
        <w:t>v 1.673399 1.242389 0.284880</w:t>
        <w:br/>
        <w:t>v 1.626549 1.246156 0.260130</w:t>
        <w:br/>
        <w:t>v 1.759165 1.124030 0.097007</w:t>
        <w:br/>
        <w:t>v 1.759165 1.124030 0.097007</w:t>
        <w:br/>
        <w:t>v 1.710139 1.131113 0.074072</w:t>
        <w:br/>
        <w:t>v 1.710139 1.131113 0.074072</w:t>
        <w:br/>
        <w:t>v 1.688332 1.094202 0.104613</w:t>
        <w:br/>
        <w:t>v 1.736567 1.087094 0.127608</w:t>
        <w:br/>
        <w:t>v 1.736567 1.087094 0.127608</w:t>
        <w:br/>
        <w:t>v 1.688332 1.094202 0.104613</w:t>
        <w:br/>
        <w:t>v 1.723554 1.063615 0.017107</w:t>
        <w:br/>
        <w:t>v 1.701759 1.038191 0.056588</w:t>
        <w:br/>
        <w:t>v 1.698409 0.988520 0.028394</w:t>
        <w:br/>
        <w:t>v 1.772653 1.043500 0.028951</w:t>
        <w:br/>
        <w:t>v 1.723554 1.063615 0.017107</w:t>
        <w:br/>
        <w:t>v 1.772653 1.043500 0.028951</w:t>
        <w:br/>
        <w:t>v 1.704224 1.004789 -0.016812</w:t>
        <w:br/>
        <w:t>v 1.704224 1.004789 -0.016812</w:t>
        <w:br/>
        <w:t>v 1.697909 0.969049 0.012099</w:t>
        <w:br/>
        <w:t>v 1.696953 0.978264 -0.029907</w:t>
        <w:br/>
        <w:t>v 1.696953 0.978264 -0.029907</w:t>
        <w:br/>
        <w:t>v 1.742422 0.972349 -0.017920</w:t>
        <w:br/>
        <w:t>v 1.698540 0.931869 -0.032213</w:t>
        <w:br/>
        <w:t>v 1.698540 0.931869 -0.032213</w:t>
        <w:br/>
        <w:t>v 1.699644 0.923290 0.009063</w:t>
        <w:br/>
        <w:t>v 1.742422 0.972349 -0.017920</w:t>
        <w:br/>
        <w:t>v 1.735399 0.956638 0.027427</w:t>
        <w:br/>
        <w:t>v 1.735399 0.956638 0.027427</w:t>
        <w:br/>
        <w:t>v 1.699644 0.923290 0.009063</w:t>
        <w:br/>
        <w:t>v 1.697909 0.969049 0.012099</w:t>
        <w:br/>
        <w:t>v 1.698409 0.988520 0.028394</w:t>
        <w:br/>
        <w:t>v 1.750079 1.018181 0.068425</w:t>
        <w:br/>
        <w:t>v 1.750079 1.018181 0.068425</w:t>
        <w:br/>
        <w:t>v 1.701759 1.038191 0.056588</w:t>
        <w:br/>
        <w:t>v -0.776462 3.084980 0.201110</w:t>
        <w:br/>
        <w:t>v -0.772723 3.073201 0.163085</w:t>
        <w:br/>
        <w:t>v -0.732337 3.103449 0.213904</w:t>
        <w:br/>
        <w:t>v -0.805347 3.123100 0.293749</w:t>
        <w:br/>
        <w:t>v -0.840685 3.101022 0.265636</w:t>
        <w:br/>
        <w:t>v -0.885299 3.139103 0.360649</w:t>
        <w:br/>
        <w:t>v -0.921525 3.114031 0.328998</w:t>
        <w:br/>
        <w:t>v -0.732337 3.103449 0.213904</w:t>
        <w:br/>
        <w:t>v -0.718525 3.054941 0.232794</w:t>
        <w:br/>
        <w:t>v -0.805347 3.123100 0.293749</w:t>
        <w:br/>
        <w:t>v -1.003332 3.168564 0.444798</w:t>
        <w:br/>
        <w:t>v -1.026553 3.141394 0.406683</w:t>
        <w:br/>
        <w:t>v -0.791473 3.075208 0.314997</w:t>
        <w:br/>
        <w:t>v -0.885299 3.139103 0.360649</w:t>
        <w:br/>
        <w:t>v -1.140835 3.202666 0.481674</w:t>
        <w:br/>
        <w:t>v -1.153702 3.172573 0.438703</w:t>
        <w:br/>
        <w:t>v -1.005087 3.123586 0.473077</w:t>
        <w:br/>
        <w:t>v -1.003332 3.168564 0.444798</w:t>
        <w:br/>
        <w:t>v -1.276128 3.237372 0.480034</w:t>
        <w:br/>
        <w:t>v -1.275641 3.203937 0.437422</w:t>
        <w:br/>
        <w:t>v -1.148226 3.159760 0.513622</w:t>
        <w:br/>
        <w:t>v -1.140835 3.202666 0.481674</w:t>
        <w:br/>
        <w:t>v -1.276128 3.237372 0.480034</w:t>
        <w:br/>
        <w:t>v -1.393162 3.256831 0.452948</w:t>
        <w:br/>
        <w:t>v -1.383447 3.221116 0.413815</w:t>
        <w:br/>
        <w:t>v -1.533377 3.248494 0.384048</w:t>
        <w:br/>
        <w:t>v -1.293062 3.196979 0.511794</w:t>
        <w:br/>
        <w:t>v -1.393162 3.256831 0.452948</w:t>
        <w:br/>
        <w:t>v -1.551183 3.284957 0.419209</w:t>
        <w:br/>
        <w:t>v -1.414658 3.218340 0.482043</w:t>
        <w:br/>
        <w:t>v -1.551183 3.284957 0.419209</w:t>
        <w:br/>
        <w:t>v -1.686604 3.325589 0.315941</w:t>
        <w:br/>
        <w:t>v -1.664035 3.288018 0.287335</w:t>
        <w:br/>
        <w:t>v -1.578364 3.247630 0.443770</w:t>
        <w:br/>
        <w:t>v -1.686604 3.325589 0.315941</w:t>
        <w:br/>
        <w:t>v -1.747370 3.354459 0.220287</w:t>
        <w:br/>
        <w:t>v -1.720425 3.311596 0.208561</w:t>
        <w:br/>
        <w:t>v -1.724208 3.324975 0.155587</w:t>
        <w:br/>
        <w:t>v -1.716259 3.289310 0.333704</w:t>
        <w:br/>
        <w:t>v -1.747370 3.354459 0.220287</w:t>
        <w:br/>
        <w:t>v -1.748658 3.363302 0.159345</w:t>
        <w:br/>
        <w:t>v -1.729805 3.339896 0.137744</w:t>
        <w:br/>
        <w:t>v -1.739710 3.375220 0.120731</w:t>
        <w:br/>
        <w:t>v -1.784827 3.326101 0.210001</w:t>
        <w:br/>
        <w:t>v -1.748658 3.363302 0.159345</w:t>
        <w:br/>
        <w:t>v -1.783321 3.342159 0.140291</w:t>
        <w:br/>
        <w:t>v -1.739710 3.375220 0.120731</w:t>
        <w:br/>
        <w:t>v -1.747075 3.356425 0.085848</w:t>
        <w:br/>
        <w:t>v -1.737105 3.321103 0.102862</w:t>
        <w:br/>
        <w:t>v -1.747075 3.356425 0.085848</w:t>
        <w:br/>
        <w:t>v -1.783321 3.342159 0.140291</w:t>
        <w:br/>
        <w:t>v -1.758237 3.303894 0.135714</w:t>
        <w:br/>
        <w:t>v -1.784827 3.326101 0.210001</w:t>
        <w:br/>
        <w:t>v -1.729805 3.339896 0.137744</w:t>
        <w:br/>
        <w:t>v -1.737105 3.321103 0.102862</w:t>
        <w:br/>
        <w:t>v -1.758237 3.303894 0.135714</w:t>
        <w:br/>
        <w:t>v -1.724208 3.324975 0.155587</w:t>
        <w:br/>
        <w:t>v -1.758253 3.283350 0.196056</w:t>
        <w:br/>
        <w:t>v -1.758253 3.283350 0.196056</w:t>
        <w:br/>
        <w:t>v -1.720425 3.311596 0.208561</w:t>
        <w:br/>
        <w:t>v -1.696641 3.251917 0.300054</w:t>
        <w:br/>
        <w:t>v -1.696641 3.251917 0.300054</w:t>
        <w:br/>
        <w:t>v -1.716259 3.289310 0.333704</w:t>
        <w:br/>
        <w:t>v -1.664035 3.288018 0.287335</w:t>
        <w:br/>
        <w:t>v -1.563444 3.210965 0.405811</w:t>
        <w:br/>
        <w:t>v -1.563444 3.210965 0.405811</w:t>
        <w:br/>
        <w:t>v -1.578364 3.247630 0.443770</w:t>
        <w:br/>
        <w:t>v -1.533377 3.248494 0.384048</w:t>
        <w:br/>
        <w:t>v -1.414658 3.218340 0.482043</w:t>
        <w:br/>
        <w:t>v -1.406610 3.182650 0.441627</w:t>
        <w:br/>
        <w:t>v -1.406610 3.182650 0.441627</w:t>
        <w:br/>
        <w:t>v -1.383447 3.221116 0.413815</w:t>
        <w:br/>
        <w:t>v -1.292565 3.163595 0.468950</w:t>
        <w:br/>
        <w:t>v -1.292565 3.163595 0.468950</w:t>
        <w:br/>
        <w:t>v -1.293062 3.196979 0.511794</w:t>
        <w:br/>
        <w:t>v -1.275641 3.203937 0.437422</w:t>
        <w:br/>
        <w:t>v -1.161134 3.129709 0.470549</w:t>
        <w:br/>
        <w:t>v -1.161134 3.129709 0.470549</w:t>
        <w:br/>
        <w:t>v -1.153702 3.172573 0.438703</w:t>
        <w:br/>
        <w:t>v -1.148226 3.159760 0.513622</w:t>
        <w:br/>
        <w:t>v -1.026553 3.141394 0.406683</w:t>
        <w:br/>
        <w:t>v -1.028088 3.096465 0.434639</w:t>
        <w:br/>
        <w:t>v -1.028088 3.096465 0.434639</w:t>
        <w:br/>
        <w:t>v -1.005087 3.123586 0.473077</w:t>
        <w:br/>
        <w:t>v -0.921525 3.114031 0.328998</w:t>
        <w:br/>
        <w:t>v -0.912605 3.067118 0.351869</w:t>
        <w:br/>
        <w:t>v -0.912605 3.067118 0.351869</w:t>
        <w:br/>
        <w:t>v -0.840685 3.101022 0.265636</w:t>
        <w:br/>
        <w:t>v -0.876510 3.092187 0.383248</w:t>
        <w:br/>
        <w:t>v -0.876510 3.092187 0.383248</w:t>
        <w:br/>
        <w:t>v -0.828437 3.052710 0.286205</w:t>
        <w:br/>
        <w:t>v -0.791473 3.075208 0.314997</w:t>
        <w:br/>
        <w:t>v -0.828437 3.052710 0.286205</w:t>
        <w:br/>
        <w:t>v -0.764561 3.036458 0.219367</w:t>
        <w:br/>
        <w:t>v -0.764561 3.036458 0.219367</w:t>
        <w:br/>
        <w:t>v -0.718525 3.054941 0.232794</w:t>
        <w:br/>
        <w:t>v -0.776462 3.084980 0.201110</w:t>
        <w:br/>
        <w:t>v -0.763994 3.032385 0.176350</w:t>
        <w:br/>
        <w:t>v -0.763994 3.032385 0.176350</w:t>
        <w:br/>
        <w:t>v -0.772723 3.073201 0.163085</w:t>
        <w:br/>
        <w:t>v -0.774156 3.062763 0.146283</w:t>
        <w:br/>
        <w:t>v -0.777663 3.023345 0.152171</w:t>
        <w:br/>
        <w:t>v -0.726526 3.038026 0.159986</w:t>
        <w:br/>
        <w:t>v -0.777663 3.023345 0.152171</w:t>
        <w:br/>
        <w:t>v -0.771485 3.017163 0.113563</w:t>
        <w:br/>
        <w:t>v -0.726526 3.038026 0.159986</w:t>
        <w:br/>
        <w:t>v -0.771485 3.017163 0.113563</w:t>
        <w:br/>
        <w:t>v -0.767821 3.056584 0.107687</w:t>
        <w:br/>
        <w:t>v -0.736698 3.078821 0.146516</w:t>
        <w:br/>
        <w:t>v -0.736698 3.078821 0.146516</w:t>
        <w:br/>
        <w:t>v -0.774156 3.062763 0.146283</w:t>
        <w:br/>
        <w:t>v -0.767821 3.056584 0.107687</w:t>
        <w:br/>
        <w:t>v -6.624821 15.884593 0.113038</w:t>
        <w:br/>
        <w:t>v -6.629932 15.866736 0.082679</w:t>
        <w:br/>
        <w:t>v -6.621301 15.852831 0.113322</w:t>
        <w:br/>
        <w:t>v -6.621301 15.852831 0.113322</w:t>
        <w:br/>
        <w:t>v -6.629932 15.866736 0.082679</w:t>
        <w:br/>
        <w:t>v -6.722828 15.814485 0.121640</w:t>
        <w:br/>
        <w:t>v -6.636019 15.899193 0.079455</w:t>
        <w:br/>
        <w:t>v -6.735315 15.830710 0.092545</w:t>
        <w:br/>
        <w:t>v -6.745282 15.829195 0.125042</w:t>
        <w:br/>
        <w:t>v -6.752974 15.835878 0.093967</w:t>
        <w:br/>
        <w:t>v -6.645267 15.873213 0.006477</w:t>
        <w:br/>
        <w:t>v -6.645267 15.873213 0.006477</w:t>
        <w:br/>
        <w:t>v -6.649949 15.906792 0.001654</w:t>
        <w:br/>
        <w:t>v -6.747298 15.842226 0.017517</w:t>
        <w:br/>
        <w:t>v -6.765811 15.846553 0.020674</w:t>
        <w:br/>
        <w:t>v -6.843460 15.874408 -0.101567</w:t>
        <w:br/>
        <w:t>v -6.766029 15.995343 -0.185787</w:t>
        <w:br/>
        <w:t>v -6.770115 16.017775 -0.172704</w:t>
        <w:br/>
        <w:t>v -6.832507 15.877888 -0.120602</w:t>
        <w:br/>
        <w:t>v -6.940609 15.800538 -0.163845</w:t>
        <w:br/>
        <w:t>v -6.956106 15.782170 -0.138374</w:t>
        <w:br/>
        <w:t>v -6.897072 15.967990 -0.210395</w:t>
        <w:br/>
        <w:t>v -6.781904 16.006445 -0.182929</w:t>
        <w:br/>
        <w:t>v -6.847062 16.127083 -0.256813</w:t>
        <w:br/>
        <w:t>v -6.853618 16.147053 -0.239064</w:t>
        <w:br/>
        <w:t>v -6.902345 15.980188 -0.198623</w:t>
        <w:br/>
        <w:t>v -6.902345 15.980188 -0.198623</w:t>
        <w:br/>
        <w:t>v -6.944342 16.206301 -0.274411</w:t>
        <w:br/>
        <w:t>v -6.943950 16.218250 -0.253114</w:t>
        <w:br/>
        <w:t>v -7.062295 16.201319 -0.249004</w:t>
        <w:br/>
        <w:t>v -6.944342 16.206301 -0.274411</w:t>
        <w:br/>
        <w:t>v -7.005745 16.050186 -0.261516</w:t>
        <w:br/>
        <w:t>v -7.068655 16.189611 -0.271503</w:t>
        <w:br/>
        <w:t>v -7.068655 16.189611 -0.271503</w:t>
        <w:br/>
        <w:t>v -7.073933 16.196259 -0.255169</w:t>
        <w:br/>
        <w:t>v -7.134339 16.275358 -0.226267</w:t>
        <w:br/>
        <w:t>v -6.922843 15.977790 -0.194525</w:t>
        <w:br/>
        <w:t>v -7.141849 16.266834 -0.246916</w:t>
        <w:br/>
        <w:t>v -7.218011 16.332253 -0.227720</w:t>
        <w:br/>
        <w:t>v -7.005073 16.033777 -0.231856</w:t>
        <w:br/>
        <w:t>v -7.225996 16.325089 -0.249037</w:t>
        <w:br/>
        <w:t>v -7.343513 16.318977 -0.214376</w:t>
        <w:br/>
        <w:t>v -7.075311 16.052540 -0.258682</w:t>
        <w:br/>
        <w:t>v -7.068654 16.034531 -0.227574</w:t>
        <w:br/>
        <w:t>v -7.135708 16.009632 -0.209762</w:t>
        <w:br/>
        <w:t>v -7.193135 16.139929 -0.245541</w:t>
        <w:br/>
        <w:t>v -7.193135 16.139929 -0.245541</w:t>
        <w:br/>
        <w:t>v -7.152719 16.015585 -0.223518</w:t>
        <w:br/>
        <w:t>v -7.191737 16.145220 -0.231864</w:t>
        <w:br/>
        <w:t>v -7.141849 16.266834 -0.246916</w:t>
        <w:br/>
        <w:t>v -7.191737 16.145220 -0.231864</w:t>
        <w:br/>
        <w:t>v -7.247382 16.121958 -0.219424</w:t>
        <w:br/>
        <w:t>v -7.247382 16.121958 -0.219424</w:t>
        <w:br/>
        <w:t>v -7.158249 16.010359 -0.235155</w:t>
        <w:br/>
        <w:t>v -7.135708 16.009632 -0.209762</w:t>
        <w:br/>
        <w:t>v -7.152719 16.015585 -0.223518</w:t>
        <w:br/>
        <w:t>v -7.247382 16.121958 -0.219424</w:t>
        <w:br/>
        <w:t>v -7.282741 16.193071 -0.251096</w:t>
        <w:br/>
        <w:t>v -7.225996 16.325089 -0.249037</w:t>
        <w:br/>
        <w:t>v -7.197909 16.143747 -0.217446</w:t>
        <w:br/>
        <w:t>v -7.191737 16.145220 -0.231864</w:t>
        <w:br/>
        <w:t>v -7.282741 16.193071 -0.251096</w:t>
        <w:br/>
        <w:t>v -7.197909 16.143747 -0.217446</w:t>
        <w:br/>
        <w:t>v -7.247487 16.131075 -0.209188</w:t>
        <w:br/>
        <w:t>v -7.284289 16.181795 -0.220083</w:t>
        <w:br/>
        <w:t>v -7.299965 16.178488 -0.217929</w:t>
        <w:br/>
        <w:t>v -7.299965 16.178488 -0.217929</w:t>
        <w:br/>
        <w:t>v -7.315303 16.181345 -0.232948</w:t>
        <w:br/>
        <w:t>v -7.315303 16.181345 -0.232948</w:t>
        <w:br/>
        <w:t>v -7.268842 16.130249 -0.234855</w:t>
        <w:br/>
        <w:t>v -7.471396 16.161545 -0.220447</w:t>
        <w:br/>
        <w:t>v -7.357876 16.314682 -0.234425</w:t>
        <w:br/>
        <w:t>v -7.471396 16.161545 -0.220447</w:t>
        <w:br/>
        <w:t>v -7.357876 16.314682 -0.234425</w:t>
        <w:br/>
        <w:t>v -7.362773 16.315865 -0.206734</w:t>
        <w:br/>
        <w:t>v -7.378643 16.356970 -0.113852</w:t>
        <w:br/>
        <w:t>v -7.396853 16.357214 -0.131524</w:t>
        <w:br/>
        <w:t>v -7.483205 16.273754 -0.137400</w:t>
        <w:br/>
        <w:t>v -7.493294 16.399178 -0.026412</w:t>
        <w:br/>
        <w:t>v -7.512574 16.262541 -0.132487</w:t>
        <w:br/>
        <w:t>v -7.515041 16.147278 -0.181734</w:t>
        <w:br/>
        <w:t>v -7.538025 16.299023 -0.067337</w:t>
        <w:br/>
        <w:t>v -7.537979 16.257998 -0.097346</w:t>
        <w:br/>
        <w:t>v -7.627014 16.311539 0.028630</w:t>
        <w:br/>
        <w:t>v -7.620967 16.301813 0.024465</w:t>
        <w:br/>
        <w:t>v -7.646329 16.300335 0.060408</w:t>
        <w:br/>
        <w:t>v -7.483205 16.273754 -0.137400</w:t>
        <w:br/>
        <w:t>v -7.531328 16.282431 -0.069817</w:t>
        <w:br/>
        <w:t>v -7.492243 16.267168 -0.122625</w:t>
        <w:br/>
        <w:t>v -7.537979 16.257998 -0.097346</w:t>
        <w:br/>
        <w:t>v -7.483205 16.273754 -0.137400</w:t>
        <w:br/>
        <w:t>v -7.492243 16.267168 -0.122625</w:t>
        <w:br/>
        <w:t>v -7.531085 16.260317 -0.091868</w:t>
        <w:br/>
        <w:t>v -7.522475 16.269419 -0.071411</w:t>
        <w:br/>
        <w:t>v -7.522475 16.269419 -0.071411</w:t>
        <w:br/>
        <w:t>v -7.531328 16.282431 -0.069817</w:t>
        <w:br/>
        <w:t>v -7.531085 16.260317 -0.091868</w:t>
        <w:br/>
        <w:t>v -7.551397 16.266594 -0.098025</w:t>
        <w:br/>
        <w:t>v -7.515041 16.147278 -0.181734</w:t>
        <w:br/>
        <w:t>v -7.630943 16.280035 -0.011602</w:t>
        <w:br/>
        <w:t>v -7.620967 16.301813 0.024465</w:t>
        <w:br/>
        <w:t>v -7.652023 16.138844 -0.125033</w:t>
        <w:br/>
        <w:t>v -7.624847 16.260935 -0.003532</w:t>
        <w:br/>
        <w:t>v -7.630943 16.280035 -0.011602</w:t>
        <w:br/>
        <w:t>v -7.520892 16.128038 -0.197997</w:t>
        <w:br/>
        <w:t>v -7.652023 16.138844 -0.125033</w:t>
        <w:br/>
        <w:t>v -7.642619 16.135633 -0.094767</w:t>
        <w:br/>
        <w:t>v -7.613277 16.264376 0.019920</w:t>
        <w:br/>
        <w:t>v -7.610656 16.289106 0.033973</w:t>
        <w:br/>
        <w:t>v -7.610656 16.289106 0.033973</w:t>
        <w:br/>
        <w:t>v -7.624847 16.260935 -0.003532</w:t>
        <w:br/>
        <w:t>v -7.613277 16.264376 0.019920</w:t>
        <w:br/>
        <w:t>v -7.638331 16.274456 0.039148</w:t>
        <w:br/>
        <w:t>v -7.636786 16.290613 0.059508</w:t>
        <w:br/>
        <w:t>v -7.661611 16.279581 0.025362</w:t>
        <w:br/>
        <w:t>v -7.636786 16.290613 0.059508</w:t>
        <w:br/>
        <w:t>v -7.642619 16.135633 -0.094767</w:t>
        <w:br/>
        <w:t>v -7.753883 16.171104 0.022872</w:t>
        <w:br/>
        <w:t>v -7.745620 16.273920 0.132106</w:t>
        <w:br/>
        <w:t>v -7.655605 16.302973 0.058859</w:t>
        <w:br/>
        <w:t>v -7.575682 16.009375 -0.160493</w:t>
        <w:br/>
        <w:t>v -7.566328 15.992787 -0.136041</w:t>
        <w:br/>
        <w:t>v -7.575682 16.009375 -0.160493</w:t>
        <w:br/>
        <w:t>v -7.433187 15.992805 -0.188538</w:t>
        <w:br/>
        <w:t>v -7.428031 15.978207 -0.162356</w:t>
        <w:br/>
        <w:t>v -7.349780 15.997714 -0.200419</w:t>
        <w:br/>
        <w:t>v -7.343615 15.985322 -0.191095</w:t>
        <w:br/>
        <w:t>v -7.422877 16.107088 -0.185784</w:t>
        <w:br/>
        <w:t>v -7.437939 16.115181 -0.175823</w:t>
        <w:br/>
        <w:t>v -7.520892 16.128038 -0.197997</w:t>
        <w:br/>
        <w:t>v -7.422877 16.107088 -0.185784</w:t>
        <w:br/>
        <w:t>v -7.507783 16.129229 -0.179142</w:t>
        <w:br/>
        <w:t>v -7.507783 16.129229 -0.179142</w:t>
        <w:br/>
        <w:t>v -7.507783 16.129229 -0.179142</w:t>
        <w:br/>
        <w:t>v -7.467833 16.142822 -0.196290</w:t>
        <w:br/>
        <w:t>v -7.437939 16.115181 -0.175823</w:t>
        <w:br/>
        <w:t>v -7.452213 16.155224 -0.212047</w:t>
        <w:br/>
        <w:t>v -7.422877 16.107088 -0.185784</w:t>
        <w:br/>
        <w:t>v -7.515041 16.147278 -0.181734</w:t>
        <w:br/>
        <w:t>v -7.404981 16.107864 -0.204397</w:t>
        <w:br/>
        <w:t>v -7.268842 16.130249 -0.234855</w:t>
        <w:br/>
        <w:t>v -7.325557 16.008377 -0.222448</w:t>
        <w:br/>
        <w:t>v -7.158249 16.010359 -0.235155</w:t>
        <w:br/>
        <w:t>v -7.277549 15.956323 -0.219924</w:t>
        <w:br/>
        <w:t>v -7.280915 15.933734 -0.189884</w:t>
        <w:br/>
        <w:t>v -7.182515 15.864436 -0.218179</w:t>
        <w:br/>
        <w:t>v -7.186321 15.845371 -0.191663</w:t>
        <w:br/>
        <w:t>v -7.046413 15.934219 -0.232153</w:t>
        <w:br/>
        <w:t>v -7.046413 15.934219 -0.232153</w:t>
        <w:br/>
        <w:t>v -7.038036 15.946679 -0.209657</w:t>
        <w:br/>
        <w:t>v -7.054719 15.778797 -0.177947</w:t>
        <w:br/>
        <w:t>v -7.063543 15.763347 -0.153533</w:t>
        <w:br/>
        <w:t>v -6.962276 15.949752 -0.224051</w:t>
        <w:br/>
        <w:t>v -6.962276 15.949752 -0.224051</w:t>
        <w:br/>
        <w:t>v -6.960598 15.965920 -0.203748</w:t>
        <w:br/>
        <w:t>v -6.922843 15.977790 -0.194525</w:t>
        <w:br/>
        <w:t>v 1.024364 4.221716 0.669546</w:t>
        <w:br/>
        <w:t>v 1.009877 4.243171 0.578594</w:t>
        <w:br/>
        <w:t>v 1.047598 4.274259 0.571643</w:t>
        <w:br/>
        <w:t>v 1.114052 4.335783 0.613639</w:t>
        <w:br/>
        <w:t>v 0.970141 4.111877 0.570808</w:t>
        <w:br/>
        <w:t>v 1.121828 4.309727 0.694598</w:t>
        <w:br/>
        <w:t>v 1.252944 4.363386 0.661448</w:t>
        <w:br/>
        <w:t>v 0.985704 4.098395 0.635398</w:t>
        <w:br/>
        <w:t>v 1.251982 4.338831 0.703850</w:t>
        <w:br/>
        <w:t>v 1.016209 3.972775 0.601299</w:t>
        <w:br/>
        <w:t>v 1.012351 3.957291 0.523870</w:t>
        <w:br/>
        <w:t>v 1.379939 4.301219 0.694817</w:t>
        <w:br/>
        <w:t>v 1.388743 4.330065 0.603691</w:t>
        <w:br/>
        <w:t>v 1.107759 3.878268 0.576909</w:t>
        <w:br/>
        <w:t>v 1.106266 3.864279 0.499291</w:t>
        <w:br/>
        <w:t>v 1.234978 3.824859 0.529817</w:t>
        <w:br/>
        <w:t>v 1.471434 4.206990 0.669907</w:t>
        <w:br/>
        <w:t>v 1.454837 4.268878 0.565040</w:t>
        <w:br/>
        <w:t>v 1.488720 4.232956 0.556689</w:t>
        <w:br/>
        <w:t>v 1.251982 4.338831 0.703850</w:t>
        <w:br/>
        <w:t>v 1.379939 4.301219 0.694817</w:t>
        <w:br/>
        <w:t>v 1.243563 4.082482 0.662596</w:t>
        <w:br/>
        <w:t>v 1.471434 4.206990 0.669907</w:t>
        <w:br/>
        <w:t>v 1.121828 4.309727 0.694598</w:t>
        <w:br/>
        <w:t>v 1.024364 4.221716 0.669546</w:t>
        <w:br/>
        <w:t>v 0.985704 4.098395 0.635398</w:t>
        <w:br/>
        <w:t>v 1.016209 3.972775 0.601299</w:t>
        <w:br/>
        <w:t>v 1.107759 3.878268 0.576909</w:t>
        <w:br/>
        <w:t>v 1.501951 4.081369 0.635808</w:t>
        <w:br/>
        <w:t>v 1.501951 4.081369 0.635808</w:t>
        <w:br/>
        <w:t>v 1.521641 4.097830 0.529753</w:t>
        <w:br/>
        <w:t>v 1.235673 3.840934 0.567356</w:t>
        <w:br/>
        <w:t>v 1.463292 3.958035 0.601660</w:t>
        <w:br/>
        <w:t>v 1.463292 3.958035 0.601660</w:t>
        <w:br/>
        <w:t>v 1.466971 3.947187 0.490997</w:t>
        <w:br/>
        <w:t>v 1.365827 3.870039 0.576608</w:t>
        <w:br/>
        <w:t>v 1.367583 3.858531 0.481808</w:t>
        <w:br/>
        <w:t>v -1.795455 4.004077 0.162173</w:t>
        <w:br/>
        <w:t>v -1.860937 4.015553 -0.182152</w:t>
        <w:br/>
        <w:t>v -1.853608 4.017675 0.184993</w:t>
        <w:br/>
        <w:t>v -1.907068 4.027683 -0.201777</w:t>
        <w:br/>
        <w:t>v -1.695608 3.999214 0.393532</w:t>
        <w:br/>
        <w:t>v -1.907068 4.027683 -0.201777</w:t>
        <w:br/>
        <w:t>v -1.942133 4.249314 -0.184063</w:t>
        <w:br/>
        <w:t>v -1.853608 4.017675 0.184993</w:t>
        <w:br/>
        <w:t>v -1.727981 4.010214 0.447453</w:t>
        <w:br/>
        <w:t>v -1.584726 3.992105 0.550262</w:t>
        <w:br/>
        <w:t>v -1.880359 4.235986 0.198618</w:t>
        <w:br/>
        <w:t>v -1.727981 4.010214 0.447453</w:t>
        <w:br/>
        <w:t>v -1.942133 4.249314 -0.184063</w:t>
        <w:br/>
        <w:t>v -1.911826 4.270038 -0.165589</w:t>
        <w:br/>
        <w:t>v -1.832090 4.248008 0.198494</w:t>
        <w:br/>
        <w:t>v -1.880359 4.235986 0.198618</w:t>
        <w:br/>
        <w:t>v -1.628715 4.009501 0.567628</w:t>
        <w:br/>
        <w:t>v -1.628715 4.009501 0.567628</w:t>
        <w:br/>
        <w:t>v -1.591370 4.244942 0.602119</w:t>
        <w:br/>
        <w:t>v -1.584726 3.992105 0.550262</w:t>
        <w:br/>
        <w:t>v -1.749321 4.228057 0.461287</w:t>
        <w:br/>
        <w:t>v -1.749321 4.228057 0.461287</w:t>
        <w:br/>
        <w:t>v -1.628715 4.009501 0.567628</w:t>
        <w:br/>
        <w:t>v -1.714064 4.242486 0.443753</w:t>
        <w:br/>
        <w:t>v -1.635899 4.233306 0.615756</w:t>
        <w:br/>
        <w:t>v -1.635899 4.233306 0.615756</w:t>
        <w:br/>
        <w:t>v -1.635899 4.233306 0.615756</w:t>
        <w:br/>
        <w:t>v -1.591370 4.244942 0.602119</w:t>
        <w:br/>
        <w:t>v -0.718848 4.031347 0.106185</w:t>
        <w:br/>
        <w:t>v -0.678367 4.055644 0.124541</w:t>
        <w:br/>
        <w:t>v -0.682091 4.054244 -0.191499</w:t>
        <w:br/>
        <w:t>v -0.654543 4.070996 -0.212969</w:t>
        <w:br/>
        <w:t>v -0.820422 4.015059 0.382601</w:t>
        <w:br/>
        <w:t>v -0.632607 4.297057 -0.199129</w:t>
        <w:br/>
        <w:t>v -0.772729 4.038341 0.420039</w:t>
        <w:br/>
        <w:t>v -0.667935 4.271331 0.143379</w:t>
        <w:br/>
        <w:t>v -0.772729 4.038341 0.420039</w:t>
        <w:br/>
        <w:t>v -0.632607 4.297057 -0.199129</w:t>
        <w:br/>
        <w:t>v -0.667935 4.271331 0.143379</w:t>
        <w:br/>
        <w:t>v -0.655671 4.304240 -0.180667</w:t>
        <w:br/>
        <w:t>v -0.693056 4.297085 0.142876</w:t>
        <w:br/>
        <w:t>v -0.926875 4.025162 0.618646</w:t>
        <w:br/>
        <w:t>v -0.965776 3.991625 0.596378</w:t>
        <w:br/>
        <w:t>v -0.965776 3.991625 0.596378</w:t>
        <w:br/>
        <w:t>v -0.956042 4.254424 0.651361</w:t>
        <w:br/>
        <w:t>v -0.926875 4.025162 0.618646</w:t>
        <w:br/>
        <w:t>v -0.769543 4.253813 0.440632</w:t>
        <w:br/>
        <w:t>v -0.814275 4.272915 0.439503</w:t>
        <w:br/>
        <w:t>v -0.917389 4.239887 0.645976</w:t>
        <w:br/>
        <w:t>v -0.956042 4.254424 0.651361</w:t>
        <w:br/>
        <w:t>v -0.917389 4.239887 0.645976</w:t>
        <w:br/>
        <w:t>v -1.034298 4.241836 0.611018</w:t>
        <w:br/>
        <w:t>v -1.048813 4.220778 0.702058</w:t>
        <w:br/>
        <w:t>v -1.071935 4.273001 0.603958</w:t>
        <w:br/>
        <w:t>v -1.138206 4.334871 0.645734</w:t>
        <w:br/>
        <w:t>v -0.994927 4.110403 0.603735</w:t>
        <w:br/>
        <w:t>v -1.146027 4.309154 0.726797</w:t>
        <w:br/>
        <w:t>v -1.277005 4.363045 0.693478</w:t>
        <w:br/>
        <w:t>v -1.010506 4.097217 0.668382</w:t>
        <w:br/>
        <w:t>v -1.276097 4.338654 0.735975</w:t>
        <w:br/>
        <w:t>v -1.041368 3.971547 0.634786</w:t>
        <w:br/>
        <w:t>v -1.037579 3.955750 0.557417</w:t>
        <w:br/>
        <w:t>v -1.404160 4.301360 0.727130</w:t>
        <w:br/>
        <w:t>v -1.412914 4.329872 0.635895</w:t>
        <w:br/>
        <w:t>v -1.276097 4.338654 0.735975</w:t>
        <w:br/>
        <w:t>v -1.146027 4.309154 0.726797</w:t>
        <w:br/>
        <w:t>v -1.268399 4.082123 0.695724</w:t>
        <w:br/>
        <w:t>v -1.048813 4.220778 0.702058</w:t>
        <w:br/>
        <w:t>v -1.404160 4.301360 0.727130</w:t>
        <w:br/>
        <w:t>v -1.010506 4.097217 0.668382</w:t>
        <w:br/>
        <w:t>v -1.041368 3.971547 0.634786</w:t>
        <w:br/>
        <w:t>v -1.495922 4.207288 0.702619</w:t>
        <w:br/>
        <w:t>v -1.495922 4.207288 0.702619</w:t>
        <w:br/>
        <w:t>v -1.479189 4.268717 0.597505</w:t>
        <w:br/>
        <w:t>v -1.513174 4.232857 0.589305</w:t>
        <w:br/>
        <w:t>v -1.526798 4.081618 0.669023</w:t>
        <w:br/>
        <w:t>v -1.526798 4.081618 0.669023</w:t>
        <w:br/>
        <w:t>v -1.546477 4.097717 0.562909</w:t>
        <w:br/>
        <w:t>v -1.488490 3.958045 0.635346</w:t>
        <w:br/>
        <w:t>v -1.488490 3.958045 0.635346</w:t>
        <w:br/>
        <w:t>v -1.492236 3.946774 0.524728</w:t>
        <w:br/>
        <w:t>v -1.391277 3.869682 0.610608</w:t>
        <w:br/>
        <w:t>v -1.391277 3.869682 0.610608</w:t>
        <w:br/>
        <w:t>v -1.393095 3.857808 0.515855</w:t>
        <w:br/>
        <w:t>v -1.260568 3.823958 0.563954</w:t>
        <w:br/>
        <w:t>v -1.261207 3.840181 0.601429</w:t>
        <w:br/>
        <w:t>v -1.133187 3.877201 0.610795</w:t>
        <w:br/>
        <w:t>v -1.131758 3.862902 0.533232</w:t>
        <w:br/>
        <w:t>v 1.770234 4.005074 0.128571</w:t>
        <w:br/>
        <w:t>v 1.828431 4.018423 0.151425</w:t>
        <w:br/>
        <w:t>v 1.835637 4.017719 -0.215727</w:t>
        <w:br/>
        <w:t>v 1.881796 4.029799 -0.235320</w:t>
        <w:br/>
        <w:t>v 1.670446 3.999580 0.359942</w:t>
        <w:br/>
        <w:t>v 1.881796 4.029799 -0.235320</w:t>
        <w:br/>
        <w:t>v 1.828431 4.018423 0.151425</w:t>
        <w:br/>
        <w:t>v 1.917478 4.251262 -0.216749</w:t>
        <w:br/>
        <w:t>v 1.702866 4.010280 0.413895</w:t>
        <w:br/>
        <w:t>v 1.559595 3.992162 0.516679</w:t>
        <w:br/>
        <w:t>v 1.855789 4.236603 0.165897</w:t>
        <w:br/>
        <w:t>v 1.702866 4.010280 0.413895</w:t>
        <w:br/>
        <w:t>v 1.917478 4.251262 -0.216749</w:t>
        <w:br/>
        <w:t>v 1.887234 4.271996 -0.198184</w:t>
        <w:br/>
        <w:t>v 1.807553 4.248760 0.165835</w:t>
        <w:br/>
        <w:t>v 1.855789 4.236603 0.165897</w:t>
        <w:br/>
        <w:t>v 1.603637 4.009369 0.534098</w:t>
        <w:br/>
        <w:t>v 1.603637 4.009369 0.534098</w:t>
        <w:br/>
        <w:t>v 1.559595 3.992162 0.516679</w:t>
        <w:br/>
        <w:t>v 1.566953 4.244774 0.569525</w:t>
        <w:br/>
        <w:t>v 1.724812 4.228006 0.428575</w:t>
        <w:br/>
        <w:t>v 1.724812 4.228006 0.428575</w:t>
        <w:br/>
        <w:t>v 1.603637 4.009369 0.534098</w:t>
        <w:br/>
        <w:t>v 1.689590 4.242602 0.411110</w:t>
        <w:br/>
        <w:t>v 1.611454 4.232962 0.583101</w:t>
        <w:br/>
        <w:t>v 1.611454 4.232962 0.583101</w:t>
        <w:br/>
        <w:t>v 1.566953 4.244774 0.569525</w:t>
        <w:br/>
        <w:t>v 1.611454 4.232962 0.583101</w:t>
        <w:br/>
        <w:t>v 0.693688 4.035536 0.073042</w:t>
        <w:br/>
        <w:t>v 0.656900 4.059700 -0.224537</w:t>
        <w:br/>
        <w:t>v 0.653279 4.059871 0.091506</w:t>
        <w:br/>
        <w:t>v 0.629391 4.076612 -0.245933</w:t>
        <w:br/>
        <w:t>v 0.795303 4.017882 0.349360</w:t>
        <w:br/>
        <w:t>v 0.608084 4.302676 -0.231200</w:t>
        <w:br/>
        <w:t>v 0.747687 4.041151 0.386904</w:t>
        <w:br/>
        <w:t>v 0.643449 4.275511 0.111194</w:t>
        <w:br/>
        <w:t>v 0.747687 4.041151 0.386904</w:t>
        <w:br/>
        <w:t>v 0.608084 4.302676 -0.231200</w:t>
        <w:br/>
        <w:t>v 0.631174 4.309722 -0.212717</w:t>
        <w:br/>
        <w:t>v 0.643449 4.275511 0.111194</w:t>
        <w:br/>
        <w:t>v 0.668642 4.301198 0.110784</w:t>
        <w:br/>
        <w:t>v 0.901859 4.026767 0.585407</w:t>
        <w:br/>
        <w:t>v 0.940661 3.993211 0.562995</w:t>
        <w:br/>
        <w:t>v 0.940661 3.993211 0.562995</w:t>
        <w:br/>
        <w:t>v 0.901859 4.026767 0.585407</w:t>
        <w:br/>
        <w:t>v 0.931669 4.255817 0.619011</w:t>
        <w:br/>
        <w:t>v 0.745102 4.256546 0.408342</w:t>
        <w:br/>
        <w:t>v 0.789887 4.275528 0.407273</w:t>
        <w:br/>
        <w:t>v 0.892974 4.241409 0.613582</w:t>
        <w:br/>
        <w:t>v 0.931669 4.255817 0.619011</w:t>
        <w:br/>
        <w:t>v 0.892974 4.241409 0.613582</w:t>
        <w:br/>
        <w:t>v -0.761326 3.793464 0.171113</w:t>
        <w:br/>
        <w:t>v -0.767446 3.654271 0.157884</w:t>
        <w:br/>
        <w:t>v -0.740829 3.775117 0.193215</w:t>
        <w:br/>
        <w:t>v -0.773741 3.833174 0.236734</w:t>
        <w:br/>
        <w:t>v -0.744950 3.664552 0.183561</w:t>
        <w:br/>
        <w:t>v -0.784234 3.591288 0.212001</w:t>
        <w:br/>
        <w:t>v -0.759262 3.816420 0.244699</w:t>
        <w:br/>
        <w:t>v -0.767681 3.612909 0.225751</w:t>
        <w:br/>
        <w:t>v -0.822127 3.579260 0.327882</w:t>
        <w:br/>
        <w:t>v -0.806595 3.809537 0.366860</w:t>
        <w:br/>
        <w:t>v -0.826342 3.820374 0.366377</w:t>
        <w:br/>
        <w:t>v -0.803086 3.599511 0.345968</w:t>
        <w:br/>
        <w:t>v -0.785093 3.602325 0.384554</w:t>
        <w:br/>
        <w:t>v -0.785093 3.602325 0.384554</w:t>
        <w:br/>
        <w:t>v -0.958660 3.551870 0.448362</w:t>
        <w:br/>
        <w:t>v -0.787886 3.808122 0.411385</w:t>
        <w:br/>
        <w:t>v -0.787886 3.808122 0.411385</w:t>
        <w:br/>
        <w:t>v -0.973100 3.791620 0.529002</w:t>
        <w:br/>
        <w:t>v -0.939724 3.569326 0.530625</w:t>
        <w:br/>
        <w:t>v -1.061473 3.546384 0.451905</w:t>
        <w:br/>
        <w:t>v -0.787886 3.808122 0.411385</w:t>
        <w:br/>
        <w:t>v -0.785093 3.602325 0.384554</w:t>
        <w:br/>
        <w:t>v -0.939086 3.778312 0.556663</w:t>
        <w:br/>
        <w:t>v -0.939086 3.778312 0.556663</w:t>
        <w:br/>
        <w:t>v -0.939724 3.569326 0.530625</w:t>
        <w:br/>
        <w:t>v -1.071708 3.765080 0.605313</w:t>
        <w:br/>
        <w:t>v -1.071708 3.765080 0.605313</w:t>
        <w:br/>
        <w:t>v -1.051991 3.790588 0.493396</w:t>
        <w:br/>
        <w:t>v -1.259219 3.779737 0.553852</w:t>
        <w:br/>
        <w:t>v -1.069337 3.557320 0.573352</w:t>
        <w:br/>
        <w:t>v -1.069337 3.557320 0.573352</w:t>
        <w:br/>
        <w:t>v -1.242862 3.535042 0.513925</w:t>
        <w:br/>
        <w:t>v -1.259544 3.757741 0.612218</w:t>
        <w:br/>
        <w:t>v -1.259544 3.757741 0.612218</w:t>
        <w:br/>
        <w:t>v -1.252897 3.546052 0.585091</w:t>
        <w:br/>
        <w:t>v -1.252897 3.546052 0.585091</w:t>
        <w:br/>
        <w:t>v -1.437918 3.549305 0.554292</w:t>
        <w:br/>
        <w:t>v -1.437918 3.549305 0.554292</w:t>
        <w:br/>
        <w:t>v -1.441495 3.539357 0.436352</w:t>
        <w:br/>
        <w:t>v -1.448386 3.757682 0.575078</w:t>
        <w:br/>
        <w:t>v -1.448386 3.757682 0.575078</w:t>
        <w:br/>
        <w:t>v -1.480712 3.784088 0.474983</w:t>
        <w:br/>
        <w:t>v -1.565561 3.782837 0.485326</w:t>
        <w:br/>
        <w:t>v -1.581029 3.558753 0.480222</w:t>
        <w:br/>
        <w:t>v -1.581029 3.558753 0.480222</w:t>
        <w:br/>
        <w:t>v -1.560672 3.542479 0.438877</w:t>
        <w:br/>
        <w:t>v -1.589460 3.765817 0.513846</w:t>
        <w:br/>
        <w:t>v -1.589460 3.765817 0.513846</w:t>
        <w:br/>
        <w:t>v -1.687274 3.795899 0.352544</w:t>
        <w:br/>
        <w:t>v -1.701187 3.574081 0.363703</w:t>
        <w:br/>
        <w:t>v -1.701187 3.574081 0.363703</w:t>
        <w:br/>
        <w:t>v -1.666953 3.557904 0.304489</w:t>
        <w:br/>
        <w:t>v -1.716385 3.778003 0.387789</w:t>
        <w:br/>
        <w:t>v -1.716385 3.778003 0.387789</w:t>
        <w:br/>
        <w:t>v -1.701300 3.781926 0.355744</w:t>
        <w:br/>
        <w:t>v -1.716385 3.778003 0.387789</w:t>
        <w:br/>
        <w:t>v -1.701187 3.574081 0.363703</w:t>
        <w:br/>
        <w:t>v -1.761275 3.808458 0.245530</w:t>
        <w:br/>
        <w:t>v -1.666953 3.557904 0.304489</w:t>
        <w:br/>
        <w:t>v -1.678272 3.568321 0.322674</w:t>
        <w:br/>
        <w:t>v -1.678272 3.568321 0.322674</w:t>
        <w:br/>
        <w:t>v -1.737057 3.589525 0.217448</w:t>
        <w:br/>
        <w:t>v -1.707668 3.571255 0.194727</w:t>
        <w:br/>
        <w:t>v -1.735813 3.644113 0.154975</w:t>
        <w:br/>
        <w:t>v -1.701300 3.781926 0.355744</w:t>
        <w:br/>
        <w:t>v -1.782956 3.792354 0.261270</w:t>
        <w:br/>
        <w:t>v -1.782956 3.792354 0.261270</w:t>
        <w:br/>
        <w:t>v -1.761339 3.653301 0.177176</w:t>
        <w:br/>
        <w:t>v -1.748704 3.745512 0.166636</w:t>
        <w:br/>
        <w:t>v -1.782956 3.792354 0.261270</w:t>
        <w:br/>
        <w:t>v -1.770393 3.735260 0.185914</w:t>
        <w:br/>
        <w:t>v -1.761275 3.808458 0.245530</w:t>
        <w:br/>
        <w:t>v 0.735529 3.797283 0.137024</w:t>
        <w:br/>
        <w:t>v 0.714989 3.778906 0.159060</w:t>
        <w:br/>
        <w:t>v 0.741260 3.658127 0.123247</w:t>
        <w:br/>
        <w:t>v 0.748075 3.836701 0.202795</w:t>
        <w:br/>
        <w:t>v 0.718801 3.668369 0.148972</w:t>
        <w:br/>
        <w:t>v 0.757892 3.594886 0.177112</w:t>
        <w:br/>
        <w:t>v 0.733552 3.819957 0.210700</w:t>
        <w:br/>
        <w:t>v 0.741403 3.616499 0.190952</w:t>
        <w:br/>
        <w:t>v 0.795788 3.582300 0.292932</w:t>
        <w:br/>
        <w:t>v 0.780904 3.812464 0.332818</w:t>
        <w:br/>
        <w:t>v 0.800681 3.823249 0.332370</w:t>
        <w:br/>
        <w:t>v 0.776809 3.602531 0.311103</w:t>
        <w:br/>
        <w:t>v 0.758836 3.605245 0.349706</w:t>
        <w:br/>
        <w:t>v 0.758836 3.605245 0.349706</w:t>
        <w:br/>
        <w:t>v 0.932283 3.554060 0.413259</w:t>
        <w:br/>
        <w:t>v 0.762206 3.810925 0.377343</w:t>
        <w:br/>
        <w:t>v 0.947410 3.793452 0.494834</w:t>
        <w:br/>
        <w:t>v 0.762206 3.810925 0.377343</w:t>
        <w:br/>
        <w:t>v 0.913422 3.571246 0.495595</w:t>
        <w:br/>
        <w:t>v 1.035082 3.548278 0.416747</w:t>
        <w:br/>
        <w:t>v 0.762206 3.810925 0.377343</w:t>
        <w:br/>
        <w:t>v 0.913369 3.780129 0.522453</w:t>
        <w:br/>
        <w:t>v 0.758836 3.605245 0.349706</w:t>
        <w:br/>
        <w:t>v 0.913369 3.780129 0.522453</w:t>
        <w:br/>
        <w:t>v 0.913422 3.571246 0.495595</w:t>
        <w:br/>
        <w:t>v 1.045969 3.766342 0.571007</w:t>
        <w:br/>
        <w:t>v 1.045969 3.766342 0.571007</w:t>
        <w:br/>
        <w:t>v 1.026287 3.792342 0.459198</w:t>
        <w:br/>
        <w:t>v 1.233503 3.780682 0.519543</w:t>
        <w:br/>
        <w:t>v 1.043015 3.558715 0.538233</w:t>
        <w:br/>
        <w:t>v 1.043015 3.558715 0.538233</w:t>
        <w:br/>
        <w:t>v 1.216458 3.536191 0.478663</w:t>
        <w:br/>
        <w:t>v 1.233786 3.758457 0.577822</w:t>
        <w:br/>
        <w:t>v 1.233786 3.758457 0.577822</w:t>
        <w:br/>
        <w:t>v 1.226547 3.546895 0.549867</w:t>
        <w:br/>
        <w:t>v 1.226547 3.546895 0.549867</w:t>
        <w:br/>
        <w:t>v 1.411566 3.549758 0.519021</w:t>
        <w:br/>
        <w:t>v 1.411566 3.549758 0.519021</w:t>
        <w:br/>
        <w:t>v 1.415078 3.540263 0.401042</w:t>
        <w:br/>
        <w:t>v 1.422616 3.758022 0.540620</w:t>
        <w:br/>
        <w:t>v 1.422616 3.758022 0.540620</w:t>
        <w:br/>
        <w:t>v 1.454983 3.784730 0.440619</w:t>
        <w:br/>
        <w:t>v 1.539831 3.783205 0.450929</w:t>
        <w:br/>
        <w:t>v 1.554679 3.559101 0.444942</w:t>
        <w:br/>
        <w:t>v 1.554679 3.559101 0.444942</w:t>
        <w:br/>
        <w:t>v 1.534264 3.543045 0.403541</w:t>
        <w:br/>
        <w:t>v 1.563693 3.766007 0.479374</w:t>
        <w:br/>
        <w:t>v 1.563693 3.766007 0.479374</w:t>
        <w:br/>
        <w:t>v 1.661538 3.796452 0.318159</w:t>
        <w:br/>
        <w:t>v 1.674841 3.574554 0.328445</w:t>
        <w:br/>
        <w:t>v 1.674841 3.574554 0.328445</w:t>
        <w:br/>
        <w:t>v 1.640544 3.558704 0.269179</w:t>
        <w:br/>
        <w:t>v 1.690611 3.778337 0.353325</w:t>
        <w:br/>
        <w:t>v 1.690611 3.778337 0.353325</w:t>
        <w:br/>
        <w:t>v 1.675527 3.782427 0.321300</w:t>
        <w:br/>
        <w:t>v 1.690611 3.778337 0.353325</w:t>
        <w:br/>
        <w:t>v 1.674841 3.574554 0.328445</w:t>
        <w:br/>
        <w:t>v 1.735539 3.809226 0.211171</w:t>
        <w:br/>
        <w:t>v 1.651898 3.569018 0.287401</w:t>
        <w:br/>
        <w:t>v 1.640544 3.558704 0.269179</w:t>
        <w:br/>
        <w:t>v 1.651898 3.569018 0.287401</w:t>
        <w:br/>
        <w:t>v 1.710708 3.590472 0.182240</w:t>
        <w:br/>
        <w:t>v 1.681261 3.572373 0.159457</w:t>
        <w:br/>
        <w:t>v 1.709595 3.645307 0.119982</w:t>
        <w:br/>
        <w:t>v 1.757181 3.793001 0.226842</w:t>
        <w:br/>
        <w:t>v 1.675527 3.782427 0.321300</w:t>
        <w:br/>
        <w:t>v 1.757181 3.793001 0.226842</w:t>
        <w:br/>
        <w:t>v 1.735153 3.654339 0.142210</w:t>
        <w:br/>
        <w:t>v 1.722770 3.746624 0.132036</w:t>
        <w:br/>
        <w:t>v 1.757181 3.793001 0.226842</w:t>
        <w:br/>
        <w:t>v 1.735539 3.809226 0.211171</w:t>
        <w:br/>
        <w:t>v 1.744436 3.736237 0.151266</w:t>
        <w:br/>
        <w:t>v -1.626302 4.127914 0.582405</w:t>
        <w:br/>
        <w:t>v -1.608535 4.156096 0.586145</w:t>
        <w:br/>
        <w:t>v -1.608772 4.132204 0.612178</w:t>
        <w:br/>
        <w:t>v -1.575870 4.163585 0.586978</w:t>
        <w:br/>
        <w:t>v -1.599078 4.090583 0.606449</w:t>
        <w:br/>
        <w:t>v -1.618771 4.095554 0.577951</w:t>
        <w:br/>
        <w:t>v -1.590343 4.077971 0.575392</w:t>
        <w:br/>
        <w:t>v -1.566759 4.141835 0.613250</w:t>
        <w:br/>
        <w:t>v -1.599078 4.090583 0.606449</w:t>
        <w:br/>
        <w:t>v -1.547441 4.146001 0.584419</w:t>
        <w:br/>
        <w:t>v -1.539910 4.113640 0.579965</w:t>
        <w:br/>
        <w:t>v -1.557072 4.100217 0.607522</w:t>
        <w:br/>
        <w:t>v -1.557072 4.100217 0.607522</w:t>
        <w:br/>
        <w:t>v -1.557678 4.085459 0.576226</w:t>
        <w:br/>
        <w:t>v -1.014472 4.136358 0.632276</w:t>
        <w:br/>
        <w:t>v -0.996704 4.164540 0.636016</w:t>
        <w:br/>
        <w:t>v -0.996941 4.140649 0.662049</w:t>
        <w:br/>
        <w:t>v -0.964039 4.172028 0.636850</w:t>
        <w:br/>
        <w:t>v -0.987247 4.099027 0.656321</w:t>
        <w:br/>
        <w:t>v -1.006940 4.103997 0.627823</w:t>
        <w:br/>
        <w:t>v -0.978512 4.086414 0.625264</w:t>
        <w:br/>
        <w:t>v -0.954929 4.150279 0.663122</w:t>
        <w:br/>
        <w:t>v -0.987247 4.099027 0.656321</w:t>
        <w:br/>
        <w:t>v -0.935611 4.154444 0.634291</w:t>
        <w:br/>
        <w:t>v -0.928079 4.122084 0.629837</w:t>
        <w:br/>
        <w:t>v -0.945241 4.108662 0.657394</w:t>
        <w:br/>
        <w:t>v -0.945241 4.108662 0.657394</w:t>
        <w:br/>
        <w:t>v -0.945848 4.093903 0.626098</w:t>
        <w:br/>
        <w:t>v 0.751868 2.632497 0.060607</w:t>
        <w:br/>
        <w:t>v 0.771029 2.608778 0.167968</w:t>
        <w:br/>
        <w:t>v 0.722885 2.598926 0.051708</w:t>
        <w:br/>
        <w:t>v 0.745877 2.614423 0.017429</w:t>
        <w:br/>
        <w:t>v 0.771029 2.608778 0.167968</w:t>
        <w:br/>
        <w:t>v 0.742885 2.650463 0.175390</w:t>
        <w:br/>
        <w:t>v 0.722885 2.598926 0.051708</w:t>
        <w:br/>
        <w:t>v 0.742885 2.650463 0.175390</w:t>
        <w:br/>
        <w:t>v 0.718581 2.580034 0.000727</w:t>
        <w:br/>
        <w:t>v 0.761172 2.604885 -0.006455</w:t>
        <w:br/>
        <w:t>v 0.760272 2.573755 -0.031651</w:t>
        <w:br/>
        <w:t>v 0.694324 2.634139 0.030197</w:t>
        <w:br/>
        <w:t>v 0.718581 2.580034 0.000727</w:t>
        <w:br/>
        <w:t>v 0.724959 2.666932 0.037409</w:t>
        <w:br/>
        <w:t>v 0.694324 2.634139 0.030197</w:t>
        <w:br/>
        <w:t>v 0.724959 2.666932 0.037409</w:t>
        <w:br/>
        <w:t>v 0.745877 2.614423 0.017429</w:t>
        <w:br/>
        <w:t>v 0.760272 2.573755 -0.031651</w:t>
        <w:br/>
        <w:t>v 0.705342 2.611899 -0.030981</w:t>
        <w:br/>
        <w:t>v 0.751481 2.599745 -0.061727</w:t>
        <w:br/>
        <w:t>v 0.751481 2.599745 -0.061727</w:t>
        <w:br/>
        <w:t>v 0.752575 2.630817 -0.036522</w:t>
        <w:br/>
        <w:t>v 0.705342 2.611899 -0.030981</w:t>
        <w:br/>
        <w:t>v 0.733578 2.646036 -0.015344</w:t>
        <w:br/>
        <w:t>v 0.733578 2.646036 -0.015344</w:t>
        <w:br/>
        <w:t>v 0.761172 2.604885 -0.006455</w:t>
        <w:br/>
        <w:t>v 0.752575 2.630817 -0.036522</w:t>
        <w:br/>
        <w:t>v 1.583867 4.155945 0.553196</w:t>
        <w:br/>
        <w:t>v 1.601556 4.127730 0.549340</w:t>
        <w:br/>
        <w:t>v 1.584047 4.131951 0.579135</w:t>
        <w:br/>
        <w:t>v 1.551223 4.163520 0.554070</w:t>
        <w:br/>
        <w:t>v 1.574236 4.090380 0.573247</w:t>
        <w:br/>
        <w:t>v 1.593933 4.095409 0.544762</w:t>
        <w:br/>
        <w:t>v 1.565456 4.077914 0.542144</w:t>
        <w:br/>
        <w:t>v 1.542062 4.141695 0.580259</w:t>
        <w:br/>
        <w:t>v 1.574236 4.090380 0.573247</w:t>
        <w:br/>
        <w:t>v 1.522746 4.146025 0.551451</w:t>
        <w:br/>
        <w:t>v 1.515124 4.113704 0.546873</w:t>
        <w:br/>
        <w:t>v 1.532257 4.100125 0.574371</w:t>
        <w:br/>
        <w:t>v 1.532257 4.100125 0.574371</w:t>
        <w:br/>
        <w:t>v 1.532812 4.085489 0.543017</w:t>
        <w:br/>
        <w:t>v 0.972078 4.165883 0.603301</w:t>
        <w:br/>
        <w:t>v 0.989767 4.137667 0.599445</w:t>
        <w:br/>
        <w:t>v 0.972258 4.141889 0.629240</w:t>
        <w:br/>
        <w:t>v 0.939434 4.173457 0.604174</w:t>
        <w:br/>
        <w:t>v 0.962447 4.100317 0.623351</w:t>
        <w:br/>
        <w:t>v 0.982145 4.105345 0.594867</w:t>
        <w:br/>
        <w:t>v 0.953667 4.087851 0.592248</w:t>
        <w:br/>
        <w:t>v 0.930273 4.151631 0.630364</w:t>
        <w:br/>
        <w:t>v 0.962447 4.100317 0.623351</w:t>
        <w:br/>
        <w:t>v 0.910957 4.155962 0.601556</w:t>
        <w:br/>
        <w:t>v 0.903334 4.123641 0.596977</w:t>
        <w:br/>
        <w:t>v 0.920468 4.110064 0.624476</w:t>
        <w:br/>
        <w:t>v 0.920468 4.110064 0.624476</w:t>
        <w:br/>
        <w:t>v 0.921024 4.095426 0.593122</w:t>
        <w:br/>
        <w:t>v -6.613234 15.869517 0.113196</w:t>
        <w:br/>
        <w:t>v -6.595795 15.872703 0.098820</w:t>
        <w:br/>
        <w:t>v -6.600082 15.906043 0.183947</w:t>
        <w:br/>
        <w:t>v -6.757446 15.800669 0.115019</w:t>
        <w:br/>
        <w:t>v -6.615947 15.893229 0.173700</w:t>
        <w:br/>
        <w:t>v -6.741580 15.813482 0.125266</w:t>
        <w:br/>
        <w:t>v -6.744296 15.837196 0.185770</w:t>
        <w:br/>
        <w:t>v -6.761735 15.834011 0.200146</w:t>
        <w:br/>
        <w:t>v -6.741580 15.813482 0.125266</w:t>
        <w:br/>
        <w:t>v -6.734729 15.800631 0.130731</w:t>
        <w:br/>
        <w:t>v -6.744296 15.837196 0.185770</w:t>
        <w:br/>
        <w:t>v -6.741580 15.813482 0.125266</w:t>
        <w:br/>
        <w:t>v -6.613234 15.869517 0.113196</w:t>
        <w:br/>
        <w:t>v -6.734729 15.800631 0.130731</w:t>
        <w:br/>
        <w:t>v -6.737442 15.824343 0.191234</w:t>
        <w:br/>
        <w:t>v -6.744296 15.837196 0.185770</w:t>
        <w:br/>
        <w:t>v -6.737442 15.824343 0.191234</w:t>
        <w:br/>
        <w:t>v -6.615947 15.893229 0.173700</w:t>
        <w:br/>
        <w:t>v -6.606380 15.856666 0.118661</w:t>
        <w:br/>
        <w:t>v -6.613234 15.869517 0.113196</w:t>
        <w:br/>
        <w:t>v -6.615947 15.893229 0.173700</w:t>
        <w:br/>
        <w:t>v -6.606380 15.856666 0.118661</w:t>
        <w:br/>
        <w:t>v -6.609095 15.880377 0.179164</w:t>
        <w:br/>
        <w:t>v -6.609095 15.880377 0.179164</w:t>
        <w:br/>
        <w:t>v -6.734729 15.800631 0.130731</w:t>
        <w:br/>
        <w:t>v -6.750594 15.787815 0.120484</w:t>
        <w:br/>
        <w:t>v -6.737442 15.824343 0.191234</w:t>
        <w:br/>
        <w:t>v -6.606380 15.856666 0.118661</w:t>
        <w:br/>
        <w:t>v -6.609095 15.880377 0.179164</w:t>
        <w:br/>
        <w:t>v -6.593227 15.893187 0.189411</w:t>
        <w:br/>
        <w:t>v -6.754881 15.821156 0.205610</w:t>
        <w:br/>
        <w:t>v -6.588943 15.859849 0.104285</w:t>
        <w:br/>
        <w:t>v -6.593227 15.893187 0.189411</w:t>
        <w:br/>
        <w:t>v -6.754881 15.821156 0.205610</w:t>
        <w:br/>
        <w:t>v -6.600082 15.906043 0.183947</w:t>
        <w:br/>
        <w:t>v -6.593227 15.893187 0.189411</w:t>
        <w:br/>
        <w:t>v -6.600082 15.906043 0.183947</w:t>
        <w:br/>
        <w:t>v -6.588943 15.859849 0.104285</w:t>
        <w:br/>
        <w:t>v -6.761735 15.834011 0.200146</w:t>
        <w:br/>
        <w:t>v -6.754881 15.821156 0.205610</w:t>
        <w:br/>
        <w:t>v -6.750594 15.787815 0.120484</w:t>
        <w:br/>
        <w:t>v -6.761735 15.834011 0.200146</w:t>
        <w:br/>
        <w:t>v -6.595795 15.872703 0.098820</w:t>
        <w:br/>
        <w:t>v -6.588943 15.859849 0.104285</w:t>
        <w:br/>
        <w:t>v -6.595795 15.872703 0.098820</w:t>
        <w:br/>
        <w:t>v -6.750594 15.787815 0.120484</w:t>
        <w:br/>
        <w:t>v -6.757446 15.800669 0.115019</w:t>
        <w:br/>
        <w:t>v -6.757446 15.800669 0.115019</w:t>
        <w:br/>
        <w:t>v 7.958853 15.866437 0.270166</w:t>
        <w:br/>
        <w:t>v 7.936821 15.853953 0.453136</w:t>
        <w:br/>
        <w:t>v 7.961393 15.895648 0.269988</w:t>
        <w:br/>
        <w:t>v 7.957962 15.850390 0.092226</w:t>
        <w:br/>
        <w:t>v 7.938941 15.882141 0.466790</w:t>
        <w:br/>
        <w:t>v 7.936821 15.853953 0.453136</w:t>
        <w:br/>
        <w:t>v 8.002276 15.818960 0.453761</w:t>
        <w:br/>
        <w:t>v 7.938941 15.882141 0.466790</w:t>
        <w:br/>
        <w:t>v 7.961610 15.878186 0.077283</w:t>
        <w:br/>
        <w:t>v 7.932211 15.893848 0.268335</w:t>
        <w:br/>
        <w:t>v 7.961393 15.895648 0.269988</w:t>
        <w:br/>
        <w:t>v 7.938941 15.882141 0.466790</w:t>
        <w:br/>
        <w:t>v 7.961610 15.878186 0.077283</w:t>
        <w:br/>
        <w:t>v 7.906790 15.879909 0.490077</w:t>
        <w:br/>
        <w:t>v 7.932338 15.875623 0.053782</w:t>
        <w:br/>
        <w:t>v 8.036434 15.808948 0.491628</w:t>
        <w:br/>
        <w:t>v 8.058272 15.795587 0.057735</w:t>
        <w:br/>
        <w:t>v 8.025217 15.835422 0.468314</w:t>
        <w:br/>
        <w:t>v 8.025217 15.835422 0.468314</w:t>
        <w:br/>
        <w:t>v 8.053657 15.811586 0.274323</w:t>
        <w:br/>
        <w:t>v 8.025217 15.835422 0.468314</w:t>
        <w:br/>
        <w:t>v 8.002276 15.818960 0.453761</w:t>
        <w:br/>
        <w:t>v 8.041260 15.838027 0.272881</w:t>
        <w:br/>
        <w:t>v 8.041260 15.838027 0.272881</w:t>
        <w:br/>
        <w:t>v 8.016863 15.821889 0.272155</w:t>
        <w:br/>
        <w:t>v 8.020455 15.807932 0.093683</w:t>
        <w:br/>
        <w:t>v 8.044754 15.823644 0.081459</w:t>
        <w:br/>
        <w:t>v 8.044754 15.823644 0.081459</w:t>
        <w:br/>
        <w:t>v 8.044754 15.823644 0.081459</w:t>
        <w:br/>
        <w:t>v 8.020455 15.807932 0.093683</w:t>
        <w:br/>
        <w:t>v 7.957962 15.850390 0.092226</w:t>
        <w:br/>
        <w:t>v 7.961610 15.878186 0.077283</w:t>
        <w:br/>
        <w:t>v 8.016863 15.821889 0.272155</w:t>
        <w:br/>
        <w:t>v 8.029258 15.795447 0.273598</w:t>
        <w:br/>
        <w:t>v 8.020455 15.807932 0.093683</w:t>
        <w:br/>
        <w:t>v 8.002276 15.818960 0.453761</w:t>
        <w:br/>
        <w:t>v 8.033976 15.779881 0.069959</w:t>
        <w:br/>
        <w:t>v 7.957962 15.850390 0.092226</w:t>
        <w:br/>
        <w:t>v 8.013491 15.792483 0.477075</w:t>
        <w:br/>
        <w:t>v 7.936821 15.853953 0.453136</w:t>
        <w:br/>
        <w:t>v 8.029258 15.795447 0.273598</w:t>
        <w:br/>
        <w:t>v 8.053657 15.811586 0.274323</w:t>
        <w:br/>
        <w:t>v 8.033976 15.779881 0.069959</w:t>
        <w:br/>
        <w:t>v 8.013491 15.792483 0.477075</w:t>
        <w:br/>
        <w:t>v 8.058272 15.795587 0.057735</w:t>
        <w:br/>
        <w:t>v 8.036434 15.808948 0.491628</w:t>
        <w:br/>
        <w:t>v 8.036434 15.808948 0.491628</w:t>
        <w:br/>
        <w:t>v 8.013491 15.792483 0.477075</w:t>
        <w:br/>
        <w:t>v 7.906790 15.879909 0.490077</w:t>
        <w:br/>
        <w:t>v 8.033976 15.779881 0.069959</w:t>
        <w:br/>
        <w:t>v 8.058272 15.795587 0.057735</w:t>
        <w:br/>
        <w:t>v 7.928689 15.847828 0.068724</w:t>
        <w:br/>
        <w:t>v 7.928689 15.847828 0.068724</w:t>
        <w:br/>
        <w:t>v 7.932338 15.875623 0.053782</w:t>
        <w:br/>
        <w:t>v 7.928689 15.847828 0.068724</w:t>
        <w:br/>
        <w:t>v 7.932338 15.875623 0.053782</w:t>
        <w:br/>
        <w:t>v 7.932211 15.893848 0.268335</w:t>
        <w:br/>
        <w:t>v 7.904668 15.851721 0.476423</w:t>
        <w:br/>
        <w:t>v 7.906790 15.879909 0.490077</w:t>
        <w:br/>
        <w:t>v 7.904668 15.851721 0.476423</w:t>
        <w:br/>
        <w:t>v 7.904668 15.851721 0.476423</w:t>
        <w:br/>
        <w:t>v 7.929670 15.864639 0.268513</w:t>
        <w:br/>
        <w:t>v 7.929670 15.864639 0.268513</w:t>
        <w:br/>
        <w:t>v 7.958853 15.866437 0.270166</w:t>
        <w:br/>
        <w:t>v 8.207976 15.746494 0.100497</w:t>
        <w:br/>
        <w:t>v 8.207976 15.746494 0.100497</w:t>
        <w:br/>
        <w:t>v 8.203383 15.749339 0.278814</w:t>
        <w:br/>
        <w:t>v 8.089858 15.822268 0.099728</w:t>
        <w:br/>
        <w:t>v 8.179084 15.731556 0.457211</w:t>
        <w:br/>
        <w:t>v 8.001640 15.840507 0.103308</w:t>
        <w:br/>
        <w:t>v 8.179084 15.731556 0.457211</w:t>
        <w:br/>
        <w:t>v 8.088415 15.824683 0.269186</w:t>
        <w:br/>
        <w:t>v 8.089858 15.822268 0.099728</w:t>
        <w:br/>
        <w:t>v 8.067992 15.805070 0.447572</w:t>
        <w:br/>
        <w:t>v 8.067992 15.805070 0.447572</w:t>
        <w:br/>
        <w:t>v 7.979884 15.823849 0.441060</w:t>
        <w:br/>
        <w:t>v 8.068442 15.858258 0.099055</w:t>
        <w:br/>
        <w:t>v 8.068442 15.858258 0.099055</w:t>
        <w:br/>
        <w:t>v 8.046525 15.841011 0.448739</w:t>
        <w:br/>
        <w:t>v 8.046525 15.841011 0.448739</w:t>
        <w:br/>
        <w:t>v 8.067042 15.860756 0.269337</w:t>
        <w:br/>
        <w:t>v 8.023647 15.871098 0.099428</w:t>
        <w:br/>
        <w:t>v 8.022190 15.873559 0.266059</w:t>
        <w:br/>
        <w:t>v 8.023647 15.871098 0.099428</w:t>
        <w:br/>
        <w:t>v 8.023647 15.871098 0.099428</w:t>
        <w:br/>
        <w:t>v 8.022190 15.873559 0.266059</w:t>
        <w:br/>
        <w:t>v 8.001640 15.840507 0.103308</w:t>
        <w:br/>
        <w:t>v 8.001766 15.853906 0.448034</w:t>
        <w:br/>
        <w:t>v 8.001766 15.853906 0.448034</w:t>
        <w:br/>
        <w:t>v 7.979884 15.823849 0.441060</w:t>
        <w:br/>
        <w:t>v 8.000253 15.842898 0.265172</w:t>
        <w:br/>
        <w:t>v 8.001766 15.853906 0.448034</w:t>
        <w:br/>
        <w:t>v 8.000253 15.842898 0.265172</w:t>
        <w:br/>
        <w:t>v -0.769184 3.089812 0.075219</w:t>
        <w:br/>
        <w:t>v -0.768332 3.032577 0.056346</w:t>
        <w:br/>
        <w:t>v -0.749671 3.078532 0.092610</w:t>
        <w:br/>
        <w:t>v -0.781911 3.117149 0.127372</w:t>
        <w:br/>
        <w:t>v -0.749007 3.032223 0.077336</w:t>
        <w:br/>
        <w:t>v -0.779991 2.978971 0.081805</w:t>
        <w:br/>
        <w:t>v -0.759938 3.100661 0.134811</w:t>
        <w:br/>
        <w:t>v -0.758442 2.988839 0.097935</w:t>
        <w:br/>
        <w:t>v -0.759938 3.100661 0.134811</w:t>
        <w:br/>
        <w:t>v -0.773606 3.085648 0.179223</w:t>
        <w:br/>
        <w:t>v -0.773606 3.085648 0.179223</w:t>
        <w:br/>
        <w:t>v -0.798782 3.098589 0.182252</w:t>
        <w:br/>
        <w:t>v -0.810040 3.045009 0.207699</w:t>
        <w:br/>
        <w:t>v -0.797006 2.960420 0.136674</w:t>
        <w:br/>
        <w:t>v -0.782754 3.042273 0.199821</w:t>
        <w:br/>
        <w:t>v -0.782754 3.042273 0.199821</w:t>
        <w:br/>
        <w:t>v -0.772226 2.973822 0.142347</w:t>
        <w:br/>
        <w:t>v -0.782233 2.995958 0.184547</w:t>
        <w:br/>
        <w:t>v -0.782233 2.995958 0.184547</w:t>
        <w:br/>
        <w:t>v -0.809356 2.987769 0.188826</w:t>
        <w:br/>
        <w:t>v -1.695086 3.074925 0.054283</w:t>
        <w:br/>
        <w:t>v -1.713814 3.062467 0.071732</w:t>
        <w:br/>
        <w:t>v -1.692466 3.017746 0.035407</w:t>
        <w:br/>
        <w:t>v -1.683911 3.103001 0.106399</w:t>
        <w:br/>
        <w:t>v -1.711668 3.016202 0.056455</w:t>
        <w:br/>
        <w:t>v -1.677446 2.964962 0.060826</w:t>
        <w:br/>
        <w:t>v -1.704804 3.085190 0.113903</w:t>
        <w:br/>
        <w:t>v -1.699514 2.973485 0.077021</w:t>
        <w:br/>
        <w:t>v -1.704804 3.085190 0.113903</w:t>
        <w:br/>
        <w:t>v -1.690102 3.071052 0.158272</w:t>
        <w:br/>
        <w:t>v -1.690102 3.071052 0.158272</w:t>
        <w:br/>
        <w:t>v -1.665763 3.085522 0.161226</w:t>
        <w:br/>
        <w:t>v -1.651146 3.032740 0.186634</w:t>
        <w:br/>
        <w:t>v -1.659155 2.947502 0.115641</w:t>
        <w:br/>
        <w:t>v -1.678234 3.028325 0.178839</w:t>
        <w:br/>
        <w:t>v -1.678234 3.028325 0.178839</w:t>
        <w:br/>
        <w:t>v -1.675946 2.982065 0.163562</w:t>
        <w:br/>
        <w:t>v -1.675946 2.982065 0.163562</w:t>
        <w:br/>
        <w:t>v -1.648357 2.975565 0.167758</w:t>
        <w:br/>
        <w:t>v -1.684696 2.959350 0.121390</w:t>
        <w:br/>
        <w:t>v -1.736915 3.399370 0.056222</w:t>
        <w:br/>
        <w:t>v -1.755644 3.386911 0.073671</w:t>
        <w:br/>
        <w:t>v -1.734296 3.342190 0.037346</w:t>
        <w:br/>
        <w:t>v -1.725741 3.427446 0.108338</w:t>
        <w:br/>
        <w:t>v -1.753498 3.340646 0.058394</w:t>
        <w:br/>
        <w:t>v -1.719276 3.289407 0.062765</w:t>
        <w:br/>
        <w:t>v -1.746634 3.409633 0.115842</w:t>
        <w:br/>
        <w:t>v -1.741345 3.297929 0.078960</w:t>
        <w:br/>
        <w:t>v -1.746634 3.409633 0.115842</w:t>
        <w:br/>
        <w:t>v -1.731932 3.395496 0.160211</w:t>
        <w:br/>
        <w:t>v -1.731932 3.395496 0.160211</w:t>
        <w:br/>
        <w:t>v -1.707593 3.409966 0.163166</w:t>
        <w:br/>
        <w:t>v -1.692976 3.357184 0.188573</w:t>
        <w:br/>
        <w:t>v -1.700985 3.271948 0.117580</w:t>
        <w:br/>
        <w:t>v -1.720064 3.352770 0.180778</w:t>
        <w:br/>
        <w:t>v -1.720064 3.352770 0.180778</w:t>
        <w:br/>
        <w:t>v -1.717776 3.306510 0.165501</w:t>
        <w:br/>
        <w:t>v -1.717776 3.306510 0.165501</w:t>
        <w:br/>
        <w:t>v -1.690187 3.300009 0.169697</w:t>
        <w:br/>
        <w:t>v -1.726526 3.283795 0.123329</w:t>
        <w:br/>
        <w:t>v 0.741415 3.093994 0.038370</w:t>
        <w:br/>
        <w:t>v 0.721875 3.082699 0.055723</w:t>
        <w:br/>
        <w:t>v 0.740398 3.036836 0.019273</w:t>
        <w:br/>
        <w:t>v 0.754233 3.121091 0.090625</w:t>
        <w:br/>
        <w:t>v 0.721079 3.036453 0.040268</w:t>
        <w:br/>
        <w:t>v 0.751917 2.983099 0.044518</w:t>
        <w:br/>
        <w:t>v 0.732217 3.104634 0.098007</w:t>
        <w:br/>
        <w:t>v 0.730400 2.992962 0.060693</w:t>
        <w:br/>
        <w:t>v 0.732217 3.104634 0.098007</w:t>
        <w:br/>
        <w:t>v 0.745857 3.089409 0.142355</w:t>
        <w:br/>
        <w:t>v 0.745857 3.089409 0.142355</w:t>
        <w:br/>
        <w:t>v 0.771070 3.102270 0.145427</w:t>
        <w:br/>
        <w:t>v 0.782189 3.048560 0.170660</w:t>
        <w:br/>
        <w:t>v 0.768898 2.964286 0.099308</w:t>
        <w:br/>
        <w:t>v 0.754892 3.045929 0.162781</w:t>
        <w:br/>
        <w:t>v 0.754892 3.045929 0.162781</w:t>
        <w:br/>
        <w:t>v 0.754238 2.999676 0.147325</w:t>
        <w:br/>
        <w:t>v 0.754238 2.999676 0.147325</w:t>
        <w:br/>
        <w:t>v 0.781340 2.991396 0.151563</w:t>
        <w:br/>
        <w:t>v 0.744158 2.977733 0.105042</w:t>
        <w:br/>
        <w:t>v 1.667264 3.076634 0.017073</w:t>
        <w:br/>
        <w:t>v 1.664481 3.019536 -0.002026</w:t>
        <w:br/>
        <w:t>v 1.685963 3.064055 0.034466</w:t>
        <w:br/>
        <w:t>v 1.656184 3.104536 0.069302</w:t>
        <w:br/>
        <w:t>v 1.683686 3.017857 0.019009</w:t>
        <w:br/>
        <w:t>v 1.649323 2.966695 0.023191</w:t>
        <w:br/>
        <w:t>v 1.677030 3.086638 0.076730</w:t>
        <w:br/>
        <w:t>v 1.671420 2.975093 0.039412</w:t>
        <w:br/>
        <w:t>v 1.677030 3.086638 0.076730</w:t>
        <w:br/>
        <w:t>v 1.662303 3.072367 0.121048</w:t>
        <w:br/>
        <w:t>v 1.662303 3.072367 0.121048</w:t>
        <w:br/>
        <w:t>v 1.638005 3.086892 0.124067</w:t>
        <w:br/>
        <w:t>v 1.623250 3.034051 0.149272</w:t>
        <w:br/>
        <w:t>v 1.631001 2.949070 0.077943</w:t>
        <w:br/>
        <w:t>v 1.650324 3.029592 0.141451</w:t>
        <w:br/>
        <w:t>v 1.650324 3.029592 0.141451</w:t>
        <w:br/>
        <w:t>v 1.656577 2.960826 0.083730</w:t>
        <w:br/>
        <w:t>v 1.647903 2.983400 0.125993</w:t>
        <w:br/>
        <w:t>v 1.647903 2.983400 0.125993</w:t>
        <w:br/>
        <w:t>v 1.620297 2.976959 0.130173</w:t>
        <w:br/>
        <w:t>v 1.709991 3.400952 0.020270</w:t>
        <w:br/>
        <w:t>v 1.707207 3.343853 0.001171</w:t>
        <w:br/>
        <w:t>v 1.728690 3.388373 0.037663</w:t>
        <w:br/>
        <w:t>v 1.698910 3.428853 0.072500</w:t>
        <w:br/>
        <w:t>v 1.726412 3.342174 0.022206</w:t>
        <w:br/>
        <w:t>v 1.692050 3.291013 0.026388</w:t>
        <w:br/>
        <w:t>v 1.719756 3.410954 0.079927</w:t>
        <w:br/>
        <w:t>v 1.714147 3.299410 0.042609</w:t>
        <w:br/>
        <w:t>v 1.719756 3.410954 0.079927</w:t>
        <w:br/>
        <w:t>v 1.705029 3.396684 0.124245</w:t>
        <w:br/>
        <w:t>v 1.705029 3.396684 0.124245</w:t>
        <w:br/>
        <w:t>v 1.680731 3.411209 0.127264</w:t>
        <w:br/>
        <w:t>v 1.665976 3.358368 0.152469</w:t>
        <w:br/>
        <w:t>v 1.673727 3.273389 0.081140</w:t>
        <w:br/>
        <w:t>v 1.693050 3.353910 0.144648</w:t>
        <w:br/>
        <w:t>v 1.693050 3.353910 0.144648</w:t>
        <w:br/>
        <w:t>v 1.699303 3.285143 0.086927</w:t>
        <w:br/>
        <w:t>v 1.690629 3.307717 0.129190</w:t>
        <w:br/>
        <w:t>v 1.690629 3.307717 0.129190</w:t>
        <w:br/>
        <w:t>v 1.663024 3.301276 0.133370</w:t>
        <w:br/>
        <w:t>v 7.807131 15.935572 0.018887</w:t>
        <w:br/>
        <w:t>v 7.829276 15.972093 0.019539</w:t>
        <w:br/>
        <w:t>v 7.777808 15.957506 0.032333</w:t>
        <w:br/>
        <w:t>v 7.839399 15.920121 0.034434</w:t>
        <w:br/>
        <w:t>v 7.806140 15.989398 0.030149</w:t>
        <w:br/>
        <w:t>v 7.768611 15.973078 0.066896</w:t>
        <w:br/>
        <w:t>v 7.854736 15.959902 0.031807</w:t>
        <w:br/>
        <w:t>v 7.806140 15.989398 0.030149</w:t>
        <w:br/>
        <w:t>v 7.829276 15.972093 0.019539</w:t>
        <w:br/>
        <w:t>v 7.798883 16.001690 0.057420</w:t>
        <w:br/>
        <w:t>v 7.854736 15.959902 0.031807</w:t>
        <w:br/>
        <w:t>v 7.798883 16.001690 0.057420</w:t>
        <w:br/>
        <w:t>v 7.867607 15.959970 0.059765</w:t>
        <w:br/>
        <w:t>v 7.867607 15.959970 0.059765</w:t>
        <w:br/>
        <w:t>v 7.855712 15.920208 0.069868</w:t>
        <w:br/>
        <w:t>v 7.846514 15.935779 0.104431</w:t>
        <w:br/>
        <w:t>v 7.811753 16.001755 0.085379</w:t>
        <w:br/>
        <w:t>v 7.811753 16.001755 0.085379</w:t>
        <w:br/>
        <w:t>v 7.784925 15.973166 0.102330</w:t>
        <w:br/>
        <w:t>v 7.817194 15.957713 0.117877</w:t>
        <w:br/>
        <w:t>v 7.860350 15.972257 0.087037</w:t>
        <w:br/>
        <w:t>v 7.837215 15.989562 0.097646</w:t>
        <w:br/>
        <w:t>v 7.860350 15.972257 0.087037</w:t>
        <w:br/>
        <w:t>v 7.837215 15.989562 0.097646</w:t>
        <w:br/>
        <w:t>v 7.655375 16.039780 -0.007550</w:t>
        <w:br/>
        <w:t>v 7.678623 16.075607 -0.007274</w:t>
        <w:br/>
        <w:t>v 7.625593 16.063515 0.000890</w:t>
        <w:br/>
        <w:t>v 7.685220 16.024742 0.012571</w:t>
        <w:br/>
        <w:t>v 7.655124 16.094341 -0.000615</w:t>
        <w:br/>
        <w:t>v 7.613319 16.082047 0.032946</w:t>
        <w:br/>
        <w:t>v 7.702170 16.063744 0.008602</w:t>
        <w:br/>
        <w:t>v 7.655124 16.094341 -0.000615</w:t>
        <w:br/>
        <w:t>v 7.678623 16.075607 -0.007274</w:t>
        <w:br/>
        <w:t>v 7.645439 16.108963 0.024679</w:t>
        <w:br/>
        <w:t>v 7.702170 16.063744 0.008602</w:t>
        <w:br/>
        <w:t>v 7.645439 16.108963 0.024679</w:t>
        <w:br/>
        <w:t>v 7.711975 16.065697 0.037713</w:t>
        <w:br/>
        <w:t>v 7.711975 16.065697 0.037713</w:t>
        <w:br/>
        <w:t>v 7.697644 16.027210 0.049466</w:t>
        <w:br/>
        <w:t>v 7.685369 16.045742 0.081522</w:t>
        <w:br/>
        <w:t>v 7.655241 16.110909 0.053790</w:t>
        <w:br/>
        <w:t>v 7.655241 16.110909 0.053790</w:t>
        <w:br/>
        <w:t>v 7.625743 16.084518 0.069841</w:t>
        <w:br/>
        <w:t>v 7.655587 16.069481 0.089962</w:t>
        <w:br/>
        <w:t>v 7.702290 16.080315 0.063006</w:t>
        <w:br/>
        <w:t>v 7.678790 16.099045 0.069666</w:t>
        <w:br/>
        <w:t>v 7.702290 16.080315 0.063006</w:t>
        <w:br/>
        <w:t>v 7.678790 16.099045 0.069666</w:t>
        <w:br/>
        <w:t>v 7.495783 16.104424 -0.047229</w:t>
        <w:br/>
        <w:t>v 7.518566 16.139252 -0.056831</w:t>
        <w:br/>
        <w:t>v 7.467291 16.129856 -0.039289</w:t>
        <w:br/>
        <w:t>v 7.528262 16.092812 -0.029006</w:t>
        <w:br/>
        <w:t>v 7.496083 16.159317 -0.050567</w:t>
        <w:br/>
        <w:t>v 7.459476 16.154209 -0.009838</w:t>
        <w:br/>
        <w:t>v 7.544192 16.130093 -0.042453</w:t>
        <w:br/>
        <w:t>v 7.496083 16.159317 -0.050567</w:t>
        <w:br/>
        <w:t>v 7.518566 16.139252 -0.056831</w:t>
        <w:br/>
        <w:t>v 7.489916 16.178539 -0.027329</w:t>
        <w:br/>
        <w:t>v 7.544192 16.130093 -0.042453</w:t>
        <w:br/>
        <w:t>v 7.489916 16.178539 -0.027329</w:t>
        <w:br/>
        <w:t>v 7.557952 16.137203 -0.015855</w:t>
        <w:br/>
        <w:t>v 7.557952 16.137203 -0.015855</w:t>
        <w:br/>
        <w:t>v 7.545702 16.101826 0.004703</w:t>
        <w:br/>
        <w:t>v 7.537884 16.126183 0.034154</w:t>
        <w:br/>
        <w:t>v 7.503675 16.185650 -0.000731</w:t>
        <w:br/>
        <w:t>v 7.503675 16.185650 -0.000731</w:t>
        <w:br/>
        <w:t>v 7.476912 16.163223 0.023871</w:t>
        <w:br/>
        <w:t>v 7.509389 16.151615 0.042094</w:t>
        <w:br/>
        <w:t>v 7.551785 16.156422 0.007382</w:t>
        <w:br/>
        <w:t>v 7.529303 16.176491 0.013647</w:t>
        <w:br/>
        <w:t>v 7.551785 16.156422 0.007382</w:t>
        <w:br/>
        <w:t>v 7.529303 16.176491 0.013647</w:t>
        <w:br/>
        <w:t>v 7.424536 16.116829 0.468681</w:t>
        <w:br/>
        <w:t>v 7.471038 16.132389 0.493589</w:t>
        <w:br/>
        <w:t>v 7.454972 16.095215 0.480007</w:t>
        <w:br/>
        <w:t>v 7.490973 16.088970 0.466344</w:t>
        <w:br/>
        <w:t>v 7.447020 16.149441 0.484652</w:t>
        <w:br/>
        <w:t>v 7.417490 16.141140 0.439001</w:t>
        <w:br/>
        <w:t>v 7.499442 16.127460 0.482809</w:t>
        <w:br/>
        <w:t>v 7.447020 16.149441 0.484652</w:t>
        <w:br/>
        <w:t>v 7.441463 16.168629 0.461234</w:t>
        <w:br/>
        <w:t>v 7.471038 16.132389 0.493589</w:t>
        <w:br/>
        <w:t>v 7.499442 16.127460 0.482809</w:t>
        <w:br/>
        <w:t>v 7.441463 16.168629 0.461234</w:t>
        <w:br/>
        <w:t>v 7.515597 16.137539 0.458626</w:t>
        <w:br/>
        <w:t>v 7.515597 16.137539 0.458626</w:t>
        <w:br/>
        <w:t>v 7.511446 16.101738 0.435696</w:t>
        <w:br/>
        <w:t>v 7.504399 16.126057 0.406015</w:t>
        <w:br/>
        <w:t>v 7.457616 16.178703 0.437051</w:t>
        <w:br/>
        <w:t>v 7.457616 16.178703 0.437051</w:t>
        <w:br/>
        <w:t>v 7.437963 16.153912 0.408352</w:t>
        <w:br/>
        <w:t>v 7.473963 16.147663 0.394689</w:t>
        <w:br/>
        <w:t>v 7.510037 16.156723 0.435207</w:t>
        <w:br/>
        <w:t>v 7.486022 16.173775 0.426270</w:t>
        <w:br/>
        <w:t>v 7.486022 16.173775 0.426270</w:t>
        <w:br/>
        <w:t>v 7.510037 16.156723 0.435207</w:t>
        <w:br/>
        <w:t>v 7.592246 16.046497 0.484272</w:t>
        <w:br/>
        <w:t>v 7.638749 16.062061 0.509180</w:t>
        <w:br/>
        <w:t>v 7.622681 16.024891 0.495598</w:t>
        <w:br/>
        <w:t>v 7.658683 16.018642 0.481935</w:t>
        <w:br/>
        <w:t>v 7.614731 16.079113 0.500243</w:t>
        <w:br/>
        <w:t>v 7.585201 16.070812 0.454592</w:t>
        <w:br/>
        <w:t>v 7.667152 16.057137 0.498400</w:t>
        <w:br/>
        <w:t>v 7.614731 16.079113 0.500243</w:t>
        <w:br/>
        <w:t>v 7.609173 16.098301 0.476825</w:t>
        <w:br/>
        <w:t>v 7.638749 16.062061 0.509180</w:t>
        <w:br/>
        <w:t>v 7.667152 16.057137 0.498400</w:t>
        <w:br/>
        <w:t>v 7.609173 16.098301 0.476825</w:t>
        <w:br/>
        <w:t>v 7.683308 16.067215 0.474217</w:t>
        <w:br/>
        <w:t>v 7.683308 16.067215 0.474217</w:t>
        <w:br/>
        <w:t>v 7.679155 16.031418 0.451287</w:t>
        <w:br/>
        <w:t>v 7.672112 16.055729 0.421606</w:t>
        <w:br/>
        <w:t>v 7.625327 16.108379 0.452642</w:t>
        <w:br/>
        <w:t>v 7.625327 16.108379 0.452642</w:t>
        <w:br/>
        <w:t>v 7.605674 16.083584 0.423943</w:t>
        <w:br/>
        <w:t>v 7.641675 16.077335 0.410280</w:t>
        <w:br/>
        <w:t>v 7.677748 16.086395 0.450798</w:t>
        <w:br/>
        <w:t>v 7.653734 16.103447 0.441861</w:t>
        <w:br/>
        <w:t>v 7.653734 16.103447 0.441861</w:t>
        <w:br/>
        <w:t>v 7.677748 16.086395 0.450798</w:t>
        <w:br/>
        <w:t>v 7.759660 15.975558 0.465198</w:t>
        <w:br/>
        <w:t>v 7.809010 15.993333 0.481746</w:t>
        <w:br/>
        <w:t>v 7.788906 15.955645 0.481622</w:t>
        <w:br/>
        <w:t>v 7.823152 15.941677 0.469218</w:t>
        <w:br/>
        <w:t>v 7.785932 16.009045 0.468787</w:t>
        <w:br/>
        <w:t>v 7.752545 15.989755 0.429568</w:t>
        <w:br/>
        <w:t>v 7.836029 15.982312 0.471959</w:t>
        <w:br/>
        <w:t>v 7.785932 16.009045 0.468787</w:t>
        <w:br/>
        <w:t>v 7.780318 16.020245 0.440673</w:t>
        <w:br/>
        <w:t>v 7.809010 15.993333 0.481746</w:t>
        <w:br/>
        <w:t>v 7.836029 15.982312 0.471959</w:t>
        <w:br/>
        <w:t>v 7.780318 16.020245 0.440673</w:t>
        <w:br/>
        <w:t>v 7.851166 15.982439 0.445159</w:t>
        <w:br/>
        <w:t>v 7.851166 15.982439 0.445159</w:t>
        <w:br/>
        <w:t>v 7.842335 15.941838 0.435253</w:t>
        <w:br/>
        <w:t>v 7.835217 15.956031 0.399622</w:t>
        <w:br/>
        <w:t>v 7.795454 16.020370 0.413873</w:t>
        <w:br/>
        <w:t>v 7.795454 16.020370 0.413873</w:t>
        <w:br/>
        <w:t>v 7.771727 15.989915 0.395602</w:t>
        <w:br/>
        <w:t>v 7.805972 15.975944 0.383198</w:t>
        <w:br/>
        <w:t>v 7.845552 15.993639 0.417045</w:t>
        <w:br/>
        <w:t>v 7.822475 16.009354 0.404086</w:t>
        <w:br/>
        <w:t>v 7.822475 16.009354 0.404086</w:t>
        <w:br/>
        <w:t>v 7.845552 15.993639 0.417045</w:t>
        <w:br/>
        <w:t>v -0.801527 1.814151 0.047170</w:t>
        <w:br/>
        <w:t>v -0.809527 1.764302 0.080451</w:t>
        <w:br/>
        <w:t>v -0.784445 1.819638 0.069349</w:t>
        <w:br/>
        <w:t>v -0.810670 1.873082 0.055819</w:t>
        <w:br/>
        <w:t>v -0.790916 1.779296 0.096278</w:t>
        <w:br/>
        <w:t>v -0.829658 1.752806 0.136178</w:t>
        <w:br/>
        <w:t>v -0.791817 1.867327 0.076353</w:t>
        <w:br/>
        <w:t>v -0.831460 1.906598 0.101345</w:t>
        <w:br/>
        <w:t>v -0.807224 1.769988 0.141385</w:t>
        <w:br/>
        <w:t>v -0.808610 1.894457 0.113193</w:t>
        <w:br/>
        <w:t>v -0.823760 1.797159 0.178243</w:t>
        <w:br/>
        <w:t>v -0.850077 1.786380 0.181731</w:t>
        <w:br/>
        <w:t>v -0.859053 1.845338 0.190392</w:t>
        <w:br/>
        <w:t>v -0.830991 1.844869 0.185258</w:t>
        <w:br/>
        <w:t>v -0.830991 1.844869 0.185258</w:t>
        <w:br/>
        <w:t>v -0.824802 1.885166 0.158309</w:t>
        <w:br/>
        <w:t>v -0.824802 1.885166 0.158309</w:t>
        <w:br/>
        <w:t>v -0.808610 1.894457 0.113193</w:t>
        <w:br/>
        <w:t>v -0.851450 1.895111 0.157097</w:t>
        <w:br/>
        <w:t>v -0.752604 3.299047 0.081114</w:t>
        <w:br/>
        <w:t>v -0.759818 3.245665 0.108608</w:t>
        <w:br/>
        <w:t>v -0.734260 3.301604 0.102819</w:t>
        <w:br/>
        <w:t>v -0.760093 3.356644 0.097224</w:t>
        <w:br/>
        <w:t>v -0.740097 3.258399 0.125064</w:t>
        <w:br/>
        <w:t>v -0.777186 3.227823 0.163600</w:t>
        <w:br/>
        <w:t>v -0.740292 3.348207 0.115858</w:t>
        <w:br/>
        <w:t>v -0.777759 3.384727 0.147508</w:t>
        <w:br/>
        <w:t>v -0.754166 3.243954 0.169576</w:t>
        <w:br/>
        <w:t>v -0.754557 3.370940 0.156548</w:t>
        <w:br/>
        <w:t>v -0.768171 3.266723 0.210274</w:t>
        <w:br/>
        <w:t>v -0.794478 3.255956 0.213898</w:t>
        <w:br/>
        <w:t>v -0.801798 3.313573 0.230013</w:t>
        <w:br/>
        <w:t>v -0.774064 3.313349 0.223320</w:t>
        <w:br/>
        <w:t>v -0.774064 3.313349 0.223320</w:t>
        <w:br/>
        <w:t>v -0.768511 3.356513 0.201065</w:t>
        <w:br/>
        <w:t>v -0.768511 3.356513 0.201065</w:t>
        <w:br/>
        <w:t>v -0.754557 3.370940 0.156548</w:t>
        <w:br/>
        <w:t>v -0.794981 3.366891 0.202519</w:t>
        <w:br/>
        <w:t>v -1.612870 1.800367 0.008407</w:t>
        <w:br/>
        <w:t>v -1.630944 1.805074 0.029974</w:t>
        <w:br/>
        <w:t>v -1.603831 1.750896 0.041985</w:t>
        <w:br/>
        <w:t>v -1.606662 1.859640 0.017324</w:t>
        <w:br/>
        <w:t>v -1.623631 1.765038 0.057143</w:t>
        <w:br/>
        <w:t>v -1.585169 1.740262 0.098389</w:t>
        <w:br/>
        <w:t>v -1.625947 1.853037 0.037194</w:t>
        <w:br/>
        <w:t>v -1.588986 1.894009 0.063521</w:t>
        <w:br/>
        <w:t>v -1.608513 1.756428 0.102798</w:t>
        <w:br/>
        <w:t>v -1.611675 1.880858 0.074575</w:t>
        <w:br/>
        <w:t>v -1.594499 1.784278 0.140189</w:t>
        <w:br/>
        <w:t>v -1.567867 1.774674 0.144600</w:t>
        <w:br/>
        <w:t>v -1.561828 1.833966 0.153523</w:t>
        <w:br/>
        <w:t>v -1.589644 1.832256 0.147414</w:t>
        <w:br/>
        <w:t>v -1.589644 1.832256 0.147414</w:t>
        <w:br/>
        <w:t>v -1.596673 1.872259 0.120234</w:t>
        <w:br/>
        <w:t>v -1.596673 1.872259 0.120234</w:t>
        <w:br/>
        <w:t>v -1.611675 1.880858 0.074575</w:t>
        <w:br/>
        <w:t>v -1.570467 1.883378 0.119945</w:t>
        <w:br/>
        <w:t>v 0.775166 1.818597 0.012487</w:t>
        <w:br/>
        <w:t>v 0.758253 1.824197 0.034769</w:t>
        <w:br/>
        <w:t>v 0.783603 1.769023 0.046071</w:t>
        <w:br/>
        <w:t>v 0.784195 1.877620 0.020620</w:t>
        <w:br/>
        <w:t>v 0.765078 1.784078 0.061942</w:t>
        <w:br/>
        <w:t>v 0.804237 1.758007 0.101711</w:t>
        <w:br/>
        <w:t>v 0.765534 1.871959 0.041354</w:t>
        <w:br/>
        <w:t>v 0.805260 1.911539 0.065718</w:t>
        <w:br/>
        <w:t>v 0.781793 1.775158 0.106979</w:t>
        <w:br/>
        <w:t>v 0.782549 1.899417 0.077849</w:t>
        <w:br/>
        <w:t>v 0.798552 1.802656 0.143493</w:t>
        <w:br/>
        <w:t>v 0.824931 1.791984 0.146839</w:t>
        <w:br/>
        <w:t>v 0.833794 1.851034 0.154985</w:t>
        <w:br/>
        <w:t>v 0.805691 1.850439 0.150090</w:t>
        <w:br/>
        <w:t>v 0.805691 1.850439 0.150090</w:t>
        <w:br/>
        <w:t>v 0.799149 1.890514 0.122894</w:t>
        <w:br/>
        <w:t>v 0.799149 1.890514 0.122894</w:t>
        <w:br/>
        <w:t>v 0.782549 1.899417 0.077849</w:t>
        <w:br/>
        <w:t>v 0.825754 1.900532 0.121385</w:t>
        <w:br/>
        <w:t>v 0.725414 3.303249 0.045091</w:t>
        <w:br/>
        <w:t>v 0.707084 3.305771 0.066811</w:t>
        <w:br/>
        <w:t>v 0.732489 3.249740 0.072372</w:t>
        <w:br/>
        <w:t>v 0.733067 3.360761 0.061424</w:t>
        <w:br/>
        <w:t>v 0.712808 3.262463 0.088885</w:t>
        <w:br/>
        <w:t>v 0.749825 3.231635 0.127289</w:t>
        <w:br/>
        <w:t>v 0.713249 3.352306 0.080031</w:t>
        <w:br/>
        <w:t>v 0.750827 3.388599 0.111812</w:t>
        <w:br/>
        <w:t>v 0.726851 3.247805 0.133336</w:t>
        <w:br/>
        <w:t>v 0.727589 3.374840 0.120805</w:t>
        <w:br/>
        <w:t>v 0.740932 3.270376 0.174118</w:t>
        <w:br/>
        <w:t>v 0.767210 3.259522 0.177690</w:t>
        <w:br/>
        <w:t>v 0.774695 3.317054 0.194029</w:t>
        <w:br/>
        <w:t>v 0.746958 3.316934 0.187344</w:t>
        <w:br/>
        <w:t>v 0.746958 3.316934 0.187344</w:t>
        <w:br/>
        <w:t>v 0.741517 3.360200 0.165260</w:t>
        <w:br/>
        <w:t>v 0.741517 3.360200 0.165260</w:t>
        <w:br/>
        <w:t>v 0.727589 3.374840 0.120805</w:t>
        <w:br/>
        <w:t>v 0.768016 3.370499 0.166746</w:t>
        <w:br/>
        <w:t>v 1.586190 1.807038 -0.032996</w:t>
        <w:br/>
        <w:t>v 1.577590 1.757792 0.001025</w:t>
        <w:br/>
        <w:t>v 1.604429 1.811962 -0.011618</w:t>
        <w:br/>
        <w:t>v 1.579870 1.866356 -0.024469</w:t>
        <w:br/>
        <w:t>v 1.597472 1.772108 0.015910</w:t>
        <w:br/>
        <w:t>v 1.559436 1.747523 0.057662</w:t>
        <w:br/>
        <w:t>v 1.599342 1.859962 -0.004714</w:t>
        <w:br/>
        <w:t>v 1.562474 1.901016 0.021618</w:t>
        <w:br/>
        <w:t>v 1.582765 1.763793 0.061754</w:t>
        <w:br/>
        <w:t>v 1.585297 1.888018 0.032578</w:t>
        <w:br/>
        <w:t>v 1.568977 1.791879 0.099053</w:t>
        <w:br/>
        <w:t>v 1.542414 1.782225 0.103759</w:t>
        <w:br/>
        <w:t>v 1.536263 1.841564 0.112291</w:t>
        <w:br/>
        <w:t>v 1.564032 1.839895 0.105961</w:t>
        <w:br/>
        <w:t>v 1.564032 1.839895 0.105961</w:t>
        <w:br/>
        <w:t>v 1.570705 1.879714 0.078425</w:t>
        <w:br/>
        <w:t>v 1.570705 1.879714 0.078425</w:t>
        <w:br/>
        <w:t>v 1.585297 1.888018 0.032578</w:t>
        <w:br/>
        <w:t>v 1.544463 1.890750 0.078273</w:t>
        <w:br/>
        <w:t>v 7.562797 16.152218 0.225495</w:t>
        <w:br/>
        <w:t>v 7.575879 16.192875 0.225059</w:t>
        <w:br/>
        <w:t>v 7.552117 16.159210 0.188634</w:t>
        <w:br/>
        <w:t>v 7.548314 16.161205 0.260584</w:t>
        <w:br/>
        <w:t>v 7.567454 16.198391 0.195973</w:t>
        <w:br/>
        <w:t>v 7.522532 16.178074 0.171592</w:t>
        <w:br/>
        <w:t>v 7.564452 16.199963 0.252745</w:t>
        <w:br/>
        <w:t>v 7.517154 16.180893 0.273345</w:t>
        <w:br/>
        <w:t>v 7.544110 16.213280 0.182527</w:t>
        <w:br/>
        <w:t>v 7.539866 16.215508 0.262814</w:t>
        <w:br/>
        <w:t>v 7.519522 16.228817 0.192596</w:t>
        <w:br/>
        <w:t>v 7.544110 16.213280 0.182527</w:t>
        <w:br/>
        <w:t>v 7.567454 16.198391 0.195973</w:t>
        <w:br/>
        <w:t>v 7.519522 16.228817 0.192596</w:t>
        <w:br/>
        <w:t>v 7.491373 16.197765 0.184353</w:t>
        <w:br/>
        <w:t>v 7.476891 16.206753 0.219441</w:t>
        <w:br/>
        <w:t>v 7.508096 16.235905 0.220282</w:t>
        <w:br/>
        <w:t>v 7.508096 16.235905 0.220282</w:t>
        <w:br/>
        <w:t>v 7.575879 16.192875 0.225059</w:t>
        <w:br/>
        <w:t>v 7.516522 16.230392 0.249367</w:t>
        <w:br/>
        <w:t>v 7.516522 16.230392 0.249367</w:t>
        <w:br/>
        <w:t>v 7.564452 16.199963 0.252745</w:t>
        <w:br/>
        <w:t>v 7.539866 16.215508 0.262814</w:t>
        <w:br/>
        <w:t>v 7.487570 16.199760 0.256303</w:t>
        <w:br/>
        <w:t>v 7.715189 16.055531 0.252221</w:t>
        <w:br/>
        <w:t>v 7.728271 16.096188 0.251784</w:t>
        <w:br/>
        <w:t>v 7.704506 16.062515 0.215359</w:t>
        <w:br/>
        <w:t>v 7.700705 16.064510 0.287309</w:t>
        <w:br/>
        <w:t>v 7.719845 16.101700 0.222698</w:t>
        <w:br/>
        <w:t>v 7.674922 16.081387 0.198317</w:t>
        <w:br/>
        <w:t>v 7.716843 16.103275 0.279470</w:t>
        <w:br/>
        <w:t>v 7.669544 16.084209 0.300070</w:t>
        <w:br/>
        <w:t>v 7.696500 16.116585 0.209252</w:t>
        <w:br/>
        <w:t>v 7.692256 16.118813 0.289539</w:t>
        <w:br/>
        <w:t>v 7.671914 16.132126 0.219321</w:t>
        <w:br/>
        <w:t>v 7.696500 16.116585 0.209252</w:t>
        <w:br/>
        <w:t>v 7.719845 16.101700 0.222698</w:t>
        <w:br/>
        <w:t>v 7.671914 16.132126 0.219321</w:t>
        <w:br/>
        <w:t>v 7.643764 16.101078 0.211078</w:t>
        <w:br/>
        <w:t>v 7.629279 16.110062 0.246167</w:t>
        <w:br/>
        <w:t>v 7.660486 16.139214 0.247007</w:t>
        <w:br/>
        <w:t>v 7.660486 16.139214 0.247007</w:t>
        <w:br/>
        <w:t>v 7.728271 16.096188 0.251784</w:t>
        <w:br/>
        <w:t>v 7.668914 16.133705 0.276092</w:t>
        <w:br/>
        <w:t>v 7.668914 16.133705 0.276092</w:t>
        <w:br/>
        <w:t>v 7.716843 16.103275 0.279470</w:t>
        <w:br/>
        <w:t>v 7.692256 16.118813 0.289539</w:t>
        <w:br/>
        <w:t>v 7.639960 16.103073 0.283028</w:t>
        <w:br/>
        <w:t>v 7.869637 15.939802 0.257705</w:t>
        <w:br/>
        <w:t>v 7.882722 15.980460 0.257268</w:t>
        <w:br/>
        <w:t>v 7.858960 15.946790 0.220843</w:t>
        <w:br/>
        <w:t>v 7.855156 15.948784 0.292793</w:t>
        <w:br/>
        <w:t>v 7.874295 15.985970 0.228183</w:t>
        <w:br/>
        <w:t>v 7.829376 15.965657 0.203801</w:t>
        <w:br/>
        <w:t>v 7.871294 15.987550 0.284954</w:t>
        <w:br/>
        <w:t>v 7.823996 15.968481 0.305554</w:t>
        <w:br/>
        <w:t>v 7.850952 16.000858 0.214736</w:t>
        <w:br/>
        <w:t>v 7.846708 16.003090 0.295023</w:t>
        <w:br/>
        <w:t>v 7.826365 16.016403 0.224805</w:t>
        <w:br/>
        <w:t>v 7.850952 16.000858 0.214736</w:t>
        <w:br/>
        <w:t>v 7.874295 15.985970 0.228183</w:t>
        <w:br/>
        <w:t>v 7.826365 16.016403 0.224805</w:t>
        <w:br/>
        <w:t>v 7.798215 15.985353 0.216562</w:t>
        <w:br/>
        <w:t>v 7.783732 15.994333 0.251651</w:t>
        <w:br/>
        <w:t>v 7.814939 16.023491 0.252491</w:t>
        <w:br/>
        <w:t>v 7.814939 16.023491 0.252491</w:t>
        <w:br/>
        <w:t>v 7.882722 15.980460 0.257268</w:t>
        <w:br/>
        <w:t>v 7.823366 16.017975 0.281577</w:t>
        <w:br/>
        <w:t>v 7.823366 16.017975 0.281577</w:t>
        <w:br/>
        <w:t>v 7.871294 15.987550 0.284954</w:t>
        <w:br/>
        <w:t>v 7.846708 16.003090 0.295023</w:t>
        <w:br/>
        <w:t>v 7.794411 15.987348 0.288513</w:t>
        <w:br/>
        <w:t>v 8.210553 15.725406 0.177631</w:t>
        <w:br/>
        <w:t>v 8.222976 15.766253 0.178904</w:t>
        <w:br/>
        <w:t>v 8.190553 15.736401 0.145999</w:t>
        <w:br/>
        <w:t>v 8.205781 15.729586 0.216120</w:t>
        <w:br/>
        <w:t>v 8.207191 15.774930 0.153945</w:t>
        <w:br/>
        <w:t>v 8.157486 15.756135 0.139755</w:t>
        <w:br/>
        <w:t>v 8.219206 15.769550 0.209273</w:t>
        <w:br/>
        <w:t>v 8.181103 15.790502 0.149018</w:t>
        <w:br/>
        <w:t>v 8.179027 15.746494 0.238920</w:t>
        <w:br/>
        <w:t>v 8.181103 15.790502 0.149018</w:t>
        <w:br/>
        <w:t>v 8.207191 15.774930 0.153945</w:t>
        <w:br/>
        <w:t>v 8.159988 15.803844 0.167008</w:t>
        <w:br/>
        <w:t>v 8.159988 15.803844 0.167008</w:t>
        <w:br/>
        <w:t>v 8.222976 15.766253 0.178904</w:t>
        <w:br/>
        <w:t>v 8.130732 15.773046 0.162555</w:t>
        <w:br/>
        <w:t>v 8.125959 15.777229 0.201044</w:t>
        <w:br/>
        <w:t>v 8.156224 15.807146 0.197377</w:t>
        <w:br/>
        <w:t>v 8.156224 15.807146 0.197377</w:t>
        <w:br/>
        <w:t>v 8.219206 15.769550 0.209273</w:t>
        <w:br/>
        <w:t>v 8.172009 15.798469 0.222336</w:t>
        <w:br/>
        <w:t>v 8.172009 15.798469 0.222336</w:t>
        <w:br/>
        <w:t>v 8.145962 15.766232 0.232675</w:t>
        <w:br/>
        <w:t>v 8.198096 15.782896 0.227263</w:t>
        <w:br/>
        <w:t>v 8.198096 15.782896 0.227263</w:t>
        <w:br/>
        <w:t>v 8.338761 15.628556 0.179364</w:t>
        <w:br/>
        <w:t>v 8.354693 15.668166 0.180637</w:t>
        <w:br/>
        <w:t>v 8.319793 15.641256 0.147733</w:t>
        <w:br/>
        <w:t>v 8.334369 15.633136 0.217853</w:t>
        <w:br/>
        <w:t>v 8.339724 15.678181 0.155679</w:t>
        <w:br/>
        <w:t>v 8.288571 15.663795 0.141488</w:t>
        <w:br/>
        <w:t>v 8.351229 15.671777 0.211007</w:t>
        <w:br/>
        <w:t>v 8.315092 15.695972 0.150752</w:t>
        <w:br/>
        <w:t>v 8.309190 15.652318 0.240654</w:t>
        <w:br/>
        <w:t>v 8.315092 15.695972 0.150752</w:t>
        <w:br/>
        <w:t>v 8.339724 15.678181 0.155679</w:t>
        <w:br/>
        <w:t>v 8.295227 15.711103 0.168742</w:t>
        <w:br/>
        <w:t>v 8.295227 15.711103 0.168742</w:t>
        <w:br/>
        <w:t>v 8.354693 15.668166 0.180637</w:t>
        <w:br/>
        <w:t>v 8.263392 15.682975 0.164288</w:t>
        <w:br/>
        <w:t>v 8.259002 15.687556 0.202778</w:t>
        <w:br/>
        <w:t>v 8.291759 15.714721 0.199111</w:t>
        <w:br/>
        <w:t>v 8.291759 15.714721 0.199111</w:t>
        <w:br/>
        <w:t>v 8.351229 15.671777 0.211007</w:t>
        <w:br/>
        <w:t>v 8.277970 15.674854 0.234409</w:t>
        <w:br/>
        <w:t>v 8.306729 15.704700 0.224069</w:t>
        <w:br/>
        <w:t>v 8.306729 15.704700 0.224069</w:t>
        <w:br/>
        <w:t>v 8.331362 15.686913 0.228997</w:t>
        <w:br/>
        <w:t>v 8.331362 15.686913 0.228997</w:t>
        <w:br/>
        <w:t>v 8.336975 15.623624 0.357048</w:t>
        <w:br/>
        <w:t>v 8.350069 15.664098 0.360932</w:t>
        <w:br/>
        <w:t>v 8.326308 15.634488 0.321133</w:t>
        <w:br/>
        <w:t>v 8.322484 15.628840 0.392889</w:t>
        <w:br/>
        <w:t>v 8.341650 15.672671 0.332594</w:t>
        <w:br/>
        <w:t>v 8.296731 15.655068 0.306182</w:t>
        <w:br/>
        <w:t>v 8.338633 15.668213 0.389211</w:t>
        <w:br/>
        <w:t>v 8.318312 15.688902 0.320797</w:t>
        <w:br/>
        <w:t>v 8.291327 15.647075 0.407659</w:t>
        <w:br/>
        <w:t>v 8.318312 15.688902 0.320797</w:t>
        <w:br/>
        <w:t>v 8.341650 15.672671 0.332594</w:t>
        <w:br/>
        <w:t>v 8.293726 15.703294 0.332451</w:t>
        <w:br/>
        <w:t>v 8.293726 15.703294 0.332451</w:t>
        <w:br/>
        <w:t>v 8.350069 15.664098 0.360932</w:t>
        <w:br/>
        <w:t>v 8.265572 15.673301 0.320953</w:t>
        <w:br/>
        <w:t>v 8.251082 15.678516 0.356793</w:t>
        <w:br/>
        <w:t>v 8.282293 15.707405 0.360731</w:t>
        <w:br/>
        <w:t>v 8.282293 15.707405 0.360731</w:t>
        <w:br/>
        <w:t>v 8.338633 15.668213 0.389211</w:t>
        <w:br/>
        <w:t>v 8.290710 15.698835 0.389069</w:t>
        <w:br/>
        <w:t>v 8.290710 15.698835 0.389069</w:t>
        <w:br/>
        <w:t>v 8.261748 15.667650 0.392708</w:t>
        <w:br/>
        <w:t>v 8.314047 15.682604 0.400866</w:t>
        <w:br/>
        <w:t>v 8.314047 15.682604 0.400866</w:t>
        <w:br/>
        <w:t>v 8.203775 15.721456 0.356181</w:t>
        <w:br/>
        <w:t>v 8.217218 15.761735 0.360793</w:t>
        <w:br/>
        <w:t>v 8.193218 15.733057 0.320463</w:t>
        <w:br/>
        <w:t>v 8.189315 15.726158 0.392105</w:t>
        <w:br/>
        <w:t>v 8.208889 15.770886 0.332611</w:t>
        <w:br/>
        <w:t>v 8.163833 15.754159 0.305874</w:t>
        <w:br/>
        <w:t>v 8.205808 15.765442 0.389138</w:t>
        <w:br/>
        <w:t>v 8.185704 15.787536 0.321099</w:t>
        <w:br/>
        <w:t>v 8.158308 15.744398 0.407190</w:t>
        <w:br/>
        <w:t>v 8.185704 15.787536 0.321099</w:t>
        <w:br/>
        <w:t>v 8.208889 15.770886 0.332611</w:t>
        <w:br/>
        <w:t>v 8.161239 15.801930 0.333002</w:t>
        <w:br/>
        <w:t>v 8.161239 15.801930 0.333002</w:t>
        <w:br/>
        <w:t>v 8.217218 15.761735 0.360793</w:t>
        <w:br/>
        <w:t>v 8.132827 15.772398 0.320960</w:t>
        <w:br/>
        <w:t>v 8.118366 15.777099 0.356883</w:t>
        <w:br/>
        <w:t>v 8.149829 15.805637 0.361347</w:t>
        <w:br/>
        <w:t>v 8.149829 15.805637 0.361347</w:t>
        <w:br/>
        <w:t>v 8.205808 15.765442 0.389138</w:t>
        <w:br/>
        <w:t>v 8.158157 15.796486 0.389530</w:t>
        <w:br/>
        <w:t>v 8.158157 15.796486 0.389530</w:t>
        <w:br/>
        <w:t>v 8.128921 15.765498 0.392601</w:t>
        <w:br/>
        <w:t>v 8.181344 15.779840 0.401041</w:t>
        <w:br/>
        <w:t>v 8.181344 15.779840 0.401041</w:t>
        <w:br/>
        <w:t>v -0.687799 1.049515 -0.008909</w:t>
        <w:br/>
        <w:t>v -0.724526 1.100588 0.033015</w:t>
        <w:br/>
        <w:t>v -0.717443 1.056461 -0.026565</w:t>
        <w:br/>
        <w:t>v -0.711204 0.982952 -0.037050</w:t>
        <w:br/>
        <w:t>v -0.693495 1.085233 0.039292</w:t>
        <w:br/>
        <w:t>v -0.682784 0.990029 -0.017390</w:t>
        <w:br/>
        <w:t>v -0.682784 0.990029 -0.017390</w:t>
        <w:br/>
        <w:t>v -0.693495 1.085233 0.039292</w:t>
        <w:br/>
        <w:t>v -0.696309 1.076291 0.098933</w:t>
        <w:br/>
        <w:t>v -0.696309 1.076291 0.098933</w:t>
        <w:br/>
        <w:t>v -0.727981 1.089533 0.106711</w:t>
        <w:br/>
        <w:t>v -0.725936 1.029757 0.151368</w:t>
        <w:br/>
        <w:t>v -0.681513 0.941592 0.018850</w:t>
        <w:br/>
        <w:t>v -0.681513 0.941592 0.018850</w:t>
        <w:br/>
        <w:t>v -0.709635 0.923099 0.007739</w:t>
        <w:br/>
        <w:t>v -0.713266 0.912034 0.081457</w:t>
        <w:br/>
        <w:t>v -0.694697 1.027898 0.135093</w:t>
        <w:br/>
        <w:t>v -0.694697 1.027898 0.135093</w:t>
        <w:br/>
        <w:t>v -0.684466 0.932632 0.078524</w:t>
        <w:br/>
        <w:t>v -0.684466 0.932632 0.078524</w:t>
        <w:br/>
        <w:t>v -0.689851 0.968390 0.126652</w:t>
        <w:br/>
        <w:t>v -0.689851 0.968390 0.126652</w:t>
        <w:br/>
        <w:t>v -0.719900 0.956219 0.140931</w:t>
        <w:br/>
        <w:t>v -1.722175 0.902580 0.102243</w:t>
        <w:br/>
        <w:t>v -1.692156 0.891729 0.117607</w:t>
        <w:br/>
        <w:t>v -1.694693 0.847342 0.057967</w:t>
        <w:br/>
        <w:t>v -1.689734 0.965451 0.128197</w:t>
        <w:br/>
        <w:t>v -1.724244 0.866658 0.053981</w:t>
        <w:br/>
        <w:t>v -1.720254 0.962236 0.110806</w:t>
        <w:br/>
        <w:t>v -1.724244 0.866658 0.053981</w:t>
        <w:br/>
        <w:t>v -1.720254 0.962236 0.110806</w:t>
        <w:br/>
        <w:t>v -1.725433 0.875526 -0.005768</w:t>
        <w:br/>
        <w:t>v -1.725433 0.875526 -0.005768</w:t>
        <w:br/>
        <w:t>v -1.696143 0.858295 -0.015843</w:t>
        <w:br/>
        <w:t>v -1.695587 0.918195 -0.060594</w:t>
        <w:br/>
        <w:t>v -1.719464 1.010683 0.074689</w:t>
        <w:br/>
        <w:t>v -1.719464 1.010683 0.074689</w:t>
        <w:br/>
        <w:t>v -1.688705 1.025295 0.083595</w:t>
        <w:br/>
        <w:t>v -1.689979 1.036247 0.009814</w:t>
        <w:br/>
        <w:t>v -1.724982 0.924003 -0.041977</w:t>
        <w:br/>
        <w:t>v -1.724982 0.924003 -0.041977</w:t>
        <w:br/>
        <w:t>v -1.720513 1.019539 0.014979</w:t>
        <w:br/>
        <w:t>v -1.720513 1.019539 0.014979</w:t>
        <w:br/>
        <w:t>v -1.722892 0.983643 -0.033368</w:t>
        <w:br/>
        <w:t>v -1.722892 0.983643 -0.033368</w:t>
        <w:br/>
        <w:t>v -1.692964 0.991899 -0.049948</w:t>
        <w:br/>
        <w:t>v 0.667149 0.973140 0.099751</w:t>
        <w:br/>
        <w:t>v 0.697360 0.961180 0.113863</w:t>
        <w:br/>
        <w:t>v 0.690359 0.916509 0.054796</w:t>
        <w:br/>
        <w:t>v 0.703241 1.034816 0.123674</w:t>
        <w:br/>
        <w:t>v 0.661467 0.936989 0.051953</w:t>
        <w:br/>
        <w:t>v 0.671869 1.032728 0.107685</w:t>
        <w:br/>
        <w:t>v 0.661467 0.936989 0.051953</w:t>
        <w:br/>
        <w:t>v 0.671869 1.032728 0.107685</w:t>
        <w:br/>
        <w:t>v 0.657967 0.945471 -0.007761</w:t>
        <w:br/>
        <w:t>v 0.657967 0.945471 -0.007761</w:t>
        <w:br/>
        <w:t>v 0.686053 0.926983 -0.018972</w:t>
        <w:br/>
        <w:t>v 0.687036 0.986489 -0.064239</w:t>
        <w:br/>
        <w:t>v 0.673007 1.080841 0.071136</w:t>
        <w:br/>
        <w:t>v 0.673007 1.080841 0.071136</w:t>
        <w:br/>
        <w:t>v 0.704701 1.094247 0.078535</w:t>
        <w:br/>
        <w:t>v 0.700572 1.104713 0.004788</w:t>
        <w:br/>
        <w:t>v 0.658763 0.993627 -0.044388</w:t>
        <w:br/>
        <w:t>v 0.658763 0.993627 -0.044388</w:t>
        <w:br/>
        <w:t>v 0.669647 1.089307 0.011454</w:t>
        <w:br/>
        <w:t>v 0.669647 1.089307 0.011454</w:t>
        <w:br/>
        <w:t>v 0.663653 1.053193 -0.036416</w:t>
        <w:br/>
        <w:t>v 0.663653 1.053193 -0.036416</w:t>
        <w:br/>
        <w:t>v 0.693120 1.060098 -0.054382</w:t>
        <w:br/>
        <w:t>v 1.698709 0.990509 -0.069346</w:t>
        <w:br/>
        <w:t>v 1.665996 1.043341 -0.026292</w:t>
        <w:br/>
        <w:t>v 1.668611 0.998537 -0.085730</w:t>
        <w:br/>
        <w:t>v 1.671388 0.924761 -0.095822</w:t>
        <w:br/>
        <w:t>v 1.696629 1.026774 -0.021262</w:t>
        <w:br/>
        <w:t>v 1.700923 0.930810 -0.077507</w:t>
        <w:br/>
        <w:t>v 1.700923 0.930810 -0.077507</w:t>
        <w:br/>
        <w:t>v 1.696629 1.026774 -0.021262</w:t>
        <w:br/>
        <w:t>v 1.696126 1.018383 0.038523</w:t>
        <w:br/>
        <w:t>v 1.696126 1.018383 0.038523</w:t>
        <w:br/>
        <w:t>v 1.665397 1.032964 0.047580</w:t>
        <w:br/>
        <w:t>v 1.667012 0.973475 0.092638</w:t>
        <w:br/>
        <w:t>v 1.701849 0.882620 -0.040926</w:t>
        <w:br/>
        <w:t>v 1.701849 0.882620 -0.040926</w:t>
        <w:br/>
        <w:t>v 1.672531 0.865215 -0.050611</w:t>
        <w:br/>
        <w:t>v 1.671756 0.854836 0.023292</w:t>
        <w:br/>
        <w:t>v 1.697391 0.970224 0.075008</w:t>
        <w:br/>
        <w:t>v 1.697391 0.970224 0.075008</w:t>
        <w:br/>
        <w:t>v 1.701207 0.874216 0.018898</w:t>
        <w:br/>
        <w:t>v 1.701207 0.874216 0.018898</w:t>
        <w:br/>
        <w:t>v 1.699435 0.910509 0.066895</w:t>
        <w:br/>
        <w:t>v 1.699435 0.910509 0.066895</w:t>
        <w:br/>
        <w:t>v 1.669587 0.899680 0.082603</w:t>
        <w:br/>
        <w:t>v -5.920188 17.272316 -0.043158</w:t>
        <w:br/>
        <w:t>v -5.925704 17.249353 -0.066660</w:t>
        <w:br/>
        <w:t>v -5.902078 17.257282 0.199240</w:t>
        <w:br/>
        <w:t>v -5.843845 17.324997 -0.047179</w:t>
        <w:br/>
        <w:t>v -5.914683 17.225752 0.229405</w:t>
        <w:br/>
        <w:t>v -5.827917 17.308777 0.195551</w:t>
        <w:br/>
        <w:t>v -5.797007 17.307127 0.215317</w:t>
        <w:br/>
        <w:t>v -5.817917 17.326496 -0.072433</w:t>
        <w:br/>
        <w:t>v -5.797007 17.307127 0.215317</w:t>
        <w:br/>
        <w:t>v -5.914683 17.225752 0.229405</w:t>
        <w:br/>
        <w:t>v -5.799167 17.323990 0.232335</w:t>
        <w:br/>
        <w:t>v -5.799167 17.323990 0.232335</w:t>
        <w:br/>
        <w:t>v -5.817917 17.326496 -0.072433</w:t>
        <w:br/>
        <w:t>v -5.797007 17.307127 0.215317</w:t>
        <w:br/>
        <w:t>v -5.929665 17.232477 0.239395</w:t>
        <w:br/>
        <w:t>v -5.929665 17.232477 0.239395</w:t>
        <w:br/>
        <w:t>v -5.914683 17.225752 0.229405</w:t>
        <w:br/>
        <w:t>v -5.925704 17.249353 -0.066660</w:t>
        <w:br/>
        <w:t>v -5.820844 17.348162 -0.088318</w:t>
        <w:br/>
        <w:t>v -5.817917 17.326496 -0.072433</w:t>
        <w:br/>
        <w:t>v -5.820844 17.348162 -0.088318</w:t>
        <w:br/>
        <w:t>v -5.925704 17.249353 -0.066660</w:t>
        <w:br/>
        <w:t>v -5.950900 17.253094 -0.081396</w:t>
        <w:br/>
        <w:t>v -5.929665 17.232477 0.239395</w:t>
        <w:br/>
        <w:t>v -5.930484 17.261082 0.220150</w:t>
        <w:br/>
        <w:t>v -5.799167 17.323990 0.232335</w:t>
        <w:br/>
        <w:t>v -5.929665 17.232477 0.239395</w:t>
        <w:br/>
        <w:t>v -5.950900 17.253094 -0.081396</w:t>
        <w:br/>
        <w:t>v -5.930484 17.261082 0.220150</w:t>
        <w:br/>
        <w:t>v -5.817017 17.337669 0.214866</w:t>
        <w:br/>
        <w:t>v -5.817017 17.337669 0.214866</w:t>
        <w:br/>
        <w:t>v -5.820844 17.348162 -0.088318</w:t>
        <w:br/>
        <w:t>v -5.799167 17.323990 0.232335</w:t>
        <w:br/>
        <w:t>v -5.950900 17.253094 -0.081396</w:t>
        <w:br/>
        <w:t>v -5.820844 17.348162 -0.088318</w:t>
        <w:br/>
        <w:t>v -5.952708 17.279083 -0.061803</w:t>
        <w:br/>
        <w:t>v -5.952708 17.279083 -0.061803</w:t>
        <w:br/>
        <w:t>v -5.837931 17.358068 -0.066430</w:t>
        <w:br/>
        <w:t>v -5.837931 17.358068 -0.066430</w:t>
        <w:br/>
        <w:t>v -5.843845 17.324997 -0.047179</w:t>
        <w:br/>
        <w:t>v -5.837931 17.358068 -0.066430</w:t>
        <w:br/>
        <w:t>v -5.843845 17.324997 -0.047179</w:t>
        <w:br/>
        <w:t>v -5.952708 17.279083 -0.061803</w:t>
        <w:br/>
        <w:t>v -5.827917 17.308777 0.195551</w:t>
        <w:br/>
        <w:t>v -5.817017 17.337669 0.214866</w:t>
        <w:br/>
        <w:t>v -5.930484 17.261082 0.220150</w:t>
        <w:br/>
        <w:t>v -5.920188 17.272316 -0.043158</w:t>
        <w:br/>
        <w:t>v -5.930484 17.261082 0.220150</w:t>
        <w:br/>
        <w:t>v -5.952708 17.279083 -0.061803</w:t>
        <w:br/>
        <w:t>v -5.902078 17.257282 0.199240</w:t>
        <w:br/>
        <w:t>v -5.902078 17.257282 0.199240</w:t>
        <w:br/>
        <w:t>v -0.771758 2.638777 -0.041067</w:t>
        <w:br/>
        <w:t>v -0.800139 2.677463 -0.003179</w:t>
        <w:br/>
        <w:t>v -0.793139 2.649855 -0.056244</w:t>
        <w:br/>
        <w:t>v -0.794089 2.592520 -0.074751</w:t>
        <w:br/>
        <w:t>v -0.777391 2.661124 0.001869</w:t>
        <w:br/>
        <w:t>v -0.785968 2.646343 0.047598</w:t>
        <w:br/>
        <w:t>v -0.785968 2.646343 0.047598</w:t>
        <w:br/>
        <w:t>v -0.810719 2.659188 0.053327</w:t>
        <w:br/>
        <w:t>v -0.818806 2.605740 0.080175</w:t>
        <w:br/>
        <w:t>v -0.772554 2.592388 -0.056043</w:t>
        <w:br/>
        <w:t>v -0.772554 2.592388 -0.056043</w:t>
        <w:br/>
        <w:t>v -0.792551 2.603076 0.069335</w:t>
        <w:br/>
        <w:t>v -0.792551 2.603076 0.069335</w:t>
        <w:br/>
        <w:t>v -0.779420 2.549109 -0.034274</w:t>
        <w:br/>
        <w:t>v -0.779420 2.549109 -0.034274</w:t>
        <w:br/>
        <w:t>v -0.802576 2.539045 -0.047846</w:t>
        <w:br/>
        <w:t>v -0.813299 2.520780 0.008664</w:t>
        <w:br/>
        <w:t>v -0.793488 2.556679 0.054375</w:t>
        <w:br/>
        <w:t>v -0.793488 2.556679 0.054375</w:t>
        <w:br/>
        <w:t>v -0.819927 2.548399 0.061687</w:t>
        <w:br/>
        <w:t>v -0.788112 2.534323 0.011469</w:t>
        <w:br/>
        <w:t>v -1.630654 2.540293 0.064816</w:t>
        <w:br/>
        <w:t>v -1.603754 2.533633 0.072097</w:t>
        <w:br/>
        <w:t>v -1.608744 2.505661 0.019081</w:t>
        <w:br/>
        <w:t>v -1.608338 2.590801 0.090589</w:t>
        <w:br/>
        <w:t>v -1.634704 2.517651 0.021916</w:t>
        <w:br/>
        <w:t>v -1.644325 2.531881 -0.023816</w:t>
        <w:br/>
        <w:t>v -1.620615 2.523240 -0.037416</w:t>
        <w:br/>
        <w:t>v -1.632362 2.576102 -0.064309</w:t>
        <w:br/>
        <w:t>v -1.634394 2.586547 0.079779</w:t>
        <w:br/>
        <w:t>v -1.634394 2.586547 0.079779</w:t>
        <w:br/>
        <w:t>v -1.653831 2.574661 -0.045575</w:t>
        <w:br/>
        <w:t>v -1.653831 2.574661 -0.045575</w:t>
        <w:br/>
        <w:t>v -1.643616 2.629334 0.058052</w:t>
        <w:br/>
        <w:t>v -1.643616 2.629334 0.058052</w:t>
        <w:br/>
        <w:t>v -1.619685 2.643658 0.063752</w:t>
        <w:br/>
        <w:t>v -1.631413 2.661255 0.007259</w:t>
        <w:br/>
        <w:t>v -1.657429 2.620918 -0.030597</w:t>
        <w:br/>
        <w:t>v -1.657429 2.620918 -0.030597</w:t>
        <w:br/>
        <w:t>v -1.636776 2.633272 -0.045799</w:t>
        <w:br/>
        <w:t>v -1.653121 2.643567 0.012333</w:t>
        <w:br/>
        <w:t>v -1.653121 2.643567 0.012333</w:t>
        <w:br/>
        <w:t>v 0.764260 2.560886 0.015377</w:t>
        <w:br/>
        <w:t>v 0.790683 2.552517 0.022642</w:t>
        <w:br/>
        <w:t>v 0.783950 2.525091 -0.030467</w:t>
        <w:br/>
        <w:t>v 0.789716 2.609800 0.041322</w:t>
        <w:br/>
        <w:t>v 0.758799 2.538685 -0.027600</w:t>
        <w:br/>
        <w:t>v 0.750110 2.553644 -0.073287</w:t>
        <w:br/>
        <w:t>v 0.773232 2.543570 -0.086909</w:t>
        <w:br/>
        <w:t>v 0.764856 2.597155 -0.113630</w:t>
        <w:br/>
        <w:t>v 0.763446 2.607234 0.030492</w:t>
        <w:br/>
        <w:t>v 0.763446 2.607234 0.030492</w:t>
        <w:br/>
        <w:t>v 0.743334 2.597013 -0.094906</w:t>
        <w:br/>
        <w:t>v 0.743334 2.597013 -0.094906</w:t>
        <w:br/>
        <w:t>v 0.756954 2.650590 0.008904</w:t>
        <w:br/>
        <w:t>v 0.756954 2.650590 0.008904</w:t>
        <w:br/>
        <w:t>v 0.781740 2.663356 0.014659</w:t>
        <w:br/>
        <w:t>v 0.771164 2.681845 -0.041779</w:t>
        <w:br/>
        <w:t>v 0.742663 2.643354 -0.079775</w:t>
        <w:br/>
        <w:t>v 0.742663 2.643354 -0.079775</w:t>
        <w:br/>
        <w:t>v 0.764059 2.654430 -0.094931</w:t>
        <w:br/>
        <w:t>v 0.748381 2.665545 -0.036770</w:t>
        <w:br/>
        <w:t>v 0.748381 2.665545 -0.036770</w:t>
        <w:br/>
        <w:t>v 1.628287 2.623310 -0.069998</w:t>
        <w:br/>
        <w:t>v 1.602397 2.663585 -0.031989</w:t>
        <w:br/>
        <w:t>v 1.607654 2.635765 -0.085144</w:t>
        <w:br/>
        <w:t>v 1.603087 2.578667 -0.103842</w:t>
        <w:br/>
        <w:t>v 1.624064 2.645827 -0.026990</w:t>
        <w:br/>
        <w:t>v 1.614558 2.631465 0.018688</w:t>
        <w:br/>
        <w:t>v 1.614558 2.631465 0.018688</w:t>
        <w:br/>
        <w:t>v 1.590666 2.645828 0.024454</w:t>
        <w:br/>
        <w:t>v 1.579209 2.592909 0.051122</w:t>
        <w:br/>
        <w:t>v 1.624565 2.577112 -0.085128</w:t>
        <w:br/>
        <w:t>v 1.624565 2.577112 -0.085128</w:t>
        <w:br/>
        <w:t>v 1.605247 2.588628 0.040279</w:t>
        <w:br/>
        <w:t>v 1.605247 2.588628 0.040279</w:t>
        <w:br/>
        <w:t>v 1.614971 2.534283 -0.063505</w:t>
        <w:br/>
        <w:t>v 1.614971 2.534283 -0.063505</w:t>
        <w:br/>
        <w:t>v 1.591230 2.525744 -0.077116</w:t>
        <w:br/>
        <w:t>v 1.579356 2.508007 -0.020669</w:t>
        <w:br/>
        <w:t>v 1.601384 2.542433 0.025166</w:t>
        <w:br/>
        <w:t>v 1.601384 2.542433 0.025166</w:t>
        <w:br/>
        <w:t>v 1.574473 2.535815 0.032443</w:t>
        <w:br/>
        <w:t>v 1.605348 2.519925 -0.017813</w:t>
        <w:br/>
        <w:t>v -0.326533 16.259979 1.972796</w:t>
        <w:br/>
        <w:t>v -0.350384 16.260204 1.967442</w:t>
        <w:br/>
        <w:t>v -0.350235 16.381533 1.962178</w:t>
        <w:br/>
        <w:t>v 0.780444 21.244144 0.451884</w:t>
        <w:br/>
        <w:t>v 0.785682 21.227526 0.462632</w:t>
        <w:br/>
        <w:t>v 0.774141 21.237156 0.440428</w:t>
        <w:br/>
        <w:t>v 0.770360 21.212307 0.421578</w:t>
        <w:br/>
        <w:t>v 0.775519 21.195885 0.432208</w:t>
        <w:br/>
        <w:t>v 0.764122 21.205397 0.410265</w:t>
        <w:br/>
        <w:t>v -0.574109 20.059282 -0.832910</w:t>
        <w:br/>
        <w:t>v -0.703876 20.023134 -0.844577</w:t>
        <w:br/>
        <w:t>v -0.567930 20.020147 -0.810184</w:t>
        <w:br/>
        <w:t>v -0.567930 20.020147 -0.810184</w:t>
        <w:br/>
        <w:t>v -0.573996 20.038826 -0.774481</w:t>
        <w:br/>
        <w:t>v -0.574109 20.059282 -0.832910</w:t>
        <w:br/>
        <w:t>v 0.185522 19.858677 -0.894808</w:t>
        <w:br/>
        <w:t>v -0.185522 19.858677 -0.894808</w:t>
        <w:br/>
        <w:t>v 0.185522 19.782333 -0.921280</w:t>
        <w:br/>
        <w:t>v -0.185522 19.782333 -0.921280</w:t>
        <w:br/>
        <w:t>v 0.029084 16.502138 -0.457868</w:t>
        <w:br/>
        <w:t>v 0.025199 16.905289 -0.514672</w:t>
        <w:br/>
        <w:t>v -0.000000 16.482124 -0.404793</w:t>
        <w:br/>
        <w:t>v -0.000000 16.927061 -0.489642</w:t>
        <w:br/>
        <w:t>v -0.200459 17.059977 2.007486</w:t>
        <w:br/>
        <w:t>v -0.180693 17.072523 1.938998</w:t>
        <w:br/>
        <w:t>v -0.237055 16.656267 1.976257</w:t>
        <w:br/>
        <w:t>v -0.214001 16.626465 1.927471</w:t>
        <w:br/>
        <w:t>v -0.029085 16.502138 -0.457868</w:t>
        <w:br/>
        <w:t>v -0.000000 16.482124 -0.404793</w:t>
        <w:br/>
        <w:t>v -0.025199 16.905289 -0.514672</w:t>
        <w:br/>
        <w:t>v -0.000000 16.927061 -0.489642</w:t>
        <w:br/>
        <w:t>v -0.361583 16.343866 1.947039</w:t>
        <w:br/>
        <w:t>v -0.356993 16.342749 1.922295</w:t>
        <w:br/>
        <w:t>v -0.301068 16.343117 1.938605</w:t>
        <w:br/>
        <w:t>v -0.305669 16.344290 1.963348</w:t>
        <w:br/>
        <w:t>v -0.350384 16.260204 1.967442</w:t>
        <w:br/>
        <w:t>v -0.339571 16.259684 1.924232</w:t>
        <w:br/>
        <w:t>v -0.350235 16.381533 1.962178</w:t>
        <w:br/>
        <w:t>v -0.339422 16.381014 1.918955</w:t>
        <w:br/>
        <w:t>v -0.326533 16.259979 1.972796</w:t>
        <w:br/>
        <w:t>v -0.339571 16.259684 1.924232</w:t>
        <w:br/>
        <w:t>v -0.350384 16.260204 1.967442</w:t>
        <w:br/>
        <w:t>v -0.315720 16.259457 1.929585</w:t>
        <w:br/>
        <w:t>v -0.311423 16.380747 1.925245</w:t>
        <w:br/>
        <w:t>v -0.315720 16.259457 1.929585</w:t>
        <w:br/>
        <w:t>v -0.322236 16.381268 1.968456</w:t>
        <w:br/>
        <w:t>v -0.326533 16.259979 1.972796</w:t>
        <w:br/>
        <w:t>v -0.311423 16.380747 1.925245</w:t>
        <w:br/>
        <w:t>v -0.322236 16.381268 1.968456</w:t>
        <w:br/>
        <w:t>v -0.339422 16.381014 1.918955</w:t>
        <w:br/>
        <w:t>v -0.350235 16.381533 1.962178</w:t>
        <w:br/>
        <w:t>v -0.322236 16.381268 1.968456</w:t>
        <w:br/>
        <w:t>v 0.783243 19.872751 0.900822</w:t>
        <w:br/>
        <w:t>v 0.796258 19.888283 0.865651</w:t>
        <w:br/>
        <w:t>v 0.657143 19.921612 0.828639</w:t>
        <w:br/>
        <w:t>v 0.645594 19.910919 0.864221</w:t>
        <w:br/>
        <w:t>v 0.641997 19.924831 0.900107</w:t>
        <w:br/>
        <w:t>v 0.775189 19.882891 0.933814</w:t>
        <w:br/>
        <w:t>v 0.775964 19.901253 0.944778</w:t>
        <w:br/>
        <w:t>v 0.644833 19.937408 0.908706</w:t>
        <w:br/>
        <w:t>v 0.662369 19.972816 0.894132</w:t>
        <w:br/>
        <w:t>v 0.644833 19.937408 0.908706</w:t>
        <w:br/>
        <w:t>v 0.641997 19.924831 0.900107</w:t>
        <w:br/>
        <w:t>v 0.662369 19.972816 0.894132</w:t>
        <w:br/>
        <w:t>v 0.645594 19.910919 0.864221</w:t>
        <w:br/>
        <w:t>v 0.665658 19.980135 0.857702</w:t>
        <w:br/>
        <w:t>v 0.657143 19.921612 0.828639</w:t>
        <w:br/>
        <w:t>v 0.638598 20.028143 0.774363</w:t>
        <w:br/>
        <w:t>v 0.784546 19.935766 0.918791</w:t>
        <w:br/>
        <w:t>v 0.665658 19.980135 0.857702</w:t>
        <w:br/>
        <w:t>v 0.775964 19.901253 0.944778</w:t>
        <w:br/>
        <w:t>v 0.784546 19.935766 0.918791</w:t>
        <w:br/>
        <w:t>v 0.775189 19.882891 0.933814</w:t>
        <w:br/>
        <w:t>v 0.783243 19.872751 0.900822</w:t>
        <w:br/>
        <w:t>v 0.796258 19.888283 0.865651</w:t>
        <w:br/>
        <w:t>v 0.796695 19.945843 0.890850</w:t>
        <w:br/>
        <w:t>v 0.796695 19.945843 0.890850</w:t>
        <w:br/>
        <w:t>v 0.853353 19.944862 0.820453</w:t>
        <w:br/>
        <w:t>v 0.840582 19.971272 0.828744</w:t>
        <w:br/>
        <w:t>v 0.905438 20.018581 0.689779</w:t>
        <w:br/>
        <w:t>v 0.653936 20.039091 0.782697</w:t>
        <w:br/>
        <w:t>v 0.893579 20.045689 0.697822</w:t>
        <w:br/>
        <w:t>v 0.955708 20.112904 0.527110</w:t>
        <w:br/>
        <w:t>v 0.715834 20.120300 0.647376</w:t>
        <w:br/>
        <w:t>v 0.700156 20.109127 0.639200</w:t>
        <w:br/>
        <w:t>v 0.945140 20.141085 0.533611</w:t>
        <w:br/>
        <w:t>v 1.015575 20.190598 0.298005</w:t>
        <w:br/>
        <w:t>v 0.769905 20.206970 0.496538</w:t>
        <w:br/>
        <w:t>v 0.753244 20.195074 0.489836</w:t>
        <w:br/>
        <w:t>v 0.817200 20.280880 0.267981</w:t>
        <w:br/>
        <w:t>v 1.007388 20.219923 0.299994</w:t>
        <w:br/>
        <w:t>v 1.049509 20.225094 0.063889</w:t>
        <w:br/>
        <w:t>v 0.836043 20.293875 0.270138</w:t>
        <w:br/>
        <w:t>v 0.853455 20.321594 0.039916</w:t>
        <w:br/>
        <w:t>v 1.042896 20.254354 0.061238</w:t>
        <w:br/>
        <w:t>v 1.054200 20.207621 -0.187180</w:t>
        <w:br/>
        <w:t>v 0.873823 20.334618 0.037332</w:t>
        <w:br/>
        <w:t>v 0.859476 20.294178 -0.207526</w:t>
        <w:br/>
        <w:t>v 1.048283 20.235931 -0.195387</w:t>
        <w:br/>
        <w:t>v 1.009583 20.141684 -0.414303</w:t>
        <w:br/>
        <w:t>v 0.880492 20.306374 -0.215773</w:t>
        <w:br/>
        <w:t>v 0.819543 20.219603 -0.431109</w:t>
        <w:br/>
        <w:t>v 1.002774 20.168051 -0.427675</w:t>
        <w:br/>
        <w:t>v 0.948746 20.037748 -0.602025</w:t>
        <w:br/>
        <w:t>v 0.839698 20.229885 -0.444588</w:t>
        <w:br/>
        <w:t>v 0.743711 20.116558 -0.592260</w:t>
        <w:br/>
        <w:t>v 0.941059 20.062803 -0.618010</w:t>
        <w:br/>
        <w:t>v 0.763074 20.125475 -0.607392</w:t>
        <w:br/>
        <w:t>v 0.683116 19.999580 -0.697800</w:t>
        <w:br/>
        <w:t>v 0.861955 19.952814 -0.722560</w:t>
        <w:br/>
        <w:t>v 0.861955 19.952814 -0.722560</w:t>
        <w:br/>
        <w:t>v 0.870172 19.928255 -0.705642</w:t>
        <w:br/>
        <w:t>v 0.702196 20.007919 -0.712433</w:t>
        <w:br/>
        <w:t>v 0.824854 19.940132 -0.742853</w:t>
        <w:br/>
        <w:t>v 0.824854 19.940132 -0.742853</w:t>
        <w:br/>
        <w:t>v 0.833488 19.911573 -0.732617</w:t>
        <w:br/>
        <w:t>v 0.705174 19.983170 -0.737579</w:t>
        <w:br/>
        <w:t>v 0.691141 19.960991 -0.721907</w:t>
        <w:br/>
        <w:t>v 0.678849 19.922623 -0.749477</w:t>
        <w:br/>
        <w:t>v 0.675556 19.910505 -0.785856</w:t>
        <w:br/>
        <w:t>v 0.682812 19.948633 -0.807425</w:t>
        <w:br/>
        <w:t>v 0.697891 19.993353 -0.789080</w:t>
        <w:br/>
        <w:t>v 0.705174 19.983170 -0.737579</w:t>
        <w:br/>
        <w:t>v 0.697891 19.993353 -0.789080</w:t>
        <w:br/>
        <w:t>v 0.821935 19.946211 -0.798429</w:t>
        <w:br/>
        <w:t>v 0.697891 19.993353 -0.789080</w:t>
        <w:br/>
        <w:t>v 0.682812 19.948633 -0.807425</w:t>
        <w:br/>
        <w:t>v 0.821935 19.946211 -0.798429</w:t>
        <w:br/>
        <w:t>v 0.813464 19.911242 -0.819070</w:t>
        <w:br/>
        <w:t>v 0.821935 19.946211 -0.798429</w:t>
        <w:br/>
        <w:t>v 0.814717 19.865124 -0.771129</w:t>
        <w:br/>
        <w:t>v 0.813464 19.911242 -0.819070</w:t>
        <w:br/>
        <w:t>v 0.799354 19.872570 -0.794669</w:t>
        <w:br/>
        <w:t>v -0.682812 19.948633 -0.807425</w:t>
        <w:br/>
        <w:t>v -0.813464 19.911242 -0.819070</w:t>
        <w:br/>
        <w:t>v -0.675556 19.910505 -0.785856</w:t>
        <w:br/>
        <w:t>v -0.821936 19.946211 -0.798429</w:t>
        <w:br/>
        <w:t>v -0.821936 19.946211 -0.798429</w:t>
        <w:br/>
        <w:t>v -0.814717 19.865124 -0.771129</w:t>
        <w:br/>
        <w:t>v -0.813464 19.911242 -0.819070</w:t>
        <w:br/>
        <w:t>v -0.799354 19.872570 -0.794669</w:t>
        <w:br/>
        <w:t>v -0.833488 19.911573 -0.732616</w:t>
        <w:br/>
        <w:t>v -0.824854 19.940134 -0.742852</w:t>
        <w:br/>
        <w:t>v -0.870173 19.928255 -0.705642</w:t>
        <w:br/>
        <w:t>v -0.861955 19.952814 -0.722560</w:t>
        <w:br/>
        <w:t>v -0.948745 20.037750 -0.602024</w:t>
        <w:br/>
        <w:t>v -0.824854 19.940134 -0.742852</w:t>
        <w:br/>
        <w:t>v -0.821936 19.946211 -0.798429</w:t>
        <w:br/>
        <w:t>v -0.705174 19.983170 -0.737578</w:t>
        <w:br/>
        <w:t>v -0.702196 20.007919 -0.712433</w:t>
        <w:br/>
        <w:t>v -0.861955 19.952814 -0.722560</w:t>
        <w:br/>
        <w:t>v -0.941058 20.062803 -0.618009</w:t>
        <w:br/>
        <w:t>v -0.763074 20.125475 -0.607392</w:t>
        <w:br/>
        <w:t>v -0.941058 20.062803 -0.618009</w:t>
        <w:br/>
        <w:t>v -0.705174 19.983170 -0.737578</w:t>
        <w:br/>
        <w:t>v -0.683116 19.999580 -0.697800</w:t>
        <w:br/>
        <w:t>v -0.691141 19.960991 -0.721906</w:t>
        <w:br/>
        <w:t>v -0.743711 20.116558 -0.592260</w:t>
        <w:br/>
        <w:t>v -0.678849 19.922625 -0.749477</w:t>
        <w:br/>
        <w:t>v -0.675556 19.910505 -0.785856</w:t>
        <w:br/>
        <w:t>v -0.682812 19.948633 -0.807425</w:t>
        <w:br/>
        <w:t>v -0.697891 19.993353 -0.789080</w:t>
        <w:br/>
        <w:t>v -0.697891 19.993353 -0.789080</w:t>
        <w:br/>
        <w:t>v -0.697891 19.993353 -0.789080</w:t>
        <w:br/>
        <w:t>v -0.839698 20.229877 -0.444588</w:t>
        <w:br/>
        <w:t>v -0.819543 20.219603 -0.431109</w:t>
        <w:br/>
        <w:t>v -1.002775 20.168049 -0.427675</w:t>
        <w:br/>
        <w:t>v -1.009584 20.141684 -0.414303</w:t>
        <w:br/>
        <w:t>v -0.880492 20.306379 -0.215773</w:t>
        <w:br/>
        <w:t>v -0.859476 20.294178 -0.207525</w:t>
        <w:br/>
        <w:t>v -1.048283 20.235933 -0.195387</w:t>
        <w:br/>
        <w:t>v -1.054200 20.207621 -0.187179</w:t>
        <w:br/>
        <w:t>v -0.873823 20.334618 0.037332</w:t>
        <w:br/>
        <w:t>v -0.853455 20.321594 0.039916</w:t>
        <w:br/>
        <w:t>v -1.042897 20.254356 0.061238</w:t>
        <w:br/>
        <w:t>v -1.049509 20.225094 0.063889</w:t>
        <w:br/>
        <w:t>v -0.836043 20.293875 0.270138</w:t>
        <w:br/>
        <w:t>v -0.817200 20.280882 0.267981</w:t>
        <w:br/>
        <w:t>v -1.007388 20.219923 0.299994</w:t>
        <w:br/>
        <w:t>v -1.015576 20.190601 0.298005</w:t>
        <w:br/>
        <w:t>v -0.769905 20.206970 0.496538</w:t>
        <w:br/>
        <w:t>v -0.753244 20.195076 0.489836</w:t>
        <w:br/>
        <w:t>v -0.700156 20.109127 0.639200</w:t>
        <w:br/>
        <w:t>v -0.945140 20.141085 0.533611</w:t>
        <w:br/>
        <w:t>v -0.955708 20.112904 0.527110</w:t>
        <w:br/>
        <w:t>v -0.715834 20.120298 0.647376</w:t>
        <w:br/>
        <w:t>v -0.893578 20.045691 0.697822</w:t>
        <w:br/>
        <w:t>v -0.905438 20.018583 0.689779</w:t>
        <w:br/>
        <w:t>v -0.638598 20.028143 0.774363</w:t>
        <w:br/>
        <w:t>v -0.840582 19.971272 0.828744</w:t>
        <w:br/>
        <w:t>v -0.853353 19.944862 0.820453</w:t>
        <w:br/>
        <w:t>v -0.653936 20.039091 0.782697</w:t>
        <w:br/>
        <w:t>v -0.665658 19.980135 0.857702</w:t>
        <w:br/>
        <w:t>v -0.665658 19.980135 0.857702</w:t>
        <w:br/>
        <w:t>v -0.657143 19.921612 0.828639</w:t>
        <w:br/>
        <w:t>v -0.645594 19.910919 0.864221</w:t>
        <w:br/>
        <w:t>v -0.796695 19.945843 0.890850</w:t>
        <w:br/>
        <w:t>v -0.796258 19.888283 0.865651</w:t>
        <w:br/>
        <w:t>v -0.662369 19.972816 0.894132</w:t>
        <w:br/>
        <w:t>v -0.641997 19.924831 0.900107</w:t>
        <w:br/>
        <w:t>v -0.644833 19.937408 0.908706</w:t>
        <w:br/>
        <w:t>v -0.784546 19.935766 0.918791</w:t>
        <w:br/>
        <w:t>v -0.784546 19.935766 0.918791</w:t>
        <w:br/>
        <w:t>v -0.662369 19.972816 0.894132</w:t>
        <w:br/>
        <w:t>v -0.783243 19.872751 0.900822</w:t>
        <w:br/>
        <w:t>v -0.775964 19.901253 0.944778</w:t>
        <w:br/>
        <w:t>v -0.775189 19.882891 0.933814</w:t>
        <w:br/>
        <w:t>v -0.775964 19.901253 0.944778</w:t>
        <w:br/>
        <w:t>v -0.644833 19.937408 0.908706</w:t>
        <w:br/>
        <w:t>v -0.641997 19.924831 0.900107</w:t>
        <w:br/>
        <w:t>v -0.775964 19.901253 0.944778</w:t>
        <w:br/>
        <w:t>v -0.775189 19.882891 0.933814</w:t>
        <w:br/>
        <w:t>v -0.783243 19.872751 0.900822</w:t>
        <w:br/>
        <w:t>v -0.796258 19.888283 0.865651</w:t>
        <w:br/>
        <w:t>v -0.657143 19.921612 0.828639</w:t>
        <w:br/>
        <w:t>v -0.645594 19.910919 0.864221</w:t>
        <w:br/>
        <w:t>v -0.687222 19.949865 0.966373</w:t>
        <w:br/>
        <w:t>v -0.560520 19.973080 0.925604</w:t>
        <w:br/>
        <w:t>v -0.684702 19.931408 0.955367</w:t>
        <w:br/>
        <w:t>v -0.562270 19.985758 0.935395</w:t>
        <w:br/>
        <w:t>v -0.562270 19.985758 0.935395</w:t>
        <w:br/>
        <w:t>v -0.687222 19.949865 0.966373</w:t>
        <w:br/>
        <w:t>v -0.579217 20.021004 0.910042</w:t>
        <w:br/>
        <w:t>v -0.562270 19.985758 0.935395</w:t>
        <w:br/>
        <w:t>v -0.579217 20.021004 0.910042</w:t>
        <w:br/>
        <w:t>v -0.560520 19.973080 0.925604</w:t>
        <w:br/>
        <w:t>v -0.569399 19.959391 0.892222</w:t>
        <w:br/>
        <w:t>v -0.584606 20.028601 0.872937</w:t>
        <w:br/>
        <w:t>v -0.582778 19.970345 0.855936</w:t>
        <w:br/>
        <w:t>v -0.570229 20.077734 0.795991</w:t>
        <w:br/>
        <w:t>v -0.704894 19.984932 0.942505</w:t>
        <w:br/>
        <w:t>v -0.584606 20.028601 0.872937</w:t>
        <w:br/>
        <w:t>v -0.687222 19.949865 0.966373</w:t>
        <w:br/>
        <w:t>v -0.684702 19.931408 0.955367</w:t>
        <w:br/>
        <w:t>v -0.704894 19.984932 0.942505</w:t>
        <w:br/>
        <w:t>v -0.693735 19.921402 0.921775</w:t>
        <w:br/>
        <w:t>v -0.714479 19.937494 0.888713</w:t>
        <w:br/>
        <w:t>v -0.719753 19.995298 0.913815</w:t>
        <w:br/>
        <w:t>v -0.719753 19.995298 0.913815</w:t>
        <w:br/>
        <w:t>v -0.781590 19.995434 0.841123</w:t>
        <w:br/>
        <w:t>v -0.586160 20.088703 0.804224</w:t>
        <w:br/>
        <w:t>v -0.769796 20.021730 0.849599</w:t>
        <w:br/>
        <w:t>v -0.829798 20.070835 0.707220</w:t>
        <w:br/>
        <w:t>v -0.641810 20.171820 0.665204</w:t>
        <w:br/>
        <w:t>v -0.625693 20.160641 0.657233</w:t>
        <w:br/>
        <w:t>v -0.818190 20.097841 0.715327</w:t>
        <w:br/>
        <w:t>v -0.887827 20.167528 0.540850</w:t>
        <w:br/>
        <w:t>v -0.700767 20.261286 0.510469</w:t>
        <w:br/>
        <w:t>v -0.683838 20.249395 0.504026</w:t>
        <w:br/>
        <w:t>v -0.753789 20.342590 0.262262</w:t>
        <w:br/>
        <w:t>v -0.877046 20.195585 0.547319</w:t>
        <w:br/>
        <w:t>v -0.955550 20.250973 0.292055</w:t>
        <w:br/>
        <w:t>v -0.772790 20.355589 0.263860</w:t>
        <w:br/>
        <w:t>v -0.787327 20.386417 0.029401</w:t>
        <w:br/>
        <w:t>v -0.947196 20.280148 0.293675</w:t>
        <w:br/>
        <w:t>v -0.987424 20.286562 0.053624</w:t>
        <w:br/>
        <w:t>v -0.807626 20.399500 0.026215</w:t>
        <w:br/>
        <w:t>v -0.781204 20.366650 -0.221007</w:t>
        <w:br/>
        <w:t>v -0.980484 20.315744 0.050506</w:t>
        <w:br/>
        <w:t>v -0.979305 20.266630 -0.199892</w:t>
        <w:br/>
        <w:t>v -0.801857 20.379145 -0.229930</w:t>
        <w:br/>
        <w:t>v -0.972652 20.295191 -0.208696</w:t>
        <w:br/>
        <w:t>v -0.920363 20.199448 -0.431427</w:t>
        <w:br/>
        <w:t>v -0.719366 20.292606 -0.449416</w:t>
        <w:br/>
        <w:t>v -0.912127 20.226431 -0.445567</w:t>
        <w:br/>
        <w:t>v -0.838025 20.102346 -0.604499</w:t>
        <w:br/>
        <w:t>v -0.738691 20.303461 -0.463709</w:t>
        <w:br/>
        <w:t>v -0.738691 20.303461 -0.463709</w:t>
        <w:br/>
        <w:t>v -0.642546 20.183912 -0.610236</w:t>
        <w:br/>
        <w:t>v -0.828792 20.128294 -0.621130</w:t>
        <w:br/>
        <w:t>v -0.769619 20.032137 -0.727441</w:t>
        <w:br/>
        <w:t>v -0.661037 20.193661 -0.625846</w:t>
        <w:br/>
        <w:t>v -0.582794 20.102259 -0.719844</w:t>
        <w:br/>
        <w:t>v -0.760109 20.057568 -0.745123</w:t>
        <w:br/>
        <w:t>v -0.730441 20.017488 -0.755159</w:t>
        <w:br/>
        <w:t>v -0.601008 20.111439 -0.735052</w:t>
        <w:br/>
        <w:t>v -0.601943 20.088638 -0.760892</w:t>
        <w:br/>
        <w:t>v -0.588694 20.065701 -0.744489</w:t>
        <w:br/>
        <w:t>v -0.721061 20.046440 -0.765993</w:t>
        <w:br/>
        <w:t>v -0.601943 20.088638 -0.760892</w:t>
        <w:br/>
        <w:t>v -0.708575 19.983372 -0.796245</w:t>
        <w:br/>
        <w:t>v -0.721061 20.046440 -0.765993</w:t>
        <w:br/>
        <w:t>v -0.714165 20.056227 -0.823573</w:t>
        <w:br/>
        <w:t>v -0.714165 20.056227 -0.823573</w:t>
        <w:br/>
        <w:t>v -0.691242 19.983210 -0.818902</w:t>
        <w:br/>
        <w:t>v -0.591153 20.102158 -0.814337</w:t>
        <w:br/>
        <w:t>v -0.591153 20.102158 -0.814337</w:t>
        <w:br/>
        <w:t>v -0.714165 20.056227 -0.823573</w:t>
        <w:br/>
        <w:t>v -0.703876 20.023134 -0.844577</w:t>
        <w:br/>
        <w:t>v -0.591153 20.102158 -0.814337</w:t>
        <w:br/>
        <w:t>v 0.185522 19.841543 -0.845405</w:t>
        <w:br/>
        <w:t>v -0.185522 19.841543 -0.845405</w:t>
        <w:br/>
        <w:t>v 0.185522 19.858677 -0.894808</w:t>
        <w:br/>
        <w:t>v -0.185522 19.858677 -0.894808</w:t>
        <w:br/>
        <w:t>v 0.185522 19.858677 -0.894808</w:t>
        <w:br/>
        <w:t>v 0.185522 19.782333 -0.921280</w:t>
        <w:br/>
        <w:t>v 0.185522 19.841543 -0.845405</w:t>
        <w:br/>
        <w:t>v 0.185522 19.765202 -0.871879</w:t>
        <w:br/>
        <w:t>v -0.185522 19.858677 -0.894808</w:t>
        <w:br/>
        <w:t>v -0.185522 19.841543 -0.845405</w:t>
        <w:br/>
        <w:t>v -0.185522 19.782333 -0.921280</w:t>
        <w:br/>
        <w:t>v -0.185522 19.765202 -0.871879</w:t>
        <w:br/>
        <w:t>v 4.381411 16.558178 0.227400</w:t>
        <w:br/>
        <w:t>v 4.157951 16.788256 0.190826</w:t>
        <w:br/>
        <w:t>v 4.405045 16.578840 0.253581</w:t>
        <w:br/>
        <w:t>v 4.140779 16.765463 0.164587</w:t>
        <w:br/>
        <w:t>v 4.381411 16.558178 0.227400</w:t>
        <w:br/>
        <w:t>v 4.431560 16.617445 0.046780</w:t>
        <w:br/>
        <w:t>v 4.140779 16.765463 0.164587</w:t>
        <w:br/>
        <w:t>v 4.178774 16.818922 -0.006471</w:t>
        <w:br/>
        <w:t>v 4.236837 16.902624 -0.275265</w:t>
        <w:br/>
        <w:t>v 4.465829 16.619928 0.085714</w:t>
        <w:br/>
        <w:t>v 4.405045 16.578840 0.253581</w:t>
        <w:br/>
        <w:t>v 4.460354 16.684896 -0.253088</w:t>
        <w:br/>
        <w:t>v 4.302197 16.971794 -0.450546</w:t>
        <w:br/>
        <w:t>v 4.465829 16.619928 0.085714</w:t>
        <w:br/>
        <w:t>v 4.621643 16.433626 0.039199</w:t>
        <w:br/>
        <w:t>v 4.653353 16.440304 0.087448</w:t>
        <w:br/>
        <w:t>v 4.621643 16.433626 0.039199</w:t>
        <w:br/>
        <w:t>v 4.653353 16.440304 0.087448</w:t>
        <w:br/>
        <w:t>v 4.720625 16.507341 -0.213852</w:t>
        <w:br/>
        <w:t>v 4.681250 16.492470 -0.219601</w:t>
        <w:br/>
        <w:t>v 4.681250 16.492470 -0.219601</w:t>
        <w:br/>
        <w:t>v 4.798318 16.586308 -0.456349</w:t>
        <w:br/>
        <w:t>v 4.532036 16.787487 -0.505257</w:t>
        <w:br/>
        <w:t>v 4.459503 17.150064 -0.706335</w:t>
        <w:br/>
        <w:t>v 4.759176 16.572325 -0.471339</w:t>
        <w:br/>
        <w:t>v 4.759176 16.572325 -0.471339</w:t>
        <w:br/>
        <w:t>v 4.865659 16.658478 -0.580377</w:t>
        <w:br/>
        <w:t>v 4.656730 16.950851 -0.716390</w:t>
        <w:br/>
        <w:t>v 4.830034 16.647623 -0.620877</w:t>
        <w:br/>
        <w:t>v 4.830034 16.647623 -0.620877</w:t>
        <w:br/>
        <w:t>v 4.943403 16.743122 -0.684362</w:t>
        <w:br/>
        <w:t>v 4.651892 17.374149 -0.813065</w:t>
        <w:br/>
        <w:t>v 4.910762 16.735476 -0.730094</w:t>
        <w:br/>
        <w:t>v 4.910762 16.735476 -0.730094</w:t>
        <w:br/>
        <w:t>v 5.043792 16.854870 -0.746238</w:t>
        <w:br/>
        <w:t>v 4.879827 17.206501 -0.839799</w:t>
        <w:br/>
        <w:t>v 5.018948 16.856047 -0.792504</w:t>
        <w:br/>
        <w:t>v 5.018948 16.856047 -0.792504</w:t>
        <w:br/>
        <w:t>v 5.166939 16.993103 -0.788038</w:t>
        <w:br/>
        <w:t>v 4.911363 17.668148 -0.754501</w:t>
        <w:br/>
        <w:t>v 5.139356 16.991085 -0.836878</w:t>
        <w:br/>
        <w:t>v 5.139356 16.991085 -0.836878</w:t>
        <w:br/>
        <w:t>v 5.310863 17.156002 -0.797082</w:t>
        <w:br/>
        <w:t>v 5.144849 17.530741 -0.769964</w:t>
        <w:br/>
        <w:t>v 5.296999 17.169558 -0.845565</w:t>
        <w:br/>
        <w:t>v 5.296999 17.169558 -0.845565</w:t>
        <w:br/>
        <w:t>v 5.438897 17.302694 -0.752605</w:t>
        <w:br/>
        <w:t>v 5.085084 17.873541 -0.526215</w:t>
        <w:br/>
        <w:t>v 5.434964 17.327606 -0.798209</w:t>
        <w:br/>
        <w:t>v 5.434964 17.327606 -0.798209</w:t>
        <w:br/>
        <w:t>v 5.520905 17.398195 -0.678590</w:t>
        <w:br/>
        <w:t>v 5.526583 17.434553 -0.707859</w:t>
        <w:br/>
        <w:t>v 5.526583 17.434553 -0.707859</w:t>
        <w:br/>
        <w:t>v 5.620443 17.515814 -0.538272</w:t>
        <w:br/>
        <w:t>v 5.329992 17.747942 -0.534588</w:t>
        <w:br/>
        <w:t>v 5.633005 17.560511 -0.551782</w:t>
        <w:br/>
        <w:t>v 5.633005 17.560511 -0.551782</w:t>
        <w:br/>
        <w:t>v 5.718922 17.636410 -0.274415</w:t>
        <w:br/>
        <w:t>v 5.285650 17.918680 -0.294732</w:t>
        <w:br/>
        <w:t>v 5.174405 17.979002 -0.292823</w:t>
        <w:br/>
        <w:t>v 5.232136 18.025572 0.043882</w:t>
        <w:br/>
        <w:t>v 5.422602 17.842443 -0.295615</w:t>
        <w:br/>
        <w:t>v 5.728312 17.677624 -0.284622</w:t>
        <w:br/>
        <w:t>v 5.728312 17.677624 -0.284622</w:t>
        <w:br/>
        <w:t>v 5.752003 17.680279 -0.086367</w:t>
        <w:br/>
        <w:t>v 5.491603 17.882195 0.052352</w:t>
        <w:br/>
        <w:t>v 5.764837 17.725548 -0.092193</w:t>
        <w:br/>
        <w:t>v 5.764837 17.725548 -0.092193</w:t>
        <w:br/>
        <w:t>v 5.758117 17.691923 0.053107</w:t>
        <w:br/>
        <w:t>v 5.231284 17.984596 0.339721</w:t>
        <w:br/>
        <w:t>v 5.773968 17.740850 0.054249</w:t>
        <w:br/>
        <w:t>v 5.773968 17.740850 0.054249</w:t>
        <w:br/>
        <w:t>v 5.760414 17.699615 0.203451</w:t>
        <w:br/>
        <w:t>v 5.775436 17.756323 0.204785</w:t>
        <w:br/>
        <w:t>v 5.775436 17.756323 0.204785</w:t>
        <w:br/>
        <w:t>v 5.463993 17.839609 0.338957</w:t>
        <w:br/>
        <w:t>v 5.203708 17.928303 0.443971</w:t>
        <w:br/>
        <w:t>v 5.440073 17.794901 0.337479</w:t>
        <w:br/>
        <w:t>v 5.175003 17.872154 0.456305</w:t>
        <w:br/>
        <w:t>v 5.463993 17.839609 0.338957</w:t>
        <w:br/>
        <w:t>v 5.760414 17.699615 0.203451</w:t>
        <w:br/>
        <w:t>v 5.775436 17.756323 0.204785</w:t>
        <w:br/>
        <w:t>v 3.970967 18.206493 -0.744318</w:t>
        <w:br/>
        <w:t>v 3.805698 18.307186 -0.745129</w:t>
        <w:br/>
        <w:t>v 3.978085 18.185703 -0.724291</w:t>
        <w:br/>
        <w:t>v 3.791999 18.299828 -0.719817</w:t>
        <w:br/>
        <w:t>v 3.779752 17.768311 0.719989</w:t>
        <w:br/>
        <w:t>v 3.957639 17.721798 0.744699</w:t>
        <w:br/>
        <w:t>v 3.764721 17.759411 0.693724</w:t>
        <w:br/>
        <w:t>v 3.951053 17.734257 0.768906</w:t>
        <w:br/>
        <w:t>v 4.290102 18.026058 -0.741157</w:t>
        <w:br/>
        <w:t>v 4.111629 18.131516 -0.745409</w:t>
        <w:br/>
        <w:t>v 4.290783 18.007652 -0.723795</w:t>
        <w:br/>
        <w:t>v 4.101489 18.122070 -0.724297</w:t>
        <w:br/>
        <w:t>v 4.148524 17.714321 0.795804</w:t>
        <w:br/>
        <w:t>v 4.333930 17.684685 0.786222</w:t>
        <w:br/>
        <w:t>v 4.133065 17.704399 0.771729</w:t>
        <w:br/>
        <w:t>v 4.330003 17.696980 0.809903</w:t>
        <w:br/>
        <w:t>v -4.381309 16.556715 0.227401</w:t>
        <w:br/>
        <w:t>v -4.404943 16.577381 0.253582</w:t>
        <w:br/>
        <w:t>v -4.157848 16.786795 0.190827</w:t>
        <w:br/>
        <w:t>v -4.140676 16.764002 0.164588</w:t>
        <w:br/>
        <w:t>v -4.431458 16.615980 0.046781</w:t>
        <w:br/>
        <w:t>v -4.381309 16.556715 0.227401</w:t>
        <w:br/>
        <w:t>v -4.140676 16.764002 0.164588</w:t>
        <w:br/>
        <w:t>v -4.178672 16.817459 -0.006470</w:t>
        <w:br/>
        <w:t>v -4.236735 16.901163 -0.275265</w:t>
        <w:br/>
        <w:t>v -4.465727 16.618469 0.085715</w:t>
        <w:br/>
        <w:t>v -4.404943 16.577381 0.253582</w:t>
        <w:br/>
        <w:t>v -4.460252 16.683435 -0.253087</w:t>
        <w:br/>
        <w:t>v -4.302094 16.970331 -0.450545</w:t>
        <w:br/>
        <w:t>v -4.621541 16.432163 0.039200</w:t>
        <w:br/>
        <w:t>v -4.465727 16.618469 0.085715</w:t>
        <w:br/>
        <w:t>v -4.653250 16.438841 0.087449</w:t>
        <w:br/>
        <w:t>v -4.621541 16.432163 0.039200</w:t>
        <w:br/>
        <w:t>v -4.720523 16.505875 -0.213851</w:t>
        <w:br/>
        <w:t>v -4.653250 16.438841 0.087449</w:t>
        <w:br/>
        <w:t>v -4.681148 16.491005 -0.219601</w:t>
        <w:br/>
        <w:t>v -4.681148 16.491005 -0.219601</w:t>
        <w:br/>
        <w:t>v -4.798215 16.584845 -0.456349</w:t>
        <w:br/>
        <w:t>v -4.531934 16.786028 -0.505256</w:t>
        <w:br/>
        <w:t>v -4.459400 17.148602 -0.706334</w:t>
        <w:br/>
        <w:t>v -4.759074 16.570862 -0.471338</w:t>
        <w:br/>
        <w:t>v -4.759074 16.570862 -0.471338</w:t>
        <w:br/>
        <w:t>v -4.865557 16.657017 -0.580377</w:t>
        <w:br/>
        <w:t>v -4.656628 16.949392 -0.716390</w:t>
        <w:br/>
        <w:t>v -4.829932 16.646160 -0.620876</w:t>
        <w:br/>
        <w:t>v -4.829932 16.646160 -0.620876</w:t>
        <w:br/>
        <w:t>v -4.943301 16.741657 -0.684362</w:t>
        <w:br/>
        <w:t>v -4.651790 17.372684 -0.813064</w:t>
        <w:br/>
        <w:t>v -4.910660 16.734015 -0.730093</w:t>
        <w:br/>
        <w:t>v -4.910660 16.734015 -0.730093</w:t>
        <w:br/>
        <w:t>v -5.043689 16.853405 -0.746238</w:t>
        <w:br/>
        <w:t>v -4.879725 17.205036 -0.839798</w:t>
        <w:br/>
        <w:t>v -5.018846 16.854582 -0.792503</w:t>
        <w:br/>
        <w:t>v -5.018846 16.854582 -0.792503</w:t>
        <w:br/>
        <w:t>v -5.166837 16.991638 -0.788038</w:t>
        <w:br/>
        <w:t>v -4.911261 17.666685 -0.754500</w:t>
        <w:br/>
        <w:t>v -5.139254 16.989624 -0.836877</w:t>
        <w:br/>
        <w:t>v -5.139254 16.989624 -0.836877</w:t>
        <w:br/>
        <w:t>v -5.310760 17.154541 -0.797081</w:t>
        <w:br/>
        <w:t>v -5.144747 17.529280 -0.769963</w:t>
        <w:br/>
        <w:t>v -5.296897 17.168095 -0.845564</w:t>
        <w:br/>
        <w:t>v -5.296897 17.168095 -0.845564</w:t>
        <w:br/>
        <w:t>v -5.438795 17.301233 -0.752604</w:t>
        <w:br/>
        <w:t>v -5.084982 17.872080 -0.526215</w:t>
        <w:br/>
        <w:t>v -5.434861 17.326143 -0.798209</w:t>
        <w:br/>
        <w:t>v -5.434861 17.326143 -0.798209</w:t>
        <w:br/>
        <w:t>v -5.520803 17.396734 -0.678589</w:t>
        <w:br/>
        <w:t>v -5.526481 17.433094 -0.707858</w:t>
        <w:br/>
        <w:t>v -5.526481 17.433094 -0.707858</w:t>
        <w:br/>
        <w:t>v -5.620341 17.514349 -0.538272</w:t>
        <w:br/>
        <w:t>v -5.329890 17.746477 -0.534588</w:t>
        <w:br/>
        <w:t>v -5.632902 17.559044 -0.551781</w:t>
        <w:br/>
        <w:t>v -5.632902 17.559044 -0.551781</w:t>
        <w:br/>
        <w:t>v -5.718819 17.634941 -0.274414</w:t>
        <w:br/>
        <w:t>v -5.285547 17.917221 -0.294731</w:t>
        <w:br/>
        <w:t>v -5.174302 17.977543 -0.292822</w:t>
        <w:br/>
        <w:t>v -5.232035 18.024109 0.043883</w:t>
        <w:br/>
        <w:t>v -5.422500 17.840981 -0.295614</w:t>
        <w:br/>
        <w:t>v -5.728209 17.676159 -0.284621</w:t>
        <w:br/>
        <w:t>v -5.728209 17.676159 -0.284621</w:t>
        <w:br/>
        <w:t>v -5.751901 17.678816 -0.086367</w:t>
        <w:br/>
        <w:t>v -5.491501 17.880728 0.052352</w:t>
        <w:br/>
        <w:t>v -5.764734 17.724079 -0.092193</w:t>
        <w:br/>
        <w:t>v -5.764734 17.724079 -0.092193</w:t>
        <w:br/>
        <w:t>v -5.758016 17.690464 0.053108</w:t>
        <w:br/>
        <w:t>v -5.231182 17.983135 0.339722</w:t>
        <w:br/>
        <w:t>v -5.773866 17.739389 0.054249</w:t>
        <w:br/>
        <w:t>v -5.773866 17.739389 0.054249</w:t>
        <w:br/>
        <w:t>v -5.760311 17.698151 0.203452</w:t>
        <w:br/>
        <w:t>v -5.775336 17.754862 0.204786</w:t>
        <w:br/>
        <w:t>v -5.775336 17.754862 0.204786</w:t>
        <w:br/>
        <w:t>v -5.463891 17.838146 0.338958</w:t>
        <w:br/>
        <w:t>v -5.203606 17.926842 0.443972</w:t>
        <w:br/>
        <w:t>v -5.174901 17.870691 0.456306</w:t>
        <w:br/>
        <w:t>v -5.439970 17.793440 0.337479</w:t>
        <w:br/>
        <w:t>v -5.463891 17.838146 0.338958</w:t>
        <w:br/>
        <w:t>v -5.760311 17.698151 0.203452</w:t>
        <w:br/>
        <w:t>v -5.775336 17.754862 0.204786</w:t>
        <w:br/>
        <w:t>v -3.791896 18.298363 -0.719816</w:t>
        <w:br/>
        <w:t>v -3.805594 18.305721 -0.745128</w:t>
        <w:br/>
        <w:t>v -3.977981 18.184238 -0.724290</w:t>
        <w:br/>
        <w:t>v -3.970864 18.205029 -0.744317</w:t>
        <w:br/>
        <w:t>v -3.779648 17.766846 0.719989</w:t>
        <w:br/>
        <w:t>v -3.764618 17.757950 0.693725</w:t>
        <w:br/>
        <w:t>v -3.957535 17.720337 0.744699</w:t>
        <w:br/>
        <w:t>v -3.950949 17.732796 0.768907</w:t>
        <w:br/>
        <w:t>v -4.101385 18.120605 -0.724296</w:t>
        <w:br/>
        <w:t>v -4.111526 18.130051 -0.745408</w:t>
        <w:br/>
        <w:t>v -4.290680 18.006187 -0.723794</w:t>
        <w:br/>
        <w:t>v -4.290000 18.024597 -0.741156</w:t>
        <w:br/>
        <w:t>v 0.029084 16.502138 -0.457868</w:t>
        <w:br/>
        <w:t>v -0.000000 16.482124 -0.404793</w:t>
        <w:br/>
        <w:t>v 0.352015 16.503550 -0.385299</w:t>
        <w:br/>
        <w:t>v 0.362814 16.521801 -0.440518</w:t>
        <w:br/>
        <w:t>v 0.646134 16.546141 -0.353642</w:t>
        <w:br/>
        <w:t>v 0.668344 16.558395 -0.406067</w:t>
        <w:br/>
        <w:t>v 0.935471 16.584740 -0.269170</w:t>
        <w:br/>
        <w:t>v 0.442517 16.912361 -0.493411</w:t>
        <w:br/>
        <w:t>v 0.362814 16.521801 -0.440518</w:t>
        <w:br/>
        <w:t>v 0.668344 16.558395 -0.406067</w:t>
        <w:br/>
        <w:t>v 0.975770 16.591677 -0.315655</w:t>
        <w:br/>
        <w:t>v 1.199700 16.635071 -0.112714</w:t>
        <w:br/>
        <w:t>v 0.314717 16.906536 -0.503716</w:t>
        <w:br/>
        <w:t>v 0.029084 16.502138 -0.457868</w:t>
        <w:br/>
        <w:t>v 0.686979 16.935947 -0.460740</w:t>
        <w:br/>
        <w:t>v 0.975770 16.591677 -0.315655</w:t>
        <w:br/>
        <w:t>v 0.442738 16.917053 -0.486792</w:t>
        <w:br/>
        <w:t>v 0.314717 16.906536 -0.503716</w:t>
        <w:br/>
        <w:t>v 0.442517 16.912361 -0.493411</w:t>
        <w:br/>
        <w:t>v 0.686979 16.935947 -0.460740</w:t>
        <w:br/>
        <w:t>v 0.313119 16.913986 -0.498059</w:t>
        <w:br/>
        <w:t>v 0.286815 16.933075 -0.479973</w:t>
        <w:br/>
        <w:t>v -0.000000 16.927061 -0.489642</w:t>
        <w:br/>
        <w:t>v 0.313119 16.913986 -0.498059</w:t>
        <w:br/>
        <w:t>v 0.442738 16.917053 -0.486792</w:t>
        <w:br/>
        <w:t>v 0.434122 17.024092 -0.546226</w:t>
        <w:br/>
        <w:t>v 0.286815 16.933075 -0.479973</w:t>
        <w:br/>
        <w:t>v 0.279486 17.032673 -0.527863</w:t>
        <w:br/>
        <w:t>v -0.000000 16.927061 -0.489642</w:t>
        <w:br/>
        <w:t>v -0.000000 17.032824 -0.525689</w:t>
        <w:br/>
        <w:t>v 0.303229 17.029812 -0.552697</w:t>
        <w:br/>
        <w:t>v 0.276239 17.118851 -0.529054</w:t>
        <w:br/>
        <w:t>v -0.000000 17.129770 -0.525066</w:t>
        <w:br/>
        <w:t>v 0.300507 17.106407 -0.551834</w:t>
        <w:br/>
        <w:t>v 0.266763 17.269415 -0.574179</w:t>
        <w:br/>
        <w:t>v -0.000000 17.268599 -0.562353</w:t>
        <w:br/>
        <w:t>v 0.290545 17.266661 -0.598195</w:t>
        <w:br/>
        <w:t>v 0.243527 17.687403 -0.686073</w:t>
        <w:br/>
        <w:t>v -0.000000 17.688868 -0.679562</w:t>
        <w:br/>
        <w:t>v 0.213390 18.104706 -0.811546</w:t>
        <w:br/>
        <w:t>v -0.000000 18.107279 -0.790116</w:t>
        <w:br/>
        <w:t>v 0.267348 17.684645 -0.714351</w:t>
        <w:br/>
        <w:t>v 0.184188 18.500038 -0.909339</w:t>
        <w:br/>
        <w:t>v -0.000000 18.498987 -0.898306</w:t>
        <w:br/>
        <w:t>v 0.234313 18.102020 -0.851287</w:t>
        <w:br/>
        <w:t>v 0.151764 18.940081 -0.977697</w:t>
        <w:br/>
        <w:t>v -0.000000 18.939745 -0.998451</w:t>
        <w:br/>
        <w:t>v 0.207607 18.496914 -0.958853</w:t>
        <w:br/>
        <w:t>v 0.151764 18.940081 -0.977697</w:t>
        <w:br/>
        <w:t>v 0.123004 19.393415 -0.935630</w:t>
        <w:br/>
        <w:t>v -0.000000 19.393400 -0.950874</w:t>
        <w:br/>
        <w:t>v 0.175637 18.936731 -1.019608</w:t>
        <w:br/>
        <w:t>v 0.109541 19.812265 -0.838227</w:t>
        <w:br/>
        <w:t>v -0.000000 19.814358 -0.834952</w:t>
        <w:br/>
        <w:t>v -0.000000 19.836487 -0.845271</w:t>
        <w:br/>
        <w:t>v 0.123004 19.393415 -0.935630</w:t>
        <w:br/>
        <w:t>v 0.146878 19.389956 -0.973434</w:t>
        <w:br/>
        <w:t>v 0.121133 19.835175 -0.850274</w:t>
        <w:br/>
        <w:t>v 0.121133 19.835175 -0.850274</w:t>
        <w:br/>
        <w:t>v -0.000000 19.870876 -0.833002</w:t>
        <w:br/>
        <w:t>v 0.262682 19.387499 -0.973018</w:t>
        <w:br/>
        <w:t>v 0.175637 18.936731 -1.019608</w:t>
        <w:br/>
        <w:t>v 0.294574 18.934572 -1.017347</w:t>
        <w:br/>
        <w:t>v 0.207607 18.496914 -0.958853</w:t>
        <w:br/>
        <w:t>v 0.322320 18.494949 -0.954863</w:t>
        <w:br/>
        <w:t>v 0.234313 18.102020 -0.851287</w:t>
        <w:br/>
        <w:t>v 0.313392 18.940342 -0.972550</w:t>
        <w:br/>
        <w:t>v 0.262682 19.387499 -0.973018</w:t>
        <w:br/>
        <w:t>v 0.294574 18.934572 -1.017347</w:t>
        <w:br/>
        <w:t>v 0.322320 18.494949 -0.954863</w:t>
        <w:br/>
        <w:t>v 0.356122 18.096476 -0.862749</w:t>
        <w:br/>
        <w:t>v 0.341137 18.500946 -0.902906</w:t>
        <w:br/>
        <w:t>v 0.356122 18.096476 -0.862749</w:t>
        <w:br/>
        <w:t>v 0.391730 17.680235 -0.721408</w:t>
        <w:br/>
        <w:t>v 0.374913 18.102728 -0.810805</w:t>
        <w:br/>
        <w:t>v 0.391730 17.680235 -0.721408</w:t>
        <w:br/>
        <w:t>v 0.417500 17.263517 -0.602315</w:t>
        <w:br/>
        <w:t>v 0.410522 17.686424 -0.669334</w:t>
        <w:br/>
        <w:t>v 0.417500 17.263517 -0.602315</w:t>
        <w:br/>
        <w:t>v 0.429610 17.109524 -0.559293</w:t>
        <w:br/>
        <w:t>v 0.436240 17.270067 -0.549799</w:t>
        <w:br/>
        <w:t>v 0.429610 17.109524 -0.559293</w:t>
        <w:br/>
        <w:t>v 0.410522 17.686424 -0.669334</w:t>
        <w:br/>
        <w:t>v 0.719055 18.100679 -0.814817</w:t>
        <w:br/>
        <w:t>v 0.374913 18.102728 -0.810805</w:t>
        <w:br/>
        <w:t>v 0.447656 17.125551 -0.515656</w:t>
        <w:br/>
        <w:t>v 0.710258 18.504093 -0.942738</w:t>
        <w:br/>
        <w:t>v 0.341137 18.500946 -0.902906</w:t>
        <w:br/>
        <w:t>v 0.732186 17.686686 -0.657448</w:t>
        <w:br/>
        <w:t>v 0.436240 17.270067 -0.549799</w:t>
        <w:br/>
        <w:t>v 0.704260 18.941591 -1.014851</w:t>
        <w:br/>
        <w:t>v 0.313392 18.940342 -0.972550</w:t>
        <w:br/>
        <w:t>v 1.049469 18.103596 -0.749090</w:t>
        <w:br/>
        <w:t>v 1.038391 17.691540 -0.598890</w:t>
        <w:br/>
        <w:t>v 1.075573 18.510315 -0.918185</w:t>
        <w:br/>
        <w:t>v 1.283498 17.700909 -0.517031</w:t>
        <w:br/>
        <w:t>v 1.290406 18.111258 -0.658205</w:t>
        <w:br/>
        <w:t>v 1.001549 17.281790 -0.462044</w:t>
        <w:br/>
        <w:t>v 0.715349 17.273550 -0.519831</w:t>
        <w:br/>
        <w:t>v 0.704203 17.142687 -0.487092</w:t>
        <w:br/>
        <w:t>v 0.447656 17.125551 -0.515656</w:t>
        <w:br/>
        <w:t>v 1.008506 17.157475 -0.425991</w:t>
        <w:br/>
        <w:t>v 0.701093 17.039354 -0.488050</w:t>
        <w:br/>
        <w:t>v 1.010652 17.069714 -0.425711</w:t>
        <w:br/>
        <w:t>v 1.259086 17.173819 -0.341871</w:t>
        <w:br/>
        <w:t>v 0.452784 17.031021 -0.504410</w:t>
        <w:br/>
        <w:t>v 0.452784 17.031021 -0.504410</w:t>
        <w:br/>
        <w:t>v 0.434122 17.024092 -0.546226</w:t>
        <w:br/>
        <w:t>v 0.464779 16.949123 -0.459700</w:t>
        <w:br/>
        <w:t>v 0.464779 16.949123 -0.459700</w:t>
        <w:br/>
        <w:t>v 0.686395 16.957663 -0.438725</w:t>
        <w:br/>
        <w:t>v 0.686395 16.957663 -0.438725</w:t>
        <w:br/>
        <w:t>v 0.979630 16.998652 -0.341543</w:t>
        <w:br/>
        <w:t>v 0.979630 16.998652 -0.341543</w:t>
        <w:br/>
        <w:t>v 1.003386 16.978767 -0.359802</w:t>
        <w:br/>
        <w:t>v 1.261299 17.096041 -0.299958</w:t>
        <w:br/>
        <w:t>v 1.224521 16.635290 -0.174587</w:t>
        <w:br/>
        <w:t>v 1.224521 16.635290 -0.174587</w:t>
        <w:br/>
        <w:t>v 1.219712 17.034897 -0.208196</w:t>
        <w:br/>
        <w:t>v 1.219712 17.034897 -0.208196</w:t>
        <w:br/>
        <w:t>v 1.234680 17.010815 -0.242108</w:t>
        <w:br/>
        <w:t>v 1.234680 17.010815 -0.242108</w:t>
        <w:br/>
        <w:t>v 1.402562 16.674017 -0.026033</w:t>
        <w:br/>
        <w:t>v 1.402562 16.674017 -0.026033</w:t>
        <w:br/>
        <w:t>v 1.352061 16.667093 0.043208</w:t>
        <w:br/>
        <w:t>v 1.417776 17.048643 -0.101551</w:t>
        <w:br/>
        <w:t>v 1.417776 17.048643 -0.101551</w:t>
        <w:br/>
        <w:t>v 1.450649 17.137581 -0.161069</w:t>
        <w:br/>
        <w:t>v 1.396210 17.079678 -0.066016</w:t>
        <w:br/>
        <w:t>v 1.396210 17.079678 -0.066016</w:t>
        <w:br/>
        <w:t>v 1.561448 16.721958 0.166759</w:t>
        <w:br/>
        <w:t>v 1.483604 16.711380 0.218508</w:t>
        <w:br/>
        <w:t>v 1.534281 17.076387 0.010953</w:t>
        <w:br/>
        <w:t>v 1.561448 16.721958 0.166759</w:t>
        <w:br/>
        <w:t>v 1.500009 17.107140 0.032928</w:t>
        <w:br/>
        <w:t>v 1.534281 17.076387 0.010953</w:t>
        <w:br/>
        <w:t>v 1.557963 17.160112 -0.025538</w:t>
        <w:br/>
        <w:t>v 1.500009 17.107140 0.032928</w:t>
        <w:br/>
        <w:t>v 1.448955 17.196264 -0.170905</w:t>
        <w:br/>
        <w:t>v 1.555827 17.221628 -0.023025</w:t>
        <w:br/>
        <w:t>v 1.447734 17.248465 -0.175544</w:t>
        <w:br/>
        <w:t>v 1.454597 17.331892 -0.193968</w:t>
        <w:br/>
        <w:t>v 1.690697 17.187742 0.228419</w:t>
        <w:br/>
        <w:t>v 1.552832 17.317200 -0.017986</w:t>
        <w:br/>
        <w:t>v 1.690566 17.247280 0.223980</w:t>
        <w:br/>
        <w:t>v 1.768127 17.268764 0.517391</w:t>
        <w:br/>
        <w:t>v 1.709221 17.385887 0.501766</w:t>
        <w:br/>
        <w:t>v 1.771826 17.209227 0.523276</w:t>
        <w:br/>
        <w:t>v 1.661268 17.357809 0.213773</w:t>
        <w:br/>
        <w:t>v 1.774975 17.784275 0.439759</w:t>
        <w:br/>
        <w:t>v 1.624920 17.140001 0.260136</w:t>
        <w:br/>
        <w:t>v 1.700353 17.164734 0.538291</w:t>
        <w:br/>
        <w:t>v 1.740179 17.760267 0.133274</w:t>
        <w:br/>
        <w:t>v 1.627263 17.096678 0.276815</w:t>
        <w:br/>
        <w:t>v 1.799012 18.186804 0.376529</w:t>
        <w:br/>
        <w:t>v 1.698405 17.124054 0.544343</w:t>
        <w:br/>
        <w:t>v 1.531986 17.062756 0.080428</w:t>
        <w:br/>
        <w:t>v 1.627263 17.096678 0.276815</w:t>
        <w:br/>
        <w:t>v 1.642352 17.087059 0.271073</w:t>
        <w:br/>
        <w:t>v 1.698405 17.124054 0.544343</w:t>
        <w:br/>
        <w:t>v 1.718721 17.114609 0.542578</w:t>
        <w:br/>
        <w:t>v 1.538798 17.051996 0.071131</w:t>
        <w:br/>
        <w:t>v 1.649581 16.965315 0.324678</w:t>
        <w:br/>
        <w:t>v 1.718721 17.114609 0.542578</w:t>
        <w:br/>
        <w:t>v 1.642352 17.087059 0.271073</w:t>
        <w:br/>
        <w:t>v 1.711153 16.986032 0.563995</w:t>
        <w:br/>
        <w:t>v 1.591850 16.948198 0.179190</w:t>
        <w:br/>
        <w:t>v 1.690353 16.976074 0.566304</w:t>
        <w:br/>
        <w:t>v 1.649581 16.965315 0.324678</w:t>
        <w:br/>
        <w:t>v 1.676667 16.766510 0.353933</w:t>
        <w:br/>
        <w:t>v 1.590915 16.944105 0.199277</w:t>
        <w:br/>
        <w:t>v 1.591850 16.948198 0.179190</w:t>
        <w:br/>
        <w:t>v 1.590915 16.944105 0.199277</w:t>
        <w:br/>
        <w:t>v 1.633926 16.957493 0.330384</w:t>
        <w:br/>
        <w:t>v 1.647460 16.764275 0.404530</w:t>
        <w:br/>
        <w:t>v 1.690353 16.976074 0.566304</w:t>
        <w:br/>
        <w:t>v 1.633926 16.957493 0.330384</w:t>
        <w:br/>
        <w:t>v 1.647460 16.764275 0.404530</w:t>
        <w:br/>
        <w:t>v 1.647460 16.764275 0.404530</w:t>
        <w:br/>
        <w:t>v 1.676667 16.766510 0.353933</w:t>
        <w:br/>
        <w:t>v 1.674892 16.769718 0.596716</w:t>
        <w:br/>
        <w:t>v 1.593405 16.749691 0.442735</w:t>
        <w:br/>
        <w:t>v 1.674892 16.769718 0.596716</w:t>
        <w:br/>
        <w:t>v 1.629184 16.758142 0.604487</w:t>
        <w:br/>
        <w:t>v 1.591589 17.483694 -0.056567</w:t>
        <w:br/>
        <w:t>v 1.644678 17.735546 -0.144640</w:t>
        <w:br/>
        <w:t>v 1.468974 17.526068 -0.248712</w:t>
        <w:br/>
        <w:t>v 1.254831 17.296824 -0.350369</w:t>
        <w:br/>
        <w:t>v 1.516571 17.731407 -0.371215</w:t>
        <w:br/>
        <w:t>v 1.529547 18.137058 -0.470214</w:t>
        <w:br/>
        <w:t>v 1.700671 18.125315 -0.245144</w:t>
        <w:br/>
        <w:t>v 1.764607 18.155912 0.056042</w:t>
        <w:br/>
        <w:t>v 1.804477 18.406643 -0.058394</w:t>
        <w:br/>
        <w:t>v 1.827714 18.419193 0.207211</w:t>
        <w:br/>
        <w:t>v 1.838176 18.451290 0.374121</w:t>
        <w:br/>
        <w:t>v 1.853014 18.504213 0.288621</w:t>
        <w:br/>
        <w:t>v 1.772943 18.499994 -0.335739</w:t>
        <w:br/>
        <w:t>v 1.825609 18.465019 -0.013366</w:t>
        <w:br/>
        <w:t>v 1.853014 18.504213 0.288621</w:t>
        <w:br/>
        <w:t>v 1.883951 18.508478 0.289573</w:t>
        <w:br/>
        <w:t>v 1.825609 18.465019 -0.013366</w:t>
        <w:br/>
        <w:t>v 1.883345 18.492460 -0.002844</w:t>
        <w:br/>
        <w:t>v 1.660382 18.487284 -0.539555</w:t>
        <w:br/>
        <w:t>v 1.870027 18.538946 -0.394861</w:t>
        <w:br/>
        <w:t>v 1.873469 18.565599 -0.360274</w:t>
        <w:br/>
        <w:t>v 1.907935 18.736830 -0.581550</w:t>
        <w:br/>
        <w:t>v 1.818006 18.518421 -0.363912</w:t>
        <w:br/>
        <w:t>v 1.760750 18.655525 -0.648610</w:t>
        <w:br/>
        <w:t>v 1.541615 18.491337 -0.693758</w:t>
        <w:br/>
        <w:t>v 1.841274 18.695677 -0.652675</w:t>
        <w:br/>
        <w:t>v 1.884557 18.719675 -0.655453</w:t>
        <w:br/>
        <w:t>v 1.909062 18.744349 -0.613771</w:t>
        <w:br/>
        <w:t>v 1.769028 18.934795 -0.866180</w:t>
        <w:br/>
        <w:t>v 1.827594 18.936920 -0.845794</w:t>
        <w:br/>
        <w:t>v 1.905887 18.936094 -0.819284</w:t>
        <w:br/>
        <w:t>v 1.930150 18.893141 -0.766399</w:t>
        <w:br/>
        <w:t>v 1.940352 19.279364 -0.868956</w:t>
        <w:br/>
        <w:t>v 1.992268 19.252882 -0.843871</w:t>
        <w:br/>
        <w:t>v 2.048078 19.565699 -0.772407</w:t>
        <w:br/>
        <w:t>v 1.851533 19.299892 -0.887998</w:t>
        <w:br/>
        <w:t>v 2.004165 19.613628 -0.791012</w:t>
        <w:br/>
        <w:t>v 2.097415 19.846502 -0.513049</w:t>
        <w:br/>
        <w:t>v 1.772491 19.317724 -0.909244</w:t>
        <w:br/>
        <w:t>v 2.053727 19.888433 -0.531216</w:t>
        <w:br/>
        <w:t>v 2.127887 19.946390 -0.296276</w:t>
        <w:br/>
        <w:t>v 1.901850 19.651497 -0.794095</w:t>
        <w:br/>
        <w:t>v 2.089703 20.001917 -0.302202</w:t>
        <w:br/>
        <w:t>v 2.165595 20.014162 -0.008554</w:t>
        <w:br/>
        <w:t>v 1.942778 19.903465 -0.541686</w:t>
        <w:br/>
        <w:t>v 1.978494 20.014666 -0.303319</w:t>
        <w:br/>
        <w:t>v 1.814707 19.905691 -0.556612</w:t>
        <w:br/>
        <w:t>v 1.846756 20.035316 -0.304777</w:t>
        <w:br/>
        <w:t>v 2.000996 20.063925 -0.018669</w:t>
        <w:br/>
        <w:t>v 1.793918 19.663309 -0.799735</w:t>
        <w:br/>
        <w:t>v 2.128789 20.060598 -0.020916</w:t>
        <w:br/>
        <w:t>v 2.128789 20.060598 -0.020916</w:t>
        <w:br/>
        <w:t>v 2.112051 20.010050 0.309802</w:t>
        <w:br/>
        <w:t>v 2.148493 19.946054 0.299961</w:t>
        <w:br/>
        <w:t>v 1.858785 20.081911 -0.014841</w:t>
        <w:br/>
        <w:t>v 1.991316 20.017639 0.308966</w:t>
        <w:br/>
        <w:t>v 2.065761 19.849028 0.580375</w:t>
        <w:br/>
        <w:t>v 2.065761 19.849028 0.580375</w:t>
        <w:br/>
        <w:t>v 2.107275 19.786501 0.594607</w:t>
        <w:br/>
        <w:t>v 2.042811 19.475225 0.816324</w:t>
        <w:br/>
        <w:t>v 1.968618 19.534475 0.842376</w:t>
        <w:br/>
        <w:t>v 1.899566 19.545771 0.843212</w:t>
        <w:br/>
        <w:t>v 1.945468 19.864429 0.573575</w:t>
        <w:br/>
        <w:t>v 1.815995 19.559542 0.844229</w:t>
        <w:br/>
        <w:t>v 1.862254 20.025021 0.307886</w:t>
        <w:br/>
        <w:t>v 1.840191 19.862860 0.567336</w:t>
        <w:br/>
        <w:t>v 1.677770 19.611111 0.889825</w:t>
        <w:br/>
        <w:t>v 1.677819 20.098497 -0.007974</w:t>
        <w:br/>
        <w:t>v 1.689147 20.038397 0.330964</w:t>
        <w:br/>
        <w:t>v 1.689871 19.884542 0.596773</w:t>
        <w:br/>
        <w:t>v 1.660761 20.060606 -0.310495</w:t>
        <w:br/>
        <w:t>v 1.472021 20.125862 0.000823</w:t>
        <w:br/>
        <w:t>v 1.501839 20.066082 0.354850</w:t>
        <w:br/>
        <w:t>v 1.509436 19.911297 0.643243</w:t>
        <w:br/>
        <w:t>v 1.504293 19.670166 0.945638</w:t>
        <w:br/>
        <w:t>v 1.299330 20.104160 0.378477</w:t>
        <w:br/>
        <w:t>v 1.321377 19.941980 0.672970</w:t>
        <w:br/>
        <w:t>v 1.344336 19.704298 0.978411</w:t>
        <w:br/>
        <w:t>v 1.138802 19.966028 0.685718</w:t>
        <w:br/>
        <w:t>v 1.178886 19.727682 1.006679</w:t>
        <w:br/>
        <w:t>v 1.248644 20.165676 0.015944</w:t>
        <w:br/>
        <w:t>v 0.962819 19.979164 0.711975</w:t>
        <w:br/>
        <w:t>v 0.998990 19.749502 1.037663</w:t>
        <w:br/>
        <w:t>v 1.094139 20.146751 0.375713</w:t>
        <w:br/>
        <w:t>v 0.752049 19.921726 0.868357</w:t>
        <w:br/>
        <w:t>v 0.863545 19.783743 1.080541</w:t>
        <w:br/>
        <w:t>v 0.843078 19.755610 1.065841</w:t>
        <w:br/>
        <w:t>v 0.729567 19.896553 0.849644</w:t>
        <w:br/>
        <w:t>v 0.863545 19.783743 1.080541</w:t>
        <w:br/>
        <w:t>v 0.752049 19.921726 0.868357</w:t>
        <w:br/>
        <w:t>v 0.600207 20.071850 0.586961</w:t>
        <w:br/>
        <w:t>v 0.610357 20.103148 0.601620</w:t>
        <w:br/>
        <w:t>v 0.578972 20.089491 0.588715</w:t>
        <w:br/>
        <w:t>v 0.610357 20.103148 0.601620</w:t>
        <w:br/>
        <w:t>v 0.902214 20.179367 0.376146</w:t>
        <w:br/>
        <w:t>v 0.717740 20.266235 0.359887</w:t>
        <w:br/>
        <w:t>v 0.848711 20.302998 0.037528</w:t>
        <w:br/>
        <w:t>v 1.012750 20.238110 0.028218</w:t>
        <w:br/>
        <w:t>v 0.911758 20.243185 -0.247882</w:t>
        <w:br/>
        <w:t>v 1.197240 20.128828 -0.294763</w:t>
        <w:br/>
        <w:t>v 0.834351 20.164957 -0.473619</w:t>
        <w:br/>
        <w:t>v 1.437549 20.085785 -0.318201</w:t>
        <w:br/>
        <w:t>v 1.150125 20.004456 -0.591396</w:t>
        <w:br/>
        <w:t>v 1.635863 19.952326 -0.556600</w:t>
        <w:br/>
        <w:t>v 1.412819 19.973003 -0.569041</w:t>
        <w:br/>
        <w:t>v 1.620086 19.669424 -0.826865</w:t>
        <w:br/>
        <w:t>v 1.397835 19.694397 -0.855406</w:t>
        <w:br/>
        <w:t>v 1.618611 19.326368 -0.952939</w:t>
        <w:br/>
        <w:t>v 1.391668 19.344492 -0.996039</w:t>
        <w:br/>
        <w:t>v 1.594114 18.942799 -0.921659</w:t>
        <w:br/>
        <w:t>v 1.355940 18.943964 -0.991066</w:t>
        <w:br/>
        <w:t>v 1.105626 19.359011 -0.991286</w:t>
        <w:br/>
        <w:t>v 1.316707 18.513313 -0.866831</w:t>
        <w:br/>
        <w:t>v 1.083327 18.944504 -1.006763</w:t>
        <w:br/>
        <w:t>v 1.117570 19.720226 -0.878670</w:t>
        <w:br/>
        <w:t>v 0.699654 19.388449 -0.984275</w:t>
        <w:br/>
        <w:t>v 0.813142 20.076349 -0.613287</w:t>
        <w:br/>
        <w:t>v 0.693799 20.122931 -0.620446</w:t>
        <w:br/>
        <w:t>v 0.697588 19.772200 -0.857251</w:t>
        <w:br/>
        <w:t>v 0.544766 20.075844 -0.673950</w:t>
        <w:br/>
        <w:t>v 0.375540 20.049288 -0.722592</w:t>
        <w:br/>
        <w:t>v 0.237653 19.862534 -0.811195</w:t>
        <w:br/>
        <w:t>v 0.281500 19.393440 -0.931679</w:t>
        <w:br/>
        <w:t>v 0.281500 19.393440 -0.931679</w:t>
        <w:br/>
        <w:t>v 0.215976 19.867706 -0.838071</w:t>
        <w:br/>
        <w:t>v 0.375540 20.049288 -0.722592</w:t>
        <w:br/>
        <w:t>v 0.208802 19.918919 -0.842437</w:t>
        <w:br/>
        <w:t>v -0.000000 19.915907 -0.842658</w:t>
        <w:br/>
        <w:t>v 0.353678 20.067104 -0.751368</w:t>
        <w:br/>
        <w:t>v 0.351651 20.220110 -0.689452</w:t>
        <w:br/>
        <w:t>v 0.371002 20.211517 -0.618029</w:t>
        <w:br/>
        <w:t>v -0.000000 20.223972 -0.692870</w:t>
        <w:br/>
        <w:t>v 0.371002 20.211517 -0.618029</w:t>
        <w:br/>
        <w:t>v -0.000000 20.223875 -0.632895</w:t>
        <w:br/>
        <w:t>v 0.351651 20.220110 -0.689452</w:t>
        <w:br/>
        <w:t>v -0.000000 20.223972 -0.692870</w:t>
        <w:br/>
        <w:t>v -0.029085 16.502138 -0.457868</w:t>
        <w:br/>
        <w:t>v -0.352015 16.503550 -0.385299</w:t>
        <w:br/>
        <w:t>v -0.000000 16.482124 -0.404793</w:t>
        <w:br/>
        <w:t>v -0.362815 16.521801 -0.440518</w:t>
        <w:br/>
        <w:t>v -0.646134 16.546141 -0.353642</w:t>
        <w:br/>
        <w:t>v -0.362815 16.521801 -0.440518</w:t>
        <w:br/>
        <w:t>v -0.029085 16.502138 -0.457868</w:t>
        <w:br/>
        <w:t>v -0.314717 16.906536 -0.503716</w:t>
        <w:br/>
        <w:t>v -0.668344 16.558395 -0.406067</w:t>
        <w:br/>
        <w:t>v -0.935471 16.584738 -0.269170</w:t>
        <w:br/>
        <w:t>v -0.442517 16.912361 -0.493411</w:t>
        <w:br/>
        <w:t>v -0.668344 16.558395 -0.406067</w:t>
        <w:br/>
        <w:t>v -0.975771 16.591677 -0.315655</w:t>
        <w:br/>
        <w:t>v -1.199700 16.635071 -0.112714</w:t>
        <w:br/>
        <w:t>v -0.686980 16.935947 -0.460740</w:t>
        <w:br/>
        <w:t>v -0.975771 16.591677 -0.315655</w:t>
        <w:br/>
        <w:t>v -0.442517 16.912361 -0.493411</w:t>
        <w:br/>
        <w:t>v -0.314717 16.906536 -0.503716</w:t>
        <w:br/>
        <w:t>v -0.442738 16.917053 -0.486792</w:t>
        <w:br/>
        <w:t>v -0.686980 16.935947 -0.460740</w:t>
        <w:br/>
        <w:t>v -0.313119 16.913986 -0.498059</w:t>
        <w:br/>
        <w:t>v -0.286816 16.933075 -0.479973</w:t>
        <w:br/>
        <w:t>v -0.000000 16.927061 -0.489642</w:t>
        <w:br/>
        <w:t>v -0.442738 16.917053 -0.486792</w:t>
        <w:br/>
        <w:t>v -0.313119 16.913986 -0.498059</w:t>
        <w:br/>
        <w:t>v -0.434122 17.024092 -0.546226</w:t>
        <w:br/>
        <w:t>v -0.286816 16.933075 -0.479973</w:t>
        <w:br/>
        <w:t>v -0.000000 16.927061 -0.489642</w:t>
        <w:br/>
        <w:t>v -0.279486 17.032673 -0.527862</w:t>
        <w:br/>
        <w:t>v -0.000000 17.032824 -0.525689</w:t>
        <w:br/>
        <w:t>v -0.303229 17.029812 -0.552697</w:t>
        <w:br/>
        <w:t>v -0.276239 17.118851 -0.529054</w:t>
        <w:br/>
        <w:t>v -0.000000 17.129770 -0.525066</w:t>
        <w:br/>
        <w:t>v -0.300507 17.106407 -0.551834</w:t>
        <w:br/>
        <w:t>v -0.266763 17.269415 -0.574179</w:t>
        <w:br/>
        <w:t>v -0.000000 17.268599 -0.562353</w:t>
        <w:br/>
        <w:t>v -0.290545 17.266659 -0.598195</w:t>
        <w:br/>
        <w:t>v -0.243527 17.687403 -0.686073</w:t>
        <w:br/>
        <w:t>v -0.000000 17.688868 -0.679562</w:t>
        <w:br/>
        <w:t>v -0.213390 18.104706 -0.811546</w:t>
        <w:br/>
        <w:t>v -0.000000 18.107279 -0.790116</w:t>
        <w:br/>
        <w:t>v -0.267348 17.684645 -0.714351</w:t>
        <w:br/>
        <w:t>v -0.184188 18.500038 -0.909339</w:t>
        <w:br/>
        <w:t>v -0.000000 18.498987 -0.898306</w:t>
        <w:br/>
        <w:t>v -0.234313 18.102020 -0.851287</w:t>
        <w:br/>
        <w:t>v -0.151764 18.940081 -0.977697</w:t>
        <w:br/>
        <w:t>v -0.000000 18.939745 -0.998451</w:t>
        <w:br/>
        <w:t>v -0.207607 18.496914 -0.958853</w:t>
        <w:br/>
        <w:t>v -0.151764 18.940081 -0.977697</w:t>
        <w:br/>
        <w:t>v -0.123004 19.393415 -0.935630</w:t>
        <w:br/>
        <w:t>v -0.000000 19.393400 -0.950874</w:t>
        <w:br/>
        <w:t>v -0.175637 18.936731 -1.019608</w:t>
        <w:br/>
        <w:t>v -0.109541 19.812265 -0.838227</w:t>
        <w:br/>
        <w:t>v -0.000000 19.814358 -0.834952</w:t>
        <w:br/>
        <w:t>v -0.000000 19.836487 -0.845271</w:t>
        <w:br/>
        <w:t>v -0.123004 19.393415 -0.935630</w:t>
        <w:br/>
        <w:t>v -0.146878 19.389956 -0.973434</w:t>
        <w:br/>
        <w:t>v -0.121133 19.835175 -0.850274</w:t>
        <w:br/>
        <w:t>v -0.121133 19.835175 -0.850274</w:t>
        <w:br/>
        <w:t>v -0.000000 19.870876 -0.833002</w:t>
        <w:br/>
        <w:t>v -0.262682 19.387499 -0.973018</w:t>
        <w:br/>
        <w:t>v -0.175637 18.936731 -1.019608</w:t>
        <w:br/>
        <w:t>v -0.294574 18.934572 -1.017347</w:t>
        <w:br/>
        <w:t>v -0.207607 18.496914 -0.958853</w:t>
        <w:br/>
        <w:t>v -0.322320 18.494951 -0.954863</w:t>
        <w:br/>
        <w:t>v -0.234313 18.102020 -0.851287</w:t>
        <w:br/>
        <w:t>v -0.294574 18.934572 -1.017347</w:t>
        <w:br/>
        <w:t>v -0.262682 19.387499 -0.973018</w:t>
        <w:br/>
        <w:t>v -0.313392 18.940342 -0.972550</w:t>
        <w:br/>
        <w:t>v -0.322320 18.494951 -0.954863</w:t>
        <w:br/>
        <w:t>v -0.215976 19.867706 -0.838071</w:t>
        <w:br/>
        <w:t>v -0.281500 19.393440 -0.931679</w:t>
        <w:br/>
        <w:t>v -0.215976 19.867706 -0.838071</w:t>
        <w:br/>
        <w:t>v -0.356122 18.096476 -0.862749</w:t>
        <w:br/>
        <w:t>v -0.341137 18.500946 -0.902906</w:t>
        <w:br/>
        <w:t>v -0.356122 18.096476 -0.862749</w:t>
        <w:br/>
        <w:t>v -0.391730 17.680235 -0.721408</w:t>
        <w:br/>
        <w:t>v -0.374913 18.102728 -0.810805</w:t>
        <w:br/>
        <w:t>v -0.391730 17.680235 -0.721408</w:t>
        <w:br/>
        <w:t>v -0.417500 17.263517 -0.602315</w:t>
        <w:br/>
        <w:t>v -0.410522 17.686424 -0.669334</w:t>
        <w:br/>
        <w:t>v -0.417500 17.263517 -0.602315</w:t>
        <w:br/>
        <w:t>v -0.429610 17.109524 -0.559293</w:t>
        <w:br/>
        <w:t>v -0.436240 17.270067 -0.549799</w:t>
        <w:br/>
        <w:t>v -0.429610 17.109524 -0.559293</w:t>
        <w:br/>
        <w:t>v -0.719055 18.100679 -0.814817</w:t>
        <w:br/>
        <w:t>v -0.410522 17.686424 -0.669334</w:t>
        <w:br/>
        <w:t>v -0.374913 18.102728 -0.810805</w:t>
        <w:br/>
        <w:t>v -0.452784 17.031021 -0.504410</w:t>
        <w:br/>
        <w:t>v -0.434122 17.024092 -0.546226</w:t>
        <w:br/>
        <w:t>v -0.710258 18.504093 -0.942738</w:t>
        <w:br/>
        <w:t>v -0.341137 18.500946 -0.902906</w:t>
        <w:br/>
        <w:t>v -0.732186 17.686686 -0.657448</w:t>
        <w:br/>
        <w:t>v -0.436240 17.270067 -0.549799</w:t>
        <w:br/>
        <w:t>v -0.704261 18.941591 -1.014851</w:t>
        <w:br/>
        <w:t>v -0.313392 18.940342 -0.972550</w:t>
        <w:br/>
        <w:t>v -0.447657 17.125551 -0.515656</w:t>
        <w:br/>
        <w:t>v -0.447657 17.125551 -0.515656</w:t>
        <w:br/>
        <w:t>v -0.704204 17.142687 -0.487092</w:t>
        <w:br/>
        <w:t>v -0.452784 17.031021 -0.504410</w:t>
        <w:br/>
        <w:t>v -0.701093 17.039354 -0.488050</w:t>
        <w:br/>
        <w:t>v -0.715349 17.273550 -0.519831</w:t>
        <w:br/>
        <w:t>v -1.008506 17.157475 -0.425991</w:t>
        <w:br/>
        <w:t>v -1.001549 17.281790 -0.462044</w:t>
        <w:br/>
        <w:t>v -1.010652 17.069714 -0.425711</w:t>
        <w:br/>
        <w:t>v -1.038391 17.691540 -0.598890</w:t>
        <w:br/>
        <w:t>v -1.049470 18.103596 -0.749090</w:t>
        <w:br/>
        <w:t>v -1.283498 17.700909 -0.517031</w:t>
        <w:br/>
        <w:t>v -1.075574 18.510313 -0.918185</w:t>
        <w:br/>
        <w:t>v -1.290408 18.111258 -0.658205</w:t>
        <w:br/>
        <w:t>v -1.254831 17.296824 -0.350369</w:t>
        <w:br/>
        <w:t>v -1.316707 18.513311 -0.866830</w:t>
        <w:br/>
        <w:t>v -1.259087 17.173819 -0.341871</w:t>
        <w:br/>
        <w:t>v -1.083328 18.944506 -1.006762</w:t>
        <w:br/>
        <w:t>v -1.355940 18.943966 -0.991065</w:t>
        <w:br/>
        <w:t>v -1.105626 19.359013 -0.991285</w:t>
        <w:br/>
        <w:t>v -1.541615 18.491341 -0.693758</w:t>
        <w:br/>
        <w:t>v -0.699654 19.388449 -0.984275</w:t>
        <w:br/>
        <w:t>v -0.281500 19.393440 -0.931679</w:t>
        <w:br/>
        <w:t>v -0.237653 19.862534 -0.811195</w:t>
        <w:br/>
        <w:t>v -1.117571 19.720228 -0.878669</w:t>
        <w:br/>
        <w:t>v -0.697588 19.772200 -0.857251</w:t>
        <w:br/>
        <w:t>v -0.375540 20.049288 -0.722592</w:t>
        <w:br/>
        <w:t>v -0.375540 20.049288 -0.722592</w:t>
        <w:br/>
        <w:t>v -0.544766 20.075844 -0.673950</w:t>
        <w:br/>
        <w:t>v -0.693799 20.122931 -0.620445</w:t>
        <w:br/>
        <w:t>v -0.813142 20.076349 -0.613286</w:t>
        <w:br/>
        <w:t>v -0.834351 20.164957 -0.473619</w:t>
        <w:br/>
        <w:t>v -1.150127 20.004461 -0.591395</w:t>
        <w:br/>
        <w:t>v -1.397836 19.694401 -0.855405</w:t>
        <w:br/>
        <w:t>v -1.197241 20.128828 -0.294762</w:t>
        <w:br/>
        <w:t>v -0.911758 20.243185 -0.247882</w:t>
        <w:br/>
        <w:t>v -1.412820 19.973005 -0.569041</w:t>
        <w:br/>
        <w:t>v -1.391670 19.344496 -0.996038</w:t>
        <w:br/>
        <w:t>v -1.635864 19.952332 -0.556599</w:t>
        <w:br/>
        <w:t>v -1.594115 18.942801 -0.921658</w:t>
        <w:br/>
        <w:t>v -1.620087 19.669426 -0.826864</w:t>
        <w:br/>
        <w:t>v -1.618613 19.326372 -0.952938</w:t>
        <w:br/>
        <w:t>v -1.437550 20.085791 -0.318200</w:t>
        <w:br/>
        <w:t>v -1.814708 19.905693 -0.556611</w:t>
        <w:br/>
        <w:t>v -1.793919 19.663315 -0.799734</w:t>
        <w:br/>
        <w:t>v -1.772492 19.317728 -0.909243</w:t>
        <w:br/>
        <w:t>v -1.901851 19.651501 -0.794094</w:t>
        <w:br/>
        <w:t>v -1.660762 20.060608 -0.310494</w:t>
        <w:br/>
        <w:t>v -1.769030 18.934799 -0.866179</w:t>
        <w:br/>
        <w:t>v -1.851535 19.299892 -0.887997</w:t>
        <w:br/>
        <w:t>v -1.760751 18.655531 -0.648609</w:t>
        <w:br/>
        <w:t>v -2.004150 19.613262 -0.791011</w:t>
        <w:br/>
        <w:t>v -1.660382 18.487286 -0.539555</w:t>
        <w:br/>
        <w:t>v -1.827596 18.936922 -0.845793</w:t>
        <w:br/>
        <w:t>v -1.529548 18.137058 -0.470213</w:t>
        <w:br/>
        <w:t>v -1.772942 18.499996 -0.335739</w:t>
        <w:br/>
        <w:t>v -1.841275 18.695679 -0.652675</w:t>
        <w:br/>
        <w:t>v -1.516572 17.731407 -0.371215</w:t>
        <w:br/>
        <w:t>v -1.818005 18.518423 -0.363911</w:t>
        <w:br/>
        <w:t>v -1.700671 18.125315 -0.245144</w:t>
        <w:br/>
        <w:t>v -1.468975 17.526068 -0.248712</w:t>
        <w:br/>
        <w:t>v -1.804478 18.406643 -0.058394</w:t>
        <w:br/>
        <w:t>v -1.644679 17.735544 -0.144640</w:t>
        <w:br/>
        <w:t>v -1.764607 18.155916 0.056042</w:t>
        <w:br/>
        <w:t>v -1.825608 18.465021 -0.013365</w:t>
        <w:br/>
        <w:t>v -1.825608 18.465021 -0.013365</w:t>
        <w:br/>
        <w:t>v -1.827714 18.419193 0.207211</w:t>
        <w:br/>
        <w:t>v -1.740180 17.760267 0.133274</w:t>
        <w:br/>
        <w:t>v -1.799012 18.186802 0.376529</w:t>
        <w:br/>
        <w:t>v -1.838175 18.451290 0.374121</w:t>
        <w:br/>
        <w:t>v -1.853014 18.504215 0.288621</w:t>
        <w:br/>
        <w:t>v -1.774976 17.784275 0.439759</w:t>
        <w:br/>
        <w:t>v -1.883952 18.508480 0.289573</w:t>
        <w:br/>
        <w:t>v -1.853014 18.504215 0.288621</w:t>
        <w:br/>
        <w:t>v -1.883345 18.492462 -0.002843</w:t>
        <w:br/>
        <w:t>v -1.661269 17.357809 0.213773</w:t>
        <w:br/>
        <w:t>v -1.709222 17.385887 0.501766</w:t>
        <w:br/>
        <w:t>v -1.870027 18.538950 -0.394860</w:t>
        <w:br/>
        <w:t>v -1.870001 18.564545 -0.360273</w:t>
        <w:br/>
        <w:t>v -1.907914 18.736364 -0.581549</w:t>
        <w:br/>
        <w:t>v -1.884536 18.719210 -0.655452</w:t>
        <w:br/>
        <w:t>v -1.909042 18.743881 -0.613770</w:t>
        <w:br/>
        <w:t>v -1.905006 18.934877 -0.819283</w:t>
        <w:br/>
        <w:t>v -1.928964 18.891668 -0.766398</w:t>
        <w:br/>
        <w:t>v -1.941559 19.278173 -0.868955</w:t>
        <w:br/>
        <w:t>v -1.992785 19.251860 -0.843870</w:t>
        <w:br/>
        <w:t>v -2.048058 19.565262 -0.772405</w:t>
        <w:br/>
        <w:t>v -2.097394 19.846033 -0.513047</w:t>
        <w:br/>
        <w:t>v -2.053710 19.888054 -0.531215</w:t>
        <w:br/>
        <w:t>v -2.127863 19.945890 -0.296275</w:t>
        <w:br/>
        <w:t>v -1.942779 19.903473 -0.541685</w:t>
        <w:br/>
        <w:t>v -2.089686 20.001524 -0.302201</w:t>
        <w:br/>
        <w:t>v -2.165572 20.013649 -0.008553</w:t>
        <w:br/>
        <w:t>v -1.978495 20.014668 -0.303318</w:t>
        <w:br/>
        <w:t>v -1.846757 20.035320 -0.304776</w:t>
        <w:br/>
        <w:t>v -2.000997 20.063931 -0.018668</w:t>
        <w:br/>
        <w:t>v -1.858785 20.081913 -0.014840</w:t>
        <w:br/>
        <w:t>v -1.677820 20.098503 -0.007974</w:t>
        <w:br/>
        <w:t>v -2.128772 20.060173 -0.020915</w:t>
        <w:br/>
        <w:t>v -2.128772 20.060173 -0.020915</w:t>
        <w:br/>
        <w:t>v -2.112031 20.009613 0.309803</w:t>
        <w:br/>
        <w:t>v -2.148468 19.945530 0.299962</w:t>
        <w:br/>
        <w:t>v -1.991317 20.017641 0.308967</w:t>
        <w:br/>
        <w:t>v -2.065740 19.848576 0.580376</w:t>
        <w:br/>
        <w:t>v -2.065740 19.848576 0.580376</w:t>
        <w:br/>
        <w:t>v -2.107250 19.785961 0.594608</w:t>
        <w:br/>
        <w:t>v -2.042786 19.474682 0.816325</w:t>
        <w:br/>
        <w:t>v -1.968618 19.534477 0.842376</w:t>
        <w:br/>
        <w:t>v -1.899565 19.545773 0.843213</w:t>
        <w:br/>
        <w:t>v -1.945468 19.864433 0.573576</w:t>
        <w:br/>
        <w:t>v -1.815996 19.559546 0.844229</w:t>
        <w:br/>
        <w:t>v -1.862255 20.025023 0.307886</w:t>
        <w:br/>
        <w:t>v -1.840192 19.862865 0.567337</w:t>
        <w:br/>
        <w:t>v -1.677772 19.611115 0.889826</w:t>
        <w:br/>
        <w:t>v -1.689148 20.038399 0.330965</w:t>
        <w:br/>
        <w:t>v -1.689872 19.884546 0.596774</w:t>
        <w:br/>
        <w:t>v -1.509436 19.911303 0.643244</w:t>
        <w:br/>
        <w:t>v -1.504294 19.670168 0.945638</w:t>
        <w:br/>
        <w:t>v -1.501841 20.066084 0.354850</w:t>
        <w:br/>
        <w:t>v -1.472022 20.125864 0.000824</w:t>
        <w:br/>
        <w:t>v -1.299332 20.104160 0.378478</w:t>
        <w:br/>
        <w:t>v -1.321378 19.941980 0.672971</w:t>
        <w:br/>
        <w:t>v -1.344338 19.704298 0.978412</w:t>
        <w:br/>
        <w:t>v -1.248645 20.165680 0.015945</w:t>
        <w:br/>
        <w:t>v -1.138804 19.966028 0.685718</w:t>
        <w:br/>
        <w:t>v -1.178888 19.727682 1.006679</w:t>
        <w:br/>
        <w:t>v -1.094140 20.146751 0.375713</w:t>
        <w:br/>
        <w:t>v -1.012750 20.238110 0.028218</w:t>
        <w:br/>
        <w:t>v -0.848711 20.302998 0.037528</w:t>
        <w:br/>
        <w:t>v -0.902214 20.179367 0.376146</w:t>
        <w:br/>
        <w:t>v -0.717740 20.266233 0.359887</w:t>
        <w:br/>
        <w:t>v -0.610357 20.103148 0.601620</w:t>
        <w:br/>
        <w:t>v -0.962820 19.979164 0.711975</w:t>
        <w:br/>
        <w:t>v -0.998990 19.749502 1.037663</w:t>
        <w:br/>
        <w:t>v -0.600207 20.071850 0.586961</w:t>
        <w:br/>
        <w:t>v -0.610357 20.103148 0.601620</w:t>
        <w:br/>
        <w:t>v -0.578972 20.089489 0.588715</w:t>
        <w:br/>
        <w:t>v -0.752049 19.921726 0.868357</w:t>
        <w:br/>
        <w:t>v -0.752049 19.921726 0.868357</w:t>
        <w:br/>
        <w:t>v -0.863545 19.783743 1.080541</w:t>
        <w:br/>
        <w:t>v -0.729567 19.896553 0.849644</w:t>
        <w:br/>
        <w:t>v -0.863545 19.783743 1.080541</w:t>
        <w:br/>
        <w:t>v -0.843079 19.755610 1.065841</w:t>
        <w:br/>
        <w:t>v -0.053114 19.593884 1.240190</w:t>
        <w:br/>
        <w:t>v -0.049623 19.613438 1.260612</w:t>
        <w:br/>
        <w:t>v -0.166848 19.622137 1.232578</w:t>
        <w:br/>
        <w:t>v -0.164833 19.642056 1.252901</w:t>
        <w:br/>
        <w:t>v -0.332123 19.676432 1.182050</w:t>
        <w:br/>
        <w:t>v -0.049623 19.613438 1.260612</w:t>
        <w:br/>
        <w:t>v -0.055804 19.593884 1.280386</w:t>
        <w:br/>
        <w:t>v -0.164833 19.642056 1.252901</w:t>
        <w:br/>
        <w:t>v -0.329552 19.696291 1.202412</w:t>
        <w:br/>
        <w:t>v -0.434030 19.738785 1.146770</w:t>
        <w:br/>
        <w:t>v -0.173835 19.623211 1.272487</w:t>
        <w:br/>
        <w:t>v -0.329552 19.696291 1.202412</w:t>
        <w:br/>
        <w:t>v -0.175850 19.603287 1.252163</w:t>
        <w:br/>
        <w:t>v -0.173835 19.623211 1.272487</w:t>
        <w:br/>
        <w:t>v -0.055804 19.593884 1.280386</w:t>
        <w:br/>
        <w:t>v -0.059295 19.574337 1.259965</w:t>
        <w:br/>
        <w:t>v -0.059295 19.574337 1.259965</w:t>
        <w:br/>
        <w:t>v -0.053114 19.593884 1.240190</w:t>
        <w:br/>
        <w:t>v -0.166848 19.622137 1.232578</w:t>
        <w:br/>
        <w:t>v -0.175850 19.603287 1.252163</w:t>
        <w:br/>
        <w:t>v -0.332123 19.676432 1.182050</w:t>
        <w:br/>
        <w:t>v -0.345967 19.659294 1.200272</w:t>
        <w:br/>
        <w:t>v -0.345967 19.659294 1.200272</w:t>
        <w:br/>
        <w:t>v -0.434030 19.738785 1.146770</w:t>
        <w:br/>
        <w:t>v -0.343395 19.679159 1.220633</w:t>
        <w:br/>
        <w:t>v -0.343395 19.679159 1.220633</w:t>
        <w:br/>
        <w:t>v -0.451800 19.723961 1.163553</w:t>
        <w:br/>
        <w:t>v -0.451800 19.723961 1.163553</w:t>
        <w:br/>
        <w:t>v -0.543981 19.822794 1.083029</w:t>
        <w:br/>
        <w:t>v -0.430442 19.757921 1.167578</w:t>
        <w:br/>
        <w:t>v -0.430442 19.757921 1.167578</w:t>
        <w:br/>
        <w:t>v -0.543981 19.822794 1.083029</w:t>
        <w:br/>
        <w:t>v -0.448211 19.743103 1.184360</w:t>
        <w:br/>
        <w:t>v -0.448211 19.743103 1.184360</w:t>
        <w:br/>
        <w:t>v -0.563982 19.809719 1.098552</w:t>
        <w:br/>
        <w:t>v -0.563982 19.809719 1.098552</w:t>
        <w:br/>
        <w:t>v -0.636731 19.908293 1.028924</w:t>
        <w:br/>
        <w:t>v -0.540165 19.841810 1.103920</w:t>
        <w:br/>
        <w:t>v -0.540165 19.841810 1.103920</w:t>
        <w:br/>
        <w:t>v -0.636731 19.908293 1.028924</w:t>
        <w:br/>
        <w:t>v -0.560166 19.828733 1.119442</w:t>
        <w:br/>
        <w:t>v -0.560166 19.828733 1.119442</w:t>
        <w:br/>
        <w:t>v -0.657669 19.895887 1.043745</w:t>
        <w:br/>
        <w:t>v -0.657669 19.895887 1.043745</w:t>
        <w:br/>
        <w:t>v -0.645614 19.938719 1.042635</w:t>
        <w:br/>
        <w:t>v -0.645614 19.938719 1.042635</w:t>
        <w:br/>
        <w:t>v -0.666552 19.926323 1.057456</w:t>
        <w:br/>
        <w:t>v -0.666552 19.926323 1.057456</w:t>
        <w:br/>
        <w:t>v -0.657669 19.895887 1.043745</w:t>
        <w:br/>
        <w:t>v -0.636731 19.908293 1.028924</w:t>
        <w:br/>
        <w:t>v -0.666109 19.887016 1.022805</w:t>
        <w:br/>
        <w:t>v -0.645989 19.899446 1.006813</w:t>
        <w:br/>
        <w:t>v -0.684071 19.908611 1.016503</w:t>
        <w:br/>
        <w:t>v -0.645614 19.938719 1.042635</w:t>
        <w:br/>
        <w:t>v -0.666552 19.926323 1.057456</w:t>
        <w:br/>
        <w:t>v -0.684071 19.908611 1.016503</w:t>
        <w:br/>
        <w:t>v -0.666109 19.887016 1.022805</w:t>
        <w:br/>
        <w:t>v -0.663951 19.921041 1.000512</w:t>
        <w:br/>
        <w:t>v -0.663951 19.921041 1.000512</w:t>
        <w:br/>
        <w:t>v -0.645989 19.899446 1.006813</w:t>
        <w:br/>
        <w:t>v -0.688895 19.897081 1.004350</w:t>
        <w:br/>
        <w:t>v -0.688895 19.897081 1.004350</w:t>
        <w:br/>
        <w:t>v -0.667259 19.882826 1.018023</w:t>
        <w:br/>
        <w:t>v -0.667259 19.882826 1.018023</w:t>
        <w:br/>
        <w:t>v -0.653134 19.883612 0.987757</w:t>
        <w:br/>
        <w:t>v -0.674437 19.843460 1.005795</w:t>
        <w:br/>
        <w:t>v -0.674770 19.897867 0.974084</w:t>
        <w:br/>
        <w:t>v -0.674770 19.897867 0.974084</w:t>
        <w:br/>
        <w:t>v -0.653134 19.883612 0.987757</w:t>
        <w:br/>
        <w:t>v -0.653134 19.883612 0.987757</w:t>
        <w:br/>
        <w:t>v -0.674770 19.897867 0.974084</w:t>
        <w:br/>
        <w:t>v -0.674437 19.843460 1.005795</w:t>
        <w:br/>
        <w:t>v -0.681678 19.858603 1.028842</w:t>
        <w:br/>
        <w:t>v -0.688895 19.897081 1.004350</w:t>
        <w:br/>
        <w:t>v -0.667259 19.882826 1.018023</w:t>
        <w:br/>
        <w:t>v -0.681678 19.858603 1.028842</w:t>
        <w:br/>
        <w:t>v -0.677866 19.754791 1.069086</w:t>
        <w:br/>
        <w:t>v -0.701765 19.845579 0.995438</w:t>
        <w:br/>
        <w:t>v -0.701765 19.845579 0.995438</w:t>
        <w:br/>
        <w:t>v -0.677866 19.754791 1.069086</w:t>
        <w:br/>
        <w:t>v -0.709006 19.860729 1.018486</w:t>
        <w:br/>
        <w:t>v -0.709006 19.860729 1.018486</w:t>
        <w:br/>
        <w:t>v -0.705404 19.749853 1.063578</w:t>
        <w:br/>
        <w:t>v -0.662883 19.632656 1.149359</w:t>
        <w:br/>
        <w:t>v -0.705404 19.749853 1.063578</w:t>
        <w:br/>
        <w:t>v -0.685248 19.770134 1.091945</w:t>
        <w:br/>
        <w:t>v -0.685248 19.770134 1.091945</w:t>
        <w:br/>
        <w:t>v -0.712791 19.765194 1.086437</w:t>
        <w:br/>
        <w:t>v -0.712791 19.765194 1.086437</w:t>
        <w:br/>
        <w:t>v -0.670318 19.649582 1.171224</w:t>
        <w:br/>
        <w:t>v -0.670318 19.649582 1.171224</w:t>
        <w:br/>
        <w:t>v -0.662883 19.632656 1.149359</w:t>
        <w:br/>
        <w:t>v -0.605575 19.498623 1.300256</w:t>
        <w:br/>
        <w:t>v -0.697085 19.640495 1.168641</w:t>
        <w:br/>
        <w:t>v -0.697085 19.640495 1.168641</w:t>
        <w:br/>
        <w:t>v -0.613161 19.515093 1.322475</w:t>
        <w:br/>
        <w:t>v -0.613161 19.515093 1.322475</w:t>
        <w:br/>
        <w:t>v -0.555250 19.426943 1.354946</w:t>
        <w:br/>
        <w:t>v -0.689647 19.623581 1.146776</w:t>
        <w:br/>
        <w:t>v -0.689647 19.623581 1.146776</w:t>
        <w:br/>
        <w:t>v -0.630706 19.485533 1.301702</w:t>
        <w:br/>
        <w:t>v -0.630706 19.485533 1.301702</w:t>
        <w:br/>
        <w:t>v -0.561206 19.441250 1.378848</w:t>
        <w:br/>
        <w:t>v -0.474696 19.338398 1.429028</w:t>
        <w:br/>
        <w:t>v -0.638278 19.502008 1.323921</w:t>
        <w:br/>
        <w:t>v -0.638278 19.502008 1.323921</w:t>
        <w:br/>
        <w:t>v -0.584608 19.425394 1.382497</w:t>
        <w:br/>
        <w:t>v -0.561206 19.441250 1.378848</w:t>
        <w:br/>
        <w:t>v -0.578659 19.411079 1.358596</w:t>
        <w:br/>
        <w:t>v -0.584608 19.425394 1.382497</w:t>
        <w:br/>
        <w:t>v -0.605575 19.498623 1.300256</w:t>
        <w:br/>
        <w:t>v -0.578659 19.411079 1.358596</w:t>
        <w:br/>
        <w:t>v -0.555250 19.426943 1.354946</w:t>
        <w:br/>
        <w:t>v -0.495798 19.319963 1.434784</w:t>
        <w:br/>
        <w:t>v -0.495798 19.319963 1.434784</w:t>
        <w:br/>
        <w:t>v -0.474696 19.338398 1.429028</w:t>
        <w:br/>
        <w:t>v -0.501375 19.333820 1.459060</w:t>
        <w:br/>
        <w:t>v -0.501375 19.333820 1.459060</w:t>
        <w:br/>
        <w:t>v -0.362581 19.218712 1.516463</w:t>
        <w:br/>
        <w:t>v -0.362581 19.218712 1.516463</w:t>
        <w:br/>
        <w:t>v -0.344733 19.239632 1.508764</w:t>
        <w:br/>
        <w:t>v -0.480273 19.352245 1.453304</w:t>
        <w:br/>
        <w:t>v -0.480273 19.352245 1.453304</w:t>
        <w:br/>
        <w:t>v -0.344733 19.239632 1.508764</w:t>
        <w:br/>
        <w:t>v -0.366210 19.231014 1.541969</w:t>
        <w:br/>
        <w:t>v -0.366210 19.231014 1.541969</w:t>
        <w:br/>
        <w:t>v -0.270522 19.162519 1.548329</w:t>
        <w:br/>
        <w:t>v -0.270522 19.162519 1.548329</w:t>
        <w:br/>
        <w:t>v -0.254910 19.184765 1.539761</w:t>
        <w:br/>
        <w:t>v -0.348362 19.251936 1.534270</w:t>
        <w:br/>
        <w:t>v -0.348362 19.251936 1.534270</w:t>
        <w:br/>
        <w:t>v -0.254910 19.184765 1.539761</w:t>
        <w:br/>
        <w:t>v -0.173846 19.116846 1.595662</w:t>
        <w:br/>
        <w:t>v -0.158855 19.139389 1.586790</w:t>
        <w:br/>
        <w:t>v -0.274349 19.175060 1.573717</w:t>
        <w:br/>
        <w:t>v -0.173846 19.116846 1.595662</w:t>
        <w:br/>
        <w:t>v -0.274349 19.175060 1.573717</w:t>
        <w:br/>
        <w:t>v -0.179505 19.130251 1.620153</w:t>
        <w:br/>
        <w:t>v -0.258737 19.197302 1.565149</w:t>
        <w:br/>
        <w:t>v -0.258737 19.197302 1.565149</w:t>
        <w:br/>
        <w:t>v -0.179505 19.130251 1.620153</w:t>
        <w:br/>
        <w:t>v -0.158855 19.139389 1.586790</w:t>
        <w:br/>
        <w:t>v -0.164514 19.152794 1.611281</w:t>
        <w:br/>
        <w:t>v -0.164514 19.152794 1.611281</w:t>
        <w:br/>
        <w:t>v 0.709397 21.409439 0.361031</w:t>
        <w:br/>
        <w:t>v 0.724537 21.418720 0.350660</w:t>
        <w:br/>
        <w:t>v 0.695114 21.382381 0.317872</w:t>
        <w:br/>
        <w:t>v 0.709202 21.389313 0.303759</w:t>
        <w:br/>
        <w:t>v 0.689669 21.336195 0.292946</w:t>
        <w:br/>
        <w:t>v 0.706733 21.397604 0.295299</w:t>
        <w:br/>
        <w:t>v 0.723510 21.429882 0.347113</w:t>
        <w:br/>
        <w:t>v 0.723510 21.429882 0.347113</w:t>
        <w:br/>
        <w:t>v 0.703731 21.436110 0.353727</w:t>
        <w:br/>
        <w:t>v 0.706733 21.397604 0.295299</w:t>
        <w:br/>
        <w:t>v 0.700599 21.342691 0.265344</w:t>
        <w:br/>
        <w:t>v 0.686161 21.401932 0.298613</w:t>
        <w:br/>
        <w:t>v 0.703484 21.339344 0.276637</w:t>
        <w:br/>
        <w:t>v 0.700599 21.342691 0.265344</w:t>
        <w:br/>
        <w:t>v 0.679884 21.343660 0.266786</w:t>
        <w:br/>
        <w:t>v 0.708851 21.282061 0.276793</w:t>
        <w:br/>
        <w:t>v 0.694555 21.283331 0.293206</w:t>
        <w:br/>
        <w:t>v 0.706564 21.279528 0.265500</w:t>
        <w:br/>
        <w:t>v 0.686316 21.276611 0.267033</w:t>
        <w:br/>
        <w:t>v 0.706564 21.279528 0.265500</w:t>
        <w:br/>
        <w:t>v 0.723744 21.232870 0.304188</w:t>
        <w:br/>
        <w:t>v 0.708253 21.238188 0.318392</w:t>
        <w:br/>
        <w:t>v 0.723068 21.224930 0.296039</w:t>
        <w:br/>
        <w:t>v 0.744238 21.204954 0.351375</w:t>
        <w:br/>
        <w:t>v 0.727227 21.212494 0.361603</w:t>
        <w:br/>
        <w:t>v 0.723068 21.224930 0.296039</w:t>
        <w:br/>
        <w:t>v 0.703744 21.218586 0.299587</w:t>
        <w:br/>
        <w:t>v 0.745707 21.193920 0.348607</w:t>
        <w:br/>
        <w:t>v 0.765005 21.205889 0.405593</w:t>
        <w:br/>
        <w:t>v 0.746513 21.213234 0.411337</w:t>
        <w:br/>
        <w:t>v 0.760964 21.240393 0.454301</w:t>
        <w:br/>
        <w:t>v 0.768592 21.194843 0.408608</w:t>
        <w:br/>
        <w:t>v 0.745707 21.193920 0.348607</w:t>
        <w:br/>
        <w:t>v 0.727695 21.185450 0.355521</w:t>
        <w:br/>
        <w:t>v 0.768592 21.194843 0.408608</w:t>
        <w:br/>
        <w:t>v 0.780535 21.235392 0.452196</w:t>
        <w:br/>
        <w:t>v 0.786591 21.285572 0.478798</w:t>
        <w:br/>
        <w:t>v 0.785578 21.227341 0.459837</w:t>
        <w:br/>
        <w:t>v 0.780535 21.235392 0.452196</w:t>
        <w:br/>
        <w:t>v 0.766591 21.286764 0.478863</w:t>
        <w:br/>
        <w:t>v 0.792102 21.282513 0.488961</w:t>
        <w:br/>
        <w:t>v 0.786591 21.285572 0.478798</w:t>
        <w:br/>
        <w:t>v 0.751789 21.186266 0.419330</w:t>
        <w:br/>
        <w:t>v 0.785578 21.227341 0.459837</w:t>
        <w:br/>
        <w:t>v 0.769645 21.220613 0.473756</w:t>
        <w:br/>
        <w:t>v 0.792102 21.282513 0.488961</w:t>
        <w:br/>
        <w:t>v 0.781406 21.342852 0.478421</w:t>
        <w:br/>
        <w:t>v 0.761782 21.339563 0.478473</w:t>
        <w:br/>
        <w:t>v 0.786292 21.345724 0.488467</w:t>
        <w:br/>
        <w:t>v 0.781406 21.342852 0.478421</w:t>
        <w:br/>
        <w:t>v 0.766318 21.391912 0.451312</w:t>
        <w:br/>
        <w:t>v 0.766318 21.391912 0.451312</w:t>
        <w:br/>
        <w:t>v 0.747903 21.384645 0.453496</w:t>
        <w:br/>
        <w:t>v 0.776442 21.279249 0.504712</w:t>
        <w:br/>
        <w:t>v 0.786292 21.345724 0.488467</w:t>
        <w:br/>
        <w:t>v 0.745473 21.419622 0.404619</w:t>
        <w:br/>
        <w:t>v 0.728747 21.410168 0.410649</w:t>
        <w:br/>
        <w:t>v 0.709397 21.409439 0.361031</w:t>
        <w:br/>
        <w:t>v 0.724537 21.418720 0.350660</w:t>
        <w:br/>
        <w:t>v 0.769554 21.400024 0.458460</w:t>
        <w:br/>
        <w:t>v 0.745473 21.419622 0.404619</w:t>
        <w:br/>
        <w:t>v 0.746551 21.430746 0.406802</w:t>
        <w:br/>
        <w:t>v 0.723510 21.429882 0.347113</w:t>
        <w:br/>
        <w:t>v 0.723510 21.429882 0.347113</w:t>
        <w:br/>
        <w:t>v 0.746551 21.430746 0.406802</w:t>
        <w:br/>
        <w:t>v 0.703731 21.436110 0.353727</w:t>
        <w:br/>
        <w:t>v 0.728020 21.437035 0.417237</w:t>
        <w:br/>
        <w:t>v 0.769554 21.400024 0.458460</w:t>
        <w:br/>
        <w:t>v 0.687005 21.427858 0.364319</w:t>
        <w:br/>
        <w:t>v 0.752439 21.404270 0.472235</w:t>
        <w:br/>
        <w:t>v 0.770204 21.346476 0.504179</w:t>
        <w:br/>
        <w:t>v 0.732906 21.397892 0.475991</w:t>
        <w:br/>
        <w:t>v 0.755506 21.279968 0.506544</w:t>
        <w:br/>
        <w:t>v 0.749657 21.343372 0.506102</w:t>
        <w:br/>
        <w:t>v 0.749047 21.224615 0.477304</w:t>
        <w:br/>
        <w:t>v 0.755506 21.279968 0.506544</w:t>
        <w:br/>
        <w:t>v 0.752659 21.283319 0.495355</w:t>
        <w:br/>
        <w:t>v 0.749657 21.343372 0.506102</w:t>
        <w:br/>
        <w:t>v 0.732113 21.192297 0.425932</w:t>
        <w:br/>
        <w:t>v 0.747357 21.340771 0.495030</w:t>
        <w:br/>
        <w:t>v 0.732906 21.397892 0.475991</w:t>
        <w:br/>
        <w:t>v 0.746720 21.233040 0.468688</w:t>
        <w:br/>
        <w:t>v 0.749047 21.224615 0.477304</w:t>
        <w:br/>
        <w:t>v 0.766591 21.286764 0.478863</w:t>
        <w:br/>
        <w:t>v 0.760964 21.240393 0.454301</w:t>
        <w:br/>
        <w:t>v 0.761782 21.339563 0.478473</w:t>
        <w:br/>
        <w:t>v 0.731216 21.203617 0.422085</w:t>
        <w:br/>
        <w:t>v 0.732113 21.192297 0.425932</w:t>
        <w:br/>
        <w:t>v 0.746513 21.213234 0.411337</w:t>
        <w:br/>
        <w:t>v 0.732243 21.389986 0.467895</w:t>
        <w:br/>
        <w:t>v 0.747903 21.384645 0.453496</w:t>
        <w:br/>
        <w:t>v 0.711437 21.417906 0.421123</w:t>
        <w:br/>
        <w:t>v 0.728747 21.410168 0.410649</w:t>
        <w:br/>
        <w:t>v 0.709397 21.409439 0.361031</w:t>
        <w:br/>
        <w:t>v 0.690683 21.417036 0.367074</w:t>
        <w:br/>
        <w:t>v 0.687005 21.427858 0.364319</w:t>
        <w:br/>
        <w:t>v 0.709878 21.428833 0.424151</w:t>
        <w:br/>
        <w:t>v 0.709878 21.428833 0.424151</w:t>
        <w:br/>
        <w:t>v 0.710475 21.202742 0.367919</w:t>
        <w:br/>
        <w:t>v 0.727227 21.212494 0.361603</w:t>
        <w:br/>
        <w:t>v 0.708253 21.238188 0.318392</w:t>
        <w:br/>
        <w:t>v 0.710475 21.202742 0.367919</w:t>
        <w:br/>
        <w:t>v 0.709332 21.191563 0.365930</w:t>
        <w:br/>
        <w:t>v 0.709332 21.191563 0.365930</w:t>
        <w:br/>
        <w:t>v 0.686797 21.222773 0.313415</w:t>
        <w:br/>
        <w:t>v 0.686797 21.222773 0.313415</w:t>
        <w:br/>
        <w:t>v 0.690033 21.230816 0.320692</w:t>
        <w:br/>
        <w:t>v 0.690033 21.230816 0.320692</w:t>
        <w:br/>
        <w:t>v 0.694555 21.283331 0.293206</w:t>
        <w:br/>
        <w:t>v 0.670371 21.277401 0.282914</w:t>
        <w:br/>
        <w:t>v 0.670371 21.277401 0.282914</w:t>
        <w:br/>
        <w:t>v 0.675218 21.280172 0.293219</w:t>
        <w:br/>
        <w:t>v 0.675218 21.280172 0.293219</w:t>
        <w:br/>
        <w:t>v 0.689669 21.336195 0.292946</w:t>
        <w:br/>
        <w:t>v 0.664379 21.340593 0.282654</w:t>
        <w:br/>
        <w:t>v 0.669864 21.337576 0.293024</w:t>
        <w:br/>
        <w:t>v 0.669864 21.337576 0.293024</w:t>
        <w:br/>
        <w:t>v 0.664379 21.340593 0.282654</w:t>
        <w:br/>
        <w:t>v 0.695114 21.382381 0.317872</w:t>
        <w:br/>
        <w:t>v 0.675491 21.387703 0.320107</w:t>
        <w:br/>
        <w:t>v 0.675491 21.387703 0.320107</w:t>
        <w:br/>
        <w:t>v 0.670371 21.395615 0.312492</w:t>
        <w:br/>
        <w:t>v 0.670371 21.395615 0.312492</w:t>
        <w:br/>
        <w:t>v 0.687005 21.427858 0.364319</w:t>
        <w:br/>
        <w:t>v 0.687005 21.427858 0.364319</w:t>
        <w:br/>
        <w:t>v 0.690683 21.417036 0.367074</w:t>
        <w:br/>
        <w:t>v 0.709397 21.409439 0.361031</w:t>
        <w:br/>
        <w:t>v 0.788567 21.274265 0.475283</w:t>
        <w:br/>
        <w:t>v 0.780405 21.292076 0.466712</w:t>
        <w:br/>
        <w:t>v 0.801406 21.280319 0.481118</w:t>
        <w:br/>
        <w:t>v 0.791920 21.301109 0.471131</w:t>
        <w:br/>
        <w:t>v 0.801406 21.280319 0.481118</w:t>
        <w:br/>
        <w:t>v 0.791920 21.301109 0.471131</w:t>
        <w:br/>
        <w:t>v 0.808476 21.277155 0.476147</w:t>
        <w:br/>
        <w:t>v 0.772764 21.315750 0.478506</w:t>
        <w:br/>
        <w:t>v 0.796286 21.303894 0.463307</w:t>
        <w:br/>
        <w:t>v 0.772764 21.315750 0.478506</w:t>
        <w:br/>
        <w:t>v 0.796286 21.303894 0.463307</w:t>
        <w:br/>
        <w:t>v 0.789139 21.297628 0.451065</w:t>
        <w:br/>
        <w:t>v 0.808476 21.277155 0.476147</w:t>
        <w:br/>
        <w:t>v 0.802712 21.267920 0.465341</w:t>
        <w:br/>
        <w:t>v 0.771698 21.322701 0.472807</w:t>
        <w:br/>
        <w:t>v 0.771698 21.322701 0.472807</w:t>
        <w:br/>
        <w:t>v 0.763946 21.304636 0.473009</w:t>
        <w:br/>
        <w:t>v 0.777585 21.288593 0.446621</w:t>
        <w:br/>
        <w:t>v 0.789847 21.261869 0.459487</w:t>
        <w:br/>
        <w:t>v 0.761809 21.318529 0.461611</w:t>
        <w:br/>
        <w:t>v 0.749566 21.324751 0.496004</w:t>
        <w:br/>
        <w:t>v 0.749566 21.324751 0.496004</w:t>
        <w:br/>
        <w:t>v 0.755544 21.317352 0.496537</w:t>
        <w:br/>
        <w:t>v 0.755544 21.317352 0.496537</w:t>
        <w:br/>
        <w:t>v 0.749190 21.306002 0.488467</w:t>
        <w:br/>
        <w:t>v 0.745817 21.293272 0.504971</w:t>
        <w:br/>
        <w:t>v 0.751568 21.302504 0.515771</w:t>
        <w:br/>
        <w:t>v 0.751568 21.302504 0.515771</w:t>
        <w:br/>
        <w:t>v 0.744401 21.305670 0.520703</w:t>
        <w:br/>
        <w:t>v 0.761055 21.281710 0.525765</w:t>
        <w:br/>
        <w:t>v 0.761055 21.281710 0.525765</w:t>
        <w:br/>
        <w:t>v 0.753972 21.275446 0.513549</w:t>
        <w:br/>
        <w:t>v 0.770600 21.262890 0.507311</w:t>
        <w:br/>
        <w:t>v 0.731483 21.299614 0.514835</w:t>
        <w:br/>
        <w:t>v 0.744401 21.305670 0.520703</w:t>
        <w:br/>
        <w:t>v 0.780431 21.267059 0.518481</w:t>
        <w:br/>
        <w:t>v 0.785357 21.261513 0.491846</w:t>
        <w:br/>
        <w:t>v 0.756584 21.278942 0.533549</w:t>
        <w:br/>
        <w:t>v 0.780431 21.267059 0.518481</w:t>
        <w:br/>
        <w:t>v 0.756584 21.278942 0.533549</w:t>
        <w:br/>
        <w:t>v 0.797651 21.265463 0.500449</w:t>
        <w:br/>
        <w:t>v 0.801406 21.280319 0.481118</w:t>
        <w:br/>
        <w:t>v 0.788567 21.274265 0.475283</w:t>
        <w:br/>
        <w:t>v 0.801406 21.280319 0.481118</w:t>
        <w:br/>
        <w:t>v 0.808476 21.277155 0.476147</w:t>
        <w:br/>
        <w:t>v 0.797651 21.265463 0.500449</w:t>
        <w:br/>
        <w:t>v 0.803681 21.258057 0.501008</w:t>
        <w:br/>
        <w:t>v 0.781549 21.260101 0.524205</w:t>
        <w:br/>
        <w:t>v 0.803681 21.258057 0.501008</w:t>
        <w:br/>
        <w:t>v 0.808476 21.277155 0.476147</w:t>
        <w:br/>
        <w:t>v 0.797443 21.246698 0.492990</w:t>
        <w:br/>
        <w:t>v 0.781549 21.260101 0.524205</w:t>
        <w:br/>
        <w:t>v 0.802712 21.267920 0.465341</w:t>
        <w:br/>
        <w:t>v 0.772848 21.248972 0.518754</w:t>
        <w:br/>
        <w:t>v 0.785110 21.242762 0.484373</w:t>
        <w:br/>
        <w:t>v 0.789847 21.261869 0.459487</w:t>
        <w:br/>
        <w:t>v 0.745057 21.269907 0.529118</w:t>
        <w:br/>
        <w:t>v 0.762978 21.244801 0.507571</w:t>
        <w:br/>
        <w:t>v 0.779054 21.250170 0.483802</w:t>
        <w:br/>
        <w:t>v 0.785110 21.242762 0.484373</w:t>
        <w:br/>
        <w:t>v 0.789847 21.261869 0.459487</w:t>
        <w:br/>
        <w:t>v 0.782771 21.265030 0.464464</w:t>
        <w:br/>
        <w:t>v 0.782771 21.265030 0.464464</w:t>
        <w:br/>
        <w:t>v 0.788567 21.274265 0.475283</w:t>
        <w:br/>
        <w:t>v 0.779054 21.250170 0.483802</w:t>
        <w:br/>
        <w:t>v 0.785357 21.261513 0.491846</w:t>
        <w:br/>
        <w:t>v 0.770600 21.262890 0.507311</w:t>
        <w:br/>
        <w:t>v 0.761847 21.251768 0.501840</w:t>
        <w:br/>
        <w:t>v 0.761847 21.251768 0.501840</w:t>
        <w:br/>
        <w:t>v 0.762978 21.244801 0.507571</w:t>
        <w:br/>
        <w:t>v 0.753972 21.275446 0.513549</w:t>
        <w:br/>
        <w:t>v 0.737961 21.263645 0.516889</w:t>
        <w:br/>
        <w:t>v 0.737961 21.263645 0.516889</w:t>
        <w:br/>
        <w:t>v 0.742406 21.266413 0.509104</w:t>
        <w:br/>
        <w:t>v 0.742406 21.266413 0.509104</w:t>
        <w:br/>
        <w:t>v 0.725693 21.290382 0.504023</w:t>
        <w:br/>
        <w:t>v 0.725693 21.290382 0.504023</w:t>
        <w:br/>
        <w:t>v 0.732873 21.287218 0.499091</w:t>
        <w:br/>
        <w:t>v 0.732873 21.287218 0.499091</w:t>
        <w:br/>
        <w:t>v 0.745817 21.293272 0.504971</w:t>
        <w:br/>
        <w:t>v 0.749190 21.306002 0.488467</w:t>
        <w:br/>
        <w:t>v 0.736818 21.302059 0.479838</w:t>
        <w:br/>
        <w:t>v 0.736818 21.302059 0.479838</w:t>
        <w:br/>
        <w:t>v 0.754024 21.300468 0.461806</w:t>
        <w:br/>
        <w:t>v 0.730814 21.309465 0.479292</w:t>
        <w:br/>
        <w:t>v 0.754024 21.300468 0.461806</w:t>
        <w:br/>
        <w:t>v 0.737208 21.320812 0.487375</w:t>
        <w:br/>
        <w:t>v 0.730814 21.309465 0.479292</w:t>
        <w:br/>
        <w:t>v 0.752945 21.307426 0.456101</w:t>
        <w:br/>
        <w:t>v 0.752945 21.307426 0.456101</w:t>
        <w:br/>
        <w:t>v 0.777585 21.288593 0.446621</w:t>
        <w:br/>
        <w:t>v 0.763946 21.304636 0.473009</w:t>
        <w:br/>
        <w:t>v 0.773219 21.285830 0.454444</w:t>
        <w:br/>
        <w:t>v 0.773219 21.285830 0.454444</w:t>
        <w:br/>
        <w:t>v 0.789847 21.261869 0.459487</w:t>
        <w:br/>
        <w:t>v 0.780405 21.292076 0.466712</w:t>
        <w:br/>
        <w:t>v 0.782771 21.265030 0.464464</w:t>
        <w:br/>
        <w:t>v 0.788567 21.274265 0.475283</w:t>
        <w:br/>
        <w:t>v 0.782771 21.265030 0.464464</w:t>
        <w:br/>
        <w:t>v 0.675556 19.910505 -0.785856</w:t>
        <w:br/>
        <w:t>v 0.799354 19.872570 -0.794669</w:t>
        <w:br/>
        <w:t>v 0.675556 19.910505 -0.785856</w:t>
        <w:br/>
        <w:t>v 0.678849 19.922623 -0.749477</w:t>
        <w:br/>
        <w:t>v 0.799354 19.872570 -0.794669</w:t>
        <w:br/>
        <w:t>v 0.814717 19.865124 -0.771129</w:t>
        <w:br/>
        <w:t>v 0.833488 19.911573 -0.732617</w:t>
        <w:br/>
        <w:t>v 0.691141 19.960991 -0.721907</w:t>
        <w:br/>
        <w:t>v 0.574109 20.059282 -0.832910</w:t>
        <w:br/>
        <w:t>v 0.567930 20.020144 -0.810184</w:t>
        <w:br/>
        <w:t>v 0.703876 20.023134 -0.844577</w:t>
        <w:br/>
        <w:t>v 0.691242 19.983210 -0.818902</w:t>
        <w:br/>
        <w:t>v 0.567930 20.020144 -0.810184</w:t>
        <w:br/>
        <w:t>v 0.573996 20.038826 -0.774481</w:t>
        <w:br/>
        <w:t>v 0.691242 19.983210 -0.818902</w:t>
        <w:br/>
        <w:t>v 0.708575 19.983372 -0.796245</w:t>
        <w:br/>
        <w:t>v 0.588694 20.065701 -0.744489</w:t>
        <w:br/>
        <w:t>v 0.730441 20.017488 -0.755159</w:t>
        <w:br/>
        <w:t>v 0.582794 20.102259 -0.719844</w:t>
        <w:br/>
        <w:t>v 0.769619 20.032137 -0.727441</w:t>
        <w:br/>
        <w:t>v 0.573996 20.038826 -0.774481</w:t>
        <w:br/>
        <w:t>v 0.567930 20.020144 -0.810184</w:t>
        <w:br/>
        <w:t>v 0.574109 20.059282 -0.832910</w:t>
        <w:br/>
        <w:t>v 0.591153 20.102158 -0.814337</w:t>
        <w:br/>
        <w:t>v 0.591153 20.102158 -0.814337</w:t>
        <w:br/>
        <w:t>v 0.601943 20.088638 -0.760892</w:t>
        <w:br/>
        <w:t>v 0.714165 20.056227 -0.823573</w:t>
        <w:br/>
        <w:t>v 0.601943 20.088638 -0.760892</w:t>
        <w:br/>
        <w:t>v 0.591153 20.102158 -0.814337</w:t>
        <w:br/>
        <w:t>v 0.714165 20.056227 -0.823573</w:t>
        <w:br/>
        <w:t>v 0.588694 20.065701 -0.744489</w:t>
        <w:br/>
        <w:t>v 0.582794 20.102259 -0.719844</w:t>
        <w:br/>
        <w:t>v 0.708575 19.983372 -0.796245</w:t>
        <w:br/>
        <w:t>v 0.714165 20.056227 -0.823573</w:t>
        <w:br/>
        <w:t>v 0.703876 20.023134 -0.844577</w:t>
        <w:br/>
        <w:t>v 0.691242 19.983210 -0.818902</w:t>
        <w:br/>
        <w:t>v 0.721061 20.046438 -0.765993</w:t>
        <w:br/>
        <w:t>v 0.721061 20.046438 -0.765993</w:t>
        <w:br/>
        <w:t>v 0.730441 20.017488 -0.755159</w:t>
        <w:br/>
        <w:t>v 0.760108 20.057568 -0.745123</w:t>
        <w:br/>
        <w:t>v 0.601008 20.111439 -0.735052</w:t>
        <w:br/>
        <w:t>v 0.769619 20.032137 -0.727441</w:t>
        <w:br/>
        <w:t>v 0.661037 20.193661 -0.625846</w:t>
        <w:br/>
        <w:t>v 0.642546 20.183912 -0.610236</w:t>
        <w:br/>
        <w:t>v 0.828792 20.128294 -0.621130</w:t>
        <w:br/>
        <w:t>v 0.838025 20.102348 -0.604499</w:t>
        <w:br/>
        <w:t>v 0.738691 20.303461 -0.463709</w:t>
        <w:br/>
        <w:t>v 0.719366 20.292604 -0.449416</w:t>
        <w:br/>
        <w:t>v 0.912126 20.226431 -0.445567</w:t>
        <w:br/>
        <w:t>v 0.920364 20.199448 -0.431427</w:t>
        <w:br/>
        <w:t>v 0.801857 20.379145 -0.229930</w:t>
        <w:br/>
        <w:t>v 0.801857 20.379145 -0.229930</w:t>
        <w:br/>
        <w:t>v 0.781204 20.366650 -0.221007</w:t>
        <w:br/>
        <w:t>v 0.972652 20.295191 -0.208696</w:t>
        <w:br/>
        <w:t>v 0.979305 20.266630 -0.199892</w:t>
        <w:br/>
        <w:t>v 0.807626 20.399500 0.026215</w:t>
        <w:br/>
        <w:t>v 0.787327 20.386417 0.029401</w:t>
        <w:br/>
        <w:t>v 0.980484 20.315741 0.050506</w:t>
        <w:br/>
        <w:t>v 0.987424 20.286562 0.053624</w:t>
        <w:br/>
        <w:t>v 0.772790 20.355589 0.263860</w:t>
        <w:br/>
        <w:t>v 0.753789 20.342592 0.262262</w:t>
        <w:br/>
        <w:t>v 0.947196 20.280148 0.293675</w:t>
        <w:br/>
        <w:t>v 0.955551 20.250973 0.292055</w:t>
        <w:br/>
        <w:t>v 0.877046 20.195585 0.547319</w:t>
        <w:br/>
        <w:t>v 0.887828 20.167526 0.540850</w:t>
        <w:br/>
        <w:t>v 0.700767 20.261286 0.510469</w:t>
        <w:br/>
        <w:t>v 0.683838 20.249395 0.504026</w:t>
        <w:br/>
        <w:t>v 0.625693 20.160641 0.657233</w:t>
        <w:br/>
        <w:t>v 0.818190 20.097841 0.715327</w:t>
        <w:br/>
        <w:t>v 0.829798 20.070835 0.707220</w:t>
        <w:br/>
        <w:t>v 0.641810 20.171818 0.665204</w:t>
        <w:br/>
        <w:t>v 0.570229 20.077734 0.795991</w:t>
        <w:br/>
        <w:t>v 0.769796 20.021730 0.849599</w:t>
        <w:br/>
        <w:t>v 0.781590 19.995434 0.841123</w:t>
        <w:br/>
        <w:t>v 0.586160 20.088703 0.804224</w:t>
        <w:br/>
        <w:t>v 0.719753 19.995298 0.913815</w:t>
        <w:br/>
        <w:t>v 0.714479 19.937494 0.888713</w:t>
        <w:br/>
        <w:t>v 0.584606 20.028601 0.872936</w:t>
        <w:br/>
        <w:t>v 0.584606 20.028601 0.872936</w:t>
        <w:br/>
        <w:t>v 0.582778 19.970345 0.855936</w:t>
        <w:br/>
        <w:t>v 0.569399 19.959391 0.892222</w:t>
        <w:br/>
        <w:t>v 0.704894 19.984932 0.942505</w:t>
        <w:br/>
        <w:t>v 0.704894 19.984932 0.942505</w:t>
        <w:br/>
        <w:t>v 0.693735 19.921402 0.921775</w:t>
        <w:br/>
        <w:t>v 0.684702 19.931408 0.955367</w:t>
        <w:br/>
        <w:t>v 0.687222 19.949865 0.966373</w:t>
        <w:br/>
        <w:t>v 0.579217 20.021004 0.910042</w:t>
        <w:br/>
        <w:t>v 0.579217 20.021004 0.910042</w:t>
        <w:br/>
        <w:t>v 0.687222 19.949865 0.966373</w:t>
        <w:br/>
        <w:t>v 0.560520 19.973080 0.925604</w:t>
        <w:br/>
        <w:t>v 0.562270 19.985758 0.935395</w:t>
        <w:br/>
        <w:t>v 0.562270 19.985758 0.935395</w:t>
        <w:br/>
        <w:t>v 0.560520 19.973080 0.925604</w:t>
        <w:br/>
        <w:t>v 0.562270 19.985758 0.935395</w:t>
        <w:br/>
        <w:t>v 0.687222 19.949865 0.966373</w:t>
        <w:br/>
        <w:t>v 0.684702 19.931408 0.955367</w:t>
        <w:br/>
        <w:t>v 0.569399 19.959391 0.892222</w:t>
        <w:br/>
        <w:t>v 0.693735 19.921402 0.921775</w:t>
        <w:br/>
        <w:t>v 0.582778 19.970345 0.855936</w:t>
        <w:br/>
        <w:t>v 0.714479 19.937494 0.888713</w:t>
        <w:br/>
        <w:t>v 0.121382 18.459843 -1.068831</w:t>
        <w:br/>
        <w:t>v 0.090104 18.459711 -1.028476</w:t>
        <w:br/>
        <w:t>v 0.121382 18.459711 -1.028476</w:t>
        <w:br/>
        <w:t>v 0.090104 18.459843 -1.068831</w:t>
        <w:br/>
        <w:t>v 0.079346 18.470306 -1.028476</w:t>
        <w:br/>
        <w:t>v 0.079346 18.470440 -1.068831</w:t>
        <w:br/>
        <w:t>v -0.084714 18.470306 -1.028476</w:t>
        <w:br/>
        <w:t>v 0.090104 18.459843 -1.068831</w:t>
        <w:br/>
        <w:t>v 0.079055 18.661961 -1.068316</w:t>
        <w:br/>
        <w:t>v 0.079346 18.470440 -1.068831</w:t>
        <w:br/>
        <w:t>v 0.121382 18.459843 -1.068831</w:t>
        <w:br/>
        <w:t>v -0.084714 18.470440 -1.068831</w:t>
        <w:br/>
        <w:t>v 0.121564 18.724079 -1.068817</w:t>
        <w:br/>
        <w:t>v -0.095827 18.459711 -1.028476</w:t>
        <w:br/>
        <w:t>v 0.121382 18.459843 -1.068831</w:t>
        <w:br/>
        <w:t>v 0.121382 18.459711 -1.028476</w:t>
        <w:br/>
        <w:t>v 0.121564 18.724079 -1.068817</w:t>
        <w:br/>
        <w:t>v 0.121895 18.725281 -1.028476</w:t>
        <w:br/>
        <w:t>v 0.133002 18.741419 -1.028596</w:t>
        <w:br/>
        <w:t>v -0.095827 18.459843 -1.068831</w:t>
        <w:br/>
        <w:t>v -0.121703 18.459711 -1.028476</w:t>
        <w:br/>
        <w:t>v -0.121703 18.459843 -1.068831</w:t>
        <w:br/>
        <w:t>v -0.084714 18.470440 -1.068831</w:t>
        <w:br/>
        <w:t>v -0.079048 18.661957 -1.068426</w:t>
        <w:br/>
        <w:t>v -0.095827 18.459843 -1.068831</w:t>
        <w:br/>
        <w:t>v -0.121703 18.459843 -1.068831</w:t>
        <w:br/>
        <w:t>v 0.079055 18.661713 -1.077219</w:t>
        <w:br/>
        <w:t>v 0.079055 18.661961 -1.068316</w:t>
        <w:br/>
        <w:t>v -0.079048 18.661957 -1.068426</w:t>
        <w:br/>
        <w:t>v 0.133002 18.740654 -1.077817</w:t>
        <w:br/>
        <w:t>v 0.133002 18.960819 -1.073268</w:t>
        <w:br/>
        <w:t>v 0.132992 18.960047 -1.024044</w:t>
        <w:br/>
        <w:t>v 0.133666 19.150721 -1.013797</w:t>
        <w:br/>
        <w:t>v 0.132400 19.157551 -1.060593</w:t>
        <w:br/>
        <w:t>v 0.132400 19.157551 -1.060593</w:t>
        <w:br/>
        <w:t>v 0.133666 19.150721 -1.013797</w:t>
        <w:br/>
        <w:t>v 0.167268 19.150723 -1.013796</w:t>
        <w:br/>
        <w:t>v 0.133002 18.960819 -1.073268</w:t>
        <w:br/>
        <w:t>v 0.091517 18.959427 -1.073354</w:t>
        <w:br/>
        <w:t>v 0.133002 18.740654 -1.077817</w:t>
        <w:br/>
        <w:t>v 0.162519 19.160738 -1.071082</w:t>
        <w:br/>
        <w:t>v 0.089660 19.157551 -1.060593</w:t>
        <w:br/>
        <w:t>v 0.132400 19.157551 -1.060593</w:t>
        <w:br/>
        <w:t>v 0.089660 19.157551 -1.060593</w:t>
        <w:br/>
        <w:t>v 0.162519 19.160738 -1.071082</w:t>
        <w:br/>
        <w:t>v 0.167268 19.150723 -1.013796</w:t>
        <w:br/>
        <w:t>v 0.162519 19.243546 -1.056367</w:t>
        <w:br/>
        <w:t>v 0.167268 19.235931 -0.998654</w:t>
        <w:br/>
        <w:t>v -0.164735 19.160738 -1.071082</w:t>
        <w:br/>
        <w:t>v 0.162519 19.325508 -1.041801</w:t>
        <w:br/>
        <w:t>v 0.167268 19.320269 -0.983665</w:t>
        <w:br/>
        <w:t>v 0.162519 19.243546 -1.056367</w:t>
        <w:br/>
        <w:t>v -0.164735 19.243546 -1.056367</w:t>
        <w:br/>
        <w:t>v 0.162519 19.160738 -1.071082</w:t>
        <w:br/>
        <w:t>v -0.164735 19.160738 -1.071082</w:t>
        <w:br/>
        <w:t>v 0.143086 19.376205 -1.032792</w:t>
        <w:br/>
        <w:t>v 0.147272 19.372437 -0.974395</w:t>
        <w:br/>
        <w:t>v 0.162519 19.325508 -1.041801</w:t>
        <w:br/>
        <w:t>v 0.117610 19.325508 -1.041801</w:t>
        <w:br/>
        <w:t>v 0.133685 19.381622 -1.031829</w:t>
        <w:br/>
        <w:t>v 0.135107 19.379448 -0.973149</w:t>
        <w:br/>
        <w:t>v 0.133851 19.358849 -1.035764</w:t>
        <w:br/>
        <w:t>v 0.143086 19.376205 -1.032792</w:t>
        <w:br/>
        <w:t>v 0.133685 19.381622 -1.031829</w:t>
        <w:br/>
        <w:t>v 0.133851 19.358849 -1.035764</w:t>
        <w:br/>
        <w:t>v 0.133685 19.381622 -1.031829</w:t>
        <w:br/>
        <w:t>v 0.116729 19.361950 -1.066255</w:t>
        <w:br/>
        <w:t>v 0.117610 19.325508 -1.041801</w:t>
        <w:br/>
        <w:t>v -0.117272 19.325508 -1.041801</w:t>
        <w:br/>
        <w:t>v 0.116729 19.361950 -1.066255</w:t>
        <w:br/>
        <w:t>v 0.116822 19.396351 -1.056642</w:t>
        <w:br/>
        <w:t>v 0.134543 19.532959 -0.961508</w:t>
        <w:br/>
        <w:t>v -0.116735 19.361954 -1.066267</w:t>
        <w:br/>
        <w:t>v 0.117608 19.546463 -0.989953</w:t>
        <w:br/>
        <w:t>v 0.135638 19.765202 -0.871879</w:t>
        <w:br/>
        <w:t>v 0.185522 19.782333 -0.921280</w:t>
        <w:br/>
        <w:t>v 0.135638 19.765202 -0.871879</w:t>
        <w:br/>
        <w:t>v 0.185522 19.765202 -0.871879</w:t>
        <w:br/>
        <w:t>v 0.116822 19.396351 -1.056642</w:t>
        <w:br/>
        <w:t>v -0.116759 19.396311 -1.056599</w:t>
        <w:br/>
        <w:t>v 0.118610 19.777140 -0.904954</w:t>
        <w:br/>
        <w:t>v 0.118610 19.777140 -0.904954</w:t>
        <w:br/>
        <w:t>v -0.185522 19.782333 -0.921280</w:t>
        <w:br/>
        <w:t>v -0.117219 19.776283 -0.903827</w:t>
        <w:br/>
        <w:t>v 0.117608 19.546463 -0.989953</w:t>
        <w:br/>
        <w:t>v 0.118610 19.777140 -0.904954</w:t>
        <w:br/>
        <w:t>v -0.117219 19.776283 -0.903827</w:t>
        <w:br/>
        <w:t>v -0.116961 19.546062 -0.989433</w:t>
        <w:br/>
        <w:t>v -0.129763 19.765202 -0.871879</w:t>
        <w:br/>
        <w:t>v -0.117219 19.776283 -0.903827</w:t>
        <w:br/>
        <w:t>v -0.129763 19.765202 -0.871879</w:t>
        <w:br/>
        <w:t>v -0.116961 19.546062 -0.989433</w:t>
        <w:br/>
        <w:t>v -0.185522 19.765202 -0.871879</w:t>
        <w:br/>
        <w:t>v -0.131664 19.533852 -0.961350</w:t>
        <w:br/>
        <w:t>v -0.116759 19.396311 -1.056599</w:t>
        <w:br/>
        <w:t>v -0.133155 19.383205 -1.031548</w:t>
        <w:br/>
        <w:t>v -0.116735 19.361954 -1.066267</w:t>
        <w:br/>
        <w:t>v -0.131818 19.382620 -0.972585</w:t>
        <w:br/>
        <w:t>v -0.149488 19.372437 -0.974395</w:t>
        <w:br/>
        <w:t>v -0.132681 19.357609 -1.035928</w:t>
        <w:br/>
        <w:t>v -0.145303 19.376205 -1.032792</w:t>
        <w:br/>
        <w:t>v -0.133155 19.383205 -1.031548</w:t>
        <w:br/>
        <w:t>v -0.145303 19.376205 -1.032792</w:t>
        <w:br/>
        <w:t>v -0.132681 19.357609 -1.035928</w:t>
        <w:br/>
        <w:t>v -0.169484 19.320269 -0.983665</w:t>
        <w:br/>
        <w:t>v -0.164735 19.325508 -1.041801</w:t>
        <w:br/>
        <w:t>v -0.164735 19.325508 -1.041801</w:t>
        <w:br/>
        <w:t>v -0.169484 19.235931 -0.998654</w:t>
        <w:br/>
        <w:t>v -0.164735 19.243546 -1.056367</w:t>
        <w:br/>
        <w:t>v -0.169484 19.150723 -1.013796</w:t>
        <w:br/>
        <w:t>v -0.164735 19.160738 -1.071082</w:t>
        <w:br/>
        <w:t>v -0.134145 19.157314 -1.059815</w:t>
        <w:br/>
        <w:t>v -0.169484 19.150723 -1.013796</w:t>
        <w:br/>
        <w:t>v -0.133697 19.150721 -1.013796</w:t>
        <w:br/>
        <w:t>v -0.088650 19.157146 -1.059252</w:t>
        <w:br/>
        <w:t>v -0.133697 19.150721 -1.013796</w:t>
        <w:br/>
        <w:t>v -0.132995 18.960819 -1.073268</w:t>
        <w:br/>
        <w:t>v -0.134145 19.157314 -1.059815</w:t>
        <w:br/>
        <w:t>v -0.134145 19.157314 -1.059815</w:t>
        <w:br/>
        <w:t>v -0.132995 18.960819 -1.073268</w:t>
        <w:br/>
        <w:t>v -0.088650 19.157146 -1.059252</w:t>
        <w:br/>
        <w:t>v -0.132986 18.960047 -1.024044</w:t>
        <w:br/>
        <w:t>v -0.132995 18.741419 -1.028596</w:t>
        <w:br/>
        <w:t>v -0.083463 19.154371 -1.050128</w:t>
        <w:br/>
        <w:t>v 0.085525 19.154224 -1.049635</w:t>
        <w:br/>
        <w:t>v 0.085525 19.154224 -1.049635</w:t>
        <w:br/>
        <w:t>v 0.091517 18.959427 -1.073354</w:t>
        <w:br/>
        <w:t>v 0.089660 19.157551 -1.060593</w:t>
        <w:br/>
        <w:t>v 0.087160 18.958864 -1.062118</w:t>
        <w:br/>
        <w:t>v 0.088586 18.741203 -1.066012</w:t>
        <w:br/>
        <w:t>v -0.088650 19.157146 -1.059252</w:t>
        <w:br/>
        <w:t>v -0.087663 18.959415 -1.073354</w:t>
        <w:br/>
        <w:t>v -0.083463 19.154371 -1.050128</w:t>
        <w:br/>
        <w:t>v -0.087663 18.959415 -1.073354</w:t>
        <w:br/>
        <w:t>v -0.083304 18.958862 -1.062121</w:t>
        <w:br/>
        <w:t>v -0.082786 18.741259 -1.065976</w:t>
        <w:br/>
        <w:t>v 0.093097 18.739428 -1.077751</w:t>
        <w:br/>
        <w:t>v 0.093097 18.739428 -1.077751</w:t>
        <w:br/>
        <w:t>v 0.060013 18.709162 -1.068028</w:t>
        <w:br/>
        <w:t>v 0.079055 18.661713 -1.077219</w:t>
        <w:br/>
        <w:t>v 0.061991 18.704489 -1.079489</w:t>
        <w:br/>
        <w:t>v 0.061991 18.704489 -1.079489</w:t>
        <w:br/>
        <w:t>v -0.053266 18.705488 -1.079541</w:t>
        <w:br/>
        <w:t>v -0.053266 18.705488 -1.079541</w:t>
        <w:br/>
        <w:t>v -0.051429 18.710085 -1.068151</w:t>
        <w:br/>
        <w:t>v -0.079048 18.661713 -1.077219</w:t>
        <w:br/>
        <w:t>v -0.079048 18.661713 -1.077219</w:t>
        <w:br/>
        <w:t>v -0.087292 18.739286 -1.077745</w:t>
        <w:br/>
        <w:t>v -0.087292 18.739286 -1.077745</w:t>
        <w:br/>
        <w:t>v -0.122335 18.725229 -1.068092</w:t>
        <w:br/>
        <w:t>v -0.122335 18.725229 -1.068092</w:t>
        <w:br/>
        <w:t>v -0.121703 18.459843 -1.068831</w:t>
        <w:br/>
        <w:t>v -0.121703 18.459711 -1.028476</w:t>
        <w:br/>
        <w:t>v -0.122125 18.725624 -1.028479</w:t>
        <w:br/>
        <w:t>v -0.132995 18.740654 -1.077817</w:t>
        <w:br/>
        <w:t>v -0.132995 18.740654 -1.077817</w:t>
        <w:br/>
        <w:t>v 3.779752 17.768311 0.719989</w:t>
        <w:br/>
        <w:t>v 3.764721 17.759411 0.693724</w:t>
        <w:br/>
        <w:t>v 3.787288 17.902615 0.747506</w:t>
        <w:br/>
        <w:t>v 3.796908 17.908306 0.762678</w:t>
        <w:br/>
        <w:t>v 3.787288 17.902615 0.747506</w:t>
        <w:br/>
        <w:t>v 3.775165 17.907406 0.752764</w:t>
        <w:br/>
        <w:t>v 3.796908 17.908306 0.762678</w:t>
        <w:br/>
        <w:t>v 3.779465 17.920357 0.780743</w:t>
        <w:br/>
        <w:t>v 3.779465 17.920357 0.780743</w:t>
        <w:br/>
        <w:t>v 3.775165 17.907406 0.752764</w:t>
        <w:br/>
        <w:t>v 3.792259 18.050087 0.762596</w:t>
        <w:br/>
        <w:t>v 3.983392 17.879787 0.785358</w:t>
        <w:br/>
        <w:t>v 3.951053 17.734257 0.768906</w:t>
        <w:br/>
        <w:t>v 3.795193 18.056366 0.787514</w:t>
        <w:br/>
        <w:t>v 3.795193 18.056366 0.787514</w:t>
        <w:br/>
        <w:t>v 3.792259 18.050087 0.762596</w:t>
        <w:br/>
        <w:t>v 3.755154 18.054527 0.759443</w:t>
        <w:br/>
        <w:t>v 3.987967 17.868446 0.763957</w:t>
        <w:br/>
        <w:t>v 3.951053 17.734257 0.768906</w:t>
        <w:br/>
        <w:t>v 3.983392 17.879787 0.785358</w:t>
        <w:br/>
        <w:t>v 3.957639 17.721798 0.744699</w:t>
        <w:br/>
        <w:t>v 4.003670 17.868404 0.770460</w:t>
        <w:br/>
        <w:t>v 3.987967 17.868446 0.763957</w:t>
        <w:br/>
        <w:t>v 4.001862 17.882736 0.798983</w:t>
        <w:br/>
        <w:t>v 4.003670 17.868404 0.770460</w:t>
        <w:br/>
        <w:t>v 4.001862 17.882736 0.798983</w:t>
        <w:br/>
        <w:t>v 4.025184 18.016605 0.743562</w:t>
        <w:br/>
        <w:t>v 4.001862 17.882736 0.798983</w:t>
        <w:br/>
        <w:t>v 3.779465 17.920357 0.780743</w:t>
        <w:br/>
        <w:t>v 4.017567 18.027794 0.784798</w:t>
        <w:br/>
        <w:t>v 4.017567 18.027794 0.784798</w:t>
        <w:br/>
        <w:t>v 3.795193 18.056366 0.787514</w:t>
        <w:br/>
        <w:t>v 4.064305 18.014500 0.749093</w:t>
        <w:br/>
        <w:t>v 4.025184 18.016605 0.743562</w:t>
        <w:br/>
        <w:t>v 4.017567 18.027794 0.784798</w:t>
        <w:br/>
        <w:t>v 4.060033 18.034840 0.801189</w:t>
        <w:br/>
        <w:t>v 4.064305 18.014500 0.749093</w:t>
        <w:br/>
        <w:t>v 4.060033 18.034840 0.801189</w:t>
        <w:br/>
        <w:t>v 4.067770 18.148060 0.729973</w:t>
        <w:br/>
        <w:t>v 4.020499 18.040245 0.803896</w:t>
        <w:br/>
        <w:t>v 4.016792 18.154709 0.743584</w:t>
        <w:br/>
        <w:t>v 4.067770 18.148060 0.729973</w:t>
        <w:br/>
        <w:t>v 4.010921 18.152931 0.771676</w:t>
        <w:br/>
        <w:t>v 4.074711 18.145557 0.795482</w:t>
        <w:br/>
        <w:t>v 4.074711 18.145557 0.795482</w:t>
        <w:br/>
        <w:t>v 4.018522 18.087814 0.801924</w:t>
        <w:br/>
        <w:t>v 4.074711 18.145557 0.795482</w:t>
        <w:br/>
        <w:t>v 4.060033 18.034840 0.801189</w:t>
        <w:br/>
        <w:t>v 4.024670 18.150375 0.798853</w:t>
        <w:br/>
        <w:t>v 4.024670 18.150375 0.798853</w:t>
        <w:br/>
        <w:t>v 4.024670 18.150375 0.798853</w:t>
        <w:br/>
        <w:t>v 4.002411 18.096409 0.784301</w:t>
        <w:br/>
        <w:t>v 4.010921 18.152931 0.771676</w:t>
        <w:br/>
        <w:t>v 4.002411 18.096409 0.784301</w:t>
        <w:br/>
        <w:t>v 4.018522 18.087814 0.801924</w:t>
        <w:br/>
        <w:t>v 3.829542 18.118313 0.812419</w:t>
        <w:br/>
        <w:t>v 3.812739 18.113148 0.815552</w:t>
        <w:br/>
        <w:t>v 3.791669 18.066849 0.819117</w:t>
        <w:br/>
        <w:t>v 3.791669 18.066849 0.819117</w:t>
        <w:br/>
        <w:t>v 3.767724 18.072365 0.820483</w:t>
        <w:br/>
        <w:t>v 3.767724 18.072365 0.820483</w:t>
        <w:br/>
        <w:t>v 3.767724 18.072365 0.820483</w:t>
        <w:br/>
        <w:t>v 3.755154 18.054527 0.759443</w:t>
        <w:br/>
        <w:t>v 3.767047 18.178410 0.770432</w:t>
        <w:br/>
        <w:t>v 3.819449 18.170818 0.812647</w:t>
        <w:br/>
        <w:t>v 3.829799 18.169590 0.806701</w:t>
        <w:br/>
        <w:t>v 3.774794 18.171547 0.815805</w:t>
        <w:br/>
        <w:t>v 3.774794 18.171547 0.815805</w:t>
        <w:br/>
        <w:t>v 3.774794 18.171547 0.815805</w:t>
        <w:br/>
        <w:t>v 3.829799 18.169590 0.806701</w:t>
        <w:br/>
        <w:t>v 3.819449 18.170818 0.812647</w:t>
        <w:br/>
        <w:t>v 3.767047 18.178410 0.770432</w:t>
        <w:br/>
        <w:t>v 3.814799 18.173271 0.782509</w:t>
        <w:br/>
        <w:t>v 3.970967 18.206493 -0.744318</w:t>
        <w:br/>
        <w:t>v 3.978085 18.185703 -0.724291</w:t>
        <w:br/>
        <w:t>v 4.002124 18.238766 -0.702478</w:t>
        <w:br/>
        <w:t>v 3.993759 18.265926 -0.721844</w:t>
        <w:br/>
        <w:t>v 3.805698 18.307186 -0.745129</w:t>
        <w:br/>
        <w:t>v 4.003011 18.300537 -0.668847</w:t>
        <w:br/>
        <w:t>v 3.991642 18.321297 -0.686997</w:t>
        <w:br/>
        <w:t>v 3.989858 18.461250 -0.556906</w:t>
        <w:br/>
        <w:t>v 3.809912 18.364697 -0.723456</w:t>
        <w:br/>
        <w:t>v 3.978513 18.487682 -0.568686</w:t>
        <w:br/>
        <w:t>v 3.980748 18.588387 -0.411808</w:t>
        <w:br/>
        <w:t>v 3.834001 18.407085 -0.691822</w:t>
        <w:br/>
        <w:t>v 3.809912 18.364697 -0.723456</w:t>
        <w:br/>
        <w:t>v 3.793679 18.351871 -0.698810</w:t>
        <w:br/>
        <w:t>v 3.805698 18.307186 -0.745129</w:t>
        <w:br/>
        <w:t>v 3.834001 18.407085 -0.691822</w:t>
        <w:br/>
        <w:t>v 3.791999 18.299828 -0.719817</w:t>
        <w:br/>
        <w:t>v 3.818094 18.394894 -0.670381</w:t>
        <w:br/>
        <w:t>v 3.803475 18.581142 -0.555760</w:t>
        <w:br/>
        <w:t>v 3.820716 18.593582 -0.574395</w:t>
        <w:br/>
        <w:t>v 3.820716 18.593582 -0.574395</w:t>
        <w:br/>
        <w:t>v 3.970019 18.614925 -0.416287</w:t>
        <w:br/>
        <w:t>v 3.976341 18.673191 -0.241944</w:t>
        <w:br/>
        <w:t>v 3.812702 18.713226 -0.423804</w:t>
        <w:br/>
        <w:t>v 3.812702 18.713226 -0.423804</w:t>
        <w:br/>
        <w:t>v 3.794910 18.696697 -0.413380</w:t>
        <w:br/>
        <w:t>v 3.788864 18.784649 -0.238665</w:t>
        <w:br/>
        <w:t>v 3.965874 18.702259 -0.244356</w:t>
        <w:br/>
        <w:t>v 3.976381 18.719536 -0.041955</w:t>
        <w:br/>
        <w:t>v 3.807092 18.803635 -0.244560</w:t>
        <w:br/>
        <w:t>v 3.807092 18.803635 -0.244560</w:t>
        <w:br/>
        <w:t>v 3.787481 18.819262 -0.029412</w:t>
        <w:br/>
        <w:t>v 3.966533 18.748123 -0.040672</w:t>
        <w:br/>
        <w:t>v 3.981925 18.708538 0.153516</w:t>
        <w:br/>
        <w:t>v 3.805738 18.840883 -0.029496</w:t>
        <w:br/>
        <w:t>v 3.805738 18.840883 -0.029496</w:t>
        <w:br/>
        <w:t>v 3.972672 18.736156 0.158529</w:t>
        <w:br/>
        <w:t>v 3.809117 18.814709 0.177339</w:t>
        <w:br/>
        <w:t>v 3.809117 18.814709 0.177339</w:t>
        <w:br/>
        <w:t>v 3.791093 18.792896 0.171435</w:t>
        <w:br/>
        <w:t>v 3.983798 18.669617 0.346155</w:t>
        <w:br/>
        <w:t>v 3.992499 18.643414 0.337661</w:t>
        <w:br/>
        <w:t>v 3.816348 18.736267 0.369911</w:t>
        <w:br/>
        <w:t>v 3.816348 18.736267 0.369911</w:t>
        <w:br/>
        <w:t>v 3.798768 18.716339 0.358559</w:t>
        <w:br/>
        <w:t>v 3.808765 18.610588 0.532205</w:t>
        <w:br/>
        <w:t>v 3.997750 18.570225 0.519804</w:t>
        <w:br/>
        <w:t>v 3.825774 18.627472 0.548322</w:t>
        <w:br/>
        <w:t>v 3.825774 18.627472 0.548322</w:t>
        <w:br/>
        <w:t>v 3.821252 18.472626 0.680310</w:t>
        <w:br/>
        <w:t>v 4.005956 18.545536 0.507706</w:t>
        <w:br/>
        <w:t>v 3.837574 18.484791 0.699563</w:t>
        <w:br/>
        <w:t>v 3.837574 18.484791 0.699563</w:t>
        <w:br/>
        <w:t>v 4.014444 18.435535 0.666620</w:t>
        <w:br/>
        <w:t>v 4.022240 18.412483 0.651169</w:t>
        <w:br/>
        <w:t>v 3.837988 18.297813 0.798634</w:t>
        <w:br/>
        <w:t>v 3.837988 18.297813 0.798634</w:t>
        <w:br/>
        <w:t>v 3.822660 18.290318 0.776659</w:t>
        <w:br/>
        <w:t>v 4.019535 18.260101 0.769369</w:t>
        <w:br/>
        <w:t>v 4.019535 18.260101 0.769369</w:t>
        <w:br/>
        <w:t>v 4.024831 18.240913 0.749763</w:t>
        <w:br/>
        <w:t>v 3.829799 18.169590 0.806701</w:t>
        <w:br/>
        <w:t>v 3.829799 18.169590 0.806701</w:t>
        <w:br/>
        <w:t>v 3.814799 18.173271 0.782509</w:t>
        <w:br/>
        <w:t>v 4.010921 18.152931 0.771676</w:t>
        <w:br/>
        <w:t>v 4.010921 18.152931 0.771676</w:t>
        <w:br/>
        <w:t>v 4.016792 18.154709 0.743584</w:t>
        <w:br/>
        <w:t>v 3.829542 18.118313 0.812419</w:t>
        <w:br/>
        <w:t>v 4.002411 18.096409 0.784301</w:t>
        <w:br/>
        <w:t>v 4.290783 18.007652 -0.723795</w:t>
        <w:br/>
        <w:t>v 4.307252 18.040855 -0.688346</w:t>
        <w:br/>
        <w:t>v 4.290102 18.026058 -0.741157</w:t>
        <w:br/>
        <w:t>v 4.308499 18.087898 -0.724649</w:t>
        <w:br/>
        <w:t>v 4.308499 18.087898 -0.724649</w:t>
        <w:br/>
        <w:t>v 4.111629 18.131516 -0.745409</w:t>
        <w:br/>
        <w:t>v 4.290102 18.026058 -0.741157</w:t>
        <w:br/>
        <w:t>v 4.324290 18.120317 -0.655714</w:t>
        <w:br/>
        <w:t>v 4.315854 18.142315 -0.673573</w:t>
        <w:br/>
        <w:t>v 4.322850 18.284130 -0.529476</w:t>
        <w:br/>
        <w:t>v 4.127945 18.180531 -0.728679</w:t>
        <w:br/>
        <w:t>v 4.314980 18.308212 -0.543034</w:t>
        <w:br/>
        <w:t>v 4.324435 18.388750 -0.392478</w:t>
        <w:br/>
        <w:t>v 4.151803 18.229343 -0.678127</w:t>
        <w:br/>
        <w:t>v 4.127945 18.180531 -0.728679</w:t>
        <w:br/>
        <w:t>v 4.106021 18.169704 -0.699118</w:t>
        <w:br/>
        <w:t>v 4.111629 18.131516 -0.745409</w:t>
        <w:br/>
        <w:t>v 4.151803 18.229343 -0.678127</w:t>
        <w:br/>
        <w:t>v 4.101489 18.122070 -0.724297</w:t>
        <w:br/>
        <w:t>v 4.131157 18.219952 -0.655968</w:t>
        <w:br/>
        <w:t>v 4.152979 18.395348 -0.552695</w:t>
        <w:br/>
        <w:t>v 4.152979 18.395348 -0.552695</w:t>
        <w:br/>
        <w:t>v 4.135133 18.381485 -0.536250</w:t>
        <w:br/>
        <w:t>v 4.140000 18.490677 -0.396798</w:t>
        <w:br/>
        <w:t>v 4.317070 18.413811 -0.402343</w:t>
        <w:br/>
        <w:t>v 4.328376 18.462193 -0.232568</w:t>
        <w:br/>
        <w:t>v 4.155897 18.507782 -0.407095</w:t>
        <w:br/>
        <w:t>v 4.155897 18.507782 -0.407095</w:t>
        <w:br/>
        <w:t>v 4.146003 18.561508 -0.229846</w:t>
        <w:br/>
        <w:t>v 4.321517 18.488445 -0.238320</w:t>
        <w:br/>
        <w:t>v 4.334349 18.500519 -0.060954</w:t>
        <w:br/>
        <w:t>v 4.160488 18.582359 -0.234628</w:t>
        <w:br/>
        <w:t>v 4.160488 18.582359 -0.234628</w:t>
        <w:br/>
        <w:t>v 4.152549 18.591862 -0.051438</w:t>
        <w:br/>
        <w:t>v 4.327978 18.527481 -0.062551</w:t>
        <w:br/>
        <w:t>v 4.342154 18.500340 0.114620</w:t>
        <w:br/>
        <w:t>v 4.166312 18.614559 -0.050360</w:t>
        <w:br/>
        <w:t>v 4.166312 18.614559 -0.050360</w:t>
        <w:br/>
        <w:t>v 4.159307 18.582268 0.129451</w:t>
        <w:br/>
        <w:t>v 4.336257 18.527157 0.117280</w:t>
        <w:br/>
        <w:t>v 4.173034 18.604641 0.136295</w:t>
        <w:br/>
        <w:t>v 4.173034 18.604641 0.136295</w:t>
        <w:br/>
        <w:t>v 4.165966 18.542557 0.305334</w:t>
        <w:br/>
        <w:t>v 4.345979 18.486774 0.292390</w:t>
        <w:br/>
        <w:t>v 4.351403 18.461967 0.285730</w:t>
        <w:br/>
        <w:t>v 4.180166 18.563835 0.317572</w:t>
        <w:br/>
        <w:t>v 4.180166 18.563835 0.317572</w:t>
        <w:br/>
        <w:t>v 4.172708 18.462635 0.480190</w:t>
        <w:br/>
        <w:t>v 4.356667 18.408386 0.454243</w:t>
        <w:br/>
        <w:t>v 4.361687 18.386745 0.444481</w:t>
        <w:br/>
        <w:t>v 4.188047 18.481686 0.497387</w:t>
        <w:br/>
        <w:t>v 4.188047 18.481686 0.497387</w:t>
        <w:br/>
        <w:t>v 4.177889 18.348736 0.610483</w:t>
        <w:br/>
        <w:t>v 4.367708 18.299786 0.596589</w:t>
        <w:br/>
        <w:t>v 4.372428 18.279142 0.582148</w:t>
        <w:br/>
        <w:t>v 4.194993 18.362949 0.630297</w:t>
        <w:br/>
        <w:t>v 4.194993 18.362949 0.630297</w:t>
        <w:br/>
        <w:t>v 4.176527 18.199680 0.722768</w:t>
        <w:br/>
        <w:t>v 4.370898 18.170361 0.717417</w:t>
        <w:br/>
        <w:t>v 4.194252 18.209019 0.745051</w:t>
        <w:br/>
        <w:t>v 4.194252 18.209019 0.745051</w:t>
        <w:br/>
        <w:t>v 4.370898 18.170361 0.717417</w:t>
        <w:br/>
        <w:t>v 4.170197 18.110313 0.753276</w:t>
        <w:br/>
        <w:t>v 4.375403 18.150175 0.698134</w:t>
        <w:br/>
        <w:t>v 4.182775 18.108517 0.775741</w:t>
        <w:br/>
        <w:t>v 4.182775 18.108517 0.775741</w:t>
        <w:br/>
        <w:t>v 4.367094 18.084497 0.748370</w:t>
        <w:br/>
        <w:t>v 4.367094 18.084497 0.748370</w:t>
        <w:br/>
        <w:t>v 4.371373 18.082829 0.720900</w:t>
        <w:br/>
        <w:t>v 4.177098 18.057922 0.787231</w:t>
        <w:br/>
        <w:t>v 4.363349 18.029716 0.762250</w:t>
        <w:br/>
        <w:t>v 4.330003 17.696980 0.809903</w:t>
        <w:br/>
        <w:t>v 4.346735 17.821487 0.777461</w:t>
        <w:br/>
        <w:t>v 4.333930 17.684685 0.786222</w:t>
        <w:br/>
        <w:t>v 4.343079 17.834776 0.796255</w:t>
        <w:br/>
        <w:t>v 4.330003 17.696980 0.809903</w:t>
        <w:br/>
        <w:t>v 4.148524 17.714321 0.795804</w:t>
        <w:br/>
        <w:t>v 4.343079 17.834776 0.796255</w:t>
        <w:br/>
        <w:t>v 4.346735 17.821487 0.777461</w:t>
        <w:br/>
        <w:t>v 4.343079 17.834776 0.796255</w:t>
        <w:br/>
        <w:t>v 4.360141 17.825066 0.780070</w:t>
        <w:br/>
        <w:t>v 4.363453 17.839340 0.807900</w:t>
        <w:br/>
        <w:t>v 4.360141 17.825066 0.780070</w:t>
        <w:br/>
        <w:t>v 4.363453 17.839340 0.807900</w:t>
        <w:br/>
        <w:t>v 4.365476 17.959341 0.751263</w:t>
        <w:br/>
        <w:t>v 4.165148 17.862255 0.802081</w:t>
        <w:br/>
        <w:t>v 4.373160 17.972063 0.785450</w:t>
        <w:br/>
        <w:t>v 4.400039 17.952084 0.745288</w:t>
        <w:br/>
        <w:t>v 4.365476 17.959341 0.751263</w:t>
        <w:br/>
        <w:t>v 4.373160 17.972063 0.785450</w:t>
        <w:br/>
        <w:t>v 4.147892 17.870861 0.812841</w:t>
        <w:br/>
        <w:t>v 4.363453 17.839340 0.807900</w:t>
        <w:br/>
        <w:t>v 4.147892 17.870861 0.812841</w:t>
        <w:br/>
        <w:t>v 4.373160 17.972063 0.785450</w:t>
        <w:br/>
        <w:t>v 4.152306 17.852196 0.786476</w:t>
        <w:br/>
        <w:t>v 4.165148 17.862255 0.802081</w:t>
        <w:br/>
        <w:t>v 4.152306 17.852196 0.786476</w:t>
        <w:br/>
        <w:t>v 4.133065 17.704399 0.771729</w:t>
        <w:br/>
        <w:t>v 4.139142 17.850538 0.782889</w:t>
        <w:br/>
        <w:t>v 4.147892 17.870861 0.812841</w:t>
        <w:br/>
        <w:t>v 4.139142 17.850538 0.782889</w:t>
        <w:br/>
        <w:t>v 4.159371 17.989941 0.781918</w:t>
        <w:br/>
        <w:t>v 4.166981 18.002577 0.816029</w:t>
        <w:br/>
        <w:t>v 4.166981 18.002577 0.816029</w:t>
        <w:br/>
        <w:t>v 4.166981 18.002577 0.816029</w:t>
        <w:br/>
        <w:t>v 4.159371 17.989941 0.781918</w:t>
        <w:br/>
        <w:t>v 4.109037 17.996126 0.793026</w:t>
        <w:br/>
        <w:t>v 4.172817 18.009071 0.830010</w:t>
        <w:br/>
        <w:t>v 4.122532 18.016983 0.839552</w:t>
        <w:br/>
        <w:t>v 4.122532 18.016983 0.839552</w:t>
        <w:br/>
        <w:t>v 4.109037 17.996126 0.793026</w:t>
        <w:br/>
        <w:t>v 4.135775 18.116768 0.805022</w:t>
        <w:br/>
        <w:t>v 4.125850 18.118336 0.756309</w:t>
        <w:br/>
        <w:t>v 4.125850 18.118336 0.756309</w:t>
        <w:br/>
        <w:t>v 4.170197 18.110313 0.753276</w:t>
        <w:br/>
        <w:t>v 4.135775 18.116768 0.805022</w:t>
        <w:br/>
        <w:t>v 4.182775 18.108517 0.775741</w:t>
        <w:br/>
        <w:t>v 4.179409 18.108948 0.797338</w:t>
        <w:br/>
        <w:t>v 4.179409 18.108948 0.797338</w:t>
        <w:br/>
        <w:t>v 4.182775 18.108517 0.775741</w:t>
        <w:br/>
        <w:t>v 4.177098 18.057922 0.787231</w:t>
        <w:br/>
        <w:t>v 4.172269 18.057745 0.812583</w:t>
        <w:br/>
        <w:t>v 4.122532 18.016983 0.839552</w:t>
        <w:br/>
        <w:t>v 4.135775 18.116768 0.805022</w:t>
        <w:br/>
        <w:t>v 4.179409 18.108948 0.797338</w:t>
        <w:br/>
        <w:t>v 4.172269 18.057745 0.812583</w:t>
        <w:br/>
        <w:t>v 4.172817 18.009071 0.830010</w:t>
        <w:br/>
        <w:t>v 4.172269 18.057745 0.812583</w:t>
        <w:br/>
        <w:t>v 4.177098 18.057922 0.787231</w:t>
        <w:br/>
        <w:t>v 4.363349 18.029716 0.762250</w:t>
        <w:br/>
        <w:t>v 4.373629 18.026867 0.780120</w:t>
        <w:br/>
        <w:t>v 4.373629 18.026867 0.780120</w:t>
        <w:br/>
        <w:t>v 4.378914 17.978418 0.799449</w:t>
        <w:br/>
        <w:t>v 4.378914 17.978418 0.799449</w:t>
        <w:br/>
        <w:t>v 4.413518 17.972830 0.791954</w:t>
        <w:br/>
        <w:t>v 4.413518 17.972830 0.791954</w:t>
        <w:br/>
        <w:t>v 4.373629 18.026867 0.780120</w:t>
        <w:br/>
        <w:t>v 4.363349 18.029716 0.762250</w:t>
        <w:br/>
        <w:t>v 4.381244 18.082235 0.764213</w:t>
        <w:br/>
        <w:t>v 4.367094 18.084497 0.748370</w:t>
        <w:br/>
        <w:t>v 4.427319 18.073700 0.757555</w:t>
        <w:br/>
        <w:t>v 4.381244 18.082235 0.764213</w:t>
        <w:br/>
        <w:t>v 4.413518 17.972830 0.791954</w:t>
        <w:br/>
        <w:t>v 4.427319 18.073700 0.757555</w:t>
        <w:br/>
        <w:t>v 4.400039 17.952084 0.745288</w:t>
        <w:br/>
        <w:t>v 4.381244 18.082235 0.764213</w:t>
        <w:br/>
        <w:t>v 4.367094 18.084497 0.748370</w:t>
        <w:br/>
        <w:t>v 4.427319 18.073700 0.757555</w:t>
        <w:br/>
        <w:t>v 4.418001 18.076336 0.708785</w:t>
        <w:br/>
        <w:t>v 4.371373 18.082829 0.720900</w:t>
        <w:br/>
        <w:t>v 4.418001 18.076336 0.708785</w:t>
        <w:br/>
        <w:t>v 3.374525 19.064215 -0.312551</w:t>
        <w:br/>
        <w:t>v 3.430579 19.029955 -0.313912</w:t>
        <w:br/>
        <w:t>v 3.391415 19.090631 -0.311480</w:t>
        <w:br/>
        <w:t>v 3.447399 19.056402 -0.312839</w:t>
        <w:br/>
        <w:t>v 3.500949 18.985910 -0.293210</w:t>
        <w:br/>
        <w:t>v 3.391415 19.090631 -0.311480</w:t>
        <w:br/>
        <w:t>v 3.447399 19.056402 -0.312839</w:t>
        <w:br/>
        <w:t>v 3.447230 19.053144 -0.228650</w:t>
        <w:br/>
        <w:t>v 3.517650 19.012392 -0.292135</w:t>
        <w:br/>
        <w:t>v 3.517650 19.012392 -0.292135</w:t>
        <w:br/>
        <w:t>v 3.583077 18.968454 -0.204880</w:t>
        <w:br/>
        <w:t>v 3.566538 18.941931 -0.205960</w:t>
        <w:br/>
        <w:t>v 3.496531 19.022261 -0.213613</w:t>
        <w:br/>
        <w:t>v 3.583077 18.968454 -0.204880</w:t>
        <w:br/>
        <w:t>v 3.536078 18.995749 -0.159882</w:t>
        <w:br/>
        <w:t>v 3.614739 18.944769 -0.104394</w:t>
        <w:br/>
        <w:t>v 3.614739 18.944769 -0.104394</w:t>
        <w:br/>
        <w:t>v 3.598279 18.918219 -0.105477</w:t>
        <w:br/>
        <w:t>v 3.561508 18.977045 -0.085098</w:t>
        <w:br/>
        <w:t>v 3.614568 18.939631 0.027373</w:t>
        <w:br/>
        <w:t>v 3.614568 18.939631 0.027373</w:t>
        <w:br/>
        <w:t>v 3.598097 18.913076 0.026291</w:t>
        <w:br/>
        <w:t>v 3.561360 18.973326 0.010655</w:t>
        <w:br/>
        <w:t>v 3.566018 18.928923 0.128320</w:t>
        <w:br/>
        <w:t>v 3.535669 18.986170 0.086677</w:t>
        <w:br/>
        <w:t>v 3.582599 18.955435 0.129399</w:t>
        <w:br/>
        <w:t>v 3.582599 18.955435 0.129399</w:t>
        <w:br/>
        <w:t>v 3.499999 18.966051 0.218759</w:t>
        <w:br/>
        <w:t>v 3.495882 19.008451 0.142332</w:t>
        <w:br/>
        <w:t>v 3.516757 18.992506 0.219834</w:t>
        <w:br/>
        <w:t>v 3.516757 18.992506 0.219834</w:t>
        <w:br/>
        <w:t>v 3.446448 19.038099 0.159763</w:t>
        <w:br/>
        <w:t>v 3.446282 19.034838 0.243952</w:t>
        <w:br/>
        <w:t>v 3.446282 19.034838 0.243952</w:t>
        <w:br/>
        <w:t>v 3.429400 19.008425 0.242882</w:t>
        <w:br/>
        <w:t>v 3.390196 19.069113 0.245313</w:t>
        <w:br/>
        <w:t>v 3.390196 19.069113 0.245313</w:t>
        <w:br/>
        <w:t>v 3.373246 19.042719 0.244246</w:t>
        <w:br/>
        <w:t>v 3.390379 19.072367 0.161124</w:t>
        <w:br/>
        <w:t>v 3.390379 19.072367 0.161124</w:t>
        <w:br/>
        <w:t>v 3.390196 19.069113 0.245313</w:t>
        <w:br/>
        <w:t>v 3.373438 19.045969 0.160056</w:t>
        <w:br/>
        <w:t>v 3.373246 19.042719 0.244246</w:t>
        <w:br/>
        <w:t>v 3.374331 19.060957 -0.228362</w:t>
        <w:br/>
        <w:t>v 3.391230 19.087381 -0.227291</w:t>
        <w:br/>
        <w:t>v 3.391230 19.087381 -0.227291</w:t>
        <w:br/>
        <w:t>v 3.374525 19.064215 -0.312551</w:t>
        <w:br/>
        <w:t>v 3.391415 19.090631 -0.311480</w:t>
        <w:br/>
        <w:t>v -4.556838 16.858879 0.102178</w:t>
        <w:br/>
        <w:t>v -4.827418 16.706074 0.075467</w:t>
        <w:br/>
        <w:t>v -4.601071 16.876284 -0.167009</w:t>
        <w:br/>
        <w:t>v -4.860608 16.729271 -0.183450</w:t>
        <w:br/>
        <w:t>v -5.088354 16.516771 0.069758</w:t>
        <w:br/>
        <w:t>v -4.706255 17.015341 -0.375414</w:t>
        <w:br/>
        <w:t>v -4.950510 16.862953 -0.408775</w:t>
        <w:br/>
        <w:t>v -5.072577 17.073256 -0.521297</w:t>
        <w:br/>
        <w:t>v -4.862194 17.274366 -0.491222</w:t>
        <w:br/>
        <w:t>v -5.098600 16.557020 -0.200579</w:t>
        <w:br/>
        <w:t>v -5.342873 16.261497 0.077817</w:t>
        <w:br/>
        <w:t>v -5.335770 16.271200 -0.076588</w:t>
        <w:br/>
        <w:t>v -5.347661 16.311512 -0.225513</w:t>
        <w:br/>
        <w:t>v -5.162693 16.708590 -0.453750</w:t>
        <w:br/>
        <w:t>v -5.389341 16.399092 -0.387988</w:t>
        <w:br/>
        <w:t>v -5.432661 16.490547 -0.496073</w:t>
        <w:br/>
        <w:t>v -5.491409 16.609911 -0.562045</w:t>
        <w:br/>
        <w:t>v -5.280791 16.961695 -0.544473</w:t>
        <w:br/>
        <w:t>v -5.567626 16.762030 -0.587405</w:t>
        <w:br/>
        <w:t>v -5.636848 16.902531 -0.593334</w:t>
        <w:br/>
        <w:t>v -5.173511 17.261650 -0.516870</w:t>
        <w:br/>
        <w:t>v -5.004770 17.538584 -0.401754</w:t>
        <w:br/>
        <w:t>v -5.406751 17.222887 -0.515497</w:t>
        <w:br/>
        <w:t>v -5.741618 17.099184 -0.549261</w:t>
        <w:br/>
        <w:t>v -5.274045 17.468029 -0.386637</w:t>
        <w:br/>
        <w:t>v -5.092270 17.734007 -0.196137</w:t>
        <w:br/>
        <w:t>v -5.497767 17.404711 -0.395386</w:t>
        <w:br/>
        <w:t>v -5.826704 17.265711 -0.437350</w:t>
        <w:br/>
        <w:t>v -5.340296 17.621681 -0.182228</w:t>
        <w:br/>
        <w:t>v -5.078990 17.760365 0.027286</w:t>
        <w:br/>
        <w:t>v -5.563440 17.527567 -0.189062</w:t>
        <w:br/>
        <w:t>v -5.889977 17.395945 -0.207018</w:t>
        <w:br/>
        <w:t>v -5.337159 17.651203 0.055353</w:t>
        <w:br/>
        <w:t>v -5.585698 17.556446 0.063969</w:t>
        <w:br/>
        <w:t>v -5.915598 17.426922 0.068279</w:t>
        <w:br/>
        <w:t>v -5.294596 17.604761 0.275244</w:t>
        <w:br/>
        <w:t>v -5.023361 17.707708 0.222447</w:t>
        <w:br/>
        <w:t>v -5.570146 17.506767 0.310655</w:t>
        <w:br/>
        <w:t>v -5.897453 17.364855 0.342441</w:t>
        <w:br/>
        <w:t>v -5.818835 17.165245 0.577829</w:t>
        <w:br/>
        <w:t>v -5.490391 17.323923 0.542944</w:t>
        <w:br/>
        <w:t>v -5.191434 17.442007 0.470936</w:t>
        <w:br/>
        <w:t>v -4.920816 17.554253 0.376851</w:t>
        <w:br/>
        <w:t>v -5.381655 17.091887 0.612068</w:t>
        <w:br/>
        <w:t>v -5.707527 16.904379 0.679297</w:t>
        <w:br/>
        <w:t>v -5.619167 16.734737 0.674369</w:t>
        <w:br/>
        <w:t>v -5.074200 17.234373 0.540979</w:t>
        <w:br/>
        <w:t>v -4.805674 17.357719 0.473464</w:t>
        <w:br/>
        <w:t>v -4.692892 17.159565 0.469144</w:t>
        <w:br/>
        <w:t>v -4.946547 16.989801 0.493026</w:t>
        <w:br/>
        <w:t>v -4.605944 16.986431 0.322623</w:t>
        <w:br/>
        <w:t>v -5.244011 16.808548 0.550563</w:t>
        <w:br/>
        <w:t>v -5.550745 16.594276 0.618778</w:t>
        <w:br/>
        <w:t>v -4.863785 16.809805 0.317960</w:t>
        <w:br/>
        <w:t>v -4.556838 16.858879 0.102178</w:t>
        <w:br/>
        <w:t>v -4.827418 16.706074 0.075467</w:t>
        <w:br/>
        <w:t>v -5.088354 16.516771 0.069758</w:t>
        <w:br/>
        <w:t>v -5.141204 16.607613 0.351148</w:t>
        <w:br/>
        <w:t>v -5.467883 16.453918 0.526189</w:t>
        <w:br/>
        <w:t>v -5.408890 16.357851 0.406537</w:t>
        <w:br/>
        <w:t>v -5.359397 16.287788 0.241135</w:t>
        <w:br/>
        <w:t>v -5.342873 16.261497 0.077817</w:t>
        <w:br/>
        <w:t>v -3.779648 17.766846 0.719989</w:t>
        <w:br/>
        <w:t>v -3.787185 17.901150 0.747507</w:t>
        <w:br/>
        <w:t>v -3.764618 17.757950 0.693725</w:t>
        <w:br/>
        <w:t>v -3.796805 17.906841 0.762679</w:t>
        <w:br/>
        <w:t>v -3.775062 17.905945 0.752765</w:t>
        <w:br/>
        <w:t>v -3.787185 17.901150 0.747507</w:t>
        <w:br/>
        <w:t>v -3.796805 17.906841 0.762679</w:t>
        <w:br/>
        <w:t>v -3.779361 17.918896 0.780743</w:t>
        <w:br/>
        <w:t>v -3.779361 17.918896 0.780743</w:t>
        <w:br/>
        <w:t>v -3.792155 18.048622 0.762596</w:t>
        <w:br/>
        <w:t>v -3.775062 17.905945 0.752765</w:t>
        <w:br/>
        <w:t>v -3.983289 17.878330 0.785359</w:t>
        <w:br/>
        <w:t>v -3.950949 17.732796 0.768907</w:t>
        <w:br/>
        <w:t>v -3.795090 18.054901 0.787515</w:t>
        <w:br/>
        <w:t>v -3.792155 18.048622 0.762596</w:t>
        <w:br/>
        <w:t>v -3.795090 18.054901 0.787515</w:t>
        <w:br/>
        <w:t>v -3.755051 18.053062 0.759444</w:t>
        <w:br/>
        <w:t>v -3.987864 17.866985 0.763958</w:t>
        <w:br/>
        <w:t>v -3.983289 17.878330 0.785359</w:t>
        <w:br/>
        <w:t>v -3.950949 17.732796 0.768907</w:t>
        <w:br/>
        <w:t>v -3.957535 17.720337 0.744699</w:t>
        <w:br/>
        <w:t>v -3.987864 17.866985 0.763958</w:t>
        <w:br/>
        <w:t>v -4.003567 17.866940 0.770461</w:t>
        <w:br/>
        <w:t>v -4.001759 17.881271 0.798984</w:t>
        <w:br/>
        <w:t>v -4.001759 17.881271 0.798984</w:t>
        <w:br/>
        <w:t>v -4.003567 17.866940 0.770461</w:t>
        <w:br/>
        <w:t>v -4.025080 18.015144 0.743563</w:t>
        <w:br/>
        <w:t>v -4.001759 17.881271 0.798984</w:t>
        <w:br/>
        <w:t>v -4.017464 18.026329 0.784798</w:t>
        <w:br/>
        <w:t>v -3.779361 17.918896 0.780743</w:t>
        <w:br/>
        <w:t>v -4.017464 18.026329 0.784798</w:t>
        <w:br/>
        <w:t>v -3.795090 18.054901 0.787515</w:t>
        <w:br/>
        <w:t>v -4.025080 18.015144 0.743563</w:t>
        <w:br/>
        <w:t>v -4.064202 18.013035 0.749094</w:t>
        <w:br/>
        <w:t>v -4.017464 18.026329 0.784798</w:t>
        <w:br/>
        <w:t>v -4.059930 18.033379 0.801189</w:t>
        <w:br/>
        <w:t>v -4.059930 18.033379 0.801189</w:t>
        <w:br/>
        <w:t>v -4.064202 18.013035 0.749094</w:t>
        <w:br/>
        <w:t>v -4.067667 18.146595 0.729974</w:t>
        <w:br/>
        <w:t>v -4.020395 18.038784 0.803896</w:t>
        <w:br/>
        <w:t>v -4.016689 18.153248 0.743585</w:t>
        <w:br/>
        <w:t>v -4.010818 18.151470 0.771676</w:t>
        <w:br/>
        <w:t>v -4.067667 18.146595 0.729974</w:t>
        <w:br/>
        <w:t>v -4.074607 18.144093 0.795483</w:t>
        <w:br/>
        <w:t>v -4.074607 18.144093 0.795483</w:t>
        <w:br/>
        <w:t>v -4.018419 18.086353 0.801925</w:t>
        <w:br/>
        <w:t>v -4.059930 18.033379 0.801189</w:t>
        <w:br/>
        <w:t>v -4.074607 18.144093 0.795483</w:t>
        <w:br/>
        <w:t>v -4.024566 18.148911 0.798853</w:t>
        <w:br/>
        <w:t>v -4.024566 18.148911 0.798853</w:t>
        <w:br/>
        <w:t>v -4.024566 18.148911 0.798853</w:t>
        <w:br/>
        <w:t>v -4.010818 18.151470 0.771676</w:t>
        <w:br/>
        <w:t>v -4.002307 18.094944 0.784301</w:t>
        <w:br/>
        <w:t>v -4.018419 18.086353 0.801925</w:t>
        <w:br/>
        <w:t>v -4.002307 18.094944 0.784301</w:t>
        <w:br/>
        <w:t>v -3.829438 18.116852 0.812419</w:t>
        <w:br/>
        <w:t>v -3.812635 18.111683 0.815553</w:t>
        <w:br/>
        <w:t>v -3.791566 18.065384 0.819117</w:t>
        <w:br/>
        <w:t>v -3.791566 18.065384 0.819117</w:t>
        <w:br/>
        <w:t>v -3.767620 18.070900 0.820484</w:t>
        <w:br/>
        <w:t>v -3.767620 18.070900 0.820484</w:t>
        <w:br/>
        <w:t>v -3.755051 18.053062 0.759444</w:t>
        <w:br/>
        <w:t>v -3.767620 18.070900 0.820484</w:t>
        <w:br/>
        <w:t>v -3.766943 18.176945 0.770433</w:t>
        <w:br/>
        <w:t>v -3.819345 18.169361 0.812647</w:t>
        <w:br/>
        <w:t>v -3.829695 18.168125 0.806701</w:t>
        <w:br/>
        <w:t>v -3.774691 18.170082 0.815805</w:t>
        <w:br/>
        <w:t>v -3.774691 18.170082 0.815805</w:t>
        <w:br/>
        <w:t>v -3.829695 18.168125 0.806701</w:t>
        <w:br/>
        <w:t>v -3.774691 18.170082 0.815805</w:t>
        <w:br/>
        <w:t>v -3.819345 18.169361 0.812647</w:t>
        <w:br/>
        <w:t>v -3.766943 18.176945 0.770433</w:t>
        <w:br/>
        <w:t>v -3.814695 18.171806 0.782510</w:t>
        <w:br/>
        <w:t>v -3.970864 18.205029 -0.744317</w:t>
        <w:br/>
        <w:t>v -4.002020 18.237305 -0.702477</w:t>
        <w:br/>
        <w:t>v -3.977981 18.184238 -0.724290</w:t>
        <w:br/>
        <w:t>v -3.993656 18.264462 -0.721843</w:t>
        <w:br/>
        <w:t>v -4.002907 18.299072 -0.668846</w:t>
        <w:br/>
        <w:t>v -3.805594 18.305721 -0.745128</w:t>
        <w:br/>
        <w:t>v -3.809809 18.363232 -0.723456</w:t>
        <w:br/>
        <w:t>v -3.991539 18.319836 -0.686997</w:t>
        <w:br/>
        <w:t>v -3.989754 18.459785 -0.556905</w:t>
        <w:br/>
        <w:t>v -3.809809 18.363232 -0.723456</w:t>
        <w:br/>
        <w:t>v -3.805594 18.305721 -0.745128</w:t>
        <w:br/>
        <w:t>v -3.793576 18.350407 -0.698809</w:t>
        <w:br/>
        <w:t>v -3.791896 18.298363 -0.719816</w:t>
        <w:br/>
        <w:t>v -3.833897 18.405621 -0.691822</w:t>
        <w:br/>
        <w:t>v -3.833897 18.405621 -0.691822</w:t>
        <w:br/>
        <w:t>v -3.817991 18.393433 -0.670380</w:t>
        <w:br/>
        <w:t>v -3.803371 18.579681 -0.555760</w:t>
        <w:br/>
        <w:t>v -3.978410 18.486217 -0.568686</w:t>
        <w:br/>
        <w:t>v -3.980644 18.586926 -0.411808</w:t>
        <w:br/>
        <w:t>v -3.820612 18.592117 -0.574394</w:t>
        <w:br/>
        <w:t>v -3.820612 18.592117 -0.574394</w:t>
        <w:br/>
        <w:t>v -3.969916 18.613464 -0.416286</w:t>
        <w:br/>
        <w:t>v -3.976238 18.671726 -0.241943</w:t>
        <w:br/>
        <w:t>v -3.812599 18.711761 -0.423803</w:t>
        <w:br/>
        <w:t>v -3.812599 18.711761 -0.423803</w:t>
        <w:br/>
        <w:t>v -3.794806 18.695232 -0.413379</w:t>
        <w:br/>
        <w:t>v -3.788760 18.783188 -0.238665</w:t>
        <w:br/>
        <w:t>v -3.965771 18.700794 -0.244356</w:t>
        <w:br/>
        <w:t>v -3.976278 18.718075 -0.041954</w:t>
        <w:br/>
        <w:t>v -3.806988 18.802170 -0.244560</w:t>
        <w:br/>
        <w:t>v -3.806988 18.802170 -0.244560</w:t>
        <w:br/>
        <w:t>v -3.787377 18.817795 -0.029411</w:t>
        <w:br/>
        <w:t>v -3.966429 18.746662 -0.040671</w:t>
        <w:br/>
        <w:t>v -3.981822 18.707077 0.153516</w:t>
        <w:br/>
        <w:t>v -3.805635 18.839420 -0.029495</w:t>
        <w:br/>
        <w:t>v -3.805635 18.839420 -0.029495</w:t>
        <w:br/>
        <w:t>v -3.972568 18.734692 0.158530</w:t>
        <w:br/>
        <w:t>v -3.809014 18.813244 0.177339</w:t>
        <w:br/>
        <w:t>v -3.809014 18.813244 0.177339</w:t>
        <w:br/>
        <w:t>v -3.790990 18.791435 0.171436</w:t>
        <w:br/>
        <w:t>v -3.983694 18.668152 0.346156</w:t>
        <w:br/>
        <w:t>v -3.992396 18.641953 0.337662</w:t>
        <w:br/>
        <w:t>v -3.816244 18.734802 0.369911</w:t>
        <w:br/>
        <w:t>v -3.816244 18.734802 0.369911</w:t>
        <w:br/>
        <w:t>v -3.798664 18.714874 0.358559</w:t>
        <w:br/>
        <w:t>v -3.808661 18.609123 0.532206</w:t>
        <w:br/>
        <w:t>v -3.825671 18.626011 0.548323</w:t>
        <w:br/>
        <w:t>v -3.825671 18.626011 0.548323</w:t>
        <w:br/>
        <w:t>v -3.821149 18.471165 0.680310</w:t>
        <w:br/>
        <w:t>v -3.997646 18.568764 0.519804</w:t>
        <w:br/>
        <w:t>v -4.005852 18.544075 0.507707</w:t>
        <w:br/>
        <w:t>v -3.837471 18.483326 0.699564</w:t>
        <w:br/>
        <w:t>v -3.837471 18.483326 0.699564</w:t>
        <w:br/>
        <w:t>v -4.014341 18.434071 0.666621</w:t>
        <w:br/>
        <w:t>v -4.022137 18.411022 0.651170</w:t>
        <w:br/>
        <w:t>v -3.837884 18.296349 0.798634</w:t>
        <w:br/>
        <w:t>v -3.837884 18.296349 0.798634</w:t>
        <w:br/>
        <w:t>v -3.822556 18.288857 0.776660</w:t>
        <w:br/>
        <w:t>v -4.019431 18.258636 0.769370</w:t>
        <w:br/>
        <w:t>v -4.019431 18.258636 0.769370</w:t>
        <w:br/>
        <w:t>v -4.024728 18.239449 0.749764</w:t>
        <w:br/>
        <w:t>v -3.829695 18.168125 0.806701</w:t>
        <w:br/>
        <w:t>v -3.829695 18.168125 0.806701</w:t>
        <w:br/>
        <w:t>v -3.814695 18.171806 0.782510</w:t>
        <w:br/>
        <w:t>v -4.010818 18.151470 0.771676</w:t>
        <w:br/>
        <w:t>v -4.010818 18.151470 0.771676</w:t>
        <w:br/>
        <w:t>v -4.016689 18.153248 0.743585</w:t>
        <w:br/>
        <w:t>v -3.829438 18.116852 0.812419</w:t>
        <w:br/>
        <w:t>v -4.002307 18.094944 0.784301</w:t>
        <w:br/>
        <w:t>v -4.290000 18.024597 -0.741156</w:t>
        <w:br/>
        <w:t>v -4.307149 18.039394 -0.688345</w:t>
        <w:br/>
        <w:t>v -4.290680 18.006187 -0.723794</w:t>
        <w:br/>
        <w:t>v -4.308396 18.086433 -0.724648</w:t>
        <w:br/>
        <w:t>v -4.290000 18.024597 -0.741156</w:t>
        <w:br/>
        <w:t>v -4.111526 18.130051 -0.745408</w:t>
        <w:br/>
        <w:t>v -4.308396 18.086433 -0.724648</w:t>
        <w:br/>
        <w:t>v -4.324187 18.118851 -0.655713</w:t>
        <w:br/>
        <w:t>v -4.127842 18.179070 -0.728678</w:t>
        <w:br/>
        <w:t>v -4.315751 18.140850 -0.673572</w:t>
        <w:br/>
        <w:t>v -4.322747 18.282665 -0.529475</w:t>
        <w:br/>
        <w:t>v -4.127842 18.179070 -0.728678</w:t>
        <w:br/>
        <w:t>v -4.111526 18.130051 -0.745408</w:t>
        <w:br/>
        <w:t>v -4.105918 18.168243 -0.699117</w:t>
        <w:br/>
        <w:t>v -4.101385 18.120605 -0.724296</w:t>
        <w:br/>
        <w:t>v -4.151700 18.227875 -0.678127</w:t>
        <w:br/>
        <w:t>v -4.151700 18.227875 -0.678127</w:t>
        <w:br/>
        <w:t>v -4.131054 18.218487 -0.655967</w:t>
        <w:br/>
        <w:t>v -4.314877 18.306751 -0.543033</w:t>
        <w:br/>
        <w:t>v -4.324331 18.387287 -0.392477</w:t>
        <w:br/>
        <w:t>v -4.152876 18.393883 -0.552694</w:t>
        <w:br/>
        <w:t>v -4.152876 18.393883 -0.552694</w:t>
        <w:br/>
        <w:t>v -4.135030 18.380020 -0.536249</w:t>
        <w:br/>
        <w:t>v -4.139897 18.489216 -0.396797</w:t>
        <w:br/>
        <w:t>v -4.316967 18.412350 -0.402342</w:t>
        <w:br/>
        <w:t>v -4.328273 18.460728 -0.232568</w:t>
        <w:br/>
        <w:t>v -4.155794 18.506321 -0.407095</w:t>
        <w:br/>
        <w:t>v -4.155794 18.506321 -0.407095</w:t>
        <w:br/>
        <w:t>v -4.145899 18.560047 -0.229845</w:t>
        <w:br/>
        <w:t>v -4.321414 18.486980 -0.238319</w:t>
        <w:br/>
        <w:t>v -4.334246 18.499054 -0.060953</w:t>
        <w:br/>
        <w:t>v -4.160385 18.580898 -0.234627</w:t>
        <w:br/>
        <w:t>v -4.160385 18.580898 -0.234627</w:t>
        <w:br/>
        <w:t>v -4.152446 18.590397 -0.051437</w:t>
        <w:br/>
        <w:t>v -4.327875 18.526016 -0.062551</w:t>
        <w:br/>
        <w:t>v -4.342051 18.498875 0.114620</w:t>
        <w:br/>
        <w:t>v -4.166209 18.613094 -0.050360</w:t>
        <w:br/>
        <w:t>v -4.166209 18.613094 -0.050360</w:t>
        <w:br/>
        <w:t>v -4.159204 18.580803 0.129451</w:t>
        <w:br/>
        <w:t>v -4.336154 18.525692 0.117280</w:t>
        <w:br/>
        <w:t>v -4.172931 18.603176 0.136295</w:t>
        <w:br/>
        <w:t>v -4.172931 18.603176 0.136295</w:t>
        <w:br/>
        <w:t>v -4.165862 18.541092 0.305335</w:t>
        <w:br/>
        <w:t>v -4.345876 18.485313 0.292391</w:t>
        <w:br/>
        <w:t>v -4.351300 18.460506 0.285730</w:t>
        <w:br/>
        <w:t>v -4.180063 18.562374 0.317573</w:t>
        <w:br/>
        <w:t>v -4.180063 18.562374 0.317573</w:t>
        <w:br/>
        <w:t>v -4.172604 18.461166 0.480190</w:t>
        <w:br/>
        <w:t>v -4.356563 18.406925 0.454244</w:t>
        <w:br/>
        <w:t>v -4.361584 18.385281 0.444482</w:t>
        <w:br/>
        <w:t>v -4.187944 18.480221 0.497387</w:t>
        <w:br/>
        <w:t>v -4.187944 18.480221 0.497387</w:t>
        <w:br/>
        <w:t>v -4.177786 18.347275 0.610484</w:t>
        <w:br/>
        <w:t>v -4.367605 18.298321 0.596589</w:t>
        <w:br/>
        <w:t>v -4.372325 18.277679 0.582148</w:t>
        <w:br/>
        <w:t>v -4.194890 18.361488 0.630297</w:t>
        <w:br/>
        <w:t>v -4.194890 18.361488 0.630297</w:t>
        <w:br/>
        <w:t>v -4.176424 18.198215 0.722768</w:t>
        <w:br/>
        <w:t>v -4.370795 18.168896 0.717417</w:t>
        <w:br/>
        <w:t>v -4.375300 18.148712 0.698134</w:t>
        <w:br/>
        <w:t>v -4.194149 18.207558 0.745051</w:t>
        <w:br/>
        <w:t>v -4.194149 18.207558 0.745051</w:t>
        <w:br/>
        <w:t>v -4.370795 18.168896 0.717417</w:t>
        <w:br/>
        <w:t>v -4.170094 18.108849 0.753277</w:t>
        <w:br/>
        <w:t>v -4.182671 18.107052 0.775742</w:t>
        <w:br/>
        <w:t>v -4.182671 18.107052 0.775742</w:t>
        <w:br/>
        <w:t>v -4.366991 18.083031 0.748370</w:t>
        <w:br/>
        <w:t>v -4.366991 18.083031 0.748370</w:t>
        <w:br/>
        <w:t>v -4.371269 18.081364 0.720901</w:t>
        <w:br/>
        <w:t>v -4.176995 18.056458 0.787232</w:t>
        <w:br/>
        <w:t>v -4.363247 18.028252 0.762250</w:t>
        <w:br/>
        <w:t>v -4.329900 17.695517 0.809904</w:t>
        <w:br/>
        <w:t>v -4.333827 17.683220 0.786222</w:t>
        <w:br/>
        <w:t>v -4.346632 17.820023 0.777462</w:t>
        <w:br/>
        <w:t>v -4.342976 17.833313 0.796256</w:t>
        <w:br/>
        <w:t>v -4.329900 17.695517 0.809904</w:t>
        <w:br/>
        <w:t>v -4.342976 17.833313 0.796256</w:t>
        <w:br/>
        <w:t>v -4.148420 17.712856 0.795805</w:t>
        <w:br/>
        <w:t>v -4.346632 17.820023 0.777462</w:t>
        <w:br/>
        <w:t>v -4.360038 17.823605 0.780071</w:t>
        <w:br/>
        <w:t>v -4.342976 17.833313 0.796256</w:t>
        <w:br/>
        <w:t>v -4.363350 17.837877 0.807900</w:t>
        <w:br/>
        <w:t>v -4.363350 17.837877 0.807900</w:t>
        <w:br/>
        <w:t>v -4.360038 17.823605 0.780071</w:t>
        <w:br/>
        <w:t>v -4.365374 17.957880 0.751264</w:t>
        <w:br/>
        <w:t>v -4.165044 17.860794 0.802081</w:t>
        <w:br/>
        <w:t>v -4.373058 17.970600 0.785451</w:t>
        <w:br/>
        <w:t>v -4.365374 17.957880 0.751264</w:t>
        <w:br/>
        <w:t>v -4.399936 17.950617 0.745289</w:t>
        <w:br/>
        <w:t>v -4.373058 17.970600 0.785451</w:t>
        <w:br/>
        <w:t>v -4.147789 17.869396 0.812841</w:t>
        <w:br/>
        <w:t>v -4.363350 17.837877 0.807900</w:t>
        <w:br/>
        <w:t>v -4.373058 17.970600 0.785451</w:t>
        <w:br/>
        <w:t>v -4.147789 17.869396 0.812841</w:t>
        <w:br/>
        <w:t>v -4.152204 17.850731 0.786477</w:t>
        <w:br/>
        <w:t>v -4.165044 17.860794 0.802081</w:t>
        <w:br/>
        <w:t>v -4.152204 17.850731 0.786477</w:t>
        <w:br/>
        <w:t>v -4.132962 17.702934 0.771730</w:t>
        <w:br/>
        <w:t>v -4.139038 17.849075 0.782890</w:t>
        <w:br/>
        <w:t>v -4.147789 17.869396 0.812841</w:t>
        <w:br/>
        <w:t>v -4.159267 17.988476 0.781919</w:t>
        <w:br/>
        <w:t>v -4.139038 17.849075 0.782890</w:t>
        <w:br/>
        <w:t>v -4.166878 18.001110 0.816029</w:t>
        <w:br/>
        <w:t>v -4.166878 18.001110 0.816029</w:t>
        <w:br/>
        <w:t>v -4.159267 17.988476 0.781919</w:t>
        <w:br/>
        <w:t>v -4.166878 18.001110 0.816029</w:t>
        <w:br/>
        <w:t>v -4.108934 17.994663 0.793026</w:t>
        <w:br/>
        <w:t>v -4.172714 18.007607 0.830011</w:t>
        <w:br/>
        <w:t>v -4.122429 18.015518 0.839553</w:t>
        <w:br/>
        <w:t>v -4.122429 18.015518 0.839553</w:t>
        <w:br/>
        <w:t>v -4.135672 18.115303 0.805022</w:t>
        <w:br/>
        <w:t>v -4.108934 17.994663 0.793026</w:t>
        <w:br/>
        <w:t>v -4.125746 18.116875 0.756310</w:t>
        <w:br/>
        <w:t>v -4.125746 18.116875 0.756310</w:t>
        <w:br/>
        <w:t>v -4.135672 18.115303 0.805022</w:t>
        <w:br/>
        <w:t>v -4.170094 18.108849 0.753277</w:t>
        <w:br/>
        <w:t>v -4.182671 18.107052 0.775742</w:t>
        <w:br/>
        <w:t>v -4.179306 18.107483 0.797338</w:t>
        <w:br/>
        <w:t>v -4.179306 18.107483 0.797338</w:t>
        <w:br/>
        <w:t>v -4.176995 18.056458 0.787232</w:t>
        <w:br/>
        <w:t>v -4.182671 18.107052 0.775742</w:t>
        <w:br/>
        <w:t>v -4.172166 18.056282 0.812583</w:t>
        <w:br/>
        <w:t>v -4.135672 18.115303 0.805022</w:t>
        <w:br/>
        <w:t>v -4.122429 18.015518 0.839553</w:t>
        <w:br/>
        <w:t>v -4.179306 18.107483 0.797338</w:t>
        <w:br/>
        <w:t>v -4.172166 18.056282 0.812583</w:t>
        <w:br/>
        <w:t>v -4.172714 18.007607 0.830011</w:t>
        <w:br/>
        <w:t>v -4.176995 18.056458 0.787232</w:t>
        <w:br/>
        <w:t>v -4.172166 18.056282 0.812583</w:t>
        <w:br/>
        <w:t>v -4.363247 18.028252 0.762250</w:t>
        <w:br/>
        <w:t>v -4.373526 18.025404 0.780120</w:t>
        <w:br/>
        <w:t>v -4.373526 18.025404 0.780120</w:t>
        <w:br/>
        <w:t>v -4.378811 17.976957 0.799450</w:t>
        <w:br/>
        <w:t>v -4.378811 17.976957 0.799450</w:t>
        <w:br/>
        <w:t>v -4.413415 17.971367 0.791955</w:t>
        <w:br/>
        <w:t>v -4.413415 17.971367 0.791955</w:t>
        <w:br/>
        <w:t>v -4.363247 18.028252 0.762250</w:t>
        <w:br/>
        <w:t>v -4.373526 18.025404 0.780120</w:t>
        <w:br/>
        <w:t>v -4.381140 18.080772 0.764213</w:t>
        <w:br/>
        <w:t>v -4.366991 18.083031 0.748370</w:t>
        <w:br/>
        <w:t>v -4.427216 18.072235 0.757556</w:t>
        <w:br/>
        <w:t>v -4.381140 18.080772 0.764213</w:t>
        <w:br/>
        <w:t>v -4.427216 18.072235 0.757556</w:t>
        <w:br/>
        <w:t>v -4.413415 17.971367 0.791955</w:t>
        <w:br/>
        <w:t>v -4.399936 17.950617 0.745289</w:t>
        <w:br/>
        <w:t>v -4.366991 18.083031 0.748370</w:t>
        <w:br/>
        <w:t>v -4.381140 18.080772 0.764213</w:t>
        <w:br/>
        <w:t>v -4.427216 18.072235 0.757556</w:t>
        <w:br/>
        <w:t>v -4.417898 18.074871 0.708786</w:t>
        <w:br/>
        <w:t>v -4.371269 18.081364 0.720901</w:t>
        <w:br/>
        <w:t>v -4.417898 18.074871 0.708786</w:t>
        <w:br/>
        <w:t>v -3.430475 19.028488 -0.313911</w:t>
        <w:br/>
        <w:t>v -3.374422 19.062746 -0.312550</w:t>
        <w:br/>
        <w:t>v -3.391311 19.089165 -0.311479</w:t>
        <w:br/>
        <w:t>v -3.447296 19.054935 -0.312838</w:t>
        <w:br/>
        <w:t>v -3.500846 18.984444 -0.293209</w:t>
        <w:br/>
        <w:t>v -3.447296 19.054935 -0.312838</w:t>
        <w:br/>
        <w:t>v -3.391311 19.089165 -0.311479</w:t>
        <w:br/>
        <w:t>v -3.447127 19.051678 -0.228649</w:t>
        <w:br/>
        <w:t>v -3.517546 19.010925 -0.292134</w:t>
        <w:br/>
        <w:t>v -3.517546 19.010925 -0.292134</w:t>
        <w:br/>
        <w:t>v -3.582974 18.966991 -0.204880</w:t>
        <w:br/>
        <w:t>v -3.566435 18.940464 -0.205959</w:t>
        <w:br/>
        <w:t>v -3.496427 19.020792 -0.213612</w:t>
        <w:br/>
        <w:t>v -3.582974 18.966991 -0.204880</w:t>
        <w:br/>
        <w:t>v -3.535975 18.994282 -0.159881</w:t>
        <w:br/>
        <w:t>v -3.614636 18.943306 -0.104393</w:t>
        <w:br/>
        <w:t>v -3.614636 18.943306 -0.104393</w:t>
        <w:br/>
        <w:t>v -3.598176 18.916752 -0.105477</w:t>
        <w:br/>
        <w:t>v -3.561404 18.975578 -0.085097</w:t>
        <w:br/>
        <w:t>v -3.614464 18.938164 0.027373</w:t>
        <w:br/>
        <w:t>v -3.614464 18.938164 0.027373</w:t>
        <w:br/>
        <w:t>v -3.597994 18.911617 0.026292</w:t>
        <w:br/>
        <w:t>v -3.561257 18.971859 0.010656</w:t>
        <w:br/>
        <w:t>v -3.565914 18.927460 0.128321</w:t>
        <w:br/>
        <w:t>v -3.535565 18.984703 0.086678</w:t>
        <w:br/>
        <w:t>v -3.582496 18.953968 0.129399</w:t>
        <w:br/>
        <w:t>v -3.582496 18.953968 0.129399</w:t>
        <w:br/>
        <w:t>v -3.499896 18.964588 0.218760</w:t>
        <w:br/>
        <w:t>v -3.495778 19.006989 0.142333</w:t>
        <w:br/>
        <w:t>v -3.516653 18.991043 0.219835</w:t>
        <w:br/>
        <w:t>v -3.516653 18.991043 0.219835</w:t>
        <w:br/>
        <w:t>v -3.446346 19.036634 0.159764</w:t>
        <w:br/>
        <w:t>v -3.446179 19.033373 0.243953</w:t>
        <w:br/>
        <w:t>v -3.446179 19.033373 0.243953</w:t>
        <w:br/>
        <w:t>v -3.429298 19.006960 0.242883</w:t>
        <w:br/>
        <w:t>v -3.390093 19.067648 0.245314</w:t>
        <w:br/>
        <w:t>v -3.390093 19.067648 0.245314</w:t>
        <w:br/>
        <w:t>v -3.373143 19.041256 0.244247</w:t>
        <w:br/>
        <w:t>v -3.390276 19.070896 0.161125</w:t>
        <w:br/>
        <w:t>v -3.390276 19.070896 0.161125</w:t>
        <w:br/>
        <w:t>v -3.373335 19.044504 0.160057</w:t>
        <w:br/>
        <w:t>v -3.390093 19.067648 0.245314</w:t>
        <w:br/>
        <w:t>v -3.373143 19.041256 0.244247</w:t>
        <w:br/>
        <w:t>v -3.374228 19.059492 -0.228361</w:t>
        <w:br/>
        <w:t>v -3.391127 19.085913 -0.227290</w:t>
        <w:br/>
        <w:t>v -3.391127 19.085913 -0.227290</w:t>
        <w:br/>
        <w:t>v -3.374422 19.062746 -0.312550</w:t>
        <w:br/>
        <w:t>v -3.391311 19.089165 -0.311479</w:t>
        <w:br/>
        <w:t>v 0.214000 16.626467 1.927471</w:t>
        <w:br/>
        <w:t>v 0.237055 16.656267 1.976257</w:t>
        <w:br/>
        <w:t>v 0.402295 16.618553 1.880971</w:t>
        <w:br/>
        <w:t>v 0.416682 16.648121 1.930434</w:t>
        <w:br/>
        <w:t>v 0.607173 16.646194 1.869743</w:t>
        <w:br/>
        <w:t>v 0.590772 16.623983 1.815655</w:t>
        <w:br/>
        <w:t>v 0.780328 16.635944 1.748922</w:t>
        <w:br/>
        <w:t>v 0.405144 17.059845 1.978377</w:t>
        <w:br/>
        <w:t>v 0.607173 16.646194 1.869743</w:t>
        <w:br/>
        <w:t>v 0.802862 16.656359 1.797136</w:t>
        <w:br/>
        <w:t>v 0.965140 16.649199 1.653365</w:t>
        <w:br/>
        <w:t>v 0.200459 17.059977 2.007486</w:t>
        <w:br/>
        <w:t>v 0.405144 17.059845 1.978377</w:t>
        <w:br/>
        <w:t>v 0.200459 17.059977 2.007486</w:t>
        <w:br/>
        <w:t>v 0.384713 17.072037 1.918713</w:t>
        <w:br/>
        <w:t>v 0.180692 17.072523 1.938998</w:t>
        <w:br/>
        <w:t>v 0.617699 17.065683 1.914964</w:t>
        <w:br/>
        <w:t>v 0.802862 16.656359 1.797136</w:t>
        <w:br/>
        <w:t>v 0.598427 17.080627 1.850324</w:t>
        <w:br/>
        <w:t>v 0.617699 17.065683 1.914964</w:t>
        <w:br/>
        <w:t>v 0.450826 17.159582 1.910218</w:t>
        <w:br/>
        <w:t>v 0.598427 17.080627 1.850324</w:t>
        <w:br/>
        <w:t>v 0.384713 17.072037 1.918713</w:t>
        <w:br/>
        <w:t>v 0.396657 17.159004 1.935972</w:t>
        <w:br/>
        <w:t>v 0.444032 17.285921 1.936226</w:t>
        <w:br/>
        <w:t>v 0.767202 17.089699 1.784539</w:t>
        <w:br/>
        <w:t>v 0.517834 17.282204 1.905540</w:t>
        <w:br/>
        <w:t>v 0.611447 17.160007 1.849329</w:t>
        <w:br/>
        <w:t>v 0.767202 17.089699 1.784539</w:t>
        <w:br/>
        <w:t>v 0.623898 17.555662 1.906606</w:t>
        <w:br/>
        <w:t>v 0.515859 17.688295 1.990401</w:t>
        <w:br/>
        <w:t>v 0.621603 17.278498 1.859363</w:t>
        <w:br/>
        <w:t>v 0.773739 17.159967 1.791627</w:t>
        <w:br/>
        <w:t>v 0.801602 17.070726 1.844982</w:t>
        <w:br/>
        <w:t>v 0.801602 17.070726 1.844982</w:t>
        <w:br/>
        <w:t>v 0.943449 17.092911 1.705217</w:t>
        <w:br/>
        <w:t>v 0.943449 17.092911 1.705217</w:t>
        <w:br/>
        <w:t>v 0.993704 16.669327 1.705477</w:t>
        <w:br/>
        <w:t>v 0.993704 16.669327 1.705477</w:t>
        <w:br/>
        <w:t>v 1.163883 16.672445 1.544305</w:t>
        <w:br/>
        <w:t>v 0.978387 17.079910 1.748883</w:t>
        <w:br/>
        <w:t>v 0.978387 17.079910 1.748883</w:t>
        <w:br/>
        <w:t>v 1.201220 16.688135 1.588126</w:t>
        <w:br/>
        <w:t>v 1.201220 16.688135 1.588126</w:t>
        <w:br/>
        <w:t>v 1.353231 16.694408 1.373645</w:t>
        <w:br/>
        <w:t>v 1.143010 17.103592 1.580468</w:t>
        <w:br/>
        <w:t>v 1.177897 17.088673 1.628116</w:t>
        <w:br/>
        <w:t>v 1.177897 17.088673 1.628116</w:t>
        <w:br/>
        <w:t>v 1.400119 16.723934 1.414334</w:t>
        <w:br/>
        <w:t>v 1.400119 16.723934 1.414334</w:t>
        <w:br/>
        <w:t>v 1.538901 16.739712 1.200295</w:t>
        <w:br/>
        <w:t>v 1.510024 16.728535 1.169859</w:t>
        <w:br/>
        <w:t>v 1.386618 17.115519 1.456544</w:t>
        <w:br/>
        <w:t>v 1.624367 16.760195 1.004882</w:t>
        <w:br/>
        <w:t>v 1.587227 16.746742 0.994052</w:t>
        <w:br/>
        <w:t>v 1.557538 16.758152 1.235757</w:t>
        <w:br/>
        <w:t>v 1.624367 16.760195 1.004882</w:t>
        <w:br/>
        <w:t>v 1.538901 16.739712 1.200295</w:t>
        <w:br/>
        <w:t>v 1.553688 16.963795 1.212985</w:t>
        <w:br/>
        <w:t>v 1.557538 16.758152 1.235757</w:t>
        <w:br/>
        <w:t>v 1.669252 16.774826 0.805968</w:t>
        <w:br/>
        <w:t>v 1.621972 16.761856 0.797510</w:t>
        <w:br/>
        <w:t>v 1.629184 16.758142 0.604487</w:t>
        <w:br/>
        <w:t>v 1.674892 16.769718 0.596716</w:t>
        <w:br/>
        <w:t>v 1.631646 16.976181 1.011858</w:t>
        <w:br/>
        <w:t>v 1.669252 16.774826 0.805968</w:t>
        <w:br/>
        <w:t>v 1.674892 16.769718 0.596716</w:t>
        <w:br/>
        <w:t>v 1.684946 16.982052 0.786643</w:t>
        <w:br/>
        <w:t>v 1.690353 16.976074 0.566304</w:t>
        <w:br/>
        <w:t>v 1.651080 16.981432 1.016317</w:t>
        <w:br/>
        <w:t>v 1.631646 16.976181 1.011858</w:t>
        <w:br/>
        <w:t>v 1.553688 16.963795 1.212985</w:t>
        <w:br/>
        <w:t>v 1.684946 16.982052 0.786643</w:t>
        <w:br/>
        <w:t>v 1.709125 16.991230 0.789232</w:t>
        <w:br/>
        <w:t>v 1.690353 16.976074 0.566304</w:t>
        <w:br/>
        <w:t>v 1.711153 16.986032 0.563995</w:t>
        <w:br/>
        <w:t>v 1.561515 16.969955 1.233291</w:t>
        <w:br/>
        <w:t>v 1.561515 16.969955 1.233291</w:t>
        <w:br/>
        <w:t>v 1.711153 16.986032 0.563995</w:t>
        <w:br/>
        <w:t>v 1.709125 16.991230 0.789232</w:t>
        <w:br/>
        <w:t>v 1.711979 17.121395 0.774425</w:t>
        <w:br/>
        <w:t>v 1.718721 17.114609 0.542578</w:t>
        <w:br/>
        <w:t>v 1.698405 17.124054 0.544343</w:t>
        <w:br/>
        <w:t>v 1.718721 17.114609 0.542578</w:t>
        <w:br/>
        <w:t>v 1.711979 17.121395 0.774425</w:t>
        <w:br/>
        <w:t>v 1.651080 16.981432 1.016317</w:t>
        <w:br/>
        <w:t>v 1.653948 17.108137 1.019518</w:t>
        <w:br/>
        <w:t>v 1.562442 17.096638 1.234357</w:t>
        <w:br/>
        <w:t>v 1.568170 17.147749 1.262859</w:t>
        <w:br/>
        <w:t>v 1.559643 17.111162 1.221154</w:t>
        <w:br/>
        <w:t>v 1.693239 17.131004 0.772602</w:t>
        <w:br/>
        <w:t>v 1.645009 17.117363 1.017704</w:t>
        <w:br/>
        <w:t>v 1.561271 17.160341 1.223855</w:t>
        <w:br/>
        <w:t>v 1.353207 17.128088 1.436280</w:t>
        <w:br/>
        <w:t>v 1.568170 17.147749 1.262859</w:t>
        <w:br/>
        <w:t>v 1.386618 17.115519 1.456544</w:t>
        <w:br/>
        <w:t>v 1.561271 17.160341 1.223855</w:t>
        <w:br/>
        <w:t>v 1.640360 17.166800 1.017713</w:t>
        <w:br/>
        <w:t>v 1.695300 17.172817 0.768650</w:t>
        <w:br/>
        <w:t>v 1.698405 17.124054 0.544343</w:t>
        <w:br/>
        <w:t>v 1.700353 17.164734 0.538291</w:t>
        <w:br/>
        <w:t>v 1.640360 17.166800 1.017713</w:t>
        <w:br/>
        <w:t>v 1.561271 17.160341 1.223855</w:t>
        <w:br/>
        <w:t>v 1.715370 17.205240 1.042928</w:t>
        <w:br/>
        <w:t>v 1.695300 17.172817 0.768650</w:t>
        <w:br/>
        <w:t>v 1.766681 17.213470 0.766236</w:t>
        <w:br/>
        <w:t>v 1.771826 17.209227 0.523276</w:t>
        <w:br/>
        <w:t>v 1.585096 17.200380 1.292636</w:t>
        <w:br/>
        <w:t>v 1.353207 17.128088 1.436280</w:t>
        <w:br/>
        <w:t>v 1.768248 17.270226 0.759967</w:t>
        <w:br/>
        <w:t>v 1.768127 17.268764 0.517391</w:t>
        <w:br/>
        <w:t>v 1.715370 17.205240 1.042928</w:t>
        <w:br/>
        <w:t>v 1.719281 17.259138 1.023186</w:t>
        <w:br/>
        <w:t>v 1.721093 17.406637 0.736431</w:t>
        <w:br/>
        <w:t>v 1.709221 17.385887 0.501766</w:t>
        <w:br/>
        <w:t>v 1.684973 17.325298 1.000179</w:t>
        <w:br/>
        <w:t>v 1.576466 17.259710 1.282855</w:t>
        <w:br/>
        <w:t>v 1.585096 17.200380 1.292636</w:t>
        <w:br/>
        <w:t>v 1.670909 17.433037 0.990358</w:t>
        <w:br/>
        <w:t>v 1.760463 17.796368 0.711457</w:t>
        <w:br/>
        <w:t>v 1.774975 17.784275 0.439759</w:t>
        <w:br/>
        <w:t>v 1.799012 18.186804 0.376529</w:t>
        <w:br/>
        <w:t>v 1.392516 17.175026 1.463345</w:t>
        <w:br/>
        <w:t>v 1.809678 18.183521 0.686646</w:t>
        <w:br/>
        <w:t>v 1.838176 18.451290 0.374121</w:t>
        <w:br/>
        <w:t>v 1.149446 17.164696 1.618775</w:t>
        <w:br/>
        <w:t>v 1.143010 17.103592 1.580468</w:t>
        <w:br/>
        <w:t>v 1.365110 17.289963 1.441816</w:t>
        <w:br/>
        <w:t>v 0.948886 17.160507 1.705142</w:t>
        <w:br/>
        <w:t>v 1.541023 17.359716 1.262887</w:t>
        <w:br/>
        <w:t>v 0.782250 17.265245 1.802373</w:t>
        <w:br/>
        <w:t>v 1.510615 17.489349 1.269820</w:t>
        <w:br/>
        <w:t>v 0.796497 17.509775 1.827598</w:t>
        <w:br/>
        <w:t>v 0.956276 17.265261 1.710189</w:t>
        <w:br/>
        <w:t>v 1.147309 17.262539 1.613644</w:t>
        <w:br/>
        <w:t>v 1.141078 17.492342 1.631995</w:t>
        <w:br/>
        <w:t>v 0.970657 17.501905 1.739367</w:t>
        <w:br/>
        <w:t>v 1.367002 17.489578 1.437215</w:t>
        <w:br/>
        <w:t>v 1.162692 17.864191 1.649879</w:t>
        <w:br/>
        <w:t>v 1.365567 17.841101 1.463288</w:t>
        <w:br/>
        <w:t>v 1.530437 17.824184 1.275014</w:t>
        <w:br/>
        <w:t>v 1.710613 17.802223 0.985337</w:t>
        <w:br/>
        <w:t>v 1.720419 18.198349 0.952130</w:t>
        <w:br/>
        <w:t>v 1.525826 18.250954 1.286259</w:t>
        <w:br/>
        <w:t>v 1.789509 18.354694 0.665953</w:t>
        <w:br/>
        <w:t>v 1.360367 18.279480 1.486508</w:t>
        <w:br/>
        <w:t>v 1.830249 18.476435 0.458566</w:t>
        <w:br/>
        <w:t>v 1.178493 18.311146 1.652107</w:t>
        <w:br/>
        <w:t>v 1.827807 18.534960 0.654067</w:t>
        <w:br/>
        <w:t>v 1.855879 18.513248 0.395943</w:t>
        <w:br/>
        <w:t>v 1.853014 18.504213 0.288621</w:t>
        <w:br/>
        <w:t>v 1.883951 18.508478 0.289573</w:t>
        <w:br/>
        <w:t>v 1.853014 18.504213 0.288621</w:t>
        <w:br/>
        <w:t>v 1.882907 18.536821 0.360327</w:t>
        <w:br/>
        <w:t>v 1.879341 18.654572 0.628386</w:t>
        <w:br/>
        <w:t>v 1.919154 18.674610 0.622572</w:t>
        <w:br/>
        <w:t>v 1.841379 18.584467 0.643335</w:t>
        <w:br/>
        <w:t>v 1.877596 18.819147 0.801954</w:t>
        <w:br/>
        <w:t>v 1.925218 18.844757 0.725306</w:t>
        <w:br/>
        <w:t>v 1.925997 18.873173 0.791704</w:t>
        <w:br/>
        <w:t>v 1.753545 18.740961 0.992183</w:t>
        <w:br/>
        <w:t>v 1.809113 18.776583 0.893654</w:t>
        <w:br/>
        <w:t>v 1.899154 19.143593 0.918205</w:t>
        <w:br/>
        <w:t>v 1.936185 19.122076 0.878203</w:t>
        <w:br/>
        <w:t>v 2.042811 19.475225 0.816324</w:t>
        <w:br/>
        <w:t>v 1.968618 19.534475 0.842376</w:t>
        <w:br/>
        <w:t>v 1.811836 18.854059 0.910494</w:t>
        <w:br/>
        <w:t>v 1.843623 19.189466 0.960097</w:t>
        <w:br/>
        <w:t>v 1.899566 19.545771 0.843212</w:t>
        <w:br/>
        <w:t>v 1.761616 18.883055 1.000025</w:t>
        <w:br/>
        <w:t>v 1.776825 19.216951 0.986521</w:t>
        <w:br/>
        <w:t>v 1.815995 19.559542 0.844229</w:t>
        <w:br/>
        <w:t>v 1.583675 18.978281 1.228400</w:t>
        <w:br/>
        <w:t>v 1.631515 19.286221 1.118001</w:t>
        <w:br/>
        <w:t>v 1.677770 19.611111 0.889825</w:t>
        <w:br/>
        <w:t>v 1.556446 18.627876 1.274413</w:t>
        <w:br/>
        <w:t>v 1.417501 19.005949 1.398625</w:t>
        <w:br/>
        <w:t>v 1.479733 19.334991 1.231809</w:t>
        <w:br/>
        <w:t>v 1.504293 19.670166 0.945638</w:t>
        <w:br/>
        <w:t>v 1.721317 18.578245 0.974119</w:t>
        <w:br/>
        <w:t>v 1.370093 18.674179 1.487614</w:t>
        <w:br/>
        <w:t>v 1.227135 18.703875 1.583954</w:t>
        <w:br/>
        <w:t>v 1.289970 19.033766 1.463896</w:t>
        <w:br/>
        <w:t>v 1.010372 18.344675 1.766500</w:t>
        <w:br/>
        <w:t>v 1.325095 19.349958 1.289542</w:t>
        <w:br/>
        <w:t>v 1.344336 19.704298 0.978411</w:t>
        <w:br/>
        <w:t>v 1.066384 18.747671 1.647938</w:t>
        <w:br/>
        <w:t>v 1.136589 19.065081 1.505548</w:t>
        <w:br/>
        <w:t>v 1.175780 19.386494 1.317438</w:t>
        <w:br/>
        <w:t>v 1.178886 19.727682 1.006679</w:t>
        <w:br/>
        <w:t>v 0.872088 18.788006 1.712019</w:t>
        <w:br/>
        <w:t>v 0.991373 19.433949 1.342088</w:t>
        <w:br/>
        <w:t>v 0.998990 19.749502 1.037663</w:t>
        <w:br/>
        <w:t>v 0.910168 19.098459 1.558260</w:t>
        <w:br/>
        <w:t>v 0.818883 19.483185 1.360618</w:t>
        <w:br/>
        <w:t>v 0.863545 19.783743 1.080541</w:t>
        <w:br/>
        <w:t>v 0.734435 19.134541 1.605471</w:t>
        <w:br/>
        <w:t>v 0.691168 18.826633 1.768353</w:t>
        <w:br/>
        <w:t>v 0.682409 18.414595 1.904104</w:t>
        <w:br/>
        <w:t>v 0.616184 18.410765 1.938858</w:t>
        <w:br/>
        <w:t>v 0.821690 18.375937 1.846242</w:t>
        <w:br/>
        <w:t>v 0.666840 18.038805 1.929416</w:t>
        <w:br/>
        <w:t>v 0.537123 17.994150 1.984479</w:t>
        <w:br/>
        <w:t>v 0.804748 17.969833 1.867239</w:t>
        <w:br/>
        <w:t>v 0.982512 17.952536 1.795875</w:t>
        <w:br/>
        <w:t>v -0.237055 16.656267 1.976257</w:t>
        <w:br/>
        <w:t>v -0.214001 16.626465 1.927471</w:t>
        <w:br/>
        <w:t>v -0.402296 16.618553 1.880971</w:t>
        <w:br/>
        <w:t>v -0.416682 16.648121 1.930434</w:t>
        <w:br/>
        <w:t>v -0.405144 17.059845 1.978377</w:t>
        <w:br/>
        <w:t>v -0.607173 16.646196 1.869743</w:t>
        <w:br/>
        <w:t>v -0.590772 16.623983 1.815655</w:t>
        <w:br/>
        <w:t>v -0.780328 16.635942 1.748922</w:t>
        <w:br/>
        <w:t>v -0.200459 17.059977 2.007486</w:t>
        <w:br/>
        <w:t>v -0.405144 17.059845 1.978377</w:t>
        <w:br/>
        <w:t>v -0.384714 17.072037 1.918713</w:t>
        <w:br/>
        <w:t>v -0.200459 17.059977 2.007486</w:t>
        <w:br/>
        <w:t>v -0.180693 17.072523 1.938998</w:t>
        <w:br/>
        <w:t>v -0.802863 16.656361 1.797136</w:t>
        <w:br/>
        <w:t>v -0.965140 16.649199 1.653365</w:t>
        <w:br/>
        <w:t>v -0.617700 17.065683 1.914965</w:t>
        <w:br/>
        <w:t>v -0.802863 16.656361 1.797136</w:t>
        <w:br/>
        <w:t>v -0.598427 17.080627 1.850324</w:t>
        <w:br/>
        <w:t>v -0.617700 17.065683 1.914965</w:t>
        <w:br/>
        <w:t>v -0.993705 16.669327 1.705477</w:t>
        <w:br/>
        <w:t>v -1.163884 16.672445 1.544305</w:t>
        <w:br/>
        <w:t>v -0.801602 17.070726 1.844982</w:t>
        <w:br/>
        <w:t>v -0.993705 16.669327 1.705477</w:t>
        <w:br/>
        <w:t>v -1.201220 16.688133 1.588126</w:t>
        <w:br/>
        <w:t>v -1.353231 16.694408 1.373645</w:t>
        <w:br/>
        <w:t>v -0.978387 17.079910 1.748884</w:t>
        <w:br/>
        <w:t>v -1.201220 16.688133 1.588126</w:t>
        <w:br/>
        <w:t>v -0.801602 17.070726 1.844982</w:t>
        <w:br/>
        <w:t>v -0.767202 17.089699 1.784539</w:t>
        <w:br/>
        <w:t>v -0.978387 17.079910 1.748884</w:t>
        <w:br/>
        <w:t>v -0.943449 17.092911 1.705217</w:t>
        <w:br/>
        <w:t>v -1.177897 17.088673 1.628116</w:t>
        <w:br/>
        <w:t>v -0.598427 17.080627 1.850324</w:t>
        <w:br/>
        <w:t>v -0.767202 17.089699 1.784539</w:t>
        <w:br/>
        <w:t>v -0.611447 17.160007 1.849329</w:t>
        <w:br/>
        <w:t>v -1.177897 17.088673 1.628116</w:t>
        <w:br/>
        <w:t>v -1.143010 17.103592 1.580467</w:t>
        <w:br/>
        <w:t>v -1.400120 16.723934 1.414334</w:t>
        <w:br/>
        <w:t>v -1.400120 16.723934 1.414334</w:t>
        <w:br/>
        <w:t>v -0.943449 17.092911 1.705217</w:t>
        <w:br/>
        <w:t>v -0.773739 17.159967 1.791627</w:t>
        <w:br/>
        <w:t>v -1.538901 16.739712 1.200295</w:t>
        <w:br/>
        <w:t>v -1.510024 16.728535 1.169859</w:t>
        <w:br/>
        <w:t>v -1.386618 17.115519 1.456544</w:t>
        <w:br/>
        <w:t>v -1.624367 16.760195 1.004882</w:t>
        <w:br/>
        <w:t>v -1.587226 16.746742 0.994052</w:t>
        <w:br/>
        <w:t>v -1.557537 16.758152 1.235757</w:t>
        <w:br/>
        <w:t>v -1.538901 16.739712 1.200295</w:t>
        <w:br/>
        <w:t>v -1.624367 16.760195 1.004882</w:t>
        <w:br/>
        <w:t>v -1.553689 16.963795 1.212985</w:t>
        <w:br/>
        <w:t>v -1.557537 16.758152 1.235757</w:t>
        <w:br/>
        <w:t>v -1.669253 16.774826 0.805968</w:t>
        <w:br/>
        <w:t>v -1.621972 16.761856 0.797510</w:t>
        <w:br/>
        <w:t>v -1.629184 16.758142 0.604487</w:t>
        <w:br/>
        <w:t>v -1.674893 16.769718 0.596716</w:t>
        <w:br/>
        <w:t>v -1.669253 16.774826 0.805968</w:t>
        <w:br/>
        <w:t>v -1.631647 16.976181 1.011858</w:t>
        <w:br/>
        <w:t>v -1.674893 16.769718 0.596716</w:t>
        <w:br/>
        <w:t>v -1.684947 16.982052 0.786643</w:t>
        <w:br/>
        <w:t>v -1.690354 16.976074 0.566304</w:t>
        <w:br/>
        <w:t>v -1.631647 16.976181 1.011858</w:t>
        <w:br/>
        <w:t>v -1.651081 16.981432 1.016317</w:t>
        <w:br/>
        <w:t>v -1.553689 16.963795 1.212985</w:t>
        <w:br/>
        <w:t>v -1.684947 16.982052 0.786643</w:t>
        <w:br/>
        <w:t>v -1.690354 16.976074 0.566304</w:t>
        <w:br/>
        <w:t>v -1.709125 16.991230 0.789232</w:t>
        <w:br/>
        <w:t>v -1.711154 16.986032 0.563995</w:t>
        <w:br/>
        <w:t>v -1.561515 16.969955 1.233291</w:t>
        <w:br/>
        <w:t>v -1.561515 16.969955 1.233291</w:t>
        <w:br/>
        <w:t>v -1.709125 16.991230 0.789232</w:t>
        <w:br/>
        <w:t>v -1.711154 16.986032 0.563995</w:t>
        <w:br/>
        <w:t>v -1.711980 17.121395 0.774425</w:t>
        <w:br/>
        <w:t>v -1.718721 17.114609 0.542578</w:t>
        <w:br/>
        <w:t>v -1.698406 17.124054 0.544343</w:t>
        <w:br/>
        <w:t>v -1.711980 17.121395 0.774425</w:t>
        <w:br/>
        <w:t>v -1.718721 17.114609 0.542578</w:t>
        <w:br/>
        <w:t>v -1.651081 16.981432 1.016317</w:t>
        <w:br/>
        <w:t>v -1.653949 17.108137 1.019518</w:t>
        <w:br/>
        <w:t>v -1.562443 17.096638 1.234357</w:t>
        <w:br/>
        <w:t>v -1.568171 17.147749 1.262859</w:t>
        <w:br/>
        <w:t>v -1.559644 17.111162 1.221154</w:t>
        <w:br/>
        <w:t>v -1.693239 17.131004 0.772602</w:t>
        <w:br/>
        <w:t>v -1.645010 17.117363 1.017704</w:t>
        <w:br/>
        <w:t>v -1.561272 17.160341 1.223855</w:t>
        <w:br/>
        <w:t>v -1.386618 17.115519 1.456544</w:t>
        <w:br/>
        <w:t>v -1.568171 17.147749 1.262859</w:t>
        <w:br/>
        <w:t>v -1.353207 17.128088 1.436280</w:t>
        <w:br/>
        <w:t>v -1.561272 17.160341 1.223855</w:t>
        <w:br/>
        <w:t>v -1.640361 17.166800 1.017713</w:t>
        <w:br/>
        <w:t>v -1.698406 17.124054 0.544343</w:t>
        <w:br/>
        <w:t>v -1.695301 17.172817 0.768650</w:t>
        <w:br/>
        <w:t>v -1.700354 17.164734 0.538291</w:t>
        <w:br/>
        <w:t>v -1.640361 17.166800 1.017713</w:t>
        <w:br/>
        <w:t>v -1.715371 17.205240 1.042928</w:t>
        <w:br/>
        <w:t>v -1.561272 17.160341 1.223855</w:t>
        <w:br/>
        <w:t>v -1.695301 17.172817 0.768650</w:t>
        <w:br/>
        <w:t>v -1.766681 17.213470 0.766236</w:t>
        <w:br/>
        <w:t>v -1.771826 17.209229 0.523276</w:t>
        <w:br/>
        <w:t>v -1.585096 17.200380 1.292636</w:t>
        <w:br/>
        <w:t>v -1.353207 17.128088 1.436280</w:t>
        <w:br/>
        <w:t>v -1.768249 17.270226 0.759967</w:t>
        <w:br/>
        <w:t>v -1.768127 17.268764 0.517391</w:t>
        <w:br/>
        <w:t>v -1.719281 17.259138 1.023186</w:t>
        <w:br/>
        <w:t>v -1.715371 17.205240 1.042928</w:t>
        <w:br/>
        <w:t>v -1.721095 17.406637 0.736431</w:t>
        <w:br/>
        <w:t>v -1.709222 17.385887 0.501766</w:t>
        <w:br/>
        <w:t>v -1.684974 17.325298 1.000179</w:t>
        <w:br/>
        <w:t>v -1.576467 17.259710 1.282856</w:t>
        <w:br/>
        <w:t>v -1.585096 17.200380 1.292636</w:t>
        <w:br/>
        <w:t>v -1.670909 17.433037 0.990358</w:t>
        <w:br/>
        <w:t>v -1.760464 17.796368 0.711457</w:t>
        <w:br/>
        <w:t>v -1.774976 17.784275 0.439759</w:t>
        <w:br/>
        <w:t>v -1.799012 18.186802 0.376529</w:t>
        <w:br/>
        <w:t>v -1.809678 18.183521 0.686646</w:t>
        <w:br/>
        <w:t>v -1.838175 18.451290 0.374121</w:t>
        <w:br/>
        <w:t>v -1.710614 17.802223 0.985337</w:t>
        <w:br/>
        <w:t>v -1.541024 17.359716 1.262887</w:t>
        <w:br/>
        <w:t>v -1.510616 17.489349 1.269820</w:t>
        <w:br/>
        <w:t>v -1.365110 17.289963 1.441816</w:t>
        <w:br/>
        <w:t>v -1.392517 17.175026 1.463345</w:t>
        <w:br/>
        <w:t>v -1.392517 17.175026 1.463345</w:t>
        <w:br/>
        <w:t>v -1.149447 17.164696 1.618774</w:t>
        <w:br/>
        <w:t>v -1.143010 17.103592 1.580467</w:t>
        <w:br/>
        <w:t>v -0.948886 17.160507 1.705142</w:t>
        <w:br/>
        <w:t>v -1.147309 17.262539 1.613644</w:t>
        <w:br/>
        <w:t>v -0.782250 17.265245 1.802373</w:t>
        <w:br/>
        <w:t>v -0.956276 17.265261 1.710189</w:t>
        <w:br/>
        <w:t>v -1.141078 17.492342 1.631995</w:t>
        <w:br/>
        <w:t>v -0.621603 17.278498 1.859363</w:t>
        <w:br/>
        <w:t>v -0.796498 17.509775 1.827598</w:t>
        <w:br/>
        <w:t>v -0.970658 17.501905 1.739367</w:t>
        <w:br/>
        <w:t>v -1.367003 17.489578 1.437215</w:t>
        <w:br/>
        <w:t>v -1.162693 17.864191 1.649879</w:t>
        <w:br/>
        <w:t>v -1.530438 17.824184 1.275014</w:t>
        <w:br/>
        <w:t>v -1.365568 17.841101 1.463288</w:t>
        <w:br/>
        <w:t>v -1.720419 18.198349 0.952130</w:t>
        <w:br/>
        <w:t>v -1.525826 18.250954 1.286259</w:t>
        <w:br/>
        <w:t>v -1.360368 18.279480 1.486508</w:t>
        <w:br/>
        <w:t>v -1.789509 18.354694 0.665954</w:t>
        <w:br/>
        <w:t>v -1.721318 18.578243 0.974119</w:t>
        <w:br/>
        <w:t>v -1.830250 18.476437 0.458566</w:t>
        <w:br/>
        <w:t>v -1.827808 18.534960 0.654068</w:t>
        <w:br/>
        <w:t>v -1.855879 18.513248 0.395944</w:t>
        <w:br/>
        <w:t>v -1.853014 18.504215 0.288621</w:t>
        <w:br/>
        <w:t>v -1.853014 18.504215 0.288621</w:t>
        <w:br/>
        <w:t>v -1.883952 18.508480 0.289573</w:t>
        <w:br/>
        <w:t>v -1.882908 18.536821 0.360328</w:t>
        <w:br/>
        <w:t>v -1.879342 18.654572 0.628386</w:t>
        <w:br/>
        <w:t>v -1.919154 18.674610 0.622573</w:t>
        <w:br/>
        <w:t>v -1.841380 18.584467 0.643336</w:t>
        <w:br/>
        <w:t>v -1.877597 18.819147 0.801954</w:t>
        <w:br/>
        <w:t>v -1.925218 18.844757 0.725306</w:t>
        <w:br/>
        <w:t>v -1.925998 18.873171 0.791704</w:t>
        <w:br/>
        <w:t>v -1.753546 18.740969 0.992184</w:t>
        <w:br/>
        <w:t>v -1.809114 18.776583 0.893654</w:t>
        <w:br/>
        <w:t>v -1.899155 19.143591 0.918205</w:t>
        <w:br/>
        <w:t>v -1.936186 19.122078 0.878203</w:t>
        <w:br/>
        <w:t>v -2.042786 19.474682 0.816325</w:t>
        <w:br/>
        <w:t>v -1.968618 19.534477 0.842376</w:t>
        <w:br/>
        <w:t>v -1.811836 18.854059 0.910494</w:t>
        <w:br/>
        <w:t>v -1.843624 19.189466 0.960098</w:t>
        <w:br/>
        <w:t>v -1.899565 19.545773 0.843213</w:t>
        <w:br/>
        <w:t>v -1.761617 18.883055 1.000025</w:t>
        <w:br/>
        <w:t>v -1.776827 19.216955 0.986522</w:t>
        <w:br/>
        <w:t>v -1.815996 19.559546 0.844229</w:t>
        <w:br/>
        <w:t>v -1.556446 18.627876 1.274413</w:t>
        <w:br/>
        <w:t>v -1.583676 18.978281 1.228400</w:t>
        <w:br/>
        <w:t>v -1.631517 19.286221 1.118001</w:t>
        <w:br/>
        <w:t>v -1.677772 19.611115 0.889826</w:t>
        <w:br/>
        <w:t>v -1.417503 19.005947 1.398626</w:t>
        <w:br/>
        <w:t>v -1.479735 19.334991 1.231809</w:t>
        <w:br/>
        <w:t>v -1.504294 19.670168 0.945638</w:t>
        <w:br/>
        <w:t>v -1.370093 18.674179 1.487614</w:t>
        <w:br/>
        <w:t>v -1.325096 19.349958 1.289542</w:t>
        <w:br/>
        <w:t>v -1.344338 19.704298 0.978412</w:t>
        <w:br/>
        <w:t>v -1.289971 19.033762 1.463896</w:t>
        <w:br/>
        <w:t>v -1.227135 18.703875 1.583954</w:t>
        <w:br/>
        <w:t>v -1.178494 18.311146 1.652107</w:t>
        <w:br/>
        <w:t>v -1.066385 18.747671 1.647938</w:t>
        <w:br/>
        <w:t>v -0.982512 17.952536 1.795875</w:t>
        <w:br/>
        <w:t>v -1.010373 18.344675 1.766500</w:t>
        <w:br/>
        <w:t>v -0.804749 17.969833 1.867239</w:t>
        <w:br/>
        <w:t>v -0.623899 17.555662 1.906606</w:t>
        <w:br/>
        <w:t>v -0.821690 18.375937 1.846242</w:t>
        <w:br/>
        <w:t>v -0.517834 17.282204 1.905540</w:t>
        <w:br/>
        <w:t>v -0.666841 18.038805 1.929416</w:t>
        <w:br/>
        <w:t>v -0.450826 17.159582 1.910218</w:t>
        <w:br/>
        <w:t>v -0.384714 17.072037 1.918713</w:t>
        <w:br/>
        <w:t>v -0.396658 17.159004 1.935972</w:t>
        <w:br/>
        <w:t>v -0.444033 17.285921 1.936226</w:t>
        <w:br/>
        <w:t>v -0.515859 17.688295 1.990401</w:t>
        <w:br/>
        <w:t>v -0.537123 17.994150 1.984479</w:t>
        <w:br/>
        <w:t>v -0.616184 18.410765 1.938858</w:t>
        <w:br/>
        <w:t>v -0.682410 18.414595 1.904104</w:t>
        <w:br/>
        <w:t>v -0.691169 18.826633 1.768353</w:t>
        <w:br/>
        <w:t>v -0.872089 18.788006 1.712020</w:t>
        <w:br/>
        <w:t>v -0.910169 19.098459 1.558260</w:t>
        <w:br/>
        <w:t>v -0.734435 19.134541 1.605471</w:t>
        <w:br/>
        <w:t>v -1.136589 19.065077 1.505547</w:t>
        <w:br/>
        <w:t>v -1.175781 19.386490 1.317438</w:t>
        <w:br/>
        <w:t>v -1.178888 19.727682 1.006679</w:t>
        <w:br/>
        <w:t>v -0.991374 19.433949 1.342088</w:t>
        <w:br/>
        <w:t>v -0.998990 19.749502 1.037663</w:t>
        <w:br/>
        <w:t>v -0.818884 19.483185 1.360618</w:t>
        <w:br/>
        <w:t>v -0.863545 19.783743 1.080541</w:t>
        <w:br/>
        <w:t>v -0.305669 16.344290 1.963348</w:t>
        <w:br/>
        <w:t>v -0.301068 16.343117 1.938605</w:t>
        <w:br/>
        <w:t>v -0.293144 16.217844 1.945297</w:t>
        <w:br/>
        <w:t>v -0.298368 16.219061 1.971250</w:t>
        <w:br/>
        <w:t>v -0.361583 16.343866 1.947039</w:t>
        <w:br/>
        <w:t>v -0.305669 16.344290 1.963348</w:t>
        <w:br/>
        <w:t>v -0.298368 16.219061 1.971250</w:t>
        <w:br/>
        <w:t>v -0.285650 16.140434 1.968794</w:t>
        <w:br/>
        <w:t>v -0.281774 16.139599 1.950730</w:t>
        <w:br/>
        <w:t>v -0.374720 16.219215 1.951743</w:t>
        <w:br/>
        <w:t>v -0.270078 16.035692 1.971977</w:t>
        <w:br/>
        <w:t>v -0.268487 16.034691 1.958527</w:t>
        <w:br/>
        <w:t>v -0.285650 16.140434 1.968794</w:t>
        <w:br/>
        <w:t>v -0.387343 16.141228 1.945246</w:t>
        <w:br/>
        <w:t>v -0.270078 16.035692 1.971977</w:t>
        <w:br/>
        <w:t>v -0.356993 16.342749 1.922295</w:t>
        <w:br/>
        <w:t>v -0.361583 16.343866 1.947039</w:t>
        <w:br/>
        <w:t>v -0.374720 16.219215 1.951743</w:t>
        <w:br/>
        <w:t>v -0.369509 16.218004 1.925804</w:t>
        <w:br/>
        <w:t>v -0.387343 16.141228 1.945246</w:t>
        <w:br/>
        <w:t>v -0.383455 16.140373 1.927181</w:t>
        <w:br/>
        <w:t>v -0.404976 16.036989 1.941697</w:t>
        <w:br/>
        <w:t>v -0.404976 16.036989 1.941697</w:t>
        <w:br/>
        <w:t>v -0.401975 16.036350 1.928351</w:t>
        <w:br/>
        <w:t>v -0.267713 15.995312 1.974096</w:t>
        <w:br/>
        <w:t>v -0.267713 15.995312 1.974096</w:t>
        <w:br/>
        <w:t>v -0.264960 15.992495 1.958956</w:t>
        <w:br/>
        <w:t>v -0.264960 15.992495 1.958956</w:t>
        <w:br/>
        <w:t>v -0.291520 15.984004 1.955408</w:t>
        <w:br/>
        <w:t>v -0.267713 15.995312 1.974096</w:t>
        <w:br/>
        <w:t>v -0.408749 15.996663 1.942438</w:t>
        <w:br/>
        <w:t>v -0.408749 15.996663 1.942438</w:t>
        <w:br/>
        <w:t>v -0.405903 15.996062 1.929729</w:t>
        <w:br/>
        <w:t>v -0.405903 15.996062 1.929729</w:t>
        <w:br/>
        <w:t>v -0.408749 15.996663 1.942438</w:t>
        <w:br/>
        <w:t>v -0.379797 15.984838 1.935603</w:t>
        <w:br/>
        <w:t>v -0.294508 15.984641 1.968768</w:t>
        <w:br/>
        <w:t>v -0.294508 15.984641 1.968768</w:t>
        <w:br/>
        <w:t>v -0.382784 15.985478 1.948949</w:t>
        <w:br/>
        <w:t>v -0.382784 15.985478 1.948949</w:t>
        <w:br/>
        <w:t>v 3.421922 19.001680 0.146782</w:t>
        <w:br/>
        <w:t>v 3.438230 19.061636 0.145134</w:t>
        <w:br/>
        <w:t>v 3.429108 19.033682 -0.014178</w:t>
        <w:br/>
        <w:t>v 3.432895 19.021955 -0.200910</w:t>
        <w:br/>
        <w:t>v 3.438876 19.069841 -0.186805</w:t>
        <w:br/>
        <w:t>v 3.437591 19.072493 -0.018091</w:t>
        <w:br/>
        <w:t>v 3.438230 19.061636 0.145134</w:t>
        <w:br/>
        <w:t>v 3.395436 19.094072 0.145331</w:t>
        <w:br/>
        <w:t>v 3.437591 19.072493 -0.018091</w:t>
        <w:br/>
        <w:t>v 3.395436 19.094072 0.145331</w:t>
        <w:br/>
        <w:t>v 3.438230 19.061636 0.145134</w:t>
        <w:br/>
        <w:t>v 3.421922 19.001680 0.146782</w:t>
        <w:br/>
        <w:t>v 3.396133 19.102308 -0.184055</w:t>
        <w:br/>
        <w:t>v 3.438876 19.069841 -0.186805</w:t>
        <w:br/>
        <w:t>v 3.337552 19.087164 0.144776</w:t>
        <w:br/>
        <w:t>v 3.099258 19.243073 0.162565</w:t>
        <w:br/>
        <w:t>v 3.099983 19.261414 0.154639</w:t>
        <w:br/>
        <w:t>v 3.105466 19.287731 -0.011959</w:t>
        <w:br/>
        <w:t>v 3.337552 19.087164 0.144776</w:t>
        <w:br/>
        <w:t>v 3.395129 19.108915 -0.018240</w:t>
        <w:br/>
        <w:t>v 3.337376 19.105253 -0.018183</w:t>
        <w:br/>
        <w:t>v 3.101995 19.274639 -0.188769</w:t>
        <w:br/>
        <w:t>v 3.338326 19.095358 -0.183334</w:t>
        <w:br/>
        <w:t>v 3.094139 19.251438 -0.207318</w:t>
        <w:br/>
        <w:t>v 3.432895 19.021955 -0.200910</w:t>
        <w:br/>
        <w:t>v 3.396133 19.102308 -0.184055</w:t>
        <w:br/>
        <w:t>v 3.338326 19.095358 -0.183334</w:t>
        <w:br/>
        <w:t>v 3.438876 19.069841 -0.186805</w:t>
        <w:br/>
        <w:t>v -3.421819 19.000214 0.146783</w:t>
        <w:br/>
        <w:t>v -3.429005 19.032217 -0.014177</w:t>
        <w:br/>
        <w:t>v -3.438127 19.060171 0.145135</w:t>
        <w:br/>
        <w:t>v -3.438773 19.068375 -0.186804</w:t>
        <w:br/>
        <w:t>v -3.432792 19.020489 -0.200909</w:t>
        <w:br/>
        <w:t>v -3.437488 19.071026 -0.018090</w:t>
        <w:br/>
        <w:t>v -3.395333 19.092604 0.145332</w:t>
        <w:br/>
        <w:t>v -3.438127 19.060171 0.145135</w:t>
        <w:br/>
        <w:t>v -3.437488 19.071026 -0.018090</w:t>
        <w:br/>
        <w:t>v -3.438127 19.060171 0.145135</w:t>
        <w:br/>
        <w:t>v -3.395333 19.092604 0.145332</w:t>
        <w:br/>
        <w:t>v -3.421819 19.000214 0.146783</w:t>
        <w:br/>
        <w:t>v -3.396030 19.100840 -0.184054</w:t>
        <w:br/>
        <w:t>v -3.438773 19.068375 -0.186804</w:t>
        <w:br/>
        <w:t>v -3.337449 19.085697 0.144777</w:t>
        <w:br/>
        <w:t>v -3.099170 19.241751 0.162566</w:t>
        <w:br/>
        <w:t>v -3.099895 19.260098 0.154641</w:t>
        <w:br/>
        <w:t>v -3.337449 19.085697 0.144777</w:t>
        <w:br/>
        <w:t>v -3.105379 19.286407 -0.011958</w:t>
        <w:br/>
        <w:t>v -3.395025 19.107447 -0.018239</w:t>
        <w:br/>
        <w:t>v -3.337272 19.103786 -0.018182</w:t>
        <w:br/>
        <w:t>v -3.101907 19.273319 -0.188768</w:t>
        <w:br/>
        <w:t>v -3.338223 19.093891 -0.183333</w:t>
        <w:br/>
        <w:t>v -3.094051 19.250114 -0.207317</w:t>
        <w:br/>
        <w:t>v -3.432792 19.020489 -0.200909</w:t>
        <w:br/>
        <w:t>v -3.396030 19.100840 -0.184054</w:t>
        <w:br/>
        <w:t>v -3.338223 19.093891 -0.183333</w:t>
        <w:br/>
        <w:t>v -3.438773 19.068375 -0.186804</w:t>
        <w:br/>
        <w:t>v 0.180692 17.072523 1.938998</w:t>
        <w:br/>
        <w:t>v 0.200459 17.059977 2.007486</w:t>
        <w:br/>
        <w:t>v 0.237055 16.656267 1.976257</w:t>
        <w:br/>
        <w:t>v 0.214000 16.626467 1.927471</w:t>
        <w:br/>
        <w:t>v -0.799354 19.872570 -0.794669</w:t>
        <w:br/>
        <w:t>v -0.675556 19.910505 -0.785856</w:t>
        <w:br/>
        <w:t>v -0.799354 19.872570 -0.794669</w:t>
        <w:br/>
        <w:t>v -0.678849 19.922625 -0.749477</w:t>
        <w:br/>
        <w:t>v -0.691141 19.960991 -0.721906</w:t>
        <w:br/>
        <w:t>v -0.833488 19.911573 -0.732616</w:t>
        <w:br/>
        <w:t>v -0.814717 19.865124 -0.771129</w:t>
        <w:br/>
        <w:t>v -0.691242 19.983210 -0.818902</w:t>
        <w:br/>
        <w:t>v -0.567930 20.020147 -0.810184</w:t>
        <w:br/>
        <w:t>v -0.691242 19.983210 -0.818902</w:t>
        <w:br/>
        <w:t>v -0.573996 20.038826 -0.774481</w:t>
        <w:br/>
        <w:t>v -0.708575 19.983372 -0.796245</w:t>
        <w:br/>
        <w:t>v -0.588694 20.065701 -0.744489</w:t>
        <w:br/>
        <w:t>v -0.730441 20.017488 -0.755159</w:t>
        <w:br/>
        <w:t>v -0.582794 20.102259 -0.719844</w:t>
        <w:br/>
        <w:t>v -0.769619 20.032137 -0.727441</w:t>
        <w:br/>
        <w:t>v 3.447230 19.053144 -0.228650</w:t>
        <w:br/>
        <w:t>v 3.430400 19.026705 -0.229723</w:t>
        <w:br/>
        <w:t>v 3.446448 19.038099 0.159763</w:t>
        <w:br/>
        <w:t>v 3.429578 19.011683 0.158693</w:t>
        <w:br/>
        <w:t>v -4.333827 17.683220 0.786222</w:t>
        <w:br/>
        <w:t>v -4.329900 17.695517 0.809904</w:t>
        <w:br/>
        <w:t>v -4.148420 17.712856 0.795805</w:t>
        <w:br/>
        <w:t>v -4.132962 17.702934 0.771730</w:t>
        <w:br/>
        <w:t>v -3.430297 19.025236 -0.229722</w:t>
        <w:br/>
        <w:t>v -3.447127 19.051678 -0.228649</w:t>
        <w:br/>
        <w:t>v -3.446346 19.036634 0.159764</w:t>
        <w:br/>
        <w:t>v -3.429474 19.010212 0.158694</w:t>
        <w:br/>
        <w:t>v 0.384713 17.072037 1.918713</w:t>
        <w:br/>
        <w:t>v 0.180692 17.072523 1.938998</w:t>
        <w:br/>
        <w:t>v 0.214000 16.626467 1.927471</w:t>
        <w:br/>
        <w:t>v 0.402295 16.618553 1.880971</w:t>
        <w:br/>
        <w:t>v 0.373030 17.066217 1.892799</w:t>
        <w:br/>
        <w:t>v 0.384713 17.072037 1.918713</w:t>
        <w:br/>
        <w:t>v 0.402295 16.618553 1.880971</w:t>
        <w:br/>
        <w:t>v 0.393445 16.618553 1.844701</w:t>
        <w:br/>
        <w:t>v 0.373030 17.066217 1.892799</w:t>
        <w:br/>
        <w:t>v 0.393445 16.618553 1.844701</w:t>
        <w:br/>
        <w:t>v 0.590473 16.959805 1.787584</w:t>
        <w:br/>
        <w:t>v 0.585223 16.631468 1.783725</w:t>
        <w:br/>
        <w:t>v 0.421360 16.290655 1.852238</w:t>
        <w:br/>
        <w:t>v 0.745837 16.956831 1.695354</w:t>
        <w:br/>
        <w:t>v 0.613021 16.304729 1.785323</w:t>
        <w:br/>
        <w:t>v 0.769515 16.642673 1.718993</w:t>
        <w:br/>
        <w:t>v 0.793882 16.315933 1.714912</w:t>
        <w:br/>
        <w:t>v 0.939655 16.963379 1.580212</w:t>
        <w:br/>
        <w:t>v 0.979071 16.328333 1.620654</w:t>
        <w:br/>
        <w:t>v 0.962086 16.655085 1.617925</w:t>
        <w:br/>
        <w:t>v 1.101104 16.968838 1.484148</w:t>
        <w:br/>
        <w:t>v 1.151043 16.350111 1.509905</w:t>
        <w:br/>
        <w:t>v 1.142206 16.676865 1.509905</w:t>
        <w:br/>
        <w:t>v 1.263539 16.972870 1.316088</w:t>
        <w:br/>
        <w:t>v 1.339001 16.374765 1.330499</w:t>
        <w:br/>
        <w:t>v 1.319494 16.701519 1.338075</w:t>
        <w:br/>
        <w:t>v 1.468620 16.402641 1.132496</w:t>
        <w:br/>
        <w:t>v 1.468620 16.729380 1.135654</w:t>
        <w:br/>
        <w:t>v 1.343072 16.972712 1.156514</w:t>
        <w:br/>
        <w:t>v 1.534742 16.419863 0.974325</w:t>
        <w:br/>
        <w:t>v 1.425734 16.972555 0.990605</w:t>
        <w:br/>
        <w:t>v 1.534742 16.746597 0.974325</w:t>
        <w:br/>
        <w:t>v 1.569207 16.433846 0.792385</w:t>
        <w:br/>
        <w:t>v 1.498942 16.971487 0.810633</w:t>
        <w:br/>
        <w:t>v 1.569154 16.760593 0.792383</w:t>
        <w:br/>
        <w:t>v 1.507314 16.955517 0.611494</w:t>
        <w:br/>
        <w:t>v 1.573414 16.757114 0.611600</w:t>
        <w:br/>
        <w:t>v 1.573443 16.430378 0.611602</w:t>
        <w:br/>
        <w:t>v 1.513014 16.944590 0.475399</w:t>
        <w:br/>
        <w:t>v 1.539187 16.749214 0.460111</w:t>
        <w:br/>
        <w:t>v 1.539186 16.422468 0.460111</w:t>
        <w:br/>
        <w:t>v 1.443039 16.919014 0.246289</w:t>
        <w:br/>
        <w:t>v 1.438717 16.715006 0.259899</w:t>
        <w:br/>
        <w:t>v 1.438717 16.388254 0.259899</w:t>
        <w:br/>
        <w:t>v 1.345592 16.893883 0.051449</w:t>
        <w:br/>
        <w:t>v 1.322834 16.676994 0.117440</w:t>
        <w:br/>
        <w:t>v 1.322834 16.350256 0.117440</w:t>
        <w:br/>
        <w:t>v 1.166431 16.883976 -0.056326</w:t>
        <w:br/>
        <w:t>v 1.158386 16.643360 -0.024668</w:t>
        <w:br/>
        <w:t>v 1.158386 16.316607 -0.024668</w:t>
        <w:br/>
        <w:t>v 0.931832 16.871059 -0.197082</w:t>
        <w:br/>
        <w:t>v 0.918654 16.594719 -0.157731</w:t>
        <w:br/>
        <w:t>v 0.918654 16.267979 -0.157731</w:t>
        <w:br/>
        <w:t>v 0.611396 16.848368 -0.290106</w:t>
        <w:br/>
        <w:t>v 0.631891 16.554461 -0.272549</w:t>
        <w:br/>
        <w:t>v 0.631891 16.227718 -0.272548</w:t>
        <w:br/>
        <w:t>v 0.329337 16.827263 -0.297149</w:t>
        <w:br/>
        <w:t>v 0.359137 16.518978 -0.334564</w:t>
        <w:br/>
        <w:t>v -0.000000 16.812319 -0.295603</w:t>
        <w:br/>
        <w:t>v 0.359137 16.192226 -0.334564</w:t>
        <w:br/>
        <w:t>v -0.000000 16.499187 -0.351328</w:t>
        <w:br/>
        <w:t>v -0.000000 16.172436 -0.351328</w:t>
        <w:br/>
        <w:t>v -0.384714 17.072037 1.918713</w:t>
        <w:br/>
        <w:t>v -0.214001 16.626465 1.927471</w:t>
        <w:br/>
        <w:t>v -0.180693 17.072523 1.938998</w:t>
        <w:br/>
        <w:t>v -0.402296 16.618553 1.880971</w:t>
        <w:br/>
        <w:t>v -0.373030 17.066217 1.892799</w:t>
        <w:br/>
        <w:t>v -0.402296 16.618553 1.880971</w:t>
        <w:br/>
        <w:t>v -0.384714 17.072037 1.918713</w:t>
        <w:br/>
        <w:t>v -0.393445 16.618553 1.844701</w:t>
        <w:br/>
        <w:t>v -0.373030 17.066217 1.892799</w:t>
        <w:br/>
        <w:t>v -0.590473 16.959805 1.787584</w:t>
        <w:br/>
        <w:t>v -0.393445 16.618553 1.844701</w:t>
        <w:br/>
        <w:t>v -0.585223 16.631468 1.783725</w:t>
        <w:br/>
        <w:t>v -0.421360 16.290655 1.852238</w:t>
        <w:br/>
        <w:t>v -0.745837 16.956831 1.695354</w:t>
        <w:br/>
        <w:t>v -0.613021 16.304729 1.785323</w:t>
        <w:br/>
        <w:t>v -0.769516 16.642673 1.718993</w:t>
        <w:br/>
        <w:t>v -0.793882 16.315933 1.714912</w:t>
        <w:br/>
        <w:t>v -0.939655 16.963379 1.580212</w:t>
        <w:br/>
        <w:t>v -0.979071 16.328333 1.620654</w:t>
        <w:br/>
        <w:t>v -0.962086 16.655085 1.617925</w:t>
        <w:br/>
        <w:t>v -1.101105 16.968838 1.484148</w:t>
        <w:br/>
        <w:t>v -1.151044 16.350111 1.509905</w:t>
        <w:br/>
        <w:t>v -1.142206 16.676865 1.509905</w:t>
        <w:br/>
        <w:t>v -1.263540 16.972870 1.316089</w:t>
        <w:br/>
        <w:t>v -1.339001 16.374765 1.330499</w:t>
        <w:br/>
        <w:t>v -1.319494 16.701519 1.338076</w:t>
        <w:br/>
        <w:t>v -1.468620 16.402641 1.132496</w:t>
        <w:br/>
        <w:t>v -1.468620 16.729380 1.135654</w:t>
        <w:br/>
        <w:t>v -1.343072 16.972712 1.156514</w:t>
        <w:br/>
        <w:t>v -1.534742 16.419863 0.974325</w:t>
        <w:br/>
        <w:t>v -1.425735 16.972555 0.990605</w:t>
        <w:br/>
        <w:t>v -1.534742 16.746597 0.974325</w:t>
        <w:br/>
        <w:t>v -1.569207 16.433846 0.792385</w:t>
        <w:br/>
        <w:t>v -1.498942 16.971487 0.810633</w:t>
        <w:br/>
        <w:t>v -1.569154 16.760593 0.792383</w:t>
        <w:br/>
        <w:t>v -1.507315 16.955517 0.611494</w:t>
        <w:br/>
        <w:t>v -1.573415 16.757114 0.611601</w:t>
        <w:br/>
        <w:t>v -1.573444 16.430378 0.611602</w:t>
        <w:br/>
        <w:t>v -1.513015 16.944590 0.475399</w:t>
        <w:br/>
        <w:t>v -1.539187 16.749214 0.460111</w:t>
        <w:br/>
        <w:t>v -1.539187 16.422468 0.460111</w:t>
        <w:br/>
        <w:t>v -1.443039 16.919014 0.246289</w:t>
        <w:br/>
        <w:t>v -1.438717 16.715006 0.259899</w:t>
        <w:br/>
        <w:t>v -1.438717 16.388254 0.259899</w:t>
        <w:br/>
        <w:t>v -1.345593 16.893883 0.051449</w:t>
        <w:br/>
        <w:t>v -1.322834 16.676994 0.117440</w:t>
        <w:br/>
        <w:t>v -1.322834 16.350256 0.117440</w:t>
        <w:br/>
        <w:t>v -1.166431 16.883976 -0.056326</w:t>
        <w:br/>
        <w:t>v -1.158386 16.643360 -0.024668</w:t>
        <w:br/>
        <w:t>v -1.158386 16.316607 -0.024668</w:t>
        <w:br/>
        <w:t>v -0.931832 16.871059 -0.197082</w:t>
        <w:br/>
        <w:t>v -0.918654 16.594717 -0.157731</w:t>
        <w:br/>
        <w:t>v -0.918654 16.267979 -0.157731</w:t>
        <w:br/>
        <w:t>v -0.611397 16.848368 -0.290106</w:t>
        <w:br/>
        <w:t>v -0.631891 16.554461 -0.272549</w:t>
        <w:br/>
        <w:t>v -0.631891 16.227718 -0.272548</w:t>
        <w:br/>
        <w:t>v -0.329338 16.827263 -0.297149</w:t>
        <w:br/>
        <w:t>v -0.359137 16.518978 -0.334564</w:t>
        <w:br/>
        <w:t>v -0.000000 16.812319 -0.295603</w:t>
        <w:br/>
        <w:t>v -0.359137 16.192223 -0.334564</w:t>
        <w:br/>
        <w:t>v -0.000000 16.499187 -0.351328</w:t>
        <w:br/>
        <w:t>v -0.000000 16.172436 -0.351328</w:t>
        <w:br/>
        <w:t>v -0.282540 16.386915 1.877940</w:t>
        <w:br/>
        <w:t>v -0.267764 16.412823 1.879972</w:t>
        <w:br/>
        <w:t>v -0.279395 16.440285 1.876104</w:t>
        <w:br/>
        <w:t>v -0.301280 16.447830 1.870923</w:t>
        <w:br/>
        <w:t>v -0.305153 16.381990 1.873196</w:t>
        <w:br/>
        <w:t>v -0.320163 16.401379 1.868974</w:t>
        <w:br/>
        <w:t>v -0.318460 16.430357 1.867978</w:t>
        <w:br/>
        <w:t>v -0.340436 16.437109 1.862816</w:t>
        <w:br/>
        <w:t>v -0.342814 16.396599 1.864211</w:t>
        <w:br/>
        <w:t>v -0.355550 16.377127 1.862324</w:t>
        <w:br/>
        <w:t>v -0.350754 16.458921 1.859513</w:t>
        <w:br/>
        <w:t>v -0.425038 16.306370 1.851573</w:t>
        <w:br/>
        <w:t>v -0.357434 16.354952 1.862964</w:t>
        <w:br/>
        <w:t>v -0.348324 16.332817 1.866093</w:t>
        <w:br/>
        <w:t>v -0.326738 16.325184 1.871243</w:t>
        <w:br/>
        <w:t>v -0.407371 16.524334 1.843712</w:t>
        <w:br/>
        <w:t>v -0.292001 16.294355 1.881064</w:t>
        <w:br/>
        <w:t>v -0.308609 16.341948 1.874422</w:t>
        <w:br/>
        <w:t>v -0.287141 16.333548 1.879581</w:t>
        <w:br/>
        <w:t>v -0.277030 16.305691 1.883217</w:t>
        <w:br/>
        <w:t>v -0.349689 16.479858 1.858776</w:t>
        <w:br/>
        <w:t>v -0.345712 16.561703 1.855747</w:t>
        <w:br/>
        <w:t>v -0.335173 16.539968 1.859094</w:t>
        <w:br/>
        <w:t>v -0.337148 16.499430 1.860591</w:t>
        <w:br/>
        <w:t>v -0.344932 16.582537 1.854939</w:t>
        <w:br/>
        <w:t>v -0.314548 16.504372 1.865297</w:t>
        <w:br/>
        <w:t>v -0.403361 16.666214 1.838099</w:t>
        <w:br/>
        <w:t>v -0.313132 16.533361 1.864225</w:t>
        <w:br/>
        <w:t>v -0.342372 16.664425 1.851457</w:t>
        <w:br/>
        <w:t>v -0.296121 16.550983 1.867113</w:t>
        <w:br/>
        <w:t>v -0.331456 16.642818 1.854889</w:t>
        <w:br/>
        <w:t>v -0.299318 16.485098 1.869566</w:t>
        <w:br/>
        <w:t>v -0.332716 16.602266 1.856620</w:t>
        <w:br/>
        <w:t>v -0.274158 16.543596 1.872278</w:t>
        <w:br/>
        <w:t>v -0.276757 16.490191 1.874254</w:t>
        <w:br/>
        <w:t>v -0.262241 16.516209 1.876188</w:t>
        <w:br/>
        <w:t>v -0.310208 16.607483 1.861264</w:t>
        <w:br/>
        <w:t>v -0.309298 16.636486 1.860022</w:t>
        <w:br/>
        <w:t>v -0.292612 16.654335 1.862781</w:t>
        <w:br/>
        <w:t>v -0.294665 16.588402 1.865582</w:t>
        <w:br/>
        <w:t>v -0.270506 16.647219 1.867934</w:t>
        <w:br/>
        <w:t>v -0.272182 16.593786 1.870209</w:t>
        <w:br/>
        <w:t>v -0.258121 16.619997 1.871985</w:t>
        <w:br/>
        <w:t>v 5.153382 16.593420 0.565009</w:t>
        <w:br/>
        <w:t>v 5.251836 16.765358 0.647563</w:t>
        <w:br/>
        <w:t>v 5.127355 16.644489 0.521555</w:t>
        <w:br/>
        <w:t>v 5.046861 16.573431 0.410099</w:t>
        <w:br/>
        <w:t>v 5.094262 16.493595 0.437406</w:t>
        <w:br/>
        <w:t>v 5.054543 16.421652 0.259430</w:t>
        <w:br/>
        <w:t>v 4.993378 16.520739 0.229399</w:t>
        <w:br/>
        <w:t>v 4.975279 16.499237 0.096905</w:t>
        <w:br/>
        <w:t>v 5.035439 16.374798 0.106141</w:t>
        <w:br/>
        <w:t>v 5.038049 16.370060 -0.067992</w:t>
        <w:br/>
        <w:t>v 4.986417 16.498785 -0.087742</w:t>
        <w:br/>
        <w:t>v 5.062388 16.407993 -0.253704</w:t>
        <w:br/>
        <w:t>v 5.014223 16.513382 -0.242687</w:t>
        <w:br/>
        <w:t>v 5.095240 16.464560 -0.410513</w:t>
        <w:br/>
        <w:t>v 5.075186 16.553705 -0.420697</w:t>
        <w:br/>
        <w:t>v 5.145649 16.550438 -0.495958</w:t>
        <w:br/>
        <w:t>v 5.120718 16.587519 -0.481811</w:t>
        <w:br/>
        <w:t>v 5.198658 16.649734 -0.560347</w:t>
        <w:br/>
        <w:t>v -3.001238 17.743130 -0.116941</w:t>
        <w:br/>
        <w:t>v -3.033340 17.803722 -0.286825</w:t>
        <w:br/>
        <w:t>v -2.492053 18.168806 -0.257255</w:t>
        <w:br/>
        <w:t>v -3.453526 17.479301 -0.170013</w:t>
        <w:br/>
        <w:t>v -3.410853 17.400791 -0.010085</w:t>
        <w:br/>
        <w:t>v -3.813074 17.165813 -0.080426</w:t>
        <w:br/>
        <w:t>v -3.770025 17.108227 0.088077</w:t>
        <w:br/>
        <w:t>v -4.006820 17.007086 -0.027721</w:t>
        <w:br/>
        <w:t>v -3.965652 16.946730 0.140280</w:t>
        <w:br/>
        <w:t>v -4.203816 16.855679 0.027411</w:t>
        <w:br/>
        <w:t>v -4.157848 16.786795 0.190827</w:t>
        <w:br/>
        <w:t>v -4.404943 16.577381 0.253582</w:t>
        <w:br/>
        <w:t>v -4.465727 16.618469 0.085715</w:t>
        <w:br/>
        <w:t>v 0.393445 16.618553 1.844701</w:t>
        <w:br/>
        <w:t>v 0.402295 16.618553 1.880971</w:t>
        <w:br/>
        <w:t>v 0.421360 16.290655 1.852238</w:t>
        <w:br/>
        <w:t>v 0.432965 16.290655 1.890939</w:t>
        <w:br/>
        <w:t>v 0.402295 16.618553 1.880971</w:t>
        <w:br/>
        <w:t>v 0.590772 16.623983 1.815655</w:t>
        <w:br/>
        <w:t>v 0.432965 16.290655 1.890939</w:t>
        <w:br/>
        <w:t>v 0.620857 16.302418 1.823531</w:t>
        <w:br/>
        <w:t>v 0.421360 16.290655 1.852238</w:t>
        <w:br/>
        <w:t>v 0.432965 16.290655 1.890939</w:t>
        <w:br/>
        <w:t>v 0.620857 16.302418 1.823531</w:t>
        <w:br/>
        <w:t>v 0.780328 16.635944 1.748922</w:t>
        <w:br/>
        <w:t>v 0.613021 16.304729 1.785323</w:t>
        <w:br/>
        <w:t>v 0.804227 16.314375 1.746999</w:t>
        <w:br/>
        <w:t>v 0.804227 16.314375 1.746999</w:t>
        <w:br/>
        <w:t>v 0.793882 16.315933 1.714912</w:t>
        <w:br/>
        <w:t>v 0.981943 16.327629 1.659343</w:t>
        <w:br/>
        <w:t>v 0.981943 16.327629 1.659343</w:t>
        <w:br/>
        <w:t>v 0.965140 16.649199 1.653365</w:t>
        <w:br/>
        <w:t>v 0.979071 16.328333 1.620654</w:t>
        <w:br/>
        <w:t>v 1.163883 16.350895 1.544305</w:t>
        <w:br/>
        <w:t>v 1.163883 16.350895 1.544305</w:t>
        <w:br/>
        <w:t>v 1.163883 16.672445 1.544305</w:t>
        <w:br/>
        <w:t>v 1.151043 16.350111 1.509905</w:t>
        <w:br/>
        <w:t>v 1.360236 16.377209 1.361481</w:t>
        <w:br/>
        <w:t>v 1.360236 16.377209 1.361481</w:t>
        <w:br/>
        <w:t>v 1.353231 16.694408 1.373645</w:t>
        <w:br/>
        <w:t>v 1.339001 16.374765 1.330499</w:t>
        <w:br/>
        <w:t>v 1.500862 16.406967 1.160658</w:t>
        <w:br/>
        <w:t>v 1.500862 16.406967 1.160658</w:t>
        <w:br/>
        <w:t>v 1.510024 16.728535 1.169859</w:t>
        <w:br/>
        <w:t>v 1.468620 16.402641 1.132496</w:t>
        <w:br/>
        <w:t>v 1.568661 16.425344 0.991792</w:t>
        <w:br/>
        <w:t>v 1.568661 16.425344 0.991792</w:t>
        <w:br/>
        <w:t>v 1.587227 16.746742 0.994052</w:t>
        <w:br/>
        <w:t>v 1.534742 16.419863 0.974325</w:t>
        <w:br/>
        <w:t>v 1.606920 16.440292 0.797519</w:t>
        <w:br/>
        <w:t>v 1.606920 16.440292 0.797519</w:t>
        <w:br/>
        <w:t>v 1.621972 16.761856 0.797510</w:t>
        <w:br/>
        <w:t>v 1.569207 16.433846 0.792385</w:t>
        <w:br/>
        <w:t>v 1.629184 16.758142 0.604487</w:t>
        <w:br/>
        <w:t>v 1.573443 16.430378 0.611602</w:t>
        <w:br/>
        <w:t>v 1.605036 16.436573 0.604493</w:t>
        <w:br/>
        <w:t>v 1.605036 16.436573 0.604493</w:t>
        <w:br/>
        <w:t>v 1.593405 16.749691 0.442735</w:t>
        <w:br/>
        <w:t>v 1.539186 16.422468 0.460111</w:t>
        <w:br/>
        <w:t>v 1.567777 16.428137 0.442736</w:t>
        <w:br/>
        <w:t>v 1.567777 16.428137 0.442736</w:t>
        <w:br/>
        <w:t>v 1.483604 16.711380 0.218508</w:t>
        <w:br/>
        <w:t>v 1.438717 16.388254 0.259899</w:t>
        <w:br/>
        <w:t>v 1.461615 16.391607 0.228969</w:t>
        <w:br/>
        <w:t>v 1.461615 16.391607 0.228969</w:t>
        <w:br/>
        <w:t>v 1.352061 16.667093 0.043208</w:t>
        <w:br/>
        <w:t>v 1.322834 16.350256 0.117440</w:t>
        <w:br/>
        <w:t>v 1.344589 16.351034 0.071266</w:t>
        <w:br/>
        <w:t>v 1.344589 16.351034 0.071266</w:t>
        <w:br/>
        <w:t>v 1.199700 16.635071 -0.112714</w:t>
        <w:br/>
        <w:t>v 1.158386 16.316607 -0.024668</w:t>
        <w:br/>
        <w:t>v 1.183390 16.315115 -0.074871</w:t>
        <w:br/>
        <w:t>v 1.183390 16.315115 -0.074871</w:t>
        <w:br/>
        <w:t>v 0.935471 16.584740 -0.269170</w:t>
        <w:br/>
        <w:t>v 0.918654 16.267979 -0.157731</w:t>
        <w:br/>
        <w:t>v 0.935471 16.263186 -0.216953</w:t>
        <w:br/>
        <w:t>v 0.935471 16.263186 -0.216953</w:t>
        <w:br/>
        <w:t>v 0.646134 16.546141 -0.353642</w:t>
        <w:br/>
        <w:t>v 0.631891 16.227718 -0.272548</w:t>
        <w:br/>
        <w:t>v 0.646134 16.220194 -0.324012</w:t>
        <w:br/>
        <w:t>v 0.646134 16.220194 -0.324012</w:t>
        <w:br/>
        <w:t>v 0.352015 16.503550 -0.385299</w:t>
        <w:br/>
        <w:t>v 0.359137 16.192226 -0.334564</w:t>
        <w:br/>
        <w:t>v 0.352015 16.182310 -0.385299</w:t>
        <w:br/>
        <w:t>v 0.352015 16.182310 -0.385299</w:t>
        <w:br/>
        <w:t>v -0.000000 16.482124 -0.404793</w:t>
        <w:br/>
        <w:t>v -0.000000 16.172436 -0.351328</w:t>
        <w:br/>
        <w:t>v -0.000000 16.161165 -0.408159</w:t>
        <w:br/>
        <w:t>v -0.000000 16.161165 -0.408159</w:t>
        <w:br/>
        <w:t>v -0.393445 16.618553 1.844701</w:t>
        <w:br/>
        <w:t>v -0.421360 16.290655 1.852238</w:t>
        <w:br/>
        <w:t>v -0.402296 16.618553 1.880971</w:t>
        <w:br/>
        <w:t>v -0.432965 16.290655 1.890939</w:t>
        <w:br/>
        <w:t>v -0.590772 16.623983 1.815655</w:t>
        <w:br/>
        <w:t>v -0.402296 16.618553 1.880971</w:t>
        <w:br/>
        <w:t>v -0.432965 16.290655 1.890939</w:t>
        <w:br/>
        <w:t>v -0.620858 16.302418 1.823531</w:t>
        <w:br/>
        <w:t>v -0.432965 16.290655 1.890939</w:t>
        <w:br/>
        <w:t>v -0.421360 16.290655 1.852238</w:t>
        <w:br/>
        <w:t>v -0.620858 16.302418 1.823531</w:t>
        <w:br/>
        <w:t>v -0.780328 16.635942 1.748922</w:t>
        <w:br/>
        <w:t>v -0.613021 16.304729 1.785323</w:t>
        <w:br/>
        <w:t>v -0.804227 16.314375 1.746999</w:t>
        <w:br/>
        <w:t>v -0.804227 16.314375 1.746999</w:t>
        <w:br/>
        <w:t>v -0.793882 16.315933 1.714912</w:t>
        <w:br/>
        <w:t>v -0.981943 16.327629 1.659343</w:t>
        <w:br/>
        <w:t>v -0.981943 16.327629 1.659343</w:t>
        <w:br/>
        <w:t>v -0.965140 16.649199 1.653365</w:t>
        <w:br/>
        <w:t>v -0.979071 16.328333 1.620654</w:t>
        <w:br/>
        <w:t>v -1.163884 16.350895 1.544305</w:t>
        <w:br/>
        <w:t>v -1.163884 16.350895 1.544305</w:t>
        <w:br/>
        <w:t>v -1.163884 16.672445 1.544305</w:t>
        <w:br/>
        <w:t>v -1.151044 16.350111 1.509905</w:t>
        <w:br/>
        <w:t>v -1.360236 16.377209 1.361481</w:t>
        <w:br/>
        <w:t>v -1.360236 16.377209 1.361481</w:t>
        <w:br/>
        <w:t>v -1.353231 16.694408 1.373645</w:t>
        <w:br/>
        <w:t>v -1.339001 16.374765 1.330499</w:t>
        <w:br/>
        <w:t>v -1.500862 16.406967 1.160658</w:t>
        <w:br/>
        <w:t>v -1.500862 16.406967 1.160658</w:t>
        <w:br/>
        <w:t>v -1.510024 16.728535 1.169859</w:t>
        <w:br/>
        <w:t>v -1.468620 16.402641 1.132496</w:t>
        <w:br/>
        <w:t>v -1.568661 16.425344 0.991792</w:t>
        <w:br/>
        <w:t>v -1.568661 16.425344 0.991792</w:t>
        <w:br/>
        <w:t>v -1.587226 16.746742 0.994052</w:t>
        <w:br/>
        <w:t>v -1.534742 16.419863 0.974325</w:t>
        <w:br/>
        <w:t>v -1.606920 16.440292 0.797519</w:t>
        <w:br/>
        <w:t>v -1.606920 16.440292 0.797519</w:t>
        <w:br/>
        <w:t>v -1.621972 16.761856 0.797510</w:t>
        <w:br/>
        <w:t>v -1.569207 16.433846 0.792385</w:t>
        <w:br/>
        <w:t>v -1.629184 16.758142 0.604487</w:t>
        <w:br/>
        <w:t>v -1.573444 16.430378 0.611602</w:t>
        <w:br/>
        <w:t>v -1.605036 16.436573 0.604493</w:t>
        <w:br/>
        <w:t>v -1.605036 16.436573 0.604493</w:t>
        <w:br/>
        <w:t>v -1.593405 16.749691 0.442735</w:t>
        <w:br/>
        <w:t>v -1.539187 16.422468 0.460111</w:t>
        <w:br/>
        <w:t>v -1.567778 16.428137 0.442736</w:t>
        <w:br/>
        <w:t>v -1.567778 16.428137 0.442736</w:t>
        <w:br/>
        <w:t>v -1.483604 16.711380 0.218508</w:t>
        <w:br/>
        <w:t>v -1.438717 16.388254 0.259899</w:t>
        <w:br/>
        <w:t>v -1.461615 16.391607 0.228969</w:t>
        <w:br/>
        <w:t>v -1.461615 16.391607 0.228969</w:t>
        <w:br/>
        <w:t>v -1.352061 16.667093 0.043208</w:t>
        <w:br/>
        <w:t>v -1.322834 16.350256 0.117440</w:t>
        <w:br/>
        <w:t>v -1.344589 16.351034 0.071266</w:t>
        <w:br/>
        <w:t>v -1.344589 16.351034 0.071266</w:t>
        <w:br/>
        <w:t>v -1.199700 16.635071 -0.112714</w:t>
        <w:br/>
        <w:t>v -1.158386 16.316607 -0.024668</w:t>
        <w:br/>
        <w:t>v -1.183390 16.315115 -0.074871</w:t>
        <w:br/>
        <w:t>v -1.183390 16.315115 -0.074871</w:t>
        <w:br/>
        <w:t>v -0.935471 16.584738 -0.269170</w:t>
        <w:br/>
        <w:t>v -0.918654 16.267979 -0.157731</w:t>
        <w:br/>
        <w:t>v -0.935471 16.263184 -0.216953</w:t>
        <w:br/>
        <w:t>v -0.935471 16.263184 -0.216953</w:t>
        <w:br/>
        <w:t>v -0.646134 16.546141 -0.353642</w:t>
        <w:br/>
        <w:t>v -0.631891 16.227718 -0.272548</w:t>
        <w:br/>
        <w:t>v -0.646134 16.220194 -0.324012</w:t>
        <w:br/>
        <w:t>v -0.646134 16.220194 -0.324012</w:t>
        <w:br/>
        <w:t>v -0.352015 16.503550 -0.385299</w:t>
        <w:br/>
        <w:t>v -0.359137 16.192223 -0.334564</w:t>
        <w:br/>
        <w:t>v -0.352015 16.182310 -0.385299</w:t>
        <w:br/>
        <w:t>v -0.352015 16.182310 -0.385299</w:t>
        <w:br/>
        <w:t>v -0.000000 16.482124 -0.404793</w:t>
        <w:br/>
        <w:t>v -0.000000 16.172436 -0.351328</w:t>
        <w:br/>
        <w:t>v -0.000000 16.161165 -0.408159</w:t>
        <w:br/>
        <w:t>v -0.000000 16.161165 -0.408159</w:t>
        <w:br/>
        <w:t>v 0.843078 19.755610 1.065841</w:t>
        <w:br/>
        <w:t>v 0.991757 19.720308 0.917750</w:t>
        <w:br/>
        <w:t>v 0.729567 19.896553 0.849644</w:t>
        <w:br/>
        <w:t>v 0.882175 19.847872 0.727391</w:t>
        <w:br/>
        <w:t>v 0.600207 20.071850 0.586961</w:t>
        <w:br/>
        <w:t>v 0.713595 20.079758 0.523714</w:t>
        <w:br/>
        <w:t>v 0.641594 20.177673 0.437067</w:t>
        <w:br/>
        <w:t>v 0.578972 20.089491 0.588715</w:t>
        <w:br/>
        <w:t>v -0.991758 19.720310 0.917750</w:t>
        <w:br/>
        <w:t>v -0.843079 19.755610 1.065841</w:t>
        <w:br/>
        <w:t>v -0.729567 19.896553 0.849644</w:t>
        <w:br/>
        <w:t>v -0.882175 19.847872 0.727391</w:t>
        <w:br/>
        <w:t>v -0.600207 20.071850 0.586961</w:t>
        <w:br/>
        <w:t>v -0.713595 20.079758 0.523714</w:t>
        <w:br/>
        <w:t>v -0.641594 20.177673 0.437067</w:t>
        <w:br/>
        <w:t>v -0.578972 20.089489 0.588715</w:t>
        <w:br/>
        <w:t>v -0.301068 16.343117 1.938605</w:t>
        <w:br/>
        <w:t>v -0.356993 16.342749 1.922295</w:t>
        <w:br/>
        <w:t>v -0.293144 16.217844 1.945297</w:t>
        <w:br/>
        <w:t>v -0.369509 16.218004 1.925804</w:t>
        <w:br/>
        <w:t>v -0.281774 16.139599 1.950730</w:t>
        <w:br/>
        <w:t>v -0.383455 16.140373 1.927181</w:t>
        <w:br/>
        <w:t>v -0.268487 16.034691 1.958527</w:t>
        <w:br/>
        <w:t>v -0.401975 16.036350 1.928351</w:t>
        <w:br/>
        <w:t>v -0.405903 15.996062 1.929729</w:t>
        <w:br/>
        <w:t>v -0.264960 15.992495 1.958956</w:t>
        <w:br/>
        <w:t>v -0.291520 15.984004 1.955408</w:t>
        <w:br/>
        <w:t>v -0.379797 15.984838 1.935603</w:t>
        <w:br/>
        <w:t>v -0.270374 16.229776 1.887778</w:t>
        <w:br/>
        <w:t>v -0.271978 16.230242 1.894978</w:t>
        <w:br/>
        <w:t>v -0.269376 16.257296 1.887765</w:t>
        <w:br/>
        <w:t>v -0.271088 16.257677 1.895394</w:t>
        <w:br/>
        <w:t>v -0.253866 16.349577 1.886842</w:t>
        <w:br/>
        <w:t>v -0.255579 16.349945 1.894471</w:t>
        <w:br/>
        <w:t>v -0.257873 16.363665 1.892573</w:t>
        <w:br/>
        <w:t>v -0.256404 16.363373 1.886037</w:t>
        <w:br/>
        <w:t>v -0.268438 16.373384 1.889494</w:t>
        <w:br/>
        <w:t>v -0.266339 16.372944 1.880137</w:t>
        <w:br/>
        <w:t>v -0.303856 16.378214 1.881333</w:t>
        <w:br/>
        <w:t>v -0.313336 16.378302 1.868128</w:t>
        <w:br/>
        <w:t>v -0.327550 16.378435 1.876017</w:t>
        <w:br/>
        <w:t>v -0.361040 16.373829 1.858889</w:t>
        <w:br/>
        <w:t>v -0.363139 16.374279 1.868246</w:t>
        <w:br/>
        <w:t>v -0.372705 16.364475 1.859941</w:t>
        <w:br/>
        <w:t>v -0.374175 16.364771 1.866478</w:t>
        <w:br/>
        <w:t>v -0.377316 16.351118 1.867154</w:t>
        <w:br/>
        <w:t>v -0.375604 16.350737 1.859526</w:t>
        <w:br/>
        <w:t>v -0.363633 16.258215 1.866608</w:t>
        <w:br/>
        <w:t>v -0.365347 16.258554 1.874250</w:t>
        <w:br/>
        <w:t>v -0.363803 16.231131 1.874367</w:t>
        <w:br/>
        <w:t>v -0.362201 16.230625 1.867167</w:t>
        <w:br/>
        <w:t>v -0.279021 16.231766 1.926427</w:t>
        <w:br/>
        <w:t>v -0.280638 16.231974 1.933640</w:t>
        <w:br/>
        <w:t>v -0.278042 16.259169 1.926453</w:t>
        <w:br/>
        <w:t>v -0.279755 16.259523 1.934082</w:t>
        <w:br/>
        <w:t>v -0.266598 16.306139 1.926778</w:t>
        <w:br/>
        <w:t>v -0.268311 16.306488 1.934407</w:t>
        <w:br/>
        <w:t>v -0.265136 16.365223 1.925024</w:t>
        <w:br/>
        <w:t>v -0.266604 16.365530 1.931548</w:t>
        <w:br/>
        <w:t>v -0.275728 16.374933 1.922438</w:t>
        <w:br/>
        <w:t>v -0.277826 16.375401 1.931795</w:t>
        <w:br/>
        <w:t>v -0.311423 16.380747 1.925245</w:t>
        <w:br/>
        <w:t>v -0.311146 16.379757 1.914276</w:t>
        <w:br/>
        <w:t>v -0.339422 16.381014 1.918955</w:t>
        <w:br/>
        <w:t>v -0.334995 16.380009 1.908922</w:t>
        <w:br/>
        <w:t>v -0.303856 16.378214 1.881333</w:t>
        <w:br/>
        <w:t>v -0.327550 16.378435 1.876017</w:t>
        <w:br/>
        <w:t>v -0.569399 19.959391 0.892222</w:t>
        <w:br/>
        <w:t>v -0.693735 19.921402 0.921775</w:t>
        <w:br/>
        <w:t>v -0.582778 19.970345 0.855936</w:t>
        <w:br/>
        <w:t>v -0.714479 19.937494 0.888713</w:t>
        <w:br/>
        <w:t>v 0.279772 16.596180 1.900244</w:t>
        <w:br/>
        <w:t>v 0.265710 16.622389 1.902007</w:t>
        <w:br/>
        <w:t>v 0.278108 16.649601 1.897982</w:t>
        <w:br/>
        <w:t>v 0.302254 16.590780 1.895616</w:t>
        <w:br/>
        <w:t>v 0.300188 16.656700 1.892827</w:t>
        <w:br/>
        <w:t>v 0.317797 16.609879 1.891299</w:t>
        <w:br/>
        <w:t>v 0.316900 16.638870 1.890057</w:t>
        <w:br/>
        <w:t>v 0.339045 16.645199 1.884937</w:t>
        <w:br/>
        <w:t>v 0.340306 16.604633 1.886654</w:t>
        <w:br/>
        <w:t>v 0.352509 16.584917 1.884961</w:t>
        <w:br/>
        <w:t>v 0.349962 16.666796 1.881490</w:t>
        <w:br/>
        <w:t>v 0.410950 16.668608 1.868134</w:t>
        <w:br/>
        <w:t>v 0.416370 16.526121 1.873784</w:t>
        <w:br/>
        <w:t>v 0.353392 16.563995 1.885763</w:t>
        <w:br/>
        <w:t>v 0.357343 16.482155 1.888793</w:t>
        <w:br/>
        <w:t>v 0.342840 16.542273 1.889110</w:t>
        <w:br/>
        <w:t>v 0.358500 16.461191 1.889516</w:t>
        <w:br/>
        <w:t>v 0.344815 16.501719 1.890607</w:t>
        <w:br/>
        <w:t>v 0.433095 16.306255 1.881531</w:t>
        <w:br/>
        <w:t>v 0.322216 16.506655 1.895327</w:t>
        <w:br/>
        <w:t>v 0.320799 16.535654 1.894254</w:t>
        <w:br/>
        <w:t>v 0.303788 16.553288 1.897130</w:t>
        <w:br/>
        <w:t>v 0.306998 16.487398 1.899583</w:t>
        <w:br/>
        <w:t>v 0.281838 16.545885 1.902294</w:t>
        <w:br/>
        <w:t>v 0.284437 16.492506 1.904272</w:t>
        <w:br/>
        <w:t>v 0.269921 16.518513 1.906205</w:t>
        <w:br/>
        <w:t>v 0.363308 16.379408 1.892327</w:t>
        <w:br/>
        <w:t>v 0.348181 16.439404 1.892820</w:t>
        <w:br/>
        <w:t>v 0.365283 16.357388 1.892950</w:t>
        <w:br/>
        <w:t>v 0.350559 16.398907 1.894215</w:t>
        <w:br/>
        <w:t>v 0.356173 16.335213 1.896076</w:t>
        <w:br/>
        <w:t>v 0.327908 16.403648 1.898976</w:t>
        <w:br/>
        <w:t>v 0.334575 16.327589 1.901227</w:t>
        <w:br/>
        <w:t>v 0.326205 16.432638 1.897981</w:t>
        <w:br/>
        <w:t>v 0.300058 16.294247 1.911022</w:t>
        <w:br/>
        <w:t>v 0.309025 16.450106 1.900939</w:t>
        <w:br/>
        <w:t>v 0.316433 16.344370 1.904393</w:t>
        <w:br/>
        <w:t>v 0.312885 16.384268 1.903198</w:t>
        <w:br/>
        <w:t>v 0.294990 16.335966 1.909565</w:t>
        <w:br/>
        <w:t>v 0.284866 16.308115 1.913190</w:t>
        <w:br/>
        <w:t>v 0.287153 16.442566 1.906107</w:t>
        <w:br/>
        <w:t>v 0.290272 16.389194 1.907943</w:t>
        <w:br/>
        <w:t>v 0.275509 16.415112 1.909976</w:t>
        <w:br/>
        <w:t>v 0.425038 16.306368 1.851573</w:t>
        <w:br/>
        <w:t>v 0.300058 16.294247 1.911022</w:t>
        <w:br/>
        <w:t>v 0.433095 16.306255 1.881531</w:t>
        <w:br/>
        <w:t>v 0.292001 16.294355 1.881064</w:t>
        <w:br/>
        <w:t>v 0.284866 16.308115 1.913190</w:t>
        <w:br/>
        <w:t>v 0.277030 16.305691 1.883217</w:t>
        <w:br/>
        <w:t>v 0.284866 16.308115 1.913190</w:t>
        <w:br/>
        <w:t>v 0.277030 16.305691 1.883217</w:t>
        <w:br/>
        <w:t>v 0.294990 16.335966 1.909565</w:t>
        <w:br/>
        <w:t>v 0.287140 16.333544 1.879580</w:t>
        <w:br/>
        <w:t>v 0.308609 16.341948 1.874422</w:t>
        <w:br/>
        <w:t>v 0.316433 16.344370 1.904393</w:t>
        <w:br/>
        <w:t>v 0.326738 16.325184 1.871243</w:t>
        <w:br/>
        <w:t>v 0.316433 16.344370 1.904393</w:t>
        <w:br/>
        <w:t>v 0.308609 16.341948 1.874422</w:t>
        <w:br/>
        <w:t>v 0.334575 16.327589 1.901227</w:t>
        <w:br/>
        <w:t>v 0.348324 16.332817 1.866093</w:t>
        <w:br/>
        <w:t>v 0.334575 16.327589 1.901227</w:t>
        <w:br/>
        <w:t>v 0.326738 16.325184 1.871243</w:t>
        <w:br/>
        <w:t>v 0.356173 16.335213 1.896076</w:t>
        <w:br/>
        <w:t>v 0.365283 16.357388 1.892950</w:t>
        <w:br/>
        <w:t>v 0.357434 16.354952 1.862964</w:t>
        <w:br/>
        <w:t>v 0.355550 16.377127 1.862324</w:t>
        <w:br/>
        <w:t>v 0.363308 16.379408 1.892327</w:t>
        <w:br/>
        <w:t>v 0.342814 16.396599 1.864211</w:t>
        <w:br/>
        <w:t>v 0.350559 16.398907 1.894215</w:t>
        <w:br/>
        <w:t>v 0.327908 16.403648 1.898976</w:t>
        <w:br/>
        <w:t>v 0.320162 16.401379 1.868974</w:t>
        <w:br/>
        <w:t>v 0.305152 16.381990 1.873196</w:t>
        <w:br/>
        <w:t>v 0.327908 16.403648 1.898976</w:t>
        <w:br/>
        <w:t>v 0.320162 16.401379 1.868974</w:t>
        <w:br/>
        <w:t>v 0.312885 16.384268 1.903198</w:t>
        <w:br/>
        <w:t>v 0.312885 16.384268 1.903198</w:t>
        <w:br/>
        <w:t>v 0.305152 16.381990 1.873196</w:t>
        <w:br/>
        <w:t>v 0.290272 16.389194 1.907943</w:t>
        <w:br/>
        <w:t>v 0.282540 16.386915 1.877941</w:t>
        <w:br/>
        <w:t>v 0.267764 16.412823 1.879972</w:t>
        <w:br/>
        <w:t>v 0.275509 16.415112 1.909976</w:t>
        <w:br/>
        <w:t>v 0.287153 16.442566 1.906107</w:t>
        <w:br/>
        <w:t>v 0.279395 16.440285 1.876104</w:t>
        <w:br/>
        <w:t>v 0.301280 16.447830 1.870923</w:t>
        <w:br/>
        <w:t>v 0.309025 16.450106 1.900939</w:t>
        <w:br/>
        <w:t>v 0.318460 16.430357 1.867978</w:t>
        <w:br/>
        <w:t>v 0.309025 16.450106 1.900939</w:t>
        <w:br/>
        <w:t>v 0.301280 16.447830 1.870923</w:t>
        <w:br/>
        <w:t>v 0.326205 16.432638 1.897981</w:t>
        <w:br/>
        <w:t>v 0.340436 16.437109 1.862816</w:t>
        <w:br/>
        <w:t>v 0.326205 16.432638 1.897981</w:t>
        <w:br/>
        <w:t>v 0.318460 16.430357 1.867978</w:t>
        <w:br/>
        <w:t>v 0.348181 16.439404 1.892820</w:t>
        <w:br/>
        <w:t>v 0.358500 16.461191 1.889516</w:t>
        <w:br/>
        <w:t>v 0.350754 16.458918 1.859513</w:t>
        <w:br/>
        <w:t>v 0.349689 16.479862 1.858776</w:t>
        <w:br/>
        <w:t>v 0.357343 16.482155 1.888793</w:t>
        <w:br/>
        <w:t>v 0.337148 16.499430 1.860591</w:t>
        <w:br/>
        <w:t>v 0.344815 16.501719 1.890607</w:t>
        <w:br/>
        <w:t>v 0.322216 16.506655 1.895327</w:t>
        <w:br/>
        <w:t>v 0.314548 16.504372 1.865297</w:t>
        <w:br/>
        <w:t>v 0.299317 16.485098 1.869565</w:t>
        <w:br/>
        <w:t>v 0.322216 16.506655 1.895327</w:t>
        <w:br/>
        <w:t>v 0.314548 16.504372 1.865297</w:t>
        <w:br/>
        <w:t>v 0.306998 16.487398 1.899583</w:t>
        <w:br/>
        <w:t>v 0.306998 16.487398 1.899583</w:t>
        <w:br/>
        <w:t>v 0.299317 16.485098 1.869565</w:t>
        <w:br/>
        <w:t>v 0.284437 16.492506 1.904272</w:t>
        <w:br/>
        <w:t>v 0.276757 16.490191 1.874254</w:t>
        <w:br/>
        <w:t>v 0.262240 16.516209 1.876188</w:t>
        <w:br/>
        <w:t>v 0.269921 16.518513 1.906205</w:t>
        <w:br/>
        <w:t>v 0.281838 16.545885 1.902294</w:t>
        <w:br/>
        <w:t>v 0.274158 16.543596 1.872277</w:t>
        <w:br/>
        <w:t>v 0.296120 16.550983 1.867113</w:t>
        <w:br/>
        <w:t>v 0.303788 16.553288 1.897130</w:t>
        <w:br/>
        <w:t>v 0.313132 16.533365 1.864225</w:t>
        <w:br/>
        <w:t>v 0.303788 16.553288 1.897130</w:t>
        <w:br/>
        <w:t>v 0.296120 16.550983 1.867113</w:t>
        <w:br/>
        <w:t>v 0.320799 16.535654 1.894254</w:t>
        <w:br/>
        <w:t>v 0.335172 16.539968 1.859094</w:t>
        <w:br/>
        <w:t>v 0.320799 16.535654 1.894254</w:t>
        <w:br/>
        <w:t>v 0.313132 16.533365 1.864225</w:t>
        <w:br/>
        <w:t>v 0.342840 16.542273 1.889110</w:t>
        <w:br/>
        <w:t>v 0.353392 16.563995 1.885763</w:t>
        <w:br/>
        <w:t>v 0.345712 16.561703 1.855747</w:t>
        <w:br/>
        <w:t>v 0.344932 16.582537 1.854939</w:t>
        <w:br/>
        <w:t>v 0.352509 16.584917 1.884961</w:t>
        <w:br/>
        <w:t>v 0.332716 16.602268 1.856620</w:t>
        <w:br/>
        <w:t>v 0.340306 16.604633 1.886654</w:t>
        <w:br/>
        <w:t>v 0.317797 16.609879 1.891299</w:t>
        <w:br/>
        <w:t>v 0.310208 16.607483 1.861264</w:t>
        <w:br/>
        <w:t>v 0.294665 16.588402 1.865582</w:t>
        <w:br/>
        <w:t>v 0.317797 16.609879 1.891299</w:t>
        <w:br/>
        <w:t>v 0.310208 16.607483 1.861264</w:t>
        <w:br/>
        <w:t>v 0.302254 16.590780 1.895616</w:t>
        <w:br/>
        <w:t>v 0.302254 16.590780 1.895616</w:t>
        <w:br/>
        <w:t>v 0.294665 16.588402 1.865582</w:t>
        <w:br/>
        <w:t>v 0.279772 16.596180 1.900244</w:t>
        <w:br/>
        <w:t>v 0.272182 16.593786 1.870209</w:t>
        <w:br/>
        <w:t>v 0.258121 16.619997 1.871985</w:t>
        <w:br/>
        <w:t>v 0.265710 16.622389 1.902007</w:t>
        <w:br/>
        <w:t>v 0.278108 16.649601 1.897982</w:t>
        <w:br/>
        <w:t>v 0.270506 16.647223 1.867934</w:t>
        <w:br/>
        <w:t>v 0.292611 16.654335 1.862781</w:t>
        <w:br/>
        <w:t>v 0.300188 16.656700 1.892827</w:t>
        <w:br/>
        <w:t>v 0.300188 16.656700 1.892827</w:t>
        <w:br/>
        <w:t>v 0.292611 16.654335 1.862781</w:t>
        <w:br/>
        <w:t>v 0.316900 16.638870 1.890057</w:t>
        <w:br/>
        <w:t>v 0.309298 16.636486 1.860022</w:t>
        <w:br/>
        <w:t>v 0.331456 16.642818 1.854889</w:t>
        <w:br/>
        <w:t>v 0.316900 16.638870 1.890057</w:t>
        <w:br/>
        <w:t>v 0.309298 16.636486 1.860022</w:t>
        <w:br/>
        <w:t>v 0.339045 16.645199 1.884937</w:t>
        <w:br/>
        <w:t>v 0.349962 16.666796 1.881490</w:t>
        <w:br/>
        <w:t>v 0.342372 16.664425 1.851457</w:t>
        <w:br/>
        <w:t>v 0.342372 16.664425 1.851457</w:t>
        <w:br/>
        <w:t>v 0.403361 16.666216 1.838099</w:t>
        <w:br/>
        <w:t>v 0.349962 16.666796 1.881490</w:t>
        <w:br/>
        <w:t>v 0.410950 16.668608 1.868134</w:t>
        <w:br/>
        <w:t>v 0.258121 16.619997 1.871985</w:t>
        <w:br/>
        <w:t>v 0.272182 16.593786 1.870209</w:t>
        <w:br/>
        <w:t>v 0.270506 16.647219 1.867934</w:t>
        <w:br/>
        <w:t>v 0.294665 16.588402 1.865582</w:t>
        <w:br/>
        <w:t>v 0.292611 16.654335 1.862781</w:t>
        <w:br/>
        <w:t>v 0.310208 16.607483 1.861264</w:t>
        <w:br/>
        <w:t>v 0.309298 16.636486 1.860022</w:t>
        <w:br/>
        <w:t>v 0.331456 16.642822 1.854889</w:t>
        <w:br/>
        <w:t>v 0.332716 16.602266 1.856620</w:t>
        <w:br/>
        <w:t>v 0.344932 16.582537 1.854939</w:t>
        <w:br/>
        <w:t>v 0.342372 16.664425 1.851457</w:t>
        <w:br/>
        <w:t>v 0.403361 16.666216 1.838100</w:t>
        <w:br/>
        <w:t>v 0.407371 16.524334 1.843712</w:t>
        <w:br/>
        <w:t>v 0.345712 16.561703 1.855747</w:t>
        <w:br/>
        <w:t>v 0.349689 16.479862 1.858776</w:t>
        <w:br/>
        <w:t>v 0.335172 16.539968 1.859094</w:t>
        <w:br/>
        <w:t>v 0.350754 16.458921 1.859513</w:t>
        <w:br/>
        <w:t>v 0.337148 16.499430 1.860591</w:t>
        <w:br/>
        <w:t>v 0.425038 16.306370 1.851573</w:t>
        <w:br/>
        <w:t>v 0.314548 16.504372 1.865297</w:t>
        <w:br/>
        <w:t>v 0.313132 16.533361 1.864225</w:t>
        <w:br/>
        <w:t>v 0.296120 16.550983 1.867113</w:t>
        <w:br/>
        <w:t>v 0.299317 16.485098 1.869566</w:t>
        <w:br/>
        <w:t>v 0.274158 16.543596 1.872278</w:t>
        <w:br/>
        <w:t>v 0.276757 16.490196 1.874254</w:t>
        <w:br/>
        <w:t>v 0.262240 16.516209 1.876188</w:t>
        <w:br/>
        <w:t>v 0.355550 16.377127 1.862324</w:t>
        <w:br/>
        <w:t>v 0.340436 16.437109 1.862816</w:t>
        <w:br/>
        <w:t>v 0.357434 16.354952 1.862964</w:t>
        <w:br/>
        <w:t>v 0.342814 16.396599 1.864211</w:t>
        <w:br/>
        <w:t>v 0.348324 16.332817 1.866093</w:t>
        <w:br/>
        <w:t>v 0.320162 16.401379 1.868974</w:t>
        <w:br/>
        <w:t>v 0.326738 16.325184 1.871243</w:t>
        <w:br/>
        <w:t>v 0.318460 16.430357 1.867978</w:t>
        <w:br/>
        <w:t>v 0.292001 16.294355 1.881064</w:t>
        <w:br/>
        <w:t>v 0.301280 16.447830 1.870923</w:t>
        <w:br/>
        <w:t>v 0.308609 16.341948 1.874422</w:t>
        <w:br/>
        <w:t>v 0.305152 16.381990 1.873196</w:t>
        <w:br/>
        <w:t>v 0.287140 16.333548 1.879581</w:t>
        <w:br/>
        <w:t>v 0.277030 16.305691 1.883217</w:t>
        <w:br/>
        <w:t>v 0.282540 16.386915 1.877941</w:t>
        <w:br/>
        <w:t>v 0.279395 16.440285 1.876104</w:t>
        <w:br/>
        <w:t>v 0.267764 16.412823 1.879972</w:t>
        <w:br/>
        <w:t>v -0.265711 16.622389 1.902007</w:t>
        <w:br/>
        <w:t>v -0.279772 16.596180 1.900244</w:t>
        <w:br/>
        <w:t>v -0.278108 16.649601 1.897982</w:t>
        <w:br/>
        <w:t>v -0.302254 16.590780 1.895616</w:t>
        <w:br/>
        <w:t>v -0.300188 16.656700 1.892827</w:t>
        <w:br/>
        <w:t>v -0.317797 16.609879 1.891299</w:t>
        <w:br/>
        <w:t>v -0.316901 16.638870 1.890057</w:t>
        <w:br/>
        <w:t>v -0.339045 16.645201 1.884937</w:t>
        <w:br/>
        <w:t>v -0.340306 16.604633 1.886653</w:t>
        <w:br/>
        <w:t>v -0.352509 16.584917 1.884961</w:t>
        <w:br/>
        <w:t>v -0.349962 16.666796 1.881490</w:t>
        <w:br/>
        <w:t>v -0.410951 16.668608 1.868134</w:t>
        <w:br/>
        <w:t>v -0.416370 16.526121 1.873784</w:t>
        <w:br/>
        <w:t>v -0.353393 16.563995 1.885763</w:t>
        <w:br/>
        <w:t>v -0.357343 16.482155 1.888793</w:t>
        <w:br/>
        <w:t>v -0.342840 16.542273 1.889110</w:t>
        <w:br/>
        <w:t>v -0.358500 16.461191 1.889516</w:t>
        <w:br/>
        <w:t>v -0.344815 16.501719 1.890607</w:t>
        <w:br/>
        <w:t>v -0.433095 16.306255 1.881531</w:t>
        <w:br/>
        <w:t>v -0.322216 16.506655 1.895327</w:t>
        <w:br/>
        <w:t>v -0.320799 16.535654 1.894254</w:t>
        <w:br/>
        <w:t>v -0.303788 16.553288 1.897130</w:t>
        <w:br/>
        <w:t>v -0.306998 16.487398 1.899582</w:t>
        <w:br/>
        <w:t>v -0.281838 16.545885 1.902294</w:t>
        <w:br/>
        <w:t>v -0.284437 16.492506 1.904272</w:t>
        <w:br/>
        <w:t>v -0.269921 16.518513 1.906205</w:t>
        <w:br/>
        <w:t>v -0.363308 16.379408 1.892327</w:t>
        <w:br/>
        <w:t>v -0.348181 16.439404 1.892820</w:t>
        <w:br/>
        <w:t>v -0.365284 16.357388 1.892950</w:t>
        <w:br/>
        <w:t>v -0.350559 16.398907 1.894215</w:t>
        <w:br/>
        <w:t>v -0.356174 16.335213 1.896076</w:t>
        <w:br/>
        <w:t>v -0.327908 16.403648 1.898976</w:t>
        <w:br/>
        <w:t>v -0.334575 16.327589 1.901227</w:t>
        <w:br/>
        <w:t>v -0.326206 16.432638 1.897981</w:t>
        <w:br/>
        <w:t>v -0.300058 16.294247 1.911021</w:t>
        <w:br/>
        <w:t>v -0.309025 16.450106 1.900939</w:t>
        <w:br/>
        <w:t>v -0.316433 16.344370 1.904393</w:t>
        <w:br/>
        <w:t>v -0.312885 16.384268 1.903198</w:t>
        <w:br/>
        <w:t>v -0.294990 16.335966 1.909565</w:t>
        <w:br/>
        <w:t>v -0.284866 16.308115 1.913190</w:t>
        <w:br/>
        <w:t>v -0.287153 16.442566 1.906107</w:t>
        <w:br/>
        <w:t>v -0.290272 16.389194 1.907943</w:t>
        <w:br/>
        <w:t>v -0.275509 16.415112 1.909976</w:t>
        <w:br/>
        <w:t>v -0.433095 16.306255 1.881531</w:t>
        <w:br/>
        <w:t>v -0.300058 16.294247 1.911021</w:t>
        <w:br/>
        <w:t>v -0.425038 16.306368 1.851574</w:t>
        <w:br/>
        <w:t>v -0.292001 16.294355 1.881064</w:t>
        <w:br/>
        <w:t>v -0.284866 16.308115 1.913190</w:t>
        <w:br/>
        <w:t>v -0.277030 16.305691 1.883217</w:t>
        <w:br/>
        <w:t>v -0.284866 16.308115 1.913190</w:t>
        <w:br/>
        <w:t>v -0.294990 16.335966 1.909565</w:t>
        <w:br/>
        <w:t>v -0.277030 16.305691 1.883217</w:t>
        <w:br/>
        <w:t>v -0.287141 16.333546 1.879580</w:t>
        <w:br/>
        <w:t>v -0.308609 16.341948 1.874422</w:t>
        <w:br/>
        <w:t>v -0.316433 16.344370 1.904393</w:t>
        <w:br/>
        <w:t>v -0.308609 16.341948 1.874422</w:t>
        <w:br/>
        <w:t>v -0.316433 16.344370 1.904393</w:t>
        <w:br/>
        <w:t>v -0.326738 16.325184 1.871243</w:t>
        <w:br/>
        <w:t>v -0.334575 16.327589 1.901227</w:t>
        <w:br/>
        <w:t>v -0.326738 16.325184 1.871243</w:t>
        <w:br/>
        <w:t>v -0.334575 16.327589 1.901227</w:t>
        <w:br/>
        <w:t>v -0.348324 16.332817 1.866093</w:t>
        <w:br/>
        <w:t>v -0.356174 16.335213 1.896076</w:t>
        <w:br/>
        <w:t>v -0.365284 16.357388 1.892950</w:t>
        <w:br/>
        <w:t>v -0.357434 16.354952 1.862964</w:t>
        <w:br/>
        <w:t>v -0.355550 16.377127 1.862324</w:t>
        <w:br/>
        <w:t>v -0.363308 16.379408 1.892327</w:t>
        <w:br/>
        <w:t>v -0.342814 16.396599 1.864211</w:t>
        <w:br/>
        <w:t>v -0.350559 16.398907 1.894215</w:t>
        <w:br/>
        <w:t>v -0.327908 16.403648 1.898976</w:t>
        <w:br/>
        <w:t>v -0.320163 16.401379 1.868974</w:t>
        <w:br/>
        <w:t>v -0.320163 16.401379 1.868974</w:t>
        <w:br/>
        <w:t>v -0.327908 16.403648 1.898976</w:t>
        <w:br/>
        <w:t>v -0.305153 16.381990 1.873196</w:t>
        <w:br/>
        <w:t>v -0.312885 16.384268 1.903198</w:t>
        <w:br/>
        <w:t>v -0.312885 16.384268 1.903198</w:t>
        <w:br/>
        <w:t>v -0.290272 16.389194 1.907943</w:t>
        <w:br/>
        <w:t>v -0.305153 16.381990 1.873196</w:t>
        <w:br/>
        <w:t>v -0.282540 16.386915 1.877940</w:t>
        <w:br/>
        <w:t>v -0.267764 16.412823 1.879972</w:t>
        <w:br/>
        <w:t>v -0.275509 16.415112 1.909976</w:t>
        <w:br/>
        <w:t>v -0.287153 16.442566 1.906107</w:t>
        <w:br/>
        <w:t>v -0.279395 16.440285 1.876104</w:t>
        <w:br/>
        <w:t>v -0.301280 16.447830 1.870923</w:t>
        <w:br/>
        <w:t>v -0.309025 16.450106 1.900939</w:t>
        <w:br/>
        <w:t>v -0.301280 16.447830 1.870923</w:t>
        <w:br/>
        <w:t>v -0.309025 16.450106 1.900939</w:t>
        <w:br/>
        <w:t>v -0.318460 16.430357 1.867978</w:t>
        <w:br/>
        <w:t>v -0.326206 16.432638 1.897981</w:t>
        <w:br/>
        <w:t>v -0.318460 16.430357 1.867978</w:t>
        <w:br/>
        <w:t>v -0.326206 16.432638 1.897981</w:t>
        <w:br/>
        <w:t>v -0.340436 16.437109 1.862816</w:t>
        <w:br/>
        <w:t>v -0.348181 16.439404 1.892820</w:t>
        <w:br/>
        <w:t>v -0.358500 16.461191 1.889516</w:t>
        <w:br/>
        <w:t>v -0.350754 16.458918 1.859513</w:t>
        <w:br/>
        <w:t>v -0.349689 16.479858 1.858776</w:t>
        <w:br/>
        <w:t>v -0.357343 16.482155 1.888793</w:t>
        <w:br/>
        <w:t>v -0.337148 16.499430 1.860591</w:t>
        <w:br/>
        <w:t>v -0.344815 16.501719 1.890607</w:t>
        <w:br/>
        <w:t>v -0.322216 16.506655 1.895327</w:t>
        <w:br/>
        <w:t>v -0.314548 16.504372 1.865297</w:t>
        <w:br/>
        <w:t>v -0.314548 16.504372 1.865297</w:t>
        <w:br/>
        <w:t>v -0.322216 16.506655 1.895327</w:t>
        <w:br/>
        <w:t>v -0.299317 16.485098 1.869565</w:t>
        <w:br/>
        <w:t>v -0.306998 16.487398 1.899582</w:t>
        <w:br/>
        <w:t>v -0.306998 16.487398 1.899582</w:t>
        <w:br/>
        <w:t>v -0.284437 16.492506 1.904272</w:t>
        <w:br/>
        <w:t>v -0.299317 16.485098 1.869565</w:t>
        <w:br/>
        <w:t>v -0.276757 16.490191 1.874254</w:t>
        <w:br/>
        <w:t>v -0.262241 16.516209 1.876188</w:t>
        <w:br/>
        <w:t>v -0.269921 16.518513 1.906205</w:t>
        <w:br/>
        <w:t>v -0.281838 16.545885 1.902294</w:t>
        <w:br/>
        <w:t>v -0.274158 16.543596 1.872277</w:t>
        <w:br/>
        <w:t>v -0.296120 16.550983 1.867113</w:t>
        <w:br/>
        <w:t>v -0.303788 16.553288 1.897130</w:t>
        <w:br/>
        <w:t>v -0.296120 16.550983 1.867113</w:t>
        <w:br/>
        <w:t>v -0.303788 16.553288 1.897130</w:t>
        <w:br/>
        <w:t>v -0.313132 16.533365 1.864225</w:t>
        <w:br/>
        <w:t>v -0.320799 16.535654 1.894254</w:t>
        <w:br/>
        <w:t>v -0.313132 16.533365 1.864225</w:t>
        <w:br/>
        <w:t>v -0.320799 16.535654 1.894254</w:t>
        <w:br/>
        <w:t>v -0.335173 16.539968 1.859094</w:t>
        <w:br/>
        <w:t>v -0.342840 16.542273 1.889110</w:t>
        <w:br/>
        <w:t>v -0.353393 16.563995 1.885763</w:t>
        <w:br/>
        <w:t>v -0.345712 16.561703 1.855747</w:t>
        <w:br/>
        <w:t>v -0.344932 16.582535 1.854939</w:t>
        <w:br/>
        <w:t>v -0.352509 16.584917 1.884961</w:t>
        <w:br/>
        <w:t>v -0.332716 16.602266 1.856620</w:t>
        <w:br/>
        <w:t>v -0.340306 16.604633 1.886653</w:t>
        <w:br/>
        <w:t>v -0.317797 16.609879 1.891299</w:t>
        <w:br/>
        <w:t>v -0.310208 16.607483 1.861264</w:t>
        <w:br/>
        <w:t>v -0.310208 16.607483 1.861264</w:t>
        <w:br/>
        <w:t>v -0.317797 16.609879 1.891299</w:t>
        <w:br/>
        <w:t>v -0.294665 16.588402 1.865582</w:t>
        <w:br/>
        <w:t>v -0.302254 16.590780 1.895616</w:t>
        <w:br/>
        <w:t>v -0.302254 16.590780 1.895616</w:t>
        <w:br/>
        <w:t>v -0.279772 16.596180 1.900244</w:t>
        <w:br/>
        <w:t>v -0.294665 16.588402 1.865582</w:t>
        <w:br/>
        <w:t>v -0.272182 16.593786 1.870209</w:t>
        <w:br/>
        <w:t>v -0.258121 16.619997 1.871985</w:t>
        <w:br/>
        <w:t>v -0.265711 16.622389 1.902007</w:t>
        <w:br/>
        <w:t>v -0.278108 16.649601 1.897982</w:t>
        <w:br/>
        <w:t>v -0.270506 16.647223 1.867934</w:t>
        <w:br/>
        <w:t>v -0.292612 16.654335 1.862781</w:t>
        <w:br/>
        <w:t>v -0.300188 16.656700 1.892827</w:t>
        <w:br/>
        <w:t>v -0.300188 16.656700 1.892827</w:t>
        <w:br/>
        <w:t>v -0.316901 16.638870 1.890057</w:t>
        <w:br/>
        <w:t>v -0.292612 16.654335 1.862781</w:t>
        <w:br/>
        <w:t>v -0.309298 16.636486 1.860022</w:t>
        <w:br/>
        <w:t>v -0.309298 16.636486 1.860022</w:t>
        <w:br/>
        <w:t>v -0.316901 16.638870 1.890057</w:t>
        <w:br/>
        <w:t>v -0.331456 16.642818 1.854889</w:t>
        <w:br/>
        <w:t>v -0.339045 16.645201 1.884937</w:t>
        <w:br/>
        <w:t>v -0.349962 16.666796 1.881490</w:t>
        <w:br/>
        <w:t>v -0.342372 16.664425 1.851457</w:t>
        <w:br/>
        <w:t>v -0.342372 16.664425 1.851457</w:t>
        <w:br/>
        <w:t>v -0.349962 16.666796 1.881490</w:t>
        <w:br/>
        <w:t>v -0.403361 16.666216 1.838099</w:t>
        <w:br/>
        <w:t>v -0.410951 16.668608 1.868134</w:t>
        <w:br/>
        <w:t>v -0.083463 19.154371 -1.050128</w:t>
        <w:br/>
        <w:t>v -0.083304 18.958862 -1.062121</w:t>
        <w:br/>
        <w:t>v 0.085525 19.154224 -1.049635</w:t>
        <w:br/>
        <w:t>v 0.087160 18.958864 -1.062118</w:t>
        <w:br/>
        <w:t>v -0.082786 18.741259 -1.065976</w:t>
        <w:br/>
        <w:t>v 0.088586 18.741203 -1.066012</w:t>
        <w:br/>
        <w:t>v -0.051429 18.710085 -1.068151</w:t>
        <w:br/>
        <w:t>v 0.060013 18.709162 -1.068028</w:t>
        <w:br/>
        <w:t>v 0.133685 19.381622 -1.031829</w:t>
        <w:br/>
        <w:t>v 0.135107 19.379448 -0.973149</w:t>
        <w:br/>
        <w:t>v 0.069485 19.419714 -1.011751</w:t>
        <w:br/>
        <w:t>v 0.070467 19.416706 -0.966527</w:t>
        <w:br/>
        <w:t>v -0.070678 19.421736 -1.010831</w:t>
        <w:br/>
        <w:t>v -0.072683 19.416706 -0.966527</w:t>
        <w:br/>
        <w:t>v -0.131818 19.382620 -0.972585</w:t>
        <w:br/>
        <w:t>v -0.133155 19.383205 -1.031548</w:t>
        <w:br/>
        <w:t>v 3.033443 17.805185 -0.286826</w:t>
        <w:br/>
        <w:t>v 3.001342 17.744596 -0.116942</w:t>
        <w:br/>
        <w:t>v 2.486102 18.165136 -0.257257</w:t>
        <w:br/>
        <w:t>v 3.453629 17.480766 -0.170013</w:t>
        <w:br/>
        <w:t>v 3.410956 17.402248 -0.010086</w:t>
        <w:br/>
        <w:t>v 3.813178 17.167276 -0.080426</w:t>
        <w:br/>
        <w:t>v 3.770129 17.109690 0.088077</w:t>
        <w:br/>
        <w:t>v 4.006922 17.008551 -0.027722</w:t>
        <w:br/>
        <w:t>v 3.965755 16.948191 0.140279</w:t>
        <w:br/>
        <w:t>v 4.203918 16.857140 0.027411</w:t>
        <w:br/>
        <w:t>v 4.157951 16.788256 0.190826</w:t>
        <w:br/>
        <w:t>v 4.405045 16.578840 0.253581</w:t>
        <w:br/>
        <w:t>v 4.465829 16.619928 0.085714</w:t>
        <w:br/>
        <w:t>v 1.919154 18.674610 0.622572</w:t>
        <w:br/>
        <w:t>v 1.925218 18.844757 0.725306</w:t>
        <w:br/>
        <w:t>v 2.231731 18.751915 0.718851</w:t>
        <w:br/>
        <w:t>v 2.183490 18.576710 0.567197</w:t>
        <w:br/>
        <w:t>v 2.433619 18.685490 0.715753</w:t>
        <w:br/>
        <w:t>v 2.772736 18.585697 0.742867</w:t>
        <w:br/>
        <w:t>v 1.882907 18.536821 0.360327</w:t>
        <w:br/>
        <w:t>v 2.145550 18.460892 0.535397</w:t>
        <w:br/>
        <w:t>v 1.883951 18.508478 0.289573</w:t>
        <w:br/>
        <w:t>v 2.435462 18.464577 0.664083</w:t>
        <w:br/>
        <w:t>v 2.702660 18.442539 0.697207</w:t>
        <w:br/>
        <w:t>v 2.122923 18.400547 0.329661</w:t>
        <w:br/>
        <w:t>v 1.883345 18.492460 -0.002844</w:t>
        <w:br/>
        <w:t>v 2.647815 18.328653 0.594979</w:t>
        <w:br/>
        <w:t>v 2.983869 18.434153 0.723549</w:t>
        <w:br/>
        <w:t>v 3.338706 18.398745 0.740436</w:t>
        <w:br/>
        <w:t>v 3.283907 18.295134 0.717979</w:t>
        <w:br/>
        <w:t>v 3.811421 18.047150 0.753048</w:t>
        <w:br/>
        <w:t>v 3.920664 18.219303 0.723039</w:t>
        <w:br/>
        <w:t>v 3.150703 18.042700 0.635886</w:t>
        <w:br/>
        <w:t>v 4.231756 17.800978 0.776371</w:t>
        <w:br/>
        <w:t>v 3.058114 17.862425 0.351605</w:t>
        <w:br/>
        <w:t>v 4.377146 18.019102 0.706633</w:t>
        <w:br/>
        <w:t>v 4.420916 18.085157 0.639091</w:t>
        <w:br/>
        <w:t>v 2.556568 18.159624 0.339222</w:t>
        <w:br/>
        <w:t>v 4.612833 17.909328 0.702311</w:t>
        <w:br/>
        <w:t>v 4.676046 18.009737 0.588619</w:t>
        <w:br/>
        <w:t>v 4.452572 17.657829 0.785358</w:t>
        <w:br/>
        <w:t>v 4.846374 17.794500 0.699835</w:t>
        <w:br/>
        <w:t>v 4.938610 17.939518 0.532782</w:t>
        <w:br/>
        <w:t>v 5.064044 17.668505 0.709449</w:t>
        <w:br/>
        <w:t>v 5.175003 17.872154 0.456305</w:t>
        <w:br/>
        <w:t>v 4.911831 17.393261 0.817855</w:t>
        <w:br/>
        <w:t>v 4.676555 17.515638 0.805260</w:t>
        <w:br/>
        <w:t>v 4.881133 17.338232 0.811552</w:t>
        <w:br/>
        <w:t>v 4.571348 17.345673 0.762774</w:t>
        <w:br/>
        <w:t>v 4.736665 17.080256 0.725294</w:t>
        <w:br/>
        <w:t>v 4.371011 17.530716 0.768349</w:t>
        <w:br/>
        <w:t>v 4.500014 17.231215 0.703923</w:t>
        <w:br/>
        <w:t>v 4.652190 16.931345 0.562847</w:t>
        <w:br/>
        <w:t>v 4.184977 17.723303 0.777436</w:t>
        <w:br/>
        <w:t>v 4.267738 17.370714 0.683391</w:t>
        <w:br/>
        <w:t>v 4.444595 17.143883 0.597033</w:t>
        <w:br/>
        <w:t>v 4.603579 16.846476 0.421092</w:t>
        <w:br/>
        <w:t>v 4.362292 17.014784 0.415182</w:t>
        <w:br/>
        <w:t>v 4.542274 16.739626 0.232684</w:t>
        <w:br/>
        <w:t>v 4.042064 17.521318 0.667514</w:t>
        <w:br/>
        <w:t>v 4.293169 16.911768 0.054238</w:t>
        <w:br/>
        <w:t>v 4.526147 16.713520 0.066989</w:t>
        <w:br/>
        <w:t>v 4.519139 16.747425 -0.165661</w:t>
        <w:br/>
        <w:t>v 4.136002 17.169357 0.390836</w:t>
        <w:br/>
        <w:t>v 4.308574 16.984732 -0.304689</w:t>
        <w:br/>
        <w:t>v 4.579853 16.828260 -0.434387</w:t>
        <w:br/>
        <w:t>v 4.082775 17.079300 0.040359</w:t>
        <w:br/>
        <w:t>v 3.911058 17.315706 0.372649</w:t>
        <w:br/>
        <w:t>v 3.719718 17.889767 0.725383</w:t>
        <w:br/>
        <w:t>v 3.633595 17.766396 0.656357</w:t>
        <w:br/>
        <w:t>v 3.516385 17.577698 0.362976</w:t>
        <w:br/>
        <w:t>v 3.858944 17.237061 0.032474</w:t>
        <w:br/>
        <w:t>v 3.468833 17.502232 0.018452</w:t>
        <w:br/>
        <w:t>v 3.019962 17.783285 0.004972</w:t>
        <w:br/>
        <w:t>v 3.471823 17.554363 -0.308449</w:t>
        <w:br/>
        <w:t>v 2.521035 18.083933 0.004280</w:t>
        <w:br/>
        <w:t>v 3.035082 17.810453 -0.280027</w:t>
        <w:br/>
        <w:t>v 2.117407 18.312492 0.007316</w:t>
        <w:br/>
        <w:t>v 1.873469 18.565599 -0.360274</w:t>
        <w:br/>
        <w:t>v 2.113623 18.492870 -0.432337</w:t>
        <w:br/>
        <w:t>v 1.907935 18.736830 -0.581550</w:t>
        <w:br/>
        <w:t>v 2.486102 18.165136 -0.257257</w:t>
        <w:br/>
        <w:t>v 2.542737 18.250692 -0.420913</w:t>
        <w:br/>
        <w:t>v 3.065384 17.859648 -0.425931</w:t>
        <w:br/>
        <w:t>v 3.531661 17.601940 -0.474821</w:t>
        <w:br/>
        <w:t>v 3.896790 17.293465 -0.322403</w:t>
        <w:br/>
        <w:t>v 3.942717 17.370485 -0.491824</w:t>
        <w:br/>
        <w:t>v 3.983172 17.444485 -0.579165</w:t>
        <w:br/>
        <w:t>v 4.101156 17.150183 -0.313720</w:t>
        <w:br/>
        <w:t>v 4.149571 17.239426 -0.528554</w:t>
        <w:br/>
        <w:t>v 4.207425 17.319490 -0.633715</w:t>
        <w:br/>
        <w:t>v 4.385627 17.115786 -0.531391</w:t>
        <w:br/>
        <w:t>v 4.646181 16.914701 -0.543520</w:t>
        <w:br/>
        <w:t>v 4.478481 17.217768 -0.651533</w:t>
        <w:br/>
        <w:t>v 4.695448 16.978920 -0.624671</w:t>
        <w:br/>
        <w:t>v 4.858712 17.167017 -0.722004</w:t>
        <w:br/>
        <w:t>v -5.251734 16.763893 0.647564</w:t>
        <w:br/>
        <w:t>v -5.153280 16.591955 0.565010</w:t>
        <w:br/>
        <w:t>v -5.127252 16.643024 0.521556</w:t>
        <w:br/>
        <w:t>v -5.046759 16.571970 0.410099</w:t>
        <w:br/>
        <w:t>v -5.094159 16.492126 0.437406</w:t>
        <w:br/>
        <w:t>v -5.054441 16.420187 0.259430</w:t>
        <w:br/>
        <w:t>v -4.993276 16.519272 0.229400</w:t>
        <w:br/>
        <w:t>v -4.975177 16.497770 0.096905</w:t>
        <w:br/>
        <w:t>v -5.035337 16.373335 0.106142</w:t>
        <w:br/>
        <w:t>v -5.037947 16.368599 -0.067992</w:t>
        <w:br/>
        <w:t>v -4.986315 16.497318 -0.087741</w:t>
        <w:br/>
        <w:t>v -5.062287 16.406534 -0.253703</w:t>
        <w:br/>
        <w:t>v -5.014120 16.511919 -0.242687</w:t>
        <w:br/>
        <w:t>v -5.095137 16.463089 -0.410512</w:t>
        <w:br/>
        <w:t>v -5.075083 16.552238 -0.420696</w:t>
        <w:br/>
        <w:t>v -5.145546 16.548975 -0.495958</w:t>
        <w:br/>
        <w:t>v -5.120615 16.586052 -0.481811</w:t>
        <w:br/>
        <w:t>v -5.198555 16.648270 -0.560347</w:t>
        <w:br/>
        <w:t>v -0.652523 17.657204 1.816863</w:t>
        <w:br/>
        <w:t>v -0.707786 17.970106 1.852678</w:t>
        <w:br/>
        <w:t>v -0.705670 17.943790 1.811388</w:t>
        <w:br/>
        <w:t>v -0.652523 17.657204 1.816863</w:t>
        <w:br/>
        <w:t>v -0.705670 17.943790 1.811388</w:t>
        <w:br/>
        <w:t>v -0.544511 17.665781 1.826835</w:t>
        <w:br/>
        <w:t>v -0.359324 17.406057 1.850473</w:t>
        <w:br/>
        <w:t>v -0.590473 17.292435 1.824492</w:t>
        <w:br/>
        <w:t>v -0.340760 17.164171 1.848079</w:t>
        <w:br/>
        <w:t>v -0.590474 17.162127 1.810033</w:t>
        <w:br/>
        <w:t>v -0.172515 17.167810 1.861941</w:t>
        <w:br/>
        <w:t>v -0.590473 16.959805 1.787584</w:t>
        <w:br/>
        <w:t>v -0.321007 16.947395 1.845935</w:t>
        <w:br/>
        <w:t>v -0.000000 16.951824 1.872339</w:t>
        <w:br/>
        <w:t>v -0.589889 16.621309 1.754393</w:t>
        <w:br/>
        <w:t>v -0.745837 16.956831 1.695354</w:t>
        <w:br/>
        <w:t>v -0.000000 16.624439 1.849366</w:t>
        <w:br/>
        <w:t>v -0.831167 16.621490 1.594975</w:t>
        <w:br/>
        <w:t>v -0.939655 16.963379 1.580212</w:t>
        <w:br/>
        <w:t>v -0.327011 16.624165 1.842738</w:t>
        <w:br/>
        <w:t>v -1.069717 16.630327 1.435088</w:t>
        <w:br/>
        <w:t>v -1.101105 16.968838 1.484148</w:t>
        <w:br/>
        <w:t>v -1.263540 16.972870 1.316089</w:t>
        <w:br/>
        <w:t>v -1.252774 16.634432 1.205545</w:t>
        <w:br/>
        <w:t>v -1.343072 16.972712 1.156514</w:t>
        <w:br/>
        <w:t>v -1.071822 16.316414 1.423665</w:t>
        <w:br/>
        <w:t>v -1.355349 16.633951 0.956378</w:t>
        <w:br/>
        <w:t>v -1.425735 16.972555 0.990605</w:t>
        <w:br/>
        <w:t>v -1.498942 16.971487 0.810633</w:t>
        <w:br/>
        <w:t>v -1.434766 16.624870 0.709681</w:t>
        <w:br/>
        <w:t>v -1.325186 16.306885 0.928710</w:t>
        <w:br/>
        <w:t>v -1.249032 16.311789 1.180152</w:t>
        <w:br/>
        <w:t>v -1.380431 16.303766 0.693358</w:t>
        <w:br/>
        <w:t>v -1.373907 16.037498 0.919925</w:t>
        <w:br/>
        <w:t>v -1.398105 16.037373 0.678348</w:t>
        <w:br/>
        <w:t>v -1.279346 16.034733 1.196747</w:t>
        <w:br/>
        <w:t>v -1.408774 15.875497 0.916559</w:t>
        <w:br/>
        <w:t>v -1.416390 15.887504 0.673462</w:t>
        <w:br/>
        <w:t>v -1.306893 15.906586 1.215760</w:t>
        <w:br/>
        <w:t>v -1.310516 15.824735 1.208437</w:t>
        <w:br/>
        <w:t>v -1.145113 15.834653 1.477431</w:t>
        <w:br/>
        <w:t>v -1.135904 15.746165 1.436296</w:t>
        <w:br/>
        <w:t>v -1.100061 16.024532 1.419143</w:t>
        <w:br/>
        <w:t>v -0.879355 15.729666 1.696739</w:t>
        <w:br/>
        <w:t>v -0.885996 15.633984 1.655326</w:t>
        <w:br/>
        <w:t>v -0.863357 16.030716 1.604852</w:t>
        <w:br/>
        <w:t>v -0.842876 16.306227 1.591102</w:t>
        <w:br/>
        <w:t>v -0.623340 15.745737 1.747258</w:t>
        <w:br/>
        <w:t>v -0.593333 16.300547 1.731924</w:t>
        <w:br/>
        <w:t>v -0.607914 16.033445 1.739591</w:t>
        <w:br/>
        <w:t>v -0.335433 16.297724 1.849366</w:t>
        <w:br/>
        <w:t>v -0.330429 16.035942 1.837085</w:t>
        <w:br/>
        <w:t>v -0.000000 16.298325 1.863934</w:t>
        <w:br/>
        <w:t>v -0.326504 15.742617 1.839554</w:t>
        <w:br/>
        <w:t>v -0.000000 16.027859 1.866092</w:t>
        <w:br/>
        <w:t>v 0.327011 16.624165 1.842738</w:t>
        <w:br/>
        <w:t>v 0.335432 16.297726 1.849366</w:t>
        <w:br/>
        <w:t>v 0.001429 15.737741 1.884468</w:t>
        <w:br/>
        <w:t>v 0.321007 16.947395 1.845935</w:t>
        <w:br/>
        <w:t>v 0.172515 17.167810 1.861941</w:t>
        <w:br/>
        <w:t>v 0.589888 16.621309 1.754393</w:t>
        <w:br/>
        <w:t>v 0.340760 17.164171 1.848079</w:t>
        <w:br/>
        <w:t>v 0.359324 17.406057 1.850473</w:t>
        <w:br/>
        <w:t>v 0.590473 16.959805 1.787584</w:t>
        <w:br/>
        <w:t>v 0.590473 17.162127 1.810033</w:t>
        <w:br/>
        <w:t>v 0.590473 17.292435 1.824492</w:t>
        <w:br/>
        <w:t>v 0.745837 16.956831 1.695354</w:t>
        <w:br/>
        <w:t>v 0.652522 17.657204 1.816863</w:t>
        <w:br/>
        <w:t>v 0.544510 17.665781 1.826835</w:t>
        <w:br/>
        <w:t>v 0.705669 17.943790 1.811388</w:t>
        <w:br/>
        <w:t>v 0.707785 17.970106 1.852678</w:t>
        <w:br/>
        <w:t>v 0.652522 17.657204 1.816863</w:t>
        <w:br/>
        <w:t>v 0.705669 17.943790 1.811388</w:t>
        <w:br/>
        <w:t>v 0.831167 16.621490 1.594975</w:t>
        <w:br/>
        <w:t>v 0.939655 16.963379 1.580212</w:t>
        <w:br/>
        <w:t>v 0.593332 16.300547 1.731924</w:t>
        <w:br/>
        <w:t>v 1.069716 16.630327 1.435088</w:t>
        <w:br/>
        <w:t>v 1.101104 16.968838 1.484148</w:t>
        <w:br/>
        <w:t>v 1.263539 16.972870 1.316088</w:t>
        <w:br/>
        <w:t>v 1.252774 16.634432 1.205545</w:t>
        <w:br/>
        <w:t>v 1.343072 16.972712 1.156514</w:t>
        <w:br/>
        <w:t>v 1.071822 16.316414 1.423665</w:t>
        <w:br/>
        <w:t>v 1.355349 16.633951 0.956378</w:t>
        <w:br/>
        <w:t>v 1.425734 16.972555 0.990605</w:t>
        <w:br/>
        <w:t>v 1.498942 16.971487 0.810633</w:t>
        <w:br/>
        <w:t>v 1.249031 16.311789 1.180152</w:t>
        <w:br/>
        <w:t>v 1.434766 16.624870 0.709681</w:t>
        <w:br/>
        <w:t>v 1.507314 16.955517 0.611494</w:t>
        <w:br/>
        <w:t>v 1.325186 16.306885 0.928710</w:t>
        <w:br/>
        <w:t>v 1.289552 16.034733 1.196747</w:t>
        <w:br/>
        <w:t>v 1.380431 16.303766 0.693358</w:t>
        <w:br/>
        <w:t>v 1.383394 16.607948 0.498838</w:t>
        <w:br/>
        <w:t>v 1.513014 16.944590 0.475399</w:t>
        <w:br/>
        <w:t>v 1.443039 16.919014 0.246289</w:t>
        <w:br/>
        <w:t>v 1.357728 16.036448 0.913493</w:t>
        <w:br/>
        <w:t>v 1.288200 16.587221 0.242199</w:t>
        <w:br/>
        <w:t>v 1.345592 16.893883 0.051449</w:t>
        <w:br/>
        <w:t>v 1.166431 16.883976 -0.056326</w:t>
        <w:br/>
        <w:t>v 1.323250 16.303822 0.499475</w:t>
        <w:br/>
        <w:t>v 1.118658 16.567217 0.031187</w:t>
        <w:br/>
        <w:t>v 0.931832 16.871059 -0.197082</w:t>
        <w:br/>
        <w:t>v 1.239947 16.298376 0.290088</w:t>
        <w:br/>
        <w:t>v 1.088326 16.286774 0.080285</w:t>
        <w:br/>
        <w:t>v 0.889830 16.552885 -0.115391</w:t>
        <w:br/>
        <w:t>v 0.611396 16.848368 -0.290106</w:t>
        <w:br/>
        <w:t>v 0.597881 16.541265 -0.203554</w:t>
        <w:br/>
        <w:t>v 0.329337 16.827263 -0.297149</w:t>
        <w:br/>
        <w:t>v 0.862019 16.282675 -0.065735</w:t>
        <w:br/>
        <w:t>v 0.319409 16.533445 -0.230936</w:t>
        <w:br/>
        <w:t>v -0.000000 16.812319 -0.295603</w:t>
        <w:br/>
        <w:t>v 0.591370 16.278309 -0.165698</w:t>
        <w:br/>
        <w:t>v 1.078215 16.034822 0.083859</w:t>
        <w:br/>
        <w:t>v 0.851440 16.033678 -0.057716</w:t>
        <w:br/>
        <w:t>v 0.322644 16.273594 -0.207817</w:t>
        <w:br/>
        <w:t>v 1.239518 16.036814 0.280484</w:t>
        <w:br/>
        <w:t>v -0.000000 16.522333 -0.233769</w:t>
        <w:br/>
        <w:t>v 1.328409 16.037630 0.480618</w:t>
        <w:br/>
        <w:t>v -0.319409 16.533445 -0.230936</w:t>
        <w:br/>
        <w:t>v -0.329338 16.827263 -0.297149</w:t>
        <w:br/>
        <w:t>v 1.398105 16.037373 0.678348</w:t>
        <w:br/>
        <w:t>v -0.597881 16.541265 -0.203554</w:t>
        <w:br/>
        <w:t>v -0.611397 16.848368 -0.290106</w:t>
        <w:br/>
        <w:t>v 1.419730 15.722407 0.899067</w:t>
        <w:br/>
        <w:t>v -0.889830 16.552885 -0.115391</w:t>
        <w:br/>
        <w:t>v -0.931832 16.871059 -0.197082</w:t>
        <w:br/>
        <w:t>v 1.441991 15.722925 0.648523</w:t>
        <w:br/>
        <w:t>v -1.118658 16.567217 0.031187</w:t>
        <w:br/>
        <w:t>v -1.166431 16.883976 -0.056326</w:t>
        <w:br/>
        <w:t>v 1.386461 15.723045 0.440903</w:t>
        <w:br/>
        <w:t>v -1.288201 16.587221 0.242199</w:t>
        <w:br/>
        <w:t>v -1.345593 16.893883 0.051449</w:t>
        <w:br/>
        <w:t>v -1.443039 16.919014 0.246289</w:t>
        <w:br/>
        <w:t>v -1.099735 16.286774 0.080285</w:t>
        <w:br/>
        <w:t>v -0.862019 16.282675 -0.088358</w:t>
        <w:br/>
        <w:t>v -1.383394 16.607948 0.498838</w:t>
        <w:br/>
        <w:t>v -1.513015 16.944590 0.475399</w:t>
        <w:br/>
        <w:t>v -1.507315 16.955517 0.611494</w:t>
        <w:br/>
        <w:t>v -1.498942 16.971487 0.810633</w:t>
        <w:br/>
        <w:t>v -1.434766 16.624870 0.709681</w:t>
        <w:br/>
        <w:t>v -1.380431 16.303766 0.693358</w:t>
        <w:br/>
        <w:t>v -1.251356 16.298376 0.290088</w:t>
        <w:br/>
        <w:t>v -1.334116 16.303822 0.499475</w:t>
        <w:br/>
        <w:t>v -1.344728 16.172817 0.493753</w:t>
        <w:br/>
        <w:t>v -1.360837 16.037630 0.480618</w:t>
        <w:br/>
        <w:t>v -1.078216 16.044661 0.065678</w:t>
        <w:br/>
        <w:t>v -1.283633 16.043556 0.252935</w:t>
        <w:br/>
        <w:t>v -1.398105 16.037373 0.678348</w:t>
        <w:br/>
        <w:t>v -1.416390 15.887504 0.673462</w:t>
        <w:br/>
        <w:t>v -1.352504 15.868919 0.482386</w:t>
        <w:br/>
        <w:t>v -1.266446 15.843267 0.253609</w:t>
        <w:br/>
        <w:t>v -1.087897 15.780782 0.046990</w:t>
        <w:br/>
        <w:t>v -1.118355 15.927586 0.029396</w:t>
        <w:br/>
        <w:t>v -0.849308 15.796682 -0.123829</w:t>
        <w:br/>
        <w:t>v -0.822759 15.661222 -0.138991</w:t>
        <w:br/>
        <w:t>v -0.851441 16.033678 -0.080342</w:t>
        <w:br/>
        <w:t>v -0.623899 15.717525 -0.218356</w:t>
        <w:br/>
        <w:t>v -0.801043 15.596090 -0.172910</w:t>
        <w:br/>
        <w:t>v -0.591370 16.278311 -0.165698</w:t>
        <w:br/>
        <w:t>v -0.763225 15.468626 -0.225842</w:t>
        <w:br/>
        <w:t>v -0.821550 15.491279 -0.195744</w:t>
        <w:br/>
        <w:t>v -0.322645 16.273594 -0.207817</w:t>
        <w:br/>
        <w:t>v -0.596308 15.524482 -0.253354</w:t>
        <w:br/>
        <w:t>v -0.608732 15.410443 -0.314304</w:t>
        <w:br/>
        <w:t>v -0.422257 15.346257 -0.409653</w:t>
        <w:br/>
        <w:t>v -0.261071 15.294772 -0.458907</w:t>
        <w:br/>
        <w:t>v -0.245385 15.330585 -0.440063</w:t>
        <w:br/>
        <w:t>v -0.332119 15.512516 -0.341010</w:t>
        <w:br/>
        <w:t>v -0.137508 15.326508 -0.439790</w:t>
        <w:br/>
        <w:t>v -0.328068 15.607520 -0.310560</w:t>
        <w:br/>
        <w:t>v -0.000000 15.489836 -0.370172</w:t>
        <w:br/>
        <w:t>v 0.027720 15.288663 -0.457828</w:t>
        <w:br/>
        <w:t>v -0.329493 15.723304 -0.274472</w:t>
        <w:br/>
        <w:t>v -0.589278 16.033951 -0.158693</w:t>
        <w:br/>
        <w:t>v -0.325608 16.035357 -0.205789</w:t>
        <w:br/>
        <w:t>v -0.000000 15.723382 -0.294459</w:t>
        <w:br/>
        <w:t>v -0.000000 16.260897 -0.206361</w:t>
        <w:br/>
        <w:t>v -0.000000 16.035614 -0.221267</w:t>
        <w:br/>
        <w:t>v 0.325608 16.035357 -0.205789</w:t>
        <w:br/>
        <w:t>v 0.329493 15.723304 -0.274472</w:t>
        <w:br/>
        <w:t>v 0.589278 16.033951 -0.158693</w:t>
        <w:br/>
        <w:t>v 0.332625 15.472397 -0.353668</w:t>
        <w:br/>
        <w:t>v 0.595074 15.722797 -0.210117</w:t>
        <w:br/>
        <w:t>v 0.370846 15.189503 -0.477608</w:t>
        <w:br/>
        <w:t>v 0.860459 15.722471 -0.103396</w:t>
        <w:br/>
        <w:t>v 0.604912 15.470744 -0.288533</w:t>
        <w:br/>
        <w:t>v 0.636896 15.321733 -0.337619</w:t>
        <w:br/>
        <w:t>v 0.657388 15.196886 -0.394305</w:t>
        <w:br/>
        <w:t>v 0.678428 15.102397 -0.434072</w:t>
        <w:br/>
        <w:t>v 0.935406 15.013739 -0.348054</w:t>
        <w:br/>
        <w:t>v 0.902198 15.221001 -0.260156</w:t>
        <w:br/>
        <w:t>v 0.898102 15.340577 -0.226711</w:t>
        <w:br/>
        <w:t>v 1.169965 14.953062 -0.212495</w:t>
        <w:br/>
        <w:t>v 1.182610 15.002667 -0.188557</w:t>
        <w:br/>
        <w:t>v 0.885281 15.467329 -0.184541</w:t>
        <w:br/>
        <w:t>v 1.180905 15.157004 -0.097086</w:t>
        <w:br/>
        <w:t>v 1.324991 14.964222 -0.063278</w:t>
        <w:br/>
        <w:t>v 1.192658 15.264291 -0.090508</w:t>
        <w:br/>
        <w:t>v 1.395893 15.096463 0.104527</w:t>
        <w:br/>
        <w:t>v 1.344381 14.894125 -0.073233</w:t>
        <w:br/>
        <w:t>v 1.457807 14.889835 0.065912</w:t>
        <w:br/>
        <w:t>v 1.109080 15.722432 0.041701</w:t>
        <w:br/>
        <w:t>v 1.133123 15.448480 -0.007904</w:t>
        <w:br/>
        <w:t>v 1.292684 15.722899 0.240769</w:t>
        <w:br/>
        <w:t>v 1.395159 15.260530 0.113214</w:t>
        <w:br/>
        <w:t>v 1.340534 15.455930 0.181808</w:t>
        <w:br/>
        <w:t>v 1.443791 15.435857 0.404833</w:t>
        <w:br/>
        <w:t>v 1.507213 15.442349 0.649341</w:t>
        <w:br/>
        <w:t>v 1.474444 15.372826 0.383022</w:t>
        <w:br/>
        <w:t>v 1.505046 15.461306 0.882801</w:t>
        <w:br/>
        <w:t>v 1.499346 15.293717 0.621354</w:t>
        <w:br/>
        <w:t>v 1.476336 15.262386 0.377086</w:t>
        <w:br/>
        <w:t>v 1.537847 15.133592 0.335189</w:t>
        <w:br/>
        <w:t>v 1.549210 15.000484 0.334300</w:t>
        <w:br/>
        <w:t>v 1.579785 14.884303 0.315131</w:t>
        <w:br/>
        <w:t>v 1.631625 14.903260 0.609640</w:t>
        <w:br/>
        <w:t>v 1.593187 15.061404 0.615961</w:t>
        <w:br/>
        <w:t>v 1.584074 14.900106 0.883381</w:t>
        <w:br/>
        <w:t>v 1.554407 15.096733 0.870971</w:t>
        <w:br/>
        <w:t>v 1.475066 14.909848 1.166467</w:t>
        <w:br/>
        <w:t>v 1.476643 15.288524 0.864606</w:t>
        <w:br/>
        <w:t>v 1.493325 14.815501 1.165791</w:t>
        <w:br/>
        <w:t>v 1.230980 14.826130 1.422222</w:t>
        <w:br/>
        <w:t>v 1.401719 15.462391 1.163838</w:t>
        <w:br/>
        <w:t>v 1.220947 15.147491 1.426135</w:t>
        <w:br/>
        <w:t>v 0.941577 14.860000 1.600391</w:t>
        <w:br/>
        <w:t>v 1.434731 15.115512 1.168340</w:t>
        <w:br/>
        <w:t>v 1.381473 15.304640 1.141035</w:t>
        <w:br/>
        <w:t>v 1.184174 15.280052 1.424050</w:t>
        <w:br/>
        <w:t>v 0.934028 15.149101 1.611597</w:t>
        <w:br/>
        <w:t>v 0.618922 14.916582 1.727154</w:t>
        <w:br/>
        <w:t>v 1.211703 15.440311 1.444511</w:t>
        <w:br/>
        <w:t>v 0.930704 15.305369 1.632959</w:t>
        <w:br/>
        <w:t>v 0.648135 15.149311 1.711534</w:t>
        <w:br/>
        <w:t>v 0.638796 15.229842 1.715978</w:t>
        <w:br/>
        <w:t>v 0.350598 15.131439 1.790339</w:t>
        <w:br/>
        <w:t>v 0.332666 14.967840 1.779295</w:t>
        <w:br/>
        <w:t>v 0.007018 15.153223 1.827325</w:t>
        <w:br/>
        <w:t>v 0.000000 14.989643 1.787961</w:t>
        <w:br/>
        <w:t>v 0.001780 15.324998 1.843856</w:t>
        <w:br/>
        <w:t>v 0.349528 15.291576 1.805593</w:t>
        <w:br/>
        <w:t>v 0.927141 15.441364 1.618848</w:t>
        <w:br/>
        <w:t>v 0.631267 15.462896 1.736186</w:t>
        <w:br/>
        <w:t>v 0.348353 15.467247 1.838162</w:t>
        <w:br/>
        <w:t>v 1.154514 15.716208 1.460560</w:t>
        <w:br/>
        <w:t>v 0.896925 15.714584 1.613182</w:t>
        <w:br/>
        <w:t>v 1.350892 15.720747 1.186598</w:t>
        <w:br/>
        <w:t>v 1.107066 16.031288 1.449436</w:t>
        <w:br/>
        <w:t>v 0.863357 16.030714 1.604852</w:t>
        <w:br/>
        <w:t>v 0.624210 15.722484 1.729650</w:t>
        <w:br/>
        <w:t>v 0.842876 16.306227 1.591102</w:t>
        <w:br/>
        <w:t>v 0.607913 16.033445 1.739591</w:t>
        <w:br/>
        <w:t>v 0.343048 16.036253 1.831731</w:t>
        <w:br/>
        <w:t>v 0.331271 15.747677 1.857743</w:t>
        <w:br/>
        <w:t>v 0.333538 15.619502 1.809382</w:t>
        <w:br/>
        <w:t>v 0.004790 15.670027 1.900172</w:t>
        <w:br/>
        <w:t>v 0.008829 15.561069 1.871627</w:t>
        <w:br/>
        <w:t>v -0.310171 15.547270 1.897663</w:t>
        <w:br/>
        <w:t>v 0.008025 15.486760 1.894584</w:t>
        <w:br/>
        <w:t>v -0.320383 15.402297 1.827156</w:t>
        <w:br/>
        <w:t>v -0.617517 15.557812 1.802455</w:t>
        <w:br/>
        <w:t>v -0.866762 15.563613 1.652325</w:t>
        <w:br/>
        <w:t>v -0.860446 15.497465 1.650051</w:t>
        <w:br/>
        <w:t>v -0.624483 15.409432 1.743542</w:t>
        <w:br/>
        <w:t>v -0.346791 15.319228 1.810067</w:t>
        <w:br/>
        <w:t>v -0.363803 16.231131 1.874367</w:t>
        <w:br/>
        <w:t>v -0.329898 16.230047 1.882684</w:t>
        <w:br/>
        <w:t>v -0.362201 16.230625 1.867167</w:t>
        <w:br/>
        <w:t>v -0.315526 16.229397 1.874094</w:t>
        <w:br/>
        <w:t>v -0.271978 16.230242 1.894978</w:t>
        <w:br/>
        <w:t>v -0.270374 16.229776 1.887778</w:t>
        <w:br/>
        <w:t>v -0.306203 16.229816 1.887999</w:t>
        <w:br/>
        <w:t>v -0.336737 16.231483 1.912860</w:t>
        <w:br/>
        <w:t>v -0.312886 16.231256 1.918201</w:t>
        <w:br/>
        <w:t>v -0.279021 16.231766 1.926427</w:t>
        <w:br/>
        <w:t>v -0.280638 16.231974 1.933640</w:t>
        <w:br/>
        <w:t>v -0.315398 16.231794 1.929456</w:t>
        <w:br/>
        <w:t>v -0.339262 16.232023 1.924101</w:t>
        <w:br/>
        <w:t>v -0.370848 16.232641 1.905830</w:t>
        <w:br/>
        <w:t>v -0.372465 16.232824 1.913042</w:t>
        <w:br/>
        <w:t>v -0.334995 16.380009 1.908922</w:t>
        <w:br/>
        <w:t>v -0.339422 16.381014 1.918955</w:t>
        <w:br/>
        <w:t>v -0.370585 16.375837 1.901151</w:t>
        <w:br/>
        <w:t>v -0.372685 16.376276 1.910508</w:t>
        <w:br/>
        <w:t>v -0.382906 16.366632 1.905452</w:t>
        <w:br/>
        <w:t>v -0.381438 16.366327 1.898929</w:t>
        <w:br/>
        <w:t>v -0.383651 16.307587 1.908520</w:t>
        <w:br/>
        <w:t>v -0.381937 16.307232 1.900891</w:t>
        <w:br/>
        <w:t>v -0.372302 16.260048 1.905296</w:t>
        <w:br/>
        <w:t>v -0.374013 16.260427 1.912938</w:t>
        <w:br/>
        <w:t>v -0.372465 16.232824 1.913042</w:t>
        <w:br/>
        <w:t>v -0.370848 16.232641 1.905830</w:t>
        <w:br/>
        <w:t>v -0.265136 16.365223 1.925024</w:t>
        <w:br/>
        <w:t>v -0.275728 16.374933 1.922438</w:t>
        <w:br/>
        <w:t>v -0.311146 16.379757 1.914276</w:t>
        <w:br/>
        <w:t>v -0.266598 16.306139 1.926778</w:t>
        <w:br/>
        <w:t>v -0.312886 16.231256 1.918201</w:t>
        <w:br/>
        <w:t>v -0.278042 16.259169 1.926453</w:t>
        <w:br/>
        <w:t>v -0.279021 16.231766 1.926427</w:t>
        <w:br/>
        <w:t>v -0.303856 16.378214 1.881333</w:t>
        <w:br/>
        <w:t>v -0.312886 16.231256 1.918201</w:t>
        <w:br/>
        <w:t>v -0.311146 16.379757 1.914276</w:t>
        <w:br/>
        <w:t>v -0.306203 16.229816 1.887999</w:t>
        <w:br/>
        <w:t>v -0.271978 16.230242 1.894978</w:t>
        <w:br/>
        <w:t>v -0.306203 16.229816 1.887999</w:t>
        <w:br/>
        <w:t>v -0.271088 16.257677 1.895394</w:t>
        <w:br/>
        <w:t>v -0.303856 16.378214 1.881333</w:t>
        <w:br/>
        <w:t>v -0.255579 16.349945 1.894471</w:t>
        <w:br/>
        <w:t>v -0.257873 16.363665 1.892573</w:t>
        <w:br/>
        <w:t>v -0.268438 16.373384 1.889494</w:t>
        <w:br/>
        <w:t>v -0.381438 16.366327 1.898929</w:t>
        <w:br/>
        <w:t>v -0.334995 16.380009 1.908922</w:t>
        <w:br/>
        <w:t>v -0.370585 16.375837 1.901151</w:t>
        <w:br/>
        <w:t>v -0.381937 16.307232 1.900891</w:t>
        <w:br/>
        <w:t>v -0.336737 16.231483 1.912860</w:t>
        <w:br/>
        <w:t>v -0.372302 16.260048 1.905296</w:t>
        <w:br/>
        <w:t>v -0.370848 16.232641 1.905830</w:t>
        <w:br/>
        <w:t>v -0.327550 16.378435 1.876017</w:t>
        <w:br/>
        <w:t>v -0.334995 16.380009 1.908922</w:t>
        <w:br/>
        <w:t>v -0.336737 16.231483 1.912860</w:t>
        <w:br/>
        <w:t>v -0.329898 16.230047 1.882684</w:t>
        <w:br/>
        <w:t>v -0.329898 16.230047 1.882684</w:t>
        <w:br/>
        <w:t>v -0.363803 16.231131 1.874367</w:t>
        <w:br/>
        <w:t>v -0.365347 16.258554 1.874250</w:t>
        <w:br/>
        <w:t>v -0.327550 16.378435 1.876017</w:t>
        <w:br/>
        <w:t>v -0.377316 16.351118 1.867154</w:t>
        <w:br/>
        <w:t>v -0.374175 16.364771 1.866478</w:t>
        <w:br/>
        <w:t>v -0.363139 16.374279 1.868246</w:t>
        <w:br/>
        <w:t>v 5.622195 17.599775 -0.236904</w:t>
        <w:br/>
        <w:t>v 5.647708 17.644867 0.063482</w:t>
        <w:br/>
        <w:t>v 5.630208 17.655048 -0.253211</w:t>
        <w:br/>
        <w:t>v 5.662607 17.711525 0.062681</w:t>
        <w:br/>
        <w:t>v 5.620220 17.634789 0.423397</w:t>
        <w:br/>
        <w:t>v 5.625626 17.571114 0.392682</w:t>
        <w:br/>
        <w:t>v 5.440073 17.794901 0.337479</w:t>
        <w:br/>
        <w:t>v 5.662607 17.711525 0.062681</w:t>
        <w:br/>
        <w:t>v 5.550762 17.375515 0.646781</w:t>
        <w:br/>
        <w:t>v 5.412945 17.749554 0.447529</w:t>
        <w:br/>
        <w:t>v 5.175003 17.872154 0.456305</w:t>
        <w:br/>
        <w:t>v 5.064044 17.668505 0.709449</w:t>
        <w:br/>
        <w:t>v 5.511072 17.401514 0.714569</w:t>
        <w:br/>
        <w:t>v 5.425557 17.101049 0.743688</w:t>
        <w:br/>
        <w:t>v 5.292905 17.538181 0.710989</w:t>
        <w:br/>
        <w:t>v 4.911831 17.393261 0.817855</w:t>
        <w:br/>
        <w:t>v 5.144139 17.265766 0.819570</w:t>
        <w:br/>
        <w:t>v 4.881133 17.338232 0.811552</w:t>
        <w:br/>
        <w:t>v 5.393402 17.121523 0.803944</w:t>
        <w:br/>
        <w:t>v 5.091640 17.167009 0.802982</w:t>
        <w:br/>
        <w:t>v 4.736665 17.080256 0.725294</w:t>
        <w:br/>
        <w:t>v 5.317019 16.972614 0.798869</w:t>
        <w:br/>
        <w:t>v 5.351512 16.950632 0.723969</w:t>
        <w:br/>
        <w:t>v 4.963330 16.924370 0.736348</w:t>
        <w:br/>
        <w:t>v 5.193230 16.758783 0.716542</w:t>
        <w:br/>
        <w:t>v 5.251836 16.765358 0.647563</w:t>
        <w:br/>
        <w:t>v 5.153382 16.593420 0.565009</w:t>
        <w:br/>
        <w:t>v 4.910747 16.822500 0.658139</w:t>
        <w:br/>
        <w:t>v 5.104650 16.588490 0.593849</w:t>
        <w:br/>
        <w:t>v 5.045434 16.480190 0.465126</w:t>
        <w:br/>
        <w:t>v 5.094262 16.493595 0.437406</w:t>
        <w:br/>
        <w:t>v 4.831724 16.664557 0.439449</w:t>
        <w:br/>
        <w:t>v 4.652190 16.931345 0.562847</w:t>
        <w:br/>
        <w:t>v 4.603579 16.846476 0.421092</w:t>
        <w:br/>
        <w:t>v 5.003513 16.405321 0.277405</w:t>
        <w:br/>
        <w:t>v 5.003513 16.405321 0.277405</w:t>
        <w:br/>
        <w:t>v 5.054543 16.421652 0.259430</w:t>
        <w:br/>
        <w:t>v 4.783776 16.564749 0.223826</w:t>
        <w:br/>
        <w:t>v 4.542274 16.739626 0.232684</w:t>
        <w:br/>
        <w:t>v 4.966206 16.347647 0.100570</w:t>
        <w:br/>
        <w:t>v 4.966206 16.347647 0.100570</w:t>
        <w:br/>
        <w:t>v 5.035439 16.374798 0.106141</w:t>
        <w:br/>
        <w:t>v 5.038049 16.370060 -0.067992</w:t>
        <w:br/>
        <w:t>v 4.768524 16.528345 0.058090</w:t>
        <w:br/>
        <w:t>v 4.526147 16.713520 0.066989</w:t>
        <w:br/>
        <w:t>v 4.519139 16.747425 -0.165661</w:t>
        <w:br/>
        <w:t>v 4.973555 16.353336 -0.088739</w:t>
        <w:br/>
        <w:t>v 5.062388 16.407993 -0.253704</w:t>
        <w:br/>
        <w:t>v 4.789434 16.550367 -0.236063</w:t>
        <w:br/>
        <w:t>v 4.579853 16.828260 -0.434387</w:t>
        <w:br/>
        <w:t>v 4.999576 16.394505 -0.274397</w:t>
        <w:br/>
        <w:t>v 5.095240 16.464560 -0.410513</w:t>
        <w:br/>
        <w:t>v 4.834876 16.614388 -0.428356</w:t>
        <w:br/>
        <w:t>v 5.035122 16.454657 -0.437705</w:t>
        <w:br/>
        <w:t>v 5.145649 16.550438 -0.495958</w:t>
        <w:br/>
        <w:t>v 4.881483 16.693876 -0.537353</w:t>
        <w:br/>
        <w:t>v 4.646181 16.914701 -0.543520</w:t>
        <w:br/>
        <w:t>v 5.079340 16.533546 -0.547180</w:t>
        <w:br/>
        <w:t>v 5.079340 16.533546 -0.547180</w:t>
        <w:br/>
        <w:t>v 5.198658 16.649734 -0.560347</w:t>
        <w:br/>
        <w:t>v 4.951682 16.791029 -0.623380</w:t>
        <w:br/>
        <w:t>v 4.695448 16.978920 -0.624671</w:t>
        <w:br/>
        <w:t>v 5.135513 16.636490 -0.623384</w:t>
        <w:br/>
        <w:t>v 5.135513 16.636490 -0.623384</w:t>
        <w:br/>
        <w:t>v 5.256740 16.758453 -0.627724</w:t>
        <w:br/>
        <w:t>v 5.043267 16.851997 -0.724051</w:t>
        <w:br/>
        <w:t>v 4.858712 17.167017 -0.722004</w:t>
        <w:br/>
        <w:t>v 5.207778 16.770580 -0.683382</w:t>
        <w:br/>
        <w:t>v 5.334912 16.912081 -0.667586</w:t>
        <w:br/>
        <w:t>v 5.164629 16.992016 -0.758134</w:t>
        <w:br/>
        <w:t>v 4.988502 17.317522 -0.736142</w:t>
        <w:br/>
        <w:t>v 5.293419 16.930820 -0.723740</w:t>
        <w:br/>
        <w:t>v 5.405475 17.053213 -0.660467</w:t>
        <w:br/>
        <w:t>v 5.273551 17.149214 -0.762641</w:t>
        <w:br/>
        <w:t>v 5.336842 17.320309 -0.714253</w:t>
        <w:br/>
        <w:t>v 5.378144 17.090794 -0.730342</w:t>
        <w:br/>
        <w:t>v 5.489460 17.228064 -0.621011</w:t>
        <w:br/>
        <w:t>v 5.466913 17.259624 -0.709215</w:t>
        <w:br/>
        <w:t>v 5.466913 17.259624 -0.709215</w:t>
        <w:br/>
        <w:t>v 5.451781 17.437609 -0.653863</w:t>
        <w:br/>
        <w:t>v 5.531217 17.397869 -0.634873</w:t>
        <w:br/>
        <w:t>v 5.582129 17.454948 -0.482529</w:t>
        <w:br/>
        <w:t>v 5.586161 17.519470 -0.506053</w:t>
        <w:br/>
        <w:t>v 5.622195 17.599775 -0.236904</w:t>
        <w:br/>
        <w:t>v 5.630208 17.655048 -0.253211</w:t>
        <w:br/>
        <w:t>v 5.662607 17.711525 0.062681</w:t>
        <w:br/>
        <w:t>v 5.440073 17.794901 0.337479</w:t>
        <w:br/>
        <w:t>v 5.760414 17.699615 0.203451</w:t>
        <w:br/>
        <w:t>v 5.758117 17.691923 0.053107</w:t>
        <w:br/>
        <w:t>v 5.752003 17.680279 -0.086367</w:t>
        <w:br/>
        <w:t>v 5.630208 17.655048 -0.253211</w:t>
        <w:br/>
        <w:t>v 5.718922 17.636410 -0.274415</w:t>
        <w:br/>
        <w:t>v 5.586161 17.519470 -0.506053</w:t>
        <w:br/>
        <w:t>v 5.620443 17.515814 -0.538272</w:t>
        <w:br/>
        <w:t>v 5.520905 17.398195 -0.678590</w:t>
        <w:br/>
        <w:t>v 5.451781 17.437609 -0.653863</w:t>
        <w:br/>
        <w:t>v 5.438897 17.302694 -0.752605</w:t>
        <w:br/>
        <w:t>v 5.336842 17.320309 -0.714253</w:t>
        <w:br/>
        <w:t>v 5.310863 17.156002 -0.797082</w:t>
        <w:br/>
        <w:t>v 5.136942 17.191492 -0.746289</w:t>
        <w:br/>
        <w:t>v 4.988502 17.317522 -0.736142</w:t>
        <w:br/>
        <w:t>v 4.973043 17.095503 -0.747708</w:t>
        <w:br/>
        <w:t>v 5.166939 16.993103 -0.788038</w:t>
        <w:br/>
        <w:t>v 4.858712 17.167017 -0.722004</w:t>
        <w:br/>
        <w:t>v 5.043792 16.854870 -0.746238</w:t>
        <w:br/>
        <w:t>v 4.687536 16.975695 -0.637451</w:t>
        <w:br/>
        <w:t>v 4.943403 16.743122 -0.684362</w:t>
        <w:br/>
        <w:t>v 4.865659 16.658478 -0.580377</w:t>
        <w:br/>
        <w:t>v 4.450995 17.193193 -0.634146</w:t>
        <w:br/>
        <w:t>v 4.478481 17.217768 -0.651533</w:t>
        <w:br/>
        <w:t>v 4.207425 17.319490 -0.633715</w:t>
        <w:br/>
        <w:t>v 4.577815 16.817694 -0.449986</w:t>
        <w:br/>
        <w:t>v 4.798318 16.586308 -0.456349</w:t>
        <w:br/>
        <w:t>v 4.720625 16.507341 -0.213852</w:t>
        <w:br/>
        <w:t>v 4.341015 17.046568 -0.468314</w:t>
        <w:br/>
        <w:t>v 4.561049 16.721510 -0.207748</w:t>
        <w:br/>
        <w:t>v 4.653353 16.440304 0.087448</w:t>
        <w:br/>
        <w:t>v 4.465829 16.619928 0.085714</w:t>
        <w:br/>
        <w:t>v 4.264620 16.949135 -0.230796</w:t>
        <w:br/>
        <w:t>v 4.203918 16.857140 0.027411</w:t>
        <w:br/>
        <w:t>v 4.200583 17.300562 -0.649004</w:t>
        <w:br/>
        <w:t>v 4.200583 17.300562 -0.649004</w:t>
        <w:br/>
        <w:t>v 4.207425 17.319490 -0.633715</w:t>
        <w:br/>
        <w:t>v 4.450995 17.193193 -0.634146</w:t>
        <w:br/>
        <w:t>v 4.148182 17.194733 -0.509519</w:t>
        <w:br/>
        <w:t>v 4.092193 17.116140 -0.255183</w:t>
        <w:br/>
        <w:t>v 4.006922 17.008551 -0.027722</w:t>
        <w:br/>
        <w:t>v 3.813178 17.167276 -0.080426</w:t>
        <w:br/>
        <w:t>v 3.982359 17.418253 -0.599833</w:t>
        <w:br/>
        <w:t>v 3.982359 17.418253 -0.599833</w:t>
        <w:br/>
        <w:t>v 3.983172 17.444485 -0.579165</w:t>
        <w:br/>
        <w:t>v 3.531661 17.601940 -0.474821</w:t>
        <w:br/>
        <w:t>v 3.956077 17.336876 -0.502906</w:t>
        <w:br/>
        <w:t>v 3.531661 17.601940 -0.474821</w:t>
        <w:br/>
        <w:t>v 3.880437 17.243376 -0.322357</w:t>
        <w:br/>
        <w:t>v 3.509999 17.549004 -0.363944</w:t>
        <w:br/>
        <w:t>v 3.065384 17.859648 -0.425931</w:t>
        <w:br/>
        <w:t>v 3.453629 17.480766 -0.170013</w:t>
        <w:br/>
        <w:t>v 3.066834 17.770117 -0.317006</w:t>
        <w:br/>
        <w:t>v 2.542737 18.250692 -0.420913</w:t>
        <w:br/>
        <w:t>v 3.033443 17.805185 -0.286826</w:t>
        <w:br/>
        <w:t>v 2.486102 18.165136 -0.257257</w:t>
        <w:br/>
        <w:t>v 3.479781 18.995794 -0.214688</w:t>
        <w:br/>
        <w:t>v 3.430400 19.026705 -0.229723</w:t>
        <w:br/>
        <w:t>v 3.447230 19.053144 -0.228650</w:t>
        <w:br/>
        <w:t>v 3.496531 19.022261 -0.213613</w:t>
        <w:br/>
        <w:t>v 3.536078 18.995749 -0.159882</w:t>
        <w:br/>
        <w:t>v 3.519405 18.969259 -0.160959</w:t>
        <w:br/>
        <w:t>v 3.561508 18.977045 -0.085098</w:t>
        <w:br/>
        <w:t>v 3.544889 18.950548 -0.086177</w:t>
        <w:br/>
        <w:t>v 3.561360 18.973326 0.010655</w:t>
        <w:br/>
        <w:t>v 3.544732 18.946829 0.009576</w:t>
        <w:br/>
        <w:t>v 3.518966 18.959692 0.085600</w:t>
        <w:br/>
        <w:t>v 3.535669 18.986170 0.086677</w:t>
        <w:br/>
        <w:t>v 3.479091 18.982008 0.141258</w:t>
        <w:br/>
        <w:t>v 3.495882 19.008451 0.142332</w:t>
        <w:br/>
        <w:t>v 3.446448 19.038099 0.159763</w:t>
        <w:br/>
        <w:t>v 3.429578 19.011683 0.158693</w:t>
        <w:br/>
        <w:t>v -5.622093 17.598312 -0.236903</w:t>
        <w:br/>
        <w:t>v -5.630106 17.653585 -0.253211</w:t>
        <w:br/>
        <w:t>v -5.647605 17.643400 0.063483</w:t>
        <w:br/>
        <w:t>v -5.662504 17.710056 0.062681</w:t>
        <w:br/>
        <w:t>v -5.620116 17.633322 0.423397</w:t>
        <w:br/>
        <w:t>v -5.625523 17.569645 0.392683</w:t>
        <w:br/>
        <w:t>v -5.439970 17.793440 0.337479</w:t>
        <w:br/>
        <w:t>v -5.662504 17.710056 0.062681</w:t>
        <w:br/>
        <w:t>v -5.550660 17.374048 0.646781</w:t>
        <w:br/>
        <w:t>v -5.412843 17.748091 0.447530</w:t>
        <w:br/>
        <w:t>v -5.174901 17.870691 0.456306</w:t>
        <w:br/>
        <w:t>v -5.063942 17.667042 0.709450</w:t>
        <w:br/>
        <w:t>v -5.510969 17.400047 0.714569</w:t>
        <w:br/>
        <w:t>v -5.425455 17.099585 0.743689</w:t>
        <w:br/>
        <w:t>v -5.292803 17.536715 0.710990</w:t>
        <w:br/>
        <w:t>v -4.911729 17.391798 0.817856</w:t>
        <w:br/>
        <w:t>v -5.144037 17.264301 0.819571</w:t>
        <w:br/>
        <w:t>v -4.881031 17.336773 0.811552</w:t>
        <w:br/>
        <w:t>v -5.393300 17.120062 0.803944</w:t>
        <w:br/>
        <w:t>v -5.091538 17.165546 0.802983</w:t>
        <w:br/>
        <w:t>v -4.736563 17.078793 0.725295</w:t>
        <w:br/>
        <w:t>v -5.316917 16.971149 0.798870</w:t>
        <w:br/>
        <w:t>v -5.351410 16.949167 0.723969</w:t>
        <w:br/>
        <w:t>v -4.963228 16.922907 0.736349</w:t>
        <w:br/>
        <w:t>v -5.193127 16.757318 0.716542</w:t>
        <w:br/>
        <w:t>v -5.251734 16.763893 0.647564</w:t>
        <w:br/>
        <w:t>v -5.153280 16.591955 0.565010</w:t>
        <w:br/>
        <w:t>v -4.910645 16.821039 0.658140</w:t>
        <w:br/>
        <w:t>v -5.104547 16.587023 0.593849</w:t>
        <w:br/>
        <w:t>v -5.045332 16.478729 0.465126</w:t>
        <w:br/>
        <w:t>v -5.094159 16.492126 0.437406</w:t>
        <w:br/>
        <w:t>v -4.831622 16.663095 0.439450</w:t>
        <w:br/>
        <w:t>v -4.652088 16.929880 0.562848</w:t>
        <w:br/>
        <w:t>v -4.603477 16.845015 0.421093</w:t>
        <w:br/>
        <w:t>v -5.003411 16.403860 0.277405</w:t>
        <w:br/>
        <w:t>v -5.003411 16.403860 0.277405</w:t>
        <w:br/>
        <w:t>v -5.054441 16.420187 0.259430</w:t>
        <w:br/>
        <w:t>v -4.783674 16.563284 0.223826</w:t>
        <w:br/>
        <w:t>v -4.542172 16.738165 0.232684</w:t>
        <w:br/>
        <w:t>v -4.966102 16.346178 0.100571</w:t>
        <w:br/>
        <w:t>v -4.966102 16.346178 0.100571</w:t>
        <w:br/>
        <w:t>v -5.035337 16.373335 0.106142</w:t>
        <w:br/>
        <w:t>v -5.037947 16.368599 -0.067992</w:t>
        <w:br/>
        <w:t>v -4.768422 16.526880 0.058091</w:t>
        <w:br/>
        <w:t>v -4.526045 16.712061 0.066990</w:t>
        <w:br/>
        <w:t>v -4.519037 16.745962 -0.165660</w:t>
        <w:br/>
        <w:t>v -4.973453 16.351873 -0.088738</w:t>
        <w:br/>
        <w:t>v -5.062287 16.406534 -0.253703</w:t>
        <w:br/>
        <w:t>v -4.789331 16.548904 -0.236062</w:t>
        <w:br/>
        <w:t>v -4.579751 16.826797 -0.434386</w:t>
        <w:br/>
        <w:t>v -4.999473 16.393040 -0.274396</w:t>
        <w:br/>
        <w:t>v -5.095137 16.463089 -0.410512</w:t>
        <w:br/>
        <w:t>v -4.834774 16.612921 -0.428355</w:t>
        <w:br/>
        <w:t>v -5.035019 16.453190 -0.437704</w:t>
        <w:br/>
        <w:t>v -5.145546 16.548975 -0.495958</w:t>
        <w:br/>
        <w:t>v -4.881381 16.692417 -0.537352</w:t>
        <w:br/>
        <w:t>v -4.646079 16.913240 -0.543519</w:t>
        <w:br/>
        <w:t>v -5.079237 16.532080 -0.547180</w:t>
        <w:br/>
        <w:t>v -5.079237 16.532080 -0.547180</w:t>
        <w:br/>
        <w:t>v -5.198555 16.648270 -0.560347</w:t>
        <w:br/>
        <w:t>v -4.951580 16.789566 -0.623380</w:t>
        <w:br/>
        <w:t>v -4.695347 16.977459 -0.624670</w:t>
        <w:br/>
        <w:t>v -5.135411 16.635025 -0.623384</w:t>
        <w:br/>
        <w:t>v -5.135411 16.635025 -0.623384</w:t>
        <w:br/>
        <w:t>v -5.256637 16.756990 -0.627724</w:t>
        <w:br/>
        <w:t>v -5.043165 16.850534 -0.724050</w:t>
        <w:br/>
        <w:t>v -4.858610 17.165554 -0.722004</w:t>
        <w:br/>
        <w:t>v -5.207675 16.769112 -0.683381</w:t>
        <w:br/>
        <w:t>v -5.334810 16.910616 -0.667586</w:t>
        <w:br/>
        <w:t>v -5.164526 16.990553 -0.758133</w:t>
        <w:br/>
        <w:t>v -4.988398 17.316057 -0.736141</w:t>
        <w:br/>
        <w:t>v -5.293316 16.929359 -0.723740</w:t>
        <w:br/>
        <w:t>v -5.405372 17.051750 -0.660466</w:t>
        <w:br/>
        <w:t>v -5.273448 17.147747 -0.762641</w:t>
        <w:br/>
        <w:t>v -5.336740 17.318846 -0.714252</w:t>
        <w:br/>
        <w:t>v -5.378042 17.089331 -0.730342</w:t>
        <w:br/>
        <w:t>v -5.489357 17.226597 -0.621010</w:t>
        <w:br/>
        <w:t>v -5.466811 17.258163 -0.709215</w:t>
        <w:br/>
        <w:t>v -5.466811 17.258163 -0.709215</w:t>
        <w:br/>
        <w:t>v -5.451679 17.436146 -0.653863</w:t>
        <w:br/>
        <w:t>v -5.531115 17.396406 -0.634873</w:t>
        <w:br/>
        <w:t>v -5.582027 17.453480 -0.482529</w:t>
        <w:br/>
        <w:t>v -5.586059 17.518005 -0.506052</w:t>
        <w:br/>
        <w:t>v -5.622093 17.598312 -0.236903</w:t>
        <w:br/>
        <w:t>v -5.630106 17.653585 -0.253211</w:t>
        <w:br/>
        <w:t>v -5.662504 17.710056 0.062681</w:t>
        <w:br/>
        <w:t>v -5.760311 17.698151 0.203452</w:t>
        <w:br/>
        <w:t>v -5.439970 17.793440 0.337479</w:t>
        <w:br/>
        <w:t>v -5.758016 17.690464 0.053108</w:t>
        <w:br/>
        <w:t>v -5.751901 17.678816 -0.086367</w:t>
        <w:br/>
        <w:t>v -5.630106 17.653585 -0.253211</w:t>
        <w:br/>
        <w:t>v -5.718819 17.634941 -0.274414</w:t>
        <w:br/>
        <w:t>v -5.586059 17.518005 -0.506052</w:t>
        <w:br/>
        <w:t>v -5.620341 17.514349 -0.538272</w:t>
        <w:br/>
        <w:t>v -5.520803 17.396734 -0.678589</w:t>
        <w:br/>
        <w:t>v -5.451679 17.436146 -0.653863</w:t>
        <w:br/>
        <w:t>v -5.438795 17.301233 -0.752604</w:t>
        <w:br/>
        <w:t>v -5.336740 17.318846 -0.714252</w:t>
        <w:br/>
        <w:t>v -5.310760 17.154541 -0.797081</w:t>
        <w:br/>
        <w:t>v -5.136840 17.190031 -0.746288</w:t>
        <w:br/>
        <w:t>v -4.988398 17.316057 -0.736141</w:t>
        <w:br/>
        <w:t>v -4.972940 17.094042 -0.747707</w:t>
        <w:br/>
        <w:t>v -5.166837 16.991638 -0.788038</w:t>
        <w:br/>
        <w:t>v -4.858610 17.165554 -0.722004</w:t>
        <w:br/>
        <w:t>v -5.043689 16.853405 -0.746238</w:t>
        <w:br/>
        <w:t>v -4.687434 16.974234 -0.637450</w:t>
        <w:br/>
        <w:t>v -4.943301 16.741657 -0.684362</w:t>
        <w:br/>
        <w:t>v -4.865557 16.657017 -0.580377</w:t>
        <w:br/>
        <w:t>v -4.450893 17.191730 -0.634145</w:t>
        <w:br/>
        <w:t>v -4.478379 17.216305 -0.651532</w:t>
        <w:br/>
        <w:t>v -4.207322 17.318026 -0.633714</w:t>
        <w:br/>
        <w:t>v -4.577713 16.816233 -0.449985</w:t>
        <w:br/>
        <w:t>v -4.798215 16.584845 -0.456349</w:t>
        <w:br/>
        <w:t>v -4.720523 16.505875 -0.213851</w:t>
        <w:br/>
        <w:t>v -4.340913 17.045109 -0.468313</w:t>
        <w:br/>
        <w:t>v -4.560947 16.720047 -0.207747</w:t>
        <w:br/>
        <w:t>v -4.653250 16.438841 0.087449</w:t>
        <w:br/>
        <w:t>v -4.465727 16.618469 0.085715</w:t>
        <w:br/>
        <w:t>v -4.264518 16.947676 -0.230795</w:t>
        <w:br/>
        <w:t>v -4.203816 16.855679 0.027411</w:t>
        <w:br/>
        <w:t>v -4.200480 17.299099 -0.649004</w:t>
        <w:br/>
        <w:t>v -4.200480 17.299099 -0.649004</w:t>
        <w:br/>
        <w:t>v -4.450893 17.191730 -0.634145</w:t>
        <w:br/>
        <w:t>v -4.207322 17.318026 -0.633714</w:t>
        <w:br/>
        <w:t>v -4.148079 17.193270 -0.509519</w:t>
        <w:br/>
        <w:t>v -4.092090 17.114677 -0.255182</w:t>
        <w:br/>
        <w:t>v -4.006820 17.007086 -0.027721</w:t>
        <w:br/>
        <w:t>v -3.813074 17.165813 -0.080426</w:t>
        <w:br/>
        <w:t>v -3.982257 17.416790 -0.599832</w:t>
        <w:br/>
        <w:t>v -3.982257 17.416790 -0.599832</w:t>
        <w:br/>
        <w:t>v -3.983069 17.443020 -0.579164</w:t>
        <w:br/>
        <w:t>v -3.531558 17.600475 -0.474820</w:t>
        <w:br/>
        <w:t>v -3.955974 17.335415 -0.502906</w:t>
        <w:br/>
        <w:t>v -3.531558 17.600475 -0.474820</w:t>
        <w:br/>
        <w:t>v -3.880334 17.241909 -0.322356</w:t>
        <w:br/>
        <w:t>v -3.509896 17.547543 -0.363943</w:t>
        <w:br/>
        <w:t>v -3.065281 17.858181 -0.425930</w:t>
        <w:br/>
        <w:t>v -3.453526 17.479301 -0.170013</w:t>
        <w:br/>
        <w:t>v -3.066730 17.768646 -0.317005</w:t>
        <w:br/>
        <w:t>v -2.548076 18.254734 -0.420912</w:t>
        <w:br/>
        <w:t>v -3.033340 17.803722 -0.286825</w:t>
        <w:br/>
        <w:t>v -2.492053 18.168806 -0.257255</w:t>
        <w:br/>
        <w:t>v -3.430297 19.025236 -0.229722</w:t>
        <w:br/>
        <w:t>v -3.479678 18.994329 -0.214688</w:t>
        <w:br/>
        <w:t>v -3.447127 19.051678 -0.228649</w:t>
        <w:br/>
        <w:t>v -3.496427 19.020792 -0.213612</w:t>
        <w:br/>
        <w:t>v -3.535975 18.994282 -0.159881</w:t>
        <w:br/>
        <w:t>v -3.519301 18.967793 -0.160959</w:t>
        <w:br/>
        <w:t>v -3.561404 18.975578 -0.085097</w:t>
        <w:br/>
        <w:t>v -3.544785 18.949078 -0.086176</w:t>
        <w:br/>
        <w:t>v -3.561257 18.971859 0.010656</w:t>
        <w:br/>
        <w:t>v -3.544628 18.945362 0.009577</w:t>
        <w:br/>
        <w:t>v -3.518861 18.958221 0.085601</w:t>
        <w:br/>
        <w:t>v -3.535565 18.984703 0.086678</w:t>
        <w:br/>
        <w:t>v -3.478988 18.980541 0.141259</w:t>
        <w:br/>
        <w:t>v -3.495778 19.006989 0.142333</w:t>
        <w:br/>
        <w:t>v -3.446346 19.036634 0.159764</w:t>
        <w:br/>
        <w:t>v -3.429474 19.010212 0.158694</w:t>
        <w:br/>
        <w:t>v -0.000000 16.972321 1.909145</w:t>
        <w:br/>
        <w:t>v 0.172515 17.167810 1.861941</w:t>
        <w:br/>
        <w:t>v -0.000000 16.951824 1.872339</w:t>
        <w:br/>
        <w:t>v 0.155236 17.176180 1.901494</w:t>
        <w:br/>
        <w:t>v 0.155236 17.176180 1.901494</w:t>
        <w:br/>
        <w:t>v -0.000000 16.972321 1.909145</w:t>
        <w:br/>
        <w:t>v -0.000000 17.172098 1.911216</w:t>
        <w:br/>
        <w:t>v 0.359324 17.406057 1.850473</w:t>
        <w:br/>
        <w:t>v -0.000000 17.421648 1.913803</w:t>
        <w:br/>
        <w:t>v 0.343878 17.428484 1.892025</w:t>
        <w:br/>
        <w:t>v 0.544510 17.665781 1.826835</w:t>
        <w:br/>
        <w:t>v -0.000000 17.672216 1.892976</w:t>
        <w:br/>
        <w:t>v 0.524104 17.675386 1.870113</w:t>
        <w:br/>
        <w:t>v 0.705669 17.943790 1.811388</w:t>
        <w:br/>
        <w:t>v 0.707785 17.970106 1.852678</w:t>
        <w:br/>
        <w:t>v 0.344885 17.673416 1.885155</w:t>
        <w:br/>
        <w:t>v 0.524104 17.675386 1.870113</w:t>
        <w:br/>
        <w:t>v 0.341868 17.969631 1.876380</w:t>
        <w:br/>
        <w:t>v 0.707785 17.970106 1.852678</w:t>
        <w:br/>
        <w:t>v -0.000000 17.972803 1.876150</w:t>
        <w:br/>
        <w:t>v 0.687559 18.399643 1.819484</w:t>
        <w:br/>
        <w:t>v 0.335923 18.391750 1.834870</w:t>
        <w:br/>
        <w:t>v -0.000000 18.391298 1.829866</w:t>
        <w:br/>
        <w:t>v 0.325452 18.792072 1.698491</w:t>
        <w:br/>
        <w:t>v -0.000000 18.785767 1.675844</w:t>
        <w:br/>
        <w:t>v 0.684176 18.799776 1.692429</w:t>
        <w:br/>
        <w:t>v 0.767740 18.796984 1.668308</w:t>
        <w:br/>
        <w:t>v 0.307668 19.120358 1.519703</w:t>
        <w:br/>
        <w:t>v 0.676580 19.124426 1.544201</w:t>
        <w:br/>
        <w:t>v 0.861268 19.127661 1.481086</w:t>
        <w:br/>
        <w:t>v -0.000000 19.117331 1.481910</w:t>
        <w:br/>
        <w:t>v 0.614700 19.450569 1.297484</w:t>
        <w:br/>
        <w:t>v 0.923680 19.443245 1.241547</w:t>
        <w:br/>
        <w:t>v 0.260726 19.460245 1.279102</w:t>
        <w:br/>
        <w:t>v -0.000000 19.467321 1.212114</w:t>
        <w:br/>
        <w:t>v 0.507399 19.732885 1.006615</w:t>
        <w:br/>
        <w:t>v 0.991757 19.720308 0.917750</w:t>
        <w:br/>
        <w:t>v 0.882175 19.847872 0.727391</w:t>
        <w:br/>
        <w:t>v 0.212492 19.735556 1.039957</w:t>
        <w:br/>
        <w:t>v -0.000000 19.714598 0.989062</w:t>
        <w:br/>
        <w:t>v 0.434010 19.839058 0.885987</w:t>
        <w:br/>
        <w:t>v 0.713595 20.079758 0.523714</w:t>
        <w:br/>
        <w:t>v 0.147347 19.839655 0.922801</w:t>
        <w:br/>
        <w:t>v -0.000000 19.811314 0.906422</w:t>
        <w:br/>
        <w:t>v -0.000000 19.940922 0.795674</w:t>
        <w:br/>
        <w:t>v 0.371389 19.966978 0.785715</w:t>
        <w:br/>
        <w:t>v 0.641594 20.177673 0.437067</w:t>
        <w:br/>
        <w:t>v 0.314960 20.181742 0.675125</w:t>
        <w:br/>
        <w:t>v -0.000000 20.146887 0.685118</w:t>
        <w:br/>
        <w:t>v 0.529562 20.225334 0.481050</w:t>
        <w:br/>
        <w:t>v 0.669389 20.313433 0.210544</w:t>
        <w:br/>
        <w:t>v 0.273838 20.385944 0.613250</w:t>
        <w:br/>
        <w:t>v -0.000000 20.370220 0.679703</w:t>
        <w:br/>
        <w:t>v 0.450500 20.430222 0.460196</w:t>
        <w:br/>
        <w:t>v 0.246789 20.562599 0.628011</w:t>
        <w:br/>
        <w:t>v -0.000000 20.550133 0.707494</w:t>
        <w:br/>
        <w:t>v -0.000000 20.567150 0.680355</w:t>
        <w:br/>
        <w:t>v 0.246789 20.562599 0.628011</w:t>
        <w:br/>
        <w:t>v -0.000000 20.550133 0.707494</w:t>
        <w:br/>
        <w:t>v 0.539792 20.479807 0.242327</w:t>
        <w:br/>
        <w:t>v 0.701587 20.343607 0.059842</w:t>
        <w:br/>
        <w:t>v 0.409259 20.600639 0.458138</w:t>
        <w:br/>
        <w:t>v 0.233054 20.578579 0.604350</w:t>
        <w:br/>
        <w:t>v -0.000000 20.676311 0.710781</w:t>
        <w:br/>
        <w:t>v 0.233054 20.578579 0.604350</w:t>
        <w:br/>
        <w:t>v -0.000000 20.567150 0.680355</w:t>
        <w:br/>
        <w:t>v 0.230175 20.687565 0.629718</w:t>
        <w:br/>
        <w:t>v -0.000000 20.677200 0.685516</w:t>
        <w:br/>
        <w:t>v 0.230175 20.687565 0.629718</w:t>
        <w:br/>
        <w:t>v -0.000000 20.676311 0.710781</w:t>
        <w:br/>
        <w:t>v 0.214002 20.693428 0.601999</w:t>
        <w:br/>
        <w:t>v 0.386080 20.614410 0.445667</w:t>
        <w:br/>
        <w:t>v 0.386080 20.614410 0.445667</w:t>
        <w:br/>
        <w:t>v 0.377372 20.721813 0.456597</w:t>
        <w:br/>
        <w:t>v 0.377372 20.721813 0.456597</w:t>
        <w:br/>
        <w:t>v 0.352077 20.725491 0.441254</w:t>
        <w:br/>
        <w:t>v 0.445154 20.761868 0.259566</w:t>
        <w:br/>
        <w:t>v 0.476715 20.653477 0.256067</w:t>
        <w:br/>
        <w:t>v 0.476715 20.653477 0.256067</w:t>
        <w:br/>
        <w:t>v 0.477246 20.761227 0.260127</w:t>
        <w:br/>
        <w:t>v 0.477246 20.761227 0.260127</w:t>
        <w:br/>
        <w:t>v 0.464555 20.790318 0.093050</w:t>
        <w:br/>
        <w:t>v 0.505174 20.642422 0.255640</w:t>
        <w:br/>
        <w:t>v 0.497129 20.683701 0.081897</w:t>
        <w:br/>
        <w:t>v 0.497129 20.683701 0.081897</w:t>
        <w:br/>
        <w:t>v 0.498616 20.791672 0.083370</w:t>
        <w:br/>
        <w:t>v 0.498616 20.791672 0.083370</w:t>
        <w:br/>
        <w:t>v 0.566544 20.518238 0.064543</w:t>
        <w:br/>
        <w:t>v 0.526007 20.673763 0.075078</w:t>
        <w:br/>
        <w:t>v 0.523435 20.541752 -0.066451</w:t>
        <w:br/>
        <w:t>v 0.666231 20.371878 -0.147542</w:t>
        <w:br/>
        <w:t>v 0.473291 20.689953 -0.038332</w:t>
        <w:br/>
        <w:t>v 0.383446 20.553047 -0.186869</w:t>
        <w:br/>
        <w:t>v 0.487870 20.346682 -0.371083</w:t>
        <w:br/>
        <w:t>v 0.446351 20.699009 -0.025782</w:t>
        <w:br/>
        <w:t>v 0.446351 20.699009 -0.025782</w:t>
        <w:br/>
        <w:t>v 0.357938 20.703629 -0.143260</w:t>
        <w:br/>
        <w:t>v 0.199167 20.354557 -0.375216</w:t>
        <w:br/>
        <w:t>v 0.229790 20.287130 -0.523705</w:t>
        <w:br/>
        <w:t>v 0.000000 20.297134 -0.563641</w:t>
        <w:br/>
        <w:t>v 0.000000 20.344473 -0.378556</w:t>
        <w:br/>
        <w:t>v 0.184420 20.553064 -0.254680</w:t>
        <w:br/>
        <w:t>v 0.000000 20.550755 -0.272030</w:t>
        <w:br/>
        <w:t>v 0.000000 20.711441 -0.239805</w:t>
        <w:br/>
        <w:t>v 0.186011 20.709431 -0.213425</w:t>
        <w:br/>
        <w:t>v 0.180973 20.717182 -0.196053</w:t>
        <w:br/>
        <w:t>v 0.000000 20.719326 -0.216556</w:t>
        <w:br/>
        <w:t>v 0.000000 20.719326 -0.216556</w:t>
        <w:br/>
        <w:t>v 0.180973 20.717182 -0.196053</w:t>
        <w:br/>
        <w:t>v 0.000000 20.826965 -0.213109</w:t>
        <w:br/>
        <w:t>v 0.347721 20.711586 -0.121883</w:t>
        <w:br/>
        <w:t>v 0.187052 20.824860 -0.189479</w:t>
        <w:br/>
        <w:t>v 0.000000 20.823158 -0.185040</w:t>
        <w:br/>
        <w:t>v 0.000000 20.826965 -0.213109</w:t>
        <w:br/>
        <w:t>v 0.187052 20.824860 -0.189479</w:t>
        <w:br/>
        <w:t>v 0.186409 20.820797 -0.158890</w:t>
        <w:br/>
        <w:t>v 0.342879 20.819401 -0.119522</w:t>
        <w:br/>
        <w:t>v 0.342879 20.819401 -0.119522</w:t>
        <w:br/>
        <w:t>v 0.347721 20.711586 -0.121883</w:t>
        <w:br/>
        <w:t>v 0.329246 20.815727 -0.092682</w:t>
        <w:br/>
        <w:t>v 0.410661 20.804428 -0.007362</w:t>
        <w:br/>
        <w:t>v 0.442469 20.806843 -0.023212</w:t>
        <w:br/>
        <w:t>v 0.442469 20.806843 -0.023212</w:t>
        <w:br/>
        <w:t>v -0.000000 16.972321 1.909145</w:t>
        <w:br/>
        <w:t>v -0.000000 16.951824 1.872339</w:t>
        <w:br/>
        <w:t>v -0.172515 17.167810 1.861941</w:t>
        <w:br/>
        <w:t>v -0.155236 17.176180 1.901494</w:t>
        <w:br/>
        <w:t>v -0.000000 16.972321 1.909145</w:t>
        <w:br/>
        <w:t>v -0.155236 17.176180 1.901494</w:t>
        <w:br/>
        <w:t>v -0.000000 17.172098 1.911216</w:t>
        <w:br/>
        <w:t>v -0.359324 17.406057 1.850473</w:t>
        <w:br/>
        <w:t>v -0.000000 17.421648 1.913803</w:t>
        <w:br/>
        <w:t>v -0.343878 17.428484 1.892025</w:t>
        <w:br/>
        <w:t>v -0.544511 17.665781 1.826835</w:t>
        <w:br/>
        <w:t>v -0.000000 17.672216 1.892976</w:t>
        <w:br/>
        <w:t>v -0.524104 17.675386 1.870113</w:t>
        <w:br/>
        <w:t>v -0.705670 17.943790 1.811388</w:t>
        <w:br/>
        <w:t>v -0.707786 17.970106 1.852678</w:t>
        <w:br/>
        <w:t>v -0.344885 17.673416 1.885155</w:t>
        <w:br/>
        <w:t>v -0.524104 17.675386 1.870113</w:t>
        <w:br/>
        <w:t>v -0.341867 17.969631 1.876380</w:t>
        <w:br/>
        <w:t>v -0.707786 17.970106 1.852678</w:t>
        <w:br/>
        <w:t>v -0.687559 18.399643 1.819484</w:t>
        <w:br/>
        <w:t>v -0.335923 18.391750 1.834870</w:t>
        <w:br/>
        <w:t>v -0.000000 18.391298 1.829866</w:t>
        <w:br/>
        <w:t>v -0.325452 18.792072 1.698491</w:t>
        <w:br/>
        <w:t>v -0.000000 18.785767 1.675844</w:t>
        <w:br/>
        <w:t>v -0.684177 18.799774 1.692429</w:t>
        <w:br/>
        <w:t>v -0.767742 18.796984 1.668308</w:t>
        <w:br/>
        <w:t>v -0.307668 19.120358 1.519703</w:t>
        <w:br/>
        <w:t>v -0.000000 19.117331 1.481910</w:t>
        <w:br/>
        <w:t>v -0.676581 19.124426 1.544201</w:t>
        <w:br/>
        <w:t>v -0.861269 19.127661 1.481086</w:t>
        <w:br/>
        <w:t>v -0.614700 19.450569 1.297484</w:t>
        <w:br/>
        <w:t>v -0.923681 19.443245 1.241547</w:t>
        <w:br/>
        <w:t>v -0.260726 19.460245 1.279102</w:t>
        <w:br/>
        <w:t>v -0.000000 19.467321 1.212114</w:t>
        <w:br/>
        <w:t>v -0.507399 19.732885 1.006615</w:t>
        <w:br/>
        <w:t>v -0.991758 19.720310 0.917750</w:t>
        <w:br/>
        <w:t>v -0.882175 19.847872 0.727391</w:t>
        <w:br/>
        <w:t>v -0.212492 19.735556 1.039957</w:t>
        <w:br/>
        <w:t>v -0.000000 19.714598 0.989062</w:t>
        <w:br/>
        <w:t>v -0.434010 19.839058 0.885987</w:t>
        <w:br/>
        <w:t>v -0.713595 20.079758 0.523714</w:t>
        <w:br/>
        <w:t>v -0.147347 19.839655 0.922801</w:t>
        <w:br/>
        <w:t>v -0.000000 19.811314 0.906422</w:t>
        <w:br/>
        <w:t>v -0.000000 19.940922 0.795674</w:t>
        <w:br/>
        <w:t>v -0.371389 19.966978 0.785715</w:t>
        <w:br/>
        <w:t>v -0.641594 20.177673 0.437067</w:t>
        <w:br/>
        <w:t>v -0.314960 20.181742 0.675125</w:t>
        <w:br/>
        <w:t>v -0.000000 20.146887 0.685118</w:t>
        <w:br/>
        <w:t>v -0.529562 20.225334 0.481050</w:t>
        <w:br/>
        <w:t>v -0.669389 20.313433 0.210544</w:t>
        <w:br/>
        <w:t>v -0.273838 20.385944 0.613250</w:t>
        <w:br/>
        <w:t>v -0.000000 20.370220 0.679703</w:t>
        <w:br/>
        <w:t>v -0.450500 20.430222 0.460196</w:t>
        <w:br/>
        <w:t>v -0.246789 20.562599 0.628011</w:t>
        <w:br/>
        <w:t>v -0.000000 20.550133 0.707494</w:t>
        <w:br/>
        <w:t>v -0.000000 20.567150 0.680355</w:t>
        <w:br/>
        <w:t>v -0.000000 20.550133 0.707494</w:t>
        <w:br/>
        <w:t>v -0.246789 20.562599 0.628011</w:t>
        <w:br/>
        <w:t>v -0.539792 20.479807 0.242327</w:t>
        <w:br/>
        <w:t>v -0.701587 20.343607 0.059842</w:t>
        <w:br/>
        <w:t>v -0.409259 20.600643 0.458139</w:t>
        <w:br/>
        <w:t>v -0.233054 20.578579 0.604350</w:t>
        <w:br/>
        <w:t>v -0.000000 20.567150 0.680355</w:t>
        <w:br/>
        <w:t>v -0.233054 20.578579 0.604350</w:t>
        <w:br/>
        <w:t>v -0.000000 20.676311 0.710781</w:t>
        <w:br/>
        <w:t>v -0.566544 20.518238 0.064543</w:t>
        <w:br/>
        <w:t>v -0.230175 20.687565 0.629718</w:t>
        <w:br/>
        <w:t>v -0.000000 20.677200 0.685516</w:t>
        <w:br/>
        <w:t>v -0.000000 20.676311 0.710781</w:t>
        <w:br/>
        <w:t>v -0.230175 20.687565 0.629718</w:t>
        <w:br/>
        <w:t>v -0.214002 20.693428 0.601999</w:t>
        <w:br/>
        <w:t>v -0.386080 20.614410 0.445667</w:t>
        <w:br/>
        <w:t>v -0.386080 20.614410 0.445667</w:t>
        <w:br/>
        <w:t>v -0.377372 20.721813 0.456597</w:t>
        <w:br/>
        <w:t>v -0.377372 20.721813 0.456597</w:t>
        <w:br/>
        <w:t>v -0.352077 20.725491 0.441254</w:t>
        <w:br/>
        <w:t>v -0.445154 20.761868 0.259566</w:t>
        <w:br/>
        <w:t>v -0.476715 20.653477 0.256067</w:t>
        <w:br/>
        <w:t>v -0.476715 20.653477 0.256067</w:t>
        <w:br/>
        <w:t>v -0.477246 20.761227 0.260127</w:t>
        <w:br/>
        <w:t>v -0.477246 20.761227 0.260127</w:t>
        <w:br/>
        <w:t>v -0.464555 20.790318 0.093050</w:t>
        <w:br/>
        <w:t>v -0.505174 20.642422 0.255640</w:t>
        <w:br/>
        <w:t>v -0.497129 20.683701 0.081897</w:t>
        <w:br/>
        <w:t>v -0.497129 20.683701 0.081897</w:t>
        <w:br/>
        <w:t>v -0.498616 20.791672 0.083370</w:t>
        <w:br/>
        <w:t>v -0.498616 20.791672 0.083370</w:t>
        <w:br/>
        <w:t>v -0.526007 20.673763 0.075078</w:t>
        <w:br/>
        <w:t>v -0.523435 20.541752 -0.066451</w:t>
        <w:br/>
        <w:t>v -0.666228 20.371878 -0.147543</w:t>
        <w:br/>
        <w:t>v -0.473291 20.689949 -0.038332</w:t>
        <w:br/>
        <w:t>v -0.383446 20.553047 -0.186869</w:t>
        <w:br/>
        <w:t>v -0.487871 20.346684 -0.371083</w:t>
        <w:br/>
        <w:t>v -0.446351 20.699009 -0.025782</w:t>
        <w:br/>
        <w:t>v -0.446351 20.699009 -0.025782</w:t>
        <w:br/>
        <w:t>v -0.357938 20.703629 -0.143260</w:t>
        <w:br/>
        <w:t>v -0.199167 20.354557 -0.375216</w:t>
        <w:br/>
        <w:t>v -0.229790 20.287130 -0.523705</w:t>
        <w:br/>
        <w:t>v 0.000000 20.297134 -0.563641</w:t>
        <w:br/>
        <w:t>v 0.000000 20.344473 -0.378556</w:t>
        <w:br/>
        <w:t>v -0.184420 20.553066 -0.254680</w:t>
        <w:br/>
        <w:t>v 0.000000 20.550755 -0.272030</w:t>
        <w:br/>
        <w:t>v 0.000000 20.711441 -0.239805</w:t>
        <w:br/>
        <w:t>v -0.186011 20.709431 -0.213425</w:t>
        <w:br/>
        <w:t>v -0.180973 20.717182 -0.196053</w:t>
        <w:br/>
        <w:t>v 0.000000 20.719326 -0.216556</w:t>
        <w:br/>
        <w:t>v -0.180973 20.717182 -0.196053</w:t>
        <w:br/>
        <w:t>v 0.000000 20.719326 -0.216556</w:t>
        <w:br/>
        <w:t>v 0.000000 20.826965 -0.213109</w:t>
        <w:br/>
        <w:t>v -0.347721 20.711586 -0.121883</w:t>
        <w:br/>
        <w:t>v -0.187052 20.824860 -0.189479</w:t>
        <w:br/>
        <w:t>v 0.000000 20.826965 -0.213109</w:t>
        <w:br/>
        <w:t>v 0.000000 20.823158 -0.185040</w:t>
        <w:br/>
        <w:t>v -0.187052 20.824860 -0.189479</w:t>
        <w:br/>
        <w:t>v -0.186409 20.820797 -0.158890</w:t>
        <w:br/>
        <w:t>v -0.342879 20.819401 -0.119522</w:t>
        <w:br/>
        <w:t>v -0.342879 20.819401 -0.119522</w:t>
        <w:br/>
        <w:t>v -0.347721 20.711586 -0.121883</w:t>
        <w:br/>
        <w:t>v -0.329246 20.815727 -0.092682</w:t>
        <w:br/>
        <w:t>v -0.410661 20.804428 -0.007362</w:t>
        <w:br/>
        <w:t>v -0.442469 20.806843 -0.023212</w:t>
        <w:br/>
        <w:t>v -0.442469 20.806843 -0.023212</w:t>
        <w:br/>
        <w:t>v -1.629184 16.758142 0.604487</w:t>
        <w:br/>
        <w:t>v -1.593405 16.749691 0.442735</w:t>
        <w:br/>
        <w:t>v -1.674893 16.769718 0.596716</w:t>
        <w:br/>
        <w:t>v -1.647461 16.764275 0.404530</w:t>
        <w:br/>
        <w:t>v -1.483604 16.711380 0.218508</w:t>
        <w:br/>
        <w:t>v -1.674893 16.769718 0.596716</w:t>
        <w:br/>
        <w:t>v -1.647461 16.764275 0.404530</w:t>
        <w:br/>
        <w:t>v -1.690354 16.976074 0.566304</w:t>
        <w:br/>
        <w:t>v -1.561449 16.721958 0.166759</w:t>
        <w:br/>
        <w:t>v -1.352061 16.667093 0.043208</w:t>
        <w:br/>
        <w:t>v -1.633927 16.957493 0.330384</w:t>
        <w:br/>
        <w:t>v -1.402562 16.674017 -0.026033</w:t>
        <w:br/>
        <w:t>v -1.676667 16.766510 0.353933</w:t>
        <w:br/>
        <w:t>v -1.224521 16.635290 -0.174587</w:t>
        <w:br/>
        <w:t>v -1.561449 16.721958 0.166759</w:t>
        <w:br/>
        <w:t>v -1.402562 16.674017 -0.026033</w:t>
        <w:br/>
        <w:t>v -1.534281 17.076387 0.010953</w:t>
        <w:br/>
        <w:t>v -1.676667 16.766510 0.353933</w:t>
        <w:br/>
        <w:t>v -1.003386 16.978767 -0.359802</w:t>
        <w:br/>
        <w:t>v -1.224521 16.635290 -0.174587</w:t>
        <w:br/>
        <w:t>v -1.234680 17.010815 -0.242108</w:t>
        <w:br/>
        <w:t>v -1.417776 17.048643 -0.101551</w:t>
        <w:br/>
        <w:t>v -1.234680 17.010815 -0.242108</w:t>
        <w:br/>
        <w:t>v -1.003386 16.978767 -0.359802</w:t>
        <w:br/>
        <w:t>v -1.219712 17.034897 -0.208196</w:t>
        <w:br/>
        <w:t>v -1.417776 17.048643 -0.101551</w:t>
        <w:br/>
        <w:t>v -0.979630 16.998652 -0.341543</w:t>
        <w:br/>
        <w:t>v -1.396211 17.079678 -0.066016</w:t>
        <w:br/>
        <w:t>v -0.686395 16.957663 -0.438725</w:t>
        <w:br/>
        <w:t>v -1.500010 17.107140 0.032928</w:t>
        <w:br/>
        <w:t>v -1.534281 17.076387 0.010953</w:t>
        <w:br/>
        <w:t>v -0.464779 16.949123 -0.459700</w:t>
        <w:br/>
        <w:t>v -0.464779 16.949123 -0.459700</w:t>
        <w:br/>
        <w:t>v -0.686395 16.957663 -0.438725</w:t>
        <w:br/>
        <w:t>v -0.979630 16.998652 -0.341543</w:t>
        <w:br/>
        <w:t>v -1.261299 17.096041 -0.299958</w:t>
        <w:br/>
        <w:t>v -1.219712 17.034897 -0.208196</w:t>
        <w:br/>
        <w:t>v -1.450649 17.137581 -0.161069</w:t>
        <w:br/>
        <w:t>v -1.396211 17.079678 -0.066016</w:t>
        <w:br/>
        <w:t>v -1.557964 17.160112 -0.025538</w:t>
        <w:br/>
        <w:t>v -1.500010 17.107140 0.032928</w:t>
        <w:br/>
        <w:t>v -1.448956 17.196264 -0.170905</w:t>
        <w:br/>
        <w:t>v -1.447735 17.248465 -0.175544</w:t>
        <w:br/>
        <w:t>v -1.555828 17.221628 -0.023025</w:t>
        <w:br/>
        <w:t>v -1.454597 17.331892 -0.193968</w:t>
        <w:br/>
        <w:t>v -1.552833 17.317200 -0.017986</w:t>
        <w:br/>
        <w:t>v -1.591590 17.483694 -0.056566</w:t>
        <w:br/>
        <w:t>v -1.690566 17.247280 0.223980</w:t>
        <w:br/>
        <w:t>v -1.768127 17.268764 0.517391</w:t>
        <w:br/>
        <w:t>v -1.690698 17.187742 0.228419</w:t>
        <w:br/>
        <w:t>v -1.771826 17.209229 0.523276</w:t>
        <w:br/>
        <w:t>v -1.624921 17.140001 0.260136</w:t>
        <w:br/>
        <w:t>v -1.700354 17.164734 0.538291</w:t>
        <w:br/>
        <w:t>v -1.627264 17.096678 0.276816</w:t>
        <w:br/>
        <w:t>v -1.698406 17.124054 0.544343</w:t>
        <w:br/>
        <w:t>v -1.531987 17.062756 0.080428</w:t>
        <w:br/>
        <w:t>v -1.627264 17.096678 0.276816</w:t>
        <w:br/>
        <w:t>v -1.698406 17.124054 0.544343</w:t>
        <w:br/>
        <w:t>v -1.642353 17.087059 0.271073</w:t>
        <w:br/>
        <w:t>v -1.718721 17.114609 0.542578</w:t>
        <w:br/>
        <w:t>v -1.538799 17.051996 0.071131</w:t>
        <w:br/>
        <w:t>v -1.642353 17.087059 0.271073</w:t>
        <w:br/>
        <w:t>v -1.718721 17.114609 0.542578</w:t>
        <w:br/>
        <w:t>v -1.649582 16.965315 0.324678</w:t>
        <w:br/>
        <w:t>v -1.711154 16.986032 0.563995</w:t>
        <w:br/>
        <w:t>v -1.690354 16.976074 0.566304</w:t>
        <w:br/>
        <w:t>v -1.649582 16.965315 0.324678</w:t>
        <w:br/>
        <w:t>v -1.633927 16.957493 0.330384</w:t>
        <w:br/>
        <w:t>v -1.591850 16.948198 0.179190</w:t>
        <w:br/>
        <w:t>v -1.590916 16.944105 0.199277</w:t>
        <w:br/>
        <w:t>v -1.591850 16.948198 0.179190</w:t>
        <w:br/>
        <w:t>v -1.590916 16.944105 0.199277</w:t>
        <w:br/>
        <w:t>v -1.647461 16.764275 0.404530</w:t>
        <w:br/>
        <w:t>v -0.326998 19.957943 0.848669</w:t>
        <w:br/>
        <w:t>v -0.317589 20.251871 0.877883</w:t>
        <w:br/>
        <w:t>v -0.482012 20.033649 0.693449</w:t>
        <w:br/>
        <w:t>v -0.464974 20.259386 0.672615</w:t>
        <w:br/>
        <w:t>v -0.578972 20.089489 0.588715</w:t>
        <w:br/>
        <w:t>v -0.311091 20.575268 0.901951</w:t>
        <w:br/>
        <w:t>v -0.641594 20.177673 0.437067</w:t>
        <w:br/>
        <w:t>v -0.441322 20.628487 0.705221</w:t>
        <w:br/>
        <w:t>v -0.603911 20.324036 0.437068</w:t>
        <w:br/>
        <w:t>v -0.669389 20.313433 0.210544</w:t>
        <w:br/>
        <w:t>v -0.523584 20.669239 0.531612</w:t>
        <w:br/>
        <w:t>v -0.658857 20.378719 0.271217</w:t>
        <w:br/>
        <w:t>v -0.600285 20.715336 0.356481</w:t>
        <w:br/>
        <w:t>v -0.674542 20.431190 0.100544</w:t>
        <w:br/>
        <w:t>v -0.701587 20.343607 0.059842</w:t>
        <w:br/>
        <w:t>v -0.651631 20.781651 0.133150</w:t>
        <w:br/>
        <w:t>v -0.615594 20.513996 -0.134639</w:t>
        <w:br/>
        <w:t>v -0.666228 20.371878 -0.147543</w:t>
        <w:br/>
        <w:t>v -0.615594 20.864464 -0.102034</w:t>
        <w:br/>
        <w:t>v -0.487871 20.346684 -0.371083</w:t>
        <w:br/>
        <w:t>v -0.463141 20.598661 -0.323181</w:t>
        <w:br/>
        <w:t>v -0.456254 20.949131 -0.304767</w:t>
        <w:br/>
        <w:t>v -0.229790 20.287130 -0.523705</w:t>
        <w:br/>
        <w:t>v -0.229790 20.670126 -0.474880</w:t>
        <w:br/>
        <w:t>v -0.229790 21.020596 -0.442275</w:t>
        <w:br/>
        <w:t>v 0.000000 20.297134 -0.563641</w:t>
        <w:br/>
        <w:t>v 0.000000 20.694326 -0.516843</w:t>
        <w:br/>
        <w:t>v 0.000000 21.044792 -0.484238</w:t>
        <w:br/>
        <w:t>v 0.229790 21.020596 -0.442275</w:t>
        <w:br/>
        <w:t>v 0.229790 20.670126 -0.474880</w:t>
        <w:br/>
        <w:t>v 0.229790 20.287130 -0.523705</w:t>
        <w:br/>
        <w:t>v 0.456254 20.949131 -0.304767</w:t>
        <w:br/>
        <w:t>v 0.463141 20.598661 -0.323181</w:t>
        <w:br/>
        <w:t>v 0.487870 20.346682 -0.371083</w:t>
        <w:br/>
        <w:t>v 0.615594 20.864464 -0.102034</w:t>
        <w:br/>
        <w:t>v 0.615594 20.513994 -0.134639</w:t>
        <w:br/>
        <w:t>v 0.666231 20.371878 -0.147542</w:t>
        <w:br/>
        <w:t>v 0.651631 20.781654 0.133150</w:t>
        <w:br/>
        <w:t>v 0.701587 20.343607 0.059842</w:t>
        <w:br/>
        <w:t>v 0.674543 20.431192 0.100544</w:t>
        <w:br/>
        <w:t>v 0.600285 20.715336 0.356481</w:t>
        <w:br/>
        <w:t>v 0.669389 20.313433 0.210544</w:t>
        <w:br/>
        <w:t>v 0.658857 20.378719 0.271217</w:t>
        <w:br/>
        <w:t>v 0.523584 20.669239 0.531612</w:t>
        <w:br/>
        <w:t>v 0.603911 20.324038 0.437068</w:t>
        <w:br/>
        <w:t>v 0.641594 20.177673 0.437067</w:t>
        <w:br/>
        <w:t>v 0.441321 20.628487 0.705221</w:t>
        <w:br/>
        <w:t>v 0.464973 20.259382 0.672615</w:t>
        <w:br/>
        <w:t>v 0.578972 20.089491 0.588715</w:t>
        <w:br/>
        <w:t>v 0.482012 20.033648 0.693450</w:t>
        <w:br/>
        <w:t>v 0.312840 20.549728 0.890404</w:t>
        <w:br/>
        <w:t>v 0.316408 20.575272 0.895129</w:t>
        <w:br/>
        <w:t>v 0.312877 20.246010 0.869324</w:t>
        <w:br/>
        <w:t>v 0.266052 20.543736 0.932900</w:t>
        <w:br/>
        <w:t>v 0.326999 19.957943 0.848669</w:t>
        <w:br/>
        <w:t>v 0.326119 19.987501 0.851401</w:t>
        <w:br/>
        <w:t>v 0.256006 20.241785 0.910804</w:t>
        <w:br/>
        <w:t>v 0.134339 20.529770 0.985085</w:t>
        <w:br/>
        <w:t>v 0.269567 19.978907 0.882416</w:t>
        <w:br/>
        <w:t>v 0.133074 20.229103 0.950030</w:t>
        <w:br/>
        <w:t>v 0.081771 20.367207 0.987979</w:t>
        <w:br/>
        <w:t>v 0.140447 19.972954 0.926447</w:t>
        <w:br/>
        <w:t>v 0.098663 20.097040 0.962588</w:t>
        <w:br/>
        <w:t>v -0.372705 16.364475 1.859941</w:t>
        <w:br/>
        <w:t>v -0.375604 16.350737 1.859526</w:t>
        <w:br/>
        <w:t>v -0.361040 16.373829 1.858889</w:t>
        <w:br/>
        <w:t>v -0.314496 16.315765 1.870663</w:t>
        <w:br/>
        <w:t>v -0.363633 16.258215 1.866608</w:t>
        <w:br/>
        <w:t>v -0.313336 16.378302 1.868128</w:t>
        <w:br/>
        <w:t>v -0.362201 16.230625 1.867167</w:t>
        <w:br/>
        <w:t>v -0.315526 16.229397 1.874094</w:t>
        <w:br/>
        <w:t>v -0.270374 16.229776 1.887778</w:t>
        <w:br/>
        <w:t>v -0.269376 16.257296 1.887765</w:t>
        <w:br/>
        <w:t>v -0.266339 16.372944 1.880137</w:t>
        <w:br/>
        <w:t>v -0.253866 16.349577 1.886842</w:t>
        <w:br/>
        <w:t>v -0.256404 16.363373 1.886037</w:t>
        <w:br/>
        <w:t>v 0.053114 19.593884 1.240190</w:t>
        <w:br/>
        <w:t>v 0.166848 19.622137 1.232578</w:t>
        <w:br/>
        <w:t>v 0.049623 19.613438 1.260612</w:t>
        <w:br/>
        <w:t>v 0.164833 19.642056 1.252901</w:t>
        <w:br/>
        <w:t>v 0.332123 19.676432 1.182050</w:t>
        <w:br/>
        <w:t>v 0.049623 19.613438 1.260612</w:t>
        <w:br/>
        <w:t>v 0.164833 19.642056 1.252901</w:t>
        <w:br/>
        <w:t>v 0.055804 19.593884 1.280386</w:t>
        <w:br/>
        <w:t>v 0.329552 19.696291 1.202412</w:t>
        <w:br/>
        <w:t>v 0.434030 19.738785 1.146770</w:t>
        <w:br/>
        <w:t>v 0.173835 19.623211 1.272487</w:t>
        <w:br/>
        <w:t>v 0.329552 19.696291 1.202412</w:t>
        <w:br/>
        <w:t>v 0.430442 19.757921 1.167578</w:t>
        <w:br/>
        <w:t>v 0.543981 19.822794 1.083029</w:t>
        <w:br/>
        <w:t>v 0.343395 19.679159 1.220633</w:t>
        <w:br/>
        <w:t>v 0.430442 19.757921 1.167578</w:t>
        <w:br/>
        <w:t>v 0.175850 19.603287 1.252163</w:t>
        <w:br/>
        <w:t>v 0.055804 19.593884 1.280386</w:t>
        <w:br/>
        <w:t>v 0.173835 19.623211 1.272487</w:t>
        <w:br/>
        <w:t>v 0.059295 19.574337 1.259965</w:t>
        <w:br/>
        <w:t>v 0.053114 19.593884 1.240190</w:t>
        <w:br/>
        <w:t>v 0.059295 19.574337 1.259965</w:t>
        <w:br/>
        <w:t>v 0.166848 19.622137 1.232578</w:t>
        <w:br/>
        <w:t>v 0.175850 19.603287 1.252163</w:t>
        <w:br/>
        <w:t>v 0.332123 19.676432 1.182050</w:t>
        <w:br/>
        <w:t>v 0.345967 19.659294 1.200272</w:t>
        <w:br/>
        <w:t>v 0.345967 19.659294 1.200272</w:t>
        <w:br/>
        <w:t>v 0.343395 19.679159 1.220633</w:t>
        <w:br/>
        <w:t>v 0.434030 19.738785 1.146770</w:t>
        <w:br/>
        <w:t>v 0.451800 19.723961 1.163553</w:t>
        <w:br/>
        <w:t>v 0.451800 19.723961 1.163553</w:t>
        <w:br/>
        <w:t>v 0.543981 19.822794 1.083029</w:t>
        <w:br/>
        <w:t>v 0.448211 19.743103 1.184360</w:t>
        <w:br/>
        <w:t>v 0.448211 19.743103 1.184360</w:t>
        <w:br/>
        <w:t>v 0.563982 19.809719 1.098552</w:t>
        <w:br/>
        <w:t>v 0.563982 19.809719 1.098552</w:t>
        <w:br/>
        <w:t>v 0.636731 19.908291 1.028923</w:t>
        <w:br/>
        <w:t>v 0.540165 19.841810 1.103920</w:t>
        <w:br/>
        <w:t>v 0.540165 19.841810 1.103920</w:t>
        <w:br/>
        <w:t>v 0.636731 19.908291 1.028923</w:t>
        <w:br/>
        <w:t>v 0.560166 19.828733 1.119442</w:t>
        <w:br/>
        <w:t>v 0.560166 19.828733 1.119442</w:t>
        <w:br/>
        <w:t>v 0.657669 19.895887 1.043745</w:t>
        <w:br/>
        <w:t>v 0.657669 19.895887 1.043745</w:t>
        <w:br/>
        <w:t>v 0.645614 19.938719 1.042635</w:t>
        <w:br/>
        <w:t>v 0.645614 19.938719 1.042635</w:t>
        <w:br/>
        <w:t>v 0.666552 19.926323 1.057456</w:t>
        <w:br/>
        <w:t>v 0.666552 19.926323 1.057456</w:t>
        <w:br/>
        <w:t>v 0.657669 19.895887 1.043745</w:t>
        <w:br/>
        <w:t>v 0.666109 19.887016 1.022805</w:t>
        <w:br/>
        <w:t>v 0.636731 19.908291 1.028923</w:t>
        <w:br/>
        <w:t>v 0.645989 19.899446 1.006813</w:t>
        <w:br/>
        <w:t>v 0.684071 19.908611 1.016503</w:t>
        <w:br/>
        <w:t>v 0.666552 19.926323 1.057456</w:t>
        <w:br/>
        <w:t>v 0.645614 19.938719 1.042635</w:t>
        <w:br/>
        <w:t>v 0.684071 19.908611 1.016503</w:t>
        <w:br/>
        <w:t>v 0.666109 19.887016 1.022805</w:t>
        <w:br/>
        <w:t>v 0.663951 19.921041 1.000512</w:t>
        <w:br/>
        <w:t>v 0.663951 19.921041 1.000512</w:t>
        <w:br/>
        <w:t>v 0.645989 19.899446 1.006813</w:t>
        <w:br/>
        <w:t>v 0.688895 19.897081 1.004350</w:t>
        <w:br/>
        <w:t>v 0.688895 19.897081 1.004350</w:t>
        <w:br/>
        <w:t>v 0.667259 19.882826 1.018023</w:t>
        <w:br/>
        <w:t>v 0.667259 19.882826 1.018023</w:t>
        <w:br/>
        <w:t>v 0.653134 19.883612 0.987757</w:t>
        <w:br/>
        <w:t>v 0.674437 19.843460 1.005795</w:t>
        <w:br/>
        <w:t>v 0.674770 19.897867 0.974084</w:t>
        <w:br/>
        <w:t>v 0.674770 19.897867 0.974084</w:t>
        <w:br/>
        <w:t>v 0.653134 19.883612 0.987757</w:t>
        <w:br/>
        <w:t>v 0.653134 19.883612 0.987757</w:t>
        <w:br/>
        <w:t>v 0.674437 19.843460 1.005795</w:t>
        <w:br/>
        <w:t>v 0.674770 19.897867 0.974084</w:t>
        <w:br/>
        <w:t>v 0.681678 19.858603 1.028842</w:t>
        <w:br/>
        <w:t>v 0.667259 19.882826 1.018023</w:t>
        <w:br/>
        <w:t>v 0.688895 19.897081 1.004350</w:t>
        <w:br/>
        <w:t>v 0.681678 19.858603 1.028842</w:t>
        <w:br/>
        <w:t>v 0.677866 19.754791 1.069086</w:t>
        <w:br/>
        <w:t>v 0.701765 19.845579 0.995438</w:t>
        <w:br/>
        <w:t>v 0.701765 19.845579 0.995438</w:t>
        <w:br/>
        <w:t>v 0.677866 19.754791 1.069086</w:t>
        <w:br/>
        <w:t>v 0.709006 19.860729 1.018486</w:t>
        <w:br/>
        <w:t>v 0.709006 19.860729 1.018486</w:t>
        <w:br/>
        <w:t>v 0.705404 19.749855 1.063578</w:t>
        <w:br/>
        <w:t>v 0.705404 19.749855 1.063578</w:t>
        <w:br/>
        <w:t>v 0.662883 19.632656 1.149359</w:t>
        <w:br/>
        <w:t>v 0.685248 19.770134 1.091945</w:t>
        <w:br/>
        <w:t>v 0.685248 19.770134 1.091945</w:t>
        <w:br/>
        <w:t>v 0.689647 19.623581 1.146776</w:t>
        <w:br/>
        <w:t>v 0.630706 19.485533 1.301702</w:t>
        <w:br/>
        <w:t>v 0.712791 19.765194 1.086437</w:t>
        <w:br/>
        <w:t>v 0.712791 19.765194 1.086437</w:t>
        <w:br/>
        <w:t>v 0.697085 19.640495 1.168641</w:t>
        <w:br/>
        <w:t>v 0.689647 19.623581 1.146776</w:t>
        <w:br/>
        <w:t>v 0.630706 19.485533 1.301702</w:t>
        <w:br/>
        <w:t>v 0.670318 19.649582 1.171224</w:t>
        <w:br/>
        <w:t>v 0.670318 19.649582 1.171224</w:t>
        <w:br/>
        <w:t>v 0.697085 19.640495 1.168641</w:t>
        <w:br/>
        <w:t>v 0.662883 19.632656 1.149359</w:t>
        <w:br/>
        <w:t>v 0.605576 19.498623 1.300256</w:t>
        <w:br/>
        <w:t>v 0.613162 19.515093 1.322475</w:t>
        <w:br/>
        <w:t>v 0.613162 19.515093 1.322475</w:t>
        <w:br/>
        <w:t>v 0.555250 19.426943 1.354946</w:t>
        <w:br/>
        <w:t>v 0.638278 19.502008 1.323921</w:t>
        <w:br/>
        <w:t>v 0.638278 19.502008 1.323921</w:t>
        <w:br/>
        <w:t>v 0.561206 19.441250 1.378848</w:t>
        <w:br/>
        <w:t>v 0.474696 19.338396 1.429028</w:t>
        <w:br/>
        <w:t>v 0.605576 19.498623 1.300256</w:t>
        <w:br/>
        <w:t>v 0.480273 19.352247 1.453304</w:t>
        <w:br/>
        <w:t>v 0.344733 19.239632 1.508763</w:t>
        <w:br/>
        <w:t>v 0.578659 19.411079 1.358596</w:t>
        <w:br/>
        <w:t>v 0.578659 19.411079 1.358596</w:t>
        <w:br/>
        <w:t>v 0.555250 19.426943 1.354946</w:t>
        <w:br/>
        <w:t>v 0.584608 19.425394 1.382497</w:t>
        <w:br/>
        <w:t>v 0.584608 19.425394 1.382497</w:t>
        <w:br/>
        <w:t>v 0.561206 19.441250 1.378848</w:t>
        <w:br/>
        <w:t>v 0.495798 19.319963 1.434784</w:t>
        <w:br/>
        <w:t>v 0.495798 19.319963 1.434784</w:t>
        <w:br/>
        <w:t>v 0.474696 19.338396 1.429028</w:t>
        <w:br/>
        <w:t>v 0.501375 19.333820 1.459060</w:t>
        <w:br/>
        <w:t>v 0.501375 19.333820 1.459060</w:t>
        <w:br/>
        <w:t>v 0.480273 19.352247 1.453304</w:t>
        <w:br/>
        <w:t>v 0.362581 19.218712 1.516463</w:t>
        <w:br/>
        <w:t>v 0.362581 19.218712 1.516463</w:t>
        <w:br/>
        <w:t>v 0.344733 19.239632 1.508763</w:t>
        <w:br/>
        <w:t>v 0.366210 19.231014 1.541969</w:t>
        <w:br/>
        <w:t>v 0.366210 19.231014 1.541969</w:t>
        <w:br/>
        <w:t>v 0.270522 19.162519 1.548329</w:t>
        <w:br/>
        <w:t>v 0.270522 19.162519 1.548329</w:t>
        <w:br/>
        <w:t>v 0.254910 19.184765 1.539760</w:t>
        <w:br/>
        <w:t>v 0.348362 19.251936 1.534270</w:t>
        <w:br/>
        <w:t>v 0.348362 19.251936 1.534270</w:t>
        <w:br/>
        <w:t>v 0.254910 19.184765 1.539760</w:t>
        <w:br/>
        <w:t>v 0.173846 19.116846 1.595662</w:t>
        <w:br/>
        <w:t>v 0.158855 19.139389 1.586790</w:t>
        <w:br/>
        <w:t>v 0.258737 19.197302 1.565149</w:t>
        <w:br/>
        <w:t>v 0.158855 19.139389 1.586790</w:t>
        <w:br/>
        <w:t>v 0.164514 19.152794 1.611281</w:t>
        <w:br/>
        <w:t>v 0.164514 19.152794 1.611281</w:t>
        <w:br/>
        <w:t>v 0.258737 19.197302 1.565149</w:t>
        <w:br/>
        <w:t>v 0.179505 19.130251 1.620153</w:t>
        <w:br/>
        <w:t>v 0.274349 19.175060 1.573717</w:t>
        <w:br/>
        <w:t>v 0.179505 19.130251 1.620153</w:t>
        <w:br/>
        <w:t>v 0.274349 19.175060 1.573717</w:t>
        <w:br/>
        <w:t>v 0.173846 19.116846 1.595662</w:t>
        <w:br/>
        <w:t>v 0.774141 21.237156 0.440428</w:t>
        <w:br/>
        <w:t>v 0.766643 21.259632 0.452196</w:t>
        <w:br/>
        <w:t>v 0.780444 21.244144 0.451884</w:t>
        <w:br/>
        <w:t>v 0.758014 21.255222 0.440799</w:t>
        <w:br/>
        <w:t>v 0.751327 21.263960 0.465374</w:t>
        <w:br/>
        <w:t>v 0.774141 21.237156 0.440428</w:t>
        <w:br/>
        <w:t>v 0.779476 21.237871 0.433541</w:t>
        <w:br/>
        <w:t>v 0.758014 21.255222 0.440799</w:t>
        <w:br/>
        <w:t>v 0.740164 21.260273 0.456166</w:t>
        <w:br/>
        <w:t>v 0.730333 21.251608 0.475952</w:t>
        <w:br/>
        <w:t>v 0.758806 21.261089 0.434041</w:t>
        <w:br/>
        <w:t>v 0.742900 21.256533 0.482333</w:t>
        <w:br/>
        <w:t>v 0.748072 21.239920 0.493054</w:t>
        <w:br/>
        <w:t>v 0.740164 21.260273 0.456166</w:t>
        <w:br/>
        <w:t>v 0.735856 21.267572 0.453801</w:t>
        <w:br/>
        <w:t>v 0.730333 21.251608 0.475952</w:t>
        <w:br/>
        <w:t>v 0.723172 21.256458 0.479214</w:t>
        <w:br/>
        <w:t>v 0.742731 21.278568 0.460650</w:t>
        <w:br/>
        <w:t>v 0.735856 21.267572 0.453801</w:t>
        <w:br/>
        <w:t>v 0.758806 21.261089 0.434041</w:t>
        <w:br/>
        <w:t>v 0.723172 21.256458 0.479214</w:t>
        <w:br/>
        <w:t>v 0.768216 21.271360 0.438693</w:t>
        <w:br/>
        <w:t>v 0.779476 21.237871 0.433541</w:t>
        <w:br/>
        <w:t>v 0.791127 21.245558 0.438122</w:t>
        <w:br/>
        <w:t>v 0.776805 21.275766 0.450078</w:t>
        <w:br/>
        <w:t>v 0.797417 21.252560 0.449564</w:t>
        <w:br/>
        <w:t>v 0.753861 21.282265 0.469851</w:t>
        <w:br/>
        <w:t>v 0.776013 21.269907 0.456835</w:t>
        <w:br/>
        <w:t>v 0.776805 21.275766 0.450078</w:t>
        <w:br/>
        <w:t>v 0.797417 21.252560 0.449564</w:t>
        <w:br/>
        <w:t>v 0.753861 21.282265 0.469851</w:t>
        <w:br/>
        <w:t>v 0.792076 21.251842 0.456446</w:t>
        <w:br/>
        <w:t>v 0.780444 21.244144 0.451884</w:t>
        <w:br/>
        <w:t>v 0.776013 21.269907 0.456835</w:t>
        <w:br/>
        <w:t>v 0.792076 21.251842 0.456446</w:t>
        <w:br/>
        <w:t>v 0.766643 21.259632 0.452196</w:t>
        <w:br/>
        <w:t>v 0.758163 21.274952 0.472203</w:t>
        <w:br/>
        <w:t>v 0.758163 21.274952 0.472203</w:t>
        <w:br/>
        <w:t>v 0.751327 21.263960 0.465374</w:t>
        <w:br/>
        <w:t>v 0.742900 21.256533 0.482333</w:t>
        <w:br/>
        <w:t>v 0.728604 21.266205 0.488883</w:t>
        <w:br/>
        <w:t>v 0.741158 21.271128 0.495251</w:t>
        <w:br/>
        <w:t>v 0.741158 21.271128 0.495251</w:t>
        <w:br/>
        <w:t>v 0.748293 21.266300 0.491976</w:t>
        <w:br/>
        <w:t>v 0.748293 21.266300 0.491976</w:t>
        <w:br/>
        <w:t>v 0.754297 21.246914 0.504471</w:t>
        <w:br/>
        <w:t>v 0.754297 21.246914 0.504471</w:t>
        <w:br/>
        <w:t>v 0.748072 21.239920 0.493054</w:t>
        <w:br/>
        <w:t>v 0.762029 21.224422 0.492782</w:t>
        <w:br/>
        <w:t>v 0.748845 21.246210 0.511313</w:t>
        <w:br/>
        <w:t>v 0.748845 21.246210 0.511313</w:t>
        <w:br/>
        <w:t>v 0.770541 21.228840 0.504153</w:t>
        <w:br/>
        <w:t>v 0.777397 21.220100 0.479643</w:t>
        <w:br/>
        <w:t>v 0.770541 21.228840 0.504153</w:t>
        <w:br/>
        <w:t>v 0.737175 21.238518 0.506739</w:t>
        <w:br/>
        <w:t>v 0.769775 21.222982 0.510924</w:t>
        <w:br/>
        <w:t>v 0.730931 21.231527 0.495303</w:t>
        <w:br/>
        <w:t>v 0.760470 21.212698 0.506323</w:t>
        <w:br/>
        <w:t>v 0.769775 21.222982 0.510924</w:t>
        <w:br/>
        <w:t>v 0.751919 21.208279 0.494939</w:t>
        <w:br/>
        <w:t>v 0.730931 21.231527 0.495303</w:t>
        <w:br/>
        <w:t>v 0.736376 21.232227 0.488461</w:t>
        <w:br/>
        <w:t>v 0.736376 21.232227 0.488461</w:t>
        <w:br/>
        <w:t>v 0.752685 21.214153 0.488168</w:t>
        <w:br/>
        <w:t>v 0.752685 21.214153 0.488168</w:t>
        <w:br/>
        <w:t>v 0.751919 21.208279 0.494939</w:t>
        <w:br/>
        <w:t>v 0.762029 21.224422 0.492782</w:t>
        <w:br/>
        <w:t>v 0.775006 21.201794 0.475231</w:t>
        <w:br/>
        <w:t>v 0.775006 21.201794 0.475231</w:t>
        <w:br/>
        <w:t>v 0.770633 21.209099 0.472840</w:t>
        <w:br/>
        <w:t>v 0.770633 21.209099 0.472840</w:t>
        <w:br/>
        <w:t>v 0.777397 21.220100 0.479643</w:t>
        <w:br/>
        <w:t>v 0.780275 21.217772 0.452989</w:t>
        <w:br/>
        <w:t>v 0.787371 21.212933 0.449688</w:t>
        <w:br/>
        <w:t>v 0.780275 21.217772 0.452989</w:t>
        <w:br/>
        <w:t>v 0.774141 21.237156 0.440428</w:t>
        <w:br/>
        <w:t>v 0.779476 21.237871 0.433541</w:t>
        <w:br/>
        <w:t>v 0.787371 21.212933 0.449688</w:t>
        <w:br/>
        <w:t>v 0.799873 21.217861 0.456043</w:t>
        <w:br/>
        <w:t>v 0.779476 21.237871 0.433541</w:t>
        <w:br/>
        <w:t>v 0.791127 21.245558 0.438122</w:t>
        <w:br/>
        <w:t>v 0.786136 21.205482 0.484425</w:t>
        <w:br/>
        <w:t>v 0.805240 21.227619 0.465672</w:t>
        <w:br/>
        <w:t>v 0.797417 21.252560 0.449564</w:t>
        <w:br/>
        <w:t>v 0.797417 21.252560 0.449564</w:t>
        <w:br/>
        <w:t>v 0.805240 21.227619 0.465672</w:t>
        <w:br/>
        <w:t>v 0.792076 21.251842 0.456446</w:t>
        <w:br/>
        <w:t>v 0.792842 21.216482 0.491209</w:t>
        <w:br/>
        <w:t>v 0.792842 21.216482 0.491209</w:t>
        <w:br/>
        <w:t>v 0.788482 21.223793 0.488824</w:t>
        <w:br/>
        <w:t>v 0.788482 21.223793 0.488824</w:t>
        <w:br/>
        <w:t>v 0.798157 21.232456 0.468973</w:t>
        <w:br/>
        <w:t>v 0.798157 21.232456 0.468973</w:t>
        <w:br/>
        <w:t>v 0.792076 21.251842 0.456446</w:t>
        <w:br/>
        <w:t>v 0.780444 21.244144 0.451884</w:t>
        <w:br/>
        <w:t>v 0.785682 21.227526 0.462632</w:t>
        <w:br/>
        <w:t>v 0.764122 21.205397 0.410265</w:t>
        <w:br/>
        <w:t>v 0.756714 21.227594 0.421890</w:t>
        <w:br/>
        <w:t>v 0.770360 21.212307 0.421578</w:t>
        <w:br/>
        <w:t>v 0.748202 21.223234 0.410636</w:t>
        <w:br/>
        <w:t>v 0.741581 21.231878 0.434899</w:t>
        <w:br/>
        <w:t>v 0.764122 21.205397 0.410265</w:t>
        <w:br/>
        <w:t>v 0.769398 21.206097 0.403462</w:t>
        <w:br/>
        <w:t>v 0.748202 21.223234 0.410636</w:t>
        <w:br/>
        <w:t>v 0.730560 21.228228 0.425808</w:t>
        <w:br/>
        <w:t>v 0.720846 21.219679 0.445347</w:t>
        <w:br/>
        <w:t>v 0.748969 21.229036 0.403956</w:t>
        <w:br/>
        <w:t>v 0.733257 21.224539 0.451663</w:t>
        <w:br/>
        <w:t>v 0.738377 21.208128 0.462255</w:t>
        <w:br/>
        <w:t>v 0.730560 21.228228 0.425808</w:t>
        <w:br/>
        <w:t>v 0.726304 21.235453 0.423476</w:t>
        <w:br/>
        <w:t>v 0.720846 21.219679 0.445347</w:t>
        <w:br/>
        <w:t>v 0.713763 21.224459 0.448583</w:t>
        <w:br/>
        <w:t>v 0.733094 21.246307 0.430246</w:t>
        <w:br/>
        <w:t>v 0.726304 21.235453 0.423476</w:t>
        <w:br/>
        <w:t>v 0.748969 21.229036 0.403956</w:t>
        <w:br/>
        <w:t>v 0.713763 21.224459 0.448583</w:t>
        <w:br/>
        <w:t>v 0.758274 21.239183 0.408543</w:t>
        <w:br/>
        <w:t>v 0.769398 21.206097 0.403462</w:t>
        <w:br/>
        <w:t>v 0.780912 21.213699 0.407985</w:t>
        <w:br/>
        <w:t>v 0.766760 21.243538 0.419798</w:t>
        <w:br/>
        <w:t>v 0.787124 21.220610 0.419291</w:t>
        <w:br/>
        <w:t>v 0.744095 21.249956 0.439330</w:t>
        <w:br/>
        <w:t>v 0.765980 21.237741 0.426477</w:t>
        <w:br/>
        <w:t>v 0.766760 21.243538 0.419798</w:t>
        <w:br/>
        <w:t>v 0.787124 21.220610 0.419291</w:t>
        <w:br/>
        <w:t>v 0.744095 21.249956 0.439330</w:t>
        <w:br/>
        <w:t>v 0.781841 21.219904 0.426088</w:t>
        <w:br/>
        <w:t>v 0.770360 21.212307 0.421578</w:t>
        <w:br/>
        <w:t>v 0.765980 21.237741 0.426477</w:t>
        <w:br/>
        <w:t>v 0.781841 21.219904 0.426088</w:t>
        <w:br/>
        <w:t>v 0.756714 21.227594 0.421890</w:t>
        <w:br/>
        <w:t>v 0.748338 21.242735 0.441663</w:t>
        <w:br/>
        <w:t>v 0.748338 21.242735 0.441663</w:t>
        <w:br/>
        <w:t>v 0.741581 21.231878 0.434899</w:t>
        <w:br/>
        <w:t>v 0.733257 21.224539 0.451663</w:t>
        <w:br/>
        <w:t>v 0.719144 21.234095 0.458122</w:t>
        <w:br/>
        <w:t>v 0.731541 21.238964 0.464425</w:t>
        <w:br/>
        <w:t>v 0.731541 21.238964 0.464425</w:t>
        <w:br/>
        <w:t>v 0.738598 21.234182 0.461189</w:t>
        <w:br/>
        <w:t>v 0.738598 21.234182 0.461189</w:t>
        <w:br/>
        <w:t>v 0.744524 21.215036 0.473535</w:t>
        <w:br/>
        <w:t>v 0.744524 21.215036 0.473535</w:t>
        <w:br/>
        <w:t>v 0.738377 21.208128 0.462255</w:t>
        <w:br/>
        <w:t>v 0.752153 21.192818 0.461995</w:t>
        <w:br/>
        <w:t>v 0.739131 21.214334 0.480293</w:t>
        <w:br/>
        <w:t>v 0.739131 21.214334 0.480293</w:t>
        <w:br/>
        <w:t>v 0.760574 21.197182 0.473223</w:t>
        <w:br/>
        <w:t>v 0.767345 21.188540 0.449005</w:t>
        <w:br/>
        <w:t>v 0.760574 21.197182 0.473223</w:t>
        <w:br/>
        <w:t>v 0.727604 21.206745 0.475770</w:t>
        <w:br/>
        <w:t>v 0.759807 21.191389 0.479903</w:t>
        <w:br/>
        <w:t>v 0.721437 21.199825 0.464470</w:t>
        <w:br/>
        <w:t>v 0.750619 21.181238 0.475354</w:t>
        <w:br/>
        <w:t>v 0.759807 21.191389 0.479903</w:t>
        <w:br/>
        <w:t>v 0.742172 21.176868 0.464126</w:t>
        <w:br/>
        <w:t>v 0.721437 21.199825 0.464470</w:t>
        <w:br/>
        <w:t>v 0.726824 21.200525 0.457719</w:t>
        <w:br/>
        <w:t>v 0.726824 21.200525 0.457719</w:t>
        <w:br/>
        <w:t>v 0.742926 21.182665 0.457433</w:t>
        <w:br/>
        <w:t>v 0.742926 21.182665 0.457433</w:t>
        <w:br/>
        <w:t>v 0.742172 21.176868 0.464126</w:t>
        <w:br/>
        <w:t>v 0.752153 21.192818 0.461995</w:t>
        <w:br/>
        <w:t>v 0.764986 21.170450 0.444639</w:t>
        <w:br/>
        <w:t>v 0.764986 21.170450 0.444639</w:t>
        <w:br/>
        <w:t>v 0.760658 21.177681 0.442287</w:t>
        <w:br/>
        <w:t>v 0.760658 21.177681 0.442287</w:t>
        <w:br/>
        <w:t>v 0.767345 21.188540 0.449005</w:t>
        <w:br/>
        <w:t>v 0.770191 21.186239 0.422670</w:t>
        <w:br/>
        <w:t>v 0.777195 21.181475 0.419408</w:t>
        <w:br/>
        <w:t>v 0.770191 21.186239 0.422670</w:t>
        <w:br/>
        <w:t>v 0.764122 21.205397 0.410265</w:t>
        <w:br/>
        <w:t>v 0.769398 21.206097 0.403462</w:t>
        <w:br/>
        <w:t>v 0.777195 21.181475 0.419408</w:t>
        <w:br/>
        <w:t>v 0.789541 21.186333 0.425685</w:t>
        <w:br/>
        <w:t>v 0.769398 21.206097 0.403462</w:t>
        <w:br/>
        <w:t>v 0.780912 21.213699 0.407985</w:t>
        <w:br/>
        <w:t>v 0.775967 21.174101 0.453723</w:t>
        <w:br/>
        <w:t>v 0.794844 21.195978 0.435211</w:t>
        <w:br/>
        <w:t>v 0.787124 21.220610 0.419291</w:t>
        <w:br/>
        <w:t>v 0.787124 21.220610 0.419291</w:t>
        <w:br/>
        <w:t>v 0.794844 21.195978 0.435211</w:t>
        <w:br/>
        <w:t>v 0.781841 21.219904 0.426088</w:t>
        <w:br/>
        <w:t>v 0.782602 21.184967 0.460429</w:t>
        <w:br/>
        <w:t>v 0.782602 21.184967 0.460429</w:t>
        <w:br/>
        <w:t>v 0.778293 21.192196 0.458077</w:t>
        <w:br/>
        <w:t>v 0.778293 21.192196 0.458077</w:t>
        <w:br/>
        <w:t>v 0.787852 21.200758 0.438459</w:t>
        <w:br/>
        <w:t>v 0.787852 21.200758 0.438459</w:t>
        <w:br/>
        <w:t>v 0.781841 21.219904 0.426088</w:t>
        <w:br/>
        <w:t>v 0.770360 21.212307 0.421578</w:t>
        <w:br/>
        <w:t>v 0.775519 21.195885 0.432208</w:t>
        <w:br/>
        <w:t>v 0.000000 18.574438 1.876758</w:t>
        <w:br/>
        <w:t>v 0.000000 18.599649 1.894010</w:t>
        <w:br/>
        <w:t>v 0.116319 18.709644 1.798696</w:t>
        <w:br/>
        <w:t>v 0.107678 18.724125 1.822139</w:t>
        <w:br/>
        <w:t>v 0.107678 18.724125 1.822139</w:t>
        <w:br/>
        <w:t>v 0.000000 18.599649 1.894010</w:t>
        <w:br/>
        <w:t>v 0.000000 18.693768 1.840086</w:t>
        <w:br/>
        <w:t>v 0.116938 18.719793 1.792837</w:t>
        <w:br/>
        <w:t>v 0.079358 18.777895 1.790649</w:t>
        <w:br/>
        <w:t>v 0.108298 18.734274 1.816280</w:t>
        <w:br/>
        <w:t>v 0.108298 18.734274 1.816280</w:t>
        <w:br/>
        <w:t>v 0.087249 18.764114 1.767248</w:t>
        <w:br/>
        <w:t>v 0.079358 18.777895 1.790649</w:t>
        <w:br/>
        <w:t>v 0.000000 18.707409 1.850984</w:t>
        <w:br/>
        <w:t>v 0.079358 18.777895 1.790649</w:t>
        <w:br/>
        <w:t>v 0.000000 18.693768 1.840086</w:t>
        <w:br/>
        <w:t>v 0.087249 18.764114 1.767248</w:t>
        <w:br/>
        <w:t>v 0.090172 18.767454 1.765321</w:t>
        <w:br/>
        <w:t>v 0.077969 18.790714 1.802887</w:t>
        <w:br/>
        <w:t>v 0.000000 18.707409 1.850984</w:t>
        <w:br/>
        <w:t>v 0.000000 18.768301 1.815838</w:t>
        <w:br/>
        <w:t>v 0.077969 18.790714 1.802887</w:t>
        <w:br/>
        <w:t>v 0.090612 18.774389 1.761315</w:t>
        <w:br/>
        <w:t>v 0.030452 18.801023 1.796947</w:t>
        <w:br/>
        <w:t>v 0.000000 18.768301 1.815838</w:t>
        <w:br/>
        <w:t>v 0.000000 18.780632 1.825688</w:t>
        <w:br/>
        <w:t>v 0.030452 18.801023 1.796947</w:t>
        <w:br/>
        <w:t>v 0.078409 18.797653 1.798882</w:t>
        <w:br/>
        <w:t>v 0.078409 18.797653 1.798882</w:t>
        <w:br/>
        <w:t>v 0.000000 18.904989 1.736911</w:t>
        <w:br/>
        <w:t>v 0.000000 18.899002 1.689372</w:t>
        <w:br/>
        <w:t>v 0.000000 18.904989 1.736911</w:t>
        <w:br/>
        <w:t>v 0.000000 18.845377 1.771343</w:t>
        <w:br/>
        <w:t>v 0.030595 18.803293 1.795636</w:t>
        <w:br/>
        <w:t>v 0.000000 18.847286 1.787201</w:t>
        <w:br/>
        <w:t>v 0.000000 18.845377 1.771343</w:t>
        <w:br/>
        <w:t>v 0.030595 18.803293 1.795636</w:t>
        <w:br/>
        <w:t>v 0.026335 18.808767 1.809441</w:t>
        <w:br/>
        <w:t>v 0.026479 18.811041 1.808129</w:t>
        <w:br/>
        <w:t>v 0.026479 18.811041 1.808129</w:t>
        <w:br/>
        <w:t>v 0.000000 18.780632 1.825688</w:t>
        <w:br/>
        <w:t>v 0.000000 18.847286 1.787201</w:t>
        <w:br/>
        <w:t>v 0.026335 18.808767 1.809441</w:t>
        <w:br/>
        <w:t>v 0.000000 18.574438 1.876758</w:t>
        <w:br/>
        <w:t>v -0.116318 18.709644 1.798696</w:t>
        <w:br/>
        <w:t>v 0.000000 18.599649 1.894010</w:t>
        <w:br/>
        <w:t>v -0.107678 18.724125 1.822139</w:t>
        <w:br/>
        <w:t>v -0.116937 18.719793 1.792837</w:t>
        <w:br/>
        <w:t>v 0.000000 18.599649 1.894010</w:t>
        <w:br/>
        <w:t>v -0.107678 18.724125 1.822139</w:t>
        <w:br/>
        <w:t>v 0.000000 18.693768 1.840086</w:t>
        <w:br/>
        <w:t>v -0.108297 18.734274 1.816280</w:t>
        <w:br/>
        <w:t>v -0.087248 18.764114 1.767248</w:t>
        <w:br/>
        <w:t>v -0.079357 18.777895 1.790649</w:t>
        <w:br/>
        <w:t>v -0.108297 18.734274 1.816280</w:t>
        <w:br/>
        <w:t>v -0.079357 18.777895 1.790649</w:t>
        <w:br/>
        <w:t>v 0.000000 18.707409 1.850984</w:t>
        <w:br/>
        <w:t>v 0.000000 18.693768 1.840086</w:t>
        <w:br/>
        <w:t>v -0.079357 18.777895 1.790649</w:t>
        <w:br/>
        <w:t>v -0.090172 18.767454 1.765321</w:t>
        <w:br/>
        <w:t>v -0.087248 18.764114 1.767248</w:t>
        <w:br/>
        <w:t>v -0.077969 18.790714 1.802887</w:t>
        <w:br/>
        <w:t>v 0.000000 18.707409 1.850984</w:t>
        <w:br/>
        <w:t>v -0.077969 18.790714 1.802887</w:t>
        <w:br/>
        <w:t>v 0.000000 18.768301 1.815838</w:t>
        <w:br/>
        <w:t>v -0.090611 18.774389 1.761315</w:t>
        <w:br/>
        <w:t>v -0.030451 18.801023 1.796947</w:t>
        <w:br/>
        <w:t>v 0.000000 18.768301 1.815838</w:t>
        <w:br/>
        <w:t>v -0.030451 18.801023 1.796947</w:t>
        <w:br/>
        <w:t>v 0.000000 18.780632 1.825688</w:t>
        <w:br/>
        <w:t>v -0.078408 18.797651 1.798882</w:t>
        <w:br/>
        <w:t>v -0.078408 18.797651 1.798882</w:t>
        <w:br/>
        <w:t>v 0.000000 18.904989 1.736911</w:t>
        <w:br/>
        <w:t>v 0.000000 18.899002 1.689372</w:t>
        <w:br/>
        <w:t>v 0.000000 18.904989 1.736911</w:t>
        <w:br/>
        <w:t>v 0.000000 18.845377 1.771343</w:t>
        <w:br/>
        <w:t>v -0.030595 18.803293 1.795636</w:t>
        <w:br/>
        <w:t>v 0.000000 18.847286 1.787201</w:t>
        <w:br/>
        <w:t>v -0.030595 18.803293 1.795636</w:t>
        <w:br/>
        <w:t>v 0.000000 18.845377 1.771343</w:t>
        <w:br/>
        <w:t>v -0.026334 18.808767 1.809441</w:t>
        <w:br/>
        <w:t>v -0.026478 18.811041 1.808129</w:t>
        <w:br/>
        <w:t>v 0.000000 18.780632 1.825688</w:t>
        <w:br/>
        <w:t>v -0.026478 18.811041 1.808129</w:t>
        <w:br/>
        <w:t>v 0.000000 18.847286 1.787201</w:t>
        <w:br/>
        <w:t>v -0.026334 18.808767 1.809441</w:t>
        <w:br/>
        <w:t>v 2.148493 19.946054 0.299961</w:t>
        <w:br/>
        <w:t>v 2.199699 19.891287 0.279278</w:t>
        <w:br/>
        <w:t>v 2.107275 19.786501 0.594607</w:t>
        <w:br/>
        <w:t>v 2.153201 19.723787 0.578594</w:t>
        <w:br/>
        <w:t>v 2.042811 19.475225 0.816324</w:t>
        <w:br/>
        <w:t>v 2.205139 19.941515 -0.002401</w:t>
        <w:br/>
        <w:t>v 2.165595 20.014162 -0.008554</w:t>
        <w:br/>
        <w:t>v 2.127887 19.946390 -0.296276</w:t>
        <w:br/>
        <w:t>v 2.184999 19.892164 -0.297509</w:t>
        <w:br/>
        <w:t>v 2.158640 19.786261 -0.517656</w:t>
        <w:br/>
        <w:t>v 2.097415 19.846502 -0.513049</w:t>
        <w:br/>
        <w:t>v 2.048078 19.565699 -0.772407</w:t>
        <w:br/>
        <w:t>v 2.327097 19.421909 -0.742681</w:t>
        <w:br/>
        <w:t>v 1.992268 19.252882 -0.843871</w:t>
        <w:br/>
        <w:t>v 2.324601 19.620083 -0.629531</w:t>
        <w:br/>
        <w:t>v 2.322821 19.682549 -0.523176</w:t>
        <w:br/>
        <w:t>v 2.417320 19.034473 -0.801485</w:t>
        <w:br/>
        <w:t>v 2.563418 19.431452 -0.614183</w:t>
        <w:br/>
        <w:t>v 2.584500 19.503178 -0.495328</w:t>
        <w:br/>
        <w:t>v 2.530887 19.337574 -0.755552</w:t>
        <w:br/>
        <w:t>v 3.042288 19.155972 -0.485538</w:t>
        <w:br/>
        <w:t>v 2.779282 19.068829 -0.723422</w:t>
        <w:br/>
        <w:t>v 2.947489 18.949154 -0.725586</w:t>
        <w:br/>
        <w:t>v 2.814722 18.711775 -0.804559</w:t>
        <w:br/>
        <w:t>v 3.470769 18.617033 -0.689179</w:t>
        <w:br/>
        <w:t>v 2.271906 18.703968 -0.752486</w:t>
        <w:br/>
        <w:t>v 1.927976 18.887312 -0.773359</w:t>
        <w:br/>
        <w:t>v 2.666469 18.449518 -0.707362</w:t>
        <w:br/>
        <w:t>v 2.154196 18.580742 -0.620904</w:t>
        <w:br/>
        <w:t>v 1.909062 18.744349 -0.613771</w:t>
        <w:br/>
        <w:t>v 2.560429 18.294020 -0.592175</w:t>
        <w:br/>
        <w:t>v 2.110820 18.473534 -0.459295</w:t>
        <w:br/>
        <w:t>v 1.907935 18.736830 -0.581550</w:t>
        <w:br/>
        <w:t>v 2.113623 18.492870 -0.432337</w:t>
        <w:br/>
        <w:t>v 2.486102 18.165136 -0.257257</w:t>
        <w:br/>
        <w:t>v 2.461023 18.150167 -0.284840</w:t>
        <w:br/>
        <w:t>v 2.461023 18.150167 -0.284840</w:t>
        <w:br/>
        <w:t>v 2.514162 18.204321 -0.451592</w:t>
        <w:br/>
        <w:t>v 3.021993 17.780104 -0.310723</w:t>
        <w:br/>
        <w:t>v 2.988547 17.720091 -0.140892</w:t>
        <w:br/>
        <w:t>v 2.988547 17.720091 -0.140892</w:t>
        <w:br/>
        <w:t>v 3.001342 17.744596 -0.116942</w:t>
        <w:br/>
        <w:t>v 3.410956 17.402248 -0.010086</w:t>
        <w:br/>
        <w:t>v 3.092672 17.906610 -0.533373</w:t>
        <w:br/>
        <w:t>v 3.429754 17.438862 -0.197094</w:t>
        <w:br/>
        <w:t>v 3.395952 17.378117 -0.033514</w:t>
        <w:br/>
        <w:t>v 3.395952 17.378117 -0.033514</w:t>
        <w:br/>
        <w:t>v 3.770129 17.109690 0.088077</w:t>
        <w:br/>
        <w:t>v 3.193796 18.096121 -0.671497</w:t>
        <w:br/>
        <w:t>v 3.753390 17.085115 0.061121</w:t>
        <w:br/>
        <w:t>v 3.965755 16.948191 0.140279</w:t>
        <w:br/>
        <w:t>v 3.791975 17.136230 -0.110521</w:t>
        <w:br/>
        <w:t>v 3.753390 17.085115 0.061121</w:t>
        <w:br/>
        <w:t>v 3.498551 17.549393 -0.457372</w:t>
        <w:br/>
        <w:t>v 3.949830 16.924427 0.114409</w:t>
        <w:br/>
        <w:t>v 4.157951 16.788256 0.190826</w:t>
        <w:br/>
        <w:t>v 4.140779 16.765463 0.164587</w:t>
        <w:br/>
        <w:t>v 4.140779 16.765463 0.164587</w:t>
        <w:br/>
        <w:t>v 4.178774 16.818922 -0.006471</w:t>
        <w:br/>
        <w:t>v 3.949830 16.924427 0.114409</w:t>
        <w:br/>
        <w:t>v 3.985872 16.976013 -0.057643</w:t>
        <w:br/>
        <w:t>v 4.024504 17.035213 -0.183774</w:t>
        <w:br/>
        <w:t>v 3.856021 17.233574 -0.372587</w:t>
        <w:br/>
        <w:t>v 4.038251 17.061716 -0.303108</w:t>
        <w:br/>
        <w:t>v 4.236837 16.902624 -0.275265</w:t>
        <w:br/>
        <w:t>v 4.076713 17.114002 -0.416525</w:t>
        <w:br/>
        <w:t>v 4.302197 16.971794 -0.450546</w:t>
        <w:br/>
        <w:t>v 3.608810 17.701447 -0.624531</w:t>
        <w:br/>
        <w:t>v 3.953321 17.391254 -0.596165</w:t>
        <w:br/>
        <w:t>v 4.124579 17.196842 -0.549224</w:t>
        <w:br/>
        <w:t>v 4.197367 17.280687 -0.650068</w:t>
        <w:br/>
        <w:t>v 4.459503 17.150064 -0.706335</w:t>
        <w:br/>
        <w:t>v 3.693988 17.841923 -0.717534</w:t>
        <w:br/>
        <w:t>v 4.251858 17.366978 -0.730442</w:t>
        <w:br/>
        <w:t>v 3.334934 18.360281 -0.741258</w:t>
        <w:br/>
        <w:t>v 4.070521 17.570177 -0.746635</w:t>
        <w:br/>
        <w:t>v 3.796064 18.021557 -0.759458</w:t>
        <w:br/>
        <w:t>v 4.590970 17.418652 -0.817662</w:t>
        <w:br/>
        <w:t>v 4.651892 17.374149 -0.813065</w:t>
        <w:br/>
        <w:t>v 4.382722 17.572495 -0.808402</w:t>
        <w:br/>
        <w:t>v 4.792464 17.744261 -0.739975</w:t>
        <w:br/>
        <w:t>v 4.911363 17.668148 -0.754501</w:t>
        <w:br/>
        <w:t>v 4.183108 17.726269 -0.797304</w:t>
        <w:br/>
        <w:t>v 4.576821 17.874420 -0.729471</w:t>
        <w:br/>
        <w:t>v 4.363177 17.998022 -0.718401</w:t>
        <w:br/>
        <w:t>v 3.951872 18.268837 -0.691718</w:t>
        <w:br/>
        <w:t>v 4.068326 18.453651 -0.516376</w:t>
        <w:br/>
        <w:t>v 4.499008 18.203009 -0.514551</w:t>
        <w:br/>
        <w:t>v 4.714360 18.086039 -0.517400</w:t>
        <w:br/>
        <w:t>v 4.930168 17.962460 -0.520395</w:t>
        <w:br/>
        <w:t>v 5.085084 17.873541 -0.526215</w:t>
        <w:br/>
        <w:t>v 4.567033 18.305668 -0.280511</w:t>
        <w:br/>
        <w:t>v 5.000985 18.071611 -0.289719</w:t>
        <w:br/>
        <w:t>v 5.174405 17.979002 -0.292823</w:t>
        <w:br/>
        <w:t>v 4.783276 18.190195 -0.285119</w:t>
        <w:br/>
        <w:t>v 5.041348 18.128744 0.037349</w:t>
        <w:br/>
        <w:t>v 5.232136 18.025572 0.043882</w:t>
        <w:br/>
        <w:t>v 4.818849 18.240927 0.038710</w:t>
        <w:br/>
        <w:t>v 5.022124 18.089825 0.332204</w:t>
        <w:br/>
        <w:t>v 5.231284 17.984596 0.339721</w:t>
        <w:br/>
        <w:t>v 4.598033 18.352451 0.038650</w:t>
        <w:br/>
        <w:t>v 4.802464 18.211111 0.322299</w:t>
        <w:br/>
        <w:t>v 5.010770 18.069836 0.390911</w:t>
        <w:br/>
        <w:t>v 5.203708 17.928303 0.443971</w:t>
        <w:br/>
        <w:t>v 4.583354 18.330305 0.312559</w:t>
        <w:br/>
        <w:t>v 4.971490 18.002287 0.532567</w:t>
        <w:br/>
        <w:t>v 5.175003 17.872154 0.456305</w:t>
        <w:br/>
        <w:t>v 4.938610 17.939518 0.532782</w:t>
        <w:br/>
        <w:t>v 4.772479 18.162323 0.454311</w:t>
        <w:br/>
        <w:t>v 4.716566 18.072748 0.606131</w:t>
        <w:br/>
        <w:t>v 4.676046 18.009737 0.588619</w:t>
        <w:br/>
        <w:t>v 4.532846 18.254078 0.515922</w:t>
        <w:br/>
        <w:t>v 4.464477 18.150898 0.660411</w:t>
        <w:br/>
        <w:t>v 4.464477 18.150898 0.660411</w:t>
        <w:br/>
        <w:t>v 4.420916 18.085157 0.639091</w:t>
        <w:br/>
        <w:t>v 4.134853 18.559231 0.298786</w:t>
        <w:br/>
        <w:t>v 3.955230 18.274166 0.745831</w:t>
        <w:br/>
        <w:t>v 3.920664 18.219303 0.723039</w:t>
        <w:br/>
        <w:t>v 4.060087 18.440918 0.580787</w:t>
        <w:br/>
        <w:t>v 3.364749 18.449152 0.806158</w:t>
        <w:br/>
        <w:t>v 3.338706 18.398745 0.740436</w:t>
        <w:br/>
        <w:t>v 4.000794 18.346478 0.678059</w:t>
        <w:br/>
        <w:t>v 3.409107 18.531645 0.759663</w:t>
        <w:br/>
        <w:t>v 3.364749 18.449152 0.806158</w:t>
        <w:br/>
        <w:t>v 3.498510 18.697714 0.655995</w:t>
        <w:br/>
        <w:t>v 3.166834 18.631838 0.782009</w:t>
        <w:br/>
        <w:t>v 2.790992 18.603333 0.818326</w:t>
        <w:br/>
        <w:t>v 2.790992 18.603333 0.818326</w:t>
        <w:br/>
        <w:t>v 2.772736 18.585697 0.742867</w:t>
        <w:br/>
        <w:t>v 2.857969 18.787853 0.795621</w:t>
        <w:br/>
        <w:t>v 2.436554 18.711594 0.801871</w:t>
        <w:br/>
        <w:t>v 2.436554 18.711594 0.801871</w:t>
        <w:br/>
        <w:t>v 2.433619 18.685490 0.715753</w:t>
        <w:br/>
        <w:t>v 2.231731 18.751915 0.718851</w:t>
        <w:br/>
        <w:t>v 2.954317 18.987881 0.679861</w:t>
        <w:br/>
        <w:t>v 2.659062 18.851444 0.841206</w:t>
        <w:br/>
        <w:t>v 2.230420 18.778790 0.803920</w:t>
        <w:br/>
        <w:t>v 2.230420 18.778790 0.803920</w:t>
        <w:br/>
        <w:t>v 1.925218 18.844757 0.725306</w:t>
        <w:br/>
        <w:t>v 1.925997 18.873173 0.791704</w:t>
        <w:br/>
        <w:t>v 2.367764 18.982246 0.879621</w:t>
        <w:br/>
        <w:t>v 1.936185 19.122076 0.878203</w:t>
        <w:br/>
        <w:t>v 2.484228 19.241287 0.771141</w:t>
        <w:br/>
        <w:t>v 2.563762 19.447861 0.543292</w:t>
        <w:br/>
        <w:t>v 3.035115 19.108284 0.509617</w:t>
        <w:br/>
        <w:t>v 3.542977 18.778212 0.505187</w:t>
        <w:br/>
        <w:t>v 3.089095 19.218868 0.257068</w:t>
        <w:br/>
        <w:t>v 4.096162 18.496517 0.481265</w:t>
        <w:br/>
        <w:t>v 3.595444 18.872034 0.272936</w:t>
        <w:br/>
        <w:t>v 3.099258 19.243073 0.162565</w:t>
        <w:br/>
        <w:t>v 3.421922 19.001680 0.146782</w:t>
        <w:br/>
        <w:t>v 3.618184 18.908937 -0.005749</w:t>
        <w:br/>
        <w:t>v 3.429108 19.033682 -0.014178</w:t>
        <w:br/>
        <w:t>v 3.432895 19.021955 -0.200910</w:t>
        <w:br/>
        <w:t>v 4.152907 18.587891 0.018529</w:t>
        <w:br/>
        <w:t>v 4.134185 18.558170 -0.276035</w:t>
        <w:br/>
        <w:t>v 3.611410 18.890669 -0.266344</w:t>
        <w:br/>
        <w:t>v 3.094139 19.251438 -0.207318</w:t>
        <w:br/>
        <w:t>v 3.089556 19.248035 -0.255784</w:t>
        <w:br/>
        <w:t>v 3.559151 18.787207 -0.507920</w:t>
        <w:br/>
        <w:t>v 4.827521 16.707539 0.075467</w:t>
        <w:br/>
        <w:t>v 4.556940 16.860342 0.102177</w:t>
        <w:br/>
        <w:t>v 4.601173 16.877747 -0.167010</w:t>
        <w:br/>
        <w:t>v 4.860710 16.730734 -0.183450</w:t>
        <w:br/>
        <w:t>v 4.706357 17.016804 -0.375415</w:t>
        <w:br/>
        <w:t>v 5.088455 16.518236 0.069757</w:t>
        <w:br/>
        <w:t>v 5.342976 16.262960 0.077816</w:t>
        <w:br/>
        <w:t>v 5.335872 16.272667 -0.076588</w:t>
        <w:br/>
        <w:t>v 5.098703 16.558489 -0.200579</w:t>
        <w:br/>
        <w:t>v 5.347763 16.312977 -0.225514</w:t>
        <w:br/>
        <w:t>v 4.950612 16.864416 -0.408776</w:t>
        <w:br/>
        <w:t>v 5.162795 16.710052 -0.453751</w:t>
        <w:br/>
        <w:t>v 5.389443 16.400560 -0.387988</w:t>
        <w:br/>
        <w:t>v 5.432762 16.492008 -0.496074</w:t>
        <w:br/>
        <w:t>v 5.491511 16.611376 -0.562045</w:t>
        <w:br/>
        <w:t>v 5.072679 17.074717 -0.521298</w:t>
        <w:br/>
        <w:t>v 4.862296 17.275826 -0.491222</w:t>
        <w:br/>
        <w:t>v 5.280893 16.963156 -0.544474</w:t>
        <w:br/>
        <w:t>v 5.567729 16.763493 -0.587405</w:t>
        <w:br/>
        <w:t>v 5.636951 16.903997 -0.593334</w:t>
        <w:br/>
        <w:t>v 5.173613 17.263111 -0.516870</w:t>
        <w:br/>
        <w:t>v 5.004872 17.540045 -0.401755</w:t>
        <w:br/>
        <w:t>v 5.406854 17.224354 -0.515497</w:t>
        <w:br/>
        <w:t>v 5.741721 17.100653 -0.549261</w:t>
        <w:br/>
        <w:t>v 5.274148 17.469492 -0.386638</w:t>
        <w:br/>
        <w:t>v 5.092372 17.735468 -0.196138</w:t>
        <w:br/>
        <w:t>v 5.497869 17.406172 -0.395387</w:t>
        <w:br/>
        <w:t>v 5.826807 17.267178 -0.437350</w:t>
        <w:br/>
        <w:t>v 5.340398 17.623142 -0.182229</w:t>
        <w:br/>
        <w:t>v 5.079093 17.761826 0.027285</w:t>
        <w:br/>
        <w:t>v 5.563543 17.529034 -0.189063</w:t>
        <w:br/>
        <w:t>v 5.890079 17.397408 -0.207018</w:t>
        <w:br/>
        <w:t>v 5.337261 17.652664 0.055352</w:t>
        <w:br/>
        <w:t>v 5.585800 17.557911 0.063969</w:t>
        <w:br/>
        <w:t>v 5.915700 17.428383 0.068278</w:t>
        <w:br/>
        <w:t>v 5.294698 17.606222 0.275243</w:t>
        <w:br/>
        <w:t>v 5.023463 17.709173 0.222446</w:t>
        <w:br/>
        <w:t>v 5.570249 17.508234 0.310654</w:t>
        <w:br/>
        <w:t>v 5.897555 17.366320 0.342441</w:t>
        <w:br/>
        <w:t>v 5.818938 17.166712 0.577829</w:t>
        <w:br/>
        <w:t>v 5.490494 17.325386 0.542944</w:t>
        <w:br/>
        <w:t>v 5.191536 17.443470 0.470935</w:t>
        <w:br/>
        <w:t>v 4.920918 17.555714 0.376850</w:t>
        <w:br/>
        <w:t>v 5.381758 17.093353 0.612068</w:t>
        <w:br/>
        <w:t>v 5.707628 16.905846 0.679297</w:t>
        <w:br/>
        <w:t>v 5.619270 16.736202 0.674369</w:t>
        <w:br/>
        <w:t>v 5.074302 17.235838 0.540978</w:t>
        <w:br/>
        <w:t>v 4.805777 17.359182 0.473464</w:t>
        <w:br/>
        <w:t>v 4.692994 17.161024 0.469143</w:t>
        <w:br/>
        <w:t>v 4.946650 16.991264 0.493026</w:t>
        <w:br/>
        <w:t>v 4.606046 16.987892 0.322622</w:t>
        <w:br/>
        <w:t>v 5.244114 16.810011 0.550563</w:t>
        <w:br/>
        <w:t>v 5.550847 16.595741 0.618777</w:t>
        <w:br/>
        <w:t>v 4.863887 16.811270 0.317959</w:t>
        <w:br/>
        <w:t>v 4.556940 16.860342 0.102177</w:t>
        <w:br/>
        <w:t>v 4.827521 16.707539 0.075467</w:t>
        <w:br/>
        <w:t>v 5.088455 16.518236 0.069757</w:t>
        <w:br/>
        <w:t>v 5.141307 16.609077 0.351147</w:t>
        <w:br/>
        <w:t>v 5.467985 16.455381 0.526189</w:t>
        <w:br/>
        <w:t>v 5.408993 16.359316 0.406537</w:t>
        <w:br/>
        <w:t>v 5.359500 16.289253 0.241135</w:t>
        <w:br/>
        <w:t>v 5.342976 16.262960 0.077816</w:t>
        <w:br/>
        <w:t>v 4.975279 16.499237 0.096905</w:t>
        <w:br/>
        <w:t>v 5.304792 16.220205 0.097654</w:t>
        <w:br/>
        <w:t>v 4.986417 16.498785 -0.087742</w:t>
        <w:br/>
        <w:t>v 5.299838 16.225800 -0.081736</w:t>
        <w:br/>
        <w:t>v 5.342976 16.262960 0.077816</w:t>
        <w:br/>
        <w:t>v 5.299838 16.225800 -0.081736</w:t>
        <w:br/>
        <w:t>v 5.304792 16.220205 0.097654</w:t>
        <w:br/>
        <w:t>v 5.335872 16.272667 -0.076588</w:t>
        <w:br/>
        <w:t>v 5.014223 16.513382 -0.242687</w:t>
        <w:br/>
        <w:t>v 5.347763 16.312977 -0.225514</w:t>
        <w:br/>
        <w:t>v 5.313186 16.272249 -0.253524</w:t>
        <w:br/>
        <w:t>v 5.313186 16.272249 -0.253524</w:t>
        <w:br/>
        <w:t>v 5.075186 16.553705 -0.420697</w:t>
        <w:br/>
        <w:t>v 5.389443 16.400560 -0.387988</w:t>
        <w:br/>
        <w:t>v 5.354899 16.369934 -0.429800</w:t>
        <w:br/>
        <w:t>v 5.354899 16.369934 -0.429800</w:t>
        <w:br/>
        <w:t>v 5.120718 16.587519 -0.481811</w:t>
        <w:br/>
        <w:t>v 5.432762 16.492008 -0.496074</w:t>
        <w:br/>
        <w:t>v 5.402498 16.470266 -0.553673</w:t>
        <w:br/>
        <w:t>v 5.402498 16.470266 -0.553673</w:t>
        <w:br/>
        <w:t>v 5.198658 16.649734 -0.560347</w:t>
        <w:br/>
        <w:t>v 5.491511 16.611376 -0.562045</w:t>
        <w:br/>
        <w:t>v 5.466237 16.604668 -0.628480</w:t>
        <w:br/>
        <w:t>v 5.466237 16.604668 -0.628480</w:t>
        <w:br/>
        <w:t>v 5.256740 16.758453 -0.627724</w:t>
        <w:br/>
        <w:t>v 5.567729 16.763493 -0.587405</w:t>
        <w:br/>
        <w:t>v 5.548388 16.764463 -0.661859</w:t>
        <w:br/>
        <w:t>v 5.548388 16.764463 -0.661859</w:t>
        <w:br/>
        <w:t>v 5.334912 16.912081 -0.667586</w:t>
        <w:br/>
        <w:t>v 5.636951 16.903997 -0.593334</w:t>
        <w:br/>
        <w:t>v 5.630953 16.928511 -0.658294</w:t>
        <w:br/>
        <w:t>v 5.630953 16.928511 -0.658294</w:t>
        <w:br/>
        <w:t>v 5.405475 17.053213 -0.660467</w:t>
        <w:br/>
        <w:t>v 5.741721 17.100653 -0.549261</w:t>
        <w:br/>
        <w:t>v 5.489460 17.228064 -0.621011</w:t>
        <w:br/>
        <w:t>v 5.735590 17.135979 -0.601179</w:t>
        <w:br/>
        <w:t>v 5.735590 17.135979 -0.601179</w:t>
        <w:br/>
        <w:t>v 5.826807 17.267178 -0.437350</w:t>
        <w:br/>
        <w:t>v 5.824352 17.310818 -0.477900</w:t>
        <w:br/>
        <w:t>v 5.824352 17.310818 -0.477900</w:t>
        <w:br/>
        <w:t>v 5.582129 17.454948 -0.482529</w:t>
        <w:br/>
        <w:t>v 5.622195 17.599775 -0.236904</w:t>
        <w:br/>
        <w:t>v 5.898094 17.453434 -0.236444</w:t>
        <w:br/>
        <w:t>v 5.898094 17.453434 -0.236444</w:t>
        <w:br/>
        <w:t>v 5.890079 17.397408 -0.207018</w:t>
        <w:br/>
        <w:t>v 5.647708 17.644867 0.063482</w:t>
        <w:br/>
        <w:t>v 5.918396 17.488049 0.070533</w:t>
        <w:br/>
        <w:t>v 5.918396 17.488049 0.070533</w:t>
        <w:br/>
        <w:t>v 5.915700 17.428383 0.068278</w:t>
        <w:br/>
        <w:t>v 5.896077 17.422537 0.362270</w:t>
        <w:br/>
        <w:t>v 5.896077 17.422537 0.362270</w:t>
        <w:br/>
        <w:t>v 5.625626 17.571114 0.392682</w:t>
        <w:br/>
        <w:t>v 5.897555 17.366320 0.342441</w:t>
        <w:br/>
        <w:t>v 5.812323 17.211971 0.618735</w:t>
        <w:br/>
        <w:t>v 5.550762 17.375515 0.646781</w:t>
        <w:br/>
        <w:t>v 5.818938 17.166712 0.577829</w:t>
        <w:br/>
        <w:t>v 5.425557 17.101049 0.743688</w:t>
        <w:br/>
        <w:t>v 5.690980 16.923120 0.733120</w:t>
        <w:br/>
        <w:t>v 5.690980 16.923120 0.733120</w:t>
        <w:br/>
        <w:t>v 5.707628 16.905846 0.679297</w:t>
        <w:br/>
        <w:t>v 5.351512 16.950632 0.723969</w:t>
        <w:br/>
        <w:t>v 5.602563 16.736338 0.724785</w:t>
        <w:br/>
        <w:t>v 5.602563 16.736338 0.724785</w:t>
        <w:br/>
        <w:t>v 5.619270 16.736202 0.674369</w:t>
        <w:br/>
        <w:t>v 5.550847 16.595741 0.618777</w:t>
        <w:br/>
        <w:t>v 5.502313 16.564365 0.669476</w:t>
        <w:br/>
        <w:t>v 5.502313 16.564365 0.669476</w:t>
        <w:br/>
        <w:t>v 5.251836 16.765358 0.647563</w:t>
        <w:br/>
        <w:t>v 5.467985 16.455381 0.526189</w:t>
        <w:br/>
        <w:t>v 5.127355 16.644489 0.521555</w:t>
        <w:br/>
        <w:t>v 5.429027 16.428114 0.571341</w:t>
        <w:br/>
        <w:t>v 5.429027 16.428114 0.571341</w:t>
        <w:br/>
        <w:t>v 5.366413 16.329475 0.440162</w:t>
        <w:br/>
        <w:t>v 5.366413 16.329475 0.440162</w:t>
        <w:br/>
        <w:t>v 5.408993 16.359316 0.406537</w:t>
        <w:br/>
        <w:t>v 5.046861 16.573431 0.410099</w:t>
        <w:br/>
        <w:t>v 5.321714 16.253881 0.277984</w:t>
        <w:br/>
        <w:t>v 5.321714 16.253881 0.277984</w:t>
        <w:br/>
        <w:t>v 5.359500 16.289253 0.241135</w:t>
        <w:br/>
        <w:t>v 4.993378 16.520739 0.229399</w:t>
        <w:br/>
        <w:t>v 5.304792 16.220205 0.097654</w:t>
        <w:br/>
        <w:t>v 5.304792 16.220205 0.097654</w:t>
        <w:br/>
        <w:t>v 5.342976 16.262960 0.077816</w:t>
        <w:br/>
        <w:t>v 4.975279 16.499237 0.096905</w:t>
        <w:br/>
        <w:t>v -2.131282 18.502827 -0.432336</w:t>
        <w:br/>
        <w:t>v -1.870001 18.564545 -0.360273</w:t>
        <w:br/>
        <w:t>v -1.907914 18.736364 -0.581549</w:t>
        <w:br/>
        <w:t>v -2.122479 18.313744 0.007317</w:t>
        <w:br/>
        <w:t>v -1.883345 18.492462 -0.002843</w:t>
        <w:br/>
        <w:t>v -2.492053 18.168806 -0.257255</w:t>
        <w:br/>
        <w:t>v -2.121947 18.398987 0.329662</w:t>
        <w:br/>
        <w:t>v -1.883952 18.508480 0.289573</w:t>
        <w:br/>
        <w:t>v -2.528863 18.088951 0.004281</w:t>
        <w:br/>
        <w:t>v -2.143005 18.458292 0.535398</w:t>
        <w:br/>
        <w:t>v -1.882908 18.536821 0.360328</w:t>
        <w:br/>
        <w:t>v -2.560112 18.161530 0.339223</w:t>
        <w:br/>
        <w:t>v -2.176754 18.570042 0.567198</w:t>
        <w:br/>
        <w:t>v -1.919154 18.674610 0.622573</w:t>
        <w:br/>
        <w:t>v -1.925218 18.844757 0.725306</w:t>
        <w:br/>
        <w:t>v -2.228726 18.746441 0.718852</w:t>
        <w:br/>
        <w:t>v -2.432039 18.681461 0.715755</w:t>
        <w:br/>
        <w:t>v -2.768289 18.574526 0.742868</w:t>
        <w:br/>
        <w:t>v -2.435373 18.463238 0.664084</w:t>
        <w:br/>
        <w:t>v -2.647712 18.327190 0.594980</w:t>
        <w:br/>
        <w:t>v -2.700105 18.437181 0.697208</w:t>
        <w:br/>
        <w:t>v -2.983766 18.432682 0.723550</w:t>
        <w:br/>
        <w:t>v -3.338603 18.397278 0.740437</w:t>
        <w:br/>
        <w:t>v -3.283804 18.293671 0.717980</w:t>
        <w:br/>
        <w:t>v -3.058011 17.860962 0.351606</w:t>
        <w:br/>
        <w:t>v -3.811317 18.045689 0.753048</w:t>
        <w:br/>
        <w:t>v -3.920561 18.217842 0.723040</w:t>
        <w:br/>
        <w:t>v -3.150599 18.041229 0.635887</w:t>
        <w:br/>
        <w:t>v -3.719615 17.888306 0.725383</w:t>
        <w:br/>
        <w:t>v -3.633491 17.764931 0.656358</w:t>
        <w:br/>
        <w:t>v -3.516281 17.576233 0.362977</w:t>
        <w:br/>
        <w:t>v -3.019859 17.781822 0.004973</w:t>
        <w:br/>
        <w:t>v -3.468729 17.500767 0.018452</w:t>
        <w:br/>
        <w:t>v -3.034978 17.808990 -0.280026</w:t>
        <w:br/>
        <w:t>v -2.548076 18.254734 -0.420912</w:t>
        <w:br/>
        <w:t>v -3.065281 17.858181 -0.425930</w:t>
        <w:br/>
        <w:t>v -3.471719 17.552898 -0.308448</w:t>
        <w:br/>
        <w:t>v -3.531558 17.600475 -0.474820</w:t>
        <w:br/>
        <w:t>v -3.858841 17.235600 0.032475</w:t>
        <w:br/>
        <w:t>v -3.896686 17.292000 -0.322403</w:t>
        <w:br/>
        <w:t>v -3.910955 17.314243 0.372650</w:t>
        <w:br/>
        <w:t>v -4.082673 17.077837 0.040360</w:t>
        <w:br/>
        <w:t>v -3.942613 17.369019 -0.491823</w:t>
        <w:br/>
        <w:t>v -3.983069 17.443020 -0.579164</w:t>
        <w:br/>
        <w:t>v -4.101053 17.148718 -0.313719</w:t>
        <w:br/>
        <w:t>v -4.149468 17.237965 -0.528553</w:t>
        <w:br/>
        <w:t>v -4.207322 17.318026 -0.633714</w:t>
        <w:br/>
        <w:t>v -4.308472 16.983273 -0.304688</w:t>
        <w:br/>
        <w:t>v -4.385525 17.114325 -0.531390</w:t>
        <w:br/>
        <w:t>v -4.478379 17.216305 -0.651532</w:t>
        <w:br/>
        <w:t>v -4.695347 16.977459 -0.624670</w:t>
        <w:br/>
        <w:t>v -4.858610 17.165554 -0.722004</w:t>
        <w:br/>
        <w:t>v -4.646079 16.913240 -0.543519</w:t>
        <w:br/>
        <w:t>v -4.579751 16.826797 -0.434386</w:t>
        <w:br/>
        <w:t>v -4.519037 16.745962 -0.165660</w:t>
        <w:br/>
        <w:t>v -4.293067 16.910307 0.054239</w:t>
        <w:br/>
        <w:t>v -4.526045 16.712061 0.066990</w:t>
        <w:br/>
        <w:t>v -4.542172 16.738165 0.232684</w:t>
        <w:br/>
        <w:t>v -4.135899 17.167894 0.390837</w:t>
        <w:br/>
        <w:t>v -4.362191 17.013323 0.415183</w:t>
        <w:br/>
        <w:t>v -4.603477 16.845015 0.421093</w:t>
        <w:br/>
        <w:t>v -4.041961 17.519855 0.667515</w:t>
        <w:br/>
        <w:t>v -4.267636 17.369249 0.683392</w:t>
        <w:br/>
        <w:t>v -4.444493 17.142424 0.597034</w:t>
        <w:br/>
        <w:t>v -4.652088 16.929880 0.562848</w:t>
        <w:br/>
        <w:t>v -4.184875 17.721840 0.777437</w:t>
        <w:br/>
        <w:t>v -4.499912 17.229753 0.703924</w:t>
        <w:br/>
        <w:t>v -4.736563 17.078793 0.725295</w:t>
        <w:br/>
        <w:t>v -4.370908 17.529255 0.768350</w:t>
        <w:br/>
        <w:t>v -4.571246 17.344210 0.762775</w:t>
        <w:br/>
        <w:t>v -4.881031 17.336773 0.811552</w:t>
        <w:br/>
        <w:t>v -4.676453 17.514174 0.805261</w:t>
        <w:br/>
        <w:t>v -4.911729 17.391798 0.817856</w:t>
        <w:br/>
        <w:t>v -4.452469 17.656366 0.785358</w:t>
        <w:br/>
        <w:t>v -4.231653 17.799515 0.776372</w:t>
        <w:br/>
        <w:t>v -4.377043 18.017639 0.706634</w:t>
        <w:br/>
        <w:t>v -4.420813 18.083694 0.639092</w:t>
        <w:br/>
        <w:t>v -4.612730 17.907866 0.702312</w:t>
        <w:br/>
        <w:t>v -4.675944 18.008274 0.588620</w:t>
        <w:br/>
        <w:t>v -4.846272 17.793039 0.699835</w:t>
        <w:br/>
        <w:t>v -4.938508 17.938059 0.532783</w:t>
        <w:br/>
        <w:t>v -5.063942 17.667042 0.709450</w:t>
        <w:br/>
        <w:t>v -5.174901 17.870691 0.456306</w:t>
        <w:br/>
        <w:t>v -4.975177 16.497770 0.096905</w:t>
        <w:br/>
        <w:t>v -4.986315 16.497318 -0.087741</w:t>
        <w:br/>
        <w:t>v -5.304690 16.218740 0.097654</w:t>
        <w:br/>
        <w:t>v -5.299736 16.224335 -0.081736</w:t>
        <w:br/>
        <w:t>v -5.304690 16.218740 0.097654</w:t>
        <w:br/>
        <w:t>v -5.299736 16.224335 -0.081736</w:t>
        <w:br/>
        <w:t>v -5.342873 16.261497 0.077817</w:t>
        <w:br/>
        <w:t>v -5.335770 16.271200 -0.076588</w:t>
        <w:br/>
        <w:t>v -5.014120 16.511919 -0.242687</w:t>
        <w:br/>
        <w:t>v -5.347661 16.311512 -0.225513</w:t>
        <w:br/>
        <w:t>v -5.313083 16.270784 -0.253524</w:t>
        <w:br/>
        <w:t>v -5.313083 16.270784 -0.253524</w:t>
        <w:br/>
        <w:t>v -5.075083 16.552238 -0.420696</w:t>
        <w:br/>
        <w:t>v -5.389341 16.399092 -0.387988</w:t>
        <w:br/>
        <w:t>v -5.354797 16.368471 -0.429800</w:t>
        <w:br/>
        <w:t>v -5.354797 16.368471 -0.429800</w:t>
        <w:br/>
        <w:t>v -5.120615 16.586052 -0.481811</w:t>
        <w:br/>
        <w:t>v -5.432661 16.490547 -0.496073</w:t>
        <w:br/>
        <w:t>v -5.402396 16.468801 -0.553673</w:t>
        <w:br/>
        <w:t>v -5.402396 16.468801 -0.553673</w:t>
        <w:br/>
        <w:t>v -5.198555 16.648270 -0.560347</w:t>
        <w:br/>
        <w:t>v -5.491409 16.609911 -0.562045</w:t>
        <w:br/>
        <w:t>v -5.466134 16.603201 -0.628480</w:t>
        <w:br/>
        <w:t>v -5.466134 16.603201 -0.628480</w:t>
        <w:br/>
        <w:t>v -5.256637 16.756990 -0.627724</w:t>
        <w:br/>
        <w:t>v -5.567626 16.762030 -0.587405</w:t>
        <w:br/>
        <w:t>v -5.548286 16.762999 -0.661858</w:t>
        <w:br/>
        <w:t>v -5.548286 16.762999 -0.661858</w:t>
        <w:br/>
        <w:t>v -5.334810 16.910616 -0.667586</w:t>
        <w:br/>
        <w:t>v -5.636848 16.902531 -0.593334</w:t>
        <w:br/>
        <w:t>v -5.630850 16.927048 -0.658294</w:t>
        <w:br/>
        <w:t>v -5.630850 16.927048 -0.658294</w:t>
        <w:br/>
        <w:t>v -5.405372 17.051750 -0.660466</w:t>
        <w:br/>
        <w:t>v -5.741618 17.099184 -0.549261</w:t>
        <w:br/>
        <w:t>v -5.489357 17.226597 -0.621010</w:t>
        <w:br/>
        <w:t>v -5.735487 17.134516 -0.601178</w:t>
        <w:br/>
        <w:t>v -5.735487 17.134516 -0.601178</w:t>
        <w:br/>
        <w:t>v -5.826704 17.265711 -0.437350</w:t>
        <w:br/>
        <w:t>v -5.824250 17.309351 -0.477900</w:t>
        <w:br/>
        <w:t>v -5.824250 17.309351 -0.477900</w:t>
        <w:br/>
        <w:t>v -5.582027 17.453480 -0.482529</w:t>
        <w:br/>
        <w:t>v -5.622093 17.598312 -0.236903</w:t>
        <w:br/>
        <w:t>v -5.897991 17.451971 -0.236444</w:t>
        <w:br/>
        <w:t>v -5.897991 17.451971 -0.236444</w:t>
        <w:br/>
        <w:t>v -5.889977 17.395945 -0.207018</w:t>
        <w:br/>
        <w:t>v -5.647605 17.643400 0.063483</w:t>
        <w:br/>
        <w:t>v -5.918294 17.486588 0.070534</w:t>
        <w:br/>
        <w:t>v -5.918294 17.486588 0.070534</w:t>
        <w:br/>
        <w:t>v -5.915598 17.426922 0.068279</w:t>
        <w:br/>
        <w:t>v -5.895974 17.421074 0.362270</w:t>
        <w:br/>
        <w:t>v -5.895974 17.421074 0.362270</w:t>
        <w:br/>
        <w:t>v -5.625523 17.569645 0.392683</w:t>
        <w:br/>
        <w:t>v -5.897453 17.364855 0.342441</w:t>
        <w:br/>
        <w:t>v -5.812220 17.210508 0.618736</w:t>
        <w:br/>
        <w:t>v -5.550660 17.374048 0.646781</w:t>
        <w:br/>
        <w:t>v -5.818835 17.165245 0.577829</w:t>
        <w:br/>
        <w:t>v -5.425455 17.099585 0.743689</w:t>
        <w:br/>
        <w:t>v -5.690878 16.921658 0.733121</w:t>
        <w:br/>
        <w:t>v -5.690878 16.921658 0.733121</w:t>
        <w:br/>
        <w:t>v -5.707527 16.904379 0.679297</w:t>
        <w:br/>
        <w:t>v -5.351410 16.949167 0.723969</w:t>
        <w:br/>
        <w:t>v -5.602461 16.734873 0.724785</w:t>
        <w:br/>
        <w:t>v -5.602461 16.734873 0.724785</w:t>
        <w:br/>
        <w:t>v -5.619167 16.734737 0.674369</w:t>
        <w:br/>
        <w:t>v -5.550745 16.594276 0.618778</w:t>
        <w:br/>
        <w:t>v -5.502211 16.562899 0.669476</w:t>
        <w:br/>
        <w:t>v -5.502211 16.562899 0.669476</w:t>
        <w:br/>
        <w:t>v -5.251734 16.763893 0.647564</w:t>
        <w:br/>
        <w:t>v -5.467883 16.453918 0.526189</w:t>
        <w:br/>
        <w:t>v -5.127252 16.643024 0.521556</w:t>
        <w:br/>
        <w:t>v -5.428924 16.426649 0.571342</w:t>
        <w:br/>
        <w:t>v -5.428924 16.426649 0.571342</w:t>
        <w:br/>
        <w:t>v -5.366311 16.328012 0.440162</w:t>
        <w:br/>
        <w:t>v -5.366311 16.328012 0.440162</w:t>
        <w:br/>
        <w:t>v -5.408890 16.357851 0.406537</w:t>
        <w:br/>
        <w:t>v -5.046759 16.571970 0.410099</w:t>
        <w:br/>
        <w:t>v -5.321613 16.252419 0.277984</w:t>
        <w:br/>
        <w:t>v -5.321613 16.252419 0.277984</w:t>
        <w:br/>
        <w:t>v -5.359397 16.287788 0.241135</w:t>
        <w:br/>
        <w:t>v -4.993276 16.519272 0.229400</w:t>
        <w:br/>
        <w:t>v -5.304690 16.218740 0.097654</w:t>
        <w:br/>
        <w:t>v -5.304690 16.218740 0.097654</w:t>
        <w:br/>
        <w:t>v -5.342873 16.261497 0.077817</w:t>
        <w:br/>
        <w:t>v -4.975177 16.497770 0.096905</w:t>
        <w:br/>
        <w:t>v -0.280638 16.231974 1.933640</w:t>
        <w:br/>
        <w:t>v -0.315398 16.231794 1.929456</w:t>
        <w:br/>
        <w:t>v -0.279755 16.259523 1.934082</w:t>
        <w:br/>
        <w:t>v -0.268311 16.306488 1.934407</w:t>
        <w:br/>
        <w:t>v -0.277826 16.375401 1.931795</w:t>
        <w:br/>
        <w:t>v -0.266604 16.365530 1.931548</w:t>
        <w:br/>
        <w:t>v -0.315720 16.259457 1.929585</w:t>
        <w:br/>
        <w:t>v -0.311423 16.380747 1.925245</w:t>
        <w:br/>
        <w:t>v -0.339262 16.232023 1.924101</w:t>
        <w:br/>
        <w:t>v -0.339571 16.259684 1.924232</w:t>
        <w:br/>
        <w:t>v -0.339422 16.381014 1.918955</w:t>
        <w:br/>
        <w:t>v -0.372685 16.376276 1.910508</w:t>
        <w:br/>
        <w:t>v -0.383651 16.307587 1.908520</w:t>
        <w:br/>
        <w:t>v -0.382906 16.366632 1.905452</w:t>
        <w:br/>
        <w:t>v -0.374013 16.260427 1.912938</w:t>
        <w:br/>
        <w:t>v -0.372465 16.232824 1.913042</w:t>
        <w:br/>
        <w:t>v 0.544766 20.075844 -0.673950</w:t>
        <w:br/>
        <w:t>v 0.371002 20.211517 -0.618029</w:t>
        <w:br/>
        <w:t>v 0.375540 20.049288 -0.722592</w:t>
        <w:br/>
        <w:t>v 0.693799 20.122931 -0.620446</w:t>
        <w:br/>
        <w:t>v 0.612254 20.285751 -0.443729</w:t>
        <w:br/>
        <w:t>v 0.834351 20.164957 -0.473619</w:t>
        <w:br/>
        <w:t>v 0.775818 20.319418 -0.215589</w:t>
        <w:br/>
        <w:t>v 0.911758 20.243185 -0.247882</w:t>
        <w:br/>
        <w:t>v 0.848711 20.302998 0.037528</w:t>
        <w:br/>
        <w:t>v 0.553786 20.446756 -0.387809</w:t>
        <w:br/>
        <w:t>v 0.756299 20.355993 0.058009</w:t>
        <w:br/>
        <w:t>v 0.717740 20.266235 0.359887</w:t>
        <w:br/>
        <w:t>v 0.690657 20.411760 -0.191235</w:t>
        <w:br/>
        <w:t>v 0.284892 20.447742 -0.571789</w:t>
        <w:br/>
        <w:t>v -0.000000 20.223875 -0.632895</w:t>
        <w:br/>
        <w:t>v 0.649045 20.558908 -0.160098</w:t>
        <w:br/>
        <w:t>v 0.711438 20.482290 0.096048</w:t>
        <w:br/>
        <w:t>v 0.678753 20.414158 0.343174</w:t>
        <w:br/>
        <w:t>v 0.603547 20.354052 0.543724</w:t>
        <w:br/>
        <w:t>v 0.610357 20.103148 0.601620</w:t>
        <w:br/>
        <w:t>v 0.658311 20.701733 0.353934</w:t>
        <w:br/>
        <w:t>v 0.578972 20.089491 0.588715</w:t>
        <w:br/>
        <w:t>v 0.482012 20.033648 0.693450</w:t>
        <w:br/>
        <w:t>v 0.610357 20.103148 0.601620</w:t>
        <w:br/>
        <w:t>v 0.579479 20.655975 0.534016</w:t>
        <w:br/>
        <w:t>v 0.497383 20.039391 0.738252</w:t>
        <w:br/>
        <w:t>v 0.326999 19.957943 0.848669</w:t>
        <w:br/>
        <w:t>v 0.493265 20.303400 0.731811</w:t>
        <w:br/>
        <w:t>v 0.497383 20.039391 0.738252</w:t>
        <w:br/>
        <w:t>v 0.484870 20.609032 0.729342</w:t>
        <w:br/>
        <w:t>v 0.579479 20.655975 0.534016</w:t>
        <w:br/>
        <w:t>v 0.484870 20.609032 0.729342</w:t>
        <w:br/>
        <w:t>v 0.523584 20.669239 0.531612</w:t>
        <w:br/>
        <w:t>v 0.600285 20.715336 0.356481</w:t>
        <w:br/>
        <w:t>v 0.658311 20.701733 0.353934</w:t>
        <w:br/>
        <w:t>v 0.441321 20.628487 0.705221</w:t>
        <w:br/>
        <w:t>v 0.651631 20.781654 0.133150</w:t>
        <w:br/>
        <w:t>v 0.361853 20.557034 0.918248</w:t>
        <w:br/>
        <w:t>v 0.361853 20.557034 0.918248</w:t>
        <w:br/>
        <w:t>v 0.316408 20.575272 0.895129</w:t>
        <w:br/>
        <w:t>v 0.706889 20.764908 0.128601</w:t>
        <w:br/>
        <w:t>v 0.706889 20.764908 0.128601</w:t>
        <w:br/>
        <w:t>v 0.615594 20.864464 -0.102034</w:t>
        <w:br/>
        <w:t>v 0.664159 20.853329 -0.127284</w:t>
        <w:br/>
        <w:t>v 0.664159 20.853329 -0.127284</w:t>
        <w:br/>
        <w:t>v 0.501972 20.943909 -0.345183</w:t>
        <w:br/>
        <w:t>v 0.456254 20.949131 -0.304767</w:t>
        <w:br/>
        <w:t>v 0.502687 20.613567 -0.377269</w:t>
        <w:br/>
        <w:t>v 0.501972 20.943909 -0.345183</w:t>
        <w:br/>
        <w:t>v 0.249856 21.012897 -0.488227</w:t>
        <w:br/>
        <w:t>v 0.229790 21.020596 -0.442275</w:t>
        <w:br/>
        <w:t>v 0.262007 20.659740 -0.532321</w:t>
        <w:br/>
        <w:t>v 0.249856 21.012897 -0.488227</w:t>
        <w:br/>
        <w:t>v 0.000000 20.448065 -0.611790</w:t>
        <w:br/>
        <w:t>v 0.000000 20.677155 -0.587943</w:t>
        <w:br/>
        <w:t>v 0.000000 21.037590 -0.536857</w:t>
        <w:br/>
        <w:t>v 0.000000 21.037590 -0.536857</w:t>
        <w:br/>
        <w:t>v 0.000000 21.044792 -0.484238</w:t>
        <w:br/>
        <w:t>v -0.229790 21.020596 -0.442275</w:t>
        <w:br/>
        <w:t>v -0.249856 21.012897 -0.488227</w:t>
        <w:br/>
        <w:t>v -0.249856 21.012897 -0.488227</w:t>
        <w:br/>
        <w:t>v -0.456254 20.949131 -0.304767</w:t>
        <w:br/>
        <w:t>v -0.262007 20.659740 -0.532321</w:t>
        <w:br/>
        <w:t>v -0.501972 20.943909 -0.345183</w:t>
        <w:br/>
        <w:t>v -0.501972 20.943909 -0.345183</w:t>
        <w:br/>
        <w:t>v -0.615594 20.864464 -0.102034</w:t>
        <w:br/>
        <w:t>v -0.284892 20.447742 -0.571789</w:t>
        <w:br/>
        <w:t>v -0.502687 20.613567 -0.377269</w:t>
        <w:br/>
        <w:t>v -0.371002 20.211517 -0.618029</w:t>
        <w:br/>
        <w:t>v -0.664159 20.853329 -0.127284</w:t>
        <w:br/>
        <w:t>v -0.664159 20.853329 -0.127284</w:t>
        <w:br/>
        <w:t>v -0.544766 20.075844 -0.673950</w:t>
        <w:br/>
        <w:t>v -0.375540 20.049288 -0.722592</w:t>
        <w:br/>
        <w:t>v -0.693799 20.122931 -0.620445</w:t>
        <w:br/>
        <w:t>v -0.706889 20.764908 0.128601</w:t>
        <w:br/>
        <w:t>v -0.651631 20.781651 0.133150</w:t>
        <w:br/>
        <w:t>v -0.612254 20.285751 -0.443729</w:t>
        <w:br/>
        <w:t>v -0.834351 20.164957 -0.473619</w:t>
        <w:br/>
        <w:t>v -0.553786 20.446756 -0.387809</w:t>
        <w:br/>
        <w:t>v -0.775818 20.319418 -0.215589</w:t>
        <w:br/>
        <w:t>v -0.911758 20.243185 -0.247882</w:t>
        <w:br/>
        <w:t>v -0.848711 20.302998 0.037528</w:t>
        <w:br/>
        <w:t>v -0.649045 20.558908 -0.160098</w:t>
        <w:br/>
        <w:t>v -0.706889 20.764908 0.128601</w:t>
        <w:br/>
        <w:t>v -0.690657 20.411760 -0.191235</w:t>
        <w:br/>
        <w:t>v -0.756299 20.355993 0.058009</w:t>
        <w:br/>
        <w:t>v -0.717740 20.266233 0.359887</w:t>
        <w:br/>
        <w:t>v -0.711437 20.482286 0.096048</w:t>
        <w:br/>
        <w:t>v -0.678753 20.414158 0.343174</w:t>
        <w:br/>
        <w:t>v -0.658311 20.701733 0.353934</w:t>
        <w:br/>
        <w:t>v -0.658311 20.701733 0.353934</w:t>
        <w:br/>
        <w:t>v -0.600285 20.715336 0.356481</w:t>
        <w:br/>
        <w:t>v -0.579479 20.655975 0.534016</w:t>
        <w:br/>
        <w:t>v -0.579479 20.655975 0.534016</w:t>
        <w:br/>
        <w:t>v -0.523584 20.669239 0.531612</w:t>
        <w:br/>
        <w:t>v -0.603547 20.354052 0.543724</w:t>
        <w:br/>
        <w:t>v -0.610357 20.103148 0.601620</w:t>
        <w:br/>
        <w:t>v -0.484870 20.609032 0.729341</w:t>
        <w:br/>
        <w:t>v -0.484870 20.609032 0.729341</w:t>
        <w:br/>
        <w:t>v -0.441322 20.628487 0.705221</w:t>
        <w:br/>
        <w:t>v -0.493265 20.303400 0.731811</w:t>
        <w:br/>
        <w:t>v -0.361853 20.557037 0.918247</w:t>
        <w:br/>
        <w:t>v -0.361853 20.557037 0.918247</w:t>
        <w:br/>
        <w:t>v -0.311091 20.575268 0.901951</w:t>
        <w:br/>
        <w:t>v -0.311091 20.575268 0.901951</w:t>
        <w:br/>
        <w:t>v -0.317589 20.251871 0.877883</w:t>
        <w:br/>
        <w:t>v -0.361853 20.557037 0.918247</w:t>
        <w:br/>
        <w:t>v -0.361177 20.255667 0.891515</w:t>
        <w:br/>
        <w:t>v -0.361177 20.255667 0.891515</w:t>
        <w:br/>
        <w:t>v -0.497383 20.039392 0.738253</w:t>
        <w:br/>
        <w:t>v -0.610357 20.103148 0.601620</w:t>
        <w:br/>
        <w:t>v -0.482012 20.033649 0.693449</w:t>
        <w:br/>
        <w:t>v -0.578972 20.089489 0.588715</w:t>
        <w:br/>
        <w:t>v -0.497383 20.039392 0.738253</w:t>
        <w:br/>
        <w:t>v -0.326998 19.957943 0.848669</w:t>
        <w:br/>
        <w:t>v -0.364920 19.965996 0.868046</w:t>
        <w:br/>
        <w:t>v -0.326998 19.957943 0.848669</w:t>
        <w:br/>
        <w:t>v -0.364920 19.965996 0.868046</w:t>
        <w:br/>
        <w:t>v -0.364920 19.965996 0.868046</w:t>
        <w:br/>
        <w:t>v -0.207527 19.583483 1.220788</w:t>
        <w:br/>
        <w:t>v -0.182793 19.616859 1.190161</w:t>
        <w:br/>
        <w:t>v -0.275180 19.656206 1.143674</w:t>
        <w:br/>
        <w:t>v -0.306345 19.615240 1.183654</w:t>
        <w:br/>
        <w:t>v -0.379300 19.701235 1.126135</w:t>
        <w:br/>
        <w:t>v -0.404034 19.667864 1.156764</w:t>
        <w:br/>
        <w:t>v -0.404034 19.667864 1.156764</w:t>
        <w:br/>
        <w:t>v -0.414867 19.680754 1.205551</w:t>
        <w:br/>
        <w:t>v -0.320389 19.631954 1.246902</w:t>
        <w:br/>
        <w:t>v -0.218360 19.596382 1.269576</w:t>
        <w:br/>
        <w:t>v -0.218360 19.596382 1.269576</w:t>
        <w:br/>
        <w:t>v -0.320389 19.631954 1.246902</w:t>
        <w:br/>
        <w:t>v -0.204459 19.642647 1.287735</w:t>
        <w:br/>
        <w:t>v -0.305073 19.685038 1.269624</w:t>
        <w:br/>
        <w:t>v -0.400967 19.727020 1.223709</w:t>
        <w:br/>
        <w:t>v -0.400967 19.727020 1.223709</w:t>
        <w:br/>
        <w:t>v -0.376233 19.760401 1.193081</w:t>
        <w:br/>
        <w:t>v -0.305073 19.685038 1.269624</w:t>
        <w:br/>
        <w:t>v -0.273908 19.726011 1.229645</w:t>
        <w:br/>
        <w:t>v -0.204459 19.642647 1.287735</w:t>
        <w:br/>
        <w:t>v -0.179725 19.676025 1.257107</w:t>
        <w:br/>
        <w:t>v -0.179725 19.676025 1.257107</w:t>
        <w:br/>
        <w:t>v -0.168891 19.663132 1.208320</w:t>
        <w:br/>
        <w:t>v -0.259864 19.709303 1.166397</w:t>
        <w:br/>
        <w:t>v -0.365399 19.747507 1.144295</w:t>
        <w:br/>
        <w:t>v -0.365399 19.747507 1.144295</w:t>
        <w:br/>
        <w:t>v -0.379300 19.701235 1.126135</w:t>
        <w:br/>
        <w:t>v -0.259864 19.709303 1.166397</w:t>
        <w:br/>
        <w:t>v -0.275180 19.656206 1.143674</w:t>
        <w:br/>
        <w:t>v -0.182793 19.616859 1.190161</w:t>
        <w:br/>
        <w:t>v -0.641615 19.445415 1.288749</w:t>
        <w:br/>
        <w:t>v -0.587914 19.452425 1.273540</w:t>
        <w:br/>
        <w:t>v -0.622955 19.543770 1.173718</w:t>
        <w:br/>
        <w:t>v -0.682290 19.537384 1.192092</w:t>
        <w:br/>
        <w:t>v -0.664349 19.653643 1.094376</w:t>
        <w:br/>
        <w:t>v -0.717995 19.646639 1.109585</w:t>
        <w:br/>
        <w:t>v -0.717995 19.646639 1.109585</w:t>
        <w:br/>
        <w:t>v -0.739500 19.676777 1.152642</w:t>
        <w:br/>
        <w:t>v -0.708986 19.574926 1.245717</w:t>
        <w:br/>
        <w:t>v -0.663024 19.475567 1.331808</w:t>
        <w:br/>
        <w:t>v -0.631007 19.512690 1.359652</w:t>
        <w:br/>
        <w:t>v -0.671678 19.620371 1.280583</w:t>
        <w:br/>
        <w:t>v -0.707504 19.713898 1.180486</w:t>
        <w:br/>
        <w:t>v -0.707504 19.713898 1.180486</w:t>
        <w:br/>
        <w:t>v -0.653344 19.720976 1.165287</w:t>
        <w:br/>
        <w:t>v -0.671678 19.620371 1.280583</w:t>
        <w:br/>
        <w:t>v -0.611743 19.626839 1.262218</w:t>
        <w:br/>
        <w:t>v -0.631007 19.512690 1.359652</w:t>
        <w:br/>
        <w:t>v -0.576883 19.519762 1.344451</w:t>
        <w:br/>
        <w:t>v -0.576883 19.519762 1.344451</w:t>
        <w:br/>
        <w:t>v -0.555263 19.489639 1.301395</w:t>
        <w:br/>
        <w:t>v -0.584819 19.589329 1.208598</w:t>
        <w:br/>
        <w:t>v -0.631725 19.690857 1.122232</w:t>
        <w:br/>
        <w:t>v -0.631725 19.690857 1.122232</w:t>
        <w:br/>
        <w:t>v -0.664349 19.653643 1.094376</w:t>
        <w:br/>
        <w:t>v -0.584819 19.589329 1.208598</w:t>
        <w:br/>
        <w:t>v -0.622955 19.543770 1.173718</w:t>
        <w:br/>
        <w:t>v -0.587914 19.452425 1.273540</w:t>
        <w:br/>
        <w:t>v 0.207527 19.583483 1.220788</w:t>
        <w:br/>
        <w:t>v 0.275180 19.656206 1.143674</w:t>
        <w:br/>
        <w:t>v 0.182793 19.616859 1.190161</w:t>
        <w:br/>
        <w:t>v 0.306345 19.615240 1.183654</w:t>
        <w:br/>
        <w:t>v 0.379300 19.701235 1.126135</w:t>
        <w:br/>
        <w:t>v 0.404034 19.667864 1.156764</w:t>
        <w:br/>
        <w:t>v 0.404034 19.667864 1.156764</w:t>
        <w:br/>
        <w:t>v 0.414867 19.680754 1.205551</w:t>
        <w:br/>
        <w:t>v 0.320389 19.631954 1.246902</w:t>
        <w:br/>
        <w:t>v 0.218360 19.596382 1.269576</w:t>
        <w:br/>
        <w:t>v 0.204459 19.642647 1.287735</w:t>
        <w:br/>
        <w:t>v 0.320389 19.631954 1.246902</w:t>
        <w:br/>
        <w:t>v 0.218360 19.596382 1.269576</w:t>
        <w:br/>
        <w:t>v 0.305073 19.685038 1.269624</w:t>
        <w:br/>
        <w:t>v 0.400967 19.727020 1.223709</w:t>
        <w:br/>
        <w:t>v 0.400967 19.727020 1.223709</w:t>
        <w:br/>
        <w:t>v 0.305073 19.685038 1.269624</w:t>
        <w:br/>
        <w:t>v 0.376233 19.760401 1.193081</w:t>
        <w:br/>
        <w:t>v 0.204459 19.642647 1.287735</w:t>
        <w:br/>
        <w:t>v 0.273908 19.726011 1.229645</w:t>
        <w:br/>
        <w:t>v 0.179725 19.676025 1.257107</w:t>
        <w:br/>
        <w:t>v 0.168891 19.663132 1.208320</w:t>
        <w:br/>
        <w:t>v 0.179725 19.676025 1.257107</w:t>
        <w:br/>
        <w:t>v 0.259864 19.709303 1.166397</w:t>
        <w:br/>
        <w:t>v 0.365399 19.747507 1.144295</w:t>
        <w:br/>
        <w:t>v 0.365399 19.747507 1.144295</w:t>
        <w:br/>
        <w:t>v 0.259864 19.709303 1.166397</w:t>
        <w:br/>
        <w:t>v 0.379300 19.701235 1.126135</w:t>
        <w:br/>
        <w:t>v 0.275180 19.656206 1.143674</w:t>
        <w:br/>
        <w:t>v 0.182793 19.616859 1.190161</w:t>
        <w:br/>
        <w:t>v 0.587914 19.452425 1.273540</w:t>
        <w:br/>
        <w:t>v 0.641615 19.445415 1.288749</w:t>
        <w:br/>
        <w:t>v 0.622955 19.543770 1.173718</w:t>
        <w:br/>
        <w:t>v 0.682290 19.537384 1.192092</w:t>
        <w:br/>
        <w:t>v 0.664349 19.653643 1.094376</w:t>
        <w:br/>
        <w:t>v 0.717996 19.646639 1.109585</w:t>
        <w:br/>
        <w:t>v 0.717996 19.646639 1.109585</w:t>
        <w:br/>
        <w:t>v 0.739501 19.676777 1.152642</w:t>
        <w:br/>
        <w:t>v 0.708986 19.574926 1.245717</w:t>
        <w:br/>
        <w:t>v 0.663024 19.475567 1.331808</w:t>
        <w:br/>
        <w:t>v 0.631007 19.512690 1.359652</w:t>
        <w:br/>
        <w:t>v 0.671678 19.620371 1.280583</w:t>
        <w:br/>
        <w:t>v 0.707504 19.713898 1.180486</w:t>
        <w:br/>
        <w:t>v 0.707504 19.713898 1.180486</w:t>
        <w:br/>
        <w:t>v 0.671678 19.620371 1.280583</w:t>
        <w:br/>
        <w:t>v 0.653344 19.720976 1.165287</w:t>
        <w:br/>
        <w:t>v 0.631007 19.512690 1.359652</w:t>
        <w:br/>
        <w:t>v 0.611743 19.626839 1.262218</w:t>
        <w:br/>
        <w:t>v 0.576883 19.519762 1.344451</w:t>
        <w:br/>
        <w:t>v 0.555263 19.489639 1.301395</w:t>
        <w:br/>
        <w:t>v 0.576883 19.519762 1.344451</w:t>
        <w:br/>
        <w:t>v 0.584819 19.589329 1.208598</w:t>
        <w:br/>
        <w:t>v 0.631725 19.690857 1.122232</w:t>
        <w:br/>
        <w:t>v 0.631725 19.690857 1.122232</w:t>
        <w:br/>
        <w:t>v 0.584819 19.589329 1.208598</w:t>
        <w:br/>
        <w:t>v 0.664349 19.653643 1.094376</w:t>
        <w:br/>
        <w:t>v 0.622955 19.543770 1.173718</w:t>
        <w:br/>
        <w:t>v 0.587914 19.452425 1.273540</w:t>
        <w:br/>
        <w:t>v -0.098032 16.589184 -0.488569</w:t>
        <w:br/>
        <w:t>v -0.098618 16.581644 -0.471473</w:t>
        <w:br/>
        <w:t>v 0.053578 16.585306 -0.472876</w:t>
        <w:br/>
        <w:t>v 0.058501 16.593094 -0.488731</w:t>
        <w:br/>
        <w:t>v -0.098446 16.628819 -0.497226</w:t>
        <w:br/>
        <w:t>v 0.098654 16.593744 -0.472867</w:t>
        <w:br/>
        <w:t>v 0.104582 16.585943 -0.457299</w:t>
        <w:br/>
        <w:t>v 0.104582 16.585943 -0.457299</w:t>
        <w:br/>
        <w:t>v 0.105189 16.650480 -0.466898</w:t>
        <w:br/>
        <w:t>v 0.098654 16.593744 -0.472867</w:t>
        <w:br/>
        <w:t>v 0.058962 16.637886 -0.497912</w:t>
        <w:br/>
        <w:t>v 0.099261 16.640512 -0.482466</w:t>
        <w:br/>
        <w:t>v 0.105189 16.650480 -0.466898</w:t>
        <w:br/>
        <w:t>v 0.054039 16.647869 -0.482057</w:t>
        <w:br/>
        <w:t>v 0.099261 16.640512 -0.482466</w:t>
        <w:br/>
        <w:t>v 0.058962 16.637886 -0.497912</w:t>
        <w:br/>
        <w:t>v -0.098446 16.628819 -0.497226</w:t>
        <w:br/>
        <w:t>v -0.099032 16.639050 -0.480130</w:t>
        <w:br/>
        <w:t>v -0.096642 16.801796 -0.516711</w:t>
        <w:br/>
        <w:t>v -0.097228 16.794252 -0.499615</w:t>
        <w:br/>
        <w:t>v 0.054968 16.797913 -0.501019</w:t>
        <w:br/>
        <w:t>v 0.059891 16.805702 -0.516874</w:t>
        <w:br/>
        <w:t>v -0.097056 16.841427 -0.525368</w:t>
        <w:br/>
        <w:t>v 0.100044 16.806353 -0.501010</w:t>
        <w:br/>
        <w:t>v 0.105972 16.798550 -0.485442</w:t>
        <w:br/>
        <w:t>v 0.105972 16.798550 -0.485442</w:t>
        <w:br/>
        <w:t>v 0.106579 16.863089 -0.495040</w:t>
        <w:br/>
        <w:t>v 0.100044 16.806353 -0.501010</w:t>
        <w:br/>
        <w:t>v 0.060352 16.850492 -0.526055</w:t>
        <w:br/>
        <w:t>v 0.100651 16.853121 -0.510608</w:t>
        <w:br/>
        <w:t>v 0.106579 16.863089 -0.495040</w:t>
        <w:br/>
        <w:t>v 0.055430 16.860477 -0.510200</w:t>
        <w:br/>
        <w:t>v 0.100651 16.853121 -0.510608</w:t>
        <w:br/>
        <w:t>v 0.060352 16.850492 -0.526055</w:t>
        <w:br/>
        <w:t>v -0.097056 16.841427 -0.525368</w:t>
        <w:br/>
        <w:t>v -0.097642 16.851656 -0.508273</w:t>
        <w:br/>
        <w:t>v 0.923680 19.443245 1.241547</w:t>
        <w:br/>
        <w:t>v 0.991757 19.720308 0.917750</w:t>
        <w:br/>
        <w:t>v 0.843078 19.755610 1.065841</w:t>
        <w:br/>
        <w:t>v 0.767560 19.446941 1.362177</w:t>
        <w:br/>
        <w:t>v 0.861268 19.127661 1.481086</w:t>
        <w:br/>
        <w:t>v 0.828919 19.750994 1.082184</w:t>
        <w:br/>
        <w:t>v 0.672257 19.115240 1.604083</w:t>
        <w:br/>
        <w:t>v 0.767740 18.796984 1.668308</w:t>
        <w:br/>
        <w:t>v 0.751787 19.460234 1.394666</w:t>
        <w:br/>
        <w:t>v 0.835591 19.783709 1.098398</w:t>
        <w:br/>
        <w:t>v 0.863545 19.783743 1.080541</w:t>
        <w:br/>
        <w:t>v 0.764925 19.502836 1.471495</w:t>
        <w:br/>
        <w:t>v 0.880335 19.843401 1.126758</w:t>
        <w:br/>
        <w:t>v 0.896846 19.806358 1.095616</w:t>
        <w:br/>
        <w:t>v 0.958820 19.847242 1.146228</w:t>
        <w:br/>
        <w:t>v 0.947781 19.872616 1.187038</w:t>
        <w:br/>
        <w:t>v 0.880335 19.843401 1.126758</w:t>
        <w:br/>
        <w:t>v 0.947781 19.872616 1.187038</w:t>
        <w:br/>
        <w:t>v 1.067199 19.789595 1.233578</w:t>
        <w:br/>
        <w:t>v 0.685293 19.137472 1.719095</w:t>
        <w:br/>
        <w:t>v 1.064879 19.808418 1.289018</w:t>
        <w:br/>
        <w:t>v 1.297708 19.565979 1.319304</w:t>
        <w:br/>
        <w:t>v 0.865079 19.516392 1.601698</w:t>
        <w:br/>
        <w:t>v 1.064879 19.808418 1.289018</w:t>
        <w:br/>
        <w:t>v 1.297824 19.574463 1.381136</w:t>
        <w:br/>
        <w:t>v 0.612539 18.826292 1.768702</w:t>
        <w:br/>
        <w:t>v 0.612539 18.826292 1.768702</w:t>
        <w:br/>
        <w:t>v 0.687559 18.399643 1.819484</w:t>
        <w:br/>
        <w:t>v 1.507296 19.372936 1.386481</w:t>
        <w:br/>
        <w:t>v 1.506759 19.351736 1.331133</w:t>
        <w:br/>
        <w:t>v 0.544038 18.410765 1.902270</w:t>
        <w:br/>
        <w:t>v 0.707785 17.970106 1.852678</w:t>
        <w:br/>
        <w:t>v 0.622204 18.822939 1.869214</w:t>
        <w:br/>
        <w:t>v 0.544038 18.410765 1.902270</w:t>
        <w:br/>
        <w:t>v 0.780421 19.151459 1.835661</w:t>
        <w:br/>
        <w:t>v 0.486673 17.994156 1.954530</w:t>
        <w:br/>
        <w:t>v 0.652522 17.657204 1.816863</w:t>
        <w:br/>
        <w:t>v 0.560223 18.421135 2.014042</w:t>
        <w:br/>
        <w:t>v 0.486673 17.994156 1.954530</w:t>
        <w:br/>
        <w:t>v 0.713356 18.816381 1.982438</w:t>
        <w:br/>
        <w:t>v 0.938585 19.136305 1.851979</w:t>
        <w:br/>
        <w:t>v 0.855882 18.800539 1.989585</w:t>
        <w:br/>
        <w:t>v 1.015132 19.488331 1.633412</w:t>
        <w:br/>
        <w:t>v 1.070757 18.753384 1.898502</w:t>
        <w:br/>
        <w:t>v 1.256600 19.447233 1.561611</w:t>
        <w:br/>
        <w:t>v 1.156829 19.088264 1.762619</w:t>
        <w:br/>
        <w:t>v 1.390324 19.033340 1.619818</w:t>
        <w:br/>
        <w:t>v 1.290741 18.698219 1.719591</w:t>
        <w:br/>
        <w:t>v 0.786762 18.406219 2.087614</w:t>
        <w:br/>
        <w:t>v 0.997872 18.362751 1.981426</w:t>
        <w:br/>
        <w:t>v 0.642911 18.421139 2.083167</w:t>
        <w:br/>
        <w:t>v 0.732141 17.985464 2.140697</w:t>
        <w:br/>
        <w:t>v 0.590565 17.993967 2.144044</w:t>
        <w:br/>
        <w:t>v 0.509005 17.994074 2.080675</w:t>
        <w:br/>
        <w:t>v 0.549522 17.688585 2.143057</w:t>
        <w:br/>
        <w:t>v 0.475695 17.690506 2.063131</w:t>
        <w:br/>
        <w:t>v 0.443366 17.688295 1.943902</w:t>
        <w:br/>
        <w:t>v 0.443366 17.688295 1.943902</w:t>
        <w:br/>
        <w:t>v 0.681077 17.668995 2.140044</w:t>
        <w:br/>
        <w:t>v 0.513526 17.279890 2.092382</w:t>
        <w:br/>
        <w:t>v 0.631085 17.294514 2.101460</w:t>
        <w:br/>
        <w:t>v 0.896989 17.637178 2.043661</w:t>
        <w:br/>
        <w:t>v 0.434369 17.255228 2.039620</w:t>
        <w:br/>
        <w:t>v 0.513526 17.279890 2.092382</w:t>
        <w:br/>
        <w:t>v 0.631085 17.294514 2.101460</w:t>
        <w:br/>
        <w:t>v 0.526911 17.269846 2.049024</w:t>
        <w:br/>
        <w:t>v 0.470120 17.251390 2.017085</w:t>
        <w:br/>
        <w:t>v 0.434369 17.255228 2.039620</w:t>
        <w:br/>
        <w:t>v 0.631085 17.287062 2.034584</w:t>
        <w:br/>
        <w:t>v 0.415943 17.211679 1.958000</w:t>
        <w:br/>
        <w:t>v 0.850533 17.281546 1.993017</w:t>
        <w:br/>
        <w:t>v 0.850533 17.281546 1.993017</w:t>
        <w:br/>
        <w:t>v 0.840649 17.281546 1.933890</w:t>
        <w:br/>
        <w:t>v 0.382778 17.219316 1.963107</w:t>
        <w:br/>
        <w:t>v 0.382778 17.219316 1.963107</w:t>
        <w:br/>
        <w:t>v 0.396657 17.159004 1.935972</w:t>
        <w:br/>
        <w:t>v 1.032929 17.261997 1.903007</w:t>
        <w:br/>
        <w:t>v 1.032929 17.261997 1.903007</w:t>
        <w:br/>
        <w:t>v 1.013351 17.261993 1.843563</w:t>
        <w:br/>
        <w:t>v 0.371745 17.169310 1.921495</w:t>
        <w:br/>
        <w:t>v 0.384713 17.072037 1.918713</w:t>
        <w:br/>
        <w:t>v 0.373030 17.066217 1.892799</w:t>
        <w:br/>
        <w:t>v 0.383363 17.250017 1.908772</w:t>
        <w:br/>
        <w:t>v 0.383363 17.250017 1.908772</w:t>
        <w:br/>
        <w:t>v 0.590473 17.292435 1.824492</w:t>
        <w:br/>
        <w:t>v 0.590473 17.162127 1.810033</w:t>
        <w:br/>
        <w:t>v 0.373030 17.066217 1.892799</w:t>
        <w:br/>
        <w:t>v 0.590473 16.959805 1.787584</w:t>
        <w:br/>
        <w:t>v 0.378290 17.159777 1.900930</w:t>
        <w:br/>
        <w:t>v 1.208471 17.234926 1.777630</w:t>
        <w:br/>
        <w:t>v 1.183357 17.230219 1.730022</w:t>
        <w:br/>
        <w:t>v 1.183357 17.230219 1.730022</w:t>
        <w:br/>
        <w:t>v 1.208471 17.234926 1.777630</w:t>
        <w:br/>
        <w:t>v 1.269137 17.560463 1.687184</w:t>
        <w:br/>
        <w:t>v 1.208471 17.234926 1.777630</w:t>
        <w:br/>
        <w:t>v 1.095147 17.608353 1.890847</w:t>
        <w:br/>
        <w:t>v 1.292898 17.572145 1.739123</w:t>
        <w:br/>
        <w:t>v 1.292898 17.572145 1.739123</w:t>
        <w:br/>
        <w:t>v 1.347791 17.889080 1.687269</w:t>
        <w:br/>
        <w:t>v 1.339062 17.888206 1.630381</w:t>
        <w:br/>
        <w:t>v 1.154909 17.921650 1.856414</w:t>
        <w:br/>
        <w:t>v 1.347791 17.889080 1.687269</w:t>
        <w:br/>
        <w:t>v 0.945251 17.955200 2.021128</w:t>
        <w:br/>
        <w:t>v 1.411640 18.265814 1.621182</w:t>
        <w:br/>
        <w:t>v 1.399359 18.265810 1.562631</w:t>
        <w:br/>
        <w:t>v 1.210291 18.313221 1.789152</w:t>
        <w:br/>
        <w:t>v 1.479949 18.645081 1.551505</w:t>
        <w:br/>
        <w:t>v 1.479949 18.645081 1.551505</w:t>
        <w:br/>
        <w:t>v 1.480443 18.644985 1.489698</w:t>
        <w:br/>
        <w:t>v 1.581238 18.976223 1.451773</w:t>
        <w:br/>
        <w:t>v 1.582075 18.976095 1.389973</w:t>
        <w:br/>
        <w:t>v 1.674555 19.185066 1.354062</w:t>
        <w:br/>
        <w:t>v 1.668178 19.167612 1.292165</w:t>
        <w:br/>
        <w:t>v 1.674555 19.185066 1.354062</w:t>
        <w:br/>
        <w:t>v 1.668178 19.167612 1.292165</w:t>
        <w:br/>
        <w:t>v -0.991758 19.720310 0.917750</w:t>
        <w:br/>
        <w:t>v -0.923681 19.443245 1.241547</w:t>
        <w:br/>
        <w:t>v -0.843079 19.755610 1.065841</w:t>
        <w:br/>
        <w:t>v -0.767560 19.446941 1.362177</w:t>
        <w:br/>
        <w:t>v -0.861269 19.127661 1.481086</w:t>
        <w:br/>
        <w:t>v -0.828919 19.750994 1.082184</w:t>
        <w:br/>
        <w:t>v -0.672258 19.115242 1.604083</w:t>
        <w:br/>
        <w:t>v -0.767742 18.796984 1.668308</w:t>
        <w:br/>
        <w:t>v -0.751788 19.460234 1.394666</w:t>
        <w:br/>
        <w:t>v -0.835591 19.783709 1.098398</w:t>
        <w:br/>
        <w:t>v -0.863545 19.783743 1.080541</w:t>
        <w:br/>
        <w:t>v -0.764925 19.502836 1.471495</w:t>
        <w:br/>
        <w:t>v -0.880334 19.843401 1.126758</w:t>
        <w:br/>
        <w:t>v -0.896847 19.806358 1.095616</w:t>
        <w:br/>
        <w:t>v -0.958821 19.847242 1.146228</w:t>
        <w:br/>
        <w:t>v -0.947781 19.872616 1.187038</w:t>
        <w:br/>
        <w:t>v -0.880334 19.843401 1.126758</w:t>
        <w:br/>
        <w:t>v -0.947781 19.872616 1.187038</w:t>
        <w:br/>
        <w:t>v -1.067201 19.789595 1.233578</w:t>
        <w:br/>
        <w:t>v -0.685294 19.137472 1.719095</w:t>
        <w:br/>
        <w:t>v -1.064880 19.808418 1.289018</w:t>
        <w:br/>
        <w:t>v -1.297710 19.565979 1.319304</w:t>
        <w:br/>
        <w:t>v -0.865079 19.516392 1.601698</w:t>
        <w:br/>
        <w:t>v -1.064880 19.808418 1.289018</w:t>
        <w:br/>
        <w:t>v -1.297826 19.574463 1.381136</w:t>
        <w:br/>
        <w:t>v -0.612540 18.826292 1.768702</w:t>
        <w:br/>
        <w:t>v -0.612540 18.826292 1.768702</w:t>
        <w:br/>
        <w:t>v -0.687559 18.399643 1.819484</w:t>
        <w:br/>
        <w:t>v -1.507297 19.372936 1.386481</w:t>
        <w:br/>
        <w:t>v -1.506760 19.351736 1.331133</w:t>
        <w:br/>
        <w:t>v -0.544039 18.410765 1.902270</w:t>
        <w:br/>
        <w:t>v -0.707786 17.970106 1.852678</w:t>
        <w:br/>
        <w:t>v -0.622205 18.822939 1.869214</w:t>
        <w:br/>
        <w:t>v -0.544039 18.410765 1.902270</w:t>
        <w:br/>
        <w:t>v -0.486674 17.994150 1.954530</w:t>
        <w:br/>
        <w:t>v -0.652523 17.657204 1.816863</w:t>
        <w:br/>
        <w:t>v -0.560223 18.421135 2.014042</w:t>
        <w:br/>
        <w:t>v -0.486674 17.994150 1.954530</w:t>
        <w:br/>
        <w:t>v -0.780422 19.151459 1.835661</w:t>
        <w:br/>
        <w:t>v -0.713357 18.816381 1.982438</w:t>
        <w:br/>
        <w:t>v -0.938586 19.136305 1.851979</w:t>
        <w:br/>
        <w:t>v -0.855883 18.800539 1.989585</w:t>
        <w:br/>
        <w:t>v -1.015133 19.488331 1.633412</w:t>
        <w:br/>
        <w:t>v -1.070758 18.753384 1.898502</w:t>
        <w:br/>
        <w:t>v -1.256603 19.447233 1.561611</w:t>
        <w:br/>
        <w:t>v -1.156830 19.088264 1.762619</w:t>
        <w:br/>
        <w:t>v -1.390325 19.033335 1.619818</w:t>
        <w:br/>
        <w:t>v -1.290740 18.698221 1.719591</w:t>
        <w:br/>
        <w:t>v -0.786763 18.406219 2.087614</w:t>
        <w:br/>
        <w:t>v -0.997873 18.362751 1.981426</w:t>
        <w:br/>
        <w:t>v -0.642912 18.421139 2.083167</w:t>
        <w:br/>
        <w:t>v -0.732142 17.985464 2.140697</w:t>
        <w:br/>
        <w:t>v -0.590565 17.993967 2.144044</w:t>
        <w:br/>
        <w:t>v -0.509005 17.994074 2.080675</w:t>
        <w:br/>
        <w:t>v -0.549522 17.688585 2.143057</w:t>
        <w:br/>
        <w:t>v -0.475695 17.690506 2.063131</w:t>
        <w:br/>
        <w:t>v -0.443366 17.688295 1.943902</w:t>
        <w:br/>
        <w:t>v -0.443366 17.688295 1.943902</w:t>
        <w:br/>
        <w:t>v -0.681077 17.668995 2.140044</w:t>
        <w:br/>
        <w:t>v -0.513526 17.279890 2.092382</w:t>
        <w:br/>
        <w:t>v -0.631085 17.294514 2.101460</w:t>
        <w:br/>
        <w:t>v -0.896990 17.637178 2.043661</w:t>
        <w:br/>
        <w:t>v -0.513526 17.279890 2.092382</w:t>
        <w:br/>
        <w:t>v -0.526911 17.269846 2.049024</w:t>
        <w:br/>
        <w:t>v -0.631085 17.294514 2.101460</w:t>
        <w:br/>
        <w:t>v -0.631085 17.287062 2.034584</w:t>
        <w:br/>
        <w:t>v -0.470120 17.251390 2.017085</w:t>
        <w:br/>
        <w:t>v -0.850534 17.281544 1.993017</w:t>
        <w:br/>
        <w:t>v -0.850534 17.281544 1.993017</w:t>
        <w:br/>
        <w:t>v -0.840649 17.281546 1.933890</w:t>
        <w:br/>
        <w:t>v -0.434369 17.255228 2.039619</w:t>
        <w:br/>
        <w:t>v -0.434369 17.255228 2.039619</w:t>
        <w:br/>
        <w:t>v -0.415943 17.211679 1.958000</w:t>
        <w:br/>
        <w:t>v -1.032930 17.261990 1.903007</w:t>
        <w:br/>
        <w:t>v -1.032930 17.261990 1.903007</w:t>
        <w:br/>
        <w:t>v -1.013352 17.261993 1.843563</w:t>
        <w:br/>
        <w:t>v -0.382778 17.219316 1.963107</w:t>
        <w:br/>
        <w:t>v -0.382778 17.219316 1.963107</w:t>
        <w:br/>
        <w:t>v -0.396658 17.159004 1.935972</w:t>
        <w:br/>
        <w:t>v -1.208472 17.234926 1.777630</w:t>
        <w:br/>
        <w:t>v -1.183358 17.230219 1.730022</w:t>
        <w:br/>
        <w:t>v -1.183358 17.230219 1.730022</w:t>
        <w:br/>
        <w:t>v -1.269137 17.560463 1.687184</w:t>
        <w:br/>
        <w:t>v -1.208472 17.234926 1.777630</w:t>
        <w:br/>
        <w:t>v -1.208472 17.234926 1.777630</w:t>
        <w:br/>
        <w:t>v -1.095148 17.608353 1.890847</w:t>
        <w:br/>
        <w:t>v -1.292898 17.572145 1.739123</w:t>
        <w:br/>
        <w:t>v -1.292898 17.572145 1.739123</w:t>
        <w:br/>
        <w:t>v -1.347792 17.889080 1.687269</w:t>
        <w:br/>
        <w:t>v -1.339062 17.888206 1.630381</w:t>
        <w:br/>
        <w:t>v -1.154909 17.921650 1.856414</w:t>
        <w:br/>
        <w:t>v -1.347792 17.889080 1.687269</w:t>
        <w:br/>
        <w:t>v -0.945251 17.955200 2.021128</w:t>
        <w:br/>
        <w:t>v -1.411641 18.265814 1.621182</w:t>
        <w:br/>
        <w:t>v -1.399360 18.265810 1.562631</w:t>
        <w:br/>
        <w:t>v -1.210292 18.313221 1.789152</w:t>
        <w:br/>
        <w:t>v -1.479949 18.645081 1.551505</w:t>
        <w:br/>
        <w:t>v -1.479949 18.645081 1.551505</w:t>
        <w:br/>
        <w:t>v -1.480443 18.644985 1.489698</w:t>
        <w:br/>
        <w:t>v -1.581239 18.976221 1.451773</w:t>
        <w:br/>
        <w:t>v -1.582075 18.976093 1.389973</w:t>
        <w:br/>
        <w:t>v -1.674556 19.185066 1.354062</w:t>
        <w:br/>
        <w:t>v -1.668179 19.167612 1.292165</w:t>
        <w:br/>
        <w:t>v -1.674556 19.185066 1.354062</w:t>
        <w:br/>
        <w:t>v -1.668179 19.167612 1.292165</w:t>
        <w:br/>
        <w:t>v -0.371745 17.169310 1.921495</w:t>
        <w:br/>
        <w:t>v -0.384714 17.072037 1.918713</w:t>
        <w:br/>
        <w:t>v -0.373030 17.066217 1.892799</w:t>
        <w:br/>
        <w:t>v -0.383363 17.250017 1.908772</w:t>
        <w:br/>
        <w:t>v -0.383363 17.250017 1.908772</w:t>
        <w:br/>
        <w:t>v -0.590473 17.292435 1.824492</w:t>
        <w:br/>
        <w:t>v -0.590474 17.162127 1.810033</w:t>
        <w:br/>
        <w:t>v -0.373030 17.066217 1.892799</w:t>
        <w:br/>
        <w:t>v -0.590473 16.959805 1.787584</w:t>
        <w:br/>
        <w:t>v -0.378291 17.159777 1.900930</w:t>
        <w:br/>
        <w:t>v -0.396658 17.159004 1.935972</w:t>
        <w:br/>
        <w:t>v -0.444033 17.285921 1.936226</w:t>
        <w:br/>
        <w:t>v -0.415943 17.211679 1.958000</w:t>
        <w:br/>
        <w:t>v -0.470120 17.251390 2.017085</w:t>
        <w:br/>
        <w:t>v -0.396658 17.159004 1.935972</w:t>
        <w:br/>
        <w:t>v -0.444033 17.285921 1.936226</w:t>
        <w:br/>
        <w:t>v -0.470120 17.251390 2.017085</w:t>
        <w:br/>
        <w:t>v -0.533273 17.687197 2.025424</w:t>
        <w:br/>
        <w:t>v -0.533273 17.687197 2.025424</w:t>
        <w:br/>
        <w:t>v -0.515859 17.688295 1.990401</w:t>
        <w:br/>
        <w:t>v -0.526911 17.269846 2.049024</w:t>
        <w:br/>
        <w:t>v -0.552093 17.993422 2.018726</w:t>
        <w:br/>
        <w:t>v -0.559385 17.693678 2.044266</w:t>
        <w:br/>
        <w:t>v -0.537123 17.994150 1.984479</w:t>
        <w:br/>
        <w:t>v -0.631085 17.287062 2.034584</w:t>
        <w:br/>
        <w:t>v -0.616184 18.410765 1.938858</w:t>
        <w:br/>
        <w:t>v -0.683162 17.683329 2.005367</w:t>
        <w:br/>
        <w:t>v -0.840649 17.281546 1.933890</w:t>
        <w:br/>
        <w:t>v -0.584797 17.994762 2.044303</w:t>
        <w:br/>
        <w:t>v -0.631845 18.421108 1.969865</w:t>
        <w:br/>
        <w:t>v -0.682286 18.823204 1.795936</w:t>
        <w:br/>
        <w:t>v -0.691169 18.826633 1.768353</w:t>
        <w:br/>
        <w:t>v -0.682286 18.823204 1.795936</w:t>
        <w:br/>
        <w:t>v -0.691169 18.826633 1.768354</w:t>
        <w:br/>
        <w:t>v -0.741382 19.137802 1.642738</w:t>
        <w:br/>
        <w:t>v -0.734435 19.134541 1.605471</w:t>
        <w:br/>
        <w:t>v -0.741382 19.137802 1.642738</w:t>
        <w:br/>
        <w:t>v -0.824712 19.503157 1.404945</w:t>
        <w:br/>
        <w:t>v -0.864785 19.505098 1.463143</w:t>
        <w:br/>
        <w:t>v -0.783223 19.151489 1.686315</w:t>
        <w:br/>
        <w:t>v -0.938838 19.136320 1.704957</w:t>
        <w:br/>
        <w:t>v -0.713794 18.821138 1.840919</w:t>
        <w:br/>
        <w:t>v -0.856378 18.800549 1.817458</w:t>
        <w:br/>
        <w:t>v -0.713794 18.821138 1.840919</w:t>
        <w:br/>
        <w:t>v -0.783223 19.151489 1.686315</w:t>
        <w:br/>
        <w:t>v -0.783223 19.151489 1.686315</w:t>
        <w:br/>
        <w:t>v -0.938838 19.136324 1.704957</w:t>
        <w:br/>
        <w:t>v -0.818884 19.483185 1.360618</w:t>
        <w:br/>
        <w:t>v -1.071860 18.753393 1.720719</w:t>
        <w:br/>
        <w:t>v -0.896847 19.806358 1.095616</w:t>
        <w:br/>
        <w:t>v -0.863545 19.783743 1.080541</w:t>
        <w:br/>
        <w:t>v -0.958821 19.847242 1.146228</w:t>
        <w:br/>
        <w:t>v -1.067201 19.789595 1.233578</w:t>
        <w:br/>
        <w:t>v -1.015069 19.480156 1.501166</w:t>
        <w:br/>
        <w:t>v -1.297710 19.565979 1.319304</w:t>
        <w:br/>
        <w:t>v -1.255231 19.404161 1.452009</w:t>
        <w:br/>
        <w:t>v -1.506760 19.351736 1.331133</w:t>
        <w:br/>
        <w:t>v -1.157662 19.088171 1.625810</w:t>
        <w:br/>
        <w:t>v -1.071860 18.753393 1.720719</w:t>
        <w:br/>
        <w:t>v -1.391539 19.033167 1.514519</w:t>
        <w:br/>
        <w:t>v -1.291506 18.698139 1.600133</w:t>
        <w:br/>
        <w:t>v -1.480443 18.644985 1.489698</w:t>
        <w:br/>
        <w:t>v -0.998364 18.362751 1.858886</w:t>
        <w:br/>
        <w:t>v -1.210656 18.313217 1.699193</w:t>
        <w:br/>
        <w:t>v -1.399360 18.265810 1.562631</w:t>
        <w:br/>
        <w:t>v -0.787210 18.406225 1.963184</w:t>
        <w:br/>
        <w:t>v -1.291506 18.698139 1.600133</w:t>
        <w:br/>
        <w:t>v -0.998364 18.362751 1.858886</w:t>
        <w:br/>
        <w:t>v -1.668179 19.167612 1.292165</w:t>
        <w:br/>
        <w:t>v -1.582075 18.976093 1.389973</w:t>
        <w:br/>
        <w:t>v -1.155302 17.921646 1.750686</w:t>
        <w:br/>
        <w:t>v -1.339062 17.888206 1.630381</w:t>
        <w:br/>
        <w:t>v -1.155302 17.921646 1.750686</w:t>
        <w:br/>
        <w:t>v -0.945729 17.955196 1.887517</w:t>
        <w:br/>
        <w:t>v -0.945729 17.955196 1.887517</w:t>
        <w:br/>
        <w:t>v -1.098408 17.625284 1.788170</w:t>
        <w:br/>
        <w:t>v -0.732631 17.985464 1.989316</w:t>
        <w:br/>
        <w:t>v -0.732631 17.985464 1.989315</w:t>
        <w:br/>
        <w:t>v -0.892702 17.654127 1.918179</w:t>
        <w:br/>
        <w:t>v -1.269137 17.560463 1.687184</w:t>
        <w:br/>
        <w:t>v -1.013352 17.261993 1.843563</w:t>
        <w:br/>
        <w:t>v -1.183358 17.230219 1.730022</w:t>
        <w:br/>
        <w:t>v -1.013352 17.261993 1.843563</w:t>
        <w:br/>
        <w:t>v -0.663725 18.421158 1.991711</w:t>
        <w:br/>
        <w:t>v -0.193626 19.629757 1.238949</w:t>
        <w:br/>
        <w:t>v -0.204459 19.642647 1.287735</w:t>
        <w:br/>
        <w:t>v -0.179725 19.676025 1.257107</w:t>
        <w:br/>
        <w:t>v -0.168891 19.663132 1.208320</w:t>
        <w:br/>
        <w:t>v -0.218360 19.596382 1.269576</w:t>
        <w:br/>
        <w:t>v -0.182793 19.616859 1.190161</w:t>
        <w:br/>
        <w:t>v -0.207527 19.583483 1.220788</w:t>
        <w:br/>
        <w:t>v -0.390134 19.714128 1.174922</w:t>
        <w:br/>
        <w:t>v -0.376233 19.760401 1.193081</w:t>
        <w:br/>
        <w:t>v -0.400967 19.727020 1.223709</w:t>
        <w:br/>
        <w:t>v -0.414867 19.680754 1.205551</w:t>
        <w:br/>
        <w:t>v -0.365399 19.747507 1.144295</w:t>
        <w:br/>
        <w:t>v -0.404034 19.667864 1.156764</w:t>
        <w:br/>
        <w:t>v -0.379300 19.701235 1.126135</w:t>
        <w:br/>
        <w:t>v -0.664349 19.653643 1.094376</w:t>
        <w:br/>
        <w:t>v -0.685928 19.683771 1.137431</w:t>
        <w:br/>
        <w:t>v -0.717995 19.646639 1.109585</w:t>
        <w:br/>
        <w:t>v -0.739500 19.676777 1.152642</w:t>
        <w:br/>
        <w:t>v -0.631725 19.690857 1.122232</w:t>
        <w:br/>
        <w:t>v -0.707504 19.713898 1.180486</w:t>
        <w:br/>
        <w:t>v -0.653344 19.720976 1.165287</w:t>
        <w:br/>
        <w:t>v -0.609475 19.482559 1.316597</w:t>
        <w:br/>
        <w:t>v -0.555263 19.489639 1.301395</w:t>
        <w:br/>
        <w:t>v -0.587914 19.452425 1.273540</w:t>
        <w:br/>
        <w:t>v -0.641615 19.445415 1.288749</w:t>
        <w:br/>
        <w:t>v -0.576883 19.519762 1.344451</w:t>
        <w:br/>
        <w:t>v -0.663024 19.475567 1.331808</w:t>
        <w:br/>
        <w:t>v -0.631007 19.512690 1.359652</w:t>
        <w:br/>
        <w:t>v 0.204459 19.642647 1.287735</w:t>
        <w:br/>
        <w:t>v 0.193626 19.629757 1.238949</w:t>
        <w:br/>
        <w:t>v 0.179725 19.676025 1.257107</w:t>
        <w:br/>
        <w:t>v 0.218360 19.596382 1.269576</w:t>
        <w:br/>
        <w:t>v 0.168891 19.663132 1.208320</w:t>
        <w:br/>
        <w:t>v 0.207527 19.583483 1.220788</w:t>
        <w:br/>
        <w:t>v 0.182793 19.616859 1.190161</w:t>
        <w:br/>
        <w:t>v 0.376233 19.760401 1.193081</w:t>
        <w:br/>
        <w:t>v 0.390134 19.714128 1.174922</w:t>
        <w:br/>
        <w:t>v 0.400967 19.727020 1.223709</w:t>
        <w:br/>
        <w:t>v 0.414867 19.680754 1.205551</w:t>
        <w:br/>
        <w:t>v 0.365399 19.747507 1.144295</w:t>
        <w:br/>
        <w:t>v 0.404034 19.667864 1.156764</w:t>
        <w:br/>
        <w:t>v 0.379300 19.701235 1.126135</w:t>
        <w:br/>
        <w:t>v 0.685928 19.683771 1.137431</w:t>
        <w:br/>
        <w:t>v 0.664349 19.653643 1.094376</w:t>
        <w:br/>
        <w:t>v 0.717996 19.646639 1.109585</w:t>
        <w:br/>
        <w:t>v 0.739501 19.676777 1.152642</w:t>
        <w:br/>
        <w:t>v 0.631725 19.690857 1.122232</w:t>
        <w:br/>
        <w:t>v 0.707504 19.713898 1.180486</w:t>
        <w:br/>
        <w:t>v 0.653344 19.720976 1.165287</w:t>
        <w:br/>
        <w:t>v 0.555263 19.489639 1.301395</w:t>
        <w:br/>
        <w:t>v 0.609475 19.482559 1.316597</w:t>
        <w:br/>
        <w:t>v 0.587914 19.452425 1.273540</w:t>
        <w:br/>
        <w:t>v 0.576883 19.519762 1.344451</w:t>
        <w:br/>
        <w:t>v 0.641615 19.445415 1.288749</w:t>
        <w:br/>
        <w:t>v 0.631007 19.512690 1.359652</w:t>
        <w:br/>
        <w:t>v 0.663024 19.475567 1.331808</w:t>
        <w:br/>
        <w:t>v -2.126742 18.481953 -0.459294</w:t>
        <w:br/>
        <w:t>v -2.131282 18.502827 -0.432336</w:t>
        <w:br/>
        <w:t>v -1.907914 18.736364 -0.581549</w:t>
        <w:br/>
        <w:t>v -1.909042 18.743881 -0.613770</w:t>
        <w:br/>
        <w:t>v -2.492053 18.168806 -0.257255</w:t>
        <w:br/>
        <w:t>v -2.166439 18.589720 -0.620903</w:t>
        <w:br/>
        <w:t>v -1.926749 18.885857 -0.773358</w:t>
        <w:br/>
        <w:t>v -2.467085 18.153669 -0.284838</w:t>
        <w:br/>
        <w:t>v -2.467085 18.153669 -0.284838</w:t>
        <w:br/>
        <w:t>v -2.271820 18.702662 -0.752485</w:t>
        <w:br/>
        <w:t>v -1.992785 19.251860 -0.843870</w:t>
        <w:br/>
        <w:t>v -2.519832 18.208178 -0.451590</w:t>
        <w:br/>
        <w:t>v -2.560327 18.292553 -0.592173</w:t>
        <w:br/>
        <w:t>v -3.021890 17.778641 -0.310722</w:t>
        <w:br/>
        <w:t>v -2.988443 17.718628 -0.140891</w:t>
        <w:br/>
        <w:t>v -2.988443 17.718628 -0.140891</w:t>
        <w:br/>
        <w:t>v -3.001238 17.743130 -0.116941</w:t>
        <w:br/>
        <w:t>v -3.410853 17.400791 -0.010085</w:t>
        <w:br/>
        <w:t>v -3.395848 17.376656 -0.033513</w:t>
        <w:br/>
        <w:t>v -3.770025 17.108227 0.088077</w:t>
        <w:br/>
        <w:t>v -3.429650 17.437401 -0.197093</w:t>
        <w:br/>
        <w:t>v -3.395848 17.376656 -0.033513</w:t>
        <w:br/>
        <w:t>v -3.092568 17.905148 -0.533372</w:t>
        <w:br/>
        <w:t>v -3.753287 17.083652 0.061122</w:t>
        <w:br/>
        <w:t>v -3.965652 16.946730 0.140280</w:t>
        <w:br/>
        <w:t>v -3.791873 17.134766 -0.110520</w:t>
        <w:br/>
        <w:t>v -3.753287 17.083652 0.061122</w:t>
        <w:br/>
        <w:t>v -3.949728 16.922966 0.114410</w:t>
        <w:br/>
        <w:t>v -4.157848 16.786795 0.190827</w:t>
        <w:br/>
        <w:t>v -4.140676 16.764002 0.164588</w:t>
        <w:br/>
        <w:t>v -4.178672 16.817459 -0.006470</w:t>
        <w:br/>
        <w:t>v -4.140676 16.764002 0.164588</w:t>
        <w:br/>
        <w:t>v -3.949728 16.922966 0.114410</w:t>
        <w:br/>
        <w:t>v -3.985769 16.974550 -0.057643</w:t>
        <w:br/>
        <w:t>v -4.024402 17.033751 -0.183773</w:t>
        <w:br/>
        <w:t>v -3.498447 17.547932 -0.457372</w:t>
        <w:br/>
        <w:t>v -3.855918 17.232109 -0.372587</w:t>
        <w:br/>
        <w:t>v -4.038148 17.060249 -0.303107</w:t>
        <w:br/>
        <w:t>v -4.236735 16.901163 -0.275265</w:t>
        <w:br/>
        <w:t>v -4.076610 17.112539 -0.416524</w:t>
        <w:br/>
        <w:t>v -4.302094 16.970331 -0.450545</w:t>
        <w:br/>
        <w:t>v -3.608707 17.699978 -0.624530</w:t>
        <w:br/>
        <w:t>v -4.124476 17.195381 -0.549223</w:t>
        <w:br/>
        <w:t>v -3.953219 17.389790 -0.596164</w:t>
        <w:br/>
        <w:t>v -4.197264 17.279226 -0.650067</w:t>
        <w:br/>
        <w:t>v -4.459400 17.148602 -0.706334</w:t>
        <w:br/>
        <w:t>v -3.693884 17.840458 -0.717533</w:t>
        <w:br/>
        <w:t>v -4.251755 17.365513 -0.730441</w:t>
        <w:br/>
        <w:t>v -4.070418 17.568714 -0.746635</w:t>
        <w:br/>
        <w:t>v -4.590868 17.417189 -0.817662</w:t>
        <w:br/>
        <w:t>v -4.651790 17.372684 -0.813064</w:t>
        <w:br/>
        <w:t>v -4.382619 17.571033 -0.808401</w:t>
        <w:br/>
        <w:t>v -4.792362 17.742798 -0.739974</w:t>
        <w:br/>
        <w:t>v -4.911261 17.666685 -0.754500</w:t>
        <w:br/>
        <w:t>v -4.183005 17.724808 -0.797304</w:t>
        <w:br/>
        <w:t>v -4.930066 17.960997 -0.520394</w:t>
        <w:br/>
        <w:t>v -5.084982 17.872080 -0.526215</w:t>
        <w:br/>
        <w:t>v -4.576718 17.872955 -0.729471</w:t>
        <w:br/>
        <w:t>v -4.714258 18.084576 -0.517399</w:t>
        <w:br/>
        <w:t>v -5.000883 18.070152 -0.289718</w:t>
        <w:br/>
        <w:t>v -5.174302 17.977543 -0.292822</w:t>
        <w:br/>
        <w:t>v -4.783173 18.188730 -0.285119</w:t>
        <w:br/>
        <w:t>v -5.041245 18.127279 0.037350</w:t>
        <w:br/>
        <w:t>v -5.232035 18.024109 0.043883</w:t>
        <w:br/>
        <w:t>v -4.818746 18.239462 0.038711</w:t>
        <w:br/>
        <w:t>v -5.022022 18.088362 0.332205</w:t>
        <w:br/>
        <w:t>v -5.231182 17.983135 0.339722</w:t>
        <w:br/>
        <w:t>v -4.597931 18.350986 0.038651</w:t>
        <w:br/>
        <w:t>v -5.010668 18.068375 0.390911</w:t>
        <w:br/>
        <w:t>v -5.203606 17.926842 0.443972</w:t>
        <w:br/>
        <w:t>v -4.802361 18.209650 0.322300</w:t>
        <w:br/>
        <w:t>v -4.971388 18.000826 0.532567</w:t>
        <w:br/>
        <w:t>v -5.174901 17.870691 0.456306</w:t>
        <w:br/>
        <w:t>v -4.938508 17.938059 0.532783</w:t>
        <w:br/>
        <w:t>v -4.772376 18.160858 0.454312</w:t>
        <w:br/>
        <w:t>v -4.716463 18.071283 0.606131</w:t>
        <w:br/>
        <w:t>v -4.675944 18.008274 0.588620</w:t>
        <w:br/>
        <w:t>v -4.583251 18.328838 0.312560</w:t>
        <w:br/>
        <w:t>v -4.532743 18.252617 0.515923</w:t>
        <w:br/>
        <w:t>v -4.464374 18.149433 0.660411</w:t>
        <w:br/>
        <w:t>v -4.464374 18.149433 0.660411</w:t>
        <w:br/>
        <w:t>v -4.420813 18.083694 0.639092</w:t>
        <w:br/>
        <w:t>v -4.152804 18.586430 0.018530</w:t>
        <w:br/>
        <w:t>v -3.955126 18.272701 0.745831</w:t>
        <w:br/>
        <w:t>v -3.920561 18.217842 0.723040</w:t>
        <w:br/>
        <w:t>v -4.134749 18.557770 0.298786</w:t>
        <w:br/>
        <w:t>v -4.566930 18.304203 -0.280510</w:t>
        <w:br/>
        <w:t>v -4.498905 18.201542 -0.514550</w:t>
        <w:br/>
        <w:t>v -4.134082 18.556705 -0.276034</w:t>
        <w:br/>
        <w:t>v -4.363074 17.996563 -0.718400</w:t>
        <w:br/>
        <w:t>v -4.068223 18.452187 -0.516376</w:t>
        <w:br/>
        <w:t>v -3.618080 18.907471 -0.005748</w:t>
        <w:br/>
        <w:t>v -3.611307 18.889198 -0.266343</w:t>
        <w:br/>
        <w:t>v -3.951769 18.267372 -0.691717</w:t>
        <w:br/>
        <w:t>v -3.795960 18.020096 -0.759457</w:t>
        <w:br/>
        <w:t>v -3.470665 18.615562 -0.689178</w:t>
        <w:br/>
        <w:t>v -3.334830 18.358810 -0.741257</w:t>
        <w:br/>
        <w:t>v -3.559047 18.785740 -0.507919</w:t>
        <w:br/>
        <w:t>v -3.193693 18.094658 -0.671496</w:t>
        <w:br/>
        <w:t>v -2.814619 18.710312 -0.804558</w:t>
        <w:br/>
        <w:t>v -2.666366 18.448048 -0.707361</w:t>
        <w:br/>
        <w:t>v -2.417245 19.033283 -0.801484</w:t>
        <w:br/>
        <w:t>v -2.327039 19.420910 -0.742679</w:t>
        <w:br/>
        <w:t>v -2.048058 19.565262 -0.772405</w:t>
        <w:br/>
        <w:t>v -2.530819 19.336470 -0.755551</w:t>
        <w:br/>
        <w:t>v -2.158611 19.785675 -0.517654</w:t>
        <w:br/>
        <w:t>v -2.097394 19.846033 -0.513047</w:t>
        <w:br/>
        <w:t>v -2.127863 19.945890 -0.296275</w:t>
        <w:br/>
        <w:t>v -2.184971 19.891594 -0.297508</w:t>
        <w:br/>
        <w:t>v -2.205110 19.940918 -0.002400</w:t>
        <w:br/>
        <w:t>v -2.165572 20.013649 -0.008553</w:t>
        <w:br/>
        <w:t>v -2.148468 19.945530 0.299962</w:t>
        <w:br/>
        <w:t>v -2.199672 19.890715 0.279279</w:t>
        <w:br/>
        <w:t>v -2.107250 19.785961 0.594608</w:t>
        <w:br/>
        <w:t>v -2.153171 19.723171 0.578595</w:t>
        <w:br/>
        <w:t>v -2.042786 19.474682 0.816325</w:t>
        <w:br/>
        <w:t>v -2.324555 19.619244 -0.629530</w:t>
        <w:br/>
        <w:t>v -2.322776 19.681713 -0.523175</w:t>
        <w:br/>
        <w:t>v -2.563361 19.430468 -0.614182</w:t>
        <w:br/>
        <w:t>v -2.578693 19.512175 -0.495327</w:t>
        <w:br/>
        <w:t>v -3.042201 19.154654 -0.485537</w:t>
        <w:br/>
        <w:t>v -2.779191 19.067478 -0.723421</w:t>
        <w:br/>
        <w:t>v -2.947394 18.947762 -0.725584</w:t>
        <w:br/>
        <w:t>v -3.089469 19.246714 -0.255783</w:t>
        <w:br/>
        <w:t>v -3.094051 19.250114 -0.207317</w:t>
        <w:br/>
        <w:t>v -3.432792 19.020489 -0.200909</w:t>
        <w:br/>
        <w:t>v -3.429005 19.032217 -0.014177</w:t>
        <w:br/>
        <w:t>v -3.421819 19.000214 0.146783</w:t>
        <w:br/>
        <w:t>v -3.595341 18.870571 0.272937</w:t>
        <w:br/>
        <w:t>v -3.099170 19.241751 0.162566</w:t>
        <w:br/>
        <w:t>v -3.089007 19.217548 0.257070</w:t>
        <w:br/>
        <w:t>v -4.096058 18.495052 0.481266</w:t>
        <w:br/>
        <w:t>v -3.542873 18.776745 0.505188</w:t>
        <w:br/>
        <w:t>v -3.035028 19.106964 0.509618</w:t>
        <w:br/>
        <w:t>v -4.059984 18.439457 0.580788</w:t>
        <w:br/>
        <w:t>v -3.498407 18.696251 0.655996</w:t>
        <w:br/>
        <w:t>v -4.000691 18.345013 0.678059</w:t>
        <w:br/>
        <w:t>v -3.409004 18.530182 0.759663</w:t>
        <w:br/>
        <w:t>v -2.954222 18.986486 0.679862</w:t>
        <w:br/>
        <w:t>v -3.364646 18.447685 0.806159</w:t>
        <w:br/>
        <w:t>v -3.338603 18.397278 0.740437</w:t>
        <w:br/>
        <w:t>v -3.166731 18.630371 0.782010</w:t>
        <w:br/>
        <w:t>v -2.786721 18.591990 0.818327</w:t>
        <w:br/>
        <w:t>v -2.786721 18.591990 0.818327</w:t>
        <w:br/>
        <w:t>v -2.768289 18.574526 0.742868</w:t>
        <w:br/>
        <w:t>v -2.856544 18.780390 0.795622</w:t>
        <w:br/>
        <w:t>v -2.435084 18.707569 0.801873</w:t>
        <w:br/>
        <w:t>v -2.435084 18.707569 0.801873</w:t>
        <w:br/>
        <w:t>v -2.432039 18.681461 0.715755</w:t>
        <w:br/>
        <w:t>v -2.228726 18.746441 0.718852</w:t>
        <w:br/>
        <w:t>v -2.658976 18.850140 0.841207</w:t>
        <w:br/>
        <w:t>v -2.227293 18.772699 0.803921</w:t>
        <w:br/>
        <w:t>v -2.227293 18.772699 0.803921</w:t>
        <w:br/>
        <w:t>v -1.925218 18.844757 0.725306</w:t>
        <w:br/>
        <w:t>v -1.925998 18.873171 0.791704</w:t>
        <w:br/>
        <w:t>v -2.367224 18.977093 0.879622</w:t>
        <w:br/>
        <w:t>v -1.936186 19.122078 0.878203</w:t>
        <w:br/>
        <w:t>v -2.484164 19.240215 0.771142</w:t>
        <w:br/>
        <w:t>v -2.558640 19.456572 0.543294</w:t>
        <w:br/>
        <w:t>v -0.000000 20.223972 -0.692870</w:t>
        <w:br/>
        <w:t>v -0.000000 20.223875 -0.632895</w:t>
        <w:br/>
        <w:t>v -0.351651 20.220110 -0.689452</w:t>
        <w:br/>
        <w:t>v -0.371002 20.211517 -0.618029</w:t>
        <w:br/>
        <w:t>v -0.000000 19.915907 -0.842658</w:t>
        <w:br/>
        <w:t>v -0.000000 20.223972 -0.692870</w:t>
        <w:br/>
        <w:t>v -0.351651 20.220110 -0.689452</w:t>
        <w:br/>
        <w:t>v -0.351651 20.220110 -0.689452</w:t>
        <w:br/>
        <w:t>v -0.371002 20.211517 -0.618029</w:t>
        <w:br/>
        <w:t>v -0.208802 19.918919 -0.842437</w:t>
        <w:br/>
        <w:t>v -0.353678 20.067104 -0.751368</w:t>
        <w:br/>
        <w:t>v 0.312840 20.549728 0.890404</w:t>
        <w:br/>
        <w:t>v 0.316408 20.575272 0.895129</w:t>
        <w:br/>
        <w:t>v 0.339453 20.545078 0.912141</w:t>
        <w:br/>
        <w:t>v 0.361853 20.557034 0.918248</w:t>
        <w:br/>
        <w:t>v 0.312840 20.549728 0.890404</w:t>
        <w:br/>
        <w:t>v 0.339453 20.545078 0.912141</w:t>
        <w:br/>
        <w:t>v 0.266052 20.543736 0.932900</w:t>
        <w:br/>
        <w:t>v 0.361178 20.255667 0.891515</w:t>
        <w:br/>
        <w:t>v 0.361178 20.255667 0.891515</w:t>
        <w:br/>
        <w:t>v 0.276717 20.538929 0.962150</w:t>
        <w:br/>
        <w:t>v 0.134339 20.529770 0.985085</w:t>
        <w:br/>
        <w:t>v 0.364920 19.965996 0.868046</w:t>
        <w:br/>
        <w:t>v 0.364920 19.965996 0.868046</w:t>
        <w:br/>
        <w:t>v 0.345598 20.249306 0.886643</w:t>
        <w:br/>
        <w:t>v 0.339453 20.545078 0.912141</w:t>
        <w:br/>
        <w:t>v 0.276717 20.538929 0.962150</w:t>
        <w:br/>
        <w:t>v 0.345398 19.989462 0.870128</w:t>
        <w:br/>
        <w:t>v 0.326999 19.957943 0.848669</w:t>
        <w:br/>
        <w:t>v 0.326119 19.987501 0.851401</w:t>
        <w:br/>
        <w:t>v 0.268043 20.240408 0.944359</w:t>
        <w:br/>
        <w:t>v 0.141552 20.523869 1.018473</w:t>
        <w:br/>
        <w:t>v 0.141552 20.523869 1.018473</w:t>
        <w:br/>
        <w:t>v 0.141552 20.523869 1.018473</w:t>
        <w:br/>
        <w:t>v 0.081771 20.367207 0.987979</w:t>
        <w:br/>
        <w:t>v 0.134339 20.529770 0.985085</w:t>
        <w:br/>
        <w:t>v 0.326119 19.987501 0.851401</w:t>
        <w:br/>
        <w:t>v 0.281878 19.980009 0.914445</w:t>
        <w:br/>
        <w:t>v 0.345398 19.989462 0.870128</w:t>
        <w:br/>
        <w:t>v 0.281878 19.980009 0.914445</w:t>
        <w:br/>
        <w:t>v 0.269567 19.978907 0.882416</w:t>
        <w:br/>
        <w:t>v 0.140447 19.972954 0.926447</w:t>
        <w:br/>
        <w:t>v 0.089407 20.363956 1.021740</w:t>
        <w:br/>
        <w:t>v 0.148588 19.975052 0.960408</w:t>
        <w:br/>
        <w:t>v 0.140447 19.972954 0.926447</w:t>
        <w:br/>
        <w:t>v 0.098663 20.097040 0.962588</w:t>
        <w:br/>
        <w:t>v 0.148588 19.975052 0.960408</w:t>
        <w:br/>
        <w:t>v 0.141136 20.227676 0.983972</w:t>
        <w:br/>
        <w:t>v 0.089407 20.363956 1.021740</w:t>
        <w:br/>
        <w:t>v 0.141136 20.227676 0.983972</w:t>
        <w:br/>
        <w:t>v 0.148588 19.975052 0.960408</w:t>
        <w:br/>
        <w:t>v 0.133074 20.229103 0.950030</w:t>
        <w:br/>
        <w:t>v 0.106966 20.097218 0.996472</w:t>
        <w:br/>
        <w:t>v 0.106966 20.097218 0.996472</w:t>
        <w:br/>
        <w:t>v -0.101080 16.527718 -0.491648</w:t>
        <w:br/>
        <w:t>v -0.083892 16.514076 -0.456949</w:t>
        <w:br/>
        <w:t>v -0.077666 16.896969 -0.511797</w:t>
        <w:br/>
        <w:t>v -0.083892 16.514076 -0.456949</w:t>
        <w:br/>
        <w:t>v -0.101080 16.527718 -0.491648</w:t>
        <w:br/>
        <w:t>v -0.350130 16.521269 -0.436930</w:t>
        <w:br/>
        <w:t>v -0.095850 16.879993 -0.548739</w:t>
        <w:br/>
        <w:t>v -0.077666 16.896969 -0.511797</w:t>
        <w:br/>
        <w:t>v -0.343904 16.904167 -0.491779</w:t>
        <w:br/>
        <w:t>v -0.095850 16.879993 -0.548739</w:t>
        <w:br/>
        <w:t>v -0.340425 16.539991 -0.473154</w:t>
        <w:br/>
        <w:t>v -0.095850 16.879993 -0.548739</w:t>
        <w:br/>
        <w:t>v -0.473870 16.716145 -0.454816</w:t>
        <w:br/>
        <w:t>v -0.341242 16.879631 -0.527699</w:t>
        <w:br/>
        <w:t>v -0.341242 16.879631 -0.527699</w:t>
        <w:br/>
        <w:t>v -0.455029 16.709581 -0.491832</w:t>
        <w:br/>
        <w:t>v -0.455029 16.709581 -0.491832</w:t>
        <w:br/>
        <w:t>v -0.455029 16.709581 -0.491832</w:t>
        <w:br/>
        <w:t>v 2.158640 19.786261 -0.517656</w:t>
        <w:br/>
        <w:t>v 2.322821 19.682549 -0.523176</w:t>
        <w:br/>
        <w:t>v 2.180764 19.808966 -0.509948</w:t>
        <w:br/>
        <w:t>v 2.180764 19.808966 -0.509948</w:t>
        <w:br/>
        <w:t>v 2.184999 19.892164 -0.297509</w:t>
        <w:br/>
        <w:t>v 2.158640 19.786261 -0.517656</w:t>
        <w:br/>
        <w:t>v 2.603263 19.530144 -0.497754</w:t>
        <w:br/>
        <w:t>v 2.584500 19.503178 -0.495328</w:t>
        <w:br/>
        <w:t>v 2.206455 19.912745 -0.301308</w:t>
        <w:br/>
        <w:t>v 2.206455 19.912745 -0.301308</w:t>
        <w:br/>
        <w:t>v 2.205139 19.941515 -0.002401</w:t>
        <w:br/>
        <w:t>v 3.022555 19.191685 -0.483110</w:t>
        <w:br/>
        <w:t>v 3.042288 19.155972 -0.485538</w:t>
        <w:br/>
        <w:t>v 3.022555 19.191685 -0.483110</w:t>
        <w:br/>
        <w:t>v 3.042288 19.155972 -0.485538</w:t>
        <w:br/>
        <w:t>v 3.089556 19.248035 -0.255784</w:t>
        <w:br/>
        <w:t>v 2.645261 19.638426 -0.278292</w:t>
        <w:br/>
        <w:t>v 2.226830 19.964308 -0.002716</w:t>
        <w:br/>
        <w:t>v 2.226830 19.964308 -0.002716</w:t>
        <w:br/>
        <w:t>v 2.199699 19.891287 0.279278</w:t>
        <w:br/>
        <w:t>v 3.085380 19.288311 -0.249179</w:t>
        <w:br/>
        <w:t>v 3.094139 19.251438 -0.207318</w:t>
        <w:br/>
        <w:t>v 3.101995 19.274639 -0.188769</w:t>
        <w:br/>
        <w:t>v 2.660320 19.653908 -0.004421</w:t>
        <w:br/>
        <w:t>v 3.102102 19.308170 -0.006226</w:t>
        <w:br/>
        <w:t>v 3.105466 19.287731 -0.011959</w:t>
        <w:br/>
        <w:t>v 3.099983 19.261414 0.154639</w:t>
        <w:br/>
        <w:t>v 3.088044 19.249432 0.260228</w:t>
        <w:br/>
        <w:t>v 3.099258 19.243073 0.162565</w:t>
        <w:br/>
        <w:t>v 3.089095 19.218868 0.257068</w:t>
        <w:br/>
        <w:t>v 2.633807 19.618443 0.274973</w:t>
        <w:br/>
        <w:t>v 3.019552 19.144695 0.497812</w:t>
        <w:br/>
        <w:t>v 3.035115 19.108284 0.509617</w:t>
        <w:br/>
        <w:t>v 2.563762 19.447861 0.543292</w:t>
        <w:br/>
        <w:t>v 2.216485 19.910200 0.290180</w:t>
        <w:br/>
        <w:t>v 2.216485 19.910200 0.290180</w:t>
        <w:br/>
        <w:t>v 2.576188 19.485048 0.542501</w:t>
        <w:br/>
        <w:t>v 2.576188 19.485048 0.542501</w:t>
        <w:br/>
        <w:t>v 2.176686 19.744658 0.577478</w:t>
        <w:br/>
        <w:t>v 2.176686 19.744658 0.577478</w:t>
        <w:br/>
        <w:t>v 2.153201 19.723787 0.578594</w:t>
        <w:br/>
        <w:t>v 2.153201 19.723787 0.578594</w:t>
        <w:br/>
        <w:t>v -2.322776 19.681713 -0.523175</w:t>
        <w:br/>
        <w:t>v -2.158611 19.785675 -0.517654</w:t>
        <w:br/>
        <w:t>v -2.180735 19.808380 -0.509947</w:t>
        <w:br/>
        <w:t>v -2.180735 19.808380 -0.509947</w:t>
        <w:br/>
        <w:t>v -2.158611 19.785675 -0.517654</w:t>
        <w:br/>
        <w:t>v -2.184971 19.891594 -0.297508</w:t>
        <w:br/>
        <w:t>v -2.597113 19.539370 -0.497752</w:t>
        <w:br/>
        <w:t>v -2.578693 19.512175 -0.495327</w:t>
        <w:br/>
        <w:t>v -2.206428 19.912170 -0.301306</w:t>
        <w:br/>
        <w:t>v -2.206428 19.912170 -0.301306</w:t>
        <w:br/>
        <w:t>v -2.205110 19.940918 -0.002400</w:t>
        <w:br/>
        <w:t>v -3.022467 19.190365 -0.483109</w:t>
        <w:br/>
        <w:t>v -3.042201 19.154654 -0.485537</w:t>
        <w:br/>
        <w:t>v -3.022467 19.190365 -0.483109</w:t>
        <w:br/>
        <w:t>v -3.089469 19.246714 -0.255783</w:t>
        <w:br/>
        <w:t>v -3.042201 19.154654 -0.485537</w:t>
        <w:br/>
        <w:t>v -2.637760 19.648201 -0.278291</w:t>
        <w:br/>
        <w:t>v -2.226802 19.963722 -0.002715</w:t>
        <w:br/>
        <w:t>v -2.226802 19.963722 -0.002715</w:t>
        <w:br/>
        <w:t>v -2.199672 19.890715 0.279279</w:t>
        <w:br/>
        <w:t>v -3.085293 19.286987 -0.249178</w:t>
        <w:br/>
        <w:t>v -3.094051 19.250114 -0.207317</w:t>
        <w:br/>
        <w:t>v -3.101907 19.273319 -0.188768</w:t>
        <w:br/>
        <w:t>v -2.651749 19.665039 -0.004420</w:t>
        <w:br/>
        <w:t>v -3.102015 19.306847 -0.006225</w:t>
        <w:br/>
        <w:t>v -3.105379 19.286407 -0.011958</w:t>
        <w:br/>
        <w:t>v -3.099895 19.260098 0.154641</w:t>
        <w:br/>
        <w:t>v -3.087956 19.248110 0.260229</w:t>
        <w:br/>
        <w:t>v -3.099170 19.241751 0.162566</w:t>
        <w:br/>
        <w:t>v -3.089007 19.217548 0.257070</w:t>
        <w:br/>
        <w:t>v -2.626542 19.628036 0.274974</w:t>
        <w:br/>
        <w:t>v -3.019464 19.143375 0.497813</w:t>
        <w:br/>
        <w:t>v -3.035028 19.106964 0.509618</w:t>
        <w:br/>
        <w:t>v -2.558640 19.456572 0.543294</w:t>
        <w:br/>
        <w:t>v -2.216457 19.909630 0.290182</w:t>
        <w:br/>
        <w:t>v -2.216457 19.909630 0.290182</w:t>
        <w:br/>
        <w:t>v -2.570595 19.493910 0.542502</w:t>
        <w:br/>
        <w:t>v -2.570595 19.493910 0.542502</w:t>
        <w:br/>
        <w:t>v -2.176656 19.744045 0.577479</w:t>
        <w:br/>
        <w:t>v -2.176656 19.744045 0.577479</w:t>
        <w:br/>
        <w:t>v -2.153171 19.723171 0.578595</w:t>
        <w:br/>
        <w:t>v -2.153171 19.723171 0.578595</w:t>
        <w:br/>
        <w:t>v -0.000000 18.942389 1.697127</w:t>
        <w:br/>
        <w:t>v -0.000000 19.004509 1.737098</w:t>
        <w:br/>
        <w:t>v 0.095279 18.967648 1.681147</w:t>
        <w:br/>
        <w:t>v -0.095279 18.967648 1.681147</w:t>
        <w:br/>
        <w:t>v 0.095279 19.026081 1.723449</w:t>
        <w:br/>
        <w:t>v 0.176942 19.036661 1.637491</w:t>
        <w:br/>
        <w:t>v -0.095279 19.026081 1.723449</w:t>
        <w:br/>
        <w:t>v -0.176942 19.036661 1.637491</w:t>
        <w:br/>
        <w:t>v 0.165028 19.085026 1.686160</w:t>
        <w:br/>
        <w:t>v 0.206832 19.130930 1.577852</w:t>
        <w:br/>
        <w:t>v -0.165028 19.085026 1.686160</w:t>
        <w:br/>
        <w:t>v -0.206832 19.130930 1.577852</w:t>
        <w:br/>
        <w:t>v 0.190558 19.165548 1.635224</w:t>
        <w:br/>
        <w:t>v -0.190558 19.165548 1.635224</w:t>
        <w:br/>
        <w:t>v 0.165028 19.246071 1.584286</w:t>
        <w:br/>
        <w:t>v 0.176942 19.225203 1.518216</w:t>
        <w:br/>
        <w:t>v -0.165028 19.246071 1.584286</w:t>
        <w:br/>
        <w:t>v -0.176942 19.225203 1.518216</w:t>
        <w:br/>
        <w:t>v 0.095279 19.305016 1.546999</w:t>
        <w:br/>
        <w:t>v 0.095279 19.294220 1.474559</w:t>
        <w:br/>
        <w:t>v -0.095279 19.305016 1.546999</w:t>
        <w:br/>
        <w:t>v -0.095279 19.294220 1.474559</w:t>
        <w:br/>
        <w:t>v -0.000000 19.326586 1.533349</w:t>
        <w:br/>
        <w:t>v -0.000000 19.319483 1.458578</w:t>
        <w:br/>
        <w:t>v -0.000000 19.177914 1.654795</w:t>
        <w:br/>
        <w:t>v -0.165028 19.246071 1.584286</w:t>
        <w:br/>
        <w:t>v -0.095279 19.305016 1.546999</w:t>
        <w:br/>
        <w:t>v -0.190558 19.165548 1.635224</w:t>
        <w:br/>
        <w:t>v 0.095279 19.305016 1.546999</w:t>
        <w:br/>
        <w:t>v -0.165028 19.085026 1.686160</w:t>
        <w:br/>
        <w:t>v 0.165028 19.246071 1.584286</w:t>
        <w:br/>
        <w:t>v -0.095279 19.026081 1.723449</w:t>
        <w:br/>
        <w:t>v 0.190558 19.165548 1.635224</w:t>
        <w:br/>
        <w:t>v -0.000000 19.004509 1.737098</w:t>
        <w:br/>
        <w:t>v 0.165028 19.085026 1.686160</w:t>
        <w:br/>
        <w:t>v 0.095279 19.026081 1.723449</w:t>
        <w:br/>
        <w:t>v 0.721857 19.897804 -0.909002</w:t>
        <w:br/>
        <w:t>v 0.491197 19.991404 -0.893129</w:t>
        <w:br/>
        <w:t>v 0.715134 19.895103 -0.892257</w:t>
        <w:br/>
        <w:t>v 0.721857 19.897804 -0.909002</w:t>
        <w:br/>
        <w:t>v 0.715134 19.895103 -0.892257</w:t>
        <w:br/>
        <w:t>v 0.767633 20.001526 -0.789664</w:t>
        <w:br/>
        <w:t>v 0.504738 19.986641 -0.869604</w:t>
        <w:br/>
        <w:t>v 0.491197 19.991404 -0.893129</w:t>
        <w:br/>
        <w:t>v 0.537931 20.094587 -0.776044</w:t>
        <w:br/>
        <w:t>v 0.504738 19.986641 -0.869604</w:t>
        <w:br/>
        <w:t>v 0.749799 19.989759 -0.783385</w:t>
        <w:br/>
        <w:t>v 0.767633 20.001526 -0.789664</w:t>
        <w:br/>
        <w:t>v 0.749799 19.989759 -0.783385</w:t>
        <w:br/>
        <w:t>v 0.537931 20.094587 -0.776044</w:t>
        <w:br/>
        <w:t>v 0.704668 19.923372 -0.873907</w:t>
        <w:br/>
        <w:t>v 0.749799 19.989759 -0.783385</w:t>
        <w:br/>
        <w:t>v 0.541893 20.071253 -0.772204</w:t>
        <w:br/>
        <w:t>v 0.541893 20.071253 -0.772204</w:t>
        <w:br/>
        <w:t>v 0.541893 20.071253 -0.772204</w:t>
        <w:br/>
        <w:t>v 0.551986 20.054508 -0.791788</w:t>
        <w:br/>
        <w:t>v 0.723495 19.987087 -0.802785</w:t>
        <w:br/>
        <w:t>v 0.526733 19.997013 -0.864410</w:t>
        <w:br/>
        <w:t>v 0.551986 20.054508 -0.791788</w:t>
        <w:br/>
        <w:t>v 0.560753 20.067867 -0.809539</w:t>
        <w:br/>
        <w:t>v 0.526733 19.997013 -0.864410</w:t>
        <w:br/>
        <w:t>v 0.551986 20.054508 -0.791788</w:t>
        <w:br/>
        <w:t>v 0.723495 19.987087 -0.802785</w:t>
        <w:br/>
        <w:t>v 0.560753 20.067867 -0.809539</w:t>
        <w:br/>
        <w:t>v 0.534458 20.009167 -0.875366</w:t>
        <w:br/>
        <w:t>v 0.534458 20.009167 -0.875366</w:t>
        <w:br/>
        <w:t>v 0.704668 19.923372 -0.873907</w:t>
        <w:br/>
        <w:t>v 0.526733 19.997013 -0.864410</w:t>
        <w:br/>
        <w:t>v 0.727445 20.002548 -0.819192</w:t>
        <w:br/>
        <w:t>v 0.710191 19.940638 -0.887021</w:t>
        <w:br/>
        <w:t>v 0.727445 20.002548 -0.819192</w:t>
        <w:br/>
        <w:t>v 0.723495 19.987087 -0.802785</w:t>
        <w:br/>
        <w:t>v 0.710191 19.940638 -0.887021</w:t>
        <w:br/>
        <w:t>v 0.704668 19.923372 -0.873907</w:t>
        <w:br/>
        <w:t>v -0.721857 19.897804 -0.909002</w:t>
        <w:br/>
        <w:t>v -0.715134 19.895103 -0.892257</w:t>
        <w:br/>
        <w:t>v -0.491197 19.991404 -0.893128</w:t>
        <w:br/>
        <w:t>v -0.721857 19.897804 -0.909002</w:t>
        <w:br/>
        <w:t>v -0.767633 20.001526 -0.789663</w:t>
        <w:br/>
        <w:t>v -0.715134 19.895103 -0.892257</w:t>
        <w:br/>
        <w:t>v -0.504738 19.986641 -0.869604</w:t>
        <w:br/>
        <w:t>v -0.491197 19.991404 -0.893128</w:t>
        <w:br/>
        <w:t>v -0.504738 19.986641 -0.869604</w:t>
        <w:br/>
        <w:t>v -0.537931 20.094582 -0.776043</w:t>
        <w:br/>
        <w:t>v -0.749799 19.989759 -0.783385</w:t>
        <w:br/>
        <w:t>v -0.767633 20.001526 -0.789663</w:t>
        <w:br/>
        <w:t>v -0.537931 20.094582 -0.776043</w:t>
        <w:br/>
        <w:t>v -0.749799 19.989759 -0.783385</w:t>
        <w:br/>
        <w:t>v -0.704668 19.923372 -0.873907</w:t>
        <w:br/>
        <w:t>v -0.749799 19.989759 -0.783385</w:t>
        <w:br/>
        <w:t>v -0.541893 20.071253 -0.772204</w:t>
        <w:br/>
        <w:t>v -0.541893 20.071253 -0.772204</w:t>
        <w:br/>
        <w:t>v -0.541893 20.071253 -0.772204</w:t>
        <w:br/>
        <w:t>v -0.551986 20.054508 -0.791788</w:t>
        <w:br/>
        <w:t>v -0.723495 19.987087 -0.802785</w:t>
        <w:br/>
        <w:t>v -0.526733 19.997009 -0.864410</w:t>
        <w:br/>
        <w:t>v -0.551986 20.054508 -0.791788</w:t>
        <w:br/>
        <w:t>v -0.526733 19.997009 -0.864410</w:t>
        <w:br/>
        <w:t>v -0.560753 20.067867 -0.809538</w:t>
        <w:br/>
        <w:t>v -0.551986 20.054508 -0.791788</w:t>
        <w:br/>
        <w:t>v -0.560753 20.067867 -0.809538</w:t>
        <w:br/>
        <w:t>v -0.723495 19.987087 -0.802785</w:t>
        <w:br/>
        <w:t>v -0.534459 20.009167 -0.875365</w:t>
        <w:br/>
        <w:t>v -0.526733 19.997009 -0.864410</w:t>
        <w:br/>
        <w:t>v -0.704668 19.923372 -0.873907</w:t>
        <w:br/>
        <w:t>v -0.534459 20.009167 -0.875365</w:t>
        <w:br/>
        <w:t>v -0.727445 20.002548 -0.819192</w:t>
        <w:br/>
        <w:t>v -0.710191 19.940641 -0.887021</w:t>
        <w:br/>
        <w:t>v -0.727445 20.002548 -0.819192</w:t>
        <w:br/>
        <w:t>v -0.710191 19.940641 -0.887021</w:t>
        <w:br/>
        <w:t>v -0.723495 19.987087 -0.802785</w:t>
        <w:br/>
        <w:t>v -0.704668 19.923372 -0.873907</w:t>
        <w:br/>
        <w:t>v -0.384909 19.385799 1.453911</w:t>
        <w:br/>
        <w:t>v -0.354766 19.341692 1.453911</w:t>
        <w:br/>
        <w:t>v -0.401586 19.385799 1.494172</w:t>
        <w:br/>
        <w:t>v -0.441848 19.405075 1.453911</w:t>
        <w:br/>
        <w:t>v -0.380272 19.341692 1.515487</w:t>
        <w:br/>
        <w:t>v -0.346661 19.286442 1.453911</w:t>
        <w:br/>
        <w:t>v -0.441848 19.385799 1.510850</w:t>
        <w:br/>
        <w:t>v -0.374541 19.286442 1.521218</w:t>
        <w:br/>
        <w:t>v -0.441848 19.341692 1.540992</w:t>
        <w:br/>
        <w:t>v -0.482109 19.385799 1.494172</w:t>
        <w:br/>
        <w:t>v -0.498786 19.385799 1.453911</w:t>
        <w:br/>
        <w:t>v -0.528929 19.341692 1.453911</w:t>
        <w:br/>
        <w:t>v -0.503424 19.341692 1.515487</w:t>
        <w:br/>
        <w:t>v -0.537034 19.286442 1.453911</w:t>
        <w:br/>
        <w:t>v -0.441848 19.286442 1.549097</w:t>
        <w:br/>
        <w:t>v -0.509154 19.286442 1.521218</w:t>
        <w:br/>
        <w:t>v -0.496111 19.237986 1.508174</w:t>
        <w:br/>
        <w:t>v -0.518587 19.237986 1.453911</w:t>
        <w:br/>
        <w:t>v -0.441848 19.198975 1.453911</w:t>
        <w:br/>
        <w:t>v -0.441848 19.237986 1.530650</w:t>
        <w:br/>
        <w:t>v -0.387584 19.237986 1.508174</w:t>
        <w:br/>
        <w:t>v -0.365108 19.237986 1.453911</w:t>
        <w:br/>
        <w:t>v -0.498786 19.385799 1.453911</w:t>
        <w:br/>
        <w:t>v -0.528929 19.341692 1.453911</w:t>
        <w:br/>
        <w:t>v -0.482109 19.385799 1.413649</w:t>
        <w:br/>
        <w:t>v -0.441848 19.405075 1.453911</w:t>
        <w:br/>
        <w:t>v -0.503424 19.341692 1.392335</w:t>
        <w:br/>
        <w:t>v -0.537034 19.286442 1.453911</w:t>
        <w:br/>
        <w:t>v -0.441848 19.385799 1.396972</w:t>
        <w:br/>
        <w:t>v -0.509154 19.286442 1.386604</w:t>
        <w:br/>
        <w:t>v -0.441848 19.341692 1.366830</w:t>
        <w:br/>
        <w:t>v -0.401586 19.385799 1.413649</w:t>
        <w:br/>
        <w:t>v -0.384909 19.385799 1.453911</w:t>
        <w:br/>
        <w:t>v -0.354766 19.341692 1.453911</w:t>
        <w:br/>
        <w:t>v -0.380272 19.341692 1.392335</w:t>
        <w:br/>
        <w:t>v -0.346661 19.286442 1.453911</w:t>
        <w:br/>
        <w:t>v -0.441848 19.286442 1.358725</w:t>
        <w:br/>
        <w:t>v -0.374541 19.286442 1.386604</w:t>
        <w:br/>
        <w:t>v -0.387584 19.237986 1.399648</w:t>
        <w:br/>
        <w:t>v -0.365108 19.237986 1.453911</w:t>
        <w:br/>
        <w:t>v -0.441848 19.198975 1.453911</w:t>
        <w:br/>
        <w:t>v -0.441848 19.237986 1.377171</w:t>
        <w:br/>
        <w:t>v -0.496111 19.237986 1.399648</w:t>
        <w:br/>
        <w:t>v -0.518587 19.237986 1.453911</w:t>
        <w:br/>
        <w:t>v -0.469386 19.871336 1.132879</w:t>
        <w:br/>
        <w:t>v -0.441599 19.830673 1.132879</w:t>
        <w:br/>
        <w:t>v -0.484760 19.871336 1.169994</w:t>
        <w:br/>
        <w:t>v -0.521875 19.889112 1.132879</w:t>
        <w:br/>
        <w:t>v -0.465111 19.830673 1.189643</w:t>
        <w:br/>
        <w:t>v -0.434128 19.779745 1.132879</w:t>
        <w:br/>
        <w:t>v -0.521875 19.871336 1.185368</w:t>
        <w:br/>
        <w:t>v -0.459828 19.779745 1.194925</w:t>
        <w:br/>
        <w:t>v -0.521875 19.830673 1.213155</w:t>
        <w:br/>
        <w:t>v -0.558990 19.871336 1.169994</w:t>
        <w:br/>
        <w:t>v -0.574364 19.871336 1.132879</w:t>
        <w:br/>
        <w:t>v -0.602151 19.830673 1.132879</w:t>
        <w:br/>
        <w:t>v -0.578639 19.830673 1.189643</w:t>
        <w:br/>
        <w:t>v -0.609622 19.779745 1.132879</w:t>
        <w:br/>
        <w:t>v -0.521875 19.779745 1.220626</w:t>
        <w:br/>
        <w:t>v -0.583922 19.779745 1.194925</w:t>
        <w:br/>
        <w:t>v -0.571898 19.735075 1.182901</w:t>
        <w:br/>
        <w:t>v -0.592617 19.735075 1.132879</w:t>
        <w:br/>
        <w:t>v -0.521875 19.699112 1.132879</w:t>
        <w:br/>
        <w:t>v -0.521875 19.735075 1.203621</w:t>
        <w:br/>
        <w:t>v -0.471853 19.735075 1.182901</w:t>
        <w:br/>
        <w:t>v -0.451133 19.735075 1.132879</w:t>
        <w:br/>
        <w:t>v -0.574364 19.871336 1.132879</w:t>
        <w:br/>
        <w:t>v -0.602151 19.830673 1.132879</w:t>
        <w:br/>
        <w:t>v -0.558990 19.871336 1.095764</w:t>
        <w:br/>
        <w:t>v -0.521875 19.889112 1.132879</w:t>
        <w:br/>
        <w:t>v -0.578639 19.830673 1.076115</w:t>
        <w:br/>
        <w:t>v -0.609622 19.779745 1.132879</w:t>
        <w:br/>
        <w:t>v -0.521875 19.871336 1.080390</w:t>
        <w:br/>
        <w:t>v -0.583922 19.779745 1.070832</w:t>
        <w:br/>
        <w:t>v -0.521875 19.830673 1.052603</w:t>
        <w:br/>
        <w:t>v -0.484760 19.871336 1.095764</w:t>
        <w:br/>
        <w:t>v -0.469386 19.871336 1.132879</w:t>
        <w:br/>
        <w:t>v -0.441599 19.830673 1.132879</w:t>
        <w:br/>
        <w:t>v -0.465111 19.830673 1.076115</w:t>
        <w:br/>
        <w:t>v -0.434128 19.779745 1.132879</w:t>
        <w:br/>
        <w:t>v -0.521875 19.779745 1.045132</w:t>
        <w:br/>
        <w:t>v -0.459828 19.779745 1.070832</w:t>
        <w:br/>
        <w:t>v -0.471853 19.735075 1.082857</w:t>
        <w:br/>
        <w:t>v -0.451133 19.735075 1.132879</w:t>
        <w:br/>
        <w:t>v -0.521875 19.699112 1.132879</w:t>
        <w:br/>
        <w:t>v -0.521875 19.735075 1.062137</w:t>
        <w:br/>
        <w:t>v -0.571898 19.735075 1.082857</w:t>
        <w:br/>
        <w:t>v -0.592617 19.735075 1.132879</w:t>
        <w:br/>
        <w:t>v -0.219122 19.217325 1.568124</w:t>
        <w:br/>
        <w:t>v -0.203198 19.194027 1.568124</w:t>
        <w:br/>
        <w:t>v -0.227932 19.217325 1.589393</w:t>
        <w:br/>
        <w:t>v -0.249202 19.227507 1.568124</w:t>
        <w:br/>
        <w:t>v -0.216672 19.194027 1.600653</w:t>
        <w:br/>
        <w:t>v -0.198916 19.164839 1.568124</w:t>
        <w:br/>
        <w:t>v -0.249202 19.217325 1.598204</w:t>
        <w:br/>
        <w:t>v -0.213645 19.164839 1.603681</w:t>
        <w:br/>
        <w:t>v -0.249202 19.194027 1.614128</w:t>
        <w:br/>
        <w:t>v -0.270472 19.217325 1.589393</w:t>
        <w:br/>
        <w:t>v -0.279282 19.217325 1.568124</w:t>
        <w:br/>
        <w:t>v -0.295206 19.194027 1.568124</w:t>
        <w:br/>
        <w:t>v -0.281732 19.194027 1.600653</w:t>
        <w:br/>
        <w:t>v -0.299488 19.164839 1.568124</w:t>
        <w:br/>
        <w:t>v -0.249202 19.164839 1.618410</w:t>
        <w:br/>
        <w:t>v -0.284759 19.164839 1.603681</w:t>
        <w:br/>
        <w:t>v -0.277869 19.139235 1.596790</w:t>
        <w:br/>
        <w:t>v -0.289743 19.139235 1.568124</w:t>
        <w:br/>
        <w:t>v -0.249202 19.118629 1.568124</w:t>
        <w:br/>
        <w:t>v -0.249202 19.139235 1.608664</w:t>
        <w:br/>
        <w:t>v -0.220536 19.139235 1.596790</w:t>
        <w:br/>
        <w:t>v -0.208662 19.139235 1.568124</w:t>
        <w:br/>
        <w:t>v -0.279282 19.217325 1.568124</w:t>
        <w:br/>
        <w:t>v -0.295206 19.194027 1.568124</w:t>
        <w:br/>
        <w:t>v -0.270472 19.217325 1.546854</w:t>
        <w:br/>
        <w:t>v -0.249202 19.227507 1.568124</w:t>
        <w:br/>
        <w:t>v -0.281732 19.194027 1.535594</w:t>
        <w:br/>
        <w:t>v -0.299488 19.164839 1.568124</w:t>
        <w:br/>
        <w:t>v -0.249202 19.217325 1.538044</w:t>
        <w:br/>
        <w:t>v -0.284759 19.164839 1.532566</w:t>
        <w:br/>
        <w:t>v -0.249202 19.194027 1.522119</w:t>
        <w:br/>
        <w:t>v -0.227932 19.217325 1.546854</w:t>
        <w:br/>
        <w:t>v -0.219122 19.217325 1.568124</w:t>
        <w:br/>
        <w:t>v -0.203198 19.194027 1.568124</w:t>
        <w:br/>
        <w:t>v -0.216672 19.194027 1.535594</w:t>
        <w:br/>
        <w:t>v -0.198916 19.164839 1.568124</w:t>
        <w:br/>
        <w:t>v -0.249202 19.164839 1.517838</w:t>
        <w:br/>
        <w:t>v -0.213645 19.164839 1.532566</w:t>
        <w:br/>
        <w:t>v -0.220536 19.139235 1.539457</w:t>
        <w:br/>
        <w:t>v -0.208662 19.139235 1.568124</w:t>
        <w:br/>
        <w:t>v -0.249202 19.118629 1.568124</w:t>
        <w:br/>
        <w:t>v -0.249202 19.139235 1.527583</w:t>
        <w:br/>
        <w:t>v -0.277869 19.139235 1.539457</w:t>
        <w:br/>
        <w:t>v -0.289743 19.139235 1.568124</w:t>
        <w:br/>
        <w:t>v 0.498786 19.385799 1.453911</w:t>
        <w:br/>
        <w:t>v 0.528929 19.341692 1.453911</w:t>
        <w:br/>
        <w:t>v 0.482109 19.385799 1.494172</w:t>
        <w:br/>
        <w:t>v 0.441847 19.405075 1.453911</w:t>
        <w:br/>
        <w:t>v 0.503424 19.341692 1.515487</w:t>
        <w:br/>
        <w:t>v 0.537034 19.286442 1.453911</w:t>
        <w:br/>
        <w:t>v 0.441847 19.385799 1.510850</w:t>
        <w:br/>
        <w:t>v 0.509154 19.286442 1.521218</w:t>
        <w:br/>
        <w:t>v 0.441847 19.341692 1.540992</w:t>
        <w:br/>
        <w:t>v 0.401586 19.385799 1.494172</w:t>
        <w:br/>
        <w:t>v 0.384909 19.385799 1.453911</w:t>
        <w:br/>
        <w:t>v 0.354766 19.341692 1.453911</w:t>
        <w:br/>
        <w:t>v 0.380272 19.341692 1.515487</w:t>
        <w:br/>
        <w:t>v 0.346661 19.286442 1.453911</w:t>
        <w:br/>
        <w:t>v 0.441847 19.286442 1.549097</w:t>
        <w:br/>
        <w:t>v 0.374541 19.286442 1.521218</w:t>
        <w:br/>
        <w:t>v 0.387584 19.237986 1.508174</w:t>
        <w:br/>
        <w:t>v 0.365108 19.237986 1.453911</w:t>
        <w:br/>
        <w:t>v 0.441847 19.198975 1.453911</w:t>
        <w:br/>
        <w:t>v 0.441847 19.237986 1.530650</w:t>
        <w:br/>
        <w:t>v 0.496111 19.237986 1.508174</w:t>
        <w:br/>
        <w:t>v 0.518587 19.237986 1.453911</w:t>
        <w:br/>
        <w:t>v 0.384909 19.385799 1.453911</w:t>
        <w:br/>
        <w:t>v 0.354766 19.341692 1.453911</w:t>
        <w:br/>
        <w:t>v 0.401586 19.385799 1.413649</w:t>
        <w:br/>
        <w:t>v 0.441847 19.405075 1.453911</w:t>
        <w:br/>
        <w:t>v 0.380272 19.341692 1.392335</w:t>
        <w:br/>
        <w:t>v 0.346661 19.286442 1.453911</w:t>
        <w:br/>
        <w:t>v 0.441847 19.385799 1.396972</w:t>
        <w:br/>
        <w:t>v 0.374541 19.286442 1.386604</w:t>
        <w:br/>
        <w:t>v 0.441847 19.341692 1.366830</w:t>
        <w:br/>
        <w:t>v 0.482109 19.385799 1.413649</w:t>
        <w:br/>
        <w:t>v 0.498786 19.385799 1.453911</w:t>
        <w:br/>
        <w:t>v 0.528929 19.341692 1.453911</w:t>
        <w:br/>
        <w:t>v 0.503424 19.341692 1.392335</w:t>
        <w:br/>
        <w:t>v 0.537034 19.286442 1.453911</w:t>
        <w:br/>
        <w:t>v 0.441847 19.286442 1.358725</w:t>
        <w:br/>
        <w:t>v 0.509154 19.286442 1.386604</w:t>
        <w:br/>
        <w:t>v 0.496111 19.237986 1.399648</w:t>
        <w:br/>
        <w:t>v 0.518587 19.237986 1.453911</w:t>
        <w:br/>
        <w:t>v 0.441847 19.198975 1.453911</w:t>
        <w:br/>
        <w:t>v 0.441847 19.237986 1.377171</w:t>
        <w:br/>
        <w:t>v 0.387584 19.237986 1.399648</w:t>
        <w:br/>
        <w:t>v 0.365108 19.237986 1.453911</w:t>
        <w:br/>
        <w:t>v 0.574364 19.871336 1.132879</w:t>
        <w:br/>
        <w:t>v 0.602151 19.830673 1.132879</w:t>
        <w:br/>
        <w:t>v 0.558990 19.871336 1.169994</w:t>
        <w:br/>
        <w:t>v 0.521875 19.889112 1.132879</w:t>
        <w:br/>
        <w:t>v 0.578639 19.830673 1.189643</w:t>
        <w:br/>
        <w:t>v 0.609622 19.779745 1.132879</w:t>
        <w:br/>
        <w:t>v 0.521875 19.871336 1.185368</w:t>
        <w:br/>
        <w:t>v 0.583922 19.779745 1.194925</w:t>
        <w:br/>
        <w:t>v 0.521875 19.830673 1.213155</w:t>
        <w:br/>
        <w:t>v 0.484760 19.871336 1.169994</w:t>
        <w:br/>
        <w:t>v 0.469386 19.871336 1.132879</w:t>
        <w:br/>
        <w:t>v 0.441599 19.830673 1.132879</w:t>
        <w:br/>
        <w:t>v 0.465111 19.830673 1.189643</w:t>
        <w:br/>
        <w:t>v 0.434128 19.779745 1.132879</w:t>
        <w:br/>
        <w:t>v 0.521875 19.779745 1.220626</w:t>
        <w:br/>
        <w:t>v 0.459828 19.779745 1.194925</w:t>
        <w:br/>
        <w:t>v 0.471853 19.735075 1.182901</w:t>
        <w:br/>
        <w:t>v 0.451133 19.735075 1.132879</w:t>
        <w:br/>
        <w:t>v 0.521875 19.699112 1.132879</w:t>
        <w:br/>
        <w:t>v 0.521875 19.735075 1.203621</w:t>
        <w:br/>
        <w:t>v 0.571898 19.735075 1.182901</w:t>
        <w:br/>
        <w:t>v 0.592617 19.735075 1.132879</w:t>
        <w:br/>
        <w:t>v 0.469386 19.871336 1.132879</w:t>
        <w:br/>
        <w:t>v 0.441599 19.830673 1.132879</w:t>
        <w:br/>
        <w:t>v 0.484760 19.871336 1.095764</w:t>
        <w:br/>
        <w:t>v 0.521875 19.889112 1.132879</w:t>
        <w:br/>
        <w:t>v 0.465111 19.830673 1.076115</w:t>
        <w:br/>
        <w:t>v 0.434128 19.779745 1.132879</w:t>
        <w:br/>
        <w:t>v 0.521875 19.871336 1.080390</w:t>
        <w:br/>
        <w:t>v 0.459828 19.779745 1.070832</w:t>
        <w:br/>
        <w:t>v 0.521875 19.830673 1.052603</w:t>
        <w:br/>
        <w:t>v 0.558990 19.871336 1.095764</w:t>
        <w:br/>
        <w:t>v 0.574364 19.871336 1.132879</w:t>
        <w:br/>
        <w:t>v 0.602151 19.830673 1.132879</w:t>
        <w:br/>
        <w:t>v 0.578639 19.830673 1.076115</w:t>
        <w:br/>
        <w:t>v 0.609622 19.779745 1.132879</w:t>
        <w:br/>
        <w:t>v 0.521875 19.779745 1.045132</w:t>
        <w:br/>
        <w:t>v 0.583922 19.779745 1.070832</w:t>
        <w:br/>
        <w:t>v 0.571898 19.735075 1.082857</w:t>
        <w:br/>
        <w:t>v 0.592617 19.735075 1.132879</w:t>
        <w:br/>
        <w:t>v 0.521875 19.699112 1.132879</w:t>
        <w:br/>
        <w:t>v 0.521875 19.735075 1.062137</w:t>
        <w:br/>
        <w:t>v 0.471853 19.735075 1.082857</w:t>
        <w:br/>
        <w:t>v 0.451133 19.735075 1.132879</w:t>
        <w:br/>
        <w:t>v 0.279282 19.217325 1.568124</w:t>
        <w:br/>
        <w:t>v 0.295206 19.194027 1.568124</w:t>
        <w:br/>
        <w:t>v 0.270472 19.217325 1.589393</w:t>
        <w:br/>
        <w:t>v 0.249202 19.227507 1.568124</w:t>
        <w:br/>
        <w:t>v 0.281732 19.194027 1.600653</w:t>
        <w:br/>
        <w:t>v 0.299488 19.164839 1.568124</w:t>
        <w:br/>
        <w:t>v 0.249202 19.217325 1.598204</w:t>
        <w:br/>
        <w:t>v 0.284759 19.164839 1.603681</w:t>
        <w:br/>
        <w:t>v 0.249202 19.194027 1.614128</w:t>
        <w:br/>
        <w:t>v 0.227932 19.217325 1.589393</w:t>
        <w:br/>
        <w:t>v 0.219122 19.217325 1.568124</w:t>
        <w:br/>
        <w:t>v 0.203198 19.194027 1.568124</w:t>
        <w:br/>
        <w:t>v 0.216672 19.194027 1.600653</w:t>
        <w:br/>
        <w:t>v 0.198916 19.164839 1.568124</w:t>
        <w:br/>
        <w:t>v 0.249202 19.164839 1.618410</w:t>
        <w:br/>
        <w:t>v 0.213645 19.164839 1.603681</w:t>
        <w:br/>
        <w:t>v 0.220536 19.139235 1.596790</w:t>
        <w:br/>
        <w:t>v 0.208662 19.139235 1.568124</w:t>
        <w:br/>
        <w:t>v 0.249202 19.118629 1.568124</w:t>
        <w:br/>
        <w:t>v 0.249202 19.139235 1.608664</w:t>
        <w:br/>
        <w:t>v 0.277869 19.139235 1.596790</w:t>
        <w:br/>
        <w:t>v 0.289743 19.139235 1.568124</w:t>
        <w:br/>
        <w:t>v 0.219122 19.217325 1.568124</w:t>
        <w:br/>
        <w:t>v 0.203198 19.194027 1.568124</w:t>
        <w:br/>
        <w:t>v 0.227932 19.217325 1.546854</w:t>
        <w:br/>
        <w:t>v 0.249202 19.227507 1.568124</w:t>
        <w:br/>
        <w:t>v 0.216672 19.194027 1.535594</w:t>
        <w:br/>
        <w:t>v 0.198916 19.164839 1.568124</w:t>
        <w:br/>
        <w:t>v 0.249202 19.217325 1.538044</w:t>
        <w:br/>
        <w:t>v 0.213645 19.164839 1.532566</w:t>
        <w:br/>
        <w:t>v 0.249202 19.194027 1.522119</w:t>
        <w:br/>
        <w:t>v 0.270472 19.217325 1.546854</w:t>
        <w:br/>
        <w:t>v 0.279282 19.217325 1.568124</w:t>
        <w:br/>
        <w:t>v 0.295206 19.194027 1.568124</w:t>
        <w:br/>
        <w:t>v 0.281732 19.194027 1.535594</w:t>
        <w:br/>
        <w:t>v 0.299488 19.164839 1.568124</w:t>
        <w:br/>
        <w:t>v 0.249202 19.164839 1.517838</w:t>
        <w:br/>
        <w:t>v 0.284759 19.164839 1.532566</w:t>
        <w:br/>
        <w:t>v 0.277869 19.139235 1.539457</w:t>
        <w:br/>
        <w:t>v 0.289743 19.139235 1.568124</w:t>
        <w:br/>
        <w:t>v 0.249202 19.118629 1.568124</w:t>
        <w:br/>
        <w:t>v 0.249202 19.139235 1.527583</w:t>
        <w:br/>
        <w:t>v 0.220536 19.139235 1.539457</w:t>
        <w:br/>
        <w:t>v 0.208662 19.139235 1.568124</w:t>
        <w:br/>
        <w:t>v 0.054311 19.679022 1.265677</w:t>
        <w:br/>
        <w:t>v 0.083063 19.636953 1.265677</w:t>
        <w:br/>
        <w:t>v 0.038404 19.679022 1.304080</w:t>
        <w:br/>
        <w:t>v -0.000000 19.697414 1.265677</w:t>
        <w:br/>
        <w:t>v 0.058735 19.636953 1.324411</w:t>
        <w:br/>
        <w:t>v 0.090794 19.584249 1.265677</w:t>
        <w:br/>
        <w:t>v -0.000000 19.679022 1.319988</w:t>
        <w:br/>
        <w:t>v 0.064201 19.584249 1.329878</w:t>
        <w:br/>
        <w:t>v -0.000000 19.636953 1.348740</w:t>
        <w:br/>
        <w:t>v -0.038404 19.679022 1.304080</w:t>
        <w:br/>
        <w:t>v -0.054311 19.679022 1.265677</w:t>
        <w:br/>
        <w:t>v -0.083063 19.636953 1.265677</w:t>
        <w:br/>
        <w:t>v -0.058735 19.636953 1.324411</w:t>
        <w:br/>
        <w:t>v -0.090794 19.584249 1.265677</w:t>
        <w:br/>
        <w:t>v -0.000000 19.584249 1.356471</w:t>
        <w:br/>
        <w:t>v -0.064201 19.584249 1.329878</w:t>
        <w:br/>
        <w:t>v -0.051759 19.538029 1.317436</w:t>
        <w:br/>
        <w:t>v -0.073199 19.538029 1.265677</w:t>
        <w:br/>
        <w:t>v -0.000000 19.500820 1.265677</w:t>
        <w:br/>
        <w:t>v -0.000000 19.538029 1.338875</w:t>
        <w:br/>
        <w:t>v 0.051759 19.538029 1.317436</w:t>
        <w:br/>
        <w:t>v 0.073199 19.538029 1.265677</w:t>
        <w:br/>
        <w:t>v -0.054311 19.679022 1.265677</w:t>
        <w:br/>
        <w:t>v -0.083063 19.636953 1.265677</w:t>
        <w:br/>
        <w:t>v -0.038404 19.679022 1.227273</w:t>
        <w:br/>
        <w:t>v -0.000000 19.697414 1.265677</w:t>
        <w:br/>
        <w:t>v -0.058735 19.636953 1.206942</w:t>
        <w:br/>
        <w:t>v -0.090794 19.584249 1.265677</w:t>
        <w:br/>
        <w:t>v -0.000000 19.679022 1.211365</w:t>
        <w:br/>
        <w:t>v -0.064201 19.584249 1.201475</w:t>
        <w:br/>
        <w:t>v -0.000000 19.636953 1.182613</w:t>
        <w:br/>
        <w:t>v 0.038404 19.679022 1.227273</w:t>
        <w:br/>
        <w:t>v 0.054311 19.679022 1.265677</w:t>
        <w:br/>
        <w:t>v 0.083063 19.636953 1.265677</w:t>
        <w:br/>
        <w:t>v 0.058735 19.636953 1.206942</w:t>
        <w:br/>
        <w:t>v 0.090794 19.584249 1.265677</w:t>
        <w:br/>
        <w:t>v -0.000000 19.584249 1.174882</w:t>
        <w:br/>
        <w:t>v 0.064201 19.584249 1.201475</w:t>
        <w:br/>
        <w:t>v 0.051759 19.538029 1.213917</w:t>
        <w:br/>
        <w:t>v 0.073199 19.538029 1.265677</w:t>
        <w:br/>
        <w:t>v -0.000000 19.500820 1.265677</w:t>
        <w:br/>
        <w:t>v -0.000000 19.538029 1.192478</w:t>
        <w:br/>
        <w:t>v -0.051759 19.538029 1.213917</w:t>
        <w:br/>
        <w:t>v -0.073199 19.538029 1.265677</w:t>
        <w:br/>
        <w:t>v 0.024612 18.963379 1.698779</w:t>
        <w:br/>
        <w:t>v 0.037641 18.944315 1.698779</w:t>
        <w:br/>
        <w:t>v 0.017403 18.963379 1.716182</w:t>
        <w:br/>
        <w:t>v -0.000000 18.971708 1.698779</w:t>
        <w:br/>
        <w:t>v 0.026616 18.944315 1.725395</w:t>
        <w:br/>
        <w:t>v 0.041144 18.920435 1.698779</w:t>
        <w:br/>
        <w:t>v -0.000000 18.963379 1.723391</w:t>
        <w:br/>
        <w:t>v 0.029093 18.920435 1.727872</w:t>
        <w:br/>
        <w:t>v -0.000000 18.944315 1.736420</w:t>
        <w:br/>
        <w:t>v -0.017403 18.963379 1.716182</w:t>
        <w:br/>
        <w:t>v -0.024612 18.963379 1.698779</w:t>
        <w:br/>
        <w:t>v -0.037641 18.944315 1.698779</w:t>
        <w:br/>
        <w:t>v -0.026616 18.944315 1.725395</w:t>
        <w:br/>
        <w:t>v -0.041144 18.920435 1.698779</w:t>
        <w:br/>
        <w:t>v -0.000000 18.920435 1.739923</w:t>
        <w:br/>
        <w:t>v -0.029093 18.920435 1.727872</w:t>
        <w:br/>
        <w:t>v -0.023455 18.899487 1.722234</w:t>
        <w:br/>
        <w:t>v -0.033171 18.899487 1.698779</w:t>
        <w:br/>
        <w:t>v -0.000000 18.882626 1.698779</w:t>
        <w:br/>
        <w:t>v -0.000000 18.899487 1.731949</w:t>
        <w:br/>
        <w:t>v 0.023455 18.899487 1.722234</w:t>
        <w:br/>
        <w:t>v 0.033171 18.899487 1.698779</w:t>
        <w:br/>
        <w:t>v -0.024612 18.963379 1.698779</w:t>
        <w:br/>
        <w:t>v -0.037641 18.944315 1.698779</w:t>
        <w:br/>
        <w:t>v -0.017403 18.963379 1.681376</w:t>
        <w:br/>
        <w:t>v -0.000000 18.971708 1.698779</w:t>
        <w:br/>
        <w:t>v -0.026616 18.944315 1.672163</w:t>
        <w:br/>
        <w:t>v -0.041144 18.920435 1.698779</w:t>
        <w:br/>
        <w:t>v -0.000000 18.963379 1.674167</w:t>
        <w:br/>
        <w:t>v -0.029093 18.920435 1.669685</w:t>
        <w:br/>
        <w:t>v -0.000000 18.944315 1.661138</w:t>
        <w:br/>
        <w:t>v 0.017403 18.963379 1.681376</w:t>
        <w:br/>
        <w:t>v 0.024612 18.963379 1.698779</w:t>
        <w:br/>
        <w:t>v 0.037641 18.944315 1.698779</w:t>
        <w:br/>
        <w:t>v 0.026616 18.944315 1.672163</w:t>
        <w:br/>
        <w:t>v 0.041144 18.920435 1.698779</w:t>
        <w:br/>
        <w:t>v -0.000000 18.920435 1.657634</w:t>
        <w:br/>
        <w:t>v 0.029093 18.920435 1.669685</w:t>
        <w:br/>
        <w:t>v 0.023455 18.899487 1.675324</w:t>
        <w:br/>
        <w:t>v 0.033171 18.899487 1.698779</w:t>
        <w:br/>
        <w:t>v -0.000000 18.882626 1.698779</w:t>
        <w:br/>
        <w:t>v -0.000000 18.899487 1.665608</w:t>
        <w:br/>
        <w:t>v -0.023455 18.899487 1.675324</w:t>
        <w:br/>
        <w:t>v -0.033171 18.899487 1.698779</w:t>
        <w:br/>
        <w:t>v -0.491469 16.725674 1.931060</w:t>
        <w:br/>
        <w:t>v -0.332267 16.721596 1.940889</w:t>
        <w:br/>
        <w:t>v -0.484334 16.718615 1.901467</w:t>
        <w:br/>
        <w:t>v -0.509723 16.750694 1.902349</w:t>
        <w:br/>
        <w:t>v -0.339446 16.728872 1.970491</w:t>
        <w:br/>
        <w:t>v -0.307760 16.746548 1.953456</w:t>
        <w:br/>
        <w:t>v -0.512703 16.757868 1.931760</w:t>
        <w:br/>
        <w:t>v -0.508674 17.017189 1.924171</w:t>
        <w:br/>
        <w:t>v -0.317097 16.754070 1.983160</w:t>
        <w:br/>
        <w:t>v -0.308002 17.026352 1.973358</w:t>
        <w:br/>
        <w:t>v -0.511852 17.007166 1.952996</w:t>
        <w:br/>
        <w:t>v -0.482756 17.044552 1.937363</w:t>
        <w:br/>
        <w:t>v -0.317537 17.016672 2.002476</w:t>
        <w:br/>
        <w:t>v -0.332849 17.048243 1.973251</w:t>
        <w:br/>
        <w:t>v -0.317537 17.016672 2.002476</w:t>
        <w:br/>
        <w:t>v -0.317097 16.754070 1.983160</w:t>
        <w:br/>
        <w:t>v -0.340227 17.038321 2.002268</w:t>
        <w:br/>
        <w:t>v -0.340227 17.038321 2.002268</w:t>
        <w:br/>
        <w:t>v -0.339446 16.728872 1.970491</w:t>
        <w:br/>
        <w:t>v -0.490091 17.034418 1.966371</w:t>
        <w:br/>
        <w:t>v -0.490091 17.034418 1.966371</w:t>
        <w:br/>
        <w:t>v -0.491469 16.725674 1.931060</w:t>
        <w:br/>
        <w:t>v -0.512703 16.757868 1.931760</w:t>
        <w:br/>
        <w:t>v -0.511852 17.007166 1.952996</w:t>
        <w:br/>
        <w:t>v 0.319166 16.803051 1.949697</w:t>
        <w:br/>
        <w:t>v 0.327404 16.816395 1.979570</w:t>
        <w:br/>
        <w:t>v 0.395194 16.803244 1.932660</w:t>
        <w:br/>
        <w:t>v 0.294511 16.829273 1.960088</w:t>
        <w:br/>
        <w:t>v 0.402051 16.814312 1.962057</w:t>
        <w:br/>
        <w:t>v 0.636207 16.802986 1.862915</w:t>
        <w:br/>
        <w:t>v 0.307229 16.837208 1.989748</w:t>
        <w:br/>
        <w:t>v 0.296552 17.002632 1.969382</w:t>
        <w:br/>
        <w:t>v 0.307229 16.837208 1.989748</w:t>
        <w:br/>
        <w:t>v 0.309269 16.993359 1.999043</w:t>
        <w:br/>
        <w:t>v 0.327404 16.816395 1.979570</w:t>
        <w:br/>
        <w:t>v 0.309269 16.993359 1.999043</w:t>
        <w:br/>
        <w:t>v 0.331862 17.020666 1.997113</w:t>
        <w:br/>
        <w:t>v 0.331862 17.020666 1.997113</w:t>
        <w:br/>
        <w:t>v 0.402051 16.814312 1.962057</w:t>
        <w:br/>
        <w:t>v 0.320563 17.031675 1.968356</w:t>
        <w:br/>
        <w:t>v 0.398080 17.032930 1.951987</w:t>
        <w:br/>
        <w:t>v 0.404937 17.023375 1.981384</w:t>
        <w:br/>
        <w:t>v 0.404937 17.023375 1.981384</w:t>
        <w:br/>
        <w:t>v 0.631896 17.035107 1.885182</w:t>
        <w:br/>
        <w:t>v 0.646441 16.813963 1.891287</w:t>
        <w:br/>
        <w:t>v 0.646441 16.813963 1.891287</w:t>
        <w:br/>
        <w:t>v 0.642130 17.025457 1.913554</w:t>
        <w:br/>
        <w:t>v 0.642130 17.025457 1.913554</w:t>
        <w:br/>
        <w:t>v 0.818347 16.821970 1.819502</w:t>
        <w:br/>
        <w:t>v 0.818347 16.821970 1.819502</w:t>
        <w:br/>
        <w:t>v 0.810718 16.806150 1.787108</w:t>
        <w:br/>
        <w:t>v 0.835393 16.838854 1.782823</w:t>
        <w:br/>
        <w:t>v 0.816971 17.025097 1.845583</w:t>
        <w:br/>
        <w:t>v 0.816971 17.025097 1.845583</w:t>
        <w:br/>
        <w:t>v 0.809095 17.037889 1.814669</w:t>
        <w:br/>
        <w:t>v 0.838964 16.847403 1.811946</w:t>
        <w:br/>
        <w:t>v 0.838964 16.847403 1.811946</w:t>
        <w:br/>
        <w:t>v 0.834775 17.008438 1.796957</w:t>
        <w:br/>
        <w:t>v 0.840160 16.998472 1.824190</w:t>
        <w:br/>
        <w:t>v 0.840160 16.998472 1.824190</w:t>
        <w:br/>
        <w:t>v 0.843637 19.804380 -0.888141</w:t>
        <w:br/>
        <w:t>v 0.611067 19.886889 -0.893144</w:t>
        <w:br/>
        <w:t>v 0.835319 19.800064 -0.872571</w:t>
        <w:br/>
        <w:t>v 0.843637 19.804380 -0.888141</w:t>
        <w:br/>
        <w:t>v 0.835319 19.800064 -0.872571</w:t>
        <w:br/>
        <w:t>v 0.871113 19.899885 -0.756842</w:t>
        <w:br/>
        <w:t>v 0.621995 19.880817 -0.868586</w:t>
        <w:br/>
        <w:t>v 0.611067 19.886889 -0.893144</w:t>
        <w:br/>
        <w:t>v 0.638811 19.982225 -0.763985</w:t>
        <w:br/>
        <w:t>v 0.621995 19.880817 -0.868586</w:t>
        <w:br/>
        <w:t>v 0.853452 19.886936 -0.753636</w:t>
        <w:br/>
        <w:t>v 0.871113 19.899885 -0.756842</w:t>
        <w:br/>
        <w:t>v 0.853452 19.886936 -0.753636</w:t>
        <w:br/>
        <w:t>v 0.638811 19.982225 -0.763985</w:t>
        <w:br/>
        <w:t>v 0.643426 19.958832 -0.761439</w:t>
        <w:br/>
        <w:t>v 0.643426 19.958832 -0.761439</w:t>
        <w:br/>
        <w:t>v 0.830170 19.884716 -0.776198</w:t>
        <w:br/>
        <w:t>v 0.853452 19.886936 -0.753636</w:t>
        <w:br/>
        <w:t>v 0.822186 19.826250 -0.853575</w:t>
        <w:br/>
        <w:t>v 0.656527 19.944103 -0.780860</w:t>
        <w:br/>
        <w:t>v 0.642708 19.891598 -0.860043</w:t>
        <w:br/>
        <w:t>v 0.656527 19.944103 -0.780860</w:t>
        <w:br/>
        <w:t>v 0.830170 19.884716 -0.776198</w:t>
        <w:br/>
        <w:t>v 0.666641 19.959158 -0.796395</w:t>
        <w:br/>
        <w:t>v 0.656527 19.944103 -0.780860</w:t>
        <w:br/>
        <w:t>v 0.666641 19.959158 -0.796395</w:t>
        <w:br/>
        <w:t>v 0.642708 19.891598 -0.860043</w:t>
        <w:br/>
        <w:t>v 0.835356 19.901554 -0.790824</w:t>
        <w:br/>
        <w:t>v 0.651057 19.904884 -0.869064</w:t>
        <w:br/>
        <w:t>v 0.651057 19.904884 -0.869064</w:t>
        <w:br/>
        <w:t>v 0.822186 19.826250 -0.853575</w:t>
        <w:br/>
        <w:t>v 0.642708 19.891598 -0.860043</w:t>
        <w:br/>
        <w:t>v 0.835356 19.901554 -0.790824</w:t>
        <w:br/>
        <w:t>v 0.830170 19.884716 -0.776198</w:t>
        <w:br/>
        <w:t>v 0.828470 19.844688 -0.864619</w:t>
        <w:br/>
        <w:t>v 0.828470 19.844688 -0.864619</w:t>
        <w:br/>
        <w:t>v 0.822186 19.826250 -0.853575</w:t>
        <w:br/>
        <w:t>v 0.656855 19.987309 -0.782266</w:t>
        <w:br/>
        <w:t>v 0.638811 19.982225 -0.763985</w:t>
        <w:br/>
        <w:t>v 0.611067 19.886889 -0.893144</w:t>
        <w:br/>
        <w:t>v 0.638811 19.982225 -0.763985</w:t>
        <w:br/>
        <w:t>v 0.656855 19.987309 -0.782266</w:t>
        <w:br/>
        <w:t>v 0.871113 19.899885 -0.756842</w:t>
        <w:br/>
        <w:t>v 0.633561 19.907692 -0.896322</w:t>
        <w:br/>
        <w:t>v 0.611067 19.886889 -0.893144</w:t>
        <w:br/>
        <w:t>v 0.843637 19.804380 -0.888141</w:t>
        <w:br/>
        <w:t>v 0.633561 19.907692 -0.896322</w:t>
        <w:br/>
        <w:t>v 0.843637 19.804380 -0.888141</w:t>
        <w:br/>
        <w:t>v 0.871113 19.899885 -0.756842</w:t>
        <w:br/>
        <w:t>v 0.839508 19.834776 -0.888565</w:t>
        <w:br/>
        <w:t>v 0.839508 19.834776 -0.888565</w:t>
        <w:br/>
        <w:t>v 0.861989 19.915478 -0.774166</w:t>
        <w:br/>
        <w:t>v 0.861989 19.915478 -0.774166</w:t>
        <w:br/>
        <w:t>v 0.656855 19.987309 -0.782266</w:t>
        <w:br/>
        <w:t>v 0.633561 19.907692 -0.896322</w:t>
        <w:br/>
        <w:t>v 0.666641 19.959158 -0.796395</w:t>
        <w:br/>
        <w:t>v 0.835356 19.901554 -0.790824</w:t>
        <w:br/>
        <w:t>v 0.651057 19.904884 -0.869064</w:t>
        <w:br/>
        <w:t>v 0.839508 19.834776 -0.888565</w:t>
        <w:br/>
        <w:t>v 0.828470 19.844688 -0.864619</w:t>
        <w:br/>
        <w:t>v -0.843638 19.804380 -0.888141</w:t>
        <w:br/>
        <w:t>v -0.835320 19.800066 -0.872571</w:t>
        <w:br/>
        <w:t>v -0.611067 19.886889 -0.893144</w:t>
        <w:br/>
        <w:t>v -0.843638 19.804380 -0.888141</w:t>
        <w:br/>
        <w:t>v -0.871113 19.899885 -0.756842</w:t>
        <w:br/>
        <w:t>v -0.835320 19.800066 -0.872571</w:t>
        <w:br/>
        <w:t>v -0.621996 19.880817 -0.868586</w:t>
        <w:br/>
        <w:t>v -0.611067 19.886889 -0.893144</w:t>
        <w:br/>
        <w:t>v -0.621996 19.880817 -0.868586</w:t>
        <w:br/>
        <w:t>v -0.638811 19.982225 -0.763984</w:t>
        <w:br/>
        <w:t>v -0.853452 19.886936 -0.753636</w:t>
        <w:br/>
        <w:t>v -0.871113 19.899885 -0.756842</w:t>
        <w:br/>
        <w:t>v -0.638811 19.982225 -0.763984</w:t>
        <w:br/>
        <w:t>v -0.853452 19.886936 -0.753636</w:t>
        <w:br/>
        <w:t>v -0.643426 19.958830 -0.761438</w:t>
        <w:br/>
        <w:t>v -0.643426 19.958830 -0.761438</w:t>
        <w:br/>
        <w:t>v -0.830171 19.884716 -0.776197</w:t>
        <w:br/>
        <w:t>v -0.853452 19.886936 -0.753636</w:t>
        <w:br/>
        <w:t>v -0.822186 19.826250 -0.853575</w:t>
        <w:br/>
        <w:t>v -0.656527 19.944103 -0.780860</w:t>
        <w:br/>
        <w:t>v -0.642708 19.891598 -0.860043</w:t>
        <w:br/>
        <w:t>v -0.656527 19.944103 -0.780860</w:t>
        <w:br/>
        <w:t>v -0.642708 19.891598 -0.860043</w:t>
        <w:br/>
        <w:t>v -0.666641 19.959158 -0.796394</w:t>
        <w:br/>
        <w:t>v -0.656527 19.944103 -0.780860</w:t>
        <w:br/>
        <w:t>v -0.666641 19.959158 -0.796394</w:t>
        <w:br/>
        <w:t>v -0.830171 19.884716 -0.776197</w:t>
        <w:br/>
        <w:t>v -0.651057 19.904884 -0.869063</w:t>
        <w:br/>
        <w:t>v -0.642708 19.891598 -0.860043</w:t>
        <w:br/>
        <w:t>v -0.822186 19.826250 -0.853575</w:t>
        <w:br/>
        <w:t>v -0.651057 19.904884 -0.869063</w:t>
        <w:br/>
        <w:t>v -0.835357 19.901554 -0.790824</w:t>
        <w:br/>
        <w:t>v -0.828470 19.844688 -0.864619</w:t>
        <w:br/>
        <w:t>v -0.835357 19.901554 -0.790824</w:t>
        <w:br/>
        <w:t>v -0.828470 19.844688 -0.864619</w:t>
        <w:br/>
        <w:t>v -0.830171 19.884716 -0.776197</w:t>
        <w:br/>
        <w:t>v -0.822186 19.826250 -0.853575</w:t>
        <w:br/>
        <w:t>v -0.638811 19.982225 -0.763984</w:t>
        <w:br/>
        <w:t>v -0.656855 19.987309 -0.782265</w:t>
        <w:br/>
        <w:t>v -0.611067 19.886889 -0.893144</w:t>
        <w:br/>
        <w:t>v -0.638811 19.982225 -0.763984</w:t>
        <w:br/>
        <w:t>v -0.871113 19.899885 -0.756842</w:t>
        <w:br/>
        <w:t>v -0.656855 19.987309 -0.782265</w:t>
        <w:br/>
        <w:t>v -0.633561 19.907692 -0.896321</w:t>
        <w:br/>
        <w:t>v -0.633561 19.907692 -0.896321</w:t>
        <w:br/>
        <w:t>v -0.843638 19.804380 -0.888141</w:t>
        <w:br/>
        <w:t>v -0.611067 19.886889 -0.893144</w:t>
        <w:br/>
        <w:t>v -0.843638 19.804380 -0.888141</w:t>
        <w:br/>
        <w:t>v -0.839508 19.834776 -0.888564</w:t>
        <w:br/>
        <w:t>v -0.871113 19.899885 -0.756842</w:t>
        <w:br/>
        <w:t>v -0.839508 19.834776 -0.888564</w:t>
        <w:br/>
        <w:t>v -0.861989 19.915478 -0.774166</w:t>
        <w:br/>
        <w:t>v -0.861989 19.915478 -0.774166</w:t>
        <w:br/>
        <w:t>v -0.656855 19.987309 -0.782265</w:t>
        <w:br/>
        <w:t>v -0.666641 19.959158 -0.796394</w:t>
        <w:br/>
        <w:t>v -0.633561 19.907692 -0.896321</w:t>
        <w:br/>
        <w:t>v -0.651057 19.904884 -0.869063</w:t>
        <w:br/>
        <w:t>v -0.839508 19.834776 -0.888564</w:t>
        <w:br/>
        <w:t>v -0.835357 19.901554 -0.790824</w:t>
        <w:br/>
        <w:t>v -0.828470 19.844688 -0.864619</w:t>
        <w:br/>
        <w:t>v -0.438607 20.444523 0.766355</w:t>
        <w:br/>
        <w:t>v -0.428051 20.479626 0.779682</w:t>
        <w:br/>
        <w:t>v -0.464877 20.444206 0.800033</w:t>
        <w:br/>
        <w:t>v -0.431033 20.407673 0.776685</w:t>
        <w:br/>
        <w:t>v -0.456548 20.471909 0.810549</w:t>
        <w:br/>
        <w:t>v -0.405549 20.492428 0.808860</w:t>
        <w:br/>
        <w:t>v -0.458901 20.415131 0.808185</w:t>
        <w:br/>
        <w:t>v -0.409766 20.390671 0.804621</w:t>
        <w:br/>
        <w:t>v -0.456548 20.471909 0.810549</w:t>
        <w:br/>
        <w:t>v -0.438793 20.482010 0.833571</w:t>
        <w:br/>
        <w:t>v -0.464877 20.444206 0.800033</w:t>
        <w:br/>
        <w:t>v -0.438793 20.482010 0.833571</w:t>
        <w:br/>
        <w:t>v -0.458901 20.415131 0.808185</w:t>
        <w:br/>
        <w:t>v -0.442120 20.401718 0.830227</w:t>
        <w:br/>
        <w:t>v -0.442120 20.401718 0.830227</w:t>
        <w:br/>
        <w:t>v -0.424365 20.411823 0.853249</w:t>
        <w:br/>
        <w:t>v -0.387264 20.403481 0.833799</w:t>
        <w:br/>
        <w:t>v -0.424365 20.411823 0.853249</w:t>
        <w:br/>
        <w:t>v -0.416037 20.439529 0.863765</w:t>
        <w:br/>
        <w:t>v -0.416037 20.439529 0.863765</w:t>
        <w:br/>
        <w:t>v -0.376708 20.438595 0.847126</w:t>
        <w:br/>
        <w:t>v -0.384282 20.475433 0.836796</w:t>
        <w:br/>
        <w:t>v -0.422013 20.468594 0.855614</w:t>
        <w:br/>
        <w:t>v -0.422013 20.468594 0.855614</w:t>
        <w:br/>
        <w:t>v -0.529079 20.481911 0.636556</w:t>
        <w:br/>
        <w:t>v -0.518523 20.517025 0.649883</w:t>
        <w:br/>
        <w:t>v -0.555349 20.481606 0.670235</w:t>
        <w:br/>
        <w:t>v -0.521505 20.445072 0.646887</w:t>
        <w:br/>
        <w:t>v -0.547020 20.509300 0.680750</w:t>
        <w:br/>
        <w:t>v -0.496021 20.529835 0.679061</w:t>
        <w:br/>
        <w:t>v -0.549373 20.452530 0.678386</w:t>
        <w:br/>
        <w:t>v -0.500238 20.428074 0.674823</w:t>
        <w:br/>
        <w:t>v -0.547020 20.509300 0.680750</w:t>
        <w:br/>
        <w:t>v -0.529265 20.519409 0.703772</w:t>
        <w:br/>
        <w:t>v -0.555349 20.481606 0.670235</w:t>
        <w:br/>
        <w:t>v -0.529265 20.519409 0.703772</w:t>
        <w:br/>
        <w:t>v -0.549373 20.452530 0.678386</w:t>
        <w:br/>
        <w:t>v -0.532592 20.439117 0.700428</w:t>
        <w:br/>
        <w:t>v -0.532592 20.439117 0.700428</w:t>
        <w:br/>
        <w:t>v -0.514837 20.449219 0.723451</w:t>
        <w:br/>
        <w:t>v -0.477736 20.440876 0.704000</w:t>
        <w:br/>
        <w:t>v -0.514837 20.449219 0.723451</w:t>
        <w:br/>
        <w:t>v -0.506509 20.476921 0.733966</w:t>
        <w:br/>
        <w:t>v -0.506509 20.476921 0.733966</w:t>
        <w:br/>
        <w:t>v -0.467180 20.475986 0.717327</w:t>
        <w:br/>
        <w:t>v -0.474754 20.512833 0.706997</w:t>
        <w:br/>
        <w:t>v -0.512485 20.505997 0.725815</w:t>
        <w:br/>
        <w:t>v -0.512485 20.505997 0.725815</w:t>
        <w:br/>
        <w:t>v -0.453655 20.163206 0.749095</w:t>
        <w:br/>
        <w:t>v -0.443100 20.198313 0.762422</w:t>
        <w:br/>
        <w:t>v -0.479925 20.162891 0.782774</w:t>
        <w:br/>
        <w:t>v -0.446081 20.126358 0.759426</w:t>
        <w:br/>
        <w:t>v -0.471597 20.190590 0.793289</w:t>
        <w:br/>
        <w:t>v -0.420597 20.211119 0.791600</w:t>
        <w:br/>
        <w:t>v -0.473949 20.133814 0.790925</w:t>
        <w:br/>
        <w:t>v -0.424814 20.109358 0.787362</w:t>
        <w:br/>
        <w:t>v -0.471597 20.190590 0.793289</w:t>
        <w:br/>
        <w:t>v -0.453842 20.200695 0.816312</w:t>
        <w:br/>
        <w:t>v -0.479925 20.162891 0.782774</w:t>
        <w:br/>
        <w:t>v -0.453842 20.200695 0.816312</w:t>
        <w:br/>
        <w:t>v -0.473949 20.133814 0.790925</w:t>
        <w:br/>
        <w:t>v -0.457169 20.120405 0.812968</w:t>
        <w:br/>
        <w:t>v -0.457169 20.120405 0.812968</w:t>
        <w:br/>
        <w:t>v -0.439414 20.130507 0.835990</w:t>
        <w:br/>
        <w:t>v -0.402312 20.122164 0.816540</w:t>
        <w:br/>
        <w:t>v -0.439414 20.130507 0.835990</w:t>
        <w:br/>
        <w:t>v -0.431085 20.158211 0.846505</w:t>
        <w:br/>
        <w:t>v -0.431085 20.158211 0.846505</w:t>
        <w:br/>
        <w:t>v -0.391756 20.157274 0.829867</w:t>
        <w:br/>
        <w:t>v -0.399330 20.194120 0.819536</w:t>
        <w:br/>
        <w:t>v -0.437061 20.187281 0.838355</w:t>
        <w:br/>
        <w:t>v -0.437061 20.187281 0.838355</w:t>
        <w:br/>
        <w:t>v -0.548011 20.197186 0.636557</w:t>
        <w:br/>
        <w:t>v -0.537455 20.232292 0.649884</w:t>
        <w:br/>
        <w:t>v -0.574281 20.196873 0.670235</w:t>
        <w:br/>
        <w:t>v -0.540437 20.160339 0.646887</w:t>
        <w:br/>
        <w:t>v -0.565952 20.224579 0.680751</w:t>
        <w:br/>
        <w:t>v -0.514953 20.245100 0.679062</w:t>
        <w:br/>
        <w:t>v -0.568305 20.167803 0.678386</w:t>
        <w:br/>
        <w:t>v -0.519170 20.143341 0.674824</w:t>
        <w:br/>
        <w:t>v -0.565952 20.224579 0.680751</w:t>
        <w:br/>
        <w:t>v -0.548197 20.234682 0.703773</w:t>
        <w:br/>
        <w:t>v -0.574281 20.196873 0.670235</w:t>
        <w:br/>
        <w:t>v -0.548197 20.234682 0.703773</w:t>
        <w:br/>
        <w:t>v -0.568305 20.167803 0.678386</w:t>
        <w:br/>
        <w:t>v -0.551524 20.154390 0.700429</w:t>
        <w:br/>
        <w:t>v -0.551524 20.154390 0.700429</w:t>
        <w:br/>
        <w:t>v -0.533769 20.164495 0.723451</w:t>
        <w:br/>
        <w:t>v -0.496668 20.156147 0.704001</w:t>
        <w:br/>
        <w:t>v -0.533769 20.164495 0.723451</w:t>
        <w:br/>
        <w:t>v -0.525441 20.192192 0.733967</w:t>
        <w:br/>
        <w:t>v -0.525441 20.192192 0.733967</w:t>
        <w:br/>
        <w:t>v -0.486112 20.191256 0.717328</w:t>
        <w:br/>
        <w:t>v -0.493686 20.228104 0.706998</w:t>
        <w:br/>
        <w:t>v -0.531417 20.221268 0.725816</w:t>
        <w:br/>
        <w:t>v -0.531417 20.221268 0.725816</w:t>
        <w:br/>
        <w:t>v 3.241604 19.156652 -0.054585</w:t>
        <w:br/>
        <w:t>v 3.268874 19.138037 -0.072292</w:t>
        <w:br/>
        <w:t>v 3.261831 19.172121 -0.051992</w:t>
        <w:br/>
        <w:t>v 3.232579 19.162634 -0.018718</w:t>
        <w:br/>
        <w:t>v 3.286502 19.156157 -0.065631</w:t>
        <w:br/>
        <w:t>v 3.298411 19.117689 -0.061467</w:t>
        <w:br/>
        <w:t>v 3.252055 19.177511 -0.021584</w:t>
        <w:br/>
        <w:t>v 3.247082 19.152468 0.014299</w:t>
        <w:br/>
        <w:t>v 3.311614 19.138983 -0.054511</w:t>
        <w:br/>
        <w:t>v 3.262898 19.169176 0.007780</w:t>
        <w:br/>
        <w:t>v 3.276620 19.132124 0.025124</w:t>
        <w:br/>
        <w:t>v 3.267138 19.182806 -0.023028</w:t>
        <w:br/>
        <w:t>v 3.274855 19.178244 -0.046435</w:t>
        <w:br/>
        <w:t>v 3.294295 19.166155 -0.056648</w:t>
        <w:br/>
        <w:t>v 3.275664 19.177183 -0.000139</w:t>
        <w:br/>
        <w:t>v 3.314071 19.153631 -0.047684</w:t>
        <w:br/>
        <w:t>v 3.300529 19.172308 -0.024052</w:t>
        <w:br/>
        <w:t>v 3.322459 19.130651 -0.025147</w:t>
        <w:br/>
        <w:t>v 3.312916 19.107531 -0.028450</w:t>
        <w:br/>
        <w:t>v 3.303890 19.113512 0.007417</w:t>
        <w:br/>
        <w:t>v 3.322598 19.148001 -0.024794</w:t>
        <w:br/>
        <w:t>v 3.312683 19.136045 0.005261</w:t>
        <w:br/>
        <w:t>v 3.314879 19.152571 -0.001387</w:t>
        <w:br/>
        <w:t>v 3.288012 19.152002 0.018900</w:t>
        <w:br/>
        <w:t>v 3.295439 19.164656 0.008825</w:t>
        <w:br/>
        <w:t>v -3.241502 19.155188 -0.054584</w:t>
        <w:br/>
        <w:t>v -3.261729 19.170654 -0.051991</w:t>
        <w:br/>
        <w:t>v -3.268771 19.136572 -0.072291</w:t>
        <w:br/>
        <w:t>v -3.232475 19.161165 -0.018717</w:t>
        <w:br/>
        <w:t>v -3.286399 19.154692 -0.065630</w:t>
        <w:br/>
        <w:t>v -3.298308 19.116222 -0.061466</w:t>
        <w:br/>
        <w:t>v -3.251952 19.176046 -0.021583</w:t>
        <w:br/>
        <w:t>v -3.246979 19.151003 0.014300</w:t>
        <w:br/>
        <w:t>v -3.311511 19.137516 -0.054510</w:t>
        <w:br/>
        <w:t>v -3.262795 19.167711 0.007781</w:t>
        <w:br/>
        <w:t>v -3.276517 19.130659 0.025125</w:t>
        <w:br/>
        <w:t>v -3.267035 19.181341 -0.023027</w:t>
        <w:br/>
        <w:t>v -3.274752 19.176775 -0.046434</w:t>
        <w:br/>
        <w:t>v -3.294192 19.164688 -0.056647</w:t>
        <w:br/>
        <w:t>v -3.275561 19.175716 -0.000138</w:t>
        <w:br/>
        <w:t>v -3.313968 19.152166 -0.047683</w:t>
        <w:br/>
        <w:t>v -3.300425 19.170843 -0.024051</w:t>
        <w:br/>
        <w:t>v -3.322356 19.129185 -0.025146</w:t>
        <w:br/>
        <w:t>v -3.312813 19.106066 -0.028449</w:t>
        <w:br/>
        <w:t>v -3.303787 19.112045 0.007418</w:t>
        <w:br/>
        <w:t>v -3.322494 19.146534 -0.024793</w:t>
        <w:br/>
        <w:t>v -3.314776 19.151104 -0.001386</w:t>
        <w:br/>
        <w:t>v -3.312580 19.134581 0.005262</w:t>
        <w:br/>
        <w:t>v -3.295336 19.163189 0.008826</w:t>
        <w:br/>
        <w:t>v -3.287908 19.150537 0.018901</w:t>
        <w:br/>
        <w:t>v 1.183357 17.230219 1.730022</w:t>
        <w:br/>
        <w:t>v 1.269137 17.560463 1.687184</w:t>
        <w:br/>
        <w:t>v 1.013351 17.261993 1.843563</w:t>
        <w:br/>
        <w:t>v 1.269137 17.560463 1.687184</w:t>
        <w:br/>
        <w:t>v 1.098407 17.625284 1.788170</w:t>
        <w:br/>
        <w:t>v 1.339062 17.888206 1.630381</w:t>
        <w:br/>
        <w:t>v 1.098407 17.625284 1.788170</w:t>
        <w:br/>
        <w:t>v 0.892701 17.654127 1.918179</w:t>
        <w:br/>
        <w:t>v 1.155301 17.921646 1.750686</w:t>
        <w:br/>
        <w:t>v 0.840649 17.281546 1.933890</w:t>
        <w:br/>
        <w:t>v 1.399359 18.265810 1.562631</w:t>
        <w:br/>
        <w:t>v 0.945729 17.955194 1.887517</w:t>
        <w:br/>
        <w:t>v 1.210655 18.313217 1.699192</w:t>
        <w:br/>
        <w:t>v 1.480443 18.644985 1.489698</w:t>
        <w:br/>
        <w:t>v 0.732630 17.985464 1.989316</w:t>
        <w:br/>
        <w:t>v 1.291505 18.698139 1.600133</w:t>
        <w:br/>
        <w:t>v 0.998364 18.362751 1.858886</w:t>
        <w:br/>
        <w:t>v 1.391538 19.033161 1.514519</w:t>
        <w:br/>
        <w:t>v 1.582075 18.976095 1.389973</w:t>
        <w:br/>
        <w:t>v 1.668178 19.167612 1.292165</w:t>
        <w:br/>
        <w:t>v 1.506759 19.351736 1.331133</w:t>
        <w:br/>
        <w:t>v 1.157662 19.088171 1.625810</w:t>
        <w:br/>
        <w:t>v 1.255229 19.404161 1.452009</w:t>
        <w:br/>
        <w:t>v 1.297708 19.565979 1.319304</w:t>
        <w:br/>
        <w:t>v 1.071859 18.753389 1.720719</w:t>
        <w:br/>
        <w:t>v 0.938838 19.136320 1.704957</w:t>
        <w:br/>
        <w:t>v 1.015067 19.480156 1.501166</w:t>
        <w:br/>
        <w:t>v 1.067199 19.789595 1.233578</w:t>
        <w:br/>
        <w:t>v 0.856377 18.800549 1.817458</w:t>
        <w:br/>
        <w:t>v 0.864785 19.505098 1.463143</w:t>
        <w:br/>
        <w:t>v 0.958820 19.847242 1.146228</w:t>
        <w:br/>
        <w:t>v 0.856377 18.800549 1.817458</w:t>
        <w:br/>
        <w:t>v 0.824712 19.503157 1.404945</w:t>
        <w:br/>
        <w:t>v 0.783222 19.151489 1.686315</w:t>
        <w:br/>
        <w:t>v 0.896846 19.806358 1.095616</w:t>
        <w:br/>
        <w:t>v 0.787209 18.406225 1.963184</w:t>
        <w:br/>
        <w:t>v 0.713793 18.821138 1.840919</w:t>
        <w:br/>
        <w:t>v 0.663724 18.421158 1.991711</w:t>
        <w:br/>
        <w:t>v 0.584797 17.994762 2.044303</w:t>
        <w:br/>
        <w:t>v 0.631845 18.421108 1.969865</w:t>
        <w:br/>
        <w:t>v 0.682285 18.823206 1.795936</w:t>
        <w:br/>
        <w:t>v 0.741381 19.137802 1.642738</w:t>
        <w:br/>
        <w:t>v 0.691168 18.826633 1.768353</w:t>
        <w:br/>
        <w:t>v 0.734435 19.134541 1.605471</w:t>
        <w:br/>
        <w:t>v 0.616184 18.410765 1.938858</w:t>
        <w:br/>
        <w:t>v 0.818883 19.483185 1.360618</w:t>
        <w:br/>
        <w:t>v 0.863545 19.783743 1.080541</w:t>
        <w:br/>
        <w:t>v 0.552092 17.993422 2.018726</w:t>
        <w:br/>
        <w:t>v 0.537123 17.994150 1.984479</w:t>
        <w:br/>
        <w:t>v 0.515859 17.688295 1.990401</w:t>
        <w:br/>
        <w:t>v 0.533273 17.687197 2.025424</w:t>
        <w:br/>
        <w:t>v 0.444032 17.285921 1.936226</w:t>
        <w:br/>
        <w:t>v 0.559384 17.693678 2.044266</w:t>
        <w:br/>
        <w:t>v 0.470120 17.251390 2.017085</w:t>
        <w:br/>
        <w:t>v 0.415943 17.211679 1.958000</w:t>
        <w:br/>
        <w:t>v 0.526911 17.269846 2.049024</w:t>
        <w:br/>
        <w:t>v 0.396657 17.159004 1.935972</w:t>
        <w:br/>
        <w:t>v 0.631085 17.287062 2.034584</w:t>
        <w:br/>
        <w:t>v 0.683162 17.683329 2.005367</w:t>
        <w:br/>
        <w:t>v 0.555870 19.989840 0.895387</w:t>
        <w:br/>
        <w:t>v 0.508565 19.946383 0.963245</w:t>
        <w:br/>
        <w:t>v 0.547426 20.015310 0.873582</w:t>
        <w:br/>
        <w:t>v 0.718958 19.938442 0.949312</w:t>
        <w:br/>
        <w:t>v 0.487750 19.946999 0.982509</w:t>
        <w:br/>
        <w:t>v 0.680725 19.891621 1.018710</w:t>
        <w:br/>
        <w:t>v 0.746512 19.954342 0.940600</w:t>
        <w:br/>
        <w:t>v 0.688844 19.886045 1.049692</w:t>
        <w:br/>
        <w:t>v 0.487750 19.946999 0.982509</w:t>
        <w:br/>
        <w:t>v 0.466475 19.925047 0.978326</w:t>
        <w:br/>
        <w:t>v 0.547426 20.015310 0.873582</w:t>
        <w:br/>
        <w:t>v 0.466475 19.925047 0.978326</w:t>
        <w:br/>
        <w:t>v 0.487750 19.946999 0.982509</w:t>
        <w:br/>
        <w:t>v 0.688844 19.886045 1.049692</w:t>
        <w:br/>
        <w:t>v 0.535420 20.006712 0.853137</w:t>
        <w:br/>
        <w:t>v 0.694938 19.855867 1.050684</w:t>
        <w:br/>
        <w:t>v 0.547426 20.015310 0.873582</w:t>
        <w:br/>
        <w:t>v 0.535420 20.006712 0.853137</w:t>
        <w:br/>
        <w:t>v 0.762189 19.938185 0.927226</w:t>
        <w:br/>
        <w:t>v 0.694938 19.855867 1.050684</w:t>
        <w:br/>
        <w:t>v 0.688844 19.886045 1.049692</w:t>
        <w:br/>
        <w:t>v 0.762189 19.938185 0.927226</w:t>
        <w:br/>
        <w:t>v 0.746512 19.954342 0.940600</w:t>
        <w:br/>
        <w:t>v 0.746512 19.954342 0.940600</w:t>
        <w:br/>
        <w:t>v 0.635681 19.955318 0.870226</w:t>
        <w:br/>
        <w:t>v 0.588376 19.911863 0.938084</w:t>
        <w:br/>
        <w:t>v 0.627238 19.980793 0.848421</w:t>
        <w:br/>
        <w:t>v 0.798732 19.903936 0.924151</w:t>
        <w:br/>
        <w:t>v 0.567562 19.912481 0.957348</w:t>
        <w:br/>
        <w:t>v 0.760527 19.857113 0.993549</w:t>
        <w:br/>
        <w:t>v 0.826193 19.919836 0.915442</w:t>
        <w:br/>
        <w:t>v 0.768609 19.851528 1.024532</w:t>
        <w:br/>
        <w:t>v 0.567562 19.912481 0.957348</w:t>
        <w:br/>
        <w:t>v 0.546286 19.890533 0.953165</w:t>
        <w:br/>
        <w:t>v 0.627238 19.980793 0.848421</w:t>
        <w:br/>
        <w:t>v 0.546286 19.890533 0.953165</w:t>
        <w:br/>
        <w:t>v 0.567562 19.912481 0.957348</w:t>
        <w:br/>
        <w:t>v 0.768609 19.851528 1.024532</w:t>
        <w:br/>
        <w:t>v 0.615231 19.972198 0.827976</w:t>
        <w:br/>
        <w:t>v 0.774528 19.821383 1.025527</w:t>
        <w:br/>
        <w:t>v 0.627238 19.980793 0.848421</w:t>
        <w:br/>
        <w:t>v 0.615231 19.972198 0.827976</w:t>
        <w:br/>
        <w:t>v 0.841605 19.903725 0.902071</w:t>
        <w:br/>
        <w:t>v 0.774528 19.821383 1.025527</w:t>
        <w:br/>
        <w:t>v 0.768609 19.851528 1.024532</w:t>
        <w:br/>
        <w:t>v 0.841605 19.903725 0.902071</w:t>
        <w:br/>
        <w:t>v 0.826193 19.919836 0.915442</w:t>
        <w:br/>
        <w:t>v 0.826193 19.919836 0.915442</w:t>
        <w:br/>
        <w:t>v -0.508564 19.946383 0.963245</w:t>
        <w:br/>
        <w:t>v -0.505441 19.926920 0.952656</w:t>
        <w:br/>
        <w:t>v -0.555870 19.989840 0.895387</w:t>
        <w:br/>
        <w:t>v -0.505441 19.926920 0.952656</w:t>
        <w:br/>
        <w:t>v -0.508564 19.946383 0.963245</w:t>
        <w:br/>
        <w:t>v -0.680725 19.891621 1.018711</w:t>
        <w:br/>
        <w:t>v -0.553756 19.971998 0.881201</w:t>
        <w:br/>
        <w:t>v -0.555870 19.989840 0.895387</w:t>
        <w:br/>
        <w:t>v -0.553756 19.971998 0.881201</w:t>
        <w:br/>
        <w:t>v -0.718958 19.938442 0.949312</w:t>
        <w:br/>
        <w:t>v -0.680725 19.891621 1.018711</w:t>
        <w:br/>
        <w:t>v -0.718958 19.938442 0.949312</w:t>
        <w:br/>
        <w:t>v -0.722012 19.919058 0.935699</w:t>
        <w:br/>
        <w:t>v -0.722012 19.919058 0.935699</w:t>
        <w:br/>
        <w:t>v -0.681771 19.875256 1.011063</w:t>
        <w:br/>
        <w:t>v -0.681771 19.875256 1.011063</w:t>
        <w:br/>
        <w:t>v -0.553756 19.971998 0.881201</w:t>
        <w:br/>
        <w:t>v -0.505441 19.926920 0.952656</w:t>
        <w:br/>
        <w:t>v -0.542515 19.985607 0.853563</w:t>
        <w:br/>
        <w:t>v -0.722012 19.919058 0.935699</w:t>
        <w:br/>
        <w:t>v -0.689293 19.855217 1.023718</w:t>
        <w:br/>
        <w:t>v -0.474541 19.915321 0.965163</w:t>
        <w:br/>
        <w:t>v -0.745686 19.921717 0.921620</w:t>
        <w:br/>
        <w:t>v -0.474541 19.915321 0.965163</w:t>
        <w:br/>
        <w:t>v -0.466475 19.925047 0.978326</w:t>
        <w:br/>
        <w:t>v -0.542515 19.985607 0.853563</w:t>
        <w:br/>
        <w:t>v -0.466475 19.925047 0.978326</w:t>
        <w:br/>
        <w:t>v -0.474541 19.915321 0.965163</w:t>
        <w:br/>
        <w:t>v -0.689293 19.855217 1.023718</w:t>
        <w:br/>
        <w:t>v -0.535420 20.006712 0.853137</w:t>
        <w:br/>
        <w:t>v -0.694938 19.855867 1.050684</w:t>
        <w:br/>
        <w:t>v -0.535420 20.006712 0.853137</w:t>
        <w:br/>
        <w:t>v -0.762189 19.938185 0.927226</w:t>
        <w:br/>
        <w:t>v -0.542515 19.985607 0.853563</w:t>
        <w:br/>
        <w:t>v -0.694938 19.855867 1.050684</w:t>
        <w:br/>
        <w:t>v -0.689293 19.855217 1.023718</w:t>
        <w:br/>
        <w:t>v -0.762189 19.938185 0.927226</w:t>
        <w:br/>
        <w:t>v -0.745686 19.921717 0.921620</w:t>
        <w:br/>
        <w:t>v -0.745686 19.921717 0.921620</w:t>
        <w:br/>
        <w:t>v -0.555870 19.989840 0.895387</w:t>
        <w:br/>
        <w:t>v -0.547426 20.015310 0.873582</w:t>
        <w:br/>
        <w:t>v -0.508564 19.946383 0.963245</w:t>
        <w:br/>
        <w:t>v -0.718958 19.938442 0.949312</w:t>
        <w:br/>
        <w:t>v -0.487750 19.946999 0.982509</w:t>
        <w:br/>
        <w:t>v -0.680725 19.891621 1.018711</w:t>
        <w:br/>
        <w:t>v -0.746512 19.954342 0.940600</w:t>
        <w:br/>
        <w:t>v -0.688844 19.886045 1.049692</w:t>
        <w:br/>
        <w:t>v -0.487750 19.946999 0.982509</w:t>
        <w:br/>
        <w:t>v -0.547426 20.015310 0.873582</w:t>
        <w:br/>
        <w:t>v -0.466475 19.925047 0.978326</w:t>
        <w:br/>
        <w:t>v -0.487750 19.946999 0.982509</w:t>
        <w:br/>
        <w:t>v -0.466475 19.925047 0.978326</w:t>
        <w:br/>
        <w:t>v -0.688844 19.886045 1.049692</w:t>
        <w:br/>
        <w:t>v -0.535420 20.006712 0.853137</w:t>
        <w:br/>
        <w:t>v -0.694938 19.855867 1.050684</w:t>
        <w:br/>
        <w:t>v -0.547426 20.015310 0.873582</w:t>
        <w:br/>
        <w:t>v -0.762189 19.938185 0.927226</w:t>
        <w:br/>
        <w:t>v -0.535420 20.006712 0.853137</w:t>
        <w:br/>
        <w:t>v -0.694938 19.855867 1.050684</w:t>
        <w:br/>
        <w:t>v -0.762189 19.938185 0.927226</w:t>
        <w:br/>
        <w:t>v -0.688844 19.886045 1.049692</w:t>
        <w:br/>
        <w:t>v -0.746512 19.954342 0.940600</w:t>
        <w:br/>
        <w:t>v -0.746512 19.954342 0.940600</w:t>
        <w:br/>
        <w:t>v -0.588376 19.911863 0.938084</w:t>
        <w:br/>
        <w:t>v -0.585252 19.892401 0.927495</w:t>
        <w:br/>
        <w:t>v -0.635681 19.955318 0.870226</w:t>
        <w:br/>
        <w:t>v -0.585252 19.892401 0.927495</w:t>
        <w:br/>
        <w:t>v -0.588376 19.911863 0.938084</w:t>
        <w:br/>
        <w:t>v -0.760527 19.857113 0.993549</w:t>
        <w:br/>
        <w:t>v -0.633567 19.937479 0.856041</w:t>
        <w:br/>
        <w:t>v -0.635681 19.955318 0.870226</w:t>
        <w:br/>
        <w:t>v -0.633567 19.937479 0.856041</w:t>
        <w:br/>
        <w:t>v -0.798732 19.903936 0.924151</w:t>
        <w:br/>
        <w:t>v -0.760527 19.857113 0.993549</w:t>
        <w:br/>
        <w:t>v -0.798732 19.903936 0.924151</w:t>
        <w:br/>
        <w:t>v -0.801692 19.884558 0.910541</w:t>
        <w:br/>
        <w:t>v -0.801692 19.884558 0.910541</w:t>
        <w:br/>
        <w:t>v -0.761534 19.840742 0.985903</w:t>
        <w:br/>
        <w:t>v -0.761534 19.840742 0.985903</w:t>
        <w:br/>
        <w:t>v -0.633567 19.937479 0.856041</w:t>
        <w:br/>
        <w:t>v -0.585252 19.892401 0.927495</w:t>
        <w:br/>
        <w:t>v -0.622327 19.951090 0.828402</w:t>
        <w:br/>
        <w:t>v -0.801692 19.884558 0.910541</w:t>
        <w:br/>
        <w:t>v -0.768925 19.820726 0.998560</w:t>
        <w:br/>
        <w:t>v -0.554352 19.880804 0.940001</w:t>
        <w:br/>
        <w:t>v -0.825159 19.887249 0.896465</w:t>
        <w:br/>
        <w:t>v -0.554352 19.880804 0.940001</w:t>
        <w:br/>
        <w:t>v -0.546286 19.890533 0.953165</w:t>
        <w:br/>
        <w:t>v -0.622327 19.951090 0.828402</w:t>
        <w:br/>
        <w:t>v -0.546286 19.890533 0.953165</w:t>
        <w:br/>
        <w:t>v -0.554352 19.880804 0.940001</w:t>
        <w:br/>
        <w:t>v -0.768925 19.820726 0.998560</w:t>
        <w:br/>
        <w:t>v -0.615231 19.972198 0.827976</w:t>
        <w:br/>
        <w:t>v -0.774527 19.821383 1.025527</w:t>
        <w:br/>
        <w:t>v -0.615231 19.972198 0.827976</w:t>
        <w:br/>
        <w:t>v -0.841605 19.903725 0.902072</w:t>
        <w:br/>
        <w:t>v -0.622327 19.951090 0.828402</w:t>
        <w:br/>
        <w:t>v -0.774527 19.821383 1.025527</w:t>
        <w:br/>
        <w:t>v -0.768925 19.820726 0.998560</w:t>
        <w:br/>
        <w:t>v -0.841605 19.903725 0.902072</w:t>
        <w:br/>
        <w:t>v -0.825159 19.887249 0.896465</w:t>
        <w:br/>
        <w:t>v -0.825159 19.887249 0.896465</w:t>
        <w:br/>
        <w:t>v -0.635681 19.955318 0.870226</w:t>
        <w:br/>
        <w:t>v -0.627238 19.980793 0.848421</w:t>
        <w:br/>
        <w:t>v -0.588376 19.911863 0.938084</w:t>
        <w:br/>
        <w:t>v -0.798732 19.903936 0.924151</w:t>
        <w:br/>
        <w:t>v -0.567562 19.912481 0.957348</w:t>
        <w:br/>
        <w:t>v -0.760527 19.857113 0.993549</w:t>
        <w:br/>
        <w:t>v -0.826192 19.919838 0.915442</w:t>
        <w:br/>
        <w:t>v -0.768609 19.851528 1.024532</w:t>
        <w:br/>
        <w:t>v -0.567562 19.912481 0.957348</w:t>
        <w:br/>
        <w:t>v -0.627238 19.980793 0.848421</w:t>
        <w:br/>
        <w:t>v -0.546286 19.890533 0.953165</w:t>
        <w:br/>
        <w:t>v -0.567562 19.912481 0.957348</w:t>
        <w:br/>
        <w:t>v -0.546286 19.890533 0.953165</w:t>
        <w:br/>
        <w:t>v -0.768609 19.851528 1.024532</w:t>
        <w:br/>
        <w:t>v -0.615231 19.972198 0.827976</w:t>
        <w:br/>
        <w:t>v -0.774527 19.821383 1.025527</w:t>
        <w:br/>
        <w:t>v -0.627238 19.980793 0.848421</w:t>
        <w:br/>
        <w:t>v -0.841605 19.903725 0.902072</w:t>
        <w:br/>
        <w:t>v -0.615231 19.972198 0.827976</w:t>
        <w:br/>
        <w:t>v -0.774527 19.821383 1.025527</w:t>
        <w:br/>
        <w:t>v -0.841605 19.903725 0.902072</w:t>
        <w:br/>
        <w:t>v -0.768609 19.851528 1.024532</w:t>
        <w:br/>
        <w:t>v -0.826192 19.919838 0.915442</w:t>
        <w:br/>
        <w:t>v -0.826192 19.919838 0.915442</w:t>
        <w:br/>
        <w:t>v 0.505441 19.926920 0.952656</w:t>
        <w:br/>
        <w:t>v 0.508565 19.946383 0.963245</w:t>
        <w:br/>
        <w:t>v 0.555870 19.989840 0.895387</w:t>
        <w:br/>
        <w:t>v 0.505441 19.926920 0.952656</w:t>
        <w:br/>
        <w:t>v 0.680725 19.891621 1.018710</w:t>
        <w:br/>
        <w:t>v 0.508565 19.946383 0.963245</w:t>
        <w:br/>
        <w:t>v 0.553756 19.971998 0.881201</w:t>
        <w:br/>
        <w:t>v 0.555870 19.989840 0.895387</w:t>
        <w:br/>
        <w:t>v 0.718958 19.938442 0.949312</w:t>
        <w:br/>
        <w:t>v 0.553756 19.971998 0.881201</w:t>
        <w:br/>
        <w:t>v 0.718958 19.938442 0.949312</w:t>
        <w:br/>
        <w:t>v 0.680725 19.891621 1.018710</w:t>
        <w:br/>
        <w:t>v 0.722012 19.919058 0.935699</w:t>
        <w:br/>
        <w:t>v 0.722012 19.919058 0.935699</w:t>
        <w:br/>
        <w:t>v 0.681771 19.875256 1.011063</w:t>
        <w:br/>
        <w:t>v 0.681771 19.875256 1.011063</w:t>
        <w:br/>
        <w:t>v 0.553756 19.971998 0.881201</w:t>
        <w:br/>
        <w:t>v 0.542515 19.985607 0.853563</w:t>
        <w:br/>
        <w:t>v 0.505441 19.926920 0.952656</w:t>
        <w:br/>
        <w:t>v 0.722012 19.919058 0.935699</w:t>
        <w:br/>
        <w:t>v 0.689293 19.855217 1.023717</w:t>
        <w:br/>
        <w:t>v 0.474541 19.915321 0.965163</w:t>
        <w:br/>
        <w:t>v 0.745686 19.921717 0.921620</w:t>
        <w:br/>
        <w:t>v 0.466475 19.925047 0.978326</w:t>
        <w:br/>
        <w:t>v 0.474541 19.915321 0.965163</w:t>
        <w:br/>
        <w:t>v 0.542515 19.985607 0.853563</w:t>
        <w:br/>
        <w:t>v 0.474541 19.915321 0.965163</w:t>
        <w:br/>
        <w:t>v 0.466475 19.925047 0.978326</w:t>
        <w:br/>
        <w:t>v 0.689293 19.855217 1.023717</w:t>
        <w:br/>
        <w:t>v 0.535420 20.006712 0.853137</w:t>
        <w:br/>
        <w:t>v 0.694938 19.855867 1.050684</w:t>
        <w:br/>
        <w:t>v 0.535420 20.006712 0.853137</w:t>
        <w:br/>
        <w:t>v 0.542515 19.985607 0.853563</w:t>
        <w:br/>
        <w:t>v 0.762189 19.938185 0.927226</w:t>
        <w:br/>
        <w:t>v 0.694938 19.855867 1.050684</w:t>
        <w:br/>
        <w:t>v 0.762189 19.938185 0.927226</w:t>
        <w:br/>
        <w:t>v 0.689293 19.855217 1.023717</w:t>
        <w:br/>
        <w:t>v 0.745686 19.921717 0.921620</w:t>
        <w:br/>
        <w:t>v 0.745686 19.921717 0.921620</w:t>
        <w:br/>
        <w:t>v 0.585252 19.892401 0.927495</w:t>
        <w:br/>
        <w:t>v 0.588376 19.911863 0.938084</w:t>
        <w:br/>
        <w:t>v 0.635681 19.955318 0.870226</w:t>
        <w:br/>
        <w:t>v 0.585252 19.892401 0.927495</w:t>
        <w:br/>
        <w:t>v 0.760527 19.857113 0.993549</w:t>
        <w:br/>
        <w:t>v 0.588376 19.911863 0.938084</w:t>
        <w:br/>
        <w:t>v 0.633567 19.937479 0.856041</w:t>
        <w:br/>
        <w:t>v 0.635681 19.955318 0.870226</w:t>
        <w:br/>
        <w:t>v 0.798732 19.903936 0.924151</w:t>
        <w:br/>
        <w:t>v 0.633567 19.937479 0.856041</w:t>
        <w:br/>
        <w:t>v 0.798732 19.903936 0.924151</w:t>
        <w:br/>
        <w:t>v 0.760527 19.857113 0.993549</w:t>
        <w:br/>
        <w:t>v 0.801692 19.884558 0.910541</w:t>
        <w:br/>
        <w:t>v 0.801692 19.884558 0.910541</w:t>
        <w:br/>
        <w:t>v 0.761535 19.840742 0.985903</w:t>
        <w:br/>
        <w:t>v 0.761535 19.840742 0.985903</w:t>
        <w:br/>
        <w:t>v 0.633567 19.937479 0.856041</w:t>
        <w:br/>
        <w:t>v 0.622327 19.951090 0.828402</w:t>
        <w:br/>
        <w:t>v 0.585252 19.892401 0.927495</w:t>
        <w:br/>
        <w:t>v 0.801692 19.884558 0.910541</w:t>
        <w:br/>
        <w:t>v 0.768925 19.820726 0.998560</w:t>
        <w:br/>
        <w:t>v 0.554352 19.880804 0.940001</w:t>
        <w:br/>
        <w:t>v 0.825159 19.887249 0.896465</w:t>
        <w:br/>
        <w:t>v 0.546286 19.890533 0.953165</w:t>
        <w:br/>
        <w:t>v 0.554352 19.880804 0.940001</w:t>
        <w:br/>
        <w:t>v 0.622327 19.951090 0.828402</w:t>
        <w:br/>
        <w:t>v 0.554352 19.880804 0.940001</w:t>
        <w:br/>
        <w:t>v 0.546286 19.890533 0.953165</w:t>
        <w:br/>
        <w:t>v 0.768925 19.820726 0.998560</w:t>
        <w:br/>
        <w:t>v 0.615231 19.972198 0.827976</w:t>
        <w:br/>
        <w:t>v 0.774528 19.821383 1.025527</w:t>
        <w:br/>
        <w:t>v 0.615231 19.972198 0.827976</w:t>
        <w:br/>
        <w:t>v 0.622327 19.951090 0.828402</w:t>
        <w:br/>
        <w:t>v 0.841605 19.903725 0.902071</w:t>
        <w:br/>
        <w:t>v 0.774528 19.821383 1.025527</w:t>
        <w:br/>
        <w:t>v 0.841605 19.903725 0.902071</w:t>
        <w:br/>
        <w:t>v 0.768925 19.820726 0.998560</w:t>
        <w:br/>
        <w:t>v 0.825159 19.887249 0.896465</w:t>
        <w:br/>
        <w:t>v 0.825159 19.887249 0.896465</w:t>
        <w:br/>
        <w:t>v 0.727445 20.002548 -0.819192</w:t>
        <w:br/>
        <w:t>v 0.710191 19.940638 -0.887021</w:t>
        <w:br/>
        <w:t>v 0.756711 20.016294 -0.806940</w:t>
        <w:br/>
        <w:t>v 0.718305 19.928371 -0.911277</w:t>
        <w:br/>
        <w:t>v 0.534458 20.009167 -0.875366</w:t>
        <w:br/>
        <w:t>v 0.553843 20.097427 -0.796646</w:t>
        <w:br/>
        <w:t>v 0.560753 20.067867 -0.809539</w:t>
        <w:br/>
        <w:t>v 0.513951 20.010794 -0.900539</w:t>
        <w:br/>
        <w:t>v 0.756711 20.016294 -0.806940</w:t>
        <w:br/>
        <w:t>v 0.767633 20.001526 -0.789664</w:t>
        <w:br/>
        <w:t>v 0.553843 20.097427 -0.796646</w:t>
        <w:br/>
        <w:t>v 0.756711 20.016294 -0.806940</w:t>
        <w:br/>
        <w:t>v 0.718305 19.928371 -0.911277</w:t>
        <w:br/>
        <w:t>v 0.767633 20.001526 -0.789664</w:t>
        <w:br/>
        <w:t>v 0.537931 20.094587 -0.776044</w:t>
        <w:br/>
        <w:t>v 0.721857 19.897804 -0.909002</w:t>
        <w:br/>
        <w:t>v 0.553843 20.097427 -0.796646</w:t>
        <w:br/>
        <w:t>v 0.537931 20.094587 -0.776044</w:t>
        <w:br/>
        <w:t>v 0.491197 19.991404 -0.893129</w:t>
        <w:br/>
        <w:t>v 0.721857 19.897804 -0.909002</w:t>
        <w:br/>
        <w:t>v 0.718305 19.928371 -0.911277</w:t>
        <w:br/>
        <w:t>v 0.491197 19.991404 -0.893129</w:t>
        <w:br/>
        <w:t>v 0.513951 20.010794 -0.900539</w:t>
        <w:br/>
        <w:t>v 0.513951 20.010794 -0.900539</w:t>
        <w:br/>
        <w:t>v -0.727445 20.002548 -0.819192</w:t>
        <w:br/>
        <w:t>v -0.756712 20.016293 -0.806940</w:t>
        <w:br/>
        <w:t>v -0.710191 19.940641 -0.887021</w:t>
        <w:br/>
        <w:t>v -0.718305 19.928371 -0.911277</w:t>
        <w:br/>
        <w:t>v -0.534459 20.009167 -0.875365</w:t>
        <w:br/>
        <w:t>v -0.553844 20.097427 -0.796646</w:t>
        <w:br/>
        <w:t>v -0.560753 20.067867 -0.809538</w:t>
        <w:br/>
        <w:t>v -0.513951 20.010794 -0.900539</w:t>
        <w:br/>
        <w:t>v -0.756712 20.016293 -0.806940</w:t>
        <w:br/>
        <w:t>v -0.553844 20.097427 -0.796646</w:t>
        <w:br/>
        <w:t>v -0.767633 20.001526 -0.789663</w:t>
        <w:br/>
        <w:t>v -0.756712 20.016293 -0.806940</w:t>
        <w:br/>
        <w:t>v -0.767633 20.001526 -0.789663</w:t>
        <w:br/>
        <w:t>v -0.718305 19.928371 -0.911277</w:t>
        <w:br/>
        <w:t>v -0.537931 20.094582 -0.776043</w:t>
        <w:br/>
        <w:t>v -0.721857 19.897804 -0.909002</w:t>
        <w:br/>
        <w:t>v -0.553844 20.097427 -0.796646</w:t>
        <w:br/>
        <w:t>v -0.491197 19.991404 -0.893128</w:t>
        <w:br/>
        <w:t>v -0.537931 20.094582 -0.776043</w:t>
        <w:br/>
        <w:t>v -0.721857 19.897804 -0.909002</w:t>
        <w:br/>
        <w:t>v -0.491197 19.991404 -0.893128</w:t>
        <w:br/>
        <w:t>v -0.718305 19.928371 -0.911277</w:t>
        <w:br/>
        <w:t>v -0.513951 20.010794 -0.900539</w:t>
        <w:br/>
        <w:t>v -0.513951 20.010794 -0.900539</w:t>
        <w:br/>
        <w:t>v -8.495406 15.147073 0.135810</w:t>
        <w:br/>
        <w:t>v -8.588807 15.387141 0.167476</w:t>
        <w:br/>
        <w:t>v -8.576063 15.136525 0.164399</w:t>
        <w:br/>
        <w:t>v -8.672291 15.332952 0.191929</w:t>
        <w:br/>
        <w:t>v -8.588807 15.387141 0.167476</w:t>
        <w:br/>
        <w:t>v -8.604947 15.431114 0.301549</w:t>
        <w:br/>
        <w:t>v -8.672291 15.332952 0.191929</w:t>
        <w:br/>
        <w:t>v -8.755958 15.279171 0.203797</w:t>
        <w:br/>
        <w:t>v -8.653161 15.102255 0.177642</w:t>
        <w:br/>
        <w:t>v -8.871685 14.988214 0.185403</w:t>
        <w:br/>
        <w:t>v -8.683715 15.375671 0.302204</w:t>
        <w:br/>
        <w:t>v -8.755958 15.279171 0.203797</w:t>
        <w:br/>
        <w:t>v -8.656718 15.321527 0.405933</w:t>
        <w:br/>
        <w:t>v -8.573244 15.374368 0.413734</w:t>
        <w:br/>
        <w:t>v -8.573244 15.374368 0.413734</w:t>
        <w:br/>
        <w:t>v -8.482634 15.163418 0.410326</w:t>
        <w:br/>
        <w:t>v -8.656718 15.321527 0.405933</w:t>
        <w:br/>
        <w:t>v -8.762089 15.319410 0.305717</w:t>
        <w:br/>
        <w:t>v -8.739454 15.269331 0.402381</w:t>
        <w:br/>
        <w:t>v -8.555320 15.124651 0.402041</w:t>
        <w:br/>
        <w:t>v -8.739454 15.269331 0.402381</w:t>
        <w:br/>
        <w:t>v -8.555320 15.124651 0.402041</w:t>
        <w:br/>
        <w:t>v -8.482634 15.163418 0.410326</w:t>
        <w:br/>
        <w:t>v -8.528874 15.093481 0.277478</w:t>
        <w:br/>
        <w:t>v -8.455294 15.131399 0.274911</w:t>
        <w:br/>
        <w:t>v -8.495406 15.147073 0.135810</w:t>
        <w:br/>
        <w:t>v -8.576063 15.136525 0.164399</w:t>
        <w:br/>
        <w:t>v -8.602306 15.056547 0.279863</w:t>
        <w:br/>
        <w:t>v -8.653161 15.102255 0.177642</w:t>
        <w:br/>
        <w:t>v -8.627698 15.086452 0.393825</w:t>
        <w:br/>
        <w:t>v -8.627698 15.086452 0.393825</w:t>
        <w:br/>
        <w:t>v -8.820389 14.941045 0.281697</w:t>
        <w:br/>
        <w:t>v -8.871685 14.988214 0.185403</w:t>
        <w:br/>
        <w:t>v -8.847469 14.977984 0.389185</w:t>
        <w:br/>
        <w:t>v -8.847469 14.977984 0.389185</w:t>
        <w:br/>
        <w:t>v -8.871809 14.924084 0.282914</w:t>
        <w:br/>
        <w:t>v -8.922820 14.971523 0.188972</w:t>
        <w:br/>
        <w:t>v -8.975419 15.133492 0.412773</w:t>
        <w:br/>
        <w:t>v -8.975419 15.133492 0.412773</w:t>
        <w:br/>
        <w:t>v -8.899509 14.961685 0.388132</w:t>
        <w:br/>
        <w:t>v -8.899509 14.961685 0.388132</w:t>
        <w:br/>
        <w:t>v -8.919004 14.909119 0.284036</w:t>
        <w:br/>
        <w:t>v -8.969774 14.957077 0.192448</w:t>
        <w:br/>
        <w:t>v -9.018008 15.106511 0.411598</w:t>
        <w:br/>
        <w:t>v -9.224543 14.773576 0.298683</w:t>
        <w:br/>
        <w:t>v -9.257683 14.825396 0.215824</w:t>
        <w:br/>
        <w:t>v -8.947254 14.947250 0.386980</w:t>
        <w:br/>
        <w:t>v -9.224543 14.773576 0.298683</w:t>
        <w:br/>
        <w:t>v -9.272153 14.759675 0.300777</w:t>
        <w:br/>
        <w:t>v -9.304801 14.810569 0.218979</w:t>
        <w:br/>
        <w:t>v -9.320011 14.746058 0.302870</w:t>
        <w:br/>
        <w:t>v -9.239290 14.815281 0.396702</w:t>
        <w:br/>
        <w:t>v -9.056761 15.081167 0.410343</w:t>
        <w:br/>
        <w:t>v -9.286766 14.800605 0.397549</w:t>
        <w:br/>
        <w:t>v -9.316744 14.939631 0.416852</w:t>
        <w:br/>
        <w:t>v -9.352157 14.795959 0.222135</w:t>
        <w:br/>
        <w:t>v -9.360935 14.918180 0.416930</w:t>
        <w:br/>
        <w:t>v -9.582384 14.662758 0.318188</w:t>
        <w:br/>
        <w:t>v -9.624644 14.701562 0.239908</w:t>
        <w:br/>
        <w:t>v -9.733997 14.676222 0.278304</w:t>
        <w:br/>
        <w:t>v -9.775639 14.654168 0.336078</w:t>
        <w:br/>
        <w:t>v -9.741925 14.658429 0.389686</w:t>
        <w:br/>
        <w:t>v -9.603419 14.690444 0.405856</w:t>
        <w:br/>
        <w:t>v -9.334444 14.786150 0.398396</w:t>
        <w:br/>
        <w:t>v -9.405240 14.896618 0.417008</w:t>
        <w:br/>
        <w:t>v -9.603419 14.690444 0.405856</w:t>
        <w:br/>
        <w:t>v -9.747170 14.711717 0.423017</w:t>
        <w:br/>
        <w:t>v -9.659755 14.765005 0.421561</w:t>
        <w:br/>
        <w:t>v -9.360935 14.918180 0.416930</w:t>
        <w:br/>
        <w:t>v -9.405240 14.896618 0.417008</w:t>
        <w:br/>
        <w:t>v -9.384438 14.943456 0.327014</w:t>
        <w:br/>
        <w:t>v -9.659755 14.765005 0.421561</w:t>
        <w:br/>
        <w:t>v -9.427808 14.917653 0.327818</w:t>
        <w:br/>
        <w:t>v -9.711432 14.755480 0.339123</w:t>
        <w:br/>
        <w:t>v -9.747170 14.711717 0.423017</w:t>
        <w:br/>
        <w:t>v -9.815670 14.690452 0.342634</w:t>
        <w:br/>
        <w:t>v -9.815670 14.690452 0.342634</w:t>
        <w:br/>
        <w:t>v -9.775639 14.654168 0.336078</w:t>
        <w:br/>
        <w:t>v -9.733997 14.676222 0.278304</w:t>
        <w:br/>
        <w:t>v -9.815670 14.690452 0.342634</w:t>
        <w:br/>
        <w:t>v -9.758210 14.722232 0.258425</w:t>
        <w:br/>
        <w:t>v -9.758210 14.722232 0.258425</w:t>
        <w:br/>
        <w:t>v -9.624644 14.701562 0.239908</w:t>
        <w:br/>
        <w:t>v -9.670168 14.772305 0.251883</w:t>
        <w:br/>
        <w:t>v -9.670168 14.772305 0.251883</w:t>
        <w:br/>
        <w:t>v -9.422657 14.893294 0.236811</w:t>
        <w:br/>
        <w:t>v -9.422657 14.893294 0.236811</w:t>
        <w:br/>
        <w:t>v -9.352157 14.795959 0.222135</w:t>
        <w:br/>
        <w:t>v -9.378434 14.917580 0.234566</w:t>
        <w:br/>
        <w:t>v -9.378434 14.917580 0.234566</w:t>
        <w:br/>
        <w:t>v -9.304801 14.810569 0.218979</w:t>
        <w:br/>
        <w:t>v -9.341736 14.969206 0.326210</w:t>
        <w:br/>
        <w:t>v -9.316744 14.939631 0.416852</w:t>
        <w:br/>
        <w:t>v -9.334397 14.942175 0.232321</w:t>
        <w:br/>
        <w:t>v -9.334397 14.942175 0.232321</w:t>
        <w:br/>
        <w:t>v -9.257683 14.825396 0.215824</w:t>
        <w:br/>
        <w:t>v -9.071671 15.091331 0.216968</w:t>
        <w:br/>
        <w:t>v -9.078833 15.120020 0.313644</w:t>
        <w:br/>
        <w:t>v -9.071671 15.091331 0.216968</w:t>
        <w:br/>
        <w:t>v -9.056761 15.081167 0.410343</w:t>
        <w:br/>
        <w:t>v -9.041664 15.145243 0.313659</w:t>
        <w:br/>
        <w:t>v -9.018008 15.106511 0.411598</w:t>
        <w:br/>
        <w:t>v -8.969774 14.957077 0.192448</w:t>
        <w:br/>
        <w:t>v -9.001098 15.171941 0.313614</w:t>
        <w:br/>
        <w:t>v -9.033705 15.116404 0.215659</w:t>
        <w:br/>
        <w:t>v -9.033705 15.116404 0.215659</w:t>
        <w:br/>
        <w:t>v -8.922820 14.971523 0.188972</w:t>
        <w:br/>
        <w:t>v -8.992081 15.143402 0.214274</w:t>
        <w:br/>
        <w:t>v -8.992081 15.143402 0.214274</w:t>
        <w:br/>
        <w:t>v 4.601173 16.877747 -0.167010</w:t>
        <w:br/>
        <w:t>v 4.556940 16.860342 0.102177</w:t>
        <w:br/>
        <w:t>v 4.803786 16.733931 0.111926</w:t>
        <w:br/>
        <w:t>v 4.847355 16.753017 -0.157385</w:t>
        <w:br/>
        <w:t>v 5.100440 16.609791 0.128350</w:t>
        <w:br/>
        <w:t>v 4.706357 17.016804 -0.375415</w:t>
        <w:br/>
        <w:t>v 5.136703 16.627480 -0.139130</w:t>
        <w:br/>
        <w:t>v 5.381224 16.502403 0.145608</w:t>
        <w:br/>
        <w:t>v 4.952672 16.888317 -0.375634</w:t>
        <w:br/>
        <w:t>v 4.862296 17.275826 -0.491223</w:t>
        <w:br/>
        <w:t>v 5.408212 16.517521 -0.119416</w:t>
        <w:br/>
        <w:t>v 5.912150 16.308207 0.161457</w:t>
        <w:br/>
        <w:t>v 5.226707 16.755413 -0.358007</w:t>
        <w:br/>
        <w:t>v 5.109932 17.147659 -0.480750</w:t>
        <w:br/>
        <w:t>v 5.004872 17.540045 -0.401755</w:t>
        <w:br/>
        <w:t>v 5.478086 16.637438 -0.334812</w:t>
        <w:br/>
        <w:t>v 5.370929 17.012365 -0.451589</w:t>
        <w:br/>
        <w:t>v 5.929855 16.294506 -0.064514</w:t>
        <w:br/>
        <w:t>v 6.426366 16.104895 0.199229</w:t>
        <w:br/>
        <w:t>v 6.440679 16.093954 -0.005398</w:t>
        <w:br/>
        <w:t>v 6.009785 16.399342 -0.260548</w:t>
        <w:br/>
        <w:t>v 6.504589 16.183182 -0.180839</w:t>
        <w:br/>
        <w:t>v 6.562112 16.290321 -0.230440</w:t>
        <w:br/>
        <w:t>v 6.618245 16.260166 -0.234724</w:t>
        <w:br/>
        <w:t>v 6.652568 16.318050 -0.251303</w:t>
        <w:br/>
        <w:t>v 6.597336 16.355932 -0.260815</w:t>
        <w:br/>
        <w:t>v 6.129814 16.606661 -0.336730</w:t>
        <w:br/>
        <w:t>v 6.697649 16.539511 -0.171181</w:t>
        <w:br/>
        <w:t>v 5.604648 16.891134 -0.417955</w:t>
        <w:br/>
        <w:t>v 6.248034 16.822090 -0.250272</w:t>
        <w:br/>
        <w:t>v 6.308271 16.954758 -0.074632</w:t>
        <w:br/>
        <w:t>v 6.747424 16.648533 -0.011531</w:t>
        <w:br/>
        <w:t>v 5.730039 17.144335 -0.337138</w:t>
        <w:br/>
        <w:t>v 5.507253 17.274563 -0.365792</w:t>
        <w:br/>
        <w:t>v 5.808899 17.306946 -0.143200</w:t>
        <w:br/>
        <w:t>v 5.254072 17.415503 -0.391185</w:t>
        <w:br/>
        <w:t>v 5.586069 17.442848 -0.166992</w:t>
        <w:br/>
        <w:t>v 5.335036 17.593828 -0.187896</w:t>
        <w:br/>
        <w:t>v 5.092372 17.735468 -0.196137</w:t>
        <w:br/>
        <w:t>v 5.322450 17.616924 0.039175</w:t>
        <w:br/>
        <w:t>v 5.079093 17.761826 0.027285</w:t>
        <w:br/>
        <w:t>v 5.576571 17.459532 0.056797</w:t>
        <w:br/>
        <w:t>v 5.266901 17.566206 0.238655</w:t>
        <w:br/>
        <w:t>v 5.023463 17.709173 0.222446</w:t>
        <w:br/>
        <w:t>v 5.528817 17.406929 0.252507</w:t>
        <w:br/>
        <w:t>v 5.803142 17.316641 0.074689</w:t>
        <w:br/>
        <w:t>v 5.765567 17.260733 0.263570</w:t>
        <w:br/>
        <w:t>v 5.435033 17.253424 0.413192</w:t>
        <w:br/>
        <w:t>v 5.164745 17.415716 0.397918</w:t>
        <w:br/>
        <w:t>v 4.920918 17.555714 0.376850</w:t>
        <w:br/>
        <w:t>v 5.682588 17.101984 0.423993</w:t>
        <w:br/>
        <w:t>v 5.053125 17.225874 0.497189</w:t>
        <w:br/>
        <w:t>v 4.805777 17.359182 0.473464</w:t>
        <w:br/>
        <w:t>v 5.332734 17.072165 0.509398</w:t>
        <w:br/>
        <w:t>v 4.943216 17.032324 0.490212</w:t>
        <w:br/>
        <w:t>v 4.692994 17.161024 0.469143</w:t>
        <w:br/>
        <w:t>v 4.606046 16.987892 0.322622</w:t>
        <w:br/>
        <w:t>v 5.233106 16.887884 0.500616</w:t>
        <w:br/>
        <w:t>v 4.556940 16.860342 0.102177</w:t>
        <w:br/>
        <w:t>v 4.803786 16.733931 0.111926</w:t>
        <w:br/>
        <w:t>v 4.856193 16.861626 0.340631</w:t>
        <w:br/>
        <w:t>v 5.100440 16.609791 0.128350</w:t>
        <w:br/>
        <w:t>v 5.151457 16.724243 0.350675</w:t>
        <w:br/>
        <w:t>v 5.381224 16.502403 0.145608</w:t>
        <w:br/>
        <w:t>v 5.428978 16.599442 0.355959</w:t>
        <w:br/>
        <w:t>v 5.912150 16.308207 0.161457</w:t>
        <w:br/>
        <w:t>v 5.590963 16.929035 0.515019</w:t>
        <w:br/>
        <w:t>v 5.503552 16.754902 0.505035</w:t>
        <w:br/>
        <w:t>v 5.932288 16.383749 0.371509</w:t>
        <w:br/>
        <w:t>v 6.426366 16.104895 0.199229</w:t>
        <w:br/>
        <w:t>v 6.441667 16.162954 0.389041</w:t>
        <w:br/>
        <w:t>v 6.491737 16.282791 0.505690</w:t>
        <w:br/>
        <w:t>v 5.994231 16.515846 0.498929</w:t>
        <w:br/>
        <w:t>v 6.069112 16.654083 0.530583</w:t>
        <w:br/>
        <w:t>v 6.579692 16.369955 0.534675</w:t>
        <w:br/>
        <w:t>v 6.526629 16.262741 0.517140</w:t>
        <w:br/>
        <w:t>v 6.544893 16.390511 0.541973</w:t>
        <w:br/>
        <w:t>v 6.158590 16.800400 0.456533</w:t>
        <w:br/>
        <w:t>v 6.621263 16.513193 0.469942</w:t>
        <w:br/>
        <w:t>v 6.242941 16.917625 0.292223</w:t>
        <w:br/>
        <w:t>v 6.691054 16.609470 0.324303</w:t>
        <w:br/>
        <w:t>v 6.295958 16.970272 0.120189</w:t>
        <w:br/>
        <w:t>v 6.738115 16.660795 0.162067</w:t>
        <w:br/>
        <w:t>v -0.000005 20.823158 -0.185041</w:t>
        <w:br/>
        <w:t>v 0.186397 20.820801 -0.158889</w:t>
        <w:br/>
        <w:t>v -0.000006 21.090420 -0.161449</w:t>
        <w:br/>
        <w:t>v 0.261346 21.087114 -0.094235</w:t>
        <w:br/>
        <w:t>v 0.329236 20.815727 -0.092683</w:t>
        <w:br/>
        <w:t>v -0.000006 21.278700 -0.180787</w:t>
        <w:br/>
        <w:t>v 0.420101 21.071264 0.028535</w:t>
        <w:br/>
        <w:t>v 0.410650 20.804428 -0.007362</w:t>
        <w:br/>
        <w:t>v 0.314628 21.270773 -0.077458</w:t>
        <w:br/>
        <w:t>v -0.000006 21.434046 -0.223217</w:t>
        <w:br/>
        <w:t>v 0.464544 20.790318 0.093050</w:t>
        <w:br/>
        <w:t>v 0.373265 21.454575 -0.142670</w:t>
        <w:br/>
        <w:t>v -0.000006 21.619551 -0.342648</w:t>
        <w:br/>
        <w:t>v 0.477139 21.262522 0.027236</w:t>
        <w:br/>
        <w:t>v 0.480505 21.044294 0.220911</w:t>
        <w:br/>
        <w:t>v 0.424338 21.653683 -0.275642</w:t>
        <w:br/>
        <w:t>v -0.000006 21.797932 -0.474659</w:t>
        <w:br/>
        <w:t>v 0.470875 21.831526 -0.414514</w:t>
        <w:br/>
        <w:t>v 0.708359 21.938475 -0.231756</w:t>
        <w:br/>
        <w:t>v 0.567759 21.474010 -0.010828</w:t>
        <w:br/>
        <w:t>v 0.639157 21.707884 -0.116250</w:t>
        <w:br/>
        <w:t>v 0.770505 21.960524 0.100025</w:t>
        <w:br/>
        <w:t>v 0.718730 21.764378 0.162833</w:t>
        <w:br/>
        <w:t>v 0.808036 21.967089 0.313389</w:t>
        <w:br/>
        <w:t>v 0.728191 21.675402 0.269112</w:t>
        <w:br/>
        <w:t>v 0.805450 21.901155 0.417588</w:t>
        <w:br/>
        <w:t>v 0.617233 21.487551 0.237026</w:t>
        <w:br/>
        <w:t>v 0.617662 21.458466 0.360095</w:t>
        <w:br/>
        <w:t>v 0.569123 21.375271 0.266955</w:t>
        <w:br/>
        <w:t>v 0.610060 21.436275 0.396756</w:t>
        <w:br/>
        <w:t>v 0.569500 21.349930 0.421253</w:t>
        <w:br/>
        <w:t>v 0.533268 21.263794 0.445763</w:t>
        <w:br/>
        <w:t>v 0.523807 21.259768 0.308281</w:t>
        <w:br/>
        <w:t>v 0.455982 21.133461 0.385268</w:t>
        <w:br/>
        <w:t>v 0.481584 21.169861 0.481462</w:t>
        <w:br/>
        <w:t>v 0.407001 21.059462 0.531405</w:t>
        <w:br/>
        <w:t>v 0.429146 21.005306 0.389011</w:t>
        <w:br/>
        <w:t>v 0.445143 20.761868 0.259566</w:t>
        <w:br/>
        <w:t>v 0.352066 20.725494 0.441254</w:t>
        <w:br/>
        <w:t>v 0.375539 20.966316 0.494861</w:t>
        <w:br/>
        <w:t>v 0.305635 20.960676 0.591497</w:t>
        <w:br/>
        <w:t>v 0.267194 20.878393 0.576032</w:t>
        <w:br/>
        <w:t>v 0.240396 20.914886 0.629068</w:t>
        <w:br/>
        <w:t>v 0.213991 20.693432 0.601998</w:t>
        <w:br/>
        <w:t>v 0.175366 20.874195 0.667886</w:t>
        <w:br/>
        <w:t>v 0.109660 20.819145 0.654305</w:t>
        <w:br/>
        <w:t>v -0.000005 20.677200 0.685517</w:t>
        <w:br/>
        <w:t>v 0.116638 20.847178 0.697269</w:t>
        <w:br/>
        <w:t>v -0.000006 20.783745 0.706015</w:t>
        <w:br/>
        <w:t>v 0.064149 20.832582 0.716347</w:t>
        <w:br/>
        <w:t>v -0.000006 20.817446 0.739258</w:t>
        <w:br/>
        <w:t>v -0.000005 20.823158 -0.185041</w:t>
        <w:br/>
        <w:t>v -0.000006 21.090420 -0.161449</w:t>
        <w:br/>
        <w:t>v -0.186408 20.820801 -0.158889</w:t>
        <w:br/>
        <w:t>v -0.261357 21.087114 -0.094235</w:t>
        <w:br/>
        <w:t>v -0.000006 21.278700 -0.180787</w:t>
        <w:br/>
        <w:t>v -0.329247 20.815727 -0.092683</w:t>
        <w:br/>
        <w:t>v -0.314640 21.270773 -0.077458</w:t>
        <w:br/>
        <w:t>v -0.000006 21.434046 -0.223217</w:t>
        <w:br/>
        <w:t>v -0.420113 21.071264 0.028535</w:t>
        <w:br/>
        <w:t>v -0.410661 20.804428 -0.007362</w:t>
        <w:br/>
        <w:t>v -0.464555 20.790318 0.093050</w:t>
        <w:br/>
        <w:t>v -0.373276 21.454575 -0.142670</w:t>
        <w:br/>
        <w:t>v -0.000006 21.619551 -0.342648</w:t>
        <w:br/>
        <w:t>v -0.477151 21.262522 0.027236</w:t>
        <w:br/>
        <w:t>v -0.480517 21.044294 0.220911</w:t>
        <w:br/>
        <w:t>v -0.424349 21.653683 -0.275642</w:t>
        <w:br/>
        <w:t>v -0.000006 21.797932 -0.474659</w:t>
        <w:br/>
        <w:t>v -0.470887 21.831526 -0.414514</w:t>
        <w:br/>
        <w:t>v -0.708371 21.938475 -0.231756</w:t>
        <w:br/>
        <w:t>v -0.567770 21.474010 -0.010829</w:t>
        <w:br/>
        <w:t>v -0.639169 21.707884 -0.116250</w:t>
        <w:br/>
        <w:t>v -0.770516 21.960524 0.100025</w:t>
        <w:br/>
        <w:t>v -0.718741 21.764378 0.162833</w:t>
        <w:br/>
        <w:t>v -0.808048 21.967089 0.313389</w:t>
        <w:br/>
        <w:t>v -0.805462 21.901155 0.417588</w:t>
        <w:br/>
        <w:t>v -0.728202 21.675402 0.269112</w:t>
        <w:br/>
        <w:t>v -0.617245 21.487551 0.237026</w:t>
        <w:br/>
        <w:t>v -0.617674 21.458466 0.360095</w:t>
        <w:br/>
        <w:t>v -0.569135 21.375271 0.266955</w:t>
        <w:br/>
        <w:t>v -0.610071 21.436275 0.396756</w:t>
        <w:br/>
        <w:t>v -0.565832 21.340590 0.418333</w:t>
        <w:br/>
        <w:t>v -0.533279 21.263794 0.445763</w:t>
        <w:br/>
        <w:t>v -0.523819 21.259768 0.308281</w:t>
        <w:br/>
        <w:t>v -0.455994 21.133459 0.385268</w:t>
        <w:br/>
        <w:t>v -0.481596 21.169861 0.481462</w:t>
        <w:br/>
        <w:t>v -0.407013 21.059462 0.531405</w:t>
        <w:br/>
        <w:t>v -0.429158 21.005306 0.389011</w:t>
        <w:br/>
        <w:t>v -0.445154 20.761868 0.259566</w:t>
        <w:br/>
        <w:t>v -0.352077 20.725494 0.441254</w:t>
        <w:br/>
        <w:t>v -0.375551 20.966316 0.494861</w:t>
        <w:br/>
        <w:t>v -0.305647 20.960676 0.591497</w:t>
        <w:br/>
        <w:t>v -0.267205 20.878393 0.576032</w:t>
        <w:br/>
        <w:t>v -0.240408 20.914886 0.629068</w:t>
        <w:br/>
        <w:t>v -0.214002 20.693432 0.601998</w:t>
        <w:br/>
        <w:t>v -0.175378 20.874195 0.667886</w:t>
        <w:br/>
        <w:t>v -0.109671 20.819143 0.654305</w:t>
        <w:br/>
        <w:t>v -0.000005 20.677200 0.685517</w:t>
        <w:br/>
        <w:t>v -0.116650 20.847178 0.697269</w:t>
        <w:br/>
        <w:t>v -0.000006 20.783745 0.706015</w:t>
        <w:br/>
        <w:t>v -0.064160 20.832582 0.716347</w:t>
        <w:br/>
        <w:t>v -0.000006 20.817446 0.739258</w:t>
        <w:br/>
        <w:t>v -4.556837 16.858875 0.102178</w:t>
        <w:br/>
        <w:t>v -4.601071 16.876282 -0.167009</w:t>
        <w:br/>
        <w:t>v -4.803684 16.732468 0.111927</w:t>
        <w:br/>
        <w:t>v -4.847253 16.751554 -0.157384</w:t>
        <w:br/>
        <w:t>v -4.706254 17.015339 -0.375414</w:t>
        <w:br/>
        <w:t>v -5.100338 16.608324 0.128351</w:t>
        <w:br/>
        <w:t>v -4.952569 16.886854 -0.375633</w:t>
        <w:br/>
        <w:t>v -4.862193 17.274363 -0.491222</w:t>
        <w:br/>
        <w:t>v -5.136601 16.626009 -0.139129</w:t>
        <w:br/>
        <w:t>v -5.381121 16.500938 0.145609</w:t>
        <w:br/>
        <w:t>v -5.408108 16.516052 -0.119416</w:t>
        <w:br/>
        <w:t>v -5.226604 16.753946 -0.358006</w:t>
        <w:br/>
        <w:t>v -5.477983 16.635975 -0.334812</w:t>
        <w:br/>
        <w:t>v -5.109829 17.146191 -0.480749</w:t>
        <w:br/>
        <w:t>v -5.004770 17.538582 -0.401754</w:t>
        <w:br/>
        <w:t>v -5.370826 17.010899 -0.451588</w:t>
        <w:br/>
        <w:t>v -5.604544 16.889669 -0.417954</w:t>
        <w:br/>
        <w:t>v -5.729936 17.142864 -0.337137</w:t>
        <w:br/>
        <w:t>v -5.507149 17.273092 -0.365791</w:t>
        <w:br/>
        <w:t>v -5.808794 17.305477 -0.143200</w:t>
        <w:br/>
        <w:t>v -5.253970 17.414042 -0.391185</w:t>
        <w:br/>
        <w:t>v -5.334933 17.592365 -0.187896</w:t>
        <w:br/>
        <w:t>v -5.092269 17.734003 -0.196137</w:t>
        <w:br/>
        <w:t>v -5.585967 17.441383 -0.166991</w:t>
        <w:br/>
        <w:t>v -5.322347 17.615461 0.039176</w:t>
        <w:br/>
        <w:t>v -5.078990 17.760363 0.027286</w:t>
        <w:br/>
        <w:t>v -5.576468 17.458063 0.056798</w:t>
        <w:br/>
        <w:t>v -5.803039 17.315176 0.074689</w:t>
        <w:br/>
        <w:t>v -5.765466 17.259268 0.263570</w:t>
        <w:br/>
        <w:t>v -5.528714 17.405464 0.252507</w:t>
        <w:br/>
        <w:t>v -5.266799 17.564741 0.238655</w:t>
        <w:br/>
        <w:t>v -5.023361 17.707706 0.222447</w:t>
        <w:br/>
        <w:t>v -5.434930 17.251959 0.413192</w:t>
        <w:br/>
        <w:t>v -5.682486 17.100517 0.423993</w:t>
        <w:br/>
        <w:t>v -5.164642 17.414253 0.397919</w:t>
        <w:br/>
        <w:t>v -4.920815 17.554247 0.376851</w:t>
        <w:br/>
        <w:t>v -5.332631 17.070694 0.509399</w:t>
        <w:br/>
        <w:t>v -5.590860 16.927567 0.515019</w:t>
        <w:br/>
        <w:t>v -5.053023 17.224409 0.497190</w:t>
        <w:br/>
        <w:t>v -4.805674 17.357718 0.473464</w:t>
        <w:br/>
        <w:t>v -5.233002 16.886417 0.500616</w:t>
        <w:br/>
        <w:t>v -5.503450 16.753437 0.505035</w:t>
        <w:br/>
        <w:t>v -5.428875 16.597977 0.355960</w:t>
        <w:br/>
        <w:t>v -4.943113 17.030855 0.490212</w:t>
        <w:br/>
        <w:t>v -4.692892 17.159563 0.469144</w:t>
        <w:br/>
        <w:t>v -4.605944 16.986429 0.322623</w:t>
        <w:br/>
        <w:t>v -5.151354 16.722773 0.350676</w:t>
        <w:br/>
        <w:t>v -5.381121 16.500938 0.145609</w:t>
        <w:br/>
        <w:t>v -5.100338 16.608324 0.128351</w:t>
        <w:br/>
        <w:t>v -4.856091 16.860159 0.340632</w:t>
        <w:br/>
        <w:t>v -4.803684 16.732468 0.111927</w:t>
        <w:br/>
        <w:t>v -4.556837 16.858875 0.102178</w:t>
        <w:br/>
        <w:t>v -8.947273 14.952528 0.478274</w:t>
        <w:br/>
        <w:t>v -9.019134 15.083015 0.495751</w:t>
        <w:br/>
        <w:t>v -9.180692 14.837635 0.495086</w:t>
        <w:br/>
        <w:t>v -8.986784 15.107469 0.492396</w:t>
        <w:br/>
        <w:t>v -8.901574 14.969142 0.472995</w:t>
        <w:br/>
        <w:t>v -8.949436 15.133461 0.488454</w:t>
        <w:br/>
        <w:t>v -8.850887 14.987264 0.467069</w:t>
        <w:br/>
        <w:t>v -8.706948 15.268193 0.477940</w:t>
        <w:br/>
        <w:t>v -8.608417 15.107917 0.453191</w:t>
        <w:br/>
        <w:t>v -8.949436 15.133461 0.488454</w:t>
        <w:br/>
        <w:t>v -8.952366 15.155227 0.586596</w:t>
        <w:br/>
        <w:t>v -8.986784 15.107469 0.492396</w:t>
        <w:br/>
        <w:t>v -8.634947 15.317878 0.470385</w:t>
        <w:br/>
        <w:t>v -8.540507 15.133445 0.445299</w:t>
        <w:br/>
        <w:t>v -8.473166 15.159619 0.436305</w:t>
        <w:br/>
        <w:t>v -8.563766 15.368249 0.461722</w:t>
        <w:br/>
        <w:t>v -8.563766 15.368249 0.461722</w:t>
        <w:br/>
        <w:t>v -8.575907 15.394539 0.571896</w:t>
        <w:br/>
        <w:t>v -8.634947 15.317878 0.470385</w:t>
        <w:br/>
        <w:t>v -8.642788 15.344781 0.575484</w:t>
        <w:br/>
        <w:t>v -8.706948 15.268193 0.477940</w:t>
        <w:br/>
        <w:t>v -8.710253 15.295007 0.578054</w:t>
        <w:br/>
        <w:t>v -8.621900 15.288130 0.685309</w:t>
        <w:br/>
        <w:t>v -8.554302 15.336437 0.688925</w:t>
        <w:br/>
        <w:t>v -8.554302 15.336437 0.688925</w:t>
        <w:br/>
        <w:t>v -8.472294 15.158112 0.690690</w:t>
        <w:br/>
        <w:t>v -8.621900 15.288130 0.685309</w:t>
        <w:br/>
        <w:t>v -8.689872 15.239954 0.680510</w:t>
        <w:br/>
        <w:t>v -8.921341 15.099434 0.684703</w:t>
        <w:br/>
        <w:t>v -8.536008 15.133492 0.686019</w:t>
        <w:br/>
        <w:t>v -8.689872 15.239954 0.680510</w:t>
        <w:br/>
        <w:t>v -8.600485 15.109373 0.680086</w:t>
        <w:br/>
        <w:t>v -8.472294 15.158112 0.690690</w:t>
        <w:br/>
        <w:t>v -8.501438 15.089433 0.564083</w:t>
        <w:br/>
        <w:t>v -8.536008 15.133492 0.686019</w:t>
        <w:br/>
        <w:t>v -8.432407 15.111983 0.558533</w:t>
        <w:br/>
        <w:t>v -8.473166 15.159619 0.436305</w:t>
        <w:br/>
        <w:t>v -8.540507 15.133445 0.445299</w:t>
        <w:br/>
        <w:t>v -8.571118 15.067399 0.568255</w:t>
        <w:br/>
        <w:t>v -8.600485 15.109373 0.680086</w:t>
        <w:br/>
        <w:t>v -8.608417 15.107917 0.453191</w:t>
        <w:br/>
        <w:t>v -8.807052 14.951368 0.577917</w:t>
        <w:br/>
        <w:t>v -8.843923 14.985745 0.682098</w:t>
        <w:br/>
        <w:t>v -8.843923 14.985745 0.682098</w:t>
        <w:br/>
        <w:t>v -8.921341 15.099434 0.684703</w:t>
        <w:br/>
        <w:t>v -8.850887 14.987264 0.467069</w:t>
        <w:br/>
        <w:t>v -8.865485 14.929004 0.579762</w:t>
        <w:br/>
        <w:t>v -8.901574 14.969142 0.472995</w:t>
        <w:br/>
        <w:t>v -8.894267 14.966506 0.682483</w:t>
        <w:br/>
        <w:t>v -8.894267 14.966506 0.682483</w:t>
        <w:br/>
        <w:t>v -8.918950 14.908239 0.580903</w:t>
        <w:br/>
        <w:t>v -8.947273 14.952528 0.478274</w:t>
        <w:br/>
        <w:t>v -8.958490 15.072997 0.685892</w:t>
        <w:br/>
        <w:t>v -9.146630 14.782448 0.590282</w:t>
        <w:br/>
        <w:t>v -9.180692 14.837635 0.495086</w:t>
        <w:br/>
        <w:t>v -9.197770 14.760328 0.591894</w:t>
        <w:br/>
        <w:t>v -8.939465 14.948780 0.682233</w:t>
        <w:br/>
        <w:t>v -9.231923 14.818377 0.499319</w:t>
        <w:br/>
        <w:t>v -9.171254 14.825911 0.686708</w:t>
        <w:br/>
        <w:t>v -9.197770 14.760328 0.591894</w:t>
        <w:br/>
        <w:t>v -9.249001 14.738075 0.593443</w:t>
        <w:br/>
        <w:t>v -8.939465 14.948780 0.682233</w:t>
        <w:br/>
        <w:t>v -8.990669 15.048166 0.686496</w:t>
        <w:br/>
        <w:t>v -9.171254 14.825911 0.686708</w:t>
        <w:br/>
        <w:t>v -9.221072 14.801945 0.685629</w:t>
        <w:br/>
        <w:t>v -9.249001 14.738075 0.593443</w:t>
        <w:br/>
        <w:t>v -9.230599 14.904125 0.691798</w:t>
        <w:br/>
        <w:t>v -9.221072 14.801945 0.685629</w:t>
        <w:br/>
        <w:t>v -8.992388 15.127744 0.588600</w:t>
        <w:br/>
        <w:t>v -9.019134 15.083015 0.495751</w:t>
        <w:br/>
        <w:t>v -9.027449 15.101871 0.590018</w:t>
        <w:br/>
        <w:t>v -9.257534 14.939203 0.509976</w:t>
        <w:br/>
        <w:t>v -9.257534 14.939203 0.509976</w:t>
        <w:br/>
        <w:t>v -9.231923 14.818377 0.499319</w:t>
        <w:br/>
        <w:t>v -9.264630 14.954578 0.600158</w:t>
        <w:br/>
        <w:t>v -9.294019 14.909754 0.512898</w:t>
        <w:br/>
        <w:t>v -9.294019 14.909754 0.512898</w:t>
        <w:br/>
        <w:t>v -9.283325 14.798920 0.503486</w:t>
        <w:br/>
        <w:t>v -9.275333 14.876137 0.692123</w:t>
        <w:br/>
        <w:t>v -9.275333 14.876137 0.692123</w:t>
        <w:br/>
        <w:t>v -9.302773 14.925125 0.603260</w:t>
        <w:br/>
        <w:t>v -9.334205 14.877707 0.516704</w:t>
        <w:br/>
        <w:t>v -9.499812 14.687322 0.515220</w:t>
        <w:br/>
        <w:t>v -9.334205 14.877707 0.516704</w:t>
        <w:br/>
        <w:t>v -9.271015 14.777787 0.684472</w:t>
        <w:br/>
        <w:t>v -9.320108 14.848049 0.692408</w:t>
        <w:br/>
        <w:t>v -9.320108 14.848049 0.692408</w:t>
        <w:br/>
        <w:t>v -9.283325 14.798920 0.503486</w:t>
        <w:br/>
        <w:t>v -9.461221 14.651832 0.603984</w:t>
        <w:br/>
        <w:t>v -9.461221 14.651832 0.603984</w:t>
        <w:br/>
        <w:t>v -9.499812 14.687322 0.515220</w:t>
        <w:br/>
        <w:t>v -9.609654 14.672817 0.540584</w:t>
        <w:br/>
        <w:t>v -9.630617 14.660109 0.615599</w:t>
        <w:br/>
        <w:t>v -9.604439 14.667947 0.668994</w:t>
        <w:br/>
        <w:t>v -9.492738 14.680717 0.689444</w:t>
        <w:br/>
        <w:t>v -9.492738 14.680717 0.689444</w:t>
        <w:br/>
        <w:t>v -9.618836 14.707399 0.693648</w:t>
        <w:br/>
        <w:t>v -9.530273 14.746153 0.693510</w:t>
        <w:br/>
        <w:t>v -9.345494 14.892509 0.606648</w:t>
        <w:br/>
        <w:t>v -9.530273 14.746153 0.693510</w:t>
        <w:br/>
        <w:t>v -9.571282 14.759902 0.612785</w:t>
        <w:br/>
        <w:t>v -9.618836 14.707399 0.693648</w:t>
        <w:br/>
        <w:t>v -9.552045 14.760822 0.530542</w:t>
        <w:br/>
        <w:t>v -9.552045 14.760822 0.530542</w:t>
        <w:br/>
        <w:t>v -9.638700 14.718066 0.535623</w:t>
        <w:br/>
        <w:t>v -9.638700 14.718066 0.535623</w:t>
        <w:br/>
        <w:t>v -9.667690 14.701625 0.614986</w:t>
        <w:br/>
        <w:t>v -9.667690 14.701625 0.614986</w:t>
        <w:br/>
        <w:t>v -9.630617 14.660109 0.615599</w:t>
        <w:br/>
        <w:t>v -9.609654 14.672817 0.540584</w:t>
        <w:br/>
        <w:t>v -9.638700 14.718066 0.535623</w:t>
        <w:br/>
        <w:t>v -9.656672 14.655551 -0.030644</w:t>
        <w:br/>
        <w:t>v -9.639009 14.664693 -0.087561</w:t>
        <w:br/>
        <w:t>v -9.691477 14.690183 -0.024581</w:t>
        <w:br/>
        <w:t>v -9.635224 14.667234 0.023029</w:t>
        <w:br/>
        <w:t>v -9.669238 14.713171 0.047971</w:t>
        <w:br/>
        <w:t>v -9.536503 14.675631 0.058376</w:t>
        <w:br/>
        <w:t>v -9.652905 14.695267 -0.098340</w:t>
        <w:br/>
        <w:t>v -9.604616 14.751357 0.051276</w:t>
        <w:br/>
        <w:t>v -9.669238 14.713171 0.047971</w:t>
        <w:br/>
        <w:t>v -9.691477 14.690183 -0.024581</w:t>
        <w:br/>
        <w:t>v -9.617204 14.740273 -0.022459</w:t>
        <w:br/>
        <w:t>v -9.604616 14.751357 0.051276</w:t>
        <w:br/>
        <w:t>v -9.652905 14.695267 -0.098340</w:t>
        <w:br/>
        <w:t>v -9.399501 14.875039 0.058859</w:t>
        <w:br/>
        <w:t>v -9.583447 14.727892 -0.098987</w:t>
        <w:br/>
        <w:t>v -9.407310 14.882089 -0.017022</w:t>
        <w:br/>
        <w:t>v -9.399501 14.875039 0.058859</w:t>
        <w:br/>
        <w:t>v -9.583447 14.727892 -0.098987</w:t>
        <w:br/>
        <w:t>v -9.652905 14.695267 -0.098340</w:t>
        <w:br/>
        <w:t>v -9.545502 14.674820 -0.095551</w:t>
        <w:br/>
        <w:t>v -9.382588 14.847510 -0.100135</w:t>
        <w:br/>
        <w:t>v -9.382588 14.847510 -0.100135</w:t>
        <w:br/>
        <w:t>v -9.374858 14.906307 -0.016528</w:t>
        <w:br/>
        <w:t>v -9.322911 14.754670 0.063252</w:t>
        <w:br/>
        <w:t>v -9.367066 14.897707 0.061845</w:t>
        <w:br/>
        <w:t>v -9.367066 14.897707 0.061845</w:t>
        <w:br/>
        <w:t>v -9.286228 14.769796 0.066302</w:t>
        <w:br/>
        <w:t>v -9.348788 14.868535 -0.102495</w:t>
        <w:br/>
        <w:t>v -9.334276 14.920498 0.064831</w:t>
        <w:br/>
        <w:t>v -9.249244 14.785552 0.069352</w:t>
        <w:br/>
        <w:t>v -9.342076 14.930485 -0.016035</w:t>
        <w:br/>
        <w:t>v -9.334276 14.920498 0.064831</w:t>
        <w:br/>
        <w:t>v -9.078798 15.080269 0.080629</w:t>
        <w:br/>
        <w:t>v -8.962575 14.926518 0.077519</w:t>
        <w:br/>
        <w:t>v -9.081882 15.096242 -0.008479</w:t>
        <w:br/>
        <w:t>v -9.078798 15.080269 0.080629</w:t>
        <w:br/>
        <w:t>v -9.314631 14.889701 -0.104856</w:t>
        <w:br/>
        <w:t>v -9.042691 15.101618 0.080995</w:t>
        <w:br/>
        <w:t>v -8.924669 14.944701 0.077796</w:t>
        <w:br/>
        <w:t>v -9.045731 15.117553 -0.008666</w:t>
        <w:br/>
        <w:t>v -9.042691 15.101618 0.080995</w:t>
        <w:br/>
        <w:t>v -9.006872 15.123359 0.081483</w:t>
        <w:br/>
        <w:t>v -8.887059 14.963232 0.078218</w:t>
        <w:br/>
        <w:t>v -9.009924 15.139198 -0.008746</w:t>
        <w:br/>
        <w:t>v -9.006872 15.123359 0.081483</w:t>
        <w:br/>
        <w:t>v -8.787467 15.242894 0.086967</w:t>
        <w:br/>
        <w:t>v -8.787467 15.242894 0.086967</w:t>
        <w:br/>
        <w:t>v -8.670053 15.059751 0.087500</w:t>
        <w:br/>
        <w:t>v -9.048678 15.041092 -0.100669</w:t>
        <w:br/>
        <w:t>v -8.685911 15.300558 0.093435</w:t>
        <w:br/>
        <w:t>v -8.582025 15.104052 0.093871</w:t>
        <w:br/>
        <w:t>v -8.495827 15.147845 0.114180</w:t>
        <w:br/>
        <w:t>v -8.585400 15.357644 0.113220</w:t>
        <w:br/>
        <w:t>v -8.585400 15.357644 0.113220</w:t>
        <w:br/>
        <w:t>v -8.685911 15.300558 0.093435</w:t>
        <w:br/>
        <w:t>v -8.586677 15.378041 0.000257</w:t>
        <w:br/>
        <w:t>v -8.783909 15.263973 -0.003504</w:t>
        <w:br/>
        <w:t>v -8.685126 15.320974 -0.001891</w:t>
        <w:br/>
        <w:t>v -8.653614 15.263197 -0.105542</w:t>
        <w:br/>
        <w:t>v -8.555609 15.320476 -0.108679</w:t>
        <w:br/>
        <w:t>v -8.499050 15.167112 -0.127885</w:t>
        <w:br/>
        <w:t>v -8.752981 15.205636 -0.101843</w:t>
        <w:br/>
        <w:t>v -8.975851 15.084377 -0.102036</w:t>
        <w:br/>
        <w:t>v -9.012156 15.062810 -0.101409</w:t>
        <w:br/>
        <w:t>v -8.885099 14.978772 -0.112631</w:t>
        <w:br/>
        <w:t>v -8.923365 14.960888 -0.111143</w:t>
        <w:br/>
        <w:t>v -8.961948 14.943437 -0.109520</w:t>
        <w:br/>
        <w:t>v -9.263858 14.809158 -0.103367</w:t>
        <w:br/>
        <w:t>v -9.314631 14.889701 -0.104856</w:t>
        <w:br/>
        <w:t>v -8.923365 14.960888 -0.111143</w:t>
        <w:br/>
        <w:t>v -8.961948 14.943437 -0.109520</w:t>
        <w:br/>
        <w:t>v -8.927358 14.896880 -0.021122</w:t>
        <w:br/>
        <w:t>v -9.300723 14.792196 -0.100670</w:t>
        <w:br/>
        <w:t>v -9.348788 14.868535 -0.102495</w:t>
        <w:br/>
        <w:t>v -9.227204 14.747899 -0.021750</w:t>
        <w:br/>
        <w:t>v -9.265335 14.733162 -0.021610</w:t>
        <w:br/>
        <w:t>v -9.337198 14.775042 -0.097974</w:t>
        <w:br/>
        <w:t>v -9.303192 14.719096 -0.021470</w:t>
        <w:br/>
        <w:t>v -9.545502 14.674820 -0.095551</w:t>
        <w:br/>
        <w:t>v -9.531945 14.644452 -0.021549</w:t>
        <w:br/>
        <w:t>v -9.286228 14.769796 0.066302</w:t>
        <w:br/>
        <w:t>v -9.265335 14.733162 -0.021610</w:t>
        <w:br/>
        <w:t>v -9.303192 14.719096 -0.021470</w:t>
        <w:br/>
        <w:t>v -9.322911 14.754670 0.063252</w:t>
        <w:br/>
        <w:t>v -9.249244 14.785552 0.069352</w:t>
        <w:br/>
        <w:t>v -9.227204 14.747899 -0.021750</w:t>
        <w:br/>
        <w:t>v -9.536503 14.675631 0.058376</w:t>
        <w:br/>
        <w:t>v -8.962575 14.926518 0.077519</w:t>
        <w:br/>
        <w:t>v -9.635224 14.667234 0.023029</w:t>
        <w:br/>
        <w:t>v -9.656672 14.655551 -0.030644</w:t>
        <w:br/>
        <w:t>v -8.924669 14.944701 0.077796</w:t>
        <w:br/>
        <w:t>v -8.889235 14.914761 -0.021736</w:t>
        <w:br/>
        <w:t>v -8.887059 14.963232 0.078218</w:t>
        <w:br/>
        <w:t>v -8.885099 14.978772 -0.112631</w:t>
        <w:br/>
        <w:t>v -8.851457 14.933071 -0.022207</w:t>
        <w:br/>
        <w:t>v -8.670053 15.059751 0.087500</w:t>
        <w:br/>
        <w:t>v -8.663507 15.074631 -0.114283</w:t>
        <w:br/>
        <w:t>v -8.663507 15.074631 -0.114283</w:t>
        <w:br/>
        <w:t>v -8.631519 15.029039 -0.018054</w:t>
        <w:br/>
        <w:t>v -8.582025 15.104052 0.093871</w:t>
        <w:br/>
        <w:t>v -8.580351 15.121259 -0.120993</w:t>
        <w:br/>
        <w:t>v -8.580351 15.121259 -0.120993</w:t>
        <w:br/>
        <w:t>v -8.546338 15.074804 -0.017705</w:t>
        <w:br/>
        <w:t>v -8.499050 15.167112 -0.127885</w:t>
        <w:br/>
        <w:t>v -8.495827 15.147845 0.114180</w:t>
        <w:br/>
        <w:t>v -8.461820 15.119772 -0.017566</w:t>
        <w:br/>
        <w:t>v -9.357841 14.623589 -0.347384</w:t>
        <w:br/>
        <w:t>v -9.318183 14.641496 -0.392987</w:t>
        <w:br/>
        <w:t>v -9.386474 14.656072 -0.337861</w:t>
        <w:br/>
        <w:t>v -9.357841 14.623589 -0.347384</w:t>
        <w:br/>
        <w:t>v -9.386474 14.656072 -0.337861</w:t>
        <w:br/>
        <w:t>v -9.326807 14.635461 -0.283594</w:t>
        <w:br/>
        <w:t>v -9.352281 14.670028 -0.396669</w:t>
        <w:br/>
        <w:t>v -9.260553 14.649639 -0.398470</w:t>
        <w:br/>
        <w:t>v -9.386474 14.656072 -0.337861</w:t>
        <w:br/>
        <w:t>v -9.352281 14.670028 -0.396669</w:t>
        <w:br/>
        <w:t>v -9.325898 14.702014 -0.331018</w:t>
        <w:br/>
        <w:t>v -9.295556 14.703415 -0.394512</w:t>
        <w:br/>
        <w:t>v -9.295556 14.703415 -0.394512</w:t>
        <w:br/>
        <w:t>v -9.350968 14.660172 -0.270935</w:t>
        <w:br/>
        <w:t>v -9.350968 14.660172 -0.270935</w:t>
        <w:br/>
        <w:t>v -9.253596 14.641283 -0.259813</w:t>
        <w:br/>
        <w:t>v -9.300085 14.696811 -0.262705</w:t>
        <w:br/>
        <w:t>v -9.300085 14.696811 -0.262705</w:t>
        <w:br/>
        <w:t>v -9.169697 14.788790 -0.242621</w:t>
        <w:br/>
        <w:t>v -9.174968 14.813554 -0.314246</w:t>
        <w:br/>
        <w:t>v -9.169697 14.788790 -0.242621</w:t>
        <w:br/>
        <w:t>v -9.105217 14.704615 -0.248281</w:t>
        <w:br/>
        <w:t>v -9.152347 14.787610 -0.388784</w:t>
        <w:br/>
        <w:t>v -9.152347 14.787610 -0.388784</w:t>
        <w:br/>
        <w:t>v -9.049368 14.901838 -0.297027</w:t>
        <w:br/>
        <w:t>v -9.044589 14.881727 -0.222554</w:t>
        <w:br/>
        <w:t>v -8.967654 14.773514 -0.224542</w:t>
        <w:br/>
        <w:t>v -9.044589 14.881727 -0.222554</w:t>
        <w:br/>
        <w:t>v -9.098606 14.731506 -0.394789</w:t>
        <w:br/>
        <w:t>v -9.015018 14.863840 -0.378431</w:t>
        <w:br/>
        <w:t>v -9.007174 14.932090 -0.291650</w:t>
        <w:br/>
        <w:t>v -9.002733 14.912157 -0.215872</w:t>
        <w:br/>
        <w:t>v -9.002733 14.912157 -0.215872</w:t>
        <w:br/>
        <w:t>v -8.921483 14.798527 -0.217292</w:t>
        <w:br/>
        <w:t>v -8.970287 14.890913 -0.375295</w:t>
        <w:br/>
        <w:t>v -8.961046 14.940926 -0.209850</w:t>
        <w:br/>
        <w:t>v -8.876613 14.824080 -0.211098</w:t>
        <w:br/>
        <w:t>v -8.965576 14.961342 -0.287179</w:t>
        <w:br/>
        <w:t>v -8.961046 14.940926 -0.209850</w:t>
        <w:br/>
        <w:t>v -8.803115 15.044975 -0.189702</w:t>
        <w:br/>
        <w:t>v -8.716344 14.914928 -0.190488</w:t>
        <w:br/>
        <w:t>v -8.807361 15.067314 -0.272594</w:t>
        <w:br/>
        <w:t>v -8.803115 15.044975 -0.189702</w:t>
        <w:br/>
        <w:t>v -8.927247 14.918368 -0.372665</w:t>
        <w:br/>
        <w:t>v -8.763309 15.070726 -0.184776</w:t>
        <w:br/>
        <w:t>v -8.675183 14.938387 -0.185088</w:t>
        <w:br/>
        <w:t>v -8.767622 15.093390 -0.269166</w:t>
        <w:br/>
        <w:t>v -8.763309 15.070726 -0.184776</w:t>
        <w:br/>
        <w:t>v -8.767085 15.016759 -0.363706</w:t>
        <w:br/>
        <w:t>v -8.723536 15.096487 -0.179584</w:t>
        <w:br/>
        <w:t>v -8.634418 14.962406 -0.179217</w:t>
        <w:br/>
        <w:t>v -8.523192 15.029633 -0.162067</w:t>
        <w:br/>
        <w:t>v -8.727915 15.119520 -0.265833</w:t>
        <w:br/>
        <w:t>v -8.723536 15.096487 -0.179584</w:t>
        <w:br/>
        <w:t>v -8.726311 15.041317 -0.361558</w:t>
        <w:br/>
        <w:t>v -8.870593 14.839751 -0.383174</w:t>
        <w:br/>
        <w:t>v -8.707092 14.932208 -0.374243</w:t>
        <w:br/>
        <w:t>v -8.685596 15.065979 -0.359598</w:t>
        <w:br/>
        <w:t>v -8.915809 14.814182 -0.385416</w:t>
        <w:br/>
        <w:t>v -8.665650 14.955585 -0.372113</w:t>
        <w:br/>
        <w:t>v -8.963681 14.790236 -0.387761</w:t>
        <w:br/>
        <w:t>v -8.915809 14.814182 -0.385416</w:t>
        <w:br/>
        <w:t>v -8.963681 14.790236 -0.387761</w:t>
        <w:br/>
        <w:t>v -8.938951 14.745866 -0.313178</w:t>
        <w:br/>
        <w:t>v -9.080198 14.680218 -0.334182</w:t>
        <w:br/>
        <w:t>v -8.891819 14.770016 -0.307438</w:t>
        <w:br/>
        <w:t>v -8.870593 14.839751 -0.383174</w:t>
        <w:br/>
        <w:t>v -9.080198 14.680218 -0.334182</w:t>
        <w:br/>
        <w:t>v -8.967654 14.773514 -0.224542</w:t>
        <w:br/>
        <w:t>v -8.921483 14.798527 -0.217292</w:t>
        <w:br/>
        <w:t>v -9.105217 14.704615 -0.248281</w:t>
        <w:br/>
        <w:t>v -8.876613 14.824080 -0.211098</w:t>
        <w:br/>
        <w:t>v -9.223705 14.624249 -0.331732</w:t>
        <w:br/>
        <w:t>v -9.223705 14.624249 -0.331732</w:t>
        <w:br/>
        <w:t>v -9.253596 14.641283 -0.259813</w:t>
        <w:br/>
        <w:t>v -9.260553 14.649639 -0.398470</w:t>
        <w:br/>
        <w:t>v -9.326807 14.635461 -0.283594</w:t>
        <w:br/>
        <w:t>v -9.357841 14.623589 -0.347384</w:t>
        <w:br/>
        <w:t>v -9.357841 14.623589 -0.347384</w:t>
        <w:br/>
        <w:t>v -8.846218 14.795168 -0.303131</w:t>
        <w:br/>
        <w:t>v -8.716344 14.914928 -0.190488</w:t>
        <w:br/>
        <w:t>v -8.707092 14.932208 -0.374243</w:t>
        <w:br/>
        <w:t>v -8.679560 14.886870 -0.288557</w:t>
        <w:br/>
        <w:t>v -8.675183 14.938387 -0.185088</w:t>
        <w:br/>
        <w:t>v -8.665650 14.955585 -0.372113</w:t>
        <w:br/>
        <w:t>v -8.637990 14.909893 -0.284978</w:t>
        <w:br/>
        <w:t>v -8.634418 14.962406 -0.179217</w:t>
        <w:br/>
        <w:t>v -8.624436 14.979362 -0.370503</w:t>
        <w:br/>
        <w:t>v -8.624436 14.979362 -0.370503</w:t>
        <w:br/>
        <w:t>v -8.596772 14.933552 -0.281512</w:t>
        <w:br/>
        <w:t>v -8.523192 15.029633 -0.162067</w:t>
        <w:br/>
        <w:t>v -8.511917 15.045404 -0.367222</w:t>
        <w:br/>
        <w:t>v -8.481391 15.001669 -0.271996</w:t>
        <w:br/>
        <w:t>v -8.457900 15.076746 -0.149787</w:t>
        <w:br/>
        <w:t>v -8.423346 15.043531 -0.264258</w:t>
        <w:br/>
        <w:t>v -8.433318 15.094727 -0.363095</w:t>
        <w:br/>
        <w:t>v -8.511917 15.045404 -0.367222</w:t>
        <w:br/>
        <w:t>v -8.564085 15.139910 -0.354189</w:t>
        <w:br/>
        <w:t>v -8.433318 15.094727 -0.363095</w:t>
        <w:br/>
        <w:t>v -8.485964 15.190409 -0.347057</w:t>
        <w:br/>
        <w:t>v -8.526764 15.254416 -0.246014</w:t>
        <w:br/>
        <w:t>v -8.605193 15.200424 -0.255761</w:t>
        <w:br/>
        <w:t>v -8.600721 15.176090 -0.162887</w:t>
        <w:br/>
        <w:t>v -8.522090 15.230875 -0.153182</w:t>
        <w:br/>
        <w:t>v -8.600721 15.176090 -0.162887</w:t>
        <w:br/>
        <w:t>v -8.522090 15.230875 -0.153182</w:t>
        <w:br/>
        <w:t>v -8.457900 15.076746 -0.149787</w:t>
        <w:br/>
        <w:t>v 1.480030 14.977166 -0.197394</w:t>
        <w:br/>
        <w:t>v 1.328851 15.006446 -0.316266</w:t>
        <w:br/>
        <w:t>v 1.417313 14.347524 -0.568578</w:t>
        <w:br/>
        <w:t>v 1.559304 14.332214 -0.436671</w:t>
        <w:br/>
        <w:t>v -0.414407 15.023694 -0.753585</w:t>
        <w:br/>
        <w:t>v -0.231415 14.659851 -0.943608</w:t>
        <w:br/>
        <w:t>v -0.359734 15.046306 -0.751999</w:t>
        <w:br/>
        <w:t>v -0.287439 14.644526 -0.943231</w:t>
        <w:br/>
        <w:t>v -1.316258 15.201837 1.481080</w:t>
        <w:br/>
        <w:t>v -1.367903 15.232132 1.507839</w:t>
        <w:br/>
        <w:t>v -1.298389 15.255081 1.490450</w:t>
        <w:br/>
        <w:t>v -1.328045 15.285738 1.508696</w:t>
        <w:br/>
        <w:t>v -1.268681 15.475177 1.517040</w:t>
        <w:br/>
        <w:t>v -1.275127 15.544482 1.530178</w:t>
        <w:br/>
        <w:t>v -1.241026 15.475148 1.505396</w:t>
        <w:br/>
        <w:t>v -1.230512 15.542183 1.508462</w:t>
        <w:br/>
        <w:t>v -1.367903 15.232132 1.507839</w:t>
        <w:br/>
        <w:t>v -1.576887 15.316437 1.226702</w:t>
        <w:br/>
        <w:t>v -1.275127 15.544482 1.530178</w:t>
        <w:br/>
        <w:t>v -1.576887 15.316437 1.226702</w:t>
        <w:br/>
        <w:t>v -1.367903 15.232132 1.507839</w:t>
        <w:br/>
        <w:t>v -1.538095 15.285126 1.210458</w:t>
        <w:br/>
        <w:t>v -1.316258 15.201837 1.481080</w:t>
        <w:br/>
        <w:t>v -1.627467 15.327054 0.926891</w:t>
        <w:br/>
        <w:t>v -1.495651 15.640080 1.238827</w:t>
        <w:br/>
        <w:t>v -1.683270 15.368013 0.940004</w:t>
        <w:br/>
        <w:t>v -1.683270 15.368013 0.940004</w:t>
        <w:br/>
        <w:t>v -1.704064 15.381141 0.643377</w:t>
        <w:br/>
        <w:t>v -1.654589 15.336658 0.645235</w:t>
        <w:br/>
        <w:t>v -1.596589 15.700862 0.943682</w:t>
        <w:br/>
        <w:t>v -1.704064 15.381141 0.643377</w:t>
        <w:br/>
        <w:t>v -1.495651 15.640080 1.238827</w:t>
        <w:br/>
        <w:t>v -1.449802 15.645201 1.225845</w:t>
        <w:br/>
        <w:t>v -1.275127 15.544482 1.530178</w:t>
        <w:br/>
        <w:t>v -1.230512 15.542183 1.508462</w:t>
        <w:br/>
        <w:t>v -1.531012 15.699862 0.931115</w:t>
        <w:br/>
        <w:t>v -1.596589 15.700862 0.943682</w:t>
        <w:br/>
        <w:t>v -1.612509 15.718886 0.657412</w:t>
        <w:br/>
        <w:t>v -1.612509 15.718886 0.657412</w:t>
        <w:br/>
        <w:t>v -1.545256 15.713284 0.661311</w:t>
        <w:br/>
        <w:t>v -1.547179 15.699755 0.450533</w:t>
        <w:br/>
        <w:t>v -1.547179 15.699755 0.450533</w:t>
        <w:br/>
        <w:t>v -1.484903 15.698198 0.461294</w:t>
        <w:br/>
        <w:t>v -1.652665 15.362985 0.435757</w:t>
        <w:br/>
        <w:t>v -1.652665 15.362985 0.435757</w:t>
        <w:br/>
        <w:t>v -1.600578 15.319422 0.445179</w:t>
        <w:br/>
        <w:t>v -1.468503 15.676208 0.210009</w:t>
        <w:br/>
        <w:t>v -1.468503 15.676208 0.210009</w:t>
        <w:br/>
        <w:t>v -1.406864 15.676781 0.222419</w:t>
        <w:br/>
        <w:t>v -1.585646 15.339046 0.180495</w:t>
        <w:br/>
        <w:t>v -1.585646 15.339046 0.180495</w:t>
        <w:br/>
        <w:t>v -1.525632 15.294537 0.191789</w:t>
        <w:br/>
        <w:t>v -1.307083 15.614019 -0.040393</w:t>
        <w:br/>
        <w:t>v -1.307083 15.614019 -0.040393</w:t>
        <w:br/>
        <w:t>v -1.247797 15.608926 -0.015324</w:t>
        <w:br/>
        <w:t>v -1.128470 15.548382 -0.175276</w:t>
        <w:br/>
        <w:t>v -1.173344 15.562196 -0.198941</w:t>
        <w:br/>
        <w:t>v -1.295556 15.233404 -0.223191</w:t>
        <w:br/>
        <w:t>v -1.173344 15.562196 -0.198941</w:t>
        <w:br/>
        <w:t>v -1.428437 15.276991 -0.090322</w:t>
        <w:br/>
        <w:t>v -1.428437 15.276991 -0.090322</w:t>
        <w:br/>
        <w:t>v -1.373335 15.233416 -0.066865</w:t>
        <w:br/>
        <w:t>v -1.295556 15.233404 -0.223191</w:t>
        <w:br/>
        <w:t>v -1.258583 15.193219 -0.211534</w:t>
        <w:br/>
        <w:t>v -1.128470 15.548382 -0.175276</w:t>
        <w:br/>
        <w:t>v -1.173344 15.562196 -0.198941</w:t>
        <w:br/>
        <w:t>v -1.152421 15.469564 -0.181955</w:t>
        <w:br/>
        <w:t>v -1.178634 15.466298 -0.199409</w:t>
        <w:br/>
        <w:t>v -1.250097 15.288845 -0.218304</w:t>
        <w:br/>
        <w:t>v -1.241961 15.256407 -0.207804</w:t>
        <w:br/>
        <w:t>v -1.258583 15.193219 -0.211534</w:t>
        <w:br/>
        <w:t>v 1.493647 14.469652 -0.518094</w:t>
        <w:br/>
        <w:t>v 1.763223 14.506901 -0.434605</w:t>
        <w:br/>
        <w:t>v 1.476079 14.466918 -0.460677</w:t>
        <w:br/>
        <w:t>v 1.745187 14.504830 -0.374722</w:t>
        <w:br/>
        <w:t>v 1.727364 14.447937 -0.382121</w:t>
        <w:br/>
        <w:t>v 1.476079 14.466918 -0.460677</w:t>
        <w:br/>
        <w:t>v 1.745187 14.504830 -0.374722</w:t>
        <w:br/>
        <w:t>v 1.483151 14.417002 -0.460698</w:t>
        <w:br/>
        <w:t>v 1.483151 14.417002 -0.460698</w:t>
        <w:br/>
        <w:t>v 1.500893 14.419777 -0.518695</w:t>
        <w:br/>
        <w:t>v 1.476079 14.466918 -0.460677</w:t>
        <w:br/>
        <w:t>v 1.493647 14.469652 -0.518094</w:t>
        <w:br/>
        <w:t>v 1.522819 14.385586 -0.513986</w:t>
        <w:br/>
        <w:t>v 1.504932 14.382792 -0.455512</w:t>
        <w:br/>
        <w:t>v 1.504932 14.382792 -0.455512</w:t>
        <w:br/>
        <w:t>v 1.539788 14.374129 -0.445186</w:t>
        <w:br/>
        <w:t>v 1.539788 14.374129 -0.445186</w:t>
        <w:br/>
        <w:t>v 1.713533 14.398571 -0.389458</w:t>
        <w:br/>
        <w:t>v 1.557754 14.376937 -0.503921</w:t>
        <w:br/>
        <w:t>v 1.713533 14.398571 -0.389458</w:t>
        <w:br/>
        <w:t>v 1.732020 14.401448 -0.449926</w:t>
        <w:br/>
        <w:t>v 1.187563 14.576435 -1.045920</w:t>
        <w:br/>
        <w:t>v 1.474230 14.537384 -1.013870</w:t>
        <w:br/>
        <w:t>v 1.193433 14.574961 -0.986119</w:t>
        <w:br/>
        <w:t>v 1.468586 14.539599 -1.076150</w:t>
        <w:br/>
        <w:t>v 1.468586 14.539599 -1.076150</w:t>
        <w:br/>
        <w:t>v 1.187563 14.576435 -1.045920</w:t>
        <w:br/>
        <w:t>v 1.435179 14.489684 -1.074836</w:t>
        <w:br/>
        <w:t>v 1.180961 14.526460 -1.046689</w:t>
        <w:br/>
        <w:t>v 1.187563 14.576435 -1.045920</w:t>
        <w:br/>
        <w:t>v 1.193433 14.574961 -0.986119</w:t>
        <w:br/>
        <w:t>v 1.180961 14.526460 -1.046689</w:t>
        <w:br/>
        <w:t>v 1.186890 14.524983 -0.986284</w:t>
        <w:br/>
        <w:t>v 1.199422 14.486109 -0.988116</w:t>
        <w:br/>
        <w:t>v 1.193445 14.487598 -1.049019</w:t>
        <w:br/>
        <w:t>v 1.193445 14.487598 -1.049019</w:t>
        <w:br/>
        <w:t>v 1.232078 14.468266 -0.991558</w:t>
        <w:br/>
        <w:t>v 1.226076 14.469764 -1.052731</w:t>
        <w:br/>
        <w:t>v 1.226076 14.469764 -1.052731</w:t>
        <w:br/>
        <w:t>v 1.407550 14.445943 -1.072478</w:t>
        <w:br/>
        <w:t>v 1.413717 14.444392 -1.009503</w:t>
        <w:br/>
        <w:t>v 1.407550 14.445943 -1.072478</w:t>
        <w:br/>
        <w:t>v 1.199131 14.574528 -0.926285</w:t>
        <w:br/>
        <w:t>v 1.193433 14.574961 -0.986119</w:t>
        <w:br/>
        <w:t>v 1.474230 14.537384 -1.013870</w:t>
        <w:br/>
        <w:t>v 1.480627 14.537611 -0.951624</w:t>
        <w:br/>
        <w:t>v 1.447434 14.487662 -0.948092</w:t>
        <w:br/>
        <w:t>v 1.199131 14.574528 -0.926285</w:t>
        <w:br/>
        <w:t>v 1.480627 14.537611 -0.951624</w:t>
        <w:br/>
        <w:t>v 1.192646 14.524532 -0.925846</w:t>
        <w:br/>
        <w:t>v 1.192646 14.524532 -0.925846</w:t>
        <w:br/>
        <w:t>v 1.199131 14.574528 -0.926285</w:t>
        <w:br/>
        <w:t>v 1.193433 14.574961 -0.986119</w:t>
        <w:br/>
        <w:t>v 1.205226 14.485650 -0.927180</w:t>
        <w:br/>
        <w:t>v 1.205226 14.485650 -0.927180</w:t>
        <w:br/>
        <w:t>v 1.199422 14.486109 -0.988116</w:t>
        <w:br/>
        <w:t>v 1.237909 14.467812 -0.930352</w:t>
        <w:br/>
        <w:t>v 1.237909 14.467812 -0.930352</w:t>
        <w:br/>
        <w:t>v 1.419732 14.443932 -0.946495</w:t>
        <w:br/>
        <w:t>v 1.232078 14.468266 -0.991558</w:t>
        <w:br/>
        <w:t>v 1.419732 14.443932 -0.946495</w:t>
        <w:br/>
        <w:t>v 1.413717 14.444392 -1.009503</w:t>
        <w:br/>
        <w:t>v 0.213191 14.383671 1.920986</w:t>
        <w:br/>
        <w:t>v -0.213191 14.383671 1.920986</w:t>
        <w:br/>
        <w:t>v 0.218955 14.398689 1.887384</w:t>
        <w:br/>
        <w:t>v -0.218955 14.398689 1.887384</w:t>
        <w:br/>
        <w:t>v -0.213191 14.383671 1.853783</w:t>
        <w:br/>
        <w:t>v 0.213191 14.383671 1.853783</w:t>
        <w:br/>
        <w:t>v 0.218955 14.011534 1.887385</w:t>
        <w:br/>
        <w:t>v -0.213191 14.026557 1.920986</w:t>
        <w:br/>
        <w:t>v 0.213191 14.026557 1.920986</w:t>
        <w:br/>
        <w:t>v -0.218955 14.011534 1.887384</w:t>
        <w:br/>
        <w:t>v -0.213191 14.026557 1.853783</w:t>
        <w:br/>
        <w:t>v 0.213191 14.026557 1.853783</w:t>
        <w:br/>
        <w:t>v -0.359734 15.046306 -0.751999</w:t>
        <w:br/>
        <w:t>v -0.231415 14.659851 -0.943608</w:t>
        <w:br/>
        <w:t>v -0.369689 15.063522 -0.793949</w:t>
        <w:br/>
        <w:t>v -0.241590 14.677111 -0.986078</w:t>
        <w:br/>
        <w:t>v -0.359734 15.046306 -0.751999</w:t>
        <w:br/>
        <w:t>v -0.369689 15.063522 -0.793949</w:t>
        <w:br/>
        <w:t>v -0.414407 15.023694 -0.753585</w:t>
        <w:br/>
        <w:t>v -0.423634 15.039313 -0.791662</w:t>
        <w:br/>
        <w:t>v -0.296757 14.660122 -0.981569</w:t>
        <w:br/>
        <w:t>v -0.241590 14.677111 -0.986078</w:t>
        <w:br/>
        <w:t>v -0.287439 14.644526 -0.943231</w:t>
        <w:br/>
        <w:t>v -0.231415 14.659851 -0.943608</w:t>
        <w:br/>
        <w:t>v 1.519363 14.243140 -0.570078</w:t>
        <w:br/>
        <w:t>v 1.537008 14.006469 -0.575906</w:t>
        <w:br/>
        <w:t>v 1.512830 14.243294 -0.599790</w:t>
        <w:br/>
        <w:t>v 1.530475 14.006625 -0.601953</w:t>
        <w:br/>
        <w:t>v 1.624867 14.210059 -0.559575</w:t>
        <w:br/>
        <w:t>v 1.512830 14.243294 -0.599790</w:t>
        <w:br/>
        <w:t>v 1.530475 14.006625 -0.601953</w:t>
        <w:br/>
        <w:t>v 1.512830 14.243294 -0.599790</w:t>
        <w:br/>
        <w:t>v 1.624867 14.210059 -0.559575</w:t>
        <w:br/>
        <w:t>v 1.519363 14.243140 -0.570078</w:t>
        <w:br/>
        <w:t>v 1.612695 14.208631 -0.536075</w:t>
        <w:br/>
        <w:t>v 1.626975 14.176821 -0.431283</w:t>
        <w:br/>
        <w:t>v 1.597194 14.181770 -0.437492</w:t>
        <w:br/>
        <w:t>v 1.642512 13.973392 -0.565402</w:t>
        <w:br/>
        <w:t>v 1.642512 13.973392 -0.565402</w:t>
        <w:br/>
        <w:t>v 1.626975 14.176821 -0.431283</w:t>
        <w:br/>
        <w:t>v 1.624867 14.210059 -0.559575</w:t>
        <w:br/>
        <w:t>v 1.537008 14.006469 -0.575906</w:t>
        <w:br/>
        <w:t>v 1.642512 13.973392 -0.565402</w:t>
        <w:br/>
        <w:t>v 1.530475 14.006625 -0.601953</w:t>
        <w:br/>
        <w:t>v 1.630340 13.971962 -0.541903</w:t>
        <w:br/>
        <w:t>v 1.661428 13.962366 -0.444202</w:t>
        <w:br/>
        <w:t>v 1.661428 13.962366 -0.444202</w:t>
        <w:br/>
        <w:t>v 1.635659 13.967318 -0.458502</w:t>
        <w:br/>
        <w:t>v 1.582778 13.962664 -0.405414</w:t>
        <w:br/>
        <w:t>v 1.661428 13.962366 -0.444202</w:t>
        <w:br/>
        <w:t>v 1.577814 13.958565 -0.388247</w:t>
        <w:br/>
        <w:t>v 1.626975 14.176821 -0.431283</w:t>
        <w:br/>
        <w:t>v 1.577814 13.958565 -0.388247</w:t>
        <w:br/>
        <w:t>v 1.546121 14.197578 -0.394726</w:t>
        <w:br/>
        <w:t>v 1.546121 14.197578 -0.394726</w:t>
        <w:br/>
        <w:t>v 1.547911 14.201677 -0.411893</w:t>
        <w:br/>
        <w:t>v 1.448187 14.121119 -0.498936</w:t>
        <w:br/>
        <w:t>v 1.577814 13.958565 -0.388247</w:t>
        <w:br/>
        <w:t>v 1.448187 14.121119 -0.498936</w:t>
        <w:br/>
        <w:t>v 1.546121 14.197578 -0.394726</w:t>
        <w:br/>
        <w:t>v 1.470547 14.128561 -0.511570</w:t>
        <w:br/>
        <w:t>v 1.501472 14.350830 -0.491964</w:t>
        <w:br/>
        <w:t>v 1.501472 14.350830 -0.491964</w:t>
        <w:br/>
        <w:t>v 1.517839 14.358272 -0.504597</w:t>
        <w:br/>
        <w:t>v 1.440617 14.469357 -0.555480</w:t>
        <w:br/>
        <w:t>v 1.369205 14.245070 -0.614843</w:t>
        <w:br/>
        <w:t>v 1.369205 14.245070 -0.614843</w:t>
        <w:br/>
        <w:t>v 1.388796 14.252796 -0.631338</w:t>
        <w:br/>
        <w:t>v 1.284654 14.408776 -0.707347</w:t>
        <w:br/>
        <w:t>v 1.421026 14.461633 -0.538985</w:t>
        <w:br/>
        <w:t>v 1.421026 14.461633 -0.538985</w:t>
        <w:br/>
        <w:t>v 1.324129 14.630501 -0.605955</w:t>
        <w:br/>
        <w:t>v 1.268620 14.402171 -0.687385</w:t>
        <w:br/>
        <w:t>v 1.268620 14.402171 -0.687385</w:t>
        <w:br/>
        <w:t>v 1.143258 14.539909 -0.704401</w:t>
        <w:br/>
        <w:t>v 1.308095 14.623899 -0.585994</w:t>
        <w:br/>
        <w:t>v 1.308095 14.623899 -0.585994</w:t>
        <w:br/>
        <w:t>v 1.134713 14.531245 -0.680475</w:t>
        <w:br/>
        <w:t>v 1.134713 14.531245 -0.680475</w:t>
        <w:br/>
        <w:t>v 1.063887 14.581029 -0.691535</w:t>
        <w:br/>
        <w:t>v 1.048557 14.574924 -0.672610</w:t>
        <w:br/>
        <w:t>v 1.154177 14.782993 -0.573182</w:t>
        <w:br/>
        <w:t>v 1.154177 14.782993 -0.573182</w:t>
        <w:br/>
        <w:t>v 1.048557 14.574924 -0.672610</w:t>
        <w:br/>
        <w:t>v 1.162722 14.791655 -0.597108</w:t>
        <w:br/>
        <w:t>v 1.046543 14.825528 -0.560123</w:t>
        <w:br/>
        <w:t>v 1.061872 14.831634 -0.579048</w:t>
        <w:br/>
        <w:t>v 1.046543 14.825528 -0.560123</w:t>
        <w:br/>
        <w:t>v 0.025173 14.846259 -0.806308</w:t>
        <w:br/>
        <w:t>v -0.000598 14.815331 -0.757484</w:t>
        <w:br/>
        <w:t>v 0.364881 14.709444 -0.776613</w:t>
        <w:br/>
        <w:t>v 0.381983 14.739685 -0.825217</w:t>
        <w:br/>
        <w:t>v 0.429677 14.688573 -0.775405</w:t>
        <w:br/>
        <w:t>v 0.437124 14.721140 -0.825074</w:t>
        <w:br/>
        <w:t>v 0.430314 14.668729 -0.783891</w:t>
        <w:br/>
        <w:t>v 0.437124 14.721140 -0.825074</w:t>
        <w:br/>
        <w:t>v 0.429677 14.688573 -0.775405</w:t>
        <w:br/>
        <w:t>v 0.392120 14.936764 -0.733506</w:t>
        <w:br/>
        <w:t>v 0.025173 14.846259 -0.806308</w:t>
        <w:br/>
        <w:t>v 0.381983 14.739685 -0.825217</w:t>
        <w:br/>
        <w:t>v 0.441516 14.717839 -0.846504</w:t>
        <w:br/>
        <w:t>v 0.430314 14.668729 -0.783891</w:t>
        <w:br/>
        <w:t>v 0.519725 14.646585 -0.778939</w:t>
        <w:br/>
        <w:t>v 0.441516 14.717839 -0.846504</w:t>
        <w:br/>
        <w:t>v 0.437124 14.721140 -0.825074</w:t>
        <w:br/>
        <w:t>v 0.483129 14.931461 -0.720875</w:t>
        <w:br/>
        <w:t>v 0.489874 14.933501 -0.732324</w:t>
        <w:br/>
        <w:t>v 0.483129 14.931461 -0.720875</w:t>
        <w:br/>
        <w:t>v 0.527379 14.698670 -0.835380</w:t>
        <w:br/>
        <w:t>v 0.441516 14.717839 -0.846504</w:t>
        <w:br/>
        <w:t>v 0.527379 14.698670 -0.835380</w:t>
        <w:br/>
        <w:t>v 0.489874 14.933501 -0.732324</w:t>
        <w:br/>
        <w:t>v 0.541570 14.700292 -0.807660</w:t>
        <w:br/>
        <w:t>v 0.530524 14.665935 -0.770492</w:t>
        <w:br/>
        <w:t>v 0.530524 14.665935 -0.770492</w:t>
        <w:br/>
        <w:t>v 0.734401 14.622670 -0.733013</w:t>
        <w:br/>
        <w:t>v 0.541570 14.700292 -0.807660</w:t>
        <w:br/>
        <w:t>v 0.575528 14.928912 -0.722499</w:t>
        <w:br/>
        <w:t>v 0.504221 15.027874 -0.673115</w:t>
        <w:br/>
        <w:t>v 0.504221 15.027874 -0.673115</w:t>
        <w:br/>
        <w:t>v 0.513266 15.037805 -0.677105</w:t>
        <w:br/>
        <w:t>v 0.050319 14.953228 -0.763448</w:t>
        <w:br/>
        <w:t>v 0.025173 14.846259 -0.806308</w:t>
        <w:br/>
        <w:t>v 0.050319 14.953228 -0.763448</w:t>
        <w:br/>
        <w:t>v -0.000598 14.815331 -0.757484</w:t>
        <w:br/>
        <w:t>v 0.028799 14.942730 -0.706449</w:t>
        <w:br/>
        <w:t>v 0.074297 15.139939 -0.627449</w:t>
        <w:br/>
        <w:t>v 0.096038 15.147801 -0.685500</w:t>
        <w:br/>
        <w:t>v 0.398189 15.054545 -0.678703</w:t>
        <w:br/>
        <w:t>v 0.096038 15.147801 -0.685500</w:t>
        <w:br/>
        <w:t>v 0.398189 15.054545 -0.678703</w:t>
        <w:br/>
        <w:t>v 0.381788 15.044395 -0.619417</w:t>
        <w:br/>
        <w:t>v 0.096038 15.147801 -0.685500</w:t>
        <w:br/>
        <w:t>v 0.074297 15.139939 -0.627449</w:t>
        <w:br/>
        <w:t>v 0.500842 15.013350 -0.612659</w:t>
        <w:br/>
        <w:t>v 0.504221 15.027874 -0.673115</w:t>
        <w:br/>
        <w:t>v 0.500842 15.013350 -0.612659</w:t>
        <w:br/>
        <w:t>v 0.510693 15.026630 -0.606460</w:t>
        <w:br/>
        <w:t>v 0.510693 15.026630 -0.606460</w:t>
        <w:br/>
        <w:t>v 0.513266 15.037805 -0.677105</w:t>
        <w:br/>
        <w:t>v 0.594853 15.021379 -0.677170</w:t>
        <w:br/>
        <w:t>v 0.594853 15.021379 -0.677170</w:t>
        <w:br/>
        <w:t>v 0.592579 14.999988 -0.597012</w:t>
        <w:br/>
        <w:t>v 0.598544 14.995960 -0.664746</w:t>
        <w:br/>
        <w:t>v 0.592579 14.999988 -0.597012</w:t>
        <w:br/>
        <w:t>v 0.594853 15.021379 -0.677170</w:t>
        <w:br/>
        <w:t>v 0.597049 14.984716 -0.603718</w:t>
        <w:br/>
        <w:t>v 0.584703 14.924119 -0.699471</w:t>
        <w:br/>
        <w:t>v 0.598544 14.995960 -0.664746</w:t>
        <w:br/>
        <w:t>v 0.725018 14.962794 -0.634284</w:t>
        <w:br/>
        <w:t>v 0.597049 14.984716 -0.603718</w:t>
        <w:br/>
        <w:t>v 0.598544 14.995960 -0.664746</w:t>
        <w:br/>
        <w:t>v 0.725018 14.962794 -0.634284</w:t>
        <w:br/>
        <w:t>v 0.706798 14.953335 -0.576050</w:t>
        <w:br/>
        <w:t>v 0.993510 14.868302 -0.485275</w:t>
        <w:br/>
        <w:t>v 0.541570 14.700292 -0.807660</w:t>
        <w:br/>
        <w:t>v 0.729242 14.911618 -0.658417</w:t>
        <w:br/>
        <w:t>v 0.750451 14.657277 -0.779069</w:t>
        <w:br/>
        <w:t>v 0.750451 14.657277 -0.779069</w:t>
        <w:br/>
        <w:t>v 1.024634 14.880308 -0.543210</w:t>
        <w:br/>
        <w:t>v 1.024634 14.880308 -0.543210</w:t>
        <w:br/>
        <w:t>v 1.046792 14.548803 -0.631958</w:t>
        <w:br/>
        <w:t>v 1.150641 14.847797 -0.494801</w:t>
        <w:br/>
        <w:t>v 1.134370 14.826937 -0.420894</w:t>
        <w:br/>
        <w:t>v 1.070886 14.583230 -0.681459</w:t>
        <w:br/>
        <w:t>v 1.150641 14.847797 -0.494801</w:t>
        <w:br/>
        <w:t>v 1.070886 14.583230 -0.681459</w:t>
        <w:br/>
        <w:t>v 1.160920 14.559667 -0.641536</w:t>
        <w:br/>
        <w:t>v 1.160920 14.559667 -0.641536</w:t>
        <w:br/>
        <w:t>v 1.141362 14.522225 -0.578338</w:t>
        <w:br/>
        <w:t>v 1.977012 11.382634 -0.278422</w:t>
        <w:br/>
        <w:t>v 2.032452 11.384229 -0.291652</w:t>
        <w:br/>
        <w:t>v 2.023862 11.628741 -0.266193</w:t>
        <w:br/>
        <w:t>v 1.968358 11.627080 -0.252950</w:t>
        <w:br/>
        <w:t>v 1.978948 12.142686 -0.215094</w:t>
        <w:br/>
        <w:t>v 1.923275 12.140787 -0.201812</w:t>
        <w:br/>
        <w:t>v 1.948005 12.546189 -0.189220</w:t>
        <w:br/>
        <w:t>v 1.977012 11.382634 -0.278422</w:t>
        <w:br/>
        <w:t>v 1.968358 11.627080 -0.252950</w:t>
        <w:br/>
        <w:t>v 2.061004 11.385180 0.059843</w:t>
        <w:br/>
        <w:t>v 1.892033 12.544110 -0.175808</w:t>
        <w:br/>
        <w:t>v 1.925900 12.838478 -0.169648</w:t>
        <w:br/>
        <w:t>v 1.923275 12.140787 -0.201812</w:t>
        <w:br/>
        <w:t>v 2.029801 11.627873 0.085328</w:t>
        <w:br/>
        <w:t>v 1.892033 12.544110 -0.175808</w:t>
        <w:br/>
        <w:t>v 2.007185 12.138236 0.133880</w:t>
        <w:br/>
        <w:t>v 1.869745 12.835447 -0.156133</w:t>
        <w:br/>
        <w:t>v 1.911618 13.060156 -0.153780</w:t>
        <w:br/>
        <w:t>v 1.981241 12.540998 0.158969</w:t>
        <w:br/>
        <w:t>v 1.869745 12.835447 -0.156133</w:t>
        <w:br/>
        <w:t>v 1.977012 11.382634 -0.278422</w:t>
        <w:br/>
        <w:t>v 2.061004 11.385180 0.059843</w:t>
        <w:br/>
        <w:t>v 2.032452 11.384229 -0.291652</w:t>
        <w:br/>
        <w:t>v 2.117054 11.386596 0.052735</w:t>
        <w:br/>
        <w:t>v 2.122045 11.392068 0.414315</w:t>
        <w:br/>
        <w:t>v 2.065864 11.391064 0.408921</w:t>
        <w:br/>
        <w:t>v 2.065864 11.391064 0.408921</w:t>
        <w:br/>
        <w:t>v 1.996384 11.383923 0.774447</w:t>
        <w:br/>
        <w:t>v 2.066135 11.384817 0.792611</w:t>
        <w:br/>
        <w:t>v 1.943132 11.389152 1.128143</w:t>
        <w:br/>
        <w:t>v 1.867277 11.389557 1.111106</w:t>
        <w:br/>
        <w:t>v 2.055676 11.628821 0.434523</w:t>
        <w:br/>
        <w:t>v 1.996384 11.383923 0.774447</w:t>
        <w:br/>
        <w:t>v 1.867277 11.389557 1.111106</w:t>
        <w:br/>
        <w:t>v 1.979960 11.609142 0.793964</w:t>
        <w:br/>
        <w:t>v 2.008244 12.130496 0.481514</w:t>
        <w:br/>
        <w:t>v 1.861026 11.618670 1.134901</w:t>
        <w:br/>
        <w:t>v 1.947733 12.113891 0.835270</w:t>
        <w:br/>
        <w:t>v 1.977283 12.530109 0.508818</w:t>
        <w:br/>
        <w:t>v 1.928590 11.618751 1.151990</w:t>
        <w:br/>
        <w:t>v 1.867277 11.389557 1.111106</w:t>
        <w:br/>
        <w:t>v 1.861026 11.618670 1.134901</w:t>
        <w:br/>
        <w:t>v 1.943132 11.389152 1.128143</w:t>
        <w:br/>
        <w:t>v 1.895776 12.118072 1.202635</w:t>
        <w:br/>
        <w:t>v 1.844722 12.117249 1.185407</w:t>
        <w:br/>
        <w:t>v 1.844722 12.117249 1.185407</w:t>
        <w:br/>
        <w:t>v 1.862026 12.521851 1.236436</w:t>
        <w:br/>
        <w:t>v 1.926985 12.519010 0.876458</w:t>
        <w:br/>
        <w:t>v 1.815696 12.520795 1.218879</w:t>
        <w:br/>
        <w:t>v 1.815696 12.520795 1.218879</w:t>
        <w:br/>
        <w:t>v 1.834878 12.825013 1.259465</w:t>
        <w:br/>
        <w:t>v 1.953408 12.827088 0.525490</w:t>
        <w:br/>
        <w:t>v 1.790861 12.822740 1.241557</w:t>
        <w:br/>
        <w:t>v 1.812006 13.056944 1.274307</w:t>
        <w:br/>
        <w:t>v 1.900356 12.817111 0.894843</w:t>
        <w:br/>
        <w:t>v 1.790861 12.822740 1.241557</w:t>
        <w:br/>
        <w:t>v 1.768171 13.053816 1.255916</w:t>
        <w:br/>
        <w:t>v 1.781453 13.368405 1.294527</w:t>
        <w:br/>
        <w:t>v 1.879731 13.045597 0.903248</w:t>
        <w:br/>
        <w:t>v 1.768171 13.053816 1.255916</w:t>
        <w:br/>
        <w:t>v 1.738190 13.363934 1.276021</w:t>
        <w:br/>
        <w:t>v 1.745143 13.627476 1.309394</w:t>
        <w:br/>
        <w:t>v 1.848153 13.346404 0.917740</w:t>
        <w:br/>
        <w:t>v 1.738190 13.363934 1.276021</w:t>
        <w:br/>
        <w:t>v 1.930164 13.040633 0.536897</w:t>
        <w:br/>
        <w:t>v 1.698371 13.621587 1.290875</w:t>
        <w:br/>
        <w:t>v 1.699653 13.951836 1.327954</w:t>
        <w:br/>
        <w:t>v 1.813562 13.600985 0.935281</w:t>
        <w:br/>
        <w:t>v 1.698371 13.621587 1.290875</w:t>
        <w:br/>
        <w:t>v 1.902350 13.363923 0.558639</w:t>
        <w:br/>
        <w:t>v 1.648347 13.944476 1.309336</w:t>
        <w:br/>
        <w:t>v 1.622399 14.316870 1.347625</w:t>
        <w:br/>
        <w:t>v 1.764765 13.930073 0.953422</w:t>
        <w:br/>
        <w:t>v 1.648347 13.944476 1.309336</w:t>
        <w:br/>
        <w:t>v 1.872505 13.618334 0.576500</w:t>
        <w:br/>
        <w:t>v 1.828858 13.940247 0.594376</w:t>
        <w:br/>
        <w:t>v 1.696224 14.299185 0.986825</w:t>
        <w:br/>
        <w:t>v 1.755324 14.302832 0.625490</w:t>
        <w:br/>
        <w:t>v 1.574107 14.305497 1.334450</w:t>
        <w:br/>
        <w:t>v 1.574107 14.305497 1.334450</w:t>
        <w:br/>
        <w:t>v 1.516977 14.555822 1.353203</w:t>
        <w:br/>
        <w:t>v 1.561097 14.568443 1.360857</w:t>
        <w:br/>
        <w:t>v 1.441771 14.897284 1.369642</w:t>
        <w:br/>
        <w:t>v 1.411556 14.901989 1.359986</w:t>
        <w:br/>
        <w:t>v 1.487424 14.902197 1.109949</w:t>
        <w:br/>
        <w:t>v 1.411556 14.901989 1.359986</w:t>
        <w:br/>
        <w:t>v 1.516977 14.555822 1.353203</w:t>
        <w:br/>
        <w:t>v 1.626796 14.544816 0.993597</w:t>
        <w:br/>
        <w:t>v 1.532975 14.907419 0.975079</w:t>
        <w:br/>
        <w:t>v 1.693112 14.554935 0.645943</w:t>
        <w:br/>
        <w:t>v 1.565152 14.906460 0.670512</w:t>
        <w:br/>
        <w:t>v 1.549739 14.901402 0.321603</w:t>
        <w:br/>
        <w:t>v 1.688202 14.551184 0.300569</w:t>
        <w:br/>
        <w:t>v 1.459640 14.899088 -0.006409</w:t>
        <w:br/>
        <w:t>v 1.758944 14.298610 0.279225</w:t>
        <w:br/>
        <w:t>v 1.607557 14.539392 -0.038677</w:t>
        <w:br/>
        <w:t>v 1.513533 14.887692 -0.030178</w:t>
        <w:br/>
        <w:t>v 1.459640 14.899088 -0.006409</w:t>
        <w:br/>
        <w:t>v 1.607557 14.539392 -0.038677</w:t>
        <w:br/>
        <w:t>v 1.663880 14.552037 -0.052453</w:t>
        <w:br/>
        <w:t>v 1.727612 14.285951 -0.055936</w:t>
        <w:br/>
        <w:t>v 1.727612 14.285951 -0.055936</w:t>
        <w:br/>
        <w:t>v 1.784195 14.297596 -0.069867</w:t>
        <w:br/>
        <w:t>v 1.831500 13.938242 0.253762</w:t>
        <w:br/>
        <w:t>v 1.830172 13.924176 -0.080841</w:t>
        <w:br/>
        <w:t>v 1.830172 13.924176 -0.080841</w:t>
        <w:br/>
        <w:t>v 1.887434 13.931963 -0.094764</w:t>
        <w:br/>
        <w:t>v 1.911410 13.608800 -0.115950</w:t>
        <w:br/>
        <w:t>v 1.873892 13.615958 0.229763</w:t>
        <w:br/>
        <w:t>v 1.854593 13.602534 -0.102006</w:t>
        <w:br/>
        <w:t>v 1.854593 13.602534 -0.102006</w:t>
        <w:br/>
        <w:t>v 1.917310 13.350912 -0.132987</w:t>
        <w:br/>
        <w:t>v 1.904683 13.356439 0.211962</w:t>
        <w:br/>
        <w:t>v 1.860700 13.346102 -0.119199</w:t>
        <w:br/>
        <w:t>v 1.860700 13.346102 -0.119199</w:t>
        <w:br/>
        <w:t>v 1.935506 13.052054 0.189700</w:t>
        <w:br/>
        <w:t>v 1.855255 13.056543 -0.140148</w:t>
        <w:br/>
        <w:t>v 1.855255 13.056543 -0.140148</w:t>
        <w:br/>
        <w:t>v 1.961526 12.836646 0.179436</w:t>
        <w:br/>
        <w:t>v 1.941313 11.298590 1.575456</w:t>
        <w:br/>
        <w:t>v 2.005460 11.306603 1.606515</w:t>
        <w:br/>
        <w:t>v 2.130842 11.290114 1.217853</w:t>
        <w:br/>
        <w:t>v 2.197263 11.297511 1.244169</w:t>
        <w:br/>
        <w:t>v 2.249312 11.283423 0.839144</w:t>
        <w:br/>
        <w:t>v 2.005460 11.306603 1.606515</w:t>
        <w:br/>
        <w:t>v 1.989150 11.633383 1.590686</w:t>
        <w:br/>
        <w:t>v 2.197263 11.297511 1.244169</w:t>
        <w:br/>
        <w:t>v 2.304544 11.290012 0.848463</w:t>
        <w:br/>
        <w:t>v 2.253938 11.274324 0.509586</w:t>
        <w:br/>
        <w:t>v 2.168439 11.248829 0.198456</w:t>
        <w:br/>
        <w:t>v 2.222904 11.254352 0.181769</w:t>
        <w:br/>
        <w:t>v 2.177302 11.629705 1.237723</w:t>
        <w:br/>
        <w:t>v 2.304544 11.290012 0.848463</w:t>
        <w:br/>
        <w:t>v 2.309391 11.280302 0.501737</w:t>
        <w:br/>
        <w:t>v 1.989150 11.633383 1.590686</w:t>
        <w:br/>
        <w:t>v 2.005460 11.306603 1.606515</w:t>
        <w:br/>
        <w:t>v 1.922080 11.626014 1.559575</w:t>
        <w:br/>
        <w:t>v 1.941313 11.298590 1.575456</w:t>
        <w:br/>
        <w:t>v 1.892475 12.121761 1.534285</w:t>
        <w:br/>
        <w:t>v 1.963588 12.128638 1.566267</w:t>
        <w:br/>
        <w:t>v 1.963588 12.128638 1.566267</w:t>
        <w:br/>
        <w:t>v 1.864859 12.517028 1.504057</w:t>
        <w:br/>
        <w:t>v 1.936258 12.524058 1.543356</w:t>
        <w:br/>
        <w:t>v 1.837386 12.827550 1.482263</w:t>
        <w:br/>
        <w:t>v 2.145008 12.130262 1.226040</w:t>
        <w:br/>
        <w:t>v 1.936258 12.524058 1.543356</w:t>
        <w:br/>
        <w:t>v 1.907004 12.834943 1.522381</w:t>
        <w:br/>
        <w:t>v 2.101758 12.525579 1.201036</w:t>
        <w:br/>
        <w:t>v 1.907004 12.834943 1.522381</w:t>
        <w:br/>
        <w:t>v 2.207777 12.130977 1.108974</w:t>
        <w:br/>
        <w:t>v 1.879908 13.057468 1.505006</w:t>
        <w:br/>
        <w:t>v 1.813110 13.050008 1.468189</w:t>
        <w:br/>
        <w:t>v 1.777515 13.376214 1.447552</w:t>
        <w:br/>
        <w:t>v 2.280631 11.627925 0.843784</w:t>
        <w:br/>
        <w:t>v 2.309391 11.280302 0.501737</w:t>
        <w:br/>
        <w:t>v 2.164150 12.525526 1.013846</w:t>
        <w:br/>
        <w:t>v 2.241995 12.132186 0.835701</w:t>
        <w:br/>
        <w:t>v 2.286103 11.621922 0.485180</w:t>
        <w:br/>
        <w:t>v 2.222904 11.254352 0.181769</w:t>
        <w:br/>
        <w:t>v 2.200435 11.605509 0.160430</w:t>
        <w:br/>
        <w:t>v 2.250000 12.131092 0.460501</w:t>
        <w:br/>
        <w:t>v 2.187517 12.525502 0.820391</w:t>
        <w:br/>
        <w:t>v 2.096923 12.835087 1.041475</w:t>
        <w:br/>
        <w:t>v 2.155339 12.833982 0.891816</w:t>
        <w:br/>
        <w:t>v 2.065214 12.836124 1.181244</w:t>
        <w:br/>
        <w:t>v 1.879908 13.057468 1.505006</w:t>
        <w:br/>
        <w:t>v 2.098210 13.058652 0.929451</w:t>
        <w:br/>
        <w:t>v 2.151947 12.833333 0.803432</w:t>
        <w:br/>
        <w:t>v 2.036987 13.058521 1.166961</w:t>
        <w:br/>
        <w:t>v 2.141915 13.057014 0.787226</w:t>
        <w:br/>
        <w:t>v 2.149816 12.833517 0.668979</w:t>
        <w:br/>
        <w:t>v 2.062069 13.054858 1.069142</w:t>
        <w:br/>
        <w:t>v 2.210857 12.525605 0.441488</w:t>
        <w:br/>
        <w:t>v 1.840154 13.383779 1.479534</w:t>
        <w:br/>
        <w:t>v 1.840154 13.383779 1.479534</w:t>
        <w:br/>
        <w:t>v 1.995596 13.384608 1.146025</w:t>
        <w:br/>
        <w:t>v 1.805573 13.640795 1.461080</w:t>
        <w:br/>
        <w:t>v 1.805573 13.640795 1.461080</w:t>
        <w:br/>
        <w:t>v 1.746208 13.633269 1.431047</w:t>
        <w:br/>
        <w:t>v 1.706936 13.955628 1.410358</w:t>
        <w:br/>
        <w:t>v 1.762207 13.963114 1.437935</w:t>
        <w:br/>
        <w:t>v 1.667519 14.329904 1.383171</w:t>
        <w:br/>
        <w:t>v 1.964978 13.637232 1.118149</w:t>
        <w:br/>
        <w:t>v 1.762207 13.963114 1.437935</w:t>
        <w:br/>
        <w:t>v 2.057468 13.374992 0.905084</w:t>
        <w:br/>
        <w:t>v 1.714824 14.337739 1.408708</w:t>
        <w:br/>
        <w:t>v 1.641437 14.594716 1.363015</w:t>
        <w:br/>
        <w:t>v 1.926446 13.955174 1.083074</w:t>
        <w:br/>
        <w:t>v 1.714824 14.337739 1.408708</w:t>
        <w:br/>
        <w:t>v 2.021055 13.631750 0.915325</w:t>
        <w:br/>
        <w:t>v 1.682140 14.602982 1.387342</w:t>
        <w:br/>
        <w:t>v 1.616161 14.758882 1.357465</w:t>
        <w:br/>
        <w:t>v 1.864365 14.331553 1.090714</w:t>
        <w:br/>
        <w:t>v 1.682140 14.602982 1.387342</w:t>
        <w:br/>
        <w:t>v 1.649624 14.774018 1.373112</w:t>
        <w:br/>
        <w:t>v 1.560734 14.927578 1.356802</w:t>
        <w:br/>
        <w:t>v 1.821361 14.607210 1.109246</w:t>
        <w:br/>
        <w:t>v 1.649624 14.774018 1.373112</w:t>
        <w:br/>
        <w:t>v 1.891695 14.334218 1.058460</w:t>
        <w:br/>
        <w:t>v 1.975388 13.953823 0.928178</w:t>
        <w:br/>
        <w:t>v 2.029294 13.636950 0.826759</w:t>
        <w:br/>
        <w:t>v 1.913034 14.337676 0.988738</w:t>
        <w:br/>
        <w:t>v 2.096871 13.385649 0.763431</w:t>
        <w:br/>
        <w:t>v 1.994089 13.964214 0.728915</w:t>
        <w:br/>
        <w:t>v 2.051283 13.642289 0.748122</w:t>
        <w:br/>
        <w:t>v 2.070919 13.639729 0.615137</w:t>
        <w:br/>
        <w:t>v 2.111219 13.386780 0.631304</w:t>
        <w:br/>
        <w:t>v 2.106046 13.380205 0.412131</w:t>
        <w:br/>
        <w:t>v 2.078924 13.640302 0.541581</w:t>
        <w:br/>
        <w:t>v 2.038300 13.959125 0.428727</w:t>
        <w:br/>
        <w:t>v 2.076001 13.637012 0.419499</w:t>
        <w:br/>
        <w:t>v 2.126476 13.054533 0.559035</w:t>
        <w:br/>
        <w:t>v 2.057663 13.630475 0.348972</w:t>
        <w:br/>
        <w:t>v 2.176041 12.833839 0.426257</w:t>
        <w:br/>
        <w:t>v 2.147646 13.055532 0.414977</w:t>
        <w:br/>
        <w:t>v 2.071491 13.046148 0.088954</w:t>
        <w:br/>
        <w:t>v 2.096456 12.824727 0.103756</w:t>
        <w:br/>
        <w:t>v 2.128269 12.517756 0.118402</w:t>
        <w:br/>
        <w:t>v 2.096456 12.824727 0.103756</w:t>
        <w:br/>
        <w:t>v 2.071491 13.046148 0.088954</w:t>
        <w:br/>
        <w:t>v 2.041302 12.819074 0.119117</w:t>
        <w:br/>
        <w:t>v 2.128269 12.517756 0.118402</w:t>
        <w:br/>
        <w:t>v 2.015986 13.040653 0.103561</w:t>
        <w:br/>
        <w:t>v 2.073466 12.511946 0.134439</w:t>
        <w:br/>
        <w:t>v 2.034947 13.370250 0.067290</w:t>
        <w:br/>
        <w:t>v 2.034947 13.370250 0.067290</w:t>
        <w:br/>
        <w:t>v 1.978910 13.365077 0.080779</w:t>
        <w:br/>
        <w:t>v 2.165853 12.123738 0.130319</w:t>
        <w:br/>
        <w:t>v 2.165853 12.123738 0.130319</w:t>
        <w:br/>
        <w:t>v 2.111284 12.117932 0.146811</w:t>
        <w:br/>
        <w:t>v 2.200435 11.605509 0.160430</w:t>
        <w:br/>
        <w:t>v 2.145931 11.599852 0.177065</w:t>
        <w:br/>
        <w:t>v 2.222904 11.254352 0.181769</w:t>
        <w:br/>
        <w:t>v 2.168439 11.248829 0.198456</w:t>
        <w:br/>
        <w:t>v 2.006110 13.626669 0.054164</w:t>
        <w:br/>
        <w:t>v 2.006110 13.626669 0.054164</w:t>
        <w:br/>
        <w:t>v 1.949552 13.621197 0.066731</w:t>
        <w:br/>
        <w:t>v 1.996636 13.946053 0.269321</w:t>
        <w:br/>
        <w:t>v 1.969930 13.948389 0.037686</w:t>
        <w:br/>
        <w:t>v 1.969930 13.948389 0.037686</w:t>
        <w:br/>
        <w:t>v 1.912697 13.942634 0.049083</w:t>
        <w:br/>
        <w:t>v 1.901715 14.320664 0.015502</w:t>
        <w:br/>
        <w:t>v 1.843923 14.312621 0.026704</w:t>
        <w:br/>
        <w:t>v 1.923119 14.310629 0.183147</w:t>
        <w:br/>
        <w:t>v 1.901715 14.320664 0.015502</w:t>
        <w:br/>
        <w:t>v 1.845664 14.584749 -0.001146</w:t>
        <w:br/>
        <w:t>v 1.787483 14.574990 0.010225</w:t>
        <w:br/>
        <w:t>v 1.868134 14.579304 0.118870</w:t>
        <w:br/>
        <w:t>v 1.845664 14.584749 -0.001146</w:t>
        <w:br/>
        <w:t>v 1.964771 14.328412 0.290647</w:t>
        <w:br/>
        <w:t>v 1.904275 14.595300 0.186421</w:t>
        <w:br/>
        <w:t>v 1.961223 14.328332 0.365853</w:t>
        <w:br/>
        <w:t>v 1.957168 14.334010 0.529625</w:t>
        <w:br/>
        <w:t>v 1.897193 14.595145 0.336821</w:t>
        <w:br/>
        <w:t>v 1.948123 14.337559 0.707654</w:t>
        <w:br/>
        <w:t>v 1.922080 14.340558 0.843043</w:t>
        <w:br/>
        <w:t>v 1.909586 14.602207 0.692828</w:t>
        <w:br/>
        <w:t>v 1.857442 14.608187 0.963494</w:t>
        <w:br/>
        <w:t>v 1.849276 14.612465 1.051327</w:t>
        <w:br/>
        <w:t>v 1.871902 14.769853 0.682292</w:t>
        <w:br/>
        <w:t>v 1.805974 14.765915 1.026482</w:t>
        <w:br/>
        <w:t>v 1.782610 14.768564 1.117785</w:t>
        <w:br/>
        <w:t>v 1.805272 14.768840 1.084836</w:t>
        <w:br/>
        <w:t>v 1.586738 14.949773 1.363534</w:t>
        <w:br/>
        <w:t>v 1.586738 14.949773 1.363534</w:t>
        <w:br/>
        <w:t>v 1.719541 14.963925 1.123256</w:t>
        <w:br/>
        <w:t>v 1.724766 14.960248 1.090039</w:t>
        <w:br/>
        <w:t>v 1.540421 14.975413 1.367979</w:t>
        <w:br/>
        <w:t>v 1.531974 14.946939 1.363002</w:t>
        <w:br/>
        <w:t>v 1.515041 14.946939 1.364028</w:t>
        <w:br/>
        <w:t>v 1.646804 15.004722 1.124634</w:t>
        <w:br/>
        <w:t>v 1.540421 14.975413 1.367979</w:t>
        <w:br/>
        <w:t>v 1.499459 14.974517 1.363366</w:t>
        <w:br/>
        <w:t>v 1.465826 14.927525 1.363235</w:t>
        <w:br/>
        <w:t>v 1.591195 15.010124 1.125843</w:t>
        <w:br/>
        <w:t>v 1.499459 14.974517 1.363366</w:t>
        <w:br/>
        <w:t>v 1.444721 14.953413 1.358531</w:t>
        <w:br/>
        <w:t>v 1.441771 14.897284 1.369642</w:t>
        <w:br/>
        <w:t>v 1.411556 14.901989 1.359986</w:t>
        <w:br/>
        <w:t>v 1.444721 14.953413 1.358531</w:t>
        <w:br/>
        <w:t>v 1.514248 14.977129 1.124101</w:t>
        <w:br/>
        <w:t>v 1.411556 14.901989 1.359986</w:t>
        <w:br/>
        <w:t>v 1.487424 14.902197 1.109949</w:t>
        <w:br/>
        <w:t>v 1.558967 14.974624 0.979108</w:t>
        <w:br/>
        <w:t>v 1.532975 14.907419 0.975079</w:t>
        <w:br/>
        <w:t>v 1.615952 15.001768 0.976470</w:t>
        <w:br/>
        <w:t>v 1.605920 14.975400 0.670122</w:t>
        <w:br/>
        <w:t>v 1.565152 14.906460 0.670512</w:t>
        <w:br/>
        <w:t>v 1.677344 15.000455 0.989349</w:t>
        <w:br/>
        <w:t>v 1.673861 15.004872 0.669927</w:t>
        <w:br/>
        <w:t>v 1.591339 14.964344 0.320069</w:t>
        <w:br/>
        <w:t>v 1.549739 14.901402 0.321603</w:t>
        <w:br/>
        <w:t>v 1.459640 14.899088 -0.006409</w:t>
        <w:br/>
        <w:t>v 1.661697 14.992945 0.319666</w:t>
        <w:br/>
        <w:t>v 1.514495 14.954453 -0.010919</w:t>
        <w:br/>
        <w:t>v 1.459640 14.899088 -0.006409</w:t>
        <w:br/>
        <w:t>v 1.513533 14.887692 -0.030178</w:t>
        <w:br/>
        <w:t>v 1.514495 14.954453 -0.010919</w:t>
        <w:br/>
        <w:t>v 1.542319 14.919908 -0.030906</w:t>
        <w:br/>
        <w:t>v 1.573769 14.969019 -0.001172</w:t>
        <w:br/>
        <w:t>v 1.573769 14.969019 -0.001172</w:t>
        <w:br/>
        <w:t>v 1.590494 14.935155 -0.023901</w:t>
        <w:br/>
        <w:t>v 1.638500 14.957441 0.002558</w:t>
        <w:br/>
        <w:t>v 1.640761 14.927421 -0.014687</w:t>
        <w:br/>
        <w:t>v 1.664153 14.961937 0.046834</w:t>
        <w:br/>
        <w:t>v 1.681321 14.902781 -0.003264</w:t>
        <w:br/>
        <w:t>v 1.678696 14.886615 -0.008384</w:t>
        <w:br/>
        <w:t>v 1.737930 14.984641 0.320212</w:t>
        <w:br/>
        <w:t>v 1.788523 14.751559 -0.009853</w:t>
        <w:br/>
        <w:t>v 1.739347 14.730939 0.001037</w:t>
        <w:br/>
        <w:t>v 1.705714 14.904443 0.022753</w:t>
        <w:br/>
        <w:t>v 1.788523 14.751559 -0.009853</w:t>
        <w:br/>
        <w:t>v 1.805677 14.743623 0.074268</w:t>
        <w:br/>
        <w:t>v 1.730419 14.909356 0.049602</w:t>
        <w:br/>
        <w:t>v 1.837361 14.760362 0.122677</w:t>
        <w:br/>
        <w:t>v 1.744233 14.916687 0.090045</w:t>
        <w:br/>
        <w:t>v 1.842910 14.749458 0.211139</w:t>
        <w:br/>
        <w:t>v 1.872995 14.762299 0.329283</w:t>
        <w:br/>
        <w:t>v 1.797385 14.934074 0.321525</w:t>
        <w:br/>
        <w:t>v 1.803754 14.942158 0.671486</w:t>
        <w:br/>
        <w:t>v 1.747248 14.997535 0.670265</w:t>
        <w:br/>
        <w:t>v 1.739191 14.950137 0.998576</w:t>
        <w:br/>
        <w:t>v 1.602446 13.254600 1.489404</w:t>
        <w:br/>
        <w:t>v 1.613356 13.222193 1.474513</w:t>
        <w:br/>
        <w:t>v 1.610642 13.246651 1.507937</w:t>
        <w:br/>
        <w:t>v 1.634055 13.210961 1.521001</w:t>
        <w:br/>
        <w:t>v 1.626575 13.172125 1.478305</w:t>
        <w:br/>
        <w:t>v 1.641259 13.168449 1.513506</w:t>
        <w:br/>
        <w:t>v 1.609238 13.025365 1.470736</w:t>
        <w:br/>
        <w:t>v 1.634055 13.210961 1.521001</w:t>
        <w:br/>
        <w:t>v 1.558223 13.196638 1.581202</w:t>
        <w:br/>
        <w:t>v 1.610642 13.246651 1.507937</w:t>
        <w:br/>
        <w:t>v 1.641259 13.168449 1.513506</w:t>
        <w:br/>
        <w:t>v 1.624378 13.024472 1.506380</w:t>
        <w:br/>
        <w:t>v 1.550577 13.156346 1.577625</w:t>
        <w:br/>
        <w:t>v 1.624378 13.024472 1.506380</w:t>
        <w:br/>
        <w:t>v 1.598719 12.805624 1.495549</w:t>
        <w:br/>
        <w:t>v 1.583431 12.806915 1.459470</w:t>
        <w:br/>
        <w:t>v 1.558177 12.593137 1.448444</w:t>
        <w:br/>
        <w:t>v 1.573359 12.589339 1.484844</w:t>
        <w:br/>
        <w:t>v 1.528978 13.022536 1.572438</w:t>
        <w:br/>
        <w:t>v 1.598719 12.805624 1.495549</w:t>
        <w:br/>
        <w:t>v 1.493741 12.804244 1.563975</w:t>
        <w:br/>
        <w:t>v 1.573359 12.589339 1.484844</w:t>
        <w:br/>
        <w:t>v 1.455850 13.173318 1.638704</w:t>
        <w:br/>
        <w:t>v 1.426898 13.025866 1.639798</w:t>
        <w:br/>
        <w:t>v 1.459715 12.593449 1.555804</w:t>
        <w:br/>
        <w:t>v 1.426898 13.025866 1.639798</w:t>
        <w:br/>
        <w:t>v 1.412066 13.026736 1.598902</w:t>
        <w:br/>
        <w:t>v 1.455850 13.173318 1.638704</w:t>
        <w:br/>
        <w:t>v 1.342865 12.597886 1.642973</w:t>
        <w:br/>
        <w:t>v 1.459715 12.593449 1.555804</w:t>
        <w:br/>
        <w:t>v 1.327681 12.601688 1.606573</w:t>
        <w:br/>
        <w:t>v 1.441871 13.176862 1.596192</w:t>
        <w:br/>
        <w:t>v 1.444532 12.597248 1.519404</w:t>
        <w:br/>
        <w:t>v 1.368881 12.809213 1.602827</w:t>
        <w:br/>
        <w:t>v 1.573359 12.589339 1.484844</w:t>
        <w:br/>
        <w:t>v 1.558177 12.593137 1.448444</w:t>
        <w:br/>
        <w:t>v 1.384109 12.807941 1.641414</w:t>
        <w:br/>
        <w:t>v 1.384109 12.807941 1.641414</w:t>
        <w:br/>
        <w:t>v 1.342865 12.597886 1.642973</w:t>
        <w:br/>
        <w:t>v 1.327681 12.601688 1.606573</w:t>
        <w:br/>
        <w:t>v 1.342865 12.597886 1.642973</w:t>
        <w:br/>
        <w:t>v 1.466409 13.211102 1.640379</w:t>
        <w:br/>
        <w:t>v 1.466409 13.211102 1.640379</w:t>
        <w:br/>
        <w:t>v 1.447800 13.221121 1.585656</w:t>
        <w:br/>
        <w:t>v 1.465248 13.247442 1.604019</w:t>
        <w:br/>
        <w:t>v 1.469912 13.241331 1.620070</w:t>
        <w:br/>
        <w:t>v 1.469912 13.241331 1.620070</w:t>
        <w:br/>
        <w:t>v 1.552215 13.226307 1.563298</w:t>
        <w:br/>
        <w:t>v 1.465248 13.247442 1.604019</w:t>
        <w:br/>
        <w:t>v 1.542738 13.234869 1.550451</w:t>
        <w:br/>
        <w:t>v 1.542738 13.234869 1.550451</w:t>
        <w:br/>
        <w:t>v 1.465248 13.247442 1.604019</w:t>
        <w:br/>
        <w:t>v 1.527557 13.204941 1.535712</w:t>
        <w:br/>
        <w:t>v 1.447800 13.221121 1.585656</w:t>
        <w:br/>
        <w:t>v 1.613356 13.222193 1.474513</w:t>
        <w:br/>
        <w:t>v 1.602446 13.254600 1.489404</w:t>
        <w:br/>
        <w:t>v 1.602446 13.254600 1.489404</w:t>
        <w:br/>
        <w:t>v 1.567316 13.354996 1.570298</w:t>
        <w:br/>
        <w:t>v 1.529023 13.378845 1.553483</w:t>
        <w:br/>
        <w:t>v 1.565167 13.343537 1.553741</w:t>
        <w:br/>
        <w:t>v 1.525946 13.368028 1.536519</w:t>
        <w:br/>
        <w:t>v 1.565167 13.343537 1.553741</w:t>
        <w:br/>
        <w:t>v 1.525946 13.368028 1.536519</w:t>
        <w:br/>
        <w:t>v 1.551445 13.332127 1.563329</w:t>
        <w:br/>
        <w:t>v 1.501479 13.389907 1.525775</w:t>
        <w:br/>
        <w:t>v 1.505135 13.400327 1.542993</w:t>
        <w:br/>
        <w:t>v 1.511218 13.357309 1.545664</w:t>
        <w:br/>
        <w:t>v 1.501479 13.389907 1.525775</w:t>
        <w:br/>
        <w:t>v 1.514294 13.368130 1.562628</w:t>
        <w:br/>
        <w:t>v 1.551445 13.332127 1.563329</w:t>
        <w:br/>
        <w:t>v 1.511218 13.357309 1.545664</w:t>
        <w:br/>
        <w:t>v 1.553594 13.343589 1.579885</w:t>
        <w:br/>
        <w:t>v 1.486123 13.379622 1.534644</w:t>
        <w:br/>
        <w:t>v 1.486123 13.379622 1.534644</w:t>
        <w:br/>
        <w:t>v 1.553594 13.343589 1.579885</w:t>
        <w:br/>
        <w:t>v 1.529023 13.378845 1.553483</w:t>
        <w:br/>
        <w:t>v 1.567316 13.354996 1.570298</w:t>
        <w:br/>
        <w:t>v 1.514294 13.368130 1.562628</w:t>
        <w:br/>
        <w:t>v 1.505135 13.400327 1.542993</w:t>
        <w:br/>
        <w:t>v 1.489778 13.390048 1.551863</w:t>
        <w:br/>
        <w:t>v 1.489778 13.390048 1.551863</w:t>
        <w:br/>
        <w:t>v 1.469999 13.477330 1.524113</w:t>
        <w:br/>
        <w:t>v 1.463863 13.472163 1.505556</w:t>
        <w:br/>
        <w:t>v 1.463863 13.472163 1.505556</w:t>
        <w:br/>
        <w:t>v 1.469999 13.477330 1.524113</w:t>
        <w:br/>
        <w:t>v 1.453449 13.562326 1.492323</w:t>
        <w:br/>
        <w:t>v 1.445228 13.468823 1.512647</w:t>
        <w:br/>
        <w:t>v 1.445228 13.468823 1.512647</w:t>
        <w:br/>
        <w:t>v 1.453449 13.562326 1.492323</w:t>
        <w:br/>
        <w:t>v 1.451363 13.473989 1.531204</w:t>
        <w:br/>
        <w:t>v 1.451363 13.473989 1.531204</w:t>
        <w:br/>
        <w:t>v 1.459928 13.564092 1.511399</w:t>
        <w:br/>
        <w:t>v 1.459928 13.564092 1.511399</w:t>
        <w:br/>
        <w:t>v 1.470097 13.650945 1.504650</w:t>
        <w:br/>
        <w:t>v 1.440786 13.565561 1.517752</w:t>
        <w:br/>
        <w:t>v 1.470097 13.650945 1.504650</w:t>
        <w:br/>
        <w:t>v 1.434307 13.563792 1.498677</w:t>
        <w:br/>
        <w:t>v 1.440786 13.565561 1.517752</w:t>
        <w:br/>
        <w:t>v 1.434307 13.563792 1.498677</w:t>
        <w:br/>
        <w:t>v 1.451127 13.654175 1.510862</w:t>
        <w:br/>
        <w:t>v 1.451127 13.654175 1.510862</w:t>
        <w:br/>
        <w:t>v 1.463792 13.650880 1.485442</w:t>
        <w:br/>
        <w:t>v 1.463792 13.650880 1.485442</w:t>
        <w:br/>
        <w:t>v 1.485530 13.718411 1.502433</w:t>
        <w:br/>
        <w:t>v 1.444822 13.654106 1.491653</w:t>
        <w:br/>
        <w:t>v 1.444822 13.654106 1.491653</w:t>
        <w:br/>
        <w:t>v 1.466651 13.722151 1.508625</w:t>
        <w:br/>
        <w:t>v 1.466651 13.722151 1.508625</w:t>
        <w:br/>
        <w:t>v 1.485530 13.718411 1.502433</w:t>
        <w:br/>
        <w:t>v 1.498032 13.768191 1.506448</w:t>
        <w:br/>
        <w:t>v 1.460626 13.723610 1.489372</w:t>
        <w:br/>
        <w:t>v 1.460626 13.723610 1.489372</w:t>
        <w:br/>
        <w:t>v 1.480222 13.775344 1.513072</w:t>
        <w:br/>
        <w:t>v 1.480222 13.775344 1.513072</w:t>
        <w:br/>
        <w:t>v 1.512421 13.804748 1.530633</w:t>
        <w:br/>
        <w:t>v 1.520331 13.790653 1.518484</w:t>
        <w:br/>
        <w:t>v 1.548443 13.772480 1.537967</w:t>
        <w:br/>
        <w:t>v 1.475700 13.781756 1.494387</w:t>
        <w:br/>
        <w:t>v 1.512421 13.804748 1.530633</w:t>
        <w:br/>
        <w:t>v 1.479505 13.719871 1.483181</w:t>
        <w:br/>
        <w:t>v 1.479505 13.719871 1.483181</w:t>
        <w:br/>
        <w:t>v 1.498032 13.768191 1.506448</w:t>
        <w:br/>
        <w:t>v 1.493510 13.774610 1.487763</w:t>
        <w:br/>
        <w:t>v 1.493510 13.774610 1.487763</w:t>
        <w:br/>
        <w:t>v 1.475700 13.781756 1.494387</w:t>
        <w:br/>
        <w:t>v 1.520331 13.790653 1.518484</w:t>
        <w:br/>
        <w:t>v 1.519716 13.819253 1.518566</w:t>
        <w:br/>
        <w:t>v 1.519716 13.819253 1.518566</w:t>
        <w:br/>
        <w:t>v 1.547647 13.783472 1.554922</w:t>
        <w:br/>
        <w:t>v 1.547647 13.783472 1.554922</w:t>
        <w:br/>
        <w:t>v 1.580384 13.734694 1.580151</w:t>
        <w:br/>
        <w:t>v 1.579373 13.726192 1.561836</w:t>
        <w:br/>
        <w:t>v 1.563425 13.794413 1.548581</w:t>
        <w:br/>
        <w:t>v 1.580384 13.734694 1.580151</w:t>
        <w:br/>
        <w:t>v 1.527625 13.805161 1.506418</w:t>
        <w:br/>
        <w:t>v 1.527625 13.805161 1.506418</w:t>
        <w:br/>
        <w:t>v 1.548443 13.772480 1.537967</w:t>
        <w:br/>
        <w:t>v 1.564222 13.783423 1.531626</w:t>
        <w:br/>
        <w:t>v 1.564222 13.783423 1.531626</w:t>
        <w:br/>
        <w:t>v 1.563425 13.794413 1.548581</w:t>
        <w:br/>
        <w:t>v 1.579373 13.726192 1.561836</w:t>
        <w:br/>
        <w:t>v 1.598507 13.742409 1.575568</w:t>
        <w:br/>
        <w:t>v 1.598507 13.742409 1.575568</w:t>
        <w:br/>
        <w:t>v 1.597496 13.733906 1.557253</w:t>
        <w:br/>
        <w:t>v 1.597496 13.733906 1.557253</w:t>
        <w:br/>
        <w:t>v 1.602392 13.677550 1.580431</w:t>
        <w:br/>
        <w:t>v 1.604083 13.684586 1.599310</w:t>
        <w:br/>
        <w:t>v 1.604083 13.684586 1.599310</w:t>
        <w:br/>
        <w:t>v 1.602392 13.677550 1.580431</w:t>
        <w:br/>
        <w:t>v 1.623138 13.690332 1.595487</w:t>
        <w:br/>
        <w:t>v 1.623138 13.690332 1.595487</w:t>
        <w:br/>
        <w:t>v 1.621447 13.683290 1.576607</w:t>
        <w:br/>
        <w:t>v 1.621447 13.683290 1.576607</w:t>
        <w:br/>
        <w:t>v 1.618221 13.612910 1.599793</w:t>
        <w:br/>
        <w:t>v 1.620476 13.617546 1.619347</w:t>
        <w:br/>
        <w:t>v 1.620476 13.617546 1.619347</w:t>
        <w:br/>
        <w:t>v 1.618221 13.612910 1.599793</w:t>
        <w:br/>
        <w:t>v 1.640326 13.620070 1.616459</w:t>
        <w:br/>
        <w:t>v 1.640326 13.620070 1.616459</w:t>
        <w:br/>
        <w:t>v 1.638070 13.615438 1.596905</w:t>
        <w:br/>
        <w:t>v 1.638070 13.615438 1.596905</w:t>
        <w:br/>
        <w:t>v 1.626932 13.539404 1.608936</w:t>
        <w:br/>
        <w:t>v 1.629530 13.539881 1.629010</w:t>
        <w:br/>
        <w:t>v 1.629530 13.539881 1.629010</w:t>
        <w:br/>
        <w:t>v 1.626932 13.539404 1.608936</w:t>
        <w:br/>
        <w:t>v 1.626698 13.463939 1.626523</w:t>
        <w:br/>
        <w:t>v 1.624093 13.464577 1.606485</w:t>
        <w:br/>
        <w:t>v 1.646746 13.464154 1.623922</w:t>
        <w:br/>
        <w:t>v 1.626698 13.463939 1.626523</w:t>
        <w:br/>
        <w:t>v 1.649576 13.540251 1.626414</w:t>
        <w:br/>
        <w:t>v 1.649576 13.540251 1.626414</w:t>
        <w:br/>
        <w:t>v 1.646978 13.539776 1.606340</w:t>
        <w:br/>
        <w:t>v 1.646746 13.464154 1.623922</w:t>
        <w:br/>
        <w:t>v 1.646978 13.539776 1.606340</w:t>
        <w:br/>
        <w:t>v 1.644140 13.464792 1.603885</w:t>
        <w:br/>
        <w:t>v 1.644140 13.464792 1.603885</w:t>
        <w:br/>
        <w:t>v 1.624093 13.464577 1.606485</w:t>
        <w:br/>
        <w:t>v -0.296757 14.660122 -0.981569</w:t>
        <w:br/>
        <w:t>v -0.427975 14.776423 -0.917552</w:t>
        <w:br/>
        <w:t>v -0.414251 14.753330 -0.861033</w:t>
        <w:br/>
        <w:t>v -0.461257 14.876151 -0.868168</w:t>
        <w:br/>
        <w:t>v -0.423634 15.039313 -0.791662</w:t>
        <w:br/>
        <w:t>v -0.446832 14.851849 -0.808960</w:t>
        <w:br/>
        <w:t>v -0.414251 14.753330 -0.861033</w:t>
        <w:br/>
        <w:t>v -0.446832 14.851849 -0.808960</w:t>
        <w:br/>
        <w:t>v -0.896286 15.019759 -0.559885</w:t>
        <w:br/>
        <w:t>v -0.904977 15.032627 -0.580403</w:t>
        <w:br/>
        <w:t>v -0.868421 15.078081 -0.535180</w:t>
        <w:br/>
        <w:t>v -0.877112 15.090953 -0.555700</w:t>
        <w:br/>
        <w:t>v -0.739870 15.347170 -0.421204</w:t>
        <w:br/>
        <w:t>v -0.748560 15.360036 -0.441722</w:t>
        <w:br/>
        <w:t>v -0.712006 15.405491 -0.396499</w:t>
        <w:br/>
        <w:t>v -0.720697 15.418359 -0.417018</w:t>
        <w:br/>
        <w:t>v -0.877112 15.090953 -0.555700</w:t>
        <w:br/>
        <w:t>v -0.904977 15.032627 -0.580403</w:t>
        <w:br/>
        <w:t>v -0.836893 15.081573 -0.578919</w:t>
        <w:br/>
        <w:t>v -0.748560 15.360036 -0.441722</w:t>
        <w:br/>
        <w:t>v -0.708342 15.350657 -0.464943</w:t>
        <w:br/>
        <w:t>v -0.720697 15.418359 -0.417018</w:t>
        <w:br/>
        <w:t>v -0.864759 15.023249 -0.603625</w:t>
        <w:br/>
        <w:t>v -0.864759 15.023249 -0.603625</w:t>
        <w:br/>
        <w:t>v -0.904977 15.032627 -0.580403</w:t>
        <w:br/>
        <w:t>v -0.856067 15.010382 -0.583104</w:t>
        <w:br/>
        <w:t>v -0.896286 15.019759 -0.559885</w:t>
        <w:br/>
        <w:t>v -0.806269 15.026864 -0.626535</w:t>
        <w:br/>
        <w:t>v -0.806269 15.026864 -0.626535</w:t>
        <w:br/>
        <w:t>v -0.795769 15.084480 -0.594797</w:t>
        <w:br/>
        <w:t>v -0.797577 15.013991 -0.606014</w:t>
        <w:br/>
        <w:t>v -0.728400 15.077111 -0.628444</w:t>
        <w:br/>
        <w:t>v -0.728400 15.077111 -0.628444</w:t>
        <w:br/>
        <w:t>v -0.719710 15.064242 -0.607925</w:t>
        <w:br/>
        <w:t>v -0.748658 15.115604 -0.595497</w:t>
        <w:br/>
        <w:t>v -0.662313 15.128820 -0.592001</w:t>
        <w:br/>
        <w:t>v -0.671004 15.141690 -0.612521</w:t>
        <w:br/>
        <w:t>v -0.671004 15.141690 -0.612521</w:t>
        <w:br/>
        <w:t>v -0.704841 15.163446 -0.584259</w:t>
        <w:br/>
        <w:t>v -0.618700 15.220107 -0.553333</w:t>
        <w:br/>
        <w:t>v -0.673148 15.229781 -0.556159</w:t>
        <w:br/>
        <w:t>v -0.627392 15.232976 -0.573853</w:t>
        <w:br/>
        <w:t>v -0.627392 15.232976 -0.573853</w:t>
        <w:br/>
        <w:t>v -0.609071 15.295824 -0.509832</w:t>
        <w:br/>
        <w:t>v -0.667055 15.286419 -0.523145</w:t>
        <w:br/>
        <w:t>v -0.617763 15.308698 -0.530351</w:t>
        <w:br/>
        <w:t>v -0.617763 15.308698 -0.530351</w:t>
        <w:br/>
        <w:t>v -0.677962 15.331072 -0.490348</w:t>
        <w:br/>
        <w:t>v -0.636823 15.381546 -0.476299</w:t>
        <w:br/>
        <w:t>v -0.636823 15.381546 -0.476299</w:t>
        <w:br/>
        <w:t>v -0.628133 15.368680 -0.455781</w:t>
        <w:br/>
        <w:t>v -0.680478 15.408980 -0.440239</w:t>
        <w:br/>
        <w:t>v -0.680478 15.408980 -0.440239</w:t>
        <w:br/>
        <w:t>v -0.671785 15.396113 -0.419719</w:t>
        <w:br/>
        <w:t>v -0.720697 15.418359 -0.417018</w:t>
        <w:br/>
        <w:t>v -0.712006 15.405491 -0.396499</w:t>
        <w:br/>
        <w:t>v -0.792640 15.412169 1.747137</w:t>
        <w:br/>
        <w:t>v -0.752233 15.400167 1.766723</w:t>
        <w:br/>
        <w:t>v -0.802758 15.415054 1.770084</w:t>
        <w:br/>
        <w:t>v -0.762353 15.403055 1.789671</w:t>
        <w:br/>
        <w:t>v -0.706041 15.367599 1.791535</w:t>
        <w:br/>
        <w:t>v -0.716159 15.370487 1.814483</w:t>
        <w:br/>
        <w:t>v -0.677643 15.284438 1.814903</w:t>
        <w:br/>
        <w:t>v -0.802758 15.415054 1.770084</w:t>
        <w:br/>
        <w:t>v -0.762353 15.403055 1.789671</w:t>
        <w:br/>
        <w:t>v -0.781577 15.337951 1.789448</w:t>
        <w:br/>
        <w:t>v -0.716159 15.370487 1.814483</w:t>
        <w:br/>
        <w:t>v -0.687759 15.287327 1.837850</w:t>
        <w:br/>
        <w:t>v -0.676770 15.199008 1.826269</w:t>
        <w:br/>
        <w:t>v -0.749367 15.314730 1.806816</w:t>
        <w:br/>
        <w:t>v -0.687759 15.287327 1.837850</w:t>
        <w:br/>
        <w:t>v -0.732712 15.263782 1.820800</w:t>
        <w:br/>
        <w:t>v -0.686890 15.201896 1.849216</w:t>
        <w:br/>
        <w:t>v -0.686890 15.201896 1.849216</w:t>
        <w:br/>
        <w:t>v -0.730984 15.199841 1.829786</w:t>
        <w:br/>
        <w:t>v -0.752852 15.125793 1.829534</w:t>
        <w:br/>
        <w:t>v -0.716979 15.099996 1.848868</w:t>
        <w:br/>
        <w:t>v -0.716979 15.099996 1.848868</w:t>
        <w:br/>
        <w:t>v -0.706863 15.097109 1.825921</w:t>
        <w:br/>
        <w:t>v -0.789020 15.073112 1.820151</w:t>
        <w:br/>
        <w:t>v -0.764100 15.028819 1.836971</w:t>
        <w:br/>
        <w:t>v -0.764100 15.028819 1.836971</w:t>
        <w:br/>
        <w:t>v -0.753983 15.025930 1.814023</w:t>
        <w:br/>
        <w:t>v -0.830656 15.039472 1.805880</w:t>
        <w:br/>
        <w:t>v -0.822963 14.971686 1.790188</w:t>
        <w:br/>
        <w:t>v -0.833080 14.974573 1.813135</w:t>
        <w:br/>
        <w:t>v -0.833080 14.974573 1.813135</w:t>
        <w:br/>
        <w:t>v -0.870280 15.037583 1.788426</w:t>
        <w:br/>
        <w:t>v -0.889507 14.972480 1.788204</w:t>
        <w:br/>
        <w:t>v -0.889507 14.972480 1.788204</w:t>
        <w:br/>
        <w:t>v -0.879390 14.969590 1.765256</w:t>
        <w:br/>
        <w:t>v -0.929914 14.984480 1.768617</w:t>
        <w:br/>
        <w:t>v -0.929914 14.984480 1.768617</w:t>
        <w:br/>
        <w:t>v -0.919798 14.981587 1.745672</w:t>
        <w:br/>
        <w:t>v -0.910687 15.049582 1.768839</w:t>
        <w:br/>
        <w:t>v -0.821985 15.349952 1.769862</w:t>
        <w:br/>
        <w:t>v -0.802758 15.415054 1.770084</w:t>
        <w:br/>
        <w:t>v -0.821985 15.349952 1.769862</w:t>
        <w:br/>
        <w:t>v -0.792640 15.412169 1.747137</w:t>
        <w:br/>
        <w:t>v -0.811867 15.347062 1.746915</w:t>
        <w:br/>
        <w:t>v -0.910687 15.049582 1.768839</w:t>
        <w:br/>
        <w:t>v -0.900571 15.046694 1.745893</w:t>
        <w:br/>
        <w:t>v -0.929914 14.984480 1.768617</w:t>
        <w:br/>
        <w:t>v -0.919798 14.981587 1.745672</w:t>
        <w:br/>
        <w:t>v 1.480030 14.977166 -0.197394</w:t>
        <w:br/>
        <w:t>v 1.324991 14.964222 -0.063278</w:t>
        <w:br/>
        <w:t>v 1.328851 15.006446 -0.316266</w:t>
        <w:br/>
        <w:t>v 1.344381 14.894125 -0.073233</w:t>
        <w:br/>
        <w:t>v 1.324991 14.964222 -0.063278</w:t>
        <w:br/>
        <w:t>v 1.440627 14.894775 -0.156432</w:t>
        <w:br/>
        <w:t>v 1.480030 14.977166 -0.197394</w:t>
        <w:br/>
        <w:t>v 1.182610 15.002667 -0.188557</w:t>
        <w:br/>
        <w:t>v 1.169965 14.953062 -0.212495</w:t>
        <w:br/>
        <w:t>v 1.248654 14.930228 -0.277149</w:t>
        <w:br/>
        <w:t>v 1.182610 15.002667 -0.188557</w:t>
        <w:br/>
        <w:t>v 1.328851 15.006446 -0.316266</w:t>
        <w:br/>
        <w:t>v 1.271462 14.917154 1.574884</w:t>
        <w:br/>
        <w:t>v 1.326551 14.917298 1.559770</w:t>
        <w:br/>
        <w:t>v 1.312268 14.912919 1.640161</w:t>
        <w:br/>
        <w:t>v 1.350138 14.907822 1.635782</w:t>
        <w:br/>
        <w:t>v 1.395129 14.900365 1.615521</w:t>
        <w:br/>
        <w:t>v 1.366655 14.913242 1.533272</w:t>
        <w:br/>
        <w:t>v 1.350138 14.907822 1.635782</w:t>
        <w:br/>
        <w:t>v 1.297726 14.777488 1.658901</w:t>
        <w:br/>
        <w:t>v 1.312268 14.912919 1.640161</w:t>
        <w:br/>
        <w:t>v 1.434506 14.896178 1.562927</w:t>
        <w:br/>
        <w:t>v 1.395129 14.900365 1.615521</w:t>
        <w:br/>
        <w:t>v 1.338780 14.770849 1.649596</w:t>
        <w:br/>
        <w:t>v 1.434506 14.896178 1.562927</w:t>
        <w:br/>
        <w:t>v 1.380223 14.763378 1.628101</w:t>
        <w:br/>
        <w:t>v 1.443213 14.923857 1.527553</w:t>
        <w:br/>
        <w:t>v 1.383940 14.940869 1.498625</w:t>
        <w:br/>
        <w:t>v 1.434415 14.756217 1.544162</w:t>
        <w:br/>
        <w:t>v 1.443213 14.923857 1.527553</w:t>
        <w:br/>
        <w:t>v 1.380223 14.763378 1.628101</w:t>
        <w:br/>
        <w:t>v 1.385265 14.755344 1.641461</w:t>
        <w:br/>
        <w:t>v 1.434415 14.756217 1.544162</w:t>
        <w:br/>
        <w:t>v 1.446150 14.745170 1.561732</w:t>
        <w:br/>
        <w:t>v 1.564645 14.746573 1.298010</w:t>
        <w:br/>
        <w:t>v 1.365876 14.604089 1.650700</w:t>
        <w:br/>
        <w:t>v 1.385265 14.755344 1.641461</w:t>
        <w:br/>
        <w:t>v 1.446150 14.745170 1.561732</w:t>
        <w:br/>
        <w:t>v 1.433635 14.586579 1.574871</w:t>
        <w:br/>
        <w:t>v 1.344368 14.763958 1.684541</w:t>
        <w:br/>
        <w:t>v 1.297726 14.777488 1.658901</w:t>
        <w:br/>
        <w:t>v 1.332815 14.614822 1.704178</w:t>
        <w:br/>
        <w:t>v 1.344368 14.763958 1.684541</w:t>
        <w:br/>
        <w:t>v 1.346642 14.585489 1.634287</w:t>
        <w:br/>
        <w:t>v 1.424928 14.572844 1.562109</w:t>
        <w:br/>
        <w:t>v 1.332815 14.614822 1.704178</w:t>
        <w:br/>
        <w:t>v 1.319260 14.593963 1.666061</w:t>
        <w:br/>
        <w:t>v 1.277089 14.626195 1.725439</w:t>
        <w:br/>
        <w:t>v 1.284094 14.601424 1.690091</w:t>
        <w:br/>
        <w:t>v 1.277089 14.626195 1.725439</w:t>
        <w:br/>
        <w:t>v 1.284094 14.601424 1.690091</w:t>
        <w:br/>
        <w:t>v 1.265809 14.458118 1.700786</w:t>
        <w:br/>
        <w:t>v 1.289708 14.770846 1.695158</w:t>
        <w:br/>
        <w:t>v 1.289708 14.770846 1.695158</w:t>
        <w:br/>
        <w:t>v 1.236439 14.621683 1.663865</w:t>
        <w:br/>
        <w:t>v 1.277089 14.626195 1.725439</w:t>
        <w:br/>
        <w:t>v 1.289708 14.770846 1.695158</w:t>
        <w:br/>
        <w:t>v 1.252553 14.766899 1.653430</w:t>
        <w:br/>
        <w:t>v 1.252553 14.766899 1.653430</w:t>
        <w:br/>
        <w:t>v 1.255256 14.769914 1.597262</w:t>
        <w:br/>
        <w:t>v 1.255256 14.769914 1.597262</w:t>
        <w:br/>
        <w:t>v 1.297726 14.777488 1.658901</w:t>
        <w:br/>
        <w:t>v 1.312268 14.912919 1.640161</w:t>
        <w:br/>
        <w:t>v 1.271462 14.917154 1.574884</w:t>
        <w:br/>
        <w:t>v 1.237829 14.601747 1.634781</w:t>
        <w:br/>
        <w:t>v 1.237829 14.601747 1.634781</w:t>
        <w:br/>
        <w:t>v 1.284094 14.601424 1.690091</w:t>
        <w:br/>
        <w:t>v 1.265809 14.458118 1.700786</w:t>
        <w:br/>
        <w:t>v 1.228147 14.442289 1.662384</w:t>
        <w:br/>
        <w:t>v 1.300936 14.452338 1.680928</w:t>
        <w:br/>
        <w:t>v 1.266160 14.431205 1.655639</w:t>
        <w:br/>
        <w:t>v 1.265809 14.458118 1.700786</w:t>
        <w:br/>
        <w:t>v 1.300936 14.452338 1.680928</w:t>
        <w:br/>
        <w:t>v 1.228147 14.442289 1.662384</w:t>
        <w:br/>
        <w:t>v 1.328448 14.443928 1.649310</w:t>
        <w:br/>
        <w:t>v 1.328448 14.443928 1.649310</w:t>
        <w:br/>
        <w:t>v 1.324524 14.407619 1.586853</w:t>
        <w:br/>
        <w:t>v 1.397989 14.434142 1.591660</w:t>
        <w:br/>
        <w:t>v 1.407995 14.414647 1.578028</w:t>
        <w:br/>
        <w:t>v 1.344199 14.369837 1.563084</w:t>
        <w:br/>
        <w:t>v 1.612067 14.335856 1.227599</w:t>
        <w:br/>
        <w:t>v 1.581189 14.552925 1.324755</w:t>
        <w:br/>
        <w:t>v 1.668871 14.372541 1.252525</w:t>
        <w:br/>
        <w:t>v 1.668871 14.372541 1.252525</w:t>
        <w:br/>
        <w:t>v 1.744090 14.321118 0.940394</w:t>
        <w:br/>
        <w:t>v 1.833539 14.350101 0.911582</w:t>
        <w:br/>
        <w:t>v 1.832968 14.310461 0.572901</w:t>
        <w:br/>
        <w:t>v 1.638539 14.544723 1.237645</w:t>
        <w:br/>
        <w:t>v 1.833539 14.350101 0.911582</w:t>
        <w:br/>
        <w:t>v 1.581189 14.552925 1.324755</w:t>
        <w:br/>
        <w:t>v 1.613652 14.568896 1.341883</w:t>
        <w:br/>
        <w:t>v 1.638539 14.544723 1.237645</w:t>
        <w:br/>
        <w:t>v 1.911462 14.338661 0.576449</w:t>
        <w:br/>
        <w:t>v 1.819569 14.311191 0.205525</w:t>
        <w:br/>
        <w:t>v 1.672757 14.562201 1.251043</w:t>
        <w:br/>
        <w:t>v 1.672757 14.562201 1.251043</w:t>
        <w:br/>
        <w:t>v 1.613652 14.568896 1.341883</w:t>
        <w:br/>
        <w:t>v 1.600202 14.740634 1.315346</w:t>
        <w:br/>
        <w:t>v 1.791486 14.525956 0.900744</w:t>
        <w:br/>
        <w:t>v 1.791486 14.525956 0.900744</w:t>
        <w:br/>
        <w:t>v 1.858517 14.505284 0.584766</w:t>
        <w:br/>
        <w:t>v 1.911462 14.338661 0.576449</w:t>
        <w:br/>
        <w:t>v 1.825027 14.546386 0.909971</w:t>
        <w:br/>
        <w:t>v 1.858517 14.505284 0.584766</w:t>
        <w:br/>
        <w:t>v 1.642204 14.739164 1.236008</w:t>
        <w:br/>
        <w:t>v 1.825027 14.546386 0.909971</w:t>
        <w:br/>
        <w:t>v 1.605296 14.743561 1.221179</w:t>
        <w:br/>
        <w:t>v 1.642204 14.739164 1.236008</w:t>
        <w:br/>
        <w:t>v 1.600202 14.740634 1.315346</w:t>
        <w:br/>
        <w:t>v 1.564645 14.746573 1.298010</w:t>
        <w:br/>
        <w:t>v 1.780699 14.730848 0.897989</w:t>
        <w:br/>
        <w:t>v 1.605296 14.743561 1.221179</w:t>
        <w:br/>
        <w:t>v 1.561877 14.916270 1.217200</w:t>
        <w:br/>
        <w:t>v 1.561877 14.916270 1.217200</w:t>
        <w:br/>
        <w:t>v 1.475066 14.909848 1.166467</w:t>
        <w:br/>
        <w:t>v 1.584074 14.900106 0.883381</w:t>
        <w:br/>
        <w:t>v 1.742271 14.731783 0.888073</w:t>
        <w:br/>
        <w:t>v 1.742271 14.731783 0.888073</w:t>
        <w:br/>
        <w:t>v 1.780699 14.730848 0.897989</w:t>
        <w:br/>
        <w:t>v 1.700217 14.907641 0.877235</w:t>
        <w:br/>
        <w:t>v 1.700217 14.907641 0.877235</w:t>
        <w:br/>
        <w:t>v 1.631625 14.903260 0.609640</w:t>
        <w:br/>
        <w:t>v 1.743051 14.899140 0.603948</w:t>
        <w:br/>
        <w:t>v 1.743051 14.899140 0.603948</w:t>
        <w:br/>
        <w:t>v 1.579785 14.884303 0.315131</w:t>
        <w:br/>
        <w:t>v 1.796203 14.734267 0.595682</w:t>
        <w:br/>
        <w:t>v 1.796203 14.734267 0.595682</w:t>
        <w:br/>
        <w:t>v 1.711224 14.884120 0.283772</w:t>
        <w:br/>
        <w:t>v 1.711224 14.884120 0.283772</w:t>
        <w:br/>
        <w:t>v 1.562410 14.878193 0.012318</w:t>
        <w:br/>
        <w:t>v 1.457807 14.889835 0.065912</w:t>
        <w:br/>
        <w:t>v 1.772122 14.761480 0.256858</w:t>
        <w:br/>
        <w:t>v 1.836515 14.735867 0.593733</w:t>
        <w:br/>
        <w:t>v 1.772122 14.761480 0.256858</w:t>
        <w:br/>
        <w:t>v 1.836515 14.735867 0.593733</w:t>
        <w:br/>
        <w:t>v 1.440627 14.894775 -0.156432</w:t>
        <w:br/>
        <w:t>v 1.344381 14.894125 -0.073233</w:t>
        <w:br/>
        <w:t>v 1.613587 14.764261 -0.023641</w:t>
        <w:br/>
        <w:t>v 1.457756 14.784325 -0.214315</w:t>
        <w:br/>
        <w:t>v 1.457756 14.784325 -0.214315</w:t>
        <w:br/>
        <w:t>v 1.491207 14.787475 -0.240722</w:t>
        <w:br/>
        <w:t>v 1.613587 14.764261 -0.023641</w:t>
        <w:br/>
        <w:t>v 1.650183 14.768133 -0.041679</w:t>
        <w:br/>
        <w:t>v 1.811434 14.765169 0.247397</w:t>
        <w:br/>
        <w:t>v 1.885146 14.526515 0.584168</w:t>
        <w:br/>
        <w:t>v 1.811434 14.765169 0.247397</w:t>
        <w:br/>
        <w:t>v 1.885146 14.526515 0.584168</w:t>
        <w:br/>
        <w:t>v 1.862234 14.490493 0.208501</w:t>
        <w:br/>
        <w:t>v 1.862234 14.490493 0.208501</w:t>
        <w:br/>
        <w:t>v 1.650183 14.768133 -0.041679</w:t>
        <w:br/>
        <w:t>v 1.491207 14.787475 -0.240722</w:t>
        <w:br/>
        <w:t>v 1.708794 14.491025 -0.096028</w:t>
        <w:br/>
        <w:t>v 1.513832 14.500122 -0.341296</w:t>
        <w:br/>
        <w:t>v 1.844937 14.466632 0.210541</w:t>
        <w:br/>
        <w:t>v 1.682386 14.467410 -0.084890</w:t>
        <w:br/>
        <w:t>v 1.513832 14.500122 -0.341296</w:t>
        <w:br/>
        <w:t>v 1.487918 14.477470 -0.322478</w:t>
        <w:br/>
        <w:t>v 1.906003 14.341313 0.183328</w:t>
        <w:br/>
        <w:t>v 1.682386 14.467410 -0.084890</w:t>
        <w:br/>
        <w:t>v 1.906003 14.341313 0.183328</w:t>
        <w:br/>
        <w:t>v 1.738489 14.338923 -0.124618</w:t>
        <w:br/>
        <w:t>v 1.487918 14.477470 -0.322478</w:t>
        <w:br/>
        <w:t>v 1.738489 14.338923 -0.124618</w:t>
        <w:br/>
        <w:t>v 1.517185 14.341443 -0.382830</w:t>
        <w:br/>
        <w:t>v 1.659891 14.306977 -0.080693</w:t>
        <w:br/>
        <w:t>v 1.517185 14.341443 -0.382830</w:t>
        <w:br/>
        <w:t>v 1.465358 14.309630 -0.335058</w:t>
        <w:br/>
        <w:t>v -0.310390 15.386258 1.945469</w:t>
        <w:br/>
        <w:t>v -0.320383 15.402297 1.827156</w:t>
        <w:br/>
        <w:t>v 0.001780 15.324998 1.843856</w:t>
        <w:br/>
        <w:t>v 0.001858 15.305518 1.954436</w:t>
        <w:br/>
        <w:t>v -0.350118 15.224113 1.927054</w:t>
        <w:br/>
        <w:t>v -0.310390 15.386258 1.945469</w:t>
        <w:br/>
        <w:t>v 0.001858 15.305518 1.954436</w:t>
        <w:br/>
        <w:t>v 0.318304 15.221501 1.959946</w:t>
        <w:br/>
        <w:t>v 0.322216 15.234157 1.843336</w:t>
        <w:br/>
        <w:t>v -0.000897 15.204814 1.952448</w:t>
        <w:br/>
        <w:t>v 0.318304 15.221501 1.959946</w:t>
        <w:br/>
        <w:t>v 0.494565 15.178003 1.961259</w:t>
        <w:br/>
        <w:t>v 0.496319 15.191012 1.844454</w:t>
        <w:br/>
        <w:t>v 0.587575 15.077936 1.858788</w:t>
        <w:br/>
        <w:t>v 0.317394 15.187545 1.960181</w:t>
        <w:br/>
        <w:t>v 0.494565 15.178003 1.961259</w:t>
        <w:br/>
        <w:t>v 0.059442 15.084343 1.955164</w:t>
        <w:br/>
        <w:t>v 0.312976 15.022185 1.961311</w:t>
        <w:br/>
        <w:t>v 0.441516 14.989995 1.966275</w:t>
        <w:br/>
        <w:t>v -0.003951 15.093585 1.950252</w:t>
        <w:br/>
        <w:t>v 0.529043 14.968083 1.969667</w:t>
        <w:br/>
        <w:t>v 0.593670 15.064109 1.973878</w:t>
        <w:br/>
        <w:t>v 0.593670 15.064109 1.973878</w:t>
        <w:br/>
        <w:t>v 0.649747 15.046800 1.935852</w:t>
        <w:br/>
        <w:t>v 0.623522 15.064198 1.836214</w:t>
        <w:br/>
        <w:t>v 0.665264 15.022667 1.851445</w:t>
        <w:br/>
        <w:t>v 0.626407 15.042758 1.765543</w:t>
        <w:br/>
        <w:t>v 0.649747 15.046800 1.935852</w:t>
        <w:br/>
        <w:t>v 0.632177 14.957181 1.939127</w:t>
        <w:br/>
        <w:t>v 0.665264 15.022667 1.851445</w:t>
        <w:br/>
        <w:t>v 0.599544 14.790850 1.945209</w:t>
        <w:br/>
        <w:t>v 0.489107 14.797853 1.970733</w:t>
        <w:br/>
        <w:t>v 0.650670 14.950436 1.857215</w:t>
        <w:br/>
        <w:t>v 0.599544 14.790850 1.945209</w:t>
        <w:br/>
        <w:t>v 0.608563 14.944833 1.771833</w:t>
        <w:br/>
        <w:t>v 0.626407 15.042758 1.765543</w:t>
        <w:br/>
        <w:t>v 0.616348 14.780543 1.870783</w:t>
        <w:br/>
        <w:t>v 0.576932 14.771253 1.782997</w:t>
        <w:br/>
        <w:t>v 0.553773 14.644205 1.791158</w:t>
        <w:br/>
        <w:t>v 0.571539 14.648000 1.950434</w:t>
        <w:br/>
        <w:t>v 0.571539 14.648000 1.950434</w:t>
        <w:br/>
        <w:t>v 0.457592 14.663528 1.971578</w:t>
        <w:br/>
        <w:t>v 0.589408 14.647130 1.881440</w:t>
        <w:br/>
        <w:t>v 0.532279 14.526242 1.798748</w:t>
        <w:br/>
        <w:t>v 0.566379 14.533158 1.890536</w:t>
        <w:br/>
        <w:t>v 0.550628 14.541398 1.954332</w:t>
        <w:br/>
        <w:t>v 0.486677 14.552094 1.979375</w:t>
        <w:br/>
        <w:t>v 0.486677 14.552094 1.979375</w:t>
        <w:br/>
        <w:t>v 0.550628 14.541398 1.954332</w:t>
        <w:br/>
        <w:t>v 0.476761 14.539536 1.863843</w:t>
        <w:br/>
        <w:t>v 0.358006 14.519017 1.966756</w:t>
        <w:br/>
        <w:t>v 0.358006 14.519017 1.966756</w:t>
        <w:br/>
        <w:t>v 0.383439 14.676602 1.965483</w:t>
        <w:br/>
        <w:t>v 0.521583 14.532167 1.851303</w:t>
        <w:br/>
        <w:t>v 0.355641 14.505436 1.849950</w:t>
        <w:br/>
        <w:t>v 0.566379 14.533158 1.890536</w:t>
        <w:br/>
        <w:t>v 0.532279 14.526242 1.798748</w:t>
        <w:br/>
        <w:t>v 0.299863 14.534586 1.965613</w:t>
        <w:br/>
        <w:t>v 0.299863 14.534586 1.965613</w:t>
        <w:br/>
        <w:t>v 0.306465 14.518668 1.849028</w:t>
        <w:br/>
        <w:t>v 0.304191 14.695330 1.964118</w:t>
        <w:br/>
        <w:t>v 0.000650 14.600357 1.840399</w:t>
        <w:br/>
        <w:t>v -0.009110 14.617070 1.955735</w:t>
        <w:br/>
        <w:t>v -0.009110 14.617070 1.955735</w:t>
        <w:br/>
        <w:t>v 0.044107 14.765764 1.959661</w:t>
        <w:br/>
        <w:t>v -0.030488 14.784674 1.948718</w:t>
        <w:br/>
        <w:t>v -0.065290 14.793496 1.943624</w:t>
        <w:br/>
        <w:t>v -0.308713 14.698604 1.901388</w:t>
        <w:br/>
        <w:t>v -0.308713 14.698604 1.901388</w:t>
        <w:br/>
        <w:t>v -0.304009 14.677513 1.775225</w:t>
        <w:br/>
        <w:t>v -0.468197 14.742218 1.872329</w:t>
        <w:br/>
        <w:t>v -0.482635 14.723100 1.736732</w:t>
        <w:br/>
        <w:t>v -0.324815 14.846133 1.911057</w:t>
        <w:br/>
        <w:t>v -0.468197 14.742218 1.872329</w:t>
        <w:br/>
        <w:t>v -0.369000 15.147076 1.918308</w:t>
        <w:br/>
        <w:t>v -0.437007 14.869512 1.886781</w:t>
        <w:br/>
        <w:t>v -0.345985 15.281621 1.856163</w:t>
        <w:br/>
        <w:t>v -0.310390 15.386258 1.945469</w:t>
        <w:br/>
        <w:t>v -0.350118 15.224113 1.927054</w:t>
        <w:br/>
        <w:t>v -0.346791 15.319228 1.810067</w:t>
        <w:br/>
        <w:t>v -0.320383 15.402297 1.827156</w:t>
        <w:br/>
        <w:t>v -0.357720 15.226218 1.849223</w:t>
        <w:br/>
        <w:t>v -0.376174 15.132533 1.867547</w:t>
        <w:br/>
        <w:t>v -0.373757 15.150469 1.839749</w:t>
        <w:br/>
        <w:t>v -0.369000 15.147076 1.918308</w:t>
        <w:br/>
        <w:t>v -0.421971 14.936880 1.857319</w:t>
        <w:br/>
        <w:t>v -0.437007 14.869512 1.886781</w:t>
        <w:br/>
        <w:t>v -0.428274 14.925756 1.813615</w:t>
        <w:br/>
        <w:t>v -0.460802 14.800074 1.796954</w:t>
        <w:br/>
        <w:t>v -0.468197 14.742218 1.872329</w:t>
        <w:br/>
        <w:t>v -0.482635 14.723100 1.736732</w:t>
        <w:br/>
        <w:t>v -0.470627 14.776581 1.737486</w:t>
        <w:br/>
        <w:t>v -1.703624 14.061022 1.049498</w:t>
        <w:br/>
        <w:t>v -1.677890 14.022658 1.123256</w:t>
        <w:br/>
        <w:t>v -1.771966 14.054083 1.166610</w:t>
        <w:br/>
        <w:t>v -1.824728 14.118476 1.104893</w:t>
        <w:br/>
        <w:t>v -1.771966 14.054083 1.166610</w:t>
        <w:br/>
        <w:t>v -1.885028 14.018578 1.111638</w:t>
        <w:br/>
        <w:t>v -1.824728 14.118476 1.104893</w:t>
        <w:br/>
        <w:t>v -1.883470 14.122495 0.918394</w:t>
        <w:br/>
        <w:t>v -1.748076 14.086153 0.883952</w:t>
        <w:br/>
        <w:t>v -1.824215 14.102573 0.631168</w:t>
        <w:br/>
        <w:t>v -1.986681 14.026621 0.948672</w:t>
        <w:br/>
        <w:t>v -1.950462 14.127871 0.653448</w:t>
        <w:br/>
        <w:t>v -1.843419 14.100259 0.289872</w:t>
        <w:br/>
        <w:t>v -1.962808 14.128054 0.275520</w:t>
        <w:br/>
        <w:t>v -1.799840 14.100579 0.032129</w:t>
        <w:br/>
        <w:t>v -2.061770 14.025152 0.656918</w:t>
        <w:br/>
        <w:t>v -1.912837 14.122751 0.005521</w:t>
        <w:br/>
        <w:t>v -1.728430 14.073107 -0.159382</w:t>
        <w:br/>
        <w:t>v -2.075143 14.033562 0.274480</w:t>
        <w:br/>
        <w:t>v -1.796514 14.061243 -0.304505</w:t>
        <w:br/>
        <w:t>v -1.684700 14.025232 -0.250404</w:t>
        <w:br/>
        <w:t>v -1.849264 14.120944 -0.234692</w:t>
        <w:br/>
        <w:t>v -1.909564 14.029740 -0.246284</w:t>
        <w:br/>
        <w:t>v -1.796514 14.061243 -0.304505</w:t>
        <w:br/>
        <w:t>v -1.849264 14.120944 -0.234692</w:t>
        <w:br/>
        <w:t>v -2.015960 14.030107 -0.012517</w:t>
        <w:br/>
        <w:t>v -2.114730 13.635696 0.640462</w:t>
        <w:br/>
        <w:t>v -2.122360 13.632380 0.247351</w:t>
        <w:br/>
        <w:t>v -2.055454 13.628995 -0.045549</w:t>
        <w:br/>
        <w:t>v -2.037609 13.635653 0.950852</w:t>
        <w:br/>
        <w:t>v -1.928897 13.628405 1.122343</w:t>
        <w:br/>
        <w:t>v -2.133595 13.494341 0.638049</w:t>
        <w:br/>
        <w:t>v -2.056172 13.492219 0.950957</w:t>
        <w:br/>
        <w:t>v -1.943034 13.484426 1.125265</w:t>
        <w:br/>
        <w:t>v -2.134076 13.494332 0.550794</w:t>
        <w:br/>
        <w:t>v -2.047828 13.472831 0.938216</w:t>
        <w:br/>
        <w:t>v -1.918174 13.466709 1.136330</w:t>
        <w:br/>
        <w:t>v -1.812237 13.618451 1.185748</w:t>
        <w:br/>
        <w:t>v -1.771966 14.054083 1.166610</w:t>
        <w:br/>
        <w:t>v -1.771966 14.054083 1.166610</w:t>
        <w:br/>
        <w:t>v -1.677890 14.022658 1.123256</w:t>
        <w:br/>
        <w:t>v -1.730463 13.616121 1.162399</w:t>
        <w:br/>
        <w:t>v -1.823152 13.474654 1.190524</w:t>
        <w:br/>
        <w:t>v -1.745739 13.359038 1.171833</w:t>
        <w:br/>
        <w:t>v -1.830855 13.366408 1.195702</w:t>
        <w:br/>
        <w:t>v -1.925010 13.362698 1.142018</w:t>
        <w:br/>
        <w:t>v -1.847649 13.122887 1.210138</w:t>
        <w:br/>
        <w:t>v -1.759309 13.108833 1.186036</w:t>
        <w:br/>
        <w:t>v -2.050861 13.370670 0.938357</w:t>
        <w:br/>
        <w:t>v -1.940410 13.119557 1.158253</w:t>
        <w:br/>
        <w:t>v -2.123890 13.472584 0.637509</w:t>
        <w:br/>
        <w:t>v -2.057170 13.109365 0.943701</w:t>
        <w:br/>
        <w:t>v -2.124370 13.472569 0.553736</w:t>
        <w:br/>
        <w:t>v -2.127159 13.363724 0.636545</w:t>
        <w:br/>
        <w:t>v -2.134439 13.104089 0.637631</w:t>
        <w:br/>
        <w:t>v -1.948867 12.966555 1.169657</w:t>
        <w:br/>
        <w:t>v -1.862069 12.865267 1.230536</w:t>
        <w:br/>
        <w:t>v -1.767940 12.854637 1.201217</w:t>
        <w:br/>
        <w:t>v -1.875404 12.563182 1.260958</w:t>
        <w:br/>
        <w:t>v -1.778944 12.552610 1.219570</w:t>
        <w:br/>
        <w:t>v -1.787153 12.147203 1.247777</w:t>
        <w:br/>
        <w:t>v -1.891511 12.167175 1.320106</w:t>
        <w:br/>
        <w:t>v -2.004238 12.559472 1.192859</w:t>
        <w:br/>
        <w:t>v -2.024631 12.170318 1.220459</w:t>
        <w:br/>
        <w:t>v -1.993308 12.758770 1.179935</w:t>
        <w:br/>
        <w:t>v -2.050819 12.552553 1.136701</w:t>
        <w:br/>
        <w:t>v -1.985484 12.949664 1.160441</w:t>
        <w:br/>
        <w:t>v -2.019043 12.755617 1.134660</w:t>
        <w:br/>
        <w:t>v -1.948867 12.966555 1.169657</w:t>
        <w:br/>
        <w:t>v -1.985484 12.949664 1.160441</w:t>
        <w:br/>
        <w:t>v -2.059911 12.951017 0.950637</w:t>
        <w:br/>
        <w:t>v -2.059911 12.951017 0.950637</w:t>
        <w:br/>
        <w:t>v -2.093598 12.934590 0.961405</w:t>
        <w:br/>
        <w:t>v -2.093598 12.934590 0.961405</w:t>
        <w:br/>
        <w:t>v -2.137201 12.935599 0.642533</w:t>
        <w:br/>
        <w:t>v -2.137201 12.935599 0.642533</w:t>
        <w:br/>
        <w:t>v -2.174685 12.919010 0.644938</w:t>
        <w:br/>
        <w:t>v -2.140112 12.925862 0.269451</w:t>
        <w:br/>
        <w:t>v -2.140112 12.925862 0.269451</w:t>
        <w:br/>
        <w:t>v -2.108884 12.743922 0.971081</w:t>
        <w:br/>
        <w:t>v -2.174685 12.919010 0.644938</w:t>
        <w:br/>
        <w:t>v -2.004275 12.736971 1.092968</w:t>
        <w:br/>
        <w:t>v -2.108884 12.743922 0.971081</w:t>
        <w:br/>
        <w:t>v -2.019043 12.755617 1.134660</w:t>
        <w:br/>
        <w:t>v -2.177584 12.909151 0.267208</w:t>
        <w:br/>
        <w:t>v -2.004275 12.736971 1.092968</w:t>
        <w:br/>
        <w:t>v -2.019043 12.755617 1.134660</w:t>
        <w:br/>
        <w:t>v -2.095956 12.537834 1.003399</w:t>
        <w:br/>
        <w:t>v -2.063527 12.114100 1.141905</w:t>
        <w:br/>
        <w:t>v -2.075294 12.721932 0.962136</w:t>
        <w:br/>
        <w:t>v -2.094639 12.090219 1.046963</w:t>
        <w:br/>
        <w:t>v -2.004275 12.736971 1.092968</w:t>
        <w:br/>
        <w:t>v -2.083131 12.547798 0.974734</w:t>
        <w:br/>
        <w:t>v -2.075294 12.721932 0.962136</w:t>
        <w:br/>
        <w:t>v -2.150714 12.702428 0.655504</w:t>
        <w:br/>
        <w:t>v -2.150714 12.702428 0.655504</w:t>
        <w:br/>
        <w:t>v -2.079028 12.077328 1.020656</w:t>
        <w:br/>
        <w:t>v -1.936603 11.974901 1.164198</w:t>
        <w:br/>
        <w:t>v -1.891511 12.167175 1.320106</w:t>
        <w:br/>
        <w:t>v -1.994761 11.950696 1.020332</w:t>
        <w:br/>
        <w:t>v -1.936603 11.974901 1.164198</w:t>
        <w:br/>
        <w:t>v -1.863992 11.969673 1.125039</w:t>
        <w:br/>
        <w:t>v -1.787153 12.147203 1.247777</w:t>
        <w:br/>
        <w:t>v -1.920175 11.955075 0.971903</w:t>
        <w:br/>
        <w:t>v -2.080374 11.925787 0.695594</w:t>
        <w:br/>
        <w:t>v -1.978067 11.926042 0.687547</w:t>
        <w:br/>
        <w:t>v -2.180757 12.057392 0.701453</w:t>
        <w:br/>
        <w:t>v -2.078524 11.902322 0.319461</w:t>
        <w:br/>
        <w:t>v -1.969158 11.897208 0.320070</w:t>
        <w:br/>
        <w:t>v -2.163545 12.537270 0.667126</w:t>
        <w:br/>
        <w:t>v -2.180806 12.034150 0.301610</w:t>
        <w:br/>
        <w:t>v -2.165834 12.519538 0.285388</w:t>
        <w:br/>
        <w:t>v -1.973399 11.887180 0.011037</w:t>
        <w:br/>
        <w:t>v -1.888329 11.884381 0.027533</w:t>
        <w:br/>
        <w:t>v -1.865082 11.880693 -0.056602</w:t>
        <w:br/>
        <w:t>v -2.079720 12.020228 -0.016783</w:t>
        <w:br/>
        <w:t>v -1.937900 11.882726 -0.103944</w:t>
        <w:br/>
        <w:t>v -1.799010 12.059093 -0.245317</w:t>
        <w:br/>
        <w:t>v -1.891872 12.056224 -0.292309</w:t>
        <w:br/>
        <w:t>v -2.025324 12.086153 -0.225942</w:t>
        <w:br/>
        <w:t>v -2.095162 12.026723 -0.044203</w:t>
        <w:br/>
        <w:t>v -2.064143 12.039387 -0.142172</w:t>
        <w:br/>
        <w:t>v -2.096584 12.487873 -0.066737</w:t>
        <w:br/>
        <w:t>v -2.083732 12.500477 -0.039152</w:t>
        <w:br/>
        <w:t>v -2.052939 12.467134 -0.198535</w:t>
        <w:br/>
        <w:t>v -2.004731 12.689760 -0.183393</w:t>
        <w:br/>
        <w:t>v -2.075656 12.684438 -0.051668</w:t>
        <w:br/>
        <w:t>v -2.153854 12.688103 0.280201</w:t>
        <w:br/>
        <w:t>v -2.075656 12.684438 -0.051668</w:t>
        <w:br/>
        <w:t>v -2.004731 12.689760 -0.183393</w:t>
        <w:br/>
        <w:t>v -2.109253 12.705711 -0.062143</w:t>
        <w:br/>
        <w:t>v -2.153854 12.688103 0.280201</w:t>
        <w:br/>
        <w:t>v -2.019530 12.705280 -0.226309</w:t>
        <w:br/>
        <w:t>v -2.019530 12.705280 -0.226309</w:t>
        <w:br/>
        <w:t>v -2.190263 12.724288 0.655288</w:t>
        <w:br/>
        <w:t>v -2.190263 12.724288 0.655288</w:t>
        <w:br/>
        <w:t>v -2.193433 12.710001 0.278057</w:t>
        <w:br/>
        <w:t>v -2.193433 12.710001 0.278057</w:t>
        <w:br/>
        <w:t>v -2.177584 12.909151 0.267208</w:t>
        <w:br/>
        <w:t>v -2.109253 12.705711 -0.062143</w:t>
        <w:br/>
        <w:t>v -2.093898 12.908425 -0.071630</w:t>
        <w:br/>
        <w:t>v -2.093898 12.908425 -0.071630</w:t>
        <w:br/>
        <w:t>v -1.985900 12.913398 -0.271363</w:t>
        <w:br/>
        <w:t>v -2.060205 12.925370 -0.061765</w:t>
        <w:br/>
        <w:t>v -1.985900 12.913398 -0.271363</w:t>
        <w:br/>
        <w:t>v -1.993827 12.705086 -0.271754</w:t>
        <w:br/>
        <w:t>v -2.006981 12.458897 -0.255919</w:t>
        <w:br/>
        <w:t>v -1.879429 12.445327 -0.314486</w:t>
        <w:br/>
        <w:t>v -1.891872 12.056224 -0.292309</w:t>
        <w:br/>
        <w:t>v -1.799010 12.059093 -0.245317</w:t>
        <w:br/>
        <w:t>v -1.773256 12.480539 -0.279729</w:t>
        <w:br/>
        <w:t>v -1.864230 12.789514 -0.329953</w:t>
        <w:br/>
        <w:t>v -1.759144 12.794906 -0.291730</w:t>
        <w:br/>
        <w:t>v -1.746202 13.070790 -0.300491</w:t>
        <w:br/>
        <w:t>v -1.949289 12.929798 -0.281495</w:t>
        <w:br/>
        <w:t>v -1.949289 12.929798 -0.281495</w:t>
        <w:br/>
        <w:t>v -1.849256 13.084685 -0.338858</w:t>
        <w:br/>
        <w:t>v -1.738117 13.326957 -0.304541</w:t>
        <w:br/>
        <w:t>v -1.941014 13.087172 -0.281327</w:t>
        <w:br/>
        <w:t>v -2.060205 12.925370 -0.061765</w:t>
        <w:br/>
        <w:t>v -1.835235 13.338534 -0.341550</w:t>
        <w:br/>
        <w:t>v -1.724184 13.581963 -0.303840</w:t>
        <w:br/>
        <w:t>v -1.925765 13.342987 -0.287303</w:t>
        <w:br/>
        <w:t>v -2.058268 13.089999 -0.061459</w:t>
        <w:br/>
        <w:t>v -1.821086 13.611480 -0.331877</w:t>
        <w:br/>
        <w:t>v -1.684700 14.025232 -0.250404</w:t>
        <w:br/>
        <w:t>v -1.796514 14.061243 -0.304505</w:t>
        <w:br/>
        <w:t>v -1.796514 14.061243 -0.304505</w:t>
        <w:br/>
        <w:t>v -1.918898 13.467027 -0.287797</w:t>
        <w:br/>
        <w:t>v -2.056592 13.351402 -0.056605</w:t>
        <w:br/>
        <w:t>v -2.137106 13.092319 0.259185</w:t>
        <w:br/>
        <w:t>v -2.129659 13.360394 0.242621</w:t>
        <w:br/>
        <w:t>v -2.129839 13.206888 0.556104</w:t>
        <w:br/>
        <w:t>v -2.131447 13.199879 0.312797</w:t>
        <w:br/>
        <w:t>v -2.128106 13.277319 0.554855</w:t>
        <w:br/>
        <w:t>v -2.165527 13.234591 0.550784</w:t>
        <w:br/>
        <w:t>v -2.128106 13.277319 0.554855</w:t>
        <w:br/>
        <w:t>v -2.129839 13.206888 0.556104</w:t>
        <w:br/>
        <w:t>v -2.165527 13.234591 0.550784</w:t>
        <w:br/>
        <w:t>v -2.126887 13.360791 0.553808</w:t>
        <w:br/>
        <w:t>v -2.167452 13.270730 0.550082</w:t>
        <w:br/>
        <w:t>v -2.126887 13.360791 0.553808</w:t>
        <w:br/>
        <w:t>v -2.155606 13.362187 0.549659</w:t>
        <w:br/>
        <w:t>v -2.124370 13.472569 0.553736</w:t>
        <w:br/>
        <w:t>v -2.134076 13.494332 0.550794</w:t>
        <w:br/>
        <w:t>v -2.165572 13.231463 0.314054</w:t>
        <w:br/>
        <w:t>v -2.167452 13.270730 0.550082</w:t>
        <w:br/>
        <w:t>v -2.167498 13.267616 0.313612</w:t>
        <w:br/>
        <w:t>v -2.155606 13.362187 0.549659</w:t>
        <w:br/>
        <w:t>v -2.165572 13.231463 0.314054</w:t>
        <w:br/>
        <w:t>v -2.131447 13.199879 0.312797</w:t>
        <w:br/>
        <w:t>v -2.129516 13.274076 0.313335</w:t>
        <w:br/>
        <w:t>v -2.167498 13.267616 0.313612</w:t>
        <w:br/>
        <w:t>v -2.129516 13.274076 0.313335</w:t>
        <w:br/>
        <w:t>v -2.155827 13.361788 0.312974</w:t>
        <w:br/>
        <w:t>v -2.155827 13.361788 0.312974</w:t>
        <w:br/>
        <w:t>v -2.128238 13.360303 0.313267</w:t>
        <w:br/>
        <w:t>v -2.128238 13.360303 0.313267</w:t>
        <w:br/>
        <w:t>v -2.135392 13.493385 0.313425</w:t>
        <w:br/>
        <w:t>v -2.125783 13.471634 0.314532</w:t>
        <w:br/>
        <w:t>v -2.135392 13.493385 0.313425</w:t>
        <w:br/>
        <w:t>v -2.125783 13.471634 0.314532</w:t>
        <w:br/>
        <w:t>v -2.135779 13.493310 0.241476</w:t>
        <w:br/>
        <w:t>v -2.126196 13.471545 0.242518</w:t>
        <w:br/>
        <w:t>v -2.055136 13.471876 -0.052366</w:t>
        <w:br/>
        <w:t>v -2.066172 13.491560 -0.053173</w:t>
        <w:br/>
        <w:t>v -1.943783 13.484666 -0.276658</w:t>
        <w:br/>
        <w:t>v -1.937422 13.621266 -0.267719</w:t>
        <w:br/>
        <w:t>v -0.187448 14.071268 1.932082</w:t>
        <w:br/>
        <w:t>v 0.187448 14.071268 1.932082</w:t>
        <w:br/>
        <w:t>v -0.211867 14.097627 1.932082</w:t>
        <w:br/>
        <w:t>v -0.187448 14.097627 1.945729</w:t>
        <w:br/>
        <w:t>v 0.187448 14.097627 1.945729</w:t>
        <w:br/>
        <w:t>v -0.187448 14.312597 1.945729</w:t>
        <w:br/>
        <w:t>v 0.211867 14.097627 1.932082</w:t>
        <w:br/>
        <w:t>v 0.258831 14.075822 1.920986</w:t>
        <w:br/>
        <w:t>v 0.187448 14.312597 1.945729</w:t>
        <w:br/>
        <w:t>v 0.211867 14.312597 1.932082</w:t>
        <w:br/>
        <w:t>v 0.187448 14.338959 1.932082</w:t>
        <w:br/>
        <w:t>v 0.258831 14.334403 1.920986</w:t>
        <w:br/>
        <w:t>v -0.187448 14.338959 1.932082</w:t>
        <w:br/>
        <w:t>v -0.211867 14.312597 1.932082</w:t>
        <w:br/>
        <w:t>v -0.258831 14.075822 1.920986</w:t>
        <w:br/>
        <w:t>v -0.258831 14.334403 1.920987</w:t>
        <w:br/>
        <w:t>v -0.272748 14.340623 1.887385</w:t>
        <w:br/>
        <w:t>v -0.218955 14.398689 1.887384</w:t>
        <w:br/>
        <w:t>v -0.213191 14.383671 1.853783</w:t>
        <w:br/>
        <w:t>v -0.258831 14.334403 1.853783</w:t>
        <w:br/>
        <w:t>v -0.258831 14.075822 1.853783</w:t>
        <w:br/>
        <w:t>v -0.272748 14.069600 1.887385</w:t>
        <w:br/>
        <w:t>v -0.213191 14.026557 1.853783</w:t>
        <w:br/>
        <w:t>v -0.218955 14.011534 1.887384</w:t>
        <w:br/>
        <w:t>v 0.272748 14.340623 1.887385</w:t>
        <w:br/>
        <w:t>v 0.272748 14.069600 1.887385</w:t>
        <w:br/>
        <w:t>v 0.218955 14.011534 1.887385</w:t>
        <w:br/>
        <w:t>v 0.213191 14.026557 1.853783</w:t>
        <w:br/>
        <w:t>v 0.258831 14.075822 1.853783</w:t>
        <w:br/>
        <w:t>v 0.258831 14.334403 1.853783</w:t>
        <w:br/>
        <w:t>v 0.213191 14.383671 1.853783</w:t>
        <w:br/>
        <w:t>v 0.218955 14.398689 1.887384</w:t>
        <w:br/>
        <w:t>v -0.699650 15.337790 -0.444424</w:t>
        <w:br/>
        <w:t>v -0.708342 15.350657 -0.464943</w:t>
        <w:br/>
        <w:t>v -0.836893 15.081573 -0.578919</w:t>
        <w:br/>
        <w:t>v -0.828202 15.068706 -0.558401</w:t>
        <w:br/>
        <w:t>v 0.108407 15.159635 -0.634751</w:t>
        <w:br/>
        <w:t>v 0.019969 14.800811 -0.779610</w:t>
        <w:br/>
        <w:t>v 0.114023 15.170201 -0.664424</w:t>
        <w:br/>
        <w:t>v 0.025585 14.811377 -0.809282</w:t>
        <w:br/>
        <w:t>v -0.860164 15.034695 1.765479</w:t>
        <w:br/>
        <w:t>v -0.870280 15.037583 1.788426</w:t>
        <w:br/>
        <w:t>v -0.771460 15.335065 1.766501</w:t>
        <w:br/>
        <w:t>v -0.781577 15.337951 1.789448</w:t>
        <w:br/>
        <w:t>v 0.048102 15.124937 1.951590</w:t>
        <w:br/>
        <w:t>v 0.045914 15.125662 1.982835</w:t>
        <w:br/>
        <w:t>v -0.041216 14.746855 1.985162</w:t>
        <w:br/>
        <w:t>v -0.039029 14.746133 1.953918</w:t>
        <w:br/>
        <w:t>v 1.324887 14.297713 -0.519532</w:t>
        <w:br/>
        <w:t>v 1.364407 14.363260 -0.531475</w:t>
        <w:br/>
        <w:t>v 1.278051 14.335269 -0.478219</w:t>
        <w:br/>
        <w:t>v 1.417313 14.347524 -0.568578</w:t>
        <w:br/>
        <w:t>v 1.324887 14.297713 -0.519532</w:t>
        <w:br/>
        <w:t>v 1.469646 14.269965 -0.352199</w:t>
        <w:br/>
        <w:t>v 1.417313 14.347524 -0.568578</w:t>
        <w:br/>
        <w:t>v 1.559304 14.332214 -0.436671</w:t>
        <w:br/>
        <w:t>v 1.517185 14.341443 -0.382830</w:t>
        <w:br/>
        <w:t>v 1.469646 14.269965 -0.352199</w:t>
        <w:br/>
        <w:t>v 1.465358 14.309630 -0.335058</w:t>
        <w:br/>
        <w:t>v 1.559304 14.332214 -0.436671</w:t>
        <w:br/>
        <w:t>v 1.513832 14.500122 -0.341296</w:t>
        <w:br/>
        <w:t>v 1.517185 14.341443 -0.382830</w:t>
        <w:br/>
        <w:t>v 1.487918 14.477470 -0.322478</w:t>
        <w:br/>
        <w:t>v 1.491207 14.787475 -0.240722</w:t>
        <w:br/>
        <w:t>v 1.457756 14.784325 -0.214315</w:t>
        <w:br/>
        <w:t>v 1.440627 14.894775 -0.156432</w:t>
        <w:br/>
        <w:t>v 1.772321 14.260038 -0.445666</w:t>
        <w:br/>
        <w:t>v 1.692101 14.239822 -0.471021</w:t>
        <w:br/>
        <w:t>v 1.742443 14.249490 -0.573323</w:t>
        <w:br/>
        <w:t>v 1.826714 14.263857 -0.662116</w:t>
        <w:br/>
        <w:t>v 1.852014 14.271351 -0.420967</w:t>
        <w:br/>
        <w:t>v 1.934088 14.281008 -0.720158</w:t>
        <w:br/>
        <w:t>v 1.952434 14.285606 -0.389846</w:t>
        <w:br/>
        <w:t>v 2.054054 14.299271 -0.741766</w:t>
        <w:br/>
        <w:t>v 2.063749 14.301409 -0.355348</w:t>
        <w:br/>
        <w:t>v 2.174869 14.316851 -0.724828</w:t>
        <w:br/>
        <w:t>v 2.283321 14.331625 -0.671025</w:t>
        <w:br/>
        <w:t>v 2.175064 14.317214 -0.320849</w:t>
        <w:br/>
        <w:t>v 2.331889 14.338410 -0.622511</w:t>
        <w:br/>
        <w:t>v 2.234243 14.325620 -0.302509</w:t>
        <w:br/>
        <w:t>v 2.234243 14.325620 -0.302509</w:t>
        <w:br/>
        <w:t>v 2.331889 14.338410 -0.622511</w:t>
        <w:br/>
        <w:t>v 2.234445 14.349325 -0.301121</w:t>
        <w:br/>
        <w:t>v 2.324569 14.369653 -0.634225</w:t>
        <w:br/>
        <w:t>v 2.324569 14.369653 -0.634225</w:t>
        <w:br/>
        <w:t>v 2.331012 14.378437 -0.567584</w:t>
        <w:br/>
        <w:t>v 2.234445 14.349325 -0.301121</w:t>
        <w:br/>
        <w:t>v 2.250150 14.360695 -0.295743</w:t>
        <w:br/>
        <w:t>v 2.250150 14.360695 -0.295743</w:t>
        <w:br/>
        <w:t>v 2.331012 14.378437 -0.567584</w:t>
        <w:br/>
        <w:t>v 2.222917 14.405969 -0.301434</w:t>
        <w:br/>
        <w:t>v 2.302102 14.423349 -0.567651</w:t>
        <w:br/>
        <w:t>v 2.165462 14.398128 -0.319223</w:t>
        <w:br/>
        <w:t>v 2.222917 14.405969 -0.301434</w:t>
        <w:br/>
        <w:t>v 2.302102 14.423349 -0.567651</w:t>
        <w:br/>
        <w:t>v 2.247977 14.416242 -0.596635</w:t>
        <w:br/>
        <w:t>v 1.995272 14.375231 -0.371897</w:t>
        <w:br/>
        <w:t>v 2.077639 14.393309 -0.648812</w:t>
        <w:br/>
        <w:t>v 1.836417 14.351968 -0.421168</w:t>
        <w:br/>
        <w:t>v 1.918649 14.370020 -0.697638</w:t>
        <w:br/>
        <w:t>v 1.807675 14.317072 -0.431799</w:t>
        <w:br/>
        <w:t>v 1.890777 14.335292 -0.711152</w:t>
        <w:br/>
        <w:t>v 1.839988 14.327995 -0.719809</w:t>
        <w:br/>
        <w:t>v 1.758841 14.310143 -0.446934</w:t>
        <w:br/>
        <w:t>v 1.763985 13.462926 -0.627085</w:t>
        <w:br/>
        <w:t>v 1.782927 13.539913 -0.618514</w:t>
        <w:br/>
        <w:t>v 1.743442 13.610546 -0.628325</w:t>
        <w:br/>
        <w:t>v 1.669161 13.630049 -0.650810</w:t>
        <w:br/>
        <w:t>v 1.697989 13.422792 -0.649040</w:t>
        <w:br/>
        <w:t>v 1.623601 13.443027 -0.671517</w:t>
        <w:br/>
        <w:t>v 1.603104 13.590334 -0.672760</w:t>
        <w:br/>
        <w:t>v 1.584394 13.511771 -0.681349</w:t>
        <w:br/>
        <w:t>v 1.701548 14.654637 -1.096127</w:t>
        <w:br/>
        <w:t>v 1.760671 14.647195 -1.131437</w:t>
        <w:br/>
        <w:t>v 1.825565 14.638801 -1.108727</w:t>
        <w:br/>
        <w:t>v 1.860509 14.634100 -1.049677</w:t>
        <w:br/>
        <w:t>v 1.678886 14.657301 -1.031745</w:t>
        <w:br/>
        <w:t>v 1.414991 14.297316 -1.011973</w:t>
        <w:br/>
        <w:t>v 1.328903 14.299709 -1.003611</w:t>
        <w:br/>
        <w:t>v 1.336877 14.300157 -1.117759</w:t>
        <w:br/>
        <w:t>v 1.381346 14.295765 -1.232630</w:t>
        <w:br/>
        <w:t>v 1.498085 14.286496 -1.020180</w:t>
        <w:br/>
        <w:t>v 1.458813 14.286794 -1.328079</w:t>
        <w:br/>
        <w:t>v 1.602790 14.272866 -1.030522</w:t>
        <w:br/>
        <w:t>v 1.561696 14.274115 -1.394763</w:t>
        <w:br/>
        <w:t>v 1.718856 14.257757 -1.041986</w:t>
        <w:br/>
        <w:t>v 1.679923 14.258972 -1.426153</w:t>
        <w:br/>
        <w:t>v 1.800578 14.242822 -1.418650</w:t>
        <w:br/>
        <w:t>v 1.834922 14.242650 -1.053450</w:t>
        <w:br/>
        <w:t>v 1.864007 14.234745 -1.392765</w:t>
        <w:br/>
        <w:t>v 1.896627 14.234619 -1.059545</w:t>
        <w:br/>
        <w:t>v 1.896627 14.234619 -1.059545</w:t>
        <w:br/>
        <w:t>v 1.864007 14.234745 -1.392765</w:t>
        <w:br/>
        <w:t>v 1.903395 14.257380 -1.059836</w:t>
        <w:br/>
        <w:t>v 1.861006 14.267272 -1.402762</w:t>
        <w:br/>
        <w:t>v 1.861006 14.267272 -1.402762</w:t>
        <w:br/>
        <w:t>v 1.894494 14.271331 -1.344267</w:t>
        <w:br/>
        <w:t>v 1.903395 14.257380 -1.059836</w:t>
        <w:br/>
        <w:t>v 1.922302 14.264045 -1.061558</w:t>
        <w:br/>
        <w:t>v 1.894494 14.271331 -1.344267</w:t>
        <w:br/>
        <w:t>v 1.880281 14.322176 -1.336174</w:t>
        <w:br/>
        <w:t>v 1.922302 14.264045 -1.061558</w:t>
        <w:br/>
        <w:t>v 1.907516 14.315038 -1.059314</w:t>
        <w:br/>
        <w:t>v 1.847696 14.323143 -1.053401</w:t>
        <w:br/>
        <w:t>v 1.907516 14.315038 -1.059314</w:t>
        <w:br/>
        <w:t>v 1.880281 14.322176 -1.336174</w:t>
        <w:br/>
        <w:t>v 1.819317 14.330584 -1.341903</w:t>
        <w:br/>
        <w:t>v 1.642264 14.354882 -1.323873</w:t>
        <w:br/>
        <w:t>v 1.670593 14.347456 -1.035888</w:t>
        <w:br/>
        <w:t>v 1.476478 14.375751 -1.307042</w:t>
        <w:br/>
        <w:t>v 1.504762 14.368335 -1.019520</w:t>
        <w:br/>
        <w:t>v 1.466259 14.342578 -1.016208</w:t>
        <w:br/>
        <w:t>v 1.437685 14.350047 -1.306731</w:t>
        <w:br/>
        <w:t>v 1.387420 14.356566 -1.294958</w:t>
        <w:br/>
        <w:t>v 1.415342 14.349209 -1.011179</w:t>
        <w:br/>
        <w:t>v 1.134425 13.537933 -1.125976</w:t>
        <w:br/>
        <w:t>v 1.174195 13.606933 -1.130117</w:t>
        <w:br/>
        <w:t>v 1.153434 13.685741 -1.128618</w:t>
        <w:br/>
        <w:t>v 1.083867 13.724792 -1.122368</w:t>
        <w:br/>
        <w:t>v 1.057178 13.517280 -1.118625</w:t>
        <w:br/>
        <w:t>v 0.987704 13.557059 -1.112373</w:t>
        <w:br/>
        <w:t>v 1.006673 13.704550 -1.115016</w:t>
        <w:br/>
        <w:t>v 0.966701 13.633978 -1.110880</w:t>
        <w:br/>
        <w:t>v 1.837538 14.636825 -0.984910</w:t>
        <w:br/>
        <w:t>v 1.713452 14.652674 -0.973014</w:t>
        <w:br/>
        <w:t>v 1.778221 14.644303 -0.949936</w:t>
        <w:br/>
        <w:t>v 1.612695 14.208631 -0.536075</w:t>
        <w:br/>
        <w:t>v 1.537008 14.006469 -0.575906</w:t>
        <w:br/>
        <w:t>v 1.519363 14.243140 -0.570078</w:t>
        <w:br/>
        <w:t>v 1.630340 13.971962 -0.541903</w:t>
        <w:br/>
        <w:t>v 1.597194 14.181770 -0.437492</w:t>
        <w:br/>
        <w:t>v 1.630340 13.971962 -0.541903</w:t>
        <w:br/>
        <w:t>v 1.612695 14.208631 -0.536075</w:t>
        <w:br/>
        <w:t>v 1.635659 13.967318 -0.458502</w:t>
        <w:br/>
        <w:t>v 1.582778 13.962664 -0.405414</w:t>
        <w:br/>
        <w:t>v 1.547911 14.201677 -0.411893</w:t>
        <w:br/>
        <w:t>v 1.582778 13.962664 -0.405414</w:t>
        <w:br/>
        <w:t>v 1.547911 14.201677 -0.411893</w:t>
        <w:br/>
        <w:t>v 1.470547 14.128561 -0.511570</w:t>
        <w:br/>
        <w:t>v 1.517839 14.358272 -0.504597</w:t>
        <w:br/>
        <w:t>v 1.388796 14.252796 -0.631338</w:t>
        <w:br/>
        <w:t>v 1.440617 14.469357 -0.555480</w:t>
        <w:br/>
        <w:t>v 1.284654 14.408776 -0.707347</w:t>
        <w:br/>
        <w:t>v 1.324129 14.630501 -0.605955</w:t>
        <w:br/>
        <w:t>v 1.143258 14.539909 -0.704401</w:t>
        <w:br/>
        <w:t>v 1.162722 14.791655 -0.597108</w:t>
        <w:br/>
        <w:t>v 1.063887 14.581029 -0.691535</w:t>
        <w:br/>
        <w:t>v 1.061872 14.831634 -0.579048</w:t>
        <w:br/>
        <w:t>v 1.654941 13.088028 -0.673202</w:t>
        <w:br/>
        <w:t>v 1.540996 13.124423 -0.598687</w:t>
        <w:br/>
        <w:t>v 1.672889 13.045917 -0.621111</w:t>
        <w:br/>
        <w:t>v 1.523049 13.166533 -0.650777</w:t>
        <w:br/>
        <w:t>v 1.671542 13.162679 -0.688762</w:t>
        <w:br/>
        <w:t>v 1.539650 13.241186 -0.666338</w:t>
        <w:br/>
        <w:t>v 1.689454 13.299863 -0.648440</w:t>
        <w:br/>
        <w:t>v 1.557562 13.390008 -0.626015</w:t>
        <w:br/>
        <w:t>v 1.578786 13.409563 -0.577554</w:t>
        <w:br/>
        <w:t>v 1.710678 13.331055 -0.599979</w:t>
        <w:br/>
        <w:t>v 1.578786 13.409563 -0.577554</w:t>
        <w:br/>
        <w:t>v 1.710678 13.331055 -0.599979</w:t>
        <w:br/>
        <w:t>v 1.567496 13.387587 -0.567030</w:t>
        <w:br/>
        <w:t>v 1.699387 13.309078 -0.589455</w:t>
        <w:br/>
        <w:t>v 1.338273 14.498510 -0.463221</w:t>
        <w:br/>
        <w:t>v 1.364407 14.363260 -0.531475</w:t>
        <w:br/>
        <w:t>v 1.371776 14.528712 -0.503274</w:t>
        <w:br/>
        <w:t>v 1.371776 14.528712 -0.503274</w:t>
        <w:br/>
        <w:t>v 1.333803 14.816673 -0.381453</w:t>
        <w:br/>
        <w:t>v 1.248654 14.930228 -0.277149</w:t>
        <w:br/>
        <w:t>v 1.276244 14.800294 -0.341582</w:t>
        <w:br/>
        <w:t>v 2.094588 14.701164 -0.323675</w:t>
        <w:br/>
        <w:t>v 1.920516 14.676008 -0.377647</w:t>
        <w:br/>
        <w:t>v 2.084788 14.700490 -0.391744</w:t>
        <w:br/>
        <w:t>v 1.965793 14.683290 -0.428270</w:t>
        <w:br/>
        <w:t>v 2.033630 14.693443 -0.437904</w:t>
        <w:br/>
        <w:t>v 2.420875 14.028008 -0.262797</w:t>
        <w:br/>
        <w:t>v 2.433416 14.031948 -0.360853</w:t>
        <w:br/>
        <w:t>v 2.438562 13.906282 -0.264264</w:t>
        <w:br/>
        <w:t>v 2.442419 13.910006 -0.414169</w:t>
        <w:br/>
        <w:t>v 2.415282 14.031372 -0.462014</w:t>
        <w:br/>
        <w:t>v 2.385192 13.904463 -0.555393</w:t>
        <w:br/>
        <w:t>v 2.367123 14.026118 -0.552657</w:t>
        <w:br/>
        <w:t>v 2.353043 14.002286 -0.569912</w:t>
        <w:br/>
        <w:t>v 2.353147 14.024374 -0.568408</w:t>
        <w:br/>
        <w:t>v 2.296864 13.995090 -0.624394</w:t>
        <w:br/>
        <w:t>v 2.265930 13.888721 -0.649085</w:t>
        <w:br/>
        <w:t>v 2.205277 13.982434 -0.669278</w:t>
        <w:br/>
        <w:t>v 2.119395 13.867732 -0.685651</w:t>
        <w:br/>
        <w:t>v 2.104536 13.967774 -0.683402</w:t>
        <w:br/>
        <w:t>v 2.069029 13.962369 -0.677006</w:t>
        <w:br/>
        <w:t>v 1.974597 13.845358 -0.643433</w:t>
        <w:br/>
        <w:t>v 2.061677 13.983393 -0.677790</w:t>
        <w:br/>
        <w:t>v 2.001294 13.974161 -0.664896</w:t>
        <w:br/>
        <w:t>v 1.911761 13.959856 -0.616499</w:t>
        <w:br/>
        <w:t>v 1.859561 13.826225 -0.545196</w:t>
        <w:br/>
        <w:t>v 1.841492 13.947877 -0.542461</w:t>
        <w:br/>
        <w:t>v 1.799021 13.939720 -0.455519</w:t>
        <w:br/>
        <w:t>v 1.816708 13.817993 -0.456987</w:t>
        <w:br/>
        <w:t>v 1.510779 14.473345 -0.575588</w:t>
        <w:br/>
        <w:t>v 1.781306 14.511518 -0.494331</w:t>
        <w:br/>
        <w:t>v 1.493647 14.469652 -0.518094</w:t>
        <w:br/>
        <w:t>v 1.763223 14.506901 -0.434605</w:t>
        <w:br/>
        <w:t>v 1.764126 14.454745 -0.503861</w:t>
        <w:br/>
        <w:t>v 1.781306 14.511518 -0.494331</w:t>
        <w:br/>
        <w:t>v 1.510779 14.473345 -0.575588</w:t>
        <w:br/>
        <w:t>v 1.518201 14.423492 -0.576770</w:t>
        <w:br/>
        <w:t>v 1.510779 14.473345 -0.575588</w:t>
        <w:br/>
        <w:t>v 1.493647 14.469652 -0.518094</w:t>
        <w:br/>
        <w:t>v 1.518201 14.423492 -0.576770</w:t>
        <w:br/>
        <w:t>v 1.540272 14.389336 -0.572539</w:t>
        <w:br/>
        <w:t>v 1.540272 14.389336 -0.572539</w:t>
        <w:br/>
        <w:t>v 1.522819 14.385586 -0.513986</w:t>
        <w:br/>
        <w:t>v 1.557754 14.376937 -0.503921</w:t>
        <w:br/>
        <w:t>v 1.575284 14.380704 -0.562733</w:t>
        <w:br/>
        <w:t>v 1.575284 14.380704 -0.562733</w:t>
        <w:br/>
        <w:t>v 1.750075 14.405340 -0.510468</w:t>
        <w:br/>
        <w:t>v 1.750075 14.405340 -0.510468</w:t>
        <w:br/>
        <w:t>v 1.732020 14.401448 -0.449926</w:t>
        <w:br/>
        <w:t>v 1.745191 13.533596 -0.494490</w:t>
        <w:br/>
        <w:t>v 1.782927 13.539913 -0.618514</w:t>
        <w:br/>
        <w:t>v 1.726649 13.456683 -0.504392</w:t>
        <w:br/>
        <w:t>v 1.763985 13.462926 -0.627085</w:t>
        <w:br/>
        <w:t>v 1.660722 13.416549 -0.526545</w:t>
        <w:br/>
        <w:t>v 1.697989 13.422792 -0.649040</w:t>
        <w:br/>
        <w:t>v 1.623601 13.443027 -0.671517</w:t>
        <w:br/>
        <w:t>v 1.586010 13.436739 -0.547977</w:t>
        <w:br/>
        <w:t>v 1.546296 13.505392 -0.556129</w:t>
        <w:br/>
        <w:t>v 1.584394 13.511771 -0.681349</w:t>
        <w:br/>
        <w:t>v 1.603104 13.590334 -0.672760</w:t>
        <w:br/>
        <w:t>v 1.564685 13.583336 -0.546217</w:t>
        <w:br/>
        <w:t>v 1.669161 13.630049 -0.650810</w:t>
        <w:br/>
        <w:t>v 1.630681 13.623038 -0.524067</w:t>
        <w:br/>
        <w:t>v 1.705278 13.603596 -0.502628</w:t>
        <w:br/>
        <w:t>v 1.743442 13.610546 -0.628325</w:t>
        <w:br/>
        <w:t>v 1.782927 13.539913 -0.618514</w:t>
        <w:br/>
        <w:t>v 1.745191 13.533596 -0.494490</w:t>
        <w:br/>
        <w:t>v 1.930084 14.676676 -0.310019</w:t>
        <w:br/>
        <w:t>v 2.048876 14.693840 -0.272817</w:t>
        <w:br/>
        <w:t>v 1.980985 14.683691 -0.263569</w:t>
        <w:br/>
        <w:t>v 1.816708 13.817993 -0.456987</w:t>
        <w:br/>
        <w:t>v 1.799021 13.939720 -0.455519</w:t>
        <w:br/>
        <w:t>v 1.786180 13.937634 -0.359291</w:t>
        <w:br/>
        <w:t>v 1.803483 13.815835 -0.359491</w:t>
        <w:br/>
        <w:t>v 1.803506 13.939805 -0.258010</w:t>
        <w:br/>
        <w:t>v 1.844539 13.821264 -0.212744</w:t>
        <w:br/>
        <w:t>v 1.850966 13.946317 -0.167080</w:t>
        <w:br/>
        <w:t>v 1.901093 13.931264 -0.120880</w:t>
        <w:br/>
        <w:t>v 1.893884 13.952312 -0.122139</w:t>
        <w:br/>
        <w:t>v 1.941216 13.834728 -0.095602</w:t>
        <w:br/>
        <w:t>v 1.926986 13.934889 -0.095438</w:t>
        <w:br/>
        <w:t>v 2.018280 13.947795 -0.050030</w:t>
        <w:br/>
        <w:t>v 2.082862 13.854813 -0.042848</w:t>
        <w:br/>
        <w:t>v 2.118984 13.962142 -0.035337</w:t>
        <w:br/>
        <w:t>v 2.233470 13.876364 -0.052960</w:t>
        <w:br/>
        <w:t>v 2.195646 13.973134 -0.048687</w:t>
        <w:br/>
        <w:t>v 2.195881 13.995244 -0.047616</w:t>
        <w:br/>
        <w:t>v 2.216167 13.998159 -0.052760</w:t>
        <w:br/>
        <w:t>v 2.306163 14.011162 -0.100663</w:t>
        <w:br/>
        <w:t>v 2.358929 13.894542 -0.137691</w:t>
        <w:br/>
        <w:t>v 2.377088 14.021512 -0.174319</w:t>
        <w:br/>
        <w:t>v 2.438562 13.906282 -0.264264</w:t>
        <w:br/>
        <w:t>v 2.420875 14.028008 -0.262797</w:t>
        <w:br/>
        <w:t>v 1.675314 14.297491 -0.174486</w:t>
        <w:br/>
        <w:t>v 1.807675 14.317072 -0.431799</w:t>
        <w:br/>
        <w:t>v 1.758841 14.310143 -0.446934</w:t>
        <w:br/>
        <w:t>v 1.722191 14.304064 -0.152874</w:t>
        <w:br/>
        <w:t>v 1.836417 14.351968 -0.421168</w:t>
        <w:br/>
        <w:t>v 1.751805 14.339119 -0.145125</w:t>
        <w:br/>
        <w:t>v 1.995272 14.375231 -0.371897</w:t>
        <w:br/>
        <w:t>v 1.910525 14.362354 -0.095409</w:t>
        <w:br/>
        <w:t>v 2.165462 14.398128 -0.319223</w:t>
        <w:br/>
        <w:t>v 2.080563 14.385234 -0.042239</w:t>
        <w:br/>
        <w:t>v 2.141445 14.393591 -0.035629</w:t>
        <w:br/>
        <w:t>v 2.222917 14.405969 -0.301434</w:t>
        <w:br/>
        <w:t>v 2.222917 14.405969 -0.301434</w:t>
        <w:br/>
        <w:t>v 2.141445 14.393591 -0.035629</w:t>
        <w:br/>
        <w:t>v 2.250150 14.360695 -0.295743</w:t>
        <w:br/>
        <w:t>v 2.166960 14.348052 -0.024320</w:t>
        <w:br/>
        <w:t>v 2.250150 14.360695 -0.295743</w:t>
        <w:br/>
        <w:t>v 2.166960 14.348052 -0.024320</w:t>
        <w:br/>
        <w:t>v 2.234445 14.349325 -0.301121</w:t>
        <w:br/>
        <w:t>v 2.125083 14.332701 0.026379</w:t>
        <w:br/>
        <w:t>v 2.138612 14.302608 0.017531</w:t>
        <w:br/>
        <w:t>v 2.234445 14.349325 -0.301121</w:t>
        <w:br/>
        <w:t>v 2.125083 14.332701 0.026379</w:t>
        <w:br/>
        <w:t>v 2.234243 14.325620 -0.302509</w:t>
        <w:br/>
        <w:t>v 2.234243 14.325620 -0.302509</w:t>
        <w:br/>
        <w:t>v 2.138612 14.302608 0.017531</w:t>
        <w:br/>
        <w:t>v 2.175064 14.317214 -0.320849</w:t>
        <w:br/>
        <w:t>v 2.071574 14.292406 0.030185</w:t>
        <w:br/>
        <w:t>v 2.063749 14.301409 -0.355348</w:t>
        <w:br/>
        <w:t>v 1.951959 14.275562 0.013348</w:t>
        <w:br/>
        <w:t>v 1.842473 14.260078 -0.041107</w:t>
        <w:br/>
        <w:t>v 1.952434 14.285606 -0.389846</w:t>
        <w:br/>
        <w:t>v 1.754990 14.247835 -0.127067</w:t>
        <w:br/>
        <w:t>v 1.852014 14.271351 -0.420967</w:t>
        <w:br/>
        <w:t>v 1.698073 14.240027 -0.236117</w:t>
        <w:br/>
        <w:t>v 1.772321 14.260038 -0.445666</w:t>
        <w:br/>
        <w:t>v 1.677294 14.237420 -0.357581</w:t>
        <w:br/>
        <w:t>v 1.692101 14.239822 -0.471021</w:t>
        <w:br/>
        <w:t>v 1.508739 13.497761 -0.430816</w:t>
        <w:br/>
        <w:t>v 1.526647 13.576170 -0.419568</w:t>
        <w:br/>
        <w:t>v 1.548960 13.429202 -0.424343</w:t>
        <w:br/>
        <w:t>v 1.592583 13.615865 -0.397218</w:t>
        <w:br/>
        <w:t>v 1.623981 13.409085 -0.403959</w:t>
        <w:br/>
        <w:t>v 1.667496 13.596479 -0.376825</w:t>
        <w:br/>
        <w:t>v 1.689856 13.449195 -0.381604</w:t>
        <w:br/>
        <w:t>v 1.707996 13.526036 -0.370374</w:t>
        <w:br/>
        <w:t>v 1.707996 13.526036 -0.370374</w:t>
        <w:br/>
        <w:t>v 1.689856 13.449195 -0.381604</w:t>
        <w:br/>
        <w:t>v 1.726649 13.456683 -0.504392</w:t>
        <w:br/>
        <w:t>v 1.623981 13.409085 -0.403959</w:t>
        <w:br/>
        <w:t>v 1.660722 13.416549 -0.526545</w:t>
        <w:br/>
        <w:t>v 1.586010 13.436739 -0.547977</w:t>
        <w:br/>
        <w:t>v 1.548960 13.429202 -0.424343</w:t>
        <w:br/>
        <w:t>v 1.508739 13.497761 -0.430816</w:t>
        <w:br/>
        <w:t>v 1.526647 13.576170 -0.419568</w:t>
        <w:br/>
        <w:t>v 1.630681 13.623038 -0.524067</w:t>
        <w:br/>
        <w:t>v 1.592583 13.615865 -0.397218</w:t>
        <w:br/>
        <w:t>v 1.667496 13.596479 -0.376825</w:t>
        <w:br/>
        <w:t>v 1.707996 13.526036 -0.370374</w:t>
        <w:br/>
        <w:t>v 1.353072 13.981755 -1.011021</w:t>
        <w:br/>
        <w:t>v 1.337106 13.859782 -1.011424</w:t>
        <w:br/>
        <w:t>v 1.359557 13.982162 -1.107907</w:t>
        <w:br/>
        <w:t>v 1.343464 13.860214 -1.109630</w:t>
        <w:br/>
        <w:t>v 1.396636 13.978501 -1.203691</w:t>
        <w:br/>
        <w:t>v 1.412841 13.852807 -1.245209</w:t>
        <w:br/>
        <w:t>v 1.461232 13.971019 -1.283280</w:t>
        <w:br/>
        <w:t>v 1.513709 13.942533 -1.319454</w:t>
        <w:br/>
        <w:t>v 1.512254 13.964759 -1.318709</w:t>
        <w:br/>
        <w:t>v 1.530926 13.838495 -1.340607</w:t>
        <w:br/>
        <w:t>v 1.544160 13.938778 -1.339191</w:t>
        <w:br/>
        <w:t>v 1.642741 13.926154 -1.365366</w:t>
        <w:br/>
        <w:t>v 1.680372 13.819146 -1.363875</w:t>
        <w:br/>
        <w:t>v 1.744469 13.912710 -1.359550</w:t>
        <w:br/>
        <w:t>v 1.826150 13.799480 -1.323729</w:t>
        <w:br/>
        <w:t>v 1.817046 13.902809 -1.331077</w:t>
        <w:br/>
        <w:t>v 1.823357 13.924026 -1.331120</w:t>
        <w:br/>
        <w:t>v 1.842243 13.921431 -1.322007</w:t>
        <w:br/>
        <w:t>v 1.921054 13.910248 -1.256992</w:t>
        <w:br/>
        <w:t>v 1.932457 13.784140 -1.215502</w:t>
        <w:br/>
        <w:t>v 1.976046 13.901922 -1.170567</w:t>
        <w:br/>
        <w:t>v 1.985499 13.775381 -1.075467</w:t>
        <w:br/>
        <w:t>v 2.001464 13.897353 -1.075064</w:t>
        <w:br/>
        <w:t>v 1.174195 13.606933 -1.130117</w:t>
        <w:br/>
        <w:t>v 1.186586 13.605544 -1.000927</w:t>
        <w:br/>
        <w:t>v 1.153434 13.685741 -1.128618</w:t>
        <w:br/>
        <w:t>v 1.165925 13.683785 -0.997680</w:t>
        <w:br/>
        <w:t>v 1.083867 13.724792 -1.122368</w:t>
        <w:br/>
        <w:t>v 1.096463 13.722817 -0.990341</w:t>
        <w:br/>
        <w:t>v 1.019249 13.702582 -0.983198</w:t>
        <w:br/>
        <w:t>v 1.006673 13.704550 -1.115016</w:t>
        <w:br/>
        <w:t>v 0.966701 13.633978 -1.110880</w:t>
        <w:br/>
        <w:t>v 0.979212 13.632570 -0.980444</w:t>
        <w:br/>
        <w:t>v 1.000046 13.555682 -0.983685</w:t>
        <w:br/>
        <w:t>v 0.987704 13.557059 -1.112373</w:t>
        <w:br/>
        <w:t>v 1.069418 13.515902 -0.991028</w:t>
        <w:br/>
        <w:t>v 1.057178 13.517280 -1.118625</w:t>
        <w:br/>
        <w:t>v 1.134425 13.537933 -1.125976</w:t>
        <w:br/>
        <w:t>v 1.146682 13.536571 -0.998169</w:t>
        <w:br/>
        <w:t>v 1.186586 13.605544 -1.000927</w:t>
        <w:br/>
        <w:t>v 1.174195 13.606933 -1.130117</w:t>
        <w:br/>
        <w:t>v 1.337106 13.859782 -1.011424</w:t>
        <w:br/>
        <w:t>v 1.353072 13.981755 -1.011021</w:t>
        <w:br/>
        <w:t>v 1.377996 13.979116 -0.917208</w:t>
        <w:br/>
        <w:t>v 1.362158 13.857125 -0.916291</w:t>
        <w:br/>
        <w:t>v 1.432725 13.972544 -0.830465</w:t>
        <w:br/>
        <w:t>v 1.456198 13.845654 -0.796815</w:t>
        <w:br/>
        <w:t>v 1.511347 13.962749 -0.765000</w:t>
        <w:br/>
        <w:t>v 1.569694 13.933293 -0.740467</w:t>
        <w:br/>
        <w:t>v 1.568191 13.955527 -0.740216</w:t>
        <w:br/>
        <w:t>v 1.590327 13.828692 -0.726303</w:t>
        <w:br/>
        <w:t>v 1.603349 13.929012 -0.727057</w:t>
        <w:br/>
        <w:t>v 1.705081 13.915867 -0.720662</w:t>
        <w:br/>
        <w:t>v 1.741401 13.809075 -0.732716</w:t>
        <w:br/>
        <w:t>v 1.803769 13.902925 -0.746278</w:t>
        <w:br/>
        <w:t>v 1.876730 13.791136 -0.800643</w:t>
        <w:br/>
        <w:t>v 1.869517 13.894150 -0.788424</w:t>
        <w:br/>
        <w:t>v 1.892567 13.913125 -0.801560</w:t>
        <w:br/>
        <w:t>v 1.875785 13.915373 -0.788920</w:t>
        <w:br/>
        <w:t>v 1.957431 13.904248 -0.880787</w:t>
        <w:br/>
        <w:t>v 1.960290 13.779547 -0.927658</w:t>
        <w:br/>
        <w:t>v 1.994824 13.898827 -0.976365</w:t>
        <w:br/>
        <w:t>v 1.985499 13.775381 -1.075467</w:t>
        <w:br/>
        <w:t>v 2.001464 13.897353 -1.075064</w:t>
        <w:br/>
        <w:t>v 1.328903 14.299709 -1.003611</w:t>
        <w:br/>
        <w:t>v 1.414991 14.297316 -1.011973</w:t>
        <w:br/>
        <w:t>v 1.358596 14.296574 -0.893147</w:t>
        <w:br/>
        <w:t>v 1.424231 14.288690 -0.789119</w:t>
        <w:br/>
        <w:t>v 1.498085 14.286496 -1.020180</w:t>
        <w:br/>
        <w:t>v 1.518519 14.276940 -0.710608</w:t>
        <w:br/>
        <w:t>v 1.602790 14.272866 -1.030522</w:t>
        <w:br/>
        <w:t>v 1.632231 14.262474 -0.665300</w:t>
        <w:br/>
        <w:t>v 1.718856 14.257757 -1.041986</w:t>
        <w:br/>
        <w:t>v 1.754234 14.246708 -0.657632</w:t>
        <w:br/>
        <w:t>v 1.871168 14.231171 -0.688615</w:t>
        <w:br/>
        <w:t>v 1.834922 14.242650 -1.053450</w:t>
        <w:br/>
        <w:t>v 1.928439 14.224112 -0.726412</w:t>
        <w:br/>
        <w:t>v 1.896627 14.234619 -1.059545</w:t>
        <w:br/>
        <w:t>v 1.903395 14.257380 -1.059836</w:t>
        <w:br/>
        <w:t>v 1.928439 14.224112 -0.726412</w:t>
        <w:br/>
        <w:t>v 1.896627 14.234619 -1.059545</w:t>
        <w:br/>
        <w:t>v 1.927509 14.256294 -0.715002</w:t>
        <w:br/>
        <w:t>v 1.949184 14.262305 -0.778671</w:t>
        <w:br/>
        <w:t>v 1.927509 14.256294 -0.715002</w:t>
        <w:br/>
        <w:t>v 1.903395 14.257380 -1.059836</w:t>
        <w:br/>
        <w:t>v 1.922302 14.264045 -1.061558</w:t>
        <w:br/>
        <w:t>v 1.949184 14.262305 -0.778671</w:t>
        <w:br/>
        <w:t>v 1.922302 14.264045 -1.061558</w:t>
        <w:br/>
        <w:t>v 1.933840 14.313335 -0.782281</w:t>
        <w:br/>
        <w:t>v 1.907516 14.315038 -1.059314</w:t>
        <w:br/>
        <w:t>v 1.907516 14.315038 -1.059314</w:t>
        <w:br/>
        <w:t>v 1.847696 14.323143 -1.053401</w:t>
        <w:br/>
        <w:t>v 1.933840 14.313335 -0.782281</w:t>
        <w:br/>
        <w:t>v 1.875128 14.321372 -0.764717</w:t>
        <w:br/>
        <w:t>v 1.670593 14.347456 -1.035888</w:t>
        <w:br/>
        <w:t>v 1.697975 14.345688 -0.747721</w:t>
        <w:br/>
        <w:t>v 1.504762 14.368335 -1.019520</w:t>
        <w:br/>
        <w:t>v 1.532099 14.366576 -0.731816</w:t>
        <w:br/>
        <w:t>v 1.466259 14.342578 -1.016208</w:t>
        <w:br/>
        <w:t>v 1.493886 14.340774 -0.725503</w:t>
        <w:br/>
        <w:t>v 1.442317 14.347506 -0.727218</w:t>
        <w:br/>
        <w:t>v 1.415342 14.349209 -1.011179</w:t>
        <w:br/>
        <w:t>v 0.991922 13.629815 -0.850048</w:t>
        <w:br/>
        <w:t>v 1.032162 13.700345 -0.851416</w:t>
        <w:br/>
        <w:t>v 1.012587 13.552955 -0.855038</w:t>
        <w:br/>
        <w:t>v 1.109396 13.720579 -0.858351</w:t>
        <w:br/>
        <w:t>v 1.081850 13.513204 -0.863469</w:t>
        <w:br/>
        <w:t>v 1.159137 13.533856 -0.870403</w:t>
        <w:br/>
        <w:t>v 1.178752 13.681562 -0.866779</w:t>
        <w:br/>
        <w:t>v 1.199176 13.602809 -0.871777</w:t>
        <w:br/>
        <w:t>v 1.186586 13.605544 -1.000927</w:t>
        <w:br/>
        <w:t>v 1.199176 13.602809 -0.871777</w:t>
        <w:br/>
        <w:t>v 1.178752 13.681562 -0.866779</w:t>
        <w:br/>
        <w:t>v 1.096463 13.722817 -0.990341</w:t>
        <w:br/>
        <w:t>v 1.109396 13.720579 -0.858351</w:t>
        <w:br/>
        <w:t>v 1.032162 13.700345 -0.851416</w:t>
        <w:br/>
        <w:t>v 0.979212 13.632570 -0.980444</w:t>
        <w:br/>
        <w:t>v 0.991922 13.629815 -0.850048</w:t>
        <w:br/>
        <w:t>v 1.012587 13.552955 -0.855038</w:t>
        <w:br/>
        <w:t>v 1.000046 13.555682 -0.983685</w:t>
        <w:br/>
        <w:t>v 1.081850 13.513204 -0.863469</w:t>
        <w:br/>
        <w:t>v 1.069418 13.515902 -0.991028</w:t>
        <w:br/>
        <w:t>v 1.146682 13.536571 -0.998169</w:t>
        <w:br/>
        <w:t>v 1.159137 13.533856 -0.870403</w:t>
        <w:br/>
        <w:t>v 1.199176 13.602809 -0.871777</w:t>
        <w:br/>
        <w:t>v 1.186586 13.605544 -1.000927</w:t>
        <w:br/>
        <w:t>v 0.502242 14.511156 1.843270</w:t>
        <w:br/>
        <w:t>v 0.536892 14.512738 1.939816</w:t>
        <w:br/>
        <w:t>v 0.582163 14.788675 1.916095</w:t>
        <w:br/>
        <w:t>v 0.600919 15.098939 1.791742</w:t>
        <w:br/>
        <w:t>v 0.633398 15.100966 1.889250</w:t>
        <w:br/>
        <w:t>v 0.697165 15.076675 1.768233</w:t>
        <w:br/>
        <w:t>v 0.600919 15.098939 1.791742</w:t>
        <w:br/>
        <w:t>v 0.633398 15.100966 1.889250</w:t>
        <w:br/>
        <w:t>v 0.730762 15.078483 1.865312</w:t>
        <w:br/>
        <w:t>v 0.730762 15.078483 1.865312</w:t>
        <w:br/>
        <w:t>v 0.651328 14.783487 1.794074</w:t>
        <w:br/>
        <w:t>v 0.697165 15.076675 1.768233</w:t>
        <w:br/>
        <w:t>v 0.683800 14.779162 1.891700</w:t>
        <w:br/>
        <w:t>v 0.605649 14.491309 1.819826</w:t>
        <w:br/>
        <w:t>v 0.638921 14.493130 1.916918</w:t>
        <w:br/>
        <w:t>v 0.638921 14.493130 1.916918</w:t>
        <w:br/>
        <w:t>v 0.536892 14.512738 1.939816</w:t>
        <w:br/>
        <w:t>v 0.605649 14.491309 1.819826</w:t>
        <w:br/>
        <w:t>v 0.502242 14.511156 1.843270</w:t>
        <w:br/>
        <w:t>v 0.999800 14.470194 1.785244</w:t>
        <w:br/>
        <w:t>v 1.174553 14.286551 1.774783</w:t>
        <w:br/>
        <w:t>v 0.965647 14.466969 1.694496</w:t>
        <w:br/>
        <w:t>v 1.140816 14.283393 1.685815</w:t>
        <w:br/>
        <w:t>v 1.440588 14.256829 1.666048</w:t>
        <w:br/>
        <w:t>v 1.406734 14.253671 1.577080</w:t>
        <w:br/>
        <w:t>v 1.406734 14.253671 1.577080</w:t>
        <w:br/>
        <w:t>v 1.440588 14.256829 1.666048</w:t>
        <w:br/>
        <w:t>v 1.491979 14.664779 1.629909</w:t>
        <w:br/>
        <w:t>v 1.457642 14.657784 1.541287</w:t>
        <w:br/>
        <w:t>v 1.539863 15.044889 1.596235</w:t>
        <w:br/>
        <w:t>v 1.506009 15.041733 1.507280</w:t>
        <w:br/>
        <w:t>v 1.649981 12.924442 1.563352</w:t>
        <w:br/>
        <w:t>v 1.695350 12.927222 1.582078</w:t>
        <w:br/>
        <w:t>v 1.635466 13.235326 1.552391</w:t>
        <w:br/>
        <w:t>v 1.680835 13.238106 1.571118</w:t>
        <w:br/>
        <w:t>v 1.714142 12.929698 1.627437</w:t>
        <w:br/>
        <w:t>v 1.699627 13.240583 1.616477</w:t>
        <w:br/>
        <w:t>v 1.680835 13.241306 1.661897</w:t>
        <w:br/>
        <w:t>v 1.695349 12.930422 1.672857</w:t>
        <w:br/>
        <w:t>v 1.649981 12.928967 1.691733</w:t>
        <w:br/>
        <w:t>v 1.635466 13.239854 1.680772</w:t>
        <w:br/>
        <w:t>v 1.590098 13.237076 1.662046</w:t>
        <w:br/>
        <w:t>v 1.604612 12.926189 1.673006</w:t>
        <w:br/>
        <w:t>v 1.571305 13.234601 1.616688</w:t>
        <w:br/>
        <w:t>v 1.585820 12.923712 1.627647</w:t>
        <w:br/>
        <w:t>v 1.604612 12.922988 1.582227</w:t>
        <w:br/>
        <w:t>v 1.590098 13.233874 1.571267</w:t>
        <w:br/>
        <w:t>v 1.635466 13.235326 1.552391</w:t>
        <w:br/>
        <w:t>v 1.649981 12.924442 1.563352</w:t>
        <w:br/>
        <w:t>v 1.652239 14.223000 1.455456</w:t>
        <w:br/>
        <w:t>v 1.590095 14.226928 1.454139</w:t>
        <w:br/>
        <w:t>v 1.635994 14.214015 1.520814</w:t>
        <w:br/>
        <w:t>v 1.572148 14.224487 1.495439</w:t>
        <w:br/>
        <w:t>v 1.635994 14.214015 1.520814</w:t>
        <w:br/>
        <w:t>v 1.572148 14.224487 1.495439</w:t>
        <w:br/>
        <w:t>v 1.626622 14.162455 1.536650</w:t>
        <w:br/>
        <w:t>v 1.548835 14.175241 1.506520</w:t>
        <w:br/>
        <w:t>v 1.586426 13.956638 1.566174</w:t>
        <w:br/>
        <w:t>v 1.490132 13.960572 1.531523</w:t>
        <w:br/>
        <w:t>v 1.560321 13.822974 1.585347</w:t>
        <w:br/>
        <w:t>v 1.457444 13.841043 1.545445</w:t>
        <w:br/>
        <w:t>v 1.434890 13.782665 1.550108</w:t>
        <w:br/>
        <w:t>v 1.544269 13.669474 1.595412</w:t>
        <w:br/>
        <w:t>v 1.434890 13.782665 1.550108</w:t>
        <w:br/>
        <w:t>v 1.496908 13.768622 1.502586</w:t>
        <w:br/>
        <w:t>v 1.544269 13.669474 1.595412</w:t>
        <w:br/>
        <w:t>v 1.580238 13.662926 1.543480</w:t>
        <w:br/>
        <w:t>v 1.580238 13.662926 1.543480</w:t>
        <w:br/>
        <w:t>v 1.625759 13.828897 1.501948</w:t>
        <w:br/>
        <w:t>v 1.516311 13.846973 1.494930</w:t>
        <w:br/>
        <w:t>v 1.540315 13.956571 1.477954</w:t>
        <w:br/>
        <w:t>v 1.640757 13.952605 1.481278</w:t>
        <w:br/>
        <w:t>v 1.585551 14.163118 1.445961</w:t>
        <w:br/>
        <w:t>v 1.664703 14.150121 1.448275</w:t>
        <w:br/>
        <w:t>v 1.652239 14.223000 1.455456</w:t>
        <w:br/>
        <w:t>v 1.590095 14.226928 1.454139</w:t>
        <w:br/>
        <w:t>v 1.775226 14.840219 1.331343</w:t>
        <w:br/>
        <w:t>v 1.806092 14.759787 1.337376</w:t>
        <w:br/>
        <w:t>v 1.773365 14.839643 1.360803</w:t>
        <w:br/>
        <w:t>v 1.804445 14.757740 1.365952</w:t>
        <w:br/>
        <w:t>v 1.762224 14.834339 1.392713</w:t>
        <w:br/>
        <w:t>v 1.796800 14.751557 1.398996</w:t>
        <w:br/>
        <w:t>v 1.737825 14.824305 1.429340</w:t>
        <w:br/>
        <w:t>v 1.773739 14.741915 1.430861</w:t>
        <w:br/>
        <w:t>v 1.756972 14.764274 1.443349</w:t>
        <w:br/>
        <w:t>v 1.720881 14.816969 1.440969</w:t>
        <w:br/>
        <w:t>v 1.757063 14.735537 1.446057</w:t>
        <w:br/>
        <w:t>v 1.744526 14.759861 1.470889</w:t>
        <w:br/>
        <w:t>v 1.702428 14.830304 1.465878</w:t>
        <w:br/>
        <w:t>v 1.708934 14.836073 1.440457</w:t>
        <w:br/>
        <w:t>v 1.744877 14.685222 1.475178</w:t>
        <w:br/>
        <w:t>v 1.757146 14.684729 1.448547</w:t>
        <w:br/>
        <w:t>v 1.757146 14.684729 1.448547</w:t>
        <w:br/>
        <w:t>v 1.745032 14.682561 1.448558</w:t>
        <w:br/>
        <w:t>v 1.744877 14.685222 1.475178</w:t>
        <w:br/>
        <w:t>v 1.702428 14.830304 1.465878</w:t>
        <w:br/>
        <w:t>v 1.692418 14.826006 1.459377</w:t>
        <w:br/>
        <w:t>v 1.708934 14.836073 1.440457</w:t>
        <w:br/>
        <w:t>v 1.697257 14.835519 1.440960</w:t>
        <w:br/>
        <w:t>v 1.609550 14.870635 1.441274</w:t>
        <w:br/>
        <w:t>v 1.735793 14.682540 1.467345</w:t>
        <w:br/>
        <w:t>v 1.735793 14.682540 1.467345</w:t>
        <w:br/>
        <w:t>v 1.745032 14.682561 1.448558</w:t>
        <w:br/>
        <w:t>v 1.742146 14.598212 1.453442</w:t>
        <w:br/>
        <w:t>v 1.610084 14.859219 1.459097</w:t>
        <w:br/>
        <w:t>v 1.732848 14.598212 1.472365</w:t>
        <w:br/>
        <w:t>v 1.733835 14.355330 1.467507</w:t>
        <w:br/>
        <w:t>v 1.528156 14.826003 1.464009</w:t>
        <w:br/>
        <w:t>v 1.522216 14.835519 1.445877</w:t>
        <w:br/>
        <w:t>v 1.472230 14.762891 1.451937</w:t>
        <w:br/>
        <w:t>v 1.610635 14.817240 1.476398</w:t>
        <w:br/>
        <w:t>v 1.483316 14.758892 1.471535</w:t>
        <w:br/>
        <w:t>v 1.479224 14.607677 1.460959</w:t>
        <w:br/>
        <w:t>v 1.546837 14.791330 1.481022</w:t>
        <w:br/>
        <w:t>v 1.674868 14.791356 1.477424</w:t>
        <w:br/>
        <w:t>v 1.489996 14.607660 1.480054</w:t>
        <w:br/>
        <w:t>v 1.490364 14.360456 1.475328</w:t>
        <w:br/>
        <w:t>v 1.512104 14.733938 1.489861</w:t>
        <w:br/>
        <w:t>v 1.610339 14.782534 1.465101</w:t>
        <w:br/>
        <w:t>v 1.560866 14.762798 1.468174</w:t>
        <w:br/>
        <w:t>v 1.684172 14.777254 1.475645</w:t>
        <w:br/>
        <w:t>v 1.684172 14.777254 1.475645</w:t>
        <w:br/>
        <w:t>v 1.660194 14.762845 1.465439</w:t>
        <w:br/>
        <w:t>v 1.689559 14.769318 1.488135</w:t>
        <w:br/>
        <w:t>v 1.689559 14.769318 1.488135</w:t>
        <w:br/>
        <w:t>v 1.660194 14.762845 1.465439</w:t>
        <w:br/>
        <w:t>v 1.653299 14.753554 1.471691</w:t>
        <w:br/>
        <w:t>v 1.660194 14.762845 1.465439</w:t>
        <w:br/>
        <w:t>v 1.659056 14.760457 1.426564</w:t>
        <w:br/>
        <w:t>v 1.610339 14.782534 1.465101</w:t>
        <w:br/>
        <w:t>v 1.659056 14.760457 1.426564</w:t>
        <w:br/>
        <w:t>v 1.609231 14.780212 1.427239</w:t>
        <w:br/>
        <w:t>v 1.559726 14.760409 1.429233</w:t>
        <w:br/>
        <w:t>v 1.560866 14.762798 1.468174</w:t>
        <w:br/>
        <w:t>v 1.650226 14.753204 1.421729</w:t>
        <w:br/>
        <w:t>v 1.538597 14.704543 1.439364</w:t>
        <w:br/>
        <w:t>v 1.653299 14.753554 1.471691</w:t>
        <w:br/>
        <w:t>v 1.672589 14.715257 1.468446</w:t>
        <w:br/>
        <w:t>v 1.650226 14.753204 1.421729</w:t>
        <w:br/>
        <w:t>v 1.653299 14.753554 1.471691</w:t>
        <w:br/>
        <w:t>v 1.672589 14.715257 1.468446</w:t>
        <w:br/>
        <w:t>v 1.674937 14.713273 1.416741</w:t>
        <w:br/>
        <w:t>v 1.536167 14.706815 1.480799</w:t>
        <w:br/>
        <w:t>v 1.536167 14.706815 1.480799</w:t>
        <w:br/>
        <w:t>v 1.541656 14.607386 1.443138</w:t>
        <w:br/>
        <w:t>v 1.516200 14.607532 1.495638</w:t>
        <w:br/>
        <w:t>v 1.539977 14.607396 1.485676</w:t>
        <w:br/>
        <w:t>v 1.539977 14.607396 1.485676</w:t>
        <w:br/>
        <w:t>v 1.549428 14.360543 1.452724</w:t>
        <w:br/>
        <w:t>v 1.500911 14.360579 1.493973</w:t>
        <w:br/>
        <w:t>v 1.549435 14.360624 1.497780</w:t>
        <w:br/>
        <w:t>v 1.553714 14.224420 1.458010</w:t>
        <w:br/>
        <w:t>v 1.524207 14.360452 1.506931</w:t>
        <w:br/>
        <w:t>v 1.549435 14.360624 1.497780</w:t>
        <w:br/>
        <w:t>v 1.554547 14.227240 1.504323</w:t>
        <w:br/>
        <w:t>v 1.554547 14.227240 1.504323</w:t>
        <w:br/>
        <w:t>v 1.579148 14.198940 1.458479</w:t>
        <w:br/>
        <w:t>v 1.529733 14.189912 1.514725</w:t>
        <w:br/>
        <w:t>v 1.509192 14.173096 1.504534</w:t>
        <w:br/>
        <w:t>v 1.499319 14.161721 1.486878</w:t>
        <w:br/>
        <w:t>v 1.542549 14.145259 1.509695</w:t>
        <w:br/>
        <w:t>v 1.532888 14.132083 1.500840</w:t>
        <w:br/>
        <w:t>v 1.694430 14.130832 1.495193</w:t>
        <w:br/>
        <w:t>v 1.580275 14.202037 1.504878</w:t>
        <w:br/>
        <w:t>v 1.580275 14.202037 1.504878</w:t>
        <w:br/>
        <w:t>v 1.555638 14.163500 1.515797</w:t>
        <w:br/>
        <w:t>v 1.685037 14.144474 1.504803</w:t>
        <w:br/>
        <w:t>v 1.727160 14.160296 1.478801</w:t>
        <w:br/>
        <w:t>v 1.671048 14.164821 1.512177</w:t>
        <w:br/>
        <w:t>v 1.645037 14.203273 1.502320</w:t>
        <w:br/>
        <w:t>v 1.645037 14.203273 1.502320</w:t>
        <w:br/>
        <w:t>v 1.643265 14.200026 1.454176</w:t>
        <w:br/>
        <w:t>v 1.717969 14.172196 1.497729</w:t>
        <w:br/>
        <w:t>v 1.696779 14.191455 1.509747</w:t>
        <w:br/>
        <w:t>v 1.670610 14.229112 1.499910</w:t>
        <w:br/>
        <w:t>v 1.670610 14.229112 1.499910</w:t>
        <w:br/>
        <w:t>v 1.668833 14.226008 1.451451</w:t>
        <w:br/>
        <w:t>v 1.724371 14.355509 1.486815</w:t>
        <w:br/>
        <w:t>v 1.701983 14.355794 1.501176</w:t>
        <w:br/>
        <w:t>v 1.674226 14.356358 1.489576</w:t>
        <w:br/>
        <w:t>v 1.674226 14.356358 1.489576</w:t>
        <w:br/>
        <w:t>v 1.673646 14.356305 1.443689</w:t>
        <w:br/>
        <w:t>v 1.709659 14.598210 1.488534</w:t>
        <w:br/>
        <w:t>v 1.681099 14.598210 1.469932</w:t>
        <w:br/>
        <w:t>v 1.681099 14.598210 1.469932</w:t>
        <w:br/>
        <w:t>v 1.709659 14.598210 1.488534</w:t>
        <w:br/>
        <w:t>v 1.682581 14.598211 1.429280</w:t>
        <w:br/>
        <w:t>v 1.683485 14.682160 1.463112</w:t>
        <w:br/>
        <w:t>v 1.685681 14.682144 1.424280</w:t>
        <w:br/>
        <w:t>v 1.712323 14.682350 1.484145</w:t>
        <w:br/>
        <w:t>v 1.712323 14.682350 1.484145</w:t>
        <w:br/>
        <w:t>v 1.712323 14.682350 1.484145</w:t>
        <w:br/>
        <w:t>v 1.672545 14.684282 1.468346</w:t>
        <w:br/>
        <w:t>v 1.683485 14.682160 1.463112</w:t>
        <w:br/>
        <w:t>v 1.685681 14.682144 1.424280</w:t>
        <w:br/>
        <w:t>v 1.675730 14.683916 1.417251</w:t>
        <w:br/>
        <w:t>v 1.675730 14.683916 1.417251</w:t>
        <w:br/>
        <w:t>v 1.672545 14.684282 1.468346</w:t>
        <w:br/>
        <w:t>v 1.712504 14.685388 1.496153</w:t>
        <w:br/>
        <w:t>v 1.712504 14.685388 1.496153</w:t>
        <w:br/>
        <w:t>v 1.708733 14.735731 1.492763</w:t>
        <w:br/>
        <w:t>v 1.712504 14.685388 1.496153</w:t>
        <w:br/>
        <w:t>v 1.708733 14.735731 1.492763</w:t>
        <w:br/>
        <w:t>v -0.204685 14.409062 1.890998</w:t>
        <w:br/>
        <w:t>v -0.368036 14.408678 1.874287</w:t>
        <w:br/>
        <w:t>v -0.201054 14.407683 1.837873</w:t>
        <w:br/>
        <w:t>v -0.364406 14.407300 1.821162</w:t>
        <w:br/>
        <w:t>v -0.368036 14.408678 1.874287</w:t>
        <w:br/>
        <w:t>v -0.367848 14.330761 1.876206</w:t>
        <w:br/>
        <w:t>v -0.364406 14.407300 1.821162</w:t>
        <w:br/>
        <w:t>v -0.364217 14.329383 1.823082</w:t>
        <w:br/>
        <w:t>v -0.359051 14.324804 1.828101</w:t>
        <w:br/>
        <w:t>v -0.362074 14.325949 1.872345</w:t>
        <w:br/>
        <w:t>v -0.362053 14.313150 1.872660</w:t>
        <w:br/>
        <w:t>v -0.359029 14.312005 1.828416</w:t>
        <w:br/>
        <w:t>v -0.369540 14.308966 1.877936</w:t>
        <w:br/>
        <w:t>v -0.365727 14.307518 1.822147</w:t>
        <w:br/>
        <w:t>v -0.369276 14.152801 1.881706</w:t>
        <w:br/>
        <w:t>v -0.365463 14.151353 1.825918</w:t>
        <w:br/>
        <w:t>v -0.359526 14.146093 1.831686</w:t>
        <w:br/>
        <w:t>v -0.362641 14.147275 1.877270</w:t>
        <w:br/>
        <w:t>v -0.362615 14.132183 1.877640</w:t>
        <w:br/>
        <w:t>v -0.359500 14.131002 1.832057</w:t>
        <w:br/>
        <w:t>v -0.367574 14.126455 1.881211</w:t>
        <w:br/>
        <w:t>v -0.363936 14.125077 1.827974</w:t>
        <w:br/>
        <w:t>v -0.368759 14.044278 1.883118</w:t>
        <w:br/>
        <w:t>v -0.365121 14.042898 1.829881</w:t>
        <w:br/>
        <w:t>v -0.204685 14.409062 1.890998</w:t>
        <w:br/>
        <w:t>v -0.201054 14.407683 1.837873</w:t>
        <w:br/>
        <w:t>v -0.253497 14.349356 1.888311</w:t>
        <w:br/>
        <w:t>v -0.249867 14.347981 1.835186</w:t>
        <w:br/>
        <w:t>v -0.303884 14.349429 1.881182</w:t>
        <w:br/>
        <w:t>v -0.300253 14.348051 1.828058</w:t>
        <w:br/>
        <w:t>v -0.300253 14.348051 1.828058</w:t>
        <w:br/>
        <w:t>v -0.298871 14.329643 1.828625</w:t>
        <w:br/>
        <w:t>v -0.303884 14.349429 1.881182</w:t>
        <w:br/>
        <w:t>v -0.302501 14.331022 1.881749</w:t>
        <w:br/>
        <w:t>v -0.304628 14.325024 1.832717</w:t>
        <w:br/>
        <w:t>v -0.307651 14.326169 1.876962</w:t>
        <w:br/>
        <w:t>v -0.307629 14.313368 1.877276</w:t>
        <w:br/>
        <w:t>v -0.304606 14.312225 1.833032</w:t>
        <w:br/>
        <w:t>v -0.297104 14.307796 1.827968</w:t>
        <w:br/>
        <w:t>v -0.300916 14.309243 1.883757</w:t>
        <w:br/>
        <w:t>v -0.300652 14.153074 1.887527</w:t>
        <w:br/>
        <w:t>v -0.296840 14.151630 1.831738</w:t>
        <w:br/>
        <w:t>v -0.303456 14.146322 1.836442</w:t>
        <w:br/>
        <w:t>v -0.306571 14.147502 1.882025</w:t>
        <w:br/>
        <w:t>v -0.306545 14.132409 1.882396</w:t>
        <w:br/>
        <w:t>v -0.303430 14.131227 1.836813</w:t>
        <w:br/>
        <w:t>v -0.298451 14.125339 1.833528</w:t>
        <w:br/>
        <w:t>v -0.302089 14.126719 1.886765</w:t>
        <w:br/>
        <w:t>v -0.302038 14.097030 1.887495</w:t>
        <w:br/>
        <w:t>v -0.298400 14.095654 1.834258</w:t>
        <w:br/>
        <w:t>v -0.298400 14.095654 1.834258</w:t>
        <w:br/>
        <w:t>v -0.254592 14.095579 1.841389</w:t>
        <w:br/>
        <w:t>v -0.302038 14.097030 1.887495</w:t>
        <w:br/>
        <w:t>v -0.258230 14.096964 1.894626</w:t>
        <w:br/>
        <w:t>v -0.221247 14.042070 1.845528</w:t>
        <w:br/>
        <w:t>v -0.224885 14.043450 1.898766</w:t>
        <w:br/>
        <w:t>v -0.224885 14.043450 1.898766</w:t>
        <w:br/>
        <w:t>v -0.221247 14.042070 1.845528</w:t>
        <w:br/>
        <w:t>v -0.368759 14.044278 1.883118</w:t>
        <w:br/>
        <w:t>v -0.365121 14.042898 1.829881</w:t>
        <w:br/>
        <w:t>v -0.670358 14.887704 -0.755846</w:t>
        <w:br/>
        <w:t>v -0.668669 14.869682 -0.711713</w:t>
        <w:br/>
        <w:t>v -0.741315 14.910073 -0.730595</w:t>
        <w:br/>
        <w:t>v -0.733361 14.885028 -0.681939</w:t>
        <w:br/>
        <w:t>v -0.741315 14.910073 -0.730595</w:t>
        <w:br/>
        <w:t>v -0.733361 14.885028 -0.681939</w:t>
        <w:br/>
        <w:t>v -0.792804 14.865469 -0.745917</w:t>
        <w:br/>
        <w:t>v -0.784902 14.840570 -0.697573</w:t>
        <w:br/>
        <w:t>v -0.847191 14.820089 -0.698444</w:t>
        <w:br/>
        <w:t>v -0.855079 14.844977 -0.746801</w:t>
        <w:br/>
        <w:t>v -0.873312 14.812630 -0.761252</w:t>
        <w:br/>
        <w:t>v -0.865424 14.787741 -0.712908</w:t>
        <w:br/>
        <w:t>v -0.849582 14.740231 -0.741044</w:t>
        <w:br/>
        <w:t>v -0.857483 14.765106 -0.789362</w:t>
        <w:br/>
        <w:t>v -0.815520 14.725078 -0.754767</w:t>
        <w:br/>
        <w:t>v -0.823409 14.749964 -0.803085</w:t>
        <w:br/>
        <w:t>v -0.761094 14.770486 -0.802423</w:t>
        <w:br/>
        <w:t>v -0.753193 14.745597 -0.754092</w:t>
        <w:br/>
        <w:t>v -0.761094 14.770486 -0.802423</w:t>
        <w:br/>
        <w:t>v -0.753193 14.745597 -0.754092</w:t>
        <w:br/>
        <w:t>v -0.711671 14.620969 -0.827049</w:t>
        <w:br/>
        <w:t>v -0.719573 14.645843 -0.875355</w:t>
        <w:br/>
        <w:t>v -0.711671 14.620969 -0.827049</w:t>
        <w:br/>
        <w:t>v -0.774012 14.600460 -0.827764</w:t>
        <w:br/>
        <w:t>v -0.719573 14.645843 -0.875355</w:t>
        <w:br/>
        <w:t>v -0.781900 14.625336 -0.876056</w:t>
        <w:br/>
        <w:t>v -0.800133 14.592924 -0.890196</w:t>
        <w:br/>
        <w:t>v -0.792245 14.568049 -0.841891</w:t>
        <w:br/>
        <w:t>v -0.770646 14.503242 -0.879565</w:t>
        <w:br/>
        <w:t>v -0.778535 14.528126 -0.927857</w:t>
        <w:br/>
        <w:t>v -0.736532 14.488049 -0.893094</w:t>
        <w:br/>
        <w:t>v -0.744421 14.512923 -0.941386</w:t>
        <w:br/>
        <w:t>v -0.682093 14.533428 -0.940645</w:t>
        <w:br/>
        <w:t>v -0.674205 14.508543 -0.892366</w:t>
        <w:br/>
        <w:t>v -0.606042 14.503176 -0.905778</w:t>
        <w:br/>
        <w:t>v -0.613970 14.528219 -0.954395</w:t>
        <w:br/>
        <w:t>v -0.606042 14.503176 -0.905778</w:t>
        <w:br/>
        <w:t>v -0.569290 14.561525 -0.886167</w:t>
        <w:br/>
        <w:t>v -0.613970 14.528219 -0.954395</w:t>
        <w:br/>
        <w:t>v -0.570018 14.586968 -0.932679</w:t>
        <w:br/>
        <w:t>v -0.561337 14.544581 -0.899124</w:t>
        <w:br/>
        <w:t>v -0.570018 14.586968 -0.932679</w:t>
        <w:br/>
        <w:t>v -0.569290 14.561525 -0.886167</w:t>
        <w:br/>
        <w:t>v -0.558387 14.567435 -0.966702</w:t>
        <w:br/>
        <w:t>v -0.506560 14.520653 -0.914147</w:t>
        <w:br/>
        <w:t>v -0.512395 14.549466 -0.987729</w:t>
        <w:br/>
        <w:t>v -0.392822 14.588140 -0.983375</w:t>
        <w:br/>
        <w:t>v -0.386908 14.559278 -0.909481</w:t>
        <w:br/>
        <w:t>v -0.392822 14.588140 -0.983375</w:t>
        <w:br/>
        <w:t>v -0.386908 14.559278 -0.909481</w:t>
        <w:br/>
        <w:t>v -0.534098 15.010554 -0.736860</w:t>
        <w:br/>
        <w:t>v -0.528237 14.981705 -0.663070</w:t>
        <w:br/>
        <w:t>v -0.528237 14.981705 -0.663070</w:t>
        <w:br/>
        <w:t>v -0.647434 14.942804 -0.666514</w:t>
        <w:br/>
        <w:t>v -0.534098 15.010554 -0.736860</w:t>
        <w:br/>
        <w:t>v -0.653295 14.971659 -0.740290</w:t>
        <w:br/>
        <w:t>v -0.678948 14.897205 -0.692427</w:t>
        <w:br/>
        <w:t>v -0.676258 14.930019 -0.755131</w:t>
        <w:br/>
        <w:t>v -0.670358 14.887704 -0.755846</w:t>
        <w:br/>
        <w:t>v -0.668669 14.869682 -0.711713</w:t>
        <w:br/>
        <w:t>v -0.800133 14.592924 -0.890196</w:t>
        <w:br/>
        <w:t>v -0.778535 14.528126 -0.927857</w:t>
        <w:br/>
        <w:t>v -0.781900 14.625336 -0.876056</w:t>
        <w:br/>
        <w:t>v -0.744421 14.512923 -0.941386</w:t>
        <w:br/>
        <w:t>v -0.719573 14.645843 -0.875355</w:t>
        <w:br/>
        <w:t>v -0.682093 14.533428 -0.940645</w:t>
        <w:br/>
        <w:t>v -0.613970 14.528219 -0.954395</w:t>
        <w:br/>
        <w:t>v -0.741315 14.910073 -0.730595</w:t>
        <w:br/>
        <w:t>v -0.761094 14.770486 -0.802423</w:t>
        <w:br/>
        <w:t>v -0.670358 14.887704 -0.755846</w:t>
        <w:br/>
        <w:t>v -0.792804 14.865469 -0.745917</w:t>
        <w:br/>
        <w:t>v -0.570018 14.586968 -0.932679</w:t>
        <w:br/>
        <w:t>v -0.823409 14.749964 -0.803085</w:t>
        <w:br/>
        <w:t>v -0.570018 14.586968 -0.932679</w:t>
        <w:br/>
        <w:t>v -0.558387 14.567435 -0.966702</w:t>
        <w:br/>
        <w:t>v -0.670358 14.887704 -0.755846</w:t>
        <w:br/>
        <w:t>v -0.855079 14.844977 -0.746801</w:t>
        <w:br/>
        <w:t>v -0.676258 14.930019 -0.755131</w:t>
        <w:br/>
        <w:t>v -0.857483 14.765106 -0.789362</w:t>
        <w:br/>
        <w:t>v -0.873312 14.812630 -0.761252</w:t>
        <w:br/>
        <w:t>v -0.558387 14.567435 -0.966702</w:t>
        <w:br/>
        <w:t>v -0.512395 14.549466 -0.987729</w:t>
        <w:br/>
        <w:t>v -0.676258 14.930019 -0.755131</w:t>
        <w:br/>
        <w:t>v -0.653295 14.971659 -0.740290</w:t>
        <w:br/>
        <w:t>v -0.534098 15.010554 -0.736860</w:t>
        <w:br/>
        <w:t>v -0.392822 14.588140 -0.983375</w:t>
        <w:br/>
        <w:t>v 0.204685 14.409062 1.890998</w:t>
        <w:br/>
        <w:t>v 0.201054 14.407683 1.837873</w:t>
        <w:br/>
        <w:t>v 0.368036 14.408678 1.874287</w:t>
        <w:br/>
        <w:t>v 0.364406 14.407298 1.821162</w:t>
        <w:br/>
        <w:t>v 0.367848 14.330761 1.876206</w:t>
        <w:br/>
        <w:t>v 0.368036 14.408678 1.874287</w:t>
        <w:br/>
        <w:t>v 0.364406 14.407298 1.821162</w:t>
        <w:br/>
        <w:t>v 0.364217 14.329383 1.823082</w:t>
        <w:br/>
        <w:t>v 0.359051 14.324804 1.828101</w:t>
        <w:br/>
        <w:t>v 0.362074 14.325949 1.872345</w:t>
        <w:br/>
        <w:t>v 0.362053 14.313150 1.872660</w:t>
        <w:br/>
        <w:t>v 0.359029 14.312005 1.828416</w:t>
        <w:br/>
        <w:t>v 0.369540 14.308965 1.877936</w:t>
        <w:br/>
        <w:t>v 0.365727 14.307518 1.822147</w:t>
        <w:br/>
        <w:t>v 0.369276 14.152797 1.881706</w:t>
        <w:br/>
        <w:t>v 0.365463 14.151352 1.825918</w:t>
        <w:br/>
        <w:t>v 0.359526 14.146094 1.831686</w:t>
        <w:br/>
        <w:t>v 0.362641 14.147275 1.877270</w:t>
        <w:br/>
        <w:t>v 0.362615 14.132182 1.877640</w:t>
        <w:br/>
        <w:t>v 0.359500 14.131002 1.832057</w:t>
        <w:br/>
        <w:t>v 0.367574 14.126455 1.881211</w:t>
        <w:br/>
        <w:t>v 0.363936 14.125077 1.827974</w:t>
        <w:br/>
        <w:t>v 0.368759 14.044278 1.883118</w:t>
        <w:br/>
        <w:t>v 0.365121 14.042899 1.829881</w:t>
        <w:br/>
        <w:t>v 0.204685 14.409062 1.890998</w:t>
        <w:br/>
        <w:t>v 0.253497 14.349357 1.888311</w:t>
        <w:br/>
        <w:t>v 0.201054 14.407683 1.837873</w:t>
        <w:br/>
        <w:t>v 0.249867 14.347981 1.835186</w:t>
        <w:br/>
        <w:t>v 0.303884 14.349429 1.881182</w:t>
        <w:br/>
        <w:t>v 0.300253 14.348051 1.828058</w:t>
        <w:br/>
        <w:t>v 0.298871 14.329643 1.828625</w:t>
        <w:br/>
        <w:t>v 0.300253 14.348051 1.828058</w:t>
        <w:br/>
        <w:t>v 0.303884 14.349429 1.881182</w:t>
        <w:br/>
        <w:t>v 0.302501 14.331022 1.881749</w:t>
        <w:br/>
        <w:t>v 0.304628 14.325024 1.832717</w:t>
        <w:br/>
        <w:t>v 0.307651 14.326169 1.876962</w:t>
        <w:br/>
        <w:t>v 0.307629 14.313368 1.877276</w:t>
        <w:br/>
        <w:t>v 0.304606 14.312225 1.833032</w:t>
        <w:br/>
        <w:t>v 0.297104 14.307796 1.827968</w:t>
        <w:br/>
        <w:t>v 0.300916 14.309244 1.883756</w:t>
        <w:br/>
        <w:t>v 0.300652 14.153074 1.887527</w:t>
        <w:br/>
        <w:t>v 0.296840 14.151630 1.831738</w:t>
        <w:br/>
        <w:t>v 0.303456 14.146322 1.836442</w:t>
        <w:br/>
        <w:t>v 0.306571 14.147502 1.882025</w:t>
        <w:br/>
        <w:t>v 0.306545 14.132409 1.882396</w:t>
        <w:br/>
        <w:t>v 0.303430 14.131227 1.836813</w:t>
        <w:br/>
        <w:t>v 0.298451 14.125340 1.833528</w:t>
        <w:br/>
        <w:t>v 0.302089 14.126719 1.886765</w:t>
        <w:br/>
        <w:t>v 0.302038 14.097030 1.887495</w:t>
        <w:br/>
        <w:t>v 0.298400 14.095654 1.834258</w:t>
        <w:br/>
        <w:t>v 0.298400 14.095654 1.834258</w:t>
        <w:br/>
        <w:t>v 0.302038 14.097030 1.887495</w:t>
        <w:br/>
        <w:t>v 0.254592 14.095582 1.841389</w:t>
        <w:br/>
        <w:t>v 0.258230 14.096964 1.894626</w:t>
        <w:br/>
        <w:t>v 0.221247 14.042070 1.845528</w:t>
        <w:br/>
        <w:t>v 0.224885 14.043450 1.898766</w:t>
        <w:br/>
        <w:t>v 0.224885 14.043450 1.898766</w:t>
        <w:br/>
        <w:t>v 0.368759 14.044278 1.883118</w:t>
        <w:br/>
        <w:t>v 0.221247 14.042070 1.845528</w:t>
        <w:br/>
        <w:t>v 0.365121 14.042899 1.829881</w:t>
        <w:br/>
        <w:t>v -0.836893 15.081573 -0.578919</w:t>
        <w:br/>
        <w:t>v -0.795769 15.084480 -0.594797</w:t>
        <w:br/>
        <w:t>v -0.828202 15.068706 -0.558401</w:t>
        <w:br/>
        <w:t>v -0.787078 15.071611 -0.574278</w:t>
        <w:br/>
        <w:t>v -0.748658 15.115604 -0.595497</w:t>
        <w:br/>
        <w:t>v -0.739966 15.102738 -0.574977</w:t>
        <w:br/>
        <w:t>v -0.696152 15.150577 -0.563739</w:t>
        <w:br/>
        <w:t>v -0.704841 15.163446 -0.584259</w:t>
        <w:br/>
        <w:t>v -0.664458 15.216911 -0.535642</w:t>
        <w:br/>
        <w:t>v -0.673148 15.229781 -0.556159</w:t>
        <w:br/>
        <w:t>v -0.658364 15.273551 -0.502625</w:t>
        <w:br/>
        <w:t>v -0.667055 15.286419 -0.523145</w:t>
        <w:br/>
        <w:t>v -0.677962 15.331072 -0.490348</w:t>
        <w:br/>
        <w:t>v -0.669271 15.318202 -0.469829</w:t>
        <w:br/>
        <w:t>v -0.708342 15.350657 -0.464943</w:t>
        <w:br/>
        <w:t>v -0.699650 15.337790 -0.444424</w:t>
        <w:br/>
        <w:t>v 0.184007 15.221367 -0.598062</w:t>
        <w:br/>
        <w:t>v 0.189624 15.231929 -0.627733</w:t>
        <w:br/>
        <w:t>v 0.164838 15.143590 -0.629459</w:t>
        <w:br/>
        <w:t>v 0.170455 15.154154 -0.659132</w:t>
        <w:br/>
        <w:t>v 0.076401 14.784761 -0.774318</w:t>
        <w:br/>
        <w:t>v 0.082017 14.795329 -0.803987</w:t>
        <w:br/>
        <w:t>v 0.057233 14.706988 -0.805716</w:t>
        <w:br/>
        <w:t>v 0.062848 14.717554 -0.835386</w:t>
        <w:br/>
        <w:t>v 0.025585 14.811377 -0.809282</w:t>
        <w:br/>
        <w:t>v 0.082017 14.795329 -0.803987</w:t>
        <w:br/>
        <w:t>v 0.170455 15.154154 -0.659132</w:t>
        <w:br/>
        <w:t>v 0.062848 14.717554 -0.835386</w:t>
        <w:br/>
        <w:t>v 0.189624 15.231929 -0.627733</w:t>
        <w:br/>
        <w:t>v 0.114023 15.170201 -0.664424</w:t>
        <w:br/>
        <w:t>v 0.133192 15.247976 -0.633028</w:t>
        <w:br/>
        <w:t>v 0.189624 15.231929 -0.627733</w:t>
        <w:br/>
        <w:t>v 0.184007 15.221367 -0.598062</w:t>
        <w:br/>
        <w:t>v 0.133192 15.247976 -0.633028</w:t>
        <w:br/>
        <w:t>v 0.127575 15.237410 -0.603352</w:t>
        <w:br/>
        <w:t>v 0.050812 15.237081 -0.618433</w:t>
        <w:br/>
        <w:t>v 0.056429 15.247651 -0.648107</w:t>
        <w:br/>
        <w:t>v 0.056429 15.247651 -0.648107</w:t>
        <w:br/>
        <w:t>v 0.060162 15.169468 -0.675184</w:t>
        <w:br/>
        <w:t>v -0.037417 15.174342 -0.657946</w:t>
        <w:br/>
        <w:t>v -0.031801 15.184909 -0.687618</w:t>
        <w:br/>
        <w:t>v -0.031801 15.184909 -0.687618</w:t>
        <w:br/>
        <w:t>v 0.007005 15.130518 -0.699399</w:t>
        <w:br/>
        <w:t>v -0.111888 15.090327 -0.698849</w:t>
        <w:br/>
        <w:t>v -0.106271 15.100892 -0.728523</w:t>
        <w:br/>
        <w:t>v -0.106271 15.100892 -0.728523</w:t>
        <w:br/>
        <w:t>v -0.054532 15.068378 -0.730000</w:t>
        <w:br/>
        <w:t>v -0.146776 14.968595 -0.747994</w:t>
        <w:br/>
        <w:t>v -0.081219 14.979918 -0.765711</w:t>
        <w:br/>
        <w:t>v -0.141158 14.979161 -0.777667</w:t>
        <w:br/>
        <w:t>v -0.141158 14.979161 -0.777667</w:t>
        <w:br/>
        <w:t>v -0.067036 14.902735 -0.791354</w:t>
        <w:br/>
        <w:t>v -0.125816 14.876090 -0.812284</w:t>
        <w:br/>
        <w:t>v -0.125816 14.876090 -0.812284</w:t>
        <w:br/>
        <w:t>v -0.131434 14.865524 -0.782615</w:t>
        <w:br/>
        <w:t>v -0.038094 14.840633 -0.807935</w:t>
        <w:br/>
        <w:t>v -0.077352 14.774678 -0.839044</w:t>
        <w:br/>
        <w:t>v -0.077352 14.774678 -0.839044</w:t>
        <w:br/>
        <w:t>v -0.082970 14.764113 -0.809371</w:t>
        <w:br/>
        <w:t>v 0.000799 14.723035 -0.811007</w:t>
        <w:br/>
        <w:t>v 0.006416 14.733599 -0.840680</w:t>
        <w:br/>
        <w:t>v 0.006416 14.733599 -0.840680</w:t>
        <w:br/>
        <w:t>v 0.057233 14.706988 -0.805716</w:t>
        <w:br/>
        <w:t>v 0.062848 14.717554 -0.835386</w:t>
        <w:br/>
        <w:t>v 0.108407 15.159635 -0.634751</w:t>
        <w:br/>
        <w:t>v 0.114023 15.170201 -0.664424</w:t>
        <w:br/>
        <w:t>v 0.054546 15.158903 -0.645513</w:t>
        <w:br/>
        <w:t>v 0.060162 15.169468 -0.675184</w:t>
        <w:br/>
        <w:t>v 0.001388 15.119951 -0.669725</w:t>
        <w:br/>
        <w:t>v 0.007005 15.130518 -0.699399</w:t>
        <w:br/>
        <w:t>v -0.060147 15.057815 -0.700327</w:t>
        <w:br/>
        <w:t>v -0.054532 15.068378 -0.730000</w:t>
        <w:br/>
        <w:t>v -0.086835 14.969351 -0.736040</w:t>
        <w:br/>
        <w:t>v -0.081219 14.979918 -0.765711</w:t>
        <w:br/>
        <w:t>v -0.067036 14.902735 -0.791354</w:t>
        <w:br/>
        <w:t>v -0.072654 14.892169 -0.761680</w:t>
        <w:br/>
        <w:t>v -0.038094 14.840633 -0.807935</w:t>
        <w:br/>
        <w:t>v -0.043713 14.830070 -0.778262</w:t>
        <w:br/>
        <w:t>v 0.019969 14.800811 -0.779610</w:t>
        <w:br/>
        <w:t>v 0.025585 14.811377 -0.809282</w:t>
        <w:br/>
        <w:t>v -0.771460 15.335065 1.766501</w:t>
        <w:br/>
        <w:t>v -0.781577 15.337951 1.789448</w:t>
        <w:br/>
        <w:t>v -0.739248 15.311843 1.783870</w:t>
        <w:br/>
        <w:t>v -0.749367 15.314730 1.806816</w:t>
        <w:br/>
        <w:t>v -0.722593 15.260893 1.797853</w:t>
        <w:br/>
        <w:t>v -0.732712 15.263782 1.820800</w:t>
        <w:br/>
        <w:t>v -0.720866 15.196957 1.806839</w:t>
        <w:br/>
        <w:t>v -0.730984 15.199841 1.829786</w:t>
        <w:br/>
        <w:t>v -0.752852 15.125793 1.829534</w:t>
        <w:br/>
        <w:t>v -0.742732 15.122906 1.806588</w:t>
        <w:br/>
        <w:t>v -0.789020 15.073112 1.820151</w:t>
        <w:br/>
        <w:t>v -0.778903 15.070223 1.797204</w:t>
        <w:br/>
        <w:t>v -0.820537 15.036584 1.782933</w:t>
        <w:br/>
        <w:t>v -0.830656 15.039472 1.805880</w:t>
        <w:br/>
        <w:t>v -0.860164 15.034695 1.765479</w:t>
        <w:br/>
        <w:t>v -0.870280 15.037583 1.788426</w:t>
        <w:br/>
        <w:t>v -0.001823 14.651151 1.958352</w:t>
        <w:br/>
        <w:t>v -0.004012 14.651874 1.989598</w:t>
        <w:br/>
        <w:t>v 0.017062 14.733256 1.957847</w:t>
        <w:br/>
        <w:t>v 0.014874 14.733981 1.989095</w:t>
        <w:br/>
        <w:t>v 0.104193 15.112062 1.955521</w:t>
        <w:br/>
        <w:t>v 0.102004 15.112782 1.986765</w:t>
        <w:br/>
        <w:t>v 0.123079 15.194164 1.955016</w:t>
        <w:br/>
        <w:t>v 0.120890 15.194886 1.986262</w:t>
        <w:br/>
        <w:t>v 0.102004 15.112782 1.986765</w:t>
        <w:br/>
        <w:t>v 0.014874 14.733981 1.989095</w:t>
        <w:br/>
        <w:t>v 0.045914 15.125662 1.982835</w:t>
        <w:br/>
        <w:t>v 0.120890 15.194886 1.986262</w:t>
        <w:br/>
        <w:t>v -0.004012 14.651874 1.989598</w:t>
        <w:br/>
        <w:t>v -0.041216 14.746855 1.985162</w:t>
        <w:br/>
        <w:t>v -0.060102 14.664750 1.985671</w:t>
        <w:br/>
        <w:t>v -0.004012 14.651874 1.989598</w:t>
        <w:br/>
        <w:t>v -0.001823 14.651151 1.958352</w:t>
        <w:br/>
        <w:t>v -0.060102 14.664750 1.985671</w:t>
        <w:br/>
        <w:t>v -0.057915 14.664030 1.954421</w:t>
        <w:br/>
        <w:t>v -0.126303 14.702957 1.980543</w:t>
        <w:br/>
        <w:t>v -0.126303 14.702957 1.980543</w:t>
        <w:br/>
        <w:t>v -0.087437 14.774135 1.981571</w:t>
        <w:br/>
        <w:t>v -0.124115 14.702238 1.949294</w:t>
        <w:br/>
        <w:t>v -0.173964 14.805123 1.975274</w:t>
        <w:br/>
        <w:t>v -0.173964 14.805123 1.975274</w:t>
        <w:br/>
        <w:t>v -0.115626 14.836763 1.978410</w:t>
        <w:br/>
        <w:t>v -0.171775 14.804399 1.944031</w:t>
        <w:br/>
        <w:t>v -0.184559 14.911521 1.972334</w:t>
        <w:br/>
        <w:t>v -0.184559 14.911521 1.972334</w:t>
        <w:br/>
        <w:t>v -0.182371 14.910796 1.941086</w:t>
        <w:br/>
        <w:t>v -0.125015 14.916339 1.976115</w:t>
        <w:br/>
        <w:t>v -0.152812 15.039309 1.940298</w:t>
        <w:br/>
        <w:t>v -0.155000 15.040031 1.971544</w:t>
        <w:br/>
        <w:t>v -0.155000 15.040031 1.971544</w:t>
        <w:br/>
        <w:t>v -0.103535 15.009726 1.975539</w:t>
        <w:br/>
        <w:t>v -0.096788 15.130411 1.942025</w:t>
        <w:br/>
        <w:t>v -0.060316 15.077221 1.976934</w:t>
        <w:br/>
        <w:t>v -0.098975 15.131134 1.973271</w:t>
        <w:br/>
        <w:t>v -0.098975 15.131134 1.973271</w:t>
        <w:br/>
        <w:t>v -0.007589 15.121274 1.979440</w:t>
        <w:br/>
        <w:t>v -0.011454 15.202263 1.977473</w:t>
        <w:br/>
        <w:t>v -0.011454 15.202263 1.977473</w:t>
        <w:br/>
        <w:t>v -0.009267 15.201540 1.946231</w:t>
        <w:br/>
        <w:t>v 0.064800 15.207767 1.982333</w:t>
        <w:br/>
        <w:t>v 0.064800 15.207767 1.982333</w:t>
        <w:br/>
        <w:t>v 0.066988 15.207043 1.951085</w:t>
        <w:br/>
        <w:t>v 0.123079 15.194164 1.955016</w:t>
        <w:br/>
        <w:t>v 0.120890 15.194886 1.986262</w:t>
        <w:br/>
        <w:t>v -0.041216 14.746855 1.985162</w:t>
        <w:br/>
        <w:t>v -0.087437 14.774135 1.981571</w:t>
        <w:br/>
        <w:t>v -0.039029 14.746133 1.953918</w:t>
        <w:br/>
        <w:t>v -0.085249 14.773415 1.950326</w:t>
        <w:br/>
        <w:t>v -0.115626 14.836763 1.978410</w:t>
        <w:br/>
        <w:t>v -0.113439 14.836043 1.947162</w:t>
        <w:br/>
        <w:t>v -0.125015 14.916339 1.976115</w:t>
        <w:br/>
        <w:t>v -0.122826 14.915617 1.944869</w:t>
        <w:br/>
        <w:t>v -0.101347 15.009003 1.944295</w:t>
        <w:br/>
        <w:t>v -0.103535 15.009726 1.975539</w:t>
        <w:br/>
        <w:t>v -0.058128 15.076502 1.945688</w:t>
        <w:br/>
        <w:t>v -0.060316 15.077221 1.976934</w:t>
        <w:br/>
        <w:t>v -0.007589 15.121274 1.979440</w:t>
        <w:br/>
        <w:t>v -0.005401 15.120552 1.948195</w:t>
        <w:br/>
        <w:t>v 0.045914 15.125662 1.982835</w:t>
        <w:br/>
        <w:t>v 0.048102 15.124937 1.951590</w:t>
        <w:br/>
        <w:t>v 1.061872 14.831634 -0.579048</w:t>
        <w:br/>
        <w:t>v 1.057317 14.841460 -0.616282</w:t>
        <w:br/>
        <w:t>v 1.063887 14.581029 -0.691535</w:t>
        <w:br/>
        <w:t>v 1.059137 14.589220 -0.725587</w:t>
        <w:br/>
        <w:t>v 1.082368 14.836889 -0.663146</w:t>
        <w:br/>
        <w:t>v 1.069328 14.584983 -0.757320</w:t>
        <w:br/>
        <w:t>v 1.133096 14.794955 -0.678163</w:t>
        <w:br/>
        <w:t>v 1.069328 14.584983 -0.757320</w:t>
        <w:br/>
        <w:t>v 1.082368 14.836889 -0.663146</w:t>
        <w:br/>
        <w:t>v 1.113725 14.537545 -0.773397</w:t>
        <w:br/>
        <w:t>v 1.208119 14.704576 -0.657980</w:t>
        <w:br/>
        <w:t>v 1.174734 14.450019 -0.753244</w:t>
        <w:br/>
        <w:t>v 1.372217 14.490698 -0.643185</w:t>
        <w:br/>
        <w:t>v 1.318072 14.264136 -0.716856</w:t>
        <w:br/>
        <w:t>v 1.508490 14.278397 -0.616303</w:t>
        <w:br/>
        <w:t>v 1.425371 14.063776 -0.663356</w:t>
        <w:br/>
        <w:t>v 1.623733 14.046968 -0.579401</w:t>
        <w:br/>
        <w:t>v 1.499008 13.860201 -0.608181</w:t>
        <w:br/>
        <w:t>v 1.695341 13.654991 -0.556545</w:t>
        <w:br/>
        <w:t>v 1.541465 13.526318 -0.563714</w:t>
        <w:br/>
        <w:t>v 1.689817 13.278540 -0.554085</w:t>
        <w:br/>
        <w:t>v 1.550449 13.286594 -0.541724</w:t>
        <w:br/>
        <w:t>v 1.549512 13.154334 -0.543413</w:t>
        <w:br/>
        <w:t>v 1.681404 13.075827 -0.565837</w:t>
        <w:br/>
        <w:t>v 1.549512 13.154334 -0.543413</w:t>
        <w:br/>
        <w:t>v 1.681404 13.075827 -0.565837</w:t>
        <w:br/>
        <w:t>v 1.540996 13.124423 -0.598687</w:t>
        <w:br/>
        <w:t>v 1.672889 13.045917 -0.621111</w:t>
        <w:br/>
        <w:t>v -0.621256 15.241936 1.781966</w:t>
        <w:br/>
        <w:t>v -0.357720 15.226218 1.849223</w:t>
        <w:br/>
        <w:t>v -0.373757 15.150469 1.839749</w:t>
        <w:br/>
        <w:t>v -0.345985 15.281621 1.856163</w:t>
        <w:br/>
        <w:t>v -0.633463 15.383389 1.772951</w:t>
        <w:br/>
        <w:t>v -0.346791 15.319228 1.810067</w:t>
        <w:br/>
        <w:t>v -0.624483 15.409432 1.743542</w:t>
        <w:br/>
        <w:t>v -0.747475 15.289285 1.743854</w:t>
        <w:br/>
        <w:t>v -0.860446 15.497465 1.650051</w:t>
        <w:br/>
        <w:t>v -0.912650 15.490004 1.696783</w:t>
        <w:br/>
        <w:t>v -0.912650 15.490004 1.696783</w:t>
        <w:br/>
        <w:t>v -0.951429 15.370195 1.691767</w:t>
        <w:br/>
        <w:t>v -0.866762 15.563613 1.652325</w:t>
        <w:br/>
        <w:t>v -0.988220 15.382985 1.705439</w:t>
        <w:br/>
        <w:t>v -0.940474 15.562287 1.729611</w:t>
        <w:br/>
        <w:t>v -0.885996 15.633984 1.655326</w:t>
        <w:br/>
        <w:t>v -0.988220 15.382985 1.705439</w:t>
        <w:br/>
        <w:t>v -1.241026 15.475148 1.505396</w:t>
        <w:br/>
        <w:t>v -1.230512 15.542183 1.508462</w:t>
        <w:br/>
        <w:t>v -0.940474 15.562287 1.729611</w:t>
        <w:br/>
        <w:t>v -0.973249 15.634777 1.708635</w:t>
        <w:br/>
        <w:t>v -0.973249 15.634777 1.708635</w:t>
        <w:br/>
        <w:t>v -1.135904 15.746165 1.436296</w:t>
        <w:br/>
        <w:t>v -1.209615 15.736495 1.502251</w:t>
        <w:br/>
        <w:t>v -1.209615 15.736495 1.502251</w:t>
        <w:br/>
        <w:t>v -1.449802 15.645201 1.225845</w:t>
        <w:br/>
        <w:t>v -1.310516 15.824735 1.208437</w:t>
        <w:br/>
        <w:t>v -1.403628 15.826450 1.230406</w:t>
        <w:br/>
        <w:t>v -1.403628 15.826450 1.230406</w:t>
        <w:br/>
        <w:t>v -1.531012 15.699862 0.931115</w:t>
        <w:br/>
        <w:t>v -1.408774 15.875497 0.916559</w:t>
        <w:br/>
        <w:t>v -1.480134 15.876041 0.932102</w:t>
        <w:br/>
        <w:t>v -1.480134 15.876041 0.932102</w:t>
        <w:br/>
        <w:t>v -1.545256 15.713284 0.661311</w:t>
        <w:br/>
        <w:t>v -1.492038 15.886192 0.668887</w:t>
        <w:br/>
        <w:t>v -1.492038 15.886192 0.668887</w:t>
        <w:br/>
        <w:t>v -1.416390 15.887504 0.673462</w:t>
        <w:br/>
        <w:t>v -1.431088 15.869310 0.468831</w:t>
        <w:br/>
        <w:t>v -1.431088 15.869310 0.468831</w:t>
        <w:br/>
        <w:t>v -1.484903 15.698198 0.461294</w:t>
        <w:br/>
        <w:t>v -1.352504 15.868919 0.482386</w:t>
        <w:br/>
        <w:t>v -1.354271 15.847256 0.236000</w:t>
        <w:br/>
        <w:t>v -1.354271 15.847256 0.236000</w:t>
        <w:br/>
        <w:t>v -1.406864 15.676781 0.222419</w:t>
        <w:br/>
        <w:t>v -1.266446 15.843267 0.253609</w:t>
        <w:br/>
        <w:t>v -1.191252 15.789519 0.007847</w:t>
        <w:br/>
        <w:t>v -1.191252 15.789519 0.007847</w:t>
        <w:br/>
        <w:t>v -1.247797 15.608926 -0.015324</w:t>
        <w:br/>
        <w:t>v -1.087897 15.780782 0.046990</w:t>
        <w:br/>
        <w:t>v -0.940643 15.689439 -0.201540</w:t>
        <w:br/>
        <w:t>v -0.940643 15.689439 -0.201540</w:t>
        <w:br/>
        <w:t>v -0.822759 15.661222 -0.138991</w:t>
        <w:br/>
        <w:t>v -0.801043 15.596090 -0.172910</w:t>
        <w:br/>
        <w:t>v -0.914950 15.633124 -0.261515</w:t>
        <w:br/>
        <w:t>v -0.914950 15.633124 -0.261515</w:t>
        <w:br/>
        <w:t>v -1.128470 15.548382 -0.175276</w:t>
        <w:br/>
        <w:t>v -0.821550 15.491279 -0.195744</w:t>
        <w:br/>
        <w:t>v -1.152421 15.469564 -0.181955</w:t>
        <w:br/>
        <w:t>v -0.992340 15.406222 -0.291886</w:t>
        <w:br/>
        <w:t>v -0.954276 15.517817 -0.276954</w:t>
        <w:br/>
        <w:t>v -0.886789 15.502571 -0.246635</w:t>
        <w:br/>
        <w:t>v -0.821550 15.491279 -0.195744</w:t>
        <w:br/>
        <w:t>v -0.886789 15.502571 -0.246635</w:t>
        <w:br/>
        <w:t>v -0.763225 15.468626 -0.225842</w:t>
        <w:br/>
        <w:t>v -0.938837 15.376707 -0.276863</w:t>
        <w:br/>
        <w:t>v -0.772388 15.459659 -0.335851</w:t>
        <w:br/>
        <w:t>v -0.772388 15.459659 -0.335851</w:t>
        <w:br/>
        <w:t>v -0.608732 15.410443 -0.314304</w:t>
        <w:br/>
        <w:t>v -0.801134 15.331039 -0.391433</w:t>
        <w:br/>
        <w:t>v -0.624730 15.407496 -0.415202</w:t>
        <w:br/>
        <w:t>v -0.422257 15.346257 -0.409653</w:t>
        <w:br/>
        <w:t>v -0.658870 15.324348 -0.452214</w:t>
        <w:br/>
        <w:t>v -0.624730 15.407496 -0.415202</w:t>
        <w:br/>
        <w:t>v -0.674036 15.287414 -0.468654</w:t>
        <w:br/>
        <w:t>v -0.457449 15.352485 -0.491968</w:t>
        <w:br/>
        <w:t>v -0.261071 15.294772 -0.458907</w:t>
        <w:br/>
        <w:t>v -0.253676 15.284683 -0.522599</w:t>
        <w:br/>
        <w:t>v -0.457449 15.352485 -0.491968</w:t>
        <w:br/>
        <w:t>v -0.464727 15.310820 -0.513307</w:t>
        <w:br/>
        <w:t>v -0.309506 15.155780 -0.606655</w:t>
        <w:br/>
        <w:t>v -0.482791 15.207323 -0.566304</w:t>
        <w:br/>
        <w:t>v -0.681521 15.268050 -0.476646</w:t>
        <w:br/>
        <w:t>v 0.792875 15.072868 1.737054</w:t>
        <w:br/>
        <w:t>v 0.833491 15.078921 1.831019</w:t>
        <w:br/>
        <w:t>v 0.738114 15.168400 1.749350</w:t>
        <w:br/>
        <w:t>v 0.771725 15.170208 1.846429</w:t>
        <w:br/>
        <w:t>v 0.595022 15.205177 1.900049</w:t>
        <w:br/>
        <w:t>v 0.561386 15.203359 1.802958</w:t>
        <w:br/>
        <w:t>v 0.595022 15.205177 1.900049</w:t>
        <w:br/>
        <w:t>v 0.497325 14.802674 1.838281</w:t>
        <w:br/>
        <w:t>v 0.561386 15.203359 1.802958</w:t>
        <w:br/>
        <w:t>v 0.529548 14.796836 1.936040</w:t>
        <w:br/>
        <w:t>v 0.436614 14.422938 1.871757</w:t>
        <w:br/>
        <w:t>v 0.469886 14.424745 1.968836</w:t>
        <w:br/>
        <w:t>v 0.619645 14.387968 1.818150</w:t>
        <w:br/>
        <w:t>v 0.436614 14.422938 1.871757</w:t>
        <w:br/>
        <w:t>v 0.469886 14.424745 1.968836</w:t>
        <w:br/>
        <w:t>v 0.652905 14.389789 1.915228</w:t>
        <w:br/>
        <w:t>v 0.692792 14.453198 1.793447</w:t>
        <w:br/>
        <w:t>v 0.726180 14.460570 1.892157</w:t>
        <w:br/>
        <w:t>v 0.726180 14.460570 1.892157</w:t>
        <w:br/>
        <w:t>v 0.801524 14.384809 1.902727</w:t>
        <w:br/>
        <w:t>v 0.692792 14.453198 1.793447</w:t>
        <w:br/>
        <w:t>v 0.752933 14.380212 1.773133</w:t>
        <w:br/>
        <w:t>v 0.801524 14.384809 1.902727</w:t>
        <w:br/>
        <w:t>v 0.838289 14.439872 1.886794</w:t>
        <w:br/>
        <w:t>v 0.752933 14.380212 1.773133</w:t>
        <w:br/>
        <w:t>v 0.789698 14.435272 1.757200</w:t>
        <w:br/>
        <w:t>v 0.789698 14.435272 1.757200</w:t>
        <w:br/>
        <w:t>v 0.838289 14.439872 1.886794</w:t>
        <w:br/>
        <w:t>v 0.851336 14.427945 1.734224</w:t>
        <w:br/>
        <w:t>v 0.899966 14.432547 1.863817</w:t>
        <w:br/>
        <w:t>v 0.919200 14.421327 1.713496</w:t>
        <w:br/>
        <w:t>v 0.967921 14.425930 1.843089</w:t>
        <w:br/>
        <w:t>v 0.999800 14.470194 1.785244</w:t>
        <w:br/>
        <w:t>v 1.014420 14.471571 1.824090</w:t>
        <w:br/>
        <w:t>v 0.965647 14.466969 1.694496</w:t>
        <w:br/>
        <w:t>v 1.506009 15.041733 1.507280</w:t>
        <w:br/>
        <w:t>v 1.539863 15.044889 1.596235</w:t>
        <w:br/>
        <w:t>v 1.215164 15.095063 1.626256</w:t>
        <w:br/>
        <w:t>v 1.249018 15.098225 1.715224</w:t>
        <w:br/>
        <w:t>v 1.081915 14.979040 1.757355</w:t>
        <w:br/>
        <w:t>v 1.040892 14.975221 1.649700</w:t>
        <w:br/>
        <w:t>v 1.009416 15.028670 1.659967</w:t>
        <w:br/>
        <w:t>v 1.040892 14.975221 1.649700</w:t>
        <w:br/>
        <w:t>v 1.081915 14.979040 1.757355</w:t>
        <w:br/>
        <w:t>v 1.090276 14.979819 1.779293</w:t>
        <w:br/>
        <w:t>v 1.058813 15.033257 1.789560</w:t>
        <w:br/>
        <w:t>v 0.989156 15.046358 1.811393</w:t>
        <w:br/>
        <w:t>v 0.939720 15.041758 1.681800</w:t>
        <w:br/>
        <w:t>v 0.933833 15.058860 1.832238</w:t>
        <w:br/>
        <w:t>v 0.884384 15.054258 1.702644</w:t>
        <w:br/>
        <w:t>v 0.884384 15.054258 1.702644</w:t>
        <w:br/>
        <w:t>v 0.933833 15.058860 1.832238</w:t>
        <w:br/>
        <w:t>v 0.864527 15.119056 1.707999</w:t>
        <w:br/>
        <w:t>v 0.913976 15.123655 1.837592</w:t>
        <w:br/>
        <w:t>v 0.864527 15.119056 1.707999</w:t>
        <w:br/>
        <w:t>v 0.913976 15.123655 1.837592</w:t>
        <w:br/>
        <w:t>v 0.833491 15.078921 1.831019</w:t>
        <w:br/>
        <w:t>v 0.792875 15.072868 1.737054</w:t>
        <w:br/>
        <w:t>v -0.253497 14.349356 1.888311</w:t>
        <w:br/>
        <w:t>v -0.303884 14.349429 1.881182</w:t>
        <w:br/>
        <w:t>v -0.204685 14.409062 1.890998</w:t>
        <w:br/>
        <w:t>v -0.368036 14.408678 1.874287</w:t>
        <w:br/>
        <w:t>v -0.367848 14.330761 1.876206</w:t>
        <w:br/>
        <w:t>v -0.302501 14.331022 1.881749</w:t>
        <w:br/>
        <w:t>v -0.362074 14.325949 1.872345</w:t>
        <w:br/>
        <w:t>v -0.307651 14.326169 1.876962</w:t>
        <w:br/>
        <w:t>v -0.307629 14.313368 1.877276</w:t>
        <w:br/>
        <w:t>v -0.362053 14.313150 1.872660</w:t>
        <w:br/>
        <w:t>v -0.369540 14.308966 1.877936</w:t>
        <w:br/>
        <w:t>v -0.300916 14.309243 1.883757</w:t>
        <w:br/>
        <w:t>v -0.300652 14.153074 1.887527</w:t>
        <w:br/>
        <w:t>v -0.369276 14.152801 1.881706</w:t>
        <w:br/>
        <w:t>v -0.362641 14.147275 1.877270</w:t>
        <w:br/>
        <w:t>v -0.306571 14.147502 1.882025</w:t>
        <w:br/>
        <w:t>v -0.306545 14.132409 1.882396</w:t>
        <w:br/>
        <w:t>v -0.362615 14.132183 1.877640</w:t>
        <w:br/>
        <w:t>v -0.302089 14.126719 1.886765</w:t>
        <w:br/>
        <w:t>v -0.367574 14.126455 1.881211</w:t>
        <w:br/>
        <w:t>v -0.302038 14.097030 1.887495</w:t>
        <w:br/>
        <w:t>v -0.368759 14.044278 1.883118</w:t>
        <w:br/>
        <w:t>v -0.224885 14.043450 1.898766</w:t>
        <w:br/>
        <w:t>v -0.258230 14.096964 1.894626</w:t>
        <w:br/>
        <w:t>v -0.169386 14.621711 -1.017112</w:t>
        <w:br/>
        <w:t>v -0.155065 14.597265 -0.956838</w:t>
        <w:br/>
        <w:t>v -0.345855 15.152740 -0.755131</w:t>
        <w:br/>
        <w:t>v -0.331911 15.128345 -0.695585</w:t>
        <w:br/>
        <w:t>v -0.331911 15.128345 -0.695585</w:t>
        <w:br/>
        <w:t>v -0.435123 15.092036 -0.691050</w:t>
        <w:br/>
        <w:t>v -0.345855 15.152740 -0.755131</w:t>
        <w:br/>
        <w:t>v -0.449743 15.116717 -0.751220</w:t>
        <w:br/>
        <w:t>v -0.449743 15.116717 -0.751220</w:t>
        <w:br/>
        <w:t>v -0.435123 15.092036 -0.691050</w:t>
        <w:br/>
        <w:t>v -0.511602 14.862338 -0.860617</w:t>
        <w:br/>
        <w:t>v -0.492772 14.830589 -0.783215</w:t>
        <w:br/>
        <w:t>v -0.457267 14.721323 -0.841410</w:t>
        <w:br/>
        <w:t>v -0.475045 14.751315 -0.914732</w:t>
        <w:br/>
        <w:t>v -0.257991 14.558980 -0.956604</w:t>
        <w:br/>
        <w:t>v -0.272715 14.583631 -1.017241</w:t>
        <w:br/>
        <w:t>v -0.272715 14.583631 -1.017241</w:t>
        <w:br/>
        <w:t>v -0.257991 14.558980 -0.956604</w:t>
        <w:br/>
        <w:t>v -0.169386 14.621711 -1.017112</w:t>
        <w:br/>
        <w:t>v -0.155065 14.597265 -0.956838</w:t>
        <w:br/>
        <w:t>v 0.253497 14.349357 1.888311</w:t>
        <w:br/>
        <w:t>v 0.204685 14.409062 1.890998</w:t>
        <w:br/>
        <w:t>v 0.303884 14.349429 1.881182</w:t>
        <w:br/>
        <w:t>v 0.368036 14.408678 1.874287</w:t>
        <w:br/>
        <w:t>v 0.367848 14.330761 1.876206</w:t>
        <w:br/>
        <w:t>v 0.302501 14.331022 1.881749</w:t>
        <w:br/>
        <w:t>v 0.362074 14.325949 1.872345</w:t>
        <w:br/>
        <w:t>v 0.307651 14.326169 1.876962</w:t>
        <w:br/>
        <w:t>v 0.307629 14.313368 1.877276</w:t>
        <w:br/>
        <w:t>v 0.362053 14.313150 1.872660</w:t>
        <w:br/>
        <w:t>v 0.369540 14.308965 1.877936</w:t>
        <w:br/>
        <w:t>v 0.300916 14.309244 1.883756</w:t>
        <w:br/>
        <w:t>v 0.300652 14.153074 1.887527</w:t>
        <w:br/>
        <w:t>v 0.369276 14.152797 1.881706</w:t>
        <w:br/>
        <w:t>v 0.362641 14.147275 1.877270</w:t>
        <w:br/>
        <w:t>v 0.306571 14.147502 1.882025</w:t>
        <w:br/>
        <w:t>v 0.306545 14.132409 1.882396</w:t>
        <w:br/>
        <w:t>v 0.362615 14.132182 1.877640</w:t>
        <w:br/>
        <w:t>v 0.302089 14.126719 1.886765</w:t>
        <w:br/>
        <w:t>v 0.367574 14.126455 1.881211</w:t>
        <w:br/>
        <w:t>v 0.302038 14.097030 1.887495</w:t>
        <w:br/>
        <w:t>v 0.368759 14.044278 1.883118</w:t>
        <w:br/>
        <w:t>v 0.224885 14.043450 1.898766</w:t>
        <w:br/>
        <w:t>v 0.258230 14.096964 1.894626</w:t>
        <w:br/>
        <w:t>v -0.261071 15.294772 -0.458907</w:t>
        <w:br/>
        <w:t>v -0.253676 15.284683 -0.522599</w:t>
        <w:br/>
        <w:t>v -0.245385 15.330585 -0.440063</w:t>
        <w:br/>
        <w:t>v -0.223734 15.337741 -0.562379</w:t>
        <w:br/>
        <w:t>v -0.309506 15.155780 -0.606655</w:t>
        <w:br/>
        <w:t>v -0.137508 15.326508 -0.439790</w:t>
        <w:br/>
        <w:t>v -0.245385 15.330585 -0.440063</w:t>
        <w:br/>
        <w:t>v -0.223734 15.337741 -0.562379</w:t>
        <w:br/>
        <w:t>v -0.291091 15.152300 -0.628608</w:t>
        <w:br/>
        <w:t>v -0.140549 15.343505 -0.584913</w:t>
        <w:br/>
        <w:t>v 0.027720 15.288663 -0.457828</w:t>
        <w:br/>
        <w:t>v -0.272065 15.179535 -0.645147</w:t>
        <w:br/>
        <w:t>v 0.058572 15.283813 -0.581249</w:t>
        <w:br/>
        <w:t>v 0.370846 15.189503 -0.477608</w:t>
        <w:br/>
        <w:t>v -0.192259 15.174417 -0.647657</w:t>
        <w:br/>
        <w:t>v -0.140549 15.343505 -0.584913</w:t>
        <w:br/>
        <w:t>v 0.058572 15.283813 -0.581249</w:t>
        <w:br/>
        <w:t>v -0.272065 15.179535 -0.645147</w:t>
        <w:br/>
        <w:t>v 0.392783 15.184139 -0.569708</w:t>
        <w:br/>
        <w:t>v 0.678428 15.102397 -0.434072</w:t>
        <w:br/>
        <w:t>v 0.074297 15.139939 -0.627449</w:t>
        <w:br/>
        <w:t>v 0.392783 15.184139 -0.569708</w:t>
        <w:br/>
        <w:t>v 0.028799 14.942730 -0.706449</w:t>
        <w:br/>
        <w:t>v 0.387675 15.119272 -0.592776</w:t>
        <w:br/>
        <w:t>v 0.381788 15.044395 -0.619417</w:t>
        <w:br/>
        <w:t>v -0.259044 14.956025 -0.728698</w:t>
        <w:br/>
        <w:t>v -0.000598 14.815331 -0.757484</w:t>
        <w:br/>
        <w:t>v 0.510693 15.026630 -0.606460</w:t>
        <w:br/>
        <w:t>v 0.500842 15.013350 -0.612659</w:t>
        <w:br/>
        <w:t>v 0.702535 15.093803 -0.534009</w:t>
        <w:br/>
        <w:t>v 0.702535 15.093803 -0.534009</w:t>
        <w:br/>
        <w:t>v 0.592579 14.999988 -0.597012</w:t>
        <w:br/>
        <w:t>v 0.974081 15.007643 -0.426002</w:t>
        <w:br/>
        <w:t>v 0.935406 15.013739 -0.348054</w:t>
        <w:br/>
        <w:t>v 1.169965 14.953062 -0.212495</w:t>
        <w:br/>
        <w:t>v 1.248654 14.930228 -0.277149</w:t>
        <w:br/>
        <w:t>v 0.705408 14.995179 -0.563146</w:t>
        <w:br/>
        <w:t>v 0.974081 15.007643 -0.426002</w:t>
        <w:br/>
        <w:t>v 0.597049 14.984716 -0.603718</w:t>
        <w:br/>
        <w:t>v 0.706798 14.953335 -0.576050</w:t>
        <w:br/>
        <w:t>v 0.979292 14.970242 -0.441909</w:t>
        <w:br/>
        <w:t>v 0.993510 14.868302 -0.485275</w:t>
        <w:br/>
        <w:t>v 1.134370 14.826937 -0.420894</w:t>
        <w:br/>
        <w:t>v 1.276244 14.800294 -0.341582</w:t>
        <w:br/>
        <w:t>v 1.141362 14.522225 -0.578338</w:t>
        <w:br/>
        <w:t>v 1.338273 14.498510 -0.463221</w:t>
        <w:br/>
        <w:t>v 1.364407 14.363260 -0.531475</w:t>
        <w:br/>
        <w:t>v 1.063894 14.418248 -0.715585</w:t>
        <w:br/>
        <w:t>v 1.364407 14.363260 -0.531475</w:t>
        <w:br/>
        <w:t>v 1.063894 14.418248 -0.715585</w:t>
        <w:br/>
        <w:t>v 1.278051 14.335269 -0.478219</w:t>
        <w:br/>
        <w:t>v 1.046792 14.548803 -0.631958</w:t>
        <w:br/>
        <w:t>v 1.022360 14.380923 -0.623381</w:t>
        <w:br/>
        <w:t>v 0.749684 14.482292 -0.811416</w:t>
        <w:br/>
        <w:t>v 0.749684 14.482292 -0.811416</w:t>
        <w:br/>
        <w:t>v 0.734401 14.622670 -0.733013</w:t>
        <w:br/>
        <w:t>v 0.722146 14.438962 -0.709243</w:t>
        <w:br/>
        <w:t>v 0.530524 14.665935 -0.770492</w:t>
        <w:br/>
        <w:t>v 0.519725 14.646585 -0.778939</w:t>
        <w:br/>
        <w:t>v 0.358032 14.569374 -0.843216</w:t>
        <w:br/>
        <w:t>v 0.358032 14.569374 -0.843216</w:t>
        <w:br/>
        <w:t>v 0.317212 14.532016 -0.736560</w:t>
        <w:br/>
        <w:t>v 0.430314 14.668729 -0.783891</w:t>
        <w:br/>
        <w:t>v 0.429677 14.688573 -0.775405</w:t>
        <w:br/>
        <w:t>v 0.364881 14.709444 -0.776613</w:t>
        <w:br/>
        <w:t>v -0.030644 14.687739 -0.812182</w:t>
        <w:br/>
        <w:t>v -0.030644 14.687739 -0.812182</w:t>
        <w:br/>
        <w:t>v -0.062133 14.650054 -0.707944</w:t>
        <w:br/>
        <w:t>v -0.313937 14.776526 -0.795314</w:t>
        <w:br/>
        <w:t>v -0.313937 14.776526 -0.795314</w:t>
        <w:br/>
        <w:t>v -0.355563 14.743363 -0.685903</w:t>
        <w:br/>
        <w:t>v -0.414524 14.800282 -0.664187</w:t>
        <w:br/>
        <w:t>v -0.388923 14.859012 -0.720355</w:t>
        <w:br/>
        <w:t>v -0.403049 14.838778 -0.664308</w:t>
        <w:br/>
        <w:t>v -0.381814 14.844067 -0.775742</w:t>
        <w:br/>
        <w:t>v -0.381814 14.844067 -0.775742</w:t>
        <w:br/>
        <w:t>v -0.355082 14.978169 -0.685240</w:t>
        <w:br/>
        <w:t>v -0.343464 14.997326 -0.694506</w:t>
        <w:br/>
        <w:t>v -0.333417 14.994078 -0.715817</w:t>
        <w:br/>
        <w:t>v 1.424928 14.572844 1.562109</w:t>
        <w:br/>
        <w:t>v 1.433635 14.586579 1.574871</w:t>
        <w:br/>
        <w:t>v 1.481863 14.569168 1.555039</w:t>
        <w:br/>
        <w:t>v 1.499212 14.583659 1.571115</w:t>
        <w:br/>
        <w:t>v 1.534170 14.565777 1.516766</w:t>
        <w:br/>
        <w:t>v 1.446150 14.745170 1.561732</w:t>
        <w:br/>
        <w:t>v 1.566581 14.580980 1.535883</w:t>
        <w:br/>
        <w:t>v 1.575172 14.560679 1.460054</w:t>
        <w:br/>
        <w:t>v 1.507451 14.744416 1.553142</w:t>
        <w:br/>
        <w:t>v 1.566581 14.580980 1.535883</w:t>
        <w:br/>
        <w:t>v 1.434415 14.756217 1.544162</w:t>
        <w:br/>
        <w:t>v 1.486957 14.754630 1.535831</w:t>
        <w:br/>
        <w:t>v 1.535236 14.753174 1.496402</w:t>
        <w:br/>
        <w:t>v 1.570871 14.743724 1.513453</w:t>
        <w:br/>
        <w:t>v 1.570871 14.743724 1.513453</w:t>
        <w:br/>
        <w:t>v 1.570168 14.750990 1.437922</w:t>
        <w:br/>
        <w:t>v 1.607661 14.576939 1.478429</w:t>
        <w:br/>
        <w:t>v 1.607661 14.576939 1.478429</w:t>
        <w:br/>
        <w:t>v 1.606024 14.742700 1.454621</w:t>
        <w:br/>
        <w:t>v 1.606024 14.742700 1.454621</w:t>
        <w:br/>
        <w:t>v 1.608272 14.572832 1.395491</w:t>
        <w:br/>
        <w:t>v 1.608272 14.572832 1.395491</w:t>
        <w:br/>
        <w:t>v 1.575718 14.555511 1.377869</w:t>
        <w:br/>
        <w:t>v 1.600605 14.741645 1.370292</w:t>
        <w:br/>
        <w:t>v 1.600605 14.741645 1.370292</w:t>
        <w:br/>
        <w:t>v 1.564542 14.748769 1.353969</w:t>
        <w:br/>
        <w:t>v 1.613652 14.568896 1.341883</w:t>
        <w:br/>
        <w:t>v 1.613652 14.568896 1.341883</w:t>
        <w:br/>
        <w:t>v 1.581189 14.552925 1.324755</w:t>
        <w:br/>
        <w:t>v 1.600202 14.740634 1.315346</w:t>
        <w:br/>
        <w:t>v 1.600202 14.740634 1.315346</w:t>
        <w:br/>
        <w:t>v 1.564645 14.746573 1.298010</w:t>
        <w:br/>
        <w:t>v 1.333803 14.816673 -0.381453</w:t>
        <w:br/>
        <w:t>v 1.276244 14.800294 -0.341582</w:t>
        <w:br/>
        <w:t>v 1.245926 14.818086 -0.413318</w:t>
        <w:br/>
        <w:t>v 1.278324 14.829587 -0.461142</w:t>
        <w:br/>
        <w:t>v 1.278324 14.829587 -0.461142</w:t>
        <w:br/>
        <w:t>v 1.371776 14.528712 -0.503274</w:t>
        <w:br/>
        <w:t>v 1.333803 14.816673 -0.381453</w:t>
        <w:br/>
        <w:t>v 1.205665 14.824351 -0.436827</w:t>
        <w:br/>
        <w:t>v 1.338273 14.498510 -0.463221</w:t>
        <w:br/>
        <w:t>v 1.371776 14.528712 -0.503274</w:t>
        <w:br/>
        <w:t>v 1.270461 14.511338 -0.552372</w:t>
        <w:br/>
        <w:t>v 1.298792 14.540252 -0.589878</w:t>
        <w:br/>
        <w:t>v 1.298792 14.540252 -0.589878</w:t>
        <w:br/>
        <w:t>v 1.226484 14.517770 -0.581483</w:t>
        <w:br/>
        <w:t>v 1.231214 14.550898 -0.635402</w:t>
        <w:br/>
        <w:t>v 1.231214 14.550898 -0.635402</w:t>
        <w:br/>
        <w:t>v 1.211915 14.840816 -0.502079</w:t>
        <w:br/>
        <w:t>v 1.211915 14.840816 -0.502079</w:t>
        <w:br/>
        <w:t>v 1.134370 14.826937 -0.420894</w:t>
        <w:br/>
        <w:t>v 1.150641 14.847797 -0.494801</w:t>
        <w:br/>
        <w:t>v 1.150641 14.847797 -0.494801</w:t>
        <w:br/>
        <w:t>v 1.160920 14.559667 -0.641536</w:t>
        <w:br/>
        <w:t>v 1.160920 14.559667 -0.641536</w:t>
        <w:br/>
        <w:t>v 1.141362 14.522225 -0.578338</w:t>
        <w:br/>
        <w:t>v 0.372957 5.421762 -0.498381</w:t>
        <w:br/>
        <w:t>v 0.360139 5.371389 0.082711</w:t>
        <w:br/>
        <w:t>v 0.432159 5.379699 -0.482230</w:t>
        <w:br/>
        <w:t>v 0.311692 5.404794 0.109174</w:t>
        <w:br/>
        <w:t>v 0.384918 5.837996 -0.333459</w:t>
        <w:br/>
        <w:t>v 0.471215 5.326644 0.461931</w:t>
        <w:br/>
        <w:t>v 0.354189 5.829944 0.196553</w:t>
        <w:br/>
        <w:t>v 0.374772 6.343246 -0.189851</w:t>
        <w:br/>
        <w:t>v 0.429749 5.353307 0.509312</w:t>
        <w:br/>
        <w:t>v 0.429749 5.353307 0.509312</w:t>
        <w:br/>
        <w:t>v 0.717813 5.218994 0.840904</w:t>
        <w:br/>
        <w:t>v 0.352410 6.330039 0.305405</w:t>
        <w:br/>
        <w:t>v 0.358447 6.909655 -0.054974</w:t>
        <w:br/>
        <w:t>v 0.450390 5.794935 0.588901</w:t>
        <w:br/>
        <w:t>v 0.689317 5.246436 0.894883</w:t>
        <w:br/>
        <w:t>v 1.134640 5.123527 1.074279</w:t>
        <w:br/>
        <w:t>v 0.358308 6.890609 0.427599</w:t>
        <w:br/>
        <w:t>v 0.346027 7.248189 0.029401</w:t>
        <w:br/>
        <w:t>v 0.477432 6.293337 0.675987</w:t>
        <w:br/>
        <w:t>v 0.354022 7.230075 0.506425</w:t>
        <w:br/>
        <w:t>v 0.334670 7.547897 0.102779</w:t>
        <w:br/>
        <w:t>v 0.500104 6.859954 0.780872</w:t>
        <w:br/>
        <w:t>v 0.737773 6.236530 0.988643</w:t>
        <w:br/>
        <w:t>v 0.349707 7.539249 0.574714</w:t>
        <w:br/>
        <w:t>v 0.319393 7.929008 0.170368</w:t>
        <w:br/>
        <w:t>v 0.508563 7.205129 0.851155</w:t>
        <w:br/>
        <w:t>v 0.339035 7.943919 0.633236</w:t>
        <w:br/>
        <w:t>v 0.303046 8.243883 0.231698</w:t>
        <w:br/>
        <w:t>v 0.515169 7.525001 0.912344</w:t>
        <w:br/>
        <w:t>v 0.754938 6.820174 1.063532</w:t>
        <w:br/>
        <w:t>v 0.320462 8.424526 0.666521</w:t>
        <w:br/>
        <w:t>v 0.305354 8.391488 0.225878</w:t>
        <w:br/>
        <w:t>v 0.278722 9.004580 0.273674</w:t>
        <w:br/>
        <w:t>v 0.511980 7.950179 0.967191</w:t>
        <w:br/>
        <w:t>v 0.648047 7.514680 1.078872</w:t>
        <w:br/>
        <w:t>v 0.763196 7.175763 1.115464</w:t>
        <w:br/>
        <w:t>v 0.769257 7.507665 1.197874</w:t>
        <w:br/>
        <w:t>v 0.904082 6.798750 1.133558</w:t>
        <w:br/>
        <w:t>v 1.113062 7.146186 1.309165</w:t>
        <w:br/>
        <w:t>v 0.761836 7.953287 1.295695</w:t>
        <w:br/>
        <w:t>v 1.108432 7.488621 1.401102</w:t>
        <w:br/>
        <w:t>v 1.118000 6.781603 1.258538</w:t>
        <w:br/>
        <w:t>v 0.486411 8.445165 1.002792</w:t>
        <w:br/>
        <w:t>v 1.126084 6.180095 1.196868</w:t>
        <w:br/>
        <w:t>v 1.515173 7.134300 1.251385</w:t>
        <w:br/>
        <w:t>v 0.717450 5.715729 0.930415</w:t>
        <w:br/>
        <w:t>v 0.689317 5.246436 0.894883</w:t>
        <w:br/>
        <w:t>v 1.528771 6.770597 1.200366</w:t>
        <w:br/>
        <w:t>v 1.129225 5.642875 1.175849</w:t>
        <w:br/>
        <w:t>v 1.550972 6.172960 1.118806</w:t>
        <w:br/>
        <w:t>v 1.133806 5.151732 1.136249</w:t>
        <w:br/>
        <w:t>v 1.568602 5.636240 1.073193</w:t>
        <w:br/>
        <w:t>v 1.577692 5.154199 1.030970</w:t>
        <w:br/>
        <w:t>v 1.577692 5.154199 1.030970</w:t>
        <w:br/>
        <w:t>v 1.546757 5.127962 0.971929</w:t>
        <w:br/>
        <w:t>v 1.808603 5.166194 0.868760</w:t>
        <w:br/>
        <w:t>v 1.858312 5.193052 0.913376</w:t>
        <w:br/>
        <w:t>v 1.858312 5.193052 0.913376</w:t>
        <w:br/>
        <w:t>v 1.840335 5.658320 0.969299</w:t>
        <w:br/>
        <w:t>v 2.077801 5.243849 0.625522</w:t>
        <w:br/>
        <w:t>v 2.077801 5.243849 0.625522</w:t>
        <w:br/>
        <w:t>v 2.027580 5.217979 0.581997</w:t>
        <w:br/>
        <w:t>v 2.077801 5.243849 0.625522</w:t>
        <w:br/>
        <w:t>v 2.002892 5.724356 0.667597</w:t>
        <w:br/>
        <w:t>v 2.027580 5.217979 0.581997</w:t>
        <w:br/>
        <w:t>v 2.038879 5.734369 0.707743</w:t>
        <w:br/>
        <w:t>v 2.038879 5.734369 0.707743</w:t>
        <w:br/>
        <w:t>v 1.993237 6.195011 0.734691</w:t>
        <w:br/>
        <w:t>v 1.794659 6.183398 0.999325</w:t>
        <w:br/>
        <w:t>v 2.020719 6.195607 0.772369</w:t>
        <w:br/>
        <w:t>v 2.020719 6.195607 0.772369</w:t>
        <w:br/>
        <w:t>v 1.955469 6.790648 0.805965</w:t>
        <w:br/>
        <w:t>v 1.770366 6.774685 1.074431</w:t>
        <w:br/>
        <w:t>v 1.994555 6.789855 0.842368</w:t>
        <w:br/>
        <w:t>v 1.994555 6.789855 0.842368</w:t>
        <w:br/>
        <w:t>v 1.980752 7.143095 0.884249</w:t>
        <w:br/>
        <w:t>v 1.980752 7.143095 0.884249</w:t>
        <w:br/>
        <w:t>v 1.936047 7.143745 0.847290</w:t>
        <w:br/>
        <w:t>v 1.641650 7.130485 1.203105</w:t>
        <w:br/>
        <w:t>v 1.758882 7.135028 1.122103</w:t>
        <w:br/>
        <w:t>v 1.967940 7.469364 0.920792</w:t>
        <w:br/>
        <w:t>v 1.967940 7.469364 0.920792</w:t>
        <w:br/>
        <w:t>v 1.920044 7.469154 0.883378</w:t>
        <w:br/>
        <w:t>v 1.749849 7.470871 1.192749</w:t>
        <w:br/>
        <w:t>v 1.504592 7.474899 1.345472</w:t>
        <w:br/>
        <w:t>v 1.946347 7.892153 0.950751</w:t>
        <w:br/>
        <w:t>v 1.946347 7.892153 0.950751</w:t>
        <w:br/>
        <w:t>v 1.912951 7.888868 0.912801</w:t>
        <w:br/>
        <w:t>v 1.883397 8.371936 0.909812</w:t>
        <w:br/>
        <w:t>v 1.850482 7.914652 1.132242</w:t>
        <w:br/>
        <w:t>v 1.930602 8.390635 0.943792</w:t>
        <w:br/>
        <w:t>v 1.930602 8.390635 0.943792</w:t>
        <w:br/>
        <w:t>v 1.864532 9.009943 0.910625</w:t>
        <w:br/>
        <w:t>v 1.749577 7.920472 1.241545</w:t>
        <w:br/>
        <w:t>v 1.919266 9.020735 0.940211</w:t>
        <w:br/>
        <w:t>v 1.854396 9.638388 0.920255</w:t>
        <w:br/>
        <w:t>v 1.725827 8.427274 1.259519</w:t>
        <w:br/>
        <w:t>v 1.919266 9.020735 0.940211</w:t>
        <w:br/>
        <w:t>v 1.505844 7.934904 1.439866</w:t>
        <w:br/>
        <w:t>v 1.502380 8.201954 1.383439</w:t>
        <w:br/>
        <w:t>v 1.098752 7.947527 1.475968</w:t>
        <w:br/>
        <w:t>v 1.484679 8.441032 1.361720</w:t>
        <w:br/>
        <w:t>v 1.720743 9.050264 1.198893</w:t>
        <w:br/>
        <w:t>v 1.913627 9.642215 0.946386</w:t>
        <w:br/>
        <w:t>v 1.913627 9.642215 0.946386</w:t>
        <w:br/>
        <w:t>v 1.466729 9.068338 1.356923</w:t>
        <w:br/>
        <w:t>v 1.915587 10.275917 0.948323</w:t>
        <w:br/>
        <w:t>v 1.855038 10.276440 0.924908</w:t>
        <w:br/>
        <w:t>v 1.714074 9.668677 1.210739</w:t>
        <w:br/>
        <w:t>v 1.915587 10.275917 0.948323</w:t>
        <w:br/>
        <w:t>v 1.925713 10.996190 0.952485</w:t>
        <w:br/>
        <w:t>v 1.885330 10.997721 0.931433</w:t>
        <w:br/>
        <w:t>v 1.702884 10.303367 1.216684</w:t>
        <w:br/>
        <w:t>v 1.925713 10.996190 0.952485</w:t>
        <w:br/>
        <w:t>v 1.454255 9.691214 1.382084</w:t>
        <w:br/>
        <w:t>v 1.969580 11.564745 0.962178</w:t>
        <w:br/>
        <w:t>v 1.907810 11.567877 0.942372</w:t>
        <w:br/>
        <w:t>v 1.733866 11.020479 1.248232</w:t>
        <w:br/>
        <w:t>v 1.969580 11.564745 0.962178</w:t>
        <w:br/>
        <w:t>v 1.925980 12.133729 0.939784</w:t>
        <w:br/>
        <w:t>v 1.986055 12.132747 0.959967</w:t>
        <w:br/>
        <w:t>v 1.737625 11.590216 1.254383</w:t>
        <w:br/>
        <w:t>v 1.986055 12.132747 0.959967</w:t>
        <w:br/>
        <w:t>v 1.756351 12.142231 1.271117</w:t>
        <w:br/>
        <w:t>v 1.448996 10.340879 1.413387</w:t>
        <w:br/>
        <w:t>v 1.450814 11.044835 1.463772</w:t>
        <w:br/>
        <w:t>v 1.446307 11.607817 1.515437</w:t>
        <w:br/>
        <w:t>v 1.425768 12.169114 1.543684</w:t>
        <w:br/>
        <w:t>v 1.062342 10.361348 1.529368</w:t>
        <w:br/>
        <w:t>v 1.051346 11.635307 1.629963</w:t>
        <w:br/>
        <w:t>v 1.045828 12.153423 1.629871</w:t>
        <w:br/>
        <w:t>v 1.052176 11.084058 1.590658</w:t>
        <w:br/>
        <w:t>v 0.636825 12.133142 1.591277</w:t>
        <w:br/>
        <w:t>v 0.634869 11.607895 1.586390</w:t>
        <w:br/>
        <w:t>v 0.678968 11.060838 1.540687</w:t>
        <w:br/>
        <w:t>v 0.508773 11.607862 1.562229</w:t>
        <w:br/>
        <w:t>v 0.365719 12.095045 1.481541</w:t>
        <w:br/>
        <w:t>v 0.413280 11.566597 1.421255</w:t>
        <w:br/>
        <w:t>v 0.276086 12.049210 1.249346</w:t>
        <w:br/>
        <w:t>v 0.506350 11.043767 1.443553</w:t>
        <w:br/>
        <w:t>v 0.193634 11.511940 1.144296</w:t>
        <w:br/>
        <w:t>v 0.125732 11.993522 1.013049</w:t>
        <w:br/>
        <w:t>v 0.637392 10.342621 1.457824</w:t>
        <w:br/>
        <w:t>v 0.095447 11.467555 0.704255</w:t>
        <w:br/>
        <w:t>v 0.072558 11.954482 0.677922</w:t>
        <w:br/>
        <w:t>v 0.094826 11.939295 0.385751</w:t>
        <w:br/>
        <w:t>v 0.126518 11.445937 0.329353</w:t>
        <w:br/>
        <w:t>v 0.250838 11.015461 1.175750</w:t>
        <w:br/>
        <w:t>v 0.126746 10.978741 0.720359</w:t>
        <w:br/>
        <w:t>v 0.153159 10.958700 0.317178</w:t>
        <w:br/>
        <w:t>v 0.334152 10.320546 1.182217</w:t>
        <w:br/>
        <w:t>v 0.191524 10.284921 0.738412</w:t>
        <w:br/>
        <w:t>v 0.190277 10.253304 0.310364</w:t>
        <w:br/>
        <w:t>v 0.403250 9.681383 1.121748</w:t>
        <w:br/>
        <w:t>v 0.244199 9.652236 0.726828</w:t>
        <w:br/>
        <w:t>v 0.241933 9.621325 0.308636</w:t>
        <w:br/>
        <w:t>v 0.698167 9.697482 1.363851</w:t>
        <w:br/>
        <w:t>v 0.469829 9.064369 1.057546</w:t>
        <w:br/>
        <w:t>v 0.286086 9.038682 0.697270</w:t>
        <w:br/>
        <w:t>v 0.404046 9.064449 0.947619</w:t>
        <w:br/>
        <w:t>v 0.491142 8.734379 1.028007</w:t>
        <w:br/>
        <w:t>v 0.733819 9.078424 1.294259</w:t>
        <w:br/>
        <w:t>v 0.622075 8.449218 1.175271</w:t>
        <w:br/>
        <w:t>v 0.749405 8.454514 1.252572</w:t>
        <w:br/>
        <w:t>v 0.757974 8.205888 1.276902</w:t>
        <w:br/>
        <w:t>v 1.092810 8.453971 1.410361</w:t>
        <w:br/>
        <w:t>v 1.084590 9.081929 1.427164</w:t>
        <w:br/>
        <w:t>v 1.074610 9.706143 1.469091</w:t>
        <w:br/>
        <w:t>v 0.000000 14.115199 -0.875082</w:t>
        <w:br/>
        <w:t>v 0.000000 14.088843 -0.837550</w:t>
        <w:br/>
        <w:t>v 0.392484 14.103091 -0.888961</w:t>
        <w:br/>
        <w:t>v 0.395759 14.125363 -0.916174</w:t>
        <w:br/>
        <w:t>v 0.000000 14.115199 -0.875082</w:t>
        <w:br/>
        <w:t>v 0.395759 14.125363 -0.916174</w:t>
        <w:br/>
        <w:t>v 0.000000 14.400054 -0.819486</w:t>
        <w:br/>
        <w:t>v 0.803122 14.129355 -0.823918</w:t>
        <w:br/>
        <w:t>v 0.000000 14.400054 -0.819486</w:t>
        <w:br/>
        <w:t>v 0.389027 14.409369 -0.779914</w:t>
        <w:br/>
        <w:t>v 0.000000 14.404873 -0.745904</w:t>
        <w:br/>
        <w:t>v 0.393939 14.403499 -0.839305</w:t>
        <w:br/>
        <w:t>v 0.393939 14.403499 -0.839305</w:t>
        <w:br/>
        <w:t>v 0.820134 14.152343 -0.854249</w:t>
        <w:br/>
        <w:t>v 0.820134 14.152343 -0.854249</w:t>
        <w:br/>
        <w:t>v 0.805202 14.417935 -0.777952</w:t>
        <w:br/>
        <w:t>v 0.805202 14.417935 -0.777952</w:t>
        <w:br/>
        <w:t>v 0.791335 14.431555 -0.710088</w:t>
        <w:br/>
        <w:t>v 1.206951 14.175710 -0.689516</w:t>
        <w:br/>
        <w:t>v 1.193384 14.155565 -0.645149</w:t>
        <w:br/>
        <w:t>v 1.185066 14.437052 -0.615207</w:t>
        <w:br/>
        <w:t>v 1.185066 14.437052 -0.615207</w:t>
        <w:br/>
        <w:t>v 1.206951 14.175710 -0.689516</w:t>
        <w:br/>
        <w:t>v 1.156801 14.447670 -0.552905</w:t>
        <w:br/>
        <w:t>v 1.467216 14.485279 -0.319671</w:t>
        <w:br/>
        <w:t>v 1.606050 14.223144 -0.409315</w:t>
        <w:br/>
        <w:t>v 1.574015 14.198984 -0.377359</w:t>
        <w:br/>
        <w:t>v 1.534443 14.474250 -0.370887</w:t>
        <w:br/>
        <w:t>v 1.534443 14.474250 -0.370887</w:t>
        <w:br/>
        <w:t>v 1.606050 14.223144 -0.409315</w:t>
        <w:br/>
        <w:t>v 1.734746 14.505075 0.015697</w:t>
        <w:br/>
        <w:t>v 1.818893 14.246017 -0.023278</w:t>
        <w:br/>
        <w:t>v 1.818893 14.246017 -0.023278</w:t>
        <w:br/>
        <w:t>v 1.794240 14.215501 0.030616</w:t>
        <w:br/>
        <w:t>v 1.781713 14.499249 -0.007332</w:t>
        <w:br/>
        <w:t>v 1.781713 14.499249 -0.007332</w:t>
        <w:br/>
        <w:t>v 1.777996 14.207992 0.045093</w:t>
        <w:br/>
        <w:t>v 1.819257 14.219217 0.295949</w:t>
        <w:br/>
        <w:t>v 1.840895 14.509671 0.310063</w:t>
        <w:br/>
        <w:t>v 1.793292 14.520874 0.326229</w:t>
        <w:br/>
        <w:t>v 1.914282 14.252838 0.314481</w:t>
        <w:br/>
        <w:t>v 1.914282 14.252838 0.314481</w:t>
        <w:br/>
        <w:t>v 1.840895 14.509671 0.310063</w:t>
        <w:br/>
        <w:t>v 1.803442 14.216568 0.631940</w:t>
        <w:br/>
        <w:t>v 1.819114 14.513807 0.650888</w:t>
        <w:br/>
        <w:t>v 1.819114 14.513807 0.650888</w:t>
        <w:br/>
        <w:t>v 1.770224 14.526594 0.646353</w:t>
        <w:br/>
        <w:t>v 1.884600 14.252980 0.658218</w:t>
        <w:br/>
        <w:t>v 1.884600 14.252980 0.658218</w:t>
        <w:br/>
        <w:t>v 1.736682 14.518146 0.939887</w:t>
        <w:br/>
        <w:t>v 1.736682 14.518146 0.939887</w:t>
        <w:br/>
        <w:t>v 1.693705 14.533197 0.922642</w:t>
        <w:br/>
        <w:t>v 1.791537 14.249838 0.946632</w:t>
        <w:br/>
        <w:t>v 1.791537 14.249838 0.946632</w:t>
        <w:br/>
        <w:t>v 1.740776 14.220881 0.953727</w:t>
        <w:br/>
        <w:t>v 1.703933 14.201504 0.925527</w:t>
        <w:br/>
        <w:t>v 1.586491 14.506969 1.231862</w:t>
        <w:br/>
        <w:t>v 1.586491 14.506969 1.231862</w:t>
        <w:br/>
        <w:t>v 1.538771 14.522422 1.199372</w:t>
        <w:br/>
        <w:t>v 1.291527 14.501529 1.446187</w:t>
        <w:br/>
        <w:t>v 1.628052 14.229043 1.235864</w:t>
        <w:br/>
        <w:t>v 1.628052 14.229043 1.235864</w:t>
        <w:br/>
        <w:t>v 1.581254 14.201804 1.221179</w:t>
        <w:br/>
        <w:t>v 1.345927 14.482577 1.514843</w:t>
        <w:br/>
        <w:t>v 1.345927 14.482577 1.514843</w:t>
        <w:br/>
        <w:t>v 0.970819 14.464594 1.665360</w:t>
        <w:br/>
        <w:t>v 0.980995 14.447359 1.719110</w:t>
        <w:br/>
        <w:t>v 0.980995 14.447359 1.719110</w:t>
        <w:br/>
        <w:t>v 1.032029 14.167430 1.733834</w:t>
        <w:br/>
        <w:t>v 1.372283 14.199905 1.522758</w:t>
        <w:br/>
        <w:t>v 1.372283 14.199905 1.522758</w:t>
        <w:br/>
        <w:t>v 1.340664 14.174758 1.479495</w:t>
        <w:br/>
        <w:t>v 1.016954 14.149119 1.674431</w:t>
        <w:br/>
        <w:t>v 1.032029 14.167430 1.733834</w:t>
        <w:br/>
        <w:t>v 1.651450 14.811256 0.624218</w:t>
        <w:br/>
        <w:t>v 1.710274 14.654149 0.638720</w:t>
        <w:br/>
        <w:t>v 1.597160 14.807405 0.893245</w:t>
        <w:br/>
        <w:t>v 1.636654 14.653913 0.906176</w:t>
        <w:br/>
        <w:t>v 1.770224 14.526594 0.646353</w:t>
        <w:br/>
        <w:t>v 1.493325 14.815501 1.165791</w:t>
        <w:br/>
        <w:t>v 1.693705 14.533197 0.922642</w:t>
        <w:br/>
        <w:t>v 1.508452 14.650846 1.181932</w:t>
        <w:br/>
        <w:t>v 1.230980 14.826130 1.422222</w:t>
        <w:br/>
        <w:t>v 1.538771 14.522422 1.199372</w:t>
        <w:br/>
        <w:t>v 1.267810 14.647673 1.445667</w:t>
        <w:br/>
        <w:t>v 1.291527 14.501529 1.446187</w:t>
        <w:br/>
        <w:t>v 0.970819 14.464594 1.665360</w:t>
        <w:br/>
        <w:t>v 0.962385 14.500575 1.663267</w:t>
        <w:br/>
        <w:t>v 0.957403 14.644427 1.644054</w:t>
        <w:br/>
        <w:t>v 0.941577 14.860000 1.600391</w:t>
        <w:br/>
        <w:t>v 0.647862 14.450403 1.764010</w:t>
        <w:br/>
        <w:t>v 0.613970 14.646273 1.746765</w:t>
        <w:br/>
        <w:t>v 0.618922 14.916582 1.727154</w:t>
        <w:br/>
        <w:t>v 0.399163 14.419250 1.814602</w:t>
        <w:br/>
        <w:t>v 0.308661 14.647806 1.803803</w:t>
        <w:br/>
        <w:t>v 0.332666 14.967840 1.779295</w:t>
        <w:br/>
        <w:t>v 0.303996 14.421472 1.840009</w:t>
        <w:br/>
        <w:t>v 0.299811 14.217934 1.840568</w:t>
        <w:br/>
        <w:t>v 0.169607 14.238934 1.858203</w:t>
        <w:br/>
        <w:t>v 0.000039 14.659737 1.827988</w:t>
        <w:br/>
        <w:t>v 0.000000 14.989643 1.787961</w:t>
        <w:br/>
        <w:t>v 0.000013 14.428101 1.865572</w:t>
        <w:br/>
        <w:t>v 0.000000 14.238791 1.865676</w:t>
        <w:br/>
        <w:t>v -0.164877 14.238934 1.858203</w:t>
        <w:br/>
        <w:t>v -0.309987 14.657563 1.798280</w:t>
        <w:br/>
        <w:t>v -0.299863 15.015373 1.740293</w:t>
        <w:br/>
        <w:t>v -0.304516 14.420914 1.837891</w:t>
        <w:br/>
        <w:t>v -0.299811 14.217932 1.840568</w:t>
        <w:br/>
        <w:t>v -0.399163 14.419250 1.814602</w:t>
        <w:br/>
        <w:t>v -0.615490 14.669937 1.736485</w:t>
        <w:br/>
        <w:t>v -0.596347 15.050426 1.661968</w:t>
        <w:br/>
        <w:t>v -0.647862 14.450403 1.764010</w:t>
        <w:br/>
        <w:t>v -0.930337 14.707597 1.632065</w:t>
        <w:br/>
        <w:t>v -0.898004 15.097444 1.565865</w:t>
        <w:br/>
        <w:t>v -0.962385 14.500575 1.663267</w:t>
        <w:br/>
        <w:t>v -1.260610 14.741570 1.422249</w:t>
        <w:br/>
        <w:t>v -1.220116 15.150025 1.373099</w:t>
        <w:br/>
        <w:t>v -0.970819 14.464594 1.665360</w:t>
        <w:br/>
        <w:t>v -1.291527 14.501529 1.446187</w:t>
        <w:br/>
        <w:t>v -1.486125 14.783856 1.186169</w:t>
        <w:br/>
        <w:t>v -1.538771 14.522422 1.199372</w:t>
        <w:br/>
        <w:t>v -1.426644 15.194584 1.165791</w:t>
        <w:br/>
        <w:t>v -1.693705 14.533197 0.922642</w:t>
        <w:br/>
        <w:t>v -1.616238 14.798724 0.906397</w:t>
        <w:br/>
        <w:t>v -1.509674 15.216250 0.893245</w:t>
        <w:br/>
        <w:t>v -1.770224 14.526596 0.646353</w:t>
        <w:br/>
        <w:t>v -1.690756 14.802559 0.652292</w:t>
        <w:br/>
        <w:t>v -1.545425 15.231000 0.660219</w:t>
        <w:br/>
        <w:t>v -1.532663 15.223085 0.383059</w:t>
        <w:br/>
        <w:t>v -1.671847 14.817543 0.365931</w:t>
        <w:br/>
        <w:t>v -1.793292 14.520875 0.326229</w:t>
        <w:br/>
        <w:t>v -1.455182 15.196785 0.175752</w:t>
        <w:br/>
        <w:t>v -1.532663 15.223085 0.383059</w:t>
        <w:br/>
        <w:t>v -1.671847 14.817543 0.365931</w:t>
        <w:br/>
        <w:t>v -1.592924 14.815945 0.109188</w:t>
        <w:br/>
        <w:t>v -1.793292 14.520875 0.326229</w:t>
        <w:br/>
        <w:t>v -1.236958 15.140406 -0.110531</w:t>
        <w:br/>
        <w:t>v -1.734746 14.505073 0.015697</w:t>
        <w:br/>
        <w:t>v -1.358596 14.781618 -0.220571</w:t>
        <w:br/>
        <w:t>v -1.467216 14.485279 -0.319671</w:t>
        <w:br/>
        <w:t>v -1.156801 14.447671 -0.552905</w:t>
        <w:br/>
        <w:t>v -1.067969 14.740842 -0.434051</w:t>
        <w:br/>
        <w:t>v -0.960903 15.099225 -0.291535</w:t>
        <w:br/>
        <w:t>v -0.791335 14.431555 -0.710088</w:t>
        <w:br/>
        <w:t>v -0.760751 14.691521 -0.583050</w:t>
        <w:br/>
        <w:t>v -0.719742 15.049747 -0.414501</w:t>
        <w:br/>
        <w:t>v -0.381892 15.018691 -0.532697</w:t>
        <w:br/>
        <w:t>v -0.393783 14.656161 -0.668450</w:t>
        <w:br/>
        <w:t>v -0.389027 14.409368 -0.779914</w:t>
        <w:br/>
        <w:t>v -0.003512 14.992427 -0.593153</w:t>
        <w:br/>
        <w:t>v -0.016310 14.631004 -0.677443</w:t>
        <w:br/>
        <w:t>v 0.000000 14.404873 -0.745904</w:t>
        <w:br/>
        <w:t>v 0.366676 14.957327 -0.589326</w:t>
        <w:br/>
        <w:t>v 0.379062 14.637150 -0.697271</w:t>
        <w:br/>
        <w:t>v 0.389027 14.409369 -0.779914</w:t>
        <w:br/>
        <w:t>v 0.714128 14.911488 -0.499484</w:t>
        <w:br/>
        <w:t>v 0.774441 14.648013 -0.635883</w:t>
        <w:br/>
        <w:t>v 0.791335 14.431555 -0.710088</w:t>
        <w:br/>
        <w:t>v 0.999914 14.885495 -0.367468</w:t>
        <w:br/>
        <w:t>v 1.108855 14.647330 -0.514261</w:t>
        <w:br/>
        <w:t>v 1.156801 14.447670 -0.552905</w:t>
        <w:br/>
        <w:t>v 1.285786 14.859719 -0.160939</w:t>
        <w:br/>
        <w:t>v 1.417572 14.645779 -0.272159</w:t>
        <w:br/>
        <w:t>v 1.467216 14.485279 -0.319671</w:t>
        <w:br/>
        <w:t>v 1.734746 14.505075 0.015697</w:t>
        <w:br/>
        <w:t>v 1.640904 14.645608 0.048862</w:t>
        <w:br/>
        <w:t>v 1.497713 14.838732 0.086736</w:t>
        <w:br/>
        <w:t>v 1.793292 14.520874 0.326229</w:t>
        <w:br/>
        <w:t>v 1.708753 14.647521 0.321981</w:t>
        <w:br/>
        <w:t>v 1.587934 14.829447 0.315807</w:t>
        <w:br/>
        <w:t>v 1.651450 14.811256 0.624218</w:t>
        <w:br/>
        <w:t>v 1.710274 14.654149 0.638720</w:t>
        <w:br/>
        <w:t>v 1.770224 14.526594 0.646353</w:t>
        <w:br/>
        <w:t>v 0.758020 6.422961 -0.343269</w:t>
        <w:br/>
        <w:t>v 0.489931 5.826226 -0.315234</w:t>
        <w:br/>
        <w:t>v 0.638607 6.405248 -0.115637</w:t>
        <w:br/>
        <w:t>v 0.696311 5.791757 -0.703627</w:t>
        <w:br/>
        <w:t>v 0.432159 5.379699 -0.482230</w:t>
        <w:br/>
        <w:t>v 1.013879 6.430235 -0.466825</w:t>
        <w:br/>
        <w:t>v 0.674704 5.336080 -0.918043</w:t>
        <w:br/>
        <w:t>v 1.101809 5.758930 -0.931282</w:t>
        <w:br/>
        <w:t>v 1.242170 6.427737 -0.520277</w:t>
        <w:br/>
        <w:t>v 1.085483 5.279399 -1.144365</w:t>
        <w:br/>
        <w:t>v 1.519006 5.731719 -0.917993</w:t>
        <w:br/>
        <w:t>v 1.494301 6.416311 -0.488033</w:t>
        <w:br/>
        <w:t>v 1.543386 5.254344 -1.117795</w:t>
        <w:br/>
        <w:t>v 1.923459 5.277329 -0.812779</w:t>
        <w:br/>
        <w:t>v 1.768923 6.388815 -0.337217</w:t>
        <w:br/>
        <w:t>v 1.897445 5.744764 -0.687546</w:t>
        <w:br/>
        <w:t>v 2.195406 5.308891 -0.305547</w:t>
        <w:br/>
        <w:t>v 2.142739 5.785689 -0.241207</w:t>
        <w:br/>
        <w:t>v 1.994203 5.810693 -0.499770</w:t>
        <w:br/>
        <w:t>v 2.062758 5.781943 -0.225791</w:t>
        <w:br/>
        <w:t>v 2.142739 5.785689 -0.241207</w:t>
        <w:br/>
        <w:t>v 1.994203 5.810693 -0.499770</w:t>
        <w:br/>
        <w:t>v 1.994203 5.810693 -0.499770</w:t>
        <w:br/>
        <w:t>v 1.768923 6.388815 -0.337217</w:t>
        <w:br/>
        <w:t>v 1.905324 5.807119 -0.475208</w:t>
        <w:br/>
        <w:t>v 1.905324 5.807119 -0.475208</w:t>
        <w:br/>
        <w:t>v 1.905324 5.807119 -0.475208</w:t>
        <w:br/>
        <w:t>v 2.062758 5.781943 -0.225791</w:t>
        <w:br/>
        <w:t>v 1.924877 6.362797 -0.116582</w:t>
        <w:br/>
        <w:t>v 2.200507 5.748060 0.016506</w:t>
        <w:br/>
        <w:t>v 1.988205 6.334661 0.164924</w:t>
        <w:br/>
        <w:t>v 2.151866 5.732867 0.339246</w:t>
        <w:br/>
        <w:t>v 1.980270 6.306642 0.443397</w:t>
        <w:br/>
        <w:t>v 1.959834 5.728019 0.629173</w:t>
        <w:br/>
        <w:t>v 1.854331 6.284745 0.684027</w:t>
        <w:br/>
        <w:t>v 1.828711 5.694505 0.767352</w:t>
        <w:br/>
        <w:t>v 1.585503 6.277723 0.816590</w:t>
        <w:br/>
        <w:t>v 1.828711 5.694505 0.767352</w:t>
        <w:br/>
        <w:t>v 1.875066 5.690031 0.798507</w:t>
        <w:br/>
        <w:t>v 1.959834 5.728019 0.629173</w:t>
        <w:br/>
        <w:t>v 1.585503 6.277723 0.816590</w:t>
        <w:br/>
        <w:t>v 1.875066 5.690031 0.798507</w:t>
        <w:br/>
        <w:t>v 1.828711 5.694505 0.767352</w:t>
        <w:br/>
        <w:t>v 2.002892 5.724356 0.667597</w:t>
        <w:br/>
        <w:t>v 2.002892 5.724356 0.667597</w:t>
        <w:br/>
        <w:t>v 1.875066 5.690031 0.798507</w:t>
        <w:br/>
        <w:t>v 2.027580 5.217979 0.581997</w:t>
        <w:br/>
        <w:t>v 1.808603 5.166194 0.868760</w:t>
        <w:br/>
        <w:t>v 1.768696 5.650254 0.878441</w:t>
        <w:br/>
        <w:t>v 1.540390 5.629138 0.990836</w:t>
        <w:br/>
        <w:t>v 1.546757 5.127962 0.971929</w:t>
        <w:br/>
        <w:t>v 1.268194 6.277879 0.902230</w:t>
        <w:br/>
        <w:t>v 1.134640 5.123527 1.074279</w:t>
        <w:br/>
        <w:t>v 1.131847 5.637634 1.064201</w:t>
        <w:br/>
        <w:t>v 0.954397 6.302346 0.778683</w:t>
        <w:br/>
        <w:t>v 0.717813 5.218994 0.840904</w:t>
        <w:br/>
        <w:t>v 0.763326 5.718661 0.851107</w:t>
        <w:br/>
        <w:t>v 0.725329 6.332448 0.576429</w:t>
        <w:br/>
        <w:t>v 0.471215 5.326644 0.461931</w:t>
        <w:br/>
        <w:t>v 0.502608 5.806623 0.472290</w:t>
        <w:br/>
        <w:t>v 0.607163 6.353376 0.422641</w:t>
        <w:br/>
        <w:t>v 0.360139 5.371389 0.082711</w:t>
        <w:br/>
        <w:t>v 0.434830 5.835852 0.142120</w:t>
        <w:br/>
        <w:t>v 0.597447 6.381827 0.150972</w:t>
        <w:br/>
        <w:t>v 0.638607 6.405248 -0.115637</w:t>
        <w:br/>
        <w:t>v 0.489931 5.826226 -0.315234</w:t>
        <w:br/>
        <w:t>v 0.432159 5.379699 -0.482230</w:t>
        <w:br/>
        <w:t>v 0.000000 14.115199 -0.875082</w:t>
        <w:br/>
        <w:t>v -0.392484 14.103091 -0.888961</w:t>
        <w:br/>
        <w:t>v 0.000000 14.088843 -0.837550</w:t>
        <w:br/>
        <w:t>v -0.395759 14.125363 -0.916174</w:t>
        <w:br/>
        <w:t>v -0.803122 14.129355 -0.823918</w:t>
        <w:br/>
        <w:t>v -0.395759 14.125363 -0.916174</w:t>
        <w:br/>
        <w:t>v 0.000000 14.115199 -0.875082</w:t>
        <w:br/>
        <w:t>v 0.000000 14.400054 -0.819486</w:t>
        <w:br/>
        <w:t>v 0.000000 14.404873 -0.745904</w:t>
        <w:br/>
        <w:t>v -0.389027 14.409368 -0.779914</w:t>
        <w:br/>
        <w:t>v 0.000000 14.400054 -0.819486</w:t>
        <w:br/>
        <w:t>v -0.393939 14.403499 -0.839305</w:t>
        <w:br/>
        <w:t>v -0.393939 14.403499 -0.839305</w:t>
        <w:br/>
        <w:t>v -0.820134 14.152342 -0.854250</w:t>
        <w:br/>
        <w:t>v -0.820134 14.152342 -0.854250</w:t>
        <w:br/>
        <w:t>v -0.805202 14.417935 -0.777952</w:t>
        <w:br/>
        <w:t>v -0.805202 14.417935 -0.777952</w:t>
        <w:br/>
        <w:t>v -0.791335 14.431555 -0.710088</w:t>
        <w:br/>
        <w:t>v -1.206951 14.175709 -0.689516</w:t>
        <w:br/>
        <w:t>v -1.193384 14.155565 -0.645149</w:t>
        <w:br/>
        <w:t>v -1.185066 14.437051 -0.615207</w:t>
        <w:br/>
        <w:t>v -1.185066 14.437051 -0.615207</w:t>
        <w:br/>
        <w:t>v -1.206951 14.175709 -0.689516</w:t>
        <w:br/>
        <w:t>v -1.156801 14.447671 -0.552905</w:t>
        <w:br/>
        <w:t>v -1.467216 14.485279 -0.319671</w:t>
        <w:br/>
        <w:t>v -1.606050 14.223144 -0.409315</w:t>
        <w:br/>
        <w:t>v -1.574004 14.198984 -0.377359</w:t>
        <w:br/>
        <w:t>v -1.534443 14.474249 -0.370887</w:t>
        <w:br/>
        <w:t>v -1.534443 14.474249 -0.370887</w:t>
        <w:br/>
        <w:t>v -1.606050 14.223144 -0.409315</w:t>
        <w:br/>
        <w:t>v -1.734746 14.505073 0.015697</w:t>
        <w:br/>
        <w:t>v -1.818893 14.246017 -0.023278</w:t>
        <w:br/>
        <w:t>v -1.818893 14.246017 -0.023278</w:t>
        <w:br/>
        <w:t>v -1.794240 14.215501 0.030616</w:t>
        <w:br/>
        <w:t>v -1.781713 14.499249 -0.007332</w:t>
        <w:br/>
        <w:t>v -1.781713 14.499249 -0.007332</w:t>
        <w:br/>
        <w:t>v -1.840895 14.509673 0.310062</w:t>
        <w:br/>
        <w:t>v -1.793292 14.520875 0.326229</w:t>
        <w:br/>
        <w:t>v -1.914282 14.252838 0.314481</w:t>
        <w:br/>
        <w:t>v -1.840895 14.509673 0.310062</w:t>
        <w:br/>
        <w:t>v -1.914282 14.252838 0.314481</w:t>
        <w:br/>
        <w:t>v -1.819114 14.513807 0.650888</w:t>
        <w:br/>
        <w:t>v -1.819114 14.513807 0.650888</w:t>
        <w:br/>
        <w:t>v -1.770224 14.526596 0.646353</w:t>
        <w:br/>
        <w:t>v -1.777996 14.207990 0.045093</w:t>
        <w:br/>
        <w:t>v -1.819257 14.219221 0.295949</w:t>
        <w:br/>
        <w:t>v -1.803442 14.216568 0.631940</w:t>
        <w:br/>
        <w:t>v -1.884600 14.252980 0.658218</w:t>
        <w:br/>
        <w:t>v -1.884600 14.252980 0.658218</w:t>
        <w:br/>
        <w:t>v -1.736682 14.518147 0.939887</w:t>
        <w:br/>
        <w:t>v -1.736682 14.518147 0.939887</w:t>
        <w:br/>
        <w:t>v -1.693705 14.533197 0.922642</w:t>
        <w:br/>
        <w:t>v -1.791538 14.249840 0.946632</w:t>
        <w:br/>
        <w:t>v -1.791538 14.249840 0.946632</w:t>
        <w:br/>
        <w:t>v -1.740732 14.220881 0.953727</w:t>
        <w:br/>
        <w:t>v -1.703933 14.201504 0.925527</w:t>
        <w:br/>
        <w:t>v -1.586491 14.506969 1.231862</w:t>
        <w:br/>
        <w:t>v -1.586491 14.506969 1.231862</w:t>
        <w:br/>
        <w:t>v -1.538771 14.522422 1.199372</w:t>
        <w:br/>
        <w:t>v -1.291527 14.501529 1.446187</w:t>
        <w:br/>
        <w:t>v -1.628052 14.229043 1.235864</w:t>
        <w:br/>
        <w:t>v -1.628052 14.229043 1.235864</w:t>
        <w:br/>
        <w:t>v -1.581210 14.201804 1.221179</w:t>
        <w:br/>
        <w:t>v -1.345927 14.482574 1.514843</w:t>
        <w:br/>
        <w:t>v -1.345927 14.482574 1.514843</w:t>
        <w:br/>
        <w:t>v -0.970819 14.464594 1.665360</w:t>
        <w:br/>
        <w:t>v -0.980995 14.447358 1.719110</w:t>
        <w:br/>
        <w:t>v -1.032029 14.167430 1.733834</w:t>
        <w:br/>
        <w:t>v -0.980995 14.447358 1.719110</w:t>
        <w:br/>
        <w:t>v -1.372283 14.199905 1.522758</w:t>
        <w:br/>
        <w:t>v -1.372283 14.199905 1.522758</w:t>
        <w:br/>
        <w:t>v -1.340664 14.174758 1.479495</w:t>
        <w:br/>
        <w:t>v -1.032029 14.167430 1.733834</w:t>
        <w:br/>
        <w:t>v -1.016954 14.149117 1.674431</w:t>
        <w:br/>
        <w:t>v -0.657289 6.400143 -0.091800</w:t>
        <w:br/>
        <w:t>v -0.510277 5.819933 -0.289173</w:t>
        <w:br/>
        <w:t>v -0.776727 6.417292 -0.319462</w:t>
        <w:br/>
        <w:t>v -0.716879 5.784512 -0.677363</w:t>
        <w:br/>
        <w:t>v -0.453792 5.372597 -0.454435</w:t>
        <w:br/>
        <w:t>v -1.032606 6.424788 -0.442965</w:t>
        <w:br/>
        <w:t>v -0.696599 5.327940 -0.889998</w:t>
        <w:br/>
        <w:t>v -1.122540 5.751913 -0.904759</w:t>
        <w:br/>
        <w:t>v -1.260920 6.422710 -0.496335</w:t>
        <w:br/>
        <w:t>v -1.107607 5.271507 -1.115965</w:t>
        <w:br/>
        <w:t>v -1.539806 5.725905 -0.891231</w:t>
        <w:br/>
        <w:t>v -1.513071 6.412109 -0.463966</w:t>
        <w:br/>
        <w:t>v -1.565569 5.247821 -1.089153</w:t>
        <w:br/>
        <w:t>v -1.945477 5.273050 -0.784109</w:t>
        <w:br/>
        <w:t>v -1.787718 6.385962 -0.312957</w:t>
        <w:br/>
        <w:t>v -1.918132 5.740898 -0.660718</w:t>
        <w:br/>
        <w:t>v -2.217170 5.307350 -0.276918</w:t>
        <w:br/>
        <w:t>v -2.163167 5.784249 -0.214465</w:t>
        <w:br/>
        <w:t>v -2.014647 5.807830 -0.473171</w:t>
        <w:br/>
        <w:t>v -2.163167 5.784249 -0.214465</w:t>
        <w:br/>
        <w:t>v -2.083191 5.780343 -0.199059</w:t>
        <w:br/>
        <w:t>v -2.014647 5.807830 -0.473171</w:t>
        <w:br/>
        <w:t>v -1.787718 6.385962 -0.312957</w:t>
        <w:br/>
        <w:t>v -2.014647 5.807830 -0.473171</w:t>
        <w:br/>
        <w:t>v -1.925769 5.804108 -0.448623</w:t>
        <w:br/>
        <w:t>v -1.925769 5.804108 -0.448623</w:t>
        <w:br/>
        <w:t>v -1.925769 5.804108 -0.448623</w:t>
        <w:br/>
        <w:t>v -2.083191 5.780343 -0.199059</w:t>
        <w:br/>
        <w:t>v -1.943671 6.361239 -0.092172</w:t>
        <w:br/>
        <w:t>v -2.220953 5.747791 0.043412</w:t>
        <w:br/>
        <w:t>v -2.006985 6.334383 0.189462</w:t>
        <w:br/>
        <w:t>v -2.172250 5.733729 0.366194</w:t>
        <w:br/>
        <w:t>v -1.999036 6.307433 0.468040</w:t>
        <w:br/>
        <w:t>v -1.980137 5.729486 0.656076</w:t>
        <w:br/>
        <w:t>v -1.873079 6.286131 0.708715</w:t>
        <w:br/>
        <w:t>v -1.849061 5.696154 0.794344</w:t>
        <w:br/>
        <w:t>v -1.604228 6.278886 0.841219</w:t>
        <w:br/>
        <w:t>v -1.849061 5.696154 0.794344</w:t>
        <w:br/>
        <w:t>v -1.980137 5.729486 0.656076</w:t>
        <w:br/>
        <w:t>v -1.895418 5.691929 0.825532</w:t>
        <w:br/>
        <w:t>v -1.895418 5.691929 0.825532</w:t>
        <w:br/>
        <w:t>v -1.604228 6.278886 0.841219</w:t>
        <w:br/>
        <w:t>v -1.849061 5.696154 0.794344</w:t>
        <w:br/>
        <w:t>v -2.023191 5.726094 0.694528</w:t>
        <w:br/>
        <w:t>v -2.023191 5.726094 0.694528</w:t>
        <w:br/>
        <w:t>v -2.049304 5.219456 0.610922</w:t>
        <w:br/>
        <w:t>v -1.895418 5.691929 0.825532</w:t>
        <w:br/>
        <w:t>v -1.830378 5.168191 0.897816</w:t>
        <w:br/>
        <w:t>v -1.789132 5.652173 0.905588</w:t>
        <w:br/>
        <w:t>v -1.560849 5.630867 1.017992</w:t>
        <w:br/>
        <w:t>v -1.568605 5.129641 1.001052</w:t>
        <w:br/>
        <w:t>v -1.286892 6.278502 0.926758</w:t>
        <w:br/>
        <w:t>v -1.156468 5.124469 1.103288</w:t>
        <w:br/>
        <w:t>v -1.152259 5.638524 1.091194</w:t>
        <w:br/>
        <w:t>v -0.973069 6.301619 0.803017</w:t>
        <w:br/>
        <w:t>v -0.739455 5.217868 0.869409</w:t>
        <w:br/>
        <w:t>v -0.783586 5.717695 0.877668</w:t>
        <w:br/>
        <w:t>v -0.743985 6.330296 0.600573</w:t>
        <w:br/>
        <w:t>v -0.492685 5.323351 0.489939</w:t>
        <w:br/>
        <w:t>v -0.522750 5.803452 0.498426</w:t>
        <w:br/>
        <w:t>v -0.625812 6.350295 0.446667</w:t>
        <w:br/>
        <w:t>v -0.381610 5.366302 0.110511</w:t>
        <w:br/>
        <w:t>v -0.455000 5.831198 0.168123</w:t>
        <w:br/>
        <w:t>v -0.616107 6.377653 0.174885</w:t>
        <w:br/>
        <w:t>v -0.657289 6.400143 -0.091800</w:t>
        <w:br/>
        <w:t>v -0.510277 5.819933 -0.289173</w:t>
        <w:br/>
        <w:t>v -0.453792 5.372597 -0.454435</w:t>
        <w:br/>
        <w:t>v -0.453792 5.372597 -0.454435</w:t>
        <w:br/>
        <w:t>v -0.381610 5.366302 0.110511</w:t>
        <w:br/>
        <w:t>v -0.394480 5.414433 -0.470770</w:t>
        <w:br/>
        <w:t>v -0.333063 5.399678 0.136828</w:t>
        <w:br/>
        <w:t>v -0.492685 5.323351 0.489939</w:t>
        <w:br/>
        <w:t>v -0.405237 5.831341 -0.307478</w:t>
        <w:br/>
        <w:t>v -0.451130 5.350084 0.537202</w:t>
        <w:br/>
        <w:t>v -0.739455 5.217868 0.869409</w:t>
        <w:br/>
        <w:t>v -0.374357 5.825281 0.222553</w:t>
        <w:br/>
        <w:t>v -0.451130 5.350084 0.537202</w:t>
        <w:br/>
        <w:t>v -0.393650 6.337121 -0.165853</w:t>
        <w:br/>
        <w:t>v -0.710867 5.245443 0.923270</w:t>
        <w:br/>
        <w:t>v -1.156468 5.124469 1.103288</w:t>
        <w:br/>
        <w:t>v -0.371163 6.325793 0.329443</w:t>
        <w:br/>
        <w:t>v -0.375718 6.904007 -0.033204</w:t>
        <w:br/>
        <w:t>v -0.470527 5.792077 0.615066</w:t>
        <w:br/>
        <w:t>v -0.375473 6.886853 0.449440</w:t>
        <w:br/>
        <w:t>v -0.362338 7.243077 0.049840</w:t>
        <w:br/>
        <w:t>v -0.496164 6.290891 0.700206</w:t>
        <w:br/>
        <w:t>v -0.737693 5.714946 0.956972</w:t>
        <w:br/>
        <w:t>v -0.710867 5.245443 0.923270</w:t>
        <w:br/>
        <w:t>v -0.756559 6.236028 1.013164</w:t>
        <w:br/>
        <w:t>v -0.517238 6.857975 0.802875</w:t>
        <w:br/>
        <w:t>v -0.370231 7.226845 0.526933</w:t>
        <w:br/>
        <w:t>v -0.350136 7.543808 0.122060</w:t>
        <w:br/>
        <w:t>v -0.772088 6.820006 1.085770</w:t>
        <w:br/>
        <w:t>v -0.365058 7.537007 0.594027</w:t>
        <w:br/>
        <w:t>v -0.333801 7.927001 0.188243</w:t>
        <w:br/>
        <w:t>v -0.524729 7.203670 0.871805</w:t>
        <w:br/>
        <w:t>v -0.353294 7.943660 0.651055</w:t>
        <w:br/>
        <w:t>v -0.316578 8.243005 0.248450</w:t>
        <w:br/>
        <w:t>v -0.530459 7.524509 0.931754</w:t>
        <w:br/>
        <w:t>v -0.333417 8.425707 0.682647</w:t>
        <w:br/>
        <w:t>v -0.318482 8.391072 0.242121</w:t>
        <w:br/>
        <w:t>v -0.290147 9.004730 0.287789</w:t>
        <w:br/>
        <w:t>v -0.526144 7.951621 0.985021</w:t>
        <w:br/>
        <w:t>v -0.663316 7.515193 1.098358</w:t>
        <w:br/>
        <w:t>v -0.779359 7.176037 1.136305</w:t>
        <w:br/>
        <w:t>v -0.784510 7.508970 1.217420</w:t>
        <w:br/>
        <w:t>v -0.921269 6.799268 1.155926</w:t>
        <w:br/>
        <w:t>v -1.129242 7.148182 1.330227</w:t>
        <w:br/>
        <w:t>v -1.144956 6.181480 1.221732</w:t>
        <w:br/>
        <w:t>v -1.135192 6.783204 1.281041</w:t>
        <w:br/>
        <w:t>v -1.149587 5.644194 1.202820</w:t>
        <w:br/>
        <w:t>v -1.546010 6.773103 1.223042</w:t>
        <w:br/>
        <w:t>v -1.155536 5.152914 1.165147</w:t>
        <w:br/>
        <w:t>v -1.569887 6.175215 1.143832</w:t>
        <w:br/>
        <w:t>v -1.589014 5.638370 1.100330</w:t>
        <w:br/>
        <w:t>v -1.599447 5.156195 1.060000</w:t>
        <w:br/>
        <w:t>v -1.599447 5.156195 1.060000</w:t>
        <w:br/>
        <w:t>v -1.568605 5.129641 1.001052</w:t>
        <w:br/>
        <w:t>v -1.830378 5.168191 0.897816</w:t>
        <w:br/>
        <w:t>v -1.879998 5.195360 0.942343</w:t>
        <w:br/>
        <w:t>v -1.879998 5.195360 0.942343</w:t>
        <w:br/>
        <w:t>v -2.099441 5.245634 0.654362</w:t>
        <w:br/>
        <w:t>v -2.049304 5.219456 0.610922</w:t>
        <w:br/>
        <w:t>v -2.099441 5.245634 0.654362</w:t>
        <w:br/>
        <w:t>v -2.049304 5.219456 0.610922</w:t>
        <w:br/>
        <w:t>v -2.023191 5.726094 0.694528</w:t>
        <w:br/>
        <w:t>v -1.860719 5.660792 0.996436</w:t>
        <w:br/>
        <w:t>v -2.099441 5.245634 0.654362</w:t>
        <w:br/>
        <w:t>v -2.059138 5.736363 0.734646</w:t>
        <w:br/>
        <w:t>v -2.059138 5.736363 0.734646</w:t>
        <w:br/>
        <w:t>v -2.012217 6.196980 0.759774</w:t>
        <w:br/>
        <w:t>v -1.813584 6.185856 1.024388</w:t>
        <w:br/>
        <w:t>v -2.039683 6.197799 0.797458</w:t>
        <w:br/>
        <w:t>v -2.039683 6.197799 0.797458</w:t>
        <w:br/>
        <w:t>v -1.972780 6.792786 0.828701</w:t>
        <w:br/>
        <w:t>v -2.011858 6.792241 0.865118</w:t>
        <w:br/>
        <w:t>v -2.011858 6.792241 0.865118</w:t>
        <w:br/>
        <w:t>v -1.787635 6.777364 1.097169</w:t>
        <w:br/>
        <w:t>v -1.997074 7.145831 0.905594</w:t>
        <w:br/>
        <w:t>v -1.997074 7.145831 0.905594</w:t>
        <w:br/>
        <w:t>v -1.952379 7.146214 0.868619</w:t>
        <w:br/>
        <w:t>v -1.657907 7.133527 1.224392</w:t>
        <w:br/>
        <w:t>v -1.983375 7.472920 0.940827</w:t>
        <w:br/>
        <w:t>v -1.935492 7.472435 0.903401</w:t>
        <w:br/>
        <w:t>v -1.775150 7.138079 1.143409</w:t>
        <w:br/>
        <w:t>v -1.983375 7.472920 0.940827</w:t>
        <w:br/>
        <w:t>v -1.960670 7.897508 0.969112</w:t>
        <w:br/>
        <w:t>v -1.927293 7.893991 0.931167</w:t>
        <w:br/>
        <w:t>v -1.896447 8.378309 0.926395</w:t>
        <w:br/>
        <w:t>v -1.765202 7.474866 1.212713</w:t>
        <w:br/>
        <w:t>v -1.960670 7.897508 0.969112</w:t>
        <w:br/>
        <w:t>v -1.943594 8.397260 0.960317</w:t>
        <w:br/>
        <w:t>v -1.875828 9.016711 0.924970</w:t>
        <w:br/>
        <w:t>v -1.864701 7.920406 1.150497</w:t>
        <w:br/>
        <w:t>v -1.943594 8.397260 0.960317</w:t>
        <w:br/>
        <w:t>v -1.763755 7.926346 1.259756</w:t>
        <w:br/>
        <w:t>v -1.519890 7.478801 1.365350</w:t>
        <w:br/>
        <w:t>v -1.930528 9.027760 0.954527</w:t>
        <w:br/>
        <w:t>v -1.863948 9.645156 0.932407</w:t>
        <w:br/>
        <w:t>v -1.738660 8.434445 1.275876</w:t>
        <w:br/>
        <w:t>v -1.930528 9.027760 0.954527</w:t>
        <w:br/>
        <w:t>v -1.519937 7.940829 1.457967</w:t>
        <w:br/>
        <w:t>v -1.531404 7.137180 1.272618</w:t>
        <w:br/>
        <w:t>v -1.123677 7.491641 1.420814</w:t>
        <w:br/>
        <w:t>v -0.775914 7.956624 1.313565</w:t>
        <w:br/>
        <w:t>v -1.112804 7.952458 1.493932</w:t>
        <w:br/>
        <w:t>v -0.499246 8.447992 1.018871</w:t>
        <w:br/>
        <w:t>v -0.771400 8.210006 1.293867</w:t>
        <w:br/>
        <w:t>v -1.515792 8.208515 1.400558</w:t>
        <w:br/>
        <w:t>v -1.497456 8.447894 1.377985</w:t>
        <w:br/>
        <w:t>v -0.762167 8.458952 1.268662</w:t>
        <w:br/>
        <w:t>v -1.731880 9.057640 1.213073</w:t>
        <w:br/>
        <w:t>v -1.105544 8.459918 1.426512</w:t>
        <w:br/>
        <w:t>v -1.477789 9.075559 1.370998</w:t>
        <w:br/>
        <w:t>v -1.923163 9.649238 0.958534</w:t>
        <w:br/>
        <w:t>v -1.923163 9.649238 0.958534</w:t>
        <w:br/>
        <w:t>v -1.723493 9.676067 1.222761</w:t>
        <w:br/>
        <w:t>v -1.923366 10.282947 0.958261</w:t>
        <w:br/>
        <w:t>v -1.923366 10.282947 0.958261</w:t>
        <w:br/>
        <w:t>v -1.862819 10.283218 0.934835</w:t>
        <w:br/>
        <w:t>v -1.463584 9.698481 1.393985</w:t>
        <w:br/>
        <w:t>v -1.931319 11.003056 0.959694</w:t>
        <w:br/>
        <w:t>v -1.890935 11.004405 0.938631</w:t>
        <w:br/>
        <w:t>v -1.710542 10.310740 1.226492</w:t>
        <w:br/>
        <w:t>v -1.931319 11.003056 0.959694</w:t>
        <w:br/>
        <w:t>v -1.973400 11.571334 0.967151</w:t>
        <w:br/>
        <w:t>v -1.911625 11.574247 0.947326</w:t>
        <w:br/>
        <w:t>v -1.739356 11.027829 1.255324</w:t>
        <w:br/>
        <w:t>v -1.973400 11.571334 0.967151</w:t>
        <w:br/>
        <w:t>v -1.928022 12.139230 0.942507</w:t>
        <w:br/>
        <w:t>v -1.988096 12.138432 0.962701</w:t>
        <w:br/>
        <w:t>v -1.741328 11.597147 1.259230</w:t>
        <w:br/>
        <w:t>v -1.988096 12.138432 0.962701</w:t>
        <w:br/>
        <w:t>v -1.758267 12.148266 1.273772</w:t>
        <w:br/>
        <w:t>v -1.456518 10.348236 1.423023</w:t>
        <w:br/>
        <w:t>v -1.456202 11.052153 1.470734</w:t>
        <w:br/>
        <w:t>v -1.449918 11.614842 1.520174</w:t>
        <w:br/>
        <w:t>v -1.427673 12.175325 1.546266</w:t>
        <w:br/>
        <w:t>v -1.054866 11.641695 1.634545</w:t>
        <w:br/>
        <w:t>v -1.048098 12.157914 1.631431</w:t>
        <w:br/>
        <w:t>v -0.639146 12.136522 1.592813</w:t>
        <w:br/>
        <w:t>v -1.057436 11.090727 1.597421</w:t>
        <w:br/>
        <w:t>v -0.638464 11.613095 1.590993</w:t>
        <w:br/>
        <w:t>v -0.512372 11.612666 1.566813</w:t>
        <w:br/>
        <w:t>v -0.368463 12.096254 1.481989</w:t>
        <w:br/>
        <w:t>v -0.684300 11.066337 1.547470</w:t>
        <w:br/>
        <w:t>v -1.069789 10.368033 1.538870</w:t>
        <w:br/>
        <w:t>v -0.417008 11.570714 1.425958</w:t>
        <w:br/>
        <w:t>v -0.278236 12.051986 1.252020</w:t>
        <w:br/>
        <w:t>v -0.511745 11.048473 1.450367</w:t>
        <w:br/>
        <w:t>v -0.197548 11.514627 1.149145</w:t>
        <w:br/>
        <w:t>v -0.128043 11.995333 1.015863</w:t>
        <w:br/>
        <w:t>v -0.644905 10.347880 1.467323</w:t>
        <w:br/>
        <w:t>v -0.256355 11.018577 1.182624</w:t>
        <w:br/>
        <w:t>v -0.099550 11.468598 0.709242</w:t>
        <w:br/>
        <w:t>v -0.075010 11.955267 0.680852</w:t>
        <w:br/>
        <w:t>v -0.097364 11.939334 0.388741</w:t>
        <w:br/>
        <w:t>v -0.130741 11.445869 0.334424</w:t>
        <w:br/>
        <w:t>v -0.132441 10.979980 0.727343</w:t>
        <w:br/>
        <w:t>v -0.158976 10.958648 0.324239</w:t>
        <w:br/>
        <w:t>v -0.341774 10.324003 1.191747</w:t>
        <w:br/>
        <w:t>v -0.199320 10.286434 0.748047</w:t>
        <w:br/>
        <w:t>v -0.198233 10.253324 0.320111</w:t>
        <w:br/>
        <w:t>v -0.412654 9.684829 1.133519</w:t>
        <w:br/>
        <w:t>v -0.253751 9.653862 0.738677</w:t>
        <w:br/>
        <w:t>v -0.251642 9.621489 0.320595</w:t>
        <w:br/>
        <w:t>v -0.707485 9.702588 1.375610</w:t>
        <w:br/>
        <w:t>v -0.480955 9.067780 1.071478</w:t>
        <w:br/>
        <w:t>v -0.297345 9.040329 0.711265</w:t>
        <w:br/>
        <w:t>v -0.415191 9.067294 0.961542</w:t>
        <w:br/>
        <w:t>v -0.503188 8.737751 1.043094</w:t>
        <w:br/>
        <w:t>v -0.634867 8.453032 1.191358</w:t>
        <w:br/>
        <w:t>v -0.744865 9.083391 1.308183</w:t>
        <w:br/>
        <w:t>v -1.095603 9.088335 1.441131</w:t>
        <w:br/>
        <w:t>v -1.083885 9.712660 1.480879</w:t>
        <w:br/>
        <w:t>v 2.032452 11.384229 -0.291652</w:t>
        <w:br/>
        <w:t>v 2.117054 11.386596 0.052735</w:t>
        <w:br/>
        <w:t>v 2.023862 11.628741 -0.266193</w:t>
        <w:br/>
        <w:t>v 2.106853 11.629354 0.078193</w:t>
        <w:br/>
        <w:t>v 2.122045 11.392068 0.414315</w:t>
        <w:br/>
        <w:t>v 1.978948 12.142686 -0.215094</w:t>
        <w:br/>
        <w:t>v 2.111921 11.629899 0.439929</w:t>
        <w:br/>
        <w:t>v 2.066135 11.384817 0.792611</w:t>
        <w:br/>
        <w:t>v 2.065885 12.141981 0.128855</w:t>
        <w:br/>
        <w:t>v 1.948005 12.546189 -0.189220</w:t>
        <w:br/>
        <w:t>v 2.070506 11.615033 0.805460</w:t>
        <w:br/>
        <w:t>v 1.943132 11.389152 1.128143</w:t>
        <w:br/>
        <w:t>v 1.928590 11.618751 1.151990</w:t>
        <w:br/>
        <w:t>v 2.071637 12.138000 0.493061</w:t>
        <w:br/>
        <w:t>v 2.045576 12.546227 0.154840</w:t>
        <w:br/>
        <w:t>v 1.925900 12.838478 -0.169648</w:t>
        <w:br/>
        <w:t>v 2.030816 12.121219 0.869516</w:t>
        <w:br/>
        <w:t>v 1.895776 12.118072 1.202635</w:t>
        <w:br/>
        <w:t>v 2.046977 12.542435 0.526518</w:t>
        <w:br/>
        <w:t>v 2.020354 12.843770 0.175296</w:t>
        <w:br/>
        <w:t>v 1.911618 13.060156 -0.153780</w:t>
        <w:br/>
        <w:t>v 2.005889 12.525749 0.905275</w:t>
        <w:br/>
        <w:t>v 1.862026 12.521851 1.236436</w:t>
        <w:br/>
        <w:t>v 2.024451 12.842540 0.548379</w:t>
        <w:br/>
        <w:t>v 1.997910 13.065991 0.189852</w:t>
        <w:br/>
        <w:t>v 1.917310 13.350912 -0.132987</w:t>
        <w:br/>
        <w:t>v 1.981359 12.827864 0.926939</w:t>
        <w:br/>
        <w:t>v 1.834878 12.825013 1.259465</w:t>
        <w:br/>
        <w:t>v 2.002577 13.069953 0.561726</w:t>
        <w:br/>
        <w:t>v 1.969478 13.364871 0.211772</w:t>
        <w:br/>
        <w:t>v 1.911410 13.608800 -0.115950</w:t>
        <w:br/>
        <w:t>v 1.958254 13.058314 0.938499</w:t>
        <w:br/>
        <w:t>v 1.812006 13.056944 1.274307</w:t>
        <w:br/>
        <w:t>v 1.973602 13.373075 0.579582</w:t>
        <w:br/>
        <w:t>v 1.935036 13.623530 0.228638</w:t>
        <w:br/>
        <w:t>v 1.887434 13.931963 -0.094764</w:t>
        <w:br/>
        <w:t>v 1.926879 13.366499 0.955678</w:t>
        <w:br/>
        <w:t>v 1.781453 13.368405 1.294527</w:t>
        <w:br/>
        <w:t>v 1.938996 13.631524 0.595289</w:t>
        <w:br/>
        <w:t>v 1.891213 13.946985 0.250539</w:t>
        <w:br/>
        <w:t>v 1.784195 14.297596 -0.069867</w:t>
        <w:br/>
        <w:t>v 1.892206 13.624549 0.971540</w:t>
        <w:br/>
        <w:t>v 1.745143 13.627476 1.309394</w:t>
        <w:br/>
        <w:t>v 1.895599 13.955316 0.614928</w:t>
        <w:br/>
        <w:t>v 1.818449 14.311466 0.275477</w:t>
        <w:br/>
        <w:t>v 1.663880 14.552037 -0.052453</w:t>
        <w:br/>
        <w:t>v 1.847505 13.949936 0.990383</w:t>
        <w:br/>
        <w:t>v 1.699653 13.951836 1.327954</w:t>
        <w:br/>
        <w:t>v 1.816994 14.319865 0.639068</w:t>
        <w:br/>
        <w:t>v 1.745272 14.564569 0.293858</w:t>
        <w:br/>
        <w:t>v 1.513533 14.887692 -0.030178</w:t>
        <w:br/>
        <w:t>v 1.771887 14.316710 1.016625</w:t>
        <w:br/>
        <w:t>v 1.622399 14.316870 1.347625</w:t>
        <w:br/>
        <w:t>v 1.753392 14.572033 0.656338</w:t>
        <w:br/>
        <w:t>v 1.610208 14.895750 0.314923</w:t>
        <w:br/>
        <w:t>v 1.513533 14.887692 -0.030178</w:t>
        <w:br/>
        <w:t>v 1.610208 14.895750 0.314923</w:t>
        <w:br/>
        <w:t>v 1.542319 14.919908 -0.030906</w:t>
        <w:br/>
        <w:t>v 1.695778 14.566793 1.030247</w:t>
        <w:br/>
        <w:t>v 1.561097 14.568443 1.360857</w:t>
        <w:br/>
        <w:t>v 1.623867 14.901415 0.677555</w:t>
        <w:br/>
        <w:t>v 1.634705 14.926067 0.318042</w:t>
        <w:br/>
        <w:t>v 1.623867 14.901415 0.677555</w:t>
        <w:br/>
        <w:t>v 1.590494 14.935155 -0.023901</w:t>
        <w:br/>
        <w:t>v 1.546582 14.900793 1.147961</w:t>
        <w:br/>
        <w:t>v 1.441771 14.897284 1.369642</w:t>
        <w:br/>
        <w:t>v 1.465826 14.927525 1.363235</w:t>
        <w:br/>
        <w:t>v 1.549687 14.928811 1.138058</w:t>
        <w:br/>
        <w:t>v 1.515041 14.946939 1.364028</w:t>
        <w:br/>
        <w:t>v 1.549687 14.928811 1.138058</w:t>
        <w:br/>
        <w:t>v 1.647519 14.931943 0.674774</w:t>
        <w:br/>
        <w:t>v 1.596381 14.946265 1.127935</w:t>
        <w:br/>
        <w:t>v 1.531974 14.946939 1.363002</w:t>
        <w:br/>
        <w:t>v 1.675460 14.940131 0.322084</w:t>
        <w:br/>
        <w:t>v 1.640761 14.927421 -0.014687</w:t>
        <w:br/>
        <w:t>v 1.686428 14.946577 0.671149</w:t>
        <w:br/>
        <w:t>v 1.632886 14.939585 1.119917</w:t>
        <w:br/>
        <w:t>v 1.560734 14.927578 1.356802</w:t>
        <w:br/>
        <w:t>v 1.717605 14.933321 0.325631</w:t>
        <w:br/>
        <w:t>v 1.678696 14.886615 -0.008384</w:t>
        <w:br/>
        <w:t>v 1.726585 14.940483 0.668069</w:t>
        <w:br/>
        <w:t>v 1.684726 14.907941 1.091716</w:t>
        <w:br/>
        <w:t>v 1.616161 14.758882 1.357465</w:t>
        <w:br/>
        <w:t>v 1.758853 14.906760 0.666587</w:t>
        <w:br/>
        <w:t>v 1.752004 14.898702 0.327646</w:t>
        <w:br/>
        <w:t>v 1.739347 14.730939 0.001037</w:t>
        <w:br/>
        <w:t>v 1.738176 14.750705 1.063575</w:t>
        <w:br/>
        <w:t>v 1.641437 14.594716 1.363015</w:t>
        <w:br/>
        <w:t>v 1.821467 14.739748 0.334716</w:t>
        <w:br/>
        <w:t>v 1.787483 14.574990 0.010225</w:t>
        <w:br/>
        <w:t>v 1.821194 14.747561 0.675619</w:t>
        <w:br/>
        <w:t>v 1.824968 14.585073 0.341577</w:t>
        <w:br/>
        <w:t>v 1.843923 14.312621 0.026704</w:t>
        <w:br/>
        <w:t>v 1.761603 14.594596 1.046366</w:t>
        <w:br/>
        <w:t>v 1.817768 14.592637 0.684404</w:t>
        <w:br/>
        <w:t>v 1.904080 14.322314 0.353494</w:t>
        <w:br/>
        <w:t>v 1.912697 13.942634 0.049083</w:t>
        <w:br/>
        <w:t>v 1.867326 14.328827 0.698622</w:t>
        <w:br/>
        <w:t>v 1.769949 14.330006 1.062255</w:t>
        <w:br/>
        <w:t>v 1.667519 14.329904 1.383171</w:t>
        <w:br/>
        <w:t>v 1.929327 13.951707 0.371519</w:t>
        <w:br/>
        <w:t>v 1.949552 13.621197 0.066731</w:t>
        <w:br/>
        <w:t>v 1.947993 13.956525 0.719337</w:t>
        <w:br/>
        <w:t>v 1.843819 13.956187 1.085062</w:t>
        <w:br/>
        <w:t>v 1.706936 13.955628 1.410358</w:t>
        <w:br/>
        <w:t>v 1.991147 13.630152 0.389739</w:t>
        <w:br/>
        <w:t>v 1.978910 13.365077 0.080779</w:t>
        <w:br/>
        <w:t>v 1.999833 13.634646 0.738635</w:t>
        <w:br/>
        <w:t>v 1.892384 13.633945 1.105491</w:t>
        <w:br/>
        <w:t>v 1.746208 13.633269 1.431047</w:t>
        <w:br/>
        <w:t>v 2.025703 13.373912 0.404256</w:t>
        <w:br/>
        <w:t>v 2.015986 13.040653 0.103561</w:t>
        <w:br/>
        <w:t>v 2.009545 13.378087 0.754009</w:t>
        <w:br/>
        <w:t>v 1.931098 13.377007 1.121775</w:t>
        <w:br/>
        <w:t>v 1.777515 13.376214 1.447552</w:t>
        <w:br/>
        <w:t>v 2.060940 13.049124 0.421553</w:t>
        <w:br/>
        <w:t>v 2.041302 12.819074 0.119117</w:t>
        <w:br/>
        <w:t>v 2.030309 13.052830 0.772788</w:t>
        <w:br/>
        <w:t>v 1.972684 13.051050 1.142335</w:t>
        <w:br/>
        <w:t>v 1.813110 13.050008 1.468189</w:t>
        <w:br/>
        <w:t>v 2.073325 12.827367 0.433353</w:t>
        <w:br/>
        <w:t>v 2.073466 12.511946 0.134439</w:t>
        <w:br/>
        <w:t>v 2.060095 12.830833 0.785602</w:t>
        <w:br/>
        <w:t>v 2.001054 12.828705 1.156356</w:t>
        <w:br/>
        <w:t>v 1.837386 12.827550 1.482263</w:t>
        <w:br/>
        <w:t>v 2.106179 12.519185 0.449065</w:t>
        <w:br/>
        <w:t>v 2.111284 12.117932 0.146811</w:t>
        <w:br/>
        <w:t>v 2.117095 12.521643 0.803146</w:t>
        <w:br/>
        <w:t>v 2.034622 12.518508 1.175733</w:t>
        <w:br/>
        <w:t>v 1.864859 12.517028 1.504057</w:t>
        <w:br/>
        <w:t>v 2.126991 12.124714 0.468351</w:t>
        <w:br/>
        <w:t>v 2.145931 11.599852 0.177065</w:t>
        <w:br/>
        <w:t>v 2.131389 12.126793 0.825200</w:t>
        <w:br/>
        <w:t>v 2.070464 12.123336 1.200231</w:t>
        <w:br/>
        <w:t>v 1.892475 12.121761 1.534285</w:t>
        <w:br/>
        <w:t>v 2.196242 11.615773 0.493030</w:t>
        <w:br/>
        <w:t>v 2.197699 11.621169 0.834310</w:t>
        <w:br/>
        <w:t>v 2.253938 11.274324 0.509586</w:t>
        <w:br/>
        <w:t>v 2.168439 11.248829 0.198456</w:t>
        <w:br/>
        <w:t>v 2.249312 11.283423 0.839144</w:t>
        <w:br/>
        <w:t>v 2.107086 11.622623 1.211589</w:t>
        <w:br/>
        <w:t>v 2.130842 11.290114 1.217853</w:t>
        <w:br/>
        <w:t>v 1.922080 11.626014 1.559575</w:t>
        <w:br/>
        <w:t>v 1.941313 11.298590 1.575456</w:t>
        <w:br/>
        <w:t>v 1.692101 14.239822 -0.471021</w:t>
        <w:br/>
        <w:t>v 1.703277 14.229233 -0.468238</w:t>
        <w:br/>
        <w:t>v 1.742443 14.249490 -0.573323</w:t>
        <w:br/>
        <w:t>v 1.752349 14.238663 -0.567972</w:t>
        <w:br/>
        <w:t>v 1.826714 14.263857 -0.662116</w:t>
        <w:br/>
        <w:t>v 1.703277 14.229233 -0.468238</w:t>
        <w:br/>
        <w:t>v 1.693512 14.204166 -0.472589</w:t>
        <w:br/>
        <w:t>v 1.752349 14.238663 -0.567972</w:t>
        <w:br/>
        <w:t>v 1.834480 14.252663 -0.654510</w:t>
        <w:br/>
        <w:t>v 1.934088 14.281008 -0.720158</w:t>
        <w:br/>
        <w:t>v 1.744510 14.213961 -0.576434</w:t>
        <w:br/>
        <w:t>v 1.834480 14.252663 -0.654510</w:t>
        <w:br/>
        <w:t>v 1.759279 14.132308 -0.576134</w:t>
        <w:br/>
        <w:t>v 1.708537 14.122561 -0.472616</w:t>
        <w:br/>
        <w:t>v 1.726047 14.096682 -0.468776</w:t>
        <w:br/>
        <w:t>v 1.774974 14.106082 -0.568606</w:t>
        <w:br/>
        <w:t>v 1.843696 14.146697 -0.665079</w:t>
        <w:br/>
        <w:t>v 1.856353 14.119953 -0.654351</w:t>
        <w:br/>
        <w:t>v 1.829611 14.228470 -0.666100</w:t>
        <w:br/>
        <w:t>v 1.938041 14.245790 -0.724712</w:t>
        <w:br/>
        <w:t>v 1.951254 14.163882 -0.723221</w:t>
        <w:br/>
        <w:t>v 1.960042 14.136520 -0.710401</w:t>
        <w:br/>
        <w:t>v 1.939128 14.269382 -0.711078</w:t>
        <w:br/>
        <w:t>v 1.939128 14.269382 -0.711078</w:t>
        <w:br/>
        <w:t>v 2.054054 14.299271 -0.741766</w:t>
        <w:br/>
        <w:t>v 2.059186 14.264231 -0.746534</w:t>
        <w:br/>
        <w:t>v 2.071426 14.182174 -0.744867</w:t>
        <w:br/>
        <w:t>v 2.075890 14.154153 -0.731268</w:t>
        <w:br/>
        <w:t>v 2.192560 14.171129 -0.714911</w:t>
        <w:br/>
        <w:t>v 2.056048 14.287177 -0.732139</w:t>
        <w:br/>
        <w:t>v 2.056048 14.287177 -0.732139</w:t>
        <w:br/>
        <w:t>v 2.192449 14.199784 -0.727900</w:t>
        <w:br/>
        <w:t>v 2.298628 14.185788 -0.662930</w:t>
        <w:br/>
        <w:t>v 2.173784 14.304274 -0.715630</w:t>
        <w:br/>
        <w:t>v 2.173784 14.304274 -0.715630</w:t>
        <w:br/>
        <w:t>v 2.174869 14.316851 -0.724828</w:t>
        <w:br/>
        <w:t>v 2.181190 14.281983 -0.729429</w:t>
        <w:br/>
        <w:t>v 2.302477 14.214987 -0.673979</w:t>
        <w:br/>
        <w:t>v 2.280221 14.318132 -0.663227</w:t>
        <w:br/>
        <w:t>v 2.280221 14.318132 -0.663227</w:t>
        <w:br/>
        <w:t>v 2.283321 14.331625 -0.671025</w:t>
        <w:br/>
        <w:t>v 2.331889 14.338410 -0.622511</w:t>
        <w:br/>
        <w:t>v 2.292109 14.297311 -0.675071</w:t>
        <w:br/>
        <w:t>v 2.390737 14.226298 -0.588383</w:t>
        <w:br/>
        <w:t>v 2.383713 14.196693 -0.580414</w:t>
        <w:br/>
        <w:t>v 2.366713 14.329764 -0.579051</w:t>
        <w:br/>
        <w:t>v 2.366713 14.329764 -0.579051</w:t>
        <w:br/>
        <w:t>v 2.381084 14.308714 -0.588782</w:t>
        <w:br/>
        <w:t>v 2.448592 14.232610 -0.479492</w:t>
        <w:br/>
        <w:t>v 2.439486 14.202776 -0.475440</w:t>
        <w:br/>
        <w:t>v 2.439408 14.315078 -0.479008</w:t>
        <w:br/>
        <w:t>v 2.470377 14.233302 -0.357963</w:t>
        <w:br/>
        <w:t>v 2.460488 14.203442 -0.358283</w:t>
        <w:br/>
        <w:t>v 2.446222 14.198934 -0.245582</w:t>
        <w:br/>
        <w:t>v 2.455590 14.228623 -0.241093</w:t>
        <w:br/>
        <w:t>v 2.446617 14.311090 -0.239190</w:t>
        <w:br/>
        <w:t>v 2.461370 14.315772 -0.356494</w:t>
        <w:br/>
        <w:t>v 2.429888 14.332924 -0.243020</w:t>
        <w:br/>
        <w:t>v 2.422787 14.336708 -0.473867</w:t>
        <w:br/>
        <w:t>v 2.443970 14.337413 -0.355691</w:t>
        <w:br/>
        <w:t>v 2.437941 14.384617 -0.237697</w:t>
        <w:br/>
        <w:t>v 2.451616 14.389251 -0.359937</w:t>
        <w:br/>
        <w:t>v 2.431387 14.382311 -0.478030</w:t>
        <w:br/>
        <w:t>v 2.451946 14.400595 -0.355016</w:t>
        <w:br/>
        <w:t>v 2.446540 14.397211 -0.234396</w:t>
        <w:br/>
        <w:t>v 2.414768 14.468359 -0.240011</w:t>
        <w:br/>
        <w:t>v 2.415316 14.470935 -0.357781</w:t>
        <w:br/>
        <w:t>v 2.362145 14.530795 -0.252409</w:t>
        <w:br/>
        <w:t>v 2.408775 14.467235 -0.365688</w:t>
        <w:br/>
        <w:t>v 2.359280 14.532709 -0.364973</w:t>
        <w:br/>
        <w:t>v 2.260374 14.586085 -0.280049</w:t>
        <w:br/>
        <w:t>v 2.395769 14.466803 -0.438970</w:t>
        <w:br/>
        <w:t>v 2.266178 14.587132 -0.366235</w:t>
        <w:br/>
        <w:t>v 2.242913 14.582949 -0.285497</w:t>
        <w:br/>
        <w:t>v 2.354635 14.527086 -0.372024</w:t>
        <w:br/>
        <w:t>v 2.248322 14.585944 -0.377207</w:t>
        <w:br/>
        <w:t>v 2.128876 14.574533 -0.320404</w:t>
        <w:br/>
        <w:t>v 2.343938 14.526488 -0.414808</w:t>
        <w:br/>
        <w:t>v 2.134058 14.575407 -0.406240</w:t>
        <w:br/>
        <w:t>v 2.329431 14.458798 -0.525507</w:t>
        <w:br/>
        <w:t>v 2.282857 14.518896 -0.489874</w:t>
        <w:br/>
        <w:t>v 2.208982 14.581406 -0.446850</w:t>
        <w:br/>
        <w:t>v 2.142915 14.572582 -0.496262</w:t>
        <w:br/>
        <w:t>v 2.102070 14.571260 -0.435064</w:t>
        <w:br/>
        <w:t>v 2.200031 14.507591 -0.537128</w:t>
        <w:br/>
        <w:t>v 2.042920 14.558380 -0.526941</w:t>
        <w:br/>
        <w:t>v 1.959697 14.550778 -0.483453</w:t>
        <w:br/>
        <w:t>v 2.052412 14.486626 -0.582420</w:t>
        <w:br/>
        <w:t>v 1.852215 14.531295 -0.585451</w:t>
        <w:br/>
        <w:t>v 1.833479 14.527167 -0.522427</w:t>
        <w:br/>
        <w:t>v 1.852215 14.531295 -0.585451</w:t>
        <w:br/>
        <w:t>v 1.804605 14.448869 -0.537817</w:t>
        <w:br/>
        <w:t>v 1.837477 14.456098 -0.648363</w:t>
        <w:br/>
        <w:t>v 1.837477 14.456098 -0.648363</w:t>
        <w:br/>
        <w:t>v 1.781541 14.377940 -0.550045</w:t>
        <w:br/>
        <w:t>v 1.750600 14.371146 -0.446010</w:t>
        <w:br/>
        <w:t>v 1.758841 14.310143 -0.446934</w:t>
        <w:br/>
        <w:t>v 1.839988 14.327995 -0.719809</w:t>
        <w:br/>
        <w:t>v 1.826132 14.387741 -0.699975</w:t>
        <w:br/>
        <w:t>v 1.890777 14.335292 -0.711152</w:t>
        <w:br/>
        <w:t>v 1.826132 14.387741 -0.699975</w:t>
        <w:br/>
        <w:t>v 1.839988 14.327995 -0.719809</w:t>
        <w:br/>
        <w:t>v 1.918649 14.370020 -0.697638</w:t>
        <w:br/>
        <w:t>v 2.069131 14.422359 -0.630624</w:t>
        <w:br/>
        <w:t>v 2.077639 14.393309 -0.648812</w:t>
        <w:br/>
        <w:t>v 2.235976 14.446054 -0.579435</w:t>
        <w:br/>
        <w:t>v 2.247977 14.416242 -0.596635</w:t>
        <w:br/>
        <w:t>v 2.302102 14.423349 -0.567651</w:t>
        <w:br/>
        <w:t>v 2.358829 14.382068 -0.543659</w:t>
        <w:br/>
        <w:t>v 2.331012 14.378437 -0.567584</w:t>
        <w:br/>
        <w:t>v 2.373321 14.375919 -0.588364</w:t>
        <w:br/>
        <w:t>v 2.431387 14.382311 -0.478030</w:t>
        <w:br/>
        <w:t>v 2.331012 14.378437 -0.567584</w:t>
        <w:br/>
        <w:t>v 2.373321 14.375919 -0.588364</w:t>
        <w:br/>
        <w:t>v 2.324569 14.369653 -0.634225</w:t>
        <w:br/>
        <w:t>v 2.324569 14.369653 -0.634225</w:t>
        <w:br/>
        <w:t>v 1.726047 14.096682 -0.468776</w:t>
        <w:br/>
        <w:t>v 1.681937 14.082174 -0.482908</w:t>
        <w:br/>
        <w:t>v 1.774974 14.106082 -0.568606</w:t>
        <w:br/>
        <w:t>v 1.737239 14.092797 -0.596029</w:t>
        <w:br/>
        <w:t>v 1.668258 14.022993 -0.490349</w:t>
        <w:br/>
        <w:t>v 1.856353 14.119953 -0.654351</w:t>
        <w:br/>
        <w:t>v 1.726815 14.034248 -0.610482</w:t>
        <w:br/>
        <w:t>v 1.668258 14.022993 -0.490349</w:t>
        <w:br/>
        <w:t>v 1.691601 14.021985 -0.483356</w:t>
        <w:br/>
        <w:t>v 1.726815 14.034248 -0.610482</w:t>
        <w:br/>
        <w:t>v 1.828852 14.108416 -0.692556</w:t>
        <w:br/>
        <w:t>v 1.960042 14.136520 -0.710401</w:t>
        <w:br/>
        <w:t>v 1.746966 14.032618 -0.596842</w:t>
        <w:br/>
        <w:t>v 1.765145 13.943869 -0.465517</w:t>
        <w:br/>
        <w:t>v 1.945580 14.127065 -0.755654</w:t>
        <w:br/>
        <w:t>v 2.075890 14.154153 -0.731268</w:t>
        <w:br/>
        <w:t>v 1.809554 13.951550 -0.554300</w:t>
        <w:br/>
        <w:t>v 1.799021 13.939720 -0.455519</w:t>
        <w:br/>
        <w:t>v 1.841492 13.947877 -0.542461</w:t>
        <w:br/>
        <w:t>v 1.815142 14.042276 -0.669717</w:t>
        <w:br/>
        <w:t>v 1.879550 13.962197 -0.623471</w:t>
        <w:br/>
        <w:t>v 1.911761 13.959856 -0.616499</w:t>
        <w:br/>
        <w:t>v 1.823360 14.050706 -0.712207</w:t>
        <w:br/>
        <w:t>v 1.823360 14.050706 -0.712207</w:t>
        <w:br/>
        <w:t>v 1.860341 14.044543 -0.665282</w:t>
        <w:br/>
        <w:t>v 1.838375 14.048202 -0.693155</w:t>
        <w:br/>
        <w:t>v 1.946373 14.070357 -0.778702</w:t>
        <w:br/>
        <w:t>v 1.946373 14.070357 -0.778702</w:t>
        <w:br/>
        <w:t>v 1.954843 14.066812 -0.756112</w:t>
        <w:br/>
        <w:t>v 1.967234 14.061621 -0.723064</w:t>
        <w:br/>
        <w:t>v 2.001294 13.974161 -0.664896</w:t>
        <w:br/>
        <w:t>v 2.047205 14.073792 -0.737469</w:t>
        <w:br/>
        <w:t>v 2.061677 13.983393 -0.677790</w:t>
        <w:br/>
        <w:t>v 2.067918 14.084626 -0.779508</w:t>
        <w:br/>
        <w:t>v 2.092291 13.973604 -0.704844</w:t>
        <w:br/>
        <w:t>v 2.067918 14.084626 -0.779508</w:t>
        <w:br/>
        <w:t>v 2.069029 13.962369 -0.677006</w:t>
        <w:br/>
        <w:t>v 2.069029 13.962369 -0.677006</w:t>
        <w:br/>
        <w:t>v 2.104536 13.967774 -0.683402</w:t>
        <w:br/>
        <w:t>v 2.083812 14.091274 -0.803459</w:t>
        <w:br/>
        <w:t>v 2.083812 14.091274 -0.803459</w:t>
        <w:br/>
        <w:t>v 2.112730 13.976626 -0.704339</w:t>
        <w:br/>
        <w:t>v 2.205277 13.982434 -0.669278</w:t>
        <w:br/>
        <w:t>v 2.084939 14.086740 -0.780190</w:t>
        <w:br/>
        <w:t>v 2.208841 13.990662 -0.693303</w:t>
        <w:br/>
        <w:t>v 2.306445 14.004160 -0.645760</w:t>
        <w:br/>
        <w:t>v 2.296864 13.995090 -0.624394</w:t>
        <w:br/>
        <w:t>v 2.216183 14.105840 -0.761789</w:t>
        <w:br/>
        <w:t>v 2.222224 14.111419 -0.784053</w:t>
        <w:br/>
        <w:t>v 2.354376 14.010420 -0.605008</w:t>
        <w:br/>
        <w:t>v 2.353043 14.002286 -0.569912</w:t>
        <w:br/>
        <w:t>v 2.354376 14.010420 -0.605008</w:t>
        <w:br/>
        <w:t>v 2.353043 14.002286 -0.569912</w:t>
        <w:br/>
        <w:t>v 2.353147 14.024374 -0.568408</w:t>
        <w:br/>
        <w:t>v 2.335504 14.122326 -0.703314</w:t>
        <w:br/>
        <w:t>v 2.348060 14.128807 -0.722385</w:t>
        <w:br/>
        <w:t>v 2.379286 14.128328 -0.663369</w:t>
        <w:br/>
        <w:t>v 2.372337 14.119595 -0.619768</w:t>
        <w:br/>
        <w:t>v 2.404001 14.123652 -0.589060</w:t>
        <w:br/>
        <w:t>v 2.367123 14.026118 -0.552657</w:t>
        <w:br/>
        <w:t>v 2.432040 14.134924 -0.611137</w:t>
        <w:br/>
        <w:t>v 2.449001 14.141744 -0.624491</w:t>
        <w:br/>
        <w:t>v 2.461498 14.129923 -0.480841</w:t>
        <w:br/>
        <w:t>v 2.415282 14.031372 -0.462014</w:t>
        <w:br/>
        <w:t>v 2.494940 14.141785 -0.492750</w:t>
        <w:br/>
        <w:t>v 2.515168 14.148958 -0.499953</w:t>
        <w:br/>
        <w:t>v 2.444248 14.043120 -0.448080</w:t>
        <w:br/>
        <w:t>v 2.433416 14.031948 -0.360853</w:t>
        <w:br/>
        <w:t>v 2.501249 14.141218 -0.458173</w:t>
        <w:br/>
        <w:t>v 2.465833 14.044636 -0.356294</w:t>
        <w:br/>
        <w:t>v 2.420875 14.028008 -0.262797</w:t>
        <w:br/>
        <w:t>v 2.450276 14.040145 -0.253240</w:t>
        <w:br/>
        <w:t>v 2.518626 14.142537 -0.360624</w:t>
        <w:br/>
        <w:t>v 2.502121 14.137369 -0.232146</w:t>
        <w:br/>
        <w:t>v 2.540085 14.149752 -0.360963</w:t>
        <w:br/>
        <w:t>v 2.522647 14.144300 -0.225560</w:t>
        <w:br/>
        <w:t>v 2.522647 14.144300 -0.225560</w:t>
        <w:br/>
        <w:t>v 2.492675 14.197280 -0.231647</w:t>
        <w:br/>
        <w:t>v 2.540085 14.149752 -0.360963</w:t>
        <w:br/>
        <w:t>v 2.508957 14.202400 -0.359259</w:t>
        <w:br/>
        <w:t>v 2.446222 14.198934 -0.245582</w:t>
        <w:br/>
        <w:t>v 2.460488 14.203442 -0.358283</w:t>
        <w:br/>
        <w:t>v 2.485314 14.201652 -0.491148</w:t>
        <w:br/>
        <w:t>v 2.515168 14.148958 -0.499953</w:t>
        <w:br/>
        <w:t>v 2.439486 14.202776 -0.475440</w:t>
        <w:br/>
        <w:t>v 2.422527 14.194804 -0.609322</w:t>
        <w:br/>
        <w:t>v 2.449001 14.141744 -0.624491</w:t>
        <w:br/>
        <w:t>v 2.383713 14.196693 -0.580414</w:t>
        <w:br/>
        <w:t>v 2.348060 14.128807 -0.722385</w:t>
        <w:br/>
        <w:t>v 2.326742 14.182528 -0.702215</w:t>
        <w:br/>
        <w:t>v 2.298628 14.185788 -0.662930</w:t>
        <w:br/>
        <w:t>v 2.222224 14.111419 -0.784053</w:t>
        <w:br/>
        <w:t>v 2.207337 14.166026 -0.760732</w:t>
        <w:br/>
        <w:t>v 2.192560 14.171129 -0.714911</w:t>
        <w:br/>
        <w:t>v 2.075996 14.146915 -0.779146</w:t>
        <w:br/>
        <w:t>v 1.573745 13.573865 -0.544010</w:t>
        <w:br/>
        <w:t>v 1.602464 13.578356 -0.572886</w:t>
        <w:br/>
        <w:t>v 1.471473 14.290221 -0.534826</w:t>
        <w:br/>
        <w:t>v 1.502368 14.294689 -0.572706</w:t>
        <w:br/>
        <w:t>v 1.471473 14.290221 -0.534826</w:t>
        <w:br/>
        <w:t>v 1.502368 14.294689 -0.572706</w:t>
        <w:br/>
        <w:t>v 1.496326 14.304379 -0.526529</w:t>
        <w:br/>
        <w:t>v 1.651849 13.585665 -0.577498</w:t>
        <w:br/>
        <w:t>v 1.516775 14.307340 -0.557918</w:t>
        <w:br/>
        <w:t>v 1.496326 14.304379 -0.526529</w:t>
        <w:br/>
        <w:t>v 1.516775 14.307340 -0.557918</w:t>
        <w:br/>
        <w:t>v 1.487970 14.333458 -0.527426</w:t>
        <w:br/>
        <w:t>v 1.550267 14.301524 -0.577178</w:t>
        <w:br/>
        <w:t>v 1.587279 14.306727 -0.546128</w:t>
        <w:br/>
        <w:t>v 1.690048 13.590975 -0.545459</w:t>
        <w:br/>
        <w:t>v 1.697714 13.591731 -0.505576</w:t>
        <w:br/>
        <w:t>v 1.591659 14.307267 -0.497579</w:t>
        <w:br/>
        <w:t>v 1.591659 14.307267 -0.497579</w:t>
        <w:br/>
        <w:t>v 1.563775 14.313944 -0.505626</w:t>
        <w:br/>
        <w:t>v 1.587279 14.306727 -0.546128</w:t>
        <w:br/>
        <w:t>v 1.564428 14.314096 -0.543001</w:t>
        <w:br/>
        <w:t>v 1.543656 14.311178 -0.560427</w:t>
        <w:br/>
        <w:t>v 1.564428 14.314096 -0.543001</w:t>
        <w:br/>
        <w:t>v 1.563775 14.313944 -0.505626</w:t>
        <w:br/>
        <w:t>v 1.563648 14.344257 -0.543961</w:t>
        <w:br/>
        <w:t>v 1.563507 14.344167 -0.504017</w:t>
        <w:br/>
        <w:t>v 1.543656 14.311178 -0.560427</w:t>
        <w:br/>
        <w:t>v 1.540386 14.340988 -0.563476</w:t>
        <w:br/>
        <w:t>v 1.510281 14.336691 -0.560666</w:t>
        <w:br/>
        <w:t>v 1.543300 14.348690 -0.576272</w:t>
        <w:br/>
        <w:t>v 1.563507 14.344167 -0.504017</w:t>
        <w:br/>
        <w:t>v 1.581845 14.354105 -0.543935</w:t>
        <w:br/>
        <w:t>v 1.587288 14.354793 -0.496241</w:t>
        <w:br/>
        <w:t>v 1.493415 14.341568 -0.571615</w:t>
        <w:br/>
        <w:t>v 1.487970 14.333458 -0.527426</w:t>
        <w:br/>
        <w:t>v 1.462122 14.337044 -0.535030</w:t>
        <w:br/>
        <w:t>v 1.462122 14.337044 -0.535030</w:t>
        <w:br/>
        <w:t>v 1.493415 14.341568 -0.571615</w:t>
        <w:br/>
        <w:t>v 1.458846 14.359567 -0.534760</w:t>
        <w:br/>
        <w:t>v 1.581845 14.354105 -0.543935</w:t>
        <w:br/>
        <w:t>v 1.587288 14.354793 -0.496241</w:t>
        <w:br/>
        <w:t>v 1.578636 14.376641 -0.543884</w:t>
        <w:br/>
        <w:t>v 1.543300 14.348690 -0.576272</w:t>
        <w:br/>
        <w:t>v 1.584011 14.377315 -0.495971</w:t>
        <w:br/>
        <w:t>v 1.490207 14.364102 -0.571564</w:t>
        <w:br/>
        <w:t>v 1.540090 14.371224 -0.576222</w:t>
        <w:br/>
        <w:t>v 1.556436 14.428949 -0.536018</w:t>
        <w:br/>
        <w:t>v 1.560511 14.429462 -0.500150</w:t>
        <w:br/>
        <w:t>v 1.490009 14.419531 -0.556810</w:t>
        <w:br/>
        <w:t>v 1.466490 14.416129 -0.529288</w:t>
        <w:br/>
        <w:t>v 1.527481 14.424882 -0.560309</w:t>
        <w:br/>
        <w:t>v 1.536006 14.458685 -0.527551</w:t>
        <w:br/>
        <w:t>v 1.538674 14.459024 -0.505091</w:t>
        <w:br/>
        <w:t>v 1.505279 14.469859 -0.514569</w:t>
        <w:br/>
        <w:t>v 1.517647 14.456105 -0.542952</w:t>
        <w:br/>
        <w:t>v 1.493889 14.452711 -0.540734</w:t>
        <w:br/>
        <w:t>v 1.479062 14.450572 -0.523565</w:t>
        <w:br/>
        <w:t>v 2.615618 12.785891 -0.273465</w:t>
        <w:br/>
        <w:t>v 2.529083 12.773025 -0.130207</w:t>
        <w:br/>
        <w:t>v 2.671396 12.864638 -0.252217</w:t>
        <w:br/>
        <w:t>v 2.567677 12.849241 -0.081133</w:t>
        <w:br/>
        <w:t>v 2.397971 12.754029 -0.041659</w:t>
        <w:br/>
        <w:t>v 2.681841 12.876714 -0.248387</w:t>
        <w:br/>
        <w:t>v 2.409979 12.826390 0.025371</w:t>
        <w:br/>
        <w:t>v 2.575028 12.860860 -0.072333</w:t>
        <w:br/>
        <w:t>v 2.220666 12.799301 0.038082</w:t>
        <w:br/>
        <w:t>v 2.240576 12.731510 -0.031091</w:t>
        <w:br/>
        <w:t>v 2.092549 12.710519 -0.086222</w:t>
        <w:br/>
        <w:t>v 2.412502 12.837310 0.037432</w:t>
        <w:br/>
        <w:t>v 2.571805 12.884050 -0.072448</w:t>
        <w:br/>
        <w:t>v 2.678497 12.899882 -0.248101</w:t>
        <w:br/>
        <w:t>v 2.664526 12.911927 -0.251647</w:t>
        <w:br/>
        <w:t>v 2.409278 12.860500 0.037316</w:t>
        <w:br/>
        <w:t>v 2.560957 12.896553 -0.081056</w:t>
        <w:br/>
        <w:t>v 2.430962 13.812315 -0.079690</w:t>
        <w:br/>
        <w:t>v 2.531604 13.827166 -0.240593</w:t>
        <w:br/>
        <w:t>v 2.438562 13.906282 -0.264264</w:t>
        <w:br/>
        <w:t>v 2.358929 13.894542 -0.137691</w:t>
        <w:br/>
        <w:t>v 2.273264 13.789463 0.026815</w:t>
        <w:br/>
        <w:t>v 2.233470 13.876364 -0.052960</w:t>
        <w:br/>
        <w:t>v 2.403258 12.873701 0.025448</w:t>
        <w:br/>
        <w:t>v 2.083952 13.762379 0.039525</w:t>
        <w:br/>
        <w:t>v 2.082862 13.854813 -0.042848</w:t>
        <w:br/>
        <w:t>v 1.941216 13.834728 -0.095602</w:t>
        <w:br/>
        <w:t>v 2.214171 12.832583 0.050416</w:t>
        <w:br/>
        <w:t>v 2.213946 12.846617 0.038159</w:t>
        <w:br/>
        <w:t>v 1.905906 13.737135 -0.026785</w:t>
        <w:br/>
        <w:t>v 2.035900 12.821370 -0.028152</w:t>
        <w:br/>
        <w:t>v 1.784386 13.720208 -0.174030</w:t>
        <w:br/>
        <w:t>v 1.844539 13.821264 -0.212744</w:t>
        <w:br/>
        <w:t>v 2.217395 12.809393 0.050532</w:t>
        <w:br/>
        <w:t>v 2.030675 12.806568 -0.017925</w:t>
        <w:br/>
        <w:t>v 2.042620 12.774057 -0.028229</w:t>
        <w:br/>
        <w:t>v 1.991516 12.696451 -0.208642</w:t>
        <w:br/>
        <w:t>v 2.033899 12.783375 -0.017809</w:t>
        <w:br/>
        <w:t>v 1.921100 12.757134 -0.175473</w:t>
        <w:br/>
        <w:t>v 1.948610 12.690777 -0.362000</w:t>
        <w:br/>
        <w:t>v 1.905435 12.789125 -0.169676</w:t>
        <w:br/>
        <w:t>v 1.965747 12.693625 -0.474871</w:t>
        <w:br/>
        <w:t>v 1.889739 12.753665 -0.494465</w:t>
        <w:br/>
        <w:t>v 1.869493 12.750313 -0.359931</w:t>
        <w:br/>
        <w:t>v 1.876258 12.762338 -0.498051</w:t>
        <w:br/>
        <w:t>v 1.908658 12.765937 -0.169561</w:t>
        <w:br/>
        <w:t>v 1.855471 12.758904 -0.359665</w:t>
        <w:br/>
        <w:t>v 1.850913 12.791107 -0.359680</w:t>
        <w:br/>
        <w:t>v 1.871578 12.794526 -0.497664</w:t>
        <w:br/>
        <w:t>v 1.881535 12.809962 -0.493793</w:t>
        <w:br/>
        <w:t>v 1.914380 12.804450 -0.175397</w:t>
        <w:br/>
        <w:t>v 1.861438 12.806640 -0.359753</w:t>
        <w:br/>
        <w:t>v 1.732779 13.713388 -0.358488</w:t>
        <w:br/>
        <w:t>v 1.749947 13.716191 -0.482841</w:t>
        <w:br/>
        <w:t>v 1.816708 13.817993 -0.456987</w:t>
        <w:br/>
        <w:t>v 1.803483 13.815835 -0.359491</w:t>
        <w:br/>
        <w:t>v 1.830676 14.262312 -0.427916</w:t>
        <w:br/>
        <w:t>v 1.817232 14.307135 -0.429469</w:t>
        <w:br/>
        <w:t>v 1.815048 14.259818 -0.313581</w:t>
        <w:br/>
        <w:t>v 1.800446 14.304459 -0.309511</w:t>
        <w:br/>
        <w:t>v 1.835049 14.262330 -0.198166</w:t>
        <w:br/>
        <w:t>v 1.804497 14.316873 -0.432770</w:t>
        <w:br/>
        <w:t>v 1.821028 14.307045 -0.190741</w:t>
        <w:br/>
        <w:t>v 1.931273 14.275734 -0.082304</w:t>
        <w:br/>
        <w:t>v 1.787608 14.314172 -0.309456</w:t>
        <w:br/>
        <w:t>v 1.785528 14.343258 -0.309731</w:t>
        <w:br/>
        <w:t>v 1.802208 14.345923 -0.431837</w:t>
        <w:br/>
        <w:t>v 1.855179 14.361403 -0.414975</w:t>
        <w:br/>
        <w:t>v 1.785528 14.343258 -0.309731</w:t>
        <w:br/>
        <w:t>v 1.802208 14.345923 -0.431837</w:t>
        <w:br/>
        <w:t>v 1.843965 14.358240 -0.213610</w:t>
        <w:br/>
        <w:t>v 1.806899 14.345943 -0.186408</w:t>
        <w:br/>
        <w:t>v 1.806899 14.345943 -0.186408</w:t>
        <w:br/>
        <w:t>v 1.930961 14.370358 -0.108860</w:t>
        <w:br/>
        <w:t>v 1.809143 14.316878 -0.185185</w:t>
        <w:br/>
        <w:t>v 1.920049 14.320838 -0.071513</w:t>
        <w:br/>
        <w:t>v 1.912750 14.331311 -0.060434</w:t>
        <w:br/>
        <w:t>v 1.909715 14.360265 -0.062610</w:t>
        <w:br/>
        <w:t>v 1.909715 14.360265 -0.062610</w:t>
        <w:br/>
        <w:t>v 2.055140 14.388018 -0.081566</w:t>
        <w:br/>
        <w:t>v 2.060642 14.352346 -0.027928</w:t>
        <w:br/>
        <w:t>v 2.061393 14.340941 -0.040446</w:t>
        <w:br/>
        <w:t>v 2.068626 14.295269 -0.052115</w:t>
        <w:br/>
        <w:t>v 2.205138 14.315029 -0.136895</w:t>
        <w:br/>
        <w:t>v 2.056477 14.381138 -0.030352</w:t>
        <w:br/>
        <w:t>v 2.056477 14.381138 -0.030352</w:t>
        <w:br/>
        <w:t>v 2.297161 14.328554 -0.283345</w:t>
        <w:br/>
        <w:t>v 2.297275 14.375297 -0.280696</w:t>
        <w:br/>
        <w:t>v 2.202341 14.402251 -0.120940</w:t>
        <w:br/>
        <w:t>v 2.202341 14.402251 -0.120940</w:t>
        <w:br/>
        <w:t>v 2.178559 14.405881 -0.158215</w:t>
        <w:br/>
        <w:t>v 2.201872 14.361275 -0.127690</w:t>
        <w:br/>
        <w:t>v 2.306775 14.388188 -0.277106</w:t>
        <w:br/>
        <w:t>v 2.207628 14.373622 -0.119213</w:t>
        <w:br/>
        <w:t>v 2.300650 14.416696 -0.277361</w:t>
        <w:br/>
        <w:t>v 2.300650 14.416696 -0.277361</w:t>
        <w:br/>
        <w:t>v 2.261317 14.418026 -0.289164</w:t>
        <w:br/>
        <w:t>v 1.175258 12.737042 -1.013690</w:t>
        <w:br/>
        <w:t>v 1.180802 12.737698 -1.127753</w:t>
        <w:br/>
        <w:t>v 1.115622 12.815532 -1.006672</w:t>
        <w:br/>
        <w:t>v 1.122411 12.816301 -1.142590</w:t>
        <w:br/>
        <w:t>v 1.253305 12.729962 -1.269441</w:t>
        <w:br/>
        <w:t>v 1.104498 12.827553 -1.005404</w:t>
        <w:br/>
        <w:t>v 1.209618 12.806995 -1.313010</w:t>
        <w:br/>
        <w:t>v 1.376710 12.715000 -1.369137</w:t>
        <w:br/>
        <w:t>v 1.111523 12.828344 -1.145205</w:t>
        <w:br/>
        <w:t>v 1.115780 12.860590 -1.144681</w:t>
        <w:br/>
        <w:t>v 1.108716 12.859805 -1.005297</w:t>
        <w:br/>
        <w:t>v 1.201398 12.818755 -1.320842</w:t>
        <w:br/>
        <w:t>v 1.129822 12.872714 -1.141887</w:t>
        <w:br/>
        <w:t>v 1.122983 12.871952 -1.006483</w:t>
        <w:br/>
        <w:t>v 1.204499 12.841959 -1.320350</w:t>
        <w:br/>
        <w:t>v 1.249739 13.780565 -1.128814</w:t>
        <w:br/>
        <w:t>v 1.241927 13.779985 -1.003494</w:t>
        <w:br/>
        <w:t>v 1.337106 13.859782 -1.011424</w:t>
        <w:br/>
        <w:t>v 1.343464 13.860214 -1.109630</w:t>
        <w:br/>
        <w:t>v 1.336945 13.771259 -1.299233</w:t>
        <w:br/>
        <w:t>v 1.412841 13.852807 -1.245209</w:t>
        <w:br/>
        <w:t>v 1.215870 12.854369 -1.312339</w:t>
        <w:br/>
        <w:t>v 1.485375 13.753267 -1.419147</w:t>
        <w:br/>
        <w:t>v 1.530926 13.838495 -1.340607</w:t>
        <w:br/>
        <w:t>v 1.364300 12.836374 -1.432253</w:t>
        <w:br/>
        <w:t>v 1.357473 12.823417 -1.443934</w:t>
        <w:br/>
        <w:t>v 1.673226 13.728951 -1.448393</w:t>
        <w:br/>
        <w:t>v 1.680372 13.819146 -1.363875</w:t>
        <w:br/>
        <w:t>v 1.826150 13.799480 -1.323729</w:t>
        <w:br/>
        <w:t>v 1.552151 12.812055 -1.461500</w:t>
        <w:br/>
        <w:t>v 1.856466 13.704226 -1.397932</w:t>
        <w:br/>
        <w:t>v 1.990091 13.684940 -1.261893</w:t>
        <w:br/>
        <w:t>v 1.932457 13.784140 -1.215502</w:t>
        <w:br/>
        <w:t>v 1.735391 12.787332 -1.411038</w:t>
        <w:br/>
        <w:t>v 1.551074 12.798349 -1.474076</w:t>
        <w:br/>
        <w:t>v 2.056943 13.673897 -1.083995</w:t>
        <w:br/>
        <w:t>v 1.985499 13.775381 -1.075467</w:t>
        <w:br/>
        <w:t>v 1.869016 12.768051 -1.274999</w:t>
        <w:br/>
        <w:t>v 1.936841 12.756822 -1.087016</w:t>
        <w:br/>
        <w:t>v 1.947523 12.741425 -1.088294</w:t>
        <w:br/>
        <w:t>v 1.877639 12.752995 -1.281866</w:t>
        <w:br/>
        <w:t>v 1.739923 12.772869 -1.422070</w:t>
        <w:br/>
        <w:t>v 1.547973 12.775148 -1.474568</w:t>
        <w:br/>
        <w:t>v 1.736822 12.749668 -1.422562</w:t>
        <w:br/>
        <w:t>v 1.874538 12.729795 -1.282358</w:t>
        <w:br/>
        <w:t>v 1.944463 12.718217 -1.088369</w:t>
        <w:br/>
        <w:t>v 1.930638 12.709440 -1.087172</w:t>
        <w:br/>
        <w:t>v 1.862764 12.720675 -1.275669</w:t>
        <w:br/>
        <w:t>v 1.852865 12.648839 -1.080619</w:t>
        <w:br/>
        <w:t>v 1.796333 12.658194 -1.238396</w:t>
        <w:br/>
        <w:t>v 1.729138 12.739961 -1.411708</w:t>
        <w:br/>
        <w:t>v 1.685237 12.674227 -1.351499</w:t>
        <w:br/>
        <w:t>v 1.545898 12.764682 -1.462170</w:t>
        <w:br/>
        <w:t>v 1.532890 12.694783 -1.393453</w:t>
        <w:br/>
        <w:t>v 1.354372 12.800212 -1.444427</w:t>
        <w:br/>
        <w:t>v 1.358048 12.789004 -1.432923</w:t>
        <w:br/>
        <w:t>v 2.074233 14.054955 -1.079585</w:t>
        <w:br/>
        <w:t>v 2.091855 14.080979 -1.080874</w:t>
        <w:br/>
        <w:t>v 2.044883 14.060233 -1.189294</w:t>
        <w:br/>
        <w:t>v 2.061414 14.086457 -1.194639</w:t>
        <w:br/>
        <w:t>v 2.105691 14.162790 -1.080907</w:t>
        <w:br/>
        <w:t>v 1.981195 14.069871 -1.289386</w:t>
        <w:br/>
        <w:t>v 2.075053 14.168303 -1.195059</w:t>
        <w:br/>
        <w:t>v 1.995349 14.096452 -1.298466</w:t>
        <w:br/>
        <w:t>v 1.900671 14.109887 -1.376568</w:t>
        <w:br/>
        <w:t>v 1.889924 14.082818 -1.364679</w:t>
        <w:br/>
        <w:t>v 2.008454 14.178377 -1.299728</w:t>
        <w:br/>
        <w:t>v 1.786647 14.125436 -1.421303</w:t>
        <w:br/>
        <w:t>v 1.780002 14.097810 -1.407804</w:t>
        <w:br/>
        <w:t>v 1.913009 14.191923 -1.378464</w:t>
        <w:br/>
        <w:t>v 1.798061 14.207598 -1.423561</w:t>
        <w:br/>
        <w:t>v 1.664439 14.141587 -1.428290</w:t>
        <w:br/>
        <w:t>v 1.662191 14.113380 -1.414539</w:t>
        <w:br/>
        <w:t>v 1.548021 14.128005 -1.384225</w:t>
        <w:br/>
        <w:t>v 1.674863 14.223880 -1.430604</w:t>
        <w:br/>
        <w:t>v 1.546009 14.156754 -1.396845</w:t>
        <w:br/>
        <w:t>v 1.448669 14.140248 -1.319830</w:t>
        <w:br/>
        <w:t>v 1.442949 14.169456 -1.330046</w:t>
        <w:br/>
        <w:t>v 1.555473 14.239172 -1.398904</w:t>
        <w:br/>
        <w:t>v 1.365349 14.178447 -1.234433</w:t>
        <w:br/>
        <w:t>v 1.373861 14.148912 -1.227657</w:t>
        <w:br/>
        <w:t>v 1.451578 14.251975 -1.331565</w:t>
        <w:br/>
        <w:t>v 1.320804 14.182845 -1.119364</w:t>
        <w:br/>
        <w:t>v 1.330919 14.153156 -1.116728</w:t>
        <w:br/>
        <w:t>v 1.373349 14.261036 -1.235176</w:t>
        <w:br/>
        <w:t>v 1.323321 14.152698 -1.005417</w:t>
        <w:br/>
        <w:t>v 1.312920 14.182373 -1.003937</w:t>
        <w:br/>
        <w:t>v 1.328443 14.265474 -1.119175</w:t>
        <w:br/>
        <w:t>v 1.320444 14.265006 -1.003346</w:t>
        <w:br/>
        <w:t>v 1.463794 14.273890 -1.320883</w:t>
        <w:br/>
        <w:t>v 1.388294 14.282637 -1.227858</w:t>
        <w:br/>
        <w:t>v 1.344954 14.286917 -1.115903</w:t>
        <w:br/>
        <w:t>v 1.337184 14.286474 -1.004622</w:t>
        <w:br/>
        <w:t>v 1.337184 14.286474 -1.004622</w:t>
        <w:br/>
        <w:t>v 1.344954 14.286917 -1.115903</w:t>
        <w:br/>
        <w:t>v 1.328903 14.299709 -1.003611</w:t>
        <w:br/>
        <w:t>v 1.336877 14.300157 -1.117759</w:t>
        <w:br/>
        <w:t>v 1.388294 14.282637 -1.227858</w:t>
        <w:br/>
        <w:t>v 1.381346 14.295765 -1.232630</w:t>
        <w:br/>
        <w:t>v 1.463794 14.273890 -1.320883</w:t>
        <w:br/>
        <w:t>v 1.458813 14.286794 -1.328079</w:t>
        <w:br/>
        <w:t>v 1.561696 14.274115 -1.394763</w:t>
        <w:br/>
        <w:t>v 1.564064 14.261535 -1.385874</w:t>
        <w:br/>
        <w:t>v 1.564064 14.261535 -1.385874</w:t>
        <w:br/>
        <w:t>v 1.679923 14.258972 -1.426153</w:t>
        <w:br/>
        <w:t>v 1.679269 14.246743 -1.416461</w:t>
        <w:br/>
        <w:t>v 1.679269 14.246743 -1.416461</w:t>
        <w:br/>
        <w:t>v 1.797365 14.230290 -1.409425</w:t>
        <w:br/>
        <w:t>v 1.797365 14.230290 -1.409425</w:t>
        <w:br/>
        <w:t>v 1.800578 14.242822 -1.418650</w:t>
        <w:br/>
        <w:t>v 1.864007 14.234745 -1.392765</w:t>
        <w:br/>
        <w:t>v 1.909358 14.215562 -1.365348</w:t>
        <w:br/>
        <w:t>v 1.909358 14.215562 -1.365348</w:t>
        <w:br/>
        <w:t>v 1.923449 14.258757 -1.379364</w:t>
        <w:br/>
        <w:t>v 1.861006 14.267272 -1.402762</w:t>
        <w:br/>
        <w:t>v 1.923449 14.258757 -1.379364</w:t>
        <w:br/>
        <w:t>v 1.894494 14.271331 -1.344267</w:t>
        <w:br/>
        <w:t>v 1.861006 14.267272 -1.402762</w:t>
        <w:br/>
        <w:t>v 2.001197 14.203357 -1.290030</w:t>
        <w:br/>
        <w:t>v 1.929279 14.266616 -1.332989</w:t>
        <w:br/>
        <w:t>v 1.894494 14.271331 -1.344267</w:t>
        <w:br/>
        <w:t>v 1.929279 14.266616 -1.332989</w:t>
        <w:br/>
        <w:t>v 1.880281 14.322176 -1.336174</w:t>
        <w:br/>
        <w:t>v 2.018888 14.245291 -1.300015</w:t>
        <w:br/>
        <w:t>v 2.018888 14.245291 -1.300015</w:t>
        <w:br/>
        <w:t>v 2.065445 14.193671 -1.189070</w:t>
        <w:br/>
        <w:t>v 2.094951 14.188362 -1.079460</w:t>
        <w:br/>
        <w:t>v 2.117348 14.235919 -1.080867</w:t>
        <w:br/>
        <w:t>v 2.083852 14.241870 -1.199161</w:t>
        <w:br/>
        <w:t>v 2.088927 14.252522 -1.195461</w:t>
        <w:br/>
        <w:t>v 2.129464 14.245698 -1.081882</w:t>
        <w:br/>
        <w:t>v 2.117289 14.322828 -1.079474</w:t>
        <w:br/>
        <w:t>v 2.023821 14.334455 -1.255760</w:t>
        <w:br/>
        <w:t>v 2.063545 14.328471 -1.193103</w:t>
        <w:br/>
        <w:t>v 2.073325 14.330017 -1.188526</w:t>
        <w:br/>
        <w:t>v 2.036612 14.404476 -1.177761</w:t>
        <w:br/>
        <w:t>v 2.081781 14.397253 -1.074853</w:t>
        <w:br/>
        <w:t>v 1.994981 14.478186 -1.065168</w:t>
        <w:br/>
        <w:t>v 1.967389 14.481233 -1.146975</w:t>
        <w:br/>
        <w:t>v 1.976592 14.479927 -1.063363</w:t>
        <w:br/>
        <w:t>v 2.028353 14.400552 -1.182148</w:t>
        <w:br/>
        <w:t>v 1.947032 14.485182 -1.150239</w:t>
        <w:br/>
        <w:t>v 1.859842 14.502885 -1.051707</w:t>
        <w:br/>
        <w:t>v 2.002315 14.404514 -1.217527</w:t>
        <w:br/>
        <w:t>v 1.831787 14.505909 -1.132943</w:t>
        <w:br/>
        <w:t>v 1.929742 14.347536 -1.309903</w:t>
        <w:br/>
        <w:t>v 1.917402 14.416158 -1.263108</w:t>
        <w:br/>
        <w:t>v 1.884277 14.493898 -1.199270</w:t>
        <w:br/>
        <w:t>v 1.822870 14.361754 -1.323349</w:t>
        <w:br/>
        <w:t>v 1.819317 14.330584 -1.341903</w:t>
        <w:br/>
        <w:t>v 1.822891 14.428726 -1.274527</w:t>
        <w:br/>
        <w:t>v 1.804448 14.504591 -1.219205</w:t>
        <w:br/>
        <w:t>v 1.791293 14.511414 -1.147125</w:t>
        <w:br/>
        <w:t>v 1.669145 14.448734 -1.258900</w:t>
        <w:br/>
        <w:t>v 1.700303 14.518145 -1.208619</w:t>
        <w:br/>
        <w:t>v 1.641141 14.530653 -1.136381</w:t>
        <w:br/>
        <w:t>v 1.501684 14.543995 -1.188432</w:t>
        <w:br/>
        <w:t>v 1.508136 14.542285 -1.122891</w:t>
        <w:br/>
        <w:t>v 1.456604 14.474889 -1.121184</w:t>
        <w:br/>
        <w:t>v 1.501684 14.543995 -1.188432</w:t>
        <w:br/>
        <w:t>v 1.445291 14.477869 -1.236148</w:t>
        <w:br/>
        <w:t>v 1.445291 14.477869 -1.236148</w:t>
        <w:br/>
        <w:t>v 1.413323 14.412961 -1.119232</w:t>
        <w:br/>
        <w:t>v 1.423968 14.410165 -1.011040</w:t>
        <w:br/>
        <w:t>v 1.415342 14.349209 -1.011179</w:t>
        <w:br/>
        <w:t>v 1.387420 14.356566 -1.294958</w:t>
        <w:br/>
        <w:t>v 1.397983 14.416993 -1.275156</w:t>
        <w:br/>
        <w:t>v 1.437685 14.350047 -1.306731</w:t>
        <w:br/>
        <w:t>v 1.397983 14.416993 -1.275156</w:t>
        <w:br/>
        <w:t>v 1.387420 14.356566 -1.294958</w:t>
        <w:br/>
        <w:t>v 1.476478 14.375751 -1.307042</w:t>
        <w:br/>
        <w:t>v 1.649101 14.384371 -1.305687</w:t>
        <w:br/>
        <w:t>v 1.642264 14.354882 -1.323873</w:t>
        <w:br/>
        <w:t>v 2.074233 14.054955 -1.079585</w:t>
        <w:br/>
        <w:t>v 2.044883 14.060233 -1.189294</w:t>
        <w:br/>
        <w:t>v 2.120384 14.040712 -1.084275</w:t>
        <w:br/>
        <w:t>v 2.087269 14.046671 -1.208549</w:t>
        <w:br/>
        <w:t>v 1.981195 14.069871 -1.289386</w:t>
        <w:br/>
        <w:t>v 2.135785 13.981557 -1.086709</w:t>
        <w:br/>
        <w:t>v 2.015573 14.057518 -1.321226</w:t>
        <w:br/>
        <w:t>v 1.889924 14.082818 -1.364679</w:t>
        <w:br/>
        <w:t>v 2.100794 13.987857 -1.218632</w:t>
        <w:br/>
        <w:t>v 2.135785 13.981557 -1.086709</w:t>
        <w:br/>
        <w:t>v 2.100794 13.987857 -1.218632</w:t>
        <w:br/>
        <w:t>v 2.113270 13.980475 -1.084549</w:t>
        <w:br/>
        <w:t>v 1.912824 14.072097 -1.405987</w:t>
        <w:br/>
        <w:t>v 1.780002 14.097810 -1.407804</w:t>
        <w:br/>
        <w:t>v 2.080031 13.986461 -1.209709</w:t>
        <w:br/>
        <w:t>v 1.789080 14.088974 -1.454535</w:t>
        <w:br/>
        <w:t>v 1.662191 14.113380 -1.414539</w:t>
        <w:br/>
        <w:t>v 2.009810 13.905552 -1.179479</w:t>
        <w:br/>
        <w:t>v 2.034325 13.901023 -1.078183</w:t>
        <w:br/>
        <w:t>v 2.001464 13.897353 -1.075064</w:t>
        <w:br/>
        <w:t>v 1.976046 13.901922 -1.170567</w:t>
        <w:br/>
        <w:t>v 2.026906 13.993714 -1.293042</w:t>
        <w:br/>
        <w:t>v 1.955106 13.913481 -1.255882</w:t>
        <w:br/>
        <w:t>v 1.921054 13.910248 -1.256992</w:t>
        <w:br/>
        <w:t>v 2.025238 13.999290 -1.337377</w:t>
        <w:br/>
        <w:t>v 2.025238 13.999290 -1.337377</w:t>
        <w:br/>
        <w:t>v 1.980050 13.994086 -1.298143</w:t>
        <w:br/>
        <w:t>v 2.008207 13.997327 -1.322589</w:t>
        <w:br/>
        <w:t>v 1.916957 14.014648 -1.426702</w:t>
        <w:br/>
        <w:t>v 1.916957 14.014648 -1.426702</w:t>
        <w:br/>
        <w:t>v 1.905272 14.011933 -1.407503</w:t>
        <w:br/>
        <w:t>v 1.885958 14.007435 -1.375763</w:t>
        <w:br/>
        <w:t>v 1.842243 13.921431 -1.322007</w:t>
        <w:br/>
        <w:t>v 1.845052 14.013015 -1.391812</w:t>
        <w:br/>
        <w:t>v 1.823357 13.924026 -1.331120</w:t>
        <w:br/>
        <w:t>v 1.836752 14.021432 -1.435239</w:t>
        <w:br/>
        <w:t>v 1.786550 14.032439 -1.477863</w:t>
        <w:br/>
        <w:t>v 1.786550 14.032439 -1.477863</w:t>
        <w:br/>
        <w:t>v 1.806864 13.911753 -1.364484</w:t>
        <w:br/>
        <w:t>v 1.836752 14.021432 -1.435239</w:t>
        <w:br/>
        <w:t>v 1.817046 13.902809 -1.331077</w:t>
        <w:br/>
        <w:t>v 1.806864 13.911753 -1.364484</w:t>
        <w:br/>
        <w:t>v 1.744469 13.912710 -1.359550</w:t>
        <w:br/>
        <w:t>v 1.817046 13.902809 -1.331077</w:t>
        <w:br/>
        <w:t>v 1.781052 14.028666 -1.455085</w:t>
        <w:br/>
        <w:t>v 1.747107 13.919844 -1.383480</w:t>
        <w:br/>
        <w:t>v 1.642741 13.926154 -1.365366</w:t>
        <w:br/>
        <w:t>v 1.646782 14.050911 -1.485854</w:t>
        <w:br/>
        <w:t>v 1.646782 14.050911 -1.485854</w:t>
        <w:br/>
        <w:t>v 1.648522 14.046182 -1.462661</w:t>
        <w:br/>
        <w:t>v 1.638806 13.934153 -1.389410</w:t>
        <w:br/>
        <w:t>v 1.545675 13.946052 -1.362184</w:t>
        <w:br/>
        <w:t>v 1.544160 13.938778 -1.339191</w:t>
        <w:br/>
        <w:t>v 1.520090 14.062630 -1.428561</w:t>
        <w:br/>
        <w:t>v 1.526567 13.948471 -1.354692</w:t>
        <w:br/>
        <w:t>v 1.513709 13.942533 -1.319454</w:t>
        <w:br/>
        <w:t>v 1.512254 13.964759 -1.318709</w:t>
        <w:br/>
        <w:t>v 1.513709 13.942533 -1.319454</w:t>
        <w:br/>
        <w:t>v 1.526567 13.948471 -1.354692</w:t>
        <w:br/>
        <w:t>v 1.511336 14.068256 -1.449891</w:t>
        <w:br/>
        <w:t>v 1.504701 14.064987 -1.421330</w:t>
        <w:br/>
        <w:t>v 1.499647 14.058189 -1.373980</w:t>
        <w:br/>
        <w:t>v 1.461232 13.971019 -1.283280</w:t>
        <w:br/>
        <w:t>v 1.393469 14.082782 -1.373495</w:t>
        <w:br/>
        <w:t>v 1.431065 14.066640 -1.329528</w:t>
        <w:br/>
        <w:t>v 1.408733 14.076225 -1.355644</w:t>
        <w:br/>
        <w:t>v 1.353944 14.075576 -1.234506</w:t>
        <w:br/>
        <w:t>v 1.396636 13.978501 -1.203691</w:t>
        <w:br/>
        <w:t>v 1.324705 14.085960 -1.252111</w:t>
        <w:br/>
        <w:t>v 1.304719 14.093063 -1.264144</w:t>
        <w:br/>
        <w:t>v 1.365970 13.989415 -1.198031</w:t>
        <w:br/>
        <w:t>v 1.359557 13.982162 -1.107907</w:t>
        <w:br/>
        <w:t>v 1.311544 14.085319 -1.221279</w:t>
        <w:br/>
        <w:t>v 1.327608 13.994495 -1.106927</w:t>
        <w:br/>
        <w:t>v 1.353072 13.981755 -1.011021</w:t>
        <w:br/>
        <w:t>v 1.320230 13.994976 -1.007635</w:t>
        <w:br/>
        <w:t>v 1.268072 14.090186 -1.001072</w:t>
        <w:br/>
        <w:t>v 1.276470 14.090726 -1.127510</w:t>
        <w:br/>
        <w:t>v 1.253773 14.098095 -1.132542</w:t>
        <w:br/>
        <w:t>v 1.244931 14.097515 -0.998718</w:t>
        <w:br/>
        <w:t>v 1.253773 14.098095 -1.132542</w:t>
        <w:br/>
        <w:t>v 1.283524 14.151278 -1.126857</w:t>
        <w:br/>
        <w:t>v 1.244931 14.097515 -0.998718</w:t>
        <w:br/>
        <w:t>v 1.275046 14.150750 -1.000780</w:t>
        <w:br/>
        <w:t>v 1.323321 14.152698 -1.005417</w:t>
        <w:br/>
        <w:t>v 1.330919 14.153156 -1.116728</w:t>
        <w:br/>
        <w:t>v 1.331866 14.146502 -1.251735</w:t>
        <w:br/>
        <w:t>v 1.304719 14.093063 -1.264144</w:t>
        <w:br/>
        <w:t>v 1.373861 14.148912 -1.227657</w:t>
        <w:br/>
        <w:t>v 1.416082 14.136748 -1.355499</w:t>
        <w:br/>
        <w:t>v 1.393469 14.082782 -1.373495</w:t>
        <w:br/>
        <w:t>v 1.448669 14.140248 -1.319830</w:t>
        <w:br/>
        <w:t>v 1.511336 14.068256 -1.449891</w:t>
        <w:br/>
        <w:t>v 1.527927 14.122968 -1.427992</w:t>
        <w:br/>
        <w:t>v 1.548021 14.128005 -1.384225</w:t>
        <w:br/>
        <w:t>v 1.656453 14.106502 -1.462117</w:t>
        <w:br/>
        <w:t>v 1.474172 14.283609 -1.017914</w:t>
        <w:br/>
        <w:t>v 1.481525 14.284181 -1.133104</w:t>
        <w:br/>
        <w:t>v 1.473096 14.330413 -1.017063</w:t>
        <w:br/>
        <w:t>v 1.480427 14.331058 -1.137996</w:t>
        <w:br/>
        <w:t>v 1.524031 14.279974 -1.242203</w:t>
        <w:br/>
        <w:t>v 1.463015 14.343250 -1.015884</w:t>
        <w:br/>
        <w:t>v 1.524169 14.326730 -1.250266</w:t>
        <w:br/>
        <w:t>v 1.470911 14.343866 -1.140126</w:t>
        <w:br/>
        <w:t>v 1.644968 14.312078 -1.347239</w:t>
        <w:br/>
        <w:t>v 1.641419 14.265740 -1.336437</w:t>
        <w:br/>
        <w:t>v 1.516678 14.339337 -1.257596</w:t>
        <w:br/>
        <w:t>v 1.476626 14.372440 -1.138999</w:t>
        <w:br/>
        <w:t>v 1.468763 14.371836 -1.015983</w:t>
        <w:br/>
        <w:t>v 1.476626 14.372440 -1.138999</w:t>
        <w:br/>
        <w:t>v 1.526200 14.372307 -1.021530</w:t>
        <w:br/>
        <w:t>v 1.468763 14.371836 -1.015983</w:t>
        <w:br/>
        <w:t>v 1.554861 14.370101 -1.221173</w:t>
        <w:br/>
        <w:t>v 1.522044 14.367945 -1.255573</w:t>
        <w:br/>
        <w:t>v 1.522044 14.367945 -1.255573</w:t>
        <w:br/>
        <w:t>v 1.660990 14.357233 -1.306369</w:t>
        <w:br/>
        <w:t>v 1.643073 14.324007 -1.359061</w:t>
        <w:br/>
        <w:t>v 1.647473 14.352733 -1.356263</w:t>
        <w:br/>
        <w:t>v 1.647473 14.352733 -1.356263</w:t>
        <w:br/>
        <w:t>v 1.797876 14.332991 -1.358415</w:t>
        <w:br/>
        <w:t>v 1.788249 14.340528 -1.308191</w:t>
        <w:br/>
        <w:t>v 1.794633 14.304116 -1.361230</w:t>
        <w:br/>
        <w:t>v 1.797876 14.332991 -1.358415</w:t>
        <w:br/>
        <w:t>v 1.789818 14.293065 -1.349312</w:t>
        <w:br/>
        <w:t>v 1.782179 14.247264 -1.338452</w:t>
        <w:br/>
        <w:t>v 1.899322 14.230469 -1.227957</w:t>
        <w:br/>
        <w:t>v 1.923044 14.315046 -1.240351</w:t>
        <w:br/>
        <w:t>v 1.923044 14.315046 -1.240351</w:t>
        <w:br/>
        <w:t>v 1.894157 14.325347 -1.208294</w:t>
        <w:br/>
        <w:t>v 1.920764 14.286035 -1.242257</w:t>
        <w:br/>
        <w:t>v 1.988481 14.304189 -1.067316</w:t>
        <w:br/>
        <w:t>v 1.949384 14.316182 -1.063345</w:t>
        <w:br/>
        <w:t>v 1.988481 14.304189 -1.067316</w:t>
        <w:br/>
        <w:t>v 1.986731 14.275088 -1.067612</w:t>
        <w:br/>
        <w:t>v 1.973628 14.265266 -1.066501</w:t>
        <w:br/>
        <w:t>v 1.960570 14.220309 -1.065956</w:t>
        <w:br/>
        <w:t>v 1.910366 14.275783 -1.235606</w:t>
        <w:br/>
        <w:t>v 1.175258 12.737042 -1.013690</w:t>
        <w:br/>
        <w:t>v 1.115622 12.815532 -1.006672</w:t>
        <w:br/>
        <w:t>v 1.202550 12.734109 -0.902839</w:t>
        <w:br/>
        <w:t>v 1.148322 12.812026 -0.874615</w:t>
        <w:br/>
        <w:t>v 1.300827 12.722116 -0.777980</w:t>
        <w:br/>
        <w:t>v 1.104498 12.827553 -1.005404</w:t>
        <w:br/>
        <w:t>v 1.266529 12.797603 -0.724436</w:t>
        <w:br/>
        <w:t>v 1.440998 12.704391 -0.704291</w:t>
        <w:br/>
        <w:t>v 1.138173 12.823947 -0.869583</w:t>
        <w:br/>
        <w:t>v 1.435124 12.776280 -0.635805</w:t>
        <w:br/>
        <w:t>v 1.598880 12.683890 -0.710993</w:t>
        <w:br/>
        <w:t>v 1.259998 12.809084 -0.714807</w:t>
        <w:br/>
        <w:t>v 1.142351 12.856203 -0.869895</w:t>
        <w:br/>
        <w:t>v 1.108716 12.859805 -1.005297</w:t>
        <w:br/>
        <w:t>v 1.122983 12.871952 -1.006483</w:t>
        <w:br/>
        <w:t>v 1.263018 12.832300 -0.715150</w:t>
        <w:br/>
        <w:t>v 1.433754 12.787110 -0.623462</w:t>
        <w:br/>
        <w:t>v 1.625024 12.751624 -0.643866</w:t>
        <w:br/>
        <w:t>v 1.740306 12.665139 -0.781981</w:t>
        <w:br/>
        <w:t>v 1.155634 12.868456 -0.874941</w:t>
        <w:br/>
        <w:t>v 1.795128 12.729071 -0.729248</w:t>
        <w:br/>
        <w:t>v 1.827631 12.653029 -0.914719</w:t>
        <w:br/>
        <w:t>v 1.629467 12.761701 -0.631771</w:t>
        <w:br/>
        <w:t>v 1.900162 12.714504 -0.888904</w:t>
        <w:br/>
        <w:t>v 1.852865 12.648839 -1.080619</w:t>
        <w:br/>
        <w:t>v 1.930638 12.709440 -1.087172</w:t>
        <w:br/>
        <w:t>v 1.804778 12.738452 -0.719767</w:t>
        <w:br/>
        <w:t>v 1.913027 12.723440 -0.884310</w:t>
        <w:br/>
        <w:t>v 1.944463 12.718217 -1.088369</w:t>
        <w:br/>
        <w:t>v 1.947523 12.741425 -1.088294</w:t>
        <w:br/>
        <w:t>v 1.916047 12.746657 -0.884653</w:t>
        <w:br/>
        <w:t>v 1.807798 12.761668 -0.720110</w:t>
        <w:br/>
        <w:t>v 1.906315 12.761894 -0.889262</w:t>
        <w:br/>
        <w:t>v 1.936841 12.756822 -1.087016</w:t>
        <w:br/>
        <w:t>v 2.056943 13.673897 -1.083995</w:t>
        <w:br/>
        <w:t>v 1.801281 12.776458 -0.729606</w:t>
        <w:br/>
        <w:t>v 1.985499 13.775381 -1.075467</w:t>
        <w:br/>
        <w:t>v 1.960290 13.779547 -0.927658</w:t>
        <w:br/>
        <w:t>v 2.025440 13.679107 -0.896326</w:t>
        <w:br/>
        <w:t>v 1.876730 13.791136 -0.800643</w:t>
        <w:br/>
        <w:t>v 1.632486 12.784913 -0.632114</w:t>
        <w:br/>
        <w:t>v 1.920406 13.693674 -0.736670</w:t>
        <w:br/>
        <w:t>v 1.631177 12.799014 -0.644224</w:t>
        <w:br/>
        <w:t>v 1.436775 12.810329 -0.623805</w:t>
        <w:br/>
        <w:t>v 1.750301 13.716228 -0.651288</w:t>
        <w:br/>
        <w:t>v 1.741401 13.809075 -0.732716</w:t>
        <w:br/>
        <w:t>v 1.272682 12.844992 -0.724794</w:t>
        <w:br/>
        <w:t>v 1.560402 13.740884 -0.643226</w:t>
        <w:br/>
        <w:t>v 1.590327 13.828692 -0.726303</w:t>
        <w:br/>
        <w:t>v 1.456198 13.845654 -0.796815</w:t>
        <w:br/>
        <w:t>v 1.441278 12.823670 -0.636162</w:t>
        <w:br/>
        <w:t>v 1.391806 13.762206 -0.731858</w:t>
        <w:br/>
        <w:t>v 1.362158 13.857125 -0.916291</w:t>
        <w:br/>
        <w:t>v 1.273600 13.776628 -0.882037</w:t>
        <w:br/>
        <w:t>v 1.337106 13.859782 -1.011424</w:t>
        <w:br/>
        <w:t>v 1.241927 13.779985 -1.003494</w:t>
        <w:br/>
        <w:t>v 2.074233 14.054955 -1.079585</w:t>
        <w:br/>
        <w:t>v 2.066457 14.056671 -0.966175</w:t>
        <w:br/>
        <w:t>v 2.091855 14.080979 -1.080874</w:t>
        <w:br/>
        <w:t>v 2.083786 14.082767 -0.963269</w:t>
        <w:br/>
        <w:t>v 2.023151 14.062948 -0.855484</w:t>
        <w:br/>
        <w:t>v 2.105691 14.162790 -1.080907</w:t>
        <w:br/>
        <w:t>v 2.038863 14.089273 -0.848448</w:t>
        <w:br/>
        <w:t>v 1.948032 14.073231 -0.763731</w:t>
        <w:br/>
        <w:t>v 2.097504 14.164597 -0.962882</w:t>
        <w:br/>
        <w:t>v 2.087003 14.190113 -0.966115</w:t>
        <w:br/>
        <w:t>v 2.094951 14.188362 -1.079460</w:t>
        <w:br/>
        <w:t>v 2.117348 14.235919 -1.080867</w:t>
        <w:br/>
        <w:t>v 2.052218 14.171156 -0.847130</w:t>
        <w:br/>
        <w:t>v 2.043313 14.196406 -0.854463</w:t>
        <w:br/>
        <w:t>v 2.107150 14.238023 -0.958218</w:t>
        <w:br/>
        <w:t>v 1.960941 14.099938 -0.753271</w:t>
        <w:br/>
        <w:t>v 1.967640 14.205943 -0.762601</w:t>
        <w:br/>
        <w:t>v 1.973664 14.181911 -0.751181</w:t>
        <w:br/>
        <w:t>v 1.857645 14.113720 -0.687054</w:t>
        <w:br/>
        <w:t>v 1.848453 14.086514 -0.699897</w:t>
        <w:br/>
        <w:t>v 1.869531 14.195806 -0.684429</w:t>
        <w:br/>
        <w:t>v 1.739088 14.129272 -0.656281</w:t>
        <w:br/>
        <w:t>v 1.734161 14.101505 -0.670231</w:t>
        <w:br/>
        <w:t>v 1.616344 14.116730 -0.677637</w:t>
        <w:br/>
        <w:t>v 1.750013 14.211482 -0.653406</w:t>
        <w:br/>
        <w:t>v 1.616874 14.145061 -0.663963</w:t>
        <w:br/>
        <w:t>v 1.506535 14.130700 -0.721389</w:t>
        <w:br/>
        <w:t>v 1.866210 14.218928 -0.697445</w:t>
        <w:br/>
        <w:t>v 1.502967 14.159552 -0.709349</w:t>
        <w:br/>
        <w:t>v 1.415483 14.142043 -0.797205</w:t>
        <w:br/>
        <w:t>v 1.626809 14.227399 -0.661151</w:t>
        <w:br/>
        <w:t>v 1.408517 14.171321 -0.787994</w:t>
        <w:br/>
        <w:t>v 1.511980 14.242009 -0.706904</w:t>
        <w:br/>
        <w:t>v 1.342769 14.179221 -0.892202</w:t>
        <w:br/>
        <w:t>v 1.352101 14.149660 -0.897664</w:t>
        <w:br/>
        <w:t>v 1.416764 14.253872 -0.786187</w:t>
        <w:br/>
        <w:t>v 1.323321 14.152698 -1.005417</w:t>
        <w:br/>
        <w:t>v 1.312920 14.182373 -1.003937</w:t>
        <w:br/>
        <w:t>v 1.350483 14.261837 -0.891239</w:t>
        <w:br/>
        <w:t>v 1.320444 14.265006 -1.003346</w:t>
        <w:br/>
        <w:t>v 1.430096 14.275739 -0.795546</w:t>
        <w:br/>
        <w:t>v 1.366127 14.283422 -0.896934</w:t>
        <w:br/>
        <w:t>v 1.337184 14.286474 -1.004622</w:t>
        <w:br/>
        <w:t>v 1.337184 14.286474 -1.004622</w:t>
        <w:br/>
        <w:t>v 1.328903 14.299709 -1.003611</w:t>
        <w:br/>
        <w:t>v 1.366127 14.283422 -0.896934</w:t>
        <w:br/>
        <w:t>v 1.358596 14.296574 -0.893147</w:t>
        <w:br/>
        <w:t>v 1.430096 14.275739 -0.795546</w:t>
        <w:br/>
        <w:t>v 1.424231 14.288690 -0.789119</w:t>
        <w:br/>
        <w:t>v 1.518519 14.276940 -0.710608</w:t>
        <w:br/>
        <w:t>v 1.521990 14.264289 -0.719029</w:t>
        <w:br/>
        <w:t>v 1.521990 14.264289 -0.719029</w:t>
        <w:br/>
        <w:t>v 1.632231 14.262474 -0.665300</w:t>
        <w:br/>
        <w:t>v 1.632814 14.250188 -0.674872</w:t>
        <w:br/>
        <w:t>v 1.632814 14.250188 -0.674872</w:t>
        <w:br/>
        <w:t>v 1.754234 14.246708 -0.657632</w:t>
        <w:br/>
        <w:t>v 1.751699 14.234791 -0.667402</w:t>
        <w:br/>
        <w:t>v 1.751699 14.234791 -0.667402</w:t>
        <w:br/>
        <w:t>v 1.866210 14.218928 -0.697445</w:t>
        <w:br/>
        <w:t>v 1.871168 14.231171 -0.688615</w:t>
        <w:br/>
        <w:t>v 1.928439 14.224112 -0.726412</w:t>
        <w:br/>
        <w:t>v 1.967640 14.205943 -0.762601</w:t>
        <w:br/>
        <w:t>v 1.984287 14.248717 -0.750185</w:t>
        <w:br/>
        <w:t>v 1.927509 14.256294 -0.715002</w:t>
        <w:br/>
        <w:t>v 1.984287 14.248717 -0.750185</w:t>
        <w:br/>
        <w:t>v 1.927509 14.256294 -0.715002</w:t>
        <w:br/>
        <w:t>v 1.949184 14.262305 -0.778671</w:t>
        <w:br/>
        <w:t>v 2.062718 14.238055 -0.846731</w:t>
        <w:br/>
        <w:t>v 1.981150 14.258057 -0.796546</w:t>
        <w:br/>
        <w:t>v 2.062718 14.238055 -0.846731</w:t>
        <w:br/>
        <w:t>v 1.981150 14.258057 -0.796546</w:t>
        <w:br/>
        <w:t>v 1.949184 14.262305 -0.778671</w:t>
        <w:br/>
        <w:t>v 1.933840 14.313335 -0.782281</w:t>
        <w:br/>
        <w:t>v 2.059355 14.328589 -0.888271</w:t>
        <w:br/>
        <w:t>v 1.977429 14.339664 -0.816723</w:t>
        <w:br/>
        <w:t>v 1.875156 14.353125 -0.782613</w:t>
        <w:br/>
        <w:t>v 1.875128 14.321372 -0.764717</w:t>
        <w:br/>
        <w:t>v 1.697975 14.345688 -0.747721</w:t>
        <w:br/>
        <w:t>v 2.031138 14.399754 -0.919442</w:t>
        <w:br/>
        <w:t>v 1.701291 14.375757 -0.765939</w:t>
        <w:br/>
        <w:t>v 1.532099 14.366576 -0.731816</w:t>
        <w:br/>
        <w:t>v 1.956564 14.409693 -0.858095</w:t>
        <w:br/>
        <w:t>v 1.866030 14.421605 -0.828394</w:t>
        <w:br/>
        <w:t>v 1.449076 14.408558 -0.746757</w:t>
        <w:br/>
        <w:t>v 1.493886 14.340774 -0.725503</w:t>
        <w:br/>
        <w:t>v 1.442317 14.347506 -0.727218</w:t>
        <w:br/>
        <w:t>v 1.449076 14.408558 -0.746757</w:t>
        <w:br/>
        <w:t>v 1.442317 14.347506 -0.727218</w:t>
        <w:br/>
        <w:t>v 1.434252 14.409505 -0.902779</w:t>
        <w:br/>
        <w:t>v 1.415342 14.349209 -1.011179</w:t>
        <w:br/>
        <w:t>v 1.423968 14.410165 -1.011040</w:t>
        <w:br/>
        <w:t>v 1.488222 14.470783 -0.792159</w:t>
        <w:br/>
        <w:t>v 1.488222 14.470783 -0.792159</w:t>
        <w:br/>
        <w:t>v 1.477295 14.471476 -0.907197</w:t>
        <w:br/>
        <w:t>v 1.712199 14.441630 -0.813640</w:t>
        <w:br/>
        <w:t>v 1.534633 14.538555 -0.847679</w:t>
        <w:br/>
        <w:t>v 1.534633 14.538555 -0.847679</w:t>
        <w:br/>
        <w:t>v 1.528406 14.538941 -0.913263</w:t>
        <w:br/>
        <w:t>v 1.661496 14.527294 -0.925874</w:t>
        <w:br/>
        <w:t>v 1.733361 14.512690 -0.866738</w:t>
        <w:br/>
        <w:t>v 1.810865 14.508183 -0.944705</w:t>
        <w:br/>
        <w:t>v 1.837564 14.499123 -0.876732</w:t>
        <w:br/>
        <w:t>v 1.847877 14.503256 -0.966547</w:t>
        <w:br/>
        <w:t>v 1.912063 14.489311 -0.911916</w:t>
        <w:br/>
        <w:t>v 1.964236 14.482343 -0.972311</w:t>
        <w:br/>
        <w:t>v 1.859842 14.502885 -1.051707</w:t>
        <w:br/>
        <w:t>v 1.976592 14.479927 -1.063363</w:t>
        <w:br/>
        <w:t>v 1.983579 14.478560 -0.979537</w:t>
        <w:br/>
        <w:t>v 1.994981 14.478186 -1.065168</w:t>
        <w:br/>
        <w:t>v 2.049905 14.396992 -0.959261</w:t>
        <w:br/>
        <w:t>v 2.057183 14.401082 -0.965022</w:t>
        <w:br/>
        <w:t>v 2.081781 14.397253 -1.074853</w:t>
        <w:br/>
        <w:t>v 2.086323 14.324715 -0.957534</w:t>
        <w:br/>
        <w:t>v 2.095050 14.326433 -0.963849</w:t>
        <w:br/>
        <w:t>v 2.117289 14.322828 -1.079474</w:t>
        <w:br/>
        <w:t>v 2.111455 14.248803 -0.962484</w:t>
        <w:br/>
        <w:t>v 2.129464 14.245698 -1.081882</w:t>
        <w:br/>
        <w:t>v 1.474172 14.283609 -1.017914</w:t>
        <w:br/>
        <w:t>v 1.473096 14.330413 -1.017063</w:t>
        <w:br/>
        <w:t>v 1.503456 14.280563 -0.906307</w:t>
        <w:br/>
        <w:t>v 1.503458 14.327253 -0.899815</w:t>
        <w:br/>
        <w:t>v 1.463015 14.343250 -1.015884</w:t>
        <w:br/>
        <w:t>v 1.566059 14.273039 -0.807558</w:t>
        <w:br/>
        <w:t>v 1.494565 14.339965 -0.895499</w:t>
        <w:br/>
        <w:t>v 1.567881 14.319511 -0.798197</w:t>
        <w:br/>
        <w:t>v 1.704973 14.302176 -0.726671</w:t>
        <w:br/>
        <w:t>v 1.699279 14.256189 -0.738052</w:t>
        <w:br/>
        <w:t>v 1.837761 14.238091 -0.763623</w:t>
        <w:br/>
        <w:t>v 1.561972 14.331862 -0.789173</w:t>
        <w:br/>
        <w:t>v 1.500046 14.368578 -0.896795</w:t>
        <w:br/>
        <w:t>v 1.468763 14.371836 -1.015983</w:t>
        <w:br/>
        <w:t>v 1.526200 14.372307 -1.021530</w:t>
        <w:br/>
        <w:t>v 1.500046 14.368578 -0.896795</w:t>
        <w:br/>
        <w:t>v 1.468763 14.371836 -1.015983</w:t>
        <w:br/>
        <w:t>v 1.592564 14.363883 -0.831244</w:t>
        <w:br/>
        <w:t>v 1.566938 14.360538 -0.791281</w:t>
        <w:br/>
        <w:t>v 1.566938 14.360538 -0.791281</w:t>
        <w:br/>
        <w:t>v 1.713008 14.348649 -0.768404</w:t>
        <w:br/>
        <w:t>v 1.705414 14.313719 -0.714334</w:t>
        <w:br/>
        <w:t>v 1.709285 14.342530 -0.717013</w:t>
        <w:br/>
        <w:t>v 1.709285 14.342530 -0.717013</w:t>
        <w:br/>
        <w:t>v 1.857254 14.323193 -0.744335</w:t>
        <w:br/>
        <w:t>v 1.857254 14.323193 -0.744335</w:t>
        <w:br/>
        <w:t>v 1.838209 14.332284 -0.791522</w:t>
        <w:br/>
        <w:t>v 1.847479 14.283549 -0.752984</w:t>
        <w:br/>
        <w:t>v 1.854522 14.294231 -0.741866</w:t>
        <w:br/>
        <w:t>v 1.957434 14.309372 -0.884696</w:t>
        <w:br/>
        <w:t>v 1.957434 14.309372 -0.884696</w:t>
        <w:br/>
        <w:t>v 1.922973 14.320589 -0.910285</w:t>
        <w:br/>
        <w:t>v 1.949384 14.316182 -1.063345</w:t>
        <w:br/>
        <w:t>v 1.988481 14.304189 -1.067316</w:t>
        <w:br/>
        <w:t>v 1.955473 14.280304 -0.883307</w:t>
        <w:br/>
        <w:t>v 1.988481 14.304189 -1.067316</w:t>
        <w:br/>
        <w:t>v 1.986731 14.275088 -1.067612</w:t>
        <w:br/>
        <w:t>v 1.973628 14.265266 -1.066501</w:t>
        <w:br/>
        <w:t>v 1.943962 14.270239 -0.888164</w:t>
        <w:br/>
        <w:t>v 1.931519 14.225154 -0.894984</w:t>
        <w:br/>
        <w:t>v 1.960570 14.220309 -1.065956</w:t>
        <w:br/>
        <w:t>v 1.129447 14.391636 -0.982857</w:t>
        <w:br/>
        <w:t>v 1.131439 14.391053 -0.962657</w:t>
        <w:br/>
        <w:t>v 1.056078 14.315758 -0.976974</w:t>
        <w:br/>
        <w:t>v 1.058005 14.315186 -0.957449</w:t>
        <w:br/>
        <w:t>v 1.121175 14.306848 -0.955625</w:t>
        <w:br/>
        <w:t>v 1.058005 14.315186 -0.957449</w:t>
        <w:br/>
        <w:t>v 1.131439 14.391053 -0.962657</w:t>
        <w:br/>
        <w:t>v 1.038468 14.181053 -0.977421</w:t>
        <w:br/>
        <w:t>v 1.040262 14.180504 -0.959263</w:t>
        <w:br/>
        <w:t>v 1.040262 14.180504 -0.959263</w:t>
        <w:br/>
        <w:t>v 1.103432 14.172163 -0.957439</w:t>
        <w:br/>
        <w:t>v 1.017722 14.022373 -0.977947</w:t>
        <w:br/>
        <w:t>v 1.019361 14.021853 -0.961400</w:t>
        <w:br/>
        <w:t>v 1.019361 14.021853 -0.961400</w:t>
        <w:br/>
        <w:t>v 1.082531 14.013510 -0.959577</w:t>
        <w:br/>
        <w:t>v 1.073822 13.953703 -0.968548</w:t>
        <w:br/>
        <w:t>v 1.073822 13.953703 -0.968548</w:t>
        <w:br/>
        <w:t>v 1.072259 13.954211 -0.984308</w:t>
        <w:br/>
        <w:t>v 1.327681 12.601688 1.606573</w:t>
        <w:br/>
        <w:t>v 1.444532 12.597248 1.519404</w:t>
        <w:br/>
        <w:t>v 1.368881 12.809213 1.602827</w:t>
        <w:br/>
        <w:t>v 1.472718 12.805499 1.526750</w:t>
        <w:br/>
        <w:t>v 1.558177 12.593137 1.448444</w:t>
        <w:br/>
        <w:t>v 1.412066 13.026736 1.598902</w:t>
        <w:br/>
        <w:t>v 1.583431 12.806915 1.459470</w:t>
        <w:br/>
        <w:t>v 1.502209 13.023389 1.534436</w:t>
        <w:br/>
        <w:t>v 1.441871 13.176862 1.596192</w:t>
        <w:br/>
        <w:t>v 1.609238 13.025365 1.470736</w:t>
        <w:br/>
        <w:t>v 1.520673 13.159803 1.539249</w:t>
        <w:br/>
        <w:t>v 1.626575 13.172125 1.478305</w:t>
        <w:br/>
        <w:t>v 1.527557 13.204941 1.535712</w:t>
        <w:br/>
        <w:t>v 1.447800 13.221121 1.585656</w:t>
        <w:br/>
        <w:t>v 1.613356 13.222193 1.474513</w:t>
        <w:br/>
        <w:t>v -1.422911 14.094090 -0.426810</w:t>
        <w:br/>
        <w:t>v -1.472999 14.221415 -0.504208</w:t>
        <w:br/>
        <w:t>v -1.410048 14.097581 -0.409530</w:t>
        <w:br/>
        <w:t>v -1.485213 14.222761 -0.521570</w:t>
        <w:br/>
        <w:t>v -1.422911 14.094090 -0.426810</w:t>
        <w:br/>
        <w:t>v -1.288648 14.081994 -0.524319</w:t>
        <w:br/>
        <w:t>v -1.485213 14.222761 -0.521570</w:t>
        <w:br/>
        <w:t>v -1.414297 14.477590 -0.460876</w:t>
        <w:br/>
        <w:t>v -1.275784 14.085487 -0.507040</w:t>
        <w:br/>
        <w:t>v -1.338735 14.209320 -0.601718</w:t>
        <w:br/>
        <w:t>v -1.288648 14.081994 -0.524319</w:t>
        <w:br/>
        <w:t>v -1.353621 14.484844 -0.378843</w:t>
        <w:br/>
        <w:t>v -1.355381 14.505244 -0.386394</w:t>
        <w:br/>
        <w:t>v -1.350949 14.210663 -0.619080</w:t>
        <w:br/>
        <w:t>v -1.350949 14.210663 -0.619080</w:t>
        <w:br/>
        <w:t>v -1.288201 14.456288 -0.547804</w:t>
        <w:br/>
        <w:t>v -1.420959 14.490881 -0.473373</w:t>
        <w:br/>
        <w:t>v -1.420959 14.490881 -0.473373</w:t>
        <w:br/>
        <w:t>v -1.294863 14.469581 -0.560302</w:t>
        <w:br/>
        <w:t>v -1.420959 14.490881 -0.473373</w:t>
        <w:br/>
        <w:t>v -1.294863 14.469581 -0.560302</w:t>
        <w:br/>
        <w:t>v -1.355381 14.505244 -0.386394</w:t>
        <w:br/>
        <w:t>v -1.294863 14.469581 -0.560302</w:t>
        <w:br/>
        <w:t>v -1.229285 14.483942 -0.473322</w:t>
        <w:br/>
        <w:t>v -1.229285 14.483942 -0.473322</w:t>
        <w:br/>
        <w:t>v -1.227526 14.463546 -0.465772</w:t>
        <w:br/>
        <w:t>v -1.546179 14.134374 1.195844</w:t>
        <w:br/>
        <w:t>v -1.625195 14.226415 1.235300</w:t>
        <w:br/>
        <w:t>v -1.529090 14.153502 1.185622</w:t>
        <w:br/>
        <w:t>v -1.654422 14.213573 1.248398</w:t>
        <w:br/>
        <w:t>v -1.654422 14.213573 1.248398</w:t>
        <w:br/>
        <w:t>v -1.546179 14.134374 1.195844</w:t>
        <w:br/>
        <w:t>v -1.616899 14.135489 1.079884</w:t>
        <w:br/>
        <w:t>v -1.588239 14.523537 1.217452</w:t>
        <w:br/>
        <w:t>v -1.599821 14.154039 1.059112</w:t>
        <w:br/>
        <w:t>v -1.699462 14.234733 1.115038</w:t>
        <w:br/>
        <w:t>v -1.616899 14.135489 1.079884</w:t>
        <w:br/>
        <w:t>v -1.453022 14.550654 1.153412</w:t>
        <w:br/>
        <w:t>v -1.461093 14.586709 1.158972</w:t>
        <w:br/>
        <w:t>v -1.728689 14.222361 1.138833</w:t>
        <w:br/>
        <w:t>v -1.728689 14.222361 1.138833</w:t>
        <w:br/>
        <w:t>v -1.660478 14.536960 1.106591</w:t>
        <w:br/>
        <w:t>v -1.612890 14.554142 1.227415</w:t>
        <w:br/>
        <w:t>v -1.654422 14.213573 1.248398</w:t>
        <w:br/>
        <w:t>v -1.728689 14.222361 1.138833</w:t>
        <w:br/>
        <w:t>v -1.612890 14.554142 1.227415</w:t>
        <w:br/>
        <w:t>v -1.461093 14.586709 1.158972</w:t>
        <w:br/>
        <w:t>v -1.612890 14.554142 1.227415</w:t>
        <w:br/>
        <w:t>v -1.530700 14.590918 1.050240</w:t>
        <w:br/>
        <w:t>v -1.530700 14.590918 1.050240</w:t>
        <w:br/>
        <w:t>v -1.522629 14.554396 1.033984</w:t>
        <w:br/>
        <w:t>v -1.685129 14.565447 1.127250</w:t>
        <w:br/>
        <w:t>v -1.685129 14.565447 1.127250</w:t>
        <w:br/>
        <w:t>v -1.685129 14.565447 1.127250</w:t>
        <w:br/>
        <w:t>v 1.543152 13.526317 -0.590439</w:t>
        <w:br/>
        <w:t>v 1.499008 13.860201 -0.608181</w:t>
        <w:br/>
        <w:t>v 1.541465 13.526318 -0.563714</w:t>
        <w:br/>
        <w:t>v 1.506644 13.860305 -0.633528</w:t>
        <w:br/>
        <w:t>v 1.425371 14.063776 -0.663356</w:t>
        <w:br/>
        <w:t>v 1.543152 13.526317 -0.590439</w:t>
        <w:br/>
        <w:t>v 1.697027 13.654990 -0.583269</w:t>
        <w:br/>
        <w:t>v 1.506644 13.860305 -0.633528</w:t>
        <w:br/>
        <w:t>v 1.438956 14.063982 -0.686408</w:t>
        <w:br/>
        <w:t>v 1.318072 14.264136 -0.716856</w:t>
        <w:br/>
        <w:t>v 1.631368 14.047070 -0.604748</w:t>
        <w:br/>
        <w:t>v 1.438956 14.063982 -0.686408</w:t>
        <w:br/>
        <w:t>v 1.695341 13.654991 -0.556545</w:t>
        <w:br/>
        <w:t>v 1.623733 14.046968 -0.579401</w:t>
        <w:br/>
        <w:t>v 1.697027 13.654990 -0.583269</w:t>
        <w:br/>
        <w:t>v 1.631368 14.047070 -0.604748</w:t>
        <w:br/>
        <w:t>v 1.508490 14.278397 -0.616303</w:t>
        <w:br/>
        <w:t>v 1.522076 14.278601 -0.639355</w:t>
        <w:br/>
        <w:t>v 1.522076 14.278601 -0.639355</w:t>
        <w:br/>
        <w:t>v 1.372217 14.490698 -0.643185</w:t>
        <w:br/>
        <w:t>v 1.332870 14.267422 -0.738925</w:t>
        <w:br/>
        <w:t>v 1.332870 14.267422 -0.738925</w:t>
        <w:br/>
        <w:t>v 1.174734 14.450019 -0.753244</w:t>
        <w:br/>
        <w:t>v 1.387015 14.493985 -0.665254</w:t>
        <w:br/>
        <w:t>v 1.387015 14.493985 -0.665254</w:t>
        <w:br/>
        <w:t>v 1.208119 14.704576 -0.657980</w:t>
        <w:br/>
        <w:t>v 1.189726 14.455711 -0.774761</w:t>
        <w:br/>
        <w:t>v 1.189726 14.455711 -0.774761</w:t>
        <w:br/>
        <w:t>v 1.113725 14.537545 -0.773397</w:t>
        <w:br/>
        <w:t>v 1.223111 14.710268 -0.679497</w:t>
        <w:br/>
        <w:t>v 1.223111 14.710268 -0.679497</w:t>
        <w:br/>
        <w:t>v 1.121075 14.545539 -0.796328</w:t>
        <w:br/>
        <w:t>v 1.121075 14.545539 -0.796328</w:t>
        <w:br/>
        <w:t>v 1.069328 14.584983 -0.757320</w:t>
        <w:br/>
        <w:t>v 1.140445 14.801600 -0.701094</w:t>
        <w:br/>
        <w:t>v 1.140445 14.801600 -0.701094</w:t>
        <w:br/>
        <w:t>v 1.133096 14.794955 -0.678163</w:t>
        <w:br/>
        <w:t>v 1.061162 14.594730 -0.779468</w:t>
        <w:br/>
        <w:t>v 1.061162 14.594730 -0.779468</w:t>
        <w:br/>
        <w:t>v 1.074202 14.846632 -0.685294</w:t>
        <w:br/>
        <w:t>v 1.074202 14.846632 -0.685294</w:t>
        <w:br/>
        <w:t>v 1.082368 14.836889 -0.663146</w:t>
        <w:br/>
        <w:t>v 1.036584 14.593527 -0.729748</w:t>
        <w:br/>
        <w:t>v 1.061162 14.594730 -0.779468</w:t>
        <w:br/>
        <w:t>v 1.074202 14.846632 -0.685294</w:t>
        <w:br/>
        <w:t>v 1.036584 14.593527 -0.729748</w:t>
        <w:br/>
        <w:t>v 1.059137 14.589220 -0.725587</w:t>
        <w:br/>
        <w:t>v 1.063887 14.581029 -0.691535</w:t>
        <w:br/>
        <w:t>v 1.048557 14.574924 -0.672610</w:t>
        <w:br/>
        <w:t>v 1.034765 14.845769 -0.620443</w:t>
        <w:br/>
        <w:t>v 1.034765 14.845769 -0.620443</w:t>
        <w:br/>
        <w:t>v 1.048557 14.574924 -0.672610</w:t>
        <w:br/>
        <w:t>v 1.057317 14.841460 -0.616282</w:t>
        <w:br/>
        <w:t>v 1.046543 14.825528 -0.560123</w:t>
        <w:br/>
        <w:t>v 1.061872 14.831634 -0.579048</w:t>
        <w:br/>
        <w:t>v 1.046543 14.825528 -0.560123</w:t>
        <w:br/>
        <w:t>v 1.758841 14.310143 -0.446934</w:t>
        <w:br/>
        <w:t>v 1.750600 14.371146 -0.446010</w:t>
        <w:br/>
        <w:t>v 1.718758 14.366311 -0.342138</w:t>
        <w:br/>
        <w:t>v 1.675314 14.297491 -0.174486</w:t>
        <w:br/>
        <w:t>v 1.672869 14.359351 -0.192441</w:t>
        <w:br/>
        <w:t>v 1.672869 14.359351 -0.192441</w:t>
        <w:br/>
        <w:t>v 1.722191 14.304064 -0.152874</w:t>
        <w:br/>
        <w:t>v 1.675314 14.297491 -0.174486</w:t>
        <w:br/>
        <w:t>v 1.751805 14.339119 -0.145125</w:t>
        <w:br/>
        <w:t>v 1.708699 14.432246 -0.221906</w:t>
        <w:br/>
        <w:t>v 1.742537 14.437372 -0.332279</w:t>
        <w:br/>
        <w:t>v 1.912576 14.393357 -0.112188</w:t>
        <w:br/>
        <w:t>v 1.708699 14.432246 -0.221906</w:t>
        <w:br/>
        <w:t>v 1.910525 14.362354 -0.095409</w:t>
        <w:br/>
        <w:t>v 2.080563 14.385234 -0.042239</w:t>
        <w:br/>
        <w:t>v 1.753380 14.512987 -0.258153</w:t>
        <w:br/>
        <w:t>v 1.772675 14.515903 -0.321076</w:t>
        <w:br/>
        <w:t>v 1.898640 14.539468 -0.281258</w:t>
        <w:br/>
        <w:t>v 1.923264 14.462707 -0.154741</w:t>
        <w:br/>
        <w:t>v 1.753380 14.512987 -0.258153</w:t>
        <w:br/>
        <w:t>v 2.079134 14.417003 -0.060050</w:t>
        <w:br/>
        <w:t>v 2.141445 14.393591 -0.035629</w:t>
        <w:br/>
        <w:t>v 1.943756 14.540010 -0.198559</w:t>
        <w:br/>
        <w:t>v 2.043358 14.560387 -0.240637</w:t>
        <w:br/>
        <w:t>v 2.070631 14.483622 -0.108611</w:t>
        <w:br/>
        <w:t>v 2.043581 14.554183 -0.167311</w:t>
        <w:br/>
        <w:t>v 2.085795 14.566468 -0.246415</w:t>
        <w:br/>
        <w:t>v 2.125635 14.565973 -0.170842</w:t>
        <w:br/>
        <w:t>v 2.165381 14.497138 -0.100853</w:t>
        <w:br/>
        <w:t>v 2.196713 14.576385 -0.206305</w:t>
        <w:br/>
        <w:t>v 2.128876 14.574533 -0.320404</w:t>
        <w:br/>
        <w:t>v 2.242913 14.582949 -0.285497</w:t>
        <w:br/>
        <w:t>v 2.186384 14.432303 -0.051801</w:t>
        <w:br/>
        <w:t>v 2.257478 14.510473 -0.128493</w:t>
        <w:br/>
        <w:t>v 2.217613 14.578134 -0.205409</w:t>
        <w:br/>
        <w:t>v 2.260374 14.586085 -0.280049</w:t>
        <w:br/>
        <w:t>v 2.289987 14.515111 -0.157937</w:t>
        <w:br/>
        <w:t>v 2.297575 14.521280 -0.160634</w:t>
        <w:br/>
        <w:t>v 2.362145 14.530795 -0.252409</w:t>
        <w:br/>
        <w:t>v 2.289179 14.447060 -0.085992</w:t>
        <w:br/>
        <w:t>v 2.350148 14.458863 -0.141975</w:t>
        <w:br/>
        <w:t>v 2.414768 14.468359 -0.240011</w:t>
        <w:br/>
        <w:t>v 2.446540 14.397211 -0.234396</w:t>
        <w:br/>
        <w:t>v 2.340448 14.454579 -0.139420</w:t>
        <w:br/>
        <w:t>v 2.384371 14.388076 -0.131238</w:t>
        <w:br/>
        <w:t>v 2.446540 14.397211 -0.234396</w:t>
        <w:br/>
        <w:t>v 2.437941 14.384617 -0.237697</w:t>
        <w:br/>
        <w:t>v 2.384371 14.388076 -0.131238</w:t>
        <w:br/>
        <w:t>v 2.381731 14.376308 -0.128507</w:t>
        <w:br/>
        <w:t>v 2.299911 14.357957 -0.042644</w:t>
        <w:br/>
        <w:t>v 2.203233 14.353248 -0.028398</w:t>
        <w:br/>
        <w:t>v 2.166960 14.348052 -0.024320</w:t>
        <w:br/>
        <w:t>v 2.190826 14.342118 0.015971</w:t>
        <w:br/>
        <w:t>v 2.166960 14.348052 -0.024320</w:t>
        <w:br/>
        <w:t>v 2.125083 14.332701 0.026379</w:t>
        <w:br/>
        <w:t>v 2.125083 14.332701 0.026379</w:t>
        <w:br/>
        <w:t>v 2.190826 14.342118 0.015971</w:t>
        <w:br/>
        <w:t>v 2.138612 14.302608 0.017531</w:t>
        <w:br/>
        <w:t>v 2.296451 14.313306 -0.055498</w:t>
        <w:br/>
        <w:t>v 2.191885 14.297380 -0.000103</w:t>
        <w:br/>
        <w:t>v 2.379302 14.325438 -0.141540</w:t>
        <w:br/>
        <w:t>v 2.429888 14.332924 -0.243020</w:t>
        <w:br/>
        <w:t>v 2.446617 14.311090 -0.239190</w:t>
        <w:br/>
        <w:t>v 2.394027 14.303299 -0.133484</w:t>
        <w:br/>
        <w:t>v 2.455590 14.228623 -0.241093</w:t>
        <w:br/>
        <w:t>v 2.308131 14.290763 -0.044281</w:t>
        <w:br/>
        <w:t>v 2.446222 14.198934 -0.245582</w:t>
        <w:br/>
        <w:t>v 2.395773 14.191457 -0.143974</w:t>
        <w:br/>
        <w:t>v 2.403269 14.220872 -0.135729</w:t>
        <w:br/>
        <w:t>v 2.313633 14.179465 -0.058671</w:t>
        <w:br/>
        <w:t>v 2.318064 14.208432 -0.047243</w:t>
        <w:br/>
        <w:t>v 2.199141 14.275013 0.013732</w:t>
        <w:br/>
        <w:t>v 2.209949 14.192814 0.010303</w:t>
        <w:br/>
        <w:t>v 2.209408 14.164407 -0.003195</w:t>
        <w:br/>
        <w:t>v 2.077723 14.257604 0.034875</w:t>
        <w:br/>
        <w:t>v 2.089506 14.175540 0.031278</w:t>
        <w:br/>
        <w:t>v 2.093299 14.147757 0.017024</w:t>
        <w:br/>
        <w:t>v 1.976672 14.131144 0.000008</w:t>
        <w:br/>
        <w:t>v 1.968528 14.158310 0.013626</w:t>
        <w:br/>
        <w:t>v 1.870944 14.116195 -0.052580</w:t>
        <w:br/>
        <w:t>v 2.073710 14.279882 0.020640</w:t>
        <w:br/>
        <w:t>v 2.073710 14.279882 0.020640</w:t>
        <w:br/>
        <w:t>v 2.071574 14.292406 0.030185</w:t>
        <w:br/>
        <w:t>v 1.956519 14.264030 0.003852</w:t>
        <w:br/>
        <w:t>v 1.956519 14.264030 0.003852</w:t>
        <w:br/>
        <w:t>v 1.951959 14.275562 0.013348</w:t>
        <w:br/>
        <w:t>v 1.955763 14.240229 0.017081</w:t>
        <w:br/>
        <w:t>v 1.849821 14.248981 -0.049211</w:t>
        <w:br/>
        <w:t>v 1.849821 14.248981 -0.049211</w:t>
        <w:br/>
        <w:t>v 1.842473 14.260078 -0.041107</w:t>
        <w:br/>
        <w:t>v 1.858853 14.142802 -0.040924</w:t>
        <w:br/>
        <w:t>v 1.786463 14.104371 -0.135589</w:t>
        <w:br/>
        <w:t>v 1.845200 14.224596 -0.037911</w:t>
        <w:br/>
        <w:t>v 1.771220 14.130535 -0.127032</w:t>
        <w:br/>
        <w:t>v 1.756857 14.212230 -0.124716</w:t>
        <w:br/>
        <w:t>v 1.764560 14.237048 -0.132988</w:t>
        <w:br/>
        <w:t>v 1.764560 14.237048 -0.132988</w:t>
        <w:br/>
        <w:t>v 1.754990 14.247835 -0.127067</w:t>
        <w:br/>
        <w:t>v 1.699380 14.204346 -0.234839</w:t>
        <w:br/>
        <w:t>v 1.714205 14.122710 -0.236268</w:t>
        <w:br/>
        <w:t>v 1.731500 14.096828 -0.240896</w:t>
        <w:br/>
        <w:t>v 1.709088 14.229437 -0.239269</w:t>
        <w:br/>
        <w:t>v 1.709088 14.229437 -0.239269</w:t>
        <w:br/>
        <w:t>v 1.698073 14.240027 -0.236117</w:t>
        <w:br/>
        <w:t>v 1.678396 14.201713 -0.357498</w:t>
        <w:br/>
        <w:t>v 1.693391 14.120101 -0.357942</w:t>
        <w:br/>
        <w:t>v 1.711434 14.094313 -0.358191</w:t>
        <w:br/>
        <w:t>v 1.726047 14.096682 -0.468776</w:t>
        <w:br/>
        <w:t>v 1.708537 14.122561 -0.472616</w:t>
        <w:br/>
        <w:t>v 1.693512 14.204166 -0.472589</w:t>
        <w:br/>
        <w:t>v 1.703277 14.229233 -0.468238</w:t>
        <w:br/>
        <w:t>v 1.688836 14.226896 -0.357649</w:t>
        <w:br/>
        <w:t>v 1.688836 14.226896 -0.357649</w:t>
        <w:br/>
        <w:t>v 1.703277 14.229233 -0.468238</w:t>
        <w:br/>
        <w:t>v 1.692101 14.239822 -0.471021</w:t>
        <w:br/>
        <w:t>v 1.677294 14.237420 -0.357581</w:t>
        <w:br/>
        <w:t>v -1.241026 15.475148 1.505396</w:t>
        <w:br/>
        <w:t>v -0.988220 15.382985 1.705439</w:t>
        <w:br/>
        <w:t>v -1.268681 15.475177 1.517040</w:t>
        <w:br/>
        <w:t>v -0.986765 15.364440 1.734185</w:t>
        <w:br/>
        <w:t>v -0.951429 15.370195 1.691767</w:t>
        <w:br/>
        <w:t>v -0.986765 15.364440 1.734185</w:t>
        <w:br/>
        <w:t>v -1.006349 15.292534 1.727453</w:t>
        <w:br/>
        <w:t>v -1.268681 15.475177 1.517040</w:t>
        <w:br/>
        <w:t>v -1.328045 15.285738 1.508696</w:t>
        <w:br/>
        <w:t>v -0.826865 15.296121 1.799761</w:t>
        <w:br/>
        <w:t>v -0.826865 15.296121 1.799761</w:t>
        <w:br/>
        <w:t>v -0.747475 15.289285 1.743854</w:t>
        <w:br/>
        <w:t>v -1.328045 15.285738 1.508696</w:t>
        <w:br/>
        <w:t>v -1.045869 15.156962 1.673391</w:t>
        <w:br/>
        <w:t>v -1.298389 15.255081 1.490450</w:t>
        <w:br/>
        <w:t>v -1.039748 15.169868 1.715965</w:t>
        <w:br/>
        <w:t>v -1.039748 15.169868 1.715965</w:t>
        <w:br/>
        <w:t>v -1.014133 15.145267 1.669778</w:t>
        <w:br/>
        <w:t>v -0.881201 15.104071 1.789547</w:t>
        <w:br/>
        <w:t>v -0.881201 15.104071 1.789547</w:t>
        <w:br/>
        <w:t>v -0.805981 15.063316 1.730026</w:t>
        <w:br/>
        <w:t>v -0.846177 15.095753 1.796902</w:t>
        <w:br/>
        <w:t>v -0.846177 15.095753 1.796902</w:t>
        <w:br/>
        <w:t>v -0.791985 15.284985 1.808820</w:t>
        <w:br/>
        <w:t>v -0.791985 15.284985 1.808820</w:t>
        <w:br/>
        <w:t>v -0.769528 15.276121 1.796538</w:t>
        <w:br/>
        <w:t>v -0.769528 15.276121 1.796538</w:t>
        <w:br/>
        <w:t>v -0.621256 15.241936 1.781966</w:t>
        <w:br/>
        <w:t>v -0.824032 15.086879 1.785440</w:t>
        <w:br/>
        <w:t>v -0.824032 15.086879 1.785440</w:t>
        <w:br/>
        <w:t>v -0.628889 14.997519 1.782776</w:t>
        <w:br/>
        <w:t>v -0.622001 15.216276 1.824609</w:t>
        <w:br/>
        <w:t>v -0.622001 15.216276 1.824609</w:t>
        <w:br/>
        <w:t>v -0.373757 15.150469 1.839749</w:t>
        <w:br/>
        <w:t>v -0.376174 15.132533 1.867547</w:t>
        <w:br/>
        <w:t>v -0.628122 15.012062 1.823634</w:t>
        <w:br/>
        <w:t>v -0.628122 15.012062 1.823634</w:t>
        <w:br/>
        <w:t>v -0.376174 15.132533 1.867547</w:t>
        <w:br/>
        <w:t>v -0.428274 14.925756 1.813615</w:t>
        <w:br/>
        <w:t>v -0.421971 14.936880 1.857319</w:t>
        <w:br/>
        <w:t>v -0.421971 14.936880 1.857319</w:t>
        <w:br/>
        <w:t>v 0.072558 11.954482 0.677922</w:t>
        <w:br/>
        <w:t>v 0.094826 11.939295 0.385751</w:t>
        <w:br/>
        <w:t>v 0.070363 12.214596 0.409725</w:t>
        <w:br/>
        <w:t>v 0.053941 12.225558 0.657236</w:t>
        <w:br/>
        <w:t>v 0.048392 12.457371 0.433457</w:t>
        <w:br/>
        <w:t>v 0.097099 12.254784 0.877376</w:t>
        <w:br/>
        <w:t>v 0.125732 11.993522 1.013049</w:t>
        <w:br/>
        <w:t>v 0.047878 12.486319 0.627476</w:t>
        <w:br/>
        <w:t>v 0.049796 12.542256 0.442402</w:t>
        <w:br/>
        <w:t>v 0.217121 12.289819 1.095624</w:t>
        <w:br/>
        <w:t>v 0.276086 12.049210 1.249346</w:t>
        <w:br/>
        <w:t>v 0.126891 12.518344 0.896200</w:t>
        <w:br/>
        <w:t>v 0.046459 12.571418 0.602836</w:t>
        <w:br/>
        <w:t>v -0.003131 12.612694 0.407989</w:t>
        <w:br/>
        <w:t>v 0.076974 12.593909 0.836989</w:t>
        <w:br/>
        <w:t>v 0.155093 12.559252 1.065468</w:t>
        <w:br/>
        <w:t>v 0.236860 12.364916 1.304754</w:t>
        <w:br/>
        <w:t>v 0.365719 12.095045 1.481541</w:t>
        <w:br/>
        <w:t>v 0.428478 12.397827 1.454852</w:t>
        <w:br/>
        <w:t>v 0.636825 12.133142 1.591277</w:t>
        <w:br/>
        <w:t>v 0.291713 12.517560 1.304657</w:t>
        <w:br/>
        <w:t>v 0.622002 12.444749 1.578352</w:t>
        <w:br/>
        <w:t>v 1.045828 12.153423 1.629871</w:t>
        <w:br/>
        <w:t>v 0.286061 12.665292 1.355553</w:t>
        <w:br/>
        <w:t>v 1.042500 12.528273 1.637795</w:t>
        <w:br/>
        <w:t>v 1.425768 12.169114 1.543684</w:t>
        <w:br/>
        <w:t>v 0.444784 12.547746 1.493814</w:t>
        <w:br/>
        <w:t>v 0.629335 12.693922 1.586970</w:t>
        <w:br/>
        <w:t>v 1.418878 12.552565 1.546283</w:t>
        <w:br/>
        <w:t>v 0.468783 12.751467 1.525493</w:t>
        <w:br/>
        <w:t>v 1.036914 12.829441 1.617785</w:t>
        <w:br/>
        <w:t>v 0.631247 12.774599 1.591261</w:t>
        <w:br/>
        <w:t>v 1.738822 12.546478 1.267683</w:t>
        <w:br/>
        <w:t>v 1.756351 12.142231 1.271117</w:t>
        <w:br/>
        <w:t>v 0.641973 12.912657 1.595214</w:t>
        <w:br/>
        <w:t>v 1.975126 12.538604 0.962637</w:t>
        <w:br/>
        <w:t>v 1.986055 12.132747 0.959967</w:t>
        <w:br/>
        <w:t>v 1.986055 12.132747 0.959967</w:t>
        <w:br/>
        <w:t>v 1.975126 12.538604 0.962637</w:t>
        <w:br/>
        <w:t>v 1.925980 12.133729 0.939784</w:t>
        <w:br/>
        <w:t>v 1.915629 12.536503 0.940741</w:t>
        <w:br/>
        <w:t>v 1.953759 12.832283 0.963362</w:t>
        <w:br/>
        <w:t>v 1.953759 12.832283 0.963362</w:t>
        <w:br/>
        <w:t>v 1.895659 12.828196 0.939538</w:t>
        <w:br/>
        <w:t>v 1.724367 12.847495 1.274681</w:t>
        <w:br/>
        <w:t>v 1.935463 13.069258 0.961788</w:t>
        <w:br/>
        <w:t>v 1.935463 13.069258 0.961788</w:t>
        <w:br/>
        <w:t>v 1.879197 13.062570 0.937481</w:t>
        <w:br/>
        <w:t>v 1.871658 13.338929 0.945687</w:t>
        <w:br/>
        <w:t>v 1.410156 12.844982 1.518236</w:t>
        <w:br/>
        <w:t>v 1.711983 13.068738 1.267285</w:t>
        <w:br/>
        <w:t>v 1.903989 13.345110 0.974806</w:t>
        <w:br/>
        <w:t>v 1.903989 13.345110 0.974806</w:t>
        <w:br/>
        <w:t>v 1.817149 13.601173 0.948749</w:t>
        <w:br/>
        <w:t>v 1.024281 12.990930 1.613041</w:t>
        <w:br/>
        <w:t>v 1.400771 13.066781 1.509055</w:t>
        <w:br/>
        <w:t>v 1.865538 13.613099 0.979629</w:t>
        <w:br/>
        <w:t>v 1.769198 13.927179 0.951310</w:t>
        <w:br/>
        <w:t>v 1.699405 13.344669 1.282177</w:t>
        <w:br/>
        <w:t>v 1.802350 13.938758 0.983513</w:t>
        <w:br/>
        <w:t>v 1.703933 14.201504 0.925527</w:t>
        <w:br/>
        <w:t>v 1.740776 14.220881 0.953727</w:t>
        <w:br/>
        <w:t>v 1.802350 13.938758 0.983513</w:t>
        <w:br/>
        <w:t>v 1.581254 14.201804 1.221179</w:t>
        <w:br/>
        <w:t>v 1.740776 14.220881 0.953727</w:t>
        <w:br/>
        <w:t>v 1.865538 13.613099 0.979629</w:t>
        <w:br/>
        <w:t>v 1.664366 13.616419 1.253758</w:t>
        <w:br/>
        <w:t>v 1.616823 13.936953 1.241634</w:t>
        <w:br/>
        <w:t>v 1.351190 13.930468 1.481444</w:t>
        <w:br/>
        <w:t>v 1.340664 14.174758 1.479495</w:t>
        <w:br/>
        <w:t>v 1.374762 13.613617 1.497325</w:t>
        <w:br/>
        <w:t>v 1.011418 14.119102 1.673600</w:t>
        <w:br/>
        <w:t>v 1.016954 14.149119 1.674431</w:t>
        <w:br/>
        <w:t>v 1.388952 13.334537 1.496278</w:t>
        <w:br/>
        <w:t>v 1.005089 13.919953 1.656549</w:t>
        <w:br/>
        <w:t>v 0.721392 14.067558 1.753601</w:t>
        <w:br/>
        <w:t>v 1.027764 13.593119 1.657554</w:t>
        <w:br/>
        <w:t>v 0.638233 13.897941 1.796746</w:t>
        <w:br/>
        <w:t>v 0.456994 14.029573 1.806714</w:t>
        <w:br/>
        <w:t>v 1.393598 13.188904 1.525663</w:t>
        <w:br/>
        <w:t>v 0.326699 13.879966 1.827026</w:t>
        <w:br/>
        <w:t>v 0.299811 14.217934 1.840568</w:t>
        <w:br/>
        <w:t>v 1.016950 13.080019 1.645210</w:t>
        <w:br/>
        <w:t>v 1.019760 13.311317 1.630331</w:t>
        <w:br/>
        <w:t>v 0.636115 13.054980 1.694906</w:t>
        <w:br/>
        <w:t>v 0.640802 13.245598 1.670605</w:t>
        <w:br/>
        <w:t>v 0.633240 13.409777 1.754192</w:t>
        <w:br/>
        <w:t>v 0.641980 13.583289 1.741718</w:t>
        <w:br/>
        <w:t>v 0.332225 13.569414 1.785889</w:t>
        <w:br/>
        <w:t>v 0.311988 13.318339 1.768327</w:t>
        <w:br/>
        <w:t>v 0.183811 13.868281 1.836864</w:t>
        <w:br/>
        <w:t>v 0.169607 14.238934 1.858203</w:t>
        <w:br/>
        <w:t>v 0.186846 13.553929 1.799612</w:t>
        <w:br/>
        <w:t>v 0.313042 13.172479 1.694220</w:t>
        <w:br/>
        <w:t>v 0.189834 13.291560 1.770114</w:t>
        <w:br/>
        <w:t>v 0.161432 13.555857 1.850744</w:t>
        <w:br/>
        <w:t>v 0.162193 13.287951 1.822423</w:t>
        <w:br/>
        <w:t>v 0.173909 13.160905 1.708393</w:t>
        <w:br/>
        <w:t>v 0.156572 13.875484 1.882619</w:t>
        <w:br/>
        <w:t>v 0.149419 13.162189 1.752210</w:t>
        <w:br/>
        <w:t>v 0.152934 14.232541 1.894311</w:t>
        <w:br/>
        <w:t>v 0.169607 14.238934 1.858203</w:t>
        <w:br/>
        <w:t>v 0.152934 14.232541 1.894311</w:t>
        <w:br/>
        <w:t>v 0.000000 14.238791 1.865676</w:t>
        <w:br/>
        <w:t>v 0.152934 14.232541 1.894311</w:t>
        <w:br/>
        <w:t>v 0.000000 14.227133 1.903941</w:t>
        <w:br/>
        <w:t>v 0.000000 14.227133 1.903941</w:t>
        <w:br/>
        <w:t>v 0.000487 13.561371 1.877769</w:t>
        <w:br/>
        <w:t>v 0.000026 13.871451 1.897276</w:t>
        <w:br/>
        <w:t>v -0.148944 14.228149 1.889996</w:t>
        <w:br/>
        <w:t>v -0.164877 14.238934 1.858203</w:t>
        <w:br/>
        <w:t>v -0.154545 13.875548 1.882333</w:t>
        <w:br/>
        <w:t>v -0.148944 14.228149 1.889996</w:t>
        <w:br/>
        <w:t>v -0.164877 14.238934 1.858203</w:t>
        <w:br/>
        <w:t>v -0.182174 13.868281 1.836864</w:t>
        <w:br/>
        <w:t>v -0.299811 14.217932 1.840568</w:t>
        <w:br/>
        <w:t>v -0.160836 13.647141 1.877736</w:t>
        <w:br/>
        <w:t>v -0.326881 13.880109 1.829625</w:t>
        <w:br/>
        <w:t>v -0.456994 14.029574 1.806714</w:t>
        <w:br/>
        <w:t>v -0.184810 13.666636 1.826720</w:t>
        <w:br/>
        <w:t>v -0.160836 13.647141 1.877736</w:t>
        <w:br/>
        <w:t>v -0.334035 13.729481 1.836735</w:t>
        <w:br/>
        <w:t>v -0.184810 13.666636 1.826720</w:t>
        <w:br/>
        <w:t>v -0.699598 13.922565 1.798592</w:t>
        <w:br/>
        <w:t>v -0.721392 14.067558 1.753601</w:t>
        <w:br/>
        <w:t>v -1.011418 14.119102 1.673599</w:t>
        <w:br/>
        <w:t>v -1.340664 14.174758 1.479495</w:t>
        <w:br/>
        <w:t>v -1.016954 14.149117 1.674431</w:t>
        <w:br/>
        <w:t>v -0.998604 13.919279 1.674600</w:t>
        <w:br/>
        <w:t>v -1.349215 13.933326 1.468188</w:t>
        <w:br/>
        <w:t>v -1.581210 14.201804 1.221179</w:t>
        <w:br/>
        <w:t>v -0.999488 13.751698 1.648959</w:t>
        <w:br/>
        <w:t>v -0.679655 13.670062 1.732688</w:t>
        <w:br/>
        <w:t>v -0.331562 13.572396 1.780962</w:t>
        <w:br/>
        <w:t>v -1.004202 13.602346 1.645152</w:t>
        <w:br/>
        <w:t>v -0.671876 13.588212 1.725915</w:t>
        <w:br/>
        <w:t>v -1.373466 13.614259 1.504191</w:t>
        <w:br/>
        <w:t>v -1.616647 13.936953 1.241634</w:t>
        <w:br/>
        <w:t>v -1.802350 13.938758 0.983513</w:t>
        <w:br/>
        <w:t>v -1.740732 14.220881 0.953727</w:t>
        <w:br/>
        <w:t>v -1.740732 14.220881 0.953727</w:t>
        <w:br/>
        <w:t>v -1.802350 13.938758 0.983513</w:t>
        <w:br/>
        <w:t>v -1.703933 14.201504 0.925527</w:t>
        <w:br/>
        <w:t>v -1.769198 13.927179 0.951310</w:t>
        <w:br/>
        <w:t>v -1.865310 13.614131 0.979388</w:t>
        <w:br/>
        <w:t>v -1.865310 13.614131 0.979388</w:t>
        <w:br/>
        <w:t>v -1.816928 13.602172 0.948513</w:t>
        <w:br/>
        <w:t>v -1.663975 13.617365 1.253531</w:t>
        <w:br/>
        <w:t>v -1.903723 13.346692 0.974868</w:t>
        <w:br/>
        <w:t>v -1.871401 13.340483 0.945746</w:t>
        <w:br/>
        <w:t>v -1.690247 13.345602 1.248423</w:t>
        <w:br/>
        <w:t>v -1.903723 13.346692 0.974868</w:t>
        <w:br/>
        <w:t>v -1.380649 13.350295 1.513310</w:t>
        <w:br/>
        <w:t>v -1.935465 13.072314 0.961906</w:t>
        <w:br/>
        <w:t>v -1.935465 13.072314 0.961906</w:t>
        <w:br/>
        <w:t>v -1.879123 13.066392 0.937857</w:t>
        <w:br/>
        <w:t>v -1.896034 12.832016 0.940139</w:t>
        <w:br/>
        <w:t>v -1.022608 13.318902 1.644109</w:t>
        <w:br/>
        <w:t>v -1.954125 12.836237 0.963961</w:t>
        <w:br/>
        <w:t>v -1.915645 12.541957 0.945174</w:t>
        <w:br/>
        <w:t>v -0.641694 13.281803 1.718742</w:t>
        <w:br/>
        <w:t>v -1.975137 12.544231 0.967066</w:t>
        <w:br/>
        <w:t>v -1.928022 12.139230 0.942507</w:t>
        <w:br/>
        <w:t>v -1.988096 12.138432 0.962701</w:t>
        <w:br/>
        <w:t>v -1.988096 12.138432 0.962701</w:t>
        <w:br/>
        <w:t>v -1.975137 12.544231 0.967066</w:t>
        <w:br/>
        <w:t>v -1.758267 12.148266 1.273772</w:t>
        <w:br/>
        <w:t>v -1.738569 12.554345 1.271991</w:t>
        <w:br/>
        <w:t>v -1.954125 12.836237 0.963961</w:t>
        <w:br/>
        <w:t>v -1.427673 12.175325 1.546266</w:t>
        <w:br/>
        <w:t>v -1.724279 12.852789 1.275756</w:t>
        <w:br/>
        <w:t>v -1.419705 12.557602 1.547496</w:t>
        <w:br/>
        <w:t>v -1.711743 13.072078 1.267393</w:t>
        <w:br/>
        <w:t>v -1.410172 12.850668 1.519213</w:t>
        <w:br/>
        <w:t>v -1.400720 13.068448 1.509023</w:t>
        <w:br/>
        <w:t>v -1.043349 12.532842 1.639000</w:t>
        <w:br/>
        <w:t>v -1.048098 12.157914 1.631431</w:t>
        <w:br/>
        <w:t>v -1.037111 12.832697 1.618144</w:t>
        <w:br/>
        <w:t>v -1.024260 12.993466 1.613105</w:t>
        <w:br/>
        <w:t>v -0.623052 12.448541 1.579734</w:t>
        <w:br/>
        <w:t>v -0.639146 12.136522 1.592813</w:t>
        <w:br/>
        <w:t>v -0.629482 12.699526 1.588454</w:t>
        <w:br/>
        <w:t>v -0.429621 12.400972 1.456322</w:t>
        <w:br/>
        <w:t>v -0.368463 12.096254 1.481989</w:t>
        <w:br/>
        <w:t>v -0.445123 12.553069 1.495953</w:t>
        <w:br/>
        <w:t>v -0.631398 12.778637 1.592019</w:t>
        <w:br/>
        <w:t>v -0.237015 12.371647 1.309327</w:t>
        <w:br/>
        <w:t>v -0.278236 12.051986 1.252020</w:t>
        <w:br/>
        <w:t>v -0.641884 12.917493 1.595741</w:t>
        <w:br/>
        <w:t>v -0.468328 12.761497 1.528128</w:t>
        <w:br/>
        <w:t>v -1.016863 13.079860 1.610158</w:t>
        <w:br/>
        <w:t>v -0.285277 12.676311 1.359731</w:t>
        <w:br/>
        <w:t>v -1.015044 13.233610 1.650529</w:t>
        <w:br/>
        <w:t>v -0.291478 12.525129 1.308706</w:t>
        <w:br/>
        <w:t>v -0.637544 13.161576 1.732282</w:t>
        <w:br/>
        <w:t>v -0.635784 13.052721 1.661974</w:t>
        <w:br/>
        <w:t>v -0.639025 12.981718 1.603143</w:t>
        <w:br/>
        <w:t>v -0.405942 12.927864 1.580147</w:t>
        <w:br/>
        <w:t>v -0.303243 13.043250 1.700266</w:t>
        <w:br/>
        <w:t>v -0.445863 12.849112 1.520370</w:t>
        <w:br/>
        <w:t>v -0.228187 12.870880 1.532815</w:t>
        <w:br/>
        <w:t>v -0.253925 12.792504 1.388249</w:t>
        <w:br/>
        <w:t>v -0.191362 12.782557 1.354008</w:t>
        <w:br/>
        <w:t>v -0.161772 12.701951 1.232936</w:t>
        <w:br/>
        <w:t>v -0.209584 12.620646 1.184032</w:t>
        <w:br/>
        <w:t>v -0.002274 12.748731 1.297333</w:t>
        <w:br/>
        <w:t>v -0.154656 12.565844 1.069659</w:t>
        <w:br/>
        <w:t>v -0.145435 12.663560 1.122112</w:t>
        <w:br/>
        <w:t>v -0.218591 12.291821 1.097420</w:t>
        <w:br/>
        <w:t>v -0.128043 11.995333 1.015863</w:t>
        <w:br/>
        <w:t>v -0.106596 12.619091 0.998683</w:t>
        <w:br/>
        <w:t>v -0.099499 12.253943 0.876546</w:t>
        <w:br/>
        <w:t>v -0.075010 11.955267 0.680852</w:t>
        <w:br/>
        <w:t>v -0.127708 12.519398 0.897154</w:t>
        <w:br/>
        <w:t>v -0.097364 11.939334 0.388741</w:t>
        <w:br/>
        <w:t>v -0.072933 12.214025 0.408907</w:t>
        <w:br/>
        <w:t>v -0.056451 12.224758 0.656400</w:t>
        <w:br/>
        <w:t>v -0.049378 12.457422 0.434551</w:t>
        <w:br/>
        <w:t>v -0.048785 12.486738 0.628500</w:t>
        <w:br/>
        <w:t>v -0.050317 12.542302 0.442968</w:t>
        <w:br/>
        <w:t>v -0.077412 12.594447 0.837471</w:t>
        <w:br/>
        <w:t>v -0.046946 12.571651 0.603357</w:t>
        <w:br/>
        <w:t>v -0.003131 12.612694 0.407989</w:t>
        <w:br/>
        <w:t>v -0.003187 12.604342 0.608077</w:t>
        <w:br/>
        <w:t>v -0.003187 12.604342 0.608077</w:t>
        <w:br/>
        <w:t>v -0.003120 12.615145 0.791643</w:t>
        <w:br/>
        <w:t>v -0.003120 12.615145 0.791643</w:t>
        <w:br/>
        <w:t>v -0.002967 12.639579 0.965408</w:t>
        <w:br/>
        <w:t>v 0.106200 12.618338 0.998237</w:t>
        <w:br/>
        <w:t>v -0.002778 12.669259 1.062196</w:t>
        <w:br/>
        <w:t>v 0.210372 12.611244 1.179268</w:t>
        <w:br/>
        <w:t>v 0.145108 12.662623 1.121723</w:t>
        <w:br/>
        <w:t>v -0.002616 12.694885 1.142302</w:t>
        <w:br/>
        <w:t>v 0.161494 12.700870 1.232598</w:t>
        <w:br/>
        <w:t>v 0.254623 12.781615 1.385416</w:t>
        <w:br/>
        <w:t>v 0.191635 12.776722 1.352483</w:t>
        <w:br/>
        <w:t>v 0.446094 12.841970 1.519064</w:t>
        <w:br/>
        <w:t>v 0.228625 12.861579 1.531322</w:t>
        <w:br/>
        <w:t>v -0.001490 12.824055 1.467268</w:t>
        <w:br/>
        <w:t>v 0.406398 12.917509 1.601140</w:t>
        <w:br/>
        <w:t>v 0.157717 12.956049 1.629226</w:t>
        <w:br/>
        <w:t>v 0.327886 13.040119 1.705582</w:t>
        <w:br/>
        <w:t>v 0.171620 13.067026 1.723658</w:t>
        <w:br/>
        <w:t>v -0.000590 12.937434 1.631750</w:t>
        <w:br/>
        <w:t>v 0.131106 12.966259 1.687723</w:t>
        <w:br/>
        <w:t>v 0.143878 13.061431 1.763844</w:t>
        <w:br/>
        <w:t>v -0.154920 12.963815 1.625341</w:t>
        <w:br/>
        <w:t>v -0.007668 12.955802 1.687125</w:t>
        <w:br/>
        <w:t>v -0.122778 12.977567 1.686487</w:t>
        <w:br/>
        <w:t>v -0.164512 13.056898 1.716741</w:t>
        <w:br/>
        <w:t>v -0.003323 13.043712 1.759401</w:t>
        <w:br/>
        <w:t>v -0.139520 13.068160 1.762591</w:t>
        <w:br/>
        <w:t>v -0.305863 13.088985 1.716628</w:t>
        <w:br/>
        <w:t>v -0.170185 13.141820 1.722483</w:t>
        <w:br/>
        <w:t>v -0.308506 13.145893 1.730164</w:t>
        <w:br/>
        <w:t>v -0.318478 13.254606 1.756109</w:t>
        <w:br/>
        <w:t>v -0.181475 13.258496 1.771534</w:t>
        <w:br/>
        <w:t>v -0.182994 13.555828 1.798979</w:t>
        <w:br/>
        <w:t>v -0.145239 13.147568 1.761820</w:t>
        <w:br/>
        <w:t>v -0.152546 13.257684 1.816795</w:t>
        <w:br/>
        <w:t>v -0.158320 13.558446 1.851960</w:t>
        <w:br/>
        <w:t>v -0.003657 13.260078 1.832353</w:t>
        <w:br/>
        <w:t>v 0.008277 13.140819 1.759650</w:t>
        <w:br/>
        <w:t>v 2.002892 5.724356 0.667597</w:t>
        <w:br/>
        <w:t>v 2.151866 5.732867 0.339246</w:t>
        <w:br/>
        <w:t>v 1.959834 5.728019 0.629173</w:t>
        <w:br/>
        <w:t>v 2.219548 5.738056 0.368390</w:t>
        <w:br/>
        <w:t>v 2.200507 5.748060 0.016506</w:t>
        <w:br/>
        <w:t>v 2.062758 5.781943 -0.225791</w:t>
        <w:br/>
        <w:t>v 2.142739 5.785689 -0.241207</w:t>
        <w:br/>
        <w:t>v 2.267075 5.759495 0.006333</w:t>
        <w:br/>
        <w:t>v 2.142739 5.785689 -0.241207</w:t>
        <w:br/>
        <w:t>v 2.267075 5.759495 0.006333</w:t>
        <w:br/>
        <w:t>v 2.098499 6.251899 -0.170252</w:t>
        <w:br/>
        <w:t>v 2.201262 6.233279 0.085470</w:t>
        <w:br/>
        <w:t>v 2.219548 5.738056 0.368390</w:t>
        <w:br/>
        <w:t>v 2.048393 6.832093 -0.088809</w:t>
        <w:br/>
        <w:t>v 2.002892 5.724356 0.667597</w:t>
        <w:br/>
        <w:t>v 2.147498 6.211533 0.445450</w:t>
        <w:br/>
        <w:t>v 1.993237 6.195011 0.734691</w:t>
        <w:br/>
        <w:t>v 2.151239 6.831738 0.188623</w:t>
        <w:br/>
        <w:t>v 2.010355 7.180971 -0.036300</w:t>
        <w:br/>
        <w:t>v 2.104903 6.809082 0.542031</w:t>
        <w:br/>
        <w:t>v 1.955469 6.790648 0.805965</w:t>
        <w:br/>
        <w:t>v 2.128368 7.177144 0.248343</w:t>
        <w:br/>
        <w:t>v 1.978439 7.486954 0.007453</w:t>
        <w:br/>
        <w:t>v 2.089038 7.157112 0.597602</w:t>
        <w:br/>
        <w:t>v 1.936047 7.143745 0.847290</w:t>
        <w:br/>
        <w:t>v 2.108143 7.485814 0.298879</w:t>
        <w:br/>
        <w:t>v 1.961421 7.872991 0.025469</w:t>
        <w:br/>
        <w:t>v 2.074605 7.474238 0.644818</w:t>
        <w:br/>
        <w:t>v 1.920044 7.469154 0.883378</w:t>
        <w:br/>
        <w:t>v 2.086261 7.875495 0.328131</w:t>
        <w:br/>
        <w:t>v 1.926972 8.337663 0.015150</w:t>
        <w:br/>
        <w:t>v 2.053911 7.883898 0.672699</w:t>
        <w:br/>
        <w:t>v 1.912951 7.888868 0.912801</w:t>
        <w:br/>
        <w:t>v 2.066505 8.357544 0.315077</w:t>
        <w:br/>
        <w:t>v 1.917703 8.950999 -0.004028</w:t>
        <w:br/>
        <w:t>v 2.041711 8.380416 0.660185</w:t>
        <w:br/>
        <w:t>v 1.883397 8.371936 0.909812</w:t>
        <w:br/>
        <w:t>v 1.864532 9.009943 0.910625</w:t>
        <w:br/>
        <w:t>v 2.038121 8.974412 0.296151</w:t>
        <w:br/>
        <w:t>v 1.907205 9.569669 -0.010051</w:t>
        <w:br/>
        <w:t>v 2.022101 9.003390 0.637657</w:t>
        <w:br/>
        <w:t>v 2.021394 9.592231 0.289474</w:t>
        <w:br/>
        <w:t>v 1.891313 10.200204 -0.014023</w:t>
        <w:br/>
        <w:t>v 2.008241 9.622888 0.630466</w:t>
        <w:br/>
        <w:t>v 1.854396 9.638388 0.920255</w:t>
        <w:br/>
        <w:t>v 2.021603 10.222260 0.282827</w:t>
        <w:br/>
        <w:t>v 1.879148 10.906088 -0.031229</w:t>
        <w:br/>
        <w:t>v 2.002973 10.255889 0.627894</w:t>
        <w:br/>
        <w:t>v 1.855038 10.276440 0.924908</w:t>
        <w:br/>
        <w:t>v 2.001974 10.933318 0.275623</w:t>
        <w:br/>
        <w:t>v 1.857850 11.459201 -0.041168</w:t>
        <w:br/>
        <w:t>v 2.010801 10.970358 0.636743</w:t>
        <w:br/>
        <w:t>v 1.885330 10.997721 0.931433</w:t>
        <w:br/>
        <w:t>v 2.021278 11.495934 0.263750</w:t>
        <w:br/>
        <w:t>v 1.864861 12.019453 -0.067741</w:t>
        <w:br/>
        <w:t>v 2.014845 11.532046 0.633220</w:t>
        <w:br/>
        <w:t>v 1.907810 11.567877 0.942372</w:t>
        <w:br/>
        <w:t>v 2.034809 12.049495 0.247135</w:t>
        <w:br/>
        <w:t>v 1.879791 12.363333 -0.069235</w:t>
        <w:br/>
        <w:t>v 2.025218 12.079405 0.614970</w:t>
        <w:br/>
        <w:t>v 1.925980 12.133729 0.939784</w:t>
        <w:br/>
        <w:t>v 2.032099 12.412039 0.245507</w:t>
        <w:br/>
        <w:t>v 1.851832 12.673509 -0.050461</w:t>
        <w:br/>
        <w:t>v 2.022887 12.467051 0.604465</w:t>
        <w:br/>
        <w:t>v 1.915629 12.536503 0.940741</w:t>
        <w:br/>
        <w:t>v 2.019724 12.713189 0.244494</w:t>
        <w:br/>
        <w:t>v 1.850967 12.946281 -0.045680</w:t>
        <w:br/>
        <w:t>v 2.014091 12.757310 0.601316</w:t>
        <w:br/>
        <w:t>v 1.895659 12.828196 0.939538</w:t>
        <w:br/>
        <w:t>v 2.000038 12.980466 0.240498</w:t>
        <w:br/>
        <w:t>v 1.864094 13.270839 -0.046183</w:t>
        <w:br/>
        <w:t>v 1.995901 13.022301 0.595810</w:t>
        <w:br/>
        <w:t>v 1.879197 13.062570 0.937481</w:t>
        <w:br/>
        <w:t>v 1.975386 13.286527 0.241686</w:t>
        <w:br/>
        <w:t>v 1.861741 13.587375 -0.030866</w:t>
        <w:br/>
        <w:t>v 1.973717 13.309879 0.599959</w:t>
        <w:br/>
        <w:t>v 1.871658 13.338929 0.945687</w:t>
        <w:br/>
        <w:t>v 1.936530 13.609149 0.251907</w:t>
        <w:br/>
        <w:t>v 1.827354 13.965295 0.015801</w:t>
        <w:br/>
        <w:t>v 1.941176 13.618923 0.608686</w:t>
        <w:br/>
        <w:t>v 1.817149 13.601173 0.948749</w:t>
        <w:br/>
        <w:t>v 1.769198 13.927179 0.951310</w:t>
        <w:br/>
        <w:t>v 1.877959 13.934535 0.281407</w:t>
        <w:br/>
        <w:t>v 1.777996 14.207992 0.045093</w:t>
        <w:br/>
        <w:t>v 1.819257 14.219217 0.295949</w:t>
        <w:br/>
        <w:t>v 1.873501 13.940424 0.630069</w:t>
        <w:br/>
        <w:t>v 1.703933 14.201504 0.925527</w:t>
        <w:br/>
        <w:t>v 1.803442 14.216568 0.631940</w:t>
        <w:br/>
        <w:t>v 1.011418 14.119102 1.673600</w:t>
        <w:br/>
        <w:t>v 1.032029 14.167430 1.733834</w:t>
        <w:br/>
        <w:t>v 1.016954 14.149119 1.674431</w:t>
        <w:br/>
        <w:t>v 1.046207 14.133199 1.776109</w:t>
        <w:br/>
        <w:t>v 0.980995 14.447359 1.719110</w:t>
        <w:br/>
        <w:t>v 1.046207 14.133199 1.776109</w:t>
        <w:br/>
        <w:t>v 1.011418 14.119102 1.673600</w:t>
        <w:br/>
        <w:t>v 0.740912 14.078293 1.841529</w:t>
        <w:br/>
        <w:t>v 0.721392 14.067558 1.753601</w:t>
        <w:br/>
        <w:t>v 0.456994 14.029573 1.806714</w:t>
        <w:br/>
        <w:t>v 0.981086 14.486162 1.753302</w:t>
        <w:br/>
        <w:t>v 1.046207 14.133199 1.776109</w:t>
        <w:br/>
        <w:t>v 0.740912 14.078293 1.841529</w:t>
        <w:br/>
        <w:t>v 0.981086 14.486162 1.753302</w:t>
        <w:br/>
        <w:t>v 0.970819 14.464594 1.665360</w:t>
        <w:br/>
        <w:t>v 0.962385 14.500575 1.663267</w:t>
        <w:br/>
        <w:t>v 0.465792 14.047457 1.910939</w:t>
        <w:br/>
        <w:t>v 0.981086 14.486162 1.753302</w:t>
        <w:br/>
        <w:t>v 0.682782 14.437380 1.838825</w:t>
        <w:br/>
        <w:t>v 0.962385 14.500575 1.663267</w:t>
        <w:br/>
        <w:t>v 0.682782 14.437380 1.838825</w:t>
        <w:br/>
        <w:t>v 0.465792 14.047457 1.910939</w:t>
        <w:br/>
        <w:t>v 0.647862 14.450403 1.764010</w:t>
        <w:br/>
        <w:t>v 0.299811 14.217934 1.840568</w:t>
        <w:br/>
        <w:t>v 0.409391 14.408229 1.908209</w:t>
        <w:br/>
        <w:t>v 0.409391 14.408229 1.908209</w:t>
        <w:br/>
        <w:t>v 0.399163 14.419250 1.814602</w:t>
        <w:br/>
        <w:t>v 0.299811 14.217934 1.840568</w:t>
        <w:br/>
        <w:t>v 0.320708 14.222210 1.921400</w:t>
        <w:br/>
        <w:t>v 0.320708 14.222210 1.921400</w:t>
        <w:br/>
        <w:t>v 0.320708 14.222210 1.921400</w:t>
        <w:br/>
        <w:t>v -1.016954 14.149117 1.674431</w:t>
        <w:br/>
        <w:t>v -1.032029 14.167430 1.733834</w:t>
        <w:br/>
        <w:t>v -1.011418 14.119102 1.673599</w:t>
        <w:br/>
        <w:t>v -1.046207 14.133199 1.776109</w:t>
        <w:br/>
        <w:t>v -0.980995 14.447358 1.719110</w:t>
        <w:br/>
        <w:t>v -1.011418 14.119102 1.673599</w:t>
        <w:br/>
        <w:t>v -1.046207 14.133199 1.776109</w:t>
        <w:br/>
        <w:t>v -0.740912 14.078293 1.841528</w:t>
        <w:br/>
        <w:t>v -0.721392 14.067558 1.753601</w:t>
        <w:br/>
        <w:t>v -0.456994 14.029574 1.806714</w:t>
        <w:br/>
        <w:t>v -0.981086 14.486161 1.753302</w:t>
        <w:br/>
        <w:t>v -1.046207 14.133199 1.776109</w:t>
        <w:br/>
        <w:t>v -0.981086 14.486161 1.753302</w:t>
        <w:br/>
        <w:t>v -0.740912 14.078293 1.841528</w:t>
        <w:br/>
        <w:t>v -0.970819 14.464594 1.665360</w:t>
        <w:br/>
        <w:t>v -0.962385 14.500575 1.663267</w:t>
        <w:br/>
        <w:t>v -0.981086 14.486161 1.753302</w:t>
        <w:br/>
        <w:t>v -0.962385 14.500575 1.663267</w:t>
        <w:br/>
        <w:t>v -0.682782 14.437379 1.838825</w:t>
        <w:br/>
        <w:t>v -0.682782 14.437379 1.838825</w:t>
        <w:br/>
        <w:t>v -0.647862 14.450403 1.764010</w:t>
        <w:br/>
        <w:t>v -0.465792 14.047457 1.910938</w:t>
        <w:br/>
        <w:t>v -0.465792 14.047457 1.910938</w:t>
        <w:br/>
        <w:t>v -0.299811 14.217932 1.840568</w:t>
        <w:br/>
        <w:t>v -0.409391 14.408228 1.908209</w:t>
        <w:br/>
        <w:t>v -0.409391 14.408228 1.908209</w:t>
        <w:br/>
        <w:t>v -0.399163 14.419250 1.814602</w:t>
        <w:br/>
        <w:t>v -0.299811 14.217932 1.840568</w:t>
        <w:br/>
        <w:t>v -0.320708 14.222210 1.921400</w:t>
        <w:br/>
        <w:t>v -0.320708 14.222210 1.921400</w:t>
        <w:br/>
        <w:t>v -0.320708 14.222210 1.921400</w:t>
        <w:br/>
        <w:t>v -2.023191 5.726094 0.694528</w:t>
        <w:br/>
        <w:t>v -1.980137 5.729486 0.656076</w:t>
        <w:br/>
        <w:t>v -2.172250 5.733729 0.366194</w:t>
        <w:br/>
        <w:t>v -2.239906 5.739219 0.395338</w:t>
        <w:br/>
        <w:t>v -2.220953 5.747791 0.043412</w:t>
        <w:br/>
        <w:t>v -2.083191 5.780343 -0.199059</w:t>
        <w:br/>
        <w:t>v -2.163167 5.784249 -0.214465</w:t>
        <w:br/>
        <w:t>v -2.287493 5.759371 0.033215</w:t>
        <w:br/>
        <w:t>v -2.163167 5.784249 -0.214465</w:t>
        <w:br/>
        <w:t>v -2.117617 6.250611 -0.145352</w:t>
        <w:br/>
        <w:t>v -2.287493 5.759371 0.033215</w:t>
        <w:br/>
        <w:t>v -2.220346 6.233277 0.110473</w:t>
        <w:br/>
        <w:t>v -2.239906 5.739219 0.395338</w:t>
        <w:br/>
        <w:t>v -2.065883 6.830980 -0.066200</w:t>
        <w:br/>
        <w:t>v -2.166526 6.212794 0.470519</w:t>
        <w:br/>
        <w:t>v -2.023191 5.726094 0.694528</w:t>
        <w:br/>
        <w:t>v -2.012217 6.196980 0.759774</w:t>
        <w:br/>
        <w:t>v -2.168639 6.831996 0.211264</w:t>
        <w:br/>
        <w:t>v -2.026865 7.180202 -0.015086</w:t>
        <w:br/>
        <w:t>v -2.122250 6.810597 0.564743</w:t>
        <w:br/>
        <w:t>v -1.972780 6.792786 0.828701</w:t>
        <w:br/>
        <w:t>v -2.144799 7.177810 0.269606</w:t>
        <w:br/>
        <w:t>v -1.994095 7.487041 0.027433</w:t>
        <w:br/>
        <w:t>v -2.105412 7.159030 0.618929</w:t>
        <w:br/>
        <w:t>v -1.952379 7.146214 0.868619</w:t>
        <w:br/>
        <w:t>v -2.123716 7.487377 0.318898</w:t>
        <w:br/>
        <w:t>v -1.976012 7.875002 0.043915</w:t>
        <w:br/>
        <w:t>v -2.090108 7.477032 0.664868</w:t>
        <w:br/>
        <w:t>v -1.935492 7.472435 0.903401</w:t>
        <w:br/>
        <w:t>v -2.100774 7.878959 0.346592</w:t>
        <w:br/>
        <w:t>v -1.940282 8.340999 0.031869</w:t>
        <w:br/>
        <w:t>v -2.068321 7.888534 0.691118</w:t>
        <w:br/>
        <w:t>v -1.927293 7.893991 0.931167</w:t>
        <w:br/>
        <w:t>v -2.079704 8.362328 0.331748</w:t>
        <w:br/>
        <w:t>v -1.929317 8.954726 0.010537</w:t>
        <w:br/>
        <w:t>v -2.054783 8.386349 0.676767</w:t>
        <w:br/>
        <w:t>v -1.896447 8.378309 0.926395</w:t>
        <w:br/>
        <w:t>v -2.049618 8.979522 0.310651</w:t>
        <w:br/>
        <w:t>v -1.917104 9.573339 0.002355</w:t>
        <w:br/>
        <w:t>v -1.875828 9.016711 0.924970</w:t>
        <w:br/>
        <w:t>v -2.031180 9.597262 0.301817</w:t>
        <w:br/>
        <w:t>v -1.899465 10.203810 -0.003819</w:t>
        <w:br/>
        <w:t>v -2.033461 9.009645 0.652052</w:t>
        <w:br/>
        <w:t>v -2.017884 9.629073 0.642699</w:t>
        <w:br/>
        <w:t>v -1.863948 9.645156 0.932407</w:t>
        <w:br/>
        <w:t>v -2.029643 10.227262 0.292973</w:t>
        <w:br/>
        <w:t>v -1.885166 10.909501 -0.023708</w:t>
        <w:br/>
        <w:t>v -2.010861 10.262042 0.637918</w:t>
        <w:br/>
        <w:t>v -1.862819 10.283218 0.934835</w:t>
        <w:br/>
        <w:t>v -2.007865 10.938100 0.283067</w:t>
        <w:br/>
        <w:t>v -1.862113 11.462325 -0.035849</w:t>
        <w:br/>
        <w:t>v -2.016531 10.976384 0.644058</w:t>
        <w:br/>
        <w:t>v -1.890935 11.004405 0.938631</w:t>
        <w:br/>
        <w:t>v -2.025395 11.500441 0.268970</w:t>
        <w:br/>
        <w:t>v -1.867330 12.022087 -0.064664</w:t>
        <w:br/>
        <w:t>v -2.018806 11.537707 0.638314</w:t>
        <w:br/>
        <w:t>v -1.911625 11.574247 0.947326</w:t>
        <w:br/>
        <w:t>v -2.037159 12.053350 0.250141</w:t>
        <w:br/>
        <w:t>v -1.883115 12.372623 -0.073604</w:t>
        <w:br/>
        <w:t>v -2.027437 12.084239 0.617874</w:t>
        <w:br/>
        <w:t>v -1.928022 12.139230 0.942507</w:t>
        <w:br/>
        <w:t>v -2.034523 12.418241 0.243550</w:t>
        <w:br/>
        <w:t>v -1.853564 12.681366 -0.052678</w:t>
        <w:br/>
        <w:t>v -2.024009 12.470926 0.605981</w:t>
        <w:br/>
        <w:t>v -1.915645 12.541957 0.945174</w:t>
        <w:br/>
        <w:t>v -2.021290 12.720148 0.242461</w:t>
        <w:br/>
        <w:t>v -1.851279 12.947870 -0.045289</w:t>
        <w:br/>
        <w:t>v -2.014631 12.760665 0.602093</w:t>
        <w:br/>
        <w:t>v -1.896034 12.832016 0.940139</w:t>
        <w:br/>
        <w:t>v -2.000266 12.982713 0.240830</w:t>
        <w:br/>
        <w:t>v -1.864034 13.271884 -0.046254</w:t>
        <w:br/>
        <w:t>v -1.996021 13.025121 0.596048</w:t>
        <w:br/>
        <w:t>v -1.879123 13.066392 0.937857</w:t>
        <w:br/>
        <w:t>v -1.975282 13.287977 0.241590</w:t>
        <w:br/>
        <w:t>v -1.861543 13.588015 -0.031110</w:t>
        <w:br/>
        <w:t>v -1.973553 13.311715 0.599815</w:t>
        <w:br/>
        <w:t>v -1.871401 13.340483 0.945746</w:t>
        <w:br/>
        <w:t>v -1.936288 13.610060 0.251625</w:t>
        <w:br/>
        <w:t>v -1.827354 13.965295 0.015801</w:t>
        <w:br/>
        <w:t>v -1.940594 13.620403 0.609420</w:t>
        <w:br/>
        <w:t>v -1.816928 13.602172 0.948513</w:t>
        <w:br/>
        <w:t>v -1.769198 13.927179 0.951310</w:t>
        <w:br/>
        <w:t>v -1.877959 13.934535 0.281407</w:t>
        <w:br/>
        <w:t>v -1.777996 14.207990 0.045093</w:t>
        <w:br/>
        <w:t>v -1.819257 14.219221 0.295949</w:t>
        <w:br/>
        <w:t>v -1.873501 13.940424 0.630069</w:t>
        <w:br/>
        <w:t>v -1.703933 14.201504 0.925527</w:t>
        <w:br/>
        <w:t>v -1.803442 14.216568 0.631940</w:t>
        <w:br/>
        <w:t>v 1.945186 14.569616 -0.376149</w:t>
        <w:br/>
        <w:t>v 1.986166 14.576673 -0.423020</w:t>
        <w:br/>
        <w:t>v 1.933577 14.653349 -0.374971</w:t>
        <w:br/>
        <w:t>v 1.973869 14.660280 -0.420229</w:t>
        <w:br/>
        <w:t>v 2.046780 14.585847 -0.431588</w:t>
        <w:br/>
        <w:t>v 1.968585 14.664501 -0.428748</w:t>
        <w:br/>
        <w:t>v 1.933577 14.653349 -0.374971</w:t>
        <w:br/>
        <w:t>v 1.973869 14.660280 -0.420229</w:t>
        <w:br/>
        <w:t>v 1.923309 14.656708 -0.377884</w:t>
        <w:br/>
        <w:t>v 1.923309 14.656708 -0.377884</w:t>
        <w:br/>
        <w:t>v 1.968585 14.664501 -0.428748</w:t>
        <w:br/>
        <w:t>v 1.920516 14.676008 -0.377647</w:t>
        <w:br/>
        <w:t>v 1.965793 14.683290 -0.428270</w:t>
        <w:br/>
        <w:t>v 2.036405 14.674768 -0.438380</w:t>
        <w:br/>
        <w:t>v 2.036405 14.674768 -0.438380</w:t>
        <w:br/>
        <w:t>v 2.033630 14.693443 -0.437904</w:t>
        <w:br/>
        <w:t>v 2.084788 14.700490 -0.391744</w:t>
        <w:br/>
        <w:t>v 2.034225 14.669417 -0.428802</w:t>
        <w:br/>
        <w:t>v 2.034225 14.669417 -0.428802</w:t>
        <w:br/>
        <w:t>v 2.087625 14.681410 -0.392226</w:t>
        <w:br/>
        <w:t>v 2.087625 14.681410 -0.392226</w:t>
        <w:br/>
        <w:t>v 2.094588 14.701164 -0.323675</w:t>
        <w:br/>
        <w:t>v 2.097444 14.681436 -0.323916</w:t>
        <w:br/>
        <w:t>v 2.097444 14.681436 -0.323916</w:t>
        <w:br/>
        <w:t>v 2.088548 14.675351 -0.326943</w:t>
        <w:br/>
        <w:t>v 2.079807 14.675326 -0.387727</w:t>
        <w:br/>
        <w:t>v 2.079807 14.675326 -0.387727</w:t>
        <w:br/>
        <w:t>v 2.093597 14.591925 -0.389960</w:t>
        <w:br/>
        <w:t>v 2.088773 14.673796 -0.326962</w:t>
        <w:br/>
        <w:t>v 2.088548 14.675351 -0.326943</w:t>
        <w:br/>
        <w:t>v 2.098916 14.651934 -0.349923</w:t>
        <w:br/>
        <w:t>v 2.094418 14.667354 -0.342388</w:t>
        <w:br/>
        <w:t>v 2.088773 14.673796 -0.326962</w:t>
        <w:br/>
        <w:t>v 2.094418 14.667354 -0.342388</w:t>
        <w:br/>
        <w:t>v 2.078593 14.670197 -0.330237</w:t>
        <w:br/>
        <w:t>v 2.099196 14.635172 -0.343084</w:t>
        <w:br/>
        <w:t>v 2.101766 14.591829 -0.327623</w:t>
        <w:br/>
        <w:t>v 2.095635 14.626629 -0.327528</w:t>
        <w:br/>
        <w:t>v 2.095635 14.626629 -0.327528</w:t>
        <w:br/>
        <w:t>v 2.084852 14.627190 -0.330753</w:t>
        <w:br/>
        <w:t>v 2.099196 14.635172 -0.343084</w:t>
        <w:br/>
        <w:t>v 2.098916 14.651934 -0.349923</w:t>
        <w:br/>
        <w:t>v 2.082287 14.649532 -0.351284</w:t>
        <w:br/>
        <w:t>v 2.084241 14.634928 -0.345219</w:t>
        <w:br/>
        <w:t>v 2.084852 14.627190 -0.330753</w:t>
        <w:br/>
        <w:t>v 2.078593 14.670197 -0.330237</w:t>
        <w:br/>
        <w:t>v 2.084241 14.634928 -0.345219</w:t>
        <w:br/>
        <w:t>v 2.080052 14.663167 -0.344686</w:t>
        <w:br/>
        <w:t>v 2.080052 14.663167 -0.344686</w:t>
        <w:br/>
        <w:t>v 2.082287 14.649532 -0.351284</w:t>
        <w:br/>
        <w:t>v 1.816708 13.817993 -0.456987</w:t>
        <w:br/>
        <w:t>v 1.749947 13.716191 -0.482841</w:t>
        <w:br/>
        <w:t>v 1.859561 13.826225 -0.545196</w:t>
        <w:br/>
        <w:t>v 1.804357 13.726645 -0.595521</w:t>
        <w:br/>
        <w:t>v 1.974597 13.845358 -0.643433</w:t>
        <w:br/>
        <w:t>v 1.938866 12.820984 -0.616159</w:t>
        <w:br/>
        <w:t>v 1.881535 12.809962 -0.493793</w:t>
        <w:br/>
        <w:t>v 1.871578 12.794526 -0.497664</w:t>
        <w:br/>
        <w:t>v 1.948953 13.750693 -0.719003</w:t>
        <w:br/>
        <w:t>v 2.130963 13.778821 -0.772069</w:t>
        <w:br/>
        <w:t>v 2.119395 13.867732 -0.685651</w:t>
        <w:br/>
        <w:t>v 2.265930 13.888721 -0.649085</w:t>
        <w:br/>
        <w:t>v 2.084798 12.836015 -0.739743</w:t>
        <w:br/>
        <w:t>v 2.315153 13.805204 -0.726107</w:t>
        <w:br/>
        <w:t>v 2.385192 13.904463 -0.555393</w:t>
        <w:br/>
        <w:t>v 2.266807 12.864141 -0.792809</w:t>
        <w:br/>
        <w:t>v 2.465063 13.824992 -0.608337</w:t>
        <w:br/>
        <w:t>v 2.442419 13.910006 -0.414169</w:t>
        <w:br/>
        <w:t>v 2.450998 12.890523 -0.746846</w:t>
        <w:br/>
        <w:t>v 2.268554 12.850632 -0.805670</w:t>
        <w:br/>
        <w:t>v 2.536996 13.831960 -0.430823</w:t>
        <w:br/>
        <w:t>v 2.438562 13.906282 -0.264264</w:t>
        <w:br/>
        <w:t>v 2.531604 13.827166 -0.240593</w:t>
        <w:br/>
        <w:t>v 2.600908 12.910313 -0.629077</w:t>
        <w:br/>
        <w:t>v 2.672840 12.917277 -0.451562</w:t>
        <w:br/>
        <w:t>v 2.664526 12.911927 -0.251647</w:t>
        <w:br/>
        <w:t>v 2.678497 12.899882 -0.248101</w:t>
        <w:br/>
        <w:t>v 2.458383 12.877820 -0.758301</w:t>
        <w:br/>
        <w:t>v 2.612883 12.898213 -0.636926</w:t>
        <w:br/>
        <w:t>v 2.687017 12.905390 -0.453977</w:t>
        <w:br/>
        <w:t>v 2.690483 12.882245 -0.454664</w:t>
        <w:br/>
        <w:t>v 2.681841 12.876714 -0.248387</w:t>
        <w:br/>
        <w:t>v 2.671396 12.864638 -0.252217</w:t>
        <w:br/>
        <w:t>v 2.461849 12.854673 -0.758988</w:t>
        <w:br/>
        <w:t>v 2.679859 12.870020 -0.452626</w:t>
        <w:br/>
        <w:t>v 2.615618 12.785891 -0.273465</w:t>
        <w:br/>
        <w:t>v 2.622965 12.790413 -0.441103</w:t>
        <w:br/>
        <w:t>v 2.563160 12.784626 -0.588689</w:t>
        <w:br/>
        <w:t>v 2.616349 12.875068 -0.637613</w:t>
        <w:br/>
        <w:t>v 2.607926 12.863053 -0.630141</w:t>
        <w:br/>
        <w:t>v 2.438524 12.768173 -0.686603</w:t>
        <w:br/>
        <w:t>v 2.458016 12.843264 -0.747911</w:t>
        <w:br/>
        <w:t>v 2.273826 12.816882 -0.793873</w:t>
        <w:br/>
        <w:t>v 2.285388 12.746240 -0.724817</w:t>
        <w:br/>
        <w:t>v 2.134065 12.722855 -0.680697</w:t>
        <w:br/>
        <w:t>v 2.272020 12.827482 -0.806358</w:t>
        <w:br/>
        <w:t>v 2.091816 12.788754 -0.740807</w:t>
        <w:br/>
        <w:t>v 2.013846 12.702862 -0.578033</w:t>
        <w:br/>
        <w:t>v 2.080974 12.821641 -0.750980</w:t>
        <w:br/>
        <w:t>v 2.084440 12.798496 -0.751667</w:t>
        <w:br/>
        <w:t>v 1.947219 12.764709 -0.617325</w:t>
        <w:br/>
        <w:t>v 1.965747 12.693625 -0.474871</w:t>
        <w:br/>
        <w:t>v 1.889739 12.753665 -0.494465</w:t>
        <w:br/>
        <w:t>v 1.935416 12.773713 -0.624404</w:t>
        <w:br/>
        <w:t>v 1.876258 12.762338 -0.498051</w:t>
        <w:br/>
        <w:t>v 1.930615 12.805872 -0.623616</w:t>
        <w:br/>
        <w:t>v 1.965747 12.693625 -0.474871</w:t>
        <w:br/>
        <w:t>v 1.908726 12.677003 -0.493019</w:t>
        <w:br/>
        <w:t>v 2.013846 12.702862 -0.578033</w:t>
        <w:br/>
        <w:t>v 1.964048 12.687601 -0.609996</w:t>
        <w:br/>
        <w:t>v 1.894072 12.620127 -0.500625</w:t>
        <w:br/>
        <w:t>v 2.105812 12.711179 -0.731059</w:t>
        <w:br/>
        <w:t>v 2.134065 12.722855 -0.680697</w:t>
        <w:br/>
        <w:t>v 2.285388 12.746240 -0.724817</w:t>
        <w:br/>
        <w:t>v 1.952715 12.631368 -0.624717</w:t>
        <w:br/>
        <w:t>v 2.284255 12.738754 -0.783085</w:t>
        <w:br/>
        <w:t>v 2.102785 12.656323 -0.752874</w:t>
        <w:br/>
        <w:t>v 1.971061 12.597030 -0.616344</w:t>
        <w:br/>
        <w:t>v 1.914451 12.586179 -0.496370</w:t>
        <w:br/>
        <w:t>v 1.893194 12.488947 -0.508228</w:t>
        <w:br/>
        <w:t>v 2.294150 12.685816 -0.802316</w:t>
        <w:br/>
        <w:t>v 2.284255 12.738754 -0.783085</w:t>
        <w:br/>
        <w:t>v 2.115531 12.621053 -0.739718</w:t>
        <w:br/>
        <w:t>v 1.955406 12.500879 -0.640773</w:t>
        <w:br/>
        <w:t>v 1.878443 12.392262 -0.518090</w:t>
        <w:br/>
        <w:t>v 2.112703 12.527040 -0.775096</w:t>
        <w:br/>
        <w:t>v 1.890091 12.378151 -0.515362</w:t>
        <w:br/>
        <w:t>v 1.955250 12.390648 -0.654433</w:t>
        <w:br/>
        <w:t>v 1.944880 12.405007 -0.659768</w:t>
        <w:br/>
        <w:t>v 2.112616 12.432902 -0.803011</w:t>
        <w:br/>
        <w:t>v 2.119506 12.417965 -0.794704</w:t>
        <w:br/>
        <w:t>v 2.323751 12.465529 -0.864569</w:t>
        <w:br/>
        <w:t>v 2.326262 12.449922 -0.854985</w:t>
        <w:br/>
        <w:t>v 2.310694 12.557643 -0.832819</w:t>
        <w:br/>
        <w:t>v 2.469175 12.486423 -0.833596</w:t>
        <w:br/>
        <w:t>v 2.472656 12.470886 -0.818454</w:t>
        <w:br/>
        <w:t>v 2.576908 12.485353 -0.770239</w:t>
        <w:br/>
        <w:t>v 2.446980 12.577221 -0.804125</w:t>
        <w:br/>
        <w:t>v 2.579695 12.501755 -0.783087</w:t>
        <w:br/>
        <w:t>v 2.705787 12.502366 -0.668992</w:t>
        <w:br/>
        <w:t>v 2.543029 12.590600 -0.762753</w:t>
        <w:br/>
        <w:t>v 2.711316 12.519087 -0.674636</w:t>
        <w:br/>
        <w:t>v 2.440565 12.607842 -0.796498</w:t>
        <w:br/>
        <w:t>v 2.674132 12.607863 -0.654712</w:t>
        <w:br/>
        <w:t>v 2.794758 12.527166 -0.468715</w:t>
        <w:br/>
        <w:t>v 2.787500 12.510279 -0.467342</w:t>
        <w:br/>
        <w:t>v 2.778023 12.504218 -0.240178</w:t>
        <w:br/>
        <w:t>v 2.785182 12.520996 -0.237078</w:t>
        <w:br/>
        <w:t>v 2.743505 12.609669 -0.244703</w:t>
        <w:br/>
        <w:t>v 2.752383 12.615438 -0.461611</w:t>
        <w:br/>
        <w:t>v 2.695427 12.697063 -0.254333</w:t>
        <w:br/>
        <w:t>v 2.527657 12.622526 -0.744751</w:t>
        <w:br/>
        <w:t>v 2.631192 12.695287 -0.629149</w:t>
        <w:br/>
        <w:t>v 2.703062 12.702247 -0.451789</w:t>
        <w:br/>
        <w:t>v 2.713088 12.740663 -0.453784</w:t>
        <w:br/>
        <w:t>v 2.705318 12.735309 -0.249207</w:t>
        <w:br/>
        <w:t>v 2.675067 12.785806 -0.255518</w:t>
        <w:br/>
        <w:t>v 2.682333 12.790850 -0.448525</w:t>
        <w:br/>
        <w:t>v 2.615618 12.785891 -0.273465</w:t>
        <w:br/>
        <w:t>v 2.622965 12.790413 -0.441103</w:t>
        <w:br/>
        <w:t>v 2.611811 12.784020 -0.622561</w:t>
        <w:br/>
        <w:t>v 2.563160 12.784626 -0.588689</w:t>
        <w:br/>
        <w:t>v 2.638432 12.733436 -0.638019</w:t>
        <w:br/>
        <w:t>v 2.481497 12.766817 -0.724935</w:t>
        <w:br/>
        <w:t>v 2.438524 12.768173 -0.686603</w:t>
        <w:br/>
        <w:t>v 2.525171 12.720550 -0.728849</w:t>
        <w:br/>
        <w:t>v 2.404896 12.756095 -0.758297</w:t>
        <w:br/>
        <w:t>v 2.479738 12.767679 -0.742383</w:t>
        <w:br/>
        <w:t>v 2.511563 12.679497 -0.723129</w:t>
        <w:br/>
        <w:t>v 2.524424 12.722909 -0.747404</w:t>
        <w:br/>
        <w:t>v 2.524050 12.635841 -0.762715</w:t>
        <w:br/>
        <w:t>v 2.527657 12.622526 -0.744751</w:t>
        <w:br/>
        <w:t>v 2.524050 12.635841 -0.762715</w:t>
        <w:br/>
        <w:t>v 2.440565 12.607842 -0.796498</w:t>
        <w:br/>
        <w:t>v 2.509131 12.684797 -0.736679</w:t>
        <w:br/>
        <w:t>v 2.524424 12.722909 -0.747404</w:t>
        <w:br/>
        <w:t>v 2.442783 12.623651 -0.810640</w:t>
        <w:br/>
        <w:t>v 2.442783 12.623651 -0.810640</w:t>
        <w:br/>
        <w:t>v 2.509131 12.684797 -0.736679</w:t>
        <w:br/>
        <w:t>v 2.425046 12.707197 -0.797156</w:t>
        <w:br/>
        <w:t>v 2.524424 12.722909 -0.747404</w:t>
        <w:br/>
        <w:t>v 2.425040 12.673368 -0.782941</w:t>
        <w:br/>
        <w:t>v 2.337948 12.608362 -0.823754</w:t>
        <w:br/>
        <w:t>v 2.337948 12.608362 -0.823754</w:t>
        <w:br/>
        <w:t>v 2.328288 12.592975 -0.810429</w:t>
        <w:br/>
        <w:t>v 2.328288 12.592975 -0.810429</w:t>
        <w:br/>
        <w:t>v 2.321833 12.658197 -0.794291</w:t>
        <w:br/>
        <w:t>v 2.328288 12.592975 -0.810429</w:t>
        <w:br/>
        <w:t>v 2.337948 12.608362 -0.823754</w:t>
        <w:br/>
        <w:t>v 2.313687 12.651493 -0.788670</w:t>
        <w:br/>
        <w:t>v 2.297382 12.649159 -0.792739</w:t>
        <w:br/>
        <w:t>v 2.313687 12.651493 -0.788670</w:t>
        <w:br/>
        <w:t>v 2.304272 12.689689 -0.813165</w:t>
        <w:br/>
        <w:t>v 2.304272 12.689689 -0.813165</w:t>
        <w:br/>
        <w:t>v 2.325188 12.745713 -0.789072</w:t>
        <w:br/>
        <w:t>v 2.314839 12.743133 -0.775453</w:t>
        <w:br/>
        <w:t>v 2.314839 12.743133 -0.775453</w:t>
        <w:br/>
        <w:t>v 2.409692 12.758022 -0.777929</w:t>
        <w:br/>
        <w:t>v 2.409692 12.758022 -0.777929</w:t>
        <w:br/>
        <w:t>v 2.778023 12.504218 -0.240178</w:t>
        <w:br/>
        <w:t>v 2.787500 12.510279 -0.467342</w:t>
        <w:br/>
        <w:t>v 2.627897 12.464529 -0.287732</w:t>
        <w:br/>
        <w:t>v 2.635037 12.468676 -0.439787</w:t>
        <w:br/>
        <w:t>v 2.595834 12.392597 -0.301438</w:t>
        <w:br/>
        <w:t>v 2.581436 12.463485 -0.572061</w:t>
        <w:br/>
        <w:t>v 2.705787 12.502366 -0.668992</w:t>
        <w:br/>
        <w:t>v 2.576908 12.485353 -0.770239</w:t>
        <w:br/>
        <w:t>v 2.603472 12.396464 -0.436817</w:t>
        <w:br/>
        <w:t>v 2.096691 12.321726 -0.456130</w:t>
        <w:br/>
        <w:t>v 2.557538 12.392015 -0.550173</w:t>
        <w:br/>
        <w:t>v 2.469730 12.448739 -0.659817</w:t>
        <w:br/>
        <w:t>v 2.472656 12.470886 -0.818454</w:t>
        <w:br/>
        <w:t>v 2.135628 12.329215 -0.541989</w:t>
        <w:br/>
        <w:t>v 2.045447 12.381835 -0.468243</w:t>
        <w:br/>
        <w:t>v 2.227964 12.344570 -0.620841</w:t>
        <w:br/>
        <w:t>v 2.461809 12.379378 -0.625378</w:t>
        <w:br/>
        <w:t>v 2.332481 12.429082 -0.694066</w:t>
        <w:br/>
        <w:t>v 2.326262 12.449922 -0.854985</w:t>
        <w:br/>
        <w:t>v 2.344190 12.362532 -0.654728</w:t>
        <w:br/>
        <w:t>v 2.344190 12.362532 -0.654728</w:t>
        <w:br/>
        <w:t>v 2.119506 12.417965 -0.794704</w:t>
        <w:br/>
        <w:t>v 2.196857 12.408122 -0.654524</w:t>
        <w:br/>
        <w:t>v 2.089111 12.390203 -0.562511</w:t>
        <w:br/>
        <w:t>v 1.955250 12.390648 -0.654433</w:t>
        <w:br/>
        <w:t>v 1.890091 12.378151 -0.515362</w:t>
        <w:br/>
        <w:t>v 1.721583 14.379432 -0.454309</w:t>
        <w:br/>
        <w:t>v 1.750075 14.405340 -0.510468</w:t>
        <w:br/>
        <w:t>v 1.732020 14.401448 -0.449926</w:t>
        <w:br/>
        <w:t>v 1.747881 14.385156 -0.542646</w:t>
        <w:br/>
        <w:t>v 1.721583 14.379432 -0.454309</w:t>
        <w:br/>
        <w:t>v 1.750600 14.371146 -0.446010</w:t>
        <w:br/>
        <w:t>v 1.747881 14.385156 -0.542646</w:t>
        <w:br/>
        <w:t>v 1.781541 14.377940 -0.550045</w:t>
        <w:br/>
        <w:t>v 1.771838 14.456490 -0.529862</w:t>
        <w:br/>
        <w:t>v 1.747881 14.385156 -0.542646</w:t>
        <w:br/>
        <w:t>v 1.781541 14.377940 -0.550045</w:t>
        <w:br/>
        <w:t>v 1.771838 14.456490 -0.529862</w:t>
        <w:br/>
        <w:t>v 1.764126 14.454745 -0.503861</w:t>
        <w:br/>
        <w:t>v 1.804605 14.448869 -0.537817</w:t>
        <w:br/>
        <w:t>v 1.781306 14.511518 -0.494331</w:t>
        <w:br/>
        <w:t>v 1.833479 14.527167 -0.522427</w:t>
        <w:br/>
        <w:t>v 1.804937 14.551661 -0.513681</w:t>
        <w:br/>
        <w:t>v 1.804937 14.551661 -0.513681</w:t>
        <w:br/>
        <w:t>v 1.763223 14.506901 -0.434605</w:t>
        <w:br/>
        <w:t>v 1.779306 14.546060 -0.427558</w:t>
        <w:br/>
        <w:t>v 1.950463 14.572329 -0.468916</w:t>
        <w:br/>
        <w:t>v 1.804937 14.551661 -0.513681</w:t>
        <w:br/>
        <w:t>v 1.950463 14.572329 -0.468916</w:t>
        <w:br/>
        <w:t>v 1.945186 14.569616 -0.376149</w:t>
        <w:br/>
        <w:t>v 1.986166 14.576673 -0.423020</w:t>
        <w:br/>
        <w:t>v 1.959697 14.550778 -0.483453</w:t>
        <w:br/>
        <w:t>v 2.046780 14.585847 -0.431588</w:t>
        <w:br/>
        <w:t>v 2.091450 14.592353 -0.425660</w:t>
        <w:br/>
        <w:t>v 2.102070 14.571260 -0.435064</w:t>
        <w:br/>
        <w:t>v 2.093597 14.591925 -0.389960</w:t>
        <w:br/>
        <w:t>v 2.122587 14.596386 -0.397602</w:t>
        <w:br/>
        <w:t>v 2.122587 14.596386 -0.397602</w:t>
        <w:br/>
        <w:t>v 2.134058 14.575407 -0.406240</w:t>
        <w:br/>
        <w:t>v 2.101766 14.591829 -0.327623</w:t>
        <w:br/>
        <w:t>v 2.128876 14.574533 -0.320404</w:t>
        <w:br/>
        <w:t>v 2.118564 14.594166 -0.322420</w:t>
        <w:br/>
        <w:t>v 2.118564 14.594166 -0.322420</w:t>
        <w:br/>
        <w:t>v 2.297161 14.328554 -0.283345</w:t>
        <w:br/>
        <w:t>v 2.297275 14.375297 -0.280696</w:t>
        <w:br/>
        <w:t>v 2.301717 14.332918 -0.456720</w:t>
        <w:br/>
        <w:t>v 2.302648 14.379939 -0.461414</w:t>
        <w:br/>
        <w:t>v 2.235355 14.326153 -0.604246</w:t>
        <w:br/>
        <w:t>v 2.311742 14.392906 -0.463990</w:t>
        <w:br/>
        <w:t>v 2.306775 14.388188 -0.277106</w:t>
        <w:br/>
        <w:t>v 2.234358 14.372977 -0.613227</w:t>
        <w:br/>
        <w:t>v 2.300650 14.416696 -0.277361</w:t>
        <w:br/>
        <w:t>v 2.100045 14.354178 -0.667578</w:t>
        <w:br/>
        <w:t>v 2.104836 14.307882 -0.657062</w:t>
        <w:br/>
        <w:t>v 2.240288 14.385621 -0.622836</w:t>
        <w:br/>
        <w:t>v 2.261317 14.418026 -0.289164</w:t>
        <w:br/>
        <w:t>v 2.264997 14.421892 -0.444456</w:t>
        <w:br/>
        <w:t>v 2.300650 14.416696 -0.277361</w:t>
        <w:br/>
        <w:t>v 2.305500 14.421360 -0.462552</w:t>
        <w:br/>
        <w:t>v 2.305500 14.421360 -0.462552</w:t>
        <w:br/>
        <w:t>v 2.205000 14.415777 -0.577833</w:t>
        <w:br/>
        <w:t>v 2.234591 14.414132 -0.620185</w:t>
        <w:br/>
        <w:t>v 2.234591 14.414132 -0.620185</w:t>
        <w:br/>
        <w:t>v 2.086998 14.399259 -0.625584</w:t>
        <w:br/>
        <w:t>v 2.099754 14.365948 -0.679704</w:t>
        <w:br/>
        <w:t>v 2.095131 14.394609 -0.676619</w:t>
        <w:br/>
        <w:t>v 2.095131 14.394609 -0.676619</w:t>
        <w:br/>
        <w:t>v 1.941567 14.370889 -0.632368</w:t>
        <w:br/>
        <w:t>v 1.941567 14.370889 -0.632368</w:t>
        <w:br/>
        <w:t>v 1.957064 14.379190 -0.588142</w:t>
        <w:br/>
        <w:t>v 1.952151 14.331332 -0.624961</w:t>
        <w:br/>
        <w:t>v 1.961118 14.285683 -0.615648</w:t>
        <w:br/>
        <w:t>v 1.880831 14.272002 -0.531423</w:t>
        <w:br/>
        <w:t>v 1.945010 14.342047 -0.635113</w:t>
        <w:br/>
        <w:t>v 1.855780 14.356272 -0.542372</w:t>
        <w:br/>
        <w:t>v 1.855780 14.356272 -0.542372</w:t>
        <w:br/>
        <w:t>v 1.855179 14.361403 -0.414975</w:t>
        <w:br/>
        <w:t>v 1.802208 14.345923 -0.431837</w:t>
        <w:br/>
        <w:t>v 1.869531 14.317255 -0.538287</w:t>
        <w:br/>
        <w:t>v 1.858563 14.327315 -0.544424</w:t>
        <w:br/>
        <w:t>v 1.802208 14.345923 -0.431837</w:t>
        <w:br/>
        <w:t>v 1.804497 14.316873 -0.432770</w:t>
        <w:br/>
        <w:t>v 1.817232 14.307135 -0.429469</w:t>
        <w:br/>
        <w:t>v 1.830676 14.262312 -0.427916</w:t>
        <w:br/>
        <w:t>v 1.483262 14.276234 -0.532048</w:t>
        <w:br/>
        <w:t>v 1.435621 14.183914 -0.551598</w:t>
        <w:br/>
        <w:t>v 1.489227 14.277079 -0.551441</w:t>
        <w:br/>
        <w:t>v 1.441390 14.184723 -0.570342</w:t>
        <w:br/>
        <w:t>v 1.441390 14.184723 -0.570342</w:t>
        <w:br/>
        <w:t>v 1.503575 14.193562 -0.559465</w:t>
        <w:br/>
        <w:t>v 1.489227 14.277079 -0.551441</w:t>
        <w:br/>
        <w:t>v 1.460546 14.050223 -0.570643</w:t>
        <w:br/>
        <w:t>v 1.460546 14.050223 -0.570643</w:t>
        <w:br/>
        <w:t>v 1.455173 14.049488 -0.553213</w:t>
        <w:br/>
        <w:t>v 1.522731 14.059060 -0.559767</w:t>
        <w:br/>
        <w:t>v 1.483110 13.891785 -0.570998</w:t>
        <w:br/>
        <w:t>v 1.483110 13.891785 -0.570998</w:t>
        <w:br/>
        <w:t>v 1.478205 13.891134 -0.555115</w:t>
        <w:br/>
        <w:t>v 1.545296 13.900620 -0.560121</w:t>
        <w:br/>
        <w:t>v 1.546753 13.839713 -0.537292</w:t>
        <w:br/>
        <w:t>v 1.551430 13.840322 -0.552419</w:t>
        <w:br/>
        <w:t>v 1.551430 13.840322 -0.552419</w:t>
        <w:br/>
        <w:t>v 1.945186 14.569616 -0.376149</w:t>
        <w:br/>
        <w:t>v 1.933577 14.653349 -0.374971</w:t>
        <w:br/>
        <w:t>v 1.953251 14.570576 -0.314019</w:t>
        <w:br/>
        <w:t>v 1.941962 14.654370 -0.314568</w:t>
        <w:br/>
        <w:t>v 1.998751 14.576947 -0.272538</w:t>
        <w:br/>
        <w:t>v 1.941962 14.654370 -0.314568</w:t>
        <w:br/>
        <w:t>v 1.933577 14.653349 -0.374971</w:t>
        <w:br/>
        <w:t>v 1.932728 14.657863 -0.310003</w:t>
        <w:br/>
        <w:t>v 1.923309 14.656708 -0.377884</w:t>
        <w:br/>
        <w:t>v 1.923309 14.656708 -0.377884</w:t>
        <w:br/>
        <w:t>v 1.920516 14.676008 -0.377647</w:t>
        <w:br/>
        <w:t>v 1.932728 14.657863 -0.310003</w:t>
        <w:br/>
        <w:t>v 1.930084 14.676676 -0.310019</w:t>
        <w:br/>
        <w:t>v 1.980985 14.683691 -0.263569</w:t>
        <w:br/>
        <w:t>v 1.987246 14.660716 -0.273230</w:t>
        <w:br/>
        <w:t>v 1.987246 14.660716 -0.273230</w:t>
        <w:br/>
        <w:t>v 1.983611 14.664994 -0.263552</w:t>
        <w:br/>
        <w:t>v 1.983611 14.664994 -0.263552</w:t>
        <w:br/>
        <w:t>v 2.051562 14.674731 -0.272804</w:t>
        <w:br/>
        <w:t>v 2.051562 14.674731 -0.272804</w:t>
        <w:br/>
        <w:t>v 2.048876 14.693840 -0.272817</w:t>
        <w:br/>
        <w:t>v 2.047718 14.669383 -0.281464</w:t>
        <w:br/>
        <w:t>v 2.047718 14.669383 -0.281464</w:t>
        <w:br/>
        <w:t>v 2.060553 14.585805 -0.280531</w:t>
        <w:br/>
        <w:t>v 2.097444 14.681436 -0.323916</w:t>
        <w:br/>
        <w:t>v 2.094588 14.701164 -0.323675</w:t>
        <w:br/>
        <w:t>v 2.097444 14.681436 -0.323916</w:t>
        <w:br/>
        <w:t>v 2.088548 14.675351 -0.326943</w:t>
        <w:br/>
        <w:t>v 2.088548 14.675351 -0.326943</w:t>
        <w:br/>
        <w:t>v 2.088773 14.673796 -0.326962</w:t>
        <w:br/>
        <w:t>v 2.085163 14.665641 -0.311739</w:t>
        <w:br/>
        <w:t>v 2.085229 14.649399 -0.304596</w:t>
        <w:br/>
        <w:t>v 2.085163 14.665641 -0.311739</w:t>
        <w:br/>
        <w:t>v 2.088773 14.673796 -0.326962</w:t>
        <w:br/>
        <w:t>v 2.072052 14.661685 -0.318193</w:t>
        <w:br/>
        <w:t>v 2.085229 14.649399 -0.304596</w:t>
        <w:br/>
        <w:t>v 2.078593 14.670197 -0.330237</w:t>
        <w:br/>
        <w:t>v 2.072052 14.661685 -0.318193</w:t>
        <w:br/>
        <w:t>v 2.078593 14.670197 -0.330237</w:t>
        <w:br/>
        <w:t>v 2.084852 14.627190 -0.330753</w:t>
        <w:br/>
        <w:t>v 2.089754 14.633422 -0.311815</w:t>
        <w:br/>
        <w:t>v 2.101766 14.591829 -0.327623</w:t>
        <w:br/>
        <w:t>v 2.095635 14.626629 -0.327528</w:t>
        <w:br/>
        <w:t>v 2.095635 14.626629 -0.327528</w:t>
        <w:br/>
        <w:t>v 2.089754 14.633422 -0.311815</w:t>
        <w:br/>
        <w:t>v 2.084852 14.627190 -0.330753</w:t>
        <w:br/>
        <w:t>v 2.076121 14.633424 -0.318327</w:t>
        <w:br/>
        <w:t>v 2.076121 14.633424 -0.318327</w:t>
        <w:br/>
        <w:t>v 2.070694 14.647386 -0.312893</w:t>
        <w:br/>
        <w:t>v 2.070694 14.647386 -0.312893</w:t>
        <w:br/>
        <w:t>v 1.721583 14.379432 -0.454309</w:t>
        <w:br/>
        <w:t>v 1.732020 14.401448 -0.449926</w:t>
        <w:br/>
        <w:t>v 1.713533 14.398571 -0.389458</w:t>
        <w:br/>
        <w:t>v 1.694569 14.375282 -0.366100</w:t>
        <w:br/>
        <w:t>v 1.721583 14.379432 -0.454309</w:t>
        <w:br/>
        <w:t>v 1.694569 14.375282 -0.366100</w:t>
        <w:br/>
        <w:t>v 1.750600 14.371146 -0.446010</w:t>
        <w:br/>
        <w:t>v 1.718758 14.366311 -0.342138</w:t>
        <w:br/>
        <w:t>v 1.694569 14.375282 -0.366100</w:t>
        <w:br/>
        <w:t>v 1.742537 14.437372 -0.332279</w:t>
        <w:br/>
        <w:t>v 1.718758 14.366311 -0.342138</w:t>
        <w:br/>
        <w:t>v 1.719387 14.446774 -0.356166</w:t>
        <w:br/>
        <w:t>v 1.719387 14.446774 -0.356166</w:t>
        <w:br/>
        <w:t>v 1.727364 14.447937 -0.382121</w:t>
        <w:br/>
        <w:t>v 1.772675 14.515903 -0.321076</w:t>
        <w:br/>
        <w:t>v 1.745187 14.504830 -0.374722</w:t>
        <w:br/>
        <w:t>v 1.752962 14.542034 -0.341562</w:t>
        <w:br/>
        <w:t>v 1.752962 14.542034 -0.341562</w:t>
        <w:br/>
        <w:t>v 1.763223 14.506901 -0.434605</w:t>
        <w:br/>
        <w:t>v 1.779306 14.546060 -0.427558</w:t>
        <w:br/>
        <w:t>v 1.898302 14.562666 -0.296183</w:t>
        <w:br/>
        <w:t>v 1.752962 14.542034 -0.341562</w:t>
        <w:br/>
        <w:t>v 1.898302 14.562666 -0.296183</w:t>
        <w:br/>
        <w:t>v 1.898640 14.539468 -0.281258</w:t>
        <w:br/>
        <w:t>v 1.945186 14.569616 -0.376149</w:t>
        <w:br/>
        <w:t>v 1.953251 14.570576 -0.314019</w:t>
        <w:br/>
        <w:t>v 1.998751 14.576947 -0.272538</w:t>
        <w:br/>
        <w:t>v 2.043358 14.560387 -0.240637</w:t>
        <w:br/>
        <w:t>v 2.039047 14.582646 -0.252125</w:t>
        <w:br/>
        <w:t>v 2.039047 14.582646 -0.252125</w:t>
        <w:br/>
        <w:t>v 2.060553 14.585805 -0.280531</w:t>
        <w:br/>
        <w:t>v 2.080356 14.588562 -0.257750</w:t>
        <w:br/>
        <w:t>v 2.080356 14.588562 -0.257750</w:t>
        <w:br/>
        <w:t>v 2.085795 14.566468 -0.246415</w:t>
        <w:br/>
        <w:t>v 2.101766 14.591829 -0.327623</w:t>
        <w:br/>
        <w:t>v 2.128876 14.574533 -0.320404</w:t>
        <w:br/>
        <w:t>v 2.118564 14.594166 -0.322420</w:t>
        <w:br/>
        <w:t>v 2.118564 14.594166 -0.322420</w:t>
        <w:br/>
        <w:t>v 1.573745 13.573865 -0.544010</w:t>
        <w:br/>
        <w:t>v 1.471473 14.290221 -0.534826</w:t>
        <w:br/>
        <w:t>v 1.581603 13.574491 -0.503803</w:t>
        <w:br/>
        <w:t>v 1.476175 14.289839 -0.485967</w:t>
        <w:br/>
        <w:t>v 1.496326 14.304379 -0.526529</w:t>
        <w:br/>
        <w:t>v 1.476175 14.289839 -0.485967</w:t>
        <w:br/>
        <w:t>v 1.471473 14.290221 -0.534826</w:t>
        <w:br/>
        <w:t>v 1.513412 14.294700 -0.455132</w:t>
        <w:br/>
        <w:t>v 1.619987 13.579762 -0.471984</w:t>
        <w:br/>
        <w:t>v 1.495952 14.303482 -0.488963</w:t>
        <w:br/>
        <w:t>v 1.495952 14.303482 -0.488963</w:t>
        <w:br/>
        <w:t>v 1.496326 14.304379 -0.526529</w:t>
        <w:br/>
        <w:t>v 1.488118 14.332584 -0.487272</w:t>
        <w:br/>
        <w:t>v 1.487970 14.333458 -0.527426</w:t>
        <w:br/>
        <w:t>v 1.516850 14.306211 -0.471657</w:t>
        <w:br/>
        <w:t>v 1.488118 14.332584 -0.487272</w:t>
        <w:br/>
        <w:t>v 1.487970 14.333458 -0.527426</w:t>
        <w:br/>
        <w:t>v 1.467870 14.336838 -0.487019</w:t>
        <w:br/>
        <w:t>v 1.462122 14.337044 -0.535030</w:t>
        <w:br/>
        <w:t>v 1.458846 14.359567 -0.534760</w:t>
        <w:br/>
        <w:t>v 1.467870 14.336838 -0.487019</w:t>
        <w:br/>
        <w:t>v 1.462122 14.337044 -0.535030</w:t>
        <w:br/>
        <w:t>v 1.511522 14.335642 -0.467891</w:t>
        <w:br/>
        <w:t>v 1.516850 14.306211 -0.471657</w:t>
        <w:br/>
        <w:t>v 1.506650 14.341902 -0.454906</w:t>
        <w:br/>
        <w:t>v 1.464528 14.359348 -0.486528</w:t>
        <w:br/>
        <w:t>v 1.543687 14.310255 -0.474318</w:t>
        <w:br/>
        <w:t>v 1.543687 14.310255 -0.474318</w:t>
        <w:br/>
        <w:t>v 1.470795 14.415973 -0.493182</w:t>
        <w:br/>
        <w:t>v 1.466490 14.416129 -0.529288</w:t>
        <w:br/>
        <w:t>v 1.503307 14.364414 -0.454415</w:t>
        <w:br/>
        <w:t>v 1.506650 14.341902 -0.454906</w:t>
        <w:br/>
        <w:t>v 1.481876 14.450486 -0.500953</w:t>
        <w:br/>
        <w:t>v 1.479062 14.450572 -0.523565</w:t>
        <w:br/>
        <w:t>v 1.505279 14.469859 -0.514569</w:t>
        <w:br/>
        <w:t>v 1.499926 14.419777 -0.469059</w:t>
        <w:br/>
        <w:t>v 1.500346 14.452900 -0.485659</w:t>
        <w:br/>
        <w:t>v 1.524065 14.456471 -0.488010</w:t>
        <w:br/>
        <w:t>v 1.538674 14.459024 -0.505091</w:t>
        <w:br/>
        <w:t>v 1.560511 14.429462 -0.500150</w:t>
        <w:br/>
        <w:t>v 1.537336 14.425409 -0.472767</w:t>
        <w:br/>
        <w:t>v 1.584011 14.377315 -0.495971</w:t>
        <w:br/>
        <w:t>v 1.553109 14.371915 -0.459352</w:t>
        <w:br/>
        <w:t>v 1.587288 14.354793 -0.496241</w:t>
        <w:br/>
        <w:t>v 1.556452 14.349401 -0.459842</w:t>
        <w:br/>
        <w:t>v 1.587288 14.354793 -0.496241</w:t>
        <w:br/>
        <w:t>v 1.563507 14.344167 -0.504017</w:t>
        <w:br/>
        <w:t>v 1.556452 14.349401 -0.459842</w:t>
        <w:br/>
        <w:t>v 1.541577 14.340165 -0.470871</w:t>
        <w:br/>
        <w:t>v 1.563775 14.313944 -0.505626</w:t>
        <w:br/>
        <w:t>v 1.541577 14.340165 -0.470871</w:t>
        <w:br/>
        <w:t>v 1.563507 14.344167 -0.504017</w:t>
        <w:br/>
        <w:t>v 1.563775 14.313944 -0.505626</w:t>
        <w:br/>
        <w:t>v 1.561232 14.301903 -0.459872</w:t>
        <w:br/>
        <w:t>v 1.591659 14.307267 -0.497579</w:t>
        <w:br/>
        <w:t>v 1.561232 14.301903 -0.459872</w:t>
        <w:br/>
        <w:t>v 1.591659 14.307267 -0.497579</w:t>
        <w:br/>
        <w:t>v 1.697714 13.591731 -0.505576</w:t>
        <w:br/>
        <w:t>v 1.669337 13.587135 -0.476875</w:t>
        <w:br/>
        <w:t>v 1.542284 13.838628 -0.522128</w:t>
        <w:br/>
        <w:t>v 1.546753 13.839713 -0.537292</w:t>
        <w:br/>
        <w:t>v 1.473507 13.890004 -0.539196</w:t>
        <w:br/>
        <w:t>v 1.531059 13.897985 -0.512975</w:t>
        <w:br/>
        <w:t>v 1.542284 13.838628 -0.522128</w:t>
        <w:br/>
        <w:t>v 1.473507 13.890004 -0.539196</w:t>
        <w:br/>
        <w:t>v 1.507559 14.056252 -0.509525</w:t>
        <w:br/>
        <w:t>v 1.450008 14.048269 -0.535747</w:t>
        <w:br/>
        <w:t>v 1.450008 14.048269 -0.535747</w:t>
        <w:br/>
        <w:t>v 1.455173 14.049488 -0.553213</w:t>
        <w:br/>
        <w:t>v 1.487610 14.190602 -0.506597</w:t>
        <w:br/>
        <w:t>v 1.430059 14.182626 -0.532819</w:t>
        <w:br/>
        <w:t>v 1.430059 14.182626 -0.532819</w:t>
        <w:br/>
        <w:t>v 1.435621 14.183914 -0.551598</w:t>
        <w:br/>
        <w:t>v 1.477504 14.274909 -0.512620</w:t>
        <w:br/>
        <w:t>v 1.483262 14.276234 -0.532048</w:t>
        <w:br/>
        <w:t>v 1.477504 14.274909 -0.512620</w:t>
        <w:br/>
        <w:t>v 1.678886 14.657301 -1.031745</w:t>
        <w:br/>
        <w:t>v 1.676342 14.637965 -1.031808</w:t>
        <w:br/>
        <w:t>v 1.701548 14.654637 -1.096127</w:t>
        <w:br/>
        <w:t>v 1.699044 14.635806 -1.096444</w:t>
        <w:br/>
        <w:t>v 1.685714 14.631933 -1.032810</w:t>
        <w:br/>
        <w:t>v 1.699044 14.635806 -1.096444</w:t>
        <w:br/>
        <w:t>v 1.676342 14.637965 -1.031808</w:t>
        <w:br/>
        <w:t>v 1.758181 14.628485 -1.131755</w:t>
        <w:br/>
        <w:t>v 1.760671 14.647195 -1.131437</w:t>
        <w:br/>
        <w:t>v 1.705918 14.630010 -1.090325</w:t>
        <w:br/>
        <w:t>v 1.685714 14.631933 -1.032810</w:t>
        <w:br/>
        <w:t>v 1.674173 14.548184 -1.033031</w:t>
        <w:br/>
        <w:t>v 1.705918 14.630010 -1.090325</w:t>
        <w:br/>
        <w:t>v 1.694402 14.546268 -1.092304</w:t>
        <w:br/>
        <w:t>v 1.747270 14.539714 -1.123824</w:t>
        <w:br/>
        <w:t>v 1.758547 14.623487 -1.121749</w:t>
        <w:br/>
        <w:t>v 1.758547 14.623487 -1.121749</w:t>
        <w:br/>
        <w:t>v 1.758181 14.628485 -1.131755</w:t>
        <w:br/>
        <w:t>v 1.816252 14.615648 -1.101539</w:t>
        <w:br/>
        <w:t>v 1.816252 14.615648 -1.101539</w:t>
        <w:br/>
        <w:t>v 1.806328 14.531693 -1.103583</w:t>
        <w:br/>
        <w:t>v 1.823023 14.619669 -1.109046</w:t>
        <w:br/>
        <w:t>v 1.823023 14.619669 -1.109046</w:t>
        <w:br/>
        <w:t>v 1.825565 14.638801 -1.108727</w:t>
        <w:br/>
        <w:t>v 1.860509 14.634100 -1.049677</w:t>
        <w:br/>
        <w:t>v 1.857910 14.614335 -1.049742</w:t>
        <w:br/>
        <w:t>v 1.857910 14.614335 -1.049742</w:t>
        <w:br/>
        <w:t>v 1.847299 14.610898 -1.048771</w:t>
        <w:br/>
        <w:t>v 1.847094 14.609342 -1.048776</w:t>
        <w:br/>
        <w:t>v 1.847299 14.610898 -1.048771</w:t>
        <w:br/>
        <w:t>v 1.844551 14.602296 -1.064750</w:t>
        <w:br/>
        <w:t>v 1.847094 14.609342 -1.048776</w:t>
        <w:br/>
        <w:t>v 1.844551 14.602296 -1.064750</w:t>
        <w:br/>
        <w:t>v 1.835883 14.608653 -1.047703</w:t>
        <w:br/>
        <w:t>v 1.841718 14.586560 -1.072441</w:t>
        <w:br/>
        <w:t>v 1.829847 14.602086 -1.061147</w:t>
        <w:br/>
        <w:t>v 1.841718 14.586560 -1.072441</w:t>
        <w:br/>
        <w:t>v 1.829847 14.602086 -1.061147</w:t>
        <w:br/>
        <w:t>v 1.826147 14.573775 -1.061451</w:t>
        <w:br/>
        <w:t>v 1.835883 14.608653 -1.047703</w:t>
        <w:br/>
        <w:t>v 1.830251 14.565551 -1.047846</w:t>
        <w:br/>
        <w:t>v 1.830251 14.565551 -1.047846</w:t>
        <w:br/>
        <w:t>v 1.826147 14.573775 -1.061451</w:t>
        <w:br/>
        <w:t>v 1.840916 14.562078 -1.048932</w:t>
        <w:br/>
        <w:t>v 1.825821 14.588619 -1.067226</w:t>
        <w:br/>
        <w:t>v 1.825821 14.588619 -1.067226</w:t>
        <w:br/>
        <w:t>v 1.840302 14.570032 -1.065180</w:t>
        <w:br/>
        <w:t>v 1.840302 14.570032 -1.065180</w:t>
        <w:br/>
        <w:t>v 1.837431 14.526914 -1.049157</w:t>
        <w:br/>
        <w:t>v 1.840916 14.562078 -1.048932</w:t>
        <w:br/>
        <w:t>v 1.011979 12.454026 -1.002419</w:t>
        <w:br/>
        <w:t>v 1.019747 12.454868 -1.156307</w:t>
        <w:br/>
        <w:t>v 1.004200 12.470778 -1.001399</w:t>
        <w:br/>
        <w:t>v 1.012167 12.471637 -1.158194</w:t>
        <w:br/>
        <w:t>v 1.118810 12.444298 -1.349897</w:t>
        <w:br/>
        <w:t>v 1.053284 12.560610 -1.150709</w:t>
        <w:br/>
        <w:t>v 1.045777 12.559814 -1.003999</w:t>
        <w:br/>
        <w:t>v 1.113327 12.460839 -1.355885</w:t>
        <w:br/>
        <w:t>v 1.101105 12.648292 -1.140176</w:t>
        <w:br/>
        <w:t>v 1.094034 12.647606 -1.007264</w:t>
        <w:br/>
        <w:t>v 1.082988 12.685831 -1.005586</w:t>
        <w:br/>
        <w:t>v 1.148152 12.550488 -1.336092</w:t>
        <w:br/>
        <w:t>v 1.188235 12.638993 -1.310447</w:t>
        <w:br/>
        <w:t>v 1.285510 12.439965 -1.494988</w:t>
        <w:br/>
        <w:t>v 1.287421 12.423861 -1.486115</w:t>
        <w:br/>
        <w:t>v 1.309617 12.530917 -1.466533</w:t>
        <w:br/>
        <w:t>v 1.431804 12.421042 -1.522989</w:t>
        <w:br/>
        <w:t>v 1.436725 12.404530 -1.509359</w:t>
        <w:br/>
        <w:t>v 1.090386 12.686536 -1.143095</w:t>
        <w:br/>
        <w:t>v 1.553176 12.405030 -1.519346</w:t>
        <w:br/>
        <w:t>v 1.551432 12.389402 -1.505397</w:t>
        <w:br/>
        <w:t>v 1.708965 12.368147 -1.462015</w:t>
        <w:br/>
        <w:t>v 1.120455 12.737234 -1.137362</w:t>
        <w:br/>
        <w:t>v 1.113441 12.736577 -1.007721</w:t>
        <w:br/>
        <w:t>v 1.175258 12.737042 -1.013690</w:t>
        <w:br/>
        <w:t>v 1.180802 12.737698 -1.127753</w:t>
        <w:br/>
        <w:t>v 1.205952 12.728110 -1.304443</w:t>
        <w:br/>
        <w:t>v 1.253305 12.729962 -1.269441</w:t>
        <w:br/>
        <w:t>v 1.180893 12.676874 -1.319966</w:t>
        <w:br/>
        <w:t>v 1.351475 12.710473 -1.422007</w:t>
        <w:br/>
        <w:t>v 1.376710 12.715000 -1.369137</w:t>
        <w:br/>
        <w:t>v 1.339367 12.657622 -1.440176</w:t>
        <w:br/>
        <w:t>v 1.351475 12.710473 -1.422007</w:t>
        <w:br/>
        <w:t>v 1.382666 12.706432 -1.426863</w:t>
        <w:br/>
        <w:t>v 1.382666 12.706432 -1.426863</w:t>
        <w:br/>
        <w:t>v 1.472492 12.694825 -1.446072</w:t>
        <w:br/>
        <w:t>v 1.532890 12.694783 -1.393453</w:t>
        <w:br/>
        <w:t>v 1.387295 12.706792 -1.443526</w:t>
        <w:br/>
        <w:t>v 1.336536 12.621018 -1.430256</w:t>
        <w:br/>
        <w:t>v 1.556009 12.683881 -1.445072</w:t>
        <w:br/>
        <w:t>v 1.685237 12.674227 -1.351499</w:t>
        <w:br/>
        <w:t>v 1.469722 12.696243 -1.466133</w:t>
        <w:br/>
        <w:t>v 1.547985 12.685888 -1.460559</w:t>
        <w:br/>
        <w:t>v 1.715294 12.662389 -1.401207</w:t>
        <w:br/>
        <w:t>v 1.469722 12.696243 -1.466133</w:t>
        <w:br/>
        <w:t>v 1.387295 12.706792 -1.443526</w:t>
        <w:br/>
        <w:t>v 1.463001 12.644011 -1.486508</w:t>
        <w:br/>
        <w:t>v 1.547985 12.685888 -1.460559</w:t>
        <w:br/>
        <w:t>v 1.345184 12.659172 -1.454279</w:t>
        <w:br/>
        <w:t>v 1.359956 12.623449 -1.441550</w:t>
        <w:br/>
        <w:t>v 1.345184 12.659172 -1.454279</w:t>
        <w:br/>
        <w:t>v 1.353164 12.618867 -1.432845</w:t>
        <w:br/>
        <w:t>v 1.342840 12.559511 -1.454785</w:t>
        <w:br/>
        <w:t>v 1.342840 12.559511 -1.454785</w:t>
        <w:br/>
        <w:t>v 1.350243 12.572393 -1.471723</w:t>
        <w:br/>
        <w:t>v 1.353164 12.618867 -1.432845</w:t>
        <w:br/>
        <w:t>v 1.451642 12.544099 -1.485535</w:t>
        <w:br/>
        <w:t>v 1.350243 12.572393 -1.471723</w:t>
        <w:br/>
        <w:t>v 1.342840 12.559511 -1.454785</w:t>
        <w:br/>
        <w:t>v 1.451642 12.544099 -1.485535</w:t>
        <w:br/>
        <w:t>v 1.452233 12.559353 -1.500424</w:t>
        <w:br/>
        <w:t>v 1.452233 12.559353 -1.500424</w:t>
        <w:br/>
        <w:t>v 1.459796 12.610786 -1.471255</w:t>
        <w:br/>
        <w:t>v 1.545846 12.548015 -1.487851</w:t>
        <w:br/>
        <w:t>v 1.545846 12.548015 -1.487851</w:t>
        <w:br/>
        <w:t>v 1.555083 12.598052 -1.461241</w:t>
        <w:br/>
        <w:t>v 1.574289 12.631289 -1.479353</w:t>
        <w:br/>
        <w:t>v 1.555083 12.598052 -1.461241</w:t>
        <w:br/>
        <w:t>v 1.561078 12.591749 -1.449327</w:t>
        <w:br/>
        <w:t>v 1.581457 12.628055 -1.462365</w:t>
        <w:br/>
        <w:t>v 1.574289 12.631289 -1.479353</w:t>
        <w:br/>
        <w:t>v 1.574289 12.631289 -1.479353</w:t>
        <w:br/>
        <w:t>v 1.581457 12.628055 -1.462365</w:t>
        <w:br/>
        <w:t>v 1.552525 12.533495 -1.471805</w:t>
        <w:br/>
        <w:t>v 1.552525 12.533495 -1.471805</w:t>
        <w:br/>
        <w:t>v 1.707303 12.572018 -1.409059</w:t>
        <w:br/>
        <w:t>v 1.720080 12.607303 -1.422400</w:t>
        <w:br/>
        <w:t>v 1.858764 12.587289 -1.281212</w:t>
        <w:br/>
        <w:t>v 1.840813 12.552752 -1.273139</w:t>
        <w:br/>
        <w:t>v 1.846302 12.643485 -1.267834</w:t>
        <w:br/>
        <w:t>v 1.796333 12.658194 -1.238396</w:t>
        <w:br/>
        <w:t>v 1.852865 12.648839 -1.080619</w:t>
        <w:br/>
        <w:t>v 1.912490 12.632567 -1.086644</w:t>
        <w:br/>
        <w:t>v 1.928856 12.575727 -1.089133</w:t>
        <w:br/>
        <w:t>v 1.908341 12.541613 -1.087694</w:t>
        <w:br/>
        <w:t>v 1.932376 12.444405 -1.091569</w:t>
        <w:br/>
        <w:t>v 1.858652 12.456589 -1.295474</w:t>
        <w:br/>
        <w:t>v 1.949637 12.347711 -1.094781</w:t>
        <w:br/>
        <w:t>v 1.713290 12.477563 -1.443456</w:t>
        <w:br/>
        <w:t>v 1.870991 12.360705 -1.312570</w:t>
        <w:br/>
        <w:t>v 1.937806 12.333512 -1.093864</w:t>
        <w:br/>
        <w:t>v 1.860759 12.346241 -1.307480</w:t>
        <w:br/>
        <w:t>v 1.715983 12.383074 -1.470378</w:t>
        <w:br/>
        <w:t>v 1.551118 12.499437 -1.492248</w:t>
        <w:br/>
        <w:t>v 1.446591 12.513201 -1.493082</w:t>
        <w:br/>
        <w:t>v 1.397149 14.426044 -1.008193</w:t>
        <w:br/>
        <w:t>v 1.407550 14.445943 -1.072478</w:t>
        <w:br/>
        <w:t>v 1.413717 14.444392 -1.009503</w:t>
        <w:br/>
        <w:t>v 1.388120 14.428366 -1.100068</w:t>
        <w:br/>
        <w:t>v 1.423968 14.410165 -1.011040</w:t>
        <w:br/>
        <w:t>v 1.388120 14.428366 -1.100068</w:t>
        <w:br/>
        <w:t>v 1.397149 14.426044 -1.008193</w:t>
        <w:br/>
        <w:t>v 1.413323 14.412961 -1.119232</w:t>
        <w:br/>
        <w:t>v 1.432511 14.490432 -1.101872</w:t>
        <w:br/>
        <w:t>v 1.388120 14.428366 -1.100068</w:t>
        <w:br/>
        <w:t>v 1.413323 14.412961 -1.119232</w:t>
        <w:br/>
        <w:t>v 1.432511 14.490432 -1.101872</w:t>
        <w:br/>
        <w:t>v 1.435179 14.489684 -1.074836</w:t>
        <w:br/>
        <w:t>v 1.456604 14.474889 -1.121184</w:t>
        <w:br/>
        <w:t>v 1.468586 14.539599 -1.076150</w:t>
        <w:br/>
        <w:t>v 1.508136 14.542285 -1.122891</w:t>
        <w:br/>
        <w:t>v 1.492408 14.572979 -1.105518</w:t>
        <w:br/>
        <w:t>v 1.492408 14.572979 -1.105518</w:t>
        <w:br/>
        <w:t>v 1.474230 14.537384 -1.013870</w:t>
        <w:br/>
        <w:t>v 1.501213 14.570694 -1.015947</w:t>
        <w:br/>
        <w:t>v 1.644019 14.553248 -1.120815</w:t>
        <w:br/>
        <w:t>v 1.492408 14.572979 -1.105518</w:t>
        <w:br/>
        <w:t>v 1.644019 14.553248 -1.120815</w:t>
        <w:br/>
        <w:t>v 1.674173 14.548184 -1.033031</w:t>
        <w:br/>
        <w:t>v 1.694402 14.546268 -1.092304</w:t>
        <w:br/>
        <w:t>v 1.641141 14.530653 -1.136381</w:t>
        <w:br/>
        <w:t>v 1.747270 14.539714 -1.123824</w:t>
        <w:br/>
        <w:t>v 1.790857 14.534137 -1.135740</w:t>
        <w:br/>
        <w:t>v 1.791293 14.511414 -1.147125</w:t>
        <w:br/>
        <w:t>v 1.806328 14.531693 -1.103583</w:t>
        <w:br/>
        <w:t>v 1.830275 14.528779 -1.121935</w:t>
        <w:br/>
        <w:t>v 1.830275 14.528779 -1.121935</w:t>
        <w:br/>
        <w:t>v 1.831787 14.505909 -1.132943</w:t>
        <w:br/>
        <w:t>v 1.837431 14.526914 -1.049157</w:t>
        <w:br/>
        <w:t>v 1.859842 14.502885 -1.051707</w:t>
        <w:br/>
        <w:t>v 1.854932 14.524587 -1.050886</w:t>
        <w:br/>
        <w:t>v 1.854932 14.524587 -1.050886</w:t>
        <w:br/>
        <w:t>v 1.155050 13.674427 -0.996778</w:t>
        <w:br/>
        <w:t>v 1.246802 14.391979 -0.994199</w:t>
        <w:br/>
        <w:t>v 1.132775 13.677329 -1.030622</w:t>
        <w:br/>
        <w:t>v 1.224181 14.394592 -1.037303</w:t>
        <w:br/>
        <w:t>v 1.246802 14.391979 -0.994199</w:t>
        <w:br/>
        <w:t>v 1.220674 14.405999 -0.991449</w:t>
        <w:br/>
        <w:t>v 1.224181 14.394592 -1.037303</w:t>
        <w:br/>
        <w:t>v 1.178104 14.400473 -1.051563</w:t>
        <w:br/>
        <w:t>v 1.085239 13.683458 -1.045337</w:t>
        <w:br/>
        <w:t>v 1.206977 14.407513 -1.026197</w:t>
        <w:br/>
        <w:t>v 1.220674 14.405999 -0.991449</w:t>
        <w:br/>
        <w:t>v 1.228775 14.435159 -0.991767</w:t>
        <w:br/>
        <w:t>v 1.206977 14.407513 -1.026197</w:t>
        <w:br/>
        <w:t>v 1.135550 14.406145 -1.028802</w:t>
        <w:br/>
        <w:t>v 1.041298 13.689054 -1.021852</w:t>
        <w:br/>
        <w:t>v 1.025717 13.690999 -0.984008</w:t>
        <w:br/>
        <w:t>v 1.121493 14.408307 -0.981822</w:t>
        <w:br/>
        <w:t>v 1.121493 14.408307 -0.981822</w:t>
        <w:br/>
        <w:t>v 1.135550 14.406145 -1.028802</w:t>
        <w:br/>
        <w:t>v 1.150349 14.415164 -0.984503</w:t>
        <w:br/>
        <w:t>v 1.157236 14.413997 -1.021427</w:t>
        <w:br/>
        <w:t>v 1.181117 14.410813 -1.034201</w:t>
        <w:br/>
        <w:t>v 1.181117 14.410813 -1.034201</w:t>
        <w:br/>
        <w:t>v 1.184664 14.440550 -1.037651</w:t>
        <w:br/>
        <w:t>v 1.157236 14.413997 -1.021427</w:t>
        <w:br/>
        <w:t>v 1.157918 14.444116 -1.023345</w:t>
        <w:br/>
        <w:t>v 1.150349 14.415164 -0.984503</w:t>
        <w:br/>
        <w:t>v 1.150018 14.445424 -0.983988</w:t>
        <w:br/>
        <w:t>v 1.213623 14.436852 -1.028688</w:t>
        <w:br/>
        <w:t>v 1.184317 14.447749 -1.051052</w:t>
        <w:br/>
        <w:t>v 1.140000 14.453653 -1.027348</w:t>
        <w:br/>
        <w:t>v 1.150018 14.445424 -0.983988</w:t>
        <w:br/>
        <w:t>v 1.125077 14.455917 -0.981409</w:t>
        <w:br/>
        <w:t>v 1.228775 14.435159 -0.991767</w:t>
        <w:br/>
        <w:t>v 1.232303 14.441623 -1.036200</w:t>
        <w:br/>
        <w:t>v 1.255578 14.438910 -0.994299</w:t>
        <w:br/>
        <w:t>v 1.255578 14.438910 -0.994299</w:t>
        <w:br/>
        <w:t>v 1.258529 14.461480 -0.994224</w:t>
        <w:br/>
        <w:t>v 1.232303 14.441623 -1.036200</w:t>
        <w:br/>
        <w:t>v 1.184317 14.447749 -1.051052</w:t>
        <w:br/>
        <w:t>v 1.187246 14.470321 -1.051206</w:t>
        <w:br/>
        <w:t>v 1.140000 14.453653 -1.027348</w:t>
        <w:br/>
        <w:t>v 1.142929 14.476227 -1.027502</w:t>
        <w:br/>
        <w:t>v 1.125077 14.455917 -0.981409</w:t>
        <w:br/>
        <w:t>v 1.128028 14.478488 -0.981334</w:t>
        <w:br/>
        <w:t>v 1.235232 14.464196 -1.036355</w:t>
        <w:br/>
        <w:t>v 1.162568 14.529146 -1.017306</w:t>
        <w:br/>
        <w:t>v 1.151362 14.530847 -0.982755</w:t>
        <w:br/>
        <w:t>v 1.231904 14.520108 -1.023956</w:t>
        <w:br/>
        <w:t>v 1.249391 14.518067 -0.992438</w:t>
        <w:br/>
        <w:t>v 1.195858 14.524707 -1.035112</w:t>
        <w:br/>
        <w:t>v 1.180648 14.559486 -1.006037</w:t>
        <w:br/>
        <w:t>v 1.173515 14.560571 -0.984423</w:t>
        <w:br/>
        <w:t>v 1.205161 14.571992 -0.987301</w:t>
        <w:br/>
        <w:t>v 1.201755 14.556674 -1.017326</w:t>
        <w:br/>
        <w:t>v 1.224609 14.553756 -1.010253</w:t>
        <w:br/>
        <w:t>v 1.235668 14.552466 -0.990562</w:t>
        <w:br/>
        <w:t>v 1.676342 14.637965 -1.031808</w:t>
        <w:br/>
        <w:t>v 1.678886 14.657301 -1.031745</w:t>
        <w:br/>
        <w:t>v 1.713452 14.652674 -0.973014</w:t>
        <w:br/>
        <w:t>v 1.710998 14.633835 -0.972818</w:t>
        <w:br/>
        <w:t>v 1.676342 14.637965 -1.031808</w:t>
        <w:br/>
        <w:t>v 1.710998 14.633835 -0.972818</w:t>
        <w:br/>
        <w:t>v 1.685714 14.631933 -1.032810</w:t>
        <w:br/>
        <w:t>v 1.775781 14.625577 -0.949739</w:t>
        <w:br/>
        <w:t>v 1.778221 14.644303 -0.949936</w:t>
        <w:br/>
        <w:t>v 1.716554 14.628255 -0.980321</w:t>
        <w:br/>
        <w:t>v 1.674173 14.548184 -1.033031</w:t>
        <w:br/>
        <w:t>v 1.685714 14.631933 -1.032810</w:t>
        <w:br/>
        <w:t>v 1.716554 14.628255 -0.980321</w:t>
        <w:br/>
        <w:t>v 1.705375 14.544460 -0.978821</w:t>
        <w:br/>
        <w:t>v 1.763281 14.537073 -0.958235</w:t>
        <w:br/>
        <w:t>v 1.774208 14.620904 -0.959782</w:t>
        <w:br/>
        <w:t>v 1.774208 14.620904 -0.959782</w:t>
        <w:br/>
        <w:t>v 1.775781 14.625577 -0.949739</w:t>
        <w:br/>
        <w:t>v 1.826949 14.613886 -0.990908</w:t>
        <w:br/>
        <w:t>v 1.826949 14.613886 -0.990908</w:t>
        <w:br/>
        <w:t>v 1.817344 14.529878 -0.989656</w:t>
        <w:br/>
        <w:t>v 1.835045 14.617686 -0.984715</w:t>
        <w:br/>
        <w:t>v 1.835045 14.617686 -0.984715</w:t>
        <w:br/>
        <w:t>v 1.837538 14.636825 -0.984910</w:t>
        <w:br/>
        <w:t>v 1.860509 14.634100 -1.049677</w:t>
        <w:br/>
        <w:t>v 1.857910 14.614335 -1.049742</w:t>
        <w:br/>
        <w:t>v 1.857910 14.614335 -1.049742</w:t>
        <w:br/>
        <w:t>v 1.847299 14.610898 -1.048771</w:t>
        <w:br/>
        <w:t>v 1.847299 14.610898 -1.048771</w:t>
        <w:br/>
        <w:t>v 1.847094 14.609342 -1.048776</w:t>
        <w:br/>
        <w:t>v 1.847636 14.601787 -1.032841</w:t>
        <w:br/>
        <w:t>v 1.847094 14.609342 -1.048776</w:t>
        <w:br/>
        <w:t>v 1.835883 14.608653 -1.047703</w:t>
        <w:br/>
        <w:t>v 1.847636 14.601787 -1.032841</w:t>
        <w:br/>
        <w:t>v 1.846281 14.585808 -1.025251</w:t>
        <w:br/>
        <w:t>v 1.832514 14.601645 -1.033565</w:t>
        <w:br/>
        <w:t>v 1.846281 14.585808 -1.025251</w:t>
        <w:br/>
        <w:t>v 1.832514 14.601645 -1.033565</w:t>
        <w:br/>
        <w:t>v 1.835883 14.608653 -1.047703</w:t>
        <w:br/>
        <w:t>v 1.828855 14.573325 -1.033453</w:t>
        <w:br/>
        <w:t>v 1.830251 14.565551 -1.047846</w:t>
        <w:br/>
        <w:t>v 1.830251 14.565551 -1.047846</w:t>
        <w:br/>
        <w:t>v 1.840916 14.562078 -1.048932</w:t>
        <w:br/>
        <w:t>v 1.828855 14.573325 -1.033453</w:t>
        <w:br/>
        <w:t>v 1.829686 14.587983 -1.027256</w:t>
        <w:br/>
        <w:t>v 1.829686 14.587983 -1.027256</w:t>
        <w:br/>
        <w:t>v 1.843450 14.569513 -1.032625</w:t>
        <w:br/>
        <w:t>v 1.843450 14.569513 -1.032625</w:t>
        <w:br/>
        <w:t>v 1.840916 14.562078 -1.048932</w:t>
        <w:br/>
        <w:t>v 1.837431 14.526914 -1.049157</w:t>
        <w:br/>
        <w:t>v 1.004200 12.470778 -1.001399</w:t>
        <w:br/>
        <w:t>v 1.049083 12.450027 -0.852920</w:t>
        <w:br/>
        <w:t>v 1.011979 12.454026 -1.002419</w:t>
        <w:br/>
        <w:t>v 1.042055 12.466698 -0.849086</w:t>
        <w:br/>
        <w:t>v 1.183360 12.433642 -0.682322</w:t>
        <w:br/>
        <w:t>v 1.081249 12.555992 -0.861493</w:t>
        <w:br/>
        <w:t>v 1.045777 12.559814 -1.003999</w:t>
        <w:br/>
        <w:t>v 1.179177 12.449971 -0.674875</w:t>
        <w:br/>
        <w:t>v 1.126435 12.644114 -0.878214</w:t>
        <w:br/>
        <w:t>v 1.094034 12.647606 -1.007264</w:t>
        <w:br/>
        <w:t>v 1.082988 12.685831 -1.005586</w:t>
        <w:br/>
        <w:t>v 1.209839 12.540306 -0.698128</w:t>
        <w:br/>
        <w:t>v 1.244538 12.629703 -0.728166</w:t>
        <w:br/>
        <w:t>v 1.374752 12.425237 -0.572060</w:t>
        <w:br/>
        <w:t>v 1.374879 12.409428 -0.581640</w:t>
        <w:br/>
        <w:t>v 1.393240 12.517117 -0.601717</w:t>
        <w:br/>
        <w:t>v 1.523641 12.405890 -0.573213</w:t>
        <w:br/>
        <w:t>v 1.525810 12.389830 -0.588048</w:t>
        <w:br/>
        <w:t>v 1.116591 12.682211 -0.872088</w:t>
        <w:br/>
        <w:t>v 1.642020 12.390367 -0.600541</w:t>
        <w:br/>
        <w:t>v 1.637588 12.375186 -0.614385</w:t>
        <w:br/>
        <w:t>v 1.783828 12.355795 -0.687789</w:t>
        <w:br/>
        <w:t>v 1.145159 12.733158 -0.881869</w:t>
        <w:br/>
        <w:t>v 1.113441 12.736577 -1.007721</w:t>
        <w:br/>
        <w:t>v 1.175258 12.737042 -1.013690</w:t>
        <w:br/>
        <w:t>v 1.202550 12.734109 -0.902839</w:t>
        <w:br/>
        <w:t>v 1.261050 12.719020 -0.734632</w:t>
        <w:br/>
        <w:t>v 1.300827 12.722116 -0.777980</w:t>
        <w:br/>
        <w:t>v 1.239271 12.667240 -0.716224</w:t>
        <w:br/>
        <w:t>v 1.426342 12.698117 -0.647737</w:t>
        <w:br/>
        <w:t>v 1.440998 12.704391 -0.704291</w:t>
        <w:br/>
        <w:t>v 1.417777 12.644681 -0.629264</w:t>
        <w:br/>
        <w:t>v 1.426342 12.698117 -0.647737</w:t>
        <w:br/>
        <w:t>v 1.457874 12.694022 -0.649076</w:t>
        <w:br/>
        <w:t>v 1.457874 12.694022 -0.649076</w:t>
        <w:br/>
        <w:t>v 1.412987 12.608404 -0.639611</w:t>
        <w:br/>
        <w:t>v 1.549679 12.682087 -0.647805</w:t>
        <w:br/>
        <w:t>v 1.598880 12.683890 -0.710993</w:t>
        <w:br/>
        <w:t>v 1.426193 12.645803 -0.616495</w:t>
        <w:br/>
        <w:t>v 1.631425 12.671434 -0.665130</w:t>
        <w:br/>
        <w:t>v 1.740306 12.665139 -0.781981</w:t>
        <w:br/>
        <w:t>v 1.465610 12.693868 -0.633605</w:t>
        <w:br/>
        <w:t>v 1.550808 12.682859 -0.627550</w:t>
        <w:br/>
        <w:t>v 1.426193 12.645803 -0.616495</w:t>
        <w:br/>
        <w:t>v 1.429797 12.606221 -0.640325</w:t>
        <w:br/>
        <w:t>v 1.626522 12.672925 -0.648336</w:t>
        <w:br/>
        <w:t>v 1.547955 12.629990 -0.607927</w:t>
        <w:br/>
        <w:t>v 1.465610 12.693868 -0.633605</w:t>
        <w:br/>
        <w:t>v 1.550808 12.682859 -0.627550</w:t>
        <w:br/>
        <w:t>v 1.626522 12.672925 -0.648336</w:t>
        <w:br/>
        <w:t>v 1.659543 12.615167 -0.654805</w:t>
        <w:br/>
        <w:t>v 1.438144 12.610544 -0.632941</w:t>
        <w:br/>
        <w:t>v 1.655772 12.617842 -0.636665</w:t>
        <w:br/>
        <w:t>v 1.655772 12.617842 -0.636665</w:t>
        <w:br/>
        <w:t>v 1.633351 12.585135 -0.651804</w:t>
        <w:br/>
        <w:t>v 1.655772 12.617842 -0.636665</w:t>
        <w:br/>
        <w:t>v 1.659543 12.615167 -0.654805</w:t>
        <w:br/>
        <w:t>v 1.541786 12.597256 -0.623326</w:t>
        <w:br/>
        <w:t>v 1.438144 12.610544 -0.632941</w:t>
        <w:br/>
        <w:t>v 1.434234 12.558533 -0.603096</w:t>
        <w:br/>
        <w:t>v 1.423684 12.546169 -0.618701</w:t>
        <w:br/>
        <w:t>v 1.423684 12.546169 -0.618701</w:t>
        <w:br/>
        <w:t>v 1.539794 12.544900 -0.594889</w:t>
        <w:br/>
        <w:t>v 1.633351 12.585135 -0.651804</w:t>
        <w:br/>
        <w:t>v 1.423684 12.546169 -0.618701</w:t>
        <w:br/>
        <w:t>v 1.434234 12.558533 -0.603096</w:t>
        <w:br/>
        <w:t>v 1.536315 12.530123 -0.609864</w:t>
        <w:br/>
        <w:t>v 1.539794 12.544900 -0.594889</w:t>
        <w:br/>
        <w:t>v 1.536315 12.530123 -0.609864</w:t>
        <w:br/>
        <w:t>v 1.629228 12.534254 -0.625512</w:t>
        <w:br/>
        <w:t>v 1.629228 12.534254 -0.625512</w:t>
        <w:br/>
        <w:t>v 1.636933 12.579231 -0.664838</w:t>
        <w:br/>
        <w:t>v 1.632667 12.520268 -0.642992</w:t>
        <w:br/>
        <w:t>v 1.632667 12.520268 -0.642992</w:t>
        <w:br/>
        <w:t>v 1.532709 12.498990 -0.602470</w:t>
        <w:br/>
        <w:t>v 1.635098 12.485576 -0.623745</w:t>
        <w:br/>
        <w:t>v 1.632667 12.520268 -0.642992</w:t>
        <w:br/>
        <w:t>v 1.772677 12.561232 -0.732974</w:t>
        <w:br/>
        <w:t>v 1.784853 12.465755 -0.703364</w:t>
        <w:br/>
        <w:t>v 1.792364 12.370470 -0.680457</w:t>
        <w:br/>
        <w:t>v 1.914205 12.353574 -0.865662</w:t>
        <w:br/>
        <w:t>v 1.903142 12.339248 -0.869152</w:t>
        <w:br/>
        <w:t>v 1.937806 12.333512 -1.093864</w:t>
        <w:br/>
        <w:t>v 1.949637 12.347711 -1.094781</w:t>
        <w:br/>
        <w:t>v 1.899113 12.449912 -0.877037</w:t>
        <w:br/>
        <w:t>v 1.932376 12.444405 -1.091569</w:t>
        <w:br/>
        <w:t>v 1.877619 12.546679 -0.892491</w:t>
        <w:br/>
        <w:t>v 1.908341 12.541613 -1.087694</w:t>
        <w:br/>
        <w:t>v 1.928856 12.575727 -1.089133</w:t>
        <w:br/>
        <w:t>v 1.896890 12.580997 -0.886918</w:t>
        <w:br/>
        <w:t>v 1.787881 12.596116 -0.721218</w:t>
        <w:br/>
        <w:t>v 1.882268 12.637548 -0.895878</w:t>
        <w:br/>
        <w:t>v 1.912490 12.632567 -1.086644</w:t>
        <w:br/>
        <w:t>v 1.852865 12.648839 -1.080619</w:t>
        <w:br/>
        <w:t>v 1.827631 12.653029 -0.914719</w:t>
        <w:br/>
        <w:t>v 1.779292 12.651830 -0.739350</w:t>
        <w:br/>
        <w:t>v 1.397149 14.426044 -1.008193</w:t>
        <w:br/>
        <w:t>v 1.413717 14.444392 -1.009503</w:t>
        <w:br/>
        <w:t>v 1.419732 14.443932 -0.946495</w:t>
        <w:br/>
        <w:t>v 1.405893 14.425434 -0.916264</w:t>
        <w:br/>
        <w:t>v 1.397149 14.426044 -1.008193</w:t>
        <w:br/>
        <w:t>v 1.405893 14.425434 -0.916264</w:t>
        <w:br/>
        <w:t>v 1.423968 14.410165 -1.011040</w:t>
        <w:br/>
        <w:t>v 1.434252 14.409505 -0.902779</w:t>
        <w:br/>
        <w:t>v 1.449997 14.487549 -0.921036</w:t>
        <w:br/>
        <w:t>v 1.405893 14.425434 -0.916264</w:t>
        <w:br/>
        <w:t>v 1.449997 14.487549 -0.921036</w:t>
        <w:br/>
        <w:t>v 1.434252 14.409505 -0.902779</w:t>
        <w:br/>
        <w:t>v 1.447434 14.487662 -0.948092</w:t>
        <w:br/>
        <w:t>v 1.477295 14.471476 -0.907197</w:t>
        <w:br/>
        <w:t>v 1.480627 14.537611 -0.951624</w:t>
        <w:br/>
        <w:t>v 1.528406 14.538941 -0.913263</w:t>
        <w:br/>
        <w:t>v 1.509736 14.570117 -0.926323</w:t>
        <w:br/>
        <w:t>v 1.509736 14.570117 -0.926323</w:t>
        <w:br/>
        <w:t>v 1.474230 14.537384 -1.013870</w:t>
        <w:br/>
        <w:t>v 1.501213 14.570694 -1.015947</w:t>
        <w:br/>
        <w:t>v 1.661407 14.550377 -0.940981</w:t>
        <w:br/>
        <w:t>v 1.509736 14.570117 -0.926323</w:t>
        <w:br/>
        <w:t>v 1.661407 14.550377 -0.940981</w:t>
        <w:br/>
        <w:t>v 1.674173 14.548184 -1.033031</w:t>
        <w:br/>
        <w:t>v 1.705375 14.544460 -0.978821</w:t>
        <w:br/>
        <w:t>v 1.661496 14.527294 -0.925874</w:t>
        <w:br/>
        <w:t>v 1.763281 14.537073 -0.958235</w:t>
        <w:br/>
        <w:t>v 1.808326 14.531250 -0.955071</w:t>
        <w:br/>
        <w:t>v 1.810865 14.508183 -0.944705</w:t>
        <w:br/>
        <w:t>v 1.817344 14.529878 -0.989656</w:t>
        <w:br/>
        <w:t>v 1.844354 14.526455 -0.976334</w:t>
        <w:br/>
        <w:t>v 1.844354 14.526455 -0.976334</w:t>
        <w:br/>
        <w:t>v 1.847877 14.503256 -0.966547</w:t>
        <w:br/>
        <w:t>v 1.837431 14.526914 -1.049157</w:t>
        <w:br/>
        <w:t>v 1.859842 14.502885 -1.051707</w:t>
        <w:br/>
        <w:t>v 1.854932 14.524587 -1.050886</w:t>
        <w:br/>
        <w:t>v 1.854932 14.524587 -1.050886</w:t>
        <w:br/>
        <w:t>v 1.155050 13.674427 -0.996778</w:t>
        <w:br/>
        <w:t>v 1.139679 13.676189 -0.959219</w:t>
        <w:br/>
        <w:t>v 1.246802 14.391979 -0.994199</w:t>
        <w:br/>
        <w:t>v 1.232865 14.393161 -0.947501</w:t>
        <w:br/>
        <w:t>v 1.246802 14.391979 -0.994199</w:t>
        <w:br/>
        <w:t>v 1.232865 14.393161 -0.947501</w:t>
        <w:br/>
        <w:t>v 1.220674 14.405999 -0.991449</w:t>
        <w:br/>
        <w:t>v 1.190390 14.398448 -0.924500</w:t>
        <w:br/>
        <w:t>v 1.095861 13.681704 -0.935485</w:t>
        <w:br/>
        <w:t>v 1.213891 14.406372 -0.954691</w:t>
        <w:br/>
        <w:t>v 1.048253 13.687906 -0.949930</w:t>
        <w:br/>
        <w:t>v 1.220674 14.405999 -0.991449</w:t>
        <w:br/>
        <w:t>v 1.213891 14.406372 -0.954691</w:t>
        <w:br/>
        <w:t>v 1.228775 14.435159 -0.991767</w:t>
        <w:br/>
        <w:t>v 1.144282 14.404705 -0.938497</w:t>
        <w:br/>
        <w:t>v 1.025717 13.690999 -0.984008</w:t>
        <w:br/>
        <w:t>v 1.121493 14.408307 -0.981822</w:t>
        <w:br/>
        <w:t>v 1.121493 14.408307 -0.981822</w:t>
        <w:br/>
        <w:t>v 1.150349 14.415164 -0.984503</w:t>
        <w:br/>
        <w:t>v 1.144282 14.404705 -0.938497</w:t>
        <w:br/>
        <w:t>v 1.164177 14.412849 -0.949638</w:t>
        <w:br/>
        <w:t>v 1.190054 14.409340 -0.941782</w:t>
        <w:br/>
        <w:t>v 1.190054 14.409340 -0.941782</w:t>
        <w:br/>
        <w:t>v 1.194286 14.438963 -0.938137</w:t>
        <w:br/>
        <w:t>v 1.164177 14.412849 -0.949638</w:t>
        <w:br/>
        <w:t>v 1.150349 14.415164 -0.984503</w:t>
        <w:br/>
        <w:t>v 1.165307 14.442894 -0.946934</w:t>
        <w:br/>
        <w:t>v 1.150018 14.445424 -0.983988</w:t>
        <w:br/>
        <w:t>v 1.220981 14.435637 -0.952593</w:t>
        <w:br/>
        <w:t>v 1.196536 14.445732 -0.924697</w:t>
        <w:br/>
        <w:t>v 1.150018 14.445424 -0.983988</w:t>
        <w:br/>
        <w:t>v 1.148516 14.452250 -0.939274</w:t>
        <w:br/>
        <w:t>v 1.125077 14.455917 -0.981409</w:t>
        <w:br/>
        <w:t>v 1.240769 14.440227 -0.948651</w:t>
        <w:br/>
        <w:t>v 1.228775 14.435159 -0.991767</w:t>
        <w:br/>
        <w:t>v 1.255578 14.438910 -0.994299</w:t>
        <w:br/>
        <w:t>v 1.255578 14.438910 -0.994299</w:t>
        <w:br/>
        <w:t>v 1.240769 14.440227 -0.948651</w:t>
        <w:br/>
        <w:t>v 1.258529 14.461480 -0.994224</w:t>
        <w:br/>
        <w:t>v 1.196536 14.445732 -0.924697</w:t>
        <w:br/>
        <w:t>v 1.148516 14.452250 -0.939274</w:t>
        <w:br/>
        <w:t>v 1.199508 14.468298 -0.924393</w:t>
        <w:br/>
        <w:t>v 1.125077 14.455917 -0.981409</w:t>
        <w:br/>
        <w:t>v 1.151489 14.474814 -0.938970</w:t>
        <w:br/>
        <w:t>v 1.128028 14.478488 -0.981334</w:t>
        <w:br/>
        <w:t>v 1.243742 14.462793 -0.948347</w:t>
        <w:br/>
        <w:t>v 1.238272 14.519055 -0.958105</w:t>
        <w:br/>
        <w:t>v 1.249391 14.518067 -0.992438</w:t>
        <w:br/>
        <w:t>v 1.168973 14.528088 -0.951062</w:t>
        <w:br/>
        <w:t>v 1.151362 14.530847 -0.982755</w:t>
        <w:br/>
        <w:t>v 1.205044 14.523194 -0.940111</w:t>
        <w:br/>
        <w:t>v 1.228590 14.553099 -0.969086</w:t>
        <w:br/>
        <w:t>v 1.235668 14.552466 -0.990562</w:t>
        <w:br/>
        <w:t>v 1.205161 14.571992 -0.987301</w:t>
        <w:br/>
        <w:t>v 1.207522 14.555720 -0.957678</w:t>
        <w:br/>
        <w:t>v 1.184652 14.558825 -0.964621</w:t>
        <w:br/>
        <w:t>v 1.173515 14.560571 -0.984423</w:t>
        <w:br/>
        <w:t>v -0.062834 15.066979 -0.730127</w:t>
        <w:br/>
        <w:t>v -0.044731 15.075247 -0.740498</w:t>
        <w:br/>
        <w:t>v -0.061366 15.063199 -0.714208</w:t>
        <w:br/>
        <w:t>v -0.022859 15.067385 -0.733506</w:t>
        <w:br/>
        <w:t>v -0.044185 15.089477 -0.760746</w:t>
        <w:br/>
        <w:t>v -0.022859 15.067385 -0.733506</w:t>
        <w:br/>
        <w:t>v -0.022655 14.828613 -0.789739</w:t>
        <w:br/>
        <w:t>v -0.061366 15.063199 -0.714208</w:t>
        <w:br/>
        <w:t>v -0.065914 14.824665 -0.799759</w:t>
        <w:br/>
        <w:t>v -0.034894 15.091036 -0.769803</w:t>
        <w:br/>
        <w:t>v -0.129320 15.078238 -0.797172</w:t>
        <w:br/>
        <w:t>v -0.030777 14.830603 -0.796159</w:t>
        <w:br/>
        <w:t>v -0.065914 14.824665 -0.799759</w:t>
        <w:br/>
        <w:t>v -0.022655 14.828613 -0.789739</w:t>
        <w:br/>
        <w:t>v -0.067422 14.828433 -0.815691</w:t>
        <w:br/>
        <w:t>v -0.027151 14.851771 -0.831338</w:t>
        <w:br/>
        <w:t>v -0.022655 14.828613 -0.789739</w:t>
        <w:br/>
        <w:t>v -0.022859 15.067385 -0.733506</w:t>
        <w:br/>
        <w:t>v -0.027151 14.851771 -0.831338</w:t>
        <w:br/>
        <w:t>v -0.034894 15.091036 -0.769803</w:t>
        <w:br/>
        <w:t>v -0.036482 14.848380 -0.822410</w:t>
        <w:br/>
        <w:t>v -0.134753 15.080365 -0.810506</w:t>
        <w:br/>
        <w:t>v -0.203318 15.056751 -0.786373</w:t>
        <w:br/>
        <w:t>v -0.094349 14.849327 -0.861111</w:t>
        <w:br/>
        <w:t>v -0.094349 14.849327 -0.861111</w:t>
        <w:br/>
        <w:t>v -0.134753 15.080365 -0.810506</w:t>
        <w:br/>
        <w:t>v -0.096545 14.845027 -0.847882</w:t>
        <w:br/>
        <w:t>v -0.137612 14.835308 -0.867700</w:t>
        <w:br/>
        <w:t>v -0.208282 15.060185 -0.796925</w:t>
        <w:br/>
        <w:t>v -0.208282 15.060185 -0.796925</w:t>
        <w:br/>
        <w:t>v -0.203318 15.056751 -0.786373</w:t>
        <w:br/>
        <w:t>v -0.214624 15.095650 -0.772455</w:t>
        <w:br/>
        <w:t>v -0.143447 14.840673 -0.878448</w:t>
        <w:br/>
        <w:t>v -0.143447 14.840673 -0.878448</w:t>
        <w:br/>
        <w:t>v -0.208282 15.060185 -0.796925</w:t>
        <w:br/>
        <w:t>v -0.143447 14.840673 -0.878448</w:t>
        <w:br/>
        <w:t>v -0.106578 14.732901 -0.906856</w:t>
        <w:br/>
        <w:t>v -0.137612 14.835308 -0.867700</w:t>
        <w:br/>
        <w:t>v -0.225476 15.103527 -0.795015</w:t>
        <w:br/>
        <w:t>v -0.214624 15.095650 -0.772455</w:t>
        <w:br/>
        <w:t>v -0.230570 15.092415 -0.778732</w:t>
        <w:br/>
        <w:t>v -0.225476 15.103527 -0.795015</w:t>
        <w:br/>
        <w:t>v -0.235417 15.095558 -0.783137</w:t>
        <w:br/>
        <w:t>v -0.117598 14.740800 -0.929703</w:t>
        <w:br/>
        <w:t>v -0.106578 14.732901 -0.906856</w:t>
        <w:br/>
        <w:t>v -0.117598 14.740800 -0.929703</w:t>
        <w:br/>
        <w:t>v -0.122693 14.729741 -0.913536</w:t>
        <w:br/>
        <w:t>v -0.127605 14.732888 -0.918033</w:t>
        <w:br/>
        <w:t>v -0.197652 14.722844 -0.956656</w:t>
        <w:br/>
        <w:t>v -0.198614 14.730221 -0.976240</w:t>
        <w:br/>
        <w:t>v -0.198614 14.730221 -0.976240</w:t>
        <w:br/>
        <w:t>v -0.244125 14.707728 -0.969028</w:t>
        <w:br/>
        <w:t>v -0.307492 15.074540 -0.815327</w:t>
        <w:br/>
        <w:t>v -0.307492 15.074540 -0.815327</w:t>
        <w:br/>
        <w:t>v -0.306569 15.067150 -0.795834</w:t>
        <w:br/>
        <w:t>v -0.352366 15.047203 -0.800525</w:t>
        <w:br/>
        <w:t>v -0.363750 15.019609 -0.754364</w:t>
        <w:br/>
        <w:t>v -0.388364 15.011217 -0.752038</w:t>
        <w:br/>
        <w:t>v -0.370040 15.049787 -0.821890</w:t>
        <w:br/>
        <w:t>v -0.370040 15.049787 -0.821890</w:t>
        <w:br/>
        <w:t>v -0.370040 15.049787 -0.821890</w:t>
        <w:br/>
        <w:t>v -0.388364 15.011217 -0.752038</w:t>
        <w:br/>
        <w:t>v -0.280318 14.680946 -0.917799</w:t>
        <w:br/>
        <w:t>v -0.263449 14.681098 -0.917929</w:t>
        <w:br/>
        <w:t>v -0.280318 14.680946 -0.917799</w:t>
        <w:br/>
        <w:t>v -0.258888 14.711185 -0.987365</w:t>
        <w:br/>
        <w:t>v -0.258888 14.711185 -0.987365</w:t>
        <w:br/>
        <w:t>v -0.258888 14.711185 -0.987365</w:t>
        <w:br/>
        <w:t>v -0.513539 15.031140 -0.645902</w:t>
        <w:br/>
        <w:t>v -0.755220 15.114012 -0.538233</w:t>
        <w:br/>
        <w:t>v -0.765825 15.094868 -0.543782</w:t>
        <w:br/>
        <w:t>v -0.772842 14.986084 -0.575478</w:t>
        <w:br/>
        <w:t>v -0.535281 14.906564 -0.706982</w:t>
        <w:br/>
        <w:t>v -0.355082 14.978169 -0.685240</w:t>
        <w:br/>
        <w:t>v -0.388923 14.859012 -0.720355</w:t>
        <w:br/>
        <w:t>v -0.403049 14.838778 -0.664308</w:t>
        <w:br/>
        <w:t>v -0.388923 14.859012 -0.720355</w:t>
        <w:br/>
        <w:t>v -0.535281 14.906564 -0.706982</w:t>
        <w:br/>
        <w:t>v -0.540245 14.878126 -0.656572</w:t>
        <w:br/>
        <w:t>v -0.772842 14.986084 -0.575478</w:t>
        <w:br/>
        <w:t>v -0.775377 14.946797 -0.519688</w:t>
        <w:br/>
        <w:t>v -0.927790 15.032646 -0.465522</w:t>
        <w:br/>
        <w:t>v -0.927790 15.032646 -0.465522</w:t>
        <w:br/>
        <w:t>v -0.888816 15.132868 -0.467757</w:t>
        <w:br/>
        <w:t>v -0.902397 14.982457 -0.430472</w:t>
        <w:br/>
        <w:t>v -1.035486 15.173246 -0.336370</w:t>
        <w:br/>
        <w:t>v -1.051951 15.025018 -0.332238</w:t>
        <w:br/>
        <w:t>v -1.080425 15.073544 -0.351042</w:t>
        <w:br/>
        <w:t>v -1.073238 15.190545 -0.334239</w:t>
        <w:br/>
        <w:t>v -1.149978 15.003599 -0.369990</w:t>
        <w:br/>
        <w:t>v -1.051951 15.025018 -0.332238</w:t>
        <w:br/>
        <w:t>v -1.079580 14.944637 -0.339918</w:t>
        <w:br/>
        <w:t>v -1.241961 15.256407 -0.207804</w:t>
        <w:br/>
        <w:t>v -1.135371 14.941339 -0.302114</w:t>
        <w:br/>
        <w:t>v -1.079580 14.944637 -0.339918</w:t>
        <w:br/>
        <w:t>v -1.149978 15.003599 -0.369990</w:t>
        <w:br/>
        <w:t>v -1.258583 15.193219 -0.211534</w:t>
        <w:br/>
        <w:t>v -1.200427 15.000923 -0.342296</w:t>
        <w:br/>
        <w:t>v -1.200427 15.000923 -0.342296</w:t>
        <w:br/>
        <w:t>v -1.322834 15.000973 -0.044604</w:t>
        <w:br/>
        <w:t>v -1.429451 15.071608 -0.089933</w:t>
        <w:br/>
        <w:t>v -1.429451 15.071608 -0.089933</w:t>
        <w:br/>
        <w:t>v -1.373335 15.233416 -0.066865</w:t>
        <w:br/>
        <w:t>v -1.458938 15.058300 0.201068</w:t>
        <w:br/>
        <w:t>v -1.579317 15.128605 0.178078</w:t>
        <w:br/>
        <w:t>v -1.579317 15.128605 0.178078</w:t>
        <w:br/>
        <w:t>v -1.525632 15.294537 0.191789</w:t>
        <w:br/>
        <w:t>v -1.525710 15.094377 0.459838</w:t>
        <w:br/>
        <w:t>v -1.649209 15.158331 0.438421</w:t>
        <w:br/>
        <w:t>v -1.649209 15.158331 0.438421</w:t>
        <w:br/>
        <w:t>v -1.600578 15.319422 0.445179</w:t>
        <w:br/>
        <w:t>v -1.565568 15.117757 0.646366</w:t>
        <w:br/>
        <w:t>v -1.697500 15.179340 0.638672</w:t>
        <w:br/>
        <w:t>v -1.697500 15.179340 0.638672</w:t>
        <w:br/>
        <w:t>v -1.654589 15.336658 0.645235</w:t>
        <w:br/>
        <w:t>v -1.627467 15.327054 0.926891</w:t>
        <w:br/>
        <w:t>v -1.674212 15.170206 0.926280</w:t>
        <w:br/>
        <w:t>v -1.674212 15.170206 0.926280</w:t>
        <w:br/>
        <w:t>v -1.547647 15.120045 0.914506</w:t>
        <w:br/>
        <w:t>v -1.538095 15.285126 1.210458</w:t>
        <w:br/>
        <w:t>v -1.580435 15.128515 1.205299</w:t>
        <w:br/>
        <w:t>v -1.580435 15.128515 1.205299</w:t>
        <w:br/>
        <w:t>v -1.475092 15.087137 1.170782</w:t>
        <w:br/>
        <w:t>v -1.316258 15.201837 1.481080</w:t>
        <w:br/>
        <w:t>v -1.371373 15.035843 1.466382</w:t>
        <w:br/>
        <w:t>v -1.371373 15.035843 1.466382</w:t>
        <w:br/>
        <w:t>v -1.290955 14.998055 1.412697</w:t>
        <w:br/>
        <w:t>v -1.176931 14.950838 1.607412</w:t>
        <w:br/>
        <w:t>v -1.176931 14.950838 1.607412</w:t>
        <w:br/>
        <w:t>v -1.112485 14.926211 1.530308</w:t>
        <w:br/>
        <w:t>v -1.048429 14.936415 1.587139</w:t>
        <w:br/>
        <w:t>v -1.099425 14.966407 1.651246</w:t>
        <w:br/>
        <w:t>v -1.099425 14.966407 1.651246</w:t>
        <w:br/>
        <w:t>v -1.298389 15.255081 1.490450</w:t>
        <w:br/>
        <w:t>v -1.045869 15.156962 1.673391</w:t>
        <w:br/>
        <w:t>v -1.042075 15.023032 1.648570</w:t>
        <w:br/>
        <w:t>v -1.009871 14.980731 1.583825</w:t>
        <w:br/>
        <w:t>v -1.014133 15.145267 1.669778</w:t>
        <w:br/>
        <w:t>v -1.009871 14.980731 1.583825</w:t>
        <w:br/>
        <w:t>v -1.042075 15.023032 1.648570</w:t>
        <w:br/>
        <w:t>v -0.843435 14.917283 1.660396</w:t>
        <w:br/>
        <w:t>v -0.805981 15.063316 1.730026</w:t>
        <w:br/>
        <w:t>v -0.856249 14.948824 1.714665</w:t>
        <w:br/>
        <w:t>v -0.856249 14.948824 1.714665</w:t>
        <w:br/>
        <w:t>v -0.626861 14.834712 1.722268</w:t>
        <w:br/>
        <w:t>v -0.630681 14.937226 1.783151</w:t>
        <w:br/>
        <w:t>v -0.628889 14.997519 1.782776</w:t>
        <w:br/>
        <w:t>v -0.428274 14.925756 1.813615</w:t>
        <w:br/>
        <w:t>v -0.632969 14.860701 1.783634</w:t>
        <w:br/>
        <w:t>v -0.632969 14.860701 1.783634</w:t>
        <w:br/>
        <w:t>v -0.470627 14.776581 1.737486</w:t>
        <w:br/>
        <w:t>v -0.460802 14.800074 1.796954</w:t>
        <w:br/>
        <w:t>v 0.432159 5.379699 -0.482230</w:t>
        <w:br/>
        <w:t>v 0.674704 5.336080 -0.918043</w:t>
        <w:br/>
        <w:t>v 0.372957 5.421762 -0.498381</w:t>
        <w:br/>
        <w:t>v 0.643785 5.380818 -0.949226</w:t>
        <w:br/>
        <w:t>v 1.068693 5.299357 -1.207227</w:t>
        <w:br/>
        <w:t>v 1.085483 5.279399 -1.144365</w:t>
        <w:br/>
        <w:t>v 0.625885 5.807498 -0.767187</w:t>
        <w:br/>
        <w:t>v 0.372957 5.421762 -0.498381</w:t>
        <w:br/>
        <w:t>v 0.384918 5.837996 -0.333459</w:t>
        <w:br/>
        <w:t>v 1.068693 5.299357 -1.207227</w:t>
        <w:br/>
        <w:t>v 1.026562 5.779938 -1.015011</w:t>
        <w:br/>
        <w:t>v 1.560399 5.277192 -1.182415</w:t>
        <w:br/>
        <w:t>v 1.543386 5.254344 -1.117795</w:t>
        <w:br/>
        <w:t>v 0.613252 6.321766 -0.603971</w:t>
        <w:br/>
        <w:t>v 0.374772 6.343246 -0.189851</w:t>
        <w:br/>
        <w:t>v 1.974839 5.323913 -0.848423</w:t>
        <w:br/>
        <w:t>v 1.923459 5.277329 -0.812779</w:t>
        <w:br/>
        <w:t>v 1.560399 5.277192 -1.182415</w:t>
        <w:br/>
        <w:t>v 1.515286 5.755792 -1.024394</w:t>
        <w:br/>
        <w:t>v 1.974839 5.323913 -0.848423</w:t>
        <w:br/>
        <w:t>v 2.256442 5.354081 -0.331190</w:t>
        <w:br/>
        <w:t>v 2.195406 5.308891 -0.305547</w:t>
        <w:br/>
        <w:t>v 2.256442 5.354081 -0.331190</w:t>
        <w:br/>
        <w:t>v 2.195406 5.308891 -0.305547</w:t>
        <w:br/>
        <w:t>v 2.142739 5.785689 -0.241207</w:t>
        <w:br/>
        <w:t>v 1.951695 5.762544 -0.749646</w:t>
        <w:br/>
        <w:t>v 2.256442 5.354081 -0.331190</w:t>
        <w:br/>
        <w:t>v 2.200393 5.790513 -0.269878</w:t>
        <w:br/>
        <w:t>v 2.200393 5.790513 -0.269878</w:t>
        <w:br/>
        <w:t>v 2.098499 6.251899 -0.170252</w:t>
        <w:br/>
        <w:t>v 1.907394 6.271841 -0.640824</w:t>
        <w:br/>
        <w:t>v 2.157303 6.262996 -0.189639</w:t>
        <w:br/>
        <w:t>v 2.157303 6.262996 -0.189639</w:t>
        <w:br/>
        <w:t>v 2.048393 6.832093 -0.088809</w:t>
        <w:br/>
        <w:t>v 1.480885 6.280480 -0.873137</w:t>
        <w:br/>
        <w:t>v 1.859216 6.860643 -0.523295</w:t>
        <w:br/>
        <w:t>v 2.102671 6.841451 -0.101910</w:t>
        <w:br/>
        <w:t>v 2.102671 6.841451 -0.101910</w:t>
        <w:br/>
        <w:t>v 2.010355 7.180971 -0.036300</w:t>
        <w:br/>
        <w:t>v 0.975354 6.305519 -0.828723</w:t>
        <w:br/>
        <w:t>v 1.442178 6.875200 -0.694305</w:t>
        <w:br/>
        <w:t>v 1.832849 7.208150 -0.449463</w:t>
        <w:br/>
        <w:t>v 2.071868 7.188570 -0.048167</w:t>
        <w:br/>
        <w:t>v 2.071868 7.188570 -0.048167</w:t>
        <w:br/>
        <w:t>v 1.978439 7.486954 0.007453</w:t>
        <w:br/>
        <w:t>v 0.951196 6.896302 -0.651721</w:t>
        <w:br/>
        <w:t>v 2.045545 7.492962 -0.003651</w:t>
        <w:br/>
        <w:t>v 1.961421 7.872991 0.025469</w:t>
        <w:br/>
        <w:t>v 1.809169 7.505867 -0.384739</w:t>
        <w:br/>
        <w:t>v 2.045545 7.492962 -0.003651</w:t>
        <w:br/>
        <w:t>v 1.419380 7.223361 -0.583887</w:t>
        <w:br/>
        <w:t>v 1.781246 7.871121 -0.318761</w:t>
        <w:br/>
        <w:t>v 1.398587 7.520045 -0.489588</w:t>
        <w:br/>
        <w:t>v 0.935052 7.242143 -0.528971</w:t>
        <w:br/>
        <w:t>v 0.589522 6.903553 -0.452905</w:t>
        <w:br/>
        <w:t>v 0.358447 6.909655 -0.054974</w:t>
        <w:br/>
        <w:t>v 0.578826 7.246902 -0.361846</w:t>
        <w:br/>
        <w:t>v 0.346027 7.248189 0.029401</w:t>
        <w:br/>
        <w:t>v 0.920361 7.538283 -0.425056</w:t>
        <w:br/>
        <w:t>v 0.567643 7.543357 -0.281329</w:t>
        <w:br/>
        <w:t>v 0.334670 7.547897 0.102779</w:t>
        <w:br/>
        <w:t>v 1.393623 7.839501 -0.432978</w:t>
        <w:br/>
        <w:t>v 0.539497 7.910328 -0.191277</w:t>
        <w:br/>
        <w:t>v 0.319393 7.929008 0.170368</w:t>
        <w:br/>
        <w:t>v 0.888960 7.827303 -0.380282</w:t>
        <w:br/>
        <w:t>v 0.510016 8.021111 -0.233508</w:t>
        <w:br/>
        <w:t>v 0.303046 8.243883 0.231698</w:t>
        <w:br/>
        <w:t>v 0.305354 8.391488 0.225878</w:t>
        <w:br/>
        <w:t>v 0.861331 8.022993 -0.342348</w:t>
        <w:br/>
        <w:t>v 0.502267 8.358555 -0.147486</w:t>
        <w:br/>
        <w:t>v 0.278722 9.004580 0.273674</w:t>
        <w:br/>
        <w:t>v 1.362089 7.968547 -0.396600</w:t>
        <w:br/>
        <w:t>v 0.884945 8.243233 -0.421581</w:t>
        <w:br/>
        <w:t>v 1.753542 8.107168 -0.383732</w:t>
        <w:br/>
        <w:t>v 1.380985 8.161777 -0.465822</w:t>
        <w:br/>
        <w:t>v 1.351735 8.372651 -0.382998</w:t>
        <w:br/>
        <w:t>v 0.736702 8.380403 -0.336528</w:t>
        <w:br/>
        <w:t>v 1.784023 7.988750 -0.347375</w:t>
        <w:br/>
        <w:t>v 0.488985 8.694007 -0.088248</w:t>
        <w:br/>
        <w:t>v 2.026714 7.876187 0.012700</w:t>
        <w:br/>
        <w:t>v 2.026714 7.876187 0.012700</w:t>
        <w:br/>
        <w:t>v 1.984782 8.338216 -0.001628</w:t>
        <w:br/>
        <w:t>v 1.984782 8.338216 -0.001628</w:t>
        <w:br/>
        <w:t>v 1.926972 8.337663 0.015150</w:t>
        <w:br/>
        <w:t>v 1.862466 8.331553 -0.221497</w:t>
        <w:br/>
        <w:t>v 1.952510 8.692230 -0.028010</w:t>
        <w:br/>
        <w:t>v 1.952510 8.692230 -0.028010</w:t>
        <w:br/>
        <w:t>v 1.917703 8.950999 -0.004028</w:t>
        <w:br/>
        <w:t>v 1.717040 8.385946 -0.274631</w:t>
        <w:br/>
        <w:t>v 1.935807 8.925916 -0.029208</w:t>
        <w:br/>
        <w:t>v 1.935807 8.925916 -0.029208</w:t>
        <w:br/>
        <w:t>v 1.705294 8.937222 -0.329935</w:t>
        <w:br/>
        <w:t>v 1.945691 9.570687 -0.033380</w:t>
        <w:br/>
        <w:t>v 1.907205 9.569669 -0.010051</w:t>
        <w:br/>
        <w:t>v 1.891313 10.200204 -0.014023</w:t>
        <w:br/>
        <w:t>v 1.671580 9.556502 -0.344773</w:t>
        <w:br/>
        <w:t>v 1.945691 9.570687 -0.033380</w:t>
        <w:br/>
        <w:t>v 1.312379 8.931803 -0.411813</w:t>
        <w:br/>
        <w:t>v 1.934945 10.201557 -0.041191</w:t>
        <w:br/>
        <w:t>v 1.879148 10.906088 -0.031229</w:t>
        <w:br/>
        <w:t>v 1.648789 10.177139 -0.353095</w:t>
        <w:br/>
        <w:t>v 1.934945 10.201557 -0.041191</w:t>
        <w:br/>
        <w:t>v 1.289418 9.549729 -0.428910</w:t>
        <w:br/>
        <w:t>v 0.895626 8.439058 -0.358574</w:t>
        <w:br/>
        <w:t>v 0.868773 8.954128 -0.342850</w:t>
        <w:br/>
        <w:t>v 0.477378 8.969878 -0.092555</w:t>
        <w:br/>
        <w:t>v 0.849846 9.562214 -0.349049</w:t>
        <w:br/>
        <w:t>v 0.401730 8.981021 0.052024</w:t>
        <w:br/>
        <w:t>v 0.241933 9.621325 0.308636</w:t>
        <w:br/>
        <w:t>v 0.448049 9.592844 -0.055897</w:t>
        <w:br/>
        <w:t>v 0.409204 10.233935 -0.062140</w:t>
        <w:br/>
        <w:t>v 0.190277 10.253304 0.310364</w:t>
        <w:br/>
        <w:t>v 0.840371 10.201089 -0.375632</w:t>
        <w:br/>
        <w:t>v 1.273135 10.178691 -0.464648</w:t>
        <w:br/>
        <w:t>v 0.346735 10.941766 -0.118195</w:t>
        <w:br/>
        <w:t>v 0.153159 10.958700 0.317178</w:t>
        <w:br/>
        <w:t>v 1.646549 10.875093 -0.415769</w:t>
        <w:br/>
        <w:t>v 0.238550 11.443605 -0.016998</w:t>
        <w:br/>
        <w:t>v 0.126518 11.445937 0.329353</w:t>
        <w:br/>
        <w:t>v 1.922809 10.903383 -0.053978</w:t>
        <w:br/>
        <w:t>v 1.922809 10.903383 -0.053978</w:t>
        <w:br/>
        <w:t>v 1.260317 10.872135 -0.566252</w:t>
        <w:br/>
        <w:t>v 1.641318 11.424091 -0.445158</w:t>
        <w:br/>
        <w:t>v 1.897496 11.456161 -0.077839</w:t>
        <w:br/>
        <w:t>v 1.897496 11.456161 -0.077839</w:t>
        <w:br/>
        <w:t>v 1.857850 11.459201 -0.041168</w:t>
        <w:br/>
        <w:t>v 1.864861 12.019453 -0.067741</w:t>
        <w:br/>
        <w:t>v 1.898808 12.016491 -0.103379</w:t>
        <w:br/>
        <w:t>v 1.879791 12.363333 -0.069235</w:t>
        <w:br/>
        <w:t>v 1.638257 11.973864 -0.441366</w:t>
        <w:br/>
        <w:t>v 1.898808 12.016491 -0.103379</w:t>
        <w:br/>
        <w:t>v 1.907033 12.375068 -0.102524</w:t>
        <w:br/>
        <w:t>v 1.851832 12.673509 -0.050461</w:t>
        <w:br/>
        <w:t>v 1.907033 12.375068 -0.102524</w:t>
        <w:br/>
        <w:t>v 1.632905 12.305169 -0.450224</w:t>
        <w:br/>
        <w:t>v 1.887430 12.670537 -0.087325</w:t>
        <w:br/>
        <w:t>v 1.887430 12.670537 -0.087325</w:t>
        <w:br/>
        <w:t>v 1.888580 12.944858 -0.072992</w:t>
        <w:br/>
        <w:t>v 1.850967 12.946281 -0.045680</w:t>
        <w:br/>
        <w:t>v 1.670008 12.458585 -0.482812</w:t>
        <w:br/>
        <w:t>v 1.888580 12.944858 -0.072992</w:t>
        <w:br/>
        <w:t>v 1.864094 13.270839 -0.046183</w:t>
        <w:br/>
        <w:t>v 1.236793 12.187225 -0.657028</w:t>
        <w:br/>
        <w:t>v 1.597867 12.667379 -0.420580</w:t>
        <w:br/>
        <w:t>v 1.907336 13.272537 -0.066128</w:t>
        <w:br/>
        <w:t>v 1.861741 13.587375 -0.030866</w:t>
        <w:br/>
        <w:t>v 1.600658 12.868118 -0.429427</w:t>
        <w:br/>
        <w:t>v 1.908967 13.602081 -0.050185</w:t>
        <w:br/>
        <w:t>v 1.827354 13.965295 0.015801</w:t>
        <w:br/>
        <w:t>v 1.907336 13.272537 -0.066128</w:t>
        <w:br/>
        <w:t>v 1.636948 13.203836 -0.462797</w:t>
        <w:br/>
        <w:t>v 1.908967 13.602081 -0.050185</w:t>
        <w:br/>
        <w:t>v 1.639260 13.575975 -0.457518</w:t>
        <w:br/>
        <w:t>v 1.867302 13.974380 0.000154</w:t>
        <w:br/>
        <w:t>v 1.777996 14.207992 0.045093</w:t>
        <w:br/>
        <w:t>v 1.794240 14.215501 0.030616</w:t>
        <w:br/>
        <w:t>v 1.867302 13.974380 0.000154</w:t>
        <w:br/>
        <w:t>v 1.794240 14.215501 0.030616</w:t>
        <w:br/>
        <w:t>v 1.574015 14.198984 -0.377359</w:t>
        <w:br/>
        <w:t>v 1.593431 13.958941 -0.401700</w:t>
        <w:br/>
        <w:t>v 1.193384 14.155565 -0.645149</w:t>
        <w:br/>
        <w:t>v 1.242140 13.548833 -0.773217</w:t>
        <w:br/>
        <w:t>v 1.215906 13.921801 -0.708243</w:t>
        <w:br/>
        <w:t>v 0.805059 13.920148 -0.879903</w:t>
        <w:br/>
        <w:t>v 0.803122 14.129355 -0.823918</w:t>
        <w:br/>
        <w:t>v 0.392484 14.103091 -0.888961</w:t>
        <w:br/>
        <w:t>v 0.810682 13.526463 -0.920668</w:t>
        <w:br/>
        <w:t>v 1.242529 13.131735 -0.741218</w:t>
        <w:br/>
        <w:t>v 0.386090 13.916860 -0.928819</w:t>
        <w:br/>
        <w:t>v 0.000000 14.088843 -0.837550</w:t>
        <w:br/>
        <w:t>v 0.000000 13.922422 -0.864789</w:t>
        <w:br/>
        <w:t>v 0.368902 13.527114 -0.936894</w:t>
        <w:br/>
        <w:t>v 0.000708 13.536848 -0.856321</w:t>
        <w:br/>
        <w:t>v 0.000227 13.185202 -0.757478</w:t>
        <w:br/>
        <w:t>v 0.814495 13.119089 -0.856644</w:t>
        <w:br/>
        <w:t>v 0.339497 13.147434 -0.835728</w:t>
        <w:br/>
        <w:t>v 0.326231 12.836751 -0.677822</w:t>
        <w:br/>
        <w:t>v -0.001137 12.891802 -0.544795</w:t>
        <w:br/>
        <w:t>v 0.815465 12.774286 -0.707805</w:t>
        <w:br/>
        <w:t>v 1.230280 12.800888 -0.671662</w:t>
        <w:br/>
        <w:t>v 1.213599 12.468204 -0.588916</w:t>
        <w:br/>
        <w:t>v 0.811765 12.428611 -0.574591</w:t>
        <w:br/>
        <w:t>v 0.474890 12.551856 -0.497146</w:t>
        <w:br/>
        <w:t>v 0.208224 12.675558 -0.395780</w:t>
        <w:br/>
        <w:t>v -0.001999 12.788304 -0.409196</w:t>
        <w:br/>
        <w:t>v -0.002461 12.716355 -0.182733</w:t>
        <w:br/>
        <w:t>v 0.164287 12.632395 -0.204301</w:t>
        <w:br/>
        <w:t>v -0.002804 12.662979 -0.014095</w:t>
        <w:br/>
        <w:t>v 0.261697 12.590222 -0.307069</w:t>
        <w:br/>
        <w:t>v 0.492903 12.463564 -0.475133</w:t>
        <w:br/>
        <w:t>v 0.230474 12.482089 -0.246209</w:t>
        <w:br/>
        <w:t>v 0.106032 12.593162 -0.063829</w:t>
        <w:br/>
        <w:t>v 0.076545 12.578641 0.091787</w:t>
        <w:br/>
        <w:t>v -0.003059 12.623366 0.152352</w:t>
        <w:br/>
        <w:t>v 0.468660 12.353059 -0.484312</w:t>
        <w:br/>
        <w:t>v 0.068544 12.497270 0.169844</w:t>
        <w:br/>
        <w:t>v -0.003131 12.612694 0.407989</w:t>
        <w:br/>
        <w:t>v 0.049796 12.542256 0.442402</w:t>
        <w:br/>
        <w:t>v 0.173967 12.438149 -0.053831</w:t>
        <w:br/>
        <w:t>v 0.251525 12.372762 -0.205278</w:t>
        <w:br/>
        <w:t>v 0.052154 12.447421 0.366578</w:t>
        <w:br/>
        <w:t>v 0.048392 12.457371 0.433457</w:t>
        <w:br/>
        <w:t>v 0.070363 12.214596 0.409725</w:t>
        <w:br/>
        <w:t>v 0.077862 12.411457 0.126514</w:t>
        <w:br/>
        <w:t>v 0.083510 12.205815 0.211538</w:t>
        <w:br/>
        <w:t>v 0.094826 11.939295 0.385751</w:t>
        <w:br/>
        <w:t>v 0.111817 12.172832 -0.049093</w:t>
        <w:br/>
        <w:t>v 0.134456 11.962248 0.151487</w:t>
        <w:br/>
        <w:t>v 0.260610 12.171827 -0.215844</w:t>
        <w:br/>
        <w:t>v 0.168246 11.912190 -0.169548</w:t>
        <w:br/>
        <w:t>v 0.334307 11.405831 -0.304382</w:t>
        <w:br/>
        <w:t>v 0.375173 11.908016 -0.322643</w:t>
        <w:br/>
        <w:t>v 0.494259 12.193235 -0.412916</w:t>
        <w:br/>
        <w:t>v 0.490998 10.903035 -0.323498</w:t>
        <w:br/>
        <w:t>v 0.550697 11.427017 -0.416983</w:t>
        <w:br/>
        <w:t>v 0.824249 10.898216 -0.489373</w:t>
        <w:br/>
        <w:t>v 0.491462 11.910784 -0.413704</w:t>
        <w:br/>
        <w:t>v 0.818823 11.413161 -0.533404</w:t>
        <w:br/>
        <w:t>v 0.818798 11.928535 -0.549623</w:t>
        <w:br/>
        <w:t>v 1.255131 11.404178 -0.607875</w:t>
        <w:br/>
        <w:t>v 1.241496 11.945385 -0.625358</w:t>
        <w:br/>
        <w:t>v 0.811158 12.214761 -0.614462</w:t>
        <w:br/>
        <w:t>v 1.244110 12.083731 -0.636948</w:t>
        <w:br/>
        <w:t>v -0.453792 5.372597 -0.454435</w:t>
        <w:br/>
        <w:t>v -0.394480 5.414433 -0.470770</w:t>
        <w:br/>
        <w:t>v -0.696599 5.327940 -0.889998</w:t>
        <w:br/>
        <w:t>v -0.665567 5.372471 -0.921366</w:t>
        <w:br/>
        <w:t>v -0.646430 5.799809 -0.741006</w:t>
        <w:br/>
        <w:t>v -0.394480 5.414433 -0.470770</w:t>
        <w:br/>
        <w:t>v -0.405237 5.831341 -0.307478</w:t>
        <w:br/>
        <w:t>v -1.090782 5.291171 -1.178911</w:t>
        <w:br/>
        <w:t>v -1.107607 5.271507 -1.115965</w:t>
        <w:br/>
        <w:t>v -1.047262 5.772384 -0.988594</w:t>
        <w:br/>
        <w:t>v -1.090782 5.291171 -1.178911</w:t>
        <w:br/>
        <w:t>v -0.632324 6.314677 -0.579811</w:t>
        <w:br/>
        <w:t>v -0.393650 6.337121 -0.165853</w:t>
        <w:br/>
        <w:t>v -0.994543 6.298548 -0.804383</w:t>
        <w:br/>
        <w:t>v -0.606939 6.896986 -0.431035</w:t>
        <w:br/>
        <w:t>v -0.375718 6.904007 -0.033204</w:t>
        <w:br/>
        <w:t>v -0.968697 6.889952 -0.629706</w:t>
        <w:br/>
        <w:t>v -0.595264 7.240909 -0.341327</w:t>
        <w:br/>
        <w:t>v -0.362338 7.243077 0.049840</w:t>
        <w:br/>
        <w:t>v -0.951555 7.236484 -0.508323</w:t>
        <w:br/>
        <w:t>v -0.583233 7.538440 -0.261961</w:t>
        <w:br/>
        <w:t>v -0.350136 7.543808 0.122060</w:t>
        <w:br/>
        <w:t>v -0.936006 7.533792 -0.405567</w:t>
        <w:br/>
        <w:t>v -0.554040 7.907607 -0.173281</w:t>
        <w:br/>
        <w:t>v -0.333801 7.927001 0.188243</w:t>
        <w:br/>
        <w:t>v -0.903779 7.824555 -0.361899</w:t>
        <w:br/>
        <w:t>v -0.524260 8.018649 -0.215918</w:t>
        <w:br/>
        <w:t>v -0.316578 8.243005 0.248450</w:t>
        <w:br/>
        <w:t>v -0.318482 8.391072 0.242121</w:t>
        <w:br/>
        <w:t>v -0.515555 8.357366 -0.131088</w:t>
        <w:br/>
        <w:t>v -0.290147 9.004730 0.287789</w:t>
        <w:br/>
        <w:t>v -0.875592 8.021111 -0.324691</w:t>
        <w:br/>
        <w:t>v -0.501331 8.693481 -0.073014</w:t>
        <w:br/>
        <w:t>v -0.898607 8.241632 -0.404708</w:t>
        <w:br/>
        <w:t>v -1.376511 7.967856 -0.378642</w:t>
        <w:br/>
        <w:t>v -0.749963 8.379196 -0.320165</w:t>
        <w:br/>
        <w:t>v -0.413257 8.980738 0.066243</w:t>
        <w:br/>
        <w:t>v -0.251642 9.621489 0.320595</w:t>
        <w:br/>
        <w:t>v -0.488960 8.969302 -0.078285</w:t>
        <w:br/>
        <w:t>v -0.457897 9.592308 -0.043804</w:t>
        <w:br/>
        <w:t>v -0.417275 10.233262 -0.052289</w:t>
        <w:br/>
        <w:t>v -0.198233 10.253324 0.320111</w:t>
        <w:br/>
        <w:t>v -0.908728 8.438214 -0.342390</w:t>
        <w:br/>
        <w:t>v -0.352673 10.940762 -0.111039</w:t>
        <w:br/>
        <w:t>v -0.158976 10.958648 0.324239</w:t>
        <w:br/>
        <w:t>v -0.880439 8.953766 -0.328461</w:t>
        <w:br/>
        <w:t>v -0.242841 11.442721 -0.011892</w:t>
        <w:br/>
        <w:t>v -0.130741 11.445869 0.334424</w:t>
        <w:br/>
        <w:t>v -0.859827 9.561771 -0.336784</w:t>
        <w:br/>
        <w:t>v -0.136987 11.961734 0.154434</w:t>
        <w:br/>
        <w:t>v -0.097364 11.939334 0.388741</w:t>
        <w:br/>
        <w:t>v -0.848585 10.200521 -0.365596</w:t>
        <w:br/>
        <w:t>v -0.086128 12.205429 0.210734</w:t>
        <w:br/>
        <w:t>v -0.072933 12.214025 0.408907</w:t>
        <w:br/>
        <w:t>v -0.497075 10.901725 -0.316185</w:t>
        <w:br/>
        <w:t>v -0.053163 12.447351 0.367696</w:t>
        <w:br/>
        <w:t>v -0.049378 12.457422 0.434551</w:t>
        <w:br/>
        <w:t>v -0.050317 12.542302 0.442968</w:t>
        <w:br/>
        <w:t>v -0.078965 12.410968 0.127722</w:t>
        <w:br/>
        <w:t>v -0.069246 12.496965 0.170597</w:t>
        <w:br/>
        <w:t>v -0.003131 12.612694 0.407989</w:t>
        <w:br/>
        <w:t>v -0.003059 12.623366 0.152352</w:t>
        <w:br/>
        <w:t>v -0.114560 12.172720 -0.049893</w:t>
        <w:br/>
        <w:t>v -0.077074 12.578296 0.092336</w:t>
        <w:br/>
        <w:t>v -0.002804 12.662979 -0.014095</w:t>
        <w:br/>
        <w:t>v -0.175062 12.437459 -0.052648</w:t>
        <w:br/>
        <w:t>v -0.106567 12.592663 -0.063284</w:t>
        <w:br/>
        <w:t>v -0.170943 11.910880 -0.166443</w:t>
        <w:br/>
        <w:t>v -0.164848 12.631725 -0.203743</w:t>
        <w:br/>
        <w:t>v -0.002461 12.716355 -0.182733</w:t>
        <w:br/>
        <w:t>v -0.231497 12.481150 -0.245127</w:t>
        <w:br/>
        <w:t>v -0.209142 12.676702 -0.396634</w:t>
        <w:br/>
        <w:t>v -0.001999 12.788304 -0.409196</w:t>
        <w:br/>
        <w:t>v -0.001137 12.891802 -0.544795</w:t>
        <w:br/>
        <w:t>v -0.262884 12.591176 -0.307963</w:t>
        <w:br/>
        <w:t>v -0.326585 12.835809 -0.677529</w:t>
        <w:br/>
        <w:t>v 0.000227 13.185202 -0.757478</w:t>
        <w:br/>
        <w:t>v -0.475610 12.550047 -0.495642</w:t>
        <w:br/>
        <w:t>v -0.493623 12.460892 -0.472605</w:t>
        <w:br/>
        <w:t>v -0.339584 13.145609 -0.835759</w:t>
        <w:br/>
        <w:t>v -0.815983 12.773592 -0.707303</w:t>
        <w:br/>
        <w:t>v -0.812280 12.423618 -0.570301</w:t>
        <w:br/>
        <w:t>v -0.469221 12.348456 -0.479575</w:t>
        <w:br/>
        <w:t>v -0.252917 12.371770 -0.203760</w:t>
        <w:br/>
        <w:t>v -0.263098 12.171749 -0.215629</w:t>
        <w:br/>
        <w:t>v -0.496189 12.192101 -0.410745</w:t>
        <w:br/>
        <w:t>v -0.377910 11.906738 -0.319486</w:t>
        <w:br/>
        <w:t>v -0.338745 11.404278 -0.299132</w:t>
        <w:br/>
        <w:t>v -0.555102 11.425653 -0.411762</w:t>
        <w:br/>
        <w:t>v -0.493507 11.907899 -0.408025</w:t>
        <w:br/>
        <w:t>v -0.821978 11.928608 -0.547556</w:t>
        <w:br/>
        <w:t>v -0.813114 12.213733 -0.612253</w:t>
        <w:br/>
        <w:t>v -0.823284 11.412106 -0.528093</w:t>
        <w:br/>
        <w:t>v -0.830367 10.897242 -0.481988</w:t>
        <w:br/>
        <w:t>v -1.259631 11.403986 -0.602463</w:t>
        <w:br/>
        <w:t>v -1.266518 10.872076 -0.558708</w:t>
        <w:br/>
        <w:t>v -1.281425 10.179014 -0.454464</w:t>
        <w:br/>
        <w:t>v -1.244315 11.945142 -0.622036</w:t>
        <w:br/>
        <w:t>v -1.299446 9.550226 -0.416530</w:t>
        <w:br/>
        <w:t>v -1.246854 12.084739 -0.635153</w:t>
        <w:br/>
        <w:t>v -1.324118 8.932431 -0.397275</w:t>
        <w:br/>
        <w:t>v -1.238687 12.185616 -0.653569</w:t>
        <w:br/>
        <w:t>v -1.641310 11.976218 -0.439262</w:t>
        <w:br/>
        <w:t>v -1.215499 12.471632 -0.589399</w:t>
        <w:br/>
        <w:t>v -1.645740 11.425390 -0.439751</w:t>
        <w:br/>
        <w:t>v -1.231055 12.804523 -0.672140</w:t>
        <w:br/>
        <w:t>v -1.652716 10.876581 -0.408175</w:t>
        <w:br/>
        <w:t>v -0.814603 13.118575 -0.856603</w:t>
        <w:br/>
        <w:t>v -1.599636 12.676190 -0.422804</w:t>
        <w:br/>
        <w:t>v -0.368843 13.526723 -0.937025</w:t>
        <w:br/>
        <w:t>v 0.000708 13.536848 -0.856321</w:t>
        <w:br/>
        <w:t>v 0.000000 13.922422 -0.864789</w:t>
        <w:br/>
        <w:t>v -0.386090 13.916860 -0.928819</w:t>
        <w:br/>
        <w:t>v 0.000000 14.088843 -0.837550</w:t>
        <w:br/>
        <w:t>v -0.392484 14.103091 -0.888961</w:t>
        <w:br/>
        <w:t>v -0.810489 13.527601 -0.920391</w:t>
        <w:br/>
        <w:t>v -0.805059 13.920148 -0.879903</w:t>
        <w:br/>
        <w:t>v -0.803122 14.129355 -0.823918</w:t>
        <w:br/>
        <w:t>v -1.193384 14.155565 -0.645149</w:t>
        <w:br/>
        <w:t>v -1.215905 13.921800 -0.708243</w:t>
        <w:br/>
        <w:t>v -1.593431 13.958941 -0.401700</w:t>
        <w:br/>
        <w:t>v -1.574004 14.198984 -0.377359</w:t>
        <w:br/>
        <w:t>v -1.242204 13.547323 -0.773765</w:t>
        <w:br/>
        <w:t>v -1.242599 13.135623 -0.741169</w:t>
        <w:br/>
        <w:t>v -1.601299 12.872152 -0.429743</w:t>
        <w:br/>
        <w:t>v -1.636853 13.208952 -0.462503</w:t>
        <w:br/>
        <w:t>v -1.639151 13.576139 -0.457673</w:t>
        <w:br/>
        <w:t>v -1.888899 12.946448 -0.072592</w:t>
        <w:br/>
        <w:t>v -1.907277 13.273596 -0.066196</w:t>
        <w:br/>
        <w:t>v -1.908764 13.602730 -0.050435</w:t>
        <w:br/>
        <w:t>v -1.867302 13.974380 0.000154</w:t>
        <w:br/>
        <w:t>v -1.794240 14.215501 0.030616</w:t>
        <w:br/>
        <w:t>v -1.794240 14.215501 0.030616</w:t>
        <w:br/>
        <w:t>v -1.777996 14.207990 0.045093</w:t>
        <w:br/>
        <w:t>v -1.867302 13.974380 0.000154</w:t>
        <w:br/>
        <w:t>v -1.827354 13.965295 0.015801</w:t>
        <w:br/>
        <w:t>v -1.908764 13.602730 -0.050435</w:t>
        <w:br/>
        <w:t>v -1.861543 13.588015 -0.031110</w:t>
        <w:br/>
        <w:t>v -1.907277 13.273596 -0.066196</w:t>
        <w:br/>
        <w:t>v -1.864034 13.271884 -0.046254</w:t>
        <w:br/>
        <w:t>v -1.888899 12.946448 -0.072592</w:t>
        <w:br/>
        <w:t>v -1.851279 12.947870 -0.045289</w:t>
        <w:br/>
        <w:t>v -1.853564 12.681366 -0.052678</w:t>
        <w:br/>
        <w:t>v -1.889175 12.678726 -0.089551</w:t>
        <w:br/>
        <w:t>v -1.671601 12.460751 -0.481835</w:t>
        <w:br/>
        <w:t>v -1.889175 12.678726 -0.089551</w:t>
        <w:br/>
        <w:t>v -1.910305 12.384677 -0.106816</w:t>
        <w:br/>
        <w:t>v -1.883115 12.372623 -0.073604</w:t>
        <w:br/>
        <w:t>v -1.634666 12.306161 -0.448123</w:t>
        <w:br/>
        <w:t>v -1.910305 12.384677 -0.106816</w:t>
        <w:br/>
        <w:t>v -1.901291 12.019101 -0.100286</w:t>
        <w:br/>
        <w:t>v -1.901291 12.019101 -0.100286</w:t>
        <w:br/>
        <w:t>v -1.867330 12.022087 -0.064664</w:t>
        <w:br/>
        <w:t>v -1.901773 11.459270 -0.072503</w:t>
        <w:br/>
        <w:t>v -1.901773 11.459270 -0.072503</w:t>
        <w:br/>
        <w:t>v -1.862113 11.462325 -0.035849</w:t>
        <w:br/>
        <w:t>v -1.885166 10.909501 -0.023708</w:t>
        <w:br/>
        <w:t>v -1.928837 10.906837 -0.046441</w:t>
        <w:br/>
        <w:t>v -1.928837 10.906837 -0.046441</w:t>
        <w:br/>
        <w:t>v -1.943097 10.205191 -0.030984</w:t>
        <w:br/>
        <w:t>v -1.943097 10.205191 -0.030984</w:t>
        <w:br/>
        <w:t>v -1.899465 10.203810 -0.003819</w:t>
        <w:br/>
        <w:t>v -1.657062 10.178892 -0.342847</w:t>
        <w:br/>
        <w:t>v -1.955591 9.574385 -0.020972</w:t>
        <w:br/>
        <w:t>v -1.955591 9.574385 -0.020972</w:t>
        <w:br/>
        <w:t>v -1.917104 9.573339 0.002355</w:t>
        <w:br/>
        <w:t>v -1.929317 8.954726 0.010537</w:t>
        <w:br/>
        <w:t>v -1.681573 9.558352 -0.332357</w:t>
        <w:br/>
        <w:t>v -1.947495 8.929605 -0.014553</w:t>
        <w:br/>
        <w:t>v -1.947495 8.929605 -0.014553</w:t>
        <w:br/>
        <w:t>v -1.717002 8.939224 -0.315354</w:t>
        <w:br/>
        <w:t>v -1.365024 8.372988 -0.366500</w:t>
        <w:br/>
        <w:t>v -1.730271 8.387677 -0.258117</w:t>
        <w:br/>
        <w:t>v -1.964845 8.695973 -0.012538</w:t>
        <w:br/>
        <w:t>v -1.964845 8.695973 -0.012538</w:t>
        <w:br/>
        <w:t>v -1.940282 8.340999 0.031869</w:t>
        <w:br/>
        <w:t>v -1.394879 8.161393 -0.448563</w:t>
        <w:br/>
        <w:t>v -1.767571 8.108111 -0.366208</w:t>
        <w:br/>
        <w:t>v -1.875837 8.333875 -0.204766</w:t>
        <w:br/>
        <w:t>v -1.998093 8.341653 0.015099</w:t>
        <w:br/>
        <w:t>v -1.998093 8.341653 0.015099</w:t>
        <w:br/>
        <w:t>v -1.976012 7.875002 0.043915</w:t>
        <w:br/>
        <w:t>v -1.408419 7.837956 -0.414523</w:t>
        <w:br/>
        <w:t>v -1.798377 7.989406 -0.329403</w:t>
        <w:br/>
        <w:t>v -2.041299 7.878332 0.031149</w:t>
        <w:br/>
        <w:t>v -2.041299 7.878332 0.031149</w:t>
        <w:br/>
        <w:t>v -1.414300 7.516628 -0.469893</w:t>
        <w:br/>
        <w:t>v -1.795923 7.871373 -0.300344</w:t>
        <w:br/>
        <w:t>v -2.061187 7.493195 0.016326</w:t>
        <w:br/>
        <w:t>v -2.061187 7.493195 0.016326</w:t>
        <w:br/>
        <w:t>v -1.994095 7.487041 0.027433</w:t>
        <w:br/>
        <w:t>v -1.824889 7.503986 -0.364874</w:t>
        <w:br/>
        <w:t>v -1.435952 7.218823 -0.563015</w:t>
        <w:br/>
        <w:t>v -2.088362 7.187922 -0.026963</w:t>
        <w:br/>
        <w:t>v -2.088362 7.187922 -0.026963</w:t>
        <w:br/>
        <w:t>v -2.026865 7.180202 -0.015086</w:t>
        <w:br/>
        <w:t>v -1.849417 7.205278 -0.428406</w:t>
        <w:br/>
        <w:t>v -1.459749 6.870039 -0.672052</w:t>
        <w:br/>
        <w:t>v -2.120140 6.840435 -0.079320</w:t>
        <w:br/>
        <w:t>v -2.120140 6.840435 -0.079320</w:t>
        <w:br/>
        <w:t>v -2.065883 6.830980 -0.066200</w:t>
        <w:br/>
        <w:t>v -1.876770 6.857305 -0.500855</w:t>
        <w:br/>
        <w:t>v -1.500156 6.274734 -0.848539</w:t>
        <w:br/>
        <w:t>v -2.176396 6.261795 -0.164764</w:t>
        <w:br/>
        <w:t>v -2.176396 6.261795 -0.164764</w:t>
        <w:br/>
        <w:t>v -2.117617 6.250611 -0.145352</w:t>
        <w:br/>
        <w:t>v -1.926612 6.268180 -0.616059</w:t>
        <w:br/>
        <w:t>v -1.536055 5.749551 -0.997727</w:t>
        <w:br/>
        <w:t>v -2.220816 5.789122 -0.243136</w:t>
        <w:br/>
        <w:t>v -2.220816 5.789122 -0.243136</w:t>
        <w:br/>
        <w:t>v -2.163167 5.784249 -0.214465</w:t>
        <w:br/>
        <w:t>v -1.972353 5.758585 -0.722869</w:t>
        <w:br/>
        <w:t>v -2.278090 5.352608 -0.302719</w:t>
        <w:br/>
        <w:t>v -2.278090 5.352608 -0.302719</w:t>
        <w:br/>
        <w:t>v -2.217170 5.307350 -0.276918</w:t>
        <w:br/>
        <w:t>v -2.217170 5.307350 -0.276918</w:t>
        <w:br/>
        <w:t>v -1.945477 5.273050 -0.784109</w:t>
        <w:br/>
        <w:t>v -2.278090 5.352608 -0.302719</w:t>
        <w:br/>
        <w:t>v -1.996740 5.319636 -0.819919</w:t>
        <w:br/>
        <w:t>v -1.996740 5.319636 -0.819919</w:t>
        <w:br/>
        <w:t>v -1.565569 5.247821 -1.089153</w:t>
        <w:br/>
        <w:t>v -1.582540 5.270462 -1.153857</w:t>
        <w:br/>
        <w:t>v -1.582540 5.270462 -1.153857</w:t>
        <w:br/>
        <w:t>v 2.778023 12.504218 -0.240178</w:t>
        <w:br/>
        <w:t>v 2.660362 12.486729 -0.046322</w:t>
        <w:br/>
        <w:t>v 2.785182 12.520996 -0.237078</w:t>
        <w:br/>
        <w:t>v 2.665132 12.503156 -0.039453</w:t>
        <w:br/>
        <w:t>v 2.482198 12.476652 0.084094</w:t>
        <w:br/>
        <w:t>v 2.481222 12.460773 0.074663</w:t>
        <w:br/>
        <w:t>v 2.631016 12.592957 -0.059696</w:t>
        <w:br/>
        <w:t>v 2.743505 12.609669 -0.244703</w:t>
        <w:br/>
        <w:t>v 2.313195 12.452394 0.099438</w:t>
        <w:br/>
        <w:t>v 2.318469 12.437485 0.085591</w:t>
        <w:br/>
        <w:t>v 2.205429 12.421390 0.066479</w:t>
        <w:br/>
        <w:t>v 2.459467 12.568101 0.056158</w:t>
        <w:br/>
        <w:t>v 2.592654 12.681797 -0.086171</w:t>
        <w:br/>
        <w:t>v 2.695427 12.697063 -0.254333</w:t>
        <w:br/>
        <w:t>v 2.705318 12.735309 -0.249207</w:t>
        <w:br/>
        <w:t>v 2.193691 12.435395 0.078678</w:t>
        <w:br/>
        <w:t>v 2.063918 12.401330 0.013775</w:t>
        <w:br/>
        <w:t>v 2.598722 12.719476 -0.075059</w:t>
        <w:br/>
        <w:t>v 2.056054 12.415945 0.021917</w:t>
        <w:br/>
        <w:t>v 1.925875 12.382102 -0.153489</w:t>
        <w:br/>
        <w:t>v 2.574446 12.770866 -0.091255</w:t>
        <w:br/>
        <w:t>v 2.675067 12.785806 -0.255518</w:t>
        <w:br/>
        <w:t>v 2.615618 12.785891 -0.273465</w:t>
        <w:br/>
        <w:t>v 2.529083 12.773025 -0.130207</w:t>
        <w:br/>
        <w:t>v 2.435054 12.695762 0.035477</w:t>
        <w:br/>
        <w:t>v 2.419838 12.748462 0.013162</w:t>
        <w:br/>
        <w:t>v 2.397971 12.754029 -0.041659</w:t>
        <w:br/>
        <w:t>v 2.435093 12.658963 0.020241</w:t>
        <w:br/>
        <w:t>v 2.290937 12.677163 0.046825</w:t>
        <w:br/>
        <w:t>v 2.255274 12.724916 0.024211</w:t>
        <w:br/>
        <w:t>v 2.240576 12.731510 -0.031091</w:t>
        <w:br/>
        <w:t>v 2.284022 12.637346 0.030384</w:t>
        <w:br/>
        <w:t>v 2.173357 12.713209 0.008450</w:t>
        <w:br/>
        <w:t>v 2.092549 12.710519 -0.086222</w:t>
        <w:br/>
        <w:t>v 2.290937 12.677163 0.046825</w:t>
        <w:br/>
        <w:t>v 2.280002 12.677637 0.062010</w:t>
        <w:br/>
        <w:t>v 2.287259 12.577999 0.051336</w:t>
        <w:br/>
        <w:t>v 2.274353 12.641308 0.040797</w:t>
        <w:br/>
        <w:t>v 2.280002 12.677637 0.062010</w:t>
        <w:br/>
        <w:t>v 2.273928 12.589509 0.065575</w:t>
        <w:br/>
        <w:t>v 2.291119 12.543939 0.071456</w:t>
        <w:br/>
        <w:t>v 2.186575 12.560796 0.044597</w:t>
        <w:br/>
        <w:t>v 2.287259 12.577999 0.051336</w:t>
        <w:br/>
        <w:t>v 2.186575 12.560796 0.044597</w:t>
        <w:br/>
        <w:t>v 2.273928 12.589509 0.065575</w:t>
        <w:br/>
        <w:t>v 2.188658 12.529374 0.051320</w:t>
        <w:br/>
        <w:t>v 2.059854 12.511180 -0.002150</w:t>
        <w:br/>
        <w:t>v 2.180131 12.575003 0.059141</w:t>
        <w:br/>
        <w:t>v 1.915088 12.396313 -0.148890</w:t>
        <w:br/>
        <w:t>v 2.180131 12.575003 0.059141</w:t>
        <w:br/>
        <w:t>v 2.179097 12.627809 0.031507</w:t>
        <w:br/>
        <w:t>v 2.274353 12.641308 0.040797</w:t>
        <w:br/>
        <w:t>v 1.855223 12.388401 -0.362865</w:t>
        <w:br/>
        <w:t>v 1.867252 12.374351 -0.363026</w:t>
        <w:br/>
        <w:t>v 1.890091 12.378151 -0.515362</w:t>
        <w:br/>
        <w:t>v 1.878443 12.392262 -0.518090</w:t>
        <w:br/>
        <w:t>v 1.893194 12.488947 -0.508228</w:t>
        <w:br/>
        <w:t>v 1.927661 12.492765 -0.162322</w:t>
        <w:br/>
        <w:t>v 1.871519 12.485340 -0.362976</w:t>
        <w:br/>
        <w:t>v 1.914451 12.586179 -0.496370</w:t>
        <w:br/>
        <w:t>v 2.068054 12.606683 -0.033313</w:t>
        <w:br/>
        <w:t>v 1.895079 12.582956 -0.364726</w:t>
        <w:br/>
        <w:t>v 1.946640 12.589768 -0.180429</w:t>
        <w:br/>
        <w:t>v 1.874109 12.616805 -0.364411</w:t>
        <w:br/>
        <w:t>v 1.894072 12.620127 -0.500625</w:t>
        <w:br/>
        <w:t>v 1.908726 12.677003 -0.493019</w:t>
        <w:br/>
        <w:t>v 1.927669 12.623886 -0.172971</w:t>
        <w:br/>
        <w:t>v 1.889942 12.673875 -0.364591</w:t>
        <w:br/>
        <w:t>v 1.965747 12.693625 -0.474871</w:t>
        <w:br/>
        <w:t>v 1.948610 12.690777 -0.362000</w:t>
        <w:br/>
        <w:t>v 1.940537 12.680564 -0.183747</w:t>
        <w:br/>
        <w:t>v 1.991516 12.696451 -0.208642</w:t>
        <w:br/>
        <w:t>v 2.059677 12.697158 -0.039388</w:t>
        <w:br/>
        <w:t>v 2.058944 12.642250 -0.023423</w:t>
        <w:br/>
        <w:t>v 2.089242 12.701350 -0.028377</w:t>
        <w:br/>
        <w:t>v 2.089242 12.701350 -0.028377</w:t>
        <w:br/>
        <w:t>v 2.083815 12.608916 -0.027443</w:t>
        <w:br/>
        <w:t>v 2.090269 12.702200 -0.011132</w:t>
        <w:br/>
        <w:t>v 2.061271 12.644681 -0.008461</w:t>
        <w:br/>
        <w:t>v 2.061271 12.644681 -0.008461</w:t>
        <w:br/>
        <w:t>v 2.087295 12.614757 -0.017609</w:t>
        <w:br/>
        <w:t>v 2.090269 12.702200 -0.011132</w:t>
        <w:br/>
        <w:t>v 2.170213 12.659994 0.046733</w:t>
        <w:br/>
        <w:t>v 2.166460 12.712970 0.027542</w:t>
        <w:br/>
        <w:t>v 2.166460 12.712970 0.027542</w:t>
        <w:br/>
        <w:t>v 2.244153 12.724043 0.037769</w:t>
        <w:br/>
        <w:t>v 2.244153 12.724043 0.037769</w:t>
        <w:br/>
        <w:t>v 2.087295 12.614757 -0.017609</w:t>
        <w:br/>
        <w:t>v 2.086002 12.561694 0.010574</w:t>
        <w:br/>
        <w:t>v 2.086002 12.561694 0.010574</w:t>
        <w:br/>
        <w:t>v 2.085782 12.548056 -0.007358</w:t>
        <w:br/>
        <w:t>v 2.085782 12.548056 -0.007358</w:t>
        <w:br/>
        <w:t>v 2.085782 12.548056 -0.007358</w:t>
        <w:br/>
        <w:t>v 1.937806 12.333512 -1.093864</w:t>
        <w:br/>
        <w:t>v 1.860759 12.346241 -1.307480</w:t>
        <w:br/>
        <w:t>v 1.776185 12.336205 -1.078193</w:t>
        <w:br/>
        <w:t>v 1.725341 12.344604 -1.221487</w:t>
        <w:br/>
        <w:t>v 1.625770 12.358974 -1.322856</w:t>
        <w:br/>
        <w:t>v 1.708965 12.368147 -1.462015</w:t>
        <w:br/>
        <w:t>v 1.551432 12.389402 -1.505397</w:t>
        <w:br/>
        <w:t>v 1.680008 12.283016 -1.202199</w:t>
        <w:br/>
        <w:t>v 1.724094 12.275708 -1.074122</w:t>
        <w:br/>
        <w:t>v 1.203646 12.343450 -1.022716</w:t>
        <w:br/>
        <w:t>v 1.489230 12.377396 -1.360457</w:t>
        <w:br/>
        <w:t>v 1.436725 12.404530 -1.509359</w:t>
        <w:br/>
        <w:t>v 1.594678 12.295334 -1.289070</w:t>
        <w:br/>
        <w:t>v 1.207239 12.344085 -1.117218</w:t>
        <w:br/>
        <w:t>v 1.168877 12.415257 -1.018209</w:t>
        <w:br/>
        <w:t>v 1.262926 12.338142 -1.226044</w:t>
        <w:br/>
        <w:t>v 1.173669 12.415859 -1.122323</w:t>
        <w:br/>
        <w:t>v 1.011979 12.454026 -1.002419</w:t>
        <w:br/>
        <w:t>v 1.019747 12.454868 -1.156307</w:t>
        <w:br/>
        <w:t>v 1.118810 12.444298 -1.349897</w:t>
        <w:br/>
        <w:t>v 1.238650 12.408922 -1.249311</w:t>
        <w:br/>
        <w:t>v 1.349253 12.395515 -1.338665</w:t>
        <w:br/>
        <w:t>v 1.287421 12.423861 -1.486115</w:t>
        <w:br/>
        <w:t>v 1.357710 12.326650 -1.302617</w:t>
        <w:br/>
        <w:t>v 1.477666 12.311123 -1.321293</w:t>
        <w:br/>
        <w:t>v 1.477666 12.311123 -1.321293</w:t>
        <w:br/>
        <w:t>v 1.937806 12.333512 -1.093864</w:t>
        <w:br/>
        <w:t>v 1.776185 12.336205 -1.078193</w:t>
        <w:br/>
        <w:t>v 1.903142 12.339248 -0.869152</w:t>
        <w:br/>
        <w:t>v 1.753756 12.339914 -0.927621</w:t>
        <w:br/>
        <w:t>v 1.675491 12.350768 -0.808654</w:t>
        <w:br/>
        <w:t>v 1.783828 12.355795 -0.687789</w:t>
        <w:br/>
        <w:t>v 1.637588 12.375186 -0.614385</w:t>
        <w:br/>
        <w:t>v 1.705380 12.278835 -0.939805</w:t>
        <w:br/>
        <w:t>v 1.724094 12.275708 -1.074122</w:t>
        <w:br/>
        <w:t>v 1.203646 12.343450 -1.022716</w:t>
        <w:br/>
        <w:t>v 1.638308 12.288135 -0.837854</w:t>
        <w:br/>
        <w:t>v 1.548738 12.367574 -0.745031</w:t>
        <w:br/>
        <w:t>v 1.525810 12.389830 -0.588048</w:t>
        <w:br/>
        <w:t>v 1.225276 12.341108 -0.930681</w:t>
        <w:br/>
        <w:t>v 1.168877 12.415257 -1.018209</w:t>
        <w:br/>
        <w:t>v 1.407235 12.385950 -0.739024</w:t>
        <w:br/>
        <w:t>v 1.374879 12.409428 -0.581640</w:t>
        <w:br/>
        <w:t>v 1.183360 12.433642 -0.682322</w:t>
        <w:br/>
        <w:t>v 1.529684 12.302537 -0.783330</w:t>
        <w:br/>
        <w:t>v 1.300759 12.331898 -0.834780</w:t>
        <w:br/>
        <w:t>v 1.408420 12.318283 -0.778182</w:t>
        <w:br/>
        <w:t>v 1.408420 12.318283 -0.778182</w:t>
        <w:br/>
        <w:t>v 1.193524 12.412582 -0.916974</w:t>
        <w:br/>
        <w:t>v 1.011979 12.454026 -1.002419</w:t>
        <w:br/>
        <w:t>v 1.049083 12.450027 -0.852920</w:t>
        <w:br/>
        <w:t>v 1.281606 12.401834 -0.805068</w:t>
        <w:br/>
        <w:t>v 1.129447 14.391636 -0.982857</w:t>
        <w:br/>
        <w:t>v 1.054228 14.315811 -0.996515</w:t>
        <w:br/>
        <w:t>v 1.127530 14.391697 -1.003074</w:t>
        <w:br/>
        <w:t>v 1.054228 14.315811 -0.996515</w:t>
        <w:br/>
        <w:t>v 1.115853 14.307725 -1.010667</w:t>
        <w:br/>
        <w:t>v 1.127530 14.391697 -1.003074</w:t>
        <w:br/>
        <w:t>v 1.056078 14.315758 -0.976974</w:t>
        <w:br/>
        <w:t>v 1.036749 14.181083 -0.995594</w:t>
        <w:br/>
        <w:t>v 1.036749 14.181083 -0.995594</w:t>
        <w:br/>
        <w:t>v 1.098374 14.172997 -1.009746</w:t>
        <w:br/>
        <w:t>v 1.038468 14.181053 -0.977421</w:t>
        <w:br/>
        <w:t>v 1.016159 14.022381 -0.994509</w:t>
        <w:br/>
        <w:t>v 1.016159 14.022381 -0.994509</w:t>
        <w:br/>
        <w:t>v 1.077785 14.014294 -1.008662</w:t>
        <w:br/>
        <w:t>v 1.070772 13.954206 -1.000083</w:t>
        <w:br/>
        <w:t>v 1.072259 13.954211 -0.984308</w:t>
        <w:br/>
        <w:t>v 1.070772 13.954206 -1.000083</w:t>
        <w:br/>
        <w:t>v -1.250097 15.288845 -0.218304</w:t>
        <w:br/>
        <w:t>v -1.241961 15.256407 -0.207804</w:t>
        <w:br/>
        <w:t>v -1.076383 15.224296 -0.348040</w:t>
        <w:br/>
        <w:t>v -1.178634 15.466298 -0.199409</w:t>
        <w:br/>
        <w:t>v -1.073238 15.190545 -0.334239</w:t>
        <w:br/>
        <w:t>v -1.007818 15.398941 -0.317825</w:t>
        <w:br/>
        <w:t>v -1.152421 15.469564 -0.181955</w:t>
        <w:br/>
        <w:t>v -0.992340 15.406222 -0.291886</w:t>
        <w:br/>
        <w:t>v -1.032029 15.208555 -0.359932</w:t>
        <w:br/>
        <w:t>v -1.035486 15.173246 -0.336370</w:t>
        <w:br/>
        <w:t>v -0.965244 15.382557 -0.328430</w:t>
        <w:br/>
        <w:t>v -0.938837 15.376707 -0.276863</w:t>
        <w:br/>
        <w:t>v -0.888816 15.132868 -0.467757</w:t>
        <w:br/>
        <w:t>v -0.801134 15.331039 -0.391433</w:t>
        <w:br/>
        <w:t>v -0.965244 15.382557 -0.328430</w:t>
        <w:br/>
        <w:t>v -0.897263 15.168791 -0.495906</w:t>
        <w:br/>
        <w:t>v -0.826099 15.333926 -0.428692</w:t>
        <w:br/>
        <w:t>v -0.826099 15.333926 -0.428692</w:t>
        <w:br/>
        <w:t>v -0.771699 15.320546 -0.490863</w:t>
        <w:br/>
        <w:t>v -0.771699 15.320546 -0.490863</w:t>
        <w:br/>
        <w:t>v -0.846138 15.168920 -0.554633</w:t>
        <w:br/>
        <w:t>v -0.846138 15.168920 -0.554633</w:t>
        <w:br/>
        <w:t>v -0.822954 15.157239 -0.564289</w:t>
        <w:br/>
        <w:t>v -0.822954 15.157239 -0.564289</w:t>
        <w:br/>
        <w:t>v -0.747176 15.311530 -0.502040</w:t>
        <w:br/>
        <w:t>v -0.747176 15.311530 -0.502040</w:t>
        <w:br/>
        <w:t>v -0.704511 15.290298 -0.499363</w:t>
        <w:br/>
        <w:t>v -0.674036 15.287414 -0.468654</w:t>
        <w:br/>
        <w:t>v -0.674036 15.287414 -0.468654</w:t>
        <w:br/>
        <w:t>v -0.704511 15.290298 -0.499363</w:t>
        <w:br/>
        <w:t>v -0.681521 15.268050 -0.476646</w:t>
        <w:br/>
        <w:t>v -0.712516 15.272688 -0.504743</w:t>
        <w:br/>
        <w:t>v -0.712516 15.272688 -0.504743</w:t>
        <w:br/>
        <w:t>v -0.483947 15.200654 -0.597415</w:t>
        <w:br/>
        <w:t>v -0.681521 15.268050 -0.476646</w:t>
        <w:br/>
        <w:t>v -0.482791 15.207323 -0.566304</w:t>
        <w:br/>
        <w:t>v -0.309506 15.155780 -0.606655</w:t>
        <w:br/>
        <w:t>v -0.291091 15.152300 -0.628608</w:t>
        <w:br/>
        <w:t>v -0.770152 15.135430 -0.556739</w:t>
        <w:br/>
        <w:t>v -0.483947 15.200654 -0.597415</w:t>
        <w:br/>
        <w:t>v -0.509367 15.055013 -0.661133</w:t>
        <w:br/>
        <w:t>v -0.291091 15.152300 -0.628608</w:t>
        <w:br/>
        <w:t>v -0.343464 14.997326 -0.694506</w:t>
        <w:br/>
        <w:t>v -0.355082 14.978169 -0.685240</w:t>
        <w:br/>
        <w:t>v -0.513539 15.031140 -0.645902</w:t>
        <w:br/>
        <w:t>v -0.755220 15.114012 -0.538233</w:t>
        <w:br/>
        <w:t>v -0.770152 15.135430 -0.556739</w:t>
        <w:br/>
        <w:t>v -0.775948 15.128464 -0.562366</w:t>
        <w:br/>
        <w:t>v -0.755220 15.114012 -0.538233</w:t>
        <w:br/>
        <w:t>v -0.775948 15.128464 -0.562366</w:t>
        <w:br/>
        <w:t>v -0.765825 15.094868 -0.543782</w:t>
        <w:br/>
        <w:t>v -0.765825 15.094868 -0.543782</w:t>
        <w:br/>
        <w:t>v 2.664421 12.828196 -0.256362</w:t>
        <w:br/>
        <w:t>v 2.685826 12.839695 -0.249255</w:t>
        <w:br/>
        <w:t>v 2.695939 12.842683 -0.331929</w:t>
        <w:br/>
        <w:t>v 2.673966 12.831175 -0.335194</w:t>
        <w:br/>
        <w:t>v 2.713865 12.874587 -0.238836</w:t>
        <w:br/>
        <w:t>v 2.682811 12.842102 -0.402793</w:t>
        <w:br/>
        <w:t>v 2.660270 12.830579 -0.402211</w:t>
        <w:br/>
        <w:t>v 2.656030 12.860541 -0.452809</w:t>
        <w:br/>
        <w:t>v 2.720418 12.878139 -0.355791</w:t>
        <w:br/>
        <w:t>v 2.721696 12.879983 -0.236170</w:t>
        <w:br/>
        <w:t>v 2.703722 12.878108 -0.460972</w:t>
        <w:br/>
        <w:t>v 2.658890 12.865499 -0.463456</w:t>
        <w:br/>
        <w:t>v 2.725909 12.883080 -0.361806</w:t>
        <w:br/>
        <w:t>v 2.715113 12.913315 -0.236293</w:t>
        <w:br/>
        <w:t>v 2.725909 12.883080 -0.361806</w:t>
        <w:br/>
        <w:t>v 2.721696 12.879983 -0.236170</w:t>
        <w:br/>
        <w:t>v 2.710343 12.883106 -0.474599</w:t>
        <w:br/>
        <w:t>v 2.658890 12.865499 -0.463456</w:t>
        <w:br/>
        <w:t>v 2.710343 12.883106 -0.474599</w:t>
        <w:br/>
        <w:t>v 2.656114 12.898272 -0.464890</w:t>
        <w:br/>
        <w:t>v 2.716817 12.917285 -0.362240</w:t>
        <w:br/>
        <w:t>v 2.710343 12.883106 -0.474599</w:t>
        <w:br/>
        <w:t>v 2.715113 12.913315 -0.236293</w:t>
        <w:br/>
        <w:t>v 2.691130 12.915812 -0.243395</w:t>
        <w:br/>
        <w:t>v 2.716817 12.917285 -0.362240</w:t>
        <w:br/>
        <w:t>v 2.698738 12.918188 -0.475348</w:t>
        <w:br/>
        <w:t>v 2.698738 12.918188 -0.475348</w:t>
        <w:br/>
        <w:t>v 2.691251 12.920958 -0.466061</w:t>
        <w:br/>
        <w:t>v 2.660548 12.905483 -0.457365</w:t>
        <w:br/>
        <w:t>v 2.660548 12.905483 -0.457365</w:t>
        <w:br/>
        <w:t>v 2.691251 12.920958 -0.466061</w:t>
        <w:br/>
        <w:t>v 2.663387 12.917321 -0.462580</w:t>
        <w:br/>
        <w:t>v 2.699092 12.919632 -0.361766</w:t>
        <w:br/>
        <w:t>v 2.699092 12.919632 -0.361766</w:t>
        <w:br/>
        <w:t>v 2.691130 12.915812 -0.243395</w:t>
        <w:br/>
        <w:t>v 2.680899 13.019191 -0.335334</w:t>
        <w:br/>
        <w:t>v 2.673171 13.016104 -0.243209</w:t>
        <w:br/>
        <w:t>v 2.673171 13.016104 -0.243209</w:t>
        <w:br/>
        <w:t>v 2.646698 13.019011 -0.251041</w:t>
        <w:br/>
        <w:t>v 2.680899 13.019191 -0.335334</w:t>
        <w:br/>
        <w:t>v 2.650593 13.021364 -0.335479</w:t>
        <w:br/>
        <w:t>v 2.642913 13.021837 -0.404510</w:t>
        <w:br/>
        <w:t>v 2.677059 13.020393 -0.412057</w:t>
        <w:br/>
        <w:t>v 2.677059 13.020393 -0.412057</w:t>
        <w:br/>
        <w:t>v 2.691251 12.920958 -0.466061</w:t>
        <w:br/>
        <w:t>v 2.645780 13.018960 -0.414300</w:t>
        <w:br/>
        <w:t>v 2.672645 13.014210 -0.422383</w:t>
        <w:br/>
        <w:t>v 2.621239 13.068885 -0.489225</w:t>
        <w:br/>
        <w:t>v 2.672645 13.014210 -0.422383</w:t>
        <w:br/>
        <w:t>v 2.683150 12.929528 -0.468631</w:t>
        <w:br/>
        <w:t>v 2.683150 12.929528 -0.468631</w:t>
        <w:br/>
        <w:t>v 2.638217 12.955012 -0.528460</w:t>
        <w:br/>
        <w:t>v 2.658097 12.970305 -0.537437</w:t>
        <w:br/>
        <w:t>v 2.658097 12.970305 -0.537437</w:t>
        <w:br/>
        <w:t>v 2.647113 13.063326 -0.499708</w:t>
        <w:br/>
        <w:t>v 2.647113 13.063326 -0.499708</w:t>
        <w:br/>
        <w:t>v 2.594538 13.040374 -0.642979</w:t>
        <w:br/>
        <w:t>v 2.594538 13.040374 -0.642979</w:t>
        <w:br/>
        <w:t>v 2.574455 13.019786 -0.628972</w:t>
        <w:br/>
        <w:t>v 2.582732 13.147732 -0.619889</w:t>
        <w:br/>
        <w:t>v 2.582732 13.147732 -0.619889</w:t>
        <w:br/>
        <w:t>v 2.558560 13.154680 -0.605282</w:t>
        <w:br/>
        <w:t>v 2.443828 13.133621 -0.761713</w:t>
        <w:br/>
        <w:t>v 2.443828 13.133621 -0.761713</w:t>
        <w:br/>
        <w:t>v 2.430953 13.114168 -0.740520</w:t>
        <w:br/>
        <w:t>v 2.428945 13.263668 -0.754259</w:t>
        <w:br/>
        <w:t>v 2.428945 13.263668 -0.754259</w:t>
        <w:br/>
        <w:t>v 2.411894 13.271690 -0.732414</w:t>
        <w:br/>
        <w:t>v 2.231294 13.232643 -0.802487</w:t>
        <w:br/>
        <w:t>v 2.210818 13.388070 -0.825762</w:t>
        <w:br/>
        <w:t>v 2.205314 13.398952 -0.799462</w:t>
        <w:br/>
        <w:t>v 2.232709 13.249300 -0.828187</w:t>
        <w:br/>
        <w:t>v 2.232709 13.249300 -0.828187</w:t>
        <w:br/>
        <w:t>v 2.210818 13.388070 -0.825762</w:t>
        <w:br/>
        <w:t>v 2.010674 13.339916 -0.762437</w:t>
        <w:br/>
        <w:t>v 2.019285 13.325724 -0.737196</w:t>
        <w:br/>
        <w:t>v 1.853673 13.393050 -0.639981</w:t>
        <w:br/>
        <w:t>v 1.988968 13.476190 -0.755796</w:t>
        <w:br/>
        <w:t>v 1.988968 13.476190 -0.755796</w:t>
        <w:br/>
        <w:t>v 1.993484 13.489538 -0.729952</w:t>
        <w:br/>
        <w:t>v 1.834106 13.406839 -0.659967</w:t>
        <w:br/>
        <w:t>v 1.834106 13.406839 -0.659967</w:t>
        <w:br/>
        <w:t>v 1.694289 13.456167 -0.514192</w:t>
        <w:br/>
        <w:t>v 1.667820 13.468604 -0.521489</w:t>
        <w:br/>
        <w:t>v 1.813474 13.536445 -0.652728</w:t>
        <w:br/>
        <w:t>v 1.813474 13.536445 -0.652728</w:t>
        <w:br/>
        <w:t>v 1.667820 13.468604 -0.521489</w:t>
        <w:br/>
        <w:t>v 1.828953 13.550193 -0.632142</w:t>
        <w:br/>
        <w:t>v 1.650050 13.590793 -0.520021</w:t>
        <w:br/>
        <w:t>v 1.673225 13.601080 -0.512447</w:t>
        <w:br/>
        <w:t>v 1.650050 13.590793 -0.520021</w:t>
        <w:br/>
        <w:t>v 2.420875 14.028008 -0.262797</w:t>
        <w:br/>
        <w:t>v 2.406226 14.033595 -0.158904</w:t>
        <w:br/>
        <w:t>v 2.450276 14.040145 -0.253240</w:t>
        <w:br/>
        <w:t>v 2.502121 14.137369 -0.232146</w:t>
        <w:br/>
        <w:t>v 2.377088 14.021512 -0.174319</w:t>
        <w:br/>
        <w:t>v 2.444809 14.128865 -0.116177</w:t>
        <w:br/>
        <w:t>v 2.337629 14.023370 -0.095008</w:t>
        <w:br/>
        <w:t>v 2.306163 14.011162 -0.100663</w:t>
        <w:br/>
        <w:t>v 2.522647 14.144300 -0.225560</w:t>
        <w:br/>
        <w:t>v 2.331244 14.105797 -0.049500</w:t>
        <w:br/>
        <w:t>v 2.376532 14.118115 -0.045168</w:t>
        <w:br/>
        <w:t>v 2.462282 14.135343 -0.103315</w:t>
        <w:br/>
        <w:t>v 2.223797 14.090274 0.007691</w:t>
        <w:br/>
        <w:t>v 2.216167 13.998159 -0.052760</w:t>
        <w:br/>
        <w:t>v 2.352174 14.115341 -0.019975</w:t>
        <w:br/>
        <w:t>v 2.364834 14.121116 -0.002116</w:t>
        <w:br/>
        <w:t>v 2.462282 14.135343 -0.103315</w:t>
        <w:br/>
        <w:t>v 2.435657 14.188824 -0.116523</w:t>
        <w:br/>
        <w:t>v 2.522647 14.144300 -0.225560</w:t>
        <w:br/>
        <w:t>v 2.364834 14.121116 -0.002116</w:t>
        <w:br/>
        <w:t>v 2.492675 14.197280 -0.231647</w:t>
        <w:br/>
        <w:t>v 2.446222 14.198934 -0.245582</w:t>
        <w:br/>
        <w:t>v 2.395773 14.191457 -0.143974</w:t>
        <w:br/>
        <w:t>v 2.343189 14.175324 -0.020494</w:t>
        <w:br/>
        <w:t>v 2.313633 14.179465 -0.058671</w:t>
        <w:br/>
        <w:t>v 2.234632 14.098359 0.042590</w:t>
        <w:br/>
        <w:t>v 2.241185 14.103252 0.063699</w:t>
        <w:br/>
        <w:t>v 2.241185 14.103252 0.063699</w:t>
        <w:br/>
        <w:t>v 2.225857 14.158375 0.041958</w:t>
        <w:br/>
        <w:t>v 2.209408 14.164407 -0.003195</w:t>
        <w:br/>
        <w:t>v 2.180588 14.084078 0.015215</w:t>
        <w:br/>
        <w:t>v 2.195881 13.995244 -0.047616</w:t>
        <w:br/>
        <w:t>v 2.095148 14.139632 0.064720</w:t>
        <w:br/>
        <w:t>v 2.093299 14.147757 0.017024</w:t>
        <w:br/>
        <w:t>v 2.177137 13.977591 -0.018073</w:t>
        <w:br/>
        <w:t>v 2.195646 13.973134 -0.048687</w:t>
        <w:br/>
        <w:t>v 2.177137 13.977591 -0.018073</w:t>
        <w:br/>
        <w:t>v 2.195646 13.973134 -0.048687</w:t>
        <w:br/>
        <w:t>v 2.118984 13.962142 -0.035337</w:t>
        <w:br/>
        <w:t>v 2.162046 14.088091 0.056028</w:t>
        <w:br/>
        <w:t>v 2.162046 14.088091 0.056028</w:t>
        <w:br/>
        <w:t>v 2.114896 13.968678 -0.011439</w:t>
        <w:br/>
        <w:t>v 2.018280 13.947795 -0.050030</w:t>
        <w:br/>
        <w:t>v 2.103700 14.079393 0.064311</w:t>
        <w:br/>
        <w:t>v 2.103438 14.083497 0.087687</w:t>
        <w:br/>
        <w:t>v 2.103438 14.083497 0.087687</w:t>
        <w:br/>
        <w:t>v 2.007736 13.953411 -0.027338</w:t>
        <w:br/>
        <w:t>v 1.972502 14.060702 0.045169</w:t>
        <w:br/>
        <w:t>v 1.921985 13.941294 -0.072683</w:t>
        <w:br/>
        <w:t>v 1.926986 13.934889 -0.095438</w:t>
        <w:br/>
        <w:t>v 1.965076 14.063787 0.067499</w:t>
        <w:br/>
        <w:t>v 1.904768 13.938869 -0.083854</w:t>
        <w:br/>
        <w:t>v 1.901093 13.931264 -0.120880</w:t>
        <w:br/>
        <w:t>v 1.901093 13.931264 -0.120880</w:t>
        <w:br/>
        <w:t>v 1.893884 13.952312 -0.122139</w:t>
        <w:br/>
        <w:t>v 1.904768 13.938869 -0.083854</w:t>
        <w:br/>
        <w:t>v 1.853566 14.043881 -0.013988</w:t>
        <w:br/>
        <w:t>v 1.846097 14.036541 -0.071494</w:t>
        <w:br/>
        <w:t>v 1.850966 13.946317 -0.167080</w:t>
        <w:br/>
        <w:t>v 1.839823 14.042378 -0.024162</w:t>
        <w:br/>
        <w:t>v 1.787780 14.028381 -0.128796</w:t>
        <w:br/>
        <w:t>v 1.803506 13.939805 -0.258010</w:t>
        <w:br/>
        <w:t>v 1.759054 14.030542 -0.107752</w:t>
        <w:br/>
        <w:t>v 1.731118 14.020607 -0.237357</w:t>
        <w:br/>
        <w:t>v 1.839644 14.046049 0.005112</w:t>
        <w:br/>
        <w:t>v 1.739420 14.032022 -0.093368</w:t>
        <w:br/>
        <w:t>v 1.697317 14.022078 -0.226037</w:t>
        <w:br/>
        <w:t>v 1.772744 13.942412 -0.269777</w:t>
        <w:br/>
        <w:t>v 1.786180 13.937634 -0.359291</w:t>
        <w:br/>
        <w:t>v 1.691075 14.019297 -0.258863</w:t>
        <w:br/>
        <w:t>v 1.752916 13.941063 -0.366743</w:t>
        <w:br/>
        <w:t>v 1.799021 13.939720 -0.455519</w:t>
        <w:br/>
        <w:t>v 1.765145 13.943869 -0.465517</w:t>
        <w:br/>
        <w:t>v 1.674778 14.019249 -0.357790</w:t>
        <w:br/>
        <w:t>v 1.691601 14.021985 -0.483356</w:t>
        <w:br/>
        <w:t>v 1.674213 14.023079 -0.218300</w:t>
        <w:br/>
        <w:t>v 1.650407 14.020097 -0.357456</w:t>
        <w:br/>
        <w:t>v 1.668258 14.022993 -0.490349</w:t>
        <w:br/>
        <w:t>v 1.668258 14.022993 -0.490349</w:t>
        <w:br/>
        <w:t>v 1.681937 14.082174 -0.482908</w:t>
        <w:br/>
        <w:t>v 1.650407 14.020097 -0.357456</w:t>
        <w:br/>
        <w:t>v 1.665264 14.079464 -0.357679</w:t>
        <w:br/>
        <w:t>v 1.726047 14.096682 -0.468776</w:t>
        <w:br/>
        <w:t>v 1.711434 14.094313 -0.358191</w:t>
        <w:br/>
        <w:t>v 1.731500 14.096828 -0.240896</w:t>
        <w:br/>
        <w:t>v 1.687853 14.082298 -0.225633</w:t>
        <w:br/>
        <w:t>v 1.674213 14.023079 -0.218300</w:t>
        <w:br/>
        <w:t>v 1.786463 14.104371 -0.135589</w:t>
        <w:br/>
        <w:t>v 1.749728 14.090790 -0.107084</w:t>
        <w:br/>
        <w:t>v 1.739420 14.032022 -0.093368</w:t>
        <w:br/>
        <w:t>v 1.870944 14.116195 -0.052580</w:t>
        <w:br/>
        <w:t>v 1.844832 14.104099 -0.013636</w:t>
        <w:br/>
        <w:t>v 1.839644 14.046049 0.005112</w:t>
        <w:br/>
        <w:t>v 1.976672 14.131144 0.000008</w:t>
        <w:br/>
        <w:t>v 1.965076 14.063787 0.067499</w:t>
        <w:br/>
        <w:t>v 1.963856 14.120926 0.045564</w:t>
        <w:br/>
        <w:t>v 2.664421 12.828196 -0.256362</w:t>
        <w:br/>
        <w:t>v 2.648534 12.833901 -0.174945</w:t>
        <w:br/>
        <w:t>v 2.685826 12.839695 -0.249255</w:t>
        <w:br/>
        <w:t>v 2.713865 12.874587 -0.238836</w:t>
        <w:br/>
        <w:t>v 2.628776 12.822805 -0.185546</w:t>
        <w:br/>
        <w:t>v 2.654670 12.865957 -0.138062</w:t>
        <w:br/>
        <w:t>v 2.598502 12.826487 -0.123601</w:t>
        <w:br/>
        <w:t>v 2.580395 12.815783 -0.137700</w:t>
        <w:br/>
        <w:t>v 2.721696 12.879983 -0.236170</w:t>
        <w:br/>
        <w:t>v 2.548011 12.840533 -0.095102</w:t>
        <w:br/>
        <w:t>v 2.582708 12.855693 -0.060229</w:t>
        <w:br/>
        <w:t>v 2.544366 12.844286 -0.084204</w:t>
        <w:br/>
        <w:t>v 2.655773 12.870088 -0.129548</w:t>
        <w:br/>
        <w:t>v 2.580551 12.859067 -0.044786</w:t>
        <w:br/>
        <w:t>v 2.544366 12.844286 -0.084204</w:t>
        <w:br/>
        <w:t>v 2.540250 12.876812 -0.081200</w:t>
        <w:br/>
        <w:t>v 2.580551 12.859067 -0.044786</w:t>
        <w:br/>
        <w:t>v 2.580551 12.859067 -0.044786</w:t>
        <w:br/>
        <w:t>v 2.569384 12.894227 -0.046984</w:t>
        <w:br/>
        <w:t>v 2.655773 12.870088 -0.129548</w:t>
        <w:br/>
        <w:t>v 2.569384 12.894227 -0.046984</w:t>
        <w:br/>
        <w:t>v 2.646901 12.904333 -0.130710</w:t>
        <w:br/>
        <w:t>v 2.721696 12.879983 -0.236170</w:t>
        <w:br/>
        <w:t>v 2.715113 12.913315 -0.236293</w:t>
        <w:br/>
        <w:t>v 2.691130 12.915812 -0.243395</w:t>
        <w:br/>
        <w:t>v 2.715113 12.913315 -0.236293</w:t>
        <w:br/>
        <w:t>v 2.646901 12.904333 -0.130710</w:t>
        <w:br/>
        <w:t>v 2.568184 12.898161 -0.058519</w:t>
        <w:br/>
        <w:t>v 2.547875 12.884617 -0.084243</w:t>
        <w:br/>
        <w:t>v 2.547875 12.884617 -0.084243</w:t>
        <w:br/>
        <w:t>v 2.546997 12.895761 -0.077150</w:t>
        <w:br/>
        <w:t>v 2.568184 12.898161 -0.058519</w:t>
        <w:br/>
        <w:t>v 2.632319 12.907265 -0.140644</w:t>
        <w:br/>
        <w:t>v 2.691130 12.915812 -0.243395</w:t>
        <w:br/>
        <w:t>v 2.632319 12.907265 -0.140644</w:t>
        <w:br/>
        <w:t>v 2.628672 13.009517 -0.162383</w:t>
        <w:br/>
        <w:t>v 2.673171 13.016104 -0.243209</w:t>
        <w:br/>
        <w:t>v 2.646698 13.019011 -0.251041</w:t>
        <w:br/>
        <w:t>v 2.673171 13.016104 -0.243209</w:t>
        <w:br/>
        <w:t>v 2.628672 13.009517 -0.162383</w:t>
        <w:br/>
        <w:t>v 2.603271 13.012600 -0.178767</w:t>
        <w:br/>
        <w:t>v 2.558757 13.006251 -0.125826</w:t>
        <w:br/>
        <w:t>v 2.583091 13.002988 -0.100883</w:t>
        <w:br/>
        <w:t>v 2.583091 13.002988 -0.100883</w:t>
        <w:br/>
        <w:t>v 2.568184 12.898161 -0.058519</w:t>
        <w:br/>
        <w:t>v 2.555832 13.002300 -0.116435</w:t>
        <w:br/>
        <w:t>v 2.573905 12.995920 -0.095405</w:t>
        <w:br/>
        <w:t>v 2.573905 12.995920 -0.095405</w:t>
        <w:br/>
        <w:t>v 2.492489 13.045035 -0.062866</w:t>
        <w:br/>
        <w:t>v 2.559749 12.906675 -0.059987</w:t>
        <w:br/>
        <w:t>v 2.559749 12.906675 -0.059987</w:t>
        <w:br/>
        <w:t>v 2.488499 12.927279 -0.032665</w:t>
        <w:br/>
        <w:t>v 2.499640 12.940953 -0.012700</w:t>
        <w:br/>
        <w:t>v 2.499640 12.940953 -0.012700</w:t>
        <w:br/>
        <w:t>v 2.377892 12.983378 0.021953</w:t>
        <w:br/>
        <w:t>v 2.508438 13.037641 -0.040479</w:t>
        <w:br/>
        <w:t>v 2.508438 13.037641 -0.040479</w:t>
        <w:br/>
        <w:t>v 2.386263 13.001792 0.046734</w:t>
        <w:br/>
        <w:t>v 2.386263 13.001792 0.046734</w:t>
        <w:br/>
        <w:t>v 2.385853 13.111261 0.032083</w:t>
        <w:br/>
        <w:t>v 2.385853 13.111261 0.032083</w:t>
        <w:br/>
        <w:t>v 2.373556 13.120416 0.007364</w:t>
        <w:br/>
        <w:t>v 2.192262 13.087027 0.071356</w:t>
        <w:br/>
        <w:t>v 2.192262 13.087027 0.071356</w:t>
        <w:br/>
        <w:t>v 2.193830 13.070248 0.044723</w:t>
        <w:br/>
        <w:t>v 1.989588 13.187876 -0.002072</w:t>
        <w:br/>
        <w:t>v 2.179959 13.217551 0.070268</w:t>
        <w:br/>
        <w:t>v 2.179959 13.217551 0.070268</w:t>
        <w:br/>
        <w:t>v 2.177558 13.228283 0.043598</w:t>
        <w:br/>
        <w:t>v 1.976070 13.201766 0.021682</w:t>
        <w:br/>
        <w:t>v 1.976070 13.201766 0.021682</w:t>
        <w:br/>
        <w:t>v 1.954881 13.340666 0.021778</w:t>
        <w:br/>
        <w:t>v 1.954881 13.340666 0.021778</w:t>
        <w:br/>
        <w:t>v 1.964474 13.354343 -0.001913</w:t>
        <w:br/>
        <w:t>v 1.824529 13.305438 -0.146012</w:t>
        <w:br/>
        <w:t>v 1.846074 13.293641 -0.163600</w:t>
        <w:br/>
        <w:t>v 1.759637 13.375633 -0.328575</w:t>
        <w:br/>
        <w:t>v 1.805900 13.442281 -0.149556</w:t>
        <w:br/>
        <w:t>v 1.805900 13.442281 -0.149556</w:t>
        <w:br/>
        <w:t>v 1.823514 13.458057 -0.167088</w:t>
        <w:br/>
        <w:t>v 1.731875 13.387902 -0.321424</w:t>
        <w:br/>
        <w:t>v 1.731875 13.387902 -0.321424</w:t>
        <w:br/>
        <w:t>v 1.694289 13.456167 -0.514192</w:t>
        <w:br/>
        <w:t>v 1.667820 13.468604 -0.521489</w:t>
        <w:br/>
        <w:t>v 1.714676 13.518140 -0.325554</w:t>
        <w:br/>
        <w:t>v 1.714676 13.518140 -0.325554</w:t>
        <w:br/>
        <w:t>v 1.667820 13.468604 -0.521489</w:t>
        <w:br/>
        <w:t>v 1.738511 13.533440 -0.332642</w:t>
        <w:br/>
        <w:t>v 1.650050 13.590793 -0.520021</w:t>
        <w:br/>
        <w:t>v 1.673225 13.601080 -0.512447</w:t>
        <w:br/>
        <w:t>v 1.650050 13.590793 -0.520021</w:t>
        <w:br/>
        <w:t>v 1.913547 12.676263 -1.086049</w:t>
        <w:br/>
        <w:t>v 1.938208 12.681500 -1.088349</w:t>
        <w:br/>
        <w:t>v 1.916283 12.685157 -1.168675</w:t>
        <w:br/>
        <w:t>v 1.892587 12.679901 -1.162612</w:t>
        <w:br/>
        <w:t>v 1.976006 12.707448 -1.091591</w:t>
        <w:br/>
        <w:t>v 1.877338 12.690925 -1.229044</w:t>
        <w:br/>
        <w:t>v 1.854609 12.685645 -1.219215</w:t>
        <w:br/>
        <w:t>v 1.839119 12.717734 -1.266184</w:t>
        <w:br/>
        <w:t>v 1.937933 12.713982 -1.202233</w:t>
        <w:br/>
        <w:t>v 1.985356 12.710508 -1.092446</w:t>
        <w:br/>
        <w:t>v 1.882818 12.722623 -1.292949</w:t>
        <w:br/>
        <w:t>v 1.838847 12.722212 -1.277410</w:t>
        <w:br/>
        <w:t>v 1.941766 12.717570 -1.210182</w:t>
        <w:br/>
        <w:t>v 1.987983 12.744378 -1.092159</w:t>
        <w:br/>
        <w:t>v 1.941766 12.717570 -1.210182</w:t>
        <w:br/>
        <w:t>v 1.985356 12.710508 -1.092446</w:t>
        <w:br/>
        <w:t>v 1.884753 12.726281 -1.308356</w:t>
        <w:br/>
        <w:t>v 1.844208 12.754611 -1.279743</w:t>
        <w:br/>
        <w:t>v 1.838847 12.722212 -1.277410</w:t>
        <w:br/>
        <w:t>v 1.884753 12.726281 -1.308356</w:t>
        <w:br/>
        <w:t>v 1.942270 12.752951 -1.209284</w:t>
        <w:br/>
        <w:t>v 1.884753 12.726281 -1.308356</w:t>
        <w:br/>
        <w:t>v 1.964612 12.753318 -1.089757</w:t>
        <w:br/>
        <w:t>v 1.942270 12.752951 -1.209284</w:t>
        <w:br/>
        <w:t>v 1.987983 12.744378 -1.092159</w:t>
        <w:br/>
        <w:t>v 1.883129 12.763176 -1.306848</w:t>
        <w:br/>
        <w:t>v 1.883129 12.763176 -1.306848</w:t>
        <w:br/>
        <w:t>v 1.880747 12.767410 -1.295608</w:t>
        <w:br/>
        <w:t>v 1.852870 12.760109 -1.274939</w:t>
        <w:br/>
        <w:t>v 1.852870 12.760109 -1.274939</w:t>
        <w:br/>
        <w:t>v 1.880747 12.767410 -1.295608</w:t>
        <w:br/>
        <w:t>v 1.856416 12.771002 -1.281577</w:t>
        <w:br/>
        <w:t>v 1.927316 12.759803 -1.202258</w:t>
        <w:br/>
        <w:t>v 1.927316 12.759803 -1.202258</w:t>
        <w:br/>
        <w:t>v 1.964612 12.753318 -1.089757</w:t>
        <w:br/>
        <w:t>v 1.946729 12.859490 -1.177228</w:t>
        <w:br/>
        <w:t>v 1.974367 12.854735 -1.089082</w:t>
        <w:br/>
        <w:t>v 1.948610 12.864742 -1.086431</w:t>
        <w:br/>
        <w:t>v 1.946729 12.859490 -1.177228</w:t>
        <w:br/>
        <w:t>v 1.974367 12.854735 -1.089082</w:t>
        <w:br/>
        <w:t>v 1.920328 12.869475 -1.165982</w:t>
        <w:br/>
        <w:t>v 1.887190 12.874767 -1.226796</w:t>
        <w:br/>
        <w:t>v 1.914241 12.864808 -1.246646</w:t>
        <w:br/>
        <w:t>v 1.914241 12.864808 -1.246646</w:t>
        <w:br/>
        <w:t>v 1.880747 12.767410 -1.295608</w:t>
        <w:br/>
        <w:t>v 1.885249 12.871651 -1.236739</w:t>
        <w:br/>
        <w:t>v 1.904788 12.860415 -1.254107</w:t>
        <w:br/>
        <w:t>v 1.847524 12.929275 -1.299702</w:t>
        <w:br/>
        <w:t>v 1.904788 12.860415 -1.254107</w:t>
        <w:br/>
        <w:t>v 1.874761 12.777893 -1.295441</w:t>
        <w:br/>
        <w:t>v 1.874761 12.777893 -1.295441</w:t>
        <w:br/>
        <w:t>v 1.818470 12.816617 -1.335182</w:t>
        <w:br/>
        <w:t>v 1.865056 12.917619 -1.318858</w:t>
        <w:br/>
        <w:t>v 1.836586 12.826575 -1.351986</w:t>
        <w:br/>
        <w:t>v 1.836586 12.826575 -1.351986</w:t>
        <w:br/>
        <w:t>v 1.865056 12.917619 -1.318858</w:t>
        <w:br/>
        <w:t>v 1.739922 12.899818 -1.407789</w:t>
        <w:br/>
        <w:t>v 1.769353 13.033113 -1.388390</w:t>
        <w:br/>
        <w:t>v 1.757645 12.915034 -1.429645</w:t>
        <w:br/>
        <w:t>v 1.757645 12.915034 -1.429645</w:t>
        <w:br/>
        <w:t>v 1.783440 13.020727 -1.410618</w:t>
        <w:br/>
        <w:t>v 1.783440 13.020727 -1.410618</w:t>
        <w:br/>
        <w:t>v 1.602209 13.049059 -1.487818</w:t>
        <w:br/>
        <w:t>v 1.602209 13.049059 -1.487818</w:t>
        <w:br/>
        <w:t>v 1.593927 13.032767 -1.462142</w:t>
        <w:br/>
        <w:t>v 1.423229 13.201519 -1.450917</w:t>
        <w:br/>
        <w:t>v 1.625082 13.178085 -1.483481</w:t>
        <w:br/>
        <w:t>v 1.625082 13.178085 -1.483481</w:t>
        <w:br/>
        <w:t>v 1.620363 13.189353 -1.457348</w:t>
        <w:br/>
        <w:t>v 1.443820 13.368591 -1.448736</w:t>
        <w:br/>
        <w:t>v 1.418897 13.218278 -1.476221</w:t>
        <w:br/>
        <w:t>v 1.418897 13.218278 -1.476221</w:t>
        <w:br/>
        <w:t>v 1.435851 13.357743 -1.474411</w:t>
        <w:br/>
        <w:t>v 1.435851 13.357743 -1.474411</w:t>
        <w:br/>
        <w:t>v 1.270136 13.360709 -1.336877</w:t>
        <w:br/>
        <w:t>v 1.283821 13.343737 -1.315962</w:t>
        <w:br/>
        <w:t>v 1.288232 13.497551 -1.331090</w:t>
        <w:br/>
        <w:t>v 1.288232 13.497551 -1.331090</w:t>
        <w:br/>
        <w:t>v 1.305551 13.508190 -1.309798</w:t>
        <w:br/>
        <w:t>v 1.169745 13.466950 -1.179432</w:t>
        <w:br/>
        <w:t>v 1.191247 13.447742 -1.167556</w:t>
        <w:br/>
        <w:t>v 1.114070 13.544888 -0.994883</w:t>
        <w:br/>
        <w:t>v 1.090957 13.564071 -0.992342</w:t>
        <w:br/>
        <w:t>v 1.187320 13.597051 -1.173080</w:t>
        <w:br/>
        <w:t>v 1.187320 13.597051 -1.173080</w:t>
        <w:br/>
        <w:t>v 1.090957 13.564071 -0.992342</w:t>
        <w:br/>
        <w:t>v 1.212458 13.605446 -1.160833</w:t>
        <w:br/>
        <w:t>v 1.106966 13.686508 -0.991936</w:t>
        <w:br/>
        <w:t>v 1.133069 13.690097 -0.994403</w:t>
        <w:br/>
        <w:t>v 1.106966 13.686508 -0.991936</w:t>
        <w:br/>
        <w:t>v 1.275046 14.150750 -1.000780</w:t>
        <w:br/>
        <w:t>v 1.323321 14.152698 -1.005417</w:t>
        <w:br/>
        <w:t>v 1.307518 14.147317 -0.878709</w:t>
        <w:br/>
        <w:t>v 1.352101 14.149660 -0.897664</w:t>
        <w:br/>
        <w:t>v 1.244931 14.097515 -0.998718</w:t>
        <w:br/>
        <w:t>v 1.378871 14.138742 -0.765617</w:t>
        <w:br/>
        <w:t>v 1.415483 14.142043 -0.797205</w:t>
        <w:br/>
        <w:t>v 1.279245 14.093892 -0.869115</w:t>
        <w:br/>
        <w:t>v 1.279245 14.093892 -0.869115</w:t>
        <w:br/>
        <w:t>v 1.300535 14.086755 -0.878631</w:t>
        <w:br/>
        <w:t>v 1.244931 14.097515 -0.998718</w:t>
        <w:br/>
        <w:t>v 1.268072 14.090186 -1.001072</w:t>
        <w:br/>
        <w:t>v 1.481373 14.125974 -0.680267</w:t>
        <w:br/>
        <w:t>v 1.506535 14.130700 -0.721389</w:t>
        <w:br/>
        <w:t>v 1.346490 13.991380 -0.911660</w:t>
        <w:br/>
        <w:t>v 1.320230 13.994976 -1.007635</w:t>
        <w:br/>
        <w:t>v 1.353072 13.981755 -1.011021</w:t>
        <w:br/>
        <w:t>v 1.377996 13.979116 -0.917208</w:t>
        <w:br/>
        <w:t>v 1.401577 13.983540 -0.829798</w:t>
        <w:br/>
        <w:t>v 1.432725 13.972544 -0.830465</w:t>
        <w:br/>
        <w:t>v 1.352904 14.078495 -0.793536</w:t>
        <w:br/>
        <w:t>v 1.397023 14.068465 -0.788990</w:t>
        <w:br/>
        <w:t>v 1.490889 14.056767 -0.710831</w:t>
        <w:br/>
        <w:t>v 1.511347 13.962749 -0.765000</w:t>
        <w:br/>
        <w:t>v 1.371729 14.078201 -0.765791</w:t>
        <w:br/>
        <w:t>v 1.354440 14.084856 -0.749934</w:t>
        <w:br/>
        <w:t>v 1.354440 14.084856 -0.749934</w:t>
        <w:br/>
        <w:t>v 1.474003 14.065460 -0.680631</w:t>
        <w:br/>
        <w:t>v 1.566691 14.047124 -0.680628</w:t>
        <w:br/>
        <w:t>v 1.568191 13.955527 -0.740216</w:t>
        <w:br/>
        <w:t>v 1.462461 14.071396 -0.659988</w:t>
        <w:br/>
        <w:t>v 1.462461 14.071396 -0.659988</w:t>
        <w:br/>
        <w:t>v 1.580741 14.052437 -0.634933</w:t>
        <w:br/>
        <w:t>v 1.589082 13.938152 -0.708174</w:t>
        <w:br/>
        <w:t>v 1.580741 14.052437 -0.634933</w:t>
        <w:br/>
        <w:t>v 1.569694 13.933293 -0.740467</w:t>
        <w:br/>
        <w:t>v 1.569694 13.933293 -0.740467</w:t>
        <w:br/>
        <w:t>v 1.603349 13.929012 -0.727057</w:t>
        <w:br/>
        <w:t>v 1.592734 14.054824 -0.608082</w:t>
        <w:br/>
        <w:t>v 1.592734 14.054824 -0.608082</w:t>
        <w:br/>
        <w:t>v 1.597223 14.049900 -0.630862</w:t>
        <w:br/>
        <w:t>v 1.609263 13.935558 -0.704561</w:t>
        <w:br/>
        <w:t>v 1.705081 13.915867 -0.720662</w:t>
        <w:br/>
        <w:t>v 1.729758 14.032775 -0.622530</w:t>
        <w:br/>
        <w:t>v 1.705849 13.923092 -0.696068</w:t>
        <w:br/>
        <w:t>v 1.810964 13.909310 -0.723083</w:t>
        <w:br/>
        <w:t>v 1.803769 13.902925 -0.746278</w:t>
        <w:br/>
        <w:t>v 1.732507 14.036762 -0.599296</w:t>
        <w:br/>
        <w:t>v 1.865951 13.901999 -0.753420</w:t>
        <w:br/>
        <w:t>v 1.869517 13.894150 -0.788424</w:t>
        <w:br/>
        <w:t>v 1.869517 13.894150 -0.788424</w:t>
        <w:br/>
        <w:t>v 1.865951 13.901999 -0.753420</w:t>
        <w:br/>
        <w:t>v 1.875785 13.915373 -0.788920</w:t>
        <w:br/>
        <w:t>v 1.858329 14.015912 -0.655903</w:t>
        <w:br/>
        <w:t>v 1.908975 14.002465 -0.730726</w:t>
        <w:br/>
        <w:t>v 1.892567 13.913125 -0.801560</w:t>
        <w:br/>
        <w:t>v 1.909173 14.009478 -0.686269</w:t>
        <w:br/>
        <w:t>v 1.946032 13.997522 -0.754481</w:t>
        <w:br/>
        <w:t>v 1.957431 13.904248 -0.880787</w:t>
        <w:br/>
        <w:t>v 1.971083 14.001071 -0.726903</w:t>
        <w:br/>
        <w:t>v 2.023473 13.986922 -0.849070</w:t>
        <w:br/>
        <w:t>v 1.868100 14.018982 -0.634491</w:t>
        <w:br/>
        <w:t>v 1.986236 14.003218 -0.710221</w:t>
        <w:br/>
        <w:t>v 2.055800 13.989476 -0.830379</w:t>
        <w:br/>
        <w:t>v 1.990650 13.907615 -0.888297</w:t>
        <w:br/>
        <w:t>v 1.994824 13.898827 -0.976365</w:t>
        <w:br/>
        <w:t>v 2.068483 13.986855 -0.863060</w:t>
        <w:br/>
        <w:t>v 2.075355 13.991016 -0.819074</w:t>
        <w:br/>
        <w:t>v 2.029682 13.902277 -0.973975</w:t>
        <w:br/>
        <w:t>v 2.001464 13.897353 -1.075064</w:t>
        <w:br/>
        <w:t>v 2.034325 13.901023 -1.078183</w:t>
        <w:br/>
        <w:t>v 2.113270 13.980475 -1.084549</w:t>
        <w:br/>
        <w:t>v 2.104639 13.982397 -0.955213</w:t>
        <w:br/>
        <w:t>v 2.126732 13.983574 -0.950393</w:t>
        <w:br/>
        <w:t>v 2.135785 13.981557 -1.086709</w:t>
        <w:br/>
        <w:t>v 1.986236 14.003218 -0.710221</w:t>
        <w:br/>
        <w:t>v 1.978388 14.061275 -0.727934</w:t>
        <w:br/>
        <w:t>v 2.075355 13.991016 -0.819074</w:t>
        <w:br/>
        <w:t>v 1.868100 14.018982 -0.634491</w:t>
        <w:br/>
        <w:t>v 2.062953 14.049701 -0.831225</w:t>
        <w:br/>
        <w:t>v 2.126732 13.983574 -0.950393</w:t>
        <w:br/>
        <w:t>v 2.111705 14.042637 -0.955834</w:t>
        <w:br/>
        <w:t>v 2.135785 13.981557 -1.086709</w:t>
        <w:br/>
        <w:t>v 2.120384 14.040712 -1.084275</w:t>
        <w:br/>
        <w:t>v 2.074233 14.054955 -1.079585</w:t>
        <w:br/>
        <w:t>v 2.066457 14.056671 -0.966175</w:t>
        <w:br/>
        <w:t>v 2.023151 14.062948 -0.855484</w:t>
        <w:br/>
        <w:t>v 1.948032 14.073231 -0.763731</w:t>
        <w:br/>
        <w:t>v 1.848453 14.086514 -0.699897</w:t>
        <w:br/>
        <w:t>v 1.866286 14.076233 -0.656073</w:t>
        <w:br/>
        <w:t>v 1.734161 14.101505 -0.670231</w:t>
        <w:br/>
        <w:t>v 1.732507 14.036762 -0.599296</w:t>
        <w:br/>
        <w:t>v 1.737622 14.093107 -0.622676</w:t>
        <w:br/>
        <w:t>v 1.616344 14.116730 -0.677637</w:t>
        <w:br/>
        <w:t>v 1.604991 14.110248 -0.631013</w:t>
        <w:br/>
        <w:t>v 1.932086 12.682549 -1.005237</w:t>
        <w:br/>
        <w:t>v 1.938208 12.681500 -1.088349</w:t>
        <w:br/>
        <w:t>v 1.913547 12.676263 -1.086049</w:t>
        <w:br/>
        <w:t>v 1.907652 12.677417 -1.006813</w:t>
        <w:br/>
        <w:t>v 1.976006 12.707448 -1.091591</w:t>
        <w:br/>
        <w:t>v 1.905444 12.686284 -0.938375</w:t>
        <w:br/>
        <w:t>v 1.881236 12.681250 -0.943830</w:t>
        <w:br/>
        <w:t>v 1.875129 12.711790 -0.893773</w:t>
        <w:br/>
        <w:t>v 1.959852 12.710363 -0.975554</w:t>
        <w:br/>
        <w:t>v 1.985356 12.710508 -1.092446</w:t>
        <w:br/>
        <w:t>v 1.923160 12.715963 -0.875733</w:t>
        <w:br/>
        <w:t>v 1.877026 12.715912 -0.882567</w:t>
        <w:br/>
        <w:t>v 1.965148 12.713711 -0.968377</w:t>
        <w:br/>
        <w:t>v 1.985356 12.710508 -1.092446</w:t>
        <w:br/>
        <w:t>v 1.965148 12.713711 -0.968377</w:t>
        <w:br/>
        <w:t>v 1.987983 12.744378 -1.092159</w:t>
        <w:br/>
        <w:t>v 1.928022 12.719142 -0.860875</w:t>
        <w:br/>
        <w:t>v 1.877026 12.715912 -0.882567</w:t>
        <w:br/>
        <w:t>v 1.882834 12.748238 -0.880281</w:t>
        <w:br/>
        <w:t>v 1.928022 12.719142 -0.860875</w:t>
        <w:br/>
        <w:t>v 1.965577 12.749105 -0.968236</w:t>
        <w:br/>
        <w:t>v 1.928022 12.719142 -0.860875</w:t>
        <w:br/>
        <w:t>v 1.964612 12.753318 -1.089757</w:t>
        <w:br/>
        <w:t>v 1.987983 12.744378 -1.092159</w:t>
        <w:br/>
        <w:t>v 1.965577 12.749105 -0.968236</w:t>
        <w:br/>
        <w:t>v 1.926252 12.756057 -0.860876</w:t>
        <w:br/>
        <w:t>v 1.926252 12.756057 -0.860876</w:t>
        <w:br/>
        <w:t>v 1.921774 12.760638 -0.871313</w:t>
        <w:br/>
        <w:t>v 1.890431 12.753907 -0.886479</w:t>
        <w:br/>
        <w:t>v 1.890431 12.753907 -0.886479</w:t>
        <w:br/>
        <w:t>v 1.895217 12.764596 -0.880303</w:t>
        <w:br/>
        <w:t>v 1.921774 12.760638 -0.871313</w:t>
        <w:br/>
        <w:t>v 1.949577 12.756130 -0.972047</w:t>
        <w:br/>
        <w:t>v 1.915899 12.771104 -0.869998</w:t>
        <w:br/>
        <w:t>v 1.868381 12.808380 -0.819007</w:t>
        <w:br/>
        <w:t>v 1.921774 12.760638 -0.871313</w:t>
        <w:br/>
        <w:t>v 1.945567 12.859637 -0.922680</w:t>
        <w:br/>
        <w:t>v 1.949577 12.756130 -0.972047</w:t>
        <w:br/>
        <w:t>v 1.915899 12.771104 -0.869998</w:t>
        <w:br/>
        <w:t>v 1.964612 12.753318 -1.089757</w:t>
        <w:br/>
        <w:t>v 1.964140 12.856616 -0.997168</w:t>
        <w:br/>
        <w:t>v 1.974367 12.854735 -1.089082</w:t>
        <w:br/>
        <w:t>v 1.948610 12.864742 -1.086431</w:t>
        <w:br/>
        <w:t>v 1.974367 12.854735 -1.089082</w:t>
        <w:br/>
        <w:t>v 1.964140 12.856616 -0.997168</w:t>
        <w:br/>
        <w:t>v 1.936104 12.866870 -1.002828</w:t>
        <w:br/>
        <w:t>v 1.915245 12.870137 -0.936656</w:t>
        <w:br/>
        <w:t>v 1.945567 12.859637 -0.922680</w:t>
        <w:br/>
        <w:t>v 1.915236 12.866698 -0.926629</w:t>
        <w:br/>
        <w:t>v 1.937704 12.854981 -0.913688</w:t>
        <w:br/>
        <w:t>v 1.937704 12.854981 -0.913688</w:t>
        <w:br/>
        <w:t>v 1.890445 12.922194 -0.855816</w:t>
        <w:br/>
        <w:t>v 1.889412 12.817856 -0.805678</w:t>
        <w:br/>
        <w:t>v 1.889412 12.817856 -0.805678</w:t>
        <w:br/>
        <w:t>v 1.805450 12.889004 -0.730105</w:t>
        <w:br/>
        <w:t>v 1.911287 12.909987 -0.840751</w:t>
        <w:br/>
        <w:t>v 1.911287 12.909987 -0.840751</w:t>
        <w:br/>
        <w:t>v 1.831028 13.022935 -0.750559</w:t>
        <w:br/>
        <w:t>v 1.827078 12.903582 -0.711579</w:t>
        <w:br/>
        <w:t>v 1.827078 12.903582 -0.711579</w:t>
        <w:br/>
        <w:t>v 1.849074 13.009896 -0.731844</w:t>
        <w:br/>
        <w:t>v 1.849074 13.009896 -0.731844</w:t>
        <w:br/>
        <w:t>v 1.698483 13.176463 -0.649435</w:t>
        <w:br/>
        <w:t>v 1.686074 13.035221 -0.620503</w:t>
        <w:br/>
        <w:t>v 1.686074 13.035221 -0.620503</w:t>
        <w:br/>
        <w:t>v 1.672976 13.019720 -0.644619</w:t>
        <w:br/>
        <w:t>v 1.708087 13.164386 -0.625059</w:t>
        <w:br/>
        <w:t>v 1.708087 13.164386 -0.625059</w:t>
        <w:br/>
        <w:t>v 1.504453 13.204158 -0.591416</w:t>
        <w:br/>
        <w:t>v 1.503806 13.188221 -0.617598</w:t>
        <w:br/>
        <w:t>v 1.521173 13.343662 -0.592030</w:t>
        <w:br/>
        <w:t>v 1.521173 13.343662 -0.592030</w:t>
        <w:br/>
        <w:t>v 1.524109 13.355340 -0.618401</w:t>
        <w:br/>
        <w:t>v 1.332191 13.350468 -0.695112</w:t>
        <w:br/>
        <w:t>v 1.341564 13.334208 -0.718787</w:t>
        <w:br/>
        <w:t>v 1.349262 13.487474 -0.699929</w:t>
        <w:br/>
        <w:t>v 1.349262 13.487474 -0.699929</w:t>
        <w:br/>
        <w:t>v 1.362214 13.498836 -0.723797</w:t>
        <w:br/>
        <w:t>v 1.203826 13.461327 -0.826973</w:t>
        <w:br/>
        <w:t>v 1.222596 13.442569 -0.843349</w:t>
        <w:br/>
        <w:t>v 1.114070 13.544888 -0.994883</w:t>
        <w:br/>
        <w:t>v 1.090957 13.564071 -0.992342</w:t>
        <w:br/>
        <w:t>v 1.220256 13.591615 -0.832457</w:t>
        <w:br/>
        <w:t>v 1.220256 13.591615 -0.832457</w:t>
        <w:br/>
        <w:t>v 1.090957 13.564071 -0.992342</w:t>
        <w:br/>
        <w:t>v 1.242609 13.600471 -0.849021</w:t>
        <w:br/>
        <w:t>v 1.106966 13.686508 -0.991936</w:t>
        <w:br/>
        <w:t>v 1.133069 13.690097 -0.994403</w:t>
        <w:br/>
        <w:t>v 1.106966 13.686508 -0.991936</w:t>
        <w:br/>
        <w:t>v 1.652239 14.223000 1.455456</w:t>
        <w:br/>
        <w:t>v 1.635706 14.235446 1.529241</w:t>
        <w:br/>
        <w:t>v 1.658612 14.241755 1.441443</w:t>
        <w:br/>
        <w:t>v 1.658612 14.241755 1.441443</w:t>
        <w:br/>
        <w:t>v 1.635706 14.235446 1.529241</w:t>
        <w:br/>
        <w:t>v 1.596468 14.245680 1.445805</w:t>
        <w:br/>
        <w:t>v 1.635994 14.214015 1.520814</w:t>
        <w:br/>
        <w:t>v 1.571859 14.245919 1.503866</w:t>
        <w:br/>
        <w:t>v 1.596468 14.245680 1.445805</w:t>
        <w:br/>
        <w:t>v 1.571859 14.245919 1.503866</w:t>
        <w:br/>
        <w:t>v 1.590095 14.226928 1.454139</w:t>
        <w:br/>
        <w:t>v 1.572148 14.224487 1.495439</w:t>
        <w:br/>
        <w:t>v 1.620649 14.173760 1.553468</w:t>
        <w:br/>
        <w:t>v 1.635706 14.235446 1.529241</w:t>
        <w:br/>
        <w:t>v 1.620649 14.173760 1.553468</w:t>
        <w:br/>
        <w:t>v 1.571859 14.245919 1.503866</w:t>
        <w:br/>
        <w:t>v 1.626622 14.162455 1.536650</w:t>
        <w:br/>
        <w:t>v 1.542855 14.186571 1.526283</w:t>
        <w:br/>
        <w:t>v 1.542855 14.186571 1.526283</w:t>
        <w:br/>
        <w:t>v 1.548835 14.175241 1.506520</w:t>
        <w:br/>
        <w:t>v 1.578688 13.957868 1.582278</w:t>
        <w:br/>
        <w:t>v 1.578688 13.957868 1.582278</w:t>
        <w:br/>
        <w:t>v 1.586426 13.956638 1.566174</w:t>
        <w:br/>
        <w:t>v 1.560321 13.822974 1.585347</w:t>
        <w:br/>
        <w:t>v 1.482271 13.961809 1.549745</w:t>
        <w:br/>
        <w:t>v 1.482271 13.961809 1.549745</w:t>
        <w:br/>
        <w:t>v 1.490132 13.960572 1.531523</w:t>
        <w:br/>
        <w:t>v 1.457444 13.841043 1.545445</w:t>
        <w:br/>
        <w:t>v 1.552147 13.821318 1.600500</w:t>
        <w:br/>
        <w:t>v 1.552147 13.821318 1.600500</w:t>
        <w:br/>
        <w:t>v 1.544269 13.669474 1.595412</w:t>
        <w:br/>
        <w:t>v 1.449270 13.839382 1.562524</w:t>
        <w:br/>
        <w:t>v 1.449270 13.839382 1.562524</w:t>
        <w:br/>
        <w:t>v 1.434890 13.782665 1.550108</w:t>
        <w:br/>
        <w:t>v 1.538029 13.655842 1.608410</w:t>
        <w:br/>
        <w:t>v 1.428649 13.761541 1.567516</w:t>
        <w:br/>
        <w:t>v 1.428649 13.761541 1.567516</w:t>
        <w:br/>
        <w:t>v 1.538029 13.655842 1.608410</w:t>
        <w:br/>
        <w:t>v 1.496908 13.768622 1.502586</w:t>
        <w:br/>
        <w:t>v 1.580238 13.662926 1.543480</w:t>
        <w:br/>
        <w:t>v 1.498447 13.754008 1.492024</w:t>
        <w:br/>
        <w:t>v 1.538029 13.655842 1.608410</w:t>
        <w:br/>
        <w:t>v 1.498447 13.754008 1.492024</w:t>
        <w:br/>
        <w:t>v 1.581777 13.648310 1.532918</w:t>
        <w:br/>
        <w:t>v 1.581777 13.648310 1.532918</w:t>
        <w:br/>
        <w:t>v 1.632917 13.824620 1.485791</w:t>
        <w:br/>
        <w:t>v 1.581777 13.648310 1.532918</w:t>
        <w:br/>
        <w:t>v 1.632917 13.824620 1.485791</w:t>
        <w:br/>
        <w:t>v 1.498447 13.754008 1.492024</w:t>
        <w:br/>
        <w:t>v 1.625759 13.828897 1.501948</w:t>
        <w:br/>
        <w:t>v 1.640757 13.952605 1.481278</w:t>
        <w:br/>
        <w:t>v 1.523607 13.842613 1.479703</w:t>
        <w:br/>
        <w:t>v 1.523607 13.842613 1.479703</w:t>
        <w:br/>
        <w:t>v 1.516311 13.846973 1.494930</w:t>
        <w:br/>
        <w:t>v 1.540315 13.956571 1.477954</w:t>
        <w:br/>
        <w:t>v 1.648245 13.953250 1.464480</w:t>
        <w:br/>
        <w:t>v 1.547948 13.957204 1.461741</w:t>
        <w:br/>
        <w:t>v 1.547948 13.957204 1.461741</w:t>
        <w:br/>
        <w:t>v 1.648245 13.953250 1.464480</w:t>
        <w:br/>
        <w:t>v 1.585551 14.163118 1.445961</w:t>
        <w:br/>
        <w:t>v 1.664703 14.150121 1.448275</w:t>
        <w:br/>
        <w:t>v 1.593667 14.172444 1.428003</w:t>
        <w:br/>
        <w:t>v 1.593667 14.172444 1.428003</w:t>
        <w:br/>
        <w:t>v 1.590095 14.226928 1.454139</w:t>
        <w:br/>
        <w:t>v 1.596468 14.245680 1.445805</w:t>
        <w:br/>
        <w:t>v 1.596468 14.245680 1.445805</w:t>
        <w:br/>
        <w:t>v 1.658612 14.241755 1.441443</w:t>
        <w:br/>
        <w:t>v 1.672818 14.159448 1.430318</w:t>
        <w:br/>
        <w:t>v 1.672818 14.159448 1.430318</w:t>
        <w:br/>
        <w:t>v 1.652239 14.223000 1.455456</w:t>
        <w:br/>
        <w:t>v 1.658612 14.241755 1.441443</w:t>
        <w:br/>
        <w:t>v 1.557562 13.390008 -0.626015</w:t>
        <w:br/>
        <w:t>v 1.578786 13.409563 -0.577554</w:t>
        <w:br/>
        <w:t>v 1.552293 13.375925 -0.607693</w:t>
        <w:br/>
        <w:t>v 1.539650 13.241186 -0.666338</w:t>
        <w:br/>
        <w:t>v 1.567496 13.387587 -0.567030</w:t>
        <w:br/>
        <w:t>v 1.542366 13.238241 -0.640057</w:t>
        <w:br/>
        <w:t>v 1.523049 13.166533 -0.650777</w:t>
        <w:br/>
        <w:t>v 1.552293 13.375925 -0.607693</w:t>
        <w:br/>
        <w:t>v 1.567496 13.387587 -0.567030</w:t>
        <w:br/>
        <w:t>v 1.684185 13.285782 -0.630118</w:t>
        <w:br/>
        <w:t>v 1.542366 13.238241 -0.640057</w:t>
        <w:br/>
        <w:t>v 1.699387 13.309078 -0.589455</w:t>
        <w:br/>
        <w:t>v 1.699387 13.309078 -0.589455</w:t>
        <w:br/>
        <w:t>v 1.710678 13.331055 -0.599979</w:t>
        <w:br/>
        <w:t>v 1.684185 13.285782 -0.630118</w:t>
        <w:br/>
        <w:t>v 1.689454 13.299863 -0.648440</w:t>
        <w:br/>
        <w:t>v 1.671542 13.162679 -0.688762</w:t>
        <w:br/>
        <w:t>v 1.674258 13.159735 -0.662482</w:t>
        <w:br/>
        <w:t>v 1.674258 13.159735 -0.662482</w:t>
        <w:br/>
        <w:t>v 1.654941 13.088028 -0.673202</w:t>
        <w:br/>
        <w:t>v 1.531970 13.175570 -0.629936</w:t>
        <w:br/>
        <w:t>v 1.531970 13.175570 -0.629936</w:t>
        <w:br/>
        <w:t>v 1.663863 13.097064 -0.652361</w:t>
        <w:br/>
        <w:t>v 1.663863 13.097064 -0.652361</w:t>
        <w:br/>
        <w:t>v 1.550522 13.141228 -0.601498</w:t>
        <w:br/>
        <w:t>v 1.550522 13.141228 -0.601498</w:t>
        <w:br/>
        <w:t>v 1.540996 13.124423 -0.598687</w:t>
        <w:br/>
        <w:t>v 1.682415 13.062721 -0.623923</w:t>
        <w:br/>
        <w:t>v 1.682415 13.062721 -0.623923</w:t>
        <w:br/>
        <w:t>v 1.672889 13.045917 -0.621111</w:t>
        <w:br/>
        <w:t>v 1.550851 13.162589 -0.567171</w:t>
        <w:br/>
        <w:t>v 1.549512 13.154334 -0.543413</w:t>
        <w:br/>
        <w:t>v 1.550449 13.286594 -0.541724</w:t>
        <w:br/>
        <w:t>v 1.682415 13.062721 -0.623923</w:t>
        <w:br/>
        <w:t>v 1.682743 13.084085 -0.589596</w:t>
        <w:br/>
        <w:t>v 1.550522 13.141228 -0.601498</w:t>
        <w:br/>
        <w:t>v 1.682743 13.084085 -0.589596</w:t>
        <w:br/>
        <w:t>v 1.550851 13.162589 -0.567171</w:t>
        <w:br/>
        <w:t>v 1.681404 13.075827 -0.565837</w:t>
        <w:br/>
        <w:t>v 1.689817 13.278540 -0.554085</w:t>
        <w:br/>
        <w:t>v 1.548826 13.286392 -0.568468</w:t>
        <w:br/>
        <w:t>v 1.541465 13.526318 -0.563714</w:t>
        <w:br/>
        <w:t>v 1.543152 13.526317 -0.590439</w:t>
        <w:br/>
        <w:t>v 1.682743 13.084085 -0.589596</w:t>
        <w:br/>
        <w:t>v 1.688194 13.278339 -0.580828</w:t>
        <w:br/>
        <w:t>v 1.550851 13.162589 -0.567171</w:t>
        <w:br/>
        <w:t>v 1.548826 13.286392 -0.568468</w:t>
        <w:br/>
        <w:t>v 1.688194 13.278339 -0.580828</w:t>
        <w:br/>
        <w:t>v 1.543152 13.526317 -0.590439</w:t>
        <w:br/>
        <w:t>v 1.695341 13.654991 -0.556545</w:t>
        <w:br/>
        <w:t>v 1.697027 13.654990 -0.583269</w:t>
        <w:br/>
        <w:t>v 1.697027 13.654990 -0.583269</w:t>
        <w:br/>
        <w:t>v -1.900827 12.080070 0.008534</w:t>
        <w:br/>
        <w:t>v -1.799010 12.059093 -0.245317</w:t>
        <w:br/>
        <w:t>v -1.865082 11.880693 -0.056602</w:t>
        <w:br/>
        <w:t>v -1.888329 11.884381 0.027533</w:t>
        <w:br/>
        <w:t>v -1.773256 12.480539 -0.279729</w:t>
        <w:br/>
        <w:t>v -1.969158 11.897208 0.320070</w:t>
        <w:br/>
        <w:t>v -1.893544 12.502843 -0.021807</w:t>
        <w:br/>
        <w:t>v -1.759144 12.794906 -0.291730</w:t>
        <w:br/>
        <w:t>v -1.978389 12.106386 0.300098</w:t>
        <w:br/>
        <w:t>v -1.861092 12.813003 -0.030111</w:t>
        <w:br/>
        <w:t>v -1.746202 13.070790 -0.300491</w:t>
        <w:br/>
        <w:t>v -1.987404 12.528399 0.270613</w:t>
        <w:br/>
        <w:t>v -1.983281 12.127188 0.666501</w:t>
        <w:br/>
        <w:t>v -1.978067 11.926042 0.687547</w:t>
        <w:br/>
        <w:t>v -1.994163 12.539829 0.631425</w:t>
        <w:br/>
        <w:t>v -1.954996 12.839909 0.258887</w:t>
        <w:br/>
        <w:t>v -1.839011 13.085244 -0.034801</w:t>
        <w:br/>
        <w:t>v -1.738117 13.326957 -0.304541</w:t>
        <w:br/>
        <w:t>v -1.835293 13.340222 -0.035982</w:t>
        <w:br/>
        <w:t>v -1.724184 13.581963 -0.303840</w:t>
        <w:br/>
        <w:t>v -1.942479 13.115601 0.253918</w:t>
        <w:br/>
        <w:t>v -1.828528 13.606325 -0.031489</w:t>
        <w:br/>
        <w:t>v -1.684700 14.025232 -0.250404</w:t>
        <w:br/>
        <w:t>v -1.728430 14.073107 -0.159382</w:t>
        <w:br/>
        <w:t>v -1.799840 14.100579 0.032129</w:t>
        <w:br/>
        <w:t>v -1.935166 13.352591 0.255307</w:t>
        <w:br/>
        <w:t>v -1.908592 13.610506 0.261439</w:t>
        <w:br/>
        <w:t>v -1.843419 14.100259 0.289872</w:t>
        <w:br/>
        <w:t>v -1.955421 13.124054 0.607193</w:t>
        <w:br/>
        <w:t>v -1.912771 13.620560 0.609408</w:t>
        <w:br/>
        <w:t>v -1.824215 14.102573 0.631168</w:t>
        <w:br/>
        <w:t>v -1.748076 14.086153 0.883952</w:t>
        <w:br/>
        <w:t>v -1.934938 13.360607 0.605079</w:t>
        <w:br/>
        <w:t>v -1.825773 13.620367 0.874116</w:t>
        <w:br/>
        <w:t>v -1.703624 14.061022 1.049498</w:t>
        <w:br/>
        <w:t>v -1.677890 14.022658 1.123256</w:t>
        <w:br/>
        <w:t>v -1.730463 13.616121 1.162399</w:t>
        <w:br/>
        <w:t>v -1.840855 13.361668 0.870767</w:t>
        <w:br/>
        <w:t>v -1.745739 13.359038 1.171833</w:t>
        <w:br/>
        <w:t>v -1.865189 13.115036 0.875267</w:t>
        <w:br/>
        <w:t>v -1.759309 13.108833 1.186036</w:t>
        <w:br/>
        <w:t>v -1.967691 12.853242 0.615415</w:t>
        <w:br/>
        <w:t>v -1.904512 12.855102 0.889459</w:t>
        <w:br/>
        <w:t>v -1.767940 12.854637 1.201217</w:t>
        <w:br/>
        <w:t>v -1.925873 12.541606 0.911647</w:t>
        <w:br/>
        <w:t>v -1.778944 12.552610 1.219570</w:t>
        <w:br/>
        <w:t>v -1.928022 12.139230 0.942507</w:t>
        <w:br/>
        <w:t>v -1.787153 12.147203 1.247777</w:t>
        <w:br/>
        <w:t>v -1.920175 11.955075 0.971903</w:t>
        <w:br/>
        <w:t>v -1.863992 11.969673 1.125039</w:t>
        <w:br/>
        <w:t>v 0.469886 14.424745 1.968836</w:t>
        <w:br/>
        <w:t>v 0.536892 14.512738 1.939816</w:t>
        <w:br/>
        <w:t>v 0.652905 14.389789 1.915228</w:t>
        <w:br/>
        <w:t>v 0.529548 14.796836 1.936040</w:t>
        <w:br/>
        <w:t>v 0.638921 14.493130 1.916918</w:t>
        <w:br/>
        <w:t>v 0.582163 14.788675 1.916095</w:t>
        <w:br/>
        <w:t>v 0.726180 14.460570 1.892157</w:t>
        <w:br/>
        <w:t>v 0.633398 15.100966 1.889250</w:t>
        <w:br/>
        <w:t>v 0.595022 15.205177 1.900049</w:t>
        <w:br/>
        <w:t>v 0.771725 15.170208 1.846429</w:t>
        <w:br/>
        <w:t>v 0.730762 15.078483 1.865312</w:t>
        <w:br/>
        <w:t>v 0.833491 15.078921 1.831019</w:t>
        <w:br/>
        <w:t>v 0.762325 15.036802 1.856370</w:t>
        <w:br/>
        <w:t>v 0.683800 14.779162 1.891700</w:t>
        <w:br/>
        <w:t>v 0.762325 15.036802 1.856370</w:t>
        <w:br/>
        <w:t>v 0.833491 15.078921 1.831019</w:t>
        <w:br/>
        <w:t>v 0.778262 15.036169 1.892629</w:t>
        <w:br/>
        <w:t>v 0.913976 15.123655 1.837592</w:t>
        <w:br/>
        <w:t>v 0.721627 14.777323 1.879842</w:t>
        <w:br/>
        <w:t>v 0.721627 14.777323 1.879842</w:t>
        <w:br/>
        <w:t>v 0.679742 14.510283 1.903999</w:t>
        <w:br/>
        <w:t>v 0.736783 14.775557 1.915599</w:t>
        <w:br/>
        <w:t>v 0.679742 14.510283 1.903999</w:t>
        <w:br/>
        <w:t>v 0.695141 14.513924 1.938660</w:t>
        <w:br/>
        <w:t>v 0.726180 14.460570 1.892157</w:t>
        <w:br/>
        <w:t>v 0.801524 14.384809 1.902727</w:t>
        <w:br/>
        <w:t>v 0.860115 14.769773 1.868789</w:t>
        <w:br/>
        <w:t>v 0.736783 14.775557 1.915599</w:t>
        <w:br/>
        <w:t>v 0.778262 15.036169 1.892629</w:t>
        <w:br/>
        <w:t>v 0.695141 14.513924 1.938660</w:t>
        <w:br/>
        <w:t>v 0.801524 14.384809 1.902727</w:t>
        <w:br/>
        <w:t>v 0.913976 15.123655 1.837592</w:t>
        <w:br/>
        <w:t>v 0.873195 14.769158 1.863778</w:t>
        <w:br/>
        <w:t>v 0.886490 14.680346 1.861036</w:t>
        <w:br/>
        <w:t>v 0.838289 14.439872 1.886794</w:t>
        <w:br/>
        <w:t>v 0.914002 14.843663 1.846351</w:t>
        <w:br/>
        <w:t>v 0.933833 15.058860 1.832238</w:t>
        <w:br/>
        <w:t>v 0.863552 14.768251 1.838236</w:t>
        <w:br/>
        <w:t>v 0.886490 14.680346 1.861036</w:t>
        <w:br/>
        <w:t>v 0.873195 14.769158 1.863778</w:t>
        <w:br/>
        <w:t>v 0.914002 14.843663 1.846351</w:t>
        <w:br/>
        <w:t>v 0.937654 14.648574 1.842608</w:t>
        <w:br/>
        <w:t>v 0.899966 14.432547 1.863817</w:t>
        <w:br/>
        <w:t>v 0.967921 14.425930 1.843089</w:t>
        <w:br/>
        <w:t>v 0.873000 14.679075 1.825203</w:t>
        <w:br/>
        <w:t>v 0.998877 14.637409 1.824453</w:t>
        <w:br/>
        <w:t>v 0.926541 14.647529 1.813088</w:t>
        <w:br/>
        <w:t>v 0.937654 14.648574 1.842608</w:t>
        <w:br/>
        <w:t>v 1.028335 14.584712 1.814122</w:t>
        <w:br/>
        <w:t>v 1.014420 14.471571 1.824090</w:t>
        <w:br/>
        <w:t>v 0.998877 14.637409 1.824453</w:t>
        <w:br/>
        <w:t>v 0.988909 14.636471 1.798004</w:t>
        <w:br/>
        <w:t>v 1.028335 14.584712 1.814122</w:t>
        <w:br/>
        <w:t>v 1.026306 14.584275 1.801828</w:t>
        <w:br/>
        <w:t>v 1.014420 14.471571 1.824090</w:t>
        <w:br/>
        <w:t>v 0.999800 14.470194 1.785244</w:t>
        <w:br/>
        <w:t>v 0.873000 14.679075 1.825203</w:t>
        <w:br/>
        <w:t>v 0.948732 14.753383 1.824975</w:t>
        <w:br/>
        <w:t>v 0.926541 14.647529 1.813088</w:t>
        <w:br/>
        <w:t>v 0.988909 14.636471 1.798004</w:t>
        <w:br/>
        <w:t>v 0.863552 14.768251 1.838236</w:t>
        <w:br/>
        <w:t>v 1.026306 14.584275 1.801828</w:t>
        <w:br/>
        <w:t>v 1.139555 14.583437 1.771119</w:t>
        <w:br/>
        <w:t>v 0.999800 14.470194 1.785244</w:t>
        <w:br/>
        <w:t>v 1.126521 14.428229 1.779774</w:t>
        <w:br/>
        <w:t>v 1.080555 14.660840 1.789105</w:t>
        <w:br/>
        <w:t>v 1.174553 14.286551 1.774783</w:t>
        <w:br/>
        <w:t>v 1.067559 14.732031 1.791782</w:t>
        <w:br/>
        <w:t>v 1.186652 14.387097 1.766544</w:t>
        <w:br/>
        <w:t>v 1.386006 14.357508 1.683593</w:t>
        <w:br/>
        <w:t>v 1.440588 14.256829 1.666048</w:t>
        <w:br/>
        <w:t>v 1.491979 14.664779 1.629909</w:t>
        <w:br/>
        <w:t>v 1.425094 14.671139 1.655352</w:t>
        <w:br/>
        <w:t>v 1.462954 14.974920 1.627997</w:t>
        <w:br/>
        <w:t>v 1.539863 15.044889 1.596235</w:t>
        <w:br/>
        <w:t>v 1.249018 15.098225 1.715224</w:t>
        <w:br/>
        <w:t>v 1.243872 15.012984 1.720202</w:t>
        <w:br/>
        <w:t>v 1.201909 14.976246 1.732561</w:t>
        <w:br/>
        <w:t>v 1.081915 14.979040 1.757355</w:t>
        <w:br/>
        <w:t>v 1.069172 14.878128 1.770701</w:t>
        <w:br/>
        <w:t>v 1.182051 14.834411 1.744828</w:t>
        <w:br/>
        <w:t>v 1.081915 14.979040 1.757355</w:t>
        <w:br/>
        <w:t>v 1.069172 14.878128 1.770701</w:t>
        <w:br/>
        <w:t>v 1.090276 14.979819 1.779293</w:t>
        <w:br/>
        <w:t>v 1.113252 14.808559 1.772146</w:t>
        <w:br/>
        <w:t>v 1.074460 14.878752 1.788195</w:t>
        <w:br/>
        <w:t>v 1.024191 14.844760 1.786900</w:t>
        <w:br/>
        <w:t>v 1.024191 14.844760 1.786900</w:t>
        <w:br/>
        <w:t>v 1.074460 14.878752 1.788195</w:t>
        <w:br/>
        <w:t>v 1.031483 14.845444 1.806116</w:t>
        <w:br/>
        <w:t>v 1.090276 14.979819 1.779293</w:t>
        <w:br/>
        <w:t>v 1.031483 14.845444 1.806116</w:t>
        <w:br/>
        <w:t>v 1.058813 15.033257 1.789560</w:t>
        <w:br/>
        <w:t>v 1.022213 14.740156 1.803919</w:t>
        <w:br/>
        <w:t>v 0.967037 14.853736 1.825883</w:t>
        <w:br/>
        <w:t>v 0.967037 14.853736 1.825883</w:t>
        <w:br/>
        <w:t>v 0.989156 15.046358 1.811393</w:t>
        <w:br/>
        <w:t>v 0.959568 14.853034 1.806183</w:t>
        <w:br/>
        <w:t>v 0.959568 14.853034 1.806183</w:t>
        <w:br/>
        <w:t>v 0.906249 14.842937 1.825878</w:t>
        <w:br/>
        <w:t>v 0.906249 14.842937 1.825878</w:t>
        <w:br/>
        <w:t>v -0.369689 15.063522 -0.793949</w:t>
        <w:br/>
        <w:t>v -0.169386 14.621711 -1.017112</w:t>
        <w:br/>
        <w:t>v -0.345855 15.152740 -0.755131</w:t>
        <w:br/>
        <w:t>v -0.449743 15.116717 -0.751220</w:t>
        <w:br/>
        <w:t>v -0.241590 14.677111 -0.986078</w:t>
        <w:br/>
        <w:t>v -0.423634 15.039313 -0.791662</w:t>
        <w:br/>
        <w:t>v -0.272715 14.583631 -1.017241</w:t>
        <w:br/>
        <w:t>v -0.511602 14.862338 -0.860617</w:t>
        <w:br/>
        <w:t>v -0.296757 14.660122 -0.981569</w:t>
        <w:br/>
        <w:t>v -0.461257 14.876151 -0.868168</w:t>
        <w:br/>
        <w:t>v -0.475045 14.751315 -0.914732</w:t>
        <w:br/>
        <w:t>v -0.427975 14.776423 -0.917552</w:t>
        <w:br/>
        <w:t>v 1.867252 12.374351 -0.363026</w:t>
        <w:br/>
        <w:t>v 2.029549 12.379169 -0.365270</w:t>
        <w:br/>
        <w:t>v 1.890091 12.378151 -0.515362</w:t>
        <w:br/>
        <w:t>v 2.045447 12.381835 -0.468243</w:t>
        <w:br/>
        <w:t>v 1.925875 12.382102 -0.153489</w:t>
        <w:br/>
        <w:t>v 2.096691 12.321726 -0.456130</w:t>
        <w:br/>
        <w:t>v 2.068004 12.384251 -0.227822</w:t>
        <w:br/>
        <w:t>v 2.081523 12.319194 -0.362817</w:t>
        <w:br/>
        <w:t>v 2.158555 12.396867 -0.118103</w:t>
        <w:br/>
        <w:t>v 2.063918 12.401330 0.013775</w:t>
        <w:br/>
        <w:t>v 2.205429 12.421390 0.066479</w:t>
        <w:br/>
        <w:t>v 2.114477 12.323550 -0.245027</w:t>
        <w:br/>
        <w:t>v 2.291225 12.415675 -0.068691</w:t>
        <w:br/>
        <w:t>v 2.318469 12.437485 0.085591</w:t>
        <w:br/>
        <w:t>v 2.192077 12.334360 -0.151000</w:t>
        <w:br/>
        <w:t>v 2.305773 12.350477 -0.108656</w:t>
        <w:br/>
        <w:t>v 2.305773 12.350477 -0.108656</w:t>
        <w:br/>
        <w:t>v 2.426662 12.367776 -0.116773</w:t>
        <w:br/>
        <w:t>v 2.527365 12.382365 -0.184784</w:t>
        <w:br/>
        <w:t>v 2.595834 12.392597 -0.301438</w:t>
        <w:br/>
        <w:t>v 2.627897 12.464529 -0.287732</w:t>
        <w:br/>
        <w:t>v 2.432291 12.435859 -0.078163</w:t>
        <w:br/>
        <w:t>v 2.481222 12.460773 0.074663</w:t>
        <w:br/>
        <w:t>v 2.660362 12.486729 -0.046322</w:t>
        <w:br/>
        <w:t>v 2.549800 12.452886 -0.157524</w:t>
        <w:br/>
        <w:t>v 2.778023 12.504218 -0.240178</w:t>
        <w:br/>
        <w:t>v 1.649981 12.926705 1.627542</w:t>
        <w:br/>
        <w:t>v 1.695350 12.927222 1.582078</w:t>
        <w:br/>
        <w:t>v 1.649981 12.924442 1.563352</w:t>
        <w:br/>
        <w:t>v 1.604612 12.922988 1.582227</w:t>
        <w:br/>
        <w:t>v 1.714142 12.929698 1.627437</w:t>
        <w:br/>
        <w:t>v 1.585820 12.923712 1.627647</w:t>
        <w:br/>
        <w:t>v 1.695349 12.930422 1.672857</w:t>
        <w:br/>
        <w:t>v 1.604612 12.926189 1.673006</w:t>
        <w:br/>
        <w:t>v 1.649981 12.928967 1.691733</w:t>
        <w:br/>
        <w:t>v 1.635466 13.237589 1.616582</w:t>
        <w:br/>
        <w:t>v 1.635466 13.235326 1.552391</w:t>
        <w:br/>
        <w:t>v 1.680835 13.238106 1.571118</w:t>
        <w:br/>
        <w:t>v 1.699627 13.240583 1.616477</w:t>
        <w:br/>
        <w:t>v 1.590098 13.233874 1.571267</w:t>
        <w:br/>
        <w:t>v 1.680835 13.241306 1.661897</w:t>
        <w:br/>
        <w:t>v 1.571305 13.234601 1.616688</w:t>
        <w:br/>
        <w:t>v 1.635466 13.239854 1.680772</w:t>
        <w:br/>
        <w:t>v 1.590098 13.237076 1.662046</w:t>
        <w:br/>
        <w:t>v 0.015517 15.078431 1.994619</w:t>
        <w:br/>
        <w:t>v -0.065290 14.793496 1.943624</w:t>
        <w:br/>
        <w:t>v -0.003951 15.093585 1.950252</w:t>
        <w:br/>
        <w:t>v 0.015517 15.078431 1.994619</w:t>
        <w:br/>
        <w:t>v -0.003951 15.093585 1.950252</w:t>
        <w:br/>
        <w:t>v 0.059442 15.084343 1.955164</w:t>
        <w:br/>
        <w:t>v -0.038103 14.800323 1.996062</w:t>
        <w:br/>
        <w:t>v -0.030488 14.784674 1.948718</w:t>
        <w:br/>
        <w:t>v -0.065290 14.793496 1.943624</w:t>
        <w:br/>
        <w:t>v -0.038103 14.800323 1.996062</w:t>
        <w:br/>
        <w:t>v 0.044107 14.765764 1.959661</w:t>
        <w:br/>
        <w:t>v 0.055531 15.065593 2.027784</w:t>
        <w:br/>
        <w:t>v 0.055531 15.065593 2.027784</w:t>
        <w:br/>
        <w:t>v 0.002495 14.796033 2.029227</w:t>
        <w:br/>
        <w:t>v 0.002495 14.796033 2.029227</w:t>
        <w:br/>
        <w:t>v 0.111412 15.049905 1.995399</w:t>
        <w:br/>
        <w:t>v 0.055531 15.065593 2.027784</w:t>
        <w:br/>
        <w:t>v 0.111412 15.049905 1.995399</w:t>
        <w:br/>
        <w:t>v 0.002495 14.796033 2.029227</w:t>
        <w:br/>
        <w:t>v 0.312976 15.022185 1.961311</w:t>
        <w:br/>
        <w:t>v 0.058494 14.786079 1.996855</w:t>
        <w:br/>
        <w:t>v 0.304191 14.695330 1.964118</w:t>
        <w:br/>
        <w:t>v 0.310845 15.000899 1.984989</w:t>
        <w:br/>
        <w:t>v 0.303554 14.720778 1.985834</w:t>
        <w:br/>
        <w:t>v 0.305620 14.798920 1.985587</w:t>
        <w:br/>
        <w:t>v 0.379410 14.699086 1.981078</w:t>
        <w:br/>
        <w:t>v 0.383439 14.676602 1.965483</w:t>
        <w:br/>
        <w:t>v 0.401698 14.803909 1.979037</w:t>
        <w:br/>
        <w:t>v 0.436396 14.973411 1.987940</w:t>
        <w:br/>
        <w:t>v 0.441516 14.989995 1.966275</w:t>
        <w:br/>
        <w:t>v 0.422686 14.685972 2.005380</w:t>
        <w:br/>
        <w:t>v 0.457592 14.663528 1.971578</w:t>
        <w:br/>
        <w:t>v 0.457592 14.663528 1.971578</w:t>
        <w:br/>
        <w:t>v 0.422686 14.685972 2.005380</w:t>
        <w:br/>
        <w:t>v 0.489107 14.797853 1.970733</w:t>
        <w:br/>
        <w:t>v 0.446910 14.799542 2.003079</w:t>
        <w:br/>
        <w:t>v 0.446910 14.799542 2.003079</w:t>
        <w:br/>
        <w:t>v 0.480595 14.964344 1.999883</w:t>
        <w:br/>
        <w:t>v 0.529043 14.968083 1.969667</w:t>
        <w:br/>
        <w:t>v 0.529043 14.968083 1.969667</w:t>
        <w:br/>
        <w:t>v 1.761321 14.831681 1.335437</w:t>
        <w:br/>
        <w:t>v 1.806092 14.759787 1.337376</w:t>
        <w:br/>
        <w:t>v 1.775226 14.840219 1.331343</w:t>
        <w:br/>
        <w:t>v 1.775226 14.840219 1.331343</w:t>
        <w:br/>
        <w:t>v 1.773365 14.839643 1.360803</w:t>
        <w:br/>
        <w:t>v 1.761321 14.831681 1.335437</w:t>
        <w:br/>
        <w:t>v 1.794720 14.751876 1.340395</w:t>
        <w:br/>
        <w:t>v 1.806092 14.759787 1.337376</w:t>
        <w:br/>
        <w:t>v 1.794720 14.751876 1.340395</w:t>
        <w:br/>
        <w:t>v 1.804445 14.757740 1.365952</w:t>
        <w:br/>
        <w:t>v 1.759611 14.831257 1.357180</w:t>
        <w:br/>
        <w:t>v 1.761321 14.831681 1.335437</w:t>
        <w:br/>
        <w:t>v 1.759611 14.831257 1.357180</w:t>
        <w:br/>
        <w:t>v 1.794720 14.751876 1.340395</w:t>
        <w:br/>
        <w:t>v 1.762224 14.834339 1.392713</w:t>
        <w:br/>
        <w:t>v 1.793403 14.749450 1.362248</w:t>
        <w:br/>
        <w:t>v 1.793403 14.749450 1.362248</w:t>
        <w:br/>
        <w:t>v 1.784603 14.744710 1.392894</w:t>
        <w:br/>
        <w:t>v 1.796800 14.751557 1.398996</w:t>
        <w:br/>
        <w:t>v 1.747777 14.825112 1.387195</w:t>
        <w:br/>
        <w:t>v 1.784603 14.744710 1.392894</w:t>
        <w:br/>
        <w:t>v 1.747777 14.825112 1.387195</w:t>
        <w:br/>
        <w:t>v 1.765271 14.736058 1.409497</w:t>
        <w:br/>
        <w:t>v 1.765271 14.736058 1.409497</w:t>
        <w:br/>
        <w:t>v 1.773739 14.741915 1.430861</w:t>
        <w:br/>
        <w:t>v 1.733796 14.820094 1.405771</w:t>
        <w:br/>
        <w:t>v 1.733796 14.820094 1.405771</w:t>
        <w:br/>
        <w:t>v 1.737825 14.824305 1.429340</w:t>
        <w:br/>
        <w:t>v 1.743304 14.730454 1.418662</w:t>
        <w:br/>
        <w:t>v 1.757063 14.735537 1.446057</w:t>
        <w:br/>
        <w:t>v 1.743304 14.730454 1.418662</w:t>
        <w:br/>
        <w:t>v 1.757146 14.684729 1.448547</w:t>
        <w:br/>
        <w:t>v 1.757063 14.735537 1.446057</w:t>
        <w:br/>
        <w:t>v 1.742943 14.756529 1.415828</w:t>
        <w:br/>
        <w:t>v 1.743304 14.730454 1.418662</w:t>
        <w:br/>
        <w:t>v 1.714041 14.813080 1.410894</w:t>
        <w:br/>
        <w:t>v 1.714041 14.813080 1.410894</w:t>
        <w:br/>
        <w:t>v 1.720881 14.816969 1.440969</w:t>
        <w:br/>
        <w:t>v 1.706966 14.730405 1.399265</w:t>
        <w:br/>
        <w:t>v 1.714041 14.813080 1.410894</w:t>
        <w:br/>
        <w:t>v 1.720881 14.816969 1.440969</w:t>
        <w:br/>
        <w:t>v 1.700952 14.827235 1.415436</w:t>
        <w:br/>
        <w:t>v 1.708934 14.836073 1.440457</w:t>
        <w:br/>
        <w:t>v 1.685656 14.766182 1.401162</w:t>
        <w:br/>
        <w:t>v 1.700952 14.827235 1.415436</w:t>
        <w:br/>
        <w:t>v 1.700952 14.827235 1.415436</w:t>
        <w:br/>
        <w:t>v 1.708934 14.836073 1.440457</w:t>
        <w:br/>
        <w:t>v 1.691323 14.823719 1.422906</w:t>
        <w:br/>
        <w:t>v 1.697257 14.835519 1.440960</w:t>
        <w:br/>
        <w:t>v 1.609550 14.870635 1.441274</w:t>
        <w:br/>
        <w:t>v 1.682291 14.771450 1.410632</w:t>
        <w:br/>
        <w:t>v 1.685656 14.766182 1.401162</w:t>
        <w:br/>
        <w:t>v 1.674937 14.713273 1.416741</w:t>
        <w:br/>
        <w:t>v 1.650226 14.753204 1.421729</w:t>
        <w:br/>
        <w:t>v 1.659056 14.760457 1.426564</w:t>
        <w:br/>
        <w:t>v 1.711580 14.684036 1.401643</w:t>
        <w:br/>
        <w:t>v 1.675730 14.683916 1.417251</w:t>
        <w:br/>
        <w:t>v 1.675730 14.683916 1.417251</w:t>
        <w:br/>
        <w:t>v 1.685681 14.682144 1.424280</w:t>
        <w:br/>
        <w:t>v 1.711580 14.684036 1.401643</w:t>
        <w:br/>
        <w:t>v 1.672905 14.787242 1.410354</w:t>
        <w:br/>
        <w:t>v 1.659056 14.760457 1.426564</w:t>
        <w:br/>
        <w:t>v 1.682291 14.771450 1.410632</w:t>
        <w:br/>
        <w:t>v 1.609231 14.780212 1.427239</w:t>
        <w:br/>
        <w:t>v 1.608744 14.813275 1.411791</w:t>
        <w:br/>
        <w:t>v 1.609050 14.856998 1.423770</w:t>
        <w:br/>
        <w:t>v 1.544870 14.787213 1.413838</w:t>
        <w:br/>
        <w:t>v 1.559726 14.760409 1.429233</w:t>
        <w:br/>
        <w:t>v 1.527115 14.823715 1.427474</w:t>
        <w:br/>
        <w:t>v 1.522216 14.835519 1.445877</w:t>
        <w:br/>
        <w:t>v 1.472230 14.762891 1.451937</w:t>
        <w:br/>
        <w:t>v 1.482184 14.756378 1.430966</w:t>
        <w:br/>
        <w:t>v 1.479224 14.607677 1.460959</w:t>
        <w:br/>
        <w:t>v 1.509921 14.729365 1.415289</w:t>
        <w:br/>
        <w:t>v 1.538597 14.704543 1.439364</w:t>
        <w:br/>
        <w:t>v 1.488780 14.607648 1.439870</w:t>
        <w:br/>
        <w:t>v 1.513688 14.607510 1.423849</w:t>
        <w:br/>
        <w:t>v 1.513688 14.607510 1.423849</w:t>
        <w:br/>
        <w:t>v 1.541656 14.607386 1.443138</w:t>
        <w:br/>
        <w:t>v 1.499740 14.360503 1.454666</w:t>
        <w:br/>
        <w:t>v 1.490364 14.360456 1.475328</w:t>
        <w:br/>
        <w:t>v 1.521333 14.360264 1.441217</w:t>
        <w:br/>
        <w:t>v 1.521333 14.360264 1.441217</w:t>
        <w:br/>
        <w:t>v 1.549428 14.360543 1.452724</w:t>
        <w:br/>
        <w:t>v 1.553714 14.224420 1.458010</w:t>
        <w:br/>
        <w:t>v 1.526813 14.183035 1.453666</w:t>
        <w:br/>
        <w:t>v 1.579148 14.198940 1.458479</w:t>
        <w:br/>
        <w:t>v 1.508146 14.170943 1.466014</w:t>
        <w:br/>
        <w:t>v 1.499319 14.161721 1.486878</w:t>
        <w:br/>
        <w:t>v 1.532888 14.132083 1.500840</w:t>
        <w:br/>
        <w:t>v 1.542250 14.142953 1.461722</w:t>
        <w:br/>
        <w:t>v 1.694430 14.130832 1.495193</w:t>
        <w:br/>
        <w:t>v 1.552183 14.155558 1.454712</w:t>
        <w:br/>
        <w:t>v 1.671169 14.155644 1.448493</w:t>
        <w:br/>
        <w:t>v 1.643265 14.200026 1.454176</w:t>
        <w:br/>
        <w:t>v 1.682332 14.142047 1.455316</w:t>
        <w:br/>
        <w:t>v 1.696252 14.183249 1.445738</w:t>
        <w:br/>
        <w:t>v 1.668833 14.226008 1.451451</w:t>
        <w:br/>
        <w:t>v 1.716699 14.169831 1.457663</w:t>
        <w:br/>
        <w:t>v 1.727160 14.160296 1.478801</w:t>
        <w:br/>
        <w:t>v 1.733835 14.355330 1.467507</w:t>
        <w:br/>
        <w:t>v 1.723191 14.355474 1.447293</w:t>
        <w:br/>
        <w:t>v 1.742146 14.598212 1.453442</w:t>
        <w:br/>
        <w:t>v 1.701125 14.355671 1.434694</w:t>
        <w:br/>
        <w:t>v 1.673646 14.356305 1.443689</w:t>
        <w:br/>
        <w:t>v 1.682581 14.598211 1.429280</w:t>
        <w:br/>
        <w:t>v 1.707979 14.598211 1.419157</w:t>
        <w:br/>
        <w:t>v 1.685681 14.682144 1.424280</w:t>
        <w:br/>
        <w:t>v 1.731680 14.598212 1.433734</w:t>
        <w:br/>
        <w:t>v 1.745032 14.682561 1.448558</w:t>
        <w:br/>
        <w:t>v 1.710356 14.682310 1.413769</w:t>
        <w:br/>
        <w:t>v 1.710356 14.682310 1.413769</w:t>
        <w:br/>
        <w:t>v 1.734628 14.682523 1.429024</w:t>
        <w:br/>
        <w:t>v 1.734628 14.682523 1.429024</w:t>
        <w:br/>
        <w:t>v 1.745032 14.682561 1.448558</w:t>
        <w:br/>
        <w:t>v 1.743575 14.684218 1.420784</w:t>
        <w:br/>
        <w:t>v 1.757146 14.684729 1.448547</w:t>
        <w:br/>
        <w:t>v 1.743575 14.684218 1.420784</w:t>
        <w:br/>
        <w:t>v 1.212201 14.499109 -0.594569</w:t>
        <w:br/>
        <w:t>v 1.216386 14.455157 -0.561391</w:t>
        <w:br/>
        <w:t>v 1.111575 14.539771 -0.712856</w:t>
        <w:br/>
        <w:t>v 1.191876 14.875463 -0.432617</w:t>
        <w:br/>
        <w:t>v 1.066714 14.514598 -0.735300</w:t>
        <w:br/>
        <w:t>v 1.099087 14.916332 -0.546940</w:t>
        <w:br/>
        <w:t>v 1.049417 14.953876 -0.544614</w:t>
        <w:br/>
        <w:t>v 1.190888 14.891788 -0.370952</w:t>
        <w:br/>
        <w:t>v 1.216386 14.455157 -0.561391</w:t>
        <w:br/>
        <w:t>v 1.267961 14.429229 -0.562519</w:t>
        <w:br/>
        <w:t>v 1.066714 14.514598 -0.735300</w:t>
        <w:br/>
        <w:t>v 1.190888 14.891788 -0.370952</w:t>
        <w:br/>
        <w:t>v 1.072027 14.495533 -0.785546</w:t>
        <w:br/>
        <w:t>v 1.238292 14.926471 -0.351923</w:t>
        <w:br/>
        <w:t>v 1.072027 14.495533 -0.785546</w:t>
        <w:br/>
        <w:t>v 1.057069 14.994414 -0.569129</w:t>
        <w:br/>
        <w:t>v 1.066714 14.514598 -0.735300</w:t>
        <w:br/>
        <w:t>v 1.238292 14.926471 -0.351923</w:t>
        <w:br/>
        <w:t>v 1.190888 14.891788 -0.370952</w:t>
        <w:br/>
        <w:t>v 1.049417 14.953876 -0.544614</w:t>
        <w:br/>
        <w:t>v 1.049417 14.953876 -0.544614</w:t>
        <w:br/>
        <w:t>v 1.067559 14.732031 1.791782</w:t>
        <w:br/>
        <w:t>v 1.054297 14.730788 1.756781</w:t>
        <w:br/>
        <w:t>v 1.080555 14.660840 1.789105</w:t>
        <w:br/>
        <w:t>v 1.113252 14.808559 1.772146</w:t>
        <w:br/>
        <w:t>v 1.067313 14.659594 1.754104</w:t>
        <w:br/>
        <w:t>v 1.139555 14.583437 1.771119</w:t>
        <w:br/>
        <w:t>v 1.099964 14.807322 1.737144</w:t>
        <w:br/>
        <w:t>v 1.182051 14.834411 1.744828</w:t>
        <w:br/>
        <w:t>v 1.088985 14.723694 1.744081</w:t>
        <w:br/>
        <w:t>v 1.067313 14.659594 1.754104</w:t>
        <w:br/>
        <w:t>v 1.054297 14.730788 1.756781</w:t>
        <w:br/>
        <w:t>v 1.099964 14.807322 1.737144</w:t>
        <w:br/>
        <w:t>v 1.168733 14.833169 1.709827</w:t>
        <w:br/>
        <w:t>v 1.168733 14.833169 1.709827</w:t>
        <w:br/>
        <w:t>v 1.182051 14.834411 1.744828</w:t>
        <w:br/>
        <w:t>v 1.201909 14.976246 1.732561</w:t>
        <w:br/>
        <w:t>v 1.161677 14.712894 1.716899</w:t>
        <w:br/>
        <w:t>v 1.168733 14.833169 1.709827</w:t>
        <w:br/>
        <w:t>v 1.126298 14.582193 1.736118</w:t>
        <w:br/>
        <w:t>v 1.126298 14.582193 1.736118</w:t>
        <w:br/>
        <w:t>v 1.113279 14.426989 1.744773</w:t>
        <w:br/>
        <w:t>v 1.126521 14.428229 1.779774</w:t>
        <w:br/>
        <w:t>v 1.132419 14.499976 1.735239</w:t>
        <w:br/>
        <w:t>v 1.113279 14.426989 1.744773</w:t>
        <w:br/>
        <w:t>v 1.126521 14.428229 1.779774</w:t>
        <w:br/>
        <w:t>v 1.113279 14.426989 1.744773</w:t>
        <w:br/>
        <w:t>v 1.173381 14.385856 1.731553</w:t>
        <w:br/>
        <w:t>v 1.186652 14.387097 1.766544</w:t>
        <w:br/>
        <w:t>v 1.386006 14.357508 1.683593</w:t>
        <w:br/>
        <w:t>v 1.210837 14.435819 1.691132</w:t>
        <w:br/>
        <w:t>v 1.173381 14.385856 1.731553</w:t>
        <w:br/>
        <w:t>v 1.361837 14.356266 1.604490</w:t>
        <w:br/>
        <w:t>v 1.386006 14.357508 1.683593</w:t>
        <w:br/>
        <w:t>v 1.361837 14.356266 1.604490</w:t>
        <w:br/>
        <w:t>v 1.425094 14.671139 1.655352</w:t>
        <w:br/>
        <w:t>v 1.316418 14.419220 1.638432</w:t>
        <w:br/>
        <w:t>v 1.361837 14.356266 1.604490</w:t>
        <w:br/>
        <w:t>v 1.400311 14.664972 1.576692</w:t>
        <w:br/>
        <w:t>v 1.400311 14.664972 1.576692</w:t>
        <w:br/>
        <w:t>v 1.462954 14.974920 1.627997</w:t>
        <w:br/>
        <w:t>v 1.210682 14.459900 1.649076</w:t>
        <w:br/>
        <w:t>v 1.438784 14.973680 1.548894</w:t>
        <w:br/>
        <w:t>v 1.297385 14.445034 1.600376</w:t>
        <w:br/>
        <w:t>v 1.438784 14.973680 1.548894</w:t>
        <w:br/>
        <w:t>v 1.230553 15.011743 1.685200</w:t>
        <w:br/>
        <w:t>v 1.462954 14.974920 1.627997</w:t>
        <w:br/>
        <w:t>v 1.243872 15.012984 1.720202</w:t>
        <w:br/>
        <w:t>v 1.342235 14.676224 1.613107</w:t>
        <w:br/>
        <w:t>v 1.316418 14.419220 1.638432</w:t>
        <w:br/>
        <w:t>v 1.297385 14.445034 1.600376</w:t>
        <w:br/>
        <w:t>v 1.342235 14.676224 1.613107</w:t>
        <w:br/>
        <w:t>v 1.317509 14.677795 1.577544</w:t>
        <w:br/>
        <w:t>v 1.339662 14.896049 1.555966</w:t>
        <w:br/>
        <w:t>v 1.370083 14.920386 1.588866</w:t>
        <w:br/>
        <w:t>v 1.370083 14.920386 1.588866</w:t>
        <w:br/>
        <w:t>v 1.438784 14.973680 1.548894</w:t>
        <w:br/>
        <w:t>v 1.230553 15.011743 1.685200</w:t>
        <w:br/>
        <w:t>v 1.370083 14.920386 1.588866</w:t>
        <w:br/>
        <w:t>v 1.339662 14.896049 1.555966</w:t>
        <w:br/>
        <w:t>v 1.269100 14.932067 1.645023</w:t>
        <w:br/>
        <w:t>v 1.256521 14.906508 1.607763</w:t>
        <w:br/>
        <w:t>v 1.188587 14.975002 1.697569</w:t>
        <w:br/>
        <w:t>v 1.188587 14.975002 1.697569</w:t>
        <w:br/>
        <w:t>v 1.187875 14.903530 1.700478</w:t>
        <w:br/>
        <w:t>v 1.256521 14.906508 1.607763</w:t>
        <w:br/>
        <w:t>v 1.240279 14.701350 1.666506</w:t>
        <w:br/>
        <w:t>v 1.269100 14.932067 1.645023</w:t>
        <w:br/>
        <w:t>v 1.240279 14.701350 1.666506</w:t>
        <w:br/>
        <w:t>v 1.233235 14.696392 1.627257</w:t>
        <w:br/>
        <w:t>v 1.210682 14.459900 1.649076</w:t>
        <w:br/>
        <w:t>v 1.210837 14.435819 1.691132</w:t>
        <w:br/>
        <w:t>v 1.558897 13.456471 1.610374</w:t>
        <w:br/>
        <w:t>v 1.519966 13.401314 1.612602</w:t>
        <w:br/>
        <w:t>v 1.580440 13.454636 1.558396</w:t>
        <w:br/>
        <w:t>v 1.632450 13.481363 1.609496</w:t>
        <w:br/>
        <w:t>v 1.552912 13.398509 1.533113</w:t>
        <w:br/>
        <w:t>v 1.517094 13.333525 1.615348</w:t>
        <w:br/>
        <w:t>v 1.632450 13.453875 1.536866</w:t>
        <w:br/>
        <w:t>v 1.550882 13.330653 1.533830</w:t>
        <w:br/>
        <w:t>v 1.632450 13.397345 1.500188</w:t>
        <w:br/>
        <w:t>v 1.684460 13.454636 1.558396</w:t>
        <w:br/>
        <w:t>v 1.706004 13.456471 1.610374</w:t>
        <w:br/>
        <w:t>v 1.744934 13.401314 1.612602</w:t>
        <w:br/>
        <w:t>v 1.711988 13.398509 1.533113</w:t>
        <w:br/>
        <w:t>v 1.747806 13.333525 1.615348</w:t>
        <w:br/>
        <w:t>v 1.632450 13.329458 1.500064</w:t>
        <w:br/>
        <w:t>v 1.714019 13.330653 1.533830</w:t>
        <w:br/>
        <w:t>v 1.689633 13.263526 1.560597</w:t>
        <w:br/>
        <w:t>v 1.713319 13.265545 1.617745</w:t>
        <w:br/>
        <w:t>v 1.632450 13.229706 1.619008</w:t>
        <w:br/>
        <w:t>v 1.632450 13.262691 1.536926</w:t>
        <w:br/>
        <w:t>v 1.575267 13.263526 1.560597</w:t>
        <w:br/>
        <w:t>v 1.551581 13.265545 1.617745</w:t>
        <w:br/>
        <w:t>v 1.706004 13.456471 1.610374</w:t>
        <w:br/>
        <w:t>v 1.744934 13.401314 1.612602</w:t>
        <w:br/>
        <w:t>v 1.684460 13.458303 1.662352</w:t>
        <w:br/>
        <w:t>v 1.632450 13.481363 1.609496</w:t>
        <w:br/>
        <w:t>v 1.711988 13.404113 1.692090</w:t>
        <w:br/>
        <w:t>v 1.747806 13.333525 1.615348</w:t>
        <w:br/>
        <w:t>v 1.632450 13.459064 1.683882</w:t>
        <w:br/>
        <w:t>v 1.714019 13.336401 1.696866</w:t>
        <w:br/>
        <w:t>v 1.632450 13.405276 1.725016</w:t>
        <w:br/>
        <w:t>v 1.580440 13.458303 1.662352</w:t>
        <w:br/>
        <w:t>v 1.558897 13.456471 1.610374</w:t>
        <w:br/>
        <w:t>v 1.519966 13.401314 1.612602</w:t>
        <w:br/>
        <w:t>v 1.552912 13.404113 1.692090</w:t>
        <w:br/>
        <w:t>v 1.517094 13.333525 1.615348</w:t>
        <w:br/>
        <w:t>v 1.632450 13.337588 1.730632</w:t>
        <w:br/>
        <w:t>v 1.550881 13.336401 1.696866</w:t>
        <w:br/>
        <w:t>v 1.575267 13.267556 1.674892</w:t>
        <w:br/>
        <w:t>v 1.551581 13.265545 1.617745</w:t>
        <w:br/>
        <w:t>v 1.632450 13.229706 1.619008</w:t>
        <w:br/>
        <w:t>v 1.632450 13.268394 1.698563</w:t>
        <w:br/>
        <w:t>v 1.689633 13.267556 1.674893</w:t>
        <w:br/>
        <w:t>v 1.713319 13.265545 1.617745</w:t>
        <w:br/>
        <w:t>v 1.445889 13.289350 1.639325</w:t>
        <w:br/>
        <w:t>v 1.457139 13.229878 1.630386</w:t>
        <w:br/>
        <w:t>v 1.418413 13.290174 1.649078</w:t>
        <w:br/>
        <w:t>v 1.460575 13.348025 1.630105</w:t>
        <w:br/>
        <w:t>v 1.432339 13.216556 1.638013</w:t>
        <w:br/>
        <w:t>v 1.491311 13.185545 1.605683</w:t>
        <w:br/>
        <w:t>v 1.436590 13.362805 1.637665</w:t>
        <w:br/>
        <w:t>v 1.497259 13.390180 1.605196</w:t>
        <w:br/>
        <w:t>v 1.412665 13.290301 1.633440</w:t>
        <w:br/>
        <w:t>v 1.418413 13.290174 1.649078</w:t>
        <w:br/>
        <w:t>v 1.432339 13.216556 1.638013</w:t>
        <w:br/>
        <w:t>v 1.436590 13.362805 1.637665</w:t>
        <w:br/>
        <w:t>v 1.426185 13.218826 1.622696</w:t>
        <w:br/>
        <w:t>v 1.430313 13.360820 1.622359</w:t>
        <w:br/>
        <w:t>v 1.474638 13.161674 1.607435</w:t>
        <w:br/>
        <w:t>v 1.474638 13.161674 1.607435</w:t>
        <w:br/>
        <w:t>v 1.467254 13.165543 1.593008</w:t>
        <w:br/>
        <w:t>v 1.482001 13.414989 1.606832</w:t>
        <w:br/>
        <w:t>v 1.482001 13.414989 1.606832</w:t>
        <w:br/>
        <w:t>v 1.474403 13.411489 1.592422</w:t>
        <w:br/>
        <w:t>v 1.542478 13.432739 1.564840</w:t>
        <w:br/>
        <w:t>v 1.542478 13.432739 1.564840</w:t>
        <w:br/>
        <w:t>v 1.533120 13.428721 1.551652</w:t>
        <w:br/>
        <w:t>v 1.546115 13.404521 1.571274</w:t>
        <w:br/>
        <w:t>v 1.590731 13.407909 1.510972</w:t>
        <w:br/>
        <w:t>v 1.601814 13.411303 1.522941</w:t>
        <w:br/>
        <w:t>v 1.601814 13.411303 1.522941</w:t>
        <w:br/>
        <w:t>v 1.594050 13.387204 1.537426</w:t>
        <w:br/>
        <w:t>v 1.631799 13.354630 1.481283</w:t>
        <w:br/>
        <w:t>v 1.644114 13.356428 1.492363</w:t>
        <w:br/>
        <w:t>v 1.644114 13.356428 1.492363</w:t>
        <w:br/>
        <w:t>v 1.628221 13.342876 1.512723</w:t>
        <w:br/>
        <w:t>v 1.645321 13.283149 1.470540</w:t>
        <w:br/>
        <w:t>v 1.658040 13.282805 1.481298</w:t>
        <w:br/>
        <w:t>v 1.658040 13.282805 1.481298</w:t>
        <w:br/>
        <w:t>v 1.639472 13.283401 1.503784</w:t>
        <w:br/>
        <w:t>v 1.624787 13.224729 1.513005</w:t>
        <w:br/>
        <w:t>v 1.639863 13.210176 1.492711</w:t>
        <w:br/>
        <w:t>v 1.639863 13.210176 1.492711</w:t>
        <w:br/>
        <w:t>v 1.627673 13.212635 1.481621</w:t>
        <w:br/>
        <w:t>v 1.588102 13.182576 1.537912</w:t>
        <w:br/>
        <w:t>v 1.594452 13.157992 1.523544</w:t>
        <w:br/>
        <w:t>v 1.594452 13.157992 1.523544</w:t>
        <w:br/>
        <w:t>v 1.583583 13.161970 1.511557</w:t>
        <w:br/>
        <w:t>v 1.539246 13.168231 1.571835</w:t>
        <w:br/>
        <w:t>v 1.533975 13.140242 1.565535</w:t>
        <w:br/>
        <w:t>v 1.533975 13.140242 1.565535</w:t>
        <w:br/>
        <w:t>v 1.524865 13.144732 1.552327</w:t>
        <w:br/>
        <w:t>v 1.099087 14.916332 -0.546940</w:t>
        <w:br/>
        <w:t>v 1.191876 14.875463 -0.432617</w:t>
        <w:br/>
        <w:t>v 1.098125 14.972129 -0.584121</w:t>
        <w:br/>
        <w:t>v 1.111575 14.539771 -0.712856</w:t>
        <w:br/>
        <w:t>v 1.236607 14.910812 -0.412603</w:t>
        <w:br/>
        <w:t>v 1.191876 14.875463 -0.432617</w:t>
        <w:br/>
        <w:t>v 1.212201 14.499109 -0.594569</w:t>
        <w:br/>
        <w:t>v 1.236607 14.910812 -0.412603</w:t>
        <w:br/>
        <w:t>v 1.115344 14.522422 -0.777458</w:t>
        <w:br/>
        <w:t>v 1.261169 14.464202 -0.606018</w:t>
        <w:br/>
        <w:t>v 1.115344 14.522422 -0.777458</w:t>
        <w:br/>
        <w:t>v 1.098125 14.972129 -0.584121</w:t>
        <w:br/>
        <w:t>v 1.072027 14.495533 -0.785546</w:t>
        <w:br/>
        <w:t>v 1.115344 14.522422 -0.777458</w:t>
        <w:br/>
        <w:t>v 1.072027 14.495533 -0.785546</w:t>
        <w:br/>
        <w:t>v 1.261169 14.464202 -0.606018</w:t>
        <w:br/>
        <w:t>v 1.057069 14.994414 -0.569129</w:t>
        <w:br/>
        <w:t>v 1.098125 14.972129 -0.584121</w:t>
        <w:br/>
        <w:t>v 1.236607 14.910812 -0.412603</w:t>
        <w:br/>
        <w:t>v 1.057069 14.994414 -0.569129</w:t>
        <w:br/>
        <w:t>v 1.267961 14.429229 -0.562519</w:t>
        <w:br/>
        <w:t>v 1.267961 14.429229 -0.562519</w:t>
        <w:br/>
        <w:t>v 1.238292 14.926471 -0.351923</w:t>
        <w:br/>
        <w:t>v 1.571047 13.182294 1.518074</w:t>
        <w:br/>
        <w:t>v 1.583583 13.161970 1.511557</w:t>
        <w:br/>
        <w:t>v 1.627673 13.212635 1.481621</w:t>
        <w:br/>
        <w:t>v 1.524865 13.144732 1.552327</w:t>
        <w:br/>
        <w:t>v 1.608024 13.224788 1.492967</w:t>
        <w:br/>
        <w:t>v 1.645321 13.283149 1.470540</w:t>
        <w:br/>
        <w:t>v 1.521801 13.167841 1.552268</w:t>
        <w:br/>
        <w:t>v 1.467254 13.165543 1.593008</w:t>
        <w:br/>
        <w:t>v 1.539246 13.168231 1.571835</w:t>
        <w:br/>
        <w:t>v 1.521801 13.167841 1.552268</w:t>
        <w:br/>
        <w:t>v 1.571047 13.182294 1.518074</w:t>
        <w:br/>
        <w:t>v 1.588102 13.182576 1.537912</w:t>
        <w:br/>
        <w:t>v 1.608024 13.224788 1.492967</w:t>
        <w:br/>
        <w:t>v 1.491311 13.185545 1.605683</w:t>
        <w:br/>
        <w:t>v 1.624787 13.224729 1.513005</w:t>
        <w:br/>
        <w:t>v 1.639472 13.283401 1.503784</w:t>
        <w:br/>
        <w:t>v 1.473484 13.185295 1.586386</w:t>
        <w:br/>
        <w:t>v 1.473484 13.185295 1.586386</w:t>
        <w:br/>
        <w:t>v 1.457139 13.229878 1.630386</w:t>
        <w:br/>
        <w:t>v 1.426185 13.218826 1.622696</w:t>
        <w:br/>
        <w:t>v 1.439040 13.229981 1.611285</w:t>
        <w:br/>
        <w:t>v 1.439040 13.229981 1.611285</w:t>
        <w:br/>
        <w:t>v 1.412665 13.290301 1.633440</w:t>
        <w:br/>
        <w:t>v 1.427700 13.289927 1.620296</w:t>
        <w:br/>
        <w:t>v 1.427700 13.289927 1.620296</w:t>
        <w:br/>
        <w:t>v 1.445889 13.289350 1.639325</w:t>
        <w:br/>
        <w:t>v 1.460575 13.348025 1.630105</w:t>
        <w:br/>
        <w:t>v 1.442502 13.349067 1.611002</w:t>
        <w:br/>
        <w:t>v 1.442502 13.349067 1.611002</w:t>
        <w:br/>
        <w:t>v 1.430313 13.360820 1.622359</w:t>
        <w:br/>
        <w:t>v 1.479479 13.391558 1.585895</w:t>
        <w:br/>
        <w:t>v 1.479479 13.391558 1.585895</w:t>
        <w:br/>
        <w:t>v 1.497259 13.390180 1.605196</w:t>
        <w:br/>
        <w:t>v 1.474403 13.411489 1.592422</w:t>
        <w:br/>
        <w:t>v 1.528725 13.406018 1.551701</w:t>
        <w:br/>
        <w:t>v 1.528725 13.406018 1.551701</w:t>
        <w:br/>
        <w:t>v 1.546115 13.404521 1.571274</w:t>
        <w:br/>
        <w:t>v 1.533120 13.428721 1.551652</w:t>
        <w:br/>
        <w:t>v 1.577042 13.388561 1.517583</w:t>
        <w:br/>
        <w:t>v 1.577042 13.388561 1.517583</w:t>
        <w:br/>
        <w:t>v 1.590731 13.407909 1.510972</w:t>
        <w:br/>
        <w:t>v 1.594050 13.387204 1.537426</w:t>
        <w:br/>
        <w:t>v 1.631799 13.354630 1.481283</w:t>
        <w:br/>
        <w:t>v 1.611486 13.343878 1.492684</w:t>
        <w:br/>
        <w:t>v 1.611486 13.343878 1.492684</w:t>
        <w:br/>
        <w:t>v 1.628221 13.342876 1.512723</w:t>
        <w:br/>
        <w:t>v 1.622826 13.283931 1.483673</w:t>
        <w:br/>
        <w:t>v 1.622826 13.283931 1.483673</w:t>
        <w:br/>
        <w:t>v 1.795733 14.348144 -0.065423</w:t>
        <w:br/>
        <w:t>v 1.793148 14.359299 -0.041403</w:t>
        <w:br/>
        <w:t>v 1.784257 14.350644 -0.057751</w:t>
        <w:br/>
        <w:t>v 1.771790 14.357219 -0.072669</w:t>
        <w:br/>
        <w:t>v 1.806525 14.358651 -0.045575</w:t>
        <w:br/>
        <w:t>v 1.793253 14.378113 -0.033201</w:t>
        <w:br/>
        <w:t>v 1.780597 14.356122 -0.083534</w:t>
        <w:br/>
        <w:t>v 1.763050 14.375173 -0.077419</w:t>
        <w:br/>
        <w:t>v 1.806654 14.381488 -0.035618</w:t>
        <w:br/>
        <w:t>v 1.769986 14.377919 -0.089300</w:t>
        <w:br/>
        <w:t>v 1.796043 14.403281 -0.041384</w:t>
        <w:br/>
        <w:t>v 1.784513 14.396065 -0.037950</w:t>
        <w:br/>
        <w:t>v 1.818669 14.383515 -0.027155</w:t>
        <w:br/>
        <w:t>v 1.818487 14.350955 -0.041351</w:t>
        <w:br/>
        <w:t>v 1.780908 14.411263 -0.059495</w:t>
        <w:br/>
        <w:t>v 1.772046 14.402637 -0.052869</w:t>
        <w:br/>
        <w:t>v 1.763156 14.393987 -0.069217</w:t>
        <w:br/>
        <w:t>v 1.803542 14.414585 -0.035375</w:t>
        <w:br/>
        <w:t>v 1.770114 14.400754 -0.079343</w:t>
        <w:br/>
        <w:t>v 1.766394 14.378426 -0.103685</w:t>
        <w:br/>
        <w:t>v 1.766578 14.410985 -0.089490</w:t>
        <w:br/>
        <w:t>v 1.781965 14.425961 -0.061195</w:t>
        <w:br/>
        <w:t>v 1.781522 14.347354 -0.095466</w:t>
        <w:br/>
        <w:t>v 1.774598 14.438128 -0.056972</w:t>
        <w:br/>
        <w:t>v 1.754379 14.376398 -0.112148</w:t>
        <w:br/>
        <w:t>v 1.754617 14.418679 -0.093715</w:t>
        <w:br/>
        <w:t>v 1.763122 14.440631 -0.049300</w:t>
        <w:br/>
        <w:t>v 1.741238 14.419332 -0.089542</w:t>
        <w:br/>
        <w:t>v 1.740978 14.373024 -0.109731</w:t>
        <w:br/>
        <w:t>v 1.762493 14.328835 -0.098041</w:t>
        <w:br/>
        <w:t>v 1.802617 14.423353 -0.023444</w:t>
        <w:br/>
        <w:t>v 1.793810 14.424451 -0.012579</w:t>
        <w:br/>
        <w:t>v 1.774023 14.336054 -0.101474</w:t>
        <w:br/>
        <w:t>v 1.793181 14.312654 -0.061319</w:t>
        <w:br/>
        <w:t>v 1.822262 14.383007 -0.012770</w:t>
        <w:br/>
        <w:t>v 1.815325 14.380262 -0.000888</w:t>
        <w:br/>
        <w:t>v 1.815064 14.333956 -0.021077</w:t>
        <w:br/>
        <w:t>v 1.822023 14.340727 -0.031203</w:t>
        <w:br/>
        <w:t>v 1.803099 14.335978 -0.069646</w:t>
        <w:br/>
        <w:t>v 1.802042 14.321278 -0.067946</w:t>
        <w:br/>
        <w:t>v -1.127464 15.313243 -0.279371</w:t>
        <w:br/>
        <w:t>v -1.134305 15.311601 -0.291506</w:t>
        <w:br/>
        <w:t>v -1.110348 15.322045 -0.286494</w:t>
        <w:br/>
        <w:t>v -1.143147 15.319388 -0.267647</w:t>
        <w:br/>
        <w:t>v -1.113527 15.322291 -0.300157</w:t>
        <w:br/>
        <w:t>v -1.101828 15.340645 -0.284849</w:t>
        <w:br/>
        <w:t>v -1.153346 15.319062 -0.277276</w:t>
        <w:br/>
        <w:t>v -1.148214 15.336884 -0.258195</w:t>
        <w:br/>
        <w:t>v -1.103183 15.344866 -0.298158</w:t>
        <w:br/>
        <w:t>v -1.159496 15.340306 -0.265799</w:t>
        <w:br/>
        <w:t>v -1.139693 15.355486 -0.256548</w:t>
        <w:br/>
        <w:t>v -1.113527 15.322291 -0.300157</w:t>
        <w:br/>
        <w:t>v -1.098364 15.305009 -0.315631</w:t>
        <w:br/>
        <w:t>v -1.103183 15.344866 -0.298158</w:t>
        <w:br/>
        <w:t>v -1.134305 15.311601 -0.291506</w:t>
        <w:br/>
        <w:t>v -1.109332 15.366109 -0.286682</w:t>
        <w:br/>
        <w:t>v -1.106894 15.358142 -0.275396</w:t>
        <w:br/>
        <w:t>v -1.079214 15.346807 -0.311931</w:t>
        <w:br/>
        <w:t>v -1.109332 15.366109 -0.286682</w:t>
        <w:br/>
        <w:t>v -1.136830 15.285220 -0.299618</w:t>
        <w:br/>
        <w:t>v -1.153346 15.319062 -0.277276</w:t>
        <w:br/>
        <w:t>v -1.079214 15.346807 -0.311931</w:t>
        <w:br/>
        <w:t>v -1.098364 15.305009 -0.315631</w:t>
        <w:br/>
        <w:t>v -1.067932 15.343392 -0.304326</w:t>
        <w:br/>
        <w:t>v -1.088905 15.297609 -0.308379</w:t>
        <w:br/>
        <w:t>v -1.080401 15.386462 -0.281057</w:t>
        <w:br/>
        <w:t>v -1.131034 15.275936 -0.290841</w:t>
        <w:br/>
        <w:t>v -1.136830 15.285220 -0.299618</w:t>
        <w:br/>
        <w:t>v -1.090599 15.386136 -0.290685</w:t>
        <w:br/>
        <w:t>v -1.090599 15.386136 -0.290685</w:t>
        <w:br/>
        <w:t>v -1.119008 15.401593 -0.252203</w:t>
        <w:br/>
        <w:t>v -1.172080 15.299040 -0.273272</w:t>
        <w:br/>
        <w:t>v -1.172080 15.299040 -0.273272</w:t>
        <w:br/>
        <w:t>v -1.169640 15.291071 -0.261986</w:t>
        <w:br/>
        <w:t>v -1.183464 15.338365 -0.252026</w:t>
        <w:br/>
        <w:t>v -1.183464 15.338365 -0.252026</w:t>
        <w:br/>
        <w:t>v -1.159496 15.340306 -0.265799</w:t>
        <w:br/>
        <w:t>v -1.182109 15.334144 -0.238717</w:t>
        <w:br/>
        <w:t>v -1.161137 15.379922 -0.234664</w:t>
        <w:br/>
        <w:t>v -1.164315 15.380163 -0.248326</w:t>
        <w:br/>
        <w:t>v -1.164315 15.380163 -0.248326</w:t>
        <w:br/>
        <w:t>v -1.149152 15.362885 -0.263800</w:t>
        <w:br/>
        <w:t>v -1.149152 15.362885 -0.263800</w:t>
        <w:br/>
        <w:t>v -1.125849 15.399949 -0.264339</w:t>
        <w:br/>
        <w:t>v -1.125849 15.399949 -0.264339</w:t>
        <w:br/>
        <w:t>v -1.128374 15.373572 -0.272451</w:t>
        <w:br/>
        <w:t>v -1.128374 15.373572 -0.272451</w:t>
        <w:br/>
        <w:t>v -1.122578 15.364290 -0.263673</w:t>
        <w:br/>
        <w:t>v -0.997023 15.265455 -0.351481</w:t>
        <w:br/>
        <w:t>v -0.988331 15.225512 -0.381159</w:t>
        <w:br/>
        <w:t>v -0.999659 15.271355 -0.363933</w:t>
        <w:br/>
        <w:t>v -0.974435 15.310029 -0.344055</w:t>
        <w:br/>
        <w:t>v -0.991723 15.234880 -0.391030</w:t>
        <w:br/>
        <w:t>v -0.953451 15.213588 -0.415703</w:t>
        <w:br/>
        <w:t>v -0.979035 15.312054 -0.357153</w:t>
        <w:br/>
        <w:t>v -0.959875 15.223996 -0.422571</w:t>
        <w:br/>
        <w:t>v -0.991723 15.234880 -0.391030</w:t>
        <w:br/>
        <w:t>v -0.972953 15.254969 -0.394519</w:t>
        <w:br/>
        <w:t>v -0.999659 15.271355 -0.363933</w:t>
        <w:br/>
        <w:t>v -0.959875 15.223996 -0.422571</w:t>
        <w:br/>
        <w:t>v -0.979035 15.312054 -0.357153</w:t>
        <w:br/>
        <w:t>v -0.977239 15.274670 -0.379881</w:t>
        <w:br/>
        <w:t>v -0.922772 15.245075 -0.440078</w:t>
        <w:br/>
        <w:t>v -0.912814 15.236671 -0.434878</w:t>
        <w:br/>
        <w:t>v -0.890225 15.281246 -0.427452</w:t>
        <w:br/>
        <w:t>v -0.955750 15.249086 -0.411556</w:t>
        <w:br/>
        <w:t>v -0.922772 15.245075 -0.440078</w:t>
        <w:br/>
        <w:t>v -0.902147 15.285774 -0.433298</w:t>
        <w:br/>
        <w:t>v -0.898918 15.321196 -0.397774</w:t>
        <w:br/>
        <w:t>v -0.935708 15.260475 -0.421014</w:t>
        <w:br/>
        <w:t>v -0.910084 15.322248 -0.406200</w:t>
        <w:br/>
        <w:t>v -0.924567 15.282454 -0.417350</w:t>
        <w:br/>
        <w:t>v -0.902147 15.285774 -0.433298</w:t>
        <w:br/>
        <w:t>v -0.928853 15.302162 -0.402713</w:t>
        <w:br/>
        <w:t>v -0.910084 15.322248 -0.406200</w:t>
        <w:br/>
        <w:t>v -0.941931 15.333130 -0.374660</w:t>
        <w:br/>
        <w:t>v -0.941931 15.333130 -0.374660</w:t>
        <w:br/>
        <w:t>v -0.933798 15.333115 -0.363230</w:t>
        <w:br/>
        <w:t>v -0.924567 15.282454 -0.417350</w:t>
        <w:br/>
        <w:t>v -0.928853 15.302162 -0.402713</w:t>
        <w:br/>
        <w:t>v -0.921931 15.276557 -0.404898</w:t>
        <w:br/>
        <w:t>v -0.935708 15.260475 -0.421014</w:t>
        <w:br/>
        <w:t>v -0.931107 15.258451 -0.407915</w:t>
        <w:br/>
        <w:t>v -0.925462 15.292789 -0.392842</w:t>
        <w:br/>
        <w:t>v -0.947616 15.249074 -0.400125</w:t>
        <w:br/>
        <w:t>v -0.955750 15.249086 -0.411556</w:t>
        <w:br/>
        <w:t>v -0.972953 15.254969 -0.394519</w:t>
        <w:br/>
        <w:t>v -0.961786 15.253916 -0.386091</w:t>
        <w:br/>
        <w:t>v -0.965318 15.270144 -0.374034</w:t>
        <w:br/>
        <w:t>v -0.977239 15.274670 -0.379881</w:t>
        <w:br/>
        <w:t>v -0.956141 15.288251 -0.371019</w:t>
        <w:br/>
        <w:t>v -0.966099 15.296653 -0.376218</w:t>
        <w:br/>
        <w:t>v -0.966099 15.296653 -0.376218</w:t>
        <w:br/>
        <w:t>v -0.946056 15.308039 -0.385676</w:t>
        <w:br/>
        <w:t>v -0.946056 15.308039 -0.385676</w:t>
        <w:br/>
        <w:t>v -0.939632 15.297628 -0.378808</w:t>
        <w:br/>
        <w:t>v -1.309313 14.360786 1.547612</w:t>
        <w:br/>
        <w:t>v -1.321938 14.361319 1.553705</w:t>
        <w:br/>
        <w:t>v -1.324123 14.406198 1.531165</w:t>
        <w:br/>
        <w:t>v -1.324123 14.313207 1.539300</w:t>
        <w:br/>
        <w:t>v -1.335460 14.402781 1.538688</w:t>
        <w:br/>
        <w:t>v -1.359876 14.422843 1.499593</w:t>
        <w:br/>
        <w:t>v -1.335460 14.317880 1.546117</w:t>
        <w:br/>
        <w:t>v -1.359875 14.291335 1.511098</w:t>
        <w:br/>
        <w:t>v -1.368104 14.417977 1.509862</w:t>
        <w:br/>
        <w:t>v -1.368104 14.297906 1.520367</w:t>
        <w:br/>
        <w:t>v -1.400748 14.398005 1.484113</w:t>
        <w:br/>
        <w:t>v -1.395629 14.400967 1.471392</w:t>
        <w:br/>
        <w:t>v -1.400748 14.313105 1.491542</w:t>
        <w:br/>
        <w:t>v -1.395629 14.307979 1.479528</w:t>
        <w:br/>
        <w:t>v -1.368104 14.297906 1.520367</w:t>
        <w:br/>
        <w:t>v -1.368104 14.325511 1.517952</w:t>
        <w:br/>
        <w:t>v -1.335460 14.317880 1.546117</w:t>
        <w:br/>
        <w:t>v -1.400748 14.313105 1.491542</w:t>
        <w:br/>
        <w:t>v -1.414270 14.354568 1.476524</w:t>
        <w:br/>
        <w:t>v -1.410438 14.353392 1.463081</w:t>
        <w:br/>
        <w:t>v -1.385737 14.333719 1.502381</w:t>
        <w:br/>
        <w:t>v -1.414270 14.354568 1.476524</w:t>
        <w:br/>
        <w:t>v -1.400748 14.398005 1.484113</w:t>
        <w:br/>
        <w:t>v -1.385738 14.379584 1.498368</w:t>
        <w:br/>
        <w:t>v -1.393041 14.356117 1.494269</w:t>
        <w:br/>
        <w:t>v -1.393041 14.356117 1.494269</w:t>
        <w:br/>
        <w:t>v -1.380417 14.355586 1.488175</w:t>
        <w:br/>
        <w:t>v -1.385737 14.333719 1.502381</w:t>
        <w:br/>
        <w:t>v -1.385738 14.379584 1.498368</w:t>
        <w:br/>
        <w:t>v -1.374400 14.337137 1.494857</w:t>
        <w:br/>
        <w:t>v -1.368104 14.325511 1.517952</w:t>
        <w:br/>
        <w:t>v -1.374400 14.374914 1.491552</w:t>
        <w:br/>
        <w:t>v -1.359876 14.330375 1.507683</w:t>
        <w:br/>
        <w:t>v -1.345351 14.339262 1.519140</w:t>
        <w:br/>
        <w:t>v -1.368104 14.390373 1.512277</w:t>
        <w:br/>
        <w:t>v -1.368104 14.390373 1.512277</w:t>
        <w:br/>
        <w:t>v -1.368104 14.417977 1.509862</w:t>
        <w:br/>
        <w:t>v -1.359876 14.383803 1.503009</w:t>
        <w:br/>
        <w:t>v -1.335460 14.402781 1.538688</w:t>
        <w:br/>
        <w:t>v -1.345351 14.377040 1.515835</w:t>
        <w:br/>
        <w:t>v -1.350470 14.382163 1.527849</w:t>
        <w:br/>
        <w:t>v -1.350470 14.382163 1.527849</w:t>
        <w:br/>
        <w:t>v -1.321938 14.361319 1.553705</w:t>
        <w:br/>
        <w:t>v -1.339334 14.358589 1.522516</w:t>
        <w:br/>
        <w:t>v -1.343166 14.359769 1.535961</w:t>
        <w:br/>
        <w:t>v -1.343166 14.359769 1.535961</w:t>
        <w:br/>
        <w:t>v -1.350470 14.336304 1.531861</w:t>
        <w:br/>
        <w:t>v -1.350470 14.336304 1.531861</w:t>
        <w:br/>
        <w:t>v -1.070632 15.321405 1.685516</w:t>
        <w:br/>
        <w:t>v -1.082771 15.322327 1.692487</w:t>
        <w:br/>
        <w:t>v -1.086037 15.366462 1.668640</w:t>
        <w:br/>
        <w:t>v -1.086598 15.273804 1.679934</w:t>
        <w:br/>
        <w:t>v -1.096837 15.363465 1.677079</w:t>
        <w:br/>
        <w:t>v -1.123790 15.382576 1.639193</w:t>
        <w:br/>
        <w:t>v -1.097348 15.278864 1.687391</w:t>
        <w:br/>
        <w:t>v -1.124582 15.251537 1.655165</w:t>
        <w:br/>
        <w:t>v -1.131307 15.378178 1.650192</w:t>
        <w:br/>
        <w:t>v -1.132030 15.258534 1.664776</w:t>
        <w:br/>
        <w:t>v -1.165989 15.357850 1.627578</w:t>
        <w:br/>
        <w:t>v -1.161775 15.360312 1.614425</w:t>
        <w:br/>
        <w:t>v -1.166500 15.273250 1.637890</w:t>
        <w:br/>
        <w:t>v -1.162335 15.267653 1.625719</w:t>
        <w:br/>
        <w:t>v -1.132030 15.258534 1.664776</w:t>
        <w:br/>
        <w:t>v -1.131864 15.286045 1.661423</w:t>
        <w:br/>
        <w:t>v -1.097348 15.278864 1.687391</w:t>
        <w:br/>
        <w:t>v -1.166500 15.273250 1.637890</w:t>
        <w:br/>
        <w:t>v -1.180566 15.314385 1.622481</w:t>
        <w:br/>
        <w:t>v -1.177740 15.312709 1.608843</w:t>
        <w:br/>
        <w:t>v -1.180566 15.314385 1.622481</w:t>
        <w:br/>
        <w:t>v -1.150483 15.293992 1.646899</w:t>
        <w:br/>
        <w:t>v -1.165989 15.357850 1.627578</w:t>
        <w:br/>
        <w:t>v -1.150207 15.339692 1.641329</w:t>
        <w:br/>
        <w:t>v -1.158082 15.316212 1.638577</w:t>
        <w:br/>
        <w:t>v -1.158082 15.316212 1.638577</w:t>
        <w:br/>
        <w:t>v -1.145943 15.315289 1.631605</w:t>
        <w:br/>
        <w:t>v -1.150483 15.293992 1.646899</w:t>
        <w:br/>
        <w:t>v -1.150207 15.339692 1.641329</w:t>
        <w:br/>
        <w:t>v -1.139684 15.296987 1.638461</w:t>
        <w:br/>
        <w:t>v -1.131864 15.286045 1.661423</w:t>
        <w:br/>
        <w:t>v -1.139457 15.334628 1.633872</w:t>
        <w:br/>
        <w:t>v -1.124347 15.290441 1.650424</w:t>
        <w:br/>
        <w:t>v -1.108916 15.299484 1.660486</w:t>
        <w:br/>
        <w:t>v -1.131473 15.350673 1.653545</w:t>
        <w:br/>
        <w:t>v -1.131473 15.350673 1.653545</w:t>
        <w:br/>
        <w:t>v -1.131307 15.378178 1.650192</w:t>
        <w:br/>
        <w:t>v -1.124025 15.343675 1.643935</w:t>
        <w:br/>
        <w:t>v -1.096837 15.363465 1.677079</w:t>
        <w:br/>
        <w:t>v -1.108688 15.337125 1.655898</w:t>
        <w:br/>
        <w:t>v -1.112853 15.342725 1.668069</w:t>
        <w:br/>
        <w:t>v -1.112853 15.342725 1.668069</w:t>
        <w:br/>
        <w:t>v -1.082771 15.322327 1.692487</w:t>
        <w:br/>
        <w:t>v -1.102430 15.318824 1.662754</w:t>
        <w:br/>
        <w:t>v -1.105255 15.320505 1.676392</w:t>
        <w:br/>
        <w:t>v -1.105255 15.320505 1.676392</w:t>
        <w:br/>
        <w:t>v -1.113129 15.297025 1.673639</w:t>
        <w:br/>
        <w:t>v -1.113129 15.297025 1.673639</w:t>
        <w:br/>
        <w:t>v -0.892298 15.256558 1.775052</w:t>
        <w:br/>
        <w:t>v -0.902538 15.256541 1.784641</w:t>
        <w:br/>
        <w:t>v -0.911631 15.302360 1.766072</w:t>
        <w:br/>
        <w:t>v -0.908601 15.209113 1.769119</w:t>
        <w:br/>
        <w:t>v -0.920190 15.298357 1.776442</w:t>
        <w:br/>
        <w:t>v -0.955275 15.319684 1.747438</w:t>
        <w:br/>
        <w:t>v -0.917422 15.213220 1.779224</w:t>
        <w:br/>
        <w:t>v -0.950988 15.187814 1.751748</w:t>
        <w:br/>
        <w:t>v -0.960038 15.314176 1.759429</w:t>
        <w:br/>
        <w:t>v -0.956124 15.193770 1.763364</w:t>
        <w:br/>
        <w:t>v -0.998740 15.294732 1.743569</w:t>
        <w:br/>
        <w:t>v -0.997662 15.298384 1.730068</w:t>
        <w:br/>
        <w:t>v -0.995973 15.209591 1.746351</w:t>
        <w:br/>
        <w:t>v -0.994631 15.205140 1.733115</w:t>
        <w:br/>
        <w:t>v -0.956124 15.193770 1.763364</w:t>
        <w:br/>
        <w:t>v -0.957024 15.221456 1.762460</w:t>
        <w:br/>
        <w:t>v -0.917422 15.213220 1.779224</w:t>
        <w:br/>
        <w:t>v -0.995973 15.209591 1.746351</w:t>
        <w:br/>
        <w:t>v -1.013624 15.251410 1.738151</w:t>
        <w:br/>
        <w:t>v -1.013964 15.250942 1.724134</w:t>
        <w:br/>
        <w:t>v -1.013624 15.251410 1.738151</w:t>
        <w:br/>
        <w:t>v -0.978549 15.230000 1.753269</w:t>
        <w:br/>
        <w:t>v -0.998740 15.294732 1.743569</w:t>
        <w:br/>
        <w:t>v -0.980044 15.275991 1.751766</w:t>
        <w:br/>
        <w:t>v -0.988084 15.252588 1.748840</w:t>
        <w:br/>
        <w:t>v -0.988084 15.252588 1.748840</w:t>
        <w:br/>
        <w:t>v -0.977845 15.252610 1.739251</w:t>
        <w:br/>
        <w:t>v -0.978549 15.230000 1.753269</w:t>
        <w:br/>
        <w:t>v -0.980044 15.275991 1.751766</w:t>
        <w:br/>
        <w:t>v -0.969990 15.234001 1.742899</w:t>
        <w:br/>
        <w:t>v -0.957024 15.221456 1.762460</w:t>
        <w:br/>
        <w:t>v -0.971222 15.271881 1.741661</w:t>
        <w:br/>
        <w:t>v -0.952261 15.226963 1.750468</w:t>
        <w:br/>
        <w:t>v -0.935041 15.235616 1.757525</w:t>
        <w:br/>
        <w:t>v -0.959138 15.286496 1.760333</w:t>
        <w:br/>
        <w:t>v -0.959138 15.286496 1.760333</w:t>
        <w:br/>
        <w:t>v -0.960038 15.314176 1.759429</w:t>
        <w:br/>
        <w:t>v -0.954002 15.280535 1.748718</w:t>
        <w:br/>
        <w:t>v -0.920190 15.298357 1.776442</w:t>
        <w:br/>
        <w:t>v -0.936272 15.273496 1.756287</w:t>
        <w:br/>
        <w:t>v -0.937613 15.277949 1.769524</w:t>
        <w:br/>
        <w:t>v -0.937613 15.277949 1.769524</w:t>
        <w:br/>
        <w:t>v -0.902538 15.256541 1.784641</w:t>
        <w:br/>
        <w:t>v -0.928418 15.254889 1.759936</w:t>
        <w:br/>
        <w:t>v -0.928078 15.255360 1.773952</w:t>
        <w:br/>
        <w:t>v -0.928078 15.255360 1.773952</w:t>
        <w:br/>
        <w:t>v -0.936118 15.231959 1.771026</w:t>
        <w:br/>
        <w:t>v -0.936118 15.231959 1.771026</w:t>
        <w:br/>
        <w:t>v -1.815325 14.380262 -0.000888</w:t>
        <w:br/>
        <w:t>v -1.822262 14.383007 -0.012770</w:t>
        <w:br/>
        <w:t>v -1.793810 14.424451 -0.012579</w:t>
        <w:br/>
        <w:t>v -1.815064 14.333956 -0.021077</w:t>
        <w:br/>
        <w:t>v -1.802617 14.423353 -0.023444</w:t>
        <w:br/>
        <w:t>v -1.763122 14.440630 -0.049300</w:t>
        <w:br/>
        <w:t>v -1.822023 14.340727 -0.031203</w:t>
        <w:br/>
        <w:t>v -1.793181 14.312654 -0.061319</w:t>
        <w:br/>
        <w:t>v -1.774598 14.438128 -0.056972</w:t>
        <w:br/>
        <w:t>v -1.802042 14.321278 -0.067946</w:t>
        <w:br/>
        <w:t>v -1.754617 14.418677 -0.093715</w:t>
        <w:br/>
        <w:t>v -1.741238 14.419332 -0.089542</w:t>
        <w:br/>
        <w:t>v -1.774023 14.336054 -0.101474</w:t>
        <w:br/>
        <w:t>v -1.762493 14.328835 -0.098040</w:t>
        <w:br/>
        <w:t>v -1.802042 14.321278 -0.067946</w:t>
        <w:br/>
        <w:t>v -1.795732 14.348144 -0.065423</w:t>
        <w:br/>
        <w:t>v -1.822023 14.340727 -0.031203</w:t>
        <w:br/>
        <w:t>v -1.774023 14.336054 -0.101474</w:t>
        <w:br/>
        <w:t>v -1.754379 14.376398 -0.112148</w:t>
        <w:br/>
        <w:t>v -1.740978 14.373024 -0.109731</w:t>
        <w:br/>
        <w:t>v -1.780597 14.356123 -0.083534</w:t>
        <w:br/>
        <w:t>v -1.754379 14.376398 -0.112148</w:t>
        <w:br/>
        <w:t>v -1.754617 14.418677 -0.093715</w:t>
        <w:br/>
        <w:t>v -1.770115 14.400754 -0.079343</w:t>
        <w:br/>
        <w:t>v -1.769986 14.377919 -0.089300</w:t>
        <w:br/>
        <w:t>v -1.769986 14.377919 -0.089300</w:t>
        <w:br/>
        <w:t>v -1.763050 14.375173 -0.077419</w:t>
        <w:br/>
        <w:t>v -1.780597 14.356123 -0.083534</w:t>
        <w:br/>
        <w:t>v -1.770115 14.400754 -0.079343</w:t>
        <w:br/>
        <w:t>v -1.771790 14.357220 -0.072669</w:t>
        <w:br/>
        <w:t>v -1.795732 14.348144 -0.065423</w:t>
        <w:br/>
        <w:t>v -1.763156 14.393987 -0.069217</w:t>
        <w:br/>
        <w:t>v -1.784257 14.350644 -0.057751</w:t>
        <w:br/>
        <w:t>v -1.793148 14.359299 -0.041403</w:t>
        <w:br/>
        <w:t>v -1.780908 14.411263 -0.059495</w:t>
        <w:br/>
        <w:t>v -1.780908 14.411263 -0.059495</w:t>
        <w:br/>
        <w:t>v -1.774598 14.438128 -0.056972</w:t>
        <w:br/>
        <w:t>v -1.772046 14.402637 -0.052868</w:t>
        <w:br/>
        <w:t>v -1.802617 14.423353 -0.023444</w:t>
        <w:br/>
        <w:t>v -1.784513 14.396064 -0.037950</w:t>
        <w:br/>
        <w:t>v -1.796043 14.403281 -0.041384</w:t>
        <w:br/>
        <w:t>v -1.796043 14.403281 -0.041384</w:t>
        <w:br/>
        <w:t>v -1.822262 14.383007 -0.012770</w:t>
        <w:br/>
        <w:t>v -1.793253 14.378113 -0.033201</w:t>
        <w:br/>
        <w:t>v -1.806654 14.381488 -0.035618</w:t>
        <w:br/>
        <w:t>v -1.806654 14.381488 -0.035618</w:t>
        <w:br/>
        <w:t>v -1.806525 14.358651 -0.045575</w:t>
        <w:br/>
        <w:t>v -1.806525 14.358651 -0.045575</w:t>
        <w:br/>
        <w:t>v -2.151200 13.252068 0.569817</w:t>
        <w:br/>
        <w:t>v -2.135811 13.269088 0.586798</w:t>
        <w:br/>
        <w:t>v -2.141835 13.122929 0.587565</w:t>
        <w:br/>
        <w:t>v -2.135869 13.266734 0.431307</w:t>
        <w:br/>
        <w:t>v -2.155887 13.133331 0.570399</w:t>
        <w:br/>
        <w:t>v -2.150851 13.253031 0.431477</w:t>
        <w:br/>
        <w:t>v -2.158839 13.044070 0.435110</w:t>
        <w:br/>
        <w:t>v -2.145126 13.022150 0.435587</w:t>
        <w:br/>
        <w:t>v -2.141909 13.117723 0.279016</w:t>
        <w:br/>
        <w:t>v -2.137299 13.236120 0.555813</w:t>
        <w:br/>
        <w:t>v -2.151200 13.252068 0.569817</w:t>
        <w:br/>
        <w:t>v -2.155887 13.133331 0.570399</w:t>
        <w:br/>
        <w:t>v -2.150851 13.253031 0.431477</w:t>
        <w:br/>
        <w:t>v -2.141035 13.140766 0.555700</w:t>
        <w:br/>
        <w:t>v -2.137171 13.238088 0.431639</w:t>
        <w:br/>
        <w:t>v -2.143730 13.061500 0.434706</w:t>
        <w:br/>
        <w:t>v -2.158839 13.044070 0.435110</w:t>
        <w:br/>
        <w:t>v -2.137352 13.233251 0.307544</w:t>
        <w:br/>
        <w:t>v -2.155953 13.128700 0.295844</w:t>
        <w:br/>
        <w:t>v -2.155953 13.128700 0.295844</w:t>
        <w:br/>
        <w:t>v -2.141094 13.136628 0.310260</w:t>
        <w:br/>
        <w:t>v -2.151259 13.248868 0.293197</w:t>
        <w:br/>
        <w:t>v -2.151259 13.248868 0.293197</w:t>
        <w:br/>
        <w:t>v -2.151259 13.248868 0.293197</w:t>
        <w:br/>
        <w:t>v -2.135876 13.265491 0.275803</w:t>
        <w:br/>
        <w:t>v -2.122018 13.250739 0.569810</w:t>
        <w:br/>
        <w:t>v -2.135811 13.269088 0.586798</w:t>
        <w:br/>
        <w:t>v -2.135869 13.266734 0.431307</w:t>
        <w:br/>
        <w:t>v -2.141835 13.122929 0.587565</w:t>
        <w:br/>
        <w:t>v -2.122193 13.251729 0.431470</w:t>
        <w:br/>
        <w:t>v -2.126908 13.132059 0.570397</w:t>
        <w:br/>
        <w:t>v -2.122076 13.247541 0.293190</w:t>
        <w:br/>
        <w:t>v -2.135876 13.265491 0.275803</w:t>
        <w:br/>
        <w:t>v -2.141909 13.117723 0.279016</w:t>
        <w:br/>
        <w:t>v -2.137299 13.236120 0.555813</w:t>
        <w:br/>
        <w:t>v -2.122018 13.250739 0.569810</w:t>
        <w:br/>
        <w:t>v -2.122193 13.251729 0.431470</w:t>
        <w:br/>
        <w:t>v -2.126908 13.132059 0.570397</w:t>
        <w:br/>
        <w:t>v -2.137171 13.238088 0.431639</w:t>
        <w:br/>
        <w:t>v -2.141035 13.140766 0.555700</w:t>
        <w:br/>
        <w:t>v -2.137352 13.233251 0.307544</w:t>
        <w:br/>
        <w:t>v -2.122076 13.247541 0.293190</w:t>
        <w:br/>
        <w:t>v -2.143730 13.061500 0.434706</w:t>
        <w:br/>
        <w:t>v -2.122076 13.247541 0.293190</w:t>
        <w:br/>
        <w:t>v -2.126974 13.127434 0.295841</w:t>
        <w:br/>
        <w:t>v -2.137352 13.233251 0.307544</w:t>
        <w:br/>
        <w:t>v -2.126974 13.127434 0.295841</w:t>
        <w:br/>
        <w:t>v -2.141094 13.136628 0.310260</w:t>
        <w:br/>
        <w:t>v -2.129904 13.042816 0.435110</w:t>
        <w:br/>
        <w:t>v -2.129904 13.042816 0.435110</w:t>
        <w:br/>
        <w:t>v -2.145126 13.022150 0.435587</w:t>
        <w:br/>
        <w:t>v -0.345491 14.313825 -0.870650</w:t>
        <w:br/>
        <w:t>v -0.346245 14.304668 -0.860048</w:t>
        <w:br/>
        <w:t>v -0.327032 14.297478 -0.860637</w:t>
        <w:br/>
        <w:t>v -0.364807 14.296807 -0.863906</w:t>
        <w:br/>
        <w:t>v -0.322165 14.305093 -0.871365</w:t>
        <w:br/>
        <w:t>v -0.368024 14.304276 -0.875334</w:t>
        <w:br/>
        <w:t>v -0.311711 14.283207 -0.877061</w:t>
        <w:br/>
        <w:t>v -0.318421 14.279448 -0.865328</w:t>
        <w:br/>
        <w:t>v -0.345491 14.313825 -0.870650</w:t>
        <w:br/>
        <w:t>v -0.322165 14.305093 -0.871365</w:t>
        <w:br/>
        <w:t>v -0.346641 14.340378 -0.862804</w:t>
        <w:br/>
        <w:t>v -0.368024 14.304276 -0.875334</w:t>
        <w:br/>
        <w:t>v -0.325457 14.261142 -0.871374</w:t>
        <w:br/>
        <w:t>v -0.376566 14.282054 -0.882674</w:t>
        <w:br/>
        <w:t>v -0.371843 14.278498 -0.869951</w:t>
        <w:br/>
        <w:t>v -0.363232 14.260469 -0.874643</w:t>
        <w:br/>
        <w:t>v -0.388357 14.322709 -0.871476</w:t>
        <w:br/>
        <w:t>v -0.376566 14.282054 -0.882674</w:t>
        <w:br/>
        <w:t>v -0.303459 14.324216 -0.864128</w:t>
        <w:br/>
        <w:t>v -0.311711 14.283207 -0.877061</w:t>
        <w:br/>
        <w:t>v -0.346641 14.340378 -0.862804</w:t>
        <w:br/>
        <w:t>v -0.347873 14.342217 -0.848952</w:t>
        <w:br/>
        <w:t>v -0.388357 14.322709 -0.871476</w:t>
        <w:br/>
        <w:t>v -0.303459 14.324216 -0.864128</w:t>
        <w:br/>
        <w:t>v -0.393562 14.322867 -0.858449</w:t>
        <w:br/>
        <w:t>v -0.300579 14.324519 -0.850402</w:t>
        <w:br/>
        <w:t>v -0.410881 14.277804 -0.873330</w:t>
        <w:br/>
        <w:t>v -0.279383 14.280143 -0.861949</w:t>
        <w:br/>
        <w:t>v -0.404171 14.281564 -0.885063</w:t>
        <w:br/>
        <w:t>v -0.404171 14.281564 -0.885063</w:t>
        <w:br/>
        <w:t>v -0.284107 14.283694 -0.874672</w:t>
        <w:br/>
        <w:t>v -0.284107 14.283694 -0.874672</w:t>
        <w:br/>
        <w:t>v -0.299920 14.242552 -0.888259</w:t>
        <w:br/>
        <w:t>v -0.299920 14.242552 -0.888259</w:t>
        <w:br/>
        <w:t>v -0.296702 14.235080 -0.876831</w:t>
        <w:br/>
        <w:t>v -0.342391 14.215729 -0.886328</w:t>
        <w:br/>
        <w:t>v -0.320253 14.260983 -0.884401</w:t>
        <w:br/>
        <w:t>v -0.320253 14.260983 -0.884401</w:t>
        <w:br/>
        <w:t>v -0.341636 14.224884 -0.896931</w:t>
        <w:br/>
        <w:t>v -0.341636 14.224884 -0.896931</w:t>
        <w:br/>
        <w:t>v -0.342787 14.251435 -0.889085</w:t>
        <w:br/>
        <w:t>v -0.342787 14.251435 -0.889085</w:t>
        <w:br/>
        <w:t>v -0.344018 14.253281 -0.875232</w:t>
        <w:br/>
        <w:t>v -0.366113 14.260163 -0.888369</w:t>
        <w:br/>
        <w:t>v -0.366113 14.260163 -0.888369</w:t>
        <w:br/>
        <w:t>v -0.384818 14.241044 -0.895607</w:t>
        <w:br/>
        <w:t>v -0.384818 14.241044 -0.895607</w:t>
        <w:br/>
        <w:t>v -0.389685 14.233425 -0.884878</w:t>
        <w:br/>
        <w:t>v -1.060519 14.274059 -0.732629</w:t>
        <w:br/>
        <w:t>v -1.060396 14.266445 -0.720848</w:t>
        <w:br/>
        <w:t>v -1.018146 14.248744 -0.742150</w:t>
        <w:br/>
        <w:t>v -1.074726 14.310825 -0.701425</w:t>
        <w:br/>
        <w:t>v -1.021943 14.257905 -0.752078</w:t>
        <w:br/>
        <w:t>v -1.073603 14.314580 -0.714894</w:t>
        <w:br/>
        <w:t>v -0.980470 14.275570 -0.761849</w:t>
        <w:br/>
        <w:t>v -0.972724 14.268093 -0.752851</w:t>
        <w:br/>
        <w:t>v -1.040508 14.293182 -0.733975</w:t>
        <w:br/>
        <w:t>v -1.060519 14.274059 -0.732629</w:t>
        <w:br/>
        <w:t>v -1.021943 14.257905 -0.752078</w:t>
        <w:br/>
        <w:t>v -1.073603 14.314580 -0.714894</w:t>
        <w:br/>
        <w:t>v -0.950739 14.313159 -0.746684</w:t>
        <w:br/>
        <w:t>v -1.053528 14.355726 -0.709263</w:t>
        <w:br/>
        <w:t>v -1.052740 14.355885 -0.695257</w:t>
        <w:br/>
        <w:t>v -1.007318 14.375234 -0.705959</w:t>
        <w:br/>
        <w:t>v -1.047575 14.315071 -0.724395</w:t>
        <w:br/>
        <w:t>v -1.053528 14.355726 -0.709263</w:t>
        <w:br/>
        <w:t>v -1.019670 14.284456 -0.744481</w:t>
        <w:br/>
        <w:t>v -0.980470 14.275570 -0.761849</w:t>
        <w:br/>
        <w:t>v -1.040508 14.293182 -0.733975</w:t>
        <w:br/>
        <w:t>v -1.032096 14.293487 -0.722752</w:t>
        <w:br/>
        <w:t>v -1.047575 14.315071 -0.724395</w:t>
        <w:br/>
        <w:t>v -1.019670 14.284456 -0.744481</w:t>
        <w:br/>
        <w:t>v -1.037917 14.311518 -0.714861</w:t>
        <w:br/>
        <w:t>v -1.014931 14.286298 -0.731406</w:t>
        <w:br/>
        <w:t>v -1.028985 14.329823 -0.712356</w:t>
        <w:br/>
        <w:t>v -0.996479 14.294159 -0.735754</w:t>
        <w:br/>
        <w:t>v -1.036732 14.337296 -0.721353</w:t>
        <w:br/>
        <w:t>v -1.036732 14.337296 -0.721353</w:t>
        <w:br/>
        <w:t>v -0.997267 14.293996 -0.749759</w:t>
        <w:br/>
        <w:t>v -0.997267 14.293996 -0.749759</w:t>
        <w:br/>
        <w:t>v -0.986424 14.316221 -0.746717</w:t>
        <w:br/>
        <w:t>v -0.986424 14.316221 -0.746717</w:t>
        <w:br/>
        <w:t>v -0.987547 14.312464 -0.733248</w:t>
        <w:br/>
        <w:t>v -0.993368 14.330494 -0.725357</w:t>
        <w:br/>
        <w:t>v -0.960397 14.316715 -0.756218</w:t>
        <w:br/>
        <w:t>v -0.960397 14.316715 -0.756218</w:t>
        <w:br/>
        <w:t>v -0.993491 14.338107 -0.737137</w:t>
        <w:br/>
        <w:t>v -0.993491 14.338107 -0.737137</w:t>
        <w:br/>
        <w:t>v -0.973480 14.357232 -0.738483</w:t>
        <w:br/>
        <w:t>v -0.973480 14.357232 -0.738483</w:t>
        <w:br/>
        <w:t>v -0.965068 14.357536 -0.727260</w:t>
        <w:br/>
        <w:t>v -1.012057 14.373392 -0.719034</w:t>
        <w:br/>
        <w:t>v -1.012057 14.373392 -0.719034</w:t>
        <w:br/>
        <w:t>v -1.014329 14.346841 -0.726631</w:t>
        <w:br/>
        <w:t>v -1.014329 14.346841 -0.726631</w:t>
        <w:br/>
        <w:t>v -1.010532 14.337685 -0.716703</w:t>
        <w:br/>
        <w:t>v -1.853499 14.355156 0.704069</w:t>
        <w:br/>
        <w:t>v -1.841269 14.348383 0.705247</w:t>
        <w:br/>
        <w:t>v -1.858029 14.327083 0.662616</w:t>
        <w:br/>
        <w:t>v -1.825971 14.394692 0.718424</w:t>
        <w:br/>
        <w:t>v -1.868801 14.335706 0.665145</w:t>
        <w:br/>
        <w:t>v -1.839530 14.397432 0.716101</w:t>
        <w:br/>
        <w:t>v -1.876475 14.350481 0.622129</w:t>
        <w:br/>
        <w:t>v -1.866433 14.343264 0.615504</w:t>
        <w:br/>
        <w:t>v -1.854547 14.373077 0.682959</w:t>
        <w:br/>
        <w:t>v -1.853499 14.355156 0.704069</w:t>
        <w:br/>
        <w:t>v -1.868801 14.335706 0.665145</w:t>
        <w:br/>
        <w:t>v -1.839530 14.397432 0.716101</w:t>
        <w:br/>
        <w:t>v -1.861559 14.387452 0.591508</w:t>
        <w:br/>
        <w:t>v -1.835080 14.437782 0.694191</w:t>
        <w:br/>
        <w:t>v -1.821097 14.438876 0.694428</w:t>
        <w:br/>
        <w:t>v -1.829501 14.455061 0.647316</w:t>
        <w:br/>
        <w:t>v -1.847002 14.395917 0.689458</w:t>
        <w:br/>
        <w:t>v -1.835080 14.437782 0.694191</w:t>
        <w:br/>
        <w:t>v -1.862813 14.362572 0.661933</w:t>
        <w:br/>
        <w:t>v -1.876475 14.350481 0.622129</w:t>
        <w:br/>
        <w:t>v -1.854547 14.373077 0.682959</w:t>
        <w:br/>
        <w:t>v -1.842750 14.373730 0.675393</w:t>
        <w:br/>
        <w:t>v -1.847002 14.395917 0.689458</w:t>
        <w:br/>
        <w:t>v -1.862813 14.362572 0.661933</w:t>
        <w:br/>
        <w:t>v -1.836536 14.392540 0.680746</w:t>
        <w:br/>
        <w:t>v -1.849560 14.365075 0.658074</w:t>
        <w:br/>
        <w:t>v -1.834556 14.410492 0.670998</w:t>
        <w:br/>
        <w:t>v -1.852974 14.371648 0.638935</w:t>
        <w:br/>
        <w:t>v -1.844598 14.417711 0.677623</w:t>
        <w:br/>
        <w:t>v -1.844598 14.417711 0.677623</w:t>
        <w:br/>
        <w:t>v -1.866958 14.370555 0.638697</w:t>
        <w:br/>
        <w:t>v -1.866958 14.370555 0.638697</w:t>
        <w:br/>
        <w:t>v -1.864554 14.392344 0.626863</w:t>
        <w:br/>
        <w:t>v -1.864554 14.392344 0.626863</w:t>
        <w:br/>
        <w:t>v -1.850994 14.389601 0.629186</w:t>
        <w:br/>
        <w:t>v -1.844779 14.408413 0.634539</w:t>
        <w:br/>
        <w:t>v -1.872025 14.390825 0.600220</w:t>
        <w:br/>
        <w:t>v -1.872025 14.390825 0.600220</w:t>
        <w:br/>
        <w:t>v -1.857010 14.415184 0.633362</w:t>
        <w:br/>
        <w:t>v -1.857010 14.415184 0.633362</w:t>
        <w:br/>
        <w:t>v -1.858057 14.433107 0.612251</w:t>
        <w:br/>
        <w:t>v -1.858057 14.433107 0.612251</w:t>
        <w:br/>
        <w:t>v -1.846261 14.433759 0.604685</w:t>
        <w:br/>
        <w:t>v -1.842754 14.452556 0.651175</w:t>
        <w:br/>
        <w:t>v -1.842754 14.452556 0.651175</w:t>
        <w:br/>
        <w:t>v -1.848742 14.425692 0.654387</w:t>
        <w:br/>
        <w:t>v -1.848742 14.425692 0.654387</w:t>
        <w:br/>
        <w:t>v -1.837970 14.417066 0.651858</w:t>
        <w:br/>
        <w:t>v 0.345491 14.313825 -0.870650</w:t>
        <w:br/>
        <w:t>v 0.327032 14.297478 -0.860637</w:t>
        <w:br/>
        <w:t>v 0.346246 14.304668 -0.860048</w:t>
        <w:br/>
        <w:t>v 0.364807 14.296807 -0.863906</w:t>
        <w:br/>
        <w:t>v 0.322165 14.305093 -0.871365</w:t>
        <w:br/>
        <w:t>v 0.368025 14.304276 -0.875334</w:t>
        <w:br/>
        <w:t>v 0.311711 14.283207 -0.877061</w:t>
        <w:br/>
        <w:t>v 0.318421 14.279448 -0.865328</w:t>
        <w:br/>
        <w:t>v 0.325457 14.261142 -0.871374</w:t>
        <w:br/>
        <w:t>v 0.345491 14.313825 -0.870650</w:t>
        <w:br/>
        <w:t>v 0.346641 14.340378 -0.862804</w:t>
        <w:br/>
        <w:t>v 0.322165 14.305093 -0.871365</w:t>
        <w:br/>
        <w:t>v 0.368025 14.304276 -0.875334</w:t>
        <w:br/>
        <w:t>v 0.303460 14.324216 -0.864128</w:t>
        <w:br/>
        <w:t>v 0.311711 14.283207 -0.877061</w:t>
        <w:br/>
        <w:t>v 0.388357 14.322709 -0.871475</w:t>
        <w:br/>
        <w:t>v 0.347873 14.342218 -0.848952</w:t>
        <w:br/>
        <w:t>v 0.303460 14.324216 -0.864128</w:t>
        <w:br/>
        <w:t>v 0.346641 14.340378 -0.862804</w:t>
        <w:br/>
        <w:t>v 0.388357 14.322709 -0.871475</w:t>
        <w:br/>
        <w:t>v 0.300579 14.324519 -0.850401</w:t>
        <w:br/>
        <w:t>v 0.393562 14.322867 -0.858449</w:t>
        <w:br/>
        <w:t>v 0.279383 14.280143 -0.861949</w:t>
        <w:br/>
        <w:t>v 0.410881 14.277804 -0.873330</w:t>
        <w:br/>
        <w:t>v 0.284107 14.283694 -0.874672</w:t>
        <w:br/>
        <w:t>v 0.284107 14.283694 -0.874672</w:t>
        <w:br/>
        <w:t>v 0.299920 14.242552 -0.888259</w:t>
        <w:br/>
        <w:t>v 0.299920 14.242552 -0.888259</w:t>
        <w:br/>
        <w:t>v 0.296703 14.235080 -0.876831</w:t>
        <w:br/>
        <w:t>v 0.342391 14.215729 -0.886328</w:t>
        <w:br/>
        <w:t>v 0.320253 14.260983 -0.884400</w:t>
        <w:br/>
        <w:t>v 0.320253 14.260983 -0.884400</w:t>
        <w:br/>
        <w:t>v 0.341636 14.224884 -0.896930</w:t>
        <w:br/>
        <w:t>v 0.341636 14.224884 -0.896930</w:t>
        <w:br/>
        <w:t>v 0.342787 14.251435 -0.889084</w:t>
        <w:br/>
        <w:t>v 0.342787 14.251435 -0.889084</w:t>
        <w:br/>
        <w:t>v 0.344018 14.253281 -0.875232</w:t>
        <w:br/>
        <w:t>v 0.363232 14.260469 -0.874643</w:t>
        <w:br/>
        <w:t>v 0.366113 14.260164 -0.888369</w:t>
        <w:br/>
        <w:t>v 0.366113 14.260164 -0.888369</w:t>
        <w:br/>
        <w:t>v 0.384818 14.241044 -0.895606</w:t>
        <w:br/>
        <w:t>v 0.384818 14.241044 -0.895606</w:t>
        <w:br/>
        <w:t>v 0.389685 14.233425 -0.884878</w:t>
        <w:br/>
        <w:t>v 0.376567 14.282054 -0.882674</w:t>
        <w:br/>
        <w:t>v 0.376567 14.282054 -0.882674</w:t>
        <w:br/>
        <w:t>v 0.371843 14.278497 -0.869951</w:t>
        <w:br/>
        <w:t>v 0.404171 14.281564 -0.885063</w:t>
        <w:br/>
        <w:t>v 0.404171 14.281564 -0.885063</w:t>
        <w:br/>
        <w:t>v 1.060396 14.266445 -0.720848</w:t>
        <w:br/>
        <w:t>v 1.074726 14.310825 -0.701424</w:t>
        <w:br/>
        <w:t>v 1.060519 14.274059 -0.732629</w:t>
        <w:br/>
        <w:t>v 1.018146 14.248744 -0.742150</w:t>
        <w:br/>
        <w:t>v 1.073603 14.314580 -0.714894</w:t>
        <w:br/>
        <w:t>v 1.021943 14.257905 -0.752078</w:t>
        <w:br/>
        <w:t>v 1.053528 14.355726 -0.709263</w:t>
        <w:br/>
        <w:t>v 1.052740 14.355885 -0.695257</w:t>
        <w:br/>
        <w:t>v 1.007318 14.375234 -0.705958</w:t>
        <w:br/>
        <w:t>v 1.060519 14.274059 -0.732629</w:t>
        <w:br/>
        <w:t>v 1.073603 14.314580 -0.714894</w:t>
        <w:br/>
        <w:t>v 1.040508 14.293183 -0.733975</w:t>
        <w:br/>
        <w:t>v 1.021943 14.257905 -0.752078</w:t>
        <w:br/>
        <w:t>v 1.053528 14.355726 -0.709263</w:t>
        <w:br/>
        <w:t>v 1.047575 14.315071 -0.724395</w:t>
        <w:br/>
        <w:t>v 1.012056 14.373392 -0.719034</w:t>
        <w:br/>
        <w:t>v 1.040508 14.293183 -0.733975</w:t>
        <w:br/>
        <w:t>v 1.047575 14.315071 -0.724395</w:t>
        <w:br/>
        <w:t>v 1.032096 14.293487 -0.722752</w:t>
        <w:br/>
        <w:t>v 0.973480 14.357232 -0.738483</w:t>
        <w:br/>
        <w:t>v 0.965068 14.357536 -0.727260</w:t>
        <w:br/>
        <w:t>v 0.950739 14.313159 -0.746684</w:t>
        <w:br/>
        <w:t>v 1.037917 14.311518 -0.714861</w:t>
        <w:br/>
        <w:t>v 1.028985 14.329823 -0.712355</w:t>
        <w:br/>
        <w:t>v 1.019670 14.284453 -0.744481</w:t>
        <w:br/>
        <w:t>v 1.019670 14.284453 -0.744481</w:t>
        <w:br/>
        <w:t>v 1.014932 14.286298 -0.731406</w:t>
        <w:br/>
        <w:t>v 0.996479 14.294159 -0.735753</w:t>
        <w:br/>
        <w:t>v 1.036732 14.337296 -0.721353</w:t>
        <w:br/>
        <w:t>v 1.036732 14.337296 -0.721353</w:t>
        <w:br/>
        <w:t>v 1.014329 14.346841 -0.726631</w:t>
        <w:br/>
        <w:t>v 1.014329 14.346841 -0.726631</w:t>
        <w:br/>
        <w:t>v 1.010533 14.337683 -0.716703</w:t>
        <w:br/>
        <w:t>v 1.012056 14.373392 -0.719034</w:t>
        <w:br/>
        <w:t>v 0.993368 14.330494 -0.725356</w:t>
        <w:br/>
        <w:t>v 0.993491 14.338107 -0.737137</w:t>
        <w:br/>
        <w:t>v 0.993491 14.338107 -0.737137</w:t>
        <w:br/>
        <w:t>v 0.973480 14.357232 -0.738483</w:t>
        <w:br/>
        <w:t>v 0.986424 14.316221 -0.746717</w:t>
        <w:br/>
        <w:t>v 0.987547 14.312464 -0.733247</w:t>
        <w:br/>
        <w:t>v 0.960397 14.316710 -0.756218</w:t>
        <w:br/>
        <w:t>v 0.986424 14.316221 -0.746717</w:t>
        <w:br/>
        <w:t>v 0.960397 14.316710 -0.756218</w:t>
        <w:br/>
        <w:t>v 0.997267 14.293996 -0.749759</w:t>
        <w:br/>
        <w:t>v 0.980471 14.275570 -0.761849</w:t>
        <w:br/>
        <w:t>v 0.997267 14.293996 -0.749759</w:t>
        <w:br/>
        <w:t>v 0.980471 14.275570 -0.761849</w:t>
        <w:br/>
        <w:t>v 0.972724 14.268093 -0.752851</w:t>
        <w:br/>
        <w:t>v -0.581762 22.483810 1.383536</w:t>
        <w:br/>
        <w:t>v -0.648634 22.539871 1.471147</w:t>
        <w:br/>
        <w:t>v -0.690303 22.618078 1.420286</w:t>
        <w:br/>
        <w:t>v -0.587960 22.522259 1.340228</w:t>
        <w:br/>
        <w:t>v -0.592887 22.431316 1.347554</w:t>
        <w:br/>
        <w:t>v -0.625707 22.436533 1.387879</w:t>
        <w:br/>
        <w:t>v -0.648634 22.539871 1.471147</w:t>
        <w:br/>
        <w:t>v -0.581762 22.483810 1.383536</w:t>
        <w:br/>
        <w:t>v -0.593346 22.471874 1.299366</w:t>
        <w:br/>
        <w:t>v -0.667375 22.532665 1.335056</w:t>
        <w:br/>
        <w:t>v -0.625707 22.436533 1.387879</w:t>
        <w:br/>
        <w:t>v -0.592887 22.431316 1.347554</w:t>
        <w:br/>
        <w:t>v -1.075092 22.859560 0.729973</w:t>
        <w:br/>
        <w:t>v -1.159396 22.866247 0.468882</w:t>
        <w:br/>
        <w:t>v -1.083587 22.931402 0.710520</w:t>
        <w:br/>
        <w:t>v -0.689719 22.422508 1.426086</w:t>
        <w:br/>
        <w:t>v -0.740238 22.425951 1.359519</w:t>
        <w:br/>
        <w:t>v -0.725516 22.524324 1.386395</w:t>
        <w:br/>
        <w:t>v -0.675463 22.486481 1.448211</w:t>
        <w:br/>
        <w:t>v -0.618462 21.795162 1.214489</w:t>
        <w:br/>
        <w:t>v -0.666069 21.921638 1.234637</w:t>
        <w:br/>
        <w:t>v -0.655380 21.922783 1.248800</w:t>
        <w:br/>
        <w:t>v -0.618462 21.795162 1.214489</w:t>
        <w:br/>
        <w:t>v -0.638890 21.924715 1.235978</w:t>
        <w:br/>
        <w:t>v -0.654735 21.923170 1.221606</w:t>
        <w:br/>
        <w:t>v -0.689719 22.422508 1.426086</w:t>
        <w:br/>
        <w:t>v -0.638490 22.400330 1.380041</w:t>
        <w:br/>
        <w:t>v -0.648461 22.321770 1.347455</w:t>
        <w:br/>
        <w:t>v -0.695116 22.317587 1.390942</w:t>
        <w:br/>
        <w:t>v -0.587960 22.522259 1.340228</w:t>
        <w:br/>
        <w:t>v -0.690303 22.618078 1.420286</w:t>
        <w:br/>
        <w:t>v -0.667375 22.532665 1.335056</w:t>
        <w:br/>
        <w:t>v -0.593346 22.471874 1.299366</w:t>
        <w:br/>
        <w:t>v -0.618462 21.795162 1.214489</w:t>
        <w:br/>
        <w:t>v -0.654735 21.923170 1.221606</w:t>
        <w:br/>
        <w:t>v -0.666069 21.921638 1.234637</w:t>
        <w:br/>
        <w:t>v -0.618462 21.795162 1.214489</w:t>
        <w:br/>
        <w:t>v -0.655380 21.922783 1.248800</w:t>
        <w:br/>
        <w:t>v -0.638890 21.924715 1.235978</w:t>
        <w:br/>
        <w:t>v -0.695116 22.317587 1.390942</w:t>
        <w:br/>
        <w:t>v -0.738622 22.316767 1.330912</w:t>
        <w:br/>
        <w:t>v -0.638490 22.400330 1.380041</w:t>
        <w:br/>
        <w:t>v -0.696169 22.427193 1.302933</w:t>
        <w:br/>
        <w:t>v -0.698709 22.327456 1.282145</w:t>
        <w:br/>
        <w:t>v -0.648461 22.321770 1.347455</w:t>
        <w:br/>
        <w:t>v -0.740238 22.425951 1.359519</w:t>
        <w:br/>
        <w:t>v -0.696169 22.427193 1.302933</w:t>
        <w:br/>
        <w:t>v -0.688058 22.490614 1.317225</w:t>
        <w:br/>
        <w:t>v -0.725516 22.524324 1.386395</w:t>
        <w:br/>
        <w:t>v -0.692663 22.010246 1.252470</w:t>
        <w:br/>
        <w:t>v -0.674909 22.011972 1.274772</w:t>
        <w:br/>
        <w:t>v -0.715309 22.114691 1.281603</w:t>
        <w:br/>
        <w:t>v -0.689786 22.117353 1.315612</w:t>
        <w:br/>
        <w:t>v -0.732393 22.224997 1.310529</w:t>
        <w:br/>
        <w:t>v -0.694578 22.228924 1.358435</w:t>
        <w:br/>
        <w:t>v -0.648489 22.015057 1.255113</w:t>
        <w:br/>
        <w:t>v -0.674286 22.012911 1.231603</w:t>
        <w:br/>
        <w:t>v -0.660444 22.120470 1.291681</w:t>
        <w:br/>
        <w:t>v -0.689976 22.119123 1.247057</w:t>
        <w:br/>
        <w:t>v -0.651847 22.236361 1.320169</w:t>
        <w:br/>
        <w:t>v -0.696249 22.232105 1.264478</w:t>
        <w:br/>
        <w:t>v -0.674286 22.012911 1.231603</w:t>
        <w:br/>
        <w:t>v -0.692663 22.010246 1.252470</w:t>
        <w:br/>
        <w:t>v -0.689976 22.119123 1.247057</w:t>
        <w:br/>
        <w:t>v -0.715309 22.114691 1.281603</w:t>
        <w:br/>
        <w:t>v -0.696249 22.232105 1.264478</w:t>
        <w:br/>
        <w:t>v -0.732393 22.224997 1.310529</w:t>
        <w:br/>
        <w:t>v -0.698709 22.327456 1.282145</w:t>
        <w:br/>
        <w:t>v -0.738622 22.316767 1.330912</w:t>
        <w:br/>
        <w:t>v -0.674909 22.011972 1.274772</w:t>
        <w:br/>
        <w:t>v -0.648489 22.015057 1.255113</w:t>
        <w:br/>
        <w:t>v -0.689786 22.117353 1.315612</w:t>
        <w:br/>
        <w:t>v -0.660444 22.120470 1.291681</w:t>
        <w:br/>
        <w:t>v -0.694578 22.228924 1.358435</w:t>
        <w:br/>
        <w:t>v -0.651847 22.236361 1.320169</w:t>
        <w:br/>
        <w:t>v -0.525999 22.424063 1.287513</w:t>
        <w:br/>
        <w:t>v -0.546609 22.428171 1.276681</w:t>
        <w:br/>
        <w:t>v -0.546609 22.428171 1.276681</w:t>
        <w:br/>
        <w:t>v -0.541347 22.380877 1.284144</w:t>
        <w:br/>
        <w:t>v -0.534446 22.404829 1.267448</w:t>
        <w:br/>
        <w:t>v -0.522567 22.386032 1.280403</w:t>
        <w:br/>
        <w:t>v -0.522567 22.386032 1.280403</w:t>
        <w:br/>
        <w:t>v -0.525999 22.424063 1.287513</w:t>
        <w:br/>
        <w:t>v -0.690303 22.618078 1.420286</w:t>
        <w:br/>
        <w:t>v -0.648634 22.539871 1.471147</w:t>
        <w:br/>
        <w:t>v -0.675463 22.486481 1.448211</w:t>
        <w:br/>
        <w:t>v -0.688058 22.490614 1.317225</w:t>
        <w:br/>
        <w:t>v -0.625707 22.436533 1.387879</w:t>
        <w:br/>
        <w:t>v -0.667375 22.532665 1.335056</w:t>
        <w:br/>
        <w:t>v 0.010601 20.412226 -1.054190</w:t>
        <w:br/>
        <w:t>v 0.017448 20.296757 -1.137353</w:t>
        <w:br/>
        <w:t>v -0.098144 20.323687 -1.199527</w:t>
        <w:br/>
        <w:t>v -0.148910 20.456387 -1.142063</w:t>
        <w:br/>
        <w:t>v -0.203106 20.500801 -1.234937</w:t>
        <w:br/>
        <w:t>v -0.145565 20.357597 -1.278339</w:t>
        <w:br/>
        <w:t>v -0.070495 20.389826 -1.362536</w:t>
        <w:br/>
        <w:t>v -0.118682 20.565868 -1.340583</w:t>
        <w:br/>
        <w:t>v 0.035999 20.415064 -1.424095</w:t>
        <w:br/>
        <w:t>v 0.026267 20.622068 -1.420310</w:t>
        <w:br/>
        <w:t>v -0.000000 20.673031 -0.844438</w:t>
        <w:br/>
        <w:t>v -0.000000 20.595884 -0.916028</w:t>
        <w:br/>
        <w:t>v -0.181639 20.650557 -1.012122</w:t>
        <w:br/>
        <w:t>v -0.171573 20.748814 -0.941913</w:t>
        <w:br/>
        <w:t>v -0.032683 20.093405 -1.273190</w:t>
        <w:br/>
        <w:t>v 0.000853 19.920723 -1.300285</w:t>
        <w:br/>
        <w:t>v -0.056803 20.108124 -1.306562</w:t>
        <w:br/>
        <w:t>v -0.163662 20.931623 -1.158776</w:t>
        <w:br/>
        <w:t>v -0.165211 20.803028 -1.238598</w:t>
        <w:br/>
        <w:t>v -0.019984 20.870872 -1.331134</w:t>
        <w:br/>
        <w:t>v -0.016302 21.001858 -1.232487</w:t>
        <w:br/>
        <w:t>v -0.061619 20.206285 -1.243119</w:t>
        <w:br/>
        <w:t>v 0.018345 20.184473 -1.198837</w:t>
        <w:br/>
        <w:t>v 0.151653 20.379131 -1.363993</w:t>
        <w:br/>
        <w:t>v 0.115044 20.240231 -1.360755</w:t>
        <w:br/>
        <w:t>v 0.162433 20.214613 -1.300478</w:t>
        <w:br/>
        <w:t>v 0.213606 20.338827 -1.280551</w:t>
        <w:br/>
        <w:t>v -0.246858 20.718554 -1.116235</w:t>
        <w:br/>
        <w:t>v -0.235968 20.828190 -1.043519</w:t>
        <w:br/>
        <w:t>v -0.101360 21.292793 -0.793294</w:t>
        <w:br/>
        <w:t>v -0.129754 21.212812 -0.915838</w:t>
        <w:br/>
        <w:t>v -0.003863 21.270327 -0.962347</w:t>
        <w:br/>
        <w:t>v -0.001566 21.349171 -0.840656</w:t>
        <w:br/>
        <w:t>v 0.213606 20.338827 -1.280551</w:t>
        <w:br/>
        <w:t>v 0.155448 20.305618 -1.198290</w:t>
        <w:br/>
        <w:t>v 0.178559 20.440794 -1.132869</w:t>
        <w:br/>
        <w:t>v 0.249870 20.489504 -1.233798</w:t>
        <w:br/>
        <w:t>v -0.165211 20.803028 -1.238598</w:t>
        <w:br/>
        <w:t>v -0.163662 20.931623 -1.158776</w:t>
        <w:br/>
        <w:t>v -0.089423 21.353857 -0.650617</w:t>
        <w:br/>
        <w:t>v -0.141821 21.209518 -0.718265</w:t>
        <w:br/>
        <w:t>v -0.079534 21.263588 -0.574983</w:t>
        <w:br/>
        <w:t>v -0.090017 21.114515 -0.617101</w:t>
        <w:br/>
        <w:t>v -0.102709 21.149178 -0.652339</w:t>
        <w:br/>
        <w:t>v -0.122048 20.987164 -0.679703</w:t>
        <w:br/>
        <w:t>v -0.158906 20.881693 -0.735867</w:t>
        <w:br/>
        <w:t>v -0.142596 20.938393 -0.811158</w:t>
        <w:br/>
        <w:t>v -0.124853 21.032665 -0.738547</w:t>
        <w:br/>
        <w:t>v -0.142663 21.130978 -0.998093</w:t>
        <w:br/>
        <w:t>v -0.193335 21.112062 -0.825081</w:t>
        <w:br/>
        <w:t>v -0.225374 21.032043 -0.900503</w:t>
        <w:br/>
        <w:t>v -0.004810 21.197536 -1.048759</w:t>
        <w:br/>
        <w:t>v -0.124853 21.032665 -0.738547</w:t>
        <w:br/>
        <w:t>v -0.142596 20.938393 -0.811158</w:t>
        <w:br/>
        <w:t>v -0.102709 21.149178 -0.652339</w:t>
        <w:br/>
        <w:t>v -0.230466 20.612694 -1.173148</w:t>
        <w:br/>
        <w:t>v -0.169448 20.559015 -1.075247</w:t>
        <w:br/>
        <w:t>v -0.158351 20.688946 -1.298532</w:t>
        <w:br/>
        <w:t>v 0.004873 20.507845 -0.983646</w:t>
        <w:br/>
        <w:t>v -0.017831 20.752747 -1.404041</w:t>
        <w:br/>
        <w:t>v -0.158351 20.688946 -1.298532</w:t>
        <w:br/>
        <w:t>v 0.033812 20.263123 -1.404231</w:t>
        <w:br/>
        <w:t>v -0.041224 20.249205 -1.359454</w:t>
        <w:br/>
        <w:t>v 0.017448 20.296757 -1.137353</w:t>
        <w:br/>
        <w:t>v 0.010601 20.412226 -1.054190</w:t>
        <w:br/>
        <w:t>v 0.249870 20.489504 -1.233798</w:t>
        <w:br/>
        <w:t>v 0.176831 20.561665 -1.340717</w:t>
        <w:br/>
        <w:t>v 0.035999 20.415064 -1.424095</w:t>
        <w:br/>
        <w:t>v 0.026267 20.622068 -1.420310</w:t>
        <w:br/>
        <w:t>v 0.000853 19.920723 -1.300285</w:t>
        <w:br/>
        <w:t>v 0.072706 20.084339 -1.269981</w:t>
        <w:br/>
        <w:t>v 0.104015 20.098577 -1.307260</w:t>
        <w:br/>
        <w:t>v -0.019984 20.870872 -1.331134</w:t>
        <w:br/>
        <w:t>v 0.175167 20.800730 -1.237312</w:t>
        <w:br/>
        <w:t>v 0.162100 20.934233 -1.162374</w:t>
        <w:br/>
        <w:t>v -0.016302 21.001858 -1.232487</w:t>
        <w:br/>
        <w:t>v 0.310614 20.725765 -1.116315</w:t>
        <w:br/>
        <w:t>v 0.210981 20.633144 -0.989450</w:t>
        <w:br/>
        <w:t>v 0.200547 20.729033 -0.915121</w:t>
        <w:br/>
        <w:t>v 0.288229 20.832962 -1.045725</w:t>
        <w:br/>
        <w:t>v -0.003863 21.270327 -0.962347</w:t>
        <w:br/>
        <w:t>v 0.117573 21.217567 -0.924389</w:t>
        <w:br/>
        <w:t>v 0.088387 21.307434 -0.809521</w:t>
        <w:br/>
        <w:t>v -0.001566 21.349171 -0.840656</w:t>
        <w:br/>
        <w:t>v 0.310614 20.725765 -1.116315</w:t>
        <w:br/>
        <w:t>v 0.288229 20.832962 -1.045725</w:t>
        <w:br/>
        <w:t>v 0.074548 20.973907 -0.673564</w:t>
        <w:br/>
        <w:t>v 0.142955 21.025911 -0.720275</w:t>
        <w:br/>
        <w:t>v 0.166930 20.923634 -0.786060</w:t>
        <w:br/>
        <w:t>v 0.088442 20.864450 -0.732245</w:t>
        <w:br/>
        <w:t>v 0.195928 21.111422 -0.826366</w:t>
        <w:br/>
        <w:t>v 0.135624 21.139429 -1.006935</w:t>
        <w:br/>
        <w:t>v 0.230441 21.019825 -0.902371</w:t>
        <w:br/>
        <w:t>v -0.004810 21.197536 -1.048759</w:t>
        <w:br/>
        <w:t>v 0.111943 21.144358 -0.645586</w:t>
        <w:br/>
        <w:t>v 0.089042 21.295887 -0.602325</w:t>
        <w:br/>
        <w:t>v 0.148833 21.229856 -0.737402</w:t>
        <w:br/>
        <w:t>v 0.210981 20.633144 -0.989450</w:t>
        <w:br/>
        <w:t>v 0.250162 20.710253 -1.114898</w:t>
        <w:br/>
        <w:t>v 0.254961 20.602022 -1.172074</w:t>
        <w:br/>
        <w:t>v 0.189252 20.544767 -1.070611</w:t>
        <w:br/>
        <w:t>v 0.127818 20.588570 -0.927048</w:t>
        <w:br/>
        <w:t>v 0.128950 20.477503 -0.988847</w:t>
        <w:br/>
        <w:t>v 0.046147 20.484495 -0.980715</w:t>
        <w:br/>
        <w:t>v -0.000000 20.595884 -0.916028</w:t>
        <w:br/>
        <w:t>v -0.017831 20.752747 -1.404041</w:t>
        <w:br/>
        <w:t>v 0.115417 20.708017 -1.344296</w:t>
        <w:br/>
        <w:t>v 0.116013 20.191763 -1.240084</w:t>
        <w:br/>
        <w:t>v 0.018345 20.184473 -1.198837</w:t>
        <w:br/>
        <w:t>v 0.222598 20.666342 -1.265047</w:t>
        <w:br/>
        <w:t>v 0.323103 20.617170 -1.177148</w:t>
        <w:br/>
        <w:t>v 0.290968 20.393023 -1.227869</w:t>
        <w:br/>
        <w:t>v 0.318770 20.308281 -1.296175</w:t>
        <w:br/>
        <w:t>v 0.288534 20.436426 -1.292592</w:t>
        <w:br/>
        <w:t>v 0.288534 20.436426 -1.292592</w:t>
        <w:br/>
        <w:t>v 0.318770 20.308281 -1.296175</w:t>
        <w:br/>
        <w:t>v 0.328112 20.419733 -1.261617</w:t>
        <w:br/>
        <w:t>v 0.239553 20.547346 -1.087745</w:t>
        <w:br/>
        <w:t>v 0.222598 20.666342 -1.265047</w:t>
        <w:br/>
        <w:t>v 0.175167 20.800730 -1.237312</w:t>
        <w:br/>
        <w:t>v 0.210981 20.633144 -0.989450</w:t>
        <w:br/>
        <w:t>v 0.114698 20.675688 -0.854906</w:t>
        <w:br/>
        <w:t>v -0.115825 20.647970 -0.739765</w:t>
        <w:br/>
        <w:t>v -0.223509 20.675552 -0.792034</w:t>
        <w:br/>
        <w:t>v -0.202246 20.786943 -0.778697</w:t>
        <w:br/>
        <w:t>v -0.081555 20.745022 -0.726156</w:t>
        <w:br/>
        <w:t>v -0.176534 20.683098 -0.880673</w:t>
        <w:br/>
        <w:t>v -0.046415 20.656672 -0.813236</w:t>
        <w:br/>
        <w:t>v -0.157172 20.850269 -0.880720</w:t>
        <w:br/>
        <w:t>v 0.328112 20.419733 -1.261617</w:t>
        <w:br/>
        <w:t>v 0.318770 20.308281 -1.296175</w:t>
        <w:br/>
        <w:t>v 0.290968 20.393023 -1.227869</w:t>
        <w:br/>
        <w:t>v 0.089422 21.353857 -0.650617</w:t>
        <w:br/>
        <w:t>v -0.157172 20.850269 -0.880720</w:t>
        <w:br/>
        <w:t>v -0.223256 20.764969 -0.988726</w:t>
        <w:br/>
        <w:t>v -0.284815 20.843523 -1.045601</w:t>
        <w:br/>
        <w:t>v -0.253656 20.953192 -0.967671</w:t>
        <w:br/>
        <w:t>v -0.157172 20.850269 -0.880720</w:t>
        <w:br/>
        <w:t>v -0.153512 21.047915 -1.075247</w:t>
        <w:br/>
        <w:t>v -0.221026 20.887362 -1.115294</w:t>
        <w:br/>
        <w:t>v -0.223256 20.764969 -0.988726</w:t>
        <w:br/>
        <w:t>v 0.210981 20.633144 -0.989450</w:t>
        <w:br/>
        <w:t>v 0.175167 20.800730 -1.237312</w:t>
        <w:br/>
        <w:t>v 0.250162 20.710253 -1.114898</w:t>
        <w:br/>
        <w:t>v -0.253656 20.953192 -0.967671</w:t>
        <w:br/>
        <w:t>v -0.284815 20.843523 -1.045601</w:t>
        <w:br/>
        <w:t>v -0.221026 20.887362 -1.115294</w:t>
        <w:br/>
        <w:t>v -0.153512 21.047915 -1.075247</w:t>
        <w:br/>
        <w:t>v -0.219279 20.937737 -0.976902</w:t>
        <w:br/>
        <w:t>v -0.153512 21.047915 -1.075247</w:t>
        <w:br/>
        <w:t>v -0.157172 20.850269 -0.880720</w:t>
        <w:br/>
        <w:t>v -0.000000 20.754589 -0.780920</w:t>
        <w:br/>
        <w:t>v -0.166642 20.369644 -0.727731</w:t>
        <w:br/>
        <w:t>v -0.167704 20.312765 -0.714796</w:t>
        <w:br/>
        <w:t>v -0.203093 20.309494 -0.729848</w:t>
        <w:br/>
        <w:t>v -0.218002 20.369944 -0.750433</w:t>
        <w:br/>
        <w:t>v -0.228648 20.464745 -0.770304</w:t>
        <w:br/>
        <w:t>v -0.154587 20.463587 -0.737464</w:t>
        <w:br/>
        <w:t>v -0.223509 20.675552 -0.792034</w:t>
        <w:br/>
        <w:t>v -0.176534 20.683098 -0.880673</w:t>
        <w:br/>
        <w:t>v -0.157172 20.850269 -0.880720</w:t>
        <w:br/>
        <w:t>v -0.202246 20.786943 -0.778697</w:t>
        <w:br/>
        <w:t>v -0.185986 20.566628 -0.858465</w:t>
        <w:br/>
        <w:t>v -0.233048 20.575287 -0.786339</w:t>
        <w:br/>
        <w:t>v -0.188502 20.250582 -0.705711</w:t>
        <w:br/>
        <w:t>v -0.170146 20.176662 -0.670062</w:t>
        <w:br/>
        <w:t>v -0.177148 20.240498 -0.722753</w:t>
        <w:br/>
        <w:t>v -0.166642 20.369644 -0.727731</w:t>
        <w:br/>
        <w:t>v -0.154587 20.463587 -0.737464</w:t>
        <w:br/>
        <w:t>v -0.106038 20.458813 -0.787123</w:t>
        <w:br/>
        <w:t>v -0.129944 20.361982 -0.766538</w:t>
        <w:br/>
        <w:t>v -0.039873 20.844513 -0.696270</w:t>
        <w:br/>
        <w:t>v -0.000000 20.952103 -0.658321</w:t>
        <w:br/>
        <w:t>v -0.000000 20.847704 -0.718656</w:t>
        <w:br/>
        <w:t>v 0.016588 20.735897 -1.369093</w:t>
        <w:br/>
        <w:t>v 0.175167 20.800730 -1.237312</w:t>
        <w:br/>
        <w:t>v 0.179319 20.681280 -1.287211</w:t>
        <w:br/>
        <w:t>v 0.115417 20.708017 -1.344296</w:t>
        <w:br/>
        <w:t>v -0.107702 20.616003 -1.361712</w:t>
        <w:br/>
        <w:t>v -0.010574 20.665545 -1.445085</w:t>
        <w:br/>
        <w:t>v -0.098531 20.229883 -1.299069</w:t>
        <w:br/>
        <w:t>v -0.056803 20.108124 -1.306562</w:t>
        <w:br/>
        <w:t>v 0.000853 19.920723 -1.300285</w:t>
        <w:br/>
        <w:t>v -0.020415 20.119925 -1.343422</w:t>
        <w:br/>
        <w:t>v 0.014436 20.079004 -1.245752</w:t>
        <w:br/>
        <w:t>v 0.025052 20.126951 -1.371377</w:t>
        <w:br/>
        <w:t>v 0.000853 19.920723 -1.300285</w:t>
        <w:br/>
        <w:t>v 0.104015 20.098577 -1.307260</w:t>
        <w:br/>
        <w:t>v 0.073859 20.114202 -1.344396</w:t>
        <w:br/>
        <w:t>v 0.162433 20.214613 -1.300478</w:t>
        <w:br/>
        <w:t>v 0.014436 20.079004 -1.245752</w:t>
        <w:br/>
        <w:t>v -0.145565 20.357597 -1.278339</w:t>
        <w:br/>
        <w:t>v 0.050894 21.227461 -0.542704</w:t>
        <w:br/>
        <w:t>v 0.062872 21.100098 -0.603340</w:t>
        <w:br/>
        <w:t>v -0.000000 21.085030 -0.592520</w:t>
        <w:br/>
        <w:t>v -0.046415 20.656672 -0.813236</w:t>
        <w:br/>
        <w:t>v -0.115825 20.647970 -0.739765</w:t>
        <w:br/>
        <w:t>v -0.081555 20.745022 -0.726156</w:t>
        <w:br/>
        <w:t>v -0.000000 20.754589 -0.780920</w:t>
        <w:br/>
        <w:t>v -0.248614 20.799980 -1.140342</w:t>
        <w:br/>
        <w:t>v -0.250263 20.711969 -1.047182</w:t>
        <w:br/>
        <w:t>v -0.077558 20.566278 -0.802123</w:t>
        <w:br/>
        <w:t>v -0.185986 20.566628 -0.858465</w:t>
        <w:br/>
        <w:t>v -0.233048 20.575287 -0.786339</w:t>
        <w:br/>
        <w:t>v -0.134007 20.566624 -0.742174</w:t>
        <w:br/>
        <w:t>v -0.134007 20.566624 -0.742174</w:t>
        <w:br/>
        <w:t>v -0.077558 20.566278 -0.802123</w:t>
        <w:br/>
        <w:t>v -0.188402 20.356342 -0.800302</w:t>
        <w:br/>
        <w:t>v -0.190055 20.456490 -0.834521</w:t>
        <w:br/>
        <w:t>v -0.228648 20.464745 -0.770304</w:t>
        <w:br/>
        <w:t>v -0.218002 20.369944 -0.750433</w:t>
        <w:br/>
        <w:t>v -0.168802 20.252529 -0.697240</w:t>
        <w:br/>
        <w:t>v -0.170146 20.176662 -0.670062</w:t>
        <w:br/>
        <w:t>v -0.188502 20.250582 -0.705711</w:t>
        <w:br/>
        <w:t>v -0.000000 20.673031 -0.844438</w:t>
        <w:br/>
        <w:t>v -0.122048 20.987164 -0.679703</w:t>
        <w:br/>
        <w:t>v -0.000000 20.595884 -0.916028</w:t>
        <w:br/>
        <w:t>v 0.004873 20.507845 -0.983646</w:t>
        <w:br/>
        <w:t>v -0.000000 20.595884 -0.916028</w:t>
        <w:br/>
        <w:t>v 0.046147 20.484495 -0.980715</w:t>
        <w:br/>
        <w:t>v 0.183815 20.513010 -1.053594</w:t>
        <w:br/>
        <w:t>v 0.210981 20.633144 -0.989450</w:t>
        <w:br/>
        <w:t>v -0.177148 20.240498 -0.722753</w:t>
        <w:br/>
        <w:t>v -0.170146 20.176662 -0.670062</w:t>
        <w:br/>
        <w:t>v -0.154728 20.245825 -0.710826</w:t>
        <w:br/>
        <w:t>v -0.203093 20.309494 -0.729848</w:t>
        <w:br/>
        <w:t>v -0.182384 20.292149 -0.760015</w:t>
        <w:br/>
        <w:t>v -0.154728 20.245825 -0.710826</w:t>
        <w:br/>
        <w:t>v -0.170146 20.176662 -0.670062</w:t>
        <w:br/>
        <w:t>v -0.168802 20.252529 -0.697240</w:t>
        <w:br/>
        <w:t>v -0.142751 20.301128 -0.739344</w:t>
        <w:br/>
        <w:t>v -0.167704 20.312765 -0.714796</w:t>
        <w:br/>
        <w:t>v 0.183815 20.513010 -1.053594</w:t>
        <w:br/>
        <w:t>v 0.131670 20.287096 -1.068909</w:t>
        <w:br/>
        <w:t>v 0.132774 20.365952 -1.042377</w:t>
        <w:br/>
        <w:t>v 0.172600 20.385077 -1.085467</w:t>
        <w:br/>
        <w:t>v 0.156160 20.299694 -1.099734</w:t>
        <w:br/>
        <w:t>v -0.098531 20.229883 -1.299069</w:t>
        <w:br/>
        <w:t>v 0.156160 20.299694 -1.099734</w:t>
        <w:br/>
        <w:t>v 0.172600 20.385077 -1.085467</w:t>
        <w:br/>
        <w:t>v 0.076943 20.370924 -1.033600</w:t>
        <w:br/>
        <w:t>v 0.093390 20.290571 -1.060693</w:t>
        <w:br/>
        <w:t>v 0.076943 20.370924 -1.033600</w:t>
        <w:br/>
        <w:t>v 0.136197 20.206087 -1.109068</w:t>
        <w:br/>
        <w:t>v 0.114798 20.114748 -1.111830</w:t>
        <w:br/>
        <w:t>v 0.125530 20.199619 -1.093279</w:t>
        <w:br/>
        <w:t>v 0.106702 20.201111 -1.088143</w:t>
        <w:br/>
        <w:t>v 0.114798 20.114748 -1.111830</w:t>
        <w:br/>
        <w:t>v 0.136197 20.206087 -1.109068</w:t>
        <w:br/>
        <w:t>v 0.093390 20.290571 -1.060693</w:t>
        <w:br/>
        <w:t>v 0.099408 20.765173 -0.792346</w:t>
        <w:br/>
        <w:t>v 0.182511 20.828041 -0.849552</w:t>
        <w:br/>
        <w:t>v 0.259486 20.933186 -0.973483</w:t>
        <w:br/>
        <w:t>v 0.150025 21.051344 -1.079913</w:t>
        <w:br/>
        <w:t>v 0.259486 20.933186 -0.973483</w:t>
        <w:br/>
        <w:t>v -0.009142 21.117760 -1.132713</w:t>
        <w:br/>
        <w:t>v -0.219279 20.937737 -0.976902</w:t>
        <w:br/>
        <w:t>v -0.153512 21.047915 -1.075247</w:t>
        <w:br/>
        <w:t>v -0.157172 20.850269 -0.880720</w:t>
        <w:br/>
        <w:t>v -0.009142 21.117760 -1.132713</w:t>
        <w:br/>
        <w:t>v -0.000000 20.754589 -0.780920</w:t>
        <w:br/>
        <w:t>v -0.158906 20.881693 -0.735867</w:t>
        <w:br/>
        <w:t>v 0.330250 20.521387 -1.223641</w:t>
        <w:br/>
        <w:t>v 0.257556 20.554180 -1.283256</w:t>
        <w:br/>
        <w:t>v 0.263188 20.473867 -1.161812</w:t>
        <w:br/>
        <w:t>v 0.330250 20.521387 -1.223641</w:t>
        <w:br/>
        <w:t>v 0.239553 20.547346 -1.087745</w:t>
        <w:br/>
        <w:t>v 0.323103 20.617170 -1.177148</w:t>
        <w:br/>
        <w:t>v 0.257556 20.554180 -1.283256</w:t>
        <w:br/>
        <w:t>v 0.263188 20.473867 -1.161812</w:t>
        <w:br/>
        <w:t>v -0.067856 20.556347 -1.406502</w:t>
        <w:br/>
        <w:t>v 0.003959 20.589737 -1.462718</w:t>
        <w:br/>
        <w:t>v -0.190055 20.456490 -0.834521</w:t>
        <w:br/>
        <w:t>v -0.106038 20.458813 -0.787123</w:t>
        <w:br/>
        <w:t>v -0.129944 20.361982 -0.766538</w:t>
        <w:br/>
        <w:t>v -0.188402 20.356342 -0.800302</w:t>
        <w:br/>
        <w:t>v -0.054421 21.394800 -0.687002</w:t>
        <w:br/>
        <w:t>v 0.055035 21.395035 -0.673887</w:t>
        <w:br/>
        <w:t>v -0.050894 21.227461 -0.542704</w:t>
        <w:br/>
        <w:t>v -0.000000 21.212736 -0.529280</w:t>
        <w:br/>
        <w:t>v 0.079534 21.263588 -0.574983</w:t>
        <w:br/>
        <w:t>v -0.079534 21.263588 -0.574983</w:t>
        <w:br/>
        <w:t>v -0.089042 21.295889 -0.602325</w:t>
        <w:br/>
        <w:t>v 0.000597 21.415154 -0.691206</w:t>
        <w:br/>
        <w:t>v -0.157172 20.850269 -0.880720</w:t>
        <w:br/>
        <w:t>v -0.088640 21.457710 -0.656685</w:t>
        <w:br/>
        <w:t>v -0.077245 21.420727 -0.674356</w:t>
        <w:br/>
        <w:t>v 0.000617 21.453367 -0.701012</w:t>
        <w:br/>
        <w:t>v -0.006648 21.485485 -0.684855</w:t>
        <w:br/>
        <w:t>v -0.123320 21.310539 -0.594739</w:t>
        <w:br/>
        <w:t>v -0.132963 21.343786 -0.543470</w:t>
        <w:br/>
        <w:t>v -0.112229 21.296795 -0.505140</w:t>
        <w:br/>
        <w:t>v -0.102907 21.261360 -0.552706</w:t>
        <w:br/>
        <w:t>v -0.065826 21.276123 -0.474319</w:t>
        <w:br/>
        <w:t>v -0.000000 21.245533 -0.453331</w:t>
        <w:br/>
        <w:t>v -0.000000 21.223621 -0.456451</w:t>
        <w:br/>
        <w:t>v -0.079155 21.257513 -0.478936</w:t>
        <w:br/>
        <w:t>v -0.288936 21.790552 -0.746347</w:t>
        <w:br/>
        <w:t>v -0.410920 21.974398 -0.782199</w:t>
        <w:br/>
        <w:t>v -0.446306 21.955170 -0.699980</w:t>
        <w:br/>
        <w:t>v -0.314408 21.741480 -0.726580</w:t>
        <w:br/>
        <w:t>v -0.013585 22.100988 -0.893474</w:t>
        <w:br/>
        <w:t>v -0.159802 22.075953 -0.883953</w:t>
        <w:br/>
        <w:t>v -0.115295 21.883276 -0.833213</w:t>
        <w:br/>
        <w:t>v -0.012182 21.890968 -0.843521</w:t>
        <w:br/>
        <w:t>v -0.127472 21.372530 -0.552506</w:t>
        <w:br/>
        <w:t>v -0.236656 21.311234 -0.470750</w:t>
        <w:br/>
        <w:t>v -0.097312 21.315226 -0.502731</w:t>
        <w:br/>
        <w:t>v -0.304182 21.425091 -0.517224</w:t>
        <w:br/>
        <w:t>v -0.353392 21.600033 -0.636111</w:t>
        <w:br/>
        <w:t>v -0.546911 21.799786 -0.581292</w:t>
        <w:br/>
        <w:t>v -0.547145 21.636847 -0.507899</w:t>
        <w:br/>
        <w:t>v -0.343964 21.502987 -0.554882</w:t>
        <w:br/>
        <w:t>v -0.810020 22.415951 -0.342924</w:t>
        <w:br/>
        <w:t>v -0.730901 22.240679 -0.509308</w:t>
        <w:br/>
        <w:t>v -0.671660 22.288448 -0.542407</w:t>
        <w:br/>
        <w:t>v -0.754348 22.460640 -0.375849</w:t>
        <w:br/>
        <w:t>v -0.011208 22.601912 -0.770923</w:t>
        <w:br/>
        <w:t>v -0.007007 22.827656 -0.597643</w:t>
        <w:br/>
        <w:t>v -0.278091 22.795929 -0.568731</w:t>
        <w:br/>
        <w:t>v -0.237707 22.571913 -0.754614</w:t>
        <w:br/>
        <w:t>v -0.309982 21.053164 -0.143494</w:t>
        <w:br/>
        <w:t>v -0.245595 21.000532 -0.144865</w:t>
        <w:br/>
        <w:t>v -0.301746 21.109657 -0.193812</w:t>
        <w:br/>
        <w:t>v -0.426161 21.262983 -0.155748</w:t>
        <w:br/>
        <w:t>v -0.659049 21.478178 -0.117255</w:t>
        <w:br/>
        <w:t>v -0.517335 21.313177 -0.009047</w:t>
        <w:br/>
        <w:t>v -0.414503 21.359695 -0.373007</w:t>
        <w:br/>
        <w:t>v -0.501050 21.520096 -0.425099</w:t>
        <w:br/>
        <w:t>v -0.563619 21.381357 -0.271856</w:t>
        <w:br/>
        <w:t>v -0.904960 22.036392 -0.111526</w:t>
        <w:br/>
        <w:t>v -0.892506 21.806801 0.011767</w:t>
        <w:br/>
        <w:t>v -0.818906 21.713060 -0.148063</w:t>
        <w:br/>
        <w:t>v -0.845112 21.907301 -0.267671</w:t>
        <w:br/>
        <w:t>v -0.613389 22.044947 -0.658546</w:t>
        <w:br/>
        <w:t>v -0.692834 21.898010 -0.545852</w:t>
        <w:br/>
        <w:t>v -0.497935 21.915150 -0.687408</w:t>
        <w:br/>
        <w:t>v -0.728898 21.625031 -0.312774</w:t>
        <w:br/>
        <w:t>v -0.166123 21.521601 -0.637397</w:t>
        <w:br/>
        <w:t>v -0.184695 21.480362 -0.603302</w:t>
        <w:br/>
        <w:t>v -0.100059 21.439995 -0.620698</w:t>
        <w:br/>
        <w:t>v -0.154719 21.560110 -0.694457</w:t>
        <w:br/>
        <w:t>v -0.150113 21.533264 -0.641444</w:t>
        <w:br/>
        <w:t>v -0.295372 21.209480 -0.343728</w:t>
        <w:br/>
        <w:t>v -0.203937 20.915810 -0.154341</w:t>
        <w:br/>
        <w:t>v -0.167815 20.900642 -0.180132</w:t>
        <w:br/>
        <w:t>v -0.175818 20.961586 -0.200814</w:t>
        <w:br/>
        <w:t>v -0.473557 21.174801 0.023353</w:t>
        <w:br/>
        <w:t>v -0.457105 21.132244 -0.033670</w:t>
        <w:br/>
        <w:t>v -0.468036 21.201908 -0.078038</w:t>
        <w:br/>
        <w:t>v -0.349412 21.012659 -0.080935</w:t>
        <w:br/>
        <w:t>v -0.302092 20.989809 -0.115943</w:t>
        <w:br/>
        <w:t>v -0.375089 21.134619 -0.064772</w:t>
        <w:br/>
        <w:t>v -0.046885 20.856735 -0.192231</w:t>
        <w:br/>
        <w:t>v -0.031356 20.857475 -0.201537</w:t>
        <w:br/>
        <w:t>v -0.084640 20.938137 -0.205377</w:t>
        <w:br/>
        <w:t>v -0.124509 20.944929 -0.179716</w:t>
        <w:br/>
        <w:t>v -0.000000 20.776423 -0.207397</w:t>
        <w:br/>
        <w:t>v -0.140097 20.854748 -0.175956</w:t>
        <w:br/>
        <w:t>v -0.293639 20.911325 -0.115553</w:t>
        <w:br/>
        <w:t>v -0.426911 21.030510 -0.002968</w:t>
        <w:br/>
        <w:t>v -0.579174 21.366179 0.094528</w:t>
        <w:br/>
        <w:t>v -0.572025 21.348103 0.012515</w:t>
        <w:br/>
        <w:t>v -0.684193 21.495853 0.121987</w:t>
        <w:br/>
        <w:t>v -0.641829 21.538124 0.183114</w:t>
        <w:br/>
        <w:t>v -0.600004 21.371716 0.208114</w:t>
        <w:br/>
        <w:t>v -0.641526 21.493797 0.063366</w:t>
        <w:br/>
        <w:t>v -0.733363 21.580154 0.077080</w:t>
        <w:br/>
        <w:t>v -0.738217 21.646547 0.190650</w:t>
        <w:br/>
        <w:t>v -0.266814 20.967163 -0.126659</w:t>
        <w:br/>
        <w:t>v -0.457105 21.132244 -0.033670</w:t>
        <w:br/>
        <w:t>v -0.394965 21.096508 -0.039889</w:t>
        <w:br/>
        <w:t>v -0.426911 21.030510 -0.002968</w:t>
        <w:br/>
        <w:t>v -0.296116 22.017897 -0.854663</w:t>
        <w:br/>
        <w:t>v -0.193578 22.327942 -0.898192</w:t>
        <w:br/>
        <w:t>v -0.383651 22.258419 -0.846961</w:t>
        <w:br/>
        <w:t>v -0.617433 21.449820 0.109106</w:t>
        <w:br/>
        <w:t>v -0.600004 21.371716 0.208114</w:t>
        <w:br/>
        <w:t>v -0.167815 20.900642 -0.180132</w:t>
        <w:br/>
        <w:t>v -0.135555 20.900244 -0.168229</w:t>
        <w:br/>
        <w:t>v -0.175818 20.961586 -0.200814</w:t>
        <w:br/>
        <w:t>v -0.140097 20.854748 -0.175956</w:t>
        <w:br/>
        <w:t>v -0.335258 21.697824 -0.687213</w:t>
        <w:br/>
        <w:t>v -0.065368 21.462070 -0.642141</w:t>
        <w:br/>
        <w:t>v -0.118535 21.603369 -0.710812</w:t>
        <w:br/>
        <w:t>v -0.154719 21.560110 -0.694457</w:t>
        <w:br/>
        <w:t>v -0.588849 22.087711 -0.708327</w:t>
        <w:br/>
        <w:t>v -0.651972 22.361221 -0.611122</w:t>
        <w:br/>
        <w:t>v -0.721119 22.533592 -0.422832</w:t>
        <w:br/>
        <w:t>v -0.146956 21.033731 -0.232304</w:t>
        <w:br/>
        <w:t>v -0.112229 21.296795 -0.505140</w:t>
        <w:br/>
        <w:t>v -0.097312 21.315226 -0.502731</w:t>
        <w:br/>
        <w:t>v -0.000000 21.204262 -0.401639</w:t>
        <w:br/>
        <w:t>v -0.131442 21.245623 -0.417689</w:t>
        <w:br/>
        <w:t>v -0.157930 21.121475 -0.327715</w:t>
        <w:br/>
        <w:t>v -0.000000 21.084511 -0.325497</w:t>
        <w:br/>
        <w:t>v -0.000000 20.932320 -0.216782</w:t>
        <w:br/>
        <w:t>v -0.000000 21.006731 -0.247517</w:t>
        <w:br/>
        <w:t>v -0.000000 20.854052 -0.206929</w:t>
        <w:br/>
        <w:t>v -0.088640 21.457710 -0.656685</w:t>
        <w:br/>
        <w:t>v -0.006648 21.485485 -0.684855</w:t>
        <w:br/>
        <w:t>v -0.065368 21.462070 -0.642141</w:t>
        <w:br/>
        <w:t>v -0.054421 21.394800 -0.687002</w:t>
        <w:br/>
        <w:t>v 0.000597 21.415154 -0.691206</w:t>
        <w:br/>
        <w:t>v -0.000000 21.199598 -0.499325</w:t>
        <w:br/>
        <w:t>v -0.073048 21.225794 -0.520611</w:t>
        <w:br/>
        <w:t>v -0.132963 21.343786 -0.543470</w:t>
        <w:br/>
        <w:t>v -0.000000 21.212736 -0.529280</w:t>
        <w:br/>
        <w:t>v -0.050894 21.227461 -0.542704</w:t>
        <w:br/>
        <w:t>v -0.100059 21.439995 -0.620698</w:t>
        <w:br/>
        <w:t>v -0.127472 21.372530 -0.552506</w:t>
        <w:br/>
        <w:t>v -0.127566 21.403419 -0.593914</w:t>
        <w:br/>
        <w:t>v -0.724938 21.734251 -0.423640</w:t>
        <w:br/>
        <w:t>v -0.526082 22.684954 -0.523083</w:t>
        <w:br/>
        <w:t>v -0.469199 22.484911 -0.690448</w:t>
        <w:br/>
        <w:t>v -0.007146 21.478354 -0.659822</w:t>
        <w:br/>
        <w:t>v -0.071745 21.622959 -0.715379</w:t>
        <w:br/>
        <w:t>v -0.127566 21.403419 -0.593914</w:t>
        <w:br/>
        <w:t>v -0.118093 21.366636 -0.643538</w:t>
        <w:br/>
        <w:t>v -0.089423 21.353857 -0.650617</w:t>
        <w:br/>
        <w:t>v -0.553082 22.998981 0.408028</w:t>
        <w:br/>
        <w:t>v -0.546317 22.958094 0.694243</w:t>
        <w:br/>
        <w:t>v -0.738122 22.794870 0.707976</w:t>
        <w:br/>
        <w:t>v -0.765134 22.830683 0.436418</w:t>
        <w:br/>
        <w:t>v -0.483886 22.892838 0.945988</w:t>
        <w:br/>
        <w:t>v -0.667018 22.749029 0.959107</w:t>
        <w:br/>
        <w:t>v -0.544974 22.891802 -0.209119</w:t>
        <w:br/>
        <w:t>v -0.304450 23.030624 -0.279896</w:t>
        <w:br/>
        <w:t>v -0.567964 22.648720 1.140822</w:t>
        <w:br/>
        <w:t>v -0.394728 22.789570 1.147870</w:t>
        <w:br/>
        <w:t>v -0.002655 23.068579 -0.283553</w:t>
        <w:br/>
        <w:t>v -0.758362 21.792696 0.284482</w:t>
        <w:br/>
        <w:t>v -0.839137 22.243780 -0.249305</w:t>
        <w:br/>
        <w:t>v -0.917006 22.348745 -0.020630</w:t>
        <w:br/>
        <w:t>v -0.928403 22.134260 0.054781</w:t>
        <w:br/>
        <w:t>v -0.799931 22.738384 0.127582</w:t>
        <w:br/>
        <w:t>v -0.736439 22.824875 0.108387</w:t>
        <w:br/>
        <w:t>v -0.727127 22.711164 -0.124736</w:t>
        <w:br/>
        <w:t>v 0.003469 23.000233 0.933233</w:t>
        <w:br/>
        <w:t>v 0.001542 22.830528 1.172732</w:t>
        <w:br/>
        <w:t>v -0.208592 22.819536 1.157091</w:t>
        <w:br/>
        <w:t>v -0.236499 22.983702 0.943249</w:t>
        <w:br/>
        <w:t>v -0.258948 23.078869 0.681495</w:t>
        <w:br/>
        <w:t>v -0.903451 22.212767 0.501766</w:t>
        <w:br/>
        <w:t>v -0.907244 21.977869 0.523420</w:t>
        <w:br/>
        <w:t>v -0.945958 22.200073 0.241900</w:t>
        <w:br/>
        <w:t>v -0.864342 22.648735 0.150609</w:t>
        <w:br/>
        <w:t>v -0.877242 22.666536 0.458281</w:t>
        <w:br/>
        <w:t>v -0.885431 22.433016 0.723639</w:t>
        <w:br/>
        <w:t>v -0.796721 22.415279 0.964440</w:t>
        <w:br/>
        <w:t>v -0.856270 22.228727 0.723306</w:t>
        <w:br/>
        <w:t>v -0.794368 22.055288 0.818478</w:t>
        <w:br/>
        <w:t>v -0.796352 21.951004 0.724255</w:t>
        <w:br/>
        <w:t>v -0.707283 22.343813 1.126275</w:t>
        <w:br/>
        <w:t>v -0.744930 22.604820 0.967860</w:t>
        <w:br/>
        <w:t>v -0.668658 22.514519 1.140647</w:t>
        <w:br/>
        <w:t>v -0.822520 21.807705 0.529162</w:t>
        <w:br/>
        <w:t>v -0.711744 21.566198 0.548334</w:t>
        <w:br/>
        <w:t>v -0.764343 21.787012 0.449764</w:t>
        <w:br/>
        <w:t>v -0.922437 21.949772 0.308524</w:t>
        <w:br/>
        <w:t>v -0.315926 23.125088 0.045681</w:t>
        <w:br/>
        <w:t>v -0.584145 22.992390 0.068948</w:t>
        <w:br/>
        <w:t>v -0.834242 22.629116 0.718569</w:t>
        <w:br/>
        <w:t>v -0.935652 22.429308 0.488971</w:t>
        <w:br/>
        <w:t>v -0.937092 22.427465 0.196628</w:t>
        <w:br/>
        <w:t>v -0.780619 22.621435 -0.095891</w:t>
        <w:br/>
        <w:t>v -0.843509 22.549547 -0.078520</w:t>
        <w:br/>
        <w:t>v 0.000292 23.176777 0.345160</w:t>
        <w:br/>
        <w:t>v -0.273447 23.154083 0.348809</w:t>
        <w:br/>
        <w:t>v -0.001761 23.164721 0.038709</w:t>
        <w:br/>
        <w:t>v 0.001640 23.094980 0.672690</w:t>
        <w:br/>
        <w:t>v -0.758641 21.781776 0.609394</w:t>
        <w:br/>
        <w:t>v -0.711744 21.566198 0.548334</w:t>
        <w:br/>
        <w:t>v -0.771978 22.166456 0.928047</w:t>
        <w:br/>
        <w:t>v -0.727072 22.239874 1.054624</w:t>
        <w:br/>
        <w:t>v -0.205455 21.856989 -0.786969</w:t>
        <w:br/>
        <w:t>v -0.809557 22.093267 -0.410535</w:t>
        <w:br/>
        <w:t>v -0.089042 21.295889 -0.602325</w:t>
        <w:br/>
        <w:t>v -0.559235 22.154627 -0.762636</w:t>
        <w:br/>
        <w:t>v -0.912642 21.877758 0.152504</w:t>
        <w:br/>
        <w:t>v -0.007146 21.478354 -0.659822</w:t>
        <w:br/>
        <w:t>v -0.013889 22.350748 -0.904208</w:t>
        <w:br/>
        <w:t>v -0.009902 21.628233 -0.721935</w:t>
        <w:br/>
        <w:t>v -0.000000 21.245533 -0.453331</w:t>
        <w:br/>
        <w:t>v -0.065826 21.276123 -0.474319</w:t>
        <w:br/>
        <w:t>v -0.079534 21.263588 -0.574983</w:t>
        <w:br/>
        <w:t>v -0.509501 21.244434 0.105149</w:t>
        <w:br/>
        <w:t>v -0.809318 21.835138 0.815048</w:t>
        <w:br/>
        <w:t>v -0.760566 22.105247 0.937944</w:t>
        <w:br/>
        <w:t>v 0.000617 21.453367 -0.701012</w:t>
        <w:br/>
        <w:t>v 0.078445 21.420748 -0.673102</w:t>
        <w:br/>
        <w:t>v 0.082823 21.458166 -0.631446</w:t>
        <w:br/>
        <w:t>v -0.006648 21.485485 -0.684855</w:t>
        <w:br/>
        <w:t>v 0.112229 21.296795 -0.505141</w:t>
        <w:br/>
        <w:t>v 0.133540 21.344007 -0.531126</w:t>
        <w:br/>
        <w:t>v 0.123320 21.310539 -0.594740</w:t>
        <w:br/>
        <w:t>v 0.102907 21.261360 -0.552706</w:t>
        <w:br/>
        <w:t>v -0.000000 21.223621 -0.456451</w:t>
        <w:br/>
        <w:t>v -0.000000 21.245533 -0.453331</w:t>
        <w:br/>
        <w:t>v 0.065826 21.276123 -0.474319</w:t>
        <w:br/>
        <w:t>v 0.079155 21.257513 -0.478936</w:t>
        <w:br/>
        <w:t>v 0.425273 21.955276 -0.708628</w:t>
        <w:br/>
        <w:t>v 0.387741 21.974676 -0.742664</w:t>
        <w:br/>
        <w:t>v 0.270327 21.790678 -0.750660</w:t>
        <w:br/>
        <w:t>v 0.306590 21.742138 -0.700082</w:t>
        <w:br/>
        <w:t>v 0.094291 21.843481 -0.834739</w:t>
        <w:br/>
        <w:t>v 0.133095 22.076042 -0.883461</w:t>
        <w:br/>
        <w:t>v 0.237159 21.311426 -0.459990</w:t>
        <w:br/>
        <w:t>v 0.128066 21.372755 -0.539800</w:t>
        <w:br/>
        <w:t>v 0.097859 21.315435 -0.491048</w:t>
        <w:br/>
        <w:t>v 0.304662 21.425274 -0.506965</w:t>
        <w:br/>
        <w:t>v 0.547143 21.636570 -0.544540</w:t>
        <w:br/>
        <w:t>v 0.549330 21.799534 -0.605800</w:t>
        <w:br/>
        <w:t>v 0.353952 21.600176 -0.628374</w:t>
        <w:br/>
        <w:t>v 0.344398 21.502991 -0.554705</w:t>
        <w:br/>
        <w:t>v 0.671621 22.288702 -0.533580</w:t>
        <w:br/>
        <w:t>v 0.730574 22.240913 -0.499412</w:t>
        <w:br/>
        <w:t>v 0.808605 22.415602 -0.328981</w:t>
        <w:br/>
        <w:t>v 0.753268 22.460228 -0.363151</w:t>
        <w:br/>
        <w:t>v 0.266485 22.796227 -0.566066</w:t>
        <w:br/>
        <w:t>v 0.218216 22.572021 -0.724531</w:t>
        <w:br/>
        <w:t>v 0.245594 21.000532 -0.144864</w:t>
        <w:br/>
        <w:t>v 0.309982 21.053164 -0.143494</w:t>
        <w:br/>
        <w:t>v 0.301746 21.109657 -0.193812</w:t>
        <w:br/>
        <w:t>v 0.659047 21.478182 -0.117255</w:t>
        <w:br/>
        <w:t>v 0.426160 21.262983 -0.155748</w:t>
        <w:br/>
        <w:t>v 0.517334 21.313177 -0.009045</w:t>
        <w:br/>
        <w:t>v 0.514379 21.495764 -0.450149</w:t>
        <w:br/>
        <w:t>v 0.398297 21.359692 -0.373006</w:t>
        <w:br/>
        <w:t>v 0.547413 21.381350 -0.271855</w:t>
        <w:br/>
        <w:t>v 0.793355 21.713060 -0.148063</w:t>
        <w:br/>
        <w:t>v 0.885923 21.809727 0.010870</w:t>
        <w:br/>
        <w:t>v 0.934017 22.036390 -0.115100</w:t>
        <w:br/>
        <w:t>v 0.844849 21.906723 -0.267671</w:t>
        <w:br/>
        <w:t>v 0.696148 21.940884 -0.556840</w:t>
        <w:br/>
        <w:t>v 0.617185 22.045237 -0.621456</w:t>
        <w:br/>
        <w:t>v 0.488820 21.915859 -0.661025</w:t>
        <w:br/>
        <w:t>v 0.728898 21.671612 -0.305609</w:t>
        <w:br/>
        <w:t>v 0.185349 21.480448 -0.598435</w:t>
        <w:br/>
        <w:t>v 0.166795 21.521696 -0.632145</w:t>
        <w:br/>
        <w:t>v 0.095469 21.440447 -0.599887</w:t>
        <w:br/>
        <w:t>v 0.148147 21.560484 -0.680346</w:t>
        <w:br/>
        <w:t>v 0.152169 21.533382 -0.640965</w:t>
        <w:br/>
        <w:t>v 0.295372 21.255854 -0.313530</w:t>
        <w:br/>
        <w:t>v 0.175817 20.961586 -0.200814</w:t>
        <w:br/>
        <w:t>v 0.167815 20.900642 -0.180132</w:t>
        <w:br/>
        <w:t>v 0.203937 20.915810 -0.154341</w:t>
        <w:br/>
        <w:t>v 0.468035 21.201908 -0.078038</w:t>
        <w:br/>
        <w:t>v 0.457105 21.132244 -0.033670</w:t>
        <w:br/>
        <w:t>v 0.473557 21.174799 0.023352</w:t>
        <w:br/>
        <w:t>v 0.302091 20.989809 -0.115943</w:t>
        <w:br/>
        <w:t>v 0.349412 21.012659 -0.080935</w:t>
        <w:br/>
        <w:t>v 0.375089 21.134619 -0.064772</w:t>
        <w:br/>
        <w:t>v 0.084640 20.938137 -0.205377</w:t>
        <w:br/>
        <w:t>v 0.031356 20.857475 -0.201537</w:t>
        <w:br/>
        <w:t>v 0.046885 20.856735 -0.192231</w:t>
        <w:br/>
        <w:t>v 0.124509 20.944927 -0.179716</w:t>
        <w:br/>
        <w:t>v 0.140097 20.854748 -0.175956</w:t>
        <w:br/>
        <w:t>v 0.293639 20.911325 -0.115553</w:t>
        <w:br/>
        <w:t>v 0.426911 21.030508 -0.002968</w:t>
        <w:br/>
        <w:t>v 0.579173 21.414656 0.063844</w:t>
        <w:br/>
        <w:t>v 0.572024 21.348103 0.012515</w:t>
        <w:br/>
        <w:t>v 0.663879 21.538124 0.183114</w:t>
        <w:br/>
        <w:t>v 0.684192 21.495853 0.121987</w:t>
        <w:br/>
        <w:t>v 0.600003 21.371716 0.208114</w:t>
        <w:br/>
        <w:t>v 0.641525 21.493797 0.063366</w:t>
        <w:br/>
        <w:t>v 0.733362 21.580154 0.077078</w:t>
        <w:br/>
        <w:t>v 0.716923 21.646559 0.190625</w:t>
        <w:br/>
        <w:t>v 0.266814 20.967163 -0.126658</w:t>
        <w:br/>
        <w:t>v 0.457105 21.132244 -0.033670</w:t>
        <w:br/>
        <w:t>v 0.394965 21.096508 -0.039889</w:t>
        <w:br/>
        <w:t>v 0.426911 21.030508 -0.002968</w:t>
        <w:br/>
        <w:t>v 0.167449 22.328028 -0.886399</w:t>
        <w:br/>
        <w:t>v 0.269429 22.018173 -0.848852</w:t>
        <w:br/>
        <w:t>v 0.346867 22.258589 -0.813756</w:t>
        <w:br/>
        <w:t>v 0.617432 21.449820 0.109106</w:t>
        <w:br/>
        <w:t>v 0.600003 21.371716 0.208114</w:t>
        <w:br/>
        <w:t>v 0.135554 20.900244 -0.168229</w:t>
        <w:br/>
        <w:t>v 0.167815 20.900642 -0.180132</w:t>
        <w:br/>
        <w:t>v 0.175817 20.961586 -0.200814</w:t>
        <w:br/>
        <w:t>v 0.140097 20.854748 -0.175956</w:t>
        <w:br/>
        <w:t>v 0.338014 21.697809 -0.697320</w:t>
        <w:br/>
        <w:t>v 0.102958 21.603413 -0.714905</w:t>
        <w:br/>
        <w:t>v 0.053268 21.462154 -0.641117</w:t>
        <w:br/>
        <w:t>v 0.555678 22.088018 -0.629765</w:t>
        <w:br/>
        <w:t>v 0.646204 22.361504 -0.576873</w:t>
        <w:br/>
        <w:t>v 0.720381 22.533129 -0.411400</w:t>
        <w:br/>
        <w:t>v 0.146956 21.033731 -0.232304</w:t>
        <w:br/>
        <w:t>v 0.097859 21.315435 -0.491048</w:t>
        <w:br/>
        <w:t>v 0.157929 21.121475 -0.327715</w:t>
        <w:br/>
        <w:t>v 0.131441 21.245623 -0.417689</w:t>
        <w:br/>
        <w:t>v 0.082823 21.458166 -0.631446</w:t>
        <w:br/>
        <w:t>v 0.053268 21.462154 -0.641117</w:t>
        <w:br/>
        <w:t>v 0.055035 21.395035 -0.673887</w:t>
        <w:br/>
        <w:t>v 0.073047 21.225794 -0.520611</w:t>
        <w:br/>
        <w:t>v -0.000000 21.199598 -0.499325</w:t>
        <w:br/>
        <w:t>v 0.050894 21.227461 -0.542704</w:t>
        <w:br/>
        <w:t>v -0.000000 21.212736 -0.529280</w:t>
        <w:br/>
        <w:t>v 0.128066 21.372755 -0.539800</w:t>
        <w:br/>
        <w:t>v 0.095469 21.440447 -0.599887</w:t>
        <w:br/>
        <w:t>v 0.128183 21.403658 -0.580715</w:t>
        <w:br/>
        <w:t>v 0.731141 21.787664 -0.413256</w:t>
        <w:br/>
        <w:t>v 0.521291 22.685556 -0.495139</w:t>
        <w:br/>
        <w:t>v 0.454308 22.485188 -0.666634</w:t>
        <w:br/>
        <w:t>v 0.054104 21.622782 -0.730953</w:t>
        <w:br/>
        <w:t>v 0.118683 21.366861 -0.630934</w:t>
        <w:br/>
        <w:t>v 0.128183 21.403658 -0.580715</w:t>
        <w:br/>
        <w:t>v 0.089422 21.353857 -0.650617</w:t>
        <w:br/>
        <w:t>v 0.782686 22.817654 0.732205</w:t>
        <w:br/>
        <w:t>v 0.587463 22.979273 0.715143</w:t>
        <w:br/>
        <w:t>v 0.567443 23.039841 0.383207</w:t>
        <w:br/>
        <w:t>v 0.797571 22.847668 0.453644</w:t>
        <w:br/>
        <w:t>v 0.708588 22.772406 0.983241</w:t>
        <w:br/>
        <w:t>v 0.522207 22.916237 0.969036</w:t>
        <w:br/>
        <w:t>v 0.542621 22.891626 -0.213329</w:t>
        <w:br/>
        <w:t>v 0.300254 23.030802 -0.277561</w:t>
        <w:br/>
        <w:t>v 0.598473 22.662868 1.156423</w:t>
        <w:br/>
        <w:t>v 0.419110 22.805174 1.163058</w:t>
        <w:br/>
        <w:t>v 0.775524 21.792702 0.284482</w:t>
        <w:br/>
        <w:t>v 0.955717 22.349087 -0.026999</w:t>
        <w:br/>
        <w:t>v 0.907869 22.243773 -0.231758</w:t>
        <w:br/>
        <w:t>v 0.984565 22.134258 0.048959</w:t>
        <w:br/>
        <w:t>v 0.786328 22.832405 0.113939</w:t>
        <w:br/>
        <w:t>v 0.852828 22.746130 0.133392</w:t>
        <w:br/>
        <w:t>v 0.726451 22.711502 -0.129449</w:t>
        <w:br/>
        <w:t>v 0.220558 22.828470 1.165486</w:t>
        <w:br/>
        <w:t>v 0.255253 22.997776 0.956391</w:t>
        <w:br/>
        <w:t>v 0.275014 23.088697 0.691293</w:t>
        <w:br/>
        <w:t>v 0.903600 21.978579 0.523768</w:t>
        <w:br/>
        <w:t>v 0.935554 22.218214 0.517391</w:t>
        <w:br/>
        <w:t>v 1.002691 22.201517 0.241517</w:t>
        <w:br/>
        <w:t>v 0.918222 22.656151 0.157483</w:t>
        <w:br/>
        <w:t>v 0.905092 22.683254 0.473673</w:t>
        <w:br/>
        <w:t>v 0.776894 22.429251 0.978474</w:t>
        <w:br/>
        <w:t>v 0.862381 22.448235 0.738954</w:t>
        <w:br/>
        <w:t>v 0.858916 22.236959 0.731035</w:t>
        <w:br/>
        <w:t>v 0.796691 21.952215 0.716478</w:t>
        <w:br/>
        <w:t>v 0.790483 22.058670 0.821205</w:t>
        <w:br/>
        <w:t>v 0.776917 22.624237 0.987885</w:t>
        <w:br/>
        <w:t>v 0.685190 22.352385 1.134941</w:t>
        <w:br/>
        <w:t>v 0.689279 22.526917 1.153663</w:t>
        <w:br/>
        <w:t>v 0.729664 21.566200 0.548341</w:t>
        <w:br/>
        <w:t>v 0.827257 21.807770 0.529135</w:t>
        <w:br/>
        <w:t>v 0.782134 21.787012 0.449764</w:t>
        <w:br/>
        <w:t>v 0.941378 21.950121 0.307555</w:t>
        <w:br/>
        <w:t>v 0.314673 23.126089 0.046670</w:t>
        <w:br/>
        <w:t>v 0.591758 22.997299 0.072921</w:t>
        <w:br/>
        <w:t>v 0.908026 22.439344 0.502064</w:t>
        <w:br/>
        <w:t>v 0.868996 22.649681 0.740220</w:t>
        <w:br/>
        <w:t>v 0.970633 22.433228 0.198205</w:t>
        <w:br/>
        <w:t>v 0.873605 22.557327 -0.085935</w:t>
        <w:br/>
        <w:t>v 0.801424 22.636662 -0.112969</w:t>
        <w:br/>
        <w:t>v 0.283368 23.158615 0.353389</w:t>
        <w:br/>
        <w:t>v 0.775053 21.781790 0.609124</w:t>
        <w:br/>
        <w:t>v 0.729664 21.566200 0.548341</w:t>
        <w:br/>
        <w:t>v 0.771111 22.174078 0.934824</w:t>
        <w:br/>
        <w:t>v 0.731499 22.246897 1.061353</w:t>
        <w:br/>
        <w:t>v 0.183848 21.857185 -0.814414</w:t>
        <w:br/>
        <w:t>v 0.811777 22.093439 -0.397411</w:t>
        <w:br/>
        <w:t>v 0.089042 21.295887 -0.602325</w:t>
        <w:br/>
        <w:t>v 0.445806 22.154936 -0.737574</w:t>
        <w:br/>
        <w:t>v 0.923133 21.876005 0.154821</w:t>
        <w:br/>
        <w:t>v 0.065826 21.276123 -0.474319</w:t>
        <w:br/>
        <w:t>v 0.079534 21.263588 -0.574983</w:t>
        <w:br/>
        <w:t>v 0.509501 21.244434 0.105149</w:t>
        <w:br/>
        <w:t>v 0.790630 21.946156 0.819661</w:t>
        <w:br/>
        <w:t>v 0.758742 22.109449 0.941574</w:t>
        <w:br/>
        <w:t>v -1.029583 22.225071 0.649442</w:t>
        <w:br/>
        <w:t>v -0.992339 22.328367 0.809510</w:t>
        <w:br/>
        <w:t>v -0.861036 22.283009 0.849532</w:t>
        <w:br/>
        <w:t>v -0.917391 22.176817 0.660178</w:t>
        <w:br/>
        <w:t>v -1.070777 22.127766 0.417402</w:t>
        <w:br/>
        <w:t>v -1.081279 22.053099 0.173560</w:t>
        <w:br/>
        <w:t>v -1.116250 22.116575 0.150554</w:t>
        <w:br/>
        <w:t>v -1.096297 22.229364 0.371630</w:t>
        <w:br/>
        <w:t>v -1.107120 22.184097 0.112083</w:t>
        <w:br/>
        <w:t>v -1.074709 22.291451 0.319487</w:t>
        <w:br/>
        <w:t>v -0.836818 22.434420 0.703577</w:t>
        <w:br/>
        <w:t>v -0.875529 22.350994 0.530305</w:t>
        <w:br/>
        <w:t>v -0.917391 22.176817 0.660178</w:t>
        <w:br/>
        <w:t>v -0.861036 22.283009 0.849532</w:t>
        <w:br/>
        <w:t>v -0.930301 22.848104 0.524186</w:t>
        <w:br/>
        <w:t>v -1.006974 22.790962 0.347722</w:t>
        <w:br/>
        <w:t>v -0.922143 23.010540 0.260720</w:t>
        <w:br/>
        <w:t>v -0.849957 23.020761 0.453988</w:t>
        <w:br/>
        <w:t>v -1.080821 22.069979 0.048979</w:t>
        <w:br/>
        <w:t>v -1.068790 22.102945 0.030197</w:t>
        <w:br/>
        <w:t>v -0.964522 22.085270 0.427676</w:t>
        <w:br/>
        <w:t>v -0.991827 22.026005 0.185643</w:t>
        <w:br/>
        <w:t>v -1.034246 22.016699 -0.030570</w:t>
        <w:br/>
        <w:t>v -0.999439 22.003965 -0.025447</w:t>
        <w:br/>
        <w:t>v -0.997900 22.005930 -0.164265</w:t>
        <w:br/>
        <w:t>v -0.767596 22.632355 0.554220</w:t>
        <w:br/>
        <w:t>v -0.788180 22.523790 0.374735</w:t>
        <w:br/>
        <w:t>v -1.133568 22.380415 0.022254</w:t>
        <w:br/>
        <w:t>v -1.125371 22.493126 0.228176</w:t>
        <w:br/>
        <w:t>v -1.114057 22.263062 -0.185832</w:t>
        <w:br/>
        <w:t>v -1.044436 22.134007 -0.089894</w:t>
        <w:br/>
        <w:t>v -1.030447 22.104149 -0.237759</w:t>
        <w:br/>
        <w:t>v -1.052844 22.201300 -0.306923</w:t>
        <w:br/>
        <w:t>v -0.943570 22.080309 -0.210597</w:t>
        <w:br/>
        <w:t>v -0.996862 22.107956 -0.071035</w:t>
        <w:br/>
        <w:t>v -0.977956 22.083633 -0.359178</w:t>
        <w:br/>
        <w:t>v -0.994680 22.147263 -0.405940</w:t>
        <w:br/>
        <w:t>v -1.027622 22.158983 0.072426</w:t>
        <w:br/>
        <w:t>v -1.107120 22.184097 0.112083</w:t>
        <w:br/>
        <w:t>v -0.901669 22.279617 -0.157381</w:t>
        <w:br/>
        <w:t>v -0.965374 22.400866 -0.277352</w:t>
        <w:br/>
        <w:t>v -0.943863 22.290443 -0.354616</w:t>
        <w:br/>
        <w:t>v -0.920514 22.211529 -0.274567</w:t>
        <w:br/>
        <w:t>v -0.943570 22.080309 -0.210597</w:t>
        <w:br/>
        <w:t>v -0.996862 22.107956 -0.071035</w:t>
        <w:br/>
        <w:t>v 0.830817 22.601444 0.990768</w:t>
        <w:br/>
        <w:t>v 0.654267 22.678776 1.123110</w:t>
        <w:br/>
        <w:t>v 0.600713 22.850645 0.974393</w:t>
        <w:br/>
        <w:t>v 0.772004 22.775518 0.828948</w:t>
        <w:br/>
        <w:t>v -0.635759 22.623550 -0.770199</w:t>
        <w:br/>
        <w:t>v -0.675313 22.884775 -0.560505</w:t>
        <w:br/>
        <w:t>v -0.917083 22.732664 -0.525861</w:t>
        <w:br/>
        <w:t>v -0.814729 22.554909 -0.755487</w:t>
        <w:br/>
        <w:t>v -1.020888 22.482929 -0.408208</w:t>
        <w:br/>
        <w:t>v -0.917761 22.362528 -0.664939</w:t>
        <w:br/>
        <w:t>v -0.593485 22.458048 -0.864762</w:t>
        <w:br/>
        <w:t>v -0.566929 22.440315 -0.790980</w:t>
        <w:br/>
        <w:t>v -0.601402 22.595255 -0.681733</w:t>
        <w:br/>
        <w:t>v -0.635759 22.623550 -0.770199</w:t>
        <w:br/>
        <w:t>v -0.801975 22.285530 -0.811086</w:t>
        <w:br/>
        <w:t>v -0.747490 22.266314 -0.764324</w:t>
        <w:br/>
        <w:t>v -0.649135 22.203772 -0.866953</w:t>
        <w:br/>
        <w:t>v -0.686253 22.216497 -0.897698</w:t>
        <w:br/>
        <w:t>v -0.974085 22.890205 -0.249379</w:t>
        <w:br/>
        <w:t>v -0.734281 23.019995 -0.294116</w:t>
        <w:br/>
        <w:t>v -1.094201 22.630875 -0.112122</w:t>
        <w:br/>
        <w:t>v -1.083927 22.727398 0.124676</w:t>
        <w:br/>
        <w:t>v -0.976197 22.957306 0.012877</w:t>
        <w:br/>
        <w:t>v -0.776261 23.097162 -0.016429</w:t>
        <w:br/>
        <w:t>v -0.917761 22.362528 -0.664939</w:t>
        <w:br/>
        <w:t>v -1.020888 22.482929 -0.408208</w:t>
        <w:br/>
        <w:t>v -0.936869 22.434708 -0.349698</w:t>
        <w:br/>
        <w:t>v -0.843364 22.338047 -0.606544</w:t>
        <w:br/>
        <w:t>v -0.612375 22.744228 -0.531533</w:t>
        <w:br/>
        <w:t>v -0.675313 22.884775 -0.560505</w:t>
        <w:br/>
        <w:t>v -1.094201 22.630875 -0.112122</w:t>
        <w:br/>
        <w:t>v -0.932185 22.523342 -0.200081</w:t>
        <w:br/>
        <w:t>v -0.700283 22.987204 0.873351</w:t>
        <w:br/>
        <w:t>v -0.730225 23.110159 0.419322</w:t>
        <w:br/>
        <w:t>v -0.629066 23.041584 0.862157</w:t>
        <w:br/>
        <w:t>v -0.766207 22.921722 0.909014</w:t>
        <w:br/>
        <w:t>v -1.030104 22.385696 -0.267149</w:t>
        <w:br/>
        <w:t>v -0.997477 22.010130 0.074216</w:t>
        <w:br/>
        <w:t>v -0.991827 22.026005 0.185643</w:t>
        <w:br/>
        <w:t>v -1.027622 22.158983 0.072426</w:t>
        <w:br/>
        <w:t>v -1.024210 22.111607 0.023218</w:t>
        <w:br/>
        <w:t>v -0.964522 22.085270 0.427676</w:t>
        <w:br/>
        <w:t>v -0.949886 22.252754 0.305710</w:t>
        <w:br/>
        <w:t>v -1.107120 22.184097 0.112083</w:t>
        <w:br/>
        <w:t>v -1.068790 22.102945 0.030197</w:t>
        <w:br/>
        <w:t>v -1.024210 22.111607 0.023218</w:t>
        <w:br/>
        <w:t>v -1.027622 22.158983 0.072426</w:t>
        <w:br/>
        <w:t>v -0.930760 22.355061 -0.033214</w:t>
        <w:br/>
        <w:t>v -0.932185 22.523342 -0.200081</w:t>
        <w:br/>
        <w:t>v -0.566929 22.440315 -0.790980</w:t>
        <w:br/>
        <w:t>v -0.603913 22.382299 -0.759001</w:t>
        <w:br/>
        <w:t>v -0.672281 22.483072 -0.585186</w:t>
        <w:br/>
        <w:t>v -0.601402 22.595255 -0.681733</w:t>
        <w:br/>
        <w:t>v -0.843364 22.338047 -0.606544</w:t>
        <w:br/>
        <w:t>v -0.747490 22.266314 -0.764324</w:t>
        <w:br/>
        <w:t>v -0.612375 22.744228 -0.531533</w:t>
        <w:br/>
        <w:t>v -0.735146 22.605288 -0.382430</w:t>
        <w:br/>
        <w:t>v -0.779169 22.685646 -0.140377</w:t>
        <w:br/>
        <w:t>v -0.737297 22.914869 -0.227861</w:t>
        <w:br/>
        <w:t>v -0.932185 22.523342 -0.200081</w:t>
        <w:br/>
        <w:t>v -0.936869 22.434708 -0.349698</w:t>
        <w:br/>
        <w:t>v -0.326074 23.272299 -0.283550</w:t>
        <w:br/>
        <w:t>v -0.072057 23.421711 -0.185825</w:t>
        <w:br/>
        <w:t>v -0.191617 23.410408 0.019993</w:t>
        <w:br/>
        <w:t>v -0.379599 23.287127 -0.037945</w:t>
        <w:br/>
        <w:t>v 0.139919 23.458353 0.404831</w:t>
        <w:br/>
        <w:t>v -0.081252 23.382156 0.239075</w:t>
        <w:br/>
        <w:t>v 0.144386 23.374649 -0.007500</w:t>
        <w:br/>
        <w:t>v 0.361585 23.480057 0.193540</w:t>
        <w:br/>
        <w:t>v -0.500911 23.015137 -0.040606</w:t>
        <w:br/>
        <w:t>v -0.331200 23.118847 -0.039467</w:t>
        <w:br/>
        <w:t>v -0.288039 23.125751 -0.242504</w:t>
        <w:br/>
        <w:t>v -0.484183 22.972935 -0.202721</w:t>
        <w:br/>
        <w:t>v -0.317751 23.362576 0.242387</w:t>
        <w:br/>
        <w:t>v -0.279986 23.319160 0.507720</w:t>
        <w:br/>
        <w:t>v -0.453001 23.271273 0.428968</w:t>
        <w:br/>
        <w:t>v 0.064693 23.338491 -0.369577</w:t>
        <w:br/>
        <w:t>v 0.310862 23.298435 -0.158319</w:t>
        <w:br/>
        <w:t>v 0.345763 22.983650 -0.677249</w:t>
        <w:br/>
        <w:t>v 0.628013 23.020071 -0.422985</w:t>
        <w:br/>
        <w:t>v 0.465670 23.186657 -0.293378</w:t>
        <w:br/>
        <w:t>v 0.200818 23.210032 -0.532274</w:t>
        <w:br/>
        <w:t>v -0.617392 23.204975 0.407514</w:t>
        <w:br/>
        <w:t>v -0.551982 23.090792 0.856332</w:t>
        <w:br/>
        <w:t>v -0.450071 23.136751 0.860331</w:t>
        <w:br/>
        <w:t>v 0.094093 23.261892 0.783388</w:t>
        <w:br/>
        <w:t>v -0.085797 23.361671 0.628626</w:t>
        <w:br/>
        <w:t>v 0.331851 23.247208 0.596052</w:t>
        <w:br/>
        <w:t>v -0.584932 23.197214 -0.318341</w:t>
        <w:br/>
        <w:t>v -0.629438 23.237991 -0.039229</w:t>
        <w:br/>
        <w:t>v -0.239450 23.178902 -0.509159</w:t>
        <w:br/>
        <w:t>v -0.384851 22.875481 -0.444312</w:t>
        <w:br/>
        <w:t>v -0.612375 22.744228 -0.531533</w:t>
        <w:br/>
        <w:t>v -0.176799 23.032154 -0.473921</w:t>
        <w:br/>
        <w:t>v -0.494478 23.093422 -0.576842</w:t>
        <w:br/>
        <w:t>v -0.128182 22.636848 -0.807278</w:t>
        <w:br/>
        <w:t>v -0.366494 22.514294 -0.854333</w:t>
        <w:br/>
        <w:t>v -0.513208 22.631348 -0.696756</w:t>
        <w:br/>
        <w:t>v -0.254538 22.761890 -0.635012</w:t>
        <w:br/>
        <w:t>v 0.085593 22.799173 -0.781816</w:t>
        <w:br/>
        <w:t>v -0.060935 22.927408 -0.638118</w:t>
        <w:br/>
        <w:t>v 0.065006 22.863462 -0.846766</w:t>
        <w:br/>
        <w:t>v 0.085593 22.799173 -0.781816</w:t>
        <w:br/>
        <w:t>v -0.060935 22.927408 -0.638118</w:t>
        <w:br/>
        <w:t>v -0.081973 23.018095 -0.700582</w:t>
        <w:br/>
        <w:t>v -0.366494 22.514294 -0.854333</w:t>
        <w:br/>
        <w:t>v -0.317654 22.573864 -0.942892</w:t>
        <w:br/>
        <w:t>v -0.516253 22.719025 -0.776829</w:t>
        <w:br/>
        <w:t>v -0.513208 22.631348 -0.696756</w:t>
        <w:br/>
        <w:t>v -0.179258 22.738445 -0.940447</w:t>
        <w:br/>
        <w:t>v -0.335662 22.901276 -0.793327</w:t>
        <w:br/>
        <w:t>v 0.065006 22.863462 -0.846766</w:t>
        <w:br/>
        <w:t>v -0.081973 23.018095 -0.700582</w:t>
        <w:br/>
        <w:t>v 0.534328 22.105982 -1.081629</w:t>
        <w:br/>
        <w:t>v 0.362873 22.228552 -1.109280</w:t>
        <w:br/>
        <w:t>v 0.360340 22.210983 -1.066339</w:t>
        <w:br/>
        <w:t>v 0.534328 22.105982 -1.081629</w:t>
        <w:br/>
        <w:t>v 0.460764 22.271523 -1.062117</w:t>
        <w:br/>
        <w:t>v 0.460033 22.279310 -1.085507</w:t>
        <w:br/>
        <w:t>v 0.339638 22.487226 -1.003170</w:t>
        <w:br/>
        <w:t>v 0.333201 22.512869 -1.061071</w:t>
        <w:br/>
        <w:t>v 0.401917 22.383801 -1.081871</w:t>
        <w:br/>
        <w:t>v 0.403153 22.371223 -1.046068</w:t>
        <w:br/>
        <w:t>v 0.534328 22.105982 -1.081629</w:t>
        <w:br/>
        <w:t>v 0.460033 22.279310 -1.085507</w:t>
        <w:br/>
        <w:t>v 0.403927 22.250818 -1.103880</w:t>
        <w:br/>
        <w:t>v 0.333201 22.512869 -1.061071</w:t>
        <w:br/>
        <w:t>v 0.209846 22.444796 -1.101898</w:t>
        <w:br/>
        <w:t>v 0.311787 22.347736 -1.115146</w:t>
        <w:br/>
        <w:t>v 0.401917 22.383801 -1.081871</w:t>
        <w:br/>
        <w:t>v 0.124371 22.357672 -1.100669</w:t>
        <w:br/>
        <w:t>v 0.249450 22.293537 -1.112046</w:t>
        <w:br/>
        <w:t>v 0.208687 22.398705 -1.004793</w:t>
        <w:br/>
        <w:t>v 0.339638 22.487226 -1.003170</w:t>
        <w:br/>
        <w:t>v 0.403153 22.371223 -1.046068</w:t>
        <w:br/>
        <w:t>v 0.303060 22.310625 -1.033568</w:t>
        <w:br/>
        <w:t>v 0.534328 22.105982 -1.081629</w:t>
        <w:br/>
        <w:t>v 0.398297 22.228666 -1.053485</w:t>
        <w:br/>
        <w:t>v 0.460764 22.271523 -1.062117</w:t>
        <w:br/>
        <w:t>v 0.362873 22.228552 -1.109280</w:t>
        <w:br/>
        <w:t>v 0.423383 22.496105 -0.942716</w:t>
        <w:br/>
        <w:t>v 0.391815 22.446838 -0.904233</w:t>
        <w:br/>
        <w:t>v 0.502912 22.309566 -0.931916</w:t>
        <w:br/>
        <w:t>v 0.524047 22.344608 -0.967207</w:t>
        <w:br/>
        <w:t>v 0.547403 23.405720 0.045253</w:t>
        <w:br/>
        <w:t>v 0.735040 23.294697 -0.109277</w:t>
        <w:br/>
        <w:t>v 0.547403 23.405720 0.045253</w:t>
        <w:br/>
        <w:t>v 0.728468 23.161316 0.262272</w:t>
        <w:br/>
        <w:t>v 0.549514 23.217335 0.410820</w:t>
        <w:br/>
        <w:t>v 0.361585 23.480057 0.193540</w:t>
        <w:br/>
        <w:t>v 0.907375 23.120598 -0.253101</w:t>
        <w:br/>
        <w:t>v 1.021108 22.869150 -0.025950</w:t>
        <w:br/>
        <w:t>v 0.881229 23.054131 0.118060</w:t>
        <w:br/>
        <w:t>v 0.735040 23.294697 -0.109277</w:t>
        <w:br/>
        <w:t>v 0.249209 23.099340 0.978251</w:t>
        <w:br/>
        <w:t>v 0.509117 23.081480 0.833773</w:t>
        <w:br/>
        <w:t>v 1.105271 22.197151 -0.578203</w:t>
        <w:br/>
        <w:t>v 1.129548 22.427788 -0.457114</w:t>
        <w:br/>
        <w:t>v 1.124184 22.479631 -0.540908</w:t>
        <w:br/>
        <w:t>v -0.716000 22.872555 0.444746</w:t>
        <w:br/>
        <w:t>v -0.701603 23.009489 0.405100</w:t>
        <w:br/>
        <w:t>v -0.713029 22.983688 0.195247</w:t>
        <w:br/>
        <w:t>v -0.728085 22.811943 0.244382</w:t>
        <w:br/>
        <w:t>v 1.041990 22.641739 -0.169251</w:t>
        <w:br/>
        <w:t>v 1.100690 22.698368 -0.214537</w:t>
        <w:br/>
        <w:t>v 1.133426 22.552679 -0.353491</w:t>
        <w:br/>
        <w:t>v 1.080700 22.499090 -0.307855</w:t>
        <w:br/>
        <w:t>v -1.036908 22.052130 -0.046990</w:t>
        <w:br/>
        <w:t>v -0.997900 22.005930 -0.164265</w:t>
        <w:br/>
        <w:t>v -1.014658 22.058384 -0.052873</w:t>
        <w:br/>
        <w:t>v 1.047651 22.860533 -0.399472</w:t>
        <w:br/>
        <w:t>v 0.907375 23.120598 -0.253101</w:t>
        <w:br/>
        <w:t>v 0.824190 22.786844 -0.503265</w:t>
        <w:br/>
        <w:t>v -0.301403 23.170361 0.911955</w:t>
        <w:br/>
        <w:t>v -0.172679 23.149279 1.012185</w:t>
        <w:br/>
        <w:t>v 0.729228 21.994518 -0.886938</w:t>
        <w:br/>
        <w:t>v 0.598883 22.182516 -0.924402</w:t>
        <w:br/>
        <w:t>v 0.652467 22.194210 -0.861627</w:t>
        <w:br/>
        <w:t>v 0.586873 22.558722 -0.900835</w:t>
        <w:br/>
        <w:t>v 0.641910 22.389179 -0.927399</w:t>
        <w:br/>
        <w:t>v 0.521889 22.464779 -0.766558</w:t>
        <w:br/>
        <w:t>v 0.800275 22.514463 -0.702383</w:t>
        <w:br/>
        <w:t>v 0.817741 22.355129 -0.785046</w:t>
        <w:br/>
        <w:t>v 0.596667 22.319357 -0.821696</w:t>
        <w:br/>
        <w:t>v 0.729228 21.994518 -0.886938</w:t>
        <w:br/>
        <w:t>v 0.795271 22.225554 -0.873048</w:t>
        <w:br/>
        <w:t>v 0.681682 22.235634 -0.929304</w:t>
        <w:br/>
        <w:t>v -0.550896 23.080294 0.417105</w:t>
        <w:br/>
        <w:t>v -0.437332 23.145849 0.422047</w:t>
        <w:br/>
        <w:t>v -0.393204 23.131519 0.214504</w:t>
        <w:br/>
        <w:t>v -0.533094 23.064524 0.208898</w:t>
        <w:br/>
        <w:t>v -0.701603 23.009489 0.405100</w:t>
        <w:br/>
        <w:t>v -0.713029 22.983688 0.195247</w:t>
        <w:br/>
        <w:t>v -0.888044 22.543623 -0.107014</w:t>
        <w:br/>
        <w:t>v -0.724432 22.945116 -0.056063</w:t>
        <w:br/>
        <w:t>v -0.777134 22.798555 0.485472</w:t>
        <w:br/>
        <w:t>v -0.799916 22.721094 0.293640</w:t>
        <w:br/>
        <w:t>v 0.729228 21.994518 -0.886938</w:t>
        <w:br/>
        <w:t>v 0.611586 22.203644 -0.949714</w:t>
        <w:br/>
        <w:t>v 0.598883 22.182516 -0.924402</w:t>
        <w:br/>
        <w:t>v 0.800275 22.514463 -0.702383</w:t>
        <w:br/>
        <w:t>v 0.806581 22.564379 -0.764541</w:t>
        <w:br/>
        <w:t>v 0.818264 22.379784 -0.839875</w:t>
        <w:br/>
        <w:t>v 0.817741 22.355129 -0.785046</w:t>
        <w:br/>
        <w:t>v 0.806581 22.564379 -0.764541</w:t>
        <w:br/>
        <w:t>v 0.818264 22.379784 -0.839875</w:t>
        <w:br/>
        <w:t>v 0.729228 21.994518 -0.886938</w:t>
        <w:br/>
        <w:t>v 0.795343 22.209648 -0.835063</w:t>
        <w:br/>
        <w:t>v 0.627212 22.923752 -0.380249</w:t>
        <w:br/>
        <w:t>v 0.780418 22.726583 -0.460164</w:t>
        <w:br/>
        <w:t>v 0.824190 22.786844 -0.503265</w:t>
        <w:br/>
        <w:t>v 0.628013 23.020071 -0.422985</w:t>
        <w:br/>
        <w:t>v -0.840778 22.622051 0.068248</w:t>
        <w:br/>
        <w:t>v -0.753262 22.735649 0.006736</w:t>
        <w:br/>
        <w:t>v 0.877123 22.668232 -0.332359</w:t>
        <w:br/>
        <w:t>v 1.041990 22.641739 -0.169251</w:t>
        <w:br/>
        <w:t>v 1.080700 22.499090 -0.307855</w:t>
        <w:br/>
        <w:t>v 0.967564 22.518389 -0.431276</w:t>
        <w:br/>
        <w:t>v -0.080210 23.045334 -0.609668</w:t>
        <w:br/>
        <w:t>v 0.085648 22.873674 -0.739033</w:t>
        <w:br/>
        <w:t>v -0.090853 22.928873 -0.574574</w:t>
        <w:br/>
        <w:t>v 0.044379 22.789017 -0.728001</w:t>
        <w:br/>
        <w:t>v -0.997650 22.682491 0.597981</w:t>
        <w:br/>
        <w:t>v -1.060594 22.596119 0.427741</w:t>
        <w:br/>
        <w:t>v -0.757551 23.117128 0.232734</w:t>
        <w:br/>
        <w:t>v -0.636699 23.235943 0.213607</w:t>
        <w:br/>
        <w:t>v -0.807629 22.837059 0.941903</w:t>
        <w:br/>
        <w:t>v -0.786239 22.728182 0.998642</w:t>
        <w:br/>
        <w:t>v -0.813571 22.584806 1.080292</w:t>
        <w:br/>
        <w:t>v -0.996782 22.448524 0.732059</w:t>
        <w:br/>
        <w:t>v 0.856321 22.946909 0.513929</w:t>
        <w:br/>
        <w:t>v 0.875928 22.677742 0.690365</w:t>
        <w:br/>
        <w:t>v 0.721076 23.031239 0.647959</w:t>
        <w:br/>
        <w:t>v 1.099458 22.691629 0.216688</w:t>
        <w:br/>
        <w:t>v 1.049374 22.429607 0.409946</w:t>
        <w:br/>
        <w:t>v 0.956436 22.565500 0.560673</w:t>
        <w:br/>
        <w:t>v 0.971948 22.830299 0.373049</w:t>
        <w:br/>
        <w:t>v 0.366496 22.753994 1.274053</w:t>
        <w:br/>
        <w:t>v 0.327713 22.897911 1.131040</w:t>
        <w:br/>
        <w:t>v -0.961644 22.509296 0.695981</w:t>
        <w:br/>
        <w:t>v 1.104516 22.329494 0.035198</w:t>
        <w:br/>
        <w:t>v 1.017257 22.282255 0.037428</w:t>
        <w:br/>
        <w:t>v 1.005136 22.338367 0.224248</w:t>
        <w:br/>
        <w:t>v 1.103674 22.384916 0.233023</w:t>
        <w:br/>
        <w:t>v 0.067750 23.021420 -0.282442</w:t>
        <w:br/>
        <w:t>v 0.312584 23.095303 -0.127753</w:t>
        <w:br/>
        <w:t>v 0.437540 23.010401 -0.254857</w:t>
        <w:br/>
        <w:t>v 0.171247 22.909094 -0.402217</w:t>
        <w:br/>
        <w:t>v 0.870080 22.242210 -0.464604</w:t>
        <w:br/>
        <w:t>v 1.044080 22.281113 -0.174488</w:t>
        <w:br/>
        <w:t>v 1.060438 22.355450 -0.265433</w:t>
        <w:br/>
        <w:t>v 0.939641 22.491152 -0.214032</w:t>
        <w:br/>
        <w:t>v 1.055524 22.534893 -0.217314</w:t>
        <w:br/>
        <w:t>v 1.078656 22.690681 -0.116255</w:t>
        <w:br/>
        <w:t>v 0.942548 22.628380 -0.107278</w:t>
        <w:br/>
        <w:t>v -0.090853 22.928873 -0.574574</w:t>
        <w:br/>
        <w:t>v 1.141429 22.557875 0.028852</w:t>
        <w:br/>
        <w:t>v 1.103674 22.384916 0.233023</w:t>
        <w:br/>
        <w:t>v -0.992339 22.328367 0.809510</w:t>
        <w:br/>
        <w:t>v 0.748176 22.310583 0.978982</w:t>
        <w:br/>
        <w:t>v 0.597899 22.401905 1.108801</w:t>
        <w:br/>
        <w:t>v 0.645794 22.491987 1.155514</w:t>
        <w:br/>
        <w:t>v 0.804098 22.400011 1.021739</w:t>
        <w:br/>
        <w:t>v -0.074519 23.054100 1.130317</w:t>
        <w:br/>
        <w:t>v 0.011311 22.888243 1.288513</w:t>
        <w:br/>
        <w:t>v -0.429856 23.290991 0.215125</w:t>
        <w:br/>
        <w:t>v 0.317947 22.486158 1.248573</w:t>
        <w:br/>
        <w:t>v 0.375552 22.612585 1.307750</w:t>
        <w:br/>
        <w:t>v 0.067828 22.709774 1.416665</w:t>
        <w:br/>
        <w:t>v 0.056574 22.775839 1.389228</w:t>
        <w:br/>
        <w:t>v 0.919335 22.246908 0.719930</w:t>
        <w:br/>
        <w:t>v 0.859409 22.316063 0.867904</w:t>
        <w:br/>
        <w:t>v 0.925077 22.490015 0.833367</w:t>
        <w:br/>
        <w:t>v 0.977272 22.402342 0.684479</w:t>
        <w:br/>
        <w:t>v 0.526549 22.551117 1.007702</w:t>
        <w:br/>
        <w:t>v 0.597899 22.401905 1.108801</w:t>
        <w:br/>
        <w:t>v 0.748176 22.310583 0.978982</w:t>
        <w:br/>
        <w:t>v 0.655617 22.469725 0.886866</w:t>
        <w:br/>
        <w:t>v 0.967863 22.066118 0.365325</w:t>
        <w:br/>
        <w:t>v 0.914945 22.120327 0.543312</w:t>
        <w:br/>
        <w:t>v 0.970738 22.183012 0.583386</w:t>
        <w:br/>
        <w:t>v 1.033641 22.112720 0.393502</w:t>
        <w:br/>
        <w:t>v 0.862196 22.175228 0.678913</w:t>
        <w:br/>
        <w:t>v 0.812960 22.233036 0.820766</w:t>
        <w:br/>
        <w:t>v 1.077325 22.291632 0.324829</w:t>
        <w:br/>
        <w:t>v 1.085923 22.206245 0.370837</w:t>
        <w:br/>
        <w:t>v 1.028721 22.315077 0.545740</w:t>
        <w:br/>
        <w:t>v 0.034021 22.599249 1.328692</w:t>
        <w:br/>
        <w:t>v -0.072923 23.064730 -0.065658</w:t>
        <w:br/>
        <w:t>v 0.148995 23.155958 0.062352</w:t>
        <w:br/>
        <w:t>v 0.963948 22.391254 0.365181</w:t>
        <w:br/>
        <w:t>v 1.049374 22.429607 0.409946</w:t>
        <w:br/>
        <w:t>v 0.956632 22.428879 0.059379</w:t>
        <w:br/>
        <w:t>v 1.005136 22.338367 0.224248</w:t>
        <w:br/>
        <w:t>v 1.017257 22.282255 0.037428</w:t>
        <w:br/>
        <w:t>v 0.964694 22.362059 -0.095851</w:t>
        <w:br/>
        <w:t>v 0.898569 22.550451 -0.514179</w:t>
        <w:br/>
        <w:t>v 0.941202 22.593990 -0.547968</w:t>
        <w:br/>
        <w:t>v 0.963948 22.391254 0.365181</w:t>
        <w:br/>
        <w:t>v 0.991911 22.304792 0.294031</w:t>
        <w:br/>
        <w:t>v 1.077325 22.291632 0.324829</w:t>
        <w:br/>
        <w:t>v 1.049374 22.429607 0.409946</w:t>
        <w:br/>
        <w:t>v 0.933272 22.733912 -0.041216</w:t>
        <w:br/>
        <w:t>v 1.021108 22.869150 -0.025950</w:t>
        <w:br/>
        <w:t>v 0.963948 22.391254 0.365181</w:t>
        <w:br/>
        <w:t>v 0.931512 22.504181 0.188885</w:t>
        <w:br/>
        <w:t>v 0.780418 22.726583 -0.460164</w:t>
        <w:br/>
        <w:t>v 0.898569 22.550451 -0.514179</w:t>
        <w:br/>
        <w:t>v 0.991304 22.000509 0.000573</w:t>
        <w:br/>
        <w:t>v 1.085929 22.117184 0.219984</w:t>
        <w:br/>
        <w:t>v 1.062745 22.161966 0.195242</w:t>
        <w:br/>
        <w:t>v 1.024953 22.176422 0.173906</w:t>
        <w:br/>
        <w:t>v 1.057781 22.059425 0.237787</w:t>
        <w:br/>
        <w:t>v 0.999300 22.092438 0.180265</w:t>
        <w:br/>
        <w:t>v 0.987354 22.029688 0.216763</w:t>
        <w:br/>
        <w:t>v 0.991304 22.000509 0.000573</w:t>
        <w:br/>
        <w:t>v -0.716715 22.451685 1.098137</w:t>
        <w:br/>
        <w:t>v -0.716715 22.451685 1.098137</w:t>
        <w:br/>
        <w:t>v -0.663518 22.597265 0.959523</w:t>
        <w:br/>
        <w:t>v 0.001931 23.157343 0.245844</w:t>
        <w:br/>
        <w:t>v 0.166149 23.114428 0.426679</w:t>
        <w:br/>
        <w:t>v 0.311543 23.061647 0.255857</w:t>
        <w:br/>
        <w:t>v -0.335212 23.129749 0.464130</w:t>
        <w:br/>
        <w:t>v -0.270315 23.105318 0.265755</w:t>
        <w:br/>
        <w:t>v 0.942548 22.628380 -0.107278</w:t>
        <w:br/>
        <w:t>v 0.939641 22.491152 -0.214032</w:t>
        <w:br/>
        <w:t>v 0.967863 22.066118 0.365325</w:t>
        <w:br/>
        <w:t>v 0.963858 22.173872 0.307957</w:t>
        <w:br/>
        <w:t>v 0.895065 22.245464 0.471603</w:t>
        <w:br/>
        <w:t>v 0.914945 22.120327 0.543312</w:t>
        <w:br/>
        <w:t>v 0.764293 22.374290 0.699450</w:t>
        <w:br/>
        <w:t>v 0.812960 22.233036 0.820766</w:t>
        <w:br/>
        <w:t>v 0.862196 22.175228 0.678913</w:t>
        <w:br/>
        <w:t>v 0.811540 22.313580 0.590986</w:t>
        <w:br/>
        <w:t>v 0.688070 22.712774 0.418733</w:t>
        <w:br/>
        <w:t>v 0.829952 22.569122 0.630048</w:t>
        <w:br/>
        <w:t>v 0.907467 22.510431 0.527697</w:t>
        <w:br/>
        <w:t>v 0.759526 22.625755 0.298929</w:t>
        <w:br/>
        <w:t>v 0.440387 22.984137 0.054876</w:t>
        <w:br/>
        <w:t>v 0.653139 22.942680 0.231090</w:t>
        <w:br/>
        <w:t>v 0.754167 22.850054 0.094393</w:t>
        <w:br/>
        <w:t>v 0.550363 22.894255 -0.076252</w:t>
        <w:br/>
        <w:t>v 0.512744 23.044159 0.414940</w:t>
        <w:br/>
        <w:t>v 0.566128 22.816349 0.598736</w:t>
        <w:br/>
        <w:t>v 0.711954 22.672009 0.802886</w:t>
        <w:br/>
        <w:t>v 0.580278 22.753725 0.930016</w:t>
        <w:br/>
        <w:t>v 0.280730 22.614592 1.177176</w:t>
        <w:br/>
        <w:t>v 0.317947 22.486158 1.248573</w:t>
        <w:br/>
        <w:t>v 0.132570 23.135929 0.786533</w:t>
        <w:br/>
        <w:t>v 0.188344 22.975376 0.930084</w:t>
        <w:br/>
        <w:t>v 0.431387 22.901583 0.742369</w:t>
        <w:br/>
        <w:t>v 0.372846 23.084881 0.561965</w:t>
        <w:br/>
        <w:t>v -0.921128 22.102745 -0.497354</w:t>
        <w:br/>
        <w:t>v -0.827330 22.044004 -0.627642</w:t>
        <w:br/>
        <w:t>v -0.897728 22.128761 -0.510678</w:t>
        <w:br/>
        <w:t>v -0.945740 22.062702 -0.341610</w:t>
        <w:br/>
        <w:t>v -0.898307 22.154308 -0.379867</w:t>
        <w:br/>
        <w:t>v -0.945740 22.062702 -0.341610</w:t>
        <w:br/>
        <w:t>v -0.993273 22.279739 -0.348859</w:t>
        <w:br/>
        <w:t>v -0.911504 22.204193 -0.433844</w:t>
        <w:br/>
        <w:t>v -0.965374 22.400866 -0.277352</w:t>
        <w:br/>
        <w:t>v -0.932185 22.523342 -0.200081</w:t>
        <w:br/>
        <w:t>v -1.094201 22.630875 -0.112122</w:t>
        <w:br/>
        <w:t>v -0.174854 23.195831 0.530632</w:t>
        <w:br/>
        <w:t>v -0.033082 23.162401 0.677517</w:t>
        <w:br/>
        <w:t>v 0.742977 22.810667 -0.207831</w:t>
        <w:br/>
        <w:t>v 0.933272 22.733912 -0.041216</w:t>
        <w:br/>
        <w:t>v 0.627212 22.923752 -0.380249</w:t>
        <w:br/>
        <w:t>v 0.933272 22.733912 -0.041216</w:t>
        <w:br/>
        <w:t>v 0.298786 22.827694 1.087142</w:t>
        <w:br/>
        <w:t>v 0.907467 22.510431 0.527697</w:t>
        <w:br/>
        <w:t>v 1.024953 22.176422 0.173906</w:t>
        <w:br/>
        <w:t>v 0.991911 22.304792 0.294031</w:t>
        <w:br/>
        <w:t>v -0.520054 22.204550 -0.975435</w:t>
        <w:br/>
        <w:t>v -0.559686 22.155207 -0.959877</w:t>
        <w:br/>
        <w:t>v -0.395008 22.092255 -0.995762</w:t>
        <w:br/>
        <w:t>v -0.541186 22.334839 -0.917312</w:t>
        <w:br/>
        <w:t>v -0.522878 22.328127 -0.875279</w:t>
        <w:br/>
        <w:t>v -0.545316 22.292166 -0.852612</w:t>
        <w:br/>
        <w:t>v -0.649135 22.203772 -0.866953</w:t>
        <w:br/>
        <w:t>v -0.522878 22.328127 -0.875279</w:t>
        <w:br/>
        <w:t>v -0.801975 22.285530 -0.811086</w:t>
        <w:br/>
        <w:t>v -0.711350 22.410158 -0.872219</w:t>
        <w:br/>
        <w:t>v 0.028648 22.552479 -0.923125</w:t>
        <w:br/>
        <w:t>v -0.153303 22.412693 -0.968766</w:t>
        <w:br/>
        <w:t>v -0.153303 22.412693 -0.968766</w:t>
        <w:br/>
        <w:t>v -0.126351 22.457563 -1.049843</w:t>
        <w:br/>
        <w:t>v 0.202903 22.705246 -0.970830</w:t>
        <w:br/>
        <w:t>v 0.207270 22.670584 -0.893503</w:t>
        <w:br/>
        <w:t>v 0.207270 22.670584 -0.893503</w:t>
        <w:br/>
        <w:t>v 0.017705 22.614513 -1.044623</w:t>
        <w:br/>
        <w:t>v 0.202903 22.705246 -0.970830</w:t>
        <w:br/>
        <w:t>v 0.293745 22.779072 -0.530977</w:t>
        <w:br/>
        <w:t>v 0.400328 22.669783 -0.647215</w:t>
        <w:br/>
        <w:t>v 0.217355 22.637287 -0.837725</w:t>
        <w:br/>
        <w:t>v 0.044379 22.789017 -0.728001</w:t>
        <w:br/>
        <w:t>v 0.265264 22.704762 -0.867728</w:t>
        <w:br/>
        <w:t>v 0.217355 22.637287 -0.837725</w:t>
        <w:br/>
        <w:t>v 0.736571 22.736494 -0.544359</w:t>
        <w:br/>
        <w:t>v 0.477651 22.793076 -0.808672</w:t>
        <w:br/>
        <w:t>v 0.628013 23.020071 -0.422985</w:t>
        <w:br/>
        <w:t>v 0.751595 22.789837 -0.613449</w:t>
        <w:br/>
        <w:t>v 0.736571 22.736494 -0.544359</w:t>
        <w:br/>
        <w:t>v 0.627212 22.923752 -0.380249</w:t>
        <w:br/>
        <w:t>v 0.751595 22.789837 -0.613449</w:t>
        <w:br/>
        <w:t>v 0.124371 22.357672 -1.100669</w:t>
        <w:br/>
        <w:t>v 0.107702 22.329403 -1.026445</w:t>
        <w:br/>
        <w:t>v 0.238327 22.274090 -1.050935</w:t>
        <w:br/>
        <w:t>v 0.249450 22.293537 -1.112046</w:t>
        <w:br/>
        <w:t>v 1.055524 22.534893 -0.217314</w:t>
        <w:br/>
        <w:t>v 1.120898 22.459711 -0.116497</w:t>
        <w:br/>
        <w:t>v 1.078656 22.690681 -0.116255</w:t>
        <w:br/>
        <w:t>v 0.987493 22.399271 -0.327203</w:t>
        <w:br/>
        <w:t>v 0.973612 22.248602 -0.171158</w:t>
        <w:br/>
        <w:t>v 0.915328 22.378469 -0.327683</w:t>
        <w:br/>
        <w:t>v 0.870080 22.242210 -0.464604</w:t>
        <w:br/>
        <w:t>v 0.987493 22.399271 -0.327203</w:t>
        <w:br/>
        <w:t>v 0.930329 22.300758 -0.255263</w:t>
        <w:br/>
        <w:t>v 0.973612 22.248602 -0.171158</w:t>
        <w:br/>
        <w:t>v 0.870080 22.242210 -0.464604</w:t>
        <w:br/>
        <w:t>v 0.915328 22.378469 -0.327683</w:t>
        <w:br/>
        <w:t>v 1.108727 22.662474 -0.487332</w:t>
        <w:br/>
        <w:t>v 1.124184 22.479631 -0.540908</w:t>
        <w:br/>
        <w:t>v 1.016192 22.439100 -0.571795</w:t>
        <w:br/>
        <w:t>v 1.105271 22.197151 -0.578203</w:t>
        <w:br/>
        <w:t>v 0.988688 22.410885 -0.548683</w:t>
        <w:br/>
        <w:t>v 1.098196 22.385717 -0.426841</w:t>
        <w:br/>
        <w:t>v 1.020364 22.393665 -0.502018</w:t>
        <w:br/>
        <w:t>v 1.098196 22.385717 -0.426841</w:t>
        <w:br/>
        <w:t>v 1.105271 22.197151 -0.578203</w:t>
        <w:br/>
        <w:t>v 0.988688 22.410885 -0.548683</w:t>
        <w:br/>
        <w:t>v 1.047651 22.860533 -0.399472</w:t>
        <w:br/>
        <w:t>v 0.987354 22.029688 0.216763</w:t>
        <w:br/>
        <w:t>v 0.991304 22.000509 0.000573</w:t>
        <w:br/>
        <w:t>v 0.391815 22.446838 -0.904233</w:t>
        <w:br/>
        <w:t>v 0.795343 22.209648 -0.835063</w:t>
        <w:br/>
        <w:t>v 0.627212 22.923752 -0.380249</w:t>
        <w:br/>
        <w:t>v -0.176799 23.032154 -0.473921</w:t>
        <w:br/>
        <w:t>v -0.239450 23.178902 -0.509159</w:t>
        <w:br/>
        <w:t>v -0.675313 22.884775 -0.560505</w:t>
        <w:br/>
        <w:t>v -0.612375 22.744228 -0.531533</w:t>
        <w:br/>
        <w:t>v -0.176799 23.032154 -0.473921</w:t>
        <w:br/>
        <w:t>v -0.239450 23.178902 -0.509159</w:t>
        <w:br/>
        <w:t>v 0.107702 22.329403 -1.026445</w:t>
        <w:br/>
        <w:t>v 0.238327 22.274090 -1.050935</w:t>
        <w:br/>
        <w:t>v 0.502912 22.309566 -0.931916</w:t>
        <w:br/>
        <w:t>v -0.474964 22.215038 -0.961906</w:t>
        <w:br/>
        <w:t>v -0.559686 22.155207 -0.959877</w:t>
        <w:br/>
        <w:t>v -0.541291 22.149822 -0.945947</w:t>
        <w:br/>
        <w:t>v -0.395008 22.092255 -0.995762</w:t>
        <w:br/>
        <w:t>v -0.465789 22.212614 -0.942468</w:t>
        <w:br/>
        <w:t>v -0.395008 22.092255 -0.995762</w:t>
        <w:br/>
        <w:t>v -0.486627 22.197617 -0.940515</w:t>
        <w:br/>
        <w:t>v -0.395008 22.092255 -0.995762</w:t>
        <w:br/>
        <w:t>v -0.541291 22.149822 -0.945947</w:t>
        <w:br/>
        <w:t>v -0.686253 22.216497 -0.897698</w:t>
        <w:br/>
        <w:t>v -0.625609 22.311625 -0.932138</w:t>
        <w:br/>
        <w:t>v -0.465789 22.212614 -0.942468</w:t>
        <w:br/>
        <w:t>v -0.593485 22.458048 -0.864762</w:t>
        <w:br/>
        <w:t>v -0.876447 22.133261 -0.513455</w:t>
        <w:br/>
        <w:t>v -0.918296 22.066360 -0.471940</w:t>
        <w:br/>
        <w:t>v -0.899692 22.052485 -0.461238</w:t>
        <w:br/>
        <w:t>v -0.827330 22.044004 -0.627642</w:t>
        <w:br/>
        <w:t>v -0.946847 22.196287 -0.429682</w:t>
        <w:br/>
        <w:t>v -0.870728 22.105272 -0.483416</w:t>
        <w:br/>
        <w:t>v -0.827330 22.044004 -0.627642</w:t>
        <w:br/>
        <w:t>v -0.899692 22.052485 -0.461238</w:t>
        <w:br/>
        <w:t>v -0.876447 22.133261 -0.513455</w:t>
        <w:br/>
        <w:t>v -0.943863 22.290443 -0.354616</w:t>
        <w:br/>
        <w:t>v -1.042622 22.036423 -0.039019</w:t>
        <w:br/>
        <w:t>v -1.059413 22.032907 0.064987</w:t>
        <w:br/>
        <w:t>v -0.997477 22.010130 0.074216</w:t>
        <w:br/>
        <w:t>v 1.108727 22.662474 -0.487332</w:t>
        <w:br/>
        <w:t>v -0.843212 22.420427 0.156999</w:t>
        <w:br/>
        <w:t>v -1.028535 22.412704 0.534712</w:t>
        <w:br/>
        <w:t>v -0.151982 23.076443 0.036699</w:t>
        <w:br/>
        <w:t>v -0.724432 22.945116 -0.056063</w:t>
        <w:br/>
        <w:t>v -1.052494 22.348280 0.585252</w:t>
        <w:br/>
        <w:t>v -0.475937 22.530993 1.325294</w:t>
        <w:br/>
        <w:t>v -0.496668 22.511683 1.358886</w:t>
        <w:br/>
        <w:t>v -0.525999 22.424063 1.287513</w:t>
        <w:br/>
        <w:t>v -0.493332 22.362501 1.312286</w:t>
        <w:br/>
        <w:t>v -0.522567 22.386032 1.280403</w:t>
        <w:br/>
        <w:t>v -0.525999 22.424063 1.287513</w:t>
        <w:br/>
        <w:t>v -0.391332 22.797394 1.480978</w:t>
        <w:br/>
        <w:t>v -0.395352 22.770662 1.532233</w:t>
        <w:br/>
        <w:t>v -0.452347 22.639774 1.447971</w:t>
        <w:br/>
        <w:t>v -0.379996 22.559227 1.514286</w:t>
        <w:br/>
        <w:t>v -0.439696 22.466583 1.414399</w:t>
        <w:br/>
        <w:t>v -0.496668 22.511683 1.358886</w:t>
        <w:br/>
        <w:t>v -0.324111 22.909430 1.603765</w:t>
        <w:br/>
        <w:t>v -0.319771 22.936026 1.531632</w:t>
        <w:br/>
        <w:t>v 0.189767 23.045141 1.483611</w:t>
        <w:br/>
        <w:t>v 0.270606 22.963343 1.476243</w:t>
        <w:br/>
        <w:t>v 0.190001 22.953815 1.571744</w:t>
        <w:br/>
        <w:t>v -0.025010 22.880812 1.674320</w:t>
        <w:br/>
        <w:t>v -0.156724 23.086433 1.574313</w:t>
        <w:br/>
        <w:t>v -0.057397 23.030054 1.551727</w:t>
        <w:br/>
        <w:t>v 0.050936 22.870895 1.620424</w:t>
        <w:br/>
        <w:t>v 0.207710 21.804863 1.460726</w:t>
        <w:br/>
        <w:t>v 0.156897 21.791920 1.531065</w:t>
        <w:br/>
        <w:t>v 0.206627 21.917078 1.597098</w:t>
        <w:br/>
        <w:t>v 0.267341 21.915958 1.481637</w:t>
        <w:br/>
        <w:t>v 0.074403 22.710592 1.754364</w:t>
        <w:br/>
        <w:t>v 0.126042 22.720329 1.671594</w:t>
        <w:br/>
        <w:t>v -0.024265 22.677933 1.802796</w:t>
        <w:br/>
        <w:t>v -0.120150 22.852459 1.715893</w:t>
        <w:br/>
        <w:t>v 0.129629 22.515461 1.823963</w:t>
        <w:br/>
        <w:t>v 0.046976 22.487339 1.870320</w:t>
        <w:br/>
        <w:t>v 0.162610 22.521391 1.714111</w:t>
        <w:br/>
        <w:t>v -0.142773 21.915800 1.713406</w:t>
        <w:br/>
        <w:t>v -0.103007 21.918150 1.670973</w:t>
        <w:br/>
        <w:t>v -0.087352 22.100157 1.702058</w:t>
        <w:br/>
        <w:t>v -0.138342 22.108320 1.760495</w:t>
        <w:br/>
        <w:t>v 0.057447 21.924858 1.753773</w:t>
        <w:br/>
        <w:t>v 0.112095 22.125912 1.817470</w:t>
        <w:br/>
        <w:t>v 0.122260 22.124088 1.706429</w:t>
        <w:br/>
        <w:t>v 0.064535 21.920713 1.674576</w:t>
        <w:br/>
        <w:t>v 0.033186 21.919727 1.662480</w:t>
        <w:br/>
        <w:t>v 0.109667 22.124672 1.702333</w:t>
        <w:br/>
        <w:t>v 0.203882 22.130243 1.706065</w:t>
        <w:br/>
        <w:t>v 0.126748 21.920834 1.657048</w:t>
        <w:br/>
        <w:t>v -0.151078 22.230322 1.766766</w:t>
        <w:br/>
        <w:t>v -0.180238 22.367855 1.738206</w:t>
        <w:br/>
        <w:t>v -0.100163 22.426794 1.875117</w:t>
        <w:br/>
        <w:t>v -0.074830 22.253853 1.898475</w:t>
        <w:br/>
        <w:t>v -0.147190 21.696556 1.606080</w:t>
        <w:br/>
        <w:t>v -0.163144 21.693817 1.622772</w:t>
        <w:br/>
        <w:t>v -0.184443 21.576269 1.567715</w:t>
        <w:br/>
        <w:t>v -0.087456 21.623585 1.513930</w:t>
        <w:br/>
        <w:t>v -0.048661 21.683666 1.538437</w:t>
        <w:br/>
        <w:t>v -0.063335 21.683901 1.555462</w:t>
        <w:br/>
        <w:t>v -0.078666 21.689211 1.638383</w:t>
        <w:br/>
        <w:t>v -0.068781 21.688673 1.605252</w:t>
        <w:br/>
        <w:t>v -0.184443 21.576269 1.567715</w:t>
        <w:br/>
        <w:t>v -0.015537 21.778877 1.686563</w:t>
        <w:br/>
        <w:t>v -0.002252 21.779810 1.633573</w:t>
        <w:br/>
        <w:t>v -0.381405 22.452700 1.413069</w:t>
        <w:br/>
        <w:t>v -0.454262 22.355961 1.310194</w:t>
        <w:br/>
        <w:t>v -0.311432 22.526697 1.507536</w:t>
        <w:br/>
        <w:t>v 0.127657 22.934572 1.605003</w:t>
        <w:br/>
        <w:t>v 0.216035 22.767296 1.659245</w:t>
        <w:br/>
        <w:t>v 0.264254 22.528114 1.706346</w:t>
        <w:br/>
        <w:t>v -0.021028 21.929338 1.646411</w:t>
        <w:br/>
        <w:t>v 0.064535 21.920713 1.674576</w:t>
        <w:br/>
        <w:t>v 0.122260 22.124088 1.706429</w:t>
        <w:br/>
        <w:t>v 0.013058 22.121088 1.672529</w:t>
        <w:br/>
        <w:t>v 0.109667 22.124672 1.702333</w:t>
        <w:br/>
        <w:t>v 0.033186 21.919727 1.662480</w:t>
        <w:br/>
        <w:t>v 0.080552 21.919548 1.589784</w:t>
        <w:br/>
        <w:t>v 0.169273 22.129543 1.624143</w:t>
        <w:br/>
        <w:t>v -0.026770 21.773935 1.606406</w:t>
        <w:br/>
        <w:t>v 0.004769 21.775440 1.567216</w:t>
        <w:br/>
        <w:t>v 0.014598 23.068882 1.539998</w:t>
        <w:br/>
        <w:t>v -0.087456 21.623585 1.513930</w:t>
        <w:br/>
        <w:t>v -0.034091 21.685137 1.556797</w:t>
        <w:br/>
        <w:t>v -0.017707 21.683760 1.541275</w:t>
        <w:br/>
        <w:t>v 0.272825 22.135252 1.648654</w:t>
        <w:br/>
        <w:t>v 0.346780 22.134056 1.491855</w:t>
        <w:br/>
        <w:t>v 0.261153 22.134066 1.646221</w:t>
        <w:br/>
        <w:t>v 0.158131 21.919142 1.597508</w:t>
        <w:br/>
        <w:t>v 0.277519 22.779200 1.617969</w:t>
        <w:br/>
        <w:t>v 0.324486 22.534939 1.654501</w:t>
        <w:br/>
        <w:t>v 0.098829 23.076746 1.518145</w:t>
        <w:br/>
        <w:t>v 0.283991 23.253036 1.205921</w:t>
        <w:br/>
        <w:t>v 0.104513 23.320002 1.293558</w:t>
        <w:br/>
        <w:t>v 0.098105 23.310673 1.214452</w:t>
        <w:br/>
        <w:t>v -0.156724 23.086433 1.574313</w:t>
        <w:br/>
        <w:t>v -0.174548 23.065018 1.520396</w:t>
        <w:br/>
        <w:t>v -0.057397 23.030054 1.551727</w:t>
        <w:br/>
        <w:t>v 0.034404 21.776129 1.606946</w:t>
        <w:br/>
        <w:t>v -0.026770 21.773935 1.606406</w:t>
        <w:br/>
        <w:t>v -0.017707 21.683760 1.541275</w:t>
        <w:br/>
        <w:t>v -0.240711 23.028187 1.613632</w:t>
        <w:br/>
        <w:t>v 0.108919 21.709011 1.433208</w:t>
        <w:br/>
        <w:t>v 0.115924 21.701662 1.470221</w:t>
        <w:br/>
        <w:t>v 0.074230 21.620874 1.402046</w:t>
        <w:br/>
        <w:t>v 0.407507 22.528408 1.478748</w:t>
        <w:br/>
        <w:t>v 0.357727 22.768606 1.477210</w:t>
        <w:br/>
        <w:t>v 0.206627 21.917078 1.597098</w:t>
        <w:br/>
        <w:t>v 0.179744 21.915791 1.489034</w:t>
        <w:br/>
        <w:t>v 0.233114 22.131849 1.500296</w:t>
        <w:br/>
        <w:t>v 0.272825 22.135252 1.648654</w:t>
        <w:br/>
        <w:t>v 0.385296 22.316486 1.486193</w:t>
        <w:br/>
        <w:t>v 0.306625 22.316956 1.661565</w:t>
        <w:br/>
        <w:t>v -0.566358 22.631668 1.376121</w:t>
        <w:br/>
        <w:t>v -0.628401 22.820036 1.343200</w:t>
        <w:br/>
        <w:t>v -0.537991 22.892328 1.386078</w:t>
        <w:br/>
        <w:t>v -0.485106 22.714430 1.418750</w:t>
        <w:br/>
        <w:t>v -0.456082 23.228119 1.219469</w:t>
        <w:br/>
        <w:t>v -0.347438 23.304304 1.255089</w:t>
        <w:br/>
        <w:t>v -0.327504 23.174082 1.392540</w:t>
        <w:br/>
        <w:t>v -0.454666 23.104431 1.344651</w:t>
        <w:br/>
        <w:t>v -0.059381 23.002760 1.497496</w:t>
        <w:br/>
        <w:t>v 0.098829 23.076746 1.518145</w:t>
        <w:br/>
        <w:t>v 0.014598 23.068882 1.539998</w:t>
        <w:br/>
        <w:t>v 0.008039 23.059288 1.500937</w:t>
        <w:br/>
        <w:t>v 0.098854 23.070013 1.492501</w:t>
        <w:br/>
        <w:t>v -0.512239 23.364775 0.687760</w:t>
        <w:br/>
        <w:t>v -0.565989 23.417959 0.793683</w:t>
        <w:br/>
        <w:t>v -0.632420 23.302004 0.818847</w:t>
        <w:br/>
        <w:t>v -0.580953 23.250362 0.711724</w:t>
        <w:br/>
        <w:t>v -0.565989 23.417959 0.793683</w:t>
        <w:br/>
        <w:t>v -0.520465 23.388216 0.861472</w:t>
        <w:br/>
        <w:t>v -0.590665 23.259487 0.883088</w:t>
        <w:br/>
        <w:t>v -0.632420 23.302004 0.818847</w:t>
        <w:br/>
        <w:t>v -0.482717 23.368517 0.877313</w:t>
        <w:br/>
        <w:t>v -0.550669 23.248013 0.889655</w:t>
        <w:br/>
        <w:t>v 1.194656 22.687614 0.401106</w:t>
        <w:br/>
        <w:t>v 1.087072 22.567757 0.522508</w:t>
        <w:br/>
        <w:t>v 0.998387 22.720469 0.684367</w:t>
        <w:br/>
        <w:t>v 1.097019 22.844213 0.555931</w:t>
        <w:br/>
        <w:t>v 0.672940 23.063826 0.990200</w:t>
        <w:br/>
        <w:t>v 0.857058 22.904476 0.851231</w:t>
        <w:br/>
        <w:t>v 0.832767 22.826399 0.944558</w:t>
        <w:br/>
        <w:t>v 0.663796 23.001663 1.067466</w:t>
        <w:br/>
        <w:t>v -0.286644 23.544907 0.572439</w:t>
        <w:br/>
        <w:t>v -0.332707 23.608793 0.682496</w:t>
        <w:br/>
        <w:t>v -0.443566 23.519558 0.745510</w:t>
        <w:br/>
        <w:t>v -0.406617 23.455723 0.637663</w:t>
        <w:br/>
        <w:t>v -0.332707 23.608793 0.682496</w:t>
        <w:br/>
        <w:t>v -0.298755 23.584967 0.759661</w:t>
        <w:br/>
        <w:t>v -0.405937 23.493992 0.823705</w:t>
        <w:br/>
        <w:t>v -0.443566 23.519558 0.745510</w:t>
        <w:br/>
        <w:t>v -0.241908 23.547071 0.798772</w:t>
        <w:br/>
        <w:t>v -0.361163 23.459446 0.843269</w:t>
        <w:br/>
        <w:t>v -0.197543 23.797489 0.564767</w:t>
        <w:br/>
        <w:t>v -0.181607 23.789122 0.591837</w:t>
        <w:br/>
        <w:t>v -0.216419 23.701429 0.652814</w:t>
        <w:br/>
        <w:t>v -0.238243 23.716974 0.598346</w:t>
        <w:br/>
        <w:t>v -0.146013 23.668629 0.658420</w:t>
        <w:br/>
        <w:t>v -0.167255 23.787262 0.521363</w:t>
        <w:br/>
        <w:t>v -0.197543 23.797489 0.564767</w:t>
        <w:br/>
        <w:t>v -0.238243 23.716974 0.598346</w:t>
        <w:br/>
        <w:t>v -0.188433 23.674520 0.526549</w:t>
        <w:br/>
        <w:t>v -0.174885 23.884777 0.548450</w:t>
        <w:br/>
        <w:t>v -0.167255 23.787262 0.521363</w:t>
        <w:br/>
        <w:t>v -0.142298 23.789091 0.543830</w:t>
        <w:br/>
        <w:t>v -0.174885 23.884777 0.548450</w:t>
        <w:br/>
        <w:t>v -0.142298 23.789091 0.543830</w:t>
        <w:br/>
        <w:t>v -0.152140 23.786211 0.583783</w:t>
        <w:br/>
        <w:t>v -0.174885 23.884777 0.548450</w:t>
        <w:br/>
        <w:t>v -0.174885 23.884777 0.548450</w:t>
        <w:br/>
        <w:t>v -0.181607 23.789122 0.591837</w:t>
        <w:br/>
        <w:t>v -0.128091 23.697134 0.582421</w:t>
        <w:br/>
        <w:t>v -0.146013 23.668629 0.658420</w:t>
        <w:br/>
        <w:t>v -0.577362 22.531301 1.300029</w:t>
        <w:br/>
        <w:t>v -0.675286 22.581081 1.350181</w:t>
        <w:br/>
        <w:t>v -0.701170 22.676378 1.335537</w:t>
        <w:br/>
        <w:t>v -0.662166 22.469790 1.324963</w:t>
        <w:br/>
        <w:t>v -0.779173 22.474476 1.300813</w:t>
        <w:br/>
        <w:t>v -0.808231 22.563103 1.301374</w:t>
        <w:br/>
        <w:t>v -0.841139 22.637030 1.292063</w:t>
        <w:br/>
        <w:t>v -0.966660 22.467079 1.163520</w:t>
        <w:br/>
        <w:t>v -0.991259 22.529226 1.140080</w:t>
        <w:br/>
        <w:t>v -0.917124 22.388409 1.156761</w:t>
        <w:br/>
        <w:t>v -1.085620 22.307661 0.960222</w:t>
        <w:br/>
        <w:t>v -1.027969 22.265419 0.984833</w:t>
        <w:br/>
        <w:t>v -1.137861 22.199551 0.840194</w:t>
        <w:br/>
        <w:t>v -1.085277 22.175135 0.862552</w:t>
        <w:br/>
        <w:t>v -1.223838 21.863234 0.537372</w:t>
        <w:br/>
        <w:t>v -1.211574 22.010519 0.645765</w:t>
        <w:br/>
        <w:t>v -1.194875 22.000376 0.655976</w:t>
        <w:br/>
        <w:t>v -1.174271 22.222656 0.813587</w:t>
        <w:br/>
        <w:t>v -1.169057 22.102465 0.747758</w:t>
        <w:br/>
        <w:t>v -1.196619 22.119467 0.728858</w:t>
        <w:br/>
        <w:t>v -0.985507 22.249895 0.955856</w:t>
        <w:br/>
        <w:t>v -1.046130 22.172144 0.858928</w:t>
        <w:br/>
        <w:t>v -0.783515 22.846573 1.233269</w:t>
        <w:br/>
        <w:t>v -0.936974 22.821524 1.175622</w:t>
        <w:br/>
        <w:t>v -0.924989 22.986366 1.080905</w:t>
        <w:br/>
        <w:t>v -0.786332 22.997570 1.111919</w:t>
        <w:br/>
        <w:t>v -0.734885 22.743488 1.258712</w:t>
        <w:br/>
        <w:t>v -0.860161 22.699774 1.206487</w:t>
        <w:br/>
        <w:t>v -0.629116 22.719648 1.275763</w:t>
        <w:br/>
        <w:t>v -0.640501 22.824734 1.226708</w:t>
        <w:br/>
        <w:t>v -0.784122 23.000736 1.031973</w:t>
        <w:br/>
        <w:t>v -0.664093 22.982952 1.078445</w:t>
        <w:br/>
        <w:t>v -0.696928 22.961149 1.094003</w:t>
        <w:br/>
        <w:t>v -0.972769 22.596376 1.082271</w:t>
        <w:br/>
        <w:t>v -1.047700 22.745979 1.035249</w:t>
        <w:br/>
        <w:t>v -1.085255 22.522530 0.873256</w:t>
        <w:br/>
        <w:t>v -1.139578 22.662142 0.845665</w:t>
        <w:br/>
        <w:t>v -1.130304 22.809580 0.773176</w:t>
        <w:br/>
        <w:t>v -1.038224 22.911505 0.962417</w:t>
        <w:br/>
        <w:t>v -1.194420 22.707838 0.579917</w:t>
        <w:br/>
        <w:t>v -1.211443 22.598692 0.620941</w:t>
        <w:br/>
        <w:t>v -1.188713 22.484264 0.629978</w:t>
        <w:br/>
        <w:t>v -1.298815 22.558083 0.398466</w:t>
        <w:br/>
        <w:t>v -1.265640 22.623655 0.385006</w:t>
        <w:br/>
        <w:t>v -1.286887 22.478878 0.404744</w:t>
        <w:br/>
        <w:t>v -1.360582 22.563869 0.126011</w:t>
        <w:br/>
        <w:t>v -1.374625 22.537008 0.129035</w:t>
        <w:br/>
        <w:t>v -1.425453 22.539804 -0.034255</w:t>
        <w:br/>
        <w:t>v -1.371961 22.511881 0.129738</w:t>
        <w:br/>
        <w:t>v -1.227835 22.449949 0.390938</w:t>
        <w:br/>
        <w:t>v -1.286584 22.467501 0.256339</w:t>
        <w:br/>
        <w:t>v -1.331140 22.494440 0.264861</w:t>
        <w:br/>
        <w:t>v -1.336194 22.571777 0.119473</w:t>
        <w:br/>
        <w:t>v -1.425453 22.539804 -0.034255</w:t>
        <w:br/>
        <w:t>v -0.784122 23.000736 1.031973</w:t>
        <w:br/>
        <w:t>v -0.869399 23.011232 0.999716</w:t>
        <w:br/>
        <w:t>v -0.843626 23.158787 0.954101</w:t>
        <w:br/>
        <w:t>v -0.818095 23.299231 0.811636</w:t>
        <w:br/>
        <w:t>v -0.710300 23.187267 0.896674</w:t>
        <w:br/>
        <w:t>v -0.762752 23.121861 0.977477</w:t>
        <w:br/>
        <w:t>v -1.054156 23.084990 0.653407</w:t>
        <w:br/>
        <w:t>v -0.971110 23.195845 0.567663</w:t>
        <w:br/>
        <w:t>v -0.894701 23.251133 0.714669</w:t>
        <w:br/>
        <w:t>v -0.967475 23.139793 0.805996</w:t>
        <w:br/>
        <w:t>v -0.986534 22.989603 0.876733</w:t>
        <w:br/>
        <w:t>v -1.152238 23.021828 0.416535</w:t>
        <w:br/>
        <w:t>v -1.047029 23.146767 0.369987</w:t>
        <w:br/>
        <w:t>v -1.208179 22.951256 0.194974</w:t>
        <w:br/>
        <w:t>v -1.097715 23.077770 0.170625</w:t>
        <w:br/>
        <w:t>v -1.220491 22.827539 0.224061</w:t>
        <w:br/>
        <w:t>v -1.265370 22.938913 -0.009857</w:t>
        <w:br/>
        <w:t>v -1.176303 23.032887 -0.024039</w:t>
        <w:br/>
        <w:t>v -1.283854 22.835247 0.003619</w:t>
        <w:br/>
        <w:t>v -1.425575 22.994011 -0.432294</w:t>
        <w:br/>
        <w:t>v -1.331188 22.995195 -0.288861</w:t>
        <w:br/>
        <w:t>v -1.357906 22.963755 -0.281293</w:t>
        <w:br/>
        <w:t>v -1.373525 22.926014 -0.279248</w:t>
        <w:br/>
        <w:t>v -1.308069 23.002939 -0.294305</w:t>
        <w:br/>
        <w:t>v -1.246408 22.775984 0.014817</w:t>
        <w:br/>
        <w:t>v -1.304091 22.834734 -0.149631</w:t>
        <w:br/>
        <w:t>v -1.331898 22.879089 -0.150315</w:t>
        <w:br/>
        <w:t>v -0.671243 23.021671 1.031330</w:t>
        <w:br/>
        <w:t>v -0.652421 23.090092 0.952497</w:t>
        <w:br/>
        <w:t>v -0.699754 23.032753 1.090723</w:t>
        <w:br/>
        <w:t>v -0.756649 23.020172 1.109923</w:t>
        <w:br/>
        <w:t>v -0.696928 22.961149 1.094003</w:t>
        <w:br/>
        <w:t>v -0.664093 22.982952 1.078445</w:t>
        <w:br/>
        <w:t>v -0.228448 23.537153 0.878233</w:t>
        <w:br/>
        <w:t>v -0.119993 23.570957 0.844177</w:t>
        <w:br/>
        <w:t>v -0.092684 23.532606 0.926129</w:t>
        <w:br/>
        <w:t>v -0.644097 23.520245 0.521563</w:t>
        <w:br/>
        <w:t>v -0.771840 23.507593 0.604555</w:t>
        <w:br/>
        <w:t>v -0.732118 23.499321 0.623328</w:t>
        <w:br/>
        <w:t>v 0.686678 23.343102 0.700057</w:t>
        <w:br/>
        <w:t>v 0.677469 23.408613 0.638397</w:t>
        <w:br/>
        <w:t>v 0.904725 23.260668 0.457639</w:t>
        <w:br/>
        <w:t>v 0.896763 23.165693 0.534951</w:t>
        <w:br/>
        <w:t>v 0.054621 23.541725 0.499426</w:t>
        <w:br/>
        <w:t>v 0.225190 23.578939 0.363389</w:t>
        <w:br/>
        <w:t>v 0.170920 23.650305 0.267852</w:t>
        <w:br/>
        <w:t>v -0.007949 23.600122 0.425948</w:t>
        <w:br/>
        <w:t>v 0.435941 23.804062 0.272375</w:t>
        <w:br/>
        <w:t>v 0.271824 23.804298 0.399962</w:t>
        <w:br/>
        <w:t>v 0.171606 23.759377 0.251057</w:t>
        <w:br/>
        <w:t>v 0.346889 23.777760 0.151634</w:t>
        <w:br/>
        <w:t>v 0.435941 23.804062 0.272375</w:t>
        <w:br/>
        <w:t>v 0.579022 23.798719 0.125882</w:t>
        <w:br/>
        <w:t>v 0.620489 23.679531 0.205080</w:t>
        <w:br/>
        <w:t>v 0.479514 23.645390 0.358155</w:t>
        <w:br/>
        <w:t>v 0.691477 23.806131 -0.011272</w:t>
        <w:br/>
        <w:t>v 0.718819 23.725584 0.052142</w:t>
        <w:br/>
        <w:t>v 0.579022 23.798719 0.125882</w:t>
        <w:br/>
        <w:t>v 0.517861 23.788845 0.025553</w:t>
        <w:br/>
        <w:t>v 0.655163 23.801138 -0.085793</w:t>
        <w:br/>
        <w:t>v 0.804879 23.791780 -0.137289</w:t>
        <w:br/>
        <w:t>v 0.787872 23.831673 -0.166341</w:t>
        <w:br/>
        <w:t>v 0.787872 23.831673 -0.166341</w:t>
        <w:br/>
        <w:t>v 0.764899 23.824076 -0.201482</w:t>
        <w:br/>
        <w:t>v 0.839398 23.858387 -0.291951</w:t>
        <w:br/>
        <w:t>v 0.839398 23.858387 -0.291951</w:t>
        <w:br/>
        <w:t>v 0.402537 23.607059 0.244705</w:t>
        <w:br/>
        <w:t>v 0.553963 23.647484 0.106783</w:t>
        <w:br/>
        <w:t>v 0.507729 23.693441 0.036065</w:t>
        <w:br/>
        <w:t>v 0.344290 23.676186 0.161819</w:t>
        <w:br/>
        <w:t>v 0.678027 23.699108 -0.031948</w:t>
        <w:br/>
        <w:t>v 0.646078 23.730597 -0.088066</w:t>
        <w:br/>
        <w:t>v 0.787991 23.780275 -0.184229</w:t>
        <w:br/>
        <w:t>v 0.762243 23.791887 -0.204999</w:t>
        <w:br/>
        <w:t>v 0.839398 23.858387 -0.291951</w:t>
        <w:br/>
        <w:t>v -0.206441 23.371088 1.300491</w:t>
        <w:br/>
        <w:t>v -0.170577 23.244349 1.429152</w:t>
        <w:br/>
        <w:t>v -0.225645 22.900776 1.478878</w:t>
        <w:br/>
        <w:t>v -0.275561 22.934290 1.492841</w:t>
        <w:br/>
        <w:t>v -0.368351 22.808060 1.449134</w:t>
        <w:br/>
        <w:t>v 0.054621 23.541725 0.499426</w:t>
        <w:br/>
        <w:t>v 0.309629 23.627514 0.492066</w:t>
        <w:br/>
        <w:t>v 0.225190 23.578939 0.363389</w:t>
        <w:br/>
        <w:t>v 0.402537 23.607059 0.244705</w:t>
        <w:br/>
        <w:t>v 0.479514 23.645390 0.358155</w:t>
        <w:br/>
        <w:t>v 0.787991 23.780275 -0.184229</w:t>
        <w:br/>
        <w:t>v 0.678027 23.699108 -0.031948</w:t>
        <w:br/>
        <w:t>v 0.718819 23.725584 0.052142</w:t>
        <w:br/>
        <w:t>v 0.804879 23.791780 -0.137289</w:t>
        <w:br/>
        <w:t>v 0.839398 23.858387 -0.291951</w:t>
        <w:br/>
        <w:t>v -0.577362 22.531301 1.300029</w:t>
        <w:br/>
        <w:t>v -0.629116 22.719648 1.275763</w:t>
        <w:br/>
        <w:t>v -0.658360 22.943514 1.133278</w:t>
        <w:br/>
        <w:t>v -0.657168 23.034758 1.143589</w:t>
        <w:br/>
        <w:t>v -0.674264 22.970478 1.210188</w:t>
        <w:br/>
        <w:t>v -0.670892 22.881643 1.174183</w:t>
        <w:br/>
        <w:t>v -0.557117 23.017202 1.315898</w:t>
        <w:br/>
        <w:t>v -0.645558 22.912874 1.286440</w:t>
        <w:br/>
        <w:t>v -0.574303 23.077757 1.246009</w:t>
        <w:br/>
        <w:t>v 0.285213 23.247757 1.262596</w:t>
        <w:br/>
        <w:t>v 0.346112 23.093733 1.427016</w:t>
        <w:br/>
        <w:t>v 0.270606 22.963343 1.476243</w:t>
        <w:br/>
        <w:t>v 0.113832 23.050707 1.482841</w:t>
        <w:br/>
        <w:t>v 0.129581 23.197969 1.445804</w:t>
        <w:br/>
        <w:t>v 0.679764 22.834549 1.314716</w:t>
        <w:br/>
        <w:t>v 0.555837 22.682922 1.410778</w:t>
        <w:br/>
        <w:t>v 0.417113 22.839664 1.454849</w:t>
        <w:br/>
        <w:t>v 0.524223 22.986164 1.391271</w:t>
        <w:br/>
        <w:t>v -0.347438 23.304304 1.255089</w:t>
        <w:br/>
        <w:t>v -0.456082 23.228119 1.219469</w:t>
        <w:br/>
        <w:t>v -0.338192 23.288813 1.225279</w:t>
        <w:br/>
        <w:t>v 0.842042 22.803104 1.012565</w:t>
        <w:br/>
        <w:t>v 0.674621 22.982941 1.130782</w:t>
        <w:br/>
        <w:t>v 0.663796 23.001663 1.067466</w:t>
        <w:br/>
        <w:t>v 0.832767 22.826399 0.944558</w:t>
        <w:br/>
        <w:t>v 0.652096 22.509336 1.344736</w:t>
        <w:br/>
        <w:t>v 0.815229 22.657896 1.217798</w:t>
        <w:br/>
        <w:t>v 0.958245 22.632462 0.801880</w:t>
        <w:br/>
        <w:t>v 0.961742 22.600670 0.865310</w:t>
        <w:br/>
        <w:t>v 0.740047 22.300747 1.221683</w:t>
        <w:br/>
        <w:t>v 0.928196 22.459166 1.082610</w:t>
        <w:br/>
        <w:t>v 1.024163 22.266405 0.912831</w:t>
        <w:br/>
        <w:t>v 0.852183 22.104776 1.030401</w:t>
        <w:br/>
        <w:t>v 1.117972 22.057219 0.688565</w:t>
        <w:br/>
        <w:t>v 0.981320 21.917973 0.766595</w:t>
        <w:br/>
        <w:t>v 1.079306 22.247009 0.512886</w:t>
        <w:br/>
        <w:t>v 1.115949 22.203527 0.543144</w:t>
        <w:br/>
        <w:t>v 1.053686 22.407036 0.706726</w:t>
        <w:br/>
        <w:t>v 1.032631 22.445908 0.660683</w:t>
        <w:br/>
        <w:t>v 1.215936 21.853802 0.231855</w:t>
        <w:br/>
        <w:t>v 1.193317 21.861893 0.191137</w:t>
        <w:br/>
        <w:t>v 1.244882 21.780085 0.118847</w:t>
        <w:br/>
        <w:t>v 1.263410 21.774988 0.149669</w:t>
        <w:br/>
        <w:t>v 1.177708 21.881001 0.480649</w:t>
        <w:br/>
        <w:t>v 1.165890 21.981155 0.354475</w:t>
        <w:br/>
        <w:t>v 1.133441 22.003506 0.303727</w:t>
        <w:br/>
        <w:t>v -0.664093 22.982952 1.078445</w:t>
        <w:br/>
        <w:t>v -0.671243 23.021671 1.031330</w:t>
        <w:br/>
        <w:t>v -0.670847 23.099859 1.029191</w:t>
        <w:br/>
        <w:t>v -0.378235 23.405502 1.115946</w:t>
        <w:br/>
        <w:t>v -0.233861 23.475542 1.139599</w:t>
        <w:br/>
        <w:t>v -0.201875 23.331177 1.236992</w:t>
        <w:br/>
        <w:t>v -0.338192 23.288813 1.225279</w:t>
        <w:br/>
        <w:t>v 0.268243 23.272446 1.176302</w:t>
        <w:br/>
        <w:t>v 0.283991 23.253036 1.205921</w:t>
        <w:br/>
        <w:t>v 0.098105 23.310673 1.214452</w:t>
        <w:br/>
        <w:t>v -0.084189 23.492235 1.146867</w:t>
        <w:br/>
        <w:t>v -0.255461 23.535059 1.025012</w:t>
        <w:br/>
        <w:t>v -0.111108 23.561274 1.015996</w:t>
        <w:br/>
        <w:t>v 0.478986 23.146183 1.154813</w:t>
        <w:br/>
        <w:t>v 0.474006 23.188559 1.096919</w:t>
        <w:br/>
        <w:t>v 0.510235 23.380817 1.023873</w:t>
        <w:br/>
        <w:t>v 0.273562 23.453089 1.098654</w:t>
        <w:br/>
        <w:t>v 0.246389 23.555410 0.952631</w:t>
        <w:br/>
        <w:t>v 0.485687 23.493036 0.861757</w:t>
        <w:br/>
        <w:t>v 0.750233 23.243855 0.895160</w:t>
        <w:br/>
        <w:t>v 0.940016 23.060734 0.741256</w:t>
        <w:br/>
        <w:t>v 0.722743 23.359240 0.721070</w:t>
        <w:br/>
        <w:t>v 0.910628 23.174664 0.544871</w:t>
        <w:br/>
        <w:t>v 0.958245 22.632462 0.801880</w:t>
        <w:br/>
        <w:t>v 1.057734 22.973801 0.371522</w:t>
        <w:br/>
        <w:t>v -0.652421 23.090092 0.952497</w:t>
        <w:br/>
        <w:t>v -0.621773 23.132851 0.904735</w:t>
        <w:br/>
        <w:t>v 1.293212 22.544748 0.219984</w:t>
        <w:br/>
        <w:t>v 1.150316 22.808529 0.211350</w:t>
        <w:br/>
        <w:t>v 1.231768 22.655848 0.061508</w:t>
        <w:br/>
        <w:t>v 1.377818 22.292057 -0.024350</w:t>
        <w:br/>
        <w:t>v 1.244176 22.317276 0.215858</w:t>
        <w:br/>
        <w:t>v 1.350744 22.455477 0.088881</w:t>
        <w:br/>
        <w:t>v 1.428654 22.394892 -0.079261</w:t>
        <w:br/>
        <w:t>v 1.296698 22.567022 -0.040102</w:t>
        <w:br/>
        <w:t>v 1.378524 22.490440 -0.153066</w:t>
        <w:br/>
        <w:t>v -0.426274 22.660528 1.384025</w:t>
        <w:br/>
        <w:t>v -0.475937 22.530993 1.325294</w:t>
        <w:br/>
        <w:t>v 1.501020 22.372213 -0.222042</w:t>
        <w:br/>
        <w:t>v 1.483906 22.293982 -0.198992</w:t>
        <w:br/>
        <w:t>v 1.474660 22.435324 -0.271436</w:t>
        <w:br/>
        <w:t>v 1.120764 21.670860 0.348251</w:t>
        <w:br/>
        <w:t>v 1.098324 21.786537 0.230020</w:t>
        <w:br/>
        <w:t>v 1.008031 21.885769 0.356673</w:t>
        <w:br/>
        <w:t>v 1.026304 21.733274 0.512528</w:t>
        <w:br/>
        <w:t>v 0.357727 22.768606 1.477210</w:t>
        <w:br/>
        <w:t>v 0.558297 22.450462 1.440355</w:t>
        <w:br/>
        <w:t>v 0.488211 22.609571 1.462054</w:t>
        <w:br/>
        <w:t>v 0.625308 22.184177 1.252873</w:t>
        <w:br/>
        <w:t>v 0.697671 22.294874 1.318696</w:t>
        <w:br/>
        <w:t>v 0.688702 22.134136 1.299468</w:t>
        <w:br/>
        <w:t>v 0.618047 22.113646 1.368699</w:t>
        <w:br/>
        <w:t>v 0.608946 22.235195 1.399502</w:t>
        <w:br/>
        <w:t>v 0.883934 21.860006 0.776061</w:t>
        <w:br/>
        <w:t>v 0.745320 22.009193 1.038926</w:t>
        <w:br/>
        <w:t>v 1.133441 22.003506 0.303727</w:t>
        <w:br/>
        <w:t>v 1.193317 21.861893 0.191137</w:t>
        <w:br/>
        <w:t>v 0.480156 22.418880 1.402935</w:t>
        <w:br/>
        <w:t>v 0.388589 22.562780 1.431745</w:t>
        <w:br/>
        <w:t>v 0.542966 22.225063 1.366187</w:t>
        <w:br/>
        <w:t>v 0.608946 22.235195 1.399502</w:t>
        <w:br/>
        <w:t>v 0.617997 22.015257 1.337047</w:t>
        <w:br/>
        <w:t>v 0.580391 22.008833 1.316757</w:t>
        <w:br/>
        <w:t>v 0.565432 22.104321 1.338916</w:t>
        <w:br/>
        <w:t>v 0.618047 22.113646 1.368699</w:t>
        <w:br/>
        <w:t>v 0.622856 22.026772 1.242471</w:t>
        <w:br/>
        <w:t>v 0.671919 22.026714 1.283669</w:t>
        <w:br/>
        <w:t>v 0.688702 22.134136 1.299468</w:t>
        <w:br/>
        <w:t>v 0.629624 22.120975 1.245911</w:t>
        <w:br/>
        <w:t>v 0.580391 22.008833 1.316757</w:t>
        <w:br/>
        <w:t>v 0.622856 22.026772 1.242471</w:t>
        <w:br/>
        <w:t>v 0.629624 22.120975 1.245911</w:t>
        <w:br/>
        <w:t>v 0.565432 22.104321 1.338916</w:t>
        <w:br/>
        <w:t>v 1.077552 22.469372 0.648333</w:t>
        <w:br/>
        <w:t>v 0.625308 22.184177 1.252873</w:t>
        <w:br/>
        <w:t>v 0.697671 22.294874 1.318696</w:t>
        <w:br/>
        <w:t>v 0.024456 23.553019 0.887145</w:t>
        <w:br/>
        <w:t>v 0.196625 23.567226 0.816482</w:t>
        <w:br/>
        <w:t>v 0.226049 23.513119 0.907478</w:t>
        <w:br/>
        <w:t>v 0.023077 23.520288 0.948449</w:t>
        <w:br/>
        <w:t>v 1.038196 22.969191 0.364807</w:t>
        <w:br/>
        <w:t>v 1.063890 23.091299 0.294778</w:t>
        <w:br/>
        <w:t>v 1.197228 22.929632 0.102563</w:t>
        <w:br/>
        <w:t>v 1.131310 23.049091 -0.020089</w:t>
        <w:br/>
        <w:t>v 1.027302 23.176922 0.169946</w:t>
        <w:br/>
        <w:t>v 1.282122 22.823912 -0.072431</w:t>
        <w:br/>
        <w:t>v 1.213022 22.933414 -0.178676</w:t>
        <w:br/>
        <w:t>v 0.151386 23.623478 0.725314</w:t>
        <w:br/>
        <w:t>v 0.102548 23.629728 0.632768</w:t>
        <w:br/>
        <w:t>v 0.367772 23.624683 0.603428</w:t>
        <w:br/>
        <w:t>v 0.648275 23.512762 0.196347</w:t>
        <w:br/>
        <w:t>v 0.860144 23.405481 0.010356</w:t>
        <w:br/>
        <w:t>v 0.971397 23.393528 0.118933</w:t>
        <w:br/>
        <w:t>v 0.782473 23.519999 0.308255</w:t>
        <w:br/>
        <w:t>v 1.022228 23.229357 0.165075</w:t>
        <w:br/>
        <w:t>v 1.123501 23.156507 -0.023672</w:t>
        <w:br/>
        <w:t>v 1.089520 23.283426 -0.047475</w:t>
        <w:br/>
        <w:t>v 1.013232 23.308477 -0.128449</w:t>
        <w:br/>
        <w:t>v 1.200850 23.103287 -0.207415</w:t>
        <w:br/>
        <w:t>v 1.188966 23.172806 -0.224621</w:t>
        <w:br/>
        <w:t>v 1.270447 23.056046 -0.403073</w:t>
        <w:br/>
        <w:t>v 1.144479 23.186752 -0.263980</w:t>
        <w:br/>
        <w:t>v 1.123501 23.156507 -0.023672</w:t>
        <w:br/>
        <w:t>v 0.946670 23.155031 0.183216</w:t>
        <w:br/>
        <w:t>v 1.027302 23.176922 0.169946</w:t>
        <w:br/>
        <w:t>v 0.617348 23.459145 0.555110</w:t>
        <w:br/>
        <w:t>v 0.830853 23.343948 0.381702</w:t>
        <w:br/>
        <w:t>v 0.686678 23.343102 0.700057</w:t>
        <w:br/>
        <w:t>v 0.722743 23.359240 0.721070</w:t>
        <w:br/>
        <w:t>v 0.485687 23.493036 0.861757</w:t>
        <w:br/>
        <w:t>v 0.460688 23.460781 0.822277</w:t>
        <w:br/>
        <w:t>v 0.585123 23.587240 0.459570</w:t>
        <w:br/>
        <w:t>v 0.782473 23.519999 0.308255</w:t>
        <w:br/>
        <w:t>v 0.460688 23.460781 0.822277</w:t>
        <w:br/>
        <w:t>v 0.449238 23.498423 0.780029</w:t>
        <w:br/>
        <w:t>v -0.577901 23.242598 0.960775</w:t>
        <w:br/>
        <w:t>v -0.597118 23.215210 1.060468</w:t>
        <w:br/>
        <w:t>v -0.106718 23.708342 0.643772</w:t>
        <w:br/>
        <w:t>v -0.146013 23.668629 0.658420</w:t>
        <w:br/>
        <w:t>v -0.128091 23.697134 0.582421</w:t>
        <w:br/>
        <w:t>v 0.896763 23.165693 0.534951</w:t>
        <w:br/>
        <w:t>v 0.910628 23.174664 0.544871</w:t>
        <w:br/>
        <w:t>v 1.038196 22.969191 0.364807</w:t>
        <w:br/>
        <w:t>v 1.150316 22.808529 0.211350</w:t>
        <w:br/>
        <w:t>v 1.057734 22.973801 0.371522</w:t>
        <w:br/>
        <w:t>v 1.190749 22.542912 -0.000673</w:t>
        <w:br/>
        <w:t>v 1.307706 22.444504 -0.142098</w:t>
        <w:br/>
        <w:t>v 1.378524 22.490440 -0.153066</w:t>
        <w:br/>
        <w:t>v 1.296698 22.567022 -0.040102</w:t>
        <w:br/>
        <w:t>v 1.577718 22.389879 -0.396856</w:t>
        <w:br/>
        <w:t>v 1.544288 22.369741 -0.394746</w:t>
        <w:br/>
        <w:t>v 1.708875 22.367447 -0.514082</w:t>
        <w:br/>
        <w:t>v -0.391779 23.459623 1.013233</w:t>
        <w:br/>
        <w:t>v -0.507068 23.342234 0.991732</w:t>
        <w:br/>
        <w:t>v -0.478959 23.307013 0.946721</w:t>
        <w:br/>
        <w:t>v -0.349212 23.411440 0.960497</w:t>
        <w:br/>
        <w:t>v 1.002177 22.529562 0.485850</w:t>
        <w:br/>
        <w:t>v 0.963520 22.452597 0.568836</w:t>
        <w:br/>
        <w:t>v 1.056498 22.307636 0.430923</w:t>
        <w:br/>
        <w:t>v 1.099654 22.397503 0.372585</w:t>
        <w:br/>
        <w:t>v 1.263849 22.237263 0.287756</w:t>
        <w:br/>
        <w:t>v 1.186093 22.332167 0.469547</w:t>
        <w:br/>
        <w:t>v 1.176928 22.423985 0.372455</w:t>
        <w:br/>
        <w:t>v 1.301840 22.200220 0.178551</w:t>
        <w:br/>
        <w:t>v 1.282472 22.267368 0.130025</w:t>
        <w:br/>
        <w:t>v -0.640501 22.824734 1.226708</w:t>
        <w:br/>
        <w:t>v 1.032631 22.445908 0.660683</w:t>
        <w:br/>
        <w:t>v 0.958245 22.632462 0.801880</w:t>
        <w:br/>
        <w:t>v 1.186093 22.332167 0.469547</w:t>
        <w:br/>
        <w:t>v 1.079306 22.247009 0.512886</w:t>
        <w:br/>
        <w:t>v 1.187596 22.188866 0.331209</w:t>
        <w:br/>
        <w:t>v 1.263849 22.237263 0.287756</w:t>
        <w:br/>
        <w:t>v 1.245809 22.156340 0.205627</w:t>
        <w:br/>
        <w:t>v 1.217062 22.197979 0.148088</w:t>
        <w:br/>
        <w:t>v 1.154840 22.232693 0.254757</w:t>
        <w:br/>
        <w:t>v 1.187596 22.188866 0.331209</w:t>
        <w:br/>
        <w:t>v 1.483906 22.293982 -0.198992</w:t>
        <w:br/>
        <w:t>v 1.450958 22.278240 -0.212212</w:t>
        <w:br/>
        <w:t>v 1.328168 22.271135 -0.040136</w:t>
        <w:br/>
        <w:t>v 1.190635 22.302486 0.219425</w:t>
        <w:br/>
        <w:t>v 1.244176 22.317276 0.215858</w:t>
        <w:br/>
        <w:t>v 0.489442 23.129843 1.213159</w:t>
        <w:br/>
        <w:t>v 0.478986 23.146183 1.154813</w:t>
        <w:br/>
        <w:t>v 1.330814 22.169331 0.068806</w:t>
        <w:br/>
        <w:t>v 1.385575 22.123453 -0.136179</w:t>
        <w:br/>
        <w:t>v 1.298880 22.140097 0.091576</w:t>
        <w:br/>
        <w:t>v 1.244176 22.317276 0.215858</w:t>
        <w:br/>
        <w:t>v 1.190635 22.302486 0.219425</w:t>
        <w:br/>
        <w:t>v 1.241624 22.236656 0.112870</w:t>
        <w:br/>
        <w:t>v 1.282472 22.267368 0.130025</w:t>
        <w:br/>
        <w:t>v 0.974981 22.395565 0.645308</w:t>
        <w:br/>
        <w:t>v 1.079306 22.247009 0.512886</w:t>
        <w:br/>
        <w:t>v 1.179043 21.708364 0.366277</w:t>
        <w:br/>
        <w:t>v 1.120764 21.670860 0.348251</w:t>
        <w:br/>
        <w:t>v 1.026304 21.733274 0.512528</w:t>
        <w:br/>
        <w:t>v 1.102084 21.777641 0.532427</w:t>
        <w:br/>
        <w:t>v 1.317178 22.211920 0.037146</w:t>
        <w:br/>
        <w:t>v 1.289282 22.190865 0.024951</w:t>
        <w:br/>
        <w:t>v 1.385575 22.123453 -0.136179</w:t>
        <w:br/>
        <w:t>v 1.385575 22.123453 -0.136179</w:t>
        <w:br/>
        <w:t>v 1.279947 22.168377 0.048271</w:t>
        <w:br/>
        <w:t>v 1.298880 22.140097 0.091576</w:t>
        <w:br/>
        <w:t>v 0.946670 23.155031 0.183216</w:t>
        <w:br/>
        <w:t>v 1.056051 23.006344 -0.020602</w:t>
        <w:br/>
        <w:t>v 1.131310 23.049091 -0.020089</w:t>
        <w:br/>
        <w:t>v 1.027302 23.176922 0.169946</w:t>
        <w:br/>
        <w:t>v 1.148298 22.889969 -0.192221</w:t>
        <w:br/>
        <w:t>v 1.213022 22.933414 -0.178676</w:t>
        <w:br/>
        <w:t>v -0.650761 22.434021 1.279140</w:t>
        <w:br/>
        <w:t>v -0.550726 22.412407 1.274779</w:t>
        <w:br/>
        <w:t>v -0.687354 22.430307 1.166562</w:t>
        <w:br/>
        <w:t>v -0.697218 22.380161 1.038152</w:t>
        <w:br/>
        <w:t>v -0.751713 22.430769 1.111313</w:t>
        <w:br/>
        <w:t>v -0.762112 22.404818 1.006445</w:t>
        <w:br/>
        <w:t>v -0.844063 22.382536 1.026055</w:t>
        <w:br/>
        <w:t>v -0.965972 22.283667 0.885208</w:t>
        <w:br/>
        <w:t>v -0.871171 22.361216 1.101351</w:t>
        <w:br/>
        <w:t>v -1.156469 21.989916 0.663569</w:t>
        <w:br/>
        <w:t>v -1.151746 22.001696 0.639947</w:t>
        <w:br/>
        <w:t>v -1.223838 21.863234 0.537372</w:t>
        <w:br/>
        <w:t>v -1.032682 22.199558 0.801575</w:t>
        <w:br/>
        <w:t>v -1.046130 22.172144 0.858928</w:t>
        <w:br/>
        <w:t>v -1.213435 22.020023 0.631216</w:t>
        <w:br/>
        <w:t>v -1.223838 21.863234 0.537372</w:t>
        <w:br/>
        <w:t>v -1.193048 22.027035 0.620380</w:t>
        <w:br/>
        <w:t>v -1.102895 22.083635 0.760965</w:t>
        <w:br/>
        <w:t>v -1.129680 22.086893 0.762173</w:t>
        <w:br/>
        <w:t>v -0.935510 22.549725 1.045135</w:t>
        <w:br/>
        <w:t>v -1.025539 22.489437 0.869676</w:t>
        <w:br/>
        <w:t>v -1.075092 22.859560 0.729973</w:t>
        <w:br/>
        <w:t>v -0.992259 22.954460 0.883914</w:t>
        <w:br/>
        <w:t>v -1.141772 22.745480 0.545448</w:t>
        <w:br/>
        <w:t>v -1.133598 22.443466 0.610834</w:t>
        <w:br/>
        <w:t>v -1.214474 22.649525 0.366766</w:t>
        <w:br/>
        <w:t>v -1.309680 22.589458 0.257809</w:t>
        <w:br/>
        <w:t>v -1.335657 22.543312 0.263397</w:t>
        <w:br/>
        <w:t>v -1.346155 22.493519 0.125571</w:t>
        <w:br/>
        <w:t>v -1.425453 22.539804 -0.034255</w:t>
        <w:br/>
        <w:t>v -1.230046 22.518702 0.227978</w:t>
        <w:br/>
        <w:t>v -1.158116 22.530518 0.346487</w:t>
        <w:br/>
        <w:t>v -1.214474 22.649525 0.366766</w:t>
        <w:br/>
        <w:t>v -1.272693 22.610064 0.246210</w:t>
        <w:br/>
        <w:t>v -0.744689 23.287931 0.754571</w:t>
        <w:br/>
        <w:t>v -0.992259 22.954460 0.883914</w:t>
        <w:br/>
        <w:t>v -0.941540 23.163574 0.347008</w:t>
        <w:br/>
        <w:t>v -0.856937 23.202995 0.526200</w:t>
        <w:br/>
        <w:t>v -1.075092 22.859560 0.729973</w:t>
        <w:br/>
        <w:t>v -1.097239 22.795040 0.483137</w:t>
        <w:br/>
        <w:t>v -1.013849 23.102142 0.155540</w:t>
        <w:br/>
        <w:t>v -1.169324 22.755671 0.241825</w:t>
        <w:br/>
        <w:t>v -1.121355 23.054626 -0.039063</w:t>
        <w:br/>
        <w:t>v -1.309773 22.947428 -0.152396</w:t>
        <w:br/>
        <w:t>v -1.258101 23.007706 -0.168922</w:t>
        <w:br/>
        <w:t>v -1.355293 22.897543 -0.278161</w:t>
        <w:br/>
        <w:t>v -1.425575 22.994011 -0.432294</w:t>
        <w:br/>
        <w:t>v -1.191748 22.953032 -0.193609</w:t>
        <w:br/>
        <w:t>v -1.084026 22.949142 -0.055291</w:t>
        <w:br/>
        <w:t>v -1.121355 23.054626 -0.039063</w:t>
        <w:br/>
        <w:t>v -1.218918 23.024384 -0.179567</w:t>
        <w:br/>
        <w:t>v -0.644705 23.199623 0.844116</w:t>
        <w:br/>
        <w:t>v -0.621773 23.132851 0.904735</w:t>
        <w:br/>
        <w:t>v 1.016806 22.201504 0.514674</w:t>
        <w:br/>
        <w:t>v 0.868017 22.069822 0.590221</w:t>
        <w:br/>
        <w:t>v 0.883934 21.860006 0.776061</w:t>
        <w:br/>
        <w:t>v 0.743024 22.241497 0.798103</w:t>
        <w:br/>
        <w:t>v 0.745320 22.009193 1.038926</w:t>
        <w:br/>
        <w:t>v 0.649713 22.423162 1.005128</w:t>
        <w:br/>
        <w:t>v 0.625308 22.184177 1.252873</w:t>
        <w:br/>
        <w:t>v 1.317178 22.211920 0.037146</w:t>
        <w:br/>
        <w:t>v 1.385575 22.123453 -0.136179</w:t>
        <w:br/>
        <w:t>v 1.330814 22.169331 0.068806</w:t>
        <w:br/>
        <w:t>v 1.289282 22.190865 0.024951</w:t>
        <w:br/>
        <w:t>v 1.190635 22.302486 0.219425</w:t>
        <w:br/>
        <w:t>v 1.241624 22.236656 0.112870</w:t>
        <w:br/>
        <w:t>v 1.397645 22.332954 -0.253426</w:t>
        <w:br/>
        <w:t>v 1.262330 22.340099 -0.110624</w:t>
        <w:br/>
        <w:t>v 1.328168 22.271135 -0.040136</w:t>
        <w:br/>
        <w:t>v 1.450958 22.278240 -0.212212</w:t>
        <w:br/>
        <w:t>v 1.135186 22.406631 0.099453</w:t>
        <w:br/>
        <w:t>v 1.307706 22.444504 -0.142098</w:t>
        <w:br/>
        <w:t>v 1.190749 22.542912 -0.000673</w:t>
        <w:br/>
        <w:t>v 1.538539 22.331667 -0.384808</w:t>
        <w:br/>
        <w:t>v 1.567636 22.298588 -0.366111</w:t>
        <w:br/>
        <w:t>v 1.708875 22.367447 -0.514082</w:t>
        <w:br/>
        <w:t>v 1.190635 22.302486 0.219425</w:t>
        <w:br/>
        <w:t>v 1.043567 22.482260 0.197202</w:t>
        <w:br/>
        <w:t>v 1.136046 22.631155 0.064082</w:t>
        <w:br/>
        <w:t>v 0.831089 23.006638 0.262069</w:t>
        <w:br/>
        <w:t>v 0.974322 22.882729 0.076673</w:t>
        <w:br/>
        <w:t>v 1.056051 23.006344 -0.020602</w:t>
        <w:br/>
        <w:t>v 0.946670 23.155031 0.183216</w:t>
        <w:br/>
        <w:t>v 1.090202 22.764669 -0.092128</w:t>
        <w:br/>
        <w:t>v 1.148298 22.889969 -0.192221</w:t>
        <w:br/>
        <w:t>v 1.454076 22.714483 -0.637211</w:t>
        <w:br/>
        <w:t>v 1.440752 22.661789 -0.621652</w:t>
        <w:br/>
        <w:t>v 1.389089 22.620388 -0.453773</w:t>
        <w:br/>
        <w:t>v 1.406784 22.718695 -0.486673</w:t>
        <w:br/>
        <w:t>v 1.263846 22.871422 -0.292337</w:t>
        <w:br/>
        <w:t>v 1.314313 22.826424 -0.404977</w:t>
        <w:br/>
        <w:t>v 1.366374 22.728483 -0.341427</w:t>
        <w:br/>
        <w:t>v 1.324713 22.766209 -0.201788</w:t>
        <w:br/>
        <w:t>v 1.416009 22.650515 -0.625716</w:t>
        <w:br/>
        <w:t>v 1.345634 22.594357 -0.460538</w:t>
        <w:br/>
        <w:t>v 1.396844 22.701157 -0.643643</w:t>
        <w:br/>
        <w:t>v 1.306805 22.696287 -0.492139</w:t>
        <w:br/>
        <w:t>v 1.345634 22.594357 -0.460538</w:t>
        <w:br/>
        <w:t>v 1.416009 22.650515 -0.625716</w:t>
        <w:br/>
        <w:t>v 1.412005 22.731121 -0.666521</w:t>
        <w:br/>
        <w:t>v 1.326987 22.751207 -0.534306</w:t>
        <w:br/>
        <w:t>v 1.412005 22.731121 -0.666521</w:t>
        <w:br/>
        <w:t>v 1.436606 22.750441 -0.661276</w:t>
        <w:br/>
        <w:t>v 1.371025 22.785583 -0.527631</w:t>
        <w:br/>
        <w:t>v 1.326987 22.751207 -0.534306</w:t>
        <w:br/>
        <w:t>v 1.295650 22.609304 -0.110907</w:t>
        <w:br/>
        <w:t>v 1.530087 22.744606 -0.827963</w:t>
        <w:br/>
        <w:t>v 1.436606 22.750441 -0.661276</w:t>
        <w:br/>
        <w:t>v 1.229458 22.696047 -0.354432</w:t>
        <w:br/>
        <w:t>v 1.164955 22.705065 -0.223546</w:t>
        <w:br/>
        <w:t>v 1.223248 22.576859 -0.130297</w:t>
        <w:br/>
        <w:t>v 1.291469 22.571823 -0.295566</w:t>
        <w:br/>
        <w:t>v 1.198915 22.823120 -0.291950</w:t>
        <w:br/>
        <w:t>v 1.263846 22.871422 -0.292337</w:t>
        <w:br/>
        <w:t>v 1.530087 22.744606 -0.827963</w:t>
        <w:br/>
        <w:t>v 1.262392 22.781879 -0.410774</w:t>
        <w:br/>
        <w:t>v 1.198915 22.823120 -0.291950</w:t>
        <w:br/>
        <w:t>v 1.314313 22.826424 -0.404977</w:t>
        <w:br/>
        <w:t>v 1.262392 22.781879 -0.410774</w:t>
        <w:br/>
        <w:t>v 1.136046 22.631155 0.064082</w:t>
        <w:br/>
        <w:t>v 1.231768 22.655848 0.061508</w:t>
        <w:br/>
        <w:t>v 1.295650 22.609304 -0.110907</w:t>
        <w:br/>
        <w:t>v 1.223248 22.576859 -0.130297</w:t>
        <w:br/>
        <w:t>v 0.392923 23.478201 0.258163</w:t>
        <w:br/>
        <w:t>v 0.574455 23.422619 0.127951</w:t>
        <w:br/>
        <w:t>v 0.477532 23.576132 0.340367</w:t>
        <w:br/>
        <w:t>v 0.776386 23.350203 -0.025201</w:t>
        <w:br/>
        <w:t>v 0.958206 23.263809 -0.163410</w:t>
        <w:br/>
        <w:t>v 1.116663 23.164295 -0.281191</w:t>
        <w:br/>
        <w:t>v 1.026838 23.107977 -0.031112</w:t>
        <w:br/>
        <w:t>v 1.270447 23.056046 -0.403073</w:t>
        <w:br/>
        <w:t>v 1.148634 23.088097 -0.214285</w:t>
        <w:br/>
        <w:t>v 1.200850 23.103287 -0.207415</w:t>
        <w:br/>
        <w:t>v 0.820105 23.207632 0.024195</w:t>
        <w:br/>
        <w:t>v 0.976013 23.165462 -0.120130</w:t>
        <w:br/>
        <w:t>v 0.958206 23.263809 -0.163410</w:t>
        <w:br/>
        <w:t>v 0.776386 23.350203 -0.025201</w:t>
        <w:br/>
        <w:t>v -0.349233 23.430082 0.908183</w:t>
        <w:br/>
        <w:t>v 1.116663 23.164295 -0.281191</w:t>
        <w:br/>
        <w:t>v 1.125023 23.119173 -0.259370</w:t>
        <w:br/>
        <w:t>v -0.859412 22.694849 1.248539</w:t>
        <w:br/>
        <w:t>v -0.996198 22.575647 1.105406</w:t>
        <w:br/>
        <w:t>v -0.972769 22.596376 1.082271</w:t>
        <w:br/>
        <w:t>v -0.860161 22.699774 1.206487</w:t>
        <w:br/>
        <w:t>v -1.051472 22.571217 0.534153</w:t>
        <w:br/>
        <w:t>v -1.141772 22.745480 0.545448</w:t>
        <w:br/>
        <w:t>v -1.051472 22.571217 0.534153</w:t>
        <w:br/>
        <w:t>v -1.158116 22.530518 0.346487</w:t>
        <w:br/>
        <w:t>v -1.227835 22.449949 0.390938</w:t>
        <w:br/>
        <w:t>v -1.133598 22.443466 0.610834</w:t>
        <w:br/>
        <w:t>v -1.312572 22.520433 0.108883</w:t>
        <w:br/>
        <w:t>v -1.336194 22.571777 0.119473</w:t>
        <w:br/>
        <w:t>v -1.425453 22.539804 -0.034255</w:t>
        <w:br/>
        <w:t>v -1.312572 22.520433 0.108883</w:t>
        <w:br/>
        <w:t>v -1.425453 22.539804 -0.034255</w:t>
        <w:br/>
        <w:t>v -1.346155 22.493519 0.125571</w:t>
        <w:br/>
        <w:t>v -1.230046 22.518702 0.227978</w:t>
        <w:br/>
        <w:t>v -1.286584 22.467501 0.256339</w:t>
        <w:br/>
        <w:t>v -1.135462 22.814152 -0.015164</w:t>
        <w:br/>
        <w:t>v -1.022914 22.817287 0.194419</w:t>
        <w:br/>
        <w:t>v -0.973972 22.974638 0.148997</w:t>
        <w:br/>
        <w:t>v -1.084026 22.949142 -0.055291</w:t>
        <w:br/>
        <w:t>v -1.246408 22.775984 0.014817</w:t>
        <w:br/>
        <w:t>v -1.169324 22.755671 0.241825</w:t>
        <w:br/>
        <w:t>v -1.291279 22.963404 -0.303188</w:t>
        <w:br/>
        <w:t>v -1.425575 22.994011 -0.432294</w:t>
        <w:br/>
        <w:t>v -1.319416 22.900343 -0.287951</w:t>
        <w:br/>
        <w:t>v -1.355293 22.897543 -0.278161</w:t>
        <w:br/>
        <w:t>v -1.236220 22.848911 -0.167930</w:t>
        <w:br/>
        <w:t>v -1.191748 22.953032 -0.193609</w:t>
        <w:br/>
        <w:t>v -1.304091 22.834734 -0.149631</w:t>
        <w:br/>
        <w:t>v -0.796474 23.244720 0.652440</w:t>
        <w:br/>
        <w:t>v -0.818095 23.299231 0.811636</w:t>
        <w:br/>
        <w:t>v -0.562792 23.222435 0.930025</w:t>
        <w:br/>
        <w:t>v -0.550669 23.248013 0.889655</w:t>
        <w:br/>
        <w:t>v -0.288255 23.032089 1.446871</w:t>
        <w:br/>
        <w:t>v -0.422872 22.961159 1.416421</w:t>
        <w:br/>
        <w:t>v -0.151494 21.788033 1.663187</w:t>
        <w:br/>
        <w:t>v -0.142773 21.915800 1.713406</w:t>
        <w:br/>
        <w:t>v -0.088504 21.916454 1.816154</w:t>
        <w:br/>
        <w:t>v -0.114571 21.780453 1.730680</w:t>
        <w:br/>
        <w:t>v 0.255012 22.689470 1.447379</w:t>
        <w:br/>
        <w:t>v -0.496361 23.317785 1.088569</w:t>
        <w:br/>
        <w:t>v -0.507068 23.342234 0.991732</w:t>
        <w:br/>
        <w:t>v -0.391779 23.459623 1.013233</w:t>
        <w:br/>
        <w:t>v -0.456082 23.228119 1.219469</w:t>
        <w:br/>
        <w:t>v -0.570573 23.124798 1.181529</w:t>
        <w:br/>
        <w:t>v 0.120603 23.018354 1.491562</w:t>
        <w:br/>
        <w:t>v -0.368351 22.808060 1.449134</w:t>
        <w:br/>
        <w:t>v -0.225645 22.900776 1.478878</w:t>
        <w:br/>
        <w:t>v 0.309629 23.627514 0.492066</w:t>
        <w:br/>
        <w:t>v 0.585123 23.587240 0.459570</w:t>
        <w:br/>
        <w:t>v -0.670892 22.881643 1.174183</w:t>
        <w:br/>
        <w:t>v -0.869399 23.011232 0.999716</w:t>
        <w:br/>
        <w:t>v -0.869399 23.011232 0.999716</w:t>
        <w:br/>
        <w:t>v -0.658360 22.943514 1.133278</w:t>
        <w:br/>
        <w:t>v -0.478959 23.307013 0.946721</w:t>
        <w:br/>
        <w:t>v -0.349212 23.411440 0.960497</w:t>
        <w:br/>
        <w:t>v 0.226049 23.513119 0.907478</w:t>
        <w:br/>
        <w:t>v 0.246389 23.555410 0.952631</w:t>
        <w:br/>
        <w:t>v 0.043105 23.569700 0.999623</w:t>
        <w:br/>
        <w:t>v 0.023077 23.520288 0.948449</w:t>
        <w:br/>
        <w:t>v -0.756649 23.020172 1.109923</w:t>
        <w:br/>
        <w:t>v -0.708283 23.048515 1.156731</w:t>
        <w:br/>
        <w:t>v -0.658360 22.943514 1.133278</w:t>
        <w:br/>
        <w:t>v -0.696928 22.961149 1.094003</w:t>
        <w:br/>
        <w:t>v 0.652096 22.509336 1.344736</w:t>
        <w:br/>
        <w:t>v 1.465355 21.562006 -0.087045</w:t>
        <w:br/>
        <w:t>v 1.325999 21.668751 0.121300</w:t>
        <w:br/>
        <w:t>v 1.315780 21.702532 0.069664</w:t>
        <w:br/>
        <w:t>v 1.228968 21.781153 0.332092</w:t>
        <w:br/>
        <w:t>v 1.238338 21.667490 0.251980</w:t>
        <w:br/>
        <w:t>v 1.192714 21.635693 0.234655</w:t>
        <w:br/>
        <w:t>v 1.174108 21.725517 0.146791</w:t>
        <w:br/>
        <w:t>v 1.244882 21.780085 0.118847</w:t>
        <w:br/>
        <w:t>v 1.192714 21.635693 0.234655</w:t>
        <w:br/>
        <w:t>v 1.584487 22.308439 -0.359622</w:t>
        <w:br/>
        <w:t>v 1.708875 22.367447 -0.514082</w:t>
        <w:br/>
        <w:t>v 1.567636 22.298588 -0.366111</w:t>
        <w:br/>
        <w:t>v 1.708875 22.367447 -0.514082</w:t>
        <w:br/>
        <w:t>v 1.544288 22.369741 -0.394746</w:t>
        <w:br/>
        <w:t>v 1.416186 22.402143 -0.267570</w:t>
        <w:br/>
        <w:t>v 1.474660 22.435324 -0.271436</w:t>
        <w:br/>
        <w:t>v 1.416186 22.402143 -0.267570</w:t>
        <w:br/>
        <w:t>v 1.708875 22.367447 -0.514082</w:t>
        <w:br/>
        <w:t>v 1.596353 22.358608 -0.368637</w:t>
        <w:br/>
        <w:t>v 1.577718 22.389879 -0.396856</w:t>
        <w:br/>
        <w:t>v 1.530087 22.744606 -0.827963</w:t>
        <w:br/>
        <w:t>v 1.530087 22.744606 -0.827963</w:t>
        <w:br/>
        <w:t>v 1.291469 22.571823 -0.295566</w:t>
        <w:br/>
        <w:t>v 1.346737 22.602713 -0.286427</w:t>
        <w:br/>
        <w:t>v 1.371025 22.785583 -0.527631</w:t>
        <w:br/>
        <w:t>v -0.916260 23.389845 0.864170</w:t>
        <w:br/>
        <w:t>v -0.838544 23.461941 0.904587</w:t>
        <w:br/>
        <w:t>v -0.829562 23.378607 1.010695</w:t>
        <w:br/>
        <w:t>v -0.911993 23.313873 0.950973</w:t>
        <w:br/>
        <w:t>v -1.075249 22.396130 0.847817</w:t>
        <w:br/>
        <w:t>v -0.935510 22.549725 1.045135</w:t>
        <w:br/>
        <w:t>v -0.972769 22.596376 1.082271</w:t>
        <w:br/>
        <w:t>v -0.726692 22.740879 1.291623</w:t>
        <w:br/>
        <w:t>v -0.734885 22.743488 1.258712</w:t>
        <w:br/>
        <w:t>v -1.124701 22.380789 0.881826</w:t>
        <w:br/>
        <w:t>v -1.123199 22.337490 0.927792</w:t>
        <w:br/>
        <w:t>v -0.629116 22.719648 1.275763</w:t>
        <w:br/>
        <w:t>v -0.238261 22.770464 1.713825</w:t>
        <w:br/>
        <w:t>v -0.318311 22.648445 1.608794</w:t>
        <w:br/>
        <w:t>v -0.124920 21.792892 1.636507</w:t>
        <w:br/>
        <w:t>v -0.064005 21.793135 1.612865</w:t>
        <w:br/>
        <w:t>v -0.103007 21.918150 1.670973</w:t>
        <w:br/>
        <w:t>v -0.074830 22.253853 1.898475</w:t>
        <w:br/>
        <w:t>v -0.100163 22.426794 1.875117</w:t>
        <w:br/>
        <w:t>v 0.056346 22.284788 1.887079</w:t>
        <w:br/>
        <w:t>v 0.003429 22.412146 1.643755</w:t>
        <w:br/>
        <w:t>v -0.116117 22.381926 1.685841</w:t>
        <w:br/>
        <w:t>v -0.094664 22.233629 1.702340</w:t>
        <w:br/>
        <w:t>v 0.019991 22.266905 1.670804</w:t>
        <w:br/>
        <w:t>v -0.159338 22.603868 1.802420</w:t>
        <w:br/>
        <w:t>v -0.250346 22.532150 1.677376</w:t>
        <w:br/>
        <w:t>v 0.120603 23.018354 1.491562</w:t>
        <w:br/>
        <w:t>v 0.270606 22.963343 1.476243</w:t>
        <w:br/>
        <w:t>v 0.189767 23.045141 1.483611</w:t>
        <w:br/>
        <w:t>v 0.098854 23.070013 1.492501</w:t>
        <w:br/>
        <w:t>v -0.657168 23.034758 1.143589</w:t>
        <w:br/>
        <w:t>v -0.838544 23.461941 0.904587</w:t>
        <w:br/>
        <w:t>v -0.814830 23.416847 0.876997</w:t>
        <w:br/>
        <w:t>v -0.817155 23.356417 0.949301</w:t>
        <w:br/>
        <w:t>v -0.829562 23.378607 1.010695</w:t>
        <w:br/>
        <w:t>v -0.664093 22.982952 1.078445</w:t>
        <w:br/>
        <w:t>v -0.664093 22.982952 1.078445</w:t>
        <w:br/>
        <w:t>v 0.069139 23.488808 1.138451</w:t>
        <w:br/>
        <w:t>v -0.144678 23.584745 0.766184</w:t>
        <w:br/>
        <w:t>v -0.699754 23.032753 1.090723</w:t>
        <w:br/>
        <w:t>v -0.664093 22.982952 1.078445</w:t>
        <w:br/>
        <w:t>v -0.658360 22.943514 1.133278</w:t>
        <w:br/>
        <w:t>v -0.708283 23.048515 1.156731</w:t>
        <w:br/>
        <w:t>v -0.743781 23.129847 1.071925</w:t>
        <w:br/>
        <w:t>v -0.756183 23.153305 1.150022</w:t>
        <w:br/>
        <w:t>v -0.797087 23.278835 1.087621</w:t>
        <w:br/>
        <w:t>v -0.786620 23.251549 1.014683</w:t>
        <w:br/>
        <w:t>v -0.644097 23.520245 0.521563</w:t>
        <w:br/>
        <w:t>v -0.732118 23.499321 0.623328</w:t>
        <w:br/>
        <w:t>v -0.746575 23.535337 0.634402</w:t>
        <w:br/>
        <w:t>v 0.401632 23.532267 0.694551</w:t>
        <w:br/>
        <w:t>v -0.050664 23.326868 1.226871</w:t>
        <w:br/>
        <w:t>v -0.048150 23.357515 1.301659</w:t>
        <w:br/>
        <w:t>v -0.027981 23.228865 1.443471</w:t>
        <w:br/>
        <w:t>v -0.012833 23.094513 1.486390</w:t>
        <w:br/>
        <w:t>v -0.050664 23.326868 1.226871</w:t>
        <w:br/>
        <w:t>v 0.023798 23.046156 1.494383</w:t>
        <w:br/>
        <w:t>v 0.023798 23.046156 1.494383</w:t>
        <w:br/>
        <w:t>v 0.008039 23.059288 1.500937</w:t>
        <w:br/>
        <w:t>v -0.010352 23.591400 0.802968</w:t>
        <w:br/>
        <w:t>v -0.047430 23.609291 0.726369</w:t>
        <w:br/>
        <w:t>v -0.111108 23.561274 1.015996</w:t>
        <w:br/>
        <w:t>v -0.103896 23.513987 0.965925</w:t>
        <w:br/>
        <w:t>v -0.103896 23.513987 0.965925</w:t>
        <w:br/>
        <w:t>v 0.043105 23.569700 0.999623</w:t>
        <w:br/>
        <w:t>v 0.159219 23.801521 0.487509</w:t>
        <w:br/>
        <w:t>v 0.159219 23.801521 0.487509</w:t>
        <w:br/>
        <w:t>v 0.309629 23.627514 0.492066</w:t>
        <w:br/>
        <w:t>v -0.031460 23.755121 0.611368</w:t>
        <w:br/>
        <w:t>v -0.570573 23.124798 1.181529</w:t>
        <w:br/>
        <w:t>v -0.644705 23.199623 0.844116</w:t>
        <w:br/>
        <w:t>v -0.644705 23.199623 0.844116</w:t>
        <w:br/>
        <w:t>v -0.617149 23.167746 0.729213</w:t>
        <w:br/>
        <w:t>v -0.239159 22.566446 1.578707</w:t>
        <w:br/>
        <w:t>v -0.426274 22.660528 1.384025</w:t>
        <w:br/>
        <w:t>v -0.222927 23.482464 0.969025</w:t>
        <w:br/>
        <w:t>v -0.141007 23.118494 1.479725</w:t>
        <w:br/>
        <w:t>v -0.059381 23.002760 1.497496</w:t>
        <w:br/>
        <w:t>v -0.255461 23.535059 1.025012</w:t>
        <w:br/>
        <w:t>v -0.222927 23.482464 0.969025</w:t>
        <w:br/>
        <w:t>v -0.206441 23.371088 1.300491</w:t>
        <w:br/>
        <w:t>v -0.201875 23.331177 1.236992</w:t>
        <w:br/>
        <w:t>v -0.818884 23.102074 1.088723</w:t>
        <w:br/>
        <w:t>v -0.743781 23.129847 1.071925</w:t>
        <w:br/>
        <w:t>v -0.786620 23.251549 1.014683</w:t>
        <w:br/>
        <w:t>v -0.872840 23.215874 1.024494</w:t>
        <w:br/>
        <w:t>v -0.779492 23.480017 0.716161</w:t>
        <w:br/>
        <w:t>v -0.844617 23.483881 0.690737</w:t>
        <w:br/>
        <w:t>v -0.900299 23.443193 0.772059</w:t>
        <w:br/>
        <w:t>v -0.805565 23.457527 0.783063</w:t>
        <w:br/>
        <w:t>v -0.798498 23.521969 0.725470</w:t>
        <w:br/>
        <w:t>v -0.779492 23.480017 0.716161</w:t>
        <w:br/>
        <w:t>v -0.805565 23.457527 0.783063</w:t>
        <w:br/>
        <w:t>v -0.827799 23.504776 0.805737</w:t>
        <w:br/>
        <w:t>v -0.756183 23.153305 1.150022</w:t>
        <w:br/>
        <w:t>v -0.818884 23.102074 1.088723</w:t>
        <w:br/>
        <w:t>v -0.872840 23.215874 1.024494</w:t>
        <w:br/>
        <w:t>v -0.797087 23.278835 1.087621</w:t>
        <w:br/>
        <w:t>v -0.167255 23.787262 0.521363</w:t>
        <w:br/>
        <w:t>v -0.188433 23.674520 0.526549</w:t>
        <w:br/>
        <w:t>v -0.142262 23.683573 0.522366</w:t>
        <w:br/>
        <w:t>v -0.142262 23.683573 0.522366</w:t>
        <w:br/>
        <w:t>v -0.142262 23.683573 0.522366</w:t>
        <w:br/>
        <w:t>v -0.018952 23.714411 0.425323</w:t>
        <w:br/>
        <w:t>v -0.031460 23.755121 0.611368</w:t>
        <w:br/>
        <w:t>v 0.057238 23.787708 0.558869</w:t>
        <w:br/>
        <w:t>v 1.026820 22.759222 0.217359</w:t>
        <w:br/>
        <w:t>v 0.906572 22.902100 0.393650</w:t>
        <w:br/>
        <w:t>v 0.233114 22.131849 1.500296</w:t>
        <w:br/>
        <w:t>v 0.179744 21.915791 1.489034</w:t>
        <w:br/>
        <w:t>v 0.267341 21.915958 1.481637</w:t>
        <w:br/>
        <w:t>v 0.346780 22.134056 1.491855</w:t>
        <w:br/>
        <w:t>v 0.255012 22.689470 1.447379</w:t>
        <w:br/>
        <w:t>v 0.281479 22.526096 1.482177</w:t>
        <w:br/>
        <w:t>v 0.407507 22.528408 1.478748</w:t>
        <w:br/>
        <w:t>v 0.357727 22.768606 1.477210</w:t>
        <w:br/>
        <w:t>v -0.107534 21.688200 1.664954</w:t>
        <w:br/>
        <w:t>v -0.140337 21.690058 1.664397</w:t>
        <w:br/>
        <w:t>v 0.143683 21.805666 1.461857</w:t>
        <w:br/>
        <w:t>v 0.207710 21.804863 1.460726</w:t>
        <w:br/>
        <w:t>v -0.088504 21.916454 1.816154</w:t>
        <w:br/>
        <w:t>v -0.072967 22.113359 1.879562</w:t>
        <w:br/>
        <w:t>v 0.037008 22.119434 1.864799</w:t>
        <w:br/>
        <w:t>v -0.005783 21.922188 1.799202</w:t>
        <w:br/>
        <w:t>v 0.108919 21.709011 1.433208</w:t>
        <w:br/>
        <w:t>v 0.074230 21.620874 1.402046</w:t>
        <w:br/>
        <w:t>v 0.141664 21.709135 1.432320</w:t>
        <w:br/>
        <w:t>v 0.074230 21.620874 1.402046</w:t>
        <w:br/>
        <w:t>v 0.115924 21.701662 1.470221</w:t>
        <w:br/>
        <w:t>v 0.141664 21.709135 1.432320</w:t>
        <w:br/>
        <w:t>v 0.307463 22.534874 1.626161</w:t>
        <w:br/>
        <w:t>v 0.208483 22.510395 1.604074</w:t>
        <w:br/>
        <w:t>v 0.208094 22.312166 1.627208</w:t>
        <w:br/>
        <w:t>v 0.306625 22.316956 1.661565</w:t>
        <w:br/>
        <w:t>v 0.130500 22.456839 1.660695</w:t>
        <w:br/>
        <w:t>v 0.153422 22.307398 1.713181</w:t>
        <w:br/>
        <w:t>v 0.080552 21.919548 1.589784</w:t>
        <w:br/>
        <w:t>v 0.004769 21.775440 1.567216</w:t>
        <w:br/>
        <w:t>v 0.064515 21.775648 1.572856</w:t>
        <w:br/>
        <w:t>v 0.158131 21.919142 1.597508</w:t>
        <w:br/>
        <w:t>v -0.108722 21.696819 1.591415</w:t>
        <w:br/>
        <w:t>v -0.184443 21.576269 1.567715</w:t>
        <w:br/>
        <w:t>v -0.068781 21.688673 1.605252</w:t>
        <w:br/>
        <w:t>v 0.169273 22.129543 1.624143</w:t>
        <w:br/>
        <w:t>v 0.261153 22.134066 1.646221</w:t>
        <w:br/>
        <w:t>v 0.156897 21.791920 1.531065</w:t>
        <w:br/>
        <w:t>v 0.143683 21.805666 1.461857</w:t>
        <w:br/>
        <w:t>v -0.060281 21.778788 1.726056</w:t>
        <w:br/>
        <w:t>v -0.138342 22.108320 1.760495</w:t>
        <w:br/>
        <w:t>v -0.072967 22.113359 1.879562</w:t>
        <w:br/>
        <w:t>v -0.116117 22.381926 1.685841</w:t>
        <w:br/>
        <w:t>v -0.189631 22.535416 1.619125</w:t>
        <w:br/>
        <w:t>v -0.250346 22.532150 1.677376</w:t>
        <w:br/>
        <w:t>v -0.180238 22.367855 1.738206</w:t>
        <w:br/>
        <w:t>v -0.239159 22.566446 1.578707</w:t>
        <w:br/>
        <w:t>v -0.318311 22.648445 1.608794</w:t>
        <w:br/>
        <w:t>v -0.140337 21.690058 1.664397</w:t>
        <w:br/>
        <w:t>v -0.184443 21.576269 1.567715</w:t>
        <w:br/>
        <w:t>v -0.163144 21.693817 1.622772</w:t>
        <w:br/>
        <w:t>v 0.140090 22.302181 1.837658</w:t>
        <w:br/>
        <w:t>v -0.147190 21.696556 1.606080</w:t>
        <w:br/>
        <w:t>v -0.184443 21.576269 1.567715</w:t>
        <w:br/>
        <w:t>v -0.002252 21.779810 1.633573</w:t>
        <w:br/>
        <w:t>v 0.064515 21.775648 1.572856</w:t>
        <w:br/>
        <w:t>v 0.246597 22.318588 1.711611</w:t>
        <w:br/>
        <w:t>v -0.063335 21.683901 1.555462</w:t>
        <w:br/>
        <w:t>v -0.798498 23.521969 0.725470</w:t>
        <w:br/>
        <w:t>v -0.844617 23.483881 0.690737</w:t>
        <w:br/>
        <w:t>v -0.771840 23.507593 0.604555</w:t>
        <w:br/>
        <w:t>v -0.746575 23.535337 0.634402</w:t>
        <w:br/>
        <w:t>v -0.644097 23.520245 0.521563</w:t>
        <w:br/>
        <w:t>v -0.817155 23.356417 0.949301</w:t>
        <w:br/>
        <w:t>v -0.911993 23.313873 0.950973</w:t>
        <w:br/>
        <w:t>v -0.827799 23.504776 0.805737</w:t>
        <w:br/>
        <w:t>v -0.900299 23.443193 0.772059</w:t>
        <w:br/>
        <w:t>v -1.025539 22.489437 0.869676</w:t>
        <w:br/>
        <w:t>v -0.938341 22.629900 0.746738</w:t>
        <w:br/>
        <w:t>v -0.938341 22.629900 0.746738</w:t>
        <w:br/>
        <w:t>v -1.075092 22.859560 0.729973</w:t>
        <w:br/>
        <w:t>v -1.097239 22.795040 0.483137</w:t>
        <w:br/>
        <w:t>v -0.938490 22.839687 0.405712</w:t>
        <w:br/>
        <w:t>v -1.075092 22.859560 0.729973</w:t>
        <w:br/>
        <w:t>v -0.847846 22.862297 0.593409</w:t>
        <w:br/>
        <w:t>v -0.898067 23.035299 0.357422</w:t>
        <w:br/>
        <w:t>v -0.938490 22.839687 0.405712</w:t>
        <w:br/>
        <w:t>v -0.847846 22.862297 0.593409</w:t>
        <w:br/>
        <w:t>v -0.821839 23.082787 0.533283</w:t>
        <w:br/>
        <w:t>v 0.054621 23.541725 0.499426</w:t>
        <w:br/>
        <w:t>v 0.231770 23.514738 0.377895</w:t>
        <w:br/>
        <w:t>v 0.574455 23.422619 0.127951</w:t>
        <w:br/>
        <w:t>v 0.580709 23.269634 0.246273</w:t>
        <w:br/>
        <w:t>v -0.335795 23.369488 0.686043</w:t>
        <w:br/>
        <w:t>v -0.216000 23.463718 0.634856</w:t>
        <w:br/>
        <w:t>v -0.286644 23.544907 0.572439</w:t>
        <w:br/>
        <w:t>v -0.406617 23.455723 0.637663</w:t>
        <w:br/>
        <w:t>v -0.154623 23.572149 0.518284</w:t>
        <w:br/>
        <w:t>v -0.519138 23.188595 0.749683</w:t>
        <w:br/>
        <w:t>v -0.439940 23.286493 0.723481</w:t>
        <w:br/>
        <w:t>v -0.512239 23.364775 0.687760</w:t>
        <w:br/>
        <w:t>v -0.580953 23.250362 0.711724</w:t>
        <w:br/>
        <w:t>v -0.286644 23.544907 0.572439</w:t>
        <w:br/>
        <w:t>v -0.556335 23.111670 0.767263</w:t>
        <w:br/>
        <w:t>v -0.617149 23.167746 0.729213</w:t>
        <w:br/>
        <w:t>v -0.018952 23.714411 0.425323</w:t>
        <w:br/>
        <w:t>v -0.142262 23.683573 0.522366</w:t>
        <w:br/>
        <w:t>v 0.553963 23.647484 0.106783</w:t>
        <w:br/>
        <w:t>v 0.620489 23.679531 0.205080</w:t>
        <w:br/>
        <w:t>v 0.271824 23.804298 0.399962</w:t>
        <w:br/>
        <w:t>v -0.654702 23.072912 0.752480</w:t>
        <w:br/>
        <w:t>v -0.897865 22.849146 0.823346</w:t>
        <w:br/>
        <w:t>v -0.768186 22.903454 0.727639</w:t>
        <w:br/>
        <w:t>v -0.654702 23.072912 0.752480</w:t>
        <w:br/>
        <w:t>v -0.672066 23.165909 0.753483</w:t>
        <w:br/>
        <w:t>v -0.746311 23.126226 0.652637</w:t>
        <w:br/>
        <w:t>v -0.644705 23.199623 0.844116</w:t>
        <w:br/>
        <w:t>v -0.744689 23.287931 0.754571</w:t>
        <w:br/>
        <w:t>v -0.796474 23.244720 0.652440</w:t>
        <w:br/>
        <w:t>v -0.821839 23.082787 0.533283</w:t>
        <w:br/>
        <w:t>v -0.856937 23.202995 0.526200</w:t>
        <w:br/>
        <w:t>v -1.013849 23.102142 0.155540</w:t>
        <w:br/>
        <w:t>v -0.973972 22.974638 0.148997</w:t>
        <w:br/>
        <w:t>v -0.898067 23.035299 0.357422</w:t>
        <w:br/>
        <w:t>v -0.941540 23.163574 0.347008</w:t>
        <w:br/>
        <w:t>v -1.291279 22.963404 -0.303188</w:t>
        <w:br/>
        <w:t>v -1.308069 23.002939 -0.294305</w:t>
        <w:br/>
        <w:t>v -1.425575 22.994011 -0.432294</w:t>
        <w:br/>
        <w:t>v -0.849663 22.677231 0.904447</w:t>
        <w:br/>
        <w:t>v -0.897865 22.849146 0.823346</w:t>
        <w:br/>
        <w:t>v -0.768186 22.903454 0.727639</w:t>
        <w:br/>
        <w:t>v -0.654702 23.072912 0.752480</w:t>
        <w:br/>
        <w:t>v -0.746311 23.126226 0.652637</w:t>
        <w:br/>
        <w:t>v -0.935510 22.549725 1.045135</w:t>
        <w:br/>
        <w:t>v -0.852995 22.412230 0.923900</w:t>
        <w:br/>
        <w:t>v -0.935510 22.549725 1.045135</w:t>
        <w:br/>
        <w:t>v -1.075249 22.396130 0.847817</w:t>
        <w:br/>
        <w:t>v -0.983482 22.314751 0.818755</w:t>
        <w:br/>
        <w:t>v -0.760071 22.738190 1.047458</w:t>
        <w:br/>
        <w:t>v -0.759189 22.868275 0.970652</w:t>
        <w:br/>
        <w:t>v -0.552015 22.362402 1.216621</w:t>
        <w:br/>
        <w:t>v -0.589883 22.416624 1.242402</w:t>
        <w:br/>
        <w:t>v -0.540410 22.405130 1.220413</w:t>
        <w:br/>
        <w:t>v -0.087352 22.100157 1.702058</w:t>
        <w:br/>
        <w:t>v 0.208483 22.510395 1.604074</w:t>
        <w:br/>
        <w:t>v 0.130500 22.456839 1.660695</w:t>
        <w:br/>
        <w:t>v 0.153422 22.307398 1.713181</w:t>
        <w:br/>
        <w:t>v 0.208094 22.312166 1.627208</w:t>
        <w:br/>
        <w:t>v 0.281479 22.526096 1.482177</w:t>
        <w:br/>
        <w:t>v 0.307463 22.534874 1.626161</w:t>
        <w:br/>
        <w:t>v 0.306625 22.316956 1.661565</w:t>
        <w:br/>
        <w:t>v 0.263717 22.315901 1.496118</w:t>
        <w:br/>
        <w:t>v 0.263717 22.315901 1.496118</w:t>
        <w:br/>
        <w:t>v 0.385296 22.316486 1.486193</w:t>
        <w:br/>
        <w:t>v 0.153422 22.307398 1.713181</w:t>
        <w:br/>
        <w:t>v 0.170574 22.685577 1.549417</w:t>
        <w:br/>
        <w:t>v 0.083132 22.664419 1.596493</w:t>
        <w:br/>
        <w:t>v -0.043375 22.627516 1.578864</w:t>
        <w:br/>
        <w:t>v -0.189631 22.535416 1.619125</w:t>
        <w:br/>
        <w:t>v 0.264585 22.722189 1.581126</w:t>
        <w:br/>
        <w:t>v 0.255012 22.689470 1.447379</w:t>
        <w:br/>
        <w:t>v 0.264585 22.722189 1.581126</w:t>
        <w:br/>
        <w:t>v -0.306435 22.459982 1.446448</w:t>
        <w:br/>
        <w:t>v -0.381405 22.452700 1.413069</w:t>
        <w:br/>
        <w:t>v -0.311432 22.526697 1.507536</w:t>
        <w:br/>
        <w:t>v -0.356415 22.380312 1.385625</w:t>
        <w:br/>
        <w:t>v -0.454262 22.355961 1.310194</w:t>
        <w:br/>
        <w:t>v -0.192705 22.552847 1.494848</w:t>
        <w:br/>
        <w:t>v -0.239159 22.566446 1.578707</w:t>
        <w:br/>
        <w:t>v -0.508974 22.307802 1.243441</w:t>
        <w:br/>
        <w:t>v -0.508974 22.307802 1.243441</w:t>
        <w:br/>
        <w:t>v -0.540410 22.405130 1.220413</w:t>
        <w:br/>
        <w:t>v -0.534446 22.404829 1.267448</w:t>
        <w:br/>
        <w:t>v -0.508974 22.307802 1.243441</w:t>
        <w:br/>
        <w:t>v -0.239159 22.566446 1.578707</w:t>
        <w:br/>
        <w:t>v -0.189631 22.535416 1.619125</w:t>
        <w:br/>
        <w:t>v -0.043375 22.627516 1.578864</w:t>
        <w:br/>
        <w:t>v -0.041264 22.584055 1.466380</w:t>
        <w:br/>
        <w:t>v -0.043375 22.627516 1.578864</w:t>
        <w:br/>
        <w:t>v -0.206900 22.473442 1.440941</w:t>
        <w:br/>
        <w:t>v -0.249827 22.394400 1.419170</w:t>
        <w:br/>
        <w:t>v 0.170574 22.685577 1.549417</w:t>
        <w:br/>
        <w:t>v 0.083132 22.664419 1.596493</w:t>
        <w:br/>
        <w:t>v -0.445589 22.302208 1.302065</w:t>
        <w:br/>
        <w:t>v 0.108809 22.618078 1.435989</w:t>
        <w:br/>
        <w:t>v -0.089243 22.486202 1.458722</w:t>
        <w:br/>
        <w:t>v -0.041264 22.584055 1.466380</w:t>
        <w:br/>
        <w:t>v -0.181328 22.400904 1.462087</w:t>
        <w:br/>
        <w:t>v 0.264585 22.722189 1.581126</w:t>
        <w:br/>
        <w:t>v 0.255012 22.689470 1.447379</w:t>
        <w:br/>
        <w:t>v 0.490343 22.643587 1.309392</w:t>
        <w:br/>
        <w:t>v 0.390886 22.785473 1.368834</w:t>
        <w:br/>
        <w:t>v 0.255012 22.689470 1.447379</w:t>
        <w:br/>
        <w:t>v 0.388589 22.562780 1.431745</w:t>
        <w:br/>
        <w:t>v 0.605398 22.281881 1.265872</w:t>
        <w:br/>
        <w:t>v 0.572064 22.482950 1.274870</w:t>
        <w:br/>
        <w:t>v 0.480156 22.418880 1.402935</w:t>
        <w:br/>
        <w:t>v 0.542966 22.225063 1.366187</w:t>
        <w:br/>
        <w:t>v -0.268608 22.333572 1.421318</w:t>
        <w:br/>
        <w:t>v -0.000539 22.499994 1.474841</w:t>
        <w:br/>
        <w:t>v 0.108809 22.618078 1.435989</w:t>
        <w:br/>
        <w:t>v -0.019382 22.437531 1.483251</w:t>
        <w:br/>
        <w:t>v 0.102272 22.514957 1.445522</w:t>
        <w:br/>
        <w:t>v -0.112260 22.408985 1.464343</w:t>
        <w:br/>
        <w:t>v 0.234440 22.613638 1.381020</w:t>
        <w:br/>
        <w:t>v 0.234778 22.535122 1.390389</w:t>
        <w:br/>
        <w:t>v 0.025000 22.438429 1.484753</w:t>
        <w:br/>
        <w:t>v 0.491829 22.675020 1.276944</w:t>
        <w:br/>
        <w:t>v 0.375772 22.653309 1.323486</w:t>
        <w:br/>
        <w:t>v 0.386992 22.778337 1.307930</w:t>
        <w:br/>
        <w:t>v -0.046334 22.382204 1.496402</w:t>
        <w:br/>
        <w:t>v 0.117274 22.470026 1.449300</w:t>
        <w:br/>
        <w:t>v 0.026038 22.416330 1.484034</w:t>
        <w:br/>
        <w:t>v 0.245027 22.717916 1.377253</w:t>
        <w:br/>
        <w:t>v 0.390886 22.785473 1.368834</w:t>
        <w:br/>
        <w:t>v 0.386992 22.778337 1.307930</w:t>
        <w:br/>
        <w:t>v 0.245027 22.717916 1.377253</w:t>
        <w:br/>
        <w:t>v 0.585465 22.545330 1.188169</w:t>
        <w:br/>
        <w:t>v 0.491829 22.675020 1.276944</w:t>
        <w:br/>
        <w:t>v 0.585465 22.545330 1.188169</w:t>
        <w:br/>
        <w:t>v 0.371605 22.558935 1.299384</w:t>
        <w:br/>
        <w:t>v 0.548763 22.472031 1.192284</w:t>
        <w:br/>
        <w:t>v 0.581597 22.704582 1.068311</w:t>
        <w:br/>
        <w:t>v 0.487098 22.616383 1.203553</w:t>
        <w:br/>
        <w:t>v 0.548763 22.472031 1.192284</w:t>
        <w:br/>
        <w:t>v 0.637339 22.543123 1.064355</w:t>
        <w:br/>
        <w:t>v 0.153422 22.307398 1.713181</w:t>
        <w:br/>
        <w:t>v -0.245120 23.037718 1.557116</w:t>
        <w:br/>
        <w:t>v -0.114571 21.780453 1.730680</w:t>
        <w:br/>
        <w:t>v 0.491829 22.675020 1.276944</w:t>
        <w:br/>
        <w:t>v 0.386992 22.778337 1.307930</w:t>
        <w:br/>
        <w:t>v 0.390886 22.785473 1.368834</w:t>
        <w:br/>
        <w:t>v -0.852995 22.412230 0.923900</w:t>
        <w:br/>
        <w:t>v -0.983482 22.314751 0.818755</w:t>
        <w:br/>
        <w:t>v -1.131894 22.262930 0.753830</w:t>
        <w:br/>
        <w:t>v -1.044112 22.228697 0.760160</w:t>
        <w:br/>
        <w:t>v -1.044112 22.228697 0.760160</w:t>
        <w:br/>
        <w:t>v -0.624848 22.373001 1.133031</w:t>
        <w:br/>
        <w:t>v -0.552015 22.362402 1.216621</w:t>
        <w:br/>
        <w:t>v -0.639356 22.429186 1.123721</w:t>
        <w:br/>
        <w:t>v -0.589883 22.416624 1.242402</w:t>
        <w:br/>
        <w:t>v -0.759189 22.868275 0.970652</w:t>
        <w:br/>
        <w:t>v -0.672588 22.909372 0.827280</w:t>
        <w:br/>
        <w:t>v -0.732746 22.497637 1.064465</w:t>
        <w:br/>
        <w:t>v -0.765169 22.607782 1.129304</w:t>
        <w:br/>
        <w:t>v -0.765169 22.607782 1.129304</w:t>
        <w:br/>
        <w:t>v -0.750871 22.423746 1.235945</w:t>
        <w:br/>
        <w:t>v -1.094081 22.103725 0.719972</w:t>
        <w:br/>
        <w:t>v -1.102895 22.083635 0.760965</w:t>
        <w:br/>
        <w:t>v -1.165401 22.148371 0.686001</w:t>
        <w:br/>
        <w:t>v -1.103413 22.122572 0.693886</w:t>
        <w:br/>
        <w:t>v -0.534446 22.404829 1.267448</w:t>
        <w:br/>
        <w:t>v -0.540410 22.405130 1.220413</w:t>
        <w:br/>
        <w:t>v -0.624848 22.373001 1.133031</w:t>
        <w:br/>
        <w:t>v -0.687354 22.430307 1.166562</w:t>
        <w:br/>
        <w:t>v -0.639356 22.429186 1.123721</w:t>
        <w:br/>
        <w:t>v 1.231768 22.655848 0.061508</w:t>
        <w:br/>
        <w:t>v 1.136046 22.631155 0.064082</w:t>
        <w:br/>
        <w:t>v 0.918626 22.616844 0.369677</w:t>
        <w:br/>
        <w:t>v 0.910949 22.360641 0.693587</w:t>
        <w:br/>
        <w:t>v 0.806027 22.532627 0.878103</w:t>
        <w:br/>
        <w:t>v 0.899254 22.675446 0.647909</w:t>
        <w:br/>
        <w:t>v 0.862352 22.616758 0.740666</w:t>
        <w:br/>
        <w:t>v 0.815488 22.775650 0.531574</w:t>
        <w:br/>
        <w:t>v 0.875072 22.560583 0.824294</w:t>
        <w:br/>
        <w:t>v 0.689288 22.922901 0.708416</w:t>
        <w:br/>
        <w:t>v 0.778165 22.845695 0.834630</w:t>
        <w:br/>
        <w:t>v 0.667238 23.140362 0.451723</w:t>
        <w:br/>
        <w:t>v 0.763283 23.060194 0.589417</w:t>
        <w:br/>
        <w:t>v 0.741841 22.796953 0.917859</w:t>
        <w:br/>
        <w:t>v 0.774673 22.732178 0.988656</w:t>
        <w:br/>
        <w:t>v 0.710360 22.382793 1.060876</w:t>
        <w:br/>
        <w:t>v 0.667238 23.140362 0.451723</w:t>
        <w:br/>
        <w:t>v 0.702733 22.699524 1.047253</w:t>
        <w:br/>
        <w:t>v 1.079306 22.247009 0.512886</w:t>
        <w:br/>
        <w:t>v -0.546609 22.428171 1.276681</w:t>
        <w:br/>
        <w:t>v -0.082691 23.289164 0.623742</w:t>
        <w:br/>
        <w:t>v 0.075781 23.323351 0.548521</w:t>
        <w:br/>
        <w:t>v 0.054621 23.541725 0.499426</w:t>
        <w:br/>
        <w:t>v -0.114601 23.513191 0.590900</w:t>
        <w:br/>
        <w:t>v 0.263992 23.329376 0.457760</w:t>
        <w:br/>
        <w:t>v 0.231770 23.514738 0.377895</w:t>
        <w:br/>
        <w:t>v -0.179950 23.259569 0.673960</w:t>
        <w:br/>
        <w:t>v -0.283554 23.216471 0.732481</w:t>
        <w:br/>
        <w:t>v -0.176208 23.088097 0.950004</w:t>
        <w:br/>
        <w:t>v -0.063451 23.124838 0.903965</w:t>
        <w:br/>
        <w:t>v -0.478922 23.112951 0.817586</w:t>
        <w:br/>
        <w:t>v -0.389046 23.173141 0.786951</w:t>
        <w:br/>
        <w:t>v 0.433290 23.305218 0.358815</w:t>
        <w:br/>
        <w:t>v 0.392923 23.478201 0.258163</w:t>
        <w:br/>
        <w:t>v -0.592932 23.028389 0.840009</w:t>
        <w:br/>
        <w:t>v 0.052141 23.146547 0.859754</w:t>
        <w:br/>
        <w:t>v 0.180403 23.166809 0.801406</w:t>
        <w:br/>
        <w:t>v 0.532003 23.171227 0.569176</w:t>
        <w:br/>
        <w:t>v 0.667238 23.140362 0.451723</w:t>
        <w:br/>
        <w:t>v 0.366613 23.187162 0.687801</w:t>
        <w:br/>
        <w:t>v -0.567111 22.843904 1.006191</w:t>
        <w:br/>
        <w:t>v -0.459389 22.921062 0.998116</w:t>
        <w:br/>
        <w:t>v -0.351702 22.997824 0.989804</w:t>
        <w:br/>
        <w:t>v -0.267770 23.049919 0.973558</w:t>
        <w:br/>
        <w:t>v -0.094664 22.233629 1.702340</w:t>
        <w:br/>
        <w:t>v -0.151078 22.230322 1.766766</w:t>
        <w:br/>
        <w:t>v 0.586156 21.914587 1.286194</w:t>
        <w:br/>
        <w:t>v 0.611243 21.916918 1.299138</w:t>
        <w:br/>
        <w:t>v 0.592603 21.764040 1.230731</w:t>
        <w:br/>
        <w:t>v 0.611243 21.916918 1.299138</w:t>
        <w:br/>
        <w:t>v 0.645956 21.924124 1.265414</w:t>
        <w:br/>
        <w:t>v 0.592603 21.764040 1.230731</w:t>
        <w:br/>
        <w:t>v 0.612717 21.924026 1.239090</w:t>
        <w:br/>
        <w:t>v 0.592603 21.764040 1.230731</w:t>
        <w:br/>
        <w:t>v 0.645956 21.924124 1.265414</w:t>
        <w:br/>
        <w:t>v 0.612717 21.924026 1.239090</w:t>
        <w:br/>
        <w:t>v 0.586156 21.914587 1.286194</w:t>
        <w:br/>
        <w:t>v 0.592603 21.764040 1.230731</w:t>
        <w:br/>
        <w:t>v 0.884437 23.128622 0.163769</w:t>
        <w:br/>
        <w:t>v 0.667238 23.140362 0.451723</w:t>
        <w:br/>
        <w:t>v 0.946670 23.155031 0.183216</w:t>
        <w:br/>
        <w:t>v 1.148634 23.088097 -0.214285</w:t>
        <w:br/>
        <w:t>v 1.270447 23.056046 -0.403073</w:t>
        <w:br/>
        <w:t>v 1.026838 23.107977 -0.031112</w:t>
        <w:br/>
        <w:t>v 0.371605 22.558935 1.299384</w:t>
        <w:br/>
        <w:t>v -0.540410 22.405130 1.220413</w:t>
        <w:br/>
        <w:t>v -0.639356 22.429186 1.123721</w:t>
        <w:br/>
        <w:t>v -0.552015 22.362402 1.216621</w:t>
        <w:br/>
        <w:t>v -0.697218 22.380161 1.038152</w:t>
        <w:br/>
        <w:t>v -0.624848 22.373001 1.133031</w:t>
        <w:br/>
        <w:t>v -0.560471 22.697802 1.052698</w:t>
        <w:br/>
        <w:t>v -0.659308 22.558477 1.052523</w:t>
        <w:br/>
        <w:t>v -0.762112 22.404818 1.006445</w:t>
        <w:br/>
        <w:t>v -0.697218 22.380161 1.038152</w:t>
        <w:br/>
        <w:t>v -0.659308 22.558477 1.052523</w:t>
        <w:br/>
        <w:t>v -1.131894 22.262930 0.753830</w:t>
        <w:br/>
        <w:t>v -1.176257 22.247473 0.778885</w:t>
        <w:br/>
        <w:t>v 1.026838 23.107977 -0.031112</w:t>
        <w:br/>
        <w:t>v 0.346889 23.777760 0.151634</w:t>
        <w:br/>
        <w:t>v 0.171606 23.759377 0.251057</w:t>
        <w:br/>
        <w:t>v 0.646078 23.730597 -0.088066</w:t>
        <w:br/>
        <w:t>v 0.762243 23.791887 -0.204999</w:t>
        <w:br/>
        <w:t>v 0.764899 23.824076 -0.201482</w:t>
        <w:br/>
        <w:t>v 0.655163 23.801138 -0.085793</w:t>
        <w:br/>
        <w:t>v 0.507729 23.693441 0.036065</w:t>
        <w:br/>
        <w:t>v 0.517861 23.788845 0.025553</w:t>
        <w:br/>
        <w:t>v 0.839398 23.858387 -0.291951</w:t>
        <w:br/>
        <w:t>v -1.171451 21.992195 0.663592</w:t>
        <w:br/>
        <w:t>v -1.103413 22.122572 0.693886</w:t>
        <w:br/>
        <w:t>v -1.199231 22.136742 0.704468</w:t>
        <w:br/>
        <w:t>v -1.157652 22.012333 0.625898</w:t>
        <w:br/>
        <w:t>v -1.157652 22.012333 0.625898</w:t>
        <w:br/>
        <w:t>v -1.193048 22.027035 0.620380</w:t>
        <w:br/>
        <w:t>v -1.223838 21.863234 0.537372</w:t>
        <w:br/>
        <w:t>v -1.156469 21.989916 0.663569</w:t>
        <w:br/>
        <w:t>v -1.223838 21.863234 0.537372</w:t>
        <w:br/>
        <w:t>v -1.213435 22.020023 0.631216</w:t>
        <w:br/>
        <w:t>v 1.300010 21.630884 0.140200</w:t>
        <w:br/>
        <w:t>v 1.274486 21.722792 0.224538</w:t>
        <w:br/>
        <w:t>v 1.302585 21.705416 0.048622</w:t>
        <w:br/>
        <w:t>v 1.266188 21.608948 0.128432</w:t>
        <w:br/>
        <w:t>v 1.465355 21.562006 -0.087045</w:t>
        <w:br/>
        <w:t>v 1.465355 21.562006 -0.087045</w:t>
        <w:br/>
        <w:t>v 1.302585 21.705416 0.048622</w:t>
        <w:br/>
        <w:t>v 1.254817 21.669668 0.067146</w:t>
        <w:br/>
        <w:t>v 1.266188 21.608948 0.128432</w:t>
        <w:br/>
        <w:t>v 1.270447 23.056046 -0.403073</w:t>
        <w:br/>
        <w:t>v 1.245809 22.156340 0.205627</w:t>
        <w:br/>
        <w:t>v 1.301840 22.200220 0.178551</w:t>
        <w:br/>
        <w:t>v 1.289282 22.190865 0.024951</w:t>
        <w:br/>
        <w:t>v -0.916260 23.389845 0.864170</w:t>
        <w:br/>
        <w:t>v -0.814830 23.416847 0.876997</w:t>
        <w:br/>
        <w:t>v -0.124920 21.792892 1.636507</w:t>
        <w:br/>
        <w:t>v -0.151494 21.788033 1.663187</w:t>
        <w:br/>
        <w:t>v 0.617997 22.015257 1.337047</w:t>
        <w:br/>
        <w:t>v 0.671919 22.026714 1.283669</w:t>
        <w:br/>
        <w:t>v 1.584487 22.308439 -0.359622</w:t>
        <w:br/>
        <w:t>v -1.165401 22.148371 0.686001</w:t>
        <w:br/>
        <w:t>v -1.199231 22.136742 0.704468</w:t>
        <w:br/>
        <w:t>v -1.272693 22.610064 0.246210</w:t>
        <w:br/>
        <w:t>v -1.218918 23.024384 -0.179567</w:t>
        <w:br/>
        <w:t>v 1.346737 22.602713 -0.286427</w:t>
        <w:br/>
        <w:t>v 0.360340 22.210983 -1.066339</w:t>
        <w:br/>
        <w:t>v -0.911504 22.204193 -0.433844</w:t>
        <w:br/>
        <w:t>v -1.014658 22.058384 -0.052873</w:t>
        <w:br/>
        <w:t>v -0.999439 22.003965 -0.025447</w:t>
        <w:br/>
        <w:t>v -0.997900 22.005930 -0.164265</w:t>
        <w:br/>
        <w:t>v -0.546609 22.428171 1.276681</w:t>
        <w:br/>
        <w:t>v -0.508974 22.307802 1.243441</w:t>
        <w:br/>
        <w:t>v -0.541347 22.380877 1.284144</w:t>
        <w:br/>
        <w:t>v -0.508974 22.307802 1.243441</w:t>
        <w:br/>
        <w:t>v -0.525999 22.424063 1.287513</w:t>
        <w:br/>
        <w:t>v -0.727214 21.354670 0.436060</w:t>
        <w:br/>
        <w:t>v -0.707493 21.354277 0.444092</w:t>
        <w:br/>
        <w:t>v -0.694161 21.345453 0.418723</w:t>
        <w:br/>
        <w:t>v -0.712382 21.344868 0.407871</w:t>
        <w:br/>
        <w:t>v -0.707493 21.354277 0.444092</w:t>
        <w:br/>
        <w:t>v -0.700799 21.363667 0.439244</w:t>
        <w:br/>
        <w:t>v -0.690400 21.356810 0.419513</w:t>
        <w:br/>
        <w:t>v -0.694161 21.345453 0.418723</w:t>
        <w:br/>
        <w:t>v -0.700799 21.363667 0.439244</w:t>
        <w:br/>
        <w:t>v -0.713803 21.352900 0.397393</w:t>
        <w:br/>
        <w:t>v -0.704850 21.345331 0.381094</w:t>
        <w:br/>
        <w:t>v -0.690400 21.356810 0.419513</w:t>
        <w:br/>
        <w:t>v -0.713803 21.352900 0.397393</w:t>
        <w:br/>
        <w:t>v -0.733557 21.352617 0.389355</w:t>
        <w:br/>
        <w:t>v -0.723102 21.343788 0.370339</w:t>
        <w:br/>
        <w:t>v -0.704850 21.345331 0.381094</w:t>
        <w:br/>
        <w:t>v -0.733557 21.352617 0.389355</w:t>
        <w:br/>
        <w:t>v -0.740273 21.343233 0.395061</w:t>
        <w:br/>
        <w:t>v -0.726871 21.355629 0.397809</w:t>
        <w:br/>
        <w:t>v -0.723102 21.343788 0.370339</w:t>
        <w:br/>
        <w:t>v -0.740273 21.343233 0.395061</w:t>
        <w:br/>
        <w:t>v -0.726871 21.355629 0.397809</w:t>
        <w:br/>
        <w:t>v -0.733035 21.369234 0.457020</w:t>
        <w:br/>
        <w:t>v -0.712731 21.366552 0.462878</w:t>
        <w:br/>
        <w:t>v -0.712731 21.366552 0.462878</w:t>
        <w:br/>
        <w:t>v -0.704911 21.361423 0.424803</w:t>
        <w:br/>
        <w:t>v -0.704911 21.361423 0.424803</w:t>
        <w:br/>
        <w:t>v -0.717360 21.368010 0.409106</w:t>
        <w:br/>
        <w:t>v -0.717360 21.368010 0.409106</w:t>
        <w:br/>
        <w:t>v -0.737704 21.370249 0.403019</w:t>
        <w:br/>
        <w:t>v -0.737704 21.370249 0.403019</w:t>
        <w:br/>
        <w:t>v -0.745556 21.365911 0.412629</w:t>
        <w:br/>
        <w:t>v -0.745556 21.365911 0.412629</w:t>
        <w:br/>
        <w:t>v -0.728455 21.382830 0.434971</w:t>
        <w:br/>
        <w:t>v -0.708611 21.377356 0.440394</w:t>
        <w:br/>
        <w:t>v -0.708611 21.377356 0.440394</w:t>
        <w:br/>
        <w:t>v -0.701718 21.375452 0.429454</w:t>
        <w:br/>
        <w:t>v -0.701718 21.375452 0.429454</w:t>
        <w:br/>
        <w:t>v -0.714632 21.386610 0.413092</w:t>
        <w:br/>
        <w:t>v -0.714632 21.386610 0.413092</w:t>
        <w:br/>
        <w:t>v -0.734520 21.391949 0.407670</w:t>
        <w:br/>
        <w:t>v -0.734520 21.391949 0.407670</w:t>
        <w:br/>
        <w:t>v -0.741447 21.393808 0.418610</w:t>
        <w:br/>
        <w:t>v -0.741447 21.393808 0.418610</w:t>
        <w:br/>
        <w:t>v -0.714755 21.418823 0.426960</w:t>
        <w:br/>
        <w:t>v -0.696279 21.403591 0.433183</w:t>
        <w:br/>
        <w:t>v -0.696279 21.403591 0.433183</w:t>
        <w:br/>
        <w:t>v -0.692103 21.403069 0.423846</w:t>
        <w:br/>
        <w:t>v -0.692103 21.403069 0.423846</w:t>
        <w:br/>
        <w:t>v -0.706371 21.403708 0.408286</w:t>
        <w:br/>
        <w:t>v -0.706371 21.403708 0.408286</w:t>
        <w:br/>
        <w:t>v -0.724885 21.411894 0.402062</w:t>
        <w:br/>
        <w:t>v -0.724885 21.411894 0.402062</w:t>
        <w:br/>
        <w:t>v -0.729091 21.419455 0.411399</w:t>
        <w:br/>
        <w:t>v -0.729091 21.419455 0.411399</w:t>
        <w:br/>
        <w:t>v -0.695496 21.437174 0.406439</w:t>
        <w:br/>
        <w:t>v -0.678951 21.427147 0.414715</w:t>
        <w:br/>
        <w:t>v -0.678951 21.427147 0.414715</w:t>
        <w:br/>
        <w:t>v -0.678586 21.415918 0.409482</w:t>
        <w:br/>
        <w:t>v -0.678586 21.415918 0.409482</w:t>
        <w:br/>
        <w:t>v -0.694748 21.414726 0.395973</w:t>
        <w:br/>
        <w:t>v -0.694748 21.414726 0.395973</w:t>
        <w:br/>
        <w:t>v -0.711324 21.424755 0.387698</w:t>
        <w:br/>
        <w:t>v -0.711324 21.424755 0.387698</w:t>
        <w:br/>
        <w:t>v -0.711707 21.435976 0.392931</w:t>
        <w:br/>
        <w:t>v -0.711707 21.435976 0.392931</w:t>
        <w:br/>
        <w:t>v -0.675664 21.440500 0.378907</w:t>
        <w:br/>
        <w:t>v -0.661129 21.430136 0.389936</w:t>
        <w:br/>
        <w:t>v -0.661129 21.430136 0.389936</w:t>
        <w:br/>
        <w:t>v -0.664704 21.418247 0.390209</w:t>
        <w:br/>
        <w:t>v -0.664704 21.418247 0.390209</w:t>
        <w:br/>
        <w:t>v -0.682813 21.416731 0.379454</w:t>
        <w:br/>
        <w:t>v -0.682813 21.416731 0.379454</w:t>
        <w:br/>
        <w:t>v -0.697383 21.427092 0.368425</w:t>
        <w:br/>
        <w:t>v -0.697383 21.427092 0.368425</w:t>
        <w:br/>
        <w:t>v -0.693809 21.438976 0.368152</w:t>
        <w:br/>
        <w:t>v -0.693809 21.438976 0.368152</w:t>
        <w:br/>
        <w:t>v -0.660497 21.427921 0.351742</w:t>
        <w:br/>
        <w:t>v -0.647529 21.418806 0.365487</w:t>
        <w:br/>
        <w:t>v -0.661129 21.430136 0.389936</w:t>
        <w:br/>
        <w:t>v -0.675664 21.440500 0.378907</w:t>
        <w:br/>
        <w:t>v -0.647529 21.418806 0.365487</w:t>
        <w:br/>
        <w:t>v -0.654142 21.409435 0.371194</w:t>
        <w:br/>
        <w:t>v -0.664704 21.418247 0.390209</w:t>
        <w:br/>
        <w:t>v -0.661129 21.430136 0.389936</w:t>
        <w:br/>
        <w:t>v -0.654142 21.409435 0.371194</w:t>
        <w:br/>
        <w:t>v -0.673739 21.409178 0.363155</w:t>
        <w:br/>
        <w:t>v -0.682813 21.416731 0.379454</w:t>
        <w:br/>
        <w:t>v -0.664704 21.418247 0.390209</w:t>
        <w:br/>
        <w:t>v -0.673739 21.409178 0.363155</w:t>
        <w:br/>
        <w:t>v -0.686761 21.418287 0.349410</w:t>
        <w:br/>
        <w:t>v -0.697383 21.427092 0.368425</w:t>
        <w:br/>
        <w:t>v -0.682813 21.416731 0.379454</w:t>
        <w:br/>
        <w:t>v -0.686761 21.418287 0.349410</w:t>
        <w:br/>
        <w:t>v -0.680132 21.427660 0.343703</w:t>
        <w:br/>
        <w:t>v -0.693809 21.438976 0.368152</w:t>
        <w:br/>
        <w:t>v -0.697383 21.427092 0.368425</w:t>
        <w:br/>
        <w:t>v -0.680132 21.427660 0.343703</w:t>
        <w:br/>
        <w:t>v -0.693809 21.438976 0.368152</w:t>
        <w:br/>
        <w:t>v -0.654171 21.402792 0.332222</w:t>
        <w:br/>
        <w:t>v -0.641887 21.396179 0.347919</w:t>
        <w:br/>
        <w:t>v -0.641887 21.396179 0.347919</w:t>
        <w:br/>
        <w:t>v -0.649785 21.391834 0.357529</w:t>
        <w:br/>
        <w:t>v -0.649785 21.391834 0.357529</w:t>
        <w:br/>
        <w:t>v -0.669999 21.394091 0.351443</w:t>
        <w:br/>
        <w:t>v -0.669999 21.394091 0.351443</w:t>
        <w:br/>
        <w:t>v -0.682362 21.400690 0.335745</w:t>
        <w:br/>
        <w:t>v -0.682362 21.400690 0.335745</w:t>
        <w:br/>
        <w:t>v -0.674433 21.405043 0.326135</w:t>
        <w:br/>
        <w:t>v -0.674433 21.405043 0.326135</w:t>
        <w:br/>
        <w:t>v -0.658581 21.371811 0.325577</w:t>
        <w:br/>
        <w:t>v -0.645872 21.368299 0.341939</w:t>
        <w:br/>
        <w:t>v -0.645872 21.368299 0.341939</w:t>
        <w:br/>
        <w:t>v -0.652896 21.370146 0.352878</w:t>
        <w:br/>
        <w:t>v -0.652896 21.370146 0.352878</w:t>
        <w:br/>
        <w:t>v -0.672666 21.375504 0.347456</w:t>
        <w:br/>
        <w:t>v -0.672666 21.375504 0.347456</w:t>
        <w:br/>
        <w:t>v -0.685462 21.379004 0.331094</w:t>
        <w:br/>
        <w:t>v -0.685462 21.379004 0.331094</w:t>
        <w:br/>
        <w:t>v -0.678404 21.377165 0.320155</w:t>
        <w:br/>
        <w:t>v -0.678404 21.377165 0.320155</w:t>
        <w:br/>
        <w:t>v -0.672619 21.343277 0.333588</w:t>
        <w:br/>
        <w:t>v -0.658474 21.342627 0.349149</w:t>
        <w:br/>
        <w:t>v -0.658474 21.342627 0.349149</w:t>
        <w:br/>
        <w:t>v -0.662675 21.350178 0.358486</w:t>
        <w:br/>
        <w:t>v -0.662675 21.350178 0.358486</w:t>
        <w:br/>
        <w:t>v -0.681049 21.358387 0.352263</w:t>
        <w:br/>
        <w:t>v -0.681049 21.358387 0.352263</w:t>
        <w:br/>
        <w:t>v -0.695264 21.359034 0.336702</w:t>
        <w:br/>
        <w:t>v -0.695264 21.359034 0.336702</w:t>
        <w:br/>
        <w:t>v -0.691037 21.351482 0.327365</w:t>
        <w:br/>
        <w:t>v -0.691037 21.351482 0.327365</w:t>
        <w:br/>
        <w:t>v -0.692382 21.350294 0.380743</w:t>
        <w:br/>
        <w:t>v -0.676205 21.350330 0.394306</w:t>
        <w:br/>
        <w:t>v -0.676205 21.350330 0.394306</w:t>
        <w:br/>
        <w:t>v -0.676436 21.360600 0.400522</w:t>
        <w:br/>
        <w:t>v -0.676436 21.360600 0.400522</w:t>
        <w:br/>
        <w:t>v -0.692855 21.347338 0.364575</w:t>
        <w:br/>
        <w:t>v -0.692855 21.347338 0.364575</w:t>
        <w:br/>
        <w:t>v -0.709077 21.346140 0.351067</w:t>
        <w:br/>
        <w:t>v -0.709077 21.346140 0.351067</w:t>
        <w:br/>
        <w:t>v -0.708836 21.334898 0.345834</w:t>
        <w:br/>
        <w:t>v -0.708836 21.334898 0.345834</w:t>
        <w:br/>
        <w:t>v 0.944094 22.685612 0.043601</w:t>
        <w:br/>
        <w:t>v 0.858287 22.720287 -0.273572</w:t>
        <w:br/>
        <w:t>v 0.914191 22.392975 -0.292656</w:t>
        <w:br/>
        <w:t>v 0.987229 22.379715 0.038309</w:t>
        <w:br/>
        <w:t>v 0.646058 22.728903 -0.561123</w:t>
        <w:br/>
        <w:t>v 0.686496 22.388838 -0.627892</w:t>
        <w:br/>
        <w:t>v 0.324102 22.695316 -0.769115</w:t>
        <w:br/>
        <w:t>v 0.363387 22.358547 -0.905458</w:t>
        <w:br/>
        <w:t>v -0.056390 22.632917 -0.883461</w:t>
        <w:br/>
        <w:t>v -0.015680 22.300758 -1.004779</w:t>
        <w:br/>
        <w:t>v -0.418514 22.563492 -0.793405</w:t>
        <w:br/>
        <w:t>v -0.389180 22.231476 -0.931907</w:t>
        <w:br/>
        <w:t>v -0.729193 22.501738 -0.611763</w:t>
        <w:br/>
        <w:t>v -0.715936 22.155323 -0.680304</w:t>
        <w:br/>
        <w:t>v -0.753384 22.158285 -0.713252</w:t>
        <w:br/>
        <w:t>v -0.915080 22.094622 -0.339473</w:t>
        <w:br/>
        <w:t>v -0.715936 22.155323 -0.680304</w:t>
        <w:br/>
        <w:t>v -0.925714 22.441561 -0.284728</w:t>
        <w:br/>
        <w:t>v -0.992031 22.392200 0.007449</w:t>
        <w:br/>
        <w:t>v -0.975130 22.045053 0.013280</w:t>
        <w:br/>
        <w:t>v -0.915080 22.094622 -0.339473</w:t>
        <w:br/>
        <w:t>v -0.999378 22.365307 0.357221</w:t>
        <w:br/>
        <w:t>v -0.964059 22.027784 0.376535</w:t>
        <w:br/>
        <w:t>v -0.959870 22.367994 0.720536</w:t>
        <w:br/>
        <w:t>v -0.928737 22.025822 0.727086</w:t>
        <w:br/>
        <w:t>v -0.854723 22.384399 1.041012</w:t>
        <w:br/>
        <w:t>v -0.814576 22.046242 1.049736</w:t>
        <w:br/>
        <w:t>v -0.667654 22.407494 1.285273</w:t>
        <w:br/>
        <w:t>v -0.635881 22.067902 1.286016</w:t>
        <w:br/>
        <w:t>v -0.384515 22.441011 1.445966</w:t>
        <w:br/>
        <w:t>v -0.351322 22.101324 1.446008</w:t>
        <w:br/>
        <w:t>v -0.045055 22.477983 1.517742</w:t>
        <w:br/>
        <w:t>v -0.015461 22.144567 1.516329</w:t>
        <w:br/>
        <w:t>v 0.283442 22.512047 1.455571</w:t>
        <w:br/>
        <w:t>v 0.306764 22.188154 1.450400</w:t>
        <w:br/>
        <w:t>v 0.556699 22.548429 1.282108</w:t>
        <w:br/>
        <w:t>v 0.572673 22.223482 1.276785</w:t>
        <w:br/>
        <w:t>v 0.769452 22.586576 1.068347</w:t>
        <w:br/>
        <w:t>v 0.783448 22.266060 1.062155</w:t>
        <w:br/>
        <w:t>v 0.921935 22.620815 0.760889</w:t>
        <w:br/>
        <w:t>v 0.937610 22.307625 0.753353</w:t>
        <w:br/>
        <w:t>v 0.960495 22.653147 0.402360</w:t>
        <w:br/>
        <w:t>v 0.983947 22.343716 0.392264</w:t>
        <w:br/>
        <w:t>v 0.930557 22.338768 0.390389</w:t>
        <w:br/>
        <w:t>v 0.886564 22.302652 0.734834</w:t>
        <w:br/>
        <w:t>v 0.937610 22.307625 0.753353</w:t>
        <w:br/>
        <w:t>v 0.983947 22.343716 0.392264</w:t>
        <w:br/>
        <w:t>v 0.737983 22.260082 1.029031</w:t>
        <w:br/>
        <w:t>v 0.783448 22.266060 1.062155</w:t>
        <w:br/>
        <w:t>v 0.540056 22.219604 1.231845</w:t>
        <w:br/>
        <w:t>v 0.572673 22.223482 1.276785</w:t>
        <w:br/>
        <w:t>v 0.289727 22.185215 1.397253</w:t>
        <w:br/>
        <w:t>v 0.306764 22.188154 1.450400</w:t>
        <w:br/>
        <w:t>v -0.016404 22.144300 1.458873</w:t>
        <w:br/>
        <w:t>v -0.015461 22.144567 1.516329</w:t>
        <w:br/>
        <w:t>v -0.335865 22.103350 1.393432</w:t>
        <w:br/>
        <w:t>v -0.351322 22.101324 1.446008</w:t>
        <w:br/>
        <w:t>v -0.604018 22.072531 1.239766</w:t>
        <w:br/>
        <w:t>v -0.635881 22.067902 1.286016</w:t>
        <w:br/>
        <w:t>v -0.772338 22.052090 1.016055</w:t>
        <w:br/>
        <w:t>v -0.814576 22.046242 1.049736</w:t>
        <w:br/>
        <w:t>v -0.868988 22.038488 0.706515</w:t>
        <w:br/>
        <w:t>v -0.928737 22.025822 0.727086</w:t>
        <w:br/>
        <w:t>v -0.911784 22.036354 0.375130</w:t>
        <w:br/>
        <w:t>v -0.964059 22.027784 0.376535</w:t>
        <w:br/>
        <w:t>v -0.927255 22.053873 0.027230</w:t>
        <w:br/>
        <w:t>v -0.975130 22.045053 0.013280</w:t>
        <w:br/>
        <w:t>v -0.869643 22.103127 -0.310068</w:t>
        <w:br/>
        <w:t>v -0.680771 22.166288 -0.636112</w:t>
        <w:br/>
        <w:t>v -0.680771 22.166288 -0.636112</w:t>
        <w:br/>
        <w:t>v -0.375436 22.235203 -0.875922</w:t>
        <w:br/>
        <w:t>v -0.389180 22.231476 -0.931907</w:t>
        <w:br/>
        <w:t>v -0.715936 22.155323 -0.680304</w:t>
        <w:br/>
        <w:t>v -0.014413 22.303322 -0.949009</w:t>
        <w:br/>
        <w:t>v -0.015680 22.300758 -1.004779</w:t>
        <w:br/>
        <w:t>v 0.350435 22.359507 -0.853209</w:t>
        <w:br/>
        <w:t>v 0.363387 22.358547 -0.905458</w:t>
        <w:br/>
        <w:t>v 0.656922 22.387184 -0.584571</w:t>
        <w:br/>
        <w:t>v 0.686496 22.388838 -0.627892</w:t>
        <w:br/>
        <w:t>v 0.870140 22.389383 -0.262419</w:t>
        <w:br/>
        <w:t>v 0.914191 22.392975 -0.292656</w:t>
        <w:br/>
        <w:t>v 0.935646 22.374424 0.053468</w:t>
        <w:br/>
        <w:t>v 0.987229 22.379715 0.038309</w:t>
        <w:br/>
        <w:t>v 0.906703 22.649319 0.400886</w:t>
        <w:br/>
        <w:t>v 0.892743 22.680908 0.059356</w:t>
        <w:br/>
        <w:t>v 0.944094 22.685612 0.043601</w:t>
        <w:br/>
        <w:t>v 0.960495 22.653147 0.402360</w:t>
        <w:br/>
        <w:t>v 0.811945 22.716000 -0.243806</w:t>
        <w:br/>
        <w:t>v 0.858287 22.720287 -0.273572</w:t>
        <w:br/>
        <w:t>v 0.613261 22.726847 -0.518682</w:t>
        <w:br/>
        <w:t>v 0.646058 22.728903 -0.561123</w:t>
        <w:br/>
        <w:t>v 0.308805 22.696777 -0.715365</w:t>
        <w:br/>
        <w:t>v 0.324102 22.695316 -0.769115</w:t>
        <w:br/>
        <w:t>v -0.055119 22.635765 -0.825390</w:t>
        <w:br/>
        <w:t>v -0.056390 22.632917 -0.883461</w:t>
        <w:br/>
        <w:t>v -0.403723 22.570232 -0.754771</w:t>
        <w:br/>
        <w:t>v -0.418514 22.563492 -0.793405</w:t>
        <w:br/>
        <w:t>v -0.697709 22.507088 -0.565061</w:t>
        <w:br/>
        <w:t>v -0.729193 22.501738 -0.611763</w:t>
        <w:br/>
        <w:t>v -0.697709 22.507088 -0.565061</w:t>
        <w:br/>
        <w:t>v -0.879448 22.449232 -0.256142</w:t>
        <w:br/>
        <w:t>v -0.925714 22.441561 -0.284728</w:t>
        <w:br/>
        <w:t>v -0.729193 22.501738 -0.611763</w:t>
        <w:br/>
        <w:t>v -0.942549 22.400253 0.021177</w:t>
        <w:br/>
        <w:t>v -0.992031 22.392200 0.007449</w:t>
        <w:br/>
        <w:t>v -0.946113 22.372890 0.355488</w:t>
        <w:br/>
        <w:t>v -0.999378 22.365307 0.357221</w:t>
        <w:br/>
        <w:t>v -0.908332 22.373913 0.701460</w:t>
        <w:br/>
        <w:t>v -0.959870 22.367994 0.720536</w:t>
        <w:br/>
        <w:t>v -0.807765 22.389687 1.005794</w:t>
        <w:br/>
        <w:t>v -0.854723 22.384399 1.041012</w:t>
        <w:br/>
        <w:t>v -0.634977 22.411325 1.238842</w:t>
        <w:br/>
        <w:t>v -0.667654 22.407494 1.285273</w:t>
        <w:br/>
        <w:t>v -0.368859 22.442556 1.393373</w:t>
        <w:br/>
        <w:t>v -0.384515 22.441011 1.445966</w:t>
        <w:br/>
        <w:t>v -0.046041 22.477682 1.460446</w:t>
        <w:br/>
        <w:t>v -0.045055 22.477983 1.517742</w:t>
        <w:br/>
        <w:t>v 0.266727 22.509785 1.402645</w:t>
        <w:br/>
        <w:t>v 0.283442 22.512047 1.455571</w:t>
        <w:br/>
        <w:t>v 0.524283 22.545248 1.237406</w:t>
        <w:br/>
        <w:t>v 0.556699 22.548429 1.282108</w:t>
        <w:br/>
        <w:t>v 0.723460 22.582018 1.034982</w:t>
        <w:br/>
        <w:t>v 0.769452 22.586576 1.068347</w:t>
        <w:br/>
        <w:t>v 0.869990 22.617016 0.742532</w:t>
        <w:br/>
        <w:t>v 0.921935 22.620815 0.760889</w:t>
        <w:br/>
        <w:t>v -0.771739 22.500195 -0.641157</w:t>
        <w:br/>
        <w:t>v -0.753384 22.158285 -0.713252</w:t>
        <w:br/>
        <w:t>v -0.771739 22.500195 -0.641157</w:t>
        <w:br/>
        <w:t>v -0.703899 22.427696 -0.700263</w:t>
        <w:br/>
        <w:t>v -0.700969 22.249172 -0.776897</w:t>
        <w:br/>
        <w:t>v -0.658231 22.250820 -0.746165</w:t>
        <w:br/>
        <w:t>v -0.668909 22.429350 -0.698354</w:t>
        <w:br/>
        <w:t>v -0.673417 22.198612 -0.731431</w:t>
        <w:br/>
        <w:t>v -0.716477 22.196575 -0.761832</w:t>
        <w:br/>
        <w:t>v -0.733482 22.475807 -0.690426</w:t>
        <w:br/>
        <w:t>v -0.690778 22.477415 -0.660404</w:t>
        <w:br/>
        <w:t>v -0.716477 22.196575 -0.761832</w:t>
        <w:br/>
        <w:t>v -0.733482 22.475807 -0.690426</w:t>
        <w:br/>
        <w:t>v -0.668909 22.429350 -0.698354</w:t>
        <w:br/>
        <w:t>v -0.658231 22.250820 -0.746165</w:t>
        <w:br/>
        <w:t>v -0.673417 22.198612 -0.731431</w:t>
        <w:br/>
        <w:t>v -0.690778 22.477415 -0.660404</w:t>
        <w:br/>
        <w:t>v -0.715936 22.155323 -0.680304</w:t>
        <w:br/>
        <w:t>v -0.729193 22.501738 -0.611763</w:t>
        <w:br/>
        <w:t>v 0.106702 20.201111 -1.088143</w:t>
        <w:br/>
        <w:t>v -0.142751 20.301128 -0.739344</w:t>
        <w:br/>
        <w:t>v -0.182384 20.292149 -0.760015</w:t>
        <w:br/>
        <w:t>v 0.115417 20.708017 -1.344296</w:t>
        <w:br/>
        <w:t>v 0.082301 20.632364 -1.398874</w:t>
        <w:br/>
        <w:t>v -0.107702 20.616003 -1.361712</w:t>
        <w:br/>
        <w:t>v -0.158351 20.688946 -1.298532</w:t>
        <w:br/>
        <w:t>v -0.273530 20.704103 -1.157816</w:t>
        <w:br/>
        <w:t>v -0.318739 20.524687 -1.188045</w:t>
        <w:br/>
        <w:t>v -0.274576 20.651012 -1.100235</w:t>
        <w:br/>
        <w:t>v -0.301089 20.773983 -1.084954</w:t>
        <w:br/>
        <w:t>v -0.248614 20.799980 -1.140342</w:t>
        <w:br/>
        <w:t>v -0.274576 20.651012 -1.100235</w:t>
        <w:br/>
        <w:t>v -0.318739 20.524687 -1.188045</w:t>
        <w:br/>
        <w:t>v -0.311767 20.686378 -1.125166</w:t>
        <w:br/>
        <w:t>v -0.311767 20.686378 -1.125166</w:t>
        <w:br/>
        <w:t>v -0.318739 20.524687 -1.188045</w:t>
        <w:br/>
        <w:t>v -0.273530 20.704103 -1.157816</w:t>
        <w:br/>
        <w:t>v -0.301089 20.773983 -1.084954</w:t>
        <w:br/>
        <w:t>v -0.250263 20.711969 -1.047182</w:t>
        <w:br/>
        <w:t>v 0.082301 20.632364 -1.398874</w:t>
        <w:br/>
        <w:t>v -0.010574 20.665545 -1.445085</w:t>
        <w:br/>
        <w:t>v 0.003959 20.589737 -1.462718</w:t>
        <w:br/>
        <w:t>v 0.063074 20.569679 -1.424948</w:t>
        <w:br/>
        <w:t>v -0.014295 20.488712 -1.442921</w:t>
        <w:br/>
        <w:t>v 0.062140 20.403822 -1.472520</w:t>
        <w:br/>
        <w:t>v 0.026650 20.506191 -1.472204</w:t>
        <w:br/>
        <w:t>v 0.026650 20.506191 -1.472204</w:t>
        <w:br/>
        <w:t>v 0.062140 20.403822 -1.472520</w:t>
        <w:br/>
        <w:t>v 0.054749 20.494246 -1.449925</w:t>
        <w:br/>
        <w:t>v 0.054749 20.494246 -1.449925</w:t>
        <w:br/>
        <w:t>v 0.062140 20.403822 -1.472520</w:t>
        <w:br/>
        <w:t>v -0.014295 20.488712 -1.442921</w:t>
        <w:br/>
        <w:t>v -0.067856 20.556347 -1.406502</w:t>
        <w:br/>
        <w:t>v 0.063074 20.569679 -1.424948</w:t>
        <w:br/>
        <w:t>v -0.534446 22.404829 1.267448</w:t>
        <w:br/>
        <w:t>v -0.959309 21.753433 0.277558</w:t>
        <w:br/>
        <w:t>v -0.963016 21.741463 0.268226</w:t>
        <w:br/>
        <w:t>v -0.973870 21.752899 0.253188</w:t>
        <w:br/>
        <w:t>v -0.971307 21.766138 0.260849</w:t>
        <w:br/>
        <w:t>v -0.963016 21.741463 0.268226</w:t>
        <w:br/>
        <w:t>v -0.956921 21.741629 0.260346</w:t>
        <w:br/>
        <w:t>v -0.965350 21.750519 0.248650</w:t>
        <w:br/>
        <w:t>v -0.973870 21.752899 0.253188</w:t>
        <w:br/>
        <w:t>v -0.956921 21.741629 0.260346</w:t>
        <w:br/>
        <w:t>v -0.947104 21.753763 0.261797</w:t>
        <w:br/>
        <w:t>v -0.954279 21.761381 0.251773</w:t>
        <w:br/>
        <w:t>v -0.965350 21.750519 0.248650</w:t>
        <w:br/>
        <w:t>v -0.947104 21.753763 0.261797</w:t>
        <w:br/>
        <w:t>v -0.943413 21.765726 0.271130</w:t>
        <w:br/>
        <w:t>v -0.951741 21.774618 0.259434</w:t>
        <w:br/>
        <w:t>v -0.954279 21.761381 0.251773</w:t>
        <w:br/>
        <w:t>v -0.943413 21.765726 0.271130</w:t>
        <w:br/>
        <w:t>v -0.949520 21.765566 0.279010</w:t>
        <w:br/>
        <w:t>v -0.960247 21.777002 0.263972</w:t>
        <w:br/>
        <w:t>v -0.951741 21.774618 0.259434</w:t>
        <w:br/>
        <w:t>v -0.949520 21.765566 0.279010</w:t>
        <w:br/>
        <w:t>v -0.960247 21.777002 0.263972</w:t>
        <w:br/>
        <w:t>v -0.939121 21.740953 0.283709</w:t>
        <w:br/>
        <w:t>v -0.944781 21.730236 0.273761</w:t>
        <w:br/>
        <w:t>v -0.944781 21.730236 0.273761</w:t>
        <w:br/>
        <w:t>v -0.942731 21.732903 0.264651</w:t>
        <w:br/>
        <w:t>v -0.942731 21.732903 0.264651</w:t>
        <w:br/>
        <w:t>v -0.934981 21.746281 0.265488</w:t>
        <w:br/>
        <w:t>v -0.934981 21.746281 0.265488</w:t>
        <w:br/>
        <w:t>v -0.929319 21.756989 0.275435</w:t>
        <w:br/>
        <w:t>v -0.929319 21.756989 0.275435</w:t>
        <w:br/>
        <w:t>v -0.931406 21.754330 0.284545</w:t>
        <w:br/>
        <w:t>v -0.931406 21.754330 0.284545</w:t>
        <w:br/>
        <w:t>v -0.916113 21.732056 0.277654</w:t>
        <w:br/>
        <w:t>v -0.924020 21.722240 0.268313</w:t>
        <w:br/>
        <w:t>v -0.924020 21.722240 0.268313</w:t>
        <w:br/>
        <w:t>v -0.926565 21.726683 0.260418</w:t>
        <w:br/>
        <w:t>v -0.926565 21.726683 0.260418</w:t>
        <w:br/>
        <w:t>v -0.921144 21.740948 0.261857</w:t>
        <w:br/>
        <w:t>v -0.921144 21.740948 0.261857</w:t>
        <w:br/>
        <w:t>v -0.913220 21.750765 0.271197</w:t>
        <w:br/>
        <w:t>v -0.913220 21.750765 0.271197</w:t>
        <w:br/>
        <w:t>v -0.910731 21.746317 0.279097</w:t>
        <w:br/>
        <w:t>v -0.910731 21.746317 0.279097</w:t>
        <w:br/>
        <w:t>v -0.896398 21.728939 0.261845</w:t>
        <w:br/>
        <w:t>v -0.906259 21.719370 0.254383</w:t>
        <w:br/>
        <w:t>v -0.906259 21.719370 0.254383</w:t>
        <w:br/>
        <w:t>v -0.912741 21.724421 0.249701</w:t>
        <w:br/>
        <w:t>v -0.912741 21.724421 0.249701</w:t>
        <w:br/>
        <w:t>v -0.909294 21.739035 0.252514</w:t>
        <w:br/>
        <w:t>v -0.909294 21.739035 0.252514</w:t>
        <w:br/>
        <w:t>v -0.899408 21.748604 0.259983</w:t>
        <w:br/>
        <w:t>v -0.899408 21.748604 0.259983</w:t>
        <w:br/>
        <w:t>v -0.892992 21.743565 0.264629</w:t>
        <w:br/>
        <w:t>v -0.892992 21.743565 0.264629</w:t>
        <w:br/>
        <w:t>v -0.885292 21.731951 0.242435</w:t>
        <w:br/>
        <w:t>v -0.896280 21.722048 0.237041</w:t>
        <w:br/>
        <w:t>v -0.896280 21.722048 0.237041</w:t>
        <w:br/>
        <w:t>v -0.904969 21.726572 0.235935</w:t>
        <w:br/>
        <w:t>v -0.904969 21.726572 0.235935</w:t>
        <w:br/>
        <w:t>v -0.902609 21.740955 0.240398</w:t>
        <w:br/>
        <w:t>v -0.902609 21.740955 0.240398</w:t>
        <w:br/>
        <w:t>v -0.891597 21.750877 0.245700</w:t>
        <w:br/>
        <w:t>v -0.891597 21.750877 0.245700</w:t>
        <w:br/>
        <w:t>v -0.882968 21.746401 0.246612</w:t>
        <w:br/>
        <w:t>v -0.882968 21.746401 0.246612</w:t>
        <w:br/>
        <w:t>v -0.885730 21.740709 0.222840</w:t>
        <w:br/>
        <w:t>v -0.896751 21.729933 0.219385</w:t>
        <w:br/>
        <w:t>v -0.896751 21.729933 0.219385</w:t>
        <w:br/>
        <w:t>v -0.905324 21.732784 0.221848</w:t>
        <w:br/>
        <w:t>v -0.905324 21.732784 0.221848</w:t>
        <w:br/>
        <w:t>v -0.902870 21.746344 0.228055</w:t>
        <w:br/>
        <w:t>v -0.902870 21.746344 0.228055</w:t>
        <w:br/>
        <w:t>v -0.891863 21.757172 0.231298</w:t>
        <w:br/>
        <w:t>v -0.891863 21.757172 0.231298</w:t>
        <w:br/>
        <w:t>v -0.883183 21.754427 0.228446</w:t>
        <w:br/>
        <w:t>v -0.883183 21.754427 0.228446</w:t>
        <w:br/>
        <w:t>v -0.897644 21.753363 0.206179</w:t>
        <w:br/>
        <w:t>v -0.907525 21.741333 0.204365</w:t>
        <w:br/>
        <w:t>v -0.896751 21.729933 0.219385</w:t>
        <w:br/>
        <w:t>v -0.885730 21.740709 0.222840</w:t>
        <w:br/>
        <w:t>v -0.907525 21.741333 0.204365</w:t>
        <w:br/>
        <w:t>v -0.913704 21.741657 0.210160</w:t>
        <w:br/>
        <w:t>v -0.905324 21.732784 0.221848</w:t>
        <w:br/>
        <w:t>v -0.896751 21.729933 0.219385</w:t>
        <w:br/>
        <w:t>v -0.913704 21.741657 0.210160</w:t>
        <w:br/>
        <w:t>v -0.910002 21.753950 0.218037</w:t>
        <w:br/>
        <w:t>v -0.902870 21.746344 0.228055</w:t>
        <w:br/>
        <w:t>v -0.905324 21.732784 0.221848</w:t>
        <w:br/>
        <w:t>v -0.910002 21.753950 0.218037</w:t>
        <w:br/>
        <w:t>v -0.900124 21.766043 0.219613</w:t>
        <w:br/>
        <w:t>v -0.891863 21.757172 0.231298</w:t>
        <w:br/>
        <w:t>v -0.902870 21.746344 0.228055</w:t>
        <w:br/>
        <w:t>v -0.900124 21.766043 0.219613</w:t>
        <w:br/>
        <w:t>v -0.893944 21.765787 0.213518</w:t>
        <w:br/>
        <w:t>v -0.883183 21.754427 0.228446</w:t>
        <w:br/>
        <w:t>v -0.891863 21.757172 0.231298</w:t>
        <w:br/>
        <w:t>v -0.893944 21.765787 0.213518</w:t>
        <w:br/>
        <w:t>v -0.883183 21.754427 0.228446</w:t>
        <w:br/>
        <w:t>v -0.917793 21.766577 0.196827</w:t>
        <w:br/>
        <w:t>v -0.925740 21.753210 0.195983</w:t>
        <w:br/>
        <w:t>v -0.925740 21.753210 0.195983</w:t>
        <w:br/>
        <w:t>v -0.927877 21.750816 0.203993</w:t>
        <w:br/>
        <w:t>v -0.927877 21.750816 0.203993</w:t>
        <w:br/>
        <w:t>v -0.922105 21.761738 0.213019</w:t>
        <w:br/>
        <w:t>v -0.922105 21.761738 0.213019</w:t>
        <w:br/>
        <w:t>v -0.914188 21.775131 0.213764</w:t>
        <w:br/>
        <w:t>v -0.914188 21.775131 0.213764</w:t>
        <w:br/>
        <w:t>v -0.912014 21.777573 0.205562</w:t>
        <w:br/>
        <w:t>v -0.912014 21.777573 0.205562</w:t>
        <w:br/>
        <w:t>v -0.940886 21.776281 0.199499</w:t>
        <w:br/>
        <w:t>v -0.946564 21.761971 0.198267</w:t>
        <w:br/>
        <w:t>v -0.946564 21.761971 0.198267</w:t>
        <w:br/>
        <w:t>v -0.944074 21.757553 0.206055</w:t>
        <w:br/>
        <w:t>v -0.944074 21.757553 0.206055</w:t>
        <w:br/>
        <w:t>v -0.935961 21.767443 0.215104</w:t>
        <w:br/>
        <w:t>v -0.935961 21.767443 0.215104</w:t>
        <w:br/>
        <w:t>v -0.930325 21.781755 0.216340</w:t>
        <w:br/>
        <w:t>v -0.930325 21.781755 0.216340</w:t>
        <w:br/>
        <w:t>v -0.932760 21.786182 0.208519</w:t>
        <w:br/>
        <w:t>v -0.932760 21.786182 0.208519</w:t>
        <w:br/>
        <w:t>v -0.960723 21.779438 0.215298</w:t>
        <w:br/>
        <w:t>v -0.964409 21.764872 0.212192</w:t>
        <w:br/>
        <w:t>v -0.964409 21.764872 0.212192</w:t>
        <w:br/>
        <w:t>v -0.957949 21.759838 0.216768</w:t>
        <w:br/>
        <w:t>v -0.957949 21.759838 0.216768</w:t>
        <w:br/>
        <w:t>v -0.947856 21.769371 0.224443</w:t>
        <w:br/>
        <w:t>v -0.947856 21.769371 0.224443</w:t>
        <w:br/>
        <w:t>v -0.944206 21.783934 0.227548</w:t>
        <w:br/>
        <w:t>v -0.944206 21.783934 0.227548</w:t>
        <w:br/>
        <w:t>v -0.950613 21.788969 0.222976</w:t>
        <w:br/>
        <w:t>v -0.950613 21.788969 0.222976</w:t>
        <w:br/>
        <w:t>v -0.971857 21.775656 0.238061</w:t>
        <w:br/>
        <w:t>v -0.974405 21.761463 0.232678</w:t>
        <w:br/>
        <w:t>v -0.974405 21.761463 0.232678</w:t>
        <w:br/>
        <w:t>v -0.965741 21.757187 0.232698</w:t>
        <w:br/>
        <w:t>v -0.965741 21.757187 0.232698</w:t>
        <w:br/>
        <w:t>v -0.954565 21.767094 0.238100</w:t>
        <w:br/>
        <w:t>v -0.954565 21.767094 0.238100</w:t>
        <w:br/>
        <w:t>v -0.952047 21.781286 0.243482</w:t>
        <w:br/>
        <w:t>v -0.952047 21.781286 0.243482</w:t>
        <w:br/>
        <w:t>v -0.960673 21.785566 0.243462</w:t>
        <w:br/>
        <w:t>v -0.960673 21.785566 0.243462</w:t>
        <w:br/>
        <w:t>v -0.944064 21.799374 0.312875</w:t>
        <w:br/>
        <w:t>v -0.947677 21.789665 0.300887</w:t>
        <w:br/>
        <w:t>v -0.958421 21.803982 0.289004</w:t>
        <w:br/>
        <w:t>v -0.956029 21.815279 0.299671</w:t>
        <w:br/>
        <w:t>v -0.947677 21.789665 0.300887</w:t>
        <w:br/>
        <w:t>v -0.941600 21.791475 0.293248</w:t>
        <w:br/>
        <w:t>v -0.949920 21.802607 0.284005</w:t>
        <w:br/>
        <w:t>v -0.958421 21.803982 0.289004</w:t>
        <w:br/>
        <w:t>v -0.941600 21.791475 0.293248</w:t>
        <w:br/>
        <w:t>v -0.931912 21.802996 0.297596</w:t>
        <w:br/>
        <w:t>v -0.939027 21.812538 0.289674</w:t>
        <w:br/>
        <w:t>v -0.949920 21.802607 0.284005</w:t>
        <w:br/>
        <w:t>v -0.931912 21.802996 0.297596</w:t>
        <w:br/>
        <w:t>v -0.928352 21.812702 0.309584</w:t>
        <w:br/>
        <w:t>v -0.936676 21.823833 0.300341</w:t>
        <w:br/>
        <w:t>v -0.939027 21.812538 0.289674</w:t>
        <w:br/>
        <w:t>v -0.928352 21.812702 0.309584</w:t>
        <w:br/>
        <w:t>v -0.934426 21.810896 0.317223</w:t>
        <w:br/>
        <w:t>v -0.945174 21.825207 0.305339</w:t>
        <w:br/>
        <w:t>v -0.936676 21.823833 0.300341</w:t>
        <w:br/>
        <w:t>v -0.934426 21.810896 0.317223</w:t>
        <w:br/>
        <w:t>v -0.945174 21.825207 0.305339</w:t>
        <w:br/>
        <w:t>v -0.924015 21.785894 0.315844</w:t>
        <w:br/>
        <w:t>v -0.929625 21.777533 0.303559</w:t>
        <w:br/>
        <w:t>v -0.929625 21.777533 0.303559</w:t>
        <w:br/>
        <w:t>v -0.927563 21.782043 0.295326</w:t>
        <w:br/>
        <w:t>v -0.927563 21.782043 0.295326</w:t>
        <w:br/>
        <w:t>v -0.919903 21.794905 0.299378</w:t>
        <w:br/>
        <w:t>v -0.919903 21.794905 0.299378</w:t>
        <w:br/>
        <w:t>v -0.914337 21.803265 0.311662</w:t>
        <w:br/>
        <w:t>v -0.914337 21.803265 0.311662</w:t>
        <w:br/>
        <w:t>v -0.916388 21.798763 0.319895</w:t>
        <w:br/>
        <w:t>v -0.916388 21.798763 0.319895</w:t>
        <w:br/>
        <w:t>v -0.901226 21.778460 0.307783</w:t>
        <w:br/>
        <w:t>v -0.909039 21.770857 0.296304</w:t>
        <w:br/>
        <w:t>v -0.909039 21.770857 0.296304</w:t>
        <w:br/>
        <w:t>v -0.911530 21.776844 0.289683</w:t>
        <w:br/>
        <w:t>v -0.911530 21.776844 0.289683</w:t>
        <w:br/>
        <w:t>v -0.906195 21.790445 0.294541</w:t>
        <w:br/>
        <w:t>v -0.906195 21.790445 0.294541</w:t>
        <w:br/>
        <w:t>v -0.898398 21.798056 0.306019</w:t>
        <w:br/>
        <w:t>v -0.898398 21.798056 0.306019</w:t>
        <w:br/>
        <w:t>v -0.895919 21.792065 0.312640</w:t>
        <w:br/>
        <w:t>v -0.895919 21.792065 0.312640</w:t>
        <w:br/>
        <w:t>v -0.881652 21.779074 0.290851</w:t>
        <w:br/>
        <w:t>v -0.891357 21.771416 0.281066</w:t>
        <w:br/>
        <w:t>v -0.891357 21.771416 0.281066</w:t>
        <w:br/>
        <w:t>v -0.897760 21.777277 0.277831</w:t>
        <w:br/>
        <w:t>v -0.897760 21.777277 0.277831</w:t>
        <w:br/>
        <w:t>v -0.894418 21.790812 0.284382</w:t>
        <w:br/>
        <w:t>v -0.894418 21.790812 0.284382</w:t>
        <w:br/>
        <w:t>v -0.884716 21.798477 0.294167</w:t>
        <w:br/>
        <w:t>v -0.884716 21.798477 0.294167</w:t>
        <w:br/>
        <w:t>v -0.878351 21.792610 0.297402</w:t>
        <w:br/>
        <w:t>v -0.878351 21.792610 0.297402</w:t>
        <w:br/>
        <w:t>v -0.870500 21.787544 0.269647</w:t>
        <w:br/>
        <w:t>v -0.881295 21.778992 0.262176</w:t>
        <w:br/>
        <w:t>v -0.881295 21.778992 0.262176</w:t>
        <w:br/>
        <w:t>v -0.889919 21.783211 0.262971</w:t>
        <w:br/>
        <w:t>v -0.889919 21.783211 0.262971</w:t>
        <w:br/>
        <w:t>v -0.887711 21.795898 0.271622</w:t>
        <w:br/>
        <w:t>v -0.887711 21.795898 0.271622</w:t>
        <w:br/>
        <w:t>v -0.876924 21.804411 0.279281</w:t>
        <w:br/>
        <w:t>v -0.876924 21.804411 0.279281</w:t>
        <w:br/>
        <w:t>v -0.868344 21.800238 0.278263</w:t>
        <w:br/>
        <w:t>v -0.868344 21.800238 0.278263</w:t>
        <w:br/>
        <w:t>v -0.870786 21.801506 0.250161</w:t>
        <w:br/>
        <w:t>v -0.881566 21.791512 0.244824</w:t>
        <w:br/>
        <w:t>v -0.881566 21.791512 0.244824</w:t>
        <w:br/>
        <w:t>v -0.890123 21.793009 0.249234</w:t>
        <w:br/>
        <w:t>v -0.890123 21.793009 0.249234</w:t>
        <w:br/>
        <w:t>v -0.887877 21.804337 0.259682</w:t>
        <w:br/>
        <w:t>v -0.887877 21.804337 0.259682</w:t>
        <w:br/>
        <w:t>v -0.877117 21.814253 0.265350</w:t>
        <w:br/>
        <w:t>v -0.877117 21.814253 0.265350</w:t>
        <w:br/>
        <w:t>v -0.868588 21.812895 0.260352</w:t>
        <w:br/>
        <w:t>v -0.868588 21.812895 0.260352</w:t>
        <w:br/>
        <w:t>v -0.882452 21.817450 0.236695</w:t>
        <w:br/>
        <w:t>v -0.892105 21.805878 0.232610</w:t>
        <w:br/>
        <w:t>v -0.881566 21.791512 0.244824</w:t>
        <w:br/>
        <w:t>v -0.870786 21.801506 0.250161</w:t>
        <w:br/>
        <w:t>v -0.892105 21.805878 0.232610</w:t>
        <w:br/>
        <w:t>v -0.898333 21.804153 0.239867</w:t>
        <w:br/>
        <w:t>v -0.890123 21.793009 0.249234</w:t>
        <w:br/>
        <w:t>v -0.881566 21.791512 0.244824</w:t>
        <w:br/>
        <w:t>v -0.898333 21.804153 0.239867</w:t>
        <w:br/>
        <w:t>v -0.894897 21.813866 0.251759</w:t>
        <w:br/>
        <w:t>v -0.887877 21.804337 0.259682</w:t>
        <w:br/>
        <w:t>v -0.890123 21.793009 0.249234</w:t>
        <w:br/>
        <w:t>v -0.894897 21.813866 0.251759</w:t>
        <w:br/>
        <w:t>v -0.885278 21.825380 0.256108</w:t>
        <w:br/>
        <w:t>v -0.877117 21.814253 0.265350</w:t>
        <w:br/>
        <w:t>v -0.887877 21.804337 0.259682</w:t>
        <w:br/>
        <w:t>v -0.885278 21.825380 0.256108</w:t>
        <w:br/>
        <w:t>v -0.879069 21.827190 0.248468</w:t>
        <w:br/>
        <w:t>v -0.868588 21.812895 0.260352</w:t>
        <w:br/>
        <w:t>v -0.877117 21.814253 0.265350</w:t>
        <w:br/>
        <w:t>v -0.879069 21.827190 0.248468</w:t>
        <w:br/>
        <w:t>v -0.868588 21.812895 0.260352</w:t>
        <w:br/>
        <w:t>v -0.902474 21.830959 0.233511</w:t>
        <w:br/>
        <w:t>v -0.910174 21.818098 0.229460</w:t>
        <w:br/>
        <w:t>v -0.910174 21.818098 0.229460</w:t>
        <w:br/>
        <w:t>v -0.912397 21.813589 0.237693</w:t>
        <w:br/>
        <w:t>v -0.912397 21.813589 0.237693</w:t>
        <w:br/>
        <w:t>v -0.906915 21.821943 0.249978</w:t>
        <w:br/>
        <w:t>v -0.906915 21.821943 0.249978</w:t>
        <w:br/>
        <w:t>v -0.899255 21.834808 0.254029</w:t>
        <w:br/>
        <w:t>v -0.899255 21.834808 0.254029</w:t>
        <w:br/>
        <w:t>v -0.897041 21.839314 0.245796</w:t>
        <w:br/>
        <w:t>v -0.897041 21.839314 0.245796</w:t>
        <w:br/>
        <w:t>v -0.925505 21.838396 0.241573</w:t>
        <w:br/>
        <w:t>v -0.930946 21.824785 0.236715</w:t>
        <w:br/>
        <w:t>v -0.930946 21.824785 0.236715</w:t>
        <w:br/>
        <w:t>v -0.928542 21.818792 0.243336</w:t>
        <w:br/>
        <w:t>v -0.928542 21.818792 0.243336</w:t>
        <w:br/>
        <w:t>v -0.920707 21.826406 0.254815</w:t>
        <w:br/>
        <w:t>v -0.920707 21.826406 0.254815</w:t>
        <w:br/>
        <w:t>v -0.915323 21.840015 0.259672</w:t>
        <w:br/>
        <w:t>v -0.915323 21.840015 0.259672</w:t>
        <w:br/>
        <w:t>v -0.917724 21.846010 0.253051</w:t>
        <w:br/>
        <w:t>v -0.917724 21.846010 0.253051</w:t>
        <w:br/>
        <w:t>v -0.945353 21.837807 0.258505</w:t>
        <w:br/>
        <w:t>v -0.948793 21.824255 0.251954</w:t>
        <w:br/>
        <w:t>v -0.948793 21.824255 0.251954</w:t>
        <w:br/>
        <w:t>v -0.942400 21.818378 0.255189</w:t>
        <w:br/>
        <w:t>v -0.942400 21.818378 0.255189</w:t>
        <w:br/>
        <w:t>v -0.932569 21.826056 0.264974</w:t>
        <w:br/>
        <w:t>v -0.932569 21.826056 0.264974</w:t>
        <w:br/>
        <w:t>v -0.929169 21.839605 0.271524</w:t>
        <w:br/>
        <w:t>v -0.929169 21.839605 0.271524</w:t>
        <w:br/>
        <w:t>v -0.935562 21.845482 0.268290</w:t>
        <w:br/>
        <w:t>v -0.935562 21.845482 0.268290</w:t>
        <w:br/>
        <w:t>v -0.956545 21.829344 0.279770</w:t>
        <w:br/>
        <w:t>v -0.958864 21.816639 0.271093</w:t>
        <w:br/>
        <w:t>v -0.958864 21.816639 0.271093</w:t>
        <w:br/>
        <w:t>v -0.950233 21.812462 0.270074</w:t>
        <w:br/>
        <w:t>v -0.950233 21.812462 0.270074</w:t>
        <w:br/>
        <w:t>v -0.939282 21.820974 0.277733</w:t>
        <w:br/>
        <w:t>v -0.939282 21.820974 0.277733</w:t>
        <w:br/>
        <w:t>v -0.936995 21.833683 0.286410</w:t>
        <w:br/>
        <w:t>v -0.936995 21.833683 0.286410</w:t>
        <w:br/>
        <w:t>v -0.945625 21.837868 0.287429</w:t>
        <w:br/>
        <w:t>v -0.945625 21.837868 0.287429</w:t>
        <w:br/>
        <w:t>v 0.551883 22.914145 1.014431</w:t>
        <w:br/>
        <w:t>v 0.587119 22.849569 1.085706</w:t>
        <w:br/>
        <w:t>v 0.588925 22.963840 0.931975</w:t>
        <w:br/>
        <w:t>v 0.532003 23.171227 0.569176</w:t>
        <w:br/>
        <w:t>v 0.564081 23.150497 0.722598</w:t>
        <w:br/>
        <w:t>v 0.495312 23.038912 0.805491</w:t>
        <w:br/>
        <w:t>v 0.512864 22.815565 1.143106</w:t>
        <w:br/>
        <w:t>v 0.702733 22.699524 1.047253</w:t>
        <w:br/>
        <w:t>v 0.649713 22.423162 1.005128</w:t>
        <w:br/>
        <w:t>v 0.585465 22.545330 1.188169</w:t>
        <w:br/>
        <w:t>v 0.491829 22.675020 1.276944</w:t>
        <w:br/>
        <w:t>v 0.512864 22.815565 1.143106</w:t>
        <w:br/>
        <w:t>v 0.702733 22.699524 1.047253</w:t>
        <w:br/>
        <w:t>v 0.585465 22.545330 1.188169</w:t>
        <w:br/>
        <w:t>v 0.710360 22.382793 1.060876</w:t>
        <w:br/>
        <w:t>v 0.933272 22.733912 -0.041216</w:t>
        <w:br/>
        <w:t>v 1.021108 22.869150 -0.025950</w:t>
        <w:br/>
        <w:t>v 0.057238 23.787708 0.558869</w:t>
        <w:br/>
        <w:t>v -0.837527 23.178291 0.503717</w:t>
        <w:br/>
        <w:t>v -0.798085 23.285231 0.535686</w:t>
        <w:br/>
        <w:t>v -0.677566 23.126457 0.823769</w:t>
        <w:br/>
        <w:t>v -0.650211 23.392958 0.590802</w:t>
        <w:br/>
        <w:t>v -0.575937 23.390158 0.600598</w:t>
        <w:br/>
        <w:t>v -0.621439 23.209623 0.846363</w:t>
        <w:br/>
        <w:t>v -0.663140 23.018686 0.781865</w:t>
        <w:br/>
        <w:t>v -0.827144 23.075411 0.469051</w:t>
        <w:br/>
        <w:t>v -0.871363 23.234835 0.230839</w:t>
        <w:br/>
        <w:t>v -0.821327 23.363392 0.257190</w:t>
        <w:br/>
        <w:t>v -0.602862 23.502037 0.342140</w:t>
        <w:br/>
        <w:t>v -0.500064 23.475166 0.358316</w:t>
        <w:br/>
        <w:t>v -0.840162 23.109549 -0.023632</w:t>
        <w:br/>
        <w:t>v -0.845630 23.254547 -0.034575</w:t>
        <w:br/>
        <w:t>v -0.854701 23.091417 0.240114</w:t>
        <w:br/>
        <w:t>v -0.790791 23.392921 -0.025328</w:t>
        <w:br/>
        <w:t>v -0.519494 23.560890 0.037004</w:t>
        <w:br/>
        <w:t>v -0.361365 23.503826 0.076826</w:t>
        <w:br/>
        <w:t>v -0.782034 23.105970 -0.243886</w:t>
        <w:br/>
        <w:t>v -0.778911 23.231890 -0.283062</w:t>
        <w:br/>
        <w:t>v -0.725205 23.367176 -0.288703</w:t>
        <w:br/>
        <w:t>v -0.415144 23.551840 -0.242390</w:t>
        <w:br/>
        <w:t>v -0.244386 23.517859 -0.176920</w:t>
        <w:br/>
        <w:t>v -0.136569 23.447388 -0.389018</w:t>
        <w:br/>
        <w:t>v -0.091079 23.362413 -0.337108</w:t>
        <w:br/>
        <w:t>v -0.204177 23.377409 -0.135352</w:t>
        <w:br/>
        <w:t>v -0.656204 23.052362 -0.486774</w:t>
        <w:br/>
        <w:t>v -0.652332 23.147408 -0.525812</w:t>
        <w:br/>
        <w:t>v -0.386770 23.140665 -0.343780</w:t>
        <w:br/>
        <w:t>v -0.656204 23.052362 -0.486774</w:t>
        <w:br/>
        <w:t>v -0.782034 23.105970 -0.243886</w:t>
        <w:br/>
        <w:t>v -0.464759 23.191786 -0.145325</w:t>
        <w:br/>
        <w:t>v -0.091079 23.362413 -0.337108</w:t>
        <w:br/>
        <w:t>v -0.204177 23.377409 -0.135352</w:t>
        <w:br/>
        <w:t>v -0.592966 23.268503 -0.538439</w:t>
        <w:br/>
        <w:t>v -0.292502 23.451221 -0.474283</w:t>
        <w:br/>
        <w:t>v -0.019393 23.321032 -0.606190</w:t>
        <w:br/>
        <w:t>v 0.007161 23.225548 -0.520386</w:t>
        <w:br/>
        <w:t>v -0.494457 22.943760 -0.677416</w:t>
        <w:br/>
        <w:t>v -0.485157 23.019064 -0.739312</w:t>
        <w:br/>
        <w:t>v -0.261276 23.054712 -0.562058</w:t>
        <w:br/>
        <w:t>v -0.494457 22.943760 -0.677416</w:t>
        <w:br/>
        <w:t>v 0.007161 23.225548 -0.520386</w:t>
        <w:br/>
        <w:t>v -0.407170 23.117294 -0.763779</w:t>
        <w:br/>
        <w:t>v -0.149199 23.290358 -0.702645</w:t>
        <w:br/>
        <w:t>v 0.091610 23.129841 -0.823831</w:t>
        <w:br/>
        <w:t>v 0.108935 23.060751 -0.741016</w:t>
        <w:br/>
        <w:t>v -0.287673 22.812067 -0.878874</w:t>
        <w:br/>
        <w:t>v -0.277759 22.870068 -0.936303</w:t>
        <w:br/>
        <w:t>v -0.112366 22.910410 -0.793634</w:t>
        <w:br/>
        <w:t>v -0.287673 22.812067 -0.878874</w:t>
        <w:br/>
        <w:t>v 0.108935 23.060751 -0.741016</w:t>
        <w:br/>
        <w:t>v -0.205467 22.951311 -0.961408</w:t>
        <w:br/>
        <w:t>v -0.001923 23.089539 -0.919336</w:t>
        <w:br/>
        <w:t>v 0.091610 23.129841 -0.823831</w:t>
        <w:br/>
        <w:t>v 0.170136 22.906847 -0.979691</w:t>
        <w:br/>
        <w:t>v 0.185354 22.874367 -0.916346</w:t>
        <w:br/>
        <w:t>v -0.076177 22.679195 -1.026006</w:t>
        <w:br/>
        <w:t>v -0.067719 22.710485 -1.089406</w:t>
        <w:br/>
        <w:t>v 0.044336 22.754341 -0.953903</w:t>
        <w:br/>
        <w:t>v -0.076177 22.679195 -1.026006</w:t>
        <w:br/>
        <w:t>v 0.185354 22.874367 -0.916346</w:t>
        <w:br/>
        <w:t>v -0.012205 22.773399 -1.086956</w:t>
        <w:br/>
        <w:t>v 0.112531 22.868519 -1.060237</w:t>
        <w:br/>
        <w:t>v 0.394335 22.407869 -1.192848</w:t>
        <w:br/>
        <w:t>v 0.258155 22.530247 -1.126743</w:t>
        <w:br/>
        <w:t>v 0.293705 22.586927 -1.112916</w:t>
        <w:br/>
        <w:t>v 0.394335 22.407869 -1.192848</w:t>
        <w:br/>
        <w:t>v 0.227159 22.505657 -1.182650</w:t>
        <w:br/>
        <w:t>v 0.223349 22.495253 -1.161911</w:t>
        <w:br/>
        <w:t>v 0.087405 22.563854 -1.113699</w:t>
        <w:br/>
        <w:t>v 0.095691 22.594706 -1.152221</w:t>
        <w:br/>
        <w:t>v 0.226659 22.747173 -1.061596</w:t>
        <w:br/>
        <w:t>v 0.232930 22.738083 -1.027707</w:t>
        <w:br/>
        <w:t>v 0.394335 22.407869 -1.192848</w:t>
        <w:br/>
        <w:t>v 0.249044 22.531595 -1.183318</w:t>
        <w:br/>
        <w:t>v 0.227159 22.505657 -1.182650</w:t>
        <w:br/>
        <w:t>v 0.292707 22.593050 -1.133241</w:t>
        <w:br/>
        <w:t>v 0.283971 22.567045 -1.169106</w:t>
        <w:br/>
        <w:t>v 0.128451 22.639723 -1.158338</w:t>
        <w:br/>
        <w:t>v 0.232930 22.738083 -1.027707</w:t>
        <w:br/>
        <w:t>v 0.151542 22.642950 -1.045201</w:t>
        <w:br/>
        <w:t>v 0.087405 22.563854 -1.113699</w:t>
        <w:br/>
        <w:t>v 0.394335 22.407869 -1.192848</w:t>
        <w:br/>
        <w:t>v 0.293705 22.586927 -1.112916</w:t>
        <w:br/>
        <w:t>v 0.196609 22.709570 -1.126179</w:t>
        <w:br/>
        <w:t>v -0.084328 23.560139 0.538589</w:t>
        <w:br/>
        <w:t>v -0.013301 23.408358 0.549210</w:t>
        <w:br/>
        <w:t>v -0.207523 23.290194 0.735985</w:t>
        <w:br/>
        <w:t>v -0.283680 23.407463 0.739252</w:t>
        <w:br/>
        <w:t>v 0.093515 23.588903 0.295333</w:t>
        <w:br/>
        <w:t>v 0.144696 23.446539 0.320877</w:t>
        <w:br/>
        <w:t>v -0.229761 23.630970 0.130404</w:t>
        <w:br/>
        <w:t>v -0.398782 23.570795 0.416771</w:t>
        <w:br/>
        <w:t>v -0.046077 23.660440 0.221335</w:t>
        <w:br/>
        <w:t>v -0.241870 23.609543 0.496940</w:t>
        <w:br/>
        <w:t>v 0.373873 23.370737 -0.206578</w:t>
        <w:br/>
        <w:t>v 0.215646 23.259146 -0.322203</w:t>
        <w:br/>
        <w:t>v 0.108641 23.316603 -0.176109</w:t>
        <w:br/>
        <w:t>v 0.309489 23.414486 -0.055991</w:t>
        <w:br/>
        <w:t>v -0.035259 23.488014 -0.320953</w:t>
        <w:br/>
        <w:t>v 0.120646 23.411686 -0.453468</w:t>
        <w:br/>
        <w:t>v 0.190730 23.467930 -0.417561</w:t>
        <w:br/>
        <w:t>v 0.057083 23.561640 -0.265000</w:t>
        <w:br/>
        <w:t>v 0.280095 23.502911 -0.337312</w:t>
        <w:br/>
        <w:t>v 0.346719 23.472342 -0.260811</w:t>
        <w:br/>
        <w:t>v 0.271725 23.532494 -0.097877</w:t>
        <w:br/>
        <w:t>v 0.183033 23.587358 -0.173769</w:t>
        <w:br/>
        <w:t>v -0.338775 23.362835 0.084393</w:t>
        <w:br/>
        <w:t>v -0.193246 23.367392 -0.107279</w:t>
        <w:br/>
        <w:t>v -0.205369 23.521610 -0.139397</w:t>
        <w:br/>
        <w:t>v -0.361365 23.503826 0.076826</w:t>
        <w:br/>
        <w:t>v 0.373873 23.370737 -0.206578</w:t>
        <w:br/>
        <w:t>v 0.309489 23.414486 -0.055991</w:t>
        <w:br/>
        <w:t>v -0.205369 23.521610 -0.139397</w:t>
        <w:br/>
        <w:t>v -0.087373 23.612152 -0.082337</w:t>
        <w:br/>
        <w:t>v 0.117050 23.333370 -0.446555</w:t>
        <w:br/>
        <w:t>v -0.027746 23.357491 -0.296617</w:t>
        <w:br/>
        <w:t>v 0.069171 23.647236 0.027872</w:t>
        <w:br/>
        <w:t>v 0.180900 23.574301 0.121725</w:t>
        <w:br/>
        <w:t>v 0.233902 23.238909 -0.526475</w:t>
        <w:br/>
        <w:t>v 0.244885 23.299961 -0.536641</w:t>
        <w:br/>
        <w:t>v 0.117050 23.333370 -0.446555</w:t>
        <w:br/>
        <w:t>v 0.300561 23.345415 -0.528087</w:t>
        <w:br/>
        <w:t>v 0.518881 22.933990 -0.697005</w:t>
        <w:br/>
        <w:t>v 0.491025 23.077873 -0.572608</w:t>
        <w:br/>
        <w:t>v 0.485031 23.100163 -0.593567</w:t>
        <w:br/>
        <w:t>v 0.518881 22.933990 -0.697005</w:t>
        <w:br/>
        <w:t>v 0.415084 23.058006 -0.642167</w:t>
        <w:br/>
        <w:t>v 0.440907 23.028364 -0.603869</w:t>
        <w:br/>
        <w:t>v 0.410145 23.344351 -0.409331</w:t>
        <w:br/>
        <w:t>v 0.361019 23.367504 -0.466737</w:t>
        <w:br/>
        <w:t>v 0.423320 23.241142 -0.562166</w:t>
        <w:br/>
        <w:t>v 0.452732 23.213873 -0.512454</w:t>
        <w:br/>
        <w:t>v 0.303301 23.173246 -0.432069</w:t>
        <w:br/>
        <w:t>v 0.233902 23.238909 -0.526475</w:t>
        <w:br/>
        <w:t>v 0.342480 23.188314 -0.599562</w:t>
        <w:br/>
        <w:t>v 0.381545 23.224854 -0.601079</w:t>
        <w:br/>
        <w:t>v 0.428023 23.279894 -0.354235</w:t>
        <w:br/>
        <w:t>v 0.303301 23.173246 -0.432069</w:t>
        <w:br/>
        <w:t>v 0.428023 23.279894 -0.354235</w:t>
        <w:br/>
        <w:t>v 0.208496 23.439199 0.178695</w:t>
        <w:br/>
        <w:t>v -0.030256 23.342644 0.029170</w:t>
        <w:br/>
        <w:t>v -0.132507 23.332325 0.189877</w:t>
        <w:br/>
        <w:t>v 0.144696 23.446539 0.320877</w:t>
        <w:br/>
        <w:t>v -0.338775 23.362835 0.084393</w:t>
        <w:br/>
        <w:t>v -0.361365 23.503826 0.076826</w:t>
        <w:br/>
        <w:t>v -0.495665 23.195698 0.868400</w:t>
        <w:br/>
        <w:t>v -0.511498 23.439213 0.644342</w:t>
        <w:br/>
        <w:t>v -0.404872 23.138575 0.866146</w:t>
        <w:br/>
        <w:t>v -0.394041 23.439028 0.703048</w:t>
        <w:br/>
        <w:t>v -0.532605 23.190018 0.062243</w:t>
        <w:br/>
        <w:t>v -0.338775 23.362835 0.084393</w:t>
        <w:br/>
        <w:t>v -0.027746 23.357491 -0.296617</w:t>
        <w:br/>
        <w:t>v 0.208496 23.439199 0.178695</w:t>
        <w:br/>
        <w:t>v -0.840162 23.109549 -0.023632</w:t>
        <w:br/>
        <w:t>v -0.221987 23.303154 0.448758</w:t>
        <w:br/>
        <w:t>v -0.013301 23.408358 0.549210</w:t>
        <w:br/>
        <w:t>v -0.429706 23.348156 0.376768</w:t>
        <w:br/>
        <w:t>v -0.599301 23.167131 0.321875</w:t>
        <w:br/>
        <w:t>v -0.854701 23.091417 0.240114</w:t>
        <w:br/>
        <w:t>v -0.827144 23.075411 0.469051</w:t>
        <w:br/>
        <w:t>v -0.527693 23.279552 0.614219</w:t>
        <w:br/>
        <w:t>v -0.207523 23.290194 0.735985</w:t>
        <w:br/>
        <w:t>v -0.538177 23.108936 0.800629</w:t>
        <w:br/>
        <w:t>v -0.404872 23.138575 0.866146</w:t>
        <w:br/>
        <w:t>v -0.663140 23.018686 0.781865</w:t>
        <w:br/>
        <w:t>v 0.518881 22.933990 -0.697005</w:t>
        <w:br/>
        <w:t>v 0.420392 23.085930 -0.645984</w:t>
        <w:br/>
        <w:t>v 0.415084 23.058006 -0.642167</w:t>
        <w:br/>
        <w:t>v 0.379395 23.094444 -0.526657</w:t>
        <w:br/>
        <w:t>v 0.333619 23.143248 -0.592063</w:t>
        <w:br/>
        <w:t>v 0.518881 22.933990 -0.697005</w:t>
        <w:br/>
        <w:t>v 0.440907 23.028364 -0.603869</w:t>
        <w:br/>
        <w:t>v 0.491025 23.077873 -0.572608</w:t>
        <w:br/>
        <w:t>v 0.465334 23.174124 -0.474745</w:t>
        <w:br/>
        <w:t>v 0.440375 23.109177 -0.644591</w:t>
        <w:br/>
        <w:t>v 0.467603 23.115776 -0.622874</w:t>
        <w:br/>
        <w:t>v 0.465334 23.174124 -0.474745</w:t>
        <w:br/>
        <w:t>v 0.379395 23.094444 -0.526657</w:t>
        <w:br/>
        <w:t>v -0.193246 23.367392 -0.107279</w:t>
        <w:br/>
        <w:t>v 0.333619 23.143248 -0.592063</w:t>
        <w:br/>
        <w:t>v 0.223349 22.495253 -1.161911</w:t>
        <w:br/>
        <w:t>v -0.730146 23.366602 0.571211</w:t>
        <w:br/>
        <w:t>v -0.729630 23.468668 0.293099</w:t>
        <w:br/>
        <w:t>v -0.682252 23.510416 -0.001638</w:t>
        <w:br/>
        <w:t>v -0.601380 23.493599 -0.284876</w:t>
        <w:br/>
        <w:t>v -0.464734 23.377604 -0.527944</w:t>
        <w:br/>
        <w:t>v -0.295386 23.208086 -0.751061</w:t>
        <w:br/>
        <w:t>v -0.114455 23.023148 -0.954399</w:t>
        <w:br/>
        <w:t>v 0.046729 22.820862 -1.083255</w:t>
        <w:br/>
        <w:t>v 0.159247 22.676205 -1.139860</w:t>
        <w:br/>
        <w:t>v 0.263671 22.547405 -1.179849</w:t>
        <w:br/>
        <w:t>v -0.511007 21.250544 0.454232</w:t>
        <w:br/>
        <w:t>v -0.576659 21.224878 0.511195</w:t>
        <w:br/>
        <w:t>v -0.524700 21.135216 0.538985</w:t>
        <w:br/>
        <w:t>v -0.466859 21.145733 0.488982</w:t>
        <w:br/>
        <w:t>v -0.305060 20.901405 0.771209</w:t>
        <w:br/>
        <w:t>v -0.282238 20.903202 0.667254</w:t>
        <w:br/>
        <w:t>v -0.346892 20.948584 0.633302</w:t>
        <w:br/>
        <w:t>v -0.374084 20.956020 0.727691</w:t>
        <w:br/>
        <w:t>v -0.460890 21.059547 0.994733</w:t>
        <w:br/>
        <w:t>v -0.463205 21.047920 0.901996</w:t>
        <w:br/>
        <w:t>v -0.533401 21.138199 0.875217</w:t>
        <w:br/>
        <w:t>v -0.525290 21.150051 0.977192</w:t>
        <w:br/>
        <w:t>v -0.394060 21.041494 0.529283</w:t>
        <w:br/>
        <w:t>v -0.445206 21.041544 0.579659</w:t>
        <w:br/>
        <w:t>v -0.231434 20.902353 0.614163</w:t>
        <w:br/>
        <w:t>v -0.295111 20.946964 0.580670</w:t>
        <w:br/>
        <w:t>v -0.076516 20.744951 0.943698</w:t>
        <w:br/>
        <w:t>v -0.087402 20.790264 0.799766</w:t>
        <w:br/>
        <w:t>v -0.115087 20.760500 0.927229</w:t>
        <w:br/>
        <w:t>v -0.215028 20.854498 0.712931</w:t>
        <w:br/>
        <w:t>v -0.241501 20.845682 0.820400</w:t>
        <w:br/>
        <w:t>v -0.175683 20.799177 0.882972</w:t>
        <w:br/>
        <w:t>v -0.146917 20.807266 0.766156</w:t>
        <w:br/>
        <w:t>v -0.167956 20.862272 0.649328</w:t>
        <w:br/>
        <w:t>v -0.110642 20.835373 0.676260</w:t>
        <w:br/>
        <w:t>v -0.059399 20.820574 0.694006</w:t>
        <w:br/>
        <w:t>v 0.003187 20.804976 0.715519</w:t>
        <w:br/>
        <w:t>v -0.020595 20.772913 0.829216</w:t>
        <w:br/>
        <w:t>v 0.003187 20.769651 0.833815</w:t>
        <w:br/>
        <w:t>v -0.035493 20.732458 0.978552</w:t>
        <w:br/>
        <w:t>v 0.003187 20.726486 1.010484</w:t>
        <w:br/>
        <w:t>v -0.253474 21.245827 1.286167</w:t>
        <w:br/>
        <w:t>v -0.273800 21.322424 1.294431</w:t>
        <w:br/>
        <w:t>v -0.208064 21.337254 1.338909</w:t>
        <w:br/>
        <w:t>v -0.194206 21.264101 1.327508</w:t>
        <w:br/>
        <w:t>v 0.003187 21.339157 1.591965</w:t>
        <w:br/>
        <w:t>v 0.003187 21.300884 1.528339</w:t>
        <w:br/>
        <w:t>v -0.019357 21.305826 1.506787</w:t>
        <w:br/>
        <w:t>v -0.016865 21.333136 1.562552</w:t>
        <w:br/>
        <w:t>v -0.223117 21.493862 1.318290</w:t>
        <w:br/>
        <w:t>v -0.297957 21.476582 1.279965</w:t>
        <w:br/>
        <w:t>v -0.302157 21.551531 1.246998</w:t>
        <w:br/>
        <w:t>v -0.223135 21.572130 1.272814</w:t>
        <w:br/>
        <w:t>v -0.462413 21.670107 1.160451</w:t>
        <w:br/>
        <w:t>v -0.379977 21.673634 1.194026</w:t>
        <w:br/>
        <w:t>v -0.388048 21.640938 1.199776</w:t>
        <w:br/>
        <w:t>v -0.476230 21.627064 1.163535</w:t>
        <w:br/>
        <w:t>v -0.555988 21.575157 1.113252</w:t>
        <w:br/>
        <w:t>v -0.549705 21.517370 1.113105</w:t>
        <w:br/>
        <w:t>v -0.616427 21.525970 1.036119</w:t>
        <w:br/>
        <w:t>v -0.612657 21.589586 1.051781</w:t>
        <w:br/>
        <w:t>v -0.232185 21.696995 1.252473</w:t>
        <w:br/>
        <w:t>v -0.229351 21.671545 1.250894</w:t>
        <w:br/>
        <w:t>v -0.302764 21.656530 1.230097</w:t>
        <w:br/>
        <w:t>v -0.296110 21.681526 1.219713</w:t>
        <w:br/>
        <w:t>v 0.003187 21.558239 1.475647</w:t>
        <w:br/>
        <w:t>v 0.003187 21.492479 1.522518</w:t>
        <w:br/>
        <w:t>v -0.022260 21.492355 1.485131</w:t>
        <w:br/>
        <w:t>v -0.018221 21.556032 1.444357</w:t>
        <w:br/>
        <w:t>v -0.136694 21.803722 1.336728</w:t>
        <w:br/>
        <w:t>v -0.167025 21.910494 1.395372</w:t>
        <w:br/>
        <w:t>v -0.085950 21.791048 1.362188</w:t>
        <w:br/>
        <w:t>v -0.016971 21.724409 1.392382</w:t>
        <w:br/>
        <w:t>v 0.003187 21.721279 1.409713</w:t>
        <w:br/>
        <w:t>v 0.003187 21.648003 1.423248</w:t>
        <w:br/>
        <w:t>v -0.014963 21.649103 1.404528</w:t>
        <w:br/>
        <w:t>v -0.042332 21.805929 1.407306</w:t>
        <w:br/>
        <w:t>v 0.003187 21.798563 1.430642</w:t>
        <w:br/>
        <w:t>v -0.200329 21.746355 1.265873</w:t>
        <w:br/>
        <w:t>v -0.187089 21.748262 1.273314</w:t>
        <w:br/>
        <w:t>v -0.207637 21.721874 1.266358</w:t>
        <w:br/>
        <w:t>v -0.215658 21.728167 1.259108</w:t>
        <w:br/>
        <w:t>v -0.025659 21.386147 1.582467</w:t>
        <w:br/>
        <w:t>v 0.003187 21.381935 1.622482</w:t>
        <w:br/>
        <w:t>v 0.003187 21.361450 1.617011</w:t>
        <w:br/>
        <w:t>v -0.023377 21.358952 1.581768</w:t>
        <w:br/>
        <w:t>v 0.003187 22.457363 1.440735</w:t>
        <w:br/>
        <w:t>v -0.069195 22.459499 1.425272</w:t>
        <w:br/>
        <w:t>v -0.071725 22.725807 1.308505</w:t>
        <w:br/>
        <w:t>v 0.003187 22.727776 1.334634</w:t>
        <w:br/>
        <w:t>v -0.075646 21.699482 1.314681</w:t>
        <w:br/>
        <w:t>v -0.046700 21.706224 1.342479</w:t>
        <w:br/>
        <w:t>v -0.044051 21.639582 1.377567</w:t>
        <w:br/>
        <w:t>v -0.066954 21.622561 1.325511</w:t>
        <w:br/>
        <w:t>v -0.122707 21.070141 1.298316</w:t>
        <w:br/>
        <w:t>v -0.120523 21.066565 1.273683</w:t>
        <w:br/>
        <w:t>v -0.154854 21.065214 1.244875</w:t>
        <w:br/>
        <w:t>v -0.155512 21.067554 1.261802</w:t>
        <w:br/>
        <w:t>v -0.055745 21.075619 1.341279</w:t>
        <w:br/>
        <w:t>v -0.056038 21.069414 1.310337</w:t>
        <w:br/>
        <w:t>v -0.087385 21.068640 1.296522</w:t>
        <w:br/>
        <w:t>v -0.088949 21.074390 1.329855</w:t>
        <w:br/>
        <w:t>v -0.087671 21.067419 1.311333</w:t>
        <w:br/>
        <w:t>v -0.122741 21.064764 1.285845</w:t>
        <w:br/>
        <w:t>v -0.120526 21.066345 1.273693</w:t>
        <w:br/>
        <w:t>v -0.087779 21.068521 1.296552</w:t>
        <w:br/>
        <w:t>v -0.191512 21.063465 1.222989</w:t>
        <w:br/>
        <w:t>v -0.195456 21.063240 1.222418</w:t>
        <w:br/>
        <w:t>v -0.198456 21.063828 1.223382</w:t>
        <w:br/>
        <w:t>v -0.191895 21.064806 1.228044</w:t>
        <w:br/>
        <w:t>v -0.056564 21.068031 1.323682</w:t>
        <w:br/>
        <w:t>v -0.056252 21.069353 1.310722</w:t>
        <w:br/>
        <w:t>v -0.022350 21.067745 1.333603</w:t>
        <w:br/>
        <w:t>v -0.022225 21.068991 1.323735</w:t>
        <w:br/>
        <w:t>v -0.022159 21.068981 1.323489</w:t>
        <w:br/>
        <w:t>v -0.022148 21.076204 1.355401</w:t>
        <w:br/>
        <w:t>v 0.003187 21.075562 1.359604</w:t>
        <w:br/>
        <w:t>v 0.003187 21.068277 1.327149</w:t>
        <w:br/>
        <w:t>v -0.764411 21.830069 0.677084</w:t>
        <w:br/>
        <w:t>v -0.778935 21.831932 0.546973</w:t>
        <w:br/>
        <w:t>v -0.794967 21.947638 0.551141</w:t>
        <w:br/>
        <w:t>v -0.779753 21.948973 0.683838</w:t>
        <w:br/>
        <w:t>v -0.387484 20.956854 0.818268</w:t>
        <w:br/>
        <w:t>v -0.392455 20.965843 0.936771</w:t>
        <w:br/>
        <w:t>v -0.331047 20.905056 1.003249</w:t>
        <w:br/>
        <w:t>v -0.319817 20.897352 0.861434</w:t>
        <w:br/>
        <w:t>v -0.300970 20.926308 1.119399</w:t>
        <w:br/>
        <w:t>v -0.327657 20.914434 1.071802</w:t>
        <w:br/>
        <w:t>v -0.391875 20.978468 1.032434</w:t>
        <w:br/>
        <w:t>v -0.379728 20.995838 1.089955</w:t>
        <w:br/>
        <w:t>v -0.537804 21.132133 0.755486</w:t>
        <w:br/>
        <w:t>v -0.463301 21.039129 0.782352</w:t>
        <w:br/>
        <w:t>v -0.256337 20.849386 1.106966</w:t>
        <w:br/>
        <w:t>v -0.262110 20.843561 1.052412</w:t>
        <w:br/>
        <w:t>v -0.667417 21.415480 0.437502</w:t>
        <w:br/>
        <w:t>v -0.719076 21.567989 0.422307</w:t>
        <w:br/>
        <w:t>v -0.715010 21.575521 0.551729</w:t>
        <w:br/>
        <w:t>v -0.675564 21.430658 0.556689</w:t>
        <w:br/>
        <w:t>v -0.687423 21.571072 0.800819</w:t>
        <w:br/>
        <w:t>v -0.721413 21.715742 0.785669</w:t>
        <w:br/>
        <w:t>v -0.698249 21.696745 0.919297</w:t>
        <w:br/>
        <w:t>v -0.659161 21.551291 0.922703</w:t>
        <w:br/>
        <w:t>v -0.595584 21.226980 0.619488</w:t>
        <w:br/>
        <w:t>v -0.536756 21.135695 0.641368</w:t>
        <w:br/>
        <w:t>v -0.782990 21.815844 0.417238</w:t>
        <w:br/>
        <w:t>v -0.802363 21.927330 0.424114</w:t>
        <w:br/>
        <w:t>v -0.257200 20.834642 0.933253</w:t>
        <w:br/>
        <w:t>v -0.669579 21.443945 0.681876</w:t>
        <w:br/>
        <w:t>v -0.634950 21.327158 0.696254</w:t>
        <w:br/>
        <w:t>v -0.633823 21.323355 0.600523</w:t>
        <w:br/>
        <w:t>v -0.757792 21.720821 0.420068</w:t>
        <w:br/>
        <w:t>v -0.752562 21.724577 0.547034</w:t>
        <w:br/>
        <w:t>v -0.598387 21.224609 0.735670</w:t>
        <w:br/>
        <w:t>v -0.741710 21.722546 0.671799</w:t>
        <w:br/>
        <w:t>v -0.706891 21.576513 0.677984</w:t>
        <w:br/>
        <w:t>v -0.589043 21.232536 0.852489</w:t>
        <w:br/>
        <w:t>v -0.739608 21.825960 0.792231</w:t>
        <w:br/>
        <w:t>v -0.719904 21.799604 0.917686</w:t>
        <w:br/>
        <w:t>v -0.762180 22.119194 0.828556</w:t>
        <w:br/>
        <w:t>v -0.765411 22.294136 0.817917</w:t>
        <w:br/>
        <w:t>v -0.723122 22.343037 0.946771</w:t>
        <w:br/>
        <w:t>v -0.730518 22.149855 0.966778</w:t>
        <w:br/>
        <w:t>v -0.806772 22.372074 0.695388</w:t>
        <w:br/>
        <w:t>v -0.765676 22.458544 0.808039</w:t>
        <w:br/>
        <w:t>v -0.800598 22.243263 0.691315</w:t>
        <w:br/>
        <w:t>v -0.575585 21.240658 0.961853</w:t>
        <w:br/>
        <w:t>v -0.623848 21.333942 0.834674</w:t>
        <w:br/>
        <w:t>v -0.608106 21.337868 0.951786</w:t>
        <w:br/>
        <w:t>v -0.654514 21.446926 0.808093</w:t>
        <w:br/>
        <w:t>v -0.191663 20.787649 1.017392</w:t>
        <w:br/>
        <w:t>v -0.461324 21.041878 0.674158</w:t>
        <w:br/>
        <w:t>v -0.618785 21.313116 0.491936</w:t>
        <w:br/>
        <w:t>v -0.757246 21.965363 0.819050</w:t>
        <w:br/>
        <w:t>v -0.193916 20.786983 1.100874</w:t>
        <w:br/>
        <w:t>v -0.122004 20.732389 1.153058</w:t>
        <w:br/>
        <w:t>v -0.126314 20.736105 1.081161</w:t>
        <w:br/>
        <w:t>v -0.032810 20.699970 1.192786</w:t>
        <w:br/>
        <w:t>v -0.033240 20.703102 1.126497</w:t>
        <w:br/>
        <w:t>v -0.069443 20.709961 1.116572</w:t>
        <w:br/>
        <w:t>v -0.067840 20.705462 1.180263</w:t>
        <w:br/>
        <w:t>v 0.003187 20.698711 1.195125</w:t>
        <w:br/>
        <w:t>v 0.003187 20.699230 1.130035</w:t>
        <w:br/>
        <w:t>v 0.003187 20.703930 1.216671</w:t>
        <w:br/>
        <w:t>v -0.031624 20.705494 1.215301</w:t>
        <w:br/>
        <w:t>v -0.632295 21.445370 0.929513</w:t>
        <w:br/>
        <w:t>v -0.794335 22.095110 0.693918</w:t>
        <w:br/>
        <w:t>v -0.731247 21.988356 0.986077</w:t>
        <w:br/>
        <w:t>v -0.186842 20.793856 1.145930</w:t>
        <w:br/>
        <w:t>v -0.523032 21.671682 1.126754</w:t>
        <w:br/>
        <w:t>v -0.549424 21.623806 1.119126</w:t>
        <w:br/>
        <w:t>v -0.066731 20.711567 1.206435</w:t>
        <w:br/>
        <w:t>v -0.412749 21.282001 1.197574</w:t>
        <w:br/>
        <w:t>v -0.437492 21.365881 1.205427</w:t>
        <w:br/>
        <w:t>v -0.363297 21.382099 1.248896</w:t>
        <w:br/>
        <w:t>v -0.342570 21.303654 1.252399</w:t>
        <w:br/>
        <w:t>v -0.117649 21.283325 1.379201</w:t>
        <w:br/>
        <w:t>v -0.134821 21.345537 1.370520</w:t>
        <w:br/>
        <w:t>v -0.481634 21.861637 1.224814</w:t>
        <w:br/>
        <w:t>v -0.481019 21.844820 1.215249</w:t>
        <w:br/>
        <w:t>v -0.550219 21.849306 1.172733</w:t>
        <w:br/>
        <w:t>v -0.554227 21.867891 1.180578</w:t>
        <w:br/>
        <w:t>v -0.274697 20.956625 1.152546</w:t>
        <w:br/>
        <w:t>v -0.217514 20.907925 1.177281</w:t>
        <w:br/>
        <w:t>v -0.241470 20.870920 1.143368</w:t>
        <w:br/>
        <w:t>v -0.535038 21.437817 1.131702</w:t>
        <w:br/>
        <w:t>v -0.512164 21.351776 1.145300</w:t>
        <w:br/>
        <w:t>v -0.577435 21.341930 1.056326</w:t>
        <w:br/>
        <w:t>v -0.600782 21.437729 1.042787</w:t>
        <w:br/>
        <w:t>v -0.099485 21.598175 1.293627</w:t>
        <w:br/>
        <w:t>v -0.106898 21.507687 1.347397</w:t>
        <w:br/>
        <w:t>v -0.646219 22.390188 1.067177</w:t>
        <w:br/>
        <w:t>v -0.654538 22.193724 1.098695</w:t>
        <w:br/>
        <w:t>v -0.608044 21.734365 1.054682</w:t>
        <w:br/>
        <w:t>v -0.578545 21.745155 1.077539</w:t>
        <w:br/>
        <w:t>v -0.557995 21.713236 1.089693</w:t>
        <w:br/>
        <w:t>v -0.579598 21.700632 1.075020</w:t>
        <w:br/>
        <w:t>v -0.294643 21.813936 1.281276</w:t>
        <w:br/>
        <w:t>v -0.297239 21.802673 1.269246</w:t>
        <w:br/>
        <w:t>v -0.384731 21.825106 1.252739</w:t>
        <w:br/>
        <w:t>v -0.383523 21.842981 1.254444</w:t>
        <w:br/>
        <w:t>v -0.079396 21.513157 1.389596</w:t>
        <w:br/>
        <w:t>v -0.710319 21.904484 1.006142</w:t>
        <w:br/>
        <w:t>v -0.704011 21.794298 0.972270</w:t>
        <w:br/>
        <w:t>v 0.003187 21.268072 1.469234</w:t>
        <w:br/>
        <w:t>v -0.019085 21.272133 1.456275</w:t>
        <w:br/>
        <w:t>v -0.063818 21.889172 1.437205</w:t>
        <w:br/>
        <w:t>v 0.003187 21.874949 1.476520</w:t>
        <w:br/>
        <w:t>v -0.543125 21.250483 1.057011</w:t>
        <w:br/>
        <w:t>v -0.500463 21.161032 1.061181</w:t>
        <w:br/>
        <w:t>v -0.106331 20.839449 1.220112</w:t>
        <w:br/>
        <w:t>v -0.063038 20.817192 1.234580</w:t>
        <w:br/>
        <w:t>v -0.066401 20.740021 1.220376</w:t>
        <w:br/>
        <w:t>v -0.114338 20.770552 1.200913</w:t>
        <w:br/>
        <w:t>v -0.217755 21.411364 1.339108</w:t>
        <w:br/>
        <w:t>v -0.120546 21.424387 1.368210</w:t>
        <w:br/>
        <w:t>v -0.286950 21.884844 1.321910</w:t>
        <w:br/>
        <w:t>v -0.378023 21.916546 1.281059</w:t>
        <w:br/>
        <w:t>v -0.153204 21.140968 1.320077</w:t>
        <w:br/>
        <w:t>v -0.191277 21.123518 1.278886</w:t>
        <w:br/>
        <w:t>v -0.220215 21.173763 1.277420</w:t>
        <w:br/>
        <w:t>v -0.172414 21.194111 1.311631</w:t>
        <w:br/>
        <w:t>v -0.594647 21.637011 1.079605</w:t>
        <w:br/>
        <w:t>v -0.554452 21.678782 1.098536</w:t>
        <w:br/>
        <w:t>v -0.058221 20.904261 1.250832</w:t>
        <w:br/>
        <w:t>v -0.025021 20.897757 1.261087</w:t>
        <w:br/>
        <w:t>v -0.028192 20.804092 1.241012</w:t>
        <w:br/>
        <w:t>v -0.130224 20.990765 1.252213</w:t>
        <w:br/>
        <w:t>v -0.142887 20.941181 1.219652</w:t>
        <w:br/>
        <w:t>v -0.194887 20.963310 1.204736</w:t>
        <w:br/>
        <w:t>v -0.171860 21.011538 1.227401</w:t>
        <w:br/>
        <w:t>v -0.053595 20.967337 1.286218</w:t>
        <w:br/>
        <w:t>v -0.021148 20.962656 1.294223</w:t>
        <w:br/>
        <w:t>v -0.163649 21.734722 1.290581</w:t>
        <w:br/>
        <w:t>v -0.226128 21.792273 1.276384</w:t>
        <w:br/>
        <w:t>v -0.191299 21.822824 1.314036</w:t>
        <w:br/>
        <w:t>v -0.031131 20.726522 1.228794</w:t>
        <w:br/>
        <w:t>v -0.483265 22.110918 1.289272</w:t>
        <w:br/>
        <w:t>v -0.576370 22.099960 1.228147</w:t>
        <w:br/>
        <w:t>v -0.568680 22.229067 1.203460</w:t>
        <w:br/>
        <w:t>v -0.479547 22.250536 1.280963</w:t>
        <w:br/>
        <w:t>v -0.480041 21.931065 1.244208</w:t>
        <w:br/>
        <w:t>v -0.563170 21.932657 1.196949</w:t>
        <w:br/>
        <w:t>v -0.582060 21.981346 1.208587</w:t>
        <w:br/>
        <w:t>v -0.489790 21.987667 1.269422</w:t>
        <w:br/>
        <w:t>v -0.173109 22.241692 1.444960</w:t>
        <w:br/>
        <w:t>v -0.279621 22.255636 1.397373</w:t>
        <w:br/>
        <w:t>v -0.278740 22.471458 1.336044</w:t>
        <w:br/>
        <w:t>v -0.178450 22.466297 1.391487</w:t>
        <w:br/>
        <w:t>v -0.737463 21.458818 0.373704</w:t>
        <w:br/>
        <w:t>v -0.178123 20.815809 1.173093</w:t>
        <w:br/>
        <w:t>v -0.160058 20.870903 1.199365</w:t>
        <w:br/>
        <w:t>v -0.071769 21.356804 1.512457</w:t>
        <w:br/>
        <w:t>v -0.050952 21.335541 1.513664</w:t>
        <w:br/>
        <w:t>v -0.382669 22.099245 1.363397</w:t>
        <w:br/>
        <w:t>v -0.382113 22.259142 1.344786</w:t>
        <w:br/>
        <w:t>v -0.657261 21.711891 1.015815</w:t>
        <w:br/>
        <w:t>v -0.667078 21.790302 1.009040</w:t>
        <w:br/>
        <w:t>v -0.641876 21.784710 1.044278</w:t>
        <w:br/>
        <w:t>v 0.003187 20.961550 1.297938</w:t>
        <w:br/>
        <w:t>v 0.003187 20.894287 1.265536</w:t>
        <w:br/>
        <w:t>v -0.661765 22.071070 1.145185</w:t>
        <w:br/>
        <w:t>v -0.480667 21.264542 1.141607</w:t>
        <w:br/>
        <w:t>v 0.003187 20.722017 1.229815</w:t>
        <w:br/>
        <w:t>v -0.241562 20.999617 1.187044</w:t>
        <w:br/>
        <w:t>v -0.284325 21.040672 1.173563</w:t>
        <w:br/>
        <w:t>v -0.234657 21.058287 1.207749</w:t>
        <w:br/>
        <w:t>v -0.216290 21.039858 1.205851</w:t>
        <w:br/>
        <w:t>v -0.526658 21.693985 1.106280</w:t>
        <w:br/>
        <w:t>v -0.503548 21.688259 1.130684</w:t>
        <w:br/>
        <w:t>v -0.677010 21.702572 0.987402</w:t>
        <w:br/>
        <w:t>v -0.649521 21.624725 0.995073</w:t>
        <w:br/>
        <w:t>v -0.057935 21.300426 1.466901</w:t>
        <w:br/>
        <w:t>v -0.074130 21.302198 1.433508</w:t>
        <w:br/>
        <w:t>v -0.066573 21.322603 1.458042</w:t>
        <w:br/>
        <w:t>v -0.233992 21.768948 1.266142</w:t>
        <w:br/>
        <w:t>v -0.610301 21.783173 1.068170</w:t>
        <w:br/>
        <w:t>v -0.095123 20.917675 1.238053</w:t>
        <w:br/>
        <w:t>v -0.118193 20.738222 1.184567</w:t>
        <w:br/>
        <w:t>v -0.304171 21.608999 1.240374</w:t>
        <w:br/>
        <w:t>v -0.223710 21.628817 1.263581</w:t>
        <w:br/>
        <w:t>v -0.052445 21.539175 1.403731</w:t>
        <w:br/>
        <w:t>v -0.478371 22.455849 1.204979</w:t>
        <w:br/>
        <w:t>v -0.380005 22.470350 1.275562</w:t>
        <w:br/>
        <w:t>v -0.471257 22.671635 1.099734</w:t>
        <w:br/>
        <w:t>v -0.379177 22.695269 1.158768</w:t>
        <w:br/>
        <w:t>v -0.236497 21.077055 1.215609</w:t>
        <w:br/>
        <w:t>v -0.320433 21.100138 1.175931</w:t>
        <w:br/>
        <w:t>v -0.266434 21.148054 1.239530</w:t>
        <w:br/>
        <w:t>v -0.221498 21.099424 1.242855</w:t>
        <w:br/>
        <w:t>v -0.182812 21.703234 1.277582</w:t>
        <w:br/>
        <w:t>v -0.454849 21.447573 1.193488</w:t>
        <w:br/>
        <w:t>v -0.376363 21.460917 1.233630</w:t>
        <w:br/>
        <w:t>v -0.288409 21.397537 1.298034</w:t>
        <w:br/>
        <w:t>v -0.297918 21.692757 1.211198</w:t>
        <w:br/>
        <w:t>v -0.238134 21.706221 1.234770</w:t>
        <w:br/>
        <w:t>v -0.658559 21.956924 1.111831</w:t>
        <w:br/>
        <w:t>v -0.566448 22.429026 1.132833</w:t>
        <w:br/>
        <w:t>v -0.383895 21.974689 1.317993</w:t>
        <w:br/>
        <w:t>v -0.604697 21.840054 1.111488</w:t>
        <w:br/>
        <w:t>v -0.618763 21.859184 1.114987</w:t>
        <w:br/>
        <w:t>v -0.078819 21.381680 1.509140</w:t>
        <w:br/>
        <w:t>v -0.063653 21.473467 1.430041</w:t>
        <w:br/>
        <w:t>v -0.441152 21.071341 1.065760</w:t>
        <w:br/>
        <w:t>v -0.340268 21.018709 1.138002</w:t>
        <w:br/>
        <w:t>v -0.383207 21.533474 1.209991</w:t>
        <w:br/>
        <w:t>v -0.465488 21.521570 1.171048</w:t>
        <w:br/>
        <w:t>v -0.093971 21.446999 1.405890</w:t>
        <w:br/>
        <w:t>v -0.121928 21.209543 1.353573</w:t>
        <w:br/>
        <w:t>v -0.112100 21.154661 1.361359</w:t>
        <w:br/>
        <w:t>v -0.440263 21.177483 1.135445</w:t>
        <w:br/>
        <w:t>v -0.390417 21.086803 1.127424</w:t>
        <w:br/>
        <w:t>v -0.374851 21.196297 1.189635</w:t>
        <w:br/>
        <w:t>v -0.312668 21.223984 1.245998</w:t>
        <w:br/>
        <w:t>v -0.070885 21.209425 1.389848</w:t>
        <w:br/>
        <w:t>v -0.064624 21.161873 1.394516</w:t>
        <w:br/>
        <w:t>v -0.020100 21.201660 1.407651</w:t>
        <w:br/>
        <w:t>v -0.020470 21.165571 1.409471</w:t>
        <w:br/>
        <w:t>v -0.544190 21.323130 0.437049</w:t>
        <w:br/>
        <w:t>v -0.201488 21.056561 1.217568</w:t>
        <w:br/>
        <w:t>v -0.159398 21.042032 1.250344</w:t>
        <w:br/>
        <w:t>v -0.473546 21.581791 1.165535</w:t>
        <w:br/>
        <w:t>v -0.387313 21.592363 1.205464</w:t>
        <w:br/>
        <w:t>v -0.129740 21.086611 1.320113</w:t>
        <w:br/>
        <w:t>v -0.161189 21.078867 1.279594</w:t>
        <w:br/>
        <w:t>v -0.095251 21.092247 1.355720</w:t>
        <w:br/>
        <w:t>v -0.056695 21.095810 1.383942</w:t>
        <w:br/>
        <w:t>v -0.089531 20.976065 1.272462</w:t>
        <w:br/>
        <w:t>v -0.125848 21.034197 1.287684</w:t>
        <w:br/>
        <w:t>v -0.089001 21.029774 1.315795</w:t>
        <w:br/>
        <w:t>v -0.059966 21.128767 1.405614</w:t>
        <w:br/>
        <w:t>v -0.104124 21.121656 1.367991</w:t>
        <w:br/>
        <w:t>v -0.021695 21.097321 1.397691</w:t>
        <w:br/>
        <w:t>v 0.003187 21.096844 1.399586</w:t>
        <w:br/>
        <w:t>v -0.022625 21.051130 1.341483</w:t>
        <w:br/>
        <w:t>v -0.056424 21.052986 1.330074</w:t>
        <w:br/>
        <w:t>v -0.056564 21.068031 1.323682</w:t>
        <w:br/>
        <w:t>v -0.022350 21.067745 1.333603</w:t>
        <w:br/>
        <w:t>v -0.021025 21.128492 1.416344</w:t>
        <w:br/>
        <w:t>v 0.003187 21.124540 1.418010</w:t>
        <w:br/>
        <w:t>v 0.003187 21.066708 1.336516</w:t>
        <w:br/>
        <w:t>v 0.003187 21.048899 1.346259</w:t>
        <w:br/>
        <w:t>v -0.138572 21.109180 1.327908</w:t>
        <w:br/>
        <w:t>v -0.088897 21.053936 1.317391</w:t>
        <w:br/>
        <w:t>v -0.087671 21.067419 1.311333</w:t>
        <w:br/>
        <w:t>v -0.124743 21.055006 1.289282</w:t>
        <w:br/>
        <w:t>v -0.193747 21.068951 1.240343</w:t>
        <w:br/>
        <w:t>v -0.055749 21.027250 1.329863</w:t>
        <w:br/>
        <w:t>v -0.022658 21.025482 1.342186</w:t>
        <w:br/>
        <w:t>v 0.003187 21.024111 1.347577</w:t>
        <w:br/>
        <w:t>v 0.003187 21.166365 1.407738</w:t>
        <w:br/>
        <w:t>v -0.192397 21.062605 1.223057</w:t>
        <w:br/>
        <w:t>v -0.155098 21.063253 1.248974</w:t>
        <w:br/>
        <w:t>v -0.155827 21.056093 1.250932</w:t>
        <w:br/>
        <w:t>v -0.195761 21.060747 1.221616</w:t>
        <w:br/>
        <w:t>v -0.202900 21.065407 1.222993</w:t>
        <w:br/>
        <w:t>v -0.201060 21.081450 1.245772</w:t>
        <w:br/>
        <w:t>v -0.171280 21.095812 1.285879</w:t>
        <w:br/>
        <w:t>v -0.203010 21.062183 1.221306</w:t>
        <w:br/>
        <w:t>v -0.198507 21.062614 1.222512</w:t>
        <w:br/>
        <w:t>v -0.212922 21.061491 1.217492</w:t>
        <w:br/>
        <w:t>v -0.211673 21.069027 1.221870</w:t>
        <w:br/>
        <w:t>v -0.550468 22.641098 1.038019</w:t>
        <w:br/>
        <w:t>v -0.817546 22.061317 0.431678</w:t>
        <w:br/>
        <w:t>v -0.807950 22.075983 0.561111</w:t>
        <w:br/>
        <w:t>v -0.830869 21.702744 0.325915</w:t>
        <w:br/>
        <w:t>v -0.948436 21.758242 0.249572</w:t>
        <w:br/>
        <w:t>v -0.907932 21.850992 0.318750</w:t>
        <w:br/>
        <w:t>v -0.458461 21.687931 1.156714</w:t>
        <w:br/>
        <w:t>v -0.378645 21.688665 1.188381</w:t>
        <w:br/>
        <w:t>v 0.003187 21.068913 1.327296</w:t>
        <w:br/>
        <w:t>v -0.764277 21.399973 0.351010</w:t>
        <w:br/>
        <w:t>v -0.805654 21.438387 0.313739</w:t>
        <w:br/>
        <w:t>v -0.195419 21.063005 1.222396</w:t>
        <w:br/>
        <w:t>v -0.111610 21.364185 1.423917</w:t>
        <w:br/>
        <w:t>v -0.198507 21.062614 1.222512</w:t>
        <w:br/>
        <w:t>v -0.195419 21.063005 1.222396</w:t>
        <w:br/>
        <w:t>v -0.191455 21.063068 1.222882</w:t>
        <w:br/>
        <w:t>v -0.154840 21.064930 1.245212</w:t>
        <w:br/>
        <w:t>v -0.277398 22.077284 1.406162</w:t>
        <w:br/>
        <w:t>v 0.003187 20.798574 1.243954</w:t>
        <w:br/>
        <w:t>v -0.169130 22.053080 1.438150</w:t>
        <w:br/>
        <w:t>v -0.286836 21.942276 1.353287</w:t>
        <w:br/>
        <w:t>v 0.003187 22.024776 1.501062</w:t>
        <w:br/>
        <w:t>v -0.068353 22.035181 1.458861</w:t>
        <w:br/>
        <w:t>v -0.070470 22.230854 1.477730</w:t>
        <w:br/>
        <w:t>v 0.003187 22.223907 1.488611</w:t>
        <w:br/>
        <w:t>v -0.020935 21.234344 1.422364</w:t>
        <w:br/>
        <w:t>v 0.003187 21.230930 1.426731</w:t>
        <w:br/>
        <w:t>v 0.003187 21.199589 1.409449</w:t>
        <w:br/>
        <w:t>v -0.648355 21.842247 1.055519</w:t>
        <w:br/>
        <w:t>v -0.630910 21.830032 1.065603</w:t>
        <w:br/>
        <w:t>v -0.638703 21.913261 1.113872</w:t>
        <w:br/>
        <w:t>v -0.792541 21.437563 0.284888</w:t>
        <w:br/>
        <w:t>v -0.805654 21.438387 0.313739</w:t>
        <w:br/>
        <w:t>v -0.764277 21.399973 0.351010</w:t>
        <w:br/>
        <w:t>v -0.738347 21.392906 0.326749</w:t>
        <w:br/>
        <w:t>v -0.963220 21.618752 0.212055</w:t>
        <w:br/>
        <w:t>v -0.780925 21.554947 0.347172</w:t>
        <w:br/>
        <w:t>v -0.903094 21.528498 0.239127</w:t>
        <w:br/>
        <w:t>v -0.891423 21.529427 0.211862</w:t>
        <w:br/>
        <w:t>v -0.903094 21.528498 0.239127</w:t>
        <w:br/>
        <w:t>v -0.854813 21.847492 0.357793</w:t>
        <w:br/>
        <w:t>v -0.818555 21.857607 0.358225</w:t>
        <w:br/>
        <w:t>v -0.782990 21.815844 0.417238</w:t>
        <w:br/>
        <w:t>v -0.816546 21.806267 0.421307</w:t>
        <w:br/>
        <w:t>v -0.669873 21.362715 0.385570</w:t>
        <w:br/>
        <w:t>v -0.699369 21.372515 0.409354</w:t>
        <w:br/>
        <w:t>v -0.931219 21.770864 0.220433</w:t>
        <w:br/>
        <w:t>v -0.881319 21.862961 0.296095</w:t>
        <w:br/>
        <w:t>v -0.907932 21.850992 0.318750</w:t>
        <w:br/>
        <w:t>v -0.948436 21.758242 0.249572</w:t>
        <w:br/>
        <w:t>v -0.757792 21.720821 0.420068</w:t>
        <w:br/>
        <w:t>v -0.854813 21.847492 0.357793</w:t>
        <w:br/>
        <w:t>v -0.816546 21.806267 0.421307</w:t>
        <w:br/>
        <w:t>v -0.970741 21.659018 0.213814</w:t>
        <w:br/>
        <w:t>v -0.699369 21.372515 0.409354</w:t>
        <w:br/>
        <w:t>v -0.952085 21.624685 0.181021</w:t>
        <w:br/>
        <w:t>v -0.963220 21.618752 0.212055</w:t>
        <w:br/>
        <w:t>v -0.064463 21.258492 1.401057</w:t>
        <w:br/>
        <w:t>v -0.628307 21.663914 1.043678</w:t>
        <w:br/>
        <w:t>v -0.044457 21.317572 1.510073</w:t>
        <w:br/>
        <w:t>v -0.672654 21.869026 1.035657</w:t>
        <w:br/>
        <w:t>v -0.282936 22.711090 1.211994</w:t>
        <w:br/>
        <w:t>v -0.102006 21.331802 1.435120</w:t>
        <w:br/>
        <w:t>v -0.178891 22.720295 1.266748</w:t>
        <w:br/>
        <w:t>v -0.628918 22.597355 0.958941</w:t>
        <w:br/>
        <w:t>v -0.706181 22.532701 0.923652</w:t>
        <w:br/>
        <w:t>v -0.817566 22.198050 0.573386</w:t>
        <w:br/>
        <w:t>v -0.827003 22.279922 0.588318</w:t>
        <w:br/>
        <w:t>v -0.826796 22.175110 0.482987</w:t>
        <w:br/>
        <w:t>v -0.161711 21.661322 1.280511</w:t>
        <w:br/>
        <w:t>v -0.654198 21.386189 0.442471</w:t>
        <w:br/>
        <w:t>v -0.592261 21.382505 0.396430</w:t>
        <w:br/>
        <w:t>v -0.958508 21.665037 0.182189</w:t>
        <w:br/>
        <w:t>v -0.970741 21.659018 0.213814</w:t>
        <w:br/>
        <w:t>v -0.654198 21.386189 0.442471</w:t>
        <w:br/>
        <w:t>v -0.592261 21.382505 0.396430</w:t>
        <w:br/>
        <w:t>v -0.654198 21.386189 0.442471</w:t>
        <w:br/>
        <w:t>v 0.531116 21.135201 0.538968</w:t>
        <w:br/>
        <w:t>v 0.583037 21.224876 0.511194</w:t>
        <w:br/>
        <w:t>v 0.518295 21.236629 0.457128</w:t>
        <w:br/>
        <w:t>v 0.465405 21.145731 0.482865</w:t>
        <w:br/>
        <w:t>v 0.353285 20.948566 0.633290</w:t>
        <w:br/>
        <w:t>v 0.288632 20.903189 0.667244</w:t>
        <w:br/>
        <w:t>v 0.311434 20.901405 0.771209</w:t>
        <w:br/>
        <w:t>v 0.380493 20.955994 0.727688</w:t>
        <w:br/>
        <w:t>v 0.539776 21.138199 0.875217</w:t>
        <w:br/>
        <w:t>v 0.469592 21.047916 0.901996</w:t>
        <w:br/>
        <w:t>v 0.467265 21.059547 0.994733</w:t>
        <w:br/>
        <w:t>v 0.531665 21.150051 0.977192</w:t>
        <w:br/>
        <w:t>v 0.399271 21.041494 0.528373</w:t>
        <w:br/>
        <w:t>v 0.451575 21.041552 0.579668</w:t>
        <w:br/>
        <w:t>v 0.301486 20.946964 0.580670</w:t>
        <w:br/>
        <w:t>v 0.237808 20.902353 0.614163</w:t>
        <w:br/>
        <w:t>v 0.093779 20.790260 0.799765</w:t>
        <w:br/>
        <w:t>v 0.082891 20.744951 0.943698</w:t>
        <w:br/>
        <w:t>v 0.121463 20.760498 0.927229</w:t>
        <w:br/>
        <w:t>v 0.182061 20.799175 0.882972</w:t>
        <w:br/>
        <w:t>v 0.247877 20.845680 0.820400</w:t>
        <w:br/>
        <w:t>v 0.221409 20.854496 0.712928</w:t>
        <w:br/>
        <w:t>v 0.153294 20.815277 0.766907</w:t>
        <w:br/>
        <w:t>v 0.174331 20.862272 0.649328</w:t>
        <w:br/>
        <w:t>v 0.117017 20.835373 0.676260</w:t>
        <w:br/>
        <w:t>v 0.065773 20.820574 0.694006</w:t>
        <w:br/>
        <w:t>v 0.026970 20.772913 0.829216</w:t>
        <w:br/>
        <w:t>v 0.003187 20.804976 0.715519</w:t>
        <w:br/>
        <w:t>v 0.003187 20.769651 0.833815</w:t>
        <w:br/>
        <w:t>v 0.041868 20.732458 0.978552</w:t>
        <w:br/>
        <w:t>v 0.003187 20.726486 1.010484</w:t>
        <w:br/>
        <w:t>v 0.214439 21.337254 1.338909</w:t>
        <w:br/>
        <w:t>v 0.280174 21.322424 1.294431</w:t>
        <w:br/>
        <w:t>v 0.259849 21.245827 1.286167</w:t>
        <w:br/>
        <w:t>v 0.200581 21.264101 1.327508</w:t>
        <w:br/>
        <w:t>v 0.025732 21.305826 1.506787</w:t>
        <w:br/>
        <w:t>v 0.003187 21.339157 1.591965</w:t>
        <w:br/>
        <w:t>v 0.023240 21.333136 1.562552</w:t>
        <w:br/>
        <w:t>v 0.308532 21.551531 1.246998</w:t>
        <w:br/>
        <w:t>v 0.304332 21.476582 1.279965</w:t>
        <w:br/>
        <w:t>v 0.229491 21.493862 1.318290</w:t>
        <w:br/>
        <w:t>v 0.229510 21.572130 1.272814</w:t>
        <w:br/>
        <w:t>v 0.394423 21.640938 1.199776</w:t>
        <w:br/>
        <w:t>v 0.386567 21.673632 1.194026</w:t>
        <w:br/>
        <w:t>v 0.469003 21.670107 1.160451</w:t>
        <w:br/>
        <w:t>v 0.482605 21.627064 1.163535</w:t>
        <w:br/>
        <w:t>v 0.622802 21.525970 1.047876</w:t>
        <w:br/>
        <w:t>v 0.556080 21.517370 1.124862</w:t>
        <w:br/>
        <w:t>v 0.562363 21.575157 1.113252</w:t>
        <w:br/>
        <w:t>v 0.619032 21.589586 1.051781</w:t>
        <w:br/>
        <w:t>v 0.309139 21.656530 1.230097</w:t>
        <w:br/>
        <w:t>v 0.235727 21.671549 1.250894</w:t>
        <w:br/>
        <w:t>v 0.238774 21.697002 1.252473</w:t>
        <w:br/>
        <w:t>v 0.302699 21.681528 1.219713</w:t>
        <w:br/>
        <w:t>v 0.028634 21.492355 1.485131</w:t>
        <w:br/>
        <w:t>v 0.003187 21.492479 1.522518</w:t>
        <w:br/>
        <w:t>v 0.003187 21.558239 1.475647</w:t>
        <w:br/>
        <w:t>v 0.024596 21.556032 1.444357</w:t>
        <w:br/>
        <w:t>v 0.173400 21.910494 1.395372</w:t>
        <w:br/>
        <w:t>v 0.146437 21.798248 1.336728</w:t>
        <w:br/>
        <w:t>v 0.092324 21.791048 1.362188</w:t>
        <w:br/>
        <w:t>v 0.023346 21.724409 1.392382</w:t>
        <w:br/>
        <w:t>v 0.021338 21.649103 1.404528</w:t>
        <w:br/>
        <w:t>v 0.048706 21.805929 1.407306</w:t>
        <w:br/>
        <w:t>v 0.214124 21.721912 1.266358</w:t>
        <w:br/>
        <w:t>v 0.193678 21.748262 1.273314</w:t>
        <w:br/>
        <w:t>v 0.206919 21.746353 1.265873</w:t>
        <w:br/>
        <w:t>v 0.222294 21.728119 1.259108</w:t>
        <w:br/>
        <w:t>v 0.003187 21.361450 1.617011</w:t>
        <w:br/>
        <w:t>v 0.003187 21.381935 1.622482</w:t>
        <w:br/>
        <w:t>v 0.032033 21.386147 1.582467</w:t>
        <w:br/>
        <w:t>v 0.029752 21.358952 1.581768</w:t>
        <w:br/>
        <w:t>v 0.078100 22.725807 1.308505</w:t>
        <w:br/>
        <w:t>v 0.075570 22.459499 1.425272</w:t>
        <w:br/>
        <w:t>v 0.050426 21.639582 1.377567</w:t>
        <w:br/>
        <w:t>v 0.053075 21.706224 1.342479</w:t>
        <w:br/>
        <w:t>v 0.082021 21.699482 1.314681</w:t>
        <w:br/>
        <w:t>v 0.073329 21.622561 1.325511</w:t>
        <w:br/>
        <w:t>v 0.161302 21.065214 1.244875</w:t>
        <w:br/>
        <w:t>v 0.126898 21.066565 1.273683</w:t>
        <w:br/>
        <w:t>v 0.129082 21.070141 1.298316</w:t>
        <w:br/>
        <w:t>v 0.161887 21.067554 1.261802</w:t>
        <w:br/>
        <w:t>v 0.093760 21.068640 1.296522</w:t>
        <w:br/>
        <w:t>v 0.062413 21.069414 1.310337</w:t>
        <w:br/>
        <w:t>v 0.062120 21.075619 1.341279</w:t>
        <w:br/>
        <w:t>v 0.095324 21.074390 1.329855</w:t>
        <w:br/>
        <w:t>v 0.126901 21.066345 1.273693</w:t>
        <w:br/>
        <w:t>v 0.129116 21.064764 1.285845</w:t>
        <w:br/>
        <w:t>v 0.094046 21.067419 1.311333</w:t>
        <w:br/>
        <w:t>v 0.094226 21.068521 1.296552</w:t>
        <w:br/>
        <w:t>v 0.204831 21.063828 1.223382</w:t>
        <w:br/>
        <w:t>v 0.201904 21.063240 1.222418</w:t>
        <w:br/>
        <w:t>v 0.197960 21.063465 1.222989</w:t>
        <w:br/>
        <w:t>v 0.198269 21.064806 1.228044</w:t>
        <w:br/>
        <w:t>v 0.062939 21.068031 1.323682</w:t>
        <w:br/>
        <w:t>v 0.062627 21.069353 1.310722</w:t>
        <w:br/>
        <w:t>v 0.028725 21.067745 1.333603</w:t>
        <w:br/>
        <w:t>v 0.028600 21.068991 1.323735</w:t>
        <w:br/>
        <w:t>v 0.028523 21.076204 1.355401</w:t>
        <w:br/>
        <w:t>v 0.028534 21.068981 1.323489</w:t>
        <w:br/>
        <w:t>v 0.801342 21.947638 0.551141</w:t>
        <w:br/>
        <w:t>v 0.785310 21.831932 0.546973</w:t>
        <w:br/>
        <w:t>v 0.770786 21.830069 0.677084</w:t>
        <w:br/>
        <w:t>v 0.786128 21.948973 0.683838</w:t>
        <w:br/>
        <w:t>v 0.337421 20.900888 0.997192</w:t>
        <w:br/>
        <w:t>v 0.398829 20.965845 0.936771</w:t>
        <w:br/>
        <w:t>v 0.393858 20.956856 0.818269</w:t>
        <w:br/>
        <w:t>v 0.326191 20.897352 0.861434</w:t>
        <w:br/>
        <w:t>v 0.398249 20.978468 1.032434</w:t>
        <w:br/>
        <w:t>v 0.327371 20.914434 1.071802</w:t>
        <w:br/>
        <w:t>v 0.307344 20.925911 1.115161</w:t>
        <w:br/>
        <w:t>v 0.386102 20.995838 1.089955</w:t>
        <w:br/>
        <w:t>v 0.544179 21.132133 0.755486</w:t>
        <w:br/>
        <w:t>v 0.469678 21.039127 0.782352</w:t>
        <w:br/>
        <w:t>v 0.268486 20.843561 1.052412</w:t>
        <w:br/>
        <w:t>v 0.262720 20.849379 1.106970</w:t>
        <w:br/>
        <w:t>v 0.721385 21.575521 0.551729</w:t>
        <w:br/>
        <w:t>v 0.725451 21.564621 0.422307</w:t>
        <w:br/>
        <w:t>v 0.673792 21.415480 0.437502</w:t>
        <w:br/>
        <w:t>v 0.681939 21.430658 0.556689</w:t>
        <w:br/>
        <w:t>v 0.695790 21.696745 0.919297</w:t>
        <w:br/>
        <w:t>v 0.727788 21.715742 0.785669</w:t>
        <w:br/>
        <w:t>v 0.693798 21.571072 0.800819</w:t>
        <w:br/>
        <w:t>v 0.665535 21.551291 0.922703</w:t>
        <w:br/>
        <w:t>v 0.543173 21.135666 0.641365</w:t>
        <w:br/>
        <w:t>v 0.601980 21.226980 0.619480</w:t>
        <w:br/>
        <w:t>v 0.808738 21.932333 0.424114</w:t>
        <w:br/>
        <w:t>v 0.789365 21.818249 0.417238</w:t>
        <w:br/>
        <w:t>v 0.263576 20.834642 0.933253</w:t>
        <w:br/>
        <w:t>v 0.641325 21.327158 0.696254</w:t>
        <w:br/>
        <w:t>v 0.680073 21.443945 0.681876</w:t>
        <w:br/>
        <w:t>v 0.640196 21.323353 0.600523</w:t>
        <w:br/>
        <w:t>v 0.764167 21.721014 0.420068</w:t>
        <w:br/>
        <w:t>v 0.758937 21.724577 0.547034</w:t>
        <w:br/>
        <w:t>v 0.602656 21.224609 0.735670</w:t>
        <w:br/>
        <w:t>v 0.713266 21.576513 0.677984</w:t>
        <w:br/>
        <w:t>v 0.748085 21.722546 0.671799</w:t>
        <w:br/>
        <w:t>v 0.593312 21.232536 0.852489</w:t>
        <w:br/>
        <w:t>v 0.709926 21.805080 0.917686</w:t>
        <w:br/>
        <w:t>v 0.745983 21.825960 0.792231</w:t>
        <w:br/>
        <w:t>v 0.729496 22.343037 0.946771</w:t>
        <w:br/>
        <w:t>v 0.771786 22.294136 0.817917</w:t>
        <w:br/>
        <w:t>v 0.768555 22.119194 0.828556</w:t>
        <w:br/>
        <w:t>v 0.736893 22.149855 0.966778</w:t>
        <w:br/>
        <w:t>v 0.772051 22.458544 0.808039</w:t>
        <w:br/>
        <w:t>v 0.813147 22.372074 0.695388</w:t>
        <w:br/>
        <w:t>v 0.806973 22.243263 0.691315</w:t>
        <w:br/>
        <w:t>v 0.630223 21.333942 0.834674</w:t>
        <w:br/>
        <w:t>v 0.581960 21.240658 0.961853</w:t>
        <w:br/>
        <w:t>v 0.614479 21.337868 0.951785</w:t>
        <w:br/>
        <w:t>v 0.665007 21.446926 0.808093</w:t>
        <w:br/>
        <w:t>v 0.198040 20.787647 1.017392</w:t>
        <w:br/>
        <w:t>v 0.467745 21.041851 0.674156</w:t>
        <w:br/>
        <w:t>v 0.625160 21.313116 0.491936</w:t>
        <w:br/>
        <w:t>v 0.763621 21.965363 0.819050</w:t>
        <w:br/>
        <w:t>v 0.128380 20.732389 1.153058</w:t>
        <w:br/>
        <w:t>v 0.200294 20.786982 1.100874</w:t>
        <w:br/>
        <w:t>v 0.132690 20.736105 1.081161</w:t>
        <w:br/>
        <w:t>v 0.075818 20.709961 1.116572</w:t>
        <w:br/>
        <w:t>v 0.039615 20.703102 1.126497</w:t>
        <w:br/>
        <w:t>v 0.039185 20.699970 1.192786</w:t>
        <w:br/>
        <w:t>v 0.074215 20.705462 1.180263</w:t>
        <w:br/>
        <w:t>v 0.003187 20.699230 1.130035</w:t>
        <w:br/>
        <w:t>v 0.037999 20.705494 1.215301</w:t>
        <w:br/>
        <w:t>v 0.642786 21.445370 0.929512</w:t>
        <w:br/>
        <w:t>v 0.800710 22.095110 0.693918</w:t>
        <w:br/>
        <w:t>v 0.737622 21.988356 0.986077</w:t>
        <w:br/>
        <w:t>v 0.193239 20.793835 1.145939</w:t>
        <w:br/>
        <w:t>v 0.529621 21.671682 1.126754</w:t>
        <w:br/>
        <w:t>v 0.555798 21.623806 1.111654</w:t>
        <w:br/>
        <w:t>v 0.073106 20.711567 1.206435</w:t>
        <w:br/>
        <w:t>v 0.369671 21.382099 1.248896</w:t>
        <w:br/>
        <w:t>v 0.443867 21.365881 1.205427</w:t>
        <w:br/>
        <w:t>v 0.419124 21.282001 1.197574</w:t>
        <w:br/>
        <w:t>v 0.348945 21.303654 1.252399</w:t>
        <w:br/>
        <w:t>v 0.124023 21.283325 1.379201</w:t>
        <w:br/>
        <w:t>v 0.141196 21.345537 1.370520</w:t>
        <w:br/>
        <w:t>v 0.556808 21.849306 1.172733</w:t>
        <w:br/>
        <w:t>v 0.487608 21.844820 1.215249</w:t>
        <w:br/>
        <w:t>v 0.488223 21.861637 1.224814</w:t>
        <w:br/>
        <w:t>v 0.560816 21.867891 1.180578</w:t>
        <w:br/>
        <w:t>v 0.223890 20.907925 1.177281</w:t>
        <w:br/>
        <w:t>v 0.281072 20.956625 1.152546</w:t>
        <w:br/>
        <w:t>v 0.247844 20.870926 1.143367</w:t>
        <w:br/>
        <w:t>v 0.583810 21.341930 1.056326</w:t>
        <w:br/>
        <w:t>v 0.518537 21.351776 1.145299</w:t>
        <w:br/>
        <w:t>v 0.541407 21.437817 1.131699</w:t>
        <w:br/>
        <w:t>v 0.619079 21.437729 1.042786</w:t>
        <w:br/>
        <w:t>v 0.113273 21.507687 1.347397</w:t>
        <w:br/>
        <w:t>v 0.105860 21.598175 1.293627</w:t>
        <w:br/>
        <w:t>v 0.652593 22.390188 1.067177</w:t>
        <w:br/>
        <w:t>v 0.660913 22.193724 1.098695</w:t>
        <w:br/>
        <w:t>v 0.564594 21.713234 1.089693</w:t>
        <w:br/>
        <w:t>v 0.585134 21.745159 1.077539</w:t>
        <w:br/>
        <w:t>v 0.614624 21.734367 1.054682</w:t>
        <w:br/>
        <w:t>v 0.586183 21.700640 1.075020</w:t>
        <w:br/>
        <w:t>v 0.391320 21.825106 1.252739</w:t>
        <w:br/>
        <w:t>v 0.303828 21.802673 1.269246</w:t>
        <w:br/>
        <w:t>v 0.301233 21.813936 1.281276</w:t>
        <w:br/>
        <w:t>v 0.390113 21.842981 1.254444</w:t>
        <w:br/>
        <w:t>v 0.085771 21.513157 1.389596</w:t>
        <w:br/>
        <w:t>v 0.694396 21.799774 0.972270</w:t>
        <w:br/>
        <w:t>v 0.716694 21.904484 1.006142</w:t>
        <w:br/>
        <w:t>v 0.025459 21.272133 1.456275</w:t>
        <w:br/>
        <w:t>v 0.070193 21.889172 1.437205</w:t>
        <w:br/>
        <w:t>v 0.506837 21.161032 1.061181</w:t>
        <w:br/>
        <w:t>v 0.549500 21.250483 1.057011</w:t>
        <w:br/>
        <w:t>v 0.072776 20.740021 1.220376</w:t>
        <w:br/>
        <w:t>v 0.069413 20.817192 1.234580</w:t>
        <w:br/>
        <w:t>v 0.112707 20.839447 1.220112</w:t>
        <w:br/>
        <w:t>v 0.120715 20.770552 1.200913</w:t>
        <w:br/>
        <w:t>v 0.126921 21.424387 1.368210</w:t>
        <w:br/>
        <w:t>v 0.224130 21.411364 1.339108</w:t>
        <w:br/>
        <w:t>v 0.293539 21.884844 1.321910</w:t>
        <w:br/>
        <w:t>v 0.384613 21.916546 1.290106</w:t>
        <w:br/>
        <w:t>v 0.226590 21.173763 1.277420</w:t>
        <w:br/>
        <w:t>v 0.197651 21.123518 1.278886</w:t>
        <w:br/>
        <w:t>v 0.159579 21.140968 1.320077</w:t>
        <w:br/>
        <w:t>v 0.178789 21.194111 1.311631</w:t>
        <w:br/>
        <w:t>v 0.561044 21.678778 1.098536</w:t>
        <w:br/>
        <w:t>v 0.601022 21.637011 1.072133</w:t>
        <w:br/>
        <w:t>v 0.034566 20.804092 1.241012</w:t>
        <w:br/>
        <w:t>v 0.031396 20.897757 1.261087</w:t>
        <w:br/>
        <w:t>v 0.064596 20.904261 1.254413</w:t>
        <w:br/>
        <w:t>v 0.201263 20.963310 1.204736</w:t>
        <w:br/>
        <w:t>v 0.149263 20.944038 1.217118</w:t>
        <w:br/>
        <w:t>v 0.136599 20.990765 1.252213</w:t>
        <w:br/>
        <w:t>v 0.178235 21.011538 1.227401</w:t>
        <w:br/>
        <w:t>v 0.027523 20.962656 1.294223</w:t>
        <w:br/>
        <w:t>v 0.059970 20.967337 1.286218</w:t>
        <w:br/>
        <w:t>v 0.232718 21.792273 1.276384</w:t>
        <w:br/>
        <w:t>v 0.174020 21.729246 1.290581</w:t>
        <w:br/>
        <w:t>v 0.197889 21.822824 1.314036</w:t>
        <w:br/>
        <w:t>v 0.037506 20.726522 1.228794</w:t>
        <w:br/>
        <w:t>v 0.575055 22.229067 1.203460</w:t>
        <w:br/>
        <w:t>v 0.582745 22.099960 1.236051</w:t>
        <w:br/>
        <w:t>v 0.489639 22.110918 1.305117</w:t>
        <w:br/>
        <w:t>v 0.485922 22.250536 1.280963</w:t>
        <w:br/>
        <w:t>v 0.588435 21.981346 1.208587</w:t>
        <w:br/>
        <w:t>v 0.569760 21.932657 1.196949</w:t>
        <w:br/>
        <w:t>v 0.486631 21.931065 1.244208</w:t>
        <w:br/>
        <w:t>v 0.496165 21.987667 1.269422</w:t>
        <w:br/>
        <w:t>v 0.285114 22.471458 1.336044</w:t>
        <w:br/>
        <w:t>v 0.285996 22.255636 1.397373</w:t>
        <w:br/>
        <w:t>v 0.179483 22.241692 1.444960</w:t>
        <w:br/>
        <w:t>v 0.184825 22.466297 1.391487</w:t>
        <w:br/>
        <w:t>v 0.743838 21.458818 0.373704</w:t>
        <w:br/>
        <w:t>v 0.166435 20.870901 1.199365</w:t>
        <w:br/>
        <w:t>v 0.184500 20.815805 1.173093</w:t>
        <w:br/>
        <w:t>v 0.078144 21.356804 1.512457</w:t>
        <w:br/>
        <w:t>v 0.057327 21.335541 1.513664</w:t>
        <w:br/>
        <w:t>v 0.389043 22.099245 1.363397</w:t>
        <w:br/>
        <w:t>v 0.388488 22.259142 1.344786</w:t>
        <w:br/>
        <w:t>v 0.673667 21.790302 1.009040</w:t>
        <w:br/>
        <w:t>v 0.648705 21.717367 1.015815</w:t>
        <w:br/>
        <w:t>v 0.648462 21.784712 1.044278</w:t>
        <w:br/>
        <w:t>v 0.668140 22.071070 1.125659</w:t>
        <w:br/>
        <w:t>v 0.487041 21.264542 1.141607</w:t>
        <w:br/>
        <w:t>v 0.241032 21.058287 1.207749</w:t>
        <w:br/>
        <w:t>v 0.290700 21.040672 1.173563</w:t>
        <w:br/>
        <w:t>v 0.247937 20.999617 1.187044</w:t>
        <w:br/>
        <w:t>v 0.222665 21.039858 1.205851</w:t>
        <w:br/>
        <w:t>v 0.510137 21.688259 1.130684</w:t>
        <w:br/>
        <w:t>v 0.533260 21.693974 1.106280</w:t>
        <w:br/>
        <w:t>v 0.664156 21.706041 0.987402</w:t>
        <w:br/>
        <w:t>v 0.650132 21.624725 0.995073</w:t>
        <w:br/>
        <w:t>v 0.080505 21.302198 1.433508</w:t>
        <w:br/>
        <w:t>v 0.064269 21.309177 1.469413</w:t>
        <w:br/>
        <w:t>v 0.072948 21.322603 1.458042</w:t>
        <w:br/>
        <w:t>v 0.240582 21.768948 1.266142</w:t>
        <w:br/>
        <w:t>v 0.616875 21.783176 1.068170</w:t>
        <w:br/>
        <w:t>v 0.101498 20.917675 1.238053</w:t>
        <w:br/>
        <w:t>v 0.124569 20.738220 1.184567</w:t>
        <w:br/>
        <w:t>v 0.310546 21.608999 1.240374</w:t>
        <w:br/>
        <w:t>v 0.230084 21.628817 1.263581</w:t>
        <w:br/>
        <w:t>v 0.058820 21.539175 1.403731</w:t>
        <w:br/>
        <w:t>v 0.484745 22.455849 1.204979</w:t>
        <w:br/>
        <w:t>v 0.386380 22.470350 1.275562</w:t>
        <w:br/>
        <w:t>v 0.385552 22.695269 1.158768</w:t>
        <w:br/>
        <w:t>v 0.477632 22.671635 1.099734</w:t>
        <w:br/>
        <w:t>v 0.272808 21.148054 1.239530</w:t>
        <w:br/>
        <w:t>v 0.326808 21.100138 1.175931</w:t>
        <w:br/>
        <w:t>v 0.242872 21.077055 1.215609</w:t>
        <w:br/>
        <w:t>v 0.227872 21.099424 1.242855</w:t>
        <w:br/>
        <w:t>v 0.193602 21.697783 1.277582</w:t>
        <w:br/>
        <w:t>v 0.461224 21.447573 1.193488</w:t>
        <w:br/>
        <w:t>v 0.382738 21.460917 1.233630</w:t>
        <w:br/>
        <w:t>v 0.294784 21.397537 1.298034</w:t>
        <w:br/>
        <w:t>v 0.244723 21.706184 1.234770</w:t>
        <w:br/>
        <w:t>v 0.304508 21.692757 1.211198</w:t>
        <w:br/>
        <w:t>v 0.664934 21.956924 1.111831</w:t>
        <w:br/>
        <w:t>v 0.572823 22.429026 1.132833</w:t>
        <w:br/>
        <w:t>v 0.390270 21.974689 1.317993</w:t>
        <w:br/>
        <w:t>v 0.611287 21.840054 1.111488</w:t>
        <w:br/>
        <w:t>v 0.625353 21.859184 1.114987</w:t>
        <w:br/>
        <w:t>v 0.070028 21.473467 1.430041</w:t>
        <w:br/>
        <w:t>v 0.085193 21.381680 1.509140</w:t>
        <w:br/>
        <w:t>v 0.447527 21.071341 1.065760</w:t>
        <w:br/>
        <w:t>v 0.346643 21.018709 1.138002</w:t>
        <w:br/>
        <w:t>v 0.389582 21.533474 1.209991</w:t>
        <w:br/>
        <w:t>v 0.471863 21.521570 1.167388</w:t>
        <w:br/>
        <w:t>v 0.100345 21.446999 1.405890</w:t>
        <w:br/>
        <w:t>v 0.118474 21.154661 1.361359</w:t>
        <w:br/>
        <w:t>v 0.128303 21.209543 1.353573</w:t>
        <w:br/>
        <w:t>v 0.396791 21.086803 1.127424</w:t>
        <w:br/>
        <w:t>v 0.446638 21.177483 1.135445</w:t>
        <w:br/>
        <w:t>v 0.381225 21.196297 1.189635</w:t>
        <w:br/>
        <w:t>v 0.319043 21.223984 1.245998</w:t>
        <w:br/>
        <w:t>v 0.070998 21.161873 1.394516</w:t>
        <w:br/>
        <w:t>v 0.077260 21.209425 1.389848</w:t>
        <w:br/>
        <w:t>v 0.026845 21.165571 1.409471</w:t>
        <w:br/>
        <w:t>v 0.026474 21.201660 1.407651</w:t>
        <w:br/>
        <w:t>v 0.546302 21.316736 0.434323</w:t>
        <w:br/>
        <w:t>v 0.165773 21.042032 1.250344</w:t>
        <w:br/>
        <w:t>v 0.207863 21.056561 1.217568</w:t>
        <w:br/>
        <w:t>v 0.393688 21.592363 1.205464</w:t>
        <w:br/>
        <w:t>v 0.479921 21.581791 1.165535</w:t>
        <w:br/>
        <w:t>v 0.136114 21.086611 1.320113</w:t>
        <w:br/>
        <w:t>v 0.167564 21.078867 1.279594</w:t>
        <w:br/>
        <w:t>v 0.101626 21.092247 1.355720</w:t>
        <w:br/>
        <w:t>v 0.063070 21.095810 1.383942</w:t>
        <w:br/>
        <w:t>v 0.132223 21.034197 1.287684</w:t>
        <w:br/>
        <w:t>v 0.095906 20.976065 1.272462</w:t>
        <w:br/>
        <w:t>v 0.095376 21.029774 1.315795</w:t>
        <w:br/>
        <w:t>v 0.066340 21.128767 1.405614</w:t>
        <w:br/>
        <w:t>v 0.110499 21.121656 1.367991</w:t>
        <w:br/>
        <w:t>v 0.028070 21.097321 1.397691</w:t>
        <w:br/>
        <w:t>v 0.062939 21.068031 1.323682</w:t>
        <w:br/>
        <w:t>v 0.062798 21.052986 1.330074</w:t>
        <w:br/>
        <w:t>v 0.029000 21.051130 1.341483</w:t>
        <w:br/>
        <w:t>v 0.028725 21.067745 1.333603</w:t>
        <w:br/>
        <w:t>v 0.027400 21.128492 1.416344</w:t>
        <w:br/>
        <w:t>v 0.144947 21.109180 1.327908</w:t>
        <w:br/>
        <w:t>v 0.094046 21.067419 1.311333</w:t>
        <w:br/>
        <w:t>v 0.095271 21.053936 1.317391</w:t>
        <w:br/>
        <w:t>v 0.131117 21.055006 1.289282</w:t>
        <w:br/>
        <w:t>v 0.200122 21.068951 1.240343</w:t>
        <w:br/>
        <w:t>v 0.062124 21.027250 1.329863</w:t>
        <w:br/>
        <w:t>v 0.029033 21.025482 1.342186</w:t>
        <w:br/>
        <w:t>v 0.162202 21.056093 1.250932</w:t>
        <w:br/>
        <w:t>v 0.161472 21.063253 1.248974</w:t>
        <w:br/>
        <w:t>v 0.198772 21.062605 1.223057</w:t>
        <w:br/>
        <w:t>v 0.202136 21.060747 1.221616</w:t>
        <w:br/>
        <w:t>v 0.209274 21.065407 1.222993</w:t>
        <w:br/>
        <w:t>v 0.177655 21.095812 1.285879</w:t>
        <w:br/>
        <w:t>v 0.207435 21.081450 1.245772</w:t>
        <w:br/>
        <w:t>v 0.204882 21.062614 1.222512</w:t>
        <w:br/>
        <w:t>v 0.209385 21.062183 1.221306</w:t>
        <w:br/>
        <w:t>v 0.219297 21.061491 1.217492</w:t>
        <w:br/>
        <w:t>v 0.218048 21.069027 1.221870</w:t>
        <w:br/>
        <w:t>v 0.556843 22.641098 1.038019</w:t>
        <w:br/>
        <w:t>v 0.814325 22.075983 0.561111</w:t>
        <w:br/>
        <w:t>v 0.823921 22.061317 0.431678</w:t>
        <w:br/>
        <w:t>v 0.954811 21.758242 0.249572</w:t>
        <w:br/>
        <w:t>v 0.837244 21.702744 0.325915</w:t>
        <w:br/>
        <w:t>v 0.914307 21.850992 0.318750</w:t>
        <w:br/>
        <w:t>v 0.385235 21.688662 1.188381</w:t>
        <w:br/>
        <w:t>v 0.465050 21.687931 1.156714</w:t>
        <w:br/>
        <w:t>v 0.770652 21.399973 0.351010</w:t>
        <w:br/>
        <w:t>v 0.812029 21.438387 0.313739</w:t>
        <w:br/>
        <w:t>v 0.201794 21.063005 1.222396</w:t>
        <w:br/>
        <w:t>v 0.117985 21.364185 1.423917</w:t>
        <w:br/>
        <w:t>v 0.204882 21.062614 1.222512</w:t>
        <w:br/>
        <w:t>v 0.197903 21.063068 1.222882</w:t>
        <w:br/>
        <w:t>v 0.161215 21.064930 1.245212</w:t>
        <w:br/>
        <w:t>v 0.283772 22.077284 1.406162</w:t>
        <w:br/>
        <w:t>v 0.175505 22.053080 1.438150</w:t>
        <w:br/>
        <w:t>v 0.293211 21.942276 1.353287</w:t>
        <w:br/>
        <w:t>v 0.076845 22.230854 1.477730</w:t>
        <w:br/>
        <w:t>v 0.074727 22.035181 1.490350</w:t>
        <w:br/>
        <w:t>v 0.027310 21.234344 1.422364</w:t>
        <w:br/>
        <w:t>v 0.637500 21.830032 1.065603</w:t>
        <w:br/>
        <w:t>v 0.654944 21.842247 1.055519</w:t>
        <w:br/>
        <w:t>v 0.645292 21.913261 1.113872</w:t>
        <w:br/>
        <w:t>v 0.770652 21.399973 0.351010</w:t>
        <w:br/>
        <w:t>v 0.812029 21.438387 0.313739</w:t>
        <w:br/>
        <w:t>v 0.798916 21.437563 0.284888</w:t>
        <w:br/>
        <w:t>v 0.744722 21.392906 0.326749</w:t>
        <w:br/>
        <w:t>v 0.787300 21.554947 0.347172</w:t>
        <w:br/>
        <w:t>v 0.969595 21.618752 0.212055</w:t>
        <w:br/>
        <w:t>v 0.909469 21.528498 0.239127</w:t>
        <w:br/>
        <w:t>v 0.909469 21.528498 0.239127</w:t>
        <w:br/>
        <w:t>v 0.897797 21.529427 0.211862</w:t>
        <w:br/>
        <w:t>v 0.789365 21.818249 0.417238</w:t>
        <w:br/>
        <w:t>v 0.824929 21.857607 0.358225</w:t>
        <w:br/>
        <w:t>v 0.861188 21.847492 0.357793</w:t>
        <w:br/>
        <w:t>v 0.822921 21.808447 0.421307</w:t>
        <w:br/>
        <w:t>v 0.676248 21.362715 0.385570</w:t>
        <w:br/>
        <w:t>v 0.705744 21.364594 0.409354</w:t>
        <w:br/>
        <w:t>v 0.914307 21.850992 0.318750</w:t>
        <w:br/>
        <w:t>v 0.887694 21.862961 0.296095</w:t>
        <w:br/>
        <w:t>v 0.928760 21.770864 0.220433</w:t>
        <w:br/>
        <w:t>v 0.954811 21.758242 0.249572</w:t>
        <w:br/>
        <w:t>v 0.764167 21.721014 0.420068</w:t>
        <w:br/>
        <w:t>v 0.861188 21.847492 0.357793</w:t>
        <w:br/>
        <w:t>v 0.822921 21.808447 0.421307</w:t>
        <w:br/>
        <w:t>v 0.977116 21.659018 0.213814</w:t>
        <w:br/>
        <w:t>v 0.705744 21.364594 0.409354</w:t>
        <w:br/>
        <w:t>v 0.958460 21.624685 0.181021</w:t>
        <w:br/>
        <w:t>v 0.969595 21.618752 0.212055</w:t>
        <w:br/>
        <w:t>v 0.070838 21.258492 1.401057</w:t>
        <w:br/>
        <w:t>v 0.620413 21.669388 1.043678</w:t>
        <w:br/>
        <w:t>v 0.050802 21.319757 1.505049</w:t>
        <w:br/>
        <w:t>v 0.679243 21.869026 1.035657</w:t>
        <w:br/>
        <w:t>v 0.289311 22.711090 1.211994</w:t>
        <w:br/>
        <w:t>v 0.108381 21.324379 1.435120</w:t>
        <w:br/>
        <w:t>v 0.185266 22.720295 1.266748</w:t>
        <w:br/>
        <w:t>v 0.635293 22.597355 0.958941</w:t>
        <w:br/>
        <w:t>v 0.712555 22.532701 0.923652</w:t>
        <w:br/>
        <w:t>v 0.823941 22.198050 0.573386</w:t>
        <w:br/>
        <w:t>v 0.833378 22.279922 0.588318</w:t>
        <w:br/>
        <w:t>v 0.833171 22.175110 0.482987</w:t>
        <w:br/>
        <w:t>v 0.168086 21.661322 1.280511</w:t>
        <w:br/>
        <w:t>v 0.660573 21.386189 0.442471</w:t>
        <w:br/>
        <w:t>v 0.585160 21.382505 0.391789</w:t>
        <w:br/>
        <w:t>v 0.964883 21.665037 0.182189</w:t>
        <w:br/>
        <w:t>v 0.977116 21.659018 0.213814</w:t>
        <w:br/>
        <w:t>v 0.660573 21.386189 0.442471</w:t>
        <w:br/>
        <w:t>v 0.587406 21.382505 0.392563</w:t>
        <w:br/>
        <w:t>v 0.660573 21.386189 0.442471</w:t>
        <w:br/>
        <w:t>v -0.196073 21.805122 1.267454</w:t>
        <w:br/>
        <w:t>v -0.248679 21.842730 1.245532</w:t>
        <w:br/>
        <w:t>v -0.304089 21.787365 1.261346</w:t>
        <w:br/>
        <w:t>v -0.239627 21.763470 1.264904</w:t>
        <w:br/>
        <w:t>v -0.248679 21.842730 1.245532</w:t>
        <w:br/>
        <w:t>v -0.257460 21.840012 1.149417</w:t>
        <w:br/>
        <w:t>v -0.357002 21.870775 1.103114</w:t>
        <w:br/>
        <w:t>v -0.354162 21.881039 1.212547</w:t>
        <w:br/>
        <w:t>v -0.548736 21.832151 1.153148</w:t>
        <w:br/>
        <w:t>v -0.479212 21.829931 1.193801</w:t>
        <w:br/>
        <w:t>v -0.473275 21.894360 1.163469</w:t>
        <w:br/>
        <w:t>v -0.385303 21.812965 1.230769</w:t>
        <w:br/>
        <w:t>v -0.354162 21.881039 1.212547</w:t>
        <w:br/>
        <w:t>v -0.594529 21.828268 1.107978</w:t>
        <w:br/>
        <w:t>v -0.589020 21.868870 1.086064</w:t>
        <w:br/>
        <w:t>v -0.627574 21.774059 1.024239</w:t>
        <w:br/>
        <w:t>v -0.628733 21.822550 1.064470</w:t>
        <w:br/>
        <w:t>v -0.657586 21.847233 1.009159</w:t>
        <w:br/>
        <w:t>v -0.592205 21.739679 1.072190</w:t>
        <w:br/>
        <w:t>v -0.613478 21.779581 1.065398</w:t>
        <w:br/>
        <w:t>v -0.607929 21.733984 1.032719</w:t>
        <w:br/>
        <w:t>v -0.399313 21.755920 1.040445</w:t>
        <w:br/>
        <w:t>v -0.196073 21.805122 1.267454</w:t>
        <w:br/>
        <w:t>v -0.204125 21.812706 1.169368</w:t>
        <w:br/>
        <w:t>v -0.570808 21.865055 0.991531</w:t>
        <w:br/>
        <w:t>v -0.589020 21.868870 1.086064</w:t>
        <w:br/>
        <w:t>v -0.473275 21.894360 1.163469</w:t>
        <w:br/>
        <w:t>v -0.469060 21.884605 1.049327</w:t>
        <w:br/>
        <w:t>v -0.522892 21.650509 1.069517</w:t>
        <w:br/>
        <w:t>v -0.569114 21.680023 1.050107</w:t>
        <w:br/>
        <w:t>v -0.560348 21.694447 0.987657</w:t>
        <w:br/>
        <w:t>v -0.517304 21.666382 0.985124</w:t>
        <w:br/>
        <w:t>v -0.612143 21.778156 0.960981</w:t>
        <w:br/>
        <w:t>v -0.638801 21.840200 0.950603</w:t>
        <w:br/>
        <w:t>v -0.150071 21.755260 1.167658</w:t>
        <w:br/>
        <w:t>v -0.156808 21.762653 1.259656</w:t>
        <w:br/>
        <w:t>v -0.205179 21.740877 1.264629</w:t>
        <w:br/>
        <w:t>v -0.156808 21.762653 1.259656</w:t>
        <w:br/>
        <w:t>v -0.168160 21.709206 1.250980</w:t>
        <w:br/>
        <w:t>v -0.319501 21.668438 1.165335</w:t>
        <w:br/>
        <w:t>v -0.305041 21.698196 1.208961</w:t>
        <w:br/>
        <w:t>v -0.387649 21.694105 1.185614</w:t>
        <w:br/>
        <w:t>v -0.417522 21.653357 1.115976</w:t>
        <w:br/>
        <w:t>v -0.469324 21.686821 1.153209</w:t>
        <w:br/>
        <w:t>v -0.515461 21.682785 1.126573</w:t>
        <w:br/>
        <w:t>v -0.592871 21.737436 0.969738</w:t>
        <w:br/>
        <w:t>v -0.421035 21.664145 1.029109</w:t>
        <w:br/>
        <w:t>v -0.234352 21.678467 1.207919</w:t>
        <w:br/>
        <w:t>v -0.328674 21.676636 1.074596</w:t>
        <w:br/>
        <w:t>v -0.241881 21.683594 1.123633</w:t>
        <w:br/>
        <w:t>v -0.156995 21.714830 1.157866</w:t>
        <w:br/>
        <w:t>v -0.168160 21.709206 1.250980</w:t>
        <w:br/>
        <w:t>v -0.638801 21.840200 0.950603</w:t>
        <w:br/>
        <w:t>v -0.657586 21.847233 1.009159</w:t>
        <w:br/>
        <w:t>v -0.638801 21.840200 0.950603</w:t>
        <w:br/>
        <w:t>v -0.612143 21.778156 0.960981</w:t>
        <w:br/>
        <w:t>v -0.592871 21.737436 0.969738</w:t>
        <w:br/>
        <w:t>v -0.421035 21.664145 1.029109</w:t>
        <w:br/>
        <w:t>v -0.328674 21.676636 1.074596</w:t>
        <w:br/>
        <w:t>v -0.241881 21.683594 1.123633</w:t>
        <w:br/>
        <w:t>v -0.469060 21.884605 1.049327</w:t>
        <w:br/>
        <w:t>v -0.570808 21.865055 0.991531</w:t>
        <w:br/>
        <w:t>v -0.560348 21.694447 0.987657</w:t>
        <w:br/>
        <w:t>v -0.517304 21.666382 0.985124</w:t>
        <w:br/>
        <w:t>v -0.571176 21.707758 1.084626</w:t>
        <w:br/>
        <w:t>v -0.220865 21.722689 1.257707</w:t>
        <w:br/>
        <w:t>v -0.243865 21.700743 1.233083</w:t>
        <w:br/>
        <w:t>v -0.539110 21.688507 1.101599</w:t>
        <w:br/>
        <w:t>v 0.310464 21.787365 1.261346</w:t>
        <w:br/>
        <w:t>v 0.255054 21.842730 1.245532</w:t>
        <w:br/>
        <w:t>v 0.202448 21.805122 1.267454</w:t>
        <w:br/>
        <w:t>v 0.246002 21.763470 1.264904</w:t>
        <w:br/>
        <w:t>v 0.363377 21.870775 1.103114</w:t>
        <w:br/>
        <w:t>v 0.263835 21.840012 1.149417</w:t>
        <w:br/>
        <w:t>v 0.255054 21.842730 1.245532</w:t>
        <w:br/>
        <w:t>v 0.360537 21.881039 1.212547</w:t>
        <w:br/>
        <w:t>v 0.485587 21.829931 1.193801</w:t>
        <w:br/>
        <w:t>v 0.555111 21.832151 1.153148</w:t>
        <w:br/>
        <w:t>v 0.479650 21.894360 1.163469</w:t>
        <w:br/>
        <w:t>v 0.360537 21.881039 1.212547</w:t>
        <w:br/>
        <w:t>v 0.391678 21.812965 1.230769</w:t>
        <w:br/>
        <w:t>v 0.600904 21.828268 1.107978</w:t>
        <w:br/>
        <w:t>v 0.595395 21.868870 1.086064</w:t>
        <w:br/>
        <w:t>v 0.635108 21.822550 1.064470</w:t>
        <w:br/>
        <w:t>v 0.633932 21.774059 1.024239</w:t>
        <w:br/>
        <w:t>v 0.663961 21.847233 1.009159</w:t>
        <w:br/>
        <w:t>v 0.619850 21.779581 1.065398</w:t>
        <w:br/>
        <w:t>v 0.598579 21.739683 1.072190</w:t>
        <w:br/>
        <w:t>v 0.614285 21.733988 1.032719</w:t>
        <w:br/>
        <w:t>v 0.405688 21.755920 1.040445</w:t>
        <w:br/>
        <w:t>v 0.210499 21.812706 1.169368</w:t>
        <w:br/>
        <w:t>v 0.202448 21.805122 1.267454</w:t>
        <w:br/>
        <w:t>v 0.479650 21.894360 1.163469</w:t>
        <w:br/>
        <w:t>v 0.595395 21.868870 1.086064</w:t>
        <w:br/>
        <w:t>v 0.577183 21.865055 0.991531</w:t>
        <w:br/>
        <w:t>v 0.475435 21.884605 1.049327</w:t>
        <w:br/>
        <w:t>v 0.566732 21.694447 0.987657</w:t>
        <w:br/>
        <w:t>v 0.575492 21.680016 1.050107</w:t>
        <w:br/>
        <w:t>v 0.529267 21.650509 1.069517</w:t>
        <w:br/>
        <w:t>v 0.523678 21.666382 0.985124</w:t>
        <w:br/>
        <w:t>v 0.618515 21.778156 0.960981</w:t>
        <w:br/>
        <w:t>v 0.645176 21.840200 0.950603</w:t>
        <w:br/>
        <w:t>v 0.156446 21.755260 1.167658</w:t>
        <w:br/>
        <w:t>v 0.163183 21.762653 1.259656</w:t>
        <w:br/>
        <w:t>v 0.163183 21.762653 1.259656</w:t>
        <w:br/>
        <w:t>v 0.211555 21.740875 1.264629</w:t>
        <w:br/>
        <w:t>v 0.174532 21.709209 1.250980</w:t>
        <w:br/>
        <w:t>v 0.311416 21.698196 1.208961</w:t>
        <w:br/>
        <w:t>v 0.325877 21.668436 1.165335</w:t>
        <w:br/>
        <w:t>v 0.394025 21.694101 1.185614</w:t>
        <w:br/>
        <w:t>v 0.423897 21.653357 1.115976</w:t>
        <w:br/>
        <w:t>v 0.475699 21.686821 1.153209</w:t>
        <w:br/>
        <w:t>v 0.521836 21.682785 1.126573</w:t>
        <w:br/>
        <w:t>v 0.599244 21.737438 0.969738</w:t>
        <w:br/>
        <w:t>v 0.427410 21.664145 1.029109</w:t>
        <w:br/>
        <w:t>v 0.240729 21.678463 1.207919</w:t>
        <w:br/>
        <w:t>v 0.335048 21.676632 1.074596</w:t>
        <w:br/>
        <w:t>v 0.248258 21.683573 1.123633</w:t>
        <w:br/>
        <w:t>v 0.174532 21.709209 1.250980</w:t>
        <w:br/>
        <w:t>v 0.163367 21.714836 1.157866</w:t>
        <w:br/>
        <w:t>v 0.663961 21.847233 1.009159</w:t>
        <w:br/>
        <w:t>v 0.645176 21.840200 0.950603</w:t>
        <w:br/>
        <w:t>v 0.645176 21.840200 0.950603</w:t>
        <w:br/>
        <w:t>v 0.618515 21.778156 0.960981</w:t>
        <w:br/>
        <w:t>v 0.599244 21.737438 0.969738</w:t>
        <w:br/>
        <w:t>v 0.427410 21.664145 1.029109</w:t>
        <w:br/>
        <w:t>v 0.335048 21.676632 1.074596</w:t>
        <w:br/>
        <w:t>v 0.248258 21.683573 1.123633</w:t>
        <w:br/>
        <w:t>v 0.475435 21.884605 1.049327</w:t>
        <w:br/>
        <w:t>v 0.577183 21.865055 0.991531</w:t>
        <w:br/>
        <w:t>v 0.566732 21.694447 0.987657</w:t>
        <w:br/>
        <w:t>v 0.523678 21.666382 0.985124</w:t>
        <w:br/>
        <w:t>v 0.577561 21.707756 1.084626</w:t>
        <w:br/>
        <w:t>v 0.250239 21.700710 1.233083</w:t>
        <w:br/>
        <w:t>v 0.227288 21.722641 1.257707</w:t>
        <w:br/>
        <w:t>v 0.545497 21.688496 1.101599</w:t>
        <w:br/>
        <w:t>v -0.655906 21.814005 1.041332</w:t>
        <w:br/>
        <w:t>v -0.657186 21.804098 1.053337</w:t>
        <w:br/>
        <w:t>v -0.628632 21.773146 1.065220</w:t>
        <w:br/>
        <w:t>v -0.624988 21.775854 1.058008</w:t>
        <w:br/>
        <w:t>v -0.580816 21.833742 1.112513</w:t>
        <w:br/>
        <w:t>v -0.614242 21.828030 1.069995</w:t>
        <w:br/>
        <w:t>v -0.631298 21.823254 1.075595</w:t>
        <w:br/>
        <w:t>v -0.601466 21.825325 1.119792</w:t>
        <w:br/>
        <w:t>v -0.583381 21.744141 1.081042</w:t>
        <w:br/>
        <w:t>v -0.607275 21.781214 1.075679</w:t>
        <w:br/>
        <w:t>v -0.599334 21.785057 1.070902</w:t>
        <w:br/>
        <w:t>v -0.665245 21.833239 1.033597</w:t>
        <w:br/>
        <w:t>v -0.655906 21.814005 1.041332</w:t>
        <w:br/>
        <w:t>v -0.630910 21.830032 1.065603</w:t>
        <w:br/>
        <w:t>v -0.646766 21.808804 1.068298</w:t>
        <w:br/>
        <w:t>v -0.662150 21.830849 1.067015</w:t>
        <w:br/>
        <w:t>v -0.631298 21.823254 1.075595</w:t>
        <w:br/>
        <w:t>v -0.614242 21.828030 1.069995</w:t>
        <w:br/>
        <w:t>v -0.477617 21.822840 1.221044</w:t>
        <w:br/>
        <w:t>v -0.468124 21.835409 1.206705</w:t>
        <w:br/>
        <w:t>v -0.536066 21.837626 1.156655</w:t>
        <w:br/>
        <w:t>v -0.547376 21.826963 1.170678</w:t>
        <w:br/>
        <w:t>v -0.553223 21.876333 1.202858</w:t>
        <w:br/>
        <w:t>v -0.550774 21.848518 1.206657</w:t>
        <w:br/>
        <w:t>v -0.616595 21.842451 1.141722</w:t>
        <w:br/>
        <w:t>v -0.625126 21.868410 1.129537</w:t>
        <w:br/>
        <w:t>v -0.479424 21.870487 1.255939</w:t>
        <w:br/>
        <w:t>v -0.478320 21.844906 1.259996</w:t>
        <w:br/>
        <w:t>v -0.381317 21.827768 1.296729</w:t>
        <w:br/>
        <w:t>v -0.381655 21.851381 1.292046</w:t>
        <w:br/>
        <w:t>v -0.295137 21.825354 1.297632</w:t>
        <w:br/>
        <w:t>v -0.297532 21.803581 1.298846</w:t>
        <w:br/>
        <w:t>v -0.298790 21.784456 1.279090</w:t>
        <w:br/>
        <w:t>v -0.296988 21.792841 1.271948</w:t>
        <w:br/>
        <w:t>v -0.376683 21.818438 1.253856</w:t>
        <w:br/>
        <w:t>v -0.381063 21.804718 1.266120</w:t>
        <w:br/>
        <w:t>v -0.477617 21.822840 1.221044</w:t>
        <w:br/>
        <w:t>v -0.478320 21.844906 1.259996</w:t>
        <w:br/>
        <w:t>v -0.381317 21.827768 1.296729</w:t>
        <w:br/>
        <w:t>v -0.381063 21.804718 1.266120</w:t>
        <w:br/>
        <w:t>v -0.668902 21.860714 1.057572</w:t>
        <w:br/>
        <w:t>v -0.694126 21.855219 1.026926</w:t>
        <w:br/>
        <w:t>v -0.591164 21.741190 1.076061</w:t>
        <w:br/>
        <w:t>v -0.628632 21.773146 1.065220</w:t>
        <w:br/>
        <w:t>v -0.617615 21.777163 1.072000</w:t>
        <w:br/>
        <w:t>v -0.657186 21.804098 1.053337</w:t>
        <w:br/>
        <w:t>v -0.672983 21.827003 1.041994</w:t>
        <w:br/>
        <w:t>v -0.694126 21.855219 1.026926</w:t>
        <w:br/>
        <w:t>v -0.668902 21.860714 1.057572</w:t>
        <w:br/>
        <w:t>v -0.232683 21.765345 1.279905</w:t>
        <w:br/>
        <w:t>v -0.233992 21.768948 1.275425</w:t>
        <w:br/>
        <w:t>v -0.228467 21.793152 1.290462</w:t>
        <w:br/>
        <w:t>v -0.181310 21.743965 1.287310</w:t>
        <w:br/>
        <w:t>v -0.230467 21.777847 1.290967</w:t>
        <w:br/>
        <w:t>v -0.232683 21.765345 1.279905</w:t>
        <w:br/>
        <w:t>v -0.233992 21.768948 1.275425</w:t>
        <w:br/>
        <w:t>v -0.181310 21.743965 1.287310</w:t>
        <w:br/>
        <w:t>v -0.228467 21.793152 1.290462</w:t>
        <w:br/>
        <w:t>v -0.587279 21.743092 1.073087</w:t>
        <w:br/>
        <w:t>v -0.591164 21.741190 1.076061</w:t>
        <w:br/>
        <w:t>v -0.565217 21.723869 1.085651</w:t>
        <w:br/>
        <w:t>v -0.547376 21.826963 1.170678</w:t>
        <w:br/>
        <w:t>v -0.550774 21.848518 1.206657</w:t>
        <w:br/>
        <w:t>v -0.298790 21.784456 1.279090</w:t>
        <w:br/>
        <w:t>v -0.181310 21.743965 1.287310</w:t>
        <w:br/>
        <w:t>v -0.578545 21.745155 1.077539</w:t>
        <w:br/>
        <w:t>v -0.565217 21.723869 1.085651</w:t>
        <w:br/>
        <w:t>v -0.565217 21.723869 1.085651</w:t>
        <w:br/>
        <w:t>v -0.384731 21.825106 1.262023</w:t>
        <w:br/>
        <w:t>v -0.381655 21.851381 1.292046</w:t>
        <w:br/>
        <w:t>v -0.479424 21.870487 1.255939</w:t>
        <w:br/>
        <w:t>v -0.481019 21.844820 1.225572</w:t>
        <w:br/>
        <w:t>v -0.297239 21.802673 1.278529</w:t>
        <w:br/>
        <w:t>v -0.295137 21.825354 1.297632</w:t>
        <w:br/>
        <w:t>v -0.553223 21.876333 1.202858</w:t>
        <w:br/>
        <w:t>v -0.550219 21.849306 1.172733</w:t>
        <w:br/>
        <w:t>v -0.625126 21.868410 1.129537</w:t>
        <w:br/>
        <w:t>v -0.604697 21.840054 1.111488</w:t>
        <w:br/>
        <w:t>v -0.672983 21.827003 1.041994</w:t>
        <w:br/>
        <w:t>v -0.624988 21.775854 1.058008</w:t>
        <w:br/>
        <w:t>v -0.587279 21.743092 1.073087</w:t>
        <w:br/>
        <w:t>v -0.578545 21.745155 1.077539</w:t>
        <w:br/>
        <w:t>v -0.610301 21.783173 1.068170</w:t>
        <w:br/>
        <w:t>v -0.630910 21.830032 1.065603</w:t>
        <w:br/>
        <w:t>v -0.565217 21.723869 1.085651</w:t>
        <w:br/>
        <w:t>v -0.665245 21.833239 1.033597</w:t>
        <w:br/>
        <w:t>v -0.694126 21.855219 1.026926</w:t>
        <w:br/>
        <w:t>v 0.635214 21.773146 1.065220</w:t>
        <w:br/>
        <w:t>v 0.663775 21.804098 1.053337</w:t>
        <w:br/>
        <w:t>v 0.662495 21.814005 1.041332</w:t>
        <w:br/>
        <w:t>v 0.631571 21.775854 1.058008</w:t>
        <w:br/>
        <w:t>v 0.637887 21.823254 1.075595</w:t>
        <w:br/>
        <w:t>v 0.620831 21.828030 1.069995</w:t>
        <w:br/>
        <w:t>v 0.587406 21.833742 1.112513</w:t>
        <w:br/>
        <w:t>v 0.608055 21.825325 1.119792</w:t>
        <w:br/>
        <w:t>v 0.613850 21.781216 1.075679</w:t>
        <w:br/>
        <w:t>v 0.589964 21.744141 1.081042</w:t>
        <w:br/>
        <w:t>v 0.605921 21.785057 1.070902</w:t>
        <w:br/>
        <w:t>v 0.662495 21.814005 1.041332</w:t>
        <w:br/>
        <w:t>v 0.671834 21.833239 1.033597</w:t>
        <w:br/>
        <w:t>v 0.637500 21.830032 1.065603</w:t>
        <w:br/>
        <w:t>v 0.668739 21.830849 1.067015</w:t>
        <w:br/>
        <w:t>v 0.653355 21.808804 1.068298</w:t>
        <w:br/>
        <w:t>v 0.637887 21.823254 1.075595</w:t>
        <w:br/>
        <w:t>v 0.620831 21.828030 1.069995</w:t>
        <w:br/>
        <w:t>v 0.542655 21.837626 1.156655</w:t>
        <w:br/>
        <w:t>v 0.474713 21.835409 1.206705</w:t>
        <w:br/>
        <w:t>v 0.484207 21.822840 1.221044</w:t>
        <w:br/>
        <w:t>v 0.553966 21.826963 1.170678</w:t>
        <w:br/>
        <w:t>v 0.623184 21.842451 1.141722</w:t>
        <w:br/>
        <w:t>v 0.557363 21.848518 1.206657</w:t>
        <w:br/>
        <w:t>v 0.559813 21.876333 1.202858</w:t>
        <w:br/>
        <w:t>v 0.631715 21.868410 1.129537</w:t>
        <w:br/>
        <w:t>v 0.484910 21.844906 1.259996</w:t>
        <w:br/>
        <w:t>v 0.486013 21.870487 1.255939</w:t>
        <w:br/>
        <w:t>v 0.301727 21.825354 1.297632</w:t>
        <w:br/>
        <w:t>v 0.388244 21.851381 1.292046</w:t>
        <w:br/>
        <w:t>v 0.387906 21.827768 1.296729</w:t>
        <w:br/>
        <w:t>v 0.304121 21.803581 1.298846</w:t>
        <w:br/>
        <w:t>v 0.383273 21.818438 1.253856</w:t>
        <w:br/>
        <w:t>v 0.303577 21.792841 1.271948</w:t>
        <w:br/>
        <w:t>v 0.305379 21.784456 1.279090</w:t>
        <w:br/>
        <w:t>v 0.387652 21.804718 1.266120</w:t>
        <w:br/>
        <w:t>v 0.387906 21.827768 1.296729</w:t>
        <w:br/>
        <w:t>v 0.484910 21.844906 1.259996</w:t>
        <w:br/>
        <w:t>v 0.484207 21.822840 1.221044</w:t>
        <w:br/>
        <w:t>v 0.387652 21.804718 1.266120</w:t>
        <w:br/>
        <w:t>v 0.675492 21.860714 1.057572</w:t>
        <w:br/>
        <w:t>v 0.700716 21.855219 1.026926</w:t>
        <w:br/>
        <w:t>v 0.635214 21.773146 1.065220</w:t>
        <w:br/>
        <w:t>v 0.597736 21.741196 1.076061</w:t>
        <w:br/>
        <w:t>v 0.624190 21.777166 1.072000</w:t>
        <w:br/>
        <w:t>v 0.663775 21.804098 1.053337</w:t>
        <w:br/>
        <w:t>v 0.679573 21.827003 1.041994</w:t>
        <w:br/>
        <w:t>v 0.700716 21.855219 1.026926</w:t>
        <w:br/>
        <w:t>v 0.675492 21.860714 1.057572</w:t>
        <w:br/>
        <w:t>v 0.240582 21.768948 1.275425</w:t>
        <w:br/>
        <w:t>v 0.239272 21.765345 1.279905</w:t>
        <w:br/>
        <w:t>v 0.187900 21.743965 1.287310</w:t>
        <w:br/>
        <w:t>v 0.235056 21.793152 1.290462</w:t>
        <w:br/>
        <w:t>v 0.237056 21.777847 1.290967</w:t>
        <w:br/>
        <w:t>v 0.239272 21.765345 1.279905</w:t>
        <w:br/>
        <w:t>v 0.187900 21.743965 1.287310</w:t>
        <w:br/>
        <w:t>v 0.240582 21.768948 1.275425</w:t>
        <w:br/>
        <w:t>v 0.235056 21.793152 1.290462</w:t>
        <w:br/>
        <w:t>v 0.597736 21.741196 1.076061</w:t>
        <w:br/>
        <w:t>v 0.593855 21.743099 1.073087</w:t>
        <w:br/>
        <w:t>v 0.552332 21.718054 1.079459</w:t>
        <w:br/>
        <w:t>v 0.553966 21.826963 1.170678</w:t>
        <w:br/>
        <w:t>v 0.557363 21.848518 1.206657</w:t>
        <w:br/>
        <w:t>v 0.305379 21.784456 1.279090</w:t>
        <w:br/>
        <w:t>v 0.187900 21.743965 1.287310</w:t>
        <w:br/>
        <w:t>v 0.585134 21.745159 1.077539</w:t>
        <w:br/>
        <w:t>v 0.571810 21.723869 1.085651</w:t>
        <w:br/>
        <w:t>v 0.571810 21.723869 1.085651</w:t>
        <w:br/>
        <w:t>v 0.486013 21.870487 1.255939</w:t>
        <w:br/>
        <w:t>v 0.388244 21.851381 1.292046</w:t>
        <w:br/>
        <w:t>v 0.391320 21.825106 1.262023</w:t>
        <w:br/>
        <w:t>v 0.487608 21.844820 1.225572</w:t>
        <w:br/>
        <w:t>v 0.301727 21.825354 1.297632</w:t>
        <w:br/>
        <w:t>v 0.303828 21.802673 1.278529</w:t>
        <w:br/>
        <w:t>v 0.559813 21.876333 1.202858</w:t>
        <w:br/>
        <w:t>v 0.556808 21.849306 1.172733</w:t>
        <w:br/>
        <w:t>v 0.631715 21.868410 1.129537</w:t>
        <w:br/>
        <w:t>v 0.611287 21.840054 1.111488</w:t>
        <w:br/>
        <w:t>v 0.679573 21.827003 1.041994</w:t>
        <w:br/>
        <w:t>v 0.585134 21.745159 1.077539</w:t>
        <w:br/>
        <w:t>v 0.593855 21.743099 1.073087</w:t>
        <w:br/>
        <w:t>v 0.631571 21.775854 1.058008</w:t>
        <w:br/>
        <w:t>v 0.616875 21.783176 1.068170</w:t>
        <w:br/>
        <w:t>v 0.637500 21.830032 1.065603</w:t>
        <w:br/>
        <w:t>v 0.571810 21.723869 1.085651</w:t>
        <w:br/>
        <w:t>v 0.671834 21.833239 1.033597</w:t>
        <w:br/>
        <w:t>v 0.700716 21.855219 1.026926</w:t>
        <w:br/>
        <w:t>v -0.523437 21.967129 1.259616</w:t>
        <w:br/>
        <w:t>v -0.507553 22.044744 1.288511</w:t>
        <w:br/>
        <w:t>v -0.392762 21.999823 1.342814</w:t>
        <w:br/>
        <w:t>v -0.410362 21.932766 1.312212</w:t>
        <w:br/>
        <w:t>v -0.564918 21.980839 1.236038</w:t>
        <w:br/>
        <w:t>v -0.550182 22.059628 1.264062</w:t>
        <w:br/>
        <w:t>v -0.201861 21.917200 1.396981</w:t>
        <w:br/>
        <w:t>v -0.221974 21.864576 1.376105</w:t>
        <w:br/>
        <w:t>v -0.300697 21.895937 1.347676</w:t>
        <w:br/>
        <w:t>v -0.286225 21.955961 1.374138</w:t>
        <w:br/>
        <w:t>v -0.670118 22.048834 1.140440</w:t>
        <w:br/>
        <w:t>v -0.669511 22.002737 1.133853</w:t>
        <w:br/>
        <w:t>v -0.724500 22.012354 1.057921</w:t>
        <w:br/>
        <w:t>v -0.124948 21.881334 1.412691</w:t>
        <w:br/>
        <w:t>v -0.153152 21.838659 1.389335</w:t>
        <w:br/>
        <w:t>v -0.095809 21.814316 1.403451</w:t>
        <w:br/>
        <w:t>v -0.594092 22.070690 1.232466</w:t>
        <w:br/>
        <w:t>v -0.600651 21.991665 1.212482</w:t>
        <w:br/>
        <w:t>v -0.624559 21.996185 1.190972</w:t>
        <w:br/>
        <w:t>v -0.625390 22.062782 1.200014</w:t>
        <w:br/>
        <w:t>v 0.397959 21.999823 1.342814</w:t>
        <w:br/>
        <w:t>v 0.543581 22.055500 1.291795</w:t>
        <w:br/>
        <w:t>v 0.509846 21.961544 1.262250</w:t>
        <w:br/>
        <w:t>v 0.415558 21.932766 1.312212</w:t>
        <w:br/>
        <w:t>v 0.305706 21.895866 1.347673</w:t>
        <w:br/>
        <w:t>v 0.226525 21.864365 1.376220</w:t>
        <w:br/>
        <w:t>v 0.206726 21.916983 1.397060</w:t>
        <w:br/>
        <w:t>v 0.291372 21.955948 1.374137</w:t>
        <w:br/>
        <w:t>v 0.674707 22.002737 1.133853</w:t>
        <w:br/>
        <w:t>v 0.675314 22.048834 1.140440</w:t>
        <w:br/>
        <w:t>v 0.729696 22.012354 1.057921</w:t>
        <w:br/>
        <w:t>v 0.130160 21.881330 1.412732</w:t>
        <w:br/>
        <w:t>v 0.157895 21.838585 1.389429</w:t>
        <w:br/>
        <w:t>v 0.101487 21.814390 1.403386</w:t>
        <w:br/>
        <w:t>v 0.629756 21.996185 1.190972</w:t>
        <w:br/>
        <w:t>v 0.605847 21.991665 1.212482</w:t>
        <w:br/>
        <w:t>v 0.599289 22.070690 1.232466</w:t>
        <w:br/>
        <w:t>v 0.630587 22.062782 1.200014</w:t>
        <w:br/>
        <w:t>v 0.533371 21.966982 1.259905</w:t>
        <w:br/>
        <w:t>v 0.566574 22.061819 1.260613</w:t>
        <w:br/>
        <w:t>v -0.324568 21.736126 1.198376</w:t>
        <w:br/>
        <w:t>v -0.331924 21.743496 1.192953</w:t>
        <w:br/>
        <w:t>v -0.327356 21.743525 1.195861</w:t>
        <w:br/>
        <w:t>v -0.322008 21.742571 1.199363</w:t>
        <w:br/>
        <w:t>v -0.316428 21.740444 1.203131</w:t>
        <w:br/>
        <w:t>v -0.310675 21.734758 1.207363</w:t>
        <w:br/>
        <w:t>v -0.312770 21.737709 1.205734</w:t>
        <w:br/>
        <w:t>v -0.335510 21.742279 1.190790</w:t>
        <w:br/>
        <w:t>v -0.337870 21.739943 1.189520</w:t>
        <w:br/>
        <w:t>v -0.337778 21.736887 1.189883</w:t>
        <w:br/>
        <w:t>v -0.332371 21.731022 1.193914</w:t>
        <w:br/>
        <w:t>v -0.336189 21.733795 1.191204</w:t>
        <w:br/>
        <w:t>v -0.327390 21.729025 1.197286</w:t>
        <w:br/>
        <w:t>v -0.322310 21.728014 1.200624</w:t>
        <w:br/>
        <w:t>v -0.317484 21.728178 1.203681</w:t>
        <w:br/>
        <w:t>v -0.310705 21.731932 1.207626</w:t>
        <w:br/>
        <w:t>v -0.313064 21.729721 1.206344</w:t>
        <w:br/>
        <w:t>v 0.464156 21.736126 1.140008</w:t>
        <w:br/>
        <w:t>v 0.455491 21.743496 1.142541</w:t>
        <w:br/>
        <w:t>v 0.460532 21.743525 1.140677</w:t>
        <w:br/>
        <w:t>v 0.466505 21.742571 1.138557</w:t>
        <w:br/>
        <w:t>v 0.472823 21.740444 1.136417</w:t>
        <w:br/>
        <w:t>v 0.479593 21.734758 1.134431</w:t>
        <w:br/>
        <w:t>v 0.477063 21.737709 1.135099</w:t>
        <w:br/>
        <w:t>v 0.451622 21.742279 1.144080</w:t>
        <w:br/>
        <w:t>v 0.449189 21.739943 1.145189</w:t>
        <w:br/>
        <w:t>v 0.449516 21.736887 1.145344</w:t>
        <w:br/>
        <w:t>v 0.455918 21.731022 1.143511</w:t>
        <w:br/>
        <w:t>v 0.451498 21.733795 1.144892</w:t>
        <w:br/>
        <w:t>v 0.461564 21.729025 1.141607</w:t>
        <w:br/>
        <w:t>v 0.467247 21.728014 1.139599</w:t>
        <w:br/>
        <w:t>v 0.472562 21.728178 1.137622</w:t>
        <w:br/>
        <w:t>v 0.479768 21.731932 1.134622</w:t>
        <w:br/>
        <w:t>v 0.477328 21.729721 1.135723</w:t>
        <w:br/>
        <w:t>v -0.931219 21.770864 0.220433</w:t>
        <w:br/>
        <w:t>v -0.759425 21.794436 0.292202</w:t>
        <w:br/>
        <w:t>v -0.881319 21.862961 0.296095</w:t>
        <w:br/>
        <w:t>v -0.952085 21.624685 0.181021</w:t>
        <w:br/>
        <w:t>v -0.891423 21.529427 0.211862</w:t>
        <w:br/>
        <w:t>v -0.707579 21.605410 0.268938</w:t>
        <w:br/>
        <w:t>v -0.792541 21.437563 0.284888</w:t>
        <w:br/>
        <w:t>v -0.634263 21.476147 0.319398</w:t>
        <w:br/>
        <w:t>v -0.738347 21.392906 0.326749</w:t>
        <w:br/>
        <w:t>v -0.599686 21.403187 0.359812</w:t>
        <w:br/>
        <w:t>v -0.669873 21.362715 0.385570</w:t>
        <w:br/>
        <w:t>v -0.592261 21.382505 0.396430</w:t>
        <w:br/>
        <w:t>v -0.818555 21.857607 0.358225</w:t>
        <w:br/>
        <w:t>v -0.782990 21.815844 0.417238</w:t>
        <w:br/>
        <w:t>v -0.958508 21.665037 0.182189</w:t>
        <w:br/>
        <w:t>v -0.336230 21.866600 1.336920</w:t>
        <w:br/>
        <w:t>v -0.379762 21.872410 1.332233</w:t>
        <w:br/>
        <w:t>v -0.378747 21.881124 1.339021</w:t>
        <w:br/>
        <w:t>v -0.334240 21.874699 1.343753</w:t>
        <w:br/>
        <w:t>v -0.209607 21.806919 1.345298</w:t>
        <w:br/>
        <w:t>v -0.228147 21.829809 1.350981</w:t>
        <w:br/>
        <w:t>v -0.222875 21.836340 1.357948</w:t>
        <w:br/>
        <w:t>v -0.206521 21.809528 1.348781</w:t>
        <w:br/>
        <w:t>v -0.420299 21.878035 1.307233</w:t>
        <w:br/>
        <w:t>v -0.468795 21.886272 1.271209</w:t>
        <w:br/>
        <w:t>v -0.419524 21.884527 1.310627</w:t>
        <w:br/>
        <w:t>v -0.194845 21.780132 1.339614</w:t>
        <w:br/>
        <w:t>v -0.257134 21.846764 1.346294</w:t>
        <w:br/>
        <w:t>v -0.290493 21.857613 1.341607</w:t>
        <w:br/>
        <w:t>v -0.288329 21.866020 1.348485</w:t>
        <w:br/>
        <w:t>v -0.254052 21.854788 1.353217</w:t>
        <w:br/>
        <w:t>v -0.537413 21.688372 1.112472</w:t>
        <w:br/>
        <w:t>v -0.557995 21.713236 1.089693</w:t>
        <w:br/>
        <w:t>v -0.526658 21.693985 1.106280</w:t>
        <w:br/>
        <w:t>v -0.503548 21.688259 1.130684</w:t>
        <w:br/>
        <w:t>v -0.516833 21.675282 1.137994</w:t>
        <w:br/>
        <w:t>v -0.378645 21.688665 1.188381</w:t>
        <w:br/>
        <w:t>v -0.378014 21.681807 1.199198</w:t>
        <w:br/>
        <w:t>v -0.461502 21.677204 1.168286</w:t>
        <w:br/>
        <w:t>v -0.458461 21.687931 1.156714</w:t>
        <w:br/>
        <w:t>v -0.297918 21.692757 1.211198</w:t>
        <w:br/>
        <w:t>v 0.765800 21.794436 0.292202</w:t>
        <w:br/>
        <w:t>v 0.928760 21.770864 0.220433</w:t>
        <w:br/>
        <w:t>v 0.887694 21.862961 0.296095</w:t>
        <w:br/>
        <w:t>v 0.897797 21.529427 0.211862</w:t>
        <w:br/>
        <w:t>v 0.958460 21.624685 0.181021</w:t>
        <w:br/>
        <w:t>v 0.692535 21.605410 0.261563</w:t>
        <w:br/>
        <w:t>v 0.798916 21.437563 0.284888</w:t>
        <w:br/>
        <w:t>v 0.622826 21.464622 0.314287</w:t>
        <w:br/>
        <w:t>v 0.744722 21.392906 0.326749</w:t>
        <w:br/>
        <w:t>v 0.676248 21.362715 0.385570</w:t>
        <w:br/>
        <w:t>v 0.594963 21.403187 0.355991</w:t>
        <w:br/>
        <w:t>v 0.585160 21.382505 0.391790</w:t>
        <w:br/>
        <w:t>v 0.824929 21.857607 0.358225</w:t>
        <w:br/>
        <w:t>v 0.789365 21.818249 0.417238</w:t>
        <w:br/>
        <w:t>v 0.964883 21.665037 0.182189</w:t>
        <w:br/>
        <w:t>v 0.385337 21.881107 1.339021</w:t>
        <w:br/>
        <w:t>v 0.386346 21.872385 1.332233</w:t>
        <w:br/>
        <w:t>v 0.342821 21.866589 1.336920</w:t>
        <w:br/>
        <w:t>v 0.340830 21.874691 1.343753</w:t>
        <w:br/>
        <w:t>v 0.229465 21.836340 1.357948</w:t>
        <w:br/>
        <w:t>v 0.234704 21.829790 1.350981</w:t>
        <w:br/>
        <w:t>v 0.216198 21.806921 1.345298</w:t>
        <w:br/>
        <w:t>v 0.213109 21.809526 1.348781</w:t>
        <w:br/>
        <w:t>v 0.475365 21.886330 1.271209</w:t>
        <w:br/>
        <w:t>v 0.426891 21.878019 1.307233</w:t>
        <w:br/>
        <w:t>v 0.426114 21.884520 1.310627</w:t>
        <w:br/>
        <w:t>v 0.201434 21.780132 1.339614</w:t>
        <w:br/>
        <w:t>v 0.294918 21.866024 1.348485</w:t>
        <w:br/>
        <w:t>v 0.297081 21.857618 1.341607</w:t>
        <w:br/>
        <w:t>v 0.263722 21.846767 1.346294</w:t>
        <w:br/>
        <w:t>v 0.260641 21.854788 1.353217</w:t>
        <w:br/>
        <w:t>v 0.564594 21.713234 1.089693</w:t>
        <w:br/>
        <w:t>v 0.543990 21.688391 1.112472</w:t>
        <w:br/>
        <w:t>v 0.533260 21.693974 1.106280</w:t>
        <w:br/>
        <w:t>v 0.523422 21.675282 1.137994</w:t>
        <w:br/>
        <w:t>v 0.510137 21.688259 1.130684</w:t>
        <w:br/>
        <w:t>v 0.468092 21.677204 1.168286</w:t>
        <w:br/>
        <w:t>v 0.384604 21.681807 1.199198</w:t>
        <w:br/>
        <w:t>v 0.385235 21.688662 1.188381</w:t>
        <w:br/>
        <w:t>v 0.465050 21.687931 1.156714</w:t>
        <w:br/>
        <w:t>v 0.304508 21.692757 1.211198</w:t>
        <w:br/>
        <w:t>v -0.216158 21.083006 1.173989</w:t>
        <w:br/>
        <w:t>v -0.212684 21.058470 1.170633</w:t>
        <w:br/>
        <w:t>v -0.196329 21.061563 1.203130</w:t>
        <w:br/>
        <w:t>v -0.197851 21.068628 1.204113</w:t>
        <w:br/>
        <w:t>v 0.003224 21.300917 0.799461</w:t>
        <w:br/>
        <w:t>v 0.003224 21.235428 0.683968</w:t>
        <w:br/>
        <w:t>v -0.107695 21.228767 0.704342</w:t>
        <w:br/>
        <w:t>v -0.105156 21.284510 0.810426</w:t>
        <w:br/>
        <w:t>v -0.199150 21.203661 0.751451</w:t>
        <w:br/>
        <w:t>v -0.197023 21.247187 0.839399</w:t>
        <w:br/>
        <w:t>v -0.257356 21.200026 0.859940</w:t>
        <w:br/>
        <w:t>v -0.238859 21.170563 0.775428</w:t>
        <w:br/>
        <w:t>v -0.213357 21.138821 0.745305</w:t>
        <w:br/>
        <w:t>v -0.248948 21.135666 0.783204</w:t>
        <w:br/>
        <w:t>v -0.272627 21.134653 0.872138</w:t>
        <w:br/>
        <w:t>v -0.202563 21.074350 0.759469</w:t>
        <w:br/>
        <w:t>v -0.238895 21.103846 0.777667</w:t>
        <w:br/>
        <w:t>v -0.258692 21.075951 0.866711</w:t>
        <w:br/>
        <w:t>v -0.208293 21.024471 0.836384</w:t>
        <w:br/>
        <w:t>v -0.107780 20.997107 0.820246</w:t>
        <w:br/>
        <w:t>v -0.111878 21.046984 0.720589</w:t>
        <w:br/>
        <w:t>v 0.003224 20.991571 0.815262</w:t>
        <w:br/>
        <w:t>v 0.003224 21.039948 0.709667</w:t>
        <w:br/>
        <w:t>v -0.014430 21.107792 1.259125</w:t>
        <w:br/>
        <w:t>v -0.022159 21.068981 1.323489</w:t>
        <w:br/>
        <w:t>v 0.003187 21.068277 1.327149</w:t>
        <w:br/>
        <w:t>v 0.003224 21.108801 1.264172</w:t>
        <w:br/>
        <w:t>v 0.003224 21.177057 1.218065</w:t>
        <w:br/>
        <w:t>v -0.038266 21.163244 1.221440</w:t>
        <w:br/>
        <w:t>v -0.049403 21.109835 1.253969</w:t>
        <w:br/>
        <w:t>v -0.087800 21.105215 1.247593</w:t>
        <w:br/>
        <w:t>v -0.087385 21.068640 1.296522</w:t>
        <w:br/>
        <w:t>v -0.056038 21.069414 1.310337</w:t>
        <w:br/>
        <w:t>v 0.003224 21.225031 1.154004</w:t>
        <w:br/>
        <w:t>v -0.068712 21.205351 1.161780</w:t>
        <w:br/>
        <w:t>v -0.184140 21.082338 1.212950</w:t>
        <w:br/>
        <w:t>v -0.197851 21.068628 1.204113</w:t>
        <w:br/>
        <w:t>v -0.195456 21.063240 1.222418</w:t>
        <w:br/>
        <w:t>v -0.191512 21.063465 1.222989</w:t>
        <w:br/>
        <w:t>v -0.093849 21.154276 1.208883</w:t>
        <w:br/>
        <w:t>v 0.003224 21.258562 1.064518</w:t>
        <w:br/>
        <w:t>v -0.091808 21.240362 1.078447</w:t>
        <w:br/>
        <w:t>v 0.003224 21.295527 0.940444</w:t>
        <w:br/>
        <w:t>v -0.096609 21.280457 0.946186</w:t>
        <w:br/>
        <w:t>v -0.129396 21.197548 1.139189</w:t>
        <w:br/>
        <w:t>v -0.160105 21.147352 1.182620</w:t>
        <w:br/>
        <w:t>v -0.190211 21.255543 0.955975</w:t>
        <w:br/>
        <w:t>v -0.170037 21.220259 1.076380</w:t>
        <w:br/>
        <w:t>v -0.262073 21.209301 0.969822</w:t>
        <w:br/>
        <w:t>v -0.217275 21.155205 1.139802</w:t>
        <w:br/>
        <w:t>v -0.185639 21.185602 1.124511</w:t>
        <w:br/>
        <w:t>v -0.234714 21.179081 1.083055</w:t>
        <w:br/>
        <w:t>v -0.279301 21.121078 0.986327</w:t>
        <w:br/>
        <w:t>v -0.241496 21.109221 1.116349</w:t>
        <w:br/>
        <w:t>v -0.259798 21.123077 1.063069</w:t>
        <w:br/>
        <w:t>v -0.197714 21.113304 1.184357</w:t>
        <w:br/>
        <w:t>v -0.268440 21.059975 0.967758</w:t>
        <w:br/>
        <w:t>v -0.249502 21.074530 1.055917</w:t>
        <w:br/>
        <w:t>v -0.208991 21.004118 0.956424</w:t>
        <w:br/>
        <w:t>v -0.182823 21.007513 1.072577</w:t>
        <w:br/>
        <w:t>v -0.101399 20.977085 0.966527</w:t>
        <w:br/>
        <w:t>v -0.089674 20.975395 1.070079</w:t>
        <w:br/>
        <w:t>v 0.003224 20.970554 0.963703</w:t>
        <w:br/>
        <w:t>v 0.003224 20.962292 1.063107</w:t>
        <w:br/>
        <w:t>v -0.057903 20.980795 1.138132</w:t>
        <w:br/>
        <w:t>v -0.122554 20.992626 1.138131</w:t>
        <w:br/>
        <w:t>v 0.003224 20.967934 1.137820</w:t>
        <w:br/>
        <w:t>v -0.125673 21.036633 1.221796</w:t>
        <w:br/>
        <w:t>v -0.155294 21.043158 1.213810</w:t>
        <w:br/>
        <w:t>v -0.155039 21.021446 1.182526</w:t>
        <w:br/>
        <w:t>v -0.120526 21.066345 1.273693</w:t>
        <w:br/>
        <w:t>v -0.154840 21.064930 1.245212</w:t>
        <w:br/>
        <w:t>v -0.022225 21.068991 1.323735</w:t>
        <w:br/>
        <w:t>v -0.056252 21.069353 1.310722</w:t>
        <w:br/>
        <w:t>v -0.055959 21.029154 1.237545</w:t>
        <w:br/>
        <w:t>v -0.021669 21.026428 1.245254</w:t>
        <w:br/>
        <w:t>v 0.003224 21.025860 1.253337</w:t>
        <w:br/>
        <w:t>v 0.003187 21.068913 1.327296</w:t>
        <w:br/>
        <w:t>v -0.093656 21.032669 1.229617</w:t>
        <w:br/>
        <w:t>v -0.087779 21.068521 1.296552</w:t>
        <w:br/>
        <w:t>v 0.003224 21.137108 0.650641</w:t>
        <w:br/>
        <w:t>v -0.112491 21.139784 0.680459</w:t>
        <w:br/>
        <w:t>v -0.124241 21.100363 1.239006</w:t>
        <w:br/>
        <w:t>v -0.158208 21.092632 1.224641</w:t>
        <w:br/>
        <w:t>v -0.154854 21.065214 1.244875</w:t>
        <w:br/>
        <w:t>v -0.120523 21.066565 1.273683</w:t>
        <w:br/>
        <w:t>v -0.224377 21.056572 1.130674</w:t>
        <w:br/>
        <w:t>v -0.042178 20.997940 1.191700</w:t>
        <w:br/>
        <w:t>v -0.109455 21.008371 1.186342</w:t>
        <w:br/>
        <w:t>v 0.003224 20.994247 1.200422</w:t>
        <w:br/>
        <w:t>v -0.120523 21.066565 1.273683</w:t>
        <w:br/>
        <w:t>v -0.182108 21.051361 1.207323</w:t>
        <w:br/>
        <w:t>v -0.191455 21.063068 1.222882</w:t>
        <w:br/>
        <w:t>v -0.170393 21.014704 1.140552</w:t>
        <w:br/>
        <w:t>v -0.192559 21.038435 1.170473</w:t>
        <w:br/>
        <w:t>v -0.195419 21.063005 1.222396</w:t>
        <w:br/>
        <w:t>v -0.195456 21.063240 1.222418</w:t>
        <w:br/>
        <w:t>v -0.191455 21.063068 1.222882</w:t>
        <w:br/>
        <w:t>v -0.195419 21.063005 1.222396</w:t>
        <w:br/>
        <w:t>v 0.202777 21.061563 1.203130</w:t>
        <w:br/>
        <w:t>v 0.219132 21.058470 1.170633</w:t>
        <w:br/>
        <w:t>v 0.222606 21.083006 1.173989</w:t>
        <w:br/>
        <w:t>v 0.204299 21.068628 1.204113</w:t>
        <w:br/>
        <w:t>v 0.114143 21.228767 0.704342</w:t>
        <w:br/>
        <w:t>v 0.111604 21.284510 0.810426</w:t>
        <w:br/>
        <w:t>v 0.203471 21.247187 0.839399</w:t>
        <w:br/>
        <w:t>v 0.205598 21.203661 0.751451</w:t>
        <w:br/>
        <w:t>v 0.263804 21.200026 0.859940</w:t>
        <w:br/>
        <w:t>v 0.245307 21.170563 0.775428</w:t>
        <w:br/>
        <w:t>v 0.255396 21.135666 0.783204</w:t>
        <w:br/>
        <w:t>v 0.219805 21.138821 0.745305</w:t>
        <w:br/>
        <w:t>v 0.279075 21.134653 0.872138</w:t>
        <w:br/>
        <w:t>v 0.209011 21.074350 0.759469</w:t>
        <w:br/>
        <w:t>v 0.245343 21.103846 0.777667</w:t>
        <w:br/>
        <w:t>v 0.265140 21.075951 0.866711</w:t>
        <w:br/>
        <w:t>v 0.214741 21.024471 0.836384</w:t>
        <w:br/>
        <w:t>v 0.114228 20.997107 0.820246</w:t>
        <w:br/>
        <w:t>v 0.118326 21.046984 0.720589</w:t>
        <w:br/>
        <w:t>v 0.028534 21.068981 1.323489</w:t>
        <w:br/>
        <w:t>v 0.020878 21.107792 1.259125</w:t>
        <w:br/>
        <w:t>v 0.044714 21.163244 1.221440</w:t>
        <w:br/>
        <w:t>v 0.093760 21.068640 1.296522</w:t>
        <w:br/>
        <w:t>v 0.094248 21.105215 1.247593</w:t>
        <w:br/>
        <w:t>v 0.055851 21.109835 1.253969</w:t>
        <w:br/>
        <w:t>v 0.062413 21.069414 1.310337</w:t>
        <w:br/>
        <w:t>v 0.075160 21.205351 1.161780</w:t>
        <w:br/>
        <w:t>v 0.201904 21.063240 1.222418</w:t>
        <w:br/>
        <w:t>v 0.204299 21.068628 1.204113</w:t>
        <w:br/>
        <w:t>v 0.190588 21.082338 1.212950</w:t>
        <w:br/>
        <w:t>v 0.197960 21.063465 1.222989</w:t>
        <w:br/>
        <w:t>v 0.100297 21.154276 1.208883</w:t>
        <w:br/>
        <w:t>v 0.098256 21.240362 1.078447</w:t>
        <w:br/>
        <w:t>v 0.103057 21.280457 0.946186</w:t>
        <w:br/>
        <w:t>v 0.135844 21.197548 1.139189</w:t>
        <w:br/>
        <w:t>v 0.166553 21.147352 1.182620</w:t>
        <w:br/>
        <w:t>v 0.196659 21.255543 0.955975</w:t>
        <w:br/>
        <w:t>v 0.176485 21.220259 1.076380</w:t>
        <w:br/>
        <w:t>v 0.268521 21.209301 0.969822</w:t>
        <w:br/>
        <w:t>v 0.192087 21.185602 1.124511</w:t>
        <w:br/>
        <w:t>v 0.223723 21.155205 1.139802</w:t>
        <w:br/>
        <w:t>v 0.241162 21.179081 1.083055</w:t>
        <w:br/>
        <w:t>v 0.285749 21.121078 0.986327</w:t>
        <w:br/>
        <w:t>v 0.247944 21.109221 1.116349</w:t>
        <w:br/>
        <w:t>v 0.266246 21.123077 1.063069</w:t>
        <w:br/>
        <w:t>v 0.204162 21.113304 1.184357</w:t>
        <w:br/>
        <w:t>v 0.274888 21.059975 0.967758</w:t>
        <w:br/>
        <w:t>v 0.255950 21.074530 1.055917</w:t>
        <w:br/>
        <w:t>v 0.215439 21.004118 0.956424</w:t>
        <w:br/>
        <w:t>v 0.189271 21.007513 1.072577</w:t>
        <w:br/>
        <w:t>v 0.107847 20.977085 0.948207</w:t>
        <w:br/>
        <w:t>v 0.096122 20.975395 1.070079</w:t>
        <w:br/>
        <w:t>v 0.064351 20.980795 1.138132</w:t>
        <w:br/>
        <w:t>v 0.129001 20.992626 1.138131</w:t>
        <w:br/>
        <w:t>v 0.161742 21.043158 1.213810</w:t>
        <w:br/>
        <w:t>v 0.132121 21.036633 1.221796</w:t>
        <w:br/>
        <w:t>v 0.161487 21.021446 1.174386</w:t>
        <w:br/>
        <w:t>v 0.126901 21.066345 1.273693</w:t>
        <w:br/>
        <w:t>v 0.161215 21.064930 1.245212</w:t>
        <w:br/>
        <w:t>v 0.062407 21.029154 1.237545</w:t>
        <w:br/>
        <w:t>v 0.062627 21.069353 1.310722</w:t>
        <w:br/>
        <w:t>v 0.028600 21.068991 1.323735</w:t>
        <w:br/>
        <w:t>v 0.028117 21.026428 1.245254</w:t>
        <w:br/>
        <w:t>v 0.100104 21.032669 1.229617</w:t>
        <w:br/>
        <w:t>v 0.094226 21.068521 1.296552</w:t>
        <w:br/>
        <w:t>v 0.118939 21.139784 0.680459</w:t>
        <w:br/>
        <w:t>v 0.161302 21.065214 1.244875</w:t>
        <w:br/>
        <w:t>v 0.164656 21.092632 1.224641</w:t>
        <w:br/>
        <w:t>v 0.130689 21.100363 1.239006</w:t>
        <w:br/>
        <w:t>v 0.126898 21.066565 1.273683</w:t>
        <w:br/>
        <w:t>v 0.230825 21.056572 1.130674</w:t>
        <w:br/>
        <w:t>v 0.048626 20.997940 1.191700</w:t>
        <w:br/>
        <w:t>v 0.115903 21.008371 1.186342</w:t>
        <w:br/>
        <w:t>v 0.126898 21.066565 1.273683</w:t>
        <w:br/>
        <w:t>v 0.188556 21.051361 1.207323</w:t>
        <w:br/>
        <w:t>v 0.197903 21.063068 1.222882</w:t>
        <w:br/>
        <w:t>v 0.176841 21.014704 1.140552</w:t>
        <w:br/>
        <w:t>v 0.199007 21.038435 1.170473</w:t>
        <w:br/>
        <w:t>v 0.201794 21.063005 1.222396</w:t>
        <w:br/>
        <w:t>v 0.201904 21.063240 1.222418</w:t>
        <w:br/>
        <w:t>v 0.197903 21.063068 1.222882</w:t>
        <w:br/>
        <w:t>v -0.247127 21.215942 0.986829</w:t>
        <w:br/>
        <w:t>v -0.207197 21.184494 1.097590</w:t>
        <w:br/>
        <w:t>v -0.221774 21.099308 1.075444</w:t>
        <w:br/>
        <w:t>v -0.260250 21.129122 0.964715</w:t>
        <w:br/>
        <w:t>v -0.195474 21.088308 1.121208</w:t>
        <w:br/>
        <w:t>v -0.180732 21.169796 1.143833</w:t>
        <w:br/>
        <w:t>v -0.154564 21.161356 1.170717</w:t>
        <w:br/>
        <w:t>v -0.169223 21.081526 1.149041</w:t>
        <w:br/>
        <w:t>v -0.114510 21.152445 1.197287</w:t>
        <w:br/>
        <w:t>v -0.128016 21.073545 1.177362</w:t>
        <w:br/>
        <w:t>v -0.077761 21.147514 1.210948</w:t>
        <w:br/>
        <w:t>v -0.085602 21.069956 1.192648</w:t>
        <w:br/>
        <w:t>v 0.003226 21.146299 1.214565</w:t>
        <w:br/>
        <w:t>v 0.003226 21.067883 1.197551</w:t>
        <w:br/>
        <w:t>v -0.035768 21.068480 1.196706</w:t>
        <w:br/>
        <w:t>v -0.032698 21.146120 1.214231</w:t>
        <w:br/>
        <w:t>v 0.003226 21.077715 1.159344</w:t>
        <w:br/>
        <w:t>v -0.028158 21.078398 1.158723</w:t>
        <w:br/>
        <w:t>v -0.035768 21.068480 1.196706</w:t>
        <w:br/>
        <w:t>v 0.003226 21.067883 1.197551</w:t>
        <w:br/>
        <w:t>v -0.070410 21.079912 1.151985</w:t>
        <w:br/>
        <w:t>v -0.085602 21.069956 1.192648</w:t>
        <w:br/>
        <w:t>v -0.128016 21.073545 1.177362</w:t>
        <w:br/>
        <w:t>v -0.109545 21.081661 1.143294</w:t>
        <w:br/>
        <w:t>v -0.141054 21.085587 1.128797</w:t>
        <w:br/>
        <w:t>v -0.169223 21.081526 1.149041</w:t>
        <w:br/>
        <w:t>v -0.195474 21.088308 1.121208</w:t>
        <w:br/>
        <w:t>v -0.163532 21.092251 1.100421</w:t>
        <w:br/>
        <w:t>v -0.221774 21.099308 1.075444</w:t>
        <w:br/>
        <w:t>v -0.183157 21.103668 1.056772</w:t>
        <w:br/>
        <w:t>v -0.260250 21.129122 0.964715</w:t>
        <w:br/>
        <w:t>v -0.202769 21.128052 0.968447</w:t>
        <w:br/>
        <w:t>v -0.187598 21.214493 0.991723</w:t>
        <w:br/>
        <w:t>v -0.202769 21.128052 0.968447</w:t>
        <w:br/>
        <w:t>v -0.183157 21.103668 1.056772</w:t>
        <w:br/>
        <w:t>v -0.161537 21.189598 1.079234</w:t>
        <w:br/>
        <w:t>v -0.140493 21.175621 1.123648</w:t>
        <w:br/>
        <w:t>v -0.163532 21.092251 1.100421</w:t>
        <w:br/>
        <w:t>v -0.141054 21.085587 1.128797</w:t>
        <w:br/>
        <w:t>v -0.121192 21.167721 1.149506</w:t>
        <w:br/>
        <w:t>v -0.109545 21.081661 1.143294</w:t>
        <w:br/>
        <w:t>v -0.091407 21.162802 1.165361</w:t>
        <w:br/>
        <w:t>v -0.070410 21.079912 1.151985</w:t>
        <w:br/>
        <w:t>v -0.058754 21.159744 1.174963</w:t>
        <w:br/>
        <w:t>v 0.003226 21.157587 1.180079</w:t>
        <w:br/>
        <w:t>v -0.022448 21.157726 1.180307</w:t>
        <w:br/>
        <w:t>v -0.028158 21.078398 1.158723</w:t>
        <w:br/>
        <w:t>v 0.003226 21.077715 1.159344</w:t>
        <w:br/>
        <w:t>v 0.253573 21.215942 0.986829</w:t>
        <w:br/>
        <w:t>v 0.266696 21.129122 0.964715</w:t>
        <w:br/>
        <w:t>v 0.228221 21.099308 1.075444</w:t>
        <w:br/>
        <w:t>v 0.213643 21.184494 1.097590</w:t>
        <w:br/>
        <w:t>v 0.201926 21.088314 1.121212</w:t>
        <w:br/>
        <w:t>v 0.187178 21.169796 1.143833</w:t>
        <w:br/>
        <w:t>v 0.161016 21.161356 1.170717</w:t>
        <w:br/>
        <w:t>v 0.175670 21.081526 1.149041</w:t>
        <w:br/>
        <w:t>v 0.134462 21.073545 1.177362</w:t>
        <w:br/>
        <w:t>v 0.120956 21.152445 1.197287</w:t>
        <w:br/>
        <w:t>v 0.092048 21.069956 1.192648</w:t>
        <w:br/>
        <w:t>v 0.084207 21.147514 1.210948</w:t>
        <w:br/>
        <w:t>v 0.039145 21.146120 1.214231</w:t>
        <w:br/>
        <w:t>v 0.042214 21.068480 1.196706</w:t>
        <w:br/>
        <w:t>v 0.042214 21.068480 1.196706</w:t>
        <w:br/>
        <w:t>v 0.034603 21.078398 1.158723</w:t>
        <w:br/>
        <w:t>v 0.092048 21.069956 1.192648</w:t>
        <w:br/>
        <w:t>v 0.076856 21.079912 1.151985</w:t>
        <w:br/>
        <w:t>v 0.134462 21.073545 1.177362</w:t>
        <w:br/>
        <w:t>v 0.115991 21.081661 1.143294</w:t>
        <w:br/>
        <w:t>v 0.175670 21.081526 1.149041</w:t>
        <w:br/>
        <w:t>v 0.147501 21.085587 1.128797</w:t>
        <w:br/>
        <w:t>v 0.201926 21.088314 1.121212</w:t>
        <w:br/>
        <w:t>v 0.169958 21.092251 1.100421</w:t>
        <w:br/>
        <w:t>v 0.228221 21.099308 1.075444</w:t>
        <w:br/>
        <w:t>v 0.189603 21.103668 1.056772</w:t>
        <w:br/>
        <w:t>v 0.266696 21.129122 0.964715</w:t>
        <w:br/>
        <w:t>v 0.209215 21.128052 0.968447</w:t>
        <w:br/>
        <w:t>v 0.167983 21.189598 1.079234</w:t>
        <w:br/>
        <w:t>v 0.189603 21.103668 1.056772</w:t>
        <w:br/>
        <w:t>v 0.209215 21.128052 0.968447</w:t>
        <w:br/>
        <w:t>v 0.194045 21.214493 0.991723</w:t>
        <w:br/>
        <w:t>v 0.146940 21.175621 1.123648</w:t>
        <w:br/>
        <w:t>v 0.169958 21.092251 1.100421</w:t>
        <w:br/>
        <w:t>v 0.127638 21.167721 1.149506</w:t>
        <w:br/>
        <w:t>v 0.147501 21.085587 1.128797</w:t>
        <w:br/>
        <w:t>v 0.097853 21.162802 1.165361</w:t>
        <w:br/>
        <w:t>v 0.115991 21.081661 1.143294</w:t>
        <w:br/>
        <w:t>v 0.076856 21.079912 1.151985</w:t>
        <w:br/>
        <w:t>v 0.065201 21.159744 1.174963</w:t>
        <w:br/>
        <w:t>v 0.034603 21.078398 1.158723</w:t>
        <w:br/>
        <w:t>v 0.028894 21.157726 1.180307</w:t>
        <w:br/>
        <w:t>v 0.003226 20.996944 1.147501</w:t>
        <w:br/>
        <w:t>v 0.003226 21.077822 1.158965</w:t>
        <w:br/>
        <w:t>v -0.027819 21.078104 1.158784</w:t>
        <w:br/>
        <w:t>v -0.027378 20.997129 1.146550</w:t>
        <w:br/>
        <w:t>v -0.259753 21.128849 0.964354</w:t>
        <w:br/>
        <w:t>v -0.221917 21.099026 1.075268</w:t>
        <w:br/>
        <w:t>v -0.222492 21.017206 1.068640</w:t>
        <w:br/>
        <w:t>v -0.250494 21.046724 0.943650</w:t>
        <w:br/>
        <w:t>v -0.195262 21.087889 1.121166</w:t>
        <w:br/>
        <w:t>v -0.190321 21.005442 1.109350</w:t>
        <w:br/>
        <w:t>v -0.169572 21.081034 1.149033</w:t>
        <w:br/>
        <w:t>v -0.159970 20.997631 1.137535</w:t>
        <w:br/>
        <w:t>v -0.126904 21.073208 1.177898</w:t>
        <w:br/>
        <w:t>v -0.123843 20.991856 1.167160</w:t>
        <w:br/>
        <w:t>v -0.085692 21.069761 1.192844</w:t>
        <w:br/>
        <w:t>v -0.080087 20.988571 1.181049</w:t>
        <w:br/>
        <w:t>v -0.035052 21.068451 1.196752</w:t>
        <w:br/>
        <w:t>v 0.003226 21.067894 1.197535</w:t>
        <w:br/>
        <w:t>v 0.003248 20.987518 1.187301</w:t>
        <w:br/>
        <w:t>v -0.034979 20.987782 1.185333</w:t>
        <w:br/>
        <w:t>v -0.189332 21.045967 0.946929</w:t>
        <w:br/>
        <w:t>v -0.175956 21.022036 1.051652</w:t>
        <w:br/>
        <w:t>v -0.183081 21.104242 1.058088</w:t>
        <w:br/>
        <w:t>v -0.202533 21.128004 0.969471</w:t>
        <w:br/>
        <w:t>v -0.155818 21.010063 1.093624</w:t>
        <w:br/>
        <w:t>v -0.163387 21.091730 1.101629</w:t>
        <w:br/>
        <w:t>v -0.131824 21.003271 1.116224</w:t>
        <w:br/>
        <w:t>v -0.142194 21.085459 1.128815</w:t>
        <w:br/>
        <w:t>v -0.109170 21.081263 1.143319</w:t>
        <w:br/>
        <w:t>v -0.101422 20.999540 1.130872</w:t>
        <w:br/>
        <w:t>v -0.065745 20.996504 1.141606</w:t>
        <w:br/>
        <w:t>v -0.070360 21.079559 1.152627</w:t>
        <w:br/>
        <w:t>v -0.259753 21.128849 0.964354</w:t>
        <w:br/>
        <w:t>v -0.202533 21.128004 0.969471</w:t>
        <w:br/>
        <w:t>v -0.183081 21.104242 1.058088</w:t>
        <w:br/>
        <w:t>v -0.221917 21.099026 1.075268</w:t>
        <w:br/>
        <w:t>v -0.195262 21.087889 1.121166</w:t>
        <w:br/>
        <w:t>v -0.163387 21.091730 1.101629</w:t>
        <w:br/>
        <w:t>v -0.169572 21.081034 1.149033</w:t>
        <w:br/>
        <w:t>v -0.142194 21.085459 1.128815</w:t>
        <w:br/>
        <w:t>v -0.109170 21.081263 1.143319</w:t>
        <w:br/>
        <w:t>v -0.126904 21.073208 1.177898</w:t>
        <w:br/>
        <w:t>v -0.070360 21.079559 1.152627</w:t>
        <w:br/>
        <w:t>v -0.085692 21.069761 1.192844</w:t>
        <w:br/>
        <w:t>v -0.027819 21.078104 1.158784</w:t>
        <w:br/>
        <w:t>v -0.035052 21.068451 1.196752</w:t>
        <w:br/>
        <w:t>v 0.003226 21.077822 1.158965</w:t>
        <w:br/>
        <w:t>v 0.003226 21.067894 1.197535</w:t>
        <w:br/>
        <w:t>v 0.034265 21.078104 1.158784</w:t>
        <w:br/>
        <w:t>v 0.033824 20.997129 1.146550</w:t>
        <w:br/>
        <w:t>v 0.228364 21.099026 1.075268</w:t>
        <w:br/>
        <w:t>v 0.266199 21.128849 0.964354</w:t>
        <w:br/>
        <w:t>v 0.256940 21.046724 0.943650</w:t>
        <w:br/>
        <w:t>v 0.228937 21.017214 1.068624</w:t>
        <w:br/>
        <w:t>v 0.196729 21.005438 1.109465</w:t>
        <w:br/>
        <w:t>v 0.201715 21.087879 1.121169</w:t>
        <w:br/>
        <w:t>v 0.166410 20.997602 1.137615</w:t>
        <w:br/>
        <w:t>v 0.176018 21.081047 1.149049</w:t>
        <w:br/>
        <w:t>v 0.130353 20.991776 1.167316</w:t>
        <w:br/>
        <w:t>v 0.133372 21.073177 1.177898</w:t>
        <w:br/>
        <w:t>v 0.086570 20.988548 1.181112</w:t>
        <w:br/>
        <w:t>v 0.092138 21.069761 1.192844</w:t>
        <w:br/>
        <w:t>v 0.041498 21.068451 1.196752</w:t>
        <w:br/>
        <w:t>v 0.041424 20.987787 1.185349</w:t>
        <w:br/>
        <w:t>v 0.182403 21.022036 1.051652</w:t>
        <w:br/>
        <w:t>v 0.195778 21.045967 0.946929</w:t>
        <w:br/>
        <w:t>v 0.208980 21.128004 0.969471</w:t>
        <w:br/>
        <w:t>v 0.189528 21.104242 1.058088</w:t>
        <w:br/>
        <w:t>v 0.162265 21.010063 1.093624</w:t>
        <w:br/>
        <w:t>v 0.169833 21.091730 1.101629</w:t>
        <w:br/>
        <w:t>v 0.148641 21.085459 1.128815</w:t>
        <w:br/>
        <w:t>v 0.138272 21.003286 1.116225</w:t>
        <w:br/>
        <w:t>v 0.115616 21.081263 1.143319</w:t>
        <w:br/>
        <w:t>v 0.107868 20.999540 1.130872</w:t>
        <w:br/>
        <w:t>v 0.076806 21.079559 1.152611</w:t>
        <w:br/>
        <w:t>v 0.072191 20.996504 1.141606</w:t>
        <w:br/>
        <w:t>v 0.228364 21.099026 1.075268</w:t>
        <w:br/>
        <w:t>v 0.189528 21.104242 1.058088</w:t>
        <w:br/>
        <w:t>v 0.208980 21.128004 0.969471</w:t>
        <w:br/>
        <w:t>v 0.266199 21.128849 0.964354</w:t>
        <w:br/>
        <w:t>v 0.201715 21.087879 1.121169</w:t>
        <w:br/>
        <w:t>v 0.169833 21.091730 1.101629</w:t>
        <w:br/>
        <w:t>v 0.176018 21.081047 1.149049</w:t>
        <w:br/>
        <w:t>v 0.148641 21.085459 1.128815</w:t>
        <w:br/>
        <w:t>v 0.133372 21.073177 1.177898</w:t>
        <w:br/>
        <w:t>v 0.115616 21.081263 1.143319</w:t>
        <w:br/>
        <w:t>v 0.092138 21.069761 1.192844</w:t>
        <w:br/>
        <w:t>v 0.076806 21.079559 1.152611</w:t>
        <w:br/>
        <w:t>v 0.041498 21.068451 1.196752</w:t>
        <w:br/>
        <w:t>v 0.034265 21.078104 1.158784</w:t>
        <w:br/>
        <w:t>v -0.194444 21.121378 0.745201</w:t>
        <w:br/>
        <w:t>v -0.184371 21.161322 0.742954</w:t>
        <w:br/>
        <w:t>v -0.200508 21.163610 0.791467</w:t>
        <w:br/>
        <w:t>v -0.209714 21.120132 0.795561</w:t>
        <w:br/>
        <w:t>v -0.216322 21.119144 0.849435</w:t>
        <w:br/>
        <w:t>v -0.205637 21.166258 0.851696</w:t>
        <w:br/>
        <w:t>v -0.213638 21.115353 0.898170</w:t>
        <w:br/>
        <w:t>v -0.203497 21.161402 0.900451</w:t>
        <w:br/>
        <w:t>v -0.200238 21.158739 0.936759</w:t>
        <w:br/>
        <w:t>v -0.209719 21.110008 0.934327</w:t>
        <w:br/>
        <w:t>v -0.192644 21.151085 0.980490</w:t>
        <w:br/>
        <w:t>v -0.199778 21.100258 0.978538</w:t>
        <w:br/>
        <w:t>v -0.179260 21.134342 1.031376</w:t>
        <w:br/>
        <w:t>v -0.185879 21.081240 1.031547</w:t>
        <w:br/>
        <w:t>v -0.170533 21.060648 1.077263</w:t>
        <w:br/>
        <w:t>v -0.167489 21.111479 1.076298</w:t>
        <w:br/>
        <w:t>v -0.152731 21.087685 1.110727</w:t>
        <w:br/>
        <w:t>v -0.146980 21.043736 1.120568</w:t>
        <w:br/>
        <w:t>v -0.123615 21.068489 1.142037</w:t>
        <w:br/>
        <w:t>v -0.115030 21.034266 1.142535</w:t>
        <w:br/>
        <w:t>v -0.090919 21.067335 1.157642</w:t>
        <w:br/>
        <w:t>v -0.076642 21.028950 1.155250</w:t>
        <w:br/>
        <w:t>v -0.031081 21.068977 1.166567</w:t>
        <w:br/>
        <w:t>v 0.003226 21.066149 1.167861</w:t>
        <w:br/>
        <w:t>v 0.003226 21.028734 1.159782</w:t>
        <w:br/>
        <w:t>v 0.003226 21.066149 1.167861</w:t>
        <w:br/>
        <w:t>v -0.031081 21.068977 1.166567</w:t>
        <w:br/>
        <w:t>v -0.032488 21.100603 1.140232</w:t>
        <w:br/>
        <w:t>v 0.003226 21.099318 1.137406</w:t>
        <w:br/>
        <w:t>v -0.033995 21.130310 1.107731</w:t>
        <w:br/>
        <w:t>v 0.003226 21.125320 1.104666</w:t>
        <w:br/>
        <w:t>v -0.097831 21.083689 1.139937</w:t>
        <w:br/>
        <w:t>v -0.105239 21.109392 1.109914</w:t>
        <w:br/>
        <w:t>v -0.033198 21.150017 1.075476</w:t>
        <w:br/>
        <w:t>v 0.003226 21.140631 1.075600</w:t>
        <w:br/>
        <w:t>v 0.003226 21.047983 1.117005</w:t>
        <w:br/>
        <w:t>v -0.093519 21.040344 1.119983</w:t>
        <w:br/>
        <w:t>v -0.084669 21.031416 1.140282</w:t>
        <w:br/>
        <w:t>v 0.003226 21.040293 1.136544</w:t>
        <w:br/>
        <w:t>v -0.090919 21.067335 1.157642</w:t>
        <w:br/>
        <w:t>v -0.034644 21.173841 1.033245</w:t>
        <w:br/>
        <w:t>v 0.003226 21.157351 1.033245</w:t>
        <w:br/>
        <w:t>v -0.107166 21.131565 1.076343</w:t>
        <w:br/>
        <w:t>v -0.038257 21.191956 0.987618</w:t>
        <w:br/>
        <w:t>v 0.003226 21.171822 0.988419</w:t>
        <w:br/>
        <w:t>v -0.108221 21.157211 1.032755</w:t>
        <w:br/>
        <w:t>v -0.179260 21.134342 1.031376</w:t>
        <w:br/>
        <w:t>v -0.112673 21.177631 0.984181</w:t>
        <w:br/>
        <w:t>v -0.039872 21.203272 0.940853</w:t>
        <w:br/>
        <w:t>v 0.003226 21.184231 0.940042</w:t>
        <w:br/>
        <w:t>v -0.192644 21.151085 0.980490</w:t>
        <w:br/>
        <w:t>v -0.113623 21.187609 0.938710</w:t>
        <w:br/>
        <w:t>v -0.200238 21.158739 0.936759</w:t>
        <w:br/>
        <w:t>v -0.040042 21.209139 0.901255</w:t>
        <w:br/>
        <w:t>v 0.003226 21.193068 0.899144</w:t>
        <w:br/>
        <w:t>v -0.112011 21.190794 0.900712</w:t>
        <w:br/>
        <w:t>v -0.203497 21.161402 0.900451</w:t>
        <w:br/>
        <w:t>v -0.111043 21.194340 0.849748</w:t>
        <w:br/>
        <w:t>v -0.205637 21.166258 0.851696</w:t>
        <w:br/>
        <w:t>v -0.039243 21.212816 0.847886</w:t>
        <w:br/>
        <w:t>v -0.200508 21.163610 0.791467</w:t>
        <w:br/>
        <w:t>v -0.110618 21.194769 0.788634</w:t>
        <w:br/>
        <w:t>v 0.003226 21.202028 0.844566</w:t>
        <w:br/>
        <w:t>v -0.037103 21.209969 0.783687</w:t>
        <w:br/>
        <w:t>v -0.113319 21.189804 0.742351</w:t>
        <w:br/>
        <w:t>v 0.003226 21.199139 0.779387</w:t>
        <w:br/>
        <w:t>v 0.003226 21.202732 0.742768</w:t>
        <w:br/>
        <w:t>v -0.127791 21.075460 0.726701</w:t>
        <w:br/>
        <w:t>v -0.129524 21.077511 0.784306</w:t>
        <w:br/>
        <w:t>v 0.003226 21.051556 0.771893</w:t>
        <w:br/>
        <w:t>v 0.003226 21.037733 0.701296</w:t>
        <w:br/>
        <w:t>v -0.216322 21.119144 0.849435</w:t>
        <w:br/>
        <w:t>v -0.132547 21.078020 0.830919</w:t>
        <w:br/>
        <w:t>v -0.209714 21.120132 0.795561</w:t>
        <w:br/>
        <w:t>v 0.003226 21.059374 0.822236</w:t>
        <w:br/>
        <w:t>v -0.133736 21.082514 0.893603</w:t>
        <w:br/>
        <w:t>v 0.003226 21.062582 0.887921</w:t>
        <w:br/>
        <w:t>v -0.213638 21.115353 0.898170</w:t>
        <w:br/>
        <w:t>v -0.209719 21.110008 0.934327</w:t>
        <w:br/>
        <w:t>v -0.131778 21.083364 0.932923</w:t>
        <w:br/>
        <w:t>v 0.003226 21.063467 0.932382</w:t>
        <w:br/>
        <w:t>v -0.199778 21.100258 0.978538</w:t>
        <w:br/>
        <w:t>v -0.124896 21.077757 0.980389</w:t>
        <w:br/>
        <w:t>v 0.003226 21.062466 0.982198</w:t>
        <w:br/>
        <w:t>v -0.185879 21.081240 1.031547</w:t>
        <w:br/>
        <w:t>v -0.113903 21.065374 1.031096</w:t>
        <w:br/>
        <w:t>v 0.003226 21.057446 1.026259</w:t>
        <w:br/>
        <w:t>v -0.104235 21.050695 1.089786</w:t>
        <w:br/>
        <w:t>v -0.170533 21.060648 1.077263</w:t>
        <w:br/>
        <w:t>v -0.146980 21.043736 1.120568</w:t>
        <w:br/>
        <w:t>v -0.115030 21.034266 1.142535</w:t>
        <w:br/>
        <w:t>v -0.076642 21.028950 1.155250</w:t>
        <w:br/>
        <w:t>v -0.194444 21.121378 0.745201</w:t>
        <w:br/>
        <w:t>v 0.003226 21.028734 1.159782</w:t>
        <w:br/>
        <w:t>v 0.003226 21.053164 1.073392</w:t>
        <w:br/>
        <w:t>v 0.200890 21.121378 0.745201</w:t>
        <w:br/>
        <w:t>v 0.216161 21.120132 0.795561</w:t>
        <w:br/>
        <w:t>v 0.206954 21.163610 0.791467</w:t>
        <w:br/>
        <w:t>v 0.190818 21.161322 0.742954</w:t>
        <w:br/>
        <w:t>v 0.222768 21.119144 0.849435</w:t>
        <w:br/>
        <w:t>v 0.212084 21.166258 0.851696</w:t>
        <w:br/>
        <w:t>v 0.220085 21.115353 0.898169</w:t>
        <w:br/>
        <w:t>v 0.209944 21.161402 0.900451</w:t>
        <w:br/>
        <w:t>v 0.216166 21.110008 0.934327</w:t>
        <w:br/>
        <w:t>v 0.206685 21.158739 0.936759</w:t>
        <w:br/>
        <w:t>v 0.199091 21.151077 0.980490</w:t>
        <w:br/>
        <w:t>v 0.206225 21.100258 0.978538</w:t>
        <w:br/>
        <w:t>v 0.192326 21.081240 1.031547</w:t>
        <w:br/>
        <w:t>v 0.185707 21.134342 1.031376</w:t>
        <w:br/>
        <w:t>v 0.176980 21.060648 1.077263</w:t>
        <w:br/>
        <w:t>v 0.173936 21.111479 1.076298</w:t>
        <w:br/>
        <w:t>v 0.153427 21.043736 1.120568</w:t>
        <w:br/>
        <w:t>v 0.159178 21.087685 1.110727</w:t>
        <w:br/>
        <w:t>v 0.121477 21.034266 1.142535</w:t>
        <w:br/>
        <w:t>v 0.130062 21.068489 1.142037</w:t>
        <w:br/>
        <w:t>v 0.097366 21.067335 1.157642</w:t>
        <w:br/>
        <w:t>v 0.083089 21.028950 1.155250</w:t>
        <w:br/>
        <w:t>v 0.037527 21.068977 1.166569</w:t>
        <w:br/>
        <w:t>v 0.038934 21.100599 1.140232</w:t>
        <w:br/>
        <w:t>v 0.037527 21.068977 1.166569</w:t>
        <w:br/>
        <w:t>v 0.040441 21.130310 1.107731</w:t>
        <w:br/>
        <w:t>v 0.111685 21.109392 1.109914</w:t>
        <w:br/>
        <w:t>v 0.104277 21.083689 1.139937</w:t>
        <w:br/>
        <w:t>v 0.039644 21.150023 1.075476</w:t>
        <w:br/>
        <w:t>v 0.091115 21.031416 1.140282</w:t>
        <w:br/>
        <w:t>v 0.099965 21.040344 1.119983</w:t>
        <w:br/>
        <w:t>v 0.097366 21.067335 1.157642</w:t>
        <w:br/>
        <w:t>v 0.041091 21.173841 1.033245</w:t>
        <w:br/>
        <w:t>v 0.113613 21.131565 1.076343</w:t>
        <w:br/>
        <w:t>v 0.044704 21.191956 0.987618</w:t>
        <w:br/>
        <w:t>v 0.114668 21.157211 1.032755</w:t>
        <w:br/>
        <w:t>v 0.185707 21.134342 1.031376</w:t>
        <w:br/>
        <w:t>v 0.119119 21.177628 0.984181</w:t>
        <w:br/>
        <w:t>v 0.046318 21.203276 0.940853</w:t>
        <w:br/>
        <w:t>v 0.199091 21.151077 0.980490</w:t>
        <w:br/>
        <w:t>v 0.120070 21.187613 0.938710</w:t>
        <w:br/>
        <w:t>v 0.206685 21.158739 0.936759</w:t>
        <w:br/>
        <w:t>v 0.046489 21.209145 0.901255</w:t>
        <w:br/>
        <w:t>v 0.118458 21.190794 0.900713</w:t>
        <w:br/>
        <w:t>v 0.209944 21.161402 0.900451</w:t>
        <w:br/>
        <w:t>v 0.117490 21.194340 0.849748</w:t>
        <w:br/>
        <w:t>v 0.212084 21.166258 0.851696</w:t>
        <w:br/>
        <w:t>v 0.045690 21.212818 0.847886</w:t>
        <w:br/>
        <w:t>v 0.117065 21.194773 0.788634</w:t>
        <w:br/>
        <w:t>v 0.206954 21.163610 0.791467</w:t>
        <w:br/>
        <w:t>v 0.043550 21.209969 0.783687</w:t>
        <w:br/>
        <w:t>v 0.119766 21.189804 0.742351</w:t>
        <w:br/>
        <w:t>v 0.135970 21.077511 0.784306</w:t>
        <w:br/>
        <w:t>v 0.134238 21.075460 0.726701</w:t>
        <w:br/>
        <w:t>v 0.138994 21.078020 0.830919</w:t>
        <w:br/>
        <w:t>v 0.222768 21.119144 0.849435</w:t>
        <w:br/>
        <w:t>v 0.216161 21.120132 0.795561</w:t>
        <w:br/>
        <w:t>v 0.140183 21.082514 0.893604</w:t>
        <w:br/>
        <w:t>v 0.220085 21.115353 0.898169</w:t>
        <w:br/>
        <w:t>v 0.138225 21.083364 0.932923</w:t>
        <w:br/>
        <w:t>v 0.216166 21.110008 0.934327</w:t>
        <w:br/>
        <w:t>v 0.131343 21.077757 0.980389</w:t>
        <w:br/>
        <w:t>v 0.206225 21.100258 0.978538</w:t>
        <w:br/>
        <w:t>v 0.120349 21.065374 1.031096</w:t>
        <w:br/>
        <w:t>v 0.192326 21.081240 1.031547</w:t>
        <w:br/>
        <w:t>v 0.176980 21.060648 1.077263</w:t>
        <w:br/>
        <w:t>v 0.110682 21.050695 1.089786</w:t>
        <w:br/>
        <w:t>v 0.153427 21.043736 1.120568</w:t>
        <w:br/>
        <w:t>v 0.121477 21.034266 1.142535</w:t>
        <w:br/>
        <w:t>v 0.083089 21.028950 1.155250</w:t>
        <w:br/>
        <w:t>v 0.200890 21.121378 0.745201</w:t>
        <w:br/>
        <w:t>v -0.376360 21.898611 1.183506</w:t>
        <w:br/>
        <w:t>v -0.378046 21.889551 1.191892</w:t>
        <w:br/>
        <w:t>v -0.395992 21.892551 1.183586</w:t>
        <w:br/>
        <w:t>v -0.395556 21.901823 1.174621</w:t>
        <w:br/>
        <w:t>v -0.357901 21.891632 1.191435</w:t>
        <w:br/>
        <w:t>v -0.360790 21.883024 1.199305</w:t>
        <w:br/>
        <w:t>v -0.340889 21.881149 1.198105</w:t>
        <w:br/>
        <w:t>v -0.344887 21.873228 1.205539</w:t>
        <w:br/>
        <w:t>v -0.325977 21.867577 1.203258</w:t>
        <w:br/>
        <w:t>v -0.330947 21.860537 1.210357</w:t>
        <w:br/>
        <w:t>v -0.313740 21.851423 1.206696</w:t>
        <w:br/>
        <w:t>v -0.319507 21.845436 1.213571</w:t>
        <w:br/>
        <w:t>v -0.304647 21.833311 1.208287</w:t>
        <w:br/>
        <w:t>v -0.311007 21.828505 1.215059</w:t>
        <w:br/>
        <w:t>v -0.299048 21.813936 1.207971</w:t>
        <w:br/>
        <w:t>v -0.305772 21.810398 1.214764</w:t>
        <w:br/>
        <w:t>v -0.297157 21.794052 1.205759</w:t>
        <w:br/>
        <w:t>v -0.304005 21.791809 1.212696</w:t>
        <w:br/>
        <w:t>v -0.299048 21.774414 1.201737</w:t>
        <w:br/>
        <w:t>v -0.305772 21.773451 1.208935</w:t>
        <w:br/>
        <w:t>v -0.304647 21.755781 1.196058</w:t>
        <w:br/>
        <w:t>v -0.311007 21.756025 1.203627</w:t>
        <w:br/>
        <w:t>v -0.313740 21.738867 1.188942</w:t>
        <w:br/>
        <w:t>v -0.319507 21.740219 1.196974</w:t>
        <w:br/>
        <w:t>v -0.325977 21.724323 1.180661</w:t>
        <w:br/>
        <w:t>v -0.330947 21.726616 1.189233</w:t>
        <w:br/>
        <w:t>v -0.340889 21.712708 1.171535</w:t>
        <w:br/>
        <w:t>v -0.344887 21.715765 1.180701</w:t>
        <w:br/>
        <w:t>v -0.357901 21.704472 1.161912</w:t>
        <w:br/>
        <w:t>v -0.360790 21.708055 1.171706</w:t>
        <w:br/>
        <w:t>v -0.376360 21.699919 1.152164</w:t>
        <w:br/>
        <w:t>v -0.378046 21.703806 1.162593</w:t>
        <w:br/>
        <w:t>v -0.395557 21.699234 1.142665</w:t>
        <w:br/>
        <w:t>v -0.395992 21.703163 1.153713</w:t>
        <w:br/>
        <w:t>v -0.414753 21.702444 1.133780</w:t>
        <w:br/>
        <w:t>v -0.413938 21.706163 1.145407</w:t>
        <w:br/>
        <w:t>v -0.433213 21.709427 1.125851</w:t>
        <w:br/>
        <w:t>v -0.431195 21.712690 1.137995</w:t>
        <w:br/>
        <w:t>v -0.450225 21.719898 1.119181</w:t>
        <w:br/>
        <w:t>v -0.447098 21.722486 1.131760</w:t>
        <w:br/>
        <w:t>v -0.465136 21.733479 1.114029</w:t>
        <w:br/>
        <w:t>v -0.461037 21.735178 1.126943</w:t>
        <w:br/>
        <w:t>v -0.477373 21.749640 1.110590</w:t>
        <w:br/>
        <w:t>v -0.472477 21.750278 1.123728</w:t>
        <w:br/>
        <w:t>v -0.486466 21.767744 1.108999</w:t>
        <w:br/>
        <w:t>v -0.480978 21.767212 1.122240</w:t>
        <w:br/>
        <w:t>v -0.492066 21.787115 1.109315</w:t>
        <w:br/>
        <w:t>v -0.486212 21.785316 1.122536</w:t>
        <w:br/>
        <w:t>v -0.493945 21.806997 1.111526</w:t>
        <w:br/>
        <w:t>v -0.487980 21.803909 1.124604</w:t>
        <w:br/>
        <w:t>v -0.492023 21.826637 1.115549</w:t>
        <w:br/>
        <w:t>v -0.486199 21.822266 1.128364</w:t>
        <w:br/>
        <w:t>v -0.486388 21.845270 1.121228</w:t>
        <w:br/>
        <w:t>v -0.480944 21.839685 1.133673</w:t>
        <w:br/>
        <w:t>v -0.477271 21.862186 1.128344</w:t>
        <w:br/>
        <w:t>v -0.472429 21.855495 1.140325</w:t>
        <w:br/>
        <w:t>v -0.465032 21.876728 1.136625</w:t>
        <w:br/>
        <w:t>v -0.460988 21.869097 1.148067</w:t>
        <w:br/>
        <w:t>v -0.450141 21.888346 1.145752</w:t>
        <w:br/>
        <w:t>v -0.447061 21.879951 1.156598</w:t>
        <w:br/>
        <w:t>v -0.433163 21.896584 1.155374</w:t>
        <w:br/>
        <w:t>v -0.431178 21.887655 1.165594</w:t>
        <w:br/>
        <w:t>v -0.391849 21.799032 1.160106</w:t>
        <w:br/>
        <w:t>v -0.366180 21.815500 1.179078</w:t>
        <w:br/>
        <w:t>v -0.363163 21.809488 1.179605</w:t>
        <w:br/>
        <w:t>v -0.414738 21.901136 1.165122</w:t>
        <w:br/>
        <w:t>v -0.413937 21.891912 1.174706</w:t>
        <w:br/>
        <w:t>v -0.380828 21.766752 1.164222</w:t>
        <w:br/>
        <w:t>v -0.386951 21.765242 1.160988</w:t>
        <w:br/>
        <w:t>v -0.425333 21.794170 1.146775</w:t>
        <w:br/>
        <w:t>v -0.425960 21.800762 1.147508</w:t>
        <w:br/>
        <w:t>v -0.386951 21.831154 1.171385</w:t>
        <w:br/>
        <w:t>v -0.380828 21.828840 1.174015</w:t>
        <w:br/>
        <w:t>v -0.363163 21.783775 1.175549</w:t>
        <w:br/>
        <w:t>v -0.366180 21.778164 1.173188</w:t>
        <w:br/>
        <w:t>v -0.411454 21.771870 1.150047</w:t>
        <w:br/>
        <w:t>v -0.416400 21.776377 1.148339</w:t>
        <w:br/>
        <w:t>v -0.416400 21.823893 1.155834</w:t>
        <w:br/>
        <w:t>v -0.411453 21.827745 1.158861</w:t>
        <w:br/>
        <w:t>v -0.361306 21.803061 1.179501</w:t>
        <w:br/>
        <w:t>v -0.393319 21.765017 1.157838</w:t>
        <w:br/>
        <w:t>v -0.425333 21.807276 1.148843</w:t>
        <w:br/>
        <w:t>v -0.375185 21.825357 1.176227</w:t>
        <w:br/>
        <w:t>v -0.370239 21.773340 1.170442</w:t>
        <w:br/>
        <w:t>v -0.420459 21.781733 1.147198</w:t>
        <w:br/>
        <w:t>v -0.405810 21.830481 1.162053</w:t>
        <w:br/>
        <w:t>v -0.360679 21.796465 1.178767</w:t>
        <w:br/>
        <w:t>v -0.399687 21.766079 1.154890</w:t>
        <w:br/>
        <w:t>v -0.423475 21.813457 1.150726</w:t>
        <w:br/>
        <w:t>v -0.370239 21.820856 1.177937</w:t>
        <w:br/>
        <w:t>v -0.375185 21.769489 1.167414</w:t>
        <w:br/>
        <w:t>v -0.423475 21.787741 1.146670</w:t>
        <w:br/>
        <w:t>v -0.399687 21.831989 1.165287</w:t>
        <w:br/>
        <w:t>v -0.361306 21.789957 1.177433</w:t>
        <w:br/>
        <w:t>v -0.405810 21.768391 1.152260</w:t>
        <w:br/>
        <w:t>v -0.420459 21.819071 1.153087</w:t>
        <w:br/>
        <w:t>v -0.393319 21.832216 1.168438</w:t>
        <w:br/>
        <w:t>v -0.305772 21.773451 1.208935</w:t>
        <w:br/>
        <w:t>v -0.311007 21.756025 1.203627</w:t>
        <w:br/>
        <w:t>v -0.344887 21.715765 1.180701</w:t>
        <w:br/>
        <w:t>v -0.360790 21.708055 1.171706</w:t>
        <w:br/>
        <w:t>v -0.330947 21.860537 1.210357</w:t>
        <w:br/>
        <w:t>v -0.319507 21.845436 1.213571</w:t>
        <w:br/>
        <w:t>v -0.413938 21.706163 1.145407</w:t>
        <w:br/>
        <w:t>v -0.304005 21.791809 1.212696</w:t>
        <w:br/>
        <w:t>v -0.330947 21.726616 1.189233</w:t>
        <w:br/>
        <w:t>v -0.344887 21.873228 1.205539</w:t>
        <w:br/>
        <w:t>v -0.395992 21.703163 1.153713</w:t>
        <w:br/>
        <w:t>v -0.305772 21.810398 1.214764</w:t>
        <w:br/>
        <w:t>v -0.319507 21.740219 1.196974</w:t>
        <w:br/>
        <w:t>v -0.378046 21.703806 1.162593</w:t>
        <w:br/>
        <w:t>v -0.311007 21.828505 1.215059</w:t>
        <w:br/>
        <w:t>v 0.402441 21.892551 1.183586</w:t>
        <w:br/>
        <w:t>v 0.384495 21.889551 1.191892</w:t>
        <w:br/>
        <w:t>v 0.382808 21.898611 1.183506</w:t>
        <w:br/>
        <w:t>v 0.402005 21.901823 1.174621</w:t>
        <w:br/>
        <w:t>v 0.367239 21.883024 1.199305</w:t>
        <w:br/>
        <w:t>v 0.364349 21.891632 1.191435</w:t>
        <w:br/>
        <w:t>v 0.351335 21.873228 1.205539</w:t>
        <w:br/>
        <w:t>v 0.347337 21.881149 1.198105</w:t>
        <w:br/>
        <w:t>v 0.337396 21.860537 1.210357</w:t>
        <w:br/>
        <w:t>v 0.332426 21.867577 1.203258</w:t>
        <w:br/>
        <w:t>v 0.325956 21.845436 1.213571</w:t>
        <w:br/>
        <w:t>v 0.320189 21.851423 1.206696</w:t>
        <w:br/>
        <w:t>v 0.317456 21.828505 1.215059</w:t>
        <w:br/>
        <w:t>v 0.311096 21.833311 1.208287</w:t>
        <w:br/>
        <w:t>v 0.312221 21.810398 1.214764</w:t>
        <w:br/>
        <w:t>v 0.305496 21.813936 1.207971</w:t>
        <w:br/>
        <w:t>v 0.310453 21.791809 1.212696</w:t>
        <w:br/>
        <w:t>v 0.303606 21.794052 1.205759</w:t>
        <w:br/>
        <w:t>v 0.312221 21.773451 1.208935</w:t>
        <w:br/>
        <w:t>v 0.305496 21.774414 1.201737</w:t>
        <w:br/>
        <w:t>v 0.317456 21.756025 1.203627</w:t>
        <w:br/>
        <w:t>v 0.311096 21.755781 1.196058</w:t>
        <w:br/>
        <w:t>v 0.325956 21.740219 1.196974</w:t>
        <w:br/>
        <w:t>v 0.320189 21.738867 1.188942</w:t>
        <w:br/>
        <w:t>v 0.337396 21.726616 1.189233</w:t>
        <w:br/>
        <w:t>v 0.332426 21.724323 1.180661</w:t>
        <w:br/>
        <w:t>v 0.351335 21.715765 1.180701</w:t>
        <w:br/>
        <w:t>v 0.347337 21.712708 1.171535</w:t>
        <w:br/>
        <w:t>v 0.367239 21.708055 1.171706</w:t>
        <w:br/>
        <w:t>v 0.364349 21.704472 1.161912</w:t>
        <w:br/>
        <w:t>v 0.384495 21.703806 1.162593</w:t>
        <w:br/>
        <w:t>v 0.382808 21.699919 1.152164</w:t>
        <w:br/>
        <w:t>v 0.402441 21.703163 1.153713</w:t>
        <w:br/>
        <w:t>v 0.402005 21.699234 1.142665</w:t>
        <w:br/>
        <w:t>v 0.420387 21.706163 1.145407</w:t>
        <w:br/>
        <w:t>v 0.421202 21.702444 1.133780</w:t>
        <w:br/>
        <w:t>v 0.437643 21.712690 1.137995</w:t>
        <w:br/>
        <w:t>v 0.439661 21.709427 1.125851</w:t>
        <w:br/>
        <w:t>v 0.453547 21.722486 1.131760</w:t>
        <w:br/>
        <w:t>v 0.456673 21.719898 1.119181</w:t>
        <w:br/>
        <w:t>v 0.467486 21.735178 1.126943</w:t>
        <w:br/>
        <w:t>v 0.471584 21.733479 1.114029</w:t>
        <w:br/>
        <w:t>v 0.478926 21.750278 1.123728</w:t>
        <w:br/>
        <w:t>v 0.483822 21.749640 1.110590</w:t>
        <w:br/>
        <w:t>v 0.487427 21.767212 1.122240</w:t>
        <w:br/>
        <w:t>v 0.492915 21.767744 1.108999</w:t>
        <w:br/>
        <w:t>v 0.492661 21.785316 1.122536</w:t>
        <w:br/>
        <w:t>v 0.498514 21.787115 1.109315</w:t>
        <w:br/>
        <w:t>v 0.494428 21.803909 1.124604</w:t>
        <w:br/>
        <w:t>v 0.500394 21.806997 1.111526</w:t>
        <w:br/>
        <w:t>v 0.492648 21.822266 1.128364</w:t>
        <w:br/>
        <w:t>v 0.498471 21.826637 1.115549</w:t>
        <w:br/>
        <w:t>v 0.487393 21.839685 1.133673</w:t>
        <w:br/>
        <w:t>v 0.492837 21.845270 1.121228</w:t>
        <w:br/>
        <w:t>v 0.478878 21.855495 1.140325</w:t>
        <w:br/>
        <w:t>v 0.483720 21.862186 1.128344</w:t>
        <w:br/>
        <w:t>v 0.467437 21.869097 1.148067</w:t>
        <w:br/>
        <w:t>v 0.471481 21.876728 1.136625</w:t>
        <w:br/>
        <w:t>v 0.453510 21.879951 1.156598</w:t>
        <w:br/>
        <w:t>v 0.456589 21.888346 1.145752</w:t>
        <w:br/>
        <w:t>v 0.437626 21.887655 1.165594</w:t>
        <w:br/>
        <w:t>v 0.439611 21.896584 1.155374</w:t>
        <w:br/>
        <w:t>v 0.372628 21.815500 1.179078</w:t>
        <w:br/>
        <w:t>v 0.398298 21.799032 1.160106</w:t>
        <w:br/>
        <w:t>v 0.369612 21.809488 1.179605</w:t>
        <w:br/>
        <w:t>v 0.420385 21.891912 1.174706</w:t>
        <w:br/>
        <w:t>v 0.421186 21.901136 1.165122</w:t>
        <w:br/>
        <w:t>v 0.387277 21.766752 1.164222</w:t>
        <w:br/>
        <w:t>v 0.393400 21.765242 1.160988</w:t>
        <w:br/>
        <w:t>v 0.431782 21.794170 1.146775</w:t>
        <w:br/>
        <w:t>v 0.432409 21.800762 1.147508</w:t>
        <w:br/>
        <w:t>v 0.393400 21.831154 1.171385</w:t>
        <w:br/>
        <w:t>v 0.387277 21.828840 1.174015</w:t>
        <w:br/>
        <w:t>v 0.369612 21.783775 1.175549</w:t>
        <w:br/>
        <w:t>v 0.372628 21.778164 1.173188</w:t>
        <w:br/>
        <w:t>v 0.417902 21.771870 1.150047</w:t>
        <w:br/>
        <w:t>v 0.422849 21.776377 1.148339</w:t>
        <w:br/>
        <w:t>v 0.422849 21.823893 1.155834</w:t>
        <w:br/>
        <w:t>v 0.417902 21.827745 1.158861</w:t>
        <w:br/>
        <w:t>v 0.367754 21.803061 1.179501</w:t>
        <w:br/>
        <w:t>v 0.399768 21.765017 1.157838</w:t>
        <w:br/>
        <w:t>v 0.431782 21.807276 1.148843</w:t>
        <w:br/>
        <w:t>v 0.381634 21.825357 1.176227</w:t>
        <w:br/>
        <w:t>v 0.376688 21.773340 1.170442</w:t>
        <w:br/>
        <w:t>v 0.426908 21.781733 1.147198</w:t>
        <w:br/>
        <w:t>v 0.412259 21.830481 1.162053</w:t>
        <w:br/>
        <w:t>v 0.367127 21.796465 1.178767</w:t>
        <w:br/>
        <w:t>v 0.406136 21.766079 1.154890</w:t>
        <w:br/>
        <w:t>v 0.429924 21.813457 1.150726</w:t>
        <w:br/>
        <w:t>v 0.376688 21.820856 1.177937</w:t>
        <w:br/>
        <w:t>v 0.381634 21.769489 1.167414</w:t>
        <w:br/>
        <w:t>v 0.429924 21.787741 1.146670</w:t>
        <w:br/>
        <w:t>v 0.406136 21.831989 1.165287</w:t>
        <w:br/>
        <w:t>v 0.367754 21.789957 1.177433</w:t>
        <w:br/>
        <w:t>v 0.412259 21.768391 1.152260</w:t>
        <w:br/>
        <w:t>v 0.426908 21.819071 1.153087</w:t>
        <w:br/>
        <w:t>v 0.399768 21.832216 1.168438</w:t>
        <w:br/>
        <w:t>v 0.312221 21.773451 1.208935</w:t>
        <w:br/>
        <w:t>v 0.317456 21.756025 1.203627</w:t>
        <w:br/>
        <w:t>v 0.351335 21.715765 1.180701</w:t>
        <w:br/>
        <w:t>v 0.367239 21.708055 1.171706</w:t>
        <w:br/>
        <w:t>v 0.337396 21.860537 1.210357</w:t>
        <w:br/>
        <w:t>v 0.325956 21.845436 1.213571</w:t>
        <w:br/>
        <w:t>v 0.420387 21.706163 1.145407</w:t>
        <w:br/>
        <w:t>v 0.310453 21.791809 1.212696</w:t>
        <w:br/>
        <w:t>v 0.337396 21.726616 1.189233</w:t>
        <w:br/>
        <w:t>v 0.351335 21.873228 1.205539</w:t>
        <w:br/>
        <w:t>v 0.402441 21.703163 1.153713</w:t>
        <w:br/>
        <w:t>v 0.312221 21.810398 1.214764</w:t>
        <w:br/>
        <w:t>v 0.325956 21.740219 1.196974</w:t>
        <w:br/>
        <w:t>v 0.384495 21.703806 1.162593</w:t>
        <w:br/>
        <w:t>v 0.317456 21.828505 1.215059</w:t>
        <w:br/>
        <w:t>vt 0.746094 0.415039</w:t>
        <w:br/>
        <w:t>vt 0.746094 0.403320</w:t>
        <w:br/>
        <w:t>vt 0.743652 0.403320</w:t>
        <w:br/>
        <w:t>vt 0.475098 0.882080</w:t>
        <w:br/>
        <w:t>vt 0.477539 0.883667</w:t>
        <w:br/>
        <w:t>vt 0.477539 0.882080</w:t>
        <w:br/>
        <w:t>vt 0.475098 0.882080</w:t>
        <w:br/>
        <w:t>vt 0.477539 0.883667</w:t>
        <w:br/>
        <w:t>vt 0.477539 0.882080</w:t>
        <w:br/>
        <w:t>vt 0.518555 0.130859</w:t>
        <w:br/>
        <w:t>vt 0.510742 0.127441</w:t>
        <w:br/>
        <w:t>vt 0.518555 0.128418</w:t>
        <w:br/>
        <w:t>vt 0.518555 0.128418</w:t>
        <w:br/>
        <w:t>vt 0.521484 0.125977</w:t>
        <w:br/>
        <w:t>vt 0.521484 0.128418</w:t>
        <w:br/>
        <w:t>vt 0.458984 0.511963</w:t>
        <w:br/>
        <w:t>vt 0.486328 0.518066</w:t>
        <w:br/>
        <w:t>vt 0.458984 0.517822</w:t>
        <w:br/>
        <w:t>vt 0.486328 0.512207</w:t>
        <w:br/>
        <w:t>vt 0.995605 0.996964</w:t>
        <w:br/>
        <w:t>vt 0.968750 0.994537</w:t>
        <w:br/>
        <w:t>vt 0.993652 0.993439</w:t>
        <w:br/>
        <w:t>vt 0.967773 0.996964</w:t>
        <w:br/>
        <w:t>vt 0.520020 0.826050</w:t>
        <w:br/>
        <w:t>vt 0.516602 0.847290</w:t>
        <w:br/>
        <w:t>vt 0.520508 0.846680</w:t>
        <w:br/>
        <w:t>vt 0.516602 0.824463</w:t>
        <w:br/>
        <w:t>vt 0.968750 0.994537</w:t>
        <w:br/>
        <w:t>vt 0.995605 0.996964</w:t>
        <w:br/>
        <w:t>vt 0.993652 0.993439</w:t>
        <w:br/>
        <w:t>vt 0.967773 0.996964</w:t>
        <w:br/>
        <w:t>vt 0.652344 0.808716</w:t>
        <w:br/>
        <w:t>vt 0.652344 0.812256</w:t>
        <w:br/>
        <w:t>vt 0.653809 0.812134</w:t>
        <w:br/>
        <w:t>vt 0.653809 0.808472</w:t>
        <w:br/>
        <w:t>vt 0.746094 0.415039</w:t>
        <w:br/>
        <w:t>vt 0.750488 0.403320</w:t>
        <w:br/>
        <w:t>vt 0.746094 0.403320</w:t>
        <w:br/>
        <w:t>vt 0.750488 0.415039</w:t>
        <w:br/>
        <w:t>vt 0.746094 0.403320</w:t>
        <w:br/>
        <w:t>vt 0.746094 0.398926</w:t>
        <w:br/>
        <w:t>vt 0.743652 0.403320</w:t>
        <w:br/>
        <w:t>vt 0.743652 0.398926</w:t>
        <w:br/>
        <w:t>vt 0.743652 0.415039</w:t>
        <w:br/>
        <w:t>vt 0.739258 0.403320</w:t>
        <w:br/>
        <w:t>vt 0.739258 0.415039</w:t>
        <w:br/>
        <w:t>vt 0.743652 0.403320</w:t>
        <w:br/>
        <w:t>vt 0.746094 0.419434</w:t>
        <w:br/>
        <w:t>vt 0.743652 0.415039</w:t>
        <w:br/>
        <w:t>vt 0.743652 0.419434</w:t>
        <w:br/>
        <w:t>vt 0.746094 0.415039</w:t>
        <w:br/>
        <w:t>vt 0.743652 0.415039</w:t>
        <w:br/>
        <w:t>vt 0.498535 0.007812</w:t>
        <w:br/>
        <w:t>vt 0.489746 0.007812</w:t>
        <w:br/>
        <w:t>vt 0.489746 0.010254</w:t>
        <w:br/>
        <w:t>vt 0.498535 0.009766</w:t>
        <w:br/>
        <w:t>vt 0.498535 0.012207</w:t>
        <w:br/>
        <w:t>vt 0.489746 0.012207</w:t>
        <w:br/>
        <w:t>vt 0.489990 0.013672</w:t>
        <w:br/>
        <w:t>vt 0.498535 0.013184</w:t>
        <w:br/>
        <w:t>vt 0.498291 0.015625</w:t>
        <w:br/>
        <w:t>vt 0.498291 0.015625</w:t>
        <w:br/>
        <w:t>vt 0.499756 0.012695</w:t>
        <w:br/>
        <w:t>vt 0.498535 0.013184</w:t>
        <w:br/>
        <w:t>vt 0.501953 0.014160</w:t>
        <w:br/>
        <w:t>vt 0.499023 0.017578</w:t>
        <w:br/>
        <w:t>vt 0.501953 0.016113</w:t>
        <w:br/>
        <w:t>vt 0.501953 0.022461</w:t>
        <w:br/>
        <w:t>vt 0.491211 0.016113</w:t>
        <w:br/>
        <w:t>vt 0.499023 0.017578</w:t>
        <w:br/>
        <w:t>vt 0.488037 0.013672</w:t>
        <w:br/>
        <w:t>vt 0.491211 0.016113</w:t>
        <w:br/>
        <w:t>vt 0.489990 0.013672</w:t>
        <w:br/>
        <w:t>vt 0.488037 0.015137</w:t>
        <w:br/>
        <w:t>vt 0.488037 0.017578</w:t>
        <w:br/>
        <w:t>vt 0.491211 0.018066</w:t>
        <w:br/>
        <w:t>vt 0.491211 0.018066</w:t>
        <w:br/>
        <w:t>vt 0.488037 0.021973</w:t>
        <w:br/>
        <w:t>vt 0.489990 0.022461</w:t>
        <w:br/>
        <w:t>vt 0.488037 0.031250</w:t>
        <w:br/>
        <w:t>vt 0.500977 0.022949</w:t>
        <w:br/>
        <w:t>vt 0.489990 0.031738</w:t>
        <w:br/>
        <w:t>vt 0.488037 0.042969</w:t>
        <w:br/>
        <w:t>vt 0.500977 0.032715</w:t>
        <w:br/>
        <w:t>vt 0.501953 0.032715</w:t>
        <w:br/>
        <w:t>vt 0.489990 0.042969</w:t>
        <w:br/>
        <w:t>vt 0.488037 0.057617</w:t>
        <w:br/>
        <w:t>vt 0.500977 0.043457</w:t>
        <w:br/>
        <w:t>vt 0.501953 0.043457</w:t>
        <w:br/>
        <w:t>vt 0.501953 0.058105</w:t>
        <w:br/>
        <w:t>vt 0.489990 0.057617</w:t>
        <w:br/>
        <w:t>vt 0.488037 0.071777</w:t>
        <w:br/>
        <w:t>vt 0.500977 0.058594</w:t>
        <w:br/>
        <w:t>vt 0.501953 0.072266</w:t>
        <w:br/>
        <w:t>vt 0.489990 0.071777</w:t>
        <w:br/>
        <w:t>vt 0.488037 0.086426</w:t>
        <w:br/>
        <w:t>vt 0.500977 0.072754</w:t>
        <w:br/>
        <w:t>vt 0.501953 0.087402</w:t>
        <w:br/>
        <w:t>vt 0.489990 0.086426</w:t>
        <w:br/>
        <w:t>vt 0.488037 0.100098</w:t>
        <w:br/>
        <w:t>vt 0.500977 0.087891</w:t>
        <w:br/>
        <w:t>vt 0.501953 0.102051</w:t>
        <w:br/>
        <w:t>vt 0.489990 0.100586</w:t>
        <w:br/>
        <w:t>vt 0.488037 0.113281</w:t>
        <w:br/>
        <w:t>vt 0.500977 0.102539</w:t>
        <w:br/>
        <w:t>vt 0.501953 0.114746</w:t>
        <w:br/>
        <w:t>vt 0.489990 0.113770</w:t>
        <w:br/>
        <w:t>vt 0.500977 0.114746</w:t>
        <w:br/>
        <w:t>vt 0.501953 0.124512</w:t>
        <w:br/>
        <w:t>vt 0.489990 0.123047</w:t>
        <w:br/>
        <w:t>vt 0.489990 0.123047</w:t>
        <w:br/>
        <w:t>vt 0.488037 0.123047</w:t>
        <w:br/>
        <w:t>vt 0.500977 0.124512</w:t>
        <w:br/>
        <w:t>vt 0.490967 0.125488</w:t>
        <w:br/>
        <w:t>vt 0.490967 0.125488</w:t>
        <w:br/>
        <w:t>vt 0.488037 0.125977</w:t>
        <w:br/>
        <w:t>vt 0.499756 0.126465</w:t>
        <w:br/>
        <w:t>vt 0.501953 0.126953</w:t>
        <w:br/>
        <w:t>vt 0.501953 0.129883</w:t>
        <w:br/>
        <w:t>vt 0.499268 0.131348</w:t>
        <w:br/>
        <w:t>vt 0.501953 0.131836</w:t>
        <w:br/>
        <w:t>vt 0.498779 0.128906</w:t>
        <w:br/>
        <w:t>vt 0.491943 0.128906</w:t>
        <w:br/>
        <w:t>vt 0.498779 0.128906</w:t>
        <w:br/>
        <w:t>vt 0.499756 0.126465</w:t>
        <w:br/>
        <w:t>vt 0.491943 0.128906</w:t>
        <w:br/>
        <w:t>vt 0.499268 0.131348</w:t>
        <w:br/>
        <w:t>vt 0.498779 0.128906</w:t>
        <w:br/>
        <w:t>vt 0.491211 0.131348</w:t>
        <w:br/>
        <w:t>vt 0.488037 0.129395</w:t>
        <w:br/>
        <w:t>vt 0.491943 0.128906</w:t>
        <w:br/>
        <w:t>vt 0.491211 0.131348</w:t>
        <w:br/>
        <w:t>vt 0.488037 0.130859</w:t>
        <w:br/>
        <w:t>vt 0.499268 0.134277</w:t>
        <w:br/>
        <w:t>vt 0.491211 0.131348</w:t>
        <w:br/>
        <w:t>vt 0.499268 0.131348</w:t>
        <w:br/>
        <w:t>vt 0.491943 0.128906</w:t>
        <w:br/>
        <w:t>vt 0.491211 0.131348</w:t>
        <w:br/>
        <w:t>vt 0.488037 0.129395</w:t>
        <w:br/>
        <w:t>vt 0.491943 0.128906</w:t>
        <w:br/>
        <w:t>vt 0.488037 0.130859</w:t>
        <w:br/>
        <w:t>vt 0.488037 0.125977</w:t>
        <w:br/>
        <w:t>vt 0.490967 0.125488</w:t>
        <w:br/>
        <w:t>vt 0.488037 0.123047</w:t>
        <w:br/>
        <w:t>vt 0.489990 0.123047</w:t>
        <w:br/>
        <w:t>vt 0.488037 0.113281</w:t>
        <w:br/>
        <w:t>vt 0.499756 0.126465</w:t>
        <w:br/>
        <w:t>vt 0.491943 0.128906</w:t>
        <w:br/>
        <w:t>vt 0.490967 0.125488</w:t>
        <w:br/>
        <w:t>vt 0.489990 0.123047</w:t>
        <w:br/>
        <w:t>vt 0.500977 0.124512</w:t>
        <w:br/>
        <w:t>vt 0.489990 0.113770</w:t>
        <w:br/>
        <w:t>vt 0.500977 0.114746</w:t>
        <w:br/>
        <w:t>vt 0.489990 0.113770</w:t>
        <w:br/>
        <w:t>vt 0.501953 0.124512</w:t>
        <w:br/>
        <w:t>vt 0.499756 0.126465</w:t>
        <w:br/>
        <w:t>vt 0.501953 0.126953</w:t>
        <w:br/>
        <w:t>vt 0.501953 0.114746</w:t>
        <w:br/>
        <w:t>vt 0.501953 0.129883</w:t>
        <w:br/>
        <w:t>vt 0.499268 0.131348</w:t>
        <w:br/>
        <w:t>vt 0.501953 0.131836</w:t>
        <w:br/>
        <w:t>vt 0.498779 0.128906</w:t>
        <w:br/>
        <w:t>vt 0.498779 0.128906</w:t>
        <w:br/>
        <w:t>vt 0.498779 0.128906</w:t>
        <w:br/>
        <w:t>vt 0.500977 0.102539</w:t>
        <w:br/>
        <w:t>vt 0.501953 0.102051</w:t>
        <w:br/>
        <w:t>vt 0.489990 0.100586</w:t>
        <w:br/>
        <w:t>vt 0.488037 0.100098</w:t>
        <w:br/>
        <w:t>vt 0.500977 0.087891</w:t>
        <w:br/>
        <w:t>vt 0.501953 0.087402</w:t>
        <w:br/>
        <w:t>vt 0.489990 0.086426</w:t>
        <w:br/>
        <w:t>vt 0.488037 0.086426</w:t>
        <w:br/>
        <w:t>vt 0.500977 0.072754</w:t>
        <w:br/>
        <w:t>vt 0.501953 0.072266</w:t>
        <w:br/>
        <w:t>vt 0.489990 0.071777</w:t>
        <w:br/>
        <w:t>vt 0.488037 0.071777</w:t>
        <w:br/>
        <w:t>vt 0.500977 0.058594</w:t>
        <w:br/>
        <w:t>vt 0.501953 0.058105</w:t>
        <w:br/>
        <w:t>vt 0.489990 0.057617</w:t>
        <w:br/>
        <w:t>vt 0.488037 0.057617</w:t>
        <w:br/>
        <w:t>vt 0.500977 0.043457</w:t>
        <w:br/>
        <w:t>vt 0.501953 0.043457</w:t>
        <w:br/>
        <w:t>vt 0.501953 0.032715</w:t>
        <w:br/>
        <w:t>vt 0.489990 0.042969</w:t>
        <w:br/>
        <w:t>vt 0.488037 0.042969</w:t>
        <w:br/>
        <w:t>vt 0.500977 0.032715</w:t>
        <w:br/>
        <w:t>vt 0.489990 0.031738</w:t>
        <w:br/>
        <w:t>vt 0.488037 0.031250</w:t>
        <w:br/>
        <w:t>vt 0.501953 0.022461</w:t>
        <w:br/>
        <w:t>vt 0.489990 0.022461</w:t>
        <w:br/>
        <w:t>vt 0.488037 0.021973</w:t>
        <w:br/>
        <w:t>vt 0.500977 0.022949</w:t>
        <w:br/>
        <w:t>vt 0.499023 0.017578</w:t>
        <w:br/>
        <w:t>vt 0.501953 0.016113</w:t>
        <w:br/>
        <w:t>vt 0.499023 0.017578</w:t>
        <w:br/>
        <w:t>vt 0.501953 0.014160</w:t>
        <w:br/>
        <w:t>vt 0.491211 0.018066</w:t>
        <w:br/>
        <w:t>vt 0.488037 0.017578</w:t>
        <w:br/>
        <w:t>vt 0.498291 0.015625</w:t>
        <w:br/>
        <w:t>vt 0.499756 0.012695</w:t>
        <w:br/>
        <w:t>vt 0.498535 0.013184</w:t>
        <w:br/>
        <w:t>vt 0.491211 0.016113</w:t>
        <w:br/>
        <w:t>vt 0.491211 0.016113</w:t>
        <w:br/>
        <w:t>vt 0.498291 0.015625</w:t>
        <w:br/>
        <w:t>vt 0.488037 0.015137</w:t>
        <w:br/>
        <w:t>vt 0.489990 0.013672</w:t>
        <w:br/>
        <w:t>vt 0.488037 0.013672</w:t>
        <w:br/>
        <w:t>vt 0.489990 0.013672</w:t>
        <w:br/>
        <w:t>vt 0.498535 0.013184</w:t>
        <w:br/>
        <w:t>vt 0.489990 0.013672</w:t>
        <w:br/>
        <w:t>vt 0.498535 0.012207</w:t>
        <w:br/>
        <w:t>vt 0.489746 0.010254</w:t>
        <w:br/>
        <w:t>vt 0.489746 0.012207</w:t>
        <w:br/>
        <w:t>vt 0.498535 0.007812</w:t>
        <w:br/>
        <w:t>vt 0.489746 0.007812</w:t>
        <w:br/>
        <w:t>vt 0.498535 0.009766</w:t>
        <w:br/>
        <w:t>vt 0.510254 0.010742</w:t>
        <w:br/>
        <w:t>vt 0.519043 0.010742</w:t>
        <w:br/>
        <w:t>vt 0.510254 0.011719</w:t>
        <w:br/>
        <w:t>vt 0.519531 0.011719</w:t>
        <w:br/>
        <w:t>vt 0.518555 0.014160</w:t>
        <w:br/>
        <w:t>vt 0.510254 0.011719</w:t>
        <w:br/>
        <w:t>vt 0.519531 0.011719</w:t>
        <w:br/>
        <w:t>vt 0.521484 0.011719</w:t>
        <w:br/>
        <w:t>vt 0.518555 0.014160</w:t>
        <w:br/>
        <w:t>vt 0.519531 0.011719</w:t>
        <w:br/>
        <w:t>vt 0.521484 0.013184</w:t>
        <w:br/>
        <w:t>vt 0.519043 0.016602</w:t>
        <w:br/>
        <w:t>vt 0.521484 0.015137</w:t>
        <w:br/>
        <w:t>vt 0.521484 0.021484</w:t>
        <w:br/>
        <w:t>vt 0.510742 0.014160</w:t>
        <w:br/>
        <w:t>vt 0.519043 0.016602</w:t>
        <w:br/>
        <w:t>vt 0.510742 0.014160</w:t>
        <w:br/>
        <w:t>vt 0.507812 0.011719</w:t>
        <w:br/>
        <w:t>vt 0.510254 0.011719</w:t>
        <w:br/>
        <w:t>vt 0.507812 0.013184</w:t>
        <w:br/>
        <w:t>vt 0.507812 0.015625</w:t>
        <w:br/>
        <w:t>vt 0.510742 0.016113</w:t>
        <w:br/>
        <w:t>vt 0.510742 0.016113</w:t>
        <w:br/>
        <w:t>vt 0.507812 0.020508</w:t>
        <w:br/>
        <w:t>vt 0.520020 0.021484</w:t>
        <w:br/>
        <w:t>vt 0.509277 0.020996</w:t>
        <w:br/>
        <w:t>vt 0.507812 0.029785</w:t>
        <w:br/>
        <w:t>vt 0.520020 0.031250</w:t>
        <w:br/>
        <w:t>vt 0.521484 0.030762</w:t>
        <w:br/>
        <w:t>vt 0.509277 0.029785</w:t>
        <w:br/>
        <w:t>vt 0.507812 0.041016</w:t>
        <w:br/>
        <w:t>vt 0.520020 0.041992</w:t>
        <w:br/>
        <w:t>vt 0.521484 0.041504</w:t>
        <w:br/>
        <w:t>vt 0.521484 0.057129</w:t>
        <w:br/>
        <w:t>vt 0.509277 0.041504</w:t>
        <w:br/>
        <w:t>vt 0.507812 0.056641</w:t>
        <w:br/>
        <w:t>vt 0.520020 0.057617</w:t>
        <w:br/>
        <w:t>vt 0.521484 0.071289</w:t>
        <w:br/>
        <w:t>vt 0.509277 0.056641</w:t>
        <w:br/>
        <w:t>vt 0.507812 0.070312</w:t>
        <w:br/>
        <w:t>vt 0.520020 0.071777</w:t>
        <w:br/>
        <w:t>vt 0.521484 0.086426</w:t>
        <w:br/>
        <w:t>vt 0.509277 0.070312</w:t>
        <w:br/>
        <w:t>vt 0.507812 0.084473</w:t>
        <w:br/>
        <w:t>vt 0.520020 0.086426</w:t>
        <w:br/>
        <w:t>vt 0.509277 0.084961</w:t>
        <w:br/>
        <w:t>vt 0.507812 0.098633</w:t>
        <w:br/>
        <w:t>vt 0.521484 0.101074</w:t>
        <w:br/>
        <w:t>vt 0.509277 0.099121</w:t>
        <w:br/>
        <w:t>vt 0.507812 0.110840</w:t>
        <w:br/>
        <w:t>vt 0.520020 0.101074</w:t>
        <w:br/>
        <w:t>vt 0.520020 0.101074</w:t>
        <w:br/>
        <w:t>vt 0.521484 0.113281</w:t>
        <w:br/>
        <w:t>vt 0.509277 0.110840</w:t>
        <w:br/>
        <w:t>vt 0.507812 0.119629</w:t>
        <w:br/>
        <w:t>vt 0.520020 0.112793</w:t>
        <w:br/>
        <w:t>vt 0.521484 0.121582</w:t>
        <w:br/>
        <w:t>vt 0.509277 0.120117</w:t>
        <w:br/>
        <w:t>vt 0.507812 0.122559</w:t>
        <w:br/>
        <w:t>vt 0.520020 0.121582</w:t>
        <w:br/>
        <w:t>vt 0.519043 0.123535</w:t>
        <w:br/>
        <w:t>vt 0.521484 0.123535</w:t>
        <w:br/>
        <w:t>vt 0.510742 0.122070</w:t>
        <w:br/>
        <w:t>vt 0.519043 0.123535</w:t>
        <w:br/>
        <w:t>vt 0.507812 0.125488</w:t>
        <w:br/>
        <w:t>vt 0.511230 0.125488</w:t>
        <w:br/>
        <w:t>vt 0.510742 0.122070</w:t>
        <w:br/>
        <w:t>vt 0.511230 0.125488</w:t>
        <w:br/>
        <w:t>vt 0.507812 0.126953</w:t>
        <w:br/>
        <w:t>vt 0.518066 0.125977</w:t>
        <w:br/>
        <w:t>vt 0.518066 0.125977</w:t>
        <w:br/>
        <w:t>vt 0.518066 0.125977</w:t>
        <w:br/>
        <w:t>vt 0.510742 0.127441</w:t>
        <w:br/>
        <w:t>vt 0.511230 0.125488</w:t>
        <w:br/>
        <w:t>vt 0.458984 0.517822</w:t>
        <w:br/>
        <w:t>vt 0.486084 0.521729</w:t>
        <w:br/>
        <w:t>vt 0.458984 0.521729</w:t>
        <w:br/>
        <w:t>vt 0.486328 0.518066</w:t>
        <w:br/>
        <w:t>vt 0.455322 0.517822</w:t>
        <w:br/>
        <w:t>vt 0.458984 0.511963</w:t>
        <w:br/>
        <w:t>vt 0.458984 0.517822</w:t>
        <w:br/>
        <w:t>vt 0.455322 0.511963</w:t>
        <w:br/>
        <w:t>vt 0.486328 0.512207</w:t>
        <w:br/>
        <w:t>vt 0.489990 0.518066</w:t>
        <w:br/>
        <w:t>vt 0.486328 0.518066</w:t>
        <w:br/>
        <w:t>vt 0.489990 0.512207</w:t>
        <w:br/>
        <w:t>vt 0.323730 0.451172</w:t>
        <w:br/>
        <w:t>vt 0.299316 0.451172</w:t>
        <w:br/>
        <w:t>vt 0.324219 0.453613</w:t>
        <w:br/>
        <w:t>vt 0.299316 0.455078</w:t>
        <w:br/>
        <w:t>vt 0.299316 0.455078</w:t>
        <w:br/>
        <w:t>vt 0.323242 0.468750</w:t>
        <w:br/>
        <w:t>vt 0.324219 0.453613</w:t>
        <w:br/>
        <w:t>vt 0.299316 0.470703</w:t>
        <w:br/>
        <w:t>vt 0.299316 0.492188</w:t>
        <w:br/>
        <w:t>vt 0.326416 0.465820</w:t>
        <w:br/>
        <w:t>vt 0.326904 0.453613</w:t>
        <w:br/>
        <w:t>vt 0.321045 0.491211</w:t>
        <w:br/>
        <w:t>vt 0.299316 0.511230</w:t>
        <w:br/>
        <w:t>vt 0.338379 0.468262</w:t>
        <w:br/>
        <w:t>vt 0.326416 0.465820</w:t>
        <w:br/>
        <w:t>vt 0.341309 0.465820</w:t>
        <w:br/>
        <w:t>vt 0.341309 0.486328</w:t>
        <w:br/>
        <w:t>vt 0.341309 0.465820</w:t>
        <w:br/>
        <w:t>vt 0.338379 0.468262</w:t>
        <w:br/>
        <w:t>vt 0.338135 0.487305</w:t>
        <w:br/>
        <w:t>vt 0.338135 0.487305</w:t>
        <w:br/>
        <w:t>vt 0.341309 0.509033</w:t>
        <w:br/>
        <w:t>vt 0.319580 0.512695</w:t>
        <w:br/>
        <w:t>vt 0.299316 0.537354</w:t>
        <w:br/>
        <w:t>vt 0.337891 0.509766</w:t>
        <w:br/>
        <w:t>vt 0.337891 0.509766</w:t>
        <w:br/>
        <w:t>vt 0.341309 0.522705</w:t>
        <w:br/>
        <w:t>vt 0.319092 0.538086</w:t>
        <w:br/>
        <w:t>vt 0.337891 0.522461</w:t>
        <w:br/>
        <w:t>vt 0.337891 0.522461</w:t>
        <w:br/>
        <w:t>vt 0.341309 0.538086</w:t>
        <w:br/>
        <w:t>vt 0.299316 0.565674</w:t>
        <w:br/>
        <w:t>vt 0.338135 0.538330</w:t>
        <w:br/>
        <w:t>vt 0.338135 0.538330</w:t>
        <w:br/>
        <w:t>vt 0.341309 0.550781</w:t>
        <w:br/>
        <w:t>vt 0.316162 0.565186</w:t>
        <w:br/>
        <w:t>vt 0.337891 0.551025</w:t>
        <w:br/>
        <w:t>vt 0.337891 0.551025</w:t>
        <w:br/>
        <w:t>vt 0.341309 0.564453</w:t>
        <w:br/>
        <w:t>vt 0.299316 0.593994</w:t>
        <w:br/>
        <w:t>vt 0.337891 0.563721</w:t>
        <w:br/>
        <w:t>vt 0.337891 0.563721</w:t>
        <w:br/>
        <w:t>vt 0.341309 0.579834</w:t>
        <w:br/>
        <w:t>vt 0.315186 0.594482</w:t>
        <w:br/>
        <w:t>vt 0.337891 0.579834</w:t>
        <w:br/>
        <w:t>vt 0.337891 0.579834</w:t>
        <w:br/>
        <w:t>vt 0.341309 0.592773</w:t>
        <w:br/>
        <w:t>vt 0.299316 0.618652</w:t>
        <w:br/>
        <w:t>vt 0.337891 0.593262</w:t>
        <w:br/>
        <w:t>vt 0.337891 0.593262</w:t>
        <w:br/>
        <w:t>vt 0.341309 0.603271</w:t>
        <w:br/>
        <w:t>vt 0.337891 0.604736</w:t>
        <w:br/>
        <w:t>vt 0.337891 0.604736</w:t>
        <w:br/>
        <w:t>vt 0.341309 0.618408</w:t>
        <w:br/>
        <w:t>vt 0.315674 0.619873</w:t>
        <w:br/>
        <w:t>vt 0.337646 0.620117</w:t>
        <w:br/>
        <w:t>vt 0.337646 0.620117</w:t>
        <w:br/>
        <w:t>vt 0.341309 0.638916</w:t>
        <w:br/>
        <w:t>vt 0.306885 0.637695</w:t>
        <w:br/>
        <w:t>vt 0.299316 0.637207</w:t>
        <w:br/>
        <w:t>vt 0.299316 0.659424</w:t>
        <w:br/>
        <w:t>vt 0.316162 0.638184</w:t>
        <w:br/>
        <w:t>vt 0.337646 0.639404</w:t>
        <w:br/>
        <w:t>vt 0.337646 0.639404</w:t>
        <w:br/>
        <w:t>vt 0.341309 0.651367</w:t>
        <w:br/>
        <w:t>vt 0.317383 0.660400</w:t>
        <w:br/>
        <w:t>vt 0.337158 0.651855</w:t>
        <w:br/>
        <w:t>vt 0.337158 0.651855</w:t>
        <w:br/>
        <w:t>vt 0.341309 0.660400</w:t>
        <w:br/>
        <w:t>vt 0.299316 0.677734</w:t>
        <w:br/>
        <w:t>vt 0.336914 0.660889</w:t>
        <w:br/>
        <w:t>vt 0.336914 0.660889</w:t>
        <w:br/>
        <w:t>vt 0.341309 0.669922</w:t>
        <w:br/>
        <w:t>vt 0.336426 0.670166</w:t>
        <w:br/>
        <w:t>vt 0.336426 0.670166</w:t>
        <w:br/>
        <w:t>vt 0.317139 0.678223</w:t>
        <w:br/>
        <w:t>vt 0.299316 0.686279</w:t>
        <w:br/>
        <w:t>vt 0.299316 0.691406</w:t>
        <w:br/>
        <w:t>vt 0.318848 0.683594</w:t>
        <w:br/>
        <w:t>vt 0.317139 0.678223</w:t>
        <w:br/>
        <w:t>vt 0.338379 0.673828</w:t>
        <w:br/>
        <w:t>vt 0.336426 0.670166</w:t>
        <w:br/>
        <w:t>vt 0.456055 0.412109</w:t>
        <w:br/>
        <w:t>vt 0.441406 0.404785</w:t>
        <w:br/>
        <w:t>vt 0.456055 0.410156</w:t>
        <w:br/>
        <w:t>vt 0.441406 0.406738</w:t>
        <w:br/>
        <w:t>vt 0.349609 0.302734</w:t>
        <w:br/>
        <w:t>vt 0.361816 0.302734</w:t>
        <w:br/>
        <w:t>vt 0.350342 0.301270</w:t>
        <w:br/>
        <w:t>vt 0.361328 0.301270</w:t>
        <w:br/>
        <w:t>vt 0.456055 0.412109</w:t>
        <w:br/>
        <w:t>vt 0.441406 0.404785</w:t>
        <w:br/>
        <w:t>vt 0.456055 0.410156</w:t>
        <w:br/>
        <w:t>vt 0.441406 0.406738</w:t>
        <w:br/>
        <w:t>vt 0.349609 0.302734</w:t>
        <w:br/>
        <w:t>vt 0.361816 0.302734</w:t>
        <w:br/>
        <w:t>vt 0.350342 0.301270</w:t>
        <w:br/>
        <w:t>vt 0.361328 0.301270</w:t>
        <w:br/>
        <w:t>vt 0.299316 0.451172</w:t>
        <w:br/>
        <w:t>vt 0.323730 0.451172</w:t>
        <w:br/>
        <w:t>vt 0.324219 0.453613</w:t>
        <w:br/>
        <w:t>vt 0.299316 0.455078</w:t>
        <w:br/>
        <w:t>vt 0.299316 0.455078</w:t>
        <w:br/>
        <w:t>vt 0.324219 0.453613</w:t>
        <w:br/>
        <w:t>vt 0.323242 0.468750</w:t>
        <w:br/>
        <w:t>vt 0.299316 0.470703</w:t>
        <w:br/>
        <w:t>vt 0.299316 0.492188</w:t>
        <w:br/>
        <w:t>vt 0.326416 0.465820</w:t>
        <w:br/>
        <w:t>vt 0.326904 0.453613</w:t>
        <w:br/>
        <w:t>vt 0.321045 0.491211</w:t>
        <w:br/>
        <w:t>vt 0.299316 0.511230</w:t>
        <w:br/>
        <w:t>vt 0.326416 0.465820</w:t>
        <w:br/>
        <w:t>vt 0.338379 0.468262</w:t>
        <w:br/>
        <w:t>vt 0.341309 0.465820</w:t>
        <w:br/>
        <w:t>vt 0.341309 0.465820</w:t>
        <w:br/>
        <w:t>vt 0.341309 0.486328</w:t>
        <w:br/>
        <w:t>vt 0.338379 0.468262</w:t>
        <w:br/>
        <w:t>vt 0.338135 0.487305</w:t>
        <w:br/>
        <w:t>vt 0.338135 0.487305</w:t>
        <w:br/>
        <w:t>vt 0.341309 0.509033</w:t>
        <w:br/>
        <w:t>vt 0.319580 0.512695</w:t>
        <w:br/>
        <w:t>vt 0.299316 0.537354</w:t>
        <w:br/>
        <w:t>vt 0.337891 0.509766</w:t>
        <w:br/>
        <w:t>vt 0.337891 0.509766</w:t>
        <w:br/>
        <w:t>vt 0.341309 0.522705</w:t>
        <w:br/>
        <w:t>vt 0.319092 0.538086</w:t>
        <w:br/>
        <w:t>vt 0.337891 0.522461</w:t>
        <w:br/>
        <w:t>vt 0.337891 0.522461</w:t>
        <w:br/>
        <w:t>vt 0.341309 0.538086</w:t>
        <w:br/>
        <w:t>vt 0.299316 0.565674</w:t>
        <w:br/>
        <w:t>vt 0.338135 0.538330</w:t>
        <w:br/>
        <w:t>vt 0.338135 0.538330</w:t>
        <w:br/>
        <w:t>vt 0.341309 0.550781</w:t>
        <w:br/>
        <w:t>vt 0.316162 0.565186</w:t>
        <w:br/>
        <w:t>vt 0.337891 0.551025</w:t>
        <w:br/>
        <w:t>vt 0.337891 0.551025</w:t>
        <w:br/>
        <w:t>vt 0.341309 0.564453</w:t>
        <w:br/>
        <w:t>vt 0.299316 0.593994</w:t>
        <w:br/>
        <w:t>vt 0.337891 0.563721</w:t>
        <w:br/>
        <w:t>vt 0.337891 0.563721</w:t>
        <w:br/>
        <w:t>vt 0.341309 0.579834</w:t>
        <w:br/>
        <w:t>vt 0.315186 0.594482</w:t>
        <w:br/>
        <w:t>vt 0.337891 0.579834</w:t>
        <w:br/>
        <w:t>vt 0.337891 0.579834</w:t>
        <w:br/>
        <w:t>vt 0.341309 0.592773</w:t>
        <w:br/>
        <w:t>vt 0.299316 0.618652</w:t>
        <w:br/>
        <w:t>vt 0.337891 0.593262</w:t>
        <w:br/>
        <w:t>vt 0.337891 0.593262</w:t>
        <w:br/>
        <w:t>vt 0.341309 0.603271</w:t>
        <w:br/>
        <w:t>vt 0.337891 0.604736</w:t>
        <w:br/>
        <w:t>vt 0.337891 0.604736</w:t>
        <w:br/>
        <w:t>vt 0.341309 0.618408</w:t>
        <w:br/>
        <w:t>vt 0.315674 0.619873</w:t>
        <w:br/>
        <w:t>vt 0.337646 0.620117</w:t>
        <w:br/>
        <w:t>vt 0.337646 0.620117</w:t>
        <w:br/>
        <w:t>vt 0.341309 0.638916</w:t>
        <w:br/>
        <w:t>vt 0.306885 0.637695</w:t>
        <w:br/>
        <w:t>vt 0.299316 0.637207</w:t>
        <w:br/>
        <w:t>vt 0.299316 0.659424</w:t>
        <w:br/>
        <w:t>vt 0.316162 0.638184</w:t>
        <w:br/>
        <w:t>vt 0.337646 0.639404</w:t>
        <w:br/>
        <w:t>vt 0.337646 0.639404</w:t>
        <w:br/>
        <w:t>vt 0.341309 0.651367</w:t>
        <w:br/>
        <w:t>vt 0.317383 0.660400</w:t>
        <w:br/>
        <w:t>vt 0.337158 0.651855</w:t>
        <w:br/>
        <w:t>vt 0.337158 0.651855</w:t>
        <w:br/>
        <w:t>vt 0.341309 0.660400</w:t>
        <w:br/>
        <w:t>vt 0.299316 0.677734</w:t>
        <w:br/>
        <w:t>vt 0.336914 0.660889</w:t>
        <w:br/>
        <w:t>vt 0.336914 0.660889</w:t>
        <w:br/>
        <w:t>vt 0.341309 0.669922</w:t>
        <w:br/>
        <w:t>vt 0.336426 0.670166</w:t>
        <w:br/>
        <w:t>vt 0.336426 0.670166</w:t>
        <w:br/>
        <w:t>vt 0.317139 0.678223</w:t>
        <w:br/>
        <w:t>vt 0.299316 0.686279</w:t>
        <w:br/>
        <w:t>vt 0.318848 0.683594</w:t>
        <w:br/>
        <w:t>vt 0.299316 0.691406</w:t>
        <w:br/>
        <w:t>vt 0.317139 0.678223</w:t>
        <w:br/>
        <w:t>vt 0.338379 0.673828</w:t>
        <w:br/>
        <w:t>vt 0.336426 0.670166</w:t>
        <w:br/>
        <w:t>vt 0.456055 0.412109</w:t>
        <w:br/>
        <w:t>vt 0.441406 0.404785</w:t>
        <w:br/>
        <w:t>vt 0.441406 0.406738</w:t>
        <w:br/>
        <w:t>vt 0.456055 0.410156</w:t>
        <w:br/>
        <w:t>vt 0.361816 0.302734</w:t>
        <w:br/>
        <w:t>vt 0.349609 0.302734</w:t>
        <w:br/>
        <w:t>vt 0.350342 0.301270</w:t>
        <w:br/>
        <w:t>vt 0.361328 0.301270</w:t>
        <w:br/>
        <w:t>vt 0.456055 0.412109</w:t>
        <w:br/>
        <w:t>vt 0.441406 0.404785</w:t>
        <w:br/>
        <w:t>vt 0.441406 0.406738</w:t>
        <w:br/>
        <w:t>vt 0.456055 0.410156</w:t>
        <w:br/>
        <w:t>vt 0.997070 0.972916</w:t>
        <w:br/>
        <w:t>vt 0.997070 0.995113</w:t>
        <w:br/>
        <w:t>vt 0.993652 0.993439</w:t>
        <w:br/>
        <w:t>vt 0.993164 0.972458</w:t>
        <w:br/>
        <w:t>vt 0.997070 0.953522</w:t>
        <w:br/>
        <w:t>vt 0.993164 0.952728</w:t>
        <w:br/>
        <w:t>vt 0.997070 0.933289</w:t>
        <w:br/>
        <w:t>vt 0.993164 0.952728</w:t>
        <w:br/>
        <w:t>vt 0.993164 0.972458</w:t>
        <w:br/>
        <w:t>vt 0.968262 0.966461</w:t>
        <w:br/>
        <w:t>vt 0.993164 0.931946</w:t>
        <w:br/>
        <w:t>vt 0.997070 0.912292</w:t>
        <w:br/>
        <w:t>vt 0.968262 0.975159</w:t>
        <w:br/>
        <w:t>vt 0.993652 0.993439</w:t>
        <w:br/>
        <w:t>vt 0.968262 0.949921</w:t>
        <w:br/>
        <w:t>vt 0.993164 0.931946</w:t>
        <w:br/>
        <w:t>vt 0.968262 0.966461</w:t>
        <w:br/>
        <w:t>vt 0.968262 0.975159</w:t>
        <w:br/>
        <w:t>vt 0.967773 0.966370</w:t>
        <w:br/>
        <w:t>vt 0.968262 0.949921</w:t>
        <w:br/>
        <w:t>vt 0.967773 0.975281</w:t>
        <w:br/>
        <w:t>vt 0.966309 0.977325</w:t>
        <w:br/>
        <w:t>vt 0.966309 0.996529</w:t>
        <w:br/>
        <w:t>vt 0.959473 0.967651</w:t>
        <w:br/>
        <w:t>vt 0.967773 0.966370</w:t>
        <w:br/>
        <w:t>vt 0.967773 0.975281</w:t>
        <w:br/>
        <w:t>vt 0.966309 0.996529</w:t>
        <w:br/>
        <w:t>vt 0.959473 0.978058</w:t>
        <w:br/>
        <w:t>vt 0.966309 0.977325</w:t>
        <w:br/>
        <w:t>vt 0.959473 0.996529</w:t>
        <w:br/>
        <w:t>vt 0.958984 0.975891</w:t>
        <w:br/>
        <w:t>vt 0.953613 0.978531</w:t>
        <w:br/>
        <w:t>vt 0.953125 0.996529</w:t>
        <w:br/>
        <w:t>vt 0.954102 0.976303</w:t>
        <w:br/>
        <w:t>vt 0.943848 0.979233</w:t>
        <w:br/>
        <w:t>vt 0.944336 0.996529</w:t>
        <w:br/>
        <w:t>vt 0.943848 0.977051</w:t>
        <w:br/>
        <w:t>vt 0.916504 0.980850</w:t>
        <w:br/>
        <w:t>vt 0.916504 0.996529</w:t>
        <w:br/>
        <w:t>vt 0.889160 0.983002</w:t>
        <w:br/>
        <w:t>vt 0.889160 0.996529</w:t>
        <w:br/>
        <w:t>vt 0.916016 0.978500</w:t>
        <w:br/>
        <w:t>vt 0.863281 0.985100</w:t>
        <w:br/>
        <w:t>vt 0.863770 0.996529</w:t>
        <w:br/>
        <w:t>vt 0.888184 0.980240</w:t>
        <w:br/>
        <w:t>vt 0.835449 0.987022</w:t>
        <w:br/>
        <w:t>vt 0.835449 0.996529</w:t>
        <w:br/>
        <w:t>vt 0.862793 0.981750</w:t>
        <w:br/>
        <w:t>vt 0.835449 0.987022</w:t>
        <w:br/>
        <w:t>vt 0.807129 0.988937</w:t>
        <w:br/>
        <w:t>vt 0.807129 0.996529</w:t>
        <w:br/>
        <w:t>vt 0.835449 0.984039</w:t>
        <w:br/>
        <w:t>vt 0.780273 0.989868</w:t>
        <w:br/>
        <w:t>vt 0.780273 0.996529</w:t>
        <w:br/>
        <w:t>vt 0.778809 0.996529</w:t>
        <w:br/>
        <w:t>vt 0.807617 0.986252</w:t>
        <w:br/>
        <w:t>vt 0.807129 0.988937</w:t>
        <w:br/>
        <w:t>vt 0.778809 0.988678</w:t>
        <w:br/>
        <w:t>vt 0.778809 0.988678</w:t>
        <w:br/>
        <w:t>vt 0.776367 0.996529</w:t>
        <w:br/>
        <w:t>vt 0.835449 0.984039</w:t>
        <w:br/>
        <w:t>vt 0.807617 0.979156</w:t>
        <w:br/>
        <w:t>vt 0.862793 0.981750</w:t>
        <w:br/>
        <w:t>vt 0.835449 0.976654</w:t>
        <w:br/>
        <w:t>vt 0.862793 0.974655</w:t>
        <w:br/>
        <w:t>vt 0.888184 0.980240</w:t>
        <w:br/>
        <w:t>vt 0.835449 0.976654</w:t>
        <w:br/>
        <w:t>vt 0.807617 0.979156</w:t>
        <w:br/>
        <w:t>vt 0.834961 0.973679</w:t>
        <w:br/>
        <w:t>vt 0.862793 0.974655</w:t>
        <w:br/>
        <w:t>vt 0.888672 0.972519</w:t>
        <w:br/>
        <w:t>vt 0.862793 0.971222</w:t>
        <w:br/>
        <w:t>vt 0.888672 0.972519</w:t>
        <w:br/>
        <w:t>vt 0.916016 0.970474</w:t>
        <w:br/>
        <w:t>vt 0.888672 0.969040</w:t>
        <w:br/>
        <w:t>vt 0.916016 0.970474</w:t>
        <w:br/>
        <w:t>vt 0.943848 0.968887</w:t>
        <w:br/>
        <w:t>vt 0.916504 0.966919</w:t>
        <w:br/>
        <w:t>vt 0.943848 0.968887</w:t>
        <w:br/>
        <w:t>vt 0.954102 0.967957</w:t>
        <w:br/>
        <w:t>vt 0.943848 0.965302</w:t>
        <w:br/>
        <w:t>vt 0.954102 0.967957</w:t>
        <w:br/>
        <w:t>vt 0.888672 0.969040</w:t>
        <w:br/>
        <w:t>vt 0.888184 0.946747</w:t>
        <w:br/>
        <w:t>vt 0.916504 0.966919</w:t>
        <w:br/>
        <w:t>vt 0.953613 0.964783</w:t>
        <w:br/>
        <w:t>vt 0.861816 0.947662</w:t>
        <w:br/>
        <w:t>vt 0.862793 0.971222</w:t>
        <w:br/>
        <w:t>vt 0.916016 0.946106</w:t>
        <w:br/>
        <w:t>vt 0.943848 0.965302</w:t>
        <w:br/>
        <w:t>vt 0.833984 0.948914</w:t>
        <w:br/>
        <w:t>vt 0.834961 0.973679</w:t>
        <w:br/>
        <w:t>vt 0.888184 0.923706</w:t>
        <w:br/>
        <w:t>vt 0.916016 0.925293</w:t>
        <w:br/>
        <w:t>vt 0.860352 0.922241</w:t>
        <w:br/>
        <w:t>vt 0.916504 0.907959</w:t>
        <w:br/>
        <w:t>vt 0.888672 0.905334</w:t>
        <w:br/>
        <w:t>vt 0.944336 0.928345</w:t>
        <w:br/>
        <w:t>vt 0.944336 0.947296</w:t>
        <w:br/>
        <w:t>vt 0.953125 0.948151</w:t>
        <w:br/>
        <w:t>vt 0.953613 0.964783</w:t>
        <w:br/>
        <w:t>vt 0.952637 0.928162</w:t>
        <w:br/>
        <w:t>vt 0.959961 0.948700</w:t>
        <w:br/>
        <w:t>vt 0.958008 0.928467</w:t>
        <w:br/>
        <w:t>vt 0.952148 0.911072</w:t>
        <w:br/>
        <w:t>vt 0.959473 0.964783</w:t>
        <w:br/>
        <w:t>vt 0.959473 0.964783</w:t>
        <w:br/>
        <w:t>vt 0.959473 0.967651</w:t>
        <w:br/>
        <w:t>vt 0.965332 0.964050</w:t>
        <w:br/>
        <w:t>vt 0.965332 0.964050</w:t>
        <w:br/>
        <w:t>vt 0.966309 0.949432</w:t>
        <w:br/>
        <w:t>vt 0.966309 0.949432</w:t>
        <w:br/>
        <w:t>vt 0.965820 0.928894</w:t>
        <w:br/>
        <w:t>vt 0.965820 0.928894</w:t>
        <w:br/>
        <w:t>vt 0.967773 0.928162</w:t>
        <w:br/>
        <w:t>vt 0.958008 0.910522</w:t>
        <w:br/>
        <w:t>vt 0.992676 0.913391</w:t>
        <w:br/>
        <w:t>vt 0.992676 0.913391</w:t>
        <w:br/>
        <w:t>vt 0.965332 0.910583</w:t>
        <w:br/>
        <w:t>vt 0.965332 0.910583</w:t>
        <w:br/>
        <w:t>vt 0.968262 0.911255</w:t>
        <w:br/>
        <w:t>vt 0.968262 0.911255</w:t>
        <w:br/>
        <w:t>vt 0.992188 0.898560</w:t>
        <w:br/>
        <w:t>vt 0.992188 0.898560</w:t>
        <w:br/>
        <w:t>vt 0.997070 0.897400</w:t>
        <w:br/>
        <w:t>vt 0.968262 0.896301</w:t>
        <w:br/>
        <w:t>vt 0.968262 0.896301</w:t>
        <w:br/>
        <w:t>vt 0.957520 0.895264</w:t>
        <w:br/>
        <w:t>vt 0.964844 0.895203</w:t>
        <w:br/>
        <w:t>vt 0.964844 0.895203</w:t>
        <w:br/>
        <w:t>vt 0.991699 0.882874</w:t>
        <w:br/>
        <w:t>vt 0.997070 0.882690</w:t>
        <w:br/>
        <w:t>vt 0.968262 0.885864</w:t>
        <w:br/>
        <w:t>vt 0.991699 0.882874</w:t>
        <w:br/>
        <w:t>vt 0.965332 0.885193</w:t>
        <w:br/>
        <w:t>vt 0.968262 0.885864</w:t>
        <w:br/>
        <w:t>vt 0.958984 0.884399</w:t>
        <w:br/>
        <w:t>vt 0.965332 0.885193</w:t>
        <w:br/>
        <w:t>vt 0.953613 0.894653</w:t>
        <w:br/>
        <w:t>vt 0.955078 0.883057</w:t>
        <w:br/>
        <w:t>vt 0.950195 0.893921</w:t>
        <w:br/>
        <w:t>vt 0.944824 0.892883</w:t>
        <w:br/>
        <w:t>vt 0.962402 0.866821</w:t>
        <w:br/>
        <w:t>vt 0.949707 0.880737</w:t>
        <w:br/>
        <w:t>vt 0.958984 0.865601</w:t>
        <w:br/>
        <w:t>vt 0.964355 0.847412</w:t>
        <w:br/>
        <w:t>vt 0.957520 0.846191</w:t>
        <w:br/>
        <w:t>vt 0.967773 0.848267</w:t>
        <w:br/>
        <w:t>vt 0.952148 0.864258</w:t>
        <w:br/>
        <w:t>vt 0.935059 0.838135</w:t>
        <w:br/>
        <w:t>vt 0.967773 0.868164</w:t>
        <w:br/>
        <w:t>vt 0.972168 0.850342</w:t>
        <w:br/>
        <w:t>vt 0.927246 0.856079</w:t>
        <w:br/>
        <w:t>vt 0.970215 0.868042</w:t>
        <w:br/>
        <w:t>vt 0.911621 0.828247</w:t>
        <w:br/>
        <w:t>vt 0.974609 0.850830</w:t>
        <w:br/>
        <w:t>vt 0.968750 0.882141</w:t>
        <w:br/>
        <w:t>vt 0.974609 0.850830</w:t>
        <w:br/>
        <w:t>vt 0.971680 0.868286</w:t>
        <w:br/>
        <w:t>vt 0.970215 0.868042</w:t>
        <w:br/>
        <w:t>vt 0.975586 0.850952</w:t>
        <w:br/>
        <w:t>vt 0.969727 0.882629</w:t>
        <w:br/>
        <w:t>vt 0.971680 0.868286</w:t>
        <w:br/>
        <w:t>vt 0.975586 0.850952</w:t>
        <w:br/>
        <w:t>vt 0.979492 0.867554</w:t>
        <w:br/>
        <w:t>vt 0.982910 0.852417</w:t>
        <w:br/>
        <w:t>vt 0.978027 0.877502</w:t>
        <w:br/>
        <w:t>vt 0.979492 0.867554</w:t>
        <w:br/>
        <w:t>vt 0.983887 0.852905</w:t>
        <w:br/>
        <w:t>vt 0.991211 0.869629</w:t>
        <w:br/>
        <w:t>vt 0.978027 0.877502</w:t>
        <w:br/>
        <w:t>vt 0.978516 0.876282</w:t>
        <w:br/>
        <w:t>vt 0.978516 0.876282</w:t>
        <w:br/>
        <w:t>vt 0.980469 0.867798</w:t>
        <w:br/>
        <w:t>vt 0.980469 0.867798</w:t>
        <w:br/>
        <w:t>vt 0.983887 0.852905</w:t>
        <w:br/>
        <w:t>vt 0.993164 0.866455</w:t>
        <w:br/>
        <w:t>vt 0.993164 0.866455</w:t>
        <w:br/>
        <w:t>vt 0.991211 0.869629</w:t>
        <w:br/>
        <w:t>vt 0.993164 0.866455</w:t>
        <w:br/>
        <w:t>vt 0.994629 0.854858</w:t>
        <w:br/>
        <w:t>vt 0.997070 0.865601</w:t>
        <w:br/>
        <w:t>vt 0.994629 0.854858</w:t>
        <w:br/>
        <w:t>vt 0.997070 0.855469</w:t>
        <w:br/>
        <w:t>vt 0.938965 0.877502</w:t>
        <w:br/>
        <w:t>vt 0.921875 0.873779</w:t>
        <w:br/>
        <w:t>vt 0.932129 0.890869</w:t>
        <w:br/>
        <w:t>vt 0.944336 0.909912</w:t>
        <w:br/>
        <w:t>vt 0.916992 0.889526</w:t>
        <w:br/>
        <w:t>vt 0.890137 0.883301</w:t>
        <w:br/>
        <w:t>vt 0.895996 0.865356</w:t>
        <w:br/>
        <w:t>vt 0.903320 0.847046</w:t>
        <w:br/>
        <w:t>vt 0.885742 0.843750</w:t>
        <w:br/>
        <w:t>vt 0.893066 0.828979</w:t>
        <w:br/>
        <w:t>vt 0.896973 0.818970</w:t>
        <w:br/>
        <w:t>vt 0.891113 0.821655</w:t>
        <w:br/>
        <w:t>vt 0.871582 0.855713</w:t>
        <w:br/>
        <w:t>vt 0.883789 0.839233</w:t>
        <w:br/>
        <w:t>vt 0.883789 0.839233</w:t>
        <w:br/>
        <w:t>vt 0.889648 0.820557</w:t>
        <w:br/>
        <w:t>vt 0.891113 0.821655</w:t>
        <w:br/>
        <w:t>vt 0.880859 0.836060</w:t>
        <w:br/>
        <w:t>vt 0.866699 0.870117</w:t>
        <w:br/>
        <w:t>vt 0.864746 0.852295</w:t>
        <w:br/>
        <w:t>vt 0.864258 0.848999</w:t>
        <w:br/>
        <w:t>vt 0.847656 0.852783</w:t>
        <w:br/>
        <w:t>vt 0.868164 0.854004</w:t>
        <w:br/>
        <w:t>vt 0.852051 0.865845</w:t>
        <w:br/>
        <w:t>vt 0.863281 0.882996</w:t>
        <w:br/>
        <w:t>vt 0.848633 0.860840</w:t>
        <w:br/>
        <w:t>vt 0.846191 0.857422</w:t>
        <w:br/>
        <w:t>vt 0.846191 0.853882</w:t>
        <w:br/>
        <w:t>vt 0.830078 0.869629</w:t>
        <w:br/>
        <w:t>vt 0.829590 0.865112</w:t>
        <w:br/>
        <w:t>vt 0.829102 0.859253</w:t>
        <w:br/>
        <w:t>vt 0.833008 0.856323</w:t>
        <w:br/>
        <w:t>vt 0.807129 0.857178</w:t>
        <w:br/>
        <w:t>vt 0.808594 0.853638</w:t>
        <w:br/>
        <w:t>vt 0.787109 0.851318</w:t>
        <w:br/>
        <w:t>vt 0.806641 0.863403</w:t>
        <w:br/>
        <w:t>vt 0.785156 0.854858</w:t>
        <w:br/>
        <w:t>vt 0.760254 0.847900</w:t>
        <w:br/>
        <w:t>vt 0.806152 0.869995</w:t>
        <w:br/>
        <w:t>vt 0.759766 0.851562</w:t>
        <w:br/>
        <w:t>vt 0.743164 0.846191</w:t>
        <w:br/>
        <w:t>vt 0.783691 0.860840</w:t>
        <w:br/>
        <w:t>vt 0.742188 0.850098</w:t>
        <w:br/>
        <w:t>vt 0.722168 0.845093</w:t>
        <w:br/>
        <w:t>vt 0.760254 0.857422</w:t>
        <w:br/>
        <w:t>vt 0.742676 0.855469</w:t>
        <w:br/>
        <w:t>vt 0.760742 0.867798</w:t>
        <w:br/>
        <w:t>vt 0.742188 0.866211</w:t>
        <w:br/>
        <w:t>vt 0.723145 0.854614</w:t>
        <w:br/>
        <w:t>vt 0.783203 0.869263</w:t>
        <w:br/>
        <w:t>vt 0.723145 0.848633</w:t>
        <w:br/>
        <w:t>vt 0.723145 0.848633</w:t>
        <w:br/>
        <w:t>vt 0.701172 0.849121</w:t>
        <w:br/>
        <w:t>vt 0.700195 0.844727</w:t>
        <w:br/>
        <w:t>vt 0.722656 0.865967</w:t>
        <w:br/>
        <w:t>vt 0.700684 0.854736</w:t>
        <w:br/>
        <w:t>vt 0.680176 0.850586</w:t>
        <w:br/>
        <w:t>vt 0.680176 0.850586</w:t>
        <w:br/>
        <w:t>vt 0.677246 0.847290</w:t>
        <w:br/>
        <w:t>vt 0.652832 0.853027</w:t>
        <w:br/>
        <w:t>vt 0.652832 0.848145</w:t>
        <w:br/>
        <w:t>vt 0.652832 0.858276</w:t>
        <w:br/>
        <w:t>vt 0.680176 0.856689</w:t>
        <w:br/>
        <w:t>vt 0.652832 0.865112</w:t>
        <w:br/>
        <w:t>vt 0.700684 0.864990</w:t>
        <w:br/>
        <w:t>vt 0.680176 0.865112</w:t>
        <w:br/>
        <w:t>vt 0.652832 0.877808</w:t>
        <w:br/>
        <w:t>vt 0.722168 0.881409</w:t>
        <w:br/>
        <w:t>vt 0.699219 0.879883</w:t>
        <w:br/>
        <w:t>vt 0.679199 0.878235</w:t>
        <w:br/>
        <w:t>vt 0.741699 0.882385</w:t>
        <w:br/>
        <w:t>vt 0.721191 0.899231</w:t>
        <w:br/>
        <w:t>vt 0.698730 0.896484</w:t>
        <w:br/>
        <w:t>vt 0.677734 0.894653</w:t>
        <w:br/>
        <w:t>vt 0.652832 0.894043</w:t>
        <w:br/>
        <w:t>vt 0.698242 0.913452</w:t>
        <w:br/>
        <w:t>vt 0.677246 0.910645</w:t>
        <w:br/>
        <w:t>vt 0.652832 0.907959</w:t>
        <w:br/>
        <w:t>vt 0.677246 0.924500</w:t>
        <w:br/>
        <w:t>vt 0.652832 0.921082</w:t>
        <w:br/>
        <w:t>vt 0.720703 0.917236</w:t>
        <w:br/>
        <w:t>vt 0.676758 0.936890</w:t>
        <w:br/>
        <w:t>vt 0.652832 0.934387</w:t>
        <w:br/>
        <w:t>vt 0.698730 0.928650</w:t>
        <w:br/>
        <w:t>vt 0.666992 0.950531</w:t>
        <w:br/>
        <w:t>vt 0.652832 0.944427</w:t>
        <w:br/>
        <w:t>vt 0.652832 0.944427</w:t>
        <w:br/>
        <w:t>vt 0.666504 0.952911</w:t>
        <w:br/>
        <w:t>vt 0.652832 0.946838</w:t>
        <w:br/>
        <w:t>vt 0.666992 0.950531</w:t>
        <w:br/>
        <w:t>vt 0.684570 0.961945</w:t>
        <w:br/>
        <w:t>vt 0.685547 0.959930</w:t>
        <w:br/>
        <w:t>vt 0.686523 0.962128</w:t>
        <w:br/>
        <w:t>vt 0.685547 0.959930</w:t>
        <w:br/>
        <w:t>vt 0.699707 0.941742</w:t>
        <w:br/>
        <w:t>vt 0.703125 0.954315</w:t>
        <w:br/>
        <w:t>vt 0.720703 0.945496</w:t>
        <w:br/>
        <w:t>vt 0.720215 0.934265</w:t>
        <w:br/>
        <w:t>vt 0.735840 0.940247</w:t>
        <w:br/>
        <w:t>vt 0.739746 0.920410</w:t>
        <w:br/>
        <w:t>vt 0.748535 0.945007</w:t>
        <w:br/>
        <w:t>vt 0.741699 0.901550</w:t>
        <w:br/>
        <w:t>vt 0.759277 0.922974</w:t>
        <w:br/>
        <w:t>vt 0.759277 0.883545</w:t>
        <w:br/>
        <w:t>vt 0.758789 0.902710</w:t>
        <w:br/>
        <w:t>vt 0.784180 0.883911</w:t>
        <w:br/>
        <w:t>vt 0.783691 0.903015</w:t>
        <w:br/>
        <w:t>vt 0.806641 0.883545</w:t>
        <w:br/>
        <w:t>vt 0.806641 0.902161</w:t>
        <w:br/>
        <w:t>vt 0.830566 0.883728</w:t>
        <w:br/>
        <w:t>vt 0.831543 0.902649</w:t>
        <w:br/>
        <w:t>vt 0.807129 0.923462</w:t>
        <w:br/>
        <w:t>vt 0.859863 0.903687</w:t>
        <w:br/>
        <w:t>vt 0.833008 0.922729</w:t>
        <w:br/>
        <w:t>vt 0.784180 0.924194</w:t>
        <w:br/>
        <w:t>vt 0.806641 0.950317</w:t>
        <w:br/>
        <w:t>vt 0.757812 0.945953</w:t>
        <w:br/>
        <w:t>vt 0.755859 0.953522</w:t>
        <w:br/>
        <w:t>vt 0.781738 0.951874</w:t>
        <w:br/>
        <w:t>vt 0.760254 0.962341</w:t>
        <w:br/>
        <w:t>vt 0.763184 0.972412</w:t>
        <w:br/>
        <w:t>vt 0.776855 0.980591</w:t>
        <w:br/>
        <w:t>vt 0.806641 0.976532</w:t>
        <w:br/>
        <w:t>vt 0.806641 0.976532</w:t>
        <w:br/>
        <w:t>vt 0.776855 0.982773</w:t>
        <w:br/>
        <w:t>vt 0.763184 0.972412</w:t>
        <w:br/>
        <w:t>vt 0.773438 0.983627</w:t>
        <w:br/>
        <w:t>vt 0.773438 0.996529</w:t>
        <w:br/>
        <w:t>vt 0.762695 0.974762</w:t>
        <w:br/>
        <w:t>vt 0.752930 0.975357</w:t>
        <w:br/>
        <w:t>vt 0.749023 0.972397</w:t>
        <w:br/>
        <w:t>vt 0.751953 0.996529</w:t>
        <w:br/>
        <w:t>vt 0.752930 0.975357</w:t>
        <w:br/>
        <w:t>vt 0.747559 0.996529</w:t>
        <w:br/>
        <w:t>vt 0.749023 0.972397</w:t>
        <w:br/>
        <w:t>vt 0.751953 0.996529</w:t>
        <w:br/>
        <w:t>vt 0.997070 0.995113</w:t>
        <w:br/>
        <w:t>vt 0.997070 0.972916</w:t>
        <w:br/>
        <w:t>vt 0.993652 0.993439</w:t>
        <w:br/>
        <w:t>vt 0.993164 0.972458</w:t>
        <w:br/>
        <w:t>vt 0.997070 0.953522</w:t>
        <w:br/>
        <w:t>vt 0.968262 0.975159</w:t>
        <w:br/>
        <w:t>vt 0.993652 0.993439</w:t>
        <w:br/>
        <w:t>vt 0.993164 0.972458</w:t>
        <w:br/>
        <w:t>vt 0.993164 0.952728</w:t>
        <w:br/>
        <w:t>vt 0.997070 0.933289</w:t>
        <w:br/>
        <w:t>vt 0.968262 0.966461</w:t>
        <w:br/>
        <w:t>vt 0.993164 0.952728</w:t>
        <w:br/>
        <w:t>vt 0.993164 0.931946</w:t>
        <w:br/>
        <w:t>vt 0.997070 0.912292</w:t>
        <w:br/>
        <w:t>vt 0.968262 0.949921</w:t>
        <w:br/>
        <w:t>vt 0.993164 0.931946</w:t>
        <w:br/>
        <w:t>vt 0.967773 0.966370</w:t>
        <w:br/>
        <w:t>vt 0.968262 0.975159</w:t>
        <w:br/>
        <w:t>vt 0.968262 0.966461</w:t>
        <w:br/>
        <w:t>vt 0.968262 0.949921</w:t>
        <w:br/>
        <w:t>vt 0.967773 0.975281</w:t>
        <w:br/>
        <w:t>vt 0.966309 0.977325</w:t>
        <w:br/>
        <w:t>vt 0.966309 0.996529</w:t>
        <w:br/>
        <w:t>vt 0.959473 0.967651</w:t>
        <w:br/>
        <w:t>vt 0.967773 0.975281</w:t>
        <w:br/>
        <w:t>vt 0.967773 0.966370</w:t>
        <w:br/>
        <w:t>vt 0.959473 0.978058</w:t>
        <w:br/>
        <w:t>vt 0.966309 0.996529</w:t>
        <w:br/>
        <w:t>vt 0.966309 0.977325</w:t>
        <w:br/>
        <w:t>vt 0.959473 0.996529</w:t>
        <w:br/>
        <w:t>vt 0.958984 0.975891</w:t>
        <w:br/>
        <w:t>vt 0.953613 0.978531</w:t>
        <w:br/>
        <w:t>vt 0.953125 0.996529</w:t>
        <w:br/>
        <w:t>vt 0.954102 0.976303</w:t>
        <w:br/>
        <w:t>vt 0.943848 0.979233</w:t>
        <w:br/>
        <w:t>vt 0.944336 0.996529</w:t>
        <w:br/>
        <w:t>vt 0.943848 0.977051</w:t>
        <w:br/>
        <w:t>vt 0.916504 0.980850</w:t>
        <w:br/>
        <w:t>vt 0.916504 0.996529</w:t>
        <w:br/>
        <w:t>vt 0.889160 0.983002</w:t>
        <w:br/>
        <w:t>vt 0.889160 0.996529</w:t>
        <w:br/>
        <w:t>vt 0.916016 0.978500</w:t>
        <w:br/>
        <w:t>vt 0.863770 0.985100</w:t>
        <w:br/>
        <w:t>vt 0.863770 0.996529</w:t>
        <w:br/>
        <w:t>vt 0.888184 0.980240</w:t>
        <w:br/>
        <w:t>vt 0.835449 0.987022</w:t>
        <w:br/>
        <w:t>vt 0.835449 0.996529</w:t>
        <w:br/>
        <w:t>vt 0.862793 0.981750</w:t>
        <w:br/>
        <w:t>vt 0.835449 0.987022</w:t>
        <w:br/>
        <w:t>vt 0.807129 0.988937</w:t>
        <w:br/>
        <w:t>vt 0.807129 0.996529</w:t>
        <w:br/>
        <w:t>vt 0.835449 0.984039</w:t>
        <w:br/>
        <w:t>vt 0.780273 0.989868</w:t>
        <w:br/>
        <w:t>vt 0.780273 0.996529</w:t>
        <w:br/>
        <w:t>vt 0.778809 0.996529</w:t>
        <w:br/>
        <w:t>vt 0.807617 0.986252</w:t>
        <w:br/>
        <w:t>vt 0.807129 0.988937</w:t>
        <w:br/>
        <w:t>vt 0.778809 0.988678</w:t>
        <w:br/>
        <w:t>vt 0.778809 0.988678</w:t>
        <w:br/>
        <w:t>vt 0.776367 0.996529</w:t>
        <w:br/>
        <w:t>vt 0.835449 0.984039</w:t>
        <w:br/>
        <w:t>vt 0.807617 0.979156</w:t>
        <w:br/>
        <w:t>vt 0.862793 0.981750</w:t>
        <w:br/>
        <w:t>vt 0.835449 0.976654</w:t>
        <w:br/>
        <w:t>vt 0.862793 0.974655</w:t>
        <w:br/>
        <w:t>vt 0.888184 0.980240</w:t>
        <w:br/>
        <w:t>vt 0.834961 0.973679</w:t>
        <w:br/>
        <w:t>vt 0.807617 0.979156</w:t>
        <w:br/>
        <w:t>vt 0.835449 0.976654</w:t>
        <w:br/>
        <w:t>vt 0.862793 0.974655</w:t>
        <w:br/>
        <w:t>vt 0.776855 0.982773</w:t>
        <w:br/>
        <w:t>vt 0.806641 0.976532</w:t>
        <w:br/>
        <w:t>vt 0.776855 0.982773</w:t>
        <w:br/>
        <w:t>vt 0.888672 0.972519</w:t>
        <w:br/>
        <w:t>vt 0.862793 0.971222</w:t>
        <w:br/>
        <w:t>vt 0.888672 0.972519</w:t>
        <w:br/>
        <w:t>vt 0.916016 0.970474</w:t>
        <w:br/>
        <w:t>vt 0.888672 0.969040</w:t>
        <w:br/>
        <w:t>vt 0.916016 0.970474</w:t>
        <w:br/>
        <w:t>vt 0.943848 0.968887</w:t>
        <w:br/>
        <w:t>vt 0.916504 0.966919</w:t>
        <w:br/>
        <w:t>vt 0.943848 0.968887</w:t>
        <w:br/>
        <w:t>vt 0.954102 0.967957</w:t>
        <w:br/>
        <w:t>vt 0.943848 0.965302</w:t>
        <w:br/>
        <w:t>vt 0.954102 0.967957</w:t>
        <w:br/>
        <w:t>vt 0.888672 0.969040</w:t>
        <w:br/>
        <w:t>vt 0.916504 0.966919</w:t>
        <w:br/>
        <w:t>vt 0.888184 0.946747</w:t>
        <w:br/>
        <w:t>vt 0.959473 0.967651</w:t>
        <w:br/>
        <w:t>vt 0.959473 0.964783</w:t>
        <w:br/>
        <w:t>vt 0.861816 0.947662</w:t>
        <w:br/>
        <w:t>vt 0.862793 0.971222</w:t>
        <w:br/>
        <w:t>vt 0.916016 0.946106</w:t>
        <w:br/>
        <w:t>vt 0.943848 0.965302</w:t>
        <w:br/>
        <w:t>vt 0.833984 0.948914</w:t>
        <w:br/>
        <w:t>vt 0.834961 0.973679</w:t>
        <w:br/>
        <w:t>vt 0.953613 0.964783</w:t>
        <w:br/>
        <w:t>vt 0.953125 0.948151</w:t>
        <w:br/>
        <w:t>vt 0.953613 0.964783</w:t>
        <w:br/>
        <w:t>vt 0.959961 0.948700</w:t>
        <w:br/>
        <w:t>vt 0.959473 0.964783</w:t>
        <w:br/>
        <w:t>vt 0.944336 0.947296</w:t>
        <w:br/>
        <w:t>vt 0.952637 0.928162</w:t>
        <w:br/>
        <w:t>vt 0.944336 0.928345</w:t>
        <w:br/>
        <w:t>vt 0.958008 0.928467</w:t>
        <w:br/>
        <w:t>vt 0.916016 0.925293</w:t>
        <w:br/>
        <w:t>vt 0.888184 0.923706</w:t>
        <w:br/>
        <w:t>vt 0.916504 0.907959</w:t>
        <w:br/>
        <w:t>vt 0.860352 0.922241</w:t>
        <w:br/>
        <w:t>vt 0.888672 0.905334</w:t>
        <w:br/>
        <w:t>vt 0.944336 0.909912</w:t>
        <w:br/>
        <w:t>vt 0.859863 0.903687</w:t>
        <w:br/>
        <w:t>vt 0.952148 0.911072</w:t>
        <w:br/>
        <w:t>vt 0.833008 0.922729</w:t>
        <w:br/>
        <w:t>vt 0.831543 0.902649</w:t>
        <w:br/>
        <w:t>vt 0.807129 0.923462</w:t>
        <w:br/>
        <w:t>vt 0.863281 0.882996</w:t>
        <w:br/>
        <w:t>vt 0.806641 0.950317</w:t>
        <w:br/>
        <w:t>vt 0.806641 0.976532</w:t>
        <w:br/>
        <w:t>vt 0.776855 0.980591</w:t>
        <w:br/>
        <w:t>vt 0.784180 0.924194</w:t>
        <w:br/>
        <w:t>vt 0.781738 0.951874</w:t>
        <w:br/>
        <w:t>vt 0.763184 0.972412</w:t>
        <w:br/>
        <w:t>vt 0.763184 0.972412</w:t>
        <w:br/>
        <w:t>vt 0.760254 0.962341</w:t>
        <w:br/>
        <w:t>vt 0.755859 0.953522</w:t>
        <w:br/>
        <w:t>vt 0.757812 0.945953</w:t>
        <w:br/>
        <w:t>vt 0.748535 0.945007</w:t>
        <w:br/>
        <w:t>vt 0.759277 0.922974</w:t>
        <w:br/>
        <w:t>vt 0.783691 0.903015</w:t>
        <w:br/>
        <w:t>vt 0.739746 0.920410</w:t>
        <w:br/>
        <w:t>vt 0.735840 0.940247</w:t>
        <w:br/>
        <w:t>vt 0.758789 0.902710</w:t>
        <w:br/>
        <w:t>vt 0.806641 0.902161</w:t>
        <w:br/>
        <w:t>vt 0.759277 0.883545</w:t>
        <w:br/>
        <w:t>vt 0.830566 0.883728</w:t>
        <w:br/>
        <w:t>vt 0.784180 0.883911</w:t>
        <w:br/>
        <w:t>vt 0.806641 0.883545</w:t>
        <w:br/>
        <w:t>vt 0.741699 0.901550</w:t>
        <w:br/>
        <w:t>vt 0.760742 0.867798</w:t>
        <w:br/>
        <w:t>vt 0.783203 0.869263</w:t>
        <w:br/>
        <w:t>vt 0.806152 0.869995</w:t>
        <w:br/>
        <w:t>vt 0.783691 0.860840</w:t>
        <w:br/>
        <w:t>vt 0.741699 0.882385</w:t>
        <w:br/>
        <w:t>vt 0.830078 0.869629</w:t>
        <w:br/>
        <w:t>vt 0.806641 0.863403</w:t>
        <w:br/>
        <w:t>vt 0.852051 0.865845</w:t>
        <w:br/>
        <w:t>vt 0.785156 0.854858</w:t>
        <w:br/>
        <w:t>vt 0.866699 0.870117</w:t>
        <w:br/>
        <w:t>vt 0.829590 0.865112</w:t>
        <w:br/>
        <w:t>vt 0.890137 0.883301</w:t>
        <w:br/>
        <w:t>vt 0.871582 0.855713</w:t>
        <w:br/>
        <w:t>vt 0.848633 0.860840</w:t>
        <w:br/>
        <w:t>vt 0.916992 0.889526</w:t>
        <w:br/>
        <w:t>vt 0.868164 0.854004</w:t>
        <w:br/>
        <w:t>vt 0.895996 0.865356</w:t>
        <w:br/>
        <w:t>vt 0.932129 0.890869</w:t>
        <w:br/>
        <w:t>vt 0.885742 0.843750</w:t>
        <w:br/>
        <w:t>vt 0.921875 0.873779</w:t>
        <w:br/>
        <w:t>vt 0.903320 0.847046</w:t>
        <w:br/>
        <w:t>vt 0.883789 0.839233</w:t>
        <w:br/>
        <w:t>vt 0.883789 0.839233</w:t>
        <w:br/>
        <w:t>vt 0.893066 0.828979</w:t>
        <w:br/>
        <w:t>vt 0.927246 0.856079</w:t>
        <w:br/>
        <w:t>vt 0.911621 0.828247</w:t>
        <w:br/>
        <w:t>vt 0.896973 0.818970</w:t>
        <w:br/>
        <w:t>vt 0.891113 0.821655</w:t>
        <w:br/>
        <w:t>vt 0.935059 0.838135</w:t>
        <w:br/>
        <w:t>vt 0.891113 0.821655</w:t>
        <w:br/>
        <w:t>vt 0.889648 0.820557</w:t>
        <w:br/>
        <w:t>vt 0.880859 0.836060</w:t>
        <w:br/>
        <w:t>vt 0.952148 0.864258</w:t>
        <w:br/>
        <w:t>vt 0.957520 0.846191</w:t>
        <w:br/>
        <w:t>vt 0.864746 0.852295</w:t>
        <w:br/>
        <w:t>vt 0.864258 0.848999</w:t>
        <w:br/>
        <w:t>vt 0.847656 0.852783</w:t>
        <w:br/>
        <w:t>vt 0.846191 0.857422</w:t>
        <w:br/>
        <w:t>vt 0.846191 0.853882</w:t>
        <w:br/>
        <w:t>vt 0.829102 0.859253</w:t>
        <w:br/>
        <w:t>vt 0.833008 0.856323</w:t>
        <w:br/>
        <w:t>vt 0.807129 0.857178</w:t>
        <w:br/>
        <w:t>vt 0.808594 0.853638</w:t>
        <w:br/>
        <w:t>vt 0.787109 0.851318</w:t>
        <w:br/>
        <w:t>vt 0.760254 0.847900</w:t>
        <w:br/>
        <w:t>vt 0.759766 0.851562</w:t>
        <w:br/>
        <w:t>vt 0.743164 0.846191</w:t>
        <w:br/>
        <w:t>vt 0.760254 0.857422</w:t>
        <w:br/>
        <w:t>vt 0.742188 0.850098</w:t>
        <w:br/>
        <w:t>vt 0.722168 0.845093</w:t>
        <w:br/>
        <w:t>vt 0.742676 0.855469</w:t>
        <w:br/>
        <w:t>vt 0.742188 0.866211</w:t>
        <w:br/>
        <w:t>vt 0.723145 0.854614</w:t>
        <w:br/>
        <w:t>vt 0.722656 0.865967</w:t>
        <w:br/>
        <w:t>vt 0.722168 0.881409</w:t>
        <w:br/>
        <w:t>vt 0.723145 0.848633</w:t>
        <w:br/>
        <w:t>vt 0.723145 0.848633</w:t>
        <w:br/>
        <w:t>vt 0.701172 0.849121</w:t>
        <w:br/>
        <w:t>vt 0.700195 0.844727</w:t>
        <w:br/>
        <w:t>vt 0.700684 0.854736</w:t>
        <w:br/>
        <w:t>vt 0.680176 0.850586</w:t>
        <w:br/>
        <w:t>vt 0.680176 0.850586</w:t>
        <w:br/>
        <w:t>vt 0.677246 0.847290</w:t>
        <w:br/>
        <w:t>vt 0.652832 0.853027</w:t>
        <w:br/>
        <w:t>vt 0.652832 0.848145</w:t>
        <w:br/>
        <w:t>vt 0.652832 0.858276</w:t>
        <w:br/>
        <w:t>vt 0.680176 0.856689</w:t>
        <w:br/>
        <w:t>vt 0.652832 0.865112</w:t>
        <w:br/>
        <w:t>vt 0.700684 0.864990</w:t>
        <w:br/>
        <w:t>vt 0.680176 0.865112</w:t>
        <w:br/>
        <w:t>vt 0.652832 0.877808</w:t>
        <w:br/>
        <w:t>vt 0.699219 0.879883</w:t>
        <w:br/>
        <w:t>vt 0.679199 0.878235</w:t>
        <w:br/>
        <w:t>vt 0.677734 0.894653</w:t>
        <w:br/>
        <w:t>vt 0.652832 0.894043</w:t>
        <w:br/>
        <w:t>vt 0.698730 0.896484</w:t>
        <w:br/>
        <w:t>vt 0.721191 0.899231</w:t>
        <w:br/>
        <w:t>vt 0.698242 0.913452</w:t>
        <w:br/>
        <w:t>vt 0.677246 0.910645</w:t>
        <w:br/>
        <w:t>vt 0.652832 0.907959</w:t>
        <w:br/>
        <w:t>vt 0.720703 0.917236</w:t>
        <w:br/>
        <w:t>vt 0.677246 0.924500</w:t>
        <w:br/>
        <w:t>vt 0.652832 0.921082</w:t>
        <w:br/>
        <w:t>vt 0.698730 0.928650</w:t>
        <w:br/>
        <w:t>vt 0.720215 0.934265</w:t>
        <w:br/>
        <w:t>vt 0.720703 0.945496</w:t>
        <w:br/>
        <w:t>vt 0.699707 0.941742</w:t>
        <w:br/>
        <w:t>vt 0.703125 0.954315</w:t>
        <w:br/>
        <w:t>vt 0.685547 0.959930</w:t>
        <w:br/>
        <w:t>vt 0.676758 0.936890</w:t>
        <w:br/>
        <w:t>vt 0.652832 0.934387</w:t>
        <w:br/>
        <w:t>vt 0.686523 0.962128</w:t>
        <w:br/>
        <w:t>vt 0.685547 0.959930</w:t>
        <w:br/>
        <w:t>vt 0.684570 0.961945</w:t>
        <w:br/>
        <w:t>vt 0.666992 0.950531</w:t>
        <w:br/>
        <w:t>vt 0.666992 0.950531</w:t>
        <w:br/>
        <w:t>vt 0.652832 0.944427</w:t>
        <w:br/>
        <w:t>vt 0.666504 0.952911</w:t>
        <w:br/>
        <w:t>vt 0.652832 0.944427</w:t>
        <w:br/>
        <w:t>vt 0.652832 0.946838</w:t>
        <w:br/>
        <w:t>vt 0.322266 0.173828</w:t>
        <w:br/>
        <w:t>vt 0.323486 0.178711</w:t>
        <w:br/>
        <w:t>vt 0.322266 0.178711</w:t>
        <w:br/>
        <w:t>vt 0.323486 0.173828</w:t>
        <w:br/>
        <w:t>vt 0.322266 0.166992</w:t>
        <w:br/>
        <w:t>vt 0.323486 0.173828</w:t>
        <w:br/>
        <w:t>vt 0.324707 0.178711</w:t>
        <w:br/>
        <w:t>vt 0.323486 0.178711</w:t>
        <w:br/>
        <w:t>vt 0.322266 0.161621</w:t>
        <w:br/>
        <w:t>vt 0.323486 0.166992</w:t>
        <w:br/>
        <w:t>vt 0.324707 0.173828</w:t>
        <w:br/>
        <w:t>vt 0.323486 0.166992</w:t>
        <w:br/>
        <w:t>vt 0.324707 0.178711</w:t>
        <w:br/>
        <w:t>vt 0.324707 0.173828</w:t>
        <w:br/>
        <w:t>vt 0.325684 0.173828</w:t>
        <w:br/>
        <w:t>vt 0.325684 0.178711</w:t>
        <w:br/>
        <w:t>vt 0.326904 0.173828</w:t>
        <w:br/>
        <w:t>vt 0.326904 0.178711</w:t>
        <w:br/>
        <w:t>vt 0.325684 0.178711</w:t>
        <w:br/>
        <w:t>vt 0.325684 0.173828</w:t>
        <w:br/>
        <w:t>vt 0.326904 0.166992</w:t>
        <w:br/>
        <w:t>vt 0.325684 0.166992</w:t>
        <w:br/>
        <w:t>vt 0.325684 0.166992</w:t>
        <w:br/>
        <w:t>vt 0.326904 0.161621</w:t>
        <w:br/>
        <w:t>vt 0.324707 0.166992</w:t>
        <w:br/>
        <w:t>vt 0.324707 0.166992</w:t>
        <w:br/>
        <w:t>vt 0.325684 0.161621</w:t>
        <w:br/>
        <w:t>vt 0.325684 0.161621</w:t>
        <w:br/>
        <w:t>vt 0.326904 0.155762</w:t>
        <w:br/>
        <w:t>vt 0.323486 0.161621</w:t>
        <w:br/>
        <w:t>vt 0.323486 0.161621</w:t>
        <w:br/>
        <w:t>vt 0.322266 0.155762</w:t>
        <w:br/>
        <w:t>vt 0.324707 0.161621</w:t>
        <w:br/>
        <w:t>vt 0.324707 0.161621</w:t>
        <w:br/>
        <w:t>vt 0.325684 0.155762</w:t>
        <w:br/>
        <w:t>vt 0.325684 0.155762</w:t>
        <w:br/>
        <w:t>vt 0.326904 0.149902</w:t>
        <w:br/>
        <w:t>vt 0.323486 0.155762</w:t>
        <w:br/>
        <w:t>vt 0.323486 0.155762</w:t>
        <w:br/>
        <w:t>vt 0.322266 0.149902</w:t>
        <w:br/>
        <w:t>vt 0.324707 0.155762</w:t>
        <w:br/>
        <w:t>vt 0.324707 0.155762</w:t>
        <w:br/>
        <w:t>vt 0.325684 0.149902</w:t>
        <w:br/>
        <w:t>vt 0.325684 0.149902</w:t>
        <w:br/>
        <w:t>vt 0.323486 0.149902</w:t>
        <w:br/>
        <w:t>vt 0.323486 0.149902</w:t>
        <w:br/>
        <w:t>vt 0.324707 0.149902</w:t>
        <w:br/>
        <w:t>vt 0.324707 0.149902</w:t>
        <w:br/>
        <w:t>vt 0.325684 0.148438</w:t>
        <w:br/>
        <w:t>vt 0.326904 0.149902</w:t>
        <w:br/>
        <w:t>vt 0.325684 0.149902</w:t>
        <w:br/>
        <w:t>vt 0.326904 0.148438</w:t>
        <w:br/>
        <w:t>vt 0.324707 0.148438</w:t>
        <w:br/>
        <w:t>vt 0.324707 0.148438</w:t>
        <w:br/>
        <w:t>vt 0.324707 0.149902</w:t>
        <w:br/>
        <w:t>vt 0.323486 0.149902</w:t>
        <w:br/>
        <w:t>vt 0.325684 0.148438</w:t>
        <w:br/>
        <w:t>vt 0.323486 0.148438</w:t>
        <w:br/>
        <w:t>vt 0.323486 0.148438</w:t>
        <w:br/>
        <w:t>vt 0.322266 0.148438</w:t>
        <w:br/>
        <w:t>vt 0.324707 0.147949</w:t>
        <w:br/>
        <w:t>vt 0.324707 0.147949</w:t>
        <w:br/>
        <w:t>vt 0.325684 0.147949</w:t>
        <w:br/>
        <w:t>vt 0.325684 0.147949</w:t>
        <w:br/>
        <w:t>vt 0.326904 0.147949</w:t>
        <w:br/>
        <w:t>vt 0.326904 0.145996</w:t>
        <w:br/>
        <w:t>vt 0.323486 0.147949</w:t>
        <w:br/>
        <w:t>vt 0.323486 0.147949</w:t>
        <w:br/>
        <w:t>vt 0.322266 0.147949</w:t>
        <w:br/>
        <w:t>vt 0.322266 0.145996</w:t>
        <w:br/>
        <w:t>vt 0.323486 0.147949</w:t>
        <w:br/>
        <w:t>vt 0.322266 0.147949</w:t>
        <w:br/>
        <w:t>vt 0.325684 0.145996</w:t>
        <w:br/>
        <w:t>vt 0.325684 0.145996</w:t>
        <w:br/>
        <w:t>vt 0.325684 0.147949</w:t>
        <w:br/>
        <w:t>vt 0.324707 0.147949</w:t>
        <w:br/>
        <w:t>vt 0.326904 0.141602</w:t>
        <w:br/>
        <w:t>vt 0.323486 0.145996</w:t>
        <w:br/>
        <w:t>vt 0.323486 0.145996</w:t>
        <w:br/>
        <w:t>vt 0.322266 0.141602</w:t>
        <w:br/>
        <w:t>vt 0.324707 0.145996</w:t>
        <w:br/>
        <w:t>vt 0.324707 0.145996</w:t>
        <w:br/>
        <w:t>vt 0.323486 0.141602</w:t>
        <w:br/>
        <w:t>vt 0.322266 0.135742</w:t>
        <w:br/>
        <w:t>vt 0.323486 0.141602</w:t>
        <w:br/>
        <w:t>vt 0.325684 0.141602</w:t>
        <w:br/>
        <w:t>vt 0.325684 0.141602</w:t>
        <w:br/>
        <w:t>vt 0.324707 0.141602</w:t>
        <w:br/>
        <w:t>vt 0.324707 0.141602</w:t>
        <w:br/>
        <w:t>vt 0.325684 0.135742</w:t>
        <w:br/>
        <w:t>vt 0.325684 0.135742</w:t>
        <w:br/>
        <w:t>vt 0.326904 0.135742</w:t>
        <w:br/>
        <w:t>vt 0.326904 0.127441</w:t>
        <w:br/>
        <w:t>vt 0.324707 0.135742</w:t>
        <w:br/>
        <w:t>vt 0.324707 0.135742</w:t>
        <w:br/>
        <w:t>vt 0.325684 0.127441</w:t>
        <w:br/>
        <w:t>vt 0.325684 0.127441</w:t>
        <w:br/>
        <w:t>vt 0.326904 0.123535</w:t>
        <w:br/>
        <w:t>vt 0.323486 0.135742</w:t>
        <w:br/>
        <w:t>vt 0.323486 0.135742</w:t>
        <w:br/>
        <w:t>vt 0.323486 0.127441</w:t>
        <w:br/>
        <w:t>vt 0.323486 0.127441</w:t>
        <w:br/>
        <w:t>vt 0.325684 0.123535</w:t>
        <w:br/>
        <w:t>vt 0.326904 0.117676</w:t>
        <w:br/>
        <w:t>vt 0.324707 0.127441</w:t>
        <w:br/>
        <w:t>vt 0.324707 0.127441</w:t>
        <w:br/>
        <w:t>vt 0.324707 0.123535</w:t>
        <w:br/>
        <w:t>vt 0.325684 0.123535</w:t>
        <w:br/>
        <w:t>vt 0.323486 0.123535</w:t>
        <w:br/>
        <w:t>vt 0.324707 0.123535</w:t>
        <w:br/>
        <w:t>vt 0.322266 0.127441</w:t>
        <w:br/>
        <w:t>vt 0.323486 0.123535</w:t>
        <w:br/>
        <w:t>vt 0.322266 0.123535</w:t>
        <w:br/>
        <w:t>vt 0.323486 0.117676</w:t>
        <w:br/>
        <w:t>vt 0.323486 0.117676</w:t>
        <w:br/>
        <w:t>vt 0.322266 0.117676</w:t>
        <w:br/>
        <w:t>vt 0.324707 0.117676</w:t>
        <w:br/>
        <w:t>vt 0.324707 0.117676</w:t>
        <w:br/>
        <w:t>vt 0.323486 0.110352</w:t>
        <w:br/>
        <w:t>vt 0.323486 0.110352</w:t>
        <w:br/>
        <w:t>vt 0.322266 0.110352</w:t>
        <w:br/>
        <w:t>vt 0.325684 0.117676</w:t>
        <w:br/>
        <w:t>vt 0.325684 0.117676</w:t>
        <w:br/>
        <w:t>vt 0.326904 0.110352</w:t>
        <w:br/>
        <w:t>vt 0.324707 0.110352</w:t>
        <w:br/>
        <w:t>vt 0.324707 0.110352</w:t>
        <w:br/>
        <w:t>vt 0.323486 0.105957</w:t>
        <w:br/>
        <w:t>vt 0.323486 0.105957</w:t>
        <w:br/>
        <w:t>vt 0.322266 0.105957</w:t>
        <w:br/>
        <w:t>vt 0.325684 0.110352</w:t>
        <w:br/>
        <w:t>vt 0.325684 0.110352</w:t>
        <w:br/>
        <w:t>vt 0.326904 0.105957</w:t>
        <w:br/>
        <w:t>vt 0.323486 0.101562</w:t>
        <w:br/>
        <w:t>vt 0.322266 0.101562</w:t>
        <w:br/>
        <w:t>vt 0.324707 0.105957</w:t>
        <w:br/>
        <w:t>vt 0.323486 0.101562</w:t>
        <w:br/>
        <w:t>vt 0.324707 0.105957</w:t>
        <w:br/>
        <w:t>vt 0.324707 0.101562</w:t>
        <w:br/>
        <w:t>vt 0.325684 0.105957</w:t>
        <w:br/>
        <w:t>vt 0.325684 0.105957</w:t>
        <w:br/>
        <w:t>vt 0.324707 0.101562</w:t>
        <w:br/>
        <w:t>vt 0.326904 0.101562</w:t>
        <w:br/>
        <w:t>vt 0.325684 0.101562</w:t>
        <w:br/>
        <w:t>vt 0.325684 0.101562</w:t>
        <w:br/>
        <w:t>vt 0.464355 0.883667</w:t>
        <w:br/>
        <w:t>vt 0.467041 0.882080</w:t>
        <w:br/>
        <w:t>vt 0.464355 0.882080</w:t>
        <w:br/>
        <w:t>vt 0.467041 0.883667</w:t>
        <w:br/>
        <w:t>vt 0.464355 0.890320</w:t>
        <w:br/>
        <w:t>vt 0.468506 0.883667</w:t>
        <w:br/>
        <w:t>vt 0.468506 0.882080</w:t>
        <w:br/>
        <w:t>vt 0.468506 0.883667</w:t>
        <w:br/>
        <w:t>vt 0.470947 0.880554</w:t>
        <w:br/>
        <w:t>vt 0.468506 0.882080</w:t>
        <w:br/>
        <w:t>vt 0.468506 0.890320</w:t>
        <w:br/>
        <w:t>vt 0.470947 0.882080</w:t>
        <w:br/>
        <w:t>vt 0.467041 0.890320</w:t>
        <w:br/>
        <w:t>vt 0.470947 0.886780</w:t>
        <w:br/>
        <w:t>vt 0.468506 0.890320</w:t>
        <w:br/>
        <w:t>vt 0.467041 0.891479</w:t>
        <w:br/>
        <w:t>vt 0.464355 0.891479</w:t>
        <w:br/>
        <w:t>vt 0.468506 0.891479</w:t>
        <w:br/>
        <w:t>vt 0.470947 0.887573</w:t>
        <w:br/>
        <w:t>vt 0.468506 0.891479</w:t>
        <w:br/>
        <w:t>vt 0.467041 0.893066</w:t>
        <w:br/>
        <w:t>vt 0.464355 0.893066</w:t>
        <w:br/>
        <w:t>vt 0.468506 0.893066</w:t>
        <w:br/>
        <w:t>vt 0.467041 0.899719</w:t>
        <w:br/>
        <w:t>vt 0.464355 0.899719</w:t>
        <w:br/>
        <w:t>vt 0.470947 0.891479</w:t>
        <w:br/>
        <w:t>vt 0.468506 0.893066</w:t>
        <w:br/>
        <w:t>vt 0.468506 0.899719</w:t>
        <w:br/>
        <w:t>vt 0.467041 0.900940</w:t>
        <w:br/>
        <w:t>vt 0.464355 0.900940</w:t>
        <w:br/>
        <w:t>vt 0.464355 0.902527</w:t>
        <w:br/>
        <w:t>vt 0.468506 0.900940</w:t>
        <w:br/>
        <w:t>vt 0.470947 0.896179</w:t>
        <w:br/>
        <w:t>vt 0.468506 0.899719</w:t>
        <w:br/>
        <w:t>vt 0.468506 0.900940</w:t>
        <w:br/>
        <w:t>vt 0.467041 0.902527</w:t>
        <w:br/>
        <w:t>vt 0.467041 0.909424</w:t>
        <w:br/>
        <w:t>vt 0.468506 0.902527</w:t>
        <w:br/>
        <w:t>vt 0.467041 0.902527</w:t>
        <w:br/>
        <w:t>vt 0.464355 0.909424</w:t>
        <w:br/>
        <w:t>vt 0.468506 0.909424</w:t>
        <w:br/>
        <w:t>vt 0.467041 0.909424</w:t>
        <w:br/>
        <w:t>vt 0.468506 0.902527</w:t>
        <w:br/>
        <w:t>vt 0.470947 0.896973</w:t>
        <w:br/>
        <w:t>vt 0.468506 0.909424</w:t>
        <w:br/>
        <w:t>vt 0.470947 0.900940</w:t>
        <w:br/>
        <w:t>vt 0.467041 0.910645</w:t>
        <w:br/>
        <w:t>vt 0.464355 0.910645</w:t>
        <w:br/>
        <w:t>vt 0.468506 0.910645</w:t>
        <w:br/>
        <w:t>vt 0.467041 0.910645</w:t>
        <w:br/>
        <w:t>vt 0.467041 0.912231</w:t>
        <w:br/>
        <w:t>vt 0.467041 0.912231</w:t>
        <w:br/>
        <w:t>vt 0.464355 0.912231</w:t>
        <w:br/>
        <w:t>vt 0.468506 0.910645</w:t>
        <w:br/>
        <w:t>vt 0.470947 0.905762</w:t>
        <w:br/>
        <w:t>vt 0.467041 0.917664</w:t>
        <w:br/>
        <w:t>vt 0.464355 0.917664</w:t>
        <w:br/>
        <w:t>vt 0.464355 0.918396</w:t>
        <w:br/>
        <w:t>vt 0.467041 0.918396</w:t>
        <w:br/>
        <w:t>vt 0.467041 0.917664</w:t>
        <w:br/>
        <w:t>vt 0.468506 0.912231</w:t>
        <w:br/>
        <w:t>vt 0.468506 0.917664</w:t>
        <w:br/>
        <w:t>vt 0.468506 0.918396</w:t>
        <w:br/>
        <w:t>vt 0.470947 0.916077</w:t>
        <w:br/>
        <w:t>vt 0.468506 0.917664</w:t>
        <w:br/>
        <w:t>vt 0.468506 0.918396</w:t>
        <w:br/>
        <w:t>vt 0.470947 0.915344</w:t>
        <w:br/>
        <w:t>vt 0.468506 0.912231</w:t>
        <w:br/>
        <w:t>vt 0.473633 0.918396</w:t>
        <w:br/>
        <w:t>vt 0.470947 0.910645</w:t>
        <w:br/>
        <w:t>vt 0.470947 0.906616</w:t>
        <w:br/>
        <w:t>vt 0.473633 0.912231</w:t>
        <w:br/>
        <w:t>vt 0.473633 0.909424</w:t>
        <w:br/>
        <w:t>vt 0.473633 0.910645</w:t>
        <w:br/>
        <w:t>vt 0.473633 0.902527</w:t>
        <w:br/>
        <w:t>vt 0.473633 0.910645</w:t>
        <w:br/>
        <w:t>vt 0.475098 0.909424</w:t>
        <w:br/>
        <w:t>vt 0.473633 0.909424</w:t>
        <w:br/>
        <w:t>vt 0.473633 0.900940</w:t>
        <w:br/>
        <w:t>vt 0.475098 0.910645</w:t>
        <w:br/>
        <w:t>vt 0.473633 0.912231</w:t>
        <w:br/>
        <w:t>vt 0.475098 0.902527</w:t>
        <w:br/>
        <w:t>vt 0.473633 0.902527</w:t>
        <w:br/>
        <w:t>vt 0.477539 0.909424</w:t>
        <w:br/>
        <w:t>vt 0.477539 0.902527</w:t>
        <w:br/>
        <w:t>vt 0.477539 0.910645</w:t>
        <w:br/>
        <w:t>vt 0.475098 0.900940</w:t>
        <w:br/>
        <w:t>vt 0.473633 0.900940</w:t>
        <w:br/>
        <w:t>vt 0.477539 0.900940</w:t>
        <w:br/>
        <w:t>vt 0.475098 0.912231</w:t>
        <w:br/>
        <w:t>vt 0.477539 0.912231</w:t>
        <w:br/>
        <w:t>vt 0.475098 0.917664</w:t>
        <w:br/>
        <w:t>vt 0.477539 0.917664</w:t>
        <w:br/>
        <w:t>vt 0.475098 0.918396</w:t>
        <w:br/>
        <w:t>vt 0.477539 0.918396</w:t>
        <w:br/>
        <w:t>vt 0.473633 0.918396</w:t>
        <w:br/>
        <w:t>vt 0.473633 0.917664</w:t>
        <w:br/>
        <w:t>vt 0.473633 0.917664</w:t>
        <w:br/>
        <w:t>vt 0.475098 0.899719</w:t>
        <w:br/>
        <w:t>vt 0.477539 0.899719</w:t>
        <w:br/>
        <w:t>vt 0.477539 0.893066</w:t>
        <w:br/>
        <w:t>vt 0.473633 0.899719</w:t>
        <w:br/>
        <w:t>vt 0.475098 0.899719</w:t>
        <w:br/>
        <w:t>vt 0.473633 0.899719</w:t>
        <w:br/>
        <w:t>vt 0.473633 0.893066</w:t>
        <w:br/>
        <w:t>vt 0.473633 0.893066</w:t>
        <w:br/>
        <w:t>vt 0.475098 0.893066</w:t>
        <w:br/>
        <w:t>vt 0.475098 0.893066</w:t>
        <w:br/>
        <w:t>vt 0.477539 0.891479</w:t>
        <w:br/>
        <w:t>vt 0.473633 0.891479</w:t>
        <w:br/>
        <w:t>vt 0.473633 0.891479</w:t>
        <w:br/>
        <w:t>vt 0.475098 0.891479</w:t>
        <w:br/>
        <w:t>vt 0.475098 0.891479</w:t>
        <w:br/>
        <w:t>vt 0.477539 0.890320</w:t>
        <w:br/>
        <w:t>vt 0.473633 0.890320</w:t>
        <w:br/>
        <w:t>vt 0.475098 0.890320</w:t>
        <w:br/>
        <w:t>vt 0.475098 0.890320</w:t>
        <w:br/>
        <w:t>vt 0.473633 0.890320</w:t>
        <w:br/>
        <w:t>vt 0.477539 0.883667</w:t>
        <w:br/>
        <w:t>vt 0.475098 0.883667</w:t>
        <w:br/>
        <w:t>vt 0.475098 0.883667</w:t>
        <w:br/>
        <w:t>vt 0.473633 0.883667</w:t>
        <w:br/>
        <w:t>vt 0.473633 0.883667</w:t>
        <w:br/>
        <w:t>vt 0.473633 0.882080</w:t>
        <w:br/>
        <w:t>vt 0.475098 0.882080</w:t>
        <w:br/>
        <w:t>vt 0.473633 0.882080</w:t>
        <w:br/>
        <w:t>vt 0.477539 0.882080</w:t>
        <w:br/>
        <w:t>vt 0.467041 0.918396</w:t>
        <w:br/>
        <w:t>vt 0.464355 0.917664</w:t>
        <w:br/>
        <w:t>vt 0.464355 0.918396</w:t>
        <w:br/>
        <w:t>vt 0.467041 0.917664</w:t>
        <w:br/>
        <w:t>vt 0.468506 0.918396</w:t>
        <w:br/>
        <w:t>vt 0.467041 0.917664</w:t>
        <w:br/>
        <w:t>vt 0.467041 0.918396</w:t>
        <w:br/>
        <w:t>vt 0.467041 0.910645</w:t>
        <w:br/>
        <w:t>vt 0.468506 0.917664</w:t>
        <w:br/>
        <w:t>vt 0.467041 0.910645</w:t>
        <w:br/>
        <w:t>vt 0.468506 0.918396</w:t>
        <w:br/>
        <w:t>vt 0.470947 0.915344</w:t>
        <w:br/>
        <w:t>vt 0.468506 0.917664</w:t>
        <w:br/>
        <w:t>vt 0.470947 0.916077</w:t>
        <w:br/>
        <w:t>vt 0.468506 0.910645</w:t>
        <w:br/>
        <w:t>vt 0.468506 0.910645</w:t>
        <w:br/>
        <w:t>vt 0.464355 0.910645</w:t>
        <w:br/>
        <w:t>vt 0.473633 0.917664</w:t>
        <w:br/>
        <w:t>vt 0.473633 0.918396</w:t>
        <w:br/>
        <w:t>vt 0.470947 0.910645</w:t>
        <w:br/>
        <w:t>vt 0.468506 0.909424</w:t>
        <w:br/>
        <w:t>vt 0.468506 0.909424</w:t>
        <w:br/>
        <w:t>vt 0.467041 0.909424</w:t>
        <w:br/>
        <w:t>vt 0.467041 0.909424</w:t>
        <w:br/>
        <w:t>vt 0.464355 0.909424</w:t>
        <w:br/>
        <w:t>vt 0.464355 0.900940</w:t>
        <w:br/>
        <w:t>vt 0.467041 0.900940</w:t>
        <w:br/>
        <w:t>vt 0.468506 0.900940</w:t>
        <w:br/>
        <w:t>vt 0.467041 0.900940</w:t>
        <w:br/>
        <w:t>vt 0.467041 0.899719</w:t>
        <w:br/>
        <w:t>vt 0.467041 0.899719</w:t>
        <w:br/>
        <w:t>vt 0.464355 0.899719</w:t>
        <w:br/>
        <w:t>vt 0.464355 0.891479</w:t>
        <w:br/>
        <w:t>vt 0.468506 0.900940</w:t>
        <w:br/>
        <w:t>vt 0.470947 0.900940</w:t>
        <w:br/>
        <w:t>vt 0.467041 0.891479</w:t>
        <w:br/>
        <w:t>vt 0.464355 0.890320</w:t>
        <w:br/>
        <w:t>vt 0.468506 0.899719</w:t>
        <w:br/>
        <w:t>vt 0.467041 0.891479</w:t>
        <w:br/>
        <w:t>vt 0.468506 0.899719</w:t>
        <w:br/>
        <w:t>vt 0.467041 0.890320</w:t>
        <w:br/>
        <w:t>vt 0.467041 0.882080</w:t>
        <w:br/>
        <w:t>vt 0.464355 0.882080</w:t>
        <w:br/>
        <w:t>vt 0.467041 0.890320</w:t>
        <w:br/>
        <w:t>vt 0.468506 0.882080</w:t>
        <w:br/>
        <w:t>vt 0.467041 0.882080</w:t>
        <w:br/>
        <w:t>vt 0.468506 0.890320</w:t>
        <w:br/>
        <w:t>vt 0.468506 0.891479</w:t>
        <w:br/>
        <w:t>vt 0.470947 0.886780</w:t>
        <w:br/>
        <w:t>vt 0.468506 0.882080</w:t>
        <w:br/>
        <w:t>vt 0.468506 0.890320</w:t>
        <w:br/>
        <w:t>vt 0.468506 0.891479</w:t>
        <w:br/>
        <w:t>vt 0.470947 0.882080</w:t>
        <w:br/>
        <w:t>vt 0.470947 0.891479</w:t>
        <w:br/>
        <w:t>vt 0.473633 0.890320</w:t>
        <w:br/>
        <w:t>vt 0.473633 0.882080</w:t>
        <w:br/>
        <w:t>vt 0.470947 0.896179</w:t>
        <w:br/>
        <w:t>vt 0.473633 0.891479</w:t>
        <w:br/>
        <w:t>vt 0.473633 0.882080</w:t>
        <w:br/>
        <w:t>vt 0.473633 0.890320</w:t>
        <w:br/>
        <w:t>vt 0.475098 0.890320</w:t>
        <w:br/>
        <w:t>vt 0.475098 0.882080</w:t>
        <w:br/>
        <w:t>vt 0.475098 0.890320</w:t>
        <w:br/>
        <w:t>vt 0.477539 0.882080</w:t>
        <w:br/>
        <w:t>vt 0.475098 0.882080</w:t>
        <w:br/>
        <w:t>vt 0.477539 0.890320</w:t>
        <w:br/>
        <w:t>vt 0.477539 0.891479</w:t>
        <w:br/>
        <w:t>vt 0.475098 0.891479</w:t>
        <w:br/>
        <w:t>vt 0.475098 0.891479</w:t>
        <w:br/>
        <w:t>vt 0.473633 0.891479</w:t>
        <w:br/>
        <w:t>vt 0.477539 0.899719</w:t>
        <w:br/>
        <w:t>vt 0.473633 0.899719</w:t>
        <w:br/>
        <w:t>vt 0.473633 0.899719</w:t>
        <w:br/>
        <w:t>vt 0.475098 0.899719</w:t>
        <w:br/>
        <w:t>vt 0.475098 0.899719</w:t>
        <w:br/>
        <w:t>vt 0.473633 0.900940</w:t>
        <w:br/>
        <w:t>vt 0.473633 0.900940</w:t>
        <w:br/>
        <w:t>vt 0.475098 0.900940</w:t>
        <w:br/>
        <w:t>vt 0.475098 0.900940</w:t>
        <w:br/>
        <w:t>vt 0.477539 0.900940</w:t>
        <w:br/>
        <w:t>vt 0.477539 0.909424</w:t>
        <w:br/>
        <w:t>vt 0.475098 0.909424</w:t>
        <w:br/>
        <w:t>vt 0.475098 0.909424</w:t>
        <w:br/>
        <w:t>vt 0.475098 0.910645</w:t>
        <w:br/>
        <w:t>vt 0.473633 0.909424</w:t>
        <w:br/>
        <w:t>vt 0.475098 0.910645</w:t>
        <w:br/>
        <w:t>vt 0.470947 0.905762</w:t>
        <w:br/>
        <w:t>vt 0.473633 0.909424</w:t>
        <w:br/>
        <w:t>vt 0.473633 0.910645</w:t>
        <w:br/>
        <w:t>vt 0.473633 0.910645</w:t>
        <w:br/>
        <w:t>vt 0.473633 0.917664</w:t>
        <w:br/>
        <w:t>vt 0.477539 0.910645</w:t>
        <w:br/>
        <w:t>vt 0.475098 0.917664</w:t>
        <w:br/>
        <w:t>vt 0.475098 0.917664</w:t>
        <w:br/>
        <w:t>vt 0.473633 0.918396</w:t>
        <w:br/>
        <w:t>vt 0.477539 0.917664</w:t>
        <w:br/>
        <w:t>vt 0.475098 0.918396</w:t>
        <w:br/>
        <w:t>vt 0.477539 0.918396</w:t>
        <w:br/>
        <w:t>vt 0.475098 0.918396</w:t>
        <w:br/>
        <w:t>vt 0.499268 0.134277</w:t>
        <w:br/>
        <w:t>vt 0.491455 0.133789</w:t>
        <w:br/>
        <w:t>vt 0.491455 0.133789</w:t>
        <w:br/>
        <w:t>vt 0.499268 0.136230</w:t>
        <w:br/>
        <w:t>vt 0.499268 0.134277</w:t>
        <w:br/>
        <w:t>vt 0.490479 0.135254</w:t>
        <w:br/>
        <w:t>vt 0.490479 0.139160</w:t>
        <w:br/>
        <w:t>vt 0.499268 0.139160</w:t>
        <w:br/>
        <w:t>vt 0.510742 0.127441</w:t>
        <w:br/>
        <w:t>vt 0.518555 0.130859</w:t>
        <w:br/>
        <w:t>vt 0.518555 0.128418</w:t>
        <w:br/>
        <w:t>vt 0.511230 0.130371</w:t>
        <w:br/>
        <w:t>vt 0.511230 0.130371</w:t>
        <w:br/>
        <w:t>vt 0.518555 0.132812</w:t>
        <w:br/>
        <w:t>vt 0.518555 0.130859</w:t>
        <w:br/>
        <w:t>vt 0.510254 0.131836</w:t>
        <w:br/>
        <w:t>vt 0.518555 0.135254</w:t>
        <w:br/>
        <w:t>vt 0.509766 0.135254</w:t>
        <w:br/>
        <w:t>vt 0.518555 0.137695</w:t>
        <w:br/>
        <w:t>vt 0.508301 0.137695</w:t>
        <w:br/>
        <w:t>vt 0.518555 0.128418</w:t>
        <w:br/>
        <w:t>vt 0.521484 0.128418</w:t>
        <w:br/>
        <w:t>vt 0.521484 0.125977</w:t>
        <w:br/>
        <w:t>vt 0.518066 0.125977</w:t>
        <w:br/>
        <w:t>vt 0.518066 0.125977</w:t>
        <w:br/>
        <w:t>vt 0.519043 0.123535</w:t>
        <w:br/>
        <w:t>vt 0.511230 0.125488</w:t>
        <w:br/>
        <w:t>vt 0.511230 0.125488</w:t>
        <w:br/>
        <w:t>vt 0.518066 0.125977</w:t>
        <w:br/>
        <w:t>vt 0.519043 0.123535</w:t>
        <w:br/>
        <w:t>vt 0.521484 0.123535</w:t>
        <w:br/>
        <w:t>vt 0.521484 0.121582</w:t>
        <w:br/>
        <w:t>vt 0.510742 0.127441</w:t>
        <w:br/>
        <w:t>vt 0.511230 0.125488</w:t>
        <w:br/>
        <w:t>vt 0.507812 0.125488</w:t>
        <w:br/>
        <w:t>vt 0.507812 0.126953</w:t>
        <w:br/>
        <w:t>vt 0.510742 0.122070</w:t>
        <w:br/>
        <w:t>vt 0.510742 0.122070</w:t>
        <w:br/>
        <w:t>vt 0.507812 0.122559</w:t>
        <w:br/>
        <w:t>vt 0.509277 0.120117</w:t>
        <w:br/>
        <w:t>vt 0.520020 0.121582</w:t>
        <w:br/>
        <w:t>vt 0.507812 0.119629</w:t>
        <w:br/>
        <w:t>vt 0.520020 0.112793</w:t>
        <w:br/>
        <w:t>vt 0.521484 0.113281</w:t>
        <w:br/>
        <w:t>vt 0.509277 0.110840</w:t>
        <w:br/>
        <w:t>vt 0.507812 0.110840</w:t>
        <w:br/>
        <w:t>vt 0.520020 0.101074</w:t>
        <w:br/>
        <w:t>vt 0.521484 0.101074</w:t>
        <w:br/>
        <w:t>vt 0.509277 0.099121</w:t>
        <w:br/>
        <w:t>vt 0.507812 0.098633</w:t>
        <w:br/>
        <w:t>vt 0.520020 0.086426</w:t>
        <w:br/>
        <w:t>vt 0.520020 0.086426</w:t>
        <w:br/>
        <w:t>vt 0.521484 0.086426</w:t>
        <w:br/>
        <w:t>vt 0.509277 0.084961</w:t>
        <w:br/>
        <w:t>vt 0.507812 0.084473</w:t>
        <w:br/>
        <w:t>vt 0.520020 0.071777</w:t>
        <w:br/>
        <w:t>vt 0.521484 0.071289</w:t>
        <w:br/>
        <w:t>vt 0.509277 0.070312</w:t>
        <w:br/>
        <w:t>vt 0.507812 0.070312</w:t>
        <w:br/>
        <w:t>vt 0.520020 0.057617</w:t>
        <w:br/>
        <w:t>vt 0.521484 0.057129</w:t>
        <w:br/>
        <w:t>vt 0.509277 0.056641</w:t>
        <w:br/>
        <w:t>vt 0.507812 0.056641</w:t>
        <w:br/>
        <w:t>vt 0.509277 0.041504</w:t>
        <w:br/>
        <w:t>vt 0.507812 0.041016</w:t>
        <w:br/>
        <w:t>vt 0.520020 0.041992</w:t>
        <w:br/>
        <w:t>vt 0.521484 0.041504</w:t>
        <w:br/>
        <w:t>vt 0.521484 0.030762</w:t>
        <w:br/>
        <w:t>vt 0.509277 0.029785</w:t>
        <w:br/>
        <w:t>vt 0.507812 0.029785</w:t>
        <w:br/>
        <w:t>vt 0.520020 0.031250</w:t>
        <w:br/>
        <w:t>vt 0.521484 0.021484</w:t>
        <w:br/>
        <w:t>vt 0.509277 0.020996</w:t>
        <w:br/>
        <w:t>vt 0.507812 0.020508</w:t>
        <w:br/>
        <w:t>vt 0.520020 0.021484</w:t>
        <w:br/>
        <w:t>vt 0.510742 0.016113</w:t>
        <w:br/>
        <w:t>vt 0.507812 0.015625</w:t>
        <w:br/>
        <w:t>vt 0.519043 0.016602</w:t>
        <w:br/>
        <w:t>vt 0.521484 0.015137</w:t>
        <w:br/>
        <w:t>vt 0.519043 0.016602</w:t>
        <w:br/>
        <w:t>vt 0.521484 0.013184</w:t>
        <w:br/>
        <w:t>vt 0.510742 0.014160</w:t>
        <w:br/>
        <w:t>vt 0.510742 0.014160</w:t>
        <w:br/>
        <w:t>vt 0.507812 0.013184</w:t>
        <w:br/>
        <w:t>vt 0.507812 0.011719</w:t>
        <w:br/>
        <w:t>vt 0.510254 0.011719</w:t>
        <w:br/>
        <w:t>vt 0.518555 0.014160</w:t>
        <w:br/>
        <w:t>vt 0.518555 0.014160</w:t>
        <w:br/>
        <w:t>vt 0.510254 0.011719</w:t>
        <w:br/>
        <w:t>vt 0.521484 0.011719</w:t>
        <w:br/>
        <w:t>vt 0.519531 0.011719</w:t>
        <w:br/>
        <w:t>vt 0.519531 0.011719</w:t>
        <w:br/>
        <w:t>vt 0.510254 0.011719</w:t>
        <w:br/>
        <w:t>vt 0.519531 0.011719</w:t>
        <w:br/>
        <w:t>vt 0.519043 0.010742</w:t>
        <w:br/>
        <w:t>vt 0.510254 0.010742</w:t>
        <w:br/>
        <w:t>vt 0.518555 0.008789</w:t>
        <w:br/>
        <w:t>vt 0.510254 0.008789</w:t>
        <w:br/>
        <w:t>vt 0.518555 0.006348</w:t>
        <w:br/>
        <w:t>vt 0.510254 0.006348</w:t>
        <w:br/>
        <w:t>vt 0.464844 0.408691</w:t>
        <w:br/>
        <w:t>vt 0.467041 0.408691</w:t>
        <w:br/>
        <w:t>vt 0.464600 0.411133</w:t>
        <w:br/>
        <w:t>vt 0.467041 0.411133</w:t>
        <w:br/>
        <w:t>vt 0.468018 0.408691</w:t>
        <w:br/>
        <w:t>vt 0.467773 0.412109</w:t>
        <w:br/>
        <w:t>vt 0.480225 0.408691</w:t>
        <w:br/>
        <w:t>vt 0.467773 0.412109</w:t>
        <w:br/>
        <w:t>vt 0.467773 0.425781</w:t>
        <w:br/>
        <w:t>vt 0.467041 0.411133</w:t>
        <w:br/>
        <w:t>vt 0.464600 0.411133</w:t>
        <w:br/>
        <w:t>vt 0.480469 0.412109</w:t>
        <w:br/>
        <w:t>vt 0.464600 0.430664</w:t>
        <w:br/>
        <w:t>vt 0.481201 0.408691</w:t>
        <w:br/>
        <w:t>vt 0.464600 0.430664</w:t>
        <w:br/>
        <w:t>vt 0.461670 0.411133</w:t>
        <w:br/>
        <w:t>vt 0.464600 0.411133</w:t>
        <w:br/>
        <w:t>vt 0.461670 0.430664</w:t>
        <w:br/>
        <w:t>vt 0.460693 0.432129</w:t>
        <w:br/>
        <w:t>vt 0.481201 0.411133</w:t>
        <w:br/>
        <w:t>vt 0.483154 0.408691</w:t>
        <w:br/>
        <w:t>vt 0.483154 0.411133</w:t>
        <w:br/>
        <w:t>vt 0.481201 0.411133</w:t>
        <w:br/>
        <w:t>vt 0.479980 0.425781</w:t>
        <w:br/>
        <w:t>vt 0.480469 0.412109</w:t>
        <w:br/>
        <w:t>vt 0.483154 0.411133</w:t>
        <w:br/>
        <w:t>vt 0.467773 0.425781</w:t>
        <w:br/>
        <w:t>vt 0.468018 0.426270</w:t>
        <w:br/>
        <w:t>vt 0.479980 0.425781</w:t>
        <w:br/>
        <w:t>vt 0.464355 0.432129</w:t>
        <w:br/>
        <w:t>vt 0.464111 0.448242</w:t>
        <w:br/>
        <w:t>vt 0.460693 0.448242</w:t>
        <w:br/>
        <w:t>vt 0.460693 0.461426</w:t>
        <w:br/>
        <w:t>vt 0.464111 0.462402</w:t>
        <w:br/>
        <w:t>vt 0.458008 0.462891</w:t>
        <w:br/>
        <w:t>vt 0.460693 0.461426</w:t>
        <w:br/>
        <w:t>vt 0.464111 0.462402</w:t>
        <w:br/>
        <w:t>vt 0.464355 0.432129</w:t>
        <w:br/>
        <w:t>vt 0.467041 0.448242</w:t>
        <w:br/>
        <w:t>vt 0.464111 0.448242</w:t>
        <w:br/>
        <w:t>vt 0.462158 0.463379</w:t>
        <w:br/>
        <w:t>vt 0.464111 0.462402</w:t>
        <w:br/>
        <w:t>vt 0.467285 0.462402</w:t>
        <w:br/>
        <w:t>vt 0.467285 0.462402</w:t>
        <w:br/>
        <w:t>vt 0.461426 0.469238</w:t>
        <w:br/>
        <w:t>vt 0.458008 0.462891</w:t>
        <w:br/>
        <w:t>vt 0.462158 0.463379</w:t>
        <w:br/>
        <w:t>vt 0.458008 0.469238</w:t>
        <w:br/>
        <w:t>vt 0.485596 0.463867</w:t>
        <w:br/>
        <w:t>vt 0.461182 0.475098</w:t>
        <w:br/>
        <w:t>vt 0.458008 0.475586</w:t>
        <w:br/>
        <w:t>vt 0.462158 0.463379</w:t>
        <w:br/>
        <w:t>vt 0.485352 0.470215</w:t>
        <w:br/>
        <w:t>vt 0.461426 0.469238</w:t>
        <w:br/>
        <w:t>vt 0.485596 0.463867</w:t>
        <w:br/>
        <w:t>vt 0.461670 0.479004</w:t>
        <w:br/>
        <w:t>vt 0.458008 0.479492</w:t>
        <w:br/>
        <w:t>vt 0.464355 0.475586</w:t>
        <w:br/>
        <w:t>vt 0.461182 0.475098</w:t>
        <w:br/>
        <w:t>vt 0.461914 0.479980</w:t>
        <w:br/>
        <w:t>vt 0.458008 0.480469</w:t>
        <w:br/>
        <w:t>vt 0.461670 0.479004</w:t>
        <w:br/>
        <w:t>vt 0.462646 0.478027</w:t>
        <w:br/>
        <w:t>vt 0.461914 0.479980</w:t>
        <w:br/>
        <w:t>vt 0.464600 0.478516</w:t>
        <w:br/>
        <w:t>vt 0.461914 0.479980</w:t>
        <w:br/>
        <w:t>vt 0.462646 0.478027</w:t>
        <w:br/>
        <w:t>vt 0.464355 0.475586</w:t>
        <w:br/>
        <w:t>vt 0.481689 0.475586</w:t>
        <w:br/>
        <w:t>vt 0.464600 0.478516</w:t>
        <w:br/>
        <w:t>vt 0.464355 0.480957</w:t>
        <w:br/>
        <w:t>vt 0.461914 0.492676</w:t>
        <w:br/>
        <w:t>vt 0.481201 0.479004</w:t>
        <w:br/>
        <w:t>vt 0.464355 0.492676</w:t>
        <w:br/>
        <w:t>vt 0.461914 0.509521</w:t>
        <w:br/>
        <w:t>vt 0.458252 0.509521</w:t>
        <w:br/>
        <w:t>vt 0.461914 0.509521</w:t>
        <w:br/>
        <w:t>vt 0.458984 0.511963</w:t>
        <w:br/>
        <w:t>vt 0.481201 0.481445</w:t>
        <w:br/>
        <w:t>vt 0.464355 0.480957</w:t>
        <w:br/>
        <w:t>vt 0.463867 0.510742</w:t>
        <w:br/>
        <w:t>vt 0.463867 0.510742</w:t>
        <w:br/>
        <w:t>vt 0.486328 0.512207</w:t>
        <w:br/>
        <w:t>vt 0.463867 0.510742</w:t>
        <w:br/>
        <w:t>vt 0.464355 0.492676</w:t>
        <w:br/>
        <w:t>vt 0.481445 0.510742</w:t>
        <w:br/>
        <w:t>vt 0.481445 0.510742</w:t>
        <w:br/>
        <w:t>vt 0.481201 0.493164</w:t>
        <w:br/>
        <w:t>vt 0.483643 0.509766</w:t>
        <w:br/>
        <w:t>vt 0.481201 0.493164</w:t>
        <w:br/>
        <w:t>vt 0.483643 0.509766</w:t>
        <w:br/>
        <w:t>vt 0.481445 0.510742</w:t>
        <w:br/>
        <w:t>vt 0.487305 0.509521</w:t>
        <w:br/>
        <w:t>vt 0.483643 0.492676</w:t>
        <w:br/>
        <w:t>vt 0.481201 0.481445</w:t>
        <w:br/>
        <w:t>vt 0.483643 0.480469</w:t>
        <w:br/>
        <w:t>vt 0.481201 0.479004</w:t>
        <w:br/>
        <w:t>vt 0.489014 0.480469</w:t>
        <w:br/>
        <w:t>vt 0.489014 0.481445</w:t>
        <w:br/>
        <w:t>vt 0.483154 0.478516</w:t>
        <w:br/>
        <w:t>vt 0.484131 0.479492</w:t>
        <w:br/>
        <w:t>vt 0.483154 0.478516</w:t>
        <w:br/>
        <w:t>vt 0.484131 0.479492</w:t>
        <w:br/>
        <w:t>vt 0.483643 0.480469</w:t>
        <w:br/>
        <w:t>vt 0.489014 0.476562</w:t>
        <w:br/>
        <w:t>vt 0.485107 0.476074</w:t>
        <w:br/>
        <w:t>vt 0.485107 0.476074</w:t>
        <w:br/>
        <w:t>vt 0.489014 0.470215</w:t>
        <w:br/>
        <w:t>vt 0.485352 0.470215</w:t>
        <w:br/>
        <w:t>vt 0.489014 0.463867</w:t>
        <w:br/>
        <w:t>vt 0.485596 0.463867</w:t>
        <w:br/>
        <w:t>vt 0.489014 0.463867</w:t>
        <w:br/>
        <w:t>vt 0.483643 0.462891</w:t>
        <w:br/>
        <w:t>vt 0.487061 0.461914</w:t>
        <w:br/>
        <w:t>vt 0.480225 0.462891</w:t>
        <w:br/>
        <w:t>vt 0.483643 0.462891</w:t>
        <w:br/>
        <w:t>vt 0.483643 0.448242</w:t>
        <w:br/>
        <w:t>vt 0.487061 0.461914</w:t>
        <w:br/>
        <w:t>vt 0.480225 0.462891</w:t>
        <w:br/>
        <w:t>vt 0.483643 0.448242</w:t>
        <w:br/>
        <w:t>vt 0.483643 0.462891</w:t>
        <w:br/>
        <w:t>vt 0.487061 0.448242</w:t>
        <w:br/>
        <w:t>vt 0.487061 0.432129</w:t>
        <w:br/>
        <w:t>vt 0.479492 0.462402</w:t>
        <w:br/>
        <w:t>vt 0.468018 0.461914</w:t>
        <w:br/>
        <w:t>vt 0.467285 0.462402</w:t>
        <w:br/>
        <w:t>vt 0.467041 0.448242</w:t>
        <w:br/>
        <w:t>vt 0.468018 0.461914</w:t>
        <w:br/>
        <w:t>vt 0.467773 0.447754</w:t>
        <w:br/>
        <w:t>vt 0.467773 0.432617</w:t>
        <w:br/>
        <w:t>vt 0.479492 0.462402</w:t>
        <w:br/>
        <w:t>vt 0.480713 0.448242</w:t>
        <w:br/>
        <w:t>vt 0.480225 0.462891</w:t>
        <w:br/>
        <w:t>vt 0.480713 0.448242</w:t>
        <w:br/>
        <w:t>vt 0.479736 0.448242</w:t>
        <w:br/>
        <w:t>vt 0.479492 0.432617</w:t>
        <w:br/>
        <w:t>vt 0.467041 0.432129</w:t>
        <w:br/>
        <w:t>vt 0.467041 0.432129</w:t>
        <w:br/>
        <w:t>vt 0.469727 0.430176</w:t>
        <w:br/>
        <w:t>vt 0.468018 0.426270</w:t>
        <w:br/>
        <w:t>vt 0.469482 0.429199</w:t>
        <w:br/>
        <w:t>vt 0.469482 0.429199</w:t>
        <w:br/>
        <w:t>vt 0.477783 0.429688</w:t>
        <w:br/>
        <w:t>vt 0.477783 0.429688</w:t>
        <w:br/>
        <w:t>vt 0.477539 0.430176</w:t>
        <w:br/>
        <w:t>vt 0.479736 0.426270</w:t>
        <w:br/>
        <w:t>vt 0.479736 0.426270</w:t>
        <w:br/>
        <w:t>vt 0.480469 0.432129</w:t>
        <w:br/>
        <w:t>vt 0.480469 0.432129</w:t>
        <w:br/>
        <w:t>vt 0.483398 0.430664</w:t>
        <w:br/>
        <w:t>vt 0.483398 0.430664</w:t>
        <w:br/>
        <w:t>vt 0.486328 0.411133</w:t>
        <w:br/>
        <w:t>vt 0.483154 0.411133</w:t>
        <w:br/>
        <w:t>vt 0.486328 0.430664</w:t>
        <w:br/>
        <w:t>vt 0.483643 0.432129</w:t>
        <w:br/>
        <w:t>vt 0.483643 0.432129</w:t>
        <w:br/>
        <w:t>vt 0.348633 0.292969</w:t>
        <w:br/>
        <w:t>vt 0.348633 0.301758</w:t>
        <w:br/>
        <w:t>vt 0.350342 0.301270</w:t>
        <w:br/>
        <w:t>vt 0.350342 0.291992</w:t>
        <w:br/>
        <w:t>vt 0.350342 0.291992</w:t>
        <w:br/>
        <w:t>vt 0.347412 0.292480</w:t>
        <w:br/>
        <w:t>vt 0.348633 0.292969</w:t>
        <w:br/>
        <w:t>vt 0.349121 0.291504</w:t>
        <w:br/>
        <w:t>vt 0.346680 0.282227</w:t>
        <w:br/>
        <w:t>vt 0.347412 0.292480</w:t>
        <w:br/>
        <w:t>vt 0.349121 0.291504</w:t>
        <w:br/>
        <w:t>vt 0.361328 0.291992</w:t>
        <w:br/>
        <w:t>vt 0.361328 0.301270</w:t>
        <w:br/>
        <w:t>vt 0.348877 0.281250</w:t>
        <w:br/>
        <w:t>vt 0.344727 0.280762</w:t>
        <w:br/>
        <w:t>vt 0.346680 0.282227</w:t>
        <w:br/>
        <w:t>vt 0.348877 0.281250</w:t>
        <w:br/>
        <w:t>vt 0.361328 0.291992</w:t>
        <w:br/>
        <w:t>vt 0.361328 0.301270</w:t>
        <w:br/>
        <w:t>vt 0.362793 0.292969</w:t>
        <w:br/>
        <w:t>vt 0.362793 0.301758</w:t>
        <w:br/>
        <w:t>vt 0.362793 0.292969</w:t>
        <w:br/>
        <w:t>vt 0.363770 0.292969</w:t>
        <w:br/>
        <w:t>vt 0.362305 0.291504</w:t>
        <w:br/>
        <w:t>vt 0.364990 0.282715</w:t>
        <w:br/>
        <w:t>vt 0.362305 0.291504</w:t>
        <w:br/>
        <w:t>vt 0.363770 0.292969</w:t>
        <w:br/>
        <w:t>vt 0.362793 0.281250</w:t>
        <w:br/>
        <w:t>vt 0.349121 0.291504</w:t>
        <w:br/>
        <w:t>vt 0.362305 0.291504</w:t>
        <w:br/>
        <w:t>vt 0.362793 0.281250</w:t>
        <w:br/>
        <w:t>vt 0.348877 0.281250</w:t>
        <w:br/>
        <w:t>vt 0.362793 0.281250</w:t>
        <w:br/>
        <w:t>vt 0.364990 0.282715</w:t>
        <w:br/>
        <w:t>vt 0.366943 0.281738</w:t>
        <w:br/>
        <w:t>vt 0.364258 0.280273</w:t>
        <w:br/>
        <w:t>vt 0.368164 0.273926</w:t>
        <w:br/>
        <w:t>vt 0.364258 0.280273</w:t>
        <w:br/>
        <w:t>vt 0.366943 0.281738</w:t>
        <w:br/>
        <w:t>vt 0.362549 0.280273</w:t>
        <w:br/>
        <w:t>vt 0.363037 0.272949</w:t>
        <w:br/>
        <w:t>vt 0.368164 0.273926</w:t>
        <w:br/>
        <w:t>vt 0.365234 0.271973</w:t>
        <w:br/>
        <w:t>vt 0.365723 0.274902</w:t>
        <w:br/>
        <w:t>vt 0.365723 0.274902</w:t>
        <w:br/>
        <w:t>vt 0.364258 0.280273</w:t>
        <w:br/>
        <w:t>vt 0.365723 0.274902</w:t>
        <w:br/>
        <w:t>vt 0.362061 0.276855</w:t>
        <w:br/>
        <w:t>vt 0.363281 0.273926</w:t>
        <w:br/>
        <w:t>vt 0.363281 0.273926</w:t>
        <w:br/>
        <w:t>vt 0.363037 0.272949</w:t>
        <w:br/>
        <w:t>vt 0.361572 0.275879</w:t>
        <w:br/>
        <w:t>vt 0.363281 0.273926</w:t>
        <w:br/>
        <w:t>vt 0.350342 0.275879</w:t>
        <w:br/>
        <w:t>vt 0.362061 0.276855</w:t>
        <w:br/>
        <w:t>vt 0.361572 0.275879</w:t>
        <w:br/>
        <w:t>vt 0.349609 0.276855</w:t>
        <w:br/>
        <w:t>vt 0.349121 0.280273</w:t>
        <w:br/>
        <w:t>vt 0.349121 0.280273</w:t>
        <w:br/>
        <w:t>vt 0.347412 0.279785</w:t>
        <w:br/>
        <w:t>vt 0.347412 0.279785</w:t>
        <w:br/>
        <w:t>vt 0.343750 0.273438</w:t>
        <w:br/>
        <w:t>vt 0.344727 0.280762</w:t>
        <w:br/>
        <w:t>vt 0.347412 0.279785</w:t>
        <w:br/>
        <w:t>vt 0.348145 0.273438</w:t>
        <w:br/>
        <w:t>vt 0.348145 0.272461</w:t>
        <w:br/>
        <w:t>vt 0.346436 0.274414</w:t>
        <w:br/>
        <w:t>vt 0.346436 0.274414</w:t>
        <w:br/>
        <w:t>vt 0.348145 0.273438</w:t>
        <w:br/>
        <w:t>vt 0.348145 0.272461</w:t>
        <w:br/>
        <w:t>vt 0.346436 0.274414</w:t>
        <w:br/>
        <w:t>vt 0.345947 0.270996</w:t>
        <w:br/>
        <w:t>vt 0.343750 0.273438</w:t>
        <w:br/>
        <w:t>vt 0.458496 0.407715</w:t>
        <w:br/>
        <w:t>vt 0.458496 0.411133</w:t>
        <w:br/>
        <w:t>vt 0.456055 0.410156</w:t>
        <w:br/>
        <w:t>vt 0.456055 0.404785</w:t>
        <w:br/>
        <w:t>vt 0.441406 0.404785</w:t>
        <w:br/>
        <w:t>vt 0.458496 0.400391</w:t>
        <w:br/>
        <w:t>vt 0.456055 0.399414</w:t>
        <w:br/>
        <w:t>vt 0.458496 0.390625</w:t>
        <w:br/>
        <w:t>vt 0.441406 0.400391</w:t>
        <w:br/>
        <w:t>vt 0.456055 0.390137</w:t>
        <w:br/>
        <w:t>vt 0.458496 0.377441</w:t>
        <w:br/>
        <w:t>vt 0.441406 0.395996</w:t>
        <w:br/>
        <w:t>vt 0.441406 0.404785</w:t>
        <w:br/>
        <w:t>vt 0.439453 0.400391</w:t>
        <w:br/>
        <w:t>vt 0.441406 0.400391</w:t>
        <w:br/>
        <w:t>vt 0.441406 0.395996</w:t>
        <w:br/>
        <w:t>vt 0.439453 0.404785</w:t>
        <w:br/>
        <w:t>vt 0.439453 0.395996</w:t>
        <w:br/>
        <w:t>vt 0.439453 0.385254</w:t>
        <w:br/>
        <w:t>vt 0.441406 0.385742</w:t>
        <w:br/>
        <w:t>vt 0.441406 0.385742</w:t>
        <w:br/>
        <w:t>vt 0.456055 0.376465</w:t>
        <w:br/>
        <w:t>vt 0.458496 0.362793</w:t>
        <w:br/>
        <w:t>vt 0.441406 0.373047</w:t>
        <w:br/>
        <w:t>vt 0.441406 0.373047</w:t>
        <w:br/>
        <w:t>vt 0.439453 0.373047</w:t>
        <w:br/>
        <w:t>vt 0.439453 0.358887</w:t>
        <w:br/>
        <w:t>vt 0.456055 0.361816</w:t>
        <w:br/>
        <w:t>vt 0.458496 0.345215</w:t>
        <w:br/>
        <w:t>vt 0.441406 0.358398</w:t>
        <w:br/>
        <w:t>vt 0.441406 0.358398</w:t>
        <w:br/>
        <w:t>vt 0.439453 0.343262</w:t>
        <w:br/>
        <w:t>vt 0.456055 0.344727</w:t>
        <w:br/>
        <w:t>vt 0.458496 0.326660</w:t>
        <w:br/>
        <w:t>vt 0.441406 0.343262</w:t>
        <w:br/>
        <w:t>vt 0.441406 0.343262</w:t>
        <w:br/>
        <w:t>vt 0.456055 0.326660</w:t>
        <w:br/>
        <w:t>vt 0.441406 0.326172</w:t>
        <w:br/>
        <w:t>vt 0.441406 0.326172</w:t>
        <w:br/>
        <w:t>vt 0.439453 0.325684</w:t>
        <w:br/>
        <w:t>vt 0.456055 0.306641</w:t>
        <w:br/>
        <w:t>vt 0.458496 0.306641</w:t>
        <w:br/>
        <w:t>vt 0.441406 0.308105</w:t>
        <w:br/>
        <w:t>vt 0.441406 0.308105</w:t>
        <w:br/>
        <w:t>vt 0.439453 0.308594</w:t>
        <w:br/>
        <w:t>vt 0.439453 0.290039</w:t>
        <w:br/>
        <w:t>vt 0.456055 0.288086</w:t>
        <w:br/>
        <w:t>vt 0.441406 0.289551</w:t>
        <w:br/>
        <w:t>vt 0.441406 0.289551</w:t>
        <w:br/>
        <w:t>vt 0.439453 0.267578</w:t>
        <w:br/>
        <w:t>vt 0.458496 0.287598</w:t>
        <w:br/>
        <w:t>vt 0.441406 0.267090</w:t>
        <w:br/>
        <w:t>vt 0.441406 0.267090</w:t>
        <w:br/>
        <w:t>vt 0.456055 0.266602</w:t>
        <w:br/>
        <w:t>vt 0.458496 0.265625</w:t>
        <w:br/>
        <w:t>vt 0.441406 0.246094</w:t>
        <w:br/>
        <w:t>vt 0.441406 0.246094</w:t>
        <w:br/>
        <w:t>vt 0.439453 0.246094</w:t>
        <w:br/>
        <w:t>vt 0.456055 0.245605</w:t>
        <w:br/>
        <w:t>vt 0.456055 0.245605</w:t>
        <w:br/>
        <w:t>vt 0.458496 0.244629</w:t>
        <w:br/>
        <w:t>vt 0.441406 0.228516</w:t>
        <w:br/>
        <w:t>vt 0.441406 0.228516</w:t>
        <w:br/>
        <w:t>vt 0.439453 0.229492</w:t>
        <w:br/>
        <w:t>vt 0.456055 0.228027</w:t>
        <w:br/>
        <w:t>vt 0.456055 0.228027</w:t>
        <w:br/>
        <w:t>vt 0.458496 0.229492</w:t>
        <w:br/>
        <w:t>vt 0.441650 0.224121</w:t>
        <w:br/>
        <w:t>vt 0.455566 0.223145</w:t>
        <w:br/>
        <w:t>vt 0.456055 0.410156</w:t>
        <w:br/>
        <w:t>vt 0.458496 0.407715</w:t>
        <w:br/>
        <w:t>vt 0.458496 0.411133</w:t>
        <w:br/>
        <w:t>vt 0.456055 0.404785</w:t>
        <w:br/>
        <w:t>vt 0.456055 0.410156</w:t>
        <w:br/>
        <w:t>vt 0.441406 0.404785</w:t>
        <w:br/>
        <w:t>vt 0.456055 0.404785</w:t>
        <w:br/>
        <w:t>vt 0.458496 0.400391</w:t>
        <w:br/>
        <w:t>vt 0.456055 0.399414</w:t>
        <w:br/>
        <w:t>vt 0.458496 0.390625</w:t>
        <w:br/>
        <w:t>vt 0.441406 0.400391</w:t>
        <w:br/>
        <w:t>vt 0.456055 0.390137</w:t>
        <w:br/>
        <w:t>vt 0.458496 0.377441</w:t>
        <w:br/>
        <w:t>vt 0.441406 0.395996</w:t>
        <w:br/>
        <w:t>vt 0.441406 0.404785</w:t>
        <w:br/>
        <w:t>vt 0.439453 0.400391</w:t>
        <w:br/>
        <w:t>vt 0.441406 0.400391</w:t>
        <w:br/>
        <w:t>vt 0.441406 0.395996</w:t>
        <w:br/>
        <w:t>vt 0.439453 0.404785</w:t>
        <w:br/>
        <w:t>vt 0.439453 0.395996</w:t>
        <w:br/>
        <w:t>vt 0.441406 0.385742</w:t>
        <w:br/>
        <w:t>vt 0.441406 0.385742</w:t>
        <w:br/>
        <w:t>vt 0.439453 0.385254</w:t>
        <w:br/>
        <w:t>vt 0.439453 0.373047</w:t>
        <w:br/>
        <w:t>vt 0.456055 0.376465</w:t>
        <w:br/>
        <w:t>vt 0.458496 0.362793</w:t>
        <w:br/>
        <w:t>vt 0.441406 0.373047</w:t>
        <w:br/>
        <w:t>vt 0.441406 0.373047</w:t>
        <w:br/>
        <w:t>vt 0.439453 0.358887</w:t>
        <w:br/>
        <w:t>vt 0.456055 0.361816</w:t>
        <w:br/>
        <w:t>vt 0.458496 0.345215</w:t>
        <w:br/>
        <w:t>vt 0.441406 0.358398</w:t>
        <w:br/>
        <w:t>vt 0.441406 0.358398</w:t>
        <w:br/>
        <w:t>vt 0.439453 0.343262</w:t>
        <w:br/>
        <w:t>vt 0.456055 0.344727</w:t>
        <w:br/>
        <w:t>vt 0.458496 0.326660</w:t>
        <w:br/>
        <w:t>vt 0.441406 0.343262</w:t>
        <w:br/>
        <w:t>vt 0.441406 0.343262</w:t>
        <w:br/>
        <w:t>vt 0.439453 0.325684</w:t>
        <w:br/>
        <w:t>vt 0.456055 0.326660</w:t>
        <w:br/>
        <w:t>vt 0.441406 0.326172</w:t>
        <w:br/>
        <w:t>vt 0.441406 0.326172</w:t>
        <w:br/>
        <w:t>vt 0.439453 0.308594</w:t>
        <w:br/>
        <w:t>vt 0.456055 0.306641</w:t>
        <w:br/>
        <w:t>vt 0.458496 0.306641</w:t>
        <w:br/>
        <w:t>vt 0.441406 0.308105</w:t>
        <w:br/>
        <w:t>vt 0.441406 0.308105</w:t>
        <w:br/>
        <w:t>vt 0.439453 0.290039</w:t>
        <w:br/>
        <w:t>vt 0.456055 0.288086</w:t>
        <w:br/>
        <w:t>vt 0.458496 0.287598</w:t>
        <w:br/>
        <w:t>vt 0.441406 0.289551</w:t>
        <w:br/>
        <w:t>vt 0.441406 0.289551</w:t>
        <w:br/>
        <w:t>vt 0.439453 0.267578</w:t>
        <w:br/>
        <w:t>vt 0.456055 0.266602</w:t>
        <w:br/>
        <w:t>vt 0.458496 0.265625</w:t>
        <w:br/>
        <w:t>vt 0.441406 0.267090</w:t>
        <w:br/>
        <w:t>vt 0.441406 0.267090</w:t>
        <w:br/>
        <w:t>vt 0.439453 0.246094</w:t>
        <w:br/>
        <w:t>vt 0.456055 0.245605</w:t>
        <w:br/>
        <w:t>vt 0.441406 0.246094</w:t>
        <w:br/>
        <w:t>vt 0.441406 0.246094</w:t>
        <w:br/>
        <w:t>vt 0.456055 0.245605</w:t>
        <w:br/>
        <w:t>vt 0.439453 0.229492</w:t>
        <w:br/>
        <w:t>vt 0.458496 0.244629</w:t>
        <w:br/>
        <w:t>vt 0.441406 0.228516</w:t>
        <w:br/>
        <w:t>vt 0.441406 0.228516</w:t>
        <w:br/>
        <w:t>vt 0.456055 0.228027</w:t>
        <w:br/>
        <w:t>vt 0.456055 0.228027</w:t>
        <w:br/>
        <w:t>vt 0.458496 0.229492</w:t>
        <w:br/>
        <w:t>vt 0.441650 0.224121</w:t>
        <w:br/>
        <w:t>vt 0.455566 0.223145</w:t>
        <w:br/>
        <w:t>vt 0.362793 0.301758</w:t>
        <w:br/>
        <w:t>vt 0.362793 0.292969</w:t>
        <w:br/>
        <w:t>vt 0.361328 0.301270</w:t>
        <w:br/>
        <w:t>vt 0.361328 0.291992</w:t>
        <w:br/>
        <w:t>vt 0.361328 0.291992</w:t>
        <w:br/>
        <w:t>vt 0.350342 0.301270</w:t>
        <w:br/>
        <w:t>vt 0.361328 0.301270</w:t>
        <w:br/>
        <w:t>vt 0.363770 0.292969</w:t>
        <w:br/>
        <w:t>vt 0.361328 0.291992</w:t>
        <w:br/>
        <w:t>vt 0.362793 0.292969</w:t>
        <w:br/>
        <w:t>vt 0.362305 0.291504</w:t>
        <w:br/>
        <w:t>vt 0.364990 0.282715</w:t>
        <w:br/>
        <w:t>vt 0.362305 0.291504</w:t>
        <w:br/>
        <w:t>vt 0.363770 0.292969</w:t>
        <w:br/>
        <w:t>vt 0.350342 0.291992</w:t>
        <w:br/>
        <w:t>vt 0.362793 0.281250</w:t>
        <w:br/>
        <w:t>vt 0.362793 0.281250</w:t>
        <w:br/>
        <w:t>vt 0.364990 0.282715</w:t>
        <w:br/>
        <w:t>vt 0.366943 0.281738</w:t>
        <w:br/>
        <w:t>vt 0.349121 0.291504</w:t>
        <w:br/>
        <w:t>vt 0.362793 0.281250</w:t>
        <w:br/>
        <w:t>vt 0.349121 0.291504</w:t>
        <w:br/>
        <w:t>vt 0.362305 0.291504</w:t>
        <w:br/>
        <w:t>vt 0.350342 0.291992</w:t>
        <w:br/>
        <w:t>vt 0.348633 0.292969</w:t>
        <w:br/>
        <w:t>vt 0.348633 0.292969</w:t>
        <w:br/>
        <w:t>vt 0.348633 0.301758</w:t>
        <w:br/>
        <w:t>vt 0.347412 0.292480</w:t>
        <w:br/>
        <w:t>vt 0.346680 0.282227</w:t>
        <w:br/>
        <w:t>vt 0.347412 0.292480</w:t>
        <w:br/>
        <w:t>vt 0.349121 0.291504</w:t>
        <w:br/>
        <w:t>vt 0.348877 0.281250</w:t>
        <w:br/>
        <w:t>vt 0.348877 0.281250</w:t>
        <w:br/>
        <w:t>vt 0.344727 0.280762</w:t>
        <w:br/>
        <w:t>vt 0.346680 0.282227</w:t>
        <w:br/>
        <w:t>vt 0.348877 0.281250</w:t>
        <w:br/>
        <w:t>vt 0.349121 0.280273</w:t>
        <w:br/>
        <w:t>vt 0.347412 0.279785</w:t>
        <w:br/>
        <w:t>vt 0.346436 0.274414</w:t>
        <w:br/>
        <w:t>vt 0.344727 0.280762</w:t>
        <w:br/>
        <w:t>vt 0.347412 0.279785</w:t>
        <w:br/>
        <w:t>vt 0.343750 0.273438</w:t>
        <w:br/>
        <w:t>vt 0.346436 0.274414</w:t>
        <w:br/>
        <w:t>vt 0.345947 0.270996</w:t>
        <w:br/>
        <w:t>vt 0.343750 0.273438</w:t>
        <w:br/>
        <w:t>vt 0.348145 0.272461</w:t>
        <w:br/>
        <w:t>vt 0.348145 0.273438</w:t>
        <w:br/>
        <w:t>vt 0.350342 0.275879</w:t>
        <w:br/>
        <w:t>vt 0.348145 0.272461</w:t>
        <w:br/>
        <w:t>vt 0.348145 0.273438</w:t>
        <w:br/>
        <w:t>vt 0.346436 0.274414</w:t>
        <w:br/>
        <w:t>vt 0.347412 0.279785</w:t>
        <w:br/>
        <w:t>vt 0.349609 0.276855</w:t>
        <w:br/>
        <w:t>vt 0.348145 0.273438</w:t>
        <w:br/>
        <w:t>vt 0.349609 0.276855</w:t>
        <w:br/>
        <w:t>vt 0.349121 0.280273</w:t>
        <w:br/>
        <w:t>vt 0.361572 0.275879</w:t>
        <w:br/>
        <w:t>vt 0.350342 0.275879</w:t>
        <w:br/>
        <w:t>vt 0.349609 0.276855</w:t>
        <w:br/>
        <w:t>vt 0.362061 0.276855</w:t>
        <w:br/>
        <w:t>vt 0.362061 0.276855</w:t>
        <w:br/>
        <w:t>vt 0.362549 0.280273</w:t>
        <w:br/>
        <w:t>vt 0.362549 0.280273</w:t>
        <w:br/>
        <w:t>vt 0.364258 0.280273</w:t>
        <w:br/>
        <w:t>vt 0.364258 0.280273</w:t>
        <w:br/>
        <w:t>vt 0.363281 0.273926</w:t>
        <w:br/>
        <w:t>vt 0.361572 0.275879</w:t>
        <w:br/>
        <w:t>vt 0.362061 0.276855</w:t>
        <w:br/>
        <w:t>vt 0.363037 0.272949</w:t>
        <w:br/>
        <w:t>vt 0.365723 0.274902</w:t>
        <w:br/>
        <w:t>vt 0.363281 0.273926</w:t>
        <w:br/>
        <w:t>vt 0.366943 0.281738</w:t>
        <w:br/>
        <w:t>vt 0.365723 0.274902</w:t>
        <w:br/>
        <w:t>vt 0.364258 0.280273</w:t>
        <w:br/>
        <w:t>vt 0.365723 0.274902</w:t>
        <w:br/>
        <w:t>vt 0.363037 0.272949</w:t>
        <w:br/>
        <w:t>vt 0.363281 0.273926</w:t>
        <w:br/>
        <w:t>vt 0.368164 0.273926</w:t>
        <w:br/>
        <w:t>vt 0.365234 0.271973</w:t>
        <w:br/>
        <w:t>vt 0.368164 0.273926</w:t>
        <w:br/>
        <w:t>vt 0.698730 0.992325</w:t>
        <w:br/>
        <w:t>vt 0.696777 0.987389</w:t>
        <w:br/>
        <w:t>vt 0.696289 0.991943</w:t>
        <w:br/>
        <w:t>vt 0.699219 0.988068</w:t>
        <w:br/>
        <w:t>vt 0.699219 0.981506</w:t>
        <w:br/>
        <w:t>vt 0.705078 0.988426</w:t>
        <w:br/>
        <w:t>vt 0.699219 0.988068</w:t>
        <w:br/>
        <w:t>vt 0.698730 0.992325</w:t>
        <w:br/>
        <w:t>vt 0.701172 0.982956</w:t>
        <w:br/>
        <w:t>vt 0.701172 0.982956</w:t>
        <w:br/>
        <w:t>vt 0.707520 0.977951</w:t>
        <w:br/>
        <w:t>vt 0.706543 0.975922</w:t>
        <w:br/>
        <w:t>vt 0.706543 0.984726</w:t>
        <w:br/>
        <w:t>vt 0.707520 0.977951</w:t>
        <w:br/>
        <w:t>vt 0.710449 0.981705</w:t>
        <w:br/>
        <w:t>vt 0.714844 0.975464</w:t>
        <w:br/>
        <w:t>vt 0.714844 0.975464</w:t>
        <w:br/>
        <w:t>vt 0.714355 0.973175</w:t>
        <w:br/>
        <w:t>vt 0.716309 0.979706</w:t>
        <w:br/>
        <w:t>vt 0.724609 0.975449</w:t>
        <w:br/>
        <w:t>vt 0.724609 0.975449</w:t>
        <w:br/>
        <w:t>vt 0.724609 0.973160</w:t>
        <w:br/>
        <w:t>vt 0.723145 0.979675</w:t>
        <w:br/>
        <w:t>vt 0.732910 0.975891</w:t>
        <w:br/>
        <w:t>vt 0.728516 0.981644</w:t>
        <w:br/>
        <w:t>vt 0.731934 0.977921</w:t>
        <w:br/>
        <w:t>vt 0.731934 0.977921</w:t>
        <w:br/>
        <w:t>vt 0.739746 0.981491</w:t>
        <w:br/>
        <w:t>vt 0.732422 0.984695</w:t>
        <w:br/>
        <w:t>vt 0.738281 0.982895</w:t>
        <w:br/>
        <w:t>vt 0.738281 0.982895</w:t>
        <w:br/>
        <w:t>vt 0.733887 0.988411</w:t>
        <w:br/>
        <w:t>vt 0.740234 0.987999</w:t>
        <w:br/>
        <w:t>vt 0.740234 0.987999</w:t>
        <w:br/>
        <w:t>vt 0.742188 0.987350</w:t>
        <w:br/>
        <w:t>vt 0.740723 0.992268</w:t>
        <w:br/>
        <w:t>vt 0.740723 0.992268</w:t>
        <w:br/>
        <w:t>vt 0.743164 0.991859</w:t>
        <w:br/>
        <w:t>vt 0.734375 0.992680</w:t>
        <w:br/>
        <w:t>vt 0.734375 0.995007</w:t>
        <w:br/>
        <w:t>vt 0.740723 0.992268</w:t>
        <w:br/>
        <w:t>vt 0.734375 0.992680</w:t>
        <w:br/>
        <w:t>vt 0.740723 0.994617</w:t>
        <w:br/>
        <w:t>vt 0.705078 0.995018</w:t>
        <w:br/>
        <w:t>vt 0.705078 0.992691</w:t>
        <w:br/>
        <w:t>vt 0.705078 0.992691</w:t>
        <w:br/>
        <w:t>vt 0.698730 0.994663</w:t>
        <w:br/>
        <w:t>vt 0.698730 0.992325</w:t>
        <w:br/>
        <w:t>vt 0.379150 0.441406</w:t>
        <w:br/>
        <w:t>vt 0.390381 0.429688</w:t>
        <w:br/>
        <w:t>vt 0.388184 0.441406</w:t>
        <w:br/>
        <w:t>vt 0.381104 0.429688</w:t>
        <w:br/>
        <w:t>vt 0.394043 0.420898</w:t>
        <w:br/>
        <w:t>vt 0.368652 0.441406</w:t>
        <w:br/>
        <w:t>vt 0.369873 0.428223</w:t>
        <w:br/>
        <w:t>vt 0.358887 0.428711</w:t>
        <w:br/>
        <w:t>vt 0.355469 0.441406</w:t>
        <w:br/>
        <w:t>vt 0.383545 0.420410</w:t>
        <w:br/>
        <w:t>vt 0.390625 0.409668</w:t>
        <w:br/>
        <w:t>vt 0.396973 0.409668</w:t>
        <w:br/>
        <w:t>vt 0.385254 0.409668</w:t>
        <w:br/>
        <w:t>vt 0.371826 0.419434</w:t>
        <w:br/>
        <w:t>vt 0.379150 0.409668</w:t>
        <w:br/>
        <w:t>vt 0.373535 0.409668</w:t>
        <w:br/>
        <w:t>vt 0.368164 0.409668</w:t>
        <w:br/>
        <w:t>vt 0.360352 0.419922</w:t>
        <w:br/>
        <w:t>vt 0.361816 0.409668</w:t>
        <w:br/>
        <w:t>vt 0.355957 0.409668</w:t>
        <w:br/>
        <w:t>vt 0.348633 0.431152</w:t>
        <w:br/>
        <w:t>vt 0.342285 0.441406</w:t>
        <w:br/>
        <w:t>vt 0.348877 0.420898</w:t>
        <w:br/>
        <w:t>vt 0.349609 0.409668</w:t>
        <w:br/>
        <w:t>vt 0.339600 0.432617</w:t>
        <w:br/>
        <w:t>vt 0.329834 0.441406</w:t>
        <w:br/>
        <w:t>vt 0.339844 0.421875</w:t>
        <w:br/>
        <w:t>vt 0.340088 0.409668</w:t>
        <w:br/>
        <w:t>vt 0.330078 0.433105</w:t>
        <w:br/>
        <w:t>vt 0.320557 0.441406</w:t>
        <w:br/>
        <w:t>vt 0.330322 0.421875</w:t>
        <w:br/>
        <w:t>vt 0.330566 0.409668</w:t>
        <w:br/>
        <w:t>vt 0.321045 0.432617</w:t>
        <w:br/>
        <w:t>vt 0.321289 0.421875</w:t>
        <w:br/>
        <w:t>vt 0.321045 0.409668</w:t>
        <w:br/>
        <w:t>vt 0.312500 0.431641</w:t>
        <w:br/>
        <w:t>vt 0.311768 0.441406</w:t>
        <w:br/>
        <w:t>vt 0.312256 0.421387</w:t>
        <w:br/>
        <w:t>vt 0.311523 0.409668</w:t>
        <w:br/>
        <w:t>vt 0.300049 0.409668</w:t>
        <w:br/>
        <w:t>vt 0.300781 0.420410</w:t>
        <w:br/>
        <w:t>vt 0.301270 0.429199</w:t>
        <w:br/>
        <w:t>vt 0.302246 0.441406</w:t>
        <w:br/>
        <w:t>vt 0.290283 0.419434</w:t>
        <w:br/>
        <w:t>vt 0.289062 0.409668</w:t>
        <w:br/>
        <w:t>vt 0.283203 0.409668</w:t>
        <w:br/>
        <w:t>vt 0.291504 0.428711</w:t>
        <w:br/>
        <w:t>vt 0.292480 0.441406</w:t>
        <w:br/>
        <w:t>vt 0.283691 0.441406</w:t>
        <w:br/>
        <w:t>vt 0.279541 0.428223</w:t>
        <w:br/>
        <w:t>vt 0.274658 0.441406</w:t>
        <w:br/>
        <w:t>vt 0.277588 0.419434</w:t>
        <w:br/>
        <w:t>vt 0.275879 0.409668</w:t>
        <w:br/>
        <w:t>vt 0.268555 0.429199</w:t>
        <w:br/>
        <w:t>vt 0.257812 0.431152</w:t>
        <w:br/>
        <w:t>vt 0.265381 0.441406</w:t>
        <w:br/>
        <w:t>vt 0.254150 0.421387</w:t>
        <w:br/>
        <w:t>vt 0.265625 0.420410</w:t>
        <w:br/>
        <w:t>vt 0.270020 0.409668</w:t>
        <w:br/>
        <w:t>vt 0.263916 0.409668</w:t>
        <w:br/>
        <w:t>vt 0.258057 0.409668</w:t>
        <w:br/>
        <w:t>vt 0.252197 0.409668</w:t>
        <w:br/>
        <w:t>vt 0.348633 0.301758</w:t>
        <w:br/>
        <w:t>vt 0.348633 0.292969</w:t>
        <w:br/>
        <w:t>vt 0.350342 0.301270</w:t>
        <w:br/>
        <w:t>vt 0.350342 0.291992</w:t>
        <w:br/>
        <w:t>vt 0.350342 0.291992</w:t>
        <w:br/>
        <w:t>vt 0.348633 0.292969</w:t>
        <w:br/>
        <w:t>vt 0.347412 0.292480</w:t>
        <w:br/>
        <w:t>vt 0.349121 0.291504</w:t>
        <w:br/>
        <w:t>vt 0.347412 0.292480</w:t>
        <w:br/>
        <w:t>vt 0.346680 0.282227</w:t>
        <w:br/>
        <w:t>vt 0.349121 0.291504</w:t>
        <w:br/>
        <w:t>vt 0.361328 0.291992</w:t>
        <w:br/>
        <w:t>vt 0.361328 0.301270</w:t>
        <w:br/>
        <w:t>vt 0.348877 0.281250</w:t>
        <w:br/>
        <w:t>vt 0.344727 0.280762</w:t>
        <w:br/>
        <w:t>vt 0.348877 0.281250</w:t>
        <w:br/>
        <w:t>vt 0.346680 0.282227</w:t>
        <w:br/>
        <w:t>vt 0.361328 0.301270</w:t>
        <w:br/>
        <w:t>vt 0.361328 0.291992</w:t>
        <w:br/>
        <w:t>vt 0.362793 0.292969</w:t>
        <w:br/>
        <w:t>vt 0.362793 0.301758</w:t>
        <w:br/>
        <w:t>vt 0.363770 0.292969</w:t>
        <w:br/>
        <w:t>vt 0.362793 0.292969</w:t>
        <w:br/>
        <w:t>vt 0.362305 0.291504</w:t>
        <w:br/>
        <w:t>vt 0.364990 0.282715</w:t>
        <w:br/>
        <w:t>vt 0.363770 0.292969</w:t>
        <w:br/>
        <w:t>vt 0.362305 0.291504</w:t>
        <w:br/>
        <w:t>vt 0.349121 0.291504</w:t>
        <w:br/>
        <w:t>vt 0.362793 0.281250</w:t>
        <w:br/>
        <w:t>vt 0.362305 0.291504</w:t>
        <w:br/>
        <w:t>vt 0.362793 0.281250</w:t>
        <w:br/>
        <w:t>vt 0.348877 0.281250</w:t>
        <w:br/>
        <w:t>vt 0.362793 0.281250</w:t>
        <w:br/>
        <w:t>vt 0.366943 0.281738</w:t>
        <w:br/>
        <w:t>vt 0.364990 0.282715</w:t>
        <w:br/>
        <w:t>vt 0.364258 0.280273</w:t>
        <w:br/>
        <w:t>vt 0.368164 0.273926</w:t>
        <w:br/>
        <w:t>vt 0.366943 0.281738</w:t>
        <w:br/>
        <w:t>vt 0.364258 0.280273</w:t>
        <w:br/>
        <w:t>vt 0.362549 0.280273</w:t>
        <w:br/>
        <w:t>vt 0.368164 0.273926</w:t>
        <w:br/>
        <w:t>vt 0.363037 0.272949</w:t>
        <w:br/>
        <w:t>vt 0.365234 0.271973</w:t>
        <w:br/>
        <w:t>vt 0.365723 0.274902</w:t>
        <w:br/>
        <w:t>vt 0.365723 0.274902</w:t>
        <w:br/>
        <w:t>vt 0.365723 0.274902</w:t>
        <w:br/>
        <w:t>vt 0.364258 0.280273</w:t>
        <w:br/>
        <w:t>vt 0.362061 0.276855</w:t>
        <w:br/>
        <w:t>vt 0.363281 0.273926</w:t>
        <w:br/>
        <w:t>vt 0.363281 0.273926</w:t>
        <w:br/>
        <w:t>vt 0.361572 0.275879</w:t>
        <w:br/>
        <w:t>vt 0.363037 0.272949</w:t>
        <w:br/>
        <w:t>vt 0.363281 0.273926</w:t>
        <w:br/>
        <w:t>vt 0.350342 0.275879</w:t>
        <w:br/>
        <w:t>vt 0.361572 0.275879</w:t>
        <w:br/>
        <w:t>vt 0.362061 0.276855</w:t>
        <w:br/>
        <w:t>vt 0.349609 0.276855</w:t>
        <w:br/>
        <w:t>vt 0.349121 0.280273</w:t>
        <w:br/>
        <w:t>vt 0.349121 0.280273</w:t>
        <w:br/>
        <w:t>vt 0.347412 0.279785</w:t>
        <w:br/>
        <w:t>vt 0.347412 0.279785</w:t>
        <w:br/>
        <w:t>vt 0.343750 0.273438</w:t>
        <w:br/>
        <w:t>vt 0.347412 0.279785</w:t>
        <w:br/>
        <w:t>vt 0.344727 0.280762</w:t>
        <w:br/>
        <w:t>vt 0.348145 0.273438</w:t>
        <w:br/>
        <w:t>vt 0.348145 0.272461</w:t>
        <w:br/>
        <w:t>vt 0.346436 0.274414</w:t>
        <w:br/>
        <w:t>vt 0.346436 0.274414</w:t>
        <w:br/>
        <w:t>vt 0.348145 0.273438</w:t>
        <w:br/>
        <w:t>vt 0.346436 0.274414</w:t>
        <w:br/>
        <w:t>vt 0.348145 0.272461</w:t>
        <w:br/>
        <w:t>vt 0.345947 0.270996</w:t>
        <w:br/>
        <w:t>vt 0.343750 0.273438</w:t>
        <w:br/>
        <w:t>vt 0.458496 0.411133</w:t>
        <w:br/>
        <w:t>vt 0.458496 0.407715</w:t>
        <w:br/>
        <w:t>vt 0.456055 0.410156</w:t>
        <w:br/>
        <w:t>vt 0.456055 0.404785</w:t>
        <w:br/>
        <w:t>vt 0.458496 0.400391</w:t>
        <w:br/>
        <w:t>vt 0.441406 0.404785</w:t>
        <w:br/>
        <w:t>vt 0.441406 0.400391</w:t>
        <w:br/>
        <w:t>vt 0.456055 0.399414</w:t>
        <w:br/>
        <w:t>vt 0.458496 0.390625</w:t>
        <w:br/>
        <w:t>vt 0.439453 0.400391</w:t>
        <w:br/>
        <w:t>vt 0.441406 0.404785</w:t>
        <w:br/>
        <w:t>vt 0.441406 0.400391</w:t>
        <w:br/>
        <w:t>vt 0.439453 0.404785</w:t>
        <w:br/>
        <w:t>vt 0.441406 0.395996</w:t>
        <w:br/>
        <w:t>vt 0.441406 0.395996</w:t>
        <w:br/>
        <w:t>vt 0.439453 0.395996</w:t>
        <w:br/>
        <w:t>vt 0.439453 0.385254</w:t>
        <w:br/>
        <w:t>vt 0.456055 0.390137</w:t>
        <w:br/>
        <w:t>vt 0.458496 0.377441</w:t>
        <w:br/>
        <w:t>vt 0.441406 0.385742</w:t>
        <w:br/>
        <w:t>vt 0.441406 0.385742</w:t>
        <w:br/>
        <w:t>vt 0.456055 0.376465</w:t>
        <w:br/>
        <w:t>vt 0.458496 0.362793</w:t>
        <w:br/>
        <w:t>vt 0.441406 0.373047</w:t>
        <w:br/>
        <w:t>vt 0.441406 0.373047</w:t>
        <w:br/>
        <w:t>vt 0.439453 0.373047</w:t>
        <w:br/>
        <w:t>vt 0.439453 0.358887</w:t>
        <w:br/>
        <w:t>vt 0.456055 0.361816</w:t>
        <w:br/>
        <w:t>vt 0.458496 0.345215</w:t>
        <w:br/>
        <w:t>vt 0.441406 0.358398</w:t>
        <w:br/>
        <w:t>vt 0.441406 0.358398</w:t>
        <w:br/>
        <w:t>vt 0.439453 0.343262</w:t>
        <w:br/>
        <w:t>vt 0.456055 0.344727</w:t>
        <w:br/>
        <w:t>vt 0.458496 0.326660</w:t>
        <w:br/>
        <w:t>vt 0.441406 0.343262</w:t>
        <w:br/>
        <w:t>vt 0.441406 0.343262</w:t>
        <w:br/>
        <w:t>vt 0.456055 0.326660</w:t>
        <w:br/>
        <w:t>vt 0.441406 0.326172</w:t>
        <w:br/>
        <w:t>vt 0.441406 0.326172</w:t>
        <w:br/>
        <w:t>vt 0.439453 0.325684</w:t>
        <w:br/>
        <w:t>vt 0.456055 0.306641</w:t>
        <w:br/>
        <w:t>vt 0.458496 0.306641</w:t>
        <w:br/>
        <w:t>vt 0.441406 0.308105</w:t>
        <w:br/>
        <w:t>vt 0.441406 0.308105</w:t>
        <w:br/>
        <w:t>vt 0.439453 0.308594</w:t>
        <w:br/>
        <w:t>vt 0.439453 0.290039</w:t>
        <w:br/>
        <w:t>vt 0.441406 0.289551</w:t>
        <w:br/>
        <w:t>vt 0.441406 0.289551</w:t>
        <w:br/>
        <w:t>vt 0.439453 0.267578</w:t>
        <w:br/>
        <w:t>vt 0.456055 0.288086</w:t>
        <w:br/>
        <w:t>vt 0.458496 0.287598</w:t>
        <w:br/>
        <w:t>vt 0.441406 0.267090</w:t>
        <w:br/>
        <w:t>vt 0.441406 0.267090</w:t>
        <w:br/>
        <w:t>vt 0.456055 0.266602</w:t>
        <w:br/>
        <w:t>vt 0.458496 0.265625</w:t>
        <w:br/>
        <w:t>vt 0.441406 0.246094</w:t>
        <w:br/>
        <w:t>vt 0.441406 0.246094</w:t>
        <w:br/>
        <w:t>vt 0.439453 0.246094</w:t>
        <w:br/>
        <w:t>vt 0.456055 0.245605</w:t>
        <w:br/>
        <w:t>vt 0.456055 0.245605</w:t>
        <w:br/>
        <w:t>vt 0.458496 0.244629</w:t>
        <w:br/>
        <w:t>vt 0.441406 0.228516</w:t>
        <w:br/>
        <w:t>vt 0.441406 0.228516</w:t>
        <w:br/>
        <w:t>vt 0.439453 0.229492</w:t>
        <w:br/>
        <w:t>vt 0.456055 0.228027</w:t>
        <w:br/>
        <w:t>vt 0.456055 0.228027</w:t>
        <w:br/>
        <w:t>vt 0.458496 0.229492</w:t>
        <w:br/>
        <w:t>vt 0.441650 0.224121</w:t>
        <w:br/>
        <w:t>vt 0.455566 0.223145</w:t>
        <w:br/>
        <w:t>vt 0.458496 0.411133</w:t>
        <w:br/>
        <w:t>vt 0.458496 0.407715</w:t>
        <w:br/>
        <w:t>vt 0.456055 0.410156</w:t>
        <w:br/>
        <w:t>vt 0.456055 0.404785</w:t>
        <w:br/>
        <w:t>vt 0.456055 0.404785</w:t>
        <w:br/>
        <w:t>vt 0.441406 0.404785</w:t>
        <w:br/>
        <w:t>vt 0.456055 0.410156</w:t>
        <w:br/>
        <w:t>vt 0.458496 0.400391</w:t>
        <w:br/>
        <w:t>vt 0.441406 0.400391</w:t>
        <w:br/>
        <w:t>vt 0.456055 0.399414</w:t>
        <w:br/>
        <w:t>vt 0.458496 0.390625</w:t>
        <w:br/>
        <w:t>vt 0.439453 0.400391</w:t>
        <w:br/>
        <w:t>vt 0.441406 0.404785</w:t>
        <w:br/>
        <w:t>vt 0.441406 0.400391</w:t>
        <w:br/>
        <w:t>vt 0.439453 0.404785</w:t>
        <w:br/>
        <w:t>vt 0.441406 0.395996</w:t>
        <w:br/>
        <w:t>vt 0.441406 0.395996</w:t>
        <w:br/>
        <w:t>vt 0.439453 0.395996</w:t>
        <w:br/>
        <w:t>vt 0.456055 0.390137</w:t>
        <w:br/>
        <w:t>vt 0.458496 0.377441</w:t>
        <w:br/>
        <w:t>vt 0.441406 0.385742</w:t>
        <w:br/>
        <w:t>vt 0.441406 0.385742</w:t>
        <w:br/>
        <w:t>vt 0.439453 0.385254</w:t>
        <w:br/>
        <w:t>vt 0.439453 0.373047</w:t>
        <w:br/>
        <w:t>vt 0.456055 0.376465</w:t>
        <w:br/>
        <w:t>vt 0.458496 0.362793</w:t>
        <w:br/>
        <w:t>vt 0.441406 0.373047</w:t>
        <w:br/>
        <w:t>vt 0.441406 0.373047</w:t>
        <w:br/>
        <w:t>vt 0.439453 0.358887</w:t>
        <w:br/>
        <w:t>vt 0.456055 0.361816</w:t>
        <w:br/>
        <w:t>vt 0.458496 0.345215</w:t>
        <w:br/>
        <w:t>vt 0.441406 0.358398</w:t>
        <w:br/>
        <w:t>vt 0.441406 0.358398</w:t>
        <w:br/>
        <w:t>vt 0.439453 0.343262</w:t>
        <w:br/>
        <w:t>vt 0.456055 0.344727</w:t>
        <w:br/>
        <w:t>vt 0.458496 0.326660</w:t>
        <w:br/>
        <w:t>vt 0.441406 0.343262</w:t>
        <w:br/>
        <w:t>vt 0.441406 0.343262</w:t>
        <w:br/>
        <w:t>vt 0.439453 0.325684</w:t>
        <w:br/>
        <w:t>vt 0.456055 0.326660</w:t>
        <w:br/>
        <w:t>vt 0.441406 0.326172</w:t>
        <w:br/>
        <w:t>vt 0.441406 0.326172</w:t>
        <w:br/>
        <w:t>vt 0.439453 0.308594</w:t>
        <w:br/>
        <w:t>vt 0.456055 0.306641</w:t>
        <w:br/>
        <w:t>vt 0.458496 0.306641</w:t>
        <w:br/>
        <w:t>vt 0.441406 0.308105</w:t>
        <w:br/>
        <w:t>vt 0.441406 0.308105</w:t>
        <w:br/>
        <w:t>vt 0.439453 0.290039</w:t>
        <w:br/>
        <w:t>vt 0.456055 0.288086</w:t>
        <w:br/>
        <w:t>vt 0.458496 0.287598</w:t>
        <w:br/>
        <w:t>vt 0.441406 0.289551</w:t>
        <w:br/>
        <w:t>vt 0.441406 0.289551</w:t>
        <w:br/>
        <w:t>vt 0.439453 0.267578</w:t>
        <w:br/>
        <w:t>vt 0.456055 0.266602</w:t>
        <w:br/>
        <w:t>vt 0.458496 0.265625</w:t>
        <w:br/>
        <w:t>vt 0.441406 0.267090</w:t>
        <w:br/>
        <w:t>vt 0.441406 0.267090</w:t>
        <w:br/>
        <w:t>vt 0.439453 0.246094</w:t>
        <w:br/>
        <w:t>vt 0.456055 0.245605</w:t>
        <w:br/>
        <w:t>vt 0.458496 0.244629</w:t>
        <w:br/>
        <w:t>vt 0.441406 0.246094</w:t>
        <w:br/>
        <w:t>vt 0.441406 0.246094</w:t>
        <w:br/>
        <w:t>vt 0.456055 0.245605</w:t>
        <w:br/>
        <w:t>vt 0.439453 0.229492</w:t>
        <w:br/>
        <w:t>vt 0.441406 0.228516</w:t>
        <w:br/>
        <w:t>vt 0.441406 0.228516</w:t>
        <w:br/>
        <w:t>vt 0.456055 0.228027</w:t>
        <w:br/>
        <w:t>vt 0.456055 0.228027</w:t>
        <w:br/>
        <w:t>vt 0.458496 0.229492</w:t>
        <w:br/>
        <w:t>vt 0.441650 0.224121</w:t>
        <w:br/>
        <w:t>vt 0.455566 0.223145</w:t>
        <w:br/>
        <w:t>vt 0.362793 0.292969</w:t>
        <w:br/>
        <w:t>vt 0.362793 0.301758</w:t>
        <w:br/>
        <w:t>vt 0.361328 0.301270</w:t>
        <w:br/>
        <w:t>vt 0.361328 0.291992</w:t>
        <w:br/>
        <w:t>vt 0.350342 0.301270</w:t>
        <w:br/>
        <w:t>vt 0.361328 0.291992</w:t>
        <w:br/>
        <w:t>vt 0.361328 0.301270</w:t>
        <w:br/>
        <w:t>vt 0.361328 0.291992</w:t>
        <w:br/>
        <w:t>vt 0.363770 0.292969</w:t>
        <w:br/>
        <w:t>vt 0.362793 0.292969</w:t>
        <w:br/>
        <w:t>vt 0.362305 0.291504</w:t>
        <w:br/>
        <w:t>vt 0.364990 0.282715</w:t>
        <w:br/>
        <w:t>vt 0.363770 0.292969</w:t>
        <w:br/>
        <w:t>vt 0.362305 0.291504</w:t>
        <w:br/>
        <w:t>vt 0.350342 0.291992</w:t>
        <w:br/>
        <w:t>vt 0.362793 0.281250</w:t>
        <w:br/>
        <w:t>vt 0.362793 0.281250</w:t>
        <w:br/>
        <w:t>vt 0.366943 0.281738</w:t>
        <w:br/>
        <w:t>vt 0.364990 0.282715</w:t>
        <w:br/>
        <w:t>vt 0.349121 0.291504</w:t>
        <w:br/>
        <w:t>vt 0.349121 0.291504</w:t>
        <w:br/>
        <w:t>vt 0.362793 0.281250</w:t>
        <w:br/>
        <w:t>vt 0.362305 0.291504</w:t>
        <w:br/>
        <w:t>vt 0.350342 0.291992</w:t>
        <w:br/>
        <w:t>vt 0.348633 0.292969</w:t>
        <w:br/>
        <w:t>vt 0.348633 0.292969</w:t>
        <w:br/>
        <w:t>vt 0.348633 0.301758</w:t>
        <w:br/>
        <w:t>vt 0.347412 0.292480</w:t>
        <w:br/>
        <w:t>vt 0.347412 0.292480</w:t>
        <w:br/>
        <w:t>vt 0.346680 0.282227</w:t>
        <w:br/>
        <w:t>vt 0.349121 0.291504</w:t>
        <w:br/>
        <w:t>vt 0.348877 0.281250</w:t>
        <w:br/>
        <w:t>vt 0.348877 0.281250</w:t>
        <w:br/>
        <w:t>vt 0.344727 0.280762</w:t>
        <w:br/>
        <w:t>vt 0.348877 0.281250</w:t>
        <w:br/>
        <w:t>vt 0.346680 0.282227</w:t>
        <w:br/>
        <w:t>vt 0.349121 0.280273</w:t>
        <w:br/>
        <w:t>vt 0.347412 0.279785</w:t>
        <w:br/>
        <w:t>vt 0.344727 0.280762</w:t>
        <w:br/>
        <w:t>vt 0.346436 0.274414</w:t>
        <w:br/>
        <w:t>vt 0.347412 0.279785</w:t>
        <w:br/>
        <w:t>vt 0.343750 0.273438</w:t>
        <w:br/>
        <w:t>vt 0.345947 0.270996</w:t>
        <w:br/>
        <w:t>vt 0.346436 0.274414</w:t>
        <w:br/>
        <w:t>vt 0.343750 0.273438</w:t>
        <w:br/>
        <w:t>vt 0.348145 0.272461</w:t>
        <w:br/>
        <w:t>vt 0.348145 0.273438</w:t>
        <w:br/>
        <w:t>vt 0.348145 0.272461</w:t>
        <w:br/>
        <w:t>vt 0.350342 0.275879</w:t>
        <w:br/>
        <w:t>vt 0.348145 0.273438</w:t>
        <w:br/>
        <w:t>vt 0.347412 0.279785</w:t>
        <w:br/>
        <w:t>vt 0.346436 0.274414</w:t>
        <w:br/>
        <w:t>vt 0.349609 0.276855</w:t>
        <w:br/>
        <w:t>vt 0.348145 0.273438</w:t>
        <w:br/>
        <w:t>vt 0.349609 0.276855</w:t>
        <w:br/>
        <w:t>vt 0.349121 0.280273</w:t>
        <w:br/>
        <w:t>vt 0.361572 0.275879</w:t>
        <w:br/>
        <w:t>vt 0.349609 0.276855</w:t>
        <w:br/>
        <w:t>vt 0.350342 0.275879</w:t>
        <w:br/>
        <w:t>vt 0.362061 0.276855</w:t>
        <w:br/>
        <w:t>vt 0.362061 0.276855</w:t>
        <w:br/>
        <w:t>vt 0.362549 0.280273</w:t>
        <w:br/>
        <w:t>vt 0.362549 0.280273</w:t>
        <w:br/>
        <w:t>vt 0.364258 0.280273</w:t>
        <w:br/>
        <w:t>vt 0.364258 0.280273</w:t>
        <w:br/>
        <w:t>vt 0.363281 0.273926</w:t>
        <w:br/>
        <w:t>vt 0.362061 0.276855</w:t>
        <w:br/>
        <w:t>vt 0.361572 0.275879</w:t>
        <w:br/>
        <w:t>vt 0.363037 0.272949</w:t>
        <w:br/>
        <w:t>vt 0.365723 0.274902</w:t>
        <w:br/>
        <w:t>vt 0.363281 0.273926</w:t>
        <w:br/>
        <w:t>vt 0.366943 0.281738</w:t>
        <w:br/>
        <w:t>vt 0.364258 0.280273</w:t>
        <w:br/>
        <w:t>vt 0.365723 0.274902</w:t>
        <w:br/>
        <w:t>vt 0.365723 0.274902</w:t>
        <w:br/>
        <w:t>vt 0.363281 0.273926</w:t>
        <w:br/>
        <w:t>vt 0.363037 0.272949</w:t>
        <w:br/>
        <w:t>vt 0.368164 0.273926</w:t>
        <w:br/>
        <w:t>vt 0.365234 0.271973</w:t>
        <w:br/>
        <w:t>vt 0.368164 0.273926</w:t>
        <w:br/>
        <w:t>vt 0.698730 0.992325</w:t>
        <w:br/>
        <w:t>vt 0.696289 0.991943</w:t>
        <w:br/>
        <w:t>vt 0.696777 0.987389</w:t>
        <w:br/>
        <w:t>vt 0.699219 0.988068</w:t>
        <w:br/>
        <w:t>vt 0.699219 0.981506</w:t>
        <w:br/>
        <w:t>vt 0.705078 0.988426</w:t>
        <w:br/>
        <w:t>vt 0.698730 0.992325</w:t>
        <w:br/>
        <w:t>vt 0.699219 0.988068</w:t>
        <w:br/>
        <w:t>vt 0.701172 0.982956</w:t>
        <w:br/>
        <w:t>vt 0.701172 0.982956</w:t>
        <w:br/>
        <w:t>vt 0.707520 0.977951</w:t>
        <w:br/>
        <w:t>vt 0.706543 0.975922</w:t>
        <w:br/>
        <w:t>vt 0.706543 0.984726</w:t>
        <w:br/>
        <w:t>vt 0.707520 0.977951</w:t>
        <w:br/>
        <w:t>vt 0.710449 0.981705</w:t>
        <w:br/>
        <w:t>vt 0.714844 0.975464</w:t>
        <w:br/>
        <w:t>vt 0.714844 0.975464</w:t>
        <w:br/>
        <w:t>vt 0.714355 0.973175</w:t>
        <w:br/>
        <w:t>vt 0.716309 0.979706</w:t>
        <w:br/>
        <w:t>vt 0.724609 0.975449</w:t>
        <w:br/>
        <w:t>vt 0.724609 0.975449</w:t>
        <w:br/>
        <w:t>vt 0.724609 0.973160</w:t>
        <w:br/>
        <w:t>vt 0.723145 0.979675</w:t>
        <w:br/>
        <w:t>vt 0.732910 0.975891</w:t>
        <w:br/>
        <w:t>vt 0.728516 0.981644</w:t>
        <w:br/>
        <w:t>vt 0.731934 0.977921</w:t>
        <w:br/>
        <w:t>vt 0.731934 0.977921</w:t>
        <w:br/>
        <w:t>vt 0.739746 0.981491</w:t>
        <w:br/>
        <w:t>vt 0.732422 0.984695</w:t>
        <w:br/>
        <w:t>vt 0.738281 0.982895</w:t>
        <w:br/>
        <w:t>vt 0.738281 0.982895</w:t>
        <w:br/>
        <w:t>vt 0.733887 0.988411</w:t>
        <w:br/>
        <w:t>vt 0.740234 0.987999</w:t>
        <w:br/>
        <w:t>vt 0.740234 0.987999</w:t>
        <w:br/>
        <w:t>vt 0.742188 0.987350</w:t>
        <w:br/>
        <w:t>vt 0.740723 0.992268</w:t>
        <w:br/>
        <w:t>vt 0.740723 0.992268</w:t>
        <w:br/>
        <w:t>vt 0.743164 0.991859</w:t>
        <w:br/>
        <w:t>vt 0.734375 0.992680</w:t>
        <w:br/>
        <w:t>vt 0.740723 0.992268</w:t>
        <w:br/>
        <w:t>vt 0.734375 0.995007</w:t>
        <w:br/>
        <w:t>vt 0.734375 0.992680</w:t>
        <w:br/>
        <w:t>vt 0.740723 0.994617</w:t>
        <w:br/>
        <w:t>vt 0.705078 0.995018</w:t>
        <w:br/>
        <w:t>vt 0.705078 0.992691</w:t>
        <w:br/>
        <w:t>vt 0.705078 0.992691</w:t>
        <w:br/>
        <w:t>vt 0.698730 0.994663</w:t>
        <w:br/>
        <w:t>vt 0.698730 0.992325</w:t>
        <w:br/>
        <w:t>vt 0.530273 0.822876</w:t>
        <w:br/>
        <w:t>vt 0.520020 0.826050</w:t>
        <w:br/>
        <w:t>vt 0.519531 0.822876</w:t>
        <w:br/>
        <w:t>vt 0.530273 0.825684</w:t>
        <w:br/>
        <w:t>vt 0.541504 0.825684</w:t>
        <w:br/>
        <w:t>vt 0.541504 0.822876</w:t>
        <w:br/>
        <w:t>vt 0.553223 0.822876</w:t>
        <w:br/>
        <w:t>vt 0.530762 0.846313</w:t>
        <w:br/>
        <w:t>vt 0.541504 0.825684</w:t>
        <w:br/>
        <w:t>vt 0.553223 0.825684</w:t>
        <w:br/>
        <w:t>vt 0.564453 0.822876</w:t>
        <w:br/>
        <w:t>vt 0.520508 0.846680</w:t>
        <w:br/>
        <w:t>vt 0.531250 0.849609</w:t>
        <w:br/>
        <w:t>vt 0.520508 0.846680</w:t>
        <w:br/>
        <w:t>vt 0.530762 0.846313</w:t>
        <w:br/>
        <w:t>vt 0.519531 0.849609</w:t>
        <w:br/>
        <w:t>vt 0.542480 0.845825</w:t>
        <w:br/>
        <w:t>vt 0.553223 0.825684</w:t>
        <w:br/>
        <w:t>vt 0.542480 0.849121</w:t>
        <w:br/>
        <w:t>vt 0.542480 0.845825</w:t>
        <w:br/>
        <w:t>vt 0.531250 0.849609</w:t>
        <w:br/>
        <w:t>vt 0.542480 0.849121</w:t>
        <w:br/>
        <w:t>vt 0.534180 0.853149</w:t>
        <w:br/>
        <w:t>vt 0.531250 0.853027</w:t>
        <w:br/>
        <w:t>vt 0.531250 0.858154</w:t>
        <w:br/>
        <w:t>vt 0.552246 0.849487</w:t>
        <w:br/>
        <w:t>vt 0.535645 0.858521</w:t>
        <w:br/>
        <w:t>vt 0.542969 0.852905</w:t>
        <w:br/>
        <w:t>vt 0.552246 0.849487</w:t>
        <w:br/>
        <w:t>vt 0.539551 0.871338</w:t>
        <w:br/>
        <w:t>vt 0.531250 0.876892</w:t>
        <w:br/>
        <w:t>vt 0.541992 0.858521</w:t>
        <w:br/>
        <w:t>vt 0.551758 0.853027</w:t>
        <w:br/>
        <w:t>vt 0.552734 0.846069</w:t>
        <w:br/>
        <w:t>vt 0.552734 0.846069</w:t>
        <w:br/>
        <w:t>vt 0.562500 0.849487</w:t>
        <w:br/>
        <w:t>vt 0.562500 0.849487</w:t>
        <w:br/>
        <w:t>vt 0.564941 0.825928</w:t>
        <w:br/>
        <w:t>vt 0.564941 0.825928</w:t>
        <w:br/>
        <w:t>vt 0.577637 0.822876</w:t>
        <w:br/>
        <w:t>vt 0.563477 0.846680</w:t>
        <w:br/>
        <w:t>vt 0.563477 0.846680</w:t>
        <w:br/>
        <w:t>vt 0.578125 0.825928</w:t>
        <w:br/>
        <w:t>vt 0.578125 0.825928</w:t>
        <w:br/>
        <w:t>vt 0.592773 0.822876</w:t>
        <w:br/>
        <w:t>vt 0.575684 0.849976</w:t>
        <w:br/>
        <w:t>vt 0.576172 0.846802</w:t>
        <w:br/>
        <w:t>vt 0.576172 0.846802</w:t>
        <w:br/>
        <w:t>vt 0.592773 0.826538</w:t>
        <w:br/>
        <w:t>vt 0.592773 0.826538</w:t>
        <w:br/>
        <w:t>vt 0.607910 0.825317</w:t>
        <w:br/>
        <w:t>vt 0.608887 0.822876</w:t>
        <w:br/>
        <w:t>vt 0.591309 0.848267</w:t>
        <w:br/>
        <w:t>vt 0.621094 0.825439</w:t>
        <w:br/>
        <w:t>vt 0.621094 0.822876</w:t>
        <w:br/>
        <w:t>vt 0.606445 0.827515</w:t>
        <w:br/>
        <w:t>vt 0.608398 0.838623</w:t>
        <w:br/>
        <w:t>vt 0.607910 0.825317</w:t>
        <w:br/>
        <w:t>vt 0.621094 0.825439</w:t>
        <w:br/>
        <w:t>vt 0.606445 0.827515</w:t>
        <w:br/>
        <w:t>vt 0.633789 0.826050</w:t>
        <w:br/>
        <w:t>vt 0.634277 0.822876</w:t>
        <w:br/>
        <w:t>vt 0.647461 0.822876</w:t>
        <w:br/>
        <w:t>vt 0.647461 0.826172</w:t>
        <w:br/>
        <w:t>vt 0.633789 0.826050</w:t>
        <w:br/>
        <w:t>vt 0.621094 0.838745</w:t>
        <w:br/>
        <w:t>vt 0.634277 0.839355</w:t>
        <w:br/>
        <w:t>vt 0.647461 0.826172</w:t>
        <w:br/>
        <w:t>vt 0.647461 0.839966</w:t>
        <w:br/>
        <w:t>vt 0.608398 0.838623</w:t>
        <w:br/>
        <w:t>vt 0.621094 0.838745</w:t>
        <w:br/>
        <w:t>vt 0.621094 0.840088</w:t>
        <w:br/>
        <w:t>vt 0.634277 0.839355</w:t>
        <w:br/>
        <w:t>vt 0.647461 0.839966</w:t>
        <w:br/>
        <w:t>vt 0.634277 0.840942</w:t>
        <w:br/>
        <w:t>vt 0.647461 0.841553</w:t>
        <w:br/>
        <w:t>vt 0.607422 0.839478</w:t>
        <w:br/>
        <w:t>vt 0.607422 0.839478</w:t>
        <w:br/>
        <w:t>vt 0.634277 0.849243</w:t>
        <w:br/>
        <w:t>vt 0.634277 0.840942</w:t>
        <w:br/>
        <w:t>vt 0.647461 0.841553</w:t>
        <w:br/>
        <w:t>vt 0.647461 0.849976</w:t>
        <w:br/>
        <w:t>vt 0.634277 0.849243</w:t>
        <w:br/>
        <w:t>vt 0.647461 0.849976</w:t>
        <w:br/>
        <w:t>vt 0.647461 0.851318</w:t>
        <w:br/>
        <w:t>vt 0.620605 0.847778</w:t>
        <w:br/>
        <w:t>vt 0.621094 0.840088</w:t>
        <w:br/>
        <w:t>vt 0.607422 0.847046</w:t>
        <w:br/>
        <w:t>vt 0.606445 0.849609</w:t>
        <w:br/>
        <w:t>vt 0.607910 0.848145</w:t>
        <w:br/>
        <w:t>vt 0.634277 0.850586</w:t>
        <w:br/>
        <w:t>vt 0.620605 0.848511</w:t>
        <w:br/>
        <w:t>vt 0.607422 0.851440</w:t>
        <w:br/>
        <w:t>vt 0.591309 0.848267</w:t>
        <w:br/>
        <w:t>vt 0.606445 0.849609</w:t>
        <w:br/>
        <w:t>vt 0.590332 0.850464</w:t>
        <w:br/>
        <w:t>vt 0.607422 0.851440</w:t>
        <w:br/>
        <w:t>vt 0.620117 0.851562</w:t>
        <w:br/>
        <w:t>vt 0.647461 0.851318</w:t>
        <w:br/>
        <w:t>vt 0.634277 0.853149</w:t>
        <w:br/>
        <w:t>vt 0.647461 0.854004</w:t>
        <w:br/>
        <w:t>vt 0.619629 0.856934</w:t>
        <w:br/>
        <w:t>vt 0.607422 0.851440</w:t>
        <w:br/>
        <w:t>vt 0.620117 0.851562</w:t>
        <w:br/>
        <w:t>vt 0.634277 0.853149</w:t>
        <w:br/>
        <w:t>vt 0.634277 0.858398</w:t>
        <w:br/>
        <w:t>vt 0.647461 0.859619</w:t>
        <w:br/>
        <w:t>vt 0.604980 0.855713</w:t>
        <w:br/>
        <w:t>vt 0.590332 0.850464</w:t>
        <w:br/>
        <w:t>vt 0.634277 0.861938</w:t>
        <w:br/>
        <w:t>vt 0.647461 0.863281</w:t>
        <w:br/>
        <w:t>vt 0.620117 0.860107</w:t>
        <w:br/>
        <w:t>vt 0.619629 0.856934</w:t>
        <w:br/>
        <w:t>vt 0.634277 0.870850</w:t>
        <w:br/>
        <w:t>vt 0.647461 0.871216</w:t>
        <w:br/>
        <w:t>vt 0.620117 0.864624</w:t>
        <w:br/>
        <w:t>vt 0.604492 0.859131</w:t>
        <w:br/>
        <w:t>vt 0.604980 0.855713</w:t>
        <w:br/>
        <w:t>vt 0.619629 0.871216</w:t>
        <w:br/>
        <w:t>vt 0.632812 0.894714</w:t>
        <w:br/>
        <w:t>vt 0.647461 0.896057</w:t>
        <w:br/>
        <w:t>vt 0.647461 0.920166</w:t>
        <w:br/>
        <w:t>vt 0.590820 0.854126</w:t>
        <w:br/>
        <w:t>vt 0.631348 0.918701</w:t>
        <w:br/>
        <w:t>vt 0.647461 0.936401</w:t>
        <w:br/>
        <w:t>vt 0.574707 0.853638</w:t>
        <w:br/>
        <w:t>vt 0.575684 0.849976</w:t>
        <w:br/>
        <w:t>vt 0.590332 0.860718</w:t>
        <w:br/>
        <w:t>vt 0.562988 0.853027</w:t>
        <w:br/>
        <w:t>vt 0.604004 0.865234</w:t>
        <w:br/>
        <w:t>vt 0.551758 0.858154</w:t>
        <w:br/>
        <w:t>vt 0.602051 0.872559</w:t>
        <w:br/>
        <w:t>vt 0.550293 0.870117</w:t>
        <w:br/>
        <w:t>vt 0.562500 0.858398</w:t>
        <w:br/>
        <w:t>vt 0.574707 0.858765</w:t>
        <w:br/>
        <w:t>vt 0.573242 0.870728</w:t>
        <w:br/>
        <w:t>vt 0.561523 0.870483</w:t>
        <w:br/>
        <w:t>vt 0.589844 0.871704</w:t>
        <w:br/>
        <w:t>vt 0.571289 0.890259</w:t>
        <w:br/>
        <w:t>vt 0.586426 0.890991</w:t>
        <w:br/>
        <w:t>vt 0.600098 0.891907</w:t>
        <w:br/>
        <w:t>vt 0.618164 0.893433</w:t>
        <w:br/>
        <w:t>vt 0.617188 0.917358</w:t>
        <w:br/>
        <w:t>vt 0.596680 0.916260</w:t>
        <w:br/>
        <w:t>vt 0.631836 0.928711</w:t>
        <w:br/>
        <w:t>vt 0.582031 0.914795</w:t>
        <w:br/>
        <w:t>vt 0.642090 0.937012</w:t>
        <w:br/>
        <w:t>vt 0.567383 0.913696</w:t>
        <w:br/>
        <w:t>vt 0.631348 0.939758</w:t>
        <w:br/>
        <w:t>vt 0.644531 0.939636</w:t>
        <w:br/>
        <w:t>vt 0.647461 0.940674</w:t>
        <w:br/>
        <w:t>vt 0.645996 0.941772</w:t>
        <w:br/>
        <w:t>vt 0.647461 0.940674</w:t>
        <w:br/>
        <w:t>vt 0.647461 0.942322</w:t>
        <w:br/>
        <w:t>vt 0.632812 0.947296</w:t>
        <w:br/>
        <w:t>vt 0.633789 0.949493</w:t>
        <w:br/>
        <w:t>vt 0.631836 0.942780</w:t>
        <w:br/>
        <w:t>vt 0.622559 0.956451</w:t>
        <w:br/>
        <w:t>vt 0.627441 0.958405</w:t>
        <w:br/>
        <w:t>vt 0.624023 0.960480</w:t>
        <w:br/>
        <w:t>vt 0.611328 0.949402</w:t>
        <w:br/>
        <w:t>vt 0.617188 0.952698</w:t>
        <w:br/>
        <w:t>vt 0.614258 0.974579</w:t>
        <w:br/>
        <w:t>vt 0.617676 0.974380</w:t>
        <w:br/>
        <w:t>vt 0.616211 0.996246</w:t>
        <w:br/>
        <w:t>vt 0.612305 0.996246</w:t>
        <w:br/>
        <w:t>vt 0.615234 0.957031</w:t>
        <w:br/>
        <w:t>vt 0.609375 0.975571</w:t>
        <w:br/>
        <w:t>vt 0.607910 0.996246</w:t>
        <w:br/>
        <w:t>vt 0.609375 0.957306</w:t>
        <w:br/>
        <w:t>vt 0.604492 0.975616</w:t>
        <w:br/>
        <w:t>vt 0.602051 0.996246</w:t>
        <w:br/>
        <w:t>vt 0.591309 0.957184</w:t>
        <w:br/>
        <w:t>vt 0.590332 0.974777</w:t>
        <w:br/>
        <w:t>vt 0.591309 0.996246</w:t>
        <w:br/>
        <w:t>vt 0.594727 0.938019</w:t>
        <w:br/>
        <w:t>vt 0.576660 0.954132</w:t>
        <w:br/>
        <w:t>vt 0.576660 0.973343</w:t>
        <w:br/>
        <w:t>vt 0.577148 0.996246</w:t>
        <w:br/>
        <w:t>vt 0.613281 0.939636</w:t>
        <w:br/>
        <w:t>vt 0.577637 0.935913</w:t>
        <w:br/>
        <w:t>vt 0.566895 0.934814</w:t>
        <w:br/>
        <w:t>vt 0.566895 0.953339</w:t>
        <w:br/>
        <w:t>vt 0.555664 0.913086</w:t>
        <w:br/>
        <w:t>vt 0.565430 0.972000</w:t>
        <w:br/>
        <w:t>vt 0.564453 0.996246</w:t>
        <w:br/>
        <w:t>vt 0.555176 0.934753</w:t>
        <w:br/>
        <w:t>vt 0.556152 0.953003</w:t>
        <w:br/>
        <w:t>vt 0.554688 0.972397</w:t>
        <w:br/>
        <w:t>vt 0.552734 0.996246</w:t>
        <w:br/>
        <w:t>vt 0.542480 0.934204</w:t>
        <w:br/>
        <w:t>vt 0.541992 0.973007</w:t>
        <w:br/>
        <w:t>vt 0.540527 0.996246</w:t>
        <w:br/>
        <w:t>vt 0.541992 0.951965</w:t>
        <w:br/>
        <w:t>vt 0.531250 0.973389</w:t>
        <w:br/>
        <w:t>vt 0.531250 0.996246</w:t>
        <w:br/>
        <w:t>vt 0.531250 0.951080</w:t>
        <w:br/>
        <w:t>vt 0.531250 0.933533</w:t>
        <w:br/>
        <w:t>vt 0.535156 0.912415</w:t>
        <w:br/>
        <w:t>vt 0.531250 0.911255</w:t>
        <w:br/>
        <w:t>vt 0.543945 0.912354</w:t>
        <w:br/>
        <w:t>vt 0.538086 0.894409</w:t>
        <w:br/>
        <w:t>vt 0.531250 0.891235</w:t>
        <w:br/>
        <w:t>vt 0.546875 0.892395</w:t>
        <w:br/>
        <w:t>vt 0.557617 0.893127</w:t>
        <w:br/>
        <w:t>vt 0.530273 0.822876</w:t>
        <w:br/>
        <w:t>vt 0.519531 0.822876</w:t>
        <w:br/>
        <w:t>vt 0.520020 0.826050</w:t>
        <w:br/>
        <w:t>vt 0.530273 0.825684</w:t>
        <w:br/>
        <w:t>vt 0.530762 0.846313</w:t>
        <w:br/>
        <w:t>vt 0.541504 0.825684</w:t>
        <w:br/>
        <w:t>vt 0.541504 0.822876</w:t>
        <w:br/>
        <w:t>vt 0.553223 0.822876</w:t>
        <w:br/>
        <w:t>vt 0.520508 0.846680</w:t>
        <w:br/>
        <w:t>vt 0.520508 0.846680</w:t>
        <w:br/>
        <w:t>vt 0.531250 0.849609</w:t>
        <w:br/>
        <w:t>vt 0.530762 0.846313</w:t>
        <w:br/>
        <w:t>vt 0.519531 0.849609</w:t>
        <w:br/>
        <w:t>vt 0.553223 0.825684</w:t>
        <w:br/>
        <w:t>vt 0.564453 0.822876</w:t>
        <w:br/>
        <w:t>vt 0.542480 0.845825</w:t>
        <w:br/>
        <w:t>vt 0.553223 0.825684</w:t>
        <w:br/>
        <w:t>vt 0.542480 0.849121</w:t>
        <w:br/>
        <w:t>vt 0.542480 0.845825</w:t>
        <w:br/>
        <w:t>vt 0.564941 0.825928</w:t>
        <w:br/>
        <w:t>vt 0.577637 0.822876</w:t>
        <w:br/>
        <w:t>vt 0.552734 0.846069</w:t>
        <w:br/>
        <w:t>vt 0.564941 0.825928</w:t>
        <w:br/>
        <w:t>vt 0.578125 0.825928</w:t>
        <w:br/>
        <w:t>vt 0.592773 0.822876</w:t>
        <w:br/>
        <w:t>vt 0.563477 0.846680</w:t>
        <w:br/>
        <w:t>vt 0.578125 0.825928</w:t>
        <w:br/>
        <w:t>vt 0.552246 0.849487</w:t>
        <w:br/>
        <w:t>vt 0.552734 0.846069</w:t>
        <w:br/>
        <w:t>vt 0.562500 0.849487</w:t>
        <w:br/>
        <w:t>vt 0.563477 0.846680</w:t>
        <w:br/>
        <w:t>vt 0.576172 0.846802</w:t>
        <w:br/>
        <w:t>vt 0.542969 0.852905</w:t>
        <w:br/>
        <w:t>vt 0.552246 0.849487</w:t>
        <w:br/>
        <w:t>vt 0.542480 0.849121</w:t>
        <w:br/>
        <w:t>vt 0.575684 0.849976</w:t>
        <w:br/>
        <w:t>vt 0.576172 0.846802</w:t>
        <w:br/>
        <w:t>vt 0.592773 0.826538</w:t>
        <w:br/>
        <w:t>vt 0.592773 0.826538</w:t>
        <w:br/>
        <w:t>vt 0.551758 0.853027</w:t>
        <w:br/>
        <w:t>vt 0.562500 0.849487</w:t>
        <w:br/>
        <w:t>vt 0.607910 0.825317</w:t>
        <w:br/>
        <w:t>vt 0.608887 0.822876</w:t>
        <w:br/>
        <w:t>vt 0.591309 0.848267</w:t>
        <w:br/>
        <w:t>vt 0.621094 0.825439</w:t>
        <w:br/>
        <w:t>vt 0.621094 0.822876</w:t>
        <w:br/>
        <w:t>vt 0.606445 0.827515</w:t>
        <w:br/>
        <w:t>vt 0.608398 0.838623</w:t>
        <w:br/>
        <w:t>vt 0.621094 0.825439</w:t>
        <w:br/>
        <w:t>vt 0.607910 0.825317</w:t>
        <w:br/>
        <w:t>vt 0.606445 0.827515</w:t>
        <w:br/>
        <w:t>vt 0.633789 0.826050</w:t>
        <w:br/>
        <w:t>vt 0.634277 0.822876</w:t>
        <w:br/>
        <w:t>vt 0.647461 0.822876</w:t>
        <w:br/>
        <w:t>vt 0.647461 0.826172</w:t>
        <w:br/>
        <w:t>vt 0.621094 0.838745</w:t>
        <w:br/>
        <w:t>vt 0.633789 0.826050</w:t>
        <w:br/>
        <w:t>vt 0.634277 0.839355</w:t>
        <w:br/>
        <w:t>vt 0.647461 0.826172</w:t>
        <w:br/>
        <w:t>vt 0.647461 0.839966</w:t>
        <w:br/>
        <w:t>vt 0.608398 0.838623</w:t>
        <w:br/>
        <w:t>vt 0.621094 0.840088</w:t>
        <w:br/>
        <w:t>vt 0.621094 0.838745</w:t>
        <w:br/>
        <w:t>vt 0.634277 0.839355</w:t>
        <w:br/>
        <w:t>vt 0.634277 0.840942</w:t>
        <w:br/>
        <w:t>vt 0.647461 0.839966</w:t>
        <w:br/>
        <w:t>vt 0.647461 0.841553</w:t>
        <w:br/>
        <w:t>vt 0.607422 0.839478</w:t>
        <w:br/>
        <w:t>vt 0.607422 0.839478</w:t>
        <w:br/>
        <w:t>vt 0.634277 0.849243</w:t>
        <w:br/>
        <w:t>vt 0.647461 0.841553</w:t>
        <w:br/>
        <w:t>vt 0.634277 0.840942</w:t>
        <w:br/>
        <w:t>vt 0.647461 0.849976</w:t>
        <w:br/>
        <w:t>vt 0.647461 0.849976</w:t>
        <w:br/>
        <w:t>vt 0.634277 0.849243</w:t>
        <w:br/>
        <w:t>vt 0.647461 0.851318</w:t>
        <w:br/>
        <w:t>vt 0.620605 0.847778</w:t>
        <w:br/>
        <w:t>vt 0.621094 0.840088</w:t>
        <w:br/>
        <w:t>vt 0.607422 0.847046</w:t>
        <w:br/>
        <w:t>vt 0.606445 0.849609</w:t>
        <w:br/>
        <w:t>vt 0.607910 0.848145</w:t>
        <w:br/>
        <w:t>vt 0.634277 0.850586</w:t>
        <w:br/>
        <w:t>vt 0.620605 0.848511</w:t>
        <w:br/>
        <w:t>vt 0.607422 0.851440</w:t>
        <w:br/>
        <w:t>vt 0.590332 0.850464</w:t>
        <w:br/>
        <w:t>vt 0.606445 0.849609</w:t>
        <w:br/>
        <w:t>vt 0.591309 0.848267</w:t>
        <w:br/>
        <w:t>vt 0.607422 0.851440</w:t>
        <w:br/>
        <w:t>vt 0.620117 0.851562</w:t>
        <w:br/>
        <w:t>vt 0.634277 0.853149</w:t>
        <w:br/>
        <w:t>vt 0.647461 0.851318</w:t>
        <w:br/>
        <w:t>vt 0.647461 0.854004</w:t>
        <w:br/>
        <w:t>vt 0.607422 0.851440</w:t>
        <w:br/>
        <w:t>vt 0.619629 0.856934</w:t>
        <w:br/>
        <w:t>vt 0.620117 0.851562</w:t>
        <w:br/>
        <w:t>vt 0.634277 0.853149</w:t>
        <w:br/>
        <w:t>vt 0.634277 0.858398</w:t>
        <w:br/>
        <w:t>vt 0.647461 0.859619</w:t>
        <w:br/>
        <w:t>vt 0.604980 0.855713</w:t>
        <w:br/>
        <w:t>vt 0.590332 0.850464</w:t>
        <w:br/>
        <w:t>vt 0.634277 0.861938</w:t>
        <w:br/>
        <w:t>vt 0.647461 0.863281</w:t>
        <w:br/>
        <w:t>vt 0.619629 0.856934</w:t>
        <w:br/>
        <w:t>vt 0.620117 0.860107</w:t>
        <w:br/>
        <w:t>vt 0.634277 0.870850</w:t>
        <w:br/>
        <w:t>vt 0.647461 0.871216</w:t>
        <w:br/>
        <w:t>vt 0.620117 0.864624</w:t>
        <w:br/>
        <w:t>vt 0.604492 0.859131</w:t>
        <w:br/>
        <w:t>vt 0.604980 0.855713</w:t>
        <w:br/>
        <w:t>vt 0.619629 0.871216</w:t>
        <w:br/>
        <w:t>vt 0.632812 0.894714</w:t>
        <w:br/>
        <w:t>vt 0.647461 0.896057</w:t>
        <w:br/>
        <w:t>vt 0.647461 0.920166</w:t>
        <w:br/>
        <w:t>vt 0.631348 0.918701</w:t>
        <w:br/>
        <w:t>vt 0.647461 0.936401</w:t>
        <w:br/>
        <w:t>vt 0.618164 0.893433</w:t>
        <w:br/>
        <w:t>vt 0.604004 0.865234</w:t>
        <w:br/>
        <w:t>vt 0.602051 0.872559</w:t>
        <w:br/>
        <w:t>vt 0.590332 0.860718</w:t>
        <w:br/>
        <w:t>vt 0.590820 0.854126</w:t>
        <w:br/>
        <w:t>vt 0.590820 0.854126</w:t>
        <w:br/>
        <w:t>vt 0.574707 0.853638</w:t>
        <w:br/>
        <w:t>vt 0.575684 0.849976</w:t>
        <w:br/>
        <w:t>vt 0.562988 0.853027</w:t>
        <w:br/>
        <w:t>vt 0.574707 0.858765</w:t>
        <w:br/>
        <w:t>vt 0.551758 0.858154</w:t>
        <w:br/>
        <w:t>vt 0.562500 0.858398</w:t>
        <w:br/>
        <w:t>vt 0.573242 0.870728</w:t>
        <w:br/>
        <w:t>vt 0.541992 0.858521</w:t>
        <w:br/>
        <w:t>vt 0.550293 0.870117</w:t>
        <w:br/>
        <w:t>vt 0.561523 0.870483</w:t>
        <w:br/>
        <w:t>vt 0.589844 0.871704</w:t>
        <w:br/>
        <w:t>vt 0.571289 0.890259</w:t>
        <w:br/>
        <w:t>vt 0.600098 0.891907</w:t>
        <w:br/>
        <w:t>vt 0.586426 0.890991</w:t>
        <w:br/>
        <w:t>vt 0.617188 0.917358</w:t>
        <w:br/>
        <w:t>vt 0.596680 0.916260</w:t>
        <w:br/>
        <w:t>vt 0.582031 0.914795</w:t>
        <w:br/>
        <w:t>vt 0.631836 0.928711</w:t>
        <w:br/>
        <w:t>vt 0.613281 0.939636</w:t>
        <w:br/>
        <w:t>vt 0.642090 0.937012</w:t>
        <w:br/>
        <w:t>vt 0.631348 0.939758</w:t>
        <w:br/>
        <w:t>vt 0.644531 0.939636</w:t>
        <w:br/>
        <w:t>vt 0.647461 0.940674</w:t>
        <w:br/>
        <w:t>vt 0.645996 0.941772</w:t>
        <w:br/>
        <w:t>vt 0.647461 0.942322</w:t>
        <w:br/>
        <w:t>vt 0.647461 0.940674</w:t>
        <w:br/>
        <w:t>vt 0.632812 0.947296</w:t>
        <w:br/>
        <w:t>vt 0.633789 0.949493</w:t>
        <w:br/>
        <w:t>vt 0.631836 0.942780</w:t>
        <w:br/>
        <w:t>vt 0.622559 0.956451</w:t>
        <w:br/>
        <w:t>vt 0.627441 0.958405</w:t>
        <w:br/>
        <w:t>vt 0.624023 0.960480</w:t>
        <w:br/>
        <w:t>vt 0.611328 0.949402</w:t>
        <w:br/>
        <w:t>vt 0.617188 0.952698</w:t>
        <w:br/>
        <w:t>vt 0.614258 0.974579</w:t>
        <w:br/>
        <w:t>vt 0.617676 0.974380</w:t>
        <w:br/>
        <w:t>vt 0.616211 0.996246</w:t>
        <w:br/>
        <w:t>vt 0.612305 0.996246</w:t>
        <w:br/>
        <w:t>vt 0.615234 0.957031</w:t>
        <w:br/>
        <w:t>vt 0.609375 0.975571</w:t>
        <w:br/>
        <w:t>vt 0.607910 0.996246</w:t>
        <w:br/>
        <w:t>vt 0.609375 0.957306</w:t>
        <w:br/>
        <w:t>vt 0.604492 0.975616</w:t>
        <w:br/>
        <w:t>vt 0.602051 0.996246</w:t>
        <w:br/>
        <w:t>vt 0.594727 0.938019</w:t>
        <w:br/>
        <w:t>vt 0.591309 0.957184</w:t>
        <w:br/>
        <w:t>vt 0.590332 0.974777</w:t>
        <w:br/>
        <w:t>vt 0.591309 0.996246</w:t>
        <w:br/>
        <w:t>vt 0.576660 0.954132</w:t>
        <w:br/>
        <w:t>vt 0.576660 0.973343</w:t>
        <w:br/>
        <w:t>vt 0.577148 0.996246</w:t>
        <w:br/>
        <w:t>vt 0.577637 0.935913</w:t>
        <w:br/>
        <w:t>vt 0.565430 0.972000</w:t>
        <w:br/>
        <w:t>vt 0.564453 0.996246</w:t>
        <w:br/>
        <w:t>vt 0.566895 0.953339</w:t>
        <w:br/>
        <w:t>vt 0.566895 0.934814</w:t>
        <w:br/>
        <w:t>vt 0.567383 0.913696</w:t>
        <w:br/>
        <w:t>vt 0.555176 0.934753</w:t>
        <w:br/>
        <w:t>vt 0.557617 0.893127</w:t>
        <w:br/>
        <w:t>vt 0.555664 0.913086</w:t>
        <w:br/>
        <w:t>vt 0.546875 0.892395</w:t>
        <w:br/>
        <w:t>vt 0.539551 0.871338</w:t>
        <w:br/>
        <w:t>vt 0.543945 0.912354</w:t>
        <w:br/>
        <w:t>vt 0.535645 0.858521</w:t>
        <w:br/>
        <w:t>vt 0.538086 0.894409</w:t>
        <w:br/>
        <w:t>vt 0.534180 0.853149</w:t>
        <w:br/>
        <w:t>vt 0.531250 0.849609</w:t>
        <w:br/>
        <w:t>vt 0.531250 0.853027</w:t>
        <w:br/>
        <w:t>vt 0.531250 0.858154</w:t>
        <w:br/>
        <w:t>vt 0.531250 0.876892</w:t>
        <w:br/>
        <w:t>vt 0.531250 0.891235</w:t>
        <w:br/>
        <w:t>vt 0.531250 0.911255</w:t>
        <w:br/>
        <w:t>vt 0.535156 0.912415</w:t>
        <w:br/>
        <w:t>vt 0.531250 0.933533</w:t>
        <w:br/>
        <w:t>vt 0.542480 0.934204</w:t>
        <w:br/>
        <w:t>vt 0.541992 0.951965</w:t>
        <w:br/>
        <w:t>vt 0.531250 0.951080</w:t>
        <w:br/>
        <w:t>vt 0.556152 0.953003</w:t>
        <w:br/>
        <w:t>vt 0.554688 0.972397</w:t>
        <w:br/>
        <w:t>vt 0.552734 0.996246</w:t>
        <w:br/>
        <w:t>vt 0.541992 0.973007</w:t>
        <w:br/>
        <w:t>vt 0.540527 0.996246</w:t>
        <w:br/>
        <w:t>vt 0.531250 0.973389</w:t>
        <w:br/>
        <w:t>vt 0.531250 0.996246</w:t>
        <w:br/>
        <w:t>vt 0.661621 0.806396</w:t>
        <w:br/>
        <w:t>vt 0.653809 0.807007</w:t>
        <w:br/>
        <w:t>vt 0.653809 0.808472</w:t>
        <w:br/>
        <w:t>vt 0.661621 0.807983</w:t>
        <w:br/>
        <w:t>vt 0.661621 0.807983</w:t>
        <w:br/>
        <w:t>vt 0.653809 0.808472</w:t>
        <w:br/>
        <w:t>vt 0.653809 0.812134</w:t>
        <w:br/>
        <w:t>vt 0.666504 0.807251</w:t>
        <w:br/>
        <w:t>vt 0.666504 0.806030</w:t>
        <w:br/>
        <w:t>vt 0.661621 0.812744</w:t>
        <w:br/>
        <w:t>vt 0.672852 0.806274</w:t>
        <w:br/>
        <w:t>vt 0.672852 0.805420</w:t>
        <w:br/>
        <w:t>vt 0.666504 0.813599</w:t>
        <w:br/>
        <w:t>vt 0.666504 0.807251</w:t>
        <w:br/>
        <w:t>vt 0.672852 0.806274</w:t>
        <w:br/>
        <w:t>vt 0.661621 0.812744</w:t>
        <w:br/>
        <w:t>vt 0.653809 0.812134</w:t>
        <w:br/>
        <w:t>vt 0.653809 0.813599</w:t>
        <w:br/>
        <w:t>vt 0.661621 0.814331</w:t>
        <w:br/>
        <w:t>vt 0.666504 0.813599</w:t>
        <w:br/>
        <w:t>vt 0.666504 0.814697</w:t>
        <w:br/>
        <w:t>vt 0.672852 0.814697</w:t>
        <w:br/>
        <w:t>vt 0.672852 0.814697</w:t>
        <w:br/>
        <w:t>vt 0.672852 0.815552</w:t>
        <w:br/>
        <w:t>vt 0.675293 0.806030</w:t>
        <w:br/>
        <w:t>vt 0.675293 0.806030</w:t>
        <w:br/>
        <w:t>vt 0.676270 0.805908</w:t>
        <w:br/>
        <w:t>vt 0.675293 0.806030</w:t>
        <w:br/>
        <w:t>vt 0.676758 0.807617</w:t>
        <w:br/>
        <w:t>vt 0.676270 0.805908</w:t>
        <w:br/>
        <w:t>vt 0.675293 0.814941</w:t>
        <w:br/>
        <w:t>vt 0.675293 0.814941</w:t>
        <w:br/>
        <w:t>vt 0.675293 0.815674</w:t>
        <w:br/>
        <w:t>vt 0.676758 0.813354</w:t>
        <w:br/>
        <w:t>vt 0.675293 0.814941</w:t>
        <w:br/>
        <w:t>vt 0.675293 0.815674</w:t>
        <w:br/>
        <w:t>vt 0.675781 0.807739</w:t>
        <w:br/>
        <w:t>vt 0.675781 0.807739</w:t>
        <w:br/>
        <w:t>vt 0.675781 0.813232</w:t>
        <w:br/>
        <w:t>vt 0.675781 0.813232</w:t>
        <w:br/>
        <w:t>vt 0.284912 0.802856</w:t>
        <w:br/>
        <w:t>vt 0.277588 0.805542</w:t>
        <w:br/>
        <w:t>vt 0.276855 0.802856</w:t>
        <w:br/>
        <w:t>vt 0.293701 0.805542</w:t>
        <w:br/>
        <w:t>vt 0.294678 0.802856</w:t>
        <w:br/>
        <w:t>vt 0.285400 0.805542</w:t>
        <w:br/>
        <w:t>vt 0.285400 0.805542</w:t>
        <w:br/>
        <w:t>vt 0.277832 0.807861</w:t>
        <w:br/>
        <w:t>vt 0.277588 0.805542</w:t>
        <w:br/>
        <w:t>vt 0.275146 0.805420</w:t>
        <w:br/>
        <w:t>vt 0.277588 0.805542</w:t>
        <w:br/>
        <w:t>vt 0.277832 0.807861</w:t>
        <w:br/>
        <w:t>vt 0.293701 0.805542</w:t>
        <w:br/>
        <w:t>vt 0.293457 0.807861</w:t>
        <w:br/>
        <w:t>vt 0.276367 0.810547</w:t>
        <w:br/>
        <w:t>vt 0.275146 0.822510</w:t>
        <w:br/>
        <w:t>vt 0.276367 0.822510</w:t>
        <w:br/>
        <w:t>vt 0.276367 0.810547</w:t>
        <w:br/>
        <w:t>vt 0.285156 0.822510</w:t>
        <w:br/>
        <w:t>vt 0.285400 0.807861</w:t>
        <w:br/>
        <w:t>vt 0.285156 0.810547</w:t>
        <w:br/>
        <w:t>vt 0.294189 0.822510</w:t>
        <w:br/>
        <w:t>vt 0.294189 0.810547</w:t>
        <w:br/>
        <w:t>vt 0.295654 0.822510</w:t>
        <w:br/>
        <w:t>vt 0.295654 0.805176</w:t>
        <w:br/>
        <w:t>vt 0.294189 0.810547</w:t>
        <w:br/>
        <w:t>vt 0.293457 0.807861</w:t>
        <w:br/>
        <w:t>vt 0.293701 0.805542</w:t>
        <w:br/>
        <w:t>vt 0.277588 0.805542</w:t>
        <w:br/>
        <w:t>vt 0.284912 0.802856</w:t>
        <w:br/>
        <w:t>vt 0.276855 0.802856</w:t>
        <w:br/>
        <w:t>vt 0.294678 0.802856</w:t>
        <w:br/>
        <w:t>vt 0.293701 0.805542</w:t>
        <w:br/>
        <w:t>vt 0.285400 0.805542</w:t>
        <w:br/>
        <w:t>vt 0.285400 0.805542</w:t>
        <w:br/>
        <w:t>vt 0.277588 0.805542</w:t>
        <w:br/>
        <w:t>vt 0.277832 0.807861</w:t>
        <w:br/>
        <w:t>vt 0.275146 0.805420</w:t>
        <w:br/>
        <w:t>vt 0.277832 0.807861</w:t>
        <w:br/>
        <w:t>vt 0.277588 0.805542</w:t>
        <w:br/>
        <w:t>vt 0.293701 0.805542</w:t>
        <w:br/>
        <w:t>vt 0.293457 0.807861</w:t>
        <w:br/>
        <w:t>vt 0.276367 0.810547</w:t>
        <w:br/>
        <w:t>vt 0.275146 0.822510</w:t>
        <w:br/>
        <w:t>vt 0.276367 0.822510</w:t>
        <w:br/>
        <w:t>vt 0.285156 0.822510</w:t>
        <w:br/>
        <w:t>vt 0.276367 0.810547</w:t>
        <w:br/>
        <w:t>vt 0.285400 0.807861</w:t>
        <w:br/>
        <w:t>vt 0.285156 0.810547</w:t>
        <w:br/>
        <w:t>vt 0.294189 0.822510</w:t>
        <w:br/>
        <w:t>vt 0.294189 0.810547</w:t>
        <w:br/>
        <w:t>vt 0.295654 0.822510</w:t>
        <w:br/>
        <w:t>vt 0.295654 0.805176</w:t>
        <w:br/>
        <w:t>vt 0.294189 0.810547</w:t>
        <w:br/>
        <w:t>vt 0.293457 0.807861</w:t>
        <w:br/>
        <w:t>vt 0.293701 0.805542</w:t>
        <w:br/>
        <w:t>vt 0.520020 0.826050</w:t>
        <w:br/>
        <w:t>vt 0.520508 0.846680</w:t>
        <w:br/>
        <w:t>vt 0.516602 0.847290</w:t>
        <w:br/>
        <w:t>vt 0.516602 0.824463</w:t>
        <w:br/>
        <w:t>vt 0.491455 0.133789</w:t>
        <w:br/>
        <w:t>vt 0.499268 0.136230</w:t>
        <w:br/>
        <w:t>vt 0.491455 0.133789</w:t>
        <w:br/>
        <w:t>vt 0.499268 0.134277</w:t>
        <w:br/>
        <w:t>vt 0.490479 0.139160</w:t>
        <w:br/>
        <w:t>vt 0.499268 0.139160</w:t>
        <w:br/>
        <w:t>vt 0.490479 0.135254</w:t>
        <w:br/>
        <w:t>vt 0.511230 0.130371</w:t>
        <w:br/>
        <w:t>vt 0.518555 0.132812</w:t>
        <w:br/>
        <w:t>vt 0.511230 0.130371</w:t>
        <w:br/>
        <w:t>vt 0.518555 0.130859</w:t>
        <w:br/>
        <w:t>vt 0.510254 0.131836</w:t>
        <w:br/>
        <w:t>vt 0.518555 0.135254</w:t>
        <w:br/>
        <w:t>vt 0.509766 0.135254</w:t>
        <w:br/>
        <w:t>vt 0.518555 0.137695</w:t>
        <w:br/>
        <w:t>vt 0.508301 0.137695</w:t>
        <w:br/>
        <w:t>vt 0.262207 0.487305</w:t>
        <w:br/>
        <w:t>vt 0.265625 0.447266</w:t>
        <w:br/>
        <w:t>vt 0.262207 0.447266</w:t>
        <w:br/>
        <w:t>vt 0.265625 0.487305</w:t>
        <w:br/>
        <w:t>vt 0.350342 0.301270</w:t>
        <w:br/>
        <w:t>vt 0.361328 0.301270</w:t>
        <w:br/>
        <w:t>vt 0.361816 0.302734</w:t>
        <w:br/>
        <w:t>vt 0.349609 0.302734</w:t>
        <w:br/>
        <w:t>vt 0.262207 0.487305</w:t>
        <w:br/>
        <w:t>vt 0.262207 0.447266</w:t>
        <w:br/>
        <w:t>vt 0.265625 0.447266</w:t>
        <w:br/>
        <w:t>vt 0.265625 0.487305</w:t>
        <w:br/>
        <w:t>vt 0.358887 0.680420</w:t>
        <w:br/>
        <w:t>vt 0.374512 0.680420</w:t>
        <w:br/>
        <w:t>vt 0.373779 0.673096</w:t>
        <w:br/>
        <w:t>vt 0.358398 0.673584</w:t>
        <w:br/>
        <w:t>vt 0.358398 0.673584</w:t>
        <w:br/>
        <w:t>vt 0.373779 0.673096</w:t>
        <w:br/>
        <w:t>vt 0.373535 0.672119</w:t>
        <w:br/>
        <w:t>vt 0.358154 0.672363</w:t>
        <w:br/>
        <w:t>vt 0.368408 0.664307</w:t>
        <w:br/>
        <w:t>vt 0.358154 0.672363</w:t>
        <w:br/>
        <w:t>vt 0.373535 0.672119</w:t>
        <w:br/>
        <w:t>vt 0.358154 0.665283</w:t>
        <w:br/>
        <w:t>vt 0.347656 0.672363</w:t>
        <w:br/>
        <w:t>vt 0.368408 0.657959</w:t>
        <w:br/>
        <w:t>vt 0.347656 0.665039</w:t>
        <w:br/>
        <w:t>vt 0.358154 0.658203</w:t>
        <w:br/>
        <w:t>vt 0.347656 0.658203</w:t>
        <w:br/>
        <w:t>vt 0.368408 0.650146</w:t>
        <w:br/>
        <w:t>vt 0.347656 0.651123</w:t>
        <w:br/>
        <w:t>vt 0.358154 0.650635</w:t>
        <w:br/>
        <w:t>vt 0.368408 0.643311</w:t>
        <w:br/>
        <w:t>vt 0.347656 0.644043</w:t>
        <w:br/>
        <w:t>vt 0.358398 0.643311</w:t>
        <w:br/>
        <w:t>vt 0.368408 0.635010</w:t>
        <w:br/>
        <w:t>vt 0.347656 0.634766</w:t>
        <w:br/>
        <w:t>vt 0.358887 0.634766</w:t>
        <w:br/>
        <w:t>vt 0.347656 0.626465</w:t>
        <w:br/>
        <w:t>vt 0.359131 0.625977</w:t>
        <w:br/>
        <w:t>vt 0.368408 0.628418</w:t>
        <w:br/>
        <w:t>vt 0.347656 0.620361</w:t>
        <w:br/>
        <w:t>vt 0.368408 0.621826</w:t>
        <w:br/>
        <w:t>vt 0.359619 0.620117</w:t>
        <w:br/>
        <w:t>vt 0.347656 0.613525</w:t>
        <w:br/>
        <w:t>vt 0.368408 0.614990</w:t>
        <w:br/>
        <w:t>vt 0.360107 0.613525</w:t>
        <w:br/>
        <w:t>vt 0.368408 0.607910</w:t>
        <w:br/>
        <w:t>vt 0.360352 0.607422</w:t>
        <w:br/>
        <w:t>vt 0.347656 0.606934</w:t>
        <w:br/>
        <w:t>vt 0.368408 0.603271</w:t>
        <w:br/>
        <w:t>vt 0.360596 0.602295</w:t>
        <w:br/>
        <w:t>vt 0.347656 0.601318</w:t>
        <w:br/>
        <w:t>vt 0.368408 0.594971</w:t>
        <w:br/>
        <w:t>vt 0.360352 0.594482</w:t>
        <w:br/>
        <w:t>vt 0.347656 0.593018</w:t>
        <w:br/>
        <w:t>vt 0.368408 0.587402</w:t>
        <w:br/>
        <w:t>vt 0.359863 0.587891</w:t>
        <w:br/>
        <w:t>vt 0.347656 0.586426</w:t>
        <w:br/>
        <w:t>vt 0.368408 0.580322</w:t>
        <w:br/>
        <w:t>vt 0.359375 0.580078</w:t>
        <w:br/>
        <w:t>vt 0.347656 0.578613</w:t>
        <w:br/>
        <w:t>vt 0.368408 0.570801</w:t>
        <w:br/>
        <w:t>vt 0.358887 0.570312</w:t>
        <w:br/>
        <w:t>vt 0.347656 0.569092</w:t>
        <w:br/>
        <w:t>vt 0.368408 0.559326</w:t>
        <w:br/>
        <w:t>vt 0.358643 0.559326</w:t>
        <w:br/>
        <w:t>vt 0.347656 0.558350</w:t>
        <w:br/>
        <w:t>vt 0.368408 0.549072</w:t>
        <w:br/>
        <w:t>vt 0.358154 0.549316</w:t>
        <w:br/>
        <w:t>vt 0.368408 0.536865</w:t>
        <w:br/>
        <w:t>vt 0.347656 0.548828</w:t>
        <w:br/>
        <w:t>vt 0.358154 0.536865</w:t>
        <w:br/>
        <w:t>vt 0.347656 0.536865</w:t>
        <w:br/>
        <w:t>vt 0.374512 0.680420</w:t>
        <w:br/>
        <w:t>vt 0.358887 0.680420</w:t>
        <w:br/>
        <w:t>vt 0.373779 0.673096</w:t>
        <w:br/>
        <w:t>vt 0.358398 0.673584</w:t>
        <w:br/>
        <w:t>vt 0.373779 0.673096</w:t>
        <w:br/>
        <w:t>vt 0.358398 0.673584</w:t>
        <w:br/>
        <w:t>vt 0.373535 0.672119</w:t>
        <w:br/>
        <w:t>vt 0.358154 0.672363</w:t>
        <w:br/>
        <w:t>vt 0.358154 0.672363</w:t>
        <w:br/>
        <w:t>vt 0.368408 0.664307</w:t>
        <w:br/>
        <w:t>vt 0.373535 0.672119</w:t>
        <w:br/>
        <w:t>vt 0.358154 0.665283</w:t>
        <w:br/>
        <w:t>vt 0.347656 0.672363</w:t>
        <w:br/>
        <w:t>vt 0.368408 0.657959</w:t>
        <w:br/>
        <w:t>vt 0.347656 0.665039</w:t>
        <w:br/>
        <w:t>vt 0.358154 0.658203</w:t>
        <w:br/>
        <w:t>vt 0.347656 0.658203</w:t>
        <w:br/>
        <w:t>vt 0.368408 0.650146</w:t>
        <w:br/>
        <w:t>vt 0.347656 0.651123</w:t>
        <w:br/>
        <w:t>vt 0.358154 0.650635</w:t>
        <w:br/>
        <w:t>vt 0.368408 0.643311</w:t>
        <w:br/>
        <w:t>vt 0.347656 0.644043</w:t>
        <w:br/>
        <w:t>vt 0.358398 0.643311</w:t>
        <w:br/>
        <w:t>vt 0.368408 0.635010</w:t>
        <w:br/>
        <w:t>vt 0.347656 0.634766</w:t>
        <w:br/>
        <w:t>vt 0.358887 0.634766</w:t>
        <w:br/>
        <w:t>vt 0.347656 0.626465</w:t>
        <w:br/>
        <w:t>vt 0.359131 0.625977</w:t>
        <w:br/>
        <w:t>vt 0.368408 0.628418</w:t>
        <w:br/>
        <w:t>vt 0.347656 0.620361</w:t>
        <w:br/>
        <w:t>vt 0.368408 0.621826</w:t>
        <w:br/>
        <w:t>vt 0.359619 0.620117</w:t>
        <w:br/>
        <w:t>vt 0.347656 0.613525</w:t>
        <w:br/>
        <w:t>vt 0.368408 0.614990</w:t>
        <w:br/>
        <w:t>vt 0.360107 0.613525</w:t>
        <w:br/>
        <w:t>vt 0.368408 0.607910</w:t>
        <w:br/>
        <w:t>vt 0.360352 0.607422</w:t>
        <w:br/>
        <w:t>vt 0.347656 0.606934</w:t>
        <w:br/>
        <w:t>vt 0.368408 0.603271</w:t>
        <w:br/>
        <w:t>vt 0.360596 0.602295</w:t>
        <w:br/>
        <w:t>vt 0.347656 0.601318</w:t>
        <w:br/>
        <w:t>vt 0.368408 0.594971</w:t>
        <w:br/>
        <w:t>vt 0.360352 0.594482</w:t>
        <w:br/>
        <w:t>vt 0.347656 0.593018</w:t>
        <w:br/>
        <w:t>vt 0.368408 0.587402</w:t>
        <w:br/>
        <w:t>vt 0.359863 0.587891</w:t>
        <w:br/>
        <w:t>vt 0.347656 0.586426</w:t>
        <w:br/>
        <w:t>vt 0.368408 0.580322</w:t>
        <w:br/>
        <w:t>vt 0.359375 0.580078</w:t>
        <w:br/>
        <w:t>vt 0.347656 0.578613</w:t>
        <w:br/>
        <w:t>vt 0.368408 0.570801</w:t>
        <w:br/>
        <w:t>vt 0.358887 0.570312</w:t>
        <w:br/>
        <w:t>vt 0.347656 0.569092</w:t>
        <w:br/>
        <w:t>vt 0.368408 0.559326</w:t>
        <w:br/>
        <w:t>vt 0.358643 0.559326</w:t>
        <w:br/>
        <w:t>vt 0.347656 0.558350</w:t>
        <w:br/>
        <w:t>vt 0.368408 0.549072</w:t>
        <w:br/>
        <w:t>vt 0.358154 0.549316</w:t>
        <w:br/>
        <w:t>vt 0.368408 0.536865</w:t>
        <w:br/>
        <w:t>vt 0.347656 0.548828</w:t>
        <w:br/>
        <w:t>vt 0.358154 0.536865</w:t>
        <w:br/>
        <w:t>vt 0.347656 0.536865</w:t>
        <w:br/>
        <w:t>vt 0.167969 0.731934</w:t>
        <w:br/>
        <w:t>vt 0.166626 0.734619</w:t>
        <w:br/>
        <w:t>vt 0.167847 0.737305</w:t>
        <w:br/>
        <w:t>vt 0.170166 0.731445</w:t>
        <w:br/>
        <w:t>vt 0.170044 0.737793</w:t>
        <w:br/>
        <w:t>vt 0.171753 0.736084</w:t>
        <w:br/>
        <w:t>vt 0.171753 0.733154</w:t>
        <w:br/>
        <w:t>vt 0.173950 0.732666</w:t>
        <w:br/>
        <w:t>vt 0.173950 0.736572</w:t>
        <w:br/>
        <w:t>vt 0.175049 0.738525</w:t>
        <w:br/>
        <w:t>vt 0.175171 0.730713</w:t>
        <w:br/>
        <w:t>vt 0.181396 0.746338</w:t>
        <w:br/>
        <w:t>vt 0.175049 0.740723</w:t>
        <w:br/>
        <w:t>vt 0.173950 0.742920</w:t>
        <w:br/>
        <w:t>vt 0.171753 0.743408</w:t>
        <w:br/>
        <w:t>vt 0.181396 0.724609</w:t>
        <w:br/>
        <w:t>vt 0.167969 0.746338</w:t>
        <w:br/>
        <w:t>vt 0.170166 0.741699</w:t>
        <w:br/>
        <w:t>vt 0.167969 0.742188</w:t>
        <w:br/>
        <w:t>vt 0.166626 0.744873</w:t>
        <w:br/>
        <w:t>vt 0.175171 0.728516</w:t>
        <w:br/>
        <w:t>vt 0.175293 0.720703</w:t>
        <w:br/>
        <w:t>vt 0.174072 0.722656</w:t>
        <w:br/>
        <w:t>vt 0.174072 0.726562</w:t>
        <w:br/>
        <w:t>vt 0.175293 0.718750</w:t>
        <w:br/>
        <w:t>vt 0.171875 0.726074</w:t>
        <w:br/>
        <w:t>vt 0.181396 0.710693</w:t>
        <w:br/>
        <w:t>vt 0.171875 0.723389</w:t>
        <w:br/>
        <w:t>vt 0.175293 0.710693</w:t>
        <w:br/>
        <w:t>vt 0.170288 0.721436</w:t>
        <w:br/>
        <w:t>vt 0.174194 0.712891</w:t>
        <w:br/>
        <w:t>vt 0.170166 0.727783</w:t>
        <w:br/>
        <w:t>vt 0.174194 0.716797</w:t>
        <w:br/>
        <w:t>vt 0.168091 0.722168</w:t>
        <w:br/>
        <w:t>vt 0.167969 0.727295</w:t>
        <w:br/>
        <w:t>vt 0.166748 0.724609</w:t>
        <w:br/>
        <w:t>vt 0.171875 0.716064</w:t>
        <w:br/>
        <w:t>vt 0.171875 0.713379</w:t>
        <w:br/>
        <w:t>vt 0.170288 0.711670</w:t>
        <w:br/>
        <w:t>vt 0.170288 0.718018</w:t>
        <w:br/>
        <w:t>vt 0.168091 0.712158</w:t>
        <w:br/>
        <w:t>vt 0.168091 0.717285</w:t>
        <w:br/>
        <w:t>vt 0.166748 0.714844</w:t>
        <w:br/>
        <w:t>vt 0.444092 0.483398</w:t>
        <w:br/>
        <w:t>vt 0.438965 0.468262</w:t>
        <w:br/>
        <w:t>vt 0.438965 0.488281</w:t>
        <w:br/>
        <w:t>vt 0.448486 0.497070</w:t>
        <w:br/>
        <w:t>vt 0.438965 0.495605</w:t>
        <w:br/>
        <w:t>vt 0.438965 0.507080</w:t>
        <w:br/>
        <w:t>vt 0.449951 0.507812</w:t>
        <w:br/>
        <w:t>vt 0.451172 0.517334</w:t>
        <w:br/>
        <w:t>vt 0.438965 0.518799</w:t>
        <w:br/>
        <w:t>vt 0.438965 0.530518</w:t>
        <w:br/>
        <w:t>vt 0.450684 0.530518</w:t>
        <w:br/>
        <w:t>vt 0.438965 0.542969</w:t>
        <w:br/>
        <w:t>vt 0.449951 0.543213</w:t>
        <w:br/>
        <w:t>vt 0.438965 0.554688</w:t>
        <w:br/>
        <w:t>vt 0.445312 0.554688</w:t>
        <w:br/>
        <w:t>vt 0.438965 0.562012</w:t>
        <w:br/>
        <w:t>vt 0.442871 0.560791</w:t>
        <w:br/>
        <w:t>vt 0.438965 0.570557</w:t>
        <w:br/>
        <w:t>vt 0.425537 0.220215</w:t>
        <w:br/>
        <w:t>vt 0.441162 0.176270</w:t>
        <w:br/>
        <w:t>vt 0.425537 0.174316</w:t>
        <w:br/>
        <w:t>vt 0.443848 0.128906</w:t>
        <w:br/>
        <w:t>vt 0.425537 0.123047</w:t>
        <w:br/>
        <w:t>vt 0.443848 0.090332</w:t>
        <w:br/>
        <w:t>vt 0.425537 0.086426</w:t>
        <w:br/>
        <w:t>vt 0.443848 0.068359</w:t>
        <w:br/>
        <w:t>vt 0.425537 0.062500</w:t>
        <w:br/>
        <w:t>vt 0.443848 0.043457</w:t>
        <w:br/>
        <w:t>vt 0.425537 0.039062</w:t>
        <w:br/>
        <w:t>vt 0.425537 0.005859</w:t>
        <w:br/>
        <w:t>vt 0.443848 0.005859</w:t>
        <w:br/>
        <w:t>vt 0.062866 0.591553</w:t>
        <w:br/>
        <w:t>vt 0.088562 0.588379</w:t>
        <w:br/>
        <w:t>vt 0.088562 0.591553</w:t>
        <w:br/>
        <w:t>vt 0.062866 0.588379</w:t>
        <w:br/>
        <w:t>vt 0.062866 0.588379</w:t>
        <w:br/>
        <w:t>vt 0.088562 0.572510</w:t>
        <w:br/>
        <w:t>vt 0.088562 0.588379</w:t>
        <w:br/>
        <w:t>vt 0.062866 0.572510</w:t>
        <w:br/>
        <w:t>vt 0.062866 0.572510</w:t>
        <w:br/>
        <w:t>vt 0.062866 0.588379</w:t>
        <w:br/>
        <w:t>vt 0.059479 0.588379</w:t>
        <w:br/>
        <w:t>vt 0.088562 0.556641</w:t>
        <w:br/>
        <w:t>vt 0.059479 0.572510</w:t>
        <w:br/>
        <w:t>vt 0.062866 0.556641</w:t>
        <w:br/>
        <w:t>vt 0.062866 0.556641</w:t>
        <w:br/>
        <w:t>vt 0.059479 0.556641</w:t>
        <w:br/>
        <w:t>vt 0.062866 0.540283</w:t>
        <w:br/>
        <w:t>vt 0.062866 0.540283</w:t>
        <w:br/>
        <w:t>vt 0.088562 0.540283</w:t>
        <w:br/>
        <w:t>vt 0.059479 0.540283</w:t>
        <w:br/>
        <w:t>vt 0.062866 0.523193</w:t>
        <w:br/>
        <w:t>vt 0.062866 0.523193</w:t>
        <w:br/>
        <w:t>vt 0.088562 0.523193</w:t>
        <w:br/>
        <w:t>vt 0.059479 0.523193</w:t>
        <w:br/>
        <w:t>vt 0.062866 0.501953</w:t>
        <w:br/>
        <w:t>vt 0.062866 0.501953</w:t>
        <w:br/>
        <w:t>vt 0.088562 0.501953</w:t>
        <w:br/>
        <w:t>vt 0.059479 0.501953</w:t>
        <w:br/>
        <w:t>vt 0.062866 0.482422</w:t>
        <w:br/>
        <w:t>vt 0.062866 0.482422</w:t>
        <w:br/>
        <w:t>vt 0.088562 0.482422</w:t>
        <w:br/>
        <w:t>vt 0.059479 0.482422</w:t>
        <w:br/>
        <w:t>vt 0.062866 0.467773</w:t>
        <w:br/>
        <w:t>vt 0.062866 0.467773</w:t>
        <w:br/>
        <w:t>vt 0.088562 0.467773</w:t>
        <w:br/>
        <w:t>vt 0.059479 0.467773</w:t>
        <w:br/>
        <w:t>vt 0.062866 0.452148</w:t>
        <w:br/>
        <w:t>vt 0.062866 0.452148</w:t>
        <w:br/>
        <w:t>vt 0.088562 0.452148</w:t>
        <w:br/>
        <w:t>vt 0.059479 0.452148</w:t>
        <w:br/>
        <w:t>vt 0.088562 0.437012</w:t>
        <w:br/>
        <w:t>vt 0.059479 0.437012</w:t>
        <w:br/>
        <w:t>vt 0.062866 0.437012</w:t>
        <w:br/>
        <w:t>vt 0.062866 0.437012</w:t>
        <w:br/>
        <w:t>vt 0.088562 0.424316</w:t>
        <w:br/>
        <w:t>vt 0.059479 0.424316</w:t>
        <w:br/>
        <w:t>vt 0.062866 0.424316</w:t>
        <w:br/>
        <w:t>vt 0.062866 0.424316</w:t>
        <w:br/>
        <w:t>vt 0.088562 0.404785</w:t>
        <w:br/>
        <w:t>vt 0.059479 0.404785</w:t>
        <w:br/>
        <w:t>vt 0.062866 0.404785</w:t>
        <w:br/>
        <w:t>vt 0.062866 0.404785</w:t>
        <w:br/>
        <w:t>vt 0.088562 0.388672</w:t>
        <w:br/>
        <w:t>vt 0.059479 0.388672</w:t>
        <w:br/>
        <w:t>vt 0.062866 0.388672</w:t>
        <w:br/>
        <w:t>vt 0.062866 0.388672</w:t>
        <w:br/>
        <w:t>vt 0.088562 0.371094</w:t>
        <w:br/>
        <w:t>vt 0.059479 0.371094</w:t>
        <w:br/>
        <w:t>vt 0.062866 0.371094</w:t>
        <w:br/>
        <w:t>vt 0.062866 0.371094</w:t>
        <w:br/>
        <w:t>vt 0.088562 0.347656</w:t>
        <w:br/>
        <w:t>vt 0.059479 0.347656</w:t>
        <w:br/>
        <w:t>vt 0.062866 0.347656</w:t>
        <w:br/>
        <w:t>vt 0.062866 0.347656</w:t>
        <w:br/>
        <w:t>vt 0.088562 0.323242</w:t>
        <w:br/>
        <w:t>vt 0.059479 0.323242</w:t>
        <w:br/>
        <w:t>vt 0.062866 0.323242</w:t>
        <w:br/>
        <w:t>vt 0.062866 0.323242</w:t>
        <w:br/>
        <w:t>vt 0.088562 0.299805</w:t>
        <w:br/>
        <w:t>vt 0.059479 0.299805</w:t>
        <w:br/>
        <w:t>vt 0.062866 0.299805</w:t>
        <w:br/>
        <w:t>vt 0.062866 0.299805</w:t>
        <w:br/>
        <w:t>vt 0.088562 0.271484</w:t>
        <w:br/>
        <w:t>vt 0.059479 0.271484</w:t>
        <w:br/>
        <w:t>vt 0.062866 0.271484</w:t>
        <w:br/>
        <w:t>vt 0.062866 0.271484</w:t>
        <w:br/>
        <w:t>vt 0.088562 0.588379</w:t>
        <w:br/>
        <w:t>vt 0.062866 0.591553</w:t>
        <w:br/>
        <w:t>vt 0.088562 0.591553</w:t>
        <w:br/>
        <w:t>vt 0.062866 0.588379</w:t>
        <w:br/>
        <w:t>vt 0.062866 0.588379</w:t>
        <w:br/>
        <w:t>vt 0.088562 0.588379</w:t>
        <w:br/>
        <w:t>vt 0.088562 0.572510</w:t>
        <w:br/>
        <w:t>vt 0.062866 0.572510</w:t>
        <w:br/>
        <w:t>vt 0.062866 0.572510</w:t>
        <w:br/>
        <w:t>vt 0.059479 0.588379</w:t>
        <w:br/>
        <w:t>vt 0.062866 0.588379</w:t>
        <w:br/>
        <w:t>vt 0.088562 0.556641</w:t>
        <w:br/>
        <w:t>vt 0.059479 0.572510</w:t>
        <w:br/>
        <w:t>vt 0.062866 0.556641</w:t>
        <w:br/>
        <w:t>vt 0.062866 0.556641</w:t>
        <w:br/>
        <w:t>vt 0.059479 0.556641</w:t>
        <w:br/>
        <w:t>vt 0.062866 0.540283</w:t>
        <w:br/>
        <w:t>vt 0.062866 0.540283</w:t>
        <w:br/>
        <w:t>vt 0.088562 0.540283</w:t>
        <w:br/>
        <w:t>vt 0.059479 0.540283</w:t>
        <w:br/>
        <w:t>vt 0.062866 0.523193</w:t>
        <w:br/>
        <w:t>vt 0.062866 0.523193</w:t>
        <w:br/>
        <w:t>vt 0.088562 0.523193</w:t>
        <w:br/>
        <w:t>vt 0.059479 0.523193</w:t>
        <w:br/>
        <w:t>vt 0.062866 0.501953</w:t>
        <w:br/>
        <w:t>vt 0.062866 0.501953</w:t>
        <w:br/>
        <w:t>vt 0.088562 0.501953</w:t>
        <w:br/>
        <w:t>vt 0.059479 0.501953</w:t>
        <w:br/>
        <w:t>vt 0.062866 0.482422</w:t>
        <w:br/>
        <w:t>vt 0.062866 0.482422</w:t>
        <w:br/>
        <w:t>vt 0.088562 0.482422</w:t>
        <w:br/>
        <w:t>vt 0.059479 0.482422</w:t>
        <w:br/>
        <w:t>vt 0.062866 0.467773</w:t>
        <w:br/>
        <w:t>vt 0.062866 0.467773</w:t>
        <w:br/>
        <w:t>vt 0.088562 0.467773</w:t>
        <w:br/>
        <w:t>vt 0.059479 0.467773</w:t>
        <w:br/>
        <w:t>vt 0.062866 0.452148</w:t>
        <w:br/>
        <w:t>vt 0.062866 0.452148</w:t>
        <w:br/>
        <w:t>vt 0.088562 0.452148</w:t>
        <w:br/>
        <w:t>vt 0.059479 0.452148</w:t>
        <w:br/>
        <w:t>vt 0.088562 0.437012</w:t>
        <w:br/>
        <w:t>vt 0.059479 0.437012</w:t>
        <w:br/>
        <w:t>vt 0.062866 0.437012</w:t>
        <w:br/>
        <w:t>vt 0.062866 0.437012</w:t>
        <w:br/>
        <w:t>vt 0.088562 0.424316</w:t>
        <w:br/>
        <w:t>vt 0.059479 0.424316</w:t>
        <w:br/>
        <w:t>vt 0.062866 0.424316</w:t>
        <w:br/>
        <w:t>vt 0.062866 0.424316</w:t>
        <w:br/>
        <w:t>vt 0.088562 0.404785</w:t>
        <w:br/>
        <w:t>vt 0.059479 0.404785</w:t>
        <w:br/>
        <w:t>vt 0.062866 0.404785</w:t>
        <w:br/>
        <w:t>vt 0.062866 0.404785</w:t>
        <w:br/>
        <w:t>vt 0.088562 0.388672</w:t>
        <w:br/>
        <w:t>vt 0.059479 0.388672</w:t>
        <w:br/>
        <w:t>vt 0.062866 0.388672</w:t>
        <w:br/>
        <w:t>vt 0.062866 0.388672</w:t>
        <w:br/>
        <w:t>vt 0.088562 0.371094</w:t>
        <w:br/>
        <w:t>vt 0.059479 0.371094</w:t>
        <w:br/>
        <w:t>vt 0.062866 0.371094</w:t>
        <w:br/>
        <w:t>vt 0.062866 0.371094</w:t>
        <w:br/>
        <w:t>vt 0.088562 0.347656</w:t>
        <w:br/>
        <w:t>vt 0.059479 0.347656</w:t>
        <w:br/>
        <w:t>vt 0.062866 0.347656</w:t>
        <w:br/>
        <w:t>vt 0.062866 0.347656</w:t>
        <w:br/>
        <w:t>vt 0.088562 0.323242</w:t>
        <w:br/>
        <w:t>vt 0.059479 0.323242</w:t>
        <w:br/>
        <w:t>vt 0.062866 0.323242</w:t>
        <w:br/>
        <w:t>vt 0.062866 0.323242</w:t>
        <w:br/>
        <w:t>vt 0.088562 0.299805</w:t>
        <w:br/>
        <w:t>vt 0.059479 0.299805</w:t>
        <w:br/>
        <w:t>vt 0.062866 0.299805</w:t>
        <w:br/>
        <w:t>vt 0.062866 0.299805</w:t>
        <w:br/>
        <w:t>vt 0.088562 0.271484</w:t>
        <w:br/>
        <w:t>vt 0.059479 0.271484</w:t>
        <w:br/>
        <w:t>vt 0.062866 0.271484</w:t>
        <w:br/>
        <w:t>vt 0.062866 0.271484</w:t>
        <w:br/>
        <w:t>vt 0.427246 0.774414</w:t>
        <w:br/>
        <w:t>vt 0.412109 0.795166</w:t>
        <w:br/>
        <w:t>vt 0.428955 0.795898</w:t>
        <w:br/>
        <w:t>vt 0.412109 0.775879</w:t>
        <w:br/>
        <w:t>vt 0.422119 0.749023</w:t>
        <w:br/>
        <w:t>vt 0.412109 0.749756</w:t>
        <w:br/>
        <w:t>vt 0.412109 0.738770</w:t>
        <w:br/>
        <w:t>vt 0.423340 0.747314</w:t>
        <w:br/>
        <w:t>vt 0.427246 0.774414</w:t>
        <w:br/>
        <w:t>vt 0.428955 0.795898</w:t>
        <w:br/>
        <w:t>vt 0.412109 0.795166</w:t>
        <w:br/>
        <w:t>vt 0.412109 0.775879</w:t>
        <w:br/>
        <w:t>vt 0.422119 0.749023</w:t>
        <w:br/>
        <w:t>vt 0.412109 0.749756</w:t>
        <w:br/>
        <w:t>vt 0.412109 0.738770</w:t>
        <w:br/>
        <w:t>vt 0.423340 0.747314</w:t>
        <w:br/>
        <w:t>vt 0.703125 0.969482</w:t>
        <w:br/>
        <w:t>vt 0.693359 0.968872</w:t>
        <w:br/>
        <w:t>vt 0.694824 0.972580</w:t>
        <w:br/>
        <w:t>vt 0.701172 0.964478</w:t>
        <w:br/>
        <w:t>vt 0.708496 0.967957</w:t>
        <w:br/>
        <w:t>vt 0.705566 0.961365</w:t>
        <w:br/>
        <w:t>vt 0.715820 0.965820</w:t>
        <w:br/>
        <w:t>vt 0.711426 0.957153</w:t>
        <w:br/>
        <w:t>vt 0.713867 0.955750</w:t>
        <w:br/>
        <w:t>vt 0.718750 0.964813</w:t>
        <w:br/>
        <w:t>vt 0.718262 0.962860</w:t>
        <w:br/>
        <w:t>vt 0.715332 0.957123</w:t>
        <w:br/>
        <w:t>vt 0.404297 0.480469</w:t>
        <w:br/>
        <w:t>vt 0.406250 0.474121</w:t>
        <w:br/>
        <w:t>vt 0.404297 0.474121</w:t>
        <w:br/>
        <w:t>vt 0.406250 0.480469</w:t>
        <w:br/>
        <w:t>vt 0.404297 0.501709</w:t>
        <w:br/>
        <w:t>vt 0.406250 0.501709</w:t>
        <w:br/>
        <w:t>vt 0.406250 0.504883</w:t>
        <w:br/>
        <w:t>vt 0.404297 0.504883</w:t>
        <w:br/>
        <w:t>vt 0.406250 0.508301</w:t>
        <w:br/>
        <w:t>vt 0.404297 0.508301</w:t>
        <w:br/>
        <w:t>vt 0.406250 0.516602</w:t>
        <w:br/>
        <w:t>vt 0.404297 0.519287</w:t>
        <w:br/>
        <w:t>vt 0.406250 0.522705</w:t>
        <w:br/>
        <w:t>vt 0.404297 0.530518</w:t>
        <w:br/>
        <w:t>vt 0.406250 0.530518</w:t>
        <w:br/>
        <w:t>vt 0.404297 0.533936</w:t>
        <w:br/>
        <w:t>vt 0.406250 0.533936</w:t>
        <w:br/>
        <w:t>vt 0.406250 0.537109</w:t>
        <w:br/>
        <w:t>vt 0.404297 0.537109</w:t>
        <w:br/>
        <w:t>vt 0.404297 0.558594</w:t>
        <w:br/>
        <w:t>vt 0.406250 0.558594</w:t>
        <w:br/>
        <w:t>vt 0.406250 0.564941</w:t>
        <w:br/>
        <w:t>vt 0.404297 0.564941</w:t>
        <w:br/>
        <w:t>vt 0.178345 0.814819</w:t>
        <w:br/>
        <w:t>vt 0.181396 0.823975</w:t>
        <w:br/>
        <w:t>vt 0.178345 0.823975</w:t>
        <w:br/>
        <w:t>vt 0.181396 0.814819</w:t>
        <w:br/>
        <w:t>vt 0.178345 0.798706</w:t>
        <w:br/>
        <w:t>vt 0.181396 0.798828</w:t>
        <w:br/>
        <w:t>vt 0.178345 0.779053</w:t>
        <w:br/>
        <w:t>vt 0.181396 0.779053</w:t>
        <w:br/>
        <w:t>vt 0.178345 0.774170</w:t>
        <w:br/>
        <w:t>vt 0.181396 0.774170</w:t>
        <w:br/>
        <w:t>vt 0.181396 0.762085</w:t>
        <w:br/>
        <w:t>vt 0.178345 0.762085</w:t>
        <w:br/>
        <w:t>vt 0.181396 0.753296</w:t>
        <w:br/>
        <w:t>vt 0.178345 0.753296</w:t>
        <w:br/>
        <w:t>vt 0.167969 0.762085</w:t>
        <w:br/>
        <w:t>vt 0.167969 0.753296</w:t>
        <w:br/>
        <w:t>vt 0.518555 0.008789</w:t>
        <w:br/>
        <w:t>vt 0.510254 0.008789</w:t>
        <w:br/>
        <w:t>vt 0.518555 0.006348</w:t>
        <w:br/>
        <w:t>vt 0.510254 0.006348</w:t>
        <w:br/>
        <w:t>vt 0.168091 0.712158</w:t>
        <w:br/>
        <w:t>vt 0.166748 0.714844</w:t>
        <w:br/>
        <w:t>vt 0.168091 0.717285</w:t>
        <w:br/>
        <w:t>vt 0.170288 0.718018</w:t>
        <w:br/>
        <w:t>vt 0.170288 0.711670</w:t>
        <w:br/>
        <w:t>vt 0.171875 0.716064</w:t>
        <w:br/>
        <w:t>vt 0.171875 0.713379</w:t>
        <w:br/>
        <w:t>vt 0.174194 0.712891</w:t>
        <w:br/>
        <w:t>vt 0.174194 0.716797</w:t>
        <w:br/>
        <w:t>vt 0.175293 0.718750</w:t>
        <w:br/>
        <w:t>vt 0.175293 0.710693</w:t>
        <w:br/>
        <w:t>vt 0.181396 0.710693</w:t>
        <w:br/>
        <w:t>vt 0.181396 0.724609</w:t>
        <w:br/>
        <w:t>vt 0.175293 0.720703</w:t>
        <w:br/>
        <w:t>vt 0.175171 0.728516</w:t>
        <w:br/>
        <w:t>vt 0.174072 0.722656</w:t>
        <w:br/>
        <w:t>vt 0.175171 0.730713</w:t>
        <w:br/>
        <w:t>vt 0.174072 0.726562</w:t>
        <w:br/>
        <w:t>vt 0.181396 0.746338</w:t>
        <w:br/>
        <w:t>vt 0.171875 0.726074</w:t>
        <w:br/>
        <w:t>vt 0.171875 0.723389</w:t>
        <w:br/>
        <w:t>vt 0.170288 0.721436</w:t>
        <w:br/>
        <w:t>vt 0.170166 0.727783</w:t>
        <w:br/>
        <w:t>vt 0.168091 0.722168</w:t>
        <w:br/>
        <w:t>vt 0.167969 0.727295</w:t>
        <w:br/>
        <w:t>vt 0.166748 0.724609</w:t>
        <w:br/>
        <w:t>vt 0.175049 0.738525</w:t>
        <w:br/>
        <w:t>vt 0.173950 0.732666</w:t>
        <w:br/>
        <w:t>vt 0.175049 0.740723</w:t>
        <w:br/>
        <w:t>vt 0.173950 0.736572</w:t>
        <w:br/>
        <w:t>vt 0.173950 0.742920</w:t>
        <w:br/>
        <w:t>vt 0.171753 0.736084</w:t>
        <w:br/>
        <w:t>vt 0.171753 0.743408</w:t>
        <w:br/>
        <w:t>vt 0.171753 0.733154</w:t>
        <w:br/>
        <w:t>vt 0.167969 0.746338</w:t>
        <w:br/>
        <w:t>vt 0.170166 0.731445</w:t>
        <w:br/>
        <w:t>vt 0.170166 0.741699</w:t>
        <w:br/>
        <w:t>vt 0.170044 0.737793</w:t>
        <w:br/>
        <w:t>vt 0.167969 0.742188</w:t>
        <w:br/>
        <w:t>vt 0.166626 0.744873</w:t>
        <w:br/>
        <w:t>vt 0.167969 0.731934</w:t>
        <w:br/>
        <w:t>vt 0.167847 0.737305</w:t>
        <w:br/>
        <w:t>vt 0.166626 0.734619</w:t>
        <w:br/>
        <w:t>vt 0.225464 0.459961</w:t>
        <w:br/>
        <w:t>vt 0.225464 0.473145</w:t>
        <w:br/>
        <w:t>vt 0.228516 0.459961</w:t>
        <w:br/>
        <w:t>vt 0.228516 0.473145</w:t>
        <w:br/>
        <w:t>vt 0.225464 0.475098</w:t>
        <w:br/>
        <w:t>vt 0.228516 0.475098</w:t>
        <w:br/>
        <w:t>vt 0.225464 0.478516</w:t>
        <w:br/>
        <w:t>vt 0.228516 0.475098</w:t>
        <w:br/>
        <w:t>vt 0.225464 0.475098</w:t>
        <w:br/>
        <w:t>vt 0.228516 0.478516</w:t>
        <w:br/>
        <w:t>vt 0.228516 0.480469</w:t>
        <w:br/>
        <w:t>vt 0.225464 0.480469</w:t>
        <w:br/>
        <w:t>vt 0.228516 0.480469</w:t>
        <w:br/>
        <w:t>vt 0.225464 0.480469</w:t>
        <w:br/>
        <w:t>vt 0.228516 0.482910</w:t>
        <w:br/>
        <w:t>vt 0.225464 0.482910</w:t>
        <w:br/>
        <w:t>vt 0.228516 0.482910</w:t>
        <w:br/>
        <w:t>vt 0.225464 0.482910</w:t>
        <w:br/>
        <w:t>vt 0.228516 0.485352</w:t>
        <w:br/>
        <w:t>vt 0.225464 0.485352</w:t>
        <w:br/>
        <w:t>vt 0.225464 0.487793</w:t>
        <w:br/>
        <w:t>vt 0.228516 0.487793</w:t>
        <w:br/>
        <w:t>vt 0.228516 0.490234</w:t>
        <w:br/>
        <w:t>vt 0.225464 0.490234</w:t>
        <w:br/>
        <w:t>vt 0.228516 0.492188</w:t>
        <w:br/>
        <w:t>vt 0.225464 0.492188</w:t>
        <w:br/>
        <w:t>vt 0.225464 0.494629</w:t>
        <w:br/>
        <w:t>vt 0.228516 0.494629</w:t>
        <w:br/>
        <w:t>vt 0.228516 0.494629</w:t>
        <w:br/>
        <w:t>vt 0.225464 0.494629</w:t>
        <w:br/>
        <w:t>vt 0.228516 0.497070</w:t>
        <w:br/>
        <w:t>vt 0.225464 0.497070</w:t>
        <w:br/>
        <w:t>vt 0.225464 0.499512</w:t>
        <w:br/>
        <w:t>vt 0.228516 0.497070</w:t>
        <w:br/>
        <w:t>vt 0.225464 0.497070</w:t>
        <w:br/>
        <w:t>vt 0.228516 0.499512</w:t>
        <w:br/>
        <w:t>vt 0.228516 0.502441</w:t>
        <w:br/>
        <w:t>vt 0.225464 0.502441</w:t>
        <w:br/>
        <w:t>vt 0.225464 0.505371</w:t>
        <w:br/>
        <w:t>vt 0.228516 0.505371</w:t>
        <w:br/>
        <w:t>vt 0.228516 0.507812</w:t>
        <w:br/>
        <w:t>vt 0.225464 0.507812</w:t>
        <w:br/>
        <w:t>vt 0.228516 0.507812</w:t>
        <w:br/>
        <w:t>vt 0.225464 0.507812</w:t>
        <w:br/>
        <w:t>vt 0.228516 0.510254</w:t>
        <w:br/>
        <w:t>vt 0.225464 0.510254</w:t>
        <w:br/>
        <w:t>vt 0.228516 0.510254</w:t>
        <w:br/>
        <w:t>vt 0.225464 0.510254</w:t>
        <w:br/>
        <w:t>vt 0.228516 0.512451</w:t>
        <w:br/>
        <w:t>vt 0.225464 0.512451</w:t>
        <w:br/>
        <w:t>vt 0.225464 0.514893</w:t>
        <w:br/>
        <w:t>vt 0.228516 0.514893</w:t>
        <w:br/>
        <w:t>vt 0.228516 0.517090</w:t>
        <w:br/>
        <w:t>vt 0.225464 0.517090</w:t>
        <w:br/>
        <w:t>vt 0.228516 0.519287</w:t>
        <w:br/>
        <w:t>vt 0.225464 0.519287</w:t>
        <w:br/>
        <w:t>vt 0.225464 0.521729</w:t>
        <w:br/>
        <w:t>vt 0.228516 0.521729</w:t>
        <w:br/>
        <w:t>vt 0.228516 0.521729</w:t>
        <w:br/>
        <w:t>vt 0.225464 0.521729</w:t>
        <w:br/>
        <w:t>vt 0.228516 0.524170</w:t>
        <w:br/>
        <w:t>vt 0.225464 0.524170</w:t>
        <w:br/>
        <w:t>vt 0.225464 0.526611</w:t>
        <w:br/>
        <w:t>vt 0.228516 0.524170</w:t>
        <w:br/>
        <w:t>vt 0.225464 0.524170</w:t>
        <w:br/>
        <w:t>vt 0.228516 0.526611</w:t>
        <w:br/>
        <w:t>vt 0.228516 0.529541</w:t>
        <w:br/>
        <w:t>vt 0.225464 0.529541</w:t>
        <w:br/>
        <w:t>vt 0.225464 0.532471</w:t>
        <w:br/>
        <w:t>vt 0.228516 0.532471</w:t>
        <w:br/>
        <w:t>vt 0.228516 0.534912</w:t>
        <w:br/>
        <w:t>vt 0.225464 0.534912</w:t>
        <w:br/>
        <w:t>vt 0.228516 0.534912</w:t>
        <w:br/>
        <w:t>vt 0.225464 0.534912</w:t>
        <w:br/>
        <w:t>vt 0.228516 0.537354</w:t>
        <w:br/>
        <w:t>vt 0.225464 0.537354</w:t>
        <w:br/>
        <w:t>vt 0.228516 0.537354</w:t>
        <w:br/>
        <w:t>vt 0.225464 0.537354</w:t>
        <w:br/>
        <w:t>vt 0.228516 0.539551</w:t>
        <w:br/>
        <w:t>vt 0.225464 0.539551</w:t>
        <w:br/>
        <w:t>vt 0.225464 0.541992</w:t>
        <w:br/>
        <w:t>vt 0.228516 0.541992</w:t>
        <w:br/>
        <w:t>vt 0.228516 0.544189</w:t>
        <w:br/>
        <w:t>vt 0.225464 0.544189</w:t>
        <w:br/>
        <w:t>vt 0.228516 0.546387</w:t>
        <w:br/>
        <w:t>vt 0.225464 0.546387</w:t>
        <w:br/>
        <w:t>vt 0.225464 0.548828</w:t>
        <w:br/>
        <w:t>vt 0.228516 0.548828</w:t>
        <w:br/>
        <w:t>vt 0.228516 0.548828</w:t>
        <w:br/>
        <w:t>vt 0.225464 0.548828</w:t>
        <w:br/>
        <w:t>vt 0.228516 0.551270</w:t>
        <w:br/>
        <w:t>vt 0.225464 0.551270</w:t>
        <w:br/>
        <w:t>vt 0.225464 0.553711</w:t>
        <w:br/>
        <w:t>vt 0.228516 0.551270</w:t>
        <w:br/>
        <w:t>vt 0.225464 0.551270</w:t>
        <w:br/>
        <w:t>vt 0.228516 0.553711</w:t>
        <w:br/>
        <w:t>vt 0.228516 0.556641</w:t>
        <w:br/>
        <w:t>vt 0.225464 0.556641</w:t>
        <w:br/>
        <w:t>vt 0.225464 0.559570</w:t>
        <w:br/>
        <w:t>vt 0.228516 0.559570</w:t>
        <w:br/>
        <w:t>vt 0.228516 0.562012</w:t>
        <w:br/>
        <w:t>vt 0.225464 0.562012</w:t>
        <w:br/>
        <w:t>vt 0.225464 0.564453</w:t>
        <w:br/>
        <w:t>vt 0.228516 0.562012</w:t>
        <w:br/>
        <w:t>vt 0.225464 0.562012</w:t>
        <w:br/>
        <w:t>vt 0.228516 0.564453</w:t>
        <w:br/>
        <w:t>vt 0.228516 0.564453</w:t>
        <w:br/>
        <w:t>vt 0.225464 0.564453</w:t>
        <w:br/>
        <w:t>vt 0.228516 0.566650</w:t>
        <w:br/>
        <w:t>vt 0.225464 0.566650</w:t>
        <w:br/>
        <w:t>vt 0.225464 0.569092</w:t>
        <w:br/>
        <w:t>vt 0.228516 0.569092</w:t>
        <w:br/>
        <w:t>vt 0.225464 0.569092</w:t>
        <w:br/>
        <w:t>vt 0.228516 0.575439</w:t>
        <w:br/>
        <w:t>vt 0.228516 0.569092</w:t>
        <w:br/>
        <w:t>vt 0.225464 0.575439</w:t>
        <w:br/>
        <w:t>vt 0.168091 0.712158</w:t>
        <w:br/>
        <w:t>vt 0.168091 0.717285</w:t>
        <w:br/>
        <w:t>vt 0.166748 0.714844</w:t>
        <w:br/>
        <w:t>vt 0.170288 0.718018</w:t>
        <w:br/>
        <w:t>vt 0.170288 0.711670</w:t>
        <w:br/>
        <w:t>vt 0.171875 0.716064</w:t>
        <w:br/>
        <w:t>vt 0.171875 0.713379</w:t>
        <w:br/>
        <w:t>vt 0.174194 0.712891</w:t>
        <w:br/>
        <w:t>vt 0.174194 0.716797</w:t>
        <w:br/>
        <w:t>vt 0.175293 0.718750</w:t>
        <w:br/>
        <w:t>vt 0.175293 0.710693</w:t>
        <w:br/>
        <w:t>vt 0.181396 0.710693</w:t>
        <w:br/>
        <w:t>vt 0.181396 0.724609</w:t>
        <w:br/>
        <w:t>vt 0.175293 0.720703</w:t>
        <w:br/>
        <w:t>vt 0.175171 0.728516</w:t>
        <w:br/>
        <w:t>vt 0.174072 0.722656</w:t>
        <w:br/>
        <w:t>vt 0.175171 0.730713</w:t>
        <w:br/>
        <w:t>vt 0.174072 0.726562</w:t>
        <w:br/>
        <w:t>vt 0.181396 0.746338</w:t>
        <w:br/>
        <w:t>vt 0.171875 0.726074</w:t>
        <w:br/>
        <w:t>vt 0.171875 0.723389</w:t>
        <w:br/>
        <w:t>vt 0.170288 0.721436</w:t>
        <w:br/>
        <w:t>vt 0.170166 0.727783</w:t>
        <w:br/>
        <w:t>vt 0.168091 0.722168</w:t>
        <w:br/>
        <w:t>vt 0.167969 0.727295</w:t>
        <w:br/>
        <w:t>vt 0.166748 0.724609</w:t>
        <w:br/>
        <w:t>vt 0.175049 0.738525</w:t>
        <w:br/>
        <w:t>vt 0.173950 0.732666</w:t>
        <w:br/>
        <w:t>vt 0.175049 0.740723</w:t>
        <w:br/>
        <w:t>vt 0.173950 0.736572</w:t>
        <w:br/>
        <w:t>vt 0.173950 0.742920</w:t>
        <w:br/>
        <w:t>vt 0.171753 0.736084</w:t>
        <w:br/>
        <w:t>vt 0.171753 0.743408</w:t>
        <w:br/>
        <w:t>vt 0.171753 0.733154</w:t>
        <w:br/>
        <w:t>vt 0.167969 0.746338</w:t>
        <w:br/>
        <w:t>vt 0.170166 0.731445</w:t>
        <w:br/>
        <w:t>vt 0.170166 0.741699</w:t>
        <w:br/>
        <w:t>vt 0.170044 0.737793</w:t>
        <w:br/>
        <w:t>vt 0.167969 0.742188</w:t>
        <w:br/>
        <w:t>vt 0.166626 0.744873</w:t>
        <w:br/>
        <w:t>vt 0.167847 0.737305</w:t>
        <w:br/>
        <w:t>vt 0.167969 0.731934</w:t>
        <w:br/>
        <w:t>vt 0.166626 0.734619</w:t>
        <w:br/>
        <w:t>vt 0.168091 0.712158</w:t>
        <w:br/>
        <w:t>vt 0.168091 0.717285</w:t>
        <w:br/>
        <w:t>vt 0.166748 0.714844</w:t>
        <w:br/>
        <w:t>vt 0.170288 0.718018</w:t>
        <w:br/>
        <w:t>vt 0.170288 0.711670</w:t>
        <w:br/>
        <w:t>vt 0.171875 0.716064</w:t>
        <w:br/>
        <w:t>vt 0.171875 0.713379</w:t>
        <w:br/>
        <w:t>vt 0.174194 0.712891</w:t>
        <w:br/>
        <w:t>vt 0.174194 0.716797</w:t>
        <w:br/>
        <w:t>vt 0.175293 0.718750</w:t>
        <w:br/>
        <w:t>vt 0.175293 0.710693</w:t>
        <w:br/>
        <w:t>vt 0.181396 0.710693</w:t>
        <w:br/>
        <w:t>vt 0.181396 0.724609</w:t>
        <w:br/>
        <w:t>vt 0.175293 0.720703</w:t>
        <w:br/>
        <w:t>vt 0.175171 0.728516</w:t>
        <w:br/>
        <w:t>vt 0.174072 0.722656</w:t>
        <w:br/>
        <w:t>vt 0.175171 0.730713</w:t>
        <w:br/>
        <w:t>vt 0.174072 0.726562</w:t>
        <w:br/>
        <w:t>vt 0.181396 0.746338</w:t>
        <w:br/>
        <w:t>vt 0.171875 0.726074</w:t>
        <w:br/>
        <w:t>vt 0.171875 0.723389</w:t>
        <w:br/>
        <w:t>vt 0.170288 0.721436</w:t>
        <w:br/>
        <w:t>vt 0.170166 0.727783</w:t>
        <w:br/>
        <w:t>vt 0.168091 0.722168</w:t>
        <w:br/>
        <w:t>vt 0.167969 0.727295</w:t>
        <w:br/>
        <w:t>vt 0.166748 0.724609</w:t>
        <w:br/>
        <w:t>vt 0.175049 0.738525</w:t>
        <w:br/>
        <w:t>vt 0.173950 0.732666</w:t>
        <w:br/>
        <w:t>vt 0.175049 0.740723</w:t>
        <w:br/>
        <w:t>vt 0.173950 0.736572</w:t>
        <w:br/>
        <w:t>vt 0.173950 0.742920</w:t>
        <w:br/>
        <w:t>vt 0.171753 0.736084</w:t>
        <w:br/>
        <w:t>vt 0.171753 0.743408</w:t>
        <w:br/>
        <w:t>vt 0.171753 0.733154</w:t>
        <w:br/>
        <w:t>vt 0.167969 0.746338</w:t>
        <w:br/>
        <w:t>vt 0.170166 0.731445</w:t>
        <w:br/>
        <w:t>vt 0.170166 0.741699</w:t>
        <w:br/>
        <w:t>vt 0.170044 0.737793</w:t>
        <w:br/>
        <w:t>vt 0.167969 0.742188</w:t>
        <w:br/>
        <w:t>vt 0.166626 0.744873</w:t>
        <w:br/>
        <w:t>vt 0.167969 0.731934</w:t>
        <w:br/>
        <w:t>vt 0.167847 0.737305</w:t>
        <w:br/>
        <w:t>vt 0.166626 0.734619</w:t>
        <w:br/>
        <w:t>vt 0.228516 0.459961</w:t>
        <w:br/>
        <w:t>vt 0.225464 0.473145</w:t>
        <w:br/>
        <w:t>vt 0.225464 0.459961</w:t>
        <w:br/>
        <w:t>vt 0.228516 0.473145</w:t>
        <w:br/>
        <w:t>vt 0.225464 0.475098</w:t>
        <w:br/>
        <w:t>vt 0.228516 0.475098</w:t>
        <w:br/>
        <w:t>vt 0.228516 0.475098</w:t>
        <w:br/>
        <w:t>vt 0.225464 0.478516</w:t>
        <w:br/>
        <w:t>vt 0.225464 0.475098</w:t>
        <w:br/>
        <w:t>vt 0.228516 0.478516</w:t>
        <w:br/>
        <w:t>vt 0.228516 0.480469</w:t>
        <w:br/>
        <w:t>vt 0.225464 0.480469</w:t>
        <w:br/>
        <w:t>vt 0.228516 0.482910</w:t>
        <w:br/>
        <w:t>vt 0.225464 0.480469</w:t>
        <w:br/>
        <w:t>vt 0.228516 0.480469</w:t>
        <w:br/>
        <w:t>vt 0.225464 0.482910</w:t>
        <w:br/>
        <w:t>vt 0.228516 0.485352</w:t>
        <w:br/>
        <w:t>vt 0.225464 0.482910</w:t>
        <w:br/>
        <w:t>vt 0.228516 0.482910</w:t>
        <w:br/>
        <w:t>vt 0.225464 0.485352</w:t>
        <w:br/>
        <w:t>vt 0.225464 0.487793</w:t>
        <w:br/>
        <w:t>vt 0.228516 0.487793</w:t>
        <w:br/>
        <w:t>vt 0.228516 0.490234</w:t>
        <w:br/>
        <w:t>vt 0.225464 0.490234</w:t>
        <w:br/>
        <w:t>vt 0.228516 0.492188</w:t>
        <w:br/>
        <w:t>vt 0.225464 0.492188</w:t>
        <w:br/>
        <w:t>vt 0.225464 0.494629</w:t>
        <w:br/>
        <w:t>vt 0.228516 0.494629</w:t>
        <w:br/>
        <w:t>vt 0.228516 0.497070</w:t>
        <w:br/>
        <w:t>vt 0.225464 0.494629</w:t>
        <w:br/>
        <w:t>vt 0.228516 0.494629</w:t>
        <w:br/>
        <w:t>vt 0.225464 0.497070</w:t>
        <w:br/>
        <w:t>vt 0.228516 0.497070</w:t>
        <w:br/>
        <w:t>vt 0.225464 0.499512</w:t>
        <w:br/>
        <w:t>vt 0.225464 0.497070</w:t>
        <w:br/>
        <w:t>vt 0.228516 0.499512</w:t>
        <w:br/>
        <w:t>vt 0.228516 0.502441</w:t>
        <w:br/>
        <w:t>vt 0.225464 0.502441</w:t>
        <w:br/>
        <w:t>vt 0.225464 0.505371</w:t>
        <w:br/>
        <w:t>vt 0.228516 0.505371</w:t>
        <w:br/>
        <w:t>vt 0.228516 0.507812</w:t>
        <w:br/>
        <w:t>vt 0.225464 0.507812</w:t>
        <w:br/>
        <w:t>vt 0.228516 0.510254</w:t>
        <w:br/>
        <w:t>vt 0.225464 0.507812</w:t>
        <w:br/>
        <w:t>vt 0.228516 0.507812</w:t>
        <w:br/>
        <w:t>vt 0.225464 0.510254</w:t>
        <w:br/>
        <w:t>vt 0.228516 0.512451</w:t>
        <w:br/>
        <w:t>vt 0.225464 0.510254</w:t>
        <w:br/>
        <w:t>vt 0.228516 0.510254</w:t>
        <w:br/>
        <w:t>vt 0.225464 0.512451</w:t>
        <w:br/>
        <w:t>vt 0.225464 0.514893</w:t>
        <w:br/>
        <w:t>vt 0.228516 0.514893</w:t>
        <w:br/>
        <w:t>vt 0.228516 0.517090</w:t>
        <w:br/>
        <w:t>vt 0.225464 0.517090</w:t>
        <w:br/>
        <w:t>vt 0.228516 0.519287</w:t>
        <w:br/>
        <w:t>vt 0.225464 0.519287</w:t>
        <w:br/>
        <w:t>vt 0.225464 0.521729</w:t>
        <w:br/>
        <w:t>vt 0.228516 0.521729</w:t>
        <w:br/>
        <w:t>vt 0.228516 0.524170</w:t>
        <w:br/>
        <w:t>vt 0.225464 0.521729</w:t>
        <w:br/>
        <w:t>vt 0.228516 0.521729</w:t>
        <w:br/>
        <w:t>vt 0.225464 0.524170</w:t>
        <w:br/>
        <w:t>vt 0.228516 0.524170</w:t>
        <w:br/>
        <w:t>vt 0.225464 0.526611</w:t>
        <w:br/>
        <w:t>vt 0.225464 0.524170</w:t>
        <w:br/>
        <w:t>vt 0.228516 0.526611</w:t>
        <w:br/>
        <w:t>vt 0.228516 0.529541</w:t>
        <w:br/>
        <w:t>vt 0.225464 0.529541</w:t>
        <w:br/>
        <w:t>vt 0.225464 0.532471</w:t>
        <w:br/>
        <w:t>vt 0.228516 0.532471</w:t>
        <w:br/>
        <w:t>vt 0.228516 0.534912</w:t>
        <w:br/>
        <w:t>vt 0.225464 0.534912</w:t>
        <w:br/>
        <w:t>vt 0.228516 0.537354</w:t>
        <w:br/>
        <w:t>vt 0.225464 0.534912</w:t>
        <w:br/>
        <w:t>vt 0.228516 0.534912</w:t>
        <w:br/>
        <w:t>vt 0.225464 0.537354</w:t>
        <w:br/>
        <w:t>vt 0.228516 0.539551</w:t>
        <w:br/>
        <w:t>vt 0.225464 0.537354</w:t>
        <w:br/>
        <w:t>vt 0.228516 0.537354</w:t>
        <w:br/>
        <w:t>vt 0.225464 0.539551</w:t>
        <w:br/>
        <w:t>vt 0.225464 0.541992</w:t>
        <w:br/>
        <w:t>vt 0.228516 0.541992</w:t>
        <w:br/>
        <w:t>vt 0.228516 0.544189</w:t>
        <w:br/>
        <w:t>vt 0.225464 0.544189</w:t>
        <w:br/>
        <w:t>vt 0.228516 0.546387</w:t>
        <w:br/>
        <w:t>vt 0.225464 0.546387</w:t>
        <w:br/>
        <w:t>vt 0.225464 0.548828</w:t>
        <w:br/>
        <w:t>vt 0.228516 0.548828</w:t>
        <w:br/>
        <w:t>vt 0.228516 0.551270</w:t>
        <w:br/>
        <w:t>vt 0.225464 0.548828</w:t>
        <w:br/>
        <w:t>vt 0.228516 0.548828</w:t>
        <w:br/>
        <w:t>vt 0.225464 0.551270</w:t>
        <w:br/>
        <w:t>vt 0.228516 0.551270</w:t>
        <w:br/>
        <w:t>vt 0.225464 0.553711</w:t>
        <w:br/>
        <w:t>vt 0.225464 0.551270</w:t>
        <w:br/>
        <w:t>vt 0.228516 0.553711</w:t>
        <w:br/>
        <w:t>vt 0.228516 0.556641</w:t>
        <w:br/>
        <w:t>vt 0.225464 0.556641</w:t>
        <w:br/>
        <w:t>vt 0.225464 0.559570</w:t>
        <w:br/>
        <w:t>vt 0.228516 0.559570</w:t>
        <w:br/>
        <w:t>vt 0.228516 0.562012</w:t>
        <w:br/>
        <w:t>vt 0.225464 0.562012</w:t>
        <w:br/>
        <w:t>vt 0.228516 0.562012</w:t>
        <w:br/>
        <w:t>vt 0.225464 0.564453</w:t>
        <w:br/>
        <w:t>vt 0.225464 0.562012</w:t>
        <w:br/>
        <w:t>vt 0.228516 0.564453</w:t>
        <w:br/>
        <w:t>vt 0.228516 0.566650</w:t>
        <w:br/>
        <w:t>vt 0.225464 0.564453</w:t>
        <w:br/>
        <w:t>vt 0.228516 0.564453</w:t>
        <w:br/>
        <w:t>vt 0.225464 0.566650</w:t>
        <w:br/>
        <w:t>vt 0.225464 0.569092</w:t>
        <w:br/>
        <w:t>vt 0.228516 0.569092</w:t>
        <w:br/>
        <w:t>vt 0.228516 0.575439</w:t>
        <w:br/>
        <w:t>vt 0.225464 0.569092</w:t>
        <w:br/>
        <w:t>vt 0.228516 0.569092</w:t>
        <w:br/>
        <w:t>vt 0.225464 0.575439</w:t>
        <w:br/>
        <w:t>vt 0.142456 0.815552</w:t>
        <w:br/>
        <w:t>vt 0.163696 0.791138</w:t>
        <w:br/>
        <w:t>vt 0.163696 0.815552</w:t>
        <w:br/>
        <w:t>vt 0.142456 0.791138</w:t>
        <w:br/>
        <w:t>vt 0.163696 0.763916</w:t>
        <w:br/>
        <w:t>vt 0.142456 0.764038</w:t>
        <w:br/>
        <w:t>vt 0.159790 0.760010</w:t>
        <w:br/>
        <w:t>vt 0.145996 0.760010</w:t>
        <w:br/>
        <w:t>vt 0.356689 0.452148</w:t>
        <w:br/>
        <w:t>vt 0.364014 0.447754</w:t>
        <w:br/>
        <w:t>vt 0.364258 0.453613</w:t>
        <w:br/>
        <w:t>vt 0.356689 0.447754</w:t>
        <w:br/>
        <w:t>vt 0.342773 0.452148</w:t>
        <w:br/>
        <w:t>vt 0.342773 0.447754</w:t>
        <w:br/>
        <w:t>vt 0.335938 0.447754</w:t>
        <w:br/>
        <w:t>vt 0.335449 0.453613</w:t>
        <w:br/>
        <w:t>vt 0.425537 0.220215</w:t>
        <w:br/>
        <w:t>vt 0.425537 0.174316</w:t>
        <w:br/>
        <w:t>vt 0.441162 0.176270</w:t>
        <w:br/>
        <w:t>vt 0.443848 0.128906</w:t>
        <w:br/>
        <w:t>vt 0.425537 0.123047</w:t>
        <w:br/>
        <w:t>vt 0.443848 0.090332</w:t>
        <w:br/>
        <w:t>vt 0.425537 0.086426</w:t>
        <w:br/>
        <w:t>vt 0.443848 0.068359</w:t>
        <w:br/>
        <w:t>vt 0.425537 0.062500</w:t>
        <w:br/>
        <w:t>vt 0.443848 0.043457</w:t>
        <w:br/>
        <w:t>vt 0.425537 0.039062</w:t>
        <w:br/>
        <w:t>vt 0.425537 0.005859</w:t>
        <w:br/>
        <w:t>vt 0.443848 0.005859</w:t>
        <w:br/>
        <w:t>vt 0.995117 0.774902</w:t>
        <w:br/>
        <w:t>vt 0.995117 0.791870</w:t>
        <w:br/>
        <w:t>vt 0.984375 0.791870</w:t>
        <w:br/>
        <w:t>vt 0.982910 0.775391</w:t>
        <w:br/>
        <w:t>vt 0.995117 0.764893</w:t>
        <w:br/>
        <w:t>vt 0.995117 0.747070</w:t>
        <w:br/>
        <w:t>vt 0.968262 0.791870</w:t>
        <w:br/>
        <w:t>vt 0.976074 0.774536</w:t>
        <w:br/>
        <w:t>vt 0.963867 0.791870</w:t>
        <w:br/>
        <w:t>vt 0.982910 0.760620</w:t>
        <w:br/>
        <w:t>vt 0.986328 0.748291</w:t>
        <w:br/>
        <w:t>vt 0.964844 0.776001</w:t>
        <w:br/>
        <w:t>vt 0.948242 0.791870</w:t>
        <w:br/>
        <w:t>vt 0.977051 0.749756</w:t>
        <w:br/>
        <w:t>vt 0.990723 0.734375</w:t>
        <w:br/>
        <w:t>vt 0.995117 0.715576</w:t>
        <w:br/>
        <w:t>vt 0.987793 0.717529</w:t>
        <w:br/>
        <w:t>vt 0.980469 0.685059</w:t>
        <w:br/>
        <w:t>vt 0.995117 0.683105</w:t>
        <w:br/>
        <w:t>vt 0.969238 0.719971</w:t>
        <w:br/>
        <w:t>vt 0.971680 0.661133</w:t>
        <w:br/>
        <w:t>vt 0.949219 0.725098</w:t>
        <w:br/>
        <w:t>vt 0.988770 0.654297</w:t>
        <w:br/>
        <w:t>vt 0.995117 0.651611</w:t>
        <w:br/>
        <w:t>vt 0.959473 0.753174</w:t>
        <w:br/>
        <w:t>vt 0.985840 0.641357</w:t>
        <w:br/>
        <w:t>vt 0.995117 0.636963</w:t>
        <w:br/>
        <w:t>vt 0.965820 0.649170</w:t>
        <w:br/>
        <w:t>vt 0.981445 0.628174</w:t>
        <w:br/>
        <w:t>vt 0.995117 0.622559</w:t>
        <w:br/>
        <w:t>vt 0.995117 0.609619</w:t>
        <w:br/>
        <w:t>vt 0.976562 0.616455</w:t>
        <w:br/>
        <w:t>vt 0.956543 0.623047</w:t>
        <w:br/>
        <w:t>vt 0.960938 0.636230</w:t>
        <w:br/>
        <w:t>vt 0.953613 0.624268</w:t>
        <w:br/>
        <w:t>vt 0.946777 0.640869</w:t>
        <w:br/>
        <w:t>vt 0.935059 0.629639</w:t>
        <w:br/>
        <w:t>vt 0.957031 0.652832</w:t>
        <w:br/>
        <w:t>vt 0.938477 0.643311</w:t>
        <w:br/>
        <w:t>vt 0.917969 0.635010</w:t>
        <w:br/>
        <w:t>vt 0.966309 0.663330</w:t>
        <w:br/>
        <w:t>vt 0.942871 0.658203</w:t>
        <w:br/>
        <w:t>vt 0.928711 0.646729</w:t>
        <w:br/>
        <w:t>vt 0.911133 0.637451</w:t>
        <w:br/>
        <w:t>vt 0.916504 0.651123</w:t>
        <w:br/>
        <w:t>vt 0.893555 0.644043</w:t>
        <w:br/>
        <w:t>vt 0.949219 0.669434</w:t>
        <w:br/>
        <w:t>vt 0.895508 0.659424</w:t>
        <w:br/>
        <w:t>vt 0.889648 0.645508</w:t>
        <w:br/>
        <w:t>vt 0.869629 0.655762</w:t>
        <w:br/>
        <w:t>vt 0.921875 0.664551</w:t>
        <w:br/>
        <w:t>vt 0.875488 0.669189</w:t>
        <w:br/>
        <w:t>vt 0.864746 0.658691</w:t>
        <w:br/>
        <w:t>vt 0.901855 0.672607</w:t>
        <w:br/>
        <w:t>vt 0.927246 0.677002</w:t>
        <w:br/>
        <w:t>vt 0.968750 0.688477</w:t>
        <w:br/>
        <w:t>vt 0.958496 0.692383</w:t>
        <w:br/>
        <w:t>vt 0.937500 0.699463</w:t>
        <w:br/>
        <w:t>vt 0.907227 0.684326</w:t>
        <w:br/>
        <w:t>vt 0.917969 0.707031</w:t>
        <w:br/>
        <w:t>vt 0.929199 0.731934</w:t>
        <w:br/>
        <w:t>vt 0.898926 0.716797</w:t>
        <w:br/>
        <w:t>vt 0.941406 0.757324</w:t>
        <w:br/>
        <w:t>vt 0.914062 0.739502</w:t>
        <w:br/>
        <w:t>vt 0.947266 0.776733</w:t>
        <w:br/>
        <w:t>vt 0.929688 0.791870</w:t>
        <w:br/>
        <w:t>vt 0.914062 0.791870</w:t>
        <w:br/>
        <w:t>vt 0.923340 0.780640</w:t>
        <w:br/>
        <w:t>vt 0.928711 0.764526</w:t>
        <w:br/>
        <w:t>vt 0.919434 0.756226</w:t>
        <w:br/>
        <w:t>vt 0.905762 0.743896</w:t>
        <w:br/>
        <w:t>vt 0.889160 0.722900</w:t>
        <w:br/>
        <w:t>vt 0.886719 0.693359</w:t>
        <w:br/>
        <w:t>vt 0.873047 0.698242</w:t>
        <w:br/>
        <w:t>vt 0.855469 0.696533</w:t>
        <w:br/>
        <w:t>vt 0.881836 0.682617</w:t>
        <w:br/>
        <w:t>vt 0.866699 0.689453</w:t>
        <w:br/>
        <w:t>vt 0.851562 0.693359</w:t>
        <w:br/>
        <w:t>vt 0.859863 0.679688</w:t>
        <w:br/>
        <w:t>vt 0.853027 0.665527</w:t>
        <w:br/>
        <w:t>vt 0.844727 0.687744</w:t>
        <w:br/>
        <w:t>vt 0.850586 0.666992</w:t>
        <w:br/>
        <w:t>vt 0.835938 0.680664</w:t>
        <w:br/>
        <w:t>vt 0.444092 0.483398</w:t>
        <w:br/>
        <w:t>vt 0.438965 0.488281</w:t>
        <w:br/>
        <w:t>vt 0.438965 0.468262</w:t>
        <w:br/>
        <w:t>vt 0.448486 0.497070</w:t>
        <w:br/>
        <w:t>vt 0.438965 0.495605</w:t>
        <w:br/>
        <w:t>vt 0.438965 0.507080</w:t>
        <w:br/>
        <w:t>vt 0.449951 0.507812</w:t>
        <w:br/>
        <w:t>vt 0.451172 0.517334</w:t>
        <w:br/>
        <w:t>vt 0.438965 0.518799</w:t>
        <w:br/>
        <w:t>vt 0.438965 0.530518</w:t>
        <w:br/>
        <w:t>vt 0.450684 0.530518</w:t>
        <w:br/>
        <w:t>vt 0.438965 0.542969</w:t>
        <w:br/>
        <w:t>vt 0.449951 0.543213</w:t>
        <w:br/>
        <w:t>vt 0.438965 0.554688</w:t>
        <w:br/>
        <w:t>vt 0.445312 0.554688</w:t>
        <w:br/>
        <w:t>vt 0.438965 0.562012</w:t>
        <w:br/>
        <w:t>vt 0.442871 0.560791</w:t>
        <w:br/>
        <w:t>vt 0.438965 0.570557</w:t>
        <w:br/>
        <w:t>vt 0.749023 0.263184</w:t>
        <w:br/>
        <w:t>vt 0.751465 0.263672</w:t>
        <w:br/>
        <w:t>vt 0.746582 0.250488</w:t>
        <w:br/>
        <w:t>vt 0.741699 0.250488</w:t>
        <w:br/>
        <w:t>vt 0.749023 0.263184</w:t>
        <w:br/>
        <w:t>vt 0.746582 0.250488</w:t>
        <w:br/>
        <w:t>vt 0.733398 0.239258</w:t>
        <w:br/>
        <w:t>vt 0.743652 0.234375</w:t>
        <w:br/>
        <w:t>vt 0.732422 0.228516</w:t>
        <w:br/>
        <w:t>vt 0.743652 0.228516</w:t>
        <w:br/>
        <w:t>vt 0.725098 0.228516</w:t>
        <w:br/>
        <w:t>vt 0.744141 0.219238</w:t>
        <w:br/>
        <w:t>vt 0.731934 0.218750</w:t>
        <w:br/>
        <w:t>vt 0.717285 0.218750</w:t>
        <w:br/>
        <w:t>vt 0.745117 0.204102</w:t>
        <w:br/>
        <w:t>vt 0.752441 0.219238</w:t>
        <w:br/>
        <w:t>vt 0.717773 0.204102</w:t>
        <w:br/>
        <w:t>vt 0.757812 0.204102</w:t>
        <w:br/>
        <w:t>vt 0.762695 0.219238</w:t>
        <w:br/>
        <w:t>vt 0.732422 0.204102</w:t>
        <w:br/>
        <w:t>vt 0.770996 0.204590</w:t>
        <w:br/>
        <w:t>vt 0.770996 0.219238</w:t>
        <w:br/>
        <w:t>vt 0.781250 0.219238</w:t>
        <w:br/>
        <w:t>vt 0.784180 0.204102</w:t>
        <w:br/>
        <w:t>vt 0.789551 0.219238</w:t>
        <w:br/>
        <w:t>vt 0.770996 0.190430</w:t>
        <w:br/>
        <w:t>vt 0.796387 0.204102</w:t>
        <w:br/>
        <w:t>vt 0.797852 0.219238</w:t>
        <w:br/>
        <w:t>vt 0.807617 0.219238</w:t>
        <w:br/>
        <w:t>vt 0.807617 0.202637</w:t>
        <w:br/>
        <w:t>vt 0.796875 0.189453</w:t>
        <w:br/>
        <w:t>vt 0.784668 0.189941</w:t>
        <w:br/>
        <w:t>vt 0.807617 0.188477</w:t>
        <w:br/>
        <w:t>vt 0.796875 0.177246</w:t>
        <w:br/>
        <w:t>vt 0.807617 0.176758</w:t>
        <w:br/>
        <w:t>vt 0.784668 0.177734</w:t>
        <w:br/>
        <w:t>vt 0.797363 0.169922</w:t>
        <w:br/>
        <w:t>vt 0.807617 0.169922</w:t>
        <w:br/>
        <w:t>vt 0.784180 0.171387</w:t>
        <w:br/>
        <w:t>vt 0.784668 0.167969</w:t>
        <w:br/>
        <w:t>vt 0.771484 0.168457</w:t>
        <w:br/>
        <w:t>vt 0.772949 0.164062</w:t>
        <w:br/>
        <w:t>vt 0.771973 0.177246</w:t>
        <w:br/>
        <w:t>vt 0.757324 0.164062</w:t>
        <w:br/>
        <w:t>vt 0.758301 0.159668</w:t>
        <w:br/>
        <w:t>vt 0.758789 0.177734</w:t>
        <w:br/>
        <w:t>vt 0.758301 0.189941</w:t>
        <w:br/>
        <w:t>vt 0.746094 0.165527</w:t>
        <w:br/>
        <w:t>vt 0.745605 0.189941</w:t>
        <w:br/>
        <w:t>vt 0.745605 0.178223</w:t>
        <w:br/>
        <w:t>vt 0.732910 0.189941</w:t>
        <w:br/>
        <w:t>vt 0.732910 0.178223</w:t>
        <w:br/>
        <w:t>vt 0.717773 0.189453</w:t>
        <w:br/>
        <w:t>vt 0.732422 0.165039</w:t>
        <w:br/>
        <w:t>vt 0.717773 0.177734</w:t>
        <w:br/>
        <w:t>vt 0.702637 0.203613</w:t>
        <w:br/>
        <w:t>vt 0.702637 0.189453</w:t>
        <w:br/>
        <w:t>vt 0.718262 0.165039</w:t>
        <w:br/>
        <w:t>vt 0.703125 0.217773</w:t>
        <w:br/>
        <w:t>vt 0.709473 0.228027</w:t>
        <w:br/>
        <w:t>vt 0.690430 0.203125</w:t>
        <w:br/>
        <w:t>vt 0.702148 0.227539</w:t>
        <w:br/>
        <w:t>vt 0.701172 0.238281</w:t>
        <w:br/>
        <w:t>vt 0.690918 0.218262</w:t>
        <w:br/>
        <w:t>vt 0.690918 0.227539</w:t>
        <w:br/>
        <w:t>vt 0.690918 0.233398</w:t>
        <w:br/>
        <w:t>vt 0.682617 0.218262</w:t>
        <w:br/>
        <w:t>vt 0.687988 0.249512</w:t>
        <w:br/>
        <w:t>vt 0.692871 0.250000</w:t>
        <w:br/>
        <w:t>vt 0.685059 0.262207</w:t>
        <w:br/>
        <w:t>vt 0.685059 0.262207</w:t>
        <w:br/>
        <w:t>vt 0.687988 0.249512</w:t>
        <w:br/>
        <w:t>vt 0.683105 0.263184</w:t>
        <w:br/>
        <w:t>vt 0.677246 0.203125</w:t>
        <w:br/>
        <w:t>vt 0.672852 0.218262</w:t>
        <w:br/>
        <w:t>vt 0.689941 0.188965</w:t>
        <w:br/>
        <w:t>vt 0.664551 0.203125</w:t>
        <w:br/>
        <w:t>vt 0.665039 0.218262</w:t>
        <w:br/>
        <w:t>vt 0.655273 0.218262</w:t>
        <w:br/>
        <w:t>vt 0.651367 0.202637</w:t>
        <w:br/>
        <w:t>vt 0.647949 0.218262</w:t>
        <w:br/>
        <w:t>vt 0.664062 0.188965</w:t>
        <w:br/>
        <w:t>vt 0.639160 0.202637</w:t>
        <w:br/>
        <w:t>vt 0.640137 0.218262</w:t>
        <w:br/>
        <w:t>vt 0.632324 0.218262</w:t>
        <w:br/>
        <w:t>vt 0.649902 0.188477</w:t>
        <w:br/>
        <w:t>vt 0.627441 0.203125</w:t>
        <w:br/>
        <w:t>vt 0.624512 0.218262</w:t>
        <w:br/>
        <w:t>vt 0.637695 0.188477</w:t>
        <w:br/>
        <w:t>vt 0.649414 0.176270</w:t>
        <w:br/>
        <w:t>vt 0.625977 0.188477</w:t>
        <w:br/>
        <w:t>vt 0.617676 0.202637</w:t>
        <w:br/>
        <w:t>vt 0.619141 0.218262</w:t>
        <w:br/>
        <w:t>vt 0.609863 0.218262</w:t>
        <w:br/>
        <w:t>vt 0.636230 0.176270</w:t>
        <w:br/>
        <w:t>vt 0.605469 0.202637</w:t>
        <w:br/>
        <w:t>vt 0.601562 0.218262</w:t>
        <w:br/>
        <w:t>vt 0.593262 0.218262</w:t>
        <w:br/>
        <w:t>vt 0.616211 0.188965</w:t>
        <w:br/>
        <w:t>vt 0.593262 0.203125</w:t>
        <w:br/>
        <w:t>vt 0.581543 0.218262</w:t>
        <w:br/>
        <w:t>vt 0.605469 0.189453</w:t>
        <w:br/>
        <w:t>vt 0.593262 0.189941</w:t>
        <w:br/>
        <w:t>vt 0.581055 0.203125</w:t>
        <w:br/>
        <w:t>vt 0.567383 0.218262</w:t>
        <w:br/>
        <w:t>vt 0.567383 0.204102</w:t>
        <w:br/>
        <w:t>vt 0.555176 0.218262</w:t>
        <w:br/>
        <w:t>vt 0.580566 0.190918</w:t>
        <w:br/>
        <w:t>vt 0.554199 0.204590</w:t>
        <w:br/>
        <w:t>vt 0.540039 0.218262</w:t>
        <w:br/>
        <w:t>vt 0.567383 0.191895</w:t>
        <w:br/>
        <w:t>vt 0.592285 0.178711</w:t>
        <w:br/>
        <w:t>vt 0.580078 0.179688</w:t>
        <w:br/>
        <w:t>vt 0.554688 0.192383</w:t>
        <w:br/>
        <w:t>vt 0.604492 0.177734</w:t>
        <w:br/>
        <w:t>vt 0.540039 0.204590</w:t>
        <w:br/>
        <w:t>vt 0.614746 0.177246</w:t>
        <w:br/>
        <w:t>vt 0.525391 0.204590</w:t>
        <w:br/>
        <w:t>vt 0.524902 0.218262</w:t>
        <w:br/>
        <w:t>vt 0.625000 0.176758</w:t>
        <w:br/>
        <w:t>vt 0.512207 0.204102</w:t>
        <w:br/>
        <w:t>vt 0.512207 0.218262</w:t>
        <w:br/>
        <w:t>vt 0.634766 0.162109</w:t>
        <w:br/>
        <w:t>vt 0.498535 0.204102</w:t>
        <w:br/>
        <w:t>vt 0.497803 0.218262</w:t>
        <w:br/>
        <w:t>vt 0.623535 0.162598</w:t>
        <w:br/>
        <w:t>vt 0.486328 0.203613</w:t>
        <w:br/>
        <w:t>vt 0.486328 0.218262</w:t>
        <w:br/>
        <w:t>vt 0.613770 0.162598</w:t>
        <w:br/>
        <w:t>vt 0.473877 0.203125</w:t>
        <w:br/>
        <w:t>vt 0.477539 0.218262</w:t>
        <w:br/>
        <w:t>vt 0.468750 0.218262</w:t>
        <w:br/>
        <w:t>vt 0.486328 0.191406</w:t>
        <w:br/>
        <w:t>vt 0.499512 0.192383</w:t>
        <w:br/>
        <w:t>vt 0.461426 0.202637</w:t>
        <w:br/>
        <w:t>vt 0.458740 0.218262</w:t>
        <w:br/>
        <w:t>vt 0.453125 0.218262</w:t>
        <w:br/>
        <w:t>vt 0.451660 0.202637</w:t>
        <w:br/>
        <w:t>vt 0.444336 0.218262</w:t>
        <w:br/>
        <w:t>vt 0.455078 0.188477</w:t>
        <w:br/>
        <w:t>vt 0.474365 0.190430</w:t>
        <w:br/>
        <w:t>vt 0.463867 0.189453</w:t>
        <w:br/>
        <w:t>vt 0.464600 0.183594</w:t>
        <w:br/>
        <w:t>vt 0.465332 0.177734</w:t>
        <w:br/>
        <w:t>vt 0.488281 0.181152</w:t>
        <w:br/>
        <w:t>vt 0.475830 0.179199</w:t>
        <w:br/>
        <w:t>vt 0.456543 0.176758</w:t>
        <w:br/>
        <w:t>vt 0.457031 0.170410</w:t>
        <w:br/>
        <w:t>vt 0.466064 0.170410</w:t>
        <w:br/>
        <w:t>vt 0.476807 0.170410</w:t>
        <w:br/>
        <w:t>vt 0.488770 0.168945</w:t>
        <w:br/>
        <w:t>vt 0.488037 0.175293</w:t>
        <w:br/>
        <w:t>vt 0.500977 0.170898</w:t>
        <w:br/>
        <w:t>vt 0.502441 0.165039</w:t>
        <w:br/>
        <w:t>vt 0.500000 0.181152</w:t>
        <w:br/>
        <w:t>vt 0.511719 0.167969</w:t>
        <w:br/>
        <w:t>vt 0.503418 0.162598</w:t>
        <w:br/>
        <w:t>vt 0.512207 0.192871</w:t>
        <w:br/>
        <w:t>vt 0.502441 0.157715</w:t>
        <w:br/>
        <w:t>vt 0.504883 0.156738</w:t>
        <w:br/>
        <w:t>vt 0.524902 0.192871</w:t>
        <w:br/>
        <w:t>vt 0.512207 0.159180</w:t>
        <w:br/>
        <w:t>vt 0.512207 0.153320</w:t>
        <w:br/>
        <w:t>vt 0.520508 0.149902</w:t>
        <w:br/>
        <w:t>vt 0.527832 0.149414</w:t>
        <w:br/>
        <w:t>vt 0.527344 0.147461</w:t>
        <w:br/>
        <w:t>vt 0.523926 0.158203</w:t>
        <w:br/>
        <w:t>vt 0.532227 0.149414</w:t>
        <w:br/>
        <w:t>vt 0.524414 0.162598</w:t>
        <w:br/>
        <w:t>vt 0.538086 0.157227</w:t>
        <w:br/>
        <w:t>vt 0.538574 0.147461</w:t>
        <w:br/>
        <w:t>vt 0.524414 0.167969</w:t>
        <w:br/>
        <w:t>vt 0.512695 0.182129</w:t>
        <w:br/>
        <w:t>vt 0.524414 0.182129</w:t>
        <w:br/>
        <w:t>vt 0.538574 0.167969</w:t>
        <w:br/>
        <w:t>vt 0.539551 0.192383</w:t>
        <w:br/>
        <w:t>vt 0.539551 0.182129</w:t>
        <w:br/>
        <w:t>vt 0.554199 0.181641</w:t>
        <w:br/>
        <w:t>vt 0.553223 0.167480</w:t>
        <w:br/>
        <w:t>vt 0.566895 0.180664</w:t>
        <w:br/>
        <w:t>vt 0.552246 0.155762</w:t>
        <w:br/>
        <w:t>vt 0.565430 0.166504</w:t>
        <w:br/>
        <w:t>vt 0.551270 0.142090</w:t>
        <w:br/>
        <w:t>vt 0.578125 0.165527</w:t>
        <w:br/>
        <w:t>vt 0.563965 0.154785</w:t>
        <w:br/>
        <w:t>vt 0.563477 0.147949</w:t>
        <w:br/>
        <w:t>vt 0.562988 0.141602</w:t>
        <w:br/>
        <w:t>vt 0.562500 0.137207</w:t>
        <w:br/>
        <w:t>vt 0.572754 0.132324</w:t>
        <w:br/>
        <w:t>vt 0.574707 0.142090</w:t>
        <w:br/>
        <w:t>vt 0.575684 0.147461</w:t>
        <w:br/>
        <w:t>vt 0.584473 0.130371</w:t>
        <w:br/>
        <w:t>vt 0.583008 0.128418</w:t>
        <w:br/>
        <w:t>vt 0.576660 0.153809</w:t>
        <w:br/>
        <w:t>vt 0.587402 0.137695</w:t>
        <w:br/>
        <w:t>vt 0.591797 0.127930</w:t>
        <w:br/>
        <w:t>vt 0.588379 0.142578</w:t>
        <w:br/>
        <w:t>vt 0.599609 0.134277</w:t>
        <w:br/>
        <w:t>vt 0.599121 0.124023</w:t>
        <w:br/>
        <w:t>vt 0.591309 0.125000</w:t>
        <w:br/>
        <w:t>vt 0.591309 0.164551</w:t>
        <w:br/>
        <w:t>vt 0.589844 0.151855</w:t>
        <w:br/>
        <w:t>vt 0.603516 0.163086</w:t>
        <w:br/>
        <w:t>vt 0.600586 0.141602</w:t>
        <w:br/>
        <w:t>vt 0.602051 0.150879</w:t>
        <w:br/>
        <w:t>vt 0.612793 0.149414</w:t>
        <w:br/>
        <w:t>vt 0.624023 0.149414</w:t>
        <w:br/>
        <w:t>vt 0.612305 0.146484</w:t>
        <w:br/>
        <w:t>vt 0.633789 0.150391</w:t>
        <w:br/>
        <w:t>vt 0.623047 0.142578</w:t>
        <w:br/>
        <w:t>vt 0.612305 0.141602</w:t>
        <w:br/>
        <w:t>vt 0.610840 0.134766</w:t>
        <w:br/>
        <w:t>vt 0.610840 0.128906</w:t>
        <w:br/>
        <w:t>vt 0.610352 0.123535</w:t>
        <w:br/>
        <w:t>vt 0.622559 0.124023</w:t>
        <w:br/>
        <w:t>vt 0.622559 0.131348</w:t>
        <w:br/>
        <w:t>vt 0.633789 0.124512</w:t>
        <w:br/>
        <w:t>vt 0.633301 0.133301</w:t>
        <w:br/>
        <w:t>vt 0.646484 0.125000</w:t>
        <w:br/>
        <w:t>vt 0.633789 0.142578</w:t>
        <w:br/>
        <w:t>vt 0.661621 0.122070</w:t>
        <w:br/>
        <w:t>vt 0.645996 0.120605</w:t>
        <w:br/>
        <w:t>vt 0.646973 0.150391</w:t>
        <w:br/>
        <w:t>vt 0.661133 0.136719</w:t>
        <w:br/>
        <w:t>vt 0.676270 0.124512</w:t>
        <w:br/>
        <w:t>vt 0.646973 0.134277</w:t>
        <w:br/>
        <w:t>vt 0.646484 0.143066</w:t>
        <w:br/>
        <w:t>vt 0.662109 0.142578</w:t>
        <w:br/>
        <w:t>vt 0.676270 0.137207</w:t>
        <w:br/>
        <w:t>vt 0.691406 0.127441</w:t>
        <w:br/>
        <w:t>vt 0.661621 0.149902</w:t>
        <w:br/>
        <w:t>vt 0.676270 0.144531</w:t>
        <w:br/>
        <w:t>vt 0.689453 0.137695</w:t>
        <w:br/>
        <w:t>vt 0.689941 0.141113</w:t>
        <w:br/>
        <w:t>vt 0.703125 0.137207</w:t>
        <w:br/>
        <w:t>vt 0.704102 0.129883</w:t>
        <w:br/>
        <w:t>vt 0.718750 0.130859</w:t>
        <w:br/>
        <w:t>vt 0.718262 0.138184</w:t>
        <w:br/>
        <w:t>vt 0.718262 0.145996</w:t>
        <w:br/>
        <w:t>vt 0.703125 0.144531</w:t>
        <w:br/>
        <w:t>vt 0.676270 0.150391</w:t>
        <w:br/>
        <w:t>vt 0.689941 0.151855</w:t>
        <w:br/>
        <w:t>vt 0.703125 0.152344</w:t>
        <w:br/>
        <w:t>vt 0.663086 0.162109</w:t>
        <w:br/>
        <w:t>vt 0.676270 0.162598</w:t>
        <w:br/>
        <w:t>vt 0.648438 0.162109</w:t>
        <w:br/>
        <w:t>vt 0.663574 0.176270</w:t>
        <w:br/>
        <w:t>vt 0.676758 0.176758</w:t>
        <w:br/>
        <w:t>vt 0.689453 0.163574</w:t>
        <w:br/>
        <w:t>vt 0.676758 0.188965</w:t>
        <w:br/>
        <w:t>vt 0.689941 0.177246</w:t>
        <w:br/>
        <w:t>vt 0.702637 0.177734</w:t>
        <w:br/>
        <w:t>vt 0.703613 0.165039</w:t>
        <w:br/>
        <w:t>vt 0.703125 0.159180</w:t>
        <w:br/>
        <w:t>vt 0.717773 0.161621</w:t>
        <w:br/>
        <w:t>vt 0.717773 0.156738</w:t>
        <w:br/>
        <w:t>vt 0.731445 0.156250</w:t>
        <w:br/>
        <w:t>vt 0.717773 0.153320</w:t>
        <w:br/>
        <w:t>vt 0.732422 0.149414</w:t>
        <w:br/>
        <w:t>vt 0.745117 0.156738</w:t>
        <w:br/>
        <w:t>vt 0.757812 0.156250</w:t>
        <w:br/>
        <w:t>vt 0.757812 0.153320</w:t>
        <w:br/>
        <w:t>vt 0.746582 0.149414</w:t>
        <w:br/>
        <w:t>vt 0.733887 0.145508</w:t>
        <w:br/>
        <w:t>vt 0.013741 0.802979</w:t>
        <w:br/>
        <w:t>vt 0.012199 0.797241</w:t>
        <w:br/>
        <w:t>vt 0.012199 0.802979</w:t>
        <w:br/>
        <w:t>vt 0.013741 0.795166</w:t>
        <w:br/>
        <w:t>vt 0.013741 0.787476</w:t>
        <w:br/>
        <w:t>vt 0.012199 0.787476</w:t>
        <w:br/>
        <w:t>vt 0.012199 0.793213</w:t>
        <w:br/>
        <w:t>vt 0.007000 0.797241</w:t>
        <w:br/>
        <w:t>vt 0.007000 0.793213</w:t>
        <w:br/>
        <w:t>vt 0.005463 0.787476</w:t>
        <w:br/>
        <w:t>vt 0.007000 0.787476</w:t>
        <w:br/>
        <w:t>vt 0.005463 0.793213</w:t>
        <w:br/>
        <w:t>vt 0.005463 0.797241</w:t>
        <w:br/>
        <w:t>vt 0.007000 0.802979</w:t>
        <w:br/>
        <w:t>vt 0.005463 0.802979</w:t>
        <w:br/>
        <w:t>vt 0.170898 0.779053</w:t>
        <w:br/>
        <w:t>vt 0.173584 0.768677</w:t>
        <w:br/>
        <w:t>vt 0.170898 0.768677</w:t>
        <w:br/>
        <w:t>vt 0.173584 0.779053</w:t>
        <w:br/>
        <w:t>vt 0.173584 0.783325</w:t>
        <w:br/>
        <w:t>vt 0.170898 0.783325</w:t>
        <w:br/>
        <w:t>vt 0.173584 0.800781</w:t>
        <w:br/>
        <w:t>vt 0.170898 0.800781</w:t>
        <w:br/>
        <w:t>vt 0.170898 0.815063</w:t>
        <w:br/>
        <w:t>vt 0.173584 0.815063</w:t>
        <w:br/>
        <w:t>vt 0.173584 0.823242</w:t>
        <w:br/>
        <w:t>vt 0.170898 0.823242</w:t>
        <w:br/>
        <w:t>vt 0.143311 0.864014</w:t>
        <w:br/>
        <w:t>vt 0.146118 0.863647</w:t>
        <w:br/>
        <w:t>vt 0.146973 0.862915</w:t>
        <w:br/>
        <w:t>vt 0.146973 0.858398</w:t>
        <w:br/>
        <w:t>vt 0.143555 0.852539</w:t>
        <w:br/>
        <w:t>vt 0.146240 0.854736</w:t>
        <w:br/>
        <w:t>vt 0.146240 0.852539</w:t>
        <w:br/>
        <w:t>vt 0.143311 0.864014</w:t>
        <w:br/>
        <w:t>vt 0.143555 0.852539</w:t>
        <w:br/>
        <w:t>vt 0.140747 0.863892</w:t>
        <w:br/>
        <w:t>vt 0.141113 0.852539</w:t>
        <w:br/>
        <w:t>vt 0.138306 0.854492</w:t>
        <w:br/>
        <w:t>vt 0.141113 0.852539</w:t>
        <w:br/>
        <w:t>vt 0.138428 0.852539</w:t>
        <w:br/>
        <w:t>vt 0.140747 0.863892</w:t>
        <w:br/>
        <w:t>vt 0.136963 0.861572</w:t>
        <w:br/>
        <w:t>vt 0.137085 0.862671</w:t>
        <w:br/>
        <w:t>vt 0.137939 0.863525</w:t>
        <w:br/>
        <w:t>vt 0.787109 0.731445</w:t>
        <w:br/>
        <w:t>vt 0.789551 0.731689</w:t>
        <w:br/>
        <w:t>vt 0.786621 0.730713</w:t>
        <w:br/>
        <w:t>vt 0.786621 0.726807</w:t>
        <w:br/>
        <w:t>vt 0.789551 0.721680</w:t>
        <w:br/>
        <w:t>vt 0.787109 0.723633</w:t>
        <w:br/>
        <w:t>vt 0.787109 0.721680</w:t>
        <w:br/>
        <w:t>vt 0.789551 0.721680</w:t>
        <w:br/>
        <w:t>vt 0.789551 0.731689</w:t>
        <w:br/>
        <w:t>vt 0.791992 0.731689</w:t>
        <w:br/>
        <w:t>vt 0.791504 0.721680</w:t>
        <w:br/>
        <w:t>vt 0.793945 0.723633</w:t>
        <w:br/>
        <w:t>vt 0.793945 0.721680</w:t>
        <w:br/>
        <w:t>vt 0.791504 0.721680</w:t>
        <w:br/>
        <w:t>vt 0.791992 0.731689</w:t>
        <w:br/>
        <w:t>vt 0.794922 0.729736</w:t>
        <w:br/>
        <w:t>vt 0.794922 0.730469</w:t>
        <w:br/>
        <w:t>vt 0.794434 0.731201</w:t>
        <w:br/>
        <w:t>vt 0.137207 0.748535</w:t>
        <w:br/>
        <w:t>vt 0.132568 0.728516</w:t>
        <w:br/>
        <w:t>vt 0.132568 0.748047</w:t>
        <w:br/>
        <w:t>vt 0.138062 0.728516</w:t>
        <w:br/>
        <w:t>vt 0.139038 0.706543</w:t>
        <w:br/>
        <w:t>vt 0.132568 0.706299</w:t>
        <w:br/>
        <w:t>vt 0.138062 0.728516</w:t>
        <w:br/>
        <w:t>vt 0.150757 0.713623</w:t>
        <w:br/>
        <w:t>vt 0.132568 0.682373</w:t>
        <w:br/>
        <w:t>vt 0.152588 0.706299</w:t>
        <w:br/>
        <w:t>vt 0.172852 0.705811</w:t>
        <w:br/>
        <w:t>vt 0.172852 0.683838</w:t>
        <w:br/>
        <w:t>vt 0.137695 0.680908</w:t>
        <w:br/>
        <w:t>vt 0.132568 0.659668</w:t>
        <w:br/>
        <w:t>vt 0.153809 0.682373</w:t>
        <w:br/>
        <w:t>vt 0.172852 0.660400</w:t>
        <w:br/>
        <w:t>vt 0.153931 0.659912</w:t>
        <w:br/>
        <w:t>vt 0.172852 0.656738</w:t>
        <w:br/>
        <w:t>vt 0.136963 0.659180</w:t>
        <w:br/>
        <w:t>vt 0.154175 0.652100</w:t>
        <w:br/>
        <w:t>vt 0.172852 0.634766</w:t>
        <w:br/>
        <w:t>vt 0.137451 0.647949</w:t>
        <w:br/>
        <w:t>vt 0.132568 0.646973</w:t>
        <w:br/>
        <w:t>vt 0.153931 0.632080</w:t>
        <w:br/>
        <w:t>vt 0.136963 0.630615</w:t>
        <w:br/>
        <w:t>vt 0.132568 0.630859</w:t>
        <w:br/>
        <w:t>vt 0.132568 0.614258</w:t>
        <w:br/>
        <w:t>vt 0.154053 0.622803</w:t>
        <w:br/>
        <w:t>vt 0.136597 0.614258</w:t>
        <w:br/>
        <w:t>vt 0.136475 0.606201</w:t>
        <w:br/>
        <w:t>vt 0.132568 0.605225</w:t>
        <w:br/>
        <w:t>vt 0.154785 0.605469</w:t>
        <w:br/>
        <w:t>vt 0.172852 0.614258</w:t>
        <w:br/>
        <w:t>vt 0.172852 0.605713</w:t>
        <w:br/>
        <w:t>vt 0.136230 0.595459</w:t>
        <w:br/>
        <w:t>vt 0.136230 0.595459</w:t>
        <w:br/>
        <w:t>vt 0.132568 0.594482</w:t>
        <w:br/>
        <w:t>vt 0.154907 0.588623</w:t>
        <w:br/>
        <w:t>vt 0.172852 0.583496</w:t>
        <w:br/>
        <w:t>vt 0.137329 0.580322</w:t>
        <w:br/>
        <w:t>vt 0.137329 0.580322</w:t>
        <w:br/>
        <w:t>vt 0.132568 0.580811</w:t>
        <w:br/>
        <w:t>vt 0.132568 0.569336</w:t>
        <w:br/>
        <w:t>vt 0.156006 0.579590</w:t>
        <w:br/>
        <w:t>vt 0.172852 0.578857</w:t>
        <w:br/>
        <w:t>vt 0.172852 0.553223</w:t>
        <w:br/>
        <w:t>vt 0.137085 0.568604</w:t>
        <w:br/>
        <w:t>vt 0.132568 0.557129</w:t>
        <w:br/>
        <w:t>vt 0.155884 0.555176</w:t>
        <w:br/>
        <w:t>vt 0.172852 0.546875</w:t>
        <w:br/>
        <w:t>vt 0.136841 0.556885</w:t>
        <w:br/>
        <w:t>vt 0.132568 0.546875</w:t>
        <w:br/>
        <w:t>vt 0.157715 0.542725</w:t>
        <w:br/>
        <w:t>vt 0.137329 0.542480</w:t>
        <w:br/>
        <w:t>vt 0.132568 0.538574</w:t>
        <w:br/>
        <w:t>vt 0.159058 0.533691</w:t>
        <w:br/>
        <w:t>vt 0.172852 0.531738</w:t>
        <w:br/>
        <w:t>vt 0.137573 0.536865</w:t>
        <w:br/>
        <w:t>vt 0.137573 0.536865</w:t>
        <w:br/>
        <w:t>vt 0.132568 0.528809</w:t>
        <w:br/>
        <w:t>vt 0.159668 0.529541</w:t>
        <w:br/>
        <w:t>vt 0.172852 0.528564</w:t>
        <w:br/>
        <w:t>vt 0.137817 0.530029</w:t>
        <w:br/>
        <w:t>vt 0.137817 0.530029</w:t>
        <w:br/>
        <w:t>vt 0.132568 0.517578</w:t>
        <w:br/>
        <w:t>vt 0.159790 0.525635</w:t>
        <w:br/>
        <w:t>vt 0.172852 0.507568</w:t>
        <w:br/>
        <w:t>vt 0.137329 0.517334</w:t>
        <w:br/>
        <w:t>vt 0.132568 0.505615</w:t>
        <w:br/>
        <w:t>vt 0.159180 0.507080</w:t>
        <w:br/>
        <w:t>vt 0.161011 0.495605</w:t>
        <w:br/>
        <w:t>vt 0.137085 0.505615</w:t>
        <w:br/>
        <w:t>vt 0.132568 0.493652</w:t>
        <w:br/>
        <w:t>vt 0.153076 0.494629</w:t>
        <w:br/>
        <w:t>vt 0.146118 0.479980</w:t>
        <w:br/>
        <w:t>vt 0.137817 0.492676</w:t>
        <w:br/>
        <w:t>vt 0.132568 0.479004</w:t>
        <w:br/>
        <w:t>vt 0.138550 0.479004</w:t>
        <w:br/>
        <w:t>vt 0.138550 0.479004</w:t>
        <w:br/>
        <w:t>vt 0.143555 0.467773</w:t>
        <w:br/>
        <w:t>vt 0.138306 0.467773</w:t>
        <w:br/>
        <w:t>vt 0.132568 0.458008</w:t>
        <w:br/>
        <w:t>vt 0.136719 0.457031</w:t>
        <w:br/>
        <w:t>vt 0.132568 0.437988</w:t>
        <w:br/>
        <w:t>vt 0.136963 0.437012</w:t>
        <w:br/>
        <w:t>vt 0.993164 0.602783</w:t>
        <w:br/>
        <w:t>vt 0.972168 0.610596</w:t>
        <w:br/>
        <w:t>vt 0.983887 0.593994</w:t>
        <w:br/>
        <w:t>vt 0.993164 0.593506</w:t>
        <w:br/>
        <w:t>vt 0.993164 0.584473</w:t>
        <w:br/>
        <w:t>vt 0.985352 0.572266</w:t>
        <w:br/>
        <w:t>vt 0.993164 0.572266</w:t>
        <w:br/>
        <w:t>vt 0.990234 0.552246</w:t>
        <w:br/>
        <w:t>vt 0.993164 0.552246</w:t>
        <w:br/>
        <w:t>vt 0.993164 0.537109</w:t>
        <w:br/>
        <w:t>vt 0.988770 0.536865</w:t>
        <w:br/>
        <w:t>vt 0.993164 0.526855</w:t>
        <w:br/>
        <w:t>vt 0.987305 0.525146</w:t>
        <w:br/>
        <w:t>vt 0.993164 0.513916</w:t>
        <w:br/>
        <w:t>vt 0.980957 0.509277</w:t>
        <w:br/>
        <w:t>vt 0.971680 0.506104</w:t>
        <w:br/>
        <w:t>vt 0.975586 0.497070</w:t>
        <w:br/>
        <w:t>vt 0.993164 0.498535</w:t>
        <w:br/>
        <w:t>vt 0.958984 0.491211</w:t>
        <w:br/>
        <w:t>vt 0.993164 0.485352</w:t>
        <w:br/>
        <w:t>vt 0.974121 0.469238</w:t>
        <w:br/>
        <w:t>vt 0.993164 0.473145</w:t>
        <w:br/>
        <w:t>vt 0.993164 0.458008</w:t>
        <w:br/>
        <w:t>vt 0.954102 0.465332</w:t>
        <w:br/>
        <w:t>vt 0.947754 0.485840</w:t>
        <w:br/>
        <w:t>vt 0.939453 0.481445</w:t>
        <w:br/>
        <w:t>vt 0.972656 0.448730</w:t>
        <w:br/>
        <w:t>vt 0.993164 0.444336</w:t>
        <w:br/>
        <w:t>vt 0.993164 0.420898</w:t>
        <w:br/>
        <w:t>vt 0.951172 0.450195</w:t>
        <w:br/>
        <w:t>vt 0.974609 0.422363</w:t>
        <w:br/>
        <w:t>vt 0.993164 0.399902</w:t>
        <w:br/>
        <w:t>vt 0.977539 0.403809</w:t>
        <w:br/>
        <w:t>vt 0.950684 0.428711</w:t>
        <w:br/>
        <w:t>vt 0.951172 0.410156</w:t>
        <w:br/>
        <w:t>vt 0.937988 0.466309</w:t>
        <w:br/>
        <w:t>vt 0.954102 0.465332</w:t>
        <w:br/>
        <w:t>vt 0.939453 0.481445</w:t>
        <w:br/>
        <w:t>vt 0.937988 0.466309</w:t>
        <w:br/>
        <w:t>vt 0.937500 0.452148</w:t>
        <w:br/>
        <w:t>vt 0.934570 0.432617</w:t>
        <w:br/>
        <w:t>vt 0.934570 0.415527</w:t>
        <w:br/>
        <w:t>vt 0.918945 0.421875</w:t>
        <w:br/>
        <w:t>vt 0.925781 0.463379</w:t>
        <w:br/>
        <w:t>vt 0.925781 0.463379</w:t>
        <w:br/>
        <w:t>vt 0.934570 0.479492</w:t>
        <w:br/>
        <w:t>vt 0.892090 0.459473</w:t>
        <w:br/>
        <w:t>vt 0.923340 0.453613</w:t>
        <w:br/>
        <w:t>vt 0.892090 0.459473</w:t>
        <w:br/>
        <w:t>vt 0.919922 0.436523</w:t>
        <w:br/>
        <w:t>vt 0.894531 0.442871</w:t>
        <w:br/>
        <w:t>vt 0.863281 0.454102</w:t>
        <w:br/>
        <w:t>vt 0.893066 0.430176</w:t>
        <w:br/>
        <w:t>vt 0.861816 0.442383</w:t>
        <w:br/>
        <w:t>vt 0.843262 0.448730</w:t>
        <w:br/>
        <w:t>vt 0.861816 0.442383</w:t>
        <w:br/>
        <w:t>vt 0.828613 0.444336</w:t>
        <w:br/>
        <w:t>vt 0.290771 0.692383</w:t>
        <w:br/>
        <w:t>vt 0.293945 0.692383</w:t>
        <w:br/>
        <w:t>vt 0.293945 0.686768</w:t>
        <w:br/>
        <w:t>vt 0.290771 0.686768</w:t>
        <w:br/>
        <w:t>vt 0.290771 0.679688</w:t>
        <w:br/>
        <w:t>vt 0.293945 0.679688</w:t>
        <w:br/>
        <w:t>vt 0.290771 0.671631</w:t>
        <w:br/>
        <w:t>vt 0.293945 0.671631</w:t>
        <w:br/>
        <w:t>vt 0.290771 0.661621</w:t>
        <w:br/>
        <w:t>vt 0.293945 0.661621</w:t>
        <w:br/>
        <w:t>vt 0.293945 0.653320</w:t>
        <w:br/>
        <w:t>vt 0.290771 0.653320</w:t>
        <w:br/>
        <w:t>vt 0.293945 0.646240</w:t>
        <w:br/>
        <w:t>vt 0.290771 0.646240</w:t>
        <w:br/>
        <w:t>vt 0.290771 0.640869</w:t>
        <w:br/>
        <w:t>vt 0.293945 0.640869</w:t>
        <w:br/>
        <w:t>vt 0.132568 0.728516</w:t>
        <w:br/>
        <w:t>vt 0.137207 0.748535</w:t>
        <w:br/>
        <w:t>vt 0.132568 0.748047</w:t>
        <w:br/>
        <w:t>vt 0.138062 0.728516</w:t>
        <w:br/>
        <w:t>vt 0.139038 0.706543</w:t>
        <w:br/>
        <w:t>vt 0.132568 0.706299</w:t>
        <w:br/>
        <w:t>vt 0.138062 0.728516</w:t>
        <w:br/>
        <w:t>vt 0.150757 0.713623</w:t>
        <w:br/>
        <w:t>vt 0.132568 0.682373</w:t>
        <w:br/>
        <w:t>vt 0.152588 0.706299</w:t>
        <w:br/>
        <w:t>vt 0.172852 0.705811</w:t>
        <w:br/>
        <w:t>vt 0.172852 0.683838</w:t>
        <w:br/>
        <w:t>vt 0.137695 0.680908</w:t>
        <w:br/>
        <w:t>vt 0.132568 0.659668</w:t>
        <w:br/>
        <w:t>vt 0.153809 0.682373</w:t>
        <w:br/>
        <w:t>vt 0.172852 0.660400</w:t>
        <w:br/>
        <w:t>vt 0.153931 0.659912</w:t>
        <w:br/>
        <w:t>vt 0.172852 0.656738</w:t>
        <w:br/>
        <w:t>vt 0.136963 0.659180</w:t>
        <w:br/>
        <w:t>vt 0.154175 0.652100</w:t>
        <w:br/>
        <w:t>vt 0.172852 0.634766</w:t>
        <w:br/>
        <w:t>vt 0.137451 0.647949</w:t>
        <w:br/>
        <w:t>vt 0.132568 0.646973</w:t>
        <w:br/>
        <w:t>vt 0.153931 0.632080</w:t>
        <w:br/>
        <w:t>vt 0.136963 0.630615</w:t>
        <w:br/>
        <w:t>vt 0.132568 0.630859</w:t>
        <w:br/>
        <w:t>vt 0.132568 0.614258</w:t>
        <w:br/>
        <w:t>vt 0.154053 0.622803</w:t>
        <w:br/>
        <w:t>vt 0.136597 0.614258</w:t>
        <w:br/>
        <w:t>vt 0.136475 0.606201</w:t>
        <w:br/>
        <w:t>vt 0.132568 0.605225</w:t>
        <w:br/>
        <w:t>vt 0.154785 0.605469</w:t>
        <w:br/>
        <w:t>vt 0.172852 0.614258</w:t>
        <w:br/>
        <w:t>vt 0.172852 0.605713</w:t>
        <w:br/>
        <w:t>vt 0.136230 0.595459</w:t>
        <w:br/>
        <w:t>vt 0.136230 0.595459</w:t>
        <w:br/>
        <w:t>vt 0.132568 0.594482</w:t>
        <w:br/>
        <w:t>vt 0.154907 0.588623</w:t>
        <w:br/>
        <w:t>vt 0.172852 0.583496</w:t>
        <w:br/>
        <w:t>vt 0.137329 0.580322</w:t>
        <w:br/>
        <w:t>vt 0.137329 0.580322</w:t>
        <w:br/>
        <w:t>vt 0.132568 0.580811</w:t>
        <w:br/>
        <w:t>vt 0.132568 0.569336</w:t>
        <w:br/>
        <w:t>vt 0.156006 0.579590</w:t>
        <w:br/>
        <w:t>vt 0.172852 0.578857</w:t>
        <w:br/>
        <w:t>vt 0.172852 0.553223</w:t>
        <w:br/>
        <w:t>vt 0.137085 0.568604</w:t>
        <w:br/>
        <w:t>vt 0.132568 0.557129</w:t>
        <w:br/>
        <w:t>vt 0.155884 0.555176</w:t>
        <w:br/>
        <w:t>vt 0.172852 0.546875</w:t>
        <w:br/>
        <w:t>vt 0.136841 0.556885</w:t>
        <w:br/>
        <w:t>vt 0.132568 0.546875</w:t>
        <w:br/>
        <w:t>vt 0.157715 0.542725</w:t>
        <w:br/>
        <w:t>vt 0.137329 0.542480</w:t>
        <w:br/>
        <w:t>vt 0.132568 0.538574</w:t>
        <w:br/>
        <w:t>vt 0.159058 0.533691</w:t>
        <w:br/>
        <w:t>vt 0.172852 0.531738</w:t>
        <w:br/>
        <w:t>vt 0.137573 0.536865</w:t>
        <w:br/>
        <w:t>vt 0.137573 0.536865</w:t>
        <w:br/>
        <w:t>vt 0.132568 0.528809</w:t>
        <w:br/>
        <w:t>vt 0.159668 0.529541</w:t>
        <w:br/>
        <w:t>vt 0.172852 0.528564</w:t>
        <w:br/>
        <w:t>vt 0.137817 0.530029</w:t>
        <w:br/>
        <w:t>vt 0.137817 0.530029</w:t>
        <w:br/>
        <w:t>vt 0.132568 0.517578</w:t>
        <w:br/>
        <w:t>vt 0.159790 0.525635</w:t>
        <w:br/>
        <w:t>vt 0.172852 0.507568</w:t>
        <w:br/>
        <w:t>vt 0.137329 0.517334</w:t>
        <w:br/>
        <w:t>vt 0.132568 0.505615</w:t>
        <w:br/>
        <w:t>vt 0.159180 0.507080</w:t>
        <w:br/>
        <w:t>vt 0.161011 0.495605</w:t>
        <w:br/>
        <w:t>vt 0.137085 0.505615</w:t>
        <w:br/>
        <w:t>vt 0.132568 0.493652</w:t>
        <w:br/>
        <w:t>vt 0.153076 0.494629</w:t>
        <w:br/>
        <w:t>vt 0.146118 0.479980</w:t>
        <w:br/>
        <w:t>vt 0.137817 0.492676</w:t>
        <w:br/>
        <w:t>vt 0.132568 0.479004</w:t>
        <w:br/>
        <w:t>vt 0.138550 0.479004</w:t>
        <w:br/>
        <w:t>vt 0.138550 0.479004</w:t>
        <w:br/>
        <w:t>vt 0.143555 0.467773</w:t>
        <w:br/>
        <w:t>vt 0.138306 0.467773</w:t>
        <w:br/>
        <w:t>vt 0.132568 0.458008</w:t>
        <w:br/>
        <w:t>vt 0.136719 0.457031</w:t>
        <w:br/>
        <w:t>vt 0.132568 0.437988</w:t>
        <w:br/>
        <w:t>vt 0.136963 0.437012</w:t>
        <w:br/>
        <w:t>vt 0.972168 0.610596</w:t>
        <w:br/>
        <w:t>vt 0.993164 0.602783</w:t>
        <w:br/>
        <w:t>vt 0.983887 0.593994</w:t>
        <w:br/>
        <w:t>vt 0.993164 0.593506</w:t>
        <w:br/>
        <w:t>vt 0.993164 0.584473</w:t>
        <w:br/>
        <w:t>vt 0.985352 0.572266</w:t>
        <w:br/>
        <w:t>vt 0.993164 0.572266</w:t>
        <w:br/>
        <w:t>vt 0.990234 0.552246</w:t>
        <w:br/>
        <w:t>vt 0.993164 0.552246</w:t>
        <w:br/>
        <w:t>vt 0.993164 0.537109</w:t>
        <w:br/>
        <w:t>vt 0.988770 0.536865</w:t>
        <w:br/>
        <w:t>vt 0.993164 0.526855</w:t>
        <w:br/>
        <w:t>vt 0.987305 0.525146</w:t>
        <w:br/>
        <w:t>vt 0.993164 0.513916</w:t>
        <w:br/>
        <w:t>vt 0.980957 0.509277</w:t>
        <w:br/>
        <w:t>vt 0.971680 0.506104</w:t>
        <w:br/>
        <w:t>vt 0.975586 0.497070</w:t>
        <w:br/>
        <w:t>vt 0.993164 0.498535</w:t>
        <w:br/>
        <w:t>vt 0.958984 0.491211</w:t>
        <w:br/>
        <w:t>vt 0.993164 0.485352</w:t>
        <w:br/>
        <w:t>vt 0.974121 0.469238</w:t>
        <w:br/>
        <w:t>vt 0.993164 0.473145</w:t>
        <w:br/>
        <w:t>vt 0.993164 0.458008</w:t>
        <w:br/>
        <w:t>vt 0.954102 0.465332</w:t>
        <w:br/>
        <w:t>vt 0.947754 0.485840</w:t>
        <w:br/>
        <w:t>vt 0.939453 0.481445</w:t>
        <w:br/>
        <w:t>vt 0.972656 0.448730</w:t>
        <w:br/>
        <w:t>vt 0.993164 0.444336</w:t>
        <w:br/>
        <w:t>vt 0.993164 0.420898</w:t>
        <w:br/>
        <w:t>vt 0.951172 0.450195</w:t>
        <w:br/>
        <w:t>vt 0.974609 0.422363</w:t>
        <w:br/>
        <w:t>vt 0.993164 0.399902</w:t>
        <w:br/>
        <w:t>vt 0.977539 0.403809</w:t>
        <w:br/>
        <w:t>vt 0.950684 0.428711</w:t>
        <w:br/>
        <w:t>vt 0.951172 0.410156</w:t>
        <w:br/>
        <w:t>vt 0.937988 0.466309</w:t>
        <w:br/>
        <w:t>vt 0.939453 0.481445</w:t>
        <w:br/>
        <w:t>vt 0.954102 0.465332</w:t>
        <w:br/>
        <w:t>vt 0.937988 0.466309</w:t>
        <w:br/>
        <w:t>vt 0.937500 0.452148</w:t>
        <w:br/>
        <w:t>vt 0.934570 0.432617</w:t>
        <w:br/>
        <w:t>vt 0.934570 0.415527</w:t>
        <w:br/>
        <w:t>vt 0.918945 0.421875</w:t>
        <w:br/>
        <w:t>vt 0.925781 0.463379</w:t>
        <w:br/>
        <w:t>vt 0.925781 0.463379</w:t>
        <w:br/>
        <w:t>vt 0.934570 0.479492</w:t>
        <w:br/>
        <w:t>vt 0.892090 0.459473</w:t>
        <w:br/>
        <w:t>vt 0.923340 0.453613</w:t>
        <w:br/>
        <w:t>vt 0.892090 0.459473</w:t>
        <w:br/>
        <w:t>vt 0.919922 0.436523</w:t>
        <w:br/>
        <w:t>vt 0.894531 0.442871</w:t>
        <w:br/>
        <w:t>vt 0.863281 0.454102</w:t>
        <w:br/>
        <w:t>vt 0.893066 0.430176</w:t>
        <w:br/>
        <w:t>vt 0.861816 0.442383</w:t>
        <w:br/>
        <w:t>vt 0.843262 0.448730</w:t>
        <w:br/>
        <w:t>vt 0.861816 0.442383</w:t>
        <w:br/>
        <w:t>vt 0.828613 0.444336</w:t>
        <w:br/>
        <w:t>vt 0.290771 0.692383</w:t>
        <w:br/>
        <w:t>vt 0.293945 0.686768</w:t>
        <w:br/>
        <w:t>vt 0.293945 0.692383</w:t>
        <w:br/>
        <w:t>vt 0.290771 0.686768</w:t>
        <w:br/>
        <w:t>vt 0.290771 0.679688</w:t>
        <w:br/>
        <w:t>vt 0.293945 0.679688</w:t>
        <w:br/>
        <w:t>vt 0.290771 0.671631</w:t>
        <w:br/>
        <w:t>vt 0.293945 0.671631</w:t>
        <w:br/>
        <w:t>vt 0.290771 0.661621</w:t>
        <w:br/>
        <w:t>vt 0.293945 0.661621</w:t>
        <w:br/>
        <w:t>vt 0.293945 0.653320</w:t>
        <w:br/>
        <w:t>vt 0.290771 0.653320</w:t>
        <w:br/>
        <w:t>vt 0.293945 0.646240</w:t>
        <w:br/>
        <w:t>vt 0.290771 0.646240</w:t>
        <w:br/>
        <w:t>vt 0.290771 0.640869</w:t>
        <w:br/>
        <w:t>vt 0.293945 0.640869</w:t>
        <w:br/>
        <w:t>vt 0.995117 0.003906</w:t>
        <w:br/>
        <w:t>vt 0.980469 0.019531</w:t>
        <w:br/>
        <w:t>vt 0.995117 0.007324</w:t>
        <w:br/>
        <w:t>vt 0.983398 0.020996</w:t>
        <w:br/>
        <w:t>vt 0.995117 0.020996</w:t>
        <w:br/>
        <w:t>vt 0.995117 0.007324</w:t>
        <w:br/>
        <w:t>vt 0.983398 0.020996</w:t>
        <w:br/>
        <w:t>vt 0.967285 0.037109</w:t>
        <w:br/>
        <w:t>vt 0.995117 0.039062</w:t>
        <w:br/>
        <w:t>vt 0.969727 0.039551</w:t>
        <w:br/>
        <w:t>vt 0.953125 0.056152</w:t>
        <w:br/>
        <w:t>vt 0.995117 0.057617</w:t>
        <w:br/>
        <w:t>vt 0.956543 0.058105</w:t>
        <w:br/>
        <w:t>vt 0.940430 0.076660</w:t>
        <w:br/>
        <w:t>vt 0.942383 0.079590</w:t>
        <w:br/>
        <w:t>vt 0.969727 0.057617</w:t>
        <w:br/>
        <w:t>vt 0.956543 0.058105</w:t>
        <w:br/>
        <w:t>vt 0.970215 0.079102</w:t>
        <w:br/>
        <w:t>vt 0.942383 0.079590</w:t>
        <w:br/>
        <w:t>vt 0.995117 0.079590</w:t>
        <w:br/>
        <w:t>vt 0.943359 0.110840</w:t>
        <w:br/>
        <w:t>vt 0.970703 0.110352</w:t>
        <w:br/>
        <w:t>vt 0.995117 0.110352</w:t>
        <w:br/>
        <w:t>vt 0.971191 0.141113</w:t>
        <w:br/>
        <w:t>vt 0.995117 0.141602</w:t>
        <w:br/>
        <w:t>vt 0.944336 0.141602</w:t>
        <w:br/>
        <w:t>vt 0.937012 0.142090</w:t>
        <w:br/>
        <w:t>vt 0.972656 0.168457</w:t>
        <w:br/>
        <w:t>vt 0.945312 0.167480</w:t>
        <w:br/>
        <w:t>vt 0.930176 0.170410</w:t>
        <w:br/>
        <w:t>vt 0.995117 0.169922</w:t>
        <w:br/>
        <w:t>vt 0.950195 0.197266</w:t>
        <w:br/>
        <w:t>vt 0.926270 0.199219</w:t>
        <w:br/>
        <w:t>vt 0.975586 0.199219</w:t>
        <w:br/>
        <w:t>vt 0.995117 0.202637</w:t>
        <w:br/>
        <w:t>vt 0.957520 0.227539</w:t>
        <w:br/>
        <w:t>vt 0.920410 0.229004</w:t>
        <w:br/>
        <w:t>vt 0.927734 0.246094</w:t>
        <w:br/>
        <w:t>vt 0.979004 0.226074</w:t>
        <w:br/>
        <w:t>vt 0.995117 0.227539</w:t>
        <w:br/>
        <w:t>vt 0.962402 0.239746</w:t>
        <w:br/>
        <w:t>vt 0.937988 0.268066</w:t>
        <w:br/>
        <w:t>vt 0.983887 0.237793</w:t>
        <w:br/>
        <w:t>vt 0.995117 0.237305</w:t>
        <w:br/>
        <w:t>vt 0.995117 0.250000</w:t>
        <w:br/>
        <w:t>vt 0.966797 0.251953</w:t>
        <w:br/>
        <w:t>vt 0.941406 0.277832</w:t>
        <w:br/>
        <w:t>vt 0.970703 0.270020</w:t>
        <w:br/>
        <w:t>vt 0.995117 0.267090</w:t>
        <w:br/>
        <w:t>vt 0.950684 0.279785</w:t>
        <w:br/>
        <w:t>vt 0.931641 0.293945</w:t>
        <w:br/>
        <w:t>vt 0.973633 0.286133</w:t>
        <w:br/>
        <w:t>vt 0.995117 0.283691</w:t>
        <w:br/>
        <w:t>vt 0.957520 0.293945</w:t>
        <w:br/>
        <w:t>vt 0.977539 0.298828</w:t>
        <w:br/>
        <w:t>vt 0.995117 0.296387</w:t>
        <w:br/>
        <w:t>vt 0.995117 0.296387</w:t>
        <w:br/>
        <w:t>vt 0.977539 0.298828</w:t>
        <w:br/>
        <w:t>vt 0.995117 0.298828</w:t>
        <w:br/>
        <w:t>vt 0.942383 0.304688</w:t>
        <w:br/>
        <w:t>vt 0.922363 0.300781</w:t>
        <w:br/>
        <w:t>vt 0.962891 0.305176</w:t>
        <w:br/>
        <w:t>vt 0.978027 0.300781</w:t>
        <w:br/>
        <w:t>vt 0.995117 0.298828</w:t>
        <w:br/>
        <w:t>vt 0.978027 0.300781</w:t>
        <w:br/>
        <w:t>vt 0.995117 0.307129</w:t>
        <w:br/>
        <w:t>vt 0.980469 0.308594</w:t>
        <w:br/>
        <w:t>vt 0.995117 0.307129</w:t>
        <w:br/>
        <w:t>vt 0.980469 0.308594</w:t>
        <w:br/>
        <w:t>vt 0.995117 0.308594</w:t>
        <w:br/>
        <w:t>vt 0.980957 0.311035</w:t>
        <w:br/>
        <w:t>vt 0.963867 0.307129</w:t>
        <w:br/>
        <w:t>vt 0.963867 0.307129</w:t>
        <w:br/>
        <w:t>vt 0.967285 0.314453</w:t>
        <w:br/>
        <w:t>vt 0.967285 0.314453</w:t>
        <w:br/>
        <w:t>vt 0.968262 0.316406</w:t>
        <w:br/>
        <w:t>vt 0.957031 0.323730</w:t>
        <w:br/>
        <w:t>vt 0.951172 0.315918</w:t>
        <w:br/>
        <w:t>vt 0.951172 0.315918</w:t>
        <w:br/>
        <w:t>vt 0.955078 0.322266</w:t>
        <w:br/>
        <w:t>vt 0.955078 0.322266</w:t>
        <w:br/>
        <w:t>vt 0.948242 0.331543</w:t>
        <w:br/>
        <w:t>vt 0.949219 0.314453</w:t>
        <w:br/>
        <w:t>vt 0.941406 0.324707</w:t>
        <w:br/>
        <w:t>vt 0.941406 0.324707</w:t>
        <w:br/>
        <w:t>vt 0.946289 0.330078</w:t>
        <w:br/>
        <w:t>vt 0.946289 0.330078</w:t>
        <w:br/>
        <w:t>vt 0.932129 0.314453</w:t>
        <w:br/>
        <w:t>vt 0.939453 0.323242</w:t>
        <w:br/>
        <w:t>vt 0.925293 0.322754</w:t>
        <w:br/>
        <w:t>vt 0.912109 0.312012</w:t>
        <w:br/>
        <w:t>vt 0.934082 0.330078</w:t>
        <w:br/>
        <w:t>vt 0.918945 0.335938</w:t>
        <w:br/>
        <w:t>vt 0.898926 0.328125</w:t>
        <w:br/>
        <w:t>vt 0.936035 0.332031</w:t>
        <w:br/>
        <w:t>vt 0.936035 0.332031</w:t>
        <w:br/>
        <w:t>vt 0.929688 0.340332</w:t>
        <w:br/>
        <w:t>vt 0.897461 0.349121</w:t>
        <w:br/>
        <w:t>vt 0.885742 0.346191</w:t>
        <w:br/>
        <w:t>vt 0.881836 0.362305</w:t>
        <w:br/>
        <w:t>vt 0.895996 0.363281</w:t>
        <w:br/>
        <w:t>vt 0.914551 0.351074</w:t>
        <w:br/>
        <w:t>vt 0.912109 0.364746</w:t>
        <w:br/>
        <w:t>vt 0.923828 0.367188</w:t>
        <w:br/>
        <w:t>vt 0.926270 0.353516</w:t>
        <w:br/>
        <w:t>vt 0.927734 0.354004</w:t>
        <w:br/>
        <w:t>vt 0.925293 0.367188</w:t>
        <w:br/>
        <w:t>vt 0.933105 0.368652</w:t>
        <w:br/>
        <w:t>vt 0.927734 0.354004</w:t>
        <w:br/>
        <w:t>vt 0.925293 0.367188</w:t>
        <w:br/>
        <w:t>vt 0.931641 0.341309</w:t>
        <w:br/>
        <w:t>vt 0.935059 0.355469</w:t>
        <w:br/>
        <w:t>vt 0.935059 0.355469</w:t>
        <w:br/>
        <w:t>vt 0.933105 0.368652</w:t>
        <w:br/>
        <w:t>vt 0.935059 0.368652</w:t>
        <w:br/>
        <w:t>vt 0.937500 0.355469</w:t>
        <w:br/>
        <w:t>vt 0.938477 0.344727</w:t>
        <w:br/>
        <w:t>vt 0.938477 0.344727</w:t>
        <w:br/>
        <w:t>vt 0.931641 0.341309</w:t>
        <w:br/>
        <w:t>vt 0.940430 0.345215</w:t>
        <w:br/>
        <w:t>vt 0.944336 0.338379</w:t>
        <w:br/>
        <w:t>vt 0.941895 0.336426</w:t>
        <w:br/>
        <w:t>vt 0.941895 0.336426</w:t>
        <w:br/>
        <w:t>vt 0.980469 0.019531</w:t>
        <w:br/>
        <w:t>vt 0.995117 0.003906</w:t>
        <w:br/>
        <w:t>vt 0.995117 0.007324</w:t>
        <w:br/>
        <w:t>vt 0.983398 0.020996</w:t>
        <w:br/>
        <w:t>vt 0.995117 0.020996</w:t>
        <w:br/>
        <w:t>vt 0.983398 0.020996</w:t>
        <w:br/>
        <w:t>vt 0.995117 0.007324</w:t>
        <w:br/>
        <w:t>vt 0.967285 0.037109</w:t>
        <w:br/>
        <w:t>vt 0.995117 0.039062</w:t>
        <w:br/>
        <w:t>vt 0.969727 0.039551</w:t>
        <w:br/>
        <w:t>vt 0.953125 0.056152</w:t>
        <w:br/>
        <w:t>vt 0.995117 0.057617</w:t>
        <w:br/>
        <w:t>vt 0.956543 0.058105</w:t>
        <w:br/>
        <w:t>vt 0.940430 0.076660</w:t>
        <w:br/>
        <w:t>vt 0.942383 0.079590</w:t>
        <w:br/>
        <w:t>vt 0.969727 0.057617</w:t>
        <w:br/>
        <w:t>vt 0.956543 0.058105</w:t>
        <w:br/>
        <w:t>vt 0.970215 0.079102</w:t>
        <w:br/>
        <w:t>vt 0.942383 0.079590</w:t>
        <w:br/>
        <w:t>vt 0.943359 0.110840</w:t>
        <w:br/>
        <w:t>vt 0.970703 0.110352</w:t>
        <w:br/>
        <w:t>vt 0.995117 0.110352</w:t>
        <w:br/>
        <w:t>vt 0.971191 0.141113</w:t>
        <w:br/>
        <w:t>vt 0.995117 0.141602</w:t>
        <w:br/>
        <w:t>vt 0.944336 0.141602</w:t>
        <w:br/>
        <w:t>vt 0.937012 0.142090</w:t>
        <w:br/>
        <w:t>vt 0.972656 0.168457</w:t>
        <w:br/>
        <w:t>vt 0.995117 0.169922</w:t>
        <w:br/>
        <w:t>vt 0.945312 0.167480</w:t>
        <w:br/>
        <w:t>vt 0.930176 0.170410</w:t>
        <w:br/>
        <w:t>vt 0.950195 0.197266</w:t>
        <w:br/>
        <w:t>vt 0.926270 0.199219</w:t>
        <w:br/>
        <w:t>vt 0.975586 0.199219</w:t>
        <w:br/>
        <w:t>vt 0.995117 0.202637</w:t>
        <w:br/>
        <w:t>vt 0.957520 0.227539</w:t>
        <w:br/>
        <w:t>vt 0.920410 0.229004</w:t>
        <w:br/>
        <w:t>vt 0.927734 0.246094</w:t>
        <w:br/>
        <w:t>vt 0.979004 0.226074</w:t>
        <w:br/>
        <w:t>vt 0.995117 0.227539</w:t>
        <w:br/>
        <w:t>vt 0.962402 0.239746</w:t>
        <w:br/>
        <w:t>vt 0.937988 0.268066</w:t>
        <w:br/>
        <w:t>vt 0.983887 0.237793</w:t>
        <w:br/>
        <w:t>vt 0.995117 0.237305</w:t>
        <w:br/>
        <w:t>vt 0.995117 0.250000</w:t>
        <w:br/>
        <w:t>vt 0.966797 0.251953</w:t>
        <w:br/>
        <w:t>vt 0.941406 0.277832</w:t>
        <w:br/>
        <w:t>vt 0.970703 0.270020</w:t>
        <w:br/>
        <w:t>vt 0.995117 0.267090</w:t>
        <w:br/>
        <w:t>vt 0.950684 0.279785</w:t>
        <w:br/>
        <w:t>vt 0.931641 0.293945</w:t>
        <w:br/>
        <w:t>vt 0.973633 0.286133</w:t>
        <w:br/>
        <w:t>vt 0.995117 0.283691</w:t>
        <w:br/>
        <w:t>vt 0.957520 0.293945</w:t>
        <w:br/>
        <w:t>vt 0.977539 0.298828</w:t>
        <w:br/>
        <w:t>vt 0.995117 0.296387</w:t>
        <w:br/>
        <w:t>vt 0.977539 0.298828</w:t>
        <w:br/>
        <w:t>vt 0.995117 0.296387</w:t>
        <w:br/>
        <w:t>vt 0.995117 0.298828</w:t>
        <w:br/>
        <w:t>vt 0.942383 0.304688</w:t>
        <w:br/>
        <w:t>vt 0.922363 0.300781</w:t>
        <w:br/>
        <w:t>vt 0.962891 0.305176</w:t>
        <w:br/>
        <w:t>vt 0.978027 0.300781</w:t>
        <w:br/>
        <w:t>vt 0.995117 0.307129</w:t>
        <w:br/>
        <w:t>vt 0.978027 0.300781</w:t>
        <w:br/>
        <w:t>vt 0.995117 0.298828</w:t>
        <w:br/>
        <w:t>vt 0.932129 0.314453</w:t>
        <w:br/>
        <w:t>vt 0.980469 0.308594</w:t>
        <w:br/>
        <w:t>vt 0.980469 0.308594</w:t>
        <w:br/>
        <w:t>vt 0.995117 0.307129</w:t>
        <w:br/>
        <w:t>vt 0.995117 0.308594</w:t>
        <w:br/>
        <w:t>vt 0.980957 0.311035</w:t>
        <w:br/>
        <w:t>vt 0.963867 0.307129</w:t>
        <w:br/>
        <w:t>vt 0.963867 0.307129</w:t>
        <w:br/>
        <w:t>vt 0.967285 0.314453</w:t>
        <w:br/>
        <w:t>vt 0.967285 0.314453</w:t>
        <w:br/>
        <w:t>vt 0.968262 0.316406</w:t>
        <w:br/>
        <w:t>vt 0.957031 0.323730</w:t>
        <w:br/>
        <w:t>vt 0.951172 0.315918</w:t>
        <w:br/>
        <w:t>vt 0.951172 0.315918</w:t>
        <w:br/>
        <w:t>vt 0.955078 0.322266</w:t>
        <w:br/>
        <w:t>vt 0.955078 0.322266</w:t>
        <w:br/>
        <w:t>vt 0.948242 0.331543</w:t>
        <w:br/>
        <w:t>vt 0.949219 0.314453</w:t>
        <w:br/>
        <w:t>vt 0.941406 0.324707</w:t>
        <w:br/>
        <w:t>vt 0.941406 0.324707</w:t>
        <w:br/>
        <w:t>vt 0.946289 0.330078</w:t>
        <w:br/>
        <w:t>vt 0.946289 0.330078</w:t>
        <w:br/>
        <w:t>vt 0.939453 0.323242</w:t>
        <w:br/>
        <w:t>vt 0.925293 0.322754</w:t>
        <w:br/>
        <w:t>vt 0.912109 0.312012</w:t>
        <w:br/>
        <w:t>vt 0.934082 0.330078</w:t>
        <w:br/>
        <w:t>vt 0.918945 0.335938</w:t>
        <w:br/>
        <w:t>vt 0.898926 0.328125</w:t>
        <w:br/>
        <w:t>vt 0.936035 0.332031</w:t>
        <w:br/>
        <w:t>vt 0.936035 0.332031</w:t>
        <w:br/>
        <w:t>vt 0.929688 0.340332</w:t>
        <w:br/>
        <w:t>vt 0.897461 0.349121</w:t>
        <w:br/>
        <w:t>vt 0.885742 0.346191</w:t>
        <w:br/>
        <w:t>vt 0.881836 0.362305</w:t>
        <w:br/>
        <w:t>vt 0.895996 0.363281</w:t>
        <w:br/>
        <w:t>vt 0.914551 0.351074</w:t>
        <w:br/>
        <w:t>vt 0.912109 0.364746</w:t>
        <w:br/>
        <w:t>vt 0.923828 0.367188</w:t>
        <w:br/>
        <w:t>vt 0.926270 0.353516</w:t>
        <w:br/>
        <w:t>vt 0.927734 0.354004</w:t>
        <w:br/>
        <w:t>vt 0.925293 0.367188</w:t>
        <w:br/>
        <w:t>vt 0.933105 0.368652</w:t>
        <w:br/>
        <w:t>vt 0.925293 0.367188</w:t>
        <w:br/>
        <w:t>vt 0.927734 0.354004</w:t>
        <w:br/>
        <w:t>vt 0.931641 0.341309</w:t>
        <w:br/>
        <w:t>vt 0.935059 0.355469</w:t>
        <w:br/>
        <w:t>vt 0.935059 0.355469</w:t>
        <w:br/>
        <w:t>vt 0.935059 0.368652</w:t>
        <w:br/>
        <w:t>vt 0.933105 0.368652</w:t>
        <w:br/>
        <w:t>vt 0.937500 0.355469</w:t>
        <w:br/>
        <w:t>vt 0.938477 0.344727</w:t>
        <w:br/>
        <w:t>vt 0.938477 0.344727</w:t>
        <w:br/>
        <w:t>vt 0.931641 0.341309</w:t>
        <w:br/>
        <w:t>vt 0.940430 0.345215</w:t>
        <w:br/>
        <w:t>vt 0.944336 0.338379</w:t>
        <w:br/>
        <w:t>vt 0.941895 0.336426</w:t>
        <w:br/>
        <w:t>vt 0.941895 0.336426</w:t>
        <w:br/>
        <w:t>vt 0.994629 0.854858</w:t>
        <w:br/>
        <w:t>vt 0.997070 0.865601</w:t>
        <w:br/>
        <w:t>vt 0.997070 0.855469</w:t>
        <w:br/>
        <w:t>vt 0.993164 0.866455</w:t>
        <w:br/>
        <w:t>vt 0.997070 0.882690</w:t>
        <w:br/>
        <w:t>vt 0.983887 0.852905</w:t>
        <w:br/>
        <w:t>vt 0.993164 0.866455</w:t>
        <w:br/>
        <w:t>vt 0.994629 0.854858</w:t>
        <w:br/>
        <w:t>vt 0.991699 0.882874</w:t>
        <w:br/>
        <w:t>vt 0.997070 0.897400</w:t>
        <w:br/>
        <w:t>vt 0.980469 0.867798</w:t>
        <w:br/>
        <w:t>vt 0.992188 0.898560</w:t>
        <w:br/>
        <w:t>vt 0.991211 0.869629</w:t>
        <w:br/>
        <w:t>vt 0.992676 0.913391</w:t>
        <w:br/>
        <w:t>vt 0.968262 0.885864</w:t>
        <w:br/>
        <w:t>vt 0.992188 0.898560</w:t>
        <w:br/>
        <w:t>vt 0.991699 0.882874</w:t>
        <w:br/>
        <w:t>vt 0.991211 0.869629</w:t>
        <w:br/>
        <w:t>vt 0.992676 0.913391</w:t>
        <w:br/>
        <w:t>vt 0.967773 0.928162</w:t>
        <w:br/>
        <w:t>vt 0.968262 0.911255</w:t>
        <w:br/>
        <w:t>vt 0.968262 0.896301</w:t>
        <w:br/>
        <w:t>vt 0.965332 0.910583</w:t>
        <w:br/>
        <w:t>vt 0.967773 0.928162</w:t>
        <w:br/>
        <w:t>vt 0.968262 0.911255</w:t>
        <w:br/>
        <w:t>vt 0.968262 0.896301</w:t>
        <w:br/>
        <w:t>vt 0.965820 0.928894</w:t>
        <w:br/>
        <w:t>vt 0.964844 0.895203</w:t>
        <w:br/>
        <w:t>vt 0.966309 0.949432</w:t>
        <w:br/>
        <w:t>vt 0.965332 0.885193</w:t>
        <w:br/>
        <w:t>vt 0.968262 0.885864</w:t>
        <w:br/>
        <w:t>vt 0.965332 0.964050</w:t>
        <w:br/>
        <w:t>vt 0.965332 0.964050</w:t>
        <w:br/>
        <w:t>vt 0.966309 0.949432</w:t>
        <w:br/>
        <w:t>vt 0.965820 0.928894</w:t>
        <w:br/>
        <w:t>vt 0.958008 0.910522</w:t>
        <w:br/>
        <w:t>vt 0.965332 0.910583</w:t>
        <w:br/>
        <w:t>vt 0.957520 0.895264</w:t>
        <w:br/>
        <w:t>vt 0.964844 0.895203</w:t>
        <w:br/>
        <w:t>vt 0.958984 0.884399</w:t>
        <w:br/>
        <w:t>vt 0.965332 0.885193</w:t>
        <w:br/>
        <w:t>vt 0.953613 0.894653</w:t>
        <w:br/>
        <w:t>vt 0.950195 0.893921</w:t>
        <w:br/>
        <w:t>vt 0.955078 0.883057</w:t>
        <w:br/>
        <w:t>vt 0.944824 0.892883</w:t>
        <w:br/>
        <w:t>vt 0.949707 0.880737</w:t>
        <w:br/>
        <w:t>vt 0.938965 0.877502</w:t>
        <w:br/>
        <w:t>vt 0.958984 0.865601</w:t>
        <w:br/>
        <w:t>vt 0.964355 0.847412</w:t>
        <w:br/>
        <w:t>vt 0.962402 0.866821</w:t>
        <w:br/>
        <w:t>vt 0.967773 0.848267</w:t>
        <w:br/>
        <w:t>vt 0.967773 0.868164</w:t>
        <w:br/>
        <w:t>vt 0.972168 0.850342</w:t>
        <w:br/>
        <w:t>vt 0.970215 0.868042</w:t>
        <w:br/>
        <w:t>vt 0.974609 0.850830</w:t>
        <w:br/>
        <w:t>vt 0.968750 0.882141</w:t>
        <w:br/>
        <w:t>vt 0.971680 0.868286</w:t>
        <w:br/>
        <w:t>vt 0.974609 0.850830</w:t>
        <w:br/>
        <w:t>vt 0.970215 0.868042</w:t>
        <w:br/>
        <w:t>vt 0.975586 0.850952</w:t>
        <w:br/>
        <w:t>vt 0.969727 0.882629</w:t>
        <w:br/>
        <w:t>vt 0.979492 0.867554</w:t>
        <w:br/>
        <w:t>vt 0.975586 0.850952</w:t>
        <w:br/>
        <w:t>vt 0.971680 0.868286</w:t>
        <w:br/>
        <w:t>vt 0.982910 0.852417</w:t>
        <w:br/>
        <w:t>vt 0.979492 0.867554</w:t>
        <w:br/>
        <w:t>vt 0.983887 0.852905</w:t>
        <w:br/>
        <w:t>vt 0.980469 0.867798</w:t>
        <w:br/>
        <w:t>vt 0.978027 0.877502</w:t>
        <w:br/>
        <w:t>vt 0.978516 0.876282</w:t>
        <w:br/>
        <w:t>vt 0.978027 0.877502</w:t>
        <w:br/>
        <w:t>vt 0.978516 0.876282</w:t>
        <w:br/>
        <w:t>vt 0.993164 0.866455</w:t>
        <w:br/>
        <w:t>vt 0.505371 0.866577</w:t>
        <w:br/>
        <w:t>vt 0.513672 0.859619</w:t>
        <w:br/>
        <w:t>vt 0.503906 0.859619</w:t>
        <w:br/>
        <w:t>vt 0.513184 0.867798</w:t>
        <w:br/>
        <w:t>vt 0.506348 0.871216</w:t>
        <w:br/>
        <w:t>vt 0.525391 0.859619</w:t>
        <w:br/>
        <w:t>vt 0.508301 0.876709</w:t>
        <w:br/>
        <w:t>vt 0.525391 0.868530</w:t>
        <w:br/>
        <w:t>vt 0.513184 0.877014</w:t>
        <w:br/>
        <w:t>vt 0.511230 0.884338</w:t>
        <w:br/>
        <w:t>vt 0.525391 0.875549</w:t>
        <w:br/>
        <w:t>vt 0.513672 0.882996</w:t>
        <w:br/>
        <w:t>vt 0.525391 0.882568</w:t>
        <w:br/>
        <w:t>vt 0.513672 0.888855</w:t>
        <w:br/>
        <w:t>vt 0.510254 0.889160</w:t>
        <w:br/>
        <w:t>vt 0.525391 0.890991</w:t>
        <w:br/>
        <w:t>vt 0.513672 0.897461</w:t>
        <w:br/>
        <w:t>vt 0.508789 0.895752</w:t>
        <w:br/>
        <w:t>vt 0.525391 0.899536</w:t>
        <w:br/>
        <w:t>vt 0.505371 0.904907</w:t>
        <w:br/>
        <w:t>vt 0.514160 0.906067</w:t>
        <w:br/>
        <w:t>vt 0.525391 0.908325</w:t>
        <w:br/>
        <w:t>vt 0.501465 0.915222</w:t>
        <w:br/>
        <w:t>vt 0.514160 0.915771</w:t>
        <w:br/>
        <w:t>vt 0.525391 0.916748</w:t>
        <w:br/>
        <w:t>vt 0.500977 0.923706</w:t>
        <w:br/>
        <w:t>vt 0.514160 0.923706</w:t>
        <w:br/>
        <w:t>vt 0.525391 0.923706</w:t>
        <w:br/>
        <w:t>vt 0.525391 0.930725</w:t>
        <w:br/>
        <w:t>vt 0.514160 0.931702</w:t>
        <w:br/>
        <w:t>vt 0.501465 0.932190</w:t>
        <w:br/>
        <w:t>vt 0.525391 0.939148</w:t>
        <w:br/>
        <w:t>vt 0.514160 0.941345</w:t>
        <w:br/>
        <w:t>vt 0.505371 0.942505</w:t>
        <w:br/>
        <w:t>vt 0.525391 0.947906</w:t>
        <w:br/>
        <w:t>vt 0.513672 0.950012</w:t>
        <w:br/>
        <w:t>vt 0.508789 0.951721</w:t>
        <w:br/>
        <w:t>vt 0.525391 0.956421</w:t>
        <w:br/>
        <w:t>vt 0.510254 0.958344</w:t>
        <w:br/>
        <w:t>vt 0.513672 0.958618</w:t>
        <w:br/>
        <w:t>vt 0.525391 0.964783</w:t>
        <w:br/>
        <w:t>vt 0.510742 0.963196</w:t>
        <w:br/>
        <w:t>vt 0.513672 0.964508</w:t>
        <w:br/>
        <w:t>vt 0.525391 0.971649</w:t>
        <w:br/>
        <w:t>vt 0.513184 0.970551</w:t>
        <w:br/>
        <w:t>vt 0.507812 0.971054</w:t>
        <w:br/>
        <w:t>vt 0.525391 0.978424</w:t>
        <w:br/>
        <w:t>vt 0.513184 0.979935</w:t>
        <w:br/>
        <w:t>vt 0.506348 0.976807</w:t>
        <w:br/>
        <w:t>vt 0.505371 0.981720</w:t>
        <w:br/>
        <w:t>vt 0.525391 0.986465</w:t>
        <w:br/>
        <w:t>vt 0.524414 0.986603</w:t>
        <w:br/>
        <w:t>vt 0.514160 0.988159</w:t>
        <w:br/>
        <w:t>vt 0.524414 0.988800</w:t>
        <w:br/>
        <w:t>vt 0.505371 0.989182</w:t>
        <w:br/>
        <w:t>vt 0.504395 0.989296</w:t>
        <w:br/>
        <w:t>vt 0.514648 0.990494</w:t>
        <w:br/>
        <w:t>vt 0.524414 0.993656</w:t>
        <w:br/>
        <w:t>vt 0.505859 0.991333</w:t>
        <w:br/>
        <w:t>vt 0.514648 0.994827</w:t>
        <w:br/>
        <w:t>vt 0.519531 0.996159</w:t>
        <w:br/>
        <w:t>vt 0.506348 0.995861</w:t>
        <w:br/>
        <w:t>vt 0.510742 0.996862</w:t>
        <w:br/>
        <w:t>vt 0.145874 0.937927</w:t>
        <w:br/>
        <w:t>vt 0.144653 0.936401</w:t>
        <w:br/>
        <w:t>vt 0.144897 0.937378</w:t>
        <w:br/>
        <w:t>vt 0.148804 0.933350</w:t>
        <w:br/>
        <w:t>vt 0.144775 0.929626</w:t>
        <w:br/>
        <w:t>vt 0.149414 0.937805</w:t>
        <w:br/>
        <w:t>vt 0.144653 0.927612</w:t>
        <w:br/>
        <w:t>vt 0.147949 0.927124</w:t>
        <w:br/>
        <w:t>vt 0.151367 0.926697</w:t>
        <w:br/>
        <w:t>vt 0.151733 0.928650</w:t>
        <w:br/>
        <w:t>vt 0.152832 0.937012</w:t>
        <w:br/>
        <w:t>vt 0.153564 0.935181</w:t>
        <w:br/>
        <w:t>vt 0.153564 0.936218</w:t>
        <w:br/>
        <w:t>vt 0.323486 0.178711</w:t>
        <w:br/>
        <w:t>vt 0.322266 0.173828</w:t>
        <w:br/>
        <w:t>vt 0.322266 0.178711</w:t>
        <w:br/>
        <w:t>vt 0.323486 0.173828</w:t>
        <w:br/>
        <w:t>vt 0.322266 0.166992</w:t>
        <w:br/>
        <w:t>vt 0.324707 0.178711</w:t>
        <w:br/>
        <w:t>vt 0.323486 0.173828</w:t>
        <w:br/>
        <w:t>vt 0.323486 0.178711</w:t>
        <w:br/>
        <w:t>vt 0.323486 0.166992</w:t>
        <w:br/>
        <w:t>vt 0.322266 0.161621</w:t>
        <w:br/>
        <w:t>vt 0.324707 0.173828</w:t>
        <w:br/>
        <w:t>vt 0.323486 0.166992</w:t>
        <w:br/>
        <w:t>vt 0.323486 0.161621</w:t>
        <w:br/>
        <w:t>vt 0.322266 0.155762</w:t>
        <w:br/>
        <w:t>vt 0.324707 0.166992</w:t>
        <w:br/>
        <w:t>vt 0.323486 0.161621</w:t>
        <w:br/>
        <w:t>vt 0.324707 0.173828</w:t>
        <w:br/>
        <w:t>vt 0.324707 0.178711</w:t>
        <w:br/>
        <w:t>vt 0.325684 0.173828</w:t>
        <w:br/>
        <w:t>vt 0.325684 0.178711</w:t>
        <w:br/>
        <w:t>vt 0.326904 0.173828</w:t>
        <w:br/>
        <w:t>vt 0.325684 0.178711</w:t>
        <w:br/>
        <w:t>vt 0.326904 0.178711</w:t>
        <w:br/>
        <w:t>vt 0.325684 0.173828</w:t>
        <w:br/>
        <w:t>vt 0.326904 0.166992</w:t>
        <w:br/>
        <w:t>vt 0.325684 0.166992</w:t>
        <w:br/>
        <w:t>vt 0.325684 0.166992</w:t>
        <w:br/>
        <w:t>vt 0.324707 0.166992</w:t>
        <w:br/>
        <w:t>vt 0.326904 0.161621</w:t>
        <w:br/>
        <w:t>vt 0.325684 0.161621</w:t>
        <w:br/>
        <w:t>vt 0.325684 0.161621</w:t>
        <w:br/>
        <w:t>vt 0.326904 0.155762</w:t>
        <w:br/>
        <w:t>vt 0.324707 0.161621</w:t>
        <w:br/>
        <w:t>vt 0.324707 0.161621</w:t>
        <w:br/>
        <w:t>vt 0.325684 0.155762</w:t>
        <w:br/>
        <w:t>vt 0.325684 0.155762</w:t>
        <w:br/>
        <w:t>vt 0.326904 0.149902</w:t>
        <w:br/>
        <w:t>vt 0.323486 0.155762</w:t>
        <w:br/>
        <w:t>vt 0.323486 0.155762</w:t>
        <w:br/>
        <w:t>vt 0.322266 0.149902</w:t>
        <w:br/>
        <w:t>vt 0.324707 0.155762</w:t>
        <w:br/>
        <w:t>vt 0.324707 0.155762</w:t>
        <w:br/>
        <w:t>vt 0.325684 0.149902</w:t>
        <w:br/>
        <w:t>vt 0.325684 0.149902</w:t>
        <w:br/>
        <w:t>vt 0.323486 0.149902</w:t>
        <w:br/>
        <w:t>vt 0.323486 0.149902</w:t>
        <w:br/>
        <w:t>vt 0.324707 0.149902</w:t>
        <w:br/>
        <w:t>vt 0.324707 0.149902</w:t>
        <w:br/>
        <w:t>vt 0.326904 0.149902</w:t>
        <w:br/>
        <w:t>vt 0.325684 0.148438</w:t>
        <w:br/>
        <w:t>vt 0.325684 0.149902</w:t>
        <w:br/>
        <w:t>vt 0.326904 0.148438</w:t>
        <w:br/>
        <w:t>vt 0.324707 0.148438</w:t>
        <w:br/>
        <w:t>vt 0.324707 0.148438</w:t>
        <w:br/>
        <w:t>vt 0.323486 0.149902</w:t>
        <w:br/>
        <w:t>vt 0.324707 0.149902</w:t>
        <w:br/>
        <w:t>vt 0.325684 0.148438</w:t>
        <w:br/>
        <w:t>vt 0.323486 0.148438</w:t>
        <w:br/>
        <w:t>vt 0.323486 0.148438</w:t>
        <w:br/>
        <w:t>vt 0.322266 0.148438</w:t>
        <w:br/>
        <w:t>vt 0.324707 0.147949</w:t>
        <w:br/>
        <w:t>vt 0.324707 0.147949</w:t>
        <w:br/>
        <w:t>vt 0.325684 0.147949</w:t>
        <w:br/>
        <w:t>vt 0.325684 0.147949</w:t>
        <w:br/>
        <w:t>vt 0.326904 0.147949</w:t>
        <w:br/>
        <w:t>vt 0.326904 0.145996</w:t>
        <w:br/>
        <w:t>vt 0.323486 0.147949</w:t>
        <w:br/>
        <w:t>vt 0.323486 0.147949</w:t>
        <w:br/>
        <w:t>vt 0.322266 0.147949</w:t>
        <w:br/>
        <w:t>vt 0.323486 0.147949</w:t>
        <w:br/>
        <w:t>vt 0.322266 0.145996</w:t>
        <w:br/>
        <w:t>vt 0.322266 0.147949</w:t>
        <w:br/>
        <w:t>vt 0.325684 0.145996</w:t>
        <w:br/>
        <w:t>vt 0.325684 0.145996</w:t>
        <w:br/>
        <w:t>vt 0.324707 0.147949</w:t>
        <w:br/>
        <w:t>vt 0.325684 0.147949</w:t>
        <w:br/>
        <w:t>vt 0.326904 0.141602</w:t>
        <w:br/>
        <w:t>vt 0.323486 0.145996</w:t>
        <w:br/>
        <w:t>vt 0.323486 0.145996</w:t>
        <w:br/>
        <w:t>vt 0.322266 0.141602</w:t>
        <w:br/>
        <w:t>vt 0.324707 0.145996</w:t>
        <w:br/>
        <w:t>vt 0.324707 0.145996</w:t>
        <w:br/>
        <w:t>vt 0.323486 0.141602</w:t>
        <w:br/>
        <w:t>vt 0.323486 0.141602</w:t>
        <w:br/>
        <w:t>vt 0.322266 0.135742</w:t>
        <w:br/>
        <w:t>vt 0.325684 0.141602</w:t>
        <w:br/>
        <w:t>vt 0.325684 0.141602</w:t>
        <w:br/>
        <w:t>vt 0.323486 0.135742</w:t>
        <w:br/>
        <w:t>vt 0.323486 0.127441</w:t>
        <w:br/>
        <w:t>vt 0.324707 0.141602</w:t>
        <w:br/>
        <w:t>vt 0.324707 0.141602</w:t>
        <w:br/>
        <w:t>vt 0.323486 0.135742</w:t>
        <w:br/>
        <w:t>vt 0.324707 0.135742</w:t>
        <w:br/>
        <w:t>vt 0.323486 0.127441</w:t>
        <w:br/>
        <w:t>vt 0.325684 0.135742</w:t>
        <w:br/>
        <w:t>vt 0.325684 0.135742</w:t>
        <w:br/>
        <w:t>vt 0.324707 0.135742</w:t>
        <w:br/>
        <w:t>vt 0.326904 0.135742</w:t>
        <w:br/>
        <w:t>vt 0.326904 0.127441</w:t>
        <w:br/>
        <w:t>vt 0.325684 0.127441</w:t>
        <w:br/>
        <w:t>vt 0.325684 0.127441</w:t>
        <w:br/>
        <w:t>vt 0.326904 0.123535</w:t>
        <w:br/>
        <w:t>vt 0.324707 0.127441</w:t>
        <w:br/>
        <w:t>vt 0.324707 0.127441</w:t>
        <w:br/>
        <w:t>vt 0.325684 0.123535</w:t>
        <w:br/>
        <w:t>vt 0.326904 0.117676</w:t>
        <w:br/>
        <w:t>vt 0.322266 0.127441</w:t>
        <w:br/>
        <w:t>vt 0.325684 0.117676</w:t>
        <w:br/>
        <w:t>vt 0.326904 0.110352</w:t>
        <w:br/>
        <w:t>vt 0.323486 0.123535</w:t>
        <w:br/>
        <w:t>vt 0.323486 0.123535</w:t>
        <w:br/>
        <w:t>vt 0.322266 0.123535</w:t>
        <w:br/>
        <w:t>vt 0.324707 0.123535</w:t>
        <w:br/>
        <w:t>vt 0.324707 0.123535</w:t>
        <w:br/>
        <w:t>vt 0.325684 0.123535</w:t>
        <w:br/>
        <w:t>vt 0.323486 0.117676</w:t>
        <w:br/>
        <w:t>vt 0.323486 0.117676</w:t>
        <w:br/>
        <w:t>vt 0.322266 0.117676</w:t>
        <w:br/>
        <w:t>vt 0.324707 0.117676</w:t>
        <w:br/>
        <w:t>vt 0.324707 0.117676</w:t>
        <w:br/>
        <w:t>vt 0.325684 0.117676</w:t>
        <w:br/>
        <w:t>vt 0.323486 0.110352</w:t>
        <w:br/>
        <w:t>vt 0.323486 0.110352</w:t>
        <w:br/>
        <w:t>vt 0.322266 0.110352</w:t>
        <w:br/>
        <w:t>vt 0.324707 0.110352</w:t>
        <w:br/>
        <w:t>vt 0.324707 0.110352</w:t>
        <w:br/>
        <w:t>vt 0.323486 0.105957</w:t>
        <w:br/>
        <w:t>vt 0.323486 0.105957</w:t>
        <w:br/>
        <w:t>vt 0.322266 0.105957</w:t>
        <w:br/>
        <w:t>vt 0.325684 0.110352</w:t>
        <w:br/>
        <w:t>vt 0.325684 0.110352</w:t>
        <w:br/>
        <w:t>vt 0.326904 0.105957</w:t>
        <w:br/>
        <w:t>vt 0.322266 0.101562</w:t>
        <w:br/>
        <w:t>vt 0.323486 0.101562</w:t>
        <w:br/>
        <w:t>vt 0.325684 0.105957</w:t>
        <w:br/>
        <w:t>vt 0.326904 0.101562</w:t>
        <w:br/>
        <w:t>vt 0.325684 0.101562</w:t>
        <w:br/>
        <w:t>vt 0.324707 0.101562</w:t>
        <w:br/>
        <w:t>vt 0.325684 0.105957</w:t>
        <w:br/>
        <w:t>vt 0.325684 0.101562</w:t>
        <w:br/>
        <w:t>vt 0.324707 0.105957</w:t>
        <w:br/>
        <w:t>vt 0.323486 0.101562</w:t>
        <w:br/>
        <w:t>vt 0.324707 0.105957</w:t>
        <w:br/>
        <w:t>vt 0.324707 0.101562</w:t>
        <w:br/>
        <w:t>vt 0.477539 0.917664</w:t>
        <w:br/>
        <w:t>vt 0.477539 0.912231</w:t>
        <w:br/>
        <w:t>vt 0.475098 0.917664</w:t>
        <w:br/>
        <w:t>vt 0.475098 0.912231</w:t>
        <w:br/>
        <w:t>vt 0.477539 0.909424</w:t>
        <w:br/>
        <w:t>vt 0.475098 0.912231</w:t>
        <w:br/>
        <w:t>vt 0.473633 0.917664</w:t>
        <w:br/>
        <w:t>vt 0.475098 0.917664</w:t>
        <w:br/>
        <w:t>vt 0.475098 0.909424</w:t>
        <w:br/>
        <w:t>vt 0.475098 0.902527</w:t>
        <w:br/>
        <w:t>vt 0.473633 0.912231</w:t>
        <w:br/>
        <w:t>vt 0.477539 0.902527</w:t>
        <w:br/>
        <w:t>vt 0.477539 0.899719</w:t>
        <w:br/>
        <w:t>vt 0.473633 0.909424</w:t>
        <w:br/>
        <w:t>vt 0.475098 0.909424</w:t>
        <w:br/>
        <w:t>vt 0.473633 0.902527</w:t>
        <w:br/>
        <w:t>vt 0.475098 0.902527</w:t>
        <w:br/>
        <w:t>vt 0.473633 0.912231</w:t>
        <w:br/>
        <w:t>vt 0.473633 0.909424</w:t>
        <w:br/>
        <w:t>vt 0.470947 0.906616</w:t>
        <w:br/>
        <w:t>vt 0.473633 0.902527</w:t>
        <w:br/>
        <w:t>vt 0.473633 0.917664</w:t>
        <w:br/>
        <w:t>vt 0.470947 0.910645</w:t>
        <w:br/>
        <w:t>vt 0.470947 0.916077</w:t>
        <w:br/>
        <w:t>vt 0.468506 0.912231</w:t>
        <w:br/>
        <w:t>vt 0.468506 0.917664</w:t>
        <w:br/>
        <w:t>vt 0.468506 0.909424</w:t>
        <w:br/>
        <w:t>vt 0.468506 0.917664</w:t>
        <w:br/>
        <w:t>vt 0.468506 0.912231</w:t>
        <w:br/>
        <w:t>vt 0.467041 0.912231</w:t>
        <w:br/>
        <w:t>vt 0.468506 0.909424</w:t>
        <w:br/>
        <w:t>vt 0.467041 0.917664</w:t>
        <w:br/>
        <w:t>vt 0.467041 0.917664</w:t>
        <w:br/>
        <w:t>vt 0.467041 0.912231</w:t>
        <w:br/>
        <w:t>vt 0.464355 0.917664</w:t>
        <w:br/>
        <w:t>vt 0.464355 0.912231</w:t>
        <w:br/>
        <w:t>vt 0.467041 0.909424</w:t>
        <w:br/>
        <w:t>vt 0.467041 0.909424</w:t>
        <w:br/>
        <w:t>vt 0.464355 0.909424</w:t>
        <w:br/>
        <w:t>vt 0.464355 0.902527</w:t>
        <w:br/>
        <w:t>vt 0.470947 0.900940</w:t>
        <w:br/>
        <w:t>vt 0.468506 0.902527</w:t>
        <w:br/>
        <w:t>vt 0.468506 0.902527</w:t>
        <w:br/>
        <w:t>vt 0.467041 0.902527</w:t>
        <w:br/>
        <w:t>vt 0.467041 0.902527</w:t>
        <w:br/>
        <w:t>vt 0.467041 0.899719</w:t>
        <w:br/>
        <w:t>vt 0.467041 0.899719</w:t>
        <w:br/>
        <w:t>vt 0.464355 0.899719</w:t>
        <w:br/>
        <w:t>vt 0.464355 0.893066</w:t>
        <w:br/>
        <w:t>vt 0.468506 0.899719</w:t>
        <w:br/>
        <w:t>vt 0.468506 0.899719</w:t>
        <w:br/>
        <w:t>vt 0.467041 0.893066</w:t>
        <w:br/>
        <w:t>vt 0.464355 0.890320</w:t>
        <w:br/>
        <w:t>vt 0.467041 0.893066</w:t>
        <w:br/>
        <w:t>vt 0.470947 0.896973</w:t>
        <w:br/>
        <w:t>vt 0.468506 0.893066</w:t>
        <w:br/>
        <w:t>vt 0.473633 0.899719</w:t>
        <w:br/>
        <w:t>vt 0.470947 0.891479</w:t>
        <w:br/>
        <w:t>vt 0.468506 0.893066</w:t>
        <w:br/>
        <w:t>vt 0.473633 0.893066</w:t>
        <w:br/>
        <w:t>vt 0.475098 0.899719</w:t>
        <w:br/>
        <w:t>vt 0.473633 0.899719</w:t>
        <w:br/>
        <w:t>vt 0.475098 0.899719</w:t>
        <w:br/>
        <w:t>vt 0.475098 0.893066</w:t>
        <w:br/>
        <w:t>vt 0.475098 0.893066</w:t>
        <w:br/>
        <w:t>vt 0.473633 0.893066</w:t>
        <w:br/>
        <w:t>vt 0.477539 0.893066</w:t>
        <w:br/>
        <w:t>vt 0.473633 0.890320</w:t>
        <w:br/>
        <w:t>vt 0.473633 0.890320</w:t>
        <w:br/>
        <w:t>vt 0.475098 0.890320</w:t>
        <w:br/>
        <w:t>vt 0.475098 0.890320</w:t>
        <w:br/>
        <w:t>vt 0.477539 0.890320</w:t>
        <w:br/>
        <w:t>vt 0.475098 0.883667</w:t>
        <w:br/>
        <w:t>vt 0.475098 0.883667</w:t>
        <w:br/>
        <w:t>vt 0.473633 0.883667</w:t>
        <w:br/>
        <w:t>vt 0.475098 0.882080</w:t>
        <w:br/>
        <w:t>vt 0.473633 0.882080</w:t>
        <w:br/>
        <w:t>vt 0.473633 0.882080</w:t>
        <w:br/>
        <w:t>vt 0.470947 0.882080</w:t>
        <w:br/>
        <w:t>vt 0.473633 0.883667</w:t>
        <w:br/>
        <w:t>vt 0.470947 0.880554</w:t>
        <w:br/>
        <w:t>vt 0.470947 0.887573</w:t>
        <w:br/>
        <w:t>vt 0.468506 0.883667</w:t>
        <w:br/>
        <w:t>vt 0.468506 0.882080</w:t>
        <w:br/>
        <w:t>vt 0.467041 0.882080</w:t>
        <w:br/>
        <w:t>vt 0.468506 0.883667</w:t>
        <w:br/>
        <w:t>vt 0.468506 0.882080</w:t>
        <w:br/>
        <w:t>vt 0.468506 0.890320</w:t>
        <w:br/>
        <w:t>vt 0.468506 0.890320</w:t>
        <w:br/>
        <w:t>vt 0.467041 0.890320</w:t>
        <w:br/>
        <w:t>vt 0.467041 0.890320</w:t>
        <w:br/>
        <w:t>vt 0.467041 0.883667</w:t>
        <w:br/>
        <w:t>vt 0.467041 0.883667</w:t>
        <w:br/>
        <w:t>vt 0.464355 0.882080</w:t>
        <w:br/>
        <w:t>vt 0.467041 0.882080</w:t>
        <w:br/>
        <w:t>vt 0.464355 0.883667</w:t>
        <w:br/>
        <w:t>vt 0.477539 0.917664</w:t>
        <w:br/>
        <w:t>vt 0.477539 0.912231</w:t>
        <w:br/>
        <w:t>vt 0.475098 0.917664</w:t>
        <w:br/>
        <w:t>vt 0.475098 0.912231</w:t>
        <w:br/>
        <w:t>vt 0.477539 0.909424</w:t>
        <w:br/>
        <w:t>vt 0.475098 0.912231</w:t>
        <w:br/>
        <w:t>vt 0.473633 0.917664</w:t>
        <w:br/>
        <w:t>vt 0.475098 0.917664</w:t>
        <w:br/>
        <w:t>vt 0.475098 0.909424</w:t>
        <w:br/>
        <w:t>vt 0.475098 0.902527</w:t>
        <w:br/>
        <w:t>vt 0.473633 0.912231</w:t>
        <w:br/>
        <w:t>vt 0.477539 0.902527</w:t>
        <w:br/>
        <w:t>vt 0.477539 0.899719</w:t>
        <w:br/>
        <w:t>vt 0.473633 0.909424</w:t>
        <w:br/>
        <w:t>vt 0.475098 0.909424</w:t>
        <w:br/>
        <w:t>vt 0.473633 0.902527</w:t>
        <w:br/>
        <w:t>vt 0.475098 0.902527</w:t>
        <w:br/>
        <w:t>vt 0.473633 0.912231</w:t>
        <w:br/>
        <w:t>vt 0.473633 0.909424</w:t>
        <w:br/>
        <w:t>vt 0.470947 0.906616</w:t>
        <w:br/>
        <w:t>vt 0.473633 0.902527</w:t>
        <w:br/>
        <w:t>vt 0.473633 0.917664</w:t>
        <w:br/>
        <w:t>vt 0.470947 0.910645</w:t>
        <w:br/>
        <w:t>vt 0.470947 0.916077</w:t>
        <w:br/>
        <w:t>vt 0.468506 0.912231</w:t>
        <w:br/>
        <w:t>vt 0.468506 0.917664</w:t>
        <w:br/>
        <w:t>vt 0.468506 0.909424</w:t>
        <w:br/>
        <w:t>vt 0.468506 0.917664</w:t>
        <w:br/>
        <w:t>vt 0.468506 0.912231</w:t>
        <w:br/>
        <w:t>vt 0.467041 0.912231</w:t>
        <w:br/>
        <w:t>vt 0.468506 0.909424</w:t>
        <w:br/>
        <w:t>vt 0.467041 0.917664</w:t>
        <w:br/>
        <w:t>vt 0.467041 0.917664</w:t>
        <w:br/>
        <w:t>vt 0.467041 0.912231</w:t>
        <w:br/>
        <w:t>vt 0.464355 0.917664</w:t>
        <w:br/>
        <w:t>vt 0.464355 0.912231</w:t>
        <w:br/>
        <w:t>vt 0.467041 0.909424</w:t>
        <w:br/>
        <w:t>vt 0.467041 0.909424</w:t>
        <w:br/>
        <w:t>vt 0.464355 0.909424</w:t>
        <w:br/>
        <w:t>vt 0.464355 0.902527</w:t>
        <w:br/>
        <w:t>vt 0.470947 0.900940</w:t>
        <w:br/>
        <w:t>vt 0.468506 0.902527</w:t>
        <w:br/>
        <w:t>vt 0.468506 0.902527</w:t>
        <w:br/>
        <w:t>vt 0.467041 0.902527</w:t>
        <w:br/>
        <w:t>vt 0.467041 0.902527</w:t>
        <w:br/>
        <w:t>vt 0.467041 0.899719</w:t>
        <w:br/>
        <w:t>vt 0.467041 0.899719</w:t>
        <w:br/>
        <w:t>vt 0.464355 0.899719</w:t>
        <w:br/>
        <w:t>vt 0.464355 0.893066</w:t>
        <w:br/>
        <w:t>vt 0.468506 0.899719</w:t>
        <w:br/>
        <w:t>vt 0.468506 0.899719</w:t>
        <w:br/>
        <w:t>vt 0.467041 0.893066</w:t>
        <w:br/>
        <w:t>vt 0.464355 0.890320</w:t>
        <w:br/>
        <w:t>vt 0.467041 0.893066</w:t>
        <w:br/>
        <w:t>vt 0.470947 0.896973</w:t>
        <w:br/>
        <w:t>vt 0.468506 0.893066</w:t>
        <w:br/>
        <w:t>vt 0.473633 0.899719</w:t>
        <w:br/>
        <w:t>vt 0.470947 0.891479</w:t>
        <w:br/>
        <w:t>vt 0.468506 0.893066</w:t>
        <w:br/>
        <w:t>vt 0.473633 0.893066</w:t>
        <w:br/>
        <w:t>vt 0.475098 0.899719</w:t>
        <w:br/>
        <w:t>vt 0.473633 0.899719</w:t>
        <w:br/>
        <w:t>vt 0.475098 0.899719</w:t>
        <w:br/>
        <w:t>vt 0.475098 0.893066</w:t>
        <w:br/>
        <w:t>vt 0.475098 0.893066</w:t>
        <w:br/>
        <w:t>vt 0.473633 0.893066</w:t>
        <w:br/>
        <w:t>vt 0.477539 0.893066</w:t>
        <w:br/>
        <w:t>vt 0.473633 0.890320</w:t>
        <w:br/>
        <w:t>vt 0.473633 0.890320</w:t>
        <w:br/>
        <w:t>vt 0.475098 0.890320</w:t>
        <w:br/>
        <w:t>vt 0.475098 0.890320</w:t>
        <w:br/>
        <w:t>vt 0.477539 0.890320</w:t>
        <w:br/>
        <w:t>vt 0.475098 0.883667</w:t>
        <w:br/>
        <w:t>vt 0.475098 0.883667</w:t>
        <w:br/>
        <w:t>vt 0.473633 0.883667</w:t>
        <w:br/>
        <w:t>vt 0.475098 0.882080</w:t>
        <w:br/>
        <w:t>vt 0.473633 0.882080</w:t>
        <w:br/>
        <w:t>vt 0.473633 0.882080</w:t>
        <w:br/>
        <w:t>vt 0.470947 0.882080</w:t>
        <w:br/>
        <w:t>vt 0.473633 0.883667</w:t>
        <w:br/>
        <w:t>vt 0.470947 0.880554</w:t>
        <w:br/>
        <w:t>vt 0.470947 0.887573</w:t>
        <w:br/>
        <w:t>vt 0.468506 0.883667</w:t>
        <w:br/>
        <w:t>vt 0.468506 0.882080</w:t>
        <w:br/>
        <w:t>vt 0.467041 0.882080</w:t>
        <w:br/>
        <w:t>vt 0.468506 0.883667</w:t>
        <w:br/>
        <w:t>vt 0.468506 0.882080</w:t>
        <w:br/>
        <w:t>vt 0.468506 0.890320</w:t>
        <w:br/>
        <w:t>vt 0.468506 0.890320</w:t>
        <w:br/>
        <w:t>vt 0.467041 0.890320</w:t>
        <w:br/>
        <w:t>vt 0.467041 0.890320</w:t>
        <w:br/>
        <w:t>vt 0.467041 0.883667</w:t>
        <w:br/>
        <w:t>vt 0.467041 0.883667</w:t>
        <w:br/>
        <w:t>vt 0.464355 0.882080</w:t>
        <w:br/>
        <w:t>vt 0.467041 0.882080</w:t>
        <w:br/>
        <w:t>vt 0.464355 0.883667</w:t>
        <w:br/>
        <w:t>vt 0.188721 0.953064</w:t>
        <w:br/>
        <w:t>vt 0.168213 0.928223</w:t>
        <w:br/>
        <w:t>vt 0.171509 0.924133</w:t>
        <w:br/>
        <w:t>vt 0.183960 0.954376</w:t>
        <w:br/>
        <w:t>vt 0.166260 0.946899</w:t>
        <w:br/>
        <w:t>vt 0.168213 0.928223</w:t>
        <w:br/>
        <w:t>vt 0.183960 0.954376</w:t>
        <w:br/>
        <w:t>vt 0.188965 0.955780</w:t>
        <w:br/>
        <w:t>vt 0.179321 0.964874</w:t>
        <w:br/>
        <w:t>vt 0.184082 0.956146</w:t>
        <w:br/>
        <w:t>vt 0.184082 0.956146</w:t>
        <w:br/>
        <w:t>vt 0.184448 0.965912</w:t>
        <w:br/>
        <w:t>vt 0.179321 0.964874</w:t>
        <w:br/>
        <w:t>vt 0.166260 0.946899</w:t>
        <w:br/>
        <w:t>vt 0.179321 0.964874</w:t>
        <w:br/>
        <w:t>vt 0.164429 0.949310</w:t>
        <w:br/>
        <w:t>vt 0.184326 0.966675</w:t>
        <w:br/>
        <w:t>vt 0.184448 0.965912</w:t>
        <w:br/>
        <w:t>vt 0.176758 0.966064</w:t>
        <w:br/>
        <w:t>vt 0.176758 0.966064</w:t>
        <w:br/>
        <w:t>vt 0.163696 0.961517</w:t>
        <w:br/>
        <w:t>vt 0.164429 0.949310</w:t>
        <w:br/>
        <w:t>vt 0.184326 0.968262</w:t>
        <w:br/>
        <w:t>vt 0.168945 0.968506</w:t>
        <w:br/>
        <w:t>vt 0.168945 0.968506</w:t>
        <w:br/>
        <w:t>vt 0.161865 0.963531</w:t>
        <w:br/>
        <w:t>vt 0.163696 0.961517</w:t>
        <w:br/>
        <w:t>vt 0.176758 0.967255</w:t>
        <w:br/>
        <w:t>vt 0.176758 0.967255</w:t>
        <w:br/>
        <w:t>vt 0.173584 0.995625</w:t>
        <w:br/>
        <w:t>vt 0.167236 0.990189</w:t>
        <w:br/>
        <w:t>vt 0.165161 0.978455</w:t>
        <w:br/>
        <w:t>vt 0.167236 0.990189</w:t>
        <w:br/>
        <w:t>vt 0.168945 0.969086</w:t>
        <w:br/>
        <w:t>vt 0.168945 0.969086</w:t>
        <w:br/>
        <w:t>vt 0.165161 0.978455</w:t>
        <w:br/>
        <w:t>vt 0.163086 0.976791</w:t>
        <w:br/>
        <w:t>vt 0.166382 0.968887</w:t>
        <w:br/>
        <w:t>vt 0.166504 0.969269</w:t>
        <w:br/>
        <w:t>vt 0.163086 0.976791</w:t>
        <w:br/>
        <w:t>vt 0.161865 0.963531</w:t>
        <w:br/>
        <w:t>vt 0.166504 0.969269</w:t>
        <w:br/>
        <w:t>vt 0.166382 0.968887</w:t>
        <w:br/>
        <w:t>vt 0.168213 0.928223</w:t>
        <w:br/>
        <w:t>vt 0.188721 0.953064</w:t>
        <w:br/>
        <w:t>vt 0.171509 0.924133</w:t>
        <w:br/>
        <w:t>vt 0.183960 0.954376</w:t>
        <w:br/>
        <w:t>vt 0.188965 0.955780</w:t>
        <w:br/>
        <w:t>vt 0.166260 0.946899</w:t>
        <w:br/>
        <w:t>vt 0.183960 0.954376</w:t>
        <w:br/>
        <w:t>vt 0.168213 0.928223</w:t>
        <w:br/>
        <w:t>vt 0.184082 0.956146</w:t>
        <w:br/>
        <w:t>vt 0.184448 0.965912</w:t>
        <w:br/>
        <w:t>vt 0.179321 0.964874</w:t>
        <w:br/>
        <w:t>vt 0.184082 0.956146</w:t>
        <w:br/>
        <w:t>vt 0.179321 0.964874</w:t>
        <w:br/>
        <w:t>vt 0.179321 0.964874</w:t>
        <w:br/>
        <w:t>vt 0.166260 0.946899</w:t>
        <w:br/>
        <w:t>vt 0.164429 0.949310</w:t>
        <w:br/>
        <w:t>vt 0.184448 0.965912</w:t>
        <w:br/>
        <w:t>vt 0.184326 0.966675</w:t>
        <w:br/>
        <w:t>vt 0.176758 0.966064</w:t>
        <w:br/>
        <w:t>vt 0.163696 0.961517</w:t>
        <w:br/>
        <w:t>vt 0.176758 0.966064</w:t>
        <w:br/>
        <w:t>vt 0.164429 0.949310</w:t>
        <w:br/>
        <w:t>vt 0.184326 0.968262</w:t>
        <w:br/>
        <w:t>vt 0.168945 0.968506</w:t>
        <w:br/>
        <w:t>vt 0.161865 0.963531</w:t>
        <w:br/>
        <w:t>vt 0.168945 0.968506</w:t>
        <w:br/>
        <w:t>vt 0.163696 0.961517</w:t>
        <w:br/>
        <w:t>vt 0.176758 0.967255</w:t>
        <w:br/>
        <w:t>vt 0.176758 0.967255</w:t>
        <w:br/>
        <w:t>vt 0.173584 0.995625</w:t>
        <w:br/>
        <w:t>vt 0.167236 0.990189</w:t>
        <w:br/>
        <w:t>vt 0.165161 0.978455</w:t>
        <w:br/>
        <w:t>vt 0.167236 0.990189</w:t>
        <w:br/>
        <w:t>vt 0.168945 0.969086</w:t>
        <w:br/>
        <w:t>vt 0.165161 0.978455</w:t>
        <w:br/>
        <w:t>vt 0.168945 0.969086</w:t>
        <w:br/>
        <w:t>vt 0.163086 0.976791</w:t>
        <w:br/>
        <w:t>vt 0.166382 0.968887</w:t>
        <w:br/>
        <w:t>vt 0.166504 0.969269</w:t>
        <w:br/>
        <w:t>vt 0.163086 0.976791</w:t>
        <w:br/>
        <w:t>vt 0.166504 0.969269</w:t>
        <w:br/>
        <w:t>vt 0.161865 0.963531</w:t>
        <w:br/>
        <w:t>vt 0.166382 0.968887</w:t>
        <w:br/>
        <w:t>vt 0.152466 0.950775</w:t>
        <w:br/>
        <w:t>vt 0.157593 0.938904</w:t>
        <w:br/>
        <w:t>vt 0.159546 0.940521</w:t>
        <w:br/>
        <w:t>vt 0.150024 0.950378</w:t>
        <w:br/>
        <w:t>vt 0.153564 0.966125</w:t>
        <w:br/>
        <w:t>vt 0.161621 0.929321</w:t>
        <w:br/>
        <w:t>vt 0.164062 0.928772</w:t>
        <w:br/>
        <w:t>vt 0.156250 0.920044</w:t>
        <w:br/>
        <w:t>vt 0.154419 0.921875</w:t>
        <w:br/>
        <w:t>vt 0.145874 0.916199</w:t>
        <w:br/>
        <w:t>vt 0.148315 0.915039</w:t>
        <w:br/>
        <w:t>vt 0.142700 0.900696</w:t>
        <w:br/>
        <w:t>vt 0.132080 0.904358</w:t>
        <w:br/>
        <w:t>vt 0.137695 0.888794</w:t>
        <w:br/>
        <w:t>vt 0.136719 0.912964</w:t>
        <w:br/>
        <w:t>vt 0.138916 0.918030</w:t>
        <w:br/>
        <w:t>vt 0.119568 0.893921</w:t>
        <w:br/>
        <w:t>vt 0.126221 0.914246</w:t>
        <w:br/>
        <w:t>vt 0.127808 0.920532</w:t>
        <w:br/>
        <w:t>vt 0.125000 0.906677</w:t>
        <w:br/>
        <w:t>vt 0.107666 0.921082</w:t>
        <w:br/>
        <w:t>vt 0.112732 0.905334</w:t>
        <w:br/>
        <w:t>vt 0.105042 0.905579</w:t>
        <w:br/>
        <w:t>vt 0.102844 0.892456</w:t>
        <w:br/>
        <w:t>vt 0.080750 0.908386</w:t>
        <w:br/>
        <w:t>vt 0.117737 0.876953</w:t>
        <w:br/>
        <w:t>vt 0.132935 0.874146</w:t>
        <w:br/>
        <w:t>vt 0.100586 0.877258</w:t>
        <w:br/>
        <w:t>vt 0.117615 0.868408</w:t>
        <w:br/>
        <w:t>vt 0.130127 0.865356</w:t>
        <w:br/>
        <w:t>vt 0.099548 0.866699</w:t>
        <w:br/>
        <w:t>vt 0.116577 0.858154</w:t>
        <w:br/>
        <w:t>vt 0.130005 0.863770</w:t>
        <w:br/>
        <w:t>vt 0.117371 0.856689</w:t>
        <w:br/>
        <w:t>vt 0.099915 0.847656</w:t>
        <w:br/>
        <w:t>vt 0.099243 0.850098</w:t>
        <w:br/>
        <w:t>vt 0.099243 0.850098</w:t>
        <w:br/>
        <w:t>vt 0.098694 0.860107</w:t>
        <w:br/>
        <w:t>vt 0.074585 0.850464</w:t>
        <w:br/>
        <w:t>vt 0.075562 0.839722</w:t>
        <w:br/>
        <w:t>vt 0.075562 0.839722</w:t>
        <w:br/>
        <w:t>vt 0.077087 0.838013</w:t>
        <w:br/>
        <w:t>vt 0.051300 0.825928</w:t>
        <w:br/>
        <w:t>vt 0.073669 0.862671</w:t>
        <w:br/>
        <w:t>vt 0.048828 0.838501</w:t>
        <w:br/>
        <w:t>vt 0.050232 0.828125</w:t>
        <w:br/>
        <w:t>vt 0.050232 0.828125</w:t>
        <w:br/>
        <w:t>vt 0.031433 0.817871</w:t>
        <w:br/>
        <w:t>vt 0.075745 0.877075</w:t>
        <w:br/>
        <w:t>vt 0.031342 0.820190</w:t>
        <w:br/>
        <w:t>vt 0.017853 0.813354</w:t>
        <w:br/>
        <w:t>vt 0.030075 0.831543</w:t>
        <w:br/>
        <w:t>vt 0.031342 0.820190</w:t>
        <w:br/>
        <w:t>vt 0.048676 0.856323</w:t>
        <w:br/>
        <w:t>vt 0.016296 0.815430</w:t>
        <w:br/>
        <w:t>vt 0.004326 0.809448</w:t>
        <w:br/>
        <w:t>vt 0.004326 0.812500</w:t>
        <w:br/>
        <w:t>vt 0.016296 0.815430</w:t>
        <w:br/>
        <w:t>vt 0.004326 0.823730</w:t>
        <w:br/>
        <w:t>vt 0.004326 0.812500</w:t>
        <w:br/>
        <w:t>vt 0.016785 0.826904</w:t>
        <w:br/>
        <w:t>vt 0.017029 0.836670</w:t>
        <w:br/>
        <w:t>vt 0.030762 0.850708</w:t>
        <w:br/>
        <w:t>vt 0.017151 0.843994</w:t>
        <w:br/>
        <w:t>vt 0.004326 0.839478</w:t>
        <w:br/>
        <w:t>vt 0.017517 0.850708</w:t>
        <w:br/>
        <w:t>vt 0.004326 0.852661</w:t>
        <w:br/>
        <w:t>vt 0.048187 0.870361</w:t>
        <w:br/>
        <w:t>vt 0.030273 0.871216</w:t>
        <w:br/>
        <w:t>vt 0.017258 0.861694</w:t>
        <w:br/>
        <w:t>vt 0.017563 0.872070</w:t>
        <w:br/>
        <w:t>vt 0.004326 0.871826</w:t>
        <w:br/>
        <w:t>vt 0.050812 0.883606</w:t>
        <w:br/>
        <w:t>vt 0.017883 0.877258</w:t>
        <w:br/>
        <w:t>vt 0.079224 0.893005</w:t>
        <w:br/>
        <w:t>vt 0.030792 0.884155</w:t>
        <w:br/>
        <w:t>vt 0.052185 0.894531</w:t>
        <w:br/>
        <w:t>vt 0.008377 0.892822</w:t>
        <w:br/>
        <w:t>vt 0.004326 0.893127</w:t>
        <w:br/>
        <w:t>vt 0.019180 0.892944</w:t>
        <w:br/>
        <w:t>vt 0.010178 0.913940</w:t>
        <w:br/>
        <w:t>vt 0.004326 0.913818</w:t>
        <w:br/>
        <w:t>vt 0.031204 0.893738</w:t>
        <w:br/>
        <w:t>vt 0.021454 0.913391</w:t>
        <w:br/>
        <w:t>vt 0.033844 0.911926</w:t>
        <w:br/>
        <w:t>vt 0.054382 0.910522</w:t>
        <w:br/>
        <w:t>vt 0.055542 0.925415</w:t>
        <w:br/>
        <w:t>vt 0.035522 0.929199</w:t>
        <w:br/>
        <w:t>vt 0.022278 0.931396</w:t>
        <w:br/>
        <w:t>vt 0.011551 0.932373</w:t>
        <w:br/>
        <w:t>vt 0.004326 0.932739</w:t>
        <w:br/>
        <w:t>vt 0.036377 0.942932</w:t>
        <w:br/>
        <w:t>vt 0.012138 0.946472</w:t>
        <w:br/>
        <w:t>vt 0.004326 0.947021</w:t>
        <w:br/>
        <w:t>vt 0.023636 0.945190</w:t>
        <w:br/>
        <w:t>vt 0.013390 0.964020</w:t>
        <w:br/>
        <w:t>vt 0.004326 0.965027</w:t>
        <w:br/>
        <w:t>vt 0.025253 0.962006</w:t>
        <w:br/>
        <w:t>vt 0.015503 0.979752</w:t>
        <w:br/>
        <w:t>vt 0.004326 0.982071</w:t>
        <w:br/>
        <w:t>vt 0.037170 0.959229</w:t>
        <w:br/>
        <w:t>vt 0.026993 0.976196</w:t>
        <w:br/>
        <w:t>vt 0.016083 0.983246</w:t>
        <w:br/>
        <w:t>vt 0.004326 0.990471</w:t>
        <w:br/>
        <w:t>vt 0.039459 0.972412</w:t>
        <w:br/>
        <w:t>vt 0.017441 0.992279</w:t>
        <w:br/>
        <w:t>vt 0.004326 0.996372</w:t>
        <w:br/>
        <w:t>vt 0.019012 0.996372</w:t>
        <w:br/>
        <w:t>vt 0.028961 0.983109</w:t>
        <w:br/>
        <w:t>vt 0.031769 0.992439</w:t>
        <w:br/>
        <w:t>vt 0.032898 0.996372</w:t>
        <w:br/>
        <w:t>vt 0.041534 0.983109</w:t>
        <w:br/>
        <w:t>vt 0.044403 0.992233</w:t>
        <w:br/>
        <w:t>vt 0.044403 0.992233</w:t>
        <w:br/>
        <w:t>vt 0.045624 0.996372</w:t>
        <w:br/>
        <w:t>vt 0.063171 0.965881</w:t>
        <w:br/>
        <w:t>vt 0.071838 0.992794</w:t>
        <w:br/>
        <w:t>vt 0.072205 0.996372</w:t>
        <w:br/>
        <w:t>vt 0.067200 0.980362</w:t>
        <w:br/>
        <w:t>vt 0.098328 0.992275</w:t>
        <w:br/>
        <w:t>vt 0.098389 0.996372</w:t>
        <w:br/>
        <w:t>vt 0.070190 0.987518</w:t>
        <w:br/>
        <w:t>vt 0.097229 0.987206</w:t>
        <w:br/>
        <w:t>vt 0.098328 0.992275</w:t>
        <w:br/>
        <w:t>vt 0.094971 0.976959</w:t>
        <w:br/>
        <w:t>vt 0.106506 0.986656</w:t>
        <w:br/>
        <w:t>vt 0.121643 0.992908</w:t>
        <w:br/>
        <w:t>vt 0.121643 0.992908</w:t>
        <w:br/>
        <w:t>vt 0.122437 0.996372</w:t>
        <w:br/>
        <w:t>vt 0.119568 0.984474</w:t>
        <w:br/>
        <w:t>vt 0.135132 0.992535</w:t>
        <w:br/>
        <w:t>vt 0.135132 0.992535</w:t>
        <w:br/>
        <w:t>vt 0.135254 0.996372</w:t>
        <w:br/>
        <w:t>vt 0.142090 0.996372</w:t>
        <w:br/>
        <w:t>vt 0.117249 0.971237</w:t>
        <w:br/>
        <w:t>vt 0.127686 0.983154</w:t>
        <w:br/>
        <w:t>vt 0.142456 0.991859</w:t>
        <w:br/>
        <w:t>vt 0.142456 0.991859</w:t>
        <w:br/>
        <w:t>vt 0.155029 0.996372</w:t>
        <w:br/>
        <w:t>vt 0.155151 0.993011</w:t>
        <w:br/>
        <w:t>vt 0.139282 0.981537</w:t>
        <w:br/>
        <w:t>vt 0.155640 0.981674</w:t>
        <w:br/>
        <w:t>vt 0.136230 0.968475</w:t>
        <w:br/>
        <w:t>vt 0.133057 0.954834</w:t>
        <w:br/>
        <w:t>vt 0.114075 0.962555</w:t>
        <w:br/>
        <w:t>vt 0.091980 0.969345</w:t>
        <w:br/>
        <w:t>vt 0.110840 0.949829</w:t>
        <w:br/>
        <w:t>vt 0.066040 0.975708</w:t>
        <w:br/>
        <w:t>vt 0.088562 0.958282</w:t>
        <w:br/>
        <w:t>vt 0.109802 0.945618</w:t>
        <w:br/>
        <w:t>vt 0.095459 0.950165</w:t>
        <w:br/>
        <w:t>vt 0.085632 0.946014</w:t>
        <w:br/>
        <w:t>vt 0.094604 0.943756</w:t>
        <w:br/>
        <w:t>vt 0.093689 0.936462</w:t>
        <w:br/>
        <w:t>vt 0.060028 0.952972</w:t>
        <w:br/>
        <w:t>vt 0.056946 0.938995</w:t>
        <w:br/>
        <w:t>vt 0.083496 0.934387</w:t>
        <w:br/>
        <w:t>vt 0.109131 0.934875</w:t>
        <w:br/>
        <w:t>vt 0.109009 0.932617</w:t>
        <w:br/>
        <w:t>vt 0.082275 0.921692</w:t>
        <w:br/>
        <w:t>vt 0.379150 0.441406</w:t>
        <w:br/>
        <w:t>vt 0.388184 0.441406</w:t>
        <w:br/>
        <w:t>vt 0.390381 0.429688</w:t>
        <w:br/>
        <w:t>vt 0.381104 0.429688</w:t>
        <w:br/>
        <w:t>vt 0.368652 0.441406</w:t>
        <w:br/>
        <w:t>vt 0.394043 0.420898</w:t>
        <w:br/>
        <w:t>vt 0.390625 0.409668</w:t>
        <w:br/>
        <w:t>vt 0.396973 0.409668</w:t>
        <w:br/>
        <w:t>vt 0.383545 0.420410</w:t>
        <w:br/>
        <w:t>vt 0.385254 0.409668</w:t>
        <w:br/>
        <w:t>vt 0.369873 0.428223</w:t>
        <w:br/>
        <w:t>vt 0.371826 0.419434</w:t>
        <w:br/>
        <w:t>vt 0.379150 0.409668</w:t>
        <w:br/>
        <w:t>vt 0.373535 0.409668</w:t>
        <w:br/>
        <w:t>vt 0.368164 0.409668</w:t>
        <w:br/>
        <w:t>vt 0.358887 0.428711</w:t>
        <w:br/>
        <w:t>vt 0.355469 0.441406</w:t>
        <w:br/>
        <w:t>vt 0.360352 0.419922</w:t>
        <w:br/>
        <w:t>vt 0.361816 0.409668</w:t>
        <w:br/>
        <w:t>vt 0.355957 0.409668</w:t>
        <w:br/>
        <w:t>vt 0.348633 0.431152</w:t>
        <w:br/>
        <w:t>vt 0.342285 0.441406</w:t>
        <w:br/>
        <w:t>vt 0.348877 0.420898</w:t>
        <w:br/>
        <w:t>vt 0.349609 0.409668</w:t>
        <w:br/>
        <w:t>vt 0.339600 0.432617</w:t>
        <w:br/>
        <w:t>vt 0.329834 0.441406</w:t>
        <w:br/>
        <w:t>vt 0.339844 0.421875</w:t>
        <w:br/>
        <w:t>vt 0.340088 0.409668</w:t>
        <w:br/>
        <w:t>vt 0.330078 0.433105</w:t>
        <w:br/>
        <w:t>vt 0.320557 0.441406</w:t>
        <w:br/>
        <w:t>vt 0.330322 0.421875</w:t>
        <w:br/>
        <w:t>vt 0.330566 0.409668</w:t>
        <w:br/>
        <w:t>vt 0.321045 0.432617</w:t>
        <w:br/>
        <w:t>vt 0.321289 0.421875</w:t>
        <w:br/>
        <w:t>vt 0.321045 0.409668</w:t>
        <w:br/>
        <w:t>vt 0.312500 0.431641</w:t>
        <w:br/>
        <w:t>vt 0.311768 0.441406</w:t>
        <w:br/>
        <w:t>vt 0.312256 0.421387</w:t>
        <w:br/>
        <w:t>vt 0.311523 0.409668</w:t>
        <w:br/>
        <w:t>vt 0.300049 0.409668</w:t>
        <w:br/>
        <w:t>vt 0.300781 0.420410</w:t>
        <w:br/>
        <w:t>vt 0.301270 0.429199</w:t>
        <w:br/>
        <w:t>vt 0.302246 0.441406</w:t>
        <w:br/>
        <w:t>vt 0.290283 0.419434</w:t>
        <w:br/>
        <w:t>vt 0.289062 0.409668</w:t>
        <w:br/>
        <w:t>vt 0.283203 0.409668</w:t>
        <w:br/>
        <w:t>vt 0.291504 0.428711</w:t>
        <w:br/>
        <w:t>vt 0.292480 0.441406</w:t>
        <w:br/>
        <w:t>vt 0.283691 0.441406</w:t>
        <w:br/>
        <w:t>vt 0.279541 0.428223</w:t>
        <w:br/>
        <w:t>vt 0.274658 0.441406</w:t>
        <w:br/>
        <w:t>vt 0.277588 0.419434</w:t>
        <w:br/>
        <w:t>vt 0.275879 0.409668</w:t>
        <w:br/>
        <w:t>vt 0.268555 0.429199</w:t>
        <w:br/>
        <w:t>vt 0.257812 0.431152</w:t>
        <w:br/>
        <w:t>vt 0.265381 0.441406</w:t>
        <w:br/>
        <w:t>vt 0.254150 0.421387</w:t>
        <w:br/>
        <w:t>vt 0.265625 0.420410</w:t>
        <w:br/>
        <w:t>vt 0.270020 0.409668</w:t>
        <w:br/>
        <w:t>vt 0.263916 0.409668</w:t>
        <w:br/>
        <w:t>vt 0.258057 0.409668</w:t>
        <w:br/>
        <w:t>vt 0.252197 0.409668</w:t>
        <w:br/>
        <w:t>vt 0.219849 0.450684</w:t>
        <w:br/>
        <w:t>vt 0.190186 0.438965</w:t>
        <w:br/>
        <w:t>vt 0.219849 0.438965</w:t>
        <w:br/>
        <w:t>vt 0.191040 0.452148</w:t>
        <w:br/>
        <w:t>vt 0.190186 0.438965</w:t>
        <w:br/>
        <w:t>vt 0.191040 0.452148</w:t>
        <w:br/>
        <w:t>vt 0.185425 0.438965</w:t>
        <w:br/>
        <w:t>vt 0.186646 0.453125</w:t>
        <w:br/>
        <w:t>vt 0.219849 0.461914</w:t>
        <w:br/>
        <w:t>vt 0.187622 0.464844</w:t>
        <w:br/>
        <w:t>vt 0.191895 0.464355</w:t>
        <w:br/>
        <w:t>vt 0.191895 0.464355</w:t>
        <w:br/>
        <w:t>vt 0.219849 0.473145</w:t>
        <w:br/>
        <w:t>vt 0.192139 0.478027</w:t>
        <w:br/>
        <w:t>vt 0.196411 0.478027</w:t>
        <w:br/>
        <w:t>vt 0.196411 0.478027</w:t>
        <w:br/>
        <w:t>vt 0.219849 0.479492</w:t>
        <w:br/>
        <w:t>vt 0.196289 0.490723</w:t>
        <w:br/>
        <w:t>vt 0.200684 0.490234</w:t>
        <w:br/>
        <w:t>vt 0.200684 0.490234</w:t>
        <w:br/>
        <w:t>vt 0.219849 0.489258</w:t>
        <w:br/>
        <w:t>vt 0.196289 0.501953</w:t>
        <w:br/>
        <w:t>vt 0.200684 0.502197</w:t>
        <w:br/>
        <w:t>vt 0.200684 0.502197</w:t>
        <w:br/>
        <w:t>vt 0.219849 0.501465</w:t>
        <w:br/>
        <w:t>vt 0.196289 0.515625</w:t>
        <w:br/>
        <w:t>vt 0.200684 0.515625</w:t>
        <w:br/>
        <w:t>vt 0.200684 0.515625</w:t>
        <w:br/>
        <w:t>vt 0.219849 0.516113</w:t>
        <w:br/>
        <w:t>vt 0.196289 0.528320</w:t>
        <w:br/>
        <w:t>vt 0.200684 0.529297</w:t>
        <w:br/>
        <w:t>vt 0.200684 0.529297</w:t>
        <w:br/>
        <w:t>vt 0.219849 0.528809</w:t>
        <w:br/>
        <w:t>vt 0.196289 0.542725</w:t>
        <w:br/>
        <w:t>vt 0.219849 0.543945</w:t>
        <w:br/>
        <w:t>vt 0.200684 0.543213</w:t>
        <w:br/>
        <w:t>vt 0.200684 0.543213</w:t>
        <w:br/>
        <w:t>vt 0.196289 0.564209</w:t>
        <w:br/>
        <w:t>vt 0.200684 0.564697</w:t>
        <w:br/>
        <w:t>vt 0.200684 0.564697</w:t>
        <w:br/>
        <w:t>vt 0.219849 0.565430</w:t>
        <w:br/>
        <w:t>vt 0.219849 0.586182</w:t>
        <w:br/>
        <w:t>vt 0.200684 0.585938</w:t>
        <w:br/>
        <w:t>vt 0.200684 0.585938</w:t>
        <w:br/>
        <w:t>vt 0.196289 0.586182</w:t>
        <w:br/>
        <w:t>vt 0.219849 0.606445</w:t>
        <w:br/>
        <w:t>vt 0.200684 0.607422</w:t>
        <w:br/>
        <w:t>vt 0.200684 0.607422</w:t>
        <w:br/>
        <w:t>vt 0.196289 0.607422</w:t>
        <w:br/>
        <w:t>vt 0.200684 0.628174</w:t>
        <w:br/>
        <w:t>vt 0.200684 0.628174</w:t>
        <w:br/>
        <w:t>vt 0.219849 0.628662</w:t>
        <w:br/>
        <w:t>vt 0.196289 0.629150</w:t>
        <w:br/>
        <w:t>vt 0.200684 0.652832</w:t>
        <w:br/>
        <w:t>vt 0.219849 0.652100</w:t>
        <w:br/>
        <w:t>vt 0.196289 0.654053</w:t>
        <w:br/>
        <w:t>vt 0.219849 0.676025</w:t>
        <w:br/>
        <w:t>vt 0.199951 0.677734</w:t>
        <w:br/>
        <w:t>vt 0.199951 0.677734</w:t>
        <w:br/>
        <w:t>vt 0.196289 0.677979</w:t>
        <w:br/>
        <w:t>vt 0.219849 0.689453</w:t>
        <w:br/>
        <w:t>vt 0.200317 0.690430</w:t>
        <w:br/>
        <w:t>vt 0.200317 0.690430</w:t>
        <w:br/>
        <w:t>vt 0.196289 0.690430</w:t>
        <w:br/>
        <w:t>vt 0.196289 0.705566</w:t>
        <w:br/>
        <w:t>vt 0.200684 0.707275</w:t>
        <w:br/>
        <w:t>vt 0.200684 0.707275</w:t>
        <w:br/>
        <w:t>vt 0.219849 0.707764</w:t>
        <w:br/>
        <w:t>vt 0.192383 0.717773</w:t>
        <w:br/>
        <w:t>vt 0.219849 0.723633</w:t>
        <w:br/>
        <w:t>vt 0.197144 0.718262</w:t>
        <w:br/>
        <w:t>vt 0.197144 0.718262</w:t>
        <w:br/>
        <w:t>vt 0.192749 0.732178</w:t>
        <w:br/>
        <w:t>vt 0.192749 0.732178</w:t>
        <w:br/>
        <w:t>vt 0.188477 0.730713</w:t>
        <w:br/>
        <w:t>vt 0.219849 0.737549</w:t>
        <w:br/>
        <w:t>vt 0.191284 0.743408</w:t>
        <w:br/>
        <w:t>vt 0.191284 0.743408</w:t>
        <w:br/>
        <w:t>vt 0.186646 0.743652</w:t>
        <w:br/>
        <w:t>vt 0.219849 0.747803</w:t>
        <w:br/>
        <w:t>vt 0.189453 0.756958</w:t>
        <w:br/>
        <w:t>vt 0.189453 0.756958</w:t>
        <w:br/>
        <w:t>vt 0.184814 0.756958</w:t>
        <w:br/>
        <w:t>vt 0.219849 0.756958</w:t>
        <w:br/>
        <w:t>vt 0.914062 0.791870</w:t>
        <w:br/>
        <w:t>vt 0.929688 0.791870</w:t>
        <w:br/>
        <w:t>vt 0.923340 0.780640</w:t>
        <w:br/>
        <w:t>vt 0.947266 0.776733</w:t>
        <w:br/>
        <w:t>vt 0.948242 0.791870</w:t>
        <w:br/>
        <w:t>vt 0.928711 0.764526</w:t>
        <w:br/>
        <w:t>vt 0.964844 0.776001</w:t>
        <w:br/>
        <w:t>vt 0.963867 0.791870</w:t>
        <w:br/>
        <w:t>vt 0.941406 0.757324</w:t>
        <w:br/>
        <w:t>vt 0.976074 0.774536</w:t>
        <w:br/>
        <w:t>vt 0.968262 0.791870</w:t>
        <w:br/>
        <w:t>vt 0.959473 0.753174</w:t>
        <w:br/>
        <w:t>vt 0.982910 0.775391</w:t>
        <w:br/>
        <w:t>vt 0.984375 0.791870</w:t>
        <w:br/>
        <w:t>vt 0.995117 0.774902</w:t>
        <w:br/>
        <w:t>vt 0.995117 0.791870</w:t>
        <w:br/>
        <w:t>vt 0.995117 0.764893</w:t>
        <w:br/>
        <w:t>vt 0.995117 0.747070</w:t>
        <w:br/>
        <w:t>vt 0.982910 0.760620</w:t>
        <w:br/>
        <w:t>vt 0.977051 0.749756</w:t>
        <w:br/>
        <w:t>vt 0.986328 0.748291</w:t>
        <w:br/>
        <w:t>vt 0.990723 0.734375</w:t>
        <w:br/>
        <w:t>vt 0.995117 0.715576</w:t>
        <w:br/>
        <w:t>vt 0.987793 0.717529</w:t>
        <w:br/>
        <w:t>vt 0.949219 0.725098</w:t>
        <w:br/>
        <w:t>vt 0.980469 0.685059</w:t>
        <w:br/>
        <w:t>vt 0.995117 0.683105</w:t>
        <w:br/>
        <w:t>vt 0.969238 0.719971</w:t>
        <w:br/>
        <w:t>vt 0.968750 0.688477</w:t>
        <w:br/>
        <w:t>vt 0.958496 0.692383</w:t>
        <w:br/>
        <w:t>vt 0.937500 0.699463</w:t>
        <w:br/>
        <w:t>vt 0.929199 0.731934</w:t>
        <w:br/>
        <w:t>vt 0.917969 0.707031</w:t>
        <w:br/>
        <w:t>vt 0.914062 0.739502</w:t>
        <w:br/>
        <w:t>vt 0.919434 0.756226</w:t>
        <w:br/>
        <w:t>vt 0.905762 0.743896</w:t>
        <w:br/>
        <w:t>vt 0.898926 0.716797</w:t>
        <w:br/>
        <w:t>vt 0.889160 0.722900</w:t>
        <w:br/>
        <w:t>vt 0.907227 0.684326</w:t>
        <w:br/>
        <w:t>vt 0.886719 0.693359</w:t>
        <w:br/>
        <w:t>vt 0.927246 0.677002</w:t>
        <w:br/>
        <w:t>vt 0.901855 0.672607</w:t>
        <w:br/>
        <w:t>vt 0.873047 0.698242</w:t>
        <w:br/>
        <w:t>vt 0.855469 0.696533</w:t>
        <w:br/>
        <w:t>vt 0.881836 0.682617</w:t>
        <w:br/>
        <w:t>vt 0.866699 0.689453</w:t>
        <w:br/>
        <w:t>vt 0.851562 0.693359</w:t>
        <w:br/>
        <w:t>vt 0.875488 0.669189</w:t>
        <w:br/>
        <w:t>vt 0.859863 0.679688</w:t>
        <w:br/>
        <w:t>vt 0.844727 0.687744</w:t>
        <w:br/>
        <w:t>vt 0.835938 0.680664</w:t>
        <w:br/>
        <w:t>vt 0.850586 0.666992</w:t>
        <w:br/>
        <w:t>vt 0.853027 0.665527</w:t>
        <w:br/>
        <w:t>vt 0.864746 0.658691</w:t>
        <w:br/>
        <w:t>vt 0.869629 0.655762</w:t>
        <w:br/>
        <w:t>vt 0.895508 0.659424</w:t>
        <w:br/>
        <w:t>vt 0.889648 0.645508</w:t>
        <w:br/>
        <w:t>vt 0.893555 0.644043</w:t>
        <w:br/>
        <w:t>vt 0.921875 0.664551</w:t>
        <w:br/>
        <w:t>vt 0.916504 0.651123</w:t>
        <w:br/>
        <w:t>vt 0.911133 0.637451</w:t>
        <w:br/>
        <w:t>vt 0.949219 0.669434</w:t>
        <w:br/>
        <w:t>vt 0.942871 0.658203</w:t>
        <w:br/>
        <w:t>vt 0.928711 0.646729</w:t>
        <w:br/>
        <w:t>vt 0.917969 0.635010</w:t>
        <w:br/>
        <w:t>vt 0.966309 0.663330</w:t>
        <w:br/>
        <w:t>vt 0.938477 0.643311</w:t>
        <w:br/>
        <w:t>vt 0.935059 0.629639</w:t>
        <w:br/>
        <w:t>vt 0.957031 0.652832</w:t>
        <w:br/>
        <w:t>vt 0.946777 0.640869</w:t>
        <w:br/>
        <w:t>vt 0.953613 0.624268</w:t>
        <w:br/>
        <w:t>vt 0.960938 0.636230</w:t>
        <w:br/>
        <w:t>vt 0.956543 0.623047</w:t>
        <w:br/>
        <w:t>vt 0.965820 0.649170</w:t>
        <w:br/>
        <w:t>vt 0.971680 0.661133</w:t>
        <w:br/>
        <w:t>vt 0.988770 0.654297</w:t>
        <w:br/>
        <w:t>vt 0.995117 0.651611</w:t>
        <w:br/>
        <w:t>vt 0.985840 0.641357</w:t>
        <w:br/>
        <w:t>vt 0.995117 0.636963</w:t>
        <w:br/>
        <w:t>vt 0.981445 0.628174</w:t>
        <w:br/>
        <w:t>vt 0.995117 0.622559</w:t>
        <w:br/>
        <w:t>vt 0.976562 0.616455</w:t>
        <w:br/>
        <w:t>vt 0.995117 0.609619</w:t>
        <w:br/>
        <w:t>vt 0.190186 0.438965</w:t>
        <w:br/>
        <w:t>vt 0.219849 0.450684</w:t>
        <w:br/>
        <w:t>vt 0.219849 0.438965</w:t>
        <w:br/>
        <w:t>vt 0.191040 0.452148</w:t>
        <w:br/>
        <w:t>vt 0.185425 0.438965</w:t>
        <w:br/>
        <w:t>vt 0.191040 0.452148</w:t>
        <w:br/>
        <w:t>vt 0.190186 0.438965</w:t>
        <w:br/>
        <w:t>vt 0.186646 0.453125</w:t>
        <w:br/>
        <w:t>vt 0.219849 0.461914</w:t>
        <w:br/>
        <w:t>vt 0.187622 0.464844</w:t>
        <w:br/>
        <w:t>vt 0.191895 0.464355</w:t>
        <w:br/>
        <w:t>vt 0.191895 0.464355</w:t>
        <w:br/>
        <w:t>vt 0.219849 0.473145</w:t>
        <w:br/>
        <w:t>vt 0.192139 0.478027</w:t>
        <w:br/>
        <w:t>vt 0.196411 0.478027</w:t>
        <w:br/>
        <w:t>vt 0.196411 0.478027</w:t>
        <w:br/>
        <w:t>vt 0.219849 0.479492</w:t>
        <w:br/>
        <w:t>vt 0.196289 0.490723</w:t>
        <w:br/>
        <w:t>vt 0.200684 0.490234</w:t>
        <w:br/>
        <w:t>vt 0.200684 0.490234</w:t>
        <w:br/>
        <w:t>vt 0.219849 0.489258</w:t>
        <w:br/>
        <w:t>vt 0.196289 0.501953</w:t>
        <w:br/>
        <w:t>vt 0.200684 0.502197</w:t>
        <w:br/>
        <w:t>vt 0.200684 0.502197</w:t>
        <w:br/>
        <w:t>vt 0.219849 0.501465</w:t>
        <w:br/>
        <w:t>vt 0.196289 0.515625</w:t>
        <w:br/>
        <w:t>vt 0.200684 0.515625</w:t>
        <w:br/>
        <w:t>vt 0.200684 0.515625</w:t>
        <w:br/>
        <w:t>vt 0.219849 0.516113</w:t>
        <w:br/>
        <w:t>vt 0.196289 0.528320</w:t>
        <w:br/>
        <w:t>vt 0.200684 0.529297</w:t>
        <w:br/>
        <w:t>vt 0.200684 0.529297</w:t>
        <w:br/>
        <w:t>vt 0.219849 0.528809</w:t>
        <w:br/>
        <w:t>vt 0.196289 0.542725</w:t>
        <w:br/>
        <w:t>vt 0.219849 0.543945</w:t>
        <w:br/>
        <w:t>vt 0.200684 0.543213</w:t>
        <w:br/>
        <w:t>vt 0.200684 0.543213</w:t>
        <w:br/>
        <w:t>vt 0.196289 0.564209</w:t>
        <w:br/>
        <w:t>vt 0.200684 0.564697</w:t>
        <w:br/>
        <w:t>vt 0.200684 0.564697</w:t>
        <w:br/>
        <w:t>vt 0.219849 0.565430</w:t>
        <w:br/>
        <w:t>vt 0.219849 0.586182</w:t>
        <w:br/>
        <w:t>vt 0.200684 0.585938</w:t>
        <w:br/>
        <w:t>vt 0.200684 0.585938</w:t>
        <w:br/>
        <w:t>vt 0.196289 0.586182</w:t>
        <w:br/>
        <w:t>vt 0.219849 0.606445</w:t>
        <w:br/>
        <w:t>vt 0.200684 0.607422</w:t>
        <w:br/>
        <w:t>vt 0.200684 0.607422</w:t>
        <w:br/>
        <w:t>vt 0.196289 0.607422</w:t>
        <w:br/>
        <w:t>vt 0.200684 0.628174</w:t>
        <w:br/>
        <w:t>vt 0.200684 0.628174</w:t>
        <w:br/>
        <w:t>vt 0.219849 0.628662</w:t>
        <w:br/>
        <w:t>vt 0.196289 0.629150</w:t>
        <w:br/>
        <w:t>vt 0.200684 0.652832</w:t>
        <w:br/>
        <w:t>vt 0.219849 0.652100</w:t>
        <w:br/>
        <w:t>vt 0.196289 0.654053</w:t>
        <w:br/>
        <w:t>vt 0.219849 0.676025</w:t>
        <w:br/>
        <w:t>vt 0.199951 0.677734</w:t>
        <w:br/>
        <w:t>vt 0.199951 0.677734</w:t>
        <w:br/>
        <w:t>vt 0.196289 0.677979</w:t>
        <w:br/>
        <w:t>vt 0.219849 0.689453</w:t>
        <w:br/>
        <w:t>vt 0.200317 0.690430</w:t>
        <w:br/>
        <w:t>vt 0.200317 0.690430</w:t>
        <w:br/>
        <w:t>vt 0.196289 0.690430</w:t>
        <w:br/>
        <w:t>vt 0.196289 0.705566</w:t>
        <w:br/>
        <w:t>vt 0.200684 0.707275</w:t>
        <w:br/>
        <w:t>vt 0.200684 0.707275</w:t>
        <w:br/>
        <w:t>vt 0.219849 0.707764</w:t>
        <w:br/>
        <w:t>vt 0.192383 0.717773</w:t>
        <w:br/>
        <w:t>vt 0.219849 0.723633</w:t>
        <w:br/>
        <w:t>vt 0.197144 0.718262</w:t>
        <w:br/>
        <w:t>vt 0.197144 0.718262</w:t>
        <w:br/>
        <w:t>vt 0.192749 0.732178</w:t>
        <w:br/>
        <w:t>vt 0.192749 0.732178</w:t>
        <w:br/>
        <w:t>vt 0.188477 0.730713</w:t>
        <w:br/>
        <w:t>vt 0.219849 0.737549</w:t>
        <w:br/>
        <w:t>vt 0.191284 0.743408</w:t>
        <w:br/>
        <w:t>vt 0.191284 0.743408</w:t>
        <w:br/>
        <w:t>vt 0.186646 0.743652</w:t>
        <w:br/>
        <w:t>vt 0.219849 0.747803</w:t>
        <w:br/>
        <w:t>vt 0.189453 0.756958</w:t>
        <w:br/>
        <w:t>vt 0.189453 0.756958</w:t>
        <w:br/>
        <w:t>vt 0.184814 0.756958</w:t>
        <w:br/>
        <w:t>vt 0.219849 0.756958</w:t>
        <w:br/>
        <w:t>vt 0.151123 0.828003</w:t>
        <w:br/>
        <w:t>vt 0.153198 0.826294</w:t>
        <w:br/>
        <w:t>vt 0.151123 0.826294</w:t>
        <w:br/>
        <w:t>vt 0.150513 0.830688</w:t>
        <w:br/>
        <w:t>vt 0.150513 0.834229</w:t>
        <w:br/>
        <w:t>vt 0.151245 0.834717</w:t>
        <w:br/>
        <w:t>vt 0.153198 0.827881</w:t>
        <w:br/>
        <w:t>vt 0.153198 0.835083</w:t>
        <w:br/>
        <w:t>vt 0.154663 0.826294</w:t>
        <w:br/>
        <w:t>vt 0.154785 0.827881</w:t>
        <w:br/>
        <w:t>vt 0.156982 0.834595</w:t>
        <w:br/>
        <w:t>vt 0.154785 0.834961</w:t>
        <w:br/>
        <w:t>vt 0.157593 0.834106</w:t>
        <w:br/>
        <w:t>vt 0.157471 0.830566</w:t>
        <w:br/>
        <w:t>vt 0.156860 0.827881</w:t>
        <w:br/>
        <w:t>vt 0.156616 0.826294</w:t>
        <w:br/>
        <w:t>vt 0.921875 0.163574</w:t>
        <w:br/>
        <w:t>vt 0.909668 0.167480</w:t>
        <w:br/>
        <w:t>vt 0.921875 0.175781</w:t>
        <w:br/>
        <w:t>vt 0.920410 0.186035</w:t>
        <w:br/>
        <w:t>vt 0.902832 0.186523</w:t>
        <w:br/>
        <w:t>vt 0.915039 0.198242</w:t>
        <w:br/>
        <w:t>vt 0.896484 0.204102</w:t>
        <w:br/>
        <w:t>vt 0.904785 0.209961</w:t>
        <w:br/>
        <w:t>vt 0.892090 0.219238</w:t>
        <w:br/>
        <w:t>vt 0.890625 0.184570</w:t>
        <w:br/>
        <w:t>vt 0.885254 0.218262</w:t>
        <w:br/>
        <w:t>vt 0.885254 0.236816</w:t>
        <w:br/>
        <w:t>vt 0.888184 0.200684</w:t>
        <w:br/>
        <w:t>vt 0.893555 0.162598</w:t>
        <w:br/>
        <w:t>vt 0.909180 0.143066</w:t>
        <w:br/>
        <w:t>vt 0.877441 0.198730</w:t>
        <w:br/>
        <w:t>vt 0.876465 0.217285</w:t>
        <w:br/>
        <w:t>vt 0.875488 0.234375</w:t>
        <w:br/>
        <w:t>vt 0.876465 0.249023</w:t>
        <w:br/>
        <w:t>vt 0.891602 0.254883</w:t>
        <w:br/>
        <w:t>vt 0.857422 0.230469</w:t>
        <w:br/>
        <w:t>vt 0.891602 0.254883</w:t>
        <w:br/>
        <w:t>vt 0.895996 0.264160</w:t>
        <w:br/>
        <w:t>vt 0.894043 0.254883</w:t>
        <w:br/>
        <w:t>vt 0.857422 0.244629</w:t>
        <w:br/>
        <w:t>vt 0.893555 0.265625</w:t>
        <w:br/>
        <w:t>vt 0.898926 0.277344</w:t>
        <w:br/>
        <w:t>vt 0.876465 0.263672</w:t>
        <w:br/>
        <w:t>vt 0.893555 0.265625</w:t>
        <w:br/>
        <w:t>vt 0.857422 0.260254</w:t>
        <w:br/>
        <w:t>vt 0.854004 0.246094</w:t>
        <w:br/>
        <w:t>vt 0.857422 0.260254</w:t>
        <w:br/>
        <w:t>vt 0.857422 0.244629</w:t>
        <w:br/>
        <w:t>vt 0.854004 0.231934</w:t>
        <w:br/>
        <w:t>vt 0.857422 0.230469</w:t>
        <w:br/>
        <w:t>vt 0.854004 0.260254</w:t>
        <w:br/>
        <w:t>vt 0.854004 0.214355</w:t>
        <w:br/>
        <w:t>vt 0.857422 0.277344</w:t>
        <w:br/>
        <w:t>vt 0.857422 0.277344</w:t>
        <w:br/>
        <w:t>vt 0.854004 0.277344</w:t>
        <w:br/>
        <w:t>vt 0.857422 0.214355</w:t>
        <w:br/>
        <w:t>vt 0.857422 0.214355</w:t>
        <w:br/>
        <w:t>vt 0.854004 0.195801</w:t>
        <w:br/>
        <w:t>vt 0.857422 0.195801</w:t>
        <w:br/>
        <w:t>vt 0.857422 0.195801</w:t>
        <w:br/>
        <w:t>vt 0.857422 0.177734</w:t>
        <w:br/>
        <w:t>vt 0.854004 0.176758</w:t>
        <w:br/>
        <w:t>vt 0.879395 0.180664</w:t>
        <w:br/>
        <w:t>vt 0.857422 0.177734</w:t>
        <w:br/>
        <w:t>vt 0.857422 0.158691</w:t>
        <w:br/>
        <w:t>vt 0.854004 0.158691</w:t>
        <w:br/>
        <w:t>vt 0.879883 0.161133</w:t>
        <w:br/>
        <w:t>vt 0.857422 0.158691</w:t>
        <w:br/>
        <w:t>vt 0.894531 0.143066</w:t>
        <w:br/>
        <w:t>vt 0.879883 0.143066</w:t>
        <w:br/>
        <w:t>vt 0.857422 0.143066</w:t>
        <w:br/>
        <w:t>vt 0.857422 0.143066</w:t>
        <w:br/>
        <w:t>vt 0.854004 0.143066</w:t>
        <w:br/>
        <w:t>vt 0.854004 0.127441</w:t>
        <w:br/>
        <w:t>vt 0.857422 0.126953</w:t>
        <w:br/>
        <w:t>vt 0.857422 0.126953</w:t>
        <w:br/>
        <w:t>vt 0.854004 0.108887</w:t>
        <w:br/>
        <w:t>vt 0.879883 0.125000</w:t>
        <w:br/>
        <w:t>vt 0.857422 0.108398</w:t>
        <w:br/>
        <w:t>vt 0.857422 0.108398</w:t>
        <w:br/>
        <w:t>vt 0.854004 0.089844</w:t>
        <w:br/>
        <w:t>vt 0.893555 0.123535</w:t>
        <w:br/>
        <w:t>vt 0.879395 0.105469</w:t>
        <w:br/>
        <w:t>vt 0.909668 0.118652</w:t>
        <w:br/>
        <w:t>vt 0.857422 0.089844</w:t>
        <w:br/>
        <w:t>vt 0.857422 0.089844</w:t>
        <w:br/>
        <w:t>vt 0.921875 0.122070</w:t>
        <w:br/>
        <w:t>vt 0.921875 0.110352</w:t>
        <w:br/>
        <w:t>vt 0.920410 0.099609</w:t>
        <w:br/>
        <w:t>vt 0.857422 0.071777</w:t>
        <w:br/>
        <w:t>vt 0.854004 0.071777</w:t>
        <w:br/>
        <w:t>vt 0.902832 0.099121</w:t>
        <w:br/>
        <w:t>vt 0.915039 0.087891</w:t>
        <w:br/>
        <w:t>vt 0.890625 0.101562</w:t>
        <w:br/>
        <w:t>vt 0.896484 0.082031</w:t>
        <w:br/>
        <w:t>vt 0.904785 0.076172</w:t>
        <w:br/>
        <w:t>vt 0.892090 0.066895</w:t>
        <w:br/>
        <w:t>vt 0.877441 0.086914</w:t>
        <w:br/>
        <w:t>vt 0.857422 0.071777</w:t>
        <w:br/>
        <w:t>vt 0.888184 0.084961</w:t>
        <w:br/>
        <w:t>vt 0.885254 0.067871</w:t>
        <w:br/>
        <w:t>vt 0.885742 0.049316</w:t>
        <w:br/>
        <w:t>vt 0.876465 0.068359</w:t>
        <w:br/>
        <w:t>vt 0.875977 0.051758</w:t>
        <w:br/>
        <w:t>vt 0.857422 0.055176</w:t>
        <w:br/>
        <w:t>vt 0.857422 0.055176</w:t>
        <w:br/>
        <w:t>vt 0.854004 0.054199</w:t>
        <w:br/>
        <w:t>vt 0.857422 0.041016</w:t>
        <w:br/>
        <w:t>vt 0.857422 0.041016</w:t>
        <w:br/>
        <w:t>vt 0.854004 0.040039</w:t>
        <w:br/>
        <w:t>vt 0.876465 0.037109</w:t>
        <w:br/>
        <w:t>vt 0.892090 0.031250</w:t>
        <w:br/>
        <w:t>vt 0.857422 0.025391</w:t>
        <w:br/>
        <w:t>vt 0.857422 0.025391</w:t>
        <w:br/>
        <w:t>vt 0.854004 0.025391</w:t>
        <w:br/>
        <w:t>vt 0.876953 0.022461</w:t>
        <w:br/>
        <w:t>vt 0.857422 0.008789</w:t>
        <w:br/>
        <w:t>vt 0.857422 0.008789</w:t>
        <w:br/>
        <w:t>vt 0.854004 0.005859</w:t>
        <w:br/>
        <w:t>vt 0.857422 0.008789</w:t>
        <w:br/>
        <w:t>vt 0.878418 0.005859</w:t>
        <w:br/>
        <w:t>vt 0.854004 0.005859</w:t>
        <w:br/>
        <w:t>vt 0.877930 0.008789</w:t>
        <w:br/>
        <w:t>vt 0.877930 0.008789</w:t>
        <w:br/>
        <w:t>vt 0.894531 0.020020</w:t>
        <w:br/>
        <w:t>vt 0.894531 0.030762</w:t>
        <w:br/>
        <w:t>vt 0.896973 0.021973</w:t>
        <w:br/>
        <w:t>vt 0.892090 0.031250</w:t>
        <w:br/>
        <w:t>vt 0.894531 0.020020</w:t>
        <w:br/>
        <w:t>vt 0.898438 0.005859</w:t>
        <w:br/>
        <w:t>vt 0.896484 0.008789</w:t>
        <w:br/>
        <w:t>vt 0.898438 0.005859</w:t>
        <w:br/>
        <w:t>vt 0.896484 0.008789</w:t>
        <w:br/>
        <w:t>vt 0.896484 0.008789</w:t>
        <w:br/>
        <w:t>vt 0.201782 0.762939</w:t>
        <w:br/>
        <w:t>vt 0.218628 0.762939</w:t>
        <w:br/>
        <w:t>vt 0.218628 0.771362</w:t>
        <w:br/>
        <w:t>vt 0.202271 0.771362</w:t>
        <w:br/>
        <w:t>vt 0.185547 0.762939</w:t>
        <w:br/>
        <w:t>vt 0.185547 0.771606</w:t>
        <w:br/>
        <w:t>vt 0.185547 0.780029</w:t>
        <w:br/>
        <w:t>vt 0.185547 0.771606</w:t>
        <w:br/>
        <w:t>vt 0.202393 0.780151</w:t>
        <w:br/>
        <w:t>vt 0.218628 0.779785</w:t>
        <w:br/>
        <w:t>vt 0.218628 0.788208</w:t>
        <w:br/>
        <w:t>vt 0.202393 0.780151</w:t>
        <w:br/>
        <w:t>vt 0.218628 0.779785</w:t>
        <w:br/>
        <w:t>vt 0.202393 0.788086</w:t>
        <w:br/>
        <w:t>vt 0.185547 0.788452</w:t>
        <w:br/>
        <w:t>vt 0.202393 0.788086</w:t>
        <w:br/>
        <w:t>vt 0.185547 0.796753</w:t>
        <w:br/>
        <w:t>vt 0.185547 0.788452</w:t>
        <w:br/>
        <w:t>vt 0.218628 0.788208</w:t>
        <w:br/>
        <w:t>vt 0.202515 0.796631</w:t>
        <w:br/>
        <w:t>vt 0.218628 0.796631</w:t>
        <w:br/>
        <w:t>vt 0.218628 0.805054</w:t>
        <w:br/>
        <w:t>vt 0.218628 0.796631</w:t>
        <w:br/>
        <w:t>vt 0.202515 0.805542</w:t>
        <w:br/>
        <w:t>vt 0.185547 0.805054</w:t>
        <w:br/>
        <w:t>vt 0.202515 0.805542</w:t>
        <w:br/>
        <w:t>vt 0.185547 0.813477</w:t>
        <w:br/>
        <w:t>vt 0.185547 0.805054</w:t>
        <w:br/>
        <w:t>vt 0.202759 0.813477</w:t>
        <w:br/>
        <w:t>vt 0.218628 0.813477</w:t>
        <w:br/>
        <w:t>vt 0.607910 0.709717</w:t>
        <w:br/>
        <w:t>vt 0.609863 0.693115</w:t>
        <w:br/>
        <w:t>vt 0.616699 0.693604</w:t>
        <w:br/>
        <w:t>vt 0.615234 0.709717</w:t>
        <w:br/>
        <w:t>vt 0.610352 0.726318</w:t>
        <w:br/>
        <w:t>vt 0.616699 0.725830</w:t>
        <w:br/>
        <w:t>vt 0.623535 0.725586</w:t>
        <w:br/>
        <w:t>vt 0.616699 0.725830</w:t>
        <w:br/>
        <w:t>vt 0.623047 0.709717</w:t>
        <w:br/>
        <w:t>vt 0.623535 0.693848</w:t>
        <w:br/>
        <w:t>vt 0.630371 0.693848</w:t>
        <w:br/>
        <w:t>vt 0.630371 0.709717</w:t>
        <w:br/>
        <w:t>vt 0.630371 0.725586</w:t>
        <w:br/>
        <w:t>vt 0.630371 0.709717</w:t>
        <w:br/>
        <w:t>vt 0.637207 0.725586</w:t>
        <w:br/>
        <w:t>vt 0.630371 0.725586</w:t>
        <w:br/>
        <w:t>vt 0.630371 0.693848</w:t>
        <w:br/>
        <w:t>vt 0.637207 0.709717</w:t>
        <w:br/>
        <w:t>vt 0.637207 0.693848</w:t>
        <w:br/>
        <w:t>vt 0.643555 0.693604</w:t>
        <w:br/>
        <w:t>vt 0.637207 0.693848</w:t>
        <w:br/>
        <w:t>vt 0.645020 0.709473</w:t>
        <w:br/>
        <w:t>vt 0.644043 0.725830</w:t>
        <w:br/>
        <w:t>vt 0.645020 0.709473</w:t>
        <w:br/>
        <w:t>vt 0.650391 0.726318</w:t>
        <w:br/>
        <w:t>vt 0.644043 0.725830</w:t>
        <w:br/>
        <w:t>vt 0.652832 0.709473</w:t>
        <w:br/>
        <w:t>vt 0.650391 0.693115</w:t>
        <w:br/>
        <w:t>vt 0.218628 0.762939</w:t>
        <w:br/>
        <w:t>vt 0.201782 0.762939</w:t>
        <w:br/>
        <w:t>vt 0.218628 0.771362</w:t>
        <w:br/>
        <w:t>vt 0.202271 0.771362</w:t>
        <w:br/>
        <w:t>vt 0.185547 0.762939</w:t>
        <w:br/>
        <w:t>vt 0.185547 0.771606</w:t>
        <w:br/>
        <w:t>vt 0.185547 0.780029</w:t>
        <w:br/>
        <w:t>vt 0.185547 0.771606</w:t>
        <w:br/>
        <w:t>vt 0.202393 0.780151</w:t>
        <w:br/>
        <w:t>vt 0.218628 0.779785</w:t>
        <w:br/>
        <w:t>vt 0.218628 0.779785</w:t>
        <w:br/>
        <w:t>vt 0.202393 0.780151</w:t>
        <w:br/>
        <w:t>vt 0.218628 0.788208</w:t>
        <w:br/>
        <w:t>vt 0.202393 0.788086</w:t>
        <w:br/>
        <w:t>vt 0.185547 0.788452</w:t>
        <w:br/>
        <w:t>vt 0.185547 0.796753</w:t>
        <w:br/>
        <w:t>vt 0.202393 0.788086</w:t>
        <w:br/>
        <w:t>vt 0.185547 0.788452</w:t>
        <w:br/>
        <w:t>vt 0.202515 0.796631</w:t>
        <w:br/>
        <w:t>vt 0.218628 0.788208</w:t>
        <w:br/>
        <w:t>vt 0.218628 0.796631</w:t>
        <w:br/>
        <w:t>vt 0.218628 0.796631</w:t>
        <w:br/>
        <w:t>vt 0.218628 0.805054</w:t>
        <w:br/>
        <w:t>vt 0.202515 0.805542</w:t>
        <w:br/>
        <w:t>vt 0.185547 0.805054</w:t>
        <w:br/>
        <w:t>vt 0.185547 0.813477</w:t>
        <w:br/>
        <w:t>vt 0.202515 0.805542</w:t>
        <w:br/>
        <w:t>vt 0.185547 0.805054</w:t>
        <w:br/>
        <w:t>vt 0.202759 0.813477</w:t>
        <w:br/>
        <w:t>vt 0.218628 0.813477</w:t>
        <w:br/>
        <w:t>vt 0.607910 0.709717</w:t>
        <w:br/>
        <w:t>vt 0.616699 0.693604</w:t>
        <w:br/>
        <w:t>vt 0.609863 0.693115</w:t>
        <w:br/>
        <w:t>vt 0.615234 0.709717</w:t>
        <w:br/>
        <w:t>vt 0.610352 0.726318</w:t>
        <w:br/>
        <w:t>vt 0.616699 0.725830</w:t>
        <w:br/>
        <w:t>vt 0.623535 0.725586</w:t>
        <w:br/>
        <w:t>vt 0.616699 0.725830</w:t>
        <w:br/>
        <w:t>vt 0.623047 0.709717</w:t>
        <w:br/>
        <w:t>vt 0.623535 0.693848</w:t>
        <w:br/>
        <w:t>vt 0.630371 0.693848</w:t>
        <w:br/>
        <w:t>vt 0.630371 0.709717</w:t>
        <w:br/>
        <w:t>vt 0.630371 0.725586</w:t>
        <w:br/>
        <w:t>vt 0.637207 0.725586</w:t>
        <w:br/>
        <w:t>vt 0.630371 0.709717</w:t>
        <w:br/>
        <w:t>vt 0.630371 0.725586</w:t>
        <w:br/>
        <w:t>vt 0.637207 0.709717</w:t>
        <w:br/>
        <w:t>vt 0.630371 0.693848</w:t>
        <w:br/>
        <w:t>vt 0.637207 0.693848</w:t>
        <w:br/>
        <w:t>vt 0.637207 0.693848</w:t>
        <w:br/>
        <w:t>vt 0.643555 0.693604</w:t>
        <w:br/>
        <w:t>vt 0.645020 0.709473</w:t>
        <w:br/>
        <w:t>vt 0.644043 0.725830</w:t>
        <w:br/>
        <w:t>vt 0.650391 0.726318</w:t>
        <w:br/>
        <w:t>vt 0.645020 0.709473</w:t>
        <w:br/>
        <w:t>vt 0.644043 0.725830</w:t>
        <w:br/>
        <w:t>vt 0.652832 0.709473</w:t>
        <w:br/>
        <w:t>vt 0.650391 0.693115</w:t>
        <w:br/>
        <w:t>vt 0.382812 0.814941</w:t>
        <w:br/>
        <w:t>vt 0.382812 0.835938</w:t>
        <w:br/>
        <w:t>vt 0.385010 0.835938</w:t>
        <w:br/>
        <w:t>vt 0.385010 0.814941</w:t>
        <w:br/>
        <w:t>vt 0.391113 0.835938</w:t>
        <w:br/>
        <w:t>vt 0.385010 0.809082</w:t>
        <w:br/>
        <w:t>vt 0.382812 0.807007</w:t>
        <w:br/>
        <w:t>vt 0.385010 0.809082</w:t>
        <w:br/>
        <w:t>vt 0.393311 0.807007</w:t>
        <w:br/>
        <w:t>vt 0.382812 0.807007</w:t>
        <w:br/>
        <w:t>vt 0.391113 0.814941</w:t>
        <w:br/>
        <w:t>vt 0.391113 0.809082</w:t>
        <w:br/>
        <w:t>vt 0.391113 0.809082</w:t>
        <w:br/>
        <w:t>vt 0.393311 0.814941</w:t>
        <w:br/>
        <w:t>vt 0.393311 0.807007</w:t>
        <w:br/>
        <w:t>vt 0.391113 0.814941</w:t>
        <w:br/>
        <w:t>vt 0.391113 0.835938</w:t>
        <w:br/>
        <w:t>vt 0.393311 0.835938</w:t>
        <w:br/>
        <w:t>vt 0.382812 0.814941</w:t>
        <w:br/>
        <w:t>vt 0.382812 0.835938</w:t>
        <w:br/>
        <w:t>vt 0.385010 0.835938</w:t>
        <w:br/>
        <w:t>vt 0.385010 0.814941</w:t>
        <w:br/>
        <w:t>vt 0.391113 0.835938</w:t>
        <w:br/>
        <w:t>vt 0.385010 0.809082</w:t>
        <w:br/>
        <w:t>vt 0.382812 0.807007</w:t>
        <w:br/>
        <w:t>vt 0.385010 0.809082</w:t>
        <w:br/>
        <w:t>vt 0.393311 0.807007</w:t>
        <w:br/>
        <w:t>vt 0.382812 0.807007</w:t>
        <w:br/>
        <w:t>vt 0.391113 0.814941</w:t>
        <w:br/>
        <w:t>vt 0.391113 0.809082</w:t>
        <w:br/>
        <w:t>vt 0.391113 0.809082</w:t>
        <w:br/>
        <w:t>vt 0.393311 0.814941</w:t>
        <w:br/>
        <w:t>vt 0.393311 0.807007</w:t>
        <w:br/>
        <w:t>vt 0.391113 0.814941</w:t>
        <w:br/>
        <w:t>vt 0.391113 0.835938</w:t>
        <w:br/>
        <w:t>vt 0.393311 0.835938</w:t>
        <w:br/>
        <w:t>vt 0.618164 0.018066</w:t>
        <w:br/>
        <w:t>vt 0.610840 0.005859</w:t>
        <w:br/>
        <w:t>vt 0.640137 0.005859</w:t>
        <w:br/>
        <w:t>vt 0.646973 0.017090</w:t>
        <w:br/>
        <w:t>vt 0.667969 0.005859</w:t>
        <w:br/>
        <w:t>vt 0.619141 0.019043</w:t>
        <w:br/>
        <w:t>vt 0.675781 0.018066</w:t>
        <w:br/>
        <w:t>vt 0.695801 0.005859</w:t>
        <w:br/>
        <w:t>vt 0.647949 0.019531</w:t>
        <w:br/>
        <w:t>vt 0.618164 0.021484</w:t>
        <w:br/>
        <w:t>vt 0.616211 0.021484</w:t>
        <w:br/>
        <w:t>vt 0.648926 0.024902</w:t>
        <w:br/>
        <w:t>vt 0.616699 0.026367</w:t>
        <w:br/>
        <w:t>vt 0.613770 0.024902</w:t>
        <w:br/>
        <w:t>vt 0.614258 0.032227</w:t>
        <w:br/>
        <w:t>vt 0.617188 0.032227</w:t>
        <w:br/>
        <w:t>vt 0.617188 0.032227</w:t>
        <w:br/>
        <w:t>vt 0.616699 0.026367</w:t>
        <w:br/>
        <w:t>vt 0.618652 0.043457</w:t>
        <w:br/>
        <w:t>vt 0.678223 0.024902</w:t>
        <w:br/>
        <w:t>vt 0.622559 0.042480</w:t>
        <w:br/>
        <w:t>vt 0.630859 0.065918</w:t>
        <w:br/>
        <w:t>vt 0.651855 0.034668</w:t>
        <w:br/>
        <w:t>vt 0.622559 0.042480</w:t>
        <w:br/>
        <w:t>vt 0.634766 0.064453</w:t>
        <w:br/>
        <w:t>vt 0.698730 0.018066</w:t>
        <w:br/>
        <w:t>vt 0.698730 0.018066</w:t>
        <w:br/>
        <w:t>vt 0.728027 0.005859</w:t>
        <w:br/>
        <w:t>vt 0.644043 0.084961</w:t>
        <w:br/>
        <w:t>vt 0.641113 0.087402</w:t>
        <w:br/>
        <w:t>vt 0.729004 0.018066</w:t>
        <w:br/>
        <w:t>vt 0.757812 0.005859</w:t>
        <w:br/>
        <w:t>vt 0.701660 0.024414</w:t>
        <w:br/>
        <w:t>vt 0.729004 0.018066</w:t>
        <w:br/>
        <w:t>vt 0.680176 0.034180</w:t>
        <w:br/>
        <w:t>vt 0.757812 0.022461</w:t>
        <w:br/>
        <w:t>vt 0.778809 0.005859</w:t>
        <w:br/>
        <w:t>vt 0.729492 0.025879</w:t>
        <w:br/>
        <w:t>vt 0.757812 0.022461</w:t>
        <w:br/>
        <w:t>vt 0.703125 0.033691</w:t>
        <w:br/>
        <w:t>vt 0.679199 0.044922</w:t>
        <w:br/>
        <w:t>vt 0.702637 0.043945</w:t>
        <w:br/>
        <w:t>vt 0.652832 0.044922</w:t>
        <w:br/>
        <w:t>vt 0.700684 0.060547</w:t>
        <w:br/>
        <w:t>vt 0.648926 0.062988</w:t>
        <w:br/>
        <w:t>vt 0.676758 0.061523</w:t>
        <w:br/>
        <w:t>vt 0.672363 0.082031</w:t>
        <w:br/>
        <w:t>vt 0.696289 0.081543</w:t>
        <w:br/>
        <w:t>vt 0.728516 0.043945</w:t>
        <w:br/>
        <w:t>vt 0.726562 0.061035</w:t>
        <w:br/>
        <w:t>vt 0.729492 0.033691</w:t>
        <w:br/>
        <w:t>vt 0.755371 0.047363</w:t>
        <w:br/>
        <w:t>vt 0.756836 0.037598</w:t>
        <w:br/>
        <w:t>vt 0.757812 0.030762</w:t>
        <w:br/>
        <w:t>vt 0.776367 0.038574</w:t>
        <w:br/>
        <w:t>vt 0.777344 0.031250</w:t>
        <w:br/>
        <w:t>vt 0.778320 0.022949</w:t>
        <w:br/>
        <w:t>vt 0.778320 0.022949</w:t>
        <w:br/>
        <w:t>vt 0.775879 0.047852</w:t>
        <w:br/>
        <w:t>vt 0.803223 0.040039</w:t>
        <w:br/>
        <w:t>vt 0.800781 0.048828</w:t>
        <w:br/>
        <w:t>vt 0.774902 0.064941</w:t>
        <w:br/>
        <w:t>vt 0.806152 0.033203</w:t>
        <w:br/>
        <w:t>vt 0.806641 0.040039</w:t>
        <w:br/>
        <w:t>vt 0.800781 0.048828</w:t>
        <w:br/>
        <w:t>vt 0.803223 0.040039</w:t>
        <w:br/>
        <w:t>vt 0.808105 0.035156</w:t>
        <w:br/>
        <w:t>vt 0.806152 0.033203</w:t>
        <w:br/>
        <w:t>vt 0.804688 0.050781</w:t>
        <w:br/>
        <w:t>vt 0.811035 0.028320</w:t>
        <w:br/>
        <w:t>vt 0.798828 0.067871</w:t>
        <w:br/>
        <w:t>vt 0.798828 0.067871</w:t>
        <w:br/>
        <w:t>vt 0.802246 0.069824</w:t>
        <w:br/>
        <w:t>vt 0.809570 0.026855</w:t>
        <w:br/>
        <w:t>vt 0.809570 0.026855</w:t>
        <w:br/>
        <w:t>vt 0.813477 0.025391</w:t>
        <w:br/>
        <w:t>vt 0.795898 0.083984</w:t>
        <w:br/>
        <w:t>vt 0.795898 0.083984</w:t>
        <w:br/>
        <w:t>vt 0.799805 0.085938</w:t>
        <w:br/>
        <w:t>vt 0.812500 0.023438</w:t>
        <w:br/>
        <w:t>vt 0.819336 0.023926</w:t>
        <w:br/>
        <w:t>vt 0.819336 0.021973</w:t>
        <w:br/>
        <w:t>vt 0.807617 0.022461</w:t>
        <w:br/>
        <w:t>vt 0.807617 0.022461</w:t>
        <w:br/>
        <w:t>vt 0.803223 0.005859</w:t>
        <w:br/>
        <w:t>vt 0.812500 0.005859</w:t>
        <w:br/>
        <w:t>vt 0.825684 0.005859</w:t>
        <w:br/>
        <w:t>vt 0.819336 0.021973</w:t>
        <w:br/>
        <w:t>vt 0.813477 0.021973</w:t>
        <w:br/>
        <w:t>vt 0.792969 0.100098</w:t>
        <w:br/>
        <w:t>vt 0.794434 0.104004</w:t>
        <w:br/>
        <w:t>vt 0.770508 0.104004</w:t>
        <w:br/>
        <w:t>vt 0.792969 0.100098</w:t>
        <w:br/>
        <w:t>vt 0.794434 0.104004</w:t>
        <w:br/>
        <w:t>vt 0.772461 0.082520</w:t>
        <w:br/>
        <w:t>vt 0.792969 0.100098</w:t>
        <w:br/>
        <w:t>vt 0.769531 0.100098</w:t>
        <w:br/>
        <w:t>vt 0.769531 0.100098</w:t>
        <w:br/>
        <w:t>vt 0.747070 0.100098</w:t>
        <w:br/>
        <w:t>vt 0.746582 0.104004</w:t>
        <w:br/>
        <w:t>vt 0.750488 0.082520</w:t>
        <w:br/>
        <w:t>vt 0.747070 0.100098</w:t>
        <w:br/>
        <w:t>vt 0.753418 0.063965</w:t>
        <w:br/>
        <w:t>vt 0.719727 0.100098</w:t>
        <w:br/>
        <w:t>vt 0.719727 0.104004</w:t>
        <w:br/>
        <w:t>vt 0.723633 0.081543</w:t>
        <w:br/>
        <w:t>vt 0.692383 0.100098</w:t>
        <w:br/>
        <w:t>vt 0.692383 0.100098</w:t>
        <w:br/>
        <w:t>vt 0.691406 0.104004</w:t>
        <w:br/>
        <w:t>vt 0.667480 0.100586</w:t>
        <w:br/>
        <w:t>vt 0.666016 0.104004</w:t>
        <w:br/>
        <w:t>vt 0.651855 0.101074</w:t>
        <w:br/>
        <w:t>vt 0.649414 0.104004</w:t>
        <w:br/>
        <w:t>vt 0.651855 0.101074</w:t>
        <w:br/>
        <w:t>vt 0.649414 0.104004</w:t>
        <w:br/>
        <w:t>vt 0.618164 0.018066</w:t>
        <w:br/>
        <w:t>vt 0.640137 0.005859</w:t>
        <w:br/>
        <w:t>vt 0.610840 0.005859</w:t>
        <w:br/>
        <w:t>vt 0.646973 0.017090</w:t>
        <w:br/>
        <w:t>vt 0.667969 0.005859</w:t>
        <w:br/>
        <w:t>vt 0.619141 0.019043</w:t>
        <w:br/>
        <w:t>vt 0.675781 0.018066</w:t>
        <w:br/>
        <w:t>vt 0.695801 0.005859</w:t>
        <w:br/>
        <w:t>vt 0.647949 0.019531</w:t>
        <w:br/>
        <w:t>vt 0.618164 0.021484</w:t>
        <w:br/>
        <w:t>vt 0.616211 0.021484</w:t>
        <w:br/>
        <w:t>vt 0.648926 0.024902</w:t>
        <w:br/>
        <w:t>vt 0.616699 0.026367</w:t>
        <w:br/>
        <w:t>vt 0.613770 0.024902</w:t>
        <w:br/>
        <w:t>vt 0.614258 0.032227</w:t>
        <w:br/>
        <w:t>vt 0.617188 0.032227</w:t>
        <w:br/>
        <w:t>vt 0.617188 0.032227</w:t>
        <w:br/>
        <w:t>vt 0.616699 0.026367</w:t>
        <w:br/>
        <w:t>vt 0.618652 0.043457</w:t>
        <w:br/>
        <w:t>vt 0.678223 0.024902</w:t>
        <w:br/>
        <w:t>vt 0.622559 0.042480</w:t>
        <w:br/>
        <w:t>vt 0.630859 0.065918</w:t>
        <w:br/>
        <w:t>vt 0.651855 0.034668</w:t>
        <w:br/>
        <w:t>vt 0.622559 0.042480</w:t>
        <w:br/>
        <w:t>vt 0.634766 0.064453</w:t>
        <w:br/>
        <w:t>vt 0.698730 0.018066</w:t>
        <w:br/>
        <w:t>vt 0.698730 0.018066</w:t>
        <w:br/>
        <w:t>vt 0.728027 0.005859</w:t>
        <w:br/>
        <w:t>vt 0.644043 0.084961</w:t>
        <w:br/>
        <w:t>vt 0.641113 0.087402</w:t>
        <w:br/>
        <w:t>vt 0.729004 0.018066</w:t>
        <w:br/>
        <w:t>vt 0.757812 0.005859</w:t>
        <w:br/>
        <w:t>vt 0.701660 0.024414</w:t>
        <w:br/>
        <w:t>vt 0.729004 0.018066</w:t>
        <w:br/>
        <w:t>vt 0.757812 0.022461</w:t>
        <w:br/>
        <w:t>vt 0.778809 0.005859</w:t>
        <w:br/>
        <w:t>vt 0.729492 0.025879</w:t>
        <w:br/>
        <w:t>vt 0.757812 0.022461</w:t>
        <w:br/>
        <w:t>vt 0.680176 0.034180</w:t>
        <w:br/>
        <w:t>vt 0.703125 0.033691</w:t>
        <w:br/>
        <w:t>vt 0.679199 0.044922</w:t>
        <w:br/>
        <w:t>vt 0.702637 0.043945</w:t>
        <w:br/>
        <w:t>vt 0.652832 0.044922</w:t>
        <w:br/>
        <w:t>vt 0.700684 0.060547</w:t>
        <w:br/>
        <w:t>vt 0.648926 0.062988</w:t>
        <w:br/>
        <w:t>vt 0.676758 0.061523</w:t>
        <w:br/>
        <w:t>vt 0.672363 0.082031</w:t>
        <w:br/>
        <w:t>vt 0.696289 0.081543</w:t>
        <w:br/>
        <w:t>vt 0.728516 0.043945</w:t>
        <w:br/>
        <w:t>vt 0.726562 0.061035</w:t>
        <w:br/>
        <w:t>vt 0.729492 0.033691</w:t>
        <w:br/>
        <w:t>vt 0.755371 0.047363</w:t>
        <w:br/>
        <w:t>vt 0.756836 0.037598</w:t>
        <w:br/>
        <w:t>vt 0.757812 0.030762</w:t>
        <w:br/>
        <w:t>vt 0.776367 0.038574</w:t>
        <w:br/>
        <w:t>vt 0.777344 0.031250</w:t>
        <w:br/>
        <w:t>vt 0.778320 0.022949</w:t>
        <w:br/>
        <w:t>vt 0.778320 0.022949</w:t>
        <w:br/>
        <w:t>vt 0.775879 0.047852</w:t>
        <w:br/>
        <w:t>vt 0.803223 0.040039</w:t>
        <w:br/>
        <w:t>vt 0.800781 0.048828</w:t>
        <w:br/>
        <w:t>vt 0.774902 0.064941</w:t>
        <w:br/>
        <w:t>vt 0.800781 0.048828</w:t>
        <w:br/>
        <w:t>vt 0.806641 0.040039</w:t>
        <w:br/>
        <w:t>vt 0.803223 0.040039</w:t>
        <w:br/>
        <w:t>vt 0.804688 0.050781</w:t>
        <w:br/>
        <w:t>vt 0.808105 0.035156</w:t>
        <w:br/>
        <w:t>vt 0.798828 0.067871</w:t>
        <w:br/>
        <w:t>vt 0.798828 0.067871</w:t>
        <w:br/>
        <w:t>vt 0.802246 0.069824</w:t>
        <w:br/>
        <w:t>vt 0.806152 0.033203</w:t>
        <w:br/>
        <w:t>vt 0.806152 0.033203</w:t>
        <w:br/>
        <w:t>vt 0.811035 0.028320</w:t>
        <w:br/>
        <w:t>vt 0.795898 0.083984</w:t>
        <w:br/>
        <w:t>vt 0.795898 0.083984</w:t>
        <w:br/>
        <w:t>vt 0.799805 0.085938</w:t>
        <w:br/>
        <w:t>vt 0.809570 0.026855</w:t>
        <w:br/>
        <w:t>vt 0.809570 0.026855</w:t>
        <w:br/>
        <w:t>vt 0.813477 0.025391</w:t>
        <w:br/>
        <w:t>vt 0.792969 0.100098</w:t>
        <w:br/>
        <w:t>vt 0.794434 0.104004</w:t>
        <w:br/>
        <w:t>vt 0.792969 0.100098</w:t>
        <w:br/>
        <w:t>vt 0.770508 0.104004</w:t>
        <w:br/>
        <w:t>vt 0.794434 0.104004</w:t>
        <w:br/>
        <w:t>vt 0.772461 0.082520</w:t>
        <w:br/>
        <w:t>vt 0.792969 0.100098</w:t>
        <w:br/>
        <w:t>vt 0.769531 0.100098</w:t>
        <w:br/>
        <w:t>vt 0.769531 0.100098</w:t>
        <w:br/>
        <w:t>vt 0.747070 0.100098</w:t>
        <w:br/>
        <w:t>vt 0.746582 0.104004</w:t>
        <w:br/>
        <w:t>vt 0.750488 0.082520</w:t>
        <w:br/>
        <w:t>vt 0.747070 0.100098</w:t>
        <w:br/>
        <w:t>vt 0.753418 0.063965</w:t>
        <w:br/>
        <w:t>vt 0.719727 0.100098</w:t>
        <w:br/>
        <w:t>vt 0.719727 0.104004</w:t>
        <w:br/>
        <w:t>vt 0.723633 0.081543</w:t>
        <w:br/>
        <w:t>vt 0.692383 0.100098</w:t>
        <w:br/>
        <w:t>vt 0.692383 0.100098</w:t>
        <w:br/>
        <w:t>vt 0.691406 0.104004</w:t>
        <w:br/>
        <w:t>vt 0.667480 0.100586</w:t>
        <w:br/>
        <w:t>vt 0.666016 0.104004</w:t>
        <w:br/>
        <w:t>vt 0.651855 0.101074</w:t>
        <w:br/>
        <w:t>vt 0.649414 0.104004</w:t>
        <w:br/>
        <w:t>vt 0.651855 0.101074</w:t>
        <w:br/>
        <w:t>vt 0.649414 0.104004</w:t>
        <w:br/>
        <w:t>vt 0.819336 0.023926</w:t>
        <w:br/>
        <w:t>vt 0.812500 0.023438</w:t>
        <w:br/>
        <w:t>vt 0.819336 0.021973</w:t>
        <w:br/>
        <w:t>vt 0.807617 0.022461</w:t>
        <w:br/>
        <w:t>vt 0.807617 0.022461</w:t>
        <w:br/>
        <w:t>vt 0.803223 0.005859</w:t>
        <w:br/>
        <w:t>vt 0.812500 0.005859</w:t>
        <w:br/>
        <w:t>vt 0.825684 0.005859</w:t>
        <w:br/>
        <w:t>vt 0.819336 0.021973</w:t>
        <w:br/>
        <w:t>vt 0.813477 0.021973</w:t>
        <w:br/>
        <w:t>vt 0.200928 0.925598</w:t>
        <w:br/>
        <w:t>vt 0.201782 0.922729</w:t>
        <w:br/>
        <w:t>vt 0.201782 0.927673</w:t>
        <w:br/>
        <w:t>vt 0.198486 0.923462</w:t>
        <w:br/>
        <w:t>vt 0.201782 0.922729</w:t>
        <w:br/>
        <w:t>vt 0.201782 0.927673</w:t>
        <w:br/>
        <w:t>vt 0.198486 0.923462</w:t>
        <w:br/>
        <w:t>vt 0.200195 0.907288</w:t>
        <w:br/>
        <w:t>vt 0.200195 0.907288</w:t>
        <w:br/>
        <w:t>vt 0.201782 0.907410</w:t>
        <w:br/>
        <w:t>vt 0.197021 0.922424</w:t>
        <w:br/>
        <w:t>vt 0.200439 0.896057</w:t>
        <w:br/>
        <w:t>vt 0.198975 0.906860</w:t>
        <w:br/>
        <w:t>vt 0.201782 0.895996</w:t>
        <w:br/>
        <w:t>vt 0.193115 0.920593</w:t>
        <w:br/>
        <w:t>vt 0.201782 0.880554</w:t>
        <w:br/>
        <w:t>vt 0.193848 0.906250</w:t>
        <w:br/>
        <w:t>vt 0.184570 0.919250</w:t>
        <w:br/>
        <w:t>vt 0.198975 0.895874</w:t>
        <w:br/>
        <w:t>vt 0.200439 0.880371</w:t>
        <w:br/>
        <w:t>vt 0.200806 0.864502</w:t>
        <w:br/>
        <w:t>vt 0.201782 0.863892</w:t>
        <w:br/>
        <w:t>vt 0.200806 0.864502</w:t>
        <w:br/>
        <w:t>vt 0.201782 0.863892</w:t>
        <w:br/>
        <w:t>vt 0.200439 0.851685</w:t>
        <w:br/>
        <w:t>vt 0.201782 0.851196</w:t>
        <w:br/>
        <w:t>vt 0.200439 0.851685</w:t>
        <w:br/>
        <w:t>vt 0.199951 0.835571</w:t>
        <w:br/>
        <w:t>vt 0.197632 0.836670</w:t>
        <w:br/>
        <w:t>vt 0.198242 0.851929</w:t>
        <w:br/>
        <w:t>vt 0.192017 0.851929</w:t>
        <w:br/>
        <w:t>vt 0.198853 0.865112</w:t>
        <w:br/>
        <w:t>vt 0.192993 0.864746</w:t>
        <w:br/>
        <w:t>vt 0.198853 0.865112</w:t>
        <w:br/>
        <w:t>vt 0.198242 0.851929</w:t>
        <w:br/>
        <w:t>vt 0.198242 0.851929</w:t>
        <w:br/>
        <w:t>vt 0.192017 0.851929</w:t>
        <w:br/>
        <w:t>vt 0.201782 0.835205</w:t>
        <w:br/>
        <w:t>vt 0.183350 0.864136</w:t>
        <w:br/>
        <w:t>vt 0.200195 0.819702</w:t>
        <w:br/>
        <w:t>vt 0.201782 0.820068</w:t>
        <w:br/>
        <w:t>vt 0.196777 0.819580</w:t>
        <w:br/>
        <w:t>vt 0.191528 0.822632</w:t>
        <w:br/>
        <w:t>vt 0.191528 0.837524</w:t>
        <w:br/>
        <w:t>vt 0.179810 0.830200</w:t>
        <w:br/>
        <w:t>vt 0.180542 0.837891</w:t>
        <w:br/>
        <w:t>vt 0.167969 0.836548</w:t>
        <w:br/>
        <w:t>vt 0.182495 0.851196</w:t>
        <w:br/>
        <w:t>vt 0.183350 0.864136</w:t>
        <w:br/>
        <w:t>vt 0.172241 0.863403</w:t>
        <w:br/>
        <w:t>vt 0.170654 0.850098</w:t>
        <w:br/>
        <w:t>vt 0.162354 0.862671</w:t>
        <w:br/>
        <w:t>vt 0.184692 0.879333</w:t>
        <w:br/>
        <w:t>vt 0.173950 0.878540</w:t>
        <w:br/>
        <w:t>vt 0.164307 0.877930</w:t>
        <w:br/>
        <w:t>vt 0.193970 0.879883</w:t>
        <w:br/>
        <w:t>vt 0.172241 0.863403</w:t>
        <w:br/>
        <w:t>vt 0.184692 0.879333</w:t>
        <w:br/>
        <w:t>vt 0.157959 0.841187</w:t>
        <w:br/>
        <w:t>vt 0.160400 0.849243</w:t>
        <w:br/>
        <w:t>vt 0.174561 0.893433</w:t>
        <w:br/>
        <w:t>vt 0.166138 0.892822</w:t>
        <w:br/>
        <w:t>vt 0.174561 0.893433</w:t>
        <w:br/>
        <w:t>vt 0.184204 0.894348</w:t>
        <w:br/>
        <w:t>vt 0.184204 0.894348</w:t>
        <w:br/>
        <w:t>vt 0.175659 0.904663</w:t>
        <w:br/>
        <w:t>vt 0.193115 0.895142</w:t>
        <w:br/>
        <w:t>vt 0.193115 0.895142</w:t>
        <w:br/>
        <w:t>vt 0.184937 0.905579</w:t>
        <w:br/>
        <w:t>vt 0.167847 0.905518</w:t>
        <w:br/>
        <w:t>vt 0.177368 0.918518</w:t>
        <w:br/>
        <w:t>vt 0.169434 0.918152</w:t>
        <w:br/>
        <w:t>vt 0.177368 0.918518</w:t>
        <w:br/>
        <w:t>vt 0.198975 0.880371</w:t>
        <w:br/>
        <w:t>vt 0.869141 0.733887</w:t>
        <w:br/>
        <w:t>vt 0.862793 0.730225</w:t>
        <w:br/>
        <w:t>vt 0.869141 0.726807</w:t>
        <w:br/>
        <w:t>vt 0.875000 0.730225</w:t>
        <w:br/>
        <w:t>vt 0.862793 0.723145</w:t>
        <w:br/>
        <w:t>vt 0.875000 0.723145</w:t>
        <w:br/>
        <w:t>vt 0.869141 0.719482</w:t>
        <w:br/>
        <w:t>vt 0.566406 0.608643</w:t>
        <w:br/>
        <w:t>vt 0.558594 0.612793</w:t>
        <w:br/>
        <w:t>vt 0.558594 0.604248</w:t>
        <w:br/>
        <w:t>vt 0.566406 0.600098</w:t>
        <w:br/>
        <w:t>vt 0.551270 0.608643</w:t>
        <w:br/>
        <w:t>vt 0.558594 0.595703</w:t>
        <w:br/>
        <w:t>vt 0.551270 0.600098</w:t>
        <w:br/>
        <w:t>vt 0.187012 0.933472</w:t>
        <w:br/>
        <w:t>vt 0.194214 0.937592</w:t>
        <w:br/>
        <w:t>vt 0.187012 0.941772</w:t>
        <w:br/>
        <w:t>vt 0.194214 0.929321</w:t>
        <w:br/>
        <w:t>vt 0.194214 0.945923</w:t>
        <w:br/>
        <w:t>vt 0.201416 0.933472</w:t>
        <w:br/>
        <w:t>vt 0.201416 0.941742</w:t>
        <w:br/>
        <w:t>vt 0.900391 0.316895</w:t>
        <w:br/>
        <w:t>vt 0.891602 0.322266</w:t>
        <w:br/>
        <w:t>vt 0.891602 0.312012</w:t>
        <w:br/>
        <w:t>vt 0.900391 0.307129</w:t>
        <w:br/>
        <w:t>vt 0.883301 0.317383</w:t>
        <w:br/>
        <w:t>vt 0.891602 0.302246</w:t>
        <w:br/>
        <w:t>vt 0.883301 0.307129</w:t>
        <w:br/>
        <w:t>vt 0.869141 0.733887</w:t>
        <w:br/>
        <w:t>vt 0.869141 0.726807</w:t>
        <w:br/>
        <w:t>vt 0.862793 0.730225</w:t>
        <w:br/>
        <w:t>vt 0.862793 0.723145</w:t>
        <w:br/>
        <w:t>vt 0.875000 0.730225</w:t>
        <w:br/>
        <w:t>vt 0.869141 0.719482</w:t>
        <w:br/>
        <w:t>vt 0.875000 0.723145</w:t>
        <w:br/>
        <w:t>vt 0.566406 0.608643</w:t>
        <w:br/>
        <w:t>vt 0.558594 0.604248</w:t>
        <w:br/>
        <w:t>vt 0.558594 0.612793</w:t>
        <w:br/>
        <w:t>vt 0.566406 0.600098</w:t>
        <w:br/>
        <w:t>vt 0.551270 0.608643</w:t>
        <w:br/>
        <w:t>vt 0.558594 0.595703</w:t>
        <w:br/>
        <w:t>vt 0.551270 0.600098</w:t>
        <w:br/>
        <w:t>vt 0.187012 0.933472</w:t>
        <w:br/>
        <w:t>vt 0.187012 0.941772</w:t>
        <w:br/>
        <w:t>vt 0.194214 0.937592</w:t>
        <w:br/>
        <w:t>vt 0.194214 0.929321</w:t>
        <w:br/>
        <w:t>vt 0.194214 0.945923</w:t>
        <w:br/>
        <w:t>vt 0.201416 0.933472</w:t>
        <w:br/>
        <w:t>vt 0.201416 0.941742</w:t>
        <w:br/>
        <w:t>vt 0.900391 0.316895</w:t>
        <w:br/>
        <w:t>vt 0.891602 0.312012</w:t>
        <w:br/>
        <w:t>vt 0.891602 0.322266</w:t>
        <w:br/>
        <w:t>vt 0.883301 0.317383</w:t>
        <w:br/>
        <w:t>vt 0.900391 0.307129</w:t>
        <w:br/>
        <w:t>vt 0.883301 0.307129</w:t>
        <w:br/>
        <w:t>vt 0.891602 0.302246</w:t>
        <w:br/>
        <w:t>vt 0.130005 0.863770</w:t>
        <w:br/>
        <w:t>vt 0.117371 0.856689</w:t>
        <w:br/>
        <w:t>vt 0.116577 0.858154</w:t>
        <w:br/>
        <w:t>vt 0.130127 0.865356</w:t>
        <w:br/>
        <w:t>vt 0.099915 0.847656</w:t>
        <w:br/>
        <w:t>vt 0.117615 0.868408</w:t>
        <w:br/>
        <w:t>vt 0.132935 0.874146</w:t>
        <w:br/>
        <w:t>vt 0.099243 0.850098</w:t>
        <w:br/>
        <w:t>vt 0.099243 0.850098</w:t>
        <w:br/>
        <w:t>vt 0.117737 0.876953</w:t>
        <w:br/>
        <w:t>vt 0.137695 0.888794</w:t>
        <w:br/>
        <w:t>vt 0.098694 0.860107</w:t>
        <w:br/>
        <w:t>vt 0.099548 0.866699</w:t>
        <w:br/>
        <w:t>vt 0.074585 0.850464</w:t>
        <w:br/>
        <w:t>vt 0.075562 0.839722</w:t>
        <w:br/>
        <w:t>vt 0.075562 0.839722</w:t>
        <w:br/>
        <w:t>vt 0.077087 0.838013</w:t>
        <w:br/>
        <w:t>vt 0.051300 0.825928</w:t>
        <w:br/>
        <w:t>vt 0.050232 0.828125</w:t>
        <w:br/>
        <w:t>vt 0.031433 0.817871</w:t>
        <w:br/>
        <w:t>vt 0.048828 0.838501</w:t>
        <w:br/>
        <w:t>vt 0.050232 0.828125</w:t>
        <w:br/>
        <w:t>vt 0.073669 0.862671</w:t>
        <w:br/>
        <w:t>vt 0.031342 0.820190</w:t>
        <w:br/>
        <w:t>vt 0.017853 0.813354</w:t>
        <w:br/>
        <w:t>vt 0.030075 0.831543</w:t>
        <w:br/>
        <w:t>vt 0.031342 0.820190</w:t>
        <w:br/>
        <w:t>vt 0.016296 0.815430</w:t>
        <w:br/>
        <w:t>vt 0.004326 0.809448</w:t>
        <w:br/>
        <w:t>vt 0.004326 0.812500</w:t>
        <w:br/>
        <w:t>vt 0.016296 0.815430</w:t>
        <w:br/>
        <w:t>vt 0.004326 0.812500</w:t>
        <w:br/>
        <w:t>vt 0.004326 0.823730</w:t>
        <w:br/>
        <w:t>vt 0.016785 0.826904</w:t>
        <w:br/>
        <w:t>vt 0.017029 0.836670</w:t>
        <w:br/>
        <w:t>vt 0.048676 0.856323</w:t>
        <w:br/>
        <w:t>vt 0.030762 0.850708</w:t>
        <w:br/>
        <w:t>vt 0.017151 0.843994</w:t>
        <w:br/>
        <w:t>vt 0.004326 0.839478</w:t>
        <w:br/>
        <w:t>vt 0.017517 0.850708</w:t>
        <w:br/>
        <w:t>vt 0.004326 0.852661</w:t>
        <w:br/>
        <w:t>vt 0.048187 0.870361</w:t>
        <w:br/>
        <w:t>vt 0.017258 0.861694</w:t>
        <w:br/>
        <w:t>vt 0.030273 0.871216</w:t>
        <w:br/>
        <w:t>vt 0.017563 0.872070</w:t>
        <w:br/>
        <w:t>vt 0.004326 0.871826</w:t>
        <w:br/>
        <w:t>vt 0.050812 0.883606</w:t>
        <w:br/>
        <w:t>vt 0.017883 0.877258</w:t>
        <w:br/>
        <w:t>vt 0.030792 0.884155</w:t>
        <w:br/>
        <w:t>vt 0.008377 0.892822</w:t>
        <w:br/>
        <w:t>vt 0.004326 0.893127</w:t>
        <w:br/>
        <w:t>vt 0.019180 0.892944</w:t>
        <w:br/>
        <w:t>vt 0.010178 0.913940</w:t>
        <w:br/>
        <w:t>vt 0.004326 0.913818</w:t>
        <w:br/>
        <w:t>vt 0.031204 0.893738</w:t>
        <w:br/>
        <w:t>vt 0.011551 0.932373</w:t>
        <w:br/>
        <w:t>vt 0.004326 0.932739</w:t>
        <w:br/>
        <w:t>vt 0.021454 0.913391</w:t>
        <w:br/>
        <w:t>vt 0.022278 0.931396</w:t>
        <w:br/>
        <w:t>vt 0.012138 0.946472</w:t>
        <w:br/>
        <w:t>vt 0.004326 0.947021</w:t>
        <w:br/>
        <w:t>vt 0.023636 0.945190</w:t>
        <w:br/>
        <w:t>vt 0.013390 0.964020</w:t>
        <w:br/>
        <w:t>vt 0.004326 0.965027</w:t>
        <w:br/>
        <w:t>vt 0.025253 0.962006</w:t>
        <w:br/>
        <w:t>vt 0.015503 0.979752</w:t>
        <w:br/>
        <w:t>vt 0.004326 0.982071</w:t>
        <w:br/>
        <w:t>vt 0.037170 0.959229</w:t>
        <w:br/>
        <w:t>vt 0.016083 0.983246</w:t>
        <w:br/>
        <w:t>vt 0.004326 0.990471</w:t>
        <w:br/>
        <w:t>vt 0.026993 0.976196</w:t>
        <w:br/>
        <w:t>vt 0.017441 0.992279</w:t>
        <w:br/>
        <w:t>vt 0.004326 0.996372</w:t>
        <w:br/>
        <w:t>vt 0.019012 0.996372</w:t>
        <w:br/>
        <w:t>vt 0.028961 0.983109</w:t>
        <w:br/>
        <w:t>vt 0.031769 0.992439</w:t>
        <w:br/>
        <w:t>vt 0.032898 0.996372</w:t>
        <w:br/>
        <w:t>vt 0.039459 0.972412</w:t>
        <w:br/>
        <w:t>vt 0.041534 0.983109</w:t>
        <w:br/>
        <w:t>vt 0.044403 0.992233</w:t>
        <w:br/>
        <w:t>vt 0.044403 0.992233</w:t>
        <w:br/>
        <w:t>vt 0.045624 0.996372</w:t>
        <w:br/>
        <w:t>vt 0.060028 0.952972</w:t>
        <w:br/>
        <w:t>vt 0.071838 0.992794</w:t>
        <w:br/>
        <w:t>vt 0.072205 0.996372</w:t>
        <w:br/>
        <w:t>vt 0.063171 0.965881</w:t>
        <w:br/>
        <w:t>vt 0.036377 0.942932</w:t>
        <w:br/>
        <w:t>vt 0.035522 0.929199</w:t>
        <w:br/>
        <w:t>vt 0.056946 0.938995</w:t>
        <w:br/>
        <w:t>vt 0.033844 0.911926</w:t>
        <w:br/>
        <w:t>vt 0.055542 0.925415</w:t>
        <w:br/>
        <w:t>vt 0.085632 0.946014</w:t>
        <w:br/>
        <w:t>vt 0.083496 0.934387</w:t>
        <w:br/>
        <w:t>vt 0.054382 0.910522</w:t>
        <w:br/>
        <w:t>vt 0.052185 0.894531</w:t>
        <w:br/>
        <w:t>vt 0.080750 0.908386</w:t>
        <w:br/>
        <w:t>vt 0.079224 0.893005</w:t>
        <w:br/>
        <w:t>vt 0.082275 0.921692</w:t>
        <w:br/>
        <w:t>vt 0.075745 0.877075</w:t>
        <w:br/>
        <w:t>vt 0.102844 0.892456</w:t>
        <w:br/>
        <w:t>vt 0.100586 0.877258</w:t>
        <w:br/>
        <w:t>vt 0.119568 0.893921</w:t>
        <w:br/>
        <w:t>vt 0.132080 0.904358</w:t>
        <w:br/>
        <w:t>vt 0.142700 0.900696</w:t>
        <w:br/>
        <w:t>vt 0.125000 0.906677</w:t>
        <w:br/>
        <w:t>vt 0.145874 0.916199</w:t>
        <w:br/>
        <w:t>vt 0.148315 0.915039</w:t>
        <w:br/>
        <w:t>vt 0.156250 0.920044</w:t>
        <w:br/>
        <w:t>vt 0.154419 0.921875</w:t>
        <w:br/>
        <w:t>vt 0.161621 0.929321</w:t>
        <w:br/>
        <w:t>vt 0.164062 0.928772</w:t>
        <w:br/>
        <w:t>vt 0.159546 0.940521</w:t>
        <w:br/>
        <w:t>vt 0.157593 0.938904</w:t>
        <w:br/>
        <w:t>vt 0.152466 0.950775</w:t>
        <w:br/>
        <w:t>vt 0.150024 0.950378</w:t>
        <w:br/>
        <w:t>vt 0.153564 0.966125</w:t>
        <w:br/>
        <w:t>vt 0.136719 0.912964</w:t>
        <w:br/>
        <w:t>vt 0.138916 0.918030</w:t>
        <w:br/>
        <w:t>vt 0.126221 0.914246</w:t>
        <w:br/>
        <w:t>vt 0.127808 0.920532</w:t>
        <w:br/>
        <w:t>vt 0.107666 0.921082</w:t>
        <w:br/>
        <w:t>vt 0.112732 0.905334</w:t>
        <w:br/>
        <w:t>vt 0.105042 0.905579</w:t>
        <w:br/>
        <w:t>vt 0.109009 0.932617</w:t>
        <w:br/>
        <w:t>vt 0.109131 0.934875</w:t>
        <w:br/>
        <w:t>vt 0.093689 0.936462</w:t>
        <w:br/>
        <w:t>vt 0.094604 0.943756</w:t>
        <w:br/>
        <w:t>vt 0.095459 0.950165</w:t>
        <w:br/>
        <w:t>vt 0.088562 0.958282</w:t>
        <w:br/>
        <w:t>vt 0.109802 0.945618</w:t>
        <w:br/>
        <w:t>vt 0.110840 0.949829</w:t>
        <w:br/>
        <w:t>vt 0.066040 0.975708</w:t>
        <w:br/>
        <w:t>vt 0.091980 0.969345</w:t>
        <w:br/>
        <w:t>vt 0.114075 0.962555</w:t>
        <w:br/>
        <w:t>vt 0.067200 0.980362</w:t>
        <w:br/>
        <w:t>vt 0.094971 0.976959</w:t>
        <w:br/>
        <w:t>vt 0.070190 0.987518</w:t>
        <w:br/>
        <w:t>vt 0.097229 0.987206</w:t>
        <w:br/>
        <w:t>vt 0.117249 0.971237</w:t>
        <w:br/>
        <w:t>vt 0.098328 0.992275</w:t>
        <w:br/>
        <w:t>vt 0.098389 0.996372</w:t>
        <w:br/>
        <w:t>vt 0.106506 0.986656</w:t>
        <w:br/>
        <w:t>vt 0.121643 0.992908</w:t>
        <w:br/>
        <w:t>vt 0.121643 0.992908</w:t>
        <w:br/>
        <w:t>vt 0.122437 0.996372</w:t>
        <w:br/>
        <w:t>vt 0.119568 0.984474</w:t>
        <w:br/>
        <w:t>vt 0.135132 0.992535</w:t>
        <w:br/>
        <w:t>vt 0.135132 0.992535</w:t>
        <w:br/>
        <w:t>vt 0.135254 0.996372</w:t>
        <w:br/>
        <w:t>vt 0.142090 0.996372</w:t>
        <w:br/>
        <w:t>vt 0.127686 0.983154</w:t>
        <w:br/>
        <w:t>vt 0.142456 0.991859</w:t>
        <w:br/>
        <w:t>vt 0.142456 0.991859</w:t>
        <w:br/>
        <w:t>vt 0.155029 0.996372</w:t>
        <w:br/>
        <w:t>vt 0.155151 0.993011</w:t>
        <w:br/>
        <w:t>vt 0.139282 0.981537</w:t>
        <w:br/>
        <w:t>vt 0.155640 0.981674</w:t>
        <w:br/>
        <w:t>vt 0.136230 0.968475</w:t>
        <w:br/>
        <w:t>vt 0.133057 0.954834</w:t>
        <w:br/>
        <w:t>vt 0.752930 0.975357</w:t>
        <w:br/>
        <w:t>vt 0.747559 0.996529</w:t>
        <w:br/>
        <w:t>vt 0.751953 0.996529</w:t>
        <w:br/>
        <w:t>vt 0.749023 0.972397</w:t>
        <w:br/>
        <w:t>vt 0.752930 0.975357</w:t>
        <w:br/>
        <w:t>vt 0.751953 0.996529</w:t>
        <w:br/>
        <w:t>vt 0.773438 0.996529</w:t>
        <w:br/>
        <w:t>vt 0.749023 0.972397</w:t>
        <w:br/>
        <w:t>vt 0.752930 0.975357</w:t>
        <w:br/>
        <w:t>vt 0.773438 0.983627</w:t>
        <w:br/>
        <w:t>vt 0.762695 0.974762</w:t>
        <w:br/>
        <w:t>vt 0.857422 0.278320</w:t>
        <w:br/>
        <w:t>vt 0.854004 0.277344</w:t>
        <w:br/>
        <w:t>vt 0.854004 0.278320</w:t>
        <w:br/>
        <w:t>vt 0.857422 0.277344</w:t>
        <w:br/>
        <w:t>vt 0.854004 0.284180</w:t>
        <w:br/>
        <w:t>vt 0.857422 0.278320</w:t>
        <w:br/>
        <w:t>vt 0.854004 0.278320</w:t>
        <w:br/>
        <w:t>vt 0.877441 0.277344</w:t>
        <w:br/>
        <w:t>vt 0.877441 0.277344</w:t>
        <w:br/>
        <w:t>vt 0.857422 0.284180</w:t>
        <w:br/>
        <w:t>vt 0.854004 0.293457</w:t>
        <w:br/>
        <w:t>vt 0.896484 0.277344</w:t>
        <w:br/>
        <w:t>vt 0.896484 0.277344</w:t>
        <w:br/>
        <w:t>vt 0.877930 0.278320</w:t>
        <w:br/>
        <w:t>vt 0.857422 0.284180</w:t>
        <w:br/>
        <w:t>vt 0.857422 0.278320</w:t>
        <w:br/>
        <w:t>vt 0.895020 0.278320</w:t>
        <w:br/>
        <w:t>vt 0.898926 0.277344</w:t>
        <w:br/>
        <w:t>vt 0.896973 0.278320</w:t>
        <w:br/>
        <w:t>vt 0.877930 0.284180</w:t>
        <w:br/>
        <w:t>vt 0.857422 0.293457</w:t>
        <w:br/>
        <w:t>vt 0.857422 0.293457</w:t>
        <w:br/>
        <w:t>vt 0.854004 0.293457</w:t>
        <w:br/>
        <w:t>vt 0.867676 0.299316</w:t>
        <w:br/>
        <w:t>vt 0.857422 0.293457</w:t>
        <w:br/>
        <w:t>vt 0.895020 0.278320</w:t>
        <w:br/>
        <w:t>vt 0.895020 0.284180</w:t>
        <w:br/>
        <w:t>vt 0.896973 0.278320</w:t>
        <w:br/>
        <w:t>vt 0.895020 0.284180</w:t>
        <w:br/>
        <w:t>vt 0.897461 0.284180</w:t>
        <w:br/>
        <w:t>vt 0.896484 0.293457</w:t>
        <w:br/>
        <w:t>vt 0.867676 0.296875</w:t>
        <w:br/>
        <w:t>vt 0.894531 0.293457</w:t>
        <w:br/>
        <w:t>vt 0.894531 0.293457</w:t>
        <w:br/>
        <w:t>vt 0.886719 0.298340</w:t>
        <w:br/>
        <w:t>vt 0.896484 0.293457</w:t>
        <w:br/>
        <w:t>vt 0.867676 0.296875</w:t>
        <w:br/>
        <w:t>vt 0.877930 0.293457</w:t>
        <w:br/>
        <w:t>vt 0.877930 0.293457</w:t>
        <w:br/>
        <w:t>vt 0.894531 0.293457</w:t>
        <w:br/>
        <w:t>vt 0.877930 0.295898</w:t>
        <w:br/>
        <w:t>vt 0.886230 0.296387</w:t>
        <w:br/>
        <w:t>vt 0.886230 0.296387</w:t>
        <w:br/>
        <w:t>vt 0.142578 0.948456</w:t>
        <w:br/>
        <w:t>vt 0.136719 0.923279</w:t>
        <w:br/>
        <w:t>vt 0.135254 0.925537</w:t>
        <w:br/>
        <w:t>vt 0.118652 0.926819</w:t>
        <w:br/>
        <w:t>vt 0.135254 0.925537</w:t>
        <w:br/>
        <w:t>vt 0.136719 0.923279</w:t>
        <w:br/>
        <w:t>vt 0.139893 0.947266</w:t>
        <w:br/>
        <w:t>vt 0.139893 0.947266</w:t>
        <w:br/>
        <w:t>vt 0.124451 0.953308</w:t>
        <w:br/>
        <w:t>vt 0.142578 0.948456</w:t>
        <w:br/>
        <w:t>vt 0.120361 0.928955</w:t>
        <w:br/>
        <w:t>vt 0.139893 0.947266</w:t>
        <w:br/>
        <w:t>vt 0.112915 0.941833</w:t>
        <w:br/>
        <w:t>vt 0.124939 0.950500</w:t>
        <w:br/>
        <w:t>vt 0.124939 0.950500</w:t>
        <w:br/>
        <w:t>vt 0.115662 0.941193</w:t>
        <w:br/>
        <w:t>vt 0.115662 0.941193</w:t>
        <w:br/>
        <w:t>vt 0.115662 0.941193</w:t>
        <w:br/>
        <w:t>vt 0.764648 0.340820</w:t>
        <w:br/>
        <w:t>vt 0.778809 0.343750</w:t>
        <w:br/>
        <w:t>vt 0.762207 0.343750</w:t>
        <w:br/>
        <w:t>vt 0.762207 0.343750</w:t>
        <w:br/>
        <w:t>vt 0.762207 0.315430</w:t>
        <w:br/>
        <w:t>vt 0.764648 0.340820</w:t>
        <w:br/>
        <w:t>vt 0.802246 0.340820</w:t>
        <w:br/>
        <w:t>vt 0.802246 0.343750</w:t>
        <w:br/>
        <w:t>vt 0.764648 0.315430</w:t>
        <w:br/>
        <w:t>vt 0.764648 0.315430</w:t>
        <w:br/>
        <w:t>vt 0.762207 0.288086</w:t>
        <w:br/>
        <w:t>vt 0.843262 0.340820</w:t>
        <w:br/>
        <w:t>vt 0.846680 0.343750</w:t>
        <w:br/>
        <w:t>vt 0.846680 0.317383</w:t>
        <w:br/>
        <w:t>vt 0.846680 0.343750</w:t>
        <w:br/>
        <w:t>vt 0.843262 0.340820</w:t>
        <w:br/>
        <w:t>vt 0.802246 0.315430</w:t>
        <w:br/>
        <w:t>vt 0.764648 0.288086</w:t>
        <w:br/>
        <w:t>vt 0.764648 0.288086</w:t>
        <w:br/>
        <w:t>vt 0.762207 0.259766</w:t>
        <w:br/>
        <w:t>vt 0.843262 0.315430</w:t>
        <w:br/>
        <w:t>vt 0.846680 0.311523</w:t>
        <w:br/>
        <w:t>vt 0.845215 0.308594</w:t>
        <w:br/>
        <w:t>vt 0.802246 0.288086</w:t>
        <w:br/>
        <w:t>vt 0.843262 0.288086</w:t>
        <w:br/>
        <w:t>vt 0.845215 0.288086</w:t>
        <w:br/>
        <w:t>vt 0.845215 0.270508</w:t>
        <w:br/>
        <w:t>vt 0.843262 0.259766</w:t>
        <w:br/>
        <w:t>vt 0.846680 0.269531</w:t>
        <w:br/>
        <w:t>vt 0.846680 0.259766</w:t>
        <w:br/>
        <w:t>vt 0.802246 0.259766</w:t>
        <w:br/>
        <w:t>vt 0.843262 0.229492</w:t>
        <w:br/>
        <w:t>vt 0.846680 0.225586</w:t>
        <w:br/>
        <w:t>vt 0.802246 0.225586</w:t>
        <w:br/>
        <w:t>vt 0.764648 0.259766</w:t>
        <w:br/>
        <w:t>vt 0.764648 0.259766</w:t>
        <w:br/>
        <w:t>vt 0.802246 0.229492</w:t>
        <w:br/>
        <w:t>vt 0.802246 0.229492</w:t>
        <w:br/>
        <w:t>vt 0.764648 0.229492</w:t>
        <w:br/>
        <w:t>vt 0.764648 0.229492</w:t>
        <w:br/>
        <w:t>vt 0.762207 0.225586</w:t>
        <w:br/>
        <w:t>vt 0.762207 0.225586</w:t>
        <w:br/>
        <w:t>vt 0.764648 0.340820</w:t>
        <w:br/>
        <w:t>vt 0.762207 0.343750</w:t>
        <w:br/>
        <w:t>vt 0.778809 0.343750</w:t>
        <w:br/>
        <w:t>vt 0.762207 0.315430</w:t>
        <w:br/>
        <w:t>vt 0.762207 0.343750</w:t>
        <w:br/>
        <w:t>vt 0.764648 0.340820</w:t>
        <w:br/>
        <w:t>vt 0.802246 0.340820</w:t>
        <w:br/>
        <w:t>vt 0.802246 0.343750</w:t>
        <w:br/>
        <w:t>vt 0.764648 0.315430</w:t>
        <w:br/>
        <w:t>vt 0.764648 0.315430</w:t>
        <w:br/>
        <w:t>vt 0.762207 0.288086</w:t>
        <w:br/>
        <w:t>vt 0.843262 0.340820</w:t>
        <w:br/>
        <w:t>vt 0.846680 0.343750</w:t>
        <w:br/>
        <w:t>vt 0.846680 0.343750</w:t>
        <w:br/>
        <w:t>vt 0.846680 0.317383</w:t>
        <w:br/>
        <w:t>vt 0.843262 0.340820</w:t>
        <w:br/>
        <w:t>vt 0.802246 0.315430</w:t>
        <w:br/>
        <w:t>vt 0.764648 0.288086</w:t>
        <w:br/>
        <w:t>vt 0.764648 0.288086</w:t>
        <w:br/>
        <w:t>vt 0.762207 0.259766</w:t>
        <w:br/>
        <w:t>vt 0.843262 0.315430</w:t>
        <w:br/>
        <w:t>vt 0.846680 0.311523</w:t>
        <w:br/>
        <w:t>vt 0.845215 0.308594</w:t>
        <w:br/>
        <w:t>vt 0.802246 0.288086</w:t>
        <w:br/>
        <w:t>vt 0.843262 0.288086</w:t>
        <w:br/>
        <w:t>vt 0.845215 0.288086</w:t>
        <w:br/>
        <w:t>vt 0.845215 0.270508</w:t>
        <w:br/>
        <w:t>vt 0.843262 0.259766</w:t>
        <w:br/>
        <w:t>vt 0.846680 0.269531</w:t>
        <w:br/>
        <w:t>vt 0.846680 0.259766</w:t>
        <w:br/>
        <w:t>vt 0.802246 0.259766</w:t>
        <w:br/>
        <w:t>vt 0.843262 0.229492</w:t>
        <w:br/>
        <w:t>vt 0.846680 0.225586</w:t>
        <w:br/>
        <w:t>vt 0.802246 0.225586</w:t>
        <w:br/>
        <w:t>vt 0.764648 0.259766</w:t>
        <w:br/>
        <w:t>vt 0.764648 0.259766</w:t>
        <w:br/>
        <w:t>vt 0.802246 0.229492</w:t>
        <w:br/>
        <w:t>vt 0.802246 0.229492</w:t>
        <w:br/>
        <w:t>vt 0.764648 0.229492</w:t>
        <w:br/>
        <w:t>vt 0.764648 0.229492</w:t>
        <w:br/>
        <w:t>vt 0.762207 0.225586</w:t>
        <w:br/>
        <w:t>vt 0.762207 0.225586</w:t>
        <w:br/>
        <w:t>vt 0.698242 0.428711</w:t>
        <w:br/>
        <w:t>vt 0.709473 0.420410</w:t>
        <w:br/>
        <w:t>vt 0.712402 0.428223</w:t>
        <w:br/>
        <w:t>vt 0.724121 0.420898</w:t>
        <w:br/>
        <w:t>vt 0.698242 0.420410</w:t>
        <w:br/>
        <w:t>vt 0.683594 0.421387</w:t>
        <w:br/>
        <w:t>vt 0.719238 0.414551</w:t>
        <w:br/>
        <w:t>vt 0.732422 0.407227</w:t>
        <w:br/>
        <w:t>vt 0.688477 0.415039</w:t>
        <w:br/>
        <w:t>vt 0.675293 0.407227</w:t>
        <w:br/>
        <w:t>vt 0.724609 0.404297</w:t>
        <w:br/>
        <w:t>vt 0.732422 0.391113</w:t>
        <w:br/>
        <w:t>vt 0.682617 0.405273</w:t>
        <w:br/>
        <w:t>vt 0.724609 0.393066</w:t>
        <w:br/>
        <w:t>vt 0.682617 0.393555</w:t>
        <w:br/>
        <w:t>vt 0.675293 0.390625</w:t>
        <w:br/>
        <w:t>vt 0.719238 0.383301</w:t>
        <w:br/>
        <w:t>vt 0.723633 0.376953</w:t>
        <w:br/>
        <w:t>vt 0.687988 0.383789</w:t>
        <w:br/>
        <w:t>vt 0.683105 0.376953</w:t>
        <w:br/>
        <w:t>vt 0.708984 0.377930</w:t>
        <w:br/>
        <w:t>vt 0.708984 0.369141</w:t>
        <w:br/>
        <w:t>vt 0.697754 0.377930</w:t>
        <w:br/>
        <w:t>vt 0.694824 0.369629</w:t>
        <w:br/>
        <w:t>vt 0.708984 0.377930</w:t>
        <w:br/>
        <w:t>vt 0.719238 0.383301</w:t>
        <w:br/>
        <w:t>vt 0.703613 0.398926</w:t>
        <w:br/>
        <w:t>vt 0.724609 0.393066</w:t>
        <w:br/>
        <w:t>vt 0.687988 0.383789</w:t>
        <w:br/>
        <w:t>vt 0.724609 0.404297</w:t>
        <w:br/>
        <w:t>vt 0.682617 0.393555</w:t>
        <w:br/>
        <w:t>vt 0.719238 0.414551</w:t>
        <w:br/>
        <w:t>vt 0.682617 0.405273</w:t>
        <w:br/>
        <w:t>vt 0.709473 0.420410</w:t>
        <w:br/>
        <w:t>vt 0.688477 0.415039</w:t>
        <w:br/>
        <w:t>vt 0.698242 0.420410</w:t>
        <w:br/>
        <w:t>vt 0.412842 0.814819</w:t>
        <w:br/>
        <w:t>vt 0.414307 0.834717</w:t>
        <w:br/>
        <w:t>vt 0.414307 0.813721</w:t>
        <w:br/>
        <w:t>vt 0.400146 0.813721</w:t>
        <w:br/>
        <w:t>vt 0.412842 0.814819</w:t>
        <w:br/>
        <w:t>vt 0.414307 0.813721</w:t>
        <w:br/>
        <w:t>vt 0.412842 0.833252</w:t>
        <w:br/>
        <w:t>vt 0.412842 0.833252</w:t>
        <w:br/>
        <w:t>vt 0.400146 0.834717</w:t>
        <w:br/>
        <w:t>vt 0.414307 0.834717</w:t>
        <w:br/>
        <w:t>vt 0.401367 0.814819</w:t>
        <w:br/>
        <w:t>vt 0.400146 0.834717</w:t>
        <w:br/>
        <w:t>vt 0.401367 0.814819</w:t>
        <w:br/>
        <w:t>vt 0.400146 0.813721</w:t>
        <w:br/>
        <w:t>vt 0.411133 0.816650</w:t>
        <w:br/>
        <w:t>vt 0.401367 0.814819</w:t>
        <w:br/>
        <w:t>vt 0.401367 0.833252</w:t>
        <w:br/>
        <w:t>vt 0.401367 0.833252</w:t>
        <w:br/>
        <w:t>vt 0.403320 0.831909</w:t>
        <w:br/>
        <w:t>vt 0.401367 0.833252</w:t>
        <w:br/>
        <w:t>vt 0.403320 0.816650</w:t>
        <w:br/>
        <w:t>vt 0.411133 0.831909</w:t>
        <w:br/>
        <w:t>vt 0.411133 0.831909</w:t>
        <w:br/>
        <w:t>vt 0.404785 0.831055</w:t>
        <w:br/>
        <w:t>vt 0.403320 0.831909</w:t>
        <w:br/>
        <w:t>vt 0.404785 0.831055</w:t>
        <w:br/>
        <w:t>vt 0.403320 0.816650</w:t>
        <w:br/>
        <w:t>vt 0.403320 0.831909</w:t>
        <w:br/>
        <w:t>vt 0.409912 0.831055</w:t>
        <w:br/>
        <w:t>vt 0.411133 0.831909</w:t>
        <w:br/>
        <w:t>vt 0.411133 0.816650</w:t>
        <w:br/>
        <w:t>vt 0.409912 0.831055</w:t>
        <w:br/>
        <w:t>vt 0.404785 0.817505</w:t>
        <w:br/>
        <w:t>vt 0.409912 0.817505</w:t>
        <w:br/>
        <w:t>vt 0.409912 0.817505</w:t>
        <w:br/>
        <w:t>vt 0.403320 0.816650</w:t>
        <w:br/>
        <w:t>vt 0.404785 0.817505</w:t>
        <w:br/>
        <w:t>vt 0.411133 0.816650</w:t>
        <w:br/>
        <w:t>vt 0.414307 0.834717</w:t>
        <w:br/>
        <w:t>vt 0.412842 0.814819</w:t>
        <w:br/>
        <w:t>vt 0.414307 0.813721</w:t>
        <w:br/>
        <w:t>vt 0.412842 0.814819</w:t>
        <w:br/>
        <w:t>vt 0.400146 0.813721</w:t>
        <w:br/>
        <w:t>vt 0.414307 0.813721</w:t>
        <w:br/>
        <w:t>vt 0.412842 0.833252</w:t>
        <w:br/>
        <w:t>vt 0.400146 0.834717</w:t>
        <w:br/>
        <w:t>vt 0.412842 0.833252</w:t>
        <w:br/>
        <w:t>vt 0.414307 0.834717</w:t>
        <w:br/>
        <w:t>vt 0.401367 0.814819</w:t>
        <w:br/>
        <w:t>vt 0.401367 0.814819</w:t>
        <w:br/>
        <w:t>vt 0.400146 0.834717</w:t>
        <w:br/>
        <w:t>vt 0.400146 0.813721</w:t>
        <w:br/>
        <w:t>vt 0.411133 0.816650</w:t>
        <w:br/>
        <w:t>vt 0.401367 0.814819</w:t>
        <w:br/>
        <w:t>vt 0.401367 0.833252</w:t>
        <w:br/>
        <w:t>vt 0.401367 0.833252</w:t>
        <w:br/>
        <w:t>vt 0.403320 0.831909</w:t>
        <w:br/>
        <w:t>vt 0.401367 0.833252</w:t>
        <w:br/>
        <w:t>vt 0.403320 0.816650</w:t>
        <w:br/>
        <w:t>vt 0.411133 0.831909</w:t>
        <w:br/>
        <w:t>vt 0.404785 0.831055</w:t>
        <w:br/>
        <w:t>vt 0.411133 0.831909</w:t>
        <w:br/>
        <w:t>vt 0.403320 0.831909</w:t>
        <w:br/>
        <w:t>vt 0.403320 0.816650</w:t>
        <w:br/>
        <w:t>vt 0.404785 0.831055</w:t>
        <w:br/>
        <w:t>vt 0.403320 0.831909</w:t>
        <w:br/>
        <w:t>vt 0.409912 0.831055</w:t>
        <w:br/>
        <w:t>vt 0.409912 0.831055</w:t>
        <w:br/>
        <w:t>vt 0.411133 0.816650</w:t>
        <w:br/>
        <w:t>vt 0.411133 0.831909</w:t>
        <w:br/>
        <w:t>vt 0.404785 0.817505</w:t>
        <w:br/>
        <w:t>vt 0.409912 0.817505</w:t>
        <w:br/>
        <w:t>vt 0.403320 0.816650</w:t>
        <w:br/>
        <w:t>vt 0.409912 0.817505</w:t>
        <w:br/>
        <w:t>vt 0.404785 0.817505</w:t>
        <w:br/>
        <w:t>vt 0.411133 0.816650</w:t>
        <w:br/>
        <w:t>vt 0.814941 0.721436</w:t>
        <w:br/>
        <w:t>vt 0.808105 0.726318</w:t>
        <w:br/>
        <w:t>vt 0.815430 0.725586</w:t>
        <w:br/>
        <w:t>vt 0.821289 0.719971</w:t>
        <w:br/>
        <w:t>vt 0.810059 0.720703</w:t>
        <w:br/>
        <w:t>vt 0.801758 0.724121</w:t>
        <w:br/>
        <w:t>vt 0.816406 0.717285</w:t>
        <w:br/>
        <w:t>vt 0.805176 0.718506</w:t>
        <w:br/>
        <w:t>vt 0.812500 0.715332</w:t>
        <w:br/>
        <w:t>vt 0.818848 0.713867</w:t>
        <w:br/>
        <w:t>vt 0.822266 0.711914</w:t>
        <w:br/>
        <w:t>vt 0.819336 0.705566</w:t>
        <w:br/>
        <w:t>vt 0.815430 0.710205</w:t>
        <w:br/>
        <w:t>vt 0.813477 0.701660</w:t>
        <w:br/>
        <w:t>vt 0.808594 0.713135</w:t>
        <w:br/>
        <w:t>vt 0.811035 0.707520</w:t>
        <w:br/>
        <w:t>vt 0.806641 0.706299</w:t>
        <w:br/>
        <w:t>vt 0.806641 0.700928</w:t>
        <w:br/>
        <w:t>vt 0.797363 0.707275</w:t>
        <w:br/>
        <w:t>vt 0.804688 0.711182</w:t>
        <w:br/>
        <w:t>vt 0.801758 0.715576</w:t>
        <w:br/>
        <w:t>vt 0.797363 0.718506</w:t>
        <w:br/>
        <w:t>vt 0.818848 0.713867</w:t>
        <w:br/>
        <w:t>vt 0.819336 0.705566</w:t>
        <w:br/>
        <w:t>vt 0.822266 0.711914</w:t>
        <w:br/>
        <w:t>vt 0.821289 0.719971</w:t>
        <w:br/>
        <w:t>vt 0.815430 0.710205</w:t>
        <w:br/>
        <w:t>vt 0.813477 0.701660</w:t>
        <w:br/>
        <w:t>vt 0.816406 0.717285</w:t>
        <w:br/>
        <w:t>vt 0.811035 0.707520</w:t>
        <w:br/>
        <w:t>vt 0.812500 0.715332</w:t>
        <w:br/>
        <w:t>vt 0.814941 0.721436</w:t>
        <w:br/>
        <w:t>vt 0.815430 0.725586</w:t>
        <w:br/>
        <w:t>vt 0.808105 0.726318</w:t>
        <w:br/>
        <w:t>vt 0.810059 0.720703</w:t>
        <w:br/>
        <w:t>vt 0.801758 0.724121</w:t>
        <w:br/>
        <w:t>vt 0.808594 0.713135</w:t>
        <w:br/>
        <w:t>vt 0.805176 0.718506</w:t>
        <w:br/>
        <w:t>vt 0.801758 0.715576</w:t>
        <w:br/>
        <w:t>vt 0.797363 0.718506</w:t>
        <w:br/>
        <w:t>vt 0.797363 0.707275</w:t>
        <w:br/>
        <w:t>vt 0.804688 0.711182</w:t>
        <w:br/>
        <w:t>vt 0.806641 0.706299</w:t>
        <w:br/>
        <w:t>vt 0.806641 0.700928</w:t>
        <w:br/>
        <w:t>vt 0.592285 0.714355</w:t>
        <w:br/>
        <w:t>vt 0.585938 0.718750</w:t>
        <w:br/>
        <w:t>vt 0.592285 0.718018</w:t>
        <w:br/>
        <w:t>vt 0.597656 0.713379</w:t>
        <w:br/>
        <w:t>vt 0.587402 0.713867</w:t>
        <w:br/>
        <w:t>vt 0.580078 0.716797</w:t>
        <w:br/>
        <w:t>vt 0.593262 0.710938</w:t>
        <w:br/>
        <w:t>vt 0.583496 0.711914</w:t>
        <w:br/>
        <w:t>vt 0.589844 0.709229</w:t>
        <w:br/>
        <w:t>vt 0.595703 0.708008</w:t>
        <w:br/>
        <w:t>vt 0.598633 0.706055</w:t>
        <w:br/>
        <w:t>vt 0.595703 0.700439</w:t>
        <w:br/>
        <w:t>vt 0.592285 0.704834</w:t>
        <w:br/>
        <w:t>vt 0.590820 0.697021</w:t>
        <w:br/>
        <w:t>vt 0.586426 0.707031</w:t>
        <w:br/>
        <w:t>vt 0.588379 0.702148</w:t>
        <w:br/>
        <w:t>vt 0.584473 0.701172</w:t>
        <w:br/>
        <w:t>vt 0.584961 0.696289</w:t>
        <w:br/>
        <w:t>vt 0.576660 0.702148</w:t>
        <w:br/>
        <w:t>vt 0.583008 0.705566</w:t>
        <w:br/>
        <w:t>vt 0.580078 0.709229</w:t>
        <w:br/>
        <w:t>vt 0.576660 0.711914</w:t>
        <w:br/>
        <w:t>vt 0.595703 0.708008</w:t>
        <w:br/>
        <w:t>vt 0.595703 0.700439</w:t>
        <w:br/>
        <w:t>vt 0.598633 0.706055</w:t>
        <w:br/>
        <w:t>vt 0.597656 0.713379</w:t>
        <w:br/>
        <w:t>vt 0.592285 0.704834</w:t>
        <w:br/>
        <w:t>vt 0.590820 0.697021</w:t>
        <w:br/>
        <w:t>vt 0.593262 0.710938</w:t>
        <w:br/>
        <w:t>vt 0.588379 0.702148</w:t>
        <w:br/>
        <w:t>vt 0.589844 0.709229</w:t>
        <w:br/>
        <w:t>vt 0.592285 0.714355</w:t>
        <w:br/>
        <w:t>vt 0.592285 0.718018</w:t>
        <w:br/>
        <w:t>vt 0.585938 0.718750</w:t>
        <w:br/>
        <w:t>vt 0.587402 0.713867</w:t>
        <w:br/>
        <w:t>vt 0.580078 0.716797</w:t>
        <w:br/>
        <w:t>vt 0.586426 0.707031</w:t>
        <w:br/>
        <w:t>vt 0.583496 0.711914</w:t>
        <w:br/>
        <w:t>vt 0.580078 0.709229</w:t>
        <w:br/>
        <w:t>vt 0.576660 0.711914</w:t>
        <w:br/>
        <w:t>vt 0.576660 0.702148</w:t>
        <w:br/>
        <w:t>vt 0.583008 0.705566</w:t>
        <w:br/>
        <w:t>vt 0.584473 0.701172</w:t>
        <w:br/>
        <w:t>vt 0.584961 0.696289</w:t>
        <w:br/>
        <w:t>vt 0.592285 0.714355</w:t>
        <w:br/>
        <w:t>vt 0.585938 0.718750</w:t>
        <w:br/>
        <w:t>vt 0.592285 0.718018</w:t>
        <w:br/>
        <w:t>vt 0.597656 0.713379</w:t>
        <w:br/>
        <w:t>vt 0.587402 0.713867</w:t>
        <w:br/>
        <w:t>vt 0.580078 0.716797</w:t>
        <w:br/>
        <w:t>vt 0.593262 0.710938</w:t>
        <w:br/>
        <w:t>vt 0.583496 0.711914</w:t>
        <w:br/>
        <w:t>vt 0.589844 0.709229</w:t>
        <w:br/>
        <w:t>vt 0.595703 0.708008</w:t>
        <w:br/>
        <w:t>vt 0.598633 0.706055</w:t>
        <w:br/>
        <w:t>vt 0.595703 0.700439</w:t>
        <w:br/>
        <w:t>vt 0.592285 0.704834</w:t>
        <w:br/>
        <w:t>vt 0.590820 0.697021</w:t>
        <w:br/>
        <w:t>vt 0.586426 0.707031</w:t>
        <w:br/>
        <w:t>vt 0.588379 0.702148</w:t>
        <w:br/>
        <w:t>vt 0.584473 0.701172</w:t>
        <w:br/>
        <w:t>vt 0.584961 0.696289</w:t>
        <w:br/>
        <w:t>vt 0.576660 0.702148</w:t>
        <w:br/>
        <w:t>vt 0.583008 0.705566</w:t>
        <w:br/>
        <w:t>vt 0.580078 0.709229</w:t>
        <w:br/>
        <w:t>vt 0.576660 0.711914</w:t>
        <w:br/>
        <w:t>vt 0.595703 0.708008</w:t>
        <w:br/>
        <w:t>vt 0.595703 0.700439</w:t>
        <w:br/>
        <w:t>vt 0.598633 0.706055</w:t>
        <w:br/>
        <w:t>vt 0.597656 0.713379</w:t>
        <w:br/>
        <w:t>vt 0.592285 0.704834</w:t>
        <w:br/>
        <w:t>vt 0.590820 0.697021</w:t>
        <w:br/>
        <w:t>vt 0.593262 0.710938</w:t>
        <w:br/>
        <w:t>vt 0.588379 0.702148</w:t>
        <w:br/>
        <w:t>vt 0.589844 0.709229</w:t>
        <w:br/>
        <w:t>vt 0.592285 0.714355</w:t>
        <w:br/>
        <w:t>vt 0.592285 0.718018</w:t>
        <w:br/>
        <w:t>vt 0.585938 0.718750</w:t>
        <w:br/>
        <w:t>vt 0.587402 0.713867</w:t>
        <w:br/>
        <w:t>vt 0.580078 0.716797</w:t>
        <w:br/>
        <w:t>vt 0.586426 0.707031</w:t>
        <w:br/>
        <w:t>vt 0.583496 0.711914</w:t>
        <w:br/>
        <w:t>vt 0.580078 0.709229</w:t>
        <w:br/>
        <w:t>vt 0.576660 0.711914</w:t>
        <w:br/>
        <w:t>vt 0.576660 0.702148</w:t>
        <w:br/>
        <w:t>vt 0.583008 0.705566</w:t>
        <w:br/>
        <w:t>vt 0.584473 0.701172</w:t>
        <w:br/>
        <w:t>vt 0.584961 0.696289</w:t>
        <w:br/>
        <w:t>vt 0.818848 0.713867</w:t>
        <w:br/>
        <w:t>vt 0.819336 0.705566</w:t>
        <w:br/>
        <w:t>vt 0.822266 0.711914</w:t>
        <w:br/>
        <w:t>vt 0.821289 0.719971</w:t>
        <w:br/>
        <w:t>vt 0.815430 0.710205</w:t>
        <w:br/>
        <w:t>vt 0.813477 0.701660</w:t>
        <w:br/>
        <w:t>vt 0.816406 0.717285</w:t>
        <w:br/>
        <w:t>vt 0.811035 0.707520</w:t>
        <w:br/>
        <w:t>vt 0.812500 0.715332</w:t>
        <w:br/>
        <w:t>vt 0.814941 0.721436</w:t>
        <w:br/>
        <w:t>vt 0.815430 0.725586</w:t>
        <w:br/>
        <w:t>vt 0.808105 0.726318</w:t>
        <w:br/>
        <w:t>vt 0.810059 0.720703</w:t>
        <w:br/>
        <w:t>vt 0.801758 0.724121</w:t>
        <w:br/>
        <w:t>vt 0.808594 0.713135</w:t>
        <w:br/>
        <w:t>vt 0.805176 0.718506</w:t>
        <w:br/>
        <w:t>vt 0.801758 0.715576</w:t>
        <w:br/>
        <w:t>vt 0.797363 0.718506</w:t>
        <w:br/>
        <w:t>vt 0.797363 0.707275</w:t>
        <w:br/>
        <w:t>vt 0.804688 0.711182</w:t>
        <w:br/>
        <w:t>vt 0.806641 0.706299</w:t>
        <w:br/>
        <w:t>vt 0.806641 0.700928</w:t>
        <w:br/>
        <w:t>vt 0.814941 0.721436</w:t>
        <w:br/>
        <w:t>vt 0.808105 0.726318</w:t>
        <w:br/>
        <w:t>vt 0.815430 0.725586</w:t>
        <w:br/>
        <w:t>vt 0.821289 0.719971</w:t>
        <w:br/>
        <w:t>vt 0.810059 0.720703</w:t>
        <w:br/>
        <w:t>vt 0.801758 0.724121</w:t>
        <w:br/>
        <w:t>vt 0.816406 0.717285</w:t>
        <w:br/>
        <w:t>vt 0.805176 0.718506</w:t>
        <w:br/>
        <w:t>vt 0.812500 0.715332</w:t>
        <w:br/>
        <w:t>vt 0.818848 0.713867</w:t>
        <w:br/>
        <w:t>vt 0.822266 0.711914</w:t>
        <w:br/>
        <w:t>vt 0.819336 0.705566</w:t>
        <w:br/>
        <w:t>vt 0.815430 0.710205</w:t>
        <w:br/>
        <w:t>vt 0.813477 0.701660</w:t>
        <w:br/>
        <w:t>vt 0.808594 0.713135</w:t>
        <w:br/>
        <w:t>vt 0.811035 0.707520</w:t>
        <w:br/>
        <w:t>vt 0.806641 0.706299</w:t>
        <w:br/>
        <w:t>vt 0.806641 0.700928</w:t>
        <w:br/>
        <w:t>vt 0.797363 0.707275</w:t>
        <w:br/>
        <w:t>vt 0.804688 0.711182</w:t>
        <w:br/>
        <w:t>vt 0.801758 0.715576</w:t>
        <w:br/>
        <w:t>vt 0.797363 0.718506</w:t>
        <w:br/>
        <w:t>vt 0.595703 0.708008</w:t>
        <w:br/>
        <w:t>vt 0.595703 0.700439</w:t>
        <w:br/>
        <w:t>vt 0.598633 0.706055</w:t>
        <w:br/>
        <w:t>vt 0.597656 0.713379</w:t>
        <w:br/>
        <w:t>vt 0.592285 0.704834</w:t>
        <w:br/>
        <w:t>vt 0.590820 0.697021</w:t>
        <w:br/>
        <w:t>vt 0.593262 0.710938</w:t>
        <w:br/>
        <w:t>vt 0.588379 0.702148</w:t>
        <w:br/>
        <w:t>vt 0.589844 0.709229</w:t>
        <w:br/>
        <w:t>vt 0.592285 0.714355</w:t>
        <w:br/>
        <w:t>vt 0.592285 0.718018</w:t>
        <w:br/>
        <w:t>vt 0.585938 0.718750</w:t>
        <w:br/>
        <w:t>vt 0.587402 0.713867</w:t>
        <w:br/>
        <w:t>vt 0.580078 0.716797</w:t>
        <w:br/>
        <w:t>vt 0.586426 0.707031</w:t>
        <w:br/>
        <w:t>vt 0.583496 0.711914</w:t>
        <w:br/>
        <w:t>vt 0.580078 0.709229</w:t>
        <w:br/>
        <w:t>vt 0.576660 0.711914</w:t>
        <w:br/>
        <w:t>vt 0.576660 0.702148</w:t>
        <w:br/>
        <w:t>vt 0.583008 0.705566</w:t>
        <w:br/>
        <w:t>vt 0.584473 0.701172</w:t>
        <w:br/>
        <w:t>vt 0.584961 0.696289</w:t>
        <w:br/>
        <w:t>vt 0.592285 0.714355</w:t>
        <w:br/>
        <w:t>vt 0.585938 0.718750</w:t>
        <w:br/>
        <w:t>vt 0.592285 0.718018</w:t>
        <w:br/>
        <w:t>vt 0.597656 0.713379</w:t>
        <w:br/>
        <w:t>vt 0.587402 0.713867</w:t>
        <w:br/>
        <w:t>vt 0.580078 0.716797</w:t>
        <w:br/>
        <w:t>vt 0.593262 0.710938</w:t>
        <w:br/>
        <w:t>vt 0.583496 0.711914</w:t>
        <w:br/>
        <w:t>vt 0.589844 0.709229</w:t>
        <w:br/>
        <w:t>vt 0.595703 0.708008</w:t>
        <w:br/>
        <w:t>vt 0.598633 0.706055</w:t>
        <w:br/>
        <w:t>vt 0.595703 0.700439</w:t>
        <w:br/>
        <w:t>vt 0.592285 0.704834</w:t>
        <w:br/>
        <w:t>vt 0.590820 0.697021</w:t>
        <w:br/>
        <w:t>vt 0.586426 0.707031</w:t>
        <w:br/>
        <w:t>vt 0.588379 0.702148</w:t>
        <w:br/>
        <w:t>vt 0.584473 0.701172</w:t>
        <w:br/>
        <w:t>vt 0.584961 0.696289</w:t>
        <w:br/>
        <w:t>vt 0.576660 0.702148</w:t>
        <w:br/>
        <w:t>vt 0.583008 0.705566</w:t>
        <w:br/>
        <w:t>vt 0.580078 0.709229</w:t>
        <w:br/>
        <w:t>vt 0.576660 0.711914</w:t>
        <w:br/>
        <w:t>vt 0.595703 0.708008</w:t>
        <w:br/>
        <w:t>vt 0.595703 0.700439</w:t>
        <w:br/>
        <w:t>vt 0.598633 0.706055</w:t>
        <w:br/>
        <w:t>vt 0.597656 0.713379</w:t>
        <w:br/>
        <w:t>vt 0.592285 0.704834</w:t>
        <w:br/>
        <w:t>vt 0.590820 0.697021</w:t>
        <w:br/>
        <w:t>vt 0.593262 0.710938</w:t>
        <w:br/>
        <w:t>vt 0.588379 0.702148</w:t>
        <w:br/>
        <w:t>vt 0.589844 0.709229</w:t>
        <w:br/>
        <w:t>vt 0.592285 0.714355</w:t>
        <w:br/>
        <w:t>vt 0.592285 0.718018</w:t>
        <w:br/>
        <w:t>vt 0.585938 0.718750</w:t>
        <w:br/>
        <w:t>vt 0.587402 0.713867</w:t>
        <w:br/>
        <w:t>vt 0.580078 0.716797</w:t>
        <w:br/>
        <w:t>vt 0.586426 0.707031</w:t>
        <w:br/>
        <w:t>vt 0.583496 0.711914</w:t>
        <w:br/>
        <w:t>vt 0.580078 0.709229</w:t>
        <w:br/>
        <w:t>vt 0.576660 0.711914</w:t>
        <w:br/>
        <w:t>vt 0.576660 0.702148</w:t>
        <w:br/>
        <w:t>vt 0.583008 0.705566</w:t>
        <w:br/>
        <w:t>vt 0.584473 0.701172</w:t>
        <w:br/>
        <w:t>vt 0.584961 0.696289</w:t>
        <w:br/>
        <w:t>vt 0.592285 0.714355</w:t>
        <w:br/>
        <w:t>vt 0.585938 0.718750</w:t>
        <w:br/>
        <w:t>vt 0.592285 0.718018</w:t>
        <w:br/>
        <w:t>vt 0.597656 0.713379</w:t>
        <w:br/>
        <w:t>vt 0.587402 0.713867</w:t>
        <w:br/>
        <w:t>vt 0.580078 0.716797</w:t>
        <w:br/>
        <w:t>vt 0.593262 0.710938</w:t>
        <w:br/>
        <w:t>vt 0.583496 0.711914</w:t>
        <w:br/>
        <w:t>vt 0.589844 0.709229</w:t>
        <w:br/>
        <w:t>vt 0.595703 0.708008</w:t>
        <w:br/>
        <w:t>vt 0.598633 0.706055</w:t>
        <w:br/>
        <w:t>vt 0.595703 0.700439</w:t>
        <w:br/>
        <w:t>vt 0.592285 0.704834</w:t>
        <w:br/>
        <w:t>vt 0.590820 0.697021</w:t>
        <w:br/>
        <w:t>vt 0.586426 0.707031</w:t>
        <w:br/>
        <w:t>vt 0.588379 0.702148</w:t>
        <w:br/>
        <w:t>vt 0.584473 0.701172</w:t>
        <w:br/>
        <w:t>vt 0.584961 0.696289</w:t>
        <w:br/>
        <w:t>vt 0.576660 0.702148</w:t>
        <w:br/>
        <w:t>vt 0.583008 0.705566</w:t>
        <w:br/>
        <w:t>vt 0.580078 0.709229</w:t>
        <w:br/>
        <w:t>vt 0.576660 0.711914</w:t>
        <w:br/>
        <w:t>vt 0.818848 0.713867</w:t>
        <w:br/>
        <w:t>vt 0.819336 0.705566</w:t>
        <w:br/>
        <w:t>vt 0.822266 0.711914</w:t>
        <w:br/>
        <w:t>vt 0.821289 0.719971</w:t>
        <w:br/>
        <w:t>vt 0.815430 0.710205</w:t>
        <w:br/>
        <w:t>vt 0.813477 0.701660</w:t>
        <w:br/>
        <w:t>vt 0.816406 0.717285</w:t>
        <w:br/>
        <w:t>vt 0.811035 0.707520</w:t>
        <w:br/>
        <w:t>vt 0.812500 0.715332</w:t>
        <w:br/>
        <w:t>vt 0.814941 0.721436</w:t>
        <w:br/>
        <w:t>vt 0.815430 0.725586</w:t>
        <w:br/>
        <w:t>vt 0.808105 0.726318</w:t>
        <w:br/>
        <w:t>vt 0.810059 0.720703</w:t>
        <w:br/>
        <w:t>vt 0.801758 0.724121</w:t>
        <w:br/>
        <w:t>vt 0.808594 0.713135</w:t>
        <w:br/>
        <w:t>vt 0.805176 0.718506</w:t>
        <w:br/>
        <w:t>vt 0.801758 0.715576</w:t>
        <w:br/>
        <w:t>vt 0.797363 0.718506</w:t>
        <w:br/>
        <w:t>vt 0.797363 0.707275</w:t>
        <w:br/>
        <w:t>vt 0.804688 0.711182</w:t>
        <w:br/>
        <w:t>vt 0.806641 0.706299</w:t>
        <w:br/>
        <w:t>vt 0.806641 0.700928</w:t>
        <w:br/>
        <w:t>vt 0.814941 0.721436</w:t>
        <w:br/>
        <w:t>vt 0.808105 0.726318</w:t>
        <w:br/>
        <w:t>vt 0.815430 0.725586</w:t>
        <w:br/>
        <w:t>vt 0.821289 0.719971</w:t>
        <w:br/>
        <w:t>vt 0.810059 0.720703</w:t>
        <w:br/>
        <w:t>vt 0.801758 0.724121</w:t>
        <w:br/>
        <w:t>vt 0.816406 0.717285</w:t>
        <w:br/>
        <w:t>vt 0.805176 0.718506</w:t>
        <w:br/>
        <w:t>vt 0.812500 0.715332</w:t>
        <w:br/>
        <w:t>vt 0.818848 0.713867</w:t>
        <w:br/>
        <w:t>vt 0.822266 0.711914</w:t>
        <w:br/>
        <w:t>vt 0.819336 0.705566</w:t>
        <w:br/>
        <w:t>vt 0.815430 0.710205</w:t>
        <w:br/>
        <w:t>vt 0.813477 0.701660</w:t>
        <w:br/>
        <w:t>vt 0.808594 0.713135</w:t>
        <w:br/>
        <w:t>vt 0.811035 0.707520</w:t>
        <w:br/>
        <w:t>vt 0.806641 0.706299</w:t>
        <w:br/>
        <w:t>vt 0.806641 0.700928</w:t>
        <w:br/>
        <w:t>vt 0.797363 0.707275</w:t>
        <w:br/>
        <w:t>vt 0.804688 0.711182</w:t>
        <w:br/>
        <w:t>vt 0.801758 0.715576</w:t>
        <w:br/>
        <w:t>vt 0.797363 0.718506</w:t>
        <w:br/>
        <w:t>vt 0.477783 0.538818</w:t>
        <w:br/>
        <w:t>vt 0.478027 0.533447</w:t>
        <w:br/>
        <w:t>vt 0.479736 0.537598</w:t>
        <w:br/>
        <w:t>vt 0.479248 0.542725</w:t>
        <w:br/>
        <w:t>vt 0.475586 0.536621</w:t>
        <w:br/>
        <w:t>vt 0.474121 0.531250</w:t>
        <w:br/>
        <w:t>vt 0.476074 0.541016</w:t>
        <w:br/>
        <w:t>vt 0.472900 0.534668</w:t>
        <w:br/>
        <w:t>vt 0.473633 0.539795</w:t>
        <w:br/>
        <w:t>vt 0.475342 0.543457</w:t>
        <w:br/>
        <w:t>vt 0.475342 0.546143</w:t>
        <w:br/>
        <w:t>vt 0.470947 0.546631</w:t>
        <w:br/>
        <w:t>vt 0.472168 0.543213</w:t>
        <w:br/>
        <w:t>vt 0.466797 0.545166</w:t>
        <w:br/>
        <w:t>vt 0.471191 0.538330</w:t>
        <w:br/>
        <w:t>vt 0.469238 0.541748</w:t>
        <w:br/>
        <w:t>vt 0.466797 0.539795</w:t>
        <w:br/>
        <w:t>vt 0.464111 0.541748</w:t>
        <w:br/>
        <w:t>vt 0.464111 0.534668</w:t>
        <w:br/>
        <w:t>vt 0.468750 0.537109</w:t>
        <w:br/>
        <w:t>vt 0.469971 0.534180</w:t>
        <w:br/>
        <w:t>vt 0.469971 0.530762</w:t>
        <w:br/>
        <w:t>vt 0.475342 0.543457</w:t>
        <w:br/>
        <w:t>vt 0.470947 0.546631</w:t>
        <w:br/>
        <w:t>vt 0.475342 0.546143</w:t>
        <w:br/>
        <w:t>vt 0.479248 0.542725</w:t>
        <w:br/>
        <w:t>vt 0.472168 0.543213</w:t>
        <w:br/>
        <w:t>vt 0.466797 0.545166</w:t>
        <w:br/>
        <w:t>vt 0.476074 0.541016</w:t>
        <w:br/>
        <w:t>vt 0.469238 0.541748</w:t>
        <w:br/>
        <w:t>vt 0.473633 0.539795</w:t>
        <w:br/>
        <w:t>vt 0.477783 0.538818</w:t>
        <w:br/>
        <w:t>vt 0.479736 0.537598</w:t>
        <w:br/>
        <w:t>vt 0.478027 0.533447</w:t>
        <w:br/>
        <w:t>vt 0.475586 0.536621</w:t>
        <w:br/>
        <w:t>vt 0.474121 0.531250</w:t>
        <w:br/>
        <w:t>vt 0.471191 0.538330</w:t>
        <w:br/>
        <w:t>vt 0.472900 0.534668</w:t>
        <w:br/>
        <w:t>vt 0.469971 0.534180</w:t>
        <w:br/>
        <w:t>vt 0.469971 0.530762</w:t>
        <w:br/>
        <w:t>vt 0.464111 0.534668</w:t>
        <w:br/>
        <w:t>vt 0.468750 0.537109</w:t>
        <w:br/>
        <w:t>vt 0.466797 0.539795</w:t>
        <w:br/>
        <w:t>vt 0.464111 0.541748</w:t>
        <w:br/>
        <w:t>vt 0.121826 0.702393</w:t>
        <w:br/>
        <w:t>vt 0.101074 0.702393</w:t>
        <w:br/>
        <w:t>vt 0.120728 0.706055</w:t>
        <w:br/>
        <w:t>vt 0.126831 0.708008</w:t>
        <w:br/>
        <w:t>vt 0.101685 0.706055</w:t>
        <w:br/>
        <w:t>vt 0.095276 0.707275</w:t>
        <w:br/>
        <w:t>vt 0.123535 0.709717</w:t>
        <w:br/>
        <w:t>vt 0.126831 0.742432</w:t>
        <w:br/>
        <w:t>vt 0.098816 0.709229</w:t>
        <w:br/>
        <w:t>vt 0.095276 0.743408</w:t>
        <w:br/>
        <w:t>vt 0.123291 0.740723</w:t>
        <w:br/>
        <w:t>vt 0.121155 0.747559</w:t>
        <w:br/>
        <w:t>vt 0.098816 0.741699</w:t>
        <w:br/>
        <w:t>vt 0.100403 0.747559</w:t>
        <w:br/>
        <w:t>vt 0.101440 0.744141</w:t>
        <w:br/>
        <w:t>vt 0.098816 0.709229</w:t>
        <w:br/>
        <w:t>vt 0.098816 0.741699</w:t>
        <w:br/>
        <w:t>vt 0.101440 0.744141</w:t>
        <w:br/>
        <w:t>vt 0.101685 0.706055</w:t>
        <w:br/>
        <w:t>vt 0.120728 0.744141</w:t>
        <w:br/>
        <w:t>vt 0.120728 0.744141</w:t>
        <w:br/>
        <w:t>vt 0.120728 0.706055</w:t>
        <w:br/>
        <w:t>vt 0.123535 0.709717</w:t>
        <w:br/>
        <w:t>vt 0.123291 0.740723</w:t>
        <w:br/>
        <w:t>vt 0.060059 0.616211</w:t>
        <w:br/>
        <w:t>vt 0.064148 0.606934</w:t>
        <w:br/>
        <w:t>vt 0.060059 0.605713</w:t>
        <w:br/>
        <w:t>vt 0.064819 0.600830</w:t>
        <w:br/>
        <w:t>vt 0.063904 0.615967</w:t>
        <w:br/>
        <w:t>vt 0.060059 0.646973</w:t>
        <w:br/>
        <w:t>vt 0.066711 0.604492</w:t>
        <w:br/>
        <w:t>vt 0.088013 0.600830</w:t>
        <w:br/>
        <w:t>vt 0.064148 0.606934</w:t>
        <w:br/>
        <w:t>vt 0.086243 0.604492</w:t>
        <w:br/>
        <w:t>vt 0.066711 0.604492</w:t>
        <w:br/>
        <w:t>vt 0.086243 0.604492</w:t>
        <w:br/>
        <w:t>vt 0.089417 0.606934</w:t>
        <w:br/>
        <w:t>vt 0.089417 0.606934</w:t>
        <w:br/>
        <w:t>vt 0.063904 0.615967</w:t>
        <w:br/>
        <w:t>vt 0.092957 0.605469</w:t>
        <w:br/>
        <w:t>vt 0.092957 0.616211</w:t>
        <w:br/>
        <w:t>vt 0.089233 0.615967</w:t>
        <w:br/>
        <w:t>vt 0.089233 0.615967</w:t>
        <w:br/>
        <w:t>vt 0.092957 0.645752</w:t>
        <w:br/>
        <w:t>vt 0.063843 0.646484</w:t>
        <w:br/>
        <w:t>vt 0.063843 0.646484</w:t>
        <w:br/>
        <w:t>vt 0.089233 0.646484</w:t>
        <w:br/>
        <w:t>vt 0.089233 0.646484</w:t>
        <w:br/>
        <w:t>vt 0.064331 0.668945</w:t>
        <w:br/>
        <w:t>vt 0.064331 0.668945</w:t>
        <w:br/>
        <w:t>vt 0.060059 0.670898</w:t>
        <w:br/>
        <w:t>vt 0.065369 0.675293</w:t>
        <w:br/>
        <w:t>vt 0.089050 0.668945</w:t>
        <w:br/>
        <w:t>vt 0.089050 0.668945</w:t>
        <w:br/>
        <w:t>vt 0.092957 0.669678</w:t>
        <w:br/>
        <w:t>vt 0.067261 0.672119</w:t>
        <w:br/>
        <w:t>vt 0.067261 0.672119</w:t>
        <w:br/>
        <w:t>vt 0.087585 0.675293</w:t>
        <w:br/>
        <w:t>vt 0.086060 0.672119</w:t>
        <w:br/>
        <w:t>vt 0.086060 0.672119</w:t>
        <w:br/>
        <w:t>vt 0.412842 0.814819</w:t>
        <w:br/>
        <w:t>vt 0.414307 0.834717</w:t>
        <w:br/>
        <w:t>vt 0.414307 0.813721</w:t>
        <w:br/>
        <w:t>vt 0.400146 0.813721</w:t>
        <w:br/>
        <w:t>vt 0.412842 0.814819</w:t>
        <w:br/>
        <w:t>vt 0.414307 0.813721</w:t>
        <w:br/>
        <w:t>vt 0.412842 0.833252</w:t>
        <w:br/>
        <w:t>vt 0.412842 0.833252</w:t>
        <w:br/>
        <w:t>vt 0.400146 0.834717</w:t>
        <w:br/>
        <w:t>vt 0.414307 0.834717</w:t>
        <w:br/>
        <w:t>vt 0.401367 0.814819</w:t>
        <w:br/>
        <w:t>vt 0.400146 0.834717</w:t>
        <w:br/>
        <w:t>vt 0.401367 0.814819</w:t>
        <w:br/>
        <w:t>vt 0.400146 0.813721</w:t>
        <w:br/>
        <w:t>vt 0.401367 0.833252</w:t>
        <w:br/>
        <w:t>vt 0.401367 0.833252</w:t>
        <w:br/>
        <w:t>vt 0.401367 0.814819</w:t>
        <w:br/>
        <w:t>vt 0.403320 0.816650</w:t>
        <w:br/>
        <w:t>vt 0.411133 0.816650</w:t>
        <w:br/>
        <w:t>vt 0.403320 0.831909</w:t>
        <w:br/>
        <w:t>vt 0.411133 0.831909</w:t>
        <w:br/>
        <w:t>vt 0.404785 0.831055</w:t>
        <w:br/>
        <w:t>vt 0.403320 0.816650</w:t>
        <w:br/>
        <w:t>vt 0.403320 0.831909</w:t>
        <w:br/>
        <w:t>vt 0.411133 0.831909</w:t>
        <w:br/>
        <w:t>vt 0.404785 0.831055</w:t>
        <w:br/>
        <w:t>vt 0.403320 0.831909</w:t>
        <w:br/>
        <w:t>vt 0.404785 0.817505</w:t>
        <w:br/>
        <w:t>vt 0.409912 0.831055</w:t>
        <w:br/>
        <w:t>vt 0.411133 0.831909</w:t>
        <w:br/>
        <w:t>vt 0.411133 0.816650</w:t>
        <w:br/>
        <w:t>vt 0.409912 0.831055</w:t>
        <w:br/>
        <w:t>vt 0.409912 0.817505</w:t>
        <w:br/>
        <w:t>vt 0.403320 0.816650</w:t>
        <w:br/>
        <w:t>vt 0.404785 0.817505</w:t>
        <w:br/>
        <w:t>vt 0.409912 0.817505</w:t>
        <w:br/>
        <w:t>vt 0.411133 0.816650</w:t>
        <w:br/>
        <w:t>vt 0.827148 0.212402</w:t>
        <w:br/>
        <w:t>vt 0.846680 0.212402</w:t>
        <w:br/>
        <w:t>vt 0.844727 0.210449</w:t>
        <w:br/>
        <w:t>vt 0.846680 0.184082</w:t>
        <w:br/>
        <w:t>vt 0.844727 0.210449</w:t>
        <w:br/>
        <w:t>vt 0.846680 0.212402</w:t>
        <w:br/>
        <w:t>vt 0.829590 0.210449</w:t>
        <w:br/>
        <w:t>vt 0.829590 0.210449</w:t>
        <w:br/>
        <w:t>vt 0.827148 0.184082</w:t>
        <w:br/>
        <w:t>vt 0.827148 0.212402</w:t>
        <w:br/>
        <w:t>vt 0.829590 0.186035</w:t>
        <w:br/>
        <w:t>vt 0.846680 0.184082</w:t>
        <w:br/>
        <w:t>vt 0.827148 0.184082</w:t>
        <w:br/>
        <w:t>vt 0.829590 0.186035</w:t>
        <w:br/>
        <w:t>vt 0.844727 0.186035</w:t>
        <w:br/>
        <w:t>vt 0.844727 0.186035</w:t>
        <w:br/>
        <w:t>vt 0.841797 0.208008</w:t>
        <w:br/>
        <w:t>vt 0.829590 0.210449</w:t>
        <w:br/>
        <w:t>vt 0.844727 0.210449</w:t>
        <w:br/>
        <w:t>vt 0.841797 0.187988</w:t>
        <w:br/>
        <w:t>vt 0.832031 0.208008</w:t>
        <w:br/>
        <w:t>vt 0.829590 0.186035</w:t>
        <w:br/>
        <w:t>vt 0.832031 0.187988</w:t>
        <w:br/>
        <w:t>vt 0.414307 0.834717</w:t>
        <w:br/>
        <w:t>vt 0.412842 0.814819</w:t>
        <w:br/>
        <w:t>vt 0.414307 0.813721</w:t>
        <w:br/>
        <w:t>vt 0.412842 0.814819</w:t>
        <w:br/>
        <w:t>vt 0.400146 0.813721</w:t>
        <w:br/>
        <w:t>vt 0.414307 0.813721</w:t>
        <w:br/>
        <w:t>vt 0.412842 0.833252</w:t>
        <w:br/>
        <w:t>vt 0.400146 0.834717</w:t>
        <w:br/>
        <w:t>vt 0.412842 0.833252</w:t>
        <w:br/>
        <w:t>vt 0.414307 0.834717</w:t>
        <w:br/>
        <w:t>vt 0.401367 0.814819</w:t>
        <w:br/>
        <w:t>vt 0.401367 0.814819</w:t>
        <w:br/>
        <w:t>vt 0.400146 0.834717</w:t>
        <w:br/>
        <w:t>vt 0.400146 0.813721</w:t>
        <w:br/>
        <w:t>vt 0.401367 0.833252</w:t>
        <w:br/>
        <w:t>vt 0.401367 0.833252</w:t>
        <w:br/>
        <w:t>vt 0.401367 0.814819</w:t>
        <w:br/>
        <w:t>vt 0.403320 0.816650</w:t>
        <w:br/>
        <w:t>vt 0.411133 0.816650</w:t>
        <w:br/>
        <w:t>vt 0.403320 0.831909</w:t>
        <w:br/>
        <w:t>vt 0.411133 0.831909</w:t>
        <w:br/>
        <w:t>vt 0.404785 0.831055</w:t>
        <w:br/>
        <w:t>vt 0.411133 0.831909</w:t>
        <w:br/>
        <w:t>vt 0.403320 0.831909</w:t>
        <w:br/>
        <w:t>vt 0.403320 0.816650</w:t>
        <w:br/>
        <w:t>vt 0.404785 0.831055</w:t>
        <w:br/>
        <w:t>vt 0.403320 0.831909</w:t>
        <w:br/>
        <w:t>vt 0.409912 0.831055</w:t>
        <w:br/>
        <w:t>vt 0.409912 0.831055</w:t>
        <w:br/>
        <w:t>vt 0.411133 0.816650</w:t>
        <w:br/>
        <w:t>vt 0.411133 0.831909</w:t>
        <w:br/>
        <w:t>vt 0.404785 0.817505</w:t>
        <w:br/>
        <w:t>vt 0.409912 0.817505</w:t>
        <w:br/>
        <w:t>vt 0.403320 0.816650</w:t>
        <w:br/>
        <w:t>vt 0.409912 0.817505</w:t>
        <w:br/>
        <w:t>vt 0.404785 0.817505</w:t>
        <w:br/>
        <w:t>vt 0.411133 0.816650</w:t>
        <w:br/>
        <w:t>vt 0.827148 0.212402</w:t>
        <w:br/>
        <w:t>vt 0.844727 0.210449</w:t>
        <w:br/>
        <w:t>vt 0.846680 0.212402</w:t>
        <w:br/>
        <w:t>vt 0.844727 0.210449</w:t>
        <w:br/>
        <w:t>vt 0.846680 0.184082</w:t>
        <w:br/>
        <w:t>vt 0.846680 0.212402</w:t>
        <w:br/>
        <w:t>vt 0.829590 0.210449</w:t>
        <w:br/>
        <w:t>vt 0.827148 0.212402</w:t>
        <w:br/>
        <w:t>vt 0.827148 0.184082</w:t>
        <w:br/>
        <w:t>vt 0.829590 0.210449</w:t>
        <w:br/>
        <w:t>vt 0.846680 0.184082</w:t>
        <w:br/>
        <w:t>vt 0.829590 0.186035</w:t>
        <w:br/>
        <w:t>vt 0.827148 0.184082</w:t>
        <w:br/>
        <w:t>vt 0.829590 0.186035</w:t>
        <w:br/>
        <w:t>vt 0.844727 0.186035</w:t>
        <w:br/>
        <w:t>vt 0.844727 0.186035</w:t>
        <w:br/>
        <w:t>vt 0.829590 0.210449</w:t>
        <w:br/>
        <w:t>vt 0.841797 0.208008</w:t>
        <w:br/>
        <w:t>vt 0.844727 0.210449</w:t>
        <w:br/>
        <w:t>vt 0.832031 0.208008</w:t>
        <w:br/>
        <w:t>vt 0.829590 0.186035</w:t>
        <w:br/>
        <w:t>vt 0.841797 0.187988</w:t>
        <w:br/>
        <w:t>vt 0.832031 0.187988</w:t>
        <w:br/>
        <w:t>vt 0.846680 0.734863</w:t>
        <w:br/>
        <w:t>vt 0.853516 0.726807</w:t>
        <w:br/>
        <w:t>vt 0.853516 0.738037</w:t>
        <w:br/>
        <w:t>vt 0.845703 0.746094</w:t>
        <w:br/>
        <w:t>vt 0.847168 0.729248</w:t>
        <w:br/>
        <w:t>vt 0.846191 0.718506</w:t>
        <w:br/>
        <w:t>vt 0.842773 0.738525</w:t>
        <w:br/>
        <w:t>vt 0.834473 0.745117</w:t>
        <w:br/>
        <w:t>vt 0.846680 0.734863</w:t>
        <w:br/>
        <w:t>vt 0.843262 0.725342</w:t>
        <w:br/>
        <w:t>vt 0.847168 0.729248</w:t>
        <w:br/>
        <w:t>vt 0.843262 0.725342</w:t>
        <w:br/>
        <w:t>vt 0.836914 0.738770</w:t>
        <w:br/>
        <w:t>vt 0.842773 0.738525</w:t>
        <w:br/>
        <w:t>vt 0.836914 0.738770</w:t>
        <w:br/>
        <w:t>vt 0.833008 0.734375</w:t>
        <w:br/>
        <w:t>vt 0.826172 0.737305</w:t>
        <w:br/>
        <w:t>vt 0.833496 0.729004</w:t>
        <w:br/>
        <w:t>vt 0.833008 0.734375</w:t>
        <w:br/>
        <w:t>vt 0.833496 0.729004</w:t>
        <w:br/>
        <w:t>vt 0.826172 0.725586</w:t>
        <w:br/>
        <w:t>vt 0.834961 0.718018</w:t>
        <w:br/>
        <w:t>vt 0.837402 0.725098</w:t>
        <w:br/>
        <w:t>vt 0.837402 0.725098</w:t>
        <w:br/>
        <w:t>vt 0.846680 0.734863</w:t>
        <w:br/>
        <w:t>vt 0.853516 0.726807</w:t>
        <w:br/>
        <w:t>vt 0.853516 0.738037</w:t>
        <w:br/>
        <w:t>vt 0.845703 0.746094</w:t>
        <w:br/>
        <w:t>vt 0.847168 0.729248</w:t>
        <w:br/>
        <w:t>vt 0.846191 0.718506</w:t>
        <w:br/>
        <w:t>vt 0.842773 0.738525</w:t>
        <w:br/>
        <w:t>vt 0.834473 0.745117</w:t>
        <w:br/>
        <w:t>vt 0.846680 0.734863</w:t>
        <w:br/>
        <w:t>vt 0.843262 0.725342</w:t>
        <w:br/>
        <w:t>vt 0.847168 0.729248</w:t>
        <w:br/>
        <w:t>vt 0.843262 0.725342</w:t>
        <w:br/>
        <w:t>vt 0.836914 0.738770</w:t>
        <w:br/>
        <w:t>vt 0.842773 0.738525</w:t>
        <w:br/>
        <w:t>vt 0.836914 0.738770</w:t>
        <w:br/>
        <w:t>vt 0.833008 0.734375</w:t>
        <w:br/>
        <w:t>vt 0.826172 0.737305</w:t>
        <w:br/>
        <w:t>vt 0.833496 0.729004</w:t>
        <w:br/>
        <w:t>vt 0.833008 0.734375</w:t>
        <w:br/>
        <w:t>vt 0.833496 0.729004</w:t>
        <w:br/>
        <w:t>vt 0.826172 0.725586</w:t>
        <w:br/>
        <w:t>vt 0.834961 0.718018</w:t>
        <w:br/>
        <w:t>vt 0.837402 0.725098</w:t>
        <w:br/>
        <w:t>vt 0.837402 0.725098</w:t>
        <w:br/>
        <w:t>vt 0.846680 0.734863</w:t>
        <w:br/>
        <w:t>vt 0.853516 0.726807</w:t>
        <w:br/>
        <w:t>vt 0.853516 0.738037</w:t>
        <w:br/>
        <w:t>vt 0.845703 0.746094</w:t>
        <w:br/>
        <w:t>vt 0.847168 0.729248</w:t>
        <w:br/>
        <w:t>vt 0.846191 0.718506</w:t>
        <w:br/>
        <w:t>vt 0.842773 0.738525</w:t>
        <w:br/>
        <w:t>vt 0.834473 0.745117</w:t>
        <w:br/>
        <w:t>vt 0.846680 0.734863</w:t>
        <w:br/>
        <w:t>vt 0.843262 0.725342</w:t>
        <w:br/>
        <w:t>vt 0.847168 0.729248</w:t>
        <w:br/>
        <w:t>vt 0.843262 0.725342</w:t>
        <w:br/>
        <w:t>vt 0.836914 0.738770</w:t>
        <w:br/>
        <w:t>vt 0.842773 0.738525</w:t>
        <w:br/>
        <w:t>vt 0.836914 0.738770</w:t>
        <w:br/>
        <w:t>vt 0.833008 0.734375</w:t>
        <w:br/>
        <w:t>vt 0.826172 0.737305</w:t>
        <w:br/>
        <w:t>vt 0.833496 0.729004</w:t>
        <w:br/>
        <w:t>vt 0.833008 0.734375</w:t>
        <w:br/>
        <w:t>vt 0.833496 0.729004</w:t>
        <w:br/>
        <w:t>vt 0.826172 0.725586</w:t>
        <w:br/>
        <w:t>vt 0.834961 0.718018</w:t>
        <w:br/>
        <w:t>vt 0.837402 0.725098</w:t>
        <w:br/>
        <w:t>vt 0.837402 0.725098</w:t>
        <w:br/>
        <w:t>vt 0.846680 0.734863</w:t>
        <w:br/>
        <w:t>vt 0.853516 0.726807</w:t>
        <w:br/>
        <w:t>vt 0.853516 0.738037</w:t>
        <w:br/>
        <w:t>vt 0.845703 0.746094</w:t>
        <w:br/>
        <w:t>vt 0.847168 0.729248</w:t>
        <w:br/>
        <w:t>vt 0.846191 0.718506</w:t>
        <w:br/>
        <w:t>vt 0.842773 0.738525</w:t>
        <w:br/>
        <w:t>vt 0.834473 0.745117</w:t>
        <w:br/>
        <w:t>vt 0.846680 0.734863</w:t>
        <w:br/>
        <w:t>vt 0.843262 0.725342</w:t>
        <w:br/>
        <w:t>vt 0.847168 0.729248</w:t>
        <w:br/>
        <w:t>vt 0.843262 0.725342</w:t>
        <w:br/>
        <w:t>vt 0.836914 0.738770</w:t>
        <w:br/>
        <w:t>vt 0.842773 0.738525</w:t>
        <w:br/>
        <w:t>vt 0.836914 0.738770</w:t>
        <w:br/>
        <w:t>vt 0.833008 0.734375</w:t>
        <w:br/>
        <w:t>vt 0.826172 0.737305</w:t>
        <w:br/>
        <w:t>vt 0.833496 0.729004</w:t>
        <w:br/>
        <w:t>vt 0.833008 0.734375</w:t>
        <w:br/>
        <w:t>vt 0.833496 0.729004</w:t>
        <w:br/>
        <w:t>vt 0.826172 0.725586</w:t>
        <w:br/>
        <w:t>vt 0.834961 0.718018</w:t>
        <w:br/>
        <w:t>vt 0.837402 0.725098</w:t>
        <w:br/>
        <w:t>vt 0.837402 0.725098</w:t>
        <w:br/>
        <w:t>vt 0.743652 0.379395</w:t>
        <w:br/>
        <w:t>vt 0.753418 0.378906</w:t>
        <w:br/>
        <w:t>vt 0.744629 0.384277</w:t>
        <w:br/>
        <w:t>vt 0.734375 0.381836</w:t>
        <w:br/>
        <w:t>vt 0.749512 0.375977</w:t>
        <w:br/>
        <w:t>vt 0.755859 0.368652</w:t>
        <w:br/>
        <w:t>vt 0.737305 0.377930</w:t>
        <w:br/>
        <w:t>vt 0.729492 0.373047</w:t>
        <w:br/>
        <w:t>vt 0.750488 0.369629</w:t>
        <w:br/>
        <w:t>vt 0.733398 0.372559</w:t>
        <w:br/>
        <w:t>vt 0.731445 0.363281</w:t>
        <w:br/>
        <w:t>vt 0.738770 0.375977</w:t>
        <w:br/>
        <w:t>vt 0.743652 0.376953</w:t>
        <w:br/>
        <w:t>vt 0.747070 0.374512</w:t>
        <w:br/>
        <w:t>vt 0.736328 0.372070</w:t>
        <w:br/>
        <w:t>vt 0.748047 0.370117</w:t>
        <w:br/>
        <w:t>vt 0.742188 0.371094</w:t>
        <w:br/>
        <w:t>vt 0.747559 0.363770</w:t>
        <w:br/>
        <w:t>vt 0.750000 0.359863</w:t>
        <w:br/>
        <w:t>vt 0.740234 0.357910</w:t>
        <w:br/>
        <w:t>vt 0.745605 0.366699</w:t>
        <w:br/>
        <w:t>vt 0.741211 0.362305</w:t>
        <w:br/>
        <w:t>vt 0.741699 0.365723</w:t>
        <w:br/>
        <w:t>vt 0.735352 0.365723</w:t>
        <w:br/>
        <w:t>vt 0.737793 0.367676</w:t>
        <w:br/>
        <w:t>vt 0.753418 0.378906</w:t>
        <w:br/>
        <w:t>vt 0.743652 0.379395</w:t>
        <w:br/>
        <w:t>vt 0.744629 0.384277</w:t>
        <w:br/>
        <w:t>vt 0.734375 0.381836</w:t>
        <w:br/>
        <w:t>vt 0.749512 0.375977</w:t>
        <w:br/>
        <w:t>vt 0.755859 0.368652</w:t>
        <w:br/>
        <w:t>vt 0.737305 0.377930</w:t>
        <w:br/>
        <w:t>vt 0.729492 0.373047</w:t>
        <w:br/>
        <w:t>vt 0.750488 0.369629</w:t>
        <w:br/>
        <w:t>vt 0.733398 0.372559</w:t>
        <w:br/>
        <w:t>vt 0.731445 0.363281</w:t>
        <w:br/>
        <w:t>vt 0.738770 0.375977</w:t>
        <w:br/>
        <w:t>vt 0.743652 0.376953</w:t>
        <w:br/>
        <w:t>vt 0.747070 0.374512</w:t>
        <w:br/>
        <w:t>vt 0.736328 0.372070</w:t>
        <w:br/>
        <w:t>vt 0.748047 0.370117</w:t>
        <w:br/>
        <w:t>vt 0.742188 0.371094</w:t>
        <w:br/>
        <w:t>vt 0.747559 0.363770</w:t>
        <w:br/>
        <w:t>vt 0.750000 0.359863</w:t>
        <w:br/>
        <w:t>vt 0.740234 0.357910</w:t>
        <w:br/>
        <w:t>vt 0.745605 0.366699</w:t>
        <w:br/>
        <w:t>vt 0.741699 0.365723</w:t>
        <w:br/>
        <w:t>vt 0.741211 0.362305</w:t>
        <w:br/>
        <w:t>vt 0.737793 0.367676</w:t>
        <w:br/>
        <w:t>vt 0.735352 0.365723</w:t>
        <w:br/>
        <w:t>vt 0.177368 0.918518</w:t>
        <w:br/>
        <w:t>vt 0.167847 0.905518</w:t>
        <w:br/>
        <w:t>vt 0.169434 0.918152</w:t>
        <w:br/>
        <w:t>vt 0.167847 0.905518</w:t>
        <w:br/>
        <w:t>vt 0.175659 0.904663</w:t>
        <w:br/>
        <w:t>vt 0.166138 0.892822</w:t>
        <w:br/>
        <w:t>vt 0.175659 0.904663</w:t>
        <w:br/>
        <w:t>vt 0.184937 0.905579</w:t>
        <w:br/>
        <w:t>vt 0.174561 0.893433</w:t>
        <w:br/>
        <w:t>vt 0.184570 0.919250</w:t>
        <w:br/>
        <w:t>vt 0.164307 0.877930</w:t>
        <w:br/>
        <w:t>vt 0.184204 0.894348</w:t>
        <w:br/>
        <w:t>vt 0.173950 0.878540</w:t>
        <w:br/>
        <w:t>vt 0.162354 0.862671</w:t>
        <w:br/>
        <w:t>vt 0.193115 0.895142</w:t>
        <w:br/>
        <w:t>vt 0.172241 0.863403</w:t>
        <w:br/>
        <w:t>vt 0.184692 0.879333</w:t>
        <w:br/>
        <w:t>vt 0.170654 0.850098</w:t>
        <w:br/>
        <w:t>vt 0.160400 0.849243</w:t>
        <w:br/>
        <w:t>vt 0.157959 0.841187</w:t>
        <w:br/>
        <w:t>vt 0.167969 0.836548</w:t>
        <w:br/>
        <w:t>vt 0.182495 0.851196</w:t>
        <w:br/>
        <w:t>vt 0.180542 0.837891</w:t>
        <w:br/>
        <w:t>vt 0.179810 0.830200</w:t>
        <w:br/>
        <w:t>vt 0.183350 0.864136</w:t>
        <w:br/>
        <w:t>vt 0.192017 0.851929</w:t>
        <w:br/>
        <w:t>vt 0.191528 0.837524</w:t>
        <w:br/>
        <w:t>vt 0.191528 0.822632</w:t>
        <w:br/>
        <w:t>vt 0.192993 0.864746</w:t>
        <w:br/>
        <w:t>vt 0.197632 0.836670</w:t>
        <w:br/>
        <w:t>vt 0.196777 0.819580</w:t>
        <w:br/>
        <w:t>vt 0.192993 0.864746</w:t>
        <w:br/>
        <w:t>vt 0.199951 0.835571</w:t>
        <w:br/>
        <w:t>vt 0.198242 0.851929</w:t>
        <w:br/>
        <w:t>vt 0.200195 0.819702</w:t>
        <w:br/>
        <w:t>vt 0.193970 0.879883</w:t>
        <w:br/>
        <w:t>vt 0.198853 0.865112</w:t>
        <w:br/>
        <w:t>vt 0.198975 0.880371</w:t>
        <w:br/>
        <w:t>vt 0.198975 0.895874</w:t>
        <w:br/>
        <w:t>vt 0.200439 0.880371</w:t>
        <w:br/>
        <w:t>vt 0.200806 0.864502</w:t>
        <w:br/>
        <w:t>vt 0.200439 0.851685</w:t>
        <w:br/>
        <w:t>vt 0.201782 0.863892</w:t>
        <w:br/>
        <w:t>vt 0.201782 0.851196</w:t>
        <w:br/>
        <w:t>vt 0.201782 0.880554</w:t>
        <w:br/>
        <w:t>vt 0.201782 0.835205</w:t>
        <w:br/>
        <w:t>vt 0.201782 0.820068</w:t>
        <w:br/>
        <w:t>vt 0.200439 0.896057</w:t>
        <w:br/>
        <w:t>vt 0.201782 0.895996</w:t>
        <w:br/>
        <w:t>vt 0.201782 0.907410</w:t>
        <w:br/>
        <w:t>vt 0.200195 0.907288</w:t>
        <w:br/>
        <w:t>vt 0.201782 0.922729</w:t>
        <w:br/>
        <w:t>vt 0.198975 0.906860</w:t>
        <w:br/>
        <w:t>vt 0.198486 0.923462</w:t>
        <w:br/>
        <w:t>vt 0.200928 0.925598</w:t>
        <w:br/>
        <w:t>vt 0.197021 0.922424</w:t>
        <w:br/>
        <w:t>vt 0.201782 0.927673</w:t>
        <w:br/>
        <w:t>vt 0.193115 0.920593</w:t>
        <w:br/>
        <w:t>vt 0.193848 0.906250</w:t>
        <w:br/>
        <w:t>vt 0.844727 0.186035</w:t>
        <w:br/>
        <w:t>vt 0.832031 0.187988</w:t>
        <w:br/>
        <w:t>vt 0.841797 0.187988</w:t>
        <w:br/>
        <w:t>vt 0.841797 0.208008</w:t>
        <w:br/>
        <w:t>vt 0.829590 0.186035</w:t>
        <w:br/>
        <w:t>vt 0.832031 0.208008</w:t>
        <w:br/>
        <w:t>vt 0.844727 0.210449</w:t>
        <w:br/>
        <w:t>vt 0.829590 0.210449</w:t>
        <w:br/>
        <w:t>vt 0.844727 0.186035</w:t>
        <w:br/>
        <w:t>vt 0.827148 0.184082</w:t>
        <w:br/>
        <w:t>vt 0.829590 0.186035</w:t>
        <w:br/>
        <w:t>vt 0.829590 0.210449</w:t>
        <w:br/>
        <w:t>vt 0.829590 0.186035</w:t>
        <w:br/>
        <w:t>vt 0.827148 0.184082</w:t>
        <w:br/>
        <w:t>vt 0.846680 0.184082</w:t>
        <w:br/>
        <w:t>vt 0.827148 0.212402</w:t>
        <w:br/>
        <w:t>vt 0.846680 0.212402</w:t>
        <w:br/>
        <w:t>vt 0.846680 0.184082</w:t>
        <w:br/>
        <w:t>vt 0.844727 0.186035</w:t>
        <w:br/>
        <w:t>vt 0.846680 0.212402</w:t>
        <w:br/>
        <w:t>vt 0.829590 0.210449</w:t>
        <w:br/>
        <w:t>vt 0.827148 0.212402</w:t>
        <w:br/>
        <w:t>vt 0.844727 0.210449</w:t>
        <w:br/>
        <w:t>vt 0.844727 0.210449</w:t>
        <w:br/>
        <w:t>vt 0.844727 0.186035</w:t>
        <w:br/>
        <w:t>vt 0.832031 0.187988</w:t>
        <w:br/>
        <w:t>vt 0.841797 0.187988</w:t>
        <w:br/>
        <w:t>vt 0.841797 0.208008</w:t>
        <w:br/>
        <w:t>vt 0.829590 0.186035</w:t>
        <w:br/>
        <w:t>vt 0.832031 0.208008</w:t>
        <w:br/>
        <w:t>vt 0.844727 0.210449</w:t>
        <w:br/>
        <w:t>vt 0.829590 0.210449</w:t>
        <w:br/>
        <w:t>vt 0.844727 0.186035</w:t>
        <w:br/>
        <w:t>vt 0.827148 0.184082</w:t>
        <w:br/>
        <w:t>vt 0.829590 0.186035</w:t>
        <w:br/>
        <w:t>vt 0.829590 0.210449</w:t>
        <w:br/>
        <w:t>vt 0.829590 0.186035</w:t>
        <w:br/>
        <w:t>vt 0.827148 0.184082</w:t>
        <w:br/>
        <w:t>vt 0.846680 0.184082</w:t>
        <w:br/>
        <w:t>vt 0.827148 0.212402</w:t>
        <w:br/>
        <w:t>vt 0.846680 0.212402</w:t>
        <w:br/>
        <w:t>vt 0.846680 0.184082</w:t>
        <w:br/>
        <w:t>vt 0.844727 0.186035</w:t>
        <w:br/>
        <w:t>vt 0.846680 0.212402</w:t>
        <w:br/>
        <w:t>vt 0.829590 0.210449</w:t>
        <w:br/>
        <w:t>vt 0.827148 0.212402</w:t>
        <w:br/>
        <w:t>vt 0.844727 0.210449</w:t>
        <w:br/>
        <w:t>vt 0.844727 0.210449</w:t>
        <w:br/>
        <w:t>vt 0.404785 0.817505</w:t>
        <w:br/>
        <w:t>vt 0.411133 0.816650</w:t>
        <w:br/>
        <w:t>vt 0.409912 0.817505</w:t>
        <w:br/>
        <w:t>vt 0.409912 0.831055</w:t>
        <w:br/>
        <w:t>vt 0.409912 0.817505</w:t>
        <w:br/>
        <w:t>vt 0.411133 0.816650</w:t>
        <w:br/>
        <w:t>vt 0.403320 0.816650</w:t>
        <w:br/>
        <w:t>vt 0.404785 0.831055</w:t>
        <w:br/>
        <w:t>vt 0.403320 0.816650</w:t>
        <w:br/>
        <w:t>vt 0.404785 0.817505</w:t>
        <w:br/>
        <w:t>vt 0.403320 0.831909</w:t>
        <w:br/>
        <w:t>vt 0.404785 0.831055</w:t>
        <w:br/>
        <w:t>vt 0.409912 0.831055</w:t>
        <w:br/>
        <w:t>vt 0.403320 0.831909</w:t>
        <w:br/>
        <w:t>vt 0.411133 0.831909</w:t>
        <w:br/>
        <w:t>vt 0.411133 0.831909</w:t>
        <w:br/>
        <w:t>vt 0.401367 0.814819</w:t>
        <w:br/>
        <w:t>vt 0.411133 0.816650</w:t>
        <w:br/>
        <w:t>vt 0.403320 0.816650</w:t>
        <w:br/>
        <w:t>vt 0.403320 0.831909</w:t>
        <w:br/>
        <w:t>vt 0.412842 0.833252</w:t>
        <w:br/>
        <w:t>vt 0.412842 0.814819</w:t>
        <w:br/>
        <w:t>vt 0.401367 0.833252</w:t>
        <w:br/>
        <w:t>vt 0.401367 0.814819</w:t>
        <w:br/>
        <w:t>vt 0.414307 0.813721</w:t>
        <w:br/>
        <w:t>vt 0.412842 0.814819</w:t>
        <w:br/>
        <w:t>vt 0.412842 0.833252</w:t>
        <w:br/>
        <w:t>vt 0.412842 0.814819</w:t>
        <w:br/>
        <w:t>vt 0.414307 0.813721</w:t>
        <w:br/>
        <w:t>vt 0.400146 0.813721</w:t>
        <w:br/>
        <w:t>vt 0.414307 0.834717</w:t>
        <w:br/>
        <w:t>vt 0.401367 0.814819</w:t>
        <w:br/>
        <w:t>vt 0.400146 0.834717</w:t>
        <w:br/>
        <w:t>vt 0.400146 0.813721</w:t>
        <w:br/>
        <w:t>vt 0.400146 0.834717</w:t>
        <w:br/>
        <w:t>vt 0.412842 0.833252</w:t>
        <w:br/>
        <w:t>vt 0.414307 0.834717</w:t>
        <w:br/>
        <w:t>vt 0.401367 0.833252</w:t>
        <w:br/>
        <w:t>vt 0.401367 0.833252</w:t>
        <w:br/>
        <w:t>vt 0.832031 0.187988</w:t>
        <w:br/>
        <w:t>vt 0.844727 0.186035</w:t>
        <w:br/>
        <w:t>vt 0.841797 0.187988</w:t>
        <w:br/>
        <w:t>vt 0.841797 0.208008</w:t>
        <w:br/>
        <w:t>vt 0.829590 0.186035</w:t>
        <w:br/>
        <w:t>vt 0.832031 0.208008</w:t>
        <w:br/>
        <w:t>vt 0.844727 0.210449</w:t>
        <w:br/>
        <w:t>vt 0.829590 0.210449</w:t>
        <w:br/>
        <w:t>vt 0.827148 0.184082</w:t>
        <w:br/>
        <w:t>vt 0.844727 0.186035</w:t>
        <w:br/>
        <w:t>vt 0.829590 0.186035</w:t>
        <w:br/>
        <w:t>vt 0.829590 0.210449</w:t>
        <w:br/>
        <w:t>vt 0.827148 0.184082</w:t>
        <w:br/>
        <w:t>vt 0.829590 0.186035</w:t>
        <w:br/>
        <w:t>vt 0.846680 0.184082</w:t>
        <w:br/>
        <w:t>vt 0.827148 0.212402</w:t>
        <w:br/>
        <w:t>vt 0.846680 0.184082</w:t>
        <w:br/>
        <w:t>vt 0.846680 0.212402</w:t>
        <w:br/>
        <w:t>vt 0.844727 0.186035</w:t>
        <w:br/>
        <w:t>vt 0.829590 0.210449</w:t>
        <w:br/>
        <w:t>vt 0.846680 0.212402</w:t>
        <w:br/>
        <w:t>vt 0.827148 0.212402</w:t>
        <w:br/>
        <w:t>vt 0.844727 0.210449</w:t>
        <w:br/>
        <w:t>vt 0.844727 0.210449</w:t>
        <w:br/>
        <w:t>vt 0.404785 0.817505</w:t>
        <w:br/>
        <w:t>vt 0.411133 0.816650</w:t>
        <w:br/>
        <w:t>vt 0.409912 0.817505</w:t>
        <w:br/>
        <w:t>vt 0.409912 0.831055</w:t>
        <w:br/>
        <w:t>vt 0.409912 0.817505</w:t>
        <w:br/>
        <w:t>vt 0.411133 0.816650</w:t>
        <w:br/>
        <w:t>vt 0.403320 0.816650</w:t>
        <w:br/>
        <w:t>vt 0.404785 0.831055</w:t>
        <w:br/>
        <w:t>vt 0.403320 0.816650</w:t>
        <w:br/>
        <w:t>vt 0.404785 0.817505</w:t>
        <w:br/>
        <w:t>vt 0.403320 0.831909</w:t>
        <w:br/>
        <w:t>vt 0.404785 0.831055</w:t>
        <w:br/>
        <w:t>vt 0.409912 0.831055</w:t>
        <w:br/>
        <w:t>vt 0.403320 0.831909</w:t>
        <w:br/>
        <w:t>vt 0.411133 0.831909</w:t>
        <w:br/>
        <w:t>vt 0.411133 0.831909</w:t>
        <w:br/>
        <w:t>vt 0.401367 0.814819</w:t>
        <w:br/>
        <w:t>vt 0.411133 0.816650</w:t>
        <w:br/>
        <w:t>vt 0.403320 0.816650</w:t>
        <w:br/>
        <w:t>vt 0.403320 0.831909</w:t>
        <w:br/>
        <w:t>vt 0.412842 0.833252</w:t>
        <w:br/>
        <w:t>vt 0.412842 0.814819</w:t>
        <w:br/>
        <w:t>vt 0.401367 0.833252</w:t>
        <w:br/>
        <w:t>vt 0.401367 0.814819</w:t>
        <w:br/>
        <w:t>vt 0.414307 0.813721</w:t>
        <w:br/>
        <w:t>vt 0.412842 0.814819</w:t>
        <w:br/>
        <w:t>vt 0.412842 0.833252</w:t>
        <w:br/>
        <w:t>vt 0.412842 0.814819</w:t>
        <w:br/>
        <w:t>vt 0.414307 0.813721</w:t>
        <w:br/>
        <w:t>vt 0.400146 0.813721</w:t>
        <w:br/>
        <w:t>vt 0.414307 0.834717</w:t>
        <w:br/>
        <w:t>vt 0.401367 0.814819</w:t>
        <w:br/>
        <w:t>vt 0.400146 0.834717</w:t>
        <w:br/>
        <w:t>vt 0.400146 0.813721</w:t>
        <w:br/>
        <w:t>vt 0.400146 0.834717</w:t>
        <w:br/>
        <w:t>vt 0.412842 0.833252</w:t>
        <w:br/>
        <w:t>vt 0.414307 0.834717</w:t>
        <w:br/>
        <w:t>vt 0.401367 0.833252</w:t>
        <w:br/>
        <w:t>vt 0.401367 0.833252</w:t>
        <w:br/>
        <w:t>vt 0.832031 0.187988</w:t>
        <w:br/>
        <w:t>vt 0.844727 0.186035</w:t>
        <w:br/>
        <w:t>vt 0.841797 0.187988</w:t>
        <w:br/>
        <w:t>vt 0.841797 0.208008</w:t>
        <w:br/>
        <w:t>vt 0.829590 0.186035</w:t>
        <w:br/>
        <w:t>vt 0.832031 0.208008</w:t>
        <w:br/>
        <w:t>vt 0.844727 0.210449</w:t>
        <w:br/>
        <w:t>vt 0.829590 0.210449</w:t>
        <w:br/>
        <w:t>vt 0.827148 0.184082</w:t>
        <w:br/>
        <w:t>vt 0.844727 0.186035</w:t>
        <w:br/>
        <w:t>vt 0.829590 0.186035</w:t>
        <w:br/>
        <w:t>vt 0.829590 0.210449</w:t>
        <w:br/>
        <w:t>vt 0.827148 0.184082</w:t>
        <w:br/>
        <w:t>vt 0.829590 0.186035</w:t>
        <w:br/>
        <w:t>vt 0.846680 0.184082</w:t>
        <w:br/>
        <w:t>vt 0.827148 0.212402</w:t>
        <w:br/>
        <w:t>vt 0.846680 0.184082</w:t>
        <w:br/>
        <w:t>vt 0.846680 0.212402</w:t>
        <w:br/>
        <w:t>vt 0.844727 0.186035</w:t>
        <w:br/>
        <w:t>vt 0.829590 0.210449</w:t>
        <w:br/>
        <w:t>vt 0.846680 0.212402</w:t>
        <w:br/>
        <w:t>vt 0.827148 0.212402</w:t>
        <w:br/>
        <w:t>vt 0.844727 0.210449</w:t>
        <w:br/>
        <w:t>vt 0.844727 0.210449</w:t>
        <w:br/>
        <w:t>vt 0.404785 0.817505</w:t>
        <w:br/>
        <w:t>vt 0.409912 0.817505</w:t>
        <w:br/>
        <w:t>vt 0.411133 0.816650</w:t>
        <w:br/>
        <w:t>vt 0.409912 0.817505</w:t>
        <w:br/>
        <w:t>vt 0.409912 0.831055</w:t>
        <w:br/>
        <w:t>vt 0.411133 0.816650</w:t>
        <w:br/>
        <w:t>vt 0.403320 0.816650</w:t>
        <w:br/>
        <w:t>vt 0.403320 0.816650</w:t>
        <w:br/>
        <w:t>vt 0.404785 0.831055</w:t>
        <w:br/>
        <w:t>vt 0.404785 0.817505</w:t>
        <w:br/>
        <w:t>vt 0.403320 0.831909</w:t>
        <w:br/>
        <w:t>vt 0.409912 0.831055</w:t>
        <w:br/>
        <w:t>vt 0.404785 0.831055</w:t>
        <w:br/>
        <w:t>vt 0.403320 0.831909</w:t>
        <w:br/>
        <w:t>vt 0.411133 0.831909</w:t>
        <w:br/>
        <w:t>vt 0.411133 0.831909</w:t>
        <w:br/>
        <w:t>vt 0.411133 0.816650</w:t>
        <w:br/>
        <w:t>vt 0.401367 0.814819</w:t>
        <w:br/>
        <w:t>vt 0.403320 0.816650</w:t>
        <w:br/>
        <w:t>vt 0.403320 0.831909</w:t>
        <w:br/>
        <w:t>vt 0.412842 0.833252</w:t>
        <w:br/>
        <w:t>vt 0.412842 0.814819</w:t>
        <w:br/>
        <w:t>vt 0.401367 0.833252</w:t>
        <w:br/>
        <w:t>vt 0.401367 0.814819</w:t>
        <w:br/>
        <w:t>vt 0.412842 0.814819</w:t>
        <w:br/>
        <w:t>vt 0.414307 0.813721</w:t>
        <w:br/>
        <w:t>vt 0.412842 0.833252</w:t>
        <w:br/>
        <w:t>vt 0.414307 0.813721</w:t>
        <w:br/>
        <w:t>vt 0.412842 0.814819</w:t>
        <w:br/>
        <w:t>vt 0.400146 0.813721</w:t>
        <w:br/>
        <w:t>vt 0.414307 0.834717</w:t>
        <w:br/>
        <w:t>vt 0.400146 0.834717</w:t>
        <w:br/>
        <w:t>vt 0.401367 0.814819</w:t>
        <w:br/>
        <w:t>vt 0.400146 0.813721</w:t>
        <w:br/>
        <w:t>vt 0.412842 0.833252</w:t>
        <w:br/>
        <w:t>vt 0.400146 0.834717</w:t>
        <w:br/>
        <w:t>vt 0.414307 0.834717</w:t>
        <w:br/>
        <w:t>vt 0.401367 0.833252</w:t>
        <w:br/>
        <w:t>vt 0.401367 0.833252</w:t>
        <w:br/>
        <w:t>vt 0.404785 0.817505</w:t>
        <w:br/>
        <w:t>vt 0.409912 0.817505</w:t>
        <w:br/>
        <w:t>vt 0.411133 0.816650</w:t>
        <w:br/>
        <w:t>vt 0.409912 0.817505</w:t>
        <w:br/>
        <w:t>vt 0.409912 0.831055</w:t>
        <w:br/>
        <w:t>vt 0.411133 0.816650</w:t>
        <w:br/>
        <w:t>vt 0.403320 0.816650</w:t>
        <w:br/>
        <w:t>vt 0.403320 0.816650</w:t>
        <w:br/>
        <w:t>vt 0.404785 0.831055</w:t>
        <w:br/>
        <w:t>vt 0.404785 0.817505</w:t>
        <w:br/>
        <w:t>vt 0.403320 0.831909</w:t>
        <w:br/>
        <w:t>vt 0.409912 0.831055</w:t>
        <w:br/>
        <w:t>vt 0.404785 0.831055</w:t>
        <w:br/>
        <w:t>vt 0.403320 0.831909</w:t>
        <w:br/>
        <w:t>vt 0.411133 0.831909</w:t>
        <w:br/>
        <w:t>vt 0.411133 0.831909</w:t>
        <w:br/>
        <w:t>vt 0.411133 0.816650</w:t>
        <w:br/>
        <w:t>vt 0.401367 0.814819</w:t>
        <w:br/>
        <w:t>vt 0.403320 0.816650</w:t>
        <w:br/>
        <w:t>vt 0.403320 0.831909</w:t>
        <w:br/>
        <w:t>vt 0.412842 0.833252</w:t>
        <w:br/>
        <w:t>vt 0.412842 0.814819</w:t>
        <w:br/>
        <w:t>vt 0.401367 0.833252</w:t>
        <w:br/>
        <w:t>vt 0.401367 0.814819</w:t>
        <w:br/>
        <w:t>vt 0.412842 0.814819</w:t>
        <w:br/>
        <w:t>vt 0.414307 0.813721</w:t>
        <w:br/>
        <w:t>vt 0.412842 0.833252</w:t>
        <w:br/>
        <w:t>vt 0.414307 0.813721</w:t>
        <w:br/>
        <w:t>vt 0.412842 0.814819</w:t>
        <w:br/>
        <w:t>vt 0.400146 0.813721</w:t>
        <w:br/>
        <w:t>vt 0.414307 0.834717</w:t>
        <w:br/>
        <w:t>vt 0.400146 0.834717</w:t>
        <w:br/>
        <w:t>vt 0.401367 0.814819</w:t>
        <w:br/>
        <w:t>vt 0.400146 0.813721</w:t>
        <w:br/>
        <w:t>vt 0.412842 0.833252</w:t>
        <w:br/>
        <w:t>vt 0.400146 0.834717</w:t>
        <w:br/>
        <w:t>vt 0.414307 0.834717</w:t>
        <w:br/>
        <w:t>vt 0.401367 0.833252</w:t>
        <w:br/>
        <w:t>vt 0.401367 0.833252</w:t>
        <w:br/>
        <w:t>vt 0.844727 0.186035</w:t>
        <w:br/>
        <w:t>vt 0.832031 0.187988</w:t>
        <w:br/>
        <w:t>vt 0.841797 0.187988</w:t>
        <w:br/>
        <w:t>vt 0.829590 0.186035</w:t>
        <w:br/>
        <w:t>vt 0.832031 0.208008</w:t>
        <w:br/>
        <w:t>vt 0.844727 0.210449</w:t>
        <w:br/>
        <w:t>vt 0.841797 0.208008</w:t>
        <w:br/>
        <w:t>vt 0.829590 0.210449</w:t>
        <w:br/>
        <w:t>vt 0.844727 0.210449</w:t>
        <w:br/>
        <w:t>vt 0.846680 0.184082</w:t>
        <w:br/>
        <w:t>vt 0.844727 0.186035</w:t>
        <w:br/>
        <w:t>vt 0.846680 0.184082</w:t>
        <w:br/>
        <w:t>vt 0.829590 0.186035</w:t>
        <w:br/>
        <w:t>vt 0.844727 0.186035</w:t>
        <w:br/>
        <w:t>vt 0.846680 0.212402</w:t>
        <w:br/>
        <w:t>vt 0.827148 0.184082</w:t>
        <w:br/>
        <w:t>vt 0.827148 0.212402</w:t>
        <w:br/>
        <w:t>vt 0.846680 0.212402</w:t>
        <w:br/>
        <w:t>vt 0.844727 0.210449</w:t>
        <w:br/>
        <w:t>vt 0.827148 0.212402</w:t>
        <w:br/>
        <w:t>vt 0.829590 0.186035</w:t>
        <w:br/>
        <w:t>vt 0.827148 0.184082</w:t>
        <w:br/>
        <w:t>vt 0.829590 0.210449</w:t>
        <w:br/>
        <w:t>vt 0.829590 0.210449</w:t>
        <w:br/>
        <w:t>vt 0.832031 0.187988</w:t>
        <w:br/>
        <w:t>vt 0.844727 0.186035</w:t>
        <w:br/>
        <w:t>vt 0.841797 0.187988</w:t>
        <w:br/>
        <w:t>vt 0.829590 0.186035</w:t>
        <w:br/>
        <w:t>vt 0.832031 0.208008</w:t>
        <w:br/>
        <w:t>vt 0.844727 0.210449</w:t>
        <w:br/>
        <w:t>vt 0.841797 0.208008</w:t>
        <w:br/>
        <w:t>vt 0.829590 0.210449</w:t>
        <w:br/>
        <w:t>vt 0.846680 0.184082</w:t>
        <w:br/>
        <w:t>vt 0.844727 0.210449</w:t>
        <w:br/>
        <w:t>vt 0.844727 0.186035</w:t>
        <w:br/>
        <w:t>vt 0.829590 0.186035</w:t>
        <w:br/>
        <w:t>vt 0.846680 0.184082</w:t>
        <w:br/>
        <w:t>vt 0.844727 0.186035</w:t>
        <w:br/>
        <w:t>vt 0.846680 0.212402</w:t>
        <w:br/>
        <w:t>vt 0.827148 0.184082</w:t>
        <w:br/>
        <w:t>vt 0.846680 0.212402</w:t>
        <w:br/>
        <w:t>vt 0.827148 0.212402</w:t>
        <w:br/>
        <w:t>vt 0.844727 0.210449</w:t>
        <w:br/>
        <w:t>vt 0.829590 0.186035</w:t>
        <w:br/>
        <w:t>vt 0.827148 0.212402</w:t>
        <w:br/>
        <w:t>vt 0.827148 0.184082</w:t>
        <w:br/>
        <w:t>vt 0.829590 0.210449</w:t>
        <w:br/>
        <w:t>vt 0.829590 0.210449</w:t>
        <w:br/>
        <w:t>vt 0.660156 0.286621</w:t>
        <w:br/>
        <w:t>vt 0.659180 0.285645</w:t>
        <w:br/>
        <w:t>vt 0.659180 0.285645</w:t>
        <w:br/>
        <w:t>vt 0.150513 0.885193</w:t>
        <w:br/>
        <w:t>vt 0.153687 0.881653</w:t>
        <w:br/>
        <w:t>vt 0.153687 0.885193</w:t>
        <w:br/>
        <w:t>vt 0.487793 0.898865</w:t>
        <w:br/>
        <w:t>vt 0.482422 0.883789</w:t>
        <w:br/>
        <w:t>vt 0.482422 0.898865</w:t>
        <w:br/>
        <w:t>vt 0.487793 0.883789</w:t>
        <w:br/>
        <w:t>vt 0.487793 0.883789</w:t>
        <w:br/>
        <w:t>vt 0.487793 0.898865</w:t>
        <w:br/>
        <w:t>vt 0.492432 0.898865</w:t>
        <w:br/>
        <w:t>vt 0.492432 0.883789</w:t>
        <w:br/>
        <w:t>vt 0.637207 0.450684</w:t>
        <w:br/>
        <w:t>vt 0.629395 0.452148</w:t>
        <w:br/>
        <w:t>vt 0.637695 0.452637</w:t>
        <w:br/>
        <w:t>vt 0.629395 0.450195</w:t>
        <w:br/>
        <w:t>vt 0.153687 0.868774</w:t>
        <w:br/>
        <w:t>vt 0.150513 0.881653</w:t>
        <w:br/>
        <w:t>vt 0.150513 0.868774</w:t>
        <w:br/>
        <w:t>vt 0.153687 0.881653</w:t>
        <w:br/>
        <w:t>vt 0.150513 0.881653</w:t>
        <w:br/>
        <w:t>vt 0.530273 0.339844</w:t>
        <w:br/>
        <w:t>vt 0.528809 0.342773</w:t>
        <w:br/>
        <w:t>vt 0.526855 0.339844</w:t>
        <w:br/>
        <w:t>vt 0.530762 0.340820</w:t>
        <w:br/>
        <w:t>vt 0.536621 0.341797</w:t>
        <w:br/>
        <w:t>vt 0.536621 0.340332</w:t>
        <w:br/>
        <w:t>vt 0.536621 0.341797</w:t>
        <w:br/>
        <w:t>vt 0.536621 0.340332</w:t>
        <w:br/>
        <w:t>vt 0.538574 0.338379</w:t>
        <w:br/>
        <w:t>vt 0.538574 0.340332</w:t>
        <w:br/>
        <w:t>vt 0.538574 0.338379</w:t>
        <w:br/>
        <w:t>vt 0.548340 0.339844</w:t>
        <w:br/>
        <w:t>vt 0.538574 0.340332</w:t>
        <w:br/>
        <w:t>vt 0.548340 0.337891</w:t>
        <w:br/>
        <w:t>vt 0.538574 0.342285</w:t>
        <w:br/>
        <w:t>vt 0.548340 0.342285</w:t>
        <w:br/>
        <w:t>vt 0.538574 0.342285</w:t>
        <w:br/>
        <w:t>vt 0.550293 0.341797</w:t>
        <w:br/>
        <w:t>vt 0.548340 0.339844</w:t>
        <w:br/>
        <w:t>vt 0.548340 0.337891</w:t>
        <w:br/>
        <w:t>vt 0.548340 0.342285</w:t>
        <w:br/>
        <w:t>vt 0.550781 0.340820</w:t>
        <w:br/>
        <w:t>vt 0.548340 0.344238</w:t>
        <w:br/>
        <w:t>vt 0.548340 0.342285</w:t>
        <w:br/>
        <w:t>vt 0.548340 0.344238</w:t>
        <w:br/>
        <w:t>vt 0.538574 0.344238</w:t>
        <w:br/>
        <w:t>vt 0.538574 0.344238</w:t>
        <w:br/>
        <w:t>vt 0.536621 0.353027</w:t>
        <w:br/>
        <w:t>vt 0.536621 0.341797</w:t>
        <w:br/>
        <w:t>vt 0.536621 0.353027</w:t>
        <w:br/>
        <w:t>vt 0.528809 0.342773</w:t>
        <w:br/>
        <w:t>vt 0.528809 0.353516</w:t>
        <w:br/>
        <w:t>vt 0.548340 0.353027</w:t>
        <w:br/>
        <w:t>vt 0.538574 0.353516</w:t>
        <w:br/>
        <w:t>vt 0.538574 0.353516</w:t>
        <w:br/>
        <w:t>vt 0.536621 0.364258</w:t>
        <w:br/>
        <w:t>vt 0.536621 0.364258</w:t>
        <w:br/>
        <w:t>vt 0.528809 0.342773</w:t>
        <w:br/>
        <w:t>vt 0.528809 0.353516</w:t>
        <w:br/>
        <w:t>vt 0.525391 0.351074</w:t>
        <w:br/>
        <w:t>vt 0.525391 0.343750</w:t>
        <w:br/>
        <w:t>vt 0.525391 0.364746</w:t>
        <w:br/>
        <w:t>vt 0.528809 0.364258</w:t>
        <w:br/>
        <w:t>vt 0.528809 0.364258</w:t>
        <w:br/>
        <w:t>vt 0.528809 0.377441</w:t>
        <w:br/>
        <w:t>vt 0.525391 0.377441</w:t>
        <w:br/>
        <w:t>vt 0.536621 0.377441</w:t>
        <w:br/>
        <w:t>vt 0.528809 0.377441</w:t>
        <w:br/>
        <w:t>vt 0.528809 0.389648</w:t>
        <w:br/>
        <w:t>vt 0.528809 0.389648</w:t>
        <w:br/>
        <w:t>vt 0.525391 0.390625</w:t>
        <w:br/>
        <w:t>vt 0.536621 0.377441</w:t>
        <w:br/>
        <w:t>vt 0.538574 0.364746</w:t>
        <w:br/>
        <w:t>vt 0.528809 0.402344</w:t>
        <w:br/>
        <w:t>vt 0.525391 0.400879</w:t>
        <w:br/>
        <w:t>vt 0.525391 0.400879</w:t>
        <w:br/>
        <w:t>vt 0.528809 0.403320</w:t>
        <w:br/>
        <w:t>vt 0.525391 0.403320</w:t>
        <w:br/>
        <w:t>vt 0.528809 0.402344</w:t>
        <w:br/>
        <w:t>vt 0.536621 0.402832</w:t>
        <w:br/>
        <w:t>vt 0.528809 0.402344</w:t>
        <w:br/>
        <w:t>vt 0.536621 0.402832</w:t>
        <w:br/>
        <w:t>vt 0.536621 0.403809</w:t>
        <w:br/>
        <w:t>vt 0.536621 0.403809</w:t>
        <w:br/>
        <w:t>vt 0.536621 0.402832</w:t>
        <w:br/>
        <w:t>vt 0.538574 0.406250</w:t>
        <w:br/>
        <w:t>vt 0.536621 0.389648</w:t>
        <w:br/>
        <w:t>vt 0.538574 0.377441</w:t>
        <w:br/>
        <w:t>vt 0.536621 0.389648</w:t>
        <w:br/>
        <w:t>vt 0.538574 0.390625</w:t>
        <w:br/>
        <w:t>vt 0.538574 0.377441</w:t>
        <w:br/>
        <w:t>vt 0.538574 0.364746</w:t>
        <w:br/>
        <w:t>vt 0.548340 0.377441</w:t>
        <w:br/>
        <w:t>vt 0.538574 0.390625</w:t>
        <w:br/>
        <w:t>vt 0.548340 0.364258</w:t>
        <w:br/>
        <w:t>vt 0.538574 0.401855</w:t>
        <w:br/>
        <w:t>vt 0.548340 0.353027</w:t>
        <w:br/>
        <w:t>vt 0.550293 0.364258</w:t>
        <w:br/>
        <w:t>vt 0.548340 0.364258</w:t>
        <w:br/>
        <w:t>vt 0.538574 0.404297</w:t>
        <w:br/>
        <w:t>vt 0.548340 0.401367</w:t>
        <w:br/>
        <w:t>vt 0.538574 0.401855</w:t>
        <w:br/>
        <w:t>vt 0.538574 0.404297</w:t>
        <w:br/>
        <w:t>vt 0.538574 0.404297</w:t>
        <w:br/>
        <w:t>vt 0.548340 0.403809</w:t>
        <w:br/>
        <w:t>vt 0.538574 0.406250</w:t>
        <w:br/>
        <w:t>vt 0.548340 0.403809</w:t>
        <w:br/>
        <w:t>vt 0.548340 0.405762</w:t>
        <w:br/>
        <w:t>vt 0.548340 0.390625</w:t>
        <w:br/>
        <w:t>vt 0.548340 0.403809</w:t>
        <w:br/>
        <w:t>vt 0.548340 0.401367</w:t>
        <w:br/>
        <w:t>vt 0.550293 0.401855</w:t>
        <w:br/>
        <w:t>vt 0.548340 0.405762</w:t>
        <w:br/>
        <w:t>vt 0.548340 0.390625</w:t>
        <w:br/>
        <w:t>vt 0.550781 0.402832</w:t>
        <w:br/>
        <w:t>vt 0.548340 0.377441</w:t>
        <w:br/>
        <w:t>vt 0.550293 0.388672</w:t>
        <w:br/>
        <w:t>vt 0.550293 0.376953</w:t>
        <w:br/>
        <w:t>vt 0.553223 0.376953</w:t>
        <w:br/>
        <w:t>vt 0.550293 0.388672</w:t>
        <w:br/>
        <w:t>vt 0.550293 0.376953</w:t>
        <w:br/>
        <w:t>vt 0.550293 0.364258</w:t>
        <w:br/>
        <w:t>vt 0.553223 0.388672</w:t>
        <w:br/>
        <w:t>vt 0.550293 0.401855</w:t>
        <w:br/>
        <w:t>vt 0.553223 0.400879</w:t>
        <w:br/>
        <w:t>vt 0.550781 0.402832</w:t>
        <w:br/>
        <w:t>vt 0.550293 0.401855</w:t>
        <w:br/>
        <w:t>vt 0.553223 0.400879</w:t>
        <w:br/>
        <w:t>vt 0.553223 0.401855</w:t>
        <w:br/>
        <w:t>vt 0.561523 0.376465</w:t>
        <w:br/>
        <w:t>vt 0.561523 0.400391</w:t>
        <w:br/>
        <w:t>vt 0.561523 0.401367</w:t>
        <w:br/>
        <w:t>vt 0.561523 0.388184</w:t>
        <w:br/>
        <w:t>vt 0.561523 0.400391</w:t>
        <w:br/>
        <w:t>vt 0.561523 0.400391</w:t>
        <w:br/>
        <w:t>vt 0.563477 0.405273</w:t>
        <w:br/>
        <w:t>vt 0.561523 0.401367</w:t>
        <w:br/>
        <w:t>vt 0.553223 0.364258</w:t>
        <w:br/>
        <w:t>vt 0.563477 0.401855</w:t>
        <w:br/>
        <w:t>vt 0.550293 0.353027</w:t>
        <w:br/>
        <w:t>vt 0.550293 0.353027</w:t>
        <w:br/>
        <w:t>vt 0.553223 0.353027</w:t>
        <w:br/>
        <w:t>vt 0.550293 0.341797</w:t>
        <w:br/>
        <w:t>vt 0.561523 0.364258</w:t>
        <w:br/>
        <w:t>vt 0.553223 0.341797</w:t>
        <w:br/>
        <w:t>vt 0.553223 0.341797</w:t>
        <w:br/>
        <w:t>vt 0.550293 0.341797</w:t>
        <w:br/>
        <w:t>vt 0.550781 0.340820</w:t>
        <w:br/>
        <w:t>vt 0.553223 0.341309</w:t>
        <w:br/>
        <w:t>vt 0.561523 0.353027</w:t>
        <w:br/>
        <w:t>vt 0.561523 0.341797</w:t>
        <w:br/>
        <w:t>vt 0.561523 0.341797</w:t>
        <w:br/>
        <w:t>vt 0.561523 0.340820</w:t>
        <w:br/>
        <w:t>vt 0.561523 0.340820</w:t>
        <w:br/>
        <w:t>vt 0.563477 0.339355</w:t>
        <w:br/>
        <w:t>vt 0.561523 0.341797</w:t>
        <w:br/>
        <w:t>vt 0.561523 0.353027</w:t>
        <w:br/>
        <w:t>vt 0.563477 0.363770</w:t>
        <w:br/>
        <w:t>vt 0.561523 0.364258</w:t>
        <w:br/>
        <w:t>vt 0.561523 0.376465</w:t>
        <w:br/>
        <w:t>vt 0.563477 0.340820</w:t>
        <w:br/>
        <w:t>vt 0.563477 0.377441</w:t>
        <w:br/>
        <w:t>vt 0.561523 0.388184</w:t>
        <w:br/>
        <w:t>vt 0.563477 0.339355</w:t>
        <w:br/>
        <w:t>vt 0.573242 0.341309</w:t>
        <w:br/>
        <w:t>vt 0.563477 0.340820</w:t>
        <w:br/>
        <w:t>vt 0.573242 0.339355</w:t>
        <w:br/>
        <w:t>vt 0.563477 0.389160</w:t>
        <w:br/>
        <w:t>vt 0.563477 0.343262</w:t>
        <w:br/>
        <w:t>vt 0.563477 0.343262</w:t>
        <w:br/>
        <w:t>vt 0.563477 0.400391</w:t>
        <w:br/>
        <w:t>vt 0.563477 0.344727</w:t>
        <w:br/>
        <w:t>vt 0.563477 0.400391</w:t>
        <w:br/>
        <w:t>vt 0.573242 0.401367</w:t>
        <w:br/>
        <w:t>vt 0.563477 0.401855</w:t>
        <w:br/>
        <w:t>vt 0.563477 0.401855</w:t>
        <w:br/>
        <w:t>vt 0.573242 0.401367</w:t>
        <w:br/>
        <w:t>vt 0.563477 0.405273</w:t>
        <w:br/>
        <w:t>vt 0.573242 0.404785</w:t>
        <w:br/>
        <w:t>vt 0.573242 0.399902</w:t>
        <w:br/>
        <w:t>vt 0.563477 0.389160</w:t>
        <w:br/>
        <w:t>vt 0.575195 0.399414</w:t>
        <w:br/>
        <w:t>vt 0.573242 0.404785</w:t>
        <w:br/>
        <w:t>vt 0.573242 0.401367</w:t>
        <w:br/>
        <w:t>vt 0.573242 0.399902</w:t>
        <w:br/>
        <w:t>vt 0.575684 0.400391</w:t>
        <w:br/>
        <w:t>vt 0.575684 0.400391</w:t>
        <w:br/>
        <w:t>vt 0.575195 0.399414</w:t>
        <w:br/>
        <w:t>vt 0.578125 0.400391</w:t>
        <w:br/>
        <w:t>vt 0.581055 0.398438</w:t>
        <w:br/>
        <w:t>vt 0.581055 0.399414</w:t>
        <w:br/>
        <w:t>vt 0.573242 0.389160</w:t>
        <w:br/>
        <w:t>vt 0.573242 0.389160</w:t>
        <w:br/>
        <w:t>vt 0.573242 0.376953</w:t>
        <w:br/>
        <w:t>vt 0.563477 0.377441</w:t>
        <w:br/>
        <w:t>vt 0.563477 0.363770</w:t>
        <w:br/>
        <w:t>vt 0.575195 0.387695</w:t>
        <w:br/>
        <w:t>vt 0.573242 0.376953</w:t>
        <w:br/>
        <w:t>vt 0.575195 0.399414</w:t>
        <w:br/>
        <w:t>vt 0.581055 0.387207</w:t>
        <w:br/>
        <w:t>vt 0.581055 0.398438</w:t>
        <w:br/>
        <w:t>vt 0.575195 0.387695</w:t>
        <w:br/>
        <w:t>vt 0.575195 0.376465</w:t>
        <w:br/>
        <w:t>vt 0.581055 0.387207</w:t>
        <w:br/>
        <w:t>vt 0.582031 0.397949</w:t>
        <w:br/>
        <w:t>vt 0.581055 0.398438</w:t>
        <w:br/>
        <w:t>vt 0.583496 0.387207</w:t>
        <w:br/>
        <w:t>vt 0.583496 0.396484</w:t>
        <w:br/>
        <w:t>vt 0.583496 0.376953</w:t>
        <w:br/>
        <w:t>vt 0.581055 0.376465</w:t>
        <w:br/>
        <w:t>vt 0.581055 0.376465</w:t>
        <w:br/>
        <w:t>vt 0.575195 0.376465</w:t>
        <w:br/>
        <w:t>vt 0.583496 0.364258</w:t>
        <w:br/>
        <w:t>vt 0.573242 0.363770</w:t>
        <w:br/>
        <w:t>vt 0.573242 0.363770</w:t>
        <w:br/>
        <w:t>vt 0.575195 0.364258</w:t>
        <w:br/>
        <w:t>vt 0.575195 0.364258</w:t>
        <w:br/>
        <w:t>vt 0.581055 0.364258</w:t>
        <w:br/>
        <w:t>vt 0.581055 0.364258</w:t>
        <w:br/>
        <w:t>vt 0.583496 0.353516</w:t>
        <w:br/>
        <w:t>vt 0.575195 0.353027</w:t>
        <w:br/>
        <w:t>vt 0.575195 0.353027</w:t>
        <w:br/>
        <w:t>vt 0.581055 0.353027</w:t>
        <w:br/>
        <w:t>vt 0.581055 0.353027</w:t>
        <w:br/>
        <w:t>vt 0.583496 0.344238</w:t>
        <w:br/>
        <w:t>vt 0.581055 0.342773</w:t>
        <w:br/>
        <w:t>vt 0.575195 0.342773</w:t>
        <w:br/>
        <w:t>vt 0.581055 0.342773</w:t>
        <w:br/>
        <w:t>vt 0.581055 0.342773</w:t>
        <w:br/>
        <w:t>vt 0.575195 0.342773</w:t>
        <w:br/>
        <w:t>vt 0.575684 0.340820</w:t>
        <w:br/>
        <w:t>vt 0.581055 0.340332</w:t>
        <w:br/>
        <w:t>vt 0.575684 0.340820</w:t>
        <w:br/>
        <w:t>vt 0.575195 0.342773</w:t>
        <w:br/>
        <w:t>vt 0.573242 0.339355</w:t>
        <w:br/>
        <w:t>vt 0.573242 0.341309</w:t>
        <w:br/>
        <w:t>vt 0.573242 0.343262</w:t>
        <w:br/>
        <w:t>vt 0.573242 0.343262</w:t>
        <w:br/>
        <w:t>vt 0.573242 0.345215</w:t>
        <w:br/>
        <w:t>vt 0.573242 0.345215</w:t>
        <w:br/>
        <w:t>vt 0.563477 0.344727</w:t>
        <w:br/>
        <w:t>vt 0.573242 0.353027</w:t>
        <w:br/>
        <w:t>vt 0.573242 0.353027</w:t>
        <w:br/>
        <w:t>vt 0.563477 0.353027</w:t>
        <w:br/>
        <w:t>vt 0.563477 0.353027</w:t>
        <w:br/>
        <w:t>vt 0.092407 0.794067</w:t>
        <w:br/>
        <w:t>vt 0.088196 0.806763</w:t>
        <w:br/>
        <w:t>vt 0.088196 0.794067</w:t>
        <w:br/>
        <w:t>vt 0.092407 0.806763</w:t>
        <w:br/>
        <w:t>vt 0.096985 0.794067</w:t>
        <w:br/>
        <w:t>vt 0.096985 0.806763</w:t>
        <w:br/>
        <w:t>vt 0.604004 0.523682</w:t>
        <w:br/>
        <w:t>vt 0.603027 0.529785</w:t>
        <w:br/>
        <w:t>vt 0.605957 0.527832</w:t>
        <w:br/>
        <w:t>vt 0.598633 0.529785</w:t>
        <w:br/>
        <w:t>vt 0.596680 0.525879</w:t>
        <w:br/>
        <w:t>vt 0.594238 0.529785</w:t>
        <w:br/>
        <w:t>vt 0.586426 0.525879</w:t>
        <w:br/>
        <w:t>vt 0.587402 0.529785</w:t>
        <w:br/>
        <w:t>vt 0.593262 0.541016</w:t>
        <w:br/>
        <w:t>vt 0.598633 0.529785</w:t>
        <w:br/>
        <w:t>vt 0.594238 0.529785</w:t>
        <w:br/>
        <w:t>vt 0.587402 0.529785</w:t>
        <w:br/>
        <w:t>vt 0.597656 0.541016</w:t>
        <w:br/>
        <w:t>vt 0.603027 0.529785</w:t>
        <w:br/>
        <w:t>vt 0.585938 0.541016</w:t>
        <w:br/>
        <w:t>vt 0.580078 0.529785</w:t>
        <w:br/>
        <w:t>vt 0.602051 0.541016</w:t>
        <w:br/>
        <w:t>vt 0.602051 0.551270</w:t>
        <w:br/>
        <w:t>vt 0.606934 0.541016</w:t>
        <w:br/>
        <w:t>vt 0.607910 0.529785</w:t>
        <w:br/>
        <w:t>vt 0.606445 0.551270</w:t>
        <w:br/>
        <w:t>vt 0.606445 0.551270</w:t>
        <w:br/>
        <w:t>vt 0.610840 0.541016</w:t>
        <w:br/>
        <w:t>vt 0.606934 0.541016</w:t>
        <w:br/>
        <w:t>vt 0.612793 0.529785</w:t>
        <w:br/>
        <w:t>vt 0.610840 0.551270</w:t>
        <w:br/>
        <w:t>vt 0.597656 0.551270</w:t>
        <w:br/>
        <w:t>vt 0.603516 0.556885</w:t>
        <w:br/>
        <w:t>vt 0.602051 0.551270</w:t>
        <w:br/>
        <w:t>vt 0.597656 0.551270</w:t>
        <w:br/>
        <w:t>vt 0.605469 0.552490</w:t>
        <w:br/>
        <w:t>vt 0.594727 0.553955</w:t>
        <w:br/>
        <w:t>vt 0.593262 0.551270</w:t>
        <w:br/>
        <w:t>vt 0.593262 0.551270</w:t>
        <w:br/>
        <w:t>vt 0.587891 0.553955</w:t>
        <w:br/>
        <w:t>vt 0.586914 0.551270</w:t>
        <w:br/>
        <w:t>vt 0.585938 0.541016</w:t>
        <w:br/>
        <w:t>vt 0.579590 0.551270</w:t>
        <w:br/>
        <w:t>vt 0.579590 0.541016</w:t>
        <w:br/>
        <w:t>vt 0.579590 0.541016</w:t>
        <w:br/>
        <w:t>vt 0.573730 0.551270</w:t>
        <w:br/>
        <w:t>vt 0.574219 0.529785</w:t>
        <w:br/>
        <w:t>vt 0.573730 0.541016</w:t>
        <w:br/>
        <w:t>vt 0.573730 0.541016</w:t>
        <w:br/>
        <w:t>vt 0.567383 0.551270</w:t>
        <w:br/>
        <w:t>vt 0.567871 0.529785</w:t>
        <w:br/>
        <w:t>vt 0.567871 0.541016</w:t>
        <w:br/>
        <w:t>vt 0.567871 0.541016</w:t>
        <w:br/>
        <w:t>vt 0.561523 0.551270</w:t>
        <w:br/>
        <w:t>vt 0.562012 0.529785</w:t>
        <w:br/>
        <w:t>vt 0.561523 0.541016</w:t>
        <w:br/>
        <w:t>vt 0.561523 0.541016</w:t>
        <w:br/>
        <w:t>vt 0.553223 0.551270</w:t>
        <w:br/>
        <w:t>vt 0.554199 0.529785</w:t>
        <w:br/>
        <w:t>vt 0.553223 0.541016</w:t>
        <w:br/>
        <w:t>vt 0.553223 0.541016</w:t>
        <w:br/>
        <w:t>vt 0.534180 0.551270</w:t>
        <w:br/>
        <w:t>vt 0.534668 0.541016</w:t>
        <w:br/>
        <w:t>vt 0.534668 0.541016</w:t>
        <w:br/>
        <w:t>vt 0.534180 0.529785</w:t>
        <w:br/>
        <w:t>vt 0.521973 0.550537</w:t>
        <w:br/>
        <w:t>vt 0.527832 0.560791</w:t>
        <w:br/>
        <w:t>vt 0.534668 0.559814</w:t>
        <w:br/>
        <w:t>vt 0.532227 0.571045</w:t>
        <w:br/>
        <w:t>vt 0.536621 0.570068</w:t>
        <w:br/>
        <w:t>vt 0.537109 0.580322</w:t>
        <w:br/>
        <w:t>vt 0.520508 0.539551</w:t>
        <w:br/>
        <w:t>vt 0.489990 0.550537</w:t>
        <w:br/>
        <w:t>vt 0.489990 0.539551</w:t>
        <w:br/>
        <w:t>vt 0.489990 0.529541</w:t>
        <w:br/>
        <w:t>vt 0.521973 0.529541</w:t>
        <w:br/>
        <w:t>vt 0.527344 0.518555</w:t>
        <w:br/>
        <w:t>vt 0.535645 0.515869</w:t>
        <w:br/>
        <w:t>vt 0.533203 0.508057</w:t>
        <w:br/>
        <w:t>vt 0.537109 0.508789</w:t>
        <w:br/>
        <w:t>vt 0.537598 0.500732</w:t>
        <w:br/>
        <w:t>vt 0.492432 0.883789</w:t>
        <w:br/>
        <w:t>vt 0.492432 0.898865</w:t>
        <w:br/>
        <w:t>vt 0.487793 0.883789</w:t>
        <w:br/>
        <w:t>vt 0.487793 0.898865</w:t>
        <w:br/>
        <w:t>vt 0.487793 0.898865</w:t>
        <w:br/>
        <w:t>vt 0.482422 0.883789</w:t>
        <w:br/>
        <w:t>vt 0.487793 0.883789</w:t>
        <w:br/>
        <w:t>vt 0.482422 0.898865</w:t>
        <w:br/>
        <w:t>vt 0.088196 0.794067</w:t>
        <w:br/>
        <w:t>vt 0.088196 0.806763</w:t>
        <w:br/>
        <w:t>vt 0.092407 0.794067</w:t>
        <w:br/>
        <w:t>vt 0.092407 0.806763</w:t>
        <w:br/>
        <w:t>vt 0.096985 0.794067</w:t>
        <w:br/>
        <w:t>vt 0.096985 0.806763</w:t>
        <w:br/>
        <w:t>vt 0.080078 0.806763</w:t>
        <w:br/>
        <w:t>vt 0.085327 0.813965</w:t>
        <w:br/>
        <w:t>vt 0.088623 0.810547</w:t>
        <w:br/>
        <w:t>vt 0.086121 0.806763</w:t>
        <w:br/>
        <w:t>vt 0.088196 0.806763</w:t>
        <w:br/>
        <w:t>vt 0.080078 0.794067</w:t>
        <w:br/>
        <w:t>vt 0.080078 0.806763</w:t>
        <w:br/>
        <w:t>vt 0.086121 0.806763</w:t>
        <w:br/>
        <w:t>vt 0.087402 0.789307</w:t>
        <w:br/>
        <w:t>vt 0.082825 0.787109</w:t>
        <w:br/>
        <w:t>vt 0.080078 0.794067</w:t>
        <w:br/>
        <w:t>vt 0.086121 0.794067</w:t>
        <w:br/>
        <w:t>vt 0.086121 0.794067</w:t>
        <w:br/>
        <w:t>vt 0.086121 0.794067</w:t>
        <w:br/>
        <w:t>vt 0.086121 0.806763</w:t>
        <w:br/>
        <w:t>vt 0.088196 0.794067</w:t>
        <w:br/>
        <w:t>vt 0.604004 0.523682</w:t>
        <w:br/>
        <w:t>vt 0.605957 0.527832</w:t>
        <w:br/>
        <w:t>vt 0.603027 0.529785</w:t>
        <w:br/>
        <w:t>vt 0.598633 0.529785</w:t>
        <w:br/>
        <w:t>vt 0.596680 0.525879</w:t>
        <w:br/>
        <w:t>vt 0.603027 0.529785</w:t>
        <w:br/>
        <w:t>vt 0.597656 0.541016</w:t>
        <w:br/>
        <w:t>vt 0.598633 0.529785</w:t>
        <w:br/>
        <w:t>vt 0.594238 0.529785</w:t>
        <w:br/>
        <w:t>vt 0.586426 0.525879</w:t>
        <w:br/>
        <w:t>vt 0.587402 0.529785</w:t>
        <w:br/>
        <w:t>vt 0.593262 0.541016</w:t>
        <w:br/>
        <w:t>vt 0.594238 0.529785</w:t>
        <w:br/>
        <w:t>vt 0.587402 0.529785</w:t>
        <w:br/>
        <w:t>vt 0.585938 0.541016</w:t>
        <w:br/>
        <w:t>vt 0.580078 0.529785</w:t>
        <w:br/>
        <w:t>vt 0.602051 0.541016</w:t>
        <w:br/>
        <w:t>vt 0.602051 0.551270</w:t>
        <w:br/>
        <w:t>vt 0.597656 0.551270</w:t>
        <w:br/>
        <w:t>vt 0.606934 0.541016</w:t>
        <w:br/>
        <w:t>vt 0.607910 0.529785</w:t>
        <w:br/>
        <w:t>vt 0.606445 0.551270</w:t>
        <w:br/>
        <w:t>vt 0.610840 0.541016</w:t>
        <w:br/>
        <w:t>vt 0.606445 0.551270</w:t>
        <w:br/>
        <w:t>vt 0.606934 0.541016</w:t>
        <w:br/>
        <w:t>vt 0.610840 0.551270</w:t>
        <w:br/>
        <w:t>vt 0.612793 0.529785</w:t>
        <w:br/>
        <w:t>vt 0.603516 0.556885</w:t>
        <w:br/>
        <w:t>vt 0.597656 0.551270</w:t>
        <w:br/>
        <w:t>vt 0.602051 0.551270</w:t>
        <w:br/>
        <w:t>vt 0.605469 0.552490</w:t>
        <w:br/>
        <w:t>vt 0.594727 0.553955</w:t>
        <w:br/>
        <w:t>vt 0.593262 0.551270</w:t>
        <w:br/>
        <w:t>vt 0.593262 0.551270</w:t>
        <w:br/>
        <w:t>vt 0.587891 0.553955</w:t>
        <w:br/>
        <w:t>vt 0.586914 0.551270</w:t>
        <w:br/>
        <w:t>vt 0.585938 0.541016</w:t>
        <w:br/>
        <w:t>vt 0.579590 0.551270</w:t>
        <w:br/>
        <w:t>vt 0.579590 0.541016</w:t>
        <w:br/>
        <w:t>vt 0.579590 0.541016</w:t>
        <w:br/>
        <w:t>vt 0.573730 0.551270</w:t>
        <w:br/>
        <w:t>vt 0.574219 0.529785</w:t>
        <w:br/>
        <w:t>vt 0.573730 0.541016</w:t>
        <w:br/>
        <w:t>vt 0.573730 0.541016</w:t>
        <w:br/>
        <w:t>vt 0.567383 0.551270</w:t>
        <w:br/>
        <w:t>vt 0.567871 0.529785</w:t>
        <w:br/>
        <w:t>vt 0.567871 0.541016</w:t>
        <w:br/>
        <w:t>vt 0.567871 0.541016</w:t>
        <w:br/>
        <w:t>vt 0.561523 0.551270</w:t>
        <w:br/>
        <w:t>vt 0.562012 0.529785</w:t>
        <w:br/>
        <w:t>vt 0.561523 0.541016</w:t>
        <w:br/>
        <w:t>vt 0.561523 0.541016</w:t>
        <w:br/>
        <w:t>vt 0.553223 0.551270</w:t>
        <w:br/>
        <w:t>vt 0.554199 0.529785</w:t>
        <w:br/>
        <w:t>vt 0.553223 0.541016</w:t>
        <w:br/>
        <w:t>vt 0.553223 0.541016</w:t>
        <w:br/>
        <w:t>vt 0.534180 0.551270</w:t>
        <w:br/>
        <w:t>vt 0.534668 0.541016</w:t>
        <w:br/>
        <w:t>vt 0.534668 0.541016</w:t>
        <w:br/>
        <w:t>vt 0.534180 0.529785</w:t>
        <w:br/>
        <w:t>vt 0.521973 0.550537</w:t>
        <w:br/>
        <w:t>vt 0.527832 0.560791</w:t>
        <w:br/>
        <w:t>vt 0.534668 0.559814</w:t>
        <w:br/>
        <w:t>vt 0.532227 0.571045</w:t>
        <w:br/>
        <w:t>vt 0.536621 0.570068</w:t>
        <w:br/>
        <w:t>vt 0.537109 0.580322</w:t>
        <w:br/>
        <w:t>vt 0.520508 0.539551</w:t>
        <w:br/>
        <w:t>vt 0.489990 0.550537</w:t>
        <w:br/>
        <w:t>vt 0.489990 0.539551</w:t>
        <w:br/>
        <w:t>vt 0.489990 0.529541</w:t>
        <w:br/>
        <w:t>vt 0.521973 0.529541</w:t>
        <w:br/>
        <w:t>vt 0.527344 0.518555</w:t>
        <w:br/>
        <w:t>vt 0.535645 0.515869</w:t>
        <w:br/>
        <w:t>vt 0.533203 0.508057</w:t>
        <w:br/>
        <w:t>vt 0.537109 0.508789</w:t>
        <w:br/>
        <w:t>vt 0.537598 0.500732</w:t>
        <w:br/>
        <w:t>vt 0.255371 0.397461</w:t>
        <w:br/>
        <w:t>vt 0.253662 0.398926</w:t>
        <w:br/>
        <w:t>vt 0.253662 0.397461</w:t>
        <w:br/>
        <w:t>vt 0.255371 0.398926</w:t>
        <w:br/>
        <w:t>vt 0.255371 0.398926</w:t>
        <w:br/>
        <w:t>vt 0.253662 0.399902</w:t>
        <w:br/>
        <w:t>vt 0.253662 0.398926</w:t>
        <w:br/>
        <w:t>vt 0.259033 0.398926</w:t>
        <w:br/>
        <w:t>vt 0.255371 0.398926</w:t>
        <w:br/>
        <w:t>vt 0.255371 0.397461</w:t>
        <w:br/>
        <w:t>vt 0.259033 0.397461</w:t>
        <w:br/>
        <w:t>vt 0.255371 0.399902</w:t>
        <w:br/>
        <w:t>vt 0.262695 0.398926</w:t>
        <w:br/>
        <w:t>vt 0.262695 0.397461</w:t>
        <w:br/>
        <w:t>vt 0.259033 0.398926</w:t>
        <w:br/>
        <w:t>vt 0.259033 0.399902</w:t>
        <w:br/>
        <w:t>vt 0.262695 0.398926</w:t>
        <w:br/>
        <w:t>vt 0.262695 0.399902</w:t>
        <w:br/>
        <w:t>vt 0.269043 0.398926</w:t>
        <w:br/>
        <w:t>vt 0.269043 0.398926</w:t>
        <w:br/>
        <w:t>vt 0.269043 0.397461</w:t>
        <w:br/>
        <w:t>vt 0.262695 0.399902</w:t>
        <w:br/>
        <w:t>vt 0.259033 0.401367</w:t>
        <w:br/>
        <w:t>vt 0.259033 0.399902</w:t>
        <w:br/>
        <w:t>vt 0.255371 0.399902</w:t>
        <w:br/>
        <w:t>vt 0.274902 0.398926</w:t>
        <w:br/>
        <w:t>vt 0.274902 0.397461</w:t>
        <w:br/>
        <w:t>vt 0.255371 0.401367</w:t>
        <w:br/>
        <w:t>vt 0.253662 0.399902</w:t>
        <w:br/>
        <w:t>vt 0.255371 0.399902</w:t>
        <w:br/>
        <w:t>vt 0.255371 0.401367</w:t>
        <w:br/>
        <w:t>vt 0.253662 0.401367</w:t>
        <w:br/>
        <w:t>vt 0.253662 0.401367</w:t>
        <w:br/>
        <w:t>vt 0.255371 0.401367</w:t>
        <w:br/>
        <w:t>vt 0.255371 0.402344</w:t>
        <w:br/>
        <w:t>vt 0.253662 0.402344</w:t>
        <w:br/>
        <w:t>vt 0.259033 0.401367</w:t>
        <w:br/>
        <w:t>vt 0.259033 0.402344</w:t>
        <w:br/>
        <w:t>vt 0.262695 0.401367</w:t>
        <w:br/>
        <w:t>vt 0.262695 0.401367</w:t>
        <w:br/>
        <w:t>vt 0.262695 0.402344</w:t>
        <w:br/>
        <w:t>vt 0.269043 0.402344</w:t>
        <w:br/>
        <w:t>vt 0.269043 0.399902</w:t>
        <w:br/>
        <w:t>vt 0.269043 0.399902</w:t>
        <w:br/>
        <w:t>vt 0.274902 0.398926</w:t>
        <w:br/>
        <w:t>vt 0.269043 0.401367</w:t>
        <w:br/>
        <w:t>vt 0.269043 0.401367</w:t>
        <w:br/>
        <w:t>vt 0.274902 0.402344</w:t>
        <w:br/>
        <w:t>vt 0.274902 0.399902</w:t>
        <w:br/>
        <w:t>vt 0.274902 0.399902</w:t>
        <w:br/>
        <w:t>vt 0.274902 0.401367</w:t>
        <w:br/>
        <w:t>vt 0.274902 0.401367</w:t>
        <w:br/>
        <w:t>vt 0.280273 0.402344</w:t>
        <w:br/>
        <w:t>vt 0.280273 0.398926</w:t>
        <w:br/>
        <w:t>vt 0.280273 0.398926</w:t>
        <w:br/>
        <w:t>vt 0.280273 0.397461</w:t>
        <w:br/>
        <w:t>vt 0.280273 0.399902</w:t>
        <w:br/>
        <w:t>vt 0.280273 0.399902</w:t>
        <w:br/>
        <w:t>vt 0.280273 0.401367</w:t>
        <w:br/>
        <w:t>vt 0.280273 0.401367</w:t>
        <w:br/>
        <w:t>vt 0.286621 0.401367</w:t>
        <w:br/>
        <w:t>vt 0.286621 0.402344</w:t>
        <w:br/>
        <w:t>vt 0.292480 0.402344</w:t>
        <w:br/>
        <w:t>vt 0.286621 0.399902</w:t>
        <w:br/>
        <w:t>vt 0.286621 0.401367</w:t>
        <w:br/>
        <w:t>vt 0.286621 0.399902</w:t>
        <w:br/>
        <w:t>vt 0.292480 0.401367</w:t>
        <w:br/>
        <w:t>vt 0.292480 0.401367</w:t>
        <w:br/>
        <w:t>vt 0.297607 0.402344</w:t>
        <w:br/>
        <w:t>vt 0.286621 0.398926</w:t>
        <w:br/>
        <w:t>vt 0.286621 0.398926</w:t>
        <w:br/>
        <w:t>vt 0.286621 0.397461</w:t>
        <w:br/>
        <w:t>vt 0.292480 0.397461</w:t>
        <w:br/>
        <w:t>vt 0.292480 0.398926</w:t>
        <w:br/>
        <w:t>vt 0.292480 0.398926</w:t>
        <w:br/>
        <w:t>vt 0.297607 0.397461</w:t>
        <w:br/>
        <w:t>vt 0.292480 0.399902</w:t>
        <w:br/>
        <w:t>vt 0.292480 0.399902</w:t>
        <w:br/>
        <w:t>vt 0.297607 0.398926</w:t>
        <w:br/>
        <w:t>vt 0.297607 0.398926</w:t>
        <w:br/>
        <w:t>vt 0.297607 0.401367</w:t>
        <w:br/>
        <w:t>vt 0.297607 0.401367</w:t>
        <w:br/>
        <w:t>vt 0.297607 0.399902</w:t>
        <w:br/>
        <w:t>vt 0.297607 0.399902</w:t>
        <w:br/>
        <w:t>vt 0.302490 0.398926</w:t>
        <w:br/>
        <w:t>vt 0.302490 0.397461</w:t>
        <w:br/>
        <w:t>vt 0.308594 0.397461</w:t>
        <w:br/>
        <w:t>vt 0.302490 0.399902</w:t>
        <w:br/>
        <w:t>vt 0.302490 0.398926</w:t>
        <w:br/>
        <w:t>vt 0.302490 0.399902</w:t>
        <w:br/>
        <w:t>vt 0.308594 0.398926</w:t>
        <w:br/>
        <w:t>vt 0.313721 0.397461</w:t>
        <w:br/>
        <w:t>vt 0.302490 0.401367</w:t>
        <w:br/>
        <w:t>vt 0.302490 0.401367</w:t>
        <w:br/>
        <w:t>vt 0.302490 0.402344</w:t>
        <w:br/>
        <w:t>vt 0.308594 0.401367</w:t>
        <w:br/>
        <w:t>vt 0.308594 0.401367</w:t>
        <w:br/>
        <w:t>vt 0.308594 0.402344</w:t>
        <w:br/>
        <w:t>vt 0.313721 0.401367</w:t>
        <w:br/>
        <w:t>vt 0.308594 0.399902</w:t>
        <w:br/>
        <w:t>vt 0.308594 0.399902</w:t>
        <w:br/>
        <w:t>vt 0.313721 0.401367</w:t>
        <w:br/>
        <w:t>vt 0.308594 0.398926</w:t>
        <w:br/>
        <w:t>vt 0.313721 0.402344</w:t>
        <w:br/>
        <w:t>vt 0.313721 0.399902</w:t>
        <w:br/>
        <w:t>vt 0.313721 0.399902</w:t>
        <w:br/>
        <w:t>vt 0.313721 0.398926</w:t>
        <w:br/>
        <w:t>vt 0.313721 0.398926</w:t>
        <w:br/>
        <w:t>vt 0.318115 0.398926</w:t>
        <w:br/>
        <w:t>vt 0.318115 0.399902</w:t>
        <w:br/>
        <w:t>vt 0.318115 0.399902</w:t>
        <w:br/>
        <w:t>vt 0.318115 0.398926</w:t>
        <w:br/>
        <w:t>vt 0.318115 0.401367</w:t>
        <w:br/>
        <w:t>vt 0.318115 0.401367</w:t>
        <w:br/>
        <w:t>vt 0.318115 0.402344</w:t>
        <w:br/>
        <w:t>vt 0.320801 0.402344</w:t>
        <w:br/>
        <w:t>vt 0.318115 0.397461</w:t>
        <w:br/>
        <w:t>vt 0.320801 0.401367</w:t>
        <w:br/>
        <w:t>vt 0.322510 0.401367</w:t>
        <w:br/>
        <w:t>vt 0.320801 0.399902</w:t>
        <w:br/>
        <w:t>vt 0.320801 0.401367</w:t>
        <w:br/>
        <w:t>vt 0.322510 0.401367</w:t>
        <w:br/>
        <w:t>vt 0.320801 0.398926</w:t>
        <w:br/>
        <w:t>vt 0.320801 0.398926</w:t>
        <w:br/>
        <w:t>vt 0.320801 0.399902</w:t>
        <w:br/>
        <w:t>vt 0.320801 0.397461</w:t>
        <w:br/>
        <w:t>vt 0.322510 0.397461</w:t>
        <w:br/>
        <w:t>vt 0.322510 0.399902</w:t>
        <w:br/>
        <w:t>vt 0.322510 0.399902</w:t>
        <w:br/>
        <w:t>vt 0.322510 0.398926</w:t>
        <w:br/>
        <w:t>vt 0.322510 0.398926</w:t>
        <w:br/>
        <w:t>vt 0.322510 0.397461</w:t>
        <w:br/>
        <w:t>vt 0.324707 0.397461</w:t>
        <w:br/>
        <w:t>vt 0.324707 0.398926</w:t>
        <w:br/>
        <w:t>vt 0.322510 0.398926</w:t>
        <w:br/>
        <w:t>vt 0.324707 0.398926</w:t>
        <w:br/>
        <w:t>vt 0.324707 0.399902</w:t>
        <w:br/>
        <w:t>vt 0.324707 0.399902</w:t>
        <w:br/>
        <w:t>vt 0.324707 0.401367</w:t>
        <w:br/>
        <w:t>vt 0.324707 0.401367</w:t>
        <w:br/>
        <w:t>vt 0.322510 0.402344</w:t>
        <w:br/>
        <w:t>vt 0.324707 0.402344</w:t>
        <w:br/>
        <w:t>vt 0.392822 0.384766</w:t>
        <w:br/>
        <w:t>vt 0.392822 0.386719</w:t>
        <w:br/>
        <w:t>vt 0.391602 0.386719</w:t>
        <w:br/>
        <w:t>vt 0.391602 0.384766</w:t>
        <w:br/>
        <w:t>vt 0.390625 0.386719</w:t>
        <w:br/>
        <w:t>vt 0.391602 0.384766</w:t>
        <w:br/>
        <w:t>vt 0.391602 0.386719</w:t>
        <w:br/>
        <w:t>vt 0.391602 0.381836</w:t>
        <w:br/>
        <w:t>vt 0.392822 0.381836</w:t>
        <w:br/>
        <w:t>vt 0.392822 0.376953</w:t>
        <w:br/>
        <w:t>vt 0.390625 0.384766</w:t>
        <w:br/>
        <w:t>vt 0.390625 0.381836</w:t>
        <w:br/>
        <w:t>vt 0.391602 0.381836</w:t>
        <w:br/>
        <w:t>vt 0.390625 0.386719</w:t>
        <w:br/>
        <w:t>vt 0.389404 0.384766</w:t>
        <w:br/>
        <w:t>vt 0.390625 0.384766</w:t>
        <w:br/>
        <w:t>vt 0.390625 0.381836</w:t>
        <w:br/>
        <w:t>vt 0.389404 0.386719</w:t>
        <w:br/>
        <w:t>vt 0.388428 0.384766</w:t>
        <w:br/>
        <w:t>vt 0.389404 0.386719</w:t>
        <w:br/>
        <w:t>vt 0.388428 0.386719</w:t>
        <w:br/>
        <w:t>vt 0.389404 0.384766</w:t>
        <w:br/>
        <w:t>vt 0.389404 0.381836</w:t>
        <w:br/>
        <w:t>vt 0.389404 0.384766</w:t>
        <w:br/>
        <w:t>vt 0.388428 0.384766</w:t>
        <w:br/>
        <w:t>vt 0.389404 0.381836</w:t>
        <w:br/>
        <w:t>vt 0.388428 0.381836</w:t>
        <w:br/>
        <w:t>vt 0.388428 0.376953</w:t>
        <w:br/>
        <w:t>vt 0.389404 0.376953</w:t>
        <w:br/>
        <w:t>vt 0.388428 0.370605</w:t>
        <w:br/>
        <w:t>vt 0.389404 0.376953</w:t>
        <w:br/>
        <w:t>vt 0.391602 0.376953</w:t>
        <w:br/>
        <w:t>vt 0.391602 0.376953</w:t>
        <w:br/>
        <w:t>vt 0.390625 0.376953</w:t>
        <w:br/>
        <w:t>vt 0.390625 0.376953</w:t>
        <w:br/>
        <w:t>vt 0.391602 0.370605</w:t>
        <w:br/>
        <w:t>vt 0.391602 0.370605</w:t>
        <w:br/>
        <w:t>vt 0.392822 0.370605</w:t>
        <w:br/>
        <w:t>vt 0.392822 0.365234</w:t>
        <w:br/>
        <w:t>vt 0.390625 0.370605</w:t>
        <w:br/>
        <w:t>vt 0.390625 0.370605</w:t>
        <w:br/>
        <w:t>vt 0.389404 0.370605</w:t>
        <w:br/>
        <w:t>vt 0.389404 0.370605</w:t>
        <w:br/>
        <w:t>vt 0.389404 0.365234</w:t>
        <w:br/>
        <w:t>vt 0.389404 0.365234</w:t>
        <w:br/>
        <w:t>vt 0.391602 0.365234</w:t>
        <w:br/>
        <w:t>vt 0.392822 0.360840</w:t>
        <w:br/>
        <w:t>vt 0.390625 0.365234</w:t>
        <w:br/>
        <w:t>vt 0.391602 0.365234</w:t>
        <w:br/>
        <w:t>vt 0.390625 0.365234</w:t>
        <w:br/>
        <w:t>vt 0.391602 0.360840</w:t>
        <w:br/>
        <w:t>vt 0.392822 0.358398</w:t>
        <w:br/>
        <w:t>vt 0.390625 0.360840</w:t>
        <w:br/>
        <w:t>vt 0.391602 0.360840</w:t>
        <w:br/>
        <w:t>vt 0.389404 0.360840</w:t>
        <w:br/>
        <w:t>vt 0.390625 0.360840</w:t>
        <w:br/>
        <w:t>vt 0.388428 0.365234</w:t>
        <w:br/>
        <w:t>vt 0.389404 0.360840</w:t>
        <w:br/>
        <w:t>vt 0.388428 0.360840</w:t>
        <w:br/>
        <w:t>vt 0.389404 0.358398</w:t>
        <w:br/>
        <w:t>vt 0.389404 0.358398</w:t>
        <w:br/>
        <w:t>vt 0.388428 0.358398</w:t>
        <w:br/>
        <w:t>vt 0.390625 0.358398</w:t>
        <w:br/>
        <w:t>vt 0.390625 0.358398</w:t>
        <w:br/>
        <w:t>vt 0.391602 0.358398</w:t>
        <w:br/>
        <w:t>vt 0.391602 0.358398</w:t>
        <w:br/>
        <w:t>vt 0.390625 0.357422</w:t>
        <w:br/>
        <w:t>vt 0.390625 0.357422</w:t>
        <w:br/>
        <w:t>vt 0.391602 0.358398</w:t>
        <w:br/>
        <w:t>vt 0.390625 0.358398</w:t>
        <w:br/>
        <w:t>vt 0.389404 0.358398</w:t>
        <w:br/>
        <w:t>vt 0.388428 0.358398</w:t>
        <w:br/>
        <w:t>vt 0.389404 0.357422</w:t>
        <w:br/>
        <w:t>vt 0.389404 0.357422</w:t>
        <w:br/>
        <w:t>vt 0.388428 0.357422</w:t>
        <w:br/>
        <w:t>vt 0.388428 0.356445</w:t>
        <w:br/>
        <w:t>vt 0.391602 0.357422</w:t>
        <w:br/>
        <w:t>vt 0.391602 0.357422</w:t>
        <w:br/>
        <w:t>vt 0.392822 0.357422</w:t>
        <w:br/>
        <w:t>vt 0.392822 0.357422</w:t>
        <w:br/>
        <w:t>vt 0.391602 0.357422</w:t>
        <w:br/>
        <w:t>vt 0.392822 0.356445</w:t>
        <w:br/>
        <w:t>vt 0.389404 0.356445</w:t>
        <w:br/>
        <w:t>vt 0.389404 0.356445</w:t>
        <w:br/>
        <w:t>vt 0.390625 0.357422</w:t>
        <w:br/>
        <w:t>vt 0.389404 0.357422</w:t>
        <w:br/>
        <w:t>vt 0.388428 0.354492</w:t>
        <w:br/>
        <w:t>vt 0.389404 0.356445</w:t>
        <w:br/>
        <w:t>vt 0.388428 0.356445</w:t>
        <w:br/>
        <w:t>vt 0.391602 0.356445</w:t>
        <w:br/>
        <w:t>vt 0.391602 0.356445</w:t>
        <w:br/>
        <w:t>vt 0.390625 0.356445</w:t>
        <w:br/>
        <w:t>vt 0.390625 0.356445</w:t>
        <w:br/>
        <w:t>vt 0.391602 0.354492</w:t>
        <w:br/>
        <w:t>vt 0.391602 0.354492</w:t>
        <w:br/>
        <w:t>vt 0.392822 0.354492</w:t>
        <w:br/>
        <w:t>vt 0.390625 0.354492</w:t>
        <w:br/>
        <w:t>vt 0.390625 0.354492</w:t>
        <w:br/>
        <w:t>vt 0.389404 0.354492</w:t>
        <w:br/>
        <w:t>vt 0.389404 0.354492</w:t>
        <w:br/>
        <w:t>vt 0.390625 0.348145</w:t>
        <w:br/>
        <w:t>vt 0.390625 0.348145</w:t>
        <w:br/>
        <w:t>vt 0.391602 0.348145</w:t>
        <w:br/>
        <w:t>vt 0.391602 0.348145</w:t>
        <w:br/>
        <w:t>vt 0.392822 0.348145</w:t>
        <w:br/>
        <w:t>vt 0.391602 0.339355</w:t>
        <w:br/>
        <w:t>vt 0.389404 0.348145</w:t>
        <w:br/>
        <w:t>vt 0.389404 0.348145</w:t>
        <w:br/>
        <w:t>vt 0.388428 0.348145</w:t>
        <w:br/>
        <w:t>vt 0.390625 0.339355</w:t>
        <w:br/>
        <w:t>vt 0.390625 0.339355</w:t>
        <w:br/>
        <w:t>vt 0.391602 0.339355</w:t>
        <w:br/>
        <w:t>vt 0.389404 0.339355</w:t>
        <w:br/>
        <w:t>vt 0.389404 0.339355</w:t>
        <w:br/>
        <w:t>vt 0.388428 0.339355</w:t>
        <w:br/>
        <w:t>vt 0.390625 0.333008</w:t>
        <w:br/>
        <w:t>vt 0.390625 0.333008</w:t>
        <w:br/>
        <w:t>vt 0.389404 0.333008</w:t>
        <w:br/>
        <w:t>vt 0.389404 0.333008</w:t>
        <w:br/>
        <w:t>vt 0.388428 0.333008</w:t>
        <w:br/>
        <w:t>vt 0.392822 0.339355</w:t>
        <w:br/>
        <w:t>vt 0.389404 0.327148</w:t>
        <w:br/>
        <w:t>vt 0.388428 0.327148</w:t>
        <w:br/>
        <w:t>vt 0.388428 0.324707</w:t>
        <w:br/>
        <w:t>vt 0.389404 0.324707</w:t>
        <w:br/>
        <w:t>vt 0.391602 0.333008</w:t>
        <w:br/>
        <w:t>vt 0.391602 0.333008</w:t>
        <w:br/>
        <w:t>vt 0.392822 0.333008</w:t>
        <w:br/>
        <w:t>vt 0.389404 0.324707</w:t>
        <w:br/>
        <w:t>vt 0.390625 0.327148</w:t>
        <w:br/>
        <w:t>vt 0.389404 0.327148</w:t>
        <w:br/>
        <w:t>vt 0.390625 0.327148</w:t>
        <w:br/>
        <w:t>vt 0.390625 0.324707</w:t>
        <w:br/>
        <w:t>vt 0.391602 0.324707</w:t>
        <w:br/>
        <w:t>vt 0.390625 0.324707</w:t>
        <w:br/>
        <w:t>vt 0.391602 0.327148</w:t>
        <w:br/>
        <w:t>vt 0.391602 0.327148</w:t>
        <w:br/>
        <w:t>vt 0.392822 0.324707</w:t>
        <w:br/>
        <w:t>vt 0.391602 0.324707</w:t>
        <w:br/>
        <w:t>vt 0.392822 0.327148</w:t>
        <w:br/>
        <w:t>vt 0.717773 0.814209</w:t>
        <w:br/>
        <w:t>vt 0.720703 0.811768</w:t>
        <w:br/>
        <w:t>vt 0.720703 0.814209</w:t>
        <w:br/>
        <w:t>vt 0.717773 0.811646</w:t>
        <w:br/>
        <w:t>vt 0.721191 0.808960</w:t>
        <w:br/>
        <w:t>vt 0.717773 0.814209</w:t>
        <w:br/>
        <w:t>vt 0.711914 0.811646</w:t>
        <w:br/>
        <w:t>vt 0.717773 0.811646</w:t>
        <w:br/>
        <w:t>vt 0.718750 0.803101</w:t>
        <w:br/>
        <w:t>vt 0.721680 0.805420</w:t>
        <w:br/>
        <w:t>vt 0.717773 0.806885</w:t>
        <w:br/>
        <w:t>vt 0.712402 0.803101</w:t>
        <w:br/>
        <w:t>vt 0.718750 0.803101</w:t>
        <w:br/>
        <w:t>vt 0.717773 0.806885</w:t>
        <w:br/>
        <w:t>vt 0.711914 0.806885</w:t>
        <w:br/>
        <w:t>vt 0.691895 0.803101</w:t>
        <w:br/>
        <w:t>vt 0.692383 0.806885</w:t>
        <w:br/>
        <w:t>vt 0.712402 0.814209</w:t>
        <w:br/>
        <w:t>vt 0.691895 0.811646</w:t>
        <w:br/>
        <w:t>vt 0.686523 0.806885</w:t>
        <w:br/>
        <w:t>vt 0.685059 0.803101</w:t>
        <w:br/>
        <w:t>vt 0.712402 0.814209</w:t>
        <w:br/>
        <w:t>vt 0.717773 0.814209</w:t>
        <w:br/>
        <w:t>vt 0.717773 0.816895</w:t>
        <w:br/>
        <w:t>vt 0.712402 0.816895</w:t>
        <w:br/>
        <w:t>vt 0.683105 0.808960</w:t>
        <w:br/>
        <w:t>vt 0.685059 0.803101</w:t>
        <w:br/>
        <w:t>vt 0.686523 0.806885</w:t>
        <w:br/>
        <w:t>vt 0.682129 0.805786</w:t>
        <w:br/>
        <w:t>vt 0.691895 0.814209</w:t>
        <w:br/>
        <w:t>vt 0.691895 0.814209</w:t>
        <w:br/>
        <w:t>vt 0.691895 0.816895</w:t>
        <w:br/>
        <w:t>vt 0.686035 0.814209</w:t>
        <w:br/>
        <w:t>vt 0.686035 0.816895</w:t>
        <w:br/>
        <w:t>vt 0.686035 0.811646</w:t>
        <w:br/>
        <w:t>vt 0.686035 0.814209</w:t>
        <w:br/>
        <w:t>vt 0.686035 0.811646</w:t>
        <w:br/>
        <w:t>vt 0.683105 0.811768</w:t>
        <w:br/>
        <w:t>vt 0.686035 0.814209</w:t>
        <w:br/>
        <w:t>vt 0.683105 0.814209</w:t>
        <w:br/>
        <w:t>vt 0.745117 0.271973</w:t>
        <w:br/>
        <w:t>vt 0.745117 0.273926</w:t>
        <w:br/>
        <w:t>vt 0.743652 0.271973</w:t>
        <w:br/>
        <w:t>vt 0.743652 0.273926</w:t>
        <w:br/>
        <w:t>vt 0.743652 0.271973</w:t>
        <w:br/>
        <w:t>vt 0.743652 0.273926</w:t>
        <w:br/>
        <w:t>vt 0.742676 0.271973</w:t>
        <w:br/>
        <w:t>vt 0.743652 0.275879</w:t>
        <w:br/>
        <w:t>vt 0.745117 0.275879</w:t>
        <w:br/>
        <w:t>vt 0.745117 0.278809</w:t>
        <w:br/>
        <w:t>vt 0.743652 0.275879</w:t>
        <w:br/>
        <w:t>vt 0.742676 0.273926</w:t>
        <w:br/>
        <w:t>vt 0.743652 0.275879</w:t>
        <w:br/>
        <w:t>vt 0.741211 0.273926</w:t>
        <w:br/>
        <w:t>vt 0.742676 0.271973</w:t>
        <w:br/>
        <w:t>vt 0.742676 0.273926</w:t>
        <w:br/>
        <w:t>vt 0.741211 0.271973</w:t>
        <w:br/>
        <w:t>vt 0.741211 0.271973</w:t>
        <w:br/>
        <w:t>vt 0.740234 0.273926</w:t>
        <w:br/>
        <w:t>vt 0.740234 0.271973</w:t>
        <w:br/>
        <w:t>vt 0.741211 0.273926</w:t>
        <w:br/>
        <w:t>vt 0.740234 0.275879</w:t>
        <w:br/>
        <w:t>vt 0.741211 0.275879</w:t>
        <w:br/>
        <w:t>vt 0.741211 0.275879</w:t>
        <w:br/>
        <w:t>vt 0.742676 0.275879</w:t>
        <w:br/>
        <w:t>vt 0.742676 0.275879</w:t>
        <w:br/>
        <w:t>vt 0.741211 0.278809</w:t>
        <w:br/>
        <w:t>vt 0.741211 0.278809</w:t>
        <w:br/>
        <w:t>vt 0.740234 0.278809</w:t>
        <w:br/>
        <w:t>vt 0.740234 0.282227</w:t>
        <w:br/>
        <w:t>vt 0.742676 0.278809</w:t>
        <w:br/>
        <w:t>vt 0.742676 0.278809</w:t>
        <w:br/>
        <w:t>vt 0.743652 0.278809</w:t>
        <w:br/>
        <w:t>vt 0.743652 0.278809</w:t>
        <w:br/>
        <w:t>vt 0.741211 0.282227</w:t>
        <w:br/>
        <w:t>vt 0.740234 0.288574</w:t>
        <w:br/>
        <w:t>vt 0.743652 0.282227</w:t>
        <w:br/>
        <w:t>vt 0.743652 0.282227</w:t>
        <w:br/>
        <w:t>vt 0.745117 0.282227</w:t>
        <w:br/>
        <w:t>vt 0.742676 0.282227</w:t>
        <w:br/>
        <w:t>vt 0.742676 0.282227</w:t>
        <w:br/>
        <w:t>vt 0.741211 0.282227</w:t>
        <w:br/>
        <w:t>vt 0.743652 0.288574</w:t>
        <w:br/>
        <w:t>vt 0.743652 0.288574</w:t>
        <w:br/>
        <w:t>vt 0.745117 0.288574</w:t>
        <w:br/>
        <w:t>vt 0.742676 0.288574</w:t>
        <w:br/>
        <w:t>vt 0.742676 0.288574</w:t>
        <w:br/>
        <w:t>vt 0.743652 0.293457</w:t>
        <w:br/>
        <w:t>vt 0.743652 0.293457</w:t>
        <w:br/>
        <w:t>vt 0.745117 0.293457</w:t>
        <w:br/>
        <w:t>vt 0.741211 0.288574</w:t>
        <w:br/>
        <w:t>vt 0.741211 0.288574</w:t>
        <w:br/>
        <w:t>vt 0.740234 0.293457</w:t>
        <w:br/>
        <w:t>vt 0.742676 0.293457</w:t>
        <w:br/>
        <w:t>vt 0.742676 0.293457</w:t>
        <w:br/>
        <w:t>vt 0.741211 0.293457</w:t>
        <w:br/>
        <w:t>vt 0.741211 0.293457</w:t>
        <w:br/>
        <w:t>vt 0.740234 0.298340</w:t>
        <w:br/>
        <w:t>vt 0.743652 0.298340</w:t>
        <w:br/>
        <w:t>vt 0.743652 0.298340</w:t>
        <w:br/>
        <w:t>vt 0.745117 0.298340</w:t>
        <w:br/>
        <w:t>vt 0.742676 0.298340</w:t>
        <w:br/>
        <w:t>vt 0.742676 0.298340</w:t>
        <w:br/>
        <w:t>vt 0.741211 0.298340</w:t>
        <w:br/>
        <w:t>vt 0.741211 0.298340</w:t>
        <w:br/>
        <w:t>vt 0.741211 0.304199</w:t>
        <w:br/>
        <w:t>vt 0.740234 0.304199</w:t>
        <w:br/>
        <w:t>vt 0.742676 0.304199</w:t>
        <w:br/>
        <w:t>vt 0.742676 0.304199</w:t>
        <w:br/>
        <w:t>vt 0.741211 0.304199</w:t>
        <w:br/>
        <w:t>vt 0.743652 0.304199</w:t>
        <w:br/>
        <w:t>vt 0.743652 0.304199</w:t>
        <w:br/>
        <w:t>vt 0.745117 0.304199</w:t>
        <w:br/>
        <w:t>vt 0.742676 0.310059</w:t>
        <w:br/>
        <w:t>vt 0.742676 0.310059</w:t>
        <w:br/>
        <w:t>vt 0.741211 0.310059</w:t>
        <w:br/>
        <w:t>vt 0.741211 0.310059</w:t>
        <w:br/>
        <w:t>vt 0.740234 0.310059</w:t>
        <w:br/>
        <w:t>vt 0.740234 0.315430</w:t>
        <w:br/>
        <w:t>vt 0.743652 0.310059</w:t>
        <w:br/>
        <w:t>vt 0.743652 0.310059</w:t>
        <w:br/>
        <w:t>vt 0.745117 0.310059</w:t>
        <w:br/>
        <w:t>vt 0.745117 0.315430</w:t>
        <w:br/>
        <w:t>vt 0.741211 0.315430</w:t>
        <w:br/>
        <w:t>vt 0.741211 0.315430</w:t>
        <w:br/>
        <w:t>vt 0.743652 0.315430</w:t>
        <w:br/>
        <w:t>vt 0.743652 0.315430</w:t>
        <w:br/>
        <w:t>vt 0.745117 0.321289</w:t>
        <w:br/>
        <w:t>vt 0.742676 0.315430</w:t>
        <w:br/>
        <w:t>vt 0.742676 0.315430</w:t>
        <w:br/>
        <w:t>vt 0.741211 0.321289</w:t>
        <w:br/>
        <w:t>vt 0.741211 0.321289</w:t>
        <w:br/>
        <w:t>vt 0.740234 0.321289</w:t>
        <w:br/>
        <w:t>vt 0.742676 0.321289</w:t>
        <w:br/>
        <w:t>vt 0.742676 0.321289</w:t>
        <w:br/>
        <w:t>vt 0.743652 0.321289</w:t>
        <w:br/>
        <w:t>vt 0.743652 0.321289</w:t>
        <w:br/>
        <w:t>vt 0.745117 0.326172</w:t>
        <w:br/>
        <w:t>vt 0.741211 0.326172</w:t>
        <w:br/>
        <w:t>vt 0.741211 0.326172</w:t>
        <w:br/>
        <w:t>vt 0.740234 0.326172</w:t>
        <w:br/>
        <w:t>vt 0.741211 0.330566</w:t>
        <w:br/>
        <w:t>vt 0.742676 0.326172</w:t>
        <w:br/>
        <w:t>vt 0.742676 0.326172</w:t>
        <w:br/>
        <w:t>vt 0.741211 0.330566</w:t>
        <w:br/>
        <w:t>vt 0.743652 0.326172</w:t>
        <w:br/>
        <w:t>vt 0.743652 0.326172</w:t>
        <w:br/>
        <w:t>vt 0.745117 0.330566</w:t>
        <w:br/>
        <w:t>vt 0.740234 0.330566</w:t>
        <w:br/>
        <w:t>vt 0.740234 0.334473</w:t>
        <w:br/>
        <w:t>vt 0.743652 0.330566</w:t>
        <w:br/>
        <w:t>vt 0.745117 0.334473</w:t>
        <w:br/>
        <w:t>vt 0.742676 0.330566</w:t>
        <w:br/>
        <w:t>vt 0.743652 0.330566</w:t>
        <w:br/>
        <w:t>vt 0.742676 0.330566</w:t>
        <w:br/>
        <w:t>vt 0.743652 0.334473</w:t>
        <w:br/>
        <w:t>vt 0.743652 0.334473</w:t>
        <w:br/>
        <w:t>vt 0.745117 0.338379</w:t>
        <w:br/>
        <w:t>vt 0.741211 0.334473</w:t>
        <w:br/>
        <w:t>vt 0.741211 0.334473</w:t>
        <w:br/>
        <w:t>vt 0.740234 0.338379</w:t>
        <w:br/>
        <w:t>vt 0.742676 0.334473</w:t>
        <w:br/>
        <w:t>vt 0.742676 0.334473</w:t>
        <w:br/>
        <w:t>vt 0.743652 0.338379</w:t>
        <w:br/>
        <w:t>vt 0.743652 0.338379</w:t>
        <w:br/>
        <w:t>vt 0.743652 0.340820</w:t>
        <w:br/>
        <w:t>vt 0.745117 0.338379</w:t>
        <w:br/>
        <w:t>vt 0.745117 0.340820</w:t>
        <w:br/>
        <w:t>vt 0.743652 0.338379</w:t>
        <w:br/>
        <w:t>vt 0.742676 0.340820</w:t>
        <w:br/>
        <w:t>vt 0.743652 0.340820</w:t>
        <w:br/>
        <w:t>vt 0.742676 0.338379</w:t>
        <w:br/>
        <w:t>vt 0.742676 0.338379</w:t>
        <w:br/>
        <w:t>vt 0.741211 0.340820</w:t>
        <w:br/>
        <w:t>vt 0.742676 0.338379</w:t>
        <w:br/>
        <w:t>vt 0.742676 0.340820</w:t>
        <w:br/>
        <w:t>vt 0.740234 0.340820</w:t>
        <w:br/>
        <w:t>vt 0.741211 0.340820</w:t>
        <w:br/>
        <w:t>vt 0.741211 0.338379</w:t>
        <w:br/>
        <w:t>vt 0.741211 0.338379</w:t>
        <w:br/>
        <w:t>vt 0.741211 0.338379</w:t>
        <w:br/>
        <w:t>vt 0.622559 0.529297</w:t>
        <w:br/>
        <w:t>vt 0.625488 0.527588</w:t>
        <w:br/>
        <w:t>vt 0.624023 0.530273</w:t>
        <w:br/>
        <w:t>vt 0.625000 0.525879</w:t>
        <w:br/>
        <w:t>vt 0.621582 0.528320</w:t>
        <w:br/>
        <w:t>vt 0.625000 0.525879</w:t>
        <w:br/>
        <w:t>vt 0.622559 0.529297</w:t>
        <w:br/>
        <w:t>vt 0.628418 0.528076</w:t>
        <w:br/>
        <w:t>vt 0.624512 0.524902</w:t>
        <w:br/>
        <w:t>vt 0.621582 0.527588</w:t>
        <w:br/>
        <w:t>vt 0.624512 0.524902</w:t>
        <w:br/>
        <w:t>vt 0.621582 0.528320</w:t>
        <w:br/>
        <w:t>vt 0.629395 0.526367</w:t>
        <w:br/>
        <w:t>vt 0.630371 0.530273</w:t>
        <w:br/>
        <w:t>vt 0.624512 0.523926</w:t>
        <w:br/>
        <w:t>vt 0.621094 0.527100</w:t>
        <w:br/>
        <w:t>vt 0.629883 0.525879</w:t>
        <w:br/>
        <w:t>vt 0.624512 0.523926</w:t>
        <w:br/>
        <w:t>vt 0.624512 0.524902</w:t>
        <w:br/>
        <w:t>vt 0.629395 0.526367</w:t>
        <w:br/>
        <w:t>vt 0.624512 0.523438</w:t>
        <w:br/>
        <w:t>vt 0.621094 0.525146</w:t>
        <w:br/>
        <w:t>vt 0.632324 0.530029</w:t>
        <w:br/>
        <w:t>vt 0.632324 0.530029</w:t>
        <w:br/>
        <w:t>vt 0.630371 0.534668</w:t>
        <w:br/>
        <w:t>vt 0.628906 0.534180</w:t>
        <w:br/>
        <w:t>vt 0.633301 0.529785</w:t>
        <w:br/>
        <w:t>vt 0.630371 0.534668</w:t>
        <w:br/>
        <w:t>vt 0.631836 0.534912</w:t>
        <w:br/>
        <w:t>vt 0.631836 0.534912</w:t>
        <w:br/>
        <w:t>vt 0.633301 0.529785</w:t>
        <w:br/>
        <w:t>vt 0.632324 0.534912</w:t>
        <w:br/>
        <w:t>vt 0.633301 0.529785</w:t>
        <w:br/>
        <w:t>vt 0.629883 0.525879</w:t>
        <w:br/>
        <w:t>vt 0.633789 0.529541</w:t>
        <w:br/>
        <w:t>vt 0.633789 0.529541</w:t>
        <w:br/>
        <w:t>vt 0.630371 0.525146</w:t>
        <w:br/>
        <w:t>vt 0.634277 0.529297</w:t>
        <w:br/>
        <w:t>vt 0.632812 0.534668</w:t>
        <w:br/>
        <w:t>vt 0.635254 0.533203</w:t>
        <w:br/>
        <w:t>vt 0.630859 0.524658</w:t>
        <w:br/>
        <w:t>vt 0.637207 0.528320</w:t>
        <w:br/>
        <w:t>vt 0.637207 0.528320</w:t>
        <w:br/>
        <w:t>vt 0.634277 0.529297</w:t>
        <w:br/>
        <w:t>vt 0.635254 0.533203</w:t>
        <w:br/>
        <w:t>vt 0.637207 0.528320</w:t>
        <w:br/>
        <w:t>vt 0.635254 0.533203</w:t>
        <w:br/>
        <w:t>vt 0.624512 0.523438</w:t>
        <w:br/>
        <w:t>vt 0.624512 0.520264</w:t>
        <w:br/>
        <w:t>vt 0.624512 0.520264</w:t>
        <w:br/>
        <w:t>vt 0.624512 0.520264</w:t>
        <w:br/>
        <w:t>vt 0.621094 0.525146</w:t>
        <w:br/>
        <w:t>vt 0.624023 0.519775</w:t>
        <w:br/>
        <w:t>vt 0.632324 0.521973</w:t>
        <w:br/>
        <w:t>vt 0.624023 0.519775</w:t>
        <w:br/>
        <w:t>vt 0.630859 0.511719</w:t>
        <w:br/>
        <w:t>vt 0.637695 0.528809</w:t>
        <w:br/>
        <w:t>vt 0.642578 0.519531</w:t>
        <w:br/>
        <w:t>vt 0.637695 0.528809</w:t>
        <w:br/>
        <w:t>vt 0.636719 0.515381</w:t>
        <w:br/>
        <w:t>vt 0.638672 0.531982</w:t>
        <w:br/>
        <w:t>vt 0.634766 0.535889</w:t>
        <w:br/>
        <w:t>vt 0.644531 0.529297</w:t>
        <w:br/>
        <w:t>vt 0.638672 0.532471</w:t>
        <w:br/>
        <w:t>vt 0.635254 0.536377</w:t>
        <w:br/>
        <w:t>vt 0.644531 0.531982</w:t>
        <w:br/>
        <w:t>vt 0.638672 0.531982</w:t>
        <w:br/>
        <w:t>vt 0.638672 0.533203</w:t>
        <w:br/>
        <w:t>vt 0.635254 0.537354</w:t>
        <w:br/>
        <w:t>vt 0.650879 0.533203</w:t>
        <w:br/>
        <w:t>vt 0.652832 0.527832</w:t>
        <w:br/>
        <w:t>vt 0.650391 0.535400</w:t>
        <w:br/>
        <w:t>vt 0.647949 0.521729</w:t>
        <w:br/>
        <w:t>vt 0.658203 0.525635</w:t>
        <w:br/>
        <w:t>vt 0.644531 0.532715</w:t>
        <w:br/>
        <w:t>vt 0.650391 0.536133</w:t>
        <w:br/>
        <w:t>vt 0.644043 0.533447</w:t>
        <w:br/>
        <w:t>vt 0.638672 0.533203</w:t>
        <w:br/>
        <w:t>vt 0.649902 0.536865</w:t>
        <w:br/>
        <w:t>vt 0.649414 0.537598</w:t>
        <w:br/>
        <w:t>vt 0.644043 0.533447</w:t>
        <w:br/>
        <w:t>vt 0.649902 0.536865</w:t>
        <w:br/>
        <w:t>vt 0.644043 0.534424</w:t>
        <w:br/>
        <w:t>vt 0.639160 0.534180</w:t>
        <w:br/>
        <w:t>vt 0.638672 0.533203</w:t>
        <w:br/>
        <w:t>vt 0.635254 0.537354</w:t>
        <w:br/>
        <w:t>vt 0.636230 0.538330</w:t>
        <w:br/>
        <w:t>vt 0.649414 0.537598</w:t>
        <w:br/>
        <w:t>vt 0.647949 0.538818</w:t>
        <w:br/>
        <w:t>vt 0.643555 0.536377</w:t>
        <w:br/>
        <w:t>vt 0.639648 0.535889</w:t>
        <w:br/>
        <w:t>vt 0.636230 0.538330</w:t>
        <w:br/>
        <w:t>vt 0.637695 0.539307</w:t>
        <w:br/>
        <w:t>vt 0.666016 0.517578</w:t>
        <w:br/>
        <w:t>vt 0.658203 0.525635</w:t>
        <w:br/>
        <w:t>vt 0.666016 0.517578</w:t>
        <w:br/>
        <w:t>vt 0.666992 0.520508</w:t>
        <w:br/>
        <w:t>vt 0.659668 0.526611</w:t>
        <w:br/>
        <w:t>vt 0.660645 0.527832</w:t>
        <w:br/>
        <w:t>vt 0.660156 0.510742</w:t>
        <w:br/>
        <w:t>vt 0.667480 0.523193</w:t>
        <w:br/>
        <w:t>vt 0.662109 0.531250</w:t>
        <w:br/>
        <w:t>vt 0.654785 0.503174</w:t>
        <w:br/>
        <w:t>vt 0.668945 0.529297</w:t>
        <w:br/>
        <w:t>vt 0.662598 0.533203</w:t>
        <w:br/>
        <w:t>vt 0.670410 0.500732</w:t>
        <w:br/>
        <w:t>vt 0.668945 0.531738</w:t>
        <w:br/>
        <w:t>vt 0.663574 0.535400</w:t>
        <w:br/>
        <w:t>vt 0.676270 0.527100</w:t>
        <w:br/>
        <w:t>vt 0.669434 0.534180</w:t>
        <w:br/>
        <w:t>vt 0.666504 0.545654</w:t>
        <w:br/>
        <w:t>vt 0.676270 0.529785</w:t>
        <w:br/>
        <w:t>vt 0.676270 0.532227</w:t>
        <w:br/>
        <w:t>vt 0.671387 0.543213</w:t>
        <w:br/>
        <w:t>vt 0.673340 0.549561</w:t>
        <w:br/>
        <w:t>vt 0.678223 0.548096</w:t>
        <w:br/>
        <w:t>vt 0.676758 0.541260</w:t>
        <w:br/>
        <w:t>vt 0.674316 0.552490</w:t>
        <w:br/>
        <w:t>vt 0.669434 0.551514</w:t>
        <w:br/>
        <w:t>vt 0.682129 0.531738</w:t>
        <w:br/>
        <w:t>vt 0.676758 0.541260</w:t>
        <w:br/>
        <w:t>vt 0.676270 0.532227</w:t>
        <w:br/>
        <w:t>vt 0.676270 0.529785</w:t>
        <w:br/>
        <w:t>vt 0.681641 0.540771</w:t>
        <w:br/>
        <w:t>vt 0.678223 0.548096</w:t>
        <w:br/>
        <w:t>vt 0.681152 0.547607</w:t>
        <w:br/>
        <w:t>vt 0.682129 0.529297</w:t>
        <w:br/>
        <w:t>vt 0.676270 0.527100</w:t>
        <w:br/>
        <w:t>vt 0.681641 0.540771</w:t>
        <w:br/>
        <w:t>vt 0.682129 0.531738</w:t>
        <w:br/>
        <w:t>vt 0.687988 0.532959</w:t>
        <w:br/>
        <w:t>vt 0.682129 0.529297</w:t>
        <w:br/>
        <w:t>vt 0.681152 0.547607</w:t>
        <w:br/>
        <w:t>vt 0.686523 0.541748</w:t>
        <w:br/>
        <w:t>vt 0.684570 0.550537</w:t>
        <w:br/>
        <w:t>vt 0.684570 0.550537</w:t>
        <w:br/>
        <w:t>vt 0.684570 0.552979</w:t>
        <w:br/>
        <w:t>vt 0.689453 0.550293</w:t>
        <w:br/>
        <w:t>vt 0.690918 0.552002</w:t>
        <w:br/>
        <w:t>vt 0.689453 0.550293</w:t>
        <w:br/>
        <w:t>vt 0.691895 0.544434</w:t>
        <w:br/>
        <w:t>vt 0.690918 0.552002</w:t>
        <w:br/>
        <w:t>vt 0.691895 0.544434</w:t>
        <w:br/>
        <w:t>vt 0.689453 0.550293</w:t>
        <w:br/>
        <w:t>vt 0.696289 0.547363</w:t>
        <w:br/>
        <w:t>vt 0.700684 0.537842</w:t>
        <w:br/>
        <w:t>vt 0.694336 0.534912</w:t>
        <w:br/>
        <w:t>vt 0.694336 0.534912</w:t>
        <w:br/>
        <w:t>vt 0.701172 0.535645</w:t>
        <w:br/>
        <w:t>vt 0.695312 0.532715</w:t>
        <w:br/>
        <w:t>vt 0.695312 0.532715</w:t>
        <w:br/>
        <w:t>vt 0.701660 0.533447</w:t>
        <w:br/>
        <w:t>vt 0.688477 0.530518</w:t>
        <w:br/>
        <w:t>vt 0.695801 0.530273</w:t>
        <w:br/>
        <w:t>vt 0.695801 0.530273</w:t>
        <w:br/>
        <w:t>vt 0.698730 0.524658</w:t>
        <w:br/>
        <w:t>vt 0.702148 0.530029</w:t>
        <w:br/>
        <w:t>vt 0.703613 0.529053</w:t>
        <w:br/>
        <w:t>vt 0.688965 0.528076</w:t>
        <w:br/>
        <w:t>vt 0.698730 0.524658</w:t>
        <w:br/>
        <w:t>vt 0.682129 0.526855</w:t>
        <w:br/>
        <w:t>vt 0.682129 0.526855</w:t>
        <w:br/>
        <w:t>vt 0.701660 0.521973</w:t>
        <w:br/>
        <w:t>vt 0.704590 0.528564</w:t>
        <w:br/>
        <w:t>vt 0.704102 0.519287</w:t>
        <w:br/>
        <w:t>vt 0.691406 0.520020</w:t>
        <w:br/>
        <w:t>vt 0.701660 0.521973</w:t>
        <w:br/>
        <w:t>vt 0.692871 0.516602</w:t>
        <w:br/>
        <w:t>vt 0.704102 0.519287</w:t>
        <w:br/>
        <w:t>vt 0.683594 0.519287</w:t>
        <w:br/>
        <w:t>vt 0.684570 0.515869</w:t>
        <w:br/>
        <w:t>vt 0.676270 0.519775</w:t>
        <w:br/>
        <w:t>vt 0.676270 0.519775</w:t>
        <w:br/>
        <w:t>vt 0.676270 0.516602</w:t>
        <w:br/>
        <w:t>vt 0.676270 0.516602</w:t>
        <w:br/>
        <w:t>vt 0.675781 0.512939</w:t>
        <w:br/>
        <w:t>vt 0.675781 0.512939</w:t>
        <w:br/>
        <w:t>vt 0.685547 0.512451</w:t>
        <w:br/>
        <w:t>vt 0.676758 0.502197</w:t>
        <w:br/>
        <w:t>vt 0.694824 0.512939</w:t>
        <w:br/>
        <w:t>vt 0.687012 0.502197</w:t>
        <w:br/>
        <w:t>vt 0.696777 0.502197</w:t>
        <w:br/>
        <w:t>vt 0.709961 0.507812</w:t>
        <w:br/>
        <w:t>vt 0.697266 0.490723</w:t>
        <w:br/>
        <w:t>vt 0.704590 0.528564</w:t>
        <w:br/>
        <w:t>vt 0.708984 0.532715</w:t>
        <w:br/>
        <w:t>vt 0.687012 0.490723</w:t>
        <w:br/>
        <w:t>vt 0.713867 0.528809</w:t>
        <w:br/>
        <w:t>vt 0.712891 0.536865</w:t>
        <w:br/>
        <w:t>vt 0.705566 0.495605</w:t>
        <w:br/>
        <w:t>vt 0.716309 0.533691</w:t>
        <w:br/>
        <w:t>vt 0.714355 0.539062</w:t>
        <w:br/>
        <w:t>vt 0.718750 0.525635</w:t>
        <w:br/>
        <w:t>vt 0.717773 0.536377</w:t>
        <w:br/>
        <w:t>vt 0.720703 0.530762</w:t>
        <w:br/>
        <w:t>vt 0.721191 0.533691</w:t>
        <w:br/>
        <w:t>vt 0.718262 0.536865</w:t>
        <w:br/>
        <w:t>vt 0.714355 0.539551</w:t>
        <w:br/>
        <w:t>vt 0.716309 0.519775</w:t>
        <w:br/>
        <w:t>vt 0.718262 0.537598</w:t>
        <w:br/>
        <w:t>vt 0.714844 0.540283</w:t>
        <w:br/>
        <w:t>vt 0.719238 0.538330</w:t>
        <w:br/>
        <w:t>vt 0.714844 0.540283</w:t>
        <w:br/>
        <w:t>vt 0.718262 0.537598</w:t>
        <w:br/>
        <w:t>vt 0.715820 0.541016</w:t>
        <w:br/>
        <w:t>vt 0.719238 0.538330</w:t>
        <w:br/>
        <w:t>vt 0.717773 0.541992</w:t>
        <w:br/>
        <w:t>vt 0.715820 0.541016</w:t>
        <w:br/>
        <w:t>vt 0.720215 0.539795</w:t>
        <w:br/>
        <w:t>vt 0.722168 0.536133</w:t>
        <w:br/>
        <w:t>vt 0.722168 0.536133</w:t>
        <w:br/>
        <w:t>vt 0.722656 0.537842</w:t>
        <w:br/>
        <w:t>vt 0.721680 0.535156</w:t>
        <w:br/>
        <w:t>vt 0.721680 0.535156</w:t>
        <w:br/>
        <w:t>vt 0.726562 0.534424</w:t>
        <w:br/>
        <w:t>vt 0.726562 0.534424</w:t>
        <w:br/>
        <w:t>vt 0.726562 0.536377</w:t>
        <w:br/>
        <w:t>vt 0.729492 0.536621</w:t>
        <w:br/>
        <w:t>vt 0.732422 0.538330</w:t>
        <w:br/>
        <w:t>vt 0.730469 0.539551</w:t>
        <w:br/>
        <w:t>vt 0.729980 0.534912</w:t>
        <w:br/>
        <w:t>vt 0.729980 0.534912</w:t>
        <w:br/>
        <w:t>vt 0.732910 0.537598</w:t>
        <w:br/>
        <w:t>vt 0.726562 0.533447</w:t>
        <w:br/>
        <w:t>vt 0.730469 0.533936</w:t>
        <w:br/>
        <w:t>vt 0.726562 0.532471</w:t>
        <w:br/>
        <w:t>vt 0.726562 0.533447</w:t>
        <w:br/>
        <w:t>vt 0.730469 0.533936</w:t>
        <w:br/>
        <w:t>vt 0.730957 0.533203</w:t>
        <w:br/>
        <w:t>vt 0.732910 0.537598</w:t>
        <w:br/>
        <w:t>vt 0.730469 0.533936</w:t>
        <w:br/>
        <w:t>vt 0.733398 0.537109</w:t>
        <w:br/>
        <w:t>vt 0.730957 0.533203</w:t>
        <w:br/>
        <w:t>vt 0.721680 0.534424</w:t>
        <w:br/>
        <w:t>vt 0.731445 0.532471</w:t>
        <w:br/>
        <w:t>vt 0.733887 0.536865</w:t>
        <w:br/>
        <w:t>vt 0.735352 0.535889</w:t>
        <w:br/>
        <w:t>vt 0.726562 0.531738</w:t>
        <w:br/>
        <w:t>vt 0.726562 0.528809</w:t>
        <w:br/>
        <w:t>vt 0.732422 0.529053</w:t>
        <w:br/>
        <w:t>vt 0.732422 0.529053</w:t>
        <w:br/>
        <w:t>vt 0.735840 0.535645</w:t>
        <w:br/>
        <w:t>vt 0.726562 0.522705</w:t>
        <w:br/>
        <w:t>vt 0.734863 0.528320</w:t>
        <w:br/>
        <w:t>vt 0.734863 0.528320</w:t>
        <w:br/>
        <w:t>vt 0.737793 0.535645</w:t>
        <w:br/>
        <w:t>vt 0.735840 0.535645</w:t>
        <w:br/>
        <w:t>vt 0.731934 0.520996</w:t>
        <w:br/>
        <w:t>vt 0.737793 0.530273</w:t>
        <w:br/>
        <w:t>vt 0.728027 0.515137</w:t>
        <w:br/>
        <w:t>vt 0.737793 0.518555</w:t>
        <w:br/>
        <w:t>vt 0.740234 0.523926</w:t>
        <w:br/>
        <w:t>vt 0.738281 0.535889</w:t>
        <w:br/>
        <w:t>vt 0.719727 0.504639</w:t>
        <w:br/>
        <w:t>vt 0.738281 0.530762</w:t>
        <w:br/>
        <w:t>vt 0.738770 0.531250</w:t>
        <w:br/>
        <w:t>vt 0.738770 0.536133</w:t>
        <w:br/>
        <w:t>vt 0.741699 0.527344</w:t>
        <w:br/>
        <w:t>vt 0.741699 0.526855</w:t>
        <w:br/>
        <w:t>vt 0.739746 0.532227</w:t>
        <w:br/>
        <w:t>vt 0.738770 0.536133</w:t>
        <w:br/>
        <w:t>vt 0.738770 0.531250</w:t>
        <w:br/>
        <w:t>vt 0.739746 0.536621</w:t>
        <w:br/>
        <w:t>vt 0.739746 0.536621</w:t>
        <w:br/>
        <w:t>vt 0.741211 0.532959</w:t>
        <w:br/>
        <w:t>vt 0.741699 0.536621</w:t>
        <w:br/>
        <w:t>vt 0.739746 0.532227</w:t>
        <w:br/>
        <w:t>vt 0.742676 0.529541</w:t>
        <w:br/>
        <w:t>vt 0.742676 0.529541</w:t>
        <w:br/>
        <w:t>vt 0.743164 0.531006</w:t>
        <w:br/>
        <w:t>vt 0.745605 0.531250</w:t>
        <w:br/>
        <w:t>vt 0.749512 0.533936</w:t>
        <w:br/>
        <w:t>vt 0.748047 0.535156</w:t>
        <w:br/>
        <w:t>vt 0.746094 0.529541</w:t>
        <w:br/>
        <w:t>vt 0.746094 0.529541</w:t>
        <w:br/>
        <w:t>vt 0.750488 0.532715</w:t>
        <w:br/>
        <w:t>vt 0.749512 0.533936</w:t>
        <w:br/>
        <w:t>vt 0.742188 0.528320</w:t>
        <w:br/>
        <w:t>vt 0.742188 0.528320</w:t>
        <w:br/>
        <w:t>vt 0.746582 0.528320</w:t>
        <w:br/>
        <w:t>vt 0.746582 0.528320</w:t>
        <w:br/>
        <w:t>vt 0.750488 0.532715</w:t>
        <w:br/>
        <w:t>vt 0.750977 0.531982</w:t>
        <w:br/>
        <w:t>vt 0.746582 0.527588</w:t>
        <w:br/>
        <w:t>vt 0.747070 0.526855</w:t>
        <w:br/>
        <w:t>vt 0.750977 0.531494</w:t>
        <w:br/>
        <w:t>vt 0.751953 0.529541</w:t>
        <w:br/>
        <w:t>vt 0.748047 0.523193</w:t>
        <w:br/>
        <w:t>vt 0.751953 0.529541</w:t>
        <w:br/>
        <w:t>vt 0.748047 0.523193</w:t>
        <w:br/>
        <w:t>vt 0.750977 0.523438</w:t>
        <w:br/>
        <w:t>vt 0.745605 0.516113</w:t>
        <w:br/>
        <w:t>vt 0.741211 0.510254</w:t>
        <w:br/>
        <w:t>vt 0.752441 0.513916</w:t>
        <w:br/>
        <w:t>vt 0.735352 0.512451</w:t>
        <w:br/>
        <w:t>vt 0.729492 0.501953</w:t>
        <w:br/>
        <w:t>vt 0.735352 0.500000</w:t>
        <w:br/>
        <w:t>vt 0.722656 0.489258</w:t>
        <w:br/>
        <w:t>vt 0.729004 0.486816</w:t>
        <w:br/>
        <w:t>vt 0.719238 0.490234</w:t>
        <w:br/>
        <w:t>vt 0.734375 0.484863</w:t>
        <w:br/>
        <w:t>vt 0.713867 0.492188</w:t>
        <w:br/>
        <w:t>vt 0.714844 0.482422</w:t>
        <w:br/>
        <w:t>vt 0.743652 0.497070</w:t>
        <w:br/>
        <w:t>vt 0.713867 0.473145</w:t>
        <w:br/>
        <w:t>vt 0.716309 0.480957</w:t>
        <w:br/>
        <w:t>vt 0.748535 0.507324</w:t>
        <w:br/>
        <w:t>vt 0.706543 0.476074</w:t>
        <w:br/>
        <w:t>vt 0.712402 0.469238</w:t>
        <w:br/>
        <w:t>vt 0.709961 0.484375</w:t>
        <w:br/>
        <w:t>vt 0.705566 0.486328</w:t>
        <w:br/>
        <w:t>vt 0.704590 0.471680</w:t>
        <w:br/>
        <w:t>vt 0.711426 0.465332</w:t>
        <w:br/>
        <w:t>vt 0.700684 0.488770</w:t>
        <w:br/>
        <w:t>vt 0.694824 0.479980</w:t>
        <w:br/>
        <w:t>vt 0.703613 0.466797</w:t>
        <w:br/>
        <w:t>vt 0.711426 0.461426</w:t>
        <w:br/>
        <w:t>vt 0.693848 0.474121</w:t>
        <w:br/>
        <w:t>vt 0.685547 0.480469</w:t>
        <w:br/>
        <w:t>vt 0.703125 0.462402</w:t>
        <w:br/>
        <w:t>vt 0.711426 0.453613</w:t>
        <w:br/>
        <w:t>vt 0.693359 0.468262</w:t>
        <w:br/>
        <w:t>vt 0.687012 0.474609</w:t>
        <w:br/>
        <w:t>vt 0.702637 0.454590</w:t>
        <w:br/>
        <w:t>vt 0.711914 0.444336</w:t>
        <w:br/>
        <w:t>vt 0.703125 0.444824</w:t>
        <w:br/>
        <w:t>vt 0.695801 0.445312</w:t>
        <w:br/>
        <w:t>vt 0.694336 0.455566</w:t>
        <w:br/>
        <w:t>vt 0.693359 0.463867</w:t>
        <w:br/>
        <w:t>vt 0.689453 0.444824</w:t>
        <w:br/>
        <w:t>vt 0.695312 0.441406</w:t>
        <w:br/>
        <w:t>vt 0.688965 0.442383</w:t>
        <w:br/>
        <w:t>vt 0.688477 0.456055</w:t>
        <w:br/>
        <w:t>vt 0.683105 0.443848</w:t>
        <w:br/>
        <w:t>vt 0.687988 0.463867</w:t>
        <w:br/>
        <w:t>vt 0.687988 0.468262</w:t>
        <w:br/>
        <w:t>vt 0.681641 0.467285</w:t>
        <w:br/>
        <w:t>vt 0.682129 0.463379</w:t>
        <w:br/>
        <w:t>vt 0.682129 0.455566</w:t>
        <w:br/>
        <w:t>vt 0.674316 0.453125</w:t>
        <w:br/>
        <w:t>vt 0.676270 0.442871</w:t>
        <w:br/>
        <w:t>vt 0.672852 0.460449</w:t>
        <w:br/>
        <w:t>vt 0.666016 0.450684</w:t>
        <w:br/>
        <w:t>vt 0.667969 0.440430</w:t>
        <w:br/>
        <w:t>vt 0.660645 0.438477</w:t>
        <w:br/>
        <w:t>vt 0.658691 0.448730</w:t>
        <w:br/>
        <w:t>vt 0.664551 0.458008</w:t>
        <w:br/>
        <w:t>vt 0.657227 0.455078</w:t>
        <w:br/>
        <w:t>vt 0.663574 0.461426</w:t>
        <w:br/>
        <w:t>vt 0.656250 0.458496</w:t>
        <w:br/>
        <w:t>vt 0.671875 0.464844</w:t>
        <w:br/>
        <w:t>vt 0.661621 0.466309</w:t>
        <w:br/>
        <w:t>vt 0.652832 0.461426</w:t>
        <w:br/>
        <w:t>vt 0.669434 0.469727</w:t>
        <w:br/>
        <w:t>vt 0.652344 0.466797</w:t>
        <w:br/>
        <w:t>vt 0.673340 0.471191</w:t>
        <w:br/>
        <w:t>vt 0.666992 0.474609</w:t>
        <w:br/>
        <w:t>vt 0.681152 0.473633</w:t>
        <w:br/>
        <w:t>vt 0.674316 0.478027</w:t>
        <w:br/>
        <w:t>vt 0.680176 0.479980</w:t>
        <w:br/>
        <w:t>vt 0.677246 0.491699</w:t>
        <w:br/>
        <w:t>vt 0.666992 0.488281</w:t>
        <w:br/>
        <w:t>vt 0.662109 0.494629</w:t>
        <w:br/>
        <w:t>vt 0.660156 0.484863</w:t>
        <w:br/>
        <w:t>vt 0.648438 0.499023</w:t>
        <w:br/>
        <w:t>vt 0.655273 0.490723</w:t>
        <w:br/>
        <w:t>vt 0.659668 0.471191</w:t>
        <w:br/>
        <w:t>vt 0.653809 0.481934</w:t>
        <w:br/>
        <w:t>vt 0.649902 0.464355</w:t>
        <w:br/>
        <w:t>vt 0.646484 0.477051</w:t>
        <w:br/>
        <w:t>vt 0.641113 0.472168</w:t>
        <w:br/>
        <w:t>vt 0.649414 0.487305</w:t>
        <w:br/>
        <w:t>vt 0.641602 0.482910</w:t>
        <w:br/>
        <w:t>vt 0.635254 0.477539</w:t>
        <w:br/>
        <w:t>vt 0.643066 0.496094</w:t>
        <w:br/>
        <w:t>vt 0.634277 0.490723</w:t>
        <w:br/>
        <w:t>vt 0.626465 0.483887</w:t>
        <w:br/>
        <w:t>vt 0.625977 0.507568</w:t>
        <w:br/>
        <w:t>vt 0.617676 0.498047</w:t>
        <w:br/>
        <w:t>vt 0.613281 0.493652</w:t>
        <w:br/>
        <w:t>vt 0.621582 0.502441</w:t>
        <w:br/>
        <w:t>vt 0.620117 0.513428</w:t>
        <w:br/>
        <w:t>vt 0.610840 0.501465</w:t>
        <w:br/>
        <w:t>vt 0.607910 0.496582</w:t>
        <w:br/>
        <w:t>vt 0.614258 0.511475</w:t>
        <w:br/>
        <w:t>vt 0.608398 0.502441</w:t>
        <w:br/>
        <w:t>vt 0.604980 0.498047</w:t>
        <w:br/>
        <w:t>vt 0.613281 0.507080</w:t>
        <w:br/>
        <w:t>vt 0.614258 0.511475</w:t>
        <w:br/>
        <w:t>vt 0.613281 0.507080</w:t>
        <w:br/>
        <w:t>vt 0.621582 0.502441</w:t>
        <w:br/>
        <w:t>vt 0.613281 0.512451</w:t>
        <w:br/>
        <w:t>vt 0.611816 0.510986</w:t>
        <w:br/>
        <w:t>vt 0.613281 0.512451</w:t>
        <w:br/>
        <w:t>vt 0.613281 0.507080</w:t>
        <w:br/>
        <w:t>vt 0.607910 0.502686</w:t>
        <w:br/>
        <w:t>vt 0.604004 0.498535</w:t>
        <w:br/>
        <w:t>vt 0.606934 0.503174</w:t>
        <w:br/>
        <w:t>vt 0.610840 0.507324</w:t>
        <w:br/>
        <w:t>vt 0.610840 0.507324</w:t>
        <w:br/>
        <w:t>vt 0.610840 0.511230</w:t>
        <w:br/>
        <w:t>vt 0.609863 0.507568</w:t>
        <w:br/>
        <w:t>vt 0.609375 0.511230</w:t>
        <w:br/>
        <w:t>vt 0.608887 0.507812</w:t>
        <w:br/>
        <w:t>vt 0.608887 0.507812</w:t>
        <w:br/>
        <w:t>vt 0.608398 0.511230</w:t>
        <w:br/>
        <w:t>vt 0.608887 0.507812</w:t>
        <w:br/>
        <w:t>vt 0.609375 0.511230</w:t>
        <w:br/>
        <w:t>vt 0.603516 0.499023</w:t>
        <w:br/>
        <w:t>vt 0.606934 0.503174</w:t>
        <w:br/>
        <w:t>vt 0.603027 0.500000</w:t>
        <w:br/>
        <w:t>vt 0.607910 0.507812</w:t>
        <w:br/>
        <w:t>vt 0.606445 0.508057</w:t>
        <w:br/>
        <w:t>vt 0.608398 0.511230</w:t>
        <w:br/>
        <w:t>vt 0.606445 0.511230</w:t>
        <w:br/>
        <w:t>vt 0.607910 0.507812</w:t>
        <w:br/>
        <w:t>vt 0.605957 0.503418</w:t>
        <w:br/>
        <w:t>vt 0.605957 0.503418</w:t>
        <w:br/>
        <w:t>vt 0.602051 0.501465</w:t>
        <w:br/>
        <w:t>vt 0.603027 0.500000</w:t>
        <w:br/>
        <w:t>vt 0.604492 0.504395</w:t>
        <w:br/>
        <w:t>vt 0.617188 0.515625</w:t>
        <w:br/>
        <w:t>vt 0.613281 0.513184</w:t>
        <w:br/>
        <w:t>vt 0.612793 0.513428</w:t>
        <w:br/>
        <w:t>vt 0.620117 0.520508</w:t>
        <w:br/>
        <w:t>vt 0.621094 0.524902</w:t>
        <w:br/>
        <w:t>vt 0.620117 0.520508</w:t>
        <w:br/>
        <w:t>vt 0.624023 0.519775</w:t>
        <w:br/>
        <w:t>vt 0.618164 0.525879</w:t>
        <w:br/>
        <w:t>vt 0.617676 0.525879</w:t>
        <w:br/>
        <w:t>vt 0.619629 0.520752</w:t>
        <w:br/>
        <w:t>vt 0.616699 0.516113</w:t>
        <w:br/>
        <w:t>vt 0.618652 0.520752</w:t>
        <w:br/>
        <w:t>vt 0.616699 0.525879</w:t>
        <w:br/>
        <w:t>vt 0.615723 0.525635</w:t>
        <w:br/>
        <w:t>vt 0.616211 0.516602</w:t>
        <w:br/>
        <w:t>vt 0.618652 0.520752</w:t>
        <w:br/>
        <w:t>vt 0.611816 0.513916</w:t>
        <w:br/>
        <w:t>vt 0.611816 0.514648</w:t>
        <w:br/>
        <w:t>vt 0.617676 0.520996</w:t>
        <w:br/>
        <w:t>vt 0.616211 0.521240</w:t>
        <w:br/>
        <w:t>vt 0.615723 0.525635</w:t>
        <w:br/>
        <w:t>vt 0.614258 0.524902</w:t>
        <w:br/>
        <w:t>vt 0.617676 0.520996</w:t>
        <w:br/>
        <w:t>vt 0.615723 0.517090</w:t>
        <w:br/>
        <w:t>vt 0.615723 0.517090</w:t>
        <w:br/>
        <w:t>vt 0.614258 0.518311</w:t>
        <w:br/>
        <w:t>vt 0.611816 0.514648</w:t>
        <w:br/>
        <w:t>vt 0.611328 0.516357</w:t>
        <w:br/>
        <w:t>vt 0.594238 0.322754</w:t>
        <w:br/>
        <w:t>vt 0.597656 0.305664</w:t>
        <w:br/>
        <w:t>vt 0.597656 0.323242</w:t>
        <w:br/>
        <w:t>vt 0.593750 0.305176</w:t>
        <w:br/>
        <w:t>vt 0.597656 0.289551</w:t>
        <w:br/>
        <w:t>vt 0.594727 0.289551</w:t>
        <w:br/>
        <w:t>vt 0.566895 0.306152</w:t>
        <w:br/>
        <w:t>vt 0.594727 0.289551</w:t>
        <w:br/>
        <w:t>vt 0.593750 0.305176</w:t>
        <w:br/>
        <w:t>vt 0.594238 0.322754</w:t>
        <w:br/>
        <w:t>vt 0.566895 0.322754</w:t>
        <w:br/>
        <w:t>vt 0.593750 0.276367</w:t>
        <w:br/>
        <w:t>vt 0.597656 0.275879</w:t>
        <w:br/>
        <w:t>vt 0.597656 0.263184</w:t>
        <w:br/>
        <w:t>vt 0.566895 0.290527</w:t>
        <w:br/>
        <w:t>vt 0.593750 0.276367</w:t>
        <w:br/>
        <w:t>vt 0.539551 0.306152</w:t>
        <w:br/>
        <w:t>vt 0.538086 0.321777</w:t>
        <w:br/>
        <w:t>vt 0.593750 0.262695</w:t>
        <w:br/>
        <w:t>vt 0.597656 0.249512</w:t>
        <w:br/>
        <w:t>vt 0.593750 0.234863</w:t>
        <w:br/>
        <w:t>vt 0.597656 0.235352</w:t>
        <w:br/>
        <w:t>vt 0.594238 0.249512</w:t>
        <w:br/>
        <w:t>vt 0.566895 0.250000</w:t>
        <w:br/>
        <w:t>vt 0.593750 0.234863</w:t>
        <w:br/>
        <w:t>vt 0.594238 0.249512</w:t>
        <w:br/>
        <w:t>vt 0.593750 0.262695</w:t>
        <w:br/>
        <w:t>vt 0.566895 0.263672</w:t>
        <w:br/>
        <w:t>vt 0.566895 0.276855</w:t>
        <w:br/>
        <w:t>vt 0.539062 0.251953</w:t>
        <w:br/>
        <w:t>vt 0.537109 0.239258</w:t>
        <w:br/>
        <w:t>vt 0.540039 0.265625</w:t>
        <w:br/>
        <w:t>vt 0.537109 0.239258</w:t>
        <w:br/>
        <w:t>vt 0.539062 0.251953</w:t>
        <w:br/>
        <w:t>vt 0.535156 0.251953</w:t>
        <w:br/>
        <w:t>vt 0.540039 0.265625</w:t>
        <w:br/>
        <w:t>vt 0.535156 0.239258</w:t>
        <w:br/>
        <w:t>vt 0.535156 0.266602</w:t>
        <w:br/>
        <w:t>vt 0.537109 0.270508</w:t>
        <w:br/>
        <w:t>vt 0.540527 0.277344</w:t>
        <w:br/>
        <w:t>vt 0.540527 0.277344</w:t>
        <w:br/>
        <w:t>vt 0.537109 0.284668</w:t>
        <w:br/>
        <w:t>vt 0.540039 0.291016</w:t>
        <w:br/>
        <w:t>vt 0.540039 0.291016</w:t>
        <w:br/>
        <w:t>vt 0.535156 0.288086</w:t>
        <w:br/>
        <w:t>vt 0.535156 0.306152</w:t>
        <w:br/>
        <w:t>vt 0.539551 0.306152</w:t>
        <w:br/>
        <w:t>vt 0.538086 0.321777</w:t>
        <w:br/>
        <w:t>vt 0.535156 0.321777</w:t>
        <w:br/>
        <w:t>vt 0.566895 0.236328</w:t>
        <w:br/>
        <w:t>vt 0.566895 0.236328</w:t>
        <w:br/>
        <w:t>vt 0.592285 0.232910</w:t>
        <w:br/>
        <w:t>vt 0.593750 0.234863</w:t>
        <w:br/>
        <w:t>vt 0.593750 0.231445</w:t>
        <w:br/>
        <w:t>vt 0.593262 0.231445</w:t>
        <w:br/>
        <w:t>vt 0.593262 0.231445</w:t>
        <w:br/>
        <w:t>vt 0.589355 0.223633</w:t>
        <w:br/>
        <w:t>vt 0.591309 0.223633</w:t>
        <w:br/>
        <w:t>vt 0.592285 0.232910</w:t>
        <w:br/>
        <w:t>vt 0.589355 0.223633</w:t>
        <w:br/>
        <w:t>vt 0.582031 0.226562</w:t>
        <w:br/>
        <w:t>vt 0.582031 0.223633</w:t>
        <w:br/>
        <w:t>vt 0.592285 0.232910</w:t>
        <w:br/>
        <w:t>vt 0.566895 0.234375</w:t>
        <w:br/>
        <w:t>vt 0.570801 0.228027</w:t>
        <w:br/>
        <w:t>vt 0.566895 0.225586</w:t>
        <w:br/>
        <w:t>vt 0.570801 0.225586</w:t>
        <w:br/>
        <w:t>vt 0.556641 0.229492</w:t>
        <w:br/>
        <w:t>vt 0.557129 0.225586</w:t>
        <w:br/>
        <w:t>vt 0.541504 0.236816</w:t>
        <w:br/>
        <w:t>vt 0.537109 0.239258</w:t>
        <w:br/>
        <w:t>vt 0.545410 0.230469</w:t>
        <w:br/>
        <w:t>vt 0.536621 0.237793</w:t>
        <w:br/>
        <w:t>vt 0.540527 0.235840</w:t>
        <w:br/>
        <w:t>vt 0.541992 0.226562</w:t>
        <w:br/>
        <w:t>vt 0.540527 0.235840</w:t>
        <w:br/>
        <w:t>vt 0.541992 0.226562</w:t>
        <w:br/>
        <w:t>vt 0.541504 0.236816</w:t>
        <w:br/>
        <w:t>vt 0.545410 0.226562</w:t>
        <w:br/>
        <w:t>vt 0.540527 0.226562</w:t>
        <w:br/>
        <w:t>vt 0.464111 0.390137</w:t>
        <w:br/>
        <w:t>vt 0.466064 0.400391</w:t>
        <w:br/>
        <w:t>vt 0.464111 0.399902</w:t>
        <w:br/>
        <w:t>vt 0.466064 0.389160</w:t>
        <w:br/>
        <w:t>vt 0.464111 0.378906</w:t>
        <w:br/>
        <w:t>vt 0.474121 0.389160</w:t>
        <w:br/>
        <w:t>vt 0.466064 0.400391</w:t>
        <w:br/>
        <w:t>vt 0.466064 0.389160</w:t>
        <w:br/>
        <w:t>vt 0.466064 0.378418</w:t>
        <w:br/>
        <w:t>vt 0.474121 0.378418</w:t>
        <w:br/>
        <w:t>vt 0.466064 0.378418</w:t>
        <w:br/>
        <w:t>vt 0.466064 0.364746</w:t>
        <w:br/>
        <w:t>vt 0.464111 0.364258</w:t>
        <w:br/>
        <w:t>vt 0.466064 0.364746</w:t>
        <w:br/>
        <w:t>vt 0.474121 0.365234</w:t>
        <w:br/>
        <w:t>vt 0.466064 0.353027</w:t>
        <w:br/>
        <w:t>vt 0.466064 0.353027</w:t>
        <w:br/>
        <w:t>vt 0.464111 0.353516</w:t>
        <w:br/>
        <w:t>vt 0.464111 0.341309</w:t>
        <w:br/>
        <w:t>vt 0.466064 0.340332</w:t>
        <w:br/>
        <w:t>vt 0.474121 0.353027</w:t>
        <w:br/>
        <w:t>vt 0.474121 0.340332</w:t>
        <w:br/>
        <w:t>vt 0.466064 0.340332</w:t>
        <w:br/>
        <w:t>vt 0.474121 0.365234</w:t>
        <w:br/>
        <w:t>vt 0.474121 0.353027</w:t>
        <w:br/>
        <w:t>vt 0.476074 0.364746</w:t>
        <w:br/>
        <w:t>vt 0.467041 0.339355</w:t>
        <w:br/>
        <w:t>vt 0.474121 0.340332</w:t>
        <w:br/>
        <w:t>vt 0.466064 0.340332</w:t>
        <w:br/>
        <w:t>vt 0.467041 0.337402</w:t>
        <w:br/>
        <w:t>vt 0.466309 0.337402</w:t>
        <w:br/>
        <w:t>vt 0.474121 0.339355</w:t>
        <w:br/>
        <w:t>vt 0.474121 0.339355</w:t>
        <w:br/>
        <w:t>vt 0.476074 0.336914</w:t>
        <w:br/>
        <w:t>vt 0.474121 0.340332</w:t>
        <w:br/>
        <w:t>vt 0.476074 0.377441</w:t>
        <w:br/>
        <w:t>vt 0.474121 0.378418</w:t>
        <w:br/>
        <w:t>vt 0.476074 0.352051</w:t>
        <w:br/>
        <w:t>vt 0.476074 0.388672</w:t>
        <w:br/>
        <w:t>vt 0.474121 0.389160</w:t>
        <w:br/>
        <w:t>vt 0.485596 0.365234</w:t>
        <w:br/>
        <w:t>vt 0.476074 0.377441</w:t>
        <w:br/>
        <w:t>vt 0.476074 0.364746</w:t>
        <w:br/>
        <w:t>vt 0.476074 0.352051</w:t>
        <w:br/>
        <w:t>vt 0.485596 0.377441</w:t>
        <w:br/>
        <w:t>vt 0.476074 0.388672</w:t>
        <w:br/>
        <w:t>vt 0.476074 0.397949</w:t>
        <w:br/>
        <w:t>vt 0.485596 0.389160</w:t>
        <w:br/>
        <w:t>vt 0.476074 0.397949</w:t>
        <w:br/>
        <w:t>vt 0.474121 0.400391</w:t>
        <w:br/>
        <w:t>vt 0.474121 0.400391</w:t>
        <w:br/>
        <w:t>vt 0.487793 0.377930</w:t>
        <w:br/>
        <w:t>vt 0.485596 0.389160</w:t>
        <w:br/>
        <w:t>vt 0.485596 0.377441</w:t>
        <w:br/>
        <w:t>vt 0.485596 0.397949</w:t>
        <w:br/>
        <w:t>vt 0.487793 0.365234</w:t>
        <w:br/>
        <w:t>vt 0.485596 0.365234</w:t>
        <w:br/>
        <w:t>vt 0.487793 0.388672</w:t>
        <w:br/>
        <w:t>vt 0.485596 0.397949</w:t>
        <w:br/>
        <w:t>vt 0.490234 0.365234</w:t>
        <w:br/>
        <w:t>vt 0.487793 0.377930</w:t>
        <w:br/>
        <w:t>vt 0.487793 0.365234</w:t>
        <w:br/>
        <w:t>vt 0.476074 0.399902</w:t>
        <w:br/>
        <w:t>vt 0.476074 0.399902</w:t>
        <w:br/>
        <w:t>vt 0.490234 0.377930</w:t>
        <w:br/>
        <w:t>vt 0.487793 0.388672</w:t>
        <w:br/>
        <w:t>vt 0.485596 0.399902</w:t>
        <w:br/>
        <w:t>vt 0.487793 0.399902</w:t>
        <w:br/>
        <w:t>vt 0.485596 0.399902</w:t>
        <w:br/>
        <w:t>vt 0.476074 0.401855</w:t>
        <w:br/>
        <w:t>vt 0.476074 0.401855</w:t>
        <w:br/>
        <w:t>vt 0.485596 0.401855</w:t>
        <w:br/>
        <w:t>vt 0.485596 0.401855</w:t>
        <w:br/>
        <w:t>vt 0.476074 0.403809</w:t>
        <w:br/>
        <w:t>vt 0.476074 0.403809</w:t>
        <w:br/>
        <w:t>vt 0.485596 0.403809</w:t>
        <w:br/>
        <w:t>vt 0.485596 0.403809</w:t>
        <w:br/>
        <w:t>vt 0.474121 0.402344</w:t>
        <w:br/>
        <w:t>vt 0.488037 0.400879</w:t>
        <w:br/>
        <w:t>vt 0.474121 0.402344</w:t>
        <w:br/>
        <w:t>vt 0.468262 0.402344</w:t>
        <w:br/>
        <w:t>vt 0.474121 0.400391</w:t>
        <w:br/>
        <w:t>vt 0.466064 0.400391</w:t>
        <w:br/>
        <w:t>vt 0.465820 0.402832</w:t>
        <w:br/>
        <w:t>vt 0.468018 0.402832</w:t>
        <w:br/>
        <w:t>vt 0.490234 0.399902</w:t>
        <w:br/>
        <w:t>vt 0.488037 0.400879</w:t>
        <w:br/>
        <w:t>vt 0.487793 0.399902</w:t>
        <w:br/>
        <w:t>vt 0.490234 0.400879</w:t>
        <w:br/>
        <w:t>vt 0.490234 0.388672</w:t>
        <w:br/>
        <w:t>vt 0.490234 0.399902</w:t>
        <w:br/>
        <w:t>vt 0.487793 0.399902</w:t>
        <w:br/>
        <w:t>vt 0.498291 0.399414</w:t>
        <w:br/>
        <w:t>vt 0.498291 0.400879</w:t>
        <w:br/>
        <w:t>vt 0.498291 0.400879</w:t>
        <w:br/>
        <w:t>vt 0.498291 0.399414</w:t>
        <w:br/>
        <w:t>vt 0.500000 0.401855</w:t>
        <w:br/>
        <w:t>vt 0.498291 0.388672</w:t>
        <w:br/>
        <w:t>vt 0.498291 0.399414</w:t>
        <w:br/>
        <w:t>vt 0.498291 0.377930</w:t>
        <w:br/>
        <w:t>vt 0.498291 0.365234</w:t>
        <w:br/>
        <w:t>vt 0.498291 0.388672</w:t>
        <w:br/>
        <w:t>vt 0.498291 0.377930</w:t>
        <w:br/>
        <w:t>vt 0.500000 0.387695</w:t>
        <w:br/>
        <w:t>vt 0.500000 0.396484</w:t>
        <w:br/>
        <w:t>vt 0.500000 0.400391</w:t>
        <w:br/>
        <w:t>vt 0.500000 0.398438</w:t>
        <w:br/>
        <w:t>vt 0.508789 0.399902</w:t>
        <w:br/>
        <w:t>vt 0.500000 0.401855</w:t>
        <w:br/>
        <w:t>vt 0.500000 0.400391</w:t>
        <w:br/>
        <w:t>vt 0.500000 0.398438</w:t>
        <w:br/>
        <w:t>vt 0.508789 0.401855</w:t>
        <w:br/>
        <w:t>vt 0.508789 0.395996</w:t>
        <w:br/>
        <w:t>vt 0.500000 0.396484</w:t>
        <w:br/>
        <w:t>vt 0.500000 0.387695</w:t>
        <w:br/>
        <w:t>vt 0.508789 0.397949</w:t>
        <w:br/>
        <w:t>vt 0.510742 0.398438</w:t>
        <w:br/>
        <w:t>vt 0.508789 0.401855</w:t>
        <w:br/>
        <w:t>vt 0.508789 0.399902</w:t>
        <w:br/>
        <w:t>vt 0.508789 0.397949</w:t>
        <w:br/>
        <w:t>vt 0.508789 0.395996</w:t>
        <w:br/>
        <w:t>vt 0.511230 0.399902</w:t>
        <w:br/>
        <w:t>vt 0.510742 0.398438</w:t>
        <w:br/>
        <w:t>vt 0.512695 0.399902</w:t>
        <w:br/>
        <w:t>vt 0.511230 0.399902</w:t>
        <w:br/>
        <w:t>vt 0.515625 0.401367</w:t>
        <w:br/>
        <w:t>vt 0.512695 0.401367</w:t>
        <w:br/>
        <w:t>vt 0.515625 0.397949</w:t>
        <w:br/>
        <w:t>vt 0.510742 0.398438</w:t>
        <w:br/>
        <w:t>vt 0.515625 0.388184</w:t>
        <w:br/>
        <w:t>vt 0.515625 0.397949</w:t>
        <w:br/>
        <w:t>vt 0.510742 0.388672</w:t>
        <w:br/>
        <w:t>vt 0.510742 0.388672</w:t>
        <w:br/>
        <w:t>vt 0.508789 0.387207</w:t>
        <w:br/>
        <w:t>vt 0.508789 0.387207</w:t>
        <w:br/>
        <w:t>vt 0.518066 0.388184</w:t>
        <w:br/>
        <w:t>vt 0.515625 0.397949</w:t>
        <w:br/>
        <w:t>vt 0.515625 0.388184</w:t>
        <w:br/>
        <w:t>vt 0.518066 0.397949</w:t>
        <w:br/>
        <w:t>vt 0.515625 0.377441</w:t>
        <w:br/>
        <w:t>vt 0.515625 0.377441</w:t>
        <w:br/>
        <w:t>vt 0.518066 0.377930</w:t>
        <w:br/>
        <w:t>vt 0.510742 0.377441</w:t>
        <w:br/>
        <w:t>vt 0.510742 0.377441</w:t>
        <w:br/>
        <w:t>vt 0.508789 0.377930</w:t>
        <w:br/>
        <w:t>vt 0.508789 0.377930</w:t>
        <w:br/>
        <w:t>vt 0.510742 0.365723</w:t>
        <w:br/>
        <w:t>vt 0.510742 0.365723</w:t>
        <w:br/>
        <w:t>vt 0.515625 0.365723</w:t>
        <w:br/>
        <w:t>vt 0.515625 0.365723</w:t>
        <w:br/>
        <w:t>vt 0.518066 0.364746</w:t>
        <w:br/>
        <w:t>vt 0.500000 0.377930</w:t>
        <w:br/>
        <w:t>vt 0.500000 0.377930</w:t>
        <w:br/>
        <w:t>vt 0.498291 0.365234</w:t>
        <w:br/>
        <w:t>vt 0.515625 0.354980</w:t>
        <w:br/>
        <w:t>vt 0.518066 0.354980</w:t>
        <w:br/>
        <w:t>vt 0.518066 0.344238</w:t>
        <w:br/>
        <w:t>vt 0.515625 0.344238</w:t>
        <w:br/>
        <w:t>vt 0.510742 0.354492</w:t>
        <w:br/>
        <w:t>vt 0.515625 0.354980</w:t>
        <w:br/>
        <w:t>vt 0.510742 0.343262</w:t>
        <w:br/>
        <w:t>vt 0.515625 0.344238</w:t>
        <w:br/>
        <w:t>vt 0.508789 0.365234</w:t>
        <w:br/>
        <w:t>vt 0.510742 0.354492</w:t>
        <w:br/>
        <w:t>vt 0.508789 0.365234</w:t>
        <w:br/>
        <w:t>vt 0.508789 0.353027</w:t>
        <w:br/>
        <w:t>vt 0.510742 0.343262</w:t>
        <w:br/>
        <w:t>vt 0.500000 0.364746</w:t>
        <w:br/>
        <w:t>vt 0.500000 0.364746</w:t>
        <w:br/>
        <w:t>vt 0.500000 0.353027</w:t>
        <w:br/>
        <w:t>vt 0.508789 0.353027</w:t>
        <w:br/>
        <w:t>vt 0.498291 0.354004</w:t>
        <w:br/>
        <w:t>vt 0.500000 0.353027</w:t>
        <w:br/>
        <w:t>vt 0.490234 0.354004</w:t>
        <w:br/>
        <w:t>vt 0.498291 0.354004</w:t>
        <w:br/>
        <w:t>vt 0.508789 0.342773</w:t>
        <w:br/>
        <w:t>vt 0.508789 0.342773</w:t>
        <w:br/>
        <w:t>vt 0.498291 0.341797</w:t>
        <w:br/>
        <w:t>vt 0.498291 0.341797</w:t>
        <w:br/>
        <w:t>vt 0.500000 0.342285</w:t>
        <w:br/>
        <w:t>vt 0.500000 0.342285</w:t>
        <w:br/>
        <w:t>vt 0.508789 0.340820</w:t>
        <w:br/>
        <w:t>vt 0.508789 0.340820</w:t>
        <w:br/>
        <w:t>vt 0.500000 0.340820</w:t>
        <w:br/>
        <w:t>vt 0.500000 0.340820</w:t>
        <w:br/>
        <w:t>vt 0.500000 0.337891</w:t>
        <w:br/>
        <w:t>vt 0.508789 0.340820</w:t>
        <w:br/>
        <w:t>vt 0.500000 0.340820</w:t>
        <w:br/>
        <w:t>vt 0.500000 0.337891</w:t>
        <w:br/>
        <w:t>vt 0.508789 0.337891</w:t>
        <w:br/>
        <w:t>vt 0.508789 0.337891</w:t>
        <w:br/>
        <w:t>vt 0.498291 0.340820</w:t>
        <w:br/>
        <w:t>vt 0.511230 0.342285</w:t>
        <w:br/>
        <w:t>vt 0.490234 0.340820</w:t>
        <w:br/>
        <w:t>vt 0.498291 0.340820</w:t>
        <w:br/>
        <w:t>vt 0.498291 0.341797</w:t>
        <w:br/>
        <w:t>vt 0.513184 0.342285</w:t>
        <w:br/>
        <w:t>vt 0.510742 0.343262</w:t>
        <w:br/>
        <w:t>vt 0.511230 0.342285</w:t>
        <w:br/>
        <w:t>vt 0.515625 0.344238</w:t>
        <w:br/>
        <w:t>vt 0.515625 0.340820</w:t>
        <w:br/>
        <w:t>vt 0.513184 0.340820</w:t>
        <w:br/>
        <w:t>vt 0.490234 0.341309</w:t>
        <w:br/>
        <w:t>vt 0.490234 0.341309</w:t>
        <w:br/>
        <w:t>vt 0.487793 0.340820</w:t>
        <w:br/>
        <w:t>vt 0.487793 0.354004</w:t>
        <w:br/>
        <w:t>vt 0.487793 0.354004</w:t>
        <w:br/>
        <w:t>vt 0.487793 0.341309</w:t>
        <w:br/>
        <w:t>vt 0.487793 0.341309</w:t>
        <w:br/>
        <w:t>vt 0.487793 0.341309</w:t>
        <w:br/>
        <w:t>vt 0.485596 0.336914</w:t>
        <w:br/>
        <w:t>vt 0.487793 0.340820</w:t>
        <w:br/>
        <w:t>vt 0.485596 0.352051</w:t>
        <w:br/>
        <w:t>vt 0.485596 0.352051</w:t>
        <w:br/>
        <w:t>vt 0.485596 0.339355</w:t>
        <w:br/>
        <w:t>vt 0.476074 0.336914</w:t>
        <w:br/>
        <w:t>vt 0.485596 0.336914</w:t>
        <w:br/>
        <w:t>vt 0.485596 0.339355</w:t>
        <w:br/>
        <w:t>vt 0.485596 0.341797</w:t>
        <w:br/>
        <w:t>vt 0.485596 0.341797</w:t>
        <w:br/>
        <w:t>vt 0.476074 0.338867</w:t>
        <w:br/>
        <w:t>vt 0.476074 0.338867</w:t>
        <w:br/>
        <w:t>vt 0.485596 0.339355</w:t>
        <w:br/>
        <w:t>vt 0.476074 0.338867</w:t>
        <w:br/>
        <w:t>vt 0.476074 0.341309</w:t>
        <w:br/>
        <w:t>vt 0.476074 0.341309</w:t>
        <w:br/>
        <w:t>vt 0.433105 0.367188</w:t>
        <w:br/>
        <w:t>vt 0.434570 0.364258</w:t>
        <w:br/>
        <w:t>vt 0.434570 0.367188</w:t>
        <w:br/>
        <w:t>vt 0.433105 0.363281</w:t>
        <w:br/>
        <w:t>vt 0.434570 0.359375</w:t>
        <w:br/>
        <w:t>vt 0.433105 0.363281</w:t>
        <w:br/>
        <w:t>vt 0.433105 0.367188</w:t>
        <w:br/>
        <w:t>vt 0.431885 0.367188</w:t>
        <w:br/>
        <w:t>vt 0.433105 0.359375</w:t>
        <w:br/>
        <w:t>vt 0.434570 0.354492</w:t>
        <w:br/>
        <w:t>vt 0.431885 0.363281</w:t>
        <w:br/>
        <w:t>vt 0.433105 0.359375</w:t>
        <w:br/>
        <w:t>vt 0.433105 0.354492</w:t>
        <w:br/>
        <w:t>vt 0.434570 0.349609</w:t>
        <w:br/>
        <w:t>vt 0.431885 0.359375</w:t>
        <w:br/>
        <w:t>vt 0.433105 0.354492</w:t>
        <w:br/>
        <w:t>vt 0.431885 0.367188</w:t>
        <w:br/>
        <w:t>vt 0.430664 0.363770</w:t>
        <w:br/>
        <w:t>vt 0.431885 0.363281</w:t>
        <w:br/>
        <w:t>vt 0.430664 0.367188</w:t>
        <w:br/>
        <w:t>vt 0.429443 0.363770</w:t>
        <w:br/>
        <w:t>vt 0.430664 0.367188</w:t>
        <w:br/>
        <w:t>vt 0.429443 0.367188</w:t>
        <w:br/>
        <w:t>vt 0.430664 0.363770</w:t>
        <w:br/>
        <w:t>vt 0.429443 0.359375</w:t>
        <w:br/>
        <w:t>vt 0.430664 0.359375</w:t>
        <w:br/>
        <w:t>vt 0.430664 0.359375</w:t>
        <w:br/>
        <w:t>vt 0.431885 0.359375</w:t>
        <w:br/>
        <w:t>vt 0.429443 0.354492</w:t>
        <w:br/>
        <w:t>vt 0.430664 0.354492</w:t>
        <w:br/>
        <w:t>vt 0.430664 0.354492</w:t>
        <w:br/>
        <w:t>vt 0.429443 0.349609</w:t>
        <w:br/>
        <w:t>vt 0.431885 0.354492</w:t>
        <w:br/>
        <w:t>vt 0.431885 0.354492</w:t>
        <w:br/>
        <w:t>vt 0.430664 0.350098</w:t>
        <w:br/>
        <w:t>vt 0.430664 0.350098</w:t>
        <w:br/>
        <w:t>vt 0.433105 0.349609</w:t>
        <w:br/>
        <w:t>vt 0.433105 0.349609</w:t>
        <w:br/>
        <w:t>vt 0.431885 0.350098</w:t>
        <w:br/>
        <w:t>vt 0.431885 0.350098</w:t>
        <w:br/>
        <w:t>vt 0.430420 0.347168</w:t>
        <w:br/>
        <w:t>vt 0.429443 0.347168</w:t>
        <w:br/>
        <w:t>vt 0.431885 0.347168</w:t>
        <w:br/>
        <w:t>vt 0.431885 0.347168</w:t>
        <w:br/>
        <w:t>vt 0.430420 0.347168</w:t>
        <w:br/>
        <w:t>vt 0.432861 0.347168</w:t>
        <w:br/>
        <w:t>vt 0.432861 0.347168</w:t>
        <w:br/>
        <w:t>vt 0.434570 0.347168</w:t>
        <w:br/>
        <w:t>vt 0.431885 0.344727</w:t>
        <w:br/>
        <w:t>vt 0.431885 0.347168</w:t>
        <w:br/>
        <w:t>vt 0.430420 0.347168</w:t>
        <w:br/>
        <w:t>vt 0.431885 0.344727</w:t>
        <w:br/>
        <w:t>vt 0.433105 0.344238</w:t>
        <w:br/>
        <w:t>vt 0.434570 0.347168</w:t>
        <w:br/>
        <w:t>vt 0.432861 0.347168</w:t>
        <w:br/>
        <w:t>vt 0.433105 0.344238</w:t>
        <w:br/>
        <w:t>vt 0.434570 0.344238</w:t>
        <w:br/>
        <w:t>vt 0.433105 0.340820</w:t>
        <w:br/>
        <w:t>vt 0.433105 0.340820</w:t>
        <w:br/>
        <w:t>vt 0.434570 0.340332</w:t>
        <w:br/>
        <w:t>vt 0.430664 0.344238</w:t>
        <w:br/>
        <w:t>vt 0.430664 0.344238</w:t>
        <w:br/>
        <w:t>vt 0.429443 0.344238</w:t>
        <w:br/>
        <w:t>vt 0.429443 0.340332</w:t>
        <w:br/>
        <w:t>vt 0.431885 0.340820</w:t>
        <w:br/>
        <w:t>vt 0.431885 0.340820</w:t>
        <w:br/>
        <w:t>vt 0.433105 0.336914</w:t>
        <w:br/>
        <w:t>vt 0.433105 0.336914</w:t>
        <w:br/>
        <w:t>vt 0.434570 0.336426</w:t>
        <w:br/>
        <w:t>vt 0.430664 0.340820</w:t>
        <w:br/>
        <w:t>vt 0.430664 0.340820</w:t>
        <w:br/>
        <w:t>vt 0.429443 0.336914</w:t>
        <w:br/>
        <w:t>vt 0.431885 0.336914</w:t>
        <w:br/>
        <w:t>vt 0.431885 0.336914</w:t>
        <w:br/>
        <w:t>vt 0.430664 0.336426</w:t>
        <w:br/>
        <w:t>vt 0.430664 0.336426</w:t>
        <w:br/>
        <w:t>vt 0.430664 0.332031</w:t>
        <w:br/>
        <w:t>vt 0.429443 0.332031</w:t>
        <w:br/>
        <w:t>vt 0.431885 0.332031</w:t>
        <w:br/>
        <w:t>vt 0.430664 0.332031</w:t>
        <w:br/>
        <w:t>vt 0.431885 0.332031</w:t>
        <w:br/>
        <w:t>vt 0.430664 0.328125</w:t>
        <w:br/>
        <w:t>vt 0.430664 0.328125</w:t>
        <w:br/>
        <w:t>vt 0.429443 0.328125</w:t>
        <w:br/>
        <w:t>vt 0.433105 0.332031</w:t>
        <w:br/>
        <w:t>vt 0.433105 0.332031</w:t>
        <w:br/>
        <w:t>vt 0.434570 0.332031</w:t>
        <w:br/>
        <w:t>vt 0.431885 0.327637</w:t>
        <w:br/>
        <w:t>vt 0.431885 0.327637</w:t>
        <w:br/>
        <w:t>vt 0.430664 0.324707</w:t>
        <w:br/>
        <w:t>vt 0.430664 0.324707</w:t>
        <w:br/>
        <w:t>vt 0.429443 0.324707</w:t>
        <w:br/>
        <w:t>vt 0.429443 0.321289</w:t>
        <w:br/>
        <w:t>vt 0.433105 0.328125</w:t>
        <w:br/>
        <w:t>vt 0.433105 0.328125</w:t>
        <w:br/>
        <w:t>vt 0.434570 0.328125</w:t>
        <w:br/>
        <w:t>vt 0.434570 0.324707</w:t>
        <w:br/>
        <w:t>vt 0.433350 0.324707</w:t>
        <w:br/>
        <w:t>vt 0.433105 0.321289</w:t>
        <w:br/>
        <w:t>vt 0.431885 0.324219</w:t>
        <w:br/>
        <w:t>vt 0.433350 0.324707</w:t>
        <w:br/>
        <w:t>vt 0.431885 0.324219</w:t>
        <w:br/>
        <w:t>vt 0.433105 0.321289</w:t>
        <w:br/>
        <w:t>vt 0.430664 0.321289</w:t>
        <w:br/>
        <w:t>vt 0.430664 0.321289</w:t>
        <w:br/>
        <w:t>vt 0.431885 0.321289</w:t>
        <w:br/>
        <w:t>vt 0.431885 0.321289</w:t>
        <w:br/>
        <w:t>vt 0.430664 0.317383</w:t>
        <w:br/>
        <w:t>vt 0.430664 0.317383</w:t>
        <w:br/>
        <w:t>vt 0.429443 0.316895</w:t>
        <w:br/>
        <w:t>vt 0.429443 0.312012</w:t>
        <w:br/>
        <w:t>vt 0.434570 0.316895</w:t>
        <w:br/>
        <w:t>vt 0.434570 0.320801</w:t>
        <w:br/>
        <w:t>vt 0.430664 0.312012</w:t>
        <w:br/>
        <w:t>vt 0.429443 0.307617</w:t>
        <w:br/>
        <w:t>vt 0.431885 0.317383</w:t>
        <w:br/>
        <w:t>vt 0.431885 0.317383</w:t>
        <w:br/>
        <w:t>vt 0.430664 0.312012</w:t>
        <w:br/>
        <w:t>vt 0.433105 0.316895</w:t>
        <w:br/>
        <w:t>vt 0.433105 0.316895</w:t>
        <w:br/>
        <w:t>vt 0.434570 0.312012</w:t>
        <w:br/>
        <w:t>vt 0.433105 0.312500</w:t>
        <w:br/>
        <w:t>vt 0.433105 0.312500</w:t>
        <w:br/>
        <w:t>vt 0.434570 0.307617</w:t>
        <w:br/>
        <w:t>vt 0.431885 0.312012</w:t>
        <w:br/>
        <w:t>vt 0.431885 0.312012</w:t>
        <w:br/>
        <w:t>vt 0.433105 0.308105</w:t>
        <w:br/>
        <w:t>vt 0.433105 0.308105</w:t>
        <w:br/>
        <w:t>vt 0.433350 0.304199</w:t>
        <w:br/>
        <w:t>vt 0.434570 0.303711</w:t>
        <w:br/>
        <w:t>vt 0.431885 0.307617</w:t>
        <w:br/>
        <w:t>vt 0.433350 0.300293</w:t>
        <w:br/>
        <w:t>vt 0.434570 0.300293</w:t>
        <w:br/>
        <w:t>vt 0.434570 0.296875</w:t>
        <w:br/>
        <w:t>vt 0.431885 0.303711</w:t>
        <w:br/>
        <w:t>vt 0.433350 0.304199</w:t>
        <w:br/>
        <w:t>vt 0.433350 0.300293</w:t>
        <w:br/>
        <w:t>vt 0.433350 0.296875</w:t>
        <w:br/>
        <w:t>vt 0.434570 0.293457</w:t>
        <w:br/>
        <w:t>vt 0.431885 0.300293</w:t>
        <w:br/>
        <w:t>vt 0.433350 0.296875</w:t>
        <w:br/>
        <w:t>vt 0.431885 0.303711</w:t>
        <w:br/>
        <w:t>vt 0.431885 0.307617</w:t>
        <w:br/>
        <w:t>vt 0.430664 0.307129</w:t>
        <w:br/>
        <w:t>vt 0.430664 0.307129</w:t>
        <w:br/>
        <w:t>vt 0.430664 0.303711</w:t>
        <w:br/>
        <w:t>vt 0.430664 0.303711</w:t>
        <w:br/>
        <w:t>vt 0.431885 0.300293</w:t>
        <w:br/>
        <w:t>vt 0.429443 0.303711</w:t>
        <w:br/>
        <w:t>vt 0.429443 0.300293</w:t>
        <w:br/>
        <w:t>vt 0.430664 0.300293</w:t>
        <w:br/>
        <w:t>vt 0.430664 0.300293</w:t>
        <w:br/>
        <w:t>vt 0.429443 0.296875</w:t>
        <w:br/>
        <w:t>vt 0.431885 0.296875</w:t>
        <w:br/>
        <w:t>vt 0.431885 0.296875</w:t>
        <w:br/>
        <w:t>vt 0.430664 0.296875</w:t>
        <w:br/>
        <w:t>vt 0.430664 0.296875</w:t>
        <w:br/>
        <w:t>vt 0.430664 0.293945</w:t>
        <w:br/>
        <w:t>vt 0.430664 0.293945</w:t>
        <w:br/>
        <w:t>vt 0.431885 0.293945</w:t>
        <w:br/>
        <w:t>vt 0.431885 0.293945</w:t>
        <w:br/>
        <w:t>vt 0.433105 0.293457</w:t>
        <w:br/>
        <w:t>vt 0.433105 0.293457</w:t>
        <w:br/>
        <w:t>vt 0.431885 0.290039</w:t>
        <w:br/>
        <w:t>vt 0.431885 0.290039</w:t>
        <w:br/>
        <w:t>vt 0.433105 0.290039</w:t>
        <w:br/>
        <w:t>vt 0.433105 0.290039</w:t>
        <w:br/>
        <w:t>vt 0.434570 0.290039</w:t>
        <w:br/>
        <w:t>vt 0.434570 0.286621</w:t>
        <w:br/>
        <w:t>vt 0.429443 0.293457</w:t>
        <w:br/>
        <w:t>vt 0.433105 0.286133</w:t>
        <w:br/>
        <w:t>vt 0.430664 0.290039</w:t>
        <w:br/>
        <w:t>vt 0.430664 0.290039</w:t>
        <w:br/>
        <w:t>vt 0.429443 0.290039</w:t>
        <w:br/>
        <w:t>vt 0.434570 0.282715</w:t>
        <w:br/>
        <w:t>vt 0.430664 0.286621</w:t>
        <w:br/>
        <w:t>vt 0.430664 0.286621</w:t>
        <w:br/>
        <w:t>vt 0.429443 0.286621</w:t>
        <w:br/>
        <w:t>vt 0.431885 0.286133</w:t>
        <w:br/>
        <w:t>vt 0.431885 0.286133</w:t>
        <w:br/>
        <w:t>vt 0.433105 0.286133</w:t>
        <w:br/>
        <w:t>vt 0.430664 0.282715</w:t>
        <w:br/>
        <w:t>vt 0.429443 0.282715</w:t>
        <w:br/>
        <w:t>vt 0.431885 0.282715</w:t>
        <w:br/>
        <w:t>vt 0.430664 0.282715</w:t>
        <w:br/>
        <w:t>vt 0.431885 0.282715</w:t>
        <w:br/>
        <w:t>vt 0.430664 0.279297</w:t>
        <w:br/>
        <w:t>vt 0.430664 0.279297</w:t>
        <w:br/>
        <w:t>vt 0.429443 0.279297</w:t>
        <w:br/>
        <w:t>vt 0.431885 0.279297</w:t>
        <w:br/>
        <w:t>vt 0.433105 0.282715</w:t>
        <w:br/>
        <w:t>vt 0.431885 0.279297</w:t>
        <w:br/>
        <w:t>vt 0.433105 0.282715</w:t>
        <w:br/>
        <w:t>vt 0.433105 0.279297</w:t>
        <w:br/>
        <w:t>vt 0.434570 0.279297</w:t>
        <w:br/>
        <w:t>vt 0.433105 0.279297</w:t>
        <w:br/>
        <w:t>vt 0.381592 0.450195</w:t>
        <w:br/>
        <w:t>vt 0.380127 0.452148</w:t>
        <w:br/>
        <w:t>vt 0.380127 0.450195</w:t>
        <w:br/>
        <w:t>vt 0.381592 0.452148</w:t>
        <w:br/>
        <w:t>vt 0.380127 0.457520</w:t>
        <w:br/>
        <w:t>vt 0.381592 0.452148</w:t>
        <w:br/>
        <w:t>vt 0.381592 0.450195</w:t>
        <w:br/>
        <w:t>vt 0.383057 0.450195</w:t>
        <w:br/>
        <w:t>vt 0.383057 0.452148</w:t>
        <w:br/>
        <w:t>vt 0.384521 0.450195</w:t>
        <w:br/>
        <w:t>vt 0.383057 0.452148</w:t>
        <w:br/>
        <w:t>vt 0.383057 0.450195</w:t>
        <w:br/>
        <w:t>vt 0.386230 0.452148</w:t>
        <w:br/>
        <w:t>vt 0.384521 0.450195</w:t>
        <w:br/>
        <w:t>vt 0.386230 0.450195</w:t>
        <w:br/>
        <w:t>vt 0.384521 0.452148</w:t>
        <w:br/>
        <w:t>vt 0.384521 0.452148</w:t>
        <w:br/>
        <w:t>vt 0.386230 0.457520</w:t>
        <w:br/>
        <w:t>vt 0.384521 0.457520</w:t>
        <w:br/>
        <w:t>vt 0.384521 0.457520</w:t>
        <w:br/>
        <w:t>vt 0.386230 0.461914</w:t>
        <w:br/>
        <w:t>vt 0.381592 0.457520</w:t>
        <w:br/>
        <w:t>vt 0.381592 0.457520</w:t>
        <w:br/>
        <w:t>vt 0.380127 0.461914</w:t>
        <w:br/>
        <w:t>vt 0.383057 0.457520</w:t>
        <w:br/>
        <w:t>vt 0.383057 0.457520</w:t>
        <w:br/>
        <w:t>vt 0.384521 0.461914</w:t>
        <w:br/>
        <w:t>vt 0.384521 0.461914</w:t>
        <w:br/>
        <w:t>vt 0.386230 0.465820</w:t>
        <w:br/>
        <w:t>vt 0.383057 0.461914</w:t>
        <w:br/>
        <w:t>vt 0.383057 0.461914</w:t>
        <w:br/>
        <w:t>vt 0.381592 0.461914</w:t>
        <w:br/>
        <w:t>vt 0.381592 0.461914</w:t>
        <w:br/>
        <w:t>vt 0.381592 0.465820</w:t>
        <w:br/>
        <w:t>vt 0.381592 0.465820</w:t>
        <w:br/>
        <w:t>vt 0.380127 0.465820</w:t>
        <w:br/>
        <w:t>vt 0.383057 0.465820</w:t>
        <w:br/>
        <w:t>vt 0.383057 0.465820</w:t>
        <w:br/>
        <w:t>vt 0.384521 0.465820</w:t>
        <w:br/>
        <w:t>vt 0.384521 0.465820</w:t>
        <w:br/>
        <w:t>vt 0.386230 0.472168</w:t>
        <w:br/>
        <w:t>vt 0.381592 0.472168</w:t>
        <w:br/>
        <w:t>vt 0.381592 0.472168</w:t>
        <w:br/>
        <w:t>vt 0.380127 0.472168</w:t>
        <w:br/>
        <w:t>vt 0.383057 0.472168</w:t>
        <w:br/>
        <w:t>vt 0.383057 0.472168</w:t>
        <w:br/>
        <w:t>vt 0.381592 0.475098</w:t>
        <w:br/>
        <w:t>vt 0.380127 0.475098</w:t>
        <w:br/>
        <w:t>vt 0.381592 0.475098</w:t>
        <w:br/>
        <w:t>vt 0.383057 0.475098</w:t>
        <w:br/>
        <w:t>vt 0.384521 0.472168</w:t>
        <w:br/>
        <w:t>vt 0.383057 0.475098</w:t>
        <w:br/>
        <w:t>vt 0.384521 0.472168</w:t>
        <w:br/>
        <w:t>vt 0.384521 0.475098</w:t>
        <w:br/>
        <w:t>vt 0.386230 0.475098</w:t>
        <w:br/>
        <w:t>vt 0.384521 0.475098</w:t>
        <w:br/>
        <w:t>vt 0.381592 0.450195</w:t>
        <w:br/>
        <w:t>vt 0.380127 0.450195</w:t>
        <w:br/>
        <w:t>vt 0.380127 0.452148</w:t>
        <w:br/>
        <w:t>vt 0.381592 0.452148</w:t>
        <w:br/>
        <w:t>vt 0.381592 0.452148</w:t>
        <w:br/>
        <w:t>vt 0.383057 0.450195</w:t>
        <w:br/>
        <w:t>vt 0.381592 0.450195</w:t>
        <w:br/>
        <w:t>vt 0.380127 0.457520</w:t>
        <w:br/>
        <w:t>vt 0.383057 0.452148</w:t>
        <w:br/>
        <w:t>vt 0.383057 0.450195</w:t>
        <w:br/>
        <w:t>vt 0.383057 0.452148</w:t>
        <w:br/>
        <w:t>vt 0.384521 0.450195</w:t>
        <w:br/>
        <w:t>vt 0.381592 0.457520</w:t>
        <w:br/>
        <w:t>vt 0.381592 0.457520</w:t>
        <w:br/>
        <w:t>vt 0.380127 0.461914</w:t>
        <w:br/>
        <w:t>vt 0.384521 0.450195</w:t>
        <w:br/>
        <w:t>vt 0.386230 0.452148</w:t>
        <w:br/>
        <w:t>vt 0.386230 0.450195</w:t>
        <w:br/>
        <w:t>vt 0.381592 0.461914</w:t>
        <w:br/>
        <w:t>vt 0.384521 0.452148</w:t>
        <w:br/>
        <w:t>vt 0.384521 0.452148</w:t>
        <w:br/>
        <w:t>vt 0.386230 0.457520</w:t>
        <w:br/>
        <w:t>vt 0.381592 0.465820</w:t>
        <w:br/>
        <w:t>vt 0.384521 0.457520</w:t>
        <w:br/>
        <w:t>vt 0.384521 0.457520</w:t>
        <w:br/>
        <w:t>vt 0.386230 0.461914</w:t>
        <w:br/>
        <w:t>vt 0.383057 0.457520</w:t>
        <w:br/>
        <w:t>vt 0.383057 0.457520</w:t>
        <w:br/>
        <w:t>vt 0.384521 0.461914</w:t>
        <w:br/>
        <w:t>vt 0.384521 0.461914</w:t>
        <w:br/>
        <w:t>vt 0.386230 0.465820</w:t>
        <w:br/>
        <w:t>vt 0.383057 0.461914</w:t>
        <w:br/>
        <w:t>vt 0.383057 0.461914</w:t>
        <w:br/>
        <w:t>vt 0.381592 0.461914</w:t>
        <w:br/>
        <w:t>vt 0.381592 0.465820</w:t>
        <w:br/>
        <w:t>vt 0.383057 0.465820</w:t>
        <w:br/>
        <w:t>vt 0.383057 0.465820</w:t>
        <w:br/>
        <w:t>vt 0.380127 0.465820</w:t>
        <w:br/>
        <w:t>vt 0.381592 0.472168</w:t>
        <w:br/>
        <w:t>vt 0.381592 0.472168</w:t>
        <w:br/>
        <w:t>vt 0.380127 0.472168</w:t>
        <w:br/>
        <w:t>vt 0.384521 0.465820</w:t>
        <w:br/>
        <w:t>vt 0.384521 0.465820</w:t>
        <w:br/>
        <w:t>vt 0.386230 0.472168</w:t>
        <w:br/>
        <w:t>vt 0.381592 0.475098</w:t>
        <w:br/>
        <w:t>vt 0.380127 0.475098</w:t>
        <w:br/>
        <w:t>vt 0.383057 0.472168</w:t>
        <w:br/>
        <w:t>vt 0.381592 0.475098</w:t>
        <w:br/>
        <w:t>vt 0.383057 0.472168</w:t>
        <w:br/>
        <w:t>vt 0.383057 0.475098</w:t>
        <w:br/>
        <w:t>vt 0.384521 0.472168</w:t>
        <w:br/>
        <w:t>vt 0.383057 0.475098</w:t>
        <w:br/>
        <w:t>vt 0.384521 0.472168</w:t>
        <w:br/>
        <w:t>vt 0.384521 0.475098</w:t>
        <w:br/>
        <w:t>vt 0.386230 0.475098</w:t>
        <w:br/>
        <w:t>vt 0.384521 0.475098</w:t>
        <w:br/>
        <w:t>vt 0.381592 0.274902</w:t>
        <w:br/>
        <w:t>vt 0.381592 0.278809</w:t>
        <w:br/>
        <w:t>vt 0.379883 0.274902</w:t>
        <w:br/>
        <w:t>vt 0.379883 0.278809</w:t>
        <w:br/>
        <w:t>vt 0.378418 0.274902</w:t>
        <w:br/>
        <w:t>vt 0.379883 0.274902</w:t>
        <w:br/>
        <w:t>vt 0.379883 0.278809</w:t>
        <w:br/>
        <w:t>vt 0.378418 0.278809</w:t>
        <w:br/>
        <w:t>vt 0.378418 0.278809</w:t>
        <w:br/>
        <w:t>vt 0.376953 0.274902</w:t>
        <w:br/>
        <w:t>vt 0.378418 0.274902</w:t>
        <w:br/>
        <w:t>vt 0.379883 0.282227</w:t>
        <w:br/>
        <w:t>vt 0.381592 0.282227</w:t>
        <w:br/>
        <w:t>vt 0.378418 0.282227</w:t>
        <w:br/>
        <w:t>vt 0.379883 0.282227</w:t>
        <w:br/>
        <w:t>vt 0.376953 0.278809</w:t>
        <w:br/>
        <w:t>vt 0.378418 0.282227</w:t>
        <w:br/>
        <w:t>vt 0.376953 0.278809</w:t>
        <w:br/>
        <w:t>vt 0.375244 0.274902</w:t>
        <w:br/>
        <w:t>vt 0.376953 0.274902</w:t>
        <w:br/>
        <w:t>vt 0.375244 0.278809</w:t>
        <w:br/>
        <w:t>vt 0.376953 0.282227</w:t>
        <w:br/>
        <w:t>vt 0.376953 0.282227</w:t>
        <w:br/>
        <w:t>vt 0.375244 0.282227</w:t>
        <w:br/>
        <w:t>vt 0.378418 0.289551</w:t>
        <w:br/>
        <w:t>vt 0.378418 0.289551</w:t>
        <w:br/>
        <w:t>vt 0.376953 0.289551</w:t>
        <w:br/>
        <w:t>vt 0.376953 0.289551</w:t>
        <w:br/>
        <w:t>vt 0.375244 0.289551</w:t>
        <w:br/>
        <w:t>vt 0.375244 0.295898</w:t>
        <w:br/>
        <w:t>vt 0.379883 0.289551</w:t>
        <w:br/>
        <w:t>vt 0.379883 0.289551</w:t>
        <w:br/>
        <w:t>vt 0.381592 0.289551</w:t>
        <w:br/>
        <w:t>vt 0.379883 0.295898</w:t>
        <w:br/>
        <w:t>vt 0.379883 0.295898</w:t>
        <w:br/>
        <w:t>vt 0.381592 0.295898</w:t>
        <w:br/>
        <w:t>vt 0.381592 0.300293</w:t>
        <w:br/>
        <w:t>vt 0.378418 0.295898</w:t>
        <w:br/>
        <w:t>vt 0.378418 0.295898</w:t>
        <w:br/>
        <w:t>vt 0.376953 0.295898</w:t>
        <w:br/>
        <w:t>vt 0.376953 0.295898</w:t>
        <w:br/>
        <w:t>vt 0.376953 0.300293</w:t>
        <w:br/>
        <w:t>vt 0.376953 0.300293</w:t>
        <w:br/>
        <w:t>vt 0.375244 0.300293</w:t>
        <w:br/>
        <w:t>vt 0.378418 0.300293</w:t>
        <w:br/>
        <w:t>vt 0.378418 0.300293</w:t>
        <w:br/>
        <w:t>vt 0.376953 0.302246</w:t>
        <w:br/>
        <w:t>vt 0.375244 0.302246</w:t>
        <w:br/>
        <w:t>vt 0.376953 0.302246</w:t>
        <w:br/>
        <w:t>vt 0.378418 0.302246</w:t>
        <w:br/>
        <w:t>vt 0.379883 0.300293</w:t>
        <w:br/>
        <w:t>vt 0.378418 0.302246</w:t>
        <w:br/>
        <w:t>vt 0.379883 0.300293</w:t>
        <w:br/>
        <w:t>vt 0.379883 0.302246</w:t>
        <w:br/>
        <w:t>vt 0.381592 0.302246</w:t>
        <w:br/>
        <w:t>vt 0.379883 0.302246</w:t>
        <w:br/>
        <w:t>vt 0.153931 0.896667</w:t>
        <w:br/>
        <w:t>vt 0.150513 0.885193</w:t>
        <w:br/>
        <w:t>vt 0.153687 0.885193</w:t>
        <w:br/>
        <w:t>vt 0.156494 0.885193</w:t>
        <w:br/>
        <w:t>vt 0.156494 0.896667</w:t>
        <w:br/>
        <w:t>vt 0.153931 0.896667</w:t>
        <w:br/>
        <w:t>vt 0.153687 0.885193</w:t>
        <w:br/>
        <w:t>vt 0.150269 0.896667</w:t>
        <w:br/>
        <w:t>vt 0.150269 0.896667</w:t>
        <w:br/>
        <w:t>vt 0.147705 0.885193</w:t>
        <w:br/>
        <w:t>vt 0.150513 0.885193</w:t>
        <w:br/>
        <w:t>vt 0.147705 0.896667</w:t>
        <w:br/>
        <w:t>vt 0.592285 0.325684</w:t>
        <w:br/>
        <w:t>vt 0.594238 0.322754</w:t>
        <w:br/>
        <w:t>vt 0.595215 0.325684</w:t>
        <w:br/>
        <w:t>vt 0.590820 0.331055</w:t>
        <w:br/>
        <w:t>vt 0.592285 0.325684</w:t>
        <w:br/>
        <w:t>vt 0.591797 0.331055</w:t>
        <w:br/>
        <w:t>vt 0.591797 0.325195</w:t>
        <w:br/>
        <w:t>vt 0.591797 0.325195</w:t>
        <w:br/>
        <w:t>vt 0.582520 0.328125</w:t>
        <w:br/>
        <w:t>vt 0.590820 0.331055</w:t>
        <w:br/>
        <w:t>vt 0.583008 0.331055</w:t>
        <w:br/>
        <w:t>vt 0.566895 0.322754</w:t>
        <w:br/>
        <w:t>vt 0.566895 0.324219</w:t>
        <w:br/>
        <w:t>vt 0.566895 0.324219</w:t>
        <w:br/>
        <w:t>vt 0.570312 0.328125</w:t>
        <w:br/>
        <w:t>vt 0.566895 0.330566</w:t>
        <w:br/>
        <w:t>vt 0.570801 0.330566</w:t>
        <w:br/>
        <w:t>vt 0.557129 0.328613</w:t>
        <w:br/>
        <w:t>vt 0.556641 0.330566</w:t>
        <w:br/>
        <w:t>vt 0.541992 0.323242</w:t>
        <w:br/>
        <w:t>vt 0.538086 0.321777</w:t>
        <w:br/>
        <w:t>vt 0.544922 0.328613</w:t>
        <w:br/>
        <w:t>vt 0.537109 0.323730</w:t>
        <w:br/>
        <w:t>vt 0.541504 0.324219</w:t>
        <w:br/>
        <w:t>vt 0.543457 0.330566</w:t>
        <w:br/>
        <w:t>vt 0.541992 0.323242</w:t>
        <w:br/>
        <w:t>vt 0.543457 0.330566</w:t>
        <w:br/>
        <w:t>vt 0.541504 0.324219</w:t>
        <w:br/>
        <w:t>vt 0.544922 0.330566</w:t>
        <w:br/>
        <w:t>vt 0.541504 0.330566</w:t>
        <w:br/>
        <w:t>vt 0.470459 0.321777</w:t>
        <w:br/>
        <w:t>vt 0.471924 0.325195</w:t>
        <w:br/>
        <w:t>vt 0.467773 0.324219</w:t>
        <w:br/>
        <w:t>vt 0.471924 0.330078</w:t>
        <w:br/>
        <w:t>vt 0.471924 0.325195</w:t>
        <w:br/>
        <w:t>vt 0.472900 0.330078</w:t>
        <w:br/>
        <w:t>vt 0.472656 0.324219</w:t>
        <w:br/>
        <w:t>vt 0.472656 0.324219</w:t>
        <w:br/>
        <w:t>vt 0.480469 0.330078</w:t>
        <w:br/>
        <w:t>vt 0.472900 0.330078</w:t>
        <w:br/>
        <w:t>vt 0.480957 0.328125</w:t>
        <w:br/>
        <w:t>vt 0.480957 0.324219</w:t>
        <w:br/>
        <w:t>vt 0.493408 0.327637</w:t>
        <w:br/>
        <w:t>vt 0.480957 0.322266</w:t>
        <w:br/>
        <w:t>vt 0.480957 0.324219</w:t>
        <w:br/>
        <w:t>vt 0.496582 0.330566</w:t>
        <w:br/>
        <w:t>vt 0.493164 0.330566</w:t>
        <w:br/>
        <w:t>vt 0.493408 0.324219</w:t>
        <w:br/>
        <w:t>vt 0.493408 0.324219</w:t>
        <w:br/>
        <w:t>vt 0.505371 0.328125</w:t>
        <w:br/>
        <w:t>vt 0.505859 0.330078</w:t>
        <w:br/>
        <w:t>vt 0.470459 0.321777</w:t>
        <w:br/>
        <w:t>vt 0.480957 0.305664</w:t>
        <w:br/>
        <w:t>vt 0.480957 0.322266</w:t>
        <w:br/>
        <w:t>vt 0.505371 0.323730</w:t>
        <w:br/>
        <w:t>vt 0.493408 0.321777</w:t>
        <w:br/>
        <w:t>vt 0.505371 0.323730</w:t>
        <w:br/>
        <w:t>vt 0.493408 0.305664</w:t>
        <w:br/>
        <w:t>vt 0.493408 0.321777</w:t>
        <w:br/>
        <w:t>vt 0.505371 0.321289</w:t>
        <w:br/>
        <w:t>vt 0.515137 0.323730</w:t>
        <w:br/>
        <w:t>vt 0.515137 0.323730</w:t>
        <w:br/>
        <w:t>vt 0.517578 0.327637</w:t>
        <w:br/>
        <w:t>vt 0.523926 0.330566</w:t>
        <w:br/>
        <w:t>vt 0.518066 0.329590</w:t>
        <w:br/>
        <w:t>vt 0.523926 0.324707</w:t>
        <w:br/>
        <w:t>vt 0.523926 0.322754</w:t>
        <w:br/>
        <w:t>vt 0.523926 0.320801</w:t>
        <w:br/>
        <w:t>vt 0.515137 0.321289</w:t>
        <w:br/>
        <w:t>vt 0.505371 0.305664</w:t>
        <w:br/>
        <w:t>vt 0.505371 0.321289</w:t>
        <w:br/>
        <w:t>vt 0.515137 0.305664</w:t>
        <w:br/>
        <w:t>vt 0.515137 0.321289</w:t>
        <w:br/>
        <w:t>vt 0.523926 0.305664</w:t>
        <w:br/>
        <w:t>vt 0.523926 0.320801</w:t>
        <w:br/>
        <w:t>vt 0.523926 0.320801</w:t>
        <w:br/>
        <w:t>vt 0.523926 0.305664</w:t>
        <w:br/>
        <w:t>vt 0.527832 0.320312</w:t>
        <w:br/>
        <w:t>vt 0.527832 0.305176</w:t>
        <w:br/>
        <w:t>vt 0.523926 0.291016</w:t>
        <w:br/>
        <w:t>vt 0.527832 0.290039</w:t>
        <w:br/>
        <w:t>vt 0.515137 0.291016</w:t>
        <w:br/>
        <w:t>vt 0.523926 0.291016</w:t>
        <w:br/>
        <w:t>vt 0.523926 0.277344</w:t>
        <w:br/>
        <w:t>vt 0.527832 0.276855</w:t>
        <w:br/>
        <w:t>vt 0.527832 0.265625</w:t>
        <w:br/>
        <w:t>vt 0.515137 0.277344</w:t>
        <w:br/>
        <w:t>vt 0.523926 0.277344</w:t>
        <w:br/>
        <w:t>vt 0.523926 0.265137</w:t>
        <w:br/>
        <w:t>vt 0.523926 0.265137</w:t>
        <w:br/>
        <w:t>vt 0.523926 0.252441</w:t>
        <w:br/>
        <w:t>vt 0.527832 0.251953</w:t>
        <w:br/>
        <w:t>vt 0.523926 0.240234</w:t>
        <w:br/>
        <w:t>vt 0.527832 0.239746</w:t>
        <w:br/>
        <w:t>vt 0.515137 0.265137</w:t>
        <w:br/>
        <w:t>vt 0.523926 0.252441</w:t>
        <w:br/>
        <w:t>vt 0.505371 0.277344</w:t>
        <w:br/>
        <w:t>vt 0.523926 0.240234</w:t>
        <w:br/>
        <w:t>vt 0.515137 0.251953</w:t>
        <w:br/>
        <w:t>vt 0.505371 0.291016</w:t>
        <w:br/>
        <w:t>vt 0.505371 0.265137</w:t>
        <w:br/>
        <w:t>vt 0.493408 0.277832</w:t>
        <w:br/>
        <w:t>vt 0.493408 0.291016</w:t>
        <w:br/>
        <w:t>vt 0.493408 0.265137</w:t>
        <w:br/>
        <w:t>vt 0.480957 0.291016</w:t>
        <w:br/>
        <w:t>vt 0.480957 0.277344</w:t>
        <w:br/>
        <w:t>vt 0.470459 0.291016</w:t>
        <w:br/>
        <w:t>vt 0.470459 0.277344</w:t>
        <w:br/>
        <w:t>vt 0.470459 0.305664</w:t>
        <w:br/>
        <w:t>vt 0.466309 0.321289</w:t>
        <w:br/>
        <w:t>vt 0.466309 0.305176</w:t>
        <w:br/>
        <w:t>vt 0.470459 0.291016</w:t>
        <w:br/>
        <w:t>vt 0.466309 0.290039</w:t>
        <w:br/>
        <w:t>vt 0.470459 0.277344</w:t>
        <w:br/>
        <w:t>vt 0.466309 0.276855</w:t>
        <w:br/>
        <w:t>vt 0.470459 0.264160</w:t>
        <w:br/>
        <w:t>vt 0.466309 0.263672</w:t>
        <w:br/>
        <w:t>vt 0.480957 0.264648</w:t>
        <w:br/>
        <w:t>vt 0.470459 0.264160</w:t>
        <w:br/>
        <w:t>vt 0.470459 0.250977</w:t>
        <w:br/>
        <w:t>vt 0.466309 0.249512</w:t>
        <w:br/>
        <w:t>vt 0.470459 0.237793</w:t>
        <w:br/>
        <w:t>vt 0.466309 0.238281</w:t>
        <w:br/>
        <w:t>vt 0.480957 0.251465</w:t>
        <w:br/>
        <w:t>vt 0.470459 0.250977</w:t>
        <w:br/>
        <w:t>vt 0.493408 0.251953</w:t>
        <w:br/>
        <w:t>vt 0.470459 0.237793</w:t>
        <w:br/>
        <w:t>vt 0.480957 0.238281</w:t>
        <w:br/>
        <w:t>vt 0.505371 0.251953</w:t>
        <w:br/>
        <w:t>vt 0.493408 0.239258</w:t>
        <w:br/>
        <w:t>vt 0.505371 0.239258</w:t>
        <w:br/>
        <w:t>vt 0.515137 0.240234</w:t>
        <w:br/>
        <w:t>vt 0.493408 0.239258</w:t>
        <w:br/>
        <w:t>vt 0.505371 0.237305</w:t>
        <w:br/>
        <w:t>vt 0.505371 0.239258</w:t>
        <w:br/>
        <w:t>vt 0.515137 0.238281</w:t>
        <w:br/>
        <w:t>vt 0.515137 0.240234</w:t>
        <w:br/>
        <w:t>vt 0.523926 0.240234</w:t>
        <w:br/>
        <w:t>vt 0.518555 0.238281</w:t>
        <w:br/>
        <w:t>vt 0.515137 0.232422</w:t>
        <w:br/>
        <w:t>vt 0.493408 0.237305</w:t>
        <w:br/>
        <w:t>vt 0.480957 0.238281</w:t>
        <w:br/>
        <w:t>vt 0.505371 0.231445</w:t>
        <w:br/>
        <w:t>vt 0.519531 0.229004</w:t>
        <w:br/>
        <w:t>vt 0.515625 0.229004</w:t>
        <w:br/>
        <w:t>vt 0.523926 0.238281</w:t>
        <w:br/>
        <w:t>vt 0.523926 0.228516</w:t>
        <w:br/>
        <w:t>vt 0.493408 0.228516</w:t>
        <w:br/>
        <w:t>vt 0.504883 0.228027</w:t>
        <w:br/>
        <w:t>vt 0.490723 0.231445</w:t>
        <w:br/>
        <w:t>vt 0.489990 0.229004</w:t>
        <w:br/>
        <w:t>vt 0.480957 0.236328</w:t>
        <w:br/>
        <w:t>vt 0.480957 0.229980</w:t>
        <w:br/>
        <w:t>vt 0.472168 0.235352</w:t>
        <w:br/>
        <w:t>vt 0.470459 0.237793</w:t>
        <w:br/>
        <w:t>vt 0.473145 0.227051</w:t>
        <w:br/>
        <w:t>vt 0.480957 0.227539</w:t>
        <w:br/>
        <w:t>vt 0.473145 0.227051</w:t>
        <w:br/>
        <w:t>vt 0.470947 0.234863</w:t>
        <w:br/>
        <w:t>vt 0.470947 0.227051</w:t>
        <w:br/>
        <w:t>vt 0.472168 0.235352</w:t>
        <w:br/>
        <w:t>vt 0.470947 0.234863</w:t>
        <w:br/>
        <w:t>vt 0.469238 0.235840</w:t>
        <w:br/>
        <w:t>vt 0.148804 0.751099</w:t>
        <w:br/>
        <w:t>vt 0.150269 0.755981</w:t>
        <w:br/>
        <w:t>vt 0.148804 0.755981</w:t>
        <w:br/>
        <w:t>vt 0.150269 0.751099</w:t>
        <w:br/>
        <w:t>vt 0.151611 0.751099</w:t>
        <w:br/>
        <w:t>vt 0.150269 0.755981</w:t>
        <w:br/>
        <w:t>vt 0.150269 0.751099</w:t>
        <w:br/>
        <w:t>vt 0.151611 0.755981</w:t>
        <w:br/>
        <w:t>vt 0.150269 0.746338</w:t>
        <w:br/>
        <w:t>vt 0.148804 0.746338</w:t>
        <w:br/>
        <w:t>vt 0.151611 0.746338</w:t>
        <w:br/>
        <w:t>vt 0.150269 0.746338</w:t>
        <w:br/>
        <w:t>vt 0.151611 0.755981</w:t>
        <w:br/>
        <w:t>vt 0.151611 0.751099</w:t>
        <w:br/>
        <w:t>vt 0.152954 0.751099</w:t>
        <w:br/>
        <w:t>vt 0.152954 0.755981</w:t>
        <w:br/>
        <w:t>vt 0.152954 0.751099</w:t>
        <w:br/>
        <w:t>vt 0.154297 0.755981</w:t>
        <w:br/>
        <w:t>vt 0.152954 0.755981</w:t>
        <w:br/>
        <w:t>vt 0.154297 0.751099</w:t>
        <w:br/>
        <w:t>vt 0.152954 0.746338</w:t>
        <w:br/>
        <w:t>vt 0.152954 0.746338</w:t>
        <w:br/>
        <w:t>vt 0.151611 0.746338</w:t>
        <w:br/>
        <w:t>vt 0.154297 0.746338</w:t>
        <w:br/>
        <w:t>vt 0.152954 0.739990</w:t>
        <w:br/>
        <w:t>vt 0.151611 0.739990</w:t>
        <w:br/>
        <w:t>vt 0.152954 0.739990</w:t>
        <w:br/>
        <w:t>vt 0.151611 0.739990</w:t>
        <w:br/>
        <w:t>vt 0.154297 0.739990</w:t>
        <w:br/>
        <w:t>vt 0.152954 0.734375</w:t>
        <w:br/>
        <w:t>vt 0.150269 0.739990</w:t>
        <w:br/>
        <w:t>vt 0.150269 0.739990</w:t>
        <w:br/>
        <w:t>vt 0.148804 0.739990</w:t>
        <w:br/>
        <w:t>vt 0.148804 0.734375</w:t>
        <w:br/>
        <w:t>vt 0.150269 0.734375</w:t>
        <w:br/>
        <w:t>vt 0.151611 0.734375</w:t>
        <w:br/>
        <w:t>vt 0.150269 0.734375</w:t>
        <w:br/>
        <w:t>vt 0.151611 0.734375</w:t>
        <w:br/>
        <w:t>vt 0.152954 0.734375</w:t>
        <w:br/>
        <w:t>vt 0.154297 0.734375</w:t>
        <w:br/>
        <w:t>vt 0.154297 0.730957</w:t>
        <w:br/>
        <w:t>vt 0.152954 0.730957</w:t>
        <w:br/>
        <w:t>vt 0.152954 0.730957</w:t>
        <w:br/>
        <w:t>vt 0.154297 0.729980</w:t>
        <w:br/>
        <w:t>vt 0.150269 0.730957</w:t>
        <w:br/>
        <w:t>vt 0.150269 0.730957</w:t>
        <w:br/>
        <w:t>vt 0.151611 0.730957</w:t>
        <w:br/>
        <w:t>vt 0.151611 0.730957</w:t>
        <w:br/>
        <w:t>vt 0.152954 0.729980</w:t>
        <w:br/>
        <w:t>vt 0.152954 0.729980</w:t>
        <w:br/>
        <w:t>vt 0.154297 0.729248</w:t>
        <w:br/>
        <w:t>vt 0.152954 0.729248</w:t>
        <w:br/>
        <w:t>vt 0.151611 0.729248</w:t>
        <w:br/>
        <w:t>vt 0.152954 0.729248</w:t>
        <w:br/>
        <w:t>vt 0.151611 0.729980</w:t>
        <w:br/>
        <w:t>vt 0.151611 0.729980</w:t>
        <w:br/>
        <w:t>vt 0.150269 0.729248</w:t>
        <w:br/>
        <w:t>vt 0.151611 0.729248</w:t>
        <w:br/>
        <w:t>vt 0.150269 0.729980</w:t>
        <w:br/>
        <w:t>vt 0.151611 0.729980</w:t>
        <w:br/>
        <w:t>vt 0.150269 0.729980</w:t>
        <w:br/>
        <w:t>vt 0.148804 0.729248</w:t>
        <w:br/>
        <w:t>vt 0.150269 0.729248</w:t>
        <w:br/>
        <w:t>vt 0.148804 0.729980</w:t>
        <w:br/>
        <w:t>vt 0.148804 0.730957</w:t>
        <w:br/>
        <w:t>vt 0.414307 0.331055</w:t>
        <w:br/>
        <w:t>vt 0.415771 0.329590</w:t>
        <w:br/>
        <w:t>vt 0.414307 0.329590</w:t>
        <w:br/>
        <w:t>vt 0.415771 0.329590</w:t>
        <w:br/>
        <w:t>vt 0.416992 0.331055</w:t>
        <w:br/>
        <w:t>vt 0.416992 0.329590</w:t>
        <w:br/>
        <w:t>vt 0.416992 0.329590</w:t>
        <w:br/>
        <w:t>vt 0.416992 0.331055</w:t>
        <w:br/>
        <w:t>vt 0.418213 0.329590</w:t>
        <w:br/>
        <w:t>vt 0.415771 0.331055</w:t>
        <w:br/>
        <w:t>vt 0.415771 0.331055</w:t>
        <w:br/>
        <w:t>vt 0.418213 0.331055</w:t>
        <w:br/>
        <w:t>vt 0.419678 0.329590</w:t>
        <w:br/>
        <w:t>vt 0.418213 0.329590</w:t>
        <w:br/>
        <w:t>vt 0.418213 0.331055</w:t>
        <w:br/>
        <w:t>vt 0.419678 0.331055</w:t>
        <w:br/>
        <w:t>vt 0.418213 0.333496</w:t>
        <w:br/>
        <w:t>vt 0.419678 0.331055</w:t>
        <w:br/>
        <w:t>vt 0.416992 0.333496</w:t>
        <w:br/>
        <w:t>vt 0.416992 0.333496</w:t>
        <w:br/>
        <w:t>vt 0.418213 0.333496</w:t>
        <w:br/>
        <w:t>vt 0.415771 0.333496</w:t>
        <w:br/>
        <w:t>vt 0.415771 0.333496</w:t>
        <w:br/>
        <w:t>vt 0.414307 0.333496</w:t>
        <w:br/>
        <w:t>vt 0.419678 0.333496</w:t>
        <w:br/>
        <w:t>vt 0.419678 0.335938</w:t>
        <w:br/>
        <w:t>vt 0.415771 0.335938</w:t>
        <w:br/>
        <w:t>vt 0.414307 0.335938</w:t>
        <w:br/>
        <w:t>vt 0.416992 0.335938</w:t>
        <w:br/>
        <w:t>vt 0.416992 0.335938</w:t>
        <w:br/>
        <w:t>vt 0.415771 0.335938</w:t>
        <w:br/>
        <w:t>vt 0.418213 0.335938</w:t>
        <w:br/>
        <w:t>vt 0.418213 0.335938</w:t>
        <w:br/>
        <w:t>vt 0.418213 0.341797</w:t>
        <w:br/>
        <w:t>vt 0.416992 0.341797</w:t>
        <w:br/>
        <w:t>vt 0.416992 0.341797</w:t>
        <w:br/>
        <w:t>vt 0.418213 0.341797</w:t>
        <w:br/>
        <w:t>vt 0.415771 0.341797</w:t>
        <w:br/>
        <w:t>vt 0.415771 0.341797</w:t>
        <w:br/>
        <w:t>vt 0.414307 0.341797</w:t>
        <w:br/>
        <w:t>vt 0.419678 0.341797</w:t>
        <w:br/>
        <w:t>vt 0.419678 0.347168</w:t>
        <w:br/>
        <w:t>vt 0.415771 0.347168</w:t>
        <w:br/>
        <w:t>vt 0.415771 0.347168</w:t>
        <w:br/>
        <w:t>vt 0.414307 0.347168</w:t>
        <w:br/>
        <w:t>vt 0.414307 0.352051</w:t>
        <w:br/>
        <w:t>vt 0.416992 0.347168</w:t>
        <w:br/>
        <w:t>vt 0.416992 0.347168</w:t>
        <w:br/>
        <w:t>vt 0.418213 0.347168</w:t>
        <w:br/>
        <w:t>vt 0.418213 0.347168</w:t>
        <w:br/>
        <w:t>vt 0.419678 0.352051</w:t>
        <w:br/>
        <w:t>vt 0.415771 0.352051</w:t>
        <w:br/>
        <w:t>vt 0.414307 0.356934</w:t>
        <w:br/>
        <w:t>vt 0.415771 0.352051</w:t>
        <w:br/>
        <w:t>vt 0.418213 0.352051</w:t>
        <w:br/>
        <w:t>vt 0.419678 0.356934</w:t>
        <w:br/>
        <w:t>vt 0.416992 0.352051</w:t>
        <w:br/>
        <w:t>vt 0.418213 0.352051</w:t>
        <w:br/>
        <w:t>vt 0.416992 0.352051</w:t>
        <w:br/>
        <w:t>vt 0.418213 0.356934</w:t>
        <w:br/>
        <w:t>vt 0.418213 0.356934</w:t>
        <w:br/>
        <w:t>vt 0.419678 0.360352</w:t>
        <w:br/>
        <w:t>vt 0.415771 0.356934</w:t>
        <w:br/>
        <w:t>vt 0.415771 0.356934</w:t>
        <w:br/>
        <w:t>vt 0.416992 0.356934</w:t>
        <w:br/>
        <w:t>vt 0.416992 0.356934</w:t>
        <w:br/>
        <w:t>vt 0.415771 0.360352</w:t>
        <w:br/>
        <w:t>vt 0.415771 0.360352</w:t>
        <w:br/>
        <w:t>vt 0.414307 0.360352</w:t>
        <w:br/>
        <w:t>vt 0.414307 0.363281</w:t>
        <w:br/>
        <w:t>vt 0.416992 0.360352</w:t>
        <w:br/>
        <w:t>vt 0.416992 0.360352</w:t>
        <w:br/>
        <w:t>vt 0.418213 0.360352</w:t>
        <w:br/>
        <w:t>vt 0.418213 0.360352</w:t>
        <w:br/>
        <w:t>vt 0.418213 0.363281</w:t>
        <w:br/>
        <w:t>vt 0.418213 0.363281</w:t>
        <w:br/>
        <w:t>vt 0.419678 0.363281</w:t>
        <w:br/>
        <w:t>vt 0.419678 0.364258</w:t>
        <w:br/>
        <w:t>vt 0.416992 0.363281</w:t>
        <w:br/>
        <w:t>vt 0.416992 0.363281</w:t>
        <w:br/>
        <w:t>vt 0.415771 0.363281</w:t>
        <w:br/>
        <w:t>vt 0.415771 0.363281</w:t>
        <w:br/>
        <w:t>vt 0.414307 0.364258</w:t>
        <w:br/>
        <w:t>vt 0.418213 0.364258</w:t>
        <w:br/>
        <w:t>vt 0.419678 0.365234</w:t>
        <w:br/>
        <w:t>vt 0.418213 0.365234</w:t>
        <w:br/>
        <w:t>vt 0.415771 0.364258</w:t>
        <w:br/>
        <w:t>vt 0.415771 0.364258</w:t>
        <w:br/>
        <w:t>vt 0.414307 0.365234</w:t>
        <w:br/>
        <w:t>vt 0.415771 0.365234</w:t>
        <w:br/>
        <w:t>vt 0.416992 0.364258</w:t>
        <w:br/>
        <w:t>vt 0.415771 0.365234</w:t>
        <w:br/>
        <w:t>vt 0.416992 0.364258</w:t>
        <w:br/>
        <w:t>vt 0.418213 0.364258</w:t>
        <w:br/>
        <w:t>vt 0.418213 0.365234</w:t>
        <w:br/>
        <w:t>vt 0.416992 0.365234</w:t>
        <w:br/>
        <w:t>vt 0.416992 0.365234</w:t>
        <w:br/>
        <w:t>vt 0.086121 0.794067</w:t>
        <w:br/>
        <w:t>vt 0.086121 0.794067</w:t>
        <w:br/>
        <w:t>vt 0.087402 0.789307</w:t>
        <w:br/>
        <w:t>vt 0.088196 0.794067</w:t>
        <w:br/>
        <w:t>vt 0.080078 0.794067</w:t>
        <w:br/>
        <w:t>vt 0.082825 0.787109</w:t>
        <w:br/>
        <w:t>vt 0.086121 0.794067</w:t>
        <w:br/>
        <w:t>vt 0.086121 0.806763</w:t>
        <w:br/>
        <w:t>vt 0.080078 0.794067</w:t>
        <w:br/>
        <w:t>vt 0.086121 0.806763</w:t>
        <w:br/>
        <w:t>vt 0.080078 0.806763</w:t>
        <w:br/>
        <w:t>vt 0.088623 0.810547</w:t>
        <w:br/>
        <w:t>vt 0.080078 0.806763</w:t>
        <w:br/>
        <w:t>vt 0.086121 0.806763</w:t>
        <w:br/>
        <w:t>vt 0.088196 0.806763</w:t>
        <w:br/>
        <w:t>vt 0.085327 0.813965</w:t>
        <w:br/>
        <w:t>vt 0.629395 0.450195</w:t>
        <w:br/>
        <w:t>vt 0.637207 0.450684</w:t>
        <w:br/>
        <w:t>vt 0.636719 0.448730</w:t>
        <w:br/>
        <w:t>vt 0.636719 0.448730</w:t>
        <w:br/>
        <w:t>vt 0.637207 0.450684</w:t>
        <w:br/>
        <w:t>vt 0.639648 0.450195</w:t>
        <w:br/>
        <w:t>vt 0.629883 0.448242</w:t>
        <w:br/>
        <w:t>vt 0.636719 0.447266</w:t>
        <w:br/>
        <w:t>vt 0.636719 0.447266</w:t>
        <w:br/>
        <w:t>vt 0.637207 0.445312</w:t>
        <w:br/>
        <w:t>vt 0.638184 0.443848</w:t>
        <w:br/>
        <w:t>vt 0.629883 0.446777</w:t>
        <w:br/>
        <w:t>vt 0.629395 0.450195</w:t>
        <w:br/>
        <w:t>vt 0.629883 0.448242</w:t>
        <w:br/>
        <w:t>vt 0.626953 0.450195</w:t>
        <w:br/>
        <w:t>vt 0.629883 0.446777</w:t>
        <w:br/>
        <w:t>vt 0.629395 0.445312</w:t>
        <w:br/>
        <w:t>vt 0.629395 0.445312</w:t>
        <w:br/>
        <w:t>vt 0.637207 0.445312</w:t>
        <w:br/>
        <w:t>vt 0.627441 0.445312</w:t>
        <w:br/>
        <w:t>vt 0.626465 0.442383</w:t>
        <w:br/>
        <w:t>vt 0.633789 0.437500</w:t>
        <w:br/>
        <w:t>vt 0.629395 0.445312</w:t>
        <w:br/>
        <w:t>vt 0.637207 0.445312</w:t>
        <w:br/>
        <w:t>vt 0.635254 0.437012</w:t>
        <w:br/>
        <w:t>vt 0.627441 0.441406</w:t>
        <w:br/>
        <w:t>vt 0.627441 0.441406</w:t>
        <w:br/>
        <w:t>vt 0.634277 0.436523</w:t>
        <w:br/>
        <w:t>vt 0.612793 0.434570</w:t>
        <w:br/>
        <w:t>vt 0.611816 0.435547</w:t>
        <w:br/>
        <w:t>vt 0.610840 0.433105</w:t>
        <w:br/>
        <w:t>vt 0.625488 0.434082</w:t>
        <w:br/>
        <w:t>vt 0.612793 0.434570</w:t>
        <w:br/>
        <w:t>vt 0.633301 0.436523</w:t>
        <w:br/>
        <w:t>vt 0.612305 0.432617</w:t>
        <w:br/>
        <w:t>vt 0.612305 0.421387</w:t>
        <w:br/>
        <w:t>vt 0.626465 0.433594</w:t>
        <w:br/>
        <w:t>vt 0.625488 0.434082</w:t>
        <w:br/>
        <w:t>vt 0.633301 0.425781</w:t>
        <w:br/>
        <w:t>vt 0.633301 0.425781</w:t>
        <w:br/>
        <w:t>vt 0.626465 0.433594</w:t>
        <w:br/>
        <w:t>vt 0.633301 0.436523</w:t>
        <w:br/>
        <w:t>vt 0.634277 0.425781</w:t>
        <w:br/>
        <w:t>vt 0.625977 0.433105</w:t>
        <w:br/>
        <w:t>vt 0.633301 0.425781</w:t>
        <w:br/>
        <w:t>vt 0.634277 0.425781</w:t>
        <w:br/>
        <w:t>vt 0.632812 0.424805</w:t>
        <w:br/>
        <w:t>vt 0.633301 0.424316</w:t>
        <w:br/>
        <w:t>vt 0.620605 0.429199</w:t>
        <w:br/>
        <w:t>vt 0.630859 0.410645</w:t>
        <w:br/>
        <w:t>vt 0.631836 0.410156</w:t>
        <w:br/>
        <w:t>vt 0.618652 0.429688</w:t>
        <w:br/>
        <w:t>vt 0.618652 0.429688</w:t>
        <w:br/>
        <w:t>vt 0.620605 0.426758</w:t>
        <w:br/>
        <w:t>vt 0.626465 0.433594</w:t>
        <w:br/>
        <w:t>vt 0.626465 0.429199</w:t>
        <w:br/>
        <w:t>vt 0.625977 0.433105</w:t>
        <w:br/>
        <w:t>vt 0.626465 0.429199</w:t>
        <w:br/>
        <w:t>vt 0.625000 0.429688</w:t>
        <w:br/>
        <w:t>vt 0.620605 0.426758</w:t>
        <w:br/>
        <w:t>vt 0.620117 0.425781</w:t>
        <w:br/>
        <w:t>vt 0.620117 0.425781</w:t>
        <w:br/>
        <w:t>vt 0.624512 0.420410</w:t>
        <w:br/>
        <w:t>vt 0.625488 0.420410</w:t>
        <w:br/>
        <w:t>vt 0.624512 0.420410</w:t>
        <w:br/>
        <w:t>vt 0.630859 0.410645</w:t>
        <w:br/>
        <w:t>vt 0.619141 0.425293</w:t>
        <w:br/>
        <w:t>vt 0.622070 0.418457</w:t>
        <w:br/>
        <w:t>vt 0.614258 0.421387</w:t>
        <w:br/>
        <w:t>vt 0.621582 0.418457</w:t>
        <w:br/>
        <w:t>vt 0.622559 0.418457</w:t>
        <w:br/>
        <w:t>vt 0.624512 0.419922</w:t>
        <w:br/>
        <w:t>vt 0.623535 0.416016</w:t>
        <w:br/>
        <w:t>vt 0.623535 0.416016</w:t>
        <w:br/>
        <w:t>vt 0.624512 0.419922</w:t>
        <w:br/>
        <w:t>vt 0.623535 0.414551</w:t>
        <w:br/>
        <w:t>vt 0.623535 0.414551</w:t>
        <w:br/>
        <w:t>vt 0.625488 0.420410</w:t>
        <w:br/>
        <w:t>vt 0.624023 0.414551</w:t>
        <w:br/>
        <w:t>vt 0.624023 0.414551</w:t>
        <w:br/>
        <w:t>vt 0.617188 0.414062</w:t>
        <w:br/>
        <w:t>vt 0.618652 0.409668</w:t>
        <w:br/>
        <w:t>vt 0.614258 0.421387</w:t>
        <w:br/>
        <w:t>vt 0.617188 0.414062</w:t>
        <w:br/>
        <w:t>vt 0.613281 0.421387</w:t>
        <w:br/>
        <w:t>vt 0.618164 0.410156</w:t>
        <w:br/>
        <w:t>vt 0.618164 0.410156</w:t>
        <w:br/>
        <w:t>vt 0.616211 0.413574</w:t>
        <w:br/>
        <w:t>vt 0.618164 0.410156</w:t>
        <w:br/>
        <w:t>vt 0.609375 0.416504</w:t>
        <w:br/>
        <w:t>vt 0.609375 0.416504</w:t>
        <w:br/>
        <w:t>vt 0.613281 0.421387</w:t>
        <w:br/>
        <w:t>vt 0.616211 0.413574</w:t>
        <w:br/>
        <w:t>vt 0.607910 0.416504</w:t>
        <w:br/>
        <w:t>vt 0.616211 0.412598</w:t>
        <w:br/>
        <w:t>vt 0.609375 0.407227</w:t>
        <w:br/>
        <w:t>vt 0.607910 0.407227</w:t>
        <w:br/>
        <w:t>vt 0.607910 0.403809</w:t>
        <w:br/>
        <w:t>vt 0.615723 0.412109</w:t>
        <w:br/>
        <w:t>vt 0.616211 0.412598</w:t>
        <w:br/>
        <w:t>vt 0.615723 0.412109</w:t>
        <w:br/>
        <w:t>vt 0.616211 0.413574</w:t>
        <w:br/>
        <w:t>vt 0.609375 0.407227</w:t>
        <w:br/>
        <w:t>vt 0.617676 0.410156</w:t>
        <w:br/>
        <w:t>vt 0.617188 0.409180</w:t>
        <w:br/>
        <w:t>vt 0.617676 0.410156</w:t>
        <w:br/>
        <w:t>vt 0.616699 0.412109</w:t>
        <w:br/>
        <w:t>vt 0.616699 0.408203</w:t>
        <w:br/>
        <w:t>vt 0.616699 0.408203</w:t>
        <w:br/>
        <w:t>vt 0.617188 0.409180</w:t>
        <w:br/>
        <w:t>vt 0.615723 0.408691</w:t>
        <w:br/>
        <w:t>vt 0.609375 0.402832</w:t>
        <w:br/>
        <w:t>vt 0.604492 0.396973</w:t>
        <w:br/>
        <w:t>vt 0.610840 0.402832</w:t>
        <w:br/>
        <w:t>vt 0.610840 0.402832</w:t>
        <w:br/>
        <w:t>vt 0.618652 0.400879</w:t>
        <w:br/>
        <w:t>vt 0.605957 0.396973</w:t>
        <w:br/>
        <w:t>vt 0.612793 0.394531</w:t>
        <w:br/>
        <w:t>vt 0.605957 0.396973</w:t>
        <w:br/>
        <w:t>vt 0.609375 0.402832</w:t>
        <w:br/>
        <w:t>vt 0.612793 0.394531</w:t>
        <w:br/>
        <w:t>vt 0.613281 0.394531</w:t>
        <w:br/>
        <w:t>vt 0.605469 0.387207</w:t>
        <w:br/>
        <w:t>vt 0.604004 0.386719</w:t>
        <w:br/>
        <w:t>vt 0.612793 0.388672</w:t>
        <w:br/>
        <w:t>vt 0.605469 0.387207</w:t>
        <w:br/>
        <w:t>vt 0.609863 0.374512</w:t>
        <w:br/>
        <w:t>vt 0.608398 0.374512</w:t>
        <w:br/>
        <w:t>vt 0.613281 0.392090</w:t>
        <w:br/>
        <w:t>vt 0.606445 0.364258</w:t>
        <w:br/>
        <w:t>vt 0.604980 0.364258</w:t>
        <w:br/>
        <w:t>vt 0.614258 0.388672</w:t>
        <w:br/>
        <w:t>vt 0.617676 0.385254</w:t>
        <w:br/>
        <w:t>vt 0.613281 0.392090</w:t>
        <w:br/>
        <w:t>vt 0.616699 0.384766</w:t>
        <w:br/>
        <w:t>vt 0.616699 0.383301</w:t>
        <w:br/>
        <w:t>vt 0.616211 0.382324</w:t>
        <w:br/>
        <w:t>vt 0.616699 0.383301</w:t>
        <w:br/>
        <w:t>vt 0.616211 0.382324</w:t>
        <w:br/>
        <w:t>vt 0.615234 0.381836</w:t>
        <w:br/>
        <w:t>vt 0.610352 0.375000</w:t>
        <w:br/>
        <w:t>vt 0.610352 0.375000</w:t>
        <w:br/>
        <w:t>vt 0.619629 0.373047</w:t>
        <w:br/>
        <w:t>vt 0.615234 0.366211</w:t>
        <w:br/>
        <w:t>vt 0.615234 0.366211</w:t>
        <w:br/>
        <w:t>vt 0.614746 0.365234</w:t>
        <w:br/>
        <w:t>vt 0.609863 0.374512</w:t>
        <w:br/>
        <w:t>vt 0.606445 0.364258</w:t>
        <w:br/>
        <w:t>vt 0.619629 0.373535</w:t>
        <w:br/>
        <w:t>vt 0.620605 0.373535</w:t>
        <w:br/>
        <w:t>vt 0.622559 0.367676</w:t>
        <w:br/>
        <w:t>vt 0.621582 0.374512</w:t>
        <w:br/>
        <w:t>vt 0.622559 0.366699</w:t>
        <w:br/>
        <w:t>vt 0.622070 0.375488</w:t>
        <w:br/>
        <w:t>vt 0.617676 0.359375</w:t>
        <w:br/>
        <w:t>vt 0.625000 0.370605</w:t>
        <w:br/>
        <w:t>vt 0.622559 0.366699</w:t>
        <w:br/>
        <w:t>vt 0.622559 0.367676</w:t>
        <w:br/>
        <w:t>vt 0.623535 0.370605</w:t>
        <w:br/>
        <w:t>vt 0.621582 0.374512</w:t>
        <w:br/>
        <w:t>vt 0.622070 0.375488</w:t>
        <w:br/>
        <w:t>vt 0.623535 0.366211</w:t>
        <w:br/>
        <w:t>vt 0.632812 0.374023</w:t>
        <w:br/>
        <w:t>vt 0.625000 0.370605</w:t>
        <w:br/>
        <w:t>vt 0.632812 0.366699</w:t>
        <w:br/>
        <w:t>vt 0.621582 0.376465</w:t>
        <w:br/>
        <w:t>vt 0.619629 0.373535</w:t>
        <w:br/>
        <w:t>vt 0.616211 0.382324</w:t>
        <w:br/>
        <w:t>vt 0.621582 0.376465</w:t>
        <w:br/>
        <w:t>vt 0.627441 0.383301</w:t>
        <w:br/>
        <w:t>vt 0.627441 0.383301</w:t>
        <w:br/>
        <w:t>vt 0.618164 0.384277</w:t>
        <w:br/>
        <w:t>vt 0.618164 0.384277</w:t>
        <w:br/>
        <w:t>vt 0.626953 0.383789</w:t>
        <w:br/>
        <w:t>vt 0.626953 0.383789</w:t>
        <w:br/>
        <w:t>vt 0.622559 0.393066</w:t>
        <w:br/>
        <w:t>vt 0.622559 0.393066</w:t>
        <w:br/>
        <w:t>vt 0.621582 0.393066</w:t>
        <w:br/>
        <w:t>vt 0.617676 0.385254</w:t>
        <w:br/>
        <w:t>vt 0.621582 0.393066</w:t>
        <w:br/>
        <w:t>vt 0.630859 0.388672</w:t>
        <w:br/>
        <w:t>vt 0.630859 0.388672</w:t>
        <w:br/>
        <w:t>vt 0.621582 0.393066</w:t>
        <w:br/>
        <w:t>vt 0.621582 0.394531</w:t>
        <w:br/>
        <w:t>vt 0.631836 0.388672</w:t>
        <w:br/>
        <w:t>vt 0.628418 0.383301</w:t>
        <w:br/>
        <w:t>vt 0.628418 0.383301</w:t>
        <w:br/>
        <w:t>vt 0.633301 0.374512</w:t>
        <w:br/>
        <w:t>vt 0.627441 0.383301</w:t>
        <w:br/>
        <w:t>vt 0.632812 0.374023</w:t>
        <w:br/>
        <w:t>vt 0.630859 0.397461</w:t>
        <w:br/>
        <w:t>vt 0.633789 0.366211</w:t>
        <w:br/>
        <w:t>vt 0.629395 0.397461</w:t>
        <w:br/>
        <w:t>vt 0.628418 0.406250</w:t>
        <w:br/>
        <w:t>vt 0.622559 0.397461</w:t>
        <w:br/>
        <w:t>vt 0.621582 0.394531</w:t>
        <w:br/>
        <w:t>vt 0.622559 0.397461</w:t>
        <w:br/>
        <w:t>vt 0.627441 0.406250</w:t>
        <w:br/>
        <w:t>vt 0.621094 0.396973</w:t>
        <w:br/>
        <w:t>vt 0.620117 0.400879</w:t>
        <w:br/>
        <w:t>vt 0.621094 0.401855</w:t>
        <w:br/>
        <w:t>vt 0.621094 0.401855</w:t>
        <w:br/>
        <w:t>vt 0.619629 0.400879</w:t>
        <w:br/>
        <w:t>vt 0.621094 0.401855</w:t>
        <w:br/>
        <w:t>vt 0.620117 0.400879</w:t>
        <w:br/>
        <w:t>vt 0.619141 0.400879</w:t>
        <w:br/>
        <w:t>vt 0.620605 0.402344</w:t>
        <w:br/>
        <w:t>vt 0.616699 0.408203</w:t>
        <w:br/>
        <w:t>vt 0.619141 0.400879</w:t>
        <w:br/>
        <w:t>vt 0.618652 0.409668</w:t>
        <w:br/>
        <w:t>vt 0.626953 0.407227</w:t>
        <w:br/>
        <w:t>vt 0.626953 0.407227</w:t>
        <w:br/>
        <w:t>vt 0.628418 0.357910</w:t>
        <w:br/>
        <w:t>vt 0.628906 0.357910</w:t>
        <w:br/>
        <w:t>vt 0.627930 0.358398</w:t>
        <w:br/>
        <w:t>vt 0.627930 0.358398</w:t>
        <w:br/>
        <w:t>vt 0.631348 0.352539</w:t>
        <w:br/>
        <w:t>vt 0.632324 0.352539</w:t>
        <w:br/>
        <w:t>vt 0.618652 0.358398</w:t>
        <w:br/>
        <w:t>vt 0.617676 0.359375</w:t>
        <w:br/>
        <w:t>vt 0.618652 0.358398</w:t>
        <w:br/>
        <w:t>vt 0.623047 0.350098</w:t>
        <w:br/>
        <w:t>vt 0.623047 0.350098</w:t>
        <w:br/>
        <w:t>vt 0.628418 0.357910</w:t>
        <w:br/>
        <w:t>vt 0.631348 0.352539</w:t>
        <w:br/>
        <w:t>vt 0.622070 0.350098</w:t>
        <w:br/>
        <w:t>vt 0.622070 0.350098</w:t>
        <w:br/>
        <w:t>vt 0.617676 0.357422</w:t>
        <w:br/>
        <w:t>vt 0.617676 0.357422</w:t>
        <w:br/>
        <w:t>vt 0.622070 0.348633</w:t>
        <w:br/>
        <w:t>vt 0.622070 0.348633</w:t>
        <w:br/>
        <w:t>vt 0.622559 0.349121</w:t>
        <w:br/>
        <w:t>vt 0.622559 0.349121</w:t>
        <w:br/>
        <w:t>vt 0.623047 0.347168</w:t>
        <w:br/>
        <w:t>vt 0.623047 0.350098</w:t>
        <w:br/>
        <w:t>vt 0.624512 0.347656</w:t>
        <w:br/>
        <w:t>vt 0.622559 0.349121</w:t>
        <w:br/>
        <w:t>vt 0.624512 0.347656</w:t>
        <w:br/>
        <w:t>vt 0.623535 0.347656</w:t>
        <w:br/>
        <w:t>vt 0.623047 0.347168</w:t>
        <w:br/>
        <w:t>vt 0.623535 0.345703</w:t>
        <w:br/>
        <w:t>vt 0.623535 0.345703</w:t>
        <w:br/>
        <w:t>vt 0.624023 0.346191</w:t>
        <w:br/>
        <w:t>vt 0.633301 0.345703</w:t>
        <w:br/>
        <w:t>vt 0.633301 0.345703</w:t>
        <w:br/>
        <w:t>vt 0.634277 0.345703</w:t>
        <w:br/>
        <w:t>vt 0.629883 0.338379</w:t>
        <w:br/>
        <w:t>vt 0.628906 0.338379</w:t>
        <w:br/>
        <w:t>vt 0.629395 0.337891</w:t>
        <w:br/>
        <w:t>vt 0.628906 0.338379</w:t>
        <w:br/>
        <w:t>vt 0.629883 0.338379</w:t>
        <w:br/>
        <w:t>vt 0.632324 0.334473</w:t>
        <w:br/>
        <w:t>vt 0.629395 0.337891</w:t>
        <w:br/>
        <w:t>vt 0.619141 0.337891</w:t>
        <w:br/>
        <w:t>vt 0.623535 0.331543</w:t>
        <w:br/>
        <w:t>vt 0.623535 0.331543</w:t>
        <w:br/>
        <w:t>vt 0.631348 0.333984</w:t>
        <w:br/>
        <w:t>vt 0.635254 0.327148</w:t>
        <w:br/>
        <w:t>vt 0.623535 0.331055</w:t>
        <w:br/>
        <w:t>vt 0.623535 0.331055</w:t>
        <w:br/>
        <w:t>vt 0.633789 0.327637</w:t>
        <w:br/>
        <w:t>vt 0.627930 0.318848</w:t>
        <w:br/>
        <w:t>vt 0.633789 0.327637</w:t>
        <w:br/>
        <w:t>vt 0.635254 0.327148</w:t>
        <w:br/>
        <w:t>vt 0.625000 0.329102</w:t>
        <w:br/>
        <w:t>vt 0.626953 0.319336</w:t>
        <w:br/>
        <w:t>vt 0.625000 0.329102</w:t>
        <w:br/>
        <w:t>vt 0.623535 0.330566</w:t>
        <w:br/>
        <w:t>vt 0.623535 0.331055</w:t>
        <w:br/>
        <w:t>vt 0.621094 0.328125</w:t>
        <w:br/>
        <w:t>vt 0.623535 0.330566</w:t>
        <w:br/>
        <w:t>vt 0.622559 0.329590</w:t>
        <w:br/>
        <w:t>vt 0.620605 0.328125</w:t>
        <w:br/>
        <w:t>vt 0.621582 0.326660</w:t>
        <w:br/>
        <w:t>vt 0.620605 0.328125</w:t>
        <w:br/>
        <w:t>vt 0.621582 0.326660</w:t>
        <w:br/>
        <w:t>vt 0.622559 0.329590</w:t>
        <w:br/>
        <w:t>vt 0.625000 0.329102</w:t>
        <w:br/>
        <w:t>vt 0.616699 0.334961</w:t>
        <w:br/>
        <w:t>vt 0.621582 0.325684</w:t>
        <w:br/>
        <w:t>vt 0.621582 0.325684</w:t>
        <w:br/>
        <w:t>vt 0.620117 0.328125</w:t>
        <w:br/>
        <w:t>vt 0.616699 0.334961</w:t>
        <w:br/>
        <w:t>vt 0.621582 0.324707</w:t>
        <w:br/>
        <w:t>vt 0.615723 0.321289</w:t>
        <w:br/>
        <w:t>vt 0.620117 0.328125</w:t>
        <w:br/>
        <w:t>vt 0.621582 0.325684</w:t>
        <w:br/>
        <w:t>vt 0.615723 0.321289</w:t>
        <w:br/>
        <w:t>vt 0.626465 0.319336</w:t>
        <w:br/>
        <w:t>vt 0.621582 0.324707</w:t>
        <w:br/>
        <w:t>vt 0.616211 0.320312</w:t>
        <w:br/>
        <w:t>vt 0.616211 0.320312</w:t>
        <w:br/>
        <w:t>vt 0.613770 0.318359</w:t>
        <w:br/>
        <w:t>vt 0.620605 0.314453</w:t>
        <w:br/>
        <w:t>vt 0.613770 0.318359</w:t>
        <w:br/>
        <w:t>vt 0.621094 0.314453</w:t>
        <w:br/>
        <w:t>vt 0.620605 0.314453</w:t>
        <w:br/>
        <w:t>vt 0.613281 0.318848</w:t>
        <w:br/>
        <w:t>vt 0.614746 0.310547</w:t>
        <w:br/>
        <w:t>vt 0.612793 0.324219</w:t>
        <w:br/>
        <w:t>vt 0.606934 0.312012</w:t>
        <w:br/>
        <w:t>vt 0.612305 0.319336</w:t>
        <w:br/>
        <w:t>vt 0.610352 0.323730</w:t>
        <w:br/>
        <w:t>vt 0.605469 0.312988</w:t>
        <w:br/>
        <w:t>vt 0.605469 0.334473</w:t>
        <w:br/>
        <w:t>vt 0.604492 0.306152</w:t>
        <w:br/>
        <w:t>vt 0.606934 0.334473</w:t>
        <w:br/>
        <w:t>vt 0.609863 0.347656</w:t>
        <w:br/>
        <w:t>vt 0.615234 0.334961</w:t>
        <w:br/>
        <w:t>vt 0.606934 0.334473</w:t>
        <w:br/>
        <w:t>vt 0.615234 0.334961</w:t>
        <w:br/>
        <w:t>vt 0.611816 0.348145</w:t>
        <w:br/>
        <w:t>vt 0.605957 0.356934</w:t>
        <w:br/>
        <w:t>vt 0.616211 0.340332</w:t>
        <w:br/>
        <w:t>vt 0.611816 0.348145</w:t>
        <w:br/>
        <w:t>vt 0.616211 0.340332</w:t>
        <w:br/>
        <w:t>vt 0.607422 0.357910</w:t>
        <w:br/>
        <w:t>vt 0.617188 0.335938</w:t>
        <w:br/>
        <w:t>vt 0.607422 0.357910</w:t>
        <w:br/>
        <w:t>vt 0.614746 0.361816</w:t>
        <w:br/>
        <w:t>vt 0.618652 0.338379</w:t>
        <w:br/>
        <w:t>vt 0.616699 0.334961</w:t>
        <w:br/>
        <w:t>vt 0.617188 0.335938</w:t>
        <w:br/>
        <w:t>vt 0.618164 0.337891</w:t>
        <w:br/>
        <w:t>vt 0.616699 0.338867</w:t>
        <w:br/>
        <w:t>vt 0.616699 0.338867</w:t>
        <w:br/>
        <w:t>vt 0.616211 0.340332</w:t>
        <w:br/>
        <w:t>vt 0.617188 0.340332</w:t>
        <w:br/>
        <w:t>vt 0.621582 0.348145</w:t>
        <w:br/>
        <w:t>vt 0.621582 0.348145</w:t>
        <w:br/>
        <w:t>vt 0.612305 0.348633</w:t>
        <w:br/>
        <w:t>vt 0.617188 0.356934</w:t>
        <w:br/>
        <w:t>vt 0.617676 0.357422</w:t>
        <w:br/>
        <w:t>vt 0.614746 0.361816</w:t>
        <w:br/>
        <w:t>vt 0.617676 0.358398</w:t>
        <w:br/>
        <w:t>vt 0.617676 0.358398</w:t>
        <w:br/>
        <w:t>vt 0.616211 0.361816</w:t>
        <w:br/>
        <w:t>vt 0.617188 0.358887</w:t>
        <w:br/>
        <w:t>vt 0.615234 0.362793</w:t>
        <w:br/>
        <w:t>vt 0.617188 0.358887</w:t>
        <w:br/>
        <w:t>vt 0.615234 0.362793</w:t>
        <w:br/>
        <w:t>vt 0.614746 0.365234</w:t>
        <w:br/>
        <w:t>vt 0.758301 0.430176</w:t>
        <w:br/>
        <w:t>vt 0.756836 0.440430</w:t>
        <w:br/>
        <w:t>vt 0.751465 0.430176</w:t>
        <w:br/>
        <w:t>vt 0.747070 0.427734</w:t>
        <w:br/>
        <w:t>vt 0.751465 0.427246</w:t>
        <w:br/>
        <w:t>vt 0.747070 0.430664</w:t>
        <w:br/>
        <w:t>vt 0.746582 0.439941</w:t>
        <w:br/>
        <w:t>vt 0.737793 0.440430</w:t>
        <w:br/>
        <w:t>vt 0.737793 0.431152</w:t>
        <w:br/>
        <w:t>vt 0.727539 0.431152</w:t>
        <w:br/>
        <w:t>vt 0.728027 0.440918</w:t>
        <w:br/>
        <w:t>vt 0.738770 0.448730</w:t>
        <w:br/>
        <w:t>vt 0.728027 0.449219</w:t>
        <w:br/>
        <w:t>vt 0.747559 0.447754</w:t>
        <w:br/>
        <w:t>vt 0.757324 0.447266</w:t>
        <w:br/>
        <w:t>vt 0.739746 0.453125</w:t>
        <w:br/>
        <w:t>vt 0.728516 0.454102</w:t>
        <w:br/>
        <w:t>vt 0.748047 0.452637</w:t>
        <w:br/>
        <w:t>vt 0.748047 0.452637</w:t>
        <w:br/>
        <w:t>vt 0.757812 0.450684</w:t>
        <w:br/>
        <w:t>vt 0.740723 0.458496</w:t>
        <w:br/>
        <w:t>vt 0.729004 0.459473</w:t>
        <w:br/>
        <w:t>vt 0.749512 0.457520</w:t>
        <w:br/>
        <w:t>vt 0.749512 0.457520</w:t>
        <w:br/>
        <w:t>vt 0.758789 0.455078</w:t>
        <w:br/>
        <w:t>vt 0.742188 0.463867</w:t>
        <w:br/>
        <w:t>vt 0.729492 0.464844</w:t>
        <w:br/>
        <w:t>vt 0.750977 0.462402</w:t>
        <w:br/>
        <w:t>vt 0.759766 0.459473</w:t>
        <w:br/>
        <w:t>vt 0.744629 0.472656</w:t>
        <w:br/>
        <w:t>vt 0.730469 0.474609</w:t>
        <w:br/>
        <w:t>vt 0.732422 0.474121</w:t>
        <w:br/>
        <w:t>vt 0.753906 0.470215</w:t>
        <w:br/>
        <w:t>vt 0.764160 0.469238</w:t>
        <w:br/>
        <w:t>vt 0.748047 0.481445</w:t>
        <w:br/>
        <w:t>vt 0.757324 0.479492</w:t>
        <w:br/>
        <w:t>vt 0.767578 0.476562</w:t>
        <w:br/>
        <w:t>vt 0.753418 0.493652</w:t>
        <w:br/>
        <w:t>vt 0.763672 0.490234</w:t>
        <w:br/>
        <w:t>vt 0.772949 0.485352</w:t>
        <w:br/>
        <w:t>vt 0.768066 0.498535</w:t>
        <w:br/>
        <w:t>vt 0.757812 0.503418</w:t>
        <w:br/>
        <w:t>vt 0.778809 0.500732</w:t>
        <w:br/>
        <w:t>vt 0.780273 0.507080</w:t>
        <w:br/>
        <w:t>vt 0.771973 0.505859</w:t>
        <w:br/>
        <w:t>vt 0.766113 0.509521</w:t>
        <w:br/>
        <w:t>vt 0.759766 0.511719</w:t>
        <w:br/>
        <w:t>vt 0.774902 0.509766</w:t>
        <w:br/>
        <w:t>vt 0.767090 0.518066</w:t>
        <w:br/>
        <w:t>vt 0.777344 0.512451</w:t>
        <w:br/>
        <w:t>vt 0.782227 0.510010</w:t>
        <w:br/>
        <w:t>vt 0.769531 0.513428</w:t>
        <w:br/>
        <w:t>vt 0.777832 0.512939</w:t>
        <w:br/>
        <w:t>vt 0.782227 0.510010</w:t>
        <w:br/>
        <w:t>vt 0.782715 0.510498</w:t>
        <w:br/>
        <w:t>vt 0.772461 0.515381</w:t>
        <w:br/>
        <w:t>vt 0.772949 0.516113</w:t>
        <w:br/>
        <w:t>vt 0.770508 0.518799</w:t>
        <w:br/>
        <w:t>vt 0.767578 0.518555</w:t>
        <w:br/>
        <w:t>vt 0.767090 0.518066</w:t>
        <w:br/>
        <w:t>vt 0.770020 0.520264</w:t>
        <w:br/>
        <w:t>vt 0.770020 0.521973</w:t>
        <w:br/>
        <w:t>vt 0.762207 0.517334</w:t>
        <w:br/>
        <w:t>vt 0.762207 0.517334</w:t>
        <w:br/>
        <w:t>vt 0.767090 0.518066</w:t>
        <w:br/>
        <w:t>vt 0.770996 0.519531</w:t>
        <w:br/>
        <w:t>vt 0.771973 0.520020</w:t>
        <w:br/>
        <w:t>vt 0.770996 0.523438</w:t>
        <w:br/>
        <w:t>vt 0.769531 0.519775</w:t>
        <w:br/>
        <w:t>vt 0.772949 0.520264</w:t>
        <w:br/>
        <w:t>vt 0.770996 0.523438</w:t>
        <w:br/>
        <w:t>vt 0.771973 0.520020</w:t>
        <w:br/>
        <w:t>vt 0.772461 0.523926</w:t>
        <w:br/>
        <w:t>vt 0.773926 0.516846</w:t>
        <w:br/>
        <w:t>vt 0.773926 0.516846</w:t>
        <w:br/>
        <w:t>vt 0.772461 0.523926</w:t>
        <w:br/>
        <w:t>vt 0.774414 0.520996</w:t>
        <w:br/>
        <w:t>vt 0.774414 0.523926</w:t>
        <w:br/>
        <w:t>vt 0.772949 0.520264</w:t>
        <w:br/>
        <w:t>vt 0.774902 0.517334</w:t>
        <w:br/>
        <w:t>vt 0.774902 0.517334</w:t>
        <w:br/>
        <w:t>vt 0.775879 0.518555</w:t>
        <w:br/>
        <w:t>vt 0.779785 0.516113</w:t>
        <w:br/>
        <w:t>vt 0.778320 0.513672</w:t>
        <w:br/>
        <w:t>vt 0.778320 0.513672</w:t>
        <w:br/>
        <w:t>vt 0.783203 0.511475</w:t>
        <w:br/>
        <w:t>vt 0.783203 0.511475</w:t>
        <w:br/>
        <w:t>vt 0.778809 0.514404</w:t>
        <w:br/>
        <w:t>vt 0.778809 0.514404</w:t>
        <w:br/>
        <w:t>vt 0.783203 0.514404</w:t>
        <w:br/>
        <w:t>vt 0.783203 0.512451</w:t>
        <w:br/>
        <w:t>vt 0.783203 0.512451</w:t>
        <w:br/>
        <w:t>vt 0.762695 0.521484</w:t>
        <w:br/>
        <w:t>vt 0.769531 0.519775</w:t>
        <w:br/>
        <w:t>vt 0.769043 0.521973</w:t>
        <w:br/>
        <w:t>vt 0.769531 0.519775</w:t>
        <w:br/>
        <w:t>vt 0.755371 0.519043</w:t>
        <w:br/>
        <w:t>vt 0.757324 0.522705</w:t>
        <w:br/>
        <w:t>vt 0.754395 0.525635</w:t>
        <w:br/>
        <w:t>vt 0.754395 0.525635</w:t>
        <w:br/>
        <w:t>vt 0.751953 0.529541</w:t>
        <w:br/>
        <w:t>vt 0.750977 0.523438</w:t>
        <w:br/>
        <w:t>vt 0.754395 0.531006</w:t>
        <w:br/>
        <w:t>vt 0.754883 0.531250</w:t>
        <w:br/>
        <w:t>vt 0.757812 0.523438</w:t>
        <w:br/>
        <w:t>vt 0.754883 0.526123</w:t>
        <w:br/>
        <w:t>vt 0.754883 0.526123</w:t>
        <w:br/>
        <w:t>vt 0.755859 0.526611</w:t>
        <w:br/>
        <w:t>vt 0.755859 0.526611</w:t>
        <w:br/>
        <w:t>vt 0.755371 0.531494</w:t>
        <w:br/>
        <w:t>vt 0.762695 0.522217</w:t>
        <w:br/>
        <w:t>vt 0.769043 0.522461</w:t>
        <w:br/>
        <w:t>vt 0.762695 0.522949</w:t>
        <w:br/>
        <w:t>vt 0.769531 0.523438</w:t>
        <w:br/>
        <w:t>vt 0.769531 0.523438</w:t>
        <w:br/>
        <w:t>vt 0.763184 0.523926</w:t>
        <w:br/>
        <w:t>vt 0.758301 0.524170</w:t>
        <w:br/>
        <w:t>vt 0.769531 0.524414</w:t>
        <w:br/>
        <w:t>vt 0.763184 0.523926</w:t>
        <w:br/>
        <w:t>vt 0.769531 0.524414</w:t>
        <w:br/>
        <w:t>vt 0.768555 0.525879</w:t>
        <w:br/>
        <w:t>vt 0.763184 0.525635</w:t>
        <w:br/>
        <w:t>vt 0.758789 0.524902</w:t>
        <w:br/>
        <w:t>vt 0.758789 0.524902</w:t>
        <w:br/>
        <w:t>vt 0.758301 0.524170</w:t>
        <w:br/>
        <w:t>vt 0.759766 0.526611</w:t>
        <w:br/>
        <w:t>vt 0.757812 0.528076</w:t>
        <w:br/>
        <w:t>vt 0.756348 0.527100</w:t>
        <w:br/>
        <w:t>vt 0.756348 0.527100</w:t>
        <w:br/>
        <w:t>vt 0.756836 0.531738</w:t>
        <w:br/>
        <w:t>vt 0.756836 0.531738</w:t>
        <w:br/>
        <w:t>vt 0.758301 0.531738</w:t>
        <w:br/>
        <w:t>vt 0.659668 0.690430</w:t>
        <w:br/>
        <w:t>vt 0.666016 0.691650</w:t>
        <w:br/>
        <w:t>vt 0.665039 0.693848</w:t>
        <w:br/>
        <w:t>vt 0.663574 0.687988</w:t>
        <w:br/>
        <w:t>vt 0.658691 0.677490</w:t>
        <w:br/>
        <w:t>vt 0.666016 0.691650</w:t>
        <w:br/>
        <w:t>vt 0.663574 0.687988</w:t>
        <w:br/>
        <w:t>vt 0.667969 0.686768</w:t>
        <w:br/>
        <w:t>vt 0.654297 0.679688</w:t>
        <w:br/>
        <w:t>vt 0.669434 0.691406</w:t>
        <w:br/>
        <w:t>vt 0.669434 0.691406</w:t>
        <w:br/>
        <w:t>vt 0.670898 0.693359</w:t>
        <w:br/>
        <w:t>vt 0.673828 0.690674</w:t>
        <w:br/>
        <w:t>vt 0.672363 0.688965</w:t>
        <w:br/>
        <w:t>vt 0.672363 0.688965</w:t>
        <w:br/>
        <w:t>vt 0.675781 0.684082</w:t>
        <w:br/>
        <w:t>vt 0.671387 0.684570</w:t>
        <w:br/>
        <w:t>vt 0.671387 0.684570</w:t>
        <w:br/>
        <w:t>vt 0.668457 0.674316</w:t>
        <w:br/>
        <w:t>vt 0.663574 0.675781</w:t>
        <w:br/>
        <w:t>vt 0.668457 0.674316</w:t>
        <w:br/>
        <w:t>vt 0.658691 0.677490</w:t>
        <w:br/>
        <w:t>vt 0.672852 0.672607</w:t>
        <w:br/>
        <w:t>vt 0.662598 0.673584</w:t>
        <w:br/>
        <w:t>vt 0.667480 0.671875</w:t>
        <w:br/>
        <w:t>vt 0.667480 0.671875</w:t>
        <w:br/>
        <w:t>vt 0.671875 0.669922</w:t>
        <w:br/>
        <w:t>vt 0.658203 0.675293</w:t>
        <w:br/>
        <w:t>vt 0.658203 0.675293</w:t>
        <w:br/>
        <w:t>vt 0.652832 0.677490</w:t>
        <w:br/>
        <w:t>vt 0.661621 0.671631</w:t>
        <w:br/>
        <w:t>vt 0.666992 0.669678</w:t>
        <w:br/>
        <w:t>vt 0.666992 0.669678</w:t>
        <w:br/>
        <w:t>vt 0.671387 0.667480</w:t>
        <w:br/>
        <w:t>vt 0.657227 0.673096</w:t>
        <w:br/>
        <w:t>vt 0.657227 0.673096</w:t>
        <w:br/>
        <w:t>vt 0.651367 0.675293</w:t>
        <w:br/>
        <w:t>vt 0.652344 0.660889</w:t>
        <w:br/>
        <w:t>vt 0.656738 0.659180</w:t>
        <w:br/>
        <w:t>vt 0.652344 0.660889</w:t>
        <w:br/>
        <w:t>vt 0.662109 0.657471</w:t>
        <w:br/>
        <w:t>vt 0.667480 0.656006</w:t>
        <w:br/>
        <w:t>vt 0.666992 0.654053</w:t>
        <w:br/>
        <w:t>vt 0.655762 0.657471</w:t>
        <w:br/>
        <w:t>vt 0.661133 0.655762</w:t>
        <w:br/>
        <w:t>vt 0.645508 0.664307</w:t>
        <w:br/>
        <w:t>vt 0.651367 0.659180</w:t>
        <w:br/>
        <w:t>vt 0.651367 0.659180</w:t>
        <w:br/>
        <w:t>vt 0.644531 0.662354</w:t>
        <w:br/>
        <w:t>vt 0.650879 0.656982</w:t>
        <w:br/>
        <w:t>vt 0.655273 0.655273</w:t>
        <w:br/>
        <w:t>vt 0.650879 0.656982</w:t>
        <w:br/>
        <w:t>vt 0.660156 0.653809</w:t>
        <w:br/>
        <w:t>vt 0.666992 0.651611</w:t>
        <w:br/>
        <w:t>vt 0.643066 0.660156</w:t>
        <w:br/>
        <w:t>vt 0.645508 0.643799</w:t>
        <w:br/>
        <w:t>vt 0.650391 0.642334</w:t>
        <w:br/>
        <w:t>vt 0.645508 0.643799</w:t>
        <w:br/>
        <w:t>vt 0.655762 0.642334</w:t>
        <w:br/>
        <w:t>vt 0.655762 0.642334</w:t>
        <w:br/>
        <w:t>vt 0.663086 0.641846</w:t>
        <w:br/>
        <w:t>vt 0.648438 0.638184</w:t>
        <w:br/>
        <w:t>vt 0.655273 0.638672</w:t>
        <w:br/>
        <w:t>vt 0.655273 0.638672</w:t>
        <w:br/>
        <w:t>vt 0.663086 0.640137</w:t>
        <w:br/>
        <w:t>vt 0.664062 0.638428</w:t>
        <w:br/>
        <w:t>vt 0.639160 0.648926</w:t>
        <w:br/>
        <w:t>vt 0.643066 0.639404</w:t>
        <w:br/>
        <w:t>vt 0.643066 0.639404</w:t>
        <w:br/>
        <w:t>vt 0.638184 0.646484</w:t>
        <w:br/>
        <w:t>vt 0.637207 0.645264</w:t>
        <w:br/>
        <w:t>vt 0.647461 0.634033</w:t>
        <w:br/>
        <w:t>vt 0.654785 0.635010</w:t>
        <w:br/>
        <w:t>vt 0.654785 0.635010</w:t>
        <w:br/>
        <w:t>vt 0.640137 0.634766</w:t>
        <w:br/>
        <w:t>vt 0.640137 0.634766</w:t>
        <w:br/>
        <w:t>vt 0.636719 0.645264</w:t>
        <w:br/>
        <w:t>vt 0.647461 0.627441</w:t>
        <w:br/>
        <w:t>vt 0.636719 0.633545</w:t>
        <w:br/>
        <w:t>vt 0.636719 0.633545</w:t>
        <w:br/>
        <w:t>vt 0.636719 0.645264</w:t>
        <w:br/>
        <w:t>vt 0.632324 0.636230</w:t>
        <w:br/>
        <w:t>vt 0.635254 0.645752</w:t>
        <w:br/>
        <w:t>vt 0.628418 0.639648</w:t>
        <w:br/>
        <w:t>vt 0.640625 0.625488</w:t>
        <w:br/>
        <w:t>vt 0.636719 0.633545</w:t>
        <w:br/>
        <w:t>vt 0.633301 0.647217</w:t>
        <w:br/>
        <w:t>vt 0.628906 0.655518</w:t>
        <w:br/>
        <w:t>vt 0.621094 0.650879</w:t>
        <w:br/>
        <w:t>vt 0.627441 0.657227</w:t>
        <w:br/>
        <w:t>vt 0.628418 0.639648</w:t>
        <w:br/>
        <w:t>vt 0.626953 0.631592</w:t>
        <w:br/>
        <w:t>vt 0.632324 0.636230</w:t>
        <w:br/>
        <w:t>vt 0.619629 0.653076</w:t>
        <w:br/>
        <w:t>vt 0.625977 0.658936</w:t>
        <w:br/>
        <w:t>vt 0.621094 0.650879</w:t>
        <w:br/>
        <w:t>vt 0.624023 0.635986</w:t>
        <w:br/>
        <w:t>vt 0.619629 0.653076</w:t>
        <w:br/>
        <w:t>vt 0.616699 0.648193</w:t>
        <w:br/>
        <w:t>vt 0.618652 0.655029</w:t>
        <w:br/>
        <w:t>vt 0.617188 0.670654</w:t>
        <w:br/>
        <w:t>vt 0.615234 0.650146</w:t>
        <w:br/>
        <w:t>vt 0.618652 0.655029</w:t>
        <w:br/>
        <w:t>vt 0.610840 0.666748</w:t>
        <w:br/>
        <w:t>vt 0.615723 0.672363</w:t>
        <w:br/>
        <w:t>vt 0.614258 0.651855</w:t>
        <w:br/>
        <w:t>vt 0.610840 0.666748</w:t>
        <w:br/>
        <w:t>vt 0.609863 0.668701</w:t>
        <w:br/>
        <w:t>vt 0.614258 0.674072</w:t>
        <w:br/>
        <w:t>vt 0.608398 0.670654</w:t>
        <w:br/>
        <w:t>vt 0.604980 0.684326</w:t>
        <w:br/>
        <w:t>vt 0.609863 0.668701</w:t>
        <w:br/>
        <w:t>vt 0.606934 0.664307</w:t>
        <w:br/>
        <w:t>vt 0.608398 0.670654</w:t>
        <w:br/>
        <w:t>vt 0.605469 0.666260</w:t>
        <w:br/>
        <w:t>vt 0.602539 0.661865</w:t>
        <w:br/>
        <w:t>vt 0.601074 0.663818</w:t>
        <w:br/>
        <w:t>vt 0.604004 0.668213</w:t>
        <w:br/>
        <w:t>vt 0.595703 0.660156</w:t>
        <w:br/>
        <w:t>vt 0.602539 0.661865</w:t>
        <w:br/>
        <w:t>vt 0.601074 0.663818</w:t>
        <w:br/>
        <w:t>vt 0.596680 0.657959</w:t>
        <w:br/>
        <w:t>vt 0.594727 0.662354</w:t>
        <w:br/>
        <w:t>vt 0.609863 0.649658</w:t>
        <w:br/>
        <w:t>vt 0.609863 0.649658</w:t>
        <w:br/>
        <w:t>vt 0.599609 0.666016</w:t>
        <w:br/>
        <w:t>vt 0.599609 0.666016</w:t>
        <w:br/>
        <w:t>vt 0.589844 0.675537</w:t>
        <w:br/>
        <w:t>vt 0.593750 0.677246</w:t>
        <w:br/>
        <w:t>vt 0.593750 0.677246</w:t>
        <w:br/>
        <w:t>vt 0.603027 0.645020</w:t>
        <w:br/>
        <w:t>vt 0.611328 0.647949</w:t>
        <w:br/>
        <w:t>vt 0.611328 0.647949</w:t>
        <w:br/>
        <w:t>vt 0.604004 0.643066</w:t>
        <w:br/>
        <w:t>vt 0.612793 0.645996</w:t>
        <w:br/>
        <w:t>vt 0.612793 0.645996</w:t>
        <w:br/>
        <w:t>vt 0.604980 0.641113</w:t>
        <w:br/>
        <w:t>vt 0.619141 0.634277</w:t>
        <w:br/>
        <w:t>vt 0.619141 0.634277</w:t>
        <w:br/>
        <w:t>vt 0.610840 0.633301</w:t>
        <w:br/>
        <w:t>vt 0.611328 0.631348</w:t>
        <w:br/>
        <w:t>vt 0.620605 0.628906</w:t>
        <w:br/>
        <w:t>vt 0.620605 0.628906</w:t>
        <w:br/>
        <w:t>vt 0.620117 0.623291</w:t>
        <w:br/>
        <w:t>vt 0.629395 0.627441</w:t>
        <w:br/>
        <w:t>vt 0.620117 0.623291</w:t>
        <w:br/>
        <w:t>vt 0.609375 0.630615</w:t>
        <w:br/>
        <w:t>vt 0.632812 0.621826</w:t>
        <w:br/>
        <w:t>vt 0.620117 0.623291</w:t>
        <w:br/>
        <w:t>vt 0.609375 0.630615</w:t>
        <w:br/>
        <w:t>vt 0.616699 0.622070</w:t>
        <w:br/>
        <w:t>vt 0.625488 0.616943</w:t>
        <w:br/>
        <w:t>vt 0.616699 0.622070</w:t>
        <w:br/>
        <w:t>vt 0.633789 0.620605</w:t>
        <w:br/>
        <w:t>vt 0.609375 0.630371</w:t>
        <w:br/>
        <w:t>vt 0.643555 0.624512</w:t>
        <w:br/>
        <w:t>vt 0.609375 0.630371</w:t>
        <w:br/>
        <w:t>vt 0.609375 0.621826</w:t>
        <w:br/>
        <w:t>vt 0.616699 0.622070</w:t>
        <w:br/>
        <w:t>vt 0.606934 0.630127</w:t>
        <w:br/>
        <w:t>vt 0.603516 0.632080</w:t>
        <w:br/>
        <w:t>vt 0.603027 0.622803</w:t>
        <w:br/>
        <w:t>vt 0.593750 0.635010</w:t>
        <w:br/>
        <w:t>vt 0.590820 0.625977</w:t>
        <w:br/>
        <w:t>vt 0.591797 0.635498</w:t>
        <w:br/>
        <w:t>vt 0.602051 0.618652</w:t>
        <w:br/>
        <w:t>vt 0.609375 0.621826</w:t>
        <w:br/>
        <w:t>vt 0.603027 0.622803</w:t>
        <w:br/>
        <w:t>vt 0.590820 0.625977</w:t>
        <w:br/>
        <w:t>vt 0.589844 0.635986</w:t>
        <w:br/>
        <w:t>vt 0.588867 0.626709</w:t>
        <w:br/>
        <w:t>vt 0.589844 0.621826</w:t>
        <w:br/>
        <w:t>vt 0.588867 0.626709</w:t>
        <w:br/>
        <w:t>vt 0.607910 0.617188</w:t>
        <w:br/>
        <w:t>vt 0.587891 0.622314</w:t>
        <w:br/>
        <w:t>vt 0.613281 0.614990</w:t>
        <w:br/>
        <w:t>vt 0.599609 0.614014</w:t>
        <w:br/>
        <w:t>vt 0.587402 0.610352</w:t>
        <w:br/>
        <w:t>vt 0.596191 0.608154</w:t>
        <w:br/>
        <w:t>vt 0.604492 0.611816</w:t>
        <w:br/>
        <w:t>vt 0.588379 0.616699</w:t>
        <w:br/>
        <w:t>vt 0.585449 0.610840</w:t>
        <w:br/>
        <w:t>vt 0.586426 0.617188</w:t>
        <w:br/>
        <w:t>vt 0.583496 0.611328</w:t>
        <w:br/>
        <w:t>vt 0.584473 0.617676</w:t>
        <w:br/>
        <w:t>vt 0.569336 0.616699</w:t>
        <w:br/>
        <w:t>vt 0.599121 0.607910</w:t>
        <w:br/>
        <w:t>vt 0.599121 0.606689</w:t>
        <w:br/>
        <w:t>vt 0.585938 0.622803</w:t>
        <w:br/>
        <w:t>vt 0.607910 0.608398</w:t>
        <w:br/>
        <w:t>vt 0.570801 0.621338</w:t>
        <w:br/>
        <w:t>vt 0.567383 0.617432</w:t>
        <w:br/>
        <w:t>vt 0.586914 0.627197</w:t>
        <w:br/>
        <w:t>vt 0.586914 0.627197</w:t>
        <w:br/>
        <w:t>vt 0.574707 0.638428</w:t>
        <w:br/>
        <w:t>vt 0.573242 0.630371</w:t>
        <w:br/>
        <w:t>vt 0.573242 0.630371</w:t>
        <w:br/>
        <w:t>vt 0.572754 0.638428</w:t>
        <w:br/>
        <w:t>vt 0.571777 0.626465</w:t>
        <w:br/>
        <w:t>vt 0.571289 0.630859</w:t>
        <w:br/>
        <w:t>vt 0.571289 0.630859</w:t>
        <w:br/>
        <w:t>vt 0.570801 0.638672</w:t>
        <w:br/>
        <w:t>vt 0.568848 0.622070</w:t>
        <w:br/>
        <w:t>vt 0.568848 0.622070</w:t>
        <w:br/>
        <w:t>vt 0.565430 0.618164</w:t>
        <w:br/>
        <w:t>vt 0.570312 0.626709</w:t>
        <w:br/>
        <w:t>vt 0.569336 0.631348</w:t>
        <w:br/>
        <w:t>vt 0.559570 0.638184</w:t>
        <w:br/>
        <w:t>vt 0.569336 0.631348</w:t>
        <w:br/>
        <w:t>vt 0.566895 0.622559</w:t>
        <w:br/>
        <w:t>vt 0.566895 0.622559</w:t>
        <w:br/>
        <w:t>vt 0.555176 0.623047</w:t>
        <w:br/>
        <w:t>vt 0.556641 0.625977</w:t>
        <w:br/>
        <w:t>vt 0.568359 0.627197</w:t>
        <w:br/>
        <w:t>vt 0.556641 0.625977</w:t>
        <w:br/>
        <w:t>vt 0.559082 0.633301</w:t>
        <w:br/>
        <w:t>vt 0.559082 0.633301</w:t>
        <w:br/>
        <w:t>vt 0.557617 0.630127</w:t>
        <w:br/>
        <w:t>vt 0.555664 0.633789</w:t>
        <w:br/>
        <w:t>vt 0.554199 0.635498</w:t>
        <w:br/>
        <w:t>vt 0.555664 0.633789</w:t>
        <w:br/>
        <w:t>vt 0.553223 0.627930</w:t>
        <w:br/>
        <w:t>vt 0.553223 0.627930</w:t>
        <w:br/>
        <w:t>vt 0.551758 0.627686</w:t>
        <w:br/>
        <w:t>vt 0.553711 0.631348</w:t>
        <w:br/>
        <w:t>vt 0.553711 0.631348</w:t>
        <w:br/>
        <w:t>vt 0.551270 0.632080</w:t>
        <w:br/>
        <w:t>vt 0.591797 0.093262</w:t>
        <w:br/>
        <w:t>vt 0.577637 0.093262</w:t>
        <w:br/>
        <w:t>vt 0.590820 0.091309</w:t>
        <w:br/>
        <w:t>vt 0.578125 0.091309</w:t>
        <w:br/>
        <w:t>vt 0.492432 0.898865</w:t>
        <w:br/>
        <w:t>vt 0.492432 0.883789</w:t>
        <w:br/>
        <w:t>vt 0.496094 0.884460</w:t>
        <w:br/>
        <w:t>vt 0.492676 0.878967</w:t>
        <w:br/>
        <w:t>vt 0.496094 0.884460</w:t>
        <w:br/>
        <w:t>vt 0.492432 0.883789</w:t>
        <w:br/>
        <w:t>vt 0.498291 0.876282</w:t>
        <w:br/>
        <w:t>vt 0.500977 0.884521</w:t>
        <w:br/>
        <w:t>vt 0.500977 0.884521</w:t>
        <w:br/>
        <w:t>vt 0.496094 0.898682</w:t>
        <w:br/>
        <w:t>vt 0.500977 0.900269</w:t>
        <w:br/>
        <w:t>vt 0.494385 0.907532</w:t>
        <w:br/>
        <w:t>vt 0.496094 0.898682</w:t>
        <w:br/>
        <w:t>vt 0.500977 0.900269</w:t>
        <w:br/>
        <w:t>vt 0.490723 0.903198</w:t>
        <w:br/>
        <w:t>vt 0.492432 0.898865</w:t>
        <w:br/>
        <w:t>vt 0.492432 0.883789</w:t>
        <w:br/>
        <w:t>vt 0.492432 0.898865</w:t>
        <w:br/>
        <w:t>vt 0.496094 0.884460</w:t>
        <w:br/>
        <w:t>vt 0.492676 0.878967</w:t>
        <w:br/>
        <w:t>vt 0.492432 0.883789</w:t>
        <w:br/>
        <w:t>vt 0.496094 0.884460</w:t>
        <w:br/>
        <w:t>vt 0.498291 0.876282</w:t>
        <w:br/>
        <w:t>vt 0.500977 0.884521</w:t>
        <w:br/>
        <w:t>vt 0.496094 0.898682</w:t>
        <w:br/>
        <w:t>vt 0.500977 0.884521</w:t>
        <w:br/>
        <w:t>vt 0.500977 0.900269</w:t>
        <w:br/>
        <w:t>vt 0.496094 0.898682</w:t>
        <w:br/>
        <w:t>vt 0.494385 0.907532</w:t>
        <w:br/>
        <w:t>vt 0.500977 0.900269</w:t>
        <w:br/>
        <w:t>vt 0.490723 0.903198</w:t>
        <w:br/>
        <w:t>vt 0.492432 0.898865</w:t>
        <w:br/>
        <w:t>vt 0.111877 0.763306</w:t>
        <w:br/>
        <w:t>vt 0.120728 0.760742</w:t>
        <w:br/>
        <w:t>vt 0.120728 0.763306</w:t>
        <w:br/>
        <w:t>vt 0.102966 0.765381</w:t>
        <w:br/>
        <w:t>vt 0.102478 0.763306</w:t>
        <w:br/>
        <w:t>vt 0.111877 0.765381</w:t>
        <w:br/>
        <w:t>vt 0.111877 0.760742</w:t>
        <w:br/>
        <w:t>vt 0.102478 0.760742</w:t>
        <w:br/>
        <w:t>vt 0.102478 0.755981</w:t>
        <w:br/>
        <w:t>vt 0.111877 0.755981</w:t>
        <w:br/>
        <w:t>vt 0.120728 0.755981</w:t>
        <w:br/>
        <w:t>vt 0.102478 0.755981</w:t>
        <w:br/>
        <w:t>vt 0.111877 0.753662</w:t>
        <w:br/>
        <w:t>vt 0.111877 0.755981</w:t>
        <w:br/>
        <w:t>vt 0.102478 0.753662</w:t>
        <w:br/>
        <w:t>vt 0.120728 0.755981</w:t>
        <w:br/>
        <w:t>vt 0.120728 0.753662</w:t>
        <w:br/>
        <w:t>vt 0.120667 0.765381</w:t>
        <w:br/>
        <w:t>vt 0.120728 0.763306</w:t>
        <w:br/>
        <w:t>vt 0.123718 0.770996</w:t>
        <w:br/>
        <w:t>vt 0.120667 0.765381</w:t>
        <w:br/>
        <w:t>vt 0.123413 0.764282</w:t>
        <w:br/>
        <w:t>vt 0.125732 0.768799</w:t>
        <w:br/>
        <w:t>vt 0.120667 0.769287</w:t>
        <w:br/>
        <w:t>vt 0.120667 0.796387</w:t>
        <w:br/>
        <w:t>vt 0.123718 0.796387</w:t>
        <w:br/>
        <w:t>vt 0.120667 0.769287</w:t>
        <w:br/>
        <w:t>vt 0.111877 0.769287</w:t>
        <w:br/>
        <w:t>vt 0.120667 0.765381</w:t>
        <w:br/>
        <w:t>vt 0.111877 0.765381</w:t>
        <w:br/>
        <w:t>vt 0.120667 0.813354</w:t>
        <w:br/>
        <w:t>vt 0.123718 0.813354</w:t>
        <w:br/>
        <w:t>vt 0.111877 0.796387</w:t>
        <w:br/>
        <w:t>vt 0.111877 0.813354</w:t>
        <w:br/>
        <w:t>vt 0.102966 0.813354</w:t>
        <w:br/>
        <w:t>vt 0.102966 0.769287</w:t>
        <w:br/>
        <w:t>vt 0.102966 0.765381</w:t>
        <w:br/>
        <w:t>vt 0.102966 0.796387</w:t>
        <w:br/>
        <w:t>vt 0.100830 0.813354</w:t>
        <w:br/>
        <w:t>vt 0.100830 0.796387</w:t>
        <w:br/>
        <w:t>vt 0.100830 0.771484</w:t>
        <w:br/>
        <w:t>vt 0.102966 0.765381</w:t>
        <w:br/>
        <w:t>vt 0.102478 0.763306</w:t>
        <w:br/>
        <w:t>vt 0.099854 0.764893</w:t>
        <w:br/>
        <w:t>vt 0.098145 0.769775</w:t>
        <w:br/>
        <w:t>vt 0.785645 0.637451</w:t>
        <w:br/>
        <w:t>vt 0.787598 0.632324</w:t>
        <w:br/>
        <w:t>vt 0.789062 0.633789</w:t>
        <w:br/>
        <w:t>vt 0.780762 0.640625</w:t>
        <w:br/>
        <w:t>vt 0.782715 0.641846</w:t>
        <w:br/>
        <w:t>vt 0.783691 0.636230</w:t>
        <w:br/>
        <w:t>vt 0.778809 0.639160</w:t>
        <w:br/>
        <w:t>vt 0.785645 0.630859</w:t>
        <w:br/>
        <w:t>vt 0.795898 0.645508</w:t>
        <w:br/>
        <w:t>vt 0.793945 0.649902</w:t>
        <w:br/>
        <w:t>vt 0.799805 0.642578</w:t>
        <w:br/>
        <w:t>vt 0.800293 0.652588</w:t>
        <w:br/>
        <w:t>vt 0.803223 0.647461</w:t>
        <w:br/>
        <w:t>vt 0.803223 0.651123</w:t>
        <w:br/>
        <w:t>vt 0.782227 0.634766</w:t>
        <w:br/>
        <w:t>vt 0.766602 0.630127</w:t>
        <w:br/>
        <w:t>vt 0.773926 0.621094</w:t>
        <w:br/>
        <w:t>vt 0.769531 0.625000</w:t>
        <w:br/>
        <w:t>vt 0.764648 0.628662</w:t>
        <w:br/>
        <w:t>vt 0.772461 0.619873</w:t>
        <w:br/>
        <w:t>vt 0.767578 0.623779</w:t>
        <w:br/>
        <w:t>vt 0.762695 0.627197</w:t>
        <w:br/>
        <w:t>vt 0.770020 0.618164</w:t>
        <w:br/>
        <w:t>vt 0.765625 0.622070</w:t>
        <w:br/>
        <w:t>vt 0.752930 0.620361</w:t>
        <w:br/>
        <w:t>vt 0.761230 0.611084</w:t>
        <w:br/>
        <w:t>vt 0.756348 0.615234</w:t>
        <w:br/>
        <w:t>vt 0.750000 0.618408</w:t>
        <w:br/>
        <w:t>vt 0.758301 0.608643</w:t>
        <w:br/>
        <w:t>vt 0.753418 0.612793</w:t>
        <w:br/>
        <w:t>vt 0.755371 0.605957</w:t>
        <w:br/>
        <w:t>vt 0.747070 0.616211</w:t>
        <w:br/>
        <w:t>vt 0.750000 0.610352</w:t>
        <w:br/>
        <w:t>vt 0.739258 0.610840</w:t>
        <w:br/>
        <w:t>vt 0.746582 0.616943</w:t>
        <w:br/>
        <w:t>vt 0.748535 0.600098</w:t>
        <w:br/>
        <w:t>vt 0.755859 0.605469</w:t>
        <w:br/>
        <w:t>vt 0.743652 0.605225</w:t>
        <w:br/>
        <w:t>vt 0.741211 0.620605</w:t>
        <w:br/>
        <w:t>vt 0.743652 0.623291</w:t>
        <w:br/>
        <w:t>vt 0.749023 0.619141</w:t>
        <w:br/>
        <w:t>vt 0.746094 0.625732</w:t>
        <w:br/>
        <w:t>vt 0.751465 0.621582</w:t>
        <w:br/>
        <w:t>vt 0.755371 0.634521</w:t>
        <w:br/>
        <w:t>vt 0.740234 0.628906</w:t>
        <w:br/>
        <w:t>vt 0.737793 0.626953</w:t>
        <w:br/>
        <w:t>vt 0.742676 0.630615</w:t>
        <w:br/>
        <w:t>vt 0.732422 0.622559</w:t>
        <w:br/>
        <w:t>vt 0.751953 0.639404</w:t>
        <w:br/>
        <w:t>vt 0.734863 0.614990</w:t>
        <w:br/>
        <w:t>vt 0.725098 0.621826</w:t>
        <w:br/>
        <w:t>vt 0.715820 0.615479</w:t>
        <w:br/>
        <w:t>vt 0.760254 0.630615</w:t>
        <w:br/>
        <w:t>vt 0.757324 0.636475</w:t>
        <w:br/>
        <w:t>vt 0.762207 0.632568</w:t>
        <w:br/>
        <w:t>vt 0.753906 0.641113</w:t>
        <w:br/>
        <w:t>vt 0.759277 0.638428</w:t>
        <w:br/>
        <w:t>vt 0.763672 0.634277</w:t>
        <w:br/>
        <w:t>vt 0.755371 0.642578</w:t>
        <w:br/>
        <w:t>vt 0.768066 0.646973</w:t>
        <w:br/>
        <w:t>vt 0.772461 0.642822</w:t>
        <w:br/>
        <w:t>vt 0.764648 0.651123</w:t>
        <w:br/>
        <w:t>vt 0.770020 0.648682</w:t>
        <w:br/>
        <w:t>vt 0.770020 0.648682</w:t>
        <w:br/>
        <w:t>vt 0.766602 0.652832</w:t>
        <w:br/>
        <w:t>vt 0.774414 0.644531</w:t>
        <w:br/>
        <w:t>vt 0.771973 0.650391</w:t>
        <w:br/>
        <w:t>vt 0.771973 0.650391</w:t>
        <w:br/>
        <w:t>vt 0.768555 0.654541</w:t>
        <w:br/>
        <w:t>vt 0.774414 0.644531</w:t>
        <w:br/>
        <w:t>vt 0.776367 0.646240</w:t>
        <w:br/>
        <w:t>vt 0.779785 0.657959</w:t>
        <w:br/>
        <w:t>vt 0.779785 0.657959</w:t>
        <w:br/>
        <w:t>vt 0.777344 0.662109</w:t>
        <w:br/>
        <w:t>vt 0.784180 0.655273</w:t>
        <w:br/>
        <w:t>vt 0.782715 0.664795</w:t>
        <w:br/>
        <w:t>vt 0.787109 0.659912</w:t>
        <w:br/>
        <w:t>vt 0.785156 0.663574</w:t>
        <w:br/>
        <w:t>vt 0.715820 0.615479</w:t>
        <w:br/>
        <w:t>vt 0.725098 0.621826</w:t>
        <w:br/>
        <w:t>vt 0.714844 0.618408</w:t>
        <w:br/>
        <w:t>vt 0.723633 0.623291</w:t>
        <w:br/>
        <w:t>vt 0.722168 0.624756</w:t>
        <w:br/>
        <w:t>vt 0.714355 0.621094</w:t>
        <w:br/>
        <w:t>vt 0.714355 0.624023</w:t>
        <w:br/>
        <w:t>vt 0.721680 0.626465</w:t>
        <w:br/>
        <w:t>vt 0.721191 0.628662</w:t>
        <w:br/>
        <w:t>vt 0.705078 0.619385</w:t>
        <w:br/>
        <w:t>vt 0.713867 0.627441</w:t>
        <w:br/>
        <w:t>vt 0.720215 0.630859</w:t>
        <w:br/>
        <w:t>vt 0.705078 0.622803</w:t>
        <w:br/>
        <w:t>vt 0.705566 0.626465</w:t>
        <w:br/>
        <w:t>vt 0.713867 0.629883</w:t>
        <w:br/>
        <w:t>vt 0.719727 0.633057</w:t>
        <w:br/>
        <w:t>vt 0.706055 0.628906</w:t>
        <w:br/>
        <w:t>vt 0.713867 0.632324</w:t>
        <w:br/>
        <w:t>vt 0.717773 0.643311</w:t>
        <w:br/>
        <w:t>vt 0.706543 0.631348</w:t>
        <w:br/>
        <w:t>vt 0.712891 0.641357</w:t>
        <w:br/>
        <w:t>vt 0.711426 0.647705</w:t>
        <w:br/>
        <w:t>vt 0.707031 0.646484</w:t>
        <w:br/>
        <w:t>vt 0.707520 0.639893</w:t>
        <w:br/>
        <w:t>vt 0.715332 0.649414</w:t>
        <w:br/>
        <w:t>vt 0.710449 0.650635</w:t>
        <w:br/>
        <w:t>vt 0.707520 0.639893</w:t>
        <w:br/>
        <w:t>vt 0.700195 0.631836</w:t>
        <w:br/>
        <w:t>vt 0.706543 0.631348</w:t>
        <w:br/>
        <w:t>vt 0.706055 0.628906</w:t>
        <w:br/>
        <w:t>vt 0.702637 0.640137</w:t>
        <w:br/>
        <w:t>vt 0.707031 0.646484</w:t>
        <w:br/>
        <w:t>vt 0.704590 0.646484</w:t>
        <w:br/>
        <w:t>vt 0.699707 0.629395</w:t>
        <w:br/>
        <w:t>vt 0.705566 0.626465</w:t>
        <w:br/>
        <w:t>vt 0.697754 0.642334</w:t>
        <w:br/>
        <w:t>vt 0.700195 0.631836</w:t>
        <w:br/>
        <w:t>vt 0.702637 0.640137</w:t>
        <w:br/>
        <w:t>vt 0.704590 0.646484</w:t>
        <w:br/>
        <w:t>vt 0.692871 0.634766</w:t>
        <w:br/>
        <w:t>vt 0.699707 0.629395</w:t>
        <w:br/>
        <w:t>vt 0.701660 0.649902</w:t>
        <w:br/>
        <w:t>vt 0.701660 0.649902</w:t>
        <w:br/>
        <w:t>vt 0.702637 0.652100</w:t>
        <w:br/>
        <w:t>vt 0.697754 0.651123</w:t>
        <w:br/>
        <w:t>vt 0.697266 0.653076</w:t>
        <w:br/>
        <w:t>vt 0.693359 0.646240</w:t>
        <w:br/>
        <w:t>vt 0.697754 0.651123</w:t>
        <w:br/>
        <w:t>vt 0.697266 0.653076</w:t>
        <w:br/>
        <w:t>vt 0.693359 0.646240</w:t>
        <w:br/>
        <w:t>vt 0.697754 0.651123</w:t>
        <w:br/>
        <w:t>vt 0.690918 0.650391</w:t>
        <w:br/>
        <w:t>vt 0.683105 0.642334</w:t>
        <w:br/>
        <w:t>vt 0.687988 0.637695</w:t>
        <w:br/>
        <w:t>vt 0.687988 0.637695</w:t>
        <w:br/>
        <w:t>vt 0.682129 0.640137</w:t>
        <w:br/>
        <w:t>vt 0.687012 0.635498</w:t>
        <w:br/>
        <w:t>vt 0.687012 0.635498</w:t>
        <w:br/>
        <w:t>vt 0.680664 0.638184</w:t>
        <w:br/>
        <w:t>vt 0.691895 0.632568</w:t>
        <w:br/>
        <w:t>vt 0.685547 0.633545</w:t>
        <w:br/>
        <w:t>vt 0.685547 0.633545</w:t>
        <w:br/>
        <w:t>vt 0.699219 0.627197</w:t>
        <w:br/>
        <w:t>vt 0.699219 0.627197</w:t>
        <w:br/>
        <w:t>vt 0.705078 0.622803</w:t>
        <w:br/>
        <w:t>vt 0.690430 0.630615</w:t>
        <w:br/>
        <w:t>vt 0.682617 0.630859</w:t>
        <w:br/>
        <w:t>vt 0.682617 0.630859</w:t>
        <w:br/>
        <w:t>vt 0.678711 0.636230</w:t>
        <w:br/>
        <w:t>vt 0.677246 0.634766</w:t>
        <w:br/>
        <w:t>vt 0.697754 0.623291</w:t>
        <w:br/>
        <w:t>vt 0.705078 0.619385</w:t>
        <w:br/>
        <w:t>vt 0.680176 0.628662</w:t>
        <w:br/>
        <w:t>vt 0.675293 0.633545</w:t>
        <w:br/>
        <w:t>vt 0.687988 0.627197</w:t>
        <w:br/>
        <w:t>vt 0.680176 0.628662</w:t>
        <w:br/>
        <w:t>vt 0.677246 0.625977</w:t>
        <w:br/>
        <w:t>vt 0.673340 0.632324</w:t>
        <w:br/>
        <w:t>vt 0.685547 0.624512</w:t>
        <w:br/>
        <w:t>vt 0.677246 0.625977</w:t>
        <w:br/>
        <w:t>vt 0.673340 0.623535</w:t>
        <w:br/>
        <w:t>vt 0.690430 0.625244</w:t>
        <w:br/>
        <w:t>vt 0.683105 0.621094</w:t>
        <w:br/>
        <w:t>vt 0.673340 0.623535</w:t>
        <w:br/>
        <w:t>vt 0.688477 0.622314</w:t>
        <w:br/>
        <w:t>vt 0.673340 0.632324</w:t>
        <w:br/>
        <w:t>vt 0.667969 0.635254</w:t>
        <w:br/>
        <w:t>vt 0.692871 0.624756</w:t>
        <w:br/>
        <w:t>vt 0.656738 0.629883</w:t>
        <w:br/>
        <w:t>vt 0.656738 0.629883</w:t>
        <w:br/>
        <w:t>vt 0.659668 0.624268</w:t>
        <w:br/>
        <w:t>vt 0.666504 0.612793</w:t>
        <w:br/>
        <w:t>vt 0.652344 0.619873</w:t>
        <w:br/>
        <w:t>vt 0.681152 0.617920</w:t>
        <w:br/>
        <w:t>vt 0.658203 0.610840</w:t>
        <w:br/>
        <w:t>vt 0.648438 0.616699</w:t>
        <w:br/>
        <w:t>vt 0.652344 0.609375</w:t>
        <w:br/>
        <w:t>vt 0.643066 0.623291</w:t>
        <w:br/>
        <w:t>vt 0.648438 0.616699</w:t>
        <w:br/>
        <w:t>vt 0.643555 0.624512</w:t>
        <w:br/>
        <w:t>vt 0.643555 0.624512</w:t>
        <w:br/>
        <w:t>vt 0.633789 0.620605</w:t>
        <w:br/>
        <w:t>vt 0.643066 0.623291</w:t>
        <w:br/>
        <w:t>vt 0.646973 0.616211</w:t>
        <w:br/>
        <w:t>vt 0.652344 0.609375</w:t>
        <w:br/>
        <w:t>vt 0.634277 0.619629</w:t>
        <w:br/>
        <w:t>vt 0.643066 0.623291</w:t>
        <w:br/>
        <w:t>vt 0.638672 0.612305</w:t>
        <w:br/>
        <w:t>vt 0.646973 0.616211</w:t>
        <w:br/>
        <w:t>vt 0.634277 0.619629</w:t>
        <w:br/>
        <w:t>vt 0.625488 0.613525</w:t>
        <w:br/>
        <w:t>vt 0.625488 0.613525</w:t>
        <w:br/>
        <w:t>vt 0.624512 0.613525</w:t>
        <w:br/>
        <w:t>vt 0.624512 0.613525</w:t>
        <w:br/>
        <w:t>vt 0.631348 0.607422</w:t>
        <w:br/>
        <w:t>vt 0.624512 0.613525</w:t>
        <w:br/>
        <w:t>vt 0.629883 0.606445</w:t>
        <w:br/>
        <w:t>vt 0.625488 0.613525</w:t>
        <w:br/>
        <w:t>vt 0.631348 0.607422</w:t>
        <w:br/>
        <w:t>vt 0.619141 0.611328</w:t>
        <w:br/>
        <w:t>vt 0.629883 0.606445</w:t>
        <w:br/>
        <w:t>vt 0.635254 0.599854</w:t>
        <w:br/>
        <w:t>vt 0.624512 0.603760</w:t>
        <w:br/>
        <w:t>vt 0.635254 0.599854</w:t>
        <w:br/>
        <w:t>vt 0.612793 0.605469</w:t>
        <w:br/>
        <w:t>vt 0.618164 0.599121</w:t>
        <w:br/>
        <w:t>vt 0.602539 0.604980</w:t>
        <w:br/>
        <w:t>vt 0.607910 0.608398</w:t>
        <w:br/>
        <w:t>vt 0.599121 0.606689</w:t>
        <w:br/>
        <w:t>vt 0.602539 0.604980</w:t>
        <w:br/>
        <w:t>vt 0.594238 0.608643</w:t>
        <w:br/>
        <w:t>vt 0.608887 0.599854</w:t>
        <w:br/>
        <w:t>vt 0.594238 0.608643</w:t>
        <w:br/>
        <w:t>vt 0.597656 0.602539</w:t>
        <w:br/>
        <w:t>vt 0.602539 0.604980</w:t>
        <w:br/>
        <w:t>vt 0.591309 0.607178</w:t>
        <w:br/>
        <w:t>vt 0.603516 0.600342</w:t>
        <w:br/>
        <w:t>vt 0.597656 0.602539</w:t>
        <w:br/>
        <w:t>vt 0.590332 0.598633</w:t>
        <w:br/>
        <w:t>vt 0.585938 0.604980</w:t>
        <w:br/>
        <w:t>vt 0.583984 0.603760</w:t>
        <w:br/>
        <w:t>vt 0.598633 0.598633</w:t>
        <w:br/>
        <w:t>vt 0.590332 0.598633</w:t>
        <w:br/>
        <w:t>vt 0.588379 0.597656</w:t>
        <w:br/>
        <w:t>vt 0.582031 0.602783</w:t>
        <w:br/>
        <w:t>vt 0.592285 0.594971</w:t>
        <w:br/>
        <w:t>vt 0.588379 0.597656</w:t>
        <w:br/>
        <w:t>vt 0.585938 0.596436</w:t>
        <w:br/>
        <w:t>vt 0.574707 0.597900</w:t>
        <w:br/>
        <w:t>vt 0.590332 0.593994</w:t>
        <w:br/>
        <w:t>vt 0.585938 0.596436</w:t>
        <w:br/>
        <w:t>vt 0.578125 0.591553</w:t>
        <w:br/>
        <w:t>vt 0.572266 0.596436</w:t>
        <w:br/>
        <w:t>vt 0.588379 0.592773</w:t>
        <w:br/>
        <w:t>vt 0.578125 0.591553</w:t>
        <w:br/>
        <w:t>vt 0.576172 0.590332</w:t>
        <w:br/>
        <w:t>vt 0.570312 0.594727</w:t>
        <w:br/>
        <w:t>vt 0.574219 0.589111</w:t>
        <w:br/>
        <w:t>vt 0.576172 0.590332</w:t>
        <w:br/>
        <w:t>vt 0.580566 0.588135</w:t>
        <w:br/>
        <w:t>vt 0.574219 0.589111</w:t>
        <w:br/>
        <w:t>vt 0.578125 0.586914</w:t>
        <w:br/>
        <w:t>vt 0.564453 0.589844</w:t>
        <w:br/>
        <w:t>vt 0.559082 0.583740</w:t>
        <w:br/>
        <w:t>vt 0.567871 0.585205</w:t>
        <w:br/>
        <w:t>vt 0.576172 0.585693</w:t>
        <w:br/>
        <w:t>vt 0.567871 0.585205</w:t>
        <w:br/>
        <w:t>vt 0.580566 0.582520</w:t>
        <w:br/>
        <w:t>vt 0.581055 0.577393</w:t>
        <w:br/>
        <w:t>vt 0.583496 0.578369</w:t>
        <w:br/>
        <w:t>vt 0.583008 0.583740</w:t>
        <w:br/>
        <w:t>vt 0.578613 0.581299</w:t>
        <w:br/>
        <w:t>vt 0.574219 0.574707</w:t>
        <w:br/>
        <w:t>vt 0.585449 0.579346</w:t>
        <w:br/>
        <w:t>vt 0.590332 0.587891</w:t>
        <w:br/>
        <w:t>vt 0.592773 0.583496</w:t>
        <w:br/>
        <w:t>vt 0.592285 0.589111</w:t>
        <w:br/>
        <w:t>vt 0.594238 0.584473</w:t>
        <w:br/>
        <w:t>vt 0.593750 0.590088</w:t>
        <w:br/>
        <w:t>vt 0.596191 0.585205</w:t>
        <w:br/>
        <w:t>vt 0.599121 0.593018</w:t>
        <w:br/>
        <w:t>vt 0.601562 0.589111</w:t>
        <w:br/>
        <w:t>vt 0.599609 0.587646</w:t>
        <w:br/>
        <w:t>vt 0.602539 0.593994</w:t>
        <w:br/>
        <w:t>vt 0.606445 0.593262</w:t>
        <w:br/>
        <w:t>vt 0.604004 0.585938</w:t>
        <w:br/>
        <w:t>vt 0.612305 0.589355</w:t>
        <w:br/>
        <w:t>vt 0.611328 0.575684</w:t>
        <w:br/>
        <w:t>vt 0.625000 0.590332</w:t>
        <w:br/>
        <w:t>vt 0.617676 0.583252</w:t>
        <w:br/>
        <w:t>vt 0.630371 0.595459</w:t>
        <w:br/>
        <w:t>vt 0.625977 0.571777</w:t>
        <w:br/>
        <w:t>vt 0.619141 0.564941</w:t>
        <w:br/>
        <w:t>vt 0.628418 0.553711</w:t>
        <w:br/>
        <w:t>vt 0.631836 0.577393</w:t>
        <w:br/>
        <w:t>vt 0.637695 0.582275</w:t>
        <w:br/>
        <w:t>vt 0.633789 0.558350</w:t>
        <w:br/>
        <w:t>vt 0.631836 0.549561</w:t>
        <w:br/>
        <w:t>vt 0.636230 0.569092</w:t>
        <w:br/>
        <w:t>vt 0.640137 0.577881</w:t>
        <w:br/>
        <w:t>vt 0.636719 0.553955</w:t>
        <w:br/>
        <w:t>vt 0.635742 0.545166</w:t>
        <w:br/>
        <w:t>vt 0.640137 0.549561</w:t>
        <w:br/>
        <w:t>vt 0.643066 0.551758</w:t>
        <w:br/>
        <w:t>vt 0.640625 0.556396</w:t>
        <w:br/>
        <w:t>vt 0.640625 0.556396</w:t>
        <w:br/>
        <w:t>vt 0.643066 0.551758</w:t>
        <w:br/>
        <w:t>vt 0.644043 0.552490</w:t>
        <w:br/>
        <w:t>vt 0.638672 0.561279</w:t>
        <w:br/>
        <w:t>vt 0.642090 0.557129</w:t>
        <w:br/>
        <w:t>vt 0.638672 0.561279</w:t>
        <w:br/>
        <w:t>vt 0.651855 0.556885</w:t>
        <w:br/>
        <w:t>vt 0.642090 0.557129</w:t>
        <w:br/>
        <w:t>vt 0.644043 0.552490</w:t>
        <w:br/>
        <w:t>vt 0.637695 0.568359</w:t>
        <w:br/>
        <w:t>vt 0.636230 0.569092</w:t>
        <w:br/>
        <w:t>vt 0.649414 0.561035</w:t>
        <w:br/>
        <w:t>vt 0.659180 0.560059</w:t>
        <w:br/>
        <w:t>vt 0.640137 0.561768</w:t>
        <w:br/>
        <w:t>vt 0.647461 0.564941</w:t>
        <w:br/>
        <w:t>vt 0.640137 0.561768</w:t>
        <w:br/>
        <w:t>vt 0.637695 0.568359</w:t>
        <w:br/>
        <w:t>vt 0.656250 0.564453</w:t>
        <w:br/>
        <w:t>vt 0.664551 0.563477</w:t>
        <w:br/>
        <w:t>vt 0.643555 0.572266</w:t>
        <w:br/>
        <w:t>vt 0.662598 0.567871</w:t>
        <w:br/>
        <w:t>vt 0.669434 0.566406</w:t>
        <w:br/>
        <w:t>vt 0.653809 0.568848</w:t>
        <w:br/>
        <w:t>vt 0.667480 0.571289</w:t>
        <w:br/>
        <w:t>vt 0.641113 0.576904</w:t>
        <w:br/>
        <w:t>vt 0.640137 0.577881</w:t>
        <w:br/>
        <w:t>vt 0.649414 0.576904</w:t>
        <w:br/>
        <w:t>vt 0.641113 0.576904</w:t>
        <w:br/>
        <w:t>vt 0.645020 0.585449</w:t>
        <w:br/>
        <w:t>vt 0.645020 0.585449</w:t>
        <w:br/>
        <w:t>vt 0.660156 0.572510</w:t>
        <w:br/>
        <w:t>vt 0.655762 0.581055</w:t>
        <w:br/>
        <w:t>vt 0.665527 0.576172</w:t>
        <w:br/>
        <w:t>vt 0.643066 0.585938</w:t>
        <w:br/>
        <w:t>vt 0.643066 0.585938</w:t>
        <w:br/>
        <w:t>vt 0.662109 0.584229</w:t>
        <w:br/>
        <w:t>vt 0.651855 0.589355</w:t>
        <w:br/>
        <w:t>vt 0.644043 0.588135</w:t>
        <w:br/>
        <w:t>vt 0.644043 0.588135</w:t>
        <w:br/>
        <w:t>vt 0.642090 0.589111</w:t>
        <w:br/>
        <w:t>vt 0.642090 0.589111</w:t>
        <w:br/>
        <w:t>vt 0.642090 0.590332</w:t>
        <w:br/>
        <w:t>vt 0.644043 0.588135</w:t>
        <w:br/>
        <w:t>vt 0.649902 0.593506</w:t>
        <w:br/>
        <w:t>vt 0.642090 0.589111</w:t>
        <w:br/>
        <w:t>vt 0.649902 0.593506</w:t>
        <w:br/>
        <w:t>vt 0.650879 0.591553</w:t>
        <w:br/>
        <w:t>vt 0.650879 0.591553</w:t>
        <w:br/>
        <w:t>vt 0.657715 0.595215</w:t>
        <w:br/>
        <w:t>vt 0.657715 0.595215</w:t>
        <w:br/>
        <w:t>vt 0.659668 0.593262</w:t>
        <w:br/>
        <w:t>vt 0.657227 0.597900</w:t>
        <w:br/>
        <w:t>vt 0.660156 0.595703</w:t>
        <w:br/>
        <w:t>vt 0.657715 0.595215</w:t>
        <w:br/>
        <w:t>vt 0.659668 0.593262</w:t>
        <w:br/>
        <w:t>vt 0.657227 0.597900</w:t>
        <w:br/>
        <w:t>vt 0.667969 0.591309</w:t>
        <w:br/>
        <w:t>vt 0.667969 0.593506</w:t>
        <w:br/>
        <w:t>vt 0.667969 0.591309</w:t>
        <w:br/>
        <w:t>vt 0.657227 0.597900</w:t>
        <w:br/>
        <w:t>vt 0.660156 0.595703</w:t>
        <w:br/>
        <w:t>vt 0.665039 0.598145</w:t>
        <w:br/>
        <w:t>vt 0.667969 0.593506</w:t>
        <w:br/>
        <w:t>vt 0.669434 0.586914</w:t>
        <w:br/>
        <w:t>vt 0.677246 0.592285</w:t>
        <w:br/>
        <w:t>vt 0.672363 0.579834</w:t>
        <w:br/>
        <w:t>vt 0.678223 0.591064</w:t>
        <w:br/>
        <w:t>vt 0.678223 0.591064</w:t>
        <w:br/>
        <w:t>vt 0.673828 0.574951</w:t>
        <w:br/>
        <w:t>vt 0.675293 0.570068</w:t>
        <w:br/>
        <w:t>vt 0.680176 0.582764</w:t>
        <w:br/>
        <w:t>vt 0.680664 0.577881</w:t>
        <w:br/>
        <w:t>vt 0.681152 0.572998</w:t>
        <w:br/>
        <w:t>vt 0.683105 0.578369</w:t>
        <w:br/>
        <w:t>vt 0.686523 0.572510</w:t>
        <w:br/>
        <w:t>vt 0.685059 0.583740</w:t>
        <w:br/>
        <w:t>vt 0.686035 0.578125</w:t>
        <w:br/>
        <w:t>vt 0.687500 0.577393</w:t>
        <w:br/>
        <w:t>vt 0.686035 0.578125</w:t>
        <w:br/>
        <w:t>vt 0.686523 0.572510</w:t>
        <w:br/>
        <w:t>vt 0.687500 0.572021</w:t>
        <w:br/>
        <w:t>vt 0.685059 0.583740</w:t>
        <w:br/>
        <w:t>vt 0.687012 0.582764</w:t>
        <w:br/>
        <w:t>vt 0.687500 0.577393</w:t>
        <w:br/>
        <w:t>vt 0.687500 0.572021</w:t>
        <w:br/>
        <w:t>vt 0.689453 0.577393</w:t>
        <w:br/>
        <w:t>vt 0.687012 0.582764</w:t>
        <w:br/>
        <w:t>vt 0.692383 0.576416</w:t>
        <w:br/>
        <w:t>vt 0.693359 0.569824</w:t>
        <w:br/>
        <w:t>vt 0.691406 0.582764</w:t>
        <w:br/>
        <w:t>vt 0.687012 0.592041</w:t>
        <w:br/>
        <w:t>vt 0.687012 0.592041</w:t>
        <w:br/>
        <w:t>vt 0.685059 0.592529</w:t>
        <w:br/>
        <w:t>vt 0.685059 0.592529</w:t>
        <w:br/>
        <w:t>vt 0.690918 0.593262</w:t>
        <w:br/>
        <w:t>vt 0.688477 0.604248</w:t>
        <w:br/>
        <w:t>vt 0.688477 0.604248</w:t>
        <w:br/>
        <w:t>vt 0.683594 0.605469</w:t>
        <w:br/>
        <w:t>vt 0.687012 0.604736</w:t>
        <w:br/>
        <w:t>vt 0.687012 0.604736</w:t>
        <w:br/>
        <w:t>vt 0.691895 0.604248</w:t>
        <w:br/>
        <w:t>vt 0.690918 0.614258</w:t>
        <w:br/>
        <w:t>vt 0.690918 0.614258</w:t>
        <w:br/>
        <w:t>vt 0.689453 0.614746</w:t>
        <w:br/>
        <w:t>vt 0.689453 0.614746</w:t>
        <w:br/>
        <w:t>vt 0.682617 0.605957</w:t>
        <w:br/>
        <w:t>vt 0.677246 0.592285</w:t>
        <w:br/>
        <w:t>vt 0.686035 0.615723</w:t>
        <w:br/>
        <w:t>vt 0.670898 0.600342</w:t>
        <w:br/>
        <w:t>vt 0.677246 0.592285</w:t>
        <w:br/>
        <w:t>vt 0.675293 0.608398</w:t>
        <w:br/>
        <w:t>vt 0.656738 0.599121</w:t>
        <w:br/>
        <w:t>vt 0.685547 0.615967</w:t>
        <w:br/>
        <w:t>vt 0.687012 0.619141</w:t>
        <w:br/>
        <w:t>vt 0.687500 0.618896</w:t>
        <w:br/>
        <w:t>vt 0.688965 0.622070</w:t>
        <w:br/>
        <w:t>vt 0.690430 0.617920</w:t>
        <w:br/>
        <w:t>vt 0.690918 0.624756</w:t>
        <w:br/>
        <w:t>vt 0.690918 0.624756</w:t>
        <w:br/>
        <w:t>vt 0.692871 0.624756</w:t>
        <w:br/>
        <w:t>vt 0.690430 0.625244</w:t>
        <w:br/>
        <w:t>vt 0.691406 0.621094</w:t>
        <w:br/>
        <w:t>vt 0.692383 0.624512</w:t>
        <w:br/>
        <w:t>vt 0.690918 0.624756</w:t>
        <w:br/>
        <w:t>vt 0.692383 0.624512</w:t>
        <w:br/>
        <w:t>vt 0.692383 0.620850</w:t>
        <w:br/>
        <w:t>vt 0.692383 0.624512</w:t>
        <w:br/>
        <w:t>vt 0.691406 0.621094</w:t>
        <w:br/>
        <w:t>vt 0.692871 0.624756</w:t>
        <w:br/>
        <w:t>vt 0.690430 0.617920</w:t>
        <w:br/>
        <w:t>vt 0.691895 0.617432</w:t>
        <w:br/>
        <w:t>vt 0.696777 0.620117</w:t>
        <w:br/>
        <w:t>vt 0.692383 0.620850</w:t>
        <w:br/>
        <w:t>vt 0.691895 0.617432</w:t>
        <w:br/>
        <w:t>vt 0.695801 0.616943</w:t>
        <w:br/>
        <w:t>vt 0.694824 0.613770</w:t>
        <w:br/>
        <w:t>vt 0.704590 0.616211</w:t>
        <w:br/>
        <w:t>vt 0.704590 0.616211</w:t>
        <w:br/>
        <w:t>vt 0.704590 0.612793</w:t>
        <w:br/>
        <w:t>vt 0.704590 0.612793</w:t>
        <w:br/>
        <w:t>vt 0.702148 0.602783</w:t>
        <w:br/>
        <w:t>vt 0.708496 0.599854</w:t>
        <w:br/>
        <w:t>vt 0.700684 0.592285</w:t>
        <w:br/>
        <w:t>vt 0.720215 0.607178</w:t>
        <w:br/>
        <w:t>vt 0.724609 0.598145</w:t>
        <w:br/>
        <w:t>vt 0.709473 0.586914</w:t>
        <w:br/>
        <w:t>vt 0.731445 0.590576</w:t>
        <w:br/>
        <w:t>vt 0.700684 0.578857</w:t>
        <w:br/>
        <w:t>vt 0.697266 0.574219</w:t>
        <w:br/>
        <w:t>vt 0.699707 0.572266</w:t>
        <w:br/>
        <w:t>vt 0.698730 0.565674</w:t>
        <w:br/>
        <w:t>vt 0.707031 0.572510</w:t>
        <w:br/>
        <w:t>vt 0.702637 0.569092</w:t>
        <w:br/>
        <w:t>vt 0.704590 0.559326</w:t>
        <w:br/>
        <w:t>vt 0.709473 0.561523</w:t>
        <w:br/>
        <w:t>vt 0.708984 0.553711</w:t>
        <w:br/>
        <w:t>vt 0.714355 0.556396</w:t>
        <w:br/>
        <w:t>vt 0.714844 0.563965</w:t>
        <w:br/>
        <w:t>vt 0.715820 0.580811</w:t>
        <w:br/>
        <w:t>vt 0.719238 0.559082</w:t>
        <w:br/>
        <w:t>vt 0.726562 0.571289</w:t>
        <w:br/>
        <w:t>vt 0.732422 0.566406</w:t>
        <w:br/>
        <w:t>vt 0.740723 0.580811</w:t>
        <w:br/>
        <w:t>vt 0.746582 0.572021</w:t>
        <w:br/>
        <w:t>vt 0.752441 0.594971</w:t>
        <w:br/>
        <w:t>vt 0.758301 0.583984</w:t>
        <w:br/>
        <w:t>vt 0.761719 0.578857</w:t>
        <w:br/>
        <w:t>vt 0.755859 0.589355</w:t>
        <w:br/>
        <w:t>vt 0.759277 0.599854</w:t>
        <w:br/>
        <w:t>vt 0.766602 0.586426</w:t>
        <w:br/>
        <w:t>vt 0.768066 0.580811</w:t>
        <w:br/>
        <w:t>vt 0.764160 0.596436</w:t>
        <w:br/>
        <w:t>vt 0.764160 0.596436</w:t>
        <w:br/>
        <w:t>vt 0.755859 0.589355</w:t>
        <w:br/>
        <w:t>vt 0.764648 0.592285</w:t>
        <w:br/>
        <w:t>vt 0.764648 0.592285</w:t>
        <w:br/>
        <w:t>vt 0.764160 0.596436</w:t>
        <w:br/>
        <w:t>vt 0.762695 0.602783</w:t>
        <w:br/>
        <w:t>vt 0.759277 0.607910</w:t>
        <w:br/>
        <w:t>vt 0.769531 0.587158</w:t>
        <w:br/>
        <w:t>vt 0.768555 0.593018</w:t>
        <w:br/>
        <w:t>vt 0.771973 0.582275</w:t>
        <w:br/>
        <w:t>vt 0.775879 0.589111</w:t>
        <w:br/>
        <w:t>vt 0.774414 0.594727</w:t>
        <w:br/>
        <w:t>vt 0.777832 0.584229</w:t>
        <w:br/>
        <w:t>vt 0.777832 0.589844</w:t>
        <w:br/>
        <w:t>vt 0.776855 0.595459</w:t>
        <w:br/>
        <w:t>vt 0.779785 0.584961</w:t>
        <w:br/>
        <w:t>vt 0.780273 0.590576</w:t>
        <w:br/>
        <w:t>vt 0.778809 0.595947</w:t>
        <w:br/>
        <w:t>vt 0.781738 0.585693</w:t>
        <w:br/>
        <w:t>vt 0.788574 0.593262</w:t>
        <w:br/>
        <w:t>vt 0.787109 0.598145</w:t>
        <w:br/>
        <w:t>vt 0.790527 0.588623</w:t>
        <w:br/>
        <w:t>vt 0.791016 0.593994</w:t>
        <w:br/>
        <w:t>vt 0.789551 0.598877</w:t>
        <w:br/>
        <w:t>vt 0.792480 0.589355</w:t>
        <w:br/>
        <w:t>vt 0.793457 0.594482</w:t>
        <w:br/>
        <w:t>vt 0.791992 0.599365</w:t>
        <w:br/>
        <w:t>vt 0.794922 0.590088</w:t>
        <w:br/>
        <w:t>vt 0.800293 0.596436</w:t>
        <w:br/>
        <w:t>vt 0.799316 0.601074</w:t>
        <w:br/>
        <w:t>vt 0.794922 0.590088</w:t>
        <w:br/>
        <w:t>vt 0.801758 0.592285</w:t>
        <w:br/>
        <w:t>vt 0.807129 0.599121</w:t>
        <w:br/>
        <w:t>vt 0.807129 0.599121</w:t>
        <w:br/>
        <w:t>vt 0.807129 0.603271</w:t>
        <w:br/>
        <w:t>vt 0.810059 0.595947</w:t>
        <w:br/>
        <w:t>vt 0.811035 0.603271</w:t>
        <w:br/>
        <w:t>vt 0.812500 0.597412</w:t>
        <w:br/>
        <w:t>vt 0.813477 0.600586</w:t>
        <w:br/>
        <w:t>vt 0.738281 0.964508</w:t>
        <w:br/>
        <w:t>vt 0.734863 0.965302</w:t>
        <w:br/>
        <w:t>vt 0.740234 0.968170</w:t>
        <w:br/>
        <w:t>vt 0.741211 0.964264</w:t>
        <w:br/>
        <w:t>vt 0.734863 0.960846</w:t>
        <w:br/>
        <w:t>vt 0.741211 0.960724</w:t>
        <w:br/>
        <w:t>vt 0.738281 0.960693</w:t>
        <w:br/>
        <w:t>vt 0.738281 0.957428</w:t>
        <w:br/>
        <w:t>vt 0.731934 0.960449</w:t>
        <w:br/>
        <w:t>vt 0.735352 0.957275</w:t>
        <w:br/>
        <w:t>vt 0.741211 0.957611</w:t>
        <w:br/>
        <w:t>vt 0.738281 0.954498</w:t>
        <w:br/>
        <w:t>vt 0.740723 0.954498</w:t>
        <w:br/>
        <w:t>vt 0.744629 0.957764</w:t>
        <w:br/>
        <w:t>vt 0.745117 0.961182</w:t>
        <w:br/>
        <w:t>vt 0.743652 0.964691</w:t>
        <w:br/>
        <w:t>vt 0.746094 0.966095</w:t>
        <w:br/>
        <w:t>vt 0.748535 0.961609</w:t>
        <w:br/>
        <w:t>vt 0.748535 0.957092</w:t>
        <w:br/>
        <w:t>vt 0.746094 0.953369</w:t>
        <w:br/>
        <w:t>vt 0.743652 0.954865</w:t>
        <w:br/>
        <w:t>vt 0.744629 0.953369</w:t>
        <w:br/>
        <w:t>vt 0.743652 0.954865</w:t>
        <w:br/>
        <w:t>vt 0.746094 0.953369</w:t>
        <w:br/>
        <w:t>vt 0.740723 0.954498</w:t>
        <w:br/>
        <w:t>vt 0.740234 0.953369</w:t>
        <w:br/>
        <w:t>vt 0.734375 0.953369</w:t>
        <w:br/>
        <w:t>vt 0.734863 0.954254</w:t>
        <w:br/>
        <w:t>vt 0.731934 0.954468</w:t>
        <w:br/>
        <w:t>vt 0.728027 0.953369</w:t>
        <w:br/>
        <w:t>vt 0.731934 0.957123</w:t>
        <w:br/>
        <w:t>vt 0.729004 0.954498</w:t>
        <w:br/>
        <w:t>vt 0.726562 0.954529</w:t>
        <w:br/>
        <w:t>vt 0.724121 0.953369</w:t>
        <w:br/>
        <w:t>vt 0.723145 0.954102</w:t>
        <w:br/>
        <w:t>vt 0.721680 0.957245</w:t>
        <w:br/>
        <w:t>vt 0.723145 0.954102</w:t>
        <w:br/>
        <w:t>vt 0.728516 0.957275</w:t>
        <w:br/>
        <w:t>vt 0.725586 0.957520</w:t>
        <w:br/>
        <w:t>vt 0.725098 0.960754</w:t>
        <w:br/>
        <w:t>vt 0.721191 0.961487</w:t>
        <w:br/>
        <w:t>vt 0.726074 0.964447</w:t>
        <w:br/>
        <w:t>vt 0.729004 0.960358</w:t>
        <w:br/>
        <w:t>vt 0.729004 0.964020</w:t>
        <w:br/>
        <w:t>vt 0.729492 0.967926</w:t>
        <w:br/>
        <w:t>vt 0.724121 0.965881</w:t>
        <w:br/>
        <w:t>vt 0.731934 0.964294</w:t>
        <w:br/>
        <w:t>vt 0.738281 0.964508</w:t>
        <w:br/>
        <w:t>vt 0.734863 0.965302</w:t>
        <w:br/>
        <w:t>vt 0.740234 0.968170</w:t>
        <w:br/>
        <w:t>vt 0.741211 0.964264</w:t>
        <w:br/>
        <w:t>vt 0.734863 0.960846</w:t>
        <w:br/>
        <w:t>vt 0.741211 0.960724</w:t>
        <w:br/>
        <w:t>vt 0.738281 0.960693</w:t>
        <w:br/>
        <w:t>vt 0.743652 0.964691</w:t>
        <w:br/>
        <w:t>vt 0.746094 0.966095</w:t>
        <w:br/>
        <w:t>vt 0.745117 0.961182</w:t>
        <w:br/>
        <w:t>vt 0.748535 0.961609</w:t>
        <w:br/>
        <w:t>vt 0.744629 0.957764</w:t>
        <w:br/>
        <w:t>vt 0.748535 0.957092</w:t>
        <w:br/>
        <w:t>vt 0.741211 0.957611</w:t>
        <w:br/>
        <w:t>vt 0.743652 0.954865</w:t>
        <w:br/>
        <w:t>vt 0.746094 0.953369</w:t>
        <w:br/>
        <w:t>vt 0.744629 0.953369</w:t>
        <w:br/>
        <w:t>vt 0.743652 0.954865</w:t>
        <w:br/>
        <w:t>vt 0.746094 0.953369</w:t>
        <w:br/>
        <w:t>vt 0.740234 0.953369</w:t>
        <w:br/>
        <w:t>vt 0.740723 0.954498</w:t>
        <w:br/>
        <w:t>vt 0.738281 0.957428</w:t>
        <w:br/>
        <w:t>vt 0.738281 0.954498</w:t>
        <w:br/>
        <w:t>vt 0.734375 0.953369</w:t>
        <w:br/>
        <w:t>vt 0.735352 0.957275</w:t>
        <w:br/>
        <w:t>vt 0.734863 0.954254</w:t>
        <w:br/>
        <w:t>vt 0.731934 0.954468</w:t>
        <w:br/>
        <w:t>vt 0.728027 0.953369</w:t>
        <w:br/>
        <w:t>vt 0.731934 0.957123</w:t>
        <w:br/>
        <w:t>vt 0.729004 0.954498</w:t>
        <w:br/>
        <w:t>vt 0.731934 0.960449</w:t>
        <w:br/>
        <w:t>vt 0.726562 0.954529</w:t>
        <w:br/>
        <w:t>vt 0.724121 0.953369</w:t>
        <w:br/>
        <w:t>vt 0.723145 0.954102</w:t>
        <w:br/>
        <w:t>vt 0.723145 0.954102</w:t>
        <w:br/>
        <w:t>vt 0.721680 0.957245</w:t>
        <w:br/>
        <w:t>vt 0.728516 0.957275</w:t>
        <w:br/>
        <w:t>vt 0.725586 0.957520</w:t>
        <w:br/>
        <w:t>vt 0.721191 0.961487</w:t>
        <w:br/>
        <w:t>vt 0.729004 0.960358</w:t>
        <w:br/>
        <w:t>vt 0.725098 0.960754</w:t>
        <w:br/>
        <w:t>vt 0.731934 0.964294</w:t>
        <w:br/>
        <w:t>vt 0.729492 0.967926</w:t>
        <w:br/>
        <w:t>vt 0.729004 0.964020</w:t>
        <w:br/>
        <w:t>vt 0.726074 0.964447</w:t>
        <w:br/>
        <w:t>vt 0.724121 0.965881</w:t>
        <w:br/>
        <w:t>vt 0.738281 0.964508</w:t>
        <w:br/>
        <w:t>vt 0.740234 0.968170</w:t>
        <w:br/>
        <w:t>vt 0.734863 0.965302</w:t>
        <w:br/>
        <w:t>vt 0.741211 0.964264</w:t>
        <w:br/>
        <w:t>vt 0.734863 0.960846</w:t>
        <w:br/>
        <w:t>vt 0.741211 0.960724</w:t>
        <w:br/>
        <w:t>vt 0.738281 0.960693</w:t>
        <w:br/>
        <w:t>vt 0.738281 0.957428</w:t>
        <w:br/>
        <w:t>vt 0.745117 0.961182</w:t>
        <w:br/>
        <w:t>vt 0.743652 0.964691</w:t>
        <w:br/>
        <w:t>vt 0.746094 0.966095</w:t>
        <w:br/>
        <w:t>vt 0.748535 0.961609</w:t>
        <w:br/>
        <w:t>vt 0.744629 0.957764</w:t>
        <w:br/>
        <w:t>vt 0.748535 0.957092</w:t>
        <w:br/>
        <w:t>vt 0.746094 0.953369</w:t>
        <w:br/>
        <w:t>vt 0.741211 0.957611</w:t>
        <w:br/>
        <w:t>vt 0.743652 0.954865</w:t>
        <w:br/>
        <w:t>vt 0.744629 0.953369</w:t>
        <w:br/>
        <w:t>vt 0.746094 0.953369</w:t>
        <w:br/>
        <w:t>vt 0.743652 0.954865</w:t>
        <w:br/>
        <w:t>vt 0.740723 0.954498</w:t>
        <w:br/>
        <w:t>vt 0.740723 0.954498</w:t>
        <w:br/>
        <w:t>vt 0.740234 0.953369</w:t>
        <w:br/>
        <w:t>vt 0.738281 0.954498</w:t>
        <w:br/>
        <w:t>vt 0.734375 0.953369</w:t>
        <w:br/>
        <w:t>vt 0.735352 0.957275</w:t>
        <w:br/>
        <w:t>vt 0.734863 0.954254</w:t>
        <w:br/>
        <w:t>vt 0.731934 0.954468</w:t>
        <w:br/>
        <w:t>vt 0.728027 0.953369</w:t>
        <w:br/>
        <w:t>vt 0.731934 0.957123</w:t>
        <w:br/>
        <w:t>vt 0.731934 0.960449</w:t>
        <w:br/>
        <w:t>vt 0.731934 0.964294</w:t>
        <w:br/>
        <w:t>vt 0.729492 0.967926</w:t>
        <w:br/>
        <w:t>vt 0.729004 0.964020</w:t>
        <w:br/>
        <w:t>vt 0.729004 0.954498</w:t>
        <w:br/>
        <w:t>vt 0.728516 0.957275</w:t>
        <w:br/>
        <w:t>vt 0.729004 0.960358</w:t>
        <w:br/>
        <w:t>vt 0.726562 0.954529</w:t>
        <w:br/>
        <w:t>vt 0.724121 0.953369</w:t>
        <w:br/>
        <w:t>vt 0.723145 0.954102</w:t>
        <w:br/>
        <w:t>vt 0.721680 0.957245</w:t>
        <w:br/>
        <w:t>vt 0.723145 0.954102</w:t>
        <w:br/>
        <w:t>vt 0.725586 0.957520</w:t>
        <w:br/>
        <w:t>vt 0.725098 0.960754</w:t>
        <w:br/>
        <w:t>vt 0.721191 0.961487</w:t>
        <w:br/>
        <w:t>vt 0.726074 0.964447</w:t>
        <w:br/>
        <w:t>vt 0.724121 0.965881</w:t>
        <w:br/>
        <w:t>vt 0.738281 0.964508</w:t>
        <w:br/>
        <w:t>vt 0.740234 0.968170</w:t>
        <w:br/>
        <w:t>vt 0.734863 0.965302</w:t>
        <w:br/>
        <w:t>vt 0.741211 0.964264</w:t>
        <w:br/>
        <w:t>vt 0.734863 0.960846</w:t>
        <w:br/>
        <w:t>vt 0.741211 0.960724</w:t>
        <w:br/>
        <w:t>vt 0.738281 0.960693</w:t>
        <w:br/>
        <w:t>vt 0.743652 0.964691</w:t>
        <w:br/>
        <w:t>vt 0.746094 0.966095</w:t>
        <w:br/>
        <w:t>vt 0.745117 0.961182</w:t>
        <w:br/>
        <w:t>vt 0.748535 0.961609</w:t>
        <w:br/>
        <w:t>vt 0.744629 0.957764</w:t>
        <w:br/>
        <w:t>vt 0.748535 0.957092</w:t>
        <w:br/>
        <w:t>vt 0.741211 0.957611</w:t>
        <w:br/>
        <w:t>vt 0.743652 0.954865</w:t>
        <w:br/>
        <w:t>vt 0.746094 0.953369</w:t>
        <w:br/>
        <w:t>vt 0.744629 0.953369</w:t>
        <w:br/>
        <w:t>vt 0.746094 0.953369</w:t>
        <w:br/>
        <w:t>vt 0.743652 0.954865</w:t>
        <w:br/>
        <w:t>vt 0.740234 0.953369</w:t>
        <w:br/>
        <w:t>vt 0.740723 0.954498</w:t>
        <w:br/>
        <w:t>vt 0.738281 0.957428</w:t>
        <w:br/>
        <w:t>vt 0.738281 0.954498</w:t>
        <w:br/>
        <w:t>vt 0.734375 0.953369</w:t>
        <w:br/>
        <w:t>vt 0.735352 0.957275</w:t>
        <w:br/>
        <w:t>vt 0.734863 0.954254</w:t>
        <w:br/>
        <w:t>vt 0.731934 0.954468</w:t>
        <w:br/>
        <w:t>vt 0.728027 0.953369</w:t>
        <w:br/>
        <w:t>vt 0.731934 0.957123</w:t>
        <w:br/>
        <w:t>vt 0.729004 0.954498</w:t>
        <w:br/>
        <w:t>vt 0.731934 0.960449</w:t>
        <w:br/>
        <w:t>vt 0.728516 0.957275</w:t>
        <w:br/>
        <w:t>vt 0.726562 0.954529</w:t>
        <w:br/>
        <w:t>vt 0.724121 0.953369</w:t>
        <w:br/>
        <w:t>vt 0.723145 0.954102</w:t>
        <w:br/>
        <w:t>vt 0.723145 0.954102</w:t>
        <w:br/>
        <w:t>vt 0.721680 0.957245</w:t>
        <w:br/>
        <w:t>vt 0.725586 0.957520</w:t>
        <w:br/>
        <w:t>vt 0.721191 0.961487</w:t>
        <w:br/>
        <w:t>vt 0.729004 0.960358</w:t>
        <w:br/>
        <w:t>vt 0.725098 0.960754</w:t>
        <w:br/>
        <w:t>vt 0.726074 0.964447</w:t>
        <w:br/>
        <w:t>vt 0.724121 0.965881</w:t>
        <w:br/>
        <w:t>vt 0.729492 0.967926</w:t>
        <w:br/>
        <w:t>vt 0.729004 0.964020</w:t>
        <w:br/>
        <w:t>vt 0.731934 0.964294</w:t>
        <w:br/>
        <w:t>vt 0.590820 0.091309</w:t>
        <w:br/>
        <w:t>vt 0.578125 0.091309</w:t>
        <w:br/>
        <w:t>vt 0.578125 0.086914</w:t>
        <w:br/>
        <w:t>vt 0.576172 0.090820</w:t>
        <w:br/>
        <w:t>vt 0.578125 0.086914</w:t>
        <w:br/>
        <w:t>vt 0.578125 0.091309</w:t>
        <w:br/>
        <w:t>vt 0.576172 0.086914</w:t>
        <w:br/>
        <w:t>vt 0.576172 0.078125</w:t>
        <w:br/>
        <w:t>vt 0.590820 0.086914</w:t>
        <w:br/>
        <w:t>vt 0.578125 0.078125</w:t>
        <w:br/>
        <w:t>vt 0.578125 0.078125</w:t>
        <w:br/>
        <w:t>vt 0.590820 0.086914</w:t>
        <w:br/>
        <w:t>vt 0.592773 0.091309</w:t>
        <w:br/>
        <w:t>vt 0.590820 0.091309</w:t>
        <w:br/>
        <w:t>vt 0.592773 0.086914</w:t>
        <w:br/>
        <w:t>vt 0.592773 0.078125</w:t>
        <w:br/>
        <w:t>vt 0.590820 0.078125</w:t>
        <w:br/>
        <w:t>vt 0.590820 0.078125</w:t>
        <w:br/>
        <w:t>vt 0.590820 0.071777</w:t>
        <w:br/>
        <w:t>vt 0.590820 0.071777</w:t>
        <w:br/>
        <w:t>vt 0.592773 0.071777</w:t>
        <w:br/>
        <w:t>vt 0.578125 0.071777</w:t>
        <w:br/>
        <w:t>vt 0.578125 0.071777</w:t>
        <w:br/>
        <w:t>vt 0.576172 0.071777</w:t>
        <w:br/>
        <w:t>vt 0.590820 0.066895</w:t>
        <w:br/>
        <w:t>vt 0.590820 0.066895</w:t>
        <w:br/>
        <w:t>vt 0.592773 0.066895</w:t>
        <w:br/>
        <w:t>vt 0.578125 0.066895</w:t>
        <w:br/>
        <w:t>vt 0.578125 0.066895</w:t>
        <w:br/>
        <w:t>vt 0.576172 0.066895</w:t>
        <w:br/>
        <w:t>vt 0.592773 0.064453</w:t>
        <w:br/>
        <w:t>vt 0.576172 0.064453</w:t>
        <w:br/>
        <w:t>vt 0.590820 0.064453</w:t>
        <w:br/>
        <w:t>vt 0.578125 0.064453</w:t>
        <w:br/>
        <w:t>vt 0.590820 0.064453</w:t>
        <w:br/>
        <w:t>vt 0.590820 0.062988</w:t>
        <w:br/>
        <w:t>vt 0.590820 0.062988</w:t>
        <w:br/>
        <w:t>vt 0.592773 0.062012</w:t>
        <w:br/>
        <w:t>vt 0.578125 0.062988</w:t>
        <w:br/>
        <w:t>vt 0.578125 0.062988</w:t>
        <w:br/>
        <w:t>vt 0.576172 0.062012</w:t>
        <w:br/>
        <w:t>vt 0.590820 0.060547</w:t>
        <w:br/>
        <w:t>vt 0.594727 0.061523</w:t>
        <w:br/>
        <w:t>vt 0.578125 0.061035</w:t>
        <w:br/>
        <w:t>vt 0.575195 0.061523</w:t>
        <w:br/>
        <w:t>vt 0.591309 0.055664</w:t>
        <w:br/>
        <w:t>vt 0.578125 0.055664</w:t>
        <w:br/>
        <w:t>vt 0.578125 0.055664</w:t>
        <w:br/>
        <w:t>vt 0.590820 0.060547</w:t>
        <w:br/>
        <w:t>vt 0.578125 0.061035</w:t>
        <w:br/>
        <w:t>vt 0.591309 0.055664</w:t>
        <w:br/>
        <w:t>vt 0.575195 0.051758</w:t>
        <w:br/>
        <w:t>vt 0.594727 0.052246</w:t>
        <w:br/>
        <w:t>vt 0.578125 0.053223</w:t>
        <w:br/>
        <w:t>vt 0.578125 0.053223</w:t>
        <w:br/>
        <w:t>vt 0.591309 0.053223</w:t>
        <w:br/>
        <w:t>vt 0.591309 0.053223</w:t>
        <w:br/>
        <w:t>vt 0.578613 0.052246</w:t>
        <w:br/>
        <w:t>vt 0.578613 0.052246</w:t>
        <w:br/>
        <w:t>vt 0.591309 0.052246</w:t>
        <w:br/>
        <w:t>vt 0.591309 0.052246</w:t>
        <w:br/>
        <w:t>vt 0.578613 0.052246</w:t>
        <w:br/>
        <w:t>vt 0.575195 0.051758</w:t>
        <w:br/>
        <w:t>vt 0.580566 0.051270</w:t>
        <w:br/>
        <w:t>vt 0.577637 0.050781</w:t>
        <w:br/>
        <w:t>vt 0.589844 0.051270</w:t>
        <w:br/>
        <w:t>vt 0.594727 0.052246</w:t>
        <w:br/>
        <w:t>vt 0.591309 0.052246</w:t>
        <w:br/>
        <w:t>vt 0.592773 0.051270</w:t>
        <w:br/>
        <w:t>vt 0.589844 0.051270</w:t>
        <w:br/>
        <w:t>vt 0.592773 0.041992</w:t>
        <w:br/>
        <w:t>vt 0.592773 0.051270</w:t>
        <w:br/>
        <w:t>vt 0.577637 0.041992</w:t>
        <w:br/>
        <w:t>vt 0.580566 0.051270</w:t>
        <w:br/>
        <w:t>vt 0.589844 0.041992</w:t>
        <w:br/>
        <w:t>vt 0.589844 0.041992</w:t>
        <w:br/>
        <w:t>vt 0.589844 0.051270</w:t>
        <w:br/>
        <w:t>vt 0.592773 0.037109</w:t>
        <w:br/>
        <w:t>vt 0.580566 0.041992</w:t>
        <w:br/>
        <w:t>vt 0.589844 0.037109</w:t>
        <w:br/>
        <w:t>vt 0.589844 0.037109</w:t>
        <w:br/>
        <w:t>vt 0.592773 0.032227</w:t>
        <w:br/>
        <w:t>vt 0.580566 0.037109</w:t>
        <w:br/>
        <w:t>vt 0.577637 0.037109</w:t>
        <w:br/>
        <w:t>vt 0.577637 0.032227</w:t>
        <w:br/>
        <w:t>vt 0.589844 0.032227</w:t>
        <w:br/>
        <w:t>vt 0.589844 0.032227</w:t>
        <w:br/>
        <w:t>vt 0.589844 0.027344</w:t>
        <w:br/>
        <w:t>vt 0.592773 0.027344</w:t>
        <w:br/>
        <w:t>vt 0.580566 0.032227</w:t>
        <w:br/>
        <w:t>vt 0.589844 0.027344</w:t>
        <w:br/>
        <w:t>vt 0.589844 0.019531</w:t>
        <w:br/>
        <w:t>vt 0.592773 0.019531</w:t>
        <w:br/>
        <w:t>vt 0.580566 0.027344</w:t>
        <w:br/>
        <w:t>vt 0.589844 0.019531</w:t>
        <w:br/>
        <w:t>vt 0.577637 0.027344</w:t>
        <w:br/>
        <w:t>vt 0.589844 0.008789</w:t>
        <w:br/>
        <w:t>vt 0.592773 0.008789</w:t>
        <w:br/>
        <w:t>vt 0.580566 0.019531</w:t>
        <w:br/>
        <w:t>vt 0.580566 0.019531</w:t>
        <w:br/>
        <w:t>vt 0.580566 0.008789</w:t>
        <w:br/>
        <w:t>vt 0.577637 0.019531</w:t>
        <w:br/>
        <w:t>vt 0.577637 0.008789</w:t>
        <w:br/>
        <w:t>vt 0.766113 0.383301</w:t>
        <w:br/>
        <w:t>vt 0.774414 0.383301</w:t>
        <w:br/>
        <w:t>vt 0.759277 0.387695</w:t>
        <w:br/>
        <w:t>vt 0.781738 0.386719</w:t>
        <w:br/>
        <w:t>vt 0.755371 0.394531</w:t>
        <w:br/>
        <w:t>vt 0.754883 0.401367</w:t>
        <w:br/>
        <w:t>vt 0.785156 0.390625</w:t>
        <w:br/>
        <w:t>vt 0.787598 0.395508</w:t>
        <w:br/>
        <w:t>vt 0.756348 0.409180</w:t>
        <w:br/>
        <w:t>vt 0.789062 0.403320</w:t>
        <w:br/>
        <w:t>vt 0.759766 0.414551</w:t>
        <w:br/>
        <w:t>vt 0.790039 0.409668</w:t>
        <w:br/>
        <w:t>vt 0.762207 0.419434</w:t>
        <w:br/>
        <w:t>vt 0.791016 0.414551</w:t>
        <w:br/>
        <w:t>vt 0.764160 0.422852</w:t>
        <w:br/>
        <w:t>vt 0.791504 0.417480</w:t>
        <w:br/>
        <w:t>vt 0.765137 0.425293</w:t>
        <w:br/>
        <w:t>vt 0.765625 0.426270</w:t>
        <w:br/>
        <w:t>vt 0.791992 0.418457</w:t>
        <w:br/>
        <w:t>vt 0.766602 0.427734</w:t>
        <w:br/>
        <w:t>vt 0.792480 0.419434</w:t>
        <w:br/>
        <w:t>vt 0.766602 0.427734</w:t>
        <w:br/>
        <w:t>vt 0.792480 0.419434</w:t>
        <w:br/>
        <w:t>vt 0.791016 0.420410</w:t>
        <w:br/>
        <w:t>vt 0.768066 0.427734</w:t>
        <w:br/>
        <w:t>vt 0.768555 0.429688</w:t>
        <w:br/>
        <w:t>vt 0.791504 0.421875</w:t>
        <w:br/>
        <w:t>vt 0.791504 0.421875</w:t>
        <w:br/>
        <w:t>vt 0.767578 0.432129</w:t>
        <w:br/>
        <w:t>vt 0.768555 0.429688</w:t>
        <w:br/>
        <w:t>vt 0.794434 0.422852</w:t>
        <w:br/>
        <w:t>vt 0.795898 0.426758</w:t>
        <w:br/>
        <w:t>vt 0.767578 0.432129</w:t>
        <w:br/>
        <w:t>vt 0.794434 0.422852</w:t>
        <w:br/>
        <w:t>vt 0.768555 0.436523</w:t>
        <w:br/>
        <w:t>vt 0.768555 0.436523</w:t>
        <w:br/>
        <w:t>vt 0.795898 0.426758</w:t>
        <w:br/>
        <w:t>vt 0.770020 0.438477</w:t>
        <w:br/>
        <w:t>vt 0.797363 0.428711</w:t>
        <w:br/>
        <w:t>vt 0.799316 0.431152</w:t>
        <w:br/>
        <w:t>vt 0.770020 0.438477</w:t>
        <w:br/>
        <w:t>vt 0.797363 0.428711</w:t>
        <w:br/>
        <w:t>vt 0.770020 0.442383</w:t>
        <w:br/>
        <w:t>vt 0.770020 0.442383</w:t>
        <w:br/>
        <w:t>vt 0.799316 0.431152</w:t>
        <w:br/>
        <w:t>vt 0.770996 0.445312</w:t>
        <w:br/>
        <w:t>vt 0.800293 0.433105</w:t>
        <w:br/>
        <w:t>vt 0.802734 0.436035</w:t>
        <w:br/>
        <w:t>vt 0.770996 0.445312</w:t>
        <w:br/>
        <w:t>vt 0.800293 0.433105</w:t>
        <w:br/>
        <w:t>vt 0.771973 0.448730</w:t>
        <w:br/>
        <w:t>vt 0.771973 0.448730</w:t>
        <w:br/>
        <w:t>vt 0.802734 0.436035</w:t>
        <w:br/>
        <w:t>vt 0.772949 0.452637</w:t>
        <w:br/>
        <w:t>vt 0.805664 0.438965</w:t>
        <w:br/>
        <w:t>vt 0.772949 0.452637</w:t>
        <w:br/>
        <w:t>vt 0.805664 0.438965</w:t>
        <w:br/>
        <w:t>vt 0.773926 0.457031</w:t>
        <w:br/>
        <w:t>vt 0.808105 0.442383</w:t>
        <w:br/>
        <w:t>vt 0.773926 0.457031</w:t>
        <w:br/>
        <w:t>vt 0.808105 0.442383</w:t>
        <w:br/>
        <w:t>vt 0.774414 0.460449</w:t>
        <w:br/>
        <w:t>vt 0.810547 0.445801</w:t>
        <w:br/>
        <w:t>vt 0.774414 0.460449</w:t>
        <w:br/>
        <w:t>vt 0.810547 0.445801</w:t>
        <w:br/>
        <w:t>vt 0.775879 0.464355</w:t>
        <w:br/>
        <w:t>vt 0.812012 0.448730</w:t>
        <w:br/>
        <w:t>vt 0.775879 0.464355</w:t>
        <w:br/>
        <w:t>vt 0.812012 0.448730</w:t>
        <w:br/>
        <w:t>vt 0.776855 0.469238</w:t>
        <w:br/>
        <w:t>vt 0.815430 0.454102</w:t>
        <w:br/>
        <w:t>vt 0.779297 0.473633</w:t>
        <w:br/>
        <w:t>vt 0.817383 0.458496</w:t>
        <w:br/>
        <w:t>vt 0.817383 0.458496</w:t>
        <w:br/>
        <w:t>vt 0.781250 0.478516</w:t>
        <w:br/>
        <w:t>vt 0.819824 0.462891</w:t>
        <w:br/>
        <w:t>vt 0.819824 0.467773</w:t>
        <w:br/>
        <w:t>vt 0.784180 0.481934</w:t>
        <w:br/>
        <w:t>vt 0.820312 0.472656</w:t>
        <w:br/>
        <w:t>vt 0.788086 0.486816</w:t>
        <w:br/>
        <w:t>vt 0.794922 0.490234</w:t>
        <w:br/>
        <w:t>vt 0.819824 0.479004</w:t>
        <w:br/>
        <w:t>vt 0.815430 0.485840</w:t>
        <w:br/>
        <w:t>vt 0.799805 0.492188</w:t>
        <w:br/>
        <w:t>vt 0.809082 0.491211</w:t>
        <w:br/>
        <w:t>vt 0.805176 0.531250</w:t>
        <w:br/>
        <w:t>vt 0.782715 0.531250</w:t>
        <w:br/>
        <w:t>vt 0.788086 0.525635</w:t>
        <w:br/>
        <w:t>vt 0.805176 0.514404</w:t>
        <w:br/>
        <w:t>vt 0.791992 0.514160</w:t>
        <w:br/>
        <w:t>vt 0.788574 0.502930</w:t>
        <w:br/>
        <w:t>vt 0.805176 0.497070</w:t>
        <w:br/>
        <w:t>vt 0.782715 0.497070</w:t>
        <w:br/>
        <w:t>vt 0.789551 0.578613</w:t>
        <w:br/>
        <w:t>vt 0.805176 0.578613</w:t>
        <w:br/>
        <w:t>vt 0.798340 0.570801</w:t>
        <w:br/>
        <w:t>vt 0.805176 0.558594</w:t>
        <w:br/>
        <w:t>vt 0.800293 0.558594</w:t>
        <w:br/>
        <w:t>vt 0.797852 0.545898</w:t>
        <w:br/>
        <w:t>vt 0.805176 0.537354</w:t>
        <w:br/>
        <w:t>vt 0.789551 0.537354</w:t>
        <w:br/>
        <w:t>vt 0.430664 0.595459</w:t>
        <w:br/>
        <w:t>vt 0.412354 0.587891</w:t>
        <w:br/>
        <w:t>vt 0.412354 0.595459</w:t>
        <w:br/>
        <w:t>vt 0.430664 0.586670</w:t>
        <w:br/>
        <w:t>vt 0.412354 0.580811</w:t>
        <w:br/>
        <w:t>vt 0.430664 0.579590</w:t>
        <w:br/>
        <w:t>vt 0.430664 0.575928</w:t>
        <w:br/>
        <w:t>vt 0.412354 0.573975</w:t>
        <w:br/>
        <w:t>vt 0.412354 0.573975</w:t>
        <w:br/>
        <w:t>vt 0.430664 0.575928</w:t>
        <w:br/>
        <w:t>vt 0.430664 0.575195</w:t>
        <w:br/>
        <w:t>vt 0.430664 0.575195</w:t>
        <w:br/>
        <w:t>vt 0.430664 0.572021</w:t>
        <w:br/>
        <w:t>vt 0.412354 0.566406</w:t>
        <w:br/>
        <w:t>vt 0.430664 0.566895</w:t>
        <w:br/>
        <w:t>vt 0.430664 0.562256</w:t>
        <w:br/>
        <w:t>vt 0.412354 0.559814</w:t>
        <w:br/>
        <w:t>vt 0.430664 0.558105</w:t>
        <w:br/>
        <w:t>vt 0.430664 0.557373</w:t>
        <w:br/>
        <w:t>vt 0.430664 0.557373</w:t>
        <w:br/>
        <w:t>vt 0.412354 0.552979</w:t>
        <w:br/>
        <w:t>vt 0.430664 0.553955</w:t>
        <w:br/>
        <w:t>vt 0.430664 0.545166</w:t>
        <w:br/>
        <w:t>vt 0.412354 0.545166</w:t>
        <w:br/>
        <w:t>vt 0.430664 0.537109</w:t>
        <w:br/>
        <w:t>vt 0.412354 0.537354</w:t>
        <w:br/>
        <w:t>vt 0.412354 0.530518</w:t>
        <w:br/>
        <w:t>vt 0.430664 0.526123</w:t>
        <w:br/>
        <w:t>vt 0.420410 0.522217</w:t>
        <w:br/>
        <w:t>vt 0.412354 0.523438</w:t>
        <w:br/>
        <w:t>vt 0.430664 0.516602</w:t>
        <w:br/>
        <w:t>vt 0.412354 0.515625</w:t>
        <w:br/>
        <w:t>vt 0.422607 0.509766</w:t>
        <w:br/>
        <w:t>vt 0.420898 0.510498</w:t>
        <w:br/>
        <w:t>vt 0.420898 0.510498</w:t>
        <w:br/>
        <w:t>vt 0.420410 0.522217</w:t>
        <w:br/>
        <w:t>vt 0.422607 0.509766</w:t>
        <w:br/>
        <w:t>vt 0.412354 0.505859</w:t>
        <w:br/>
        <w:t>vt 0.422119 0.505615</w:t>
        <w:br/>
        <w:t>vt 0.422119 0.505615</w:t>
        <w:br/>
        <w:t>vt 0.423828 0.505615</w:t>
        <w:br/>
        <w:t>vt 0.423584 0.500977</w:t>
        <w:br/>
        <w:t>vt 0.421875 0.500000</w:t>
        <w:br/>
        <w:t>vt 0.421875 0.500000</w:t>
        <w:br/>
        <w:t>vt 0.412354 0.497559</w:t>
        <w:br/>
        <w:t>vt 0.412354 0.488770</w:t>
        <w:br/>
        <w:t>vt 0.421143 0.489258</w:t>
        <w:br/>
        <w:t>vt 0.421143 0.489258</w:t>
        <w:br/>
        <w:t>vt 0.423584 0.500977</w:t>
        <w:br/>
        <w:t>vt 0.430908 0.493652</w:t>
        <w:br/>
        <w:t>vt 0.412354 0.481445</w:t>
        <w:br/>
        <w:t>vt 0.430908 0.483398</w:t>
        <w:br/>
        <w:t>vt 0.430908 0.474609</w:t>
        <w:br/>
        <w:t>vt 0.412354 0.474609</w:t>
        <w:br/>
        <w:t>vt 0.797852 0.545898</w:t>
        <w:br/>
        <w:t>vt 0.789551 0.537354</w:t>
        <w:br/>
        <w:t>vt 0.805176 0.537354</w:t>
        <w:br/>
        <w:t>vt 0.805176 0.558594</w:t>
        <w:br/>
        <w:t>vt 0.800293 0.558594</w:t>
        <w:br/>
        <w:t>vt 0.798340 0.570801</w:t>
        <w:br/>
        <w:t>vt 0.805176 0.578613</w:t>
        <w:br/>
        <w:t>vt 0.789551 0.578613</w:t>
        <w:br/>
        <w:t>vt 0.412354 0.587891</w:t>
        <w:br/>
        <w:t>vt 0.430664 0.595459</w:t>
        <w:br/>
        <w:t>vt 0.412354 0.595459</w:t>
        <w:br/>
        <w:t>vt 0.430664 0.586670</w:t>
        <w:br/>
        <w:t>vt 0.412354 0.580811</w:t>
        <w:br/>
        <w:t>vt 0.430664 0.579590</w:t>
        <w:br/>
        <w:t>vt 0.430664 0.575928</w:t>
        <w:br/>
        <w:t>vt 0.412354 0.573975</w:t>
        <w:br/>
        <w:t>vt 0.412354 0.573975</w:t>
        <w:br/>
        <w:t>vt 0.430664 0.575195</w:t>
        <w:br/>
        <w:t>vt 0.430664 0.575928</w:t>
        <w:br/>
        <w:t>vt 0.430664 0.575195</w:t>
        <w:br/>
        <w:t>vt 0.430664 0.572021</w:t>
        <w:br/>
        <w:t>vt 0.412354 0.566406</w:t>
        <w:br/>
        <w:t>vt 0.430664 0.566895</w:t>
        <w:br/>
        <w:t>vt 0.430664 0.562256</w:t>
        <w:br/>
        <w:t>vt 0.412354 0.559814</w:t>
        <w:br/>
        <w:t>vt 0.430664 0.558105</w:t>
        <w:br/>
        <w:t>vt 0.430664 0.557373</w:t>
        <w:br/>
        <w:t>vt 0.412354 0.552979</w:t>
        <w:br/>
        <w:t>vt 0.430664 0.557373</w:t>
        <w:br/>
        <w:t>vt 0.430664 0.553955</w:t>
        <w:br/>
        <w:t>vt 0.430664 0.545166</w:t>
        <w:br/>
        <w:t>vt 0.412354 0.545166</w:t>
        <w:br/>
        <w:t>vt 0.430664 0.537109</w:t>
        <w:br/>
        <w:t>vt 0.412354 0.537354</w:t>
        <w:br/>
        <w:t>vt 0.412354 0.530518</w:t>
        <w:br/>
        <w:t>vt 0.430664 0.526123</w:t>
        <w:br/>
        <w:t>vt 0.420410 0.522217</w:t>
        <w:br/>
        <w:t>vt 0.412354 0.523438</w:t>
        <w:br/>
        <w:t>vt 0.430664 0.516602</w:t>
        <w:br/>
        <w:t>vt 0.412354 0.515625</w:t>
        <w:br/>
        <w:t>vt 0.422607 0.509766</w:t>
        <w:br/>
        <w:t>vt 0.420898 0.510498</w:t>
        <w:br/>
        <w:t>vt 0.420898 0.510498</w:t>
        <w:br/>
        <w:t>vt 0.422607 0.509766</w:t>
        <w:br/>
        <w:t>vt 0.420410 0.522217</w:t>
        <w:br/>
        <w:t>vt 0.412354 0.505859</w:t>
        <w:br/>
        <w:t>vt 0.422119 0.505615</w:t>
        <w:br/>
        <w:t>vt 0.422119 0.505615</w:t>
        <w:br/>
        <w:t>vt 0.423828 0.505615</w:t>
        <w:br/>
        <w:t>vt 0.423584 0.500977</w:t>
        <w:br/>
        <w:t>vt 0.421875 0.500000</w:t>
        <w:br/>
        <w:t>vt 0.421875 0.500000</w:t>
        <w:br/>
        <w:t>vt 0.412354 0.497559</w:t>
        <w:br/>
        <w:t>vt 0.412354 0.488770</w:t>
        <w:br/>
        <w:t>vt 0.421143 0.489258</w:t>
        <w:br/>
        <w:t>vt 0.421143 0.489258</w:t>
        <w:br/>
        <w:t>vt 0.430908 0.493652</w:t>
        <w:br/>
        <w:t>vt 0.423584 0.500977</w:t>
        <w:br/>
        <w:t>vt 0.412354 0.481445</w:t>
        <w:br/>
        <w:t>vt 0.430908 0.483398</w:t>
        <w:br/>
        <w:t>vt 0.430908 0.474609</w:t>
        <w:br/>
        <w:t>vt 0.412354 0.474609</w:t>
        <w:br/>
        <w:t>vt 0.766113 0.383301</w:t>
        <w:br/>
        <w:t>vt 0.759277 0.387695</w:t>
        <w:br/>
        <w:t>vt 0.774414 0.383301</w:t>
        <w:br/>
        <w:t>vt 0.781738 0.386719</w:t>
        <w:br/>
        <w:t>vt 0.755371 0.394531</w:t>
        <w:br/>
        <w:t>vt 0.754883 0.401367</w:t>
        <w:br/>
        <w:t>vt 0.785156 0.390625</w:t>
        <w:br/>
        <w:t>vt 0.787598 0.395508</w:t>
        <w:br/>
        <w:t>vt 0.756348 0.409180</w:t>
        <w:br/>
        <w:t>vt 0.789062 0.403320</w:t>
        <w:br/>
        <w:t>vt 0.759766 0.414551</w:t>
        <w:br/>
        <w:t>vt 0.790039 0.409668</w:t>
        <w:br/>
        <w:t>vt 0.762207 0.419434</w:t>
        <w:br/>
        <w:t>vt 0.791016 0.414551</w:t>
        <w:br/>
        <w:t>vt 0.764160 0.422852</w:t>
        <w:br/>
        <w:t>vt 0.791504 0.417480</w:t>
        <w:br/>
        <w:t>vt 0.765137 0.425293</w:t>
        <w:br/>
        <w:t>vt 0.765625 0.426270</w:t>
        <w:br/>
        <w:t>vt 0.791992 0.418457</w:t>
        <w:br/>
        <w:t>vt 0.766602 0.427734</w:t>
        <w:br/>
        <w:t>vt 0.792480 0.419434</w:t>
        <w:br/>
        <w:t>vt 0.792480 0.419434</w:t>
        <w:br/>
        <w:t>vt 0.766602 0.427734</w:t>
        <w:br/>
        <w:t>vt 0.791016 0.420410</w:t>
        <w:br/>
        <w:t>vt 0.768066 0.427734</w:t>
        <w:br/>
        <w:t>vt 0.768555 0.429688</w:t>
        <w:br/>
        <w:t>vt 0.791504 0.421875</w:t>
        <w:br/>
        <w:t>vt 0.767578 0.432129</w:t>
        <w:br/>
        <w:t>vt 0.791504 0.421875</w:t>
        <w:br/>
        <w:t>vt 0.768555 0.429688</w:t>
        <w:br/>
        <w:t>vt 0.794434 0.422852</w:t>
        <w:br/>
        <w:t>vt 0.767578 0.432129</w:t>
        <w:br/>
        <w:t>vt 0.795898 0.426758</w:t>
        <w:br/>
        <w:t>vt 0.794434 0.422852</w:t>
        <w:br/>
        <w:t>vt 0.768555 0.436523</w:t>
        <w:br/>
        <w:t>vt 0.770020 0.438477</w:t>
        <w:br/>
        <w:t>vt 0.795898 0.426758</w:t>
        <w:br/>
        <w:t>vt 0.768555 0.436523</w:t>
        <w:br/>
        <w:t>vt 0.797363 0.428711</w:t>
        <w:br/>
        <w:t>vt 0.770020 0.438477</w:t>
        <w:br/>
        <w:t>vt 0.799316 0.431152</w:t>
        <w:br/>
        <w:t>vt 0.797363 0.428711</w:t>
        <w:br/>
        <w:t>vt 0.770020 0.442383</w:t>
        <w:br/>
        <w:t>vt 0.770996 0.445312</w:t>
        <w:br/>
        <w:t>vt 0.799316 0.431152</w:t>
        <w:br/>
        <w:t>vt 0.770020 0.442383</w:t>
        <w:br/>
        <w:t>vt 0.800293 0.433105</w:t>
        <w:br/>
        <w:t>vt 0.770996 0.445312</w:t>
        <w:br/>
        <w:t>vt 0.802734 0.436035</w:t>
        <w:br/>
        <w:t>vt 0.800293 0.433105</w:t>
        <w:br/>
        <w:t>vt 0.771973 0.448730</w:t>
        <w:br/>
        <w:t>vt 0.772949 0.452637</w:t>
        <w:br/>
        <w:t>vt 0.802734 0.436035</w:t>
        <w:br/>
        <w:t>vt 0.771973 0.448730</w:t>
        <w:br/>
        <w:t>vt 0.805664 0.438965</w:t>
        <w:br/>
        <w:t>vt 0.773926 0.457031</w:t>
        <w:br/>
        <w:t>vt 0.805664 0.438965</w:t>
        <w:br/>
        <w:t>vt 0.772949 0.452637</w:t>
        <w:br/>
        <w:t>vt 0.808105 0.442383</w:t>
        <w:br/>
        <w:t>vt 0.774414 0.460449</w:t>
        <w:br/>
        <w:t>vt 0.808105 0.442383</w:t>
        <w:br/>
        <w:t>vt 0.773926 0.457031</w:t>
        <w:br/>
        <w:t>vt 0.810547 0.445801</w:t>
        <w:br/>
        <w:t>vt 0.775879 0.464355</w:t>
        <w:br/>
        <w:t>vt 0.810547 0.445801</w:t>
        <w:br/>
        <w:t>vt 0.774414 0.460449</w:t>
        <w:br/>
        <w:t>vt 0.812012 0.448730</w:t>
        <w:br/>
        <w:t>vt 0.776855 0.469238</w:t>
        <w:br/>
        <w:t>vt 0.812012 0.448730</w:t>
        <w:br/>
        <w:t>vt 0.775879 0.464355</w:t>
        <w:br/>
        <w:t>vt 0.815430 0.454102</w:t>
        <w:br/>
        <w:t>vt 0.779297 0.473633</w:t>
        <w:br/>
        <w:t>vt 0.817383 0.458496</w:t>
        <w:br/>
        <w:t>vt 0.781250 0.478516</w:t>
        <w:br/>
        <w:t>vt 0.817383 0.458496</w:t>
        <w:br/>
        <w:t>vt 0.819824 0.462891</w:t>
        <w:br/>
        <w:t>vt 0.819824 0.467773</w:t>
        <w:br/>
        <w:t>vt 0.784180 0.481934</w:t>
        <w:br/>
        <w:t>vt 0.820312 0.472656</w:t>
        <w:br/>
        <w:t>vt 0.788086 0.486816</w:t>
        <w:br/>
        <w:t>vt 0.794922 0.490234</w:t>
        <w:br/>
        <w:t>vt 0.819824 0.479004</w:t>
        <w:br/>
        <w:t>vt 0.815430 0.485840</w:t>
        <w:br/>
        <w:t>vt 0.799805 0.492188</w:t>
        <w:br/>
        <w:t>vt 0.809082 0.491211</w:t>
        <w:br/>
        <w:t>vt 0.805176 0.531250</w:t>
        <w:br/>
        <w:t>vt 0.788086 0.525635</w:t>
        <w:br/>
        <w:t>vt 0.782715 0.531250</w:t>
        <w:br/>
        <w:t>vt 0.805176 0.514404</w:t>
        <w:br/>
        <w:t>vt 0.791992 0.514160</w:t>
        <w:br/>
        <w:t>vt 0.788574 0.502930</w:t>
        <w:br/>
        <w:t>vt 0.805176 0.497070</w:t>
        <w:br/>
        <w:t>vt 0.782715 0.497070</w:t>
        <w:br/>
        <w:t>vt 0.695801 0.263672</w:t>
        <w:br/>
        <w:t>vt 0.690918 0.263184</w:t>
        <w:br/>
        <w:t>vt 0.695801 0.262207</w:t>
        <w:br/>
        <w:t>vt 0.690918 0.264160</w:t>
        <w:br/>
        <w:t>vt 0.696289 0.266113</w:t>
        <w:br/>
        <w:t>vt 0.691406 0.266602</w:t>
        <w:br/>
        <w:t>vt 0.690918 0.271973</w:t>
        <w:br/>
        <w:t>vt 0.696289 0.274902</w:t>
        <w:br/>
        <w:t>vt 0.691406 0.277344</w:t>
        <w:br/>
        <w:t>vt 0.697754 0.280273</w:t>
        <w:br/>
        <w:t>vt 0.690430 0.278320</w:t>
        <w:br/>
        <w:t>vt 0.690918 0.281250</w:t>
        <w:br/>
        <w:t>vt 0.685547 0.273438</w:t>
        <w:br/>
        <w:t>vt 0.696777 0.284668</w:t>
        <w:br/>
        <w:t>vt 0.687988 0.279785</w:t>
        <w:br/>
        <w:t>vt 0.693359 0.287109</w:t>
        <w:br/>
        <w:t>vt 0.682617 0.275391</w:t>
        <w:br/>
        <w:t>vt 0.689453 0.282715</w:t>
        <w:br/>
        <w:t>vt 0.681641 0.280762</w:t>
        <w:br/>
        <w:t>vt 0.687012 0.283691</w:t>
        <w:br/>
        <w:t>vt 0.681152 0.285156</w:t>
        <w:br/>
        <w:t>vt 0.680664 0.288086</w:t>
        <w:br/>
        <w:t>vt 0.688477 0.288574</w:t>
        <w:br/>
        <w:t>vt 0.693359 0.290527</w:t>
        <w:br/>
        <w:t>vt 0.687012 0.289551</w:t>
        <w:br/>
        <w:t>vt 0.687012 0.291992</w:t>
        <w:br/>
        <w:t>vt 0.692383 0.293945</w:t>
        <w:br/>
        <w:t>vt 0.688965 0.296875</w:t>
        <w:br/>
        <w:t>vt 0.686523 0.291992</w:t>
        <w:br/>
        <w:t>vt 0.681641 0.293945</w:t>
        <w:br/>
        <w:t>vt 0.678223 0.290039</w:t>
        <w:br/>
        <w:t>vt 0.681641 0.295410</w:t>
        <w:br/>
        <w:t>vt 0.680176 0.295898</w:t>
        <w:br/>
        <w:t>vt 0.674805 0.293945</w:t>
        <w:br/>
        <w:t>vt 0.675781 0.299805</w:t>
        <w:br/>
        <w:t>vt 0.683105 0.300293</w:t>
        <w:br/>
        <w:t>vt 0.681641 0.295410</w:t>
        <w:br/>
        <w:t>vt 0.688477 0.300781</w:t>
        <w:br/>
        <w:t>vt 0.686035 0.305176</w:t>
        <w:br/>
        <w:t>vt 0.682129 0.301270</w:t>
        <w:br/>
        <w:t>vt 0.682129 0.301758</w:t>
        <w:br/>
        <w:t>vt 0.679199 0.305176</w:t>
        <w:br/>
        <w:t>vt 0.685547 0.306152</w:t>
        <w:br/>
        <w:t>vt 0.678711 0.306152</w:t>
        <w:br/>
        <w:t>vt 0.679688 0.306152</w:t>
        <w:br/>
        <w:t>vt 0.672852 0.304688</w:t>
        <w:br/>
        <w:t>vt 0.678711 0.307129</w:t>
        <w:br/>
        <w:t>vt 0.682617 0.309082</w:t>
        <w:br/>
        <w:t>vt 0.687988 0.310059</w:t>
        <w:br/>
        <w:t>vt 0.674805 0.310059</w:t>
        <w:br/>
        <w:t>vt 0.683105 0.311035</w:t>
        <w:br/>
        <w:t>vt 0.682129 0.310059</w:t>
        <w:br/>
        <w:t>vt 0.687500 0.312988</w:t>
        <w:br/>
        <w:t>vt 0.679199 0.312988</w:t>
        <w:br/>
        <w:t>vt 0.673828 0.313477</w:t>
        <w:br/>
        <w:t>vt 0.674316 0.316895</w:t>
        <w:br/>
        <w:t>vt 0.679688 0.315430</w:t>
        <w:br/>
        <w:t>vt 0.681152 0.314453</w:t>
        <w:br/>
        <w:t>vt 0.680176 0.315918</w:t>
        <w:br/>
        <w:t>vt 0.685059 0.316895</w:t>
        <w:br/>
        <w:t>vt 0.689941 0.315918</w:t>
        <w:br/>
        <w:t>vt 0.676758 0.319824</w:t>
        <w:br/>
        <w:t>vt 0.685547 0.317871</w:t>
        <w:br/>
        <w:t>vt 0.684082 0.318359</w:t>
        <w:br/>
        <w:t>vt 0.690430 0.318359</w:t>
        <w:br/>
        <w:t>vt 0.680664 0.322266</w:t>
        <w:br/>
        <w:t>vt 0.680176 0.325195</w:t>
        <w:br/>
        <w:t>vt 0.681641 0.322754</w:t>
        <w:br/>
        <w:t>vt 0.674805 0.325684</w:t>
        <w:br/>
        <w:t>vt 0.684570 0.318848</w:t>
        <w:br/>
        <w:t>vt 0.680664 0.330078</w:t>
        <w:br/>
        <w:t>vt 0.675781 0.332031</w:t>
        <w:br/>
        <w:t>vt 0.682129 0.331055</w:t>
        <w:br/>
        <w:t>vt 0.679688 0.337402</w:t>
        <w:br/>
        <w:t>vt 0.686035 0.324707</w:t>
        <w:br/>
        <w:t>vt 0.681152 0.325195</w:t>
        <w:br/>
        <w:t>vt 0.685547 0.325195</w:t>
        <w:br/>
        <w:t>vt 0.685547 0.325195</w:t>
        <w:br/>
        <w:t>vt 0.682129 0.328125</w:t>
        <w:br/>
        <w:t>vt 0.686035 0.326172</w:t>
        <w:br/>
        <w:t>vt 0.683594 0.329590</w:t>
        <w:br/>
        <w:t>vt 0.688965 0.320801</w:t>
        <w:br/>
        <w:t>vt 0.689453 0.320801</w:t>
        <w:br/>
        <w:t>vt 0.689453 0.320801</w:t>
        <w:br/>
        <w:t>vt 0.686035 0.324707</w:t>
        <w:br/>
        <w:t>vt 0.691895 0.324219</w:t>
        <w:br/>
        <w:t>vt 0.690430 0.328125</w:t>
        <w:br/>
        <w:t>vt 0.687500 0.332520</w:t>
        <w:br/>
        <w:t>vt 0.691895 0.329590</w:t>
        <w:br/>
        <w:t>vt 0.687012 0.334473</w:t>
        <w:br/>
        <w:t>vt 0.688965 0.334473</w:t>
        <w:br/>
        <w:t>vt 0.693848 0.332520</w:t>
        <w:br/>
        <w:t>vt 0.694824 0.335938</w:t>
        <w:br/>
        <w:t>vt 0.689941 0.336426</w:t>
        <w:br/>
        <w:t>vt 0.694824 0.339355</w:t>
        <w:br/>
        <w:t>vt 0.685547 0.340332</w:t>
        <w:br/>
        <w:t>vt 0.680664 0.344727</w:t>
        <w:br/>
        <w:t>vt 0.687988 0.341797</w:t>
        <w:br/>
        <w:t>vt 0.686035 0.342285</w:t>
        <w:br/>
        <w:t>vt 0.690430 0.343262</w:t>
        <w:br/>
        <w:t>vt 0.687988 0.345215</w:t>
        <w:br/>
        <w:t>vt 0.696289 0.343262</w:t>
        <w:br/>
        <w:t>vt 0.683105 0.349609</w:t>
        <w:br/>
        <w:t>vt 0.692383 0.346191</w:t>
        <w:br/>
        <w:t>vt 0.687500 0.351074</w:t>
        <w:br/>
        <w:t>vt 0.697754 0.347656</w:t>
        <w:br/>
        <w:t>vt 0.689941 0.345703</w:t>
        <w:br/>
        <w:t>vt 0.691895 0.351562</w:t>
        <w:br/>
        <w:t>vt 0.697266 0.353516</w:t>
        <w:br/>
        <w:t>vt 0.692383 0.354492</w:t>
        <w:br/>
        <w:t>vt 0.696777 0.361328</w:t>
        <w:br/>
        <w:t>vt 0.692383 0.360840</w:t>
        <w:br/>
        <w:t>vt 0.696289 0.362793</w:t>
        <w:br/>
        <w:t>vt 0.691895 0.362305</w:t>
        <w:br/>
        <w:t>vt 0.696289 0.364746</w:t>
        <w:br/>
        <w:t>vt 0.691406 0.363770</w:t>
        <w:br/>
        <w:t>vt 0.290527 0.501709</w:t>
        <w:br/>
        <w:t>vt 0.292725 0.508789</w:t>
        <w:br/>
        <w:t>vt 0.290527 0.509033</w:t>
        <w:br/>
        <w:t>vt 0.292725 0.500488</w:t>
        <w:br/>
        <w:t>vt 0.290527 0.497070</w:t>
        <w:br/>
        <w:t>vt 0.292725 0.496094</w:t>
        <w:br/>
        <w:t>vt 0.290527 0.497070</w:t>
        <w:br/>
        <w:t>vt 0.292725 0.482422</w:t>
        <w:br/>
        <w:t>vt 0.292725 0.496094</w:t>
        <w:br/>
        <w:t>vt 0.290527 0.481934</w:t>
        <w:br/>
        <w:t>vt 0.290527 0.481934</w:t>
        <w:br/>
        <w:t>vt 0.292725 0.478027</w:t>
        <w:br/>
        <w:t>vt 0.292725 0.482422</w:t>
        <w:br/>
        <w:t>vt 0.290527 0.476074</w:t>
        <w:br/>
        <w:t>vt 0.292725 0.469238</w:t>
        <w:br/>
        <w:t>vt 0.290527 0.469238</w:t>
        <w:br/>
        <w:t>vt 0.290527 0.450195</w:t>
        <w:br/>
        <w:t>vt 0.292725 0.469238</w:t>
        <w:br/>
        <w:t>vt 0.290527 0.469238</w:t>
        <w:br/>
        <w:t>vt 0.292725 0.450684</w:t>
        <w:br/>
        <w:t>vt 0.291504 0.540771</w:t>
        <w:br/>
        <w:t>vt 0.288818 0.521240</w:t>
        <w:br/>
        <w:t>vt 0.291504 0.521240</w:t>
        <w:br/>
        <w:t>vt 0.288818 0.540771</w:t>
        <w:br/>
        <w:t>vt 0.292480 0.543457</w:t>
        <w:br/>
        <w:t>vt 0.288818 0.540771</w:t>
        <w:br/>
        <w:t>vt 0.291504 0.540771</w:t>
        <w:br/>
        <w:t>vt 0.288818 0.543945</w:t>
        <w:br/>
        <w:t>vt 0.292480 0.543457</w:t>
        <w:br/>
        <w:t>vt 0.292480 0.564453</w:t>
        <w:br/>
        <w:t>vt 0.288818 0.543945</w:t>
        <w:br/>
        <w:t>vt 0.288818 0.563721</w:t>
        <w:br/>
        <w:t>vt 0.288818 0.563721</w:t>
        <w:br/>
        <w:t>vt 0.292480 0.564453</w:t>
        <w:br/>
        <w:t>vt 0.288818 0.567139</w:t>
        <w:br/>
        <w:t>vt 0.291748 0.566895</w:t>
        <w:br/>
        <w:t>vt 0.182007 0.513428</w:t>
        <w:br/>
        <w:t>vt 0.184570 0.521240</w:t>
        <w:br/>
        <w:t>vt 0.182007 0.521240</w:t>
        <w:br/>
        <w:t>vt 0.184570 0.513428</w:t>
        <w:br/>
        <w:t>vt 0.182007 0.494629</w:t>
        <w:br/>
        <w:t>vt 0.184570 0.513428</w:t>
        <w:br/>
        <w:t>vt 0.182007 0.513428</w:t>
        <w:br/>
        <w:t>vt 0.184570 0.494629</w:t>
        <w:br/>
        <w:t>vt 0.184570 0.486328</w:t>
        <w:br/>
        <w:t>vt 0.184570 0.494629</w:t>
        <w:br/>
        <w:t>vt 0.182007 0.494629</w:t>
        <w:br/>
        <w:t>vt 0.182007 0.486328</w:t>
        <w:br/>
        <w:t>vt 0.182007 0.486328</w:t>
        <w:br/>
        <w:t>vt 0.184570 0.467285</w:t>
        <w:br/>
        <w:t>vt 0.184570 0.486328</w:t>
        <w:br/>
        <w:t>vt 0.182007 0.467285</w:t>
        <w:br/>
        <w:t>vt 0.379395 0.795898</w:t>
        <w:br/>
        <w:t>vt 0.375977 0.801514</w:t>
        <w:br/>
        <w:t>vt 0.375977 0.795898</w:t>
        <w:br/>
        <w:t>vt 0.379395 0.801514</w:t>
        <w:br/>
        <w:t>vt 0.379395 0.795898</w:t>
        <w:br/>
        <w:t>vt 0.402100 0.795898</w:t>
        <w:br/>
        <w:t>vt 0.379395 0.801514</w:t>
        <w:br/>
        <w:t>vt 0.402100 0.801514</w:t>
        <w:br/>
        <w:t>vt 0.402100 0.795898</w:t>
        <w:br/>
        <w:t>vt 0.406250 0.801514</w:t>
        <w:br/>
        <w:t>vt 0.402100 0.801514</w:t>
        <w:br/>
        <w:t>vt 0.406250 0.795898</w:t>
        <w:br/>
        <w:t>vt 0.184692 0.635986</w:t>
        <w:br/>
        <w:t>vt 0.183594 0.648926</w:t>
        <w:br/>
        <w:t>vt 0.183594 0.635742</w:t>
        <w:br/>
        <w:t>vt 0.184937 0.648926</w:t>
        <w:br/>
        <w:t>vt 0.184937 0.648926</w:t>
        <w:br/>
        <w:t>vt 0.183594 0.650879</w:t>
        <w:br/>
        <w:t>vt 0.183594 0.648926</w:t>
        <w:br/>
        <w:t>vt 0.185181 0.650879</w:t>
        <w:br/>
        <w:t>vt 0.183594 0.650879</w:t>
        <w:br/>
        <w:t>vt 0.185181 0.650879</w:t>
        <w:br/>
        <w:t>vt 0.185059 0.651123</w:t>
        <w:br/>
        <w:t>vt 0.183594 0.652588</w:t>
        <w:br/>
        <w:t>vt 0.187012 0.652832</w:t>
        <w:br/>
        <w:t>vt 0.187012 0.652100</w:t>
        <w:br/>
        <w:t>vt 0.187012 0.652832</w:t>
        <w:br/>
        <w:t>vt 0.183594 0.654785</w:t>
        <w:br/>
        <w:t>vt 0.183594 0.652588</w:t>
        <w:br/>
        <w:t>vt 0.187012 0.655029</w:t>
        <w:br/>
        <w:t>vt 0.183594 0.656738</w:t>
        <w:br/>
        <w:t>vt 0.187012 0.656982</w:t>
        <w:br/>
        <w:t>vt 0.183594 0.660400</w:t>
        <w:br/>
        <w:t>vt 0.187012 0.660645</w:t>
        <w:br/>
        <w:t>vt 0.183594 0.663818</w:t>
        <w:br/>
        <w:t>vt 0.187012 0.663818</w:t>
        <w:br/>
        <w:t>vt 0.187012 0.667725</w:t>
        <w:br/>
        <w:t>vt 0.183594 0.663818</w:t>
        <w:br/>
        <w:t>vt 0.187012 0.663818</w:t>
        <w:br/>
        <w:t>vt 0.183594 0.667725</w:t>
        <w:br/>
        <w:t>vt 0.183594 0.667725</w:t>
        <w:br/>
        <w:t>vt 0.187012 0.667725</w:t>
        <w:br/>
        <w:t>vt 0.183594 0.670410</w:t>
        <w:br/>
        <w:t>vt 0.187012 0.670410</w:t>
        <w:br/>
        <w:t>vt 0.187012 0.683350</w:t>
        <w:br/>
        <w:t>vt 0.183594 0.670410</w:t>
        <w:br/>
        <w:t>vt 0.187012 0.670410</w:t>
        <w:br/>
        <w:t>vt 0.183594 0.683350</w:t>
        <w:br/>
        <w:t>vt 0.187012 0.686035</w:t>
        <w:br/>
        <w:t>vt 0.183594 0.683350</w:t>
        <w:br/>
        <w:t>vt 0.187012 0.683350</w:t>
        <w:br/>
        <w:t>vt 0.183594 0.686279</w:t>
        <w:br/>
        <w:t>vt 0.187012 0.689697</w:t>
        <w:br/>
        <w:t>vt 0.183594 0.686279</w:t>
        <w:br/>
        <w:t>vt 0.187012 0.686035</w:t>
        <w:br/>
        <w:t>vt 0.183594 0.689941</w:t>
        <w:br/>
        <w:t>vt 0.187012 0.693115</w:t>
        <w:br/>
        <w:t>vt 0.183594 0.689941</w:t>
        <w:br/>
        <w:t>vt 0.187012 0.689697</w:t>
        <w:br/>
        <w:t>vt 0.183594 0.693359</w:t>
        <w:br/>
        <w:t>vt 0.187012 0.696777</w:t>
        <w:br/>
        <w:t>vt 0.183594 0.697021</w:t>
        <w:br/>
        <w:t>vt 0.187012 0.698730</w:t>
        <w:br/>
        <w:t>vt 0.183594 0.698975</w:t>
        <w:br/>
        <w:t>vt 0.187012 0.700928</w:t>
        <w:br/>
        <w:t>vt 0.183594 0.700928</w:t>
        <w:br/>
        <w:t>vt 0.183594 0.700928</w:t>
        <w:br/>
        <w:t>vt 0.187012 0.700928</w:t>
        <w:br/>
        <w:t>vt 0.184814 0.702393</w:t>
        <w:br/>
        <w:t>vt 0.187012 0.701416</w:t>
        <w:br/>
        <w:t>vt 0.183594 0.702881</w:t>
        <w:br/>
        <w:t>vt 0.184937 0.703125</w:t>
        <w:br/>
        <w:t>vt 0.184692 0.704834</w:t>
        <w:br/>
        <w:t>vt 0.183594 0.702881</w:t>
        <w:br/>
        <w:t>vt 0.183594 0.705078</w:t>
        <w:br/>
        <w:t>vt 0.516602 0.562744</w:t>
        <w:br/>
        <w:t>vt 0.519531 0.557617</w:t>
        <w:br/>
        <w:t>vt 0.519531 0.562744</w:t>
        <w:br/>
        <w:t>vt 0.516602 0.557617</w:t>
        <w:br/>
        <w:t>vt 0.496338 0.562744</w:t>
        <w:br/>
        <w:t>vt 0.516602 0.557617</w:t>
        <w:br/>
        <w:t>vt 0.516602 0.562744</w:t>
        <w:br/>
        <w:t>vt 0.496338 0.557617</w:t>
        <w:br/>
        <w:t>vt 0.492676 0.562744</w:t>
        <w:br/>
        <w:t>vt 0.496338 0.557617</w:t>
        <w:br/>
        <w:t>vt 0.496338 0.562744</w:t>
        <w:br/>
        <w:t>vt 0.492676 0.557617</w:t>
        <w:br/>
        <w:t>vt 0.901855 0.811890</w:t>
        <w:br/>
        <w:t>vt 0.908203 0.792847</w:t>
        <w:br/>
        <w:t>vt 0.900391 0.811035</w:t>
        <w:br/>
        <w:t>vt 0.906250 0.792236</w:t>
        <w:br/>
        <w:t>vt 0.908691 0.789673</w:t>
        <w:br/>
        <w:t>vt 0.906250 0.792236</w:t>
        <w:br/>
        <w:t>vt 0.908203 0.792847</w:t>
        <w:br/>
        <w:t>vt 0.906250 0.789551</w:t>
        <w:br/>
        <w:t>vt 0.908691 0.789673</w:t>
        <w:br/>
        <w:t>vt 0.906250 0.788940</w:t>
        <w:br/>
        <w:t>vt 0.906250 0.789551</w:t>
        <w:br/>
        <w:t>vt 0.908691 0.786743</w:t>
        <w:br/>
        <w:t>vt 0.903320 0.787598</w:t>
        <w:br/>
        <w:t>vt 0.903320 0.786377</w:t>
        <w:br/>
        <w:t>vt 0.908691 0.786743</w:t>
        <w:br/>
        <w:t>vt 0.903320 0.783081</w:t>
        <w:br/>
        <w:t>vt 0.903320 0.786377</w:t>
        <w:br/>
        <w:t>vt 0.908691 0.783447</w:t>
        <w:br/>
        <w:t>vt 0.903320 0.780151</w:t>
        <w:br/>
        <w:t>vt 0.908691 0.780518</w:t>
        <w:br/>
        <w:t>vt 0.903320 0.774658</w:t>
        <w:br/>
        <w:t>vt 0.908691 0.775024</w:t>
        <w:br/>
        <w:t>vt 0.903320 0.769531</w:t>
        <w:br/>
        <w:t>vt 0.908691 0.769897</w:t>
        <w:br/>
        <w:t>vt 0.908691 0.769897</w:t>
        <w:br/>
        <w:t>vt 0.903809 0.763672</w:t>
        <w:br/>
        <w:t>vt 0.903320 0.769531</w:t>
        <w:br/>
        <w:t>vt 0.909180 0.764160</w:t>
        <w:br/>
        <w:t>vt 0.903809 0.763672</w:t>
        <w:br/>
        <w:t>vt 0.909180 0.764160</w:t>
        <w:br/>
        <w:t>vt 0.908691 0.759888</w:t>
        <w:br/>
        <w:t>vt 0.903809 0.759521</w:t>
        <w:br/>
        <w:t>vt 0.924805 0.619873</w:t>
        <w:br/>
        <w:t>vt 0.942383 0.614746</w:t>
        <w:br/>
        <w:t>vt 0.943359 0.618896</w:t>
        <w:br/>
        <w:t>vt 0.926270 0.623779</w:t>
        <w:br/>
        <w:t>vt 0.926270 0.623779</w:t>
        <w:br/>
        <w:t>vt 0.921387 0.621094</w:t>
        <w:br/>
        <w:t>vt 0.924805 0.619873</w:t>
        <w:br/>
        <w:t>vt 0.922852 0.625977</w:t>
        <w:br/>
        <w:t>vt 0.922852 0.625977</w:t>
        <w:br/>
        <w:t>vt 0.916504 0.622559</w:t>
        <w:br/>
        <w:t>vt 0.921387 0.621094</w:t>
        <w:br/>
        <w:t>vt 0.917969 0.627441</w:t>
        <w:br/>
        <w:t>vt 0.913574 0.628906</w:t>
        <w:br/>
        <w:t>vt 0.916504 0.622559</w:t>
        <w:br/>
        <w:t>vt 0.917969 0.627441</w:t>
        <w:br/>
        <w:t>vt 0.912109 0.624023</w:t>
        <w:br/>
        <w:t>vt 0.907227 0.625732</w:t>
        <w:br/>
        <w:t>vt 0.908691 0.630371</w:t>
        <w:br/>
        <w:t>vt 0.904785 0.626465</w:t>
        <w:br/>
        <w:t>vt 0.906250 0.631104</w:t>
        <w:br/>
        <w:t>vt 0.901855 0.627441</w:t>
        <w:br/>
        <w:t>vt 0.903320 0.631836</w:t>
        <w:br/>
        <w:t>vt 0.901855 0.627441</w:t>
        <w:br/>
        <w:t>vt 0.903320 0.631836</w:t>
        <w:br/>
        <w:t>vt 0.900879 0.630859</w:t>
        <w:br/>
        <w:t>vt 0.901367 0.627686</w:t>
        <w:br/>
        <w:t>vt 0.900391 0.632568</w:t>
        <w:br/>
        <w:t>vt 0.899902 0.630859</w:t>
        <w:br/>
        <w:t>vt 0.900391 0.632568</w:t>
        <w:br/>
        <w:t>vt 0.897949 0.631836</w:t>
        <w:br/>
        <w:t>vt 0.897949 0.633301</w:t>
        <w:br/>
        <w:t>vt 0.379395 0.795898</w:t>
        <w:br/>
        <w:t>vt 0.375977 0.801514</w:t>
        <w:br/>
        <w:t>vt 0.375977 0.795898</w:t>
        <w:br/>
        <w:t>vt 0.379395 0.801514</w:t>
        <w:br/>
        <w:t>vt 0.379395 0.795898</w:t>
        <w:br/>
        <w:t>vt 0.402100 0.795898</w:t>
        <w:br/>
        <w:t>vt 0.379395 0.801514</w:t>
        <w:br/>
        <w:t>vt 0.402100 0.801514</w:t>
        <w:br/>
        <w:t>vt 0.402100 0.795898</w:t>
        <w:br/>
        <w:t>vt 0.406250 0.801514</w:t>
        <w:br/>
        <w:t>vt 0.402100 0.801514</w:t>
        <w:br/>
        <w:t>vt 0.406250 0.795898</w:t>
        <w:br/>
        <w:t>vt 0.184692 0.635986</w:t>
        <w:br/>
        <w:t>vt 0.183594 0.648926</w:t>
        <w:br/>
        <w:t>vt 0.183594 0.635742</w:t>
        <w:br/>
        <w:t>vt 0.184937 0.648926</w:t>
        <w:br/>
        <w:t>vt 0.184937 0.648926</w:t>
        <w:br/>
        <w:t>vt 0.183594 0.650879</w:t>
        <w:br/>
        <w:t>vt 0.183594 0.648926</w:t>
        <w:br/>
        <w:t>vt 0.185181 0.650879</w:t>
        <w:br/>
        <w:t>vt 0.183594 0.650879</w:t>
        <w:br/>
        <w:t>vt 0.185181 0.650879</w:t>
        <w:br/>
        <w:t>vt 0.185059 0.651123</w:t>
        <w:br/>
        <w:t>vt 0.183594 0.652588</w:t>
        <w:br/>
        <w:t>vt 0.187012 0.652832</w:t>
        <w:br/>
        <w:t>vt 0.187012 0.652100</w:t>
        <w:br/>
        <w:t>vt 0.187012 0.652832</w:t>
        <w:br/>
        <w:t>vt 0.183594 0.654785</w:t>
        <w:br/>
        <w:t>vt 0.183594 0.652588</w:t>
        <w:br/>
        <w:t>vt 0.187012 0.655029</w:t>
        <w:br/>
        <w:t>vt 0.183594 0.656738</w:t>
        <w:br/>
        <w:t>vt 0.187012 0.656982</w:t>
        <w:br/>
        <w:t>vt 0.183594 0.660400</w:t>
        <w:br/>
        <w:t>vt 0.187012 0.660645</w:t>
        <w:br/>
        <w:t>vt 0.183594 0.663818</w:t>
        <w:br/>
        <w:t>vt 0.187012 0.663818</w:t>
        <w:br/>
        <w:t>vt 0.187012 0.667725</w:t>
        <w:br/>
        <w:t>vt 0.183594 0.663818</w:t>
        <w:br/>
        <w:t>vt 0.187012 0.663818</w:t>
        <w:br/>
        <w:t>vt 0.183594 0.667725</w:t>
        <w:br/>
        <w:t>vt 0.183594 0.667725</w:t>
        <w:br/>
        <w:t>vt 0.187012 0.667725</w:t>
        <w:br/>
        <w:t>vt 0.183594 0.670410</w:t>
        <w:br/>
        <w:t>vt 0.187012 0.670410</w:t>
        <w:br/>
        <w:t>vt 0.187012 0.683350</w:t>
        <w:br/>
        <w:t>vt 0.183594 0.670410</w:t>
        <w:br/>
        <w:t>vt 0.187012 0.670410</w:t>
        <w:br/>
        <w:t>vt 0.183594 0.683350</w:t>
        <w:br/>
        <w:t>vt 0.187012 0.686035</w:t>
        <w:br/>
        <w:t>vt 0.183594 0.683350</w:t>
        <w:br/>
        <w:t>vt 0.187012 0.683350</w:t>
        <w:br/>
        <w:t>vt 0.183594 0.686279</w:t>
        <w:br/>
        <w:t>vt 0.187012 0.689697</w:t>
        <w:br/>
        <w:t>vt 0.183594 0.686279</w:t>
        <w:br/>
        <w:t>vt 0.187012 0.686035</w:t>
        <w:br/>
        <w:t>vt 0.183594 0.689941</w:t>
        <w:br/>
        <w:t>vt 0.187012 0.693115</w:t>
        <w:br/>
        <w:t>vt 0.183594 0.689941</w:t>
        <w:br/>
        <w:t>vt 0.187012 0.689697</w:t>
        <w:br/>
        <w:t>vt 0.183594 0.693359</w:t>
        <w:br/>
        <w:t>vt 0.187012 0.696777</w:t>
        <w:br/>
        <w:t>vt 0.183594 0.697021</w:t>
        <w:br/>
        <w:t>vt 0.187012 0.698730</w:t>
        <w:br/>
        <w:t>vt 0.183594 0.698975</w:t>
        <w:br/>
        <w:t>vt 0.187012 0.700928</w:t>
        <w:br/>
        <w:t>vt 0.183594 0.700928</w:t>
        <w:br/>
        <w:t>vt 0.183594 0.700928</w:t>
        <w:br/>
        <w:t>vt 0.187012 0.700928</w:t>
        <w:br/>
        <w:t>vt 0.184814 0.702393</w:t>
        <w:br/>
        <w:t>vt 0.187012 0.701416</w:t>
        <w:br/>
        <w:t>vt 0.183594 0.702881</w:t>
        <w:br/>
        <w:t>vt 0.184937 0.703125</w:t>
        <w:br/>
        <w:t>vt 0.184692 0.704834</w:t>
        <w:br/>
        <w:t>vt 0.183594 0.702881</w:t>
        <w:br/>
        <w:t>vt 0.183594 0.705078</w:t>
        <w:br/>
        <w:t>vt 0.516602 0.562744</w:t>
        <w:br/>
        <w:t>vt 0.519531 0.557617</w:t>
        <w:br/>
        <w:t>vt 0.519531 0.562744</w:t>
        <w:br/>
        <w:t>vt 0.516602 0.557617</w:t>
        <w:br/>
        <w:t>vt 0.496338 0.562744</w:t>
        <w:br/>
        <w:t>vt 0.516602 0.557617</w:t>
        <w:br/>
        <w:t>vt 0.516602 0.562744</w:t>
        <w:br/>
        <w:t>vt 0.496338 0.557617</w:t>
        <w:br/>
        <w:t>vt 0.492676 0.562744</w:t>
        <w:br/>
        <w:t>vt 0.496338 0.557617</w:t>
        <w:br/>
        <w:t>vt 0.496338 0.562744</w:t>
        <w:br/>
        <w:t>vt 0.492676 0.557617</w:t>
        <w:br/>
        <w:t>vt 0.901855 0.811890</w:t>
        <w:br/>
        <w:t>vt 0.908203 0.792847</w:t>
        <w:br/>
        <w:t>vt 0.900391 0.811035</w:t>
        <w:br/>
        <w:t>vt 0.906250 0.792236</w:t>
        <w:br/>
        <w:t>vt 0.908691 0.789673</w:t>
        <w:br/>
        <w:t>vt 0.906250 0.792236</w:t>
        <w:br/>
        <w:t>vt 0.908203 0.792847</w:t>
        <w:br/>
        <w:t>vt 0.906250 0.789551</w:t>
        <w:br/>
        <w:t>vt 0.908691 0.789673</w:t>
        <w:br/>
        <w:t>vt 0.906250 0.788940</w:t>
        <w:br/>
        <w:t>vt 0.906250 0.789551</w:t>
        <w:br/>
        <w:t>vt 0.908691 0.786743</w:t>
        <w:br/>
        <w:t>vt 0.903320 0.787598</w:t>
        <w:br/>
        <w:t>vt 0.903320 0.786377</w:t>
        <w:br/>
        <w:t>vt 0.908691 0.786743</w:t>
        <w:br/>
        <w:t>vt 0.903320 0.783081</w:t>
        <w:br/>
        <w:t>vt 0.903320 0.786377</w:t>
        <w:br/>
        <w:t>vt 0.908691 0.783447</w:t>
        <w:br/>
        <w:t>vt 0.903320 0.780151</w:t>
        <w:br/>
        <w:t>vt 0.908691 0.780518</w:t>
        <w:br/>
        <w:t>vt 0.903320 0.774658</w:t>
        <w:br/>
        <w:t>vt 0.908691 0.775024</w:t>
        <w:br/>
        <w:t>vt 0.903320 0.769531</w:t>
        <w:br/>
        <w:t>vt 0.908691 0.769897</w:t>
        <w:br/>
        <w:t>vt 0.908691 0.769897</w:t>
        <w:br/>
        <w:t>vt 0.903809 0.763672</w:t>
        <w:br/>
        <w:t>vt 0.903320 0.769531</w:t>
        <w:br/>
        <w:t>vt 0.909180 0.764160</w:t>
        <w:br/>
        <w:t>vt 0.903809 0.763672</w:t>
        <w:br/>
        <w:t>vt 0.909180 0.764160</w:t>
        <w:br/>
        <w:t>vt 0.908691 0.759888</w:t>
        <w:br/>
        <w:t>vt 0.903809 0.759521</w:t>
        <w:br/>
        <w:t>vt 0.924805 0.619873</w:t>
        <w:br/>
        <w:t>vt 0.942383 0.614746</w:t>
        <w:br/>
        <w:t>vt 0.943359 0.618896</w:t>
        <w:br/>
        <w:t>vt 0.926270 0.623779</w:t>
        <w:br/>
        <w:t>vt 0.926270 0.623779</w:t>
        <w:br/>
        <w:t>vt 0.921387 0.621094</w:t>
        <w:br/>
        <w:t>vt 0.924805 0.619873</w:t>
        <w:br/>
        <w:t>vt 0.922852 0.625977</w:t>
        <w:br/>
        <w:t>vt 0.922852 0.625977</w:t>
        <w:br/>
        <w:t>vt 0.916504 0.622559</w:t>
        <w:br/>
        <w:t>vt 0.921387 0.621094</w:t>
        <w:br/>
        <w:t>vt 0.917969 0.627441</w:t>
        <w:br/>
        <w:t>vt 0.917969 0.627441</w:t>
        <w:br/>
        <w:t>vt 0.912109 0.624023</w:t>
        <w:br/>
        <w:t>vt 0.916504 0.622559</w:t>
        <w:br/>
        <w:t>vt 0.913574 0.628906</w:t>
        <w:br/>
        <w:t>vt 0.907227 0.625732</w:t>
        <w:br/>
        <w:t>vt 0.908691 0.630371</w:t>
        <w:br/>
        <w:t>vt 0.904785 0.626465</w:t>
        <w:br/>
        <w:t>vt 0.906250 0.631104</w:t>
        <w:br/>
        <w:t>vt 0.901855 0.627441</w:t>
        <w:br/>
        <w:t>vt 0.903320 0.631836</w:t>
        <w:br/>
        <w:t>vt 0.901855 0.627441</w:t>
        <w:br/>
        <w:t>vt 0.903320 0.631836</w:t>
        <w:br/>
        <w:t>vt 0.900879 0.630859</w:t>
        <w:br/>
        <w:t>vt 0.901367 0.627686</w:t>
        <w:br/>
        <w:t>vt 0.900391 0.632568</w:t>
        <w:br/>
        <w:t>vt 0.899902 0.630859</w:t>
        <w:br/>
        <w:t>vt 0.900391 0.632568</w:t>
        <w:br/>
        <w:t>vt 0.897949 0.631836</w:t>
        <w:br/>
        <w:t>vt 0.897949 0.633301</w:t>
        <w:br/>
        <w:t>vt 0.379395 0.795898</w:t>
        <w:br/>
        <w:t>vt 0.375977 0.795898</w:t>
        <w:br/>
        <w:t>vt 0.375977 0.801514</w:t>
        <w:br/>
        <w:t>vt 0.379395 0.801514</w:t>
        <w:br/>
        <w:t>vt 0.402100 0.795898</w:t>
        <w:br/>
        <w:t>vt 0.379395 0.795898</w:t>
        <w:br/>
        <w:t>vt 0.379395 0.801514</w:t>
        <w:br/>
        <w:t>vt 0.402100 0.801514</w:t>
        <w:br/>
        <w:t>vt 0.402100 0.795898</w:t>
        <w:br/>
        <w:t>vt 0.402100 0.801514</w:t>
        <w:br/>
        <w:t>vt 0.406250 0.801514</w:t>
        <w:br/>
        <w:t>vt 0.406250 0.795898</w:t>
        <w:br/>
        <w:t>vt 0.183594 0.635742</w:t>
        <w:br/>
        <w:t>vt 0.183594 0.648926</w:t>
        <w:br/>
        <w:t>vt 0.184692 0.635986</w:t>
        <w:br/>
        <w:t>vt 0.184937 0.648926</w:t>
        <w:br/>
        <w:t>vt 0.183594 0.650879</w:t>
        <w:br/>
        <w:t>vt 0.184937 0.648926</w:t>
        <w:br/>
        <w:t>vt 0.183594 0.648926</w:t>
        <w:br/>
        <w:t>vt 0.185181 0.650879</w:t>
        <w:br/>
        <w:t>vt 0.183594 0.650879</w:t>
        <w:br/>
        <w:t>vt 0.185059 0.651123</w:t>
        <w:br/>
        <w:t>vt 0.185181 0.650879</w:t>
        <w:br/>
        <w:t>vt 0.183594 0.652588</w:t>
        <w:br/>
        <w:t>vt 0.187012 0.652832</w:t>
        <w:br/>
        <w:t>vt 0.187012 0.652100</w:t>
        <w:br/>
        <w:t>vt 0.183594 0.654785</w:t>
        <w:br/>
        <w:t>vt 0.187012 0.652832</w:t>
        <w:br/>
        <w:t>vt 0.183594 0.652588</w:t>
        <w:br/>
        <w:t>vt 0.187012 0.655029</w:t>
        <w:br/>
        <w:t>vt 0.183594 0.656738</w:t>
        <w:br/>
        <w:t>vt 0.187012 0.656982</w:t>
        <w:br/>
        <w:t>vt 0.183594 0.660400</w:t>
        <w:br/>
        <w:t>vt 0.187012 0.660645</w:t>
        <w:br/>
        <w:t>vt 0.183594 0.663818</w:t>
        <w:br/>
        <w:t>vt 0.187012 0.663818</w:t>
        <w:br/>
        <w:t>vt 0.183594 0.663818</w:t>
        <w:br/>
        <w:t>vt 0.187012 0.667725</w:t>
        <w:br/>
        <w:t>vt 0.187012 0.663818</w:t>
        <w:br/>
        <w:t>vt 0.183594 0.667725</w:t>
        <w:br/>
        <w:t>vt 0.183594 0.670410</w:t>
        <w:br/>
        <w:t>vt 0.187012 0.667725</w:t>
        <w:br/>
        <w:t>vt 0.183594 0.667725</w:t>
        <w:br/>
        <w:t>vt 0.187012 0.670410</w:t>
        <w:br/>
        <w:t>vt 0.187012 0.683350</w:t>
        <w:br/>
        <w:t>vt 0.187012 0.670410</w:t>
        <w:br/>
        <w:t>vt 0.183594 0.670410</w:t>
        <w:br/>
        <w:t>vt 0.183594 0.683350</w:t>
        <w:br/>
        <w:t>vt 0.183594 0.683350</w:t>
        <w:br/>
        <w:t>vt 0.187012 0.686035</w:t>
        <w:br/>
        <w:t>vt 0.187012 0.683350</w:t>
        <w:br/>
        <w:t>vt 0.183594 0.686279</w:t>
        <w:br/>
        <w:t>vt 0.183594 0.686279</w:t>
        <w:br/>
        <w:t>vt 0.187012 0.689697</w:t>
        <w:br/>
        <w:t>vt 0.187012 0.686035</w:t>
        <w:br/>
        <w:t>vt 0.183594 0.689941</w:t>
        <w:br/>
        <w:t>vt 0.187012 0.689697</w:t>
        <w:br/>
        <w:t>vt 0.183594 0.689941</w:t>
        <w:br/>
        <w:t>vt 0.187012 0.693115</w:t>
        <w:br/>
        <w:t>vt 0.183594 0.693359</w:t>
        <w:br/>
        <w:t>vt 0.187012 0.696777</w:t>
        <w:br/>
        <w:t>vt 0.183594 0.697021</w:t>
        <w:br/>
        <w:t>vt 0.187012 0.698730</w:t>
        <w:br/>
        <w:t>vt 0.183594 0.698975</w:t>
        <w:br/>
        <w:t>vt 0.187012 0.700928</w:t>
        <w:br/>
        <w:t>vt 0.183594 0.700928</w:t>
        <w:br/>
        <w:t>vt 0.187012 0.700928</w:t>
        <w:br/>
        <w:t>vt 0.183594 0.700928</w:t>
        <w:br/>
        <w:t>vt 0.184814 0.702393</w:t>
        <w:br/>
        <w:t>vt 0.187012 0.701416</w:t>
        <w:br/>
        <w:t>vt 0.183594 0.702881</w:t>
        <w:br/>
        <w:t>vt 0.184937 0.703125</w:t>
        <w:br/>
        <w:t>vt 0.183594 0.702881</w:t>
        <w:br/>
        <w:t>vt 0.184692 0.704834</w:t>
        <w:br/>
        <w:t>vt 0.183594 0.705078</w:t>
        <w:br/>
        <w:t>vt 0.519531 0.557617</w:t>
        <w:br/>
        <w:t>vt 0.516602 0.562744</w:t>
        <w:br/>
        <w:t>vt 0.519531 0.562744</w:t>
        <w:br/>
        <w:t>vt 0.516602 0.557617</w:t>
        <w:br/>
        <w:t>vt 0.516602 0.557617</w:t>
        <w:br/>
        <w:t>vt 0.496338 0.562744</w:t>
        <w:br/>
        <w:t>vt 0.516602 0.562744</w:t>
        <w:br/>
        <w:t>vt 0.496338 0.557617</w:t>
        <w:br/>
        <w:t>vt 0.496338 0.562744</w:t>
        <w:br/>
        <w:t>vt 0.496338 0.557617</w:t>
        <w:br/>
        <w:t>vt 0.492676 0.562744</w:t>
        <w:br/>
        <w:t>vt 0.492676 0.557617</w:t>
        <w:br/>
        <w:t>vt 0.900391 0.811035</w:t>
        <w:br/>
        <w:t>vt 0.908203 0.792847</w:t>
        <w:br/>
        <w:t>vt 0.901855 0.811890</w:t>
        <w:br/>
        <w:t>vt 0.906250 0.792236</w:t>
        <w:br/>
        <w:t>vt 0.906250 0.792236</w:t>
        <w:br/>
        <w:t>vt 0.908691 0.789673</w:t>
        <w:br/>
        <w:t>vt 0.908203 0.792847</w:t>
        <w:br/>
        <w:t>vt 0.906250 0.789551</w:t>
        <w:br/>
        <w:t>vt 0.908691 0.789673</w:t>
        <w:br/>
        <w:t>vt 0.906250 0.789551</w:t>
        <w:br/>
        <w:t>vt 0.906250 0.788940</w:t>
        <w:br/>
        <w:t>vt 0.908691 0.786743</w:t>
        <w:br/>
        <w:t>vt 0.903320 0.786377</w:t>
        <w:br/>
        <w:t>vt 0.903320 0.787598</w:t>
        <w:br/>
        <w:t>vt 0.903320 0.783081</w:t>
        <w:br/>
        <w:t>vt 0.908691 0.786743</w:t>
        <w:br/>
        <w:t>vt 0.903320 0.786377</w:t>
        <w:br/>
        <w:t>vt 0.908691 0.783447</w:t>
        <w:br/>
        <w:t>vt 0.903320 0.780151</w:t>
        <w:br/>
        <w:t>vt 0.908691 0.780518</w:t>
        <w:br/>
        <w:t>vt 0.903320 0.774658</w:t>
        <w:br/>
        <w:t>vt 0.908691 0.775024</w:t>
        <w:br/>
        <w:t>vt 0.903320 0.769531</w:t>
        <w:br/>
        <w:t>vt 0.908691 0.769897</w:t>
        <w:br/>
        <w:t>vt 0.903809 0.763672</w:t>
        <w:br/>
        <w:t>vt 0.908691 0.769897</w:t>
        <w:br/>
        <w:t>vt 0.903320 0.769531</w:t>
        <w:br/>
        <w:t>vt 0.909180 0.764160</w:t>
        <w:br/>
        <w:t>vt 0.903809 0.763672</w:t>
        <w:br/>
        <w:t>vt 0.908691 0.759888</w:t>
        <w:br/>
        <w:t>vt 0.909180 0.764160</w:t>
        <w:br/>
        <w:t>vt 0.903809 0.759521</w:t>
        <w:br/>
        <w:t>vt 0.924805 0.619873</w:t>
        <w:br/>
        <w:t>vt 0.943359 0.618896</w:t>
        <w:br/>
        <w:t>vt 0.942383 0.614746</w:t>
        <w:br/>
        <w:t>vt 0.926270 0.623779</w:t>
        <w:br/>
        <w:t>vt 0.921387 0.621094</w:t>
        <w:br/>
        <w:t>vt 0.926270 0.623779</w:t>
        <w:br/>
        <w:t>vt 0.924805 0.619873</w:t>
        <w:br/>
        <w:t>vt 0.922852 0.625977</w:t>
        <w:br/>
        <w:t>vt 0.916504 0.622559</w:t>
        <w:br/>
        <w:t>vt 0.922852 0.625977</w:t>
        <w:br/>
        <w:t>vt 0.921387 0.621094</w:t>
        <w:br/>
        <w:t>vt 0.917969 0.627441</w:t>
        <w:br/>
        <w:t>vt 0.916504 0.622559</w:t>
        <w:br/>
        <w:t>vt 0.913574 0.628906</w:t>
        <w:br/>
        <w:t>vt 0.917969 0.627441</w:t>
        <w:br/>
        <w:t>vt 0.912109 0.624023</w:t>
        <w:br/>
        <w:t>vt 0.907227 0.625732</w:t>
        <w:br/>
        <w:t>vt 0.908691 0.630371</w:t>
        <w:br/>
        <w:t>vt 0.904785 0.626465</w:t>
        <w:br/>
        <w:t>vt 0.906250 0.631104</w:t>
        <w:br/>
        <w:t>vt 0.901855 0.627441</w:t>
        <w:br/>
        <w:t>vt 0.903320 0.631836</w:t>
        <w:br/>
        <w:t>vt 0.903320 0.631836</w:t>
        <w:br/>
        <w:t>vt 0.901855 0.627441</w:t>
        <w:br/>
        <w:t>vt 0.900879 0.630859</w:t>
        <w:br/>
        <w:t>vt 0.901367 0.627686</w:t>
        <w:br/>
        <w:t>vt 0.900391 0.632568</w:t>
        <w:br/>
        <w:t>vt 0.899902 0.630859</w:t>
        <w:br/>
        <w:t>vt 0.897949 0.631836</w:t>
        <w:br/>
        <w:t>vt 0.900391 0.632568</w:t>
        <w:br/>
        <w:t>vt 0.897949 0.633301</w:t>
        <w:br/>
        <w:t>vt 0.379395 0.795898</w:t>
        <w:br/>
        <w:t>vt 0.375977 0.795898</w:t>
        <w:br/>
        <w:t>vt 0.375977 0.801514</w:t>
        <w:br/>
        <w:t>vt 0.379395 0.801514</w:t>
        <w:br/>
        <w:t>vt 0.402100 0.795898</w:t>
        <w:br/>
        <w:t>vt 0.379395 0.795898</w:t>
        <w:br/>
        <w:t>vt 0.379395 0.801514</w:t>
        <w:br/>
        <w:t>vt 0.402100 0.801514</w:t>
        <w:br/>
        <w:t>vt 0.402100 0.795898</w:t>
        <w:br/>
        <w:t>vt 0.402100 0.801514</w:t>
        <w:br/>
        <w:t>vt 0.406250 0.801514</w:t>
        <w:br/>
        <w:t>vt 0.406250 0.795898</w:t>
        <w:br/>
        <w:t>vt 0.183594 0.635742</w:t>
        <w:br/>
        <w:t>vt 0.183594 0.648926</w:t>
        <w:br/>
        <w:t>vt 0.184692 0.635986</w:t>
        <w:br/>
        <w:t>vt 0.184937 0.648926</w:t>
        <w:br/>
        <w:t>vt 0.183594 0.650879</w:t>
        <w:br/>
        <w:t>vt 0.184937 0.648926</w:t>
        <w:br/>
        <w:t>vt 0.183594 0.648926</w:t>
        <w:br/>
        <w:t>vt 0.185181 0.650879</w:t>
        <w:br/>
        <w:t>vt 0.183594 0.650879</w:t>
        <w:br/>
        <w:t>vt 0.185059 0.651123</w:t>
        <w:br/>
        <w:t>vt 0.185181 0.650879</w:t>
        <w:br/>
        <w:t>vt 0.183594 0.652588</w:t>
        <w:br/>
        <w:t>vt 0.187012 0.652832</w:t>
        <w:br/>
        <w:t>vt 0.187012 0.652100</w:t>
        <w:br/>
        <w:t>vt 0.183594 0.654785</w:t>
        <w:br/>
        <w:t>vt 0.187012 0.652832</w:t>
        <w:br/>
        <w:t>vt 0.183594 0.652588</w:t>
        <w:br/>
        <w:t>vt 0.187012 0.655029</w:t>
        <w:br/>
        <w:t>vt 0.183594 0.656738</w:t>
        <w:br/>
        <w:t>vt 0.187012 0.656982</w:t>
        <w:br/>
        <w:t>vt 0.183594 0.660400</w:t>
        <w:br/>
        <w:t>vt 0.187012 0.660645</w:t>
        <w:br/>
        <w:t>vt 0.183594 0.663818</w:t>
        <w:br/>
        <w:t>vt 0.187012 0.663818</w:t>
        <w:br/>
        <w:t>vt 0.183594 0.663818</w:t>
        <w:br/>
        <w:t>vt 0.187012 0.667725</w:t>
        <w:br/>
        <w:t>vt 0.187012 0.663818</w:t>
        <w:br/>
        <w:t>vt 0.183594 0.667725</w:t>
        <w:br/>
        <w:t>vt 0.183594 0.670410</w:t>
        <w:br/>
        <w:t>vt 0.187012 0.667725</w:t>
        <w:br/>
        <w:t>vt 0.183594 0.667725</w:t>
        <w:br/>
        <w:t>vt 0.187012 0.670410</w:t>
        <w:br/>
        <w:t>vt 0.187012 0.683350</w:t>
        <w:br/>
        <w:t>vt 0.187012 0.670410</w:t>
        <w:br/>
        <w:t>vt 0.183594 0.670410</w:t>
        <w:br/>
        <w:t>vt 0.183594 0.683350</w:t>
        <w:br/>
        <w:t>vt 0.183594 0.683350</w:t>
        <w:br/>
        <w:t>vt 0.187012 0.686035</w:t>
        <w:br/>
        <w:t>vt 0.187012 0.683350</w:t>
        <w:br/>
        <w:t>vt 0.183594 0.686279</w:t>
        <w:br/>
        <w:t>vt 0.183594 0.686279</w:t>
        <w:br/>
        <w:t>vt 0.187012 0.689697</w:t>
        <w:br/>
        <w:t>vt 0.187012 0.686035</w:t>
        <w:br/>
        <w:t>vt 0.183594 0.689941</w:t>
        <w:br/>
        <w:t>vt 0.187012 0.689697</w:t>
        <w:br/>
        <w:t>vt 0.183594 0.689941</w:t>
        <w:br/>
        <w:t>vt 0.187012 0.693115</w:t>
        <w:br/>
        <w:t>vt 0.183594 0.693359</w:t>
        <w:br/>
        <w:t>vt 0.187012 0.696777</w:t>
        <w:br/>
        <w:t>vt 0.183594 0.697021</w:t>
        <w:br/>
        <w:t>vt 0.187012 0.698730</w:t>
        <w:br/>
        <w:t>vt 0.183594 0.698975</w:t>
        <w:br/>
        <w:t>vt 0.187012 0.700928</w:t>
        <w:br/>
        <w:t>vt 0.183594 0.700928</w:t>
        <w:br/>
        <w:t>vt 0.187012 0.700928</w:t>
        <w:br/>
        <w:t>vt 0.183594 0.700928</w:t>
        <w:br/>
        <w:t>vt 0.184814 0.702393</w:t>
        <w:br/>
        <w:t>vt 0.187012 0.701416</w:t>
        <w:br/>
        <w:t>vt 0.183594 0.702881</w:t>
        <w:br/>
        <w:t>vt 0.184937 0.703125</w:t>
        <w:br/>
        <w:t>vt 0.183594 0.702881</w:t>
        <w:br/>
        <w:t>vt 0.184692 0.704834</w:t>
        <w:br/>
        <w:t>vt 0.183594 0.705078</w:t>
        <w:br/>
        <w:t>vt 0.519531 0.557617</w:t>
        <w:br/>
        <w:t>vt 0.516602 0.562744</w:t>
        <w:br/>
        <w:t>vt 0.519531 0.562744</w:t>
        <w:br/>
        <w:t>vt 0.516602 0.557617</w:t>
        <w:br/>
        <w:t>vt 0.516602 0.557617</w:t>
        <w:br/>
        <w:t>vt 0.496338 0.562744</w:t>
        <w:br/>
        <w:t>vt 0.516602 0.562744</w:t>
        <w:br/>
        <w:t>vt 0.496338 0.557617</w:t>
        <w:br/>
        <w:t>vt 0.492676 0.562744</w:t>
        <w:br/>
        <w:t>vt 0.496338 0.562744</w:t>
        <w:br/>
        <w:t>vt 0.496338 0.557617</w:t>
        <w:br/>
        <w:t>vt 0.492676 0.557617</w:t>
        <w:br/>
        <w:t>vt 0.900391 0.811035</w:t>
        <w:br/>
        <w:t>vt 0.908203 0.792847</w:t>
        <w:br/>
        <w:t>vt 0.901855 0.811890</w:t>
        <w:br/>
        <w:t>vt 0.906250 0.792236</w:t>
        <w:br/>
        <w:t>vt 0.906250 0.792236</w:t>
        <w:br/>
        <w:t>vt 0.908691 0.789673</w:t>
        <w:br/>
        <w:t>vt 0.908203 0.792847</w:t>
        <w:br/>
        <w:t>vt 0.906250 0.789551</w:t>
        <w:br/>
        <w:t>vt 0.908691 0.789673</w:t>
        <w:br/>
        <w:t>vt 0.906250 0.789551</w:t>
        <w:br/>
        <w:t>vt 0.906250 0.788940</w:t>
        <w:br/>
        <w:t>vt 0.908691 0.786743</w:t>
        <w:br/>
        <w:t>vt 0.903320 0.786377</w:t>
        <w:br/>
        <w:t>vt 0.903320 0.787598</w:t>
        <w:br/>
        <w:t>vt 0.903320 0.783081</w:t>
        <w:br/>
        <w:t>vt 0.908691 0.786743</w:t>
        <w:br/>
        <w:t>vt 0.903320 0.786377</w:t>
        <w:br/>
        <w:t>vt 0.908691 0.783447</w:t>
        <w:br/>
        <w:t>vt 0.903320 0.780151</w:t>
        <w:br/>
        <w:t>vt 0.908691 0.780518</w:t>
        <w:br/>
        <w:t>vt 0.903320 0.774658</w:t>
        <w:br/>
        <w:t>vt 0.908691 0.775024</w:t>
        <w:br/>
        <w:t>vt 0.903320 0.769531</w:t>
        <w:br/>
        <w:t>vt 0.908691 0.769897</w:t>
        <w:br/>
        <w:t>vt 0.903809 0.763672</w:t>
        <w:br/>
        <w:t>vt 0.908691 0.769897</w:t>
        <w:br/>
        <w:t>vt 0.903320 0.769531</w:t>
        <w:br/>
        <w:t>vt 0.909180 0.764160</w:t>
        <w:br/>
        <w:t>vt 0.903809 0.763672</w:t>
        <w:br/>
        <w:t>vt 0.908691 0.759888</w:t>
        <w:br/>
        <w:t>vt 0.909180 0.764160</w:t>
        <w:br/>
        <w:t>vt 0.903809 0.759521</w:t>
        <w:br/>
        <w:t>vt 0.924805 0.619873</w:t>
        <w:br/>
        <w:t>vt 0.943359 0.618896</w:t>
        <w:br/>
        <w:t>vt 0.942383 0.614746</w:t>
        <w:br/>
        <w:t>vt 0.926270 0.623779</w:t>
        <w:br/>
        <w:t>vt 0.921387 0.621094</w:t>
        <w:br/>
        <w:t>vt 0.926270 0.623779</w:t>
        <w:br/>
        <w:t>vt 0.924805 0.619873</w:t>
        <w:br/>
        <w:t>vt 0.922852 0.625977</w:t>
        <w:br/>
        <w:t>vt 0.916504 0.622559</w:t>
        <w:br/>
        <w:t>vt 0.922852 0.625977</w:t>
        <w:br/>
        <w:t>vt 0.921387 0.621094</w:t>
        <w:br/>
        <w:t>vt 0.917969 0.627441</w:t>
        <w:br/>
        <w:t>vt 0.912109 0.624023</w:t>
        <w:br/>
        <w:t>vt 0.917969 0.627441</w:t>
        <w:br/>
        <w:t>vt 0.916504 0.622559</w:t>
        <w:br/>
        <w:t>vt 0.913574 0.628906</w:t>
        <w:br/>
        <w:t>vt 0.907227 0.625732</w:t>
        <w:br/>
        <w:t>vt 0.908691 0.630371</w:t>
        <w:br/>
        <w:t>vt 0.904785 0.626465</w:t>
        <w:br/>
        <w:t>vt 0.906250 0.631104</w:t>
        <w:br/>
        <w:t>vt 0.901855 0.627441</w:t>
        <w:br/>
        <w:t>vt 0.903320 0.631836</w:t>
        <w:br/>
        <w:t>vt 0.903320 0.631836</w:t>
        <w:br/>
        <w:t>vt 0.901855 0.627441</w:t>
        <w:br/>
        <w:t>vt 0.900879 0.630859</w:t>
        <w:br/>
        <w:t>vt 0.901367 0.627686</w:t>
        <w:br/>
        <w:t>vt 0.900391 0.632568</w:t>
        <w:br/>
        <w:t>vt 0.899902 0.630859</w:t>
        <w:br/>
        <w:t>vt 0.897949 0.631836</w:t>
        <w:br/>
        <w:t>vt 0.900391 0.632568</w:t>
        <w:br/>
        <w:t>vt 0.897949 0.633301</w:t>
        <w:br/>
        <w:t>vt 0.338379 0.831665</w:t>
        <w:br/>
        <w:t>vt 0.353271 0.836914</w:t>
        <w:br/>
        <w:t>vt 0.338379 0.836914</w:t>
        <w:br/>
        <w:t>vt 0.353271 0.831665</w:t>
        <w:br/>
        <w:t>vt 0.353271 0.826904</w:t>
        <w:br/>
        <w:t>vt 0.338379 0.826904</w:t>
        <w:br/>
        <w:t>vt 0.353271 0.812134</w:t>
        <w:br/>
        <w:t>vt 0.338379 0.812134</w:t>
        <w:br/>
        <w:t>vt 0.338379 0.804321</w:t>
        <w:br/>
        <w:t>vt 0.353271 0.804321</w:t>
        <w:br/>
        <w:t>vt 0.338379 0.836914</w:t>
        <w:br/>
        <w:t>vt 0.353271 0.836914</w:t>
        <w:br/>
        <w:t>vt 0.338379 0.831665</w:t>
        <w:br/>
        <w:t>vt 0.353271 0.831665</w:t>
        <w:br/>
        <w:t>vt 0.353271 0.826904</w:t>
        <w:br/>
        <w:t>vt 0.338379 0.826904</w:t>
        <w:br/>
        <w:t>vt 0.353271 0.812134</w:t>
        <w:br/>
        <w:t>vt 0.338379 0.812134</w:t>
        <w:br/>
        <w:t>vt 0.338379 0.804321</w:t>
        <w:br/>
        <w:t>vt 0.353271 0.804321</w:t>
        <w:br/>
        <w:t>vt 0.477783 0.861694</w:t>
        <w:br/>
        <w:t>vt 0.480713 0.867676</w:t>
        <w:br/>
        <w:t>vt 0.477783 0.867676</w:t>
        <w:br/>
        <w:t>vt 0.480713 0.861694</w:t>
        <w:br/>
        <w:t>vt 0.483643 0.861694</w:t>
        <w:br/>
        <w:t>vt 0.483643 0.867676</w:t>
        <w:br/>
        <w:t>vt 0.480713 0.838989</w:t>
        <w:br/>
        <w:t>vt 0.483643 0.838989</w:t>
        <w:br/>
        <w:t>vt 0.480469 0.832886</w:t>
        <w:br/>
        <w:t>vt 0.483643 0.832886</w:t>
        <w:br/>
        <w:t>vt 0.477783 0.838989</w:t>
        <w:br/>
        <w:t>vt 0.477783 0.832886</w:t>
        <w:br/>
        <w:t>vt 0.805176 0.620605</w:t>
        <w:br/>
        <w:t>vt 0.816406 0.614746</w:t>
        <w:br/>
        <w:t>vt 0.802246 0.613770</w:t>
        <w:br/>
        <w:t>vt 0.813477 0.620117</w:t>
        <w:br/>
        <w:t>vt 0.822754 0.640137</w:t>
        <w:br/>
        <w:t>vt 0.828613 0.641602</w:t>
        <w:br/>
        <w:t>vt 0.820312 0.653076</w:t>
        <w:br/>
        <w:t>vt 0.816895 0.646240</w:t>
        <w:br/>
        <w:t>vt 0.416260 0.843994</w:t>
        <w:br/>
        <w:t>vt 0.408691 0.843140</w:t>
        <w:br/>
        <w:t>vt 0.416504 0.843140</w:t>
        <w:br/>
        <w:t>vt 0.408691 0.843994</w:t>
        <w:br/>
        <w:t>vt 0.416992 0.850220</w:t>
        <w:br/>
        <w:t>vt 0.429199 0.843994</w:t>
        <w:br/>
        <w:t>vt 0.407715 0.850220</w:t>
        <w:br/>
        <w:t>vt 0.395996 0.843994</w:t>
        <w:br/>
        <w:t>vt 0.429199 0.850220</w:t>
        <w:br/>
        <w:t>vt 0.440674 0.843994</w:t>
        <w:br/>
        <w:t>vt 0.440674 0.850220</w:t>
        <w:br/>
        <w:t>vt 0.440674 0.852417</w:t>
        <w:br/>
        <w:t>vt 0.429199 0.850220</w:t>
        <w:br/>
        <w:t>vt 0.440674 0.850220</w:t>
        <w:br/>
        <w:t>vt 0.428955 0.852417</w:t>
        <w:br/>
        <w:t>vt 0.416992 0.850220</w:t>
        <w:br/>
        <w:t>vt 0.416504 0.852417</w:t>
        <w:br/>
        <w:t>vt 0.407715 0.850220</w:t>
        <w:br/>
        <w:t>vt 0.428955 0.852417</w:t>
        <w:br/>
        <w:t>vt 0.440674 0.852417</w:t>
        <w:br/>
        <w:t>vt 0.428955 0.868042</w:t>
        <w:br/>
        <w:t>vt 0.416748 0.868042</w:t>
        <w:br/>
        <w:t>vt 0.416504 0.852417</w:t>
        <w:br/>
        <w:t>vt 0.407959 0.852417</w:t>
        <w:br/>
        <w:t>vt 0.407959 0.852417</w:t>
        <w:br/>
        <w:t>vt 0.440674 0.868042</w:t>
        <w:br/>
        <w:t>vt 0.407227 0.868042</w:t>
        <w:br/>
        <w:t>vt 0.429199 0.869995</w:t>
        <w:br/>
        <w:t>vt 0.428955 0.868042</w:t>
        <w:br/>
        <w:t>vt 0.440674 0.868042</w:t>
        <w:br/>
        <w:t>vt 0.440674 0.869995</w:t>
        <w:br/>
        <w:t>vt 0.416748 0.868042</w:t>
        <w:br/>
        <w:t>vt 0.417480 0.869995</w:t>
        <w:br/>
        <w:t>vt 0.429199 0.869995</w:t>
        <w:br/>
        <w:t>vt 0.440674 0.869995</w:t>
        <w:br/>
        <w:t>vt 0.428955 0.878906</w:t>
        <w:br/>
        <w:t>vt 0.440674 0.878906</w:t>
        <w:br/>
        <w:t>vt 0.440674 0.879883</w:t>
        <w:br/>
        <w:t>vt 0.428955 0.879883</w:t>
        <w:br/>
        <w:t>vt 0.417236 0.878906</w:t>
        <w:br/>
        <w:t>vt 0.417480 0.869995</w:t>
        <w:br/>
        <w:t>vt 0.417236 0.879883</w:t>
        <w:br/>
        <w:t>vt 0.407227 0.869995</w:t>
        <w:br/>
        <w:t>vt 0.407227 0.869995</w:t>
        <w:br/>
        <w:t>vt 0.407227 0.868042</w:t>
        <w:br/>
        <w:t>vt 0.406738 0.878906</w:t>
        <w:br/>
        <w:t>vt 0.406738 0.879883</w:t>
        <w:br/>
        <w:t>vt 0.395508 0.879883</w:t>
        <w:br/>
        <w:t>vt 0.395996 0.868042</w:t>
        <w:br/>
        <w:t>vt 0.395508 0.878906</w:t>
        <w:br/>
        <w:t>vt 0.395996 0.869995</w:t>
        <w:br/>
        <w:t>vt 0.395996 0.869995</w:t>
        <w:br/>
        <w:t>vt 0.382812 0.878906</w:t>
        <w:br/>
        <w:t>vt 0.383057 0.879883</w:t>
        <w:br/>
        <w:t>vt 0.383301 0.869995</w:t>
        <w:br/>
        <w:t>vt 0.372803 0.878906</w:t>
        <w:br/>
        <w:t>vt 0.372803 0.879883</w:t>
        <w:br/>
        <w:t>vt 0.361572 0.879883</w:t>
        <w:br/>
        <w:t>vt 0.383301 0.868042</w:t>
        <w:br/>
        <w:t>vt 0.383301 0.869995</w:t>
        <w:br/>
        <w:t>vt 0.361572 0.878906</w:t>
        <w:br/>
        <w:t>vt 0.347656 0.879883</w:t>
        <w:br/>
        <w:t>vt 0.372803 0.869995</w:t>
        <w:br/>
        <w:t>vt 0.347656 0.878906</w:t>
        <w:br/>
        <w:t>vt 0.361572 0.869995</w:t>
        <w:br/>
        <w:t>vt 0.372559 0.868042</w:t>
        <w:br/>
        <w:t>vt 0.372803 0.869995</w:t>
        <w:br/>
        <w:t>vt 0.361572 0.869995</w:t>
        <w:br/>
        <w:t>vt 0.348145 0.869995</w:t>
        <w:br/>
        <w:t>vt 0.361328 0.868042</w:t>
        <w:br/>
        <w:t>vt 0.348145 0.869995</w:t>
        <w:br/>
        <w:t>vt 0.372559 0.868042</w:t>
        <w:br/>
        <w:t>vt 0.383789 0.852417</w:t>
        <w:br/>
        <w:t>vt 0.383301 0.868042</w:t>
        <w:br/>
        <w:t>vt 0.395996 0.868042</w:t>
        <w:br/>
        <w:t>vt 0.361328 0.868042</w:t>
        <w:br/>
        <w:t>vt 0.361084 0.852417</w:t>
        <w:br/>
        <w:t>vt 0.396729 0.852417</w:t>
        <w:br/>
        <w:t>vt 0.396729 0.852417</w:t>
        <w:br/>
        <w:t>vt 0.396484 0.850220</w:t>
        <w:br/>
        <w:t>vt 0.396484 0.850220</w:t>
        <w:br/>
        <w:t>vt 0.383789 0.850220</w:t>
        <w:br/>
        <w:t>vt 0.383789 0.850220</w:t>
        <w:br/>
        <w:t>vt 0.383789 0.852417</w:t>
        <w:br/>
        <w:t>vt 0.384277 0.843994</w:t>
        <w:br/>
        <w:t>vt 0.373291 0.850220</w:t>
        <w:br/>
        <w:t>vt 0.373291 0.850220</w:t>
        <w:br/>
        <w:t>vt 0.373291 0.843994</w:t>
        <w:br/>
        <w:t>vt 0.361328 0.843994</w:t>
        <w:br/>
        <w:t>vt 0.372314 0.852417</w:t>
        <w:br/>
        <w:t>vt 0.361572 0.850220</w:t>
        <w:br/>
        <w:t>vt 0.347900 0.852417</w:t>
        <w:br/>
        <w:t>vt 0.347656 0.850220</w:t>
        <w:br/>
        <w:t>vt 0.346924 0.843994</w:t>
        <w:br/>
        <w:t>vt 0.348633 0.868042</w:t>
        <w:br/>
        <w:t>vt 0.348633 0.868042</w:t>
        <w:br/>
        <w:t>vt 0.332520 0.852417</w:t>
        <w:br/>
        <w:t>vt 0.333008 0.869995</w:t>
        <w:br/>
        <w:t>vt 0.333008 0.869995</w:t>
        <w:br/>
        <w:t>vt 0.333008 0.868042</w:t>
        <w:br/>
        <w:t>vt 0.333008 0.868042</w:t>
        <w:br/>
        <w:t>vt 0.332520 0.878906</w:t>
        <w:br/>
        <w:t>vt 0.332520 0.879883</w:t>
        <w:br/>
        <w:t>vt 0.317139 0.879883</w:t>
        <w:br/>
        <w:t>vt 0.317383 0.869995</w:t>
        <w:br/>
        <w:t>vt 0.317383 0.869995</w:t>
        <w:br/>
        <w:t>vt 0.317139 0.878906</w:t>
        <w:br/>
        <w:t>vt 0.303711 0.879883</w:t>
        <w:br/>
        <w:t>vt 0.317871 0.868042</w:t>
        <w:br/>
        <w:t>vt 0.303711 0.878906</w:t>
        <w:br/>
        <w:t>vt 0.289795 0.879883</w:t>
        <w:br/>
        <w:t>vt 0.289795 0.878906</w:t>
        <w:br/>
        <w:t>vt 0.289795 0.869995</w:t>
        <w:br/>
        <w:t>vt 0.303955 0.869995</w:t>
        <w:br/>
        <w:t>vt 0.289795 0.869995</w:t>
        <w:br/>
        <w:t>vt 0.304199 0.868042</w:t>
        <w:br/>
        <w:t>vt 0.303955 0.869995</w:t>
        <w:br/>
        <w:t>vt 0.289795 0.868042</w:t>
        <w:br/>
        <w:t>vt 0.289795 0.852417</w:t>
        <w:br/>
        <w:t>vt 0.289795 0.868042</w:t>
        <w:br/>
        <w:t>vt 0.304688 0.852417</w:t>
        <w:br/>
        <w:t>vt 0.317871 0.852417</w:t>
        <w:br/>
        <w:t>vt 0.289795 0.852417</w:t>
        <w:br/>
        <w:t>vt 0.304688 0.850220</w:t>
        <w:br/>
        <w:t>vt 0.304688 0.852417</w:t>
        <w:br/>
        <w:t>vt 0.317871 0.852417</w:t>
        <w:br/>
        <w:t>vt 0.333008 0.850220</w:t>
        <w:br/>
        <w:t>vt 0.331787 0.843994</w:t>
        <w:br/>
        <w:t>vt 0.327148 0.841797</w:t>
        <w:br/>
        <w:t>vt 0.331299 0.841553</w:t>
        <w:br/>
        <w:t>vt 0.326904 0.843994</w:t>
        <w:br/>
        <w:t>vt 0.317383 0.850220</w:t>
        <w:br/>
        <w:t>vt 0.317383 0.850220</w:t>
        <w:br/>
        <w:t>vt 0.316162 0.843994</w:t>
        <w:br/>
        <w:t>vt 0.304688 0.843994</w:t>
        <w:br/>
        <w:t>vt 0.304688 0.850220</w:t>
        <w:br/>
        <w:t>vt 0.289795 0.843994</w:t>
        <w:br/>
        <w:t>vt 0.289795 0.850220</w:t>
        <w:br/>
        <w:t>vt 0.289795 0.850220</w:t>
        <w:br/>
        <w:t>vt 0.540527 0.008789</w:t>
        <w:br/>
        <w:t>vt 0.528320 0.010254</w:t>
        <w:br/>
        <w:t>vt 0.529297 0.008789</w:t>
        <w:br/>
        <w:t>vt 0.541016 0.010742</w:t>
        <w:br/>
        <w:t>vt 0.528809 0.023438</w:t>
        <w:br/>
        <w:t>vt 0.527832 0.010254</w:t>
        <w:br/>
        <w:t>vt 0.527832 0.010254</w:t>
        <w:br/>
        <w:t>vt 0.528809 0.023438</w:t>
        <w:br/>
        <w:t>vt 0.526367 0.010742</w:t>
        <w:br/>
        <w:t>vt 0.526367 0.022949</w:t>
        <w:br/>
        <w:t>vt 0.526367 0.037598</w:t>
        <w:br/>
        <w:t>vt 0.541016 0.023926</w:t>
        <w:br/>
        <w:t>vt 0.541504 0.010742</w:t>
        <w:br/>
        <w:t>vt 0.528809 0.037598</w:t>
        <w:br/>
        <w:t>vt 0.528809 0.037598</w:t>
        <w:br/>
        <w:t>vt 0.543457 0.024414</w:t>
        <w:br/>
        <w:t>vt 0.541504 0.010742</w:t>
        <w:br/>
        <w:t>vt 0.543457 0.011230</w:t>
        <w:br/>
        <w:t>vt 0.541016 0.023926</w:t>
        <w:br/>
        <w:t>vt 0.543457 0.039551</w:t>
        <w:br/>
        <w:t>vt 0.541016 0.039062</w:t>
        <w:br/>
        <w:t>vt 0.541016 0.039062</w:t>
        <w:br/>
        <w:t>vt 0.528809 0.054199</w:t>
        <w:br/>
        <w:t>vt 0.528809 0.054199</w:t>
        <w:br/>
        <w:t>vt 0.526367 0.054199</w:t>
        <w:br/>
        <w:t>vt 0.541016 0.054688</w:t>
        <w:br/>
        <w:t>vt 0.541016 0.054688</w:t>
        <w:br/>
        <w:t>vt 0.543457 0.055176</w:t>
        <w:br/>
        <w:t>vt 0.528809 0.070312</w:t>
        <w:br/>
        <w:t>vt 0.528809 0.070312</w:t>
        <w:br/>
        <w:t>vt 0.526367 0.070312</w:t>
        <w:br/>
        <w:t>vt 0.541016 0.070801</w:t>
        <w:br/>
        <w:t>vt 0.541016 0.070801</w:t>
        <w:br/>
        <w:t>vt 0.543457 0.070801</w:t>
        <w:br/>
        <w:t>vt 0.541016 0.084961</w:t>
        <w:br/>
        <w:t>vt 0.541016 0.084961</w:t>
        <w:br/>
        <w:t>vt 0.543457 0.084961</w:t>
        <w:br/>
        <w:t>vt 0.528809 0.084961</w:t>
        <w:br/>
        <w:t>vt 0.528809 0.084961</w:t>
        <w:br/>
        <w:t>vt 0.526367 0.084961</w:t>
        <w:br/>
        <w:t>vt 0.526367 0.099121</w:t>
        <w:br/>
        <w:t>vt 0.541016 0.098633</w:t>
        <w:br/>
        <w:t>vt 0.541016 0.098633</w:t>
        <w:br/>
        <w:t>vt 0.543457 0.098145</w:t>
        <w:br/>
        <w:t>vt 0.528809 0.099121</w:t>
        <w:br/>
        <w:t>vt 0.528809 0.099121</w:t>
        <w:br/>
        <w:t>vt 0.526367 0.112793</w:t>
        <w:br/>
        <w:t>vt 0.543457 0.110840</w:t>
        <w:br/>
        <w:t>vt 0.528809 0.112305</w:t>
        <w:br/>
        <w:t>vt 0.526367 0.123047</w:t>
        <w:br/>
        <w:t>vt 0.541016 0.110840</w:t>
        <w:br/>
        <w:t>vt 0.541016 0.110840</w:t>
        <w:br/>
        <w:t>vt 0.528809 0.112305</w:t>
        <w:br/>
        <w:t>vt 0.541016 0.121582</w:t>
        <w:br/>
        <w:t>vt 0.541016 0.121582</w:t>
        <w:br/>
        <w:t>vt 0.543457 0.122070</w:t>
        <w:br/>
        <w:t>vt 0.528809 0.122559</w:t>
        <w:br/>
        <w:t>vt 0.528809 0.122559</w:t>
        <w:br/>
        <w:t>vt 0.526367 0.129883</w:t>
        <w:br/>
        <w:t>vt 0.528320 0.129883</w:t>
        <w:br/>
        <w:t>vt 0.528320 0.129883</w:t>
        <w:br/>
        <w:t>vt 0.528320 0.129883</w:t>
        <w:br/>
        <w:t>vt 0.541504 0.128906</w:t>
        <w:br/>
        <w:t>vt 0.543457 0.128906</w:t>
        <w:br/>
        <w:t>vt 0.541504 0.128906</w:t>
        <w:br/>
        <w:t>vt 0.541016 0.129395</w:t>
        <w:br/>
        <w:t>vt 0.528809 0.130859</w:t>
        <w:br/>
        <w:t>vt 0.540527 0.130859</w:t>
        <w:br/>
        <w:t>vt 0.574219 0.664795</w:t>
        <w:br/>
        <w:t>vt 0.578613 0.668457</w:t>
        <w:br/>
        <w:t>vt 0.575195 0.668457</w:t>
        <w:br/>
        <w:t>vt 0.579590 0.664795</w:t>
        <w:br/>
        <w:t>vt 0.576660 0.661133</w:t>
        <w:br/>
        <w:t>vt 0.580566 0.661133</w:t>
        <w:br/>
        <w:t>vt 0.549805 0.664795</w:t>
        <w:br/>
        <w:t>vt 0.577637 0.654785</w:t>
        <w:br/>
        <w:t>vt 0.582031 0.654785</w:t>
        <w:br/>
        <w:t>vt 0.582031 0.648438</w:t>
        <w:br/>
        <w:t>vt 0.547363 0.661377</w:t>
        <w:br/>
        <w:t>vt 0.574707 0.648438</w:t>
        <w:br/>
        <w:t>vt 0.545410 0.668457</w:t>
        <w:br/>
        <w:t>vt 0.548828 0.668457</w:t>
        <w:br/>
        <w:t>vt 0.544434 0.664795</w:t>
        <w:br/>
        <w:t>vt 0.543457 0.661377</w:t>
        <w:br/>
        <w:t>vt 0.546387 0.654785</w:t>
        <w:br/>
        <w:t>vt 0.541992 0.654785</w:t>
        <w:br/>
        <w:t>vt 0.541992 0.648438</w:t>
        <w:br/>
        <w:t>vt 0.548828 0.648438</w:t>
        <w:br/>
        <w:t>vt 0.550293 0.643555</w:t>
        <w:br/>
        <w:t>vt 0.573730 0.643555</w:t>
        <w:br/>
        <w:t>vt 0.704590 0.116211</w:t>
        <w:br/>
        <w:t>vt 0.700684 0.111816</w:t>
        <w:br/>
        <w:t>vt 0.704590 0.111816</w:t>
        <w:br/>
        <w:t>vt 0.700684 0.116211</w:t>
        <w:br/>
        <w:t>vt 0.700684 0.111816</w:t>
        <w:br/>
        <w:t>vt 0.700684 0.116211</w:t>
        <w:br/>
        <w:t>vt 0.699707 0.113281</w:t>
        <w:br/>
        <w:t>vt 0.700195 0.116211</w:t>
        <w:br/>
        <w:t>vt 0.683105 0.111816</w:t>
        <w:br/>
        <w:t>vt 0.684082 0.113281</w:t>
        <w:br/>
        <w:t>vt 0.683594 0.116211</w:t>
        <w:br/>
        <w:t>vt 0.683105 0.116211</w:t>
        <w:br/>
        <w:t>vt 0.679199 0.115723</w:t>
        <w:br/>
        <w:t>vt 0.683105 0.111816</w:t>
        <w:br/>
        <w:t>vt 0.683105 0.116211</w:t>
        <w:br/>
        <w:t>vt 0.679199 0.111816</w:t>
        <w:br/>
        <w:t>vt 0.678223 0.113770</w:t>
        <w:br/>
        <w:t>vt 0.679199 0.115723</w:t>
        <w:br/>
        <w:t>vt 0.678711 0.115723</w:t>
        <w:br/>
        <w:t>vt 0.679199 0.111816</w:t>
        <w:br/>
        <w:t>vt 0.663574 0.113770</w:t>
        <w:br/>
        <w:t>vt 0.662598 0.111816</w:t>
        <w:br/>
        <w:t>vt 0.662598 0.115723</w:t>
        <w:br/>
        <w:t>vt 0.663086 0.115723</w:t>
        <w:br/>
        <w:t>vt 0.454834 0.869385</w:t>
        <w:br/>
        <w:t>vt 0.457031 0.872192</w:t>
        <w:br/>
        <w:t>vt 0.454834 0.871582</w:t>
        <w:br/>
        <w:t>vt 0.457031 0.868896</w:t>
        <w:br/>
        <w:t>vt 0.458984 0.870361</w:t>
        <w:br/>
        <w:t>vt 0.458984 0.872803</w:t>
        <w:br/>
        <w:t>vt 0.457031 0.854492</w:t>
        <w:br/>
        <w:t>vt 0.462891 0.870972</w:t>
        <w:br/>
        <w:t>vt 0.462891 0.873535</w:t>
        <w:br/>
        <w:t>vt 0.466553 0.873535</w:t>
        <w:br/>
        <w:t>vt 0.466553 0.869385</w:t>
        <w:br/>
        <w:t>vt 0.458984 0.853027</w:t>
        <w:br/>
        <w:t>vt 0.462891 0.852295</w:t>
        <w:br/>
        <w:t>vt 0.454834 0.851807</w:t>
        <w:br/>
        <w:t>vt 0.454834 0.854004</w:t>
        <w:br/>
        <w:t>vt 0.457031 0.851196</w:t>
        <w:br/>
        <w:t>vt 0.458984 0.850586</w:t>
        <w:br/>
        <w:t>vt 0.462891 0.849731</w:t>
        <w:br/>
        <w:t>vt 0.466553 0.849731</w:t>
        <w:br/>
        <w:t>vt 0.466553 0.854004</w:t>
        <w:br/>
        <w:t>vt 0.469727 0.868774</w:t>
        <w:br/>
        <w:t>vt 0.469727 0.854614</w:t>
        <w:br/>
        <w:t>vt 0.578125 0.810669</w:t>
        <w:br/>
        <w:t>vt 0.574707 0.814819</w:t>
        <w:br/>
        <w:t>vt 0.574707 0.810669</w:t>
        <w:br/>
        <w:t>vt 0.578125 0.814819</w:t>
        <w:br/>
        <w:t>vt 0.578125 0.814819</w:t>
        <w:br/>
        <w:t>vt 0.578125 0.810669</w:t>
        <w:br/>
        <w:t>vt 0.579590 0.812378</w:t>
        <w:br/>
        <w:t>vt 0.579102 0.814941</w:t>
        <w:br/>
        <w:t>vt 0.595215 0.810669</w:t>
        <w:br/>
        <w:t>vt 0.594238 0.812378</w:t>
        <w:br/>
        <w:t>vt 0.595215 0.814819</w:t>
        <w:br/>
        <w:t>vt 0.594727 0.814941</w:t>
        <w:br/>
        <w:t>vt 0.599121 0.810669</w:t>
        <w:br/>
        <w:t>vt 0.595215 0.814819</w:t>
        <w:br/>
        <w:t>vt 0.595215 0.810669</w:t>
        <w:br/>
        <w:t>vt 0.599121 0.814819</w:t>
        <w:br/>
        <w:t>vt 0.600098 0.812500</w:t>
        <w:br/>
        <w:t>vt 0.599609 0.814697</w:t>
        <w:br/>
        <w:t>vt 0.599121 0.814819</w:t>
        <w:br/>
        <w:t>vt 0.599121 0.810669</w:t>
        <w:br/>
        <w:t>vt 0.613770 0.812500</w:t>
        <w:br/>
        <w:t>vt 0.614746 0.810669</w:t>
        <w:br/>
        <w:t>vt 0.615234 0.814697</w:t>
        <w:br/>
        <w:t>vt 0.614746 0.814697</w:t>
        <w:br/>
        <w:t>vt 0.540527 0.008789</w:t>
        <w:br/>
        <w:t>vt 0.528320 0.010254</w:t>
        <w:br/>
        <w:t>vt 0.529297 0.008789</w:t>
        <w:br/>
        <w:t>vt 0.541016 0.010742</w:t>
        <w:br/>
        <w:t>vt 0.528809 0.023438</w:t>
        <w:br/>
        <w:t>vt 0.527832 0.010254</w:t>
        <w:br/>
        <w:t>vt 0.527832 0.010254</w:t>
        <w:br/>
        <w:t>vt 0.528809 0.023438</w:t>
        <w:br/>
        <w:t>vt 0.526367 0.010742</w:t>
        <w:br/>
        <w:t>vt 0.526367 0.022949</w:t>
        <w:br/>
        <w:t>vt 0.526367 0.037598</w:t>
        <w:br/>
        <w:t>vt 0.541016 0.023926</w:t>
        <w:br/>
        <w:t>vt 0.541504 0.010742</w:t>
        <w:br/>
        <w:t>vt 0.528809 0.037598</w:t>
        <w:br/>
        <w:t>vt 0.528809 0.037598</w:t>
        <w:br/>
        <w:t>vt 0.543457 0.024414</w:t>
        <w:br/>
        <w:t>vt 0.541504 0.010742</w:t>
        <w:br/>
        <w:t>vt 0.543457 0.011230</w:t>
        <w:br/>
        <w:t>vt 0.541016 0.023926</w:t>
        <w:br/>
        <w:t>vt 0.543457 0.039551</w:t>
        <w:br/>
        <w:t>vt 0.541016 0.039062</w:t>
        <w:br/>
        <w:t>vt 0.541016 0.039062</w:t>
        <w:br/>
        <w:t>vt 0.528809 0.054199</w:t>
        <w:br/>
        <w:t>vt 0.528809 0.054199</w:t>
        <w:br/>
        <w:t>vt 0.526367 0.054199</w:t>
        <w:br/>
        <w:t>vt 0.541016 0.054688</w:t>
        <w:br/>
        <w:t>vt 0.541016 0.054688</w:t>
        <w:br/>
        <w:t>vt 0.543457 0.055176</w:t>
        <w:br/>
        <w:t>vt 0.528809 0.070312</w:t>
        <w:br/>
        <w:t>vt 0.528809 0.070312</w:t>
        <w:br/>
        <w:t>vt 0.526367 0.070312</w:t>
        <w:br/>
        <w:t>vt 0.541016 0.070801</w:t>
        <w:br/>
        <w:t>vt 0.541016 0.070801</w:t>
        <w:br/>
        <w:t>vt 0.543457 0.070801</w:t>
        <w:br/>
        <w:t>vt 0.526367 0.084961</w:t>
        <w:br/>
        <w:t>vt 0.541016 0.084961</w:t>
        <w:br/>
        <w:t>vt 0.541016 0.084961</w:t>
        <w:br/>
        <w:t>vt 0.543457 0.084961</w:t>
        <w:br/>
        <w:t>vt 0.543457 0.098145</w:t>
        <w:br/>
        <w:t>vt 0.528809 0.084961</w:t>
        <w:br/>
        <w:t>vt 0.528809 0.084961</w:t>
        <w:br/>
        <w:t>vt 0.526367 0.099121</w:t>
        <w:br/>
        <w:t>vt 0.541016 0.098633</w:t>
        <w:br/>
        <w:t>vt 0.541016 0.098633</w:t>
        <w:br/>
        <w:t>vt 0.543457 0.110840</w:t>
        <w:br/>
        <w:t>vt 0.528809 0.099121</w:t>
        <w:br/>
        <w:t>vt 0.528809 0.099121</w:t>
        <w:br/>
        <w:t>vt 0.526367 0.112793</w:t>
        <w:br/>
        <w:t>vt 0.541016 0.110840</w:t>
        <w:br/>
        <w:t>vt 0.541016 0.110840</w:t>
        <w:br/>
        <w:t>vt 0.528809 0.112305</w:t>
        <w:br/>
        <w:t>vt 0.528809 0.112305</w:t>
        <w:br/>
        <w:t>vt 0.526367 0.123047</w:t>
        <w:br/>
        <w:t>vt 0.541016 0.121582</w:t>
        <w:br/>
        <w:t>vt 0.541016 0.121582</w:t>
        <w:br/>
        <w:t>vt 0.543457 0.122070</w:t>
        <w:br/>
        <w:t>vt 0.528809 0.122559</w:t>
        <w:br/>
        <w:t>vt 0.528809 0.122559</w:t>
        <w:br/>
        <w:t>vt 0.526367 0.129883</w:t>
        <w:br/>
        <w:t>vt 0.528320 0.129883</w:t>
        <w:br/>
        <w:t>vt 0.528320 0.129883</w:t>
        <w:br/>
        <w:t>vt 0.528320 0.129883</w:t>
        <w:br/>
        <w:t>vt 0.541504 0.128906</w:t>
        <w:br/>
        <w:t>vt 0.543457 0.128906</w:t>
        <w:br/>
        <w:t>vt 0.541504 0.128906</w:t>
        <w:br/>
        <w:t>vt 0.541016 0.129395</w:t>
        <w:br/>
        <w:t>vt 0.528809 0.130859</w:t>
        <w:br/>
        <w:t>vt 0.540527 0.130859</w:t>
        <w:br/>
        <w:t>vt 0.574219 0.664795</w:t>
        <w:br/>
        <w:t>vt 0.578613 0.668457</w:t>
        <w:br/>
        <w:t>vt 0.575195 0.668457</w:t>
        <w:br/>
        <w:t>vt 0.579590 0.664795</w:t>
        <w:br/>
        <w:t>vt 0.576660 0.661133</w:t>
        <w:br/>
        <w:t>vt 0.580566 0.661133</w:t>
        <w:br/>
        <w:t>vt 0.549805 0.664795</w:t>
        <w:br/>
        <w:t>vt 0.577637 0.654785</w:t>
        <w:br/>
        <w:t>vt 0.582031 0.654785</w:t>
        <w:br/>
        <w:t>vt 0.582031 0.648438</w:t>
        <w:br/>
        <w:t>vt 0.547363 0.661377</w:t>
        <w:br/>
        <w:t>vt 0.574707 0.648438</w:t>
        <w:br/>
        <w:t>vt 0.545410 0.668457</w:t>
        <w:br/>
        <w:t>vt 0.548828 0.668457</w:t>
        <w:br/>
        <w:t>vt 0.544434 0.664795</w:t>
        <w:br/>
        <w:t>vt 0.543457 0.661377</w:t>
        <w:br/>
        <w:t>vt 0.546387 0.654785</w:t>
        <w:br/>
        <w:t>vt 0.541992 0.654785</w:t>
        <w:br/>
        <w:t>vt 0.541992 0.648438</w:t>
        <w:br/>
        <w:t>vt 0.548828 0.648438</w:t>
        <w:br/>
        <w:t>vt 0.550293 0.643555</w:t>
        <w:br/>
        <w:t>vt 0.573730 0.643555</w:t>
        <w:br/>
        <w:t>vt 0.704590 0.116211</w:t>
        <w:br/>
        <w:t>vt 0.700684 0.111816</w:t>
        <w:br/>
        <w:t>vt 0.704590 0.111816</w:t>
        <w:br/>
        <w:t>vt 0.700684 0.116211</w:t>
        <w:br/>
        <w:t>vt 0.700684 0.111816</w:t>
        <w:br/>
        <w:t>vt 0.700684 0.116211</w:t>
        <w:br/>
        <w:t>vt 0.699707 0.113281</w:t>
        <w:br/>
        <w:t>vt 0.700195 0.116211</w:t>
        <w:br/>
        <w:t>vt 0.683105 0.111816</w:t>
        <w:br/>
        <w:t>vt 0.684082 0.113281</w:t>
        <w:br/>
        <w:t>vt 0.683594 0.116211</w:t>
        <w:br/>
        <w:t>vt 0.683105 0.116211</w:t>
        <w:br/>
        <w:t>vt 0.679199 0.115723</w:t>
        <w:br/>
        <w:t>vt 0.683105 0.111816</w:t>
        <w:br/>
        <w:t>vt 0.683105 0.116211</w:t>
        <w:br/>
        <w:t>vt 0.679199 0.111816</w:t>
        <w:br/>
        <w:t>vt 0.678223 0.113770</w:t>
        <w:br/>
        <w:t>vt 0.679199 0.115723</w:t>
        <w:br/>
        <w:t>vt 0.678711 0.115723</w:t>
        <w:br/>
        <w:t>vt 0.679199 0.111816</w:t>
        <w:br/>
        <w:t>vt 0.663574 0.113770</w:t>
        <w:br/>
        <w:t>vt 0.662598 0.111816</w:t>
        <w:br/>
        <w:t>vt 0.662598 0.115723</w:t>
        <w:br/>
        <w:t>vt 0.663086 0.115723</w:t>
        <w:br/>
        <w:t>vt 0.454834 0.869385</w:t>
        <w:br/>
        <w:t>vt 0.457031 0.872192</w:t>
        <w:br/>
        <w:t>vt 0.454834 0.871582</w:t>
        <w:br/>
        <w:t>vt 0.457031 0.868896</w:t>
        <w:br/>
        <w:t>vt 0.458984 0.870361</w:t>
        <w:br/>
        <w:t>vt 0.458984 0.872803</w:t>
        <w:br/>
        <w:t>vt 0.457031 0.854492</w:t>
        <w:br/>
        <w:t>vt 0.462891 0.870972</w:t>
        <w:br/>
        <w:t>vt 0.462891 0.873535</w:t>
        <w:br/>
        <w:t>vt 0.466553 0.873535</w:t>
        <w:br/>
        <w:t>vt 0.466553 0.869385</w:t>
        <w:br/>
        <w:t>vt 0.458984 0.853027</w:t>
        <w:br/>
        <w:t>vt 0.462891 0.852295</w:t>
        <w:br/>
        <w:t>vt 0.454834 0.851807</w:t>
        <w:br/>
        <w:t>vt 0.454834 0.854004</w:t>
        <w:br/>
        <w:t>vt 0.457031 0.851196</w:t>
        <w:br/>
        <w:t>vt 0.458984 0.850586</w:t>
        <w:br/>
        <w:t>vt 0.462891 0.849731</w:t>
        <w:br/>
        <w:t>vt 0.466553 0.849731</w:t>
        <w:br/>
        <w:t>vt 0.466553 0.854004</w:t>
        <w:br/>
        <w:t>vt 0.469727 0.868774</w:t>
        <w:br/>
        <w:t>vt 0.469727 0.854614</w:t>
        <w:br/>
        <w:t>vt 0.578125 0.810669</w:t>
        <w:br/>
        <w:t>vt 0.574707 0.814819</w:t>
        <w:br/>
        <w:t>vt 0.574707 0.810669</w:t>
        <w:br/>
        <w:t>vt 0.578125 0.814819</w:t>
        <w:br/>
        <w:t>vt 0.578125 0.814819</w:t>
        <w:br/>
        <w:t>vt 0.578125 0.810669</w:t>
        <w:br/>
        <w:t>vt 0.579590 0.812378</w:t>
        <w:br/>
        <w:t>vt 0.579102 0.814941</w:t>
        <w:br/>
        <w:t>vt 0.595215 0.810669</w:t>
        <w:br/>
        <w:t>vt 0.594238 0.812378</w:t>
        <w:br/>
        <w:t>vt 0.595215 0.814819</w:t>
        <w:br/>
        <w:t>vt 0.594727 0.814941</w:t>
        <w:br/>
        <w:t>vt 0.599121 0.810669</w:t>
        <w:br/>
        <w:t>vt 0.595215 0.814819</w:t>
        <w:br/>
        <w:t>vt 0.595215 0.810669</w:t>
        <w:br/>
        <w:t>vt 0.599121 0.814819</w:t>
        <w:br/>
        <w:t>vt 0.600098 0.812500</w:t>
        <w:br/>
        <w:t>vt 0.599609 0.814697</w:t>
        <w:br/>
        <w:t>vt 0.599121 0.814819</w:t>
        <w:br/>
        <w:t>vt 0.599121 0.810669</w:t>
        <w:br/>
        <w:t>vt 0.613770 0.812500</w:t>
        <w:br/>
        <w:t>vt 0.614746 0.810669</w:t>
        <w:br/>
        <w:t>vt 0.615234 0.814697</w:t>
        <w:br/>
        <w:t>vt 0.614746 0.814697</w:t>
        <w:br/>
        <w:t>vt 0.540527 0.008789</w:t>
        <w:br/>
        <w:t>vt 0.529297 0.008789</w:t>
        <w:br/>
        <w:t>vt 0.528320 0.010254</w:t>
        <w:br/>
        <w:t>vt 0.541016 0.010742</w:t>
        <w:br/>
        <w:t>vt 0.528809 0.023438</w:t>
        <w:br/>
        <w:t>vt 0.527832 0.010254</w:t>
        <w:br/>
        <w:t>vt 0.528809 0.023438</w:t>
        <w:br/>
        <w:t>vt 0.527832 0.010254</w:t>
        <w:br/>
        <w:t>vt 0.526367 0.010742</w:t>
        <w:br/>
        <w:t>vt 0.526367 0.022949</w:t>
        <w:br/>
        <w:t>vt 0.526367 0.037598</w:t>
        <w:br/>
        <w:t>vt 0.541016 0.023926</w:t>
        <w:br/>
        <w:t>vt 0.541504 0.010742</w:t>
        <w:br/>
        <w:t>vt 0.528809 0.037598</w:t>
        <w:br/>
        <w:t>vt 0.528809 0.037598</w:t>
        <w:br/>
        <w:t>vt 0.541504 0.010742</w:t>
        <w:br/>
        <w:t>vt 0.543457 0.024414</w:t>
        <w:br/>
        <w:t>vt 0.543457 0.011230</w:t>
        <w:br/>
        <w:t>vt 0.541016 0.023926</w:t>
        <w:br/>
        <w:t>vt 0.543457 0.039551</w:t>
        <w:br/>
        <w:t>vt 0.541016 0.039062</w:t>
        <w:br/>
        <w:t>vt 0.541016 0.039062</w:t>
        <w:br/>
        <w:t>vt 0.528809 0.054199</w:t>
        <w:br/>
        <w:t>vt 0.528809 0.054199</w:t>
        <w:br/>
        <w:t>vt 0.526367 0.054199</w:t>
        <w:br/>
        <w:t>vt 0.541016 0.054688</w:t>
        <w:br/>
        <w:t>vt 0.541016 0.054688</w:t>
        <w:br/>
        <w:t>vt 0.543457 0.055176</w:t>
        <w:br/>
        <w:t>vt 0.528809 0.070312</w:t>
        <w:br/>
        <w:t>vt 0.528809 0.070312</w:t>
        <w:br/>
        <w:t>vt 0.526367 0.070312</w:t>
        <w:br/>
        <w:t>vt 0.541016 0.070801</w:t>
        <w:br/>
        <w:t>vt 0.541016 0.070801</w:t>
        <w:br/>
        <w:t>vt 0.543457 0.070801</w:t>
        <w:br/>
        <w:t>vt 0.541016 0.084961</w:t>
        <w:br/>
        <w:t>vt 0.541016 0.084961</w:t>
        <w:br/>
        <w:t>vt 0.543457 0.084961</w:t>
        <w:br/>
        <w:t>vt 0.528809 0.084961</w:t>
        <w:br/>
        <w:t>vt 0.528809 0.084961</w:t>
        <w:br/>
        <w:t>vt 0.526367 0.084961</w:t>
        <w:br/>
        <w:t>vt 0.526367 0.099121</w:t>
        <w:br/>
        <w:t>vt 0.541016 0.098633</w:t>
        <w:br/>
        <w:t>vt 0.541016 0.098633</w:t>
        <w:br/>
        <w:t>vt 0.543457 0.098145</w:t>
        <w:br/>
        <w:t>vt 0.543457 0.110840</w:t>
        <w:br/>
        <w:t>vt 0.528809 0.099121</w:t>
        <w:br/>
        <w:t>vt 0.528809 0.099121</w:t>
        <w:br/>
        <w:t>vt 0.526367 0.112793</w:t>
        <w:br/>
        <w:t>vt 0.541016 0.110840</w:t>
        <w:br/>
        <w:t>vt 0.541016 0.110840</w:t>
        <w:br/>
        <w:t>vt 0.528809 0.112305</w:t>
        <w:br/>
        <w:t>vt 0.528809 0.112305</w:t>
        <w:br/>
        <w:t>vt 0.526367 0.123047</w:t>
        <w:br/>
        <w:t>vt 0.541016 0.121582</w:t>
        <w:br/>
        <w:t>vt 0.541016 0.121582</w:t>
        <w:br/>
        <w:t>vt 0.543457 0.122070</w:t>
        <w:br/>
        <w:t>vt 0.528809 0.122559</w:t>
        <w:br/>
        <w:t>vt 0.528809 0.122559</w:t>
        <w:br/>
        <w:t>vt 0.526367 0.129883</w:t>
        <w:br/>
        <w:t>vt 0.528320 0.129883</w:t>
        <w:br/>
        <w:t>vt 0.528320 0.129883</w:t>
        <w:br/>
        <w:t>vt 0.528320 0.129883</w:t>
        <w:br/>
        <w:t>vt 0.541504 0.128906</w:t>
        <w:br/>
        <w:t>vt 0.543457 0.128906</w:t>
        <w:br/>
        <w:t>vt 0.541016 0.129395</w:t>
        <w:br/>
        <w:t>vt 0.541504 0.128906</w:t>
        <w:br/>
        <w:t>vt 0.528809 0.130859</w:t>
        <w:br/>
        <w:t>vt 0.540527 0.130859</w:t>
        <w:br/>
        <w:t>vt 0.578613 0.668457</w:t>
        <w:br/>
        <w:t>vt 0.574219 0.664795</w:t>
        <w:br/>
        <w:t>vt 0.575195 0.668457</w:t>
        <w:br/>
        <w:t>vt 0.579590 0.664795</w:t>
        <w:br/>
        <w:t>vt 0.576660 0.661133</w:t>
        <w:br/>
        <w:t>vt 0.580566 0.661133</w:t>
        <w:br/>
        <w:t>vt 0.549805 0.664795</w:t>
        <w:br/>
        <w:t>vt 0.577637 0.654785</w:t>
        <w:br/>
        <w:t>vt 0.582031 0.654785</w:t>
        <w:br/>
        <w:t>vt 0.582031 0.648438</w:t>
        <w:br/>
        <w:t>vt 0.547363 0.661377</w:t>
        <w:br/>
        <w:t>vt 0.574707 0.648438</w:t>
        <w:br/>
        <w:t>vt 0.545410 0.668457</w:t>
        <w:br/>
        <w:t>vt 0.548828 0.668457</w:t>
        <w:br/>
        <w:t>vt 0.544434 0.664795</w:t>
        <w:br/>
        <w:t>vt 0.543457 0.661377</w:t>
        <w:br/>
        <w:t>vt 0.546387 0.654785</w:t>
        <w:br/>
        <w:t>vt 0.541992 0.654785</w:t>
        <w:br/>
        <w:t>vt 0.541992 0.648438</w:t>
        <w:br/>
        <w:t>vt 0.548828 0.648438</w:t>
        <w:br/>
        <w:t>vt 0.550293 0.643555</w:t>
        <w:br/>
        <w:t>vt 0.573730 0.643555</w:t>
        <w:br/>
        <w:t>vt 0.704590 0.116211</w:t>
        <w:br/>
        <w:t>vt 0.704590 0.111816</w:t>
        <w:br/>
        <w:t>vt 0.700684 0.111816</w:t>
        <w:br/>
        <w:t>vt 0.700684 0.116211</w:t>
        <w:br/>
        <w:t>vt 0.700684 0.116211</w:t>
        <w:br/>
        <w:t>vt 0.700684 0.111816</w:t>
        <w:br/>
        <w:t>vt 0.699707 0.113281</w:t>
        <w:br/>
        <w:t>vt 0.700195 0.116211</w:t>
        <w:br/>
        <w:t>vt 0.683105 0.111816</w:t>
        <w:br/>
        <w:t>vt 0.684082 0.113281</w:t>
        <w:br/>
        <w:t>vt 0.683105 0.116211</w:t>
        <w:br/>
        <w:t>vt 0.683594 0.116211</w:t>
        <w:br/>
        <w:t>vt 0.683105 0.111816</w:t>
        <w:br/>
        <w:t>vt 0.679199 0.115723</w:t>
        <w:br/>
        <w:t>vt 0.683105 0.116211</w:t>
        <w:br/>
        <w:t>vt 0.679199 0.111816</w:t>
        <w:br/>
        <w:t>vt 0.678223 0.113770</w:t>
        <w:br/>
        <w:t>vt 0.678711 0.115723</w:t>
        <w:br/>
        <w:t>vt 0.679199 0.115723</w:t>
        <w:br/>
        <w:t>vt 0.679199 0.111816</w:t>
        <w:br/>
        <w:t>vt 0.663574 0.113770</w:t>
        <w:br/>
        <w:t>vt 0.662598 0.111816</w:t>
        <w:br/>
        <w:t>vt 0.662598 0.115723</w:t>
        <w:br/>
        <w:t>vt 0.663086 0.115723</w:t>
        <w:br/>
        <w:t>vt 0.457031 0.872192</w:t>
        <w:br/>
        <w:t>vt 0.454834 0.869385</w:t>
        <w:br/>
        <w:t>vt 0.454834 0.871582</w:t>
        <w:br/>
        <w:t>vt 0.457031 0.868896</w:t>
        <w:br/>
        <w:t>vt 0.458984 0.870361</w:t>
        <w:br/>
        <w:t>vt 0.458984 0.872803</w:t>
        <w:br/>
        <w:t>vt 0.457031 0.854492</w:t>
        <w:br/>
        <w:t>vt 0.462891 0.870972</w:t>
        <w:br/>
        <w:t>vt 0.462891 0.873535</w:t>
        <w:br/>
        <w:t>vt 0.466553 0.873535</w:t>
        <w:br/>
        <w:t>vt 0.466553 0.869385</w:t>
        <w:br/>
        <w:t>vt 0.458984 0.853027</w:t>
        <w:br/>
        <w:t>vt 0.462891 0.852295</w:t>
        <w:br/>
        <w:t>vt 0.454834 0.851807</w:t>
        <w:br/>
        <w:t>vt 0.454834 0.854004</w:t>
        <w:br/>
        <w:t>vt 0.457031 0.851196</w:t>
        <w:br/>
        <w:t>vt 0.458984 0.850586</w:t>
        <w:br/>
        <w:t>vt 0.462891 0.849731</w:t>
        <w:br/>
        <w:t>vt 0.466553 0.849731</w:t>
        <w:br/>
        <w:t>vt 0.466553 0.854004</w:t>
        <w:br/>
        <w:t>vt 0.469727 0.868774</w:t>
        <w:br/>
        <w:t>vt 0.469727 0.854614</w:t>
        <w:br/>
        <w:t>vt 0.578125 0.810669</w:t>
        <w:br/>
        <w:t>vt 0.574707 0.810669</w:t>
        <w:br/>
        <w:t>vt 0.574707 0.814819</w:t>
        <w:br/>
        <w:t>vt 0.578125 0.814819</w:t>
        <w:br/>
        <w:t>vt 0.578125 0.810669</w:t>
        <w:br/>
        <w:t>vt 0.578125 0.814819</w:t>
        <w:br/>
        <w:t>vt 0.579590 0.812378</w:t>
        <w:br/>
        <w:t>vt 0.579102 0.814941</w:t>
        <w:br/>
        <w:t>vt 0.595215 0.810669</w:t>
        <w:br/>
        <w:t>vt 0.594238 0.812378</w:t>
        <w:br/>
        <w:t>vt 0.595215 0.814819</w:t>
        <w:br/>
        <w:t>vt 0.594727 0.814941</w:t>
        <w:br/>
        <w:t>vt 0.595215 0.814819</w:t>
        <w:br/>
        <w:t>vt 0.599121 0.810669</w:t>
        <w:br/>
        <w:t>vt 0.595215 0.810669</w:t>
        <w:br/>
        <w:t>vt 0.599121 0.814819</w:t>
        <w:br/>
        <w:t>vt 0.600098 0.812500</w:t>
        <w:br/>
        <w:t>vt 0.599121 0.814819</w:t>
        <w:br/>
        <w:t>vt 0.599609 0.814697</w:t>
        <w:br/>
        <w:t>vt 0.599121 0.810669</w:t>
        <w:br/>
        <w:t>vt 0.613770 0.812500</w:t>
        <w:br/>
        <w:t>vt 0.614746 0.810669</w:t>
        <w:br/>
        <w:t>vt 0.615234 0.814697</w:t>
        <w:br/>
        <w:t>vt 0.614746 0.814697</w:t>
        <w:br/>
        <w:t>vt 0.540527 0.008789</w:t>
        <w:br/>
        <w:t>vt 0.529297 0.008789</w:t>
        <w:br/>
        <w:t>vt 0.528320 0.010254</w:t>
        <w:br/>
        <w:t>vt 0.541016 0.010742</w:t>
        <w:br/>
        <w:t>vt 0.528809 0.023438</w:t>
        <w:br/>
        <w:t>vt 0.527832 0.010254</w:t>
        <w:br/>
        <w:t>vt 0.528809 0.023438</w:t>
        <w:br/>
        <w:t>vt 0.527832 0.010254</w:t>
        <w:br/>
        <w:t>vt 0.526367 0.010742</w:t>
        <w:br/>
        <w:t>vt 0.526367 0.022949</w:t>
        <w:br/>
        <w:t>vt 0.526367 0.037598</w:t>
        <w:br/>
        <w:t>vt 0.541016 0.023926</w:t>
        <w:br/>
        <w:t>vt 0.541504 0.010742</w:t>
        <w:br/>
        <w:t>vt 0.528809 0.037598</w:t>
        <w:br/>
        <w:t>vt 0.528809 0.037598</w:t>
        <w:br/>
        <w:t>vt 0.541504 0.010742</w:t>
        <w:br/>
        <w:t>vt 0.543457 0.024414</w:t>
        <w:br/>
        <w:t>vt 0.543457 0.011230</w:t>
        <w:br/>
        <w:t>vt 0.541016 0.023926</w:t>
        <w:br/>
        <w:t>vt 0.543457 0.039551</w:t>
        <w:br/>
        <w:t>vt 0.541016 0.039062</w:t>
        <w:br/>
        <w:t>vt 0.541016 0.039062</w:t>
        <w:br/>
        <w:t>vt 0.528809 0.054199</w:t>
        <w:br/>
        <w:t>vt 0.528809 0.054199</w:t>
        <w:br/>
        <w:t>vt 0.526367 0.054199</w:t>
        <w:br/>
        <w:t>vt 0.541016 0.054688</w:t>
        <w:br/>
        <w:t>vt 0.541016 0.054688</w:t>
        <w:br/>
        <w:t>vt 0.543457 0.055176</w:t>
        <w:br/>
        <w:t>vt 0.528809 0.070312</w:t>
        <w:br/>
        <w:t>vt 0.528809 0.070312</w:t>
        <w:br/>
        <w:t>vt 0.526367 0.070312</w:t>
        <w:br/>
        <w:t>vt 0.541016 0.070801</w:t>
        <w:br/>
        <w:t>vt 0.541016 0.070801</w:t>
        <w:br/>
        <w:t>vt 0.543457 0.070801</w:t>
        <w:br/>
        <w:t>vt 0.526367 0.084961</w:t>
        <w:br/>
        <w:t>vt 0.541016 0.084961</w:t>
        <w:br/>
        <w:t>vt 0.541016 0.084961</w:t>
        <w:br/>
        <w:t>vt 0.543457 0.084961</w:t>
        <w:br/>
        <w:t>vt 0.543457 0.098145</w:t>
        <w:br/>
        <w:t>vt 0.528809 0.084961</w:t>
        <w:br/>
        <w:t>vt 0.528809 0.084961</w:t>
        <w:br/>
        <w:t>vt 0.526367 0.099121</w:t>
        <w:br/>
        <w:t>vt 0.541016 0.098633</w:t>
        <w:br/>
        <w:t>vt 0.541016 0.098633</w:t>
        <w:br/>
        <w:t>vt 0.543457 0.110840</w:t>
        <w:br/>
        <w:t>vt 0.528809 0.099121</w:t>
        <w:br/>
        <w:t>vt 0.528809 0.099121</w:t>
        <w:br/>
        <w:t>vt 0.526367 0.112793</w:t>
        <w:br/>
        <w:t>vt 0.541016 0.110840</w:t>
        <w:br/>
        <w:t>vt 0.541016 0.110840</w:t>
        <w:br/>
        <w:t>vt 0.528809 0.112305</w:t>
        <w:br/>
        <w:t>vt 0.528809 0.112305</w:t>
        <w:br/>
        <w:t>vt 0.526367 0.123047</w:t>
        <w:br/>
        <w:t>vt 0.541016 0.121582</w:t>
        <w:br/>
        <w:t>vt 0.541016 0.121582</w:t>
        <w:br/>
        <w:t>vt 0.543457 0.122070</w:t>
        <w:br/>
        <w:t>vt 0.528809 0.122559</w:t>
        <w:br/>
        <w:t>vt 0.528809 0.122559</w:t>
        <w:br/>
        <w:t>vt 0.526367 0.129883</w:t>
        <w:br/>
        <w:t>vt 0.528320 0.129883</w:t>
        <w:br/>
        <w:t>vt 0.528320 0.129883</w:t>
        <w:br/>
        <w:t>vt 0.528320 0.129883</w:t>
        <w:br/>
        <w:t>vt 0.541504 0.128906</w:t>
        <w:br/>
        <w:t>vt 0.543457 0.128906</w:t>
        <w:br/>
        <w:t>vt 0.541016 0.129395</w:t>
        <w:br/>
        <w:t>vt 0.541504 0.128906</w:t>
        <w:br/>
        <w:t>vt 0.528809 0.130859</w:t>
        <w:br/>
        <w:t>vt 0.540527 0.130859</w:t>
        <w:br/>
        <w:t>vt 0.578613 0.668457</w:t>
        <w:br/>
        <w:t>vt 0.574219 0.664795</w:t>
        <w:br/>
        <w:t>vt 0.575195 0.668457</w:t>
        <w:br/>
        <w:t>vt 0.579590 0.664795</w:t>
        <w:br/>
        <w:t>vt 0.576660 0.661133</w:t>
        <w:br/>
        <w:t>vt 0.580566 0.661133</w:t>
        <w:br/>
        <w:t>vt 0.549805 0.664795</w:t>
        <w:br/>
        <w:t>vt 0.577637 0.654785</w:t>
        <w:br/>
        <w:t>vt 0.582031 0.654785</w:t>
        <w:br/>
        <w:t>vt 0.582031 0.648438</w:t>
        <w:br/>
        <w:t>vt 0.547363 0.661377</w:t>
        <w:br/>
        <w:t>vt 0.574707 0.648438</w:t>
        <w:br/>
        <w:t>vt 0.545410 0.668457</w:t>
        <w:br/>
        <w:t>vt 0.548828 0.668457</w:t>
        <w:br/>
        <w:t>vt 0.544434 0.664795</w:t>
        <w:br/>
        <w:t>vt 0.543457 0.661377</w:t>
        <w:br/>
        <w:t>vt 0.546387 0.654785</w:t>
        <w:br/>
        <w:t>vt 0.541992 0.654785</w:t>
        <w:br/>
        <w:t>vt 0.541992 0.648438</w:t>
        <w:br/>
        <w:t>vt 0.548828 0.648438</w:t>
        <w:br/>
        <w:t>vt 0.550293 0.643555</w:t>
        <w:br/>
        <w:t>vt 0.573730 0.643555</w:t>
        <w:br/>
        <w:t>vt 0.704590 0.116211</w:t>
        <w:br/>
        <w:t>vt 0.704590 0.111816</w:t>
        <w:br/>
        <w:t>vt 0.700684 0.111816</w:t>
        <w:br/>
        <w:t>vt 0.700684 0.116211</w:t>
        <w:br/>
        <w:t>vt 0.700684 0.116211</w:t>
        <w:br/>
        <w:t>vt 0.700684 0.111816</w:t>
        <w:br/>
        <w:t>vt 0.699707 0.113281</w:t>
        <w:br/>
        <w:t>vt 0.700195 0.116211</w:t>
        <w:br/>
        <w:t>vt 0.683105 0.111816</w:t>
        <w:br/>
        <w:t>vt 0.684082 0.113281</w:t>
        <w:br/>
        <w:t>vt 0.683105 0.116211</w:t>
        <w:br/>
        <w:t>vt 0.683594 0.116211</w:t>
        <w:br/>
        <w:t>vt 0.683105 0.111816</w:t>
        <w:br/>
        <w:t>vt 0.679199 0.115723</w:t>
        <w:br/>
        <w:t>vt 0.683105 0.116211</w:t>
        <w:br/>
        <w:t>vt 0.679199 0.111816</w:t>
        <w:br/>
        <w:t>vt 0.678223 0.113770</w:t>
        <w:br/>
        <w:t>vt 0.678711 0.115723</w:t>
        <w:br/>
        <w:t>vt 0.679199 0.115723</w:t>
        <w:br/>
        <w:t>vt 0.679199 0.111816</w:t>
        <w:br/>
        <w:t>vt 0.663574 0.113770</w:t>
        <w:br/>
        <w:t>vt 0.662598 0.111816</w:t>
        <w:br/>
        <w:t>vt 0.662598 0.115723</w:t>
        <w:br/>
        <w:t>vt 0.663086 0.115723</w:t>
        <w:br/>
        <w:t>vt 0.457031 0.872192</w:t>
        <w:br/>
        <w:t>vt 0.454834 0.869385</w:t>
        <w:br/>
        <w:t>vt 0.454834 0.871582</w:t>
        <w:br/>
        <w:t>vt 0.457031 0.868896</w:t>
        <w:br/>
        <w:t>vt 0.458984 0.870361</w:t>
        <w:br/>
        <w:t>vt 0.458984 0.872803</w:t>
        <w:br/>
        <w:t>vt 0.457031 0.854492</w:t>
        <w:br/>
        <w:t>vt 0.462891 0.870972</w:t>
        <w:br/>
        <w:t>vt 0.462891 0.873535</w:t>
        <w:br/>
        <w:t>vt 0.466553 0.873535</w:t>
        <w:br/>
        <w:t>vt 0.466553 0.869385</w:t>
        <w:br/>
        <w:t>vt 0.458984 0.853027</w:t>
        <w:br/>
        <w:t>vt 0.462891 0.852295</w:t>
        <w:br/>
        <w:t>vt 0.454834 0.851807</w:t>
        <w:br/>
        <w:t>vt 0.454834 0.854004</w:t>
        <w:br/>
        <w:t>vt 0.457031 0.851196</w:t>
        <w:br/>
        <w:t>vt 0.458984 0.850586</w:t>
        <w:br/>
        <w:t>vt 0.462891 0.849731</w:t>
        <w:br/>
        <w:t>vt 0.466553 0.849731</w:t>
        <w:br/>
        <w:t>vt 0.466553 0.854004</w:t>
        <w:br/>
        <w:t>vt 0.469727 0.868774</w:t>
        <w:br/>
        <w:t>vt 0.469727 0.854614</w:t>
        <w:br/>
        <w:t>vt 0.578125 0.810669</w:t>
        <w:br/>
        <w:t>vt 0.574707 0.810669</w:t>
        <w:br/>
        <w:t>vt 0.574707 0.814819</w:t>
        <w:br/>
        <w:t>vt 0.578125 0.814819</w:t>
        <w:br/>
        <w:t>vt 0.578125 0.810669</w:t>
        <w:br/>
        <w:t>vt 0.578125 0.814819</w:t>
        <w:br/>
        <w:t>vt 0.579590 0.812378</w:t>
        <w:br/>
        <w:t>vt 0.579102 0.814941</w:t>
        <w:br/>
        <w:t>vt 0.595215 0.810669</w:t>
        <w:br/>
        <w:t>vt 0.594238 0.812378</w:t>
        <w:br/>
        <w:t>vt 0.595215 0.814819</w:t>
        <w:br/>
        <w:t>vt 0.594727 0.814941</w:t>
        <w:br/>
        <w:t>vt 0.595215 0.814819</w:t>
        <w:br/>
        <w:t>vt 0.599121 0.810669</w:t>
        <w:br/>
        <w:t>vt 0.595215 0.810669</w:t>
        <w:br/>
        <w:t>vt 0.599121 0.814819</w:t>
        <w:br/>
        <w:t>vt 0.600098 0.812500</w:t>
        <w:br/>
        <w:t>vt 0.599121 0.814819</w:t>
        <w:br/>
        <w:t>vt 0.599609 0.814697</w:t>
        <w:br/>
        <w:t>vt 0.599121 0.810669</w:t>
        <w:br/>
        <w:t>vt 0.613770 0.812500</w:t>
        <w:br/>
        <w:t>vt 0.614746 0.810669</w:t>
        <w:br/>
        <w:t>vt 0.615234 0.814697</w:t>
        <w:br/>
        <w:t>vt 0.614746 0.814697</w:t>
        <w:br/>
        <w:t>vt 0.684082 0.839844</w:t>
        <w:br/>
        <w:t>vt 0.687988 0.838013</w:t>
        <w:br/>
        <w:t>vt 0.687988 0.839844</w:t>
        <w:br/>
        <w:t>vt 0.684082 0.838013</w:t>
        <w:br/>
        <w:t>vt 0.678711 0.839844</w:t>
        <w:br/>
        <w:t>vt 0.684082 0.838013</w:t>
        <w:br/>
        <w:t>vt 0.687988 0.831421</w:t>
        <w:br/>
        <w:t>vt 0.687988 0.838013</w:t>
        <w:br/>
        <w:t>vt 0.678711 0.838013</w:t>
        <w:br/>
        <w:t>vt 0.664062 0.839844</w:t>
        <w:br/>
        <w:t>vt 0.684082 0.831421</w:t>
        <w:br/>
        <w:t>vt 0.678711 0.838013</w:t>
        <w:br/>
        <w:t>vt 0.664062 0.838013</w:t>
        <w:br/>
        <w:t>vt 0.656738 0.839844</w:t>
        <w:br/>
        <w:t>vt 0.656738 0.838013</w:t>
        <w:br/>
        <w:t>vt 0.678711 0.831421</w:t>
        <w:br/>
        <w:t>vt 0.664062 0.831421</w:t>
        <w:br/>
        <w:t>vt 0.656738 0.831421</w:t>
        <w:br/>
        <w:t>vt 0.664062 0.824829</w:t>
        <w:br/>
        <w:t>vt 0.656738 0.824829</w:t>
        <w:br/>
        <w:t>vt 0.656738 0.822876</w:t>
        <w:br/>
        <w:t>vt 0.664062 0.824829</w:t>
        <w:br/>
        <w:t>vt 0.656738 0.824829</w:t>
        <w:br/>
        <w:t>vt 0.664062 0.822876</w:t>
        <w:br/>
        <w:t>vt 0.678711 0.824829</w:t>
        <w:br/>
        <w:t>vt 0.678711 0.824829</w:t>
        <w:br/>
        <w:t>vt 0.678711 0.822876</w:t>
        <w:br/>
        <w:t>vt 0.684082 0.824829</w:t>
        <w:br/>
        <w:t>vt 0.684082 0.824829</w:t>
        <w:br/>
        <w:t>vt 0.684082 0.822876</w:t>
        <w:br/>
        <w:t>vt 0.687988 0.824829</w:t>
        <w:br/>
        <w:t>vt 0.687988 0.824829</w:t>
        <w:br/>
        <w:t>vt 0.687988 0.822876</w:t>
        <w:br/>
        <w:t>vt 0.226196 0.794922</w:t>
        <w:br/>
        <w:t>vt 0.226196 0.787476</w:t>
        <w:br/>
        <w:t>vt 0.228027 0.794922</w:t>
        <w:br/>
        <w:t>vt 0.228027 0.787476</w:t>
        <w:br/>
        <w:t>vt 0.226196 0.783936</w:t>
        <w:br/>
        <w:t>vt 0.228027 0.787476</w:t>
        <w:br/>
        <w:t>vt 0.235107 0.794922</w:t>
        <w:br/>
        <w:t>vt 0.228027 0.794922</w:t>
        <w:br/>
        <w:t>vt 0.228027 0.783936</w:t>
        <w:br/>
        <w:t>vt 0.235107 0.787476</w:t>
        <w:br/>
        <w:t>vt 0.228027 0.783936</w:t>
        <w:br/>
        <w:t>vt 0.241943 0.787476</w:t>
        <w:br/>
        <w:t>vt 0.241943 0.794922</w:t>
        <w:br/>
        <w:t>vt 0.235107 0.783936</w:t>
        <w:br/>
        <w:t>vt 0.241943 0.794922</w:t>
        <w:br/>
        <w:t>vt 0.243774 0.787476</w:t>
        <w:br/>
        <w:t>vt 0.243774 0.794922</w:t>
        <w:br/>
        <w:t>vt 0.241943 0.787476</w:t>
        <w:br/>
        <w:t>vt 0.243774 0.783936</w:t>
        <w:br/>
        <w:t>vt 0.228027 0.764893</w:t>
        <w:br/>
        <w:t>vt 0.228027 0.764893</w:t>
        <w:br/>
        <w:t>vt 0.226196 0.764893</w:t>
        <w:br/>
        <w:t>vt 0.226196 0.738281</w:t>
        <w:br/>
        <w:t>vt 0.228027 0.738281</w:t>
        <w:br/>
        <w:t>vt 0.235107 0.738281</w:t>
        <w:br/>
        <w:t>vt 0.241943 0.783936</w:t>
        <w:br/>
        <w:t>vt 0.241943 0.783936</w:t>
        <w:br/>
        <w:t>vt 0.235107 0.764893</w:t>
        <w:br/>
        <w:t>vt 0.241943 0.764893</w:t>
        <w:br/>
        <w:t>vt 0.241943 0.764893</w:t>
        <w:br/>
        <w:t>vt 0.243774 0.764893</w:t>
        <w:br/>
        <w:t>vt 0.241943 0.738281</w:t>
        <w:br/>
        <w:t>vt 0.243774 0.738281</w:t>
        <w:br/>
        <w:t>vt 0.550781 0.814697</w:t>
        <w:br/>
        <w:t>vt 0.548340 0.816895</w:t>
        <w:br/>
        <w:t>vt 0.550781 0.816895</w:t>
        <w:br/>
        <w:t>vt 0.547852 0.815552</w:t>
        <w:br/>
        <w:t>vt 0.542480 0.816895</w:t>
        <w:br/>
        <w:t>vt 0.550781 0.808716</w:t>
        <w:br/>
        <w:t>vt 0.547852 0.815552</w:t>
        <w:br/>
        <w:t>vt 0.550781 0.814697</w:t>
        <w:br/>
        <w:t>vt 0.542480 0.816040</w:t>
        <w:br/>
        <w:t>vt 0.547363 0.808838</w:t>
        <w:br/>
        <w:t>vt 0.528809 0.816284</w:t>
        <w:br/>
        <w:t>vt 0.528809 0.816895</w:t>
        <w:br/>
        <w:t>vt 0.541992 0.808716</w:t>
        <w:br/>
        <w:t>vt 0.542480 0.816040</w:t>
        <w:br/>
        <w:t>vt 0.528809 0.816284</w:t>
        <w:br/>
        <w:t>vt 0.546875 0.801392</w:t>
        <w:br/>
        <w:t>vt 0.550781 0.801025</w:t>
        <w:br/>
        <w:t>vt 0.524414 0.816406</w:t>
        <w:br/>
        <w:t>vt 0.523438 0.816895</w:t>
        <w:br/>
        <w:t>vt 0.523438 0.808960</w:t>
        <w:br/>
        <w:t>vt 0.523438 0.816895</w:t>
        <w:br/>
        <w:t>vt 0.524414 0.816406</w:t>
        <w:br/>
        <w:t>vt 0.529297 0.808716</w:t>
        <w:br/>
        <w:t>vt 0.524902 0.808716</w:t>
        <w:br/>
        <w:t>vt 0.523438 0.801147</w:t>
        <w:br/>
        <w:t>vt 0.541992 0.801636</w:t>
        <w:br/>
        <w:t>vt 0.529785 0.801392</w:t>
        <w:br/>
        <w:t>vt 0.524902 0.801270</w:t>
        <w:br/>
        <w:t>vt 0.524902 0.792969</w:t>
        <w:br/>
        <w:t>vt 0.523438 0.792603</w:t>
        <w:br/>
        <w:t>vt 0.529297 0.793091</w:t>
        <w:br/>
        <w:t>vt 0.524414 0.787964</w:t>
        <w:br/>
        <w:t>vt 0.523438 0.787354</w:t>
        <w:br/>
        <w:t>vt 0.528809 0.787354</w:t>
        <w:br/>
        <w:t>vt 0.529297 0.787964</w:t>
        <w:br/>
        <w:t>vt 0.541992 0.787354</w:t>
        <w:br/>
        <w:t>vt 0.541992 0.793579</w:t>
        <w:br/>
        <w:t>vt 0.542480 0.788086</w:t>
        <w:br/>
        <w:t>vt 0.547852 0.787354</w:t>
        <w:br/>
        <w:t>vt 0.547363 0.793213</w:t>
        <w:br/>
        <w:t>vt 0.550781 0.793213</w:t>
        <w:br/>
        <w:t>vt 0.547852 0.788574</w:t>
        <w:br/>
        <w:t>vt 0.547852 0.788574</w:t>
        <w:br/>
        <w:t>vt 0.550781 0.787354</w:t>
        <w:br/>
        <w:t>vt 0.550781 0.788818</w:t>
        <w:br/>
        <w:t>vt 0.550781 0.788818</w:t>
        <w:br/>
        <w:t>vt 0.878906 0.734375</w:t>
        <w:br/>
        <w:t>vt 0.880371 0.738525</w:t>
        <w:br/>
        <w:t>vt 0.873535 0.736816</w:t>
        <w:br/>
        <w:t>vt 0.873047 0.746094</w:t>
        <w:br/>
        <w:t>vt 0.882812 0.745361</w:t>
        <w:br/>
        <w:t>vt 0.865234 0.740479</w:t>
        <w:br/>
        <w:t>vt 0.864746 0.744629</w:t>
        <w:br/>
        <w:t>vt 0.858398 0.743408</w:t>
        <w:br/>
        <w:t>vt 0.873047 0.747314</w:t>
        <w:br/>
        <w:t>vt 0.873047 0.746094</w:t>
        <w:br/>
        <w:t>vt 0.864258 0.746094</w:t>
        <w:br/>
        <w:t>vt 0.858398 0.743408</w:t>
        <w:br/>
        <w:t>vt 0.864746 0.744629</w:t>
        <w:br/>
        <w:t>vt 0.857422 0.744385</w:t>
        <w:br/>
        <w:t>vt 0.883301 0.746338</w:t>
        <w:br/>
        <w:t>vt 0.856445 0.751221</w:t>
        <w:br/>
        <w:t>vt 0.857422 0.744385</w:t>
        <w:br/>
        <w:t>vt 0.864258 0.746094</w:t>
        <w:br/>
        <w:t>vt 0.851562 0.748291</w:t>
        <w:br/>
        <w:t>vt 0.873047 0.747314</w:t>
        <w:br/>
        <w:t>vt 0.863281 0.753540</w:t>
        <w:br/>
        <w:t>vt 0.852539 0.754272</w:t>
        <w:br/>
        <w:t>vt 0.848145 0.750977</w:t>
        <w:br/>
        <w:t>vt 0.854492 0.762817</w:t>
        <w:br/>
        <w:t>vt 0.849609 0.756592</w:t>
        <w:br/>
        <w:t>vt 0.847168 0.751587</w:t>
        <w:br/>
        <w:t>vt 0.861816 0.765503</w:t>
        <w:br/>
        <w:t>vt 0.848145 0.756714</w:t>
        <w:br/>
        <w:t>vt 0.848145 0.756714</w:t>
        <w:br/>
        <w:t>vt 0.843262 0.752686</w:t>
        <w:br/>
        <w:t>vt 0.847168 0.751587</w:t>
        <w:br/>
        <w:t>vt 0.843262 0.757690</w:t>
        <w:br/>
        <w:t>vt 0.844727 0.763794</w:t>
        <w:br/>
        <w:t>vt 0.848633 0.765137</w:t>
        <w:br/>
        <w:t>vt 0.848633 0.765137</w:t>
        <w:br/>
        <w:t>vt 0.850098 0.764893</w:t>
        <w:br/>
        <w:t>vt 0.844727 0.767578</w:t>
        <w:br/>
        <w:t>vt 0.838867 0.765137</w:t>
        <w:br/>
        <w:t>vt 0.849121 0.774658</w:t>
        <w:br/>
        <w:t>vt 0.860352 0.775635</w:t>
        <w:br/>
        <w:t>vt 0.850586 0.774658</w:t>
        <w:br/>
        <w:t>vt 0.850586 0.774658</w:t>
        <w:br/>
        <w:t>vt 0.852051 0.785156</w:t>
        <w:br/>
        <w:t>vt 0.852051 0.785156</w:t>
        <w:br/>
        <w:t>vt 0.844238 0.774902</w:t>
        <w:br/>
        <w:t>vt 0.849121 0.785767</w:t>
        <w:br/>
        <w:t>vt 0.849121 0.785767</w:t>
        <w:br/>
        <w:t>vt 0.838867 0.768677</w:t>
        <w:br/>
        <w:t>vt 0.833984 0.763916</w:t>
        <w:br/>
        <w:t>vt 0.838379 0.775146</w:t>
        <w:br/>
        <w:t>vt 0.843750 0.784668</w:t>
        <w:br/>
        <w:t>vt 0.833008 0.767212</w:t>
        <w:br/>
        <w:t>vt 0.833496 0.775146</w:t>
        <w:br/>
        <w:t>vt 0.828613 0.766235</w:t>
        <w:br/>
        <w:t>vt 0.827637 0.774780</w:t>
        <w:br/>
        <w:t>vt 0.832520 0.784546</w:t>
        <w:br/>
        <w:t>vt 0.828125 0.783691</w:t>
        <w:br/>
        <w:t>vt 0.825684 0.773438</w:t>
        <w:br/>
        <w:t>vt 0.828613 0.766235</w:t>
        <w:br/>
        <w:t>vt 0.827637 0.774780</w:t>
        <w:br/>
        <w:t>vt 0.828125 0.783691</w:t>
        <w:br/>
        <w:t>vt 0.830078 0.758545</w:t>
        <w:br/>
        <w:t>vt 0.833984 0.759155</w:t>
        <w:br/>
        <w:t>vt 0.833496 0.752075</w:t>
        <w:br/>
        <w:t>vt 0.832031 0.751831</w:t>
        <w:br/>
        <w:t>vt 0.826660 0.765869</w:t>
        <w:br/>
        <w:t>vt 0.830078 0.758545</w:t>
        <w:br/>
        <w:t>vt 0.828613 0.757690</w:t>
        <w:br/>
        <w:t>vt 0.830566 0.751099</w:t>
        <w:br/>
        <w:t>vt 0.823242 0.754517</w:t>
        <w:br/>
        <w:t>vt 0.828613 0.757690</w:t>
        <w:br/>
        <w:t>vt 0.826660 0.765869</w:t>
        <w:br/>
        <w:t>vt 0.826660 0.748047</w:t>
        <w:br/>
        <w:t>vt 0.817383 0.765259</w:t>
        <w:br/>
        <w:t>vt 0.825684 0.773438</w:t>
        <w:br/>
        <w:t>vt 0.817871 0.752686</w:t>
        <w:br/>
        <w:t>vt 0.821777 0.743408</w:t>
        <w:br/>
        <w:t>vt 0.809570 0.746094</w:t>
        <w:br/>
        <w:t>vt 0.809570 0.746094</w:t>
        <w:br/>
        <w:t>vt 0.819824 0.742188</w:t>
        <w:br/>
        <w:t>vt 0.821777 0.743408</w:t>
        <w:br/>
        <w:t>vt 0.810547 0.755127</w:t>
        <w:br/>
        <w:t>vt 0.809082 0.743652</w:t>
        <w:br/>
        <w:t>vt 0.809082 0.743652</w:t>
        <w:br/>
        <w:t>vt 0.811523 0.737305</w:t>
        <w:br/>
        <w:t>vt 0.819824 0.742188</w:t>
        <w:br/>
        <w:t>vt 0.804199 0.735596</w:t>
        <w:br/>
        <w:t>vt 0.802246 0.743652</w:t>
        <w:br/>
        <w:t>vt 0.797852 0.740967</w:t>
        <w:br/>
        <w:t>vt 0.798828 0.734375</w:t>
        <w:br/>
        <w:t>vt 0.796387 0.744629</w:t>
        <w:br/>
        <w:t>vt 0.802734 0.746582</w:t>
        <w:br/>
        <w:t>vt 0.794434 0.746338</w:t>
        <w:br/>
        <w:t>vt 0.803711 0.757812</w:t>
        <w:br/>
        <w:t>vt 0.792480 0.756348</w:t>
        <w:br/>
        <w:t>vt 0.790527 0.750488</w:t>
        <w:br/>
        <w:t>vt 0.784180 0.754395</w:t>
        <w:br/>
        <w:t>vt 0.784180 0.753906</w:t>
        <w:br/>
        <w:t>vt 0.811035 0.767090</w:t>
        <w:br/>
        <w:t>vt 0.792480 0.756348</w:t>
        <w:br/>
        <w:t>vt 0.786133 0.755859</w:t>
        <w:br/>
        <w:t>vt 0.784180 0.754395</w:t>
        <w:br/>
        <w:t>vt 0.786133 0.755859</w:t>
        <w:br/>
        <w:t>vt 0.784180 0.764526</w:t>
        <w:br/>
        <w:t>vt 0.817383 0.774658</w:t>
        <w:br/>
        <w:t>vt 0.786133 0.764282</w:t>
        <w:br/>
        <w:t>vt 0.825684 0.783936</w:t>
        <w:br/>
        <w:t>vt 0.825684 0.783936</w:t>
        <w:br/>
        <w:t>vt 0.791016 0.757324</w:t>
        <w:br/>
        <w:t>vt 0.791016 0.757324</w:t>
        <w:br/>
        <w:t>vt 0.793457 0.762451</w:t>
        <w:br/>
        <w:t>vt 0.791016 0.757324</w:t>
        <w:br/>
        <w:t>vt 0.791504 0.762695</w:t>
        <w:br/>
        <w:t>vt 0.804199 0.768799</w:t>
        <w:br/>
        <w:t>vt 0.794434 0.771240</w:t>
        <w:br/>
        <w:t>vt 0.792480 0.771484</w:t>
        <w:br/>
        <w:t>vt 0.786621 0.772339</w:t>
        <w:br/>
        <w:t>vt 0.783691 0.772705</w:t>
        <w:br/>
        <w:t>vt 0.795410 0.776855</w:t>
        <w:br/>
        <w:t>vt 0.783691 0.779907</w:t>
        <w:br/>
        <w:t>vt 0.782715 0.779541</w:t>
        <w:br/>
        <w:t>vt 0.781738 0.780884</w:t>
        <w:br/>
        <w:t>vt 0.782715 0.779541</w:t>
        <w:br/>
        <w:t>vt 0.783691 0.779907</w:t>
        <w:br/>
        <w:t>vt 0.781738 0.783936</w:t>
        <w:br/>
        <w:t>vt 0.792969 0.778198</w:t>
        <w:br/>
        <w:t>vt 0.786133 0.780518</w:t>
        <w:br/>
        <w:t>vt 0.786133 0.780518</w:t>
        <w:br/>
        <w:t>vt 0.781738 0.783936</w:t>
        <w:br/>
        <w:t>vt 0.786621 0.786743</w:t>
        <w:br/>
        <w:t>vt 0.784180 0.787598</w:t>
        <w:br/>
        <w:t>vt 0.793945 0.782959</w:t>
        <w:br/>
        <w:t>vt 0.799805 0.780151</w:t>
        <w:br/>
        <w:t>vt 0.794922 0.786499</w:t>
        <w:br/>
        <w:t>vt 0.787598 0.790527</w:t>
        <w:br/>
        <w:t>vt 0.785156 0.789551</w:t>
        <w:br/>
        <w:t>vt 0.800781 0.778809</w:t>
        <w:br/>
        <w:t>vt 0.790039 0.796753</w:t>
        <w:br/>
        <w:t>vt 0.785645 0.794312</w:t>
        <w:br/>
        <w:t>vt 0.802246 0.782104</w:t>
        <w:br/>
        <w:t>vt 0.804199 0.775391</w:t>
        <w:br/>
        <w:t>vt 0.803223 0.781372</w:t>
        <w:br/>
        <w:t>vt 0.810547 0.774780</w:t>
        <w:br/>
        <w:t>vt 0.807129 0.788696</w:t>
        <w:br/>
        <w:t>vt 0.803223 0.789917</w:t>
        <w:br/>
        <w:t>vt 0.817871 0.784668</w:t>
        <w:br/>
        <w:t>vt 0.812500 0.786499</w:t>
        <w:br/>
        <w:t>vt 0.808594 0.798096</w:t>
        <w:br/>
        <w:t>vt 0.813965 0.796875</w:t>
        <w:br/>
        <w:t>vt 0.819824 0.795532</w:t>
        <w:br/>
        <w:t>vt 0.825684 0.794312</w:t>
        <w:br/>
        <w:t>vt 0.825684 0.794312</w:t>
        <w:br/>
        <w:t>vt 0.817383 0.806885</w:t>
        <w:br/>
        <w:t>vt 0.828125 0.794556</w:t>
        <w:br/>
        <w:t>vt 0.828125 0.794556</w:t>
        <w:br/>
        <w:t>vt 0.822266 0.805786</w:t>
        <w:br/>
        <w:t>vt 0.827637 0.805176</w:t>
        <w:br/>
        <w:t>vt 0.827637 0.805176</w:t>
        <w:br/>
        <w:t>vt 0.812500 0.808228</w:t>
        <w:br/>
        <w:t>vt 0.820801 0.812622</w:t>
        <w:br/>
        <w:t>vt 0.824219 0.809692</w:t>
        <w:br/>
        <w:t>vt 0.830566 0.804321</w:t>
        <w:br/>
        <w:t>vt 0.828613 0.813843</w:t>
        <w:br/>
        <w:t>vt 0.832031 0.810303</w:t>
        <w:br/>
        <w:t>vt 0.832520 0.807617</w:t>
        <w:br/>
        <w:t>vt 0.832031 0.810303</w:t>
        <w:br/>
        <w:t>vt 0.833008 0.794067</w:t>
        <w:br/>
        <w:t>vt 0.830566 0.804321</w:t>
        <w:br/>
        <w:t>vt 0.833008 0.803711</w:t>
        <w:br/>
        <w:t>vt 0.832520 0.807617</w:t>
        <w:br/>
        <w:t>vt 0.837891 0.784546</w:t>
        <w:br/>
        <w:t>vt 0.837891 0.794067</w:t>
        <w:br/>
        <w:t>vt 0.838379 0.803589</w:t>
        <w:br/>
        <w:t>vt 0.843750 0.794312</w:t>
        <w:br/>
        <w:t>vt 0.848633 0.795288</w:t>
        <w:br/>
        <w:t>vt 0.844238 0.804077</w:t>
        <w:br/>
        <w:t>vt 0.848633 0.795288</w:t>
        <w:br/>
        <w:t>vt 0.851562 0.795410</w:t>
        <w:br/>
        <w:t>vt 0.846680 0.804688</w:t>
        <w:br/>
        <w:t>vt 0.846680 0.804688</w:t>
        <w:br/>
        <w:t>vt 0.849609 0.805664</w:t>
        <w:br/>
        <w:t>vt 0.844238 0.808105</w:t>
        <w:br/>
        <w:t>vt 0.844238 0.808105</w:t>
        <w:br/>
        <w:t>vt 0.837891 0.808838</w:t>
        <w:br/>
        <w:t>vt 0.837891 0.811279</w:t>
        <w:br/>
        <w:t>vt 0.837891 0.808838</w:t>
        <w:br/>
        <w:t>vt 0.845703 0.810791</w:t>
        <w:br/>
        <w:t>vt 0.837891 0.811279</w:t>
        <w:br/>
        <w:t>vt 0.832031 0.815674</w:t>
        <w:br/>
        <w:t>vt 0.845703 0.816284</w:t>
        <w:br/>
        <w:t>vt 0.845703 0.810791</w:t>
        <w:br/>
        <w:t>vt 0.825684 0.817261</w:t>
        <w:br/>
        <w:t>vt 0.837891 0.816772</w:t>
        <w:br/>
        <w:t>vt 0.816406 0.816895</w:t>
        <w:br/>
        <w:t>vt 0.831543 0.821411</w:t>
        <w:br/>
        <w:t>vt 0.821777 0.823486</w:t>
        <w:br/>
        <w:t>vt 0.812988 0.819702</w:t>
        <w:br/>
        <w:t>vt 0.837891 0.822998</w:t>
        <w:br/>
        <w:t>vt 0.829590 0.827881</w:t>
        <w:br/>
        <w:t>vt 0.846191 0.822266</w:t>
        <w:br/>
        <w:t>vt 0.837891 0.829224</w:t>
        <w:br/>
        <w:t>vt 0.847168 0.828003</w:t>
        <w:br/>
        <w:t>vt 0.837891 0.833008</w:t>
        <w:br/>
        <w:t>vt 0.829102 0.831177</w:t>
        <w:br/>
        <w:t>vt 0.819824 0.826782</w:t>
        <w:br/>
        <w:t>vt 0.838379 0.835571</w:t>
        <w:br/>
        <w:t>vt 0.848633 0.831909</w:t>
        <w:br/>
        <w:t>vt 0.827637 0.833862</w:t>
        <w:br/>
        <w:t>vt 0.854980 0.823975</w:t>
        <w:br/>
        <w:t>vt 0.849121 0.834229</w:t>
        <w:br/>
        <w:t>vt 0.852051 0.818237</w:t>
        <w:br/>
        <w:t>vt 0.856934 0.828125</w:t>
        <w:br/>
        <w:t>vt 0.849121 0.813843</w:t>
        <w:br/>
        <w:t>vt 0.860352 0.817017</w:t>
        <w:br/>
        <w:t>vt 0.852539 0.808716</w:t>
        <w:br/>
        <w:t>vt 0.849609 0.805664</w:t>
        <w:br/>
        <w:t>vt 0.856934 0.812988</w:t>
        <w:br/>
        <w:t>vt 0.854004 0.806519</w:t>
        <w:br/>
        <w:t>vt 0.851562 0.795410</w:t>
        <w:br/>
        <w:t>vt 0.863770 0.809326</w:t>
        <w:br/>
        <w:t>vt 0.859863 0.807861</w:t>
        <w:br/>
        <w:t>vt 0.857422 0.796997</w:t>
        <w:br/>
        <w:t>vt 0.859863 0.787231</w:t>
        <w:br/>
        <w:t>vt 0.862793 0.799316</w:t>
        <w:br/>
        <w:t>vt 0.866211 0.801147</w:t>
        <w:br/>
        <w:t>vt 0.868164 0.790039</w:t>
        <w:br/>
        <w:t>vt 0.869629 0.779541</w:t>
        <w:br/>
        <w:t>vt 0.870117 0.768555</w:t>
        <w:br/>
        <w:t>vt 0.876465 0.782593</w:t>
        <w:br/>
        <w:t>vt 0.871582 0.755981</w:t>
        <w:br/>
        <w:t>vt 0.880859 0.759399</w:t>
        <w:br/>
        <w:t>vt 0.887207 0.751709</w:t>
        <w:br/>
        <w:t>vt 0.879395 0.771606</w:t>
        <w:br/>
        <w:t>vt 0.887695 0.758057</w:t>
        <w:br/>
        <w:t>vt 0.893066 0.756226</w:t>
        <w:br/>
        <w:t>vt 0.892578 0.756592</w:t>
        <w:br/>
        <w:t>vt 0.885742 0.765381</w:t>
        <w:br/>
        <w:t>vt 0.887695 0.758057</w:t>
        <w:br/>
        <w:t>vt 0.892578 0.756592</w:t>
        <w:br/>
        <w:t>vt 0.892090 0.757812</w:t>
        <w:br/>
        <w:t>vt 0.893066 0.760864</w:t>
        <w:br/>
        <w:t>vt 0.892090 0.757812</w:t>
        <w:br/>
        <w:t>vt 0.892578 0.756592</w:t>
        <w:br/>
        <w:t>vt 0.888672 0.758667</w:t>
        <w:br/>
        <w:t>vt 0.892090 0.760376</w:t>
        <w:br/>
        <w:t>vt 0.892090 0.757812</w:t>
        <w:br/>
        <w:t>vt 0.891113 0.768066</w:t>
        <w:br/>
        <w:t>vt 0.892090 0.768433</w:t>
        <w:br/>
        <w:t>vt 0.886719 0.765991</w:t>
        <w:br/>
        <w:t>vt 0.891113 0.774170</w:t>
        <w:br/>
        <w:t>vt 0.893066 0.774414</w:t>
        <w:br/>
        <w:t>vt 0.894531 0.779785</w:t>
        <w:br/>
        <w:t>vt 0.885742 0.772583</w:t>
        <w:br/>
        <w:t>vt 0.883789 0.772095</w:t>
        <w:br/>
        <w:t>vt 0.883789 0.772095</w:t>
        <w:br/>
        <w:t>vt 0.882812 0.777832</w:t>
        <w:br/>
        <w:t>vt 0.882812 0.777832</w:t>
        <w:br/>
        <w:t>vt 0.884766 0.778809</w:t>
        <w:br/>
        <w:t>vt 0.892090 0.780640</w:t>
        <w:br/>
        <w:t>vt 0.894531 0.779785</w:t>
        <w:br/>
        <w:t>vt 0.895508 0.781738</w:t>
        <w:br/>
        <w:t>vt 0.892090 0.780640</w:t>
        <w:br/>
        <w:t>vt 0.897461 0.784546</w:t>
        <w:br/>
        <w:t>vt 0.878906 0.780396</w:t>
        <w:br/>
        <w:t>vt 0.879883 0.781494</w:t>
        <w:br/>
        <w:t>vt 0.892090 0.786865</w:t>
        <w:br/>
        <w:t>vt 0.894531 0.788452</w:t>
        <w:br/>
        <w:t>vt 0.885254 0.783813</w:t>
        <w:br/>
        <w:t>vt 0.877930 0.783447</w:t>
        <w:br/>
        <w:t>vt 0.885254 0.788086</w:t>
        <w:br/>
        <w:t>vt 0.894043 0.790405</w:t>
        <w:br/>
        <w:t>vt 0.890625 0.791138</w:t>
        <w:br/>
        <w:t>vt 0.875977 0.792847</w:t>
        <w:br/>
        <w:t>vt 0.876953 0.793335</w:t>
        <w:br/>
        <w:t>vt 0.883301 0.795776</w:t>
        <w:br/>
        <w:t>vt 0.876465 0.803467</w:t>
        <w:br/>
        <w:t>vt 0.888184 0.797241</w:t>
        <w:br/>
        <w:t>vt 0.892090 0.795410</w:t>
        <w:br/>
        <w:t>vt 0.886230 0.804688</w:t>
        <w:br/>
        <w:t>vt 0.889648 0.801880</w:t>
        <w:br/>
        <w:t>vt 0.881836 0.804199</w:t>
        <w:br/>
        <w:t>vt 0.887207 0.809326</w:t>
        <w:br/>
        <w:t>vt 0.883301 0.814087</w:t>
        <w:br/>
        <w:t>vt 0.879395 0.813232</w:t>
        <w:br/>
        <w:t>vt 0.882812 0.820557</w:t>
        <w:br/>
        <w:t>vt 0.877930 0.825073</w:t>
        <w:br/>
        <w:t>vt 0.875488 0.803711</w:t>
        <w:br/>
        <w:t>vt 0.875000 0.812256</w:t>
        <w:br/>
        <w:t>vt 0.870605 0.812134</w:t>
        <w:br/>
        <w:t>vt 0.874023 0.811768</w:t>
        <w:br/>
        <w:t>vt 0.874023 0.811768</w:t>
        <w:br/>
        <w:t>vt 0.871094 0.820190</w:t>
        <w:br/>
        <w:t>vt 0.871094 0.820190</w:t>
        <w:br/>
        <w:t>vt 0.864258 0.820923</w:t>
        <w:br/>
        <w:t>vt 0.872070 0.821289</w:t>
        <w:br/>
        <w:t>vt 0.872070 0.821289</w:t>
        <w:br/>
        <w:t>vt 0.868164 0.825928</w:t>
        <w:br/>
        <w:t>vt 0.868164 0.825928</w:t>
        <w:br/>
        <w:t>vt 0.875000 0.823486</w:t>
        <w:br/>
        <w:t>vt 0.860352 0.832642</w:t>
        <w:br/>
        <w:t>vt 0.868652 0.827026</w:t>
        <w:br/>
        <w:t>vt 0.860352 0.832642</w:t>
        <w:br/>
        <w:t>vt 0.868652 0.827026</w:t>
        <w:br/>
        <w:t>vt 0.861328 0.834106</w:t>
        <w:br/>
        <w:t>vt 0.874023 0.830811</w:t>
        <w:br/>
        <w:t>vt 0.876465 0.831421</w:t>
        <w:br/>
        <w:t>vt 0.869629 0.836426</w:t>
        <w:br/>
        <w:t>vt 0.871094 0.828857</w:t>
        <w:br/>
        <w:t>vt 0.865723 0.834595</w:t>
        <w:br/>
        <w:t>vt 0.860352 0.844360</w:t>
        <w:br/>
        <w:t>vt 0.861328 0.837524</w:t>
        <w:br/>
        <w:t>vt 0.851562 0.842651</w:t>
        <w:br/>
        <w:t>vt 0.852539 0.847168</w:t>
        <w:br/>
        <w:t>vt 0.837891 0.849365</w:t>
        <w:br/>
        <w:t>vt 0.849609 0.838501</w:t>
        <w:br/>
        <w:t>vt 0.837891 0.844727</w:t>
        <w:br/>
        <w:t>vt 0.825195 0.846680</w:t>
        <w:br/>
        <w:t>vt 0.849121 0.835693</w:t>
        <w:br/>
        <w:t>vt 0.837891 0.840210</w:t>
        <w:br/>
        <w:t>vt 0.826172 0.842163</w:t>
        <w:br/>
        <w:t>vt 0.813965 0.842041</w:t>
        <w:br/>
        <w:t>vt 0.837891 0.836914</w:t>
        <w:br/>
        <w:t>vt 0.816406 0.837280</w:t>
        <w:br/>
        <w:t>vt 0.808594 0.834229</w:t>
        <w:br/>
        <w:t>vt 0.828125 0.835205</w:t>
        <w:br/>
        <w:t>vt 0.827637 0.833862</w:t>
        <w:br/>
        <w:t>vt 0.827148 0.838135</w:t>
        <w:br/>
        <w:t>vt 0.816895 0.834351</w:t>
        <w:br/>
        <w:t>vt 0.809570 0.831787</w:t>
        <w:br/>
        <w:t>vt 0.802246 0.830933</w:t>
        <w:br/>
        <w:t>vt 0.800781 0.824829</w:t>
        <w:br/>
        <w:t>vt 0.816895 0.834351</w:t>
        <w:br/>
        <w:t>vt 0.817383 0.833252</w:t>
        <w:br/>
        <w:t>vt 0.817383 0.833252</w:t>
        <w:br/>
        <w:t>vt 0.811035 0.827637</w:t>
        <w:br/>
        <w:t>vt 0.811035 0.827637</w:t>
        <w:br/>
        <w:t>vt 0.811523 0.826538</w:t>
        <w:br/>
        <w:t>vt 0.811523 0.826538</w:t>
        <w:br/>
        <w:t>vt 0.803711 0.823242</w:t>
        <w:br/>
        <w:t>vt 0.806641 0.821045</w:t>
        <w:br/>
        <w:t>vt 0.806641 0.821045</w:t>
        <w:br/>
        <w:t>vt 0.807617 0.820435</w:t>
        <w:br/>
        <w:t>vt 0.795898 0.814331</w:t>
        <w:br/>
        <w:t>vt 0.795410 0.820190</w:t>
        <w:br/>
        <w:t>vt 0.799805 0.812744</w:t>
        <w:br/>
        <w:t>vt 0.792480 0.805054</w:t>
        <w:br/>
        <w:t>vt 0.791016 0.808350</w:t>
        <w:br/>
        <w:t>vt 0.788574 0.801147</w:t>
        <w:br/>
        <w:t>vt 0.797363 0.802979</w:t>
        <w:br/>
        <w:t>vt 0.802734 0.811279</w:t>
        <w:br/>
        <w:t>vt 0.804199 0.811035</w:t>
        <w:br/>
        <w:t>vt 0.801758 0.800781</w:t>
        <w:br/>
        <w:t>vt 0.795898 0.793213</w:t>
        <w:br/>
        <w:t>vt 0.802246 0.790405</w:t>
        <w:br/>
        <w:t>vt 0.803223 0.799805</w:t>
        <w:br/>
        <w:t>vt 0.807617 0.809937</w:t>
        <w:br/>
        <w:t>vt 0.291748 0.926697</w:t>
        <w:br/>
        <w:t>vt 0.298828 0.948120</w:t>
        <w:br/>
        <w:t>vt 0.291748 0.948120</w:t>
        <w:br/>
        <w:t>vt 0.298584 0.926025</w:t>
        <w:br/>
        <w:t>vt 0.291748 0.909607</w:t>
        <w:br/>
        <w:t>vt 0.305908 0.948120</w:t>
        <w:br/>
        <w:t>vt 0.298340 0.908997</w:t>
        <w:br/>
        <w:t>vt 0.291748 0.890015</w:t>
        <w:br/>
        <w:t>vt 0.298828 0.890015</w:t>
        <w:br/>
        <w:t>vt 0.305176 0.925415</w:t>
        <w:br/>
        <w:t>vt 0.305176 0.908691</w:t>
        <w:br/>
        <w:t>vt 0.303955 0.890015</w:t>
        <w:br/>
        <w:t>vt 0.311768 0.890015</w:t>
        <w:br/>
        <w:t>vt 0.312744 0.908447</w:t>
        <w:br/>
        <w:t>vt 0.320068 0.890015</w:t>
        <w:br/>
        <w:t>vt 0.313232 0.924927</w:t>
        <w:br/>
        <w:t>vt 0.313965 0.948120</w:t>
        <w:br/>
        <w:t>vt 0.321045 0.908264</w:t>
        <w:br/>
        <w:t>vt 0.328369 0.890015</w:t>
        <w:br/>
        <w:t>vt 0.321533 0.924316</w:t>
        <w:br/>
        <w:t>vt 0.322021 0.948120</w:t>
        <w:br/>
        <w:t>vt 0.330811 0.948120</w:t>
        <w:br/>
        <w:t>vt 0.329102 0.908325</w:t>
        <w:br/>
        <w:t>vt 0.329590 0.924194</w:t>
        <w:br/>
        <w:t>vt 0.338379 0.948120</w:t>
        <w:br/>
        <w:t>vt 0.337158 0.908203</w:t>
        <w:br/>
        <w:t>vt 0.335938 0.890015</w:t>
        <w:br/>
        <w:t>vt 0.342773 0.890015</w:t>
        <w:br/>
        <w:t>vt 0.337646 0.923767</w:t>
        <w:br/>
        <w:t>vt 0.344238 0.908264</w:t>
        <w:br/>
        <w:t>vt 0.350098 0.890015</w:t>
        <w:br/>
        <w:t>vt 0.344238 0.923889</w:t>
        <w:br/>
        <w:t>vt 0.345215 0.948120</w:t>
        <w:br/>
        <w:t>vt 0.351318 0.908386</w:t>
        <w:br/>
        <w:t>vt 0.358154 0.890015</w:t>
        <w:br/>
        <w:t>vt 0.351074 0.924194</w:t>
        <w:br/>
        <w:t>vt 0.352051 0.948120</w:t>
        <w:br/>
        <w:t>vt 0.359375 0.908691</w:t>
        <w:br/>
        <w:t>vt 0.365479 0.890015</w:t>
        <w:br/>
        <w:t>vt 0.359131 0.924622</w:t>
        <w:br/>
        <w:t>vt 0.360107 0.948120</w:t>
        <w:br/>
        <w:t>vt 0.366943 0.908936</w:t>
        <w:br/>
        <w:t>vt 0.366699 0.925171</w:t>
        <w:br/>
        <w:t>vt 0.367676 0.948120</w:t>
        <w:br/>
        <w:t>vt 0.374268 0.909119</w:t>
        <w:br/>
        <w:t>vt 0.374512 0.890015</w:t>
        <w:br/>
        <w:t>vt 0.374023 0.925659</w:t>
        <w:br/>
        <w:t>vt 0.374512 0.948120</w:t>
        <w:br/>
        <w:t>vt 0.381104 0.909119</w:t>
        <w:br/>
        <w:t>vt 0.381836 0.890015</w:t>
        <w:br/>
        <w:t>vt 0.380615 0.925964</w:t>
        <w:br/>
        <w:t>vt 0.380859 0.948120</w:t>
        <w:br/>
        <w:t>vt 0.388184 0.948120</w:t>
        <w:br/>
        <w:t>vt 0.388184 0.926270</w:t>
        <w:br/>
        <w:t>vt 0.395020 0.948120</w:t>
        <w:br/>
        <w:t>vt 0.387939 0.908997</w:t>
        <w:br/>
        <w:t>vt 0.388428 0.890015</w:t>
        <w:br/>
        <w:t>vt 0.395020 0.926086</w:t>
        <w:br/>
        <w:t>vt 0.395264 0.908813</w:t>
        <w:br/>
        <w:t>vt 0.396240 0.890015</w:t>
        <w:br/>
        <w:t>vt 0.402344 0.925781</w:t>
        <w:br/>
        <w:t>vt 0.402344 0.948120</w:t>
        <w:br/>
        <w:t>vt 0.409912 0.948120</w:t>
        <w:br/>
        <w:t>vt 0.409912 0.925171</w:t>
        <w:br/>
        <w:t>vt 0.402344 0.908386</w:t>
        <w:br/>
        <w:t>vt 0.403076 0.890015</w:t>
        <w:br/>
        <w:t>vt 0.409912 0.907776</w:t>
        <w:br/>
        <w:t>vt 0.409912 0.890015</w:t>
        <w:br/>
        <w:t>vt 0.687988 0.838013</w:t>
        <w:br/>
        <w:t>vt 0.684082 0.839844</w:t>
        <w:br/>
        <w:t>vt 0.687988 0.839844</w:t>
        <w:br/>
        <w:t>vt 0.684082 0.838013</w:t>
        <w:br/>
        <w:t>vt 0.678711 0.839844</w:t>
        <w:br/>
        <w:t>vt 0.687988 0.831421</w:t>
        <w:br/>
        <w:t>vt 0.684082 0.838013</w:t>
        <w:br/>
        <w:t>vt 0.687988 0.838013</w:t>
        <w:br/>
        <w:t>vt 0.678711 0.838013</w:t>
        <w:br/>
        <w:t>vt 0.664062 0.839844</w:t>
        <w:br/>
        <w:t>vt 0.684082 0.831421</w:t>
        <w:br/>
        <w:t>vt 0.678711 0.838013</w:t>
        <w:br/>
        <w:t>vt 0.664062 0.838013</w:t>
        <w:br/>
        <w:t>vt 0.656738 0.839844</w:t>
        <w:br/>
        <w:t>vt 0.656738 0.838013</w:t>
        <w:br/>
        <w:t>vt 0.678711 0.831421</w:t>
        <w:br/>
        <w:t>vt 0.664062 0.831421</w:t>
        <w:br/>
        <w:t>vt 0.656738 0.831421</w:t>
        <w:br/>
        <w:t>vt 0.664062 0.824829</w:t>
        <w:br/>
        <w:t>vt 0.656738 0.824829</w:t>
        <w:br/>
        <w:t>vt 0.664062 0.824829</w:t>
        <w:br/>
        <w:t>vt 0.656738 0.822876</w:t>
        <w:br/>
        <w:t>vt 0.656738 0.824829</w:t>
        <w:br/>
        <w:t>vt 0.664062 0.822876</w:t>
        <w:br/>
        <w:t>vt 0.678711 0.824829</w:t>
        <w:br/>
        <w:t>vt 0.678711 0.824829</w:t>
        <w:br/>
        <w:t>vt 0.678711 0.822876</w:t>
        <w:br/>
        <w:t>vt 0.684082 0.824829</w:t>
        <w:br/>
        <w:t>vt 0.684082 0.824829</w:t>
        <w:br/>
        <w:t>vt 0.684082 0.822876</w:t>
        <w:br/>
        <w:t>vt 0.687988 0.824829</w:t>
        <w:br/>
        <w:t>vt 0.687988 0.824829</w:t>
        <w:br/>
        <w:t>vt 0.687988 0.822876</w:t>
        <w:br/>
        <w:t>vt 0.228027 0.794922</w:t>
        <w:br/>
        <w:t>vt 0.226196 0.787476</w:t>
        <w:br/>
        <w:t>vt 0.226196 0.794922</w:t>
        <w:br/>
        <w:t>vt 0.228027 0.787476</w:t>
        <w:br/>
        <w:t>vt 0.235107 0.794922</w:t>
        <w:br/>
        <w:t>vt 0.228027 0.787476</w:t>
        <w:br/>
        <w:t>vt 0.228027 0.794922</w:t>
        <w:br/>
        <w:t>vt 0.226196 0.783936</w:t>
        <w:br/>
        <w:t>vt 0.235107 0.787476</w:t>
        <w:br/>
        <w:t>vt 0.228027 0.783936</w:t>
        <w:br/>
        <w:t>vt 0.228027 0.783936</w:t>
        <w:br/>
        <w:t>vt 0.228027 0.764893</w:t>
        <w:br/>
        <w:t>vt 0.226196 0.764893</w:t>
        <w:br/>
        <w:t>vt 0.226196 0.738281</w:t>
        <w:br/>
        <w:t>vt 0.228027 0.738281</w:t>
        <w:br/>
        <w:t>vt 0.235107 0.738281</w:t>
        <w:br/>
        <w:t>vt 0.235107 0.783936</w:t>
        <w:br/>
        <w:t>vt 0.241943 0.787476</w:t>
        <w:br/>
        <w:t>vt 0.241943 0.794922</w:t>
        <w:br/>
        <w:t>vt 0.235107 0.764893</w:t>
        <w:br/>
        <w:t>vt 0.243774 0.787476</w:t>
        <w:br/>
        <w:t>vt 0.241943 0.794922</w:t>
        <w:br/>
        <w:t>vt 0.243774 0.794922</w:t>
        <w:br/>
        <w:t>vt 0.241943 0.787476</w:t>
        <w:br/>
        <w:t>vt 0.243774 0.783936</w:t>
        <w:br/>
        <w:t>vt 0.241943 0.783936</w:t>
        <w:br/>
        <w:t>vt 0.241943 0.783936</w:t>
        <w:br/>
        <w:t>vt 0.241943 0.764893</w:t>
        <w:br/>
        <w:t>vt 0.241943 0.764893</w:t>
        <w:br/>
        <w:t>vt 0.243774 0.764893</w:t>
        <w:br/>
        <w:t>vt 0.241943 0.738281</w:t>
        <w:br/>
        <w:t>vt 0.243774 0.738281</w:t>
        <w:br/>
        <w:t>vt 0.550781 0.814697</w:t>
        <w:br/>
        <w:t>vt 0.550781 0.816895</w:t>
        <w:br/>
        <w:t>vt 0.548340 0.816895</w:t>
        <w:br/>
        <w:t>vt 0.547852 0.815552</w:t>
        <w:br/>
        <w:t>vt 0.542480 0.816895</w:t>
        <w:br/>
        <w:t>vt 0.547852 0.815552</w:t>
        <w:br/>
        <w:t>vt 0.550781 0.808716</w:t>
        <w:br/>
        <w:t>vt 0.550781 0.814697</w:t>
        <w:br/>
        <w:t>vt 0.542480 0.816040</w:t>
        <w:br/>
        <w:t>vt 0.547363 0.808838</w:t>
        <w:br/>
        <w:t>vt 0.528809 0.816284</w:t>
        <w:br/>
        <w:t>vt 0.528809 0.816895</w:t>
        <w:br/>
        <w:t>vt 0.541992 0.808716</w:t>
        <w:br/>
        <w:t>vt 0.542480 0.816040</w:t>
        <w:br/>
        <w:t>vt 0.528809 0.816284</w:t>
        <w:br/>
        <w:t>vt 0.546875 0.801392</w:t>
        <w:br/>
        <w:t>vt 0.550781 0.801025</w:t>
        <w:br/>
        <w:t>vt 0.529297 0.808716</w:t>
        <w:br/>
        <w:t>vt 0.547363 0.793213</w:t>
        <w:br/>
        <w:t>vt 0.550781 0.793213</w:t>
        <w:br/>
        <w:t>vt 0.541992 0.801636</w:t>
        <w:br/>
        <w:t>vt 0.541992 0.793579</w:t>
        <w:br/>
        <w:t>vt 0.547852 0.788574</w:t>
        <w:br/>
        <w:t>vt 0.550781 0.788818</w:t>
        <w:br/>
        <w:t>vt 0.550781 0.788818</w:t>
        <w:br/>
        <w:t>vt 0.547852 0.788574</w:t>
        <w:br/>
        <w:t>vt 0.550781 0.787354</w:t>
        <w:br/>
        <w:t>vt 0.547852 0.787354</w:t>
        <w:br/>
        <w:t>vt 0.542480 0.788086</w:t>
        <w:br/>
        <w:t>vt 0.541992 0.787354</w:t>
        <w:br/>
        <w:t>vt 0.529297 0.787964</w:t>
        <w:br/>
        <w:t>vt 0.528809 0.787354</w:t>
        <w:br/>
        <w:t>vt 0.529297 0.793091</w:t>
        <w:br/>
        <w:t>vt 0.524414 0.787964</w:t>
        <w:br/>
        <w:t>vt 0.523438 0.787354</w:t>
        <w:br/>
        <w:t>vt 0.523438 0.792603</w:t>
        <w:br/>
        <w:t>vt 0.524902 0.792969</w:t>
        <w:br/>
        <w:t>vt 0.523438 0.801147</w:t>
        <w:br/>
        <w:t>vt 0.529785 0.801392</w:t>
        <w:br/>
        <w:t>vt 0.524902 0.801270</w:t>
        <w:br/>
        <w:t>vt 0.524902 0.808716</w:t>
        <w:br/>
        <w:t>vt 0.523438 0.808960</w:t>
        <w:br/>
        <w:t>vt 0.524414 0.816406</w:t>
        <w:br/>
        <w:t>vt 0.523438 0.816895</w:t>
        <w:br/>
        <w:t>vt 0.524414 0.816406</w:t>
        <w:br/>
        <w:t>vt 0.523438 0.816895</w:t>
        <w:br/>
        <w:t>vt 0.878906 0.734375</w:t>
        <w:br/>
        <w:t>vt 0.873535 0.736816</w:t>
        <w:br/>
        <w:t>vt 0.880371 0.738525</w:t>
        <w:br/>
        <w:t>vt 0.873047 0.746094</w:t>
        <w:br/>
        <w:t>vt 0.865234 0.740479</w:t>
        <w:br/>
        <w:t>vt 0.882812 0.745361</w:t>
        <w:br/>
        <w:t>vt 0.864746 0.744629</w:t>
        <w:br/>
        <w:t>vt 0.858398 0.743408</w:t>
        <w:br/>
        <w:t>vt 0.873047 0.747314</w:t>
        <w:br/>
        <w:t>vt 0.873047 0.746094</w:t>
        <w:br/>
        <w:t>vt 0.858398 0.743408</w:t>
        <w:br/>
        <w:t>vt 0.864258 0.746094</w:t>
        <w:br/>
        <w:t>vt 0.864746 0.744629</w:t>
        <w:br/>
        <w:t>vt 0.857422 0.744385</w:t>
        <w:br/>
        <w:t>vt 0.883301 0.746338</w:t>
        <w:br/>
        <w:t>vt 0.856445 0.751221</w:t>
        <w:br/>
        <w:t>vt 0.864258 0.746094</w:t>
        <w:br/>
        <w:t>vt 0.857422 0.744385</w:t>
        <w:br/>
        <w:t>vt 0.851562 0.748291</w:t>
        <w:br/>
        <w:t>vt 0.863281 0.753540</w:t>
        <w:br/>
        <w:t>vt 0.873047 0.747314</w:t>
        <w:br/>
        <w:t>vt 0.852539 0.754272</w:t>
        <w:br/>
        <w:t>vt 0.848145 0.750977</w:t>
        <w:br/>
        <w:t>vt 0.854492 0.762817</w:t>
        <w:br/>
        <w:t>vt 0.849609 0.756592</w:t>
        <w:br/>
        <w:t>vt 0.847168 0.751587</w:t>
        <w:br/>
        <w:t>vt 0.861816 0.765503</w:t>
        <w:br/>
        <w:t>vt 0.848145 0.756714</w:t>
        <w:br/>
        <w:t>vt 0.843262 0.752686</w:t>
        <w:br/>
        <w:t>vt 0.848145 0.756714</w:t>
        <w:br/>
        <w:t>vt 0.847168 0.751587</w:t>
        <w:br/>
        <w:t>vt 0.843262 0.757690</w:t>
        <w:br/>
        <w:t>vt 0.844727 0.763794</w:t>
        <w:br/>
        <w:t>vt 0.848633 0.765137</w:t>
        <w:br/>
        <w:t>vt 0.848633 0.765137</w:t>
        <w:br/>
        <w:t>vt 0.850098 0.764893</w:t>
        <w:br/>
        <w:t>vt 0.844727 0.767578</w:t>
        <w:br/>
        <w:t>vt 0.838867 0.765137</w:t>
        <w:br/>
        <w:t>vt 0.849121 0.774658</w:t>
        <w:br/>
        <w:t>vt 0.860352 0.775635</w:t>
        <w:br/>
        <w:t>vt 0.850586 0.774658</w:t>
        <w:br/>
        <w:t>vt 0.850586 0.774658</w:t>
        <w:br/>
        <w:t>vt 0.852051 0.785156</w:t>
        <w:br/>
        <w:t>vt 0.852051 0.785156</w:t>
        <w:br/>
        <w:t>vt 0.844238 0.774902</w:t>
        <w:br/>
        <w:t>vt 0.849121 0.785767</w:t>
        <w:br/>
        <w:t>vt 0.849121 0.785767</w:t>
        <w:br/>
        <w:t>vt 0.838867 0.768677</w:t>
        <w:br/>
        <w:t>vt 0.833984 0.763916</w:t>
        <w:br/>
        <w:t>vt 0.838379 0.775146</w:t>
        <w:br/>
        <w:t>vt 0.843750 0.784668</w:t>
        <w:br/>
        <w:t>vt 0.833008 0.767212</w:t>
        <w:br/>
        <w:t>vt 0.833496 0.775146</w:t>
        <w:br/>
        <w:t>vt 0.828613 0.766235</w:t>
        <w:br/>
        <w:t>vt 0.827637 0.774780</w:t>
        <w:br/>
        <w:t>vt 0.832520 0.784546</w:t>
        <w:br/>
        <w:t>vt 0.828125 0.783691</w:t>
        <w:br/>
        <w:t>vt 0.828613 0.766235</w:t>
        <w:br/>
        <w:t>vt 0.825684 0.773438</w:t>
        <w:br/>
        <w:t>vt 0.827637 0.774780</w:t>
        <w:br/>
        <w:t>vt 0.828125 0.783691</w:t>
        <w:br/>
        <w:t>vt 0.830078 0.758545</w:t>
        <w:br/>
        <w:t>vt 0.833984 0.759155</w:t>
        <w:br/>
        <w:t>vt 0.833496 0.752075</w:t>
        <w:br/>
        <w:t>vt 0.832031 0.751831</w:t>
        <w:br/>
        <w:t>vt 0.830078 0.758545</w:t>
        <w:br/>
        <w:t>vt 0.826660 0.765869</w:t>
        <w:br/>
        <w:t>vt 0.828613 0.757690</w:t>
        <w:br/>
        <w:t>vt 0.830566 0.751099</w:t>
        <w:br/>
        <w:t>vt 0.823242 0.754517</w:t>
        <w:br/>
        <w:t>vt 0.828613 0.757690</w:t>
        <w:br/>
        <w:t>vt 0.826660 0.765869</w:t>
        <w:br/>
        <w:t>vt 0.826660 0.748047</w:t>
        <w:br/>
        <w:t>vt 0.817383 0.765259</w:t>
        <w:br/>
        <w:t>vt 0.825684 0.773438</w:t>
        <w:br/>
        <w:t>vt 0.817871 0.752686</w:t>
        <w:br/>
        <w:t>vt 0.821777 0.743408</w:t>
        <w:br/>
        <w:t>vt 0.809570 0.746094</w:t>
        <w:br/>
        <w:t>vt 0.819824 0.742188</w:t>
        <w:br/>
        <w:t>vt 0.809570 0.746094</w:t>
        <w:br/>
        <w:t>vt 0.821777 0.743408</w:t>
        <w:br/>
        <w:t>vt 0.810547 0.755127</w:t>
        <w:br/>
        <w:t>vt 0.809082 0.743652</w:t>
        <w:br/>
        <w:t>vt 0.809082 0.743652</w:t>
        <w:br/>
        <w:t>vt 0.819824 0.742188</w:t>
        <w:br/>
        <w:t>vt 0.811523 0.737305</w:t>
        <w:br/>
        <w:t>vt 0.804199 0.735596</w:t>
        <w:br/>
        <w:t>vt 0.802246 0.743652</w:t>
        <w:br/>
        <w:t>vt 0.797852 0.740967</w:t>
        <w:br/>
        <w:t>vt 0.798828 0.734375</w:t>
        <w:br/>
        <w:t>vt 0.796387 0.744629</w:t>
        <w:br/>
        <w:t>vt 0.802734 0.746582</w:t>
        <w:br/>
        <w:t>vt 0.794434 0.746338</w:t>
        <w:br/>
        <w:t>vt 0.803711 0.757812</w:t>
        <w:br/>
        <w:t>vt 0.792480 0.756348</w:t>
        <w:br/>
        <w:t>vt 0.790527 0.750488</w:t>
        <w:br/>
        <w:t>vt 0.784180 0.754395</w:t>
        <w:br/>
        <w:t>vt 0.784180 0.753906</w:t>
        <w:br/>
        <w:t>vt 0.811035 0.767090</w:t>
        <w:br/>
        <w:t>vt 0.786133 0.755859</w:t>
        <w:br/>
        <w:t>vt 0.792480 0.756348</w:t>
        <w:br/>
        <w:t>vt 0.784180 0.754395</w:t>
        <w:br/>
        <w:t>vt 0.784180 0.764526</w:t>
        <w:br/>
        <w:t>vt 0.786133 0.755859</w:t>
        <w:br/>
        <w:t>vt 0.817383 0.774658</w:t>
        <w:br/>
        <w:t>vt 0.786133 0.764282</w:t>
        <w:br/>
        <w:t>vt 0.825684 0.783936</w:t>
        <w:br/>
        <w:t>vt 0.825684 0.783936</w:t>
        <w:br/>
        <w:t>vt 0.791016 0.757324</w:t>
        <w:br/>
        <w:t>vt 0.791016 0.757324</w:t>
        <w:br/>
        <w:t>vt 0.793457 0.762451</w:t>
        <w:br/>
        <w:t>vt 0.791016 0.757324</w:t>
        <w:br/>
        <w:t>vt 0.791504 0.762695</w:t>
        <w:br/>
        <w:t>vt 0.804199 0.768799</w:t>
        <w:br/>
        <w:t>vt 0.794434 0.771240</w:t>
        <w:br/>
        <w:t>vt 0.792480 0.771484</w:t>
        <w:br/>
        <w:t>vt 0.810547 0.774780</w:t>
        <w:br/>
        <w:t>vt 0.804199 0.775391</w:t>
        <w:br/>
        <w:t>vt 0.795410 0.776855</w:t>
        <w:br/>
        <w:t>vt 0.786621 0.772339</w:t>
        <w:br/>
        <w:t>vt 0.783691 0.772705</w:t>
        <w:br/>
        <w:t>vt 0.792969 0.778198</w:t>
        <w:br/>
        <w:t>vt 0.783691 0.779907</w:t>
        <w:br/>
        <w:t>vt 0.782715 0.779541</w:t>
        <w:br/>
        <w:t>vt 0.781738 0.780884</w:t>
        <w:br/>
        <w:t>vt 0.783691 0.779907</w:t>
        <w:br/>
        <w:t>vt 0.782715 0.779541</w:t>
        <w:br/>
        <w:t>vt 0.781738 0.783936</w:t>
        <w:br/>
        <w:t>vt 0.786133 0.780518</w:t>
        <w:br/>
        <w:t>vt 0.786133 0.780518</w:t>
        <w:br/>
        <w:t>vt 0.786621 0.786743</w:t>
        <w:br/>
        <w:t>vt 0.781738 0.783936</w:t>
        <w:br/>
        <w:t>vt 0.784180 0.787598</w:t>
        <w:br/>
        <w:t>vt 0.793945 0.782959</w:t>
        <w:br/>
        <w:t>vt 0.799805 0.780151</w:t>
        <w:br/>
        <w:t>vt 0.794922 0.786499</w:t>
        <w:br/>
        <w:t>vt 0.785156 0.789551</w:t>
        <w:br/>
        <w:t>vt 0.787598 0.790527</w:t>
        <w:br/>
        <w:t>vt 0.800781 0.778809</w:t>
        <w:br/>
        <w:t>vt 0.802246 0.782104</w:t>
        <w:br/>
        <w:t>vt 0.803223 0.781372</w:t>
        <w:br/>
        <w:t>vt 0.807129 0.788696</w:t>
        <w:br/>
        <w:t>vt 0.803223 0.789917</w:t>
        <w:br/>
        <w:t>vt 0.802246 0.790405</w:t>
        <w:br/>
        <w:t>vt 0.812500 0.786499</w:t>
        <w:br/>
        <w:t>vt 0.808594 0.798096</w:t>
        <w:br/>
        <w:t>vt 0.817871 0.784668</w:t>
        <w:br/>
        <w:t>vt 0.813965 0.796875</w:t>
        <w:br/>
        <w:t>vt 0.819824 0.795532</w:t>
        <w:br/>
        <w:t>vt 0.825684 0.794312</w:t>
        <w:br/>
        <w:t>vt 0.825684 0.794312</w:t>
        <w:br/>
        <w:t>vt 0.817383 0.806885</w:t>
        <w:br/>
        <w:t>vt 0.828125 0.794556</w:t>
        <w:br/>
        <w:t>vt 0.828125 0.794556</w:t>
        <w:br/>
        <w:t>vt 0.822266 0.805786</w:t>
        <w:br/>
        <w:t>vt 0.827637 0.805176</w:t>
        <w:br/>
        <w:t>vt 0.827637 0.805176</w:t>
        <w:br/>
        <w:t>vt 0.812500 0.808228</w:t>
        <w:br/>
        <w:t>vt 0.820801 0.812622</w:t>
        <w:br/>
        <w:t>vt 0.824219 0.809692</w:t>
        <w:br/>
        <w:t>vt 0.807617 0.809937</w:t>
        <w:br/>
        <w:t>vt 0.828613 0.813843</w:t>
        <w:br/>
        <w:t>vt 0.803223 0.799805</w:t>
        <w:br/>
        <w:t>vt 0.832031 0.810303</w:t>
        <w:br/>
        <w:t>vt 0.801758 0.800781</w:t>
        <w:br/>
        <w:t>vt 0.832031 0.815674</w:t>
        <w:br/>
        <w:t>vt 0.804199 0.811035</w:t>
        <w:br/>
        <w:t>vt 0.795898 0.793213</w:t>
        <w:br/>
        <w:t>vt 0.790039 0.796753</w:t>
        <w:br/>
        <w:t>vt 0.785645 0.794312</w:t>
        <w:br/>
        <w:t>vt 0.797363 0.802979</w:t>
        <w:br/>
        <w:t>vt 0.802734 0.811279</w:t>
        <w:br/>
        <w:t>vt 0.792480 0.805054</w:t>
        <w:br/>
        <w:t>vt 0.788574 0.801147</w:t>
        <w:br/>
        <w:t>vt 0.799805 0.812744</w:t>
        <w:br/>
        <w:t>vt 0.806641 0.821045</w:t>
        <w:br/>
        <w:t>vt 0.791016 0.808350</w:t>
        <w:br/>
        <w:t>vt 0.795898 0.814331</w:t>
        <w:br/>
        <w:t>vt 0.807617 0.820435</w:t>
        <w:br/>
        <w:t>vt 0.807617 0.820435</w:t>
        <w:br/>
        <w:t>vt 0.803711 0.823242</w:t>
        <w:br/>
        <w:t>vt 0.800781 0.824829</w:t>
        <w:br/>
        <w:t>vt 0.795410 0.820190</w:t>
        <w:br/>
        <w:t>vt 0.808594 0.834229</w:t>
        <w:br/>
        <w:t>vt 0.802246 0.830933</w:t>
        <w:br/>
        <w:t>vt 0.809570 0.831787</w:t>
        <w:br/>
        <w:t>vt 0.811035 0.827637</w:t>
        <w:br/>
        <w:t>vt 0.816406 0.837280</w:t>
        <w:br/>
        <w:t>vt 0.813965 0.842041</w:t>
        <w:br/>
        <w:t>vt 0.816895 0.834351</w:t>
        <w:br/>
        <w:t>vt 0.826172 0.842163</w:t>
        <w:br/>
        <w:t>vt 0.825195 0.846680</w:t>
        <w:br/>
        <w:t>vt 0.811035 0.827637</w:t>
        <w:br/>
        <w:t>vt 0.811523 0.826538</w:t>
        <w:br/>
        <w:t>vt 0.817383 0.833252</w:t>
        <w:br/>
        <w:t>vt 0.816895 0.834351</w:t>
        <w:br/>
        <w:t>vt 0.812988 0.819702</w:t>
        <w:br/>
        <w:t>vt 0.819824 0.826782</w:t>
        <w:br/>
        <w:t>vt 0.817383 0.833252</w:t>
        <w:br/>
        <w:t>vt 0.816406 0.816895</w:t>
        <w:br/>
        <w:t>vt 0.821777 0.823486</w:t>
        <w:br/>
        <w:t>vt 0.825684 0.817261</w:t>
        <w:br/>
        <w:t>vt 0.831543 0.821411</w:t>
        <w:br/>
        <w:t>vt 0.829102 0.831177</w:t>
        <w:br/>
        <w:t>vt 0.827637 0.833862</w:t>
        <w:br/>
        <w:t>vt 0.827637 0.833862</w:t>
        <w:br/>
        <w:t>vt 0.829590 0.827881</w:t>
        <w:br/>
        <w:t>vt 0.828125 0.835205</w:t>
        <w:br/>
        <w:t>vt 0.838379 0.835571</w:t>
        <w:br/>
        <w:t>vt 0.838379 0.835571</w:t>
        <w:br/>
        <w:t>vt 0.827148 0.838135</w:t>
        <w:br/>
        <w:t>vt 0.837891 0.840210</w:t>
        <w:br/>
        <w:t>vt 0.837891 0.836914</w:t>
        <w:br/>
        <w:t>vt 0.837891 0.844727</w:t>
        <w:br/>
        <w:t>vt 0.837891 0.849365</w:t>
        <w:br/>
        <w:t>vt 0.849121 0.835693</w:t>
        <w:br/>
        <w:t>vt 0.849609 0.838501</w:t>
        <w:br/>
        <w:t>vt 0.851562 0.842651</w:t>
        <w:br/>
        <w:t>vt 0.852539 0.847168</w:t>
        <w:br/>
        <w:t>vt 0.860352 0.844360</w:t>
        <w:br/>
        <w:t>vt 0.861328 0.834106</w:t>
        <w:br/>
        <w:t>vt 0.861328 0.837524</w:t>
        <w:br/>
        <w:t>vt 0.865723 0.834595</w:t>
        <w:br/>
        <w:t>vt 0.869629 0.836426</w:t>
        <w:br/>
        <w:t>vt 0.849121 0.834229</w:t>
        <w:br/>
        <w:t>vt 0.868652 0.827026</w:t>
        <w:br/>
        <w:t>vt 0.860352 0.832642</w:t>
        <w:br/>
        <w:t>vt 0.871094 0.828857</w:t>
        <w:br/>
        <w:t>vt 0.874023 0.830811</w:t>
        <w:br/>
        <w:t>vt 0.876465 0.831421</w:t>
        <w:br/>
        <w:t>vt 0.877930 0.825073</w:t>
        <w:br/>
        <w:t>vt 0.875000 0.823486</w:t>
        <w:br/>
        <w:t>vt 0.882812 0.820557</w:t>
        <w:br/>
        <w:t>vt 0.883301 0.814087</w:t>
        <w:br/>
        <w:t>vt 0.879395 0.813232</w:t>
        <w:br/>
        <w:t>vt 0.872070 0.821289</w:t>
        <w:br/>
        <w:t>vt 0.872070 0.821289</w:t>
        <w:br/>
        <w:t>vt 0.868164 0.825928</w:t>
        <w:br/>
        <w:t>vt 0.868652 0.827026</w:t>
        <w:br/>
        <w:t>vt 0.875000 0.812256</w:t>
        <w:br/>
        <w:t>vt 0.868164 0.825928</w:t>
        <w:br/>
        <w:t>vt 0.856934 0.828125</w:t>
        <w:br/>
        <w:t>vt 0.871094 0.820190</w:t>
        <w:br/>
        <w:t>vt 0.875000 0.812256</w:t>
        <w:br/>
        <w:t>vt 0.864258 0.820923</w:t>
        <w:br/>
        <w:t>vt 0.871094 0.820190</w:t>
        <w:br/>
        <w:t>vt 0.848633 0.831909</w:t>
        <w:br/>
        <w:t>vt 0.854980 0.823975</w:t>
        <w:br/>
        <w:t>vt 0.837891 0.833008</w:t>
        <w:br/>
        <w:t>vt 0.847168 0.828003</w:t>
        <w:br/>
        <w:t>vt 0.837891 0.829224</w:t>
        <w:br/>
        <w:t>vt 0.837891 0.822998</w:t>
        <w:br/>
        <w:t>vt 0.846191 0.822266</w:t>
        <w:br/>
        <w:t>vt 0.837891 0.816772</w:t>
        <w:br/>
        <w:t>vt 0.852051 0.818237</w:t>
        <w:br/>
        <w:t>vt 0.837891 0.811279</w:t>
        <w:br/>
        <w:t>vt 0.845703 0.816284</w:t>
        <w:br/>
        <w:t>vt 0.837891 0.811279</w:t>
        <w:br/>
        <w:t>vt 0.832520 0.807617</w:t>
        <w:br/>
        <w:t>vt 0.832031 0.810303</w:t>
        <w:br/>
        <w:t>vt 0.845703 0.810791</w:t>
        <w:br/>
        <w:t>vt 0.830566 0.804321</w:t>
        <w:br/>
        <w:t>vt 0.837891 0.808838</w:t>
        <w:br/>
        <w:t>vt 0.830566 0.804321</w:t>
        <w:br/>
        <w:t>vt 0.833008 0.794067</w:t>
        <w:br/>
        <w:t>vt 0.832520 0.807617</w:t>
        <w:br/>
        <w:t>vt 0.833008 0.803711</w:t>
        <w:br/>
        <w:t>vt 0.838379 0.803589</w:t>
        <w:br/>
        <w:t>vt 0.837891 0.808838</w:t>
        <w:br/>
        <w:t>vt 0.844238 0.808105</w:t>
        <w:br/>
        <w:t>vt 0.844238 0.808105</w:t>
        <w:br/>
        <w:t>vt 0.845703 0.810791</w:t>
        <w:br/>
        <w:t>vt 0.837891 0.794067</w:t>
        <w:br/>
        <w:t>vt 0.837891 0.784546</w:t>
        <w:br/>
        <w:t>vt 0.843750 0.794312</w:t>
        <w:br/>
        <w:t>vt 0.848633 0.795288</w:t>
        <w:br/>
        <w:t>vt 0.844238 0.804077</w:t>
        <w:br/>
        <w:t>vt 0.846680 0.804688</w:t>
        <w:br/>
        <w:t>vt 0.849609 0.805664</w:t>
        <w:br/>
        <w:t>vt 0.846680 0.804688</w:t>
        <w:br/>
        <w:t>vt 0.848633 0.795288</w:t>
        <w:br/>
        <w:t>vt 0.851562 0.795410</w:t>
        <w:br/>
        <w:t>vt 0.852539 0.808716</w:t>
        <w:br/>
        <w:t>vt 0.849609 0.805664</w:t>
        <w:br/>
        <w:t>vt 0.851562 0.795410</w:t>
        <w:br/>
        <w:t>vt 0.859863 0.787231</w:t>
        <w:br/>
        <w:t>vt 0.854004 0.806519</w:t>
        <w:br/>
        <w:t>vt 0.857422 0.796997</w:t>
        <w:br/>
        <w:t>vt 0.849121 0.813843</w:t>
        <w:br/>
        <w:t>vt 0.856934 0.812988</w:t>
        <w:br/>
        <w:t>vt 0.859863 0.807861</w:t>
        <w:br/>
        <w:t>vt 0.862793 0.799316</w:t>
        <w:br/>
        <w:t>vt 0.863770 0.809326</w:t>
        <w:br/>
        <w:t>vt 0.860352 0.817017</w:t>
        <w:br/>
        <w:t>vt 0.870605 0.812134</w:t>
        <w:br/>
        <w:t>vt 0.866211 0.801147</w:t>
        <w:br/>
        <w:t>vt 0.874023 0.811768</w:t>
        <w:br/>
        <w:t>vt 0.874023 0.811768</w:t>
        <w:br/>
        <w:t>vt 0.875488 0.803711</w:t>
        <w:br/>
        <w:t>vt 0.875488 0.803711</w:t>
        <w:br/>
        <w:t>vt 0.876465 0.803467</w:t>
        <w:br/>
        <w:t>vt 0.875977 0.792847</w:t>
        <w:br/>
        <w:t>vt 0.868164 0.790039</w:t>
        <w:br/>
        <w:t>vt 0.881836 0.804199</w:t>
        <w:br/>
        <w:t>vt 0.869629 0.779541</w:t>
        <w:br/>
        <w:t>vt 0.886230 0.804688</w:t>
        <w:br/>
        <w:t>vt 0.887207 0.809326</w:t>
        <w:br/>
        <w:t>vt 0.883301 0.795776</w:t>
        <w:br/>
        <w:t>vt 0.889648 0.801880</w:t>
        <w:br/>
        <w:t>vt 0.888184 0.797241</w:t>
        <w:br/>
        <w:t>vt 0.892090 0.795410</w:t>
        <w:br/>
        <w:t>vt 0.890625 0.791138</w:t>
        <w:br/>
        <w:t>vt 0.876953 0.793335</w:t>
        <w:br/>
        <w:t>vt 0.885254 0.788086</w:t>
        <w:br/>
        <w:t>vt 0.894043 0.790405</w:t>
        <w:br/>
        <w:t>vt 0.892090 0.786865</w:t>
        <w:br/>
        <w:t>vt 0.877930 0.783447</w:t>
        <w:br/>
        <w:t>vt 0.894531 0.788452</w:t>
        <w:br/>
        <w:t>vt 0.897461 0.784546</w:t>
        <w:br/>
        <w:t>vt 0.885254 0.783813</w:t>
        <w:br/>
        <w:t>vt 0.892090 0.780640</w:t>
        <w:br/>
        <w:t>vt 0.895508 0.781738</w:t>
        <w:br/>
        <w:t>vt 0.894531 0.779785</w:t>
        <w:br/>
        <w:t>vt 0.879883 0.781494</w:t>
        <w:br/>
        <w:t>vt 0.894531 0.779785</w:t>
        <w:br/>
        <w:t>vt 0.891113 0.774170</w:t>
        <w:br/>
        <w:t>vt 0.892090 0.780640</w:t>
        <w:br/>
        <w:t>vt 0.893066 0.774414</w:t>
        <w:br/>
        <w:t>vt 0.892090 0.768433</w:t>
        <w:br/>
        <w:t>vt 0.884766 0.778809</w:t>
        <w:br/>
        <w:t>vt 0.891113 0.768066</w:t>
        <w:br/>
        <w:t>vt 0.893066 0.760864</w:t>
        <w:br/>
        <w:t>vt 0.885742 0.772583</w:t>
        <w:br/>
        <w:t>vt 0.882812 0.777832</w:t>
        <w:br/>
        <w:t>vt 0.876465 0.782593</w:t>
        <w:br/>
        <w:t>vt 0.878906 0.780396</w:t>
        <w:br/>
        <w:t>vt 0.879395 0.771606</w:t>
        <w:br/>
        <w:t>vt 0.870117 0.768555</w:t>
        <w:br/>
        <w:t>vt 0.883789 0.772095</w:t>
        <w:br/>
        <w:t>vt 0.883789 0.772095</w:t>
        <w:br/>
        <w:t>vt 0.871582 0.755981</w:t>
        <w:br/>
        <w:t>vt 0.880859 0.759399</w:t>
        <w:br/>
        <w:t>vt 0.887207 0.751709</w:t>
        <w:br/>
        <w:t>vt 0.885742 0.765381</w:t>
        <w:br/>
        <w:t>vt 0.885742 0.765381</w:t>
        <w:br/>
        <w:t>vt 0.887695 0.758057</w:t>
        <w:br/>
        <w:t>vt 0.893066 0.756226</w:t>
        <w:br/>
        <w:t>vt 0.892578 0.756592</w:t>
        <w:br/>
        <w:t>vt 0.886719 0.765991</w:t>
        <w:br/>
        <w:t>vt 0.888672 0.758667</w:t>
        <w:br/>
        <w:t>vt 0.892578 0.756592</w:t>
        <w:br/>
        <w:t>vt 0.887695 0.758057</w:t>
        <w:br/>
        <w:t>vt 0.892090 0.757812</w:t>
        <w:br/>
        <w:t>vt 0.892090 0.757812</w:t>
        <w:br/>
        <w:t>vt 0.892578 0.756592</w:t>
        <w:br/>
        <w:t>vt 0.892090 0.760376</w:t>
        <w:br/>
        <w:t>vt 0.892090 0.757812</w:t>
        <w:br/>
        <w:t>vt 0.298828 0.948120</w:t>
        <w:br/>
        <w:t>vt 0.291748 0.926697</w:t>
        <w:br/>
        <w:t>vt 0.291748 0.948120</w:t>
        <w:br/>
        <w:t>vt 0.298584 0.926025</w:t>
        <w:br/>
        <w:t>vt 0.291748 0.909607</w:t>
        <w:br/>
        <w:t>vt 0.305908 0.948120</w:t>
        <w:br/>
        <w:t>vt 0.298340 0.908997</w:t>
        <w:br/>
        <w:t>vt 0.291748 0.890015</w:t>
        <w:br/>
        <w:t>vt 0.298828 0.890015</w:t>
        <w:br/>
        <w:t>vt 0.305176 0.925415</w:t>
        <w:br/>
        <w:t>vt 0.305176 0.908691</w:t>
        <w:br/>
        <w:t>vt 0.303955 0.890015</w:t>
        <w:br/>
        <w:t>vt 0.311768 0.890015</w:t>
        <w:br/>
        <w:t>vt 0.312744 0.908447</w:t>
        <w:br/>
        <w:t>vt 0.320068 0.890015</w:t>
        <w:br/>
        <w:t>vt 0.313232 0.924927</w:t>
        <w:br/>
        <w:t>vt 0.313965 0.948120</w:t>
        <w:br/>
        <w:t>vt 0.321045 0.908264</w:t>
        <w:br/>
        <w:t>vt 0.328369 0.890015</w:t>
        <w:br/>
        <w:t>vt 0.321533 0.924316</w:t>
        <w:br/>
        <w:t>vt 0.322021 0.948120</w:t>
        <w:br/>
        <w:t>vt 0.330811 0.948120</w:t>
        <w:br/>
        <w:t>vt 0.329102 0.908325</w:t>
        <w:br/>
        <w:t>vt 0.329590 0.924194</w:t>
        <w:br/>
        <w:t>vt 0.338379 0.948120</w:t>
        <w:br/>
        <w:t>vt 0.337158 0.908203</w:t>
        <w:br/>
        <w:t>vt 0.335938 0.890015</w:t>
        <w:br/>
        <w:t>vt 0.342773 0.890015</w:t>
        <w:br/>
        <w:t>vt 0.337646 0.923767</w:t>
        <w:br/>
        <w:t>vt 0.344238 0.908264</w:t>
        <w:br/>
        <w:t>vt 0.350098 0.890015</w:t>
        <w:br/>
        <w:t>vt 0.344238 0.923889</w:t>
        <w:br/>
        <w:t>vt 0.345215 0.948120</w:t>
        <w:br/>
        <w:t>vt 0.351318 0.908386</w:t>
        <w:br/>
        <w:t>vt 0.358154 0.890015</w:t>
        <w:br/>
        <w:t>vt 0.351074 0.924194</w:t>
        <w:br/>
        <w:t>vt 0.352051 0.948120</w:t>
        <w:br/>
        <w:t>vt 0.359375 0.908691</w:t>
        <w:br/>
        <w:t>vt 0.365479 0.890015</w:t>
        <w:br/>
        <w:t>vt 0.359131 0.924622</w:t>
        <w:br/>
        <w:t>vt 0.360107 0.948120</w:t>
        <w:br/>
        <w:t>vt 0.366943 0.908936</w:t>
        <w:br/>
        <w:t>vt 0.366699 0.925171</w:t>
        <w:br/>
        <w:t>vt 0.367676 0.948120</w:t>
        <w:br/>
        <w:t>vt 0.374268 0.909119</w:t>
        <w:br/>
        <w:t>vt 0.374512 0.890015</w:t>
        <w:br/>
        <w:t>vt 0.374023 0.925659</w:t>
        <w:br/>
        <w:t>vt 0.374512 0.948120</w:t>
        <w:br/>
        <w:t>vt 0.381104 0.909119</w:t>
        <w:br/>
        <w:t>vt 0.381836 0.890015</w:t>
        <w:br/>
        <w:t>vt 0.380615 0.925964</w:t>
        <w:br/>
        <w:t>vt 0.380859 0.948120</w:t>
        <w:br/>
        <w:t>vt 0.388184 0.948120</w:t>
        <w:br/>
        <w:t>vt 0.388184 0.926270</w:t>
        <w:br/>
        <w:t>vt 0.395020 0.948120</w:t>
        <w:br/>
        <w:t>vt 0.387939 0.908997</w:t>
        <w:br/>
        <w:t>vt 0.388428 0.890015</w:t>
        <w:br/>
        <w:t>vt 0.395020 0.926086</w:t>
        <w:br/>
        <w:t>vt 0.395264 0.908813</w:t>
        <w:br/>
        <w:t>vt 0.396240 0.890015</w:t>
        <w:br/>
        <w:t>vt 0.402344 0.925781</w:t>
        <w:br/>
        <w:t>vt 0.402344 0.948120</w:t>
        <w:br/>
        <w:t>vt 0.409912 0.948120</w:t>
        <w:br/>
        <w:t>vt 0.409912 0.925171</w:t>
        <w:br/>
        <w:t>vt 0.402344 0.908386</w:t>
        <w:br/>
        <w:t>vt 0.403076 0.890015</w:t>
        <w:br/>
        <w:t>vt 0.409912 0.907776</w:t>
        <w:br/>
        <w:t>vt 0.409912 0.890015</w:t>
        <w:br/>
        <w:t>vt 0.663574 0.223633</w:t>
        <w:br/>
        <w:t>vt 0.662598 0.226074</w:t>
        <w:br/>
        <w:t>vt 0.662109 0.223633</w:t>
        <w:br/>
        <w:t>vt 0.664062 0.226074</w:t>
        <w:br/>
        <w:t>vt 0.669434 0.223633</w:t>
        <w:br/>
        <w:t>vt 0.662598 0.228516</w:t>
        <w:br/>
        <w:t>vt 0.664062 0.228027</w:t>
        <w:br/>
        <w:t>vt 0.662598 0.238281</w:t>
        <w:br/>
        <w:t>vt 0.669434 0.226074</w:t>
        <w:br/>
        <w:t>vt 0.663574 0.238281</w:t>
        <w:br/>
        <w:t>vt 0.661621 0.242188</w:t>
        <w:br/>
        <w:t>vt 0.669434 0.223633</w:t>
        <w:br/>
        <w:t>vt 0.670410 0.226074</w:t>
        <w:br/>
        <w:t>vt 0.669434 0.226074</w:t>
        <w:br/>
        <w:t>vt 0.670898 0.223633</w:t>
        <w:br/>
        <w:t>vt 0.669434 0.228027</w:t>
        <w:br/>
        <w:t>vt 0.669434 0.228027</w:t>
        <w:br/>
        <w:t>vt 0.670898 0.229004</w:t>
        <w:br/>
        <w:t>vt 0.669434 0.239258</w:t>
        <w:br/>
        <w:t>vt 0.669434 0.239258</w:t>
        <w:br/>
        <w:t>vt 0.670898 0.239746</w:t>
        <w:br/>
        <w:t>vt 0.663086 0.242676</w:t>
        <w:br/>
        <w:t>vt 0.669922 0.247559</w:t>
        <w:br/>
        <w:t>vt 0.670898 0.248047</w:t>
        <w:br/>
        <w:t>vt 0.656738 0.245117</w:t>
        <w:br/>
        <w:t>vt 0.655273 0.244141</w:t>
        <w:br/>
        <w:t>vt 0.663574 0.250488</w:t>
        <w:br/>
        <w:t>vt 0.656738 0.245117</w:t>
        <w:br/>
        <w:t>vt 0.669922 0.248535</w:t>
        <w:br/>
        <w:t>vt 0.669922 0.247559</w:t>
        <w:br/>
        <w:t>vt 0.670898 0.248047</w:t>
        <w:br/>
        <w:t>vt 0.650879 0.248047</w:t>
        <w:br/>
        <w:t>vt 0.649414 0.247559</w:t>
        <w:br/>
        <w:t>vt 0.664551 0.250977</w:t>
        <w:br/>
        <w:t>vt 0.663574 0.250488</w:t>
        <w:br/>
        <w:t>vt 0.669434 0.254883</w:t>
        <w:br/>
        <w:t>vt 0.669434 0.254883</w:t>
        <w:br/>
        <w:t>vt 0.670898 0.255371</w:t>
        <w:br/>
        <w:t>vt 0.669922 0.261719</w:t>
        <w:br/>
        <w:t>vt 0.663574 0.251465</w:t>
        <w:br/>
        <w:t>vt 0.662598 0.256836</w:t>
        <w:br/>
        <w:t>vt 0.663574 0.251465</w:t>
        <w:br/>
        <w:t>vt 0.664551 0.250977</w:t>
        <w:br/>
        <w:t>vt 0.668945 0.260742</w:t>
        <w:br/>
        <w:t>vt 0.668945 0.260742</w:t>
        <w:br/>
        <w:t>vt 0.659668 0.251953</w:t>
        <w:br/>
        <w:t>vt 0.659668 0.251953</w:t>
        <w:br/>
        <w:t>vt 0.660156 0.252930</w:t>
        <w:br/>
        <w:t>vt 0.657715 0.253906</w:t>
        <w:br/>
        <w:t>vt 0.661133 0.255859</w:t>
        <w:br/>
        <w:t>vt 0.656738 0.253418</w:t>
        <w:br/>
        <w:t>vt 0.656738 0.253418</w:t>
        <w:br/>
        <w:t>vt 0.656250 0.258301</w:t>
        <w:br/>
        <w:t>vt 0.659668 0.259766</w:t>
        <w:br/>
        <w:t>vt 0.658203 0.258301</w:t>
        <w:br/>
        <w:t>vt 0.655762 0.261230</w:t>
        <w:br/>
        <w:t>vt 0.654785 0.258301</w:t>
        <w:br/>
        <w:t>vt 0.655762 0.262207</w:t>
        <w:br/>
        <w:t>vt 0.648438 0.255859</w:t>
        <w:br/>
        <w:t>vt 0.654785 0.258301</w:t>
        <w:br/>
        <w:t>vt 0.646484 0.255371</w:t>
        <w:br/>
        <w:t>vt 0.646484 0.266602</w:t>
        <w:br/>
        <w:t>vt 0.654297 0.261719</w:t>
        <w:br/>
        <w:t>vt 0.654297 0.261719</w:t>
        <w:br/>
        <w:t>vt 0.655762 0.261230</w:t>
        <w:br/>
        <w:t>vt 0.655762 0.262207</w:t>
        <w:br/>
        <w:t>vt 0.648438 0.267090</w:t>
        <w:br/>
        <w:t>vt 0.647949 0.267578</w:t>
        <w:br/>
        <w:t>vt 0.641602 0.275391</w:t>
        <w:br/>
        <w:t>vt 0.657715 0.269043</w:t>
        <w:br/>
        <w:t>vt 0.643066 0.276367</w:t>
        <w:br/>
        <w:t>vt 0.641113 0.285156</w:t>
        <w:br/>
        <w:t>vt 0.657715 0.270020</w:t>
        <w:br/>
        <w:t>vt 0.661621 0.266113</w:t>
        <w:br/>
        <w:t>vt 0.658691 0.269531</w:t>
        <w:br/>
        <w:t>vt 0.662109 0.267090</w:t>
        <w:br/>
        <w:t>vt 0.661621 0.266113</w:t>
        <w:br/>
        <w:t>vt 0.660156 0.272461</w:t>
        <w:br/>
        <w:t>vt 0.663086 0.266113</w:t>
        <w:br/>
        <w:t>vt 0.659668 0.273926</w:t>
        <w:br/>
        <w:t>vt 0.669434 0.261719</w:t>
        <w:br/>
        <w:t>vt 0.669434 0.266602</w:t>
        <w:br/>
        <w:t>vt 0.663086 0.266113</w:t>
        <w:br/>
        <w:t>vt 0.669434 0.261719</w:t>
        <w:br/>
        <w:t>vt 0.671387 0.266602</w:t>
        <w:br/>
        <w:t>vt 0.670410 0.271973</w:t>
        <w:br/>
        <w:t>vt 0.663086 0.266113</w:t>
        <w:br/>
        <w:t>vt 0.663574 0.270020</w:t>
        <w:br/>
        <w:t>vt 0.662109 0.267090</w:t>
        <w:br/>
        <w:t>vt 0.663574 0.270020</w:t>
        <w:br/>
        <w:t>vt 0.662109 0.269531</w:t>
        <w:br/>
        <w:t>vt 0.660156 0.272461</w:t>
        <w:br/>
        <w:t>vt 0.659668 0.273926</w:t>
        <w:br/>
        <w:t>vt 0.668945 0.271973</w:t>
        <w:br/>
        <w:t>vt 0.668945 0.271973</w:t>
        <w:br/>
        <w:t>vt 0.668457 0.277832</w:t>
        <w:br/>
        <w:t>vt 0.666992 0.277344</w:t>
        <w:br/>
        <w:t>vt 0.666992 0.277344</w:t>
        <w:br/>
        <w:t>vt 0.666016 0.280762</w:t>
        <w:br/>
        <w:t>vt 0.660645 0.274902</w:t>
        <w:br/>
        <w:t>vt 0.660645 0.274902</w:t>
        <w:br/>
        <w:t>vt 0.665039 0.280273</w:t>
        <w:br/>
        <w:t>vt 0.665039 0.279297</w:t>
        <w:br/>
        <w:t>vt 0.665039 0.279297</w:t>
        <w:br/>
        <w:t>vt 0.667480 0.286133</w:t>
        <w:br/>
        <w:t>vt 0.669434 0.286133</w:t>
        <w:br/>
        <w:t>vt 0.660156 0.286621</w:t>
        <w:br/>
        <w:t>vt 0.665039 0.291992</w:t>
        <w:br/>
        <w:t>vt 0.659668 0.283691</w:t>
        <w:br/>
        <w:t>vt 0.659668 0.283691</w:t>
        <w:br/>
        <w:t>vt 0.665039 0.280273</w:t>
        <w:br/>
        <w:t>vt 0.664062 0.292480</w:t>
        <w:br/>
        <w:t>vt 0.665039 0.292480</w:t>
        <w:br/>
        <w:t>vt 0.660156 0.286621</w:t>
        <w:br/>
        <w:t>vt 0.659180 0.285645</w:t>
        <w:br/>
        <w:t>vt 0.659668 0.283691</w:t>
        <w:br/>
        <w:t>vt 0.659180 0.284668</w:t>
        <w:br/>
        <w:t>vt 0.659180 0.284668</w:t>
        <w:br/>
        <w:t>vt 0.658691 0.285156</w:t>
        <w:br/>
        <w:t>vt 0.665527 0.295410</w:t>
        <w:br/>
        <w:t>vt 0.666992 0.295410</w:t>
        <w:br/>
        <w:t>vt 0.663574 0.291992</w:t>
        <w:br/>
        <w:t>vt 0.656738 0.295898</w:t>
        <w:br/>
        <w:t>vt 0.658203 0.295410</w:t>
        <w:br/>
        <w:t>vt 0.656738 0.295898</w:t>
        <w:br/>
        <w:t>vt 0.660156 0.296875</w:t>
        <w:br/>
        <w:t>vt 0.658203 0.295410</w:t>
        <w:br/>
        <w:t>vt 0.665527 0.299805</w:t>
        <w:br/>
        <w:t>vt 0.666992 0.299805</w:t>
        <w:br/>
        <w:t>vt 0.663086 0.304688</w:t>
        <w:br/>
        <w:t>vt 0.660156 0.296875</w:t>
        <w:br/>
        <w:t>vt 0.658203 0.295898</w:t>
        <w:br/>
        <w:t>vt 0.658203 0.295410</w:t>
        <w:br/>
        <w:t>vt 0.659180 0.297363</w:t>
        <w:br/>
        <w:t>vt 0.657227 0.296387</w:t>
        <w:br/>
        <w:t>vt 0.658203 0.295898</w:t>
        <w:br/>
        <w:t>vt 0.659180 0.298340</w:t>
        <w:br/>
        <w:t>vt 0.656738 0.296387</w:t>
        <w:br/>
        <w:t>vt 0.659180 0.298340</w:t>
        <w:br/>
        <w:t>vt 0.656738 0.296387</w:t>
        <w:br/>
        <w:t>vt 0.657227 0.296387</w:t>
        <w:br/>
        <w:t>vt 0.659668 0.299316</w:t>
        <w:br/>
        <w:t>vt 0.659668 0.299316</w:t>
        <w:br/>
        <w:t>vt 0.659180 0.299316</w:t>
        <w:br/>
        <w:t>vt 0.662598 0.304199</w:t>
        <w:br/>
        <w:t>vt 0.651855 0.299316</w:t>
        <w:br/>
        <w:t>vt 0.656738 0.296387</w:t>
        <w:br/>
        <w:t>vt 0.659180 0.299316</w:t>
        <w:br/>
        <w:t>vt 0.651855 0.299316</w:t>
        <w:br/>
        <w:t>vt 0.662598 0.304688</w:t>
        <w:br/>
        <w:t>vt 0.654297 0.302246</w:t>
        <w:br/>
        <w:t>vt 0.662598 0.304688</w:t>
        <w:br/>
        <w:t>vt 0.663086 0.310059</w:t>
        <w:br/>
        <w:t>vt 0.663574 0.310059</w:t>
        <w:br/>
        <w:t>vt 0.659668 0.315430</w:t>
        <w:br/>
        <w:t>vt 0.656738 0.308105</w:t>
        <w:br/>
        <w:t>vt 0.659180 0.315430</w:t>
        <w:br/>
        <w:t>vt 0.660645 0.317383</w:t>
        <w:br/>
        <w:t>vt 0.655762 0.311523</w:t>
        <w:br/>
        <w:t>vt 0.659180 0.317383</w:t>
        <w:br/>
        <w:t>vt 0.655273 0.310547</w:t>
        <w:br/>
        <w:t>vt 0.654785 0.311523</w:t>
        <w:br/>
        <w:t>vt 0.655762 0.311523</w:t>
        <w:br/>
        <w:t>vt 0.656738 0.308105</w:t>
        <w:br/>
        <w:t>vt 0.655273 0.308594</w:t>
        <w:br/>
        <w:t>vt 0.653320 0.310059</w:t>
        <w:br/>
        <w:t>vt 0.655273 0.310547</w:t>
        <w:br/>
        <w:t>vt 0.654297 0.310059</w:t>
        <w:br/>
        <w:t>vt 0.655762 0.307617</w:t>
        <w:br/>
        <w:t>vt 0.655762 0.307617</w:t>
        <w:br/>
        <w:t>vt 0.655273 0.308594</w:t>
        <w:br/>
        <w:t>vt 0.653320 0.310059</w:t>
        <w:br/>
        <w:t>vt 0.654297 0.302246</w:t>
        <w:br/>
        <w:t>vt 0.648926 0.313965</w:t>
        <w:br/>
        <w:t>vt 0.653320 0.303223</w:t>
        <w:br/>
        <w:t>vt 0.652832 0.309570</w:t>
        <w:br/>
        <w:t>vt 0.652344 0.302246</w:t>
        <w:br/>
        <w:t>vt 0.651855 0.299316</w:t>
        <w:br/>
        <w:t>vt 0.649902 0.305176</w:t>
        <w:br/>
        <w:t>vt 0.653320 0.303223</w:t>
        <w:br/>
        <w:t>vt 0.655762 0.307617</w:t>
        <w:br/>
        <w:t>vt 0.649902 0.305176</w:t>
        <w:br/>
        <w:t>vt 0.652344 0.302246</w:t>
        <w:br/>
        <w:t>vt 0.653320 0.303223</w:t>
        <w:br/>
        <w:t>vt 0.652832 0.309570</w:t>
        <w:br/>
        <w:t>vt 0.651367 0.300293</w:t>
        <w:br/>
        <w:t>vt 0.649414 0.303711</w:t>
        <w:br/>
        <w:t>vt 0.651367 0.300293</w:t>
        <w:br/>
        <w:t>vt 0.650879 0.299316</w:t>
        <w:br/>
        <w:t>vt 0.650879 0.300781</w:t>
        <w:br/>
        <w:t>vt 0.649414 0.303711</w:t>
        <w:br/>
        <w:t>vt 0.649414 0.300293</w:t>
        <w:br/>
        <w:t>vt 0.648926 0.304688</w:t>
        <w:br/>
        <w:t>vt 0.648926 0.304688</w:t>
        <w:br/>
        <w:t>vt 0.643555 0.308594</w:t>
        <w:br/>
        <w:t>vt 0.642090 0.303711</w:t>
        <w:br/>
        <w:t>vt 0.643555 0.308594</w:t>
        <w:br/>
        <w:t>vt 0.650879 0.299316</w:t>
        <w:br/>
        <w:t>vt 0.643555 0.298828</w:t>
        <w:br/>
        <w:t>vt 0.643555 0.309570</w:t>
        <w:br/>
        <w:t>vt 0.643066 0.308594</w:t>
        <w:br/>
        <w:t>vt 0.640625 0.303223</w:t>
        <w:br/>
        <w:t>vt 0.642090 0.303711</w:t>
        <w:br/>
        <w:t>vt 0.643555 0.298828</w:t>
        <w:br/>
        <w:t>vt 0.638672 0.315918</w:t>
        <w:br/>
        <w:t>vt 0.641602 0.298828</w:t>
        <w:br/>
        <w:t>vt 0.645508 0.293457</w:t>
        <w:br/>
        <w:t>vt 0.640137 0.315918</w:t>
        <w:br/>
        <w:t>vt 0.642578 0.324219</w:t>
        <w:br/>
        <w:t>vt 0.646973 0.294434</w:t>
        <w:br/>
        <w:t>vt 0.646973 0.294434</w:t>
        <w:br/>
        <w:t>vt 0.646484 0.293457</w:t>
        <w:br/>
        <w:t>vt 0.652344 0.291016</w:t>
        <w:br/>
        <w:t>vt 0.652344 0.291016</w:t>
        <w:br/>
        <w:t>vt 0.658203 0.286621</w:t>
        <w:br/>
        <w:t>vt 0.658203 0.286621</w:t>
        <w:br/>
        <w:t>vt 0.659180 0.285645</w:t>
        <w:br/>
        <w:t>vt 0.657715 0.285156</w:t>
        <w:br/>
        <w:t>vt 0.653320 0.288574</w:t>
        <w:br/>
        <w:t>vt 0.653320 0.288574</w:t>
        <w:br/>
        <w:t>vt 0.659180 0.283203</w:t>
        <w:br/>
        <w:t>vt 0.659180 0.283203</w:t>
        <w:br/>
        <w:t>vt 0.651855 0.285156</w:t>
        <w:br/>
        <w:t>vt 0.657715 0.285156</w:t>
        <w:br/>
        <w:t>vt 0.655273 0.278809</w:t>
        <w:br/>
        <w:t>vt 0.653320 0.280762</w:t>
        <w:br/>
        <w:t>vt 0.654297 0.277832</w:t>
        <w:br/>
        <w:t>vt 0.651855 0.285156</w:t>
        <w:br/>
        <w:t>vt 0.651367 0.280762</w:t>
        <w:br/>
        <w:t>vt 0.650391 0.284668</w:t>
        <w:br/>
        <w:t>vt 0.652832 0.277832</w:t>
        <w:br/>
        <w:t>vt 0.652344 0.288574</w:t>
        <w:br/>
        <w:t>vt 0.651367 0.289062</w:t>
        <w:br/>
        <w:t>vt 0.652344 0.288574</w:t>
        <w:br/>
        <w:t>vt 0.652832 0.277832</w:t>
        <w:br/>
        <w:t>vt 0.652832 0.275391</w:t>
        <w:br/>
        <w:t>vt 0.654297 0.277832</w:t>
        <w:br/>
        <w:t>vt 0.652832 0.275391</w:t>
        <w:br/>
        <w:t>vt 0.659668 0.273926</w:t>
        <w:br/>
        <w:t>vt 0.657715 0.270020</w:t>
        <w:br/>
        <w:t>vt 0.651855 0.275879</w:t>
        <w:br/>
        <w:t>vt 0.651855 0.274902</w:t>
        <w:br/>
        <w:t>vt 0.651855 0.274902</w:t>
        <w:br/>
        <w:t>vt 0.643066 0.276367</w:t>
        <w:br/>
        <w:t>vt 0.649902 0.277832</w:t>
        <w:br/>
        <w:t>vt 0.651855 0.274902</w:t>
        <w:br/>
        <w:t>vt 0.651855 0.275879</w:t>
        <w:br/>
        <w:t>vt 0.649902 0.277832</w:t>
        <w:br/>
        <w:t>vt 0.650879 0.278320</w:t>
        <w:br/>
        <w:t>vt 0.642578 0.285156</w:t>
        <w:br/>
        <w:t>vt 0.649902 0.285156</w:t>
        <w:br/>
        <w:t>vt 0.649902 0.285156</w:t>
        <w:br/>
        <w:t>vt 0.650879 0.285156</w:t>
        <w:br/>
        <w:t>vt 0.651367 0.289062</w:t>
        <w:br/>
        <w:t>vt 0.651367 0.290039</w:t>
        <w:br/>
        <w:t>vt 0.302979 0.713867</w:t>
        <w:br/>
        <w:t>vt 0.309570 0.704834</w:t>
        <w:br/>
        <w:t>vt 0.304932 0.714355</w:t>
        <w:br/>
        <w:t>vt 0.308105 0.702637</w:t>
        <w:br/>
        <w:t>vt 0.308105 0.702637</w:t>
        <w:br/>
        <w:t>vt 0.302979 0.713867</w:t>
        <w:br/>
        <w:t>vt 0.301514 0.713379</w:t>
        <w:br/>
        <w:t>vt 0.306641 0.700439</w:t>
        <w:br/>
        <w:t>vt 0.325439 0.704834</w:t>
        <w:br/>
        <w:t>vt 0.306641 0.700439</w:t>
        <w:br/>
        <w:t>vt 0.328369 0.700439</w:t>
        <w:br/>
        <w:t>vt 0.308105 0.702637</w:t>
        <w:br/>
        <w:t>vt 0.332764 0.713379</w:t>
        <w:br/>
        <w:t>vt 0.329834 0.714355</w:t>
        <w:br/>
        <w:t>vt 0.327148 0.702637</w:t>
        <w:br/>
        <w:t>vt 0.327148 0.702637</w:t>
        <w:br/>
        <w:t>vt 0.328369 0.700439</w:t>
        <w:br/>
        <w:t>vt 0.334717 0.712891</w:t>
        <w:br/>
        <w:t>vt 0.327148 0.702637</w:t>
        <w:br/>
        <w:t>vt 0.332764 0.713379</w:t>
        <w:br/>
        <w:t>vt 0.309570 0.704834</w:t>
        <w:br/>
        <w:t>vt 0.302979 0.713867</w:t>
        <w:br/>
        <w:t>vt 0.304932 0.714355</w:t>
        <w:br/>
        <w:t>vt 0.308105 0.702637</w:t>
        <w:br/>
        <w:t>vt 0.308105 0.702637</w:t>
        <w:br/>
        <w:t>vt 0.301514 0.713379</w:t>
        <w:br/>
        <w:t>vt 0.302979 0.713867</w:t>
        <w:br/>
        <w:t>vt 0.306641 0.700439</w:t>
        <w:br/>
        <w:t>vt 0.325439 0.704834</w:t>
        <w:br/>
        <w:t>vt 0.328369 0.700439</w:t>
        <w:br/>
        <w:t>vt 0.306641 0.700439</w:t>
        <w:br/>
        <w:t>vt 0.308105 0.702637</w:t>
        <w:br/>
        <w:t>vt 0.327148 0.702637</w:t>
        <w:br/>
        <w:t>vt 0.327148 0.702637</w:t>
        <w:br/>
        <w:t>vt 0.332764 0.713379</w:t>
        <w:br/>
        <w:t>vt 0.332764 0.713379</w:t>
        <w:br/>
        <w:t>vt 0.328369 0.700439</w:t>
        <w:br/>
        <w:t>vt 0.327148 0.702637</w:t>
        <w:br/>
        <w:t>vt 0.329834 0.714355</w:t>
        <w:br/>
        <w:t>vt 0.334717 0.712891</w:t>
        <w:br/>
        <w:t>vt 0.767090 0.599121</w:t>
        <w:br/>
        <w:t>vt 0.766113 0.605957</w:t>
        <w:br/>
        <w:t>vt 0.770020 0.602295</w:t>
        <w:br/>
        <w:t>vt 0.763184 0.611084</w:t>
        <w:br/>
        <w:t>vt 0.774902 0.613037</w:t>
        <w:br/>
        <w:t>vt 0.778809 0.609131</w:t>
        <w:br/>
        <w:t>vt 0.771973 0.617676</w:t>
        <w:br/>
        <w:t>vt 0.776367 0.614258</w:t>
        <w:br/>
        <w:t>vt 0.780273 0.610596</w:t>
        <w:br/>
        <w:t>vt 0.773438 0.619141</w:t>
        <w:br/>
        <w:t>vt 0.777832 0.615723</w:t>
        <w:br/>
        <w:t>vt 0.781738 0.612061</w:t>
        <w:br/>
        <w:t>vt 0.774902 0.620361</w:t>
        <w:br/>
        <w:t>vt 0.790039 0.625977</w:t>
        <w:br/>
        <w:t>vt 0.781738 0.612061</w:t>
        <w:br/>
        <w:t>vt 0.793945 0.622070</w:t>
        <w:br/>
        <w:t>vt 0.786621 0.629883</w:t>
        <w:br/>
        <w:t>vt 0.791504 0.627197</w:t>
        <w:br/>
        <w:t>vt 0.791504 0.627197</w:t>
        <w:br/>
        <w:t>vt 0.795410 0.623535</w:t>
        <w:br/>
        <w:t>vt 0.788086 0.631104</w:t>
        <w:br/>
        <w:t>vt 0.792969 0.628418</w:t>
        <w:br/>
        <w:t>vt 0.792969 0.628418</w:t>
        <w:br/>
        <w:t>vt 0.796387 0.625000</w:t>
        <w:br/>
        <w:t>vt 0.789551 0.632324</w:t>
        <w:br/>
        <w:t>vt 0.801758 0.635498</w:t>
        <w:br/>
        <w:t>vt 0.801758 0.635498</w:t>
        <w:br/>
        <w:t>vt 0.804688 0.632568</w:t>
        <w:br/>
        <w:t>vt 0.798828 0.638672</w:t>
        <w:br/>
        <w:t>vt 0.807617 0.636230</w:t>
        <w:br/>
        <w:t>vt 0.803711 0.640625</w:t>
        <w:br/>
        <w:t>vt 0.806152 0.639160</w:t>
        <w:br/>
        <w:t>vt 0.811035 0.664795</w:t>
        <w:br/>
        <w:t>vt 0.808594 0.660889</w:t>
        <w:br/>
        <w:t>vt 0.811523 0.662598</w:t>
        <w:br/>
        <w:t>vt 0.808105 0.664551</w:t>
        <w:br/>
        <w:t>vt 0.808105 0.664551</w:t>
        <w:br/>
        <w:t>vt 0.804688 0.660400</w:t>
        <w:br/>
        <w:t>vt 0.808594 0.660889</w:t>
        <w:br/>
        <w:t>vt 0.811035 0.668213</w:t>
        <w:br/>
        <w:t>vt 0.805176 0.664551</w:t>
        <w:br/>
        <w:t>vt 0.804688 0.660400</w:t>
        <w:br/>
        <w:t>vt 0.805176 0.664551</w:t>
        <w:br/>
        <w:t>vt 0.802734 0.665039</w:t>
        <w:br/>
        <w:t>vt 0.808594 0.668213</w:t>
        <w:br/>
        <w:t>vt 0.811523 0.670410</w:t>
        <w:br/>
        <w:t>vt 0.805664 0.668457</w:t>
        <w:br/>
        <w:t>vt 0.808594 0.668213</w:t>
        <w:br/>
        <w:t>vt 0.808594 0.671143</w:t>
        <w:br/>
        <w:t>vt 0.808594 0.671143</w:t>
        <w:br/>
        <w:t>vt 0.812012 0.674316</w:t>
        <w:br/>
        <w:t>vt 0.805664 0.668457</w:t>
        <w:br/>
        <w:t>vt 0.802734 0.668457</w:t>
        <w:br/>
        <w:t>vt 0.809082 0.674561</w:t>
        <w:br/>
        <w:t>vt 0.811523 0.678711</w:t>
        <w:br/>
        <w:t>vt 0.801758 0.662354</w:t>
        <w:br/>
        <w:t>vt 0.799316 0.665771</w:t>
        <w:br/>
        <w:t>vt 0.801758 0.662354</w:t>
        <w:br/>
        <w:t>vt 0.802734 0.665039</w:t>
        <w:br/>
        <w:t>vt 0.798828 0.663818</w:t>
        <w:br/>
        <w:t>vt 0.802734 0.668457</w:t>
        <w:br/>
        <w:t>vt 0.799805 0.668945</w:t>
        <w:br/>
        <w:t>vt 0.800293 0.670654</w:t>
        <w:br/>
        <w:t>vt 0.803223 0.670898</w:t>
        <w:br/>
        <w:t>vt 0.803223 0.670898</w:t>
        <w:br/>
        <w:t>vt 0.799805 0.674072</w:t>
        <w:br/>
        <w:t>vt 0.805664 0.671387</w:t>
        <w:br/>
        <w:t>vt 0.805664 0.671387</w:t>
        <w:br/>
        <w:t>vt 0.809082 0.674561</w:t>
        <w:br/>
        <w:t>vt 0.803223 0.674316</w:t>
        <w:br/>
        <w:t>vt 0.803223 0.674316</w:t>
        <w:br/>
        <w:t>vt 0.800293 0.677979</w:t>
        <w:br/>
        <w:t>vt 0.806152 0.674561</w:t>
        <w:br/>
        <w:t>vt 0.806152 0.674561</w:t>
        <w:br/>
        <w:t>vt 0.808594 0.678711</w:t>
        <w:br/>
        <w:t>vt 0.811035 0.681152</w:t>
        <w:br/>
        <w:t>vt 0.808594 0.678711</w:t>
        <w:br/>
        <w:t>vt 0.803223 0.677979</w:t>
        <w:br/>
        <w:t>vt 0.803223 0.677979</w:t>
        <w:br/>
        <w:t>vt 0.805664 0.678467</w:t>
        <w:br/>
        <w:t>vt 0.805664 0.678467</w:t>
        <w:br/>
        <w:t>vt 0.805664 0.681641</w:t>
        <w:br/>
        <w:t>vt 0.805664 0.681641</w:t>
        <w:br/>
        <w:t>vt 0.803223 0.680908</w:t>
        <w:br/>
        <w:t>vt 0.803223 0.680908</w:t>
        <w:br/>
        <w:t>vt 0.800293 0.680176</w:t>
        <w:br/>
        <w:t>vt 0.799805 0.683105</w:t>
        <w:br/>
        <w:t>vt 0.808594 0.681641</w:t>
        <w:br/>
        <w:t>vt 0.808594 0.681641</w:t>
        <w:br/>
        <w:t>vt 0.808105 0.685303</w:t>
        <w:br/>
        <w:t>vt 0.808105 0.685303</w:t>
        <w:br/>
        <w:t>vt 0.802734 0.684082</w:t>
        <w:br/>
        <w:t>vt 0.798828 0.686523</w:t>
        <w:br/>
        <w:t>vt 0.801758 0.688232</w:t>
        <w:br/>
        <w:t>vt 0.805176 0.685303</w:t>
        <w:br/>
        <w:t>vt 0.802734 0.684082</w:t>
        <w:br/>
        <w:t>vt 0.801758 0.688232</w:t>
        <w:br/>
        <w:t>vt 0.805176 0.685303</w:t>
        <w:br/>
        <w:t>vt 0.804199 0.690674</w:t>
        <w:br/>
        <w:t>vt 0.804199 0.690674</w:t>
        <w:br/>
        <w:t>vt 0.811035 0.684570</w:t>
        <w:br/>
        <w:t>vt 0.811035 0.688477</w:t>
        <w:br/>
        <w:t>vt 0.807617 0.690430</w:t>
        <w:br/>
        <w:t>vt 0.807617 0.690430</w:t>
        <w:br/>
        <w:t>vt 0.213623 0.817993</w:t>
        <w:br/>
        <w:t>vt 0.211548 0.820190</w:t>
        <w:br/>
        <w:t>vt 0.211548 0.817993</w:t>
        <w:br/>
        <w:t>vt 0.213623 0.820190</w:t>
        <w:br/>
        <w:t>vt 0.215942 0.817993</w:t>
        <w:br/>
        <w:t>vt 0.213623 0.820190</w:t>
        <w:br/>
        <w:t>vt 0.213623 0.817993</w:t>
        <w:br/>
        <w:t>vt 0.211548 0.822632</w:t>
        <w:br/>
        <w:t>vt 0.215942 0.820190</w:t>
        <w:br/>
        <w:t>vt 0.215942 0.817993</w:t>
        <w:br/>
        <w:t>vt 0.218140 0.820190</w:t>
        <w:br/>
        <w:t>vt 0.215942 0.820190</w:t>
        <w:br/>
        <w:t>vt 0.213623 0.822632</w:t>
        <w:br/>
        <w:t>vt 0.211548 0.824951</w:t>
        <w:br/>
        <w:t>vt 0.215942 0.822632</w:t>
        <w:br/>
        <w:t>vt 0.213623 0.822632</w:t>
        <w:br/>
        <w:t>vt 0.213623 0.824951</w:t>
        <w:br/>
        <w:t>vt 0.213623 0.824951</w:t>
        <w:br/>
        <w:t>vt 0.211548 0.827271</w:t>
        <w:br/>
        <w:t>vt 0.218140 0.822632</w:t>
        <w:br/>
        <w:t>vt 0.215942 0.822632</w:t>
        <w:br/>
        <w:t>vt 0.213623 0.827271</w:t>
        <w:br/>
        <w:t>vt 0.211548 0.830078</w:t>
        <w:br/>
        <w:t>vt 0.215942 0.824951</w:t>
        <w:br/>
        <w:t>vt 0.213623 0.827271</w:t>
        <w:br/>
        <w:t>vt 0.218140 0.817993</w:t>
        <w:br/>
        <w:t>vt 0.218140 0.817993</w:t>
        <w:br/>
        <w:t>vt 0.220459 0.820190</w:t>
        <w:br/>
        <w:t>vt 0.218140 0.820190</w:t>
        <w:br/>
        <w:t>vt 0.220459 0.817993</w:t>
        <w:br/>
        <w:t>vt 0.218140 0.822632</w:t>
        <w:br/>
        <w:t>vt 0.220459 0.822632</w:t>
        <w:br/>
        <w:t>vt 0.220459 0.824951</w:t>
        <w:br/>
        <w:t>vt 0.218140 0.824951</w:t>
        <w:br/>
        <w:t>vt 0.218140 0.824951</w:t>
        <w:br/>
        <w:t>vt 0.215942 0.824951</w:t>
        <w:br/>
        <w:t>vt 0.220459 0.827271</w:t>
        <w:br/>
        <w:t>vt 0.218140 0.827271</w:t>
        <w:br/>
        <w:t>vt 0.218140 0.827271</w:t>
        <w:br/>
        <w:t>vt 0.220459 0.830078</w:t>
        <w:br/>
        <w:t>vt 0.215942 0.827271</w:t>
        <w:br/>
        <w:t>vt 0.215942 0.827271</w:t>
        <w:br/>
        <w:t>vt 0.218140 0.830078</w:t>
        <w:br/>
        <w:t>vt 0.218140 0.830078</w:t>
        <w:br/>
        <w:t>vt 0.218140 0.833008</w:t>
        <w:br/>
        <w:t>vt 0.215942 0.830078</w:t>
        <w:br/>
        <w:t>vt 0.218140 0.833008</w:t>
        <w:br/>
        <w:t>vt 0.213623 0.830078</w:t>
        <w:br/>
        <w:t>vt 0.215942 0.830078</w:t>
        <w:br/>
        <w:t>vt 0.213623 0.830078</w:t>
        <w:br/>
        <w:t>vt 0.211548 0.833008</w:t>
        <w:br/>
        <w:t>vt 0.215942 0.833008</w:t>
        <w:br/>
        <w:t>vt 0.215942 0.833008</w:t>
        <w:br/>
        <w:t>vt 0.213623 0.833008</w:t>
        <w:br/>
        <w:t>vt 0.213623 0.833008</w:t>
        <w:br/>
        <w:t>vt 0.213623 0.835815</w:t>
        <w:br/>
        <w:t>vt 0.213623 0.835815</w:t>
        <w:br/>
        <w:t>vt 0.213623 0.833008</w:t>
        <w:br/>
        <w:t>vt 0.215942 0.833008</w:t>
        <w:br/>
        <w:t>vt 0.220459 0.833008</w:t>
        <w:br/>
        <w:t>vt 0.220459 0.835815</w:t>
        <w:br/>
        <w:t>vt 0.218140 0.833008</w:t>
        <w:br/>
        <w:t>vt 0.220459 0.833008</w:t>
        <w:br/>
        <w:t>vt 0.211548 0.835815</w:t>
        <w:br/>
        <w:t>vt 0.211548 0.838135</w:t>
        <w:br/>
        <w:t>vt 0.213623 0.838135</w:t>
        <w:br/>
        <w:t>vt 0.215942 0.838135</w:t>
        <w:br/>
        <w:t>vt 0.213623 0.838135</w:t>
        <w:br/>
        <w:t>vt 0.215942 0.835815</w:t>
        <w:br/>
        <w:t>vt 0.215942 0.835815</w:t>
        <w:br/>
        <w:t>vt 0.218140 0.838135</w:t>
        <w:br/>
        <w:t>vt 0.215942 0.838135</w:t>
        <w:br/>
        <w:t>vt 0.218140 0.835815</w:t>
        <w:br/>
        <w:t>vt 0.218140 0.835815</w:t>
        <w:br/>
        <w:t>vt 0.220459 0.838135</w:t>
        <w:br/>
        <w:t>vt 0.220459 0.838135</w:t>
        <w:br/>
        <w:t>vt 0.218140 0.838135</w:t>
        <w:br/>
        <w:t>vt 0.269531 0.711182</w:t>
        <w:br/>
        <w:t>vt 0.264160 0.711914</w:t>
        <w:br/>
        <w:t>vt 0.264160 0.711182</w:t>
        <w:br/>
        <w:t>vt 0.269531 0.711914</w:t>
        <w:br/>
        <w:t>vt 0.277100 0.711182</w:t>
        <w:br/>
        <w:t>vt 0.264160 0.711914</w:t>
        <w:br/>
        <w:t>vt 0.269531 0.711914</w:t>
        <w:br/>
        <w:t>vt 0.264160 0.714844</w:t>
        <w:br/>
        <w:t>vt 0.277100 0.711914</w:t>
        <w:br/>
        <w:t>vt 0.282959 0.711182</w:t>
        <w:br/>
        <w:t>vt 0.269531 0.714844</w:t>
        <w:br/>
        <w:t>vt 0.277100 0.711914</w:t>
        <w:br/>
        <w:t>vt 0.264160 0.714844</w:t>
        <w:br/>
        <w:t>vt 0.269531 0.715576</w:t>
        <w:br/>
        <w:t>vt 0.264160 0.715576</w:t>
        <w:br/>
        <w:t>vt 0.269531 0.714844</w:t>
        <w:br/>
        <w:t>vt 0.277100 0.715576</w:t>
        <w:br/>
        <w:t>vt 0.277100 0.714844</w:t>
        <w:br/>
        <w:t>vt 0.277100 0.714844</w:t>
        <w:br/>
        <w:t>vt 0.282959 0.715576</w:t>
        <w:br/>
        <w:t>vt 0.282959 0.711914</w:t>
        <w:br/>
        <w:t>vt 0.288574 0.711182</w:t>
        <w:br/>
        <w:t>vt 0.282959 0.714844</w:t>
        <w:br/>
        <w:t>vt 0.282959 0.714844</w:t>
        <w:br/>
        <w:t>vt 0.282959 0.711914</w:t>
        <w:br/>
        <w:t>vt 0.288574 0.715576</w:t>
        <w:br/>
        <w:t>vt 0.288574 0.711914</w:t>
        <w:br/>
        <w:t>vt 0.288574 0.711914</w:t>
        <w:br/>
        <w:t>vt 0.293457 0.711914</w:t>
        <w:br/>
        <w:t>vt 0.293457 0.711182</w:t>
        <w:br/>
        <w:t>vt 0.288574 0.714844</w:t>
        <w:br/>
        <w:t>vt 0.293457 0.711914</w:t>
        <w:br/>
        <w:t>vt 0.288574 0.714844</w:t>
        <w:br/>
        <w:t>vt 0.293457 0.714844</w:t>
        <w:br/>
        <w:t>vt 0.293457 0.714844</w:t>
        <w:br/>
        <w:t>vt 0.293457 0.715576</w:t>
        <w:br/>
        <w:t>vt 0.292725 0.832153</w:t>
        <w:br/>
        <w:t>vt 0.301025 0.832153</w:t>
        <w:br/>
        <w:t>vt 0.301025 0.832764</w:t>
        <w:br/>
        <w:t>vt 0.292725 0.832764</w:t>
        <w:br/>
        <w:t>vt 0.282227 0.832153</w:t>
        <w:br/>
        <w:t>vt 0.301025 0.836426</w:t>
        <w:br/>
        <w:t>vt 0.292725 0.832764</w:t>
        <w:br/>
        <w:t>vt 0.301025 0.832764</w:t>
        <w:br/>
        <w:t>vt 0.282227 0.832764</w:t>
        <w:br/>
        <w:t>vt 0.271729 0.832153</w:t>
        <w:br/>
        <w:t>vt 0.292725 0.836426</w:t>
        <w:br/>
        <w:t>vt 0.282227 0.832764</w:t>
        <w:br/>
        <w:t>vt 0.292725 0.837036</w:t>
        <w:br/>
        <w:t>vt 0.301025 0.836426</w:t>
        <w:br/>
        <w:t>vt 0.301025 0.837036</w:t>
        <w:br/>
        <w:t>vt 0.292725 0.836426</w:t>
        <w:br/>
        <w:t>vt 0.282227 0.837036</w:t>
        <w:br/>
        <w:t>vt 0.282227 0.836426</w:t>
        <w:br/>
        <w:t>vt 0.282227 0.836426</w:t>
        <w:br/>
        <w:t>vt 0.271729 0.837036</w:t>
        <w:br/>
        <w:t>vt 0.271729 0.832764</w:t>
        <w:br/>
        <w:t>vt 0.271729 0.832764</w:t>
        <w:br/>
        <w:t>vt 0.271729 0.836426</w:t>
        <w:br/>
        <w:t>vt 0.271729 0.836426</w:t>
        <w:br/>
        <w:t>vt 0.268311 0.837036</w:t>
        <w:br/>
        <w:t>vt 0.268311 0.836426</w:t>
        <w:br/>
        <w:t>vt 0.268311 0.832764</w:t>
        <w:br/>
        <w:t>vt 0.268311 0.836426</w:t>
        <w:br/>
        <w:t>vt 0.268311 0.832764</w:t>
        <w:br/>
        <w:t>vt 0.268311 0.832153</w:t>
        <w:br/>
        <w:t>vt 0.973633 0.525391</w:t>
        <w:br/>
        <w:t>vt 0.973145 0.531250</w:t>
        <w:br/>
        <w:t>vt 0.973145 0.525391</w:t>
        <w:br/>
        <w:t>vt 0.973633 0.531250</w:t>
        <w:br/>
        <w:t>vt 0.973145 0.538574</w:t>
        <w:br/>
        <w:t>vt 0.977051 0.525391</w:t>
        <w:br/>
        <w:t>vt 0.973633 0.531250</w:t>
        <w:br/>
        <w:t>vt 0.973633 0.525391</w:t>
        <w:br/>
        <w:t>vt 0.977539 0.525391</w:t>
        <w:br/>
        <w:t>vt 0.977539 0.531250</w:t>
        <w:br/>
        <w:t>vt 0.977051 0.525391</w:t>
        <w:br/>
        <w:t>vt 0.977051 0.531250</w:t>
        <w:br/>
        <w:t>vt 0.977051 0.531250</w:t>
        <w:br/>
        <w:t>vt 0.977539 0.538574</w:t>
        <w:br/>
        <w:t>vt 0.973633 0.538574</w:t>
        <w:br/>
        <w:t>vt 0.973633 0.538574</w:t>
        <w:br/>
        <w:t>vt 0.977051 0.538574</w:t>
        <w:br/>
        <w:t>vt 0.977051 0.538574</w:t>
        <w:br/>
        <w:t>vt 0.977539 0.544678</w:t>
        <w:br/>
        <w:t>vt 0.973633 0.544678</w:t>
        <w:br/>
        <w:t>vt 0.973633 0.544678</w:t>
        <w:br/>
        <w:t>vt 0.973145 0.544678</w:t>
        <w:br/>
        <w:t>vt 0.977051 0.544678</w:t>
        <w:br/>
        <w:t>vt 0.977051 0.544678</w:t>
        <w:br/>
        <w:t>vt 0.977051 0.551025</w:t>
        <w:br/>
        <w:t>vt 0.977051 0.551025</w:t>
        <w:br/>
        <w:t>vt 0.977539 0.551025</w:t>
        <w:br/>
        <w:t>vt 0.977539 0.555664</w:t>
        <w:br/>
        <w:t>vt 0.977051 0.555664</w:t>
        <w:br/>
        <w:t>vt 0.973633 0.555664</w:t>
        <w:br/>
        <w:t>vt 0.977051 0.555664</w:t>
        <w:br/>
        <w:t>vt 0.973633 0.551025</w:t>
        <w:br/>
        <w:t>vt 0.973633 0.551025</w:t>
        <w:br/>
        <w:t>vt 0.973145 0.551025</w:t>
        <w:br/>
        <w:t>vt 0.973633 0.555664</w:t>
        <w:br/>
        <w:t>vt 0.973145 0.555664</w:t>
        <w:br/>
        <w:t>vt 0.862305 0.435059</w:t>
        <w:br/>
        <w:t>vt 0.857422 0.435059</w:t>
        <w:br/>
        <w:t>vt 0.862305 0.434082</w:t>
        <w:br/>
        <w:t>vt 0.857422 0.434082</w:t>
        <w:br/>
        <w:t>vt 0.848145 0.435059</w:t>
        <w:br/>
        <w:t>vt 0.857422 0.434082</w:t>
        <w:br/>
        <w:t>vt 0.862305 0.430176</w:t>
        <w:br/>
        <w:t>vt 0.862305 0.434082</w:t>
        <w:br/>
        <w:t>vt 0.862305 0.430176</w:t>
        <w:br/>
        <w:t>vt 0.857422 0.429688</w:t>
        <w:br/>
        <w:t>vt 0.862305 0.429688</w:t>
        <w:br/>
        <w:t>vt 0.857422 0.430176</w:t>
        <w:br/>
        <w:t>vt 0.857422 0.430176</w:t>
        <w:br/>
        <w:t>vt 0.848145 0.429688</w:t>
        <w:br/>
        <w:t>vt 0.848145 0.430176</w:t>
        <w:br/>
        <w:t>vt 0.848145 0.430176</w:t>
        <w:br/>
        <w:t>vt 0.848145 0.434082</w:t>
        <w:br/>
        <w:t>vt 0.848145 0.434082</w:t>
        <w:br/>
        <w:t>vt 0.837402 0.434082</w:t>
        <w:br/>
        <w:t>vt 0.837402 0.434082</w:t>
        <w:br/>
        <w:t>vt 0.837402 0.435059</w:t>
        <w:br/>
        <w:t>vt 0.829590 0.435059</w:t>
        <w:br/>
        <w:t>vt 0.837402 0.430176</w:t>
        <w:br/>
        <w:t>vt 0.837402 0.430176</w:t>
        <w:br/>
        <w:t>vt 0.837402 0.429688</w:t>
        <w:br/>
        <w:t>vt 0.829590 0.429688</w:t>
        <w:br/>
        <w:t>vt 0.829590 0.434082</w:t>
        <w:br/>
        <w:t>vt 0.829590 0.434082</w:t>
        <w:br/>
        <w:t>vt 0.826172 0.434082</w:t>
        <w:br/>
        <w:t>vt 0.826172 0.435059</w:t>
        <w:br/>
        <w:t>vt 0.829590 0.430176</w:t>
        <w:br/>
        <w:t>vt 0.826172 0.434082</w:t>
        <w:br/>
        <w:t>vt 0.829590 0.430176</w:t>
        <w:br/>
        <w:t>vt 0.826172 0.430176</w:t>
        <w:br/>
        <w:t>vt 0.826172 0.430176</w:t>
        <w:br/>
        <w:t>vt 0.826172 0.429688</w:t>
        <w:br/>
        <w:t>vt 0.362061 0.797852</w:t>
        <w:br/>
        <w:t>vt 0.369141 0.797241</w:t>
        <w:br/>
        <w:t>vt 0.369141 0.797852</w:t>
        <w:br/>
        <w:t>vt 0.362061 0.797241</w:t>
        <w:br/>
        <w:t>vt 0.351074 0.797852</w:t>
        <w:br/>
        <w:t>vt 0.369141 0.794312</w:t>
        <w:br/>
        <w:t>vt 0.369141 0.797241</w:t>
        <w:br/>
        <w:t>vt 0.362061 0.797241</w:t>
        <w:br/>
        <w:t>vt 0.351074 0.797241</w:t>
        <w:br/>
        <w:t>vt 0.342041 0.797852</w:t>
        <w:br/>
        <w:t>vt 0.362061 0.794312</w:t>
        <w:br/>
        <w:t>vt 0.351074 0.797241</w:t>
        <w:br/>
        <w:t>vt 0.369141 0.794312</w:t>
        <w:br/>
        <w:t>vt 0.362061 0.793579</w:t>
        <w:br/>
        <w:t>vt 0.369141 0.793579</w:t>
        <w:br/>
        <w:t>vt 0.362061 0.794312</w:t>
        <w:br/>
        <w:t>vt 0.351074 0.793579</w:t>
        <w:br/>
        <w:t>vt 0.351074 0.794312</w:t>
        <w:br/>
        <w:t>vt 0.351074 0.794312</w:t>
        <w:br/>
        <w:t>vt 0.342041 0.797241</w:t>
        <w:br/>
        <w:t>vt 0.342041 0.797241</w:t>
        <w:br/>
        <w:t>vt 0.337402 0.797241</w:t>
        <w:br/>
        <w:t>vt 0.337402 0.797852</w:t>
        <w:br/>
        <w:t>vt 0.337402 0.794312</w:t>
        <w:br/>
        <w:t>vt 0.337402 0.797241</w:t>
        <w:br/>
        <w:t>vt 0.342041 0.794312</w:t>
        <w:br/>
        <w:t>vt 0.342041 0.794312</w:t>
        <w:br/>
        <w:t>vt 0.342041 0.793579</w:t>
        <w:br/>
        <w:t>vt 0.337402 0.794312</w:t>
        <w:br/>
        <w:t>vt 0.337402 0.793579</w:t>
        <w:br/>
        <w:t>vt 0.430664 0.367188</w:t>
        <w:br/>
        <w:t>vt 0.429443 0.363770</w:t>
        <w:br/>
        <w:t>vt 0.429443 0.367188</w:t>
        <w:br/>
        <w:t>vt 0.430664 0.363770</w:t>
        <w:br/>
        <w:t>vt 0.429443 0.359375</w:t>
        <w:br/>
        <w:t>vt 0.431885 0.367188</w:t>
        <w:br/>
        <w:t>vt 0.430664 0.363770</w:t>
        <w:br/>
        <w:t>vt 0.430664 0.367188</w:t>
        <w:br/>
        <w:t>vt 0.430664 0.359375</w:t>
        <w:br/>
        <w:t>vt 0.429443 0.354492</w:t>
        <w:br/>
        <w:t>vt 0.431885 0.363281</w:t>
        <w:br/>
        <w:t>vt 0.430664 0.359375</w:t>
        <w:br/>
        <w:t>vt 0.430664 0.354492</w:t>
        <w:br/>
        <w:t>vt 0.429443 0.349609</w:t>
        <w:br/>
        <w:t>vt 0.431885 0.359375</w:t>
        <w:br/>
        <w:t>vt 0.430664 0.354492</w:t>
        <w:br/>
        <w:t>vt 0.431885 0.363281</w:t>
        <w:br/>
        <w:t>vt 0.431885 0.367188</w:t>
        <w:br/>
        <w:t>vt 0.433105 0.363281</w:t>
        <w:br/>
        <w:t>vt 0.433105 0.367188</w:t>
        <w:br/>
        <w:t>vt 0.434570 0.367188</w:t>
        <w:br/>
        <w:t>vt 0.434570 0.364258</w:t>
        <w:br/>
        <w:t>vt 0.433105 0.367188</w:t>
        <w:br/>
        <w:t>vt 0.433105 0.363281</w:t>
        <w:br/>
        <w:t>vt 0.434570 0.359375</w:t>
        <w:br/>
        <w:t>vt 0.433105 0.359375</w:t>
        <w:br/>
        <w:t>vt 0.431885 0.359375</w:t>
        <w:br/>
        <w:t>vt 0.433105 0.359375</w:t>
        <w:br/>
        <w:t>vt 0.434570 0.354492</w:t>
        <w:br/>
        <w:t>vt 0.433105 0.354492</w:t>
        <w:br/>
        <w:t>vt 0.433105 0.354492</w:t>
        <w:br/>
        <w:t>vt 0.434570 0.349609</w:t>
        <w:br/>
        <w:t>vt 0.431885 0.354492</w:t>
        <w:br/>
        <w:t>vt 0.431885 0.354492</w:t>
        <w:br/>
        <w:t>vt 0.433105 0.349609</w:t>
        <w:br/>
        <w:t>vt 0.433105 0.349609</w:t>
        <w:br/>
        <w:t>vt 0.430664 0.350098</w:t>
        <w:br/>
        <w:t>vt 0.430664 0.350098</w:t>
        <w:br/>
        <w:t>vt 0.431885 0.350098</w:t>
        <w:br/>
        <w:t>vt 0.431885 0.350098</w:t>
        <w:br/>
        <w:t>vt 0.432861 0.347168</w:t>
        <w:br/>
        <w:t>vt 0.434570 0.347168</w:t>
        <w:br/>
        <w:t>vt 0.431885 0.347168</w:t>
        <w:br/>
        <w:t>vt 0.431885 0.347168</w:t>
        <w:br/>
        <w:t>vt 0.432861 0.347168</w:t>
        <w:br/>
        <w:t>vt 0.430420 0.347168</w:t>
        <w:br/>
        <w:t>vt 0.430420 0.347168</w:t>
        <w:br/>
        <w:t>vt 0.429443 0.347168</w:t>
        <w:br/>
        <w:t>vt 0.431885 0.344727</w:t>
        <w:br/>
        <w:t>vt 0.431885 0.344727</w:t>
        <w:br/>
        <w:t>vt 0.430420 0.347168</w:t>
        <w:br/>
        <w:t>vt 0.431885 0.347168</w:t>
        <w:br/>
        <w:t>vt 0.434570 0.347168</w:t>
        <w:br/>
        <w:t>vt 0.433105 0.344238</w:t>
        <w:br/>
        <w:t>vt 0.432861 0.347168</w:t>
        <w:br/>
        <w:t>vt 0.433105 0.344238</w:t>
        <w:br/>
        <w:t>vt 0.434570 0.344238</w:t>
        <w:br/>
        <w:t>vt 0.430664 0.344238</w:t>
        <w:br/>
        <w:t>vt 0.430664 0.344238</w:t>
        <w:br/>
        <w:t>vt 0.429443 0.344238</w:t>
        <w:br/>
        <w:t>vt 0.429443 0.340332</w:t>
        <w:br/>
        <w:t>vt 0.433105 0.340820</w:t>
        <w:br/>
        <w:t>vt 0.433105 0.340820</w:t>
        <w:br/>
        <w:t>vt 0.434570 0.340332</w:t>
        <w:br/>
        <w:t>vt 0.431885 0.340820</w:t>
        <w:br/>
        <w:t>vt 0.431885 0.340820</w:t>
        <w:br/>
        <w:t>vt 0.430664 0.340820</w:t>
        <w:br/>
        <w:t>vt 0.430664 0.340820</w:t>
        <w:br/>
        <w:t>vt 0.429443 0.336914</w:t>
        <w:br/>
        <w:t>vt 0.433105 0.336914</w:t>
        <w:br/>
        <w:t>vt 0.433105 0.336914</w:t>
        <w:br/>
        <w:t>vt 0.434570 0.336426</w:t>
        <w:br/>
        <w:t>vt 0.431885 0.336914</w:t>
        <w:br/>
        <w:t>vt 0.431885 0.336914</w:t>
        <w:br/>
        <w:t>vt 0.430664 0.336426</w:t>
        <w:br/>
        <w:t>vt 0.430664 0.336426</w:t>
        <w:br/>
        <w:t>vt 0.430664 0.332031</w:t>
        <w:br/>
        <w:t>vt 0.431885 0.332031</w:t>
        <w:br/>
        <w:t>vt 0.430664 0.332031</w:t>
        <w:br/>
        <w:t>vt 0.431885 0.332031</w:t>
        <w:br/>
        <w:t>vt 0.429443 0.332031</w:t>
        <w:br/>
        <w:t>vt 0.433105 0.332031</w:t>
        <w:br/>
        <w:t>vt 0.433105 0.332031</w:t>
        <w:br/>
        <w:t>vt 0.434570 0.332031</w:t>
        <w:br/>
        <w:t>vt 0.430664 0.328125</w:t>
        <w:br/>
        <w:t>vt 0.430664 0.328125</w:t>
        <w:br/>
        <w:t>vt 0.429443 0.328125</w:t>
        <w:br/>
        <w:t>vt 0.431885 0.327637</w:t>
        <w:br/>
        <w:t>vt 0.431885 0.327637</w:t>
        <w:br/>
        <w:t>vt 0.433105 0.328125</w:t>
        <w:br/>
        <w:t>vt 0.433105 0.328125</w:t>
        <w:br/>
        <w:t>vt 0.434570 0.328125</w:t>
        <w:br/>
        <w:t>vt 0.434570 0.324707</w:t>
        <w:br/>
        <w:t>vt 0.433350 0.324707</w:t>
        <w:br/>
        <w:t>vt 0.430664 0.324707</w:t>
        <w:br/>
        <w:t>vt 0.430664 0.324707</w:t>
        <w:br/>
        <w:t>vt 0.429443 0.324707</w:t>
        <w:br/>
        <w:t>vt 0.429443 0.321289</w:t>
        <w:br/>
        <w:t>vt 0.431885 0.324219</w:t>
        <w:br/>
        <w:t>vt 0.431885 0.324219</w:t>
        <w:br/>
        <w:t>vt 0.433350 0.324707</w:t>
        <w:br/>
        <w:t>vt 0.430664 0.321289</w:t>
        <w:br/>
        <w:t>vt 0.430664 0.321289</w:t>
        <w:br/>
        <w:t>vt 0.433105 0.321289</w:t>
        <w:br/>
        <w:t>vt 0.433105 0.321289</w:t>
        <w:br/>
        <w:t>vt 0.431885 0.321289</w:t>
        <w:br/>
        <w:t>vt 0.431885 0.321289</w:t>
        <w:br/>
        <w:t>vt 0.430664 0.317383</w:t>
        <w:br/>
        <w:t>vt 0.430664 0.317383</w:t>
        <w:br/>
        <w:t>vt 0.429443 0.316895</w:t>
        <w:br/>
        <w:t>vt 0.429443 0.312012</w:t>
        <w:br/>
        <w:t>vt 0.434570 0.320801</w:t>
        <w:br/>
        <w:t>vt 0.434570 0.316895</w:t>
        <w:br/>
        <w:t>vt 0.431885 0.317383</w:t>
        <w:br/>
        <w:t>vt 0.431885 0.317383</w:t>
        <w:br/>
        <w:t>vt 0.433105 0.316895</w:t>
        <w:br/>
        <w:t>vt 0.433105 0.316895</w:t>
        <w:br/>
        <w:t>vt 0.434570 0.312012</w:t>
        <w:br/>
        <w:t>vt 0.433105 0.312500</w:t>
        <w:br/>
        <w:t>vt 0.433105 0.312500</w:t>
        <w:br/>
        <w:t>vt 0.434570 0.307617</w:t>
        <w:br/>
        <w:t>vt 0.430664 0.312012</w:t>
        <w:br/>
        <w:t>vt 0.430664 0.312012</w:t>
        <w:br/>
        <w:t>vt 0.429443 0.307617</w:t>
        <w:br/>
        <w:t>vt 0.431885 0.312012</w:t>
        <w:br/>
        <w:t>vt 0.431885 0.312012</w:t>
        <w:br/>
        <w:t>vt 0.433105 0.308105</w:t>
        <w:br/>
        <w:t>vt 0.433105 0.308105</w:t>
        <w:br/>
        <w:t>vt 0.430664 0.307129</w:t>
        <w:br/>
        <w:t>vt 0.430664 0.307129</w:t>
        <w:br/>
        <w:t>vt 0.431885 0.307617</w:t>
        <w:br/>
        <w:t>vt 0.431885 0.307617</w:t>
        <w:br/>
        <w:t>vt 0.433350 0.304199</w:t>
        <w:br/>
        <w:t>vt 0.434570 0.303711</w:t>
        <w:br/>
        <w:t>vt 0.431885 0.303711</w:t>
        <w:br/>
        <w:t>vt 0.433350 0.304199</w:t>
        <w:br/>
        <w:t>vt 0.431885 0.303711</w:t>
        <w:br/>
        <w:t>vt 0.433350 0.300293</w:t>
        <w:br/>
        <w:t>vt 0.433350 0.300293</w:t>
        <w:br/>
        <w:t>vt 0.434570 0.300293</w:t>
        <w:br/>
        <w:t>vt 0.434570 0.296875</w:t>
        <w:br/>
        <w:t>vt 0.430664 0.303711</w:t>
        <w:br/>
        <w:t>vt 0.430664 0.303711</w:t>
        <w:br/>
        <w:t>vt 0.429443 0.303711</w:t>
        <w:br/>
        <w:t>vt 0.429443 0.300293</w:t>
        <w:br/>
        <w:t>vt 0.431885 0.300293</w:t>
        <w:br/>
        <w:t>vt 0.431885 0.300293</w:t>
        <w:br/>
        <w:t>vt 0.430664 0.300293</w:t>
        <w:br/>
        <w:t>vt 0.430664 0.300293</w:t>
        <w:br/>
        <w:t>vt 0.429443 0.296875</w:t>
        <w:br/>
        <w:t>vt 0.433350 0.296875</w:t>
        <w:br/>
        <w:t>vt 0.433350 0.296875</w:t>
        <w:br/>
        <w:t>vt 0.434570 0.293457</w:t>
        <w:br/>
        <w:t>vt 0.431885 0.296875</w:t>
        <w:br/>
        <w:t>vt 0.431885 0.296875</w:t>
        <w:br/>
        <w:t>vt 0.430664 0.296875</w:t>
        <w:br/>
        <w:t>vt 0.430664 0.296875</w:t>
        <w:br/>
        <w:t>vt 0.430664 0.293945</w:t>
        <w:br/>
        <w:t>vt 0.430664 0.293945</w:t>
        <w:br/>
        <w:t>vt 0.429443 0.293457</w:t>
        <w:br/>
        <w:t>vt 0.431885 0.293945</w:t>
        <w:br/>
        <w:t>vt 0.431885 0.293945</w:t>
        <w:br/>
        <w:t>vt 0.433105 0.293457</w:t>
        <w:br/>
        <w:t>vt 0.433105 0.293457</w:t>
        <w:br/>
        <w:t>vt 0.433105 0.290039</w:t>
        <w:br/>
        <w:t>vt 0.431885 0.290039</w:t>
        <w:br/>
        <w:t>vt 0.431885 0.290039</w:t>
        <w:br/>
        <w:t>vt 0.433105 0.290039</w:t>
        <w:br/>
        <w:t>vt 0.430664 0.290039</w:t>
        <w:br/>
        <w:t>vt 0.430664 0.290039</w:t>
        <w:br/>
        <w:t>vt 0.429443 0.290039</w:t>
        <w:br/>
        <w:t>vt 0.434570 0.290039</w:t>
        <w:br/>
        <w:t>vt 0.434570 0.286621</w:t>
        <w:br/>
        <w:t>vt 0.430664 0.286621</w:t>
        <w:br/>
        <w:t>vt 0.430664 0.286621</w:t>
        <w:br/>
        <w:t>vt 0.429443 0.286621</w:t>
        <w:br/>
        <w:t>vt 0.431885 0.286133</w:t>
        <w:br/>
        <w:t>vt 0.431885 0.286133</w:t>
        <w:br/>
        <w:t>vt 0.433105 0.286133</w:t>
        <w:br/>
        <w:t>vt 0.433105 0.286133</w:t>
        <w:br/>
        <w:t>vt 0.434570 0.282715</w:t>
        <w:br/>
        <w:t>vt 0.431885 0.282715</w:t>
        <w:br/>
        <w:t>vt 0.431885 0.282715</w:t>
        <w:br/>
        <w:t>vt 0.430664 0.282715</w:t>
        <w:br/>
        <w:t>vt 0.430664 0.282715</w:t>
        <w:br/>
        <w:t>vt 0.429443 0.282715</w:t>
        <w:br/>
        <w:t>vt 0.433105 0.282715</w:t>
        <w:br/>
        <w:t>vt 0.433105 0.282715</w:t>
        <w:br/>
        <w:t>vt 0.434570 0.279297</w:t>
        <w:br/>
        <w:t>vt 0.433105 0.279297</w:t>
        <w:br/>
        <w:t>vt 0.431885 0.279297</w:t>
        <w:br/>
        <w:t>vt 0.433105 0.279297</w:t>
        <w:br/>
        <w:t>vt 0.430664 0.279297</w:t>
        <w:br/>
        <w:t>vt 0.431885 0.279297</w:t>
        <w:br/>
        <w:t>vt 0.430664 0.279297</w:t>
        <w:br/>
        <w:t>vt 0.429443 0.279297</w:t>
        <w:br/>
        <w:t>vt 0.808594 0.660889</w:t>
        <w:br/>
        <w:t>vt 0.811035 0.664795</w:t>
        <w:br/>
        <w:t>vt 0.811523 0.662598</w:t>
        <w:br/>
        <w:t>vt 0.808105 0.664551</w:t>
        <w:br/>
        <w:t>vt 0.811035 0.668213</w:t>
        <w:br/>
        <w:t>vt 0.804688 0.660400</w:t>
        <w:br/>
        <w:t>vt 0.808105 0.664551</w:t>
        <w:br/>
        <w:t>vt 0.808594 0.660889</w:t>
        <w:br/>
        <w:t>vt 0.808594 0.668213</w:t>
        <w:br/>
        <w:t>vt 0.811523 0.670410</w:t>
        <w:br/>
        <w:t>vt 0.805176 0.664551</w:t>
        <w:br/>
        <w:t>vt 0.805176 0.664551</w:t>
        <w:br/>
        <w:t>vt 0.804688 0.660400</w:t>
        <w:br/>
        <w:t>vt 0.802734 0.665039</w:t>
        <w:br/>
        <w:t>vt 0.808594 0.668213</w:t>
        <w:br/>
        <w:t>vt 0.805664 0.668457</w:t>
        <w:br/>
        <w:t>vt 0.808594 0.671143</w:t>
        <w:br/>
        <w:t>vt 0.808594 0.671143</w:t>
        <w:br/>
        <w:t>vt 0.812012 0.674316</w:t>
        <w:br/>
        <w:t>vt 0.805664 0.668457</w:t>
        <w:br/>
        <w:t>vt 0.802734 0.668457</w:t>
        <w:br/>
        <w:t>vt 0.809082 0.674561</w:t>
        <w:br/>
        <w:t>vt 0.811523 0.678711</w:t>
        <w:br/>
        <w:t>vt 0.802734 0.668457</w:t>
        <w:br/>
        <w:t>vt 0.799316 0.665771</w:t>
        <w:br/>
        <w:t>vt 0.799805 0.668945</w:t>
        <w:br/>
        <w:t>vt 0.800293 0.670654</w:t>
        <w:br/>
        <w:t>vt 0.808594 0.678711</w:t>
        <w:br/>
        <w:t>vt 0.811035 0.681152</w:t>
        <w:br/>
        <w:t>vt 0.803223 0.670898</w:t>
        <w:br/>
        <w:t>vt 0.799805 0.674072</w:t>
        <w:br/>
        <w:t>vt 0.803223 0.670898</w:t>
        <w:br/>
        <w:t>vt 0.802734 0.665039</w:t>
        <w:br/>
        <w:t>vt 0.801758 0.662354</w:t>
        <w:br/>
        <w:t>vt 0.798828 0.663818</w:t>
        <w:br/>
        <w:t>vt 0.801758 0.662354</w:t>
        <w:br/>
        <w:t>vt 0.805664 0.671387</w:t>
        <w:br/>
        <w:t>vt 0.805664 0.671387</w:t>
        <w:br/>
        <w:t>vt 0.809082 0.674561</w:t>
        <w:br/>
        <w:t>vt 0.803223 0.674316</w:t>
        <w:br/>
        <w:t>vt 0.803223 0.674316</w:t>
        <w:br/>
        <w:t>vt 0.800293 0.677979</w:t>
        <w:br/>
        <w:t>vt 0.806152 0.674561</w:t>
        <w:br/>
        <w:t>vt 0.806152 0.674561</w:t>
        <w:br/>
        <w:t>vt 0.808594 0.678711</w:t>
        <w:br/>
        <w:t>vt 0.803223 0.677979</w:t>
        <w:br/>
        <w:t>vt 0.803223 0.677979</w:t>
        <w:br/>
        <w:t>vt 0.805664 0.678467</w:t>
        <w:br/>
        <w:t>vt 0.805664 0.678467</w:t>
        <w:br/>
        <w:t>vt 0.805664 0.681641</w:t>
        <w:br/>
        <w:t>vt 0.805664 0.681641</w:t>
        <w:br/>
        <w:t>vt 0.803223 0.680908</w:t>
        <w:br/>
        <w:t>vt 0.803223 0.680908</w:t>
        <w:br/>
        <w:t>vt 0.800293 0.680176</w:t>
        <w:br/>
        <w:t>vt 0.799805 0.683105</w:t>
        <w:br/>
        <w:t>vt 0.808594 0.681641</w:t>
        <w:br/>
        <w:t>vt 0.808594 0.681641</w:t>
        <w:br/>
        <w:t>vt 0.802734 0.684082</w:t>
        <w:br/>
        <w:t>vt 0.798828 0.686523</w:t>
        <w:br/>
        <w:t>vt 0.801758 0.688232</w:t>
        <w:br/>
        <w:t>vt 0.805176 0.685303</w:t>
        <w:br/>
        <w:t>vt 0.802734 0.684082</w:t>
        <w:br/>
        <w:t>vt 0.801758 0.688232</w:t>
        <w:br/>
        <w:t>vt 0.804199 0.690674</w:t>
        <w:br/>
        <w:t>vt 0.805176 0.685303</w:t>
        <w:br/>
        <w:t>vt 0.804199 0.690674</w:t>
        <w:br/>
        <w:t>vt 0.808105 0.685303</w:t>
        <w:br/>
        <w:t>vt 0.808105 0.685303</w:t>
        <w:br/>
        <w:t>vt 0.811035 0.684570</w:t>
        <w:br/>
        <w:t>vt 0.811035 0.688477</w:t>
        <w:br/>
        <w:t>vt 0.807617 0.690430</w:t>
        <w:br/>
        <w:t>vt 0.807617 0.690430</w:t>
        <w:br/>
        <w:t>vt 0.211548 0.820190</w:t>
        <w:br/>
        <w:t>vt 0.213623 0.817993</w:t>
        <w:br/>
        <w:t>vt 0.211548 0.817993</w:t>
        <w:br/>
        <w:t>vt 0.213623 0.820190</w:t>
        <w:br/>
        <w:t>vt 0.211548 0.822632</w:t>
        <w:br/>
        <w:t>vt 0.213623 0.820190</w:t>
        <w:br/>
        <w:t>vt 0.215942 0.817993</w:t>
        <w:br/>
        <w:t>vt 0.213623 0.817993</w:t>
        <w:br/>
        <w:t>vt 0.213623 0.822632</w:t>
        <w:br/>
        <w:t>vt 0.211548 0.824951</w:t>
        <w:br/>
        <w:t>vt 0.215942 0.820190</w:t>
        <w:br/>
        <w:t>vt 0.218140 0.820190</w:t>
        <w:br/>
        <w:t>vt 0.215942 0.817993</w:t>
        <w:br/>
        <w:t>vt 0.215942 0.820190</w:t>
        <w:br/>
        <w:t>vt 0.215942 0.822632</w:t>
        <w:br/>
        <w:t>vt 0.213623 0.822632</w:t>
        <w:br/>
        <w:t>vt 0.213623 0.824951</w:t>
        <w:br/>
        <w:t>vt 0.213623 0.824951</w:t>
        <w:br/>
        <w:t>vt 0.211548 0.827271</w:t>
        <w:br/>
        <w:t>vt 0.218140 0.822632</w:t>
        <w:br/>
        <w:t>vt 0.215942 0.822632</w:t>
        <w:br/>
        <w:t>vt 0.213623 0.827271</w:t>
        <w:br/>
        <w:t>vt 0.211548 0.830078</w:t>
        <w:br/>
        <w:t>vt 0.215942 0.824951</w:t>
        <w:br/>
        <w:t>vt 0.213623 0.827271</w:t>
        <w:br/>
        <w:t>vt 0.218140 0.817993</w:t>
        <w:br/>
        <w:t>vt 0.220459 0.820190</w:t>
        <w:br/>
        <w:t>vt 0.218140 0.817993</w:t>
        <w:br/>
        <w:t>vt 0.218140 0.820190</w:t>
        <w:br/>
        <w:t>vt 0.220459 0.817993</w:t>
        <w:br/>
        <w:t>vt 0.218140 0.822632</w:t>
        <w:br/>
        <w:t>vt 0.220459 0.822632</w:t>
        <w:br/>
        <w:t>vt 0.220459 0.824951</w:t>
        <w:br/>
        <w:t>vt 0.218140 0.824951</w:t>
        <w:br/>
        <w:t>vt 0.218140 0.824951</w:t>
        <w:br/>
        <w:t>vt 0.215942 0.824951</w:t>
        <w:br/>
        <w:t>vt 0.220459 0.827271</w:t>
        <w:br/>
        <w:t>vt 0.218140 0.827271</w:t>
        <w:br/>
        <w:t>vt 0.218140 0.827271</w:t>
        <w:br/>
        <w:t>vt 0.220459 0.830078</w:t>
        <w:br/>
        <w:t>vt 0.215942 0.827271</w:t>
        <w:br/>
        <w:t>vt 0.215942 0.827271</w:t>
        <w:br/>
        <w:t>vt 0.218140 0.830078</w:t>
        <w:br/>
        <w:t>vt 0.218140 0.830078</w:t>
        <w:br/>
        <w:t>vt 0.218140 0.833008</w:t>
        <w:br/>
        <w:t>vt 0.215942 0.830078</w:t>
        <w:br/>
        <w:t>vt 0.218140 0.833008</w:t>
        <w:br/>
        <w:t>vt 0.213623 0.830078</w:t>
        <w:br/>
        <w:t>vt 0.215942 0.830078</w:t>
        <w:br/>
        <w:t>vt 0.213623 0.830078</w:t>
        <w:br/>
        <w:t>vt 0.211548 0.833008</w:t>
        <w:br/>
        <w:t>vt 0.215942 0.833008</w:t>
        <w:br/>
        <w:t>vt 0.215942 0.833008</w:t>
        <w:br/>
        <w:t>vt 0.213623 0.833008</w:t>
        <w:br/>
        <w:t>vt 0.213623 0.833008</w:t>
        <w:br/>
        <w:t>vt 0.213623 0.835815</w:t>
        <w:br/>
        <w:t>vt 0.213623 0.833008</w:t>
        <w:br/>
        <w:t>vt 0.213623 0.835815</w:t>
        <w:br/>
        <w:t>vt 0.215942 0.833008</w:t>
        <w:br/>
        <w:t>vt 0.211548 0.835815</w:t>
        <w:br/>
        <w:t>vt 0.211548 0.838135</w:t>
        <w:br/>
        <w:t>vt 0.213623 0.838135</w:t>
        <w:br/>
        <w:t>vt 0.215942 0.838135</w:t>
        <w:br/>
        <w:t>vt 0.213623 0.838135</w:t>
        <w:br/>
        <w:t>vt 0.215942 0.835815</w:t>
        <w:br/>
        <w:t>vt 0.215942 0.835815</w:t>
        <w:br/>
        <w:t>vt 0.218140 0.838135</w:t>
        <w:br/>
        <w:t>vt 0.215942 0.838135</w:t>
        <w:br/>
        <w:t>vt 0.220459 0.833008</w:t>
        <w:br/>
        <w:t>vt 0.218140 0.833008</w:t>
        <w:br/>
        <w:t>vt 0.220459 0.835815</w:t>
        <w:br/>
        <w:t>vt 0.220459 0.833008</w:t>
        <w:br/>
        <w:t>vt 0.218140 0.835815</w:t>
        <w:br/>
        <w:t>vt 0.218140 0.835815</w:t>
        <w:br/>
        <w:t>vt 0.220459 0.838135</w:t>
        <w:br/>
        <w:t>vt 0.218140 0.838135</w:t>
        <w:br/>
        <w:t>vt 0.264160 0.711914</w:t>
        <w:br/>
        <w:t>vt 0.269531 0.711182</w:t>
        <w:br/>
        <w:t>vt 0.264160 0.711182</w:t>
        <w:br/>
        <w:t>vt 0.269531 0.711914</w:t>
        <w:br/>
        <w:t>vt 0.277100 0.711182</w:t>
        <w:br/>
        <w:t>vt 0.264160 0.714844</w:t>
        <w:br/>
        <w:t>vt 0.269531 0.711914</w:t>
        <w:br/>
        <w:t>vt 0.264160 0.711914</w:t>
        <w:br/>
        <w:t>vt 0.277100 0.711914</w:t>
        <w:br/>
        <w:t>vt 0.282959 0.711182</w:t>
        <w:br/>
        <w:t>vt 0.269531 0.714844</w:t>
        <w:br/>
        <w:t>vt 0.277100 0.711914</w:t>
        <w:br/>
        <w:t>vt 0.269531 0.715576</w:t>
        <w:br/>
        <w:t>vt 0.264160 0.714844</w:t>
        <w:br/>
        <w:t>vt 0.264160 0.715576</w:t>
        <w:br/>
        <w:t>vt 0.269531 0.714844</w:t>
        <w:br/>
        <w:t>vt 0.277100 0.715576</w:t>
        <w:br/>
        <w:t>vt 0.277100 0.714844</w:t>
        <w:br/>
        <w:t>vt 0.277100 0.714844</w:t>
        <w:br/>
        <w:t>vt 0.282959 0.715576</w:t>
        <w:br/>
        <w:t>vt 0.282959 0.711914</w:t>
        <w:br/>
        <w:t>vt 0.282959 0.714844</w:t>
        <w:br/>
        <w:t>vt 0.282959 0.714844</w:t>
        <w:br/>
        <w:t>vt 0.282959 0.711914</w:t>
        <w:br/>
        <w:t>vt 0.288574 0.711182</w:t>
        <w:br/>
        <w:t>vt 0.288574 0.715576</w:t>
        <w:br/>
        <w:t>vt 0.288574 0.711914</w:t>
        <w:br/>
        <w:t>vt 0.288574 0.711914</w:t>
        <w:br/>
        <w:t>vt 0.293457 0.711182</w:t>
        <w:br/>
        <w:t>vt 0.293457 0.711914</w:t>
        <w:br/>
        <w:t>vt 0.288574 0.714844</w:t>
        <w:br/>
        <w:t>vt 0.293457 0.711914</w:t>
        <w:br/>
        <w:t>vt 0.288574 0.714844</w:t>
        <w:br/>
        <w:t>vt 0.293457 0.714844</w:t>
        <w:br/>
        <w:t>vt 0.293457 0.714844</w:t>
        <w:br/>
        <w:t>vt 0.293457 0.715576</w:t>
        <w:br/>
        <w:t>vt 0.292725 0.832153</w:t>
        <w:br/>
        <w:t>vt 0.301025 0.832764</w:t>
        <w:br/>
        <w:t>vt 0.301025 0.832153</w:t>
        <w:br/>
        <w:t>vt 0.292725 0.832764</w:t>
        <w:br/>
        <w:t>vt 0.282227 0.832153</w:t>
        <w:br/>
        <w:t>vt 0.292725 0.832764</w:t>
        <w:br/>
        <w:t>vt 0.301025 0.836426</w:t>
        <w:br/>
        <w:t>vt 0.301025 0.832764</w:t>
        <w:br/>
        <w:t>vt 0.282227 0.832764</w:t>
        <w:br/>
        <w:t>vt 0.271729 0.832153</w:t>
        <w:br/>
        <w:t>vt 0.292725 0.836426</w:t>
        <w:br/>
        <w:t>vt 0.282227 0.832764</w:t>
        <w:br/>
        <w:t>vt 0.301025 0.836426</w:t>
        <w:br/>
        <w:t>vt 0.292725 0.837036</w:t>
        <w:br/>
        <w:t>vt 0.301025 0.837036</w:t>
        <w:br/>
        <w:t>vt 0.292725 0.836426</w:t>
        <w:br/>
        <w:t>vt 0.282227 0.837036</w:t>
        <w:br/>
        <w:t>vt 0.282227 0.836426</w:t>
        <w:br/>
        <w:t>vt 0.282227 0.836426</w:t>
        <w:br/>
        <w:t>vt 0.271729 0.837036</w:t>
        <w:br/>
        <w:t>vt 0.271729 0.832764</w:t>
        <w:br/>
        <w:t>vt 0.271729 0.832764</w:t>
        <w:br/>
        <w:t>vt 0.271729 0.836426</w:t>
        <w:br/>
        <w:t>vt 0.271729 0.836426</w:t>
        <w:br/>
        <w:t>vt 0.268311 0.837036</w:t>
        <w:br/>
        <w:t>vt 0.268311 0.836426</w:t>
        <w:br/>
        <w:t>vt 0.268311 0.836426</w:t>
        <w:br/>
        <w:t>vt 0.268311 0.832764</w:t>
        <w:br/>
        <w:t>vt 0.268311 0.832764</w:t>
        <w:br/>
        <w:t>vt 0.268311 0.832153</w:t>
        <w:br/>
        <w:t>vt 0.973145 0.531250</w:t>
        <w:br/>
        <w:t>vt 0.973633 0.525391</w:t>
        <w:br/>
        <w:t>vt 0.973145 0.525391</w:t>
        <w:br/>
        <w:t>vt 0.973633 0.531250</w:t>
        <w:br/>
        <w:t>vt 0.973633 0.531250</w:t>
        <w:br/>
        <w:t>vt 0.977051 0.525391</w:t>
        <w:br/>
        <w:t>vt 0.973633 0.525391</w:t>
        <w:br/>
        <w:t>vt 0.973145 0.538574</w:t>
        <w:br/>
        <w:t>vt 0.977051 0.525391</w:t>
        <w:br/>
        <w:t>vt 0.977539 0.531250</w:t>
        <w:br/>
        <w:t>vt 0.977539 0.525391</w:t>
        <w:br/>
        <w:t>vt 0.973633 0.538574</w:t>
        <w:br/>
        <w:t>vt 0.977051 0.531250</w:t>
        <w:br/>
        <w:t>vt 0.977051 0.531250</w:t>
        <w:br/>
        <w:t>vt 0.973633 0.538574</w:t>
        <w:br/>
        <w:t>vt 0.977539 0.538574</w:t>
        <w:br/>
        <w:t>vt 0.973633 0.544678</w:t>
        <w:br/>
        <w:t>vt 0.977051 0.538574</w:t>
        <w:br/>
        <w:t>vt 0.977051 0.538574</w:t>
        <w:br/>
        <w:t>vt 0.973633 0.544678</w:t>
        <w:br/>
        <w:t>vt 0.977539 0.544678</w:t>
        <w:br/>
        <w:t>vt 0.973145 0.544678</w:t>
        <w:br/>
        <w:t>vt 0.977051 0.544678</w:t>
        <w:br/>
        <w:t>vt 0.977051 0.544678</w:t>
        <w:br/>
        <w:t>vt 0.977051 0.551025</w:t>
        <w:br/>
        <w:t>vt 0.977051 0.551025</w:t>
        <w:br/>
        <w:t>vt 0.977539 0.551025</w:t>
        <w:br/>
        <w:t>vt 0.977539 0.555664</w:t>
        <w:br/>
        <w:t>vt 0.977051 0.555664</w:t>
        <w:br/>
        <w:t>vt 0.973633 0.555664</w:t>
        <w:br/>
        <w:t>vt 0.977051 0.555664</w:t>
        <w:br/>
        <w:t>vt 0.973633 0.551025</w:t>
        <w:br/>
        <w:t>vt 0.973633 0.551025</w:t>
        <w:br/>
        <w:t>vt 0.973145 0.551025</w:t>
        <w:br/>
        <w:t>vt 0.973633 0.555664</w:t>
        <w:br/>
        <w:t>vt 0.973145 0.555664</w:t>
        <w:br/>
        <w:t>vt 0.862305 0.434082</w:t>
        <w:br/>
        <w:t>vt 0.857422 0.435059</w:t>
        <w:br/>
        <w:t>vt 0.862305 0.435059</w:t>
        <w:br/>
        <w:t>vt 0.857422 0.434082</w:t>
        <w:br/>
        <w:t>vt 0.848145 0.435059</w:t>
        <w:br/>
        <w:t>vt 0.862305 0.430176</w:t>
        <w:br/>
        <w:t>vt 0.857422 0.434082</w:t>
        <w:br/>
        <w:t>vt 0.862305 0.434082</w:t>
        <w:br/>
        <w:t>vt 0.857422 0.429688</w:t>
        <w:br/>
        <w:t>vt 0.862305 0.430176</w:t>
        <w:br/>
        <w:t>vt 0.862305 0.429688</w:t>
        <w:br/>
        <w:t>vt 0.857422 0.430176</w:t>
        <w:br/>
        <w:t>vt 0.857422 0.430176</w:t>
        <w:br/>
        <w:t>vt 0.848145 0.429688</w:t>
        <w:br/>
        <w:t>vt 0.848145 0.430176</w:t>
        <w:br/>
        <w:t>vt 0.848145 0.430176</w:t>
        <w:br/>
        <w:t>vt 0.848145 0.434082</w:t>
        <w:br/>
        <w:t>vt 0.848145 0.434082</w:t>
        <w:br/>
        <w:t>vt 0.837402 0.434082</w:t>
        <w:br/>
        <w:t>vt 0.837402 0.434082</w:t>
        <w:br/>
        <w:t>vt 0.837402 0.435059</w:t>
        <w:br/>
        <w:t>vt 0.829590 0.435059</w:t>
        <w:br/>
        <w:t>vt 0.837402 0.430176</w:t>
        <w:br/>
        <w:t>vt 0.837402 0.430176</w:t>
        <w:br/>
        <w:t>vt 0.837402 0.429688</w:t>
        <w:br/>
        <w:t>vt 0.829590 0.429688</w:t>
        <w:br/>
        <w:t>vt 0.829590 0.434082</w:t>
        <w:br/>
        <w:t>vt 0.829590 0.434082</w:t>
        <w:br/>
        <w:t>vt 0.826172 0.434082</w:t>
        <w:br/>
        <w:t>vt 0.826172 0.435059</w:t>
        <w:br/>
        <w:t>vt 0.829590 0.430176</w:t>
        <w:br/>
        <w:t>vt 0.826172 0.434082</w:t>
        <w:br/>
        <w:t>vt 0.829590 0.430176</w:t>
        <w:br/>
        <w:t>vt 0.826172 0.430176</w:t>
        <w:br/>
        <w:t>vt 0.826172 0.430176</w:t>
        <w:br/>
        <w:t>vt 0.826172 0.429688</w:t>
        <w:br/>
        <w:t>vt 0.362061 0.797852</w:t>
        <w:br/>
        <w:t>vt 0.369141 0.797852</w:t>
        <w:br/>
        <w:t>vt 0.369141 0.797241</w:t>
        <w:br/>
        <w:t>vt 0.362061 0.797241</w:t>
        <w:br/>
        <w:t>vt 0.351074 0.797852</w:t>
        <w:br/>
        <w:t>vt 0.369141 0.794312</w:t>
        <w:br/>
        <w:t>vt 0.362061 0.797241</w:t>
        <w:br/>
        <w:t>vt 0.369141 0.797241</w:t>
        <w:br/>
        <w:t>vt 0.351074 0.797241</w:t>
        <w:br/>
        <w:t>vt 0.342041 0.797852</w:t>
        <w:br/>
        <w:t>vt 0.362061 0.794312</w:t>
        <w:br/>
        <w:t>vt 0.351074 0.797241</w:t>
        <w:br/>
        <w:t>vt 0.362061 0.793579</w:t>
        <w:br/>
        <w:t>vt 0.369141 0.794312</w:t>
        <w:br/>
        <w:t>vt 0.369141 0.793579</w:t>
        <w:br/>
        <w:t>vt 0.362061 0.794312</w:t>
        <w:br/>
        <w:t>vt 0.351074 0.793579</w:t>
        <w:br/>
        <w:t>vt 0.351074 0.794312</w:t>
        <w:br/>
        <w:t>vt 0.351074 0.794312</w:t>
        <w:br/>
        <w:t>vt 0.342041 0.797241</w:t>
        <w:br/>
        <w:t>vt 0.342041 0.797241</w:t>
        <w:br/>
        <w:t>vt 0.337402 0.797241</w:t>
        <w:br/>
        <w:t>vt 0.337402 0.797852</w:t>
        <w:br/>
        <w:t>vt 0.337402 0.797241</w:t>
        <w:br/>
        <w:t>vt 0.337402 0.794312</w:t>
        <w:br/>
        <w:t>vt 0.342041 0.794312</w:t>
        <w:br/>
        <w:t>vt 0.342041 0.794312</w:t>
        <w:br/>
        <w:t>vt 0.342041 0.793579</w:t>
        <w:br/>
        <w:t>vt 0.337402 0.794312</w:t>
        <w:br/>
        <w:t>vt 0.337402 0.793579</w:t>
        <w:br/>
        <w:t>vt 0.819336 0.591797</w:t>
        <w:br/>
        <w:t>vt 0.815918 0.586670</w:t>
        <w:br/>
        <w:t>vt 0.817383 0.585449</w:t>
        <w:br/>
        <w:t>vt 0.821289 0.582764</w:t>
        <w:br/>
        <w:t>vt 0.819336 0.591797</w:t>
        <w:br/>
        <w:t>vt 0.817383 0.585449</w:t>
        <w:br/>
        <w:t>vt 0.823242 0.588867</w:t>
        <w:br/>
        <w:t>vt 0.827148 0.600586</w:t>
        <w:br/>
        <w:t>vt 0.822266 0.602295</w:t>
        <w:br/>
        <w:t>vt 0.835449 0.586670</w:t>
        <w:br/>
        <w:t>vt 0.823242 0.588867</w:t>
        <w:br/>
        <w:t>vt 0.827148 0.600586</w:t>
        <w:br/>
        <w:t>vt 0.834473 0.582275</w:t>
        <w:br/>
        <w:t>vt 0.827148 0.614746</w:t>
        <w:br/>
        <w:t>vt 0.840332 0.582275</w:t>
        <w:br/>
        <w:t>vt 0.831543 0.613281</w:t>
        <w:br/>
        <w:t>vt 0.845215 0.585449</w:t>
        <w:br/>
        <w:t>vt 0.839355 0.577148</w:t>
        <w:br/>
        <w:t>vt 0.838867 0.597168</w:t>
        <w:br/>
        <w:t>vt 0.831543 0.613281</w:t>
        <w:br/>
        <w:t>vt 0.842773 0.575928</w:t>
        <w:br/>
        <w:t>vt 0.837402 0.568848</w:t>
        <w:br/>
        <w:t>vt 0.847656 0.594727</w:t>
        <w:br/>
        <w:t>vt 0.840820 0.568359</w:t>
        <w:br/>
        <w:t>vt 0.842773 0.608643</w:t>
        <w:br/>
        <w:t>vt 0.835938 0.625244</w:t>
        <w:br/>
        <w:t>vt 0.832031 0.627441</w:t>
        <w:br/>
        <w:t>vt 0.847168 0.620850</w:t>
        <w:br/>
        <w:t>vt 0.835938 0.625244</w:t>
        <w:br/>
        <w:t>vt 0.842773 0.639160</w:t>
        <w:br/>
        <w:t>vt 0.838867 0.643555</w:t>
        <w:br/>
        <w:t>vt 0.852539 0.633545</w:t>
        <w:br/>
        <w:t>vt 0.842773 0.639160</w:t>
        <w:br/>
        <w:t>vt 0.855957 0.642090</w:t>
        <w:br/>
        <w:t>vt 0.855957 0.642090</w:t>
        <w:br/>
        <w:t>vt 0.856934 0.648193</w:t>
        <w:br/>
        <w:t>vt 0.862793 0.628418</w:t>
        <w:br/>
        <w:t>vt 0.866211 0.638428</w:t>
        <w:br/>
        <w:t>vt 0.866211 0.638428</w:t>
        <w:br/>
        <w:t>vt 0.857910 0.616455</w:t>
        <w:br/>
        <w:t>vt 0.868652 0.641113</w:t>
        <w:br/>
        <w:t>vt 0.868164 0.643066</w:t>
        <w:br/>
        <w:t>vt 0.872070 0.636230</w:t>
        <w:br/>
        <w:t>vt 0.875000 0.632080</w:t>
        <w:br/>
        <w:t>vt 0.877930 0.633545</w:t>
        <w:br/>
        <w:t>vt 0.882324 0.627930</w:t>
        <w:br/>
        <w:t>vt 0.884277 0.630615</w:t>
        <w:br/>
        <w:t>vt 0.871582 0.622314</w:t>
        <w:br/>
        <w:t>vt 0.882324 0.627930</w:t>
        <w:br/>
        <w:t>vt 0.875000 0.632080</w:t>
        <w:br/>
        <w:t>vt 0.878906 0.619873</w:t>
        <w:br/>
        <w:t>vt 0.876953 0.614502</w:t>
        <w:br/>
        <w:t>vt 0.868164 0.611084</w:t>
        <w:br/>
        <w:t>vt 0.873047 0.609131</w:t>
        <w:br/>
        <w:t>vt 0.877441 0.611328</w:t>
        <w:br/>
        <w:t>vt 0.867676 0.598877</w:t>
        <w:br/>
        <w:t>vt 0.864258 0.600586</w:t>
        <w:br/>
        <w:t>vt 0.883789 0.604492</w:t>
        <w:br/>
        <w:t>vt 0.882812 0.609375</w:t>
        <w:br/>
        <w:t>vt 0.885254 0.610840</w:t>
        <w:br/>
        <w:t>vt 0.880859 0.594238</w:t>
        <w:br/>
        <w:t>vt 0.865234 0.598145</w:t>
        <w:br/>
        <w:t>vt 0.862793 0.600098</w:t>
        <w:br/>
        <w:t>vt 0.878418 0.585449</w:t>
        <w:br/>
        <w:t>vt 0.852051 0.603760</w:t>
        <w:br/>
        <w:t>vt 0.854492 0.603516</w:t>
        <w:br/>
        <w:t>vt 0.854004 0.604492</w:t>
        <w:br/>
        <w:t>vt 0.865234 0.598145</w:t>
        <w:br/>
        <w:t>vt 0.865234 0.589355</w:t>
        <w:br/>
        <w:t>vt 0.867676 0.598877</w:t>
        <w:br/>
        <w:t>vt 0.865234 0.589355</w:t>
        <w:br/>
        <w:t>vt 0.851074 0.604980</w:t>
        <w:br/>
        <w:t>vt 0.847656 0.594727</w:t>
        <w:br/>
        <w:t>vt 0.852051 0.603760</w:t>
        <w:br/>
        <w:t>vt 0.851074 0.604980</w:t>
        <w:br/>
        <w:t>vt 0.849121 0.594238</w:t>
        <w:br/>
        <w:t>vt 0.852051 0.603760</w:t>
        <w:br/>
        <w:t>vt 0.849121 0.594238</w:t>
        <w:br/>
        <w:t>vt 0.865234 0.598145</w:t>
        <w:br/>
        <w:t>vt 0.845215 0.585449</w:t>
        <w:br/>
        <w:t>vt 0.862793 0.589844</w:t>
        <w:br/>
        <w:t>vt 0.862793 0.589844</w:t>
        <w:br/>
        <w:t>vt 0.846191 0.585205</w:t>
        <w:br/>
        <w:t>vt 0.842773 0.575928</w:t>
        <w:br/>
        <w:t>vt 0.860840 0.580811</w:t>
        <w:br/>
        <w:t>vt 0.846191 0.585205</w:t>
        <w:br/>
        <w:t>vt 0.844238 0.575439</w:t>
        <w:br/>
        <w:t>vt 0.844238 0.575439</w:t>
        <w:br/>
        <w:t>vt 0.840820 0.568359</w:t>
        <w:br/>
        <w:t>vt 0.863281 0.580811</w:t>
        <w:br/>
        <w:t>vt 0.860840 0.580811</w:t>
        <w:br/>
        <w:t>vt 0.858887 0.572266</w:t>
        <w:br/>
        <w:t>vt 0.873535 0.578613</w:t>
        <w:br/>
        <w:t>vt 0.863281 0.580811</w:t>
        <w:br/>
        <w:t>vt 0.862305 0.579346</w:t>
        <w:br/>
        <w:t>vt 0.872070 0.577148</w:t>
        <w:br/>
        <w:t>vt 0.862305 0.579346</w:t>
        <w:br/>
        <w:t>vt 0.860840 0.571777</w:t>
        <w:br/>
        <w:t>vt 0.842773 0.567871</w:t>
        <w:br/>
        <w:t>vt 0.842773 0.567871</w:t>
        <w:br/>
        <w:t>vt 0.857422 0.565430</w:t>
        <w:br/>
        <w:t>vt 0.874023 0.569092</w:t>
        <w:br/>
        <w:t>vt 0.872559 0.562744</w:t>
        <w:br/>
        <w:t>vt 0.875000 0.569580</w:t>
        <w:br/>
        <w:t>vt 0.859863 0.564697</w:t>
        <w:br/>
        <w:t>vt 0.859863 0.564697</w:t>
        <w:br/>
        <w:t>vt 0.871582 0.556641</w:t>
        <w:br/>
        <w:t>vt 0.876465 0.577881</w:t>
        <w:br/>
        <w:t>vt 0.859375 0.558105</w:t>
        <w:br/>
        <w:t>vt 0.898926 0.572998</w:t>
        <w:br/>
        <w:t>vt 0.856445 0.559082</w:t>
        <w:br/>
        <w:t>vt 0.859375 0.558105</w:t>
        <w:br/>
        <w:t>vt 0.856445 0.559082</w:t>
        <w:br/>
        <w:t>vt 0.867188 0.551025</w:t>
        <w:br/>
        <w:t>vt 0.873047 0.555664</w:t>
        <w:br/>
        <w:t>vt 0.857910 0.551758</w:t>
        <w:br/>
        <w:t>vt 0.857910 0.551758</w:t>
        <w:br/>
        <w:t>vt 0.841797 0.561279</w:t>
        <w:br/>
        <w:t>vt 0.841797 0.561279</w:t>
        <w:br/>
        <w:t>vt 0.855469 0.550293</w:t>
        <w:br/>
        <w:t>vt 0.857910 0.549805</w:t>
        <w:br/>
        <w:t>vt 0.839355 0.560791</w:t>
        <w:br/>
        <w:t>vt 0.839355 0.560791</w:t>
        <w:br/>
        <w:t>vt 0.835938 0.561523</w:t>
        <w:br/>
        <w:t>vt 0.840332 0.550537</w:t>
        <w:br/>
        <w:t>vt 0.840332 0.550537</w:t>
        <w:br/>
        <w:t>vt 0.838379 0.550781</w:t>
        <w:br/>
        <w:t>vt 0.838379 0.550781</w:t>
        <w:br/>
        <w:t>vt 0.834961 0.554199</w:t>
        <w:br/>
        <w:t>vt 0.839844 0.539062</w:t>
        <w:br/>
        <w:t>vt 0.839844 0.539062</w:t>
        <w:br/>
        <w:t>vt 0.854980 0.539551</w:t>
        <w:br/>
        <w:t>vt 0.838379 0.538818</w:t>
        <w:br/>
        <w:t>vt 0.857422 0.539062</w:t>
        <w:br/>
        <w:t>vt 0.840820 0.528809</w:t>
        <w:br/>
        <w:t>vt 0.840820 0.528809</w:t>
        <w:br/>
        <w:t>vt 0.854492 0.530273</w:t>
        <w:br/>
        <w:t>vt 0.854492 0.530273</w:t>
        <w:br/>
        <w:t>vt 0.857422 0.539062</w:t>
        <w:br/>
        <w:t>vt 0.868164 0.549316</w:t>
        <w:br/>
        <w:t>vt 0.854492 0.530273</w:t>
        <w:br/>
        <w:t>vt 0.840820 0.528809</w:t>
        <w:br/>
        <w:t>vt 0.851562 0.528564</w:t>
        <w:br/>
        <w:t>vt 0.843262 0.527588</w:t>
        <w:br/>
        <w:t>vt 0.853516 0.527588</w:t>
        <w:br/>
        <w:t>vt 0.841309 0.527100</w:t>
        <w:br/>
        <w:t>vt 0.857422 0.529053</w:t>
        <w:br/>
        <w:t>vt 0.857422 0.529053</w:t>
        <w:br/>
        <w:t>vt 0.854004 0.514893</w:t>
        <w:br/>
        <w:t>vt 0.838867 0.527344</w:t>
        <w:br/>
        <w:t>vt 0.838867 0.527344</w:t>
        <w:br/>
        <w:t>vt 0.842773 0.512695</w:t>
        <w:br/>
        <w:t>vt 0.838379 0.538818</w:t>
        <w:br/>
        <w:t>vt 0.829102 0.526855</w:t>
        <w:br/>
        <w:t>vt 0.830566 0.510986</w:t>
        <w:br/>
        <w:t>vt 0.844238 0.501709</w:t>
        <w:br/>
        <w:t>vt 0.829102 0.538574</w:t>
        <w:br/>
        <w:t>vt 0.831543 0.499512</w:t>
        <w:br/>
        <w:t>vt 0.844727 0.493652</w:t>
        <w:br/>
        <w:t>vt 0.818359 0.525635</w:t>
        <w:br/>
        <w:t>vt 0.819336 0.509277</w:t>
        <w:br/>
        <w:t>vt 0.829102 0.551270</w:t>
        <w:br/>
        <w:t>vt 0.829590 0.555420</w:t>
        <w:br/>
        <w:t>vt 0.816406 0.559814</w:t>
        <w:br/>
        <w:t>vt 0.817383 0.538086</w:t>
        <w:br/>
        <w:t>vt 0.816895 0.552246</w:t>
        <w:br/>
        <w:t>vt 0.811523 0.557617</w:t>
        <w:br/>
        <w:t>vt 0.811523 0.551514</w:t>
        <w:br/>
        <w:t>vt 0.810059 0.557129</w:t>
        <w:br/>
        <w:t>vt 0.812012 0.537598</w:t>
        <w:br/>
        <w:t>vt 0.818359 0.525635</w:t>
        <w:br/>
        <w:t>vt 0.813477 0.525391</w:t>
        <w:br/>
        <w:t>vt 0.815430 0.508545</w:t>
        <w:br/>
        <w:t>vt 0.821777 0.496582</w:t>
        <w:br/>
        <w:t>vt 0.817383 0.493164</w:t>
        <w:br/>
        <w:t>vt 0.833008 0.490723</w:t>
        <w:br/>
        <w:t>vt 0.833008 0.490723</w:t>
        <w:br/>
        <w:t>vt 0.834473 0.485352</w:t>
        <w:br/>
        <w:t>vt 0.845215 0.489258</w:t>
        <w:br/>
        <w:t>vt 0.846191 0.491211</w:t>
        <w:br/>
        <w:t>vt 0.851074 0.494629</w:t>
        <w:br/>
        <w:t>vt 0.854492 0.497559</w:t>
        <w:br/>
        <w:t>vt 0.857422 0.494629</w:t>
        <w:br/>
        <w:t>vt 0.863281 0.499512</w:t>
        <w:br/>
        <w:t>vt 0.864258 0.496094</w:t>
        <w:br/>
        <w:t>vt 0.863281 0.499512</w:t>
        <w:br/>
        <w:t>vt 0.854492 0.505127</w:t>
        <w:br/>
        <w:t>vt 0.854492 0.497559</w:t>
        <w:br/>
        <w:t>vt 0.862305 0.506348</w:t>
        <w:br/>
        <w:t>vt 0.861816 0.511475</w:t>
        <w:br/>
        <w:t>vt 0.860352 0.515869</w:t>
        <w:br/>
        <w:t>vt 0.864258 0.514648</w:t>
        <w:br/>
        <w:t>vt 0.871094 0.517822</w:t>
        <w:br/>
        <w:t>vt 0.868164 0.515381</w:t>
        <w:br/>
        <w:t>vt 0.870605 0.513672</w:t>
        <w:br/>
        <w:t>vt 0.871094 0.529785</w:t>
        <w:br/>
        <w:t>vt 0.894043 0.513428</w:t>
        <w:br/>
        <w:t>vt 0.871094 0.509033</w:t>
        <w:br/>
        <w:t>vt 0.894043 0.520508</w:t>
        <w:br/>
        <w:t>vt 0.894043 0.505859</w:t>
        <w:br/>
        <w:t>vt 0.872070 0.502441</w:t>
        <w:br/>
        <w:t>vt 0.873047 0.498047</w:t>
        <w:br/>
        <w:t>vt 0.896484 0.502197</w:t>
        <w:br/>
        <w:t>vt 0.899902 0.510742</w:t>
        <w:br/>
        <w:t>vt 0.896484 0.513672</w:t>
        <w:br/>
        <w:t>vt 0.902344 0.519287</w:t>
        <w:br/>
        <w:t>vt 0.899414 0.520508</w:t>
        <w:br/>
        <w:t>vt 0.904785 0.526123</w:t>
        <w:br/>
        <w:t>vt 0.894043 0.530273</w:t>
        <w:br/>
        <w:t>vt 0.905273 0.529541</w:t>
        <w:br/>
        <w:t>vt 0.905273 0.529541</w:t>
        <w:br/>
        <w:t>vt 0.893555 0.537842</w:t>
        <w:br/>
        <w:t>vt 0.871094 0.539307</w:t>
        <w:br/>
        <w:t>vt 0.872070 0.549072</w:t>
        <w:br/>
        <w:t>vt 0.894531 0.547119</w:t>
        <w:br/>
        <w:t>vt 0.895508 0.552734</w:t>
        <w:br/>
        <w:t>vt 0.874023 0.562744</w:t>
        <w:br/>
        <w:t>vt 0.910156 0.536377</w:t>
        <w:br/>
        <w:t>vt 0.916016 0.549561</w:t>
        <w:br/>
        <w:t>vt 0.915527 0.544678</w:t>
        <w:br/>
        <w:t>vt 0.896484 0.559082</w:t>
        <w:br/>
        <w:t>vt 0.916992 0.556152</w:t>
        <w:br/>
        <w:t>vt 0.916992 0.550049</w:t>
        <w:br/>
        <w:t>vt 0.897461 0.565430</w:t>
        <w:br/>
        <w:t>vt 0.917969 0.562500</w:t>
        <w:br/>
        <w:t>vt 0.919434 0.568848</w:t>
        <w:br/>
        <w:t>vt 0.918945 0.561523</w:t>
        <w:br/>
        <w:t>vt 0.916504 0.577393</w:t>
        <w:br/>
        <w:t>vt 0.923828 0.568115</w:t>
        <w:br/>
        <w:t>vt 0.900391 0.580566</w:t>
        <w:br/>
        <w:t>vt 0.925293 0.575928</w:t>
        <w:br/>
        <w:t>vt 0.902832 0.588135</w:t>
        <w:br/>
        <w:t>vt 0.914062 0.586182</w:t>
        <w:br/>
        <w:t>vt 0.927246 0.584717</w:t>
        <w:br/>
        <w:t>vt 0.904785 0.596436</w:t>
        <w:br/>
        <w:t>vt 0.934082 0.583740</w:t>
        <w:br/>
        <w:t>vt 0.910645 0.595459</w:t>
        <w:br/>
        <w:t>vt 0.907227 0.604004</w:t>
        <w:br/>
        <w:t>vt 0.887207 0.615234</w:t>
        <w:br/>
        <w:t>vt 0.890137 0.621826</w:t>
        <w:br/>
        <w:t>vt 0.910156 0.602783</w:t>
        <w:br/>
        <w:t>vt 0.911133 0.611816</w:t>
        <w:br/>
        <w:t>vt 0.892090 0.625244</w:t>
        <w:br/>
        <w:t>vt 0.913086 0.615234</w:t>
        <w:br/>
        <w:t>vt 0.915039 0.605225</w:t>
        <w:br/>
        <w:t>vt 0.910156 0.602783</w:t>
        <w:br/>
        <w:t>vt 0.914062 0.595703</w:t>
        <w:br/>
        <w:t>vt 0.910645 0.595459</w:t>
        <w:br/>
        <w:t>vt 0.913574 0.590576</w:t>
        <w:br/>
        <w:t>vt 0.914062 0.586182</w:t>
        <w:br/>
        <w:t>vt 0.914062 0.586182</w:t>
        <w:br/>
        <w:t>vt 0.917480 0.594727</w:t>
        <w:br/>
        <w:t>vt 0.913574 0.590576</w:t>
        <w:br/>
        <w:t>vt 0.915039 0.595947</w:t>
        <w:br/>
        <w:t>vt 0.928711 0.589844</w:t>
        <w:br/>
        <w:t>vt 0.917480 0.594727</w:t>
        <w:br/>
        <w:t>vt 0.917969 0.599609</w:t>
        <w:br/>
        <w:t>vt 0.934570 0.589111</w:t>
        <w:br/>
        <w:t>vt 0.929688 0.593506</w:t>
        <w:br/>
        <w:t>vt 0.917969 0.599609</w:t>
        <w:br/>
        <w:t>vt 0.915527 0.601807</w:t>
        <w:br/>
        <w:t>vt 0.938477 0.583252</w:t>
        <w:br/>
        <w:t>vt 0.918945 0.605957</w:t>
        <w:br/>
        <w:t>vt 0.916992 0.609131</w:t>
        <w:br/>
        <w:t>vt 0.918945 0.605957</w:t>
        <w:br/>
        <w:t>vt 0.932129 0.609131</w:t>
        <w:br/>
        <w:t>vt 0.916992 0.609131</w:t>
        <w:br/>
        <w:t>vt 0.930664 0.599121</w:t>
        <w:br/>
        <w:t>vt 0.935547 0.593262</w:t>
        <w:br/>
        <w:t>vt 0.931641 0.605957</w:t>
        <w:br/>
        <w:t>vt 0.931641 0.605957</w:t>
        <w:br/>
        <w:t>vt 0.937012 0.605957</w:t>
        <w:br/>
        <w:t>vt 0.937500 0.608887</w:t>
        <w:br/>
        <w:t>vt 0.936523 0.599121</w:t>
        <w:br/>
        <w:t>vt 0.937012 0.605957</w:t>
        <w:br/>
        <w:t>vt 0.941406 0.606201</w:t>
        <w:br/>
        <w:t>vt 0.941895 0.609131</w:t>
        <w:br/>
        <w:t>vt 0.940430 0.599121</w:t>
        <w:br/>
        <w:t>vt 0.941406 0.606201</w:t>
        <w:br/>
        <w:t>vt 0.939941 0.592773</w:t>
        <w:br/>
        <w:t>vt 0.946777 0.606934</w:t>
        <w:br/>
        <w:t>vt 0.946289 0.609863</w:t>
        <w:br/>
        <w:t>vt 0.945801 0.600830</w:t>
        <w:br/>
        <w:t>vt 0.946777 0.606934</w:t>
        <w:br/>
        <w:t>vt 0.945312 0.592285</w:t>
        <w:br/>
        <w:t>vt 0.945801 0.598877</w:t>
        <w:br/>
        <w:t>vt 0.950195 0.598877</w:t>
        <w:br/>
        <w:t>vt 0.950195 0.602051</w:t>
        <w:br/>
        <w:t>vt 0.950684 0.607666</w:t>
        <w:br/>
        <w:t>vt 0.950684 0.607666</w:t>
        <w:br/>
        <w:t>vt 0.950684 0.610352</w:t>
        <w:br/>
        <w:t>vt 0.957031 0.610840</w:t>
        <w:br/>
        <w:t>vt 0.957031 0.608154</w:t>
        <w:br/>
        <w:t>vt 0.957031 0.610840</w:t>
        <w:br/>
        <w:t>vt 0.957031 0.608154</w:t>
        <w:br/>
        <w:t>vt 0.959961 0.608887</w:t>
        <w:br/>
        <w:t>vt 0.960449 0.606689</w:t>
        <w:br/>
        <w:t>vt 0.959961 0.604980</w:t>
        <w:br/>
        <w:t>vt 0.958008 0.603760</w:t>
        <w:br/>
        <w:t>vt 0.958008 0.603760</w:t>
        <w:br/>
        <w:t>vt 0.959961 0.598633</w:t>
        <w:br/>
        <w:t>vt 0.958496 0.598389</w:t>
        <w:br/>
        <w:t>vt 0.958496 0.598389</w:t>
        <w:br/>
        <w:t>vt 0.960449 0.591064</w:t>
        <w:br/>
        <w:t>vt 0.951172 0.591797</w:t>
        <w:br/>
        <w:t>vt 0.959473 0.590576</w:t>
        <w:br/>
        <w:t>vt 0.959473 0.590576</w:t>
        <w:br/>
        <w:t>vt 0.966309 0.580811</w:t>
        <w:br/>
        <w:t>vt 0.962891 0.590820</w:t>
        <w:br/>
        <w:t>vt 0.944336 0.582520</w:t>
        <w:br/>
        <w:t>vt 0.964355 0.578369</w:t>
        <w:br/>
        <w:t>vt 0.971680 0.573242</w:t>
        <w:br/>
        <w:t>vt 0.953613 0.581543</w:t>
        <w:br/>
        <w:t>vt 0.968750 0.572510</w:t>
        <w:br/>
        <w:t>vt 0.973633 0.567383</w:t>
        <w:br/>
        <w:t>vt 0.975098 0.567871</w:t>
        <w:br/>
        <w:t>vt 0.952148 0.572021</w:t>
        <w:br/>
        <w:t>vt 0.964355 0.578369</w:t>
        <w:br/>
        <w:t>vt 0.968750 0.572510</w:t>
        <w:br/>
        <w:t>vt 0.964844 0.563477</w:t>
        <w:br/>
        <w:t>vt 0.973633 0.567383</w:t>
        <w:br/>
        <w:t>vt 0.968750 0.561523</w:t>
        <w:br/>
        <w:t>vt 0.962402 0.553711</w:t>
        <w:br/>
        <w:t>vt 0.942871 0.573242</w:t>
        <w:br/>
        <w:t>vt 0.951172 0.564941</w:t>
        <w:br/>
        <w:t>vt 0.949707 0.555664</w:t>
        <w:br/>
        <w:t>vt 0.960449 0.542725</w:t>
        <w:br/>
        <w:t>vt 0.941406 0.565918</w:t>
        <w:br/>
        <w:t>vt 0.937988 0.573730</w:t>
        <w:br/>
        <w:t>vt 0.939941 0.557373</w:t>
        <w:br/>
        <w:t>vt 0.933594 0.574463</w:t>
        <w:br/>
        <w:t>vt 0.948242 0.544678</w:t>
        <w:br/>
        <w:t>vt 0.937988 0.546143</w:t>
        <w:br/>
        <w:t>vt 0.938477 0.556885</w:t>
        <w:br/>
        <w:t>vt 0.937500 0.541260</w:t>
        <w:br/>
        <w:t>vt 0.937012 0.546631</w:t>
        <w:br/>
        <w:t>vt 0.946777 0.539062</w:t>
        <w:br/>
        <w:t>vt 0.959473 0.536621</w:t>
        <w:br/>
        <w:t>vt 0.962891 0.536621</w:t>
        <w:br/>
        <w:t>vt 0.957520 0.527832</w:t>
        <w:br/>
        <w:t>vt 0.965332 0.529785</w:t>
        <w:br/>
        <w:t>vt 0.944336 0.530273</w:t>
        <w:br/>
        <w:t>vt 0.960449 0.524902</w:t>
        <w:br/>
        <w:t>vt 0.966797 0.529053</w:t>
        <w:br/>
        <w:t>vt 0.962402 0.523438</w:t>
        <w:br/>
        <w:t>vt 0.953613 0.518555</w:t>
        <w:br/>
        <w:t>vt 0.954590 0.516113</w:t>
        <w:br/>
        <w:t>vt 0.948730 0.510254</w:t>
        <w:br/>
        <w:t>vt 0.946289 0.510742</w:t>
        <w:br/>
        <w:t>vt 0.947266 0.510010</w:t>
        <w:br/>
        <w:t>vt 0.942383 0.521240</w:t>
        <w:br/>
        <w:t>vt 0.936523 0.531982</w:t>
        <w:br/>
        <w:t>vt 0.939941 0.511963</w:t>
        <w:br/>
        <w:t>vt 0.942871 0.503418</w:t>
        <w:br/>
        <w:t>vt 0.944336 0.502930</w:t>
        <w:br/>
        <w:t>vt 0.942871 0.498047</w:t>
        <w:br/>
        <w:t>vt 0.934570 0.522949</w:t>
        <w:br/>
        <w:t>vt 0.938477 0.495117</w:t>
        <w:br/>
        <w:t>vt 0.943359 0.496582</w:t>
        <w:br/>
        <w:t>vt 0.939941 0.493164</w:t>
        <w:br/>
        <w:t>vt 0.937988 0.493164</w:t>
        <w:br/>
        <w:t>vt 0.936523 0.505371</w:t>
        <w:br/>
        <w:t>vt 0.933594 0.497070</w:t>
        <w:br/>
        <w:t>vt 0.932617 0.494629</w:t>
        <w:br/>
        <w:t>vt 0.933105 0.513428</w:t>
        <w:br/>
        <w:t>vt 0.931152 0.506836</w:t>
        <w:br/>
        <w:t>vt 0.929199 0.499023</w:t>
        <w:br/>
        <w:t>vt 0.929199 0.499023</w:t>
        <w:br/>
        <w:t>vt 0.928223 0.496094</w:t>
        <w:br/>
        <w:t>vt 0.923828 0.497559</w:t>
        <w:br/>
        <w:t>vt 0.924316 0.500488</w:t>
        <w:br/>
        <w:t>vt 0.924316 0.500488</w:t>
        <w:br/>
        <w:t>vt 0.919434 0.498535</w:t>
        <w:br/>
        <w:t>vt 0.920410 0.501709</w:t>
        <w:br/>
        <w:t>vt 0.914062 0.500000</w:t>
        <w:br/>
        <w:t>vt 0.926270 0.508545</w:t>
        <w:br/>
        <w:t>vt 0.920410 0.501709</w:t>
        <w:br/>
        <w:t>vt 0.927734 0.514648</w:t>
        <w:br/>
        <w:t>vt 0.914551 0.503174</w:t>
        <w:br/>
        <w:t>vt 0.921387 0.509521</w:t>
        <w:br/>
        <w:t>vt 0.914551 0.503174</w:t>
        <w:br/>
        <w:t>vt 0.922852 0.515625</w:t>
        <w:br/>
        <w:t>vt 0.923340 0.519775</w:t>
        <w:br/>
        <w:t>vt 0.916992 0.517334</w:t>
        <w:br/>
        <w:t>vt 0.929199 0.524170</w:t>
        <w:br/>
        <w:t>vt 0.916016 0.510742</w:t>
        <w:br/>
        <w:t>vt 0.931152 0.533203</w:t>
        <w:br/>
        <w:t>vt 0.902832 0.506592</w:t>
        <w:br/>
        <w:t>vt 0.902832 0.506592</w:t>
        <w:br/>
        <w:t>vt 0.900391 0.504150</w:t>
        <w:br/>
        <w:t>vt 0.902832 0.506592</w:t>
        <w:br/>
        <w:t>vt 0.900391 0.511230</w:t>
        <w:br/>
        <w:t>vt 0.900391 0.504150</w:t>
        <w:br/>
        <w:t>vt 0.904297 0.513428</w:t>
        <w:br/>
        <w:t>vt 0.904297 0.513428</w:t>
        <w:br/>
        <w:t>vt 0.902344 0.519531</w:t>
        <w:br/>
        <w:t>vt 0.905273 0.519531</w:t>
        <w:br/>
        <w:t>vt 0.905273 0.519531</w:t>
        <w:br/>
        <w:t>vt 0.904785 0.526123</w:t>
        <w:br/>
        <w:t>vt 0.917480 0.520996</w:t>
        <w:br/>
        <w:t>vt 0.905273 0.529541</w:t>
        <w:br/>
        <w:t>vt 0.917480 0.526123</w:t>
        <w:br/>
        <w:t>vt 0.918945 0.535156</w:t>
        <w:br/>
        <w:t>vt 0.924805 0.524902</w:t>
        <w:br/>
        <w:t>vt 0.927246 0.533936</w:t>
        <w:br/>
        <w:t>vt 0.920410 0.543945</w:t>
        <w:br/>
        <w:t>vt 0.932617 0.541748</w:t>
        <w:br/>
        <w:t>vt 0.928711 0.542236</w:t>
        <w:br/>
        <w:t>vt 0.929688 0.547852</w:t>
        <w:br/>
        <w:t>vt 0.933594 0.547119</w:t>
        <w:br/>
        <w:t>vt 0.938477 0.552002</w:t>
        <w:br/>
        <w:t>vt 0.920898 0.548584</w:t>
        <w:br/>
        <w:t>vt 0.930664 0.553223</w:t>
        <w:br/>
        <w:t>vt 0.934570 0.552490</w:t>
        <w:br/>
        <w:t>vt 0.938477 0.556885</w:t>
        <w:br/>
        <w:t>vt 0.921875 0.554688</w:t>
        <w:br/>
        <w:t>vt 0.917969 0.555664</w:t>
        <w:br/>
        <w:t>vt 0.935547 0.558105</w:t>
        <w:br/>
        <w:t>vt 0.931152 0.558594</w:t>
        <w:br/>
        <w:t>vt 0.922852 0.561035</w:t>
        <w:br/>
        <w:t>vt 0.936523 0.566650</w:t>
        <w:br/>
        <w:t>vt 0.932617 0.567383</w:t>
        <w:br/>
        <w:t>vt 0.173218 0.264648</w:t>
        <w:br/>
        <w:t>vt 0.177612 0.265625</w:t>
        <w:br/>
        <w:t>vt 0.173218 0.265625</w:t>
        <w:br/>
        <w:t>vt 0.169922 0.264648</w:t>
        <w:br/>
        <w:t>vt 0.169922 0.265625</w:t>
        <w:br/>
        <w:t>vt 0.167358 0.264648</w:t>
        <w:br/>
        <w:t>vt 0.167358 0.265625</w:t>
        <w:br/>
        <w:t>vt 0.166260 0.264648</w:t>
        <w:br/>
        <w:t>vt 0.166260 0.265625</w:t>
        <w:br/>
        <w:t>vt 0.165161 0.265625</w:t>
        <w:br/>
        <w:t>vt 0.169922 0.263184</w:t>
        <w:br/>
        <w:t>vt 0.169922 0.264648</w:t>
        <w:br/>
        <w:t>vt 0.167358 0.264648</w:t>
        <w:br/>
        <w:t>vt 0.166260 0.264648</w:t>
        <w:br/>
        <w:t>vt 0.167358 0.263184</w:t>
        <w:br/>
        <w:t>vt 0.165161 0.264648</w:t>
        <w:br/>
        <w:t>vt 0.173218 0.263184</w:t>
        <w:br/>
        <w:t>vt 0.173218 0.264648</w:t>
        <w:br/>
        <w:t>vt 0.166260 0.263184</w:t>
        <w:br/>
        <w:t>vt 0.165161 0.264648</w:t>
        <w:br/>
        <w:t>vt 0.169922 0.263184</w:t>
        <w:br/>
        <w:t>vt 0.167358 0.263184</w:t>
        <w:br/>
        <w:t>vt 0.169922 0.262207</w:t>
        <w:br/>
        <w:t>vt 0.167358 0.262207</w:t>
        <w:br/>
        <w:t>vt 0.166260 0.263184</w:t>
        <w:br/>
        <w:t>vt 0.165161 0.263184</w:t>
        <w:br/>
        <w:t>vt 0.167358 0.260742</w:t>
        <w:br/>
        <w:t>vt 0.169922 0.262207</w:t>
        <w:br/>
        <w:t>vt 0.167358 0.262207</w:t>
        <w:br/>
        <w:t>vt 0.166260 0.260742</w:t>
        <w:br/>
        <w:t>vt 0.169922 0.260742</w:t>
        <w:br/>
        <w:t>vt 0.166260 0.262207</w:t>
        <w:br/>
        <w:t>vt 0.166260 0.262207</w:t>
        <w:br/>
        <w:t>vt 0.165161 0.263184</w:t>
        <w:br/>
        <w:t>vt 0.165161 0.260742</w:t>
        <w:br/>
        <w:t>vt 0.173218 0.262207</w:t>
        <w:br/>
        <w:t>vt 0.173218 0.262207</w:t>
        <w:br/>
        <w:t>vt 0.173218 0.260742</w:t>
        <w:br/>
        <w:t>vt 0.173218 0.263184</w:t>
        <w:br/>
        <w:t>vt 0.165161 0.262207</w:t>
        <w:br/>
        <w:t>vt 0.163818 0.260742</w:t>
        <w:br/>
        <w:t>vt 0.165161 0.262207</w:t>
        <w:br/>
        <w:t>vt 0.177612 0.262207</w:t>
        <w:br/>
        <w:t>vt 0.177612 0.262207</w:t>
        <w:br/>
        <w:t>vt 0.177612 0.260742</w:t>
        <w:br/>
        <w:t>vt 0.183838 0.260742</w:t>
        <w:br/>
        <w:t>vt 0.163818 0.263184</w:t>
        <w:br/>
        <w:t>vt 0.163818 0.263184</w:t>
        <w:br/>
        <w:t>vt 0.163818 0.262207</w:t>
        <w:br/>
        <w:t>vt 0.163818 0.262207</w:t>
        <w:br/>
        <w:t>vt 0.159790 0.262207</w:t>
        <w:br/>
        <w:t>vt 0.159790 0.262207</w:t>
        <w:br/>
        <w:t>vt 0.159790 0.260742</w:t>
        <w:br/>
        <w:t>vt 0.154785 0.260742</w:t>
        <w:br/>
        <w:t>vt 0.163818 0.264648</w:t>
        <w:br/>
        <w:t>vt 0.163818 0.264648</w:t>
        <w:br/>
        <w:t>vt 0.165161 0.264648</w:t>
        <w:br/>
        <w:t>vt 0.163818 0.265625</w:t>
        <w:br/>
        <w:t>vt 0.159790 0.265625</w:t>
        <w:br/>
        <w:t>vt 0.159790 0.263184</w:t>
        <w:br/>
        <w:t>vt 0.159790 0.263184</w:t>
        <w:br/>
        <w:t>vt 0.159790 0.264648</w:t>
        <w:br/>
        <w:t>vt 0.159790 0.264648</w:t>
        <w:br/>
        <w:t>vt 0.154785 0.265625</w:t>
        <w:br/>
        <w:t>vt 0.154785 0.262207</w:t>
        <w:br/>
        <w:t>vt 0.154785 0.262207</w:t>
        <w:br/>
        <w:t>vt 0.150391 0.260742</w:t>
        <w:br/>
        <w:t>vt 0.154785 0.264648</w:t>
        <w:br/>
        <w:t>vt 0.154785 0.264648</w:t>
        <w:br/>
        <w:t>vt 0.150391 0.265625</w:t>
        <w:br/>
        <w:t>vt 0.154785 0.263184</w:t>
        <w:br/>
        <w:t>vt 0.154785 0.263184</w:t>
        <w:br/>
        <w:t>vt 0.150391 0.262207</w:t>
        <w:br/>
        <w:t>vt 0.150391 0.262207</w:t>
        <w:br/>
        <w:t>vt 0.145142 0.260742</w:t>
        <w:br/>
        <w:t>vt 0.150391 0.264648</w:t>
        <w:br/>
        <w:t>vt 0.150391 0.264648</w:t>
        <w:br/>
        <w:t>vt 0.145142 0.265625</w:t>
        <w:br/>
        <w:t>vt 0.150391 0.263184</w:t>
        <w:br/>
        <w:t>vt 0.150391 0.263184</w:t>
        <w:br/>
        <w:t>vt 0.145142 0.262207</w:t>
        <w:br/>
        <w:t>vt 0.145142 0.262207</w:t>
        <w:br/>
        <w:t>vt 0.140015 0.260742</w:t>
        <w:br/>
        <w:t>vt 0.145142 0.264648</w:t>
        <w:br/>
        <w:t>vt 0.145142 0.264648</w:t>
        <w:br/>
        <w:t>vt 0.140015 0.265625</w:t>
        <w:br/>
        <w:t>vt 0.145142 0.263184</w:t>
        <w:br/>
        <w:t>vt 0.145142 0.263184</w:t>
        <w:br/>
        <w:t>vt 0.140015 0.264648</w:t>
        <w:br/>
        <w:t>vt 0.140015 0.264648</w:t>
        <w:br/>
        <w:t>vt 0.136108 0.264648</w:t>
        <w:br/>
        <w:t>vt 0.140015 0.262207</w:t>
        <w:br/>
        <w:t>vt 0.140015 0.262207</w:t>
        <w:br/>
        <w:t>vt 0.140015 0.263184</w:t>
        <w:br/>
        <w:t>vt 0.140015 0.263184</w:t>
        <w:br/>
        <w:t>vt 0.136108 0.263184</w:t>
        <w:br/>
        <w:t>vt 0.136108 0.263184</w:t>
        <w:br/>
        <w:t>vt 0.136108 0.264648</w:t>
        <w:br/>
        <w:t>vt 0.136108 0.262207</w:t>
        <w:br/>
        <w:t>vt 0.136108 0.262207</w:t>
        <w:br/>
        <w:t>vt 0.136108 0.260742</w:t>
        <w:br/>
        <w:t>vt 0.136108 0.265625</w:t>
        <w:br/>
        <w:t>vt 0.131348 0.265625</w:t>
        <w:br/>
        <w:t>vt 0.131348 0.262207</w:t>
        <w:br/>
        <w:t>vt 0.131348 0.262207</w:t>
        <w:br/>
        <w:t>vt 0.131348 0.260742</w:t>
        <w:br/>
        <w:t>vt 0.129150 0.260742</w:t>
        <w:br/>
        <w:t>vt 0.129150 0.262207</w:t>
        <w:br/>
        <w:t>vt 0.131348 0.263184</w:t>
        <w:br/>
        <w:t>vt 0.131348 0.263184</w:t>
        <w:br/>
        <w:t>vt 0.129150 0.262207</w:t>
        <w:br/>
        <w:t>vt 0.131348 0.262207</w:t>
        <w:br/>
        <w:t>vt 0.131348 0.263184</w:t>
        <w:br/>
        <w:t>vt 0.129150 0.263184</w:t>
        <w:br/>
        <w:t>vt 0.129150 0.264648</w:t>
        <w:br/>
        <w:t>vt 0.129150 0.263184</w:t>
        <w:br/>
        <w:t>vt 0.131348 0.264648</w:t>
        <w:br/>
        <w:t>vt 0.131348 0.264648</w:t>
        <w:br/>
        <w:t>vt 0.129150 0.265625</w:t>
        <w:br/>
        <w:t>vt 0.129150 0.264648</w:t>
        <w:br/>
        <w:t>vt 0.131348 0.264648</w:t>
        <w:br/>
        <w:t>vt 0.131348 0.265625</w:t>
        <w:br/>
        <w:t>vt 0.750977 0.286133</w:t>
        <w:br/>
        <w:t>vt 0.751953 0.290527</w:t>
        <w:br/>
        <w:t>vt 0.750977 0.290527</w:t>
        <w:br/>
        <w:t>vt 0.751953 0.296387</w:t>
        <w:br/>
        <w:t>vt 0.750977 0.296387</w:t>
        <w:br/>
        <w:t>vt 0.751953 0.301270</w:t>
        <w:br/>
        <w:t>vt 0.750977 0.301270</w:t>
        <w:br/>
        <w:t>vt 0.753418 0.290527</w:t>
        <w:br/>
        <w:t>vt 0.751953 0.296387</w:t>
        <w:br/>
        <w:t>vt 0.751953 0.290527</w:t>
        <w:br/>
        <w:t>vt 0.751953 0.303711</w:t>
        <w:br/>
        <w:t>vt 0.750977 0.303711</w:t>
        <w:br/>
        <w:t>vt 0.753418 0.296387</w:t>
        <w:br/>
        <w:t>vt 0.751953 0.301270</w:t>
        <w:br/>
        <w:t>vt 0.753418 0.301270</w:t>
        <w:br/>
        <w:t>vt 0.751953 0.303711</w:t>
        <w:br/>
        <w:t>vt 0.750977 0.303711</w:t>
        <w:br/>
        <w:t>vt 0.751953 0.303711</w:t>
        <w:br/>
        <w:t>vt 0.751953 0.304688</w:t>
        <w:br/>
        <w:t>vt 0.750977 0.304688</w:t>
        <w:br/>
        <w:t>vt 0.750977 0.305664</w:t>
        <w:br/>
        <w:t>vt 0.751953 0.305664</w:t>
        <w:br/>
        <w:t>vt 0.751953 0.305664</w:t>
        <w:br/>
        <w:t>vt 0.750977 0.308105</w:t>
        <w:br/>
        <w:t>vt 0.750977 0.305664</w:t>
        <w:br/>
        <w:t>vt 0.753418 0.304688</w:t>
        <w:br/>
        <w:t>vt 0.751953 0.304688</w:t>
        <w:br/>
        <w:t>vt 0.753418 0.304688</w:t>
        <w:br/>
        <w:t>vt 0.751953 0.305664</w:t>
        <w:br/>
        <w:t>vt 0.751953 0.304688</w:t>
        <w:br/>
        <w:t>vt 0.753418 0.303711</w:t>
        <w:br/>
        <w:t>vt 0.754395 0.301270</w:t>
        <w:br/>
        <w:t>vt 0.753418 0.303711</w:t>
        <w:br/>
        <w:t>vt 0.753418 0.301270</w:t>
        <w:br/>
        <w:t>vt 0.754395 0.303711</w:t>
        <w:br/>
        <w:t>vt 0.753418 0.304688</w:t>
        <w:br/>
        <w:t>vt 0.753418 0.303711</w:t>
        <w:br/>
        <w:t>vt 0.754395 0.303711</w:t>
        <w:br/>
        <w:t>vt 0.754395 0.296387</w:t>
        <w:br/>
        <w:t>vt 0.753418 0.296387</w:t>
        <w:br/>
        <w:t>vt 0.754395 0.301270</w:t>
        <w:br/>
        <w:t>vt 0.755859 0.303711</w:t>
        <w:br/>
        <w:t>vt 0.754395 0.303711</w:t>
        <w:br/>
        <w:t>vt 0.755859 0.301270</w:t>
        <w:br/>
        <w:t>vt 0.754395 0.296387</w:t>
        <w:br/>
        <w:t>vt 0.755859 0.296387</w:t>
        <w:br/>
        <w:t>vt 0.754395 0.304688</w:t>
        <w:br/>
        <w:t>vt 0.754395 0.304688</w:t>
        <w:br/>
        <w:t>vt 0.755859 0.304688</w:t>
        <w:br/>
        <w:t>vt 0.755859 0.304688</w:t>
        <w:br/>
        <w:t>vt 0.755859 0.305664</w:t>
        <w:br/>
        <w:t>vt 0.754395 0.304688</w:t>
        <w:br/>
        <w:t>vt 0.754395 0.290527</w:t>
        <w:br/>
        <w:t>vt 0.754395 0.290527</w:t>
        <w:br/>
        <w:t>vt 0.755859 0.290527</w:t>
        <w:br/>
        <w:t>vt 0.753418 0.290527</w:t>
        <w:br/>
        <w:t>vt 0.755859 0.286133</w:t>
        <w:br/>
        <w:t>vt 0.754395 0.286133</w:t>
        <w:br/>
        <w:t>vt 0.754395 0.286133</w:t>
        <w:br/>
        <w:t>vt 0.755859 0.281738</w:t>
        <w:br/>
        <w:t>vt 0.753418 0.286133</w:t>
        <w:br/>
        <w:t>vt 0.754395 0.281738</w:t>
        <w:br/>
        <w:t>vt 0.755859 0.278809</w:t>
        <w:br/>
        <w:t>vt 0.753418 0.286133</w:t>
        <w:br/>
        <w:t>vt 0.751953 0.286133</w:t>
        <w:br/>
        <w:t>vt 0.751953 0.286133</w:t>
        <w:br/>
        <w:t>vt 0.751953 0.281738</w:t>
        <w:br/>
        <w:t>vt 0.751953 0.281738</w:t>
        <w:br/>
        <w:t>vt 0.750977 0.281738</w:t>
        <w:br/>
        <w:t>vt 0.753418 0.281738</w:t>
        <w:br/>
        <w:t>vt 0.753418 0.281738</w:t>
        <w:br/>
        <w:t>vt 0.754395 0.281738</w:t>
        <w:br/>
        <w:t>vt 0.751953 0.278809</w:t>
        <w:br/>
        <w:t>vt 0.751953 0.278809</w:t>
        <w:br/>
        <w:t>vt 0.750977 0.278809</w:t>
        <w:br/>
        <w:t>vt 0.750977 0.275391</w:t>
        <w:br/>
        <w:t>vt 0.751953 0.273438</w:t>
        <w:br/>
        <w:t>vt 0.750977 0.275391</w:t>
        <w:br/>
        <w:t>vt 0.750977 0.273438</w:t>
        <w:br/>
        <w:t>vt 0.751953 0.275391</w:t>
        <w:br/>
        <w:t>vt 0.751953 0.275391</w:t>
        <w:br/>
        <w:t>vt 0.753418 0.273438</w:t>
        <w:br/>
        <w:t>vt 0.751953 0.275391</w:t>
        <w:br/>
        <w:t>vt 0.751953 0.273438</w:t>
        <w:br/>
        <w:t>vt 0.753418 0.278809</w:t>
        <w:br/>
        <w:t>vt 0.753418 0.278809</w:t>
        <w:br/>
        <w:t>vt 0.753418 0.275391</w:t>
        <w:br/>
        <w:t>vt 0.753418 0.273438</w:t>
        <w:br/>
        <w:t>vt 0.754395 0.275391</w:t>
        <w:br/>
        <w:t>vt 0.753418 0.275391</w:t>
        <w:br/>
        <w:t>vt 0.754395 0.273438</w:t>
        <w:br/>
        <w:t>vt 0.754395 0.278809</w:t>
        <w:br/>
        <w:t>vt 0.754395 0.278809</w:t>
        <w:br/>
        <w:t>vt 0.755859 0.275391</w:t>
        <w:br/>
        <w:t>vt 0.754395 0.275391</w:t>
        <w:br/>
        <w:t>vt 0.754395 0.273438</w:t>
        <w:br/>
        <w:t>vt 0.755859 0.273438</w:t>
        <w:br/>
        <w:t>vt 0.819336 0.591797</w:t>
        <w:br/>
        <w:t>vt 0.817383 0.585449</w:t>
        <w:br/>
        <w:t>vt 0.815918 0.586670</w:t>
        <w:br/>
        <w:t>vt 0.819336 0.591797</w:t>
        <w:br/>
        <w:t>vt 0.821289 0.582764</w:t>
        <w:br/>
        <w:t>vt 0.817383 0.585449</w:t>
        <w:br/>
        <w:t>vt 0.823242 0.588867</w:t>
        <w:br/>
        <w:t>vt 0.835449 0.586670</w:t>
        <w:br/>
        <w:t>vt 0.823242 0.588867</w:t>
        <w:br/>
        <w:t>vt 0.834473 0.582275</w:t>
        <w:br/>
        <w:t>vt 0.840332 0.582275</w:t>
        <w:br/>
        <w:t>vt 0.827148 0.600586</w:t>
        <w:br/>
        <w:t>vt 0.822266 0.602295</w:t>
        <w:br/>
        <w:t>vt 0.827148 0.614746</w:t>
        <w:br/>
        <w:t>vt 0.845215 0.585449</w:t>
        <w:br/>
        <w:t>vt 0.839355 0.577148</w:t>
        <w:br/>
        <w:t>vt 0.838867 0.597168</w:t>
        <w:br/>
        <w:t>vt 0.831543 0.613281</w:t>
        <w:br/>
        <w:t>vt 0.831543 0.613281</w:t>
        <w:br/>
        <w:t>vt 0.835938 0.625244</w:t>
        <w:br/>
        <w:t>vt 0.832031 0.627441</w:t>
        <w:br/>
        <w:t>vt 0.842773 0.608643</w:t>
        <w:br/>
        <w:t>vt 0.842773 0.639160</w:t>
        <w:br/>
        <w:t>vt 0.838867 0.643555</w:t>
        <w:br/>
        <w:t>vt 0.835938 0.625244</w:t>
        <w:br/>
        <w:t>vt 0.847168 0.620850</w:t>
        <w:br/>
        <w:t>vt 0.852539 0.633545</w:t>
        <w:br/>
        <w:t>vt 0.842773 0.639160</w:t>
        <w:br/>
        <w:t>vt 0.855957 0.642090</w:t>
        <w:br/>
        <w:t>vt 0.855957 0.642090</w:t>
        <w:br/>
        <w:t>vt 0.856934 0.648193</w:t>
        <w:br/>
        <w:t>vt 0.862793 0.628418</w:t>
        <w:br/>
        <w:t>vt 0.866211 0.638428</w:t>
        <w:br/>
        <w:t>vt 0.866211 0.638428</w:t>
        <w:br/>
        <w:t>vt 0.857910 0.616455</w:t>
        <w:br/>
        <w:t>vt 0.868652 0.641113</w:t>
        <w:br/>
        <w:t>vt 0.868164 0.643066</w:t>
        <w:br/>
        <w:t>vt 0.872070 0.636230</w:t>
        <w:br/>
        <w:t>vt 0.875000 0.632080</w:t>
        <w:br/>
        <w:t>vt 0.877930 0.633545</w:t>
        <w:br/>
        <w:t>vt 0.882324 0.627930</w:t>
        <w:br/>
        <w:t>vt 0.884277 0.630615</w:t>
        <w:br/>
        <w:t>vt 0.882324 0.627930</w:t>
        <w:br/>
        <w:t>vt 0.871582 0.622314</w:t>
        <w:br/>
        <w:t>vt 0.875000 0.632080</w:t>
        <w:br/>
        <w:t>vt 0.878906 0.619873</w:t>
        <w:br/>
        <w:t>vt 0.876953 0.614502</w:t>
        <w:br/>
        <w:t>vt 0.868164 0.611084</w:t>
        <w:br/>
        <w:t>vt 0.873047 0.609131</w:t>
        <w:br/>
        <w:t>vt 0.877441 0.611328</w:t>
        <w:br/>
        <w:t>vt 0.867676 0.598877</w:t>
        <w:br/>
        <w:t>vt 0.864258 0.600586</w:t>
        <w:br/>
        <w:t>vt 0.883789 0.604492</w:t>
        <w:br/>
        <w:t>vt 0.882812 0.609375</w:t>
        <w:br/>
        <w:t>vt 0.885254 0.610840</w:t>
        <w:br/>
        <w:t>vt 0.880859 0.594238</w:t>
        <w:br/>
        <w:t>vt 0.865234 0.598145</w:t>
        <w:br/>
        <w:t>vt 0.862793 0.600098</w:t>
        <w:br/>
        <w:t>vt 0.878418 0.585449</w:t>
        <w:br/>
        <w:t>vt 0.852051 0.603760</w:t>
        <w:br/>
        <w:t>vt 0.854492 0.603516</w:t>
        <w:br/>
        <w:t>vt 0.854004 0.604492</w:t>
        <w:br/>
        <w:t>vt 0.865234 0.589355</w:t>
        <w:br/>
        <w:t>vt 0.865234 0.598145</w:t>
        <w:br/>
        <w:t>vt 0.867676 0.598877</w:t>
        <w:br/>
        <w:t>vt 0.865234 0.589355</w:t>
        <w:br/>
        <w:t>vt 0.851074 0.604980</w:t>
        <w:br/>
        <w:t>vt 0.847656 0.594727</w:t>
        <w:br/>
        <w:t>vt 0.852051 0.603760</w:t>
        <w:br/>
        <w:t>vt 0.847656 0.594727</w:t>
        <w:br/>
        <w:t>vt 0.851074 0.604980</w:t>
        <w:br/>
        <w:t>vt 0.849121 0.594238</w:t>
        <w:br/>
        <w:t>vt 0.845215 0.585449</w:t>
        <w:br/>
        <w:t>vt 0.852051 0.603760</w:t>
        <w:br/>
        <w:t>vt 0.865234 0.598145</w:t>
        <w:br/>
        <w:t>vt 0.849121 0.594238</w:t>
        <w:br/>
        <w:t>vt 0.862793 0.589844</w:t>
        <w:br/>
        <w:t>vt 0.862793 0.589844</w:t>
        <w:br/>
        <w:t>vt 0.846191 0.585205</w:t>
        <w:br/>
        <w:t>vt 0.860840 0.580811</w:t>
        <w:br/>
        <w:t>vt 0.846191 0.585205</w:t>
        <w:br/>
        <w:t>vt 0.863281 0.580811</w:t>
        <w:br/>
        <w:t>vt 0.860840 0.580811</w:t>
        <w:br/>
        <w:t>vt 0.842773 0.575928</w:t>
        <w:br/>
        <w:t>vt 0.842773 0.575928</w:t>
        <w:br/>
        <w:t>vt 0.837402 0.568848</w:t>
        <w:br/>
        <w:t>vt 0.844238 0.575439</w:t>
        <w:br/>
        <w:t>vt 0.844238 0.575439</w:t>
        <w:br/>
        <w:t>vt 0.840820 0.568359</w:t>
        <w:br/>
        <w:t>vt 0.840820 0.568359</w:t>
        <w:br/>
        <w:t>vt 0.839355 0.560791</w:t>
        <w:br/>
        <w:t>vt 0.835938 0.561523</w:t>
        <w:br/>
        <w:t>vt 0.842773 0.567871</w:t>
        <w:br/>
        <w:t>vt 0.838379 0.550781</w:t>
        <w:br/>
        <w:t>vt 0.834961 0.554199</w:t>
        <w:br/>
        <w:t>vt 0.839355 0.560791</w:t>
        <w:br/>
        <w:t>vt 0.841797 0.561279</w:t>
        <w:br/>
        <w:t>vt 0.840332 0.550537</w:t>
        <w:br/>
        <w:t>vt 0.838379 0.550781</w:t>
        <w:br/>
        <w:t>vt 0.858887 0.572266</w:t>
        <w:br/>
        <w:t>vt 0.842773 0.567871</w:t>
        <w:br/>
        <w:t>vt 0.856445 0.559082</w:t>
        <w:br/>
        <w:t>vt 0.841797 0.561279</w:t>
        <w:br/>
        <w:t>vt 0.862305 0.579346</w:t>
        <w:br/>
        <w:t>vt 0.857422 0.565430</w:t>
        <w:br/>
        <w:t>vt 0.860840 0.571777</w:t>
        <w:br/>
        <w:t>vt 0.863281 0.580811</w:t>
        <w:br/>
        <w:t>vt 0.872070 0.577148</w:t>
        <w:br/>
        <w:t>vt 0.862305 0.579346</w:t>
        <w:br/>
        <w:t>vt 0.873535 0.578613</w:t>
        <w:br/>
        <w:t>vt 0.874023 0.569092</w:t>
        <w:br/>
        <w:t>vt 0.872559 0.562744</w:t>
        <w:br/>
        <w:t>vt 0.875000 0.569580</w:t>
        <w:br/>
        <w:t>vt 0.859863 0.564697</w:t>
        <w:br/>
        <w:t>vt 0.859863 0.564697</w:t>
        <w:br/>
        <w:t>vt 0.871582 0.556641</w:t>
        <w:br/>
        <w:t>vt 0.859375 0.558105</w:t>
        <w:br/>
        <w:t>vt 0.859375 0.558105</w:t>
        <w:br/>
        <w:t>vt 0.857910 0.551758</w:t>
        <w:br/>
        <w:t>vt 0.867188 0.551025</w:t>
        <w:br/>
        <w:t>vt 0.857910 0.551758</w:t>
        <w:br/>
        <w:t>vt 0.873047 0.555664</w:t>
        <w:br/>
        <w:t>vt 0.855469 0.550293</w:t>
        <w:br/>
        <w:t>vt 0.840332 0.550537</w:t>
        <w:br/>
        <w:t>vt 0.857910 0.549805</w:t>
        <w:br/>
        <w:t>vt 0.839844 0.539062</w:t>
        <w:br/>
        <w:t>vt 0.839844 0.539062</w:t>
        <w:br/>
        <w:t>vt 0.854980 0.539551</w:t>
        <w:br/>
        <w:t>vt 0.868164 0.549316</w:t>
        <w:br/>
        <w:t>vt 0.857422 0.539062</w:t>
        <w:br/>
        <w:t>vt 0.857422 0.539062</w:t>
        <w:br/>
        <w:t>vt 0.840820 0.528809</w:t>
        <w:br/>
        <w:t>vt 0.872070 0.549072</w:t>
        <w:br/>
        <w:t>vt 0.854492 0.530273</w:t>
        <w:br/>
        <w:t>vt 0.854492 0.530273</w:t>
        <w:br/>
        <w:t>vt 0.871094 0.539307</w:t>
        <w:br/>
        <w:t>vt 0.857422 0.529053</w:t>
        <w:br/>
        <w:t>vt 0.857422 0.529053</w:t>
        <w:br/>
        <w:t>vt 0.894531 0.547119</w:t>
        <w:br/>
        <w:t>vt 0.853516 0.527588</w:t>
        <w:br/>
        <w:t>vt 0.854492 0.530273</w:t>
        <w:br/>
        <w:t>vt 0.857422 0.529053</w:t>
        <w:br/>
        <w:t>vt 0.851562 0.528564</w:t>
        <w:br/>
        <w:t>vt 0.840820 0.528809</w:t>
        <w:br/>
        <w:t>vt 0.854004 0.514893</w:t>
        <w:br/>
        <w:t>vt 0.843262 0.527588</w:t>
        <w:br/>
        <w:t>vt 0.841309 0.527100</w:t>
        <w:br/>
        <w:t>vt 0.860352 0.515869</w:t>
        <w:br/>
        <w:t>vt 0.838867 0.527344</w:t>
        <w:br/>
        <w:t>vt 0.842773 0.512695</w:t>
        <w:br/>
        <w:t>vt 0.861816 0.511475</w:t>
        <w:br/>
        <w:t>vt 0.854492 0.505127</w:t>
        <w:br/>
        <w:t>vt 0.862305 0.506348</w:t>
        <w:br/>
        <w:t>vt 0.863281 0.499512</w:t>
        <w:br/>
        <w:t>vt 0.864258 0.514648</w:t>
        <w:br/>
        <w:t>vt 0.854492 0.497559</w:t>
        <w:br/>
        <w:t>vt 0.857422 0.494629</w:t>
        <w:br/>
        <w:t>vt 0.864258 0.496094</w:t>
        <w:br/>
        <w:t>vt 0.854492 0.497559</w:t>
        <w:br/>
        <w:t>vt 0.851074 0.494629</w:t>
        <w:br/>
        <w:t>vt 0.844727 0.493652</w:t>
        <w:br/>
        <w:t>vt 0.846191 0.491211</w:t>
        <w:br/>
        <w:t>vt 0.845215 0.489258</w:t>
        <w:br/>
        <w:t>vt 0.834473 0.485352</w:t>
        <w:br/>
        <w:t>vt 0.833008 0.490723</w:t>
        <w:br/>
        <w:t>vt 0.817383 0.493164</w:t>
        <w:br/>
        <w:t>vt 0.831543 0.499512</w:t>
        <w:br/>
        <w:t>vt 0.844727 0.493652</w:t>
        <w:br/>
        <w:t>vt 0.833008 0.490723</w:t>
        <w:br/>
        <w:t>vt 0.844238 0.501709</w:t>
        <w:br/>
        <w:t>vt 0.821777 0.496582</w:t>
        <w:br/>
        <w:t>vt 0.821777 0.496582</w:t>
        <w:br/>
        <w:t>vt 0.815430 0.508545</w:t>
        <w:br/>
        <w:t>vt 0.819336 0.509277</w:t>
        <w:br/>
        <w:t>vt 0.830566 0.510986</w:t>
        <w:br/>
        <w:t>vt 0.818359 0.525635</w:t>
        <w:br/>
        <w:t>vt 0.813477 0.525391</w:t>
        <w:br/>
        <w:t>vt 0.812012 0.537598</w:t>
        <w:br/>
        <w:t>vt 0.829102 0.526855</w:t>
        <w:br/>
        <w:t>vt 0.838379 0.538818</w:t>
        <w:br/>
        <w:t>vt 0.838379 0.538818</w:t>
        <w:br/>
        <w:t>vt 0.840820 0.528809</w:t>
        <w:br/>
        <w:t>vt 0.838867 0.527344</w:t>
        <w:br/>
        <w:t>vt 0.829102 0.538574</w:t>
        <w:br/>
        <w:t>vt 0.817383 0.538086</w:t>
        <w:br/>
        <w:t>vt 0.811523 0.551514</w:t>
        <w:br/>
        <w:t>vt 0.829102 0.551270</w:t>
        <w:br/>
        <w:t>vt 0.829590 0.555420</w:t>
        <w:br/>
        <w:t>vt 0.816406 0.559814</w:t>
        <w:br/>
        <w:t>vt 0.816895 0.552246</w:t>
        <w:br/>
        <w:t>vt 0.816895 0.552246</w:t>
        <w:br/>
        <w:t>vt 0.811523 0.557617</w:t>
        <w:br/>
        <w:t>vt 0.810059 0.557129</w:t>
        <w:br/>
        <w:t>vt 0.177612 0.264648</w:t>
        <w:br/>
        <w:t>vt 0.183838 0.265625</w:t>
        <w:br/>
        <w:t>vt 0.177612 0.264648</w:t>
        <w:br/>
        <w:t>vt 0.177612 0.263184</w:t>
        <w:br/>
        <w:t>vt 0.177612 0.263184</w:t>
        <w:br/>
        <w:t>vt 0.183838 0.264648</w:t>
        <w:br/>
        <w:t>vt 0.183838 0.264648</w:t>
        <w:br/>
        <w:t>vt 0.183838 0.262207</w:t>
        <w:br/>
        <w:t>vt 0.183838 0.262207</w:t>
        <w:br/>
        <w:t>vt 0.183838 0.263184</w:t>
        <w:br/>
        <w:t>vt 0.183838 0.263184</w:t>
        <w:br/>
        <w:t>vt 0.190186 0.264648</w:t>
        <w:br/>
        <w:t>vt 0.190186 0.265625</w:t>
        <w:br/>
        <w:t>vt 0.190186 0.263184</w:t>
        <w:br/>
        <w:t>vt 0.190186 0.263184</w:t>
        <w:br/>
        <w:t>vt 0.190186 0.264648</w:t>
        <w:br/>
        <w:t>vt 0.190186 0.262207</w:t>
        <w:br/>
        <w:t>vt 0.190186 0.262207</w:t>
        <w:br/>
        <w:t>vt 0.190186 0.260742</w:t>
        <w:br/>
        <w:t>vt 0.194458 0.263184</w:t>
        <w:br/>
        <w:t>vt 0.194458 0.263184</w:t>
        <w:br/>
        <w:t>vt 0.194458 0.264648</w:t>
        <w:br/>
        <w:t>vt 0.194458 0.264648</w:t>
        <w:br/>
        <w:t>vt 0.194458 0.265625</w:t>
        <w:br/>
        <w:t>vt 0.194458 0.262207</w:t>
        <w:br/>
        <w:t>vt 0.194458 0.262207</w:t>
        <w:br/>
        <w:t>vt 0.194458 0.260742</w:t>
        <w:br/>
        <w:t>vt 0.197510 0.260742</w:t>
        <w:br/>
        <w:t>vt 0.197510 0.264648</w:t>
        <w:br/>
        <w:t>vt 0.197510 0.264648</w:t>
        <w:br/>
        <w:t>vt 0.197510 0.265625</w:t>
        <w:br/>
        <w:t>vt 0.197510 0.264648</w:t>
        <w:br/>
        <w:t>vt 0.198608 0.265625</w:t>
        <w:br/>
        <w:t>vt 0.197510 0.265625</w:t>
        <w:br/>
        <w:t>vt 0.197510 0.263184</w:t>
        <w:br/>
        <w:t>vt 0.197510 0.263184</w:t>
        <w:br/>
        <w:t>vt 0.197510 0.262207</w:t>
        <w:br/>
        <w:t>vt 0.197510 0.262207</w:t>
        <w:br/>
        <w:t>vt 0.198608 0.262207</w:t>
        <w:br/>
        <w:t>vt 0.198608 0.262207</w:t>
        <w:br/>
        <w:t>vt 0.197510 0.263184</w:t>
        <w:br/>
        <w:t>vt 0.197510 0.262207</w:t>
        <w:br/>
        <w:t>vt 0.198608 0.260742</w:t>
        <w:br/>
        <w:t>vt 0.198608 0.263184</w:t>
        <w:br/>
        <w:t>vt 0.198608 0.263184</w:t>
        <w:br/>
        <w:t>vt 0.198608 0.260742</w:t>
        <w:br/>
        <w:t>vt 0.200684 0.262207</w:t>
        <w:br/>
        <w:t>vt 0.200684 0.260742</w:t>
        <w:br/>
        <w:t>vt 0.200684 0.262207</w:t>
        <w:br/>
        <w:t>vt 0.200684 0.263184</w:t>
        <w:br/>
        <w:t>vt 0.198608 0.264648</w:t>
        <w:br/>
        <w:t>vt 0.200684 0.263184</w:t>
        <w:br/>
        <w:t>vt 0.198608 0.264648</w:t>
        <w:br/>
        <w:t>vt 0.200684 0.264648</w:t>
        <w:br/>
        <w:t>vt 0.200684 0.264648</w:t>
        <w:br/>
        <w:t>vt 0.200684 0.265625</w:t>
        <w:br/>
        <w:t>vt 0.750977 0.317871</w:t>
        <w:br/>
        <w:t>vt 0.751953 0.324219</w:t>
        <w:br/>
        <w:t>vt 0.750977 0.324219</w:t>
        <w:br/>
        <w:t>vt 0.751953 0.329102</w:t>
        <w:br/>
        <w:t>vt 0.750977 0.329102</w:t>
        <w:br/>
        <w:t>vt 0.751953 0.333496</w:t>
        <w:br/>
        <w:t>vt 0.750977 0.333496</w:t>
        <w:br/>
        <w:t>vt 0.750977 0.337402</w:t>
        <w:br/>
        <w:t>vt 0.751953 0.324219</w:t>
        <w:br/>
        <w:t>vt 0.753418 0.329102</w:t>
        <w:br/>
        <w:t>vt 0.751953 0.329102</w:t>
        <w:br/>
        <w:t>vt 0.751953 0.333496</w:t>
        <w:br/>
        <w:t>vt 0.751953 0.337402</w:t>
        <w:br/>
        <w:t>vt 0.750977 0.339844</w:t>
        <w:br/>
        <w:t>vt 0.751953 0.339844</w:t>
        <w:br/>
        <w:t>vt 0.753418 0.333496</w:t>
        <w:br/>
        <w:t>vt 0.751953 0.337402</w:t>
        <w:br/>
        <w:t>vt 0.753418 0.337402</w:t>
        <w:br/>
        <w:t>vt 0.751953 0.339844</w:t>
        <w:br/>
        <w:t>vt 0.753418 0.339844</w:t>
        <w:br/>
        <w:t>vt 0.754395 0.339844</w:t>
        <w:br/>
        <w:t>vt 0.753418 0.339844</w:t>
        <w:br/>
        <w:t>vt 0.753418 0.337402</w:t>
        <w:br/>
        <w:t>vt 0.754395 0.337402</w:t>
        <w:br/>
        <w:t>vt 0.755859 0.339844</w:t>
        <w:br/>
        <w:t>vt 0.754395 0.339844</w:t>
        <w:br/>
        <w:t>vt 0.754395 0.337402</w:t>
        <w:br/>
        <w:t>vt 0.755859 0.337402</w:t>
        <w:br/>
        <w:t>vt 0.755859 0.333496</w:t>
        <w:br/>
        <w:t>vt 0.754395 0.333496</w:t>
        <w:br/>
        <w:t>vt 0.754395 0.333496</w:t>
        <w:br/>
        <w:t>vt 0.753418 0.333496</w:t>
        <w:br/>
        <w:t>vt 0.754395 0.329102</w:t>
        <w:br/>
        <w:t>vt 0.754395 0.329102</w:t>
        <w:br/>
        <w:t>vt 0.753418 0.329102</w:t>
        <w:br/>
        <w:t>vt 0.755859 0.329102</w:t>
        <w:br/>
        <w:t>vt 0.755859 0.324219</w:t>
        <w:br/>
        <w:t>vt 0.754395 0.324219</w:t>
        <w:br/>
        <w:t>vt 0.754395 0.324219</w:t>
        <w:br/>
        <w:t>vt 0.755859 0.317871</w:t>
        <w:br/>
        <w:t>vt 0.753418 0.324219</w:t>
        <w:br/>
        <w:t>vt 0.753418 0.324219</w:t>
        <w:br/>
        <w:t>vt 0.754395 0.317871</w:t>
        <w:br/>
        <w:t>vt 0.754395 0.317871</w:t>
        <w:br/>
        <w:t>vt 0.755859 0.312500</w:t>
        <w:br/>
        <w:t>vt 0.751953 0.317871</w:t>
        <w:br/>
        <w:t>vt 0.751953 0.317871</w:t>
        <w:br/>
        <w:t>vt 0.750977 0.312500</w:t>
        <w:br/>
        <w:t>vt 0.753418 0.317871</w:t>
        <w:br/>
        <w:t>vt 0.753418 0.317871</w:t>
        <w:br/>
        <w:t>vt 0.754395 0.312500</w:t>
        <w:br/>
        <w:t>vt 0.754395 0.312500</w:t>
        <w:br/>
        <w:t>vt 0.755859 0.308105</w:t>
        <w:br/>
        <w:t>vt 0.751953 0.312500</w:t>
        <w:br/>
        <w:t>vt 0.751953 0.312500</w:t>
        <w:br/>
        <w:t>vt 0.753418 0.312500</w:t>
        <w:br/>
        <w:t>vt 0.753418 0.312500</w:t>
        <w:br/>
        <w:t>vt 0.751953 0.308105</w:t>
        <w:br/>
        <w:t>vt 0.751953 0.308105</w:t>
        <w:br/>
        <w:t>vt 0.753418 0.308105</w:t>
        <w:br/>
        <w:t>vt 0.754395 0.308105</w:t>
        <w:br/>
        <w:t>vt 0.753418 0.308105</w:t>
        <w:br/>
        <w:t>vt 0.754395 0.308105</w:t>
        <w:br/>
        <w:t>vt 0.753418 0.305664</w:t>
        <w:br/>
        <w:t>vt 0.753418 0.305664</w:t>
        <w:br/>
        <w:t>vt 0.754395 0.305664</w:t>
        <w:br/>
        <w:t>vt 0.754395 0.305664</w:t>
        <w:br/>
        <w:t>vt 0.572266 0.578125</w:t>
        <w:br/>
        <w:t>vt 0.565918 0.571533</w:t>
        <w:br/>
        <w:t>vt 0.570312 0.582031</w:t>
        <w:br/>
        <w:t>vt 0.564941 0.574951</w:t>
        <w:br/>
        <w:t>vt 0.564941 0.574951</w:t>
        <w:br/>
        <w:t>vt 0.562012 0.581055</w:t>
        <w:br/>
        <w:t>vt 0.562012 0.581055</w:t>
        <w:br/>
        <w:t>vt 0.562988 0.577637</w:t>
        <w:br/>
        <w:t>vt 0.559570 0.579102</w:t>
        <w:br/>
        <w:t>vt 0.559570 0.579102</w:t>
        <w:br/>
        <w:t>vt 0.558105 0.579346</w:t>
        <w:br/>
        <w:t>vt 0.560059 0.575928</w:t>
        <w:br/>
        <w:t>vt 0.560059 0.575928</w:t>
        <w:br/>
        <w:t>vt 0.562012 0.573975</w:t>
        <w:br/>
        <w:t>vt 0.562012 0.573975</w:t>
        <w:br/>
        <w:t>vt 0.565918 0.571533</w:t>
        <w:br/>
        <w:t>vt 0.562500 0.572266</w:t>
        <w:br/>
        <w:t>vt 0.558594 0.574707</w:t>
        <w:br/>
        <w:t>vt 0.558594 0.574707</w:t>
        <w:br/>
        <w:t>vt 0.589844 0.682617</w:t>
        <w:br/>
        <w:t>vt 0.594238 0.685059</w:t>
        <w:br/>
        <w:t>vt 0.592773 0.687012</w:t>
        <w:br/>
        <w:t>vt 0.594238 0.685059</w:t>
        <w:br/>
        <w:t>vt 0.597168 0.687744</w:t>
        <w:br/>
        <w:t>vt 0.598145 0.685059</w:t>
        <w:br/>
        <w:t>vt 0.601074 0.681641</w:t>
        <w:br/>
        <w:t>vt 0.601074 0.681641</w:t>
        <w:br/>
        <w:t>vt 0.598145 0.685059</w:t>
        <w:br/>
        <w:t>vt 0.596680 0.680664</w:t>
        <w:br/>
        <w:t>vt 0.594238 0.685059</w:t>
        <w:br/>
        <w:t>vt 0.591797 0.681396</w:t>
        <w:br/>
        <w:t>vt 0.591797 0.681396</w:t>
        <w:br/>
        <w:t>vt 0.391113 0.468262</w:t>
        <w:br/>
        <w:t>vt 0.391113 0.461914</w:t>
        <w:br/>
        <w:t>vt 0.392578 0.461914</w:t>
        <w:br/>
        <w:t>vt 0.391113 0.456055</w:t>
        <w:br/>
        <w:t>vt 0.391113 0.451172</w:t>
        <w:br/>
        <w:t>vt 0.392334 0.451172</w:t>
        <w:br/>
        <w:t>vt 0.392578 0.456055</w:t>
        <w:br/>
        <w:t>vt 0.392334 0.451172</w:t>
        <w:br/>
        <w:t>vt 0.393799 0.456055</w:t>
        <w:br/>
        <w:t>vt 0.392578 0.456055</w:t>
        <w:br/>
        <w:t>vt 0.393799 0.451172</w:t>
        <w:br/>
        <w:t>vt 0.393799 0.461914</w:t>
        <w:br/>
        <w:t>vt 0.392578 0.461914</w:t>
        <w:br/>
        <w:t>vt 0.393799 0.451172</w:t>
        <w:br/>
        <w:t>vt 0.395020 0.456055</w:t>
        <w:br/>
        <w:t>vt 0.393799 0.456055</w:t>
        <w:br/>
        <w:t>vt 0.393799 0.461914</w:t>
        <w:br/>
        <w:t>vt 0.395264 0.451172</w:t>
        <w:br/>
        <w:t>vt 0.395020 0.456055</w:t>
        <w:br/>
        <w:t>vt 0.395264 0.451172</w:t>
        <w:br/>
        <w:t>vt 0.396484 0.451172</w:t>
        <w:br/>
        <w:t>vt 0.396484 0.456055</w:t>
        <w:br/>
        <w:t>vt 0.395264 0.461914</w:t>
        <w:br/>
        <w:t>vt 0.395264 0.461914</w:t>
        <w:br/>
        <w:t>vt 0.396484 0.461914</w:t>
        <w:br/>
        <w:t>vt 0.396484 0.468262</w:t>
        <w:br/>
        <w:t>vt 0.395264 0.468262</w:t>
        <w:br/>
        <w:t>vt 0.395264 0.468262</w:t>
        <w:br/>
        <w:t>vt 0.396484 0.473633</w:t>
        <w:br/>
        <w:t>vt 0.395264 0.473633</w:t>
        <w:br/>
        <w:t>vt 0.393799 0.473633</w:t>
        <w:br/>
        <w:t>vt 0.395264 0.473633</w:t>
        <w:br/>
        <w:t>vt 0.393799 0.468262</w:t>
        <w:br/>
        <w:t>vt 0.392334 0.473633</w:t>
        <w:br/>
        <w:t>vt 0.393799 0.468262</w:t>
        <w:br/>
        <w:t>vt 0.393799 0.473633</w:t>
        <w:br/>
        <w:t>vt 0.392578 0.468262</w:t>
        <w:br/>
        <w:t>vt 0.392578 0.468262</w:t>
        <w:br/>
        <w:t>vt 0.392334 0.473633</w:t>
        <w:br/>
        <w:t>vt 0.391113 0.473633</w:t>
        <w:br/>
        <w:t>vt 0.384766 0.187500</w:t>
        <w:br/>
        <w:t>vt 0.385742 0.186035</w:t>
        <w:br/>
        <w:t>vt 0.385742 0.187500</w:t>
        <w:br/>
        <w:t>vt 0.384766 0.190918</w:t>
        <w:br/>
        <w:t>vt 0.385742 0.190918</w:t>
        <w:br/>
        <w:t>vt 0.384766 0.196777</w:t>
        <w:br/>
        <w:t>vt 0.385742 0.196777</w:t>
        <w:br/>
        <w:t>vt 0.383301 0.196777</w:t>
        <w:br/>
        <w:t>vt 0.384766 0.190918</w:t>
        <w:br/>
        <w:t>vt 0.384766 0.196777</w:t>
        <w:br/>
        <w:t>vt 0.384766 0.202637</w:t>
        <w:br/>
        <w:t>vt 0.384766 0.202637</w:t>
        <w:br/>
        <w:t>vt 0.385742 0.202637</w:t>
        <w:br/>
        <w:t>vt 0.385742 0.206055</w:t>
        <w:br/>
        <w:t>vt 0.383301 0.190918</w:t>
        <w:br/>
        <w:t>vt 0.384766 0.187500</w:t>
        <w:br/>
        <w:t>vt 0.383301 0.202637</w:t>
        <w:br/>
        <w:t>vt 0.383301 0.190918</w:t>
        <w:br/>
        <w:t>vt 0.383301 0.196777</w:t>
        <w:br/>
        <w:t>vt 0.382080 0.196777</w:t>
        <w:br/>
        <w:t>vt 0.383301 0.202637</w:t>
        <w:br/>
        <w:t>vt 0.383301 0.187500</w:t>
        <w:br/>
        <w:t>vt 0.383301 0.206055</w:t>
        <w:br/>
        <w:t>vt 0.384766 0.186035</w:t>
        <w:br/>
        <w:t>vt 0.384766 0.186035</w:t>
        <w:br/>
        <w:t>vt 0.385742 0.185059</w:t>
        <w:br/>
        <w:t>vt 0.384766 0.185059</w:t>
        <w:br/>
        <w:t>vt 0.383301 0.186035</w:t>
        <w:br/>
        <w:t>vt 0.384766 0.185059</w:t>
        <w:br/>
        <w:t>vt 0.383301 0.185059</w:t>
        <w:br/>
        <w:t>vt 0.383301 0.186035</w:t>
        <w:br/>
        <w:t>vt 0.382080 0.185059</w:t>
        <w:br/>
        <w:t>vt 0.383301 0.185059</w:t>
        <w:br/>
        <w:t>vt 0.382080 0.186035</w:t>
        <w:br/>
        <w:t>vt 0.383301 0.187500</w:t>
        <w:br/>
        <w:t>vt 0.382080 0.186035</w:t>
        <w:br/>
        <w:t>vt 0.380859 0.185059</w:t>
        <w:br/>
        <w:t>vt 0.382080 0.185059</w:t>
        <w:br/>
        <w:t>vt 0.380859 0.186035</w:t>
        <w:br/>
        <w:t>vt 0.382080 0.187500</w:t>
        <w:br/>
        <w:t>vt 0.382080 0.187500</w:t>
        <w:br/>
        <w:t>vt 0.380859 0.187500</w:t>
        <w:br/>
        <w:t>vt 0.382080 0.190918</w:t>
        <w:br/>
        <w:t>vt 0.382080 0.190918</w:t>
        <w:br/>
        <w:t>vt 0.380859 0.190918</w:t>
        <w:br/>
        <w:t>vt 0.382080 0.196777</w:t>
        <w:br/>
        <w:t>vt 0.380859 0.196777</w:t>
        <w:br/>
        <w:t>vt 0.382080 0.202637</w:t>
        <w:br/>
        <w:t>vt 0.382080 0.202637</w:t>
        <w:br/>
        <w:t>vt 0.380859 0.202637</w:t>
        <w:br/>
        <w:t>vt 0.382080 0.206055</w:t>
        <w:br/>
        <w:t>vt 0.382080 0.206055</w:t>
        <w:br/>
        <w:t>vt 0.380859 0.206055</w:t>
        <w:br/>
        <w:t>vt 0.383301 0.206055</w:t>
        <w:br/>
        <w:t>vt 0.380859 0.211426</w:t>
        <w:br/>
        <w:t>vt 0.382080 0.211426</w:t>
        <w:br/>
        <w:t>vt 0.383301 0.211426</w:t>
        <w:br/>
        <w:t>vt 0.382080 0.211426</w:t>
        <w:br/>
        <w:t>vt 0.382080 0.218262</w:t>
        <w:br/>
        <w:t>vt 0.382080 0.218262</w:t>
        <w:br/>
        <w:t>vt 0.380859 0.218262</w:t>
        <w:br/>
        <w:t>vt 0.383301 0.211426</w:t>
        <w:br/>
        <w:t>vt 0.384766 0.211426</w:t>
        <w:br/>
        <w:t>vt 0.382080 0.222168</w:t>
        <w:br/>
        <w:t>vt 0.380859 0.222168</w:t>
        <w:br/>
        <w:t>vt 0.383301 0.218262</w:t>
        <w:br/>
        <w:t>vt 0.382080 0.222168</w:t>
        <w:br/>
        <w:t>vt 0.383301 0.218262</w:t>
        <w:br/>
        <w:t>vt 0.382080 0.223633</w:t>
        <w:br/>
        <w:t>vt 0.380859 0.223633</w:t>
        <w:br/>
        <w:t>vt 0.380859 0.229004</w:t>
        <w:br/>
        <w:t>vt 0.383301 0.222168</w:t>
        <w:br/>
        <w:t>vt 0.382080 0.223633</w:t>
        <w:br/>
        <w:t>vt 0.384766 0.218262</w:t>
        <w:br/>
        <w:t>vt 0.383301 0.222168</w:t>
        <w:br/>
        <w:t>vt 0.384766 0.206055</w:t>
        <w:br/>
        <w:t>vt 0.384766 0.206055</w:t>
        <w:br/>
        <w:t>vt 0.385742 0.211426</w:t>
        <w:br/>
        <w:t>vt 0.384766 0.211426</w:t>
        <w:br/>
        <w:t>vt 0.384766 0.218262</w:t>
        <w:br/>
        <w:t>vt 0.385742 0.218262</w:t>
        <w:br/>
        <w:t>vt 0.385742 0.222168</w:t>
        <w:br/>
        <w:t>vt 0.384766 0.222168</w:t>
        <w:br/>
        <w:t>vt 0.385742 0.223633</w:t>
        <w:br/>
        <w:t>vt 0.384766 0.222168</w:t>
        <w:br/>
        <w:t>vt 0.383301 0.223633</w:t>
        <w:br/>
        <w:t>vt 0.383301 0.223633</w:t>
        <w:br/>
        <w:t>vt 0.384766 0.223633</w:t>
        <w:br/>
        <w:t>vt 0.384766 0.223633</w:t>
        <w:br/>
        <w:t>vt 0.384766 0.229004</w:t>
        <w:br/>
        <w:t>vt 0.384766 0.229004</w:t>
        <w:br/>
        <w:t>vt 0.383301 0.223633</w:t>
        <w:br/>
        <w:t>vt 0.383301 0.229004</w:t>
        <w:br/>
        <w:t>vt 0.382080 0.223633</w:t>
        <w:br/>
        <w:t>vt 0.383301 0.229004</w:t>
        <w:br/>
        <w:t>vt 0.385742 0.229004</w:t>
        <w:br/>
        <w:t>vt 0.385742 0.229004</w:t>
        <w:br/>
        <w:t>vt 0.384766 0.231445</w:t>
        <w:br/>
        <w:t>vt 0.384766 0.229004</w:t>
        <w:br/>
        <w:t>vt 0.384766 0.231445</w:t>
        <w:br/>
        <w:t>vt 0.385742 0.231445</w:t>
        <w:br/>
        <w:t>vt 0.382080 0.229004</w:t>
        <w:br/>
        <w:t>vt 0.382080 0.229004</w:t>
        <w:br/>
        <w:t>vt 0.380859 0.231445</w:t>
        <w:br/>
        <w:t>vt 0.383301 0.231445</w:t>
        <w:br/>
        <w:t>vt 0.383301 0.231445</w:t>
        <w:br/>
        <w:t>vt 0.382080 0.229004</w:t>
        <w:br/>
        <w:t>vt 0.383301 0.229004</w:t>
        <w:br/>
        <w:t>vt 0.384766 0.235840</w:t>
        <w:br/>
        <w:t>vt 0.384766 0.235840</w:t>
        <w:br/>
        <w:t>vt 0.385742 0.235840</w:t>
        <w:br/>
        <w:t>vt 0.382080 0.231445</w:t>
        <w:br/>
        <w:t>vt 0.382080 0.231445</w:t>
        <w:br/>
        <w:t>vt 0.380859 0.235840</w:t>
        <w:br/>
        <w:t>vt 0.383301 0.235840</w:t>
        <w:br/>
        <w:t>vt 0.383301 0.235840</w:t>
        <w:br/>
        <w:t>vt 0.382080 0.235840</w:t>
        <w:br/>
        <w:t>vt 0.382080 0.235840</w:t>
        <w:br/>
        <w:t>vt 0.380859 0.239258</w:t>
        <w:br/>
        <w:t>vt 0.384766 0.239258</w:t>
        <w:br/>
        <w:t>vt 0.384766 0.239258</w:t>
        <w:br/>
        <w:t>vt 0.385742 0.239258</w:t>
        <w:br/>
        <w:t>vt 0.385742 0.242676</w:t>
        <w:br/>
        <w:t>vt 0.382080 0.239258</w:t>
        <w:br/>
        <w:t>vt 0.380859 0.242676</w:t>
        <w:br/>
        <w:t>vt 0.383301 0.239258</w:t>
        <w:br/>
        <w:t>vt 0.382080 0.239258</w:t>
        <w:br/>
        <w:t>vt 0.383301 0.239258</w:t>
        <w:br/>
        <w:t>vt 0.382080 0.242676</w:t>
        <w:br/>
        <w:t>vt 0.382080 0.242676</w:t>
        <w:br/>
        <w:t>vt 0.384766 0.242676</w:t>
        <w:br/>
        <w:t>vt 0.384766 0.242676</w:t>
        <w:br/>
        <w:t>vt 0.383301 0.242676</w:t>
        <w:br/>
        <w:t>vt 0.383301 0.242676</w:t>
        <w:br/>
        <w:t>vt 0.382080 0.247070</w:t>
        <w:br/>
        <w:t>vt 0.380859 0.247070</w:t>
        <w:br/>
        <w:t>vt 0.383301 0.247070</w:t>
        <w:br/>
        <w:t>vt 0.383301 0.247070</w:t>
        <w:br/>
        <w:t>vt 0.382080 0.247070</w:t>
        <w:br/>
        <w:t>vt 0.384766 0.247070</w:t>
        <w:br/>
        <w:t>vt 0.384766 0.247070</w:t>
        <w:br/>
        <w:t>vt 0.385742 0.247070</w:t>
        <w:br/>
        <w:t>vt 0.383301 0.251953</w:t>
        <w:br/>
        <w:t>vt 0.383301 0.251953</w:t>
        <w:br/>
        <w:t>vt 0.384766 0.251953</w:t>
        <w:br/>
        <w:t>vt 0.384766 0.251953</w:t>
        <w:br/>
        <w:t>vt 0.385742 0.251953</w:t>
        <w:br/>
        <w:t>vt 0.384766 0.255859</w:t>
        <w:br/>
        <w:t>vt 0.384766 0.255859</w:t>
        <w:br/>
        <w:t>vt 0.385742 0.255859</w:t>
        <w:br/>
        <w:t>vt 0.384766 0.259277</w:t>
        <w:br/>
        <w:t>vt 0.383301 0.255859</w:t>
        <w:br/>
        <w:t>vt 0.384766 0.259277</w:t>
        <w:br/>
        <w:t>vt 0.382080 0.251953</w:t>
        <w:br/>
        <w:t>vt 0.383301 0.255859</w:t>
        <w:br/>
        <w:t>vt 0.382080 0.251953</w:t>
        <w:br/>
        <w:t>vt 0.380859 0.251953</w:t>
        <w:br/>
        <w:t>vt 0.380859 0.255859</w:t>
        <w:br/>
        <w:t>vt 0.382080 0.255859</w:t>
        <w:br/>
        <w:t>vt 0.382080 0.255859</w:t>
        <w:br/>
        <w:t>vt 0.380859 0.259277</w:t>
        <w:br/>
        <w:t>vt 0.382080 0.259277</w:t>
        <w:br/>
        <w:t>vt 0.380859 0.262695</w:t>
        <w:br/>
        <w:t>vt 0.383301 0.259277</w:t>
        <w:br/>
        <w:t>vt 0.382080 0.259277</w:t>
        <w:br/>
        <w:t>vt 0.383301 0.259277</w:t>
        <w:br/>
        <w:t>vt 0.385742 0.259277</w:t>
        <w:br/>
        <w:t>vt 0.385742 0.262695</w:t>
        <w:br/>
        <w:t>vt 0.384766 0.262695</w:t>
        <w:br/>
        <w:t>vt 0.384766 0.262695</w:t>
        <w:br/>
        <w:t>vt 0.385742 0.264648</w:t>
        <w:br/>
        <w:t>vt 0.382080 0.262695</w:t>
        <w:br/>
        <w:t>vt 0.382080 0.262695</w:t>
        <w:br/>
        <w:t>vt 0.383301 0.262695</w:t>
        <w:br/>
        <w:t>vt 0.383301 0.262695</w:t>
        <w:br/>
        <w:t>vt 0.382080 0.264648</w:t>
        <w:br/>
        <w:t>vt 0.382080 0.264648</w:t>
        <w:br/>
        <w:t>vt 0.380859 0.264648</w:t>
        <w:br/>
        <w:t>vt 0.380859 0.266113</w:t>
        <w:br/>
        <w:t>vt 0.382080 0.266113</w:t>
        <w:br/>
        <w:t>vt 0.383301 0.264648</w:t>
        <w:br/>
        <w:t>vt 0.382080 0.266113</w:t>
        <w:br/>
        <w:t>vt 0.383301 0.264648</w:t>
        <w:br/>
        <w:t>vt 0.383301 0.266113</w:t>
        <w:br/>
        <w:t>vt 0.384766 0.266113</w:t>
        <w:br/>
        <w:t>vt 0.383301 0.266113</w:t>
        <w:br/>
        <w:t>vt 0.384766 0.264648</w:t>
        <w:br/>
        <w:t>vt 0.384766 0.264648</w:t>
        <w:br/>
        <w:t>vt 0.385742 0.266113</w:t>
        <w:br/>
        <w:t>vt 0.384766 0.266113</w:t>
        <w:br/>
        <w:t>vt 0.406494 0.356445</w:t>
        <w:br/>
        <w:t>vt 0.407715 0.360352</w:t>
        <w:br/>
        <w:t>vt 0.407715 0.356445</w:t>
        <w:br/>
        <w:t>vt 0.406494 0.352051</w:t>
        <w:br/>
        <w:t>vt 0.407715 0.352051</w:t>
        <w:br/>
        <w:t>vt 0.407715 0.348145</w:t>
        <w:br/>
        <w:t>vt 0.406494 0.348145</w:t>
        <w:br/>
        <w:t>vt 0.407715 0.345215</w:t>
        <w:br/>
        <w:t>vt 0.406494 0.345215</w:t>
        <w:br/>
        <w:t>vt 0.407715 0.340332</w:t>
        <w:br/>
        <w:t>vt 0.405029 0.348145</w:t>
        <w:br/>
        <w:t>vt 0.406494 0.352051</w:t>
        <w:br/>
        <w:t>vt 0.406494 0.348145</w:t>
        <w:br/>
        <w:t>vt 0.406494 0.340332</w:t>
        <w:br/>
        <w:t>vt 0.407715 0.335449</w:t>
        <w:br/>
        <w:t>vt 0.405029 0.345215</w:t>
        <w:br/>
        <w:t>vt 0.406494 0.345215</w:t>
        <w:br/>
        <w:t>vt 0.406494 0.340332</w:t>
        <w:br/>
        <w:t>vt 0.406494 0.335449</w:t>
        <w:br/>
        <w:t>vt 0.407715 0.332031</w:t>
        <w:br/>
        <w:t>vt 0.405029 0.340332</w:t>
        <w:br/>
        <w:t>vt 0.406494 0.332031</w:t>
        <w:br/>
        <w:t>vt 0.407715 0.330078</w:t>
        <w:br/>
        <w:t>vt 0.406494 0.335449</w:t>
        <w:br/>
        <w:t>vt 0.405029 0.335449</w:t>
        <w:br/>
        <w:t>vt 0.406494 0.330078</w:t>
        <w:br/>
        <w:t>vt 0.407715 0.329102</w:t>
        <w:br/>
        <w:t>vt 0.406494 0.329102</w:t>
        <w:br/>
        <w:t>vt 0.405029 0.332031</w:t>
        <w:br/>
        <w:t>vt 0.406494 0.332031</w:t>
        <w:br/>
        <w:t>vt 0.406494 0.330078</w:t>
        <w:br/>
        <w:t>vt 0.406494 0.329102</w:t>
        <w:br/>
        <w:t>vt 0.405029 0.330078</w:t>
        <w:br/>
        <w:t>vt 0.405029 0.329102</w:t>
        <w:br/>
        <w:t>vt 0.403564 0.329102</w:t>
        <w:br/>
        <w:t>vt 0.405029 0.330078</w:t>
        <w:br/>
        <w:t>vt 0.405029 0.329102</w:t>
        <w:br/>
        <w:t>vt 0.403564 0.330078</w:t>
        <w:br/>
        <w:t>vt 0.405029 0.332031</w:t>
        <w:br/>
        <w:t>vt 0.402100 0.329102</w:t>
        <w:br/>
        <w:t>vt 0.403564 0.330078</w:t>
        <w:br/>
        <w:t>vt 0.403564 0.329102</w:t>
        <w:br/>
        <w:t>vt 0.402100 0.330078</w:t>
        <w:br/>
        <w:t>vt 0.403564 0.332031</w:t>
        <w:br/>
        <w:t>vt 0.403564 0.332031</w:t>
        <w:br/>
        <w:t>vt 0.405029 0.335449</w:t>
        <w:br/>
        <w:t>vt 0.402100 0.332031</w:t>
        <w:br/>
        <w:t>vt 0.402100 0.335449</w:t>
        <w:br/>
        <w:t>vt 0.403564 0.335449</w:t>
        <w:br/>
        <w:t>vt 0.403564 0.335449</w:t>
        <w:br/>
        <w:t>vt 0.405029 0.340332</w:t>
        <w:br/>
        <w:t>vt 0.402100 0.340332</w:t>
        <w:br/>
        <w:t>vt 0.403564 0.340332</w:t>
        <w:br/>
        <w:t>vt 0.403564 0.340332</w:t>
        <w:br/>
        <w:t>vt 0.405029 0.345215</w:t>
        <w:br/>
        <w:t>vt 0.403564 0.345215</w:t>
        <w:br/>
        <w:t>vt 0.403564 0.345215</w:t>
        <w:br/>
        <w:t>vt 0.402100 0.345215</w:t>
        <w:br/>
        <w:t>vt 0.405029 0.348145</w:t>
        <w:br/>
        <w:t>vt 0.402100 0.348145</w:t>
        <w:br/>
        <w:t>vt 0.403564 0.348145</w:t>
        <w:br/>
        <w:t>vt 0.403564 0.348145</w:t>
        <w:br/>
        <w:t>vt 0.402100 0.352051</w:t>
        <w:br/>
        <w:t>vt 0.405029 0.352051</w:t>
        <w:br/>
        <w:t>vt 0.405029 0.352051</w:t>
        <w:br/>
        <w:t>vt 0.403564 0.352051</w:t>
        <w:br/>
        <w:t>vt 0.403564 0.352051</w:t>
        <w:br/>
        <w:t>vt 0.402100 0.356445</w:t>
        <w:br/>
        <w:t>vt 0.406494 0.356445</w:t>
        <w:br/>
        <w:t>vt 0.403564 0.356445</w:t>
        <w:br/>
        <w:t>vt 0.403564 0.356445</w:t>
        <w:br/>
        <w:t>vt 0.402100 0.360352</w:t>
        <w:br/>
        <w:t>vt 0.405029 0.356445</w:t>
        <w:br/>
        <w:t>vt 0.405029 0.356445</w:t>
        <w:br/>
        <w:t>vt 0.403564 0.360352</w:t>
        <w:br/>
        <w:t>vt 0.403564 0.360352</w:t>
        <w:br/>
        <w:t>vt 0.402100 0.363281</w:t>
        <w:br/>
        <w:t>vt 0.406494 0.360352</w:t>
        <w:br/>
        <w:t>vt 0.406494 0.360352</w:t>
        <w:br/>
        <w:t>vt 0.407715 0.363281</w:t>
        <w:br/>
        <w:t>vt 0.405029 0.360352</w:t>
        <w:br/>
        <w:t>vt 0.405029 0.360352</w:t>
        <w:br/>
        <w:t>vt 0.406494 0.363281</w:t>
        <w:br/>
        <w:t>vt 0.406494 0.363281</w:t>
        <w:br/>
        <w:t>vt 0.406494 0.366211</w:t>
        <w:br/>
        <w:t>vt 0.407715 0.366211</w:t>
        <w:br/>
        <w:t>vt 0.405029 0.363281</w:t>
        <w:br/>
        <w:t>vt 0.406494 0.366211</w:t>
        <w:br/>
        <w:t>vt 0.405029 0.363281</w:t>
        <w:br/>
        <w:t>vt 0.406494 0.367676</w:t>
        <w:br/>
        <w:t>vt 0.407715 0.367676</w:t>
        <w:br/>
        <w:t>vt 0.407715 0.369141</w:t>
        <w:br/>
        <w:t>vt 0.406494 0.369141</w:t>
        <w:br/>
        <w:t>vt 0.405029 0.366211</w:t>
        <w:br/>
        <w:t>vt 0.406494 0.367676</w:t>
        <w:br/>
        <w:t>vt 0.403564 0.363281</w:t>
        <w:br/>
        <w:t>vt 0.405029 0.366211</w:t>
        <w:br/>
        <w:t>vt 0.403564 0.363281</w:t>
        <w:br/>
        <w:t>vt 0.402100 0.366211</w:t>
        <w:br/>
        <w:t>vt 0.403564 0.366211</w:t>
        <w:br/>
        <w:t>vt 0.403564 0.366211</w:t>
        <w:br/>
        <w:t>vt 0.402100 0.367676</w:t>
        <w:br/>
        <w:t>vt 0.405029 0.367676</w:t>
        <w:br/>
        <w:t>vt 0.405029 0.367676</w:t>
        <w:br/>
        <w:t>vt 0.406494 0.369141</w:t>
        <w:br/>
        <w:t>vt 0.405029 0.369141</w:t>
        <w:br/>
        <w:t>vt 0.403564 0.369141</w:t>
        <w:br/>
        <w:t>vt 0.405029 0.369141</w:t>
        <w:br/>
        <w:t>vt 0.403564 0.367676</w:t>
        <w:br/>
        <w:t>vt 0.403564 0.367676</w:t>
        <w:br/>
        <w:t>vt 0.402100 0.369141</w:t>
        <w:br/>
        <w:t>vt 0.403564 0.369141</w:t>
        <w:br/>
        <w:t>vt 0.284668 0.391602</w:t>
        <w:br/>
        <w:t>vt 0.286133 0.390625</w:t>
        <w:br/>
        <w:t>vt 0.286133 0.391602</w:t>
        <w:br/>
        <w:t>vt 0.290039 0.391602</w:t>
        <w:br/>
        <w:t>vt 0.290039 0.390625</w:t>
        <w:br/>
        <w:t>vt 0.296875 0.391602</w:t>
        <w:br/>
        <w:t>vt 0.296875 0.390625</w:t>
        <w:br/>
        <w:t>vt 0.303467 0.391602</w:t>
        <w:br/>
        <w:t>vt 0.286133 0.390625</w:t>
        <w:br/>
        <w:t>vt 0.290039 0.389648</w:t>
        <w:br/>
        <w:t>vt 0.290039 0.390625</w:t>
        <w:br/>
        <w:t>vt 0.296875 0.390625</w:t>
        <w:br/>
        <w:t>vt 0.303467 0.390625</w:t>
        <w:br/>
        <w:t>vt 0.309570 0.391602</w:t>
        <w:br/>
        <w:t>vt 0.296875 0.389648</w:t>
        <w:br/>
        <w:t>vt 0.303467 0.390625</w:t>
        <w:br/>
        <w:t>vt 0.309570 0.390625</w:t>
        <w:br/>
        <w:t>vt 0.303467 0.389648</w:t>
        <w:br/>
        <w:t>vt 0.309570 0.390625</w:t>
        <w:br/>
        <w:t>vt 0.316162 0.390625</w:t>
        <w:br/>
        <w:t>vt 0.316162 0.391602</w:t>
        <w:br/>
        <w:t>vt 0.316162 0.390625</w:t>
        <w:br/>
        <w:t>vt 0.318115 0.391602</w:t>
        <w:br/>
        <w:t>vt 0.316162 0.391602</w:t>
        <w:br/>
        <w:t>vt 0.318115 0.390625</w:t>
        <w:br/>
        <w:t>vt 0.318115 0.390625</w:t>
        <w:br/>
        <w:t>vt 0.316162 0.390625</w:t>
        <w:br/>
        <w:t>vt 0.316162 0.389648</w:t>
        <w:br/>
        <w:t>vt 0.318115 0.389648</w:t>
        <w:br/>
        <w:t>vt 0.316162 0.389648</w:t>
        <w:br/>
        <w:t>vt 0.318115 0.388184</w:t>
        <w:br/>
        <w:t>vt 0.318115 0.389648</w:t>
        <w:br/>
        <w:t>vt 0.309570 0.389648</w:t>
        <w:br/>
        <w:t>vt 0.316162 0.388184</w:t>
        <w:br/>
        <w:t>vt 0.316162 0.388184</w:t>
        <w:br/>
        <w:t>vt 0.318115 0.387207</w:t>
        <w:br/>
        <w:t>vt 0.318115 0.388184</w:t>
        <w:br/>
        <w:t>vt 0.316162 0.387207</w:t>
        <w:br/>
        <w:t>vt 0.309570 0.387207</w:t>
        <w:br/>
        <w:t>vt 0.309570 0.388184</w:t>
        <w:br/>
        <w:t>vt 0.316162 0.389648</w:t>
        <w:br/>
        <w:t>vt 0.309570 0.389648</w:t>
        <w:br/>
        <w:t>vt 0.316162 0.388184</w:t>
        <w:br/>
        <w:t>vt 0.303467 0.389648</w:t>
        <w:br/>
        <w:t>vt 0.309570 0.388184</w:t>
        <w:br/>
        <w:t>vt 0.303467 0.388184</w:t>
        <w:br/>
        <w:t>vt 0.303467 0.388184</w:t>
        <w:br/>
        <w:t>vt 0.296875 0.389648</w:t>
        <w:br/>
        <w:t>vt 0.303467 0.387207</w:t>
        <w:br/>
        <w:t>vt 0.296875 0.388184</w:t>
        <w:br/>
        <w:t>vt 0.296875 0.388184</w:t>
        <w:br/>
        <w:t>vt 0.290039 0.389648</w:t>
        <w:br/>
        <w:t>vt 0.296875 0.387207</w:t>
        <w:br/>
        <w:t>vt 0.290039 0.388184</w:t>
        <w:br/>
        <w:t>vt 0.290039 0.388184</w:t>
        <w:br/>
        <w:t>vt 0.290039 0.387207</w:t>
        <w:br/>
        <w:t>vt 0.286133 0.387207</w:t>
        <w:br/>
        <w:t>vt 0.286133 0.389648</w:t>
        <w:br/>
        <w:t>vt 0.286133 0.389648</w:t>
        <w:br/>
        <w:t>vt 0.286133 0.388184</w:t>
        <w:br/>
        <w:t>vt 0.286133 0.388184</w:t>
        <w:br/>
        <w:t>vt 0.284668 0.388184</w:t>
        <w:br/>
        <w:t>vt 0.284668 0.388184</w:t>
        <w:br/>
        <w:t>vt 0.284668 0.387207</w:t>
        <w:br/>
        <w:t>vt 0.284668 0.390625</w:t>
        <w:br/>
        <w:t>vt 0.284668 0.390625</w:t>
        <w:br/>
        <w:t>vt 0.284668 0.389648</w:t>
        <w:br/>
        <w:t>vt 0.284668 0.389648</w:t>
        <w:br/>
        <w:t>vt 0.283691 0.388184</w:t>
        <w:br/>
        <w:t>vt 0.283691 0.388184</w:t>
        <w:br/>
        <w:t>vt 0.283691 0.387207</w:t>
        <w:br/>
        <w:t>vt 0.283691 0.389648</w:t>
        <w:br/>
        <w:t>vt 0.283691 0.389648</w:t>
        <w:br/>
        <w:t>vt 0.282715 0.388184</w:t>
        <w:br/>
        <w:t>vt 0.282715 0.388184</w:t>
        <w:br/>
        <w:t>vt 0.282715 0.387207</w:t>
        <w:br/>
        <w:t>vt 0.283691 0.390625</w:t>
        <w:br/>
        <w:t>vt 0.283691 0.390625</w:t>
        <w:br/>
        <w:t>vt 0.284668 0.390625</w:t>
        <w:br/>
        <w:t>vt 0.283691 0.391602</w:t>
        <w:br/>
        <w:t>vt 0.282715 0.391602</w:t>
        <w:br/>
        <w:t>vt 0.282715 0.389648</w:t>
        <w:br/>
        <w:t>vt 0.282715 0.389648</w:t>
        <w:br/>
        <w:t>vt 0.282715 0.390625</w:t>
        <w:br/>
        <w:t>vt 0.282715 0.390625</w:t>
        <w:br/>
        <w:t>vt 0.280273 0.391602</w:t>
        <w:br/>
        <w:t>vt 0.280273 0.388184</w:t>
        <w:br/>
        <w:t>vt 0.280273 0.388184</w:t>
        <w:br/>
        <w:t>vt 0.280273 0.387207</w:t>
        <w:br/>
        <w:t>vt 0.280273 0.389648</w:t>
        <w:br/>
        <w:t>vt 0.280273 0.389648</w:t>
        <w:br/>
        <w:t>vt 0.280273 0.390625</w:t>
        <w:br/>
        <w:t>vt 0.280273 0.390625</w:t>
        <w:br/>
        <w:t>vt 0.274902 0.390625</w:t>
        <w:br/>
        <w:t>vt 0.274902 0.389648</w:t>
        <w:br/>
        <w:t>vt 0.274902 0.389648</w:t>
        <w:br/>
        <w:t>vt 0.274902 0.390625</w:t>
        <w:br/>
        <w:t>vt 0.274902 0.388184</w:t>
        <w:br/>
        <w:t>vt 0.274902 0.388184</w:t>
        <w:br/>
        <w:t>vt 0.274902 0.387207</w:t>
        <w:br/>
        <w:t>vt 0.268311 0.389648</w:t>
        <w:br/>
        <w:t>vt 0.268311 0.389648</w:t>
        <w:br/>
        <w:t>vt 0.268311 0.388184</w:t>
        <w:br/>
        <w:t>vt 0.268311 0.388184</w:t>
        <w:br/>
        <w:t>vt 0.268311 0.387207</w:t>
        <w:br/>
        <w:t>vt 0.274902 0.391602</w:t>
        <w:br/>
        <w:t>vt 0.263184 0.388184</w:t>
        <w:br/>
        <w:t>vt 0.263184 0.387207</w:t>
        <w:br/>
        <w:t>vt 0.268311 0.390625</w:t>
        <w:br/>
        <w:t>vt 0.268311 0.390625</w:t>
        <w:br/>
        <w:t>vt 0.268311 0.391602</w:t>
        <w:br/>
        <w:t>vt 0.263184 0.389648</w:t>
        <w:br/>
        <w:t>vt 0.263184 0.389648</w:t>
        <w:br/>
        <w:t>vt 0.263184 0.388184</w:t>
        <w:br/>
        <w:t>vt 0.263184 0.390625</w:t>
        <w:br/>
        <w:t>vt 0.263184 0.390625</w:t>
        <w:br/>
        <w:t>vt 0.263184 0.391602</w:t>
        <w:br/>
        <w:t>vt 0.258789 0.389648</w:t>
        <w:br/>
        <w:t>vt 0.258789 0.389648</w:t>
        <w:br/>
        <w:t>vt 0.258789 0.390625</w:t>
        <w:br/>
        <w:t>vt 0.258789 0.390625</w:t>
        <w:br/>
        <w:t>vt 0.258789 0.391602</w:t>
        <w:br/>
        <w:t>vt 0.256348 0.390625</w:t>
        <w:br/>
        <w:t>vt 0.256348 0.390625</w:t>
        <w:br/>
        <w:t>vt 0.256348 0.391602</w:t>
        <w:br/>
        <w:t>vt 0.255371 0.391602</w:t>
        <w:br/>
        <w:t>vt 0.253418 0.391602</w:t>
        <w:br/>
        <w:t>vt 0.253418 0.390625</w:t>
        <w:br/>
        <w:t>vt 0.255371 0.390625</w:t>
        <w:br/>
        <w:t>vt 0.253418 0.389648</w:t>
        <w:br/>
        <w:t>vt 0.255371 0.390625</w:t>
        <w:br/>
        <w:t>vt 0.253418 0.390625</w:t>
        <w:br/>
        <w:t>vt 0.255371 0.389648</w:t>
        <w:br/>
        <w:t>vt 0.253418 0.388184</w:t>
        <w:br/>
        <w:t>vt 0.255371 0.389648</w:t>
        <w:br/>
        <w:t>vt 0.253418 0.389648</w:t>
        <w:br/>
        <w:t>vt 0.256348 0.389648</w:t>
        <w:br/>
        <w:t>vt 0.255371 0.388184</w:t>
        <w:br/>
        <w:t>vt 0.256348 0.389648</w:t>
        <w:br/>
        <w:t>vt 0.255371 0.387207</w:t>
        <w:br/>
        <w:t>vt 0.253418 0.388184</w:t>
        <w:br/>
        <w:t>vt 0.253418 0.387207</w:t>
        <w:br/>
        <w:t>vt 0.255371 0.388184</w:t>
        <w:br/>
        <w:t>vt 0.256348 0.387207</w:t>
        <w:br/>
        <w:t>vt 0.256348 0.388184</w:t>
        <w:br/>
        <w:t>vt 0.256348 0.388184</w:t>
        <w:br/>
        <w:t>vt 0.258789 0.388184</w:t>
        <w:br/>
        <w:t>vt 0.258789 0.388184</w:t>
        <w:br/>
        <w:t>vt 0.258789 0.387207</w:t>
        <w:br/>
        <w:t>vt 0.791016 0.154297</w:t>
        <w:br/>
        <w:t>vt 0.784668 0.156250</w:t>
        <w:br/>
        <w:t>vt 0.784668 0.154297</w:t>
        <w:br/>
        <w:t>vt 0.781738 0.154297</w:t>
        <w:br/>
        <w:t>vt 0.781738 0.156250</w:t>
        <w:br/>
        <w:t>vt 0.784668 0.156250</w:t>
        <w:br/>
        <w:t>vt 0.781738 0.158203</w:t>
        <w:br/>
        <w:t>vt 0.781738 0.156250</w:t>
        <w:br/>
        <w:t>vt 0.784668 0.158203</w:t>
        <w:br/>
        <w:t>vt 0.784668 0.158203</w:t>
        <w:br/>
        <w:t>vt 0.781738 0.160156</w:t>
        <w:br/>
        <w:t>vt 0.781738 0.158203</w:t>
        <w:br/>
        <w:t>vt 0.784668 0.162109</w:t>
        <w:br/>
        <w:t>vt 0.781738 0.162109</w:t>
        <w:br/>
        <w:t>vt 0.781738 0.160156</w:t>
        <w:br/>
        <w:t>vt 0.784668 0.160156</w:t>
        <w:br/>
        <w:t>vt 0.784668 0.160156</w:t>
        <w:br/>
        <w:t>vt 0.791016 0.162109</w:t>
        <w:br/>
        <w:t>vt 0.791016 0.160156</w:t>
        <w:br/>
        <w:t>vt 0.791016 0.160156</w:t>
        <w:br/>
        <w:t>vt 0.796875 0.162109</w:t>
        <w:br/>
        <w:t>vt 0.791016 0.156250</w:t>
        <w:br/>
        <w:t>vt 0.791016 0.156250</w:t>
        <w:br/>
        <w:t>vt 0.791016 0.158203</w:t>
        <w:br/>
        <w:t>vt 0.791016 0.158203</w:t>
        <w:br/>
        <w:t>vt 0.796875 0.156250</w:t>
        <w:br/>
        <w:t>vt 0.796875 0.156250</w:t>
        <w:br/>
        <w:t>vt 0.796875 0.154297</w:t>
        <w:br/>
        <w:t>vt 0.796875 0.158203</w:t>
        <w:br/>
        <w:t>vt 0.796875 0.158203</w:t>
        <w:br/>
        <w:t>vt 0.796875 0.160156</w:t>
        <w:br/>
        <w:t>vt 0.796875 0.160156</w:t>
        <w:br/>
        <w:t>vt 0.800781 0.160156</w:t>
        <w:br/>
        <w:t>vt 0.800781 0.158203</w:t>
        <w:br/>
        <w:t>vt 0.800781 0.160156</w:t>
        <w:br/>
        <w:t>vt 0.800781 0.158203</w:t>
        <w:br/>
        <w:t>vt 0.800781 0.162109</w:t>
        <w:br/>
        <w:t>vt 0.800781 0.156250</w:t>
        <w:br/>
        <w:t>vt 0.800781 0.156250</w:t>
        <w:br/>
        <w:t>vt 0.800781 0.154297</w:t>
        <w:br/>
        <w:t>vt 0.805176 0.154297</w:t>
        <w:br/>
        <w:t>vt 0.805176 0.160156</w:t>
        <w:br/>
        <w:t>vt 0.805176 0.160156</w:t>
        <w:br/>
        <w:t>vt 0.805176 0.162109</w:t>
        <w:br/>
        <w:t>vt 0.805176 0.158203</w:t>
        <w:br/>
        <w:t>vt 0.805176 0.158203</w:t>
        <w:br/>
        <w:t>vt 0.805176 0.156250</w:t>
        <w:br/>
        <w:t>vt 0.805176 0.156250</w:t>
        <w:br/>
        <w:t>vt 0.809570 0.154297</w:t>
        <w:br/>
        <w:t>vt 0.809570 0.160156</w:t>
        <w:br/>
        <w:t>vt 0.809570 0.160156</w:t>
        <w:br/>
        <w:t>vt 0.809570 0.162109</w:t>
        <w:br/>
        <w:t>vt 0.809570 0.158203</w:t>
        <w:br/>
        <w:t>vt 0.809570 0.158203</w:t>
        <w:br/>
        <w:t>vt 0.814453 0.160156</w:t>
        <w:br/>
        <w:t>vt 0.814453 0.162109</w:t>
        <w:br/>
        <w:t>vt 0.814453 0.160156</w:t>
        <w:br/>
        <w:t>vt 0.814453 0.158203</w:t>
        <w:br/>
        <w:t>vt 0.809570 0.156250</w:t>
        <w:br/>
        <w:t>vt 0.814453 0.158203</w:t>
        <w:br/>
        <w:t>vt 0.809570 0.156250</w:t>
        <w:br/>
        <w:t>vt 0.814453 0.156250</w:t>
        <w:br/>
        <w:t>vt 0.814453 0.154297</w:t>
        <w:br/>
        <w:t>vt 0.814453 0.156250</w:t>
        <w:br/>
        <w:t>vt 0.375000 0.189453</w:t>
        <w:br/>
        <w:t>vt 0.376221 0.186035</w:t>
        <w:br/>
        <w:t>vt 0.376221 0.189453</w:t>
        <w:br/>
        <w:t>vt 0.376221 0.195312</w:t>
        <w:br/>
        <w:t>vt 0.375000 0.195312</w:t>
        <w:br/>
        <w:t>vt 0.376221 0.198730</w:t>
        <w:br/>
        <w:t>vt 0.375000 0.198730</w:t>
        <w:br/>
        <w:t>vt 0.376221 0.203125</w:t>
        <w:br/>
        <w:t>vt 0.375000 0.195312</w:t>
        <w:br/>
        <w:t>vt 0.373779 0.189453</w:t>
        <w:br/>
        <w:t>vt 0.375000 0.189453</w:t>
        <w:br/>
        <w:t>vt 0.375000 0.203125</w:t>
        <w:br/>
        <w:t>vt 0.375000 0.208008</w:t>
        <w:br/>
        <w:t>vt 0.375000 0.198730</w:t>
        <w:br/>
        <w:t>vt 0.373779 0.195312</w:t>
        <w:br/>
        <w:t>vt 0.375000 0.203125</w:t>
        <w:br/>
        <w:t>vt 0.373779 0.198730</w:t>
        <w:br/>
        <w:t>vt 0.373779 0.203125</w:t>
        <w:br/>
        <w:t>vt 0.375000 0.208008</w:t>
        <w:br/>
        <w:t>vt 0.372559 0.198730</w:t>
        <w:br/>
        <w:t>vt 0.373779 0.195312</w:t>
        <w:br/>
        <w:t>vt 0.373779 0.198730</w:t>
        <w:br/>
        <w:t>vt 0.376221 0.208008</w:t>
        <w:br/>
        <w:t>vt 0.376221 0.212891</w:t>
        <w:br/>
        <w:t>vt 0.372559 0.203125</w:t>
        <w:br/>
        <w:t>vt 0.373779 0.203125</w:t>
        <w:br/>
        <w:t>vt 0.373779 0.208008</w:t>
        <w:br/>
        <w:t>vt 0.373779 0.208008</w:t>
        <w:br/>
        <w:t>vt 0.372559 0.203125</w:t>
        <w:br/>
        <w:t>vt 0.371582 0.208008</w:t>
        <w:br/>
        <w:t>vt 0.371582 0.203125</w:t>
        <w:br/>
        <w:t>vt 0.372559 0.198730</w:t>
        <w:br/>
        <w:t>vt 0.371582 0.198730</w:t>
        <w:br/>
        <w:t>vt 0.372559 0.208008</w:t>
        <w:br/>
        <w:t>vt 0.372559 0.208008</w:t>
        <w:br/>
        <w:t>vt 0.372559 0.212891</w:t>
        <w:br/>
        <w:t>vt 0.372559 0.212891</w:t>
        <w:br/>
        <w:t>vt 0.372559 0.195312</w:t>
        <w:br/>
        <w:t>vt 0.372559 0.195312</w:t>
        <w:br/>
        <w:t>vt 0.371582 0.195312</w:t>
        <w:br/>
        <w:t>vt 0.373779 0.189453</w:t>
        <w:br/>
        <w:t>vt 0.372559 0.189453</w:t>
        <w:br/>
        <w:t>vt 0.372559 0.189453</w:t>
        <w:br/>
        <w:t>vt 0.371582 0.189453</w:t>
        <w:br/>
        <w:t>vt 0.372559 0.186035</w:t>
        <w:br/>
        <w:t>vt 0.372559 0.186035</w:t>
        <w:br/>
        <w:t>vt 0.371582 0.189453</w:t>
        <w:br/>
        <w:t>vt 0.371582 0.186035</w:t>
        <w:br/>
        <w:t>vt 0.371582 0.184570</w:t>
        <w:br/>
        <w:t>vt 0.372559 0.184570</w:t>
        <w:br/>
        <w:t>vt 0.373779 0.186035</w:t>
        <w:br/>
        <w:t>vt 0.372559 0.184570</w:t>
        <w:br/>
        <w:t>vt 0.373779 0.186035</w:t>
        <w:br/>
        <w:t>vt 0.373779 0.184570</w:t>
        <w:br/>
        <w:t>vt 0.375000 0.184570</w:t>
        <w:br/>
        <w:t>vt 0.373779 0.184570</w:t>
        <w:br/>
        <w:t>vt 0.375000 0.186035</w:t>
        <w:br/>
        <w:t>vt 0.375000 0.186035</w:t>
        <w:br/>
        <w:t>vt 0.376221 0.184570</w:t>
        <w:br/>
        <w:t>vt 0.375000 0.184570</w:t>
        <w:br/>
        <w:t>vt 0.371582 0.212891</w:t>
        <w:br/>
        <w:t>vt 0.372559 0.217773</w:t>
        <w:br/>
        <w:t>vt 0.371582 0.217773</w:t>
        <w:br/>
        <w:t>vt 0.373779 0.212891</w:t>
        <w:br/>
        <w:t>vt 0.372559 0.217773</w:t>
        <w:br/>
        <w:t>vt 0.373779 0.212891</w:t>
        <w:br/>
        <w:t>vt 0.372559 0.220215</w:t>
        <w:br/>
        <w:t>vt 0.371582 0.220215</w:t>
        <w:br/>
        <w:t>vt 0.375000 0.212891</w:t>
        <w:br/>
        <w:t>vt 0.375000 0.212891</w:t>
        <w:br/>
        <w:t>vt 0.373779 0.217773</w:t>
        <w:br/>
        <w:t>vt 0.373779 0.217773</w:t>
        <w:br/>
        <w:t>vt 0.372559 0.220215</w:t>
        <w:br/>
        <w:t>vt 0.375000 0.217773</w:t>
        <w:br/>
        <w:t>vt 0.375000 0.217773</w:t>
        <w:br/>
        <w:t>vt 0.376221 0.217773</w:t>
        <w:br/>
        <w:t>vt 0.376221 0.220215</w:t>
        <w:br/>
        <w:t>vt 0.373779 0.220215</w:t>
        <w:br/>
        <w:t>vt 0.373779 0.220215</w:t>
        <w:br/>
        <w:t>vt 0.375000 0.220215</w:t>
        <w:br/>
        <w:t>vt 0.375000 0.220215</w:t>
        <w:br/>
        <w:t>vt 0.376221 0.225098</w:t>
        <w:br/>
        <w:t>vt 0.375000 0.220215</w:t>
        <w:br/>
        <w:t>vt 0.376221 0.220215</w:t>
        <w:br/>
        <w:t>vt 0.372559 0.225098</w:t>
        <w:br/>
        <w:t>vt 0.372559 0.220215</w:t>
        <w:br/>
        <w:t>vt 0.373779 0.220215</w:t>
        <w:br/>
        <w:t>vt 0.372559 0.225098</w:t>
        <w:br/>
        <w:t>vt 0.371582 0.225098</w:t>
        <w:br/>
        <w:t>vt 0.371582 0.227051</w:t>
        <w:br/>
        <w:t>vt 0.375000 0.225098</w:t>
        <w:br/>
        <w:t>vt 0.375000 0.227051</w:t>
        <w:br/>
        <w:t>vt 0.375000 0.225098</w:t>
        <w:br/>
        <w:t>vt 0.373779 0.225098</w:t>
        <w:br/>
        <w:t>vt 0.375000 0.227051</w:t>
        <w:br/>
        <w:t>vt 0.373779 0.225098</w:t>
        <w:br/>
        <w:t>vt 0.376221 0.227051</w:t>
        <w:br/>
        <w:t>vt 0.373779 0.227051</w:t>
        <w:br/>
        <w:t>vt 0.373779 0.227051</w:t>
        <w:br/>
        <w:t>vt 0.372559 0.227051</w:t>
        <w:br/>
        <w:t>vt 0.372559 0.227051</w:t>
        <w:br/>
        <w:t>vt 0.371582 0.229980</w:t>
        <w:br/>
        <w:t>vt 0.375000 0.229980</w:t>
        <w:br/>
        <w:t>vt 0.375000 0.229980</w:t>
        <w:br/>
        <w:t>vt 0.376221 0.229980</w:t>
        <w:br/>
        <w:t>vt 0.376221 0.236816</w:t>
        <w:br/>
        <w:t>vt 0.373779 0.229980</w:t>
        <w:br/>
        <w:t>vt 0.373779 0.229980</w:t>
        <w:br/>
        <w:t>vt 0.372559 0.229980</w:t>
        <w:br/>
        <w:t>vt 0.372559 0.229980</w:t>
        <w:br/>
        <w:t>vt 0.371582 0.236816</w:t>
        <w:br/>
        <w:t>vt 0.375000 0.236816</w:t>
        <w:br/>
        <w:t>vt 0.375000 0.236816</w:t>
        <w:br/>
        <w:t>vt 0.373779 0.236816</w:t>
        <w:br/>
        <w:t>vt 0.373779 0.236816</w:t>
        <w:br/>
        <w:t>vt 0.372559 0.236816</w:t>
        <w:br/>
        <w:t>vt 0.372559 0.236816</w:t>
        <w:br/>
        <w:t>vt 0.375000 0.242188</w:t>
        <w:br/>
        <w:t>vt 0.376221 0.242188</w:t>
        <w:br/>
        <w:t>vt 0.373779 0.242188</w:t>
        <w:br/>
        <w:t>vt 0.375000 0.242188</w:t>
        <w:br/>
        <w:t>vt 0.373779 0.242188</w:t>
        <w:br/>
        <w:t>vt 0.375000 0.245605</w:t>
        <w:br/>
        <w:t>vt 0.375000 0.245605</w:t>
        <w:br/>
        <w:t>vt 0.376221 0.245605</w:t>
        <w:br/>
        <w:t>vt 0.376221 0.250977</w:t>
        <w:br/>
        <w:t>vt 0.372559 0.242188</w:t>
        <w:br/>
        <w:t>vt 0.372559 0.242188</w:t>
        <w:br/>
        <w:t>vt 0.371582 0.242188</w:t>
        <w:br/>
        <w:t>vt 0.371582 0.245605</w:t>
        <w:br/>
        <w:t>vt 0.375000 0.250977</w:t>
        <w:br/>
        <w:t>vt 0.376221 0.256348</w:t>
        <w:br/>
        <w:t>vt 0.372559 0.245605</w:t>
        <w:br/>
        <w:t>vt 0.371582 0.250977</w:t>
        <w:br/>
        <w:t>vt 0.373779 0.245605</w:t>
        <w:br/>
        <w:t>vt 0.372559 0.245605</w:t>
        <w:br/>
        <w:t>vt 0.373779 0.245605</w:t>
        <w:br/>
        <w:t>vt 0.375000 0.250977</w:t>
        <w:br/>
        <w:t>vt 0.372559 0.250977</w:t>
        <w:br/>
        <w:t>vt 0.372559 0.250977</w:t>
        <w:br/>
        <w:t>vt 0.371582 0.256348</w:t>
        <w:br/>
        <w:t>vt 0.373779 0.250977</w:t>
        <w:br/>
        <w:t>vt 0.373779 0.250977</w:t>
        <w:br/>
        <w:t>vt 0.372559 0.256348</w:t>
        <w:br/>
        <w:t>vt 0.372559 0.256348</w:t>
        <w:br/>
        <w:t>vt 0.371582 0.259766</w:t>
        <w:br/>
        <w:t>vt 0.375000 0.256348</w:t>
        <w:br/>
        <w:t>vt 0.375000 0.256348</w:t>
        <w:br/>
        <w:t>vt 0.376221 0.259766</w:t>
        <w:br/>
        <w:t>vt 0.373779 0.256348</w:t>
        <w:br/>
        <w:t>vt 0.373779 0.256348</w:t>
        <w:br/>
        <w:t>vt 0.372559 0.259766</w:t>
        <w:br/>
        <w:t>vt 0.372559 0.259766</w:t>
        <w:br/>
        <w:t>vt 0.371582 0.261230</w:t>
        <w:br/>
        <w:t>vt 0.375000 0.259766</w:t>
        <w:br/>
        <w:t>vt 0.375000 0.259766</w:t>
        <w:br/>
        <w:t>vt 0.376221 0.261230</w:t>
        <w:br/>
        <w:t>vt 0.373779 0.259766</w:t>
        <w:br/>
        <w:t>vt 0.373779 0.259766</w:t>
        <w:br/>
        <w:t>vt 0.372559 0.261230</w:t>
        <w:br/>
        <w:t>vt 0.372559 0.261230</w:t>
        <w:br/>
        <w:t>vt 0.371582 0.262207</w:t>
        <w:br/>
        <w:t>vt 0.372559 0.262207</w:t>
        <w:br/>
        <w:t>vt 0.373779 0.261230</w:t>
        <w:br/>
        <w:t>vt 0.372559 0.262207</w:t>
        <w:br/>
        <w:t>vt 0.373779 0.261230</w:t>
        <w:br/>
        <w:t>vt 0.373779 0.262207</w:t>
        <w:br/>
        <w:t>vt 0.375000 0.262207</w:t>
        <w:br/>
        <w:t>vt 0.373779 0.262207</w:t>
        <w:br/>
        <w:t>vt 0.375000 0.261230</w:t>
        <w:br/>
        <w:t>vt 0.375000 0.261230</w:t>
        <w:br/>
        <w:t>vt 0.376221 0.262207</w:t>
        <w:br/>
        <w:t>vt 0.375000 0.262207</w:t>
        <w:br/>
        <w:t>vt 0.784668 0.156250</w:t>
        <w:br/>
        <w:t>vt 0.791016 0.154297</w:t>
        <w:br/>
        <w:t>vt 0.784668 0.154297</w:t>
        <w:br/>
        <w:t>vt 0.781738 0.154297</w:t>
        <w:br/>
        <w:t>vt 0.781738 0.156250</w:t>
        <w:br/>
        <w:t>vt 0.781738 0.158203</w:t>
        <w:br/>
        <w:t>vt 0.784668 0.156250</w:t>
        <w:br/>
        <w:t>vt 0.781738 0.156250</w:t>
        <w:br/>
        <w:t>vt 0.784668 0.158203</w:t>
        <w:br/>
        <w:t>vt 0.781738 0.160156</w:t>
        <w:br/>
        <w:t>vt 0.784668 0.158203</w:t>
        <w:br/>
        <w:t>vt 0.781738 0.158203</w:t>
        <w:br/>
        <w:t>vt 0.784668 0.162109</w:t>
        <w:br/>
        <w:t>vt 0.781738 0.160156</w:t>
        <w:br/>
        <w:t>vt 0.781738 0.162109</w:t>
        <w:br/>
        <w:t>vt 0.784668 0.160156</w:t>
        <w:br/>
        <w:t>vt 0.784668 0.160156</w:t>
        <w:br/>
        <w:t>vt 0.791016 0.162109</w:t>
        <w:br/>
        <w:t>vt 0.791016 0.156250</w:t>
        <w:br/>
        <w:t>vt 0.791016 0.156250</w:t>
        <w:br/>
        <w:t>vt 0.791016 0.160156</w:t>
        <w:br/>
        <w:t>vt 0.791016 0.160156</w:t>
        <w:br/>
        <w:t>vt 0.796875 0.162109</w:t>
        <w:br/>
        <w:t>vt 0.791016 0.158203</w:t>
        <w:br/>
        <w:t>vt 0.791016 0.158203</w:t>
        <w:br/>
        <w:t>vt 0.796875 0.156250</w:t>
        <w:br/>
        <w:t>vt 0.796875 0.156250</w:t>
        <w:br/>
        <w:t>vt 0.796875 0.154297</w:t>
        <w:br/>
        <w:t>vt 0.796875 0.158203</w:t>
        <w:br/>
        <w:t>vt 0.796875 0.158203</w:t>
        <w:br/>
        <w:t>vt 0.796875 0.160156</w:t>
        <w:br/>
        <w:t>vt 0.796875 0.160156</w:t>
        <w:br/>
        <w:t>vt 0.800781 0.160156</w:t>
        <w:br/>
        <w:t>vt 0.800781 0.162109</w:t>
        <w:br/>
        <w:t>vt 0.800781 0.158203</w:t>
        <w:br/>
        <w:t>vt 0.800781 0.160156</w:t>
        <w:br/>
        <w:t>vt 0.800781 0.158203</w:t>
        <w:br/>
        <w:t>vt 0.805176 0.160156</w:t>
        <w:br/>
        <w:t>vt 0.805176 0.160156</w:t>
        <w:br/>
        <w:t>vt 0.805176 0.162109</w:t>
        <w:br/>
        <w:t>vt 0.800781 0.156250</w:t>
        <w:br/>
        <w:t>vt 0.800781 0.156250</w:t>
        <w:br/>
        <w:t>vt 0.800781 0.154297</w:t>
        <w:br/>
        <w:t>vt 0.805176 0.154297</w:t>
        <w:br/>
        <w:t>vt 0.805176 0.158203</w:t>
        <w:br/>
        <w:t>vt 0.805176 0.158203</w:t>
        <w:br/>
        <w:t>vt 0.809570 0.160156</w:t>
        <w:br/>
        <w:t>vt 0.809570 0.160156</w:t>
        <w:br/>
        <w:t>vt 0.809570 0.162109</w:t>
        <w:br/>
        <w:t>vt 0.805176 0.156250</w:t>
        <w:br/>
        <w:t>vt 0.805176 0.156250</w:t>
        <w:br/>
        <w:t>vt 0.809570 0.154297</w:t>
        <w:br/>
        <w:t>vt 0.809570 0.158203</w:t>
        <w:br/>
        <w:t>vt 0.809570 0.158203</w:t>
        <w:br/>
        <w:t>vt 0.814453 0.160156</w:t>
        <w:br/>
        <w:t>vt 0.814453 0.162109</w:t>
        <w:br/>
        <w:t>vt 0.814453 0.160156</w:t>
        <w:br/>
        <w:t>vt 0.814453 0.158203</w:t>
        <w:br/>
        <w:t>vt 0.809570 0.156250</w:t>
        <w:br/>
        <w:t>vt 0.809570 0.156250</w:t>
        <w:br/>
        <w:t>vt 0.814453 0.158203</w:t>
        <w:br/>
        <w:t>vt 0.814453 0.154297</w:t>
        <w:br/>
        <w:t>vt 0.814453 0.156250</w:t>
        <w:br/>
        <w:t>vt 0.814453 0.156250</w:t>
        <w:br/>
        <w:t>vt 0.376221 0.227051</w:t>
        <w:br/>
        <w:t>vt 0.375000 0.229980</w:t>
        <w:br/>
        <w:t>vt 0.376221 0.229980</w:t>
        <w:br/>
        <w:t>vt 0.376221 0.236816</w:t>
        <w:br/>
        <w:t>vt 0.375000 0.236816</w:t>
        <w:br/>
        <w:t>vt 0.375000 0.242188</w:t>
        <w:br/>
        <w:t>vt 0.376221 0.242188</w:t>
        <w:br/>
        <w:t>vt 0.375000 0.245605</w:t>
        <w:br/>
        <w:t>vt 0.376221 0.245605</w:t>
        <w:br/>
        <w:t>vt 0.376221 0.250977</w:t>
        <w:br/>
        <w:t>vt 0.375000 0.242188</w:t>
        <w:br/>
        <w:t>vt 0.375000 0.236816</w:t>
        <w:br/>
        <w:t>vt 0.373779 0.242188</w:t>
        <w:br/>
        <w:t>vt 0.375000 0.245605</w:t>
        <w:br/>
        <w:t>vt 0.375000 0.250977</w:t>
        <w:br/>
        <w:t>vt 0.376221 0.256348</w:t>
        <w:br/>
        <w:t>vt 0.373779 0.245605</w:t>
        <w:br/>
        <w:t>vt 0.375000 0.250977</w:t>
        <w:br/>
        <w:t>vt 0.375000 0.256348</w:t>
        <w:br/>
        <w:t>vt 0.376221 0.259766</w:t>
        <w:br/>
        <w:t>vt 0.373779 0.250977</w:t>
        <w:br/>
        <w:t>vt 0.375000 0.256348</w:t>
        <w:br/>
        <w:t>vt 0.375000 0.259766</w:t>
        <w:br/>
        <w:t>vt 0.376221 0.261230</w:t>
        <w:br/>
        <w:t>vt 0.373779 0.256348</w:t>
        <w:br/>
        <w:t>vt 0.375000 0.259766</w:t>
        <w:br/>
        <w:t>vt 0.373779 0.250977</w:t>
        <w:br/>
        <w:t>vt 0.373779 0.245605</w:t>
        <w:br/>
        <w:t>vt 0.372559 0.250977</w:t>
        <w:br/>
        <w:t>vt 0.372559 0.256348</w:t>
        <w:br/>
        <w:t>vt 0.373779 0.256348</w:t>
        <w:br/>
        <w:t>vt 0.373779 0.259766</w:t>
        <w:br/>
        <w:t>vt 0.372559 0.250977</w:t>
        <w:br/>
        <w:t>vt 0.371582 0.256348</w:t>
        <w:br/>
        <w:t>vt 0.372559 0.256348</w:t>
        <w:br/>
        <w:t>vt 0.371582 0.250977</w:t>
        <w:br/>
        <w:t>vt 0.371582 0.259766</w:t>
        <w:br/>
        <w:t>vt 0.372559 0.245605</w:t>
        <w:br/>
        <w:t>vt 0.372559 0.245605</w:t>
        <w:br/>
        <w:t>vt 0.371582 0.245605</w:t>
        <w:br/>
        <w:t>vt 0.372559 0.259766</w:t>
        <w:br/>
        <w:t>vt 0.372559 0.259766</w:t>
        <w:br/>
        <w:t>vt 0.373779 0.259766</w:t>
        <w:br/>
        <w:t>vt 0.371582 0.261230</w:t>
        <w:br/>
        <w:t>vt 0.372559 0.261230</w:t>
        <w:br/>
        <w:t>vt 0.372559 0.261230</w:t>
        <w:br/>
        <w:t>vt 0.371582 0.262207</w:t>
        <w:br/>
        <w:t>vt 0.372559 0.262207</w:t>
        <w:br/>
        <w:t>vt 0.373779 0.261230</w:t>
        <w:br/>
        <w:t>vt 0.372559 0.262207</w:t>
        <w:br/>
        <w:t>vt 0.373779 0.261230</w:t>
        <w:br/>
        <w:t>vt 0.373779 0.262207</w:t>
        <w:br/>
        <w:t>vt 0.375000 0.262207</w:t>
        <w:br/>
        <w:t>vt 0.373779 0.262207</w:t>
        <w:br/>
        <w:t>vt 0.375000 0.261230</w:t>
        <w:br/>
        <w:t>vt 0.375000 0.261230</w:t>
        <w:br/>
        <w:t>vt 0.376221 0.262207</w:t>
        <w:br/>
        <w:t>vt 0.375000 0.262207</w:t>
        <w:br/>
        <w:t>vt 0.372559 0.242188</w:t>
        <w:br/>
        <w:t>vt 0.372559 0.242188</w:t>
        <w:br/>
        <w:t>vt 0.371582 0.242188</w:t>
        <w:br/>
        <w:t>vt 0.373779 0.242188</w:t>
        <w:br/>
        <w:t>vt 0.371582 0.236816</w:t>
        <w:br/>
        <w:t>vt 0.372559 0.236816</w:t>
        <w:br/>
        <w:t>vt 0.372559 0.236816</w:t>
        <w:br/>
        <w:t>vt 0.373779 0.236816</w:t>
        <w:br/>
        <w:t>vt 0.373779 0.236816</w:t>
        <w:br/>
        <w:t>vt 0.372559 0.229980</w:t>
        <w:br/>
        <w:t>vt 0.372559 0.229980</w:t>
        <w:br/>
        <w:t>vt 0.371582 0.229980</w:t>
        <w:br/>
        <w:t>vt 0.373779 0.229980</w:t>
        <w:br/>
        <w:t>vt 0.373779 0.229980</w:t>
        <w:br/>
        <w:t>vt 0.375000 0.229980</w:t>
        <w:br/>
        <w:t>vt 0.372559 0.227051</w:t>
        <w:br/>
        <w:t>vt 0.372559 0.227051</w:t>
        <w:br/>
        <w:t>vt 0.371582 0.227051</w:t>
        <w:br/>
        <w:t>vt 0.373779 0.227051</w:t>
        <w:br/>
        <w:t>vt 0.373779 0.227051</w:t>
        <w:br/>
        <w:t>vt 0.372559 0.225098</w:t>
        <w:br/>
        <w:t>vt 0.372559 0.225098</w:t>
        <w:br/>
        <w:t>vt 0.371582 0.225098</w:t>
        <w:br/>
        <w:t>vt 0.371582 0.220215</w:t>
        <w:br/>
        <w:t>vt 0.375000 0.227051</w:t>
        <w:br/>
        <w:t>vt 0.375000 0.227051</w:t>
        <w:br/>
        <w:t>vt 0.376221 0.225098</w:t>
        <w:br/>
        <w:t>vt 0.373779 0.225098</w:t>
        <w:br/>
        <w:t>vt 0.373779 0.225098</w:t>
        <w:br/>
        <w:t>vt 0.375000 0.225098</w:t>
        <w:br/>
        <w:t>vt 0.375000 0.225098</w:t>
        <w:br/>
        <w:t>vt 0.375000 0.220215</w:t>
        <w:br/>
        <w:t>vt 0.375000 0.220215</w:t>
        <w:br/>
        <w:t>vt 0.373779 0.220215</w:t>
        <w:br/>
        <w:t>vt 0.372559 0.225098</w:t>
        <w:br/>
        <w:t>vt 0.373779 0.220215</w:t>
        <w:br/>
        <w:t>vt 0.372559 0.220215</w:t>
        <w:br/>
        <w:t>vt 0.372559 0.220215</w:t>
        <w:br/>
        <w:t>vt 0.371582 0.217773</w:t>
        <w:br/>
        <w:t>vt 0.376221 0.220215</w:t>
        <w:br/>
        <w:t>vt 0.372559 0.217773</w:t>
        <w:br/>
        <w:t>vt 0.371582 0.212891</w:t>
        <w:br/>
        <w:t>vt 0.376221 0.220215</w:t>
        <w:br/>
        <w:t>vt 0.375000 0.217773</w:t>
        <w:br/>
        <w:t>vt 0.375000 0.220215</w:t>
        <w:br/>
        <w:t>vt 0.375000 0.217773</w:t>
        <w:br/>
        <w:t>vt 0.376221 0.217773</w:t>
        <w:br/>
        <w:t>vt 0.376221 0.212891</w:t>
        <w:br/>
        <w:t>vt 0.373779 0.217773</w:t>
        <w:br/>
        <w:t>vt 0.372559 0.220215</w:t>
        <w:br/>
        <w:t>vt 0.373779 0.220215</w:t>
        <w:br/>
        <w:t>vt 0.373779 0.217773</w:t>
        <w:br/>
        <w:t>vt 0.372559 0.217773</w:t>
        <w:br/>
        <w:t>vt 0.375000 0.212891</w:t>
        <w:br/>
        <w:t>vt 0.375000 0.212891</w:t>
        <w:br/>
        <w:t>vt 0.375000 0.208008</w:t>
        <w:br/>
        <w:t>vt 0.373779 0.212891</w:t>
        <w:br/>
        <w:t>vt 0.373779 0.212891</w:t>
        <w:br/>
        <w:t>vt 0.375000 0.208008</w:t>
        <w:br/>
        <w:t>vt 0.372559 0.212891</w:t>
        <w:br/>
        <w:t>vt 0.372559 0.212891</w:t>
        <w:br/>
        <w:t>vt 0.371582 0.208008</w:t>
        <w:br/>
        <w:t>vt 0.376221 0.208008</w:t>
        <w:br/>
        <w:t>vt 0.376221 0.203125</w:t>
        <w:br/>
        <w:t>vt 0.373779 0.208008</w:t>
        <w:br/>
        <w:t>vt 0.373779 0.208008</w:t>
        <w:br/>
        <w:t>vt 0.372559 0.208008</w:t>
        <w:br/>
        <w:t>vt 0.372559 0.208008</w:t>
        <w:br/>
        <w:t>vt 0.372559 0.203125</w:t>
        <w:br/>
        <w:t>vt 0.372559 0.203125</w:t>
        <w:br/>
        <w:t>vt 0.373779 0.203125</w:t>
        <w:br/>
        <w:t>vt 0.373779 0.203125</w:t>
        <w:br/>
        <w:t>vt 0.375000 0.203125</w:t>
        <w:br/>
        <w:t>vt 0.375000 0.203125</w:t>
        <w:br/>
        <w:t>vt 0.373779 0.198730</w:t>
        <w:br/>
        <w:t>vt 0.373779 0.198730</w:t>
        <w:br/>
        <w:t>vt 0.371582 0.203125</w:t>
        <w:br/>
        <w:t>vt 0.375000 0.198730</w:t>
        <w:br/>
        <w:t>vt 0.375000 0.198730</w:t>
        <w:br/>
        <w:t>vt 0.376221 0.198730</w:t>
        <w:br/>
        <w:t>vt 0.372559 0.198730</w:t>
        <w:br/>
        <w:t>vt 0.372559 0.198730</w:t>
        <w:br/>
        <w:t>vt 0.371582 0.198730</w:t>
        <w:br/>
        <w:t>vt 0.373779 0.195312</w:t>
        <w:br/>
        <w:t>vt 0.373779 0.195312</w:t>
        <w:br/>
        <w:t>vt 0.375000 0.195312</w:t>
        <w:br/>
        <w:t>vt 0.375000 0.195312</w:t>
        <w:br/>
        <w:t>vt 0.376221 0.195312</w:t>
        <w:br/>
        <w:t>vt 0.375000 0.189453</w:t>
        <w:br/>
        <w:t>vt 0.372559 0.195312</w:t>
        <w:br/>
        <w:t>vt 0.372559 0.195312</w:t>
        <w:br/>
        <w:t>vt 0.371582 0.195312</w:t>
        <w:br/>
        <w:t>vt 0.373779 0.189453</w:t>
        <w:br/>
        <w:t>vt 0.373779 0.189453</w:t>
        <w:br/>
        <w:t>vt 0.375000 0.189453</w:t>
        <w:br/>
        <w:t>vt 0.372559 0.189453</w:t>
        <w:br/>
        <w:t>vt 0.372559 0.189453</w:t>
        <w:br/>
        <w:t>vt 0.371582 0.189453</w:t>
        <w:br/>
        <w:t>vt 0.376221 0.189453</w:t>
        <w:br/>
        <w:t>vt 0.376221 0.186035</w:t>
        <w:br/>
        <w:t>vt 0.372559 0.186035</w:t>
        <w:br/>
        <w:t>vt 0.372559 0.186035</w:t>
        <w:br/>
        <w:t>vt 0.371582 0.186035</w:t>
        <w:br/>
        <w:t>vt 0.371582 0.184570</w:t>
        <w:br/>
        <w:t>vt 0.372559 0.184570</w:t>
        <w:br/>
        <w:t>vt 0.373779 0.186035</w:t>
        <w:br/>
        <w:t>vt 0.372559 0.184570</w:t>
        <w:br/>
        <w:t>vt 0.373779 0.186035</w:t>
        <w:br/>
        <w:t>vt 0.373779 0.184570</w:t>
        <w:br/>
        <w:t>vt 0.375000 0.184570</w:t>
        <w:br/>
        <w:t>vt 0.373779 0.184570</w:t>
        <w:br/>
        <w:t>vt 0.375000 0.186035</w:t>
        <w:br/>
        <w:t>vt 0.375000 0.186035</w:t>
        <w:br/>
        <w:t>vt 0.376221 0.184570</w:t>
        <w:br/>
        <w:t>vt 0.375000 0.184570</w:t>
        <w:br/>
        <w:t>vt 0.385742 0.211426</w:t>
        <w:br/>
        <w:t>vt 0.384766 0.218262</w:t>
        <w:br/>
        <w:t>vt 0.385742 0.218262</w:t>
        <w:br/>
        <w:t>vt 0.385742 0.222168</w:t>
        <w:br/>
        <w:t>vt 0.384766 0.222168</w:t>
        <w:br/>
        <w:t>vt 0.385742 0.223633</w:t>
        <w:br/>
        <w:t>vt 0.384766 0.218262</w:t>
        <w:br/>
        <w:t>vt 0.383301 0.222168</w:t>
        <w:br/>
        <w:t>vt 0.384766 0.222168</w:t>
        <w:br/>
        <w:t>vt 0.383301 0.218262</w:t>
        <w:br/>
        <w:t>vt 0.383301 0.223633</w:t>
        <w:br/>
        <w:t>vt 0.384766 0.211426</w:t>
        <w:br/>
        <w:t>vt 0.384766 0.211426</w:t>
        <w:br/>
        <w:t>vt 0.384766 0.223633</w:t>
        <w:br/>
        <w:t>vt 0.384766 0.223633</w:t>
        <w:br/>
        <w:t>vt 0.384766 0.229004</w:t>
        <w:br/>
        <w:t>vt 0.384766 0.229004</w:t>
        <w:br/>
        <w:t>vt 0.384766 0.206055</w:t>
        <w:br/>
        <w:t>vt 0.385742 0.206055</w:t>
        <w:br/>
        <w:t>vt 0.384766 0.202637</w:t>
        <w:br/>
        <w:t>vt 0.384766 0.206055</w:t>
        <w:br/>
        <w:t>vt 0.383301 0.206055</w:t>
        <w:br/>
        <w:t>vt 0.384766 0.202637</w:t>
        <w:br/>
        <w:t>vt 0.385742 0.202637</w:t>
        <w:br/>
        <w:t>vt 0.385742 0.196777</w:t>
        <w:br/>
        <w:t>vt 0.383301 0.211426</w:t>
        <w:br/>
        <w:t>vt 0.384766 0.196777</w:t>
        <w:br/>
        <w:t>vt 0.385742 0.190918</w:t>
        <w:br/>
        <w:t>vt 0.385742 0.187500</w:t>
        <w:br/>
        <w:t>vt 0.384766 0.190918</w:t>
        <w:br/>
        <w:t>vt 0.383301 0.196777</w:t>
        <w:br/>
        <w:t>vt 0.384766 0.196777</w:t>
        <w:br/>
        <w:t>vt 0.384766 0.190918</w:t>
        <w:br/>
        <w:t>vt 0.383301 0.202637</w:t>
        <w:br/>
        <w:t>vt 0.383301 0.202637</w:t>
        <w:br/>
        <w:t>vt 0.382080 0.206055</w:t>
        <w:br/>
        <w:t>vt 0.383301 0.206055</w:t>
        <w:br/>
        <w:t>vt 0.383301 0.211426</w:t>
        <w:br/>
        <w:t>vt 0.380859 0.206055</w:t>
        <w:br/>
        <w:t>vt 0.380859 0.211426</w:t>
        <w:br/>
        <w:t>vt 0.382080 0.206055</w:t>
        <w:br/>
        <w:t>vt 0.380859 0.202637</w:t>
        <w:br/>
        <w:t>vt 0.382080 0.211426</w:t>
        <w:br/>
        <w:t>vt 0.382080 0.202637</w:t>
        <w:br/>
        <w:t>vt 0.382080 0.202637</w:t>
        <w:br/>
        <w:t>vt 0.380859 0.196777</w:t>
        <w:br/>
        <w:t>vt 0.382080 0.211426</w:t>
        <w:br/>
        <w:t>vt 0.382080 0.196777</w:t>
        <w:br/>
        <w:t>vt 0.382080 0.196777</w:t>
        <w:br/>
        <w:t>vt 0.383301 0.196777</w:t>
        <w:br/>
        <w:t>vt 0.380859 0.190918</w:t>
        <w:br/>
        <w:t>vt 0.382080 0.218262</w:t>
        <w:br/>
        <w:t>vt 0.382080 0.218262</w:t>
        <w:br/>
        <w:t>vt 0.380859 0.218262</w:t>
        <w:br/>
        <w:t>vt 0.383301 0.218262</w:t>
        <w:br/>
        <w:t>vt 0.382080 0.222168</w:t>
        <w:br/>
        <w:t>vt 0.382080 0.222168</w:t>
        <w:br/>
        <w:t>vt 0.380859 0.222168</w:t>
        <w:br/>
        <w:t>vt 0.383301 0.222168</w:t>
        <w:br/>
        <w:t>vt 0.382080 0.223633</w:t>
        <w:br/>
        <w:t>vt 0.382080 0.223633</w:t>
        <w:br/>
        <w:t>vt 0.380859 0.223633</w:t>
        <w:br/>
        <w:t>vt 0.383301 0.223633</w:t>
        <w:br/>
        <w:t>vt 0.380859 0.229004</w:t>
        <w:br/>
        <w:t>vt 0.382080 0.223633</w:t>
        <w:br/>
        <w:t>vt 0.383301 0.229004</w:t>
        <w:br/>
        <w:t>vt 0.383301 0.223633</w:t>
        <w:br/>
        <w:t>vt 0.382080 0.229004</w:t>
        <w:br/>
        <w:t>vt 0.382080 0.229004</w:t>
        <w:br/>
        <w:t>vt 0.380859 0.231445</w:t>
        <w:br/>
        <w:t>vt 0.383301 0.229004</w:t>
        <w:br/>
        <w:t>vt 0.382080 0.231445</w:t>
        <w:br/>
        <w:t>vt 0.380859 0.235840</w:t>
        <w:br/>
        <w:t>vt 0.385742 0.229004</w:t>
        <w:br/>
        <w:t>vt 0.382080 0.235840</w:t>
        <w:br/>
        <w:t>vt 0.380859 0.239258</w:t>
        <w:br/>
        <w:t>vt 0.384766 0.231445</w:t>
        <w:br/>
        <w:t>vt 0.385742 0.229004</w:t>
        <w:br/>
        <w:t>vt 0.384766 0.229004</w:t>
        <w:br/>
        <w:t>vt 0.384766 0.231445</w:t>
        <w:br/>
        <w:t>vt 0.385742 0.231445</w:t>
        <w:br/>
        <w:t>vt 0.382080 0.229004</w:t>
        <w:br/>
        <w:t>vt 0.383301 0.231445</w:t>
        <w:br/>
        <w:t>vt 0.383301 0.229004</w:t>
        <w:br/>
        <w:t>vt 0.383301 0.231445</w:t>
        <w:br/>
        <w:t>vt 0.382080 0.231445</w:t>
        <w:br/>
        <w:t>vt 0.384766 0.235840</w:t>
        <w:br/>
        <w:t>vt 0.384766 0.235840</w:t>
        <w:br/>
        <w:t>vt 0.385742 0.235840</w:t>
        <w:br/>
        <w:t>vt 0.383301 0.235840</w:t>
        <w:br/>
        <w:t>vt 0.383301 0.235840</w:t>
        <w:br/>
        <w:t>vt 0.382080 0.235840</w:t>
        <w:br/>
        <w:t>vt 0.384766 0.239258</w:t>
        <w:br/>
        <w:t>vt 0.384766 0.239258</w:t>
        <w:br/>
        <w:t>vt 0.385742 0.239258</w:t>
        <w:br/>
        <w:t>vt 0.385742 0.242676</w:t>
        <w:br/>
        <w:t>vt 0.383301 0.239258</w:t>
        <w:br/>
        <w:t>vt 0.383301 0.239258</w:t>
        <w:br/>
        <w:t>vt 0.382080 0.239258</w:t>
        <w:br/>
        <w:t>vt 0.382080 0.239258</w:t>
        <w:br/>
        <w:t>vt 0.380859 0.242676</w:t>
        <w:br/>
        <w:t>vt 0.384766 0.242676</w:t>
        <w:br/>
        <w:t>vt 0.384766 0.242676</w:t>
        <w:br/>
        <w:t>vt 0.382080 0.242676</w:t>
        <w:br/>
        <w:t>vt 0.382080 0.242676</w:t>
        <w:br/>
        <w:t>vt 0.383301 0.242676</w:t>
        <w:br/>
        <w:t>vt 0.383301 0.242676</w:t>
        <w:br/>
        <w:t>vt 0.384766 0.247070</w:t>
        <w:br/>
        <w:t>vt 0.385742 0.247070</w:t>
        <w:br/>
        <w:t>vt 0.383301 0.247070</w:t>
        <w:br/>
        <w:t>vt 0.383301 0.247070</w:t>
        <w:br/>
        <w:t>vt 0.384766 0.247070</w:t>
        <w:br/>
        <w:t>vt 0.382080 0.247070</w:t>
        <w:br/>
        <w:t>vt 0.382080 0.247070</w:t>
        <w:br/>
        <w:t>vt 0.380859 0.247070</w:t>
        <w:br/>
        <w:t>vt 0.383301 0.251953</w:t>
        <w:br/>
        <w:t>vt 0.383301 0.251953</w:t>
        <w:br/>
        <w:t>vt 0.384766 0.251953</w:t>
        <w:br/>
        <w:t>vt 0.384766 0.251953</w:t>
        <w:br/>
        <w:t>vt 0.385742 0.251953</w:t>
        <w:br/>
        <w:t>vt 0.384766 0.255859</w:t>
        <w:br/>
        <w:t>vt 0.384766 0.255859</w:t>
        <w:br/>
        <w:t>vt 0.382080 0.251953</w:t>
        <w:br/>
        <w:t>vt 0.382080 0.251953</w:t>
        <w:br/>
        <w:t>vt 0.380859 0.251953</w:t>
        <w:br/>
        <w:t>vt 0.380859 0.255859</w:t>
        <w:br/>
        <w:t>vt 0.383301 0.255859</w:t>
        <w:br/>
        <w:t>vt 0.383301 0.255859</w:t>
        <w:br/>
        <w:t>vt 0.382080 0.255859</w:t>
        <w:br/>
        <w:t>vt 0.382080 0.255859</w:t>
        <w:br/>
        <w:t>vt 0.380859 0.259277</w:t>
        <w:br/>
        <w:t>vt 0.385742 0.255859</w:t>
        <w:br/>
        <w:t>vt 0.382080 0.259277</w:t>
        <w:br/>
        <w:t>vt 0.380859 0.262695</w:t>
        <w:br/>
        <w:t>vt 0.384766 0.259277</w:t>
        <w:br/>
        <w:t>vt 0.384766 0.259277</w:t>
        <w:br/>
        <w:t>vt 0.385742 0.259277</w:t>
        <w:br/>
        <w:t>vt 0.385742 0.262695</w:t>
        <w:br/>
        <w:t>vt 0.383301 0.259277</w:t>
        <w:br/>
        <w:t>vt 0.383301 0.259277</w:t>
        <w:br/>
        <w:t>vt 0.382080 0.259277</w:t>
        <w:br/>
        <w:t>vt 0.384766 0.262695</w:t>
        <w:br/>
        <w:t>vt 0.385742 0.264648</w:t>
        <w:br/>
        <w:t>vt 0.384766 0.262695</w:t>
        <w:br/>
        <w:t>vt 0.382080 0.262695</w:t>
        <w:br/>
        <w:t>vt 0.382080 0.262695</w:t>
        <w:br/>
        <w:t>vt 0.383301 0.262695</w:t>
        <w:br/>
        <w:t>vt 0.383301 0.262695</w:t>
        <w:br/>
        <w:t>vt 0.382080 0.264648</w:t>
        <w:br/>
        <w:t>vt 0.382080 0.264648</w:t>
        <w:br/>
        <w:t>vt 0.380859 0.264648</w:t>
        <w:br/>
        <w:t>vt 0.380859 0.266113</w:t>
        <w:br/>
        <w:t>vt 0.382080 0.266113</w:t>
        <w:br/>
        <w:t>vt 0.383301 0.264648</w:t>
        <w:br/>
        <w:t>vt 0.382080 0.266113</w:t>
        <w:br/>
        <w:t>vt 0.383301 0.264648</w:t>
        <w:br/>
        <w:t>vt 0.383301 0.266113</w:t>
        <w:br/>
        <w:t>vt 0.384766 0.266113</w:t>
        <w:br/>
        <w:t>vt 0.383301 0.266113</w:t>
        <w:br/>
        <w:t>vt 0.384766 0.264648</w:t>
        <w:br/>
        <w:t>vt 0.384766 0.264648</w:t>
        <w:br/>
        <w:t>vt 0.385742 0.266113</w:t>
        <w:br/>
        <w:t>vt 0.384766 0.266113</w:t>
        <w:br/>
        <w:t>vt 0.148804 0.734375</w:t>
        <w:br/>
        <w:t>vt 0.150269 0.730957</w:t>
        <w:br/>
        <w:t>vt 0.148804 0.730957</w:t>
        <w:br/>
        <w:t>vt 0.148804 0.729980</w:t>
        <w:br/>
        <w:t>vt 0.150269 0.734375</w:t>
        <w:br/>
        <w:t>vt 0.150269 0.729980</w:t>
        <w:br/>
        <w:t>vt 0.148804 0.729248</w:t>
        <w:br/>
        <w:t>vt 0.150269 0.729248</w:t>
        <w:br/>
        <w:t>vt 0.151611 0.729980</w:t>
        <w:br/>
        <w:t>vt 0.150269 0.729248</w:t>
        <w:br/>
        <w:t>vt 0.150269 0.729980</w:t>
        <w:br/>
        <w:t>vt 0.151611 0.729248</w:t>
        <w:br/>
        <w:t>vt 0.151611 0.730957</w:t>
        <w:br/>
        <w:t>vt 0.150269 0.729980</w:t>
        <w:br/>
        <w:t>vt 0.150269 0.730957</w:t>
        <w:br/>
        <w:t>vt 0.151611 0.729980</w:t>
        <w:br/>
        <w:t>vt 0.152954 0.729980</w:t>
        <w:br/>
        <w:t>vt 0.151611 0.729248</w:t>
        <w:br/>
        <w:t>vt 0.151611 0.729980</w:t>
        <w:br/>
        <w:t>vt 0.151611 0.730957</w:t>
        <w:br/>
        <w:t>vt 0.152954 0.729248</w:t>
        <w:br/>
        <w:t>vt 0.152954 0.729980</w:t>
        <w:br/>
        <w:t>vt 0.154297 0.729248</w:t>
        <w:br/>
        <w:t>vt 0.152954 0.729248</w:t>
        <w:br/>
        <w:t>vt 0.154297 0.729980</w:t>
        <w:br/>
        <w:t>vt 0.152954 0.730957</w:t>
        <w:br/>
        <w:t>vt 0.152954 0.730957</w:t>
        <w:br/>
        <w:t>vt 0.154297 0.730957</w:t>
        <w:br/>
        <w:t>vt 0.151611 0.734375</w:t>
        <w:br/>
        <w:t>vt 0.151611 0.734375</w:t>
        <w:br/>
        <w:t>vt 0.150269 0.734375</w:t>
        <w:br/>
        <w:t>vt 0.152954 0.734375</w:t>
        <w:br/>
        <w:t>vt 0.152954 0.734375</w:t>
        <w:br/>
        <w:t>vt 0.154297 0.734375</w:t>
        <w:br/>
        <w:t>vt 0.154297 0.739990</w:t>
        <w:br/>
        <w:t>vt 0.152954 0.739990</w:t>
        <w:br/>
        <w:t>vt 0.152954 0.739990</w:t>
        <w:br/>
        <w:t>vt 0.154297 0.746338</w:t>
        <w:br/>
        <w:t>vt 0.150269 0.739990</w:t>
        <w:br/>
        <w:t>vt 0.150269 0.739990</w:t>
        <w:br/>
        <w:t>vt 0.148804 0.739990</w:t>
        <w:br/>
        <w:t>vt 0.148804 0.746338</w:t>
        <w:br/>
        <w:t>vt 0.151611 0.739990</w:t>
        <w:br/>
        <w:t>vt 0.151611 0.739990</w:t>
        <w:br/>
        <w:t>vt 0.150269 0.746338</w:t>
        <w:br/>
        <w:t>vt 0.150269 0.746338</w:t>
        <w:br/>
        <w:t>vt 0.148804 0.751099</w:t>
        <w:br/>
        <w:t>vt 0.152954 0.746338</w:t>
        <w:br/>
        <w:t>vt 0.152954 0.746338</w:t>
        <w:br/>
        <w:t>vt 0.154297 0.751099</w:t>
        <w:br/>
        <w:t>vt 0.151611 0.746338</w:t>
        <w:br/>
        <w:t>vt 0.151611 0.746338</w:t>
        <w:br/>
        <w:t>vt 0.150269 0.751099</w:t>
        <w:br/>
        <w:t>vt 0.150269 0.751099</w:t>
        <w:br/>
        <w:t>vt 0.150269 0.755981</w:t>
        <w:br/>
        <w:t>vt 0.148804 0.755981</w:t>
        <w:br/>
        <w:t>vt 0.151611 0.751099</w:t>
        <w:br/>
        <w:t>vt 0.150269 0.755981</w:t>
        <w:br/>
        <w:t>vt 0.151611 0.751099</w:t>
        <w:br/>
        <w:t>vt 0.151611 0.755981</w:t>
        <w:br/>
        <w:t>vt 0.152954 0.751099</w:t>
        <w:br/>
        <w:t>vt 0.151611 0.755981</w:t>
        <w:br/>
        <w:t>vt 0.152954 0.751099</w:t>
        <w:br/>
        <w:t>vt 0.152954 0.755981</w:t>
        <w:br/>
        <w:t>vt 0.154297 0.755981</w:t>
        <w:br/>
        <w:t>vt 0.152954 0.755981</w:t>
        <w:br/>
        <w:t>vt 0.897461 0.492188</w:t>
        <w:br/>
        <w:t>vt 0.918945 0.485840</w:t>
        <w:br/>
        <w:t>vt 0.918945 0.492188</w:t>
        <w:br/>
        <w:t>vt 0.897461 0.479980</w:t>
        <w:br/>
        <w:t>vt 0.918945 0.479980</w:t>
        <w:br/>
        <w:t>vt 0.897461 0.485840</w:t>
        <w:br/>
        <w:t>vt 0.882324 0.492188</w:t>
        <w:br/>
        <w:t>vt 0.882324 0.479980</w:t>
        <w:br/>
        <w:t>vt 0.882324 0.485840</w:t>
        <w:br/>
        <w:t>vt 0.879395 0.479980</w:t>
        <w:br/>
        <w:t>vt 0.879395 0.485840</w:t>
        <w:br/>
        <w:t>vt 0.879395 0.492188</w:t>
        <w:br/>
        <w:t>vt 0.874023 0.485840</w:t>
        <w:br/>
        <w:t>vt 0.874023 0.479980</w:t>
        <w:br/>
        <w:t>vt 0.874023 0.492188</w:t>
        <w:br/>
        <w:t>vt 0.844727 0.011230</w:t>
        <w:br/>
        <w:t>vt 0.848145 0.011230</w:t>
        <w:br/>
        <w:t>vt 0.846191 0.009277</w:t>
        <w:br/>
        <w:t>vt 0.846680 0.013672</w:t>
        <w:br/>
        <w:t>vt 0.848145 0.021484</w:t>
        <w:br/>
        <w:t>vt 0.844727 0.011230</w:t>
        <w:br/>
        <w:t>vt 0.843262 0.014160</w:t>
        <w:br/>
        <w:t>vt 0.846680 0.013672</w:t>
        <w:br/>
        <w:t>vt 0.841309 0.012695</w:t>
        <w:br/>
        <w:t>vt 0.846191 0.020508</w:t>
        <w:br/>
        <w:t>vt 0.843262 0.014160</w:t>
        <w:br/>
        <w:t>vt 0.841309 0.012695</w:t>
        <w:br/>
        <w:t>vt 0.838867 0.018555</w:t>
        <w:br/>
        <w:t>vt 0.839355 0.011719</w:t>
        <w:br/>
        <w:t>vt 0.837891 0.012207</w:t>
        <w:br/>
        <w:t>vt 0.834961 0.016602</w:t>
        <w:br/>
        <w:t>vt 0.843262 0.020508</w:t>
        <w:br/>
        <w:t>vt 0.846680 0.013672</w:t>
        <w:br/>
        <w:t>vt 0.843262 0.014160</w:t>
        <w:br/>
        <w:t>vt 0.846191 0.020508</w:t>
        <w:br/>
        <w:t>vt 0.836914 0.025879</w:t>
        <w:br/>
        <w:t>vt 0.830078 0.023438</w:t>
        <w:br/>
        <w:t>vt 0.823242 0.035156</w:t>
        <w:br/>
        <w:t>vt 0.845703 0.027832</w:t>
        <w:br/>
        <w:t>vt 0.845703 0.027832</w:t>
        <w:br/>
        <w:t>vt 0.848145 0.033203</w:t>
        <w:br/>
        <w:t>vt 0.843262 0.027832</w:t>
        <w:br/>
        <w:t>vt 0.833008 0.036621</w:t>
        <w:br/>
        <w:t>vt 0.823242 0.047852</w:t>
        <w:br/>
        <w:t>vt 0.844238 0.039551</w:t>
        <w:br/>
        <w:t>vt 0.844238 0.039551</w:t>
        <w:br/>
        <w:t>vt 0.848145 0.044922</w:t>
        <w:br/>
        <w:t>vt 0.848145 0.045898</w:t>
        <w:br/>
        <w:t>vt 0.842773 0.039062</w:t>
        <w:br/>
        <w:t>vt 0.832520 0.049316</w:t>
        <w:br/>
        <w:t>vt 0.823242 0.057129</w:t>
        <w:br/>
        <w:t>vt 0.843262 0.051758</w:t>
        <w:br/>
        <w:t>vt 0.843262 0.051758</w:t>
        <w:br/>
        <w:t>vt 0.848145 0.054199</w:t>
        <w:br/>
        <w:t>vt 0.840820 0.051270</w:t>
        <w:br/>
        <w:t>vt 0.843750 0.058594</w:t>
        <w:br/>
        <w:t>vt 0.843750 0.058594</w:t>
        <w:br/>
        <w:t>vt 0.848145 0.066406</w:t>
        <w:br/>
        <w:t>vt 0.833008 0.058105</w:t>
        <w:br/>
        <w:t>vt 0.841309 0.059082</w:t>
        <w:br/>
        <w:t>vt 0.843750 0.065430</w:t>
        <w:br/>
        <w:t>vt 0.843750 0.065430</w:t>
        <w:br/>
        <w:t>vt 0.843750 0.076172</w:t>
        <w:br/>
        <w:t>vt 0.848145 0.076660</w:t>
        <w:br/>
        <w:t>vt 0.841309 0.065918</w:t>
        <w:br/>
        <w:t>vt 0.843750 0.076172</w:t>
        <w:br/>
        <w:t>vt 0.844238 0.089844</w:t>
        <w:br/>
        <w:t>vt 0.848145 0.089355</w:t>
        <w:br/>
        <w:t>vt 0.848145 0.101074</w:t>
        <w:br/>
        <w:t>vt 0.833008 0.065430</w:t>
        <w:br/>
        <w:t>vt 0.823242 0.065430</w:t>
        <w:br/>
        <w:t>vt 0.841797 0.078125</w:t>
        <w:br/>
        <w:t>vt 0.844238 0.089844</w:t>
        <w:br/>
        <w:t>vt 0.833008 0.077148</w:t>
        <w:br/>
        <w:t>vt 0.823242 0.077148</w:t>
        <w:br/>
        <w:t>vt 0.823242 0.090332</w:t>
        <w:br/>
        <w:t>vt 0.833008 0.090332</w:t>
        <w:br/>
        <w:t>vt 0.841797 0.089844</w:t>
        <w:br/>
        <w:t>vt 0.833496 0.101074</w:t>
        <w:br/>
        <w:t>vt 0.823242 0.102051</w:t>
        <w:br/>
        <w:t>vt 0.841797 0.100586</w:t>
        <w:br/>
        <w:t>vt 0.833008 0.112305</w:t>
        <w:br/>
        <w:t>vt 0.823242 0.113770</w:t>
        <w:br/>
        <w:t>vt 0.823242 0.125000</w:t>
        <w:br/>
        <w:t>vt 0.844238 0.101074</w:t>
        <w:br/>
        <w:t>vt 0.844238 0.101074</w:t>
        <w:br/>
        <w:t>vt 0.833008 0.123535</w:t>
        <w:br/>
        <w:t>vt 0.823242 0.137695</w:t>
        <w:br/>
        <w:t>vt 0.841797 0.111328</w:t>
        <w:br/>
        <w:t>vt 0.844238 0.110840</w:t>
        <w:br/>
        <w:t>vt 0.844238 0.110840</w:t>
        <w:br/>
        <w:t>vt 0.848145 0.110840</w:t>
        <w:br/>
        <w:t>vt 0.848145 0.122070</w:t>
        <w:br/>
        <w:t>vt 0.843750 0.122070</w:t>
        <w:br/>
        <w:t>vt 0.843750 0.122070</w:t>
        <w:br/>
        <w:t>vt 0.841797 0.122070</w:t>
        <w:br/>
        <w:t>vt 0.832520 0.135742</w:t>
        <w:br/>
        <w:t>vt 0.841309 0.133789</w:t>
        <w:br/>
        <w:t>vt 0.843262 0.134277</w:t>
        <w:br/>
        <w:t>vt 0.843262 0.134277</w:t>
        <w:br/>
        <w:t>vt 0.848145 0.137207</w:t>
        <w:br/>
        <w:t>vt 0.848145 0.137695</w:t>
        <w:br/>
        <w:t>vt 0.843750 0.143066</w:t>
        <w:br/>
        <w:t>vt 0.834961 0.145996</w:t>
        <w:br/>
        <w:t>vt 0.826660 0.148438</w:t>
        <w:br/>
        <w:t>vt 0.844727 0.143066</w:t>
        <w:br/>
        <w:t>vt 0.844727 0.143066</w:t>
        <w:br/>
        <w:t>vt 0.848145 0.142090</w:t>
        <w:br/>
        <w:t>vt 0.848145 0.151855</w:t>
        <w:br/>
        <w:t>vt 0.844238 0.153320</w:t>
        <w:br/>
        <w:t>vt 0.845215 0.153320</w:t>
        <w:br/>
        <w:t>vt 0.845215 0.153320</w:t>
        <w:br/>
        <w:t>vt 0.848145 0.160156</w:t>
        <w:br/>
        <w:t>vt 0.837402 0.155273</w:t>
        <w:br/>
        <w:t>vt 0.830566 0.157227</w:t>
        <w:br/>
        <w:t>vt 0.833984 0.162598</w:t>
        <w:br/>
        <w:t>vt 0.844238 0.161133</w:t>
        <w:br/>
        <w:t>vt 0.838867 0.161133</w:t>
        <w:br/>
        <w:t>vt 0.835938 0.166504</w:t>
        <w:br/>
        <w:t>vt 0.837891 0.167480</w:t>
        <w:br/>
        <w:t>vt 0.840820 0.166504</w:t>
        <w:br/>
        <w:t>vt 0.843750 0.165039</w:t>
        <w:br/>
        <w:t>vt 0.842285 0.167969</w:t>
        <w:br/>
        <w:t>vt 0.845703 0.160645</w:t>
        <w:br/>
        <w:t>vt 0.845703 0.160645</w:t>
        <w:br/>
        <w:t>vt 0.844727 0.166016</w:t>
        <w:br/>
        <w:t>vt 0.844727 0.166016</w:t>
        <w:br/>
        <w:t>vt 0.843750 0.170410</w:t>
        <w:br/>
        <w:t>vt 0.848145 0.168457</w:t>
        <w:br/>
        <w:t>vt 0.848145 0.160156</w:t>
        <w:br/>
        <w:t>vt 0.918945 0.485840</w:t>
        <w:br/>
        <w:t>vt 0.897461 0.492188</w:t>
        <w:br/>
        <w:t>vt 0.918945 0.492188</w:t>
        <w:br/>
        <w:t>vt 0.918945 0.479980</w:t>
        <w:br/>
        <w:t>vt 0.897461 0.479980</w:t>
        <w:br/>
        <w:t>vt 0.897461 0.485840</w:t>
        <w:br/>
        <w:t>vt 0.882324 0.492188</w:t>
        <w:br/>
        <w:t>vt 0.882324 0.479980</w:t>
        <w:br/>
        <w:t>vt 0.882324 0.485840</w:t>
        <w:br/>
        <w:t>vt 0.879395 0.479980</w:t>
        <w:br/>
        <w:t>vt 0.879395 0.485840</w:t>
        <w:br/>
        <w:t>vt 0.879395 0.492188</w:t>
        <w:br/>
        <w:t>vt 0.874023 0.485840</w:t>
        <w:br/>
        <w:t>vt 0.874023 0.479980</w:t>
        <w:br/>
        <w:t>vt 0.874023 0.492188</w:t>
        <w:br/>
        <w:t>vt 0.848145 0.011230</w:t>
        <w:br/>
        <w:t>vt 0.844727 0.011230</w:t>
        <w:br/>
        <w:t>vt 0.846191 0.009277</w:t>
        <w:br/>
        <w:t>vt 0.846680 0.013672</w:t>
        <w:br/>
        <w:t>vt 0.848145 0.021484</w:t>
        <w:br/>
        <w:t>vt 0.843262 0.014160</w:t>
        <w:br/>
        <w:t>vt 0.844727 0.011230</w:t>
        <w:br/>
        <w:t>vt 0.846680 0.013672</w:t>
        <w:br/>
        <w:t>vt 0.841309 0.012695</w:t>
        <w:br/>
        <w:t>vt 0.846191 0.020508</w:t>
        <w:br/>
        <w:t>vt 0.843262 0.014160</w:t>
        <w:br/>
        <w:t>vt 0.838867 0.018555</w:t>
        <w:br/>
        <w:t>vt 0.841309 0.012695</w:t>
        <w:br/>
        <w:t>vt 0.839355 0.011719</w:t>
        <w:br/>
        <w:t>vt 0.837891 0.012207</w:t>
        <w:br/>
        <w:t>vt 0.834961 0.016602</w:t>
        <w:br/>
        <w:t>vt 0.846680 0.013672</w:t>
        <w:br/>
        <w:t>vt 0.843262 0.020508</w:t>
        <w:br/>
        <w:t>vt 0.843262 0.014160</w:t>
        <w:br/>
        <w:t>vt 0.846191 0.020508</w:t>
        <w:br/>
        <w:t>vt 0.836914 0.025879</w:t>
        <w:br/>
        <w:t>vt 0.830078 0.023438</w:t>
        <w:br/>
        <w:t>vt 0.823242 0.035156</w:t>
        <w:br/>
        <w:t>vt 0.845703 0.027832</w:t>
        <w:br/>
        <w:t>vt 0.845703 0.027832</w:t>
        <w:br/>
        <w:t>vt 0.848145 0.033203</w:t>
        <w:br/>
        <w:t>vt 0.843262 0.027832</w:t>
        <w:br/>
        <w:t>vt 0.833008 0.036621</w:t>
        <w:br/>
        <w:t>vt 0.823242 0.047852</w:t>
        <w:br/>
        <w:t>vt 0.844238 0.039551</w:t>
        <w:br/>
        <w:t>vt 0.844238 0.039551</w:t>
        <w:br/>
        <w:t>vt 0.848145 0.044922</w:t>
        <w:br/>
        <w:t>vt 0.848145 0.045898</w:t>
        <w:br/>
        <w:t>vt 0.842773 0.039062</w:t>
        <w:br/>
        <w:t>vt 0.832520 0.049316</w:t>
        <w:br/>
        <w:t>vt 0.823242 0.057129</w:t>
        <w:br/>
        <w:t>vt 0.843262 0.051758</w:t>
        <w:br/>
        <w:t>vt 0.843262 0.051758</w:t>
        <w:br/>
        <w:t>vt 0.848145 0.054199</w:t>
        <w:br/>
        <w:t>vt 0.840820 0.051270</w:t>
        <w:br/>
        <w:t>vt 0.843750 0.058594</w:t>
        <w:br/>
        <w:t>vt 0.843750 0.058594</w:t>
        <w:br/>
        <w:t>vt 0.848145 0.066406</w:t>
        <w:br/>
        <w:t>vt 0.833008 0.058105</w:t>
        <w:br/>
        <w:t>vt 0.841309 0.059082</w:t>
        <w:br/>
        <w:t>vt 0.843750 0.065430</w:t>
        <w:br/>
        <w:t>vt 0.843750 0.065430</w:t>
        <w:br/>
        <w:t>vt 0.833008 0.065430</w:t>
        <w:br/>
        <w:t>vt 0.823242 0.065430</w:t>
        <w:br/>
        <w:t>vt 0.841309 0.065918</w:t>
        <w:br/>
        <w:t>vt 0.843750 0.076172</w:t>
        <w:br/>
        <w:t>vt 0.843750 0.076172</w:t>
        <w:br/>
        <w:t>vt 0.848145 0.076660</w:t>
        <w:br/>
        <w:t>vt 0.841797 0.078125</w:t>
        <w:br/>
        <w:t>vt 0.833008 0.077148</w:t>
        <w:br/>
        <w:t>vt 0.823242 0.077148</w:t>
        <w:br/>
        <w:t>vt 0.823242 0.090332</w:t>
        <w:br/>
        <w:t>vt 0.844238 0.089844</w:t>
        <w:br/>
        <w:t>vt 0.844238 0.089844</w:t>
        <w:br/>
        <w:t>vt 0.848145 0.089355</w:t>
        <w:br/>
        <w:t>vt 0.848145 0.101074</w:t>
        <w:br/>
        <w:t>vt 0.833008 0.090332</w:t>
        <w:br/>
        <w:t>vt 0.841797 0.089844</w:t>
        <w:br/>
        <w:t>vt 0.833496 0.101074</w:t>
        <w:br/>
        <w:t>vt 0.823242 0.102051</w:t>
        <w:br/>
        <w:t>vt 0.841797 0.100586</w:t>
        <w:br/>
        <w:t>vt 0.833008 0.112305</w:t>
        <w:br/>
        <w:t>vt 0.823242 0.113770</w:t>
        <w:br/>
        <w:t>vt 0.823242 0.125000</w:t>
        <w:br/>
        <w:t>vt 0.844238 0.101074</w:t>
        <w:br/>
        <w:t>vt 0.844238 0.101074</w:t>
        <w:br/>
        <w:t>vt 0.841797 0.111328</w:t>
        <w:br/>
        <w:t>vt 0.833008 0.123535</w:t>
        <w:br/>
        <w:t>vt 0.823242 0.137695</w:t>
        <w:br/>
        <w:t>vt 0.844238 0.110840</w:t>
        <w:br/>
        <w:t>vt 0.844238 0.110840</w:t>
        <w:br/>
        <w:t>vt 0.848145 0.110840</w:t>
        <w:br/>
        <w:t>vt 0.848145 0.122070</w:t>
        <w:br/>
        <w:t>vt 0.843750 0.122070</w:t>
        <w:br/>
        <w:t>vt 0.843750 0.122070</w:t>
        <w:br/>
        <w:t>vt 0.841797 0.122070</w:t>
        <w:br/>
        <w:t>vt 0.832520 0.135742</w:t>
        <w:br/>
        <w:t>vt 0.841309 0.133789</w:t>
        <w:br/>
        <w:t>vt 0.843262 0.134277</w:t>
        <w:br/>
        <w:t>vt 0.843262 0.134277</w:t>
        <w:br/>
        <w:t>vt 0.848145 0.137207</w:t>
        <w:br/>
        <w:t>vt 0.848145 0.137695</w:t>
        <w:br/>
        <w:t>vt 0.843750 0.143066</w:t>
        <w:br/>
        <w:t>vt 0.834961 0.145996</w:t>
        <w:br/>
        <w:t>vt 0.826660 0.148438</w:t>
        <w:br/>
        <w:t>vt 0.844727 0.143066</w:t>
        <w:br/>
        <w:t>vt 0.844727 0.143066</w:t>
        <w:br/>
        <w:t>vt 0.848145 0.142090</w:t>
        <w:br/>
        <w:t>vt 0.848145 0.151855</w:t>
        <w:br/>
        <w:t>vt 0.844238 0.153320</w:t>
        <w:br/>
        <w:t>vt 0.845215 0.153320</w:t>
        <w:br/>
        <w:t>vt 0.845215 0.153320</w:t>
        <w:br/>
        <w:t>vt 0.848145 0.160156</w:t>
        <w:br/>
        <w:t>vt 0.837402 0.155273</w:t>
        <w:br/>
        <w:t>vt 0.830566 0.157227</w:t>
        <w:br/>
        <w:t>vt 0.833984 0.162598</w:t>
        <w:br/>
        <w:t>vt 0.844238 0.161133</w:t>
        <w:br/>
        <w:t>vt 0.838867 0.161133</w:t>
        <w:br/>
        <w:t>vt 0.835938 0.166504</w:t>
        <w:br/>
        <w:t>vt 0.837891 0.167480</w:t>
        <w:br/>
        <w:t>vt 0.840820 0.166504</w:t>
        <w:br/>
        <w:t>vt 0.843750 0.165039</w:t>
        <w:br/>
        <w:t>vt 0.842285 0.167969</w:t>
        <w:br/>
        <w:t>vt 0.845703 0.160645</w:t>
        <w:br/>
        <w:t>vt 0.845703 0.160645</w:t>
        <w:br/>
        <w:t>vt 0.844727 0.166016</w:t>
        <w:br/>
        <w:t>vt 0.844727 0.166016</w:t>
        <w:br/>
        <w:t>vt 0.843750 0.170410</w:t>
        <w:br/>
        <w:t>vt 0.848145 0.160156</w:t>
        <w:br/>
        <w:t>vt 0.848145 0.168457</w:t>
        <w:br/>
        <w:t>vt 0.638672 0.231445</w:t>
        <w:br/>
        <w:t>vt 0.635742 0.236816</w:t>
        <w:br/>
        <w:t>vt 0.639648 0.232422</w:t>
        <w:br/>
        <w:t>vt 0.634766 0.236816</w:t>
        <w:br/>
        <w:t>vt 0.634766 0.250977</w:t>
        <w:br/>
        <w:t>vt 0.634277 0.235840</w:t>
        <w:br/>
        <w:t>vt 0.633789 0.228027</w:t>
        <w:br/>
        <w:t>vt 0.634277 0.235840</w:t>
        <w:br/>
        <w:t>vt 0.638672 0.231445</w:t>
        <w:br/>
        <w:t>vt 0.633301 0.250977</w:t>
        <w:br/>
        <w:t>vt 0.629883 0.231445</w:t>
        <w:br/>
        <w:t>vt 0.632812 0.226562</w:t>
        <w:br/>
        <w:t>vt 0.628906 0.230469</w:t>
        <w:br/>
        <w:t>vt 0.627441 0.238281</w:t>
        <w:br/>
        <w:t>vt 0.623047 0.232910</w:t>
        <w:br/>
        <w:t>vt 0.622070 0.231934</w:t>
        <w:br/>
        <w:t>vt 0.627441 0.239258</w:t>
        <w:br/>
        <w:t>vt 0.619141 0.241211</w:t>
        <w:br/>
        <w:t>vt 0.613281 0.236816</w:t>
        <w:br/>
        <w:t>vt 0.613281 0.236816</w:t>
        <w:br/>
        <w:t>vt 0.611816 0.235840</w:t>
        <w:br/>
        <w:t>vt 0.609863 0.244141</w:t>
        <w:br/>
        <w:t>vt 0.611816 0.245605</w:t>
        <w:br/>
        <w:t>vt 0.610352 0.253906</w:t>
        <w:br/>
        <w:t>vt 0.620117 0.242188</w:t>
        <w:br/>
        <w:t>vt 0.626465 0.240234</w:t>
        <w:br/>
        <w:t>vt 0.620605 0.249512</w:t>
        <w:br/>
        <w:t>vt 0.626465 0.240234</w:t>
        <w:br/>
        <w:t>vt 0.625977 0.246094</w:t>
        <w:br/>
        <w:t>vt 0.627441 0.239258</w:t>
        <w:br/>
        <w:t>vt 0.625000 0.245605</w:t>
        <w:br/>
        <w:t>vt 0.620605 0.249512</w:t>
        <w:br/>
        <w:t>vt 0.619629 0.250977</w:t>
        <w:br/>
        <w:t>vt 0.619629 0.250977</w:t>
        <w:br/>
        <w:t>vt 0.618164 0.250488</w:t>
        <w:br/>
        <w:t>vt 0.631348 0.252930</w:t>
        <w:br/>
        <w:t>vt 0.611816 0.253906</w:t>
        <w:br/>
        <w:t>vt 0.623535 0.256348</w:t>
        <w:br/>
        <w:t>vt 0.619629 0.250977</w:t>
        <w:br/>
        <w:t>vt 0.633301 0.250977</w:t>
        <w:br/>
        <w:t>vt 0.631348 0.252930</w:t>
        <w:br/>
        <w:t>vt 0.631836 0.253906</w:t>
        <w:br/>
        <w:t>vt 0.631836 0.254395</w:t>
        <w:br/>
        <w:t>vt 0.620117 0.257812</w:t>
        <w:br/>
        <w:t>vt 0.630371 0.265137</w:t>
        <w:br/>
        <w:t>vt 0.631348 0.265625</w:t>
        <w:br/>
        <w:t>vt 0.628418 0.270996</w:t>
        <w:br/>
        <w:t>vt 0.623535 0.256836</w:t>
        <w:br/>
        <w:t>vt 0.630371 0.265137</w:t>
        <w:br/>
        <w:t>vt 0.621094 0.257812</w:t>
        <w:br/>
        <w:t>vt 0.627441 0.271484</w:t>
        <w:br/>
        <w:t>vt 0.623047 0.257324</w:t>
        <w:br/>
        <w:t>vt 0.621582 0.258301</w:t>
        <w:br/>
        <w:t>vt 0.622070 0.261719</w:t>
        <w:br/>
        <w:t>vt 0.623535 0.256836</w:t>
        <w:br/>
        <w:t>vt 0.623047 0.257324</w:t>
        <w:br/>
        <w:t>vt 0.622070 0.261719</w:t>
        <w:br/>
        <w:t>vt 0.621582 0.258301</w:t>
        <w:br/>
        <w:t>vt 0.622070 0.262695</w:t>
        <w:br/>
        <w:t>vt 0.622070 0.262695</w:t>
        <w:br/>
        <w:t>vt 0.623047 0.263184</w:t>
        <w:br/>
        <w:t>vt 0.623047 0.263184</w:t>
        <w:br/>
        <w:t>vt 0.615234 0.263672</w:t>
        <w:br/>
        <w:t>vt 0.617676 0.268555</w:t>
        <w:br/>
        <w:t>vt 0.617676 0.268555</w:t>
        <w:br/>
        <w:t>vt 0.614258 0.263184</w:t>
        <w:br/>
        <w:t>vt 0.626953 0.270996</w:t>
        <w:br/>
        <w:t>vt 0.626953 0.270996</w:t>
        <w:br/>
        <w:t>vt 0.617676 0.269531</w:t>
        <w:br/>
        <w:t>vt 0.617676 0.269531</w:t>
        <w:br/>
        <w:t>vt 0.621094 0.276367</w:t>
        <w:br/>
        <w:t>vt 0.621582 0.276855</w:t>
        <w:br/>
        <w:t>vt 0.614258 0.272461</w:t>
        <w:br/>
        <w:t>vt 0.614258 0.272461</w:t>
        <w:br/>
        <w:t>vt 0.618652 0.279785</w:t>
        <w:br/>
        <w:t>vt 0.623047 0.279785</w:t>
        <w:br/>
        <w:t>vt 0.627441 0.271484</w:t>
        <w:br/>
        <w:t>vt 0.621582 0.276855</w:t>
        <w:br/>
        <w:t>vt 0.621582 0.277832</w:t>
        <w:br/>
        <w:t>vt 0.621582 0.277832</w:t>
        <w:br/>
        <w:t>vt 0.619629 0.279785</w:t>
        <w:br/>
        <w:t>vt 0.621582 0.279297</w:t>
        <w:br/>
        <w:t>vt 0.622070 0.283691</w:t>
        <w:br/>
        <w:t>vt 0.622070 0.283691</w:t>
        <w:br/>
        <w:t>vt 0.622070 0.285156</w:t>
        <w:br/>
        <w:t>vt 0.622070 0.285156</w:t>
        <w:br/>
        <w:t>vt 0.629883 0.278320</w:t>
        <w:br/>
        <w:t>vt 0.623047 0.279785</w:t>
        <w:br/>
        <w:t>vt 0.631348 0.278809</w:t>
        <w:br/>
        <w:t>vt 0.631836 0.287598</w:t>
        <w:br/>
        <w:t>vt 0.633301 0.288086</w:t>
        <w:br/>
        <w:t>vt 0.629395 0.292480</w:t>
        <w:br/>
        <w:t>vt 0.623047 0.284668</w:t>
        <w:br/>
        <w:t>vt 0.623047 0.284668</w:t>
        <w:br/>
        <w:t>vt 0.627930 0.292480</w:t>
        <w:br/>
        <w:t>vt 0.627441 0.291992</w:t>
        <w:br/>
        <w:t>vt 0.617676 0.291504</w:t>
        <w:br/>
        <w:t>vt 0.617676 0.291504</w:t>
        <w:br/>
        <w:t>vt 0.622070 0.297852</w:t>
        <w:br/>
        <w:t>vt 0.632812 0.302246</w:t>
        <w:br/>
        <w:t>vt 0.633789 0.302734</w:t>
        <w:br/>
        <w:t>vt 0.622559 0.298340</w:t>
        <w:br/>
        <w:t>vt 0.631348 0.310547</w:t>
        <w:br/>
        <w:t>vt 0.632324 0.311035</w:t>
        <w:br/>
        <w:t>vt 0.626953 0.319336</w:t>
        <w:br/>
        <w:t>vt 0.624512 0.300781</w:t>
        <w:br/>
        <w:t>vt 0.624512 0.308594</w:t>
        <w:br/>
        <w:t>vt 0.622559 0.298828</w:t>
        <w:br/>
        <w:t>vt 0.624512 0.300781</w:t>
        <w:br/>
        <w:t>vt 0.622559 0.298340</w:t>
        <w:br/>
        <w:t>vt 0.623047 0.301270</w:t>
        <w:br/>
        <w:t>vt 0.624512 0.308594</w:t>
        <w:br/>
        <w:t>vt 0.621094 0.299805</w:t>
        <w:br/>
        <w:t>vt 0.622559 0.298828</w:t>
        <w:br/>
        <w:t>vt 0.623047 0.308594</w:t>
        <w:br/>
        <w:t>vt 0.621094 0.312988</w:t>
        <w:br/>
        <w:t>vt 0.621094 0.314453</w:t>
        <w:br/>
        <w:t>vt 0.620605 0.299805</w:t>
        <w:br/>
        <w:t>vt 0.621094 0.314453</w:t>
        <w:br/>
        <w:t>vt 0.621094 0.312988</w:t>
        <w:br/>
        <w:t>vt 0.621582 0.308105</w:t>
        <w:br/>
        <w:t>vt 0.623047 0.308594</w:t>
        <w:br/>
        <w:t>vt 0.615234 0.310059</w:t>
        <w:br/>
        <w:t>vt 0.621582 0.308105</w:t>
        <w:br/>
        <w:t>vt 0.620117 0.299805</w:t>
        <w:br/>
        <w:t>vt 0.614746 0.309570</w:t>
        <w:br/>
        <w:t>vt 0.614746 0.310547</w:t>
        <w:br/>
        <w:t>vt 0.615234 0.308105</w:t>
        <w:br/>
        <w:t>vt 0.615234 0.310059</w:t>
        <w:br/>
        <w:t>vt 0.615234 0.308105</w:t>
        <w:br/>
        <w:t>vt 0.614746 0.305664</w:t>
        <w:br/>
        <w:t>vt 0.620117 0.299805</w:t>
        <w:br/>
        <w:t>vt 0.612793 0.308594</w:t>
        <w:br/>
        <w:t>vt 0.613770 0.306641</w:t>
        <w:br/>
        <w:t>vt 0.614746 0.309570</w:t>
        <w:br/>
        <w:t>vt 0.612793 0.308105</w:t>
        <w:br/>
        <w:t>vt 0.614746 0.310547</w:t>
        <w:br/>
        <w:t>vt 0.613281 0.307617</w:t>
        <w:br/>
        <w:t>vt 0.612793 0.308105</w:t>
        <w:br/>
        <w:t>vt 0.613770 0.305664</w:t>
        <w:br/>
        <w:t>vt 0.613770 0.306641</w:t>
        <w:br/>
        <w:t>vt 0.613770 0.305664</w:t>
        <w:br/>
        <w:t>vt 0.614746 0.305664</w:t>
        <w:br/>
        <w:t>vt 0.605957 0.306152</w:t>
        <w:br/>
        <w:t>vt 0.613770 0.305664</w:t>
        <w:br/>
        <w:t>vt 0.605957 0.306152</w:t>
        <w:br/>
        <w:t>vt 0.608887 0.299805</w:t>
        <w:br/>
        <w:t>vt 0.609863 0.299805</w:t>
        <w:br/>
        <w:t>vt 0.609863 0.299805</w:t>
        <w:br/>
        <w:t>vt 0.610352 0.299316</w:t>
        <w:br/>
        <w:t>vt 0.609863 0.299805</w:t>
        <w:br/>
        <w:t>vt 0.610352 0.299316</w:t>
        <w:br/>
        <w:t>vt 0.604492 0.290039</w:t>
        <w:br/>
        <w:t>vt 0.608887 0.299805</w:t>
        <w:br/>
        <w:t>vt 0.603027 0.290527</w:t>
        <w:br/>
        <w:t>vt 0.606934 0.281250</w:t>
        <w:br/>
        <w:t>vt 0.615234 0.293945</w:t>
        <w:br/>
        <w:t>vt 0.615234 0.293945</w:t>
        <w:br/>
        <w:t>vt 0.607422 0.281250</w:t>
        <w:br/>
        <w:t>vt 0.603516 0.271484</w:t>
        <w:br/>
        <w:t>vt 0.615723 0.293457</w:t>
        <w:br/>
        <w:t>vt 0.615723 0.293457</w:t>
        <w:br/>
        <w:t>vt 0.613281 0.290527</w:t>
        <w:br/>
        <w:t>vt 0.613281 0.290527</w:t>
        <w:br/>
        <w:t>vt 0.604492 0.290039</w:t>
        <w:br/>
        <w:t>vt 0.617188 0.290527</w:t>
        <w:br/>
        <w:t>vt 0.615723 0.293457</w:t>
        <w:br/>
        <w:t>vt 0.615723 0.292480</w:t>
        <w:br/>
        <w:t>vt 0.616699 0.291016</w:t>
        <w:br/>
        <w:t>vt 0.615723 0.292480</w:t>
        <w:br/>
        <w:t>vt 0.614746 0.290527</w:t>
        <w:br/>
        <w:t>vt 0.614258 0.289062</w:t>
        <w:br/>
        <w:t>vt 0.614258 0.289062</w:t>
        <w:br/>
        <w:t>vt 0.613770 0.287598</w:t>
        <w:br/>
        <w:t>vt 0.613770 0.287598</w:t>
        <w:br/>
        <w:t>vt 0.607422 0.281250</w:t>
        <w:br/>
        <w:t>vt 0.614258 0.287598</w:t>
        <w:br/>
        <w:t>vt 0.622070 0.285156</w:t>
        <w:br/>
        <w:t>vt 0.608398 0.280762</w:t>
        <w:br/>
        <w:t>vt 0.618164 0.279785</w:t>
        <w:br/>
        <w:t>vt 0.608398 0.280762</w:t>
        <w:br/>
        <w:t>vt 0.618164 0.279785</w:t>
        <w:br/>
        <w:t>vt 0.614258 0.272461</w:t>
        <w:br/>
        <w:t>vt 0.613770 0.272461</w:t>
        <w:br/>
        <w:t>vt 0.613770 0.272461</w:t>
        <w:br/>
        <w:t>vt 0.604980 0.270508</w:t>
        <w:br/>
        <w:t>vt 0.604980 0.270508</w:t>
        <w:br/>
        <w:t>vt 0.604492 0.263672</w:t>
        <w:br/>
        <w:t>vt 0.612793 0.267578</w:t>
        <w:br/>
        <w:t>vt 0.605957 0.264160</w:t>
        <w:br/>
        <w:t>vt 0.605957 0.264160</w:t>
        <w:br/>
        <w:t>vt 0.610840 0.253906</w:t>
        <w:br/>
        <w:t>vt 0.611816 0.253906</w:t>
        <w:br/>
        <w:t>vt 0.610840 0.253906</w:t>
        <w:br/>
        <w:t>vt 0.614746 0.265137</w:t>
        <w:br/>
        <w:t>vt 0.614258 0.263184</w:t>
        <w:br/>
        <w:t>vt 0.617676 0.268555</w:t>
        <w:br/>
        <w:t>vt 0.614258 0.263184</w:t>
        <w:br/>
        <w:t>vt 0.614746 0.265137</w:t>
        <w:br/>
        <w:t>vt 0.613770 0.268066</w:t>
        <w:br/>
        <w:t>vt 0.617188 0.268555</w:t>
        <w:br/>
        <w:t>vt 0.614258 0.271484</w:t>
        <w:br/>
        <w:t>vt 0.614258 0.271484</w:t>
        <w:br/>
        <w:t>vt 0.641602 0.809692</w:t>
        <w:br/>
        <w:t>vt 0.646484 0.817139</w:t>
        <w:br/>
        <w:t>vt 0.645020 0.817505</w:t>
        <w:br/>
        <w:t>vt 0.643066 0.807861</w:t>
        <w:br/>
        <w:t>vt 0.646484 0.817139</w:t>
        <w:br/>
        <w:t>vt 0.643066 0.807861</w:t>
        <w:br/>
        <w:t>vt 0.648438 0.816772</w:t>
        <w:br/>
        <w:t>vt 0.644043 0.806152</w:t>
        <w:br/>
        <w:t>vt 0.641602 0.809692</w:t>
        <w:br/>
        <w:t>vt 0.627441 0.807861</w:t>
        <w:br/>
        <w:t>vt 0.643066 0.807861</w:t>
        <w:br/>
        <w:t>vt 0.643066 0.807861</w:t>
        <w:br/>
        <w:t>vt 0.627441 0.807861</w:t>
        <w:br/>
        <w:t>vt 0.644043 0.806152</w:t>
        <w:br/>
        <w:t>vt 0.628418 0.809692</w:t>
        <w:br/>
        <w:t>vt 0.626465 0.806152</w:t>
        <w:br/>
        <w:t>vt 0.624512 0.817139</w:t>
        <w:br/>
        <w:t>vt 0.627441 0.807861</w:t>
        <w:br/>
        <w:t>vt 0.628418 0.809692</w:t>
        <w:br/>
        <w:t>vt 0.627441 0.807861</w:t>
        <w:br/>
        <w:t>vt 0.621582 0.816406</w:t>
        <w:br/>
        <w:t>vt 0.626465 0.806152</w:t>
        <w:br/>
        <w:t>vt 0.623047 0.816772</w:t>
        <w:br/>
        <w:t>vt 0.623047 0.816772</w:t>
        <w:br/>
        <w:t>vt 0.646484 0.817139</w:t>
        <w:br/>
        <w:t>vt 0.641602 0.809692</w:t>
        <w:br/>
        <w:t>vt 0.645020 0.817505</w:t>
        <w:br/>
        <w:t>vt 0.643066 0.807861</w:t>
        <w:br/>
        <w:t>vt 0.643066 0.807861</w:t>
        <w:br/>
        <w:t>vt 0.646484 0.817139</w:t>
        <w:br/>
        <w:t>vt 0.648438 0.816772</w:t>
        <w:br/>
        <w:t>vt 0.644043 0.806152</w:t>
        <w:br/>
        <w:t>vt 0.626465 0.806152</w:t>
        <w:br/>
        <w:t>vt 0.643066 0.807861</w:t>
        <w:br/>
        <w:t>vt 0.644043 0.806152</w:t>
        <w:br/>
        <w:t>vt 0.627441 0.807861</w:t>
        <w:br/>
        <w:t>vt 0.641602 0.809692</w:t>
        <w:br/>
        <w:t>vt 0.643066 0.807861</w:t>
        <w:br/>
        <w:t>vt 0.627441 0.807861</w:t>
        <w:br/>
        <w:t>vt 0.628418 0.809692</w:t>
        <w:br/>
        <w:t>vt 0.621582 0.816406</w:t>
        <w:br/>
        <w:t>vt 0.627441 0.807861</w:t>
        <w:br/>
        <w:t>vt 0.626465 0.806152</w:t>
        <w:br/>
        <w:t>vt 0.627441 0.807861</w:t>
        <w:br/>
        <w:t>vt 0.624512 0.817139</w:t>
        <w:br/>
        <w:t>vt 0.628418 0.809692</w:t>
        <w:br/>
        <w:t>vt 0.623047 0.816772</w:t>
        <w:br/>
        <w:t>vt 0.623047 0.816772</w:t>
        <w:br/>
        <w:t>vt 0.135742 0.811646</w:t>
        <w:br/>
        <w:t>vt 0.136353 0.806763</w:t>
        <w:br/>
        <w:t>vt 0.136353 0.811646</w:t>
        <w:br/>
        <w:t>vt 0.135742 0.806763</w:t>
        <w:br/>
        <w:t>vt 0.132568 0.811646</w:t>
        <w:br/>
        <w:t>vt 0.135742 0.806763</w:t>
        <w:br/>
        <w:t>vt 0.135742 0.811646</w:t>
        <w:br/>
        <w:t>vt 0.135742 0.799805</w:t>
        <w:br/>
        <w:t>vt 0.136353 0.799805</w:t>
        <w:br/>
        <w:t>vt 0.136353 0.791138</w:t>
        <w:br/>
        <w:t>vt 0.132568 0.806763</w:t>
        <w:br/>
        <w:t>vt 0.135742 0.799805</w:t>
        <w:br/>
        <w:t>vt 0.131836 0.806763</w:t>
        <w:br/>
        <w:t>vt 0.132568 0.811646</w:t>
        <w:br/>
        <w:t>vt 0.131836 0.811646</w:t>
        <w:br/>
        <w:t>vt 0.132568 0.806763</w:t>
        <w:br/>
        <w:t>vt 0.135742 0.791138</w:t>
        <w:br/>
        <w:t>vt 0.136353 0.782959</w:t>
        <w:br/>
        <w:t>vt 0.132568 0.799805</w:t>
        <w:br/>
        <w:t>vt 0.132568 0.799805</w:t>
        <w:br/>
        <w:t>vt 0.135742 0.791138</w:t>
        <w:br/>
        <w:t>vt 0.131836 0.799805</w:t>
        <w:br/>
        <w:t>vt 0.131836 0.791138</w:t>
        <w:br/>
        <w:t>vt 0.132568 0.791138</w:t>
        <w:br/>
        <w:t>vt 0.132568 0.791138</w:t>
        <w:br/>
        <w:t>vt 0.131836 0.782959</w:t>
        <w:br/>
        <w:t>vt 0.135742 0.782959</w:t>
        <w:br/>
        <w:t>vt 0.135742 0.782959</w:t>
        <w:br/>
        <w:t>vt 0.136353 0.777832</w:t>
        <w:br/>
        <w:t>vt 0.135742 0.777832</w:t>
        <w:br/>
        <w:t>vt 0.132568 0.782959</w:t>
        <w:br/>
        <w:t>vt 0.132568 0.782959</w:t>
        <w:br/>
        <w:t>vt 0.135742 0.777832</w:t>
        <w:br/>
        <w:t>vt 0.131836 0.777832</w:t>
        <w:br/>
        <w:t>vt 0.132568 0.777832</w:t>
        <w:br/>
        <w:t>vt 0.132568 0.777832</w:t>
        <w:br/>
        <w:t>vt 0.717285 0.464355</w:t>
        <w:br/>
        <w:t>vt 0.718262 0.469238</w:t>
        <w:br/>
        <w:t>vt 0.717285 0.469238</w:t>
        <w:br/>
        <w:t>vt 0.718262 0.464355</w:t>
        <w:br/>
        <w:t>vt 0.721680 0.469238</w:t>
        <w:br/>
        <w:t>vt 0.718262 0.469238</w:t>
        <w:br/>
        <w:t>vt 0.718262 0.464355</w:t>
        <w:br/>
        <w:t>vt 0.718262 0.456055</w:t>
        <w:br/>
        <w:t>vt 0.717285 0.456055</w:t>
        <w:br/>
        <w:t>vt 0.721680 0.464355</w:t>
        <w:br/>
        <w:t>vt 0.718262 0.456055</w:t>
        <w:br/>
        <w:t>vt 0.721680 0.469238</w:t>
        <w:br/>
        <w:t>vt 0.722656 0.464355</w:t>
        <w:br/>
        <w:t>vt 0.722656 0.469238</w:t>
        <w:br/>
        <w:t>vt 0.721680 0.464355</w:t>
        <w:br/>
        <w:t>vt 0.721680 0.456055</w:t>
        <w:br/>
        <w:t>vt 0.721680 0.456055</w:t>
        <w:br/>
        <w:t>vt 0.722656 0.456055</w:t>
        <w:br/>
        <w:t>vt 0.722656 0.444824</w:t>
        <w:br/>
        <w:t>vt 0.718262 0.444824</w:t>
        <w:br/>
        <w:t>vt 0.718262 0.444824</w:t>
        <w:br/>
        <w:t>vt 0.717285 0.444824</w:t>
        <w:br/>
        <w:t>vt 0.717285 0.438965</w:t>
        <w:br/>
        <w:t>vt 0.721680 0.444824</w:t>
        <w:br/>
        <w:t>vt 0.721680 0.444824</w:t>
        <w:br/>
        <w:t>vt 0.722656 0.438965</w:t>
        <w:br/>
        <w:t>vt 0.718262 0.438965</w:t>
        <w:br/>
        <w:t>vt 0.718262 0.438965</w:t>
        <w:br/>
        <w:t>vt 0.717285 0.432129</w:t>
        <w:br/>
        <w:t>vt 0.718262 0.432129</w:t>
        <w:br/>
        <w:t>vt 0.721680 0.438965</w:t>
        <w:br/>
        <w:t>vt 0.721680 0.438965</w:t>
        <w:br/>
        <w:t>vt 0.718262 0.432129</w:t>
        <w:br/>
        <w:t>vt 0.722656 0.432129</w:t>
        <w:br/>
        <w:t>vt 0.721680 0.432129</w:t>
        <w:br/>
        <w:t>vt 0.721680 0.432129</w:t>
        <w:br/>
        <w:t>vt 0.910156 0.414062</w:t>
        <w:br/>
        <w:t>vt 0.903320 0.413086</w:t>
        <w:br/>
        <w:t>vt 0.910156 0.413086</w:t>
        <w:br/>
        <w:t>vt 0.903320 0.414062</w:t>
        <w:br/>
        <w:t>vt 0.910156 0.417480</w:t>
        <w:br/>
        <w:t>vt 0.903320 0.414062</w:t>
        <w:br/>
        <w:t>vt 0.910156 0.414062</w:t>
        <w:br/>
        <w:t>vt 0.892578 0.414062</w:t>
        <w:br/>
        <w:t>vt 0.892578 0.413086</w:t>
        <w:br/>
        <w:t>vt 0.882324 0.413086</w:t>
        <w:br/>
        <w:t>vt 0.903320 0.417480</w:t>
        <w:br/>
        <w:t>vt 0.892578 0.414062</w:t>
        <w:br/>
        <w:t>vt 0.910156 0.418457</w:t>
        <w:br/>
        <w:t>vt 0.903320 0.418457</w:t>
        <w:br/>
        <w:t>vt 0.910156 0.417480</w:t>
        <w:br/>
        <w:t>vt 0.903320 0.417480</w:t>
        <w:br/>
        <w:t>vt 0.882324 0.414062</w:t>
        <w:br/>
        <w:t>vt 0.874023 0.413086</w:t>
        <w:br/>
        <w:t>vt 0.874023 0.414062</w:t>
        <w:br/>
        <w:t>vt 0.892578 0.417480</w:t>
        <w:br/>
        <w:t>vt 0.892578 0.417480</w:t>
        <w:br/>
        <w:t>vt 0.882324 0.414062</w:t>
        <w:br/>
        <w:t>vt 0.892578 0.418457</w:t>
        <w:br/>
        <w:t>vt 0.882324 0.418457</w:t>
        <w:br/>
        <w:t>vt 0.882324 0.417480</w:t>
        <w:br/>
        <w:t>vt 0.874023 0.414062</w:t>
        <w:br/>
        <w:t>vt 0.882324 0.417480</w:t>
        <w:br/>
        <w:t>vt 0.874023 0.417480</w:t>
        <w:br/>
        <w:t>vt 0.874023 0.418457</w:t>
        <w:br/>
        <w:t>vt 0.874023 0.417480</w:t>
        <w:br/>
        <w:t>vt 0.375244 0.302246</w:t>
        <w:br/>
        <w:t>vt 0.376953 0.302246</w:t>
        <w:br/>
        <w:t>vt 0.375244 0.300293</w:t>
        <w:br/>
        <w:t>vt 0.376953 0.300293</w:t>
        <w:br/>
        <w:t>vt 0.375244 0.295898</w:t>
        <w:br/>
        <w:t>vt 0.376953 0.302246</w:t>
        <w:br/>
        <w:t>vt 0.378418 0.300293</w:t>
        <w:br/>
        <w:t>vt 0.376953 0.300293</w:t>
        <w:br/>
        <w:t>vt 0.378418 0.302246</w:t>
        <w:br/>
        <w:t>vt 0.376953 0.295898</w:t>
        <w:br/>
        <w:t>vt 0.378418 0.302246</w:t>
        <w:br/>
        <w:t>vt 0.379883 0.300293</w:t>
        <w:br/>
        <w:t>vt 0.378418 0.300293</w:t>
        <w:br/>
        <w:t>vt 0.379883 0.302246</w:t>
        <w:br/>
        <w:t>vt 0.381592 0.302246</w:t>
        <w:br/>
        <w:t>vt 0.379883 0.300293</w:t>
        <w:br/>
        <w:t>vt 0.379883 0.302246</w:t>
        <w:br/>
        <w:t>vt 0.381592 0.300293</w:t>
        <w:br/>
        <w:t>vt 0.378418 0.295898</w:t>
        <w:br/>
        <w:t>vt 0.376953 0.295898</w:t>
        <w:br/>
        <w:t>vt 0.379883 0.295898</w:t>
        <w:br/>
        <w:t>vt 0.379883 0.295898</w:t>
        <w:br/>
        <w:t>vt 0.378418 0.295898</w:t>
        <w:br/>
        <w:t>vt 0.381592 0.295898</w:t>
        <w:br/>
        <w:t>vt 0.381592 0.289551</w:t>
        <w:br/>
        <w:t>vt 0.376953 0.289551</w:t>
        <w:br/>
        <w:t>vt 0.376953 0.289551</w:t>
        <w:br/>
        <w:t>vt 0.375244 0.289551</w:t>
        <w:br/>
        <w:t>vt 0.375244 0.282227</w:t>
        <w:br/>
        <w:t>vt 0.379883 0.289551</w:t>
        <w:br/>
        <w:t>vt 0.381592 0.282227</w:t>
        <w:br/>
        <w:t>vt 0.378418 0.289551</w:t>
        <w:br/>
        <w:t>vt 0.379883 0.289551</w:t>
        <w:br/>
        <w:t>vt 0.378418 0.289551</w:t>
        <w:br/>
        <w:t>vt 0.379883 0.282227</w:t>
        <w:br/>
        <w:t>vt 0.379883 0.282227</w:t>
        <w:br/>
        <w:t>vt 0.381592 0.278809</w:t>
        <w:br/>
        <w:t>vt 0.376953 0.282227</w:t>
        <w:br/>
        <w:t>vt 0.376953 0.282227</w:t>
        <w:br/>
        <w:t>vt 0.375244 0.278809</w:t>
        <w:br/>
        <w:t>vt 0.381592 0.274902</w:t>
        <w:br/>
        <w:t>vt 0.379883 0.274902</w:t>
        <w:br/>
        <w:t>vt 0.376953 0.278809</w:t>
        <w:br/>
        <w:t>vt 0.375244 0.274902</w:t>
        <w:br/>
        <w:t>vt 0.376953 0.274902</w:t>
        <w:br/>
        <w:t>vt 0.379883 0.278809</w:t>
        <w:br/>
        <w:t>vt 0.379883 0.278809</w:t>
        <w:br/>
        <w:t>vt 0.379883 0.274902</w:t>
        <w:br/>
        <w:t>vt 0.378418 0.274902</w:t>
        <w:br/>
        <w:t>vt 0.376953 0.274902</w:t>
        <w:br/>
        <w:t>vt 0.378418 0.278809</w:t>
        <w:br/>
        <w:t>vt 0.378418 0.274902</w:t>
        <w:br/>
        <w:t>vt 0.378418 0.278809</w:t>
        <w:br/>
        <w:t>vt 0.376953 0.278809</w:t>
        <w:br/>
        <w:t>vt 0.378418 0.282227</w:t>
        <w:br/>
        <w:t>vt 0.378418 0.282227</w:t>
        <w:br/>
        <w:t>vt 0.415771 0.329590</w:t>
        <w:br/>
        <w:t>vt 0.414307 0.331055</w:t>
        <w:br/>
        <w:t>vt 0.414307 0.329590</w:t>
        <w:br/>
        <w:t>vt 0.415771 0.331055</w:t>
        <w:br/>
        <w:t>vt 0.415771 0.333496</w:t>
        <w:br/>
        <w:t>vt 0.415771 0.329590</w:t>
        <w:br/>
        <w:t>vt 0.416992 0.331055</w:t>
        <w:br/>
        <w:t>vt 0.415771 0.331055</w:t>
        <w:br/>
        <w:t>vt 0.416992 0.329590</w:t>
        <w:br/>
        <w:t>vt 0.416992 0.331055</w:t>
        <w:br/>
        <w:t>vt 0.416992 0.329590</w:t>
        <w:br/>
        <w:t>vt 0.418213 0.329590</w:t>
        <w:br/>
        <w:t>vt 0.416992 0.333496</w:t>
        <w:br/>
        <w:t>vt 0.415771 0.333496</w:t>
        <w:br/>
        <w:t>vt 0.418213 0.331055</w:t>
        <w:br/>
        <w:t>vt 0.416992 0.333496</w:t>
        <w:br/>
        <w:t>vt 0.419678 0.329590</w:t>
        <w:br/>
        <w:t>vt 0.418213 0.331055</w:t>
        <w:br/>
        <w:t>vt 0.418213 0.329590</w:t>
        <w:br/>
        <w:t>vt 0.419678 0.331055</w:t>
        <w:br/>
        <w:t>vt 0.419678 0.331055</w:t>
        <w:br/>
        <w:t>vt 0.418213 0.333496</w:t>
        <w:br/>
        <w:t>vt 0.418213 0.333496</w:t>
        <w:br/>
        <w:t>vt 0.419678 0.333496</w:t>
        <w:br/>
        <w:t>vt 0.419678 0.335938</w:t>
        <w:br/>
        <w:t>vt 0.416992 0.335938</w:t>
        <w:br/>
        <w:t>vt 0.416992 0.335938</w:t>
        <w:br/>
        <w:t>vt 0.418213 0.335938</w:t>
        <w:br/>
        <w:t>vt 0.418213 0.335938</w:t>
        <w:br/>
        <w:t>vt 0.414307 0.333496</w:t>
        <w:br/>
        <w:t>vt 0.415771 0.335938</w:t>
        <w:br/>
        <w:t>vt 0.415771 0.335938</w:t>
        <w:br/>
        <w:t>vt 0.414307 0.335938</w:t>
        <w:br/>
        <w:t>vt 0.416992 0.341797</w:t>
        <w:br/>
        <w:t>vt 0.416992 0.341797</w:t>
        <w:br/>
        <w:t>vt 0.415771 0.341797</w:t>
        <w:br/>
        <w:t>vt 0.415771 0.341797</w:t>
        <w:br/>
        <w:t>vt 0.414307 0.341797</w:t>
        <w:br/>
        <w:t>vt 0.415771 0.347168</w:t>
        <w:br/>
        <w:t>vt 0.415771 0.347168</w:t>
        <w:br/>
        <w:t>vt 0.414307 0.347168</w:t>
        <w:br/>
        <w:t>vt 0.414307 0.352051</w:t>
        <w:br/>
        <w:t>vt 0.418213 0.341797</w:t>
        <w:br/>
        <w:t>vt 0.418213 0.341797</w:t>
        <w:br/>
        <w:t>vt 0.419678 0.341797</w:t>
        <w:br/>
        <w:t>vt 0.419678 0.347168</w:t>
        <w:br/>
        <w:t>vt 0.416992 0.347168</w:t>
        <w:br/>
        <w:t>vt 0.416992 0.347168</w:t>
        <w:br/>
        <w:t>vt 0.415771 0.352051</w:t>
        <w:br/>
        <w:t>vt 0.415771 0.352051</w:t>
        <w:br/>
        <w:t>vt 0.414307 0.356934</w:t>
        <w:br/>
        <w:t>vt 0.418213 0.347168</w:t>
        <w:br/>
        <w:t>vt 0.418213 0.347168</w:t>
        <w:br/>
        <w:t>vt 0.419678 0.352051</w:t>
        <w:br/>
        <w:t>vt 0.416992 0.352051</w:t>
        <w:br/>
        <w:t>vt 0.416992 0.352051</w:t>
        <w:br/>
        <w:t>vt 0.418213 0.352051</w:t>
        <w:br/>
        <w:t>vt 0.418213 0.352051</w:t>
        <w:br/>
        <w:t>vt 0.419678 0.356934</w:t>
        <w:br/>
        <w:t>vt 0.415771 0.356934</w:t>
        <w:br/>
        <w:t>vt 0.415771 0.356934</w:t>
        <w:br/>
        <w:t>vt 0.418213 0.356934</w:t>
        <w:br/>
        <w:t>vt 0.418213 0.356934</w:t>
        <w:br/>
        <w:t>vt 0.419678 0.360352</w:t>
        <w:br/>
        <w:t>vt 0.416992 0.356934</w:t>
        <w:br/>
        <w:t>vt 0.416992 0.356934</w:t>
        <w:br/>
        <w:t>vt 0.415771 0.360352</w:t>
        <w:br/>
        <w:t>vt 0.415771 0.360352</w:t>
        <w:br/>
        <w:t>vt 0.414307 0.360352</w:t>
        <w:br/>
        <w:t>vt 0.414307 0.363281</w:t>
        <w:br/>
        <w:t>vt 0.416992 0.360352</w:t>
        <w:br/>
        <w:t>vt 0.416992 0.360352</w:t>
        <w:br/>
        <w:t>vt 0.418213 0.360352</w:t>
        <w:br/>
        <w:t>vt 0.418213 0.360352</w:t>
        <w:br/>
        <w:t>vt 0.418213 0.363281</w:t>
        <w:br/>
        <w:t>vt 0.418213 0.363281</w:t>
        <w:br/>
        <w:t>vt 0.419678 0.363281</w:t>
        <w:br/>
        <w:t>vt 0.419678 0.364258</w:t>
        <w:br/>
        <w:t>vt 0.416992 0.363281</w:t>
        <w:br/>
        <w:t>vt 0.416992 0.363281</w:t>
        <w:br/>
        <w:t>vt 0.415771 0.363281</w:t>
        <w:br/>
        <w:t>vt 0.415771 0.363281</w:t>
        <w:br/>
        <w:t>vt 0.414307 0.364258</w:t>
        <w:br/>
        <w:t>vt 0.415771 0.364258</w:t>
        <w:br/>
        <w:t>vt 0.415771 0.364258</w:t>
        <w:br/>
        <w:t>vt 0.414307 0.365234</w:t>
        <w:br/>
        <w:t>vt 0.415771 0.365234</w:t>
        <w:br/>
        <w:t>vt 0.416992 0.364258</w:t>
        <w:br/>
        <w:t>vt 0.415771 0.365234</w:t>
        <w:br/>
        <w:t>vt 0.416992 0.364258</w:t>
        <w:br/>
        <w:t>vt 0.416992 0.365234</w:t>
        <w:br/>
        <w:t>vt 0.418213 0.365234</w:t>
        <w:br/>
        <w:t>vt 0.416992 0.365234</w:t>
        <w:br/>
        <w:t>vt 0.418213 0.364258</w:t>
        <w:br/>
        <w:t>vt 0.418213 0.364258</w:t>
        <w:br/>
        <w:t>vt 0.419678 0.365234</w:t>
        <w:br/>
        <w:t>vt 0.418213 0.365234</w:t>
        <w:br/>
        <w:t>vt 0.159302 0.721924</w:t>
        <w:br/>
        <w:t>vt 0.157837 0.724121</w:t>
        <w:br/>
        <w:t>vt 0.157837 0.721924</w:t>
        <w:br/>
        <w:t>vt 0.159302 0.724121</w:t>
        <w:br/>
        <w:t>vt 0.159302 0.728027</w:t>
        <w:br/>
        <w:t>vt 0.159302 0.721924</w:t>
        <w:br/>
        <w:t>vt 0.160767 0.724121</w:t>
        <w:br/>
        <w:t>vt 0.159302 0.724121</w:t>
        <w:br/>
        <w:t>vt 0.160767 0.721924</w:t>
        <w:br/>
        <w:t>vt 0.160767 0.728027</w:t>
        <w:br/>
        <w:t>vt 0.159302 0.728027</w:t>
        <w:br/>
        <w:t>vt 0.160767 0.721924</w:t>
        <w:br/>
        <w:t>vt 0.162231 0.724121</w:t>
        <w:br/>
        <w:t>vt 0.160767 0.724121</w:t>
        <w:br/>
        <w:t>vt 0.160767 0.728027</w:t>
        <w:br/>
        <w:t>vt 0.162231 0.721924</w:t>
        <w:br/>
        <w:t>vt 0.162231 0.724121</w:t>
        <w:br/>
        <w:t>vt 0.162231 0.721924</w:t>
        <w:br/>
        <w:t>vt 0.163696 0.721924</w:t>
        <w:br/>
        <w:t>vt 0.163696 0.724121</w:t>
        <w:br/>
        <w:t>vt 0.162231 0.728027</w:t>
        <w:br/>
        <w:t>vt 0.162231 0.728027</w:t>
        <w:br/>
        <w:t>vt 0.163696 0.728027</w:t>
        <w:br/>
        <w:t>vt 0.160767 0.732666</w:t>
        <w:br/>
        <w:t>vt 0.160767 0.732666</w:t>
        <w:br/>
        <w:t>vt 0.162231 0.732666</w:t>
        <w:br/>
        <w:t>vt 0.162231 0.732666</w:t>
        <w:br/>
        <w:t>vt 0.163696 0.732666</w:t>
        <w:br/>
        <w:t>vt 0.157837 0.728027</w:t>
        <w:br/>
        <w:t>vt 0.162231 0.739014</w:t>
        <w:br/>
        <w:t>vt 0.163696 0.739014</w:t>
        <w:br/>
        <w:t>vt 0.159302 0.732666</w:t>
        <w:br/>
        <w:t>vt 0.159302 0.732666</w:t>
        <w:br/>
        <w:t>vt 0.157837 0.732666</w:t>
        <w:br/>
        <w:t>vt 0.160767 0.739014</w:t>
        <w:br/>
        <w:t>vt 0.160767 0.739014</w:t>
        <w:br/>
        <w:t>vt 0.162231 0.739014</w:t>
        <w:br/>
        <w:t>vt 0.159302 0.739014</w:t>
        <w:br/>
        <w:t>vt 0.159302 0.739014</w:t>
        <w:br/>
        <w:t>vt 0.157837 0.739014</w:t>
        <w:br/>
        <w:t>vt 0.160767 0.745605</w:t>
        <w:br/>
        <w:t>vt 0.160767 0.745605</w:t>
        <w:br/>
        <w:t>vt 0.159302 0.745605</w:t>
        <w:br/>
        <w:t>vt 0.159302 0.745605</w:t>
        <w:br/>
        <w:t>vt 0.157837 0.745605</w:t>
        <w:br/>
        <w:t>vt 0.162231 0.745605</w:t>
        <w:br/>
        <w:t>vt 0.162231 0.745605</w:t>
        <w:br/>
        <w:t>vt 0.163696 0.745605</w:t>
        <w:br/>
        <w:t>vt 0.160767 0.748291</w:t>
        <w:br/>
        <w:t>vt 0.160767 0.748291</w:t>
        <w:br/>
        <w:t>vt 0.159302 0.748291</w:t>
        <w:br/>
        <w:t>vt 0.159302 0.748291</w:t>
        <w:br/>
        <w:t>vt 0.157837 0.748291</w:t>
        <w:br/>
        <w:t>vt 0.157837 0.750366</w:t>
        <w:br/>
        <w:t>vt 0.162231 0.748291</w:t>
        <w:br/>
        <w:t>vt 0.162231 0.748291</w:t>
        <w:br/>
        <w:t>vt 0.163696 0.748291</w:t>
        <w:br/>
        <w:t>vt 0.163696 0.750366</w:t>
        <w:br/>
        <w:t>vt 0.159302 0.750366</w:t>
        <w:br/>
        <w:t>vt 0.159302 0.750366</w:t>
        <w:br/>
        <w:t>vt 0.157837 0.751465</w:t>
        <w:br/>
        <w:t>vt 0.159302 0.751465</w:t>
        <w:br/>
        <w:t>vt 0.162231 0.750366</w:t>
        <w:br/>
        <w:t>vt 0.162231 0.750366</w:t>
        <w:br/>
        <w:t>vt 0.163696 0.751465</w:t>
        <w:br/>
        <w:t>vt 0.162231 0.751465</w:t>
        <w:br/>
        <w:t>vt 0.160767 0.750366</w:t>
        <w:br/>
        <w:t>vt 0.160767 0.750366</w:t>
        <w:br/>
        <w:t>vt 0.159302 0.751465</w:t>
        <w:br/>
        <w:t>vt 0.162231 0.751465</w:t>
        <w:br/>
        <w:t>vt 0.160767 0.751465</w:t>
        <w:br/>
        <w:t>vt 0.160767 0.751465</w:t>
        <w:br/>
        <w:t>vt 0.136353 0.806763</w:t>
        <w:br/>
        <w:t>vt 0.135742 0.811646</w:t>
        <w:br/>
        <w:t>vt 0.136353 0.811646</w:t>
        <w:br/>
        <w:t>vt 0.135742 0.806763</w:t>
        <w:br/>
        <w:t>vt 0.135742 0.806763</w:t>
        <w:br/>
        <w:t>vt 0.132568 0.811646</w:t>
        <w:br/>
        <w:t>vt 0.135742 0.811646</w:t>
        <w:br/>
        <w:t>vt 0.135742 0.799805</w:t>
        <w:br/>
        <w:t>vt 0.136353 0.799805</w:t>
        <w:br/>
        <w:t>vt 0.136353 0.791138</w:t>
        <w:br/>
        <w:t>vt 0.132568 0.806763</w:t>
        <w:br/>
        <w:t>vt 0.135742 0.799805</w:t>
        <w:br/>
        <w:t>vt 0.132568 0.811646</w:t>
        <w:br/>
        <w:t>vt 0.131836 0.806763</w:t>
        <w:br/>
        <w:t>vt 0.131836 0.811646</w:t>
        <w:br/>
        <w:t>vt 0.132568 0.806763</w:t>
        <w:br/>
        <w:t>vt 0.132568 0.799805</w:t>
        <w:br/>
        <w:t>vt 0.132568 0.799805</w:t>
        <w:br/>
        <w:t>vt 0.131836 0.799805</w:t>
        <w:br/>
        <w:t>vt 0.131836 0.791138</w:t>
        <w:br/>
        <w:t>vt 0.135742 0.791138</w:t>
        <w:br/>
        <w:t>vt 0.135742 0.791138</w:t>
        <w:br/>
        <w:t>vt 0.136353 0.782959</w:t>
        <w:br/>
        <w:t>vt 0.132568 0.791138</w:t>
        <w:br/>
        <w:t>vt 0.132568 0.791138</w:t>
        <w:br/>
        <w:t>vt 0.131836 0.782959</w:t>
        <w:br/>
        <w:t>vt 0.135742 0.782959</w:t>
        <w:br/>
        <w:t>vt 0.135742 0.782959</w:t>
        <w:br/>
        <w:t>vt 0.136353 0.777832</w:t>
        <w:br/>
        <w:t>vt 0.135742 0.777832</w:t>
        <w:br/>
        <w:t>vt 0.132568 0.782959</w:t>
        <w:br/>
        <w:t>vt 0.132568 0.782959</w:t>
        <w:br/>
        <w:t>vt 0.135742 0.777832</w:t>
        <w:br/>
        <w:t>vt 0.131836 0.777832</w:t>
        <w:br/>
        <w:t>vt 0.132568 0.777832</w:t>
        <w:br/>
        <w:t>vt 0.132568 0.777832</w:t>
        <w:br/>
        <w:t>vt 0.718262 0.469238</w:t>
        <w:br/>
        <w:t>vt 0.717285 0.464355</w:t>
        <w:br/>
        <w:t>vt 0.717285 0.469238</w:t>
        <w:br/>
        <w:t>vt 0.718262 0.464355</w:t>
        <w:br/>
        <w:t>vt 0.721680 0.469238</w:t>
        <w:br/>
        <w:t>vt 0.718262 0.464355</w:t>
        <w:br/>
        <w:t>vt 0.718262 0.469238</w:t>
        <w:br/>
        <w:t>vt 0.718262 0.456055</w:t>
        <w:br/>
        <w:t>vt 0.717285 0.456055</w:t>
        <w:br/>
        <w:t>vt 0.721680 0.464355</w:t>
        <w:br/>
        <w:t>vt 0.718262 0.456055</w:t>
        <w:br/>
        <w:t>vt 0.722656 0.464355</w:t>
        <w:br/>
        <w:t>vt 0.721680 0.469238</w:t>
        <w:br/>
        <w:t>vt 0.722656 0.469238</w:t>
        <w:br/>
        <w:t>vt 0.721680 0.464355</w:t>
        <w:br/>
        <w:t>vt 0.721680 0.456055</w:t>
        <w:br/>
        <w:t>vt 0.721680 0.456055</w:t>
        <w:br/>
        <w:t>vt 0.722656 0.456055</w:t>
        <w:br/>
        <w:t>vt 0.722656 0.444824</w:t>
        <w:br/>
        <w:t>vt 0.718262 0.444824</w:t>
        <w:br/>
        <w:t>vt 0.718262 0.444824</w:t>
        <w:br/>
        <w:t>vt 0.717285 0.444824</w:t>
        <w:br/>
        <w:t>vt 0.717285 0.438965</w:t>
        <w:br/>
        <w:t>vt 0.721680 0.444824</w:t>
        <w:br/>
        <w:t>vt 0.721680 0.444824</w:t>
        <w:br/>
        <w:t>vt 0.722656 0.438965</w:t>
        <w:br/>
        <w:t>vt 0.718262 0.438965</w:t>
        <w:br/>
        <w:t>vt 0.718262 0.438965</w:t>
        <w:br/>
        <w:t>vt 0.717285 0.432129</w:t>
        <w:br/>
        <w:t>vt 0.718262 0.432129</w:t>
        <w:br/>
        <w:t>vt 0.721680 0.438965</w:t>
        <w:br/>
        <w:t>vt 0.721680 0.438965</w:t>
        <w:br/>
        <w:t>vt 0.718262 0.432129</w:t>
        <w:br/>
        <w:t>vt 0.722656 0.432129</w:t>
        <w:br/>
        <w:t>vt 0.721680 0.432129</w:t>
        <w:br/>
        <w:t>vt 0.721680 0.432129</w:t>
        <w:br/>
        <w:t>vt 0.903320 0.413086</w:t>
        <w:br/>
        <w:t>vt 0.910156 0.414062</w:t>
        <w:br/>
        <w:t>vt 0.910156 0.413086</w:t>
        <w:br/>
        <w:t>vt 0.903320 0.414062</w:t>
        <w:br/>
        <w:t>vt 0.903320 0.414062</w:t>
        <w:br/>
        <w:t>vt 0.910156 0.417480</w:t>
        <w:br/>
        <w:t>vt 0.910156 0.414062</w:t>
        <w:br/>
        <w:t>vt 0.892578 0.414062</w:t>
        <w:br/>
        <w:t>vt 0.892578 0.413086</w:t>
        <w:br/>
        <w:t>vt 0.882324 0.413086</w:t>
        <w:br/>
        <w:t>vt 0.903320 0.417480</w:t>
        <w:br/>
        <w:t>vt 0.892578 0.414062</w:t>
        <w:br/>
        <w:t>vt 0.910156 0.417480</w:t>
        <w:br/>
        <w:t>vt 0.903320 0.418457</w:t>
        <w:br/>
        <w:t>vt 0.910156 0.418457</w:t>
        <w:br/>
        <w:t>vt 0.903320 0.417480</w:t>
        <w:br/>
        <w:t>vt 0.882324 0.414062</w:t>
        <w:br/>
        <w:t>vt 0.874023 0.413086</w:t>
        <w:br/>
        <w:t>vt 0.874023 0.414062</w:t>
        <w:br/>
        <w:t>vt 0.892578 0.417480</w:t>
        <w:br/>
        <w:t>vt 0.892578 0.417480</w:t>
        <w:br/>
        <w:t>vt 0.882324 0.414062</w:t>
        <w:br/>
        <w:t>vt 0.892578 0.418457</w:t>
        <w:br/>
        <w:t>vt 0.882324 0.418457</w:t>
        <w:br/>
        <w:t>vt 0.874023 0.414062</w:t>
        <w:br/>
        <w:t>vt 0.882324 0.417480</w:t>
        <w:br/>
        <w:t>vt 0.882324 0.417480</w:t>
        <w:br/>
        <w:t>vt 0.874023 0.417480</w:t>
        <w:br/>
        <w:t>vt 0.874023 0.418457</w:t>
        <w:br/>
        <w:t>vt 0.874023 0.417480</w:t>
        <w:br/>
        <w:t>vt 0.326660 0.372559</w:t>
        <w:br/>
        <w:t>vt 0.332031 0.377441</w:t>
        <w:br/>
        <w:t>vt 0.327637 0.371582</w:t>
        <w:br/>
        <w:t>vt 0.333008 0.376953</w:t>
        <w:br/>
        <w:t>vt 0.327637 0.371582</w:t>
        <w:br/>
        <w:t>vt 0.332031 0.377441</w:t>
        <w:br/>
        <w:t>vt 0.335449 0.379883</w:t>
        <w:br/>
        <w:t>vt 0.337158 0.379395</w:t>
        <w:br/>
        <w:t>vt 0.338135 0.381348</w:t>
        <w:br/>
        <w:t>vt 0.328613 0.370605</w:t>
        <w:br/>
        <w:t>vt 0.344238 0.383301</w:t>
        <w:br/>
        <w:t>vt 0.344238 0.383789</w:t>
        <w:br/>
        <w:t>vt 0.340332 0.374512</w:t>
        <w:br/>
        <w:t>vt 0.350342 0.382812</w:t>
        <w:br/>
        <w:t>vt 0.352783 0.384277</w:t>
        <w:br/>
        <w:t>vt 0.352783 0.376465</w:t>
        <w:br/>
        <w:t>vt 0.350342 0.382812</w:t>
        <w:br/>
        <w:t>vt 0.352783 0.384277</w:t>
        <w:br/>
        <w:t>vt 0.350342 0.375977</w:t>
        <w:br/>
        <w:t>vt 0.352783 0.367188</w:t>
        <w:br/>
        <w:t>vt 0.351318 0.366699</w:t>
        <w:br/>
        <w:t>vt 0.352783 0.358887</w:t>
        <w:br/>
        <w:t>vt 0.341309 0.365723</w:t>
        <w:br/>
        <w:t>vt 0.351318 0.358398</w:t>
        <w:br/>
        <w:t>vt 0.352783 0.349121</w:t>
        <w:br/>
        <w:t>vt 0.330078 0.364258</w:t>
        <w:br/>
        <w:t>vt 0.351562 0.349121</w:t>
        <w:br/>
        <w:t>vt 0.341553 0.356934</w:t>
        <w:br/>
        <w:t>vt 0.331055 0.356445</w:t>
        <w:br/>
        <w:t>vt 0.325439 0.363770</w:t>
        <w:br/>
        <w:t>vt 0.324463 0.365234</w:t>
        <w:br/>
        <w:t>vt 0.320312 0.355957</w:t>
        <w:br/>
        <w:t>vt 0.321045 0.354004</w:t>
        <w:br/>
        <w:t>vt 0.324951 0.355469</w:t>
        <w:br/>
        <w:t>vt 0.324951 0.348145</w:t>
        <w:br/>
        <w:t>vt 0.320557 0.348145</w:t>
        <w:br/>
        <w:t>vt 0.321045 0.342773</w:t>
        <w:br/>
        <w:t>vt 0.331299 0.348633</w:t>
        <w:br/>
        <w:t>vt 0.341797 0.348633</w:t>
        <w:br/>
        <w:t>vt 0.325195 0.342285</w:t>
        <w:br/>
        <w:t>vt 0.331299 0.341309</w:t>
        <w:br/>
        <w:t>vt 0.341797 0.341309</w:t>
        <w:br/>
        <w:t>vt 0.324463 0.335449</w:t>
        <w:br/>
        <w:t>vt 0.320068 0.339844</w:t>
        <w:br/>
        <w:t>vt 0.322998 0.333496</w:t>
        <w:br/>
        <w:t>vt 0.331055 0.334961</w:t>
        <w:br/>
        <w:t>vt 0.328125 0.329102</w:t>
        <w:br/>
        <w:t>vt 0.325928 0.327148</w:t>
        <w:br/>
        <w:t>vt 0.341797 0.333984</w:t>
        <w:br/>
        <w:t>vt 0.330811 0.328613</w:t>
        <w:br/>
        <w:t>vt 0.330811 0.325684</w:t>
        <w:br/>
        <w:t>vt 0.329590 0.323242</w:t>
        <w:br/>
        <w:t>vt 0.325684 0.325684</w:t>
        <w:br/>
        <w:t>vt 0.329346 0.322754</w:t>
        <w:br/>
        <w:t>vt 0.335449 0.316895</w:t>
        <w:br/>
        <w:t>vt 0.337891 0.318359</w:t>
        <w:br/>
        <w:t>vt 0.336914 0.316406</w:t>
        <w:br/>
        <w:t>vt 0.343506 0.312500</w:t>
        <w:br/>
        <w:t>vt 0.341553 0.325684</w:t>
        <w:br/>
        <w:t>vt 0.337891 0.318359</w:t>
        <w:br/>
        <w:t>vt 0.344482 0.314941</w:t>
        <w:br/>
        <w:t>vt 0.344482 0.314941</w:t>
        <w:br/>
        <w:t>vt 0.351074 0.312988</w:t>
        <w:br/>
        <w:t>vt 0.352783 0.312012</w:t>
        <w:br/>
        <w:t>vt 0.352783 0.325195</w:t>
        <w:br/>
        <w:t>vt 0.352783 0.312012</w:t>
        <w:br/>
        <w:t>vt 0.351074 0.312988</w:t>
        <w:br/>
        <w:t>vt 0.351562 0.324707</w:t>
        <w:br/>
        <w:t>vt 0.351074 0.312988</w:t>
        <w:br/>
        <w:t>vt 0.352783 0.333496</w:t>
        <w:br/>
        <w:t>vt 0.351807 0.333496</w:t>
        <w:br/>
        <w:t>vt 0.352783 0.340332</w:t>
        <w:br/>
        <w:t>vt 0.351318 0.340820</w:t>
        <w:br/>
        <w:t>vt 0.966309 0.580811</w:t>
        <w:br/>
        <w:t>vt 0.960449 0.591064</w:t>
        <w:br/>
        <w:t>vt 0.962891 0.590820</w:t>
        <w:br/>
        <w:t>vt 0.964355 0.578369</w:t>
        <w:br/>
        <w:t>vt 0.971680 0.573242</w:t>
        <w:br/>
        <w:t>vt 0.973633 0.567383</w:t>
        <w:br/>
        <w:t>vt 0.975098 0.567871</w:t>
        <w:br/>
        <w:t>vt 0.968750 0.572510</w:t>
        <w:br/>
        <w:t>vt 0.968750 0.572510</w:t>
        <w:br/>
        <w:t>vt 0.973633 0.567383</w:t>
        <w:br/>
        <w:t>vt 0.964844 0.563477</w:t>
        <w:br/>
        <w:t>vt 0.968750 0.561523</w:t>
        <w:br/>
        <w:t>vt 0.962402 0.553711</w:t>
        <w:br/>
        <w:t>vt 0.952148 0.572021</w:t>
        <w:br/>
        <w:t>vt 0.964355 0.578369</w:t>
        <w:br/>
        <w:t>vt 0.951172 0.564941</w:t>
        <w:br/>
        <w:t>vt 0.949707 0.555664</w:t>
        <w:br/>
        <w:t>vt 0.960449 0.542725</w:t>
        <w:br/>
        <w:t>vt 0.942871 0.573242</w:t>
        <w:br/>
        <w:t>vt 0.953613 0.581543</w:t>
        <w:br/>
        <w:t>vt 0.959473 0.590576</w:t>
        <w:br/>
        <w:t>vt 0.941406 0.565918</w:t>
        <w:br/>
        <w:t>vt 0.958496 0.598389</w:t>
        <w:br/>
        <w:t>vt 0.959961 0.598633</w:t>
        <w:br/>
        <w:t>vt 0.951172 0.591797</w:t>
        <w:br/>
        <w:t>vt 0.958496 0.598389</w:t>
        <w:br/>
        <w:t>vt 0.944336 0.582520</w:t>
        <w:br/>
        <w:t>vt 0.937988 0.573730</w:t>
        <w:br/>
        <w:t>vt 0.945312 0.592285</w:t>
        <w:br/>
        <w:t>vt 0.938477 0.583252</w:t>
        <w:br/>
        <w:t>vt 0.950195 0.598877</w:t>
        <w:br/>
        <w:t>vt 0.958008 0.603760</w:t>
        <w:br/>
        <w:t>vt 0.959961 0.604980</w:t>
        <w:br/>
        <w:t>vt 0.950195 0.602051</w:t>
        <w:br/>
        <w:t>vt 0.958008 0.603760</w:t>
        <w:br/>
        <w:t>vt 0.957031 0.608154</w:t>
        <w:br/>
        <w:t>vt 0.960449 0.606689</w:t>
        <w:br/>
        <w:t>vt 0.959961 0.608887</w:t>
        <w:br/>
        <w:t>vt 0.957031 0.610840</w:t>
        <w:br/>
        <w:t>vt 0.950684 0.607666</w:t>
        <w:br/>
        <w:t>vt 0.957031 0.608154</w:t>
        <w:br/>
        <w:t>vt 0.957031 0.610840</w:t>
        <w:br/>
        <w:t>vt 0.950684 0.610352</w:t>
        <w:br/>
        <w:t>vt 0.946289 0.609863</w:t>
        <w:br/>
        <w:t>vt 0.946777 0.606934</w:t>
        <w:br/>
        <w:t>vt 0.946777 0.606934</w:t>
        <w:br/>
        <w:t>vt 0.941895 0.609131</w:t>
        <w:br/>
        <w:t>vt 0.945801 0.600830</w:t>
        <w:br/>
        <w:t>vt 0.941406 0.606201</w:t>
        <w:br/>
        <w:t>vt 0.941406 0.606201</w:t>
        <w:br/>
        <w:t>vt 0.937500 0.608887</w:t>
        <w:br/>
        <w:t>vt 0.945801 0.598877</w:t>
        <w:br/>
        <w:t>vt 0.940430 0.599121</w:t>
        <w:br/>
        <w:t>vt 0.937012 0.605957</w:t>
        <w:br/>
        <w:t>vt 0.937012 0.605957</w:t>
        <w:br/>
        <w:t>vt 0.932129 0.609131</w:t>
        <w:br/>
        <w:t>vt 0.939941 0.592773</w:t>
        <w:br/>
        <w:t>vt 0.936523 0.599121</w:t>
        <w:br/>
        <w:t>vt 0.935547 0.593262</w:t>
        <w:br/>
        <w:t>vt 0.934570 0.589111</w:t>
        <w:br/>
        <w:t>vt 0.930664 0.599121</w:t>
        <w:br/>
        <w:t>vt 0.929688 0.593506</w:t>
        <w:br/>
        <w:t>vt 0.931641 0.605957</w:t>
        <w:br/>
        <w:t>vt 0.931641 0.605957</w:t>
        <w:br/>
        <w:t>vt 0.918945 0.605957</w:t>
        <w:br/>
        <w:t>vt 0.918945 0.605957</w:t>
        <w:br/>
        <w:t>vt 0.916992 0.609131</w:t>
        <w:br/>
        <w:t>vt 0.918945 0.605957</w:t>
        <w:br/>
        <w:t>vt 0.915527 0.601807</w:t>
        <w:br/>
        <w:t>vt 0.916992 0.609131</w:t>
        <w:br/>
        <w:t>vt 0.917969 0.599609</w:t>
        <w:br/>
        <w:t>vt 0.917969 0.599609</w:t>
        <w:br/>
        <w:t>vt 0.915039 0.595947</w:t>
        <w:br/>
        <w:t>vt 0.917480 0.594727</w:t>
        <w:br/>
        <w:t>vt 0.917480 0.594727</w:t>
        <w:br/>
        <w:t>vt 0.928711 0.589844</w:t>
        <w:br/>
        <w:t>vt 0.913574 0.590576</w:t>
        <w:br/>
        <w:t>vt 0.914062 0.586182</w:t>
        <w:br/>
        <w:t>vt 0.914062 0.586182</w:t>
        <w:br/>
        <w:t>vt 0.927246 0.584717</w:t>
        <w:br/>
        <w:t>vt 0.910645 0.595459</w:t>
        <w:br/>
        <w:t>vt 0.913574 0.590576</w:t>
        <w:br/>
        <w:t>vt 0.914062 0.586182</w:t>
        <w:br/>
        <w:t>vt 0.914062 0.595703</w:t>
        <w:br/>
        <w:t>vt 0.934082 0.583740</w:t>
        <w:br/>
        <w:t>vt 0.910156 0.602783</w:t>
        <w:br/>
        <w:t>vt 0.915039 0.605225</w:t>
        <w:br/>
        <w:t>vt 0.933594 0.574463</w:t>
        <w:br/>
        <w:t>vt 0.925293 0.575928</w:t>
        <w:br/>
        <w:t>vt 0.916504 0.577393</w:t>
        <w:br/>
        <w:t>vt 0.936523 0.566650</w:t>
        <w:br/>
        <w:t>vt 0.923828 0.568115</w:t>
        <w:br/>
        <w:t>vt 0.932617 0.567383</w:t>
        <w:br/>
        <w:t>vt 0.919434 0.568848</w:t>
        <w:br/>
        <w:t>vt 0.931152 0.558594</w:t>
        <w:br/>
        <w:t>vt 0.938477 0.556885</w:t>
        <w:br/>
        <w:t>vt 0.939941 0.557373</w:t>
        <w:br/>
        <w:t>vt 0.935547 0.558105</w:t>
        <w:br/>
        <w:t>vt 0.948242 0.544678</w:t>
        <w:br/>
        <w:t>vt 0.937988 0.546143</w:t>
        <w:br/>
        <w:t>vt 0.937500 0.541260</w:t>
        <w:br/>
        <w:t>vt 0.937012 0.546631</w:t>
        <w:br/>
        <w:t>vt 0.946777 0.539062</w:t>
        <w:br/>
        <w:t>vt 0.959473 0.536621</w:t>
        <w:br/>
        <w:t>vt 0.962891 0.536621</w:t>
        <w:br/>
        <w:t>vt 0.957520 0.527832</w:t>
        <w:br/>
        <w:t>vt 0.965332 0.529785</w:t>
        <w:br/>
        <w:t>vt 0.944336 0.530273</w:t>
        <w:br/>
        <w:t>vt 0.960449 0.524902</w:t>
        <w:br/>
        <w:t>vt 0.966797 0.529053</w:t>
        <w:br/>
        <w:t>vt 0.962402 0.523438</w:t>
        <w:br/>
        <w:t>vt 0.953613 0.518555</w:t>
        <w:br/>
        <w:t>vt 0.954590 0.516113</w:t>
        <w:br/>
        <w:t>vt 0.948730 0.510254</w:t>
        <w:br/>
        <w:t>vt 0.946289 0.510742</w:t>
        <w:br/>
        <w:t>vt 0.947266 0.510010</w:t>
        <w:br/>
        <w:t>vt 0.942383 0.521240</w:t>
        <w:br/>
        <w:t>vt 0.936523 0.531982</w:t>
        <w:br/>
        <w:t>vt 0.939941 0.511963</w:t>
        <w:br/>
        <w:t>vt 0.942871 0.503418</w:t>
        <w:br/>
        <w:t>vt 0.944336 0.502930</w:t>
        <w:br/>
        <w:t>vt 0.942871 0.498047</w:t>
        <w:br/>
        <w:t>vt 0.934570 0.522949</w:t>
        <w:br/>
        <w:t>vt 0.938477 0.495117</w:t>
        <w:br/>
        <w:t>vt 0.943359 0.496582</w:t>
        <w:br/>
        <w:t>vt 0.939941 0.493164</w:t>
        <w:br/>
        <w:t>vt 0.937988 0.493164</w:t>
        <w:br/>
        <w:t>vt 0.936523 0.505371</w:t>
        <w:br/>
        <w:t>vt 0.933594 0.497070</w:t>
        <w:br/>
        <w:t>vt 0.932617 0.494629</w:t>
        <w:br/>
        <w:t>vt 0.933105 0.513428</w:t>
        <w:br/>
        <w:t>vt 0.931152 0.506836</w:t>
        <w:br/>
        <w:t>vt 0.929199 0.499023</w:t>
        <w:br/>
        <w:t>vt 0.929199 0.499023</w:t>
        <w:br/>
        <w:t>vt 0.928223 0.496094</w:t>
        <w:br/>
        <w:t>vt 0.923828 0.497559</w:t>
        <w:br/>
        <w:t>vt 0.924316 0.500488</w:t>
        <w:br/>
        <w:t>vt 0.924316 0.500488</w:t>
        <w:br/>
        <w:t>vt 0.919434 0.498535</w:t>
        <w:br/>
        <w:t>vt 0.920410 0.501709</w:t>
        <w:br/>
        <w:t>vt 0.914062 0.500000</w:t>
        <w:br/>
        <w:t>vt 0.926270 0.508545</w:t>
        <w:br/>
        <w:t>vt 0.920410 0.501709</w:t>
        <w:br/>
        <w:t>vt 0.927734 0.514648</w:t>
        <w:br/>
        <w:t>vt 0.914551 0.503174</w:t>
        <w:br/>
        <w:t>vt 0.921387 0.509521</w:t>
        <w:br/>
        <w:t>vt 0.914551 0.503174</w:t>
        <w:br/>
        <w:t>vt 0.922852 0.515625</w:t>
        <w:br/>
        <w:t>vt 0.923340 0.519775</w:t>
        <w:br/>
        <w:t>vt 0.916992 0.517334</w:t>
        <w:br/>
        <w:t>vt 0.929199 0.524170</w:t>
        <w:br/>
        <w:t>vt 0.916016 0.510742</w:t>
        <w:br/>
        <w:t>vt 0.902832 0.506592</w:t>
        <w:br/>
        <w:t>vt 0.902832 0.506592</w:t>
        <w:br/>
        <w:t>vt 0.900391 0.504150</w:t>
        <w:br/>
        <w:t>vt 0.900391 0.511230</w:t>
        <w:br/>
        <w:t>vt 0.902832 0.506592</w:t>
        <w:br/>
        <w:t>vt 0.900391 0.504150</w:t>
        <w:br/>
        <w:t>vt 0.904297 0.513428</w:t>
        <w:br/>
        <w:t>vt 0.904297 0.513428</w:t>
        <w:br/>
        <w:t>vt 0.902344 0.519531</w:t>
        <w:br/>
        <w:t>vt 0.905273 0.519531</w:t>
        <w:br/>
        <w:t>vt 0.905273 0.519531</w:t>
        <w:br/>
        <w:t>vt 0.917480 0.520996</w:t>
        <w:br/>
        <w:t>vt 0.904785 0.526123</w:t>
        <w:br/>
        <w:t>vt 0.905273 0.529541</w:t>
        <w:br/>
        <w:t>vt 0.905273 0.529541</w:t>
        <w:br/>
        <w:t>vt 0.917480 0.526123</w:t>
        <w:br/>
        <w:t>vt 0.924805 0.524902</w:t>
        <w:br/>
        <w:t>vt 0.918945 0.535156</w:t>
        <w:br/>
        <w:t>vt 0.927246 0.533936</w:t>
        <w:br/>
        <w:t>vt 0.931152 0.533203</w:t>
        <w:br/>
        <w:t>vt 0.932617 0.541748</w:t>
        <w:br/>
        <w:t>vt 0.928711 0.542236</w:t>
        <w:br/>
        <w:t>vt 0.933594 0.547119</w:t>
        <w:br/>
        <w:t>vt 0.938477 0.552002</w:t>
        <w:br/>
        <w:t>vt 0.929688 0.547852</w:t>
        <w:br/>
        <w:t>vt 0.920410 0.543945</w:t>
        <w:br/>
        <w:t>vt 0.934570 0.552490</w:t>
        <w:br/>
        <w:t>vt 0.930664 0.553223</w:t>
        <w:br/>
        <w:t>vt 0.920898 0.548584</w:t>
        <w:br/>
        <w:t>vt 0.921875 0.554688</w:t>
        <w:br/>
        <w:t>vt 0.916992 0.550049</w:t>
        <w:br/>
        <w:t>vt 0.915527 0.544678</w:t>
        <w:br/>
        <w:t>vt 0.917969 0.555664</w:t>
        <w:br/>
        <w:t>vt 0.916016 0.549561</w:t>
        <w:br/>
        <w:t>vt 0.922852 0.561035</w:t>
        <w:br/>
        <w:t>vt 0.918945 0.561523</w:t>
        <w:br/>
        <w:t>vt 0.917969 0.562500</w:t>
        <w:br/>
        <w:t>vt 0.910156 0.536377</w:t>
        <w:br/>
        <w:t>vt 0.893555 0.537842</w:t>
        <w:br/>
        <w:t>vt 0.895508 0.552734</w:t>
        <w:br/>
        <w:t>vt 0.874023 0.562744</w:t>
        <w:br/>
        <w:t>vt 0.896484 0.559082</w:t>
        <w:br/>
        <w:t>vt 0.916992 0.556152</w:t>
        <w:br/>
        <w:t>vt 0.897461 0.565430</w:t>
        <w:br/>
        <w:t>vt 0.898926 0.572998</w:t>
        <w:br/>
        <w:t>vt 0.876465 0.577881</w:t>
        <w:br/>
        <w:t>vt 0.900391 0.580566</w:t>
        <w:br/>
        <w:t>vt 0.902832 0.588135</w:t>
        <w:br/>
        <w:t>vt 0.910645 0.595459</w:t>
        <w:br/>
        <w:t>vt 0.904785 0.596436</w:t>
        <w:br/>
        <w:t>vt 0.910156 0.602783</w:t>
        <w:br/>
        <w:t>vt 0.907227 0.604004</w:t>
        <w:br/>
        <w:t>vt 0.887207 0.615234</w:t>
        <w:br/>
        <w:t>vt 0.890137 0.621826</w:t>
        <w:br/>
        <w:t>vt 0.911133 0.611816</w:t>
        <w:br/>
        <w:t>vt 0.911133 0.611816</w:t>
        <w:br/>
        <w:t>vt 0.892090 0.625244</w:t>
        <w:br/>
        <w:t>vt 0.913086 0.615234</w:t>
        <w:br/>
        <w:t>vt 0.871094 0.529785</w:t>
        <w:br/>
        <w:t>vt 0.871094 0.517822</w:t>
        <w:br/>
        <w:t>vt 0.868164 0.515381</w:t>
        <w:br/>
        <w:t>vt 0.870605 0.513672</w:t>
        <w:br/>
        <w:t>vt 0.894043 0.530273</w:t>
        <w:br/>
        <w:t>vt 0.894043 0.520508</w:t>
        <w:br/>
        <w:t>vt 0.894043 0.513428</w:t>
        <w:br/>
        <w:t>vt 0.871094 0.509033</w:t>
        <w:br/>
        <w:t>vt 0.899414 0.520508</w:t>
        <w:br/>
        <w:t>vt 0.899414 0.520508</w:t>
        <w:br/>
        <w:t>vt 0.905273 0.529541</w:t>
        <w:br/>
        <w:t>vt 0.904785 0.526123</w:t>
        <w:br/>
        <w:t>vt 0.902344 0.519287</w:t>
        <w:br/>
        <w:t>vt 0.896484 0.513672</w:t>
        <w:br/>
        <w:t>vt 0.899902 0.510742</w:t>
        <w:br/>
        <w:t>vt 0.894043 0.505859</w:t>
        <w:br/>
        <w:t>vt 0.896484 0.502197</w:t>
        <w:br/>
        <w:t>vt 0.872070 0.502441</w:t>
        <w:br/>
        <w:t>vt 0.873047 0.498047</w:t>
        <w:br/>
        <w:t>vt 0.326660 0.372559</w:t>
        <w:br/>
        <w:t>vt 0.327637 0.371582</w:t>
        <w:br/>
        <w:t>vt 0.332031 0.377441</w:t>
        <w:br/>
        <w:t>vt 0.332031 0.377441</w:t>
        <w:br/>
        <w:t>vt 0.327637 0.371582</w:t>
        <w:br/>
        <w:t>vt 0.333008 0.376953</w:t>
        <w:br/>
        <w:t>vt 0.335449 0.379883</w:t>
        <w:br/>
        <w:t>vt 0.337158 0.379395</w:t>
        <w:br/>
        <w:t>vt 0.338135 0.381348</w:t>
        <w:br/>
        <w:t>vt 0.328613 0.370605</w:t>
        <w:br/>
        <w:t>vt 0.344238 0.383301</w:t>
        <w:br/>
        <w:t>vt 0.344238 0.383789</w:t>
        <w:br/>
        <w:t>vt 0.340332 0.374512</w:t>
        <w:br/>
        <w:t>vt 0.350342 0.382812</w:t>
        <w:br/>
        <w:t>vt 0.352783 0.384277</w:t>
        <w:br/>
        <w:t>vt 0.350342 0.382812</w:t>
        <w:br/>
        <w:t>vt 0.352783 0.376465</w:t>
        <w:br/>
        <w:t>vt 0.352783 0.384277</w:t>
        <w:br/>
        <w:t>vt 0.350342 0.375977</w:t>
        <w:br/>
        <w:t>vt 0.352783 0.367188</w:t>
        <w:br/>
        <w:t>vt 0.351318 0.366699</w:t>
        <w:br/>
        <w:t>vt 0.352783 0.358887</w:t>
        <w:br/>
        <w:t>vt 0.341309 0.365723</w:t>
        <w:br/>
        <w:t>vt 0.351318 0.358398</w:t>
        <w:br/>
        <w:t>vt 0.352783 0.349121</w:t>
        <w:br/>
        <w:t>vt 0.330078 0.364258</w:t>
        <w:br/>
        <w:t>vt 0.351562 0.349121</w:t>
        <w:br/>
        <w:t>vt 0.341553 0.356934</w:t>
        <w:br/>
        <w:t>vt 0.331055 0.356445</w:t>
        <w:br/>
        <w:t>vt 0.325439 0.363770</w:t>
        <w:br/>
        <w:t>vt 0.324463 0.365234</w:t>
        <w:br/>
        <w:t>vt 0.320312 0.355957</w:t>
        <w:br/>
        <w:t>vt 0.321045 0.354004</w:t>
        <w:br/>
        <w:t>vt 0.324951 0.355469</w:t>
        <w:br/>
        <w:t>vt 0.324951 0.348145</w:t>
        <w:br/>
        <w:t>vt 0.320557 0.348145</w:t>
        <w:br/>
        <w:t>vt 0.321045 0.342773</w:t>
        <w:br/>
        <w:t>vt 0.331299 0.348633</w:t>
        <w:br/>
        <w:t>vt 0.341797 0.348633</w:t>
        <w:br/>
        <w:t>vt 0.325195 0.342285</w:t>
        <w:br/>
        <w:t>vt 0.331299 0.341309</w:t>
        <w:br/>
        <w:t>vt 0.341797 0.341309</w:t>
        <w:br/>
        <w:t>vt 0.351318 0.340820</w:t>
        <w:br/>
        <w:t>vt 0.352783 0.340332</w:t>
        <w:br/>
        <w:t>vt 0.341797 0.333984</w:t>
        <w:br/>
        <w:t>vt 0.351807 0.333496</w:t>
        <w:br/>
        <w:t>vt 0.352783 0.333496</w:t>
        <w:br/>
        <w:t>vt 0.331055 0.334961</w:t>
        <w:br/>
        <w:t>vt 0.351562 0.324707</w:t>
        <w:br/>
        <w:t>vt 0.352783 0.325195</w:t>
        <w:br/>
        <w:t>vt 0.341553 0.325684</w:t>
        <w:br/>
        <w:t>vt 0.351074 0.312988</w:t>
        <w:br/>
        <w:t>vt 0.352783 0.312012</w:t>
        <w:br/>
        <w:t>vt 0.351074 0.312988</w:t>
        <w:br/>
        <w:t>vt 0.343506 0.312500</w:t>
        <w:br/>
        <w:t>vt 0.352783 0.312012</w:t>
        <w:br/>
        <w:t>vt 0.344482 0.314941</w:t>
        <w:br/>
        <w:t>vt 0.344482 0.314941</w:t>
        <w:br/>
        <w:t>vt 0.337891 0.318359</w:t>
        <w:br/>
        <w:t>vt 0.337891 0.318359</w:t>
        <w:br/>
        <w:t>vt 0.336914 0.316406</w:t>
        <w:br/>
        <w:t>vt 0.335449 0.316895</w:t>
        <w:br/>
        <w:t>vt 0.330811 0.328613</w:t>
        <w:br/>
        <w:t>vt 0.330811 0.325684</w:t>
        <w:br/>
        <w:t>vt 0.329590 0.323242</w:t>
        <w:br/>
        <w:t>vt 0.329346 0.322754</w:t>
        <w:br/>
        <w:t>vt 0.325684 0.325684</w:t>
        <w:br/>
        <w:t>vt 0.325928 0.327148</w:t>
        <w:br/>
        <w:t>vt 0.328125 0.329102</w:t>
        <w:br/>
        <w:t>vt 0.322998 0.333496</w:t>
        <w:br/>
        <w:t>vt 0.324463 0.335449</w:t>
        <w:br/>
        <w:t>vt 0.320068 0.339844</w:t>
        <w:br/>
        <w:t>vt 0.115540 0.820068</w:t>
        <w:br/>
        <w:t>vt 0.122559 0.824585</w:t>
        <w:br/>
        <w:t>vt 0.115540 0.824585</w:t>
        <w:br/>
        <w:t>vt 0.122559 0.820068</w:t>
        <w:br/>
        <w:t>vt 0.115540 0.817871</w:t>
        <w:br/>
        <w:t>vt 0.122559 0.820068</w:t>
        <w:br/>
        <w:t>vt 0.115540 0.820068</w:t>
        <w:br/>
        <w:t>vt 0.124329 0.817871</w:t>
        <w:br/>
        <w:t>vt 0.125977 0.824585</w:t>
        <w:br/>
        <w:t>vt 0.125977 0.820068</w:t>
        <w:br/>
        <w:t>vt 0.125977 0.820068</w:t>
        <w:br/>
        <w:t>vt 0.125488 0.843140</w:t>
        <w:br/>
        <w:t>vt 0.133179 0.824585</w:t>
        <w:br/>
        <w:t>vt 0.122070 0.843140</w:t>
        <w:br/>
        <w:t>vt 0.133667 0.820068</w:t>
        <w:br/>
        <w:t>vt 0.133667 0.820068</w:t>
        <w:br/>
        <w:t>vt 0.136230 0.817871</w:t>
        <w:br/>
        <w:t>vt 0.139404 0.825195</w:t>
        <w:br/>
        <w:t>vt 0.139404 0.825195</w:t>
        <w:br/>
        <w:t>vt 0.136475 0.827026</w:t>
        <w:br/>
        <w:t>vt 0.142822 0.824585</w:t>
        <w:br/>
        <w:t>vt 0.136475 0.840942</w:t>
        <w:br/>
        <w:t>vt 0.139404 0.843018</w:t>
        <w:br/>
        <w:t>vt 0.139404 0.843018</w:t>
        <w:br/>
        <w:t>vt 0.142822 0.843750</w:t>
        <w:br/>
        <w:t>vt 0.132690 0.843140</w:t>
        <w:br/>
        <w:t>vt 0.135498 0.849976</w:t>
        <w:br/>
        <w:t>vt 0.133057 0.847778</w:t>
        <w:br/>
        <w:t>vt 0.133057 0.847778</w:t>
        <w:br/>
        <w:t>vt 0.123779 0.849976</w:t>
        <w:br/>
        <w:t>vt 0.125488 0.847778</w:t>
        <w:br/>
        <w:t>vt 0.125488 0.847778</w:t>
        <w:br/>
        <w:t>vt 0.122009 0.847778</w:t>
        <w:br/>
        <w:t>vt 0.122009 0.847778</w:t>
        <w:br/>
        <w:t>vt 0.114990 0.849976</w:t>
        <w:br/>
        <w:t>vt 0.114990 0.843140</w:t>
        <w:br/>
        <w:t>vt 0.114990 0.847778</w:t>
        <w:br/>
        <w:t>vt 0.114990 0.847778</w:t>
        <w:br/>
        <w:t>vt 0.392334 0.473633</w:t>
        <w:br/>
        <w:t>vt 0.391113 0.468262</w:t>
        <w:br/>
        <w:t>vt 0.391113 0.473633</w:t>
        <w:br/>
        <w:t>vt 0.392578 0.468262</w:t>
        <w:br/>
        <w:t>vt 0.392334 0.473633</w:t>
        <w:br/>
        <w:t>vt 0.393799 0.468262</w:t>
        <w:br/>
        <w:t>vt 0.392578 0.468262</w:t>
        <w:br/>
        <w:t>vt 0.393799 0.473633</w:t>
        <w:br/>
        <w:t>vt 0.392578 0.461914</w:t>
        <w:br/>
        <w:t>vt 0.391113 0.461914</w:t>
        <w:br/>
        <w:t>vt 0.391113 0.456055</w:t>
        <w:br/>
        <w:t>vt 0.393799 0.461914</w:t>
        <w:br/>
        <w:t>vt 0.392578 0.461914</w:t>
        <w:br/>
        <w:t>vt 0.393799 0.468262</w:t>
        <w:br/>
        <w:t>vt 0.393799 0.473633</w:t>
        <w:br/>
        <w:t>vt 0.395264 0.468262</w:t>
        <w:br/>
        <w:t>vt 0.393799 0.461914</w:t>
        <w:br/>
        <w:t>vt 0.395264 0.473633</w:t>
        <w:br/>
        <w:t>vt 0.396484 0.473633</w:t>
        <w:br/>
        <w:t>vt 0.395264 0.468262</w:t>
        <w:br/>
        <w:t>vt 0.395264 0.473633</w:t>
        <w:br/>
        <w:t>vt 0.396484 0.468262</w:t>
        <w:br/>
        <w:t>vt 0.395264 0.461914</w:t>
        <w:br/>
        <w:t>vt 0.395264 0.461914</w:t>
        <w:br/>
        <w:t>vt 0.396484 0.461914</w:t>
        <w:br/>
        <w:t>vt 0.396484 0.456055</w:t>
        <w:br/>
        <w:t>vt 0.395020 0.456055</w:t>
        <w:br/>
        <w:t>vt 0.395020 0.456055</w:t>
        <w:br/>
        <w:t>vt 0.396484 0.451172</w:t>
        <w:br/>
        <w:t>vt 0.395264 0.451172</w:t>
        <w:br/>
        <w:t>vt 0.393799 0.451172</w:t>
        <w:br/>
        <w:t>vt 0.395264 0.451172</w:t>
        <w:br/>
        <w:t>vt 0.393799 0.456055</w:t>
        <w:br/>
        <w:t>vt 0.392334 0.451172</w:t>
        <w:br/>
        <w:t>vt 0.393799 0.456055</w:t>
        <w:br/>
        <w:t>vt 0.393799 0.451172</w:t>
        <w:br/>
        <w:t>vt 0.392578 0.456055</w:t>
        <w:br/>
        <w:t>vt 0.392578 0.456055</w:t>
        <w:br/>
        <w:t>vt 0.392334 0.451172</w:t>
        <w:br/>
        <w:t>vt 0.391113 0.451172</w:t>
        <w:br/>
        <w:t>vt 0.159302 0.721924</w:t>
        <w:br/>
        <w:t>vt 0.157837 0.721924</w:t>
        <w:br/>
        <w:t>vt 0.157837 0.724121</w:t>
        <w:br/>
        <w:t>vt 0.159302 0.724121</w:t>
        <w:br/>
        <w:t>vt 0.160767 0.724121</w:t>
        <w:br/>
        <w:t>vt 0.159302 0.721924</w:t>
        <w:br/>
        <w:t>vt 0.159302 0.724121</w:t>
        <w:br/>
        <w:t>vt 0.160767 0.721924</w:t>
        <w:br/>
        <w:t>vt 0.159302 0.728027</w:t>
        <w:br/>
        <w:t>vt 0.157837 0.728027</w:t>
        <w:br/>
        <w:t>vt 0.160767 0.728027</w:t>
        <w:br/>
        <w:t>vt 0.159302 0.728027</w:t>
        <w:br/>
        <w:t>vt 0.162231 0.724121</w:t>
        <w:br/>
        <w:t>vt 0.160767 0.721924</w:t>
        <w:br/>
        <w:t>vt 0.160767 0.724121</w:t>
        <w:br/>
        <w:t>vt 0.160767 0.728027</w:t>
        <w:br/>
        <w:t>vt 0.162231 0.721924</w:t>
        <w:br/>
        <w:t>vt 0.162231 0.724121</w:t>
        <w:br/>
        <w:t>vt 0.163696 0.721924</w:t>
        <w:br/>
        <w:t>vt 0.162231 0.721924</w:t>
        <w:br/>
        <w:t>vt 0.163696 0.724121</w:t>
        <w:br/>
        <w:t>vt 0.162231 0.728027</w:t>
        <w:br/>
        <w:t>vt 0.162231 0.728027</w:t>
        <w:br/>
        <w:t>vt 0.163696 0.728027</w:t>
        <w:br/>
        <w:t>vt 0.160767 0.732666</w:t>
        <w:br/>
        <w:t>vt 0.160767 0.732666</w:t>
        <w:br/>
        <w:t>vt 0.162231 0.732666</w:t>
        <w:br/>
        <w:t>vt 0.162231 0.732666</w:t>
        <w:br/>
        <w:t>vt 0.163696 0.732666</w:t>
        <w:br/>
        <w:t>vt 0.159302 0.732666</w:t>
        <w:br/>
        <w:t>vt 0.159302 0.732666</w:t>
        <w:br/>
        <w:t>vt 0.157837 0.732666</w:t>
        <w:br/>
        <w:t>vt 0.160767 0.739014</w:t>
        <w:br/>
        <w:t>vt 0.160767 0.739014</w:t>
        <w:br/>
        <w:t>vt 0.162231 0.739014</w:t>
        <w:br/>
        <w:t>vt 0.162231 0.739014</w:t>
        <w:br/>
        <w:t>vt 0.163696 0.739014</w:t>
        <w:br/>
        <w:t>vt 0.159302 0.739014</w:t>
        <w:br/>
        <w:t>vt 0.159302 0.739014</w:t>
        <w:br/>
        <w:t>vt 0.157837 0.739014</w:t>
        <w:br/>
        <w:t>vt 0.160767 0.745605</w:t>
        <w:br/>
        <w:t>vt 0.160767 0.745605</w:t>
        <w:br/>
        <w:t>vt 0.162231 0.745605</w:t>
        <w:br/>
        <w:t>vt 0.162231 0.745605</w:t>
        <w:br/>
        <w:t>vt 0.163696 0.745605</w:t>
        <w:br/>
        <w:t>vt 0.159302 0.745605</w:t>
        <w:br/>
        <w:t>vt 0.159302 0.745605</w:t>
        <w:br/>
        <w:t>vt 0.157837 0.745605</w:t>
        <w:br/>
        <w:t>vt 0.162231 0.748291</w:t>
        <w:br/>
        <w:t>vt 0.163696 0.748291</w:t>
        <w:br/>
        <w:t>vt 0.163696 0.750366</w:t>
        <w:br/>
        <w:t>vt 0.160767 0.748291</w:t>
        <w:br/>
        <w:t>vt 0.162231 0.748291</w:t>
        <w:br/>
        <w:t>vt 0.160767 0.748291</w:t>
        <w:br/>
        <w:t>vt 0.162231 0.750366</w:t>
        <w:br/>
        <w:t>vt 0.162231 0.750366</w:t>
        <w:br/>
        <w:t>vt 0.163696 0.751465</w:t>
        <w:br/>
        <w:t>vt 0.162231 0.751465</w:t>
        <w:br/>
        <w:t>vt 0.160767 0.750366</w:t>
        <w:br/>
        <w:t>vt 0.162231 0.751465</w:t>
        <w:br/>
        <w:t>vt 0.160767 0.751465</w:t>
        <w:br/>
        <w:t>vt 0.160767 0.750366</w:t>
        <w:br/>
        <w:t>vt 0.159302 0.751465</w:t>
        <w:br/>
        <w:t>vt 0.160767 0.751465</w:t>
        <w:br/>
        <w:t>vt 0.159302 0.750366</w:t>
        <w:br/>
        <w:t>vt 0.157837 0.751465</w:t>
        <w:br/>
        <w:t>vt 0.159302 0.751465</w:t>
        <w:br/>
        <w:t>vt 0.159302 0.750366</w:t>
        <w:br/>
        <w:t>vt 0.157837 0.750366</w:t>
        <w:br/>
        <w:t>vt 0.159302 0.748291</w:t>
        <w:br/>
        <w:t>vt 0.159302 0.748291</w:t>
        <w:br/>
        <w:t>vt 0.157837 0.748291</w:t>
        <w:br/>
        <w:t>vt 0.403564 0.366211</w:t>
        <w:br/>
        <w:t>vt 0.402100 0.367676</w:t>
        <w:br/>
        <w:t>vt 0.402100 0.366211</w:t>
        <w:br/>
        <w:t>vt 0.403564 0.363281</w:t>
        <w:br/>
        <w:t>vt 0.402100 0.363281</w:t>
        <w:br/>
        <w:t>vt 0.403564 0.360352</w:t>
        <w:br/>
        <w:t>vt 0.402100 0.360352</w:t>
        <w:br/>
        <w:t>vt 0.403564 0.363281</w:t>
        <w:br/>
        <w:t>vt 0.405029 0.366211</w:t>
        <w:br/>
        <w:t>vt 0.403564 0.366211</w:t>
        <w:br/>
        <w:t>vt 0.403564 0.356445</w:t>
        <w:br/>
        <w:t>vt 0.402100 0.356445</w:t>
        <w:br/>
        <w:t>vt 0.403564 0.360352</w:t>
        <w:br/>
        <w:t>vt 0.405029 0.363281</w:t>
        <w:br/>
        <w:t>vt 0.403564 0.352051</w:t>
        <w:br/>
        <w:t>vt 0.402100 0.352051</w:t>
        <w:br/>
        <w:t>vt 0.403564 0.356445</w:t>
        <w:br/>
        <w:t>vt 0.405029 0.356445</w:t>
        <w:br/>
        <w:t>vt 0.403564 0.348145</w:t>
        <w:br/>
        <w:t>vt 0.402100 0.348145</w:t>
        <w:br/>
        <w:t>vt 0.403564 0.352051</w:t>
        <w:br/>
        <w:t>vt 0.405029 0.352051</w:t>
        <w:br/>
        <w:t>vt 0.403564 0.348145</w:t>
        <w:br/>
        <w:t>vt 0.403564 0.345215</w:t>
        <w:br/>
        <w:t>vt 0.402100 0.345215</w:t>
        <w:br/>
        <w:t>vt 0.402100 0.340332</w:t>
        <w:br/>
        <w:t>vt 0.405029 0.348145</w:t>
        <w:br/>
        <w:t>vt 0.403564 0.345215</w:t>
        <w:br/>
        <w:t>vt 0.403564 0.340332</w:t>
        <w:br/>
        <w:t>vt 0.405029 0.345215</w:t>
        <w:br/>
        <w:t>vt 0.403564 0.340332</w:t>
        <w:br/>
        <w:t>vt 0.403564 0.335449</w:t>
        <w:br/>
        <w:t>vt 0.402100 0.335449</w:t>
        <w:br/>
        <w:t>vt 0.405029 0.340332</w:t>
        <w:br/>
        <w:t>vt 0.403564 0.335449</w:t>
        <w:br/>
        <w:t>vt 0.403564 0.332031</w:t>
        <w:br/>
        <w:t>vt 0.402100 0.332031</w:t>
        <w:br/>
        <w:t>vt 0.402100 0.330078</w:t>
        <w:br/>
        <w:t>vt 0.405029 0.335449</w:t>
        <w:br/>
        <w:t>vt 0.403564 0.332031</w:t>
        <w:br/>
        <w:t>vt 0.403564 0.330078</w:t>
        <w:br/>
        <w:t>vt 0.402100 0.329102</w:t>
        <w:br/>
        <w:t>vt 0.403564 0.329102</w:t>
        <w:br/>
        <w:t>vt 0.403564 0.330078</w:t>
        <w:br/>
        <w:t>vt 0.405029 0.332031</w:t>
        <w:br/>
        <w:t>vt 0.403564 0.329102</w:t>
        <w:br/>
        <w:t>vt 0.405029 0.330078</w:t>
        <w:br/>
        <w:t>vt 0.405029 0.329102</w:t>
        <w:br/>
        <w:t>vt 0.405029 0.330078</w:t>
        <w:br/>
        <w:t>vt 0.405029 0.329102</w:t>
        <w:br/>
        <w:t>vt 0.406494 0.329102</w:t>
        <w:br/>
        <w:t>vt 0.406494 0.330078</w:t>
        <w:br/>
        <w:t>vt 0.405029 0.332031</w:t>
        <w:br/>
        <w:t>vt 0.406494 0.330078</w:t>
        <w:br/>
        <w:t>vt 0.406494 0.329102</w:t>
        <w:br/>
        <w:t>vt 0.407715 0.329102</w:t>
        <w:br/>
        <w:t>vt 0.407715 0.330078</w:t>
        <w:br/>
        <w:t>vt 0.406494 0.332031</w:t>
        <w:br/>
        <w:t>vt 0.406494 0.332031</w:t>
        <w:br/>
        <w:t>vt 0.407715 0.332031</w:t>
        <w:br/>
        <w:t>vt 0.406494 0.335449</w:t>
        <w:br/>
        <w:t>vt 0.406494 0.335449</w:t>
        <w:br/>
        <w:t>vt 0.405029 0.335449</w:t>
        <w:br/>
        <w:t>vt 0.407715 0.335449</w:t>
        <w:br/>
        <w:t>vt 0.406494 0.340332</w:t>
        <w:br/>
        <w:t>vt 0.406494 0.340332</w:t>
        <w:br/>
        <w:t>vt 0.405029 0.340332</w:t>
        <w:br/>
        <w:t>vt 0.407715 0.340332</w:t>
        <w:br/>
        <w:t>vt 0.405029 0.345215</w:t>
        <w:br/>
        <w:t>vt 0.406494 0.345215</w:t>
        <w:br/>
        <w:t>vt 0.406494 0.345215</w:t>
        <w:br/>
        <w:t>vt 0.407715 0.345215</w:t>
        <w:br/>
        <w:t>vt 0.406494 0.348145</w:t>
        <w:br/>
        <w:t>vt 0.406494 0.348145</w:t>
        <w:br/>
        <w:t>vt 0.405029 0.348145</w:t>
        <w:br/>
        <w:t>vt 0.407715 0.348145</w:t>
        <w:br/>
        <w:t>vt 0.406494 0.352051</w:t>
        <w:br/>
        <w:t>vt 0.406494 0.352051</w:t>
        <w:br/>
        <w:t>vt 0.407715 0.352051</w:t>
        <w:br/>
        <w:t>vt 0.405029 0.352051</w:t>
        <w:br/>
        <w:t>vt 0.407715 0.356445</w:t>
        <w:br/>
        <w:t>vt 0.406494 0.356445</w:t>
        <w:br/>
        <w:t>vt 0.406494 0.356445</w:t>
        <w:br/>
        <w:t>vt 0.405029 0.356445</w:t>
        <w:br/>
        <w:t>vt 0.407715 0.360352</w:t>
        <w:br/>
        <w:t>vt 0.406494 0.360352</w:t>
        <w:br/>
        <w:t>vt 0.406494 0.360352</w:t>
        <w:br/>
        <w:t>vt 0.407715 0.363281</w:t>
        <w:br/>
        <w:t>vt 0.405029 0.360352</w:t>
        <w:br/>
        <w:t>vt 0.405029 0.360352</w:t>
        <w:br/>
        <w:t>vt 0.406494 0.363281</w:t>
        <w:br/>
        <w:t>vt 0.405029 0.363281</w:t>
        <w:br/>
        <w:t>vt 0.406494 0.363281</w:t>
        <w:br/>
        <w:t>vt 0.406494 0.366211</w:t>
        <w:br/>
        <w:t>vt 0.406494 0.366211</w:t>
        <w:br/>
        <w:t>vt 0.405029 0.366211</w:t>
        <w:br/>
        <w:t>vt 0.407715 0.366211</w:t>
        <w:br/>
        <w:t>vt 0.406494 0.367676</w:t>
        <w:br/>
        <w:t>vt 0.406494 0.367676</w:t>
        <w:br/>
        <w:t>vt 0.407715 0.367676</w:t>
        <w:br/>
        <w:t>vt 0.407715 0.369141</w:t>
        <w:br/>
        <w:t>vt 0.406494 0.369141</w:t>
        <w:br/>
        <w:t>vt 0.405029 0.367676</w:t>
        <w:br/>
        <w:t>vt 0.406494 0.369141</w:t>
        <w:br/>
        <w:t>vt 0.405029 0.369141</w:t>
        <w:br/>
        <w:t>vt 0.405029 0.367676</w:t>
        <w:br/>
        <w:t>vt 0.403564 0.369141</w:t>
        <w:br/>
        <w:t>vt 0.405029 0.369141</w:t>
        <w:br/>
        <w:t>vt 0.403564 0.367676</w:t>
        <w:br/>
        <w:t>vt 0.403564 0.367676</w:t>
        <w:br/>
        <w:t>vt 0.403564 0.369141</w:t>
        <w:br/>
        <w:t>vt 0.402100 0.369141</w:t>
        <w:br/>
        <w:t>vt 0.668945 0.384277</w:t>
        <w:br/>
        <w:t>vt 0.668945 0.382324</w:t>
        <w:br/>
        <w:t>vt 0.670410 0.383789</w:t>
        <w:br/>
        <w:t>vt 0.663086 0.383789</w:t>
        <w:br/>
        <w:t>vt 0.668945 0.382324</w:t>
        <w:br/>
        <w:t>vt 0.668945 0.384277</w:t>
        <w:br/>
        <w:t>vt 0.670410 0.381836</w:t>
        <w:br/>
        <w:t>vt 0.662598 0.382324</w:t>
        <w:br/>
        <w:t>vt 0.661621 0.383789</w:t>
        <w:br/>
        <w:t>vt 0.662109 0.381836</w:t>
        <w:br/>
        <w:t>vt 0.668457 0.378906</w:t>
        <w:br/>
        <w:t>vt 0.668457 0.378906</w:t>
        <w:br/>
        <w:t>vt 0.669922 0.377441</w:t>
        <w:br/>
        <w:t>vt 0.663086 0.377930</w:t>
        <w:br/>
        <w:t>vt 0.662109 0.377930</w:t>
        <w:br/>
        <w:t>vt 0.660156 0.370117</w:t>
        <w:br/>
        <w:t>vt 0.667969 0.366211</w:t>
        <w:br/>
        <w:t>vt 0.668945 0.365723</w:t>
        <w:br/>
        <w:t>vt 0.661133 0.369629</w:t>
        <w:br/>
        <w:t>vt 0.654297 0.366211</w:t>
        <w:br/>
        <w:t>vt 0.652832 0.366699</w:t>
        <w:br/>
        <w:t>vt 0.662598 0.362305</w:t>
        <w:br/>
        <w:t>vt 0.667969 0.365234</w:t>
        <w:br/>
        <w:t>vt 0.670898 0.357910</w:t>
        <w:br/>
        <w:t>vt 0.672363 0.357910</w:t>
        <w:br/>
        <w:t>vt 0.663086 0.361328</w:t>
        <w:br/>
        <w:t>vt 0.663086 0.361328</w:t>
        <w:br/>
        <w:t>vt 0.671387 0.351562</w:t>
        <w:br/>
        <w:t>vt 0.672852 0.351074</w:t>
        <w:br/>
        <w:t>vt 0.667969 0.346191</w:t>
        <w:br/>
        <w:t>vt 0.663574 0.354004</w:t>
        <w:br/>
        <w:t>vt 0.671387 0.351562</w:t>
        <w:br/>
        <w:t>vt 0.666992 0.347168</w:t>
        <w:br/>
        <w:t>vt 0.666992 0.347168</w:t>
        <w:br/>
        <w:t>vt 0.667480 0.346191</w:t>
        <w:br/>
        <w:t>vt 0.668945 0.340820</w:t>
        <w:br/>
        <w:t>vt 0.662598 0.360352</w:t>
        <w:br/>
        <w:t>vt 0.667480 0.341309</w:t>
        <w:br/>
        <w:t>vt 0.667969 0.335449</w:t>
        <w:br/>
        <w:t>vt 0.662109 0.355469</w:t>
        <w:br/>
        <w:t>vt 0.666992 0.335938</w:t>
        <w:br/>
        <w:t>vt 0.663086 0.330566</w:t>
        <w:br/>
        <w:t>vt 0.661621 0.351562</w:t>
        <w:br/>
        <w:t>vt 0.660156 0.352539</w:t>
        <w:br/>
        <w:t>vt 0.657227 0.350586</w:t>
        <w:br/>
        <w:t>vt 0.660645 0.344238</w:t>
        <w:br/>
        <w:t>vt 0.660645 0.344238</w:t>
        <w:br/>
        <w:t>vt 0.656738 0.349609</w:t>
        <w:br/>
        <w:t>vt 0.661133 0.343262</w:t>
        <w:br/>
        <w:t>vt 0.661133 0.343262</w:t>
        <w:br/>
        <w:t>vt 0.667480 0.341309</w:t>
        <w:br/>
        <w:t>vt 0.657715 0.342285</w:t>
        <w:br/>
        <w:t>vt 0.657715 0.342285</w:t>
        <w:br/>
        <w:t>vt 0.656738 0.349609</w:t>
        <w:br/>
        <w:t>vt 0.657227 0.350586</w:t>
        <w:br/>
        <w:t>vt 0.655762 0.349609</w:t>
        <w:br/>
        <w:t>vt 0.657715 0.342285</w:t>
        <w:br/>
        <w:t>vt 0.659668 0.338379</w:t>
        <w:br/>
        <w:t>vt 0.666992 0.335938</w:t>
        <w:br/>
        <w:t>vt 0.660156 0.342773</w:t>
        <w:br/>
        <w:t>vt 0.660156 0.342773</w:t>
        <w:br/>
        <w:t>vt 0.659668 0.338379</w:t>
        <w:br/>
        <w:t>vt 0.661133 0.343262</w:t>
        <w:br/>
        <w:t>vt 0.658691 0.342285</w:t>
        <w:br/>
        <w:t>vt 0.658691 0.338867</w:t>
        <w:br/>
        <w:t>vt 0.658203 0.338867</w:t>
        <w:br/>
        <w:t>vt 0.657715 0.337891</w:t>
        <w:br/>
        <w:t>vt 0.658203 0.338867</w:t>
        <w:br/>
        <w:t>vt 0.657715 0.337891</w:t>
        <w:br/>
        <w:t>vt 0.657227 0.341309</w:t>
        <w:br/>
        <w:t>vt 0.652344 0.332031</w:t>
        <w:br/>
        <w:t>vt 0.662109 0.331055</w:t>
        <w:br/>
        <w:t>vt 0.652344 0.332031</w:t>
        <w:br/>
        <w:t>vt 0.662109 0.331055</w:t>
        <w:br/>
        <w:t>vt 0.662109 0.329590</w:t>
        <w:br/>
        <w:t>vt 0.663086 0.324219</w:t>
        <w:br/>
        <w:t>vt 0.662109 0.324707</w:t>
        <w:br/>
        <w:t>vt 0.655762 0.325684</w:t>
        <w:br/>
        <w:t>vt 0.659180 0.317383</w:t>
        <w:br/>
        <w:t>vt 0.654297 0.325195</w:t>
        <w:br/>
        <w:t>vt 0.649902 0.330078</w:t>
        <w:br/>
        <w:t>vt 0.654297 0.320801</w:t>
        <w:br/>
        <w:t>vt 0.652832 0.323730</w:t>
        <w:br/>
        <w:t>vt 0.650391 0.315430</w:t>
        <w:br/>
        <w:t>vt 0.650391 0.315918</w:t>
        <w:br/>
        <w:t>vt 0.648926 0.313965</w:t>
        <w:br/>
        <w:t>vt 0.653809 0.321777</w:t>
        <w:br/>
        <w:t>vt 0.655762 0.325684</w:t>
        <w:br/>
        <w:t>vt 0.655762 0.325684</w:t>
        <w:br/>
        <w:t>vt 0.652832 0.323730</w:t>
        <w:br/>
        <w:t>vt 0.655273 0.324707</w:t>
        <w:br/>
        <w:t>vt 0.655273 0.324707</w:t>
        <w:br/>
        <w:t>vt 0.653320 0.323242</w:t>
        <w:br/>
        <w:t>vt 0.653809 0.322754</w:t>
        <w:br/>
        <w:t>vt 0.653320 0.323242</w:t>
        <w:br/>
        <w:t>vt 0.653809 0.321777</w:t>
        <w:br/>
        <w:t>vt 0.653809 0.322754</w:t>
        <w:br/>
        <w:t>vt 0.652344 0.322754</w:t>
        <w:br/>
        <w:t>vt 0.649902 0.330078</w:t>
        <w:br/>
        <w:t>vt 0.649414 0.317871</w:t>
        <w:br/>
        <w:t>vt 0.650391 0.315918</w:t>
        <w:br/>
        <w:t>vt 0.644043 0.325195</w:t>
        <w:br/>
        <w:t>vt 0.649414 0.317871</w:t>
        <w:br/>
        <w:t>vt 0.648438 0.317871</w:t>
        <w:br/>
        <w:t>vt 0.648926 0.331055</w:t>
        <w:br/>
        <w:t>vt 0.643066 0.324219</w:t>
        <w:br/>
        <w:t>vt 0.644043 0.325195</w:t>
        <w:br/>
        <w:t>vt 0.648926 0.316406</w:t>
        <w:br/>
        <w:t>vt 0.649414 0.315918</w:t>
        <w:br/>
        <w:t>vt 0.649414 0.315918</w:t>
        <w:br/>
        <w:t>vt 0.648438 0.315430</w:t>
        <w:br/>
        <w:t>vt 0.648926 0.316406</w:t>
        <w:br/>
        <w:t>vt 0.648438 0.317871</w:t>
        <w:br/>
        <w:t>vt 0.648926 0.314453</w:t>
        <w:br/>
        <w:t>vt 0.647461 0.315430</w:t>
        <w:br/>
        <w:t>vt 0.648926 0.314453</w:t>
        <w:br/>
        <w:t>vt 0.643066 0.324219</w:t>
        <w:br/>
        <w:t>vt 0.640137 0.315918</w:t>
        <w:br/>
        <w:t>vt 0.643555 0.309570</w:t>
        <w:br/>
        <w:t>vt 0.648438 0.313477</w:t>
        <w:br/>
        <w:t>vt 0.642090 0.332520</w:t>
        <w:br/>
        <w:t>vt 0.640625 0.333008</w:t>
        <w:br/>
        <w:t>vt 0.642090 0.332520</w:t>
        <w:br/>
        <w:t>vt 0.645508 0.338867</w:t>
        <w:br/>
        <w:t>vt 0.644531 0.339844</w:t>
        <w:br/>
        <w:t>vt 0.648438 0.342285</w:t>
        <w:br/>
        <w:t>vt 0.647949 0.342773</w:t>
        <w:br/>
        <w:t>vt 0.650879 0.335938</w:t>
        <w:br/>
        <w:t>vt 0.650879 0.335938</w:t>
        <w:br/>
        <w:t>vt 0.648926 0.331055</w:t>
        <w:br/>
        <w:t>vt 0.650879 0.334473</w:t>
        <w:br/>
        <w:t>vt 0.649414 0.331543</w:t>
        <w:br/>
        <w:t>vt 0.649414 0.331543</w:t>
        <w:br/>
        <w:t>vt 0.651367 0.332520</w:t>
        <w:br/>
        <w:t>vt 0.649414 0.331543</w:t>
        <w:br/>
        <w:t>vt 0.652344 0.333008</w:t>
        <w:br/>
        <w:t>vt 0.650879 0.334473</w:t>
        <w:br/>
        <w:t>vt 0.650879 0.335938</w:t>
        <w:br/>
        <w:t>vt 0.649902 0.330078</w:t>
        <w:br/>
        <w:t>vt 0.651855 0.336426</w:t>
        <w:br/>
        <w:t>vt 0.657227 0.341309</w:t>
        <w:br/>
        <w:t>vt 0.650391 0.343262</w:t>
        <w:br/>
        <w:t>vt 0.655762 0.349609</w:t>
        <w:br/>
        <w:t>vt 0.649902 0.346680</w:t>
        <w:br/>
        <w:t>vt 0.647949 0.347168</w:t>
        <w:br/>
        <w:t>vt 0.649414 0.353516</w:t>
        <w:br/>
        <w:t>vt 0.647949 0.354492</w:t>
        <w:br/>
        <w:t>vt 0.656738 0.356934</w:t>
        <w:br/>
        <w:t>vt 0.656738 0.356934</w:t>
        <w:br/>
        <w:t>vt 0.657715 0.356445</w:t>
        <w:br/>
        <w:t>vt 0.649902 0.361816</w:t>
        <w:br/>
        <w:t>vt 0.648438 0.362305</w:t>
        <w:br/>
        <w:t>vt 0.659668 0.359863</w:t>
        <w:br/>
        <w:t>vt 0.659668 0.359863</w:t>
        <w:br/>
        <w:t>vt 0.660645 0.359375</w:t>
        <w:br/>
        <w:t>vt 0.662598 0.360352</w:t>
        <w:br/>
        <w:t>vt 0.817871 0.389160</w:t>
        <w:br/>
        <w:t>vt 0.821777 0.390625</w:t>
        <w:br/>
        <w:t>vt 0.823730 0.385254</w:t>
        <w:br/>
        <w:t>vt 0.813965 0.382812</w:t>
        <w:br/>
        <w:t>vt 0.831543 0.391113</w:t>
        <w:br/>
        <w:t>vt 0.817871 0.379883</w:t>
        <w:br/>
        <w:t>vt 0.812500 0.372070</w:t>
        <w:br/>
        <w:t>vt 0.831543 0.387207</w:t>
        <w:br/>
        <w:t>vt 0.815430 0.372070</w:t>
        <w:br/>
        <w:t>vt 0.839355 0.384766</w:t>
        <w:br/>
        <w:t>vt 0.843262 0.387695</w:t>
        <w:br/>
        <w:t>vt 0.817871 0.364258</w:t>
        <w:br/>
        <w:t>vt 0.812988 0.360840</w:t>
        <w:br/>
        <w:t>vt 0.844727 0.378906</w:t>
        <w:br/>
        <w:t>vt 0.849609 0.380371</w:t>
        <w:br/>
        <w:t>vt 0.849609 0.370605</w:t>
        <w:br/>
        <w:t>vt 0.822754 0.358887</w:t>
        <w:br/>
        <w:t>vt 0.816895 0.354980</w:t>
        <w:br/>
        <w:t>vt 0.820312 0.352539</w:t>
        <w:br/>
        <w:t>vt 0.831055 0.372070</w:t>
        <w:br/>
        <w:t>vt 0.817871 0.364258</w:t>
        <w:br/>
        <w:t>vt 0.815430 0.372070</w:t>
        <w:br/>
        <w:t>vt 0.822754 0.358887</w:t>
        <w:br/>
        <w:t>vt 0.817871 0.379883</w:t>
        <w:br/>
        <w:t>vt 0.823730 0.385254</w:t>
        <w:br/>
        <w:t>vt 0.831543 0.387207</w:t>
        <w:br/>
        <w:t>vt 0.839355 0.384766</w:t>
        <w:br/>
        <w:t>vt 0.844727 0.378906</w:t>
        <w:br/>
        <w:t>vt 0.830566 0.356445</w:t>
        <w:br/>
        <w:t>vt 0.830566 0.356445</w:t>
        <w:br/>
        <w:t>vt 0.830566 0.350098</w:t>
        <w:br/>
        <w:t>vt 0.846680 0.371094</w:t>
        <w:br/>
        <w:t>vt 0.837891 0.358398</w:t>
        <w:br/>
        <w:t>vt 0.837891 0.358398</w:t>
        <w:br/>
        <w:t>vt 0.842285 0.353027</w:t>
        <w:br/>
        <w:t>vt 0.844238 0.363281</w:t>
        <w:br/>
        <w:t>vt 0.849121 0.359863</w:t>
        <w:br/>
        <w:t>vt 0.546875 0.443848</w:t>
        <w:br/>
        <w:t>vt 0.542969 0.415527</w:t>
        <w:br/>
        <w:t>vt 0.542969 0.443848</w:t>
        <w:br/>
        <w:t>vt 0.546875 0.415527</w:t>
        <w:br/>
        <w:t>vt 0.542969 0.465332</w:t>
        <w:br/>
        <w:t>vt 0.546875 0.443848</w:t>
        <w:br/>
        <w:t>vt 0.563965 0.415527</w:t>
        <w:br/>
        <w:t>vt 0.546875 0.415527</w:t>
        <w:br/>
        <w:t>vt 0.546875 0.465332</w:t>
        <w:br/>
        <w:t>vt 0.542969 0.481445</w:t>
        <w:br/>
        <w:t>vt 0.563965 0.443848</w:t>
        <w:br/>
        <w:t>vt 0.546875 0.465332</w:t>
        <w:br/>
        <w:t>vt 0.566895 0.415527</w:t>
        <w:br/>
        <w:t>vt 0.563965 0.415527</w:t>
        <w:br/>
        <w:t>vt 0.563965 0.443848</w:t>
        <w:br/>
        <w:t>vt 0.566895 0.443848</w:t>
        <w:br/>
        <w:t>vt 0.546875 0.479004</w:t>
        <w:br/>
        <w:t>vt 0.542969 0.481445</w:t>
        <w:br/>
        <w:t>vt 0.566895 0.481445</w:t>
        <w:br/>
        <w:t>vt 0.546875 0.479004</w:t>
        <w:br/>
        <w:t>vt 0.563965 0.465332</w:t>
        <w:br/>
        <w:t>vt 0.563965 0.465332</w:t>
        <w:br/>
        <w:t>vt 0.546875 0.479004</w:t>
        <w:br/>
        <w:t>vt 0.566895 0.465332</w:t>
        <w:br/>
        <w:t>vt 0.563965 0.479004</w:t>
        <w:br/>
        <w:t>vt 0.563965 0.479004</w:t>
        <w:br/>
        <w:t>vt 0.566895 0.481445</w:t>
        <w:br/>
        <w:t>vt 0.563965 0.479004</w:t>
        <w:br/>
        <w:t>vt 0.595703 0.412109</w:t>
        <w:br/>
        <w:t>vt 0.592285 0.436523</w:t>
        <w:br/>
        <w:t>vt 0.595703 0.436523</w:t>
        <w:br/>
        <w:t>vt 0.592285 0.412109</w:t>
        <w:br/>
        <w:t>vt 0.595703 0.460449</w:t>
        <w:br/>
        <w:t>vt 0.575195 0.412109</w:t>
        <w:br/>
        <w:t>vt 0.592285 0.460449</w:t>
        <w:br/>
        <w:t>vt 0.575195 0.436523</w:t>
        <w:br/>
        <w:t>vt 0.592285 0.460449</w:t>
        <w:br/>
        <w:t>vt 0.572754 0.412109</w:t>
        <w:br/>
        <w:t>vt 0.575195 0.436523</w:t>
        <w:br/>
        <w:t>vt 0.575195 0.412109</w:t>
        <w:br/>
        <w:t>vt 0.572754 0.436523</w:t>
        <w:br/>
        <w:t>vt 0.592285 0.479492</w:t>
        <w:br/>
        <w:t>vt 0.595703 0.481934</w:t>
        <w:br/>
        <w:t>vt 0.592285 0.479492</w:t>
        <w:br/>
        <w:t>vt 0.572754 0.481934</w:t>
        <w:br/>
        <w:t>vt 0.595703 0.481934</w:t>
        <w:br/>
        <w:t>vt 0.575195 0.460449</w:t>
        <w:br/>
        <w:t>vt 0.572754 0.460449</w:t>
        <w:br/>
        <w:t>vt 0.575195 0.479492</w:t>
        <w:br/>
        <w:t>vt 0.575195 0.479492</w:t>
        <w:br/>
        <w:t>vt 0.572754 0.481934</w:t>
        <w:br/>
        <w:t>vt 0.817871 0.389160</w:t>
        <w:br/>
        <w:t>vt 0.823730 0.385254</w:t>
        <w:br/>
        <w:t>vt 0.821777 0.390625</w:t>
        <w:br/>
        <w:t>vt 0.813965 0.382812</w:t>
        <w:br/>
        <w:t>vt 0.831543 0.391113</w:t>
        <w:br/>
        <w:t>vt 0.817871 0.379883</w:t>
        <w:br/>
        <w:t>vt 0.812500 0.372070</w:t>
        <w:br/>
        <w:t>vt 0.831543 0.387207</w:t>
        <w:br/>
        <w:t>vt 0.815430 0.372070</w:t>
        <w:br/>
        <w:t>vt 0.839355 0.384766</w:t>
        <w:br/>
        <w:t>vt 0.843262 0.387695</w:t>
        <w:br/>
        <w:t>vt 0.817871 0.364258</w:t>
        <w:br/>
        <w:t>vt 0.812988 0.360840</w:t>
        <w:br/>
        <w:t>vt 0.831055 0.372070</w:t>
        <w:br/>
        <w:t>vt 0.817871 0.379883</w:t>
        <w:br/>
        <w:t>vt 0.815430 0.372070</w:t>
        <w:br/>
        <w:t>vt 0.823730 0.385254</w:t>
        <w:br/>
        <w:t>vt 0.817871 0.364258</w:t>
        <w:br/>
        <w:t>vt 0.831543 0.387207</w:t>
        <w:br/>
        <w:t>vt 0.839355 0.384766</w:t>
        <w:br/>
        <w:t>vt 0.822754 0.358887</w:t>
        <w:br/>
        <w:t>vt 0.822754 0.358887</w:t>
        <w:br/>
        <w:t>vt 0.816895 0.354980</w:t>
        <w:br/>
        <w:t>vt 0.820312 0.352539</w:t>
        <w:br/>
        <w:t>vt 0.830566 0.356445</w:t>
        <w:br/>
        <w:t>vt 0.830566 0.356445</w:t>
        <w:br/>
        <w:t>vt 0.830566 0.350098</w:t>
        <w:br/>
        <w:t>vt 0.837891 0.358398</w:t>
        <w:br/>
        <w:t>vt 0.837891 0.358398</w:t>
        <w:br/>
        <w:t>vt 0.842285 0.353027</w:t>
        <w:br/>
        <w:t>vt 0.844238 0.363281</w:t>
        <w:br/>
        <w:t>vt 0.844238 0.363281</w:t>
        <w:br/>
        <w:t>vt 0.849121 0.359863</w:t>
        <w:br/>
        <w:t>vt 0.849609 0.370605</w:t>
        <w:br/>
        <w:t>vt 0.846680 0.371094</w:t>
        <w:br/>
        <w:t>vt 0.844727 0.378906</w:t>
        <w:br/>
        <w:t>vt 0.849609 0.380371</w:t>
        <w:br/>
        <w:t>vt 0.542969 0.415527</w:t>
        <w:br/>
        <w:t>vt 0.546875 0.443848</w:t>
        <w:br/>
        <w:t>vt 0.542969 0.443848</w:t>
        <w:br/>
        <w:t>vt 0.546875 0.415527</w:t>
        <w:br/>
        <w:t>vt 0.542969 0.465332</w:t>
        <w:br/>
        <w:t>vt 0.563965 0.415527</w:t>
        <w:br/>
        <w:t>vt 0.546875 0.443848</w:t>
        <w:br/>
        <w:t>vt 0.546875 0.415527</w:t>
        <w:br/>
        <w:t>vt 0.546875 0.465332</w:t>
        <w:br/>
        <w:t>vt 0.542969 0.481445</w:t>
        <w:br/>
        <w:t>vt 0.563965 0.443848</w:t>
        <w:br/>
        <w:t>vt 0.546875 0.465332</w:t>
        <w:br/>
        <w:t>vt 0.566895 0.415527</w:t>
        <w:br/>
        <w:t>vt 0.563965 0.415527</w:t>
        <w:br/>
        <w:t>vt 0.563965 0.443848</w:t>
        <w:br/>
        <w:t>vt 0.566895 0.443848</w:t>
        <w:br/>
        <w:t>vt 0.546875 0.479004</w:t>
        <w:br/>
        <w:t>vt 0.566895 0.481445</w:t>
        <w:br/>
        <w:t>vt 0.542969 0.481445</w:t>
        <w:br/>
        <w:t>vt 0.546875 0.479004</w:t>
        <w:br/>
        <w:t>vt 0.563965 0.465332</w:t>
        <w:br/>
        <w:t>vt 0.563965 0.465332</w:t>
        <w:br/>
        <w:t>vt 0.546875 0.479004</w:t>
        <w:br/>
        <w:t>vt 0.566895 0.465332</w:t>
        <w:br/>
        <w:t>vt 0.563965 0.479004</w:t>
        <w:br/>
        <w:t>vt 0.563965 0.479004</w:t>
        <w:br/>
        <w:t>vt 0.563965 0.479004</w:t>
        <w:br/>
        <w:t>vt 0.566895 0.481445</w:t>
        <w:br/>
        <w:t>vt 0.592285 0.436523</w:t>
        <w:br/>
        <w:t>vt 0.595703 0.412109</w:t>
        <w:br/>
        <w:t>vt 0.595703 0.436523</w:t>
        <w:br/>
        <w:t>vt 0.592285 0.412109</w:t>
        <w:br/>
        <w:t>vt 0.595703 0.460449</w:t>
        <w:br/>
        <w:t>vt 0.575195 0.412109</w:t>
        <w:br/>
        <w:t>vt 0.592285 0.460449</w:t>
        <w:br/>
        <w:t>vt 0.575195 0.436523</w:t>
        <w:br/>
        <w:t>vt 0.592285 0.460449</w:t>
        <w:br/>
        <w:t>vt 0.575195 0.436523</w:t>
        <w:br/>
        <w:t>vt 0.572754 0.412109</w:t>
        <w:br/>
        <w:t>vt 0.575195 0.412109</w:t>
        <w:br/>
        <w:t>vt 0.572754 0.436523</w:t>
        <w:br/>
        <w:t>vt 0.592285 0.479492</w:t>
        <w:br/>
        <w:t>vt 0.595703 0.481934</w:t>
        <w:br/>
        <w:t>vt 0.572754 0.481934</w:t>
        <w:br/>
        <w:t>vt 0.592285 0.479492</w:t>
        <w:br/>
        <w:t>vt 0.595703 0.481934</w:t>
        <w:br/>
        <w:t>vt 0.575195 0.460449</w:t>
        <w:br/>
        <w:t>vt 0.572754 0.460449</w:t>
        <w:br/>
        <w:t>vt 0.575195 0.479492</w:t>
        <w:br/>
        <w:t>vt 0.575195 0.479492</w:t>
        <w:br/>
        <w:t>vt 0.572754 0.481934</w:t>
        <w:br/>
        <w:t>vt 0.713867 0.358398</w:t>
        <w:br/>
        <w:t>vt 0.724121 0.359375</w:t>
        <w:br/>
        <w:t>vt 0.712402 0.360840</w:t>
        <w:br/>
        <w:t>vt 0.708008 0.355469</w:t>
        <w:br/>
        <w:t>vt 0.722168 0.357422</w:t>
        <w:br/>
        <w:t>vt 0.728027 0.353516</w:t>
        <w:br/>
        <w:t>vt 0.709473 0.354980</w:t>
        <w:br/>
        <w:t>vt 0.725586 0.353027</w:t>
        <w:br/>
        <w:t>vt 0.728027 0.343750</w:t>
        <w:br/>
        <w:t>vt 0.708008 0.344727</w:t>
        <w:br/>
        <w:t>vt 0.705566 0.344238</w:t>
        <w:br/>
        <w:t>vt 0.725098 0.343750</w:t>
        <w:br/>
        <w:t>vt 0.723145 0.341309</w:t>
        <w:br/>
        <w:t>vt 0.729980 0.328125</w:t>
        <w:br/>
        <w:t>vt 0.723145 0.341309</w:t>
        <w:br/>
        <w:t>vt 0.708984 0.342285</w:t>
        <w:br/>
        <w:t>vt 0.704590 0.325195</w:t>
        <w:br/>
        <w:t>vt 0.708984 0.342285</w:t>
        <w:br/>
        <w:t>vt 0.724121 0.325684</w:t>
        <w:br/>
        <w:t>vt 0.732910 0.319824</w:t>
        <w:br/>
        <w:t>vt 0.708008 0.326172</w:t>
        <w:br/>
        <w:t>vt 0.723145 0.341309</w:t>
        <w:br/>
        <w:t>vt 0.708984 0.342285</w:t>
        <w:br/>
        <w:t>vt 0.708008 0.326172</w:t>
        <w:br/>
        <w:t>vt 0.724121 0.325684</w:t>
        <w:br/>
        <w:t>vt 0.708496 0.315918</w:t>
        <w:br/>
        <w:t>vt 0.708496 0.315918</w:t>
        <w:br/>
        <w:t>vt 0.700195 0.318848</w:t>
        <w:br/>
        <w:t>vt 0.704102 0.301270</w:t>
        <w:br/>
        <w:t>vt 0.724609 0.315918</w:t>
        <w:br/>
        <w:t>vt 0.724609 0.315918</w:t>
        <w:br/>
        <w:t>vt 0.731445 0.303223</w:t>
        <w:br/>
        <w:t>vt 0.708984 0.301758</w:t>
        <w:br/>
        <w:t>vt 0.708984 0.301758</w:t>
        <w:br/>
        <w:t>vt 0.725586 0.302246</w:t>
        <w:br/>
        <w:t>vt 0.725586 0.302246</w:t>
        <w:br/>
        <w:t>vt 0.726074 0.288574</w:t>
        <w:br/>
        <w:t>vt 0.726074 0.288574</w:t>
        <w:br/>
        <w:t>vt 0.734375 0.285645</w:t>
        <w:br/>
        <w:t>vt 0.709961 0.287109</w:t>
        <w:br/>
        <w:t>vt 0.709961 0.287109</w:t>
        <w:br/>
        <w:t>vt 0.703125 0.281738</w:t>
        <w:br/>
        <w:t>vt 0.707031 0.275879</w:t>
        <w:br/>
        <w:t>vt 0.726562 0.276367</w:t>
        <w:br/>
        <w:t>vt 0.726562 0.276367</w:t>
        <w:br/>
        <w:t>vt 0.730469 0.276367</w:t>
        <w:br/>
        <w:t>vt 0.709961 0.275879</w:t>
        <w:br/>
        <w:t>vt 0.709961 0.275879</w:t>
        <w:br/>
        <w:t>vt 0.708984 0.260254</w:t>
        <w:br/>
        <w:t>vt 0.726562 0.264160</w:t>
        <w:br/>
        <w:t>vt 0.726562 0.264160</w:t>
        <w:br/>
        <w:t>vt 0.730469 0.260742</w:t>
        <w:br/>
        <w:t>vt 0.711914 0.262207</w:t>
        <w:br/>
        <w:t>vt 0.711914 0.262207</w:t>
        <w:br/>
        <w:t>vt 0.710938 0.259766</w:t>
        <w:br/>
        <w:t>vt 0.726562 0.264160</w:t>
        <w:br/>
        <w:t>vt 0.711914 0.262207</w:t>
        <w:br/>
        <w:t>vt 0.709961 0.249512</w:t>
        <w:br/>
        <w:t>vt 0.728516 0.261719</w:t>
        <w:br/>
        <w:t>vt 0.730469 0.260742</w:t>
        <w:br/>
        <w:t>vt 0.728027 0.251953</w:t>
        <w:br/>
        <w:t>vt 0.728516 0.261719</w:t>
        <w:br/>
        <w:t>vt 0.730957 0.251465</w:t>
        <w:br/>
        <w:t>vt 0.726074 0.245605</w:t>
        <w:br/>
        <w:t>vt 0.711914 0.250977</w:t>
        <w:br/>
        <w:t>vt 0.710938 0.259766</w:t>
        <w:br/>
        <w:t>vt 0.711914 0.250977</w:t>
        <w:br/>
        <w:t>vt 0.724121 0.247559</w:t>
        <w:br/>
        <w:t>vt 0.717285 0.244141</w:t>
        <w:br/>
        <w:t>vt 0.709961 0.249512</w:t>
        <w:br/>
        <w:t>vt 0.717773 0.246582</w:t>
        <w:br/>
        <w:t>vt 0.711914 0.250977</w:t>
        <w:br/>
        <w:t>vt 0.724121 0.359375</w:t>
        <w:br/>
        <w:t>vt 0.713867 0.358398</w:t>
        <w:br/>
        <w:t>vt 0.712402 0.360840</w:t>
        <w:br/>
        <w:t>vt 0.708008 0.355469</w:t>
        <w:br/>
        <w:t>vt 0.722168 0.357422</w:t>
        <w:br/>
        <w:t>vt 0.728027 0.353516</w:t>
        <w:br/>
        <w:t>vt 0.709473 0.354980</w:t>
        <w:br/>
        <w:t>vt 0.725586 0.353027</w:t>
        <w:br/>
        <w:t>vt 0.728027 0.343750</w:t>
        <w:br/>
        <w:t>vt 0.708008 0.344727</w:t>
        <w:br/>
        <w:t>vt 0.705566 0.344238</w:t>
        <w:br/>
        <w:t>vt 0.725098 0.343750</w:t>
        <w:br/>
        <w:t>vt 0.723145 0.341309</w:t>
        <w:br/>
        <w:t>vt 0.729980 0.328125</w:t>
        <w:br/>
        <w:t>vt 0.723145 0.341309</w:t>
        <w:br/>
        <w:t>vt 0.708984 0.342285</w:t>
        <w:br/>
        <w:t>vt 0.708984 0.342285</w:t>
        <w:br/>
        <w:t>vt 0.704590 0.325195</w:t>
        <w:br/>
        <w:t>vt 0.724121 0.325684</w:t>
        <w:br/>
        <w:t>vt 0.732910 0.319824</w:t>
        <w:br/>
        <w:t>vt 0.723145 0.341309</w:t>
        <w:br/>
        <w:t>vt 0.708008 0.326172</w:t>
        <w:br/>
        <w:t>vt 0.708984 0.342285</w:t>
        <w:br/>
        <w:t>vt 0.708008 0.326172</w:t>
        <w:br/>
        <w:t>vt 0.724121 0.325684</w:t>
        <w:br/>
        <w:t>vt 0.708496 0.315918</w:t>
        <w:br/>
        <w:t>vt 0.708496 0.315918</w:t>
        <w:br/>
        <w:t>vt 0.700195 0.318848</w:t>
        <w:br/>
        <w:t>vt 0.704102 0.301270</w:t>
        <w:br/>
        <w:t>vt 0.724609 0.315918</w:t>
        <w:br/>
        <w:t>vt 0.724609 0.315918</w:t>
        <w:br/>
        <w:t>vt 0.731445 0.303223</w:t>
        <w:br/>
        <w:t>vt 0.708984 0.301758</w:t>
        <w:br/>
        <w:t>vt 0.708984 0.301758</w:t>
        <w:br/>
        <w:t>vt 0.725586 0.302246</w:t>
        <w:br/>
        <w:t>vt 0.725586 0.302246</w:t>
        <w:br/>
        <w:t>vt 0.726074 0.288574</w:t>
        <w:br/>
        <w:t>vt 0.726074 0.288574</w:t>
        <w:br/>
        <w:t>vt 0.734375 0.285645</w:t>
        <w:br/>
        <w:t>vt 0.709961 0.287109</w:t>
        <w:br/>
        <w:t>vt 0.709961 0.287109</w:t>
        <w:br/>
        <w:t>vt 0.703125 0.281738</w:t>
        <w:br/>
        <w:t>vt 0.707031 0.275879</w:t>
        <w:br/>
        <w:t>vt 0.726562 0.276367</w:t>
        <w:br/>
        <w:t>vt 0.726562 0.276367</w:t>
        <w:br/>
        <w:t>vt 0.730469 0.276367</w:t>
        <w:br/>
        <w:t>vt 0.709961 0.275879</w:t>
        <w:br/>
        <w:t>vt 0.709961 0.275879</w:t>
        <w:br/>
        <w:t>vt 0.708984 0.260254</w:t>
        <w:br/>
        <w:t>vt 0.726562 0.264160</w:t>
        <w:br/>
        <w:t>vt 0.726562 0.264160</w:t>
        <w:br/>
        <w:t>vt 0.730469 0.260742</w:t>
        <w:br/>
        <w:t>vt 0.711914 0.262207</w:t>
        <w:br/>
        <w:t>vt 0.711914 0.262207</w:t>
        <w:br/>
        <w:t>vt 0.710938 0.259766</w:t>
        <w:br/>
        <w:t>vt 0.726562 0.264160</w:t>
        <w:br/>
        <w:t>vt 0.711914 0.262207</w:t>
        <w:br/>
        <w:t>vt 0.709961 0.249512</w:t>
        <w:br/>
        <w:t>vt 0.730469 0.260742</w:t>
        <w:br/>
        <w:t>vt 0.728516 0.261719</w:t>
        <w:br/>
        <w:t>vt 0.728027 0.251953</w:t>
        <w:br/>
        <w:t>vt 0.728516 0.261719</w:t>
        <w:br/>
        <w:t>vt 0.730957 0.251465</w:t>
        <w:br/>
        <w:t>vt 0.726074 0.245605</w:t>
        <w:br/>
        <w:t>vt 0.710938 0.259766</w:t>
        <w:br/>
        <w:t>vt 0.711914 0.250977</w:t>
        <w:br/>
        <w:t>vt 0.711914 0.250977</w:t>
        <w:br/>
        <w:t>vt 0.724121 0.247559</w:t>
        <w:br/>
        <w:t>vt 0.717285 0.244141</w:t>
        <w:br/>
        <w:t>vt 0.717773 0.246582</w:t>
        <w:br/>
        <w:t>vt 0.709961 0.249512</w:t>
        <w:br/>
        <w:t>vt 0.711914 0.250977</w:t>
        <w:br/>
        <w:t>vt 0.632812 0.682129</w:t>
        <w:br/>
        <w:t>vt 0.636719 0.686035</w:t>
        <w:br/>
        <w:t>vt 0.629395 0.685791</w:t>
        <w:br/>
        <w:t>vt 0.640625 0.681152</w:t>
        <w:br/>
        <w:t>vt 0.628418 0.677734</w:t>
        <w:br/>
        <w:t>vt 0.624512 0.681396</w:t>
        <w:br/>
        <w:t>vt 0.624512 0.674072</w:t>
        <w:br/>
        <w:t>vt 0.637207 0.677734</w:t>
        <w:br/>
        <w:t>vt 0.628418 0.677734</w:t>
        <w:br/>
        <w:t>vt 0.641113 0.674316</w:t>
        <w:br/>
        <w:t>vt 0.636719 0.669678</w:t>
        <w:br/>
        <w:t>vt 0.632812 0.673340</w:t>
        <w:br/>
        <w:t>vt 0.632812 0.673340</w:t>
        <w:br/>
        <w:t>vt 0.629395 0.669678</w:t>
        <w:br/>
        <w:t>vt 0.632812 0.682129</w:t>
        <w:br/>
        <w:t>vt 0.636719 0.686035</w:t>
        <w:br/>
        <w:t>vt 0.629395 0.685791</w:t>
        <w:br/>
        <w:t>vt 0.640625 0.681152</w:t>
        <w:br/>
        <w:t>vt 0.628418 0.677734</w:t>
        <w:br/>
        <w:t>vt 0.624512 0.681396</w:t>
        <w:br/>
        <w:t>vt 0.624512 0.674072</w:t>
        <w:br/>
        <w:t>vt 0.637207 0.677734</w:t>
        <w:br/>
        <w:t>vt 0.628418 0.677734</w:t>
        <w:br/>
        <w:t>vt 0.641113 0.674316</w:t>
        <w:br/>
        <w:t>vt 0.636719 0.669678</w:t>
        <w:br/>
        <w:t>vt 0.632812 0.673340</w:t>
        <w:br/>
        <w:t>vt 0.632812 0.673340</w:t>
        <w:br/>
        <w:t>vt 0.629395 0.669678</w:t>
        <w:br/>
        <w:t>vt 0.382080 0.190918</w:t>
        <w:br/>
        <w:t>vt 0.380859 0.187500</w:t>
        <w:br/>
        <w:t>vt 0.382080 0.187500</w:t>
        <w:br/>
        <w:t>vt 0.380859 0.186035</w:t>
        <w:br/>
        <w:t>vt 0.383301 0.190918</w:t>
        <w:br/>
        <w:t>vt 0.382080 0.190918</w:t>
        <w:br/>
        <w:t>vt 0.382080 0.187500</w:t>
        <w:br/>
        <w:t>vt 0.383301 0.190918</w:t>
        <w:br/>
        <w:t>vt 0.382080 0.186035</w:t>
        <w:br/>
        <w:t>vt 0.380859 0.185059</w:t>
        <w:br/>
        <w:t>vt 0.382080 0.185059</w:t>
        <w:br/>
        <w:t>vt 0.383301 0.187500</w:t>
        <w:br/>
        <w:t>vt 0.382080 0.186035</w:t>
        <w:br/>
        <w:t>vt 0.384766 0.187500</w:t>
        <w:br/>
        <w:t>vt 0.383301 0.187500</w:t>
        <w:br/>
        <w:t>vt 0.384766 0.187500</w:t>
        <w:br/>
        <w:t>vt 0.385742 0.186035</w:t>
        <w:br/>
        <w:t>vt 0.383301 0.186035</w:t>
        <w:br/>
        <w:t>vt 0.382080 0.185059</w:t>
        <w:br/>
        <w:t>vt 0.383301 0.185059</w:t>
        <w:br/>
        <w:t>vt 0.383301 0.186035</w:t>
        <w:br/>
        <w:t>vt 0.384766 0.185059</w:t>
        <w:br/>
        <w:t>vt 0.383301 0.185059</w:t>
        <w:br/>
        <w:t>vt 0.384766 0.186035</w:t>
        <w:br/>
        <w:t>vt 0.384766 0.186035</w:t>
        <w:br/>
        <w:t>vt 0.385742 0.185059</w:t>
        <w:br/>
        <w:t>vt 0.384766 0.185059</w:t>
        <w:br/>
        <w:t>vt 0.632812 0.682129</w:t>
        <w:br/>
        <w:t>vt 0.629395 0.685791</w:t>
        <w:br/>
        <w:t>vt 0.636719 0.686035</w:t>
        <w:br/>
        <w:t>vt 0.640625 0.681152</w:t>
        <w:br/>
        <w:t>vt 0.628418 0.677734</w:t>
        <w:br/>
        <w:t>vt 0.624512 0.681396</w:t>
        <w:br/>
        <w:t>vt 0.624512 0.674072</w:t>
        <w:br/>
        <w:t>vt 0.637207 0.677734</w:t>
        <w:br/>
        <w:t>vt 0.628418 0.677734</w:t>
        <w:br/>
        <w:t>vt 0.641113 0.674316</w:t>
        <w:br/>
        <w:t>vt 0.636719 0.669678</w:t>
        <w:br/>
        <w:t>vt 0.632812 0.673340</w:t>
        <w:br/>
        <w:t>vt 0.632812 0.673340</w:t>
        <w:br/>
        <w:t>vt 0.629395 0.669678</w:t>
        <w:br/>
        <w:t>vt 0.632812 0.682129</w:t>
        <w:br/>
        <w:t>vt 0.629395 0.685791</w:t>
        <w:br/>
        <w:t>vt 0.636719 0.686035</w:t>
        <w:br/>
        <w:t>vt 0.640625 0.681152</w:t>
        <w:br/>
        <w:t>vt 0.628418 0.677734</w:t>
        <w:br/>
        <w:t>vt 0.624512 0.681396</w:t>
        <w:br/>
        <w:t>vt 0.624512 0.674072</w:t>
        <w:br/>
        <w:t>vt 0.637207 0.677734</w:t>
        <w:br/>
        <w:t>vt 0.628418 0.677734</w:t>
        <w:br/>
        <w:t>vt 0.641113 0.674316</w:t>
        <w:br/>
        <w:t>vt 0.636719 0.669678</w:t>
        <w:br/>
        <w:t>vt 0.632812 0.673340</w:t>
        <w:br/>
        <w:t>vt 0.632812 0.673340</w:t>
        <w:br/>
        <w:t>vt 0.629395 0.669678</w:t>
        <w:br/>
        <w:t>vt 0.751953 0.801392</w:t>
        <w:br/>
        <w:t>vt 0.751953 0.812622</w:t>
        <w:br/>
        <w:t>vt 0.750000 0.811035</w:t>
        <w:br/>
        <w:t>vt 0.729980 0.812622</w:t>
        <w:br/>
        <w:t>vt 0.750000 0.802979</w:t>
        <w:br/>
        <w:t>vt 0.732422 0.811035</w:t>
        <w:br/>
        <w:t>vt 0.732422 0.802979</w:t>
        <w:br/>
        <w:t>vt 0.729980 0.801392</w:t>
        <w:br/>
        <w:t>vt 0.924316 0.150391</w:t>
        <w:br/>
        <w:t>vt 0.918457 0.151367</w:t>
        <w:br/>
        <w:t>vt 0.920410 0.150391</w:t>
        <w:br/>
        <w:t>vt 0.918457 0.151367</w:t>
        <w:br/>
        <w:t>vt 0.920410 0.134766</w:t>
        <w:br/>
        <w:t>vt 0.920410 0.150391</w:t>
        <w:br/>
        <w:t>vt 0.926270 0.151367</w:t>
        <w:br/>
        <w:t>vt 0.924316 0.134766</w:t>
        <w:br/>
        <w:t>vt 0.926270 0.151367</w:t>
        <w:br/>
        <w:t>vt 0.924316 0.150391</w:t>
        <w:br/>
        <w:t>vt 0.918457 0.133789</w:t>
        <w:br/>
        <w:t>vt 0.918457 0.133789</w:t>
        <w:br/>
        <w:t>vt 0.924316 0.134766</w:t>
        <w:br/>
        <w:t>vt 0.920410 0.134766</w:t>
        <w:br/>
        <w:t>vt 0.926270 0.133789</w:t>
        <w:br/>
        <w:t>vt 0.926270 0.133789</w:t>
        <w:br/>
        <w:t>vt 0.926270 0.151367</w:t>
        <w:br/>
        <w:t>vt 0.916992 0.153320</w:t>
        <w:br/>
        <w:t>vt 0.918457 0.151367</w:t>
        <w:br/>
        <w:t>vt 0.918457 0.133789</w:t>
        <w:br/>
        <w:t>vt 0.927734 0.131836</w:t>
        <w:br/>
        <w:t>vt 0.926270 0.133789</w:t>
        <w:br/>
        <w:t>vt 0.927734 0.153320</w:t>
        <w:br/>
        <w:t>vt 0.916992 0.131836</w:t>
        <w:br/>
        <w:t>vt 0.929199 0.130859</w:t>
        <w:br/>
        <w:t>vt 0.927734 0.153320</w:t>
        <w:br/>
        <w:t>vt 0.927734 0.131836</w:t>
        <w:br/>
        <w:t>vt 0.916992 0.131836</w:t>
        <w:br/>
        <w:t>vt 0.929199 0.130859</w:t>
        <w:br/>
        <w:t>vt 0.927734 0.131836</w:t>
        <w:br/>
        <w:t>vt 0.929199 0.154297</w:t>
        <w:br/>
        <w:t>vt 0.929199 0.154297</w:t>
        <w:br/>
        <w:t>vt 0.916992 0.153320</w:t>
        <w:br/>
        <w:t>vt 0.927734 0.153320</w:t>
        <w:br/>
        <w:t>vt 0.915527 0.130859</w:t>
        <w:br/>
        <w:t>vt 0.916992 0.153320</w:t>
        <w:br/>
        <w:t>vt 0.915527 0.130859</w:t>
        <w:br/>
        <w:t>vt 0.916992 0.131836</w:t>
        <w:br/>
        <w:t>vt 0.915527 0.154297</w:t>
        <w:br/>
        <w:t>vt 0.915527 0.154297</w:t>
        <w:br/>
        <w:t>vt 0.950684 0.020996</w:t>
        <w:br/>
        <w:t>vt 0.954102 0.008301</w:t>
        <w:br/>
        <w:t>vt 0.952637 0.020996</w:t>
        <w:br/>
        <w:t>vt 0.954590 0.033203</w:t>
        <w:br/>
        <w:t>vt 0.952637 0.006836</w:t>
        <w:br/>
        <w:t>vt 0.952637 0.006836</w:t>
        <w:br/>
        <w:t>vt 0.958496 0.008301</w:t>
        <w:br/>
        <w:t>vt 0.954102 0.008301</w:t>
        <w:br/>
        <w:t>vt 0.953125 0.034668</w:t>
        <w:br/>
        <w:t>vt 0.952637 0.006836</w:t>
        <w:br/>
        <w:t>vt 0.950684 0.020996</w:t>
        <w:br/>
        <w:t>vt 0.948730 0.020996</w:t>
        <w:br/>
        <w:t>vt 0.953125 0.034668</w:t>
        <w:br/>
        <w:t>vt 0.950684 0.004395</w:t>
        <w:br/>
        <w:t>vt 0.951172 0.036621</w:t>
        <w:br/>
        <w:t>vt 0.961914 0.004883</w:t>
        <w:br/>
        <w:t>vt 0.962891 0.036621</w:t>
        <w:br/>
        <w:t>vt 0.959961 0.006836</w:t>
        <w:br/>
        <w:t>vt 0.959961 0.006836</w:t>
        <w:br/>
        <w:t>vt 0.964844 0.020996</w:t>
        <w:br/>
        <w:t>vt 0.962891 0.020996</w:t>
        <w:br/>
        <w:t>vt 0.958496 0.008301</w:t>
        <w:br/>
        <w:t>vt 0.959961 0.006836</w:t>
        <w:br/>
        <w:t>vt 0.962891 0.020996</w:t>
        <w:br/>
        <w:t>vt 0.960449 0.020996</w:t>
        <w:br/>
        <w:t>vt 0.958984 0.033203</w:t>
        <w:br/>
        <w:t>vt 0.960938 0.034668</w:t>
        <w:br/>
        <w:t>vt 0.960938 0.034668</w:t>
        <w:br/>
        <w:t>vt 0.954590 0.033203</w:t>
        <w:br/>
        <w:t>vt 0.958984 0.033203</w:t>
        <w:br/>
        <w:t>vt 0.960938 0.034668</w:t>
        <w:br/>
        <w:t>vt 0.953125 0.034668</w:t>
        <w:br/>
        <w:t>vt 0.077759 0.824341</w:t>
        <w:br/>
        <w:t>vt 0.088379 0.820801</w:t>
        <w:br/>
        <w:t>vt 0.088318 0.822510</w:t>
        <w:br/>
        <w:t>vt 0.099182 0.824463</w:t>
        <w:br/>
        <w:t>vt 0.075928 0.822876</w:t>
        <w:br/>
        <w:t>vt 0.077881 0.828979</w:t>
        <w:br/>
        <w:t>vt 0.100891 0.822998</w:t>
        <w:br/>
        <w:t>vt 0.099365 0.828979</w:t>
        <w:br/>
        <w:t>vt 0.075928 0.822876</w:t>
        <w:br/>
        <w:t>vt 0.088379 0.818970</w:t>
        <w:br/>
        <w:t>vt 0.088379 0.820801</w:t>
        <w:br/>
        <w:t>vt 0.100891 0.822998</w:t>
        <w:br/>
        <w:t>vt 0.074402 0.821533</w:t>
        <w:br/>
        <w:t>vt 0.102356 0.821533</w:t>
        <w:br/>
        <w:t>vt 0.102783 0.831787</w:t>
        <w:br/>
        <w:t>vt 0.100891 0.822998</w:t>
        <w:br/>
        <w:t>vt 0.102356 0.821533</w:t>
        <w:br/>
        <w:t>vt 0.076172 0.830566</w:t>
        <w:br/>
        <w:t>vt 0.074402 0.821533</w:t>
        <w:br/>
        <w:t>vt 0.075928 0.822876</w:t>
        <w:br/>
        <w:t>vt 0.076172 0.830566</w:t>
        <w:br/>
        <w:t>vt 0.074707 0.831909</w:t>
        <w:br/>
        <w:t>vt 0.088440 0.834595</w:t>
        <w:br/>
        <w:t>vt 0.074707 0.831909</w:t>
        <w:br/>
        <w:t>vt 0.076172 0.830566</w:t>
        <w:br/>
        <w:t>vt 0.101257 0.830566</w:t>
        <w:br/>
        <w:t>vt 0.101257 0.830566</w:t>
        <w:br/>
        <w:t>vt 0.102783 0.831787</w:t>
        <w:br/>
        <w:t>vt 0.101257 0.830566</w:t>
        <w:br/>
        <w:t>vt 0.088501 0.832642</w:t>
        <w:br/>
        <w:t>vt 0.088501 0.832642</w:t>
        <w:br/>
        <w:t>vt 0.088501 0.830933</w:t>
        <w:br/>
        <w:t>vt 0.636230 0.600830</w:t>
        <w:br/>
        <w:t>vt 0.636230 0.600830</w:t>
        <w:br/>
        <w:t>vt 0.643066 0.605225</w:t>
        <w:br/>
        <w:t>vt 0.640137 0.595215</w:t>
        <w:br/>
        <w:t>vt 0.650879 0.608887</w:t>
        <w:br/>
        <w:t>vt 0.642090 0.590332</w:t>
        <w:br/>
        <w:t>vt 0.650879 0.608887</w:t>
        <w:br/>
        <w:t>vt 0.645996 0.599609</w:t>
        <w:br/>
        <w:t>vt 0.640137 0.595215</w:t>
        <w:br/>
        <w:t>vt 0.653320 0.602783</w:t>
        <w:br/>
        <w:t>vt 0.653320 0.602783</w:t>
        <w:br/>
        <w:t>vt 0.656738 0.599121</w:t>
        <w:br/>
        <w:t>vt 0.641113 0.593750</w:t>
        <w:br/>
        <w:t>vt 0.641113 0.593750</w:t>
        <w:br/>
        <w:t>vt 0.653809 0.601074</w:t>
        <w:br/>
        <w:t>vt 0.653809 0.601074</w:t>
        <w:br/>
        <w:t>vt 0.646973 0.597900</w:t>
        <w:br/>
        <w:t>vt 0.642090 0.592041</w:t>
        <w:br/>
        <w:t>vt 0.647949 0.595947</w:t>
        <w:br/>
        <w:t>vt 0.642090 0.592041</w:t>
        <w:br/>
        <w:t>vt 0.642090 0.590332</w:t>
        <w:br/>
        <w:t>vt 0.647949 0.595947</w:t>
        <w:br/>
        <w:t>vt 0.642090 0.592041</w:t>
        <w:br/>
        <w:t>vt 0.655273 0.599609</w:t>
        <w:br/>
        <w:t>vt 0.655273 0.599609</w:t>
        <w:br/>
        <w:t>vt 0.655273 0.599609</w:t>
        <w:br/>
        <w:t>vt 0.648926 0.594482</w:t>
        <w:br/>
        <w:t>vt 0.656738 0.599121</w:t>
        <w:br/>
        <w:t>vt 0.648926 0.594482</w:t>
        <w:br/>
        <w:t>vt 0.670410 0.705811</w:t>
        <w:br/>
        <w:t>vt 0.662598 0.708984</w:t>
        <w:br/>
        <w:t>vt 0.668945 0.702393</w:t>
        <w:br/>
        <w:t>vt 0.678223 0.702148</w:t>
        <w:br/>
        <w:t>vt 0.666016 0.710449</w:t>
        <w:br/>
        <w:t>vt 0.662598 0.718262</w:t>
        <w:br/>
        <w:t>vt 0.676758 0.705811</w:t>
        <w:br/>
        <w:t>vt 0.666016 0.716553</w:t>
        <w:br/>
        <w:t>vt 0.681152 0.710205</w:t>
        <w:br/>
        <w:t>vt 0.676758 0.705811</w:t>
        <w:br/>
        <w:t>vt 0.681152 0.710205</w:t>
        <w:br/>
        <w:t>vt 0.684570 0.708740</w:t>
        <w:br/>
        <w:t>vt 0.684570 0.718018</w:t>
        <w:br/>
        <w:t>vt 0.669434 0.724365</w:t>
        <w:br/>
        <w:t>vt 0.681152 0.716553</w:t>
        <w:br/>
        <w:t>vt 0.681152 0.716553</w:t>
        <w:br/>
        <w:t>vt 0.670898 0.721191</w:t>
        <w:br/>
        <w:t>vt 0.677246 0.720947</w:t>
        <w:br/>
        <w:t>vt 0.677246 0.720947</w:t>
        <w:br/>
        <w:t>vt 0.678223 0.724365</w:t>
        <w:br/>
        <w:t>vt 0.662598 0.708984</w:t>
        <w:br/>
        <w:t>vt 0.670410 0.705811</w:t>
        <w:br/>
        <w:t>vt 0.668945 0.702393</w:t>
        <w:br/>
        <w:t>vt 0.678223 0.702148</w:t>
        <w:br/>
        <w:t>vt 0.666016 0.710449</w:t>
        <w:br/>
        <w:t>vt 0.662598 0.718262</w:t>
        <w:br/>
        <w:t>vt 0.676758 0.705811</w:t>
        <w:br/>
        <w:t>vt 0.666016 0.716553</w:t>
        <w:br/>
        <w:t>vt 0.681152 0.710205</w:t>
        <w:br/>
        <w:t>vt 0.676758 0.705811</w:t>
        <w:br/>
        <w:t>vt 0.681152 0.710205</w:t>
        <w:br/>
        <w:t>vt 0.684570 0.708740</w:t>
        <w:br/>
        <w:t>vt 0.684570 0.718018</w:t>
        <w:br/>
        <w:t>vt 0.669434 0.724365</w:t>
        <w:br/>
        <w:t>vt 0.681152 0.716553</w:t>
        <w:br/>
        <w:t>vt 0.681152 0.716553</w:t>
        <w:br/>
        <w:t>vt 0.677246 0.720947</w:t>
        <w:br/>
        <w:t>vt 0.677246 0.720947</w:t>
        <w:br/>
        <w:t>vt 0.678223 0.724365</w:t>
        <w:br/>
        <w:t>vt 0.670898 0.721191</w:t>
        <w:br/>
        <w:t>vt 0.662598 0.708984</w:t>
        <w:br/>
        <w:t>vt 0.670410 0.705811</w:t>
        <w:br/>
        <w:t>vt 0.668945 0.702393</w:t>
        <w:br/>
        <w:t>vt 0.678223 0.702148</w:t>
        <w:br/>
        <w:t>vt 0.666016 0.710449</w:t>
        <w:br/>
        <w:t>vt 0.662598 0.718262</w:t>
        <w:br/>
        <w:t>vt 0.676758 0.705811</w:t>
        <w:br/>
        <w:t>vt 0.666016 0.716553</w:t>
        <w:br/>
        <w:t>vt 0.681152 0.710205</w:t>
        <w:br/>
        <w:t>vt 0.676758 0.705811</w:t>
        <w:br/>
        <w:t>vt 0.681152 0.710205</w:t>
        <w:br/>
        <w:t>vt 0.684570 0.708740</w:t>
        <w:br/>
        <w:t>vt 0.684570 0.718018</w:t>
        <w:br/>
        <w:t>vt 0.669434 0.724365</w:t>
        <w:br/>
        <w:t>vt 0.681152 0.716553</w:t>
        <w:br/>
        <w:t>vt 0.681152 0.716553</w:t>
        <w:br/>
        <w:t>vt 0.677246 0.720947</w:t>
        <w:br/>
        <w:t>vt 0.677246 0.720947</w:t>
        <w:br/>
        <w:t>vt 0.678223 0.724365</w:t>
        <w:br/>
        <w:t>vt 0.670898 0.721191</w:t>
        <w:br/>
        <w:t>vt 0.662598 0.708984</w:t>
        <w:br/>
        <w:t>vt 0.670410 0.705811</w:t>
        <w:br/>
        <w:t>vt 0.668945 0.702393</w:t>
        <w:br/>
        <w:t>vt 0.678223 0.702148</w:t>
        <w:br/>
        <w:t>vt 0.666016 0.710449</w:t>
        <w:br/>
        <w:t>vt 0.662598 0.718262</w:t>
        <w:br/>
        <w:t>vt 0.676758 0.705811</w:t>
        <w:br/>
        <w:t>vt 0.666016 0.716553</w:t>
        <w:br/>
        <w:t>vt 0.681152 0.710205</w:t>
        <w:br/>
        <w:t>vt 0.676758 0.705811</w:t>
        <w:br/>
        <w:t>vt 0.681152 0.710205</w:t>
        <w:br/>
        <w:t>vt 0.684570 0.708740</w:t>
        <w:br/>
        <w:t>vt 0.684570 0.718018</w:t>
        <w:br/>
        <w:t>vt 0.669434 0.724365</w:t>
        <w:br/>
        <w:t>vt 0.681152 0.716553</w:t>
        <w:br/>
        <w:t>vt 0.681152 0.716553</w:t>
        <w:br/>
        <w:t>vt 0.677246 0.720947</w:t>
        <w:br/>
        <w:t>vt 0.677246 0.720947</w:t>
        <w:br/>
        <w:t>vt 0.678223 0.724365</w:t>
        <w:br/>
        <w:t>vt 0.670898 0.721191</w:t>
        <w:br/>
        <w:t>vt 0.670410 0.705811</w:t>
        <w:br/>
        <w:t>vt 0.662598 0.708984</w:t>
        <w:br/>
        <w:t>vt 0.668945 0.702393</w:t>
        <w:br/>
        <w:t>vt 0.678223 0.702148</w:t>
        <w:br/>
        <w:t>vt 0.666016 0.710449</w:t>
        <w:br/>
        <w:t>vt 0.662598 0.718262</w:t>
        <w:br/>
        <w:t>vt 0.676758 0.705811</w:t>
        <w:br/>
        <w:t>vt 0.666016 0.716553</w:t>
        <w:br/>
        <w:t>vt 0.681152 0.710205</w:t>
        <w:br/>
        <w:t>vt 0.676758 0.705811</w:t>
        <w:br/>
        <w:t>vt 0.681152 0.710205</w:t>
        <w:br/>
        <w:t>vt 0.684570 0.708740</w:t>
        <w:br/>
        <w:t>vt 0.684570 0.718018</w:t>
        <w:br/>
        <w:t>vt 0.669434 0.724365</w:t>
        <w:br/>
        <w:t>vt 0.681152 0.716553</w:t>
        <w:br/>
        <w:t>vt 0.681152 0.716553</w:t>
        <w:br/>
        <w:t>vt 0.670898 0.721191</w:t>
        <w:br/>
        <w:t>vt 0.677246 0.720947</w:t>
        <w:br/>
        <w:t>vt 0.677246 0.720947</w:t>
        <w:br/>
        <w:t>vt 0.678223 0.724365</w:t>
        <w:br/>
        <w:t>vt 0.670410 0.705811</w:t>
        <w:br/>
        <w:t>vt 0.662598 0.708984</w:t>
        <w:br/>
        <w:t>vt 0.668945 0.702393</w:t>
        <w:br/>
        <w:t>vt 0.678223 0.702148</w:t>
        <w:br/>
        <w:t>vt 0.666016 0.710449</w:t>
        <w:br/>
        <w:t>vt 0.662598 0.718262</w:t>
        <w:br/>
        <w:t>vt 0.676758 0.705811</w:t>
        <w:br/>
        <w:t>vt 0.666016 0.716553</w:t>
        <w:br/>
        <w:t>vt 0.681152 0.710205</w:t>
        <w:br/>
        <w:t>vt 0.676758 0.705811</w:t>
        <w:br/>
        <w:t>vt 0.681152 0.710205</w:t>
        <w:br/>
        <w:t>vt 0.684570 0.708740</w:t>
        <w:br/>
        <w:t>vt 0.684570 0.718018</w:t>
        <w:br/>
        <w:t>vt 0.669434 0.724365</w:t>
        <w:br/>
        <w:t>vt 0.681152 0.716553</w:t>
        <w:br/>
        <w:t>vt 0.681152 0.716553</w:t>
        <w:br/>
        <w:t>vt 0.670898 0.721191</w:t>
        <w:br/>
        <w:t>vt 0.677246 0.720947</w:t>
        <w:br/>
        <w:t>vt 0.677246 0.720947</w:t>
        <w:br/>
        <w:t>vt 0.678223 0.724365</w:t>
        <w:br/>
        <w:t>vt 0.619629 0.476562</w:t>
        <w:br/>
        <w:t>vt 0.620605 0.467773</w:t>
        <w:br/>
        <w:t>vt 0.625977 0.469727</w:t>
        <w:br/>
        <w:t>vt 0.625977 0.460938</w:t>
        <w:br/>
        <w:t>vt 0.617188 0.470215</w:t>
        <w:br/>
        <w:t>vt 0.610840 0.475586</w:t>
        <w:br/>
        <w:t>vt 0.621094 0.462891</w:t>
        <w:br/>
        <w:t>vt 0.612793 0.470703</w:t>
        <w:br/>
        <w:t>vt 0.620605 0.467773</w:t>
        <w:br/>
        <w:t>vt 0.617188 0.470215</w:t>
        <w:br/>
        <w:t>vt 0.621094 0.462891</w:t>
        <w:br/>
        <w:t>vt 0.612793 0.470703</w:t>
        <w:br/>
        <w:t>vt 0.617676 0.459961</w:t>
        <w:br/>
        <w:t>vt 0.617676 0.459961</w:t>
        <w:br/>
        <w:t>vt 0.620117 0.454590</w:t>
        <w:br/>
        <w:t>vt 0.611328 0.454102</w:t>
        <w:br/>
        <w:t>vt 0.609863 0.467285</w:t>
        <w:br/>
        <w:t>vt 0.609863 0.467285</w:t>
        <w:br/>
        <w:t>vt 0.604492 0.469238</w:t>
        <w:br/>
        <w:t>vt 0.604492 0.459961</w:t>
        <w:br/>
        <w:t>vt 0.613281 0.459961</w:t>
        <w:br/>
        <w:t>vt 0.610352 0.462891</w:t>
        <w:br/>
        <w:t>vt 0.613281 0.459961</w:t>
        <w:br/>
        <w:t>vt 0.610352 0.462891</w:t>
        <w:br/>
        <w:t>vt 0.619629 0.476562</w:t>
        <w:br/>
        <w:t>vt 0.620605 0.467773</w:t>
        <w:br/>
        <w:t>vt 0.625977 0.469727</w:t>
        <w:br/>
        <w:t>vt 0.625977 0.460938</w:t>
        <w:br/>
        <w:t>vt 0.617188 0.470215</w:t>
        <w:br/>
        <w:t>vt 0.610840 0.475586</w:t>
        <w:br/>
        <w:t>vt 0.621094 0.462891</w:t>
        <w:br/>
        <w:t>vt 0.612793 0.470703</w:t>
        <w:br/>
        <w:t>vt 0.620605 0.467773</w:t>
        <w:br/>
        <w:t>vt 0.617188 0.470215</w:t>
        <w:br/>
        <w:t>vt 0.621094 0.462891</w:t>
        <w:br/>
        <w:t>vt 0.612793 0.470703</w:t>
        <w:br/>
        <w:t>vt 0.617676 0.459961</w:t>
        <w:br/>
        <w:t>vt 0.617676 0.459961</w:t>
        <w:br/>
        <w:t>vt 0.620117 0.454590</w:t>
        <w:br/>
        <w:t>vt 0.611328 0.454102</w:t>
        <w:br/>
        <w:t>vt 0.609863 0.467285</w:t>
        <w:br/>
        <w:t>vt 0.609863 0.467285</w:t>
        <w:br/>
        <w:t>vt 0.604492 0.469238</w:t>
        <w:br/>
        <w:t>vt 0.604492 0.459961</w:t>
        <w:br/>
        <w:t>vt 0.613281 0.459961</w:t>
        <w:br/>
        <w:t>vt 0.610352 0.462891</w:t>
        <w:br/>
        <w:t>vt 0.613281 0.459961</w:t>
        <w:br/>
        <w:t>vt 0.610352 0.462891</w:t>
        <w:br/>
        <w:t>vt 0.619629 0.476562</w:t>
        <w:br/>
        <w:t>vt 0.620605 0.467773</w:t>
        <w:br/>
        <w:t>vt 0.625977 0.469727</w:t>
        <w:br/>
        <w:t>vt 0.625977 0.460938</w:t>
        <w:br/>
        <w:t>vt 0.617188 0.470215</w:t>
        <w:br/>
        <w:t>vt 0.610840 0.475586</w:t>
        <w:br/>
        <w:t>vt 0.621094 0.462891</w:t>
        <w:br/>
        <w:t>vt 0.612793 0.470703</w:t>
        <w:br/>
        <w:t>vt 0.620605 0.467773</w:t>
        <w:br/>
        <w:t>vt 0.617188 0.470215</w:t>
        <w:br/>
        <w:t>vt 0.621094 0.462891</w:t>
        <w:br/>
        <w:t>vt 0.612793 0.470703</w:t>
        <w:br/>
        <w:t>vt 0.617676 0.459961</w:t>
        <w:br/>
        <w:t>vt 0.617676 0.459961</w:t>
        <w:br/>
        <w:t>vt 0.620117 0.454590</w:t>
        <w:br/>
        <w:t>vt 0.611328 0.454102</w:t>
        <w:br/>
        <w:t>vt 0.609863 0.467285</w:t>
        <w:br/>
        <w:t>vt 0.609863 0.467285</w:t>
        <w:br/>
        <w:t>vt 0.604492 0.469238</w:t>
        <w:br/>
        <w:t>vt 0.604492 0.459961</w:t>
        <w:br/>
        <w:t>vt 0.613281 0.459961</w:t>
        <w:br/>
        <w:t>vt 0.610352 0.462891</w:t>
        <w:br/>
        <w:t>vt 0.613281 0.459961</w:t>
        <w:br/>
        <w:t>vt 0.610352 0.462891</w:t>
        <w:br/>
        <w:t>vt 0.604492 0.459961</w:t>
        <w:br/>
        <w:t>vt 0.610352 0.462891</w:t>
        <w:br/>
        <w:t>vt 0.604492 0.469238</w:t>
        <w:br/>
        <w:t>vt 0.611328 0.454102</w:t>
        <w:br/>
        <w:t>vt 0.609863 0.467285</w:t>
        <w:br/>
        <w:t>vt 0.610840 0.475586</w:t>
        <w:br/>
        <w:t>vt 0.613281 0.459961</w:t>
        <w:br/>
        <w:t>vt 0.610352 0.462891</w:t>
        <w:br/>
        <w:t>vt 0.612793 0.470703</w:t>
        <w:br/>
        <w:t>vt 0.609863 0.467285</w:t>
        <w:br/>
        <w:t>vt 0.613281 0.459961</w:t>
        <w:br/>
        <w:t>vt 0.612793 0.470703</w:t>
        <w:br/>
        <w:t>vt 0.617676 0.459961</w:t>
        <w:br/>
        <w:t>vt 0.617676 0.459961</w:t>
        <w:br/>
        <w:t>vt 0.620117 0.454590</w:t>
        <w:br/>
        <w:t>vt 0.625977 0.460938</w:t>
        <w:br/>
        <w:t>vt 0.617188 0.470215</w:t>
        <w:br/>
        <w:t>vt 0.617188 0.470215</w:t>
        <w:br/>
        <w:t>vt 0.619629 0.476562</w:t>
        <w:br/>
        <w:t>vt 0.625977 0.469727</w:t>
        <w:br/>
        <w:t>vt 0.621094 0.462891</w:t>
        <w:br/>
        <w:t>vt 0.620605 0.467773</w:t>
        <w:br/>
        <w:t>vt 0.620605 0.467773</w:t>
        <w:br/>
        <w:t>vt 0.621094 0.462891</w:t>
        <w:br/>
        <w:t>vt 0.604492 0.459961</w:t>
        <w:br/>
        <w:t>vt 0.610352 0.462891</w:t>
        <w:br/>
        <w:t>vt 0.604492 0.469238</w:t>
        <w:br/>
        <w:t>vt 0.611328 0.454102</w:t>
        <w:br/>
        <w:t>vt 0.609863 0.467285</w:t>
        <w:br/>
        <w:t>vt 0.610840 0.475586</w:t>
        <w:br/>
        <w:t>vt 0.613281 0.459961</w:t>
        <w:br/>
        <w:t>vt 0.610352 0.462891</w:t>
        <w:br/>
        <w:t>vt 0.612793 0.470703</w:t>
        <w:br/>
        <w:t>vt 0.609863 0.467285</w:t>
        <w:br/>
        <w:t>vt 0.613281 0.459961</w:t>
        <w:br/>
        <w:t>vt 0.612793 0.470703</w:t>
        <w:br/>
        <w:t>vt 0.617676 0.459961</w:t>
        <w:br/>
        <w:t>vt 0.617676 0.459961</w:t>
        <w:br/>
        <w:t>vt 0.620117 0.454590</w:t>
        <w:br/>
        <w:t>vt 0.625977 0.460938</w:t>
        <w:br/>
        <w:t>vt 0.617188 0.470215</w:t>
        <w:br/>
        <w:t>vt 0.617188 0.470215</w:t>
        <w:br/>
        <w:t>vt 0.619629 0.476562</w:t>
        <w:br/>
        <w:t>vt 0.625977 0.469727</w:t>
        <w:br/>
        <w:t>vt 0.621094 0.462891</w:t>
        <w:br/>
        <w:t>vt 0.620605 0.467773</w:t>
        <w:br/>
        <w:t>vt 0.620605 0.467773</w:t>
        <w:br/>
        <w:t>vt 0.621094 0.462891</w:t>
        <w:br/>
        <w:t>vt 0.604492 0.459961</w:t>
        <w:br/>
        <w:t>vt 0.610352 0.462891</w:t>
        <w:br/>
        <w:t>vt 0.604492 0.469238</w:t>
        <w:br/>
        <w:t>vt 0.611328 0.454102</w:t>
        <w:br/>
        <w:t>vt 0.609863 0.467285</w:t>
        <w:br/>
        <w:t>vt 0.610840 0.475586</w:t>
        <w:br/>
        <w:t>vt 0.613281 0.459961</w:t>
        <w:br/>
        <w:t>vt 0.610352 0.462891</w:t>
        <w:br/>
        <w:t>vt 0.612793 0.470703</w:t>
        <w:br/>
        <w:t>vt 0.609863 0.467285</w:t>
        <w:br/>
        <w:t>vt 0.613281 0.459961</w:t>
        <w:br/>
        <w:t>vt 0.612793 0.470703</w:t>
        <w:br/>
        <w:t>vt 0.617676 0.459961</w:t>
        <w:br/>
        <w:t>vt 0.617676 0.459961</w:t>
        <w:br/>
        <w:t>vt 0.620117 0.454590</w:t>
        <w:br/>
        <w:t>vt 0.625977 0.460938</w:t>
        <w:br/>
        <w:t>vt 0.617188 0.470215</w:t>
        <w:br/>
        <w:t>vt 0.617188 0.470215</w:t>
        <w:br/>
        <w:t>vt 0.619629 0.476562</w:t>
        <w:br/>
        <w:t>vt 0.625977 0.469727</w:t>
        <w:br/>
        <w:t>vt 0.621094 0.462891</w:t>
        <w:br/>
        <w:t>vt 0.620605 0.467773</w:t>
        <w:br/>
        <w:t>vt 0.620605 0.467773</w:t>
        <w:br/>
        <w:t>vt 0.621094 0.462891</w:t>
        <w:br/>
        <w:t>vt 0.666016 0.710449</w:t>
        <w:br/>
        <w:t>vt 0.662598 0.718262</w:t>
        <w:br/>
        <w:t>vt 0.662598 0.708984</w:t>
        <w:br/>
        <w:t>vt 0.668945 0.702393</w:t>
        <w:br/>
        <w:t>vt 0.666016 0.716553</w:t>
        <w:br/>
        <w:t>vt 0.669434 0.724365</w:t>
        <w:br/>
        <w:t>vt 0.670410 0.705811</w:t>
        <w:br/>
        <w:t>vt 0.678223 0.702148</w:t>
        <w:br/>
        <w:t>vt 0.670898 0.721191</w:t>
        <w:br/>
        <w:t>vt 0.676758 0.705811</w:t>
        <w:br/>
        <w:t>vt 0.677246 0.720947</w:t>
        <w:br/>
        <w:t>vt 0.678223 0.724365</w:t>
        <w:br/>
        <w:t>vt 0.684570 0.718018</w:t>
        <w:br/>
        <w:t>vt 0.681152 0.716553</w:t>
        <w:br/>
        <w:t>vt 0.681152 0.716553</w:t>
        <w:br/>
        <w:t>vt 0.681152 0.710205</w:t>
        <w:br/>
        <w:t>vt 0.681152 0.710205</w:t>
        <w:br/>
        <w:t>vt 0.676758 0.705811</w:t>
        <w:br/>
        <w:t>vt 0.684570 0.708740</w:t>
        <w:br/>
        <w:t>vt 0.666016 0.710449</w:t>
        <w:br/>
        <w:t>vt 0.662598 0.718262</w:t>
        <w:br/>
        <w:t>vt 0.662598 0.708984</w:t>
        <w:br/>
        <w:t>vt 0.668945 0.702393</w:t>
        <w:br/>
        <w:t>vt 0.666016 0.716553</w:t>
        <w:br/>
        <w:t>vt 0.669434 0.724365</w:t>
        <w:br/>
        <w:t>vt 0.670410 0.705811</w:t>
        <w:br/>
        <w:t>vt 0.678223 0.702148</w:t>
        <w:br/>
        <w:t>vt 0.670898 0.721191</w:t>
        <w:br/>
        <w:t>vt 0.676758 0.705811</w:t>
        <w:br/>
        <w:t>vt 0.677246 0.720947</w:t>
        <w:br/>
        <w:t>vt 0.678223 0.724365</w:t>
        <w:br/>
        <w:t>vt 0.684570 0.718018</w:t>
        <w:br/>
        <w:t>vt 0.681152 0.716553</w:t>
        <w:br/>
        <w:t>vt 0.681152 0.716553</w:t>
        <w:br/>
        <w:t>vt 0.681152 0.710205</w:t>
        <w:br/>
        <w:t>vt 0.681152 0.710205</w:t>
        <w:br/>
        <w:t>vt 0.676758 0.705811</w:t>
        <w:br/>
        <w:t>vt 0.684570 0.708740</w:t>
        <w:br/>
        <w:t>vt 0.662598 0.718262</w:t>
        <w:br/>
        <w:t>vt 0.666016 0.710449</w:t>
        <w:br/>
        <w:t>vt 0.662598 0.708984</w:t>
        <w:br/>
        <w:t>vt 0.668945 0.702393</w:t>
        <w:br/>
        <w:t>vt 0.666016 0.716553</w:t>
        <w:br/>
        <w:t>vt 0.669434 0.724365</w:t>
        <w:br/>
        <w:t>vt 0.670410 0.705811</w:t>
        <w:br/>
        <w:t>vt 0.678223 0.702148</w:t>
        <w:br/>
        <w:t>vt 0.670898 0.721191</w:t>
        <w:br/>
        <w:t>vt 0.676758 0.705811</w:t>
        <w:br/>
        <w:t>vt 0.677246 0.720947</w:t>
        <w:br/>
        <w:t>vt 0.678223 0.724365</w:t>
        <w:br/>
        <w:t>vt 0.684570 0.718018</w:t>
        <w:br/>
        <w:t>vt 0.681152 0.716553</w:t>
        <w:br/>
        <w:t>vt 0.681152 0.716553</w:t>
        <w:br/>
        <w:t>vt 0.681152 0.710205</w:t>
        <w:br/>
        <w:t>vt 0.681152 0.710205</w:t>
        <w:br/>
        <w:t>vt 0.676758 0.705811</w:t>
        <w:br/>
        <w:t>vt 0.684570 0.708740</w:t>
        <w:br/>
        <w:t>vt 0.662598 0.718262</w:t>
        <w:br/>
        <w:t>vt 0.666016 0.710449</w:t>
        <w:br/>
        <w:t>vt 0.662598 0.708984</w:t>
        <w:br/>
        <w:t>vt 0.668945 0.702393</w:t>
        <w:br/>
        <w:t>vt 0.666016 0.716553</w:t>
        <w:br/>
        <w:t>vt 0.669434 0.724365</w:t>
        <w:br/>
        <w:t>vt 0.670410 0.705811</w:t>
        <w:br/>
        <w:t>vt 0.678223 0.702148</w:t>
        <w:br/>
        <w:t>vt 0.670898 0.721191</w:t>
        <w:br/>
        <w:t>vt 0.676758 0.705811</w:t>
        <w:br/>
        <w:t>vt 0.677246 0.720947</w:t>
        <w:br/>
        <w:t>vt 0.678223 0.724365</w:t>
        <w:br/>
        <w:t>vt 0.684570 0.718018</w:t>
        <w:br/>
        <w:t>vt 0.681152 0.716553</w:t>
        <w:br/>
        <w:t>vt 0.681152 0.716553</w:t>
        <w:br/>
        <w:t>vt 0.681152 0.710205</w:t>
        <w:br/>
        <w:t>vt 0.681152 0.710205</w:t>
        <w:br/>
        <w:t>vt 0.676758 0.705811</w:t>
        <w:br/>
        <w:t>vt 0.684570 0.708740</w:t>
        <w:br/>
        <w:t>vt 0.662598 0.718262</w:t>
        <w:br/>
        <w:t>vt 0.666016 0.710449</w:t>
        <w:br/>
        <w:t>vt 0.662598 0.708984</w:t>
        <w:br/>
        <w:t>vt 0.668945 0.702393</w:t>
        <w:br/>
        <w:t>vt 0.666016 0.716553</w:t>
        <w:br/>
        <w:t>vt 0.669434 0.724365</w:t>
        <w:br/>
        <w:t>vt 0.670410 0.705811</w:t>
        <w:br/>
        <w:t>vt 0.678223 0.702148</w:t>
        <w:br/>
        <w:t>vt 0.670898 0.721191</w:t>
        <w:br/>
        <w:t>vt 0.676758 0.705811</w:t>
        <w:br/>
        <w:t>vt 0.677246 0.720947</w:t>
        <w:br/>
        <w:t>vt 0.678223 0.724365</w:t>
        <w:br/>
        <w:t>vt 0.684570 0.718018</w:t>
        <w:br/>
        <w:t>vt 0.681152 0.716553</w:t>
        <w:br/>
        <w:t>vt 0.681152 0.716553</w:t>
        <w:br/>
        <w:t>vt 0.681152 0.710205</w:t>
        <w:br/>
        <w:t>vt 0.681152 0.710205</w:t>
        <w:br/>
        <w:t>vt 0.676758 0.705811</w:t>
        <w:br/>
        <w:t>vt 0.684570 0.708740</w:t>
        <w:br/>
        <w:t>vt 0.666016 0.710449</w:t>
        <w:br/>
        <w:t>vt 0.662598 0.718262</w:t>
        <w:br/>
        <w:t>vt 0.662598 0.708984</w:t>
        <w:br/>
        <w:t>vt 0.668945 0.702393</w:t>
        <w:br/>
        <w:t>vt 0.666016 0.716553</w:t>
        <w:br/>
        <w:t>vt 0.669434 0.724365</w:t>
        <w:br/>
        <w:t>vt 0.670410 0.705811</w:t>
        <w:br/>
        <w:t>vt 0.678223 0.702148</w:t>
        <w:br/>
        <w:t>vt 0.670898 0.721191</w:t>
        <w:br/>
        <w:t>vt 0.676758 0.705811</w:t>
        <w:br/>
        <w:t>vt 0.677246 0.720947</w:t>
        <w:br/>
        <w:t>vt 0.678223 0.724365</w:t>
        <w:br/>
        <w:t>vt 0.684570 0.718018</w:t>
        <w:br/>
        <w:t>vt 0.681152 0.716553</w:t>
        <w:br/>
        <w:t>vt 0.681152 0.716553</w:t>
        <w:br/>
        <w:t>vt 0.681152 0.710205</w:t>
        <w:br/>
        <w:t>vt 0.681152 0.710205</w:t>
        <w:br/>
        <w:t>vt 0.676758 0.705811</w:t>
        <w:br/>
        <w:t>vt 0.684570 0.708740</w:t>
        <w:br/>
        <w:t>vt 0.625977 0.460938</w:t>
        <w:br/>
        <w:t>vt 0.617676 0.459961</w:t>
        <w:br/>
        <w:t>vt 0.620117 0.454590</w:t>
        <w:br/>
        <w:t>vt 0.611328 0.454102</w:t>
        <w:br/>
        <w:t>vt 0.621094 0.462891</w:t>
        <w:br/>
        <w:t>vt 0.625977 0.469727</w:t>
        <w:br/>
        <w:t>vt 0.613281 0.459961</w:t>
        <w:br/>
        <w:t>vt 0.604492 0.459961</w:t>
        <w:br/>
        <w:t>vt 0.620605 0.467773</w:t>
        <w:br/>
        <w:t>vt 0.610352 0.462891</w:t>
        <w:br/>
        <w:t>vt 0.617188 0.470215</w:t>
        <w:br/>
        <w:t>vt 0.617188 0.470215</w:t>
        <w:br/>
        <w:t>vt 0.621094 0.462891</w:t>
        <w:br/>
        <w:t>vt 0.620605 0.467773</w:t>
        <w:br/>
        <w:t>vt 0.619629 0.476562</w:t>
        <w:br/>
        <w:t>vt 0.610840 0.475586</w:t>
        <w:br/>
        <w:t>vt 0.612793 0.470703</w:t>
        <w:br/>
        <w:t>vt 0.612793 0.470703</w:t>
        <w:br/>
        <w:t>vt 0.617676 0.459961</w:t>
        <w:br/>
        <w:t>vt 0.609863 0.467285</w:t>
        <w:br/>
        <w:t>vt 0.609863 0.467285</w:t>
        <w:br/>
        <w:t>vt 0.613281 0.459961</w:t>
        <w:br/>
        <w:t>vt 0.610352 0.462891</w:t>
        <w:br/>
        <w:t>vt 0.604492 0.469238</w:t>
        <w:br/>
        <w:t>vt 0.625977 0.460938</w:t>
        <w:br/>
        <w:t>vt 0.617676 0.459961</w:t>
        <w:br/>
        <w:t>vt 0.620117 0.454590</w:t>
        <w:br/>
        <w:t>vt 0.611328 0.454102</w:t>
        <w:br/>
        <w:t>vt 0.621094 0.462891</w:t>
        <w:br/>
        <w:t>vt 0.625977 0.469727</w:t>
        <w:br/>
        <w:t>vt 0.613281 0.459961</w:t>
        <w:br/>
        <w:t>vt 0.604492 0.459961</w:t>
        <w:br/>
        <w:t>vt 0.620605 0.467773</w:t>
        <w:br/>
        <w:t>vt 0.610352 0.462891</w:t>
        <w:br/>
        <w:t>vt 0.617188 0.470215</w:t>
        <w:br/>
        <w:t>vt 0.617188 0.470215</w:t>
        <w:br/>
        <w:t>vt 0.621094 0.462891</w:t>
        <w:br/>
        <w:t>vt 0.620605 0.467773</w:t>
        <w:br/>
        <w:t>vt 0.619629 0.476562</w:t>
        <w:br/>
        <w:t>vt 0.610840 0.475586</w:t>
        <w:br/>
        <w:t>vt 0.612793 0.470703</w:t>
        <w:br/>
        <w:t>vt 0.612793 0.470703</w:t>
        <w:br/>
        <w:t>vt 0.617676 0.459961</w:t>
        <w:br/>
        <w:t>vt 0.609863 0.467285</w:t>
        <w:br/>
        <w:t>vt 0.609863 0.467285</w:t>
        <w:br/>
        <w:t>vt 0.613281 0.459961</w:t>
        <w:br/>
        <w:t>vt 0.610352 0.462891</w:t>
        <w:br/>
        <w:t>vt 0.604492 0.469238</w:t>
        <w:br/>
        <w:t>vt 0.625977 0.460938</w:t>
        <w:br/>
        <w:t>vt 0.617676 0.459961</w:t>
        <w:br/>
        <w:t>vt 0.620117 0.454590</w:t>
        <w:br/>
        <w:t>vt 0.611328 0.454102</w:t>
        <w:br/>
        <w:t>vt 0.621094 0.462891</w:t>
        <w:br/>
        <w:t>vt 0.625977 0.469727</w:t>
        <w:br/>
        <w:t>vt 0.613281 0.459961</w:t>
        <w:br/>
        <w:t>vt 0.604492 0.459961</w:t>
        <w:br/>
        <w:t>vt 0.620605 0.467773</w:t>
        <w:br/>
        <w:t>vt 0.610352 0.462891</w:t>
        <w:br/>
        <w:t>vt 0.617188 0.470215</w:t>
        <w:br/>
        <w:t>vt 0.617188 0.470215</w:t>
        <w:br/>
        <w:t>vt 0.621094 0.462891</w:t>
        <w:br/>
        <w:t>vt 0.620605 0.467773</w:t>
        <w:br/>
        <w:t>vt 0.619629 0.476562</w:t>
        <w:br/>
        <w:t>vt 0.610840 0.475586</w:t>
        <w:br/>
        <w:t>vt 0.612793 0.470703</w:t>
        <w:br/>
        <w:t>vt 0.612793 0.470703</w:t>
        <w:br/>
        <w:t>vt 0.617676 0.459961</w:t>
        <w:br/>
        <w:t>vt 0.609863 0.467285</w:t>
        <w:br/>
        <w:t>vt 0.609863 0.467285</w:t>
        <w:br/>
        <w:t>vt 0.613281 0.459961</w:t>
        <w:br/>
        <w:t>vt 0.610352 0.462891</w:t>
        <w:br/>
        <w:t>vt 0.604492 0.469238</w:t>
        <w:br/>
        <w:t>vt 0.625977 0.460938</w:t>
        <w:br/>
        <w:t>vt 0.617676 0.459961</w:t>
        <w:br/>
        <w:t>vt 0.620117 0.454590</w:t>
        <w:br/>
        <w:t>vt 0.611328 0.454102</w:t>
        <w:br/>
        <w:t>vt 0.621094 0.462891</w:t>
        <w:br/>
        <w:t>vt 0.625977 0.469727</w:t>
        <w:br/>
        <w:t>vt 0.613281 0.459961</w:t>
        <w:br/>
        <w:t>vt 0.620605 0.467773</w:t>
        <w:br/>
        <w:t>vt 0.604492 0.459961</w:t>
        <w:br/>
        <w:t>vt 0.617188 0.470215</w:t>
        <w:br/>
        <w:t>vt 0.621094 0.462891</w:t>
        <w:br/>
        <w:t>vt 0.620605 0.467773</w:t>
        <w:br/>
        <w:t>vt 0.617188 0.470215</w:t>
        <w:br/>
        <w:t>vt 0.617676 0.459961</w:t>
        <w:br/>
        <w:t>vt 0.619629 0.476562</w:t>
        <w:br/>
        <w:t>vt 0.610840 0.475586</w:t>
        <w:br/>
        <w:t>vt 0.612793 0.470703</w:t>
        <w:br/>
        <w:t>vt 0.612793 0.470703</w:t>
        <w:br/>
        <w:t>vt 0.613281 0.459961</w:t>
        <w:br/>
        <w:t>vt 0.609863 0.467285</w:t>
        <w:br/>
        <w:t>vt 0.609863 0.467285</w:t>
        <w:br/>
        <w:t>vt 0.604492 0.469238</w:t>
        <w:br/>
        <w:t>vt 0.610352 0.462891</w:t>
        <w:br/>
        <w:t>vt 0.610352 0.462891</w:t>
        <w:br/>
        <w:t>vt 0.625977 0.460938</w:t>
        <w:br/>
        <w:t>vt 0.617676 0.459961</w:t>
        <w:br/>
        <w:t>vt 0.620117 0.454590</w:t>
        <w:br/>
        <w:t>vt 0.611328 0.454102</w:t>
        <w:br/>
        <w:t>vt 0.621094 0.462891</w:t>
        <w:br/>
        <w:t>vt 0.625977 0.469727</w:t>
        <w:br/>
        <w:t>vt 0.613281 0.459961</w:t>
        <w:br/>
        <w:t>vt 0.620605 0.467773</w:t>
        <w:br/>
        <w:t>vt 0.604492 0.459961</w:t>
        <w:br/>
        <w:t>vt 0.617188 0.470215</w:t>
        <w:br/>
        <w:t>vt 0.621094 0.462891</w:t>
        <w:br/>
        <w:t>vt 0.620605 0.467773</w:t>
        <w:br/>
        <w:t>vt 0.617188 0.470215</w:t>
        <w:br/>
        <w:t>vt 0.617676 0.459961</w:t>
        <w:br/>
        <w:t>vt 0.619629 0.476562</w:t>
        <w:br/>
        <w:t>vt 0.610840 0.475586</w:t>
        <w:br/>
        <w:t>vt 0.612793 0.470703</w:t>
        <w:br/>
        <w:t>vt 0.612793 0.470703</w:t>
        <w:br/>
        <w:t>vt 0.613281 0.459961</w:t>
        <w:br/>
        <w:t>vt 0.604492 0.469238</w:t>
        <w:br/>
        <w:t>vt 0.609863 0.467285</w:t>
        <w:br/>
        <w:t>vt 0.609863 0.467285</w:t>
        <w:br/>
        <w:t>vt 0.610352 0.462891</w:t>
        <w:br/>
        <w:t>vt 0.610352 0.462891</w:t>
        <w:br/>
        <w:t>vt 0.625977 0.460938</w:t>
        <w:br/>
        <w:t>vt 0.617676 0.459961</w:t>
        <w:br/>
        <w:t>vt 0.620117 0.454590</w:t>
        <w:br/>
        <w:t>vt 0.611328 0.454102</w:t>
        <w:br/>
        <w:t>vt 0.621094 0.462891</w:t>
        <w:br/>
        <w:t>vt 0.625977 0.469727</w:t>
        <w:br/>
        <w:t>vt 0.613281 0.459961</w:t>
        <w:br/>
        <w:t>vt 0.620605 0.467773</w:t>
        <w:br/>
        <w:t>vt 0.604492 0.459961</w:t>
        <w:br/>
        <w:t>vt 0.617188 0.470215</w:t>
        <w:br/>
        <w:t>vt 0.621094 0.462891</w:t>
        <w:br/>
        <w:t>vt 0.620605 0.467773</w:t>
        <w:br/>
        <w:t>vt 0.617188 0.470215</w:t>
        <w:br/>
        <w:t>vt 0.617676 0.459961</w:t>
        <w:br/>
        <w:t>vt 0.619629 0.476562</w:t>
        <w:br/>
        <w:t>vt 0.610840 0.475586</w:t>
        <w:br/>
        <w:t>vt 0.612793 0.470703</w:t>
        <w:br/>
        <w:t>vt 0.612793 0.470703</w:t>
        <w:br/>
        <w:t>vt 0.613281 0.459961</w:t>
        <w:br/>
        <w:t>vt 0.609863 0.467285</w:t>
        <w:br/>
        <w:t>vt 0.609863 0.467285</w:t>
        <w:br/>
        <w:t>vt 0.604492 0.469238</w:t>
        <w:br/>
        <w:t>vt 0.610352 0.462891</w:t>
        <w:br/>
        <w:t>vt 0.610352 0.462891</w:t>
        <w:br/>
        <w:t>vt 0.625977 0.460938</w:t>
        <w:br/>
        <w:t>vt 0.617676 0.459961</w:t>
        <w:br/>
        <w:t>vt 0.620117 0.454590</w:t>
        <w:br/>
        <w:t>vt 0.611328 0.454102</w:t>
        <w:br/>
        <w:t>vt 0.621094 0.462891</w:t>
        <w:br/>
        <w:t>vt 0.625977 0.469727</w:t>
        <w:br/>
        <w:t>vt 0.613281 0.459961</w:t>
        <w:br/>
        <w:t>vt 0.620605 0.467773</w:t>
        <w:br/>
        <w:t>vt 0.604492 0.459961</w:t>
        <w:br/>
        <w:t>vt 0.617188 0.470215</w:t>
        <w:br/>
        <w:t>vt 0.621094 0.462891</w:t>
        <w:br/>
        <w:t>vt 0.620605 0.467773</w:t>
        <w:br/>
        <w:t>vt 0.617188 0.470215</w:t>
        <w:br/>
        <w:t>vt 0.617676 0.459961</w:t>
        <w:br/>
        <w:t>vt 0.619629 0.476562</w:t>
        <w:br/>
        <w:t>vt 0.610840 0.475586</w:t>
        <w:br/>
        <w:t>vt 0.612793 0.470703</w:t>
        <w:br/>
        <w:t>vt 0.612793 0.470703</w:t>
        <w:br/>
        <w:t>vt 0.613281 0.459961</w:t>
        <w:br/>
        <w:t>vt 0.609863 0.467285</w:t>
        <w:br/>
        <w:t>vt 0.609863 0.467285</w:t>
        <w:br/>
        <w:t>vt 0.604492 0.469238</w:t>
        <w:br/>
        <w:t>vt 0.610352 0.462891</w:t>
        <w:br/>
        <w:t>vt 0.610352 0.462891</w:t>
        <w:br/>
        <w:t>vt 0.668945 0.702393</w:t>
        <w:br/>
        <w:t>vt 0.678223 0.702148</w:t>
        <w:br/>
        <w:t>vt 0.670410 0.705811</w:t>
        <w:br/>
        <w:t>vt 0.662598 0.708984</w:t>
        <w:br/>
        <w:t>vt 0.676758 0.705811</w:t>
        <w:br/>
        <w:t>vt 0.666016 0.710449</w:t>
        <w:br/>
        <w:t>vt 0.676758 0.705811</w:t>
        <w:br/>
        <w:t>vt 0.666016 0.710449</w:t>
        <w:br/>
        <w:t>vt 0.681152 0.710205</w:t>
        <w:br/>
        <w:t>vt 0.681152 0.710205</w:t>
        <w:br/>
        <w:t>vt 0.684570 0.708740</w:t>
        <w:br/>
        <w:t>vt 0.684570 0.718018</w:t>
        <w:br/>
        <w:t>vt 0.666016 0.716553</w:t>
        <w:br/>
        <w:t>vt 0.666016 0.716553</w:t>
        <w:br/>
        <w:t>vt 0.662598 0.718262</w:t>
        <w:br/>
        <w:t>vt 0.669434 0.724365</w:t>
        <w:br/>
        <w:t>vt 0.681152 0.716553</w:t>
        <w:br/>
        <w:t>vt 0.681152 0.716553</w:t>
        <w:br/>
        <w:t>vt 0.670898 0.721191</w:t>
        <w:br/>
        <w:t>vt 0.670898 0.721191</w:t>
        <w:br/>
        <w:t>vt 0.677246 0.720947</w:t>
        <w:br/>
        <w:t>vt 0.677246 0.720947</w:t>
        <w:br/>
        <w:t>vt 0.678223 0.724365</w:t>
        <w:br/>
        <w:t>vt 0.669434 0.724365</w:t>
        <w:br/>
        <w:t>vt 0.678223 0.724365</w:t>
        <w:br/>
        <w:t>vt 0.677246 0.720947</w:t>
        <w:br/>
        <w:t>vt 0.684570 0.718018</w:t>
        <w:br/>
        <w:t>vt 0.670898 0.721191</w:t>
        <w:br/>
        <w:t>vt 0.681152 0.716553</w:t>
        <w:br/>
        <w:t>vt 0.681152 0.716553</w:t>
        <w:br/>
        <w:t>vt 0.670898 0.721191</w:t>
        <w:br/>
        <w:t>vt 0.666016 0.716553</w:t>
        <w:br/>
        <w:t>vt 0.666016 0.716553</w:t>
        <w:br/>
        <w:t>vt 0.662598 0.718262</w:t>
        <w:br/>
        <w:t>vt 0.662598 0.708984</w:t>
        <w:br/>
        <w:t>vt 0.681152 0.710205</w:t>
        <w:br/>
        <w:t>vt 0.681152 0.710205</w:t>
        <w:br/>
        <w:t>vt 0.684570 0.708740</w:t>
        <w:br/>
        <w:t>vt 0.678223 0.702148</w:t>
        <w:br/>
        <w:t>vt 0.666016 0.710449</w:t>
        <w:br/>
        <w:t>vt 0.666016 0.710449</w:t>
        <w:br/>
        <w:t>vt 0.676758 0.705811</w:t>
        <w:br/>
        <w:t>vt 0.676758 0.705811</w:t>
        <w:br/>
        <w:t>vt 0.670410 0.705811</w:t>
        <w:br/>
        <w:t>vt 0.670410 0.705811</w:t>
        <w:br/>
        <w:t>vt 0.668945 0.702393</w:t>
        <w:br/>
        <w:t>vt 0.669434 0.724365</w:t>
        <w:br/>
        <w:t>vt 0.678223 0.724365</w:t>
        <w:br/>
        <w:t>vt 0.677246 0.720947</w:t>
        <w:br/>
        <w:t>vt 0.684570 0.718018</w:t>
        <w:br/>
        <w:t>vt 0.670898 0.721191</w:t>
        <w:br/>
        <w:t>vt 0.681152 0.716553</w:t>
        <w:br/>
        <w:t>vt 0.681152 0.716553</w:t>
        <w:br/>
        <w:t>vt 0.670898 0.721191</w:t>
        <w:br/>
        <w:t>vt 0.666016 0.716553</w:t>
        <w:br/>
        <w:t>vt 0.666016 0.716553</w:t>
        <w:br/>
        <w:t>vt 0.662598 0.718262</w:t>
        <w:br/>
        <w:t>vt 0.662598 0.708984</w:t>
        <w:br/>
        <w:t>vt 0.681152 0.710205</w:t>
        <w:br/>
        <w:t>vt 0.681152 0.710205</w:t>
        <w:br/>
        <w:t>vt 0.684570 0.708740</w:t>
        <w:br/>
        <w:t>vt 0.678223 0.702148</w:t>
        <w:br/>
        <w:t>vt 0.666016 0.710449</w:t>
        <w:br/>
        <w:t>vt 0.666016 0.710449</w:t>
        <w:br/>
        <w:t>vt 0.676758 0.705811</w:t>
        <w:br/>
        <w:t>vt 0.676758 0.705811</w:t>
        <w:br/>
        <w:t>vt 0.670410 0.705811</w:t>
        <w:br/>
        <w:t>vt 0.670410 0.705811</w:t>
        <w:br/>
        <w:t>vt 0.668945 0.702393</w:t>
        <w:br/>
        <w:t>vt 0.668945 0.702393</w:t>
        <w:br/>
        <w:t>vt 0.678223 0.702148</w:t>
        <w:br/>
        <w:t>vt 0.670410 0.705811</w:t>
        <w:br/>
        <w:t>vt 0.662598 0.708984</w:t>
        <w:br/>
        <w:t>vt 0.676758 0.705811</w:t>
        <w:br/>
        <w:t>vt 0.666016 0.710449</w:t>
        <w:br/>
        <w:t>vt 0.676758 0.705811</w:t>
        <w:br/>
        <w:t>vt 0.666016 0.710449</w:t>
        <w:br/>
        <w:t>vt 0.681152 0.710205</w:t>
        <w:br/>
        <w:t>vt 0.681152 0.710205</w:t>
        <w:br/>
        <w:t>vt 0.684570 0.708740</w:t>
        <w:br/>
        <w:t>vt 0.684570 0.718018</w:t>
        <w:br/>
        <w:t>vt 0.666016 0.716553</w:t>
        <w:br/>
        <w:t>vt 0.666016 0.716553</w:t>
        <w:br/>
        <w:t>vt 0.662598 0.718262</w:t>
        <w:br/>
        <w:t>vt 0.669434 0.724365</w:t>
        <w:br/>
        <w:t>vt 0.681152 0.716553</w:t>
        <w:br/>
        <w:t>vt 0.681152 0.716553</w:t>
        <w:br/>
        <w:t>vt 0.670898 0.721191</w:t>
        <w:br/>
        <w:t>vt 0.670898 0.721191</w:t>
        <w:br/>
        <w:t>vt 0.677246 0.720947</w:t>
        <w:br/>
        <w:t>vt 0.677246 0.720947</w:t>
        <w:br/>
        <w:t>vt 0.678223 0.724365</w:t>
        <w:br/>
        <w:t>vt 0.512695 0.497559</w:t>
        <w:br/>
        <w:t>vt 0.514648 0.517822</w:t>
        <w:br/>
        <w:t>vt 0.512695 0.515869</w:t>
        <w:br/>
        <w:t>vt 0.505859 0.515869</w:t>
        <w:br/>
        <w:t>vt 0.514648 0.495117</w:t>
        <w:br/>
        <w:t>vt 0.505859 0.497559</w:t>
        <w:br/>
        <w:t>vt 0.503906 0.495117</w:t>
        <w:br/>
        <w:t>vt 0.503906 0.517822</w:t>
        <w:br/>
        <w:t>vt 0.502441 0.494141</w:t>
        <w:br/>
        <w:t>vt 0.514648 0.495117</w:t>
        <w:br/>
        <w:t>vt 0.503906 0.495117</w:t>
        <w:br/>
        <w:t>vt 0.503906 0.495117</w:t>
        <w:br/>
        <w:t>vt 0.503906 0.517822</w:t>
        <w:br/>
        <w:t>vt 0.502441 0.494141</w:t>
        <w:br/>
        <w:t>vt 0.516113 0.494141</w:t>
        <w:br/>
        <w:t>vt 0.514648 0.517822</w:t>
        <w:br/>
        <w:t>vt 0.514648 0.495117</w:t>
        <w:br/>
        <w:t>vt 0.516113 0.494141</w:t>
        <w:br/>
        <w:t>vt 0.502441 0.519287</w:t>
        <w:br/>
        <w:t>vt 0.514648 0.517822</w:t>
        <w:br/>
        <w:t>vt 0.502441 0.519287</w:t>
        <w:br/>
        <w:t>vt 0.503906 0.517822</w:t>
        <w:br/>
        <w:t>vt 0.516113 0.519287</w:t>
        <w:br/>
        <w:t>vt 0.375000 0.808350</w:t>
        <w:br/>
        <w:t>vt 0.361816 0.810425</w:t>
        <w:br/>
        <w:t>vt 0.359619 0.808350</w:t>
        <w:br/>
        <w:t>vt 0.361816 0.810425</w:t>
        <w:br/>
        <w:t>vt 0.359619 0.836182</w:t>
        <w:br/>
        <w:t>vt 0.359619 0.808350</w:t>
        <w:br/>
        <w:t>vt 0.373535 0.810425</w:t>
        <w:br/>
        <w:t>vt 0.375000 0.808350</w:t>
        <w:br/>
        <w:t>vt 0.375000 0.836182</w:t>
        <w:br/>
        <w:t>vt 0.373535 0.810425</w:t>
        <w:br/>
        <w:t>vt 0.361816 0.834229</w:t>
        <w:br/>
        <w:t>vt 0.375000 0.836182</w:t>
        <w:br/>
        <w:t>vt 0.359619 0.836182</w:t>
        <w:br/>
        <w:t>vt 0.361816 0.834229</w:t>
        <w:br/>
        <w:t>vt 0.373535 0.834229</w:t>
        <w:br/>
        <w:t>vt 0.373535 0.834229</w:t>
        <w:br/>
        <w:t>vt 0.371094 0.832153</w:t>
        <w:br/>
        <w:t>vt 0.361816 0.834229</w:t>
        <w:br/>
        <w:t>vt 0.371094 0.832153</w:t>
        <w:br/>
        <w:t>vt 0.373535 0.834229</w:t>
        <w:br/>
        <w:t>vt 0.371094 0.812256</w:t>
        <w:br/>
        <w:t>vt 0.361816 0.810425</w:t>
        <w:br/>
        <w:t>vt 0.373535 0.810425</w:t>
        <w:br/>
        <w:t>vt 0.364014 0.832153</w:t>
        <w:br/>
        <w:t>vt 0.361816 0.834229</w:t>
        <w:br/>
        <w:t>vt 0.361816 0.810425</w:t>
        <w:br/>
        <w:t>vt 0.364014 0.812256</w:t>
        <w:br/>
        <w:t>vt 0.364014 0.812256</w:t>
        <w:br/>
        <w:t>vt 0.668945 0.702393</w:t>
        <w:br/>
        <w:t>vt 0.678223 0.702148</w:t>
        <w:br/>
        <w:t>vt 0.670410 0.705811</w:t>
        <w:br/>
        <w:t>vt 0.662598 0.708984</w:t>
        <w:br/>
        <w:t>vt 0.676758 0.705811</w:t>
        <w:br/>
        <w:t>vt 0.681152 0.710205</w:t>
        <w:br/>
        <w:t>vt 0.681152 0.710205</w:t>
        <w:br/>
        <w:t>vt 0.684570 0.708740</w:t>
        <w:br/>
        <w:t>vt 0.684570 0.718018</w:t>
        <w:br/>
        <w:t>vt 0.666016 0.710449</w:t>
        <w:br/>
        <w:t>vt 0.666016 0.710449</w:t>
        <w:br/>
        <w:t>vt 0.681152 0.716553</w:t>
        <w:br/>
        <w:t>vt 0.681152 0.716553</w:t>
        <w:br/>
        <w:t>vt 0.666016 0.716553</w:t>
        <w:br/>
        <w:t>vt 0.666016 0.716553</w:t>
        <w:br/>
        <w:t>vt 0.662598 0.718262</w:t>
        <w:br/>
        <w:t>vt 0.669434 0.724365</w:t>
        <w:br/>
        <w:t>vt 0.677246 0.720947</w:t>
        <w:br/>
        <w:t>vt 0.677246 0.720947</w:t>
        <w:br/>
        <w:t>vt 0.678223 0.724365</w:t>
        <w:br/>
        <w:t>vt 0.670898 0.721191</w:t>
        <w:br/>
        <w:t>vt 0.669434 0.724365</w:t>
        <w:br/>
        <w:t>vt 0.678223 0.724365</w:t>
        <w:br/>
        <w:t>vt 0.677246 0.720947</w:t>
        <w:br/>
        <w:t>vt 0.684570 0.718018</w:t>
        <w:br/>
        <w:t>vt 0.670898 0.721191</w:t>
        <w:br/>
        <w:t>vt 0.666016 0.716553</w:t>
        <w:br/>
        <w:t>vt 0.662598 0.718262</w:t>
        <w:br/>
        <w:t>vt 0.662598 0.708984</w:t>
        <w:br/>
        <w:t>vt 0.681152 0.716553</w:t>
        <w:br/>
        <w:t>vt 0.681152 0.716553</w:t>
        <w:br/>
        <w:t>vt 0.666016 0.710449</w:t>
        <w:br/>
        <w:t>vt 0.666016 0.710449</w:t>
        <w:br/>
        <w:t>vt 0.681152 0.710205</w:t>
        <w:br/>
        <w:t>vt 0.681152 0.710205</w:t>
        <w:br/>
        <w:t>vt 0.684570 0.708740</w:t>
        <w:br/>
        <w:t>vt 0.678223 0.702148</w:t>
        <w:br/>
        <w:t>vt 0.670410 0.705811</w:t>
        <w:br/>
        <w:t>vt 0.670410 0.705811</w:t>
        <w:br/>
        <w:t>vt 0.668945 0.702393</w:t>
        <w:br/>
        <w:t>vt 0.676758 0.705811</w:t>
        <w:br/>
        <w:t>vt 0.676758 0.705811</w:t>
        <w:br/>
        <w:t>vt 0.669434 0.724365</w:t>
        <w:br/>
        <w:t>vt 0.678223 0.724365</w:t>
        <w:br/>
        <w:t>vt 0.677246 0.720947</w:t>
        <w:br/>
        <w:t>vt 0.684570 0.718018</w:t>
        <w:br/>
        <w:t>vt 0.670898 0.721191</w:t>
        <w:br/>
        <w:t>vt 0.666016 0.716553</w:t>
        <w:br/>
        <w:t>vt 0.662598 0.718262</w:t>
        <w:br/>
        <w:t>vt 0.662598 0.708984</w:t>
        <w:br/>
        <w:t>vt 0.681152 0.716553</w:t>
        <w:br/>
        <w:t>vt 0.681152 0.716553</w:t>
        <w:br/>
        <w:t>vt 0.666016 0.710449</w:t>
        <w:br/>
        <w:t>vt 0.666016 0.710449</w:t>
        <w:br/>
        <w:t>vt 0.681152 0.710205</w:t>
        <w:br/>
        <w:t>vt 0.681152 0.710205</w:t>
        <w:br/>
        <w:t>vt 0.684570 0.708740</w:t>
        <w:br/>
        <w:t>vt 0.678223 0.702148</w:t>
        <w:br/>
        <w:t>vt 0.670410 0.705811</w:t>
        <w:br/>
        <w:t>vt 0.670410 0.705811</w:t>
        <w:br/>
        <w:t>vt 0.668945 0.702393</w:t>
        <w:br/>
        <w:t>vt 0.676758 0.705811</w:t>
        <w:br/>
        <w:t>vt 0.676758 0.705811</w:t>
        <w:br/>
        <w:t>vt 0.668945 0.702393</w:t>
        <w:br/>
        <w:t>vt 0.678223 0.702148</w:t>
        <w:br/>
        <w:t>vt 0.670410 0.705811</w:t>
        <w:br/>
        <w:t>vt 0.662598 0.708984</w:t>
        <w:br/>
        <w:t>vt 0.676758 0.705811</w:t>
        <w:br/>
        <w:t>vt 0.681152 0.710205</w:t>
        <w:br/>
        <w:t>vt 0.681152 0.710205</w:t>
        <w:br/>
        <w:t>vt 0.684570 0.708740</w:t>
        <w:br/>
        <w:t>vt 0.684570 0.718018</w:t>
        <w:br/>
        <w:t>vt 0.666016 0.710449</w:t>
        <w:br/>
        <w:t>vt 0.666016 0.710449</w:t>
        <w:br/>
        <w:t>vt 0.681152 0.716553</w:t>
        <w:br/>
        <w:t>vt 0.681152 0.716553</w:t>
        <w:br/>
        <w:t>vt 0.666016 0.716553</w:t>
        <w:br/>
        <w:t>vt 0.666016 0.716553</w:t>
        <w:br/>
        <w:t>vt 0.662598 0.718262</w:t>
        <w:br/>
        <w:t>vt 0.669434 0.724365</w:t>
        <w:br/>
        <w:t>vt 0.677246 0.720947</w:t>
        <w:br/>
        <w:t>vt 0.677246 0.720947</w:t>
        <w:br/>
        <w:t>vt 0.678223 0.724365</w:t>
        <w:br/>
        <w:t>vt 0.670898 0.721191</w:t>
        <w:br/>
        <w:t>vt 0.634277 0.995407</w:t>
        <w:br/>
        <w:t>vt 0.629395 0.986473</w:t>
        <w:br/>
        <w:t>vt 0.630859 0.996895</w:t>
        <w:br/>
        <w:t>vt 0.633789 0.986305</w:t>
        <w:br/>
        <w:t>vt 0.633789 0.986305</w:t>
        <w:br/>
        <w:t>vt 0.629883 0.980972</w:t>
        <w:br/>
        <w:t>vt 0.629395 0.986473</w:t>
        <w:br/>
        <w:t>vt 0.637695 0.986328</w:t>
        <w:br/>
        <w:t>vt 0.637695 0.994919</w:t>
        <w:br/>
        <w:t>vt 0.647461 0.994972</w:t>
        <w:br/>
        <w:t>vt 0.633789 0.981384</w:t>
        <w:br/>
        <w:t>vt 0.637695 0.986328</w:t>
        <w:br/>
        <w:t>vt 0.634277 0.976501</w:t>
        <w:br/>
        <w:t>vt 0.630371 0.975952</w:t>
        <w:br/>
        <w:t>vt 0.634277 0.976501</w:t>
        <w:br/>
        <w:t>vt 0.632324 0.966949</w:t>
        <w:br/>
        <w:t>vt 0.630371 0.975952</w:t>
        <w:br/>
        <w:t>vt 0.637695 0.981674</w:t>
        <w:br/>
        <w:t>vt 0.638672 0.977005</w:t>
        <w:br/>
        <w:t>vt 0.635742 0.967499</w:t>
        <w:br/>
        <w:t>vt 0.638672 0.977005</w:t>
        <w:br/>
        <w:t>vt 0.636719 0.962128</w:t>
        <w:br/>
        <w:t>vt 0.632324 0.966949</w:t>
        <w:br/>
        <w:t>vt 0.635742 0.967499</w:t>
        <w:br/>
        <w:t>vt 0.633301 0.961243</w:t>
        <w:br/>
        <w:t>vt 0.635742 0.955627</w:t>
        <w:br/>
        <w:t>vt 0.638672 0.957153</w:t>
        <w:br/>
        <w:t>vt 0.640137 0.963013</w:t>
        <w:br/>
        <w:t>vt 0.642090 0.958344</w:t>
        <w:br/>
        <w:t>vt 0.639160 0.968048</w:t>
        <w:br/>
        <w:t>vt 0.639160 0.968048</w:t>
        <w:br/>
        <w:t>vt 0.649902 0.965271</w:t>
        <w:br/>
        <w:t>vt 0.651855 0.960907</w:t>
        <w:br/>
        <w:t>vt 0.649414 0.969910</w:t>
        <w:br/>
        <w:t>vt 0.649414 0.969910</w:t>
        <w:br/>
        <w:t>vt 0.651855 0.965820</w:t>
        <w:br/>
        <w:t>vt 0.654297 0.961517</w:t>
        <w:br/>
        <w:t>vt 0.649902 0.978195</w:t>
        <w:br/>
        <w:t>vt 0.649902 0.978195</w:t>
        <w:br/>
        <w:t>vt 0.651367 0.970551</w:t>
        <w:br/>
        <w:t>vt 0.651367 0.970551</w:t>
        <w:br/>
        <w:t>vt 0.653809 0.966339</w:t>
        <w:br/>
        <w:t>vt 0.656250 0.962036</w:t>
        <w:br/>
        <w:t>vt 0.651855 0.978378</w:t>
        <w:br/>
        <w:t>vt 0.667480 0.969650</w:t>
        <w:br/>
        <w:t>vt 0.668945 0.965668</w:t>
        <w:br/>
        <w:t>vt 0.653320 0.971130</w:t>
        <w:br/>
        <w:t>vt 0.667480 0.969650</w:t>
        <w:br/>
        <w:t>vt 0.669434 0.970169</w:t>
        <w:br/>
        <w:t>vt 0.670898 0.966278</w:t>
        <w:br/>
        <w:t>vt 0.671387 0.970718</w:t>
        <w:br/>
        <w:t>vt 0.666504 0.973938</w:t>
        <w:br/>
        <w:t>vt 0.653809 0.978516</w:t>
        <w:br/>
        <w:t>vt 0.668457 0.974472</w:t>
        <w:br/>
        <w:t>vt 0.666016 0.980011</w:t>
        <w:br/>
        <w:t>vt 0.672852 0.966980</w:t>
        <w:br/>
        <w:t>vt 0.667969 0.980301</w:t>
        <w:br/>
        <w:t>vt 0.682129 0.974518</w:t>
        <w:br/>
        <w:t>vt 0.685059 0.971558</w:t>
        <w:br/>
        <w:t>vt 0.688477 0.975754</w:t>
        <w:br/>
        <w:t>vt 0.689453 0.979187</w:t>
        <w:br/>
        <w:t>vt 0.687012 0.980713</w:t>
        <w:br/>
        <w:t>vt 0.681152 0.978088</w:t>
        <w:br/>
        <w:t>vt 0.670410 0.975006</w:t>
        <w:br/>
        <w:t>vt 0.681152 0.978088</w:t>
        <w:br/>
        <w:t>vt 0.669922 0.980576</w:t>
        <w:br/>
        <w:t>vt 0.685059 0.981659</w:t>
        <w:br/>
        <w:t>vt 0.681152 0.981674</w:t>
        <w:br/>
        <w:t>vt 0.667969 0.984314</w:t>
        <w:br/>
        <w:t>vt 0.669922 0.980576</w:t>
        <w:br/>
        <w:t>vt 0.667969 0.980301</w:t>
        <w:br/>
        <w:t>vt 0.669922 0.984497</w:t>
        <w:br/>
        <w:t>vt 0.681152 0.981674</w:t>
        <w:br/>
        <w:t>vt 0.685059 0.981659</w:t>
        <w:br/>
        <w:t>vt 0.683105 0.985023</w:t>
        <w:br/>
        <w:t>vt 0.687012 0.984566</w:t>
        <w:br/>
        <w:t>vt 0.687012 0.984566</w:t>
        <w:br/>
        <w:t>vt 0.688965 0.984222</w:t>
        <w:br/>
        <w:t>vt 0.687012 0.984566</w:t>
        <w:br/>
        <w:t>vt 0.687012 0.988533</w:t>
        <w:br/>
        <w:t>vt 0.685547 0.987701</w:t>
        <w:br/>
        <w:t>vt 0.685547 0.987701</w:t>
        <w:br/>
        <w:t>vt 0.681641 0.991867</w:t>
        <w:br/>
        <w:t>vt 0.681152 0.988441</w:t>
        <w:br/>
        <w:t>vt 0.681152 0.988441</w:t>
        <w:br/>
        <w:t>vt 0.669922 0.988464</w:t>
        <w:br/>
        <w:t>vt 0.669922 0.988464</w:t>
        <w:br/>
        <w:t>vt 0.668945 0.993446</w:t>
        <w:br/>
        <w:t>vt 0.667969 0.988327</w:t>
        <w:br/>
        <w:t>vt 0.667969 0.988327</w:t>
        <w:br/>
        <w:t>vt 0.666992 0.993702</w:t>
        <w:br/>
        <w:t>vt 0.666016 0.984116</w:t>
        <w:br/>
        <w:t>vt 0.666016 0.980011</w:t>
        <w:br/>
        <w:t>vt 0.665527 0.988174</w:t>
        <w:br/>
        <w:t>vt 0.665527 0.988174</w:t>
        <w:br/>
        <w:t>vt 0.665039 0.993961</w:t>
        <w:br/>
        <w:t>vt 0.653320 0.987274</w:t>
        <w:br/>
        <w:t>vt 0.653320 0.983002</w:t>
        <w:br/>
        <w:t>vt 0.653320 0.987274</w:t>
        <w:br/>
        <w:t>vt 0.653809 0.978516</w:t>
        <w:br/>
        <w:t>vt 0.651367 0.982834</w:t>
        <w:br/>
        <w:t>vt 0.651855 0.978378</w:t>
        <w:br/>
        <w:t>vt 0.651855 0.994244</w:t>
        <w:br/>
        <w:t>vt 0.649414 0.982651</w:t>
        <w:br/>
        <w:t>vt 0.651367 0.987068</w:t>
        <w:br/>
        <w:t>vt 0.651367 0.987068</w:t>
        <w:br/>
        <w:t>vt 0.649902 0.994606</w:t>
        <w:br/>
        <w:t>vt 0.648926 0.986893</w:t>
        <w:br/>
        <w:t>vt 0.648926 0.986893</w:t>
        <w:br/>
        <w:t>vt 0.217529 0.844116</w:t>
        <w:br/>
        <w:t>vt 0.207520 0.844116</w:t>
        <w:br/>
        <w:t>vt 0.207520 0.853027</w:t>
        <w:br/>
        <w:t>vt 0.217896 0.853271</w:t>
        <w:br/>
        <w:t>vt 0.229492 0.844116</w:t>
        <w:br/>
        <w:t>vt 0.207520 0.862183</w:t>
        <w:br/>
        <w:t>vt 0.229736 0.853516</w:t>
        <w:br/>
        <w:t>vt 0.240723 0.844116</w:t>
        <w:br/>
        <w:t>vt 0.218262 0.862671</w:t>
        <w:br/>
        <w:t>vt 0.207520 0.873169</w:t>
        <w:br/>
        <w:t>vt 0.240845 0.853638</w:t>
        <w:br/>
        <w:t>vt 0.262695 0.844116</w:t>
        <w:br/>
        <w:t>vt 0.229858 0.862793</w:t>
        <w:br/>
        <w:t>vt 0.218384 0.873413</w:t>
        <w:br/>
        <w:t>vt 0.207520 0.883911</w:t>
        <w:br/>
        <w:t>vt 0.240479 0.862915</w:t>
        <w:br/>
        <w:t>vt 0.229736 0.873535</w:t>
        <w:br/>
        <w:t>vt 0.262695 0.853394</w:t>
        <w:br/>
        <w:t>vt 0.283691 0.853760</w:t>
        <w:br/>
        <w:t>vt 0.283447 0.844116</w:t>
        <w:br/>
        <w:t>vt 0.262939 0.863159</w:t>
        <w:br/>
        <w:t>vt 0.283691 0.863403</w:t>
        <w:br/>
        <w:t>vt 0.283691 0.869507</w:t>
        <w:br/>
        <w:t>vt 0.285889 0.872803</w:t>
        <w:br/>
        <w:t>vt 0.286133 0.869995</w:t>
        <w:br/>
        <w:t>vt 0.283447 0.873291</w:t>
        <w:br/>
        <w:t>vt 0.262939 0.873413</w:t>
        <w:br/>
        <w:t>vt 0.283936 0.883911</w:t>
        <w:br/>
        <w:t>vt 0.239990 0.873535</w:t>
        <w:br/>
        <w:t>vt 0.263184 0.883972</w:t>
        <w:br/>
        <w:t>vt 0.263184 0.893311</w:t>
        <w:br/>
        <w:t>vt 0.283691 0.893250</w:t>
        <w:br/>
        <w:t>vt 0.239746 0.884033</w:t>
        <w:br/>
        <w:t>vt 0.229736 0.884155</w:t>
        <w:br/>
        <w:t>vt 0.239990 0.893555</w:t>
        <w:br/>
        <w:t>vt 0.218384 0.884094</w:t>
        <w:br/>
        <w:t>vt 0.229858 0.893555</w:t>
        <w:br/>
        <w:t>vt 0.218506 0.893677</w:t>
        <w:br/>
        <w:t>vt 0.207520 0.894104</w:t>
        <w:br/>
        <w:t>vt 0.218384 0.901367</w:t>
        <w:br/>
        <w:t>vt 0.207520 0.901733</w:t>
        <w:br/>
        <w:t>vt 0.229980 0.901306</w:t>
        <w:br/>
        <w:t>vt 0.218262 0.908630</w:t>
        <w:br/>
        <w:t>vt 0.207520 0.908752</w:t>
        <w:br/>
        <w:t>vt 0.229980 0.908569</w:t>
        <w:br/>
        <w:t>vt 0.240234 0.901367</w:t>
        <w:br/>
        <w:t>vt 0.240723 0.908569</w:t>
        <w:br/>
        <w:t>vt 0.230347 0.916992</w:t>
        <w:br/>
        <w:t>vt 0.218262 0.916748</w:t>
        <w:br/>
        <w:t>vt 0.207520 0.916748</w:t>
        <w:br/>
        <w:t>vt 0.241577 0.917236</w:t>
        <w:br/>
        <w:t>vt 0.218384 0.924866</w:t>
        <w:br/>
        <w:t>vt 0.207520 0.924988</w:t>
        <w:br/>
        <w:t>vt 0.230591 0.924927</w:t>
        <w:br/>
        <w:t>vt 0.218262 0.932312</w:t>
        <w:br/>
        <w:t>vt 0.207520 0.932617</w:t>
        <w:br/>
        <w:t>vt 0.207520 0.940613</w:t>
        <w:br/>
        <w:t>vt 0.230591 0.932251</w:t>
        <w:br/>
        <w:t>vt 0.218018 0.949280</w:t>
        <w:br/>
        <w:t>vt 0.207520 0.949280</w:t>
        <w:br/>
        <w:t>vt 0.218140 0.940430</w:t>
        <w:br/>
        <w:t>vt 0.230103 0.949280</w:t>
        <w:br/>
        <w:t>vt 0.230469 0.940430</w:t>
        <w:br/>
        <w:t>vt 0.241577 0.949280</w:t>
        <w:br/>
        <w:t>vt 0.241943 0.940582</w:t>
        <w:br/>
        <w:t>vt 0.262695 0.949280</w:t>
        <w:br/>
        <w:t>vt 0.241943 0.925110</w:t>
        <w:br/>
        <w:t>vt 0.242065 0.932251</w:t>
        <w:br/>
        <w:t>vt 0.262695 0.940094</w:t>
        <w:br/>
        <w:t>vt 0.283936 0.949280</w:t>
        <w:br/>
        <w:t>vt 0.283936 0.939941</w:t>
        <w:br/>
        <w:t>vt 0.283936 0.931763</w:t>
        <w:br/>
        <w:t>vt 0.262695 0.932190</w:t>
        <w:br/>
        <w:t>vt 0.262939 0.925659</w:t>
        <w:br/>
        <w:t>vt 0.285400 0.931580</w:t>
        <w:br/>
        <w:t>vt 0.285400 0.926331</w:t>
        <w:br/>
        <w:t>vt 0.283936 0.925964</w:t>
        <w:br/>
        <w:t>vt 0.262939 0.917969</w:t>
        <w:br/>
        <w:t>vt 0.283936 0.918396</w:t>
        <w:br/>
        <w:t>vt 0.263184 0.908997</w:t>
        <w:br/>
        <w:t>vt 0.283936 0.909607</w:t>
        <w:br/>
        <w:t>vt 0.263428 0.901306</w:t>
        <w:br/>
        <w:t>vt 0.283936 0.901367</w:t>
        <w:br/>
        <w:t>vt 0.403320 0.739990</w:t>
        <w:br/>
        <w:t>vt 0.394287 0.723389</w:t>
        <w:br/>
        <w:t>vt 0.403320 0.723633</w:t>
        <w:br/>
        <w:t>vt 0.386963 0.738281</w:t>
        <w:br/>
        <w:t>vt 0.386719 0.721680</w:t>
        <w:br/>
        <w:t>vt 0.403320 0.751221</w:t>
        <w:br/>
        <w:t>vt 0.375488 0.734375</w:t>
        <w:br/>
        <w:t>vt 0.381104 0.719971</w:t>
        <w:br/>
        <w:t>vt 0.382568 0.748535</w:t>
        <w:br/>
        <w:t>vt 0.403320 0.761108</w:t>
        <w:br/>
        <w:t>vt 0.375977 0.716797</w:t>
        <w:br/>
        <w:t>vt 0.379395 0.760254</w:t>
        <w:br/>
        <w:t>vt 0.403320 0.774780</w:t>
        <w:br/>
        <w:t>vt 0.370605 0.745361</w:t>
        <w:br/>
        <w:t>vt 0.364502 0.728271</w:t>
        <w:br/>
        <w:t>vt 0.377686 0.774780</w:t>
        <w:br/>
        <w:t>vt 0.403320 0.788452</w:t>
        <w:br/>
        <w:t>vt 0.376221 0.788452</w:t>
        <w:br/>
        <w:t>vt 0.358398 0.788452</w:t>
        <w:br/>
        <w:t>vt 0.364990 0.758301</w:t>
        <w:br/>
        <w:t>vt 0.361572 0.773315</w:t>
        <w:br/>
        <w:t>vt 0.341309 0.780029</w:t>
        <w:br/>
        <w:t>vt 0.344971 0.768066</w:t>
        <w:br/>
        <w:t>vt 0.330078 0.774170</w:t>
        <w:br/>
        <w:t>vt 0.326904 0.767700</w:t>
        <w:br/>
        <w:t>vt 0.341797 0.760742</w:t>
        <w:br/>
        <w:t>vt 0.351318 0.751953</w:t>
        <w:br/>
        <w:t>vt 0.346191 0.747070</w:t>
        <w:br/>
        <w:t>vt 0.353760 0.745117</w:t>
        <w:br/>
        <w:t>vt 0.344727 0.744873</w:t>
        <w:br/>
        <w:t>vt 0.345947 0.739990</w:t>
        <w:br/>
        <w:t>vt 0.347168 0.734863</w:t>
        <w:br/>
        <w:t>vt 0.354736 0.737793</w:t>
        <w:br/>
        <w:t>vt 0.353271 0.728516</w:t>
        <w:br/>
        <w:t>vt 0.347168 0.728760</w:t>
        <w:br/>
        <w:t>vt 0.346924 0.720703</w:t>
        <w:br/>
        <w:t>vt 0.355957 0.721436</w:t>
        <w:br/>
        <w:t>vt 0.368408 0.711182</w:t>
        <w:br/>
        <w:t>vt 0.359131 0.704102</w:t>
        <w:br/>
        <w:t>vt 0.350586 0.715820</w:t>
        <w:br/>
        <w:t>vt 0.344482 0.712402</w:t>
        <w:br/>
        <w:t>vt 0.346436 0.707275</w:t>
        <w:br/>
        <w:t>vt 0.342285 0.707520</w:t>
        <w:br/>
        <w:t>vt 0.349365 0.696045</w:t>
        <w:br/>
        <w:t>vt 0.339600 0.703369</w:t>
        <w:br/>
        <w:t>vt 0.339600 0.698242</w:t>
        <w:br/>
        <w:t>vt 0.339111 0.687500</w:t>
        <w:br/>
        <w:t>vt 0.337158 0.699951</w:t>
        <w:br/>
        <w:t>vt 0.334961 0.692383</w:t>
        <w:br/>
        <w:t>vt 0.335205 0.697021</w:t>
        <w:br/>
        <w:t>vt 0.332764 0.693848</w:t>
        <w:br/>
        <w:t>vt 0.394287 0.723389</w:t>
        <w:br/>
        <w:t>vt 0.403320 0.739990</w:t>
        <w:br/>
        <w:t>vt 0.403320 0.723633</w:t>
        <w:br/>
        <w:t>vt 0.386963 0.738281</w:t>
        <w:br/>
        <w:t>vt 0.403320 0.751221</w:t>
        <w:br/>
        <w:t>vt 0.386719 0.721680</w:t>
        <w:br/>
        <w:t>vt 0.382568 0.748535</w:t>
        <w:br/>
        <w:t>vt 0.403320 0.761108</w:t>
        <w:br/>
        <w:t>vt 0.375488 0.734375</w:t>
        <w:br/>
        <w:t>vt 0.381104 0.719971</w:t>
        <w:br/>
        <w:t>vt 0.375977 0.716797</w:t>
        <w:br/>
        <w:t>vt 0.379395 0.760254</w:t>
        <w:br/>
        <w:t>vt 0.403320 0.774780</w:t>
        <w:br/>
        <w:t>vt 0.370605 0.745361</w:t>
        <w:br/>
        <w:t>vt 0.364502 0.728271</w:t>
        <w:br/>
        <w:t>vt 0.377686 0.774780</w:t>
        <w:br/>
        <w:t>vt 0.403320 0.788452</w:t>
        <w:br/>
        <w:t>vt 0.376221 0.788452</w:t>
        <w:br/>
        <w:t>vt 0.358398 0.788452</w:t>
        <w:br/>
        <w:t>vt 0.364990 0.758301</w:t>
        <w:br/>
        <w:t>vt 0.361572 0.773315</w:t>
        <w:br/>
        <w:t>vt 0.341309 0.780029</w:t>
        <w:br/>
        <w:t>vt 0.344971 0.768066</w:t>
        <w:br/>
        <w:t>vt 0.330078 0.774170</w:t>
        <w:br/>
        <w:t>vt 0.341797 0.760742</w:t>
        <w:br/>
        <w:t>vt 0.326904 0.767700</w:t>
        <w:br/>
        <w:t>vt 0.351318 0.751953</w:t>
        <w:br/>
        <w:t>vt 0.346191 0.747070</w:t>
        <w:br/>
        <w:t>vt 0.353760 0.745117</w:t>
        <w:br/>
        <w:t>vt 0.344727 0.744873</w:t>
        <w:br/>
        <w:t>vt 0.345947 0.739990</w:t>
        <w:br/>
        <w:t>vt 0.347168 0.734863</w:t>
        <w:br/>
        <w:t>vt 0.354736 0.737793</w:t>
        <w:br/>
        <w:t>vt 0.353271 0.728516</w:t>
        <w:br/>
        <w:t>vt 0.347168 0.728760</w:t>
        <w:br/>
        <w:t>vt 0.346924 0.720703</w:t>
        <w:br/>
        <w:t>vt 0.355957 0.721436</w:t>
        <w:br/>
        <w:t>vt 0.368408 0.711182</w:t>
        <w:br/>
        <w:t>vt 0.359131 0.704102</w:t>
        <w:br/>
        <w:t>vt 0.350586 0.715820</w:t>
        <w:br/>
        <w:t>vt 0.344482 0.712402</w:t>
        <w:br/>
        <w:t>vt 0.346436 0.707275</w:t>
        <w:br/>
        <w:t>vt 0.342285 0.707520</w:t>
        <w:br/>
        <w:t>vt 0.349365 0.696045</w:t>
        <w:br/>
        <w:t>vt 0.339600 0.703369</w:t>
        <w:br/>
        <w:t>vt 0.339600 0.698242</w:t>
        <w:br/>
        <w:t>vt 0.339111 0.687500</w:t>
        <w:br/>
        <w:t>vt 0.337158 0.699951</w:t>
        <w:br/>
        <w:t>vt 0.334961 0.692383</w:t>
        <w:br/>
        <w:t>vt 0.335205 0.697021</w:t>
        <w:br/>
        <w:t>vt 0.332764 0.693848</w:t>
        <w:br/>
        <w:t>vt 0.217529 0.844116</w:t>
        <w:br/>
        <w:t>vt 0.207520 0.853027</w:t>
        <w:br/>
        <w:t>vt 0.207520 0.844116</w:t>
        <w:br/>
        <w:t>vt 0.217896 0.853271</w:t>
        <w:br/>
        <w:t>vt 0.207520 0.862183</w:t>
        <w:br/>
        <w:t>vt 0.229492 0.844116</w:t>
        <w:br/>
        <w:t>vt 0.218262 0.862671</w:t>
        <w:br/>
        <w:t>vt 0.207520 0.873169</w:t>
        <w:br/>
        <w:t>vt 0.229736 0.853516</w:t>
        <w:br/>
        <w:t>vt 0.240723 0.844116</w:t>
        <w:br/>
        <w:t>vt 0.240845 0.853638</w:t>
        <w:br/>
        <w:t>vt 0.229858 0.862793</w:t>
        <w:br/>
        <w:t>vt 0.240479 0.862915</w:t>
        <w:br/>
        <w:t>vt 0.218384 0.873413</w:t>
        <w:br/>
        <w:t>vt 0.207520 0.883911</w:t>
        <w:br/>
        <w:t>vt 0.229736 0.873535</w:t>
        <w:br/>
        <w:t>vt 0.239990 0.873535</w:t>
        <w:br/>
        <w:t>vt 0.239746 0.884033</w:t>
        <w:br/>
        <w:t>vt 0.229736 0.884155</w:t>
        <w:br/>
        <w:t>vt 0.239990 0.893555</w:t>
        <w:br/>
        <w:t>vt 0.218384 0.884094</w:t>
        <w:br/>
        <w:t>vt 0.218506 0.893677</w:t>
        <w:br/>
        <w:t>vt 0.207520 0.894104</w:t>
        <w:br/>
        <w:t>vt 0.229858 0.893555</w:t>
        <w:br/>
        <w:t>vt 0.218384 0.901367</w:t>
        <w:br/>
        <w:t>vt 0.207520 0.901733</w:t>
        <w:br/>
        <w:t>vt 0.229980 0.901306</w:t>
        <w:br/>
        <w:t>vt 0.240234 0.901367</w:t>
        <w:br/>
        <w:t>vt 0.240723 0.908569</w:t>
        <w:br/>
        <w:t>vt 0.229980 0.908569</w:t>
        <w:br/>
        <w:t>vt 0.218262 0.908630</w:t>
        <w:br/>
        <w:t>vt 0.207520 0.908752</w:t>
        <w:br/>
        <w:t>vt 0.230347 0.916992</w:t>
        <w:br/>
        <w:t>vt 0.241577 0.917236</w:t>
        <w:br/>
        <w:t>vt 0.218262 0.916748</w:t>
        <w:br/>
        <w:t>vt 0.207520 0.916748</w:t>
        <w:br/>
        <w:t>vt 0.230591 0.924927</w:t>
        <w:br/>
        <w:t>vt 0.241943 0.925110</w:t>
        <w:br/>
        <w:t>vt 0.218384 0.924866</w:t>
        <w:br/>
        <w:t>vt 0.207520 0.924988</w:t>
        <w:br/>
        <w:t>vt 0.230591 0.932251</w:t>
        <w:br/>
        <w:t>vt 0.242065 0.932251</w:t>
        <w:br/>
        <w:t>vt 0.241943 0.940582</w:t>
        <w:br/>
        <w:t>vt 0.218262 0.932312</w:t>
        <w:br/>
        <w:t>vt 0.207520 0.932617</w:t>
        <w:br/>
        <w:t>vt 0.207520 0.940613</w:t>
        <w:br/>
        <w:t>vt 0.230469 0.940430</w:t>
        <w:br/>
        <w:t>vt 0.241577 0.949280</w:t>
        <w:br/>
        <w:t>vt 0.230103 0.949280</w:t>
        <w:br/>
        <w:t>vt 0.218140 0.940430</w:t>
        <w:br/>
        <w:t>vt 0.218018 0.949280</w:t>
        <w:br/>
        <w:t>vt 0.207520 0.949280</w:t>
        <w:br/>
        <w:t>vt 0.537598 0.708252</w:t>
        <w:br/>
        <w:t>vt 0.543457 0.696777</w:t>
        <w:br/>
        <w:t>vt 0.537109 0.696777</w:t>
        <w:br/>
        <w:t>vt 0.543457 0.695068</w:t>
        <w:br/>
        <w:t>vt 0.536621 0.694824</w:t>
        <w:br/>
        <w:t>vt 0.543945 0.693115</w:t>
        <w:br/>
        <w:t>vt 0.536133 0.692383</w:t>
        <w:br/>
        <w:t>vt 0.543945 0.681152</w:t>
        <w:br/>
        <w:t>vt 0.535645 0.680664</w:t>
        <w:br/>
        <w:t>vt 0.543457 0.695068</w:t>
        <w:br/>
        <w:t>vt 0.547852 0.693115</w:t>
        <w:br/>
        <w:t>vt 0.543945 0.693115</w:t>
        <w:br/>
        <w:t>vt 0.543945 0.677246</w:t>
        <w:br/>
        <w:t>vt 0.535156 0.677490</w:t>
        <w:br/>
        <w:t>vt 0.534668 0.674316</w:t>
        <w:br/>
        <w:t>vt 0.544434 0.673340</w:t>
        <w:br/>
        <w:t>vt 0.543945 0.677246</w:t>
        <w:br/>
        <w:t>vt 0.548828 0.673828</w:t>
        <w:br/>
        <w:t>vt 0.544434 0.673340</w:t>
        <w:br/>
        <w:t>vt 0.543945 0.681152</w:t>
        <w:br/>
        <w:t>vt 0.548828 0.677490</w:t>
        <w:br/>
        <w:t>vt 0.548828 0.680908</w:t>
        <w:br/>
        <w:t>vt 0.554199 0.678467</w:t>
        <w:br/>
        <w:t>vt 0.554199 0.674805</w:t>
        <w:br/>
        <w:t>vt 0.554199 0.678467</w:t>
        <w:br/>
        <w:t>vt 0.562500 0.676514</w:t>
        <w:br/>
        <w:t>vt 0.554199 0.674805</w:t>
        <w:br/>
        <w:t>vt 0.554199 0.682129</w:t>
        <w:br/>
        <w:t>vt 0.553223 0.693848</w:t>
        <w:br/>
        <w:t>vt 0.561523 0.679443</w:t>
        <w:br/>
        <w:t>vt 0.561035 0.682373</w:t>
        <w:br/>
        <w:t>vt 0.554199 0.682129</w:t>
        <w:br/>
        <w:t>vt 0.561523 0.679443</w:t>
        <w:br/>
        <w:t>vt 0.567383 0.679932</w:t>
        <w:br/>
        <w:t>vt 0.562500 0.676514</w:t>
        <w:br/>
        <w:t>vt 0.568359 0.677002</w:t>
        <w:br/>
        <w:t>vt 0.573730 0.678955</w:t>
        <w:br/>
        <w:t>vt 0.572754 0.682129</w:t>
        <w:br/>
        <w:t>vt 0.566406 0.683105</w:t>
        <w:br/>
        <w:t>vt 0.561035 0.682373</w:t>
        <w:br/>
        <w:t>vt 0.571777 0.685059</w:t>
        <w:br/>
        <w:t>vt 0.563965 0.694336</w:t>
        <w:br/>
        <w:t>vt 0.559082 0.694092</w:t>
        <w:br/>
        <w:t>vt 0.559082 0.694092</w:t>
        <w:br/>
        <w:t>vt 0.553223 0.693848</w:t>
        <w:br/>
        <w:t>vt 0.568848 0.696289</w:t>
        <w:br/>
        <w:t>vt 0.562988 0.697021</w:t>
        <w:br/>
        <w:t>vt 0.568359 0.698486</w:t>
        <w:br/>
        <w:t>vt 0.558105 0.696289</w:t>
        <w:br/>
        <w:t>vt 0.558105 0.696289</w:t>
        <w:br/>
        <w:t>vt 0.562500 0.699463</w:t>
        <w:br/>
        <w:t>vt 0.567383 0.700684</w:t>
        <w:br/>
        <w:t>vt 0.552734 0.695801</w:t>
        <w:br/>
        <w:t>vt 0.560547 0.710449</w:t>
        <w:br/>
        <w:t>vt 0.564941 0.711670</w:t>
        <w:br/>
        <w:t>vt 0.560059 0.712891</w:t>
        <w:br/>
        <w:t>vt 0.557617 0.698486</w:t>
        <w:br/>
        <w:t>vt 0.564453 0.714355</w:t>
        <w:br/>
        <w:t>vt 0.555664 0.709717</w:t>
        <w:br/>
        <w:t>vt 0.560059 0.712891</w:t>
        <w:br/>
        <w:t>vt 0.559082 0.715088</w:t>
        <w:br/>
        <w:t>vt 0.552734 0.697510</w:t>
        <w:br/>
        <w:t>vt 0.557617 0.698486</w:t>
        <w:br/>
        <w:t>vt 0.555664 0.709717</w:t>
        <w:br/>
        <w:t>vt 0.555176 0.711914</w:t>
        <w:br/>
        <w:t>vt 0.559082 0.715088</w:t>
        <w:br/>
        <w:t>vt 0.551270 0.709717</w:t>
        <w:br/>
        <w:t>vt 0.555176 0.711914</w:t>
        <w:br/>
        <w:t>vt 0.547852 0.695312</w:t>
        <w:br/>
        <w:t>vt 0.543457 0.696777</w:t>
        <w:br/>
        <w:t>vt 0.547852 0.697266</w:t>
        <w:br/>
        <w:t>vt 0.542969 0.708984</w:t>
        <w:br/>
        <w:t>vt 0.542969 0.708984</w:t>
        <w:br/>
        <w:t>vt 0.537598 0.710693</w:t>
        <w:br/>
        <w:t>vt 0.546875 0.709229</w:t>
        <w:br/>
        <w:t>vt 0.542480 0.710938</w:t>
        <w:br/>
        <w:t>vt 0.542480 0.710938</w:t>
        <w:br/>
        <w:t>vt 0.538086 0.713135</w:t>
        <w:br/>
        <w:t>vt 0.551270 0.711914</w:t>
        <w:br/>
        <w:t>vt 0.551270 0.711914</w:t>
        <w:br/>
        <w:t>vt 0.546875 0.711426</w:t>
        <w:br/>
        <w:t>vt 0.542480 0.713379</w:t>
        <w:br/>
        <w:t>vt 0.538574 0.724121</w:t>
        <w:br/>
        <w:t>vt 0.542480 0.713379</w:t>
        <w:br/>
        <w:t>vt 0.554688 0.714355</w:t>
        <w:br/>
        <w:t>vt 0.550781 0.714111</w:t>
        <w:br/>
        <w:t>vt 0.550781 0.714111</w:t>
        <w:br/>
        <w:t>vt 0.563965 0.716797</w:t>
        <w:br/>
        <w:t>vt 0.556641 0.724609</w:t>
        <w:br/>
        <w:t>vt 0.556641 0.724609</w:t>
        <w:br/>
        <w:t>vt 0.559570 0.727295</w:t>
        <w:br/>
        <w:t>vt 0.556152 0.731445</w:t>
        <w:br/>
        <w:t>vt 0.552734 0.731201</w:t>
        <w:br/>
        <w:t>vt 0.550781 0.729248</w:t>
        <w:br/>
        <w:t>vt 0.552734 0.724365</w:t>
        <w:br/>
        <w:t>vt 0.552734 0.724365</w:t>
        <w:br/>
        <w:t>vt 0.549316 0.727783</w:t>
        <w:br/>
        <w:t>vt 0.549805 0.723877</w:t>
        <w:br/>
        <w:t>vt 0.549805 0.723877</w:t>
        <w:br/>
        <w:t>vt 0.546387 0.713623</w:t>
        <w:br/>
        <w:t>vt 0.549316 0.727783</w:t>
        <w:br/>
        <w:t>vt 0.545898 0.724609</w:t>
        <w:br/>
        <w:t>vt 0.542480 0.724121</w:t>
        <w:br/>
        <w:t>vt 0.542480 0.724121</w:t>
        <w:br/>
        <w:t>vt 0.543457 0.728027</w:t>
        <w:br/>
        <w:t>vt 0.543457 0.728027</w:t>
        <w:br/>
        <w:t>vt 0.546387 0.729248</w:t>
        <w:br/>
        <w:t>vt 0.546387 0.729248</w:t>
        <w:br/>
        <w:t>vt 0.546875 0.730713</w:t>
        <w:br/>
        <w:t>vt 0.541992 0.729248</w:t>
        <w:br/>
        <w:t>vt 0.543457 0.728027</w:t>
        <w:br/>
        <w:t>vt 0.937988 0.820801</w:t>
        <w:br/>
        <w:t>vt 0.938477 0.816895</w:t>
        <w:br/>
        <w:t>vt 0.936035 0.820435</w:t>
        <w:br/>
        <w:t>vt 0.937012 0.824341</w:t>
        <w:br/>
        <w:t>vt 0.938477 0.823486</w:t>
        <w:br/>
        <w:t>vt 0.940918 0.828735</w:t>
        <w:br/>
        <w:t>vt 0.938965 0.817871</w:t>
        <w:br/>
        <w:t>vt 0.941406 0.824463</w:t>
        <w:br/>
        <w:t>vt 0.941406 0.821411</w:t>
        <w:br/>
        <w:t>vt 0.937988 0.820801</w:t>
        <w:br/>
        <w:t>vt 0.938477 0.823486</w:t>
        <w:br/>
        <w:t>vt 0.941406 0.824463</w:t>
        <w:br/>
        <w:t>vt 0.938965 0.817871</w:t>
        <w:br/>
        <w:t>vt 0.951660 0.826416</w:t>
        <w:br/>
        <w:t>vt 0.942383 0.818115</w:t>
        <w:br/>
        <w:t>vt 0.951660 0.822998</w:t>
        <w:br/>
        <w:t>vt 0.951660 0.826416</w:t>
        <w:br/>
        <w:t>vt 0.942383 0.815430</w:t>
        <w:br/>
        <w:t>vt 0.938965 0.817871</w:t>
        <w:br/>
        <w:t>vt 0.942383 0.818115</w:t>
        <w:br/>
        <w:t>vt 0.952148 0.818726</w:t>
        <w:br/>
        <w:t>vt 0.952148 0.818726</w:t>
        <w:br/>
        <w:t>vt 0.953613 0.823120</w:t>
        <w:br/>
        <w:t>vt 0.950195 0.832764</w:t>
        <w:br/>
        <w:t>vt 0.953125 0.826660</w:t>
        <w:br/>
        <w:t>vt 0.953125 0.826660</w:t>
        <w:br/>
        <w:t>vt 0.952148 0.833374</w:t>
        <w:br/>
        <w:t>vt 0.954102 0.818848</w:t>
        <w:br/>
        <w:t>vt 0.955078 0.826904</w:t>
        <w:br/>
        <w:t>vt 0.954102 0.833984</w:t>
        <w:br/>
        <w:t>vt 0.955078 0.823364</w:t>
        <w:br/>
        <w:t>vt 0.955078 0.826904</w:t>
        <w:br/>
        <w:t>vt 0.968262 0.828613</w:t>
        <w:br/>
        <w:t>vt 0.968262 0.837036</w:t>
        <w:br/>
        <w:t>vt 0.968750 0.824707</w:t>
        <w:br/>
        <w:t>vt 0.968262 0.828613</w:t>
        <w:br/>
        <w:t>vt 0.955566 0.818970</w:t>
        <w:br/>
        <w:t>vt 0.969727 0.828857</w:t>
        <w:br/>
        <w:t>vt 0.969727 0.837402</w:t>
        <w:br/>
        <w:t>vt 0.970703 0.824829</w:t>
        <w:br/>
        <w:t>vt 0.969727 0.828857</w:t>
        <w:br/>
        <w:t>vt 0.971680 0.828979</w:t>
        <w:br/>
        <w:t>vt 0.971680 0.837769</w:t>
        <w:br/>
        <w:t>vt 0.972168 0.824951</w:t>
        <w:br/>
        <w:t>vt 0.971680 0.828979</w:t>
        <w:br/>
        <w:t>vt 0.982910 0.830200</w:t>
        <w:br/>
        <w:t>vt 0.982910 0.830200</w:t>
        <w:br/>
        <w:t>vt 0.981934 0.839844</w:t>
        <w:br/>
        <w:t>vt 0.969238 0.819702</w:t>
        <w:br/>
        <w:t>vt 0.987793 0.830811</w:t>
        <w:br/>
        <w:t>vt 0.986328 0.840576</w:t>
        <w:br/>
        <w:t>vt 0.990723 0.841431</w:t>
        <w:br/>
        <w:t>vt 0.993164 0.831787</w:t>
        <w:br/>
        <w:t>vt 0.993652 0.826904</w:t>
        <w:br/>
        <w:t>vt 0.987793 0.830811</w:t>
        <w:br/>
        <w:t>vt 0.993164 0.831787</w:t>
        <w:br/>
        <w:t>vt 0.983887 0.826050</w:t>
        <w:br/>
        <w:t>vt 0.988770 0.826538</w:t>
        <w:br/>
        <w:t>vt 0.989258 0.821045</w:t>
        <w:br/>
        <w:t>vt 0.994141 0.821289</w:t>
        <w:br/>
        <w:t>vt 0.993164 0.814087</w:t>
        <w:br/>
        <w:t>vt 0.983887 0.820801</w:t>
        <w:br/>
        <w:t>vt 0.972656 0.819946</w:t>
        <w:br/>
        <w:t>vt 0.971191 0.819824</w:t>
        <w:br/>
        <w:t>vt 0.974121 0.814087</w:t>
        <w:br/>
        <w:t>vt 0.972656 0.814087</w:t>
        <w:br/>
        <w:t>vt 0.970703 0.814087</w:t>
        <w:br/>
        <w:t>vt 0.956055 0.814819</w:t>
        <w:br/>
        <w:t>vt 0.955566 0.818970</w:t>
        <w:br/>
        <w:t>vt 0.970703 0.809448</w:t>
        <w:br/>
        <w:t>vt 0.970703 0.814087</w:t>
        <w:br/>
        <w:t>vt 0.972656 0.814087</w:t>
        <w:br/>
        <w:t>vt 0.954102 0.814819</w:t>
        <w:br/>
        <w:t>vt 0.954102 0.818848</w:t>
        <w:br/>
        <w:t>vt 0.956055 0.810059</w:t>
        <w:br/>
        <w:t>vt 0.954102 0.810181</w:t>
        <w:br/>
        <w:t>vt 0.952637 0.814941</w:t>
        <w:br/>
        <w:t>vt 0.952637 0.810425</w:t>
        <w:br/>
        <w:t>vt 0.941895 0.812012</w:t>
        <w:br/>
        <w:t>vt 0.942383 0.815430</w:t>
        <w:br/>
        <w:t>vt 0.952637 0.810425</w:t>
        <w:br/>
        <w:t>vt 0.954102 0.810181</w:t>
        <w:br/>
        <w:t>vt 0.953613 0.806030</w:t>
        <w:br/>
        <w:t>vt 0.951660 0.806396</w:t>
        <w:br/>
        <w:t>vt 0.955566 0.805664</w:t>
        <w:br/>
        <w:t>vt 0.956055 0.810059</w:t>
        <w:br/>
        <w:t>vt 0.941406 0.808350</w:t>
        <w:br/>
        <w:t>vt 0.969727 0.804688</w:t>
        <w:br/>
        <w:t>vt 0.937012 0.811646</w:t>
        <w:br/>
        <w:t>vt 0.936523 0.814453</w:t>
        <w:br/>
        <w:t>vt 0.971680 0.804688</w:t>
        <w:br/>
        <w:t>vt 0.972656 0.809326</w:t>
        <w:br/>
        <w:t>vt 0.973633 0.804565</w:t>
        <w:br/>
        <w:t>vt 0.974121 0.814087</w:t>
        <w:br/>
        <w:t>vt 0.974609 0.809326</w:t>
        <w:br/>
        <w:t>vt 0.983887 0.803833</w:t>
        <w:br/>
        <w:t>vt 0.984863 0.813721</w:t>
        <w:br/>
        <w:t>vt 0.984863 0.813721</w:t>
        <w:br/>
        <w:t>vt 0.985352 0.808838</w:t>
        <w:br/>
        <w:t>vt 0.988281 0.803467</w:t>
        <w:br/>
        <w:t>vt 0.989258 0.813965</w:t>
        <w:br/>
        <w:t>vt 0.989258 0.813965</w:t>
        <w:br/>
        <w:t>vt 0.989258 0.808716</w:t>
        <w:br/>
        <w:t>vt 0.993164 0.814087</w:t>
        <w:br/>
        <w:t>vt 0.992676 0.802490</w:t>
        <w:br/>
        <w:t>vt 0.993652 0.808594</w:t>
        <w:br/>
        <w:t>vt 0.738281 0.547852</w:t>
        <w:br/>
        <w:t>vt 0.738281 0.552246</w:t>
        <w:br/>
        <w:t>vt 0.736328 0.547852</w:t>
        <w:br/>
        <w:t>vt 0.738770 0.543701</w:t>
        <w:br/>
        <w:t>vt 0.738281 0.547852</w:t>
        <w:br/>
        <w:t>vt 0.736328 0.547852</w:t>
        <w:br/>
        <w:t>vt 0.738770 0.550293</w:t>
        <w:br/>
        <w:t>vt 0.740723 0.553467</w:t>
        <w:br/>
        <w:t>vt 0.741211 0.547852</w:t>
        <w:br/>
        <w:t>vt 0.738770 0.550293</w:t>
        <w:br/>
        <w:t>vt 0.738281 0.547852</w:t>
        <w:br/>
        <w:t>vt 0.741699 0.550781</w:t>
        <w:br/>
        <w:t>vt 0.741699 0.550781</w:t>
        <w:br/>
        <w:t>vt 0.739746 0.544922</w:t>
        <w:br/>
        <w:t>vt 0.739746 0.544922</w:t>
        <w:br/>
        <w:t>vt 0.742676 0.541260</w:t>
        <w:br/>
        <w:t>vt 0.742676 0.544678</w:t>
        <w:br/>
        <w:t>vt 0.742676 0.544678</w:t>
        <w:br/>
        <w:t>vt 0.750000 0.545166</w:t>
        <w:br/>
        <w:t>vt 0.750000 0.548828</w:t>
        <w:br/>
        <w:t>vt 0.750000 0.545166</w:t>
        <w:br/>
        <w:t>vt 0.750977 0.540039</w:t>
        <w:br/>
        <w:t>vt 0.749023 0.552734</w:t>
        <w:br/>
        <w:t>vt 0.749023 0.552734</w:t>
        <w:br/>
        <w:t>vt 0.756836 0.550049</w:t>
        <w:br/>
        <w:t>vt 0.757812 0.546387</w:t>
        <w:br/>
        <w:t>vt 0.758301 0.540039</w:t>
        <w:br/>
        <w:t>vt 0.757812 0.546387</w:t>
        <w:br/>
        <w:t>vt 0.749023 0.556396</w:t>
        <w:br/>
        <w:t>vt 0.756348 0.554443</w:t>
        <w:br/>
        <w:t>vt 0.759277 0.550293</w:t>
        <w:br/>
        <w:t>vt 0.760254 0.546631</w:t>
        <w:br/>
        <w:t>vt 0.760254 0.546631</w:t>
        <w:br/>
        <w:t>vt 0.761230 0.540039</w:t>
        <w:br/>
        <w:t>vt 0.758789 0.555176</w:t>
        <w:br/>
        <w:t>vt 0.762207 0.547119</w:t>
        <w:br/>
        <w:t>vt 0.763672 0.540283</w:t>
        <w:br/>
        <w:t>vt 0.761719 0.550781</w:t>
        <w:br/>
        <w:t>vt 0.762207 0.547119</w:t>
        <w:br/>
        <w:t>vt 0.771484 0.548340</w:t>
        <w:br/>
        <w:t>vt 0.772461 0.541016</w:t>
        <w:br/>
        <w:t>vt 0.770996 0.552490</w:t>
        <w:br/>
        <w:t>vt 0.771484 0.548340</w:t>
        <w:br/>
        <w:t>vt 0.761230 0.555664</w:t>
        <w:br/>
        <w:t>vt 0.773438 0.548828</w:t>
        <w:br/>
        <w:t>vt 0.774902 0.541260</w:t>
        <w:br/>
        <w:t>vt 0.772949 0.552979</w:t>
        <w:br/>
        <w:t>vt 0.773438 0.548828</w:t>
        <w:br/>
        <w:t>vt 0.769531 0.557617</w:t>
        <w:br/>
        <w:t>vt 0.775879 0.549072</w:t>
        <w:br/>
        <w:t>vt 0.777344 0.541504</w:t>
        <w:br/>
        <w:t>vt 0.783203 0.542236</w:t>
        <w:br/>
        <w:t>vt 0.775391 0.553467</w:t>
        <w:br/>
        <w:t>vt 0.775879 0.549072</w:t>
        <w:br/>
        <w:t>vt 0.771973 0.558350</w:t>
        <w:br/>
        <w:t>vt 0.760254 0.560303</w:t>
        <w:br/>
        <w:t>vt 0.769043 0.562744</w:t>
        <w:br/>
        <w:t>vt 0.773926 0.558838</w:t>
        <w:br/>
        <w:t>vt 0.757812 0.559570</w:t>
        <w:br/>
        <w:t>vt 0.770996 0.563232</w:t>
        <w:br/>
        <w:t>vt 0.755371 0.558838</w:t>
        <w:br/>
        <w:t>vt 0.754395 0.562988</w:t>
        <w:br/>
        <w:t>vt 0.755371 0.558838</w:t>
        <w:br/>
        <w:t>vt 0.757812 0.559570</w:t>
        <w:br/>
        <w:t>vt 0.747559 0.560059</w:t>
        <w:br/>
        <w:t>vt 0.756836 0.563965</w:t>
        <w:br/>
        <w:t>vt 0.760254 0.560303</w:t>
        <w:br/>
        <w:t>vt 0.752441 0.567139</w:t>
        <w:br/>
        <w:t>vt 0.747559 0.560059</w:t>
        <w:br/>
        <w:t>vt 0.754883 0.568115</w:t>
        <w:br/>
        <w:t>vt 0.745605 0.563721</w:t>
        <w:br/>
        <w:t>vt 0.757324 0.569092</w:t>
        <w:br/>
        <w:t>vt 0.740723 0.557373</w:t>
        <w:br/>
        <w:t>vt 0.740723 0.557373</w:t>
        <w:br/>
        <w:t>vt 0.738281 0.560059</w:t>
        <w:br/>
        <w:t>vt 0.740723 0.553467</w:t>
        <w:br/>
        <w:t>vt 0.735352 0.557129</w:t>
        <w:br/>
        <w:t>vt 0.735352 0.553223</w:t>
        <w:br/>
        <w:t>vt 0.735352 0.553223</w:t>
        <w:br/>
        <w:t>vt 0.759277 0.564697</w:t>
        <w:br/>
        <w:t>vt 0.765625 0.572021</w:t>
        <w:br/>
        <w:t>vt 0.769043 0.562744</w:t>
        <w:br/>
        <w:t>vt 0.767578 0.567383</w:t>
        <w:br/>
        <w:t>vt 0.768066 0.572998</w:t>
        <w:br/>
        <w:t>vt 0.770996 0.563232</w:t>
        <w:br/>
        <w:t>vt 0.770020 0.568115</w:t>
        <w:br/>
        <w:t>vt 0.770020 0.573730</w:t>
        <w:br/>
        <w:t>vt 0.773438 0.563721</w:t>
        <w:br/>
        <w:t>vt 0.773438 0.563721</w:t>
        <w:br/>
        <w:t>vt 0.771973 0.568604</w:t>
        <w:br/>
        <w:t>vt 0.775879 0.575684</w:t>
        <w:br/>
        <w:t>vt 0.779297 0.565430</w:t>
        <w:br/>
        <w:t>vt 0.778320 0.570557</w:t>
        <w:br/>
        <w:t>vt 0.779785 0.577148</w:t>
        <w:br/>
        <w:t>vt 0.781738 0.571533</w:t>
        <w:br/>
        <w:t>vt 0.783691 0.566406</w:t>
        <w:br/>
        <w:t>vt 0.780762 0.560547</w:t>
        <w:br/>
        <w:t>vt 0.779297 0.565430</w:t>
        <w:br/>
        <w:t>vt 0.783691 0.566406</w:t>
        <w:br/>
        <w:t>vt 0.785156 0.561279</w:t>
        <w:br/>
        <w:t>vt 0.786621 0.555420</w:t>
        <w:br/>
        <w:t>vt 0.782227 0.554688</w:t>
        <w:br/>
        <w:t>vt 0.782715 0.550293</w:t>
        <w:br/>
        <w:t>vt 0.787598 0.551025</w:t>
        <w:br/>
        <w:t>vt 0.782715 0.550293</w:t>
        <w:br/>
        <w:t>vt 0.787109 0.542969</w:t>
        <w:br/>
        <w:t>vt 0.787598 0.551025</w:t>
        <w:br/>
        <w:t>vt 0.445557 0.458008</w:t>
        <w:br/>
        <w:t>vt 0.445557 0.429688</w:t>
        <w:br/>
        <w:t>vt 0.453369 0.430176</w:t>
        <w:br/>
        <w:t>vt 0.453369 0.457520</w:t>
        <w:br/>
        <w:t>vt 0.895508 0.241699</w:t>
        <w:br/>
        <w:t>vt 0.908691 0.218750</w:t>
        <w:br/>
        <w:t>vt 0.898926 0.243164</w:t>
        <w:br/>
        <w:t>vt 0.911621 0.220703</w:t>
        <w:br/>
        <w:t>vt 0.475098 0.153320</w:t>
        <w:br/>
        <w:t>vt 0.478271 0.148926</w:t>
        <w:br/>
        <w:t>vt 0.479248 0.153320</w:t>
        <w:br/>
        <w:t>vt 0.473633 0.150391</w:t>
        <w:br/>
        <w:t>vt 0.453369 0.148438</w:t>
        <w:br/>
        <w:t>vt 0.458496 0.150391</w:t>
        <w:br/>
        <w:t>vt 0.457764 0.152832</w:t>
        <w:br/>
        <w:t>vt 0.452881 0.152344</w:t>
        <w:br/>
        <w:t>vt 0.453369 0.148438</w:t>
        <w:br/>
        <w:t>vt 0.478271 0.123047</w:t>
        <w:br/>
        <w:t>vt 0.478271 0.148926</w:t>
        <w:br/>
        <w:t>vt 0.482910 0.123535</w:t>
        <w:br/>
        <w:t>vt 0.478271 0.148926</w:t>
        <w:br/>
        <w:t>vt 0.478271 0.123047</w:t>
        <w:br/>
        <w:t>vt 0.482910 0.149902</w:t>
        <w:br/>
        <w:t>vt 0.482910 0.100586</w:t>
        <w:br/>
        <w:t>vt 0.453369 0.121582</w:t>
        <w:br/>
        <w:t>vt 0.478271 0.100586</w:t>
        <w:br/>
        <w:t>vt 0.478271 0.100586</w:t>
        <w:br/>
        <w:t>vt 0.478271 0.079102</w:t>
        <w:br/>
        <w:t>vt 0.482910 0.079102</w:t>
        <w:br/>
        <w:t>vt 0.453369 0.099609</w:t>
        <w:br/>
        <w:t>vt 0.478271 0.079102</w:t>
        <w:br/>
        <w:t>vt 0.453369 0.148438</w:t>
        <w:br/>
        <w:t>vt 0.449219 0.122559</w:t>
        <w:br/>
        <w:t>vt 0.453369 0.121582</w:t>
        <w:br/>
        <w:t>vt 0.449219 0.149414</w:t>
        <w:br/>
        <w:t>vt 0.449219 0.099609</w:t>
        <w:br/>
        <w:t>vt 0.453369 0.099609</w:t>
        <w:br/>
        <w:t>vt 0.453369 0.079590</w:t>
        <w:br/>
        <w:t>vt 0.453369 0.079590</w:t>
        <w:br/>
        <w:t>vt 0.449219 0.079102</w:t>
        <w:br/>
        <w:t>vt 0.453369 0.064453</w:t>
        <w:br/>
        <w:t>vt 0.453369 0.064453</w:t>
        <w:br/>
        <w:t>vt 0.449219 0.063965</w:t>
        <w:br/>
        <w:t>vt 0.478271 0.063477</w:t>
        <w:br/>
        <w:t>vt 0.478271 0.063477</w:t>
        <w:br/>
        <w:t>vt 0.482910 0.062988</w:t>
        <w:br/>
        <w:t>vt 0.453369 0.046387</w:t>
        <w:br/>
        <w:t>vt 0.453369 0.046387</w:t>
        <w:br/>
        <w:t>vt 0.449219 0.044922</w:t>
        <w:br/>
        <w:t>vt 0.478271 0.044434</w:t>
        <w:br/>
        <w:t>vt 0.478271 0.044434</w:t>
        <w:br/>
        <w:t>vt 0.482910 0.042969</w:t>
        <w:br/>
        <w:t>vt 0.453369 0.024902</w:t>
        <w:br/>
        <w:t>vt 0.453369 0.024902</w:t>
        <w:br/>
        <w:t>vt 0.449219 0.023438</w:t>
        <w:br/>
        <w:t>vt 0.453369 0.009277</w:t>
        <w:br/>
        <w:t>vt 0.449219 0.008301</w:t>
        <w:br/>
        <w:t>vt 0.453369 0.009277</w:t>
        <w:br/>
        <w:t>vt 0.478271 0.008301</w:t>
        <w:br/>
        <w:t>vt 0.478271 0.021973</w:t>
        <w:br/>
        <w:t>vt 0.478271 0.021973</w:t>
        <w:br/>
        <w:t>vt 0.482910 0.020508</w:t>
        <w:br/>
        <w:t>vt 0.478271 0.008301</w:t>
        <w:br/>
        <w:t>vt 0.482910 0.006348</w:t>
        <w:br/>
        <w:t>vt 0.458740 0.004883</w:t>
        <w:br/>
        <w:t>vt 0.453369 0.009277</w:t>
        <w:br/>
        <w:t>vt 0.452881 0.005371</w:t>
        <w:br/>
        <w:t>vt 0.459717 0.006836</w:t>
        <w:br/>
        <w:t>vt 0.473389 0.006836</w:t>
        <w:br/>
        <w:t>vt 0.475342 0.004883</w:t>
        <w:br/>
        <w:t>vt 0.479980 0.004395</w:t>
        <w:br/>
        <w:t>vt 0.752930 0.119141</w:t>
        <w:br/>
        <w:t>vt 0.757324 0.141113</w:t>
        <w:br/>
        <w:t>vt 0.757324 0.119141</w:t>
        <w:br/>
        <w:t>vt 0.752930 0.141113</w:t>
        <w:br/>
        <w:t>vt 0.752930 0.141113</w:t>
        <w:br/>
        <w:t>vt 0.752930 0.119141</w:t>
        <w:br/>
        <w:t>vt 0.749023 0.139160</w:t>
        <w:br/>
        <w:t>vt 0.749023 0.119629</w:t>
        <w:br/>
        <w:t>vt 0.752930 0.119141</w:t>
        <w:br/>
        <w:t>vt 0.746582 0.116211</w:t>
        <w:br/>
        <w:t>vt 0.749023 0.119629</w:t>
        <w:br/>
        <w:t>vt 0.750488 0.114746</w:t>
        <w:br/>
        <w:t>vt 0.743164 0.118652</w:t>
        <w:br/>
        <w:t>vt 0.746582 0.121094</w:t>
        <w:br/>
        <w:t>vt 0.746582 0.121094</w:t>
        <w:br/>
        <w:t>vt 0.745117 0.123535</w:t>
        <w:br/>
        <w:t>vt 0.745117 0.123535</w:t>
        <w:br/>
        <w:t>vt 0.745117 0.137207</w:t>
        <w:br/>
        <w:t>vt 0.740723 0.122070</w:t>
        <w:br/>
        <w:t>vt 0.740723 0.136719</w:t>
        <w:br/>
        <w:t>vt 0.745117 0.137207</w:t>
        <w:br/>
        <w:t>vt 0.715820 0.110352</w:t>
        <w:br/>
        <w:t>vt 0.737793 0.110352</w:t>
        <w:br/>
        <w:t>vt 0.715820 0.115234</w:t>
        <w:br/>
        <w:t>vt 0.737793 0.115234</w:t>
        <w:br/>
        <w:t>vt 0.735840 0.119141</w:t>
        <w:br/>
        <w:t>vt 0.715820 0.115234</w:t>
        <w:br/>
        <w:t>vt 0.737793 0.115234</w:t>
        <w:br/>
        <w:t>vt 0.716309 0.119141</w:t>
        <w:br/>
        <w:t>vt 0.716309 0.119141</w:t>
        <w:br/>
        <w:t>vt 0.711426 0.117676</w:t>
        <w:br/>
        <w:t>vt 0.715820 0.115234</w:t>
        <w:br/>
        <w:t>vt 0.712891 0.121582</w:t>
        <w:br/>
        <w:t>vt 0.715332 0.125000</w:t>
        <w:br/>
        <w:t>vt 0.717773 0.121094</w:t>
        <w:br/>
        <w:t>vt 0.717773 0.121094</w:t>
        <w:br/>
        <w:t>vt 0.718750 0.127441</w:t>
        <w:br/>
        <w:t>vt 0.720215 0.122559</w:t>
        <w:br/>
        <w:t>vt 0.720215 0.122559</w:t>
        <w:br/>
        <w:t>vt 0.733887 0.122559</w:t>
        <w:br/>
        <w:t>vt 0.733398 0.127441</w:t>
        <w:br/>
        <w:t>vt 0.733887 0.122559</w:t>
        <w:br/>
        <w:t>vt 0.737793 0.110352</w:t>
        <w:br/>
        <w:t>vt 0.715820 0.110352</w:t>
        <w:br/>
        <w:t>vt 0.715820 0.115234</w:t>
        <w:br/>
        <w:t>vt 0.737793 0.115234</w:t>
        <w:br/>
        <w:t>vt 0.737793 0.115234</w:t>
        <w:br/>
        <w:t>vt 0.715820 0.115234</w:t>
        <w:br/>
        <w:t>vt 0.735840 0.119141</w:t>
        <w:br/>
        <w:t>vt 0.716309 0.119141</w:t>
        <w:br/>
        <w:t>vt 0.715820 0.115234</w:t>
        <w:br/>
        <w:t>vt 0.716309 0.119141</w:t>
        <w:br/>
        <w:t>vt 0.711426 0.117676</w:t>
        <w:br/>
        <w:t>vt 0.717773 0.121094</w:t>
        <w:br/>
        <w:t>vt 0.717773 0.121094</w:t>
        <w:br/>
        <w:t>vt 0.715332 0.125000</w:t>
        <w:br/>
        <w:t>vt 0.720215 0.122559</w:t>
        <w:br/>
        <w:t>vt 0.720215 0.122559</w:t>
        <w:br/>
        <w:t>vt 0.733887 0.122559</w:t>
        <w:br/>
        <w:t>vt 0.718750 0.127441</w:t>
        <w:br/>
        <w:t>vt 0.733398 0.127441</w:t>
        <w:br/>
        <w:t>vt 0.733887 0.122559</w:t>
        <w:br/>
        <w:t>vt 0.688965 0.666504</w:t>
        <w:br/>
        <w:t>vt 0.691406 0.696777</w:t>
        <w:br/>
        <w:t>vt 0.691406 0.666748</w:t>
        <w:br/>
        <w:t>vt 0.688965 0.697266</w:t>
        <w:br/>
        <w:t>vt 0.686523 0.696777</w:t>
        <w:br/>
        <w:t>vt 0.686523 0.666748</w:t>
        <w:br/>
        <w:t>vt 0.716797 0.666748</w:t>
        <w:br/>
        <w:t>vt 0.716797 0.696777</w:t>
        <w:br/>
        <w:t>vt 0.719238 0.666260</w:t>
        <w:br/>
        <w:t>vt 0.719238 0.697266</w:t>
        <w:br/>
        <w:t>vt 0.721680 0.696777</w:t>
        <w:br/>
        <w:t>vt 0.721680 0.666748</w:t>
        <w:br/>
        <w:t>vt 0.893066 0.240234</w:t>
        <w:br/>
        <w:t>vt 0.908691 0.218750</w:t>
        <w:br/>
        <w:t>vt 0.895508 0.241699</w:t>
        <w:br/>
        <w:t>vt 0.906250 0.217285</w:t>
        <w:br/>
        <w:t>vt 0.898926 0.243164</w:t>
        <w:br/>
        <w:t>vt 0.894531 0.244629</w:t>
        <w:br/>
        <w:t>vt 0.895508 0.241699</w:t>
        <w:br/>
        <w:t>vt 0.897949 0.245605</w:t>
        <w:br/>
        <w:t>vt 0.911621 0.220703</w:t>
        <w:br/>
        <w:t>vt 0.910645 0.216797</w:t>
        <w:br/>
        <w:t>vt 0.913574 0.218750</w:t>
        <w:br/>
        <w:t>vt 0.908691 0.218750</w:t>
        <w:br/>
        <w:t>vt 0.615234 0.104980</w:t>
        <w:br/>
        <w:t>vt 0.616211 0.111328</w:t>
        <w:br/>
        <w:t>vt 0.616211 0.104492</w:t>
        <w:br/>
        <w:t>vt 0.615234 0.111328</w:t>
        <w:br/>
        <w:t>vt 0.615234 0.111328</w:t>
        <w:br/>
        <w:t>vt 0.615234 0.104980</w:t>
        <w:br/>
        <w:t>vt 0.611816 0.104980</w:t>
        <w:br/>
        <w:t>vt 0.614746 0.104004</w:t>
        <w:br/>
        <w:t>vt 0.611816 0.104980</w:t>
        <w:br/>
        <w:t>vt 0.615234 0.104980</w:t>
        <w:br/>
        <w:t>vt 0.610840 0.104004</w:t>
        <w:br/>
        <w:t>vt 0.607422 0.104980</w:t>
        <w:br/>
        <w:t>vt 0.606445 0.104004</w:t>
        <w:br/>
        <w:t>vt 0.611816 0.111328</w:t>
        <w:br/>
        <w:t>vt 0.611816 0.104980</w:t>
        <w:br/>
        <w:t>vt 0.607422 0.104980</w:t>
        <w:br/>
        <w:t>vt 0.611816 0.111328</w:t>
        <w:br/>
        <w:t>vt 0.615234 0.111328</w:t>
        <w:br/>
        <w:t>vt 0.611816 0.111328</w:t>
        <w:br/>
        <w:t>vt 0.615234 0.111816</w:t>
        <w:br/>
        <w:t>vt 0.611816 0.111816</w:t>
        <w:br/>
        <w:t>vt 0.608887 0.111328</w:t>
        <w:br/>
        <w:t>vt 0.608887 0.111328</w:t>
        <w:br/>
        <w:t>vt 0.608887 0.111816</w:t>
        <w:br/>
        <w:t>vt 0.606445 0.111816</w:t>
        <w:br/>
        <w:t>vt 0.607422 0.104980</w:t>
        <w:br/>
        <w:t>vt 0.606445 0.111328</w:t>
        <w:br/>
        <w:t>vt 0.608887 0.111328</w:t>
        <w:br/>
        <w:t>vt 0.606445 0.111328</w:t>
        <w:br/>
        <w:t>vt 0.604004 0.104980</w:t>
        <w:br/>
        <w:t>vt 0.604004 0.104980</w:t>
        <w:br/>
        <w:t>vt 0.603516 0.104004</w:t>
        <w:br/>
        <w:t>vt 0.601562 0.111328</w:t>
        <w:br/>
        <w:t>vt 0.604004 0.104980</w:t>
        <w:br/>
        <w:t>vt 0.601562 0.111328</w:t>
        <w:br/>
        <w:t>vt 0.606445 0.111328</w:t>
        <w:br/>
        <w:t>vt 0.601562 0.111816</w:t>
        <w:br/>
        <w:t>vt 0.597656 0.104980</w:t>
        <w:br/>
        <w:t>vt 0.597656 0.104980</w:t>
        <w:br/>
        <w:t>vt 0.597168 0.104004</w:t>
        <w:br/>
        <w:t>vt 0.592773 0.104004</w:t>
        <w:br/>
        <w:t>vt 0.596191 0.111328</w:t>
        <w:br/>
        <w:t>vt 0.596191 0.111328</w:t>
        <w:br/>
        <w:t>vt 0.595703 0.111816</w:t>
        <w:br/>
        <w:t>vt 0.589844 0.111816</w:t>
        <w:br/>
        <w:t>vt 0.592773 0.104980</w:t>
        <w:br/>
        <w:t>vt 0.592773 0.104980</w:t>
        <w:br/>
        <w:t>vt 0.585938 0.104004</w:t>
        <w:br/>
        <w:t>vt 0.589844 0.111328</w:t>
        <w:br/>
        <w:t>vt 0.589844 0.111328</w:t>
        <w:br/>
        <w:t>vt 0.583984 0.111816</w:t>
        <w:br/>
        <w:t>vt 0.585938 0.104980</w:t>
        <w:br/>
        <w:t>vt 0.585938 0.104980</w:t>
        <w:br/>
        <w:t>vt 0.583984 0.111328</w:t>
        <w:br/>
        <w:t>vt 0.583984 0.111328</w:t>
        <w:br/>
        <w:t>vt 0.581055 0.111816</w:t>
        <w:br/>
        <w:t>vt 0.580566 0.111328</w:t>
        <w:br/>
        <w:t>vt 0.579102 0.104980</w:t>
        <w:br/>
        <w:t>vt 0.579102 0.104980</w:t>
        <w:br/>
        <w:t>vt 0.580566 0.111328</w:t>
        <w:br/>
        <w:t>vt 0.579102 0.104004</w:t>
        <w:br/>
        <w:t>vt 0.575684 0.104980</w:t>
        <w:br/>
        <w:t>vt 0.575684 0.104004</w:t>
        <w:br/>
        <w:t>vt 0.575684 0.104980</w:t>
        <w:br/>
        <w:t>vt 0.345947 0.483398</w:t>
        <w:br/>
        <w:t>vt 0.345947 0.460938</w:t>
        <w:br/>
        <w:t>vt 0.349609 0.461914</w:t>
        <w:br/>
        <w:t>vt 0.349365 0.483887</w:t>
        <w:br/>
        <w:t>vt 0.345947 0.486816</w:t>
        <w:br/>
        <w:t>vt 0.349365 0.487305</w:t>
        <w:br/>
        <w:t>vt 0.345947 0.486816</w:t>
        <w:br/>
        <w:t>vt 0.349365 0.487305</w:t>
        <w:br/>
        <w:t>vt 0.345947 0.488281</w:t>
        <w:br/>
        <w:t>vt 0.349365 0.483887</w:t>
        <w:br/>
        <w:t>vt 0.349609 0.461914</w:t>
        <w:br/>
        <w:t>vt 0.361816 0.481934</w:t>
        <w:br/>
        <w:t>vt 0.349365 0.488281</w:t>
        <w:br/>
        <w:t>vt 0.349365 0.488281</w:t>
        <w:br/>
        <w:t>vt 0.345947 0.493652</w:t>
        <w:br/>
        <w:t>vt 0.345947 0.488281</w:t>
        <w:br/>
        <w:t>vt 0.363037 0.487305</w:t>
        <w:br/>
        <w:t>vt 0.349365 0.487305</w:t>
        <w:br/>
        <w:t>vt 0.362793 0.488281</w:t>
        <w:br/>
        <w:t>vt 0.363037 0.487305</w:t>
        <w:br/>
        <w:t>vt 0.349121 0.493164</w:t>
        <w:br/>
        <w:t>vt 0.362793 0.488281</w:t>
        <w:br/>
        <w:t>vt 0.349121 0.493164</w:t>
        <w:br/>
        <w:t>vt 0.349365 0.488281</w:t>
        <w:br/>
        <w:t>vt 0.349365 0.494629</w:t>
        <w:br/>
        <w:t>vt 0.345947 0.494629</w:t>
        <w:br/>
        <w:t>vt 0.349365 0.494629</w:t>
        <w:br/>
        <w:t>vt 0.345947 0.506592</w:t>
        <w:br/>
        <w:t>vt 0.345947 0.494629</w:t>
        <w:br/>
        <w:t>vt 0.364014 0.493164</w:t>
        <w:br/>
        <w:t>vt 0.369385 0.487793</w:t>
        <w:br/>
        <w:t>vt 0.369385 0.487793</w:t>
        <w:br/>
        <w:t>vt 0.369629 0.488281</w:t>
        <w:br/>
        <w:t>vt 0.356689 0.461914</w:t>
        <w:br/>
        <w:t>vt 0.348633 0.458496</w:t>
        <w:br/>
        <w:t>vt 0.356689 0.461914</w:t>
        <w:br/>
        <w:t>vt 0.349609 0.461914</w:t>
        <w:br/>
        <w:t>vt 0.357178 0.458496</w:t>
        <w:br/>
        <w:t>vt 0.369629 0.461914</w:t>
        <w:br/>
        <w:t>vt 0.370117 0.458496</w:t>
        <w:br/>
        <w:t>vt 0.369385 0.480957</w:t>
        <w:br/>
        <w:t>vt 0.369629 0.461914</w:t>
        <w:br/>
        <w:t>vt 0.369629 0.461914</w:t>
        <w:br/>
        <w:t>vt 0.373047 0.479980</w:t>
        <w:br/>
        <w:t>vt 0.369385 0.480957</w:t>
        <w:br/>
        <w:t>vt 0.373047 0.460938</w:t>
        <w:br/>
        <w:t>vt 0.373047 0.487793</w:t>
        <w:br/>
        <w:t>vt 0.369385 0.487793</w:t>
        <w:br/>
        <w:t>vt 0.373047 0.488770</w:t>
        <w:br/>
        <w:t>vt 0.373047 0.487793</w:t>
        <w:br/>
        <w:t>vt 0.369141 0.493164</w:t>
        <w:br/>
        <w:t>vt 0.369629 0.488281</w:t>
        <w:br/>
        <w:t>vt 0.373047 0.488770</w:t>
        <w:br/>
        <w:t>vt 0.369141 0.493164</w:t>
        <w:br/>
        <w:t>vt 0.373047 0.494629</w:t>
        <w:br/>
        <w:t>vt 0.369141 0.493164</w:t>
        <w:br/>
        <w:t>vt 0.373047 0.494629</w:t>
        <w:br/>
        <w:t>vt 0.369141 0.494629</w:t>
        <w:br/>
        <w:t>vt 0.373047 0.495605</w:t>
        <w:br/>
        <w:t>vt 0.364502 0.495117</w:t>
        <w:br/>
        <w:t>vt 0.373047 0.495605</w:t>
        <w:br/>
        <w:t>vt 0.369385 0.502930</w:t>
        <w:br/>
        <w:t>vt 0.369141 0.494629</w:t>
        <w:br/>
        <w:t>vt 0.369385 0.502930</w:t>
        <w:br/>
        <w:t>vt 0.369141 0.494629</w:t>
        <w:br/>
        <w:t>vt 0.373047 0.502930</w:t>
        <w:br/>
        <w:t>vt 0.373047 0.522461</w:t>
        <w:br/>
        <w:t>vt 0.366211 0.503662</w:t>
        <w:br/>
        <w:t>vt 0.349365 0.494629</w:t>
        <w:br/>
        <w:t>vt 0.349609 0.506348</w:t>
        <w:br/>
        <w:t>vt 0.349609 0.506348</w:t>
        <w:br/>
        <w:t>vt 0.369141 0.522705</w:t>
        <w:br/>
        <w:t>vt 0.369141 0.522705</w:t>
        <w:br/>
        <w:t>vt 0.345947 0.525879</w:t>
        <w:br/>
        <w:t>vt 0.368896 0.531494</w:t>
        <w:br/>
        <w:t>vt 0.373047 0.531494</w:t>
        <w:br/>
        <w:t>vt 0.349854 0.525879</w:t>
        <w:br/>
        <w:t>vt 0.368896 0.531494</w:t>
        <w:br/>
        <w:t>vt 0.349854 0.525879</w:t>
        <w:br/>
        <w:t>vt 0.349854 0.531494</w:t>
        <w:br/>
        <w:t>vt 0.349854 0.531494</w:t>
        <w:br/>
        <w:t>vt 0.345947 0.531494</w:t>
        <w:br/>
        <w:t>vt 0.365723 0.258301</w:t>
        <w:br/>
        <w:t>vt 0.365723 0.263672</w:t>
        <w:br/>
        <w:t>vt 0.364502 0.263672</w:t>
        <w:br/>
        <w:t>vt 0.364258 0.258301</w:t>
        <w:br/>
        <w:t>vt 0.365723 0.247559</w:t>
        <w:br/>
        <w:t>vt 0.364258 0.247559</w:t>
        <w:br/>
        <w:t>vt 0.365723 0.238770</w:t>
        <w:br/>
        <w:t>vt 0.357178 0.263672</w:t>
        <w:br/>
        <w:t>vt 0.364258 0.258301</w:t>
        <w:br/>
        <w:t>vt 0.364502 0.263672</w:t>
        <w:br/>
        <w:t>vt 0.364258 0.238770</w:t>
        <w:br/>
        <w:t>vt 0.365723 0.232422</w:t>
        <w:br/>
        <w:t>vt 0.356934 0.258301</w:t>
        <w:br/>
        <w:t>vt 0.364258 0.247559</w:t>
        <w:br/>
        <w:t>vt 0.356689 0.247070</w:t>
        <w:br/>
        <w:t>vt 0.364258 0.238770</w:t>
        <w:br/>
        <w:t>vt 0.364258 0.232422</w:t>
        <w:br/>
        <w:t>vt 0.365723 0.227539</w:t>
        <w:br/>
        <w:t>vt 0.356689 0.238281</w:t>
        <w:br/>
        <w:t>vt 0.364258 0.232422</w:t>
        <w:br/>
        <w:t>vt 0.364502 0.264648</w:t>
        <w:br/>
        <w:t>vt 0.357178 0.263672</w:t>
        <w:br/>
        <w:t>vt 0.364502 0.263672</w:t>
        <w:br/>
        <w:t>vt 0.357178 0.264648</w:t>
        <w:br/>
        <w:t>vt 0.349854 0.264648</w:t>
        <w:br/>
        <w:t>vt 0.349854 0.263672</w:t>
        <w:br/>
        <w:t>vt 0.349854 0.263672</w:t>
        <w:br/>
        <w:t>vt 0.341797 0.263184</w:t>
        <w:br/>
        <w:t>vt 0.341797 0.264648</w:t>
        <w:br/>
        <w:t>vt 0.333984 0.264648</w:t>
        <w:br/>
        <w:t>vt 0.333740 0.263184</w:t>
        <w:br/>
        <w:t>vt 0.349365 0.258301</w:t>
        <w:br/>
        <w:t>vt 0.341797 0.263184</w:t>
        <w:br/>
        <w:t>vt 0.341309 0.257812</w:t>
        <w:br/>
        <w:t>vt 0.333740 0.263184</w:t>
        <w:br/>
        <w:t>vt 0.348877 0.247070</w:t>
        <w:br/>
        <w:t>vt 0.333496 0.257812</w:t>
        <w:br/>
        <w:t>vt 0.340820 0.246582</w:t>
        <w:br/>
        <w:t>vt 0.348877 0.237793</w:t>
        <w:br/>
        <w:t>vt 0.333496 0.257812</w:t>
        <w:br/>
        <w:t>vt 0.333740 0.263184</w:t>
        <w:br/>
        <w:t>vt 0.332031 0.257812</w:t>
        <w:br/>
        <w:t>vt 0.332031 0.263184</w:t>
        <w:br/>
        <w:t>vt 0.332031 0.246582</w:t>
        <w:br/>
        <w:t>vt 0.333252 0.246582</w:t>
        <w:br/>
        <w:t>vt 0.333252 0.246582</w:t>
        <w:br/>
        <w:t>vt 0.332031 0.237305</w:t>
        <w:br/>
        <w:t>vt 0.340576 0.237793</w:t>
        <w:br/>
        <w:t>vt 0.333008 0.237305</w:t>
        <w:br/>
        <w:t>vt 0.333008 0.237305</w:t>
        <w:br/>
        <w:t>vt 0.332031 0.230469</w:t>
        <w:br/>
        <w:t>vt 0.348877 0.231445</w:t>
        <w:br/>
        <w:t>vt 0.333008 0.230469</w:t>
        <w:br/>
        <w:t>vt 0.332031 0.225586</w:t>
        <w:br/>
        <w:t>vt 0.340576 0.230957</w:t>
        <w:br/>
        <w:t>vt 0.333008 0.230469</w:t>
        <w:br/>
        <w:t>vt 0.333008 0.225586</w:t>
        <w:br/>
        <w:t>vt 0.332031 0.218262</w:t>
        <w:br/>
        <w:t>vt 0.340820 0.226074</w:t>
        <w:br/>
        <w:t>vt 0.333008 0.225586</w:t>
        <w:br/>
        <w:t>vt 0.333008 0.218262</w:t>
        <w:br/>
        <w:t>vt 0.332031 0.212402</w:t>
        <w:br/>
        <w:t>vt 0.340820 0.219238</w:t>
        <w:br/>
        <w:t>vt 0.333008 0.218262</w:t>
        <w:br/>
        <w:t>vt 0.348877 0.226562</w:t>
        <w:br/>
        <w:t>vt 0.333008 0.212402</w:t>
        <w:br/>
        <w:t>vt 0.332031 0.205566</w:t>
        <w:br/>
        <w:t>vt 0.340820 0.213379</w:t>
        <w:br/>
        <w:t>vt 0.333008 0.212402</w:t>
        <w:br/>
        <w:t>vt 0.349121 0.219727</w:t>
        <w:br/>
        <w:t>vt 0.333252 0.205566</w:t>
        <w:br/>
        <w:t>vt 0.332031 0.197754</w:t>
        <w:br/>
        <w:t>vt 0.341064 0.206543</w:t>
        <w:br/>
        <w:t>vt 0.333252 0.205566</w:t>
        <w:br/>
        <w:t>vt 0.349121 0.213867</w:t>
        <w:br/>
        <w:t>vt 0.349121 0.207031</w:t>
        <w:br/>
        <w:t>vt 0.340820 0.198242</w:t>
        <w:br/>
        <w:t>vt 0.349121 0.198730</w:t>
        <w:br/>
        <w:t>vt 0.333008 0.197754</w:t>
        <w:br/>
        <w:t>vt 0.333008 0.197754</w:t>
        <w:br/>
        <w:t>vt 0.333008 0.192383</w:t>
        <w:br/>
        <w:t>vt 0.332031 0.192383</w:t>
        <w:br/>
        <w:t>vt 0.332031 0.184570</w:t>
        <w:br/>
        <w:t>vt 0.332520 0.184570</w:t>
        <w:br/>
        <w:t>vt 0.333008 0.192383</w:t>
        <w:br/>
        <w:t>vt 0.332520 0.184570</w:t>
        <w:br/>
        <w:t>vt 0.338379 0.184570</w:t>
        <w:br/>
        <w:t>vt 0.340820 0.192871</w:t>
        <w:br/>
        <w:t>vt 0.341553 0.184570</w:t>
        <w:br/>
        <w:t>vt 0.348877 0.192871</w:t>
        <w:br/>
        <w:t>vt 0.348633 0.184570</w:t>
        <w:br/>
        <w:t>vt 0.356689 0.184570</w:t>
        <w:br/>
        <w:t>vt 0.356689 0.193359</w:t>
        <w:br/>
        <w:t>vt 0.364502 0.184570</w:t>
        <w:br/>
        <w:t>vt 0.356689 0.199219</w:t>
        <w:br/>
        <w:t>vt 0.364258 0.193359</w:t>
        <w:br/>
        <w:t>vt 0.364258 0.193359</w:t>
        <w:br/>
        <w:t>vt 0.364502 0.184570</w:t>
        <w:br/>
        <w:t>vt 0.365723 0.184570</w:t>
        <w:br/>
        <w:t>vt 0.365723 0.193359</w:t>
        <w:br/>
        <w:t>vt 0.364258 0.199707</w:t>
        <w:br/>
        <w:t>vt 0.364258 0.199707</w:t>
        <w:br/>
        <w:t>vt 0.365723 0.199707</w:t>
        <w:br/>
        <w:t>vt 0.356934 0.207520</w:t>
        <w:br/>
        <w:t>vt 0.364258 0.208008</w:t>
        <w:br/>
        <w:t>vt 0.364258 0.208008</w:t>
        <w:br/>
        <w:t>vt 0.365723 0.208008</w:t>
        <w:br/>
        <w:t>vt 0.365723 0.215332</w:t>
        <w:br/>
        <w:t>vt 0.356934 0.214355</w:t>
        <w:br/>
        <w:t>vt 0.364258 0.215332</w:t>
        <w:br/>
        <w:t>vt 0.364258 0.215332</w:t>
        <w:br/>
        <w:t>vt 0.365723 0.220703</w:t>
        <w:br/>
        <w:t>vt 0.356934 0.220215</w:t>
        <w:br/>
        <w:t>vt 0.364258 0.220703</w:t>
        <w:br/>
        <w:t>vt 0.364258 0.220703</w:t>
        <w:br/>
        <w:t>vt 0.356689 0.227051</w:t>
        <w:br/>
        <w:t>vt 0.364258 0.227539</w:t>
        <w:br/>
        <w:t>vt 0.364258 0.227539</w:t>
        <w:br/>
        <w:t>vt 0.356689 0.231934</w:t>
        <w:br/>
        <w:t>vt 0.185791 0.254395</w:t>
        <w:br/>
        <w:t>vt 0.210571 0.250000</w:t>
        <w:br/>
        <w:t>vt 0.210693 0.254395</w:t>
        <w:br/>
        <w:t>vt 0.185791 0.250000</w:t>
        <w:br/>
        <w:t>vt 0.160889 0.254395</w:t>
        <w:br/>
        <w:t>vt 0.185791 0.250000</w:t>
        <w:br/>
        <w:t>vt 0.210327 0.229980</w:t>
        <w:br/>
        <w:t>vt 0.210571 0.250000</w:t>
        <w:br/>
        <w:t>vt 0.160889 0.250977</w:t>
        <w:br/>
        <w:t>vt 0.139771 0.254395</w:t>
        <w:br/>
        <w:t>vt 0.119385 0.250977</w:t>
        <w:br/>
        <w:t>vt 0.119446 0.254395</w:t>
        <w:br/>
        <w:t>vt 0.160889 0.250977</w:t>
        <w:br/>
        <w:t>vt 0.186157 0.229980</w:t>
        <w:br/>
        <w:t>vt 0.139771 0.250977</w:t>
        <w:br/>
        <w:t>vt 0.214844 0.229980</w:t>
        <w:br/>
        <w:t>vt 0.210571 0.250000</w:t>
        <w:br/>
        <w:t>vt 0.210327 0.229980</w:t>
        <w:br/>
        <w:t>vt 0.214844 0.250000</w:t>
        <w:br/>
        <w:t>vt 0.214844 0.199219</w:t>
        <w:br/>
        <w:t>vt 0.210083 0.199219</w:t>
        <w:br/>
        <w:t>vt 0.210083 0.199219</w:t>
        <w:br/>
        <w:t>vt 0.214844 0.174805</w:t>
        <w:br/>
        <w:t>vt 0.209961 0.174805</w:t>
        <w:br/>
        <w:t>vt 0.214844 0.155273</w:t>
        <w:br/>
        <w:t>vt 0.186890 0.198730</w:t>
        <w:br/>
        <w:t>vt 0.209961 0.174805</w:t>
        <w:br/>
        <w:t>vt 0.209961 0.155273</w:t>
        <w:br/>
        <w:t>vt 0.186768 0.174316</w:t>
        <w:br/>
        <w:t>vt 0.209961 0.155273</w:t>
        <w:br/>
        <w:t>vt 0.178833 0.198730</w:t>
        <w:br/>
        <w:t>vt 0.210083 0.141602</w:t>
        <w:br/>
        <w:t>vt 0.214844 0.141602</w:t>
        <w:br/>
        <w:t>vt 0.214844 0.121094</w:t>
        <w:br/>
        <w:t>vt 0.161377 0.229980</w:t>
        <w:br/>
        <w:t>vt 0.139771 0.250977</w:t>
        <w:br/>
        <w:t>vt 0.174683 0.173828</w:t>
        <w:br/>
        <w:t>vt 0.162231 0.198242</w:t>
        <w:br/>
        <w:t>vt 0.139648 0.229492</w:t>
        <w:br/>
        <w:t>vt 0.119263 0.229004</w:t>
        <w:br/>
        <w:t>vt 0.119385 0.250977</w:t>
        <w:br/>
        <w:t>vt 0.139771 0.197266</w:t>
        <w:br/>
        <w:t>vt 0.162842 0.173828</w:t>
        <w:br/>
        <w:t>vt 0.178223 0.154785</w:t>
        <w:br/>
        <w:t>vt 0.168457 0.154785</w:t>
        <w:br/>
        <w:t>vt 0.187012 0.154785</w:t>
        <w:br/>
        <w:t>vt 0.210083 0.141602</w:t>
        <w:br/>
        <w:t>vt 0.172119 0.140625</w:t>
        <w:br/>
        <w:t>vt 0.163086 0.154297</w:t>
        <w:br/>
        <w:t>vt 0.187256 0.141113</w:t>
        <w:br/>
        <w:t>vt 0.163086 0.140625</w:t>
        <w:br/>
        <w:t>vt 0.154785 0.153809</w:t>
        <w:br/>
        <w:t>vt 0.181030 0.141113</w:t>
        <w:br/>
        <w:t>vt 0.139771 0.172363</w:t>
        <w:br/>
        <w:t>vt 0.210449 0.121094</w:t>
        <w:br/>
        <w:t>vt 0.210449 0.121094</w:t>
        <w:br/>
        <w:t>vt 0.187622 0.120605</w:t>
        <w:br/>
        <w:t>vt 0.210693 0.104980</w:t>
        <w:br/>
        <w:t>vt 0.210693 0.104980</w:t>
        <w:br/>
        <w:t>vt 0.214844 0.104492</w:t>
        <w:br/>
        <w:t>vt 0.214844 0.084473</w:t>
        <w:br/>
        <w:t>vt 0.211060 0.084473</w:t>
        <w:br/>
        <w:t>vt 0.214844 0.060059</w:t>
        <w:br/>
        <w:t>vt 0.187134 0.104980</w:t>
        <w:br/>
        <w:t>vt 0.211060 0.084473</w:t>
        <w:br/>
        <w:t>vt 0.172119 0.120605</w:t>
        <w:br/>
        <w:t>vt 0.211426 0.060059</w:t>
        <w:br/>
        <w:t>vt 0.214844 0.042480</w:t>
        <w:br/>
        <w:t>vt 0.186523 0.084473</w:t>
        <w:br/>
        <w:t>vt 0.211426 0.060059</w:t>
        <w:br/>
        <w:t>vt 0.174072 0.104492</w:t>
        <w:br/>
        <w:t>vt 0.211792 0.042480</w:t>
        <w:br/>
        <w:t>vt 0.214844 0.030762</w:t>
        <w:br/>
        <w:t>vt 0.189331 0.061035</w:t>
        <w:br/>
        <w:t>vt 0.211792 0.042480</w:t>
        <w:br/>
        <w:t>vt 0.211914 0.030273</w:t>
        <w:br/>
        <w:t>vt 0.211792 0.017578</w:t>
        <w:br/>
        <w:t>vt 0.191528 0.043457</w:t>
        <w:br/>
        <w:t>vt 0.211914 0.030273</w:t>
        <w:br/>
        <w:t>vt 0.186768 0.061035</w:t>
        <w:br/>
        <w:t>vt 0.176392 0.084473</w:t>
        <w:br/>
        <w:t>vt 0.168457 0.104004</w:t>
        <w:br/>
        <w:t>vt 0.182007 0.060547</w:t>
        <w:br/>
        <w:t>vt 0.163086 0.119629</w:t>
        <w:br/>
        <w:t>vt 0.163818 0.083496</w:t>
        <w:br/>
        <w:t>vt 0.163330 0.103516</w:t>
        <w:br/>
        <w:t>vt 0.154907 0.103516</w:t>
        <w:br/>
        <w:t>vt 0.154785 0.119629</w:t>
        <w:br/>
        <w:t>vt 0.141113 0.119141</w:t>
        <w:br/>
        <w:t>vt 0.150391 0.103516</w:t>
        <w:br/>
        <w:t>vt 0.144653 0.083008</w:t>
        <w:br/>
        <w:t>vt 0.142700 0.103027</w:t>
        <w:br/>
        <w:t>vt 0.148926 0.139648</w:t>
        <w:br/>
        <w:t>vt 0.138184 0.103027</w:t>
        <w:br/>
        <w:t>vt 0.139893 0.153320</w:t>
        <w:br/>
        <w:t>vt 0.139893 0.139160</w:t>
        <w:br/>
        <w:t>vt 0.119385 0.138184</w:t>
        <w:br/>
        <w:t>vt 0.119385 0.152344</w:t>
        <w:br/>
        <w:t>vt 0.119385 0.171387</w:t>
        <w:br/>
        <w:t>vt 0.115784 0.152344</w:t>
        <w:br/>
        <w:t>vt 0.119385 0.138184</w:t>
        <w:br/>
        <w:t>vt 0.119385 0.152344</w:t>
        <w:br/>
        <w:t>vt 0.119385 0.171387</w:t>
        <w:br/>
        <w:t>vt 0.115784 0.138184</w:t>
        <w:br/>
        <w:t>vt 0.115784 0.171387</w:t>
        <w:br/>
        <w:t>vt 0.119385 0.117676</w:t>
        <w:br/>
        <w:t>vt 0.119385 0.117676</w:t>
        <w:br/>
        <w:t>vt 0.115784 0.117676</w:t>
        <w:br/>
        <w:t>vt 0.119263 0.196289</w:t>
        <w:br/>
        <w:t>vt 0.119263 0.196289</w:t>
        <w:br/>
        <w:t>vt 0.115784 0.196289</w:t>
        <w:br/>
        <w:t>vt 0.119263 0.229004</w:t>
        <w:br/>
        <w:t>vt 0.115784 0.229004</w:t>
        <w:br/>
        <w:t>vt 0.119385 0.250977</w:t>
        <w:br/>
        <w:t>vt 0.115784 0.250977</w:t>
        <w:br/>
        <w:t>vt 0.119446 0.102051</w:t>
        <w:br/>
        <w:t>vt 0.119446 0.102051</w:t>
        <w:br/>
        <w:t>vt 0.115784 0.102051</w:t>
        <w:br/>
        <w:t>vt 0.134277 0.083008</w:t>
        <w:br/>
        <w:t>vt 0.119568 0.082031</w:t>
        <w:br/>
        <w:t>vt 0.119568 0.082031</w:t>
        <w:br/>
        <w:t>vt 0.115784 0.081543</w:t>
        <w:br/>
        <w:t>vt 0.119568 0.058105</w:t>
        <w:br/>
        <w:t>vt 0.115784 0.058105</w:t>
        <w:br/>
        <w:t>vt 0.130127 0.060059</w:t>
        <w:br/>
        <w:t>vt 0.119568 0.058105</w:t>
        <w:br/>
        <w:t>vt 0.119568 0.041504</w:t>
        <w:br/>
        <w:t>vt 0.115784 0.041016</w:t>
        <w:br/>
        <w:t>vt 0.127197 0.042969</w:t>
        <w:br/>
        <w:t>vt 0.119568 0.041504</w:t>
        <w:br/>
        <w:t>vt 0.137573 0.059570</w:t>
        <w:br/>
        <w:t>vt 0.132080 0.042480</w:t>
        <w:br/>
        <w:t>vt 0.142334 0.060059</w:t>
        <w:br/>
        <w:t>vt 0.152710 0.060059</w:t>
        <w:br/>
        <w:t>vt 0.141724 0.043457</w:t>
        <w:br/>
        <w:t>vt 0.164062 0.060547</w:t>
        <w:br/>
        <w:t>vt 0.172852 0.060059</w:t>
        <w:br/>
        <w:t>vt 0.164185 0.043945</w:t>
        <w:br/>
        <w:t>vt 0.181763 0.043457</w:t>
        <w:br/>
        <w:t>vt 0.187500 0.043457</w:t>
        <w:br/>
        <w:t>vt 0.164185 0.033691</w:t>
        <w:br/>
        <w:t>vt 0.186401 0.033203</w:t>
        <w:br/>
        <w:t>vt 0.192749 0.033203</w:t>
        <w:br/>
        <w:t>vt 0.190186 0.033203</w:t>
        <w:br/>
        <w:t>vt 0.209595 0.017578</w:t>
        <w:br/>
        <w:t>vt 0.209595 0.017578</w:t>
        <w:br/>
        <w:t>vt 0.192993 0.020996</w:t>
        <w:br/>
        <w:t>vt 0.190918 0.020996</w:t>
        <w:br/>
        <w:t>vt 0.210327 0.014160</w:t>
        <w:br/>
        <w:t>vt 0.211914 0.014160</w:t>
        <w:br/>
        <w:t>vt 0.212280 0.012207</w:t>
        <w:br/>
        <w:t>vt 0.193726 0.016113</w:t>
        <w:br/>
        <w:t>vt 0.210327 0.014160</w:t>
        <w:br/>
        <w:t>vt 0.210693 0.011230</w:t>
        <w:br/>
        <w:t>vt 0.213013 0.007324</w:t>
        <w:br/>
        <w:t>vt 0.194580 0.013184</w:t>
        <w:br/>
        <w:t>vt 0.210693 0.011230</w:t>
        <w:br/>
        <w:t>vt 0.211060 0.007324</w:t>
        <w:br/>
        <w:t>vt 0.213379 0.003418</w:t>
        <w:br/>
        <w:t>vt 0.211670 0.003418</w:t>
        <w:br/>
        <w:t>vt 0.195557 0.008301</w:t>
        <w:br/>
        <w:t>vt 0.211060 0.007324</w:t>
        <w:br/>
        <w:t>vt 0.211670 0.003418</w:t>
        <w:br/>
        <w:t>vt 0.195068 0.003418</w:t>
        <w:br/>
        <w:t>vt 0.185669 0.008301</w:t>
        <w:br/>
        <w:t>vt 0.185791 0.003418</w:t>
        <w:br/>
        <w:t>vt 0.184814 0.012207</w:t>
        <w:br/>
        <w:t>vt 0.164917 0.008301</w:t>
        <w:br/>
        <w:t>vt 0.165039 0.003418</w:t>
        <w:br/>
        <w:t>vt 0.185059 0.016113</w:t>
        <w:br/>
        <w:t>vt 0.164795 0.013184</w:t>
        <w:br/>
        <w:t>vt 0.141846 0.007812</w:t>
        <w:br/>
        <w:t>vt 0.141602 0.003418</w:t>
        <w:br/>
        <w:t>vt 0.120361 0.003418</w:t>
        <w:br/>
        <w:t>vt 0.142212 0.012695</w:t>
        <w:br/>
        <w:t>vt 0.120667 0.007324</w:t>
        <w:br/>
        <w:t>vt 0.120667 0.007324</w:t>
        <w:br/>
        <w:t>vt 0.117981 0.003418</w:t>
        <w:br/>
        <w:t>vt 0.120361 0.003418</w:t>
        <w:br/>
        <w:t>vt 0.117859 0.007324</w:t>
        <w:br/>
        <w:t>vt 0.121460 0.010742</w:t>
        <w:br/>
        <w:t>vt 0.121460 0.010742</w:t>
        <w:br/>
        <w:t>vt 0.118958 0.011719</w:t>
        <w:br/>
        <w:t>vt 0.121887 0.014648</w:t>
        <w:br/>
        <w:t>vt 0.119873 0.015137</w:t>
        <w:br/>
        <w:t>vt 0.125000 0.015625</w:t>
        <w:br/>
        <w:t>vt 0.120667 0.018555</w:t>
        <w:br/>
        <w:t>vt 0.119751 0.019531</w:t>
        <w:br/>
        <w:t>vt 0.142456 0.017090</w:t>
        <w:br/>
        <w:t>vt 0.119385 0.030762</w:t>
        <w:br/>
        <w:t>vt 0.115784 0.030273</w:t>
        <w:br/>
        <w:t>vt 0.122681 0.019531</w:t>
        <w:br/>
        <w:t>vt 0.124878 0.031738</w:t>
        <w:br/>
        <w:t>vt 0.119385 0.030762</w:t>
        <w:br/>
        <w:t>vt 0.124878 0.020508</w:t>
        <w:br/>
        <w:t>vt 0.128784 0.031738</w:t>
        <w:br/>
        <w:t>vt 0.127686 0.020996</w:t>
        <w:br/>
        <w:t>vt 0.134399 0.032715</w:t>
        <w:br/>
        <w:t>vt 0.142090 0.033203</w:t>
        <w:br/>
        <w:t>vt 0.142456 0.021973</w:t>
        <w:br/>
        <w:t>vt 0.164185 0.022461</w:t>
        <w:br/>
        <w:t>vt 0.164429 0.017578</w:t>
        <w:br/>
        <w:t>vt 0.185059 0.020996</w:t>
        <w:br/>
        <w:t>vt 0.527344 0.480957</w:t>
        <w:br/>
        <w:t>vt 0.531738 0.479492</w:t>
        <w:br/>
        <w:t>vt 0.529297 0.482422</w:t>
        <w:br/>
        <w:t>vt 0.527344 0.477051</w:t>
        <w:br/>
        <w:t>vt 0.532227 0.474121</w:t>
        <w:br/>
        <w:t>vt 0.528809 0.473145</w:t>
        <w:br/>
        <w:t>vt 0.533203 0.458984</w:t>
        <w:br/>
        <w:t>vt 0.527344 0.480957</w:t>
        <w:br/>
        <w:t>vt 0.518555 0.476074</w:t>
        <w:br/>
        <w:t>vt 0.527344 0.477051</w:t>
        <w:br/>
        <w:t>vt 0.528809 0.473145</w:t>
        <w:br/>
        <w:t>vt 0.529297 0.458984</w:t>
        <w:br/>
        <w:t>vt 0.518066 0.471680</w:t>
        <w:br/>
        <w:t>vt 0.529297 0.458984</w:t>
        <w:br/>
        <w:t>vt 0.529297 0.437012</w:t>
        <w:br/>
        <w:t>vt 0.533203 0.437012</w:t>
        <w:br/>
        <w:t>vt 0.533203 0.415527</w:t>
        <w:br/>
        <w:t>vt 0.529297 0.415527</w:t>
        <w:br/>
        <w:t>vt 0.529297 0.437012</w:t>
        <w:br/>
        <w:t>vt 0.517578 0.458008</w:t>
        <w:br/>
        <w:t>vt 0.529297 0.415527</w:t>
        <w:br/>
        <w:t>vt 0.516602 0.436035</w:t>
        <w:br/>
        <w:t>vt 0.506836 0.472656</w:t>
        <w:br/>
        <w:t>vt 0.505371 0.457520</w:t>
        <w:br/>
        <w:t>vt 0.516113 0.414551</w:t>
        <w:br/>
        <w:t>vt 0.506836 0.472656</w:t>
        <w:br/>
        <w:t>vt 0.500977 0.458008</w:t>
        <w:br/>
        <w:t>vt 0.505371 0.457520</w:t>
        <w:br/>
        <w:t>vt 0.502441 0.410156</w:t>
        <w:br/>
        <w:t>vt 0.516113 0.414551</w:t>
        <w:br/>
        <w:t>vt 0.501465 0.414062</w:t>
        <w:br/>
        <w:t>vt 0.502930 0.473633</w:t>
        <w:br/>
        <w:t>vt 0.517090 0.410645</w:t>
        <w:br/>
        <w:t>vt 0.499268 0.435547</w:t>
        <w:br/>
        <w:t>vt 0.529297 0.415527</w:t>
        <w:br/>
        <w:t>vt 0.530273 0.411621</w:t>
        <w:br/>
        <w:t>vt 0.503418 0.435547</w:t>
        <w:br/>
        <w:t>vt 0.503418 0.435547</w:t>
        <w:br/>
        <w:t>vt 0.501465 0.414062</w:t>
        <w:br/>
        <w:t>vt 0.497559 0.414551</w:t>
        <w:br/>
        <w:t>vt 0.501465 0.414062</w:t>
        <w:br/>
        <w:t>vt 0.507812 0.476074</w:t>
        <w:br/>
        <w:t>vt 0.507812 0.476074</w:t>
        <w:br/>
        <w:t>vt 0.503418 0.478516</w:t>
        <w:br/>
        <w:t>vt 0.508301 0.479492</w:t>
        <w:br/>
        <w:t>vt 0.506836 0.480469</w:t>
        <w:br/>
        <w:t>vt 0.519043 0.479980</w:t>
        <w:br/>
        <w:t>vt 0.508301 0.479492</w:t>
        <w:br/>
        <w:t>vt 0.508789 0.480957</w:t>
        <w:br/>
        <w:t>vt 0.518555 0.481934</w:t>
        <w:br/>
        <w:t>vt 0.518066 0.485840</w:t>
        <w:br/>
        <w:t>vt 0.508789 0.480957</w:t>
        <w:br/>
        <w:t>vt 0.518555 0.481934</w:t>
        <w:br/>
        <w:t>vt 0.508301 0.484375</w:t>
        <w:br/>
        <w:t>vt 0.528809 0.486328</w:t>
        <w:br/>
        <w:t>vt 0.527832 0.482910</w:t>
        <w:br/>
        <w:t>vt 0.527832 0.482910</w:t>
        <w:br/>
        <w:t>vt 0.255371 0.646729</w:t>
        <w:br/>
        <w:t>vt 0.256348 0.644287</w:t>
        <w:br/>
        <w:t>vt 0.256348 0.646729</w:t>
        <w:br/>
        <w:t>vt 0.255371 0.644287</w:t>
        <w:br/>
        <w:t>vt 0.254395 0.646729</w:t>
        <w:br/>
        <w:t>vt 0.255371 0.644287</w:t>
        <w:br/>
        <w:t>vt 0.255371 0.646729</w:t>
        <w:br/>
        <w:t>vt 0.255371 0.642578</w:t>
        <w:br/>
        <w:t>vt 0.256348 0.642578</w:t>
        <w:br/>
        <w:t>vt 0.254395 0.644287</w:t>
        <w:br/>
        <w:t>vt 0.255371 0.642578</w:t>
        <w:br/>
        <w:t>vt 0.254395 0.644287</w:t>
        <w:br/>
        <w:t>vt 0.254395 0.646729</w:t>
        <w:br/>
        <w:t>vt 0.253418 0.644287</w:t>
        <w:br/>
        <w:t>vt 0.253418 0.646729</w:t>
        <w:br/>
        <w:t>vt 0.254395 0.642578</w:t>
        <w:br/>
        <w:t>vt 0.254395 0.642578</w:t>
        <w:br/>
        <w:t>vt 0.252441 0.646729</w:t>
        <w:br/>
        <w:t>vt 0.252441 0.644287</w:t>
        <w:br/>
        <w:t>vt 0.253418 0.646729</w:t>
        <w:br/>
        <w:t>vt 0.253418 0.644287</w:t>
        <w:br/>
        <w:t>vt 0.252441 0.642578</w:t>
        <w:br/>
        <w:t>vt 0.253418 0.642578</w:t>
        <w:br/>
        <w:t>vt 0.253418 0.642578</w:t>
        <w:br/>
        <w:t>vt 0.252441 0.638184</w:t>
        <w:br/>
        <w:t>vt 0.255371 0.638184</w:t>
        <w:br/>
        <w:t>vt 0.255371 0.638184</w:t>
        <w:br/>
        <w:t>vt 0.256348 0.638184</w:t>
        <w:br/>
        <w:t>vt 0.255371 0.633789</w:t>
        <w:br/>
        <w:t>vt 0.254395 0.638184</w:t>
        <w:br/>
        <w:t>vt 0.254395 0.638184</w:t>
        <w:br/>
        <w:t>vt 0.255371 0.633789</w:t>
        <w:br/>
        <w:t>vt 0.253418 0.638184</w:t>
        <w:br/>
        <w:t>vt 0.253418 0.638184</w:t>
        <w:br/>
        <w:t>vt 0.252441 0.633789</w:t>
        <w:br/>
        <w:t>vt 0.256348 0.633789</w:t>
        <w:br/>
        <w:t>vt 0.256348 0.629395</w:t>
        <w:br/>
        <w:t>vt 0.253418 0.633789</w:t>
        <w:br/>
        <w:t>vt 0.252441 0.629395</w:t>
        <w:br/>
        <w:t>vt 0.254395 0.633789</w:t>
        <w:br/>
        <w:t>vt 0.253418 0.633789</w:t>
        <w:br/>
        <w:t>vt 0.254395 0.633789</w:t>
        <w:br/>
        <w:t>vt 0.253418 0.629395</w:t>
        <w:br/>
        <w:t>vt 0.253418 0.629395</w:t>
        <w:br/>
        <w:t>vt 0.255371 0.629395</w:t>
        <w:br/>
        <w:t>vt 0.255371 0.629395</w:t>
        <w:br/>
        <w:t>vt 0.256348 0.625977</w:t>
        <w:br/>
        <w:t>vt 0.254395 0.629395</w:t>
        <w:br/>
        <w:t>vt 0.254395 0.629395</w:t>
        <w:br/>
        <w:t>vt 0.253418 0.625977</w:t>
        <w:br/>
        <w:t>vt 0.253418 0.625977</w:t>
        <w:br/>
        <w:t>vt 0.252441 0.625977</w:t>
        <w:br/>
        <w:t>vt 0.252441 0.623291</w:t>
        <w:br/>
        <w:t>vt 0.254395 0.625977</w:t>
        <w:br/>
        <w:t>vt 0.254395 0.625977</w:t>
        <w:br/>
        <w:t>vt 0.253418 0.623291</w:t>
        <w:br/>
        <w:t>vt 0.253418 0.623291</w:t>
        <w:br/>
        <w:t>vt 0.253418 0.621094</w:t>
        <w:br/>
        <w:t>vt 0.252441 0.621094</w:t>
        <w:br/>
        <w:t>vt 0.252441 0.618652</w:t>
        <w:br/>
        <w:t>vt 0.254395 0.623291</w:t>
        <w:br/>
        <w:t>vt 0.253418 0.621094</w:t>
        <w:br/>
        <w:t>vt 0.255371 0.625977</w:t>
        <w:br/>
        <w:t>vt 0.255371 0.625977</w:t>
        <w:br/>
        <w:t>vt 0.256348 0.623291</w:t>
        <w:br/>
        <w:t>vt 0.255371 0.623291</w:t>
        <w:br/>
        <w:t>vt 0.255371 0.623291</w:t>
        <w:br/>
        <w:t>vt 0.254395 0.623291</w:t>
        <w:br/>
        <w:t>vt 0.256348 0.621094</w:t>
        <w:br/>
        <w:t>vt 0.254395 0.621094</w:t>
        <w:br/>
        <w:t>vt 0.254395 0.621094</w:t>
        <w:br/>
        <w:t>vt 0.253418 0.618652</w:t>
        <w:br/>
        <w:t>vt 0.253418 0.618652</w:t>
        <w:br/>
        <w:t>vt 0.253418 0.615479</w:t>
        <w:br/>
        <w:t>vt 0.252441 0.615479</w:t>
        <w:br/>
        <w:t>vt 0.254395 0.618652</w:t>
        <w:br/>
        <w:t>vt 0.253418 0.615479</w:t>
        <w:br/>
        <w:t>vt 0.255371 0.621094</w:t>
        <w:br/>
        <w:t>vt 0.255371 0.621094</w:t>
        <w:br/>
        <w:t>vt 0.256348 0.618652</w:t>
        <w:br/>
        <w:t>vt 0.255371 0.618652</w:t>
        <w:br/>
        <w:t>vt 0.255371 0.618652</w:t>
        <w:br/>
        <w:t>vt 0.254395 0.618652</w:t>
        <w:br/>
        <w:t>vt 0.256348 0.615479</w:t>
        <w:br/>
        <w:t>vt 0.254395 0.615479</w:t>
        <w:br/>
        <w:t>vt 0.254395 0.615479</w:t>
        <w:br/>
        <w:t>vt 0.255371 0.615479</w:t>
        <w:br/>
        <w:t>vt 0.255371 0.615479</w:t>
        <w:br/>
        <w:t>vt 0.256348 0.612793</w:t>
        <w:br/>
        <w:t>vt 0.253418 0.612793</w:t>
        <w:br/>
        <w:t>vt 0.253418 0.612793</w:t>
        <w:br/>
        <w:t>vt 0.252441 0.612793</w:t>
        <w:br/>
        <w:t>vt 0.254395 0.612793</w:t>
        <w:br/>
        <w:t>vt 0.254395 0.612793</w:t>
        <w:br/>
        <w:t>vt 0.255371 0.612793</w:t>
        <w:br/>
        <w:t>vt 0.255371 0.612793</w:t>
        <w:br/>
        <w:t>vt 0.256348 0.609131</w:t>
        <w:br/>
        <w:t>vt 0.253418 0.609131</w:t>
        <w:br/>
        <w:t>vt 0.253418 0.609131</w:t>
        <w:br/>
        <w:t>vt 0.252441 0.609131</w:t>
        <w:br/>
        <w:t>vt 0.254395 0.609131</w:t>
        <w:br/>
        <w:t>vt 0.254395 0.609131</w:t>
        <w:br/>
        <w:t>vt 0.255371 0.609131</w:t>
        <w:br/>
        <w:t>vt 0.255371 0.609131</w:t>
        <w:br/>
        <w:t>vt 0.256348 0.605469</w:t>
        <w:br/>
        <w:t>vt 0.253418 0.605469</w:t>
        <w:br/>
        <w:t>vt 0.253418 0.605469</w:t>
        <w:br/>
        <w:t>vt 0.252441 0.605469</w:t>
        <w:br/>
        <w:t>vt 0.252441 0.601807</w:t>
        <w:br/>
        <w:t>vt 0.253418 0.601807</w:t>
        <w:br/>
        <w:t>vt 0.253418 0.601807</w:t>
        <w:br/>
        <w:t>vt 0.254395 0.601807</w:t>
        <w:br/>
        <w:t>vt 0.254395 0.605469</w:t>
        <w:br/>
        <w:t>vt 0.254395 0.605469</w:t>
        <w:br/>
        <w:t>vt 0.254395 0.601807</w:t>
        <w:br/>
        <w:t>vt 0.255371 0.605469</w:t>
        <w:br/>
        <w:t>vt 0.255371 0.605469</w:t>
        <w:br/>
        <w:t>vt 0.255371 0.601807</w:t>
        <w:br/>
        <w:t>vt 0.255371 0.601807</w:t>
        <w:br/>
        <w:t>vt 0.256348 0.601807</w:t>
        <w:br/>
        <w:t>vt 0.914551 0.232910</w:t>
        <w:br/>
        <w:t>vt 0.914551 0.220703</w:t>
        <w:br/>
        <w:t>vt 0.911133 0.231934</w:t>
        <w:br/>
        <w:t>vt 0.910645 0.240234</w:t>
        <w:br/>
        <w:t>vt 0.900391 0.245605</w:t>
        <w:br/>
        <w:t>vt 0.907715 0.237305</w:t>
        <w:br/>
        <w:t>vt 0.907715 0.237305</w:t>
        <w:br/>
        <w:t>vt 0.911133 0.231934</w:t>
        <w:br/>
        <w:t>vt 0.705078 0.995018</w:t>
        <w:br/>
        <w:t>vt 0.698730 0.992325</w:t>
        <w:br/>
        <w:t>vt 0.698730 0.994663</w:t>
        <w:br/>
        <w:t>vt 0.705078 0.992691</w:t>
        <w:br/>
        <w:t>vt 0.734375 0.995007</w:t>
        <w:br/>
        <w:t>vt 0.734375 0.992680</w:t>
        <w:br/>
        <w:t>vt 0.740723 0.994617</w:t>
        <w:br/>
        <w:t>vt 0.740723 0.992268</w:t>
        <w:br/>
        <w:t>vt 0.705078 0.988426</w:t>
        <w:br/>
        <w:t>vt 0.698730 0.992325</w:t>
        <w:br/>
        <w:t>vt 0.705078 0.992691</w:t>
        <w:br/>
        <w:t>vt 0.734375 0.992680</w:t>
        <w:br/>
        <w:t>vt 0.740723 0.992268</w:t>
        <w:br/>
        <w:t>vt 0.733887 0.988411</w:t>
        <w:br/>
        <w:t>vt 0.699219 0.988068</w:t>
        <w:br/>
        <w:t>vt 0.696777 0.987389</w:t>
        <w:br/>
        <w:t>vt 0.698730 0.992325</w:t>
        <w:br/>
        <w:t>vt 0.699219 0.988068</w:t>
        <w:br/>
        <w:t>vt 0.696289 0.991943</w:t>
        <w:br/>
        <w:t>vt 0.701172 0.982956</w:t>
        <w:br/>
        <w:t>vt 0.701172 0.982956</w:t>
        <w:br/>
        <w:t>vt 0.706543 0.984726</w:t>
        <w:br/>
        <w:t>vt 0.699219 0.981506</w:t>
        <w:br/>
        <w:t>vt 0.707520 0.977951</w:t>
        <w:br/>
        <w:t>vt 0.707520 0.977951</w:t>
        <w:br/>
        <w:t>vt 0.706543 0.975922</w:t>
        <w:br/>
        <w:t>vt 0.710449 0.981705</w:t>
        <w:br/>
        <w:t>vt 0.714355 0.973175</w:t>
        <w:br/>
        <w:t>vt 0.714844 0.975464</w:t>
        <w:br/>
        <w:t>vt 0.714844 0.975464</w:t>
        <w:br/>
        <w:t>vt 0.716309 0.979706</w:t>
        <w:br/>
        <w:t>vt 0.724609 0.973160</w:t>
        <w:br/>
        <w:t>vt 0.723145 0.979675</w:t>
        <w:br/>
        <w:t>vt 0.724609 0.975449</w:t>
        <w:br/>
        <w:t>vt 0.724609 0.975449</w:t>
        <w:br/>
        <w:t>vt 0.732910 0.975891</w:t>
        <w:br/>
        <w:t>vt 0.728516 0.981644</w:t>
        <w:br/>
        <w:t>vt 0.731934 0.977921</w:t>
        <w:br/>
        <w:t>vt 0.731934 0.977921</w:t>
        <w:br/>
        <w:t>vt 0.732422 0.984703</w:t>
        <w:br/>
        <w:t>vt 0.738281 0.982895</w:t>
        <w:br/>
        <w:t>vt 0.738281 0.982895</w:t>
        <w:br/>
        <w:t>vt 0.739746 0.981491</w:t>
        <w:br/>
        <w:t>vt 0.740234 0.987999</w:t>
        <w:br/>
        <w:t>vt 0.740234 0.987999</w:t>
        <w:br/>
        <w:t>vt 0.742188 0.987350</w:t>
        <w:br/>
        <w:t>vt 0.740723 0.992268</w:t>
        <w:br/>
        <w:t>vt 0.743164 0.991859</w:t>
        <w:br/>
        <w:t>vt 0.698730 0.992325</w:t>
        <w:br/>
        <w:t>vt 0.696777 0.987389</w:t>
        <w:br/>
        <w:t>vt 0.696289 0.991943</w:t>
        <w:br/>
        <w:t>vt 0.699219 0.988068</w:t>
        <w:br/>
        <w:t>vt 0.699219 0.981506</w:t>
        <w:br/>
        <w:t>vt 0.701172 0.982956</w:t>
        <w:br/>
        <w:t>vt 0.706543 0.975922</w:t>
        <w:br/>
        <w:t>vt 0.705078 0.988426</w:t>
        <w:br/>
        <w:t>vt 0.699219 0.988068</w:t>
        <w:br/>
        <w:t>vt 0.698730 0.992325</w:t>
        <w:br/>
        <w:t>vt 0.701172 0.982956</w:t>
        <w:br/>
        <w:t>vt 0.707520 0.977951</w:t>
        <w:br/>
        <w:t>vt 0.714355 0.973175</w:t>
        <w:br/>
        <w:t>vt 0.706543 0.984726</w:t>
        <w:br/>
        <w:t>vt 0.707520 0.977951</w:t>
        <w:br/>
        <w:t>vt 0.710449 0.981705</w:t>
        <w:br/>
        <w:t>vt 0.714844 0.975464</w:t>
        <w:br/>
        <w:t>vt 0.714844 0.975464</w:t>
        <w:br/>
        <w:t>vt 0.716309 0.979706</w:t>
        <w:br/>
        <w:t>vt 0.723145 0.979675</w:t>
        <w:br/>
        <w:t>vt 0.724609 0.975449</w:t>
        <w:br/>
        <w:t>vt 0.724609 0.975449</w:t>
        <w:br/>
        <w:t>vt 0.724609 0.973160</w:t>
        <w:br/>
        <w:t>vt 0.728516 0.981644</w:t>
        <w:br/>
        <w:t>vt 0.731934 0.977921</w:t>
        <w:br/>
        <w:t>vt 0.731934 0.977921</w:t>
        <w:br/>
        <w:t>vt 0.732910 0.975891</w:t>
        <w:br/>
        <w:t>vt 0.732422 0.984703</w:t>
        <w:br/>
        <w:t>vt 0.739746 0.981491</w:t>
        <w:br/>
        <w:t>vt 0.738281 0.982895</w:t>
        <w:br/>
        <w:t>vt 0.738281 0.982895</w:t>
        <w:br/>
        <w:t>vt 0.733887 0.988411</w:t>
        <w:br/>
        <w:t>vt 0.740234 0.987999</w:t>
        <w:br/>
        <w:t>vt 0.740234 0.987999</w:t>
        <w:br/>
        <w:t>vt 0.742188 0.987350</w:t>
        <w:br/>
        <w:t>vt 0.740723 0.992268</w:t>
        <w:br/>
        <w:t>vt 0.740723 0.992268</w:t>
        <w:br/>
        <w:t>vt 0.743164 0.991859</w:t>
        <w:br/>
        <w:t>vt 0.734375 0.992680</w:t>
        <w:br/>
        <w:t>vt 0.705078 0.992691</w:t>
        <w:br/>
        <w:t>vt 0.698730 0.994663</w:t>
        <w:br/>
        <w:t>vt 0.705078 0.992691</w:t>
        <w:br/>
        <w:t>vt 0.698730 0.992325</w:t>
        <w:br/>
        <w:t>vt 0.705078 0.995018</w:t>
        <w:br/>
        <w:t>vt 0.734375 0.992680</w:t>
        <w:br/>
        <w:t>vt 0.734375 0.995007</w:t>
        <w:br/>
        <w:t>vt 0.740723 0.992268</w:t>
        <w:br/>
        <w:t>vt 0.740723 0.994617</w:t>
        <w:br/>
        <w:t>vt 0.445557 0.429688</w:t>
        <w:br/>
        <w:t>vt 0.453369 0.422363</w:t>
        <w:br/>
        <w:t>vt 0.453369 0.430176</w:t>
        <w:br/>
        <w:t>vt 0.456543 0.427734</w:t>
        <w:br/>
        <w:t>vt 0.453369 0.422363</w:t>
        <w:br/>
        <w:t>vt 0.456543 0.422363</w:t>
        <w:br/>
        <w:t>vt 0.453369 0.430176</w:t>
        <w:br/>
        <w:t>vt 0.445557 0.422363</w:t>
        <w:br/>
        <w:t>vt 0.445557 0.422363</w:t>
        <w:br/>
        <w:t>vt 0.442871 0.426758</w:t>
        <w:br/>
        <w:t>vt 0.442871 0.422363</w:t>
        <w:br/>
        <w:t>vt 0.445557 0.429688</w:t>
        <w:br/>
        <w:t>vt 0.432861 0.463867</w:t>
        <w:br/>
        <w:t>vt 0.436279 0.460938</w:t>
        <w:br/>
        <w:t>vt 0.436523 0.463867</w:t>
        <w:br/>
        <w:t>vt 0.432617 0.462402</w:t>
        <w:br/>
        <w:t>vt 0.432373 0.459961</w:t>
        <w:br/>
        <w:t>vt 0.437012 0.458496</w:t>
        <w:br/>
        <w:t>vt 0.432861 0.463867</w:t>
        <w:br/>
        <w:t>vt 0.426270 0.464355</w:t>
        <w:br/>
        <w:t>vt 0.432617 0.462402</w:t>
        <w:br/>
        <w:t>vt 0.432617 0.457520</w:t>
        <w:br/>
        <w:t>vt 0.426270 0.462402</w:t>
        <w:br/>
        <w:t>vt 0.432373 0.459961</w:t>
        <w:br/>
        <w:t>vt 0.425781 0.460449</w:t>
        <w:br/>
        <w:t>vt 0.432617 0.457520</w:t>
        <w:br/>
        <w:t>vt 0.433838 0.456055</w:t>
        <w:br/>
        <w:t>vt 0.437012 0.456055</w:t>
        <w:br/>
        <w:t>vt 0.425781 0.456543</w:t>
        <w:br/>
        <w:t>vt 0.433838 0.456055</w:t>
        <w:br/>
        <w:t>vt 0.425049 0.460449</w:t>
        <w:br/>
        <w:t>vt 0.425781 0.460449</w:t>
        <w:br/>
        <w:t>vt 0.424805 0.456543</w:t>
        <w:br/>
        <w:t>vt 0.425781 0.456543</w:t>
        <w:br/>
        <w:t>vt 0.425293 0.444824</w:t>
        <w:br/>
        <w:t>vt 0.424805 0.456543</w:t>
        <w:br/>
        <w:t>vt 0.425049 0.460449</w:t>
        <w:br/>
        <w:t>vt 0.417969 0.460938</w:t>
        <w:br/>
        <w:t>vt 0.416992 0.457031</w:t>
        <w:br/>
        <w:t>vt 0.425049 0.462402</w:t>
        <w:br/>
        <w:t>vt 0.426270 0.464355</w:t>
        <w:br/>
        <w:t>vt 0.418457 0.462891</w:t>
        <w:br/>
        <w:t>vt 0.425049 0.462402</w:t>
        <w:br/>
        <w:t>vt 0.416504 0.460938</w:t>
        <w:br/>
        <w:t>vt 0.416016 0.457031</w:t>
        <w:br/>
        <w:t>vt 0.416992 0.462891</w:t>
        <w:br/>
        <w:t>vt 0.418457 0.462891</w:t>
        <w:br/>
        <w:t>vt 0.418945 0.464844</w:t>
        <w:br/>
        <w:t>vt 0.417236 0.464844</w:t>
        <w:br/>
        <w:t>vt 0.418945 0.464844</w:t>
        <w:br/>
        <w:t>vt 0.411133 0.465820</w:t>
        <w:br/>
        <w:t>vt 0.417236 0.464844</w:t>
        <w:br/>
        <w:t>vt 0.425049 0.464355</w:t>
        <w:br/>
        <w:t>vt 0.425049 0.464355</w:t>
        <w:br/>
        <w:t>vt 0.418701 0.466797</w:t>
        <w:br/>
        <w:t>vt 0.425049 0.464355</w:t>
        <w:br/>
        <w:t>vt 0.418945 0.464844</w:t>
        <w:br/>
        <w:t>vt 0.425049 0.466309</w:t>
        <w:br/>
        <w:t>vt 0.425049 0.466309</w:t>
        <w:br/>
        <w:t>vt 0.426270 0.467773</w:t>
        <w:br/>
        <w:t>vt 0.426270 0.467773</w:t>
        <w:br/>
        <w:t>vt 0.432861 0.463867</w:t>
        <w:br/>
        <w:t>vt 0.426270 0.464355</w:t>
        <w:br/>
        <w:t>vt 0.433105 0.467773</w:t>
        <w:br/>
        <w:t>vt 0.417969 0.467773</w:t>
        <w:br/>
        <w:t>vt 0.417969 0.467773</w:t>
        <w:br/>
        <w:t>vt 0.411133 0.465820</w:t>
        <w:br/>
        <w:t>vt 0.417236 0.464844</w:t>
        <w:br/>
        <w:t>vt 0.410645 0.467773</w:t>
        <w:br/>
        <w:t>vt 0.410645 0.463867</w:t>
        <w:br/>
        <w:t>vt 0.410645 0.463867</w:t>
        <w:br/>
        <w:t>vt 0.411133 0.465820</w:t>
        <w:br/>
        <w:t>vt 0.408936 0.464844</w:t>
        <w:br/>
        <w:t>vt 0.408691 0.466309</w:t>
        <w:br/>
        <w:t>vt 0.409912 0.462402</w:t>
        <w:br/>
        <w:t>vt 0.409912 0.462402</w:t>
        <w:br/>
        <w:t>vt 0.406738 0.460938</w:t>
        <w:br/>
        <w:t>vt 0.409180 0.458496</w:t>
        <w:br/>
        <w:t>vt 0.408203 0.458008</w:t>
        <w:br/>
        <w:t>vt 0.404297 0.458984</w:t>
        <w:br/>
        <w:t>vt 0.404297 0.441406</w:t>
        <w:br/>
        <w:t>vt 0.415527 0.445312</w:t>
        <w:br/>
        <w:t>vt 0.407471 0.440918</w:t>
        <w:br/>
        <w:t>vt 0.407471 0.440918</w:t>
        <w:br/>
        <w:t>vt 0.404297 0.428223</w:t>
        <w:br/>
        <w:t>vt 0.407471 0.426270</w:t>
        <w:br/>
        <w:t>vt 0.404297 0.413086</w:t>
        <w:br/>
        <w:t>vt 0.415039 0.441406</w:t>
        <w:br/>
        <w:t>vt 0.407471 0.426270</w:t>
        <w:br/>
        <w:t>vt 0.415039 0.441406</w:t>
        <w:br/>
        <w:t>vt 0.416992 0.445312</w:t>
        <w:br/>
        <w:t>vt 0.415527 0.445312</w:t>
        <w:br/>
        <w:t>vt 0.407471 0.413086</w:t>
        <w:br/>
        <w:t>vt 0.404297 0.398438</w:t>
        <w:br/>
        <w:t>vt 0.416504 0.440918</w:t>
        <w:br/>
        <w:t>vt 0.423828 0.444824</w:t>
        <w:br/>
        <w:t>vt 0.416992 0.445312</w:t>
        <w:br/>
        <w:t>vt 0.416504 0.440918</w:t>
        <w:br/>
        <w:t>vt 0.414795 0.426270</w:t>
        <w:br/>
        <w:t>vt 0.414795 0.426270</w:t>
        <w:br/>
        <w:t>vt 0.414551 0.413574</w:t>
        <w:br/>
        <w:t>vt 0.407471 0.413086</w:t>
        <w:br/>
        <w:t>vt 0.416504 0.426270</w:t>
        <w:br/>
        <w:t>vt 0.414551 0.413574</w:t>
        <w:br/>
        <w:t>vt 0.424072 0.440918</w:t>
        <w:br/>
        <w:t>vt 0.416504 0.426270</w:t>
        <w:br/>
        <w:t>vt 0.423828 0.444824</w:t>
        <w:br/>
        <w:t>vt 0.424072 0.440918</w:t>
        <w:br/>
        <w:t>vt 0.425537 0.440918</w:t>
        <w:br/>
        <w:t>vt 0.425293 0.444824</w:t>
        <w:br/>
        <w:t>vt 0.424072 0.425781</w:t>
        <w:br/>
        <w:t>vt 0.432861 0.441895</w:t>
        <w:br/>
        <w:t>vt 0.425537 0.440918</w:t>
        <w:br/>
        <w:t>vt 0.432861 0.441895</w:t>
        <w:br/>
        <w:t>vt 0.437012 0.440918</w:t>
        <w:br/>
        <w:t>vt 0.437012 0.427246</w:t>
        <w:br/>
        <w:t>vt 0.425537 0.425781</w:t>
        <w:br/>
        <w:t>vt 0.425537 0.425781</w:t>
        <w:br/>
        <w:t>vt 0.424072 0.425781</w:t>
        <w:br/>
        <w:t>vt 0.432617 0.425781</w:t>
        <w:br/>
        <w:t>vt 0.432617 0.425781</w:t>
        <w:br/>
        <w:t>vt 0.437012 0.414062</w:t>
        <w:br/>
        <w:t>vt 0.432861 0.413574</w:t>
        <w:br/>
        <w:t>vt 0.432861 0.413574</w:t>
        <w:br/>
        <w:t>vt 0.437012 0.398438</w:t>
        <w:br/>
        <w:t>vt 0.426025 0.413574</w:t>
        <w:br/>
        <w:t>vt 0.426025 0.413574</w:t>
        <w:br/>
        <w:t>vt 0.432129 0.399414</w:t>
        <w:br/>
        <w:t>vt 0.432129 0.399414</w:t>
        <w:br/>
        <w:t>vt 0.432617 0.384766</w:t>
        <w:br/>
        <w:t>vt 0.437012 0.384277</w:t>
        <w:br/>
        <w:t>vt 0.426758 0.398926</w:t>
        <w:br/>
        <w:t>vt 0.424316 0.413086</w:t>
        <w:br/>
        <w:t>vt 0.426758 0.398926</w:t>
        <w:br/>
        <w:t>vt 0.424316 0.413086</w:t>
        <w:br/>
        <w:t>vt 0.432129 0.374512</w:t>
        <w:br/>
        <w:t>vt 0.437012 0.374512</w:t>
        <w:br/>
        <w:t>vt 0.427490 0.385254</w:t>
        <w:br/>
        <w:t>vt 0.427490 0.374512</w:t>
        <w:br/>
        <w:t>vt 0.427490 0.385254</w:t>
        <w:br/>
        <w:t>vt 0.425781 0.374512</w:t>
        <w:br/>
        <w:t>vt 0.427490 0.374512</w:t>
        <w:br/>
        <w:t>vt 0.426025 0.385254</w:t>
        <w:br/>
        <w:t>vt 0.425293 0.398926</w:t>
        <w:br/>
        <w:t>vt 0.415771 0.413086</w:t>
        <w:br/>
        <w:t>vt 0.425293 0.398926</w:t>
        <w:br/>
        <w:t>vt 0.415771 0.413086</w:t>
        <w:br/>
        <w:t>vt 0.414307 0.398926</w:t>
        <w:br/>
        <w:t>vt 0.414307 0.398926</w:t>
        <w:br/>
        <w:t>vt 0.426025 0.385254</w:t>
        <w:br/>
        <w:t>vt 0.415039 0.385742</w:t>
        <w:br/>
        <w:t>vt 0.425781 0.374512</w:t>
        <w:br/>
        <w:t>vt 0.414307 0.374512</w:t>
        <w:br/>
        <w:t>vt 0.413330 0.398926</w:t>
        <w:br/>
        <w:t>vt 0.414307 0.374512</w:t>
        <w:br/>
        <w:t>vt 0.413574 0.385742</w:t>
        <w:br/>
        <w:t>vt 0.412842 0.374512</w:t>
        <w:br/>
        <w:t>vt 0.407959 0.398438</w:t>
        <w:br/>
        <w:t>vt 0.413574 0.385742</w:t>
        <w:br/>
        <w:t>vt 0.407959 0.398438</w:t>
        <w:br/>
        <w:t>vt 0.412842 0.374512</w:t>
        <w:br/>
        <w:t>vt 0.407959 0.386230</w:t>
        <w:br/>
        <w:t>vt 0.407959 0.386230</w:t>
        <w:br/>
        <w:t>vt 0.407227 0.374512</w:t>
        <w:br/>
        <w:t>vt 0.404297 0.386230</w:t>
        <w:br/>
        <w:t>vt 0.407227 0.374512</w:t>
        <w:br/>
        <w:t>vt 0.404297 0.374512</w:t>
        <w:br/>
        <w:t>vt 0.056885 0.732178</w:t>
        <w:br/>
        <w:t>vt 0.056885 0.750366</w:t>
        <w:br/>
        <w:t>vt 0.050629 0.750366</w:t>
        <w:br/>
        <w:t>vt 0.050598 0.731934</w:t>
        <w:br/>
        <w:t>vt 0.050598 0.731934</w:t>
        <w:br/>
        <w:t>vt 0.050629 0.750366</w:t>
        <w:br/>
        <w:t>vt 0.041382 0.750244</w:t>
        <w:br/>
        <w:t>vt 0.050262 0.713379</w:t>
        <w:br/>
        <w:t>vt 0.056885 0.713379</w:t>
        <w:br/>
        <w:t>vt 0.050262 0.713379</w:t>
        <w:br/>
        <w:t>vt 0.045105 0.730713</w:t>
        <w:br/>
        <w:t>vt 0.050201 0.703369</w:t>
        <w:br/>
        <w:t>vt 0.056885 0.702393</w:t>
        <w:br/>
        <w:t>vt 0.051819 0.694580</w:t>
        <w:br/>
        <w:t>vt 0.048370 0.713135</w:t>
        <w:br/>
        <w:t>vt 0.050201 0.703369</w:t>
        <w:br/>
        <w:t>vt 0.039673 0.725830</w:t>
        <w:br/>
        <w:t>vt 0.039673 0.711182</w:t>
        <w:br/>
        <w:t>vt 0.039673 0.703613</w:t>
        <w:br/>
        <w:t>vt 0.039673 0.729492</w:t>
        <w:br/>
        <w:t>vt 0.039673 0.698730</w:t>
        <w:br/>
        <w:t>vt 0.045441 0.696289</w:t>
        <w:br/>
        <w:t>vt 0.045441 0.696289</w:t>
        <w:br/>
        <w:t>vt 0.045563 0.692383</w:t>
        <w:br/>
        <w:t>vt 0.051727 0.692383</w:t>
        <w:br/>
        <w:t>vt 0.049591 0.689697</w:t>
        <w:br/>
        <w:t>vt 0.055389 0.689697</w:t>
        <w:br/>
        <w:t>vt 0.039673 0.692383</w:t>
        <w:br/>
        <w:t>vt 0.045563 0.692383</w:t>
        <w:br/>
        <w:t>vt 0.045563 0.687988</w:t>
        <w:br/>
        <w:t>vt 0.030243 0.692383</w:t>
        <w:br/>
        <w:t>vt 0.030243 0.698730</w:t>
        <w:br/>
        <w:t>vt 0.039673 0.687988</w:t>
        <w:br/>
        <w:t>vt 0.030243 0.692383</w:t>
        <w:br/>
        <w:t>vt 0.045563 0.682617</w:t>
        <w:br/>
        <w:t>vt 0.039673 0.682617</w:t>
        <w:br/>
        <w:t>vt 0.030243 0.687988</w:t>
        <w:br/>
        <w:t>vt 0.030243 0.682617</w:t>
        <w:br/>
        <w:t>vt 0.022141 0.682617</w:t>
        <w:br/>
        <w:t>vt 0.022141 0.692383</w:t>
        <w:br/>
        <w:t>vt 0.022141 0.692383</w:t>
        <w:br/>
        <w:t>vt 0.022141 0.698730</w:t>
        <w:br/>
        <w:t>vt 0.022141 0.687988</w:t>
        <w:br/>
        <w:t>vt 0.015930 0.682617</w:t>
        <w:br/>
        <w:t>vt 0.015930 0.687988</w:t>
        <w:br/>
        <w:t>vt 0.015930 0.692383</w:t>
        <w:br/>
        <w:t>vt 0.015945 0.696045</w:t>
        <w:br/>
        <w:t>vt 0.009483 0.695068</w:t>
        <w:br/>
        <w:t>vt 0.015930 0.692383</w:t>
        <w:br/>
        <w:t>vt 0.015945 0.696045</w:t>
        <w:br/>
        <w:t>vt 0.013130 0.702637</w:t>
        <w:br/>
        <w:t>vt 0.013130 0.702637</w:t>
        <w:br/>
        <w:t>vt 0.022141 0.703125</w:t>
        <w:br/>
        <w:t>vt 0.009613 0.692383</w:t>
        <w:br/>
        <w:t>vt 0.006390 0.701904</w:t>
        <w:br/>
        <w:t>vt 0.012550 0.690674</w:t>
        <w:br/>
        <w:t>vt 0.007030 0.690674</w:t>
        <w:br/>
        <w:t>vt 0.013046 0.705811</w:t>
        <w:br/>
        <w:t>vt 0.013046 0.705811</w:t>
        <w:br/>
        <w:t>vt 0.006390 0.705078</w:t>
        <w:br/>
        <w:t>vt 0.022141 0.707764</w:t>
        <w:br/>
        <w:t>vt 0.006390 0.723633</w:t>
        <w:br/>
        <w:t>vt 0.013008 0.723877</w:t>
        <w:br/>
        <w:t>vt 0.013008 0.723877</w:t>
        <w:br/>
        <w:t>vt 0.022141 0.722900</w:t>
        <w:br/>
        <w:t>vt 0.022141 0.727295</w:t>
        <w:br/>
        <w:t>vt 0.021912 0.729492</w:t>
        <w:br/>
        <w:t>vt 0.013519 0.741455</w:t>
        <w:br/>
        <w:t>vt 0.013519 0.741455</w:t>
        <w:br/>
        <w:t>vt 0.006390 0.741943</w:t>
        <w:br/>
        <w:t>vt 0.006390 0.751099</w:t>
        <w:br/>
        <w:t>vt 0.013443 0.751099</w:t>
        <w:br/>
        <w:t>vt 0.021301 0.744385</w:t>
        <w:br/>
        <w:t>vt 0.013443 0.751099</w:t>
        <w:br/>
        <w:t>vt 0.036987 0.750244</w:t>
        <w:br/>
        <w:t>vt 0.020981 0.750977</w:t>
        <w:br/>
        <w:t>vt 0.041382 0.750244</w:t>
        <w:br/>
        <w:t>vt 0.050629 0.750366</w:t>
        <w:br/>
        <w:t>vt 0.044006 0.754639</w:t>
        <w:br/>
        <w:t>vt 0.050537 0.757324</w:t>
        <w:br/>
        <w:t>vt 0.045654 0.757324</w:t>
        <w:br/>
        <w:t>vt 0.040863 0.754639</w:t>
        <w:br/>
        <w:t>vt 0.035858 0.752930</w:t>
        <w:br/>
        <w:t>vt 0.036621 0.754639</w:t>
        <w:br/>
        <w:t>vt 0.036987 0.750244</w:t>
        <w:br/>
        <w:t>vt 0.024704 0.752930</w:t>
        <w:br/>
        <w:t>vt 0.020981 0.750977</w:t>
        <w:br/>
        <w:t>vt 0.023788 0.755493</w:t>
        <w:br/>
        <w:t>vt 0.016418 0.755493</w:t>
        <w:br/>
        <w:t>vt 0.013443 0.751099</w:t>
        <w:br/>
        <w:t>vt 0.014839 0.758789</w:t>
        <w:br/>
        <w:t>vt 0.011757 0.758789</w:t>
        <w:br/>
        <w:t>vt 0.104919 0.280273</w:t>
        <w:br/>
        <w:t>vt 0.105225 0.272949</w:t>
        <w:br/>
        <w:t>vt 0.111084 0.272949</w:t>
        <w:br/>
        <w:t>vt 0.110718 0.281738</w:t>
        <w:br/>
        <w:t>vt 0.110718 0.281738</w:t>
        <w:br/>
        <w:t>vt 0.109314 0.289062</w:t>
        <w:br/>
        <w:t>vt 0.104919 0.280273</w:t>
        <w:br/>
        <w:t>vt 0.122925 0.281250</w:t>
        <w:br/>
        <w:t>vt 0.122925 0.272949</w:t>
        <w:br/>
        <w:t>vt 0.142822 0.272949</w:t>
        <w:br/>
        <w:t>vt 0.122925 0.290039</w:t>
        <w:br/>
        <w:t>vt 0.142822 0.280762</w:t>
        <w:br/>
        <w:t>vt 0.167358 0.272949</w:t>
        <w:br/>
        <w:t>vt 0.167358 0.280273</w:t>
        <w:br/>
        <w:t>vt 0.187378 0.272949</w:t>
        <w:br/>
        <w:t>vt 0.142822 0.290527</w:t>
        <w:br/>
        <w:t>vt 0.187378 0.280762</w:t>
        <w:br/>
        <w:t>vt 0.202881 0.272949</w:t>
        <w:br/>
        <w:t>vt 0.167358 0.289551</w:t>
        <w:br/>
        <w:t>vt 0.210327 0.272949</w:t>
        <w:br/>
        <w:t>vt 0.209229 0.281738</w:t>
        <w:br/>
        <w:t>vt 0.202881 0.282227</w:t>
        <w:br/>
        <w:t>vt 0.202881 0.282227</w:t>
        <w:br/>
        <w:t>vt 0.209229 0.281738</w:t>
        <w:br/>
        <w:t>vt 0.202881 0.289062</w:t>
        <w:br/>
        <w:t>vt 0.187378 0.289551</w:t>
        <w:br/>
        <w:t>vt 0.142822 0.314453</w:t>
        <w:br/>
        <w:t>vt 0.167358 0.314453</w:t>
        <w:br/>
        <w:t>vt 0.187378 0.314453</w:t>
        <w:br/>
        <w:t>vt 0.122925 0.314453</w:t>
        <w:br/>
        <w:t>vt 0.109314 0.314453</w:t>
        <w:br/>
        <w:t>vt 0.142822 0.323242</w:t>
        <w:br/>
        <w:t>vt 0.122925 0.323730</w:t>
        <w:br/>
        <w:t>vt 0.109070 0.323730</w:t>
        <w:br/>
        <w:t>vt 0.148315 0.323242</w:t>
        <w:br/>
        <w:t>vt 0.122925 0.325195</w:t>
        <w:br/>
        <w:t>vt 0.107300 0.325195</w:t>
        <w:br/>
        <w:t>vt 0.100342 0.314941</w:t>
        <w:br/>
        <w:t>vt 0.100342 0.286621</w:t>
        <w:br/>
        <w:t>vt 0.094116 0.287598</w:t>
        <w:br/>
        <w:t>vt 0.100342 0.286621</w:t>
        <w:br/>
        <w:t>vt 0.094116 0.314453</w:t>
        <w:br/>
        <w:t>vt 0.100342 0.324219</w:t>
        <w:br/>
        <w:t>vt 0.094116 0.331543</w:t>
        <w:br/>
        <w:t>vt 0.100342 0.331543</w:t>
        <w:br/>
        <w:t>vt 0.107300 0.332031</w:t>
        <w:br/>
        <w:t>vt 0.100342 0.348145</w:t>
        <w:br/>
        <w:t>vt 0.094116 0.348633</w:t>
        <w:br/>
        <w:t>vt 0.122925 0.331543</w:t>
        <w:br/>
        <w:t>vt 0.107300 0.348145</w:t>
        <w:br/>
        <w:t>vt 0.142822 0.324707</w:t>
        <w:br/>
        <w:t>vt 0.122925 0.348145</w:t>
        <w:br/>
        <w:t>vt 0.147705 0.324707</w:t>
        <w:br/>
        <w:t>vt 0.142822 0.331543</w:t>
        <w:br/>
        <w:t>vt 0.142822 0.348145</w:t>
        <w:br/>
        <w:t>vt 0.107300 0.358398</w:t>
        <w:br/>
        <w:t>vt 0.100342 0.365234</w:t>
        <w:br/>
        <w:t>vt 0.094116 0.365723</w:t>
        <w:br/>
        <w:t>vt 0.100342 0.386230</w:t>
        <w:br/>
        <w:t>vt 0.094116 0.386230</w:t>
        <w:br/>
        <w:t>vt 0.100342 0.412598</w:t>
        <w:br/>
        <w:t>vt 0.094116 0.412598</w:t>
        <w:br/>
        <w:t>vt 0.108887 0.386230</w:t>
        <w:br/>
        <w:t>vt 0.108887 0.412598</w:t>
        <w:br/>
        <w:t>vt 0.108887 0.373047</w:t>
        <w:br/>
        <w:t>vt 0.113098 0.386719</w:t>
        <w:br/>
        <w:t>vt 0.109253 0.360352</w:t>
        <w:br/>
        <w:t>vt 0.111938 0.373047</w:t>
        <w:br/>
        <w:t>vt 0.122925 0.357910</w:t>
        <w:br/>
        <w:t>vt 0.109253 0.360352</w:t>
        <w:br/>
        <w:t>vt 0.107300 0.358398</w:t>
        <w:br/>
        <w:t>vt 0.122925 0.357910</w:t>
        <w:br/>
        <w:t>vt 0.122925 0.360352</w:t>
        <w:br/>
        <w:t>vt 0.122925 0.360352</w:t>
        <w:br/>
        <w:t>vt 0.142822 0.358398</w:t>
        <w:br/>
        <w:t>vt 0.142822 0.358398</w:t>
        <w:br/>
        <w:t>vt 0.142822 0.360840</w:t>
        <w:br/>
        <w:t>vt 0.167358 0.357910</w:t>
        <w:br/>
        <w:t>vt 0.167358 0.357910</w:t>
        <w:br/>
        <w:t>vt 0.122925 0.372559</w:t>
        <w:br/>
        <w:t>vt 0.142822 0.360840</w:t>
        <w:br/>
        <w:t>vt 0.111938 0.373047</w:t>
        <w:br/>
        <w:t>vt 0.122925 0.372559</w:t>
        <w:br/>
        <w:t>vt 0.114685 0.374512</w:t>
        <w:br/>
        <w:t>vt 0.167358 0.360840</w:t>
        <w:br/>
        <w:t>vt 0.121216 0.387207</w:t>
        <w:br/>
        <w:t>vt 0.111938 0.373047</w:t>
        <w:br/>
        <w:t>vt 0.114685 0.374512</w:t>
        <w:br/>
        <w:t>vt 0.114746 0.415039</w:t>
        <w:br/>
        <w:t>vt 0.122925 0.375000</w:t>
        <w:br/>
        <w:t>vt 0.121094 0.415527</w:t>
        <w:br/>
        <w:t>vt 0.122925 0.375000</w:t>
        <w:br/>
        <w:t>vt 0.122925 0.386230</w:t>
        <w:br/>
        <w:t>vt 0.114685 0.374512</w:t>
        <w:br/>
        <w:t>vt 0.142822 0.375488</w:t>
        <w:br/>
        <w:t>vt 0.142822 0.375488</w:t>
        <w:br/>
        <w:t>vt 0.122925 0.416016</w:t>
        <w:br/>
        <w:t>vt 0.113708 0.425781</w:t>
        <w:br/>
        <w:t>vt 0.099426 0.421387</w:t>
        <w:br/>
        <w:t>vt 0.122925 0.425781</w:t>
        <w:br/>
        <w:t>vt 0.113586 0.431152</w:t>
        <w:br/>
        <w:t>vt 0.113708 0.425781</w:t>
        <w:br/>
        <w:t>vt 0.099976 0.431152</w:t>
        <w:br/>
        <w:t>vt 0.122925 0.431152</w:t>
        <w:br/>
        <w:t>vt 0.142822 0.424805</w:t>
        <w:br/>
        <w:t>vt 0.142822 0.431152</w:t>
        <w:br/>
        <w:t>vt 0.142822 0.415039</w:t>
        <w:br/>
        <w:t>vt 0.167358 0.424805</w:t>
        <w:br/>
        <w:t>vt 0.167358 0.431152</w:t>
        <w:br/>
        <w:t>vt 0.142822 0.385254</w:t>
        <w:br/>
        <w:t>vt 0.167358 0.414551</w:t>
        <w:br/>
        <w:t>vt 0.167358 0.385742</w:t>
        <w:br/>
        <w:t>vt 0.187378 0.425781</w:t>
        <w:br/>
        <w:t>vt 0.187378 0.431152</w:t>
        <w:br/>
        <w:t>vt 0.193237 0.431152</w:t>
        <w:br/>
        <w:t>vt 0.187378 0.415527</w:t>
        <w:br/>
        <w:t>vt 0.194702 0.426270</w:t>
        <w:br/>
        <w:t>vt 0.209473 0.431152</w:t>
        <w:br/>
        <w:t>vt 0.208984 0.422852</w:t>
        <w:br/>
        <w:t>vt 0.202759 0.412598</w:t>
        <w:br/>
        <w:t>vt 0.189331 0.415039</w:t>
        <w:br/>
        <w:t>vt 0.196289 0.414551</w:t>
        <w:br/>
        <w:t>vt 0.189331 0.387207</w:t>
        <w:br/>
        <w:t>vt 0.187378 0.386230</w:t>
        <w:br/>
        <w:t>vt 0.198120 0.388184</w:t>
        <w:br/>
        <w:t>vt 0.196411 0.374023</w:t>
        <w:br/>
        <w:t>vt 0.187378 0.375000</w:t>
        <w:br/>
        <w:t>vt 0.167358 0.375488</w:t>
        <w:br/>
        <w:t>vt 0.187378 0.372070</w:t>
        <w:br/>
        <w:t>vt 0.196411 0.374023</w:t>
        <w:br/>
        <w:t>vt 0.187378 0.375000</w:t>
        <w:br/>
        <w:t>vt 0.167358 0.375488</w:t>
        <w:br/>
        <w:t>vt 0.199341 0.372559</w:t>
        <w:br/>
        <w:t>vt 0.199341 0.372559</w:t>
        <w:br/>
        <w:t>vt 0.142822 0.372559</w:t>
        <w:br/>
        <w:t>vt 0.142822 0.372559</w:t>
        <w:br/>
        <w:t>vt 0.167358 0.372559</w:t>
        <w:br/>
        <w:t>vt 0.167358 0.372559</w:t>
        <w:br/>
        <w:t>vt 0.167358 0.360840</w:t>
        <w:br/>
        <w:t>vt 0.187378 0.372070</w:t>
        <w:br/>
        <w:t>vt 0.187378 0.360352</w:t>
        <w:br/>
        <w:t>vt 0.187378 0.360352</w:t>
        <w:br/>
        <w:t>vt 0.200928 0.359863</w:t>
        <w:br/>
        <w:t>vt 0.187378 0.357910</w:t>
        <w:br/>
        <w:t>vt 0.200928 0.359863</w:t>
        <w:br/>
        <w:t>vt 0.202759 0.372559</w:t>
        <w:br/>
        <w:t>vt 0.202759 0.388184</w:t>
        <w:br/>
        <w:t>vt 0.211060 0.388672</w:t>
        <w:br/>
        <w:t>vt 0.211060 0.412598</w:t>
        <w:br/>
        <w:t>vt 0.218018 0.412598</w:t>
        <w:br/>
        <w:t>vt 0.218018 0.385742</w:t>
        <w:br/>
        <w:t>vt 0.211060 0.366211</w:t>
        <w:br/>
        <w:t>vt 0.218018 0.365723</w:t>
        <w:br/>
        <w:t>vt 0.218018 0.348633</w:t>
        <w:br/>
        <w:t>vt 0.202759 0.357910</w:t>
        <w:br/>
        <w:t>vt 0.202759 0.357910</w:t>
        <w:br/>
        <w:t>vt 0.211060 0.348145</w:t>
        <w:br/>
        <w:t>vt 0.218018 0.332520</w:t>
        <w:br/>
        <w:t>vt 0.187378 0.357910</w:t>
        <w:br/>
        <w:t>vt 0.203735 0.348145</w:t>
        <w:br/>
        <w:t>vt 0.211060 0.332031</w:t>
        <w:br/>
        <w:t>vt 0.218018 0.316895</w:t>
        <w:br/>
        <w:t>vt 0.204346 0.332031</w:t>
        <w:br/>
        <w:t>vt 0.187378 0.347656</w:t>
        <w:br/>
        <w:t>vt 0.211060 0.314941</w:t>
        <w:br/>
        <w:t>vt 0.218018 0.288574</w:t>
        <w:br/>
        <w:t>vt 0.211060 0.287109</w:t>
        <w:br/>
        <w:t>vt 0.211060 0.287109</w:t>
        <w:br/>
        <w:t>vt 0.204590 0.324707</w:t>
        <w:br/>
        <w:t>vt 0.187378 0.331543</w:t>
        <w:br/>
        <w:t>vt 0.167358 0.348145</w:t>
        <w:br/>
        <w:t>vt 0.167358 0.331055</w:t>
        <w:br/>
        <w:t>vt 0.147827 0.341309</w:t>
        <w:br/>
        <w:t>vt 0.163574 0.341797</w:t>
        <w:br/>
        <w:t>vt 0.147339 0.336914</w:t>
        <w:br/>
        <w:t>vt 0.148926 0.338867</w:t>
        <w:br/>
        <w:t>vt 0.148926 0.338867</w:t>
        <w:br/>
        <w:t>vt 0.147827 0.341309</w:t>
        <w:br/>
        <w:t>vt 0.147339 0.336914</w:t>
        <w:br/>
        <w:t>vt 0.147339 0.331543</w:t>
        <w:br/>
        <w:t>vt 0.149170 0.336914</w:t>
        <w:br/>
        <w:t>vt 0.147705 0.324707</w:t>
        <w:br/>
        <w:t>vt 0.148926 0.331543</w:t>
        <w:br/>
        <w:t>vt 0.147339 0.331543</w:t>
        <w:br/>
        <w:t>vt 0.148315 0.323242</w:t>
        <w:br/>
        <w:t>vt 0.149170 0.336914</w:t>
        <w:br/>
        <w:t>vt 0.162476 0.338867</w:t>
        <w:br/>
        <w:t>vt 0.148926 0.331543</w:t>
        <w:br/>
        <w:t>vt 0.162109 0.336914</w:t>
        <w:br/>
        <w:t>vt 0.163818 0.336426</w:t>
        <w:br/>
        <w:t>vt 0.163574 0.341797</w:t>
        <w:br/>
        <w:t>vt 0.162476 0.338867</w:t>
        <w:br/>
        <w:t>vt 0.162109 0.336914</w:t>
        <w:br/>
        <w:t>vt 0.163818 0.336426</w:t>
        <w:br/>
        <w:t>vt 0.162109 0.331055</w:t>
        <w:br/>
        <w:t>vt 0.162109 0.331055</w:t>
        <w:br/>
        <w:t>vt 0.163574 0.331055</w:t>
        <w:br/>
        <w:t>vt 0.163574 0.331055</w:t>
        <w:br/>
        <w:t>vt 0.162842 0.323242</w:t>
        <w:br/>
        <w:t>vt 0.163330 0.324219</w:t>
        <w:br/>
        <w:t>vt 0.162842 0.323242</w:t>
        <w:br/>
        <w:t>vt 0.163330 0.324219</w:t>
        <w:br/>
        <w:t>vt 0.167358 0.322754</w:t>
        <w:br/>
        <w:t>vt 0.167358 0.324219</w:t>
        <w:br/>
        <w:t>vt 0.187378 0.324219</w:t>
        <w:br/>
        <w:t>vt 0.187378 0.322754</w:t>
        <w:br/>
        <w:t>vt 0.203125 0.323242</w:t>
        <w:br/>
        <w:t>vt 0.202881 0.314941</w:t>
        <w:br/>
        <w:t>vt 0.713379 0.694824</w:t>
        <w:br/>
        <w:t>vt 0.713379 0.668701</w:t>
        <w:br/>
        <w:t>vt 0.711426 0.696289</w:t>
        <w:br/>
        <w:t>vt 0.711426 0.694580</w:t>
        <w:br/>
        <w:t>vt 0.711426 0.668945</w:t>
        <w:br/>
        <w:t>vt 0.696777 0.694580</w:t>
        <w:br/>
        <w:t>vt 0.711426 0.667236</w:t>
        <w:br/>
        <w:t>vt 0.712891 0.664062</w:t>
        <w:br/>
        <w:t>vt 0.696777 0.668945</w:t>
        <w:br/>
        <w:t>vt 0.696777 0.667236</w:t>
        <w:br/>
        <w:t>vt 0.694824 0.668701</w:t>
        <w:br/>
        <w:t>vt 0.695312 0.664062</w:t>
        <w:br/>
        <w:t>vt 0.694824 0.694824</w:t>
        <w:br/>
        <w:t>vt 0.696777 0.696289</w:t>
        <w:br/>
        <w:t>vt 0.712891 0.699463</w:t>
        <w:br/>
        <w:t>vt 0.695312 0.699463</w:t>
        <w:br/>
        <w:t>vt 0.694824 0.701904</w:t>
        <w:br/>
        <w:t>vt 0.689941 0.699463</w:t>
        <w:br/>
        <w:t>vt 0.689941 0.702393</w:t>
        <w:br/>
        <w:t>vt 0.694824 0.704346</w:t>
        <w:br/>
        <w:t>vt 0.713379 0.704346</w:t>
        <w:br/>
        <w:t>vt 0.713379 0.701904</w:t>
        <w:br/>
        <w:t>vt 0.718262 0.702148</w:t>
        <w:br/>
        <w:t>vt 0.718262 0.699463</w:t>
        <w:br/>
        <w:t>vt 0.694824 0.661865</w:t>
        <w:br/>
        <w:t>vt 0.713379 0.661621</w:t>
        <w:br/>
        <w:t>vt 0.718262 0.664307</w:t>
        <w:br/>
        <w:t>vt 0.718750 0.661377</w:t>
        <w:br/>
        <w:t>vt 0.713379 0.659180</w:t>
        <w:br/>
        <w:t>vt 0.694824 0.659424</w:t>
        <w:br/>
        <w:t>vt 0.689941 0.661377</w:t>
        <w:br/>
        <w:t>vt 0.689941 0.664062</w:t>
        <w:br/>
        <w:t>vt 0.262207 0.447266</w:t>
        <w:br/>
        <w:t>vt 0.262207 0.487305</w:t>
        <w:br/>
        <w:t>vt 0.265625 0.487305</w:t>
        <w:br/>
        <w:t>vt 0.265625 0.447266</w:t>
        <w:br/>
        <w:t>vt 0.262207 0.447266</w:t>
        <w:br/>
        <w:t>vt 0.265625 0.487305</w:t>
        <w:br/>
        <w:t>vt 0.265625 0.447266</w:t>
        <w:br/>
        <w:t>vt 0.262207 0.487305</w:t>
        <w:br/>
        <w:t>vt 0.265625 0.447266</w:t>
        <w:br/>
        <w:t>vt 0.262207 0.487305</w:t>
        <w:br/>
        <w:t>vt 0.265625 0.487305</w:t>
        <w:br/>
        <w:t>vt 0.262207 0.447266</w:t>
        <w:br/>
        <w:t>vt 0.262207 0.447266</w:t>
        <w:br/>
        <w:t>vt 0.262207 0.487305</w:t>
        <w:br/>
        <w:t>vt 0.265625 0.487305</w:t>
        <w:br/>
        <w:t>vt 0.265625 0.447266</w:t>
        <w:br/>
        <w:t>vt 0.443848 0.462891</w:t>
        <w:br/>
        <w:t>vt 0.443848 0.459961</w:t>
        <w:br/>
        <w:t>vt 0.445557 0.462891</w:t>
        <w:br/>
        <w:t>vt 0.445557 0.458008</w:t>
        <w:br/>
        <w:t>vt 0.445557 0.458008</w:t>
        <w:br/>
        <w:t>vt 0.453369 0.462891</w:t>
        <w:br/>
        <w:t>vt 0.445557 0.462891</w:t>
        <w:br/>
        <w:t>vt 0.453369 0.457520</w:t>
        <w:br/>
        <w:t>vt 0.455078 0.462891</w:t>
        <w:br/>
        <w:t>vt 0.453369 0.462891</w:t>
        <w:br/>
        <w:t>vt 0.455078 0.459473</w:t>
        <w:br/>
        <w:t>vt 0.453369 0.457520</w:t>
        <w:br/>
        <w:t>vt 0.456055 0.450195</w:t>
        <w:br/>
        <w:t>vt 0.456055 0.456055</w:t>
        <w:br/>
        <w:t>vt 0.454834 0.449707</w:t>
        <w:br/>
        <w:t>vt 0.454834 0.437988</w:t>
        <w:br/>
        <w:t>vt 0.456543 0.432617</w:t>
        <w:br/>
        <w:t>vt 0.456543 0.437500</w:t>
        <w:br/>
        <w:t>vt 0.549805 0.737061</w:t>
        <w:br/>
        <w:t>vt 0.553223 0.736328</w:t>
        <w:br/>
        <w:t>vt 0.553223 0.738770</w:t>
        <w:br/>
        <w:t>vt 0.546387 0.738770</w:t>
        <w:br/>
        <w:t>vt 0.553223 0.741455</w:t>
        <w:br/>
        <w:t>vt 0.543945 0.741455</w:t>
        <w:br/>
        <w:t>vt 0.553223 0.744629</w:t>
        <w:br/>
        <w:t>vt 0.541992 0.744629</w:t>
        <w:br/>
        <w:t>vt 0.553223 0.748291</w:t>
        <w:br/>
        <w:t>vt 0.541504 0.748291</w:t>
        <w:br/>
        <w:t>vt 0.541992 0.751953</w:t>
        <w:br/>
        <w:t>vt 0.553223 0.751953</w:t>
        <w:br/>
        <w:t>vt 0.542969 0.753784</w:t>
        <w:br/>
        <w:t>vt 0.553223 0.753784</w:t>
        <w:br/>
        <w:t>vt 0.553223 0.754639</w:t>
        <w:br/>
        <w:t>vt 0.542969 0.753784</w:t>
        <w:br/>
        <w:t>vt 0.553223 0.753784</w:t>
        <w:br/>
        <w:t>vt 0.542480 0.754639</w:t>
        <w:br/>
        <w:t>vt 0.553223 0.754639</w:t>
        <w:br/>
        <w:t>vt 0.544434 0.755371</w:t>
        <w:br/>
        <w:t>vt 0.542480 0.754639</w:t>
        <w:br/>
        <w:t>vt 0.553223 0.755371</w:t>
        <w:br/>
        <w:t>vt 0.553223 0.756958</w:t>
        <w:br/>
        <w:t>vt 0.544434 0.755371</w:t>
        <w:br/>
        <w:t>vt 0.553223 0.755371</w:t>
        <w:br/>
        <w:t>vt 0.544434 0.756958</w:t>
        <w:br/>
        <w:t>vt 0.544434 0.756958</w:t>
        <w:br/>
        <w:t>vt 0.553223 0.756958</w:t>
        <w:br/>
        <w:t>vt 0.553223 0.758789</w:t>
        <w:br/>
        <w:t>vt 0.544434 0.758789</w:t>
        <w:br/>
        <w:t>vt 0.553223 0.764282</w:t>
        <w:br/>
        <w:t>vt 0.544434 0.764282</w:t>
        <w:br/>
        <w:t>vt 0.553223 0.769409</w:t>
        <w:br/>
        <w:t>vt 0.544434 0.769409</w:t>
        <w:br/>
        <w:t>vt 0.553223 0.770752</w:t>
        <w:br/>
        <w:t>vt 0.544434 0.770752</w:t>
        <w:br/>
        <w:t>vt 0.544434 0.772339</w:t>
        <w:br/>
        <w:t>vt 0.553223 0.772339</w:t>
        <w:br/>
        <w:t>vt 0.799316 0.407227</w:t>
        <w:br/>
        <w:t>vt 0.804688 0.407227</w:t>
        <w:br/>
        <w:t>vt 0.808594 0.411133</w:t>
        <w:br/>
        <w:t>vt 0.795410 0.411133</w:t>
        <w:br/>
        <w:t>vt 0.808594 0.416504</w:t>
        <w:br/>
        <w:t>vt 0.804688 0.419922</w:t>
        <w:br/>
        <w:t>vt 0.795410 0.416504</w:t>
        <w:br/>
        <w:t>vt 0.799316 0.420410</w:t>
        <w:br/>
        <w:t>vt 0.956055 0.394531</w:t>
        <w:br/>
        <w:t>vt 0.953125 0.388672</w:t>
        <w:br/>
        <w:t>vt 0.956055 0.382812</w:t>
        <w:br/>
        <w:t>vt 0.961914 0.397461</w:t>
        <w:br/>
        <w:t>vt 0.961914 0.379883</w:t>
        <w:br/>
        <w:t>vt 0.549805 0.737061</w:t>
        <w:br/>
        <w:t>vt 0.553223 0.736328</w:t>
        <w:br/>
        <w:t>vt 0.553223 0.738770</w:t>
        <w:br/>
        <w:t>vt 0.546387 0.738770</w:t>
        <w:br/>
        <w:t>vt 0.553223 0.741455</w:t>
        <w:br/>
        <w:t>vt 0.543945 0.741455</w:t>
        <w:br/>
        <w:t>vt 0.553223 0.744629</w:t>
        <w:br/>
        <w:t>vt 0.541992 0.744629</w:t>
        <w:br/>
        <w:t>vt 0.553223 0.748291</w:t>
        <w:br/>
        <w:t>vt 0.541504 0.748291</w:t>
        <w:br/>
        <w:t>vt 0.541992 0.751953</w:t>
        <w:br/>
        <w:t>vt 0.553223 0.751953</w:t>
        <w:br/>
        <w:t>vt 0.542969 0.753784</w:t>
        <w:br/>
        <w:t>vt 0.553223 0.753784</w:t>
        <w:br/>
        <w:t>vt 0.553223 0.754639</w:t>
        <w:br/>
        <w:t>vt 0.542969 0.753784</w:t>
        <w:br/>
        <w:t>vt 0.553223 0.753784</w:t>
        <w:br/>
        <w:t>vt 0.542480 0.754639</w:t>
        <w:br/>
        <w:t>vt 0.553223 0.754639</w:t>
        <w:br/>
        <w:t>vt 0.544434 0.755371</w:t>
        <w:br/>
        <w:t>vt 0.542480 0.754639</w:t>
        <w:br/>
        <w:t>vt 0.553223 0.755371</w:t>
        <w:br/>
        <w:t>vt 0.553223 0.755371</w:t>
        <w:br/>
        <w:t>vt 0.544434 0.756958</w:t>
        <w:br/>
        <w:t>vt 0.544434 0.755371</w:t>
        <w:br/>
        <w:t>vt 0.553223 0.756958</w:t>
        <w:br/>
        <w:t>vt 0.544434 0.756958</w:t>
        <w:br/>
        <w:t>vt 0.553223 0.756958</w:t>
        <w:br/>
        <w:t>vt 0.553223 0.758789</w:t>
        <w:br/>
        <w:t>vt 0.544434 0.758789</w:t>
        <w:br/>
        <w:t>vt 0.544434 0.764282</w:t>
        <w:br/>
        <w:t>vt 0.553223 0.764282</w:t>
        <w:br/>
        <w:t>vt 0.544434 0.769409</w:t>
        <w:br/>
        <w:t>vt 0.553223 0.769409</w:t>
        <w:br/>
        <w:t>vt 0.553223 0.770752</w:t>
        <w:br/>
        <w:t>vt 0.544434 0.770752</w:t>
        <w:br/>
        <w:t>vt 0.544434 0.772339</w:t>
        <w:br/>
        <w:t>vt 0.553223 0.772339</w:t>
        <w:br/>
        <w:t>vt 0.763672 0.353027</w:t>
        <w:br/>
        <w:t>vt 0.770020 0.353027</w:t>
        <w:br/>
        <w:t>vt 0.774414 0.356934</w:t>
        <w:br/>
        <w:t>vt 0.759277 0.357422</w:t>
        <w:br/>
        <w:t>vt 0.774414 0.363281</w:t>
        <w:br/>
        <w:t>vt 0.770020 0.367676</w:t>
        <w:br/>
        <w:t>vt 0.759277 0.363281</w:t>
        <w:br/>
        <w:t>vt 0.763672 0.367676</w:t>
        <w:br/>
        <w:t>vt 0.956055 0.394531</w:t>
        <w:br/>
        <w:t>vt 0.956055 0.382812</w:t>
        <w:br/>
        <w:t>vt 0.953125 0.388672</w:t>
        <w:br/>
        <w:t>vt 0.783203 0.350098</w:t>
        <w:br/>
        <w:t>vt 0.789062 0.350098</w:t>
        <w:br/>
        <w:t>vt 0.783203 0.352539</w:t>
        <w:br/>
        <w:t>vt 0.789062 0.352539</w:t>
        <w:br/>
        <w:t>vt 0.783203 0.352539</w:t>
        <w:br/>
        <w:t>vt 0.789062 0.352539</w:t>
        <w:br/>
        <w:t>vt 0.783203 0.354980</w:t>
        <w:br/>
        <w:t>vt 0.789062 0.354980</w:t>
        <w:br/>
        <w:t>vt 0.789062 0.356934</w:t>
        <w:br/>
        <w:t>vt 0.783203 0.356934</w:t>
        <w:br/>
        <w:t>vt 0.789062 0.361816</w:t>
        <w:br/>
        <w:t>vt 0.783203 0.356934</w:t>
        <w:br/>
        <w:t>vt 0.789062 0.356934</w:t>
        <w:br/>
        <w:t>vt 0.783203 0.361816</w:t>
        <w:br/>
        <w:t>vt 0.789062 0.366211</w:t>
        <w:br/>
        <w:t>vt 0.783203 0.366211</w:t>
        <w:br/>
        <w:t>vt 0.789062 0.371582</w:t>
        <w:br/>
        <w:t>vt 0.783203 0.371582</w:t>
        <w:br/>
        <w:t>vt 0.789062 0.376953</w:t>
        <w:br/>
        <w:t>vt 0.783203 0.376953</w:t>
        <w:br/>
        <w:t>vt 0.789062 0.379395</w:t>
        <w:br/>
        <w:t>vt 0.783203 0.379395</w:t>
        <w:br/>
        <w:t>vt 0.646484 0.226074</w:t>
        <w:br/>
        <w:t>vt 0.652344 0.226074</w:t>
        <w:br/>
        <w:t>vt 0.646484 0.228516</w:t>
        <w:br/>
        <w:t>vt 0.652344 0.228516</w:t>
        <w:br/>
        <w:t>vt 0.646484 0.231445</w:t>
        <w:br/>
        <w:t>vt 0.652344 0.231445</w:t>
        <w:br/>
        <w:t>vt 0.646484 0.236816</w:t>
        <w:br/>
        <w:t>vt 0.652344 0.236816</w:t>
        <w:br/>
        <w:t>vt 0.652344 0.239258</w:t>
        <w:br/>
        <w:t>vt 0.646484 0.239258</w:t>
        <w:br/>
        <w:t>vt 0.652344 0.240234</w:t>
        <w:br/>
        <w:t>vt 0.646484 0.239258</w:t>
        <w:br/>
        <w:t>vt 0.652344 0.239258</w:t>
        <w:br/>
        <w:t>vt 0.646484 0.240234</w:t>
        <w:br/>
        <w:t>vt 0.445068 0.450195</w:t>
        <w:br/>
        <w:t>vt 0.443115 0.457031</w:t>
        <w:br/>
        <w:t>vt 0.443115 0.450684</w:t>
        <w:br/>
        <w:t>vt 0.445068 0.437988</w:t>
        <w:br/>
        <w:t>vt 0.445068 0.450195</w:t>
        <w:br/>
        <w:t>vt 0.441895 0.431641</w:t>
        <w:br/>
        <w:t>vt 0.441895 0.437500</w:t>
        <w:br/>
        <w:t>vt 0.956055 0.394531</w:t>
        <w:br/>
        <w:t>vt 0.961914 0.379883</w:t>
        <w:br/>
        <w:t>vt 0.961914 0.397461</w:t>
        <w:br/>
        <w:t>vt 0.956055 0.382812</w:t>
        <w:br/>
        <w:t>vt 0.953125 0.388672</w:t>
        <w:br/>
        <w:t>vt 0.378906 0.635742</w:t>
        <w:br/>
        <w:t>vt 0.397461 0.620850</w:t>
        <w:br/>
        <w:t>vt 0.397461 0.635742</w:t>
        <w:br/>
        <w:t>vt 0.378906 0.613281</w:t>
        <w:br/>
        <w:t>vt 0.397461 0.605713</w:t>
        <w:br/>
        <w:t>vt 0.378906 0.590332</w:t>
        <w:br/>
        <w:t>vt 0.397461 0.590332</w:t>
        <w:br/>
        <w:t>vt 0.397461 0.587158</w:t>
        <w:br/>
        <w:t>vt 0.394043 0.586670</w:t>
        <w:br/>
        <w:t>vt 0.394043 0.574951</w:t>
        <w:br/>
        <w:t>vt 0.378906 0.567383</w:t>
        <w:br/>
        <w:t>vt 0.394043 0.559570</w:t>
        <w:br/>
        <w:t>vt 0.378906 0.544434</w:t>
        <w:br/>
        <w:t>vt 0.394043 0.544434</w:t>
        <w:br/>
        <w:t>vt 0.394043 0.538818</w:t>
        <w:br/>
        <w:t>vt 0.378906 0.521484</w:t>
        <w:br/>
        <w:t>vt 0.397461 0.529053</w:t>
        <w:br/>
        <w:t>vt 0.397461 0.538330</w:t>
        <w:br/>
        <w:t>vt 0.397461 0.513672</w:t>
        <w:br/>
        <w:t>vt 0.378906 0.498535</w:t>
        <w:br/>
        <w:t>vt 0.397461 0.498535</w:t>
        <w:br/>
        <w:t>vt 0.397461 0.483887</w:t>
        <w:br/>
        <w:t>vt 0.378906 0.483887</w:t>
        <w:br/>
        <w:t>vt 0.757324 0.119141</w:t>
        <w:br/>
        <w:t>vt 0.752930 0.141113</w:t>
        <w:br/>
        <w:t>vt 0.752930 0.119141</w:t>
        <w:br/>
        <w:t>vt 0.757324 0.141113</w:t>
        <w:br/>
        <w:t>vt 0.752930 0.119141</w:t>
        <w:br/>
        <w:t>vt 0.752930 0.141113</w:t>
        <w:br/>
        <w:t>vt 0.749023 0.139160</w:t>
        <w:br/>
        <w:t>vt 0.749023 0.119629</w:t>
        <w:br/>
        <w:t>vt 0.749023 0.119629</w:t>
        <w:br/>
        <w:t>vt 0.750488 0.114746</w:t>
        <w:br/>
        <w:t>vt 0.752930 0.119141</w:t>
        <w:br/>
        <w:t>vt 0.746582 0.121094</w:t>
        <w:br/>
        <w:t>vt 0.746582 0.121094</w:t>
        <w:br/>
        <w:t>vt 0.743164 0.118652</w:t>
        <w:br/>
        <w:t>vt 0.740723 0.122070</w:t>
        <w:br/>
        <w:t>vt 0.745117 0.123535</w:t>
        <w:br/>
        <w:t>vt 0.745117 0.123535</w:t>
        <w:br/>
        <w:t>vt 0.745117 0.137207</w:t>
        <w:br/>
        <w:t>vt 0.745117 0.137207</w:t>
        <w:br/>
        <w:t>vt 0.740723 0.136719</w:t>
        <w:br/>
        <w:t>vt 0.816895 0.065918</w:t>
        <w:br/>
        <w:t>vt 0.808105 0.060547</w:t>
        <w:br/>
        <w:t>vt 0.816895 0.060547</w:t>
        <w:br/>
        <w:t>vt 0.808105 0.065918</w:t>
        <w:br/>
        <w:t>vt 0.816895 0.070801</w:t>
        <w:br/>
        <w:t>vt 0.808105 0.070801</w:t>
        <w:br/>
        <w:t>vt 0.808105 0.076172</w:t>
        <w:br/>
        <w:t>vt 0.816895 0.076172</w:t>
        <w:br/>
        <w:t>vt 0.816895 0.081055</w:t>
        <w:br/>
        <w:t>vt 0.808105 0.081055</w:t>
        <w:br/>
        <w:t>vt 0.808105 0.086426</w:t>
        <w:br/>
        <w:t>vt 0.816895 0.086426</w:t>
        <w:br/>
        <w:t>vt 0.808105 0.091309</w:t>
        <w:br/>
        <w:t>vt 0.816895 0.091309</w:t>
        <w:br/>
        <w:t>vt 0.816895 0.096680</w:t>
        <w:br/>
        <w:t>vt 0.808105 0.096680</w:t>
        <w:br/>
        <w:t>vt 0.808105 0.102051</w:t>
        <w:br/>
        <w:t>vt 0.816895 0.102051</w:t>
        <w:br/>
        <w:t>vt 0.956055 0.382812</w:t>
        <w:br/>
        <w:t>vt 0.956055 0.394531</w:t>
        <w:br/>
        <w:t>vt 0.953125 0.388672</w:t>
        <w:br/>
        <w:t>vt 0.397461 0.498535</w:t>
        <w:br/>
        <w:t>vt 0.397461 0.483887</w:t>
        <w:br/>
        <w:t>vt 0.378906 0.483887</w:t>
        <w:br/>
        <w:t>vt 0.378906 0.498535</w:t>
        <w:br/>
        <w:t>vt 0.397461 0.513672</w:t>
        <w:br/>
        <w:t>vt 0.378906 0.521484</w:t>
        <w:br/>
        <w:t>vt 0.397461 0.529053</w:t>
        <w:br/>
        <w:t>vt 0.394043 0.538818</w:t>
        <w:br/>
        <w:t>vt 0.397461 0.538330</w:t>
        <w:br/>
        <w:t>vt 0.378906 0.544434</w:t>
        <w:br/>
        <w:t>vt 0.394043 0.544434</w:t>
        <w:br/>
        <w:t>vt 0.394043 0.559570</w:t>
        <w:br/>
        <w:t>vt 0.378906 0.567383</w:t>
        <w:br/>
        <w:t>vt 0.394043 0.574951</w:t>
        <w:br/>
        <w:t>vt 0.378906 0.590332</w:t>
        <w:br/>
        <w:t>vt 0.394043 0.586670</w:t>
        <w:br/>
        <w:t>vt 0.397461 0.590332</w:t>
        <w:br/>
        <w:t>vt 0.397461 0.587158</w:t>
        <w:br/>
        <w:t>vt 0.397461 0.605713</w:t>
        <w:br/>
        <w:t>vt 0.378906 0.613281</w:t>
        <w:br/>
        <w:t>vt 0.397461 0.620850</w:t>
        <w:br/>
        <w:t>vt 0.378906 0.635742</w:t>
        <w:br/>
        <w:t>vt 0.397461 0.635742</w:t>
        <w:br/>
        <w:t>vt 0.553223 0.772339</w:t>
        <w:br/>
        <w:t>vt 0.553223 0.770752</w:t>
        <w:br/>
        <w:t>vt 0.544434 0.772339</w:t>
        <w:br/>
        <w:t>vt 0.544434 0.770752</w:t>
        <w:br/>
        <w:t>vt 0.553223 0.769409</w:t>
        <w:br/>
        <w:t>vt 0.544434 0.769409</w:t>
        <w:br/>
        <w:t>vt 0.553223 0.764282</w:t>
        <w:br/>
        <w:t>vt 0.544434 0.764282</w:t>
        <w:br/>
        <w:t>vt 0.553223 0.758789</w:t>
        <w:br/>
        <w:t>vt 0.544434 0.758789</w:t>
        <w:br/>
        <w:t>vt 0.544434 0.756958</w:t>
        <w:br/>
        <w:t>vt 0.553223 0.756958</w:t>
        <w:br/>
        <w:t>vt 0.553223 0.755371</w:t>
        <w:br/>
        <w:t>vt 0.544434 0.756958</w:t>
        <w:br/>
        <w:t>vt 0.553223 0.756958</w:t>
        <w:br/>
        <w:t>vt 0.544434 0.755371</w:t>
        <w:br/>
        <w:t>vt 0.553223 0.754639</w:t>
        <w:br/>
        <w:t>vt 0.544434 0.755371</w:t>
        <w:br/>
        <w:t>vt 0.553223 0.755371</w:t>
        <w:br/>
        <w:t>vt 0.542480 0.754639</w:t>
        <w:br/>
        <w:t>vt 0.542480 0.754639</w:t>
        <w:br/>
        <w:t>vt 0.553223 0.754639</w:t>
        <w:br/>
        <w:t>vt 0.542969 0.753784</w:t>
        <w:br/>
        <w:t>vt 0.553223 0.753784</w:t>
        <w:br/>
        <w:t>vt 0.553223 0.751953</w:t>
        <w:br/>
        <w:t>vt 0.542969 0.753784</w:t>
        <w:br/>
        <w:t>vt 0.553223 0.753784</w:t>
        <w:br/>
        <w:t>vt 0.541992 0.751953</w:t>
        <w:br/>
        <w:t>vt 0.553223 0.748291</w:t>
        <w:br/>
        <w:t>vt 0.541504 0.748291</w:t>
        <w:br/>
        <w:t>vt 0.541992 0.744629</w:t>
        <w:br/>
        <w:t>vt 0.553223 0.744629</w:t>
        <w:br/>
        <w:t>vt 0.543945 0.741455</w:t>
        <w:br/>
        <w:t>vt 0.553223 0.741455</w:t>
        <w:br/>
        <w:t>vt 0.546387 0.738770</w:t>
        <w:br/>
        <w:t>vt 0.553223 0.738770</w:t>
        <w:br/>
        <w:t>vt 0.549805 0.737061</w:t>
        <w:br/>
        <w:t>vt 0.553223 0.736328</w:t>
        <w:br/>
        <w:t>vt 0.804688 0.419922</w:t>
        <w:br/>
        <w:t>vt 0.795410 0.416504</w:t>
        <w:br/>
        <w:t>vt 0.799316 0.420410</w:t>
        <w:br/>
        <w:t>vt 0.795410 0.411133</w:t>
        <w:br/>
        <w:t>vt 0.808594 0.416504</w:t>
        <w:br/>
        <w:t>vt 0.799316 0.407227</w:t>
        <w:br/>
        <w:t>vt 0.808594 0.411133</w:t>
        <w:br/>
        <w:t>vt 0.804688 0.407227</w:t>
        <w:br/>
        <w:t>vt 0.808105 0.065918</w:t>
        <w:br/>
        <w:t>vt 0.808105 0.060547</w:t>
        <w:br/>
        <w:t>vt 0.816895 0.065918</w:t>
        <w:br/>
        <w:t>vt 0.808105 0.070801</w:t>
        <w:br/>
        <w:t>vt 0.816895 0.070801</w:t>
        <w:br/>
        <w:t>vt 0.816895 0.076172</w:t>
        <w:br/>
        <w:t>vt 0.808105 0.076172</w:t>
        <w:br/>
        <w:t>vt 0.808105 0.081055</w:t>
        <w:br/>
        <w:t>vt 0.808105 0.086426</w:t>
        <w:br/>
        <w:t>vt 0.816895 0.091309</w:t>
        <w:br/>
        <w:t>vt 0.808105 0.091309</w:t>
        <w:br/>
        <w:t>vt 0.808105 0.096680</w:t>
        <w:br/>
        <w:t>vt 0.808105 0.102051</w:t>
        <w:br/>
        <w:t>vt 0.397461 0.498535</w:t>
        <w:br/>
        <w:t>vt 0.378906 0.483887</w:t>
        <w:br/>
        <w:t>vt 0.397461 0.483887</w:t>
        <w:br/>
        <w:t>vt 0.378906 0.498535</w:t>
        <w:br/>
        <w:t>vt 0.397461 0.513672</w:t>
        <w:br/>
        <w:t>vt 0.378906 0.521484</w:t>
        <w:br/>
        <w:t>vt 0.397461 0.529053</w:t>
        <w:br/>
        <w:t>vt 0.394043 0.538818</w:t>
        <w:br/>
        <w:t>vt 0.397461 0.538330</w:t>
        <w:br/>
        <w:t>vt 0.378906 0.544434</w:t>
        <w:br/>
        <w:t>vt 0.394043 0.544434</w:t>
        <w:br/>
        <w:t>vt 0.394043 0.559570</w:t>
        <w:br/>
        <w:t>vt 0.378906 0.567383</w:t>
        <w:br/>
        <w:t>vt 0.394043 0.574951</w:t>
        <w:br/>
        <w:t>vt 0.378906 0.590332</w:t>
        <w:br/>
        <w:t>vt 0.394043 0.586670</w:t>
        <w:br/>
        <w:t>vt 0.397461 0.590332</w:t>
        <w:br/>
        <w:t>vt 0.397461 0.587158</w:t>
        <w:br/>
        <w:t>vt 0.397461 0.605713</w:t>
        <w:br/>
        <w:t>vt 0.378906 0.613281</w:t>
        <w:br/>
        <w:t>vt 0.397461 0.620850</w:t>
        <w:br/>
        <w:t>vt 0.378906 0.635742</w:t>
        <w:br/>
        <w:t>vt 0.397461 0.635742</w:t>
        <w:br/>
        <w:t>vt 0.808105 0.096680</w:t>
        <w:br/>
        <w:t>vt 0.816895 0.102051</w:t>
        <w:br/>
        <w:t>vt 0.808105 0.102051</w:t>
        <w:br/>
        <w:t>vt 0.816895 0.096680</w:t>
        <w:br/>
        <w:t>vt 0.808105 0.091309</w:t>
        <w:br/>
        <w:t>vt 0.816895 0.091309</w:t>
        <w:br/>
        <w:t>vt 0.816895 0.086426</w:t>
        <w:br/>
        <w:t>vt 0.808105 0.086426</w:t>
        <w:br/>
        <w:t>vt 0.808105 0.081055</w:t>
        <w:br/>
        <w:t>vt 0.816895 0.081055</w:t>
        <w:br/>
        <w:t>vt 0.816895 0.076172</w:t>
        <w:br/>
        <w:t>vt 0.808105 0.076172</w:t>
        <w:br/>
        <w:t>vt 0.816895 0.070801</w:t>
        <w:br/>
        <w:t>vt 0.808105 0.070801</w:t>
        <w:br/>
        <w:t>vt 0.808105 0.065918</w:t>
        <w:br/>
        <w:t>vt 0.816895 0.065918</w:t>
        <w:br/>
        <w:t>vt 0.816895 0.060547</w:t>
        <w:br/>
        <w:t>vt 0.808105 0.060547</w:t>
        <w:br/>
        <w:t>vt 0.397461 0.498535</w:t>
        <w:br/>
        <w:t>vt 0.397461 0.483887</w:t>
        <w:br/>
        <w:t>vt 0.378906 0.483887</w:t>
        <w:br/>
        <w:t>vt 0.378906 0.498535</w:t>
        <w:br/>
        <w:t>vt 0.397461 0.513672</w:t>
        <w:br/>
        <w:t>vt 0.378906 0.521484</w:t>
        <w:br/>
        <w:t>vt 0.397461 0.529053</w:t>
        <w:br/>
        <w:t>vt 0.394043 0.538818</w:t>
        <w:br/>
        <w:t>vt 0.397461 0.538330</w:t>
        <w:br/>
        <w:t>vt 0.378906 0.544434</w:t>
        <w:br/>
        <w:t>vt 0.394043 0.544434</w:t>
        <w:br/>
        <w:t>vt 0.394043 0.559570</w:t>
        <w:br/>
        <w:t>vt 0.378906 0.567383</w:t>
        <w:br/>
        <w:t>vt 0.394043 0.574951</w:t>
        <w:br/>
        <w:t>vt 0.378906 0.590332</w:t>
        <w:br/>
        <w:t>vt 0.394043 0.586670</w:t>
        <w:br/>
        <w:t>vt 0.397461 0.587158</w:t>
        <w:br/>
        <w:t>vt 0.397461 0.590332</w:t>
        <w:br/>
        <w:t>vt 0.397461 0.605713</w:t>
        <w:br/>
        <w:t>vt 0.378906 0.613281</w:t>
        <w:br/>
        <w:t>vt 0.397461 0.620850</w:t>
        <w:br/>
        <w:t>vt 0.378906 0.635742</w:t>
        <w:br/>
        <w:t>vt 0.397461 0.635742</w:t>
        <w:br/>
        <w:t>vt 0.549805 0.737061</w:t>
        <w:br/>
        <w:t>vt 0.553223 0.738770</w:t>
        <w:br/>
        <w:t>vt 0.553223 0.736328</w:t>
        <w:br/>
        <w:t>vt 0.546387 0.738770</w:t>
        <w:br/>
        <w:t>vt 0.553223 0.741455</w:t>
        <w:br/>
        <w:t>vt 0.543945 0.741455</w:t>
        <w:br/>
        <w:t>vt 0.553223 0.744629</w:t>
        <w:br/>
        <w:t>vt 0.541992 0.744629</w:t>
        <w:br/>
        <w:t>vt 0.553223 0.748291</w:t>
        <w:br/>
        <w:t>vt 0.541504 0.748291</w:t>
        <w:br/>
        <w:t>vt 0.541992 0.751953</w:t>
        <w:br/>
        <w:t>vt 0.553223 0.751953</w:t>
        <w:br/>
        <w:t>vt 0.542969 0.753784</w:t>
        <w:br/>
        <w:t>vt 0.553223 0.753784</w:t>
        <w:br/>
        <w:t>vt 0.553223 0.753784</w:t>
        <w:br/>
        <w:t>vt 0.542969 0.753784</w:t>
        <w:br/>
        <w:t>vt 0.553223 0.754639</w:t>
        <w:br/>
        <w:t>vt 0.542480 0.754639</w:t>
        <w:br/>
        <w:t>vt 0.553223 0.754639</w:t>
        <w:br/>
        <w:t>vt 0.542480 0.754639</w:t>
        <w:br/>
        <w:t>vt 0.544434 0.755371</w:t>
        <w:br/>
        <w:t>vt 0.553223 0.755371</w:t>
        <w:br/>
        <w:t>vt 0.544434 0.756958</w:t>
        <w:br/>
        <w:t>vt 0.553223 0.755371</w:t>
        <w:br/>
        <w:t>vt 0.544434 0.755371</w:t>
        <w:br/>
        <w:t>vt 0.553223 0.756958</w:t>
        <w:br/>
        <w:t>vt 0.544434 0.756958</w:t>
        <w:br/>
        <w:t>vt 0.553223 0.758789</w:t>
        <w:br/>
        <w:t>vt 0.553223 0.756958</w:t>
        <w:br/>
        <w:t>vt 0.544434 0.758789</w:t>
        <w:br/>
        <w:t>vt 0.553223 0.764282</w:t>
        <w:br/>
        <w:t>vt 0.544434 0.764282</w:t>
        <w:br/>
        <w:t>vt 0.553223 0.769409</w:t>
        <w:br/>
        <w:t>vt 0.544434 0.769409</w:t>
        <w:br/>
        <w:t>vt 0.553223 0.770752</w:t>
        <w:br/>
        <w:t>vt 0.544434 0.770752</w:t>
        <w:br/>
        <w:t>vt 0.544434 0.772339</w:t>
        <w:br/>
        <w:t>vt 0.553223 0.772339</w:t>
        <w:br/>
        <w:t>vt 0.770020 0.367676</w:t>
        <w:br/>
        <w:t>vt 0.759277 0.363281</w:t>
        <w:br/>
        <w:t>vt 0.763672 0.367676</w:t>
        <w:br/>
        <w:t>vt 0.759277 0.357422</w:t>
        <w:br/>
        <w:t>vt 0.774414 0.363281</w:t>
        <w:br/>
        <w:t>vt 0.774414 0.356934</w:t>
        <w:br/>
        <w:t>vt 0.763672 0.353027</w:t>
        <w:br/>
        <w:t>vt 0.770020 0.353027</w:t>
        <w:br/>
        <w:t>vt 0.808105 0.102051</w:t>
        <w:br/>
        <w:t>vt 0.816895 0.102051</w:t>
        <w:br/>
        <w:t>vt 0.808105 0.096680</w:t>
        <w:br/>
        <w:t>vt 0.816895 0.091309</w:t>
        <w:br/>
        <w:t>vt 0.808105 0.091309</w:t>
        <w:br/>
        <w:t>vt 0.808105 0.086426</w:t>
        <w:br/>
        <w:t>vt 0.816895 0.081055</w:t>
        <w:br/>
        <w:t>vt 0.808105 0.081055</w:t>
        <w:br/>
        <w:t>vt 0.808105 0.076172</w:t>
        <w:br/>
        <w:t>vt 0.816895 0.076172</w:t>
        <w:br/>
        <w:t>vt 0.808105 0.070801</w:t>
        <w:br/>
        <w:t>vt 0.816895 0.070801</w:t>
        <w:br/>
        <w:t>vt 0.816895 0.065918</w:t>
        <w:br/>
        <w:t>vt 0.808105 0.065918</w:t>
        <w:br/>
        <w:t>vt 0.808105 0.060547</w:t>
        <w:br/>
        <w:t>vt 0.816895 0.060547</w:t>
        <w:br/>
        <w:t>vt 0.511230 0.838989</w:t>
        <w:br/>
        <w:t>vt 0.511230 0.849854</w:t>
        <w:br/>
        <w:t>vt 0.507324 0.849854</w:t>
        <w:br/>
        <w:t>vt 0.507324 0.826538</w:t>
        <w:br/>
        <w:t>vt 0.511230 0.826538</w:t>
        <w:br/>
        <w:t>vt 0.511230 0.826538</w:t>
        <w:br/>
        <w:t>vt 0.507324 0.826538</w:t>
        <w:br/>
        <w:t>vt 0.507324 0.822632</w:t>
        <w:br/>
        <w:t>vt 0.511230 0.822632</w:t>
        <w:br/>
        <w:t>vt 0.507324 0.822632</w:t>
        <w:br/>
        <w:t>vt 0.507324 0.810791</w:t>
        <w:br/>
        <w:t>vt 0.511230 0.822632</w:t>
        <w:br/>
        <w:t>vt 0.511230 0.810791</w:t>
        <w:br/>
        <w:t>vt 0.507324 0.799438</w:t>
        <w:br/>
        <w:t>vt 0.511230 0.799438</w:t>
        <w:br/>
        <w:t>vt 0.507324 0.799438</w:t>
        <w:br/>
        <w:t>vt 0.511230 0.795288</w:t>
        <w:br/>
        <w:t>vt 0.511230 0.799438</w:t>
        <w:br/>
        <w:t>vt 0.507324 0.795288</w:t>
        <w:br/>
        <w:t>vt 0.872559 0.373047</w:t>
        <w:br/>
        <w:t>vt 0.877441 0.359863</w:t>
        <w:br/>
        <w:t>vt 0.876953 0.372559</w:t>
        <w:br/>
        <w:t>vt 0.872559 0.360352</w:t>
        <w:br/>
        <w:t>vt 0.876953 0.346191</w:t>
        <w:br/>
        <w:t>vt 0.872559 0.345703</w:t>
        <w:br/>
        <w:t>vt 0.877441 0.325684</w:t>
        <w:br/>
        <w:t>vt 0.876953 0.346191</w:t>
        <w:br/>
        <w:t>vt 0.872559 0.345703</w:t>
        <w:br/>
        <w:t>vt 0.872559 0.325684</w:t>
        <w:br/>
        <w:t>vt 0.877441 0.306152</w:t>
        <w:br/>
        <w:t>vt 0.872559 0.306641</w:t>
        <w:br/>
        <w:t>vt 0.227295 0.803833</w:t>
        <w:br/>
        <w:t>vt 0.231934 0.832520</w:t>
        <w:br/>
        <w:t>vt 0.227295 0.832520</w:t>
        <w:br/>
        <w:t>vt 0.231934 0.803833</w:t>
        <w:br/>
        <w:t>vt 0.236450 0.832520</w:t>
        <w:br/>
        <w:t>vt 0.236450 0.803833</w:t>
        <w:br/>
        <w:t>vt 0.240967 0.803833</w:t>
        <w:br/>
        <w:t>vt 0.240967 0.832520</w:t>
        <w:br/>
        <w:t>vt 0.245483 0.832520</w:t>
        <w:br/>
        <w:t>vt 0.245483 0.803833</w:t>
        <w:br/>
        <w:t>vt 0.250000 0.803833</w:t>
        <w:br/>
        <w:t>vt 0.250000 0.832520</w:t>
        <w:br/>
        <w:t>vt 0.254639 0.803833</w:t>
        <w:br/>
        <w:t>vt 0.254639 0.832520</w:t>
        <w:br/>
        <w:t>vt 0.259033 0.832520</w:t>
        <w:br/>
        <w:t>vt 0.259033 0.803833</w:t>
        <w:br/>
        <w:t>vt 0.263672 0.803833</w:t>
        <w:br/>
        <w:t>vt 0.263672 0.832520</w:t>
        <w:br/>
        <w:t>vt 0.855469 0.715576</w:t>
        <w:br/>
        <w:t>vt 0.861328 0.713379</w:t>
        <w:br/>
        <w:t>vt 0.860352 0.717773</w:t>
        <w:br/>
        <w:t>vt 0.858887 0.711182</w:t>
        <w:br/>
        <w:t>vt 0.852051 0.713379</w:t>
        <w:br/>
        <w:t>vt 0.858887 0.711182</w:t>
        <w:br/>
        <w:t>vt 0.855469 0.715576</w:t>
        <w:br/>
        <w:t>vt 0.855957 0.708252</w:t>
        <w:br/>
        <w:t>vt 0.838867 0.704346</w:t>
        <w:br/>
        <w:t>vt 0.842773 0.697754</w:t>
        <w:br/>
        <w:t>vt 0.830566 0.698730</w:t>
        <w:br/>
        <w:t>vt 0.835449 0.691895</w:t>
        <w:br/>
        <w:t>vt 0.832031 0.688477</w:t>
        <w:br/>
        <w:t>vt 0.820312 0.692627</w:t>
        <w:br/>
        <w:t>vt 0.820312 0.692627</w:t>
        <w:br/>
        <w:t>vt 0.827637 0.684570</w:t>
        <w:br/>
        <w:t>vt 0.832031 0.688477</w:t>
        <w:br/>
        <w:t>vt 0.817871 0.688721</w:t>
        <w:br/>
        <w:t>vt 0.821289 0.675781</w:t>
        <w:br/>
        <w:t>vt 0.817871 0.688721</w:t>
        <w:br/>
        <w:t>vt 0.829102 0.678711</w:t>
        <w:br/>
        <w:t>vt 0.832031 0.670410</w:t>
        <w:br/>
        <w:t>vt 0.825195 0.666992</w:t>
        <w:br/>
        <w:t>vt 0.836426 0.655273</w:t>
        <w:br/>
        <w:t>vt 0.831055 0.653076</w:t>
        <w:br/>
        <w:t>vt 0.834473 0.648682</w:t>
        <w:br/>
        <w:t>vt 0.838867 0.650879</w:t>
        <w:br/>
        <w:t>vt 0.793457 0.838501</w:t>
        <w:br/>
        <w:t>vt 0.796875 0.833740</w:t>
        <w:br/>
        <w:t>vt 0.794922 0.839233</w:t>
        <w:br/>
        <w:t>vt 0.795410 0.832886</w:t>
        <w:br/>
        <w:t>vt 0.791016 0.837524</w:t>
        <w:br/>
        <w:t>vt 0.792969 0.831787</w:t>
        <w:br/>
        <w:t>vt 0.788574 0.836548</w:t>
        <w:br/>
        <w:t>vt 0.790527 0.830811</w:t>
        <w:br/>
        <w:t>vt 0.789062 0.832153</w:t>
        <w:br/>
        <w:t>vt 0.787109 0.836182</w:t>
        <w:br/>
        <w:t>vt 0.789062 0.829956</w:t>
        <w:br/>
        <w:t>vt 0.787109 0.831543</w:t>
        <w:br/>
        <w:t>vt 0.784668 0.836426</w:t>
        <w:br/>
        <w:t>vt 0.786133 0.837524</w:t>
        <w:br/>
        <w:t>vt 0.787109 0.826416</w:t>
        <w:br/>
        <w:t>vt 0.788574 0.826172</w:t>
        <w:br/>
        <w:t>vt 0.787109 0.826416</w:t>
        <w:br/>
        <w:t>vt 0.788086 0.825439</w:t>
        <w:br/>
        <w:t>vt 0.788574 0.826172</w:t>
        <w:br/>
        <w:t>vt 0.786133 0.837524</w:t>
        <w:br/>
        <w:t>vt 0.784180 0.836670</w:t>
        <w:br/>
        <w:t>vt 0.784668 0.836426</w:t>
        <w:br/>
        <w:t>vt 0.785156 0.837891</w:t>
        <w:br/>
        <w:t>vt 0.779297 0.841553</w:t>
        <w:br/>
        <w:t>vt 0.786621 0.825684</w:t>
        <w:br/>
        <w:t>vt 0.786621 0.819336</w:t>
        <w:br/>
        <w:t>vt 0.788086 0.825439</w:t>
        <w:br/>
        <w:t>vt 0.786621 0.825684</w:t>
        <w:br/>
        <w:t>vt 0.779297 0.840088</w:t>
        <w:br/>
        <w:t>vt 0.785156 0.819702</w:t>
        <w:br/>
        <w:t>vt 0.780273 0.803833</w:t>
        <w:br/>
        <w:t>vt 0.772949 0.839722</w:t>
        <w:br/>
        <w:t>vt 0.772949 0.841187</w:t>
        <w:br/>
        <w:t>vt 0.767578 0.837891</w:t>
        <w:br/>
        <w:t>vt 0.778320 0.837280</w:t>
        <w:br/>
        <w:t>vt 0.768555 0.836792</w:t>
        <w:br/>
        <w:t>vt 0.762695 0.827881</w:t>
        <w:br/>
        <w:t>vt 0.773438 0.836914</w:t>
        <w:br/>
        <w:t>vt 0.782227 0.834473</w:t>
        <w:br/>
        <w:t>vt 0.764160 0.827271</w:t>
        <w:br/>
        <w:t>vt 0.758301 0.811401</w:t>
        <w:br/>
        <w:t>vt 0.769531 0.834229</w:t>
        <w:br/>
        <w:t>vt 0.777832 0.834961</w:t>
        <w:br/>
        <w:t>vt 0.773926 0.834595</w:t>
        <w:br/>
        <w:t>vt 0.782715 0.833374</w:t>
        <w:br/>
        <w:t>vt 0.782715 0.833374</w:t>
        <w:br/>
        <w:t>vt 0.780762 0.832642</w:t>
        <w:br/>
        <w:t>vt 0.783691 0.832520</w:t>
        <w:br/>
        <w:t>vt 0.783691 0.832520</w:t>
        <w:br/>
        <w:t>vt 0.781250 0.831909</w:t>
        <w:br/>
        <w:t>vt 0.780762 0.832642</w:t>
        <w:br/>
        <w:t>vt 0.777832 0.834961</w:t>
        <w:br/>
        <w:t>vt 0.778809 0.831299</w:t>
        <w:br/>
        <w:t>vt 0.780762 0.832642</w:t>
        <w:br/>
        <w:t>vt 0.778809 0.831299</w:t>
        <w:br/>
        <w:t>vt 0.777344 0.832764</w:t>
        <w:br/>
        <w:t>vt 0.774902 0.832520</w:t>
        <w:br/>
        <w:t>vt 0.773926 0.834595</w:t>
        <w:br/>
        <w:t>vt 0.778320 0.830688</w:t>
        <w:br/>
        <w:t>vt 0.772461 0.830444</w:t>
        <w:br/>
        <w:t>vt 0.778320 0.830688</w:t>
        <w:br/>
        <w:t>vt 0.781738 0.828979</w:t>
        <w:br/>
        <w:t>vt 0.781250 0.831909</w:t>
        <w:br/>
        <w:t>vt 0.781738 0.828979</w:t>
        <w:br/>
        <w:t>vt 0.781250 0.831909</w:t>
        <w:br/>
        <w:t>vt 0.778320 0.828247</w:t>
        <w:br/>
        <w:t>vt 0.770508 0.831909</w:t>
        <w:br/>
        <w:t>vt 0.770508 0.831909</w:t>
        <w:br/>
        <w:t>vt 0.770508 0.825073</w:t>
        <w:br/>
        <w:t>vt 0.766113 0.826416</w:t>
        <w:br/>
        <w:t>vt 0.767578 0.825806</w:t>
        <w:br/>
        <w:t>vt 0.767578 0.825806</w:t>
        <w:br/>
        <w:t>vt 0.766113 0.809570</w:t>
        <w:br/>
        <w:t>vt 0.759766 0.811035</w:t>
        <w:br/>
        <w:t>vt 0.763184 0.810181</w:t>
        <w:br/>
        <w:t>vt 0.765137 0.801758</w:t>
        <w:br/>
        <w:t>vt 0.761230 0.810547</w:t>
        <w:br/>
        <w:t>vt 0.763184 0.810181</w:t>
        <w:br/>
        <w:t>vt 0.762207 0.801270</w:t>
        <w:br/>
        <w:t>vt 0.762207 0.801270</w:t>
        <w:br/>
        <w:t>vt 0.766113 0.801025</w:t>
        <w:br/>
        <w:t>vt 0.760254 0.798950</w:t>
        <w:br/>
        <w:t>vt 0.758301 0.798096</w:t>
        <w:br/>
        <w:t>vt 0.756836 0.797607</w:t>
        <w:br/>
        <w:t>vt 0.760254 0.795776</w:t>
        <w:br/>
        <w:t>vt 0.759277 0.795044</w:t>
        <w:br/>
        <w:t>vt 0.770020 0.791382</w:t>
        <w:br/>
        <w:t>vt 0.763672 0.798706</w:t>
        <w:br/>
        <w:t>vt 0.763672 0.798706</w:t>
        <w:br/>
        <w:t>vt 0.761230 0.796753</w:t>
        <w:br/>
        <w:t>vt 0.769531 0.792603</w:t>
        <w:br/>
        <w:t>vt 0.772949 0.792114</w:t>
        <w:br/>
        <w:t>vt 0.769043 0.794312</w:t>
        <w:br/>
        <w:t>vt 0.768555 0.797363</w:t>
        <w:br/>
        <w:t>vt 0.768555 0.797363</w:t>
        <w:br/>
        <w:t>vt 0.768066 0.799561</w:t>
        <w:br/>
        <w:t>vt 0.772461 0.793457</w:t>
        <w:br/>
        <w:t>vt 0.771484 0.795410</w:t>
        <w:br/>
        <w:t>vt 0.770996 0.798462</w:t>
        <w:br/>
        <w:t>vt 0.770996 0.798462</w:t>
        <w:br/>
        <w:t>vt 0.768555 0.800781</w:t>
        <w:br/>
        <w:t>vt 0.778809 0.804321</w:t>
        <w:br/>
        <w:t>vt 0.777344 0.805054</w:t>
        <w:br/>
        <w:t>vt 0.775391 0.805908</w:t>
        <w:br/>
        <w:t>vt 0.775391 0.805908</w:t>
        <w:br/>
        <w:t>vt 0.772949 0.807373</w:t>
        <w:br/>
        <w:t>vt 0.783203 0.820190</w:t>
        <w:br/>
        <w:t>vt 0.781250 0.820801</w:t>
        <w:br/>
        <w:t>vt 0.781250 0.820801</w:t>
        <w:br/>
        <w:t>vt 0.783203 0.820190</w:t>
        <w:br/>
        <w:t>vt 0.778809 0.821777</w:t>
        <w:br/>
        <w:t>vt 0.781738 0.826172</w:t>
        <w:br/>
        <w:t>vt 0.779297 0.826172</w:t>
        <w:br/>
        <w:t>vt 0.784668 0.825928</w:t>
        <w:br/>
        <w:t>vt 0.784668 0.825928</w:t>
        <w:br/>
        <w:t>vt 0.784668 0.825928</w:t>
        <w:br/>
        <w:t>vt 0.779297 0.826172</w:t>
        <w:br/>
        <w:t>vt 0.781738 0.826172</w:t>
        <w:br/>
        <w:t>vt 0.781738 0.826904</w:t>
        <w:br/>
        <w:t>vt 0.778809 0.826660</w:t>
        <w:br/>
        <w:t>vt 0.781738 0.826904</w:t>
        <w:br/>
        <w:t>vt 0.778809 0.826660</w:t>
        <w:br/>
        <w:t>vt 0.784668 0.826660</w:t>
        <w:br/>
        <w:t>vt 0.784668 0.826660</w:t>
        <w:br/>
        <w:t>vt 0.784668 0.830078</w:t>
        <w:br/>
        <w:t>vt 0.784668 0.830078</w:t>
        <w:br/>
        <w:t>vt 0.784668 0.826660</w:t>
        <w:br/>
        <w:t>vt 0.292969 0.630615</w:t>
        <w:br/>
        <w:t>vt 0.287842 0.615234</w:t>
        <w:br/>
        <w:t>vt 0.287842 0.630615</w:t>
        <w:br/>
        <w:t>vt 0.292969 0.615234</w:t>
        <w:br/>
        <w:t>vt 0.292969 0.615234</w:t>
        <w:br/>
        <w:t>vt 0.287842 0.607910</w:t>
        <w:br/>
        <w:t>vt 0.287842 0.615234</w:t>
        <w:br/>
        <w:t>vt 0.292969 0.607910</w:t>
        <w:br/>
        <w:t>vt 0.292480 0.607178</w:t>
        <w:br/>
        <w:t>vt 0.288330 0.607178</w:t>
        <w:br/>
        <w:t>vt 0.288330 0.605957</w:t>
        <w:br/>
        <w:t>vt 0.292480 0.605957</w:t>
        <w:br/>
        <w:t>vt 0.287598 0.605225</w:t>
        <w:br/>
        <w:t>vt 0.292969 0.605225</w:t>
        <w:br/>
        <w:t>vt 0.287598 0.590332</w:t>
        <w:br/>
        <w:t>vt 0.292969 0.590332</w:t>
        <w:br/>
        <w:t>vt 0.292480 0.589600</w:t>
        <w:br/>
        <w:t>vt 0.288086 0.589600</w:t>
        <w:br/>
        <w:t>vt 0.288086 0.588135</w:t>
        <w:br/>
        <w:t>vt 0.292480 0.588135</w:t>
        <w:br/>
        <w:t>vt 0.287598 0.587402</w:t>
        <w:br/>
        <w:t>vt 0.292725 0.587402</w:t>
        <w:br/>
        <w:t>vt 0.287598 0.579834</w:t>
        <w:br/>
        <w:t>vt 0.292725 0.579834</w:t>
        <w:br/>
        <w:t>vt 0.433594 0.267090</w:t>
        <w:br/>
        <w:t>vt 0.429688 0.272461</w:t>
        <w:br/>
        <w:t>vt 0.433594 0.272461</w:t>
        <w:br/>
        <w:t>vt 0.429688 0.267090</w:t>
        <w:br/>
        <w:t>vt 0.433594 0.263672</w:t>
        <w:br/>
        <w:t>vt 0.429688 0.263672</w:t>
        <w:br/>
        <w:t>vt 0.433594 0.263672</w:t>
        <w:br/>
        <w:t>vt 0.429688 0.262207</w:t>
        <w:br/>
        <w:t>vt 0.429688 0.263672</w:t>
        <w:br/>
        <w:t>vt 0.433594 0.262207</w:t>
        <w:br/>
        <w:t>vt 0.430176 0.261719</w:t>
        <w:br/>
        <w:t>vt 0.433105 0.261719</w:t>
        <w:br/>
        <w:t>vt 0.433105 0.260742</w:t>
        <w:br/>
        <w:t>vt 0.430176 0.260742</w:t>
        <w:br/>
        <w:t>vt 0.429688 0.260254</w:t>
        <w:br/>
        <w:t>vt 0.433594 0.260254</w:t>
        <w:br/>
        <w:t>vt 0.433594 0.249512</w:t>
        <w:br/>
        <w:t>vt 0.429688 0.249512</w:t>
        <w:br/>
        <w:t>vt 0.429932 0.249023</w:t>
        <w:br/>
        <w:t>vt 0.433350 0.249023</w:t>
        <w:br/>
        <w:t>vt 0.433105 0.248047</w:t>
        <w:br/>
        <w:t>vt 0.429932 0.248047</w:t>
        <w:br/>
        <w:t>vt 0.429688 0.247559</w:t>
        <w:br/>
        <w:t>vt 0.433350 0.247559</w:t>
        <w:br/>
        <w:t>vt 0.433350 0.245117</w:t>
        <w:br/>
        <w:t>vt 0.429688 0.245117</w:t>
        <w:br/>
        <w:t>vt 0.433350 0.245117</w:t>
        <w:br/>
        <w:t>vt 0.429688 0.242188</w:t>
        <w:br/>
        <w:t>vt 0.429688 0.245117</w:t>
        <w:br/>
        <w:t>vt 0.433350 0.242188</w:t>
        <w:br/>
        <w:t>vt 0.429688 0.237793</w:t>
        <w:br/>
        <w:t>vt 0.433350 0.237793</w:t>
        <w:br/>
        <w:t>vt 0.433350 0.228027</w:t>
        <w:br/>
        <w:t>vt 0.429688 0.237793</w:t>
        <w:br/>
        <w:t>vt 0.433350 0.237793</w:t>
        <w:br/>
        <w:t>vt 0.429688 0.227539</w:t>
        <w:br/>
        <w:t>vt 0.184570 0.625488</w:t>
        <w:br/>
        <w:t>vt 0.187256 0.629395</w:t>
        <w:br/>
        <w:t>vt 0.184570 0.629395</w:t>
        <w:br/>
        <w:t>vt 0.187256 0.625732</w:t>
        <w:br/>
        <w:t>vt 0.184570 0.622070</w:t>
        <w:br/>
        <w:t>vt 0.187256 0.625732</w:t>
        <w:br/>
        <w:t>vt 0.184570 0.625488</w:t>
        <w:br/>
        <w:t>vt 0.187256 0.622070</w:t>
        <w:br/>
        <w:t>vt 0.187256 0.618896</w:t>
        <w:br/>
        <w:t>vt 0.184448 0.618652</w:t>
        <w:br/>
        <w:t>vt 0.184448 0.616699</w:t>
        <w:br/>
        <w:t>vt 0.187256 0.616699</w:t>
        <w:br/>
        <w:t>vt 0.187256 0.613770</w:t>
        <w:br/>
        <w:t>vt 0.184448 0.613770</w:t>
        <w:br/>
        <w:t>vt 0.187256 0.611816</w:t>
        <w:br/>
        <w:t>vt 0.184448 0.611816</w:t>
        <w:br/>
        <w:t>vt 0.184448 0.608398</w:t>
        <w:br/>
        <w:t>vt 0.187256 0.608643</w:t>
        <w:br/>
        <w:t>vt 0.187256 0.600830</w:t>
        <w:br/>
        <w:t>vt 0.187256 0.608643</w:t>
        <w:br/>
        <w:t>vt 0.184448 0.608398</w:t>
        <w:br/>
        <w:t>vt 0.184448 0.600830</w:t>
        <w:br/>
        <w:t>vt 0.184448 0.600830</w:t>
        <w:br/>
        <w:t>vt 0.187256 0.597656</w:t>
        <w:br/>
        <w:t>vt 0.187256 0.600830</w:t>
        <w:br/>
        <w:t>vt 0.184448 0.597412</w:t>
        <w:br/>
        <w:t>vt 0.184448 0.595459</w:t>
        <w:br/>
        <w:t>vt 0.187256 0.595459</w:t>
        <w:br/>
        <w:t>vt 0.187256 0.591553</w:t>
        <w:br/>
        <w:t>vt 0.184448 0.591553</w:t>
        <w:br/>
        <w:t>vt 0.187256 0.589600</w:t>
        <w:br/>
        <w:t>vt 0.184448 0.589355</w:t>
        <w:br/>
        <w:t>vt 0.184448 0.586182</w:t>
        <w:br/>
        <w:t>vt 0.187256 0.586182</w:t>
        <w:br/>
        <w:t>vt 0.187256 0.582764</w:t>
        <w:br/>
        <w:t>vt 0.184448 0.582520</w:t>
        <w:br/>
        <w:t>vt 0.184448 0.582520</w:t>
        <w:br/>
        <w:t>vt 0.187256 0.579102</w:t>
        <w:br/>
        <w:t>vt 0.187256 0.582764</w:t>
        <w:br/>
        <w:t>vt 0.184448 0.578857</w:t>
        <w:br/>
        <w:t>vt 0.187256 0.579102</w:t>
        <w:br/>
        <w:t>vt 0.184448 0.578857</w:t>
        <w:br/>
        <w:t>vt 0.187256 0.577881</w:t>
        <w:br/>
        <w:t>vt 0.183350 0.576904</w:t>
        <w:br/>
        <w:t>vt 0.187256 0.574707</w:t>
        <w:br/>
        <w:t>vt 0.183350 0.574219</w:t>
        <w:br/>
        <w:t>vt 0.183350 0.568115</w:t>
        <w:br/>
        <w:t>vt 0.187256 0.568115</w:t>
        <w:br/>
        <w:t>vt 0.183350 0.542480</w:t>
        <w:br/>
        <w:t>vt 0.187256 0.568115</w:t>
        <w:br/>
        <w:t>vt 0.183350 0.568115</w:t>
        <w:br/>
        <w:t>vt 0.187256 0.542236</w:t>
        <w:br/>
        <w:t>vt 0.183350 0.542480</w:t>
        <w:br/>
        <w:t>vt 0.187256 0.536133</w:t>
        <w:br/>
        <w:t>vt 0.187256 0.542236</w:t>
        <w:br/>
        <w:t>vt 0.183350 0.535889</w:t>
        <w:br/>
        <w:t>vt 0.187256 0.532959</w:t>
        <w:br/>
        <w:t>vt 0.183350 0.533447</w:t>
        <w:br/>
        <w:t>vt 0.183350 0.531250</w:t>
        <w:br/>
        <w:t>vt 0.187256 0.531250</w:t>
        <w:br/>
        <w:t>vt 0.648926 0.390625</w:t>
        <w:br/>
        <w:t>vt 0.642578 0.388672</w:t>
        <w:br/>
        <w:t>vt 0.647461 0.388672</w:t>
        <w:br/>
        <w:t>vt 0.640625 0.390137</w:t>
        <w:br/>
        <w:t>vt 0.648926 0.394531</w:t>
        <w:br/>
        <w:t>vt 0.640625 0.394531</w:t>
        <w:br/>
        <w:t>vt 0.639160 0.398438</w:t>
        <w:br/>
        <w:t>vt 0.666992 0.398438</w:t>
        <w:br/>
        <w:t>vt 0.658203 0.394531</w:t>
        <w:br/>
        <w:t>vt 0.664062 0.401855</w:t>
        <w:br/>
        <w:t>vt 0.665527 0.394531</w:t>
        <w:br/>
        <w:t>vt 0.641602 0.401855</w:t>
        <w:br/>
        <w:t>vt 0.658203 0.390625</w:t>
        <w:br/>
        <w:t>vt 0.664062 0.401855</w:t>
        <w:br/>
        <w:t>vt 0.639648 0.403320</w:t>
        <w:br/>
        <w:t>vt 0.641602 0.401855</w:t>
        <w:br/>
        <w:t>vt 0.665527 0.390625</w:t>
        <w:br/>
        <w:t>vt 0.666504 0.403320</w:t>
        <w:br/>
        <w:t>vt 0.660156 0.388672</w:t>
        <w:br/>
        <w:t>vt 0.663574 0.388672</w:t>
        <w:br/>
        <w:t>vt 0.666504 0.403320</w:t>
        <w:br/>
        <w:t>vt 0.637207 0.405273</w:t>
        <w:br/>
        <w:t>vt 0.639648 0.403320</w:t>
        <w:br/>
        <w:t>vt 0.668457 0.405273</w:t>
        <w:br/>
        <w:t>vt 0.668457 0.413086</w:t>
        <w:br/>
        <w:t>vt 0.637207 0.413086</w:t>
        <w:br/>
        <w:t>vt 0.287842 0.615234</w:t>
        <w:br/>
        <w:t>vt 0.292969 0.630615</w:t>
        <w:br/>
        <w:t>vt 0.287842 0.630615</w:t>
        <w:br/>
        <w:t>vt 0.292969 0.615234</w:t>
        <w:br/>
        <w:t>vt 0.292969 0.615234</w:t>
        <w:br/>
        <w:t>vt 0.287842 0.615234</w:t>
        <w:br/>
        <w:t>vt 0.287842 0.607910</w:t>
        <w:br/>
        <w:t>vt 0.292969 0.607910</w:t>
        <w:br/>
        <w:t>vt 0.292480 0.607178</w:t>
        <w:br/>
        <w:t>vt 0.288330 0.607178</w:t>
        <w:br/>
        <w:t>vt 0.288330 0.605957</w:t>
        <w:br/>
        <w:t>vt 0.292480 0.605957</w:t>
        <w:br/>
        <w:t>vt 0.287598 0.605225</w:t>
        <w:br/>
        <w:t>vt 0.292969 0.605225</w:t>
        <w:br/>
        <w:t>vt 0.287598 0.590332</w:t>
        <w:br/>
        <w:t>vt 0.292969 0.590332</w:t>
        <w:br/>
        <w:t>vt 0.292480 0.589600</w:t>
        <w:br/>
        <w:t>vt 0.288086 0.589600</w:t>
        <w:br/>
        <w:t>vt 0.288086 0.588135</w:t>
        <w:br/>
        <w:t>vt 0.292480 0.588135</w:t>
        <w:br/>
        <w:t>vt 0.287598 0.587402</w:t>
        <w:br/>
        <w:t>vt 0.292725 0.587402</w:t>
        <w:br/>
        <w:t>vt 0.287598 0.579834</w:t>
        <w:br/>
        <w:t>vt 0.292725 0.579834</w:t>
        <w:br/>
        <w:t>vt 0.429688 0.272461</w:t>
        <w:br/>
        <w:t>vt 0.433594 0.267090</w:t>
        <w:br/>
        <w:t>vt 0.433594 0.272461</w:t>
        <w:br/>
        <w:t>vt 0.429688 0.267090</w:t>
        <w:br/>
        <w:t>vt 0.433594 0.263672</w:t>
        <w:br/>
        <w:t>vt 0.429688 0.263672</w:t>
        <w:br/>
        <w:t>vt 0.433594 0.263672</w:t>
        <w:br/>
        <w:t>vt 0.429688 0.263672</w:t>
        <w:br/>
        <w:t>vt 0.429688 0.262207</w:t>
        <w:br/>
        <w:t>vt 0.433594 0.262207</w:t>
        <w:br/>
        <w:t>vt 0.430176 0.261719</w:t>
        <w:br/>
        <w:t>vt 0.433105 0.261719</w:t>
        <w:br/>
        <w:t>vt 0.433105 0.260742</w:t>
        <w:br/>
        <w:t>vt 0.430176 0.260742</w:t>
        <w:br/>
        <w:t>vt 0.429688 0.260254</w:t>
        <w:br/>
        <w:t>vt 0.433594 0.260254</w:t>
        <w:br/>
        <w:t>vt 0.433594 0.249512</w:t>
        <w:br/>
        <w:t>vt 0.429688 0.249512</w:t>
        <w:br/>
        <w:t>vt 0.429932 0.249023</w:t>
        <w:br/>
        <w:t>vt 0.433350 0.249023</w:t>
        <w:br/>
        <w:t>vt 0.433105 0.248047</w:t>
        <w:br/>
        <w:t>vt 0.429932 0.248047</w:t>
        <w:br/>
        <w:t>vt 0.429688 0.247559</w:t>
        <w:br/>
        <w:t>vt 0.433350 0.247559</w:t>
        <w:br/>
        <w:t>vt 0.433350 0.245117</w:t>
        <w:br/>
        <w:t>vt 0.429688 0.245117</w:t>
        <w:br/>
        <w:t>vt 0.429688 0.242188</w:t>
        <w:br/>
        <w:t>vt 0.433350 0.245117</w:t>
        <w:br/>
        <w:t>vt 0.429688 0.245117</w:t>
        <w:br/>
        <w:t>vt 0.433350 0.242188</w:t>
        <w:br/>
        <w:t>vt 0.429688 0.237793</w:t>
        <w:br/>
        <w:t>vt 0.433350 0.237793</w:t>
        <w:br/>
        <w:t>vt 0.429688 0.237793</w:t>
        <w:br/>
        <w:t>vt 0.433350 0.228027</w:t>
        <w:br/>
        <w:t>vt 0.433350 0.237793</w:t>
        <w:br/>
        <w:t>vt 0.429688 0.227539</w:t>
        <w:br/>
        <w:t>vt 0.293945 0.692383</w:t>
        <w:br/>
        <w:t>vt 0.290771 0.686768</w:t>
        <w:br/>
        <w:t>vt 0.290771 0.692383</w:t>
        <w:br/>
        <w:t>vt 0.293945 0.686768</w:t>
        <w:br/>
        <w:t>vt 0.290771 0.679688</w:t>
        <w:br/>
        <w:t>vt 0.293945 0.679688</w:t>
        <w:br/>
        <w:t>vt 0.293945 0.671631</w:t>
        <w:br/>
        <w:t>vt 0.290771 0.671631</w:t>
        <w:br/>
        <w:t>vt 0.293945 0.661621</w:t>
        <w:br/>
        <w:t>vt 0.290771 0.661621</w:t>
        <w:br/>
        <w:t>vt 0.293945 0.653320</w:t>
        <w:br/>
        <w:t>vt 0.290771 0.653320</w:t>
        <w:br/>
        <w:t>vt 0.290771 0.646240</w:t>
        <w:br/>
        <w:t>vt 0.293945 0.646240</w:t>
        <w:br/>
        <w:t>vt 0.290771 0.640869</w:t>
        <w:br/>
        <w:t>vt 0.293945 0.640869</w:t>
        <w:br/>
        <w:t>vt 0.705078 0.995018</w:t>
        <w:br/>
        <w:t>vt 0.698730 0.992325</w:t>
        <w:br/>
        <w:t>vt 0.698730 0.994663</w:t>
        <w:br/>
        <w:t>vt 0.705078 0.992691</w:t>
        <w:br/>
        <w:t>vt 0.734375 0.995007</w:t>
        <w:br/>
        <w:t>vt 0.734375 0.992680</w:t>
        <w:br/>
        <w:t>vt 0.740723 0.994617</w:t>
        <w:br/>
        <w:t>vt 0.740723 0.992268</w:t>
        <w:br/>
        <w:t>vt 0.705078 0.992691</w:t>
        <w:br/>
        <w:t>vt 0.734375 0.992680</w:t>
        <w:br/>
        <w:t>vt 0.733887 0.988411</w:t>
        <w:br/>
        <w:t>vt 0.740723 0.992268</w:t>
        <w:br/>
        <w:t>vt 0.705078 0.988426</w:t>
        <w:br/>
        <w:t>vt 0.698730 0.992325</w:t>
        <w:br/>
        <w:t>vt 0.699219 0.988068</w:t>
        <w:br/>
        <w:t>vt 0.699219 0.988068</w:t>
        <w:br/>
        <w:t>vt 0.696289 0.991943</w:t>
        <w:br/>
        <w:t>vt 0.698730 0.992325</w:t>
        <w:br/>
        <w:t>vt 0.696777 0.987389</w:t>
        <w:br/>
        <w:t>vt 0.699219 0.981506</w:t>
        <w:br/>
        <w:t>vt 0.701172 0.982956</w:t>
        <w:br/>
        <w:t>vt 0.701172 0.982956</w:t>
        <w:br/>
        <w:t>vt 0.706543 0.984726</w:t>
        <w:br/>
        <w:t>vt 0.706543 0.975922</w:t>
        <w:br/>
        <w:t>vt 0.707520 0.977951</w:t>
        <w:br/>
        <w:t>vt 0.707520 0.977951</w:t>
        <w:br/>
        <w:t>vt 0.710449 0.981705</w:t>
        <w:br/>
        <w:t>vt 0.714355 0.973175</w:t>
        <w:br/>
        <w:t>vt 0.714844 0.975464</w:t>
        <w:br/>
        <w:t>vt 0.714844 0.975464</w:t>
        <w:br/>
        <w:t>vt 0.716309 0.979706</w:t>
        <w:br/>
        <w:t>vt 0.724609 0.973160</w:t>
        <w:br/>
        <w:t>vt 0.723145 0.979675</w:t>
        <w:br/>
        <w:t>vt 0.724609 0.975449</w:t>
        <w:br/>
        <w:t>vt 0.724609 0.975449</w:t>
        <w:br/>
        <w:t>vt 0.728516 0.981644</w:t>
        <w:br/>
        <w:t>vt 0.731934 0.977921</w:t>
        <w:br/>
        <w:t>vt 0.731934 0.977921</w:t>
        <w:br/>
        <w:t>vt 0.732910 0.975891</w:t>
        <w:br/>
        <w:t>vt 0.732422 0.984703</w:t>
        <w:br/>
        <w:t>vt 0.738281 0.982895</w:t>
        <w:br/>
        <w:t>vt 0.738281 0.982895</w:t>
        <w:br/>
        <w:t>vt 0.739746 0.981491</w:t>
        <w:br/>
        <w:t>vt 0.742188 0.987350</w:t>
        <w:br/>
        <w:t>vt 0.740234 0.987999</w:t>
        <w:br/>
        <w:t>vt 0.740234 0.987999</w:t>
        <w:br/>
        <w:t>vt 0.743164 0.991859</w:t>
        <w:br/>
        <w:t>vt 0.740723 0.992268</w:t>
        <w:br/>
        <w:t>vt 0.293945 0.686768</w:t>
        <w:br/>
        <w:t>vt 0.290771 0.692383</w:t>
        <w:br/>
        <w:t>vt 0.293945 0.692383</w:t>
        <w:br/>
        <w:t>vt 0.290771 0.686768</w:t>
        <w:br/>
        <w:t>vt 0.293945 0.679688</w:t>
        <w:br/>
        <w:t>vt 0.290771 0.679688</w:t>
        <w:br/>
        <w:t>vt 0.293945 0.671631</w:t>
        <w:br/>
        <w:t>vt 0.290771 0.671631</w:t>
        <w:br/>
        <w:t>vt 0.293945 0.661621</w:t>
        <w:br/>
        <w:t>vt 0.290771 0.661621</w:t>
        <w:br/>
        <w:t>vt 0.290771 0.653320</w:t>
        <w:br/>
        <w:t>vt 0.293945 0.653320</w:t>
        <w:br/>
        <w:t>vt 0.290771 0.646240</w:t>
        <w:br/>
        <w:t>vt 0.293945 0.646240</w:t>
        <w:br/>
        <w:t>vt 0.293945 0.640869</w:t>
        <w:br/>
        <w:t>vt 0.290771 0.640869</w:t>
        <w:br/>
        <w:t>vt 0.293945 0.686768</w:t>
        <w:br/>
        <w:t>vt 0.290771 0.692383</w:t>
        <w:br/>
        <w:t>vt 0.293945 0.692383</w:t>
        <w:br/>
        <w:t>vt 0.290771 0.686768</w:t>
        <w:br/>
        <w:t>vt 0.293945 0.679688</w:t>
        <w:br/>
        <w:t>vt 0.290771 0.679688</w:t>
        <w:br/>
        <w:t>vt 0.293945 0.671631</w:t>
        <w:br/>
        <w:t>vt 0.290771 0.671631</w:t>
        <w:br/>
        <w:t>vt 0.290771 0.661621</w:t>
        <w:br/>
        <w:t>vt 0.293945 0.661621</w:t>
        <w:br/>
        <w:t>vt 0.290771 0.653320</w:t>
        <w:br/>
        <w:t>vt 0.293945 0.653320</w:t>
        <w:br/>
        <w:t>vt 0.293945 0.646240</w:t>
        <w:br/>
        <w:t>vt 0.290771 0.646240</w:t>
        <w:br/>
        <w:t>vt 0.293945 0.640869</w:t>
        <w:br/>
        <w:t>vt 0.290771 0.640869</w:t>
        <w:br/>
        <w:t>vt 0.705078 0.995018</w:t>
        <w:br/>
        <w:t>vt 0.698730 0.992325</w:t>
        <w:br/>
        <w:t>vt 0.698730 0.994663</w:t>
        <w:br/>
        <w:t>vt 0.705078 0.992691</w:t>
        <w:br/>
        <w:t>vt 0.734375 0.995007</w:t>
        <w:br/>
        <w:t>vt 0.734375 0.992680</w:t>
        <w:br/>
        <w:t>vt 0.740723 0.994617</w:t>
        <w:br/>
        <w:t>vt 0.740723 0.992268</w:t>
        <w:br/>
        <w:t>vt 0.733887 0.988411</w:t>
        <w:br/>
        <w:t>vt 0.705078 0.992691</w:t>
        <w:br/>
        <w:t>vt 0.734375 0.992680</w:t>
        <w:br/>
        <w:t>vt 0.740723 0.992268</w:t>
        <w:br/>
        <w:t>vt 0.705078 0.988426</w:t>
        <w:br/>
        <w:t>vt 0.698730 0.992325</w:t>
        <w:br/>
        <w:t>vt 0.699219 0.988068</w:t>
        <w:br/>
        <w:t>vt 0.699219 0.988068</w:t>
        <w:br/>
        <w:t>vt 0.696289 0.991943</w:t>
        <w:br/>
        <w:t>vt 0.698730 0.992325</w:t>
        <w:br/>
        <w:t>vt 0.696777 0.987389</w:t>
        <w:br/>
        <w:t>vt 0.701172 0.982956</w:t>
        <w:br/>
        <w:t>vt 0.701172 0.982956</w:t>
        <w:br/>
        <w:t>vt 0.706543 0.984726</w:t>
        <w:br/>
        <w:t>vt 0.699219 0.981506</w:t>
        <w:br/>
        <w:t>vt 0.707520 0.977951</w:t>
        <w:br/>
        <w:t>vt 0.707520 0.977951</w:t>
        <w:br/>
        <w:t>vt 0.710449 0.981705</w:t>
        <w:br/>
        <w:t>vt 0.706543 0.975922</w:t>
        <w:br/>
        <w:t>vt 0.714844 0.975464</w:t>
        <w:br/>
        <w:t>vt 0.714844 0.975464</w:t>
        <w:br/>
        <w:t>vt 0.714355 0.973175</w:t>
        <w:br/>
        <w:t>vt 0.716309 0.979706</w:t>
        <w:br/>
        <w:t>vt 0.724609 0.973160</w:t>
        <w:br/>
        <w:t>vt 0.724609 0.975449</w:t>
        <w:br/>
        <w:t>vt 0.724609 0.975449</w:t>
        <w:br/>
        <w:t>vt 0.723145 0.979675</w:t>
        <w:br/>
        <w:t>vt 0.732910 0.975891</w:t>
        <w:br/>
        <w:t>vt 0.728516 0.981644</w:t>
        <w:br/>
        <w:t>vt 0.731934 0.977921</w:t>
        <w:br/>
        <w:t>vt 0.731934 0.977921</w:t>
        <w:br/>
        <w:t>vt 0.732422 0.984703</w:t>
        <w:br/>
        <w:t>vt 0.738281 0.982895</w:t>
        <w:br/>
        <w:t>vt 0.738281 0.982895</w:t>
        <w:br/>
        <w:t>vt 0.739746 0.981491</w:t>
        <w:br/>
        <w:t>vt 0.740234 0.987999</w:t>
        <w:br/>
        <w:t>vt 0.740234 0.987999</w:t>
        <w:br/>
        <w:t>vt 0.742188 0.987350</w:t>
        <w:br/>
        <w:t>vt 0.743164 0.991859</w:t>
        <w:br/>
        <w:t>vt 0.740723 0.992268</w:t>
        <w:br/>
        <w:t>vt 0.293945 0.692383</w:t>
        <w:br/>
        <w:t>vt 0.290771 0.686768</w:t>
        <w:br/>
        <w:t>vt 0.290771 0.692383</w:t>
        <w:br/>
        <w:t>vt 0.293945 0.686768</w:t>
        <w:br/>
        <w:t>vt 0.290771 0.679688</w:t>
        <w:br/>
        <w:t>vt 0.293945 0.679688</w:t>
        <w:br/>
        <w:t>vt 0.290771 0.671631</w:t>
        <w:br/>
        <w:t>vt 0.293945 0.671631</w:t>
        <w:br/>
        <w:t>vt 0.293945 0.661621</w:t>
        <w:br/>
        <w:t>vt 0.290771 0.661621</w:t>
        <w:br/>
        <w:t>vt 0.293945 0.653320</w:t>
        <w:br/>
        <w:t>vt 0.290771 0.653320</w:t>
        <w:br/>
        <w:t>vt 0.290771 0.646240</w:t>
        <w:br/>
        <w:t>vt 0.293945 0.646240</w:t>
        <w:br/>
        <w:t>vt 0.290771 0.640869</w:t>
        <w:br/>
        <w:t>vt 0.293945 0.640869</w:t>
        <w:br/>
        <w:t>vt 0.599609 0.565430</w:t>
        <w:br/>
        <w:t>vt 0.598145 0.559082</w:t>
        <w:br/>
        <w:t>vt 0.599609 0.559082</w:t>
        <w:br/>
        <w:t>vt 0.598145 0.565430</w:t>
        <w:br/>
        <w:t>vt 0.597168 0.559082</w:t>
        <w:br/>
        <w:t>vt 0.597168 0.565430</w:t>
        <w:br/>
        <w:t>vt 0.597168 0.559082</w:t>
        <w:br/>
        <w:t>vt 0.597168 0.565430</w:t>
        <w:br/>
        <w:t>vt 0.595215 0.559082</w:t>
        <w:br/>
        <w:t>vt 0.595215 0.565430</w:t>
        <w:br/>
        <w:t>vt 0.591797 0.559082</w:t>
        <w:br/>
        <w:t>vt 0.591797 0.565430</w:t>
        <w:br/>
        <w:t>vt 0.584961 0.559082</w:t>
        <w:br/>
        <w:t>vt 0.584961 0.565430</w:t>
        <w:br/>
        <w:t>vt 0.577637 0.559082</w:t>
        <w:br/>
        <w:t>vt 0.577637 0.565430</w:t>
        <w:br/>
        <w:t>vt 0.570801 0.559082</w:t>
        <w:br/>
        <w:t>vt 0.570801 0.565430</w:t>
        <w:br/>
        <w:t>vt 0.560547 0.559082</w:t>
        <w:br/>
        <w:t>vt 0.560547 0.565430</w:t>
        <w:br/>
        <w:t>vt 0.551758 0.559082</w:t>
        <w:br/>
        <w:t>vt 0.551758 0.565430</w:t>
        <w:br/>
        <w:t>vt 0.546875 0.565430</w:t>
        <w:br/>
        <w:t>vt 0.546875 0.559082</w:t>
        <w:br/>
        <w:t>vt 0.544922 0.565430</w:t>
        <w:br/>
        <w:t>vt 0.546875 0.559082</w:t>
        <w:br/>
        <w:t>vt 0.546875 0.565430</w:t>
        <w:br/>
        <w:t>vt 0.544922 0.559082</w:t>
        <w:br/>
        <w:t>vt 0.232056 0.392090</w:t>
        <w:br/>
        <w:t>vt 0.236816 0.392090</w:t>
        <w:br/>
        <w:t>vt 0.232056 0.408691</w:t>
        <w:br/>
        <w:t>vt 0.240356 0.392090</w:t>
        <w:br/>
        <w:t>vt 0.240967 0.412109</w:t>
        <w:br/>
        <w:t>vt 0.243774 0.392090</w:t>
        <w:br/>
        <w:t>vt 0.243774 0.412598</w:t>
        <w:br/>
        <w:t>vt 0.232056 0.416992</w:t>
        <w:br/>
        <w:t>vt 0.243774 0.429199</w:t>
        <w:br/>
        <w:t>vt 0.240234 0.431641</w:t>
        <w:br/>
        <w:t>vt 0.240234 0.431641</w:t>
        <w:br/>
        <w:t>vt 0.232056 0.431641</w:t>
        <w:br/>
        <w:t>vt 0.248657 0.431641</w:t>
        <w:br/>
        <w:t>vt 0.232056 0.434570</w:t>
        <w:br/>
        <w:t>vt 0.243774 0.435547</w:t>
        <w:br/>
        <w:t>vt 0.252930 0.436035</w:t>
        <w:br/>
        <w:t>vt 0.235596 0.457031</w:t>
        <w:br/>
        <w:t>vt 0.232056 0.456055</w:t>
        <w:br/>
        <w:t>vt 0.232056 0.434570</w:t>
        <w:br/>
        <w:t>vt 0.243774 0.435547</w:t>
        <w:br/>
        <w:t>vt 0.247314 0.438965</w:t>
        <w:br/>
        <w:t>vt 0.247314 0.438965</w:t>
        <w:br/>
        <w:t>vt 0.252930 0.459961</w:t>
        <w:br/>
        <w:t>vt 0.247070 0.459961</w:t>
        <w:br/>
        <w:t>vt 0.247070 0.459961</w:t>
        <w:br/>
        <w:t>vt 0.235596 0.480469</w:t>
        <w:br/>
        <w:t>vt 0.252930 0.479980</w:t>
        <w:br/>
        <w:t>vt 0.247314 0.481445</w:t>
        <w:br/>
        <w:t>vt 0.247314 0.481445</w:t>
        <w:br/>
        <w:t>vt 0.235596 0.500000</w:t>
        <w:br/>
        <w:t>vt 0.252930 0.500977</w:t>
        <w:br/>
        <w:t>vt 0.248047 0.500732</w:t>
        <w:br/>
        <w:t>vt 0.248047 0.500732</w:t>
        <w:br/>
        <w:t>vt 0.235596 0.517334</w:t>
        <w:br/>
        <w:t>vt 0.247925 0.517090</w:t>
        <w:br/>
        <w:t>vt 0.247925 0.517090</w:t>
        <w:br/>
        <w:t>vt 0.252930 0.517578</w:t>
        <w:br/>
        <w:t>vt 0.247803 0.530273</w:t>
        <w:br/>
        <w:t>vt 0.247803 0.530273</w:t>
        <w:br/>
        <w:t>vt 0.235596 0.530518</w:t>
        <w:br/>
        <w:t>vt 0.252930 0.531006</w:t>
        <w:br/>
        <w:t>vt 0.247559 0.545654</w:t>
        <w:br/>
        <w:t>vt 0.247559 0.545654</w:t>
        <w:br/>
        <w:t>vt 0.235596 0.546387</w:t>
        <w:br/>
        <w:t>vt 0.252930 0.547852</w:t>
        <w:br/>
        <w:t>vt 0.247070 0.563477</w:t>
        <w:br/>
        <w:t>vt 0.247070 0.563477</w:t>
        <w:br/>
        <w:t>vt 0.235596 0.565186</w:t>
        <w:br/>
        <w:t>vt 0.252930 0.566650</w:t>
        <w:br/>
        <w:t>vt 0.246460 0.584717</w:t>
        <w:br/>
        <w:t>vt 0.246460 0.584717</w:t>
        <w:br/>
        <w:t>vt 0.252930 0.589111</w:t>
        <w:br/>
        <w:t>vt 0.250732 0.594238</w:t>
        <w:br/>
        <w:t>vt 0.244263 0.589111</w:t>
        <w:br/>
        <w:t>vt 0.244263 0.589111</w:t>
        <w:br/>
        <w:t>vt 0.235596 0.578613</w:t>
        <w:br/>
        <w:t>vt 0.244995 0.598877</w:t>
        <w:br/>
        <w:t>vt 0.230591 0.592529</w:t>
        <w:br/>
        <w:t>vt 0.230591 0.579346</w:t>
        <w:br/>
        <w:t>vt 0.237793 0.591309</w:t>
        <w:br/>
        <w:t>vt 0.240234 0.595947</w:t>
        <w:br/>
        <w:t>vt 0.244995 0.603271</w:t>
        <w:br/>
        <w:t>vt 0.240234 0.595947</w:t>
        <w:br/>
        <w:t>vt 0.244995 0.598877</w:t>
        <w:br/>
        <w:t>vt 0.230591 0.596680</w:t>
        <w:br/>
        <w:t>vt 0.238892 0.605957</w:t>
        <w:br/>
        <w:t>vt 0.238892 0.605957</w:t>
        <w:br/>
        <w:t>vt 0.244995 0.614990</w:t>
        <w:br/>
        <w:t>vt 0.230591 0.608154</w:t>
        <w:br/>
        <w:t>vt 0.239014 0.616943</w:t>
        <w:br/>
        <w:t>vt 0.244995 0.629883</w:t>
        <w:br/>
        <w:t>vt 0.233154 0.617676</w:t>
        <w:br/>
        <w:t>vt 0.239014 0.616943</w:t>
        <w:br/>
        <w:t>vt 0.230591 0.617920</w:t>
        <w:br/>
        <w:t>vt 0.239380 0.629150</w:t>
        <w:br/>
        <w:t>vt 0.244995 0.642578</w:t>
        <w:br/>
        <w:t>vt 0.240845 0.642578</w:t>
        <w:br/>
        <w:t>vt 0.236450 0.630127</w:t>
        <w:br/>
        <w:t>vt 0.239380 0.629150</w:t>
        <w:br/>
        <w:t>vt 0.229248 0.642578</w:t>
        <w:br/>
        <w:t>vt 0.229248 0.631592</w:t>
        <w:br/>
        <w:t>vt 0.229248 0.617920</w:t>
        <w:br/>
        <w:t>vt 0.559082 0.806641</w:t>
        <w:br/>
        <w:t>vt 0.562500 0.812500</w:t>
        <w:br/>
        <w:t>vt 0.559082 0.810669</w:t>
        <w:br/>
        <w:t>vt 0.563477 0.807495</w:t>
        <w:br/>
        <w:t>vt 0.563477 0.799072</w:t>
        <w:br/>
        <w:t>vt 0.559082 0.798950</w:t>
        <w:br/>
        <w:t>vt 0.559082 0.798950</w:t>
        <w:br/>
        <w:t>vt 0.559082 0.781494</w:t>
        <w:br/>
        <w:t>vt 0.563477 0.799072</w:t>
        <w:br/>
        <w:t>vt 0.563477 0.781006</w:t>
        <w:br/>
        <w:t>vt 0.559082 0.764771</w:t>
        <w:br/>
        <w:t>vt 0.563477 0.764648</w:t>
        <w:br/>
        <w:t>vt 0.563477 0.764648</w:t>
        <w:br/>
        <w:t>vt 0.559082 0.764771</w:t>
        <w:br/>
        <w:t>vt 0.559082 0.756470</w:t>
        <w:br/>
        <w:t>vt 0.563477 0.756348</w:t>
        <w:br/>
        <w:t>vt 0.559082 0.751953</w:t>
        <w:br/>
        <w:t>vt 0.563477 0.751953</w:t>
        <w:br/>
        <w:t>vt 0.559082 0.751953</w:t>
        <w:br/>
        <w:t>vt 0.564941 0.747559</w:t>
        <w:br/>
        <w:t>vt 0.563477 0.751953</w:t>
        <w:br/>
        <w:t>vt 0.559082 0.747803</w:t>
        <w:br/>
        <w:t>vt 0.559082 0.747803</w:t>
        <w:br/>
        <w:t>vt 0.564941 0.744629</w:t>
        <w:br/>
        <w:t>vt 0.564941 0.747559</w:t>
        <w:br/>
        <w:t>vt 0.559082 0.744873</w:t>
        <w:br/>
        <w:t>vt 0.559082 0.742188</w:t>
        <w:br/>
        <w:t>vt 0.564941 0.744629</w:t>
        <w:br/>
        <w:t>vt 0.559082 0.744873</w:t>
        <w:br/>
        <w:t>vt 0.564941 0.741699</w:t>
        <w:br/>
        <w:t>vt 0.559082 0.739014</w:t>
        <w:br/>
        <w:t>vt 0.564941 0.738525</w:t>
        <w:br/>
        <w:t>vt 0.562988 0.735840</w:t>
        <w:br/>
        <w:t>vt 0.564941 0.735596</w:t>
        <w:br/>
        <w:t>vt 0.559082 0.736328</w:t>
        <w:br/>
        <w:t>vt 0.812012 0.198730</w:t>
        <w:br/>
        <w:t>vt 0.816406 0.214355</w:t>
        <w:br/>
        <w:t>vt 0.812012 0.214355</w:t>
        <w:br/>
        <w:t>vt 0.816406 0.198730</w:t>
        <w:br/>
        <w:t>vt 0.817383 0.188477</w:t>
        <w:br/>
        <w:t>vt 0.812012 0.187988</w:t>
        <w:br/>
        <w:t>vt 0.817383 0.188477</w:t>
        <w:br/>
        <w:t>vt 0.812012 0.187988</w:t>
        <w:br/>
        <w:t>vt 0.812012 0.185547</w:t>
        <w:br/>
        <w:t>vt 0.818848 0.185547</w:t>
        <w:br/>
        <w:t>vt 0.818848 0.188965</w:t>
        <w:br/>
        <w:t>vt 0.818848 0.181641</w:t>
        <w:br/>
        <w:t>vt 0.812012 0.181641</w:t>
        <w:br/>
        <w:t>vt 0.818848 0.178711</w:t>
        <w:br/>
        <w:t>vt 0.812012 0.178711</w:t>
        <w:br/>
        <w:t>vt 0.812012 0.175293</w:t>
        <w:br/>
        <w:t>vt 0.818848 0.178711</w:t>
        <w:br/>
        <w:t>vt 0.812012 0.178711</w:t>
        <w:br/>
        <w:t>vt 0.818848 0.175293</w:t>
        <w:br/>
        <w:t>vt 0.816895 0.170898</w:t>
        <w:br/>
        <w:t>vt 0.818848 0.175293</w:t>
        <w:br/>
        <w:t>vt 0.812012 0.175293</w:t>
        <w:br/>
        <w:t>vt 0.812012 0.170898</w:t>
        <w:br/>
        <w:t>vt 0.056580 0.784058</w:t>
        <w:br/>
        <w:t>vt 0.049500 0.772095</w:t>
        <w:br/>
        <w:t>vt 0.049500 0.778198</w:t>
        <w:br/>
        <w:t>vt 0.056580 0.764526</w:t>
        <w:br/>
        <w:t>vt 0.047302 0.764526</w:t>
        <w:br/>
        <w:t>vt 0.047333 0.772339</w:t>
        <w:br/>
        <w:t>vt 0.046539 0.765137</w:t>
        <w:br/>
        <w:t>vt 0.046539 0.771606</w:t>
        <w:br/>
        <w:t>vt 0.045044 0.771606</w:t>
        <w:br/>
        <w:t>vt 0.045013 0.765137</w:t>
        <w:br/>
        <w:t>vt 0.044159 0.764282</w:t>
        <w:br/>
        <w:t>vt 0.044189 0.772461</w:t>
        <w:br/>
        <w:t>vt 0.025604 0.772461</w:t>
        <w:br/>
        <w:t>vt 0.025574 0.764282</w:t>
        <w:br/>
        <w:t>vt 0.024689 0.765015</w:t>
        <w:br/>
        <w:t>vt 0.024719 0.771729</w:t>
        <w:br/>
        <w:t>vt 0.022934 0.771729</w:t>
        <w:br/>
        <w:t>vt 0.022873 0.765015</w:t>
        <w:br/>
        <w:t>vt 0.022110 0.772339</w:t>
        <w:br/>
        <w:t>vt 0.022034 0.764526</w:t>
        <w:br/>
        <w:t>vt 0.018585 0.772339</w:t>
        <w:br/>
        <w:t>vt 0.012260 0.764526</w:t>
        <w:br/>
        <w:t>vt 0.012260 0.781738</w:t>
        <w:br/>
        <w:t>vt 0.018600 0.777710</w:t>
        <w:br/>
        <w:t>vt 0.603027 0.037598</w:t>
        <w:br/>
        <w:t>vt 0.599609 0.009277</w:t>
        <w:br/>
        <w:t>vt 0.603027 0.009277</w:t>
        <w:br/>
        <w:t>vt 0.599609 0.037598</w:t>
        <w:br/>
        <w:t>vt 0.603027 0.037598</w:t>
        <w:br/>
        <w:t>vt 0.599609 0.042969</w:t>
        <w:br/>
        <w:t>vt 0.599609 0.037598</w:t>
        <w:br/>
        <w:t>vt 0.603027 0.042969</w:t>
        <w:br/>
        <w:t>vt 0.603027 0.056152</w:t>
        <w:br/>
        <w:t>vt 0.599609 0.042969</w:t>
        <w:br/>
        <w:t>vt 0.603027 0.042969</w:t>
        <w:br/>
        <w:t>vt 0.599609 0.056152</w:t>
        <w:br/>
        <w:t>vt 0.599609 0.062012</w:t>
        <w:br/>
        <w:t>vt 0.603027 0.062012</w:t>
        <w:br/>
        <w:t>vt 0.599609 0.074707</w:t>
        <w:br/>
        <w:t>vt 0.603027 0.074707</w:t>
        <w:br/>
        <w:t>vt 0.603027 0.080078</w:t>
        <w:br/>
        <w:t>vt 0.599609 0.074707</w:t>
        <w:br/>
        <w:t>vt 0.603027 0.074707</w:t>
        <w:br/>
        <w:t>vt 0.599609 0.080078</w:t>
        <w:br/>
        <w:t>vt 0.049500 0.772095</w:t>
        <w:br/>
        <w:t>vt 0.056580 0.784058</w:t>
        <w:br/>
        <w:t>vt 0.049500 0.778198</w:t>
        <w:br/>
        <w:t>vt 0.056580 0.764526</w:t>
        <w:br/>
        <w:t>vt 0.047302 0.764526</w:t>
        <w:br/>
        <w:t>vt 0.047333 0.772339</w:t>
        <w:br/>
        <w:t>vt 0.046539 0.765137</w:t>
        <w:br/>
        <w:t>vt 0.046539 0.771606</w:t>
        <w:br/>
        <w:t>vt 0.045044 0.771606</w:t>
        <w:br/>
        <w:t>vt 0.045013 0.765137</w:t>
        <w:br/>
        <w:t>vt 0.044159 0.764282</w:t>
        <w:br/>
        <w:t>vt 0.044189 0.772461</w:t>
        <w:br/>
        <w:t>vt 0.025604 0.772461</w:t>
        <w:br/>
        <w:t>vt 0.025574 0.764282</w:t>
        <w:br/>
        <w:t>vt 0.024689 0.765015</w:t>
        <w:br/>
        <w:t>vt 0.024719 0.771729</w:t>
        <w:br/>
        <w:t>vt 0.022934 0.771729</w:t>
        <w:br/>
        <w:t>vt 0.022873 0.765015</w:t>
        <w:br/>
        <w:t>vt 0.022110 0.772339</w:t>
        <w:br/>
        <w:t>vt 0.022034 0.764526</w:t>
        <w:br/>
        <w:t>vt 0.018585 0.772339</w:t>
        <w:br/>
        <w:t>vt 0.012260 0.764526</w:t>
        <w:br/>
        <w:t>vt 0.012260 0.781738</w:t>
        <w:br/>
        <w:t>vt 0.018600 0.777710</w:t>
        <w:br/>
        <w:t>vt 0.497314 0.996544</w:t>
        <w:br/>
        <w:t>vt 0.498779 0.991348</w:t>
        <w:br/>
        <w:t>vt 0.498779 0.994648</w:t>
        <w:br/>
        <w:t>vt 0.495361 0.991348</w:t>
        <w:br/>
        <w:t>vt 0.498779 0.981552</w:t>
        <w:br/>
        <w:t>vt 0.495361 0.991348</w:t>
        <w:br/>
        <w:t>vt 0.497314 0.996544</w:t>
        <w:br/>
        <w:t>vt 0.491699 0.996544</w:t>
        <w:br/>
        <w:t>vt 0.497559 0.980835</w:t>
        <w:br/>
        <w:t>vt 0.491455 0.991348</w:t>
        <w:br/>
        <w:t>vt 0.483398 0.996544</w:t>
        <w:br/>
        <w:t>vt 0.496094 0.981842</w:t>
        <w:br/>
        <w:t>vt 0.481445 0.991348</w:t>
        <w:br/>
        <w:t>vt 0.464600 0.996544</w:t>
        <w:br/>
        <w:t>vt 0.491455 0.991348</w:t>
        <w:br/>
        <w:t>vt 0.492188 0.982300</w:t>
        <w:br/>
        <w:t>vt 0.481445 0.991348</w:t>
        <w:br/>
        <w:t>vt 0.496094 0.981842</w:t>
        <w:br/>
        <w:t>vt 0.463867 0.991348</w:t>
        <w:br/>
        <w:t>vt 0.447266 0.996544</w:t>
        <w:br/>
        <w:t>vt 0.478760 0.984726</w:t>
        <w:br/>
        <w:t>vt 0.463867 0.991348</w:t>
        <w:br/>
        <w:t>vt 0.479004 0.974777</w:t>
        <w:br/>
        <w:t>vt 0.463135 0.988602</w:t>
        <w:br/>
        <w:t>vt 0.462402 0.984726</w:t>
        <w:br/>
        <w:t>vt 0.492432 0.970795</w:t>
        <w:br/>
        <w:t>vt 0.478760 0.968658</w:t>
        <w:br/>
        <w:t>vt 0.456055 0.985588</w:t>
        <w:br/>
        <w:t>vt 0.456299 0.984726</w:t>
        <w:br/>
        <w:t>vt 0.447021 0.991348</w:t>
        <w:br/>
        <w:t>vt 0.447021 0.991348</w:t>
        <w:br/>
        <w:t>vt 0.451660 0.985519</w:t>
        <w:br/>
        <w:t>vt 0.431396 0.991348</w:t>
        <w:br/>
        <w:t>vt 0.431641 0.996544</w:t>
        <w:br/>
        <w:t>vt 0.414551 0.996544</w:t>
        <w:br/>
        <w:t>vt 0.414551 0.991348</w:t>
        <w:br/>
        <w:t>vt 0.446045 0.986931</w:t>
        <w:br/>
        <w:t>vt 0.431396 0.991348</w:t>
        <w:br/>
        <w:t>vt 0.445557 0.984848</w:t>
        <w:br/>
        <w:t>vt 0.451172 0.984848</w:t>
        <w:br/>
        <w:t>vt 0.431152 0.990425</w:t>
        <w:br/>
        <w:t>vt 0.430420 0.984848</w:t>
        <w:br/>
        <w:t>vt 0.423340 0.984863</w:t>
        <w:br/>
        <w:t>vt 0.414551 0.984863</w:t>
        <w:br/>
        <w:t>vt 0.423340 0.968796</w:t>
        <w:br/>
        <w:t>vt 0.414551 0.968796</w:t>
        <w:br/>
        <w:t>vt 0.414551 0.961853</w:t>
        <w:br/>
        <w:t>vt 0.428467 0.961853</w:t>
        <w:br/>
        <w:t>vt 0.414551 0.956482</w:t>
        <w:br/>
        <w:t>vt 0.428467 0.961853</w:t>
        <w:br/>
        <w:t>vt 0.414551 0.961853</w:t>
        <w:br/>
        <w:t>vt 0.428955 0.968872</w:t>
        <w:br/>
        <w:t>vt 0.428223 0.956482</w:t>
        <w:br/>
        <w:t>vt 0.443115 0.961853</w:t>
        <w:br/>
        <w:t>vt 0.443115 0.961853</w:t>
        <w:br/>
        <w:t>vt 0.444092 0.968872</w:t>
        <w:br/>
        <w:t>vt 0.443115 0.956482</w:t>
        <w:br/>
        <w:t>vt 0.454346 0.967712</w:t>
        <w:br/>
        <w:t>vt 0.453857 0.968872</w:t>
        <w:br/>
        <w:t>vt 0.460449 0.961853</w:t>
        <w:br/>
        <w:t>vt 0.460449 0.961853</w:t>
        <w:br/>
        <w:t>vt 0.461670 0.956482</w:t>
        <w:br/>
        <w:t>vt 0.458252 0.967834</w:t>
        <w:br/>
        <w:t>vt 0.461914 0.968658</w:t>
        <w:br/>
        <w:t>vt 0.458496 0.968658</w:t>
        <w:br/>
        <w:t>vt 0.478271 0.961853</w:t>
        <w:br/>
        <w:t>vt 0.478271 0.961853</w:t>
        <w:br/>
        <w:t>vt 0.479492 0.956482</w:t>
        <w:br/>
        <w:t>vt 0.491943 0.961853</w:t>
        <w:br/>
        <w:t>vt 0.491943 0.961853</w:t>
        <w:br/>
        <w:t>vt 0.493652 0.956482</w:t>
        <w:br/>
        <w:t>vt 0.497314 0.956482</w:t>
        <w:br/>
        <w:t>vt 0.498291 0.958984</w:t>
        <w:br/>
        <w:t>vt 0.498291 0.961853</w:t>
        <w:br/>
        <w:t>vt 0.496094 0.961853</w:t>
        <w:br/>
        <w:t>vt 0.496094 0.961853</w:t>
        <w:br/>
        <w:t>vt 0.498291 0.970169</w:t>
        <w:br/>
        <w:t>vt 0.497559 0.971344</w:t>
        <w:br/>
        <w:t>vt 0.496338 0.971100</w:t>
        <w:br/>
        <w:t>vt 0.700684 0.822632</w:t>
        <w:br/>
        <w:t>vt 0.697266 0.824829</w:t>
        <w:br/>
        <w:t>vt 0.697266 0.822632</w:t>
        <w:br/>
        <w:t>vt 0.700684 0.824829</w:t>
        <w:br/>
        <w:t>vt 0.705566 0.822632</w:t>
        <w:br/>
        <w:t>vt 0.697266 0.835327</w:t>
        <w:br/>
        <w:t>vt 0.705566 0.824829</w:t>
        <w:br/>
        <w:t>vt 0.709961 0.822632</w:t>
        <w:br/>
        <w:t>vt 0.700684 0.835327</w:t>
        <w:br/>
        <w:t>vt 0.705566 0.824829</w:t>
        <w:br/>
        <w:t>vt 0.700684 0.837524</w:t>
        <w:br/>
        <w:t>vt 0.697266 0.837524</w:t>
        <w:br/>
        <w:t>vt 0.705566 0.837524</w:t>
        <w:br/>
        <w:t>vt 0.705566 0.835327</w:t>
        <w:br/>
        <w:t>vt 0.705566 0.835327</w:t>
        <w:br/>
        <w:t>vt 0.709961 0.837524</w:t>
        <w:br/>
        <w:t>vt 0.709961 0.824829</w:t>
        <w:br/>
        <w:t>vt 0.709961 0.824829</w:t>
        <w:br/>
        <w:t>vt 0.709961 0.835327</w:t>
        <w:br/>
        <w:t>vt 0.709961 0.835327</w:t>
        <w:br/>
        <w:t>vt 0.714844 0.824829</w:t>
        <w:br/>
        <w:t>vt 0.714844 0.824829</w:t>
        <w:br/>
        <w:t>vt 0.714844 0.822632</w:t>
        <w:br/>
        <w:t>vt 0.714844 0.835327</w:t>
        <w:br/>
        <w:t>vt 0.714844 0.835327</w:t>
        <w:br/>
        <w:t>vt 0.714844 0.837524</w:t>
        <w:br/>
        <w:t>vt 0.718262 0.824829</w:t>
        <w:br/>
        <w:t>vt 0.718262 0.824829</w:t>
        <w:br/>
        <w:t>vt 0.718262 0.822632</w:t>
        <w:br/>
        <w:t>vt 0.718262 0.835327</w:t>
        <w:br/>
        <w:t>vt 0.718262 0.835327</w:t>
        <w:br/>
        <w:t>vt 0.718262 0.837524</w:t>
        <w:br/>
        <w:t>vt 0.832031 0.466309</w:t>
        <w:br/>
        <w:t>vt 0.832031 0.459961</w:t>
        <w:br/>
        <w:t>vt 0.835938 0.459961</w:t>
        <w:br/>
        <w:t>vt 0.835938 0.466309</w:t>
        <w:br/>
        <w:t>vt 0.835938 0.459961</w:t>
        <w:br/>
        <w:t>vt 0.855957 0.459961</w:t>
        <w:br/>
        <w:t>vt 0.835938 0.466309</w:t>
        <w:br/>
        <w:t>vt 0.832031 0.470703</w:t>
        <w:br/>
        <w:t>vt 0.859863 0.466309</w:t>
        <w:br/>
        <w:t>vt 0.855957 0.459961</w:t>
        <w:br/>
        <w:t>vt 0.859863 0.459961</w:t>
        <w:br/>
        <w:t>vt 0.855957 0.466309</w:t>
        <w:br/>
        <w:t>vt 0.855957 0.466309</w:t>
        <w:br/>
        <w:t>vt 0.859863 0.470703</w:t>
        <w:br/>
        <w:t>vt 0.855957 0.470703</w:t>
        <w:br/>
        <w:t>vt 0.855957 0.470703</w:t>
        <w:br/>
        <w:t>vt 0.835938 0.470703</w:t>
        <w:br/>
        <w:t>vt 0.835938 0.470703</w:t>
        <w:br/>
        <w:t>vt 0.835938 0.475098</w:t>
        <w:br/>
        <w:t>vt 0.832031 0.475098</w:t>
        <w:br/>
        <w:t>vt 0.855957 0.475098</w:t>
        <w:br/>
        <w:t>vt 0.835938 0.475098</w:t>
        <w:br/>
        <w:t>vt 0.855957 0.475098</w:t>
        <w:br/>
        <w:t>vt 0.859863 0.475098</w:t>
        <w:br/>
        <w:t>vt 0.004223 0.004395</w:t>
        <w:br/>
        <w:t>vt 0.022308 0.004395</w:t>
        <w:br/>
        <w:t>vt 0.004223 0.006836</w:t>
        <w:br/>
        <w:t>vt 0.022995 0.006836</w:t>
        <w:br/>
        <w:t>vt 0.004223 0.020996</w:t>
        <w:br/>
        <w:t>vt 0.036682 0.004395</w:t>
        <w:br/>
        <w:t>vt 0.022934 0.023926</w:t>
        <w:br/>
        <w:t>vt 0.004223 0.040039</w:t>
        <w:br/>
        <w:t>vt 0.037415 0.007324</w:t>
        <w:br/>
        <w:t>vt 0.037415 0.007324</w:t>
        <w:br/>
        <w:t>vt 0.053528 0.004395</w:t>
        <w:br/>
        <w:t>vt 0.022614 0.043457</w:t>
        <w:br/>
        <w:t>vt 0.004223 0.061523</w:t>
        <w:br/>
        <w:t>vt 0.037292 0.024902</w:t>
        <w:br/>
        <w:t>vt 0.053894 0.006836</w:t>
        <w:br/>
        <w:t>vt 0.070984 0.004395</w:t>
        <w:br/>
        <w:t>vt 0.022598 0.064941</w:t>
        <w:br/>
        <w:t>vt 0.004223 0.074707</w:t>
        <w:br/>
        <w:t>vt 0.037292 0.044434</w:t>
        <w:br/>
        <w:t>vt 0.022522 0.078125</w:t>
        <w:br/>
        <w:t>vt 0.004223 0.086426</w:t>
        <w:br/>
        <w:t>vt 0.037323 0.066406</w:t>
        <w:br/>
        <w:t>vt 0.052704 0.044922</w:t>
        <w:br/>
        <w:t>vt 0.022324 0.089844</w:t>
        <w:br/>
        <w:t>vt 0.004223 0.102051</w:t>
        <w:br/>
        <w:t>vt 0.037231 0.080078</w:t>
        <w:br/>
        <w:t>vt 0.021881 0.105469</w:t>
        <w:br/>
        <w:t>vt 0.004223 0.114746</w:t>
        <w:br/>
        <w:t>vt 0.036957 0.091797</w:t>
        <w:br/>
        <w:t>vt 0.052216 0.067383</w:t>
        <w:br/>
        <w:t>vt 0.021606 0.123535</w:t>
        <w:br/>
        <w:t>vt 0.004223 0.120605</w:t>
        <w:br/>
        <w:t>vt 0.004223 0.144531</w:t>
        <w:br/>
        <w:t>vt 0.036591 0.106934</w:t>
        <w:br/>
        <w:t>vt 0.045319 0.092773</w:t>
        <w:br/>
        <w:t>vt 0.051788 0.081055</w:t>
        <w:br/>
        <w:t>vt 0.052002 0.093262</w:t>
        <w:br/>
        <w:t>vt 0.058716 0.067383</w:t>
        <w:br/>
        <w:t>vt 0.067810 0.081055</w:t>
        <w:br/>
        <w:t>vt 0.052612 0.108887</w:t>
        <w:br/>
        <w:t>vt 0.067566 0.093750</w:t>
        <w:br/>
        <w:t>vt 0.068481 0.067383</w:t>
        <w:br/>
        <w:t>vt 0.036591 0.125488</w:t>
        <w:br/>
        <w:t>vt 0.069519 0.044922</w:t>
        <w:br/>
        <w:t>vt 0.084167 0.080566</w:t>
        <w:br/>
        <w:t>vt 0.053040 0.024902</w:t>
        <w:br/>
        <w:t>vt 0.053894 0.006836</w:t>
        <w:br/>
        <w:t>vt 0.084839 0.066895</w:t>
        <w:br/>
        <w:t>vt 0.070251 0.024902</w:t>
        <w:br/>
        <w:t>vt 0.085999 0.044434</w:t>
        <w:br/>
        <w:t>vt 0.071167 0.006836</w:t>
        <w:br/>
        <w:t>vt 0.086365 0.024414</w:t>
        <w:br/>
        <w:t>vt 0.086487 0.006836</w:t>
        <w:br/>
        <w:t>vt 0.086487 0.006836</w:t>
        <w:br/>
        <w:t>vt 0.086060 0.004395</w:t>
        <w:br/>
        <w:t>vt 0.096069 0.004395</w:t>
        <w:br/>
        <w:t>vt 0.096558 0.006836</w:t>
        <w:br/>
        <w:t>vt 0.096558 0.006836</w:t>
        <w:br/>
        <w:t>vt 0.096802 0.024414</w:t>
        <w:br/>
        <w:t>vt 0.108765 0.006348</w:t>
        <w:br/>
        <w:t>vt 0.108765 0.006348</w:t>
        <w:br/>
        <w:t>vt 0.110413 0.004395</w:t>
        <w:br/>
        <w:t>vt 0.110413 0.004395</w:t>
        <w:br/>
        <w:t>vt 0.110413 0.024902</w:t>
        <w:br/>
        <w:t>vt 0.108765 0.006348</w:t>
        <w:br/>
        <w:t>vt 0.108643 0.025391</w:t>
        <w:br/>
        <w:t>vt 0.108643 0.025391</w:t>
        <w:br/>
        <w:t>vt 0.110413 0.042969</w:t>
        <w:br/>
        <w:t>vt 0.096375 0.043945</w:t>
        <w:br/>
        <w:t>vt 0.108643 0.043457</w:t>
        <w:br/>
        <w:t>vt 0.108643 0.043457</w:t>
        <w:br/>
        <w:t>vt 0.110413 0.065430</w:t>
        <w:br/>
        <w:t>vt 0.095581 0.066406</w:t>
        <w:br/>
        <w:t>vt 0.108337 0.065918</w:t>
        <w:br/>
        <w:t>vt 0.108337 0.065918</w:t>
        <w:br/>
        <w:t>vt 0.108154 0.078613</w:t>
        <w:br/>
        <w:t>vt 0.108154 0.078613</w:t>
        <w:br/>
        <w:t>vt 0.110413 0.078613</w:t>
        <w:br/>
        <w:t>vt 0.089600 0.080078</w:t>
        <w:br/>
        <w:t>vt 0.095276 0.079590</w:t>
        <w:br/>
        <w:t>vt 0.108093 0.090332</w:t>
        <w:br/>
        <w:t>vt 0.108093 0.090332</w:t>
        <w:br/>
        <w:t>vt 0.110413 0.090332</w:t>
        <w:br/>
        <w:t>vt 0.094604 0.091797</w:t>
        <w:br/>
        <w:t>vt 0.083313 0.092773</w:t>
        <w:br/>
        <w:t>vt 0.108459 0.104980</w:t>
        <w:br/>
        <w:t>vt 0.108459 0.104980</w:t>
        <w:br/>
        <w:t>vt 0.110413 0.104980</w:t>
        <w:br/>
        <w:t>vt 0.110413 0.122070</w:t>
        <w:br/>
        <w:t>vt 0.100464 0.106445</w:t>
        <w:br/>
        <w:t>vt 0.108093 0.123047</w:t>
        <w:br/>
        <w:t>vt 0.108093 0.123047</w:t>
        <w:br/>
        <w:t>vt 0.110413 0.145508</w:t>
        <w:br/>
        <w:t>vt 0.094727 0.106934</w:t>
        <w:br/>
        <w:t>vt 0.107910 0.145996</w:t>
        <w:br/>
        <w:t>vt 0.110413 0.168945</w:t>
        <w:br/>
        <w:t>vt 0.093140 0.124512</w:t>
        <w:br/>
        <w:t>vt 0.107910 0.145996</w:t>
        <w:br/>
        <w:t>vt 0.082703 0.108398</w:t>
        <w:br/>
        <w:t>vt 0.083252 0.117188</w:t>
        <w:br/>
        <w:t>vt 0.067200 0.108887</w:t>
        <w:br/>
        <w:t>vt 0.082642 0.125488</w:t>
        <w:br/>
        <w:t>vt 0.094727 0.146973</w:t>
        <w:br/>
        <w:t>vt 0.107910 0.168945</w:t>
        <w:br/>
        <w:t>vt 0.107910 0.168945</w:t>
        <w:br/>
        <w:t>vt 0.082642 0.148438</w:t>
        <w:br/>
        <w:t>vt 0.108032 0.192383</w:t>
        <w:br/>
        <w:t>vt 0.110413 0.192383</w:t>
        <w:br/>
        <w:t>vt 0.094849 0.169922</w:t>
        <w:br/>
        <w:t>vt 0.108032 0.192383</w:t>
        <w:br/>
        <w:t>vt 0.108765 0.219238</w:t>
        <w:br/>
        <w:t>vt 0.110413 0.219238</w:t>
        <w:br/>
        <w:t>vt 0.095154 0.193848</w:t>
        <w:br/>
        <w:t>vt 0.108765 0.219238</w:t>
        <w:br/>
        <w:t>vt 0.082642 0.171387</w:t>
        <w:br/>
        <w:t>vt 0.108276 0.241211</w:t>
        <w:br/>
        <w:t>vt 0.110413 0.241211</w:t>
        <w:br/>
        <w:t>vt 0.096008 0.220703</w:t>
        <w:br/>
        <w:t>vt 0.108276 0.241211</w:t>
        <w:br/>
        <w:t>vt 0.108337 0.262695</w:t>
        <w:br/>
        <w:t>vt 0.110413 0.262695</w:t>
        <w:br/>
        <w:t>vt 0.108337 0.262695</w:t>
        <w:br/>
        <w:t>vt 0.095825 0.241699</w:t>
        <w:br/>
        <w:t>vt 0.095459 0.262695</w:t>
        <w:br/>
        <w:t>vt 0.083130 0.195801</w:t>
        <w:br/>
        <w:t>vt 0.083252 0.221680</w:t>
        <w:br/>
        <w:t>vt 0.082581 0.242676</w:t>
        <w:br/>
        <w:t>vt 0.081726 0.262695</w:t>
        <w:br/>
        <w:t>vt 0.067993 0.197266</w:t>
        <w:br/>
        <w:t>vt 0.068726 0.244141</w:t>
        <w:br/>
        <w:t>vt 0.069153 0.262695</w:t>
        <w:br/>
        <w:t>vt 0.068237 0.223633</w:t>
        <w:br/>
        <w:t>vt 0.055878 0.262695</w:t>
        <w:br/>
        <w:t>vt 0.054443 0.244141</w:t>
        <w:br/>
        <w:t>vt 0.054718 0.224121</w:t>
        <w:br/>
        <w:t>vt 0.050079 0.244629</w:t>
        <w:br/>
        <w:t>vt 0.046234 0.262695</w:t>
        <w:br/>
        <w:t>vt 0.044250 0.243652</w:t>
        <w:br/>
        <w:t>vt 0.037933 0.262695</w:t>
        <w:br/>
        <w:t>vt 0.047607 0.223633</w:t>
        <w:br/>
        <w:t>vt 0.032135 0.243164</w:t>
        <w:br/>
        <w:t>vt 0.028076 0.262695</w:t>
        <w:br/>
        <w:t>vt 0.051880 0.197266</w:t>
        <w:br/>
        <w:t>vt 0.016830 0.242188</w:t>
        <w:br/>
        <w:t>vt 0.015350 0.262695</w:t>
        <w:br/>
        <w:t>vt 0.004223 0.262695</w:t>
        <w:br/>
        <w:t>vt 0.004223 0.241211</w:t>
        <w:br/>
        <w:t>vt 0.034424 0.223633</w:t>
        <w:br/>
        <w:t>vt 0.018051 0.222656</w:t>
        <w:br/>
        <w:t>vt 0.004223 0.221191</w:t>
        <w:br/>
        <w:t>vt 0.036804 0.196777</w:t>
        <w:br/>
        <w:t>vt 0.019821 0.195312</w:t>
        <w:br/>
        <w:t>vt 0.004223 0.193848</w:t>
        <w:br/>
        <w:t>vt 0.037140 0.172363</w:t>
        <w:br/>
        <w:t>vt 0.020584 0.170410</w:t>
        <w:br/>
        <w:t>vt 0.004223 0.168457</w:t>
        <w:br/>
        <w:t>vt 0.052094 0.172852</w:t>
        <w:br/>
        <w:t>vt 0.037476 0.148438</w:t>
        <w:br/>
        <w:t>vt 0.021210 0.146973</w:t>
        <w:br/>
        <w:t>vt 0.032318 0.148438</w:t>
        <w:br/>
        <w:t>vt 0.037567 0.136230</w:t>
        <w:br/>
        <w:t>vt 0.051788 0.149414</w:t>
        <w:br/>
        <w:t>vt 0.045349 0.125977</w:t>
        <w:br/>
        <w:t>vt 0.051392 0.125977</w:t>
        <w:br/>
        <w:t>vt 0.052002 0.117188</w:t>
        <w:br/>
        <w:t>vt 0.066711 0.125977</w:t>
        <w:br/>
        <w:t>vt 0.066895 0.149414</w:t>
        <w:br/>
        <w:t>vt 0.067444 0.172852</w:t>
        <w:br/>
        <w:t>vt 0.121826 0.671631</w:t>
        <w:br/>
        <w:t>vt 0.121826 0.695312</w:t>
        <w:br/>
        <w:t>vt 0.118896 0.695312</w:t>
        <w:br/>
        <w:t>vt 0.118896 0.671387</w:t>
        <w:br/>
        <w:t>vt 0.101990 0.695312</w:t>
        <w:br/>
        <w:t>vt 0.118896 0.671387</w:t>
        <w:br/>
        <w:t>vt 0.118896 0.695312</w:t>
        <w:br/>
        <w:t>vt 0.121826 0.646240</w:t>
        <w:br/>
        <w:t>vt 0.098267 0.695312</w:t>
        <w:br/>
        <w:t>vt 0.098267 0.670898</w:t>
        <w:br/>
        <w:t>vt 0.101990 0.695312</w:t>
        <w:br/>
        <w:t>vt 0.101990 0.670654</w:t>
        <w:br/>
        <w:t>vt 0.101990 0.670654</w:t>
        <w:br/>
        <w:t>vt 0.118896 0.645752</w:t>
        <w:br/>
        <w:t>vt 0.118896 0.645752</w:t>
        <w:br/>
        <w:t>vt 0.101990 0.644531</w:t>
        <w:br/>
        <w:t>vt 0.101990 0.644531</w:t>
        <w:br/>
        <w:t>vt 0.098267 0.644043</w:t>
        <w:br/>
        <w:t>vt 0.118896 0.620605</w:t>
        <w:br/>
        <w:t>vt 0.121826 0.620117</w:t>
        <w:br/>
        <w:t>vt 0.101990 0.618408</w:t>
        <w:br/>
        <w:t>vt 0.101990 0.618408</w:t>
        <w:br/>
        <w:t>vt 0.118896 0.620605</w:t>
        <w:br/>
        <w:t>vt 0.098267 0.618164</w:t>
        <w:br/>
        <w:t>vt 0.098267 0.592529</w:t>
        <w:br/>
        <w:t>vt 0.118896 0.591553</w:t>
        <w:br/>
        <w:t>vt 0.121826 0.591553</w:t>
        <w:br/>
        <w:t>vt 0.101990 0.591797</w:t>
        <w:br/>
        <w:t>vt 0.101990 0.591797</w:t>
        <w:br/>
        <w:t>vt 0.118896 0.591553</w:t>
        <w:br/>
        <w:t>vt 0.098267 0.564453</w:t>
        <w:br/>
        <w:t>vt 0.118896 0.564941</w:t>
        <w:br/>
        <w:t>vt 0.118896 0.564941</w:t>
        <w:br/>
        <w:t>vt 0.121826 0.562744</w:t>
        <w:br/>
        <w:t>vt 0.101990 0.564453</w:t>
        <w:br/>
        <w:t>vt 0.101990 0.564453</w:t>
        <w:br/>
        <w:t>vt 0.124084 0.546143</w:t>
        <w:br/>
        <w:t>vt 0.124084 0.562012</w:t>
        <w:br/>
        <w:t>vt 0.101990 0.544434</w:t>
        <w:br/>
        <w:t>vt 0.098267 0.543701</w:t>
        <w:br/>
        <w:t>vt 0.118896 0.544189</w:t>
        <w:br/>
        <w:t>vt 0.118896 0.544189</w:t>
        <w:br/>
        <w:t>vt 0.101990 0.544434</w:t>
        <w:br/>
        <w:t>vt 0.124084 0.524170</w:t>
        <w:br/>
        <w:t>vt 0.101990 0.523438</w:t>
        <w:br/>
        <w:t>vt 0.101990 0.523438</w:t>
        <w:br/>
        <w:t>vt 0.098267 0.523193</w:t>
        <w:br/>
        <w:t>vt 0.118896 0.523682</w:t>
        <w:br/>
        <w:t>vt 0.118896 0.523682</w:t>
        <w:br/>
        <w:t>vt 0.101990 0.504883</w:t>
        <w:br/>
        <w:t>vt 0.101990 0.504883</w:t>
        <w:br/>
        <w:t>vt 0.098267 0.504883</w:t>
        <w:br/>
        <w:t>vt 0.118896 0.505127</w:t>
        <w:br/>
        <w:t>vt 0.118896 0.505127</w:t>
        <w:br/>
        <w:t>vt 0.124084 0.504395</w:t>
        <w:br/>
        <w:t>vt 0.121765 0.503418</w:t>
        <w:br/>
        <w:t>vt 0.101990 0.484863</w:t>
        <w:br/>
        <w:t>vt 0.101990 0.484863</w:t>
        <w:br/>
        <w:t>vt 0.098267 0.484863</w:t>
        <w:br/>
        <w:t>vt 0.098267 0.461914</w:t>
        <w:br/>
        <w:t>vt 0.118896 0.484863</w:t>
        <w:br/>
        <w:t>vt 0.118896 0.484863</w:t>
        <w:br/>
        <w:t>vt 0.122437 0.483887</w:t>
        <w:br/>
        <w:t>vt 0.101990 0.461914</w:t>
        <w:br/>
        <w:t>vt 0.101990 0.461914</w:t>
        <w:br/>
        <w:t>vt 0.098267 0.437012</w:t>
        <w:br/>
        <w:t>vt 0.101990 0.437012</w:t>
        <w:br/>
        <w:t>vt 0.118896 0.437012</w:t>
        <w:br/>
        <w:t>vt 0.101990 0.437012</w:t>
        <w:br/>
        <w:t>vt 0.118896 0.461426</w:t>
        <w:br/>
        <w:t>vt 0.118896 0.461426</w:t>
        <w:br/>
        <w:t>vt 0.122437 0.461426</w:t>
        <w:br/>
        <w:t>vt 0.118896 0.437012</w:t>
        <w:br/>
        <w:t>vt 0.122437 0.437012</w:t>
        <w:br/>
        <w:t>vt 0.761230 0.763916</w:t>
        <w:br/>
        <w:t>vt 0.772949 0.756958</w:t>
        <w:br/>
        <w:t>vt 0.772949 0.763916</w:t>
        <w:br/>
        <w:t>vt 0.761230 0.757202</w:t>
        <w:br/>
        <w:t>vt 0.772949 0.750977</w:t>
        <w:br/>
        <w:t>vt 0.748535 0.763916</w:t>
        <w:br/>
        <w:t>vt 0.761719 0.751587</w:t>
        <w:br/>
        <w:t>vt 0.748535 0.756958</w:t>
        <w:br/>
        <w:t>vt 0.731934 0.763916</w:t>
        <w:br/>
        <w:t>vt 0.748535 0.751343</w:t>
        <w:br/>
        <w:t>vt 0.733398 0.756226</w:t>
        <w:br/>
        <w:t>vt 0.734375 0.750000</w:t>
        <w:br/>
        <w:t>vt 0.718262 0.748291</w:t>
        <w:br/>
        <w:t>vt 0.718750 0.746826</w:t>
        <w:br/>
        <w:t>vt 0.717773 0.754517</w:t>
        <w:br/>
        <w:t>vt 0.716797 0.763916</w:t>
        <w:br/>
        <w:t>vt 0.705078 0.744385</w:t>
        <w:br/>
        <w:t>vt 0.703125 0.752441</w:t>
        <w:br/>
        <w:t>vt 0.701660 0.763916</w:t>
        <w:br/>
        <w:t>vt 0.694824 0.741699</w:t>
        <w:br/>
        <w:t>vt 0.689941 0.750732</w:t>
        <w:br/>
        <w:t>vt 0.689453 0.763916</w:t>
        <w:br/>
        <w:t>vt 0.690430 0.741211</w:t>
        <w:br/>
        <w:t>vt 0.691406 0.732666</w:t>
        <w:br/>
        <w:t>vt 0.686035 0.732910</w:t>
        <w:br/>
        <w:t>vt 0.676758 0.750000</w:t>
        <w:br/>
        <w:t>vt 0.674805 0.763916</w:t>
        <w:br/>
        <w:t>vt 0.677734 0.740234</w:t>
        <w:br/>
        <w:t>vt 0.678711 0.732178</w:t>
        <w:br/>
        <w:t>vt 0.671875 0.731445</w:t>
        <w:br/>
        <w:t>vt 0.663574 0.748535</w:t>
        <w:br/>
        <w:t>vt 0.661621 0.763916</w:t>
        <w:br/>
        <w:t>vt 0.665039 0.738525</w:t>
        <w:br/>
        <w:t>vt 0.666016 0.729980</w:t>
        <w:br/>
        <w:t>vt 0.661133 0.738037</w:t>
        <w:br/>
        <w:t>vt 0.650391 0.747559</w:t>
        <w:br/>
        <w:t>vt 0.647949 0.763916</w:t>
        <w:br/>
        <w:t>vt 0.650879 0.738037</w:t>
        <w:br/>
        <w:t>vt 0.636230 0.747314</w:t>
        <w:br/>
        <w:t>vt 0.634277 0.763916</w:t>
        <w:br/>
        <w:t>vt 0.636719 0.738281</w:t>
        <w:br/>
        <w:t>vt 0.619629 0.746582</w:t>
        <w:br/>
        <w:t>vt 0.617676 0.763916</w:t>
        <w:br/>
        <w:t>vt 0.620605 0.736328</w:t>
        <w:br/>
        <w:t>vt 0.636719 0.736816</w:t>
        <w:br/>
        <w:t>vt 0.605957 0.746582</w:t>
        <w:br/>
        <w:t>vt 0.606445 0.735107</w:t>
        <w:br/>
        <w:t>vt 0.604492 0.763916</w:t>
        <w:br/>
        <w:t>vt 0.593750 0.734131</w:t>
        <w:br/>
        <w:t>vt 0.592773 0.745850</w:t>
        <w:br/>
        <w:t>vt 0.592285 0.763916</w:t>
        <w:br/>
        <w:t>vt 0.582031 0.732666</w:t>
        <w:br/>
        <w:t>vt 0.581543 0.744873</w:t>
        <w:br/>
        <w:t>vt 0.581543 0.763916</w:t>
        <w:br/>
        <w:t>vt 0.569336 0.763916</w:t>
        <w:br/>
        <w:t>vt 0.569336 0.745117</w:t>
        <w:br/>
        <w:t>vt 0.569336 0.731445</w:t>
        <w:br/>
        <w:t>vt 0.569824 0.788574</w:t>
        <w:br/>
        <w:t>vt 0.569824 0.770508</w:t>
        <w:br/>
        <w:t>vt 0.580566 0.770508</w:t>
        <w:br/>
        <w:t>vt 0.581543 0.788452</w:t>
        <w:br/>
        <w:t>vt 0.569824 0.802734</w:t>
        <w:br/>
        <w:t>vt 0.598145 0.770508</w:t>
        <w:br/>
        <w:t>vt 0.583008 0.803955</w:t>
        <w:br/>
        <w:t>vt 0.599609 0.788330</w:t>
        <w:br/>
        <w:t>vt 0.600586 0.803101</w:t>
        <w:br/>
        <w:t>vt 0.616211 0.802979</w:t>
        <w:br/>
        <w:t>vt 0.615723 0.788330</w:t>
        <w:br/>
        <w:t>vt 0.613770 0.770508</w:t>
        <w:br/>
        <w:t>vt 0.632812 0.801636</w:t>
        <w:br/>
        <w:t>vt 0.630371 0.788574</w:t>
        <w:br/>
        <w:t>vt 0.626953 0.770508</w:t>
        <w:br/>
        <w:t>vt 0.644043 0.770508</w:t>
        <w:br/>
        <w:t>vt 0.646973 0.788086</w:t>
        <w:br/>
        <w:t>vt 0.650391 0.799927</w:t>
        <w:br/>
        <w:t>vt 0.662109 0.770508</w:t>
        <w:br/>
        <w:t>vt 0.663574 0.786865</w:t>
        <w:br/>
        <w:t>vt 0.666016 0.797119</w:t>
        <w:br/>
        <w:t>vt 0.679199 0.770508</w:t>
        <w:br/>
        <w:t>vt 0.680664 0.785400</w:t>
        <w:br/>
        <w:t>vt 0.682617 0.796021</w:t>
        <w:br/>
        <w:t>vt 0.696289 0.770508</w:t>
        <w:br/>
        <w:t>vt 0.698242 0.783813</w:t>
        <w:br/>
        <w:t>vt 0.699219 0.793823</w:t>
        <w:br/>
        <w:t>vt 0.711426 0.770508</w:t>
        <w:br/>
        <w:t>vt 0.713379 0.783447</w:t>
        <w:br/>
        <w:t>vt 0.715820 0.792480</w:t>
        <w:br/>
        <w:t>vt 0.728516 0.770508</w:t>
        <w:br/>
        <w:t>vt 0.730469 0.782349</w:t>
        <w:br/>
        <w:t>vt 0.731934 0.790039</w:t>
        <w:br/>
        <w:t>vt 0.748535 0.788330</w:t>
        <w:br/>
        <w:t>vt 0.747070 0.781006</w:t>
        <w:br/>
        <w:t>vt 0.744141 0.770508</w:t>
        <w:br/>
        <w:t>vt 0.760742 0.785767</w:t>
        <w:br/>
        <w:t>vt 0.758789 0.779419</w:t>
        <w:br/>
        <w:t>vt 0.756348 0.770508</w:t>
        <w:br/>
        <w:t>vt 0.772461 0.770508</w:t>
        <w:br/>
        <w:t>vt 0.772461 0.777832</w:t>
        <w:br/>
        <w:t>vt 0.772461 0.784180</w:t>
        <w:br/>
        <w:t>vt 0.391113 0.185059</w:t>
        <w:br/>
        <w:t>vt 0.405762 0.185059</w:t>
        <w:br/>
        <w:t>vt 0.391113 0.193359</w:t>
        <w:br/>
        <w:t>vt 0.409424 0.193359</w:t>
        <w:br/>
        <w:t>vt 0.421143 0.185059</w:t>
        <w:br/>
        <w:t>vt 0.391113 0.201172</w:t>
        <w:br/>
        <w:t>vt 0.421143 0.194336</w:t>
        <w:br/>
        <w:t>vt 0.411377 0.204102</w:t>
        <w:br/>
        <w:t>vt 0.391113 0.208008</w:t>
        <w:br/>
        <w:t>vt 0.421143 0.204102</w:t>
        <w:br/>
        <w:t>vt 0.411865 0.213867</w:t>
        <w:br/>
        <w:t>vt 0.391113 0.215332</w:t>
        <w:br/>
        <w:t>vt 0.421143 0.213867</w:t>
        <w:br/>
        <w:t>vt 0.421143 0.224609</w:t>
        <w:br/>
        <w:t>vt 0.391113 0.224609</w:t>
        <w:br/>
        <w:t>vt 0.410645 0.224121</w:t>
        <w:br/>
        <w:t>vt 0.421143 0.237305</w:t>
        <w:br/>
        <w:t>vt 0.407227 0.235840</w:t>
        <w:br/>
        <w:t>vt 0.407959 0.228516</w:t>
        <w:br/>
        <w:t>vt 0.407959 0.228516</w:t>
        <w:br/>
        <w:t>vt 0.407227 0.235840</w:t>
        <w:br/>
        <w:t>vt 0.405273 0.234863</w:t>
        <w:br/>
        <w:t>vt 0.406494 0.229492</w:t>
        <w:br/>
        <w:t>vt 0.391113 0.224609</w:t>
        <w:br/>
        <w:t>vt 0.407959 0.228516</w:t>
        <w:br/>
        <w:t>vt 0.406494 0.229492</w:t>
        <w:br/>
        <w:t>vt 0.405273 0.234863</w:t>
        <w:br/>
        <w:t>vt 0.406494 0.229492</w:t>
        <w:br/>
        <w:t>vt 0.391113 0.232422</w:t>
        <w:br/>
        <w:t>vt 0.405762 0.240723</w:t>
        <w:br/>
        <w:t>vt 0.391113 0.241211</w:t>
        <w:br/>
        <w:t>vt 0.405029 0.247070</w:t>
        <w:br/>
        <w:t>vt 0.391113 0.249023</w:t>
        <w:br/>
        <w:t>vt 0.404541 0.254395</w:t>
        <w:br/>
        <w:t>vt 0.391113 0.256836</w:t>
        <w:br/>
        <w:t>vt 0.405029 0.258301</w:t>
        <w:br/>
        <w:t>vt 0.391113 0.265625</w:t>
        <w:br/>
        <w:t>vt 0.404541 0.254395</w:t>
        <w:br/>
        <w:t>vt 0.406250 0.258789</w:t>
        <w:br/>
        <w:t>vt 0.405029 0.258301</w:t>
        <w:br/>
        <w:t>vt 0.405029 0.258301</w:t>
        <w:br/>
        <w:t>vt 0.406250 0.258789</w:t>
        <w:br/>
        <w:t>vt 0.391113 0.265625</w:t>
        <w:br/>
        <w:t>vt 0.405762 0.254395</w:t>
        <w:br/>
        <w:t>vt 0.421143 0.251953</w:t>
        <w:br/>
        <w:t>vt 0.406250 0.258789</w:t>
        <w:br/>
        <w:t>vt 0.405762 0.254395</w:t>
        <w:br/>
        <w:t>vt 0.421143 0.260742</w:t>
        <w:br/>
        <w:t>vt 0.407227 0.261719</w:t>
        <w:br/>
        <w:t>vt 0.407715 0.267578</w:t>
        <w:br/>
        <w:t>vt 0.421143 0.267090</w:t>
        <w:br/>
        <w:t>vt 0.391113 0.275391</w:t>
        <w:br/>
        <w:t>vt 0.421143 0.276367</w:t>
        <w:br/>
        <w:t>vt 0.407959 0.277344</w:t>
        <w:br/>
        <w:t>vt 0.391113 0.285156</w:t>
        <w:br/>
        <w:t>vt 0.421143 0.287598</w:t>
        <w:br/>
        <w:t>vt 0.406738 0.287598</w:t>
        <w:br/>
        <w:t>vt 0.391113 0.293945</w:t>
        <w:br/>
        <w:t>vt 0.421143 0.297852</w:t>
        <w:br/>
        <w:t>vt 0.405762 0.298340</w:t>
        <w:br/>
        <w:t>vt 0.391113 0.299316</w:t>
        <w:br/>
        <w:t>vt 0.421143 0.307129</w:t>
        <w:br/>
        <w:t>vt 0.405762 0.306641</w:t>
        <w:br/>
        <w:t>vt 0.391113 0.307129</w:t>
        <w:br/>
        <w:t>vt 0.391113 0.317383</w:t>
        <w:br/>
        <w:t>vt 0.407471 0.317383</w:t>
        <w:br/>
        <w:t>vt 0.421143 0.317383</w:t>
        <w:br/>
        <w:t>vt 0.121826 0.695312</w:t>
        <w:br/>
        <w:t>vt 0.121826 0.671631</w:t>
        <w:br/>
        <w:t>vt 0.118896 0.695312</w:t>
        <w:br/>
        <w:t>vt 0.118896 0.671387</w:t>
        <w:br/>
        <w:t>vt 0.121826 0.646240</w:t>
        <w:br/>
        <w:t>vt 0.101990 0.695312</w:t>
        <w:br/>
        <w:t>vt 0.118896 0.695312</w:t>
        <w:br/>
        <w:t>vt 0.118896 0.671387</w:t>
        <w:br/>
        <w:t>vt 0.101990 0.695312</w:t>
        <w:br/>
        <w:t>vt 0.098267 0.670898</w:t>
        <w:br/>
        <w:t>vt 0.098267 0.695312</w:t>
        <w:br/>
        <w:t>vt 0.101990 0.670654</w:t>
        <w:br/>
        <w:t>vt 0.101990 0.670654</w:t>
        <w:br/>
        <w:t>vt 0.118896 0.645752</w:t>
        <w:br/>
        <w:t>vt 0.118896 0.645752</w:t>
        <w:br/>
        <w:t>vt 0.101990 0.644531</w:t>
        <w:br/>
        <w:t>vt 0.101990 0.644531</w:t>
        <w:br/>
        <w:t>vt 0.098267 0.644043</w:t>
        <w:br/>
        <w:t>vt 0.118896 0.620605</w:t>
        <w:br/>
        <w:t>vt 0.121826 0.620117</w:t>
        <w:br/>
        <w:t>vt 0.101990 0.618408</w:t>
        <w:br/>
        <w:t>vt 0.101990 0.618408</w:t>
        <w:br/>
        <w:t>vt 0.118896 0.620605</w:t>
        <w:br/>
        <w:t>vt 0.098267 0.618164</w:t>
        <w:br/>
        <w:t>vt 0.098267 0.592529</w:t>
        <w:br/>
        <w:t>vt 0.118896 0.591553</w:t>
        <w:br/>
        <w:t>vt 0.121826 0.591553</w:t>
        <w:br/>
        <w:t>vt 0.101990 0.591797</w:t>
        <w:br/>
        <w:t>vt 0.101990 0.591797</w:t>
        <w:br/>
        <w:t>vt 0.118896 0.591553</w:t>
        <w:br/>
        <w:t>vt 0.098267 0.564453</w:t>
        <w:br/>
        <w:t>vt 0.118896 0.564941</w:t>
        <w:br/>
        <w:t>vt 0.118896 0.564941</w:t>
        <w:br/>
        <w:t>vt 0.121826 0.562744</w:t>
        <w:br/>
        <w:t>vt 0.101990 0.564453</w:t>
        <w:br/>
        <w:t>vt 0.101990 0.564453</w:t>
        <w:br/>
        <w:t>vt 0.101990 0.544434</w:t>
        <w:br/>
        <w:t>vt 0.098267 0.543701</w:t>
        <w:br/>
        <w:t>vt 0.118896 0.544189</w:t>
        <w:br/>
        <w:t>vt 0.101990 0.544434</w:t>
        <w:br/>
        <w:t>vt 0.118896 0.544189</w:t>
        <w:br/>
        <w:t>vt 0.101990 0.523438</w:t>
        <w:br/>
        <w:t>vt 0.101990 0.523438</w:t>
        <w:br/>
        <w:t>vt 0.098267 0.523193</w:t>
        <w:br/>
        <w:t>vt 0.124084 0.546143</w:t>
        <w:br/>
        <w:t>vt 0.124084 0.562012</w:t>
        <w:br/>
        <w:t>vt 0.124084 0.524170</w:t>
        <w:br/>
        <w:t>vt 0.118896 0.523682</w:t>
        <w:br/>
        <w:t>vt 0.118896 0.523682</w:t>
        <w:br/>
        <w:t>vt 0.101990 0.504883</w:t>
        <w:br/>
        <w:t>vt 0.101990 0.504883</w:t>
        <w:br/>
        <w:t>vt 0.098267 0.504883</w:t>
        <w:br/>
        <w:t>vt 0.118896 0.505127</w:t>
        <w:br/>
        <w:t>vt 0.118896 0.505127</w:t>
        <w:br/>
        <w:t>vt 0.124084 0.504395</w:t>
        <w:br/>
        <w:t>vt 0.121765 0.503418</w:t>
        <w:br/>
        <w:t>vt 0.101990 0.484863</w:t>
        <w:br/>
        <w:t>vt 0.101990 0.484863</w:t>
        <w:br/>
        <w:t>vt 0.098267 0.484863</w:t>
        <w:br/>
        <w:t>vt 0.098267 0.461914</w:t>
        <w:br/>
        <w:t>vt 0.118896 0.484863</w:t>
        <w:br/>
        <w:t>vt 0.118896 0.484863</w:t>
        <w:br/>
        <w:t>vt 0.122437 0.483887</w:t>
        <w:br/>
        <w:t>vt 0.101990 0.461914</w:t>
        <w:br/>
        <w:t>vt 0.101990 0.461914</w:t>
        <w:br/>
        <w:t>vt 0.098267 0.437012</w:t>
        <w:br/>
        <w:t>vt 0.101990 0.437012</w:t>
        <w:br/>
        <w:t>vt 0.101990 0.437012</w:t>
        <w:br/>
        <w:t>vt 0.118896 0.437012</w:t>
        <w:br/>
        <w:t>vt 0.118896 0.461426</w:t>
        <w:br/>
        <w:t>vt 0.118896 0.461426</w:t>
        <w:br/>
        <w:t>vt 0.122437 0.461426</w:t>
        <w:br/>
        <w:t>vt 0.122437 0.437012</w:t>
        <w:br/>
        <w:t>vt 0.118896 0.437012</w:t>
        <w:br/>
        <w:t>vt 0.391113 0.193359</w:t>
        <w:br/>
        <w:t>vt 0.405762 0.185059</w:t>
        <w:br/>
        <w:t>vt 0.391113 0.185059</w:t>
        <w:br/>
        <w:t>vt 0.409424 0.193359</w:t>
        <w:br/>
        <w:t>vt 0.421143 0.185059</w:t>
        <w:br/>
        <w:t>vt 0.391113 0.201172</w:t>
        <w:br/>
        <w:t>vt 0.421143 0.194336</w:t>
        <w:br/>
        <w:t>vt 0.411377 0.204102</w:t>
        <w:br/>
        <w:t>vt 0.391113 0.208008</w:t>
        <w:br/>
        <w:t>vt 0.421143 0.204102</w:t>
        <w:br/>
        <w:t>vt 0.411865 0.213867</w:t>
        <w:br/>
        <w:t>vt 0.391113 0.215332</w:t>
        <w:br/>
        <w:t>vt 0.421143 0.213867</w:t>
        <w:br/>
        <w:t>vt 0.421143 0.224609</w:t>
        <w:br/>
        <w:t>vt 0.391113 0.224609</w:t>
        <w:br/>
        <w:t>vt 0.410645 0.224121</w:t>
        <w:br/>
        <w:t>vt 0.421143 0.237305</w:t>
        <w:br/>
        <w:t>vt 0.407227 0.235840</w:t>
        <w:br/>
        <w:t>vt 0.407959 0.228516</w:t>
        <w:br/>
        <w:t>vt 0.407959 0.228516</w:t>
        <w:br/>
        <w:t>vt 0.405273 0.234863</w:t>
        <w:br/>
        <w:t>vt 0.407227 0.235840</w:t>
        <w:br/>
        <w:t>vt 0.406494 0.229492</w:t>
        <w:br/>
        <w:t>vt 0.407959 0.228516</w:t>
        <w:br/>
        <w:t>vt 0.391113 0.224609</w:t>
        <w:br/>
        <w:t>vt 0.406494 0.229492</w:t>
        <w:br/>
        <w:t>vt 0.405273 0.234863</w:t>
        <w:br/>
        <w:t>vt 0.406494 0.229492</w:t>
        <w:br/>
        <w:t>vt 0.391113 0.232422</w:t>
        <w:br/>
        <w:t>vt 0.405762 0.240723</w:t>
        <w:br/>
        <w:t>vt 0.391113 0.241211</w:t>
        <w:br/>
        <w:t>vt 0.405029 0.247070</w:t>
        <w:br/>
        <w:t>vt 0.391113 0.249023</w:t>
        <w:br/>
        <w:t>vt 0.404541 0.254395</w:t>
        <w:br/>
        <w:t>vt 0.391113 0.256836</w:t>
        <w:br/>
        <w:t>vt 0.405029 0.258301</w:t>
        <w:br/>
        <w:t>vt 0.391113 0.265625</w:t>
        <w:br/>
        <w:t>vt 0.406250 0.258789</w:t>
        <w:br/>
        <w:t>vt 0.404541 0.254395</w:t>
        <w:br/>
        <w:t>vt 0.405029 0.258301</w:t>
        <w:br/>
        <w:t>vt 0.405029 0.258301</w:t>
        <w:br/>
        <w:t>vt 0.391113 0.265625</w:t>
        <w:br/>
        <w:t>vt 0.406250 0.258789</w:t>
        <w:br/>
        <w:t>vt 0.405762 0.254395</w:t>
        <w:br/>
        <w:t>vt 0.406250 0.258789</w:t>
        <w:br/>
        <w:t>vt 0.421143 0.251953</w:t>
        <w:br/>
        <w:t>vt 0.405762 0.254395</w:t>
        <w:br/>
        <w:t>vt 0.421143 0.260742</w:t>
        <w:br/>
        <w:t>vt 0.407227 0.261719</w:t>
        <w:br/>
        <w:t>vt 0.407715 0.267578</w:t>
        <w:br/>
        <w:t>vt 0.421143 0.267090</w:t>
        <w:br/>
        <w:t>vt 0.391113 0.275391</w:t>
        <w:br/>
        <w:t>vt 0.421143 0.276367</w:t>
        <w:br/>
        <w:t>vt 0.407959 0.277344</w:t>
        <w:br/>
        <w:t>vt 0.391113 0.285156</w:t>
        <w:br/>
        <w:t>vt 0.421143 0.287598</w:t>
        <w:br/>
        <w:t>vt 0.406738 0.287598</w:t>
        <w:br/>
        <w:t>vt 0.391113 0.293945</w:t>
        <w:br/>
        <w:t>vt 0.421143 0.297852</w:t>
        <w:br/>
        <w:t>vt 0.405762 0.298340</w:t>
        <w:br/>
        <w:t>vt 0.391113 0.299316</w:t>
        <w:br/>
        <w:t>vt 0.421143 0.307129</w:t>
        <w:br/>
        <w:t>vt 0.405762 0.306641</w:t>
        <w:br/>
        <w:t>vt 0.391113 0.307129</w:t>
        <w:br/>
        <w:t>vt 0.391113 0.317383</w:t>
        <w:br/>
        <w:t>vt 0.407471 0.317383</w:t>
        <w:br/>
        <w:t>vt 0.421143 0.317383</w:t>
        <w:br/>
        <w:t>vt 0.004223 0.006836</w:t>
        <w:br/>
        <w:t>vt 0.022308 0.004395</w:t>
        <w:br/>
        <w:t>vt 0.004223 0.004395</w:t>
        <w:br/>
        <w:t>vt 0.022995 0.006836</w:t>
        <w:br/>
        <w:t>vt 0.036682 0.004395</w:t>
        <w:br/>
        <w:t>vt 0.004223 0.020996</w:t>
        <w:br/>
        <w:t>vt 0.037415 0.007324</w:t>
        <w:br/>
        <w:t>vt 0.053528 0.004395</w:t>
        <w:br/>
        <w:t>vt 0.022934 0.023926</w:t>
        <w:br/>
        <w:t>vt 0.037415 0.007324</w:t>
        <w:br/>
        <w:t>vt 0.004223 0.040039</w:t>
        <w:br/>
        <w:t>vt 0.053894 0.006836</w:t>
        <w:br/>
        <w:t>vt 0.070984 0.004395</w:t>
        <w:br/>
        <w:t>vt 0.022614 0.043457</w:t>
        <w:br/>
        <w:t>vt 0.004223 0.061523</w:t>
        <w:br/>
        <w:t>vt 0.037292 0.024902</w:t>
        <w:br/>
        <w:t>vt 0.022598 0.064941</w:t>
        <w:br/>
        <w:t>vt 0.004223 0.074707</w:t>
        <w:br/>
        <w:t>vt 0.037292 0.044434</w:t>
        <w:br/>
        <w:t>vt 0.053040 0.024902</w:t>
        <w:br/>
        <w:t>vt 0.053894 0.006836</w:t>
        <w:br/>
        <w:t>vt 0.052704 0.044922</w:t>
        <w:br/>
        <w:t>vt 0.037323 0.066406</w:t>
        <w:br/>
        <w:t>vt 0.022522 0.078125</w:t>
        <w:br/>
        <w:t>vt 0.004223 0.086426</w:t>
        <w:br/>
        <w:t>vt 0.052216 0.067383</w:t>
        <w:br/>
        <w:t>vt 0.022324 0.089844</w:t>
        <w:br/>
        <w:t>vt 0.004223 0.102051</w:t>
        <w:br/>
        <w:t>vt 0.037231 0.080078</w:t>
        <w:br/>
        <w:t>vt 0.021881 0.105469</w:t>
        <w:br/>
        <w:t>vt 0.004223 0.114746</w:t>
        <w:br/>
        <w:t>vt 0.036957 0.091797</w:t>
        <w:br/>
        <w:t>vt 0.021606 0.123535</w:t>
        <w:br/>
        <w:t>vt 0.004223 0.120605</w:t>
        <w:br/>
        <w:t>vt 0.004223 0.144531</w:t>
        <w:br/>
        <w:t>vt 0.036591 0.106934</w:t>
        <w:br/>
        <w:t>vt 0.045319 0.092773</w:t>
        <w:br/>
        <w:t>vt 0.051788 0.081055</w:t>
        <w:br/>
        <w:t>vt 0.052002 0.093262</w:t>
        <w:br/>
        <w:t>vt 0.058716 0.067383</w:t>
        <w:br/>
        <w:t>vt 0.067810 0.081055</w:t>
        <w:br/>
        <w:t>vt 0.069519 0.044922</w:t>
        <w:br/>
        <w:t>vt 0.068481 0.067383</w:t>
        <w:br/>
        <w:t>vt 0.070251 0.024902</w:t>
        <w:br/>
        <w:t>vt 0.084839 0.066895</w:t>
        <w:br/>
        <w:t>vt 0.071167 0.006836</w:t>
        <w:br/>
        <w:t>vt 0.085999 0.044434</w:t>
        <w:br/>
        <w:t>vt 0.086365 0.024414</w:t>
        <w:br/>
        <w:t>vt 0.086487 0.006836</w:t>
        <w:br/>
        <w:t>vt 0.086487 0.006836</w:t>
        <w:br/>
        <w:t>vt 0.086060 0.004395</w:t>
        <w:br/>
        <w:t>vt 0.096069 0.004395</w:t>
        <w:br/>
        <w:t>vt 0.096558 0.006836</w:t>
        <w:br/>
        <w:t>vt 0.096558 0.006836</w:t>
        <w:br/>
        <w:t>vt 0.108765 0.006348</w:t>
        <w:br/>
        <w:t>vt 0.110413 0.004395</w:t>
        <w:br/>
        <w:t>vt 0.110413 0.024902</w:t>
        <w:br/>
        <w:t>vt 0.110413 0.004395</w:t>
        <w:br/>
        <w:t>vt 0.108765 0.006348</w:t>
        <w:br/>
        <w:t>vt 0.096802 0.024414</w:t>
        <w:br/>
        <w:t>vt 0.108765 0.006348</w:t>
        <w:br/>
        <w:t>vt 0.108643 0.025391</w:t>
        <w:br/>
        <w:t>vt 0.108643 0.025391</w:t>
        <w:br/>
        <w:t>vt 0.110413 0.042969</w:t>
        <w:br/>
        <w:t>vt 0.096375 0.043945</w:t>
        <w:br/>
        <w:t>vt 0.108643 0.043457</w:t>
        <w:br/>
        <w:t>vt 0.108643 0.043457</w:t>
        <w:br/>
        <w:t>vt 0.110413 0.065430</w:t>
        <w:br/>
        <w:t>vt 0.108337 0.065918</w:t>
        <w:br/>
        <w:t>vt 0.108337 0.065918</w:t>
        <w:br/>
        <w:t>vt 0.095581 0.066406</w:t>
        <w:br/>
        <w:t>vt 0.108154 0.078613</w:t>
        <w:br/>
        <w:t>vt 0.108154 0.078613</w:t>
        <w:br/>
        <w:t>vt 0.110413 0.078613</w:t>
        <w:br/>
        <w:t>vt 0.089600 0.080078</w:t>
        <w:br/>
        <w:t>vt 0.108093 0.090332</w:t>
        <w:br/>
        <w:t>vt 0.110413 0.090332</w:t>
        <w:br/>
        <w:t>vt 0.095276 0.079590</w:t>
        <w:br/>
        <w:t>vt 0.108093 0.090332</w:t>
        <w:br/>
        <w:t>vt 0.108459 0.104980</w:t>
        <w:br/>
        <w:t>vt 0.110413 0.104980</w:t>
        <w:br/>
        <w:t>vt 0.110413 0.122070</w:t>
        <w:br/>
        <w:t>vt 0.094604 0.091797</w:t>
        <w:br/>
        <w:t>vt 0.108459 0.104980</w:t>
        <w:br/>
        <w:t>vt 0.108093 0.123047</w:t>
        <w:br/>
        <w:t>vt 0.110413 0.145508</w:t>
        <w:br/>
        <w:t>vt 0.100464 0.106445</w:t>
        <w:br/>
        <w:t>vt 0.108093 0.123047</w:t>
        <w:br/>
        <w:t>vt 0.094727 0.106934</w:t>
        <w:br/>
        <w:t>vt 0.083313 0.092773</w:t>
        <w:br/>
        <w:t>vt 0.107910 0.145996</w:t>
        <w:br/>
        <w:t>vt 0.110413 0.168945</w:t>
        <w:br/>
        <w:t>vt 0.093140 0.124512</w:t>
        <w:br/>
        <w:t>vt 0.107910 0.145996</w:t>
        <w:br/>
        <w:t>vt 0.082703 0.108398</w:t>
        <w:br/>
        <w:t>vt 0.084167 0.080566</w:t>
        <w:br/>
        <w:t>vt 0.067566 0.093750</w:t>
        <w:br/>
        <w:t>vt 0.052612 0.108887</w:t>
        <w:br/>
        <w:t>vt 0.067200 0.108887</w:t>
        <w:br/>
        <w:t>vt 0.036591 0.125488</w:t>
        <w:br/>
        <w:t>vt 0.052002 0.117188</w:t>
        <w:br/>
        <w:t>vt 0.083252 0.117188</w:t>
        <w:br/>
        <w:t>vt 0.082642 0.125488</w:t>
        <w:br/>
        <w:t>vt 0.051392 0.125977</w:t>
        <w:br/>
        <w:t>vt 0.094727 0.146973</w:t>
        <w:br/>
        <w:t>vt 0.066711 0.125977</w:t>
        <w:br/>
        <w:t>vt 0.082642 0.148438</w:t>
        <w:br/>
        <w:t>vt 0.107910 0.168945</w:t>
        <w:br/>
        <w:t>vt 0.107910 0.168945</w:t>
        <w:br/>
        <w:t>vt 0.094849 0.169922</w:t>
        <w:br/>
        <w:t>vt 0.108032 0.192383</w:t>
        <w:br/>
        <w:t>vt 0.108032 0.192383</w:t>
        <w:br/>
        <w:t>vt 0.110413 0.192383</w:t>
        <w:br/>
        <w:t>vt 0.082642 0.171387</w:t>
        <w:br/>
        <w:t>vt 0.108765 0.219238</w:t>
        <w:br/>
        <w:t>vt 0.110413 0.219238</w:t>
        <w:br/>
        <w:t>vt 0.095154 0.193848</w:t>
        <w:br/>
        <w:t>vt 0.108765 0.219238</w:t>
        <w:br/>
        <w:t>vt 0.108276 0.241211</w:t>
        <w:br/>
        <w:t>vt 0.110413 0.241211</w:t>
        <w:br/>
        <w:t>vt 0.096008 0.220703</w:t>
        <w:br/>
        <w:t>vt 0.108276 0.241211</w:t>
        <w:br/>
        <w:t>vt 0.108337 0.262695</w:t>
        <w:br/>
        <w:t>vt 0.110413 0.262695</w:t>
        <w:br/>
        <w:t>vt 0.108337 0.262695</w:t>
        <w:br/>
        <w:t>vt 0.095825 0.241699</w:t>
        <w:br/>
        <w:t>vt 0.095459 0.262695</w:t>
        <w:br/>
        <w:t>vt 0.083130 0.195801</w:t>
        <w:br/>
        <w:t>vt 0.083252 0.221680</w:t>
        <w:br/>
        <w:t>vt 0.082581 0.242676</w:t>
        <w:br/>
        <w:t>vt 0.081726 0.262695</w:t>
        <w:br/>
        <w:t>vt 0.068726 0.244141</w:t>
        <w:br/>
        <w:t>vt 0.069153 0.262695</w:t>
        <w:br/>
        <w:t>vt 0.055878 0.262695</w:t>
        <w:br/>
        <w:t>vt 0.068237 0.223633</w:t>
        <w:br/>
        <w:t>vt 0.054443 0.244141</w:t>
        <w:br/>
        <w:t>vt 0.050079 0.244629</w:t>
        <w:br/>
        <w:t>vt 0.046234 0.262695</w:t>
        <w:br/>
        <w:t>vt 0.054718 0.224121</w:t>
        <w:br/>
        <w:t>vt 0.067993 0.197266</w:t>
        <w:br/>
        <w:t>vt 0.044250 0.243652</w:t>
        <w:br/>
        <w:t>vt 0.037933 0.262695</w:t>
        <w:br/>
        <w:t>vt 0.047607 0.223633</w:t>
        <w:br/>
        <w:t>vt 0.032135 0.243164</w:t>
        <w:br/>
        <w:t>vt 0.028076 0.262695</w:t>
        <w:br/>
        <w:t>vt 0.051880 0.197266</w:t>
        <w:br/>
        <w:t>vt 0.034424 0.223633</w:t>
        <w:br/>
        <w:t>vt 0.016830 0.242188</w:t>
        <w:br/>
        <w:t>vt 0.015350 0.262695</w:t>
        <w:br/>
        <w:t>vt 0.004223 0.262695</w:t>
        <w:br/>
        <w:t>vt 0.004223 0.241211</w:t>
        <w:br/>
        <w:t>vt 0.018051 0.222656</w:t>
        <w:br/>
        <w:t>vt 0.004223 0.221191</w:t>
        <w:br/>
        <w:t>vt 0.036804 0.196777</w:t>
        <w:br/>
        <w:t>vt 0.019821 0.195312</w:t>
        <w:br/>
        <w:t>vt 0.004223 0.193848</w:t>
        <w:br/>
        <w:t>vt 0.037140 0.172363</w:t>
        <w:br/>
        <w:t>vt 0.020584 0.170410</w:t>
        <w:br/>
        <w:t>vt 0.004223 0.168457</w:t>
        <w:br/>
        <w:t>vt 0.052094 0.172852</w:t>
        <w:br/>
        <w:t>vt 0.037476 0.148438</w:t>
        <w:br/>
        <w:t>vt 0.021210 0.146973</w:t>
        <w:br/>
        <w:t>vt 0.032318 0.148438</w:t>
        <w:br/>
        <w:t>vt 0.037567 0.136230</w:t>
        <w:br/>
        <w:t>vt 0.045349 0.125977</w:t>
        <w:br/>
        <w:t>vt 0.051788 0.149414</w:t>
        <w:br/>
        <w:t>vt 0.066895 0.149414</w:t>
        <w:br/>
        <w:t>vt 0.067444 0.172852</w:t>
        <w:br/>
        <w:t>vt 0.201904 0.954407</w:t>
        <w:br/>
        <w:t>vt 0.195435 0.963928</w:t>
        <w:br/>
        <w:t>vt 0.195435 0.954407</w:t>
        <w:br/>
        <w:t>vt 0.202271 0.964325</w:t>
        <w:br/>
        <w:t>vt 0.195435 0.973907</w:t>
        <w:br/>
        <w:t>vt 0.216187 0.954407</w:t>
        <w:br/>
        <w:t>vt 0.202393 0.974411</w:t>
        <w:br/>
        <w:t>vt 0.195435 0.984901</w:t>
        <w:br/>
        <w:t>vt 0.216675 0.964508</w:t>
        <w:br/>
        <w:t>vt 0.227661 0.954407</w:t>
        <w:br/>
        <w:t>vt 0.202271 0.985306</w:t>
        <w:br/>
        <w:t>vt 0.195435 0.995701</w:t>
        <w:br/>
        <w:t>vt 0.202759 0.995701</w:t>
        <w:br/>
        <w:t>vt 0.216919 0.974915</w:t>
        <w:br/>
        <w:t>vt 0.228149 0.964417</w:t>
        <w:br/>
        <w:t>vt 0.236084 0.954407</w:t>
        <w:br/>
        <w:t>vt 0.217163 0.985703</w:t>
        <w:br/>
        <w:t>vt 0.217896 0.995701</w:t>
        <w:br/>
        <w:t>vt 0.228638 0.974915</w:t>
        <w:br/>
        <w:t>vt 0.236694 0.964325</w:t>
        <w:br/>
        <w:t>vt 0.242310 0.954407</w:t>
        <w:br/>
        <w:t>vt 0.228882 0.985703</w:t>
        <w:br/>
        <w:t>vt 0.229736 0.995701</w:t>
        <w:br/>
        <w:t>vt 0.237305 0.974808</w:t>
        <w:br/>
        <w:t>vt 0.243164 0.964325</w:t>
        <w:br/>
        <w:t>vt 0.250732 0.954407</w:t>
        <w:br/>
        <w:t>vt 0.237793 0.985603</w:t>
        <w:br/>
        <w:t>vt 0.238647 0.995701</w:t>
        <w:br/>
        <w:t>vt 0.243896 0.974701</w:t>
        <w:br/>
        <w:t>vt 0.251709 0.964325</w:t>
        <w:br/>
        <w:t>vt 0.258057 0.954407</w:t>
        <w:br/>
        <w:t>vt 0.244385 0.985603</w:t>
        <w:br/>
        <w:t>vt 0.245361 0.995701</w:t>
        <w:br/>
        <w:t>vt 0.252686 0.974609</w:t>
        <w:br/>
        <w:t>vt 0.259277 0.964203</w:t>
        <w:br/>
        <w:t>vt 0.267578 0.954407</w:t>
        <w:br/>
        <w:t>vt 0.253174 0.985405</w:t>
        <w:br/>
        <w:t>vt 0.254395 0.995701</w:t>
        <w:br/>
        <w:t>vt 0.260010 0.974609</w:t>
        <w:br/>
        <w:t>vt 0.268555 0.964203</w:t>
        <w:br/>
        <w:t>vt 0.278564 0.954407</w:t>
        <w:br/>
        <w:t>vt 0.260742 0.985405</w:t>
        <w:br/>
        <w:t>vt 0.261963 0.995701</w:t>
        <w:br/>
        <w:t>vt 0.269531 0.974503</w:t>
        <w:br/>
        <w:t>vt 0.279297 0.964417</w:t>
        <w:br/>
        <w:t>vt 0.286377 0.954407</w:t>
        <w:br/>
        <w:t>vt 0.270020 0.985405</w:t>
        <w:br/>
        <w:t>vt 0.271240 0.995701</w:t>
        <w:br/>
        <w:t>vt 0.280273 0.974701</w:t>
        <w:br/>
        <w:t>vt 0.286865 0.964508</w:t>
        <w:br/>
        <w:t>vt 0.296631 0.954407</w:t>
        <w:br/>
        <w:t>vt 0.280762 0.985603</w:t>
        <w:br/>
        <w:t>vt 0.281982 0.995701</w:t>
        <w:br/>
        <w:t>vt 0.287842 0.974915</w:t>
        <w:br/>
        <w:t>vt 0.297363 0.964417</w:t>
        <w:br/>
        <w:t>vt 0.297607 0.954407</w:t>
        <w:br/>
        <w:t>vt 0.297363 0.964417</w:t>
        <w:br/>
        <w:t>vt 0.296631 0.954407</w:t>
        <w:br/>
        <w:t>vt 0.288330 0.985802</w:t>
        <w:br/>
        <w:t>vt 0.289307 0.995701</w:t>
        <w:br/>
        <w:t>vt 0.298096 0.975311</w:t>
        <w:br/>
        <w:t>vt 0.298584 0.964417</w:t>
        <w:br/>
        <w:t>vt 0.298096 0.975311</w:t>
        <w:br/>
        <w:t>vt 0.298828 0.954407</w:t>
        <w:br/>
        <w:t>vt 0.298584 0.989304</w:t>
        <w:br/>
        <w:t>vt 0.298828 0.995701</w:t>
        <w:br/>
        <w:t>vt 0.299561 0.995701</w:t>
        <w:br/>
        <w:t>vt 0.299561 0.989105</w:t>
        <w:br/>
        <w:t>vt 0.299561 0.989105</w:t>
        <w:br/>
        <w:t>vt 0.301025 0.995701</w:t>
        <w:br/>
        <w:t>vt 0.299316 0.975113</w:t>
        <w:br/>
        <w:t>vt 0.300781 0.988602</w:t>
        <w:br/>
        <w:t>vt 0.301270 0.995701</w:t>
        <w:br/>
        <w:t>vt 0.299805 0.964630</w:t>
        <w:br/>
        <w:t>vt 0.300293 0.954407</w:t>
        <w:br/>
        <w:t>vt 0.300537 0.974915</w:t>
        <w:br/>
        <w:t>vt 0.301758 0.988106</w:t>
        <w:br/>
        <w:t>vt 0.302246 0.995701</w:t>
        <w:br/>
        <w:t>vt 0.301025 0.964722</w:t>
        <w:br/>
        <w:t>vt 0.301758 0.954407</w:t>
        <w:br/>
        <w:t>vt 0.301514 0.974701</w:t>
        <w:br/>
        <w:t>vt 0.303467 0.987106</w:t>
        <w:br/>
        <w:t>vt 0.307373 0.995701</w:t>
        <w:br/>
        <w:t>vt 0.302979 0.974503</w:t>
        <w:br/>
        <w:t>vt 0.302490 0.964722</w:t>
        <w:br/>
        <w:t>vt 0.306396 0.954407</w:t>
        <w:br/>
        <w:t>vt 0.307861 0.986107</w:t>
        <w:br/>
        <w:t>vt 0.312500 0.995701</w:t>
        <w:br/>
        <w:t>vt 0.307373 0.964508</w:t>
        <w:br/>
        <w:t>vt 0.311279 0.954407</w:t>
        <w:br/>
        <w:t>vt 0.307861 0.974411</w:t>
        <w:br/>
        <w:t>vt 0.312012 0.964417</w:t>
        <w:br/>
        <w:t>vt 0.319092 0.954407</w:t>
        <w:br/>
        <w:t>vt 0.312500 0.985504</w:t>
        <w:br/>
        <w:t>vt 0.312500 0.974411</w:t>
        <w:br/>
        <w:t>vt 0.319580 0.964203</w:t>
        <w:br/>
        <w:t>vt 0.329834 0.954407</w:t>
        <w:br/>
        <w:t>vt 0.320068 0.974411</w:t>
        <w:br/>
        <w:t>vt 0.320068 0.985504</w:t>
        <w:br/>
        <w:t>vt 0.320068 0.995701</w:t>
        <w:br/>
        <w:t>vt 0.330322 0.964020</w:t>
        <w:br/>
        <w:t>vt 0.339111 0.954407</w:t>
        <w:br/>
        <w:t>vt 0.330811 0.974304</w:t>
        <w:br/>
        <w:t>vt 0.331055 0.985405</w:t>
        <w:br/>
        <w:t>vt 0.331299 0.995701</w:t>
        <w:br/>
        <w:t>vt 0.339600 0.964020</w:t>
        <w:br/>
        <w:t>vt 0.346680 0.954407</w:t>
        <w:br/>
        <w:t>vt 0.340088 0.974213</w:t>
        <w:br/>
        <w:t>vt 0.340332 0.985306</w:t>
        <w:br/>
        <w:t>vt 0.340576 0.995701</w:t>
        <w:br/>
        <w:t>vt 0.347168 0.964020</w:t>
        <w:br/>
        <w:t>vt 0.355957 0.954407</w:t>
        <w:br/>
        <w:t>vt 0.347656 0.974106</w:t>
        <w:br/>
        <w:t>vt 0.347900 0.985306</w:t>
        <w:br/>
        <w:t>vt 0.347900 0.995701</w:t>
        <w:br/>
        <w:t>vt 0.356689 0.963806</w:t>
        <w:br/>
        <w:t>vt 0.362549 0.954407</w:t>
        <w:br/>
        <w:t>vt 0.357178 0.974014</w:t>
        <w:br/>
        <w:t>vt 0.357422 0.985207</w:t>
        <w:br/>
        <w:t>vt 0.357422 0.995701</w:t>
        <w:br/>
        <w:t>vt 0.363037 0.963806</w:t>
        <w:br/>
        <w:t>vt 0.371582 0.954407</w:t>
        <w:br/>
        <w:t>vt 0.363525 0.974014</w:t>
        <w:br/>
        <w:t>vt 0.363770 0.985207</w:t>
        <w:br/>
        <w:t>vt 0.364014 0.995701</w:t>
        <w:br/>
        <w:t>vt 0.371826 0.963806</w:t>
        <w:br/>
        <w:t>vt 0.382812 0.954407</w:t>
        <w:br/>
        <w:t>vt 0.372314 0.973907</w:t>
        <w:br/>
        <w:t>vt 0.372803 0.985107</w:t>
        <w:br/>
        <w:t>vt 0.373047 0.995701</w:t>
        <w:br/>
        <w:t>vt 0.383301 0.963806</w:t>
        <w:br/>
        <w:t>vt 0.397949 0.954407</w:t>
        <w:br/>
        <w:t>vt 0.383789 0.973907</w:t>
        <w:br/>
        <w:t>vt 0.384277 0.985001</w:t>
        <w:br/>
        <w:t>vt 0.384277 0.995701</w:t>
        <w:br/>
        <w:t>vt 0.398193 0.963715</w:t>
        <w:br/>
        <w:t>vt 0.398193 0.973404</w:t>
        <w:br/>
        <w:t>vt 0.407959 0.963715</w:t>
        <w:br/>
        <w:t>vt 0.407959 0.954407</w:t>
        <w:br/>
        <w:t>vt 0.407959 0.973007</w:t>
        <w:br/>
        <w:t>vt 0.398682 0.984604</w:t>
        <w:br/>
        <w:t>vt 0.407959 0.984314</w:t>
        <w:br/>
        <w:t>vt 0.398682 0.995701</w:t>
        <w:br/>
        <w:t>vt 0.407959 0.995701</w:t>
        <w:br/>
        <w:t>vt 0.280518 0.730469</w:t>
        <w:br/>
        <w:t>vt 0.274414 0.729736</w:t>
        <w:br/>
        <w:t>vt 0.274414 0.730469</w:t>
        <w:br/>
        <w:t>vt 0.280518 0.729736</w:t>
        <w:br/>
        <w:t>vt 0.287109 0.730469</w:t>
        <w:br/>
        <w:t>vt 0.280518 0.729736</w:t>
        <w:br/>
        <w:t>vt 0.274414 0.728271</w:t>
        <w:br/>
        <w:t>vt 0.274414 0.729736</w:t>
        <w:br/>
        <w:t>vt 0.287109 0.729736</w:t>
        <w:br/>
        <w:t>vt 0.293701 0.730469</w:t>
        <w:br/>
        <w:t>vt 0.280518 0.728271</w:t>
        <w:br/>
        <w:t>vt 0.287109 0.729736</w:t>
        <w:br/>
        <w:t>vt 0.280518 0.723877</w:t>
        <w:br/>
        <w:t>vt 0.274414 0.723877</w:t>
        <w:br/>
        <w:t>vt 0.280518 0.722168</w:t>
        <w:br/>
        <w:t>vt 0.274414 0.722168</w:t>
        <w:br/>
        <w:t>vt 0.287109 0.723877</w:t>
        <w:br/>
        <w:t>vt 0.287109 0.722168</w:t>
        <w:br/>
        <w:t>vt 0.287109 0.728271</w:t>
        <w:br/>
        <w:t>vt 0.293701 0.728271</w:t>
        <w:br/>
        <w:t>vt 0.293701 0.723877</w:t>
        <w:br/>
        <w:t>vt 0.293701 0.722168</w:t>
        <w:br/>
        <w:t>vt 0.293701 0.729736</w:t>
        <w:br/>
        <w:t>vt 0.293701 0.729736</w:t>
        <w:br/>
        <w:t>vt 0.300293 0.730469</w:t>
        <w:br/>
        <w:t>vt 0.300293 0.728271</w:t>
        <w:br/>
        <w:t>vt 0.300293 0.723877</w:t>
        <w:br/>
        <w:t>vt 0.300293 0.722168</w:t>
        <w:br/>
        <w:t>vt 0.306885 0.722168</w:t>
        <w:br/>
        <w:t>vt 0.300293 0.729736</w:t>
        <w:br/>
        <w:t>vt 0.300293 0.729736</w:t>
        <w:br/>
        <w:t>vt 0.306885 0.723877</w:t>
        <w:br/>
        <w:t>vt 0.313477 0.722168</w:t>
        <w:br/>
        <w:t>vt 0.306885 0.729736</w:t>
        <w:br/>
        <w:t>vt 0.306885 0.729736</w:t>
        <w:br/>
        <w:t>vt 0.306885 0.730713</w:t>
        <w:br/>
        <w:t>vt 0.306885 0.728271</w:t>
        <w:br/>
        <w:t>vt 0.313477 0.723877</w:t>
        <w:br/>
        <w:t>vt 0.313477 0.729736</w:t>
        <w:br/>
        <w:t>vt 0.313477 0.729736</w:t>
        <w:br/>
        <w:t>vt 0.313477 0.730469</w:t>
        <w:br/>
        <w:t>vt 0.317139 0.730469</w:t>
        <w:br/>
        <w:t>vt 0.313477 0.728271</w:t>
        <w:br/>
        <w:t>vt 0.320068 0.723877</w:t>
        <w:br/>
        <w:t>vt 0.320068 0.722168</w:t>
        <w:br/>
        <w:t>vt 0.320068 0.729492</w:t>
        <w:br/>
        <w:t>vt 0.320068 0.729492</w:t>
        <w:br/>
        <w:t>vt 0.320068 0.728027</w:t>
        <w:br/>
        <w:t>vt 0.326660 0.723877</w:t>
        <w:br/>
        <w:t>vt 0.326660 0.722168</w:t>
        <w:br/>
        <w:t>vt 0.326660 0.728271</w:t>
        <w:br/>
        <w:t>vt 0.333496 0.723877</w:t>
        <w:br/>
        <w:t>vt 0.333496 0.722168</w:t>
        <w:br/>
        <w:t>vt 0.339600 0.722168</w:t>
        <w:br/>
        <w:t>vt 0.339844 0.723877</w:t>
        <w:br/>
        <w:t>vt 0.339844 0.728516</w:t>
        <w:br/>
        <w:t>vt 0.333496 0.728271</w:t>
        <w:br/>
        <w:t>vt 0.339600 0.729980</w:t>
        <w:br/>
        <w:t>vt 0.326660 0.729492</w:t>
        <w:br/>
        <w:t>vt 0.333252 0.729736</w:t>
        <w:br/>
        <w:t>vt 0.339600 0.732910</w:t>
        <w:br/>
        <w:t>vt 0.333008 0.732666</w:t>
        <w:br/>
        <w:t>vt 0.326660 0.732178</w:t>
        <w:br/>
        <w:t>vt 0.333252 0.733154</w:t>
        <w:br/>
        <w:t>vt 0.339844 0.733887</w:t>
        <w:br/>
        <w:t>vt 0.338867 0.738281</w:t>
        <w:br/>
        <w:t>vt 0.332764 0.737305</w:t>
        <w:br/>
        <w:t>vt 0.337402 0.742920</w:t>
        <w:br/>
        <w:t>vt 0.332275 0.737305</w:t>
        <w:br/>
        <w:t>vt 0.331543 0.741699</w:t>
        <w:br/>
        <w:t>vt 0.333740 0.748779</w:t>
        <w:br/>
        <w:t>vt 0.328125 0.737061</w:t>
        <w:br/>
        <w:t>vt 0.329834 0.747070</w:t>
        <w:br/>
        <w:t>vt 0.333252 0.749756</w:t>
        <w:br/>
        <w:t>vt 0.331055 0.741455</w:t>
        <w:br/>
        <w:t>vt 0.328857 0.747559</w:t>
        <w:br/>
        <w:t>vt 0.328613 0.754639</w:t>
        <w:br/>
        <w:t>vt 0.328613 0.741211</w:t>
        <w:br/>
        <w:t>vt 0.324463 0.752441</w:t>
        <w:br/>
        <w:t>vt 0.322510 0.738037</w:t>
        <w:br/>
        <w:t>vt 0.323730 0.742432</w:t>
        <w:br/>
        <w:t>vt 0.324463 0.747803</w:t>
        <w:br/>
        <w:t>vt 0.320557 0.749512</w:t>
        <w:br/>
        <w:t>vt 0.322021 0.753174</w:t>
        <w:br/>
        <w:t>vt 0.319336 0.744629</w:t>
        <w:br/>
        <w:t>vt 0.316162 0.752808</w:t>
        <w:br/>
        <w:t>vt 0.314941 0.758057</w:t>
        <w:br/>
        <w:t>vt 0.312500 0.749268</w:t>
        <w:br/>
        <w:t>vt 0.307373 0.758667</w:t>
        <w:br/>
        <w:t>vt 0.308105 0.761963</w:t>
        <w:br/>
        <w:t>vt 0.303223 0.762451</w:t>
        <w:br/>
        <w:t>vt 0.307373 0.758667</w:t>
        <w:br/>
        <w:t>vt 0.302979 0.756348</w:t>
        <w:br/>
        <w:t>vt 0.302979 0.756348</w:t>
        <w:br/>
        <w:t>vt 0.298828 0.762329</w:t>
        <w:br/>
        <w:t>vt 0.294922 0.767822</w:t>
        <w:br/>
        <w:t>vt 0.298096 0.768188</w:t>
        <w:br/>
        <w:t>vt 0.296143 0.752563</w:t>
        <w:br/>
        <w:t>vt 0.299072 0.754272</w:t>
        <w:br/>
        <w:t>vt 0.296143 0.752563</w:t>
        <w:br/>
        <w:t>vt 0.299072 0.754272</w:t>
        <w:br/>
        <w:t>vt 0.298340 0.750244</w:t>
        <w:br/>
        <w:t>vt 0.301270 0.750000</w:t>
        <w:br/>
        <w:t>vt 0.309570 0.745850</w:t>
        <w:br/>
        <w:t>vt 0.308350 0.744385</w:t>
        <w:br/>
        <w:t>vt 0.317383 0.740479</w:t>
        <w:br/>
        <w:t>vt 0.316406 0.738770</w:t>
        <w:br/>
        <w:t>vt 0.319580 0.737305</w:t>
        <w:br/>
        <w:t>vt 0.321777 0.733887</w:t>
        <w:br/>
        <w:t>vt 0.319824 0.734375</w:t>
        <w:br/>
        <w:t>vt 0.326660 0.732178</w:t>
        <w:br/>
        <w:t>vt 0.320068 0.731934</w:t>
        <w:br/>
        <w:t>vt 0.319824 0.734375</w:t>
        <w:br/>
        <w:t>vt 0.320068 0.731934</w:t>
        <w:br/>
        <w:t>vt 0.316650 0.732422</w:t>
        <w:br/>
        <w:t>vt 0.316650 0.732422</w:t>
        <w:br/>
        <w:t>vt 0.087830 0.698486</w:t>
        <w:br/>
        <w:t>vt 0.084290 0.689941</w:t>
        <w:br/>
        <w:t>vt 0.087830 0.689941</w:t>
        <w:br/>
        <w:t>vt 0.084290 0.698486</w:t>
        <w:br/>
        <w:t>vt 0.079712 0.689941</w:t>
        <w:br/>
        <w:t>vt 0.087830 0.708008</w:t>
        <w:br/>
        <w:t>vt 0.079712 0.698486</w:t>
        <w:br/>
        <w:t>vt 0.079712 0.698486</w:t>
        <w:br/>
        <w:t>vt 0.077820 0.689941</w:t>
        <w:br/>
        <w:t>vt 0.079712 0.689941</w:t>
        <w:br/>
        <w:t>vt 0.084290 0.708008</w:t>
        <w:br/>
        <w:t>vt 0.087830 0.717041</w:t>
        <w:br/>
        <w:t>vt 0.077820 0.698486</w:t>
        <w:br/>
        <w:t>vt 0.069641 0.689941</w:t>
        <w:br/>
        <w:t>vt 0.084290 0.717041</w:t>
        <w:br/>
        <w:t>vt 0.087830 0.726562</w:t>
        <w:br/>
        <w:t>vt 0.069641 0.698486</w:t>
        <w:br/>
        <w:t>vt 0.067322 0.689941</w:t>
        <w:br/>
        <w:t>vt 0.067322 0.698486</w:t>
        <w:br/>
        <w:t>vt 0.077820 0.705811</w:t>
        <w:br/>
        <w:t>vt 0.069641 0.705811</w:t>
        <w:br/>
        <w:t>vt 0.067322 0.708008</w:t>
        <w:br/>
        <w:t>vt 0.079712 0.708008</w:t>
        <w:br/>
        <w:t>vt 0.079712 0.708008</w:t>
        <w:br/>
        <w:t>vt 0.075500 0.708008</w:t>
        <w:br/>
        <w:t>vt 0.078064 0.708008</w:t>
        <w:br/>
        <w:t>vt 0.079712 0.717041</w:t>
        <w:br/>
        <w:t>vt 0.079712 0.717041</w:t>
        <w:br/>
        <w:t>vt 0.078064 0.717041</w:t>
        <w:br/>
        <w:t>vt 0.075500 0.717041</w:t>
        <w:br/>
        <w:t>vt 0.067322 0.717041</w:t>
        <w:br/>
        <w:t>vt 0.075500 0.722412</w:t>
        <w:br/>
        <w:t>vt 0.067322 0.722412</w:t>
        <w:br/>
        <w:t>vt 0.078064 0.725342</w:t>
        <w:br/>
        <w:t>vt 0.067810 0.725342</w:t>
        <w:br/>
        <w:t>vt 0.078064 0.725342</w:t>
        <w:br/>
        <w:t>vt 0.066040 0.723633</w:t>
        <w:br/>
        <w:t>vt 0.066040 0.726562</w:t>
        <w:br/>
        <w:t>vt 0.066040 0.723633</w:t>
        <w:br/>
        <w:t>vt 0.079712 0.726562</w:t>
        <w:br/>
        <w:t>vt 0.079712 0.726562</w:t>
        <w:br/>
        <w:t>vt 0.067871 0.726562</w:t>
        <w:br/>
        <w:t>vt 0.066040 0.735596</w:t>
        <w:br/>
        <w:t>vt 0.077881 0.726562</w:t>
        <w:br/>
        <w:t>vt 0.067871 0.735596</w:t>
        <w:br/>
        <w:t>vt 0.067871 0.744629</w:t>
        <w:br/>
        <w:t>vt 0.066040 0.744629</w:t>
        <w:br/>
        <w:t>vt 0.077881 0.735596</w:t>
        <w:br/>
        <w:t>vt 0.079712 0.735596</w:t>
        <w:br/>
        <w:t>vt 0.067932 0.749268</w:t>
        <w:br/>
        <w:t>vt 0.066040 0.751099</w:t>
        <w:br/>
        <w:t>vt 0.067444 0.751953</w:t>
        <w:br/>
        <w:t>vt 0.066040 0.751099</w:t>
        <w:br/>
        <w:t>vt 0.067932 0.749268</w:t>
        <w:br/>
        <w:t>vt 0.077881 0.744629</w:t>
        <w:br/>
        <w:t>vt 0.079712 0.744629</w:t>
        <w:br/>
        <w:t>vt 0.078186 0.749268</w:t>
        <w:br/>
        <w:t>vt 0.075623 0.751953</w:t>
        <w:br/>
        <w:t>vt 0.075623 0.754272</w:t>
        <w:br/>
        <w:t>vt 0.067444 0.754272</w:t>
        <w:br/>
        <w:t>vt 0.078186 0.754272</w:t>
        <w:br/>
        <w:t>vt 0.079712 0.754272</w:t>
        <w:br/>
        <w:t>vt 0.075623 0.763306</w:t>
        <w:br/>
        <w:t>vt 0.067444 0.763306</w:t>
        <w:br/>
        <w:t>vt 0.078186 0.763306</w:t>
        <w:br/>
        <w:t>vt 0.079712 0.763306</w:t>
        <w:br/>
        <w:t>vt 0.069763 0.765503</w:t>
        <w:br/>
        <w:t>vt 0.067444 0.772583</w:t>
        <w:br/>
        <w:t>vt 0.078125 0.765625</w:t>
        <w:br/>
        <w:t>vt 0.069763 0.772583</w:t>
        <w:br/>
        <w:t>vt 0.067444 0.781372</w:t>
        <w:br/>
        <w:t>vt 0.069763 0.781372</w:t>
        <w:br/>
        <w:t>vt 0.078125 0.772583</w:t>
        <w:br/>
        <w:t>vt 0.078125 0.781372</w:t>
        <w:br/>
        <w:t>vt 0.079712 0.772583</w:t>
        <w:br/>
        <w:t>vt 0.079712 0.781372</w:t>
        <w:br/>
        <w:t>vt 0.079712 0.772583</w:t>
        <w:br/>
        <w:t>vt 0.084290 0.781372</w:t>
        <w:br/>
        <w:t>vt 0.079712 0.781372</w:t>
        <w:br/>
        <w:t>vt 0.084290 0.772583</w:t>
        <w:br/>
        <w:t>vt 0.087830 0.781372</w:t>
        <w:br/>
        <w:t>vt 0.087830 0.772583</w:t>
        <w:br/>
        <w:t>vt 0.084290 0.763306</w:t>
        <w:br/>
        <w:t>vt 0.079712 0.763306</w:t>
        <w:br/>
        <w:t>vt 0.087830 0.763306</w:t>
        <w:br/>
        <w:t>vt 0.084290 0.754272</w:t>
        <w:br/>
        <w:t>vt 0.079712 0.754272</w:t>
        <w:br/>
        <w:t>vt 0.087830 0.754272</w:t>
        <w:br/>
        <w:t>vt 0.079712 0.744629</w:t>
        <w:br/>
        <w:t>vt 0.084290 0.744629</w:t>
        <w:br/>
        <w:t>vt 0.087830 0.744629</w:t>
        <w:br/>
        <w:t>vt 0.079712 0.735596</w:t>
        <w:br/>
        <w:t>vt 0.084290 0.735596</w:t>
        <w:br/>
        <w:t>vt 0.087830 0.735596</w:t>
        <w:br/>
        <w:t>vt 0.084290 0.726562</w:t>
        <w:br/>
        <w:t>vt 0.570801 0.097168</w:t>
        <w:br/>
        <w:t>vt 0.565430 0.009277</w:t>
        <w:br/>
        <w:t>vt 0.570801 0.009277</w:t>
        <w:br/>
        <w:t>vt 0.564941 0.097168</w:t>
        <w:br/>
        <w:t>vt 0.568359 0.100586</w:t>
        <w:br/>
        <w:t>vt 0.564941 0.097168</w:t>
        <w:br/>
        <w:t>vt 0.570801 0.097168</w:t>
        <w:br/>
        <w:t>vt 0.559570 0.009277</w:t>
        <w:br/>
        <w:t>vt 0.563477 0.099609</w:t>
        <w:br/>
        <w:t>vt 0.568848 0.103516</w:t>
        <w:br/>
        <w:t>vt 0.563477 0.099609</w:t>
        <w:br/>
        <w:t>vt 0.568359 0.100586</w:t>
        <w:br/>
        <w:t>vt 0.559570 0.097168</w:t>
        <w:br/>
        <w:t>vt 0.553711 0.097168</w:t>
        <w:br/>
        <w:t>vt 0.553223 0.009277</w:t>
        <w:br/>
        <w:t>vt 0.547852 0.009277</w:t>
        <w:br/>
        <w:t>vt 0.547852 0.097168</w:t>
        <w:br/>
        <w:t>vt 0.553711 0.097168</w:t>
        <w:br/>
        <w:t>vt 0.550293 0.100586</w:t>
        <w:br/>
        <w:t>vt 0.547852 0.097168</w:t>
        <w:br/>
        <w:t>vt 0.555176 0.099609</w:t>
        <w:br/>
        <w:t>vt 0.559570 0.099609</w:t>
        <w:br/>
        <w:t>vt 0.555176 0.103516</w:t>
        <w:br/>
        <w:t>vt 0.550293 0.100586</w:t>
        <w:br/>
        <w:t>vt 0.555176 0.099609</w:t>
        <w:br/>
        <w:t>vt 0.549805 0.103516</w:t>
        <w:br/>
        <w:t>vt 0.559570 0.103516</w:t>
        <w:br/>
        <w:t>vt 0.559570 0.099609</w:t>
        <w:br/>
        <w:t>vt 0.563477 0.103516</w:t>
        <w:br/>
        <w:t>vt 0.559570 0.104980</w:t>
        <w:br/>
        <w:t>vt 0.553711 0.105957</w:t>
        <w:br/>
        <w:t>vt 0.549805 0.103516</w:t>
        <w:br/>
        <w:t>vt 0.548340 0.106934</w:t>
        <w:br/>
        <w:t>vt 0.568848 0.103516</w:t>
        <w:br/>
        <w:t>vt 0.564941 0.105957</w:t>
        <w:br/>
        <w:t>vt 0.570801 0.106934</w:t>
        <w:br/>
        <w:t>vt 0.570312 0.109863</w:t>
        <w:br/>
        <w:t>vt 0.564941 0.105957</w:t>
        <w:br/>
        <w:t>vt 0.570801 0.106934</w:t>
        <w:br/>
        <w:t>vt 0.553711 0.108398</w:t>
        <w:br/>
        <w:t>vt 0.548340 0.106934</w:t>
        <w:br/>
        <w:t>vt 0.553711 0.105957</w:t>
        <w:br/>
        <w:t>vt 0.559570 0.104980</w:t>
        <w:br/>
        <w:t>vt 0.548340 0.109863</w:t>
        <w:br/>
        <w:t>vt 0.564941 0.108398</w:t>
        <w:br/>
        <w:t>vt 0.559570 0.107910</w:t>
        <w:br/>
        <w:t>vt 0.555176 0.115234</w:t>
        <w:br/>
        <w:t>vt 0.551270 0.116699</w:t>
        <w:br/>
        <w:t>vt 0.563965 0.115234</w:t>
        <w:br/>
        <w:t>vt 0.567871 0.116699</w:t>
        <w:br/>
        <w:t>vt 0.559570 0.114746</w:t>
        <w:br/>
        <w:t>vt 0.556641 0.119141</w:t>
        <w:br/>
        <w:t>vt 0.554688 0.121094</w:t>
        <w:br/>
        <w:t>vt 0.559570 0.122559</w:t>
        <w:br/>
        <w:t>vt 0.559570 0.118652</w:t>
        <w:br/>
        <w:t>vt 0.562012 0.119141</w:t>
        <w:br/>
        <w:t>vt 0.564453 0.120605</w:t>
        <w:br/>
        <w:t>vt 0.419189 0.169922</w:t>
        <w:br/>
        <w:t>vt 0.405762 0.176758</w:t>
        <w:br/>
        <w:t>vt 0.419189 0.176758</w:t>
        <w:br/>
        <w:t>vt 0.405762 0.169922</w:t>
        <w:br/>
        <w:t>vt 0.393066 0.176758</w:t>
        <w:br/>
        <w:t>vt 0.419189 0.168945</w:t>
        <w:br/>
        <w:t>vt 0.393066 0.169922</w:t>
        <w:br/>
        <w:t>vt 0.405762 0.168945</w:t>
        <w:br/>
        <w:t>vt 0.380371 0.169922</w:t>
        <w:br/>
        <w:t>vt 0.380371 0.176758</w:t>
        <w:br/>
        <w:t>vt 0.367676 0.176758</w:t>
        <w:br/>
        <w:t>vt 0.393066 0.168945</w:t>
        <w:br/>
        <w:t>vt 0.405762 0.166992</w:t>
        <w:br/>
        <w:t>vt 0.419189 0.166992</w:t>
        <w:br/>
        <w:t>vt 0.419189 0.166016</w:t>
        <w:br/>
        <w:t>vt 0.393066 0.166992</w:t>
        <w:br/>
        <w:t>vt 0.405762 0.166016</w:t>
        <w:br/>
        <w:t>vt 0.406250 0.102539</w:t>
        <w:br/>
        <w:t>vt 0.419189 0.102539</w:t>
        <w:br/>
        <w:t>vt 0.419189 0.093750</w:t>
        <w:br/>
        <w:t>vt 0.406250 0.093750</w:t>
        <w:br/>
        <w:t>vt 0.393311 0.102539</w:t>
        <w:br/>
        <w:t>vt 0.393311 0.093750</w:t>
        <w:br/>
        <w:t>vt 0.393066 0.166016</w:t>
        <w:br/>
        <w:t>vt 0.380371 0.102539</w:t>
        <w:br/>
        <w:t>vt 0.380371 0.093750</w:t>
        <w:br/>
        <w:t>vt 0.367432 0.093750</w:t>
        <w:br/>
        <w:t>vt 0.380371 0.166992</w:t>
        <w:br/>
        <w:t>vt 0.380371 0.166016</w:t>
        <w:br/>
        <w:t>vt 0.367432 0.102539</w:t>
        <w:br/>
        <w:t>vt 0.367432 0.166016</w:t>
        <w:br/>
        <w:t>vt 0.354492 0.102539</w:t>
        <w:br/>
        <w:t>vt 0.354492 0.093750</w:t>
        <w:br/>
        <w:t>vt 0.380371 0.168945</w:t>
        <w:br/>
        <w:t>vt 0.367432 0.166992</w:t>
        <w:br/>
        <w:t>vt 0.367676 0.169922</w:t>
        <w:br/>
        <w:t>vt 0.354980 0.176758</w:t>
        <w:br/>
        <w:t>vt 0.367676 0.168945</w:t>
        <w:br/>
        <w:t>vt 0.354980 0.169922</w:t>
        <w:br/>
        <w:t>vt 0.342285 0.176758</w:t>
        <w:br/>
        <w:t>vt 0.354736 0.166992</w:t>
        <w:br/>
        <w:t>vt 0.333008 0.169922</w:t>
        <w:br/>
        <w:t>vt 0.333008 0.176758</w:t>
        <w:br/>
        <w:t>vt 0.342041 0.169922</w:t>
        <w:br/>
        <w:t>vt 0.333008 0.168945</w:t>
        <w:br/>
        <w:t>vt 0.354980 0.168945</w:t>
        <w:br/>
        <w:t>vt 0.342041 0.168945</w:t>
        <w:br/>
        <w:t>vt 0.342041 0.166992</w:t>
        <w:br/>
        <w:t>vt 0.333008 0.166992</w:t>
        <w:br/>
        <w:t>vt 0.333008 0.166016</w:t>
        <w:br/>
        <w:t>vt 0.354736 0.166016</w:t>
        <w:br/>
        <w:t>vt 0.342041 0.166016</w:t>
        <w:br/>
        <w:t>vt 0.341553 0.102539</w:t>
        <w:br/>
        <w:t>vt 0.333008 0.102539</w:t>
        <w:br/>
        <w:t>vt 0.333008 0.093750</w:t>
        <w:br/>
        <w:t>vt 0.341553 0.093750</w:t>
        <w:br/>
        <w:t>vt 0.343994 0.403320</w:t>
        <w:br/>
        <w:t>vt 0.335938 0.400391</w:t>
        <w:br/>
        <w:t>vt 0.335938 0.403320</w:t>
        <w:br/>
        <w:t>vt 0.344238 0.400391</w:t>
        <w:br/>
        <w:t>vt 0.352539 0.403320</w:t>
        <w:br/>
        <w:t>vt 0.335938 0.399414</w:t>
        <w:br/>
        <w:t>vt 0.352539 0.399902</w:t>
        <w:br/>
        <w:t>vt 0.363037 0.403320</w:t>
        <w:br/>
        <w:t>vt 0.344238 0.399414</w:t>
        <w:br/>
        <w:t>vt 0.343994 0.397461</w:t>
        <w:br/>
        <w:t>vt 0.335938 0.397461</w:t>
        <w:br/>
        <w:t>vt 0.335938 0.397461</w:t>
        <w:br/>
        <w:t>vt 0.343994 0.397461</w:t>
        <w:br/>
        <w:t>vt 0.335938 0.393555</w:t>
        <w:br/>
        <w:t>vt 0.351318 0.393555</w:t>
        <w:br/>
        <w:t>vt 0.352539 0.396484</w:t>
        <w:br/>
        <w:t>vt 0.352539 0.396484</w:t>
        <w:br/>
        <w:t>vt 0.362549 0.393555</w:t>
        <w:br/>
        <w:t>vt 0.352539 0.398438</w:t>
        <w:br/>
        <w:t>vt 0.363037 0.399902</w:t>
        <w:br/>
        <w:t>vt 0.363037 0.398926</w:t>
        <w:br/>
        <w:t>vt 0.363037 0.396973</w:t>
        <w:br/>
        <w:t>vt 0.363037 0.396973</w:t>
        <w:br/>
        <w:t>vt 0.373291 0.393555</w:t>
        <w:br/>
        <w:t>vt 0.372803 0.398926</w:t>
        <w:br/>
        <w:t>vt 0.372803 0.399902</w:t>
        <w:br/>
        <w:t>vt 0.373047 0.403320</w:t>
        <w:br/>
        <w:t>vt 0.384521 0.403320</w:t>
        <w:br/>
        <w:t>vt 0.372803 0.396484</w:t>
        <w:br/>
        <w:t>vt 0.372803 0.396484</w:t>
        <w:br/>
        <w:t>vt 0.396729 0.399902</w:t>
        <w:br/>
        <w:t>vt 0.396729 0.403320</w:t>
        <w:br/>
        <w:t>vt 0.384033 0.396484</w:t>
        <w:br/>
        <w:t>vt 0.384033 0.396484</w:t>
        <w:br/>
        <w:t>vt 0.384766 0.393555</w:t>
        <w:br/>
        <w:t>vt 0.384277 0.399902</w:t>
        <w:br/>
        <w:t>vt 0.396729 0.398438</w:t>
        <w:br/>
        <w:t>vt 0.384033 0.398438</w:t>
        <w:br/>
        <w:t>vt 0.396729 0.396484</w:t>
        <w:br/>
        <w:t>vt 0.396729 0.396484</w:t>
        <w:br/>
        <w:t>vt 0.396729 0.393555</w:t>
        <w:br/>
        <w:t>vt 0.333984 0.080078</w:t>
        <w:br/>
        <w:t>vt 0.343018 0.086426</w:t>
        <w:br/>
        <w:t>vt 0.333984 0.086426</w:t>
        <w:br/>
        <w:t>vt 0.342773 0.080078</w:t>
        <w:br/>
        <w:t>vt 0.355469 0.086426</w:t>
        <w:br/>
        <w:t>vt 0.333984 0.079102</w:t>
        <w:br/>
        <w:t>vt 0.355469 0.080078</w:t>
        <w:br/>
        <w:t>vt 0.368164 0.086426</w:t>
        <w:br/>
        <w:t>vt 0.342773 0.079102</w:t>
        <w:br/>
        <w:t>vt 0.342773 0.077148</w:t>
        <w:br/>
        <w:t>vt 0.333984 0.077148</w:t>
        <w:br/>
        <w:t>vt 0.355469 0.079102</w:t>
        <w:br/>
        <w:t>vt 0.342773 0.076172</w:t>
        <w:br/>
        <w:t>vt 0.333984 0.076172</w:t>
        <w:br/>
        <w:t>vt 0.355469 0.077148</w:t>
        <w:br/>
        <w:t>vt 0.342285 0.013184</w:t>
        <w:br/>
        <w:t>vt 0.333984 0.013184</w:t>
        <w:br/>
        <w:t>vt 0.333984 0.004883</w:t>
        <w:br/>
        <w:t>vt 0.342529 0.004883</w:t>
        <w:br/>
        <w:t>vt 0.355225 0.013184</w:t>
        <w:br/>
        <w:t>vt 0.355225 0.004883</w:t>
        <w:br/>
        <w:t>vt 0.355469 0.076172</w:t>
        <w:br/>
        <w:t>vt 0.367920 0.013184</w:t>
        <w:br/>
        <w:t>vt 0.367920 0.004883</w:t>
        <w:br/>
        <w:t>vt 0.368164 0.076172</w:t>
        <w:br/>
        <w:t>vt 0.368164 0.077148</w:t>
        <w:br/>
        <w:t>vt 0.380859 0.013184</w:t>
        <w:br/>
        <w:t>vt 0.380615 0.004883</w:t>
        <w:br/>
        <w:t>vt 0.393555 0.004883</w:t>
        <w:br/>
        <w:t>vt 0.380615 0.076172</w:t>
        <w:br/>
        <w:t>vt 0.393555 0.013184</w:t>
        <w:br/>
        <w:t>vt 0.406494 0.013184</w:t>
        <w:br/>
        <w:t>vt 0.406494 0.004883</w:t>
        <w:br/>
        <w:t>vt 0.393311 0.076172</w:t>
        <w:br/>
        <w:t>vt 0.380615 0.077148</w:t>
        <w:br/>
        <w:t>vt 0.419189 0.013184</w:t>
        <w:br/>
        <w:t>vt 0.419189 0.004883</w:t>
        <w:br/>
        <w:t>vt 0.406006 0.076172</w:t>
        <w:br/>
        <w:t>vt 0.419189 0.076172</w:t>
        <w:br/>
        <w:t>vt 0.419189 0.077148</w:t>
        <w:br/>
        <w:t>vt 0.406006 0.077148</w:t>
        <w:br/>
        <w:t>vt 0.393311 0.077148</w:t>
        <w:br/>
        <w:t>vt 0.380615 0.079102</w:t>
        <w:br/>
        <w:t>vt 0.393311 0.079102</w:t>
        <w:br/>
        <w:t>vt 0.406006 0.079102</w:t>
        <w:br/>
        <w:t>vt 0.419189 0.079102</w:t>
        <w:br/>
        <w:t>vt 0.419189 0.080078</w:t>
        <w:br/>
        <w:t>vt 0.406006 0.080078</w:t>
        <w:br/>
        <w:t>vt 0.419189 0.086426</w:t>
        <w:br/>
        <w:t>vt 0.406006 0.086426</w:t>
        <w:br/>
        <w:t>vt 0.393311 0.080078</w:t>
        <w:br/>
        <w:t>vt 0.393311 0.086426</w:t>
        <w:br/>
        <w:t>vt 0.380615 0.080078</w:t>
        <w:br/>
        <w:t>vt 0.380859 0.086426</w:t>
        <w:br/>
        <w:t>vt 0.368164 0.079102</w:t>
        <w:br/>
        <w:t>vt 0.368164 0.080078</w:t>
        <w:br/>
        <w:t>vt 0.498535 0.805054</w:t>
        <w:br/>
        <w:t>vt 0.496826 0.798340</w:t>
        <w:br/>
        <w:t>vt 0.498535 0.798584</w:t>
        <w:br/>
        <w:t>vt 0.496826 0.804932</w:t>
        <w:br/>
        <w:t>vt 0.491943 0.798462</w:t>
        <w:br/>
        <w:t>vt 0.498535 0.811890</w:t>
        <w:br/>
        <w:t>vt 0.492188 0.805054</w:t>
        <w:br/>
        <w:t>vt 0.496826 0.811890</w:t>
        <w:br/>
        <w:t>vt 0.496826 0.818848</w:t>
        <w:br/>
        <w:t>vt 0.498535 0.818848</w:t>
        <w:br/>
        <w:t>vt 0.492432 0.811890</w:t>
        <w:br/>
        <w:t>vt 0.496826 0.825806</w:t>
        <w:br/>
        <w:t>vt 0.498535 0.825806</w:t>
        <w:br/>
        <w:t>vt 0.492432 0.818848</w:t>
        <w:br/>
        <w:t>vt 0.492188 0.825684</w:t>
        <w:br/>
        <w:t>vt 0.496826 0.832520</w:t>
        <w:br/>
        <w:t>vt 0.498535 0.832520</w:t>
        <w:br/>
        <w:t>vt 0.498535 0.839355</w:t>
        <w:br/>
        <w:t>vt 0.492188 0.832520</w:t>
        <w:br/>
        <w:t>vt 0.496826 0.839355</w:t>
        <w:br/>
        <w:t>vt 0.498535 0.846191</w:t>
        <w:br/>
        <w:t>vt 0.496826 0.846191</w:t>
        <w:br/>
        <w:t>vt 0.492188 0.839355</w:t>
        <w:br/>
        <w:t>vt 0.496826 0.853027</w:t>
        <w:br/>
        <w:t>vt 0.498535 0.853027</w:t>
        <w:br/>
        <w:t>vt 0.492188 0.846191</w:t>
        <w:br/>
        <w:t>vt 0.496826 0.859863</w:t>
        <w:br/>
        <w:t>vt 0.498535 0.859741</w:t>
        <w:br/>
        <w:t>vt 0.492188 0.853027</w:t>
        <w:br/>
        <w:t>vt 0.496826 0.866211</w:t>
        <w:br/>
        <w:t>vt 0.498535 0.866089</w:t>
        <w:br/>
        <w:t>vt 0.492188 0.859863</w:t>
        <w:br/>
        <w:t>vt 0.492188 0.866211</w:t>
        <w:br/>
        <w:t>vt 0.490723 0.846191</w:t>
        <w:br/>
        <w:t>vt 0.490723 0.853027</w:t>
        <w:br/>
        <w:t>vt 0.490723 0.859863</w:t>
        <w:br/>
        <w:t>vt 0.490723 0.866089</w:t>
        <w:br/>
        <w:t>vt 0.489746 0.866211</w:t>
        <w:br/>
        <w:t>vt 0.490723 0.859863</w:t>
        <w:br/>
        <w:t>vt 0.490723 0.866089</w:t>
        <w:br/>
        <w:t>vt 0.489746 0.859863</w:t>
        <w:br/>
        <w:t>vt 0.490723 0.853027</w:t>
        <w:br/>
        <w:t>vt 0.489746 0.853027</w:t>
        <w:br/>
        <w:t>vt 0.490723 0.846191</w:t>
        <w:br/>
        <w:t>vt 0.489746 0.846191</w:t>
        <w:br/>
        <w:t>vt 0.489746 0.839355</w:t>
        <w:br/>
        <w:t>vt 0.490723 0.839355</w:t>
        <w:br/>
        <w:t>vt 0.490723 0.839355</w:t>
        <w:br/>
        <w:t>vt 0.489746 0.832520</w:t>
        <w:br/>
        <w:t>vt 0.490723 0.832520</w:t>
        <w:br/>
        <w:t>vt 0.490723 0.832520</w:t>
        <w:br/>
        <w:t>vt 0.490723 0.825684</w:t>
        <w:br/>
        <w:t>vt 0.490723 0.825684</w:t>
        <w:br/>
        <w:t>vt 0.489746 0.825684</w:t>
        <w:br/>
        <w:t>vt 0.489990 0.821899</w:t>
        <w:br/>
        <w:t>vt 0.490967 0.818848</w:t>
        <w:br/>
        <w:t>vt 0.490967 0.818848</w:t>
        <w:br/>
        <w:t>vt 0.488525 0.818726</w:t>
        <w:br/>
        <w:t>vt 0.487793 0.822266</w:t>
        <w:br/>
        <w:t>vt 0.487793 0.822266</w:t>
        <w:br/>
        <w:t>vt 0.485840 0.819214</w:t>
        <w:br/>
        <w:t>vt 0.488525 0.818726</w:t>
        <w:br/>
        <w:t>vt 0.490723 0.812012</w:t>
        <w:br/>
        <w:t>vt 0.486572 0.817139</w:t>
        <w:br/>
        <w:t>vt 0.482910 0.819458</w:t>
        <w:br/>
        <w:t>vt 0.486572 0.817139</w:t>
        <w:br/>
        <w:t>vt 0.485840 0.819214</w:t>
        <w:br/>
        <w:t>vt 0.488281 0.812012</w:t>
        <w:br/>
        <w:t>vt 0.488281 0.812012</w:t>
        <w:br/>
        <w:t>vt 0.490723 0.805054</w:t>
        <w:br/>
        <w:t>vt 0.490234 0.798584</w:t>
        <w:br/>
        <w:t>vt 0.487305 0.798584</w:t>
        <w:br/>
        <w:t>vt 0.487793 0.805420</w:t>
        <w:br/>
        <w:t>vt 0.487061 0.805054</w:t>
        <w:br/>
        <w:t>vt 0.486328 0.798462</w:t>
        <w:br/>
        <w:t>vt 0.481689 0.799316</w:t>
        <w:br/>
        <w:t>vt 0.483154 0.810303</w:t>
        <w:br/>
        <w:t>vt 0.482910 0.806274</w:t>
        <w:br/>
        <w:t>vt 0.482910 0.805664</w:t>
        <w:br/>
        <w:t>vt 0.478516 0.807007</w:t>
        <w:br/>
        <w:t>vt 0.477051 0.800903</w:t>
        <w:br/>
        <w:t>vt 0.470947 0.804565</w:t>
        <w:br/>
        <w:t>vt 0.472900 0.808838</w:t>
        <w:br/>
        <w:t>vt 0.469971 0.805298</w:t>
        <w:br/>
        <w:t>vt 0.478516 0.807495</w:t>
        <w:br/>
        <w:t>vt 0.472168 0.809814</w:t>
        <w:br/>
        <w:t>vt 0.464844 0.809937</w:t>
        <w:br/>
        <w:t>vt 0.478760 0.809814</w:t>
        <w:br/>
        <w:t>vt 0.467041 0.814209</w:t>
        <w:br/>
        <w:t>vt 0.481934 0.816162</w:t>
        <w:br/>
        <w:t>vt 0.477539 0.815063</w:t>
        <w:br/>
        <w:t>vt 0.471924 0.814209</w:t>
        <w:br/>
        <w:t>vt 0.479492 0.821655</w:t>
        <w:br/>
        <w:t>vt 0.481201 0.822632</w:t>
        <w:br/>
        <w:t>vt 0.475342 0.819702</w:t>
        <w:br/>
        <w:t>vt 0.470215 0.818359</w:t>
        <w:br/>
        <w:t>vt 0.466309 0.816650</w:t>
        <w:br/>
        <w:t>vt 0.470459 0.826660</w:t>
        <w:br/>
        <w:t>vt 0.466553 0.822998</w:t>
        <w:br/>
        <w:t>vt 0.461426 0.824097</w:t>
        <w:br/>
        <w:t>vt 0.460693 0.831909</w:t>
        <w:br/>
        <w:t>vt 0.457275 0.831177</w:t>
        <w:br/>
        <w:t>vt 0.460693 0.831909</w:t>
        <w:br/>
        <w:t>vt 0.456787 0.836304</w:t>
        <w:br/>
        <w:t>vt 0.463135 0.836548</w:t>
        <w:br/>
        <w:t>vt 0.463135 0.836548</w:t>
        <w:br/>
        <w:t>vt 0.456787 0.840942</w:t>
        <w:br/>
        <w:t>vt 0.451172 0.844849</w:t>
        <w:br/>
        <w:t>vt 0.450928 0.841431</w:t>
        <w:br/>
        <w:t>vt 0.467041 0.843506</w:t>
        <w:br/>
        <w:t>vt 0.465332 0.840454</w:t>
        <w:br/>
        <w:t>vt 0.467041 0.843506</w:t>
        <w:br/>
        <w:t>vt 0.465332 0.840454</w:t>
        <w:br/>
        <w:t>vt 0.469482 0.841309</w:t>
        <w:br/>
        <w:t>vt 0.469727 0.838379</w:t>
        <w:br/>
        <w:t>vt 0.473877 0.829712</w:t>
        <w:br/>
        <w:t>vt 0.475342 0.830933</w:t>
        <w:br/>
        <w:t>vt 0.084290 0.781372</w:t>
        <w:br/>
        <w:t>vt 0.087830 0.772583</w:t>
        <w:br/>
        <w:t>vt 0.087830 0.781372</w:t>
        <w:br/>
        <w:t>vt 0.084290 0.772583</w:t>
        <w:br/>
        <w:t>vt 0.087830 0.763306</w:t>
        <w:br/>
        <w:t>vt 0.079712 0.781372</w:t>
        <w:br/>
        <w:t>vt 0.084290 0.763306</w:t>
        <w:br/>
        <w:t>vt 0.087830 0.754272</w:t>
        <w:br/>
        <w:t>vt 0.079712 0.772583</w:t>
        <w:br/>
        <w:t>vt 0.078125 0.781372</w:t>
        <w:br/>
        <w:t>vt 0.079712 0.772583</w:t>
        <w:br/>
        <w:t>vt 0.079712 0.781372</w:t>
        <w:br/>
        <w:t>vt 0.084290 0.754272</w:t>
        <w:br/>
        <w:t>vt 0.087830 0.744629</w:t>
        <w:br/>
        <w:t>vt 0.078125 0.772583</w:t>
        <w:br/>
        <w:t>vt 0.084290 0.744629</w:t>
        <w:br/>
        <w:t>vt 0.087830 0.735596</w:t>
        <w:br/>
        <w:t>vt 0.069763 0.772583</w:t>
        <w:br/>
        <w:t>vt 0.069763 0.781372</w:t>
        <w:br/>
        <w:t>vt 0.067444 0.781372</w:t>
        <w:br/>
        <w:t>vt 0.067444 0.772583</w:t>
        <w:br/>
        <w:t>vt 0.078125 0.765625</w:t>
        <w:br/>
        <w:t>vt 0.069763 0.765503</w:t>
        <w:br/>
        <w:t>vt 0.067444 0.763306</w:t>
        <w:br/>
        <w:t>vt 0.079712 0.763306</w:t>
        <w:br/>
        <w:t>vt 0.079712 0.763306</w:t>
        <w:br/>
        <w:t>vt 0.075623 0.763306</w:t>
        <w:br/>
        <w:t>vt 0.078186 0.763306</w:t>
        <w:br/>
        <w:t>vt 0.079712 0.754272</w:t>
        <w:br/>
        <w:t>vt 0.079712 0.754272</w:t>
        <w:br/>
        <w:t>vt 0.078186 0.754272</w:t>
        <w:br/>
        <w:t>vt 0.075623 0.754272</w:t>
        <w:br/>
        <w:t>vt 0.067444 0.754272</w:t>
        <w:br/>
        <w:t>vt 0.075623 0.751953</w:t>
        <w:br/>
        <w:t>vt 0.067444 0.751953</w:t>
        <w:br/>
        <w:t>vt 0.078186 0.749268</w:t>
        <w:br/>
        <w:t>vt 0.079712 0.744629</w:t>
        <w:br/>
        <w:t>vt 0.079712 0.744629</w:t>
        <w:br/>
        <w:t>vt 0.067932 0.749268</w:t>
        <w:br/>
        <w:t>vt 0.078186 0.749268</w:t>
        <w:br/>
        <w:t>vt 0.066040 0.751099</w:t>
        <w:br/>
        <w:t>vt 0.066040 0.751099</w:t>
        <w:br/>
        <w:t>vt 0.066040 0.744629</w:t>
        <w:br/>
        <w:t>vt 0.067932 0.749268</w:t>
        <w:br/>
        <w:t>vt 0.077881 0.744629</w:t>
        <w:br/>
        <w:t>vt 0.067871 0.744629</w:t>
        <w:br/>
        <w:t>vt 0.066040 0.735596</w:t>
        <w:br/>
        <w:t>vt 0.079712 0.735596</w:t>
        <w:br/>
        <w:t>vt 0.079712 0.735596</w:t>
        <w:br/>
        <w:t>vt 0.077881 0.735596</w:t>
        <w:br/>
        <w:t>vt 0.067871 0.735596</w:t>
        <w:br/>
        <w:t>vt 0.067871 0.726562</w:t>
        <w:br/>
        <w:t>vt 0.066040 0.726562</w:t>
        <w:br/>
        <w:t>vt 0.077881 0.726562</w:t>
        <w:br/>
        <w:t>vt 0.067810 0.725342</w:t>
        <w:br/>
        <w:t>vt 0.066040 0.723633</w:t>
        <w:br/>
        <w:t>vt 0.067810 0.725342</w:t>
        <w:br/>
        <w:t>vt 0.066040 0.723633</w:t>
        <w:br/>
        <w:t>vt 0.067322 0.722412</w:t>
        <w:br/>
        <w:t>vt 0.079712 0.726562</w:t>
        <w:br/>
        <w:t>vt 0.078064 0.725342</w:t>
        <w:br/>
        <w:t>vt 0.075500 0.722412</w:t>
        <w:br/>
        <w:t>vt 0.067322 0.717041</w:t>
        <w:br/>
        <w:t>vt 0.079712 0.717041</w:t>
        <w:br/>
        <w:t>vt 0.075500 0.717041</w:t>
        <w:br/>
        <w:t>vt 0.078064 0.717041</w:t>
        <w:br/>
        <w:t>vt 0.075500 0.708008</w:t>
        <w:br/>
        <w:t>vt 0.067322 0.708008</w:t>
        <w:br/>
        <w:t>vt 0.078064 0.708008</w:t>
        <w:br/>
        <w:t>vt 0.079712 0.708008</w:t>
        <w:br/>
        <w:t>vt 0.069641 0.705811</w:t>
        <w:br/>
        <w:t>vt 0.067322 0.698486</w:t>
        <w:br/>
        <w:t>vt 0.077820 0.705811</w:t>
        <w:br/>
        <w:t>vt 0.069641 0.698486</w:t>
        <w:br/>
        <w:t>vt 0.067322 0.689941</w:t>
        <w:br/>
        <w:t>vt 0.069641 0.689941</w:t>
        <w:br/>
        <w:t>vt 0.077820 0.689941</w:t>
        <w:br/>
        <w:t>vt 0.077820 0.698486</w:t>
        <w:br/>
        <w:t>vt 0.079712 0.698486</w:t>
        <w:br/>
        <w:t>vt 0.079712 0.689941</w:t>
        <w:br/>
        <w:t>vt 0.079712 0.689941</w:t>
        <w:br/>
        <w:t>vt 0.084290 0.698486</w:t>
        <w:br/>
        <w:t>vt 0.079712 0.698486</w:t>
        <w:br/>
        <w:t>vt 0.084290 0.689941</w:t>
        <w:br/>
        <w:t>vt 0.087830 0.689941</w:t>
        <w:br/>
        <w:t>vt 0.087830 0.698486</w:t>
        <w:br/>
        <w:t>vt 0.084290 0.708008</w:t>
        <w:br/>
        <w:t>vt 0.079712 0.708008</w:t>
        <w:br/>
        <w:t>vt 0.087830 0.708008</w:t>
        <w:br/>
        <w:t>vt 0.084290 0.717041</w:t>
        <w:br/>
        <w:t>vt 0.079712 0.717041</w:t>
        <w:br/>
        <w:t>vt 0.087830 0.717041</w:t>
        <w:br/>
        <w:t>vt 0.079712 0.726562</w:t>
        <w:br/>
        <w:t>vt 0.084290 0.726562</w:t>
        <w:br/>
        <w:t>vt 0.087830 0.726562</w:t>
        <w:br/>
        <w:t>vt 0.084290 0.735596</w:t>
        <w:br/>
        <w:t>vt 0.335938 0.400391</w:t>
        <w:br/>
        <w:t>vt 0.343994 0.403320</w:t>
        <w:br/>
        <w:t>vt 0.335938 0.403320</w:t>
        <w:br/>
        <w:t>vt 0.344238 0.400391</w:t>
        <w:br/>
        <w:t>vt 0.352539 0.403320</w:t>
        <w:br/>
        <w:t>vt 0.335938 0.399414</w:t>
        <w:br/>
        <w:t>vt 0.352539 0.399902</w:t>
        <w:br/>
        <w:t>vt 0.344238 0.399414</w:t>
        <w:br/>
        <w:t>vt 0.363037 0.399902</w:t>
        <w:br/>
        <w:t>vt 0.363037 0.403320</w:t>
        <w:br/>
        <w:t>vt 0.352539 0.398438</w:t>
        <w:br/>
        <w:t>vt 0.343994 0.397461</w:t>
        <w:br/>
        <w:t>vt 0.335938 0.397461</w:t>
        <w:br/>
        <w:t>vt 0.335938 0.397461</w:t>
        <w:br/>
        <w:t>vt 0.335938 0.393555</w:t>
        <w:br/>
        <w:t>vt 0.343994 0.397461</w:t>
        <w:br/>
        <w:t>vt 0.351318 0.393555</w:t>
        <w:br/>
        <w:t>vt 0.352539 0.396484</w:t>
        <w:br/>
        <w:t>vt 0.352539 0.396484</w:t>
        <w:br/>
        <w:t>vt 0.362549 0.393555</w:t>
        <w:br/>
        <w:t>vt 0.363037 0.398926</w:t>
        <w:br/>
        <w:t>vt 0.363037 0.396973</w:t>
        <w:br/>
        <w:t>vt 0.363037 0.396973</w:t>
        <w:br/>
        <w:t>vt 0.372803 0.396484</w:t>
        <w:br/>
        <w:t>vt 0.373291 0.393555</w:t>
        <w:br/>
        <w:t>vt 0.372803 0.398926</w:t>
        <w:br/>
        <w:t>vt 0.372803 0.396484</w:t>
        <w:br/>
        <w:t>vt 0.372803 0.399902</w:t>
        <w:br/>
        <w:t>vt 0.373047 0.403320</w:t>
        <w:br/>
        <w:t>vt 0.384521 0.403320</w:t>
        <w:br/>
        <w:t>vt 0.384033 0.396484</w:t>
        <w:br/>
        <w:t>vt 0.384033 0.396484</w:t>
        <w:br/>
        <w:t>vt 0.384766 0.393555</w:t>
        <w:br/>
        <w:t>vt 0.384033 0.398438</w:t>
        <w:br/>
        <w:t>vt 0.396729 0.396484</w:t>
        <w:br/>
        <w:t>vt 0.396729 0.393555</w:t>
        <w:br/>
        <w:t>vt 0.396729 0.396484</w:t>
        <w:br/>
        <w:t>vt 0.396729 0.398438</w:t>
        <w:br/>
        <w:t>vt 0.396729 0.399902</w:t>
        <w:br/>
        <w:t>vt 0.396729 0.403320</w:t>
        <w:br/>
        <w:t>vt 0.384277 0.399902</w:t>
        <w:br/>
        <w:t>vt 0.343018 0.086426</w:t>
        <w:br/>
        <w:t>vt 0.333984 0.080078</w:t>
        <w:br/>
        <w:t>vt 0.333984 0.086426</w:t>
        <w:br/>
        <w:t>vt 0.342773 0.080078</w:t>
        <w:br/>
        <w:t>vt 0.355469 0.086426</w:t>
        <w:br/>
        <w:t>vt 0.333984 0.079102</w:t>
        <w:br/>
        <w:t>vt 0.355469 0.080078</w:t>
        <w:br/>
        <w:t>vt 0.368164 0.086426</w:t>
        <w:br/>
        <w:t>vt 0.342773 0.079102</w:t>
        <w:br/>
        <w:t>vt 0.368164 0.080078</w:t>
        <w:br/>
        <w:t>vt 0.380859 0.086426</w:t>
        <w:br/>
        <w:t>vt 0.355469 0.079102</w:t>
        <w:br/>
        <w:t>vt 0.342773 0.077148</w:t>
        <w:br/>
        <w:t>vt 0.333984 0.077148</w:t>
        <w:br/>
        <w:t>vt 0.333984 0.076172</w:t>
        <w:br/>
        <w:t>vt 0.355469 0.077148</w:t>
        <w:br/>
        <w:t>vt 0.368164 0.079102</w:t>
        <w:br/>
        <w:t>vt 0.380615 0.080078</w:t>
        <w:br/>
        <w:t>vt 0.393311 0.086426</w:t>
        <w:br/>
        <w:t>vt 0.342773 0.076172</w:t>
        <w:br/>
        <w:t>vt 0.393311 0.080078</w:t>
        <w:br/>
        <w:t>vt 0.406006 0.086426</w:t>
        <w:br/>
        <w:t>vt 0.380615 0.079102</w:t>
        <w:br/>
        <w:t>vt 0.406006 0.080078</w:t>
        <w:br/>
        <w:t>vt 0.419189 0.086426</w:t>
        <w:br/>
        <w:t>vt 0.419189 0.080078</w:t>
        <w:br/>
        <w:t>vt 0.393311 0.079102</w:t>
        <w:br/>
        <w:t>vt 0.406006 0.079102</w:t>
        <w:br/>
        <w:t>vt 0.419189 0.079102</w:t>
        <w:br/>
        <w:t>vt 0.419189 0.077148</w:t>
        <w:br/>
        <w:t>vt 0.406006 0.077148</w:t>
        <w:br/>
        <w:t>vt 0.393311 0.077148</w:t>
        <w:br/>
        <w:t>vt 0.406006 0.076172</w:t>
        <w:br/>
        <w:t>vt 0.419189 0.076172</w:t>
        <w:br/>
        <w:t>vt 0.419189 0.013184</w:t>
        <w:br/>
        <w:t>vt 0.393311 0.076172</w:t>
        <w:br/>
        <w:t>vt 0.406494 0.004883</w:t>
        <w:br/>
        <w:t>vt 0.419189 0.004883</w:t>
        <w:br/>
        <w:t>vt 0.406494 0.013184</w:t>
        <w:br/>
        <w:t>vt 0.393555 0.004883</w:t>
        <w:br/>
        <w:t>vt 0.380615 0.077148</w:t>
        <w:br/>
        <w:t>vt 0.393555 0.013184</w:t>
        <w:br/>
        <w:t>vt 0.380615 0.076172</w:t>
        <w:br/>
        <w:t>vt 0.368164 0.077148</w:t>
        <w:br/>
        <w:t>vt 0.380859 0.013184</w:t>
        <w:br/>
        <w:t>vt 0.380615 0.004883</w:t>
        <w:br/>
        <w:t>vt 0.355469 0.076172</w:t>
        <w:br/>
        <w:t>vt 0.367920 0.013184</w:t>
        <w:br/>
        <w:t>vt 0.367920 0.004883</w:t>
        <w:br/>
        <w:t>vt 0.355225 0.004883</w:t>
        <w:br/>
        <w:t>vt 0.368164 0.076172</w:t>
        <w:br/>
        <w:t>vt 0.355225 0.013184</w:t>
        <w:br/>
        <w:t>vt 0.342529 0.004883</w:t>
        <w:br/>
        <w:t>vt 0.342285 0.013184</w:t>
        <w:br/>
        <w:t>vt 0.333984 0.004883</w:t>
        <w:br/>
        <w:t>vt 0.333984 0.013184</w:t>
        <w:br/>
        <w:t>vt 0.496826 0.798340</w:t>
        <w:br/>
        <w:t>vt 0.498535 0.805054</w:t>
        <w:br/>
        <w:t>vt 0.498535 0.798584</w:t>
        <w:br/>
        <w:t>vt 0.496826 0.804932</w:t>
        <w:br/>
        <w:t>vt 0.498535 0.811890</w:t>
        <w:br/>
        <w:t>vt 0.491943 0.798462</w:t>
        <w:br/>
        <w:t>vt 0.496826 0.811890</w:t>
        <w:br/>
        <w:t>vt 0.498535 0.818848</w:t>
        <w:br/>
        <w:t>vt 0.492188 0.805054</w:t>
        <w:br/>
        <w:t>vt 0.490723 0.805054</w:t>
        <w:br/>
        <w:t>vt 0.490234 0.798584</w:t>
        <w:br/>
        <w:t>vt 0.487305 0.798584</w:t>
        <w:br/>
        <w:t>vt 0.492432 0.811890</w:t>
        <w:br/>
        <w:t>vt 0.490723 0.812012</w:t>
        <w:br/>
        <w:t>vt 0.487793 0.805420</w:t>
        <w:br/>
        <w:t>vt 0.496826 0.818848</w:t>
        <w:br/>
        <w:t>vt 0.490967 0.818848</w:t>
        <w:br/>
        <w:t>vt 0.492432 0.818848</w:t>
        <w:br/>
        <w:t>vt 0.496826 0.825806</w:t>
        <w:br/>
        <w:t>vt 0.498535 0.825806</w:t>
        <w:br/>
        <w:t>vt 0.492188 0.825684</w:t>
        <w:br/>
        <w:t>vt 0.496826 0.832520</w:t>
        <w:br/>
        <w:t>vt 0.498535 0.832520</w:t>
        <w:br/>
        <w:t>vt 0.498535 0.839355</w:t>
        <w:br/>
        <w:t>vt 0.492188 0.832520</w:t>
        <w:br/>
        <w:t>vt 0.496826 0.839355</w:t>
        <w:br/>
        <w:t>vt 0.498535 0.846191</w:t>
        <w:br/>
        <w:t>vt 0.490723 0.825684</w:t>
        <w:br/>
        <w:t>vt 0.496826 0.846191</w:t>
        <w:br/>
        <w:t>vt 0.498535 0.853027</w:t>
        <w:br/>
        <w:t>vt 0.492188 0.839355</w:t>
        <w:br/>
        <w:t>vt 0.496826 0.853027</w:t>
        <w:br/>
        <w:t>vt 0.492188 0.846191</w:t>
        <w:br/>
        <w:t>vt 0.496826 0.859863</w:t>
        <w:br/>
        <w:t>vt 0.498535 0.859741</w:t>
        <w:br/>
        <w:t>vt 0.492188 0.853027</w:t>
        <w:br/>
        <w:t>vt 0.496826 0.866211</w:t>
        <w:br/>
        <w:t>vt 0.498535 0.866089</w:t>
        <w:br/>
        <w:t>vt 0.492188 0.859863</w:t>
        <w:br/>
        <w:t>vt 0.492188 0.866211</w:t>
        <w:br/>
        <w:t>vt 0.490723 0.853027</w:t>
        <w:br/>
        <w:t>vt 0.490723 0.859863</w:t>
        <w:br/>
        <w:t>vt 0.490723 0.866089</w:t>
        <w:br/>
        <w:t>vt 0.490723 0.859863</w:t>
        <w:br/>
        <w:t>vt 0.489746 0.866211</w:t>
        <w:br/>
        <w:t>vt 0.490723 0.866089</w:t>
        <w:br/>
        <w:t>vt 0.489746 0.859863</w:t>
        <w:br/>
        <w:t>vt 0.490723 0.853027</w:t>
        <w:br/>
        <w:t>vt 0.489746 0.853027</w:t>
        <w:br/>
        <w:t>vt 0.489746 0.846191</w:t>
        <w:br/>
        <w:t>vt 0.490723 0.846191</w:t>
        <w:br/>
        <w:t>vt 0.490723 0.846191</w:t>
        <w:br/>
        <w:t>vt 0.489746 0.839355</w:t>
        <w:br/>
        <w:t>vt 0.490723 0.839355</w:t>
        <w:br/>
        <w:t>vt 0.490723 0.839355</w:t>
        <w:br/>
        <w:t>vt 0.489746 0.832520</w:t>
        <w:br/>
        <w:t>vt 0.490723 0.832520</w:t>
        <w:br/>
        <w:t>vt 0.490723 0.832520</w:t>
        <w:br/>
        <w:t>vt 0.490723 0.825684</w:t>
        <w:br/>
        <w:t>vt 0.489746 0.825684</w:t>
        <w:br/>
        <w:t>vt 0.489990 0.821899</w:t>
        <w:br/>
        <w:t>vt 0.490967 0.818848</w:t>
        <w:br/>
        <w:t>vt 0.488525 0.818726</w:t>
        <w:br/>
        <w:t>vt 0.487793 0.822266</w:t>
        <w:br/>
        <w:t>vt 0.485840 0.819214</w:t>
        <w:br/>
        <w:t>vt 0.487793 0.822266</w:t>
        <w:br/>
        <w:t>vt 0.488525 0.818726</w:t>
        <w:br/>
        <w:t>vt 0.488281 0.812012</w:t>
        <w:br/>
        <w:t>vt 0.486572 0.817139</w:t>
        <w:br/>
        <w:t>vt 0.488281 0.812012</w:t>
        <w:br/>
        <w:t>vt 0.482910 0.819458</w:t>
        <w:br/>
        <w:t>vt 0.485840 0.819214</w:t>
        <w:br/>
        <w:t>vt 0.486572 0.817139</w:t>
        <w:br/>
        <w:t>vt 0.483154 0.810303</w:t>
        <w:br/>
        <w:t>vt 0.481934 0.816162</w:t>
        <w:br/>
        <w:t>vt 0.479492 0.821655</w:t>
        <w:br/>
        <w:t>vt 0.481201 0.822632</w:t>
        <w:br/>
        <w:t>vt 0.475342 0.830933</w:t>
        <w:br/>
        <w:t>vt 0.478760 0.809814</w:t>
        <w:br/>
        <w:t>vt 0.473877 0.829712</w:t>
        <w:br/>
        <w:t>vt 0.469727 0.838379</w:t>
        <w:br/>
        <w:t>vt 0.477539 0.815063</w:t>
        <w:br/>
        <w:t>vt 0.475342 0.819702</w:t>
        <w:br/>
        <w:t>vt 0.465332 0.840454</w:t>
        <w:br/>
        <w:t>vt 0.469482 0.841309</w:t>
        <w:br/>
        <w:t>vt 0.467041 0.843506</w:t>
        <w:br/>
        <w:t>vt 0.456787 0.840942</w:t>
        <w:br/>
        <w:t>vt 0.467041 0.843506</w:t>
        <w:br/>
        <w:t>vt 0.465332 0.840454</w:t>
        <w:br/>
        <w:t>vt 0.451172 0.844849</w:t>
        <w:br/>
        <w:t>vt 0.450928 0.841431</w:t>
        <w:br/>
        <w:t>vt 0.463135 0.836548</w:t>
        <w:br/>
        <w:t>vt 0.463135 0.836548</w:t>
        <w:br/>
        <w:t>vt 0.456787 0.836304</w:t>
        <w:br/>
        <w:t>vt 0.470459 0.826660</w:t>
        <w:br/>
        <w:t>vt 0.460693 0.831909</w:t>
        <w:br/>
        <w:t>vt 0.460693 0.831909</w:t>
        <w:br/>
        <w:t>vt 0.457275 0.831177</w:t>
        <w:br/>
        <w:t>vt 0.461426 0.824097</w:t>
        <w:br/>
        <w:t>vt 0.466553 0.822998</w:t>
        <w:br/>
        <w:t>vt 0.466309 0.816650</w:t>
        <w:br/>
        <w:t>vt 0.470215 0.818359</w:t>
        <w:br/>
        <w:t>vt 0.467041 0.814209</w:t>
        <w:br/>
        <w:t>vt 0.471924 0.814209</w:t>
        <w:br/>
        <w:t>vt 0.472168 0.809814</w:t>
        <w:br/>
        <w:t>vt 0.464844 0.809937</w:t>
        <w:br/>
        <w:t>vt 0.469971 0.805298</w:t>
        <w:br/>
        <w:t>vt 0.472900 0.808838</w:t>
        <w:br/>
        <w:t>vt 0.470947 0.804565</w:t>
        <w:br/>
        <w:t>vt 0.478516 0.807495</w:t>
        <w:br/>
        <w:t>vt 0.478516 0.807007</w:t>
        <w:br/>
        <w:t>vt 0.477051 0.800903</w:t>
        <w:br/>
        <w:t>vt 0.482910 0.806274</w:t>
        <w:br/>
        <w:t>vt 0.482910 0.805664</w:t>
        <w:br/>
        <w:t>vt 0.481689 0.799316</w:t>
        <w:br/>
        <w:t>vt 0.487061 0.805054</w:t>
        <w:br/>
        <w:t>vt 0.486328 0.798462</w:t>
        <w:br/>
        <w:t>vt 0.343994 0.403320</w:t>
        <w:br/>
        <w:t>vt 0.335938 0.400391</w:t>
        <w:br/>
        <w:t>vt 0.335938 0.403320</w:t>
        <w:br/>
        <w:t>vt 0.344238 0.400391</w:t>
        <w:br/>
        <w:t>vt 0.335938 0.399414</w:t>
        <w:br/>
        <w:t>vt 0.352539 0.403320</w:t>
        <w:br/>
        <w:t>vt 0.344238 0.399414</w:t>
        <w:br/>
        <w:t>vt 0.352539 0.399902</w:t>
        <w:br/>
        <w:t>vt 0.363037 0.399902</w:t>
        <w:br/>
        <w:t>vt 0.363037 0.403320</w:t>
        <w:br/>
        <w:t>vt 0.373047 0.403320</w:t>
        <w:br/>
        <w:t>vt 0.352539 0.398438</w:t>
        <w:br/>
        <w:t>vt 0.343994 0.397461</w:t>
        <w:br/>
        <w:t>vt 0.335938 0.397461</w:t>
        <w:br/>
        <w:t>vt 0.335938 0.397461</w:t>
        <w:br/>
        <w:t>vt 0.343994 0.397461</w:t>
        <w:br/>
        <w:t>vt 0.335938 0.393555</w:t>
        <w:br/>
        <w:t>vt 0.351318 0.393555</w:t>
        <w:br/>
        <w:t>vt 0.352539 0.396484</w:t>
        <w:br/>
        <w:t>vt 0.352539 0.396484</w:t>
        <w:br/>
        <w:t>vt 0.362549 0.393555</w:t>
        <w:br/>
        <w:t>vt 0.363037 0.398926</w:t>
        <w:br/>
        <w:t>vt 0.363037 0.396973</w:t>
        <w:br/>
        <w:t>vt 0.363037 0.396973</w:t>
        <w:br/>
        <w:t>vt 0.372803 0.396484</w:t>
        <w:br/>
        <w:t>vt 0.372803 0.396484</w:t>
        <w:br/>
        <w:t>vt 0.373291 0.393555</w:t>
        <w:br/>
        <w:t>vt 0.372803 0.399902</w:t>
        <w:br/>
        <w:t>vt 0.372803 0.398926</w:t>
        <w:br/>
        <w:t>vt 0.384033 0.396484</w:t>
        <w:br/>
        <w:t>vt 0.384033 0.396484</w:t>
        <w:br/>
        <w:t>vt 0.384766 0.393555</w:t>
        <w:br/>
        <w:t>vt 0.396729 0.396484</w:t>
        <w:br/>
        <w:t>vt 0.396729 0.393555</w:t>
        <w:br/>
        <w:t>vt 0.384033 0.398438</w:t>
        <w:br/>
        <w:t>vt 0.396729 0.396484</w:t>
        <w:br/>
        <w:t>vt 0.396729 0.398438</w:t>
        <w:br/>
        <w:t>vt 0.396729 0.399902</w:t>
        <w:br/>
        <w:t>vt 0.384277 0.399902</w:t>
        <w:br/>
        <w:t>vt 0.384521 0.403320</w:t>
        <w:br/>
        <w:t>vt 0.396729 0.403320</w:t>
        <w:br/>
        <w:t>vt 0.597168 0.377930</w:t>
        <w:br/>
        <w:t>vt 0.589844 0.386719</w:t>
        <w:br/>
        <w:t>vt 0.592285 0.387695</w:t>
        <w:br/>
        <w:t>vt 0.595703 0.377441</w:t>
        <w:br/>
        <w:t>vt 0.589844 0.386719</w:t>
        <w:br/>
        <w:t>vt 0.595703 0.377441</w:t>
        <w:br/>
        <w:t>vt 0.589844 0.377930</w:t>
        <w:br/>
        <w:t>vt 0.597168 0.363770</w:t>
        <w:br/>
        <w:t>vt 0.595703 0.363770</w:t>
        <w:br/>
        <w:t>vt 0.595703 0.363770</w:t>
        <w:br/>
        <w:t>vt 0.589844 0.363770</w:t>
        <w:br/>
        <w:t>vt 0.597168 0.347656</w:t>
        <w:br/>
        <w:t>vt 0.595703 0.347656</w:t>
        <w:br/>
        <w:t>vt 0.595703 0.347656</w:t>
        <w:br/>
        <w:t>vt 0.589844 0.347168</w:t>
        <w:br/>
        <w:t>vt 0.589844 0.340820</w:t>
        <w:br/>
        <w:t>vt 0.589844 0.340820</w:t>
        <w:br/>
        <w:t>vt 0.591797 0.339844</w:t>
        <w:br/>
        <w:t>vt 0.621094 0.100098</w:t>
        <w:br/>
        <w:t>vt 0.634766 0.108887</w:t>
        <w:br/>
        <w:t>vt 0.625977 0.113281</w:t>
        <w:br/>
        <w:t>vt 0.628906 0.095703</w:t>
        <w:br/>
        <w:t>vt 0.642578 0.104980</w:t>
        <w:br/>
        <w:t>vt 0.616211 0.085449</w:t>
        <w:br/>
        <w:t>vt 0.636719 0.091797</w:t>
        <w:br/>
        <w:t>vt 0.623047 0.082031</w:t>
        <w:br/>
        <w:t>vt 0.613281 0.076172</w:t>
        <w:br/>
        <w:t>vt 0.630371 0.078125</w:t>
        <w:br/>
        <w:t>vt 0.619141 0.073242</w:t>
        <w:br/>
        <w:t>vt 0.626465 0.069336</w:t>
        <w:br/>
        <w:t>vt 0.618164 0.070312</w:t>
        <w:br/>
        <w:t>vt 0.612305 0.073242</w:t>
        <w:br/>
        <w:t>vt 0.624512 0.066406</w:t>
        <w:br/>
        <w:t>vt 0.416992 0.887146</w:t>
        <w:br/>
        <w:t>vt 0.427490 0.887146</w:t>
        <w:br/>
        <w:t>vt 0.416992 0.888245</w:t>
        <w:br/>
        <w:t>vt 0.427490 0.888245</w:t>
        <w:br/>
        <w:t>vt 0.427490 0.888245</w:t>
        <w:br/>
        <w:t>vt 0.416992 0.898743</w:t>
        <w:br/>
        <w:t>vt 0.416992 0.888245</w:t>
        <w:br/>
        <w:t>vt 0.444824 0.887146</w:t>
        <w:br/>
        <w:t>vt 0.416992 0.898743</w:t>
        <w:br/>
        <w:t>vt 0.427490 0.899780</w:t>
        <w:br/>
        <w:t>vt 0.416992 0.899780</w:t>
        <w:br/>
        <w:t>vt 0.451660 0.888245</w:t>
        <w:br/>
        <w:t>vt 0.451660 0.887146</w:t>
        <w:br/>
        <w:t>vt 0.427490 0.898743</w:t>
        <w:br/>
        <w:t>vt 0.427490 0.898743</w:t>
        <w:br/>
        <w:t>vt 0.444824 0.899780</w:t>
        <w:br/>
        <w:t>vt 0.444824 0.888245</w:t>
        <w:br/>
        <w:t>vt 0.444824 0.888245</w:t>
        <w:br/>
        <w:t>vt 0.444824 0.898621</w:t>
        <w:br/>
        <w:t>vt 0.451660 0.888245</w:t>
        <w:br/>
        <w:t>vt 0.444824 0.898621</w:t>
        <w:br/>
        <w:t>vt 0.444824 0.888245</w:t>
        <w:br/>
        <w:t>vt 0.444824 0.898621</w:t>
        <w:br/>
        <w:t>vt 0.451660 0.898621</w:t>
        <w:br/>
        <w:t>vt 0.451660 0.898621</w:t>
        <w:br/>
        <w:t>vt 0.451660 0.899780</w:t>
        <w:br/>
        <w:t>vt 0.416504 0.906128</w:t>
        <w:br/>
        <w:t>vt 0.425293 0.906128</w:t>
        <w:br/>
        <w:t>vt 0.416504 0.908020</w:t>
        <w:br/>
        <w:t>vt 0.425293 0.908020</w:t>
        <w:br/>
        <w:t>vt 0.416504 0.916260</w:t>
        <w:br/>
        <w:t>vt 0.416504 0.908020</w:t>
        <w:br/>
        <w:t>vt 0.425293 0.908020</w:t>
        <w:br/>
        <w:t>vt 0.445068 0.906128</w:t>
        <w:br/>
        <w:t>vt 0.416504 0.916260</w:t>
        <w:br/>
        <w:t>vt 0.425293 0.918213</w:t>
        <w:br/>
        <w:t>vt 0.416504 0.918213</w:t>
        <w:br/>
        <w:t>vt 0.454834 0.908020</w:t>
        <w:br/>
        <w:t>vt 0.454834 0.906128</w:t>
        <w:br/>
        <w:t>vt 0.425293 0.916260</w:t>
        <w:br/>
        <w:t>vt 0.425293 0.916260</w:t>
        <w:br/>
        <w:t>vt 0.445068 0.918213</w:t>
        <w:br/>
        <w:t>vt 0.445068 0.908020</w:t>
        <w:br/>
        <w:t>vt 0.445068 0.908020</w:t>
        <w:br/>
        <w:t>vt 0.425293 0.916260</w:t>
        <w:br/>
        <w:t>vt 0.425293 0.908020</w:t>
        <w:br/>
        <w:t>vt 0.454834 0.916016</w:t>
        <w:br/>
        <w:t>vt 0.445068 0.908020</w:t>
        <w:br/>
        <w:t>vt 0.454834 0.908020</w:t>
        <w:br/>
        <w:t>vt 0.454834 0.918213</w:t>
        <w:br/>
        <w:t>vt 0.454834 0.916016</w:t>
        <w:br/>
        <w:t>vt 0.445068 0.916016</w:t>
        <w:br/>
        <w:t>vt 0.445068 0.916016</w:t>
        <w:br/>
        <w:t>vt 0.445068 0.916016</w:t>
        <w:br/>
        <w:t>vt 0.805664 0.354980</w:t>
        <w:br/>
        <w:t>vt 0.805664 0.367188</w:t>
        <w:br/>
        <w:t>vt 0.804688 0.354980</w:t>
        <w:br/>
        <w:t>vt 0.804688 0.367188</w:t>
        <w:br/>
        <w:t>vt 0.805664 0.375488</w:t>
        <w:br/>
        <w:t>vt 0.804688 0.367188</w:t>
        <w:br/>
        <w:t>vt 0.797852 0.354980</w:t>
        <w:br/>
        <w:t>vt 0.804688 0.354980</w:t>
        <w:br/>
        <w:t>vt 0.804688 0.375488</w:t>
        <w:br/>
        <w:t>vt 0.805664 0.383301</w:t>
        <w:br/>
        <w:t>vt 0.797852 0.367188</w:t>
        <w:br/>
        <w:t>vt 0.804688 0.375488</w:t>
        <w:br/>
        <w:t>vt 0.797852 0.354980</w:t>
        <w:br/>
        <w:t>vt 0.797363 0.367188</w:t>
        <w:br/>
        <w:t>vt 0.797363 0.354980</w:t>
        <w:br/>
        <w:t>vt 0.797852 0.367188</w:t>
        <w:br/>
        <w:t>vt 0.797363 0.375488</w:t>
        <w:br/>
        <w:t>vt 0.797852 0.375488</w:t>
        <w:br/>
        <w:t>vt 0.797852 0.375488</w:t>
        <w:br/>
        <w:t>vt 0.797363 0.383301</w:t>
        <w:br/>
        <w:t>vt 0.804688 0.383301</w:t>
        <w:br/>
        <w:t>vt 0.804688 0.383301</w:t>
        <w:br/>
        <w:t>vt 0.805664 0.392090</w:t>
        <w:br/>
        <w:t>vt 0.797852 0.383301</w:t>
        <w:br/>
        <w:t>vt 0.797852 0.383301</w:t>
        <w:br/>
        <w:t>vt 0.797363 0.392090</w:t>
        <w:br/>
        <w:t>vt 0.804688 0.392090</w:t>
        <w:br/>
        <w:t>vt 0.804688 0.392090</w:t>
        <w:br/>
        <w:t>vt 0.805664 0.395996</w:t>
        <w:br/>
        <w:t>vt 0.797852 0.392090</w:t>
        <w:br/>
        <w:t>vt 0.797852 0.392090</w:t>
        <w:br/>
        <w:t>vt 0.804688 0.395996</w:t>
        <w:br/>
        <w:t>vt 0.804688 0.395996</w:t>
        <w:br/>
        <w:t>vt 0.805664 0.398438</w:t>
        <w:br/>
        <w:t>vt 0.797852 0.395996</w:t>
        <w:br/>
        <w:t>vt 0.797852 0.395996</w:t>
        <w:br/>
        <w:t>vt 0.797363 0.395996</w:t>
        <w:br/>
        <w:t>vt 0.804688 0.398438</w:t>
        <w:br/>
        <w:t>vt 0.804688 0.398438</w:t>
        <w:br/>
        <w:t>vt 0.797852 0.398438</w:t>
        <w:br/>
        <w:t>vt 0.797852 0.398438</w:t>
        <w:br/>
        <w:t>vt 0.797363 0.398438</w:t>
        <w:br/>
        <w:t>vt 0.804688 0.400391</w:t>
        <w:br/>
        <w:t>vt 0.804688 0.400391</w:t>
        <w:br/>
        <w:t>vt 0.797852 0.398438</w:t>
        <w:br/>
        <w:t>vt 0.804688 0.398438</w:t>
        <w:br/>
        <w:t>vt 0.805664 0.400391</w:t>
        <w:br/>
        <w:t>vt 0.805664 0.402344</w:t>
        <w:br/>
        <w:t>vt 0.804688 0.402344</w:t>
        <w:br/>
        <w:t>vt 0.797852 0.400391</w:t>
        <w:br/>
        <w:t>vt 0.797852 0.400391</w:t>
        <w:br/>
        <w:t>vt 0.804688 0.402344</w:t>
        <w:br/>
        <w:t>vt 0.797363 0.400391</w:t>
        <w:br/>
        <w:t>vt 0.797852 0.402344</w:t>
        <w:br/>
        <w:t>vt 0.797363 0.402344</w:t>
        <w:br/>
        <w:t>vt 0.797852 0.402344</w:t>
        <w:br/>
        <w:t>vt 0.298828 0.762329</w:t>
        <w:br/>
        <w:t>vt 0.298096 0.768188</w:t>
        <w:br/>
        <w:t>vt 0.294922 0.767822</w:t>
        <w:br/>
        <w:t>vt 0.296143 0.752563</w:t>
        <w:br/>
        <w:t>vt 0.299072 0.754272</w:t>
        <w:br/>
        <w:t>vt 0.296143 0.752563</w:t>
        <w:br/>
        <w:t>vt 0.298340 0.750244</w:t>
        <w:br/>
        <w:t>vt 0.299072 0.754272</w:t>
        <w:br/>
        <w:t>vt 0.301270 0.750000</w:t>
        <w:br/>
        <w:t>vt 0.302979 0.756348</w:t>
        <w:br/>
        <w:t>vt 0.303223 0.762451</w:t>
        <w:br/>
        <w:t>vt 0.309570 0.745850</w:t>
        <w:br/>
        <w:t>vt 0.302979 0.756348</w:t>
        <w:br/>
        <w:t>vt 0.308350 0.744385</w:t>
        <w:br/>
        <w:t>vt 0.316406 0.738770</w:t>
        <w:br/>
        <w:t>vt 0.307373 0.758667</w:t>
        <w:br/>
        <w:t>vt 0.308105 0.761963</w:t>
        <w:br/>
        <w:t>vt 0.314941 0.758057</w:t>
        <w:br/>
        <w:t>vt 0.312500 0.749268</w:t>
        <w:br/>
        <w:t>vt 0.307373 0.758667</w:t>
        <w:br/>
        <w:t>vt 0.317383 0.740479</w:t>
        <w:br/>
        <w:t>vt 0.319580 0.737305</w:t>
        <w:br/>
        <w:t>vt 0.316162 0.752808</w:t>
        <w:br/>
        <w:t>vt 0.322021 0.753174</w:t>
        <w:br/>
        <w:t>vt 0.319336 0.744629</w:t>
        <w:br/>
        <w:t>vt 0.320557 0.749512</w:t>
        <w:br/>
        <w:t>vt 0.324463 0.752441</w:t>
        <w:br/>
        <w:t>vt 0.324463 0.747803</w:t>
        <w:br/>
        <w:t>vt 0.323730 0.742432</w:t>
        <w:br/>
        <w:t>vt 0.328857 0.747559</w:t>
        <w:br/>
        <w:t>vt 0.328613 0.754639</w:t>
        <w:br/>
        <w:t>vt 0.333252 0.749756</w:t>
        <w:br/>
        <w:t>vt 0.322510 0.738037</w:t>
        <w:br/>
        <w:t>vt 0.328613 0.741211</w:t>
        <w:br/>
        <w:t>vt 0.329834 0.747070</w:t>
        <w:br/>
        <w:t>vt 0.333740 0.748779</w:t>
        <w:br/>
        <w:t>vt 0.331055 0.741455</w:t>
        <w:br/>
        <w:t>vt 0.331543 0.741699</w:t>
        <w:br/>
        <w:t>vt 0.337402 0.742920</w:t>
        <w:br/>
        <w:t>vt 0.328125 0.737061</w:t>
        <w:br/>
        <w:t>vt 0.332764 0.737305</w:t>
        <w:br/>
        <w:t>vt 0.338867 0.738281</w:t>
        <w:br/>
        <w:t>vt 0.339844 0.733887</w:t>
        <w:br/>
        <w:t>vt 0.332275 0.737305</w:t>
        <w:br/>
        <w:t>vt 0.333252 0.733154</w:t>
        <w:br/>
        <w:t>vt 0.333252 0.733154</w:t>
        <w:br/>
        <w:t>vt 0.339600 0.732910</w:t>
        <w:br/>
        <w:t>vt 0.339844 0.733887</w:t>
        <w:br/>
        <w:t>vt 0.333008 0.732666</w:t>
        <w:br/>
        <w:t>vt 0.326660 0.732178</w:t>
        <w:br/>
        <w:t>vt 0.321777 0.733887</w:t>
        <w:br/>
        <w:t>vt 0.319824 0.734375</w:t>
        <w:br/>
        <w:t>vt 0.319824 0.734375</w:t>
        <w:br/>
        <w:t>vt 0.320068 0.731934</w:t>
        <w:br/>
        <w:t>vt 0.316650 0.732422</w:t>
        <w:br/>
        <w:t>vt 0.317139 0.730469</w:t>
        <w:br/>
        <w:t>vt 0.320068 0.731934</w:t>
        <w:br/>
        <w:t>vt 0.316650 0.732422</w:t>
        <w:br/>
        <w:t>vt 0.326660 0.729492</w:t>
        <w:br/>
        <w:t>vt 0.320068 0.729492</w:t>
        <w:br/>
        <w:t>vt 0.333252 0.729736</w:t>
        <w:br/>
        <w:t>vt 0.339600 0.729980</w:t>
        <w:br/>
        <w:t>vt 0.339844 0.728516</w:t>
        <w:br/>
        <w:t>vt 0.333496 0.728271</w:t>
        <w:br/>
        <w:t>vt 0.339844 0.723877</w:t>
        <w:br/>
        <w:t>vt 0.326660 0.728271</w:t>
        <w:br/>
        <w:t>vt 0.333496 0.722168</w:t>
        <w:br/>
        <w:t>vt 0.339600 0.722168</w:t>
        <w:br/>
        <w:t>vt 0.333496 0.723877</w:t>
        <w:br/>
        <w:t>vt 0.326660 0.722168</w:t>
        <w:br/>
        <w:t>vt 0.326660 0.723877</w:t>
        <w:br/>
        <w:t>vt 0.320068 0.728027</w:t>
        <w:br/>
        <w:t>vt 0.320068 0.723877</w:t>
        <w:br/>
        <w:t>vt 0.320068 0.722168</w:t>
        <w:br/>
        <w:t>vt 0.313477 0.728271</w:t>
        <w:br/>
        <w:t>vt 0.313477 0.723877</w:t>
        <w:br/>
        <w:t>vt 0.313477 0.722168</w:t>
        <w:br/>
        <w:t>vt 0.306885 0.722168</w:t>
        <w:br/>
        <w:t>vt 0.306885 0.723877</w:t>
        <w:br/>
        <w:t>vt 0.300293 0.722168</w:t>
        <w:br/>
        <w:t>vt 0.313477 0.729736</w:t>
        <w:br/>
        <w:t>vt 0.313477 0.729736</w:t>
        <w:br/>
        <w:t>vt 0.313477 0.730469</w:t>
        <w:br/>
        <w:t>vt 0.306885 0.729736</w:t>
        <w:br/>
        <w:t>vt 0.306885 0.729736</w:t>
        <w:br/>
        <w:t>vt 0.306885 0.730713</w:t>
        <w:br/>
        <w:t>vt 0.306885 0.728271</w:t>
        <w:br/>
        <w:t>vt 0.300293 0.729736</w:t>
        <w:br/>
        <w:t>vt 0.300293 0.729736</w:t>
        <w:br/>
        <w:t>vt 0.300293 0.730469</w:t>
        <w:br/>
        <w:t>vt 0.300293 0.723877</w:t>
        <w:br/>
        <w:t>vt 0.293701 0.722168</w:t>
        <w:br/>
        <w:t>vt 0.300293 0.728271</w:t>
        <w:br/>
        <w:t>vt 0.293701 0.723877</w:t>
        <w:br/>
        <w:t>vt 0.293701 0.728271</w:t>
        <w:br/>
        <w:t>vt 0.293701 0.729736</w:t>
        <w:br/>
        <w:t>vt 0.293701 0.729736</w:t>
        <w:br/>
        <w:t>vt 0.293701 0.730469</w:t>
        <w:br/>
        <w:t>vt 0.287109 0.728271</w:t>
        <w:br/>
        <w:t>vt 0.287109 0.723877</w:t>
        <w:br/>
        <w:t>vt 0.287109 0.722168</w:t>
        <w:br/>
        <w:t>vt 0.287109 0.729736</w:t>
        <w:br/>
        <w:t>vt 0.287109 0.729736</w:t>
        <w:br/>
        <w:t>vt 0.287109 0.730469</w:t>
        <w:br/>
        <w:t>vt 0.280518 0.728271</w:t>
        <w:br/>
        <w:t>vt 0.280518 0.723877</w:t>
        <w:br/>
        <w:t>vt 0.280518 0.722168</w:t>
        <w:br/>
        <w:t>vt 0.274414 0.722168</w:t>
        <w:br/>
        <w:t>vt 0.274414 0.723877</w:t>
        <w:br/>
        <w:t>vt 0.274414 0.728271</w:t>
        <w:br/>
        <w:t>vt 0.274414 0.729736</w:t>
        <w:br/>
        <w:t>vt 0.280518 0.729736</w:t>
        <w:br/>
        <w:t>vt 0.280518 0.729736</w:t>
        <w:br/>
        <w:t>vt 0.274414 0.730469</w:t>
        <w:br/>
        <w:t>vt 0.274414 0.729736</w:t>
        <w:br/>
        <w:t>vt 0.280518 0.730469</w:t>
        <w:br/>
        <w:t>vt 0.416016 0.943665</w:t>
        <w:br/>
        <w:t>vt 0.440186 0.945801</w:t>
        <w:br/>
        <w:t>vt 0.416016 0.945801</w:t>
        <w:br/>
        <w:t>vt 0.442627 0.943665</w:t>
        <w:br/>
        <w:t>vt 0.442627 0.948151</w:t>
        <w:br/>
        <w:t>vt 0.416016 0.943665</w:t>
        <w:br/>
        <w:t>vt 0.442627 0.938416</w:t>
        <w:br/>
        <w:t>vt 0.442627 0.943665</w:t>
        <w:br/>
        <w:t>vt 0.416016 0.929504</w:t>
        <w:br/>
        <w:t>vt 0.455566 0.943665</w:t>
        <w:br/>
        <w:t>vt 0.455566 0.943665</w:t>
        <w:br/>
        <w:t>vt 0.459961 0.948151</w:t>
        <w:br/>
        <w:t>vt 0.416016 0.926331</w:t>
        <w:br/>
        <w:t>vt 0.440674 0.926331</w:t>
        <w:br/>
        <w:t>vt 0.416016 0.929504</w:t>
        <w:br/>
        <w:t>vt 0.442627 0.929504</w:t>
        <w:br/>
        <w:t>vt 0.442627 0.929504</w:t>
        <w:br/>
        <w:t>vt 0.442627 0.924805</w:t>
        <w:br/>
        <w:t>vt 0.455566 0.929504</w:t>
        <w:br/>
        <w:t>vt 0.455566 0.929504</w:t>
        <w:br/>
        <w:t>vt 0.461182 0.924805</w:t>
        <w:br/>
        <w:t>vt 0.458252 0.929504</w:t>
        <w:br/>
        <w:t>vt 0.458252 0.929504</w:t>
        <w:br/>
        <w:t>vt 0.458252 0.943665</w:t>
        <w:br/>
        <w:t>vt 0.458252 0.943665</w:t>
        <w:br/>
        <w:t>vt 0.459961 0.943665</w:t>
        <w:br/>
        <w:t>vt 0.459961 0.943665</w:t>
        <w:br/>
        <w:t>vt 0.470215 0.946503</w:t>
        <w:br/>
        <w:t>vt 0.459961 0.929504</w:t>
        <w:br/>
        <w:t>vt 0.459961 0.929504</w:t>
        <w:br/>
        <w:t>vt 0.475342 0.926025</w:t>
        <w:br/>
        <w:t>vt 0.471436 0.943665</w:t>
        <w:br/>
        <w:t>vt 0.471436 0.943665</w:t>
        <w:br/>
        <w:t>vt 0.490967 0.946503</w:t>
        <w:br/>
        <w:t>vt 0.490967 0.943665</w:t>
        <w:br/>
        <w:t>vt 0.475586 0.929504</w:t>
        <w:br/>
        <w:t>vt 0.475586 0.929504</w:t>
        <w:br/>
        <w:t>vt 0.490967 0.943665</w:t>
        <w:br/>
        <w:t>vt 0.490967 0.926025</w:t>
        <w:br/>
        <w:t>vt 0.490967 0.929504</w:t>
        <w:br/>
        <w:t>vt 0.490967 0.929504</w:t>
        <w:br/>
        <w:t>vt 0.381104 0.661621</w:t>
        <w:br/>
        <w:t>vt 0.375000 0.649902</w:t>
        <w:br/>
        <w:t>vt 0.388184 0.646240</w:t>
        <w:br/>
        <w:t>vt 0.392578 0.658691</w:t>
        <w:br/>
        <w:t>vt 0.386719 0.671387</w:t>
        <w:br/>
        <w:t>vt 0.403076 0.656494</w:t>
        <w:br/>
        <w:t>vt 0.401855 0.642334</w:t>
        <w:br/>
        <w:t>vt 0.396729 0.670898</w:t>
        <w:br/>
        <w:t>vt 0.388672 0.674561</w:t>
        <w:br/>
        <w:t>vt 0.413574 0.652832</w:t>
        <w:br/>
        <w:t>vt 0.412109 0.638916</w:t>
        <w:br/>
        <w:t>vt 0.410889 0.668213</w:t>
        <w:br/>
        <w:t>vt 0.397217 0.675293</w:t>
        <w:br/>
        <w:t>vt 0.387451 0.677979</w:t>
        <w:br/>
        <w:t>vt 0.409912 0.673828</w:t>
        <w:br/>
        <w:t>vt 0.420654 0.666504</w:t>
        <w:br/>
        <w:t>vt 0.423828 0.650391</w:t>
        <w:br/>
        <w:t>vt 0.419922 0.633545</w:t>
        <w:br/>
        <w:t>vt 0.432129 0.643066</w:t>
        <w:br/>
        <w:t>vt 0.427246 0.624756</w:t>
        <w:br/>
        <w:t>vt 0.430420 0.655518</w:t>
        <w:br/>
        <w:t>vt 0.439697 0.634766</w:t>
        <w:br/>
        <w:t>vt 0.435303 0.608643</w:t>
        <w:br/>
        <w:t>vt 0.437988 0.660156</w:t>
        <w:br/>
        <w:t>vt 0.451416 0.617432</w:t>
        <w:br/>
        <w:t>vt 0.441650 0.591553</w:t>
        <w:br/>
        <w:t>vt 0.439453 0.646484</w:t>
        <w:br/>
        <w:t>vt 0.450928 0.640869</w:t>
        <w:br/>
        <w:t>vt 0.458984 0.599854</w:t>
        <w:br/>
        <w:t>vt 0.449463 0.650879</w:t>
        <w:br/>
        <w:t>vt 0.465332 0.623535</w:t>
        <w:br/>
        <w:t>vt 0.454834 0.642578</w:t>
        <w:br/>
        <w:t>vt 0.465576 0.580322</w:t>
        <w:br/>
        <w:t>vt 0.447510 0.571777</w:t>
        <w:br/>
        <w:t>vt 0.461670 0.644775</w:t>
        <w:br/>
        <w:t>vt 0.471680 0.562500</w:t>
        <w:br/>
        <w:t>vt 0.454102 0.554199</w:t>
        <w:br/>
        <w:t>vt 0.455322 0.551270</w:t>
        <w:br/>
        <w:t>vt 0.471680 0.562500</w:t>
        <w:br/>
        <w:t>vt 0.454102 0.554199</w:t>
        <w:br/>
        <w:t>vt 0.473145 0.559570</w:t>
        <w:br/>
        <w:t>vt 0.484375 0.568115</w:t>
        <w:br/>
        <w:t>vt 0.484375 0.568115</w:t>
        <w:br/>
        <w:t>vt 0.485596 0.565186</w:t>
        <w:br/>
        <w:t>vt 0.478760 0.586182</w:t>
        <w:br/>
        <w:t>vt 0.494629 0.572266</w:t>
        <w:br/>
        <w:t>vt 0.494629 0.572266</w:t>
        <w:br/>
        <w:t>vt 0.495850 0.569580</w:t>
        <w:br/>
        <w:t>vt 0.507324 0.575439</w:t>
        <w:br/>
        <w:t>vt 0.472168 0.604980</w:t>
        <w:br/>
        <w:t>vt 0.488770 0.589844</w:t>
        <w:br/>
        <w:t>vt 0.506348 0.577393</w:t>
        <w:br/>
        <w:t>vt 0.506348 0.577393</w:t>
        <w:br/>
        <w:t>vt 0.519043 0.579346</w:t>
        <w:br/>
        <w:t>vt 0.472656 0.626953</w:t>
        <w:br/>
        <w:t>vt 0.482422 0.608643</w:t>
        <w:br/>
        <w:t>vt 0.518555 0.582031</w:t>
        <w:br/>
        <w:t>vt 0.533691 0.585205</w:t>
        <w:br/>
        <w:t>vt 0.500977 0.594482</w:t>
        <w:br/>
        <w:t>vt 0.533203 0.587402</w:t>
        <w:br/>
        <w:t>vt 0.546875 0.588867</w:t>
        <w:br/>
        <w:t>vt 0.546387 0.591309</w:t>
        <w:br/>
        <w:t>vt 0.546387 0.591309</w:t>
        <w:br/>
        <w:t>vt 0.541504 0.605469</w:t>
        <w:br/>
        <w:t>vt 0.533203 0.587402</w:t>
        <w:br/>
        <w:t>vt 0.513672 0.597900</w:t>
        <w:br/>
        <w:t>vt 0.518555 0.582031</w:t>
        <w:br/>
        <w:t>vt 0.528809 0.602051</w:t>
        <w:br/>
        <w:t>vt 0.523926 0.618652</w:t>
        <w:br/>
        <w:t>vt 0.535645 0.621338</w:t>
        <w:br/>
        <w:t>vt 0.508789 0.615234</w:t>
        <w:br/>
        <w:t>vt 0.530762 0.637939</w:t>
        <w:br/>
        <w:t>vt 0.529297 0.637695</w:t>
        <w:br/>
        <w:t>vt 0.495361 0.612061</w:t>
        <w:br/>
        <w:t>vt 0.519531 0.635986</w:t>
        <w:br/>
        <w:t>vt 0.523926 0.650146</w:t>
        <w:br/>
        <w:t>vt 0.503418 0.632568</w:t>
        <w:br/>
        <w:t>vt 0.515137 0.652832</w:t>
        <w:br/>
        <w:t>vt 0.520020 0.660889</w:t>
        <w:br/>
        <w:t>vt 0.488037 0.610840</w:t>
        <w:br/>
        <w:t>vt 0.512207 0.665771</w:t>
        <w:br/>
        <w:t>vt 0.528320 0.668213</w:t>
        <w:br/>
        <w:t>vt 0.477295 0.628662</w:t>
        <w:br/>
        <w:t>vt 0.489014 0.630615</w:t>
        <w:br/>
        <w:t>vt 0.470459 0.646973</w:t>
        <w:br/>
        <w:t>vt 0.480957 0.648193</w:t>
        <w:br/>
        <w:t>vt 0.489990 0.649902</w:t>
        <w:br/>
        <w:t>vt 0.499268 0.650391</w:t>
        <w:br/>
        <w:t>vt 0.496338 0.664307</w:t>
        <w:br/>
        <w:t>vt 0.483154 0.664551</w:t>
        <w:br/>
        <w:t>vt 0.510742 0.671875</w:t>
        <w:br/>
        <w:t>vt 0.528809 0.673828</w:t>
        <w:br/>
        <w:t>vt 0.495117 0.670654</w:t>
        <w:br/>
        <w:t>vt 0.474609 0.663330</w:t>
        <w:br/>
        <w:t>vt 0.481201 0.670166</w:t>
        <w:br/>
        <w:t>vt 0.495117 0.673340</w:t>
        <w:br/>
        <w:t>vt 0.481445 0.672852</w:t>
        <w:br/>
        <w:t>vt 0.473389 0.669922</w:t>
        <w:br/>
        <w:t>vt 0.511230 0.674316</w:t>
        <w:br/>
        <w:t>vt 0.474121 0.672363</w:t>
        <w:br/>
        <w:t>vt 0.527832 0.675293</w:t>
        <w:br/>
        <w:t>vt 0.529785 0.681641</w:t>
        <w:br/>
        <w:t>vt 0.527832 0.675293</w:t>
        <w:br/>
        <w:t>vt 0.528809 0.673828</w:t>
        <w:br/>
        <w:t>vt 0.527832 0.681641</w:t>
        <w:br/>
        <w:t>vt 0.527832 0.675293</w:t>
        <w:br/>
        <w:t>vt 0.527832 0.681641</w:t>
        <w:br/>
        <w:t>vt 0.495361 0.680664</w:t>
        <w:br/>
        <w:t>vt 0.510254 0.681152</w:t>
        <w:br/>
        <w:t>vt 0.527344 0.687988</w:t>
        <w:br/>
        <w:t>vt 0.528320 0.689453</w:t>
        <w:br/>
        <w:t>vt 0.510742 0.687988</w:t>
        <w:br/>
        <w:t>vt 0.527344 0.687988</w:t>
        <w:br/>
        <w:t>vt 0.510254 0.690430</w:t>
        <w:br/>
        <w:t>vt 0.528320 0.689453</w:t>
        <w:br/>
        <w:t>vt 0.527832 0.695312</w:t>
        <w:br/>
        <w:t>vt 0.499268 0.687744</w:t>
        <w:br/>
        <w:t>vt 0.511230 0.696533</w:t>
        <w:br/>
        <w:t>vt 0.519043 0.702148</w:t>
        <w:br/>
        <w:t>vt 0.500000 0.690430</w:t>
        <w:br/>
        <w:t>vt 0.499268 0.687744</w:t>
        <w:br/>
        <w:t>vt 0.503418 0.697021</w:t>
        <w:br/>
        <w:t>vt 0.500000 0.690430</w:t>
        <w:br/>
        <w:t>vt 0.514648 0.712402</w:t>
        <w:br/>
        <w:t>vt 0.522461 0.712891</w:t>
        <w:br/>
        <w:t>vt 0.526367 0.725830</w:t>
        <w:br/>
        <w:t>vt 0.527832 0.725830</w:t>
        <w:br/>
        <w:t>vt 0.532227 0.742676</w:t>
        <w:br/>
        <w:t>vt 0.516602 0.726318</w:t>
        <w:br/>
        <w:t>vt 0.520508 0.744873</w:t>
        <w:br/>
        <w:t>vt 0.536621 0.758667</w:t>
        <w:br/>
        <w:t>vt 0.508301 0.727539</w:t>
        <w:br/>
        <w:t>vt 0.501465 0.712891</w:t>
        <w:br/>
        <w:t>vt 0.495361 0.697266</w:t>
        <w:br/>
        <w:t>vt 0.500488 0.728271</w:t>
        <w:br/>
        <w:t>vt 0.497559 0.712646</w:t>
        <w:br/>
        <w:t>vt 0.504395 0.746582</w:t>
        <w:br/>
        <w:t>vt 0.523926 0.761108</w:t>
        <w:br/>
        <w:t>vt 0.527344 0.776245</w:t>
        <w:br/>
        <w:t>vt 0.541016 0.773193</w:t>
        <w:br/>
        <w:t>vt 0.541016 0.775635</w:t>
        <w:br/>
        <w:t>vt 0.527344 0.776245</w:t>
        <w:br/>
        <w:t>vt 0.541016 0.773193</w:t>
        <w:br/>
        <w:t>vt 0.527832 0.778564</w:t>
        <w:br/>
        <w:t>vt 0.512207 0.780518</w:t>
        <w:br/>
        <w:t>vt 0.512207 0.780518</w:t>
        <w:br/>
        <w:t>vt 0.512695 0.783325</w:t>
        <w:br/>
        <w:t>vt 0.508789 0.764526</w:t>
        <w:br/>
        <w:t>vt 0.500000 0.784302</w:t>
        <w:br/>
        <w:t>vt 0.500977 0.786377</w:t>
        <w:br/>
        <w:t>vt 0.496094 0.767822</w:t>
        <w:br/>
        <w:t>vt 0.500000 0.784302</w:t>
        <w:br/>
        <w:t>vt 0.491699 0.748291</w:t>
        <w:br/>
        <w:t>vt 0.488281 0.788574</w:t>
        <w:br/>
        <w:t>vt 0.488281 0.788574</w:t>
        <w:br/>
        <w:t>vt 0.489014 0.791504</w:t>
        <w:br/>
        <w:t>vt 0.478760 0.795166</w:t>
        <w:br/>
        <w:t>vt 0.486328 0.730225</w:t>
        <w:br/>
        <w:t>vt 0.477783 0.792236</w:t>
        <w:br/>
        <w:t>vt 0.466064 0.800049</w:t>
        <w:br/>
        <w:t>vt 0.481445 0.711914</w:t>
        <w:br/>
        <w:t>vt 0.464844 0.797119</w:t>
        <w:br/>
        <w:t>vt 0.447754 0.807251</w:t>
        <w:br/>
        <w:t>vt 0.446533 0.804443</w:t>
        <w:br/>
        <w:t>vt 0.441162 0.786499</w:t>
        <w:br/>
        <w:t>vt 0.464844 0.797119</w:t>
        <w:br/>
        <w:t>vt 0.446533 0.804443</w:t>
        <w:br/>
        <w:t>vt 0.459717 0.779053</w:t>
        <w:br/>
        <w:t>vt 0.477783 0.792236</w:t>
        <w:br/>
        <w:t>vt 0.436768 0.766357</w:t>
        <w:br/>
        <w:t>vt 0.473145 0.773804</w:t>
        <w:br/>
        <w:t>vt 0.454346 0.759033</w:t>
        <w:br/>
        <w:t>vt 0.483398 0.770752</w:t>
        <w:br/>
        <w:t>vt 0.468018 0.754639</w:t>
        <w:br/>
        <w:t>vt 0.478271 0.751709</w:t>
        <w:br/>
        <w:t>vt 0.447998 0.741211</w:t>
        <w:br/>
        <w:t>vt 0.431396 0.749023</w:t>
        <w:br/>
        <w:t>vt 0.462158 0.736084</w:t>
        <w:br/>
        <w:t>vt 0.469727 0.733154</w:t>
        <w:br/>
        <w:t>vt 0.437500 0.723389</w:t>
        <w:br/>
        <w:t>vt 0.424561 0.732666</w:t>
        <w:br/>
        <w:t>vt 0.448975 0.717773</w:t>
        <w:br/>
        <w:t>vt 0.430420 0.714844</w:t>
        <w:br/>
        <w:t>vt 0.417725 0.723633</w:t>
        <w:br/>
        <w:t>vt 0.437744 0.711670</w:t>
        <w:br/>
        <w:t>vt 0.452881 0.716309</w:t>
        <w:br/>
        <w:t>vt 0.422363 0.707031</w:t>
        <w:br/>
        <w:t>vt 0.410400 0.718018</w:t>
        <w:br/>
        <w:t>vt 0.459961 0.714600</w:t>
        <w:br/>
        <w:t>vt 0.447998 0.707764</w:t>
        <w:br/>
        <w:t>vt 0.473877 0.731934</w:t>
        <w:br/>
        <w:t>vt 0.437012 0.697998</w:t>
        <w:br/>
        <w:t>vt 0.481934 0.730225</w:t>
        <w:br/>
        <w:t>vt 0.429443 0.702148</w:t>
        <w:br/>
        <w:t>vt 0.474854 0.711914</w:t>
        <w:br/>
        <w:t>vt 0.467773 0.712891</w:t>
        <w:br/>
        <w:t>vt 0.463135 0.713867</w:t>
        <w:br/>
        <w:t>vt 0.457275 0.701904</w:t>
        <w:br/>
        <w:t>vt 0.466064 0.695801</w:t>
        <w:br/>
        <w:t>vt 0.452148 0.704590</w:t>
        <w:br/>
        <w:t>vt 0.452393 0.692139</w:t>
        <w:br/>
        <w:t>vt 0.443115 0.693848</w:t>
        <w:br/>
        <w:t>vt 0.441162 0.690186</w:t>
        <w:br/>
        <w:t>vt 0.432861 0.688721</w:t>
        <w:br/>
        <w:t>vt 0.427246 0.692871</w:t>
        <w:br/>
        <w:t>vt 0.437988 0.679199</w:t>
        <w:br/>
        <w:t>vt 0.419922 0.690674</w:t>
        <w:br/>
        <w:t>vt 0.426270 0.687256</w:t>
        <w:br/>
        <w:t>vt 0.412598 0.704102</w:t>
        <w:br/>
        <w:t>vt 0.400146 0.714111</w:t>
        <w:br/>
        <w:t>vt 0.418701 0.685059</w:t>
        <w:br/>
        <w:t>vt 0.402100 0.699951</w:t>
        <w:br/>
        <w:t>vt 0.386719 0.709717</w:t>
        <w:br/>
        <w:t>vt 0.410400 0.688721</w:t>
        <w:br/>
        <w:t>vt 0.380371 0.694336</w:t>
        <w:br/>
        <w:t>vt 0.373779 0.705811</w:t>
        <w:br/>
        <w:t>vt 0.391846 0.697510</w:t>
        <w:br/>
        <w:t>vt 0.386475 0.684814</w:t>
        <w:br/>
        <w:t>vt 0.396484 0.685547</w:t>
        <w:br/>
        <w:t>vt 0.388428 0.681396</w:t>
        <w:br/>
        <w:t>vt 0.409668 0.683105</w:t>
        <w:br/>
        <w:t>vt 0.396973 0.681152</w:t>
        <w:br/>
        <w:t>vt 0.387451 0.677979</w:t>
        <w:br/>
        <w:t>vt 0.397949 0.678223</w:t>
        <w:br/>
        <w:t>vt 0.397949 0.678223</w:t>
        <w:br/>
        <w:t>vt 0.408203 0.678467</w:t>
        <w:br/>
        <w:t>vt 0.408203 0.678467</w:t>
        <w:br/>
        <w:t>vt 0.417969 0.678711</w:t>
        <w:br/>
        <w:t>vt 0.418945 0.672119</w:t>
        <w:br/>
        <w:t>vt 0.423828 0.678711</w:t>
        <w:br/>
        <w:t>vt 0.427979 0.664795</w:t>
        <w:br/>
        <w:t>vt 0.426758 0.670410</w:t>
        <w:br/>
        <w:t>vt 0.428711 0.678955</w:t>
        <w:br/>
        <w:t>vt 0.433350 0.669189</w:t>
        <w:br/>
        <w:t>vt 0.443848 0.664551</w:t>
        <w:br/>
        <w:t>vt 0.441895 0.668213</w:t>
        <w:br/>
        <w:t>vt 0.453369 0.654297</w:t>
        <w:br/>
        <w:t>vt 0.452881 0.666748</w:t>
        <w:br/>
        <w:t>vt 0.448486 0.679443</w:t>
        <w:br/>
        <w:t>vt 0.458984 0.657471</w:t>
        <w:br/>
        <w:t>vt 0.459961 0.670898</w:t>
        <w:br/>
        <w:t>vt 0.467285 0.662354</w:t>
        <w:br/>
        <w:t>vt 0.468262 0.670410</w:t>
        <w:br/>
        <w:t>vt 0.459229 0.679443</w:t>
        <w:br/>
        <w:t>vt 0.462646 0.673096</w:t>
        <w:br/>
        <w:t>vt 0.468750 0.672852</w:t>
        <w:br/>
        <w:t>vt 0.459717 0.687988</w:t>
        <w:br/>
        <w:t>vt 0.462158 0.679932</w:t>
        <w:br/>
        <w:t>vt 0.462402 0.685791</w:t>
        <w:br/>
        <w:t>vt 0.467041 0.688477</w:t>
        <w:br/>
        <w:t>vt 0.468262 0.679932</w:t>
        <w:br/>
        <w:t>vt 0.468750 0.686523</w:t>
        <w:br/>
        <w:t>vt 0.468750 0.695801</w:t>
        <w:br/>
        <w:t>vt 0.471680 0.689209</w:t>
        <w:br/>
        <w:t>vt 0.471924 0.695801</w:t>
        <w:br/>
        <w:t>vt 0.478271 0.696289</w:t>
        <w:br/>
        <w:t>vt 0.478516 0.689697</w:t>
        <w:br/>
        <w:t>vt 0.494141 0.690430</w:t>
        <w:br/>
        <w:t>vt 0.472656 0.687256</w:t>
        <w:br/>
        <w:t>vt 0.479004 0.687256</w:t>
        <w:br/>
        <w:t>vt 0.494629 0.687988</w:t>
        <w:br/>
        <w:t>vt 0.479980 0.680420</w:t>
        <w:br/>
        <w:t>vt 0.473145 0.679443</w:t>
        <w:br/>
        <w:t>vt 0.005730 0.270996</w:t>
        <w:br/>
        <w:t>vt 0.023224 0.270996</w:t>
        <w:br/>
        <w:t>vt 0.005730 0.273926</w:t>
        <w:br/>
        <w:t>vt 0.023117 0.274414</w:t>
        <w:br/>
        <w:t>vt 0.039703 0.270996</w:t>
        <w:br/>
        <w:t>vt 0.052551 0.274414</w:t>
        <w:br/>
        <w:t>vt 0.052551 0.270996</w:t>
        <w:br/>
        <w:t>vt 0.039886 0.273926</w:t>
        <w:br/>
        <w:t>vt 0.052551 0.295898</w:t>
        <w:br/>
        <w:t>vt 0.039886 0.273926</w:t>
        <w:br/>
        <w:t>vt 0.052551 0.274414</w:t>
        <w:br/>
        <w:t>vt 0.039154 0.295898</w:t>
        <w:br/>
        <w:t>vt 0.023117 0.274414</w:t>
        <w:br/>
        <w:t>vt 0.052551 0.323242</w:t>
        <w:br/>
        <w:t>vt 0.021530 0.296875</w:t>
        <w:br/>
        <w:t>vt 0.005730 0.273926</w:t>
        <w:br/>
        <w:t>vt 0.005730 0.297852</w:t>
        <w:br/>
        <w:t>vt 0.038025 0.324707</w:t>
        <w:br/>
        <w:t>vt 0.052551 0.339844</w:t>
        <w:br/>
        <w:t>vt 0.020523 0.325684</w:t>
        <w:br/>
        <w:t>vt 0.005730 0.326660</w:t>
        <w:br/>
        <w:t>vt 0.037384 0.341309</w:t>
        <w:br/>
        <w:t>vt 0.052551 0.354980</w:t>
        <w:br/>
        <w:t>vt 0.020096 0.342285</w:t>
        <w:br/>
        <w:t>vt 0.005730 0.343262</w:t>
        <w:br/>
        <w:t>vt 0.036835 0.355957</w:t>
        <w:br/>
        <w:t>vt 0.052551 0.374512</w:t>
        <w:br/>
        <w:t>vt 0.019714 0.356934</w:t>
        <w:br/>
        <w:t>vt 0.005730 0.358398</w:t>
        <w:br/>
        <w:t>vt 0.036469 0.375000</w:t>
        <w:br/>
        <w:t>vt 0.052551 0.396973</w:t>
        <w:br/>
        <w:t>vt 0.019470 0.375977</w:t>
        <w:br/>
        <w:t>vt 0.005730 0.377441</w:t>
        <w:br/>
        <w:t>vt 0.036621 0.397949</w:t>
        <w:br/>
        <w:t>vt 0.052551 0.426270</w:t>
        <w:br/>
        <w:t>vt 0.019974 0.398926</w:t>
        <w:br/>
        <w:t>vt 0.005730 0.399414</w:t>
        <w:br/>
        <w:t>vt 0.005730 0.429199</w:t>
        <w:br/>
        <w:t>vt 0.037079 0.426758</w:t>
        <w:br/>
        <w:t>vt 0.052551 0.455078</w:t>
        <w:br/>
        <w:t>vt 0.020752 0.428223</w:t>
        <w:br/>
        <w:t>vt 0.037354 0.456055</w:t>
        <w:br/>
        <w:t>vt 0.052551 0.485352</w:t>
        <w:br/>
        <w:t>vt 0.021210 0.457520</w:t>
        <w:br/>
        <w:t>vt 0.005730 0.458496</w:t>
        <w:br/>
        <w:t>vt 0.037384 0.485840</w:t>
        <w:br/>
        <w:t>vt 0.052551 0.518066</w:t>
        <w:br/>
        <w:t>vt 0.021240 0.487305</w:t>
        <w:br/>
        <w:t>vt 0.005730 0.488281</w:t>
        <w:br/>
        <w:t>vt 0.037262 0.519287</w:t>
        <w:br/>
        <w:t>vt 0.052551 0.543945</w:t>
        <w:br/>
        <w:t>vt 0.020538 0.520996</w:t>
        <w:br/>
        <w:t>vt 0.005730 0.522461</w:t>
        <w:br/>
        <w:t>vt 0.036987 0.545654</w:t>
        <w:br/>
        <w:t>vt 0.052551 0.569824</w:t>
        <w:br/>
        <w:t>vt 0.020370 0.547363</w:t>
        <w:br/>
        <w:t>vt 0.005730 0.549316</w:t>
        <w:br/>
        <w:t>vt 0.036896 0.571533</w:t>
        <w:br/>
        <w:t>vt 0.052551 0.585938</w:t>
        <w:br/>
        <w:t>vt 0.020706 0.572998</w:t>
        <w:br/>
        <w:t>vt 0.005730 0.575928</w:t>
        <w:br/>
        <w:t>vt 0.037109 0.588379</w:t>
        <w:br/>
        <w:t>vt 0.052551 0.600342</w:t>
        <w:br/>
        <w:t>vt 0.021164 0.591064</w:t>
        <w:br/>
        <w:t>vt 0.005730 0.594971</w:t>
        <w:br/>
        <w:t>vt 0.037537 0.602295</w:t>
        <w:br/>
        <w:t>vt 0.052551 0.612793</w:t>
        <w:br/>
        <w:t>vt 0.021591 0.604736</w:t>
        <w:br/>
        <w:t>vt 0.005730 0.608643</w:t>
        <w:br/>
        <w:t>vt 0.038025 0.614746</w:t>
        <w:br/>
        <w:t>vt 0.052551 0.627930</w:t>
        <w:br/>
        <w:t>vt 0.022018 0.617188</w:t>
        <w:br/>
        <w:t>vt 0.005730 0.619629</w:t>
        <w:br/>
        <w:t>vt 0.038513 0.628906</w:t>
        <w:br/>
        <w:t>vt 0.052551 0.642578</w:t>
        <w:br/>
        <w:t>vt 0.022171 0.630371</w:t>
        <w:br/>
        <w:t>vt 0.005730 0.632568</w:t>
        <w:br/>
        <w:t>vt 0.039032 0.644043</w:t>
        <w:br/>
        <w:t>vt 0.052551 0.660400</w:t>
        <w:br/>
        <w:t>vt 0.022430 0.644775</w:t>
        <w:br/>
        <w:t>vt 0.005730 0.644775</w:t>
        <w:br/>
        <w:t>vt 0.005730 0.660156</w:t>
        <w:br/>
        <w:t>vt 0.039246 0.659180</w:t>
        <w:br/>
        <w:t>vt 0.052551 0.673096</w:t>
        <w:br/>
        <w:t>vt 0.039154 0.673096</w:t>
        <w:br/>
        <w:t>vt 0.022186 0.659912</w:t>
        <w:br/>
        <w:t>vt 0.005730 0.673096</w:t>
        <w:br/>
        <w:t>vt 0.021896 0.673096</w:t>
        <w:br/>
        <w:t>vt 0.730957 0.736084</w:t>
        <w:br/>
        <w:t>vt 0.739258 0.736084</w:t>
        <w:br/>
        <w:t>vt 0.728027 0.732910</w:t>
        <w:br/>
        <w:t>vt 0.737793 0.732422</w:t>
        <w:br/>
        <w:t>vt 0.769531 0.736084</w:t>
        <w:br/>
        <w:t>vt 0.736816 0.701416</w:t>
        <w:br/>
        <w:t>vt 0.728027 0.732910</w:t>
        <w:br/>
        <w:t>vt 0.737793 0.732422</w:t>
        <w:br/>
        <w:t>vt 0.728027 0.701172</w:t>
        <w:br/>
        <w:t>vt 0.728027 0.670898</w:t>
        <w:br/>
        <w:t>vt 0.771973 0.732178</w:t>
        <w:br/>
        <w:t>vt 0.771973 0.732178</w:t>
        <w:br/>
        <w:t>vt 0.736816 0.701416</w:t>
        <w:br/>
        <w:t>vt 0.737793 0.732422</w:t>
        <w:br/>
        <w:t>vt 0.780762 0.733398</w:t>
        <w:br/>
        <w:t>vt 0.777344 0.736084</w:t>
        <w:br/>
        <w:t>vt 0.737305 0.674072</w:t>
        <w:br/>
        <w:t>vt 0.780762 0.733398</w:t>
        <w:br/>
        <w:t>vt 0.772461 0.700928</w:t>
        <w:br/>
        <w:t>vt 0.771973 0.732178</w:t>
        <w:br/>
        <w:t>vt 0.772461 0.700928</w:t>
        <w:br/>
        <w:t>vt 0.737305 0.674072</w:t>
        <w:br/>
        <w:t>vt 0.780762 0.699219</w:t>
        <w:br/>
        <w:t>vt 0.755371 0.655029</w:t>
        <w:br/>
        <w:t>vt 0.772461 0.673584</w:t>
        <w:br/>
        <w:t>vt 0.772461 0.673584</w:t>
        <w:br/>
        <w:t>vt 0.780762 0.670166</w:t>
        <w:br/>
        <w:t>vt 0.755371 0.655029</w:t>
        <w:br/>
        <w:t>vt 0.755859 0.662598</w:t>
        <w:br/>
        <w:t>vt 0.755859 0.662598</w:t>
        <w:br/>
        <w:t>vt 0.755859 0.662598</w:t>
        <w:br/>
        <w:t>vt 0.728027 0.732910</w:t>
        <w:br/>
        <w:t>vt 0.739258 0.736084</w:t>
        <w:br/>
        <w:t>vt 0.730957 0.736084</w:t>
        <w:br/>
        <w:t>vt 0.737793 0.732422</w:t>
        <w:br/>
        <w:t>vt 0.769531 0.736084</w:t>
        <w:br/>
        <w:t>vt 0.736816 0.701416</w:t>
        <w:br/>
        <w:t>vt 0.737793 0.732422</w:t>
        <w:br/>
        <w:t>vt 0.728027 0.732910</w:t>
        <w:br/>
        <w:t>vt 0.728027 0.701172</w:t>
        <w:br/>
        <w:t>vt 0.728027 0.670898</w:t>
        <w:br/>
        <w:t>vt 0.771973 0.732178</w:t>
        <w:br/>
        <w:t>vt 0.736816 0.701416</w:t>
        <w:br/>
        <w:t>vt 0.771973 0.732178</w:t>
        <w:br/>
        <w:t>vt 0.737793 0.732422</w:t>
        <w:br/>
        <w:t>vt 0.780762 0.733398</w:t>
        <w:br/>
        <w:t>vt 0.777344 0.736084</w:t>
        <w:br/>
        <w:t>vt 0.772461 0.700928</w:t>
        <w:br/>
        <w:t>vt 0.780762 0.733398</w:t>
        <w:br/>
        <w:t>vt 0.771973 0.732178</w:t>
        <w:br/>
        <w:t>vt 0.772461 0.700928</w:t>
        <w:br/>
        <w:t>vt 0.780762 0.699219</w:t>
        <w:br/>
        <w:t>vt 0.737305 0.674072</w:t>
        <w:br/>
        <w:t>vt 0.737305 0.674072</w:t>
        <w:br/>
        <w:t>vt 0.755371 0.655029</w:t>
        <w:br/>
        <w:t>vt 0.772461 0.673584</w:t>
        <w:br/>
        <w:t>vt 0.772461 0.673584</w:t>
        <w:br/>
        <w:t>vt 0.780762 0.670166</w:t>
        <w:br/>
        <w:t>vt 0.755371 0.655029</w:t>
        <w:br/>
        <w:t>vt 0.755859 0.662598</w:t>
        <w:br/>
        <w:t>vt 0.755859 0.662598</w:t>
        <w:br/>
        <w:t>vt 0.755859 0.662598</w:t>
        <w:br/>
        <w:t>vt 0.023224 0.270996</w:t>
        <w:br/>
        <w:t>vt 0.005730 0.270996</w:t>
        <w:br/>
        <w:t>vt 0.005730 0.273926</w:t>
        <w:br/>
        <w:t>vt 0.023117 0.274414</w:t>
        <w:br/>
        <w:t>vt 0.039703 0.270996</w:t>
        <w:br/>
        <w:t>vt 0.052551 0.274414</w:t>
        <w:br/>
        <w:t>vt 0.052551 0.270996</w:t>
        <w:br/>
        <w:t>vt 0.039886 0.273926</w:t>
        <w:br/>
        <w:t>vt 0.039886 0.273926</w:t>
        <w:br/>
        <w:t>vt 0.052551 0.295898</w:t>
        <w:br/>
        <w:t>vt 0.052551 0.274414</w:t>
        <w:br/>
        <w:t>vt 0.039154 0.295898</w:t>
        <w:br/>
        <w:t>vt 0.023117 0.274414</w:t>
        <w:br/>
        <w:t>vt 0.052551 0.323242</w:t>
        <w:br/>
        <w:t>vt 0.005730 0.273926</w:t>
        <w:br/>
        <w:t>vt 0.021530 0.296875</w:t>
        <w:br/>
        <w:t>vt 0.005730 0.297852</w:t>
        <w:br/>
        <w:t>vt 0.038025 0.324707</w:t>
        <w:br/>
        <w:t>vt 0.052551 0.339844</w:t>
        <w:br/>
        <w:t>vt 0.020523 0.325684</w:t>
        <w:br/>
        <w:t>vt 0.005730 0.326660</w:t>
        <w:br/>
        <w:t>vt 0.037384 0.341309</w:t>
        <w:br/>
        <w:t>vt 0.052551 0.354980</w:t>
        <w:br/>
        <w:t>vt 0.020096 0.342285</w:t>
        <w:br/>
        <w:t>vt 0.005730 0.343262</w:t>
        <w:br/>
        <w:t>vt 0.036835 0.355957</w:t>
        <w:br/>
        <w:t>vt 0.052551 0.374512</w:t>
        <w:br/>
        <w:t>vt 0.019714 0.356934</w:t>
        <w:br/>
        <w:t>vt 0.005730 0.358398</w:t>
        <w:br/>
        <w:t>vt 0.036469 0.375000</w:t>
        <w:br/>
        <w:t>vt 0.052551 0.396973</w:t>
        <w:br/>
        <w:t>vt 0.019470 0.375977</w:t>
        <w:br/>
        <w:t>vt 0.005730 0.377441</w:t>
        <w:br/>
        <w:t>vt 0.036621 0.397949</w:t>
        <w:br/>
        <w:t>vt 0.052551 0.426270</w:t>
        <w:br/>
        <w:t>vt 0.019974 0.398926</w:t>
        <w:br/>
        <w:t>vt 0.005730 0.399414</w:t>
        <w:br/>
        <w:t>vt 0.037079 0.426758</w:t>
        <w:br/>
        <w:t>vt 0.052551 0.455078</w:t>
        <w:br/>
        <w:t>vt 0.005730 0.429199</w:t>
        <w:br/>
        <w:t>vt 0.037354 0.456055</w:t>
        <w:br/>
        <w:t>vt 0.052551 0.485352</w:t>
        <w:br/>
        <w:t>vt 0.020752 0.428223</w:t>
        <w:br/>
        <w:t>vt 0.021210 0.457520</w:t>
        <w:br/>
        <w:t>vt 0.005730 0.458496</w:t>
        <w:br/>
        <w:t>vt 0.037384 0.485840</w:t>
        <w:br/>
        <w:t>vt 0.052551 0.518066</w:t>
        <w:br/>
        <w:t>vt 0.021240 0.487305</w:t>
        <w:br/>
        <w:t>vt 0.005730 0.488281</w:t>
        <w:br/>
        <w:t>vt 0.037262 0.519287</w:t>
        <w:br/>
        <w:t>vt 0.052551 0.543945</w:t>
        <w:br/>
        <w:t>vt 0.020538 0.520996</w:t>
        <w:br/>
        <w:t>vt 0.005730 0.522461</w:t>
        <w:br/>
        <w:t>vt 0.036987 0.545654</w:t>
        <w:br/>
        <w:t>vt 0.052551 0.569824</w:t>
        <w:br/>
        <w:t>vt 0.020370 0.547363</w:t>
        <w:br/>
        <w:t>vt 0.005730 0.549316</w:t>
        <w:br/>
        <w:t>vt 0.036896 0.571533</w:t>
        <w:br/>
        <w:t>vt 0.052551 0.585938</w:t>
        <w:br/>
        <w:t>vt 0.020706 0.572998</w:t>
        <w:br/>
        <w:t>vt 0.005730 0.575928</w:t>
        <w:br/>
        <w:t>vt 0.037109 0.588379</w:t>
        <w:br/>
        <w:t>vt 0.052551 0.600342</w:t>
        <w:br/>
        <w:t>vt 0.021164 0.591064</w:t>
        <w:br/>
        <w:t>vt 0.005730 0.594971</w:t>
        <w:br/>
        <w:t>vt 0.037537 0.602295</w:t>
        <w:br/>
        <w:t>vt 0.052551 0.612793</w:t>
        <w:br/>
        <w:t>vt 0.021591 0.604736</w:t>
        <w:br/>
        <w:t>vt 0.005730 0.608643</w:t>
        <w:br/>
        <w:t>vt 0.038025 0.614746</w:t>
        <w:br/>
        <w:t>vt 0.052551 0.627930</w:t>
        <w:br/>
        <w:t>vt 0.022018 0.617188</w:t>
        <w:br/>
        <w:t>vt 0.005730 0.619629</w:t>
        <w:br/>
        <w:t>vt 0.038513 0.628906</w:t>
        <w:br/>
        <w:t>vt 0.052551 0.642578</w:t>
        <w:br/>
        <w:t>vt 0.022171 0.630371</w:t>
        <w:br/>
        <w:t>vt 0.005730 0.632568</w:t>
        <w:br/>
        <w:t>vt 0.039032 0.644043</w:t>
        <w:br/>
        <w:t>vt 0.052551 0.660400</w:t>
        <w:br/>
        <w:t>vt 0.022430 0.644775</w:t>
        <w:br/>
        <w:t>vt 0.005730 0.644775</w:t>
        <w:br/>
        <w:t>vt 0.005730 0.660156</w:t>
        <w:br/>
        <w:t>vt 0.039246 0.659180</w:t>
        <w:br/>
        <w:t>vt 0.052551 0.673096</w:t>
        <w:br/>
        <w:t>vt 0.039154 0.673096</w:t>
        <w:br/>
        <w:t>vt 0.022186 0.659912</w:t>
        <w:br/>
        <w:t>vt 0.005730 0.673096</w:t>
        <w:br/>
        <w:t>vt 0.021896 0.673096</w:t>
        <w:br/>
        <w:t>vt 0.674316 0.430176</w:t>
        <w:br/>
        <w:t>vt 0.666992 0.419922</w:t>
        <w:br/>
        <w:t>vt 0.674316 0.419922</w:t>
        <w:br/>
        <w:t>vt 0.666992 0.430176</w:t>
        <w:br/>
        <w:t>vt 0.659668 0.419922</w:t>
        <w:br/>
        <w:t>vt 0.666992 0.430176</w:t>
        <w:br/>
        <w:t>vt 0.674316 0.430176</w:t>
        <w:br/>
        <w:t>vt 0.666992 0.431152</w:t>
        <w:br/>
        <w:t>vt 0.674316 0.431152</w:t>
        <w:br/>
        <w:t>vt 0.674316 0.433594</w:t>
        <w:br/>
        <w:t>vt 0.666992 0.431152</w:t>
        <w:br/>
        <w:t>vt 0.674316 0.431152</w:t>
        <w:br/>
        <w:t>vt 0.666992 0.433594</w:t>
        <w:br/>
        <w:t>vt 0.659668 0.431152</w:t>
        <w:br/>
        <w:t>vt 0.659668 0.431152</w:t>
        <w:br/>
        <w:t>vt 0.659668 0.433594</w:t>
        <w:br/>
        <w:t>vt 0.651855 0.433594</w:t>
        <w:br/>
        <w:t>vt 0.659668 0.430176</w:t>
        <w:br/>
        <w:t>vt 0.659668 0.430176</w:t>
        <w:br/>
        <w:t>vt 0.651855 0.431152</w:t>
        <w:br/>
        <w:t>vt 0.651855 0.431152</w:t>
        <w:br/>
        <w:t>vt 0.644043 0.431152</w:t>
        <w:br/>
        <w:t>vt 0.644043 0.433594</w:t>
        <w:br/>
        <w:t>vt 0.644531 0.430176</w:t>
        <w:br/>
        <w:t>vt 0.644043 0.431152</w:t>
        <w:br/>
        <w:t>vt 0.651855 0.430176</w:t>
        <w:br/>
        <w:t>vt 0.651855 0.430176</w:t>
        <w:br/>
        <w:t>vt 0.651855 0.419922</w:t>
        <w:br/>
        <w:t>vt 0.644531 0.430176</w:t>
        <w:br/>
        <w:t>vt 0.644531 0.430176</w:t>
        <w:br/>
        <w:t>vt 0.646973 0.426758</w:t>
        <w:br/>
        <w:t>vt 0.645996 0.428711</w:t>
        <w:br/>
        <w:t>vt 0.643555 0.429199</w:t>
        <w:br/>
        <w:t>vt 0.645996 0.428711</w:t>
        <w:br/>
        <w:t>vt 0.644531 0.430176</w:t>
        <w:br/>
        <w:t>vt 0.645996 0.424805</w:t>
        <w:br/>
        <w:t>vt 0.644531 0.419922</w:t>
        <w:br/>
        <w:t>vt 0.644043 0.423340</w:t>
        <w:br/>
        <w:t>vt 0.645996 0.424805</w:t>
        <w:br/>
        <w:t>vt 0.643555 0.424316</w:t>
        <w:br/>
        <w:t>vt 0.644043 0.423340</w:t>
        <w:br/>
        <w:t>vt 0.645508 0.426758</w:t>
        <w:br/>
        <w:t>vt 0.646973 0.426758</w:t>
        <w:br/>
        <w:t>vt 0.645020 0.425293</w:t>
        <w:br/>
        <w:t>vt 0.645020 0.425293</w:t>
        <w:br/>
        <w:t>vt 0.643555 0.429199</w:t>
        <w:br/>
        <w:t>vt 0.643555 0.424316</w:t>
        <w:br/>
        <w:t>vt 0.645020 0.428223</w:t>
        <w:br/>
        <w:t>vt 0.645508 0.426758</w:t>
        <w:br/>
        <w:t>vt 0.645020 0.428223</w:t>
        <w:br/>
        <w:t>vt 0.341553 0.093750</w:t>
        <w:br/>
        <w:t>vt 0.333008 0.102539</w:t>
        <w:br/>
        <w:t>vt 0.333008 0.093750</w:t>
        <w:br/>
        <w:t>vt 0.341553 0.102539</w:t>
        <w:br/>
        <w:t>vt 0.354492 0.093750</w:t>
        <w:br/>
        <w:t>vt 0.342041 0.166016</w:t>
        <w:br/>
        <w:t>vt 0.333008 0.166016</w:t>
        <w:br/>
        <w:t>vt 0.333008 0.166992</w:t>
        <w:br/>
        <w:t>vt 0.354492 0.102539</w:t>
        <w:br/>
        <w:t>vt 0.367432 0.102539</w:t>
        <w:br/>
        <w:t>vt 0.367432 0.093750</w:t>
        <w:br/>
        <w:t>vt 0.380371 0.093750</w:t>
        <w:br/>
        <w:t>vt 0.354736 0.166016</w:t>
        <w:br/>
        <w:t>vt 0.380371 0.102539</w:t>
        <w:br/>
        <w:t>vt 0.393311 0.093750</w:t>
        <w:br/>
        <w:t>vt 0.367432 0.166016</w:t>
        <w:br/>
        <w:t>vt 0.393311 0.102539</w:t>
        <w:br/>
        <w:t>vt 0.406250 0.093750</w:t>
        <w:br/>
        <w:t>vt 0.380371 0.166016</w:t>
        <w:br/>
        <w:t>vt 0.367432 0.166992</w:t>
        <w:br/>
        <w:t>vt 0.406250 0.102539</w:t>
        <w:br/>
        <w:t>vt 0.419189 0.093750</w:t>
        <w:br/>
        <w:t>vt 0.419189 0.102539</w:t>
        <w:br/>
        <w:t>vt 0.393066 0.166016</w:t>
        <w:br/>
        <w:t>vt 0.405762 0.166016</w:t>
        <w:br/>
        <w:t>vt 0.419189 0.166016</w:t>
        <w:br/>
        <w:t>vt 0.419189 0.166992</w:t>
        <w:br/>
        <w:t>vt 0.380371 0.166992</w:t>
        <w:br/>
        <w:t>vt 0.393066 0.166992</w:t>
        <w:br/>
        <w:t>vt 0.405762 0.166992</w:t>
        <w:br/>
        <w:t>vt 0.405762 0.168945</w:t>
        <w:br/>
        <w:t>vt 0.419189 0.168945</w:t>
        <w:br/>
        <w:t>vt 0.419189 0.169922</w:t>
        <w:br/>
        <w:t>vt 0.380371 0.168945</w:t>
        <w:br/>
        <w:t>vt 0.405762 0.169922</w:t>
        <w:br/>
        <w:t>vt 0.419189 0.176758</w:t>
        <w:br/>
        <w:t>vt 0.405762 0.176758</w:t>
        <w:br/>
        <w:t>vt 0.393066 0.176758</w:t>
        <w:br/>
        <w:t>vt 0.393066 0.168945</w:t>
        <w:br/>
        <w:t>vt 0.393066 0.169922</w:t>
        <w:br/>
        <w:t>vt 0.380371 0.176758</w:t>
        <w:br/>
        <w:t>vt 0.380371 0.169922</w:t>
        <w:br/>
        <w:t>vt 0.367676 0.169922</w:t>
        <w:br/>
        <w:t>vt 0.367676 0.176758</w:t>
        <w:br/>
        <w:t>vt 0.354980 0.176758</w:t>
        <w:br/>
        <w:t>vt 0.367676 0.168945</w:t>
        <w:br/>
        <w:t>vt 0.354980 0.169922</w:t>
        <w:br/>
        <w:t>vt 0.342285 0.176758</w:t>
        <w:br/>
        <w:t>vt 0.354736 0.166992</w:t>
        <w:br/>
        <w:t>vt 0.354980 0.168945</w:t>
        <w:br/>
        <w:t>vt 0.342041 0.169922</w:t>
        <w:br/>
        <w:t>vt 0.333008 0.176758</w:t>
        <w:br/>
        <w:t>vt 0.333008 0.169922</w:t>
        <w:br/>
        <w:t>vt 0.342041 0.168945</w:t>
        <w:br/>
        <w:t>vt 0.333008 0.168945</w:t>
        <w:br/>
        <w:t>vt 0.342041 0.166992</w:t>
        <w:br/>
        <w:t>vt 0.358887 0.376953</w:t>
        <w:br/>
        <w:t>vt 0.362305 0.385254</w:t>
        <w:br/>
        <w:t>vt 0.358887 0.385254</w:t>
        <w:br/>
        <w:t>vt 0.362061 0.377441</w:t>
        <w:br/>
        <w:t>vt 0.365479 0.385254</w:t>
        <w:br/>
        <w:t>vt 0.362061 0.366699</w:t>
        <w:br/>
        <w:t>vt 0.358887 0.366699</w:t>
        <w:br/>
        <w:t>vt 0.358887 0.355957</w:t>
        <w:br/>
        <w:t>vt 0.365234 0.377441</w:t>
        <w:br/>
        <w:t>vt 0.362061 0.355957</w:t>
        <w:br/>
        <w:t>vt 0.365234 0.366699</w:t>
        <w:br/>
        <w:t>vt 0.367432 0.377441</w:t>
        <w:br/>
        <w:t>vt 0.367432 0.385254</w:t>
        <w:br/>
        <w:t>vt 0.373047 0.385254</w:t>
        <w:br/>
        <w:t>vt 0.365234 0.355957</w:t>
        <w:br/>
        <w:t>vt 0.362061 0.355957</w:t>
        <w:br/>
        <w:t>vt 0.367432 0.366699</w:t>
        <w:br/>
        <w:t>vt 0.373047 0.377441</w:t>
        <w:br/>
        <w:t>vt 0.378418 0.385254</w:t>
        <w:br/>
        <w:t>vt 0.373047 0.366699</w:t>
        <w:br/>
        <w:t>vt 0.379395 0.377441</w:t>
        <w:br/>
        <w:t>vt 0.379395 0.385254</w:t>
        <w:br/>
        <w:t>vt 0.378418 0.377441</w:t>
        <w:br/>
        <w:t>vt 0.378418 0.366699</w:t>
        <w:br/>
        <w:t>vt 0.379395 0.366699</w:t>
        <w:br/>
        <w:t>vt 0.378418 0.355469</w:t>
        <w:br/>
        <w:t>vt 0.379395 0.355957</w:t>
        <w:br/>
        <w:t>vt 0.373047 0.355957</w:t>
        <w:br/>
        <w:t>vt 0.378418 0.348145</w:t>
        <w:br/>
        <w:t>vt 0.379395 0.348145</w:t>
        <w:br/>
        <w:t>vt 0.379395 0.342285</w:t>
        <w:br/>
        <w:t>vt 0.373291 0.348145</w:t>
        <w:br/>
        <w:t>vt 0.378418 0.342285</w:t>
        <w:br/>
        <w:t>vt 0.379395 0.333984</w:t>
        <w:br/>
        <w:t>vt 0.373047 0.342773</w:t>
        <w:br/>
        <w:t>vt 0.378418 0.333984</w:t>
        <w:br/>
        <w:t>vt 0.371582 0.348145</w:t>
        <w:br/>
        <w:t>vt 0.373047 0.333984</w:t>
        <w:br/>
        <w:t>vt 0.378418 0.323242</w:t>
        <w:br/>
        <w:t>vt 0.379395 0.323242</w:t>
        <w:br/>
        <w:t>vt 0.379395 0.312012</w:t>
        <w:br/>
        <w:t>vt 0.378418 0.312012</w:t>
        <w:br/>
        <w:t>vt 0.373047 0.312012</w:t>
        <w:br/>
        <w:t>vt 0.373047 0.323242</w:t>
        <w:br/>
        <w:t>vt 0.367676 0.312012</w:t>
        <w:br/>
        <w:t>vt 0.370850 0.342773</w:t>
        <w:br/>
        <w:t>vt 0.367432 0.333984</w:t>
        <w:br/>
        <w:t>vt 0.367432 0.323242</w:t>
        <w:br/>
        <w:t>vt 0.365234 0.323242</w:t>
        <w:br/>
        <w:t>vt 0.365234 0.312012</w:t>
        <w:br/>
        <w:t>vt 0.362061 0.312012</w:t>
        <w:br/>
        <w:t>vt 0.362061 0.322754</w:t>
        <w:br/>
        <w:t>vt 0.358887 0.312012</w:t>
        <w:br/>
        <w:t>vt 0.358887 0.323242</w:t>
        <w:br/>
        <w:t>vt 0.362061 0.333984</w:t>
        <w:br/>
        <w:t>vt 0.358887 0.333984</w:t>
        <w:br/>
        <w:t>vt 0.365234 0.333984</w:t>
        <w:br/>
        <w:t>vt 0.361816 0.343750</w:t>
        <w:br/>
        <w:t>vt 0.358887 0.344727</w:t>
        <w:br/>
        <w:t>vt 0.365234 0.341797</w:t>
        <w:br/>
        <w:t>vt 0.361572 0.348633</w:t>
        <w:br/>
        <w:t>vt 0.362549 0.344238</w:t>
        <w:br/>
        <w:t>vt 0.367432 0.342285</w:t>
        <w:br/>
        <w:t>vt 0.365234 0.342773</w:t>
        <w:br/>
        <w:t>vt 0.370117 0.343750</w:t>
        <w:br/>
        <w:t>vt 0.371582 0.348145</w:t>
        <w:br/>
        <w:t>vt 0.370117 0.343750</w:t>
        <w:br/>
        <w:t>vt 0.370850 0.342773</w:t>
        <w:br/>
        <w:t>vt 0.367188 0.343262</w:t>
        <w:br/>
        <w:t>vt 0.365234 0.342773</w:t>
        <w:br/>
        <w:t>vt 0.370361 0.348145</w:t>
        <w:br/>
        <w:t>vt 0.367188 0.343262</w:t>
        <w:br/>
        <w:t>vt 0.370361 0.348145</w:t>
        <w:br/>
        <w:t>vt 0.365234 0.342773</w:t>
        <w:br/>
        <w:t>vt 0.365479 0.348633</w:t>
        <w:br/>
        <w:t>vt 0.367432 0.348633</w:t>
        <w:br/>
        <w:t>vt 0.370361 0.354004</w:t>
        <w:br/>
        <w:t>vt 0.370361 0.354004</w:t>
        <w:br/>
        <w:t>vt 0.371094 0.354492</w:t>
        <w:br/>
        <w:t>vt 0.371094 0.354492</w:t>
        <w:br/>
        <w:t>vt 0.367188 0.354492</w:t>
        <w:br/>
        <w:t>vt 0.367432 0.354980</w:t>
        <w:br/>
        <w:t>vt 0.370361 0.354004</w:t>
        <w:br/>
        <w:t>vt 0.371094 0.354492</w:t>
        <w:br/>
        <w:t>vt 0.367432 0.355957</w:t>
        <w:br/>
        <w:t>vt 0.367432 0.354980</w:t>
        <w:br/>
        <w:t>vt 0.365234 0.354980</w:t>
        <w:br/>
        <w:t>vt 0.362549 0.353516</w:t>
        <w:br/>
        <w:t>vt 0.365234 0.354980</w:t>
        <w:br/>
        <w:t>vt 0.361816 0.354004</w:t>
        <w:br/>
        <w:t>vt 0.361816 0.354004</w:t>
        <w:br/>
        <w:t>vt 0.362549 0.348633</w:t>
        <w:br/>
        <w:t>vt 0.362549 0.348633</w:t>
        <w:br/>
        <w:t>vt 0.306885 0.784424</w:t>
        <w:br/>
        <w:t>vt 0.319092 0.778931</w:t>
        <w:br/>
        <w:t>vt 0.306885 0.775757</w:t>
        <w:br/>
        <w:t>vt 0.315186 0.786621</w:t>
        <w:br/>
        <w:t>vt 0.306885 0.788574</w:t>
        <w:br/>
        <w:t>vt 0.321777 0.791748</w:t>
        <w:br/>
        <w:t>vt 0.328613 0.786621</w:t>
        <w:br/>
        <w:t>vt 0.332275 0.795288</w:t>
        <w:br/>
        <w:t>vt 0.313721 0.790405</w:t>
        <w:br/>
        <w:t>vt 0.306885 0.816040</w:t>
        <w:br/>
        <w:t>vt 0.318604 0.794312</w:t>
        <w:br/>
        <w:t>vt 0.324707 0.799438</w:t>
        <w:br/>
        <w:t>vt 0.333008 0.801758</w:t>
        <w:br/>
        <w:t>vt 0.311523 0.815308</w:t>
        <w:br/>
        <w:t>vt 0.306885 0.820312</w:t>
        <w:br/>
        <w:t>vt 0.316895 0.811890</w:t>
        <w:br/>
        <w:t>vt 0.320801 0.800171</w:t>
        <w:br/>
        <w:t>vt 0.324219 0.807739</w:t>
        <w:br/>
        <w:t>vt 0.332520 0.810425</w:t>
        <w:br/>
        <w:t>vt 0.320557 0.806519</w:t>
        <w:br/>
        <w:t>vt 0.320557 0.806519</w:t>
        <w:br/>
        <w:t>vt 0.325928 0.820923</w:t>
        <w:br/>
        <w:t>vt 0.319824 0.814819</w:t>
        <w:br/>
        <w:t>vt 0.312744 0.819336</w:t>
        <w:br/>
        <w:t>vt 0.315430 0.827637</w:t>
        <w:br/>
        <w:t>vt 0.306885 0.828979</w:t>
        <w:br/>
        <w:t>vt 0.260254 0.653320</w:t>
        <w:br/>
        <w:t>vt 0.259521 0.661621</w:t>
        <w:br/>
        <w:t>vt 0.257080 0.652832</w:t>
        <w:br/>
        <w:t>vt 0.256348 0.662354</w:t>
        <w:br/>
        <w:t>vt 0.256348 0.662354</w:t>
        <w:br/>
        <w:t>vt 0.252930 0.652344</w:t>
        <w:br/>
        <w:t>vt 0.257080 0.652832</w:t>
        <w:br/>
        <w:t>vt 0.252930 0.663330</w:t>
        <w:br/>
        <w:t>vt 0.257324 0.669922</w:t>
        <w:br/>
        <w:t>vt 0.257324 0.669922</w:t>
        <w:br/>
        <w:t>vt 0.252930 0.663330</w:t>
        <w:br/>
        <w:t>vt 0.256348 0.662354</w:t>
        <w:br/>
        <w:t>vt 0.260498 0.669434</w:t>
        <w:br/>
        <w:t>vt 0.252930 0.671143</w:t>
        <w:br/>
        <w:t>vt 0.260498 0.676514</w:t>
        <w:br/>
        <w:t>vt 0.252930 0.682373</w:t>
        <w:br/>
        <w:t>vt 0.257080 0.681641</w:t>
        <w:br/>
        <w:t>vt 0.257080 0.681641</w:t>
        <w:br/>
        <w:t>vt 0.268066 0.681396</w:t>
        <w:br/>
        <w:t>vt 0.268066 0.676025</w:t>
        <w:br/>
        <w:t>vt 0.256348 0.699951</w:t>
        <w:br/>
        <w:t>vt 0.256348 0.699951</w:t>
        <w:br/>
        <w:t>vt 0.257080 0.681641</w:t>
        <w:br/>
        <w:t>vt 0.268066 0.703125</w:t>
        <w:br/>
        <w:t>vt 0.260498 0.706055</w:t>
        <w:br/>
        <w:t>vt 0.252930 0.699951</w:t>
        <w:br/>
        <w:t>vt 0.257080 0.712891</w:t>
        <w:br/>
        <w:t>vt 0.255859 0.718262</w:t>
        <w:br/>
        <w:t>vt 0.252930 0.718506</w:t>
        <w:br/>
        <w:t>vt 0.259033 0.722168</w:t>
        <w:br/>
        <w:t>vt 0.255615 0.722900</w:t>
        <w:br/>
        <w:t>vt 0.255615 0.722900</w:t>
        <w:br/>
        <w:t>vt 0.252930 0.722412</w:t>
        <w:br/>
        <w:t>vt 0.258301 0.730957</w:t>
        <w:br/>
        <w:t>vt 0.252930 0.731934</w:t>
        <w:br/>
        <w:t>vt 0.255859 0.731689</w:t>
        <w:br/>
        <w:t>vt 0.255859 0.731689</w:t>
        <w:br/>
        <w:t>vt 0.384521 0.403320</w:t>
        <w:br/>
        <w:t>vt 0.396729 0.399902</w:t>
        <w:br/>
        <w:t>vt 0.396729 0.403320</w:t>
        <w:br/>
        <w:t>vt 0.384277 0.399902</w:t>
        <w:br/>
        <w:t>vt 0.373047 0.403320</w:t>
        <w:br/>
        <w:t>vt 0.384033 0.398438</w:t>
        <w:br/>
        <w:t>vt 0.396729 0.398438</w:t>
        <w:br/>
        <w:t>vt 0.372803 0.399902</w:t>
        <w:br/>
        <w:t>vt 0.396729 0.396484</w:t>
        <w:br/>
        <w:t>vt 0.363037 0.399902</w:t>
        <w:br/>
        <w:t>vt 0.363037 0.403320</w:t>
        <w:br/>
        <w:t>vt 0.372803 0.398926</w:t>
        <w:br/>
        <w:t>vt 0.396729 0.396484</w:t>
        <w:br/>
        <w:t>vt 0.384766 0.393555</w:t>
        <w:br/>
        <w:t>vt 0.396729 0.393555</w:t>
        <w:br/>
        <w:t>vt 0.384033 0.396484</w:t>
        <w:br/>
        <w:t>vt 0.384033 0.396484</w:t>
        <w:br/>
        <w:t>vt 0.373291 0.393555</w:t>
        <w:br/>
        <w:t>vt 0.372803 0.396484</w:t>
        <w:br/>
        <w:t>vt 0.372803 0.396484</w:t>
        <w:br/>
        <w:t>vt 0.362549 0.393555</w:t>
        <w:br/>
        <w:t>vt 0.363037 0.398926</w:t>
        <w:br/>
        <w:t>vt 0.363037 0.396973</w:t>
        <w:br/>
        <w:t>vt 0.363037 0.396973</w:t>
        <w:br/>
        <w:t>vt 0.352539 0.396484</w:t>
        <w:br/>
        <w:t>vt 0.352539 0.396484</w:t>
        <w:br/>
        <w:t>vt 0.351318 0.393555</w:t>
        <w:br/>
        <w:t>vt 0.352539 0.399902</w:t>
        <w:br/>
        <w:t>vt 0.352539 0.403320</w:t>
        <w:br/>
        <w:t>vt 0.343994 0.403320</w:t>
        <w:br/>
        <w:t>vt 0.352539 0.398438</w:t>
        <w:br/>
        <w:t>vt 0.343994 0.397461</w:t>
        <w:br/>
        <w:t>vt 0.343994 0.397461</w:t>
        <w:br/>
        <w:t>vt 0.335938 0.393555</w:t>
        <w:br/>
        <w:t>vt 0.335938 0.397461</w:t>
        <w:br/>
        <w:t>vt 0.344238 0.400391</w:t>
        <w:br/>
        <w:t>vt 0.344238 0.399414</w:t>
        <w:br/>
        <w:t>vt 0.335938 0.397461</w:t>
        <w:br/>
        <w:t>vt 0.335938 0.399414</w:t>
        <w:br/>
        <w:t>vt 0.335938 0.400391</w:t>
        <w:br/>
        <w:t>vt 0.335938 0.403320</w:t>
        <w:br/>
        <w:t>vt 0.589844 0.386719</w:t>
        <w:br/>
        <w:t>vt 0.597168 0.377930</w:t>
        <w:br/>
        <w:t>vt 0.592285 0.387695</w:t>
        <w:br/>
        <w:t>vt 0.595703 0.377441</w:t>
        <w:br/>
        <w:t>vt 0.589844 0.386719</w:t>
        <w:br/>
        <w:t>vt 0.589844 0.377930</w:t>
        <w:br/>
        <w:t>vt 0.595703 0.377441</w:t>
        <w:br/>
        <w:t>vt 0.595703 0.363770</w:t>
        <w:br/>
        <w:t>vt 0.595703 0.363770</w:t>
        <w:br/>
        <w:t>vt 0.597168 0.363770</w:t>
        <w:br/>
        <w:t>vt 0.589844 0.363770</w:t>
        <w:br/>
        <w:t>vt 0.595703 0.347656</w:t>
        <w:br/>
        <w:t>vt 0.595703 0.347656</w:t>
        <w:br/>
        <w:t>vt 0.597168 0.347656</w:t>
        <w:br/>
        <w:t>vt 0.589844 0.347168</w:t>
        <w:br/>
        <w:t>vt 0.591797 0.339844</w:t>
        <w:br/>
        <w:t>vt 0.589844 0.340820</w:t>
        <w:br/>
        <w:t>vt 0.589844 0.340820</w:t>
        <w:br/>
        <w:t>vt 0.666992 0.419922</w:t>
        <w:br/>
        <w:t>vt 0.674316 0.430176</w:t>
        <w:br/>
        <w:t>vt 0.674316 0.419922</w:t>
        <w:br/>
        <w:t>vt 0.666992 0.430176</w:t>
        <w:br/>
        <w:t>vt 0.659668 0.419922</w:t>
        <w:br/>
        <w:t>vt 0.666992 0.431152</w:t>
        <w:br/>
        <w:t>vt 0.674316 0.430176</w:t>
        <w:br/>
        <w:t>vt 0.666992 0.430176</w:t>
        <w:br/>
        <w:t>vt 0.674316 0.431152</w:t>
        <w:br/>
        <w:t>vt 0.666992 0.431152</w:t>
        <w:br/>
        <w:t>vt 0.674316 0.433594</w:t>
        <w:br/>
        <w:t>vt 0.674316 0.431152</w:t>
        <w:br/>
        <w:t>vt 0.666992 0.433594</w:t>
        <w:br/>
        <w:t>vt 0.659668 0.433594</w:t>
        <w:br/>
        <w:t>vt 0.659668 0.430176</w:t>
        <w:br/>
        <w:t>vt 0.659668 0.430176</w:t>
        <w:br/>
        <w:t>vt 0.659668 0.431152</w:t>
        <w:br/>
        <w:t>vt 0.659668 0.431152</w:t>
        <w:br/>
        <w:t>vt 0.651855 0.431152</w:t>
        <w:br/>
        <w:t>vt 0.651855 0.431152</w:t>
        <w:br/>
        <w:t>vt 0.651855 0.433594</w:t>
        <w:br/>
        <w:t>vt 0.651855 0.430176</w:t>
        <w:br/>
        <w:t>vt 0.651855 0.430176</w:t>
        <w:br/>
        <w:t>vt 0.651855 0.419922</w:t>
        <w:br/>
        <w:t>vt 0.644043 0.431152</w:t>
        <w:br/>
        <w:t>vt 0.644043 0.433594</w:t>
        <w:br/>
        <w:t>vt 0.644043 0.431152</w:t>
        <w:br/>
        <w:t>vt 0.644531 0.430176</w:t>
        <w:br/>
        <w:t>vt 0.644531 0.430176</w:t>
        <w:br/>
        <w:t>vt 0.644531 0.430176</w:t>
        <w:br/>
        <w:t>vt 0.645996 0.428711</w:t>
        <w:br/>
        <w:t>vt 0.646973 0.426758</w:t>
        <w:br/>
        <w:t>vt 0.645020 0.428223</w:t>
        <w:br/>
        <w:t>vt 0.644531 0.430176</w:t>
        <w:br/>
        <w:t>vt 0.645996 0.428711</w:t>
        <w:br/>
        <w:t>vt 0.646973 0.426758</w:t>
        <w:br/>
        <w:t>vt 0.643555 0.429199</w:t>
        <w:br/>
        <w:t>vt 0.643555 0.424316</w:t>
        <w:br/>
        <w:t>vt 0.643555 0.429199</w:t>
        <w:br/>
        <w:t>vt 0.645020 0.428223</w:t>
        <w:br/>
        <w:t>vt 0.645996 0.424805</w:t>
        <w:br/>
        <w:t>vt 0.644531 0.419922</w:t>
        <w:br/>
        <w:t>vt 0.644043 0.423340</w:t>
        <w:br/>
        <w:t>vt 0.643555 0.424316</w:t>
        <w:br/>
        <w:t>vt 0.645996 0.424805</w:t>
        <w:br/>
        <w:t>vt 0.644043 0.423340</w:t>
        <w:br/>
        <w:t>vt 0.645020 0.425293</w:t>
        <w:br/>
        <w:t>vt 0.645020 0.425293</w:t>
        <w:br/>
        <w:t>vt 0.645508 0.426758</w:t>
        <w:br/>
        <w:t>vt 0.645508 0.426758</w:t>
        <w:br/>
        <w:t>vt 0.259521 0.661621</w:t>
        <w:br/>
        <w:t>vt 0.260254 0.653320</w:t>
        <w:br/>
        <w:t>vt 0.257080 0.652832</w:t>
        <w:br/>
        <w:t>vt 0.256348 0.662354</w:t>
        <w:br/>
        <w:t>vt 0.252930 0.652344</w:t>
        <w:br/>
        <w:t>vt 0.256348 0.662354</w:t>
        <w:br/>
        <w:t>vt 0.257080 0.652832</w:t>
        <w:br/>
        <w:t>vt 0.252930 0.663330</w:t>
        <w:br/>
        <w:t>vt 0.252930 0.663330</w:t>
        <w:br/>
        <w:t>vt 0.252930 0.671143</w:t>
        <w:br/>
        <w:t>vt 0.256348 0.662354</w:t>
        <w:br/>
        <w:t>vt 0.257324 0.669922</w:t>
        <w:br/>
        <w:t>vt 0.257324 0.669922</w:t>
        <w:br/>
        <w:t>vt 0.260498 0.669434</w:t>
        <w:br/>
        <w:t>vt 0.252930 0.682373</w:t>
        <w:br/>
        <w:t>vt 0.260498 0.676514</w:t>
        <w:br/>
        <w:t>vt 0.257080 0.681641</w:t>
        <w:br/>
        <w:t>vt 0.257080 0.681641</w:t>
        <w:br/>
        <w:t>vt 0.268066 0.681396</w:t>
        <w:br/>
        <w:t>vt 0.268066 0.676025</w:t>
        <w:br/>
        <w:t>vt 0.256348 0.699951</w:t>
        <w:br/>
        <w:t>vt 0.256348 0.699951</w:t>
        <w:br/>
        <w:t>vt 0.257080 0.681641</w:t>
        <w:br/>
        <w:t>vt 0.252930 0.699951</w:t>
        <w:br/>
        <w:t>vt 0.268066 0.703125</w:t>
        <w:br/>
        <w:t>vt 0.260498 0.706055</w:t>
        <w:br/>
        <w:t>vt 0.257080 0.712891</w:t>
        <w:br/>
        <w:t>vt 0.252930 0.718506</w:t>
        <w:br/>
        <w:t>vt 0.255859 0.718262</w:t>
        <w:br/>
        <w:t>vt 0.255859 0.718262</w:t>
        <w:br/>
        <w:t>vt 0.259033 0.722168</w:t>
        <w:br/>
        <w:t>vt 0.255615 0.722900</w:t>
        <w:br/>
        <w:t>vt 0.255615 0.722900</w:t>
        <w:br/>
        <w:t>vt 0.252930 0.722412</w:t>
        <w:br/>
        <w:t>vt 0.258301 0.730957</w:t>
        <w:br/>
        <w:t>vt 0.252930 0.731934</w:t>
        <w:br/>
        <w:t>vt 0.255859 0.731689</w:t>
        <w:br/>
        <w:t>vt 0.255859 0.731689</w:t>
        <w:br/>
        <w:t>vt 0.565430 0.009277</w:t>
        <w:br/>
        <w:t>vt 0.570801 0.097168</w:t>
        <w:br/>
        <w:t>vt 0.570801 0.009277</w:t>
        <w:br/>
        <w:t>vt 0.564941 0.097168</w:t>
        <w:br/>
        <w:t>vt 0.570801 0.097168</w:t>
        <w:br/>
        <w:t>vt 0.564941 0.097168</w:t>
        <w:br/>
        <w:t>vt 0.568359 0.100586</w:t>
        <w:br/>
        <w:t>vt 0.559570 0.097168</w:t>
        <w:br/>
        <w:t>vt 0.559570 0.009277</w:t>
        <w:br/>
        <w:t>vt 0.563477 0.099609</w:t>
        <w:br/>
        <w:t>vt 0.563477 0.103516</w:t>
        <w:br/>
        <w:t>vt 0.568359 0.100586</w:t>
        <w:br/>
        <w:t>vt 0.563477 0.099609</w:t>
        <w:br/>
        <w:t>vt 0.568848 0.103516</w:t>
        <w:br/>
        <w:t>vt 0.559570 0.099609</w:t>
        <w:br/>
        <w:t>vt 0.564941 0.105957</w:t>
        <w:br/>
        <w:t>vt 0.568848 0.103516</w:t>
        <w:br/>
        <w:t>vt 0.563477 0.103516</w:t>
        <w:br/>
        <w:t>vt 0.570801 0.106934</w:t>
        <w:br/>
        <w:t>vt 0.570801 0.106934</w:t>
        <w:br/>
        <w:t>vt 0.564941 0.105957</w:t>
        <w:br/>
        <w:t>vt 0.570312 0.109863</w:t>
        <w:br/>
        <w:t>vt 0.559570 0.103516</w:t>
        <w:br/>
        <w:t>vt 0.559570 0.099609</w:t>
        <w:br/>
        <w:t>vt 0.559570 0.104980</w:t>
        <w:br/>
        <w:t>vt 0.564941 0.108398</w:t>
        <w:br/>
        <w:t>vt 0.555176 0.099609</w:t>
        <w:br/>
        <w:t>vt 0.555176 0.099609</w:t>
        <w:br/>
        <w:t>vt 0.563965 0.115234</w:t>
        <w:br/>
        <w:t>vt 0.567871 0.116699</w:t>
        <w:br/>
        <w:t>vt 0.559570 0.107910</w:t>
        <w:br/>
        <w:t>vt 0.559570 0.104980</w:t>
        <w:br/>
        <w:t>vt 0.562012 0.119141</w:t>
        <w:br/>
        <w:t>vt 0.564453 0.120605</w:t>
        <w:br/>
        <w:t>vt 0.559570 0.122559</w:t>
        <w:br/>
        <w:t>vt 0.559570 0.114746</w:t>
        <w:br/>
        <w:t>vt 0.559570 0.118652</w:t>
        <w:br/>
        <w:t>vt 0.556641 0.119141</w:t>
        <w:br/>
        <w:t>vt 0.554688 0.121094</w:t>
        <w:br/>
        <w:t>vt 0.551270 0.116699</w:t>
        <w:br/>
        <w:t>vt 0.555176 0.115234</w:t>
        <w:br/>
        <w:t>vt 0.548340 0.109863</w:t>
        <w:br/>
        <w:t>vt 0.553711 0.108398</w:t>
        <w:br/>
        <w:t>vt 0.548340 0.106934</w:t>
        <w:br/>
        <w:t>vt 0.553711 0.105957</w:t>
        <w:br/>
        <w:t>vt 0.553711 0.105957</w:t>
        <w:br/>
        <w:t>vt 0.549805 0.103516</w:t>
        <w:br/>
        <w:t>vt 0.548340 0.106934</w:t>
        <w:br/>
        <w:t>vt 0.555176 0.103516</w:t>
        <w:br/>
        <w:t>vt 0.549805 0.103516</w:t>
        <w:br/>
        <w:t>vt 0.555176 0.103516</w:t>
        <w:br/>
        <w:t>vt 0.550293 0.100586</w:t>
        <w:br/>
        <w:t>vt 0.553711 0.097168</w:t>
        <w:br/>
        <w:t>vt 0.550293 0.100586</w:t>
        <w:br/>
        <w:t>vt 0.547852 0.097168</w:t>
        <w:br/>
        <w:t>vt 0.553711 0.097168</w:t>
        <w:br/>
        <w:t>vt 0.547852 0.009277</w:t>
        <w:br/>
        <w:t>vt 0.547852 0.097168</w:t>
        <w:br/>
        <w:t>vt 0.553223 0.009277</w:t>
        <w:br/>
        <w:t>vt 0.591797 0.339844</w:t>
        <w:br/>
        <w:t>vt 0.589844 0.340820</w:t>
        <w:br/>
        <w:t>vt 0.595703 0.347656</w:t>
        <w:br/>
        <w:t>vt 0.595703 0.347656</w:t>
        <w:br/>
        <w:t>vt 0.589844 0.340820</w:t>
        <w:br/>
        <w:t>vt 0.589844 0.347168</w:t>
        <w:br/>
        <w:t>vt 0.589844 0.363770</w:t>
        <w:br/>
        <w:t>vt 0.595703 0.363770</w:t>
        <w:br/>
        <w:t>vt 0.595703 0.363770</w:t>
        <w:br/>
        <w:t>vt 0.597168 0.363770</w:t>
        <w:br/>
        <w:t>vt 0.589844 0.377930</w:t>
        <w:br/>
        <w:t>vt 0.595703 0.377441</w:t>
        <w:br/>
        <w:t>vt 0.595703 0.377441</w:t>
        <w:br/>
        <w:t>vt 0.597168 0.377930</w:t>
        <w:br/>
        <w:t>vt 0.589844 0.386719</w:t>
        <w:br/>
        <w:t>vt 0.592285 0.387695</w:t>
        <w:br/>
        <w:t>vt 0.589844 0.386719</w:t>
        <w:br/>
        <w:t>vt 0.907227 0.385742</w:t>
        <w:br/>
        <w:t>vt 0.914551 0.383301</w:t>
        <w:br/>
        <w:t>vt 0.914551 0.385742</w:t>
        <w:br/>
        <w:t>vt 0.907227 0.383301</w:t>
        <w:br/>
        <w:t>vt 0.914551 0.383301</w:t>
        <w:br/>
        <w:t>vt 0.907227 0.383301</w:t>
        <w:br/>
        <w:t>vt 0.914551 0.381836</w:t>
        <w:br/>
        <w:t>vt 0.899902 0.383301</w:t>
        <w:br/>
        <w:t>vt 0.899902 0.385742</w:t>
        <w:br/>
        <w:t>vt 0.907227 0.381836</w:t>
        <w:br/>
        <w:t>vt 0.907227 0.381836</w:t>
        <w:br/>
        <w:t>vt 0.914551 0.371582</w:t>
        <w:br/>
        <w:t>vt 0.914551 0.381836</w:t>
        <w:br/>
        <w:t>vt 0.907227 0.371582</w:t>
        <w:br/>
        <w:t>vt 0.899902 0.371582</w:t>
        <w:br/>
        <w:t>vt 0.899902 0.381836</w:t>
        <w:br/>
        <w:t>vt 0.899902 0.381836</w:t>
        <w:br/>
        <w:t>vt 0.899902 0.383301</w:t>
        <w:br/>
        <w:t>vt 0.892090 0.381836</w:t>
        <w:br/>
        <w:t>vt 0.892090 0.381836</w:t>
        <w:br/>
        <w:t>vt 0.892090 0.371582</w:t>
        <w:br/>
        <w:t>vt 0.892090 0.383301</w:t>
        <w:br/>
        <w:t>vt 0.892090 0.383301</w:t>
        <w:br/>
        <w:t>vt 0.892090 0.385742</w:t>
        <w:br/>
        <w:t>vt 0.883789 0.385742</w:t>
        <w:br/>
        <w:t>vt 0.884277 0.383301</w:t>
        <w:br/>
        <w:t>vt 0.884766 0.382324</w:t>
        <w:br/>
        <w:t>vt 0.884277 0.383301</w:t>
        <w:br/>
        <w:t>vt 0.884766 0.382324</w:t>
        <w:br/>
        <w:t>vt 0.884766 0.381836</w:t>
        <w:br/>
        <w:t>vt 0.886230 0.380859</w:t>
        <w:br/>
        <w:t>vt 0.883789 0.381348</w:t>
        <w:br/>
        <w:t>vt 0.886230 0.380859</w:t>
        <w:br/>
        <w:t>vt 0.884766 0.381836</w:t>
        <w:br/>
        <w:t>vt 0.887207 0.378906</w:t>
        <w:br/>
        <w:t>vt 0.885254 0.379883</w:t>
        <w:br/>
        <w:t>vt 0.887207 0.378906</w:t>
        <w:br/>
        <w:t>vt 0.883789 0.381348</w:t>
        <w:br/>
        <w:t>vt 0.885254 0.377441</w:t>
        <w:br/>
        <w:t>vt 0.885254 0.379883</w:t>
        <w:br/>
        <w:t>vt 0.883301 0.376465</w:t>
        <w:br/>
        <w:t>vt 0.884277 0.375488</w:t>
        <w:br/>
        <w:t>vt 0.885254 0.377441</w:t>
        <w:br/>
        <w:t>vt 0.883301 0.376465</w:t>
        <w:br/>
        <w:t>vt 0.885742 0.378906</w:t>
        <w:br/>
        <w:t>vt 0.885742 0.378906</w:t>
        <w:br/>
        <w:t>vt 0.886230 0.376465</w:t>
        <w:br/>
        <w:t>vt 0.886230 0.376465</w:t>
        <w:br/>
        <w:t>vt 0.884277 0.375488</w:t>
        <w:br/>
        <w:t>vt 0.884766 0.371582</w:t>
        <w:br/>
        <w:t>vt 0.378418 0.385254</w:t>
        <w:br/>
        <w:t>vt 0.379395 0.377441</w:t>
        <w:br/>
        <w:t>vt 0.379395 0.385254</w:t>
        <w:br/>
        <w:t>vt 0.378418 0.377441</w:t>
        <w:br/>
        <w:t>vt 0.379395 0.366699</w:t>
        <w:br/>
        <w:t>vt 0.373047 0.377441</w:t>
        <w:br/>
        <w:t>vt 0.373047 0.385254</w:t>
        <w:br/>
        <w:t>vt 0.378418 0.366699</w:t>
        <w:br/>
        <w:t>vt 0.367432 0.377441</w:t>
        <w:br/>
        <w:t>vt 0.367432 0.385254</w:t>
        <w:br/>
        <w:t>vt 0.365479 0.385254</w:t>
        <w:br/>
        <w:t>vt 0.373047 0.366699</w:t>
        <w:br/>
        <w:t>vt 0.367432 0.366699</w:t>
        <w:br/>
        <w:t>vt 0.378418 0.355469</w:t>
        <w:br/>
        <w:t>vt 0.379395 0.355957</w:t>
        <w:br/>
        <w:t>vt 0.373047 0.355957</w:t>
        <w:br/>
        <w:t>vt 0.378418 0.348145</w:t>
        <w:br/>
        <w:t>vt 0.379395 0.348145</w:t>
        <w:br/>
        <w:t>vt 0.365234 0.377441</w:t>
        <w:br/>
        <w:t>vt 0.378418 0.342285</w:t>
        <w:br/>
        <w:t>vt 0.379395 0.342285</w:t>
        <w:br/>
        <w:t>vt 0.379395 0.333984</w:t>
        <w:br/>
        <w:t>vt 0.362061 0.377441</w:t>
        <w:br/>
        <w:t>vt 0.362305 0.385254</w:t>
        <w:br/>
        <w:t>vt 0.358887 0.385254</w:t>
        <w:br/>
        <w:t>vt 0.358887 0.376953</w:t>
        <w:br/>
        <w:t>vt 0.362061 0.366699</w:t>
        <w:br/>
        <w:t>vt 0.358887 0.366699</w:t>
        <w:br/>
        <w:t>vt 0.365234 0.366699</w:t>
        <w:br/>
        <w:t>vt 0.362061 0.355957</w:t>
        <w:br/>
        <w:t>vt 0.358887 0.355957</w:t>
        <w:br/>
        <w:t>vt 0.365234 0.355957</w:t>
        <w:br/>
        <w:t>vt 0.362061 0.355957</w:t>
        <w:br/>
        <w:t>vt 0.361816 0.354004</w:t>
        <w:br/>
        <w:t>vt 0.361816 0.354004</w:t>
        <w:br/>
        <w:t>vt 0.361572 0.348633</w:t>
        <w:br/>
        <w:t>vt 0.358887 0.344727</w:t>
        <w:br/>
        <w:t>vt 0.362549 0.353516</w:t>
        <w:br/>
        <w:t>vt 0.367432 0.355957</w:t>
        <w:br/>
        <w:t>vt 0.361816 0.343750</w:t>
        <w:br/>
        <w:t>vt 0.358887 0.333984</w:t>
        <w:br/>
        <w:t>vt 0.362549 0.348633</w:t>
        <w:br/>
        <w:t>vt 0.362549 0.344238</w:t>
        <w:br/>
        <w:t>vt 0.362061 0.333984</w:t>
        <w:br/>
        <w:t>vt 0.365479 0.348633</w:t>
        <w:br/>
        <w:t>vt 0.362549 0.353516</w:t>
        <w:br/>
        <w:t>vt 0.362549 0.348633</w:t>
        <w:br/>
        <w:t>vt 0.362549 0.344238</w:t>
        <w:br/>
        <w:t>vt 0.365234 0.354980</w:t>
        <w:br/>
        <w:t>vt 0.365234 0.354980</w:t>
        <w:br/>
        <w:t>vt 0.367188 0.354492</w:t>
        <w:br/>
        <w:t>vt 0.367432 0.354980</w:t>
        <w:br/>
        <w:t>vt 0.371094 0.354492</w:t>
        <w:br/>
        <w:t>vt 0.367432 0.354980</w:t>
        <w:br/>
        <w:t>vt 0.370361 0.354004</w:t>
        <w:br/>
        <w:t>vt 0.371094 0.354492</w:t>
        <w:br/>
        <w:t>vt 0.371582 0.348145</w:t>
        <w:br/>
        <w:t>vt 0.371582 0.348145</w:t>
        <w:br/>
        <w:t>vt 0.371094 0.354492</w:t>
        <w:br/>
        <w:t>vt 0.370361 0.354004</w:t>
        <w:br/>
        <w:t>vt 0.370361 0.348145</w:t>
        <w:br/>
        <w:t>vt 0.370361 0.348145</w:t>
        <w:br/>
        <w:t>vt 0.367432 0.348633</w:t>
        <w:br/>
        <w:t>vt 0.370117 0.343750</w:t>
        <w:br/>
        <w:t>vt 0.370117 0.343750</w:t>
        <w:br/>
        <w:t>vt 0.367188 0.343262</w:t>
        <w:br/>
        <w:t>vt 0.365234 0.342773</w:t>
        <w:br/>
        <w:t>vt 0.367432 0.342285</w:t>
        <w:br/>
        <w:t>vt 0.367188 0.343262</w:t>
        <w:br/>
        <w:t>vt 0.365234 0.342773</w:t>
        <w:br/>
        <w:t>vt 0.365234 0.341797</w:t>
        <w:br/>
        <w:t>vt 0.365234 0.341797</w:t>
        <w:br/>
        <w:t>vt 0.365234 0.342773</w:t>
        <w:br/>
        <w:t>vt 0.370850 0.342773</w:t>
        <w:br/>
        <w:t>vt 0.370850 0.342773</w:t>
        <w:br/>
        <w:t>vt 0.367432 0.333984</w:t>
        <w:br/>
        <w:t>vt 0.365234 0.333984</w:t>
        <w:br/>
        <w:t>vt 0.365234 0.323242</w:t>
        <w:br/>
        <w:t>vt 0.367432 0.323242</w:t>
        <w:br/>
        <w:t>vt 0.362061 0.322754</w:t>
        <w:br/>
        <w:t>vt 0.358887 0.323242</w:t>
        <w:br/>
        <w:t>vt 0.358887 0.312012</w:t>
        <w:br/>
        <w:t>vt 0.362061 0.312012</w:t>
        <w:br/>
        <w:t>vt 0.365234 0.312012</w:t>
        <w:br/>
        <w:t>vt 0.367676 0.312012</w:t>
        <w:br/>
        <w:t>vt 0.373047 0.312012</w:t>
        <w:br/>
        <w:t>vt 0.373047 0.323242</w:t>
        <w:br/>
        <w:t>vt 0.378418 0.312012</w:t>
        <w:br/>
        <w:t>vt 0.373047 0.333984</w:t>
        <w:br/>
        <w:t>vt 0.378418 0.323242</w:t>
        <w:br/>
        <w:t>vt 0.379395 0.323242</w:t>
        <w:br/>
        <w:t>vt 0.379395 0.312012</w:t>
        <w:br/>
        <w:t>vt 0.378418 0.333984</w:t>
        <w:br/>
        <w:t>vt 0.373047 0.342773</w:t>
        <w:br/>
        <w:t>vt 0.373291 0.348145</w:t>
        <w:br/>
        <w:t>vt 0.260254 0.653320</w:t>
        <w:br/>
        <w:t>vt 0.259521 0.661621</w:t>
        <w:br/>
        <w:t>vt 0.257080 0.652832</w:t>
        <w:br/>
        <w:t>vt 0.256348 0.662354</w:t>
        <w:br/>
        <w:t>vt 0.257080 0.652832</w:t>
        <w:br/>
        <w:t>vt 0.256348 0.662354</w:t>
        <w:br/>
        <w:t>vt 0.252930 0.652344</w:t>
        <w:br/>
        <w:t>vt 0.252930 0.663330</w:t>
        <w:br/>
        <w:t>vt 0.257324 0.669922</w:t>
        <w:br/>
        <w:t>vt 0.257324 0.669922</w:t>
        <w:br/>
        <w:t>vt 0.252930 0.663330</w:t>
        <w:br/>
        <w:t>vt 0.256348 0.662354</w:t>
        <w:br/>
        <w:t>vt 0.260498 0.669434</w:t>
        <w:br/>
        <w:t>vt 0.252930 0.671143</w:t>
        <w:br/>
        <w:t>vt 0.260498 0.676514</w:t>
        <w:br/>
        <w:t>vt 0.252930 0.682373</w:t>
        <w:br/>
        <w:t>vt 0.257080 0.681641</w:t>
        <w:br/>
        <w:t>vt 0.257080 0.681641</w:t>
        <w:br/>
        <w:t>vt 0.268066 0.681396</w:t>
        <w:br/>
        <w:t>vt 0.268066 0.676025</w:t>
        <w:br/>
        <w:t>vt 0.256348 0.699951</w:t>
        <w:br/>
        <w:t>vt 0.256348 0.699951</w:t>
        <w:br/>
        <w:t>vt 0.257080 0.681641</w:t>
        <w:br/>
        <w:t>vt 0.268066 0.703125</w:t>
        <w:br/>
        <w:t>vt 0.260498 0.706055</w:t>
        <w:br/>
        <w:t>vt 0.252930 0.699951</w:t>
        <w:br/>
        <w:t>vt 0.257080 0.712891</w:t>
        <w:br/>
        <w:t>vt 0.255859 0.718262</w:t>
        <w:br/>
        <w:t>vt 0.252930 0.718506</w:t>
        <w:br/>
        <w:t>vt 0.259033 0.722168</w:t>
        <w:br/>
        <w:t>vt 0.255615 0.722900</w:t>
        <w:br/>
        <w:t>vt 0.255615 0.722900</w:t>
        <w:br/>
        <w:t>vt 0.252930 0.722412</w:t>
        <w:br/>
        <w:t>vt 0.258301 0.730957</w:t>
        <w:br/>
        <w:t>vt 0.252930 0.731934</w:t>
        <w:br/>
        <w:t>vt 0.255859 0.731689</w:t>
        <w:br/>
        <w:t>vt 0.255859 0.731689</w:t>
        <w:br/>
        <w:t>vt 0.553223 0.009277</w:t>
        <w:br/>
        <w:t>vt 0.547852 0.097168</w:t>
        <w:br/>
        <w:t>vt 0.547852 0.009277</w:t>
        <w:br/>
        <w:t>vt 0.553711 0.097168</w:t>
        <w:br/>
        <w:t>vt 0.553711 0.097168</w:t>
        <w:br/>
        <w:t>vt 0.550293 0.100586</w:t>
        <w:br/>
        <w:t>vt 0.547852 0.097168</w:t>
        <w:br/>
        <w:t>vt 0.559570 0.097168</w:t>
        <w:br/>
        <w:t>vt 0.559570 0.009277</w:t>
        <w:br/>
        <w:t>vt 0.555176 0.099609</w:t>
        <w:br/>
        <w:t>vt 0.555176 0.099609</w:t>
        <w:br/>
        <w:t>vt 0.549805 0.103516</w:t>
        <w:br/>
        <w:t>vt 0.550293 0.100586</w:t>
        <w:br/>
        <w:t>vt 0.564941 0.097168</w:t>
        <w:br/>
        <w:t>vt 0.565430 0.009277</w:t>
        <w:br/>
        <w:t>vt 0.570801 0.009277</w:t>
        <w:br/>
        <w:t>vt 0.570801 0.097168</w:t>
        <w:br/>
        <w:t>vt 0.568359 0.100586</w:t>
        <w:br/>
        <w:t>vt 0.564941 0.097168</w:t>
        <w:br/>
        <w:t>vt 0.570801 0.097168</w:t>
        <w:br/>
        <w:t>vt 0.563477 0.099609</w:t>
        <w:br/>
        <w:t>vt 0.559570 0.099609</w:t>
        <w:br/>
        <w:t>vt 0.559570 0.103516</w:t>
        <w:br/>
        <w:t>vt 0.559570 0.099609</w:t>
        <w:br/>
        <w:t>vt 0.563477 0.099609</w:t>
        <w:br/>
        <w:t>vt 0.568359 0.100586</w:t>
        <w:br/>
        <w:t>vt 0.563477 0.103516</w:t>
        <w:br/>
        <w:t>vt 0.568848 0.103516</w:t>
        <w:br/>
        <w:t>vt 0.555176 0.103516</w:t>
        <w:br/>
        <w:t>vt 0.559570 0.104980</w:t>
        <w:br/>
        <w:t>vt 0.568848 0.103516</w:t>
        <w:br/>
        <w:t>vt 0.564941 0.105957</w:t>
        <w:br/>
        <w:t>vt 0.570801 0.106934</w:t>
        <w:br/>
        <w:t>vt 0.553711 0.105957</w:t>
        <w:br/>
        <w:t>vt 0.549805 0.103516</w:t>
        <w:br/>
        <w:t>vt 0.548340 0.106934</w:t>
        <w:br/>
        <w:t>vt 0.553711 0.105957</w:t>
        <w:br/>
        <w:t>vt 0.548340 0.109863</w:t>
        <w:br/>
        <w:t>vt 0.548340 0.106934</w:t>
        <w:br/>
        <w:t>vt 0.564941 0.105957</w:t>
        <w:br/>
        <w:t>vt 0.559570 0.107910</w:t>
        <w:br/>
        <w:t>vt 0.559570 0.104980</w:t>
        <w:br/>
        <w:t>vt 0.570801 0.106934</w:t>
        <w:br/>
        <w:t>vt 0.564941 0.108398</w:t>
        <w:br/>
        <w:t>vt 0.570312 0.109863</w:t>
        <w:br/>
        <w:t>vt 0.553711 0.108398</w:t>
        <w:br/>
        <w:t>vt 0.563965 0.115234</w:t>
        <w:br/>
        <w:t>vt 0.567871 0.116699</w:t>
        <w:br/>
        <w:t>vt 0.555176 0.115234</w:t>
        <w:br/>
        <w:t>vt 0.551270 0.116699</w:t>
        <w:br/>
        <w:t>vt 0.559570 0.114746</w:t>
        <w:br/>
        <w:t>vt 0.562012 0.119141</w:t>
        <w:br/>
        <w:t>vt 0.564453 0.120605</w:t>
        <w:br/>
        <w:t>vt 0.559570 0.122559</w:t>
        <w:br/>
        <w:t>vt 0.559570 0.118652</w:t>
        <w:br/>
        <w:t>vt 0.556641 0.119141</w:t>
        <w:br/>
        <w:t>vt 0.554688 0.121094</w:t>
        <w:br/>
        <w:t>vt 0.907227 0.385742</w:t>
        <w:br/>
        <w:t>vt 0.914551 0.385742</w:t>
        <w:br/>
        <w:t>vt 0.914551 0.383301</w:t>
        <w:br/>
        <w:t>vt 0.907227 0.383301</w:t>
        <w:br/>
        <w:t>vt 0.914551 0.381836</w:t>
        <w:br/>
        <w:t>vt 0.907227 0.383301</w:t>
        <w:br/>
        <w:t>vt 0.914551 0.383301</w:t>
        <w:br/>
        <w:t>vt 0.899902 0.383301</w:t>
        <w:br/>
        <w:t>vt 0.899902 0.385742</w:t>
        <w:br/>
        <w:t>vt 0.907227 0.381836</w:t>
        <w:br/>
        <w:t>vt 0.907227 0.381836</w:t>
        <w:br/>
        <w:t>vt 0.914551 0.381836</w:t>
        <w:br/>
        <w:t>vt 0.914551 0.371582</w:t>
        <w:br/>
        <w:t>vt 0.907227 0.371582</w:t>
        <w:br/>
        <w:t>vt 0.899902 0.371582</w:t>
        <w:br/>
        <w:t>vt 0.899902 0.381836</w:t>
        <w:br/>
        <w:t>vt 0.899902 0.381836</w:t>
        <w:br/>
        <w:t>vt 0.899902 0.383301</w:t>
        <w:br/>
        <w:t>vt 0.892090 0.381836</w:t>
        <w:br/>
        <w:t>vt 0.892090 0.381836</w:t>
        <w:br/>
        <w:t>vt 0.892090 0.371582</w:t>
        <w:br/>
        <w:t>vt 0.892090 0.383301</w:t>
        <w:br/>
        <w:t>vt 0.892090 0.383301</w:t>
        <w:br/>
        <w:t>vt 0.892090 0.385742</w:t>
        <w:br/>
        <w:t>vt 0.883789 0.385742</w:t>
        <w:br/>
        <w:t>vt 0.884277 0.383301</w:t>
        <w:br/>
        <w:t>vt 0.884766 0.382324</w:t>
        <w:br/>
        <w:t>vt 0.884277 0.383301</w:t>
        <w:br/>
        <w:t>vt 0.884766 0.381836</w:t>
        <w:br/>
        <w:t>vt 0.884766 0.382324</w:t>
        <w:br/>
        <w:t>vt 0.886230 0.380859</w:t>
        <w:br/>
        <w:t>vt 0.886230 0.380859</w:t>
        <w:br/>
        <w:t>vt 0.883789 0.381348</w:t>
        <w:br/>
        <w:t>vt 0.884766 0.381836</w:t>
        <w:br/>
        <w:t>vt 0.887207 0.378906</w:t>
        <w:br/>
        <w:t>vt 0.885254 0.379883</w:t>
        <w:br/>
        <w:t>vt 0.887207 0.378906</w:t>
        <w:br/>
        <w:t>vt 0.885254 0.377441</w:t>
        <w:br/>
        <w:t>vt 0.883789 0.381348</w:t>
        <w:br/>
        <w:t>vt 0.885254 0.379883</w:t>
        <w:br/>
        <w:t>vt 0.883301 0.376465</w:t>
        <w:br/>
        <w:t>vt 0.885254 0.377441</w:t>
        <w:br/>
        <w:t>vt 0.884277 0.375488</w:t>
        <w:br/>
        <w:t>vt 0.883301 0.376465</w:t>
        <w:br/>
        <w:t>vt 0.885742 0.378906</w:t>
        <w:br/>
        <w:t>vt 0.885742 0.378906</w:t>
        <w:br/>
        <w:t>vt 0.886230 0.376465</w:t>
        <w:br/>
        <w:t>vt 0.886230 0.376465</w:t>
        <w:br/>
        <w:t>vt 0.884766 0.371582</w:t>
        <w:br/>
        <w:t>vt 0.884277 0.375488</w:t>
        <w:br/>
        <w:t>vt 0.379395 0.385254</w:t>
        <w:br/>
        <w:t>vt 0.379395 0.377441</w:t>
        <w:br/>
        <w:t>vt 0.378418 0.385254</w:t>
        <w:br/>
        <w:t>vt 0.378418 0.377441</w:t>
        <w:br/>
        <w:t>vt 0.379395 0.366699</w:t>
        <w:br/>
        <w:t>vt 0.373047 0.377441</w:t>
        <w:br/>
        <w:t>vt 0.373047 0.385254</w:t>
        <w:br/>
        <w:t>vt 0.378418 0.366699</w:t>
        <w:br/>
        <w:t>vt 0.367432 0.377441</w:t>
        <w:br/>
        <w:t>vt 0.367432 0.385254</w:t>
        <w:br/>
        <w:t>vt 0.365479 0.385254</w:t>
        <w:br/>
        <w:t>vt 0.373047 0.366699</w:t>
        <w:br/>
        <w:t>vt 0.367432 0.366699</w:t>
        <w:br/>
        <w:t>vt 0.378418 0.355469</w:t>
        <w:br/>
        <w:t>vt 0.379395 0.355957</w:t>
        <w:br/>
        <w:t>vt 0.373047 0.355957</w:t>
        <w:br/>
        <w:t>vt 0.378418 0.348145</w:t>
        <w:br/>
        <w:t>vt 0.379395 0.348145</w:t>
        <w:br/>
        <w:t>vt 0.365234 0.377441</w:t>
        <w:br/>
        <w:t>vt 0.378418 0.342285</w:t>
        <w:br/>
        <w:t>vt 0.379395 0.342285</w:t>
        <w:br/>
        <w:t>vt 0.379395 0.333984</w:t>
        <w:br/>
        <w:t>vt 0.362061 0.377441</w:t>
        <w:br/>
        <w:t>vt 0.362305 0.385254</w:t>
        <w:br/>
        <w:t>vt 0.358887 0.385254</w:t>
        <w:br/>
        <w:t>vt 0.358887 0.376953</w:t>
        <w:br/>
        <w:t>vt 0.362061 0.366699</w:t>
        <w:br/>
        <w:t>vt 0.358887 0.366699</w:t>
        <w:br/>
        <w:t>vt 0.365234 0.366699</w:t>
        <w:br/>
        <w:t>vt 0.362061 0.355957</w:t>
        <w:br/>
        <w:t>vt 0.358887 0.355957</w:t>
        <w:br/>
        <w:t>vt 0.365234 0.355957</w:t>
        <w:br/>
        <w:t>vt 0.362061 0.355957</w:t>
        <w:br/>
        <w:t>vt 0.361816 0.354004</w:t>
        <w:br/>
        <w:t>vt 0.361816 0.354004</w:t>
        <w:br/>
        <w:t>vt 0.367432 0.355957</w:t>
        <w:br/>
        <w:t>vt 0.361572 0.348633</w:t>
        <w:br/>
        <w:t>vt 0.358887 0.344727</w:t>
        <w:br/>
        <w:t>vt 0.365234 0.354980</w:t>
        <w:br/>
        <w:t>vt 0.361816 0.343750</w:t>
        <w:br/>
        <w:t>vt 0.358887 0.333984</w:t>
        <w:br/>
        <w:t>vt 0.362549 0.353516</w:t>
        <w:br/>
        <w:t>vt 0.362549 0.348633</w:t>
        <w:br/>
        <w:t>vt 0.367432 0.354980</w:t>
        <w:br/>
        <w:t>vt 0.365234 0.354980</w:t>
        <w:br/>
        <w:t>vt 0.362549 0.344238</w:t>
        <w:br/>
        <w:t>vt 0.362549 0.348633</w:t>
        <w:br/>
        <w:t>vt 0.362549 0.353516</w:t>
        <w:br/>
        <w:t>vt 0.365479 0.348633</w:t>
        <w:br/>
        <w:t>vt 0.362549 0.344238</w:t>
        <w:br/>
        <w:t>vt 0.365234 0.341797</w:t>
        <w:br/>
        <w:t>vt 0.367188 0.354492</w:t>
        <w:br/>
        <w:t>vt 0.365234 0.342773</w:t>
        <w:br/>
        <w:t>vt 0.365234 0.342773</w:t>
        <w:br/>
        <w:t>vt 0.367188 0.343262</w:t>
        <w:br/>
        <w:t>vt 0.365234 0.341797</w:t>
        <w:br/>
        <w:t>vt 0.365234 0.342773</w:t>
        <w:br/>
        <w:t>vt 0.367432 0.348633</w:t>
        <w:br/>
        <w:t>vt 0.370361 0.354004</w:t>
        <w:br/>
        <w:t>vt 0.367188 0.354492</w:t>
        <w:br/>
        <w:t>vt 0.371094 0.354492</w:t>
        <w:br/>
        <w:t>vt 0.371094 0.354492</w:t>
        <w:br/>
        <w:t>vt 0.370361 0.348145</w:t>
        <w:br/>
        <w:t>vt 0.367188 0.343262</w:t>
        <w:br/>
        <w:t>vt 0.371582 0.348145</w:t>
        <w:br/>
        <w:t>vt 0.370361 0.354004</w:t>
        <w:br/>
        <w:t>vt 0.371094 0.354492</w:t>
        <w:br/>
        <w:t>vt 0.370361 0.348145</w:t>
        <w:br/>
        <w:t>vt 0.371582 0.348145</w:t>
        <w:br/>
        <w:t>vt 0.370117 0.343750</w:t>
        <w:br/>
        <w:t>vt 0.370117 0.343750</w:t>
        <w:br/>
        <w:t>vt 0.367432 0.342285</w:t>
        <w:br/>
        <w:t>vt 0.370850 0.342773</w:t>
        <w:br/>
        <w:t>vt 0.370850 0.342773</w:t>
        <w:br/>
        <w:t>vt 0.373291 0.348145</w:t>
        <w:br/>
        <w:t>vt 0.373047 0.342773</w:t>
        <w:br/>
        <w:t>vt 0.370850 0.342773</w:t>
        <w:br/>
        <w:t>vt 0.367432 0.333984</w:t>
        <w:br/>
        <w:t>vt 0.373047 0.333984</w:t>
        <w:br/>
        <w:t>vt 0.378418 0.333984</w:t>
        <w:br/>
        <w:t>vt 0.378418 0.323242</w:t>
        <w:br/>
        <w:t>vt 0.379395 0.323242</w:t>
        <w:br/>
        <w:t>vt 0.378418 0.312012</w:t>
        <w:br/>
        <w:t>vt 0.379395 0.312012</w:t>
        <w:br/>
        <w:t>vt 0.373047 0.323242</w:t>
        <w:br/>
        <w:t>vt 0.373047 0.312012</w:t>
        <w:br/>
        <w:t>vt 0.367432 0.323242</w:t>
        <w:br/>
        <w:t>vt 0.367676 0.312012</w:t>
        <w:br/>
        <w:t>vt 0.365234 0.312012</w:t>
        <w:br/>
        <w:t>vt 0.365234 0.323242</w:t>
        <w:br/>
        <w:t>vt 0.365234 0.333984</w:t>
        <w:br/>
        <w:t>vt 0.362061 0.322754</w:t>
        <w:br/>
        <w:t>vt 0.362061 0.312012</w:t>
        <w:br/>
        <w:t>vt 0.358887 0.312012</w:t>
        <w:br/>
        <w:t>vt 0.358887 0.323242</w:t>
        <w:br/>
        <w:t>vt 0.362061 0.333984</w:t>
        <w:br/>
        <w:t>vt 0.259521 0.661621</w:t>
        <w:br/>
        <w:t>vt 0.260254 0.653320</w:t>
        <w:br/>
        <w:t>vt 0.257080 0.652832</w:t>
        <w:br/>
        <w:t>vt 0.256348 0.662354</w:t>
        <w:br/>
        <w:t>vt 0.252930 0.652344</w:t>
        <w:br/>
        <w:t>vt 0.256348 0.662354</w:t>
        <w:br/>
        <w:t>vt 0.257080 0.652832</w:t>
        <w:br/>
        <w:t>vt 0.252930 0.663330</w:t>
        <w:br/>
        <w:t>vt 0.257324 0.669922</w:t>
        <w:br/>
        <w:t>vt 0.252930 0.663330</w:t>
        <w:br/>
        <w:t>vt 0.257324 0.669922</w:t>
        <w:br/>
        <w:t>vt 0.256348 0.662354</w:t>
        <w:br/>
        <w:t>vt 0.260498 0.669434</w:t>
        <w:br/>
        <w:t>vt 0.252930 0.671143</w:t>
        <w:br/>
        <w:t>vt 0.260498 0.676514</w:t>
        <w:br/>
        <w:t>vt 0.252930 0.682373</w:t>
        <w:br/>
        <w:t>vt 0.257080 0.681641</w:t>
        <w:br/>
        <w:t>vt 0.257080 0.681641</w:t>
        <w:br/>
        <w:t>vt 0.268066 0.681396</w:t>
        <w:br/>
        <w:t>vt 0.268066 0.676025</w:t>
        <w:br/>
        <w:t>vt 0.256348 0.699951</w:t>
        <w:br/>
        <w:t>vt 0.256348 0.699951</w:t>
        <w:br/>
        <w:t>vt 0.257080 0.681641</w:t>
        <w:br/>
        <w:t>vt 0.268066 0.703125</w:t>
        <w:br/>
        <w:t>vt 0.260498 0.706055</w:t>
        <w:br/>
        <w:t>vt 0.252930 0.699951</w:t>
        <w:br/>
        <w:t>vt 0.257080 0.712891</w:t>
        <w:br/>
        <w:t>vt 0.255859 0.718262</w:t>
        <w:br/>
        <w:t>vt 0.252930 0.718506</w:t>
        <w:br/>
        <w:t>vt 0.259033 0.722168</w:t>
        <w:br/>
        <w:t>vt 0.255615 0.722900</w:t>
        <w:br/>
        <w:t>vt 0.255615 0.722900</w:t>
        <w:br/>
        <w:t>vt 0.252930 0.722412</w:t>
        <w:br/>
        <w:t>vt 0.258301 0.730957</w:t>
        <w:br/>
        <w:t>vt 0.252930 0.731934</w:t>
        <w:br/>
        <w:t>vt 0.255859 0.731689</w:t>
        <w:br/>
        <w:t>vt 0.255859 0.731689</w:t>
        <w:br/>
        <w:t>vt 0.547852 0.097168</w:t>
        <w:br/>
        <w:t>vt 0.553223 0.009277</w:t>
        <w:br/>
        <w:t>vt 0.547852 0.009277</w:t>
        <w:br/>
        <w:t>vt 0.553711 0.097168</w:t>
        <w:br/>
        <w:t>vt 0.550293 0.100586</w:t>
        <w:br/>
        <w:t>vt 0.553711 0.097168</w:t>
        <w:br/>
        <w:t>vt 0.547852 0.097168</w:t>
        <w:br/>
        <w:t>vt 0.559570 0.097168</w:t>
        <w:br/>
        <w:t>vt 0.559570 0.009277</w:t>
        <w:br/>
        <w:t>vt 0.555176 0.099609</w:t>
        <w:br/>
        <w:t>vt 0.565430 0.009277</w:t>
        <w:br/>
        <w:t>vt 0.549805 0.103516</w:t>
        <w:br/>
        <w:t>vt 0.555176 0.099609</w:t>
        <w:br/>
        <w:t>vt 0.550293 0.100586</w:t>
        <w:br/>
        <w:t>vt 0.564941 0.097168</w:t>
        <w:br/>
        <w:t>vt 0.570801 0.009277</w:t>
        <w:br/>
        <w:t>vt 0.570801 0.097168</w:t>
        <w:br/>
        <w:t>vt 0.564941 0.097168</w:t>
        <w:br/>
        <w:t>vt 0.568359 0.100586</w:t>
        <w:br/>
        <w:t>vt 0.570801 0.097168</w:t>
        <w:br/>
        <w:t>vt 0.563477 0.099609</w:t>
        <w:br/>
        <w:t>vt 0.559570 0.099609</w:t>
        <w:br/>
        <w:t>vt 0.559570 0.103516</w:t>
        <w:br/>
        <w:t>vt 0.559570 0.099609</w:t>
        <w:br/>
        <w:t>vt 0.563477 0.099609</w:t>
        <w:br/>
        <w:t>vt 0.563477 0.103516</w:t>
        <w:br/>
        <w:t>vt 0.568359 0.100586</w:t>
        <w:br/>
        <w:t>vt 0.568848 0.103516</w:t>
        <w:br/>
        <w:t>vt 0.555176 0.103516</w:t>
        <w:br/>
        <w:t>vt 0.559570 0.104980</w:t>
        <w:br/>
        <w:t>vt 0.564941 0.105957</w:t>
        <w:br/>
        <w:t>vt 0.568848 0.103516</w:t>
        <w:br/>
        <w:t>vt 0.570801 0.106934</w:t>
        <w:br/>
        <w:t>vt 0.549805 0.103516</w:t>
        <w:br/>
        <w:t>vt 0.553711 0.105957</w:t>
        <w:br/>
        <w:t>vt 0.548340 0.106934</w:t>
        <w:br/>
        <w:t>vt 0.548340 0.109863</w:t>
        <w:br/>
        <w:t>vt 0.553711 0.105957</w:t>
        <w:br/>
        <w:t>vt 0.548340 0.106934</w:t>
        <w:br/>
        <w:t>vt 0.559570 0.107910</w:t>
        <w:br/>
        <w:t>vt 0.564941 0.105957</w:t>
        <w:br/>
        <w:t>vt 0.559570 0.104980</w:t>
        <w:br/>
        <w:t>vt 0.564941 0.108398</w:t>
        <w:br/>
        <w:t>vt 0.570801 0.106934</w:t>
        <w:br/>
        <w:t>vt 0.570312 0.109863</w:t>
        <w:br/>
        <w:t>vt 0.553711 0.108398</w:t>
        <w:br/>
        <w:t>vt 0.555176 0.115234</w:t>
        <w:br/>
        <w:t>vt 0.551270 0.116699</w:t>
        <w:br/>
        <w:t>vt 0.563965 0.115234</w:t>
        <w:br/>
        <w:t>vt 0.567871 0.116699</w:t>
        <w:br/>
        <w:t>vt 0.559570 0.114746</w:t>
        <w:br/>
        <w:t>vt 0.556641 0.119141</w:t>
        <w:br/>
        <w:t>vt 0.554688 0.121094</w:t>
        <w:br/>
        <w:t>vt 0.559570 0.122559</w:t>
        <w:br/>
        <w:t>vt 0.559570 0.118652</w:t>
        <w:br/>
        <w:t>vt 0.562012 0.119141</w:t>
        <w:br/>
        <w:t>vt 0.564453 0.120605</w:t>
        <w:br/>
        <w:t>vt 0.832031 0.417969</w:t>
        <w:br/>
        <w:t>vt 0.834473 0.418457</w:t>
        <w:br/>
        <w:t>vt 0.832520 0.418457</w:t>
        <w:br/>
        <w:t>vt 0.834473 0.417969</w:t>
        <w:br/>
        <w:t>vt 0.836426 0.418457</w:t>
        <w:br/>
        <w:t>vt 0.832031 0.417969</w:t>
        <w:br/>
        <w:t>vt 0.838379 0.402832</w:t>
        <w:br/>
        <w:t>vt 0.834473 0.417969</w:t>
        <w:br/>
        <w:t>vt 0.836426 0.402832</w:t>
        <w:br/>
        <w:t>vt 0.836914 0.417969</w:t>
        <w:br/>
        <w:t>vt 0.842773 0.418457</w:t>
        <w:br/>
        <w:t>vt 0.838379 0.402832</w:t>
        <w:br/>
        <w:t>vt 0.836426 0.402832</w:t>
        <w:br/>
        <w:t>vt 0.838379 0.402344</w:t>
        <w:br/>
        <w:t>vt 0.836426 0.402344</w:t>
        <w:br/>
        <w:t>vt 0.834473 0.417969</w:t>
        <w:br/>
        <w:t>vt 0.838379 0.402832</w:t>
        <w:br/>
        <w:t>vt 0.840820 0.402832</w:t>
        <w:br/>
        <w:t>vt 0.840820 0.402832</w:t>
        <w:br/>
        <w:t>vt 0.836914 0.417969</w:t>
        <w:br/>
        <w:t>vt 0.840820 0.402344</w:t>
        <w:br/>
        <w:t>vt 0.843262 0.417969</w:t>
        <w:br/>
        <w:t>vt 0.847656 0.418457</w:t>
        <w:br/>
        <w:t>vt 0.845215 0.402832</w:t>
        <w:br/>
        <w:t>vt 0.845215 0.402832</w:t>
        <w:br/>
        <w:t>vt 0.843262 0.417969</w:t>
        <w:br/>
        <w:t>vt 0.845215 0.402344</w:t>
        <w:br/>
        <w:t>vt 0.847656 0.402344</w:t>
        <w:br/>
        <w:t>vt 0.848145 0.417969</w:t>
        <w:br/>
        <w:t>vt 0.847656 0.421875</w:t>
        <w:br/>
        <w:t>vt 0.847656 0.418457</w:t>
        <w:br/>
        <w:t>vt 0.848145 0.417969</w:t>
        <w:br/>
        <w:t>vt 0.848145 0.402832</w:t>
        <w:br/>
        <w:t>vt 0.848145 0.402832</w:t>
        <w:br/>
        <w:t>vt 0.848145 0.417969</w:t>
        <w:br/>
        <w:t>vt 0.847656 0.402344</w:t>
        <w:br/>
        <w:t>vt 0.848145 0.396973</w:t>
        <w:br/>
        <w:t>vt 0.848145 0.402832</w:t>
        <w:br/>
        <w:t>vt 0.849121 0.421875</w:t>
        <w:br/>
        <w:t>vt 0.849121 0.421875</w:t>
        <w:br/>
        <w:t>vt 0.848633 0.422852</w:t>
        <w:br/>
        <w:t>vt 0.847656 0.421875</w:t>
        <w:br/>
        <w:t>vt 0.849121 0.422852</w:t>
        <w:br/>
        <w:t>vt 0.849121 0.396973</w:t>
        <w:br/>
        <w:t>vt 0.849121 0.395996</w:t>
        <w:br/>
        <w:t>vt 0.849121 0.396973</w:t>
        <w:br/>
        <w:t>vt 0.848145 0.396973</w:t>
        <w:br/>
        <w:t>vt 0.849609 0.395996</w:t>
        <w:br/>
        <w:t>vt 0.854980 0.395996</w:t>
        <w:br/>
        <w:t>vt 0.854980 0.396973</w:t>
        <w:br/>
        <w:t>vt 0.854980 0.396973</w:t>
        <w:br/>
        <w:t>vt 0.858887 0.395996</w:t>
        <w:br/>
        <w:t>vt 0.854980 0.421875</w:t>
        <w:br/>
        <w:t>vt 0.854980 0.421875</w:t>
        <w:br/>
        <w:t>vt 0.854492 0.422852</w:t>
        <w:br/>
        <w:t>vt 0.858398 0.422852</w:t>
        <w:br/>
        <w:t>vt 0.863770 0.421875</w:t>
        <w:br/>
        <w:t>vt 0.862305 0.422852</w:t>
        <w:br/>
        <w:t>vt 0.858887 0.421875</w:t>
        <w:br/>
        <w:t>vt 0.858887 0.421875</w:t>
        <w:br/>
        <w:t>vt 0.863770 0.396973</w:t>
        <w:br/>
        <w:t>vt 0.863770 0.421875</w:t>
        <w:br/>
        <w:t>vt 0.858887 0.421875</w:t>
        <w:br/>
        <w:t>vt 0.863770 0.396973</w:t>
        <w:br/>
        <w:t>vt 0.863281 0.395996</w:t>
        <w:br/>
        <w:t>vt 0.858887 0.396973</w:t>
        <w:br/>
        <w:t>vt 0.858887 0.396973</w:t>
        <w:br/>
        <w:t>vt 0.858887 0.396973</w:t>
        <w:br/>
        <w:t>vt 0.284424 0.669678</w:t>
        <w:br/>
        <w:t>vt 0.285645 0.669922</w:t>
        <w:br/>
        <w:t>vt 0.285645 0.687012</w:t>
        <w:br/>
        <w:t>vt 0.277588 0.671875</w:t>
        <w:br/>
        <w:t>vt 0.277100 0.689209</w:t>
        <w:br/>
        <w:t>vt 0.285645 0.697998</w:t>
        <w:br/>
        <w:t>vt 0.277344 0.697998</w:t>
        <w:br/>
        <w:t>vt 0.277100 0.689209</w:t>
        <w:br/>
        <w:t>vt 0.277344 0.697998</w:t>
        <w:br/>
        <w:t>vt 0.273682 0.697998</w:t>
        <w:br/>
        <w:t>vt 0.273682 0.688232</w:t>
        <w:br/>
        <w:t>vt 0.277588 0.671875</w:t>
        <w:br/>
        <w:t>vt 0.273682 0.670654</w:t>
        <w:br/>
        <w:t>vt 0.277588 0.659912</w:t>
        <w:br/>
        <w:t>vt 0.277588 0.659912</w:t>
        <w:br/>
        <w:t>vt 0.284424 0.660645</w:t>
        <w:br/>
        <w:t>vt 0.273682 0.660889</w:t>
        <w:br/>
        <w:t>vt 0.284424 0.647949</w:t>
        <w:br/>
        <w:t>vt 0.273682 0.649902</w:t>
        <w:br/>
        <w:t>vt 0.277100 0.647705</w:t>
        <w:br/>
        <w:t>vt 0.284424 0.645264</w:t>
        <w:br/>
        <w:t>vt 0.273682 0.649902</w:t>
        <w:br/>
        <w:t>vt 0.270996 0.645264</w:t>
        <w:br/>
        <w:t>vt 0.266357 0.648438</w:t>
        <w:br/>
        <w:t>vt 0.284424 0.631836</w:t>
        <w:br/>
        <w:t>vt 0.270996 0.645264</w:t>
        <w:br/>
        <w:t>vt 0.266357 0.648438</w:t>
        <w:br/>
        <w:t>vt 0.263672 0.644043</w:t>
        <w:br/>
        <w:t>vt 0.281250 0.631592</w:t>
        <w:br/>
        <w:t>vt 0.269775 0.642090</w:t>
        <w:br/>
        <w:t>vt 0.269775 0.642090</w:t>
        <w:br/>
        <w:t>vt 0.263672 0.623047</w:t>
        <w:br/>
        <w:t>vt 0.271240 0.621094</w:t>
        <w:br/>
        <w:t>vt 0.271240 0.621094</w:t>
        <w:br/>
        <w:t>vt 0.281250 0.620361</w:t>
        <w:br/>
        <w:t>vt 0.263672 0.604492</w:t>
        <w:br/>
        <w:t>vt 0.271240 0.602295</w:t>
        <w:br/>
        <w:t>vt 0.271240 0.602295</w:t>
        <w:br/>
        <w:t>vt 0.281250 0.601562</w:t>
        <w:br/>
        <w:t>vt 0.263672 0.586670</w:t>
        <w:br/>
        <w:t>vt 0.271484 0.585938</w:t>
        <w:br/>
        <w:t>vt 0.271484 0.585938</w:t>
        <w:br/>
        <w:t>vt 0.281250 0.585449</w:t>
        <w:br/>
        <w:t>vt 0.263672 0.573730</w:t>
        <w:br/>
        <w:t>vt 0.271729 0.573486</w:t>
        <w:br/>
        <w:t>vt 0.271729 0.573486</w:t>
        <w:br/>
        <w:t>vt 0.281250 0.572998</w:t>
        <w:br/>
        <w:t>vt 0.281250 0.556396</w:t>
        <w:br/>
        <w:t>vt 0.271484 0.556396</w:t>
        <w:br/>
        <w:t>vt 0.271484 0.556396</w:t>
        <w:br/>
        <w:t>vt 0.263672 0.555420</w:t>
        <w:br/>
        <w:t>vt 0.281250 0.538574</w:t>
        <w:br/>
        <w:t>vt 0.270996 0.538330</w:t>
        <w:br/>
        <w:t>vt 0.270996 0.538330</w:t>
        <w:br/>
        <w:t>vt 0.263672 0.537109</w:t>
        <w:br/>
        <w:t>vt 0.281250 0.517334</w:t>
        <w:br/>
        <w:t>vt 0.270020 0.517578</w:t>
        <w:br/>
        <w:t>vt 0.270020 0.517578</w:t>
        <w:br/>
        <w:t>vt 0.263672 0.515625</w:t>
        <w:br/>
        <w:t>vt 0.269531 0.502197</w:t>
        <w:br/>
        <w:t>vt 0.269531 0.502197</w:t>
        <w:br/>
        <w:t>vt 0.263672 0.500000</w:t>
        <w:br/>
        <w:t>vt 0.268311 0.495117</w:t>
        <w:br/>
        <w:t>vt 0.272217 0.497559</w:t>
        <w:br/>
        <w:t>vt 0.272217 0.497559</w:t>
        <w:br/>
        <w:t>vt 0.284424 0.497559</w:t>
        <w:br/>
        <w:t>vt 0.284424 0.517090</w:t>
        <w:br/>
        <w:t>vt 0.276367 0.494629</w:t>
        <w:br/>
        <w:t>vt 0.271973 0.492676</w:t>
        <w:br/>
        <w:t>vt 0.284424 0.495117</w:t>
        <w:br/>
        <w:t>vt 0.271973 0.480957</w:t>
        <w:br/>
        <w:t>vt 0.276367 0.494629</w:t>
        <w:br/>
        <w:t>vt 0.271973 0.492676</w:t>
        <w:br/>
        <w:t>vt 0.284424 0.480957</w:t>
        <w:br/>
        <w:t>vt 0.276123 0.481445</w:t>
        <w:br/>
        <w:t>vt 0.276123 0.481445</w:t>
        <w:br/>
        <w:t>vt 0.271973 0.465820</w:t>
        <w:br/>
        <w:t>vt 0.280762 0.467773</w:t>
        <w:br/>
        <w:t>vt 0.284424 0.468750</w:t>
        <w:br/>
        <w:t>vt 0.284424 0.455078</w:t>
        <w:br/>
        <w:t>vt 0.276123 0.466309</w:t>
        <w:br/>
        <w:t>vt 0.276123 0.466309</w:t>
        <w:br/>
        <w:t>vt 0.271973 0.455078</w:t>
        <w:br/>
        <w:t>vt 0.276123 0.455078</w:t>
        <w:br/>
        <w:t>vt 0.319092 0.007324</w:t>
        <w:br/>
        <w:t>vt 0.299072 0.002930</w:t>
        <w:br/>
        <w:t>vt 0.318359 0.002930</w:t>
        <w:br/>
        <w:t>vt 0.299072 0.005859</w:t>
        <w:br/>
        <w:t>vt 0.281494 0.005371</w:t>
        <w:br/>
        <w:t>vt 0.281494 0.002930</w:t>
        <w:br/>
        <w:t>vt 0.319092 0.007324</w:t>
        <w:br/>
        <w:t>vt 0.302734 0.025391</w:t>
        <w:br/>
        <w:t>vt 0.322266 0.029785</w:t>
        <w:br/>
        <w:t>vt 0.284424 0.023926</w:t>
        <w:br/>
        <w:t>vt 0.281494 0.005371</w:t>
        <w:br/>
        <w:t>vt 0.264404 0.005371</w:t>
        <w:br/>
        <w:t>vt 0.263916 0.002930</w:t>
        <w:br/>
        <w:t>vt 0.302734 0.048828</w:t>
        <w:br/>
        <w:t>vt 0.321533 0.054688</w:t>
        <w:br/>
        <w:t>vt 0.245605 0.006348</w:t>
        <w:br/>
        <w:t>vt 0.245728 0.002930</w:t>
        <w:br/>
        <w:t>vt 0.264893 0.023438</w:t>
        <w:br/>
        <w:t>vt 0.264404 0.005371</w:t>
        <w:br/>
        <w:t>vt 0.245605 0.006348</w:t>
        <w:br/>
        <w:t>vt 0.223511 0.005859</w:t>
        <w:br/>
        <w:t>vt 0.221802 0.002930</w:t>
        <w:br/>
        <w:t>vt 0.221802 0.025879</w:t>
        <w:br/>
        <w:t>vt 0.221802 0.002930</w:t>
        <w:br/>
        <w:t>vt 0.223511 0.005859</w:t>
        <w:br/>
        <w:t>vt 0.223511 0.005859</w:t>
        <w:br/>
        <w:t>vt 0.244629 0.023926</w:t>
        <w:br/>
        <w:t>vt 0.224121 0.025391</w:t>
        <w:br/>
        <w:t>vt 0.224121 0.025391</w:t>
        <w:br/>
        <w:t>vt 0.221802 0.045410</w:t>
        <w:br/>
        <w:t>vt 0.244873 0.044434</w:t>
        <w:br/>
        <w:t>vt 0.224243 0.045410</w:t>
        <w:br/>
        <w:t>vt 0.224243 0.045410</w:t>
        <w:br/>
        <w:t>vt 0.221802 0.069336</w:t>
        <w:br/>
        <w:t>vt 0.264648 0.044434</w:t>
        <w:br/>
        <w:t>vt 0.244385 0.068359</w:t>
        <w:br/>
        <w:t>vt 0.224121 0.069824</w:t>
        <w:br/>
        <w:t>vt 0.224121 0.069824</w:t>
        <w:br/>
        <w:t>vt 0.221802 0.083984</w:t>
        <w:br/>
        <w:t>vt 0.285645 0.046387</w:t>
        <w:br/>
        <w:t>vt 0.263184 0.068848</w:t>
        <w:br/>
        <w:t>vt 0.244019 0.083008</w:t>
        <w:br/>
        <w:t>vt 0.224365 0.083984</w:t>
        <w:br/>
        <w:t>vt 0.224365 0.083984</w:t>
        <w:br/>
        <w:t>vt 0.221802 0.097168</w:t>
        <w:br/>
        <w:t>vt 0.283691 0.071289</w:t>
        <w:br/>
        <w:t>vt 0.224609 0.097168</w:t>
        <w:br/>
        <w:t>vt 0.221802 0.114258</w:t>
        <w:br/>
        <w:t>vt 0.243408 0.096191</w:t>
        <w:br/>
        <w:t>vt 0.224609 0.097168</w:t>
        <w:br/>
        <w:t>vt 0.262207 0.083984</w:t>
        <w:br/>
        <w:t>vt 0.241943 0.113770</w:t>
        <w:br/>
        <w:t>vt 0.261230 0.097656</w:t>
        <w:br/>
        <w:t>vt 0.282471 0.086426</w:t>
        <w:br/>
        <w:t>vt 0.300537 0.074707</w:t>
        <w:br/>
        <w:t>vt 0.318604 0.080566</w:t>
        <w:br/>
        <w:t>vt 0.298584 0.089844</w:t>
        <w:br/>
        <w:t>vt 0.316406 0.095215</w:t>
        <w:br/>
        <w:t>vt 0.281250 0.100586</w:t>
        <w:br/>
        <w:t>vt 0.296875 0.103027</w:t>
        <w:br/>
        <w:t>vt 0.314697 0.108398</w:t>
        <w:br/>
        <w:t>vt 0.259277 0.112793</w:t>
        <w:br/>
        <w:t>vt 0.296143 0.120605</w:t>
        <w:br/>
        <w:t>vt 0.313232 0.125000</w:t>
        <w:br/>
        <w:t>vt 0.280518 0.114258</w:t>
        <w:br/>
        <w:t>vt 0.294922 0.125488</w:t>
        <w:br/>
        <w:t>vt 0.313721 0.138184</w:t>
        <w:br/>
        <w:t>vt 0.312500 0.144043</w:t>
        <w:br/>
        <w:t>vt 0.280029 0.123535</w:t>
        <w:br/>
        <w:t>vt 0.295654 0.140625</w:t>
        <w:br/>
        <w:t>vt 0.312012 0.167969</w:t>
        <w:br/>
        <w:t>vt 0.259766 0.119629</w:t>
        <w:br/>
        <w:t>vt 0.277100 0.133301</w:t>
        <w:br/>
        <w:t>vt 0.243042 0.125000</w:t>
        <w:br/>
        <w:t>vt 0.257812 0.128418</w:t>
        <w:br/>
        <w:t>vt 0.257080 0.138672</w:t>
        <w:br/>
        <w:t>vt 0.282959 0.140137</w:t>
        <w:br/>
        <w:t>vt 0.241943 0.119141</w:t>
        <w:br/>
        <w:t>vt 0.296387 0.154297</w:t>
        <w:br/>
        <w:t>vt 0.224487 0.114258</w:t>
        <w:br/>
        <w:t>vt 0.224487 0.114258</w:t>
        <w:br/>
        <w:t>vt 0.224243 0.134277</w:t>
        <w:br/>
        <w:t>vt 0.224243 0.134277</w:t>
        <w:br/>
        <w:t>vt 0.221802 0.134766</w:t>
        <w:br/>
        <w:t>vt 0.234619 0.134766</w:t>
        <w:br/>
        <w:t>vt 0.223633 0.150391</w:t>
        <w:br/>
        <w:t>vt 0.223633 0.150391</w:t>
        <w:br/>
        <w:t>vt 0.221802 0.161621</w:t>
        <w:br/>
        <w:t>vt 0.240723 0.138184</w:t>
        <w:br/>
        <w:t>vt 0.223145 0.160645</w:t>
        <w:br/>
        <w:t>vt 0.223145 0.160645</w:t>
        <w:br/>
        <w:t>vt 0.239624 0.161621</w:t>
        <w:br/>
        <w:t>vt 0.223633 0.188477</w:t>
        <w:br/>
        <w:t>vt 0.221802 0.188477</w:t>
        <w:br/>
        <w:t>vt 0.221802 0.215332</w:t>
        <w:br/>
        <w:t>vt 0.240845 0.188477</w:t>
        <w:br/>
        <w:t>vt 0.223633 0.188477</w:t>
        <w:br/>
        <w:t>vt 0.256836 0.162598</w:t>
        <w:br/>
        <w:t>vt 0.223877 0.215332</w:t>
        <w:br/>
        <w:t>vt 0.221802 0.245117</w:t>
        <w:br/>
        <w:t>vt 0.241455 0.214844</w:t>
        <w:br/>
        <w:t>vt 0.223877 0.215332</w:t>
        <w:br/>
        <w:t>vt 0.257080 0.188477</w:t>
        <w:br/>
        <w:t>vt 0.276123 0.142578</w:t>
        <w:br/>
        <w:t>vt 0.275879 0.164062</w:t>
        <w:br/>
        <w:t>vt 0.295166 0.165527</w:t>
        <w:br/>
        <w:t>vt 0.275635 0.189453</w:t>
        <w:br/>
        <w:t>vt 0.301758 0.166504</w:t>
        <w:br/>
        <w:t>vt 0.313721 0.191406</w:t>
        <w:br/>
        <w:t>vt 0.296387 0.190430</w:t>
        <w:br/>
        <w:t>vt 0.298584 0.216309</w:t>
        <w:br/>
        <w:t>vt 0.316162 0.215332</w:t>
        <w:br/>
        <w:t>vt 0.276367 0.215820</w:t>
        <w:br/>
        <w:t>vt 0.257812 0.215332</w:t>
        <w:br/>
        <w:t>vt 0.302246 0.244629</w:t>
        <w:br/>
        <w:t>vt 0.321777 0.242188</w:t>
        <w:br/>
        <w:t>vt 0.242188 0.244141</w:t>
        <w:br/>
        <w:t>vt 0.311768 0.263672</w:t>
        <w:br/>
        <w:t>vt 0.326416 0.261230</w:t>
        <w:br/>
        <w:t>vt 0.223755 0.244629</w:t>
        <w:br/>
        <w:t>vt 0.223755 0.244629</w:t>
        <w:br/>
        <w:t>vt 0.258789 0.244629</w:t>
        <w:br/>
        <w:t>vt 0.242432 0.267090</w:t>
        <w:br/>
        <w:t>vt 0.223999 0.268066</w:t>
        <w:br/>
        <w:t>vt 0.223999 0.268066</w:t>
        <w:br/>
        <w:t>vt 0.221802 0.268066</w:t>
        <w:br/>
        <w:t>vt 0.221802 0.291016</w:t>
        <w:br/>
        <w:t>vt 0.223877 0.291016</w:t>
        <w:br/>
        <w:t>vt 0.221802 0.305664</w:t>
        <w:br/>
        <w:t>vt 0.242188 0.289551</w:t>
        <w:br/>
        <w:t>vt 0.223877 0.291016</w:t>
        <w:br/>
        <w:t>vt 0.223633 0.305664</w:t>
        <w:br/>
        <w:t>vt 0.221802 0.318359</w:t>
        <w:br/>
        <w:t>vt 0.242432 0.302734</w:t>
        <w:br/>
        <w:t>vt 0.223633 0.305664</w:t>
        <w:br/>
        <w:t>vt 0.223877 0.317871</w:t>
        <w:br/>
        <w:t>vt 0.223877 0.317871</w:t>
        <w:br/>
        <w:t>vt 0.223877 0.329102</w:t>
        <w:br/>
        <w:t>vt 0.221802 0.329102</w:t>
        <w:br/>
        <w:t>vt 0.242554 0.309082</w:t>
        <w:br/>
        <w:t>vt 0.223877 0.329102</w:t>
        <w:br/>
        <w:t>vt 0.221802 0.341797</w:t>
        <w:br/>
        <w:t>vt 0.261719 0.298828</w:t>
        <w:br/>
        <w:t>vt 0.243774 0.318359</w:t>
        <w:br/>
        <w:t>vt 0.223633 0.341797</w:t>
        <w:br/>
        <w:t>vt 0.221802 0.354004</w:t>
        <w:br/>
        <w:t>vt 0.243530 0.325684</w:t>
        <w:br/>
        <w:t>vt 0.223755 0.354492</w:t>
        <w:br/>
        <w:t>vt 0.221802 0.368652</w:t>
        <w:br/>
        <w:t>vt 0.243164 0.338867</w:t>
        <w:br/>
        <w:t>vt 0.223633 0.341797</w:t>
        <w:br/>
        <w:t>vt 0.242920 0.353516</w:t>
        <w:br/>
        <w:t>vt 0.223755 0.354492</w:t>
        <w:br/>
        <w:t>vt 0.223389 0.368652</w:t>
        <w:br/>
        <w:t>vt 0.221802 0.378906</w:t>
        <w:br/>
        <w:t>vt 0.222778 0.378906</w:t>
        <w:br/>
        <w:t>vt 0.241577 0.378906</w:t>
        <w:br/>
        <w:t>vt 0.222778 0.378906</w:t>
        <w:br/>
        <w:t>vt 0.223389 0.368652</w:t>
        <w:br/>
        <w:t>vt 0.242310 0.369141</w:t>
        <w:br/>
        <w:t>vt 0.260498 0.378906</w:t>
        <w:br/>
        <w:t>vt 0.262695 0.353516</w:t>
        <w:br/>
        <w:t>vt 0.261719 0.368652</w:t>
        <w:br/>
        <w:t>vt 0.279541 0.370117</w:t>
        <w:br/>
        <w:t>vt 0.278320 0.378906</w:t>
        <w:br/>
        <w:t>vt 0.295898 0.378906</w:t>
        <w:br/>
        <w:t>vt 0.280518 0.354492</w:t>
        <w:br/>
        <w:t>vt 0.262695 0.336914</w:t>
        <w:br/>
        <w:t>vt 0.296631 0.371094</w:t>
        <w:br/>
        <w:t>vt 0.312500 0.378906</w:t>
        <w:br/>
        <w:t>vt 0.312744 0.372070</w:t>
        <w:br/>
        <w:t>vt 0.298096 0.355469</w:t>
        <w:br/>
        <w:t>vt 0.313232 0.355957</w:t>
        <w:br/>
        <w:t>vt 0.313721 0.341309</w:t>
        <w:br/>
        <w:t>vt 0.280518 0.337891</w:t>
        <w:br/>
        <w:t>vt 0.299561 0.339844</w:t>
        <w:br/>
        <w:t>vt 0.300537 0.326660</w:t>
        <w:br/>
        <w:t>vt 0.314941 0.327637</w:t>
        <w:br/>
        <w:t>vt 0.280273 0.322754</w:t>
        <w:br/>
        <w:t>vt 0.262451 0.323730</w:t>
        <w:br/>
        <w:t>vt 0.262207 0.310547</w:t>
        <w:br/>
        <w:t>vt 0.280273 0.308105</w:t>
        <w:br/>
        <w:t>vt 0.296143 0.312012</w:t>
        <w:br/>
        <w:t>vt 0.309082 0.315918</w:t>
        <w:br/>
        <w:t>vt 0.316895 0.322266</w:t>
        <w:br/>
        <w:t>vt 0.321533 0.316406</w:t>
        <w:br/>
        <w:t>vt 0.315430 0.311523</w:t>
        <w:br/>
        <w:t>vt 0.326172 0.312012</w:t>
        <w:br/>
        <w:t>vt 0.309082 0.311035</w:t>
        <w:br/>
        <w:t>vt 0.295410 0.308594</w:t>
        <w:br/>
        <w:t>vt 0.310791 0.306152</w:t>
        <w:br/>
        <w:t>vt 0.321289 0.309082</w:t>
        <w:br/>
        <w:t>vt 0.327393 0.306641</w:t>
        <w:br/>
        <w:t>vt 0.331543 0.309082</w:t>
        <w:br/>
        <w:t>vt 0.295410 0.304199</w:t>
        <w:br/>
        <w:t>vt 0.330078 0.303223</w:t>
        <w:br/>
        <w:t>vt 0.341553 0.306641</w:t>
        <w:br/>
        <w:t>vt 0.341797 0.302734</w:t>
        <w:br/>
        <w:t>vt 0.318604 0.302734</w:t>
        <w:br/>
        <w:t>vt 0.310547 0.301758</w:t>
        <w:br/>
        <w:t>vt 0.337158 0.299805</w:t>
        <w:br/>
        <w:t>vt 0.340088 0.299316</w:t>
        <w:br/>
        <w:t>vt 0.336670 0.290039</w:t>
        <w:br/>
        <w:t>vt 0.327148 0.300293</w:t>
        <w:br/>
        <w:t>vt 0.328369 0.291504</w:t>
        <w:br/>
        <w:t>vt 0.333252 0.279785</w:t>
        <w:br/>
        <w:t>vt 0.317627 0.292480</w:t>
        <w:br/>
        <w:t>vt 0.323730 0.282227</w:t>
        <w:br/>
        <w:t>vt 0.308105 0.293945</w:t>
        <w:br/>
        <w:t>vt 0.310303 0.283203</w:t>
        <w:br/>
        <w:t>vt 0.299316 0.264160</w:t>
        <w:br/>
        <w:t>vt 0.299805 0.284668</w:t>
        <w:br/>
        <w:t>vt 0.295410 0.296875</w:t>
        <w:br/>
        <w:t>vt 0.291748 0.244629</w:t>
        <w:br/>
        <w:t>vt 0.289551 0.266113</w:t>
        <w:br/>
        <w:t>vt 0.276855 0.245117</w:t>
        <w:br/>
        <w:t>vt 0.293701 0.285645</w:t>
        <w:br/>
        <w:t>vt 0.277588 0.266113</w:t>
        <w:br/>
        <w:t>vt 0.279053 0.287598</w:t>
        <w:br/>
        <w:t>vt 0.259521 0.266602</w:t>
        <w:br/>
        <w:t>vt 0.260742 0.288574</w:t>
        <w:br/>
        <w:t>vt 0.279541 0.299316</w:t>
        <w:br/>
        <w:t>vt 0.260986 0.294434</w:t>
        <w:br/>
        <w:t>vt 0.299072 0.002930</w:t>
        <w:br/>
        <w:t>vt 0.319092 0.007324</w:t>
        <w:br/>
        <w:t>vt 0.318359 0.002930</w:t>
        <w:br/>
        <w:t>vt 0.299072 0.005859</w:t>
        <w:br/>
        <w:t>vt 0.319092 0.007324</w:t>
        <w:br/>
        <w:t>vt 0.302734 0.025391</w:t>
        <w:br/>
        <w:t>vt 0.322266 0.029785</w:t>
        <w:br/>
        <w:t>vt 0.281494 0.005371</w:t>
        <w:br/>
        <w:t>vt 0.281494 0.002930</w:t>
        <w:br/>
        <w:t>vt 0.284424 0.023926</w:t>
        <w:br/>
        <w:t>vt 0.281494 0.005371</w:t>
        <w:br/>
        <w:t>vt 0.302734 0.048828</w:t>
        <w:br/>
        <w:t>vt 0.321533 0.054688</w:t>
        <w:br/>
        <w:t>vt 0.285645 0.046387</w:t>
        <w:br/>
        <w:t>vt 0.300537 0.074707</w:t>
        <w:br/>
        <w:t>vt 0.318604 0.080566</w:t>
        <w:br/>
        <w:t>vt 0.283691 0.071289</w:t>
        <w:br/>
        <w:t>vt 0.298584 0.089844</w:t>
        <w:br/>
        <w:t>vt 0.316406 0.095215</w:t>
        <w:br/>
        <w:t>vt 0.282471 0.086426</w:t>
        <w:br/>
        <w:t>vt 0.296875 0.103027</w:t>
        <w:br/>
        <w:t>vt 0.314697 0.108398</w:t>
        <w:br/>
        <w:t>vt 0.281250 0.100586</w:t>
        <w:br/>
        <w:t>vt 0.296143 0.120605</w:t>
        <w:br/>
        <w:t>vt 0.313232 0.125000</w:t>
        <w:br/>
        <w:t>vt 0.280518 0.114258</w:t>
        <w:br/>
        <w:t>vt 0.294922 0.125488</w:t>
        <w:br/>
        <w:t>vt 0.313721 0.138184</w:t>
        <w:br/>
        <w:t>vt 0.312500 0.144043</w:t>
        <w:br/>
        <w:t>vt 0.295654 0.140625</w:t>
        <w:br/>
        <w:t>vt 0.312012 0.167969</w:t>
        <w:br/>
        <w:t>vt 0.280029 0.123535</w:t>
        <w:br/>
        <w:t>vt 0.296387 0.154297</w:t>
        <w:br/>
        <w:t>vt 0.277100 0.133301</w:t>
        <w:br/>
        <w:t>vt 0.259766 0.119629</w:t>
        <w:br/>
        <w:t>vt 0.282959 0.140137</w:t>
        <w:br/>
        <w:t>vt 0.301758 0.166504</w:t>
        <w:br/>
        <w:t>vt 0.313721 0.191406</w:t>
        <w:br/>
        <w:t>vt 0.295166 0.165527</w:t>
        <w:br/>
        <w:t>vt 0.296387 0.190430</w:t>
        <w:br/>
        <w:t>vt 0.298584 0.216309</w:t>
        <w:br/>
        <w:t>vt 0.316162 0.215332</w:t>
        <w:br/>
        <w:t>vt 0.276123 0.142578</w:t>
        <w:br/>
        <w:t>vt 0.302246 0.244629</w:t>
        <w:br/>
        <w:t>vt 0.321777 0.242188</w:t>
        <w:br/>
        <w:t>vt 0.275879 0.164062</w:t>
        <w:br/>
        <w:t>vt 0.311768 0.263672</w:t>
        <w:br/>
        <w:t>vt 0.326416 0.261230</w:t>
        <w:br/>
        <w:t>vt 0.275635 0.189453</w:t>
        <w:br/>
        <w:t>vt 0.323730 0.282227</w:t>
        <w:br/>
        <w:t>vt 0.333252 0.279785</w:t>
        <w:br/>
        <w:t>vt 0.276367 0.215820</w:t>
        <w:br/>
        <w:t>vt 0.328369 0.291504</w:t>
        <w:br/>
        <w:t>vt 0.336670 0.290039</w:t>
        <w:br/>
        <w:t>vt 0.291748 0.244629</w:t>
        <w:br/>
        <w:t>vt 0.337158 0.299805</w:t>
        <w:br/>
        <w:t>vt 0.340088 0.299316</w:t>
        <w:br/>
        <w:t>vt 0.341797 0.302734</w:t>
        <w:br/>
        <w:t>vt 0.327148 0.300293</w:t>
        <w:br/>
        <w:t>vt 0.330078 0.303223</w:t>
        <w:br/>
        <w:t>vt 0.341553 0.306641</w:t>
        <w:br/>
        <w:t>vt 0.331543 0.309082</w:t>
        <w:br/>
        <w:t>vt 0.317627 0.292480</w:t>
        <w:br/>
        <w:t>vt 0.327393 0.306641</w:t>
        <w:br/>
        <w:t>vt 0.326172 0.312012</w:t>
        <w:br/>
        <w:t>vt 0.318604 0.302734</w:t>
        <w:br/>
        <w:t>vt 0.321289 0.309082</w:t>
        <w:br/>
        <w:t>vt 0.310303 0.283203</w:t>
        <w:br/>
        <w:t>vt 0.315430 0.311523</w:t>
        <w:br/>
        <w:t>vt 0.321533 0.316406</w:t>
        <w:br/>
        <w:t>vt 0.310791 0.306152</w:t>
        <w:br/>
        <w:t>vt 0.309082 0.315918</w:t>
        <w:br/>
        <w:t>vt 0.316895 0.322266</w:t>
        <w:br/>
        <w:t>vt 0.314941 0.327637</w:t>
        <w:br/>
        <w:t>vt 0.309082 0.311035</w:t>
        <w:br/>
        <w:t>vt 0.300537 0.326660</w:t>
        <w:br/>
        <w:t>vt 0.313721 0.341309</w:t>
        <w:br/>
        <w:t>vt 0.296143 0.312012</w:t>
        <w:br/>
        <w:t>vt 0.295410 0.308594</w:t>
        <w:br/>
        <w:t>vt 0.299561 0.339844</w:t>
        <w:br/>
        <w:t>vt 0.280273 0.322754</w:t>
        <w:br/>
        <w:t>vt 0.280273 0.308105</w:t>
        <w:br/>
        <w:t>vt 0.295410 0.304199</w:t>
        <w:br/>
        <w:t>vt 0.310547 0.301758</w:t>
        <w:br/>
        <w:t>vt 0.308105 0.293945</w:t>
        <w:br/>
        <w:t>vt 0.295410 0.296875</w:t>
        <w:br/>
        <w:t>vt 0.299805 0.284668</w:t>
        <w:br/>
        <w:t>vt 0.299316 0.264160</w:t>
        <w:br/>
        <w:t>vt 0.289551 0.266113</w:t>
        <w:br/>
        <w:t>vt 0.293701 0.285645</w:t>
        <w:br/>
        <w:t>vt 0.279053 0.287598</w:t>
        <w:br/>
        <w:t>vt 0.279541 0.299316</w:t>
        <w:br/>
        <w:t>vt 0.277588 0.266113</w:t>
        <w:br/>
        <w:t>vt 0.276855 0.245117</w:t>
        <w:br/>
        <w:t>vt 0.259521 0.266602</w:t>
        <w:br/>
        <w:t>vt 0.258789 0.244629</w:t>
        <w:br/>
        <w:t>vt 0.257812 0.215332</w:t>
        <w:br/>
        <w:t>vt 0.260742 0.288574</w:t>
        <w:br/>
        <w:t>vt 0.257080 0.188477</w:t>
        <w:br/>
        <w:t>vt 0.260986 0.294434</w:t>
        <w:br/>
        <w:t>vt 0.256836 0.162598</w:t>
        <w:br/>
        <w:t>vt 0.261719 0.298828</w:t>
        <w:br/>
        <w:t>vt 0.242188 0.289551</w:t>
        <w:br/>
        <w:t>vt 0.262207 0.310547</w:t>
        <w:br/>
        <w:t>vt 0.242432 0.267090</w:t>
        <w:br/>
        <w:t>vt 0.262451 0.323730</w:t>
        <w:br/>
        <w:t>vt 0.242188 0.244141</w:t>
        <w:br/>
        <w:t>vt 0.280518 0.337891</w:t>
        <w:br/>
        <w:t>vt 0.243774 0.318359</w:t>
        <w:br/>
        <w:t>vt 0.298096 0.355469</w:t>
        <w:br/>
        <w:t>vt 0.313232 0.355957</w:t>
        <w:br/>
        <w:t>vt 0.312744 0.372070</w:t>
        <w:br/>
        <w:t>vt 0.296631 0.371094</w:t>
        <w:br/>
        <w:t>vt 0.312500 0.378906</w:t>
        <w:br/>
        <w:t>vt 0.295898 0.378906</w:t>
        <w:br/>
        <w:t>vt 0.280518 0.354492</w:t>
        <w:br/>
        <w:t>vt 0.279541 0.370117</w:t>
        <w:br/>
        <w:t>vt 0.278320 0.378906</w:t>
        <w:br/>
        <w:t>vt 0.260498 0.378906</w:t>
        <w:br/>
        <w:t>vt 0.261719 0.368652</w:t>
        <w:br/>
        <w:t>vt 0.242310 0.369141</w:t>
        <w:br/>
        <w:t>vt 0.241577 0.378906</w:t>
        <w:br/>
        <w:t>vt 0.262695 0.353516</w:t>
        <w:br/>
        <w:t>vt 0.262695 0.336914</w:t>
        <w:br/>
        <w:t>vt 0.243530 0.325684</w:t>
        <w:br/>
        <w:t>vt 0.243164 0.338867</w:t>
        <w:br/>
        <w:t>vt 0.242920 0.353516</w:t>
        <w:br/>
        <w:t>vt 0.223877 0.329102</w:t>
        <w:br/>
        <w:t>vt 0.223633 0.341797</w:t>
        <w:br/>
        <w:t>vt 0.223755 0.354492</w:t>
        <w:br/>
        <w:t>vt 0.223389 0.368652</w:t>
        <w:br/>
        <w:t>vt 0.222778 0.378906</w:t>
        <w:br/>
        <w:t>vt 0.223389 0.368652</w:t>
        <w:br/>
        <w:t>vt 0.221802 0.378906</w:t>
        <w:br/>
        <w:t>vt 0.222778 0.378906</w:t>
        <w:br/>
        <w:t>vt 0.221802 0.368652</w:t>
        <w:br/>
        <w:t>vt 0.223755 0.354492</w:t>
        <w:br/>
        <w:t>vt 0.221802 0.354004</w:t>
        <w:br/>
        <w:t>vt 0.223633 0.341797</w:t>
        <w:br/>
        <w:t>vt 0.221802 0.341797</w:t>
        <w:br/>
        <w:t>vt 0.223877 0.329102</w:t>
        <w:br/>
        <w:t>vt 0.221802 0.329102</w:t>
        <w:br/>
        <w:t>vt 0.221802 0.318359</w:t>
        <w:br/>
        <w:t>vt 0.223877 0.317871</w:t>
        <w:br/>
        <w:t>vt 0.242554 0.309082</w:t>
        <w:br/>
        <w:t>vt 0.223877 0.317871</w:t>
        <w:br/>
        <w:t>vt 0.223633 0.305664</w:t>
        <w:br/>
        <w:t>vt 0.221802 0.305664</w:t>
        <w:br/>
        <w:t>vt 0.242432 0.302734</w:t>
        <w:br/>
        <w:t>vt 0.223633 0.305664</w:t>
        <w:br/>
        <w:t>vt 0.223877 0.291016</w:t>
        <w:br/>
        <w:t>vt 0.223877 0.291016</w:t>
        <w:br/>
        <w:t>vt 0.221802 0.291016</w:t>
        <w:br/>
        <w:t>vt 0.223999 0.268066</w:t>
        <w:br/>
        <w:t>vt 0.223999 0.268066</w:t>
        <w:br/>
        <w:t>vt 0.221802 0.268066</w:t>
        <w:br/>
        <w:t>vt 0.221802 0.245117</w:t>
        <w:br/>
        <w:t>vt 0.223755 0.244629</w:t>
        <w:br/>
        <w:t>vt 0.223755 0.244629</w:t>
        <w:br/>
        <w:t>vt 0.223877 0.215332</w:t>
        <w:br/>
        <w:t>vt 0.223877 0.215332</w:t>
        <w:br/>
        <w:t>vt 0.221802 0.215332</w:t>
        <w:br/>
        <w:t>vt 0.241455 0.214844</w:t>
        <w:br/>
        <w:t>vt 0.223633 0.188477</w:t>
        <w:br/>
        <w:t>vt 0.223633 0.188477</w:t>
        <w:br/>
        <w:t>vt 0.221802 0.188477</w:t>
        <w:br/>
        <w:t>vt 0.221802 0.161621</w:t>
        <w:br/>
        <w:t>vt 0.240845 0.188477</w:t>
        <w:br/>
        <w:t>vt 0.223145 0.160645</w:t>
        <w:br/>
        <w:t>vt 0.223145 0.160645</w:t>
        <w:br/>
        <w:t>vt 0.239624 0.161621</w:t>
        <w:br/>
        <w:t>vt 0.257080 0.138672</w:t>
        <w:br/>
        <w:t>vt 0.240723 0.138184</w:t>
        <w:br/>
        <w:t>vt 0.223633 0.150391</w:t>
        <w:br/>
        <w:t>vt 0.223633 0.150391</w:t>
        <w:br/>
        <w:t>vt 0.221802 0.134766</w:t>
        <w:br/>
        <w:t>vt 0.257812 0.128418</w:t>
        <w:br/>
        <w:t>vt 0.243042 0.125000</w:t>
        <w:br/>
        <w:t>vt 0.234619 0.134766</w:t>
        <w:br/>
        <w:t>vt 0.224243 0.134277</w:t>
        <w:br/>
        <w:t>vt 0.224243 0.134277</w:t>
        <w:br/>
        <w:t>vt 0.221802 0.114258</w:t>
        <w:br/>
        <w:t>vt 0.259277 0.112793</w:t>
        <w:br/>
        <w:t>vt 0.241943 0.119141</w:t>
        <w:br/>
        <w:t>vt 0.224487 0.114258</w:t>
        <w:br/>
        <w:t>vt 0.224487 0.114258</w:t>
        <w:br/>
        <w:t>vt 0.261230 0.097656</w:t>
        <w:br/>
        <w:t>vt 0.241943 0.113770</w:t>
        <w:br/>
        <w:t>vt 0.224609 0.097168</w:t>
        <w:br/>
        <w:t>vt 0.224609 0.097168</w:t>
        <w:br/>
        <w:t>vt 0.221802 0.097168</w:t>
        <w:br/>
        <w:t>vt 0.243408 0.096191</w:t>
        <w:br/>
        <w:t>vt 0.262207 0.083984</w:t>
        <w:br/>
        <w:t>vt 0.224365 0.083984</w:t>
        <w:br/>
        <w:t>vt 0.224365 0.083984</w:t>
        <w:br/>
        <w:t>vt 0.221802 0.083984</w:t>
        <w:br/>
        <w:t>vt 0.244019 0.083008</w:t>
        <w:br/>
        <w:t>vt 0.263184 0.068848</w:t>
        <w:br/>
        <w:t>vt 0.224121 0.069824</w:t>
        <w:br/>
        <w:t>vt 0.224121 0.069824</w:t>
        <w:br/>
        <w:t>vt 0.221802 0.069336</w:t>
        <w:br/>
        <w:t>vt 0.244385 0.068359</w:t>
        <w:br/>
        <w:t>vt 0.264648 0.044434</w:t>
        <w:br/>
        <w:t>vt 0.224243 0.045410</w:t>
        <w:br/>
        <w:t>vt 0.224243 0.045410</w:t>
        <w:br/>
        <w:t>vt 0.221802 0.045410</w:t>
        <w:br/>
        <w:t>vt 0.244873 0.044434</w:t>
        <w:br/>
        <w:t>vt 0.264893 0.023438</w:t>
        <w:br/>
        <w:t>vt 0.224121 0.025391</w:t>
        <w:br/>
        <w:t>vt 0.224121 0.025391</w:t>
        <w:br/>
        <w:t>vt 0.221802 0.025879</w:t>
        <w:br/>
        <w:t>vt 0.244629 0.023926</w:t>
        <w:br/>
        <w:t>vt 0.223511 0.005859</w:t>
        <w:br/>
        <w:t>vt 0.223511 0.005859</w:t>
        <w:br/>
        <w:t>vt 0.221802 0.002930</w:t>
        <w:br/>
        <w:t>vt 0.223511 0.005859</w:t>
        <w:br/>
        <w:t>vt 0.245728 0.002930</w:t>
        <w:br/>
        <w:t>vt 0.221802 0.002930</w:t>
        <w:br/>
        <w:t>vt 0.245605 0.006348</w:t>
        <w:br/>
        <w:t>vt 0.245605 0.006348</w:t>
        <w:br/>
        <w:t>vt 0.263916 0.002930</w:t>
        <w:br/>
        <w:t>vt 0.264404 0.005371</w:t>
        <w:br/>
        <w:t>vt 0.264404 0.005371</w:t>
        <w:br/>
        <w:t>vt 0.378418 0.312012</w:t>
        <w:br/>
        <w:t>vt 0.379395 0.323242</w:t>
        <w:br/>
        <w:t>vt 0.379395 0.312012</w:t>
        <w:br/>
        <w:t>vt 0.378418 0.323242</w:t>
        <w:br/>
        <w:t>vt 0.378418 0.333984</w:t>
        <w:br/>
        <w:t>vt 0.379395 0.333984</w:t>
        <w:br/>
        <w:t>vt 0.373047 0.323242</w:t>
        <w:br/>
        <w:t>vt 0.373047 0.312012</w:t>
        <w:br/>
        <w:t>vt 0.378418 0.342285</w:t>
        <w:br/>
        <w:t>vt 0.379395 0.342285</w:t>
        <w:br/>
        <w:t>vt 0.379395 0.348145</w:t>
        <w:br/>
        <w:t>vt 0.373047 0.333984</w:t>
        <w:br/>
        <w:t>vt 0.367432 0.323242</w:t>
        <w:br/>
        <w:t>vt 0.367676 0.312012</w:t>
        <w:br/>
        <w:t>vt 0.365234 0.312012</w:t>
        <w:br/>
        <w:t>vt 0.378418 0.348145</w:t>
        <w:br/>
        <w:t>vt 0.379395 0.355957</w:t>
        <w:br/>
        <w:t>vt 0.365234 0.323242</w:t>
        <w:br/>
        <w:t>vt 0.378418 0.355469</w:t>
        <w:br/>
        <w:t>vt 0.379395 0.366699</w:t>
        <w:br/>
        <w:t>vt 0.362061 0.322754</w:t>
        <w:br/>
        <w:t>vt 0.362061 0.312012</w:t>
        <w:br/>
        <w:t>vt 0.358887 0.312012</w:t>
        <w:br/>
        <w:t>vt 0.358887 0.323242</w:t>
        <w:br/>
        <w:t>vt 0.365234 0.333984</w:t>
        <w:br/>
        <w:t>vt 0.362061 0.333984</w:t>
        <w:br/>
        <w:t>vt 0.358887 0.333984</w:t>
        <w:br/>
        <w:t>vt 0.367432 0.333984</w:t>
        <w:br/>
        <w:t>vt 0.365234 0.341797</w:t>
        <w:br/>
        <w:t>vt 0.361816 0.343750</w:t>
        <w:br/>
        <w:t>vt 0.358887 0.344727</w:t>
        <w:br/>
        <w:t>vt 0.367432 0.342285</w:t>
        <w:br/>
        <w:t>vt 0.361572 0.348633</w:t>
        <w:br/>
        <w:t>vt 0.358887 0.355957</w:t>
        <w:br/>
        <w:t>vt 0.365234 0.342773</w:t>
        <w:br/>
        <w:t>vt 0.365234 0.341797</w:t>
        <w:br/>
        <w:t>vt 0.370850 0.342773</w:t>
        <w:br/>
        <w:t>vt 0.367188 0.343262</w:t>
        <w:br/>
        <w:t>vt 0.365234 0.342773</w:t>
        <w:br/>
        <w:t>vt 0.370117 0.343750</w:t>
        <w:br/>
        <w:t>vt 0.373047 0.342773</w:t>
        <w:br/>
        <w:t>vt 0.371582 0.348145</w:t>
        <w:br/>
        <w:t>vt 0.370117 0.343750</w:t>
        <w:br/>
        <w:t>vt 0.371582 0.348145</w:t>
        <w:br/>
        <w:t>vt 0.370850 0.342773</w:t>
        <w:br/>
        <w:t>vt 0.373291 0.348145</w:t>
        <w:br/>
        <w:t>vt 0.373047 0.355957</w:t>
        <w:br/>
        <w:t>vt 0.370361 0.348145</w:t>
        <w:br/>
        <w:t>vt 0.378418 0.366699</w:t>
        <w:br/>
        <w:t>vt 0.367432 0.348633</w:t>
        <w:br/>
        <w:t>vt 0.370361 0.348145</w:t>
        <w:br/>
        <w:t>vt 0.367188 0.343262</w:t>
        <w:br/>
        <w:t>vt 0.378418 0.377441</w:t>
        <w:br/>
        <w:t>vt 0.379395 0.377441</w:t>
        <w:br/>
        <w:t>vt 0.379395 0.385254</w:t>
        <w:br/>
        <w:t>vt 0.378418 0.385254</w:t>
        <w:br/>
        <w:t>vt 0.373047 0.385254</w:t>
        <w:br/>
        <w:t>vt 0.373047 0.366699</w:t>
        <w:br/>
        <w:t>vt 0.373047 0.377441</w:t>
        <w:br/>
        <w:t>vt 0.367432 0.385254</w:t>
        <w:br/>
        <w:t>vt 0.367432 0.355957</w:t>
        <w:br/>
        <w:t>vt 0.367432 0.377441</w:t>
        <w:br/>
        <w:t>vt 0.367432 0.366699</w:t>
        <w:br/>
        <w:t>vt 0.365234 0.377441</w:t>
        <w:br/>
        <w:t>vt 0.365479 0.385254</w:t>
        <w:br/>
        <w:t>vt 0.362305 0.385254</w:t>
        <w:br/>
        <w:t>vt 0.365234 0.366699</w:t>
        <w:br/>
        <w:t>vt 0.362061 0.377441</w:t>
        <w:br/>
        <w:t>vt 0.358887 0.385254</w:t>
        <w:br/>
        <w:t>vt 0.358887 0.376953</w:t>
        <w:br/>
        <w:t>vt 0.362061 0.366699</w:t>
        <w:br/>
        <w:t>vt 0.358887 0.366699</w:t>
        <w:br/>
        <w:t>vt 0.362061 0.355957</w:t>
        <w:br/>
        <w:t>vt 0.365234 0.355957</w:t>
        <w:br/>
        <w:t>vt 0.361816 0.354004</w:t>
        <w:br/>
        <w:t>vt 0.361816 0.354004</w:t>
        <w:br/>
        <w:t>vt 0.367432 0.354980</w:t>
        <w:br/>
        <w:t>vt 0.362549 0.353516</w:t>
        <w:br/>
        <w:t>vt 0.365234 0.354980</w:t>
        <w:br/>
        <w:t>vt 0.367188 0.354492</w:t>
        <w:br/>
        <w:t>vt 0.365234 0.354980</w:t>
        <w:br/>
        <w:t>vt 0.365479 0.348633</w:t>
        <w:br/>
        <w:t>vt 0.362549 0.353516</w:t>
        <w:br/>
        <w:t>vt 0.362549 0.348633</w:t>
        <w:br/>
        <w:t>vt 0.362549 0.348633</w:t>
        <w:br/>
        <w:t>vt 0.362549 0.344238</w:t>
        <w:br/>
        <w:t>vt 0.362549 0.344238</w:t>
        <w:br/>
        <w:t>vt 0.367188 0.354492</w:t>
        <w:br/>
        <w:t>vt 0.370361 0.354004</w:t>
        <w:br/>
        <w:t>vt 0.370361 0.354004</w:t>
        <w:br/>
        <w:t>vt 0.371094 0.354492</w:t>
        <w:br/>
        <w:t>vt 0.371094 0.354492</w:t>
        <w:br/>
        <w:t>vt 0.371094 0.354492</w:t>
        <w:br/>
        <w:t>vt 0.306885 0.784424</w:t>
        <w:br/>
        <w:t>vt 0.319092 0.778931</w:t>
        <w:br/>
        <w:t>vt 0.306885 0.775757</w:t>
        <w:br/>
        <w:t>vt 0.315186 0.786621</w:t>
        <w:br/>
        <w:t>vt 0.321777 0.791748</w:t>
        <w:br/>
        <w:t>vt 0.328613 0.786621</w:t>
        <w:br/>
        <w:t>vt 0.332275 0.795288</w:t>
        <w:br/>
        <w:t>vt 0.313721 0.790405</w:t>
        <w:br/>
        <w:t>vt 0.306885 0.788574</w:t>
        <w:br/>
        <w:t>vt 0.306885 0.816040</w:t>
        <w:br/>
        <w:t>vt 0.324707 0.799438</w:t>
        <w:br/>
        <w:t>vt 0.333008 0.801758</w:t>
        <w:br/>
        <w:t>vt 0.318604 0.794312</w:t>
        <w:br/>
        <w:t>vt 0.311523 0.815308</w:t>
        <w:br/>
        <w:t>vt 0.306885 0.820312</w:t>
        <w:br/>
        <w:t>vt 0.316895 0.811890</w:t>
        <w:br/>
        <w:t>vt 0.312744 0.819336</w:t>
        <w:br/>
        <w:t>vt 0.306885 0.828979</w:t>
        <w:br/>
        <w:t>vt 0.315430 0.827637</w:t>
        <w:br/>
        <w:t>vt 0.325928 0.820923</w:t>
        <w:br/>
        <w:t>vt 0.319824 0.814819</w:t>
        <w:br/>
        <w:t>vt 0.324219 0.807739</w:t>
        <w:br/>
        <w:t>vt 0.332520 0.810425</w:t>
        <w:br/>
        <w:t>vt 0.320557 0.806519</w:t>
        <w:br/>
        <w:t>vt 0.320801 0.800171</w:t>
        <w:br/>
        <w:t>vt 0.320801 0.800171</w:t>
        <w:br/>
        <w:t>vt 0.319092 0.778931</w:t>
        <w:br/>
        <w:t>vt 0.306885 0.784424</w:t>
        <w:br/>
        <w:t>vt 0.306885 0.775757</w:t>
        <w:br/>
        <w:t>vt 0.315186 0.786621</w:t>
        <w:br/>
        <w:t>vt 0.321777 0.791748</w:t>
        <w:br/>
        <w:t>vt 0.328613 0.786621</w:t>
        <w:br/>
        <w:t>vt 0.332275 0.795288</w:t>
        <w:br/>
        <w:t>vt 0.313721 0.790405</w:t>
        <w:br/>
        <w:t>vt 0.306885 0.788574</w:t>
        <w:br/>
        <w:t>vt 0.306885 0.816040</w:t>
        <w:br/>
        <w:t>vt 0.318604 0.794312</w:t>
        <w:br/>
        <w:t>vt 0.324707 0.799438</w:t>
        <w:br/>
        <w:t>vt 0.333008 0.801758</w:t>
        <w:br/>
        <w:t>vt 0.311523 0.815308</w:t>
        <w:br/>
        <w:t>vt 0.306885 0.820312</w:t>
        <w:br/>
        <w:t>vt 0.324219 0.807739</w:t>
        <w:br/>
        <w:t>vt 0.332520 0.810425</w:t>
        <w:br/>
        <w:t>vt 0.325928 0.820923</w:t>
        <w:br/>
        <w:t>vt 0.320801 0.800171</w:t>
        <w:br/>
        <w:t>vt 0.316895 0.811890</w:t>
        <w:br/>
        <w:t>vt 0.320557 0.806519</w:t>
        <w:br/>
        <w:t>vt 0.320557 0.806519</w:t>
        <w:br/>
        <w:t>vt 0.312744 0.819336</w:t>
        <w:br/>
        <w:t>vt 0.306885 0.828979</w:t>
        <w:br/>
        <w:t>vt 0.315430 0.827637</w:t>
        <w:br/>
        <w:t>vt 0.319824 0.814819</w:t>
        <w:br/>
        <w:t>vt 0.589844 0.386719</w:t>
        <w:br/>
        <w:t>vt 0.595703 0.377441</w:t>
        <w:br/>
        <w:t>vt 0.592285 0.387695</w:t>
        <w:br/>
        <w:t>vt 0.589844 0.386719</w:t>
        <w:br/>
        <w:t>vt 0.589844 0.377930</w:t>
        <w:br/>
        <w:t>vt 0.595703 0.377441</w:t>
        <w:br/>
        <w:t>vt 0.597168 0.377930</w:t>
        <w:br/>
        <w:t>vt 0.595703 0.363770</w:t>
        <w:br/>
        <w:t>vt 0.595703 0.363770</w:t>
        <w:br/>
        <w:t>vt 0.589844 0.363770</w:t>
        <w:br/>
        <w:t>vt 0.597168 0.363770</w:t>
        <w:br/>
        <w:t>vt 0.595703 0.347656</w:t>
        <w:br/>
        <w:t>vt 0.595703 0.347656</w:t>
        <w:br/>
        <w:t>vt 0.589844 0.347168</w:t>
        <w:br/>
        <w:t>vt 0.589844 0.340820</w:t>
        <w:br/>
        <w:t>vt 0.591797 0.339844</w:t>
        <w:br/>
        <w:t>vt 0.589844 0.340820</w:t>
        <w:br/>
        <w:t>vt 0.242798 0.716064</w:t>
        <w:br/>
        <w:t>vt 0.245483 0.732422</w:t>
        <w:br/>
        <w:t>vt 0.242798 0.732422</w:t>
        <w:br/>
        <w:t>vt 0.228760 0.732422</w:t>
        <w:br/>
        <w:t>vt 0.245483 0.716064</w:t>
        <w:br/>
        <w:t>vt 0.228760 0.716064</w:t>
        <w:br/>
        <w:t>vt 0.226807 0.732422</w:t>
        <w:br/>
        <w:t>vt 0.226807 0.716064</w:t>
        <w:br/>
        <w:t>vt 0.242798 0.712891</w:t>
        <w:br/>
        <w:t>vt 0.245850 0.712891</w:t>
        <w:br/>
        <w:t>vt 0.228760 0.712891</w:t>
        <w:br/>
        <w:t>vt 0.224854 0.712891</w:t>
        <w:br/>
        <w:t>vt 0.245850 0.698730</w:t>
        <w:br/>
        <w:t>vt 0.224854 0.698730</w:t>
        <w:br/>
        <w:t>vt 0.242798 0.698730</w:t>
        <w:br/>
        <w:t>vt 0.228760 0.712891</w:t>
        <w:br/>
        <w:t>vt 0.228760 0.698730</w:t>
        <w:br/>
        <w:t>vt 0.228760 0.698730</w:t>
        <w:br/>
        <w:t>vt 0.229248 0.692871</w:t>
        <w:br/>
        <w:t>vt 0.229248 0.692871</w:t>
        <w:br/>
        <w:t>vt 0.241089 0.692871</w:t>
        <w:br/>
        <w:t>vt 0.241089 0.692871</w:t>
        <w:br/>
        <w:t>vt 0.241333 0.690918</w:t>
        <w:br/>
        <w:t>vt 0.241333 0.690918</w:t>
        <w:br/>
        <w:t>vt 0.229248 0.690918</w:t>
        <w:br/>
        <w:t>vt 0.229248 0.690918</w:t>
        <w:br/>
        <w:t>vt 0.227905 0.687988</w:t>
        <w:br/>
        <w:t>vt 0.224854 0.687012</w:t>
        <w:br/>
        <w:t>vt 0.227051 0.686035</w:t>
        <w:br/>
        <w:t>vt 0.227905 0.687988</w:t>
        <w:br/>
        <w:t>vt 0.224854 0.687012</w:t>
        <w:br/>
        <w:t>vt 0.229126 0.687012</w:t>
        <w:br/>
        <w:t>vt 0.227051 0.686035</w:t>
        <w:br/>
        <w:t>vt 0.229126 0.667725</w:t>
        <w:br/>
        <w:t>vt 0.229126 0.687012</w:t>
        <w:br/>
        <w:t>vt 0.227051 0.668457</w:t>
        <w:br/>
        <w:t>vt 0.227051 0.653320</w:t>
        <w:br/>
        <w:t>vt 0.229126 0.653320</w:t>
        <w:br/>
        <w:t>vt 0.241699 0.687012</w:t>
        <w:br/>
        <w:t>vt 0.229126 0.667725</w:t>
        <w:br/>
        <w:t>vt 0.229126 0.653320</w:t>
        <w:br/>
        <w:t>vt 0.241699 0.665527</w:t>
        <w:br/>
        <w:t>vt 0.241699 0.653320</w:t>
        <w:br/>
        <w:t>vt 0.243774 0.653320</w:t>
        <w:br/>
        <w:t>vt 0.243774 0.665527</w:t>
        <w:br/>
        <w:t>vt 0.243774 0.685547</w:t>
        <w:br/>
        <w:t>vt 0.241699 0.687012</w:t>
        <w:br/>
        <w:t>vt 0.243774 0.685547</w:t>
        <w:br/>
        <w:t>vt 0.242676 0.687012</w:t>
        <w:br/>
        <w:t>vt 0.242676 0.687012</w:t>
        <w:br/>
        <w:t>vt 0.245850 0.686523</w:t>
        <w:br/>
        <w:t>vt 0.245850 0.686523</w:t>
        <w:br/>
        <w:t>vt 0.857910 0.381348</w:t>
        <w:br/>
        <w:t>vt 0.859375 0.384766</w:t>
        <w:br/>
        <w:t>vt 0.858398 0.385254</w:t>
        <w:br/>
        <w:t>vt 0.856445 0.381348</w:t>
        <w:br/>
        <w:t>vt 0.861816 0.384277</w:t>
        <w:br/>
        <w:t>vt 0.855957 0.378418</w:t>
        <w:br/>
        <w:t>vt 0.854980 0.378418</w:t>
        <w:br/>
        <w:t>vt 0.854492 0.375488</w:t>
        <w:br/>
        <w:t>vt 0.859375 0.379395</w:t>
        <w:br/>
        <w:t>vt 0.862305 0.384277</w:t>
        <w:br/>
        <w:t>vt 0.856934 0.375000</w:t>
        <w:br/>
        <w:t>vt 0.854980 0.374512</w:t>
        <w:br/>
        <w:t>vt 0.859375 0.378906</w:t>
        <w:br/>
        <w:t>vt 0.862305 0.384277</w:t>
        <w:br/>
        <w:t>vt 0.859375 0.378906</w:t>
        <w:br/>
        <w:t>vt 0.863770 0.383301</w:t>
        <w:br/>
        <w:t>vt 0.856934 0.374512</w:t>
        <w:br/>
        <w:t>vt 0.855957 0.373047</w:t>
        <w:br/>
        <w:t>vt 0.856934 0.374512</w:t>
        <w:br/>
        <w:t>vt 0.854980 0.374512</w:t>
        <w:br/>
        <w:t>vt 0.860840 0.377930</w:t>
        <w:br/>
        <w:t>vt 0.856934 0.374512</w:t>
        <w:br/>
        <w:t>vt 0.860840 0.377930</w:t>
        <w:br/>
        <w:t>vt 0.864258 0.382324</w:t>
        <w:br/>
        <w:t>vt 0.863770 0.383301</w:t>
        <w:br/>
        <w:t>vt 0.857910 0.373535</w:t>
        <w:br/>
        <w:t>vt 0.857910 0.373535</w:t>
        <w:br/>
        <w:t>vt 0.858398 0.373047</w:t>
        <w:br/>
        <w:t>vt 0.856445 0.372559</w:t>
        <w:br/>
        <w:t>vt 0.857422 0.372559</w:t>
        <w:br/>
        <w:t>vt 0.858398 0.373047</w:t>
        <w:br/>
        <w:t>vt 0.856445 0.372559</w:t>
        <w:br/>
        <w:t>vt 0.861328 0.377441</w:t>
        <w:br/>
        <w:t>vt 0.866211 0.375977</w:t>
        <w:br/>
        <w:t>vt 0.864258 0.382324</w:t>
        <w:br/>
        <w:t>vt 0.861328 0.377441</w:t>
        <w:br/>
        <w:t>vt 0.868652 0.379883</w:t>
        <w:br/>
        <w:t>vt 0.866211 0.375977</w:t>
        <w:br/>
        <w:t>vt 0.869629 0.378906</w:t>
        <w:br/>
        <w:t>vt 0.868652 0.379883</w:t>
        <w:br/>
        <w:t>vt 0.867676 0.375000</w:t>
        <w:br/>
        <w:t>vt 0.865723 0.372070</w:t>
        <w:br/>
        <w:t>vt 0.864258 0.372559</w:t>
        <w:br/>
        <w:t>vt 0.864258 0.372559</w:t>
        <w:br/>
        <w:t>vt 0.858398 0.373047</w:t>
        <w:br/>
        <w:t>vt 0.865234 0.372070</w:t>
        <w:br/>
        <w:t>vt 0.864258 0.372070</w:t>
        <w:br/>
        <w:t>vt 0.864258 0.372070</w:t>
        <w:br/>
        <w:t>vt 0.865234 0.367188</w:t>
        <w:br/>
        <w:t>vt 0.858887 0.372559</w:t>
        <w:br/>
        <w:t>vt 0.858887 0.372559</w:t>
        <w:br/>
        <w:t>vt 0.857422 0.369141</w:t>
        <w:br/>
        <w:t>vt 0.858887 0.368652</w:t>
        <w:br/>
        <w:t>vt 0.858887 0.368652</w:t>
        <w:br/>
        <w:t>vt 0.864258 0.367676</w:t>
        <w:br/>
        <w:t>vt 0.864258 0.367676</w:t>
        <w:br/>
        <w:t>vt 0.858887 0.361816</w:t>
        <w:br/>
        <w:t>vt 0.858887 0.361816</w:t>
        <w:br/>
        <w:t>vt 0.857422 0.362305</w:t>
        <w:br/>
        <w:t>vt 0.864258 0.359863</w:t>
        <w:br/>
        <w:t>vt 0.864258 0.359863</w:t>
        <w:br/>
        <w:t>vt 0.865234 0.359375</w:t>
        <w:br/>
        <w:t>vt 0.858887 0.351562</w:t>
        <w:br/>
        <w:t>vt 0.858887 0.351562</w:t>
        <w:br/>
        <w:t>vt 0.857422 0.352051</w:t>
        <w:br/>
        <w:t>vt 0.864258 0.348633</w:t>
        <w:br/>
        <w:t>vt 0.864258 0.348633</w:t>
        <w:br/>
        <w:t>vt 0.865234 0.348145</w:t>
        <w:br/>
        <w:t>vt 0.857422 0.340332</w:t>
        <w:br/>
        <w:t>vt 0.864258 0.336426</w:t>
        <w:br/>
        <w:t>vt 0.865234 0.335938</w:t>
        <w:br/>
        <w:t>vt 0.858887 0.339844</w:t>
        <w:br/>
        <w:t>vt 0.858887 0.339844</w:t>
        <w:br/>
        <w:t>vt 0.864258 0.336426</w:t>
        <w:br/>
        <w:t>vt 0.858887 0.327637</w:t>
        <w:br/>
        <w:t>vt 0.857422 0.327637</w:t>
        <w:br/>
        <w:t>vt 0.857422 0.317871</w:t>
        <w:br/>
        <w:t>vt 0.864258 0.324707</w:t>
        <w:br/>
        <w:t>vt 0.864258 0.324707</w:t>
        <w:br/>
        <w:t>vt 0.865234 0.324219</w:t>
        <w:br/>
        <w:t>vt 0.858887 0.317383</w:t>
        <w:br/>
        <w:t>vt 0.858887 0.317383</w:t>
        <w:br/>
        <w:t>vt 0.857422 0.306152</w:t>
        <w:br/>
        <w:t>vt 0.858887 0.306152</w:t>
        <w:br/>
        <w:t>vt 0.864258 0.314453</w:t>
        <w:br/>
        <w:t>vt 0.864258 0.314453</w:t>
        <w:br/>
        <w:t>vt 0.858887 0.306152</w:t>
        <w:br/>
        <w:t>vt 0.865234 0.314453</w:t>
        <w:br/>
        <w:t>vt 0.864258 0.306152</w:t>
        <w:br/>
        <w:t>vt 0.865234 0.306152</w:t>
        <w:br/>
        <w:t>vt 0.864258 0.306152</w:t>
        <w:br/>
        <w:t>vt 0.069763 0.781372</w:t>
        <w:br/>
        <w:t>vt 0.069763 0.772583</w:t>
        <w:br/>
        <w:t>vt 0.067444 0.781372</w:t>
        <w:br/>
        <w:t>vt 0.078125 0.781372</w:t>
        <w:br/>
        <w:t>vt 0.067444 0.772583</w:t>
        <w:br/>
        <w:t>vt 0.078125 0.772583</w:t>
        <w:br/>
        <w:t>vt 0.069763 0.765503</w:t>
        <w:br/>
        <w:t>vt 0.067444 0.763306</w:t>
        <w:br/>
        <w:t>vt 0.079712 0.781372</w:t>
        <w:br/>
        <w:t>vt 0.075623 0.763306</w:t>
        <w:br/>
        <w:t>vt 0.078125 0.765625</w:t>
        <w:br/>
        <w:t>vt 0.079712 0.772583</w:t>
        <w:br/>
        <w:t>vt 0.075623 0.754272</w:t>
        <w:br/>
        <w:t>vt 0.067444 0.754272</w:t>
        <w:br/>
        <w:t>vt 0.078186 0.763306</w:t>
        <w:br/>
        <w:t>vt 0.079712 0.763306</w:t>
        <w:br/>
        <w:t>vt 0.079712 0.781372</w:t>
        <w:br/>
        <w:t>vt 0.084290 0.772583</w:t>
        <w:br/>
        <w:t>vt 0.079712 0.772583</w:t>
        <w:br/>
        <w:t>vt 0.079712 0.763306</w:t>
        <w:br/>
        <w:t>vt 0.084290 0.781372</w:t>
        <w:br/>
        <w:t>vt 0.087830 0.781372</w:t>
        <w:br/>
        <w:t>vt 0.087830 0.772583</w:t>
        <w:br/>
        <w:t>vt 0.084290 0.763306</w:t>
        <w:br/>
        <w:t>vt 0.087830 0.763306</w:t>
        <w:br/>
        <w:t>vt 0.078186 0.754272</w:t>
        <w:br/>
        <w:t>vt 0.079712 0.754272</w:t>
        <w:br/>
        <w:t>vt 0.079712 0.754272</w:t>
        <w:br/>
        <w:t>vt 0.084290 0.754272</w:t>
        <w:br/>
        <w:t>vt 0.087830 0.754272</w:t>
        <w:br/>
        <w:t>vt 0.075623 0.751953</w:t>
        <w:br/>
        <w:t>vt 0.067444 0.751953</w:t>
        <w:br/>
        <w:t>vt 0.084290 0.744629</w:t>
        <w:br/>
        <w:t>vt 0.087830 0.744629</w:t>
        <w:br/>
        <w:t>vt 0.067932 0.749268</w:t>
        <w:br/>
        <w:t>vt 0.066040 0.751099</w:t>
        <w:br/>
        <w:t>vt 0.066040 0.744629</w:t>
        <w:br/>
        <w:t>vt 0.066040 0.751099</w:t>
        <w:br/>
        <w:t>vt 0.067932 0.749268</w:t>
        <w:br/>
        <w:t>vt 0.078186 0.749268</w:t>
        <w:br/>
        <w:t>vt 0.078186 0.749268</w:t>
        <w:br/>
        <w:t>vt 0.067871 0.744629</w:t>
        <w:br/>
        <w:t>vt 0.066040 0.735596</w:t>
        <w:br/>
        <w:t>vt 0.077881 0.744629</w:t>
        <w:br/>
        <w:t>vt 0.079712 0.744629</w:t>
        <w:br/>
        <w:t>vt 0.079712 0.744629</w:t>
        <w:br/>
        <w:t>vt 0.067871 0.735596</w:t>
        <w:br/>
        <w:t>vt 0.077881 0.735596</w:t>
        <w:br/>
        <w:t>vt 0.067871 0.726562</w:t>
        <w:br/>
        <w:t>vt 0.066040 0.726562</w:t>
        <w:br/>
        <w:t>vt 0.079712 0.735596</w:t>
        <w:br/>
        <w:t>vt 0.067810 0.725342</w:t>
        <w:br/>
        <w:t>vt 0.066040 0.723633</w:t>
        <w:br/>
        <w:t>vt 0.067810 0.725342</w:t>
        <w:br/>
        <w:t>vt 0.067322 0.722412</w:t>
        <w:br/>
        <w:t>vt 0.066040 0.723633</w:t>
        <w:br/>
        <w:t>vt 0.077881 0.726562</w:t>
        <w:br/>
        <w:t>vt 0.075500 0.722412</w:t>
        <w:br/>
        <w:t>vt 0.067322 0.717041</w:t>
        <w:br/>
        <w:t>vt 0.078064 0.725342</w:t>
        <w:br/>
        <w:t>vt 0.075500 0.717041</w:t>
        <w:br/>
        <w:t>vt 0.067322 0.708008</w:t>
        <w:br/>
        <w:t>vt 0.078064 0.717041</w:t>
        <w:br/>
        <w:t>vt 0.075500 0.708008</w:t>
        <w:br/>
        <w:t>vt 0.079712 0.726562</w:t>
        <w:br/>
        <w:t>vt 0.079712 0.717041</w:t>
        <w:br/>
        <w:t>vt 0.078064 0.708008</w:t>
        <w:br/>
        <w:t>vt 0.069641 0.705811</w:t>
        <w:br/>
        <w:t>vt 0.067322 0.698486</w:t>
        <w:br/>
        <w:t>vt 0.077820 0.705811</w:t>
        <w:br/>
        <w:t>vt 0.069641 0.698486</w:t>
        <w:br/>
        <w:t>vt 0.067322 0.689941</w:t>
        <w:br/>
        <w:t>vt 0.069641 0.689941</w:t>
        <w:br/>
        <w:t>vt 0.077820 0.698486</w:t>
        <w:br/>
        <w:t>vt 0.077820 0.689941</w:t>
        <w:br/>
        <w:t>vt 0.079712 0.708008</w:t>
        <w:br/>
        <w:t>vt 0.079712 0.698486</w:t>
        <w:br/>
        <w:t>vt 0.079712 0.689941</w:t>
        <w:br/>
        <w:t>vt 0.079712 0.698486</w:t>
        <w:br/>
        <w:t>vt 0.084290 0.689941</w:t>
        <w:br/>
        <w:t>vt 0.079712 0.689941</w:t>
        <w:br/>
        <w:t>vt 0.084290 0.698486</w:t>
        <w:br/>
        <w:t>vt 0.087830 0.689941</w:t>
        <w:br/>
        <w:t>vt 0.087830 0.698486</w:t>
        <w:br/>
        <w:t>vt 0.087830 0.708008</w:t>
        <w:br/>
        <w:t>vt 0.084290 0.708008</w:t>
        <w:br/>
        <w:t>vt 0.079712 0.708008</w:t>
        <w:br/>
        <w:t>vt 0.087830 0.717041</w:t>
        <w:br/>
        <w:t>vt 0.084290 0.717041</w:t>
        <w:br/>
        <w:t>vt 0.079712 0.717041</w:t>
        <w:br/>
        <w:t>vt 0.087830 0.726562</w:t>
        <w:br/>
        <w:t>vt 0.084290 0.726562</w:t>
        <w:br/>
        <w:t>vt 0.079712 0.726562</w:t>
        <w:br/>
        <w:t>vt 0.087830 0.735596</w:t>
        <w:br/>
        <w:t>vt 0.079712 0.735596</w:t>
        <w:br/>
        <w:t>vt 0.084290 0.735596</w:t>
        <w:br/>
        <w:t>vt 0.859375 0.384766</w:t>
        <w:br/>
        <w:t>vt 0.857910 0.381348</w:t>
        <w:br/>
        <w:t>vt 0.858398 0.385254</w:t>
        <w:br/>
        <w:t>vt 0.861816 0.384277</w:t>
        <w:br/>
        <w:t>vt 0.856445 0.381348</w:t>
        <w:br/>
        <w:t>vt 0.859375 0.379395</w:t>
        <w:br/>
        <w:t>vt 0.855957 0.378418</w:t>
        <w:br/>
        <w:t>vt 0.854980 0.378418</w:t>
        <w:br/>
        <w:t>vt 0.862305 0.384277</w:t>
        <w:br/>
        <w:t>vt 0.854492 0.375488</w:t>
        <w:br/>
        <w:t>vt 0.856934 0.375000</w:t>
        <w:br/>
        <w:t>vt 0.854980 0.374512</w:t>
        <w:br/>
        <w:t>vt 0.859375 0.378906</w:t>
        <w:br/>
        <w:t>vt 0.856934 0.374512</w:t>
        <w:br/>
        <w:t>vt 0.856934 0.374512</w:t>
        <w:br/>
        <w:t>vt 0.855957 0.373047</w:t>
        <w:br/>
        <w:t>vt 0.854980 0.374512</w:t>
        <w:br/>
        <w:t>vt 0.859375 0.378906</w:t>
        <w:br/>
        <w:t>vt 0.857910 0.373535</w:t>
        <w:br/>
        <w:t>vt 0.856934 0.374512</w:t>
        <w:br/>
        <w:t>vt 0.857910 0.373535</w:t>
        <w:br/>
        <w:t>vt 0.862305 0.384277</w:t>
        <w:br/>
        <w:t>vt 0.860840 0.377930</w:t>
        <w:br/>
        <w:t>vt 0.863770 0.383301</w:t>
        <w:br/>
        <w:t>vt 0.860840 0.377930</w:t>
        <w:br/>
        <w:t>vt 0.863770 0.383301</w:t>
        <w:br/>
        <w:t>vt 0.864258 0.382324</w:t>
        <w:br/>
        <w:t>vt 0.858398 0.373047</w:t>
        <w:br/>
        <w:t>vt 0.856445 0.372559</w:t>
        <w:br/>
        <w:t>vt 0.858398 0.373047</w:t>
        <w:br/>
        <w:t>vt 0.857422 0.372559</w:t>
        <w:br/>
        <w:t>vt 0.856445 0.372559</w:t>
        <w:br/>
        <w:t>vt 0.861328 0.377441</w:t>
        <w:br/>
        <w:t>vt 0.866211 0.375977</w:t>
        <w:br/>
        <w:t>vt 0.861328 0.377441</w:t>
        <w:br/>
        <w:t>vt 0.864258 0.382324</w:t>
        <w:br/>
        <w:t>vt 0.868652 0.379883</w:t>
        <w:br/>
        <w:t>vt 0.866211 0.375977</w:t>
        <w:br/>
        <w:t>vt 0.868652 0.379883</w:t>
        <w:br/>
        <w:t>vt 0.869629 0.378906</w:t>
        <w:br/>
        <w:t>vt 0.867676 0.375000</w:t>
        <w:br/>
        <w:t>vt 0.865723 0.372070</w:t>
        <w:br/>
        <w:t>vt 0.864258 0.372559</w:t>
        <w:br/>
        <w:t>vt 0.864258 0.372559</w:t>
        <w:br/>
        <w:t>vt 0.858398 0.373047</w:t>
        <w:br/>
        <w:t>vt 0.865234 0.372070</w:t>
        <w:br/>
        <w:t>vt 0.864258 0.372070</w:t>
        <w:br/>
        <w:t>vt 0.865234 0.367188</w:t>
        <w:br/>
        <w:t>vt 0.864258 0.372070</w:t>
        <w:br/>
        <w:t>vt 0.858887 0.372559</w:t>
        <w:br/>
        <w:t>vt 0.858887 0.372559</w:t>
        <w:br/>
        <w:t>vt 0.857422 0.369141</w:t>
        <w:br/>
        <w:t>vt 0.858887 0.368652</w:t>
        <w:br/>
        <w:t>vt 0.858887 0.368652</w:t>
        <w:br/>
        <w:t>vt 0.857422 0.362305</w:t>
        <w:br/>
        <w:t>vt 0.864258 0.367676</w:t>
        <w:br/>
        <w:t>vt 0.864258 0.367676</w:t>
        <w:br/>
        <w:t>vt 0.858887 0.361816</w:t>
        <w:br/>
        <w:t>vt 0.858887 0.361816</w:t>
        <w:br/>
        <w:t>vt 0.864258 0.359863</w:t>
        <w:br/>
        <w:t>vt 0.864258 0.359863</w:t>
        <w:br/>
        <w:t>vt 0.865234 0.359375</w:t>
        <w:br/>
        <w:t>vt 0.858887 0.351562</w:t>
        <w:br/>
        <w:t>vt 0.858887 0.351562</w:t>
        <w:br/>
        <w:t>vt 0.857422 0.352051</w:t>
        <w:br/>
        <w:t>vt 0.857422 0.340332</w:t>
        <w:br/>
        <w:t>vt 0.864258 0.348633</w:t>
        <w:br/>
        <w:t>vt 0.864258 0.348633</w:t>
        <w:br/>
        <w:t>vt 0.865234 0.348145</w:t>
        <w:br/>
        <w:t>vt 0.858887 0.339844</w:t>
        <w:br/>
        <w:t>vt 0.858887 0.339844</w:t>
        <w:br/>
        <w:t>vt 0.864258 0.336426</w:t>
        <w:br/>
        <w:t>vt 0.864258 0.336426</w:t>
        <w:br/>
        <w:t>vt 0.865234 0.335938</w:t>
        <w:br/>
        <w:t>vt 0.858887 0.327637</w:t>
        <w:br/>
        <w:t>vt 0.857422 0.327637</w:t>
        <w:br/>
        <w:t>vt 0.857422 0.317871</w:t>
        <w:br/>
        <w:t>vt 0.864258 0.324707</w:t>
        <w:br/>
        <w:t>vt 0.864258 0.324707</w:t>
        <w:br/>
        <w:t>vt 0.865234 0.324219</w:t>
        <w:br/>
        <w:t>vt 0.858887 0.317383</w:t>
        <w:br/>
        <w:t>vt 0.858887 0.317383</w:t>
        <w:br/>
        <w:t>vt 0.857422 0.306152</w:t>
        <w:br/>
        <w:t>vt 0.858887 0.306152</w:t>
        <w:br/>
        <w:t>vt 0.864258 0.314453</w:t>
        <w:br/>
        <w:t>vt 0.864258 0.314453</w:t>
        <w:br/>
        <w:t>vt 0.858887 0.306152</w:t>
        <w:br/>
        <w:t>vt 0.865234 0.314453</w:t>
        <w:br/>
        <w:t>vt 0.864258 0.306152</w:t>
        <w:br/>
        <w:t>vt 0.865234 0.306152</w:t>
        <w:br/>
        <w:t>vt 0.864258 0.306152</w:t>
        <w:br/>
        <w:t>vt 0.857910 0.381348</w:t>
        <w:br/>
        <w:t>vt 0.859375 0.384766</w:t>
        <w:br/>
        <w:t>vt 0.858398 0.385254</w:t>
        <w:br/>
        <w:t>vt 0.856445 0.381348</w:t>
        <w:br/>
        <w:t>vt 0.861816 0.384277</w:t>
        <w:br/>
        <w:t>vt 0.855957 0.378418</w:t>
        <w:br/>
        <w:t>vt 0.854980 0.378418</w:t>
        <w:br/>
        <w:t>vt 0.854492 0.375488</w:t>
        <w:br/>
        <w:t>vt 0.859375 0.379395</w:t>
        <w:br/>
        <w:t>vt 0.862305 0.384277</w:t>
        <w:br/>
        <w:t>vt 0.856934 0.375000</w:t>
        <w:br/>
        <w:t>vt 0.854980 0.374512</w:t>
        <w:br/>
        <w:t>vt 0.859375 0.378906</w:t>
        <w:br/>
        <w:t>vt 0.862305 0.384277</w:t>
        <w:br/>
        <w:t>vt 0.859375 0.378906</w:t>
        <w:br/>
        <w:t>vt 0.863770 0.383301</w:t>
        <w:br/>
        <w:t>vt 0.856934 0.374512</w:t>
        <w:br/>
        <w:t>vt 0.856934 0.374512</w:t>
        <w:br/>
        <w:t>vt 0.854980 0.374512</w:t>
        <w:br/>
        <w:t>vt 0.855957 0.373047</w:t>
        <w:br/>
        <w:t>vt 0.860840 0.377930</w:t>
        <w:br/>
        <w:t>vt 0.856934 0.374512</w:t>
        <w:br/>
        <w:t>vt 0.863770 0.383301</w:t>
        <w:br/>
        <w:t>vt 0.860840 0.377930</w:t>
        <w:br/>
        <w:t>vt 0.864258 0.382324</w:t>
        <w:br/>
        <w:t>vt 0.857910 0.373535</w:t>
        <w:br/>
        <w:t>vt 0.857910 0.373535</w:t>
        <w:br/>
        <w:t>vt 0.858398 0.373047</w:t>
        <w:br/>
        <w:t>vt 0.856445 0.372559</w:t>
        <w:br/>
        <w:t>vt 0.857422 0.372559</w:t>
        <w:br/>
        <w:t>vt 0.858398 0.373047</w:t>
        <w:br/>
        <w:t>vt 0.856445 0.372559</w:t>
        <w:br/>
        <w:t>vt 0.861328 0.377441</w:t>
        <w:br/>
        <w:t>vt 0.866211 0.375977</w:t>
        <w:br/>
        <w:t>vt 0.864258 0.382324</w:t>
        <w:br/>
        <w:t>vt 0.861328 0.377441</w:t>
        <w:br/>
        <w:t>vt 0.868652 0.379883</w:t>
        <w:br/>
        <w:t>vt 0.868652 0.379883</w:t>
        <w:br/>
        <w:t>vt 0.866211 0.375977</w:t>
        <w:br/>
        <w:t>vt 0.869629 0.378906</w:t>
        <w:br/>
        <w:t>vt 0.867676 0.375000</w:t>
        <w:br/>
        <w:t>vt 0.865723 0.372070</w:t>
        <w:br/>
        <w:t>vt 0.864258 0.372559</w:t>
        <w:br/>
        <w:t>vt 0.864258 0.372559</w:t>
        <w:br/>
        <w:t>vt 0.858398 0.373047</w:t>
        <w:br/>
        <w:t>vt 0.865234 0.372070</w:t>
        <w:br/>
        <w:t>vt 0.864258 0.372070</w:t>
        <w:br/>
        <w:t>vt 0.864258 0.372070</w:t>
        <w:br/>
        <w:t>vt 0.865234 0.367188</w:t>
        <w:br/>
        <w:t>vt 0.858887 0.372559</w:t>
        <w:br/>
        <w:t>vt 0.858887 0.372559</w:t>
        <w:br/>
        <w:t>vt 0.857422 0.369141</w:t>
        <w:br/>
        <w:t>vt 0.864258 0.367676</w:t>
        <w:br/>
        <w:t>vt 0.858887 0.368652</w:t>
        <w:br/>
        <w:t>vt 0.858887 0.368652</w:t>
        <w:br/>
        <w:t>vt 0.864258 0.367676</w:t>
        <w:br/>
        <w:t>vt 0.857422 0.362305</w:t>
        <w:br/>
        <w:t>vt 0.865234 0.359375</w:t>
        <w:br/>
        <w:t>vt 0.858887 0.361816</w:t>
        <w:br/>
        <w:t>vt 0.858887 0.361816</w:t>
        <w:br/>
        <w:t>vt 0.864258 0.359863</w:t>
        <w:br/>
        <w:t>vt 0.864258 0.359863</w:t>
        <w:br/>
        <w:t>vt 0.858887 0.351562</w:t>
        <w:br/>
        <w:t>vt 0.858887 0.351562</w:t>
        <w:br/>
        <w:t>vt 0.857422 0.352051</w:t>
        <w:br/>
        <w:t>vt 0.857422 0.340332</w:t>
        <w:br/>
        <w:t>vt 0.864258 0.348633</w:t>
        <w:br/>
        <w:t>vt 0.864258 0.348633</w:t>
        <w:br/>
        <w:t>vt 0.865234 0.348145</w:t>
        <w:br/>
        <w:t>vt 0.865234 0.335938</w:t>
        <w:br/>
        <w:t>vt 0.858887 0.339844</w:t>
        <w:br/>
        <w:t>vt 0.858887 0.339844</w:t>
        <w:br/>
        <w:t>vt 0.864258 0.336426</w:t>
        <w:br/>
        <w:t>vt 0.864258 0.336426</w:t>
        <w:br/>
        <w:t>vt 0.858887 0.327637</w:t>
        <w:br/>
        <w:t>vt 0.857422 0.327637</w:t>
        <w:br/>
        <w:t>vt 0.864258 0.324707</w:t>
        <w:br/>
        <w:t>vt 0.864258 0.324707</w:t>
        <w:br/>
        <w:t>vt 0.865234 0.324219</w:t>
        <w:br/>
        <w:t>vt 0.858887 0.317383</w:t>
        <w:br/>
        <w:t>vt 0.857422 0.317871</w:t>
        <w:br/>
        <w:t>vt 0.857422 0.306152</w:t>
        <w:br/>
        <w:t>vt 0.858887 0.306152</w:t>
        <w:br/>
        <w:t>vt 0.864258 0.314453</w:t>
        <w:br/>
        <w:t>vt 0.864258 0.314453</w:t>
        <w:br/>
        <w:t>vt 0.858887 0.306152</w:t>
        <w:br/>
        <w:t>vt 0.865234 0.314453</w:t>
        <w:br/>
        <w:t>vt 0.864258 0.306152</w:t>
        <w:br/>
        <w:t>vt 0.865234 0.306152</w:t>
        <w:br/>
        <w:t>vt 0.864258 0.306152</w:t>
        <w:br/>
        <w:t>vt 0.084290 0.698486</w:t>
        <w:br/>
        <w:t>vt 0.087830 0.689941</w:t>
        <w:br/>
        <w:t>vt 0.084290 0.689941</w:t>
        <w:br/>
        <w:t>vt 0.087830 0.698486</w:t>
        <w:br/>
        <w:t>vt 0.079712 0.689941</w:t>
        <w:br/>
        <w:t>vt 0.084290 0.708008</w:t>
        <w:br/>
        <w:t>vt 0.087830 0.708008</w:t>
        <w:br/>
        <w:t>vt 0.079712 0.698486</w:t>
        <w:br/>
        <w:t>vt 0.079712 0.689941</w:t>
        <w:br/>
        <w:t>vt 0.077820 0.698486</w:t>
        <w:br/>
        <w:t>vt 0.079712 0.698486</w:t>
        <w:br/>
        <w:t>vt 0.077820 0.689941</w:t>
        <w:br/>
        <w:t>vt 0.084290 0.717041</w:t>
        <w:br/>
        <w:t>vt 0.087830 0.717041</w:t>
        <w:br/>
        <w:t>vt 0.069641 0.698486</w:t>
        <w:br/>
        <w:t>vt 0.069641 0.689941</w:t>
        <w:br/>
        <w:t>vt 0.067322 0.689941</w:t>
        <w:br/>
        <w:t>vt 0.067322 0.698486</w:t>
        <w:br/>
        <w:t>vt 0.069641 0.705811</w:t>
        <w:br/>
        <w:t>vt 0.067322 0.708008</w:t>
        <w:br/>
        <w:t>vt 0.077820 0.705811</w:t>
        <w:br/>
        <w:t>vt 0.075500 0.708008</w:t>
        <w:br/>
        <w:t>vt 0.075500 0.717041</w:t>
        <w:br/>
        <w:t>vt 0.067322 0.717041</w:t>
        <w:br/>
        <w:t>vt 0.078064 0.708008</w:t>
        <w:br/>
        <w:t>vt 0.079712 0.708008</w:t>
        <w:br/>
        <w:t>vt 0.079712 0.708008</w:t>
        <w:br/>
        <w:t>vt 0.078064 0.717041</w:t>
        <w:br/>
        <w:t>vt 0.075500 0.722412</w:t>
        <w:br/>
        <w:t>vt 0.067322 0.722412</w:t>
        <w:br/>
        <w:t>vt 0.079712 0.717041</w:t>
        <w:br/>
        <w:t>vt 0.079712 0.717041</w:t>
        <w:br/>
        <w:t>vt 0.078064 0.725342</w:t>
        <w:br/>
        <w:t>vt 0.067810 0.725342</w:t>
        <w:br/>
        <w:t>vt 0.078064 0.725342</w:t>
        <w:br/>
        <w:t>vt 0.066040 0.723633</w:t>
        <w:br/>
        <w:t>vt 0.066040 0.726562</w:t>
        <w:br/>
        <w:t>vt 0.066040 0.723633</w:t>
        <w:br/>
        <w:t>vt 0.079712 0.726562</w:t>
        <w:br/>
        <w:t>vt 0.079712 0.726562</w:t>
        <w:br/>
        <w:t>vt 0.077881 0.726562</w:t>
        <w:br/>
        <w:t>vt 0.067871 0.726562</w:t>
        <w:br/>
        <w:t>vt 0.066040 0.735596</w:t>
        <w:br/>
        <w:t>vt 0.077881 0.735596</w:t>
        <w:br/>
        <w:t>vt 0.067871 0.735596</w:t>
        <w:br/>
        <w:t>vt 0.067871 0.744629</w:t>
        <w:br/>
        <w:t>vt 0.066040 0.744629</w:t>
        <w:br/>
        <w:t>vt 0.079712 0.735596</w:t>
        <w:br/>
        <w:t>vt 0.067932 0.749268</w:t>
        <w:br/>
        <w:t>vt 0.066040 0.751099</w:t>
        <w:br/>
        <w:t>vt 0.067444 0.751953</w:t>
        <w:br/>
        <w:t>vt 0.067932 0.749268</w:t>
        <w:br/>
        <w:t>vt 0.066040 0.751099</w:t>
        <w:br/>
        <w:t>vt 0.077881 0.744629</w:t>
        <w:br/>
        <w:t>vt 0.075623 0.751953</w:t>
        <w:br/>
        <w:t>vt 0.067444 0.754272</w:t>
        <w:br/>
        <w:t>vt 0.078186 0.749268</w:t>
        <w:br/>
        <w:t>vt 0.075623 0.754272</w:t>
        <w:br/>
        <w:t>vt 0.067444 0.763306</w:t>
        <w:br/>
        <w:t>vt 0.078186 0.754272</w:t>
        <w:br/>
        <w:t>vt 0.075623 0.763306</w:t>
        <w:br/>
        <w:t>vt 0.079712 0.744629</w:t>
        <w:br/>
        <w:t>vt 0.079712 0.754272</w:t>
        <w:br/>
        <w:t>vt 0.078186 0.763306</w:t>
        <w:br/>
        <w:t>vt 0.069763 0.765503</w:t>
        <w:br/>
        <w:t>vt 0.067444 0.772583</w:t>
        <w:br/>
        <w:t>vt 0.078125 0.765625</w:t>
        <w:br/>
        <w:t>vt 0.079712 0.763306</w:t>
        <w:br/>
        <w:t>vt 0.069763 0.772583</w:t>
        <w:br/>
        <w:t>vt 0.067444 0.781372</w:t>
        <w:br/>
        <w:t>vt 0.069763 0.781372</w:t>
        <w:br/>
        <w:t>vt 0.078125 0.781372</w:t>
        <w:br/>
        <w:t>vt 0.078125 0.772583</w:t>
        <w:br/>
        <w:t>vt 0.079712 0.772583</w:t>
        <w:br/>
        <w:t>vt 0.079712 0.781372</w:t>
        <w:br/>
        <w:t>vt 0.079712 0.763306</w:t>
        <w:br/>
        <w:t>vt 0.084290 0.754272</w:t>
        <w:br/>
        <w:t>vt 0.079712 0.754272</w:t>
        <w:br/>
        <w:t>vt 0.079712 0.744629</w:t>
        <w:br/>
        <w:t>vt 0.079712 0.772583</w:t>
        <w:br/>
        <w:t>vt 0.084290 0.763306</w:t>
        <w:br/>
        <w:t>vt 0.079712 0.781372</w:t>
        <w:br/>
        <w:t>vt 0.084290 0.772583</w:t>
        <w:br/>
        <w:t>vt 0.084290 0.781372</w:t>
        <w:br/>
        <w:t>vt 0.087830 0.781372</w:t>
        <w:br/>
        <w:t>vt 0.087830 0.772583</w:t>
        <w:br/>
        <w:t>vt 0.087830 0.763306</w:t>
        <w:br/>
        <w:t>vt 0.087830 0.754272</w:t>
        <w:br/>
        <w:t>vt 0.087830 0.744629</w:t>
        <w:br/>
        <w:t>vt 0.084290 0.744629</w:t>
        <w:br/>
        <w:t>vt 0.087830 0.735596</w:t>
        <w:br/>
        <w:t>vt 0.079712 0.735596</w:t>
        <w:br/>
        <w:t>vt 0.084290 0.735596</w:t>
        <w:br/>
        <w:t>vt 0.087830 0.726562</w:t>
        <w:br/>
        <w:t>vt 0.084290 0.726562</w:t>
        <w:br/>
        <w:t>vt 0.858398 0.385254</w:t>
        <w:br/>
        <w:t>vt 0.859375 0.384766</w:t>
        <w:br/>
        <w:t>vt 0.857910 0.381348</w:t>
        <w:br/>
        <w:t>vt 0.856445 0.381348</w:t>
        <w:br/>
        <w:t>vt 0.861816 0.384277</w:t>
        <w:br/>
        <w:t>vt 0.855957 0.378418</w:t>
        <w:br/>
        <w:t>vt 0.854980 0.378418</w:t>
        <w:br/>
        <w:t>vt 0.854492 0.375488</w:t>
        <w:br/>
        <w:t>vt 0.859375 0.379395</w:t>
        <w:br/>
        <w:t>vt 0.862305 0.384277</w:t>
        <w:br/>
        <w:t>vt 0.856934 0.375000</w:t>
        <w:br/>
        <w:t>vt 0.854980 0.374512</w:t>
        <w:br/>
        <w:t>vt 0.859375 0.378906</w:t>
        <w:br/>
        <w:t>vt 0.863770 0.383301</w:t>
        <w:br/>
        <w:t>vt 0.859375 0.378906</w:t>
        <w:br/>
        <w:t>vt 0.862305 0.384277</w:t>
        <w:br/>
        <w:t>vt 0.856934 0.374512</w:t>
        <w:br/>
        <w:t>vt 0.856934 0.374512</w:t>
        <w:br/>
        <w:t>vt 0.855957 0.373047</w:t>
        <w:br/>
        <w:t>vt 0.854980 0.374512</w:t>
        <w:br/>
        <w:t>vt 0.860840 0.377930</w:t>
        <w:br/>
        <w:t>vt 0.856934 0.374512</w:t>
        <w:br/>
        <w:t>vt 0.860840 0.377930</w:t>
        <w:br/>
        <w:t>vt 0.863770 0.383301</w:t>
        <w:br/>
        <w:t>vt 0.864258 0.382324</w:t>
        <w:br/>
        <w:t>vt 0.857910 0.373535</w:t>
        <w:br/>
        <w:t>vt 0.857910 0.373535</w:t>
        <w:br/>
        <w:t>vt 0.858398 0.373047</w:t>
        <w:br/>
        <w:t>vt 0.856445 0.372559</w:t>
        <w:br/>
        <w:t>vt 0.858398 0.373047</w:t>
        <w:br/>
        <w:t>vt 0.857422 0.372559</w:t>
        <w:br/>
        <w:t>vt 0.856445 0.372559</w:t>
        <w:br/>
        <w:t>vt 0.861328 0.377441</w:t>
        <w:br/>
        <w:t>vt 0.858887 0.372559</w:t>
        <w:br/>
        <w:t>vt 0.857422 0.369141</w:t>
        <w:br/>
        <w:t>vt 0.861328 0.377441</w:t>
        <w:br/>
        <w:t>vt 0.864258 0.372559</w:t>
        <w:br/>
        <w:t>vt 0.858398 0.373047</w:t>
        <w:br/>
        <w:t>vt 0.858887 0.372559</w:t>
        <w:br/>
        <w:t>vt 0.866211 0.375977</w:t>
        <w:br/>
        <w:t>vt 0.864258 0.382324</w:t>
        <w:br/>
        <w:t>vt 0.868652 0.379883</w:t>
        <w:br/>
        <w:t>vt 0.866211 0.375977</w:t>
        <w:br/>
        <w:t>vt 0.868652 0.379883</w:t>
        <w:br/>
        <w:t>vt 0.869629 0.378906</w:t>
        <w:br/>
        <w:t>vt 0.867676 0.375000</w:t>
        <w:br/>
        <w:t>vt 0.865723 0.372070</w:t>
        <w:br/>
        <w:t>vt 0.864258 0.372559</w:t>
        <w:br/>
        <w:t>vt 0.865234 0.372070</w:t>
        <w:br/>
        <w:t>vt 0.864258 0.372070</w:t>
        <w:br/>
        <w:t>vt 0.865234 0.367188</w:t>
        <w:br/>
        <w:t>vt 0.864258 0.372070</w:t>
        <w:br/>
        <w:t>vt 0.858887 0.368652</w:t>
        <w:br/>
        <w:t>vt 0.858887 0.368652</w:t>
        <w:br/>
        <w:t>vt 0.857422 0.362305</w:t>
        <w:br/>
        <w:t>vt 0.864258 0.367676</w:t>
        <w:br/>
        <w:t>vt 0.864258 0.367676</w:t>
        <w:br/>
        <w:t>vt 0.865234 0.359375</w:t>
        <w:br/>
        <w:t>vt 0.858887 0.361816</w:t>
        <w:br/>
        <w:t>vt 0.858887 0.361816</w:t>
        <w:br/>
        <w:t>vt 0.864258 0.359863</w:t>
        <w:br/>
        <w:t>vt 0.864258 0.359863</w:t>
        <w:br/>
        <w:t>vt 0.865234 0.348145</w:t>
        <w:br/>
        <w:t>vt 0.858887 0.351562</w:t>
        <w:br/>
        <w:t>vt 0.858887 0.351562</w:t>
        <w:br/>
        <w:t>vt 0.857422 0.352051</w:t>
        <w:br/>
        <w:t>vt 0.864258 0.348633</w:t>
        <w:br/>
        <w:t>vt 0.864258 0.348633</w:t>
        <w:br/>
        <w:t>vt 0.858887 0.339844</w:t>
        <w:br/>
        <w:t>vt 0.857422 0.340332</w:t>
        <w:br/>
        <w:t>vt 0.864258 0.336426</w:t>
        <w:br/>
        <w:t>vt 0.864258 0.336426</w:t>
        <w:br/>
        <w:t>vt 0.865234 0.335938</w:t>
        <w:br/>
        <w:t>vt 0.858887 0.327637</w:t>
        <w:br/>
        <w:t>vt 0.857422 0.327637</w:t>
        <w:br/>
        <w:t>vt 0.864258 0.324707</w:t>
        <w:br/>
        <w:t>vt 0.864258 0.324707</w:t>
        <w:br/>
        <w:t>vt 0.865234 0.324219</w:t>
        <w:br/>
        <w:t>vt 0.858887 0.317383</w:t>
        <w:br/>
        <w:t>vt 0.857422 0.317871</w:t>
        <w:br/>
        <w:t>vt 0.857422 0.306152</w:t>
        <w:br/>
        <w:t>vt 0.858887 0.306152</w:t>
        <w:br/>
        <w:t>vt 0.864258 0.314453</w:t>
        <w:br/>
        <w:t>vt 0.864258 0.314453</w:t>
        <w:br/>
        <w:t>vt 0.858887 0.306152</w:t>
        <w:br/>
        <w:t>vt 0.865234 0.314453</w:t>
        <w:br/>
        <w:t>vt 0.864258 0.306152</w:t>
        <w:br/>
        <w:t>vt 0.865234 0.306152</w:t>
        <w:br/>
        <w:t>vt 0.864258 0.306152</w:t>
        <w:br/>
        <w:t>vt 0.879883 0.405762</w:t>
        <w:br/>
        <w:t>vt 0.886719 0.404297</w:t>
        <w:br/>
        <w:t>vt 0.881836 0.406738</w:t>
        <w:br/>
        <w:t>vt 0.880859 0.400391</w:t>
        <w:br/>
        <w:t>vt 0.886719 0.404297</w:t>
        <w:br/>
        <w:t>vt 0.879883 0.405762</w:t>
        <w:br/>
        <w:t>vt 0.887207 0.405762</w:t>
        <w:br/>
        <w:t>vt 0.885254 0.399414</w:t>
        <w:br/>
        <w:t>vt 0.881348 0.398438</w:t>
        <w:br/>
        <w:t>vt 0.885254 0.399414</w:t>
        <w:br/>
        <w:t>vt 0.880859 0.400391</w:t>
        <w:br/>
        <w:t>vt 0.885254 0.397461</w:t>
        <w:br/>
        <w:t>vt 0.891602 0.403809</w:t>
        <w:br/>
        <w:t>vt 0.885254 0.399414</w:t>
        <w:br/>
        <w:t>vt 0.891602 0.403809</w:t>
        <w:br/>
        <w:t>vt 0.886719 0.404297</w:t>
        <w:br/>
        <w:t>vt 0.892578 0.405273</w:t>
        <w:br/>
        <w:t>vt 0.890137 0.397461</w:t>
        <w:br/>
        <w:t>vt 0.890137 0.397461</w:t>
        <w:br/>
        <w:t>vt 0.890137 0.395508</w:t>
        <w:br/>
        <w:t>vt 0.908691 0.400391</w:t>
        <w:br/>
        <w:t>vt 0.908691 0.400391</w:t>
        <w:br/>
        <w:t>vt 0.908691 0.401855</w:t>
        <w:br/>
        <w:t>vt 0.918945 0.400879</w:t>
        <w:br/>
        <w:t>vt 0.908203 0.392578</w:t>
        <w:br/>
        <w:t>vt 0.908203 0.392578</w:t>
        <w:br/>
        <w:t>vt 0.907715 0.391113</w:t>
        <w:br/>
        <w:t>vt 0.917480 0.389160</w:t>
        <w:br/>
        <w:t>vt 0.919434 0.399414</w:t>
        <w:br/>
        <w:t>vt 0.919434 0.399414</w:t>
        <w:br/>
        <w:t>vt 0.930664 0.400879</w:t>
        <w:br/>
        <w:t>vt 0.918457 0.390625</w:t>
        <w:br/>
        <w:t>vt 0.918457 0.390625</w:t>
        <w:br/>
        <w:t>vt 0.923340 0.388672</w:t>
        <w:br/>
        <w:t>vt 0.931152 0.399902</w:t>
        <w:br/>
        <w:t>vt 0.924316 0.390137</w:t>
        <w:br/>
        <w:t>vt 0.924316 0.390137</w:t>
        <w:br/>
        <w:t>vt 0.931152 0.399902</w:t>
        <w:br/>
        <w:t>vt 0.931152 0.386719</w:t>
        <w:br/>
        <w:t>vt 0.937012 0.397949</w:t>
        <w:br/>
        <w:t>vt 0.931641 0.387695</w:t>
        <w:br/>
        <w:t>vt 0.931641 0.387695</w:t>
        <w:br/>
        <w:t>vt 0.931152 0.399902</w:t>
        <w:br/>
        <w:t>vt 0.936035 0.397461</w:t>
        <w:br/>
        <w:t>vt 0.936035 0.397461</w:t>
        <w:br/>
        <w:t>vt 0.943359 0.386230</w:t>
        <w:br/>
        <w:t>vt 0.931641 0.387695</w:t>
        <w:br/>
        <w:t>vt 0.943359 0.386230</w:t>
        <w:br/>
        <w:t>vt 0.936035 0.397461</w:t>
        <w:br/>
        <w:t>vt 0.944336 0.386719</w:t>
        <w:br/>
        <w:t>vt 0.949707 0.378906</w:t>
        <w:br/>
        <w:t>vt 0.936035 0.381348</w:t>
        <w:br/>
        <w:t>vt 0.936035 0.381348</w:t>
        <w:br/>
        <w:t>vt 0.934570 0.380371</w:t>
        <w:br/>
        <w:t>vt 0.940430 0.373047</w:t>
        <w:br/>
        <w:t>vt 0.948730 0.377441</w:t>
        <w:br/>
        <w:t>vt 0.941895 0.374023</w:t>
        <w:br/>
        <w:t>vt 0.941895 0.374023</w:t>
        <w:br/>
        <w:t>vt 0.948730 0.377441</w:t>
        <w:br/>
        <w:t>vt 0.951660 0.360352</w:t>
        <w:br/>
        <w:t>vt 0.958984 0.366211</w:t>
        <w:br/>
        <w:t>vt 0.953613 0.360352</w:t>
        <w:br/>
        <w:t>vt 0.953613 0.360352</w:t>
        <w:br/>
        <w:t>vt 0.955078 0.355957</w:t>
        <w:br/>
        <w:t>vt 0.957031 0.355469</w:t>
        <w:br/>
        <w:t>vt 0.960938 0.358398</w:t>
        <w:br/>
        <w:t>vt 0.957031 0.355469</w:t>
        <w:br/>
        <w:t>vt 0.958008 0.364258</w:t>
        <w:br/>
        <w:t>vt 0.958008 0.364258</w:t>
        <w:br/>
        <w:t>vt 0.961914 0.360352</w:t>
        <w:br/>
        <w:t>vt 0.960938 0.358398</w:t>
        <w:br/>
        <w:t>vt 0.819824 0.400879</w:t>
        <w:br/>
        <w:t>vt 0.820801 0.399414</w:t>
        <w:br/>
        <w:t>vt 0.820801 0.400879</w:t>
        <w:br/>
        <w:t>vt 0.820801 0.405762</w:t>
        <w:br/>
        <w:t>vt 0.819824 0.399414</w:t>
        <w:br/>
        <w:t>vt 0.819824 0.405762</w:t>
        <w:br/>
        <w:t>vt 0.820801 0.408203</w:t>
        <w:br/>
        <w:t>vt 0.812988 0.400879</w:t>
        <w:br/>
        <w:t>vt 0.819824 0.399414</w:t>
        <w:br/>
        <w:t>vt 0.819824 0.400879</w:t>
        <w:br/>
        <w:t>vt 0.819824 0.405762</w:t>
        <w:br/>
        <w:t>vt 0.812988 0.399414</w:t>
        <w:br/>
        <w:t>vt 0.812988 0.400879</w:t>
        <w:br/>
        <w:t>vt 0.812012 0.399414</w:t>
        <w:br/>
        <w:t>vt 0.812988 0.399414</w:t>
        <w:br/>
        <w:t>vt 0.812012 0.400879</w:t>
        <w:br/>
        <w:t>vt 0.812012 0.405762</w:t>
        <w:br/>
        <w:t>vt 0.812988 0.405762</w:t>
        <w:br/>
        <w:t>vt 0.812988 0.405762</w:t>
        <w:br/>
        <w:t>vt 0.812012 0.408203</w:t>
        <w:br/>
        <w:t>vt 0.819824 0.408203</w:t>
        <w:br/>
        <w:t>vt 0.819824 0.408203</w:t>
        <w:br/>
        <w:t>vt 0.812988 0.408203</w:t>
        <w:br/>
        <w:t>vt 0.812988 0.408203</w:t>
        <w:br/>
        <w:t>vt 0.819824 0.409668</w:t>
        <w:br/>
        <w:t>vt 0.819824 0.409668</w:t>
        <w:br/>
        <w:t>vt 0.820801 0.409668</w:t>
        <w:br/>
        <w:t>vt 0.812988 0.409668</w:t>
        <w:br/>
        <w:t>vt 0.812988 0.409668</w:t>
        <w:br/>
        <w:t>vt 0.812012 0.409668</w:t>
        <w:br/>
        <w:t>vt 0.819824 0.411621</w:t>
        <w:br/>
        <w:t>vt 0.820801 0.411621</w:t>
        <w:br/>
        <w:t>vt 0.820801 0.416992</w:t>
        <w:br/>
        <w:t>vt 0.819824 0.409668</w:t>
        <w:br/>
        <w:t>vt 0.812988 0.411621</w:t>
        <w:br/>
        <w:t>vt 0.812988 0.409668</w:t>
        <w:br/>
        <w:t>vt 0.812988 0.411621</w:t>
        <w:br/>
        <w:t>vt 0.819824 0.411621</w:t>
        <w:br/>
        <w:t>vt 0.812012 0.411621</w:t>
        <w:br/>
        <w:t>vt 0.812012 0.416992</w:t>
        <w:br/>
        <w:t>vt 0.819824 0.416992</w:t>
        <w:br/>
        <w:t>vt 0.820801 0.427246</w:t>
        <w:br/>
        <w:t>vt 0.819824 0.427246</w:t>
        <w:br/>
        <w:t>vt 0.819824 0.411621</w:t>
        <w:br/>
        <w:t>vt 0.812988 0.416992</w:t>
        <w:br/>
        <w:t>vt 0.812988 0.411621</w:t>
        <w:br/>
        <w:t>vt 0.819824 0.416992</w:t>
        <w:br/>
        <w:t>vt 0.812988 0.416992</w:t>
        <w:br/>
        <w:t>vt 0.819824 0.427246</w:t>
        <w:br/>
        <w:t>vt 0.812012 0.427246</w:t>
        <w:br/>
        <w:t>vt 0.812988 0.427246</w:t>
        <w:br/>
        <w:t>vt 0.812988 0.427246</w:t>
        <w:br/>
        <w:t>vt 0.764648 0.114258</w:t>
        <w:br/>
        <w:t>vt 0.769531 0.109375</w:t>
        <w:br/>
        <w:t>vt 0.769531 0.116211</w:t>
        <w:br/>
        <w:t>vt 0.764648 0.116211</w:t>
        <w:br/>
        <w:t>vt 0.779785 0.109375</w:t>
        <w:br/>
        <w:t>vt 0.764648 0.124023</w:t>
        <w:br/>
        <w:t>vt 0.779785 0.116699</w:t>
        <w:br/>
        <w:t>vt 0.787598 0.109375</w:t>
        <w:br/>
        <w:t>vt 0.769531 0.124023</w:t>
        <w:br/>
        <w:t>vt 0.787598 0.116699</w:t>
        <w:br/>
        <w:t>vt 0.794434 0.109375</w:t>
        <w:br/>
        <w:t>vt 0.780273 0.124023</w:t>
        <w:br/>
        <w:t>vt 0.769531 0.132812</w:t>
        <w:br/>
        <w:t>vt 0.764648 0.132812</w:t>
        <w:br/>
        <w:t>vt 0.779785 0.132812</w:t>
        <w:br/>
        <w:t>vt 0.788086 0.124023</w:t>
        <w:br/>
        <w:t>vt 0.794434 0.116699</w:t>
        <w:br/>
        <w:t>vt 0.800293 0.109375</w:t>
        <w:br/>
        <w:t>vt 0.800781 0.116699</w:t>
        <w:br/>
        <w:t>vt 0.806641 0.109375</w:t>
        <w:br/>
        <w:t>vt 0.794922 0.124512</w:t>
        <w:br/>
        <w:t>vt 0.807129 0.116699</w:t>
        <w:br/>
        <w:t>vt 0.818848 0.109375</w:t>
        <w:br/>
        <w:t>vt 0.818848 0.112793</w:t>
        <w:br/>
        <w:t>vt 0.818848 0.118164</w:t>
        <w:br/>
        <w:t>vt 0.800781 0.124512</w:t>
        <w:br/>
        <w:t>vt 0.807129 0.124512</w:t>
        <w:br/>
        <w:t>vt 0.818848 0.125000</w:t>
        <w:br/>
        <w:t>vt 0.794434 0.133301</w:t>
        <w:br/>
        <w:t>vt 0.806641 0.133789</w:t>
        <w:br/>
        <w:t>vt 0.818848 0.134277</w:t>
        <w:br/>
        <w:t>vt 0.818848 0.141602</w:t>
        <w:br/>
        <w:t>vt 0.800293 0.133301</w:t>
        <w:br/>
        <w:t>vt 0.807129 0.140625</w:t>
        <w:br/>
        <w:t>vt 0.818848 0.146484</w:t>
        <w:br/>
        <w:t>vt 0.818848 0.148438</w:t>
        <w:br/>
        <w:t>vt 0.807129 0.148438</w:t>
        <w:br/>
        <w:t>vt 0.800293 0.140625</w:t>
        <w:br/>
        <w:t>vt 0.800293 0.148438</w:t>
        <w:br/>
        <w:t>vt 0.793945 0.140137</w:t>
        <w:br/>
        <w:t>vt 0.793945 0.148438</w:t>
        <w:br/>
        <w:t>vt 0.787598 0.133301</w:t>
        <w:br/>
        <w:t>vt 0.787598 0.140137</w:t>
        <w:br/>
        <w:t>vt 0.787109 0.148438</w:t>
        <w:br/>
        <w:t>vt 0.779297 0.140137</w:t>
        <w:br/>
        <w:t>vt 0.779297 0.148438</w:t>
        <w:br/>
        <w:t>vt 0.769043 0.140137</w:t>
        <w:br/>
        <w:t>vt 0.769043 0.148438</w:t>
        <w:br/>
        <w:t>vt 0.764648 0.140137</w:t>
        <w:br/>
        <w:t>vt 0.764648 0.144531</w:t>
        <w:br/>
        <w:t>vt 0.904785 0.047363</w:t>
        <w:br/>
        <w:t>vt 0.909180 0.053711</w:t>
        <w:br/>
        <w:t>vt 0.904785 0.056152</w:t>
        <w:br/>
        <w:t>vt 0.922852 0.056152</w:t>
        <w:br/>
        <w:t>vt 0.909180 0.048828</w:t>
        <w:br/>
        <w:t>vt 0.922852 0.053711</w:t>
        <w:br/>
        <w:t>vt 0.908203 0.044434</w:t>
        <w:br/>
        <w:t>vt 0.937988 0.053711</w:t>
        <w:br/>
        <w:t>vt 0.942871 0.056152</w:t>
        <w:br/>
        <w:t>vt 0.942871 0.047363</w:t>
        <w:br/>
        <w:t>vt 0.937988 0.048828</w:t>
        <w:br/>
        <w:t>vt 0.939453 0.043457</w:t>
        <w:br/>
        <w:t>vt 0.936523 0.046875</w:t>
        <w:br/>
        <w:t>vt 0.923340 0.048828</w:t>
        <w:br/>
        <w:t>vt 0.935547 0.045410</w:t>
        <w:br/>
        <w:t>vt 0.939453 0.043457</w:t>
        <w:br/>
        <w:t>vt 0.936523 0.046875</w:t>
        <w:br/>
        <w:t>vt 0.941406 0.039551</w:t>
        <w:br/>
        <w:t>vt 0.923828 0.046875</w:t>
        <w:br/>
        <w:t>vt 0.923828 0.046875</w:t>
        <w:br/>
        <w:t>vt 0.910645 0.046875</w:t>
        <w:br/>
        <w:t>vt 0.923340 0.045410</w:t>
        <w:br/>
        <w:t>vt 0.910645 0.046875</w:t>
        <w:br/>
        <w:t>vt 0.908203 0.044434</w:t>
        <w:br/>
        <w:t>vt 0.911133 0.045410</w:t>
        <w:br/>
        <w:t>vt 0.905762 0.039551</w:t>
        <w:br/>
        <w:t>vt 0.935547 0.045410</w:t>
        <w:br/>
        <w:t>vt 0.923340 0.045410</w:t>
        <w:br/>
        <w:t>vt 0.924316 0.039062</w:t>
        <w:br/>
        <w:t>vt 0.911133 0.045410</w:t>
        <w:br/>
        <w:t>vt 0.905762 0.039551</w:t>
        <w:br/>
        <w:t>vt 0.941406 0.039551</w:t>
        <w:br/>
        <w:t>vt 0.924316 0.038086</w:t>
        <w:br/>
        <w:t>vt 0.920410 0.037109</w:t>
        <w:br/>
        <w:t>vt 0.908691 0.038086</w:t>
        <w:br/>
        <w:t>vt 0.928223 0.036621</w:t>
        <w:br/>
        <w:t>vt 0.938477 0.037598</w:t>
        <w:br/>
        <w:t>vt 0.924316 0.038086</w:t>
        <w:br/>
        <w:t>vt 0.920410 0.037109</w:t>
        <w:br/>
        <w:t>vt 0.924316 0.037109</w:t>
        <w:br/>
        <w:t>vt 0.928223 0.036621</w:t>
        <w:br/>
        <w:t>vt 0.918945 0.034180</w:t>
        <w:br/>
        <w:t>vt 0.908691 0.034668</w:t>
        <w:br/>
        <w:t>vt 0.908691 0.031738</w:t>
        <w:br/>
        <w:t>vt 0.921387 0.035645</w:t>
        <w:br/>
        <w:t>vt 0.918457 0.031250</w:t>
        <w:br/>
        <w:t>vt 0.919922 0.033691</w:t>
        <w:br/>
        <w:t>vt 0.918945 0.034180</w:t>
        <w:br/>
        <w:t>vt 0.916504 0.029297</w:t>
        <w:br/>
        <w:t>vt 0.911133 0.029785</w:t>
        <w:br/>
        <w:t>vt 0.919434 0.030762</w:t>
        <w:br/>
        <w:t>vt 0.918457 0.031250</w:t>
        <w:br/>
        <w:t>vt 0.916504 0.029297</w:t>
        <w:br/>
        <w:t>vt 0.911133 0.029785</w:t>
        <w:br/>
        <w:t>vt 0.916992 0.028809</w:t>
        <w:br/>
        <w:t>vt 0.911133 0.027832</w:t>
        <w:br/>
        <w:t>vt 0.919922 0.033691</w:t>
        <w:br/>
        <w:t>vt 0.924805 0.033203</w:t>
        <w:br/>
        <w:t>vt 0.921387 0.035645</w:t>
        <w:br/>
        <w:t>vt 0.919434 0.030762</w:t>
        <w:br/>
        <w:t>vt 0.924316 0.037109</w:t>
        <w:br/>
        <w:t>vt 0.911133 0.027832</w:t>
        <w:br/>
        <w:t>vt 0.917969 0.023438</w:t>
        <w:br/>
        <w:t>vt 0.916992 0.028809</w:t>
        <w:br/>
        <w:t>vt 0.911133 0.021973</w:t>
        <w:br/>
        <w:t>vt 0.920898 0.026367</w:t>
        <w:br/>
        <w:t>vt 0.904785 0.018555</w:t>
        <w:br/>
        <w:t>vt 0.924316 0.027344</w:t>
        <w:br/>
        <w:t>vt 0.909668 0.019043</w:t>
        <w:br/>
        <w:t>vt 0.909668 0.008789</w:t>
        <w:br/>
        <w:t>vt 0.904785 0.005371</w:t>
        <w:br/>
        <w:t>vt 0.924805 0.005371</w:t>
        <w:br/>
        <w:t>vt 0.924316 0.008789</w:t>
        <w:br/>
        <w:t>vt 0.938965 0.008789</w:t>
        <w:br/>
        <w:t>vt 0.942871 0.005371</w:t>
        <w:br/>
        <w:t>vt 0.942871 0.020508</w:t>
        <w:br/>
        <w:t>vt 0.938965 0.020508</w:t>
        <w:br/>
        <w:t>vt 0.937012 0.022461</w:t>
        <w:br/>
        <w:t>vt 0.936523 0.028320</w:t>
        <w:br/>
        <w:t>vt 0.931641 0.028320</w:t>
        <w:br/>
        <w:t>vt 0.930176 0.022461</w:t>
        <w:br/>
        <w:t>vt 0.936523 0.029297</w:t>
        <w:br/>
        <w:t>vt 0.931641 0.028320</w:t>
        <w:br/>
        <w:t>vt 0.936523 0.028320</w:t>
        <w:br/>
        <w:t>vt 0.928223 0.025879</w:t>
        <w:br/>
        <w:t>vt 0.932129 0.029297</w:t>
        <w:br/>
        <w:t>vt 0.929688 0.030273</w:t>
        <w:br/>
        <w:t>vt 0.929688 0.030273</w:t>
        <w:br/>
        <w:t>vt 0.936523 0.029297</w:t>
        <w:br/>
        <w:t>vt 0.930176 0.030762</w:t>
        <w:br/>
        <w:t>vt 0.932129 0.029297</w:t>
        <w:br/>
        <w:t>vt 0.930176 0.030762</w:t>
        <w:br/>
        <w:t>vt 0.938965 0.031250</w:t>
        <w:br/>
        <w:t>vt 0.924316 0.029785</w:t>
        <w:br/>
        <w:t>vt 0.929688 0.034180</w:t>
        <w:br/>
        <w:t>vt 0.929688 0.034180</w:t>
        <w:br/>
        <w:t>vt 0.938477 0.035156</w:t>
        <w:br/>
        <w:t>vt 0.928711 0.033691</w:t>
        <w:br/>
        <w:t>vt 0.928711 0.033691</w:t>
        <w:br/>
        <w:t>vt 0.927734 0.036133</w:t>
        <w:br/>
        <w:t>vt 0.927734 0.036133</w:t>
        <w:br/>
        <w:t>vt 0.995605 0.346680</w:t>
        <w:br/>
        <w:t>vt 0.952148 0.346680</w:t>
        <w:br/>
        <w:t>vt 0.989746 0.342773</w:t>
        <w:br/>
        <w:t>vt 0.996094 0.338867</w:t>
        <w:br/>
        <w:t>vt 0.958008 0.342773</w:t>
        <w:br/>
        <w:t>vt 0.989258 0.338867</w:t>
        <w:br/>
        <w:t>vt 0.951660 0.338867</w:t>
        <w:br/>
        <w:t>vt 0.978516 0.329102</w:t>
        <w:br/>
        <w:t>vt 0.958008 0.338867</w:t>
        <w:br/>
        <w:t>vt 0.978027 0.332520</w:t>
        <w:br/>
        <w:t>vt 0.969238 0.329102</w:t>
        <w:br/>
        <w:t>vt 0.969727 0.332520</w:t>
        <w:br/>
        <w:t>vt 0.306885 0.828979</w:t>
        <w:br/>
        <w:t>vt 0.312744 0.819336</w:t>
        <w:br/>
        <w:t>vt 0.315430 0.827637</w:t>
        <w:br/>
        <w:t>vt 0.306885 0.820312</w:t>
        <w:br/>
        <w:t>vt 0.325928 0.820923</w:t>
        <w:br/>
        <w:t>vt 0.306885 0.816040</w:t>
        <w:br/>
        <w:t>vt 0.319824 0.814819</w:t>
        <w:br/>
        <w:t>vt 0.311523 0.815308</w:t>
        <w:br/>
        <w:t>vt 0.324219 0.807739</w:t>
        <w:br/>
        <w:t>vt 0.332520 0.810425</w:t>
        <w:br/>
        <w:t>vt 0.333008 0.801758</w:t>
        <w:br/>
        <w:t>vt 0.316895 0.811890</w:t>
        <w:br/>
        <w:t>vt 0.324707 0.799438</w:t>
        <w:br/>
        <w:t>vt 0.332275 0.795288</w:t>
        <w:br/>
        <w:t>vt 0.320557 0.806519</w:t>
        <w:br/>
        <w:t>vt 0.320801 0.800171</w:t>
        <w:br/>
        <w:t>vt 0.320801 0.800171</w:t>
        <w:br/>
        <w:t>vt 0.318604 0.794312</w:t>
        <w:br/>
        <w:t>vt 0.313721 0.790405</w:t>
        <w:br/>
        <w:t>vt 0.306885 0.788574</w:t>
        <w:br/>
        <w:t>vt 0.306885 0.784424</w:t>
        <w:br/>
        <w:t>vt 0.321777 0.791748</w:t>
        <w:br/>
        <w:t>vt 0.328613 0.786621</w:t>
        <w:br/>
        <w:t>vt 0.319092 0.778931</w:t>
        <w:br/>
        <w:t>vt 0.315186 0.786621</w:t>
        <w:br/>
        <w:t>vt 0.306885 0.775757</w:t>
        <w:br/>
        <w:t>vt 0.916016 0.077148</w:t>
        <w:br/>
        <w:t>vt 0.916016 0.069824</w:t>
        <w:br/>
        <w:t>vt 0.924805 0.073242</w:t>
        <w:br/>
        <w:t>vt 0.920898 0.082520</w:t>
        <w:br/>
        <w:t>vt 0.920898 0.064453</w:t>
        <w:br/>
        <w:t>vt 0.928223 0.082520</w:t>
        <w:br/>
        <w:t>vt 0.928223 0.064453</w:t>
        <w:br/>
        <w:t>vt 0.933594 0.077148</w:t>
        <w:br/>
        <w:t>vt 0.933594 0.069824</w:t>
        <w:br/>
        <w:t>vt 0.928711 0.814453</w:t>
        <w:br/>
        <w:t>vt 0.924316 0.818848</w:t>
        <w:br/>
        <w:t>vt 0.921387 0.811401</w:t>
        <w:br/>
        <w:t>vt 0.928711 0.808350</w:t>
        <w:br/>
        <w:t>vt 0.918457 0.818848</w:t>
        <w:br/>
        <w:t>vt 0.924316 0.804077</w:t>
        <w:br/>
        <w:t>vt 0.914062 0.814453</w:t>
        <w:br/>
        <w:t>vt 0.918457 0.804077</w:t>
        <w:br/>
        <w:t>vt 0.914062 0.808350</w:t>
        <w:br/>
        <w:t>vt 0.284424 0.795410</w:t>
        <w:br/>
        <w:t>vt 0.255859 0.795410</w:t>
        <w:br/>
        <w:t>vt 0.282959 0.791016</w:t>
        <w:br/>
        <w:t>vt 0.287109 0.787109</w:t>
        <w:br/>
        <w:t>vt 0.284424 0.795410</w:t>
        <w:br/>
        <w:t>vt 0.282959 0.791016</w:t>
        <w:br/>
        <w:t>vt 0.257568 0.790283</w:t>
        <w:br/>
        <w:t>vt 0.257568 0.790283</w:t>
        <w:br/>
        <w:t>vt 0.255859 0.795410</w:t>
        <w:br/>
        <w:t>vt 0.253906 0.790771</w:t>
        <w:br/>
        <w:t>vt 0.253906 0.781128</w:t>
        <w:br/>
        <w:t>vt 0.282227 0.786377</w:t>
        <w:br/>
        <w:t>vt 0.282227 0.786377</w:t>
        <w:br/>
        <w:t>vt 0.258789 0.785645</w:t>
        <w:br/>
        <w:t>vt 0.258789 0.785645</w:t>
        <w:br/>
        <w:t>vt 0.282959 0.780640</w:t>
        <w:br/>
        <w:t>vt 0.258789 0.785645</w:t>
        <w:br/>
        <w:t>vt 0.282959 0.780640</w:t>
        <w:br/>
        <w:t>vt 0.282227 0.786377</w:t>
        <w:br/>
        <w:t>vt 0.287109 0.761597</w:t>
        <w:br/>
        <w:t>vt 0.258057 0.780029</w:t>
        <w:br/>
        <w:t>vt 0.253906 0.755249</w:t>
        <w:br/>
        <w:t>vt 0.283936 0.761230</w:t>
        <w:br/>
        <w:t>vt 0.257080 0.755859</w:t>
        <w:br/>
        <w:t>vt 0.264648 0.757202</w:t>
        <w:br/>
        <w:t>vt 0.256592 0.748291</w:t>
        <w:br/>
        <w:t>vt 0.253906 0.747559</w:t>
        <w:br/>
        <w:t>vt 0.267334 0.748535</w:t>
        <w:br/>
        <w:t>vt 0.284424 0.748779</w:t>
        <w:br/>
        <w:t>vt 0.287109 0.748779</w:t>
        <w:br/>
        <w:t>vt 0.256592 0.743652</w:t>
        <w:br/>
        <w:t>vt 0.253906 0.739014</w:t>
        <w:br/>
        <w:t>vt 0.268799 0.739014</w:t>
        <w:br/>
        <w:t>vt 0.256592 0.743652</w:t>
        <w:br/>
        <w:t>vt 0.253906 0.739014</w:t>
        <w:br/>
        <w:t>vt 0.267822 0.743896</w:t>
        <w:br/>
        <w:t>vt 0.267822 0.743896</w:t>
        <w:br/>
        <w:t>vt 0.284424 0.744385</w:t>
        <w:br/>
        <w:t>vt 0.287109 0.739014</w:t>
        <w:br/>
        <w:t>vt 0.287109 0.739014</w:t>
        <w:br/>
        <w:t>vt 0.911621 0.291504</w:t>
        <w:br/>
        <w:t>vt 0.908691 0.288086</w:t>
        <w:br/>
        <w:t>vt 0.912109 0.290527</w:t>
        <w:br/>
        <w:t>vt 0.912109 0.290527</w:t>
        <w:br/>
        <w:t>vt 0.913574 0.290527</w:t>
        <w:br/>
        <w:t>vt 0.911621 0.291504</w:t>
        <w:br/>
        <w:t>vt 0.909180 0.287598</w:t>
        <w:br/>
        <w:t>vt 0.908691 0.286621</w:t>
        <w:br/>
        <w:t>vt 0.909180 0.287598</w:t>
        <w:br/>
        <w:t>vt 0.908691 0.288086</w:t>
        <w:br/>
        <w:t>vt 0.912598 0.290039</w:t>
        <w:br/>
        <w:t>vt 0.909180 0.287598</w:t>
        <w:br/>
        <w:t>vt 0.912598 0.290039</w:t>
        <w:br/>
        <w:t>vt 0.912109 0.290527</w:t>
        <w:br/>
        <w:t>vt 0.914551 0.289062</w:t>
        <w:br/>
        <w:t>vt 0.909668 0.286621</w:t>
        <w:br/>
        <w:t>vt 0.909668 0.286621</w:t>
        <w:br/>
        <w:t>vt 0.910645 0.285645</w:t>
        <w:br/>
        <w:t>vt 0.909668 0.285156</w:t>
        <w:br/>
        <w:t>vt 0.914062 0.288574</w:t>
        <w:br/>
        <w:t>vt 0.910645 0.285645</w:t>
        <w:br/>
        <w:t>vt 0.914062 0.288574</w:t>
        <w:br/>
        <w:t>vt 0.911133 0.284180</w:t>
        <w:br/>
        <w:t>vt 0.911133 0.284180</w:t>
        <w:br/>
        <w:t>vt 0.910645 0.283691</w:t>
        <w:br/>
        <w:t>vt 0.914551 0.287598</w:t>
        <w:br/>
        <w:t>vt 0.914551 0.287598</w:t>
        <w:br/>
        <w:t>vt 0.915527 0.288574</w:t>
        <w:br/>
        <w:t>vt 0.912109 0.283203</w:t>
        <w:br/>
        <w:t>vt 0.910645 0.283203</w:t>
        <w:br/>
        <w:t>vt 0.910645 0.283203</w:t>
        <w:br/>
        <w:t>vt 0.910156 0.280762</w:t>
        <w:br/>
        <w:t>vt 0.912109 0.283203</w:t>
        <w:br/>
        <w:t>vt 0.913086 0.284668</w:t>
        <w:br/>
        <w:t>vt 0.912109 0.283203</w:t>
        <w:br/>
        <w:t>vt 0.915527 0.286621</w:t>
        <w:br/>
        <w:t>vt 0.915527 0.286621</w:t>
        <w:br/>
        <w:t>vt 0.916504 0.288574</w:t>
        <w:br/>
        <w:t>vt 0.914062 0.282715</w:t>
        <w:br/>
        <w:t>vt 0.916992 0.287109</w:t>
        <w:br/>
        <w:t>vt 0.916504 0.288574</w:t>
        <w:br/>
        <w:t>vt 0.915527 0.286621</w:t>
        <w:br/>
        <w:t>vt 0.917480 0.288086</w:t>
        <w:br/>
        <w:t>vt 0.916016 0.283691</w:t>
        <w:br/>
        <w:t>vt 0.916992 0.287109</w:t>
        <w:br/>
        <w:t>vt 0.917480 0.286621</w:t>
        <w:br/>
        <w:t>vt 0.917480 0.288086</w:t>
        <w:br/>
        <w:t>vt 0.916992 0.287109</w:t>
        <w:br/>
        <w:t>vt 0.917480 0.288086</w:t>
        <w:br/>
        <w:t>vt 0.922363 0.287598</w:t>
        <w:br/>
        <w:t>vt 0.916016 0.283691</w:t>
        <w:br/>
        <w:t>vt 0.916504 0.284180</w:t>
        <w:br/>
        <w:t>vt 0.915527 0.281250</w:t>
        <w:br/>
        <w:t>vt 0.917480 0.282227</w:t>
        <w:br/>
        <w:t>vt 0.917480 0.282715</w:t>
        <w:br/>
        <w:t>vt 0.913574 0.280273</w:t>
        <w:br/>
        <w:t>vt 0.915039 0.279785</w:t>
        <w:br/>
        <w:t>vt 0.913574 0.280273</w:t>
        <w:br/>
        <w:t>vt 0.914551 0.279297</w:t>
        <w:br/>
        <w:t>vt 0.915039 0.279785</w:t>
        <w:br/>
        <w:t>vt 0.917480 0.282715</w:t>
        <w:br/>
        <w:t>vt 0.917480 0.284668</w:t>
        <w:br/>
        <w:t>vt 0.916504 0.284180</w:t>
        <w:br/>
        <w:t>vt 0.920410 0.282715</w:t>
        <w:br/>
        <w:t>vt 0.920898 0.284180</w:t>
        <w:br/>
        <w:t>vt 0.921875 0.286621</w:t>
        <w:br/>
        <w:t>vt 0.923828 0.281738</w:t>
        <w:br/>
        <w:t>vt 0.922363 0.280762</w:t>
        <w:br/>
        <w:t>vt 0.925293 0.283203</w:t>
        <w:br/>
        <w:t>vt 0.926270 0.284180</w:t>
        <w:br/>
        <w:t>vt 0.927734 0.279297</w:t>
        <w:br/>
        <w:t>vt 0.926270 0.279297</w:t>
        <w:br/>
        <w:t>vt 0.925293 0.271484</w:t>
        <w:br/>
        <w:t>vt 0.924316 0.278320</w:t>
        <w:br/>
        <w:t>vt 0.922363 0.277832</w:t>
        <w:br/>
        <w:t>vt 0.924316 0.271973</w:t>
        <w:br/>
        <w:t>vt 0.922852 0.272461</w:t>
        <w:br/>
        <w:t>vt 0.922852 0.272461</w:t>
        <w:br/>
        <w:t>vt 0.921387 0.272949</w:t>
        <w:br/>
        <w:t>vt 0.920410 0.259766</w:t>
        <w:br/>
        <w:t>vt 0.921875 0.259277</w:t>
        <w:br/>
        <w:t>vt 0.919434 0.260254</w:t>
        <w:br/>
        <w:t>vt 0.919434 0.260254</w:t>
        <w:br/>
        <w:t>vt 0.917969 0.260742</w:t>
        <w:br/>
        <w:t>vt 0.915527 0.254395</w:t>
        <w:br/>
        <w:t>vt 0.916016 0.251953</w:t>
        <w:br/>
        <w:t>vt 0.914062 0.253418</w:t>
        <w:br/>
        <w:t>vt 0.916992 0.250977</w:t>
        <w:br/>
        <w:t>vt 0.917480 0.249512</w:t>
        <w:br/>
        <w:t>vt 0.915039 0.248047</w:t>
        <w:br/>
        <w:t>vt 0.915039 0.250000</w:t>
        <w:br/>
        <w:t>vt 0.906738 0.250488</w:t>
        <w:br/>
        <w:t>vt 0.914551 0.250977</w:t>
        <w:br/>
        <w:t>vt 0.908691 0.252441</w:t>
        <w:br/>
        <w:t>vt 0.910645 0.254395</w:t>
        <w:br/>
        <w:t>vt 0.907715 0.251953</w:t>
        <w:br/>
        <w:t>vt 0.907715 0.254395</w:t>
        <w:br/>
        <w:t>vt 0.909668 0.256348</w:t>
        <w:br/>
        <w:t>vt 0.906738 0.253906</w:t>
        <w:br/>
        <w:t>vt 0.905273 0.252930</w:t>
        <w:br/>
        <w:t>vt 0.906738 0.263672</w:t>
        <w:br/>
        <w:t>vt 0.908203 0.263184</w:t>
        <w:br/>
        <w:t>vt 0.909668 0.275879</w:t>
        <w:br/>
        <w:t>vt 0.909180 0.263184</w:t>
        <w:br/>
        <w:t>vt 0.910645 0.262695</w:t>
        <w:br/>
        <w:t>vt 0.913574 0.274902</w:t>
        <w:br/>
        <w:t>vt 0.912109 0.275391</w:t>
        <w:br/>
        <w:t>vt 0.914551 0.279297</w:t>
        <w:br/>
        <w:t>vt 0.910645 0.275879</w:t>
        <w:br/>
        <w:t>vt 0.910645 0.280273</w:t>
        <w:br/>
        <w:t>vt 0.913086 0.279785</w:t>
        <w:br/>
        <w:t>vt 0.913086 0.279785</w:t>
        <w:br/>
        <w:t>vt 0.911621 0.280273</w:t>
        <w:br/>
        <w:t>vt 0.911621 0.280762</w:t>
        <w:br/>
        <w:t>vt 0.910645 0.280273</w:t>
        <w:br/>
        <w:t>vt 0.911621 0.280273</w:t>
        <w:br/>
        <w:t>vt 0.910156 0.280762</w:t>
        <w:br/>
        <w:t>vt 0.911621 0.280762</w:t>
        <w:br/>
        <w:t>vt 0.748535 0.826172</w:t>
        <w:br/>
        <w:t>vt 0.749512 0.834351</w:t>
        <w:br/>
        <w:t>vt 0.748535 0.832520</w:t>
        <w:br/>
        <w:t>vt 0.731445 0.832520</w:t>
        <w:br/>
        <w:t>vt 0.749512 0.824341</w:t>
        <w:br/>
        <w:t>vt 0.731445 0.826172</w:t>
        <w:br/>
        <w:t>vt 0.729492 0.824341</w:t>
        <w:br/>
        <w:t>vt 0.729492 0.834351</w:t>
        <w:br/>
        <w:t>vt 0.749512 0.824341</w:t>
        <w:br/>
        <w:t>vt 0.751465 0.836304</w:t>
        <w:br/>
        <w:t>vt 0.749512 0.834351</w:t>
        <w:br/>
        <w:t>vt 0.729492 0.834351</w:t>
        <w:br/>
        <w:t>vt 0.751465 0.822876</w:t>
        <w:br/>
        <w:t>vt 0.728027 0.836304</w:t>
        <w:br/>
        <w:t>vt 0.749512 0.824341</w:t>
        <w:br/>
        <w:t>vt 0.728027 0.822876</w:t>
        <w:br/>
        <w:t>vt 0.751465 0.822876</w:t>
        <w:br/>
        <w:t>vt 0.729492 0.834351</w:t>
        <w:br/>
        <w:t>vt 0.728027 0.836304</w:t>
        <w:br/>
        <w:t>vt 0.729492 0.824341</w:t>
        <w:br/>
        <w:t>vt 0.729492 0.824341</w:t>
        <w:br/>
        <w:t>vt 0.565918 0.516357</w:t>
        <w:br/>
        <w:t>vt 0.569824 0.516113</w:t>
        <w:br/>
        <w:t>vt 0.569824 0.517822</w:t>
        <w:br/>
        <w:t>vt 0.574707 0.515625</w:t>
        <w:br/>
        <w:t>vt 0.566406 0.514893</w:t>
        <w:br/>
        <w:t>vt 0.562012 0.512939</w:t>
        <w:br/>
        <w:t>vt 0.573730 0.514160</w:t>
        <w:br/>
        <w:t>vt 0.577148 0.512451</w:t>
        <w:br/>
        <w:t>vt 0.569824 0.516113</w:t>
        <w:br/>
        <w:t>vt 0.566406 0.514893</w:t>
        <w:br/>
        <w:t>vt 0.569824 0.514404</w:t>
        <w:br/>
        <w:t>vt 0.573730 0.514160</w:t>
        <w:br/>
        <w:t>vt 0.576172 0.510986</w:t>
        <w:br/>
        <w:t>vt 0.584473 0.510986</w:t>
        <w:br/>
        <w:t>vt 0.577148 0.512451</w:t>
        <w:br/>
        <w:t>vt 0.576172 0.510986</w:t>
        <w:br/>
        <w:t>vt 0.569824 0.510986</w:t>
        <w:br/>
        <w:t>vt 0.576172 0.510986</w:t>
        <w:br/>
        <w:t>vt 0.562988 0.511230</w:t>
        <w:br/>
        <w:t>vt 0.562988 0.511230</w:t>
        <w:br/>
        <w:t>vt 0.555176 0.509277</w:t>
        <w:br/>
        <w:t>vt 0.554199 0.510742</w:t>
        <w:br/>
        <w:t>vt 0.559082 0.509766</w:t>
        <w:br/>
        <w:t>vt 0.555176 0.509277</w:t>
        <w:br/>
        <w:t>vt 0.553711 0.506104</w:t>
        <w:br/>
        <w:t>vt 0.555176 0.509277</w:t>
        <w:br/>
        <w:t>vt 0.554199 0.510742</w:t>
        <w:br/>
        <w:t>vt 0.551758 0.506104</w:t>
        <w:br/>
        <w:t>vt 0.553711 0.494141</w:t>
        <w:br/>
        <w:t>vt 0.557129 0.504639</w:t>
        <w:br/>
        <w:t>vt 0.553711 0.506104</w:t>
        <w:br/>
        <w:t>vt 0.556152 0.496582</w:t>
        <w:br/>
        <w:t>vt 0.570312 0.489746</w:t>
        <w:br/>
        <w:t>vt 0.556152 0.496582</w:t>
        <w:br/>
        <w:t>vt 0.553711 0.494141</w:t>
        <w:br/>
        <w:t>vt 0.558594 0.499023</w:t>
        <w:br/>
        <w:t>vt 0.556152 0.496582</w:t>
        <w:br/>
        <w:t>vt 0.569824 0.494141</w:t>
        <w:br/>
        <w:t>vt 0.569824 0.494141</w:t>
        <w:br/>
        <w:t>vt 0.585938 0.494629</w:t>
        <w:br/>
        <w:t>vt 0.559082 0.503174</w:t>
        <w:br/>
        <w:t>vt 0.583496 0.496582</w:t>
        <w:br/>
        <w:t>vt 0.560059 0.500732</w:t>
        <w:br/>
        <w:t>vt 0.585938 0.494629</w:t>
        <w:br/>
        <w:t>vt 0.585449 0.507568</w:t>
        <w:br/>
        <w:t>vt 0.583496 0.496582</w:t>
        <w:br/>
        <w:t>vt 0.586914 0.507812</w:t>
        <w:br/>
        <w:t>vt 0.560059 0.500732</w:t>
        <w:br/>
        <w:t>vt 0.558594 0.499023</w:t>
        <w:br/>
        <w:t>vt 0.569824 0.497559</w:t>
        <w:br/>
        <w:t>vt 0.569824 0.497559</w:t>
        <w:br/>
        <w:t>vt 0.569824 0.499512</w:t>
        <w:br/>
        <w:t>vt 0.579102 0.501221</w:t>
        <w:br/>
        <w:t>vt 0.580566 0.499512</w:t>
        <w:br/>
        <w:t>vt 0.580566 0.499512</w:t>
        <w:br/>
        <w:t>vt 0.583496 0.496582</w:t>
        <w:br/>
        <w:t>vt 0.585449 0.507568</w:t>
        <w:br/>
        <w:t>vt 0.581543 0.505127</w:t>
        <w:br/>
        <w:t>vt 0.579102 0.501221</w:t>
        <w:br/>
        <w:t>vt 0.580566 0.499512</w:t>
        <w:br/>
        <w:t>vt 0.579590 0.503662</w:t>
        <w:br/>
        <w:t>vt 0.583496 0.509521</w:t>
        <w:br/>
        <w:t>vt 0.583496 0.509521</w:t>
        <w:br/>
        <w:t>vt 0.580078 0.509766</w:t>
        <w:br/>
        <w:t>vt 0.581543 0.505127</w:t>
        <w:br/>
        <w:t>vt 0.570312 0.506592</w:t>
        <w:br/>
        <w:t>vt 0.579590 0.503662</w:t>
        <w:br/>
        <w:t>vt 0.570312 0.506592</w:t>
        <w:br/>
        <w:t>vt 0.570312 0.504639</w:t>
        <w:br/>
        <w:t>vt 0.559082 0.503174</w:t>
        <w:br/>
        <w:t>vt 0.557129 0.504639</w:t>
        <w:br/>
        <w:t>vt 0.068481 0.803467</w:t>
        <w:br/>
        <w:t>vt 0.068481 0.795776</w:t>
        <w:br/>
        <w:t>vt 0.071472 0.801270</w:t>
        <w:br/>
        <w:t>vt 0.071106 0.808960</w:t>
        <w:br/>
        <w:t>vt 0.065125 0.800415</w:t>
        <w:br/>
        <w:t>vt 0.062866 0.792969</w:t>
        <w:br/>
        <w:t>vt 0.066406 0.806763</w:t>
        <w:br/>
        <w:t>vt 0.061188 0.798218</w:t>
        <w:br/>
        <w:t>vt 0.062683 0.805054</w:t>
        <w:br/>
        <w:t>vt 0.065247 0.810425</w:t>
        <w:br/>
        <w:t>vt 0.065552 0.814331</w:t>
        <w:br/>
        <w:t>vt 0.059296 0.815186</w:t>
        <w:br/>
        <w:t>vt 0.060699 0.810059</w:t>
        <w:br/>
        <w:t>vt 0.053406 0.813110</w:t>
        <w:br/>
        <w:t>vt 0.059052 0.803223</w:t>
        <w:br/>
        <w:t>vt 0.056580 0.808105</w:t>
        <w:br/>
        <w:t>vt 0.052582 0.804932</w:t>
        <w:br/>
        <w:t>vt 0.049438 0.807373</w:t>
        <w:br/>
        <w:t>vt 0.049438 0.798828</w:t>
        <w:br/>
        <w:t>vt 0.054810 0.801392</w:t>
        <w:br/>
        <w:t>vt 0.056061 0.797363</w:t>
        <w:br/>
        <w:t>vt 0.055878 0.793213</w:t>
        <w:br/>
        <w:t>vt 0.040131 0.792847</w:t>
        <w:br/>
        <w:t>vt 0.040161 0.785034</w:t>
        <w:br/>
        <w:t>vt 0.043121 0.790649</w:t>
        <w:br/>
        <w:t>vt 0.042755 0.798218</w:t>
        <w:br/>
        <w:t>vt 0.036774 0.789673</w:t>
        <w:br/>
        <w:t>vt 0.034546 0.782349</w:t>
        <w:br/>
        <w:t>vt 0.038025 0.796021</w:t>
        <w:br/>
        <w:t>vt 0.032806 0.787476</w:t>
        <w:br/>
        <w:t>vt 0.034302 0.794434</w:t>
        <w:br/>
        <w:t>vt 0.036926 0.799805</w:t>
        <w:br/>
        <w:t>vt 0.037231 0.803589</w:t>
        <w:br/>
        <w:t>vt 0.030960 0.804443</w:t>
        <w:br/>
        <w:t>vt 0.032318 0.799316</w:t>
        <w:br/>
        <w:t>vt 0.025070 0.802490</w:t>
        <w:br/>
        <w:t>vt 0.030670 0.792480</w:t>
        <w:br/>
        <w:t>vt 0.028214 0.797363</w:t>
        <w:br/>
        <w:t>vt 0.024216 0.794189</w:t>
        <w:br/>
        <w:t>vt 0.021057 0.796631</w:t>
        <w:br/>
        <w:t>vt 0.021057 0.788086</w:t>
        <w:br/>
        <w:t>vt 0.026428 0.790649</w:t>
        <w:br/>
        <w:t>vt 0.027679 0.786743</w:t>
        <w:br/>
        <w:t>vt 0.027512 0.782471</w:t>
        <w:br/>
        <w:t>vt 0.173340 0.462402</w:t>
        <w:br/>
        <w:t>vt 0.167236 0.463379</w:t>
        <w:br/>
        <w:t>vt 0.171509 0.460938</w:t>
        <w:br/>
        <w:t>vt 0.174072 0.456543</w:t>
        <w:br/>
        <w:t>vt 0.167847 0.465820</w:t>
        <w:br/>
        <w:t>vt 0.162354 0.463379</w:t>
        <w:br/>
        <w:t>vt 0.176514 0.457031</w:t>
        <w:br/>
        <w:t>vt 0.174194 0.451660</w:t>
        <w:br/>
        <w:t>vt 0.167847 0.465820</w:t>
        <w:br/>
        <w:t>vt 0.173340 0.462402</w:t>
        <w:br/>
        <w:t>vt 0.174316 0.463379</w:t>
        <w:br/>
        <w:t>vt 0.176514 0.457031</w:t>
        <w:br/>
        <w:t>vt 0.168213 0.466797</w:t>
        <w:br/>
        <w:t>vt 0.177856 0.457520</w:t>
        <w:br/>
        <w:t>vt 0.161621 0.465820</w:t>
        <w:br/>
        <w:t>vt 0.161621 0.465820</w:t>
        <w:br/>
        <w:t>vt 0.161255 0.466797</w:t>
        <w:br/>
        <w:t>vt 0.176514 0.451172</w:t>
        <w:br/>
        <w:t>vt 0.176514 0.451172</w:t>
        <w:br/>
        <w:t>vt 0.177856 0.450684</w:t>
        <w:br/>
        <w:t>vt 0.173462 0.445801</w:t>
        <w:br/>
        <w:t>vt 0.173462 0.445801</w:t>
        <w:br/>
        <w:t>vt 0.174438 0.444824</w:t>
        <w:br/>
        <w:t>vt 0.171753 0.447266</w:t>
        <w:br/>
        <w:t>vt 0.168457 0.440918</w:t>
        <w:br/>
        <w:t>vt 0.168091 0.442383</w:t>
        <w:br/>
        <w:t>vt 0.168091 0.442383</w:t>
        <w:br/>
        <w:t>vt 0.167480 0.444824</w:t>
        <w:br/>
        <w:t>vt 0.161499 0.440918</w:t>
        <w:br/>
        <w:t>vt 0.161865 0.442383</w:t>
        <w:br/>
        <w:t>vt 0.161865 0.442383</w:t>
        <w:br/>
        <w:t>vt 0.162476 0.444824</w:t>
        <w:br/>
        <w:t>vt 0.155396 0.444336</w:t>
        <w:br/>
        <w:t>vt 0.156372 0.445312</w:t>
        <w:br/>
        <w:t>vt 0.156372 0.445312</w:t>
        <w:br/>
        <w:t>vt 0.158081 0.447266</w:t>
        <w:br/>
        <w:t>vt 0.155640 0.451660</w:t>
        <w:br/>
        <w:t>vt 0.153198 0.450684</w:t>
        <w:br/>
        <w:t>vt 0.153198 0.450684</w:t>
        <w:br/>
        <w:t>vt 0.151978 0.450684</w:t>
        <w:br/>
        <w:t>vt 0.155640 0.456543</w:t>
        <w:br/>
        <w:t>vt 0.153198 0.457031</w:t>
        <w:br/>
        <w:t>vt 0.153198 0.457031</w:t>
        <w:br/>
        <w:t>vt 0.151855 0.457520</w:t>
        <w:br/>
        <w:t>vt 0.157959 0.460938</w:t>
        <w:br/>
        <w:t>vt 0.156250 0.462402</w:t>
        <w:br/>
        <w:t>vt 0.156250 0.462402</w:t>
        <w:br/>
        <w:t>vt 0.155273 0.463379</w:t>
        <w:br/>
        <w:t>vt 0.989258 0.389160</w:t>
        <w:br/>
        <w:t>vt 0.975586 0.386230</w:t>
        <w:br/>
        <w:t>vt 0.985840 0.386230</w:t>
        <w:br/>
        <w:t>vt 0.985840 0.358398</w:t>
        <w:br/>
        <w:t>vt 0.972656 0.389160</w:t>
        <w:br/>
        <w:t>vt 0.972656 0.389160</w:t>
        <w:br/>
        <w:t>vt 0.975586 0.358398</w:t>
        <w:br/>
        <w:t>vt 0.975586 0.386230</w:t>
        <w:br/>
        <w:t>vt 0.989258 0.355469</w:t>
        <w:br/>
        <w:t>vt 0.972656 0.355469</w:t>
        <w:br/>
        <w:t>vt 0.991699 0.353516</w:t>
        <w:br/>
        <w:t>vt 0.989258 0.389160</w:t>
        <w:br/>
        <w:t>vt 0.989258 0.355469</w:t>
        <w:br/>
        <w:t>vt 0.972656 0.355469</w:t>
        <w:br/>
        <w:t>vt 0.991699 0.353516</w:t>
        <w:br/>
        <w:t>vt 0.989258 0.355469</w:t>
        <w:br/>
        <w:t>vt 0.991699 0.391602</w:t>
        <w:br/>
        <w:t>vt 0.991699 0.391602</w:t>
        <w:br/>
        <w:t>vt 0.972656 0.389160</w:t>
        <w:br/>
        <w:t>vt 0.989258 0.389160</w:t>
        <w:br/>
        <w:t>vt 0.969238 0.353516</w:t>
        <w:br/>
        <w:t>vt 0.969238 0.353516</w:t>
        <w:br/>
        <w:t>vt 0.969238 0.391602</w:t>
        <w:br/>
        <w:t>vt 0.403564 0.610107</w:t>
        <w:br/>
        <w:t>vt 0.406982 0.606445</w:t>
        <w:br/>
        <w:t>vt 0.407959 0.607666</w:t>
        <w:br/>
        <w:t>vt 0.411377 0.605225</w:t>
        <w:br/>
        <w:t>vt 0.405029 0.610596</w:t>
        <w:br/>
        <w:t>vt 0.402588 0.614746</w:t>
        <w:br/>
        <w:t>vt 0.411621 0.606689</w:t>
        <w:br/>
        <w:t>vt 0.416016 0.606201</w:t>
        <w:br/>
        <w:t>vt 0.407959 0.607666</w:t>
        <w:br/>
        <w:t>vt 0.411621 0.606689</w:t>
        <w:br/>
        <w:t>vt 0.411621 0.608154</w:t>
        <w:br/>
        <w:t>vt 0.408691 0.609131</w:t>
        <w:br/>
        <w:t>vt 0.405029 0.610596</w:t>
        <w:br/>
        <w:t>vt 0.414795 0.608887</w:t>
        <w:br/>
        <w:t>vt 0.406494 0.611572</w:t>
        <w:br/>
        <w:t>vt 0.405762 0.614502</w:t>
        <w:br/>
        <w:t>vt 0.415771 0.607422</w:t>
        <w:br/>
        <w:t>vt 0.415771 0.607422</w:t>
        <w:br/>
        <w:t>vt 0.417236 0.611084</w:t>
        <w:br/>
        <w:t>vt 0.419678 0.609619</w:t>
        <w:br/>
        <w:t>vt 0.418701 0.610352</w:t>
        <w:br/>
        <w:t>vt 0.418701 0.610352</w:t>
        <w:br/>
        <w:t>vt 0.420898 0.614014</w:t>
        <w:br/>
        <w:t>vt 0.419678 0.614258</w:t>
        <w:br/>
        <w:t>vt 0.419678 0.614258</w:t>
        <w:br/>
        <w:t>vt 0.418213 0.614258</w:t>
        <w:br/>
        <w:t>vt 0.417480 0.617432</w:t>
        <w:br/>
        <w:t>vt 0.418945 0.618164</w:t>
        <w:br/>
        <w:t>vt 0.418945 0.618164</w:t>
        <w:br/>
        <w:t>vt 0.419922 0.618896</w:t>
        <w:br/>
        <w:t>vt 0.416016 0.621094</w:t>
        <w:br/>
        <w:t>vt 0.416016 0.621094</w:t>
        <w:br/>
        <w:t>vt 0.415039 0.619873</w:t>
        <w:br/>
        <w:t>vt 0.416504 0.622314</w:t>
        <w:br/>
        <w:t>vt 0.412109 0.622314</w:t>
        <w:br/>
        <w:t>vt 0.412109 0.622314</w:t>
        <w:br/>
        <w:t>vt 0.411865 0.620605</w:t>
        <w:br/>
        <w:t>vt 0.412109 0.623779</w:t>
        <w:br/>
        <w:t>vt 0.408203 0.621338</w:t>
        <w:br/>
        <w:t>vt 0.408203 0.621338</w:t>
        <w:br/>
        <w:t>vt 0.407471 0.622559</w:t>
        <w:br/>
        <w:t>vt 0.408936 0.619873</w:t>
        <w:br/>
        <w:t>vt 0.404053 0.619385</w:t>
        <w:br/>
        <w:t>vt 0.405273 0.618652</w:t>
        <w:br/>
        <w:t>vt 0.405273 0.618652</w:t>
        <w:br/>
        <w:t>vt 0.406738 0.617676</w:t>
        <w:br/>
        <w:t>vt 0.404297 0.614746</w:t>
        <w:br/>
        <w:t>vt 0.404297 0.614746</w:t>
        <w:br/>
        <w:t>vt 0.432861 0.825806</w:t>
        <w:br/>
        <w:t>vt 0.430908 0.823486</w:t>
        <w:br/>
        <w:t>vt 0.431885 0.828003</w:t>
        <w:br/>
        <w:t>vt 0.436035 0.825562</w:t>
        <w:br/>
        <w:t>vt 0.428467 0.824463</w:t>
        <w:br/>
        <w:t>vt 0.430908 0.820435</w:t>
        <w:br/>
        <w:t>vt 0.437012 0.828003</w:t>
        <w:br/>
        <w:t>vt 0.437988 0.823486</w:t>
        <w:br/>
        <w:t>vt 0.428467 0.819458</w:t>
        <w:br/>
        <w:t>vt 0.440430 0.824463</w:t>
        <w:br/>
        <w:t>vt 0.432129 0.816040</w:t>
        <w:br/>
        <w:t>vt 0.433105 0.818359</w:t>
        <w:br/>
        <w:t>vt 0.426025 0.818359</w:t>
        <w:br/>
        <w:t>vt 0.426025 0.825562</w:t>
        <w:br/>
        <w:t>vt 0.437012 0.816040</w:t>
        <w:br/>
        <w:t>vt 0.436035 0.818359</w:t>
        <w:br/>
        <w:t>vt 0.437988 0.820557</w:t>
        <w:br/>
        <w:t>vt 0.430908 0.813354</w:t>
        <w:br/>
        <w:t>vt 0.440430 0.819580</w:t>
        <w:br/>
        <w:t>vt 0.443115 0.825562</w:t>
        <w:br/>
        <w:t>vt 0.443115 0.818481</w:t>
        <w:br/>
        <w:t>vt 0.437988 0.813477</w:t>
        <w:br/>
        <w:t>vt 0.437988 0.830566</w:t>
        <w:br/>
        <w:t>vt 0.439209 0.810791</w:t>
        <w:br/>
        <w:t>vt 0.445557 0.826660</w:t>
        <w:br/>
        <w:t>vt 0.445801 0.817383</w:t>
        <w:br/>
        <w:t>vt 0.440186 0.808228</w:t>
        <w:br/>
        <w:t>vt 0.448242 0.816406</w:t>
        <w:br/>
        <w:t>vt 0.448242 0.827759</w:t>
        <w:br/>
        <w:t>vt 0.440186 0.835815</w:t>
        <w:br/>
        <w:t>vt 0.429932 0.810791</w:t>
        <w:br/>
        <w:t>vt 0.428955 0.808228</w:t>
        <w:br/>
        <w:t>vt 0.439209 0.833252</w:t>
        <w:br/>
        <w:t>vt 0.428711 0.835693</w:t>
        <w:br/>
        <w:t>vt 0.423340 0.817261</w:t>
        <w:br/>
        <w:t>vt 0.420898 0.816284</w:t>
        <w:br/>
        <w:t>vt 0.420654 0.827637</w:t>
        <w:br/>
        <w:t>vt 0.423340 0.826538</w:t>
        <w:br/>
        <w:t>vt 0.430908 0.830566</w:t>
        <w:br/>
        <w:t>vt 0.429688 0.833252</w:t>
        <w:br/>
        <w:t>vt 0.430908 0.823486</w:t>
        <w:br/>
        <w:t>vt 0.431885 0.828003</w:t>
        <w:br/>
        <w:t>vt 0.432861 0.825806</w:t>
        <w:br/>
        <w:t>vt 0.436035 0.825562</w:t>
        <w:br/>
        <w:t>vt 0.428467 0.824463</w:t>
        <w:br/>
        <w:t>vt 0.430908 0.820435</w:t>
        <w:br/>
        <w:t>vt 0.437012 0.828003</w:t>
        <w:br/>
        <w:t>vt 0.437988 0.823486</w:t>
        <w:br/>
        <w:t>vt 0.428467 0.819458</w:t>
        <w:br/>
        <w:t>vt 0.440430 0.824463</w:t>
        <w:br/>
        <w:t>vt 0.437988 0.820557</w:t>
        <w:br/>
        <w:t>vt 0.428467 0.819458</w:t>
        <w:br/>
        <w:t>vt 0.423340 0.826538</w:t>
        <w:br/>
        <w:t>vt 0.428467 0.824463</w:t>
        <w:br/>
        <w:t>vt 0.431885 0.828003</w:t>
        <w:br/>
        <w:t>vt 0.432129 0.816040</w:t>
        <w:br/>
        <w:t>vt 0.433105 0.818359</w:t>
        <w:br/>
        <w:t>vt 0.423340 0.817261</w:t>
        <w:br/>
        <w:t>vt 0.432129 0.816040</w:t>
        <w:br/>
        <w:t>vt 0.429688 0.833252</w:t>
        <w:br/>
        <w:t>vt 0.437012 0.828003</w:t>
        <w:br/>
        <w:t>vt 0.420898 0.816284</w:t>
        <w:br/>
        <w:t>vt 0.423340 0.826538</w:t>
        <w:br/>
        <w:t>vt 0.423340 0.817261</w:t>
        <w:br/>
        <w:t>vt 0.420654 0.827637</w:t>
        <w:br/>
        <w:t>vt 0.428955 0.808228</w:t>
        <w:br/>
        <w:t>vt 0.428711 0.835693</w:t>
        <w:br/>
        <w:t>vt 0.429688 0.833252</w:t>
        <w:br/>
        <w:t>vt 0.429932 0.810791</w:t>
        <w:br/>
        <w:t>vt 0.429932 0.810791</w:t>
        <w:br/>
        <w:t>vt 0.440186 0.808228</w:t>
        <w:br/>
        <w:t>vt 0.439209 0.833252</w:t>
        <w:br/>
        <w:t>vt 0.439209 0.833252</w:t>
        <w:br/>
        <w:t>vt 0.440186 0.835815</w:t>
        <w:br/>
        <w:t>vt 0.445557 0.826660</w:t>
        <w:br/>
        <w:t>vt 0.445557 0.826660</w:t>
        <w:br/>
        <w:t>vt 0.440430 0.824463</w:t>
        <w:br/>
        <w:t>vt 0.448242 0.827759</w:t>
        <w:br/>
        <w:t>vt 0.448242 0.816406</w:t>
        <w:br/>
        <w:t>vt 0.445801 0.817383</w:t>
        <w:br/>
        <w:t>vt 0.445801 0.817383</w:t>
        <w:br/>
        <w:t>vt 0.440430 0.819580</w:t>
        <w:br/>
        <w:t>vt 0.440430 0.819580</w:t>
        <w:br/>
        <w:t>vt 0.439209 0.810791</w:t>
        <w:br/>
        <w:t>vt 0.439209 0.810791</w:t>
        <w:br/>
        <w:t>vt 0.437012 0.816040</w:t>
        <w:br/>
        <w:t>vt 0.437012 0.816040</w:t>
        <w:br/>
        <w:t>vt 0.436035 0.818359</w:t>
        <w:br/>
        <w:t>vt 0.445557 0.826660</w:t>
        <w:br/>
        <w:t>vt 0.440186 0.835815</w:t>
        <w:br/>
        <w:t>vt 0.448242 0.827759</w:t>
        <w:br/>
        <w:t>vt 0.448242 0.816406</w:t>
        <w:br/>
        <w:t>vt 0.439209 0.833252</w:t>
        <w:br/>
        <w:t>vt 0.428711 0.835693</w:t>
        <w:br/>
        <w:t>vt 0.445801 0.817383</w:t>
        <w:br/>
        <w:t>vt 0.429688 0.833252</w:t>
        <w:br/>
        <w:t>vt 0.445557 0.826660</w:t>
        <w:br/>
        <w:t>vt 0.437012 0.828003</w:t>
        <w:br/>
        <w:t>vt 0.439209 0.833252</w:t>
        <w:br/>
        <w:t>vt 0.429688 0.833252</w:t>
        <w:br/>
        <w:t>vt 0.440430 0.824463</w:t>
        <w:br/>
        <w:t>vt 0.445801 0.817383</w:t>
        <w:br/>
        <w:t>vt 0.423340 0.826538</w:t>
        <w:br/>
        <w:t>vt 0.420654 0.827637</w:t>
        <w:br/>
        <w:t>vt 0.420898 0.816284</w:t>
        <w:br/>
        <w:t>vt 0.431885 0.828003</w:t>
        <w:br/>
        <w:t>vt 0.423340 0.826538</w:t>
        <w:br/>
        <w:t>vt 0.423340 0.817261</w:t>
        <w:br/>
        <w:t>vt 0.428955 0.808228</w:t>
        <w:br/>
        <w:t>vt 0.428467 0.824463</w:t>
        <w:br/>
        <w:t>vt 0.429932 0.810791</w:t>
        <w:br/>
        <w:t>vt 0.423340 0.817261</w:t>
        <w:br/>
        <w:t>vt 0.428467 0.819458</w:t>
        <w:br/>
        <w:t>vt 0.429932 0.810791</w:t>
        <w:br/>
        <w:t>vt 0.432129 0.816040</w:t>
        <w:br/>
        <w:t>vt 0.439209 0.810791</w:t>
        <w:br/>
        <w:t>vt 0.439209 0.810791</w:t>
        <w:br/>
        <w:t>vt 0.440186 0.808228</w:t>
        <w:br/>
        <w:t>vt 0.430908 0.820435</w:t>
        <w:br/>
        <w:t>vt 0.432129 0.816040</w:t>
        <w:br/>
        <w:t>vt 0.428467 0.819458</w:t>
        <w:br/>
        <w:t>vt 0.428467 0.824463</w:t>
        <w:br/>
        <w:t>vt 0.430908 0.823486</w:t>
        <w:br/>
        <w:t>vt 0.433105 0.818359</w:t>
        <w:br/>
        <w:t>vt 0.432861 0.825806</w:t>
        <w:br/>
        <w:t>vt 0.431885 0.828003</w:t>
        <w:br/>
        <w:t>vt 0.437012 0.828003</w:t>
        <w:br/>
        <w:t>vt 0.436035 0.825562</w:t>
        <w:br/>
        <w:t>vt 0.437988 0.823486</w:t>
        <w:br/>
        <w:t>vt 0.440430 0.824463</w:t>
        <w:br/>
        <w:t>vt 0.437988 0.820557</w:t>
        <w:br/>
        <w:t>vt 0.440430 0.819580</w:t>
        <w:br/>
        <w:t>vt 0.440430 0.819580</w:t>
        <w:br/>
        <w:t>vt 0.437012 0.816040</w:t>
        <w:br/>
        <w:t>vt 0.437012 0.816040</w:t>
        <w:br/>
        <w:t>vt 0.436035 0.818359</w:t>
        <w:br/>
        <w:t>vt 0.428955 0.808228</w:t>
        <w:br/>
        <w:t>vt 0.423340 0.817261</w:t>
        <w:br/>
        <w:t>vt 0.420898 0.816284</w:t>
        <w:br/>
        <w:t>vt 0.420654 0.827637</w:t>
        <w:br/>
        <w:t>vt 0.429932 0.810791</w:t>
        <w:br/>
        <w:t>vt 0.440186 0.808228</w:t>
        <w:br/>
        <w:t>vt 0.423340 0.826538</w:t>
        <w:br/>
        <w:t>vt 0.428711 0.835693</w:t>
        <w:br/>
        <w:t>vt 0.439209 0.810791</w:t>
        <w:br/>
        <w:t>vt 0.429688 0.833252</w:t>
        <w:br/>
        <w:t>vt 0.445801 0.817383</w:t>
        <w:br/>
        <w:t>vt 0.448242 0.816406</w:t>
        <w:br/>
        <w:t>vt 0.439209 0.833252</w:t>
        <w:br/>
        <w:t>vt 0.440186 0.835815</w:t>
        <w:br/>
        <w:t>vt 0.423340 0.826538</w:t>
        <w:br/>
        <w:t>vt 0.431885 0.828003</w:t>
        <w:br/>
        <w:t>vt 0.429688 0.833252</w:t>
        <w:br/>
        <w:t>vt 0.439209 0.833252</w:t>
        <w:br/>
        <w:t>vt 0.445557 0.826660</w:t>
        <w:br/>
        <w:t>vt 0.448242 0.827759</w:t>
        <w:br/>
        <w:t>vt 0.445557 0.826660</w:t>
        <w:br/>
        <w:t>vt 0.437012 0.828003</w:t>
        <w:br/>
        <w:t>vt 0.440430 0.819580</w:t>
        <w:br/>
        <w:t>vt 0.445801 0.817383</w:t>
        <w:br/>
        <w:t>vt 0.440430 0.824463</w:t>
        <w:br/>
        <w:t>vt 0.437012 0.828003</w:t>
        <w:br/>
        <w:t>vt 0.437988 0.823486</w:t>
        <w:br/>
        <w:t>vt 0.440430 0.824463</w:t>
        <w:br/>
        <w:t>vt 0.440430 0.819580</w:t>
        <w:br/>
        <w:t>vt 0.436035 0.825562</w:t>
        <w:br/>
        <w:t>vt 0.431885 0.828003</w:t>
        <w:br/>
        <w:t>vt 0.437988 0.820557</w:t>
        <w:br/>
        <w:t>vt 0.432861 0.825806</w:t>
        <w:br/>
        <w:t>vt 0.430908 0.823486</w:t>
        <w:br/>
        <w:t>vt 0.437012 0.816040</w:t>
        <w:br/>
        <w:t>vt 0.437012 0.816040</w:t>
        <w:br/>
        <w:t>vt 0.439209 0.810791</w:t>
        <w:br/>
        <w:t>vt 0.436035 0.818359</w:t>
        <w:br/>
        <w:t>vt 0.429932 0.810791</w:t>
        <w:br/>
        <w:t>vt 0.433105 0.818359</w:t>
        <w:br/>
        <w:t>vt 0.432129 0.816040</w:t>
        <w:br/>
        <w:t>vt 0.432129 0.816040</w:t>
        <w:br/>
        <w:t>vt 0.423340 0.817261</w:t>
        <w:br/>
        <w:t>vt 0.430908 0.820435</w:t>
        <w:br/>
        <w:t>vt 0.428467 0.819458</w:t>
        <w:br/>
        <w:t>vt 0.428467 0.819458</w:t>
        <w:br/>
        <w:t>vt 0.428467 0.824463</w:t>
        <w:br/>
        <w:t>vt 0.428467 0.824463</w:t>
        <w:br/>
        <w:t>vt 0.428955 0.808228</w:t>
        <w:br/>
        <w:t>vt 0.423340 0.817261</w:t>
        <w:br/>
        <w:t>vt 0.420898 0.816284</w:t>
        <w:br/>
        <w:t>vt 0.420654 0.827637</w:t>
        <w:br/>
        <w:t>vt 0.429932 0.810791</w:t>
        <w:br/>
        <w:t>vt 0.440186 0.808228</w:t>
        <w:br/>
        <w:t>vt 0.423340 0.826538</w:t>
        <w:br/>
        <w:t>vt 0.428711 0.835693</w:t>
        <w:br/>
        <w:t>vt 0.439209 0.810791</w:t>
        <w:br/>
        <w:t>vt 0.429688 0.833252</w:t>
        <w:br/>
        <w:t>vt 0.445801 0.817383</w:t>
        <w:br/>
        <w:t>vt 0.448242 0.816406</w:t>
        <w:br/>
        <w:t>vt 0.439209 0.833252</w:t>
        <w:br/>
        <w:t>vt 0.440186 0.835815</w:t>
        <w:br/>
        <w:t>vt 0.423340 0.826538</w:t>
        <w:br/>
        <w:t>vt 0.431885 0.828003</w:t>
        <w:br/>
        <w:t>vt 0.429688 0.833252</w:t>
        <w:br/>
        <w:t>vt 0.439209 0.833252</w:t>
        <w:br/>
        <w:t>vt 0.445557 0.826660</w:t>
        <w:br/>
        <w:t>vt 0.448242 0.827759</w:t>
        <w:br/>
        <w:t>vt 0.437012 0.828003</w:t>
        <w:br/>
        <w:t>vt 0.445557 0.826660</w:t>
        <w:br/>
        <w:t>vt 0.440430 0.819580</w:t>
        <w:br/>
        <w:t>vt 0.445801 0.817383</w:t>
        <w:br/>
        <w:t>vt 0.440430 0.824463</w:t>
        <w:br/>
        <w:t>vt 0.437012 0.828003</w:t>
        <w:br/>
        <w:t>vt 0.437988 0.823486</w:t>
        <w:br/>
        <w:t>vt 0.440430 0.824463</w:t>
        <w:br/>
        <w:t>vt 0.440430 0.819580</w:t>
        <w:br/>
        <w:t>vt 0.436035 0.825562</w:t>
        <w:br/>
        <w:t>vt 0.431885 0.828003</w:t>
        <w:br/>
        <w:t>vt 0.437988 0.820557</w:t>
        <w:br/>
        <w:t>vt 0.432861 0.825806</w:t>
        <w:br/>
        <w:t>vt 0.430908 0.823486</w:t>
        <w:br/>
        <w:t>vt 0.437012 0.816040</w:t>
        <w:br/>
        <w:t>vt 0.437012 0.816040</w:t>
        <w:br/>
        <w:t>vt 0.439209 0.810791</w:t>
        <w:br/>
        <w:t>vt 0.436035 0.818359</w:t>
        <w:br/>
        <w:t>vt 0.429932 0.810791</w:t>
        <w:br/>
        <w:t>vt 0.433105 0.818359</w:t>
        <w:br/>
        <w:t>vt 0.432129 0.816040</w:t>
        <w:br/>
        <w:t>vt 0.432129 0.816040</w:t>
        <w:br/>
        <w:t>vt 0.423340 0.817261</w:t>
        <w:br/>
        <w:t>vt 0.430908 0.820435</w:t>
        <w:br/>
        <w:t>vt 0.428467 0.819458</w:t>
        <w:br/>
        <w:t>vt 0.428467 0.819458</w:t>
        <w:br/>
        <w:t>vt 0.428467 0.824463</w:t>
        <w:br/>
        <w:t>vt 0.428467 0.824463</w:t>
        <w:br/>
        <w:t>vt 0.428955 0.808228</w:t>
        <w:br/>
        <w:t>vt 0.423340 0.817261</w:t>
        <w:br/>
        <w:t>vt 0.420898 0.816284</w:t>
        <w:br/>
        <w:t>vt 0.420654 0.827637</w:t>
        <w:br/>
        <w:t>vt 0.429932 0.810791</w:t>
        <w:br/>
        <w:t>vt 0.440186 0.808228</w:t>
        <w:br/>
        <w:t>vt 0.423340 0.826538</w:t>
        <w:br/>
        <w:t>vt 0.428711 0.835693</w:t>
        <w:br/>
        <w:t>vt 0.439209 0.810791</w:t>
        <w:br/>
        <w:t>vt 0.429688 0.833252</w:t>
        <w:br/>
        <w:t>vt 0.445801 0.817383</w:t>
        <w:br/>
        <w:t>vt 0.448242 0.816406</w:t>
        <w:br/>
        <w:t>vt 0.439209 0.833252</w:t>
        <w:br/>
        <w:t>vt 0.440186 0.835815</w:t>
        <w:br/>
        <w:t>vt 0.423340 0.826538</w:t>
        <w:br/>
        <w:t>vt 0.431885 0.828003</w:t>
        <w:br/>
        <w:t>vt 0.429688 0.833252</w:t>
        <w:br/>
        <w:t>vt 0.439209 0.833252</w:t>
        <w:br/>
        <w:t>vt 0.445557 0.826660</w:t>
        <w:br/>
        <w:t>vt 0.448242 0.827759</w:t>
        <w:br/>
        <w:t>vt 0.437012 0.828003</w:t>
        <w:br/>
        <w:t>vt 0.445557 0.826660</w:t>
        <w:br/>
        <w:t>vt 0.440430 0.819580</w:t>
        <w:br/>
        <w:t>vt 0.445801 0.817383</w:t>
        <w:br/>
        <w:t>vt 0.440430 0.824463</w:t>
        <w:br/>
        <w:t>vt 0.437012 0.828003</w:t>
        <w:br/>
        <w:t>vt 0.437988 0.823486</w:t>
        <w:br/>
        <w:t>vt 0.440430 0.824463</w:t>
        <w:br/>
        <w:t>vt 0.440430 0.819580</w:t>
        <w:br/>
        <w:t>vt 0.436035 0.825562</w:t>
        <w:br/>
        <w:t>vt 0.431885 0.828003</w:t>
        <w:br/>
        <w:t>vt 0.437988 0.820557</w:t>
        <w:br/>
        <w:t>vt 0.432861 0.825806</w:t>
        <w:br/>
        <w:t>vt 0.430908 0.823486</w:t>
        <w:br/>
        <w:t>vt 0.437012 0.816040</w:t>
        <w:br/>
        <w:t>vt 0.437012 0.816040</w:t>
        <w:br/>
        <w:t>vt 0.439209 0.810791</w:t>
        <w:br/>
        <w:t>vt 0.436035 0.818359</w:t>
        <w:br/>
        <w:t>vt 0.429932 0.810791</w:t>
        <w:br/>
        <w:t>vt 0.433105 0.818359</w:t>
        <w:br/>
        <w:t>vt 0.432129 0.816040</w:t>
        <w:br/>
        <w:t>vt 0.432129 0.816040</w:t>
        <w:br/>
        <w:t>vt 0.423340 0.817261</w:t>
        <w:br/>
        <w:t>vt 0.430908 0.820435</w:t>
        <w:br/>
        <w:t>vt 0.428467 0.819458</w:t>
        <w:br/>
        <w:t>vt 0.428467 0.819458</w:t>
        <w:br/>
        <w:t>vt 0.428467 0.824463</w:t>
        <w:br/>
        <w:t>vt 0.428467 0.824463</w:t>
        <w:br/>
        <w:t>vt 0.428955 0.808228</w:t>
        <w:br/>
        <w:t>vt 0.423340 0.817261</w:t>
        <w:br/>
        <w:t>vt 0.420898 0.816284</w:t>
        <w:br/>
        <w:t>vt 0.420654 0.827637</w:t>
        <w:br/>
        <w:t>vt 0.429932 0.810791</w:t>
        <w:br/>
        <w:t>vt 0.440186 0.808228</w:t>
        <w:br/>
        <w:t>vt 0.423340 0.826538</w:t>
        <w:br/>
        <w:t>vt 0.428711 0.835693</w:t>
        <w:br/>
        <w:t>vt 0.439209 0.810791</w:t>
        <w:br/>
        <w:t>vt 0.429688 0.833252</w:t>
        <w:br/>
        <w:t>vt 0.445801 0.817383</w:t>
        <w:br/>
        <w:t>vt 0.448242 0.816406</w:t>
        <w:br/>
        <w:t>vt 0.439209 0.833252</w:t>
        <w:br/>
        <w:t>vt 0.440186 0.835815</w:t>
        <w:br/>
        <w:t>vt 0.423340 0.826538</w:t>
        <w:br/>
        <w:t>vt 0.431885 0.828003</w:t>
        <w:br/>
        <w:t>vt 0.429688 0.833252</w:t>
        <w:br/>
        <w:t>vt 0.439209 0.833252</w:t>
        <w:br/>
        <w:t>vt 0.445557 0.826660</w:t>
        <w:br/>
        <w:t>vt 0.448242 0.827759</w:t>
        <w:br/>
        <w:t>vt 0.445557 0.826660</w:t>
        <w:br/>
        <w:t>vt 0.437012 0.828003</w:t>
        <w:br/>
        <w:t>vt 0.440430 0.819580</w:t>
        <w:br/>
        <w:t>vt 0.445801 0.817383</w:t>
        <w:br/>
        <w:t>vt 0.440430 0.824463</w:t>
        <w:br/>
        <w:t>vt 0.437012 0.828003</w:t>
        <w:br/>
        <w:t>vt 0.437988 0.823486</w:t>
        <w:br/>
        <w:t>vt 0.440430 0.824463</w:t>
        <w:br/>
        <w:t>vt 0.440430 0.819580</w:t>
        <w:br/>
        <w:t>vt 0.436035 0.825562</w:t>
        <w:br/>
        <w:t>vt 0.431885 0.828003</w:t>
        <w:br/>
        <w:t>vt 0.437988 0.820557</w:t>
        <w:br/>
        <w:t>vt 0.432861 0.825806</w:t>
        <w:br/>
        <w:t>vt 0.430908 0.823486</w:t>
        <w:br/>
        <w:t>vt 0.437012 0.816040</w:t>
        <w:br/>
        <w:t>vt 0.437012 0.816040</w:t>
        <w:br/>
        <w:t>vt 0.439209 0.810791</w:t>
        <w:br/>
        <w:t>vt 0.436035 0.818359</w:t>
        <w:br/>
        <w:t>vt 0.429932 0.810791</w:t>
        <w:br/>
        <w:t>vt 0.433105 0.818359</w:t>
        <w:br/>
        <w:t>vt 0.432129 0.816040</w:t>
        <w:br/>
        <w:t>vt 0.432129 0.816040</w:t>
        <w:br/>
        <w:t>vt 0.423340 0.817261</w:t>
        <w:br/>
        <w:t>vt 0.430908 0.820435</w:t>
        <w:br/>
        <w:t>vt 0.428467 0.819458</w:t>
        <w:br/>
        <w:t>vt 0.428467 0.819458</w:t>
        <w:br/>
        <w:t>vt 0.428467 0.824463</w:t>
        <w:br/>
        <w:t>vt 0.428467 0.824463</w:t>
        <w:br/>
        <w:t>vt 0.703613 0.709717</w:t>
        <w:br/>
        <w:t>vt 0.719238 0.709717</w:t>
        <w:br/>
        <w:t>vt 0.717773 0.711914</w:t>
        <w:br/>
        <w:t>vt 0.719238 0.724365</w:t>
        <w:br/>
        <w:t>vt 0.705078 0.711914</w:t>
        <w:br/>
        <w:t>vt 0.717773 0.724609</w:t>
        <w:br/>
        <w:t>vt 0.697754 0.725342</w:t>
        <w:br/>
        <w:t>vt 0.695312 0.725342</w:t>
        <w:br/>
        <w:t>vt 0.705078 0.739746</w:t>
        <w:br/>
        <w:t>vt 0.705078 0.711914</w:t>
        <w:br/>
        <w:t>vt 0.717773 0.711914</w:t>
        <w:br/>
        <w:t>vt 0.715820 0.713623</w:t>
        <w:br/>
        <w:t>vt 0.717773 0.724609</w:t>
        <w:br/>
        <w:t>vt 0.706055 0.713623</w:t>
        <w:br/>
        <w:t>vt 0.715820 0.724609</w:t>
        <w:br/>
        <w:t>vt 0.699707 0.725342</w:t>
        <w:br/>
        <w:t>vt 0.697754 0.725342</w:t>
        <w:br/>
        <w:t>vt 0.715820 0.736084</w:t>
        <w:br/>
        <w:t>vt 0.706055 0.737793</w:t>
        <w:br/>
        <w:t>vt 0.706055 0.737793</w:t>
        <w:br/>
        <w:t>vt 0.707031 0.736084</w:t>
        <w:br/>
        <w:t>vt 0.717773 0.737793</w:t>
        <w:br/>
        <w:t>vt 0.717773 0.737793</w:t>
        <w:br/>
        <w:t>vt 0.717773 0.737793</w:t>
        <w:br/>
        <w:t>vt 0.719238 0.739746</w:t>
        <w:br/>
        <w:t>vt 0.740234 0.646240</w:t>
        <w:br/>
        <w:t>vt 0.740234 0.657227</w:t>
        <w:br/>
        <w:t>vt 0.738770 0.655762</w:t>
        <w:br/>
        <w:t>vt 0.729980 0.657227</w:t>
        <w:br/>
        <w:t>vt 0.738770 0.646484</w:t>
        <w:br/>
        <w:t>vt 0.730469 0.655762</w:t>
        <w:br/>
        <w:t>vt 0.738770 0.637207</w:t>
        <w:br/>
        <w:t>vt 0.740234 0.635742</w:t>
        <w:br/>
        <w:t>vt 0.729492 0.635742</w:t>
        <w:br/>
        <w:t>vt 0.738770 0.646484</w:t>
        <w:br/>
        <w:t>vt 0.738770 0.655762</w:t>
        <w:br/>
        <w:t>vt 0.737793 0.654541</w:t>
        <w:br/>
        <w:t>vt 0.730469 0.655762</w:t>
        <w:br/>
        <w:t>vt 0.737793 0.646484</w:t>
        <w:br/>
        <w:t>vt 0.731445 0.654541</w:t>
        <w:br/>
        <w:t>vt 0.737793 0.638428</w:t>
        <w:br/>
        <w:t>vt 0.738770 0.637207</w:t>
        <w:br/>
        <w:t>vt 0.726074 0.646729</w:t>
        <w:br/>
        <w:t>vt 0.737793 0.638428</w:t>
        <w:br/>
        <w:t>vt 0.729980 0.637207</w:t>
        <w:br/>
        <w:t>vt 0.738770 0.637207</w:t>
        <w:br/>
        <w:t>vt 0.729980 0.637207</w:t>
        <w:br/>
        <w:t>vt 0.730957 0.638428</w:t>
        <w:br/>
        <w:t>vt 0.724609 0.646729</w:t>
        <w:br/>
        <w:t>vt 0.724609 0.646729</w:t>
        <w:br/>
        <w:t>vt 0.723145 0.646729</w:t>
        <w:br/>
        <w:t>vt 0.437988 0.820557</w:t>
        <w:br/>
        <w:t>vt 0.436035 0.818359</w:t>
        <w:br/>
        <w:t>vt 0.437012 0.816040</w:t>
        <w:br/>
        <w:t>vt 0.433105 0.818359</w:t>
        <w:br/>
        <w:t>vt 0.440430 0.819580</w:t>
        <w:br/>
        <w:t>vt 0.432129 0.816040</w:t>
        <w:br/>
        <w:t>vt 0.440430 0.824463</w:t>
        <w:br/>
        <w:t>vt 0.437988 0.823486</w:t>
        <w:br/>
        <w:t>vt 0.439209 0.810791</w:t>
        <w:br/>
        <w:t>vt 0.440430 0.819580</w:t>
        <w:br/>
        <w:t>vt 0.437012 0.816040</w:t>
        <w:br/>
        <w:t>vt 0.432129 0.816040</w:t>
        <w:br/>
        <w:t>vt 0.436035 0.825562</w:t>
        <w:br/>
        <w:t>vt 0.428467 0.819458</w:t>
        <w:br/>
        <w:t>vt 0.430908 0.820435</w:t>
        <w:br/>
        <w:t>vt 0.430908 0.823486</w:t>
        <w:br/>
        <w:t>vt 0.429932 0.810791</w:t>
        <w:br/>
        <w:t>vt 0.428467 0.819458</w:t>
        <w:br/>
        <w:t>vt 0.445801 0.817383</w:t>
        <w:br/>
        <w:t>vt 0.440430 0.824463</w:t>
        <w:br/>
        <w:t>vt 0.429932 0.810791</w:t>
        <w:br/>
        <w:t>vt 0.440186 0.808228</w:t>
        <w:br/>
        <w:t>vt 0.439209 0.810791</w:t>
        <w:br/>
        <w:t>vt 0.445801 0.817383</w:t>
        <w:br/>
        <w:t>vt 0.428955 0.808228</w:t>
        <w:br/>
        <w:t>vt 0.448242 0.816406</w:t>
        <w:br/>
        <w:t>vt 0.420898 0.816284</w:t>
        <w:br/>
        <w:t>vt 0.448242 0.827759</w:t>
        <w:br/>
        <w:t>vt 0.423340 0.817261</w:t>
        <w:br/>
        <w:t>vt 0.423340 0.817261</w:t>
        <w:br/>
        <w:t>vt 0.445557 0.826660</w:t>
        <w:br/>
        <w:t>vt 0.445557 0.826660</w:t>
        <w:br/>
        <w:t>vt 0.439209 0.833252</w:t>
        <w:br/>
        <w:t>vt 0.439209 0.833252</w:t>
        <w:br/>
        <w:t>vt 0.440186 0.835815</w:t>
        <w:br/>
        <w:t>vt 0.428711 0.835693</w:t>
        <w:br/>
        <w:t>vt 0.437012 0.828003</w:t>
        <w:br/>
        <w:t>vt 0.437012 0.828003</w:t>
        <w:br/>
        <w:t>vt 0.429688 0.833252</w:t>
        <w:br/>
        <w:t>vt 0.429688 0.833252</w:t>
        <w:br/>
        <w:t>vt 0.431885 0.828003</w:t>
        <w:br/>
        <w:t>vt 0.431885 0.828003</w:t>
        <w:br/>
        <w:t>vt 0.432861 0.825806</w:t>
        <w:br/>
        <w:t>vt 0.428467 0.824463</w:t>
        <w:br/>
        <w:t>vt 0.428467 0.824463</w:t>
        <w:br/>
        <w:t>vt 0.423340 0.826538</w:t>
        <w:br/>
        <w:t>vt 0.423340 0.826538</w:t>
        <w:br/>
        <w:t>vt 0.420654 0.827637</w:t>
        <w:br/>
        <w:t>vt 0.428711 0.835693</w:t>
        <w:br/>
        <w:t>vt 0.420654 0.827637</w:t>
        <w:br/>
        <w:t>vt 0.423340 0.826538</w:t>
        <w:br/>
        <w:t>vt 0.420898 0.816284</w:t>
        <w:br/>
        <w:t>vt 0.429688 0.833252</w:t>
        <w:br/>
        <w:t>vt 0.423340 0.817261</w:t>
        <w:br/>
        <w:t>vt 0.439209 0.833252</w:t>
        <w:br/>
        <w:t>vt 0.440186 0.835815</w:t>
        <w:br/>
        <w:t>vt 0.429688 0.833252</w:t>
        <w:br/>
        <w:t>vt 0.423340 0.826538</w:t>
        <w:br/>
        <w:t>vt 0.428467 0.824463</w:t>
        <w:br/>
        <w:t>vt 0.423340 0.817261</w:t>
        <w:br/>
        <w:t>vt 0.448242 0.827759</w:t>
        <w:br/>
        <w:t>vt 0.429932 0.810791</w:t>
        <w:br/>
        <w:t>vt 0.428955 0.808228</w:t>
        <w:br/>
        <w:t>vt 0.440186 0.808228</w:t>
        <w:br/>
        <w:t>vt 0.428467 0.819458</w:t>
        <w:br/>
        <w:t>vt 0.429932 0.810791</w:t>
        <w:br/>
        <w:t>vt 0.431885 0.828003</w:t>
        <w:br/>
        <w:t>vt 0.439209 0.833252</w:t>
        <w:br/>
        <w:t>vt 0.428467 0.819458</w:t>
        <w:br/>
        <w:t>vt 0.430908 0.823486</w:t>
        <w:br/>
        <w:t>vt 0.428467 0.824463</w:t>
        <w:br/>
        <w:t>vt 0.431885 0.828003</w:t>
        <w:br/>
        <w:t>vt 0.430908 0.820435</w:t>
        <w:br/>
        <w:t>vt 0.432861 0.825806</w:t>
        <w:br/>
        <w:t>vt 0.433105 0.818359</w:t>
        <w:br/>
        <w:t>vt 0.436035 0.825562</w:t>
        <w:br/>
        <w:t>vt 0.432129 0.816040</w:t>
        <w:br/>
        <w:t>vt 0.432129 0.816040</w:t>
        <w:br/>
        <w:t>vt 0.437012 0.828003</w:t>
        <w:br/>
        <w:t>vt 0.437012 0.828003</w:t>
        <w:br/>
        <w:t>vt 0.440430 0.824463</w:t>
        <w:br/>
        <w:t>vt 0.440430 0.824463</w:t>
        <w:br/>
        <w:t>vt 0.437988 0.823486</w:t>
        <w:br/>
        <w:t>vt 0.437988 0.820557</w:t>
        <w:br/>
        <w:t>vt 0.445557 0.826660</w:t>
        <w:br/>
        <w:t>vt 0.445557 0.826660</w:t>
        <w:br/>
        <w:t>vt 0.440430 0.819580</w:t>
        <w:br/>
        <w:t>vt 0.440430 0.819580</w:t>
        <w:br/>
        <w:t>vt 0.445801 0.817383</w:t>
        <w:br/>
        <w:t>vt 0.445801 0.817383</w:t>
        <w:br/>
        <w:t>vt 0.448242 0.816406</w:t>
        <w:br/>
        <w:t>vt 0.439209 0.810791</w:t>
        <w:br/>
        <w:t>vt 0.439209 0.810791</w:t>
        <w:br/>
        <w:t>vt 0.437012 0.816040</w:t>
        <w:br/>
        <w:t>vt 0.437012 0.816040</w:t>
        <w:br/>
        <w:t>vt 0.436035 0.818359</w:t>
        <w:br/>
        <w:t>vt 0.428711 0.835693</w:t>
        <w:br/>
        <w:t>vt 0.420654 0.827637</w:t>
        <w:br/>
        <w:t>vt 0.423340 0.826538</w:t>
        <w:br/>
        <w:t>vt 0.420898 0.816284</w:t>
        <w:br/>
        <w:t>vt 0.429688 0.833252</w:t>
        <w:br/>
        <w:t>vt 0.423340 0.817261</w:t>
        <w:br/>
        <w:t>vt 0.439209 0.833252</w:t>
        <w:br/>
        <w:t>vt 0.440186 0.835815</w:t>
        <w:br/>
        <w:t>vt 0.429688 0.833252</w:t>
        <w:br/>
        <w:t>vt 0.423340 0.826538</w:t>
        <w:br/>
        <w:t>vt 0.428467 0.824463</w:t>
        <w:br/>
        <w:t>vt 0.423340 0.817261</w:t>
        <w:br/>
        <w:t>vt 0.448242 0.827759</w:t>
        <w:br/>
        <w:t>vt 0.429932 0.810791</w:t>
        <w:br/>
        <w:t>vt 0.428955 0.808228</w:t>
        <w:br/>
        <w:t>vt 0.440186 0.808228</w:t>
        <w:br/>
        <w:t>vt 0.428467 0.819458</w:t>
        <w:br/>
        <w:t>vt 0.429932 0.810791</w:t>
        <w:br/>
        <w:t>vt 0.431885 0.828003</w:t>
        <w:br/>
        <w:t>vt 0.439209 0.833252</w:t>
        <w:br/>
        <w:t>vt 0.428467 0.819458</w:t>
        <w:br/>
        <w:t>vt 0.430908 0.823486</w:t>
        <w:br/>
        <w:t>vt 0.428467 0.824463</w:t>
        <w:br/>
        <w:t>vt 0.431885 0.828003</w:t>
        <w:br/>
        <w:t>vt 0.430908 0.820435</w:t>
        <w:br/>
        <w:t>vt 0.432861 0.825806</w:t>
        <w:br/>
        <w:t>vt 0.433105 0.818359</w:t>
        <w:br/>
        <w:t>vt 0.436035 0.825562</w:t>
        <w:br/>
        <w:t>vt 0.432129 0.816040</w:t>
        <w:br/>
        <w:t>vt 0.432129 0.816040</w:t>
        <w:br/>
        <w:t>vt 0.437012 0.828003</w:t>
        <w:br/>
        <w:t>vt 0.437012 0.828003</w:t>
        <w:br/>
        <w:t>vt 0.440430 0.824463</w:t>
        <w:br/>
        <w:t>vt 0.440430 0.824463</w:t>
        <w:br/>
        <w:t>vt 0.437988 0.823486</w:t>
        <w:br/>
        <w:t>vt 0.437988 0.820557</w:t>
        <w:br/>
        <w:t>vt 0.445557 0.826660</w:t>
        <w:br/>
        <w:t>vt 0.445557 0.826660</w:t>
        <w:br/>
        <w:t>vt 0.440430 0.819580</w:t>
        <w:br/>
        <w:t>vt 0.440430 0.819580</w:t>
        <w:br/>
        <w:t>vt 0.445801 0.817383</w:t>
        <w:br/>
        <w:t>vt 0.445801 0.817383</w:t>
        <w:br/>
        <w:t>vt 0.448242 0.816406</w:t>
        <w:br/>
        <w:t>vt 0.439209 0.810791</w:t>
        <w:br/>
        <w:t>vt 0.439209 0.810791</w:t>
        <w:br/>
        <w:t>vt 0.437012 0.816040</w:t>
        <w:br/>
        <w:t>vt 0.437012 0.816040</w:t>
        <w:br/>
        <w:t>vt 0.436035 0.818359</w:t>
        <w:br/>
        <w:t>vt 0.436035 0.818359</w:t>
        <w:br/>
        <w:t>vt 0.437988 0.820557</w:t>
        <w:br/>
        <w:t>vt 0.437012 0.816040</w:t>
        <w:br/>
        <w:t>vt 0.433105 0.818359</w:t>
        <w:br/>
        <w:t>vt 0.440430 0.819580</w:t>
        <w:br/>
        <w:t>vt 0.432129 0.816040</w:t>
        <w:br/>
        <w:t>vt 0.440430 0.824463</w:t>
        <w:br/>
        <w:t>vt 0.437988 0.823486</w:t>
        <w:br/>
        <w:t>vt 0.436035 0.825562</w:t>
        <w:br/>
        <w:t>vt 0.440430 0.819580</w:t>
        <w:br/>
        <w:t>vt 0.439209 0.810791</w:t>
        <w:br/>
        <w:t>vt 0.437012 0.816040</w:t>
        <w:br/>
        <w:t>vt 0.432129 0.816040</w:t>
        <w:br/>
        <w:t>vt 0.445801 0.817383</w:t>
        <w:br/>
        <w:t>vt 0.440430 0.824463</w:t>
        <w:br/>
        <w:t>vt 0.429932 0.810791</w:t>
        <w:br/>
        <w:t>vt 0.439209 0.810791</w:t>
        <w:br/>
        <w:t>vt 0.445801 0.817383</w:t>
        <w:br/>
        <w:t>vt 0.440186 0.808228</w:t>
        <w:br/>
        <w:t>vt 0.429932 0.810791</w:t>
        <w:br/>
        <w:t>vt 0.448242 0.816406</w:t>
        <w:br/>
        <w:t>vt 0.428955 0.808228</w:t>
        <w:br/>
        <w:t>vt 0.448242 0.827759</w:t>
        <w:br/>
        <w:t>vt 0.420898 0.816284</w:t>
        <w:br/>
        <w:t>vt 0.445557 0.826660</w:t>
        <w:br/>
        <w:t>vt 0.445557 0.826660</w:t>
        <w:br/>
        <w:t>vt 0.439209 0.833252</w:t>
        <w:br/>
        <w:t>vt 0.439209 0.833252</w:t>
        <w:br/>
        <w:t>vt 0.440186 0.835815</w:t>
        <w:br/>
        <w:t>vt 0.428711 0.835693</w:t>
        <w:br/>
        <w:t>vt 0.437012 0.828003</w:t>
        <w:br/>
        <w:t>vt 0.437012 0.828003</w:t>
        <w:br/>
        <w:t>vt 0.429688 0.833252</w:t>
        <w:br/>
        <w:t>vt 0.429688 0.833252</w:t>
        <w:br/>
        <w:t>vt 0.431885 0.828003</w:t>
        <w:br/>
        <w:t>vt 0.431885 0.828003</w:t>
        <w:br/>
        <w:t>vt 0.432861 0.825806</w:t>
        <w:br/>
        <w:t>vt 0.430908 0.823486</w:t>
        <w:br/>
        <w:t>vt 0.428467 0.824463</w:t>
        <w:br/>
        <w:t>vt 0.428467 0.824463</w:t>
        <w:br/>
        <w:t>vt 0.423340 0.826538</w:t>
        <w:br/>
        <w:t>vt 0.423340 0.826538</w:t>
        <w:br/>
        <w:t>vt 0.420654 0.827637</w:t>
        <w:br/>
        <w:t>vt 0.428467 0.819458</w:t>
        <w:br/>
        <w:t>vt 0.428467 0.819458</w:t>
        <w:br/>
        <w:t>vt 0.430908 0.820435</w:t>
        <w:br/>
        <w:t>vt 0.423340 0.817261</w:t>
        <w:br/>
        <w:t>vt 0.423340 0.817261</w:t>
        <w:br/>
        <w:t>vt 0.423340 0.826538</w:t>
        <w:br/>
        <w:t>vt 0.420898 0.816284</w:t>
        <w:br/>
        <w:t>vt 0.420654 0.827637</w:t>
        <w:br/>
        <w:t>vt 0.428711 0.835693</w:t>
        <w:br/>
        <w:t>vt 0.423340 0.817261</w:t>
        <w:br/>
        <w:t>vt 0.429688 0.833252</w:t>
        <w:br/>
        <w:t>vt 0.429932 0.810791</w:t>
        <w:br/>
        <w:t>vt 0.428955 0.808228</w:t>
        <w:br/>
        <w:t>vt 0.440186 0.808228</w:t>
        <w:br/>
        <w:t>vt 0.428467 0.824463</w:t>
        <w:br/>
        <w:t>vt 0.423340 0.817261</w:t>
        <w:br/>
        <w:t>vt 0.423340 0.826538</w:t>
        <w:br/>
        <w:t>vt 0.429688 0.833252</w:t>
        <w:br/>
        <w:t>vt 0.428467 0.819458</w:t>
        <w:br/>
        <w:t>vt 0.429932 0.810791</w:t>
        <w:br/>
        <w:t>vt 0.439209 0.810791</w:t>
        <w:br/>
        <w:t>vt 0.430908 0.823486</w:t>
        <w:br/>
        <w:t>vt 0.428467 0.819458</w:t>
        <w:br/>
        <w:t>vt 0.428467 0.824463</w:t>
        <w:br/>
        <w:t>vt 0.445801 0.817383</w:t>
        <w:br/>
        <w:t>vt 0.448242 0.816406</w:t>
        <w:br/>
        <w:t>vt 0.448242 0.827759</w:t>
        <w:br/>
        <w:t>vt 0.430908 0.820435</w:t>
        <w:br/>
        <w:t>vt 0.433105 0.818359</w:t>
        <w:br/>
        <w:t>vt 0.431885 0.828003</w:t>
        <w:br/>
        <w:t>vt 0.431885 0.828003</w:t>
        <w:br/>
        <w:t>vt 0.432861 0.825806</w:t>
        <w:br/>
        <w:t>vt 0.436035 0.825562</w:t>
        <w:br/>
        <w:t>vt 0.432129 0.816040</w:t>
        <w:br/>
        <w:t>vt 0.432129 0.816040</w:t>
        <w:br/>
        <w:t>vt 0.437012 0.816040</w:t>
        <w:br/>
        <w:t>vt 0.437012 0.816040</w:t>
        <w:br/>
        <w:t>vt 0.436035 0.818359</w:t>
        <w:br/>
        <w:t>vt 0.439209 0.810791</w:t>
        <w:br/>
        <w:t>vt 0.437988 0.820557</w:t>
        <w:br/>
        <w:t>vt 0.440430 0.819580</w:t>
        <w:br/>
        <w:t>vt 0.440430 0.819580</w:t>
        <w:br/>
        <w:t>vt 0.445801 0.817383</w:t>
        <w:br/>
        <w:t>vt 0.440430 0.824463</w:t>
        <w:br/>
        <w:t>vt 0.437988 0.823486</w:t>
        <w:br/>
        <w:t>vt 0.445557 0.826660</w:t>
        <w:br/>
        <w:t>vt 0.440430 0.824463</w:t>
        <w:br/>
        <w:t>vt 0.445557 0.826660</w:t>
        <w:br/>
        <w:t>vt 0.437012 0.828003</w:t>
        <w:br/>
        <w:t>vt 0.439209 0.833252</w:t>
        <w:br/>
        <w:t>vt 0.437012 0.828003</w:t>
        <w:br/>
        <w:t>vt 0.439209 0.833252</w:t>
        <w:br/>
        <w:t>vt 0.440186 0.835815</w:t>
        <w:br/>
        <w:t>vt 0.556117 0.083771</w:t>
        <w:br/>
        <w:t>vt 0.576448 0.066111</w:t>
        <w:br/>
        <w:t>vt 0.575739 0.080600</w:t>
        <w:br/>
        <w:t>vt 0.564653 0.091787</w:t>
        <w:br/>
        <w:t>vt 0.564653 0.091787</w:t>
        <w:br/>
        <w:t>vt 0.575739 0.080600</w:t>
        <w:br/>
        <w:t>vt 0.572475 0.097453</w:t>
        <w:br/>
        <w:t>vt 0.563916 0.101750</w:t>
        <w:br/>
        <w:t>vt 0.619571 0.071778</w:t>
        <w:br/>
        <w:t>vt 0.600357 0.070126</w:t>
        <w:br/>
        <w:t>vt 0.615493 0.057154</w:t>
        <w:br/>
        <w:t>vt 0.621515 0.063319</w:t>
        <w:br/>
        <w:t>vt 0.442094 0.626722</w:t>
        <w:br/>
        <w:t>vt 0.440209 0.653101</w:t>
        <w:br/>
        <w:t>vt 0.434715 0.625385</w:t>
        <w:br/>
        <w:t>vt 0.589466 0.078352</w:t>
        <w:br/>
        <w:t>vt 0.598499 0.093163</w:t>
        <w:br/>
        <w:t>vt 0.585876 0.095254</w:t>
        <w:br/>
        <w:t>vt 0.580392 0.086185</w:t>
        <w:br/>
        <w:t>vt 0.637771 0.172802</w:t>
        <w:br/>
        <w:t>vt 0.640663 0.171292</w:t>
        <w:br/>
        <w:t>vt 0.652379 0.193471</w:t>
        <w:br/>
        <w:t>vt 0.643730 0.170558</w:t>
        <w:br/>
        <w:t>vt 0.647484 0.169316</w:t>
        <w:br/>
        <w:t>vt 0.652379 0.193471</w:t>
        <w:br/>
        <w:t>vt 0.595141 0.111401</w:t>
        <w:br/>
        <w:t>vt 0.586759 0.119250</w:t>
        <w:br/>
        <w:t>vt 0.577699 0.104563</w:t>
        <w:br/>
        <w:t>vt 0.585876 0.095254</w:t>
        <w:br/>
        <w:t>vt 0.600357 0.070126</w:t>
        <w:br/>
        <w:t>vt 0.576448 0.066111</w:t>
        <w:br/>
        <w:t>vt 0.603831 0.055079</w:t>
        <w:br/>
        <w:t>vt 0.615493 0.057154</w:t>
        <w:br/>
        <w:t>vt 0.640663 0.171292</w:t>
        <w:br/>
        <w:t>vt 0.643730 0.170558</w:t>
        <w:br/>
        <w:t>vt 0.652379 0.193471</w:t>
        <w:br/>
        <w:t>vt 0.635304 0.175762</w:t>
        <w:br/>
        <w:t>vt 0.637771 0.172802</w:t>
        <w:br/>
        <w:t>vt 0.652379 0.193471</w:t>
        <w:br/>
        <w:t>vt 0.595141 0.111401</w:t>
        <w:br/>
        <w:t>vt 0.606943 0.108439</w:t>
        <w:br/>
        <w:t>vt 0.629024 0.096529</w:t>
        <w:br/>
        <w:t>vt 0.616524 0.104428</w:t>
        <w:br/>
        <w:t>vt 0.608950 0.089019</w:t>
        <w:br/>
        <w:t>vt 0.623731 0.080084</w:t>
        <w:br/>
        <w:t>vt 0.603852 0.079163</w:t>
        <w:br/>
        <w:t>vt 0.608950 0.089019</w:t>
        <w:br/>
        <w:t>vt 0.598499 0.093163</w:t>
        <w:br/>
        <w:t>vt 0.589466 0.078352</w:t>
        <w:br/>
        <w:t>vt 0.627864 0.158432</w:t>
        <w:br/>
        <w:t>vt 0.632648 0.156350</w:t>
        <w:br/>
        <w:t>vt 0.615847 0.141502</w:t>
        <w:br/>
        <w:t>vt 0.623004 0.139131</w:t>
        <w:br/>
        <w:t>vt 0.604072 0.124993</w:t>
        <w:br/>
        <w:t>vt 0.613913 0.122446</w:t>
        <w:br/>
        <w:t>vt 0.637558 0.155073</w:t>
        <w:br/>
        <w:t>vt 0.643452 0.152587</w:t>
        <w:br/>
        <w:t>vt 0.630373 0.136999</w:t>
        <w:br/>
        <w:t>vt 0.639422 0.132379</w:t>
        <w:br/>
        <w:t>vt 0.623257 0.119391</w:t>
        <w:br/>
        <w:t>vt 0.634104 0.112412</w:t>
        <w:br/>
        <w:t>vt 0.632648 0.156350</w:t>
        <w:br/>
        <w:t>vt 0.637558 0.155073</w:t>
        <w:br/>
        <w:t>vt 0.623004 0.139131</w:t>
        <w:br/>
        <w:t>vt 0.630373 0.136999</w:t>
        <w:br/>
        <w:t>vt 0.613913 0.122446</w:t>
        <w:br/>
        <w:t>vt 0.623257 0.119391</w:t>
        <w:br/>
        <w:t>vt 0.606943 0.108439</w:t>
        <w:br/>
        <w:t>vt 0.616524 0.104428</w:t>
        <w:br/>
        <w:t>vt 0.623843 0.163020</w:t>
        <w:br/>
        <w:t>vt 0.627864 0.158432</w:t>
        <w:br/>
        <w:t>vt 0.610392 0.147587</w:t>
        <w:br/>
        <w:t>vt 0.615847 0.141502</w:t>
        <w:br/>
        <w:t>vt 0.596789 0.132391</w:t>
        <w:br/>
        <w:t>vt 0.604072 0.124993</w:t>
        <w:br/>
        <w:t>vt 0.619298 0.044229</w:t>
        <w:br/>
        <w:t>vt 0.621463 0.047788</w:t>
        <w:br/>
        <w:t>vt 0.629783 0.049940</w:t>
        <w:br/>
        <w:t>vt 0.621463 0.047788</w:t>
        <w:br/>
        <w:t>vt 0.627367 0.046115</w:t>
        <w:br/>
        <w:t>vt 0.546595 0.108064</w:t>
        <w:br/>
        <w:t>vt 0.545912 0.100934</w:t>
        <w:br/>
        <w:t>vt 0.546595 0.108064</w:t>
        <w:br/>
        <w:t>vt 0.575739 0.080600</w:t>
        <w:br/>
        <w:t>vt 0.576448 0.066111</w:t>
        <w:br/>
        <w:t>vt 0.580392 0.086185</w:t>
        <w:br/>
        <w:t>vt 0.600357 0.070126</w:t>
        <w:br/>
        <w:t>vt 0.619571 0.071778</w:t>
        <w:br/>
        <w:t>vt 0.603852 0.079163</w:t>
        <w:br/>
        <w:t>vt 0.424673 0.223755</w:t>
        <w:br/>
        <w:t>vt 0.438243 0.241582</w:t>
        <w:br/>
        <w:t>vt 0.425534 0.246519</w:t>
        <w:br/>
        <w:t>vt 0.413970 0.232296</w:t>
        <w:br/>
        <w:t>vt 0.385881 0.223434</w:t>
        <w:br/>
        <w:t>vt 0.368027 0.202601</w:t>
        <w:br/>
        <w:t>vt 0.373466 0.198272</w:t>
        <w:br/>
        <w:t>vt 0.395074 0.215172</w:t>
        <w:br/>
        <w:t>vt 0.378901 0.227966</w:t>
        <w:br/>
        <w:t>vt 0.359674 0.207881</w:t>
        <w:br/>
        <w:t>vt 0.669821 0.787203</w:t>
        <w:br/>
        <w:t>vt 0.677001 0.797995</w:t>
        <w:br/>
        <w:t>vt 0.666501 0.802672</w:t>
        <w:br/>
        <w:t>vt 0.658956 0.792984</w:t>
        <w:br/>
        <w:t>vt 0.375059 0.307363</w:t>
        <w:br/>
        <w:t>vt 0.357348 0.299559</w:t>
        <w:br/>
        <w:t>vt 0.367546 0.281272</w:t>
        <w:br/>
        <w:t>vt 0.384223 0.291400</w:t>
        <w:br/>
        <w:t>vt 0.358002 0.192394</w:t>
        <w:br/>
        <w:t>vt 0.362381 0.191059</w:t>
        <w:br/>
        <w:t>vt 0.381018 0.190450</w:t>
        <w:br/>
        <w:t>vt 0.403547 0.206026</w:t>
        <w:br/>
        <w:t>vt 0.350065 0.168662</w:t>
        <w:br/>
        <w:t>vt 0.362138 0.177294</w:t>
        <w:br/>
        <w:t>vt 0.359497 0.180195</w:t>
        <w:br/>
        <w:t>vt 0.685244 0.809918</w:t>
        <w:br/>
        <w:t>vt 0.674338 0.815465</w:t>
        <w:br/>
        <w:t>vt 0.363194 0.246264</w:t>
        <w:br/>
        <w:t>vt 0.344741 0.229590</w:t>
        <w:br/>
        <w:t>vt 0.320367 0.197283</w:t>
        <w:br/>
        <w:t>vt 0.334835 0.202262</w:t>
        <w:br/>
        <w:t>vt 0.325215 0.214665</w:t>
        <w:br/>
        <w:t>vt 0.313688 0.206167</w:t>
        <w:br/>
        <w:t>vt 0.321694 0.191753</w:t>
        <w:br/>
        <w:t>vt 0.336371 0.195000</w:t>
        <w:br/>
        <w:t>vt 0.308063 0.193113</w:t>
        <w:br/>
        <w:t>vt 0.303540 0.199252</w:t>
        <w:br/>
        <w:t>vt 0.352008 0.198523</w:t>
        <w:br/>
        <w:t>vt 0.359674 0.207881</w:t>
        <w:br/>
        <w:t>vt 0.725794 0.792260</w:t>
        <w:br/>
        <w:t>vt 0.729698 0.797564</w:t>
        <w:br/>
        <w:t>vt 0.724843 0.803662</w:t>
        <w:br/>
        <w:t>vt 0.718935 0.795885</w:t>
        <w:br/>
        <w:t>vt 0.713776 0.784562</w:t>
        <w:br/>
        <w:t>vt 0.722224 0.783743</w:t>
        <w:br/>
        <w:t>vt 0.424804 0.479636</w:t>
        <w:br/>
        <w:t>vt 0.434091 0.459415</w:t>
        <w:br/>
        <w:t>vt 0.453523 0.469026</w:t>
        <w:br/>
        <w:t>vt 0.445517 0.488602</w:t>
        <w:br/>
        <w:t>vt 0.281528 0.270756</w:t>
        <w:br/>
        <w:t>vt 0.264918 0.296364</w:t>
        <w:br/>
        <w:t>vt 0.248451 0.267273</w:t>
        <w:br/>
        <w:t>vt 0.260750 0.256416</w:t>
        <w:br/>
        <w:t>vt 0.271177 0.241400</w:t>
        <w:br/>
        <w:t>vt 0.292627 0.249602</w:t>
        <w:br/>
        <w:t>vt 0.248451 0.267273</w:t>
        <w:br/>
        <w:t>vt 0.242064 0.273007</w:t>
        <w:br/>
        <w:t>vt 0.233737 0.256740</w:t>
        <w:br/>
        <w:t>vt 0.238522 0.252326</w:t>
        <w:br/>
        <w:t>vt 0.242198 0.230282</w:t>
        <w:br/>
        <w:t>vt 0.242013 0.225450</w:t>
        <w:br/>
        <w:t>vt 0.255454 0.228172</w:t>
        <w:br/>
        <w:t>vt 0.254872 0.235177</w:t>
        <w:br/>
        <w:t>vt 0.299725 0.305054</w:t>
        <w:br/>
        <w:t>vt 0.310461 0.280840</w:t>
        <w:br/>
        <w:t>vt 0.324798 0.255093</w:t>
        <w:br/>
        <w:t>vt 0.348264 0.268884</w:t>
        <w:br/>
        <w:t>vt 0.329776 0.310594</w:t>
        <w:br/>
        <w:t>vt 0.335257 0.290064</w:t>
        <w:br/>
        <w:t>vt 0.273083 0.232524</w:t>
        <w:br/>
        <w:t>vt 0.295142 0.239138</w:t>
        <w:br/>
        <w:t>vt 0.292627 0.249602</w:t>
        <w:br/>
        <w:t>vt 0.271177 0.241400</w:t>
        <w:br/>
        <w:t>vt 0.264918 0.296364</w:t>
        <w:br/>
        <w:t>vt 0.248304 0.288143</w:t>
        <w:br/>
        <w:t>vt 0.310159 0.241722</w:t>
        <w:br/>
        <w:t>vt 0.324798 0.255093</w:t>
        <w:br/>
        <w:t>vt 0.415513 0.329339</w:t>
        <w:br/>
        <w:t>vt 0.370737 0.321072</w:t>
        <w:br/>
        <w:t>vt 0.417289 0.320266</w:t>
        <w:br/>
        <w:t>vt 0.421960 0.311326</w:t>
        <w:br/>
        <w:t>vt 0.313023 0.225663</w:t>
        <w:br/>
        <w:t>vt 0.705004 0.786457</w:t>
        <w:br/>
        <w:t>vt 0.697987 0.778745</w:t>
        <w:br/>
        <w:t>vt 0.704492 0.777612</w:t>
        <w:br/>
        <w:t>vt 0.707769 0.783562</w:t>
        <w:br/>
        <w:t>vt 0.690637 0.792197</w:t>
        <w:br/>
        <w:t>vt 0.683715 0.782083</w:t>
        <w:br/>
        <w:t>vt 0.352008 0.198523</w:t>
        <w:br/>
        <w:t>vt 0.353114 0.191673</w:t>
        <w:br/>
        <w:t>vt 0.358002 0.192394</w:t>
        <w:br/>
        <w:t>vt 0.359674 0.207881</w:t>
        <w:br/>
        <w:t>vt 0.710767 0.800037</w:t>
        <w:br/>
        <w:t>vt 0.720197 0.810348</w:t>
        <w:br/>
        <w:t>vt 0.745918 0.832671</w:t>
        <w:br/>
        <w:t>vt 0.743159 0.822679</w:t>
        <w:br/>
        <w:t>vt 0.755116 0.822165</w:t>
        <w:br/>
        <w:t>vt 0.756513 0.828303</w:t>
        <w:br/>
        <w:t>vt 0.743493 0.811318</w:t>
        <w:br/>
        <w:t>vt 0.754715 0.813127</w:t>
        <w:br/>
        <w:t>vt 0.736410 0.836440</w:t>
        <w:br/>
        <w:t>vt 0.730494 0.823377</w:t>
        <w:br/>
        <w:t>vt 0.716606 0.835183</w:t>
        <w:br/>
        <w:t>vt 0.715275 0.823118</w:t>
        <w:br/>
        <w:t>vt 0.720197 0.810348</w:t>
        <w:br/>
        <w:t>vt 0.729148 0.809783</w:t>
        <w:br/>
        <w:t>vt 0.330114 0.377832</w:t>
        <w:br/>
        <w:t>vt 0.310069 0.388827</w:t>
        <w:br/>
        <w:t>vt 0.296230 0.358909</w:t>
        <w:br/>
        <w:t>vt 0.323459 0.355500</w:t>
        <w:br/>
        <w:t>vt 0.326231 0.410669</w:t>
        <w:br/>
        <w:t>vt 0.350483 0.388383</w:t>
        <w:br/>
        <w:t>vt 0.365133 0.408686</w:t>
        <w:br/>
        <w:t>vt 0.348020 0.428201</w:t>
        <w:br/>
        <w:t>vt 0.716917 0.849225</w:t>
        <w:br/>
        <w:t>vt 0.718092 0.862526</w:t>
        <w:br/>
        <w:t>vt 0.706759 0.860620</w:t>
        <w:br/>
        <w:t>vt 0.707228 0.849472</w:t>
        <w:br/>
        <w:t>vt 0.369467 0.351982</w:t>
        <w:br/>
        <w:t>vt 0.376200 0.369650</w:t>
        <w:br/>
        <w:t>vt 0.351369 0.366005</w:t>
        <w:br/>
        <w:t>vt 0.308765 0.428105</w:t>
        <w:br/>
        <w:t>vt 0.288571 0.402782</w:t>
        <w:br/>
        <w:t>vt 0.292433 0.446358</w:t>
        <w:br/>
        <w:t>vt 0.271293 0.470533</w:t>
        <w:br/>
        <w:t>vt 0.246749 0.435155</w:t>
        <w:br/>
        <w:t>vt 0.268804 0.418791</w:t>
        <w:br/>
        <w:t>vt 0.414319 0.338530</w:t>
        <w:br/>
        <w:t>vt 0.368304 0.334839</w:t>
        <w:br/>
        <w:t>vt 0.414099 0.349924</w:t>
        <w:br/>
        <w:t>vt 0.386338 0.388618</w:t>
        <w:br/>
        <w:t>vt 0.403068 0.404929</w:t>
        <w:br/>
        <w:t>vt 0.386973 0.427674</w:t>
        <w:br/>
        <w:t>vt 0.326217 0.329870</w:t>
        <w:br/>
        <w:t>vt 0.297036 0.328731</w:t>
        <w:br/>
        <w:t>vt 0.262872 0.364877</w:t>
        <w:br/>
        <w:t>vt 0.732655 0.851843</w:t>
        <w:br/>
        <w:t>vt 0.736410 0.836440</w:t>
        <w:br/>
        <w:t>vt 0.732872 0.866909</w:t>
        <w:br/>
        <w:t>vt 0.264568 0.328608</w:t>
        <w:br/>
        <w:t>vt 0.746593 0.856161</w:t>
        <w:br/>
        <w:t>vt 0.748563 0.838846</w:t>
        <w:br/>
        <w:t>vt 0.761386 0.843939</w:t>
        <w:br/>
        <w:t>vt 0.759998 0.860050</w:t>
        <w:br/>
        <w:t>vt 0.744985 0.869903</w:t>
        <w:br/>
        <w:t>vt 0.757614 0.872950</w:t>
        <w:br/>
        <w:t>vt 0.223881 0.365752</w:t>
        <w:br/>
        <w:t>vt 0.203156 0.360950</w:t>
        <w:br/>
        <w:t>vt 0.206418 0.353001</w:t>
        <w:br/>
        <w:t>vt 0.228265 0.355910</w:t>
        <w:br/>
        <w:t>vt 0.232410 0.305980</w:t>
        <w:br/>
        <w:t>vt 0.207476 0.312029</w:t>
        <w:br/>
        <w:t>vt 0.208286 0.302112</w:t>
        <w:br/>
        <w:t>vt 0.229795 0.296330</w:t>
        <w:br/>
        <w:t>vt 0.232565 0.330209</w:t>
        <w:br/>
        <w:t>vt 0.209616 0.331850</w:t>
        <w:br/>
        <w:t>vt 0.228265 0.355910</w:t>
        <w:br/>
        <w:t>vt 0.206418 0.353001</w:t>
        <w:br/>
        <w:t>vt 0.139315 0.333523</w:t>
        <w:br/>
        <w:t>vt 0.140840 0.337140</w:t>
        <w:br/>
        <w:t>vt 0.122247 0.343491</w:t>
        <w:br/>
        <w:t>vt 0.140339 0.346585</w:t>
        <w:br/>
        <w:t>vt 0.139277 0.348582</w:t>
        <w:br/>
        <w:t>vt 0.122247 0.343491</w:t>
        <w:br/>
        <w:t>vt 0.151655 0.348236</w:t>
        <w:br/>
        <w:t>vt 0.164056 0.349756</w:t>
        <w:br/>
        <w:t>vt 0.162528 0.354272</w:t>
        <w:br/>
        <w:t>vt 0.150258 0.351494</w:t>
        <w:br/>
        <w:t>vt 0.141118 0.341651</w:t>
        <w:br/>
        <w:t>vt 0.140339 0.346585</w:t>
        <w:br/>
        <w:t>vt 0.122247 0.343491</w:t>
        <w:br/>
        <w:t>vt 0.152835 0.340321</w:t>
        <w:br/>
        <w:t>vt 0.165665 0.338674</w:t>
        <w:br/>
        <w:t>vt 0.164056 0.349756</w:t>
        <w:br/>
        <w:t>vt 0.151655 0.348236</w:t>
        <w:br/>
        <w:t>vt 0.152542 0.332945</w:t>
        <w:br/>
        <w:t>vt 0.165037 0.328270</w:t>
        <w:br/>
        <w:t>vt 0.791871 0.872144</w:t>
        <w:br/>
        <w:t>vt 0.790739 0.878022</w:t>
        <w:br/>
        <w:t>vt 0.782983 0.877144</w:t>
        <w:br/>
        <w:t>vt 0.784494 0.869277</w:t>
        <w:br/>
        <w:t>vt 0.797780 0.878574</w:t>
        <w:br/>
        <w:t>vt 0.798506 0.874806</w:t>
        <w:br/>
        <w:t>vt 0.808748 0.879056</w:t>
        <w:br/>
        <w:t>vt 0.140840 0.337140</w:t>
        <w:br/>
        <w:t>vt 0.183600 0.453650</w:t>
        <w:br/>
        <w:t>vt 0.178540 0.451284</w:t>
        <w:br/>
        <w:t>vt 0.190919 0.438569</w:t>
        <w:br/>
        <w:t>vt 0.197114 0.442541</w:t>
        <w:br/>
        <w:t>vt 0.335526 0.445602</w:t>
        <w:br/>
        <w:t>vt 0.321523 0.465301</w:t>
        <w:br/>
        <w:t>vt 0.371607 0.448765</w:t>
        <w:br/>
        <w:t>vt 0.360330 0.467971</w:t>
        <w:br/>
        <w:t>vt 0.335526 0.445602</w:t>
        <w:br/>
        <w:t>vt 0.348020 0.428201</w:t>
        <w:br/>
        <w:t>vt 0.348491 0.489411</w:t>
        <w:br/>
        <w:t>vt 0.333475 0.514427</w:t>
        <w:br/>
        <w:t>vt 0.304965 0.488612</w:t>
        <w:br/>
        <w:t>vt 0.321523 0.465301</w:t>
        <w:br/>
        <w:t>vt 0.425453 0.420776</w:t>
        <w:br/>
        <w:t>vt 0.412433 0.444182</w:t>
        <w:br/>
        <w:t>vt 0.268172 0.541255</w:t>
        <w:br/>
        <w:t>vt 0.272927 0.548534</w:t>
        <w:br/>
        <w:t>vt 0.254478 0.563883</w:t>
        <w:br/>
        <w:t>vt 0.691617 0.828487</w:t>
        <w:br/>
        <w:t>vt 0.693350 0.837900</w:t>
        <w:br/>
        <w:t>vt 0.681196 0.839045</w:t>
        <w:br/>
        <w:t>vt 0.679692 0.831085</w:t>
        <w:br/>
        <w:t>vt 0.289124 0.546653</w:t>
        <w:br/>
        <w:t>vt 0.286653 0.541049</w:t>
        <w:br/>
        <w:t>vt 0.303061 0.530860</w:t>
        <w:br/>
        <w:t>vt 0.307000 0.539279</w:t>
        <w:br/>
        <w:t>vt 0.352773 0.181637</w:t>
        <w:br/>
        <w:t>vt 0.350065 0.168662</w:t>
        <w:br/>
        <w:t>vt 0.355375 0.181831</w:t>
        <w:br/>
        <w:t>vt 0.269606 0.505031</w:t>
        <w:br/>
        <w:t>vt 0.304965 0.488612</w:t>
        <w:br/>
        <w:t>vt 0.287932 0.512388</w:t>
        <w:br/>
        <w:t>vt 0.418810 0.365882</w:t>
        <w:br/>
        <w:t>vt 0.429273 0.379472</w:t>
        <w:br/>
        <w:t>vt 0.779973 0.915727</w:t>
        <w:br/>
        <w:t>vt 0.782285 0.911831</w:t>
        <w:br/>
        <w:t>vt 0.790663 0.922036</w:t>
        <w:br/>
        <w:t>vt 0.206304 0.457231</w:t>
        <w:br/>
        <w:t>vt 0.191022 0.463881</w:t>
        <w:br/>
        <w:t>vt 0.772607 0.911417</w:t>
        <w:br/>
        <w:t>vt 0.768515 0.920276</w:t>
        <w:br/>
        <w:t>vt 0.758745 0.918466</w:t>
        <w:br/>
        <w:t>vt 0.764241 0.906568</w:t>
        <w:br/>
        <w:t>vt 0.176210 0.470645</w:t>
        <w:br/>
        <w:t>vt 0.177841 0.478871</w:t>
        <w:br/>
        <w:t>vt 0.152647 0.481372</w:t>
        <w:br/>
        <w:t>vt 0.692370 0.849173</w:t>
        <w:br/>
        <w:t>vt 0.691902 0.858094</w:t>
        <w:br/>
        <w:t>vt 0.679722 0.856327</w:t>
        <w:br/>
        <w:t>vt 0.680269 0.848722</w:t>
        <w:br/>
        <w:t>vt 0.681196 0.839045</w:t>
        <w:br/>
        <w:t>vt 0.693350 0.837900</w:t>
        <w:br/>
        <w:t>vt 0.714726 0.812225</w:t>
        <w:br/>
        <w:t>vt 0.707654 0.836249</w:t>
        <w:br/>
        <w:t>vt 0.689288 0.821694</w:t>
        <w:br/>
        <w:t>vt 0.677680 0.825382</w:t>
        <w:br/>
        <w:t>vt 0.168002 0.463039</w:t>
        <w:br/>
        <w:t>vt 0.171398 0.464182</w:t>
        <w:br/>
        <w:t>vt 0.152647 0.481372</w:t>
        <w:br/>
        <w:t>vt 0.193618 0.476845</w:t>
        <w:br/>
        <w:t>vt 0.212375 0.474002</w:t>
        <w:br/>
        <w:t>vt 0.210599 0.481801</w:t>
        <w:br/>
        <w:t>vt 0.192750 0.482465</w:t>
        <w:br/>
        <w:t>vt 0.212375 0.474002</w:t>
        <w:br/>
        <w:t>vt 0.193618 0.476845</w:t>
        <w:br/>
        <w:t>vt 0.176889 0.482448</w:t>
        <w:br/>
        <w:t>vt 0.152647 0.481372</w:t>
        <w:br/>
        <w:t>vt 0.269606 0.505031</w:t>
        <w:br/>
        <w:t>vt 0.262277 0.504777</w:t>
        <w:br/>
        <w:t>vt 0.261321 0.480600</w:t>
        <w:br/>
        <w:t>vt 0.271293 0.470533</w:t>
        <w:br/>
        <w:t>vt 0.705918 0.825174</w:t>
        <w:br/>
        <w:t>vt 0.703300 0.816636</w:t>
        <w:br/>
        <w:t>vt 0.733846 0.943987</w:t>
        <w:br/>
        <w:t>vt 0.723555 0.938926</w:t>
        <w:br/>
        <w:t>vt 0.733179 0.928934</w:t>
        <w:br/>
        <w:t>vt 0.741011 0.937179</w:t>
        <w:br/>
        <w:t>vt 0.231866 0.411448</w:t>
        <w:br/>
        <w:t>vt 0.248170 0.390814</w:t>
        <w:br/>
        <w:t>vt 0.223770 0.407353</w:t>
        <w:br/>
        <w:t>vt 0.236835 0.387362</w:t>
        <w:br/>
        <w:t>vt 0.380496 0.261863</w:t>
        <w:br/>
        <w:t>vt 0.394858 0.274971</w:t>
        <w:br/>
        <w:t>vt 0.350248 0.332349</w:t>
        <w:br/>
        <w:t>vt 0.353369 0.316906</w:t>
        <w:br/>
        <w:t>vt 0.426793 0.302432</w:t>
        <w:br/>
        <w:t>vt 0.415377 0.255487</w:t>
        <w:br/>
        <w:t>vt 0.447771 0.280837</w:t>
        <w:br/>
        <w:t>vt 0.436060 0.293774</w:t>
        <w:br/>
        <w:t>vt 0.418051 0.497888</w:t>
        <w:br/>
        <w:t>vt 0.389894 0.483672</w:t>
        <w:br/>
        <w:t>vt 0.398014 0.465999</w:t>
        <w:br/>
        <w:t>vt 0.413150 0.516398</w:t>
        <w:br/>
        <w:t>vt 0.407444 0.536057</w:t>
        <w:br/>
        <w:t>vt 0.373677 0.522658</w:t>
        <w:br/>
        <w:t>vt 0.382391 0.503157</w:t>
        <w:br/>
        <w:t>vt 0.447434 0.433328</w:t>
        <w:br/>
        <w:t>vt 0.465355 0.441225</w:t>
        <w:br/>
        <w:t>vt 0.410266 0.261804</w:t>
        <w:br/>
        <w:t>vt 0.393031 0.553839</w:t>
        <w:br/>
        <w:t>vt 0.377997 0.566522</w:t>
        <w:br/>
        <w:t>vt 0.376424 0.561367</w:t>
        <w:br/>
        <w:t>vt 0.391598 0.548252</w:t>
        <w:br/>
        <w:t>vt 0.733556 0.888431</w:t>
        <w:br/>
        <w:t>vt 0.723110 0.903194</w:t>
        <w:br/>
        <w:t>vt 0.714667 0.896824</w:t>
        <w:br/>
        <w:t>vt 0.723882 0.882484</w:t>
        <w:br/>
        <w:t>vt 0.347595 0.574109</w:t>
        <w:br/>
        <w:t>vt 0.359692 0.575873</w:t>
        <w:br/>
        <w:t>vt 0.336088 0.595453</w:t>
        <w:br/>
        <w:t>vt 0.333842 0.545452</w:t>
        <w:br/>
        <w:t>vt 0.340530 0.538744</w:t>
        <w:br/>
        <w:t>vt 0.341074 0.556956</w:t>
        <w:br/>
        <w:t>vt 0.336801 0.561186</w:t>
        <w:br/>
        <w:t>vt 0.740840 0.871707</w:t>
        <w:br/>
        <w:t>vt 0.391598 0.548252</w:t>
        <w:br/>
        <w:t>vt 0.363294 0.541660</w:t>
        <w:br/>
        <w:t>vt 0.425534 0.246519</w:t>
        <w:br/>
        <w:t>vt 0.459981 0.498707</w:t>
        <w:br/>
        <w:t>vt 0.467605 0.478918</w:t>
        <w:br/>
        <w:t>vt 0.476517 0.484913</w:t>
        <w:br/>
        <w:t>vt 0.467742 0.505696</w:t>
        <w:br/>
        <w:t>vt 0.444105 0.391161</w:t>
        <w:br/>
        <w:t>vt 0.465979 0.404347</w:t>
        <w:br/>
        <w:t>vt 0.348947 0.353057</w:t>
        <w:br/>
        <w:t>vt 0.476736 0.448820</w:t>
        <w:br/>
        <w:t>vt 0.490130 0.455128</w:t>
        <w:br/>
        <w:t>vt 0.479951 0.412804</w:t>
        <w:br/>
        <w:t>vt 0.486230 0.416729</w:t>
        <w:br/>
        <w:t>vt 0.433308 0.522728</w:t>
        <w:br/>
        <w:t>vt 0.439679 0.506939</w:t>
        <w:br/>
        <w:t>vt 0.454312 0.516301</w:t>
        <w:br/>
        <w:t>vt 0.447248 0.530761</w:t>
        <w:br/>
        <w:t>vt 0.655048 0.943859</w:t>
        <w:br/>
        <w:t>vt 0.647712 0.954418</w:t>
        <w:br/>
        <w:t>vt 0.639543 0.944052</w:t>
        <w:br/>
        <w:t>vt 0.646230 0.934418</w:t>
        <w:br/>
        <w:t>vt 0.432025 0.562086</w:t>
        <w:br/>
        <w:t>vt 0.440065 0.544416</w:t>
        <w:br/>
        <w:t>vt 0.445542 0.552201</w:t>
        <w:br/>
        <w:t>vt 0.435276 0.567782</w:t>
        <w:br/>
        <w:t>vt 0.460490 0.524152</w:t>
        <w:br/>
        <w:t>vt 0.453235 0.538694</w:t>
        <w:br/>
        <w:t>vt 0.427238 0.538462</w:t>
        <w:br/>
        <w:t>vt 0.422642 0.557714</w:t>
        <w:br/>
        <w:t>vt 0.413127 0.555066</w:t>
        <w:br/>
        <w:t>vt 0.499354 0.424195</w:t>
        <w:br/>
        <w:t>vt 0.709973 0.875335</w:t>
        <w:br/>
        <w:t>vt 0.702888 0.888630</w:t>
        <w:br/>
        <w:t>vt 0.407444 0.536057</w:t>
        <w:br/>
        <w:t>vt 0.405056 0.543869</w:t>
        <w:br/>
        <w:t>vt 0.708596 0.959620</w:t>
        <w:br/>
        <w:t>vt 0.697060 0.957870</w:t>
        <w:br/>
        <w:t>vt 0.708904 0.947984</w:t>
        <w:br/>
        <w:t>vt 0.717957 0.952325</w:t>
        <w:br/>
        <w:t>vt 0.265147 0.523807</w:t>
        <w:br/>
        <w:t>vt 0.259289 0.524147</w:t>
        <w:br/>
        <w:t>vt 0.413127 0.555066</w:t>
        <w:br/>
        <w:t>vt 0.408627 0.556440</w:t>
        <w:br/>
        <w:t>vt 0.405056 0.543869</w:t>
        <w:br/>
        <w:t>vt 0.407444 0.536057</w:t>
        <w:br/>
        <w:t>vt 0.333475 0.514427</w:t>
        <w:br/>
        <w:t>vt 0.326546 0.533131</w:t>
        <w:br/>
        <w:t>vt 0.701019 0.943570</w:t>
        <w:br/>
        <w:t>vt 0.688357 0.956160</w:t>
        <w:br/>
        <w:t>vt 0.745421 0.931903</w:t>
        <w:br/>
        <w:t>vt 0.740130 0.921384</w:t>
        <w:br/>
        <w:t>vt 0.414605 0.572447</w:t>
        <w:br/>
        <w:t>vt 0.419441 0.573801</w:t>
        <w:br/>
        <w:t>vt 0.414287 0.599698</w:t>
        <w:br/>
        <w:t>vt 0.410545 0.573985</w:t>
        <w:br/>
        <w:t>vt 0.425302 0.576830</w:t>
        <w:br/>
        <w:t>vt 0.701756 0.985618</w:t>
        <w:br/>
        <w:t>vt 0.689378 0.981143</w:t>
        <w:br/>
        <w:t>vt 0.692984 0.977326</w:t>
        <w:br/>
        <w:t>vt 0.460374 0.269327</w:t>
        <w:br/>
        <w:t>vt 0.649657 0.814264</w:t>
        <w:br/>
        <w:t>vt 0.642410 0.804488</w:t>
        <w:br/>
        <w:t>vt 0.693265 0.899331</w:t>
        <w:br/>
        <w:t>vt 0.682241 0.891990</w:t>
        <w:br/>
        <w:t>vt 0.691660 0.881436</w:t>
        <w:br/>
        <w:t>vt 0.689688 0.865566</w:t>
        <w:br/>
        <w:t>vt 0.677839 0.862547</w:t>
        <w:br/>
        <w:t>vt 0.719499 0.937847</w:t>
        <w:br/>
        <w:t>vt 0.725545 0.944813</w:t>
        <w:br/>
        <w:t>vt 0.677931 0.964445</w:t>
        <w:br/>
        <w:t>vt 0.686490 0.971572</w:t>
        <w:br/>
        <w:t>vt 0.681528 0.977218</w:t>
        <w:br/>
        <w:t>vt 0.672192 0.971601</w:t>
        <w:br/>
        <w:t>vt 0.664593 0.966538</w:t>
        <w:br/>
        <w:t>vt 0.656855 0.961396</w:t>
        <w:br/>
        <w:t>vt 0.665196 0.952992</w:t>
        <w:br/>
        <w:t>vt 0.671159 0.958327</w:t>
        <w:br/>
        <w:t>vt 0.679513 0.948757</w:t>
        <w:br/>
        <w:t>vt 0.673531 0.943761</w:t>
        <w:br/>
        <w:t>vt 0.685357 0.931197</w:t>
        <w:br/>
        <w:t>vt 0.692793 0.937054</w:t>
        <w:br/>
        <w:t>vt 0.714357 0.913320</w:t>
        <w:br/>
        <w:t>vt 0.705104 0.924343</w:t>
        <w:br/>
        <w:t>vt 0.696533 0.918108</w:t>
        <w:br/>
        <w:t>vt 0.705662 0.906801</w:t>
        <w:br/>
        <w:t>vt 0.685487 0.910412</w:t>
        <w:br/>
        <w:t>vt 0.663505 0.934665</w:t>
        <w:br/>
        <w:t>vt 0.674490 0.922221</w:t>
        <w:br/>
        <w:t>vt 0.655958 0.926360</w:t>
        <w:br/>
        <w:t>vt 0.627885 0.928830</w:t>
        <w:br/>
        <w:t>vt 0.633369 0.921761</w:t>
        <w:br/>
        <w:t>vt 0.665511 0.913728</w:t>
        <w:br/>
        <w:t>vt 0.652142 0.901506</w:t>
        <w:br/>
        <w:t>vt 0.661397 0.892271</w:t>
        <w:br/>
        <w:t>vt 0.676491 0.903677</w:t>
        <w:br/>
        <w:t>vt 0.290528 0.194818</w:t>
        <w:br/>
        <w:t>vt 0.279723 0.183243</w:t>
        <w:br/>
        <w:t>vt 0.293595 0.192571</w:t>
        <w:br/>
        <w:t>vt 0.309027 0.189019</w:t>
        <w:br/>
        <w:t>vt 0.729568 0.783363</w:t>
        <w:br/>
        <w:t>vt 0.732066 0.789300</w:t>
        <w:br/>
        <w:t>vt 0.305867 0.213609</w:t>
        <w:br/>
        <w:t>vt 0.734615 0.792676</w:t>
        <w:br/>
        <w:t>vt 0.324798 0.255093</w:t>
        <w:br/>
        <w:t>vt 0.310159 0.241722</w:t>
        <w:br/>
        <w:t>vt 0.306056 0.228147</w:t>
        <w:br/>
        <w:t>vt 0.666241 0.882133</w:t>
        <w:br/>
        <w:t>vt 0.673793 0.872729</w:t>
        <w:br/>
        <w:t>vt 0.714643 0.931363</w:t>
        <w:br/>
        <w:t>vt 0.723816 0.920714</w:t>
        <w:br/>
        <w:t>vt 0.732591 0.910673</w:t>
        <w:br/>
        <w:t>vt 0.714643 0.931363</w:t>
        <w:br/>
        <w:t>vt 0.643372 0.912769</w:t>
        <w:br/>
        <w:t>vt 0.679513 0.948757</w:t>
        <w:br/>
        <w:t>vt 0.695576 0.972076</w:t>
        <w:br/>
        <w:t>vt 0.690942 0.963045</w:t>
        <w:br/>
        <w:t>vt 0.215845 0.221124</w:t>
        <w:br/>
        <w:t>vt 0.229192 0.225655</w:t>
        <w:br/>
        <w:t>vt 0.226253 0.229584</w:t>
        <w:br/>
        <w:t>vt 0.227740 0.245114</w:t>
        <w:br/>
        <w:t>vt 0.231159 0.242437</w:t>
        <w:br/>
        <w:t>vt 0.763051 0.814752</w:t>
        <w:br/>
        <w:t>vt 0.763274 0.821310</w:t>
        <w:br/>
        <w:t>vt 0.763942 0.825129</w:t>
        <w:br/>
        <w:t>vt 0.246855 0.244971</w:t>
        <w:br/>
        <w:t>vt 0.254872 0.235177</w:t>
        <w:br/>
        <w:t>vt 0.772908 0.852253</w:t>
        <w:br/>
        <w:t>vt 0.770838 0.864120</w:t>
        <w:br/>
        <w:t>vt 0.187761 0.318907</w:t>
        <w:br/>
        <w:t>vt 0.186677 0.310144</w:t>
        <w:br/>
        <w:t>vt 0.185148 0.358426</w:t>
        <w:br/>
        <w:t>vt 0.186627 0.351966</w:t>
        <w:br/>
        <w:t>vt 0.768718 0.875033</w:t>
        <w:br/>
        <w:t>vt 0.188739 0.335680</w:t>
        <w:br/>
        <w:t>vt 0.186627 0.351966</w:t>
        <w:br/>
        <w:t>vt 0.760490 0.887334</w:t>
        <w:br/>
        <w:t>vt 0.751626 0.899402</w:t>
        <w:br/>
        <w:t>vt 0.744065 0.895201</w:t>
        <w:br/>
        <w:t>vt 0.752326 0.879130</w:t>
        <w:br/>
        <w:t>vt 0.215751 0.427143</w:t>
        <w:br/>
        <w:t>vt 0.208582 0.421251</w:t>
        <w:br/>
        <w:t>vt 0.744488 0.914355</w:t>
        <w:br/>
        <w:t>vt 0.227473 0.446435</w:t>
        <w:br/>
        <w:t>vt 0.261321 0.480600</w:t>
        <w:br/>
        <w:t>vt 0.237196 0.480151</w:t>
        <w:br/>
        <w:t>vt 0.237135 0.470511</w:t>
        <w:br/>
        <w:t>vt 0.271293 0.470533</w:t>
        <w:br/>
        <w:t>vt 0.237135 0.470511</w:t>
        <w:br/>
        <w:t>vt 0.150659 0.327390</w:t>
        <w:br/>
        <w:t>vt 0.163189 0.321111</w:t>
        <w:br/>
        <w:t>vt 0.165037 0.328270</w:t>
        <w:br/>
        <w:t>vt 0.152542 0.332945</w:t>
        <w:br/>
        <w:t>vt 0.340530 0.538744</w:t>
        <w:br/>
        <w:t>vt 0.355556 0.557446</w:t>
        <w:br/>
        <w:t>vt 0.341074 0.556956</w:t>
        <w:br/>
        <w:t>vt 0.339750 0.574292</w:t>
        <w:br/>
        <w:t>vt 0.360819 0.579506</w:t>
        <w:br/>
        <w:t>vt 0.339750 0.574292</w:t>
        <w:br/>
        <w:t>vt 0.336088 0.595453</w:t>
        <w:br/>
        <w:t>vt 0.337557 0.576759</w:t>
        <w:br/>
        <w:t>vt 0.739325 0.959991</w:t>
        <w:br/>
        <w:t>vt 0.721569 0.960419</w:t>
        <w:br/>
        <w:t>vt 0.727376 0.956144</w:t>
        <w:br/>
        <w:t>vt 0.731741 0.951693</w:t>
        <w:br/>
        <w:t>vt 0.277154 0.527873</w:t>
        <w:br/>
        <w:t>vt 0.254478 0.563883</w:t>
        <w:br/>
        <w:t>vt 0.260964 0.538898</w:t>
        <w:br/>
        <w:t>vt 0.268172 0.541255</w:t>
        <w:br/>
        <w:t>vt 0.257056 0.539703</w:t>
        <w:br/>
        <w:t>vt 0.274104 0.552071</w:t>
        <w:br/>
        <w:t>vt 0.754832 0.954598</w:t>
        <w:br/>
        <w:t>vt 0.742610 0.948043</w:t>
        <w:br/>
        <w:t>vt 0.747023 0.944002</w:t>
        <w:br/>
        <w:t>vt 0.749637 0.940651</w:t>
        <w:br/>
        <w:t>vt 0.287932 0.512388</w:t>
        <w:br/>
        <w:t>vt 0.427030 0.580537</w:t>
        <w:br/>
        <w:t>vt 0.414287 0.599698</w:t>
        <w:br/>
        <w:t>vt 0.769828 0.897764</w:t>
        <w:br/>
        <w:t>vt 0.777315 0.921185</w:t>
        <w:br/>
        <w:t>vt 0.732591 0.910673</w:t>
        <w:br/>
        <w:t>vt 0.244253 0.373068</w:t>
        <w:br/>
        <w:t>vt 0.262872 0.364877</w:t>
        <w:br/>
        <w:t>vt 0.248304 0.288143</w:t>
        <w:br/>
        <w:t>vt 0.264918 0.296364</w:t>
        <w:br/>
        <w:t>vt 0.244253 0.373068</w:t>
        <w:br/>
        <w:t>vt 0.262872 0.364877</w:t>
        <w:br/>
        <w:t>vt 0.785219 0.862645</w:t>
        <w:br/>
        <w:t>vt 0.792122 0.867746</w:t>
        <w:br/>
        <w:t>vt 0.776550 0.905114</w:t>
        <w:br/>
        <w:t>vt 0.223501 0.231854</w:t>
        <w:br/>
        <w:t>vt 0.215845 0.221124</w:t>
        <w:br/>
        <w:t>vt 0.228860 0.223228</w:t>
        <w:br/>
        <w:t>vt 0.229192 0.225655</w:t>
        <w:br/>
        <w:t>vt 0.215845 0.221124</w:t>
        <w:br/>
        <w:t>vt 0.221746 0.233046</w:t>
        <w:br/>
        <w:t>vt 0.771148 0.816518</w:t>
        <w:br/>
        <w:t>vt 0.779030 0.818430</w:t>
        <w:br/>
        <w:t>vt 0.771331 0.820055</w:t>
        <w:br/>
        <w:t>vt 0.242198 0.230282</w:t>
        <w:br/>
        <w:t>vt 0.236927 0.237433</w:t>
        <w:br/>
        <w:t>vt 0.771578 0.821802</w:t>
        <w:br/>
        <w:t>vt 0.238522 0.252326</w:t>
        <w:br/>
        <w:t>vt 0.288390 0.195539</w:t>
        <w:br/>
        <w:t>vt 0.296250 0.189030</w:t>
        <w:br/>
        <w:t>vt 0.279723 0.183243</w:t>
        <w:br/>
        <w:t>vt 0.296769 0.186527</w:t>
        <w:br/>
        <w:t>vt 0.298211 0.203552</w:t>
        <w:br/>
        <w:t>vt 0.736684 0.783406</w:t>
        <w:br/>
        <w:t>vt 0.746560 0.783756</w:t>
        <w:br/>
        <w:t>vt 0.738188 0.786819</w:t>
        <w:br/>
        <w:t>vt 0.739570 0.788694</w:t>
        <w:br/>
        <w:t>vt 0.300957 0.215343</w:t>
        <w:br/>
        <w:t>vt 0.357345 0.181389</w:t>
        <w:br/>
        <w:t>vt 0.366142 0.188657</w:t>
        <w:br/>
        <w:t>vt 0.371002 0.183525</w:t>
        <w:br/>
        <w:t>vt 0.277154 0.527873</w:t>
        <w:br/>
        <w:t>vt 0.698599 0.804337</w:t>
        <w:br/>
        <w:t>vt 0.397001 0.247022</w:t>
        <w:br/>
        <w:t>vt 0.703437 0.871447</w:t>
        <w:br/>
        <w:t>vt 0.707654 0.836249</w:t>
        <w:br/>
        <w:t>vt 0.403622 0.242043</w:t>
        <w:br/>
        <w:t>vt 0.433638 0.981188</w:t>
        <w:br/>
        <w:t>vt 0.454658 0.977008</w:t>
        <w:br/>
        <w:t>vt 0.456069 0.983479</w:t>
        <w:br/>
        <w:t>vt 0.433638 0.981188</w:t>
        <w:br/>
        <w:t>vt 0.428013 0.979398</w:t>
        <w:br/>
        <w:t>vt 0.429062 0.972498</w:t>
        <w:br/>
        <w:t>vt 0.479556 0.970805</w:t>
        <w:br/>
        <w:t>vt 0.504177 0.963995</w:t>
        <w:br/>
        <w:t>vt 0.505616 0.971953</w:t>
        <w:br/>
        <w:t>vt 0.454658 0.977008</w:t>
        <w:br/>
        <w:t>vt 0.453773 0.964291</w:t>
        <w:br/>
        <w:t>vt 0.477204 0.955129</w:t>
        <w:br/>
        <w:t>vt 0.524971 0.959416</w:t>
        <w:br/>
        <w:t>vt 0.527039 0.967364</w:t>
        <w:br/>
        <w:t>vt 0.584005 0.940472</w:t>
        <w:br/>
        <w:t>vt 0.603650 0.945868</w:t>
        <w:br/>
        <w:t>vt 0.585714 0.954992</w:t>
        <w:br/>
        <w:t>vt 0.556360 0.959276</w:t>
        <w:br/>
        <w:t>vt 0.542492 0.961273</w:t>
        <w:br/>
        <w:t>vt 0.553783 0.939030</w:t>
        <w:br/>
        <w:t>vt 0.564791 0.937911</w:t>
        <w:br/>
        <w:t>vt 0.601867 0.773965</w:t>
        <w:br/>
        <w:t>vt 0.609593 0.750510</w:t>
        <w:br/>
        <w:t>vt 0.623387 0.753738</w:t>
        <w:br/>
        <w:t>vt 0.623163 0.774441</w:t>
        <w:br/>
        <w:t>vt 0.557154 0.906593</w:t>
        <w:br/>
        <w:t>vt 0.570799 0.908929</w:t>
        <w:br/>
        <w:t>vt 0.541249 0.906844</w:t>
        <w:br/>
        <w:t>vt 0.539272 0.937394</w:t>
        <w:br/>
        <w:t>vt 0.538358 0.872513</w:t>
        <w:br/>
        <w:t>vt 0.554137 0.872659</w:t>
        <w:br/>
        <w:t>vt 0.571353 0.873888</w:t>
        <w:br/>
        <w:t>vt 0.485049 0.825770</w:t>
        <w:br/>
        <w:t>vt 0.484181 0.793569</w:t>
        <w:br/>
        <w:t>vt 0.491498 0.794271</w:t>
        <w:br/>
        <w:t>vt 0.493898 0.825197</w:t>
        <w:br/>
        <w:t>vt 0.555550 0.813063</w:t>
        <w:br/>
        <w:t>vt 0.541452 0.822278</w:t>
        <w:br/>
        <w:t>vt 0.529952 0.792857</w:t>
        <w:br/>
        <w:t>vt 0.538457 0.784056</w:t>
        <w:br/>
        <w:t>vt 0.568999 0.781065</w:t>
        <w:br/>
        <w:t>vt 0.576193 0.813875</w:t>
        <w:br/>
        <w:t>vt 0.561981 0.812508</w:t>
        <w:br/>
        <w:t>vt 0.555115 0.779182</w:t>
        <w:br/>
        <w:t>vt 0.516788 0.851186</w:t>
        <w:br/>
        <w:t>vt 0.519139 0.874035</w:t>
        <w:br/>
        <w:t>vt 0.496095 0.878763</w:t>
        <w:br/>
        <w:t>vt 0.495399 0.853932</w:t>
        <w:br/>
        <w:t>vt 0.488898 0.734677</w:t>
        <w:br/>
        <w:t>vt 0.489486 0.755852</w:t>
        <w:br/>
        <w:t>vt 0.485984 0.755612</w:t>
        <w:br/>
        <w:t>vt 0.867189 0.923234</w:t>
        <w:br/>
        <w:t>vt 0.866538 0.925436</w:t>
        <w:br/>
        <w:t>vt 0.859518 0.922498</w:t>
        <w:br/>
        <w:t>vt 0.488898 0.734677</w:t>
        <w:br/>
        <w:t>vt 0.510151 0.750457</w:t>
        <w:br/>
        <w:t>vt 0.506829 0.754814</w:t>
        <w:br/>
        <w:t>vt 0.517539 0.769762</w:t>
        <w:br/>
        <w:t>vt 0.523371 0.763438</w:t>
        <w:br/>
        <w:t>vt 0.428394 0.966376</w:t>
        <w:br/>
        <w:t>vt 0.451126 0.953751</w:t>
        <w:br/>
        <w:t>vt 0.472258 0.943066</w:t>
        <w:br/>
        <w:t>vt 0.582399 0.909561</w:t>
        <w:br/>
        <w:t>vt 0.574602 0.939287</w:t>
        <w:br/>
        <w:t>vt 0.584835 0.873830</w:t>
        <w:br/>
        <w:t>vt 0.922611 0.914467</w:t>
        <w:br/>
        <w:t>vt 0.919817 0.925854</w:t>
        <w:br/>
        <w:t>vt 0.900827 0.914914</w:t>
        <w:br/>
        <w:t>vt 0.903698 0.906106</w:t>
        <w:br/>
        <w:t>vt 0.893768 0.934378</w:t>
        <w:br/>
        <w:t>vt 0.896287 0.925525</w:t>
        <w:br/>
        <w:t>vt 0.918227 0.930822</w:t>
        <w:br/>
        <w:t>vt 0.917029 0.941125</w:t>
        <w:br/>
        <w:t>vt 0.877085 0.929217</w:t>
        <w:br/>
        <w:t>vt 0.878361 0.924216</w:t>
        <w:br/>
        <w:t>vt 0.567159 0.958024</w:t>
        <w:br/>
        <w:t>vt 0.559559 0.734452</w:t>
        <w:br/>
        <w:t>vt 0.556125 0.735488</w:t>
        <w:br/>
        <w:t>vt 0.550968 0.722086</w:t>
        <w:br/>
        <w:t>vt 0.595946 0.811565</w:t>
        <w:br/>
        <w:t>vt 0.624227 0.811843</w:t>
        <w:br/>
        <w:t>vt 0.578852 0.777327</w:t>
        <w:br/>
        <w:t>vt 0.588906 0.812639</w:t>
        <w:br/>
        <w:t>vt 0.596498 0.874878</w:t>
        <w:br/>
        <w:t>vt 0.592900 0.911394</w:t>
        <w:br/>
        <w:t>vt 0.577254 0.956394</w:t>
        <w:br/>
        <w:t>vt 0.030562 0.376899</w:t>
        <w:br/>
        <w:t>vt 0.039440 0.376619</w:t>
        <w:br/>
        <w:t>vt 0.029759 0.401099</w:t>
        <w:br/>
        <w:t>vt 0.556360 0.959276</w:t>
        <w:br/>
        <w:t>vt 0.543281 0.965722</w:t>
        <w:br/>
        <w:t>vt 0.542492 0.961273</w:t>
        <w:br/>
        <w:t>vt 0.552923 0.751547</w:t>
        <w:br/>
        <w:t>vt 0.562103 0.753948</w:t>
        <w:br/>
        <w:t>vt 0.867056 0.928518</w:t>
        <w:br/>
        <w:t>vt 0.536575 0.959895</w:t>
        <w:br/>
        <w:t>vt 0.860482 0.979852</w:t>
        <w:br/>
        <w:t>vt 0.870442 0.974880</w:t>
        <w:br/>
        <w:t>vt 0.870189 0.978637</w:t>
        <w:br/>
        <w:t>vt 0.617715 0.914420</w:t>
        <w:br/>
        <w:t>vt 0.626179 0.875986</w:t>
        <w:br/>
        <w:t>vt 0.916533 0.974565</w:t>
        <w:br/>
        <w:t>vt 0.892977 0.975838</w:t>
        <w:br/>
        <w:t>vt 0.894728 0.964365</w:t>
        <w:br/>
        <w:t>vt 0.917536 0.958335</w:t>
        <w:br/>
        <w:t>vt 0.594388 0.841426</w:t>
        <w:br/>
        <w:t>vt 0.625636 0.841776</w:t>
        <w:br/>
        <w:t>vt 0.120543 0.306943</w:t>
        <w:br/>
        <w:t>vt 0.101251 0.302984</w:t>
        <w:br/>
        <w:t>vt 0.110307 0.286446</w:t>
        <w:br/>
        <w:t>vt 0.130915 0.289837</w:t>
        <w:br/>
        <w:t>vt 0.069691 0.331930</w:t>
        <w:br/>
        <w:t>vt 0.048850 0.324162</w:t>
        <w:br/>
        <w:t>vt 0.054781 0.307956</w:t>
        <w:br/>
        <w:t>vt 0.075411 0.314935</w:t>
        <w:br/>
        <w:t>vt 0.558088 0.967439</w:t>
        <w:br/>
        <w:t>vt 0.569428 0.963773</w:t>
        <w:br/>
        <w:t>vt 0.567159 0.958024</w:t>
        <w:br/>
        <w:t>vt 0.577254 0.956394</w:t>
        <w:br/>
        <w:t>vt 0.579061 0.959129</w:t>
        <w:br/>
        <w:t>vt 0.515049 0.595367</w:t>
        <w:br/>
        <w:t>vt 0.509104 0.583415</w:t>
        <w:br/>
        <w:t>vt 0.521812 0.578373</w:t>
        <w:br/>
        <w:t>vt 0.527899 0.589671</w:t>
        <w:br/>
        <w:t>vt 0.509104 0.583415</w:t>
        <w:br/>
        <w:t>vt 0.501835 0.576551</w:t>
        <w:br/>
        <w:t>vt 0.517678 0.570487</w:t>
        <w:br/>
        <w:t>vt 0.521812 0.578373</w:t>
        <w:br/>
        <w:t>vt 0.501036 0.571277</w:t>
        <w:br/>
        <w:t>vt 0.516381 0.565576</w:t>
        <w:br/>
        <w:t>vt 0.571646 0.335232</w:t>
        <w:br/>
        <w:t>vt 0.547414 0.340444</w:t>
        <w:br/>
        <w:t>vt 0.545435 0.312450</w:t>
        <w:br/>
        <w:t>vt 0.569542 0.302538</w:t>
        <w:br/>
        <w:t>vt 0.531581 0.373243</w:t>
        <w:br/>
        <w:t>vt 0.544640 0.373276</w:t>
        <w:br/>
        <w:t>vt 0.536220 0.404217</w:t>
        <w:br/>
        <w:t>vt 0.527377 0.403100</w:t>
        <w:br/>
        <w:t>vt 0.543198 0.586675</w:t>
        <w:br/>
        <w:t>vt 0.538260 0.573468</w:t>
        <w:br/>
        <w:t>vt 0.556912 0.571372</w:t>
        <w:br/>
        <w:t>vt 0.560220 0.587125</w:t>
        <w:br/>
        <w:t>vt 0.538260 0.573468</w:t>
        <w:br/>
        <w:t>vt 0.534190 0.563903</w:t>
        <w:br/>
        <w:t>vt 0.553310 0.560330</w:t>
        <w:br/>
        <w:t>vt 0.556912 0.571372</w:t>
        <w:br/>
        <w:t>vt 0.532683 0.557008</w:t>
        <w:br/>
        <w:t>vt 0.551562 0.549837</w:t>
        <w:br/>
        <w:t>vt 0.580300 0.575430</w:t>
        <w:br/>
        <w:t>vt 0.579196 0.566416</w:t>
        <w:br/>
        <w:t>vt 0.593386 0.575575</w:t>
        <w:br/>
        <w:t>vt 0.592528 0.580329</w:t>
        <w:br/>
        <w:t>vt 0.584768 0.554069</w:t>
        <w:br/>
        <w:t>vt 0.578864 0.588269</w:t>
        <w:br/>
        <w:t>vt 0.580300 0.575430</w:t>
        <w:br/>
        <w:t>vt 0.592528 0.580329</w:t>
        <w:br/>
        <w:t>vt 0.591379 0.587087</w:t>
        <w:br/>
        <w:t>vt 0.601851 0.573105</w:t>
        <w:br/>
        <w:t>vt 0.605690 0.573757</w:t>
        <w:br/>
        <w:t>vt 0.602432 0.584907</w:t>
        <w:br/>
        <w:t>vt 0.596739 0.573098</w:t>
        <w:br/>
        <w:t>vt 0.601851 0.573105</w:t>
        <w:br/>
        <w:t>vt 0.602432 0.584907</w:t>
        <w:br/>
        <w:t>vt 0.602432 0.584907</w:t>
        <w:br/>
        <w:t>vt 0.602432 0.584907</w:t>
        <w:br/>
        <w:t>vt 0.593386 0.575575</w:t>
        <w:br/>
        <w:t>vt 0.584768 0.554069</w:t>
        <w:br/>
        <w:t>vt 0.598242 0.558666</w:t>
        <w:br/>
        <w:t>vt 0.133777 0.262499</w:t>
        <w:br/>
        <w:t>vt 0.145285 0.263030</w:t>
        <w:br/>
        <w:t>vt 0.154447 0.277119</w:t>
        <w:br/>
        <w:t>vt 0.159086 0.261149</w:t>
        <w:br/>
        <w:t>vt 0.143034 0.247048</w:t>
        <w:br/>
        <w:t>vt 0.154578 0.247128</w:t>
        <w:br/>
        <w:t>vt 0.133218 0.246270</w:t>
        <w:br/>
        <w:t>vt 0.136035 0.214315</w:t>
        <w:br/>
        <w:t>vt 0.145938 0.216859</w:t>
        <w:br/>
        <w:t>vt 0.159877 0.218234</w:t>
        <w:br/>
        <w:t>vt 0.161170 0.181072</w:t>
        <w:br/>
        <w:t>vt 0.170327 0.186661</w:t>
        <w:br/>
        <w:t>vt 0.177905 0.165408</w:t>
        <w:br/>
        <w:t>vt 0.171179 0.160168</w:t>
        <w:br/>
        <w:t>vt 0.188404 0.126728</w:t>
        <w:br/>
        <w:t>vt 0.185939 0.125093</w:t>
        <w:br/>
        <w:t>vt 0.200101 0.104653</w:t>
        <w:br/>
        <w:t>vt 0.179654 0.143558</w:t>
        <w:br/>
        <w:t>vt 0.165843 0.156045</w:t>
        <w:br/>
        <w:t>vt 0.175566 0.140689</w:t>
        <w:br/>
        <w:t>vt 0.182500 0.168355</w:t>
        <w:br/>
        <w:t>vt 0.177746 0.187150</w:t>
        <w:br/>
        <w:t>vt 0.080456 0.253785</w:t>
        <w:br/>
        <w:t>vt 0.080343 0.241042</w:t>
        <w:br/>
        <w:t>vt 0.098305 0.237473</w:t>
        <w:br/>
        <w:t>vt 0.098897 0.254690</w:t>
        <w:br/>
        <w:t>vt 0.118184 0.242137</w:t>
        <w:br/>
        <w:t>vt 0.117386 0.259304</w:t>
        <w:br/>
        <w:t>vt 0.104681 0.273371</w:t>
        <w:br/>
        <w:t>vt 0.123126 0.274386</w:t>
        <w:br/>
        <w:t>vt 0.079048 0.263333</w:t>
        <w:br/>
        <w:t>vt 0.075935 0.266457</w:t>
        <w:br/>
        <w:t>vt 0.072719 0.253417</w:t>
        <w:br/>
        <w:t>vt 0.094953 0.216650</w:t>
        <w:br/>
        <w:t>vt 0.122175 0.210912</w:t>
        <w:br/>
        <w:t>vt 0.082266 0.193143</w:t>
        <w:br/>
        <w:t>vt 0.096854 0.183519</w:t>
        <w:br/>
        <w:t>vt 0.066337 0.201577</w:t>
        <w:br/>
        <w:t>vt 0.076260 0.224250</w:t>
        <w:br/>
        <w:t>vt 0.054799 0.178695</w:t>
        <w:br/>
        <w:t>vt 0.065235 0.171003</w:t>
        <w:br/>
        <w:t>vt 0.074726 0.161956</w:t>
        <w:br/>
        <w:t>vt 0.042084 0.156965</w:t>
        <w:br/>
        <w:t>vt 0.047271 0.150939</w:t>
        <w:br/>
        <w:t>vt 0.053318 0.145321</w:t>
        <w:br/>
        <w:t>vt 0.010894 0.116063</w:t>
        <w:br/>
        <w:t>vt 0.025244 0.128748</w:t>
        <w:br/>
        <w:t>vt 0.023278 0.131211</w:t>
        <w:br/>
        <w:t>vt 0.027248 0.126763</w:t>
        <w:br/>
        <w:t>vt 0.040385 0.135785</w:t>
        <w:br/>
        <w:t>vt 0.044406 0.131835</w:t>
        <w:br/>
        <w:t>vt 0.058258 0.140841</w:t>
        <w:br/>
        <w:t>vt 0.010894 0.116063</w:t>
        <w:br/>
        <w:t>vt 0.021281 0.133419</w:t>
        <w:br/>
        <w:t>vt 0.465403 0.595490</w:t>
        <w:br/>
        <w:t>vt 0.450847 0.590404</w:t>
        <w:br/>
        <w:t>vt 0.453845 0.580863</w:t>
        <w:br/>
        <w:t>vt 0.480205 0.589677</w:t>
        <w:br/>
        <w:t>vt 0.476744 0.606212</w:t>
        <w:br/>
        <w:t>vt 0.467019 0.586543</w:t>
        <w:br/>
        <w:t>vt 0.474993 0.615807</w:t>
        <w:br/>
        <w:t>vt 0.472327 0.630985</w:t>
        <w:br/>
        <w:t>vt 0.457769 0.628601</w:t>
        <w:br/>
        <w:t>vt 0.461457 0.612326</w:t>
        <w:br/>
        <w:t>vt 0.446331 0.607277</w:t>
        <w:br/>
        <w:t>vt 0.471424 0.652655</w:t>
        <w:br/>
        <w:t>vt 0.455264 0.654707</w:t>
        <w:br/>
        <w:t>vt 0.469269 0.675709</w:t>
        <w:br/>
        <w:t>vt 0.453774 0.679742</w:t>
        <w:br/>
        <w:t>vt 0.442458 0.679527</w:t>
        <w:br/>
        <w:t>vt 0.467203 0.699347</w:t>
        <w:br/>
        <w:t>vt 0.455831 0.702621</w:t>
        <w:br/>
        <w:t>vt 0.446986 0.703021</w:t>
        <w:br/>
        <w:t>vt 0.460648 0.732866</w:t>
        <w:br/>
        <w:t>vt 0.464480 0.732285</w:t>
        <w:br/>
        <w:t>vt 0.463074 0.750184</w:t>
        <w:br/>
        <w:t>vt 0.457046 0.733386</w:t>
        <w:br/>
        <w:t>vt 0.466980 0.731631</w:t>
        <w:br/>
        <w:t>vt 0.452375 0.719455</w:t>
        <w:br/>
        <w:t>vt 0.447473 0.718956</w:t>
        <w:br/>
        <w:t>vt 0.440383 0.701523</w:t>
        <w:br/>
        <w:t>vt 0.461923 0.569827</w:t>
        <w:br/>
        <w:t>vt 0.474700 0.574804</w:t>
        <w:br/>
        <w:t>vt 0.031045 0.206957</w:t>
        <w:br/>
        <w:t>vt 0.031783 0.215983</w:t>
        <w:br/>
        <w:t>vt 0.037053 0.212329</w:t>
        <w:br/>
        <w:t>vt 0.036160 0.205544</w:t>
        <w:br/>
        <w:t>vt 0.549188 0.522977</w:t>
        <w:br/>
        <w:t>vt 0.557999 0.532407</w:t>
        <w:br/>
        <w:t>vt 0.544651 0.541260</w:t>
        <w:br/>
        <w:t>vt 0.031859 0.293512</w:t>
        <w:br/>
        <w:t>vt 0.027823 0.290194</w:t>
        <w:br/>
        <w:t>vt 0.025104 0.305970</w:t>
        <w:br/>
        <w:t>vt 0.618641 0.382275</w:t>
        <w:br/>
        <w:t>vt 0.604844 0.424279</w:t>
        <w:br/>
        <w:t>vt 0.592640 0.419745</w:t>
        <w:br/>
        <w:t>vt 0.602051 0.378805</w:t>
        <w:br/>
        <w:t>vt 0.186492 0.072798</w:t>
        <w:br/>
        <w:t>vt 0.202640 0.071311</w:t>
        <w:br/>
        <w:t>vt 0.199939 0.063443</w:t>
        <w:br/>
        <w:t>vt 0.185527 0.065426</w:t>
        <w:br/>
        <w:t>vt 0.667662 0.551620</w:t>
        <w:br/>
        <w:t>vt 0.646250 0.547963</w:t>
        <w:br/>
        <w:t>vt 0.644183 0.530020</w:t>
        <w:br/>
        <w:t>vt 0.670235 0.537254</w:t>
        <w:br/>
        <w:t>vt 0.693721 0.531535</w:t>
        <w:br/>
        <w:t>vt 0.690619 0.545744</w:t>
        <w:br/>
        <w:t>vt 0.670235 0.537254</w:t>
        <w:br/>
        <w:t>vt 0.675579 0.517741</w:t>
        <w:br/>
        <w:t>vt 0.707967 0.542938</w:t>
        <w:br/>
        <w:t>vt 0.707170 0.553522</w:t>
        <w:br/>
        <w:t>vt 0.689636 0.556708</w:t>
        <w:br/>
        <w:t>vt 0.690619 0.545744</w:t>
        <w:br/>
        <w:t>vt 0.707424 0.561936</w:t>
        <w:br/>
        <w:t>vt 0.723603 0.557091</w:t>
        <w:br/>
        <w:t>vt 0.723363 0.562496</w:t>
        <w:br/>
        <w:t>vt 0.723363 0.562496</w:t>
        <w:br/>
        <w:t>vt 0.723704 0.566853</w:t>
        <w:br/>
        <w:t>vt 0.735136 0.570541</w:t>
        <w:br/>
        <w:t>vt 0.735136 0.570541</w:t>
        <w:br/>
        <w:t>vt 0.217343 0.068659</w:t>
        <w:br/>
        <w:t>vt 0.231301 0.065838</w:t>
        <w:br/>
        <w:t>vt 0.229331 0.059890</w:t>
        <w:br/>
        <w:t>vt 0.215123 0.061000</w:t>
        <w:br/>
        <w:t>vt 0.244015 0.064819</w:t>
        <w:br/>
        <w:t>vt 0.242341 0.060406</w:t>
        <w:br/>
        <w:t>vt 0.256118 0.065654</w:t>
        <w:br/>
        <w:t>vt 0.255730 0.063305</w:t>
        <w:br/>
        <w:t>vt 0.264374 0.067741</w:t>
        <w:br/>
        <w:t>vt 0.062949 0.349698</w:t>
        <w:br/>
        <w:t>vt 0.045697 0.341858</w:t>
        <w:br/>
        <w:t>vt 0.507650 0.977612</w:t>
        <w:br/>
        <w:t>vt 0.530469 0.973424</w:t>
        <w:br/>
        <w:t>vt 0.534229 0.981626</w:t>
        <w:br/>
        <w:t>vt 0.674453 0.488827</w:t>
        <w:br/>
        <w:t>vt 0.643189 0.489646</w:t>
        <w:br/>
        <w:t>vt 0.681253 0.475300</w:t>
        <w:br/>
        <w:t>vt 0.675579 0.517741</w:t>
        <w:br/>
        <w:t>vt 0.688726 0.508671</w:t>
        <w:br/>
        <w:t>vt 0.723603 0.557091</w:t>
        <w:br/>
        <w:t>vt 0.707967 0.542938</w:t>
        <w:br/>
        <w:t>vt 0.717211 0.539328</w:t>
        <w:br/>
        <w:t>vt 0.729052 0.556370</w:t>
        <w:br/>
        <w:t>vt 0.735136 0.570541</w:t>
        <w:br/>
        <w:t>vt 0.123126 0.274386</w:t>
        <w:br/>
        <w:t>vt 0.154447 0.277119</w:t>
        <w:br/>
        <w:t>vt 0.085399 0.278766</w:t>
        <w:br/>
        <w:t>vt 0.074479 0.276554</w:t>
        <w:br/>
        <w:t>vt 0.082470 0.268176</w:t>
        <w:br/>
        <w:t>vt 0.093133 0.269091</w:t>
        <w:br/>
        <w:t>vt 0.096468 0.283023</w:t>
        <w:br/>
        <w:t>vt 0.085221 0.298184</w:t>
        <w:br/>
        <w:t>vt 0.075042 0.293584</w:t>
        <w:br/>
        <w:t>vt 0.037299 0.400587</w:t>
        <w:br/>
        <w:t>vt 0.078415 0.388900</w:t>
        <w:br/>
        <w:t>vt 0.080269 0.413541</w:t>
        <w:br/>
        <w:t>vt 0.061874 0.407839</w:t>
        <w:br/>
        <w:t>vt 0.062450 0.384663</w:t>
        <w:br/>
        <w:t>vt 0.084302 0.437777</w:t>
        <w:br/>
        <w:t>vt 0.088648 0.464660</w:t>
        <w:br/>
        <w:t>vt 0.062855 0.463178</w:t>
        <w:br/>
        <w:t>vt 0.062160 0.434256</w:t>
        <w:br/>
        <w:t>vt 0.045044 0.322100</w:t>
        <w:br/>
        <w:t>vt 0.054781 0.307956</w:t>
        <w:br/>
        <w:t>vt 0.048850 0.324162</w:t>
        <w:br/>
        <w:t>vt 0.025743 0.462230</w:t>
        <w:br/>
        <w:t>vt 0.034477 0.462486</w:t>
        <w:br/>
        <w:t>vt 0.033084 0.497968</w:t>
        <w:br/>
        <w:t>vt 0.023742 0.498802</w:t>
        <w:br/>
        <w:t>vt 0.064346 0.494625</w:t>
        <w:br/>
        <w:t>vt 0.094840 0.491555</w:t>
        <w:br/>
        <w:t>vt 0.032297 0.534768</w:t>
        <w:br/>
        <w:t>vt 0.022827 0.536023</w:t>
        <w:br/>
        <w:t>vt 0.093329 0.564204</w:t>
        <w:br/>
        <w:t>vt 0.062163 0.565187</w:t>
        <w:br/>
        <w:t>vt 0.064468 0.529813</w:t>
        <w:br/>
        <w:t>vt 0.097474 0.526290</w:t>
        <w:br/>
        <w:t>vt 0.081875 0.607405</w:t>
        <w:br/>
        <w:t>vt 0.057104 0.605842</w:t>
        <w:br/>
        <w:t>vt 0.031229 0.569527</w:t>
        <w:br/>
        <w:t>vt 0.029849 0.606142</w:t>
        <w:br/>
        <w:t>vt 0.021396 0.603925</w:t>
        <w:br/>
        <w:t>vt 0.022727 0.568439</w:t>
        <w:br/>
        <w:t>vt 0.025579 0.688385</w:t>
        <w:br/>
        <w:t>vt 0.020773 0.689394</w:t>
        <w:br/>
        <w:t>vt 0.021001 0.672626</w:t>
        <w:br/>
        <w:t>vt 0.027278 0.671088</w:t>
        <w:br/>
        <w:t>vt 0.050031 0.643891</w:t>
        <w:br/>
        <w:t>vt 0.028803 0.645041</w:t>
        <w:br/>
        <w:t>vt 0.020607 0.645920</w:t>
        <w:br/>
        <w:t>vt 0.470469 0.566164</w:t>
        <w:br/>
        <w:t>vt 0.461923 0.569827</w:t>
        <w:br/>
        <w:t>vt 0.455640 0.566451</w:t>
        <w:br/>
        <w:t>vt 0.497269 0.506873</w:t>
        <w:br/>
        <w:t>vt 0.512377 0.517809</w:t>
        <w:br/>
        <w:t>vt 0.502324 0.530602</w:t>
        <w:br/>
        <w:t>vt 0.488217 0.520035</w:t>
        <w:br/>
        <w:t>vt 0.510974 0.475766</w:t>
        <w:br/>
        <w:t>vt 0.516053 0.454745</w:t>
        <w:br/>
        <w:t>vt 0.519613 0.457462</w:t>
        <w:br/>
        <w:t>vt 0.532171 0.514193</w:t>
        <w:br/>
        <w:t>vt 0.522163 0.526691</w:t>
        <w:br/>
        <w:t>vt 0.520970 0.504558</w:t>
        <w:br/>
        <w:t>vt 0.528288 0.431838</w:t>
        <w:br/>
        <w:t>vt 0.521357 0.429697</w:t>
        <w:br/>
        <w:t>vt 0.570386 0.449036</w:t>
        <w:br/>
        <w:t>vt 0.556510 0.477045</w:t>
        <w:br/>
        <w:t>vt 0.539530 0.468395</w:t>
        <w:br/>
        <w:t>vt 0.550683 0.442885</w:t>
        <w:br/>
        <w:t>vt 0.568832 0.377427</w:t>
        <w:br/>
        <w:t>vt 0.560764 0.412018</w:t>
        <w:br/>
        <w:t>vt 0.584629 0.416819</w:t>
        <w:br/>
        <w:t>vt 0.596900 0.377153</w:t>
        <w:br/>
        <w:t>vt 0.531125 0.344248</w:t>
        <w:br/>
        <w:t>vt 0.601056 0.333577</w:t>
        <w:br/>
        <w:t>vt 0.483743 0.577201</w:t>
        <w:br/>
        <w:t>vt 0.474700 0.574804</w:t>
        <w:br/>
        <w:t>vt 0.601696 0.295553</w:t>
        <w:br/>
        <w:t>vt 0.563910 0.263485</w:t>
        <w:br/>
        <w:t>vt 0.595494 0.254260</w:t>
        <w:br/>
        <w:t>vt 0.560544 0.232981</w:t>
        <w:br/>
        <w:t>vt 0.519523 0.241605</w:t>
        <w:br/>
        <w:t>vt 0.556444 0.211204</w:t>
        <w:br/>
        <w:t>vt 0.566402 0.210743</w:t>
        <w:br/>
        <w:t>vt 0.579720 0.227566</w:t>
        <w:br/>
        <w:t>vt 0.577823 0.210678</w:t>
        <w:br/>
        <w:t>vt 0.150999 0.298232</w:t>
        <w:br/>
        <w:t>vt 0.131495 0.313065</w:t>
        <w:br/>
        <w:t>vt 0.566013 0.195155</w:t>
        <w:br/>
        <w:t>vt 0.572110 0.195236</w:t>
        <w:br/>
        <w:t>vt 0.578504 0.195458</w:t>
        <w:br/>
        <w:t>vt 0.350163 0.138272</w:t>
        <w:br/>
        <w:t>vt 0.340335 0.149305</w:t>
        <w:br/>
        <w:t>vt 0.350108 0.157081</w:t>
        <w:br/>
        <w:t>vt 0.363501 0.148580</w:t>
        <w:br/>
        <w:t>vt 0.096246 0.436845</w:t>
        <w:br/>
        <w:t>vt 0.102516 0.462802</w:t>
        <w:br/>
        <w:t>vt 0.111893 0.483525</w:t>
        <w:br/>
        <w:t>vt 0.118619 0.530098</w:t>
        <w:br/>
        <w:t>vt 0.127428 0.508674</w:t>
        <w:br/>
        <w:t>vt 0.137723 0.521734</w:t>
        <w:br/>
        <w:t>vt 0.127745 0.530889</w:t>
        <w:br/>
        <w:t>vt 0.111582 0.516235</w:t>
        <w:br/>
        <w:t>vt 0.111044 0.569969</w:t>
        <w:br/>
        <w:t>vt 0.098188 0.612000</w:t>
        <w:br/>
        <w:t>vt 0.337927 0.131735</w:t>
        <w:br/>
        <w:t>vt 0.331307 0.145549</w:t>
        <w:br/>
        <w:t>vt 0.113274 0.456935</w:t>
        <w:br/>
        <w:t>vt 0.123314 0.479105</w:t>
        <w:br/>
        <w:t>vt 0.127428 0.508674</w:t>
        <w:br/>
        <w:t>vt 0.136185 0.503909</w:t>
        <w:br/>
        <w:t>vt 0.145244 0.518392</w:t>
        <w:br/>
        <w:t>vt 0.152248 0.529973</w:t>
        <w:br/>
        <w:t>vt 0.146827 0.532182</w:t>
        <w:br/>
        <w:t>vt 0.137723 0.521734</w:t>
        <w:br/>
        <w:t>vt 0.481909 0.337718</w:t>
        <w:br/>
        <w:t>vt 0.479506 0.331441</w:t>
        <w:br/>
        <w:t>vt 0.488522 0.331732</w:t>
        <w:br/>
        <w:t>vt 0.489584 0.336916</w:t>
        <w:br/>
        <w:t>vt 0.425861 0.097984</w:t>
        <w:br/>
        <w:t>vt 0.417169 0.099597</w:t>
        <w:br/>
        <w:t>vt 0.419286 0.106519</w:t>
        <w:br/>
        <w:t>vt 0.425988 0.105693</w:t>
        <w:br/>
        <w:t>vt 0.530319 0.318580</w:t>
        <w:br/>
        <w:t>vt 0.476774 0.338591</w:t>
        <w:br/>
        <w:t>vt 0.466325 0.332356</w:t>
        <w:br/>
        <w:t>vt 0.566362 0.483194</w:t>
        <w:br/>
        <w:t>vt 0.580637 0.493454</w:t>
        <w:br/>
        <w:t>vt 0.561763 0.511795</w:t>
        <w:br/>
        <w:t>vt 0.551259 0.506707</w:t>
        <w:br/>
        <w:t>vt 0.634387 0.333647</w:t>
        <w:br/>
        <w:t>vt 0.606922 0.334474</w:t>
        <w:br/>
        <w:t>vt 0.628488 0.291063</w:t>
        <w:br/>
        <w:t>vt 0.669439 0.329156</w:t>
        <w:br/>
        <w:t>vt 0.645876 0.288096</w:t>
        <w:br/>
        <w:t>vt 0.632528 0.264763</w:t>
        <w:br/>
        <w:t>vt 0.648596 0.267919</w:t>
        <w:br/>
        <w:t>vt 0.620672 0.475692</w:t>
        <w:br/>
        <w:t>vt 0.603094 0.517888</w:t>
        <w:br/>
        <w:t>vt 0.592229 0.505016</w:t>
        <w:br/>
        <w:t>vt 0.653589 0.409829</w:t>
        <w:br/>
        <w:t>vt 0.680424 0.375210</w:t>
        <w:br/>
        <w:t>vt 0.694719 0.394587</w:t>
        <w:br/>
        <w:t>vt 0.669346 0.422684</w:t>
        <w:br/>
        <w:t>vt 0.718771 0.342713</w:t>
        <w:br/>
        <w:t>vt 0.670683 0.340306</w:t>
        <w:br/>
        <w:t>vt 0.720863 0.377495</w:t>
        <w:br/>
        <w:t>vt 0.716016 0.360053</w:t>
        <w:br/>
        <w:t>vt 0.748090 0.355664</w:t>
        <w:br/>
        <w:t>vt 0.749627 0.347882</w:t>
        <w:br/>
        <w:t>vt 0.749610 0.365029</w:t>
        <w:br/>
        <w:t>vt 0.779133 0.354002</w:t>
        <w:br/>
        <w:t>vt 0.669439 0.329156</w:t>
        <w:br/>
        <w:t>vt 0.675230 0.311245</w:t>
        <w:br/>
        <w:t>vt 0.718771 0.342713</w:t>
        <w:br/>
        <w:t>vt 0.635280 0.391374</w:t>
        <w:br/>
        <w:t>vt 0.618576 0.430755</w:t>
        <w:br/>
        <w:t>vt 0.570386 0.449036</w:t>
        <w:br/>
        <w:t>vt 0.584629 0.416819</w:t>
        <w:br/>
        <w:t>vt 0.592640 0.419745</w:t>
        <w:br/>
        <w:t>vt 0.582699 0.453933</w:t>
        <w:br/>
        <w:t>vt 0.653589 0.409829</w:t>
        <w:br/>
        <w:t>vt 0.637621 0.439770</w:t>
        <w:br/>
        <w:t>vt 0.590623 0.458628</w:t>
        <w:br/>
        <w:t>vt 0.582699 0.453933</w:t>
        <w:br/>
        <w:t>vt 0.481732 0.554782</w:t>
        <w:br/>
        <w:t>vt 0.491567 0.562055</w:t>
        <w:br/>
        <w:t>vt 0.598242 0.558666</w:t>
        <w:br/>
        <w:t>vt 0.584768 0.554069</w:t>
        <w:br/>
        <w:t>vt 0.592893 0.549727</w:t>
        <w:br/>
        <w:t>vt 0.596900 0.377153</w:t>
        <w:br/>
        <w:t>vt 0.602051 0.378805</w:t>
        <w:br/>
        <w:t>vt 0.601056 0.333577</w:t>
        <w:br/>
        <w:t>vt 0.601696 0.295553</w:t>
        <w:br/>
        <w:t>vt 0.606922 0.334474</w:t>
        <w:br/>
        <w:t>vt 0.579720 0.227566</w:t>
        <w:br/>
        <w:t>vt 0.577823 0.210678</w:t>
        <w:br/>
        <w:t>vt 0.584470 0.213171</w:t>
        <w:br/>
        <w:t>vt 0.591703 0.229630</w:t>
        <w:br/>
        <w:t>vt 0.581271 0.166246</w:t>
        <w:br/>
        <w:t>vt 0.582029 0.183307</w:t>
        <w:br/>
        <w:t>vt 0.579857 0.181232</w:t>
        <w:br/>
        <w:t>vt 0.520048 0.545657</w:t>
        <w:br/>
        <w:t>vt 0.505993 0.558647</w:t>
        <w:br/>
        <w:t>vt 0.500044 0.550506</w:t>
        <w:br/>
        <w:t>vt 0.511784 0.537850</w:t>
        <w:br/>
        <w:t>vt 0.339449 0.103715</w:t>
        <w:br/>
        <w:t>vt 0.352586 0.089546</w:t>
        <w:br/>
        <w:t>vt 0.344453 0.085205</w:t>
        <w:br/>
        <w:t>vt 0.332405 0.098183</w:t>
        <w:br/>
        <w:t>vt 0.538832 0.278871</w:t>
        <w:br/>
        <w:t>vt 0.524544 0.289034</w:t>
        <w:br/>
        <w:t>vt 0.512153 0.263616</w:t>
        <w:br/>
        <w:t>vt 0.499242 0.254930</w:t>
        <w:br/>
        <w:t>vt 0.499115 0.245608</w:t>
        <w:br/>
        <w:t>vt 0.104681 0.273371</w:t>
        <w:br/>
        <w:t>vt 0.531125 0.344248</w:t>
        <w:br/>
        <w:t>vt 0.525251 0.320469</w:t>
        <w:br/>
        <w:t>vt 0.513675 0.296225</w:t>
        <w:br/>
        <w:t>vt 0.524544 0.289034</w:t>
        <w:br/>
        <w:t>vt 0.507560 0.274063</w:t>
        <w:br/>
        <w:t>vt 0.512153 0.263616</w:t>
        <w:br/>
        <w:t>vt 0.324994 0.113162</w:t>
        <w:br/>
        <w:t>vt 0.315901 0.118099</w:t>
        <w:br/>
        <w:t>vt 0.320203 0.123309</w:t>
        <w:br/>
        <w:t>vt 0.330932 0.117732</w:t>
        <w:br/>
        <w:t>vt 0.562926 0.194159</w:t>
        <w:br/>
        <w:t>vt 0.566013 0.195155</w:t>
        <w:br/>
        <w:t>vt 0.552032 0.208835</w:t>
        <w:br/>
        <w:t>vt 0.519523 0.241605</w:t>
        <w:br/>
        <w:t>vt 0.513436 0.233227</w:t>
        <w:br/>
        <w:t>vt 0.027967 0.430343</w:t>
        <w:br/>
        <w:t>vt 0.035996 0.430467</w:t>
        <w:br/>
        <w:t>vt 0.485998 0.255295</w:t>
        <w:br/>
        <w:t>vt 0.463185 0.243429</w:t>
        <w:br/>
        <w:t>vt 0.485852 0.250401</w:t>
        <w:br/>
        <w:t>vt 0.496209 0.240122</w:t>
        <w:br/>
        <w:t>vt 0.513436 0.233227</w:t>
        <w:br/>
        <w:t>vt 0.519523 0.241605</w:t>
        <w:br/>
        <w:t>vt 0.499115 0.245608</w:t>
        <w:br/>
        <w:t>vt 0.346507 0.108913</w:t>
        <w:br/>
        <w:t>vt 0.358906 0.093809</w:t>
        <w:br/>
        <w:t>vt 0.077036 0.652952</w:t>
        <w:br/>
        <w:t>vt 0.063273 0.676508</w:t>
        <w:br/>
        <w:t>vt 0.054849 0.671337</w:t>
        <w:br/>
        <w:t>vt 0.066659 0.646611</w:t>
        <w:br/>
        <w:t>vt 0.463185 0.243429</w:t>
        <w:br/>
        <w:t>vt 0.484194 0.241382</w:t>
        <w:br/>
        <w:t>vt 0.485198 0.244844</w:t>
        <w:br/>
        <w:t>vt 0.310445 0.126436</w:t>
        <w:br/>
        <w:t>vt 0.307277 0.122517</w:t>
        <w:br/>
        <w:t>vt 0.291997 0.129879</w:t>
        <w:br/>
        <w:t>vt 0.669439 0.329156</w:t>
        <w:br/>
        <w:t>vt 0.645876 0.288096</w:t>
        <w:br/>
        <w:t>vt 0.653629 0.288012</w:t>
        <w:br/>
        <w:t>vt 0.675230 0.311245</w:t>
        <w:br/>
        <w:t>vt 0.648596 0.267919</w:t>
        <w:br/>
        <w:t>vt 0.654569 0.271330</w:t>
        <w:br/>
        <w:t>vt 0.170668 0.274058</w:t>
        <w:br/>
        <w:t>vt 0.166933 0.259816</w:t>
        <w:br/>
        <w:t>vt 0.181144 0.234320</w:t>
        <w:br/>
        <w:t>vt 0.194710 0.233268</w:t>
        <w:br/>
        <w:t>vt 0.180675 0.247514</w:t>
        <w:br/>
        <w:t>vt 0.183198 0.215514</w:t>
        <w:br/>
        <w:t>vt 0.191361 0.224319</w:t>
        <w:br/>
        <w:t>vt 0.188807 0.186760</w:t>
        <w:br/>
        <w:t>vt 0.171103 0.216973</w:t>
        <w:br/>
        <w:t>vt 0.200101 0.104653</w:t>
        <w:br/>
        <w:t>vt 0.196769 0.129917</w:t>
        <w:br/>
        <w:t>vt 0.193108 0.129790</w:t>
        <w:br/>
        <w:t>vt 0.182500 0.168355</w:t>
        <w:br/>
        <w:t>vt 0.191453 0.168222</w:t>
        <w:br/>
        <w:t>vt 0.181514 0.121900</w:t>
        <w:br/>
        <w:t>vt 0.200101 0.104653</w:t>
        <w:br/>
        <w:t>vt 0.184236 0.123762</w:t>
        <w:br/>
        <w:t>vt 0.187760 0.149066</w:t>
        <w:br/>
        <w:t>vt 0.184602 0.147134</w:t>
        <w:br/>
        <w:t>vt 0.103532 0.179735</w:t>
        <w:br/>
        <w:t>vt 0.120968 0.197250</w:t>
        <w:br/>
        <w:t>vt 0.065950 0.226037</w:t>
        <w:br/>
        <w:t>vt 0.058287 0.206272</w:t>
        <w:br/>
        <w:t>vt 0.047954 0.183007</w:t>
        <w:br/>
        <w:t>vt 0.079539 0.157072</w:t>
        <w:br/>
        <w:t>vt 0.037187 0.161432</w:t>
        <w:br/>
        <w:t>vt 0.033005 0.144146</w:t>
        <w:br/>
        <w:t>vt 0.036567 0.139694</w:t>
        <w:br/>
        <w:t>vt 0.010894 0.116063</w:t>
        <w:br/>
        <w:t>vt 0.029814 0.124270</w:t>
        <w:br/>
        <w:t>vt 0.053037 0.091478</w:t>
        <w:br/>
        <w:t>vt 0.061251 0.086730</w:t>
        <w:br/>
        <w:t>vt 0.055189 0.080276</w:t>
        <w:br/>
        <w:t>vt 0.048501 0.086702</w:t>
        <w:br/>
        <w:t>vt 0.483652 0.607256</w:t>
        <w:br/>
        <w:t>vt 0.442867 0.606963</w:t>
        <w:br/>
        <w:t>vt 0.483602 0.630761</w:t>
        <w:br/>
        <w:t>vt 0.481614 0.650888</w:t>
        <w:br/>
        <w:t>vt 0.430976 0.651195</w:t>
        <w:br/>
        <w:t>vt 0.434715 0.625385</w:t>
        <w:br/>
        <w:t>vt 0.478325 0.673733</w:t>
        <w:br/>
        <w:t>vt 0.433711 0.677514</w:t>
        <w:br/>
        <w:t>vt 0.473729 0.698112</w:t>
        <w:br/>
        <w:t>vt 0.465655 0.717334</w:t>
        <w:br/>
        <w:t>vt 0.458459 0.718388</w:t>
        <w:br/>
        <w:t>vt 0.463074 0.750184</w:t>
        <w:br/>
        <w:t>vt 0.453917 0.732903</w:t>
        <w:br/>
        <w:t>vt 0.473729 0.698112</w:t>
        <w:br/>
        <w:t>vt 0.483450 0.700710</w:t>
        <w:br/>
        <w:t>vt 0.476725 0.717714</w:t>
        <w:br/>
        <w:t>vt 0.470034 0.716398</w:t>
        <w:br/>
        <w:t>vt 0.483743 0.577201</w:t>
        <w:br/>
        <w:t>vt 0.493554 0.588789</w:t>
        <w:br/>
        <w:t>vt 0.368098 0.117994</w:t>
        <w:br/>
        <w:t>vt 0.353399 0.110973</w:t>
        <w:br/>
        <w:t>vt 0.384320 0.131671</w:t>
        <w:br/>
        <w:t>vt 0.402328 0.113401</w:t>
        <w:br/>
        <w:t>vt 0.381053 0.101091</w:t>
        <w:br/>
        <w:t>vt 0.416428 0.094767</w:t>
        <w:br/>
        <w:t>vt 0.394259 0.082573</w:t>
        <w:br/>
        <w:t>vt 0.485852 0.250401</w:t>
        <w:br/>
        <w:t>vt 0.463185 0.243429</w:t>
        <w:br/>
        <w:t>vt 0.485198 0.244844</w:t>
        <w:br/>
        <w:t>vt 0.304544 0.120892</w:t>
        <w:br/>
        <w:t>vt 0.319221 0.107950</w:t>
        <w:br/>
        <w:t>vt 0.311373 0.115312</w:t>
        <w:br/>
        <w:t>vt 0.282480 0.119208</w:t>
        <w:br/>
        <w:t>vt 0.298695 0.115032</w:t>
        <w:br/>
        <w:t>vt 0.294847 0.107038</w:t>
        <w:br/>
        <w:t>vt 0.280938 0.113374</w:t>
        <w:br/>
        <w:t>vt 0.300928 0.089855</w:t>
        <w:br/>
        <w:t>vt 0.288242 0.101108</w:t>
        <w:br/>
        <w:t>vt 0.311232 0.098395</w:t>
        <w:br/>
        <w:t>vt 0.252804 0.124714</w:t>
        <w:br/>
        <w:t>vt 0.268376 0.122037</w:t>
        <w:br/>
        <w:t>vt 0.267758 0.118961</w:t>
        <w:br/>
        <w:t>vt 0.319221 0.107950</w:t>
        <w:br/>
        <w:t>vt 0.307756 0.081164</w:t>
        <w:br/>
        <w:t>vt 0.322704 0.088979</w:t>
        <w:br/>
        <w:t>vt 0.308941 0.038636</w:t>
        <w:br/>
        <w:t>vt 0.296217 0.053875</w:t>
        <w:br/>
        <w:t>vt 0.309279 0.059084</w:t>
        <w:br/>
        <w:t>vt 0.322273 0.044599</w:t>
        <w:br/>
        <w:t>vt 0.284579 0.065144</w:t>
        <w:br/>
        <w:t>vt 0.295836 0.071591</w:t>
        <w:br/>
        <w:t>vt 0.662482 0.234490</w:t>
        <w:br/>
        <w:t>vt 0.656649 0.231347</w:t>
        <w:br/>
        <w:t>vt 0.669126 0.225287</w:t>
        <w:br/>
        <w:t>vt 0.672944 0.227014</w:t>
        <w:br/>
        <w:t>vt 0.653116 0.241652</w:t>
        <w:br/>
        <w:t>vt 0.661310 0.246195</w:t>
        <w:br/>
        <w:t>vt 0.654944 0.255499</w:t>
        <w:br/>
        <w:t>vt 0.643816 0.250405</w:t>
        <w:br/>
        <w:t>vt 0.654175 0.228484</w:t>
        <w:br/>
        <w:t>vt 0.667716 0.223614</w:t>
        <w:br/>
        <w:t>vt 0.247259 0.092904</w:t>
        <w:br/>
        <w:t>vt 0.262060 0.092846</w:t>
        <w:br/>
        <w:t>vt 0.258740 0.085823</w:t>
        <w:br/>
        <w:t>vt 0.245429 0.088819</w:t>
        <w:br/>
        <w:t>vt 0.254134 0.082966</w:t>
        <w:br/>
        <w:t>vt 0.242835 0.087237</w:t>
        <w:br/>
        <w:t>vt 0.668174 0.237429</w:t>
        <w:br/>
        <w:t>vt 0.675999 0.228507</w:t>
        <w:br/>
        <w:t>vt 0.677374 0.230433</w:t>
        <w:br/>
        <w:t>vt 0.670973 0.240433</w:t>
        <w:br/>
        <w:t>vt 0.631443 0.245529</w:t>
        <w:br/>
        <w:t>vt 0.686315 0.218391</w:t>
        <w:br/>
        <w:t>vt 0.675999 0.228507</w:t>
        <w:br/>
        <w:t>vt 0.275486 0.091213</w:t>
        <w:br/>
        <w:t>vt 0.289761 0.087820</w:t>
        <w:br/>
        <w:t>vt 0.282356 0.078829</w:t>
        <w:br/>
        <w:t>vt 0.270938 0.082544</w:t>
        <w:br/>
        <w:t>vt 0.654944 0.255499</w:t>
        <w:br/>
        <w:t>vt 0.659719 0.259715</w:t>
        <w:br/>
        <w:t>vt 0.686315 0.218391</w:t>
        <w:br/>
        <w:t>vt 0.274463 0.072626</w:t>
        <w:br/>
        <w:t>vt 0.264460 0.078150</w:t>
        <w:br/>
        <w:t>vt 0.665137 0.249878</w:t>
        <w:br/>
        <w:t>vt 0.661310 0.246195</w:t>
        <w:br/>
        <w:t>vt 0.628830 0.239353</w:t>
        <w:br/>
        <w:t>vt 0.631443 0.245529</w:t>
        <w:br/>
        <w:t>vt 0.595494 0.254260</w:t>
        <w:br/>
        <w:t>vt 0.601246 0.235160</w:t>
        <w:br/>
        <w:t>vt 0.680213 0.427447</w:t>
        <w:br/>
        <w:t>vt 0.667274 0.449596</w:t>
        <w:br/>
        <w:t>vt 0.653574 0.447320</w:t>
        <w:br/>
        <w:t>vt 0.700828 0.404000</w:t>
        <w:br/>
        <w:t>vt 0.726123 0.385128</w:t>
        <w:br/>
        <w:t>vt 0.752154 0.369172</w:t>
        <w:br/>
        <w:t>vt 0.720350 0.323762</w:t>
        <w:br/>
        <w:t>vt 0.749627 0.347882</w:t>
        <w:br/>
        <w:t>vt 0.750501 0.339660</w:t>
        <w:br/>
        <w:t>vt 0.779133 0.354002</w:t>
        <w:br/>
        <w:t>vt 0.256074 0.029350</w:t>
        <w:br/>
        <w:t>vt 0.254229 0.023208</w:t>
        <w:br/>
        <w:t>vt 0.240087 0.028205</w:t>
        <w:br/>
        <w:t>vt 0.241264 0.037419</w:t>
        <w:br/>
        <w:t>vt 0.526456 0.550826</w:t>
        <w:br/>
        <w:t>vt 0.268625 0.021304</w:t>
        <w:br/>
        <w:t>vt 0.267698 0.018147</w:t>
        <w:br/>
        <w:t>vt 0.118184 0.242137</w:t>
        <w:br/>
        <w:t>vt 0.122175 0.210912</w:t>
        <w:br/>
        <w:t>vt 0.127605 0.211676</w:t>
        <w:br/>
        <w:t>vt 0.124238 0.245147</w:t>
        <w:br/>
        <w:t>vt 0.074698 0.081194</w:t>
        <w:br/>
        <w:t>vt 0.066620 0.070766</w:t>
        <w:br/>
        <w:t>vt 0.049255 0.074736</w:t>
        <w:br/>
        <w:t>vt 0.055189 0.080276</w:t>
        <w:br/>
        <w:t>vt 0.066620 0.070766</w:t>
        <w:br/>
        <w:t>vt 0.059057 0.061902</w:t>
        <w:br/>
        <w:t>vt 0.034054 0.103572</w:t>
        <w:br/>
        <w:t>vt 0.044466 0.096797</w:t>
        <w:br/>
        <w:t>vt 0.041935 0.093855</w:t>
        <w:br/>
        <w:t>vt 0.039345 0.092085</w:t>
        <w:br/>
        <w:t>vt 0.034054 0.103572</w:t>
        <w:br/>
        <w:t>vt 0.041935 0.093855</w:t>
        <w:br/>
        <w:t>vt 0.044062 0.083291</w:t>
        <w:br/>
        <w:t>vt 0.048501 0.086702</w:t>
        <w:br/>
        <w:t>vt 0.112468 0.110566</w:t>
        <w:br/>
        <w:t>vt 0.103421 0.108853</w:t>
        <w:br/>
        <w:t>vt 0.101684 0.123915</w:t>
        <w:br/>
        <w:t>vt 0.108967 0.125502</w:t>
        <w:br/>
        <w:t>vt 0.092876 0.109781</w:t>
        <w:br/>
        <w:t>vt 0.094285 0.125427</w:t>
        <w:br/>
        <w:t>vt 0.100806 0.145285</w:t>
        <w:br/>
        <w:t>vt 0.101431 0.157707</w:t>
        <w:br/>
        <w:t>vt 0.104535 0.146080</w:t>
        <w:br/>
        <w:t>vt 0.098598 0.146092</w:t>
        <w:br/>
        <w:t>vt 0.100857 0.135646</w:t>
        <w:br/>
        <w:t>vt 0.106739 0.136695</w:t>
        <w:br/>
        <w:t>vt 0.096523 0.136896</w:t>
        <w:br/>
        <w:t>vt 0.484477 0.617096</w:t>
        <w:br/>
        <w:t>vt 0.476744 0.606212</w:t>
        <w:br/>
        <w:t>vt 0.494673 0.567468</w:t>
        <w:br/>
        <w:t>vt 0.501036 0.571277</w:t>
        <w:br/>
        <w:t>vt 0.092538 0.320039</w:t>
        <w:br/>
        <w:t>vt 0.084789 0.337420</w:t>
        <w:br/>
        <w:t>vt 0.501343 0.775275</w:t>
        <w:br/>
        <w:t>vt 0.507395 0.798215</w:t>
        <w:br/>
        <w:t>vt 0.491498 0.794271</w:t>
        <w:br/>
        <w:t>vt 0.490043 0.772431</w:t>
        <w:br/>
        <w:t>vt 0.109811 0.430622</w:t>
        <w:br/>
        <w:t>vt 0.500044 0.550506</w:t>
        <w:br/>
        <w:t>vt 0.492420 0.542730</w:t>
        <w:br/>
        <w:t>vt 0.511784 0.537850</w:t>
        <w:br/>
        <w:t>vt 0.478584 0.531263</w:t>
        <w:br/>
        <w:t>vt 0.467445 0.545220</w:t>
        <w:br/>
        <w:t>vt 0.082241 0.391189</w:t>
        <w:br/>
        <w:t>vt 0.097872 0.345713</w:t>
        <w:br/>
        <w:t>vt 0.110295 0.325962</w:t>
        <w:br/>
        <w:t>vt 0.637621 0.439770</w:t>
        <w:br/>
        <w:t>vt 0.643189 0.489646</w:t>
        <w:br/>
        <w:t>vt 0.093133 0.269091</w:t>
        <w:br/>
        <w:t>vt 0.070606 0.243968</w:t>
        <w:br/>
        <w:t>vt 0.070606 0.243968</w:t>
        <w:br/>
        <w:t>vt 0.082470 0.268176</w:t>
        <w:br/>
        <w:t>vt 0.520048 0.545657</w:t>
        <w:br/>
        <w:t>vt 0.505993 0.558647</w:t>
        <w:br/>
        <w:t>vt 0.542317 0.499476</w:t>
        <w:br/>
        <w:t>vt 0.556510 0.477045</w:t>
        <w:br/>
        <w:t>vt 0.566362 0.483194</w:t>
        <w:br/>
        <w:t>vt 0.551259 0.506707</w:t>
        <w:br/>
        <w:t>vt 0.031045 0.206957</w:t>
        <w:br/>
        <w:t>vt 0.025998 0.202275</w:t>
        <w:br/>
        <w:t>vt 0.024084 0.215241</w:t>
        <w:br/>
        <w:t>vt 0.031783 0.215983</w:t>
        <w:br/>
        <w:t>vt 0.449000 0.337685</w:t>
        <w:br/>
        <w:t>vt 0.023599 0.704887</w:t>
        <w:br/>
        <w:t>vt 0.031305 0.703795</w:t>
        <w:br/>
        <w:t>vt 0.018907 0.738392</w:t>
        <w:br/>
        <w:t>vt 0.043295 0.669434</w:t>
        <w:br/>
        <w:t>vt 0.052727 0.692251</w:t>
        <w:br/>
        <w:t>vt 0.046109 0.688174</w:t>
        <w:br/>
        <w:t>vt 0.333211 0.156587</w:t>
        <w:br/>
        <w:t>vt 0.326471 0.153974</w:t>
        <w:br/>
        <w:t>vt 0.340502 0.162594</w:t>
        <w:br/>
        <w:t>vt 0.571597 0.181066</w:t>
        <w:br/>
        <w:t>vt 0.581271 0.166246</w:t>
        <w:br/>
        <w:t>vt 0.573257 0.181354</w:t>
        <w:br/>
        <w:t>vt 0.265792 0.116970</w:t>
        <w:br/>
        <w:t>vt 0.252804 0.124714</w:t>
        <w:br/>
        <w:t>vt 0.277142 0.109358</w:t>
        <w:br/>
        <w:t>vt 0.582696 0.198340</w:t>
        <w:br/>
        <w:t>vt 0.578504 0.195458</w:t>
        <w:br/>
        <w:t>vt 0.579857 0.181232</w:t>
        <w:br/>
        <w:t>vt 0.576759 0.181172</w:t>
        <w:br/>
        <w:t>vt 0.581271 0.166246</w:t>
        <w:br/>
        <w:t>vt 0.228175 0.090169</w:t>
        <w:br/>
        <w:t>vt 0.686315 0.218391</w:t>
        <w:br/>
        <w:t>vt 0.642224 0.234112</w:t>
        <w:br/>
        <w:t>vt 0.645285 0.237908</w:t>
        <w:br/>
        <w:t>vt 0.668174 0.237429</w:t>
        <w:br/>
        <w:t>vt 0.021145 0.252965</w:t>
        <w:br/>
        <w:t>vt 0.021704 0.264459</w:t>
        <w:br/>
        <w:t>vt 0.031794 0.263448</w:t>
        <w:br/>
        <w:t>vt 0.032807 0.253983</w:t>
        <w:br/>
        <w:t>vt 0.122175 0.210912</w:t>
        <w:br/>
        <w:t>vt 0.120968 0.197250</w:t>
        <w:br/>
        <w:t>vt 0.141273 0.168036</w:t>
        <w:br/>
        <w:t>vt 0.117386 0.259304</w:t>
        <w:br/>
        <w:t>vt 0.126234 0.259292</w:t>
        <w:br/>
        <w:t>vt 0.154058 0.176544</w:t>
        <w:br/>
        <w:t>vt 0.148794 0.171861</w:t>
        <w:br/>
        <w:t>vt 0.123126 0.274386</w:t>
        <w:br/>
        <w:t>vt 0.521491 0.938047</w:t>
        <w:br/>
        <w:t>vt 0.501387 0.943890</w:t>
        <w:br/>
        <w:t>vt 0.905676 0.897037</w:t>
        <w:br/>
        <w:t>vt 0.890690 0.898354</w:t>
        <w:br/>
        <w:t>vt 0.892989 0.892076</w:t>
        <w:br/>
        <w:t>vt 0.533810 0.848496</w:t>
        <w:br/>
        <w:t>vt 0.519139 0.874035</w:t>
        <w:br/>
        <w:t>vt 0.516788 0.851186</w:t>
        <w:br/>
        <w:t>vt 0.941213 0.920079</w:t>
        <w:br/>
        <w:t>vt 0.943952 0.907305</w:t>
        <w:br/>
        <w:t>vt 0.960045 0.909971</w:t>
        <w:br/>
        <w:t>vt 0.960076 0.923318</w:t>
        <w:br/>
        <w:t>vt 0.520597 0.908464</w:t>
        <w:br/>
        <w:t>vt 0.497659 0.914193</w:t>
        <w:br/>
        <w:t>vt 0.585714 0.954992</w:t>
        <w:br/>
        <w:t>vt 0.603650 0.945868</w:t>
        <w:br/>
        <w:t>vt 0.588079 0.966477</w:t>
        <w:br/>
        <w:t>vt 0.579061 0.959129</w:t>
        <w:br/>
        <w:t>vt 0.458211 0.556897</w:t>
        <w:br/>
        <w:t>vt 0.014591 0.255421</w:t>
        <w:br/>
        <w:t>vt 0.016159 0.264605</w:t>
        <w:br/>
        <w:t>vt 0.021704 0.264459</w:t>
        <w:br/>
        <w:t>vt 0.021145 0.252965</w:t>
        <w:br/>
        <w:t>vt 0.455640 0.566451</w:t>
        <w:br/>
        <w:t>vt 0.075254 0.266368</w:t>
        <w:br/>
        <w:t>vt 0.529423 0.489813</w:t>
        <w:br/>
        <w:t>vt 0.565513 0.541924</w:t>
        <w:br/>
        <w:t>vt 0.025998 0.202275</w:t>
        <w:br/>
        <w:t>vt 0.019143 0.205400</w:t>
        <w:br/>
        <w:t>vt 0.018743 0.212085</w:t>
        <w:br/>
        <w:t>vt 0.024084 0.215241</w:t>
        <w:br/>
        <w:t>vt 0.021402 0.239919</w:t>
        <w:br/>
        <w:t>vt 0.022837 0.226193</w:t>
        <w:br/>
        <w:t>vt 0.015414 0.225063</w:t>
        <w:br/>
        <w:t>vt 0.014010 0.240997</w:t>
        <w:br/>
        <w:t>vt 0.024156 0.290636</w:t>
        <w:br/>
        <w:t>vt 0.020298 0.292670</w:t>
        <w:br/>
        <w:t>vt 0.025104 0.305970</w:t>
        <w:br/>
        <w:t>vt 0.603923 0.466531</w:t>
        <w:br/>
        <w:t>vt 0.504546 0.491479</w:t>
        <w:br/>
        <w:t>vt 0.062589 0.366300</w:t>
        <w:br/>
        <w:t>vt 0.041743 0.358605</w:t>
        <w:br/>
        <w:t>vt 0.078022 0.371632</w:t>
        <w:br/>
        <w:t>vt 0.032200 0.357772</w:t>
        <w:br/>
        <w:t>vt 0.082772 0.377935</w:t>
        <w:br/>
        <w:t>vt 0.571530 0.968303</w:t>
        <w:br/>
        <w:t>vt 0.569428 0.963773</w:t>
        <w:br/>
        <w:t>vt 0.579120 0.532659</w:t>
        <w:br/>
        <w:t>vt 0.571345 0.522075</w:t>
        <w:br/>
        <w:t>vt 0.532171 0.514193</w:t>
        <w:br/>
        <w:t>vt 0.541503 0.520123</w:t>
        <w:br/>
        <w:t>vt 0.541503 0.520123</w:t>
        <w:br/>
        <w:t>vt 0.542317 0.499476</w:t>
        <w:br/>
        <w:t>vt 0.629199 0.533399</w:t>
        <w:br/>
        <w:t>vt 0.643189 0.489646</w:t>
        <w:br/>
        <w:t>vt 0.629199 0.533399</w:t>
        <w:br/>
        <w:t>vt 0.603665 0.543334</w:t>
        <w:br/>
        <w:t>vt 0.065595 0.290258</w:t>
        <w:br/>
        <w:t>vt 0.493554 0.588789</w:t>
        <w:br/>
        <w:t>vt 0.493554 0.588789</w:t>
        <w:br/>
        <w:t>vt 0.508895 0.600257</w:t>
        <w:br/>
        <w:t>vt 0.492630 0.930647</w:t>
        <w:br/>
        <w:t>vt 0.480854 0.981889</w:t>
        <w:br/>
        <w:t>vt 0.531865 0.532525</w:t>
        <w:br/>
        <w:t>vt 0.078025 0.355243</w:t>
        <w:br/>
        <w:t>vt 0.084857 0.366422</w:t>
        <w:br/>
        <w:t>vt 0.522163 0.526691</w:t>
        <w:br/>
        <w:t>vt 0.531865 0.532525</w:t>
        <w:br/>
        <w:t>vt 0.037160 0.338781</w:t>
        <w:br/>
        <w:t>vt 0.045697 0.341858</w:t>
        <w:br/>
        <w:t>vt 0.033291 0.241093</w:t>
        <w:br/>
        <w:t>vt 0.043427 0.241542</w:t>
        <w:br/>
        <w:t>vt 0.040968 0.225519</w:t>
        <w:br/>
        <w:t>vt 0.032697 0.226949</w:t>
        <w:br/>
        <w:t>vt 0.038457 0.276510</w:t>
        <w:br/>
        <w:t>vt 0.030578 0.271920</w:t>
        <w:br/>
        <w:t>vt 0.029345 0.280746</w:t>
        <w:br/>
        <w:t>vt 0.036156 0.283973</w:t>
        <w:br/>
        <w:t>vt 0.017513 0.274894</w:t>
        <w:br/>
        <w:t>vt 0.018041 0.282593</w:t>
        <w:br/>
        <w:t>vt 0.023292 0.281117</w:t>
        <w:br/>
        <w:t>vt 0.022832 0.273543</w:t>
        <w:br/>
        <w:t>vt 0.021402 0.239919</w:t>
        <w:br/>
        <w:t>vt 0.033291 0.241093</w:t>
        <w:br/>
        <w:t>vt 0.032697 0.226949</w:t>
        <w:br/>
        <w:t>vt 0.022837 0.226193</w:t>
        <w:br/>
        <w:t>vt 0.177763 0.081827</w:t>
        <w:br/>
        <w:t>vt 0.174763 0.082181</w:t>
        <w:br/>
        <w:t>vt 0.178291 0.088724</w:t>
        <w:br/>
        <w:t>vt 0.607461 0.561751</w:t>
        <w:br/>
        <w:t>vt 0.621900 0.552608</w:t>
        <w:br/>
        <w:t>vt 0.607461 0.561751</w:t>
        <w:br/>
        <w:t>vt 0.615720 0.536246</w:t>
        <w:br/>
        <w:t>vt 0.603665 0.543334</w:t>
        <w:br/>
        <w:t>vt 0.319534 0.068400</w:t>
        <w:br/>
        <w:t>vt 0.333055 0.054161</w:t>
        <w:br/>
        <w:t>vt 0.895757 0.984278</w:t>
        <w:br/>
        <w:t>vt 0.892977 0.975838</w:t>
        <w:br/>
        <w:t>vt 0.916533 0.974565</w:t>
        <w:br/>
        <w:t>vt 0.919104 0.985895</w:t>
        <w:br/>
        <w:t>vt 0.959716 0.986689</w:t>
        <w:br/>
        <w:t>vt 0.960067 0.973221</w:t>
        <w:br/>
        <w:t>vt 0.981775 0.972827</w:t>
        <w:br/>
        <w:t>vt 0.984761 0.983683</w:t>
        <w:br/>
        <w:t>vt 0.496426 0.758275</w:t>
        <w:br/>
        <w:t>vt 0.501505 0.757861</w:t>
        <w:br/>
        <w:t>vt 0.883179 0.983063</w:t>
        <w:br/>
        <w:t>vt 0.880704 0.977328</w:t>
        <w:br/>
        <w:t>vt 0.519303 0.796561</w:t>
        <w:br/>
        <w:t>vt 0.527940 0.824494</w:t>
        <w:br/>
        <w:t>vt 0.512839 0.826452</w:t>
        <w:br/>
        <w:t>vt 0.507395 0.798215</w:t>
        <w:br/>
        <w:t>vt 0.871603 0.981488</w:t>
        <w:br/>
        <w:t>vt 0.860482 0.979852</w:t>
        <w:br/>
        <w:t>vt 0.870189 0.978637</w:t>
        <w:br/>
        <w:t>vt 0.623686 0.734318</w:t>
        <w:br/>
        <w:t>vt 0.616368 0.732657</w:t>
        <w:br/>
        <w:t>vt 0.623698 0.715673</w:t>
        <w:br/>
        <w:t>vt 0.936114 0.955522</w:t>
        <w:br/>
        <w:t>vt 0.936857 0.944786</w:t>
        <w:br/>
        <w:t>vt 0.959209 0.947041</w:t>
        <w:br/>
        <w:t>vt 0.958846 0.957713</w:t>
        <w:br/>
        <w:t>vt 0.937037 0.934063</w:t>
        <w:br/>
        <w:t>vt 0.958286 0.936883</w:t>
        <w:br/>
        <w:t>vt 0.877975 0.935117</w:t>
        <w:br/>
        <w:t>vt 0.877085 0.929217</w:t>
        <w:br/>
        <w:t>vt 0.893768 0.934378</w:t>
        <w:br/>
        <w:t>vt 0.894476 0.942155</w:t>
        <w:br/>
        <w:t>vt 0.880312 0.895630</w:t>
        <w:br/>
        <w:t>vt 0.871563 0.881170</w:t>
        <w:br/>
        <w:t>vt 0.881999 0.891576</w:t>
        <w:br/>
        <w:t>vt 0.917029 0.941125</w:t>
        <w:br/>
        <w:t>vt 0.917618 0.950579</w:t>
        <w:br/>
        <w:t>vt 0.880704 0.977328</w:t>
        <w:br/>
        <w:t>vt 0.880881 0.970204</w:t>
        <w:br/>
        <w:t>vt 0.509525 0.773963</w:t>
        <w:br/>
        <w:t>vt 0.512839 0.826452</w:t>
        <w:br/>
        <w:t>vt 0.493898 0.825197</w:t>
        <w:br/>
        <w:t>vt 0.497659 0.914193</w:t>
        <w:br/>
        <w:t>vt 0.487344 0.918734</w:t>
        <w:br/>
        <w:t>vt 0.485252 0.882031</w:t>
        <w:br/>
        <w:t>vt 0.496095 0.878763</w:t>
        <w:br/>
        <w:t>vt 0.501387 0.943890</w:t>
        <w:br/>
        <w:t>vt 0.492630 0.930647</w:t>
        <w:br/>
        <w:t>vt 0.489486 0.755852</w:t>
        <w:br/>
        <w:t>vt 0.488898 0.734677</w:t>
        <w:br/>
        <w:t>vt 0.496426 0.758275</w:t>
        <w:br/>
        <w:t>vt 0.548561 0.846743</w:t>
        <w:br/>
        <w:t>vt 0.871563 0.881170</w:t>
        <w:br/>
        <w:t>vt 0.883398 0.887615</w:t>
        <w:br/>
        <w:t>vt 0.888050 0.904574</w:t>
        <w:br/>
        <w:t>vt 0.568936 0.751881</w:t>
        <w:br/>
        <w:t>vt 0.580973 0.841582</w:t>
        <w:br/>
        <w:t>vt 0.551742 0.734128</w:t>
        <w:br/>
        <w:t>vt 0.024156 0.290636</w:t>
        <w:br/>
        <w:t>vt 0.027823 0.290194</w:t>
        <w:br/>
        <w:t>vt 0.029345 0.280746</w:t>
        <w:br/>
        <w:t>vt 0.023292 0.281117</w:t>
        <w:br/>
        <w:t>vt 0.025104 0.305970</w:t>
        <w:br/>
        <w:t>vt 0.032807 0.253983</w:t>
        <w:br/>
        <w:t>vt 0.043629 0.256528</w:t>
        <w:br/>
        <w:t>vt 0.022832 0.273543</w:t>
        <w:br/>
        <w:t>vt 0.030578 0.271920</w:t>
        <w:br/>
        <w:t>vt 0.080681 0.059931</w:t>
        <w:br/>
        <w:t>vt 0.072432 0.047685</w:t>
        <w:br/>
        <w:t>vt 0.080681 0.059931</w:t>
        <w:br/>
        <w:t>vt 0.089437 0.076282</w:t>
        <w:br/>
        <w:t>vt 0.105248 0.093864</w:t>
        <w:br/>
        <w:t>vt 0.093283 0.092738</w:t>
        <w:br/>
        <w:t>vt 0.107400 0.079687</w:t>
        <w:br/>
        <w:t>vt 0.089437 0.076282</w:t>
        <w:br/>
        <w:t>vt 0.107400 0.079687</w:t>
        <w:br/>
        <w:t>vt 0.105248 0.093864</w:t>
        <w:br/>
        <w:t>vt 0.117233 0.095984</w:t>
        <w:br/>
        <w:t>vt 0.121977 0.083812</w:t>
        <w:br/>
        <w:t>vt 0.667029 0.469732</w:t>
        <w:br/>
        <w:t>vt 0.681253 0.475300</w:t>
        <w:br/>
        <w:t>vt 0.218129 0.035989</w:t>
        <w:br/>
        <w:t>vt 0.224940 0.045929</w:t>
        <w:br/>
        <w:t>vt 0.154878 0.075314</w:t>
        <w:br/>
        <w:t>vt 0.165302 0.076717</w:t>
        <w:br/>
        <w:t>vt 0.165432 0.068775</w:t>
        <w:br/>
        <w:t>vt 0.154977 0.067347</w:t>
        <w:br/>
        <w:t>vt 0.174774 0.074865</w:t>
        <w:br/>
        <w:t>vt 0.137160 0.071029</w:t>
        <w:br/>
        <w:t>vt 0.145386 0.073935</w:t>
        <w:br/>
        <w:t>vt 0.145727 0.066520</w:t>
        <w:br/>
        <w:t>vt 0.137219 0.064754</w:t>
        <w:br/>
        <w:t>vt 0.165302 0.076717</w:t>
        <w:br/>
        <w:t>vt 0.131744 0.068721</w:t>
        <w:br/>
        <w:t>vt 0.131743 0.062811</w:t>
        <w:br/>
        <w:t>vt 0.177763 0.081827</w:t>
        <w:br/>
        <w:t>vt 0.188049 0.080493</w:t>
        <w:br/>
        <w:t>vt 0.693721 0.531535</w:t>
        <w:br/>
        <w:t>vt 0.704116 0.524466</w:t>
        <w:br/>
        <w:t>vt 0.644183 0.530020</w:t>
        <w:br/>
        <w:t>vt 0.505114 0.608061</w:t>
        <w:br/>
        <w:t>vt 0.111040 0.068402</w:t>
        <w:br/>
        <w:t>vt 0.098092 0.064359</w:t>
        <w:br/>
        <w:t>vt 0.495879 0.618404</w:t>
        <w:br/>
        <w:t>vt 0.496186 0.605146</w:t>
        <w:br/>
        <w:t>vt 0.505114 0.608061</w:t>
        <w:br/>
        <w:t>vt 0.493554 0.588789</w:t>
        <w:br/>
        <w:t>vt 0.484477 0.617096</w:t>
        <w:br/>
        <w:t>vt 0.483652 0.607256</w:t>
        <w:br/>
        <w:t>vt 0.483602 0.630761</w:t>
        <w:br/>
        <w:t>vt 0.494747 0.633207</w:t>
        <w:br/>
        <w:t>vt 0.492780 0.653394</w:t>
        <w:br/>
        <w:t>vt 0.489609 0.677041</w:t>
        <w:br/>
        <w:t>vt 0.478325 0.673733</w:t>
        <w:br/>
        <w:t>vt 0.481614 0.650888</w:t>
        <w:br/>
        <w:t>vt 0.463074 0.750184</w:t>
        <w:br/>
        <w:t>vt 0.466980 0.731631</w:t>
        <w:br/>
        <w:t>vt 0.470922 0.732181</w:t>
        <w:br/>
        <w:t>vt 0.098092 0.064359</w:t>
        <w:br/>
        <w:t>vt 0.090625 0.051108</w:t>
        <w:br/>
        <w:t>vt 0.126338 0.075316</w:t>
        <w:br/>
        <w:t>vt 0.125573 0.066003</w:t>
        <w:br/>
        <w:t>vt 0.111040 0.068402</w:t>
        <w:br/>
        <w:t>vt 0.082789 0.038844</w:t>
        <w:br/>
        <w:t>vt 0.064381 0.035381</w:t>
        <w:br/>
        <w:t>vt 0.082789 0.038844</w:t>
        <w:br/>
        <w:t>vt 0.076591 0.026877</w:t>
        <w:br/>
        <w:t>vt 0.063932 0.026957</w:t>
        <w:br/>
        <w:t>vt 0.106128 0.051516</w:t>
        <w:br/>
        <w:t>vt 0.100434 0.043165</w:t>
        <w:br/>
        <w:t>vt 0.178695 0.274843</w:t>
        <w:br/>
        <w:t>vt 0.175124 0.267238</w:t>
        <w:br/>
        <w:t>vt 0.185475 0.272457</w:t>
        <w:br/>
        <w:t>vt 0.925624 0.903043</w:t>
        <w:br/>
        <w:t>vt 0.936857 0.944786</w:t>
        <w:br/>
        <w:t>vt 0.937037 0.934063</w:t>
        <w:br/>
        <w:t>vt 0.958286 0.936883</w:t>
        <w:br/>
        <w:t>vt 0.959209 0.947041</w:t>
        <w:br/>
        <w:t>vt 0.936557 0.973966</w:t>
        <w:br/>
        <w:t>vt 0.936114 0.955522</w:t>
        <w:br/>
        <w:t>vt 0.958846 0.957713</w:t>
        <w:br/>
        <w:t>vt 0.960067 0.973221</w:t>
        <w:br/>
        <w:t>vt 0.937893 0.986371</w:t>
        <w:br/>
        <w:t>vt 0.936557 0.973966</w:t>
        <w:br/>
        <w:t>vt 0.567193 0.841256</w:t>
        <w:br/>
        <w:t>vt 0.984401 0.937512</w:t>
        <w:br/>
        <w:t>vt 0.985079 0.947696</w:t>
        <w:br/>
        <w:t>vt 0.982242 0.908342</w:t>
        <w:br/>
        <w:t>vt 0.984988 0.924156</w:t>
        <w:br/>
        <w:t>vt 0.984477 0.957805</w:t>
        <w:br/>
        <w:t>vt 0.984477 0.957805</w:t>
        <w:br/>
        <w:t>vt 0.981775 0.972827</w:t>
        <w:br/>
        <w:t>vt 0.713101 0.253233</w:t>
        <w:br/>
        <w:t>vt 0.693239 0.264211</w:t>
        <w:br/>
        <w:t>vt 0.705751 0.268269</w:t>
        <w:br/>
        <w:t>vt 0.671270 0.275862</w:t>
        <w:br/>
        <w:t>vt 0.690724 0.276641</w:t>
        <w:br/>
        <w:t>vt 0.732240 0.241468</w:t>
        <w:br/>
        <w:t>vt 0.731349 0.262230</w:t>
        <w:br/>
        <w:t>vt 0.644939 0.042736</w:t>
        <w:br/>
        <w:t>vt 0.172532 0.276173</w:t>
        <w:br/>
        <w:t>vt 0.178695 0.274843</w:t>
        <w:br/>
        <w:t>vt 0.180858 0.284550</w:t>
        <w:br/>
        <w:t>vt 0.413623 0.976409</w:t>
        <w:br/>
        <w:t>vt 0.760145 0.256180</w:t>
        <w:br/>
        <w:t>vt 0.743918 0.237976</w:t>
        <w:br/>
        <w:t>vt 0.732240 0.241468</w:t>
        <w:br/>
        <w:t>vt 0.760145 0.256180</w:t>
        <w:br/>
        <w:t>vt 0.753083 0.274573</w:t>
        <w:br/>
        <w:t>vt 0.720324 0.274655</w:t>
        <w:br/>
        <w:t>vt 0.707135 0.281638</w:t>
        <w:br/>
        <w:t>vt 0.780744 0.258168</w:t>
        <w:br/>
        <w:t>vt 0.792896 0.268379</w:t>
        <w:br/>
        <w:t>vt 0.668624 0.285317</w:t>
        <w:br/>
        <w:t>vt 0.776637 0.285800</w:t>
        <w:br/>
        <w:t>vt 0.753083 0.274573</w:t>
        <w:br/>
        <w:t>vt 0.737274 0.282851</w:t>
        <w:br/>
        <w:t>vt 0.717922 0.286636</w:t>
        <w:br/>
        <w:t>vt 0.807550 0.266633</w:t>
        <w:br/>
        <w:t>vt 0.801607 0.286518</w:t>
        <w:br/>
        <w:t>vt 0.427642 0.058181</w:t>
        <w:br/>
        <w:t>vt 0.431030 0.043278</w:t>
        <w:br/>
        <w:t>vt 0.418754 0.044392</w:t>
        <w:br/>
        <w:t>vt 0.415055 0.057745</w:t>
        <w:br/>
        <w:t>vt 0.426368 0.072126</w:t>
        <w:br/>
        <w:t>vt 0.413545 0.071767</w:t>
        <w:br/>
        <w:t>vt 0.415773 0.088735</w:t>
        <w:br/>
        <w:t>vt 0.425875 0.088210</w:t>
        <w:br/>
        <w:t>vt 0.700359 0.288855</w:t>
        <w:br/>
        <w:t>vt 0.776637 0.285800</w:t>
        <w:br/>
        <w:t>vt 0.751307 0.289412</w:t>
        <w:br/>
        <w:t>vt 0.765768 0.296259</w:t>
        <w:br/>
        <w:t>vt 0.740791 0.295808</w:t>
        <w:br/>
        <w:t>vt 0.726951 0.291423</w:t>
        <w:br/>
        <w:t>vt 0.778469 0.316395</w:t>
        <w:br/>
        <w:t>vt 0.786668 0.307850</w:t>
        <w:br/>
        <w:t>vt 0.745526 0.301496</w:t>
        <w:br/>
        <w:t>vt 0.813902 0.308528</w:t>
        <w:br/>
        <w:t>vt 0.804615 0.319149</w:t>
        <w:br/>
        <w:t>vt 0.821265 0.325015</w:t>
        <w:br/>
        <w:t>vt 0.730772 0.302251</w:t>
        <w:br/>
        <w:t>vt 0.758962 0.308598</w:t>
        <w:br/>
        <w:t>vt 0.743126 0.305018</w:t>
        <w:br/>
        <w:t>vt 0.818985 0.301945</w:t>
        <w:br/>
        <w:t>vt 0.799357 0.297151</w:t>
        <w:br/>
        <w:t>vt 0.813902 0.308528</w:t>
        <w:br/>
        <w:t>vt 0.799357 0.297151</w:t>
        <w:br/>
        <w:t>vt 0.405866 0.068990</w:t>
        <w:br/>
        <w:t>vt 0.412157 0.055955</w:t>
        <w:br/>
        <w:t>vt 0.827248 0.352594</w:t>
        <w:br/>
        <w:t>vt 0.797504 0.331201</w:t>
        <w:br/>
        <w:t>vt 0.817640 0.359106</w:t>
        <w:br/>
        <w:t>vt 0.811201 0.383827</w:t>
        <w:br/>
        <w:t>vt 0.817640 0.359106</w:t>
        <w:br/>
        <w:t>vt 0.794307 0.354753</w:t>
        <w:br/>
        <w:t>vt 0.785175 0.381442</w:t>
        <w:br/>
        <w:t>vt 0.567193 0.841256</w:t>
        <w:br/>
        <w:t>vt 0.537305 0.963310</w:t>
        <w:br/>
        <w:t>vt 0.501343 0.775275</w:t>
        <w:br/>
        <w:t>vt 0.818985 0.301945</w:t>
        <w:br/>
        <w:t>vt 0.813902 0.308528</w:t>
        <w:br/>
        <w:t>vt 0.821265 0.325015</w:t>
        <w:br/>
        <w:t>vt 0.196820 0.208992</w:t>
        <w:br/>
        <w:t>vt 0.198505 0.183793</w:t>
        <w:br/>
        <w:t>vt 0.053638 0.031473</w:t>
        <w:br/>
        <w:t>vt 0.056017 0.025665</w:t>
        <w:br/>
        <w:t>vt 0.198464 0.167762</w:t>
        <w:br/>
        <w:t>vt 0.194067 0.247800</w:t>
        <w:br/>
        <w:t>vt 0.175124 0.267238</w:t>
        <w:br/>
        <w:t>vt 0.188843 0.252782</w:t>
        <w:br/>
        <w:t>vt 0.185475 0.272457</w:t>
        <w:br/>
        <w:t>vt 0.115391 0.059027</w:t>
        <w:br/>
        <w:t>vt 0.106128 0.051516</w:t>
        <w:br/>
        <w:t>vt 0.095179 0.034301</w:t>
        <w:br/>
        <w:t>vt 0.089995 0.026729</w:t>
        <w:br/>
        <w:t>vt 0.095179 0.034301</w:t>
        <w:br/>
        <w:t>vt 0.166085 0.244491</w:t>
        <w:br/>
        <w:t>vt 0.187760 0.149066</w:t>
        <w:br/>
        <w:t>vt 0.194113 0.149174</w:t>
        <w:br/>
        <w:t>vt 0.047065 0.023546</w:t>
        <w:br/>
        <w:t>vt 0.045364 0.027680</w:t>
        <w:br/>
        <w:t>vt 0.172532 0.276173</w:t>
        <w:br/>
        <w:t>vt 0.178695 0.274843</w:t>
        <w:br/>
        <w:t>vt 0.188843 0.252782</w:t>
        <w:br/>
        <w:t>vt 0.180675 0.247514</w:t>
        <w:br/>
        <w:t>vt 0.194067 0.247800</w:t>
        <w:br/>
        <w:t>vt 0.601246 0.235160</w:t>
        <w:br/>
        <w:t>vt 0.595494 0.254260</w:t>
        <w:br/>
        <w:t>vt 0.335853 0.075426</w:t>
        <w:br/>
        <w:t>vt 0.365569 0.095025</w:t>
        <w:br/>
        <w:t>vt 0.378422 0.078637</w:t>
        <w:br/>
        <w:t>vt 0.364860 0.074016</w:t>
        <w:br/>
        <w:t>vt 0.356530 0.071228</w:t>
        <w:br/>
        <w:t>vt 0.347707 0.060786</w:t>
        <w:br/>
        <w:t>vt 0.371584 0.078029</w:t>
        <w:br/>
        <w:t>vt 0.370144 0.055658</w:t>
        <w:br/>
        <w:t>vt 0.361570 0.045891</w:t>
        <w:br/>
        <w:t>vt 0.348382 0.038978</w:t>
        <w:br/>
        <w:t>vt 0.338855 0.029167</w:t>
        <w:br/>
        <w:t>vt 0.382344 0.063016</w:t>
        <w:br/>
        <w:t>vt 0.377384 0.057540</w:t>
        <w:br/>
        <w:t>vt 0.837979 0.388345</w:t>
        <w:br/>
        <w:t>vt 0.338855 0.029167</w:t>
        <w:br/>
        <w:t>vt 0.389212 0.062922</w:t>
        <w:br/>
        <w:t>vt 0.346507 0.108913</w:t>
        <w:br/>
        <w:t>vt 0.167406 0.276246</w:t>
        <w:br/>
        <w:t>vt 0.173242 0.068434</w:t>
        <w:br/>
        <w:t>vt 0.185527 0.065426</w:t>
        <w:br/>
        <w:t>vt 0.179991 0.051507</w:t>
        <w:br/>
        <w:t>vt 0.168112 0.054332</w:t>
        <w:br/>
        <w:t>vt 0.198790 0.059752</w:t>
        <w:br/>
        <w:t>vt 0.193282 0.046512</w:t>
        <w:br/>
        <w:t>vt 0.160491 0.055628</w:t>
        <w:br/>
        <w:t>vt 0.151790 0.056381</w:t>
        <w:br/>
        <w:t>vt 0.155012 0.036807</w:t>
        <w:br/>
        <w:t>vt 0.146851 0.038434</w:t>
        <w:br/>
        <w:t>vt 0.142987 0.057252</w:t>
        <w:br/>
        <w:t>vt 0.135145 0.057589</w:t>
        <w:br/>
        <w:t>vt 0.210820 0.053647</w:t>
        <w:br/>
        <w:t>vt 0.205560 0.040971</w:t>
        <w:br/>
        <w:t>vt 0.125388 0.058354</w:t>
        <w:br/>
        <w:t>vt 0.171641 0.032387</w:t>
        <w:br/>
        <w:t>vt 0.162798 0.034586</w:t>
        <w:br/>
        <w:t>vt 0.209727 0.022806</w:t>
        <w:br/>
        <w:t>vt 0.197959 0.026147</w:t>
        <w:br/>
        <w:t>vt 0.185356 0.029690</w:t>
        <w:br/>
        <w:t>vt 0.125236 0.042726</w:t>
        <w:br/>
        <w:t>vt 0.116578 0.044114</w:t>
        <w:br/>
        <w:t>vt 0.140351 0.040033</w:t>
        <w:br/>
        <w:t>vt 0.133803 0.041145</w:t>
        <w:br/>
        <w:t>vt 0.485391 0.855533</w:t>
        <w:br/>
        <w:t>vt 0.495399 0.853932</w:t>
        <w:br/>
        <w:t>vt 0.172947 0.558888</w:t>
        <w:br/>
        <w:t>vt 0.156660 0.542603</w:t>
        <w:br/>
        <w:t>vt 0.160165 0.541015</w:t>
        <w:br/>
        <w:t>vt 0.172947 0.558888</w:t>
        <w:br/>
        <w:t>vt 0.152247 0.547618</w:t>
        <w:br/>
        <w:t>vt 0.156660 0.542603</w:t>
        <w:br/>
        <w:t>vt 0.497333 0.332819</w:t>
        <w:br/>
        <w:t>vt 0.511279 0.335416</w:t>
        <w:br/>
        <w:t>vt 0.498045 0.336241</w:t>
        <w:br/>
        <w:t>vt 0.425862 0.125831</w:t>
        <w:br/>
        <w:t>vt 0.425989 0.113412</w:t>
        <w:br/>
        <w:t>vt 0.421806 0.114073</w:t>
        <w:br/>
        <w:t>vt 0.234713 0.013786</w:t>
        <w:br/>
        <w:t>vt 0.209727 0.022806</w:t>
        <w:br/>
        <w:t>vt 0.234392 0.018984</w:t>
        <w:br/>
        <w:t>vt 0.281067 0.013693</w:t>
        <w:br/>
        <w:t>vt 0.266132 0.015223</w:t>
        <w:br/>
        <w:t>vt 0.250908 0.016293</w:t>
        <w:br/>
        <w:t>vt 0.797504 0.331201</w:t>
        <w:br/>
        <w:t>vt 0.098369 0.008145</w:t>
        <w:br/>
        <w:t>vt 0.094283 0.016842</w:t>
        <w:br/>
        <w:t>vt 0.101149 0.010671</w:t>
        <w:br/>
        <w:t>vt 0.092713 0.013286</w:t>
        <w:br/>
        <w:t>vt 0.086950 0.018751</w:t>
        <w:br/>
        <w:t>vt 0.096261 0.026596</w:t>
        <w:br/>
        <w:t>vt 0.106312 0.032000</w:t>
        <w:br/>
        <w:t>vt 0.083586 0.022582</w:t>
        <w:br/>
        <w:t>vt 0.096261 0.026596</w:t>
        <w:br/>
        <w:t>vt 0.086950 0.018751</w:t>
        <w:br/>
        <w:t>vt 0.155512 0.149400</w:t>
        <w:br/>
        <w:t>vt 0.161919 0.152665</w:t>
        <w:br/>
        <w:t>vt 0.250908 0.016293</w:t>
        <w:br/>
        <w:t>vt 0.205670 0.080030</w:t>
        <w:br/>
        <w:t>vt 0.219721 0.076979</w:t>
        <w:br/>
        <w:t>vt 0.245733 0.069840</w:t>
        <w:br/>
        <w:t>vt 0.256754 0.068616</w:t>
        <w:br/>
        <w:t>vt 0.256118 0.065654</w:t>
        <w:br/>
        <w:t>vt 0.244015 0.064819</w:t>
        <w:br/>
        <w:t>vt 0.233738 0.072191</w:t>
        <w:br/>
        <w:t>vt 0.231301 0.065838</w:t>
        <w:br/>
        <w:t>vt 0.264374 0.067741</w:t>
        <w:br/>
        <w:t>vt 0.191326 0.128731</w:t>
        <w:br/>
        <w:t>vt 0.198771 0.149080</w:t>
        <w:br/>
        <w:t>vt 0.172656 0.138342</w:t>
        <w:br/>
        <w:t>vt 0.199303 0.129927</w:t>
        <w:br/>
        <w:t>vt 0.026256 0.017432</w:t>
        <w:br/>
        <w:t>vt 0.037061 0.023425</w:t>
        <w:br/>
        <w:t>vt 0.038046 0.021049</w:t>
        <w:br/>
        <w:t>vt 0.193108 0.129790</w:t>
        <w:br/>
        <w:t>vt 0.184236 0.123762</w:t>
        <w:br/>
        <w:t>vt 0.200101 0.104653</w:t>
        <w:br/>
        <w:t>vt 0.037417 0.704474</w:t>
        <w:br/>
        <w:t>vt 0.037228 0.686950</w:t>
        <w:br/>
        <w:t>vt 0.020288 0.705505</w:t>
        <w:br/>
        <w:t>vt 0.018907 0.738392</w:t>
        <w:br/>
        <w:t>vt 0.042063 0.707327</w:t>
        <w:br/>
        <w:t>vt 0.326087 0.163554</w:t>
        <w:br/>
        <w:t>vt 0.321551 0.161918</w:t>
        <w:br/>
        <w:t>vt 0.310889 0.177759</w:t>
        <w:br/>
        <w:t>vt 0.331004 0.167693</w:t>
        <w:br/>
        <w:t>vt 0.779133 0.354002</w:t>
        <w:br/>
        <w:t>vt 0.499242 0.254930</w:t>
        <w:br/>
        <w:t>vt 0.497592 0.262073</w:t>
        <w:br/>
        <w:t>vt 0.304544 0.120892</w:t>
        <w:br/>
        <w:t>vt 0.042198 0.266213</w:t>
        <w:br/>
        <w:t>vt 0.031794 0.263448</w:t>
        <w:br/>
        <w:t>vt 0.484514 0.772192</w:t>
        <w:br/>
        <w:t>vt 0.490043 0.772431</w:t>
        <w:br/>
        <w:t>vt 0.139738 0.539812</w:t>
        <w:br/>
        <w:t>vt 0.146827 0.532182</w:t>
        <w:br/>
        <w:t>vt 0.573257 0.181354</w:t>
        <w:br/>
        <w:t>vt 0.172656 0.138342</w:t>
        <w:br/>
        <w:t>vt 0.167972 0.135477</w:t>
        <w:br/>
        <w:t>vt 0.029512 0.147757</w:t>
        <w:br/>
        <w:t>vt 0.470034 0.716398</w:t>
        <w:br/>
        <w:t>vt 0.645285 0.237908</w:t>
        <w:br/>
        <w:t>vt 0.798604 0.872296</w:t>
        <w:br/>
        <w:t>vt 0.294686 0.204800</w:t>
        <w:br/>
        <w:t>vt 0.710309 0.777001</w:t>
        <w:br/>
        <w:t>vt 0.712071 0.780195</w:t>
        <w:br/>
        <w:t>vt 0.718356 0.776659</w:t>
        <w:br/>
        <w:t>vt 0.167406 0.276246</w:t>
        <w:br/>
        <w:t>vt 0.413623 0.976409</w:t>
        <w:br/>
        <w:t>vt 0.550273 0.110257</w:t>
        <w:br/>
        <w:t>vt 0.542031 0.125301</w:t>
        <w:br/>
        <w:t>vt 0.167877 0.280236</w:t>
        <w:br/>
        <w:t>vt 0.938455 0.241876</w:t>
        <w:br/>
        <w:t>vt 0.979433 0.241876</w:t>
        <w:br/>
        <w:t>vt 0.979433 0.280096</w:t>
        <w:br/>
        <w:t>vt 0.938455 0.280096</w:t>
        <w:br/>
        <w:t>vt 0.938455 0.199191</w:t>
        <w:br/>
        <w:t>vt 0.979433 0.199191</w:t>
        <w:br/>
        <w:t>vt 0.938455 0.153565</w:t>
        <w:br/>
        <w:t>vt 0.979433 0.153565</w:t>
        <w:br/>
        <w:t>vt 0.938455 0.107131</w:t>
        <w:br/>
        <w:t>vt 0.979433 0.107131</w:t>
        <w:br/>
        <w:t>vt 0.938455 0.061644</w:t>
        <w:br/>
        <w:t>vt 0.979433 0.061644</w:t>
        <w:br/>
        <w:t>vt 0.938455 0.016084</w:t>
        <w:br/>
        <w:t>vt 0.979433 0.016084</w:t>
        <w:br/>
        <w:t>vt 0.937751 0.849761</w:t>
        <w:br/>
        <w:t>vt 0.938455 0.804447</w:t>
        <w:br/>
        <w:t>vt 0.943952 0.846650</w:t>
        <w:br/>
        <w:t>vt 0.938455 0.804447</w:t>
        <w:br/>
        <w:t>vt 0.938455 0.766586</w:t>
        <w:br/>
        <w:t>vt 0.979433 0.766586</w:t>
        <w:br/>
        <w:t>vt 0.979433 0.804447</w:t>
        <w:br/>
        <w:t>vt 0.938455 0.723747</w:t>
        <w:br/>
        <w:t>vt 0.979433 0.723747</w:t>
        <w:br/>
        <w:t>vt 0.938455 0.680407</w:t>
        <w:br/>
        <w:t>vt 0.979433 0.680407</w:t>
        <w:br/>
        <w:t>vt 0.938455 0.639406</w:t>
        <w:br/>
        <w:t>vt 0.979433 0.639406</w:t>
        <w:br/>
        <w:t>vt 0.938455 0.602952</w:t>
        <w:br/>
        <w:t>vt 0.979433 0.602952</w:t>
        <w:br/>
        <w:t>vt 0.938455 0.563459</w:t>
        <w:br/>
        <w:t>vt 0.979433 0.563459</w:t>
        <w:br/>
        <w:t>vt 0.938455 0.521498</w:t>
        <w:br/>
        <w:t>vt 0.979433 0.521498</w:t>
        <w:br/>
        <w:t>vt 0.938455 0.481186</w:t>
        <w:br/>
        <w:t>vt 0.979433 0.481186</w:t>
        <w:br/>
        <w:t>vt 0.938455 0.442780</w:t>
        <w:br/>
        <w:t>vt 0.979433 0.442780</w:t>
        <w:br/>
        <w:t>vt 0.938455 0.406324</w:t>
        <w:br/>
        <w:t>vt 0.979433 0.406324</w:t>
        <w:br/>
        <w:t>vt 0.938455 0.364400</w:t>
        <w:br/>
        <w:t>vt 0.979433 0.364400</w:t>
        <w:br/>
        <w:t>vt 0.938455 0.321434</w:t>
        <w:br/>
        <w:t>vt 0.979433 0.321434</w:t>
        <w:br/>
        <w:t>vt 0.938455 0.321434</w:t>
        <w:br/>
        <w:t>vt 0.938455 0.364400</w:t>
        <w:br/>
        <w:t>vt 0.931838 0.364400</w:t>
        <w:br/>
        <w:t>vt 0.931838 0.321434</w:t>
        <w:br/>
        <w:t>vt 0.938455 0.406324</w:t>
        <w:br/>
        <w:t>vt 0.931838 0.406324</w:t>
        <w:br/>
        <w:t>vt 0.938455 0.442780</w:t>
        <w:br/>
        <w:t>vt 0.931838 0.442780</w:t>
        <w:br/>
        <w:t>vt 0.938455 0.481186</w:t>
        <w:br/>
        <w:t>vt 0.931838 0.481186</w:t>
        <w:br/>
        <w:t>vt 0.938455 0.521498</w:t>
        <w:br/>
        <w:t>vt 0.931838 0.521498</w:t>
        <w:br/>
        <w:t>vt 0.938455 0.563459</w:t>
        <w:br/>
        <w:t>vt 0.931838 0.563459</w:t>
        <w:br/>
        <w:t>vt 0.938455 0.602952</w:t>
        <w:br/>
        <w:t>vt 0.931838 0.602952</w:t>
        <w:br/>
        <w:t>vt 0.938455 0.639406</w:t>
        <w:br/>
        <w:t>vt 0.931838 0.639406</w:t>
        <w:br/>
        <w:t>vt 0.938455 0.680407</w:t>
        <w:br/>
        <w:t>vt 0.931838 0.680407</w:t>
        <w:br/>
        <w:t>vt 0.938455 0.723747</w:t>
        <w:br/>
        <w:t>vt 0.931838 0.723747</w:t>
        <w:br/>
        <w:t>vt 0.938455 0.766586</w:t>
        <w:br/>
        <w:t>vt 0.931838 0.766586</w:t>
        <w:br/>
        <w:t>vt 0.931838 0.804448</w:t>
        <w:br/>
        <w:t>vt 0.931886 0.848786</w:t>
        <w:br/>
        <w:t>vt 0.938455 0.016084</w:t>
        <w:br/>
        <w:t>vt 0.938455 0.061644</w:t>
        <w:br/>
        <w:t>vt 0.931838 0.061644</w:t>
        <w:br/>
        <w:t>vt 0.931838 0.016084</w:t>
        <w:br/>
        <w:t>vt 0.938455 0.107131</w:t>
        <w:br/>
        <w:t>vt 0.931838 0.107131</w:t>
        <w:br/>
        <w:t>vt 0.938455 0.153565</w:t>
        <w:br/>
        <w:t>vt 0.931838 0.153565</w:t>
        <w:br/>
        <w:t>vt 0.938455 0.199191</w:t>
        <w:br/>
        <w:t>vt 0.931838 0.199191</w:t>
        <w:br/>
        <w:t>vt 0.938455 0.241876</w:t>
        <w:br/>
        <w:t>vt 0.931838 0.241876</w:t>
        <w:br/>
        <w:t>vt 0.938455 0.280096</w:t>
        <w:br/>
        <w:t>vt 0.931838 0.280096</w:t>
        <w:br/>
        <w:t>vt 0.979433 0.321434</w:t>
        <w:br/>
        <w:t>vt 0.979433 0.280096</w:t>
        <w:br/>
        <w:t>vt 0.986161 0.280096</w:t>
        <w:br/>
        <w:t>vt 0.986161 0.321434</w:t>
        <w:br/>
        <w:t>vt 0.979433 0.241876</w:t>
        <w:br/>
        <w:t>vt 0.986161 0.241876</w:t>
        <w:br/>
        <w:t>vt 0.979433 0.199191</w:t>
        <w:br/>
        <w:t>vt 0.986161 0.199191</w:t>
        <w:br/>
        <w:t>vt 0.979433 0.153565</w:t>
        <w:br/>
        <w:t>vt 0.986161 0.153565</w:t>
        <w:br/>
        <w:t>vt 0.979433 0.107131</w:t>
        <w:br/>
        <w:t>vt 0.986161 0.107131</w:t>
        <w:br/>
        <w:t>vt 0.979433 0.061644</w:t>
        <w:br/>
        <w:t>vt 0.986161 0.061644</w:t>
        <w:br/>
        <w:t>vt 0.979433 0.016084</w:t>
        <w:br/>
        <w:t>vt 0.986161 0.016084</w:t>
        <w:br/>
        <w:t>vt 0.979433 0.804447</w:t>
        <w:br/>
        <w:t>vt 0.986161 0.804448</w:t>
        <w:br/>
        <w:t>vt 0.985449 0.849578</w:t>
        <w:br/>
        <w:t>vt 0.980357 0.850314</w:t>
        <w:br/>
        <w:t>vt 0.979433 0.766586</w:t>
        <w:br/>
        <w:t>vt 0.986161 0.766586</w:t>
        <w:br/>
        <w:t>vt 0.979433 0.723747</w:t>
        <w:br/>
        <w:t>vt 0.986161 0.723747</w:t>
        <w:br/>
        <w:t>vt 0.979433 0.680407</w:t>
        <w:br/>
        <w:t>vt 0.986161 0.680407</w:t>
        <w:br/>
        <w:t>vt 0.979433 0.639406</w:t>
        <w:br/>
        <w:t>vt 0.986161 0.639406</w:t>
        <w:br/>
        <w:t>vt 0.979433 0.602952</w:t>
        <w:br/>
        <w:t>vt 0.986161 0.602952</w:t>
        <w:br/>
        <w:t>vt 0.979433 0.563459</w:t>
        <w:br/>
        <w:t>vt 0.986161 0.563459</w:t>
        <w:br/>
        <w:t>vt 0.979433 0.521498</w:t>
        <w:br/>
        <w:t>vt 0.986161 0.521498</w:t>
        <w:br/>
        <w:t>vt 0.979433 0.481186</w:t>
        <w:br/>
        <w:t>vt 0.986161 0.481186</w:t>
        <w:br/>
        <w:t>vt 0.979433 0.442780</w:t>
        <w:br/>
        <w:t>vt 0.986161 0.442780</w:t>
        <w:br/>
        <w:t>vt 0.979433 0.406324</w:t>
        <w:br/>
        <w:t>vt 0.986161 0.406324</w:t>
        <w:br/>
        <w:t>vt 0.979433 0.364400</w:t>
        <w:br/>
        <w:t>vt 0.986161 0.364400</w:t>
        <w:br/>
        <w:t>vt 0.975173 0.846650</w:t>
        <w:br/>
        <w:t>vt 0.943952 0.846650</w:t>
        <w:br/>
        <w:t>vt 0.975173 0.846650</w:t>
        <w:br/>
        <w:t>vt 0.950055 0.861541</w:t>
        <w:br/>
        <w:t>vt 0.951435 0.855360</w:t>
        <w:br/>
        <w:t>vt 0.967408 0.855360</w:t>
        <w:br/>
        <w:t>vt 0.969872 0.861541</w:t>
        <w:br/>
        <w:t>vt 0.947228 0.852490</w:t>
        <w:br/>
        <w:t>vt 0.943394 0.857839</w:t>
        <w:br/>
        <w:t>vt 0.975789 0.856450</w:t>
        <w:br/>
        <w:t>vt 0.972135 0.852490</w:t>
        <w:br/>
        <w:t>vt 0.972135 0.852490</w:t>
        <w:br/>
        <w:t>vt 0.947228 0.852490</w:t>
        <w:br/>
        <w:t>vt 0.977099 0.884101</w:t>
        <w:br/>
        <w:t>vt 0.970705 0.888237</w:t>
        <w:br/>
        <w:t>vt 0.947509 0.888237</w:t>
        <w:br/>
        <w:t>vt 0.940803 0.884101</w:t>
        <w:br/>
        <w:t>vt 0.981044 0.876680</w:t>
        <w:br/>
        <w:t>vt 0.936676 0.876680</w:t>
        <w:br/>
        <w:t>vt 0.172532 0.276173</w:t>
        <w:br/>
        <w:t>vt 0.392583 0.048723</w:t>
        <w:br/>
        <w:t>vt 0.387692 0.042633</w:t>
        <w:br/>
        <w:t>vt 0.380190 0.040811</w:t>
        <w:br/>
        <w:t>vt 0.361637 0.025730</w:t>
        <w:br/>
        <w:t>vt 0.350778 0.020716</w:t>
        <w:br/>
        <w:t>vt 0.372371 0.030421</w:t>
        <w:br/>
        <w:t>vt 0.399751 0.048101</w:t>
        <w:br/>
        <w:t>vt 0.405866 0.068990</w:t>
        <w:br/>
        <w:t>vt 0.394259 0.082573</w:t>
        <w:br/>
        <w:t>vt 0.389212 0.062922</w:t>
        <w:br/>
        <w:t>vt 0.405866 0.068990</w:t>
        <w:br/>
        <w:t>vt 0.389212 0.062922</w:t>
        <w:br/>
        <w:t>vt 0.399751 0.048101</w:t>
        <w:br/>
        <w:t>vt 0.412157 0.055955</w:t>
        <w:br/>
        <w:t>vt 0.837979 0.388345</w:t>
        <w:br/>
        <w:t>vt 0.333475 0.514427</w:t>
        <w:br/>
        <w:t>vt 0.326546 0.533131</w:t>
        <w:br/>
        <w:t>vt 0.615720 0.536246</w:t>
        <w:br/>
        <w:t>vt 0.860083 0.593748</w:t>
        <w:br/>
        <w:t>vt 0.820204 0.606786</w:t>
        <w:br/>
        <w:t>vt 0.816065 0.594621</w:t>
        <w:br/>
        <w:t>vt 0.864118 0.606108</w:t>
        <w:br/>
        <w:t>vt 0.836839 0.632464</w:t>
        <w:br/>
        <w:t>vt 0.832502 0.626672</w:t>
        <w:br/>
        <w:t>vt 0.812873 0.581794</w:t>
        <w:br/>
        <w:t>vt 0.857518 0.579187</w:t>
        <w:br/>
        <w:t>vt 0.790030 0.614475</w:t>
        <w:br/>
        <w:t>vt 0.785124 0.598991</w:t>
        <w:br/>
        <w:t>vt 0.812068 0.655342</w:t>
        <w:br/>
        <w:t>vt 0.805260 0.643251</w:t>
        <w:br/>
        <w:t>vt 0.754810 0.602721</w:t>
        <w:br/>
        <w:t>vt 0.752520 0.586396</w:t>
        <w:br/>
        <w:t>vt 0.784704 0.582637</w:t>
        <w:br/>
        <w:t>vt 0.758144 0.620546</w:t>
        <w:br/>
        <w:t>vt 0.770459 0.700000</w:t>
        <w:br/>
        <w:t>vt 0.765906 0.663189</w:t>
        <w:br/>
        <w:t>vt 0.724559 0.605145</w:t>
        <w:br/>
        <w:t>vt 0.723935 0.590855</w:t>
        <w:br/>
        <w:t>vt 0.726659 0.620872</w:t>
        <w:br/>
        <w:t>vt 0.719320 0.686257</w:t>
        <w:br/>
        <w:t>vt 0.724985 0.663996</w:t>
        <w:br/>
        <w:t>vt 0.712345 0.708099</w:t>
        <w:br/>
        <w:t>vt 0.681851 0.699531</w:t>
        <w:br/>
        <w:t>vt 0.684918 0.686026</w:t>
        <w:br/>
        <w:t>vt 0.690202 0.608253</w:t>
        <w:br/>
        <w:t>vt 0.689374 0.596565</w:t>
        <w:br/>
        <w:t>vt 0.518076 0.078845</w:t>
        <w:br/>
        <w:t>vt 0.519066 0.096099</w:t>
        <w:br/>
        <w:t>vt 0.499236 0.097408</w:t>
        <w:br/>
        <w:t>vt 0.496293 0.082955</w:t>
        <w:br/>
        <w:t>vt 0.478650 0.089844</w:t>
        <w:br/>
        <w:t>vt 0.477072 0.103992</w:t>
        <w:br/>
        <w:t>vt 0.691640 0.622756</w:t>
        <w:br/>
        <w:t>vt 0.688602 0.664050</w:t>
        <w:br/>
        <w:t>vt 0.650136 0.693746</w:t>
        <w:br/>
        <w:t>vt 0.651304 0.682716</w:t>
        <w:br/>
        <w:t>vt 0.654706 0.612505</w:t>
        <w:br/>
        <w:t>vt 0.654060 0.600777</w:t>
        <w:br/>
        <w:t>vt 0.518255 0.113522</w:t>
        <w:br/>
        <w:t>vt 0.500944 0.115024</w:t>
        <w:br/>
        <w:t>vt 0.479756 0.119296</w:t>
        <w:br/>
        <w:t>vt 0.652464 0.626023</w:t>
        <w:br/>
        <w:t>vt 0.651161 0.662209</w:t>
        <w:br/>
        <w:t>vt 0.616330 0.685793</w:t>
        <w:br/>
        <w:t>vt 0.618046 0.676747</w:t>
        <w:br/>
        <w:t>vt 0.616888 0.618776</w:t>
        <w:br/>
        <w:t>vt 0.615880 0.609098</w:t>
        <w:br/>
        <w:t>vt 0.515693 0.132349</w:t>
        <w:br/>
        <w:t>vt 0.502883 0.133474</w:t>
        <w:br/>
        <w:t>vt 0.485557 0.135173</w:t>
        <w:br/>
        <w:t>vt 0.616473 0.631539</w:t>
        <w:br/>
        <w:t>vt 0.618046 0.676747</w:t>
        <w:br/>
        <w:t>vt 0.616601 0.661191</w:t>
        <w:br/>
        <w:t>vt 0.584386 0.675866</w:t>
        <w:br/>
        <w:t>vt 0.586131 0.669087</w:t>
        <w:br/>
        <w:t>vt 0.581630 0.628023</w:t>
        <w:br/>
        <w:t>vt 0.579961 0.620778</w:t>
        <w:br/>
        <w:t>vt 0.512281 0.150007</w:t>
        <w:br/>
        <w:t>vt 0.502621 0.149920</w:t>
        <w:br/>
        <w:t>vt 0.491744 0.149565</w:t>
        <w:br/>
        <w:t>vt 0.582387 0.638277</w:t>
        <w:br/>
        <w:t>vt 0.583913 0.658000</w:t>
        <w:br/>
        <w:t>vt 0.497394 0.170084</w:t>
        <w:br/>
        <w:t>vt 0.501135 0.170844</w:t>
        <w:br/>
        <w:t>vt 0.499395 0.183012</w:t>
        <w:br/>
        <w:t>vt 0.535917 0.642440</w:t>
        <w:br/>
        <w:t>vt 0.537089 0.645423</w:t>
        <w:br/>
        <w:t>vt 0.512902 0.655501</w:t>
        <w:br/>
        <w:t>vt 0.556284 0.637262</w:t>
        <w:br/>
        <w:t>vt 0.554766 0.632285</w:t>
        <w:br/>
        <w:t>vt 0.562629 0.669132</w:t>
        <w:br/>
        <w:t>vt 0.563610 0.664116</w:t>
        <w:br/>
        <w:t>vt 0.537089 0.645423</w:t>
        <w:br/>
        <w:t>vt 0.537623 0.649322</w:t>
        <w:br/>
        <w:t>vt 0.512902 0.655501</w:t>
        <w:br/>
        <w:t>vt 0.538130 0.655384</w:t>
        <w:br/>
        <w:t>vt 0.540605 0.659793</w:t>
        <w:br/>
        <w:t>vt 0.557986 0.644190</w:t>
        <w:br/>
        <w:t>vt 0.502087 0.160777</w:t>
        <w:br/>
        <w:t>vt 0.494890 0.159522</w:t>
        <w:br/>
        <w:t>vt 0.508441 0.162475</w:t>
        <w:br/>
        <w:t>vt 0.540043 0.662663</w:t>
        <w:br/>
        <w:t>vt 0.512902 0.655501</w:t>
        <w:br/>
        <w:t>vt 0.560031 0.656290</w:t>
        <w:br/>
        <w:t>vt 0.868546 0.655071</w:t>
        <w:br/>
        <w:t>vt 0.885194 0.657127</w:t>
        <w:br/>
        <w:t>vt 0.879987 0.693360</w:t>
        <w:br/>
        <w:t>vt 0.859821 0.689532</w:t>
        <w:br/>
        <w:t>vt 0.873425 0.728003</w:t>
        <w:br/>
        <w:t>vt 0.855572 0.723084</w:t>
        <w:br/>
        <w:t>vt 0.826484 0.667812</w:t>
        <w:br/>
        <w:t>vt 0.805946 0.709199</w:t>
        <w:br/>
        <w:t>vt 0.840295 0.717435</w:t>
        <w:br/>
        <w:t>vt 0.846710 0.679710</w:t>
        <w:br/>
        <w:t>vt 0.458937 0.100721</w:t>
        <w:br/>
        <w:t>vt 0.456778 0.113312</w:t>
        <w:br/>
        <w:t>vt 0.442845 0.108230</w:t>
        <w:br/>
        <w:t>vt 0.442682 0.097494</w:t>
        <w:br/>
        <w:t>vt 0.815365 0.801643</w:t>
        <w:br/>
        <w:t>vt 0.804577 0.804218</w:t>
        <w:br/>
        <w:t>vt 0.797062 0.778592</w:t>
        <w:br/>
        <w:t>vt 0.812651 0.775397</w:t>
        <w:br/>
        <w:t>vt 0.830926 0.773102</w:t>
        <w:br/>
        <w:t>vt 0.845704 0.774671</w:t>
        <w:br/>
        <w:t>vt 0.840961 0.797183</w:t>
        <w:br/>
        <w:t>vt 0.828988 0.797817</w:t>
        <w:br/>
        <w:t>vt 0.770459 0.700000</w:t>
        <w:br/>
        <w:t>vt 0.788728 0.746470</w:t>
        <w:br/>
        <w:t>vt 0.767694 0.754694</w:t>
        <w:br/>
        <w:t>vt 0.752087 0.720096</w:t>
        <w:br/>
        <w:t>vt 0.860824 0.780044</w:t>
        <w:br/>
        <w:t>vt 0.853449 0.801237</w:t>
        <w:br/>
        <w:t>vt 0.808831 0.745613</w:t>
        <w:br/>
        <w:t>vt 0.788728 0.746470</w:t>
        <w:br/>
        <w:t>vt 0.470529 0.103088</w:t>
        <w:br/>
        <w:t>vt 0.467713 0.116149</w:t>
        <w:br/>
        <w:t>vt 0.851606 0.745761</w:t>
        <w:br/>
        <w:t>vt 0.832045 0.743931</w:t>
        <w:br/>
        <w:t>vt 0.797496 0.810061</w:t>
        <w:br/>
        <w:t>vt 0.810135 0.826052</w:t>
        <w:br/>
        <w:t>vt 0.804178 0.830678</w:t>
        <w:br/>
        <w:t>vt 0.818349 0.824547</w:t>
        <w:br/>
        <w:t>vt 0.830482 0.859750</w:t>
        <w:br/>
        <w:t>vt 0.834059 0.861118</w:t>
        <w:br/>
        <w:t>vt 0.824776 0.882360</w:t>
        <w:br/>
        <w:t>vt 0.451470 0.139704</w:t>
        <w:br/>
        <w:t>vt 0.454821 0.140295</w:t>
        <w:br/>
        <w:t>vt 0.449677 0.148638</w:t>
        <w:br/>
        <w:t>vt 0.834899 0.842923</w:t>
        <w:br/>
        <w:t>vt 0.827280 0.842300</w:t>
        <w:br/>
        <w:t>vt 0.828657 0.821775</w:t>
        <w:br/>
        <w:t>vt 0.838539 0.822311</w:t>
        <w:br/>
        <w:t>vt 0.462855 0.125463</w:t>
        <w:br/>
        <w:t>vt 0.454657 0.123857</w:t>
        <w:br/>
        <w:t>vt 0.820737 0.843655</w:t>
        <w:br/>
        <w:t>vt 0.814949 0.845023</w:t>
        <w:br/>
        <w:t>vt 0.454657 0.123857</w:t>
        <w:br/>
        <w:t>vt 0.444242 0.119663</w:t>
        <w:br/>
        <w:t>vt 0.847300 0.824730</w:t>
        <w:br/>
        <w:t>vt 0.463437 0.072651</w:t>
        <w:br/>
        <w:t>vt 0.461570 0.084592</w:t>
        <w:br/>
        <w:t>vt 0.442421 0.081364</w:t>
        <w:br/>
        <w:t>vt 0.442406 0.071590</w:t>
        <w:br/>
        <w:t>vt 0.770459 0.700000</w:t>
        <w:br/>
        <w:t>vt 0.752087 0.720096</w:t>
        <w:br/>
        <w:t>vt 0.843663 0.639922</w:t>
        <w:br/>
        <w:t>vt 0.876435 0.616538</w:t>
        <w:br/>
        <w:t>vt 0.888920 0.622231</w:t>
        <w:br/>
        <w:t>vt 0.856542 0.648117</w:t>
        <w:br/>
        <w:t>vt 0.478216 0.073241</w:t>
        <w:br/>
        <w:t>vt 0.494046 0.069168</w:t>
        <w:br/>
        <w:t>vt 0.782485 0.786660</w:t>
        <w:br/>
        <w:t>vt 0.869256 0.747713</w:t>
        <w:br/>
        <w:t>vt 0.514639 0.064939</w:t>
        <w:br/>
        <w:t>vt 0.446526 0.054738</w:t>
        <w:br/>
        <w:t>vt 0.462592 0.055613</w:t>
        <w:br/>
        <w:t>vt 0.476000 0.055254</w:t>
        <w:br/>
        <w:t>vt 0.490851 0.052952</w:t>
        <w:br/>
        <w:t>vt 0.508003 0.049962</w:t>
        <w:br/>
        <w:t>vt 0.499954 0.038031</w:t>
        <w:br/>
        <w:t>vt 0.455970 0.038972</w:t>
        <w:br/>
        <w:t>vt 0.476471 0.040301</w:t>
        <w:br/>
        <w:t>vt 0.466140 0.024641</w:t>
        <w:br/>
        <w:t>vt 0.475566 0.025339</w:t>
        <w:br/>
        <w:t>vt 0.484577 0.021730</w:t>
        <w:br/>
        <w:t>vt 0.816791 0.863417</w:t>
        <w:br/>
        <w:t>vt 0.819126 0.860977</w:t>
        <w:br/>
        <w:t>vt 0.824776 0.882360</w:t>
        <w:br/>
        <w:t>vt 0.458579 0.133666</w:t>
        <w:br/>
        <w:t>vt 0.452886 0.132651</w:t>
        <w:br/>
        <w:t>vt 0.447271 0.137861</w:t>
        <w:br/>
        <w:t>vt 0.451470 0.139704</w:t>
        <w:br/>
        <w:t>vt 0.449677 0.148638</w:t>
        <w:br/>
        <w:t>vt 0.840499 0.844767</w:t>
        <w:br/>
        <w:t>vt 0.822330 0.859670</w:t>
        <w:br/>
        <w:t>vt 0.826478 0.859509</w:t>
        <w:br/>
        <w:t>vt 0.445741 0.129627</w:t>
        <w:br/>
        <w:t>vt 0.452886 0.132651</w:t>
        <w:br/>
        <w:t>vt 0.474601 0.087825</w:t>
        <w:br/>
        <w:t>vt 0.810852 0.848716</w:t>
        <w:br/>
        <w:t>vt 0.504650 0.171792</w:t>
        <w:br/>
        <w:t>vt 0.826939 0.617867</w:t>
        <w:br/>
        <w:t>vt 0.796412 0.628508</w:t>
        <w:br/>
        <w:t>vt 0.761740 0.639229</w:t>
        <w:br/>
        <w:t>vt 0.726373 0.640412</w:t>
        <w:br/>
        <w:t>vt 0.689956 0.641803</w:t>
        <w:br/>
        <w:t>vt 0.652150 0.642625</w:t>
        <w:br/>
        <w:t>vt 0.616785 0.645324</w:t>
        <w:br/>
        <w:t>vt 0.583196 0.647847</w:t>
        <w:br/>
        <w:t>vt 0.559170 0.649968</w:t>
        <w:br/>
        <w:t>vt 0.537961 0.652117</w:t>
        <w:br/>
        <w:t>vt 0.895759 0.086447</w:t>
        <w:br/>
        <w:t>vt 0.886475 0.086447</w:t>
        <w:br/>
        <w:t>vt 0.886475 0.098032</w:t>
        <w:br/>
        <w:t>vt 0.895759 0.098032</w:t>
        <w:br/>
        <w:t>vt 0.886475 0.086447</w:t>
        <w:br/>
        <w:t>vt 0.880899 0.086447</w:t>
        <w:br/>
        <w:t>vt 0.880899 0.098032</w:t>
        <w:br/>
        <w:t>vt 0.886475 0.098032</w:t>
        <w:br/>
        <w:t>vt 0.871615 0.086447</w:t>
        <w:br/>
        <w:t>vt 0.871615 0.098032</w:t>
        <w:br/>
        <w:t>vt 0.880899 0.098032</w:t>
        <w:br/>
        <w:t>vt 0.880899 0.086447</w:t>
        <w:br/>
        <w:t>vt 0.910618 0.086447</w:t>
        <w:br/>
        <w:t>vt 0.910618 0.098032</w:t>
        <w:br/>
        <w:t>vt 0.919902 0.098032</w:t>
        <w:br/>
        <w:t>vt 0.919902 0.086447</w:t>
        <w:br/>
        <w:t>vt 0.905042 0.086447</w:t>
        <w:br/>
        <w:t>vt 0.905042 0.098032</w:t>
        <w:br/>
        <w:t>vt 0.910618 0.098032</w:t>
        <w:br/>
        <w:t>vt 0.910618 0.086447</w:t>
        <w:br/>
        <w:t>vt 0.905042 0.086447</w:t>
        <w:br/>
        <w:t>vt 0.905042 0.098032</w:t>
        <w:br/>
        <w:t>vt 0.886475 0.109778</w:t>
        <w:br/>
        <w:t>vt 0.895759 0.109778</w:t>
        <w:br/>
        <w:t>vt 0.880899 0.109778</w:t>
        <w:br/>
        <w:t>vt 0.886475 0.109778</w:t>
        <w:br/>
        <w:t>vt 0.871615 0.109778</w:t>
        <w:br/>
        <w:t>vt 0.880899 0.109778</w:t>
        <w:br/>
        <w:t>vt 0.910618 0.109778</w:t>
        <w:br/>
        <w:t>vt 0.919902 0.109778</w:t>
        <w:br/>
        <w:t>vt 0.905042 0.109778</w:t>
        <w:br/>
        <w:t>vt 0.910618 0.109778</w:t>
        <w:br/>
        <w:t>vt 0.905042 0.109778</w:t>
        <w:br/>
        <w:t>vt 0.886475 0.121890</w:t>
        <w:br/>
        <w:t>vt 0.895759 0.121890</w:t>
        <w:br/>
        <w:t>vt 0.880899 0.121890</w:t>
        <w:br/>
        <w:t>vt 0.886475 0.121890</w:t>
        <w:br/>
        <w:t>vt 0.871615 0.121890</w:t>
        <w:br/>
        <w:t>vt 0.880899 0.121890</w:t>
        <w:br/>
        <w:t>vt 0.910618 0.121890</w:t>
        <w:br/>
        <w:t>vt 0.919902 0.121890</w:t>
        <w:br/>
        <w:t>vt 0.905042 0.121890</w:t>
        <w:br/>
        <w:t>vt 0.910618 0.121890</w:t>
        <w:br/>
        <w:t>vt 0.905042 0.121890</w:t>
        <w:br/>
        <w:t>vt 0.886475 0.133376</w:t>
        <w:br/>
        <w:t>vt 0.895759 0.133376</w:t>
        <w:br/>
        <w:t>vt 0.880899 0.133376</w:t>
        <w:br/>
        <w:t>vt 0.886475 0.133376</w:t>
        <w:br/>
        <w:t>vt 0.871615 0.133376</w:t>
        <w:br/>
        <w:t>vt 0.880899 0.133376</w:t>
        <w:br/>
        <w:t>vt 0.910618 0.133376</w:t>
        <w:br/>
        <w:t>vt 0.919902 0.133376</w:t>
        <w:br/>
        <w:t>vt 0.905042 0.133376</w:t>
        <w:br/>
        <w:t>vt 0.910618 0.133376</w:t>
        <w:br/>
        <w:t>vt 0.905042 0.133376</w:t>
        <w:br/>
        <w:t>vt 0.886475 0.144710</w:t>
        <w:br/>
        <w:t>vt 0.895759 0.144710</w:t>
        <w:br/>
        <w:t>vt 0.880899 0.144710</w:t>
        <w:br/>
        <w:t>vt 0.886475 0.144710</w:t>
        <w:br/>
        <w:t>vt 0.871615 0.144710</w:t>
        <w:br/>
        <w:t>vt 0.880899 0.144710</w:t>
        <w:br/>
        <w:t>vt 0.910618 0.144710</w:t>
        <w:br/>
        <w:t>vt 0.919902 0.144710</w:t>
        <w:br/>
        <w:t>vt 0.905042 0.144710</w:t>
        <w:br/>
        <w:t>vt 0.910618 0.144710</w:t>
        <w:br/>
        <w:t>vt 0.905042 0.144710</w:t>
        <w:br/>
        <w:t>vt 0.886475 0.155888</w:t>
        <w:br/>
        <w:t>vt 0.895759 0.155888</w:t>
        <w:br/>
        <w:t>vt 0.880899 0.155888</w:t>
        <w:br/>
        <w:t>vt 0.886475 0.155888</w:t>
        <w:br/>
        <w:t>vt 0.871615 0.155888</w:t>
        <w:br/>
        <w:t>vt 0.880899 0.155888</w:t>
        <w:br/>
        <w:t>vt 0.910618 0.155888</w:t>
        <w:br/>
        <w:t>vt 0.919902 0.155888</w:t>
        <w:br/>
        <w:t>vt 0.905042 0.155888</w:t>
        <w:br/>
        <w:t>vt 0.910618 0.155888</w:t>
        <w:br/>
        <w:t>vt 0.905042 0.155888</w:t>
        <w:br/>
        <w:t>vt 0.886475 0.018045</w:t>
        <w:br/>
        <w:t>vt 0.886475 0.029223</w:t>
        <w:br/>
        <w:t>vt 0.895759 0.029223</w:t>
        <w:br/>
        <w:t>vt 0.895759 0.018045</w:t>
        <w:br/>
        <w:t>vt 0.886475 0.018045</w:t>
        <w:br/>
        <w:t>vt 0.880899 0.018045</w:t>
        <w:br/>
        <w:t>vt 0.880899 0.029223</w:t>
        <w:br/>
        <w:t>vt 0.886475 0.029223</w:t>
        <w:br/>
        <w:t>vt 0.880899 0.018045</w:t>
        <w:br/>
        <w:t>vt 0.871615 0.018045</w:t>
        <w:br/>
        <w:t>vt 0.871615 0.029223</w:t>
        <w:br/>
        <w:t>vt 0.880899 0.029223</w:t>
        <w:br/>
        <w:t>vt 0.919902 0.018045</w:t>
        <w:br/>
        <w:t>vt 0.910618 0.018045</w:t>
        <w:br/>
        <w:t>vt 0.910618 0.029223</w:t>
        <w:br/>
        <w:t>vt 0.919902 0.029223</w:t>
        <w:br/>
        <w:t>vt 0.905042 0.018045</w:t>
        <w:br/>
        <w:t>vt 0.905042 0.029223</w:t>
        <w:br/>
        <w:t>vt 0.910618 0.029223</w:t>
        <w:br/>
        <w:t>vt 0.910618 0.018045</w:t>
        <w:br/>
        <w:t>vt 0.905042 0.029223</w:t>
        <w:br/>
        <w:t>vt 0.905042 0.018045</w:t>
        <w:br/>
        <w:t>vt 0.886475 0.040557</w:t>
        <w:br/>
        <w:t>vt 0.895759 0.040557</w:t>
        <w:br/>
        <w:t>vt 0.880899 0.040557</w:t>
        <w:br/>
        <w:t>vt 0.886475 0.040557</w:t>
        <w:br/>
        <w:t>vt 0.871615 0.040557</w:t>
        <w:br/>
        <w:t>vt 0.880899 0.040557</w:t>
        <w:br/>
        <w:t>vt 0.910618 0.040557</w:t>
        <w:br/>
        <w:t>vt 0.919902 0.040557</w:t>
        <w:br/>
        <w:t>vt 0.905042 0.040557</w:t>
        <w:br/>
        <w:t>vt 0.910618 0.040557</w:t>
        <w:br/>
        <w:t>vt 0.905042 0.040557</w:t>
        <w:br/>
        <w:t>vt 0.886475 0.052043</w:t>
        <w:br/>
        <w:t>vt 0.895759 0.052043</w:t>
        <w:br/>
        <w:t>vt 0.880899 0.052043</w:t>
        <w:br/>
        <w:t>vt 0.886475 0.052043</w:t>
        <w:br/>
        <w:t>vt 0.871615 0.052043</w:t>
        <w:br/>
        <w:t>vt 0.880899 0.052043</w:t>
        <w:br/>
        <w:t>vt 0.910618 0.052043</w:t>
        <w:br/>
        <w:t>vt 0.919902 0.052043</w:t>
        <w:br/>
        <w:t>vt 0.905042 0.052043</w:t>
        <w:br/>
        <w:t>vt 0.910618 0.052043</w:t>
        <w:br/>
        <w:t>vt 0.905042 0.052043</w:t>
        <w:br/>
        <w:t>vt 0.886475 0.063529</w:t>
        <w:br/>
        <w:t>vt 0.895759 0.063529</w:t>
        <w:br/>
        <w:t>vt 0.880899 0.063529</w:t>
        <w:br/>
        <w:t>vt 0.886475 0.063529</w:t>
        <w:br/>
        <w:t>vt 0.871615 0.063529</w:t>
        <w:br/>
        <w:t>vt 0.880899 0.063529</w:t>
        <w:br/>
        <w:t>vt 0.910618 0.063529</w:t>
        <w:br/>
        <w:t>vt 0.919902 0.063529</w:t>
        <w:br/>
        <w:t>vt 0.905042 0.063529</w:t>
        <w:br/>
        <w:t>vt 0.910618 0.063529</w:t>
        <w:br/>
        <w:t>vt 0.905042 0.063529</w:t>
        <w:br/>
        <w:t>vt 0.886475 0.074863</w:t>
        <w:br/>
        <w:t>vt 0.895759 0.074863</w:t>
        <w:br/>
        <w:t>vt 0.880899 0.074863</w:t>
        <w:br/>
        <w:t>vt 0.886475 0.074863</w:t>
        <w:br/>
        <w:t>vt 0.871615 0.074863</w:t>
        <w:br/>
        <w:t>vt 0.880899 0.074863</w:t>
        <w:br/>
        <w:t>vt 0.910618 0.074863</w:t>
        <w:br/>
        <w:t>vt 0.919902 0.074863</w:t>
        <w:br/>
        <w:t>vt 0.905042 0.074863</w:t>
        <w:br/>
        <w:t>vt 0.910618 0.074863</w:t>
        <w:br/>
        <w:t>vt 0.905042 0.074863</w:t>
        <w:br/>
        <w:t>vt 0.886475 0.086447</w:t>
        <w:br/>
        <w:t>vt 0.886475 0.098032</w:t>
        <w:br/>
        <w:t>vt 0.895759 0.098032</w:t>
        <w:br/>
        <w:t>vt 0.895759 0.086447</w:t>
        <w:br/>
        <w:t>vt 0.880899 0.086447</w:t>
        <w:br/>
        <w:t>vt 0.880899 0.098032</w:t>
        <w:br/>
        <w:t>vt 0.886475 0.098032</w:t>
        <w:br/>
        <w:t>vt 0.886475 0.086447</w:t>
        <w:br/>
        <w:t>vt 0.871615 0.086447</w:t>
        <w:br/>
        <w:t>vt 0.871615 0.098032</w:t>
        <w:br/>
        <w:t>vt 0.880899 0.098032</w:t>
        <w:br/>
        <w:t>vt 0.880899 0.086447</w:t>
        <w:br/>
        <w:t>vt 0.919902 0.086447</w:t>
        <w:br/>
        <w:t>vt 0.910618 0.086447</w:t>
        <w:br/>
        <w:t>vt 0.910618 0.098032</w:t>
        <w:br/>
        <w:t>vt 0.919902 0.098032</w:t>
        <w:br/>
        <w:t>vt 0.910618 0.086447</w:t>
        <w:br/>
        <w:t>vt 0.905042 0.086447</w:t>
        <w:br/>
        <w:t>vt 0.905042 0.098032</w:t>
        <w:br/>
        <w:t>vt 0.910618 0.098032</w:t>
        <w:br/>
        <w:t>vt 0.905042 0.086447</w:t>
        <w:br/>
        <w:t>vt 0.905042 0.098032</w:t>
        <w:br/>
        <w:t>vt 0.886475 0.109778</w:t>
        <w:br/>
        <w:t>vt 0.895759 0.109778</w:t>
        <w:br/>
        <w:t>vt 0.880899 0.109778</w:t>
        <w:br/>
        <w:t>vt 0.886475 0.109778</w:t>
        <w:br/>
        <w:t>vt 0.871615 0.109778</w:t>
        <w:br/>
        <w:t>vt 0.880899 0.109778</w:t>
        <w:br/>
        <w:t>vt 0.910618 0.109778</w:t>
        <w:br/>
        <w:t>vt 0.919902 0.109778</w:t>
        <w:br/>
        <w:t>vt 0.905042 0.109778</w:t>
        <w:br/>
        <w:t>vt 0.910618 0.109778</w:t>
        <w:br/>
        <w:t>vt 0.905042 0.109778</w:t>
        <w:br/>
        <w:t>vt 0.886475 0.121890</w:t>
        <w:br/>
        <w:t>vt 0.895759 0.121890</w:t>
        <w:br/>
        <w:t>vt 0.880899 0.121890</w:t>
        <w:br/>
        <w:t>vt 0.886475 0.121890</w:t>
        <w:br/>
        <w:t>vt 0.871615 0.121890</w:t>
        <w:br/>
        <w:t>vt 0.880899 0.121890</w:t>
        <w:br/>
        <w:t>vt 0.910618 0.121890</w:t>
        <w:br/>
        <w:t>vt 0.919902 0.121890</w:t>
        <w:br/>
        <w:t>vt 0.905042 0.121890</w:t>
        <w:br/>
        <w:t>vt 0.910618 0.121890</w:t>
        <w:br/>
        <w:t>vt 0.905042 0.121890</w:t>
        <w:br/>
        <w:t>vt 0.886475 0.133376</w:t>
        <w:br/>
        <w:t>vt 0.895759 0.133376</w:t>
        <w:br/>
        <w:t>vt 0.880899 0.133376</w:t>
        <w:br/>
        <w:t>vt 0.886475 0.133376</w:t>
        <w:br/>
        <w:t>vt 0.871615 0.133376</w:t>
        <w:br/>
        <w:t>vt 0.880899 0.133376</w:t>
        <w:br/>
        <w:t>vt 0.910618 0.133376</w:t>
        <w:br/>
        <w:t>vt 0.919902 0.133376</w:t>
        <w:br/>
        <w:t>vt 0.905042 0.133376</w:t>
        <w:br/>
        <w:t>vt 0.910618 0.133376</w:t>
        <w:br/>
        <w:t>vt 0.905042 0.133376</w:t>
        <w:br/>
        <w:t>vt 0.886475 0.144710</w:t>
        <w:br/>
        <w:t>vt 0.895759 0.144710</w:t>
        <w:br/>
        <w:t>vt 0.880899 0.144710</w:t>
        <w:br/>
        <w:t>vt 0.886475 0.144710</w:t>
        <w:br/>
        <w:t>vt 0.871615 0.144710</w:t>
        <w:br/>
        <w:t>vt 0.880899 0.144710</w:t>
        <w:br/>
        <w:t>vt 0.910618 0.144710</w:t>
        <w:br/>
        <w:t>vt 0.919902 0.144710</w:t>
        <w:br/>
        <w:t>vt 0.905042 0.144710</w:t>
        <w:br/>
        <w:t>vt 0.910618 0.144710</w:t>
        <w:br/>
        <w:t>vt 0.905042 0.144710</w:t>
        <w:br/>
        <w:t>vt 0.886475 0.155888</w:t>
        <w:br/>
        <w:t>vt 0.895759 0.155888</w:t>
        <w:br/>
        <w:t>vt 0.880899 0.155888</w:t>
        <w:br/>
        <w:t>vt 0.886475 0.155888</w:t>
        <w:br/>
        <w:t>vt 0.871615 0.155888</w:t>
        <w:br/>
        <w:t>vt 0.880899 0.155888</w:t>
        <w:br/>
        <w:t>vt 0.910618 0.155888</w:t>
        <w:br/>
        <w:t>vt 0.919902 0.155888</w:t>
        <w:br/>
        <w:t>vt 0.905042 0.155888</w:t>
        <w:br/>
        <w:t>vt 0.910618 0.155888</w:t>
        <w:br/>
        <w:t>vt 0.905042 0.155888</w:t>
        <w:br/>
        <w:t>vt 0.886475 0.018045</w:t>
        <w:br/>
        <w:t>vt 0.886475 0.029223</w:t>
        <w:br/>
        <w:t>vt 0.895759 0.029223</w:t>
        <w:br/>
        <w:t>vt 0.895759 0.018045</w:t>
        <w:br/>
        <w:t>vt 0.880899 0.018045</w:t>
        <w:br/>
        <w:t>vt 0.880899 0.029223</w:t>
        <w:br/>
        <w:t>vt 0.886475 0.029223</w:t>
        <w:br/>
        <w:t>vt 0.886475 0.018045</w:t>
        <w:br/>
        <w:t>vt 0.871615 0.018045</w:t>
        <w:br/>
        <w:t>vt 0.871615 0.029223</w:t>
        <w:br/>
        <w:t>vt 0.880899 0.029223</w:t>
        <w:br/>
        <w:t>vt 0.880899 0.018045</w:t>
        <w:br/>
        <w:t>vt 0.919902 0.018045</w:t>
        <w:br/>
        <w:t>vt 0.910618 0.018045</w:t>
        <w:br/>
        <w:t>vt 0.910618 0.029223</w:t>
        <w:br/>
        <w:t>vt 0.919902 0.029223</w:t>
        <w:br/>
        <w:t>vt 0.910618 0.018045</w:t>
        <w:br/>
        <w:t>vt 0.905042 0.018045</w:t>
        <w:br/>
        <w:t>vt 0.905042 0.029223</w:t>
        <w:br/>
        <w:t>vt 0.910618 0.029223</w:t>
        <w:br/>
        <w:t>vt 0.905042 0.018045</w:t>
        <w:br/>
        <w:t>vt 0.905042 0.029223</w:t>
        <w:br/>
        <w:t>vt 0.886475 0.040557</w:t>
        <w:br/>
        <w:t>vt 0.895759 0.040557</w:t>
        <w:br/>
        <w:t>vt 0.880899 0.040557</w:t>
        <w:br/>
        <w:t>vt 0.886475 0.040557</w:t>
        <w:br/>
        <w:t>vt 0.871615 0.040557</w:t>
        <w:br/>
        <w:t>vt 0.880899 0.040557</w:t>
        <w:br/>
        <w:t>vt 0.910618 0.040557</w:t>
        <w:br/>
        <w:t>vt 0.919902 0.040557</w:t>
        <w:br/>
        <w:t>vt 0.905042 0.040557</w:t>
        <w:br/>
        <w:t>vt 0.910618 0.040557</w:t>
        <w:br/>
        <w:t>vt 0.905042 0.040557</w:t>
        <w:br/>
        <w:t>vt 0.886475 0.052043</w:t>
        <w:br/>
        <w:t>vt 0.895759 0.052043</w:t>
        <w:br/>
        <w:t>vt 0.880899 0.052043</w:t>
        <w:br/>
        <w:t>vt 0.886475 0.052043</w:t>
        <w:br/>
        <w:t>vt 0.871615 0.052043</w:t>
        <w:br/>
        <w:t>vt 0.880899 0.052043</w:t>
        <w:br/>
        <w:t>vt 0.910618 0.052043</w:t>
        <w:br/>
        <w:t>vt 0.919902 0.052043</w:t>
        <w:br/>
        <w:t>vt 0.905042 0.052043</w:t>
        <w:br/>
        <w:t>vt 0.910618 0.052043</w:t>
        <w:br/>
        <w:t>vt 0.905042 0.052043</w:t>
        <w:br/>
        <w:t>vt 0.886475 0.063529</w:t>
        <w:br/>
        <w:t>vt 0.895759 0.063529</w:t>
        <w:br/>
        <w:t>vt 0.880899 0.063529</w:t>
        <w:br/>
        <w:t>vt 0.886475 0.063529</w:t>
        <w:br/>
        <w:t>vt 0.871615 0.063529</w:t>
        <w:br/>
        <w:t>vt 0.880899 0.063529</w:t>
        <w:br/>
        <w:t>vt 0.910618 0.063529</w:t>
        <w:br/>
        <w:t>vt 0.919902 0.063529</w:t>
        <w:br/>
        <w:t>vt 0.905042 0.063529</w:t>
        <w:br/>
        <w:t>vt 0.910618 0.063529</w:t>
        <w:br/>
        <w:t>vt 0.905042 0.063529</w:t>
        <w:br/>
        <w:t>vt 0.886475 0.074863</w:t>
        <w:br/>
        <w:t>vt 0.895759 0.074863</w:t>
        <w:br/>
        <w:t>vt 0.880899 0.074863</w:t>
        <w:br/>
        <w:t>vt 0.886475 0.074863</w:t>
        <w:br/>
        <w:t>vt 0.871615 0.074863</w:t>
        <w:br/>
        <w:t>vt 0.880899 0.074863</w:t>
        <w:br/>
        <w:t>vt 0.910618 0.074863</w:t>
        <w:br/>
        <w:t>vt 0.919902 0.074863</w:t>
        <w:br/>
        <w:t>vt 0.905042 0.074863</w:t>
        <w:br/>
        <w:t>vt 0.910618 0.074863</w:t>
        <w:br/>
        <w:t>vt 0.905042 0.074863</w:t>
        <w:br/>
        <w:t>vt 0.886475 0.086447</w:t>
        <w:br/>
        <w:t>vt 0.886475 0.098032</w:t>
        <w:br/>
        <w:t>vt 0.895759 0.098032</w:t>
        <w:br/>
        <w:t>vt 0.895759 0.086447</w:t>
        <w:br/>
        <w:t>vt 0.880899 0.086447</w:t>
        <w:br/>
        <w:t>vt 0.880899 0.098032</w:t>
        <w:br/>
        <w:t>vt 0.886475 0.098032</w:t>
        <w:br/>
        <w:t>vt 0.886475 0.086447</w:t>
        <w:br/>
        <w:t>vt 0.880899 0.086447</w:t>
        <w:br/>
        <w:t>vt 0.871615 0.086447</w:t>
        <w:br/>
        <w:t>vt 0.871615 0.098032</w:t>
        <w:br/>
        <w:t>vt 0.880899 0.098032</w:t>
        <w:br/>
        <w:t>vt 0.919902 0.086447</w:t>
        <w:br/>
        <w:t>vt 0.910618 0.086447</w:t>
        <w:br/>
        <w:t>vt 0.910618 0.098032</w:t>
        <w:br/>
        <w:t>vt 0.919902 0.098032</w:t>
        <w:br/>
        <w:t>vt 0.910618 0.086447</w:t>
        <w:br/>
        <w:t>vt 0.905042 0.086447</w:t>
        <w:br/>
        <w:t>vt 0.905042 0.098032</w:t>
        <w:br/>
        <w:t>vt 0.910618 0.098032</w:t>
        <w:br/>
        <w:t>vt 0.905042 0.098032</w:t>
        <w:br/>
        <w:t>vt 0.905042 0.086447</w:t>
        <w:br/>
        <w:t>vt 0.886475 0.109778</w:t>
        <w:br/>
        <w:t>vt 0.895759 0.109778</w:t>
        <w:br/>
        <w:t>vt 0.880899 0.109778</w:t>
        <w:br/>
        <w:t>vt 0.886475 0.109778</w:t>
        <w:br/>
        <w:t>vt 0.871615 0.109778</w:t>
        <w:br/>
        <w:t>vt 0.880899 0.109778</w:t>
        <w:br/>
        <w:t>vt 0.910618 0.109778</w:t>
        <w:br/>
        <w:t>vt 0.919902 0.109778</w:t>
        <w:br/>
        <w:t>vt 0.905042 0.109778</w:t>
        <w:br/>
        <w:t>vt 0.910618 0.109778</w:t>
        <w:br/>
        <w:t>vt 0.905042 0.109778</w:t>
        <w:br/>
        <w:t>vt 0.886475 0.121890</w:t>
        <w:br/>
        <w:t>vt 0.895759 0.121890</w:t>
        <w:br/>
        <w:t>vt 0.880899 0.121890</w:t>
        <w:br/>
        <w:t>vt 0.886475 0.121890</w:t>
        <w:br/>
        <w:t>vt 0.871615 0.121890</w:t>
        <w:br/>
        <w:t>vt 0.880899 0.121890</w:t>
        <w:br/>
        <w:t>vt 0.910618 0.121890</w:t>
        <w:br/>
        <w:t>vt 0.919902 0.121890</w:t>
        <w:br/>
        <w:t>vt 0.905042 0.121890</w:t>
        <w:br/>
        <w:t>vt 0.910618 0.121890</w:t>
        <w:br/>
        <w:t>vt 0.905042 0.121890</w:t>
        <w:br/>
        <w:t>vt 0.886475 0.133376</w:t>
        <w:br/>
        <w:t>vt 0.895759 0.133376</w:t>
        <w:br/>
        <w:t>vt 0.880899 0.133376</w:t>
        <w:br/>
        <w:t>vt 0.886475 0.133376</w:t>
        <w:br/>
        <w:t>vt 0.871615 0.133376</w:t>
        <w:br/>
        <w:t>vt 0.880899 0.133376</w:t>
        <w:br/>
        <w:t>vt 0.910618 0.133376</w:t>
        <w:br/>
        <w:t>vt 0.919902 0.133376</w:t>
        <w:br/>
        <w:t>vt 0.905042 0.133376</w:t>
        <w:br/>
        <w:t>vt 0.910618 0.133376</w:t>
        <w:br/>
        <w:t>vt 0.905042 0.133376</w:t>
        <w:br/>
        <w:t>vt 0.886475 0.144710</w:t>
        <w:br/>
        <w:t>vt 0.895759 0.144710</w:t>
        <w:br/>
        <w:t>vt 0.880899 0.144710</w:t>
        <w:br/>
        <w:t>vt 0.886475 0.144710</w:t>
        <w:br/>
        <w:t>vt 0.871615 0.144710</w:t>
        <w:br/>
        <w:t>vt 0.880899 0.144710</w:t>
        <w:br/>
        <w:t>vt 0.910618 0.144710</w:t>
        <w:br/>
        <w:t>vt 0.919902 0.144710</w:t>
        <w:br/>
        <w:t>vt 0.905042 0.144710</w:t>
        <w:br/>
        <w:t>vt 0.910618 0.144710</w:t>
        <w:br/>
        <w:t>vt 0.905042 0.144710</w:t>
        <w:br/>
        <w:t>vt 0.886475 0.155888</w:t>
        <w:br/>
        <w:t>vt 0.895759 0.155888</w:t>
        <w:br/>
        <w:t>vt 0.880899 0.155888</w:t>
        <w:br/>
        <w:t>vt 0.886475 0.155888</w:t>
        <w:br/>
        <w:t>vt 0.871615 0.155888</w:t>
        <w:br/>
        <w:t>vt 0.880899 0.155888</w:t>
        <w:br/>
        <w:t>vt 0.910618 0.155888</w:t>
        <w:br/>
        <w:t>vt 0.919902 0.155888</w:t>
        <w:br/>
        <w:t>vt 0.905042 0.155888</w:t>
        <w:br/>
        <w:t>vt 0.910618 0.155888</w:t>
        <w:br/>
        <w:t>vt 0.905042 0.155888</w:t>
        <w:br/>
        <w:t>vt 0.895759 0.018045</w:t>
        <w:br/>
        <w:t>vt 0.886475 0.018045</w:t>
        <w:br/>
        <w:t>vt 0.886475 0.029223</w:t>
        <w:br/>
        <w:t>vt 0.895759 0.029223</w:t>
        <w:br/>
        <w:t>vt 0.880899 0.018045</w:t>
        <w:br/>
        <w:t>vt 0.880899 0.029223</w:t>
        <w:br/>
        <w:t>vt 0.886475 0.029223</w:t>
        <w:br/>
        <w:t>vt 0.886475 0.018045</w:t>
        <w:br/>
        <w:t>vt 0.871615 0.018045</w:t>
        <w:br/>
        <w:t>vt 0.871615 0.029223</w:t>
        <w:br/>
        <w:t>vt 0.880899 0.029223</w:t>
        <w:br/>
        <w:t>vt 0.880899 0.018045</w:t>
        <w:br/>
        <w:t>vt 0.910618 0.018045</w:t>
        <w:br/>
        <w:t>vt 0.910618 0.029223</w:t>
        <w:br/>
        <w:t>vt 0.919902 0.029223</w:t>
        <w:br/>
        <w:t>vt 0.919902 0.018045</w:t>
        <w:br/>
        <w:t>vt 0.910618 0.018045</w:t>
        <w:br/>
        <w:t>vt 0.905042 0.018045</w:t>
        <w:br/>
        <w:t>vt 0.905042 0.029223</w:t>
        <w:br/>
        <w:t>vt 0.910618 0.029223</w:t>
        <w:br/>
        <w:t>vt 0.905042 0.018045</w:t>
        <w:br/>
        <w:t>vt 0.905042 0.029223</w:t>
        <w:br/>
        <w:t>vt 0.886475 0.040557</w:t>
        <w:br/>
        <w:t>vt 0.895759 0.040557</w:t>
        <w:br/>
        <w:t>vt 0.880899 0.040557</w:t>
        <w:br/>
        <w:t>vt 0.886475 0.040557</w:t>
        <w:br/>
        <w:t>vt 0.871615 0.040557</w:t>
        <w:br/>
        <w:t>vt 0.880899 0.040557</w:t>
        <w:br/>
        <w:t>vt 0.910618 0.040557</w:t>
        <w:br/>
        <w:t>vt 0.919902 0.040557</w:t>
        <w:br/>
        <w:t>vt 0.905042 0.040557</w:t>
        <w:br/>
        <w:t>vt 0.910618 0.040557</w:t>
        <w:br/>
        <w:t>vt 0.905042 0.040557</w:t>
        <w:br/>
        <w:t>vt 0.886475 0.052043</w:t>
        <w:br/>
        <w:t>vt 0.895759 0.052043</w:t>
        <w:br/>
        <w:t>vt 0.880899 0.052043</w:t>
        <w:br/>
        <w:t>vt 0.886475 0.052043</w:t>
        <w:br/>
        <w:t>vt 0.871615 0.052043</w:t>
        <w:br/>
        <w:t>vt 0.880899 0.052043</w:t>
        <w:br/>
        <w:t>vt 0.910618 0.052043</w:t>
        <w:br/>
        <w:t>vt 0.919902 0.052043</w:t>
        <w:br/>
        <w:t>vt 0.905042 0.052043</w:t>
        <w:br/>
        <w:t>vt 0.910618 0.052043</w:t>
        <w:br/>
        <w:t>vt 0.905042 0.052043</w:t>
        <w:br/>
        <w:t>vt 0.886475 0.063529</w:t>
        <w:br/>
        <w:t>vt 0.895759 0.063529</w:t>
        <w:br/>
        <w:t>vt 0.880899 0.063529</w:t>
        <w:br/>
        <w:t>vt 0.886475 0.063529</w:t>
        <w:br/>
        <w:t>vt 0.871615 0.063529</w:t>
        <w:br/>
        <w:t>vt 0.880899 0.063529</w:t>
        <w:br/>
        <w:t>vt 0.910618 0.063529</w:t>
        <w:br/>
        <w:t>vt 0.919902 0.063529</w:t>
        <w:br/>
        <w:t>vt 0.905042 0.063529</w:t>
        <w:br/>
        <w:t>vt 0.910618 0.063529</w:t>
        <w:br/>
        <w:t>vt 0.905042 0.063529</w:t>
        <w:br/>
        <w:t>vt 0.886475 0.074863</w:t>
        <w:br/>
        <w:t>vt 0.895759 0.074863</w:t>
        <w:br/>
        <w:t>vt 0.880899 0.074863</w:t>
        <w:br/>
        <w:t>vt 0.886475 0.074863</w:t>
        <w:br/>
        <w:t>vt 0.871615 0.074863</w:t>
        <w:br/>
        <w:t>vt 0.880899 0.074863</w:t>
        <w:br/>
        <w:t>vt 0.910618 0.074863</w:t>
        <w:br/>
        <w:t>vt 0.919902 0.074863</w:t>
        <w:br/>
        <w:t>vt 0.905042 0.074863</w:t>
        <w:br/>
        <w:t>vt 0.910618 0.074863</w:t>
        <w:br/>
        <w:t>vt 0.905042 0.074863</w:t>
        <w:br/>
        <w:t>vt 0.680772 0.127372</w:t>
        <w:br/>
        <w:t>vt 0.665257 0.134663</w:t>
        <w:br/>
        <w:t>vt 0.672365 0.152422</w:t>
        <w:br/>
        <w:t>vt 0.693321 0.141505</w:t>
        <w:br/>
        <w:t>vt 0.715960 0.120244</w:t>
        <w:br/>
        <w:t>vt 0.698610 0.109392</w:t>
        <w:br/>
        <w:t>vt 0.691080 0.120849</w:t>
        <w:br/>
        <w:t>vt 0.704769 0.133310</w:t>
        <w:br/>
        <w:t>vt 0.704793 0.097470</w:t>
        <w:br/>
        <w:t>vt 0.725078 0.103212</w:t>
        <w:br/>
        <w:t>vt 0.717626 0.181870</w:t>
        <w:br/>
        <w:t>vt 0.709470 0.166691</w:t>
        <w:br/>
        <w:t>vt 0.687826 0.181415</w:t>
        <w:br/>
        <w:t>vt 0.695646 0.195583</w:t>
        <w:br/>
        <w:t>vt 0.665977 0.099238</w:t>
        <w:br/>
        <w:t>vt 0.646617 0.081794</w:t>
        <w:br/>
        <w:t>vt 0.660757 0.101240</w:t>
        <w:br/>
        <w:t>vt 0.761805 0.511456</w:t>
        <w:br/>
        <w:t>vt 0.766037 0.528775</w:t>
        <w:br/>
        <w:t>vt 0.782377 0.524950</w:t>
        <w:br/>
        <w:t>vt 0.778181 0.508740</w:t>
        <w:br/>
        <w:t>vt 0.670369 0.114091</w:t>
        <w:br/>
        <w:t>vt 0.659111 0.118430</w:t>
        <w:br/>
        <w:t>vt 0.702578 0.071866</w:t>
        <w:br/>
        <w:t>vt 0.687820 0.074106</w:t>
        <w:br/>
        <w:t>vt 0.689127 0.083081</w:t>
        <w:br/>
        <w:t>vt 0.704404 0.083595</w:t>
        <w:br/>
        <w:t>vt 0.730957 0.172772</w:t>
        <w:br/>
        <w:t>vt 0.722761 0.157123</w:t>
        <w:br/>
        <w:t>vt 0.831979 0.494718</w:t>
        <w:br/>
        <w:t>vt 0.817624 0.498483</w:t>
        <w:br/>
        <w:t>vt 0.822042 0.510342</w:t>
        <w:br/>
        <w:t>vt 0.835873 0.504648</w:t>
        <w:br/>
        <w:t>vt 0.714340 0.054051</w:t>
        <w:br/>
        <w:t>vt 0.697452 0.060929</w:t>
        <w:br/>
        <w:t>vt 0.702578 0.071866</w:t>
        <w:br/>
        <w:t>vt 0.719263 0.068832</w:t>
        <w:br/>
        <w:t>vt 0.739753 0.144551</w:t>
        <w:br/>
        <w:t>vt 0.750250 0.164585</w:t>
        <w:br/>
        <w:t>vt 0.840828 0.513656</w:t>
        <w:br/>
        <w:t>vt 0.849998 0.501456</w:t>
        <w:br/>
        <w:t>vt 0.844886 0.442581</w:t>
        <w:br/>
        <w:t>vt 0.841448 0.445526</w:t>
        <w:br/>
        <w:t>vt 0.854396 0.451770</w:t>
        <w:br/>
        <w:t>vt 0.825812 0.421092</w:t>
        <w:br/>
        <w:t>vt 0.818689 0.425612</w:t>
        <w:br/>
        <w:t>vt 0.829463 0.435289</w:t>
        <w:br/>
        <w:t>vt 0.834212 0.431798</w:t>
        <w:br/>
        <w:t>vt 0.827505 0.521472</w:t>
        <w:br/>
        <w:t>vt 0.810485 0.515328</w:t>
        <w:br/>
        <w:t>vt 0.817268 0.528007</w:t>
        <w:br/>
        <w:t>vt 0.806013 0.501323</w:t>
        <w:br/>
        <w:t>vt 0.825836 0.539178</w:t>
        <w:br/>
        <w:t>vt 0.836068 0.530343</w:t>
        <w:br/>
        <w:t>vt 0.846735 0.519876</w:t>
        <w:br/>
        <w:t>vt 0.713863 0.145212</w:t>
        <w:br/>
        <w:t>vt 0.701592 0.154254</w:t>
        <w:br/>
        <w:t>vt 0.728411 0.131145</w:t>
        <w:br/>
        <w:t>vt 0.679620 0.167292</w:t>
        <w:br/>
        <w:t>vt 0.752875 0.531180</w:t>
        <w:br/>
        <w:t>vt 0.748974 0.513418</w:t>
        <w:br/>
        <w:t>vt 0.689224 0.093282</w:t>
        <w:br/>
        <w:t>vt 0.684308 0.101733</w:t>
        <w:br/>
        <w:t>vt 0.705059 0.032159</w:t>
        <w:br/>
        <w:t>vt 0.688927 0.043663</w:t>
        <w:br/>
        <w:t>vt 0.719263 0.068832</w:t>
        <w:br/>
        <w:t>vt 0.723864 0.084205</w:t>
        <w:br/>
        <w:t>vt 0.704793 0.097470</w:t>
        <w:br/>
        <w:t>vt 0.725078 0.103212</w:t>
        <w:br/>
        <w:t>vt 0.672643 0.076624</w:t>
        <w:br/>
        <w:t>vt 0.668565 0.071920</w:t>
        <w:br/>
        <w:t>vt 0.646617 0.081794</w:t>
        <w:br/>
        <w:t>vt 0.775958 0.488881</w:t>
        <w:br/>
        <w:t>vt 0.759527 0.489775</w:t>
        <w:br/>
        <w:t>vt 0.761805 0.511456</w:t>
        <w:br/>
        <w:t>vt 0.778181 0.508740</w:t>
        <w:br/>
        <w:t>vt 0.775741 0.471211</w:t>
        <w:br/>
        <w:t>vt 0.778992 0.454496</w:t>
        <w:br/>
        <w:t>vt 0.764841 0.452702</w:t>
        <w:br/>
        <w:t>vt 0.761323 0.470479</w:t>
        <w:br/>
        <w:t>vt 0.830365 0.484192</w:t>
        <w:br/>
        <w:t>vt 0.815796 0.486028</w:t>
        <w:br/>
        <w:t>vt 0.817624 0.498483</w:t>
        <w:br/>
        <w:t>vt 0.831979 0.494718</w:t>
        <w:br/>
        <w:t>vt 0.775741 0.471211</w:t>
        <w:br/>
        <w:t>vt 0.761323 0.470479</w:t>
        <w:br/>
        <w:t>vt 0.805403 0.459267</w:t>
        <w:br/>
        <w:t>vt 0.818178 0.462047</w:t>
        <w:br/>
        <w:t>vt 0.819793 0.453204</w:t>
        <w:br/>
        <w:t>vt 0.806565 0.449017</w:t>
        <w:br/>
        <w:t>vt 0.803755 0.487078</w:t>
        <w:br/>
        <w:t>vt 0.814964 0.473880</w:t>
        <w:br/>
        <w:t>vt 0.802408 0.473029</w:t>
        <w:br/>
        <w:t>vt 0.806013 0.501323</w:t>
        <w:br/>
        <w:t>vt 0.830323 0.474070</w:t>
        <w:br/>
        <w:t>vt 0.844161 0.473310</w:t>
        <w:br/>
        <w:t>vt 0.831717 0.465644</w:t>
        <w:br/>
        <w:t>vt 0.728701 0.048826</w:t>
        <w:br/>
        <w:t>vt 0.732407 0.064383</w:t>
        <w:br/>
        <w:t>vt 0.744590 0.060802</w:t>
        <w:br/>
        <w:t>vt 0.745567 0.043534</w:t>
        <w:br/>
        <w:t>vt 0.757012 0.430160</w:t>
        <w:br/>
        <w:t>vt 0.753597 0.437697</w:t>
        <w:br/>
        <w:t>vt 0.767404 0.441635</w:t>
        <w:br/>
        <w:t>vt 0.772111 0.429649</w:t>
        <w:br/>
        <w:t>vt 0.746165 0.499138</w:t>
        <w:br/>
        <w:t>vt 0.748974 0.513418</w:t>
        <w:br/>
        <w:t>vt 0.675184 0.055088</w:t>
        <w:br/>
        <w:t>vt 0.682719 0.066162</w:t>
        <w:br/>
        <w:t>vt 0.748596 0.468811</w:t>
        <w:br/>
        <w:t>vt 0.746730 0.482938</w:t>
        <w:br/>
        <w:t>vt 0.176487 0.387696</w:t>
        <w:br/>
        <w:t>vt 0.172541 0.380665</w:t>
        <w:br/>
        <w:t>vt 0.171574 0.387685</w:t>
        <w:br/>
        <w:t>vt 0.728007 0.464207</w:t>
        <w:br/>
        <w:t>vt 0.716507 0.460604</w:t>
        <w:br/>
        <w:t>vt 0.726707 0.469465</w:t>
        <w:br/>
        <w:t>vt 0.166368 0.409390</w:t>
        <w:br/>
        <w:t>vt 0.184971 0.409390</w:t>
        <w:br/>
        <w:t>vt 0.182294 0.400995</w:t>
        <w:br/>
        <w:t>vt 0.168824 0.400795</w:t>
        <w:br/>
        <w:t>vt 0.780778 0.443509</w:t>
        <w:br/>
        <w:t>vt 0.808820 0.416229</w:t>
        <w:br/>
        <w:t>vt 0.798363 0.409507</w:t>
        <w:br/>
        <w:t>vt 0.791493 0.419772</w:t>
        <w:br/>
        <w:t>vt 0.801376 0.427687</w:t>
        <w:br/>
        <w:t>vt 0.456741 0.360930</w:t>
        <w:br/>
        <w:t>vt 0.467707 0.370474</w:t>
        <w:br/>
        <w:t>vt 0.468102 0.361543</w:t>
        <w:br/>
        <w:t>vt 0.728222 0.458390</w:t>
        <w:br/>
        <w:t>vt 0.716507 0.460604</w:t>
        <w:br/>
        <w:t>vt 0.728007 0.464207</w:t>
        <w:br/>
        <w:t>vt 0.844040 0.479775</w:t>
        <w:br/>
        <w:t>vt 0.806825 0.534476</w:t>
        <w:br/>
        <w:t>vt 0.793421 0.543669</w:t>
        <w:br/>
        <w:t>vt 0.798378 0.553587</w:t>
        <w:br/>
        <w:t>vt 0.815295 0.547499</w:t>
        <w:br/>
        <w:t>vt 0.117369 0.401193</w:t>
        <w:br/>
        <w:t>vt 0.113277 0.412145</w:t>
        <w:br/>
        <w:t>vt 0.129194 0.412145</w:t>
        <w:br/>
        <w:t>vt 0.127747 0.401301</w:t>
        <w:br/>
        <w:t>vt 0.744590 0.060802</w:t>
        <w:br/>
        <w:t>vt 0.755211 0.077027</w:t>
        <w:br/>
        <w:t>vt 0.745567 0.043534</w:t>
        <w:br/>
        <w:t>vt 0.787005 0.535598</w:t>
        <w:br/>
        <w:t>vt 0.793421 0.543669</w:t>
        <w:br/>
        <w:t>vt 0.806825 0.534476</w:t>
        <w:br/>
        <w:t>vt 0.798301 0.520090</w:t>
        <w:br/>
        <w:t>vt 0.727568 0.196755</w:t>
        <w:br/>
        <w:t>vt 0.755949 0.186804</w:t>
        <w:br/>
        <w:t>vt 0.739020 0.186165</w:t>
        <w:br/>
        <w:t>vt 0.460094 0.372807</w:t>
        <w:br/>
        <w:t>vt 0.760247 0.393939</w:t>
        <w:br/>
        <w:t>vt 0.758422 0.397334</w:t>
        <w:br/>
        <w:t>vt 0.764221 0.400749</w:t>
        <w:br/>
        <w:t>vt 0.767133 0.395982</w:t>
        <w:br/>
        <w:t>vt 0.773366 0.406901</w:t>
        <w:br/>
        <w:t>vt 0.777161 0.399675</w:t>
        <w:br/>
        <w:t>vt 0.808820 0.416229</w:t>
        <w:br/>
        <w:t>vt 0.818887 0.409797</w:t>
        <w:br/>
        <w:t>vt 0.803038 0.400407</w:t>
        <w:br/>
        <w:t>vt 0.798363 0.409507</w:t>
        <w:br/>
        <w:t>vt 0.791036 0.395824</w:t>
        <w:br/>
        <w:t>vt 0.788417 0.404343</w:t>
        <w:br/>
        <w:t>vt 0.753414 0.389567</w:t>
        <w:br/>
        <w:t>vt 0.744619 0.389513</w:t>
        <w:br/>
        <w:t>vt 0.753361 0.391940</w:t>
        <w:br/>
        <w:t>vt 0.761033 0.405294</w:t>
        <w:br/>
        <w:t>vt 0.769364 0.412774</w:t>
        <w:br/>
        <w:t>vt 0.773366 0.406901</w:t>
        <w:br/>
        <w:t>vt 0.764221 0.400749</w:t>
        <w:br/>
        <w:t>vt 0.808911 0.440388</w:t>
        <w:br/>
        <w:t>vt 0.821966 0.445649</w:t>
        <w:br/>
        <w:t>vt 0.811467 0.436565</w:t>
        <w:br/>
        <w:t>vt 0.739799 0.108500</w:t>
        <w:br/>
        <w:t>vt 0.738849 0.081672</w:t>
        <w:br/>
        <w:t>vt 0.755211 0.077027</w:t>
        <w:br/>
        <w:t>vt 0.740676 0.093589</w:t>
        <w:br/>
        <w:t>vt 0.740235 0.514561</w:t>
        <w:br/>
        <w:t>vt 0.742031 0.527616</w:t>
        <w:br/>
        <w:t>vt 0.678382 0.109994</w:t>
        <w:br/>
        <w:t>vt 0.670270 0.094346</w:t>
        <w:br/>
        <w:t>vt 0.646617 0.081794</w:t>
        <w:br/>
        <w:t>vt 0.665977 0.099238</w:t>
        <w:br/>
        <w:t>vt 0.653897 0.103487</w:t>
        <w:br/>
        <w:t>vt 0.673776 0.089137</w:t>
        <w:br/>
        <w:t>vt 0.673744 0.082542</w:t>
        <w:br/>
        <w:t>vt 0.672643 0.076624</w:t>
        <w:br/>
        <w:t>vt 0.646617 0.081794</w:t>
        <w:br/>
        <w:t>vt 0.687820 0.074106</w:t>
        <w:br/>
        <w:t>vt 0.663310 0.065951</w:t>
        <w:br/>
        <w:t>vt 0.691080 0.120849</w:t>
        <w:br/>
        <w:t>vt 0.835781 0.452974</w:t>
        <w:br/>
        <w:t>vt 0.833442 0.458844</w:t>
        <w:br/>
        <w:t>vt 0.845332 0.464432</w:t>
        <w:br/>
        <w:t>vt 0.801376 0.427687</w:t>
        <w:br/>
        <w:t>vt 0.791493 0.419772</w:t>
        <w:br/>
        <w:t>vt 0.785742 0.428465</w:t>
        <w:br/>
        <w:t>vt 0.796154 0.436305</w:t>
        <w:br/>
        <w:t>vt 0.127156 0.395318</w:t>
        <w:br/>
        <w:t>vt 0.119457 0.395237</w:t>
        <w:br/>
        <w:t>vt 0.474151 0.370177</w:t>
        <w:br/>
        <w:t>vt 0.475837 0.362939</w:t>
        <w:br/>
        <w:t>vt 0.788417 0.404343</w:t>
        <w:br/>
        <w:t>vt 0.783280 0.414007</w:t>
        <w:br/>
        <w:t>vt 0.778450 0.420985</w:t>
        <w:br/>
        <w:t>vt 0.783280 0.414007</w:t>
        <w:br/>
        <w:t>vt 0.777161 0.399675</w:t>
        <w:br/>
        <w:t>vt 0.779391 0.392291</w:t>
        <w:br/>
        <w:t>vt 0.768209 0.389991</w:t>
        <w:br/>
        <w:t>vt 0.767133 0.395982</w:t>
        <w:br/>
        <w:t>vt 0.753361 0.391940</w:t>
        <w:br/>
        <w:t>vt 0.744619 0.389513</w:t>
        <w:br/>
        <w:t>vt 0.752317 0.393795</w:t>
        <w:br/>
        <w:t>vt 0.784256 0.432814</w:t>
        <w:br/>
        <w:t>vt 0.829463 0.435289</w:t>
        <w:br/>
        <w:t>vt 0.719600 0.023688</w:t>
        <w:br/>
        <w:t>vt 0.734262 0.015662</w:t>
        <w:br/>
        <w:t>vt 0.139171 0.383009</w:t>
        <w:br/>
        <w:t>vt 0.141698 0.391881</w:t>
        <w:br/>
        <w:t>vt 0.151123 0.389938</w:t>
        <w:br/>
        <w:t>vt 0.152631 0.380895</w:t>
        <w:br/>
        <w:t>vt 0.496976 0.373367</w:t>
        <w:br/>
        <w:t>vt 0.502159 0.374963</w:t>
        <w:br/>
        <w:t>vt 0.497624 0.371914</w:t>
        <w:br/>
        <w:t>vt 0.760168 0.389709</w:t>
        <w:br/>
        <w:t>vt 0.760247 0.393939</w:t>
        <w:br/>
        <w:t>vt 0.752317 0.393795</w:t>
        <w:br/>
        <w:t>vt 0.744619 0.389513</w:t>
        <w:br/>
        <w:t>vt 0.751014 0.395456</w:t>
        <w:br/>
        <w:t>vt 0.758422 0.397334</w:t>
        <w:br/>
        <w:t>vt 0.755913 0.400126</w:t>
        <w:br/>
        <w:t>vt 0.750885 0.446678</w:t>
        <w:br/>
        <w:t>vt 0.731839 0.435052</w:t>
        <w:br/>
        <w:t>vt 0.739138 0.440118</w:t>
        <w:br/>
        <w:t>vt 0.741004 0.434071</w:t>
        <w:br/>
        <w:t>vt 0.733069 0.431017</w:t>
        <w:br/>
        <w:t>vt 0.678382 0.109994</w:t>
        <w:br/>
        <w:t>vt 0.151044 0.403546</w:t>
        <w:br/>
        <w:t>vt 0.150794 0.398192</w:t>
        <w:br/>
        <w:t>vt 0.144265 0.399704</w:t>
        <w:br/>
        <w:t>vt 0.146615 0.404648</w:t>
        <w:br/>
        <w:t>vt 0.743541 0.429084</w:t>
        <w:br/>
        <w:t>vt 0.724699 0.427092</w:t>
        <w:br/>
        <w:t>vt 0.716852 0.422702</w:t>
        <w:br/>
        <w:t>vt 0.724117 0.429068</w:t>
        <w:br/>
        <w:t>vt 0.149497 0.409951</w:t>
        <w:br/>
        <w:t>vt 0.152631 0.415032</w:t>
        <w:br/>
        <w:t>vt 0.151678 0.409415</w:t>
        <w:br/>
        <w:t>vt 0.734945 0.427670</w:t>
        <w:br/>
        <w:t>vt 0.793518 0.445668</w:t>
        <w:br/>
        <w:t>vt 0.792677 0.456742</w:t>
        <w:br/>
        <w:t>vt 0.789832 0.472471</w:t>
        <w:br/>
        <w:t>vt 0.791607 0.488302</w:t>
        <w:br/>
        <w:t>vt 0.789832 0.472471</w:t>
        <w:br/>
        <w:t>vt 0.794084 0.504811</w:t>
        <w:br/>
        <w:t>vt 0.739020 0.186165</w:t>
        <w:br/>
        <w:t>vt 0.755949 0.186804</w:t>
        <w:br/>
        <w:t>vt 0.727568 0.196755</w:t>
        <w:br/>
        <w:t>vt 0.794084 0.504811</w:t>
        <w:br/>
        <w:t>vt 0.704363 0.209135</w:t>
        <w:br/>
        <w:t>vt 0.818689 0.425612</w:t>
        <w:br/>
        <w:t>vt 0.736630 0.476747</w:t>
        <w:br/>
        <w:t>vt 0.738341 0.466923</w:t>
        <w:br/>
        <w:t>vt 0.738341 0.466923</w:t>
        <w:br/>
        <w:t>vt 0.739317 0.456652</w:t>
        <w:br/>
        <w:t>vt 0.748596 0.468811</w:t>
        <w:br/>
        <w:t>vt 0.750232 0.454784</w:t>
        <w:br/>
        <w:t>vt 0.170535 0.394318</w:t>
        <w:br/>
        <w:t>vt 0.179723 0.394316</w:t>
        <w:br/>
        <w:t>vt 0.733083 0.514878</w:t>
        <w:br/>
        <w:t>vt 0.733541 0.524484</w:t>
        <w:br/>
        <w:t>vt 0.481653 0.370509</w:t>
        <w:br/>
        <w:t>vt 0.483060 0.364796</w:t>
        <w:br/>
        <w:t>vt 0.489685 0.367214</w:t>
        <w:br/>
        <w:t>vt 0.488492 0.371179</w:t>
        <w:br/>
        <w:t>vt 0.847520 0.496213</w:t>
        <w:br/>
        <w:t>vt 0.844607 0.485545</w:t>
        <w:br/>
        <w:t>vt 0.850533 0.455206</w:t>
        <w:br/>
        <w:t>vt 0.847467 0.459559</w:t>
        <w:br/>
        <w:t>vt 0.844340 0.469458</w:t>
        <w:br/>
        <w:t>vt 0.853538 0.506959</w:t>
        <w:br/>
        <w:t>vt 0.855664 0.510138</w:t>
        <w:br/>
        <w:t>vt 0.845575 0.490853</w:t>
        <w:br/>
        <w:t>vt 0.818887 0.409797</w:t>
        <w:br/>
        <w:t>vt 0.850817 0.232833</w:t>
        <w:br/>
        <w:t>vt 0.839044 0.232817</w:t>
        <w:br/>
        <w:t>vt 0.838933 0.247288</w:t>
        <w:br/>
        <w:t>vt 0.850022 0.250053</w:t>
        <w:br/>
        <w:t>vt 0.838933 0.286740</w:t>
        <w:br/>
        <w:t>vt 0.850022 0.285920</w:t>
        <w:br/>
        <w:t>vt 0.850208 0.276127</w:t>
        <w:br/>
        <w:t>vt 0.839589 0.275927</w:t>
        <w:br/>
        <w:t>vt 0.850022 0.296438</w:t>
        <w:br/>
        <w:t>vt 0.850022 0.316006</w:t>
        <w:br/>
        <w:t>vt 0.855095 0.314608</w:t>
        <w:br/>
        <w:t>vt 0.855095 0.297633</w:t>
        <w:br/>
        <w:t>vt 0.203399 0.733881</w:t>
        <w:br/>
        <w:t>vt 0.207781 0.738524</w:t>
        <w:br/>
        <w:t>vt 0.216408 0.718860</w:t>
        <w:br/>
        <w:t>vt 0.212817 0.714765</w:t>
        <w:br/>
        <w:t>vt 0.238977 0.726283</w:t>
        <w:br/>
        <w:t>vt 0.231056 0.725769</w:t>
        <w:br/>
        <w:t>vt 0.228335 0.748891</w:t>
        <w:br/>
        <w:t>vt 0.238977 0.750522</w:t>
        <w:br/>
        <w:t>vt 0.226533 0.668786</w:t>
        <w:br/>
        <w:t>vt 0.207601 0.671813</w:t>
        <w:br/>
        <w:t>vt 0.223589 0.677482</w:t>
        <w:br/>
        <w:t>vt 0.203403 0.683754</w:t>
        <w:br/>
        <w:t>vt 0.185146 0.708386</w:t>
        <w:br/>
        <w:t>vt 0.192536 0.722341</w:t>
        <w:br/>
        <w:t>vt 0.205026 0.703624</w:t>
        <w:br/>
        <w:t>vt 0.202231 0.694036</w:t>
        <w:br/>
        <w:t>vt 0.184339 0.774155</w:t>
        <w:br/>
        <w:t>vt 0.178103 0.772075</w:t>
        <w:br/>
        <w:t>vt 0.171836 0.792451</w:t>
        <w:br/>
        <w:t>vt 0.178586 0.794510</w:t>
        <w:br/>
        <w:t>vt 0.221479 0.807201</w:t>
        <w:br/>
        <w:t>vt 0.238977 0.807613</w:t>
        <w:br/>
        <w:t>vt 0.238977 0.788955</w:t>
        <w:br/>
        <w:t>vt 0.223898 0.787687</w:t>
        <w:br/>
        <w:t>vt 0.182009 0.631986</w:t>
        <w:br/>
        <w:t>vt 0.185837 0.609747</w:t>
        <w:br/>
        <w:t>vt 0.175934 0.620025</w:t>
        <w:br/>
        <w:t>vt 0.133184 0.661782</w:t>
        <w:br/>
        <w:t>vt 0.131294 0.690696</w:t>
        <w:br/>
        <w:t>vt 0.158879 0.654705</w:t>
        <w:br/>
        <w:t>vt 0.156603 0.683902</w:t>
        <w:br/>
        <w:t>vt 0.180468 0.694170</w:t>
        <w:br/>
        <w:t>vt 0.182128 0.676017</w:t>
        <w:br/>
        <w:t>vt 0.146201 0.747147</w:t>
        <w:br/>
        <w:t>vt 0.128337 0.728416</w:t>
        <w:br/>
        <w:t>vt 0.109750 0.745217</w:t>
        <w:br/>
        <w:t>vt 0.133388 0.766856</w:t>
        <w:br/>
        <w:t>vt 0.198976 0.731094</w:t>
        <w:br/>
        <w:t>vt 0.176076 0.741724</w:t>
        <w:br/>
        <w:t>vt 0.186793 0.752005</w:t>
        <w:br/>
        <w:t>vt 0.152057 0.710104</w:t>
        <w:br/>
        <w:t>vt 0.228634 0.686237</w:t>
        <w:br/>
        <w:t>vt 0.218953 0.690719</w:t>
        <w:br/>
        <w:t>vt 0.221562 0.695146</w:t>
        <w:br/>
        <w:t>vt 0.223177 0.696004</w:t>
        <w:br/>
        <w:t>vt 0.224631 0.698627</w:t>
        <w:br/>
        <w:t>vt 0.193433 0.654378</w:t>
        <w:br/>
        <w:t>vt 0.203061 0.604538</w:t>
        <w:br/>
        <w:t>vt 0.201430 0.593348</w:t>
        <w:br/>
        <w:t>vt 0.191897 0.594773</w:t>
        <w:br/>
        <w:t>vt 0.151676 0.643675</w:t>
        <w:br/>
        <w:t>vt 0.150319 0.628304</w:t>
        <w:br/>
        <w:t>vt 0.137515 0.637761</w:t>
        <w:br/>
        <w:t>vt 0.174856 0.607654</w:t>
        <w:br/>
        <w:t>vt 0.165717 0.611094</w:t>
        <w:br/>
        <w:t>vt 0.156725 0.629227</w:t>
        <w:br/>
        <w:t>vt 0.222007 0.597372</w:t>
        <w:br/>
        <w:t>vt 0.233254 0.583063</w:t>
        <w:br/>
        <w:t>vt 0.229854 0.582560</w:t>
        <w:br/>
        <w:t>vt 0.212228 0.595718</w:t>
        <w:br/>
        <w:t>vt 0.238977 0.567360</w:t>
        <w:br/>
        <w:t>vt 0.202444 0.582752</w:t>
        <w:br/>
        <w:t>vt 0.175213 0.596997</w:t>
        <w:br/>
        <w:t>vt 0.155093 0.612853</w:t>
        <w:br/>
        <w:t>vt 0.127376 0.668114</w:t>
        <w:br/>
        <w:t>vt 0.118348 0.677029</w:t>
        <w:br/>
        <w:t>vt 0.101443 0.680521</w:t>
        <w:br/>
        <w:t>vt 0.097488 0.702392</w:t>
        <w:br/>
        <w:t>vt 0.105496 0.698091</w:t>
        <w:br/>
        <w:t>vt 0.113106 0.697588</w:t>
        <w:br/>
        <w:t>vt 0.108038 0.707995</w:t>
        <w:br/>
        <w:t>vt 0.096284 0.719907</w:t>
        <w:br/>
        <w:t>vt 0.180468 0.604634</w:t>
        <w:br/>
        <w:t>vt 0.150319 0.628304</w:t>
        <w:br/>
        <w:t>vt 0.155865 0.624256</w:t>
        <w:br/>
        <w:t>vt 0.155093 0.612853</w:t>
        <w:br/>
        <w:t>vt 0.212387 0.764959</w:t>
        <w:br/>
        <w:t>vt 0.226640 0.768647</w:t>
        <w:br/>
        <w:t>vt 0.217283 0.744859</w:t>
        <w:br/>
        <w:t>vt 0.110262 0.692154</w:t>
        <w:br/>
        <w:t>vt 0.101443 0.680521</w:t>
        <w:br/>
        <w:t>vt 0.209849 0.711962</w:t>
        <w:br/>
        <w:t>vt 0.224631 0.698627</w:t>
        <w:br/>
        <w:t>vt 0.228656 0.702334</w:t>
        <w:br/>
        <w:t>vt 0.232776 0.688677</w:t>
        <w:br/>
        <w:t>vt 0.192194 0.754457</w:t>
        <w:br/>
        <w:t>vt 0.190500 0.778434</w:t>
        <w:br/>
        <w:t>vt 0.185316 0.797722</w:t>
        <w:br/>
        <w:t>vt 0.210409 0.617289</w:t>
        <w:br/>
        <w:t>vt 0.850022 0.285920</w:t>
        <w:br/>
        <w:t>vt 0.855095 0.285733</w:t>
        <w:br/>
        <w:t>vt 0.212650 0.640192</w:t>
        <w:br/>
        <w:t>vt 0.220799 0.657007</w:t>
        <w:br/>
        <w:t>vt 0.238977 0.650939</w:t>
        <w:br/>
        <w:t>vt 0.238977 0.633683</w:t>
        <w:br/>
        <w:t>vt 0.238977 0.614162</w:t>
        <w:br/>
        <w:t>vt 0.238977 0.598301</w:t>
        <w:br/>
        <w:t>vt 0.238977 0.582440</w:t>
        <w:br/>
        <w:t>vt 0.855095 0.245307</w:t>
        <w:br/>
        <w:t>vt 0.850817 0.232833</w:t>
        <w:br/>
        <w:t>vt 0.850022 0.250053</w:t>
        <w:br/>
        <w:t>vt 0.831925 0.232568</w:t>
        <w:br/>
        <w:t>vt 0.831124 0.246195</w:t>
        <w:br/>
        <w:t>vt 0.838933 0.297558</w:t>
        <w:br/>
        <w:t>vt 0.838933 0.315463</w:t>
        <w:br/>
        <w:t>vt 0.850208 0.276127</w:t>
        <w:br/>
        <w:t>vt 0.830849 0.299655</w:t>
        <w:br/>
        <w:t>vt 0.830849 0.312975</w:t>
        <w:br/>
        <w:t>vt 0.850022 0.264084</w:t>
        <w:br/>
        <w:t>vt 0.855095 0.270544</w:t>
        <w:br/>
        <w:t>vt 0.855267 0.254293</w:t>
        <w:br/>
        <w:t>vt 0.163579 0.727221</w:t>
        <w:br/>
        <w:t>vt 0.203241 0.803442</w:t>
        <w:br/>
        <w:t>vt 0.206832 0.784183</w:t>
        <w:br/>
        <w:t>vt 0.233194 0.703915</w:t>
        <w:br/>
        <w:t>vt 0.238978 0.690571</w:t>
        <w:br/>
        <w:t>vt 0.839378 0.262397</w:t>
        <w:br/>
        <w:t>vt 0.850022 0.264084</w:t>
        <w:br/>
        <w:t>vt 0.830849 0.260061</w:t>
        <w:br/>
        <w:t>vt 0.159637 0.870157</w:t>
        <w:br/>
        <w:t>vt 0.150874 0.895769</w:t>
        <w:br/>
        <w:t>vt 0.178862 0.903136</w:t>
        <w:br/>
        <w:t>vt 0.185493 0.878012</w:t>
        <w:br/>
        <w:t>vt 0.140437 0.928233</w:t>
        <w:br/>
        <w:t>vt 0.173039 0.936325</w:t>
        <w:br/>
        <w:t>vt 0.197074 0.826240</w:t>
        <w:br/>
        <w:t>vt 0.218117 0.831164</w:t>
        <w:br/>
        <w:t>vt 0.126317 0.965909</w:t>
        <w:br/>
        <w:t>vt 0.167965 0.976863</w:t>
        <w:br/>
        <w:t>vt 0.238977 0.833253</w:t>
        <w:br/>
        <w:t>vt 0.075172 0.743161</w:t>
        <w:br/>
        <w:t>vt 0.122750 0.786525</w:t>
        <w:br/>
        <w:t>vt 0.143889 0.802010</w:t>
        <w:br/>
        <w:t>vt 0.154518 0.782347</w:t>
        <w:br/>
        <w:t>vt 0.170898 0.844424</w:t>
        <w:br/>
        <w:t>vt 0.161899 0.840420</w:t>
        <w:br/>
        <w:t>vt 0.177407 0.819816</w:t>
        <w:br/>
        <w:t>vt 0.201680 0.985818</w:t>
        <w:br/>
        <w:t>vt 0.238977 0.989770</w:t>
        <w:br/>
        <w:t>vt 0.238977 0.943378</w:t>
        <w:br/>
        <w:t>vt 0.207774 0.941910</w:t>
        <w:br/>
        <w:t>vt 0.212014 0.907891</w:t>
        <w:br/>
        <w:t>vt 0.109233 0.807198</w:t>
        <w:br/>
        <w:t>vt 0.063438 0.810892</w:t>
        <w:br/>
        <w:t>vt 0.092601 0.832844</w:t>
        <w:br/>
        <w:t>vt 0.140064 0.860908</w:t>
        <w:br/>
        <w:t>vt 0.152339 0.835775</w:t>
        <w:br/>
        <w:t>vt 0.074685 0.861301</w:t>
        <w:br/>
        <w:t>vt 0.085948 0.911672</w:t>
        <w:br/>
        <w:t>vt 0.102308 0.876660</w:t>
        <w:br/>
        <w:t>vt 0.029625 0.835966</w:t>
        <w:br/>
        <w:t>vt 0.038250 0.860381</w:t>
        <w:br/>
        <w:t>vt 0.095370 0.953280</w:t>
        <w:br/>
        <w:t>vt 0.115785 0.922353</w:t>
        <w:br/>
        <w:t>vt 0.063693 0.938606</w:t>
        <w:br/>
        <w:t>vt 0.043040 0.774200</w:t>
        <w:br/>
        <w:t>vt 0.009000 0.764277</w:t>
        <w:br/>
        <w:t>vt 0.037076 0.786598</w:t>
        <w:br/>
        <w:t>vt 0.080701 0.784255</w:t>
        <w:br/>
        <w:t>vt 0.214371 0.856866</w:t>
        <w:br/>
        <w:t>vt 0.191077 0.851317</w:t>
        <w:br/>
        <w:t>vt 0.117211 0.849538</w:t>
        <w:br/>
        <w:t>vt 0.127871 0.888088</w:t>
        <w:br/>
        <w:t>vt 0.132961 0.824147</w:t>
        <w:br/>
        <w:t>vt 0.162752 0.812615</w:t>
        <w:br/>
        <w:t>vt 0.169763 0.816143</w:t>
        <w:br/>
        <w:t>vt 0.238977 0.858782</w:t>
        <w:br/>
        <w:t>vt 0.213297 0.883274</w:t>
        <w:br/>
        <w:t>vt 0.238977 0.884878</w:t>
        <w:br/>
        <w:t>vt 0.238977 0.908487</w:t>
        <w:br/>
        <w:t>vt 0.009000 0.764277</w:t>
        <w:br/>
        <w:t>vt 0.021641 0.797640</w:t>
        <w:br/>
        <w:t>vt 0.047454 0.888037</w:t>
        <w:br/>
        <w:t>vt 0.049840 0.915991</w:t>
        <w:br/>
        <w:t>vt 0.223415 0.723781</w:t>
        <w:br/>
        <w:t>vt 0.163228 0.761976</w:t>
        <w:br/>
        <w:t>vt 0.831024 0.276433</w:t>
        <w:br/>
        <w:t>vt 0.197391 0.759161</w:t>
        <w:br/>
        <w:t>vt 0.095456 0.763169</w:t>
        <w:br/>
        <w:t>vt 0.855170 0.232792</w:t>
        <w:br/>
        <w:t>vt 0.238977 0.769899</w:t>
        <w:br/>
        <w:t>vt 0.238977 0.704387</w:t>
        <w:br/>
        <w:t>vt 0.230341 0.663238</w:t>
        <w:br/>
        <w:t>vt 0.238977 0.658989</w:t>
        <w:br/>
        <w:t>vt 0.830849 0.286452</w:t>
        <w:br/>
        <w:t>vt 0.123705 0.654558</w:t>
        <w:br/>
        <w:t>vt 0.019381 0.852138</w:t>
        <w:br/>
        <w:t>vt 0.035951 0.885127</w:t>
        <w:br/>
        <w:t>vt 0.850022 0.215564</w:t>
        <w:br/>
        <w:t>vt 0.838933 0.218328</w:t>
        <w:br/>
        <w:t>vt 0.839044 0.232817</w:t>
        <w:br/>
        <w:t>vt 0.850817 0.232833</w:t>
        <w:br/>
        <w:t>vt 0.838933 0.178876</w:t>
        <w:br/>
        <w:t>vt 0.839594 0.189718</w:t>
        <w:br/>
        <w:t>vt 0.850231 0.189510</w:t>
        <w:br/>
        <w:t>vt 0.850022 0.179696</w:t>
        <w:br/>
        <w:t>vt 0.850022 0.169179</w:t>
        <w:br/>
        <w:t>vt 0.855095 0.167984</w:t>
        <w:br/>
        <w:t>vt 0.855095 0.151008</w:t>
        <w:br/>
        <w:t>vt 0.850022 0.149611</w:t>
        <w:br/>
        <w:t>vt 0.261544 0.718801</w:t>
        <w:br/>
        <w:t>vt 0.270178 0.738482</w:t>
        <w:br/>
        <w:t>vt 0.274562 0.733828</w:t>
        <w:br/>
        <w:t>vt 0.265136 0.714688</w:t>
        <w:br/>
        <w:t>vt 0.249620 0.748877</w:t>
        <w:br/>
        <w:t>vt 0.246897 0.725748</w:t>
        <w:br/>
        <w:t>vt 0.251611 0.668871</w:t>
        <w:br/>
        <w:t>vt 0.254475 0.677253</w:t>
        <w:br/>
        <w:t>vt 0.270367 0.671702</w:t>
        <w:br/>
        <w:t>vt 0.274563 0.683620</w:t>
        <w:br/>
        <w:t>vt 0.272927 0.703511</w:t>
        <w:br/>
        <w:t>vt 0.285430 0.722263</w:t>
        <w:br/>
        <w:t>vt 0.292819 0.708291</w:t>
        <w:br/>
        <w:t>vt 0.275722 0.693913</w:t>
        <w:br/>
        <w:t>vt 0.306145 0.792429</w:t>
        <w:br/>
        <w:t>vt 0.299876 0.772042</w:t>
        <w:br/>
        <w:t>vt 0.293636 0.774126</w:t>
        <w:br/>
        <w:t>vt 0.299391 0.794490</w:t>
        <w:br/>
        <w:t>vt 0.254061 0.787680</w:t>
        <w:br/>
        <w:t>vt 0.256481 0.807196</w:t>
        <w:br/>
        <w:t>vt 0.295936 0.631930</w:t>
        <w:br/>
        <w:t>vt 0.302003 0.619980</w:t>
        <w:br/>
        <w:t>vt 0.292104 0.609724</w:t>
        <w:br/>
        <w:t>vt 0.344768 0.661669</w:t>
        <w:br/>
        <w:t>vt 0.319070 0.654615</w:t>
        <w:br/>
        <w:t>vt 0.346691 0.690594</w:t>
        <w:br/>
        <w:t>vt 0.321371 0.683800</w:t>
        <w:br/>
        <w:t>vt 0.295832 0.675915</w:t>
        <w:br/>
        <w:t>vt 0.297496 0.694069</w:t>
        <w:br/>
        <w:t>vt 0.331793 0.747091</w:t>
        <w:br/>
        <w:t>vt 0.344614 0.766815</w:t>
        <w:br/>
        <w:t>vt 0.368264 0.745160</w:t>
        <w:br/>
        <w:t>vt 0.349664 0.728343</w:t>
        <w:br/>
        <w:t>vt 0.278987 0.731031</w:t>
        <w:br/>
        <w:t>vt 0.291180 0.751958</w:t>
        <w:br/>
        <w:t>vt 0.301902 0.741666</w:t>
        <w:br/>
        <w:t>vt 0.325925 0.710017</w:t>
        <w:br/>
        <w:t>vt 0.249204 0.685904</w:t>
        <w:br/>
        <w:t>vt 0.256378 0.694956</w:t>
        <w:br/>
        <w:t>vt 0.259003 0.690507</w:t>
        <w:br/>
        <w:t>vt 0.254759 0.695827</w:t>
        <w:br/>
        <w:t>vt 0.253308 0.698483</w:t>
        <w:br/>
        <w:t>vt 0.284529 0.654311</w:t>
        <w:br/>
        <w:t>vt 0.286049 0.594757</w:t>
        <w:br/>
        <w:t>vt 0.276517 0.593336</w:t>
        <w:br/>
        <w:t>vt 0.274890 0.604521</w:t>
        <w:br/>
        <w:t>vt 0.340409 0.637663</w:t>
        <w:br/>
        <w:t>vt 0.327601 0.628227</w:t>
        <w:br/>
        <w:t>vt 0.326261 0.643588</w:t>
        <w:br/>
        <w:t>vt 0.312205 0.611053</w:t>
        <w:br/>
        <w:t>vt 0.303071 0.607622</w:t>
        <w:br/>
        <w:t>vt 0.321196 0.629159</w:t>
        <w:br/>
        <w:t>vt 0.248099 0.582554</w:t>
        <w:br/>
        <w:t>vt 0.244700 0.583059</w:t>
        <w:br/>
        <w:t>vt 0.255947 0.597366</w:t>
        <w:br/>
        <w:t>vt 0.265724 0.595711</w:t>
        <w:br/>
        <w:t>vt 0.275499 0.582741</w:t>
        <w:br/>
        <w:t>vt 0.302706 0.596975</w:t>
        <w:br/>
        <w:t>vt 0.322808 0.612789</w:t>
        <w:br/>
        <w:t>vt 0.350591 0.667999</w:t>
        <w:br/>
        <w:t>vt 0.359636 0.676911</w:t>
        <w:br/>
        <w:t>vt 0.376588 0.680392</w:t>
        <w:br/>
        <w:t>vt 0.372523 0.697985</w:t>
        <w:br/>
        <w:t>vt 0.380540 0.702295</w:t>
        <w:br/>
        <w:t>vt 0.364901 0.697478</w:t>
        <w:br/>
        <w:t>vt 0.369973 0.707903</w:t>
        <w:br/>
        <w:t>vt 0.381743 0.719834</w:t>
        <w:br/>
        <w:t>vt 0.297462 0.604610</w:t>
        <w:br/>
        <w:t>vt 0.327601 0.628227</w:t>
        <w:br/>
        <w:t>vt 0.322050 0.624188</w:t>
        <w:br/>
        <w:t>vt 0.322808 0.612789</w:t>
        <w:br/>
        <w:t>vt 0.265575 0.764939</w:t>
        <w:br/>
        <w:t>vt 0.260674 0.744831</w:t>
        <w:br/>
        <w:t>vt 0.251317 0.768638</w:t>
        <w:br/>
        <w:t>vt 0.367752 0.692037</w:t>
        <w:br/>
        <w:t>vt 0.376588 0.680392</w:t>
        <w:br/>
        <w:t>vt 0.268105 0.711870</w:t>
        <w:br/>
        <w:t>vt 0.245073 0.688486</w:t>
        <w:br/>
        <w:t>vt 0.249286 0.702240</w:t>
        <w:br/>
        <w:t>vt 0.285775 0.754417</w:t>
        <w:br/>
        <w:t>vt 0.287471 0.778410</w:t>
        <w:br/>
        <w:t>vt 0.292658 0.797705</w:t>
        <w:br/>
        <w:t>vt 0.267541 0.617268</w:t>
        <w:br/>
        <w:t>vt 0.855095 0.179883</w:t>
        <w:br/>
        <w:t>vt 0.257217 0.657032</w:t>
        <w:br/>
        <w:t>vt 0.265328 0.640186</w:t>
        <w:br/>
        <w:t>vt 0.855095 0.220309</w:t>
        <w:br/>
        <w:t>vt 0.850022 0.215564</w:t>
        <w:br/>
        <w:t>vt 0.831130 0.219346</w:t>
        <w:br/>
        <w:t>vt 0.838933 0.150154</w:t>
        <w:br/>
        <w:t>vt 0.838933 0.168059</w:t>
        <w:br/>
        <w:t>vt 0.830849 0.152642</w:t>
        <w:br/>
        <w:t>vt 0.830849 0.165961</w:t>
        <w:br/>
        <w:t>vt 0.850022 0.201533</w:t>
        <w:br/>
        <w:t>vt 0.855286 0.211265</w:t>
        <w:br/>
        <w:t>vt 0.855095 0.195073</w:t>
        <w:br/>
        <w:t>vt 0.314403 0.727148</w:t>
        <w:br/>
        <w:t>vt 0.274726 0.803431</w:t>
        <w:br/>
        <w:t>vt 0.271133 0.784168</w:t>
        <w:br/>
        <w:t>vt 0.244752 0.703863</w:t>
        <w:br/>
        <w:t>vt 0.850022 0.201533</w:t>
        <w:br/>
        <w:t>vt 0.839353 0.203247</w:t>
        <w:br/>
        <w:t>vt 0.830849 0.205556</w:t>
        <w:br/>
        <w:t>vt 0.318337 0.870163</w:t>
        <w:br/>
        <w:t>vt 0.292473 0.878017</w:t>
        <w:br/>
        <w:t>vt 0.299100 0.903146</w:t>
        <w:br/>
        <w:t>vt 0.327097 0.895783</w:t>
        <w:br/>
        <w:t>vt 0.304918 0.936339</w:t>
        <w:br/>
        <w:t>vt 0.337527 0.928257</w:t>
        <w:br/>
        <w:t>vt 0.280894 0.826234</w:t>
        <w:br/>
        <w:t>vt 0.259844 0.831162</w:t>
        <w:br/>
        <w:t>vt 0.351632 0.965943</w:t>
        <w:br/>
        <w:t>vt 0.309980 0.976879</w:t>
        <w:br/>
        <w:t>vt 0.402871 0.743111</w:t>
        <w:br/>
        <w:t>vt 0.355255 0.786497</w:t>
        <w:br/>
        <w:t>vt 0.323472 0.782316</w:t>
        <w:br/>
        <w:t>vt 0.334105 0.801990</w:t>
        <w:br/>
        <w:t>vt 0.316081 0.840416</w:t>
        <w:br/>
        <w:t>vt 0.307077 0.844422</w:t>
        <w:br/>
        <w:t>vt 0.300568 0.819806</w:t>
        <w:br/>
        <w:t>vt 0.276266 0.985822</w:t>
        <w:br/>
        <w:t>vt 0.270180 0.941915</w:t>
        <w:br/>
        <w:t>vt 0.265943 0.907895</w:t>
        <w:br/>
        <w:t>vt 0.368776 0.807185</w:t>
        <w:br/>
        <w:t>vt 0.385411 0.832848</w:t>
        <w:br/>
        <w:t>vt 0.414595 0.810892</w:t>
        <w:br/>
        <w:t>vt 0.337919 0.860914</w:t>
        <w:br/>
        <w:t>vt 0.325645 0.835770</w:t>
        <w:br/>
        <w:t>vt 0.403325 0.861327</w:t>
        <w:br/>
        <w:t>vt 0.375686 0.876682</w:t>
        <w:br/>
        <w:t>vt 0.392038 0.911713</w:t>
        <w:br/>
        <w:t>vt 0.439778 0.860418</w:t>
        <w:br/>
        <w:t>vt 0.448419 0.835990</w:t>
        <w:br/>
        <w:t>vt 0.382592 0.953328</w:t>
        <w:br/>
        <w:t>vt 0.414287 0.938666</w:t>
        <w:br/>
        <w:t>vt 0.362186 0.922385</w:t>
        <w:br/>
        <w:t>vt 0.435021 0.774179</w:t>
        <w:br/>
        <w:t>vt 0.440982 0.786590</w:t>
        <w:br/>
        <w:t>vt 0.469088 0.764268</w:t>
        <w:br/>
        <w:t>vt 0.397328 0.784234</w:t>
        <w:br/>
        <w:t>vt 0.263590 0.856866</w:t>
        <w:br/>
        <w:t>vt 0.286891 0.851316</w:t>
        <w:br/>
        <w:t>vt 0.350109 0.888106</w:t>
        <w:br/>
        <w:t>vt 0.360784 0.849545</w:t>
        <w:br/>
        <w:t>vt 0.345033 0.824139</w:t>
        <w:br/>
        <w:t>vt 0.308217 0.816131</w:t>
        <w:br/>
        <w:t>vt 0.315231 0.812600</w:t>
        <w:br/>
        <w:t>vt 0.264662 0.883277</w:t>
        <w:br/>
        <w:t>vt 0.469088 0.764268</w:t>
        <w:br/>
        <w:t>vt 0.456422 0.797646</w:t>
        <w:br/>
        <w:t>vt 0.430558 0.888084</w:t>
        <w:br/>
        <w:t>vt 0.428157 0.916049</w:t>
        <w:br/>
        <w:t>vt 0.254538 0.723741</w:t>
        <w:br/>
        <w:t>vt 0.314759 0.761933</w:t>
        <w:br/>
        <w:t>vt 0.830868 0.189277</w:t>
        <w:br/>
        <w:t>vt 0.280575 0.759129</w:t>
        <w:br/>
        <w:t>vt 0.382567 0.763129</w:t>
        <w:br/>
        <w:t>vt 0.247687 0.663340</w:t>
        <w:br/>
        <w:t>vt 0.830849 0.179165</w:t>
        <w:br/>
        <w:t>vt 0.354247 0.654426</w:t>
        <w:br/>
        <w:t>vt 0.458661 0.852179</w:t>
        <w:br/>
        <w:t>vt 0.442067 0.885178</w:t>
        <w:br/>
        <w:t>vt 0.725653 0.425440</w:t>
        <w:br/>
        <w:t>vt 0.494046 0.369696</w:t>
        <w:br/>
        <w:t>vt 0.492904 0.372249</w:t>
        <w:br/>
        <w:t>vt 0.465369 0.306347</w:t>
        <w:br/>
        <w:t>vt 0.464927 0.318031</w:t>
        <w:br/>
        <w:t>vt 0.470863 0.319800</w:t>
        <w:br/>
        <w:t>vt 0.471627 0.303647</w:t>
        <w:br/>
        <w:t>vt 0.127065 0.389474</w:t>
        <w:br/>
        <w:t>vt 0.127831 0.379437</w:t>
        <w:br/>
        <w:t>vt 0.122263 0.389428</w:t>
        <w:br/>
        <w:t>vt 0.780493 0.543655</w:t>
        <w:br/>
        <w:t>vt 0.786094 0.549497</w:t>
        <w:br/>
        <w:t>vt 0.778204 0.556569</w:t>
        <w:br/>
        <w:t>vt 0.765774 0.569062</w:t>
        <w:br/>
        <w:t>vt 0.780562 0.561644</w:t>
        <w:br/>
        <w:t>vt 0.774663 0.552532</w:t>
        <w:br/>
        <w:t>vt 0.765774 0.569062</w:t>
        <w:br/>
        <w:t>vt 0.778204 0.556569</w:t>
        <w:br/>
        <w:t>vt 0.789244 0.557500</w:t>
        <w:br/>
        <w:t>vt 0.786094 0.549497</w:t>
        <w:br/>
        <w:t>vt 0.737285 0.504529</w:t>
        <w:br/>
        <w:t>vt 0.740235 0.514561</w:t>
        <w:br/>
        <w:t>vt 0.730825 0.508068</w:t>
        <w:br/>
        <w:t>vt 0.733083 0.514878</w:t>
        <w:br/>
        <w:t>vt 0.724841 0.514831</w:t>
        <w:br/>
        <w:t>vt 0.714038 0.514283</w:t>
        <w:br/>
        <w:t>vt 0.724626 0.520250</w:t>
        <w:br/>
        <w:t>vt 0.723264 0.511382</w:t>
        <w:br/>
        <w:t>vt 0.714038 0.514283</w:t>
        <w:br/>
        <w:t>vt 0.724841 0.514831</w:t>
        <w:br/>
        <w:t>vt 0.455851 0.312003</w:t>
        <w:br/>
        <w:t>vt 0.450126 0.316395</w:t>
        <w:br/>
        <w:t>vt 0.455867 0.316184</w:t>
        <w:br/>
        <w:t>vt 0.460749 0.316823</w:t>
        <w:br/>
        <w:t>vt 0.460702 0.308838</w:t>
        <w:br/>
        <w:t>vt 0.206501 0.590267</w:t>
        <w:br/>
        <w:t>vt 0.201430 0.593348</w:t>
        <w:br/>
        <w:t>vt 0.203061 0.604538</w:t>
        <w:br/>
        <w:t>vt 0.202444 0.582752</w:t>
        <w:br/>
        <w:t>vt 0.276517 0.593336</w:t>
        <w:br/>
        <w:t>vt 0.271445 0.590257</w:t>
        <w:br/>
        <w:t>vt 0.274890 0.604521</w:t>
        <w:br/>
        <w:t>vt 0.275499 0.582741</w:t>
        <w:br/>
        <w:t>vt 0.923246 0.788453</w:t>
        <w:br/>
        <w:t>vt 0.926931 0.783086</w:t>
        <w:br/>
        <w:t>vt 0.948452 0.792870</w:t>
        <w:br/>
        <w:t>vt 0.945165 0.802721</w:t>
        <w:br/>
        <w:t>vt 0.737185 0.946259</w:t>
        <w:br/>
        <w:t>vt 0.705201 0.934450</w:t>
        <w:br/>
        <w:t>vt 0.713863 0.926983</w:t>
        <w:br/>
        <w:t>vt 0.743047 0.936087</w:t>
        <w:br/>
        <w:t>vt 0.702804 0.907000</w:t>
        <w:br/>
        <w:t>vt 0.698114 0.907887</w:t>
        <w:br/>
        <w:t>vt 0.694221 0.885918</w:t>
        <w:br/>
        <w:t>vt 0.955106 0.811886</w:t>
        <w:br/>
        <w:t>vt 0.945165 0.802721</w:t>
        <w:br/>
        <w:t>vt 0.962930 0.804388</w:t>
        <w:br/>
        <w:t>vt 0.705201 0.934450</w:t>
        <w:br/>
        <w:t>vt 0.689147 0.945992</w:t>
        <w:br/>
        <w:t>vt 0.691760 0.931558</w:t>
        <w:br/>
        <w:t>vt 0.713863 0.926983</w:t>
        <w:br/>
        <w:t>vt 0.776803 0.951198</w:t>
        <w:br/>
        <w:t>vt 0.776391 0.940639</w:t>
        <w:br/>
        <w:t>vt 0.817923 0.937854</w:t>
        <w:br/>
        <w:t>vt 0.819319 0.949248</w:t>
        <w:br/>
        <w:t>vt 0.738919 0.962773</w:t>
        <w:br/>
        <w:t>vt 0.786241 0.972317</w:t>
        <w:br/>
        <w:t>vt 0.783248 0.984163</w:t>
        <w:br/>
        <w:t>vt 0.729707 0.972951</w:t>
        <w:br/>
        <w:t>vt 0.829523 0.971533</w:t>
        <w:br/>
        <w:t>vt 0.827661 0.984519</w:t>
        <w:br/>
        <w:t>vt 0.922105 0.957666</w:t>
        <w:br/>
        <w:t>vt 0.879224 0.974990</w:t>
        <w:br/>
        <w:t>vt 0.879029 0.960017</w:t>
        <w:br/>
        <w:t>vt 0.919163 0.943858</w:t>
        <w:br/>
        <w:t>vt 0.872770 0.941269</w:t>
        <w:br/>
        <w:t>vt 0.869699 0.931592</w:t>
        <w:br/>
        <w:t>vt 0.913611 0.925658</w:t>
        <w:br/>
        <w:t>vt 0.915864 0.931264</w:t>
        <w:br/>
        <w:t>vt 0.872770 0.941269</w:t>
        <w:br/>
        <w:t>vt 0.879029 0.960017</w:t>
        <w:br/>
        <w:t>vt 0.829523 0.971533</w:t>
        <w:br/>
        <w:t>vt 0.819319 0.949248</w:t>
        <w:br/>
        <w:t>vt 0.980695 0.806055</w:t>
        <w:br/>
        <w:t>vt 0.965510 0.820535</w:t>
        <w:br/>
        <w:t>vt 0.693088 0.909370</w:t>
        <w:br/>
        <w:t>vt 0.686774 0.911322</w:t>
        <w:br/>
        <w:t>vt 0.690310 0.887409</w:t>
        <w:br/>
        <w:t>vt 0.673360 0.944093</w:t>
        <w:br/>
        <w:t>vt 0.681897 0.931768</w:t>
        <w:br/>
        <w:t>vt 0.681892 0.960480</w:t>
        <w:br/>
        <w:t>vt 0.662838 0.956685</w:t>
        <w:br/>
        <w:t>vt 0.947668 0.916984</w:t>
        <w:br/>
        <w:t>vt 0.950062 0.919309</w:t>
        <w:br/>
        <w:t>vt 0.951003 0.929629</w:t>
        <w:br/>
        <w:t>vt 0.978849 0.910299</w:t>
        <w:br/>
        <w:t>vt 0.953989 0.936316</w:t>
        <w:br/>
        <w:t>vt 0.950062 0.919309</w:t>
        <w:br/>
        <w:t>vt 0.696288 0.859309</w:t>
        <w:br/>
        <w:t>vt 0.669834 0.834301</w:t>
        <w:br/>
        <w:t>vt 0.700297 0.843805</w:t>
        <w:br/>
        <w:t>vt 0.884625 0.773378</w:t>
        <w:br/>
        <w:t>vt 0.902483 0.774879</w:t>
        <w:br/>
        <w:t>vt 0.900142 0.778378</w:t>
        <w:br/>
        <w:t>vt 0.776803 0.951198</w:t>
        <w:br/>
        <w:t>vt 0.786241 0.972317</w:t>
        <w:br/>
        <w:t>vt 0.915864 0.931264</w:t>
        <w:br/>
        <w:t>vt 0.978849 0.910299</w:t>
        <w:br/>
        <w:t>vt 0.696833 0.885058</w:t>
        <w:br/>
        <w:t>vt 0.695321 0.871393</w:t>
        <w:br/>
        <w:t>vt 0.695321 0.871393</w:t>
        <w:br/>
        <w:t>vt 0.832702 0.894559</w:t>
        <w:br/>
        <w:t>vt 0.777546 0.891684</w:t>
        <w:br/>
        <w:t>vt 0.782562 0.869388</w:t>
        <w:br/>
        <w:t>vt 0.837093 0.872210</w:t>
        <w:br/>
        <w:t>vt 0.731037 0.878581</w:t>
        <w:br/>
        <w:t>vt 0.733907 0.862144</w:t>
        <w:br/>
        <w:t>vt 0.878358 0.883120</w:t>
        <w:br/>
        <w:t>vt 0.880325 0.860058</w:t>
        <w:br/>
        <w:t>vt 0.928505 0.853098</w:t>
        <w:br/>
        <w:t>vt 0.919251 0.833636</w:t>
        <w:br/>
        <w:t>vt 0.964727 0.797924</w:t>
        <w:br/>
        <w:t>vt 0.920622 0.792906</w:t>
        <w:br/>
        <w:t>vt 0.897417 0.780798</w:t>
        <w:br/>
        <w:t>vt 0.900142 0.778378</w:t>
        <w:br/>
        <w:t>vt 0.923246 0.788453</w:t>
        <w:br/>
        <w:t>vt 0.940621 0.813005</w:t>
        <w:br/>
        <w:t>vt 0.884625 0.773378</w:t>
        <w:br/>
        <w:t>vt 0.962930 0.804388</w:t>
        <w:br/>
        <w:t>vt 0.980695 0.806055</w:t>
        <w:br/>
        <w:t>vt 0.923246 0.788453</w:t>
        <w:br/>
        <w:t>vt 0.945165 0.802721</w:t>
        <w:br/>
        <w:t>vt 0.948452 0.792870</w:t>
        <w:br/>
        <w:t>vt 0.926931 0.783086</w:t>
        <w:br/>
        <w:t>vt 0.737185 0.946259</w:t>
        <w:br/>
        <w:t>vt 0.743047 0.936087</w:t>
        <w:br/>
        <w:t>vt 0.713863 0.926983</w:t>
        <w:br/>
        <w:t>vt 0.705201 0.934450</w:t>
        <w:br/>
        <w:t>vt 0.702804 0.907000</w:t>
        <w:br/>
        <w:t>vt 0.694221 0.885918</w:t>
        <w:br/>
        <w:t>vt 0.698114 0.907887</w:t>
        <w:br/>
        <w:t>vt 0.955106 0.811886</w:t>
        <w:br/>
        <w:t>vt 0.962930 0.804388</w:t>
        <w:br/>
        <w:t>vt 0.945165 0.802721</w:t>
        <w:br/>
        <w:t>vt 0.705201 0.934450</w:t>
        <w:br/>
        <w:t>vt 0.691760 0.931558</w:t>
        <w:br/>
        <w:t>vt 0.689147 0.945992</w:t>
        <w:br/>
        <w:t>vt 0.713863 0.926983</w:t>
        <w:br/>
        <w:t>vt 0.776803 0.951198</w:t>
        <w:br/>
        <w:t>vt 0.819319 0.949248</w:t>
        <w:br/>
        <w:t>vt 0.817923 0.937854</w:t>
        <w:br/>
        <w:t>vt 0.776391 0.940639</w:t>
        <w:br/>
        <w:t>vt 0.783248 0.984163</w:t>
        <w:br/>
        <w:t>vt 0.786241 0.972317</w:t>
        <w:br/>
        <w:t>vt 0.738919 0.962773</w:t>
        <w:br/>
        <w:t>vt 0.729707 0.972951</w:t>
        <w:br/>
        <w:t>vt 0.827661 0.984519</w:t>
        <w:br/>
        <w:t>vt 0.829523 0.971533</w:t>
        <w:br/>
        <w:t>vt 0.879029 0.960017</w:t>
        <w:br/>
        <w:t>vt 0.879224 0.974990</w:t>
        <w:br/>
        <w:t>vt 0.922105 0.957666</w:t>
        <w:br/>
        <w:t>vt 0.919163 0.943858</w:t>
        <w:br/>
        <w:t>vt 0.872770 0.941269</w:t>
        <w:br/>
        <w:t>vt 0.915864 0.931264</w:t>
        <w:br/>
        <w:t>vt 0.913611 0.925658</w:t>
        <w:br/>
        <w:t>vt 0.869699 0.931592</w:t>
        <w:br/>
        <w:t>vt 0.872770 0.941269</w:t>
        <w:br/>
        <w:t>vt 0.819319 0.949248</w:t>
        <w:br/>
        <w:t>vt 0.829523 0.971533</w:t>
        <w:br/>
        <w:t>vt 0.879029 0.960017</w:t>
        <w:br/>
        <w:t>vt 0.980695 0.806055</w:t>
        <w:br/>
        <w:t>vt 0.965510 0.820535</w:t>
        <w:br/>
        <w:t>vt 0.693088 0.909370</w:t>
        <w:br/>
        <w:t>vt 0.690310 0.887409</w:t>
        <w:br/>
        <w:t>vt 0.686774 0.911322</w:t>
        <w:br/>
        <w:t>vt 0.673360 0.944093</w:t>
        <w:br/>
        <w:t>vt 0.681897 0.931768</w:t>
        <w:br/>
        <w:t>vt 0.681892 0.960480</w:t>
        <w:br/>
        <w:t>vt 0.662838 0.956685</w:t>
        <w:br/>
        <w:t>vt 0.950062 0.919309</w:t>
        <w:br/>
        <w:t>vt 0.947668 0.916984</w:t>
        <w:br/>
        <w:t>vt 0.951003 0.929629</w:t>
        <w:br/>
        <w:t>vt 0.953989 0.936316</w:t>
        <w:br/>
        <w:t>vt 0.978849 0.910299</w:t>
        <w:br/>
        <w:t>vt 0.950062 0.919309</w:t>
        <w:br/>
        <w:t>vt 0.696288 0.859309</w:t>
        <w:br/>
        <w:t>vt 0.700297 0.843805</w:t>
        <w:br/>
        <w:t>vt 0.669834 0.834301</w:t>
        <w:br/>
        <w:t>vt 0.884625 0.773378</w:t>
        <w:br/>
        <w:t>vt 0.900142 0.778378</w:t>
        <w:br/>
        <w:t>vt 0.902483 0.774879</w:t>
        <w:br/>
        <w:t>vt 0.776803 0.951198</w:t>
        <w:br/>
        <w:t>vt 0.786241 0.972317</w:t>
        <w:br/>
        <w:t>vt 0.915864 0.931264</w:t>
        <w:br/>
        <w:t>vt 0.978849 0.910299</w:t>
        <w:br/>
        <w:t>vt 0.696833 0.885058</w:t>
        <w:br/>
        <w:t>vt 0.695321 0.871393</w:t>
        <w:br/>
        <w:t>vt 0.695321 0.871393</w:t>
        <w:br/>
        <w:t>vt 0.782562 0.869388</w:t>
        <w:br/>
        <w:t>vt 0.777546 0.891684</w:t>
        <w:br/>
        <w:t>vt 0.832702 0.894559</w:t>
        <w:br/>
        <w:t>vt 0.837093 0.872210</w:t>
        <w:br/>
        <w:t>vt 0.733907 0.862144</w:t>
        <w:br/>
        <w:t>vt 0.731037 0.878581</w:t>
        <w:br/>
        <w:t>vt 0.878358 0.883120</w:t>
        <w:br/>
        <w:t>vt 0.880325 0.860058</w:t>
        <w:br/>
        <w:t>vt 0.928505 0.853098</w:t>
        <w:br/>
        <w:t>vt 0.919251 0.833636</w:t>
        <w:br/>
        <w:t>vt 0.964727 0.797924</w:t>
        <w:br/>
        <w:t>vt 0.920622 0.792906</w:t>
        <w:br/>
        <w:t>vt 0.923246 0.788453</w:t>
        <w:br/>
        <w:t>vt 0.900142 0.778378</w:t>
        <w:br/>
        <w:t>vt 0.897417 0.780798</w:t>
        <w:br/>
        <w:t>vt 0.940621 0.813005</w:t>
        <w:br/>
        <w:t>vt 0.884625 0.773378</w:t>
        <w:br/>
        <w:t>vt 0.962930 0.804388</w:t>
        <w:br/>
        <w:t>vt 0.980695 0.806055</w:t>
        <w:br/>
        <w:t>vt 0.161030 0.840633</w:t>
        <w:br/>
        <w:t>vt 0.168007 0.840622</w:t>
        <w:br/>
        <w:t>vt 0.166017 0.870575</w:t>
        <w:br/>
        <w:t>vt 0.158859 0.870682</w:t>
        <w:br/>
        <w:t>vt 0.176632 0.964056</w:t>
        <w:br/>
        <w:t>vt 0.161273 0.948935</w:t>
        <w:br/>
        <w:t>vt 0.168574 0.947788</w:t>
        <w:br/>
        <w:t>vt 0.180102 0.962694</w:t>
        <w:br/>
        <w:t>vt 0.176618 0.811278</w:t>
        <w:br/>
        <w:t>vt 0.193696 0.779338</w:t>
        <w:br/>
        <w:t>vt 0.180700 0.812006</w:t>
        <w:br/>
        <w:t>vt 0.193696 0.977102</w:t>
        <w:br/>
        <w:t>vt 0.157305 0.901151</w:t>
        <w:br/>
        <w:t>vt 0.164667 0.900930</w:t>
        <w:br/>
        <w:t>vt 0.165627 0.924681</w:t>
        <w:br/>
        <w:t>vt 0.158290 0.925365</w:t>
        <w:br/>
        <w:t>vt 0.134001 0.772185</w:t>
        <w:br/>
        <w:t>vt 0.139648 0.742799</w:t>
        <w:br/>
        <w:t>vt 0.126406 0.768725</w:t>
        <w:br/>
        <w:t>vt 0.113395 0.790520</w:t>
        <w:br/>
        <w:t>vt 0.125834 0.796005</w:t>
        <w:br/>
        <w:t>vt 0.113523 0.834202</w:t>
        <w:br/>
        <w:t>vt 0.122880 0.894981</w:t>
        <w:br/>
        <w:t>vt 0.131283 0.890864</w:t>
        <w:br/>
        <w:t>vt 0.124780 0.832060</w:t>
        <w:br/>
        <w:t>vt 0.139648 0.948170</w:t>
        <w:br/>
        <w:t>vt 0.166017 0.870575</w:t>
        <w:br/>
        <w:t>vt 0.168007 0.840622</w:t>
        <w:br/>
        <w:t>vt 0.161030 0.840633</w:t>
        <w:br/>
        <w:t>vt 0.158859 0.870682</w:t>
        <w:br/>
        <w:t>vt 0.176632 0.964056</w:t>
        <w:br/>
        <w:t>vt 0.180102 0.962694</w:t>
        <w:br/>
        <w:t>vt 0.168574 0.947788</w:t>
        <w:br/>
        <w:t>vt 0.161273 0.948935</w:t>
        <w:br/>
        <w:t>vt 0.176618 0.811278</w:t>
        <w:br/>
        <w:t>vt 0.180700 0.812006</w:t>
        <w:br/>
        <w:t>vt 0.193696 0.779338</w:t>
        <w:br/>
        <w:t>vt 0.193696 0.977102</w:t>
        <w:br/>
        <w:t>vt 0.165627 0.924681</w:t>
        <w:br/>
        <w:t>vt 0.164667 0.900930</w:t>
        <w:br/>
        <w:t>vt 0.157305 0.901151</w:t>
        <w:br/>
        <w:t>vt 0.158290 0.925365</w:t>
        <w:br/>
        <w:t>vt 0.134001 0.772185</w:t>
        <w:br/>
        <w:t>vt 0.126406 0.768725</w:t>
        <w:br/>
        <w:t>vt 0.139648 0.742799</w:t>
        <w:br/>
        <w:t>vt 0.125834 0.796005</w:t>
        <w:br/>
        <w:t>vt 0.113395 0.790520</w:t>
        <w:br/>
        <w:t>vt 0.131283 0.890864</w:t>
        <w:br/>
        <w:t>vt 0.122880 0.894981</w:t>
        <w:br/>
        <w:t>vt 0.113523 0.834202</w:t>
        <w:br/>
        <w:t>vt 0.124780 0.832060</w:t>
        <w:br/>
        <w:t>vt 0.139648 0.948170</w:t>
        <w:br/>
        <w:t>vt 0.460146 0.096617</w:t>
        <w:br/>
        <w:t>vt 0.459993 0.099230</w:t>
        <w:br/>
        <w:t>vt 0.471775 0.101507</w:t>
        <w:br/>
        <w:t>vt 0.472418 0.094702</w:t>
        <w:br/>
        <w:t>vt 0.583516 0.084532</w:t>
        <w:br/>
        <w:t>vt 0.613349 0.080122</w:t>
        <w:br/>
        <w:t>vt 0.592211 0.041179</w:t>
        <w:br/>
        <w:t>vt 0.568550 0.061502</w:t>
        <w:br/>
        <w:t>vt 0.551735 0.075118</w:t>
        <w:br/>
        <w:t>vt 0.563418 0.088549</w:t>
        <w:br/>
        <w:t>vt 0.554709 0.093291</w:t>
        <w:br/>
        <w:t>vt 0.542484 0.085878</w:t>
        <w:br/>
        <w:t>vt 0.551310 0.098628</w:t>
        <w:br/>
        <w:t>vt 0.559824 0.100400</w:t>
        <w:br/>
        <w:t>vt 0.537680 0.096399</w:t>
        <w:br/>
        <w:t>vt 0.551344 0.104484</w:t>
        <w:br/>
        <w:t>vt 0.555774 0.112331</w:t>
        <w:br/>
        <w:t>vt 0.537281 0.106674</w:t>
        <w:br/>
        <w:t>vt 0.540138 0.119506</w:t>
        <w:br/>
        <w:t>vt 0.548645 0.139778</w:t>
        <w:br/>
        <w:t>vt 0.570461 0.125991</w:t>
        <w:br/>
        <w:t>vt 0.562456 0.169739</w:t>
        <w:br/>
        <w:t>vt 0.594145 0.146435</w:t>
        <w:br/>
        <w:t>vt 0.420239 0.034187</w:t>
        <w:br/>
        <w:t>vt 0.395979 0.044788</w:t>
        <w:br/>
        <w:t>vt 0.400617 0.052347</w:t>
        <w:br/>
        <w:t>vt 0.423765 0.039453</w:t>
        <w:br/>
        <w:t>vt 0.447991 0.036068</w:t>
        <w:br/>
        <w:t>vt 0.446410 0.021196</w:t>
        <w:br/>
        <w:t>vt 0.417483 0.070305</w:t>
        <w:br/>
        <w:t>vt 0.436887 0.061206</w:t>
        <w:br/>
        <w:t>vt 0.430513 0.049448</w:t>
        <w:br/>
        <w:t>vt 0.409267 0.061734</w:t>
        <w:br/>
        <w:t>vt 0.473832 0.037212</w:t>
        <w:br/>
        <w:t>vt 0.473739 0.012495</w:t>
        <w:br/>
        <w:t>vt 0.452957 0.096294</w:t>
        <w:br/>
        <w:t>vt 0.453424 0.097486</w:t>
        <w:br/>
        <w:t>vt 0.460146 0.096617</w:t>
        <w:br/>
        <w:t>vt 0.456953 0.090008</w:t>
        <w:br/>
        <w:t>vt 0.456257 0.052833</w:t>
        <w:br/>
        <w:t>vt 0.501983 0.039264</w:t>
        <w:br/>
        <w:t>vt 0.507561 0.008998</w:t>
        <w:br/>
        <w:t>vt 0.539665 0.044054</w:t>
        <w:br/>
        <w:t>vt 0.551878 0.016235</w:t>
        <w:br/>
        <w:t>vt 0.483168 0.053940</w:t>
        <w:br/>
        <w:t>vt 0.469611 0.069823</w:t>
        <w:br/>
        <w:t>vt 0.530927 0.064842</w:t>
        <w:br/>
        <w:t>vt 0.502479 0.060494</w:t>
        <w:br/>
        <w:t>vt 0.524436 0.080088</w:t>
        <w:br/>
        <w:t>vt 0.500546 0.077981</w:t>
        <w:br/>
        <w:t>vt 0.489413 0.068120</w:t>
        <w:br/>
        <w:t>vt 0.486017 0.078847</w:t>
        <w:br/>
        <w:t>vt 0.517951 0.095005</w:t>
        <w:br/>
        <w:t>vt 0.489769 0.091801</w:t>
        <w:br/>
        <w:t>vt 0.502786 0.091552</w:t>
        <w:br/>
        <w:t>vt 0.470251 0.084499</w:t>
        <w:br/>
        <w:t>vt 0.519578 0.106317</w:t>
        <w:br/>
        <w:t>vt 0.501659 0.102452</w:t>
        <w:br/>
        <w:t>vt 0.519814 0.121988</w:t>
        <w:br/>
        <w:t>vt 0.496110 0.123539</w:t>
        <w:br/>
        <w:t>vt 0.522124 0.147635</w:t>
        <w:br/>
        <w:t>vt 0.492498 0.148928</w:t>
        <w:br/>
        <w:t>vt 0.525931 0.178054</w:t>
        <w:br/>
        <w:t>vt 0.491587 0.177202</w:t>
        <w:br/>
        <w:t>vt 0.474475 0.134797</w:t>
        <w:br/>
        <w:t>vt 0.469810 0.153547</w:t>
        <w:br/>
        <w:t>vt 0.465890 0.172798</w:t>
        <w:br/>
        <w:t>vt 0.464050 0.119642</w:t>
        <w:br/>
        <w:t>vt 0.451861 0.112608</w:t>
        <w:br/>
        <w:t>vt 0.446136 0.120754</w:t>
        <w:br/>
        <w:t>vt 0.440769 0.106416</w:t>
        <w:br/>
        <w:t>vt 0.430494 0.114580</w:t>
        <w:br/>
        <w:t>vt 0.427496 0.149535</w:t>
        <w:br/>
        <w:t>vt 0.433641 0.139934</w:t>
        <w:br/>
        <w:t>vt 0.408372 0.128463</w:t>
        <w:br/>
        <w:t>vt 0.400315 0.137311</w:t>
        <w:br/>
        <w:t>vt 0.422144 0.156211</w:t>
        <w:br/>
        <w:t>vt 0.395979 0.144520</w:t>
        <w:br/>
        <w:t>vt 0.416615 0.120635</w:t>
        <w:br/>
        <w:t>vt 0.440184 0.129457</w:t>
        <w:br/>
        <w:t>vt 0.582612 0.106104</w:t>
        <w:br/>
        <w:t>vt 0.612223 0.114113</w:t>
        <w:br/>
        <w:t>vt 0.441336 0.087777</w:t>
        <w:br/>
        <w:t>vt 0.451258 0.081828</w:t>
        <w:br/>
        <w:t>vt 0.443659 0.072008</w:t>
        <w:br/>
        <w:t>vt 0.428441 0.079084</w:t>
        <w:br/>
        <w:t>vt 0.482594 0.103766</w:t>
        <w:br/>
        <w:t>vt 0.458662 0.132746</w:t>
        <w:br/>
        <w:t>vt 0.450655 0.152153</w:t>
        <w:br/>
        <w:t>vt 0.443418 0.165172</w:t>
        <w:br/>
        <w:t>vt 0.428441 0.079084</w:t>
        <w:br/>
        <w:t>vt 0.452852 0.098796</w:t>
        <w:br/>
        <w:t>vt 0.456958 0.104712</w:t>
        <w:br/>
        <w:t>vt 0.477464 0.120670</w:t>
        <w:br/>
        <w:t>vt 0.469120 0.108893</w:t>
        <w:br/>
        <w:t>vt 0.453424 0.097486</w:t>
        <w:br/>
        <w:t>vt 0.453399 0.097603</w:t>
        <w:br/>
        <w:t>vt 0.452852 0.098796</w:t>
        <w:br/>
        <w:t>vt 0.453399 0.097603</w:t>
        <w:br/>
        <w:t>vt 0.460146 0.096617</w:t>
        <w:br/>
        <w:t>vt 0.472418 0.094702</w:t>
        <w:br/>
        <w:t>vt 0.471775 0.101507</w:t>
        <w:br/>
        <w:t>vt 0.459993 0.099230</w:t>
        <w:br/>
        <w:t>vt 0.583516 0.084532</w:t>
        <w:br/>
        <w:t>vt 0.568550 0.061502</w:t>
        <w:br/>
        <w:t>vt 0.563419 0.088549</w:t>
        <w:br/>
        <w:t>vt 0.551735 0.075118</w:t>
        <w:br/>
        <w:t>vt 0.554709 0.093291</w:t>
        <w:br/>
        <w:t>vt 0.542484 0.085878</w:t>
        <w:br/>
        <w:t>vt 0.559824 0.100400</w:t>
        <w:br/>
        <w:t>vt 0.551310 0.098628</w:t>
        <w:br/>
        <w:t>vt 0.537680 0.096399</w:t>
        <w:br/>
        <w:t>vt 0.551344 0.104484</w:t>
        <w:br/>
        <w:t>vt 0.555774 0.112331</w:t>
        <w:br/>
        <w:t>vt 0.537281 0.106674</w:t>
        <w:br/>
        <w:t>vt 0.540138 0.119506</w:t>
        <w:br/>
        <w:t>vt 0.548645 0.139778</w:t>
        <w:br/>
        <w:t>vt 0.570461 0.125991</w:t>
        <w:br/>
        <w:t>vt 0.423765 0.039453</w:t>
        <w:br/>
        <w:t>vt 0.400617 0.052347</w:t>
        <w:br/>
        <w:t>vt 0.447991 0.036068</w:t>
        <w:br/>
        <w:t>vt 0.430513 0.049448</w:t>
        <w:br/>
        <w:t>vt 0.436887 0.061206</w:t>
        <w:br/>
        <w:t>vt 0.417483 0.070305</w:t>
        <w:br/>
        <w:t>vt 0.409267 0.061734</w:t>
        <w:br/>
        <w:t>vt 0.473832 0.037212</w:t>
        <w:br/>
        <w:t>vt 0.452957 0.096294</w:t>
        <w:br/>
        <w:t>vt 0.456953 0.090008</w:t>
        <w:br/>
        <w:t>vt 0.460146 0.096617</w:t>
        <w:br/>
        <w:t>vt 0.453424 0.097486</w:t>
        <w:br/>
        <w:t>vt 0.456257 0.052833</w:t>
        <w:br/>
        <w:t>vt 0.501983 0.039264</w:t>
        <w:br/>
        <w:t>vt 0.539665 0.044054</w:t>
        <w:br/>
        <w:t>vt 0.483168 0.053940</w:t>
        <w:br/>
        <w:t>vt 0.469611 0.069823</w:t>
        <w:br/>
        <w:t>vt 0.530927 0.064842</w:t>
        <w:br/>
        <w:t>vt 0.502479 0.060494</w:t>
        <w:br/>
        <w:t>vt 0.524436 0.080088</w:t>
        <w:br/>
        <w:t>vt 0.500546 0.077981</w:t>
        <w:br/>
        <w:t>vt 0.486017 0.078847</w:t>
        <w:br/>
        <w:t>vt 0.489413 0.068120</w:t>
        <w:br/>
        <w:t>vt 0.517951 0.095005</w:t>
        <w:br/>
        <w:t>vt 0.489769 0.091801</w:t>
        <w:br/>
        <w:t>vt 0.502786 0.091552</w:t>
        <w:br/>
        <w:t>vt 0.470251 0.084499</w:t>
        <w:br/>
        <w:t>vt 0.519578 0.106317</w:t>
        <w:br/>
        <w:t>vt 0.501659 0.102452</w:t>
        <w:br/>
        <w:t>vt 0.519814 0.121988</w:t>
        <w:br/>
        <w:t>vt 0.496110 0.123539</w:t>
        <w:br/>
        <w:t>vt 0.522124 0.147635</w:t>
        <w:br/>
        <w:t>vt 0.492498 0.148928</w:t>
        <w:br/>
        <w:t>vt 0.474475 0.134797</w:t>
        <w:br/>
        <w:t>vt 0.469810 0.153547</w:t>
        <w:br/>
        <w:t>vt 0.464050 0.119642</w:t>
        <w:br/>
        <w:t>vt 0.446136 0.120754</w:t>
        <w:br/>
        <w:t>vt 0.451861 0.112608</w:t>
        <w:br/>
        <w:t>vt 0.440769 0.106416</w:t>
        <w:br/>
        <w:t>vt 0.427723 0.113485</w:t>
        <w:br/>
        <w:t>vt 0.427496 0.149535</w:t>
        <w:br/>
        <w:t>vt 0.400315 0.137311</w:t>
        <w:br/>
        <w:t>vt 0.408372 0.128463</w:t>
        <w:br/>
        <w:t>vt 0.433641 0.139934</w:t>
        <w:br/>
        <w:t>vt 0.416615 0.120635</w:t>
        <w:br/>
        <w:t>vt 0.440184 0.129457</w:t>
        <w:br/>
        <w:t>vt 0.582612 0.106104</w:t>
        <w:br/>
        <w:t>vt 0.443659 0.072008</w:t>
        <w:br/>
        <w:t>vt 0.451258 0.081828</w:t>
        <w:br/>
        <w:t>vt 0.441336 0.087777</w:t>
        <w:br/>
        <w:t>vt 0.428441 0.079084</w:t>
        <w:br/>
        <w:t>vt 0.482594 0.103766</w:t>
        <w:br/>
        <w:t>vt 0.458662 0.132746</w:t>
        <w:br/>
        <w:t>vt 0.450655 0.152153</w:t>
        <w:br/>
        <w:t>vt 0.428441 0.079084</w:t>
        <w:br/>
        <w:t>vt 0.452852 0.098796</w:t>
        <w:br/>
        <w:t>vt 0.456958 0.104712</w:t>
        <w:br/>
        <w:t>vt 0.477464 0.120670</w:t>
        <w:br/>
        <w:t>vt 0.469120 0.108893</w:t>
        <w:br/>
        <w:t>vt 0.453424 0.097486</w:t>
        <w:br/>
        <w:t>vt 0.453399 0.097603</w:t>
        <w:br/>
        <w:t>vt 0.452852 0.098796</w:t>
        <w:br/>
        <w:t>vt 0.268174 0.931751</w:t>
        <w:br/>
        <w:t>vt 0.268174 0.971988</w:t>
        <w:br/>
        <w:t>vt 0.220932 0.971988</w:t>
        <w:br/>
        <w:t>vt 0.220932 0.931751</w:t>
        <w:br/>
        <w:t>vt 0.292783 0.931751</w:t>
        <w:br/>
        <w:t>vt 0.292783 0.971988</w:t>
        <w:br/>
        <w:t>vt 0.313081 0.931751</w:t>
        <w:br/>
        <w:t>vt 0.313081 0.971988</w:t>
        <w:br/>
        <w:t>vt 0.331763 0.931751</w:t>
        <w:br/>
        <w:t>vt 0.331763 0.971988</w:t>
        <w:br/>
        <w:t>vt 0.356013 0.931751</w:t>
        <w:br/>
        <w:t>vt 0.356013 0.971988</w:t>
        <w:br/>
        <w:t>vt 0.386729 0.971988</w:t>
        <w:br/>
        <w:t>vt 0.386729 0.931751</w:t>
        <w:br/>
        <w:t>vt 0.417445 0.931751</w:t>
        <w:br/>
        <w:t>vt 0.417445 0.971988</w:t>
        <w:br/>
        <w:t>vt 0.417445 0.931751</w:t>
        <w:br/>
        <w:t>vt 0.386729 0.931751</w:t>
        <w:br/>
        <w:t>vt 0.386729 0.895287</w:t>
        <w:br/>
        <w:t>vt 0.417445 0.895287</w:t>
        <w:br/>
        <w:t>vt 0.356013 0.931751</w:t>
        <w:br/>
        <w:t>vt 0.356013 0.895287</w:t>
        <w:br/>
        <w:t>vt 0.331763 0.895287</w:t>
        <w:br/>
        <w:t>vt 0.331763 0.931751</w:t>
        <w:br/>
        <w:t>vt 0.313081 0.895287</w:t>
        <w:br/>
        <w:t>vt 0.313081 0.931751</w:t>
        <w:br/>
        <w:t>vt 0.292783 0.895287</w:t>
        <w:br/>
        <w:t>vt 0.292783 0.931751</w:t>
        <w:br/>
        <w:t>vt 0.268174 0.931751</w:t>
        <w:br/>
        <w:t>vt 0.268174 0.895287</w:t>
        <w:br/>
        <w:t>vt 0.220932 0.895287</w:t>
        <w:br/>
        <w:t>vt 0.220932 0.931751</w:t>
        <w:br/>
        <w:t>vt 0.268174 0.895287</w:t>
        <w:br/>
        <w:t>vt 0.220932 0.895287</w:t>
        <w:br/>
        <w:t>vt 0.220932 0.856128</w:t>
        <w:br/>
        <w:t>vt 0.268174 0.856128</w:t>
        <w:br/>
        <w:t>vt 0.292783 0.895287</w:t>
        <w:br/>
        <w:t>vt 0.292783 0.856128</w:t>
        <w:br/>
        <w:t>vt 0.313081 0.856128</w:t>
        <w:br/>
        <w:t>vt 0.313081 0.895287</w:t>
        <w:br/>
        <w:t>vt 0.331763 0.856128</w:t>
        <w:br/>
        <w:t>vt 0.331763 0.895287</w:t>
        <w:br/>
        <w:t>vt 0.356013 0.856128</w:t>
        <w:br/>
        <w:t>vt 0.356013 0.895287</w:t>
        <w:br/>
        <w:t>vt 0.417445 0.895287</w:t>
        <w:br/>
        <w:t>vt 0.386729 0.895287</w:t>
        <w:br/>
        <w:t>vt 0.386729 0.856128</w:t>
        <w:br/>
        <w:t>vt 0.417445 0.856128</w:t>
        <w:br/>
        <w:t>vt 0.268174 0.931751</w:t>
        <w:br/>
        <w:t>vt 0.220932 0.931751</w:t>
        <w:br/>
        <w:t>vt 0.220932 0.971988</w:t>
        <w:br/>
        <w:t>vt 0.268174 0.971988</w:t>
        <w:br/>
        <w:t>vt 0.292783 0.931751</w:t>
        <w:br/>
        <w:t>vt 0.292783 0.971988</w:t>
        <w:br/>
        <w:t>vt 0.313081 0.931751</w:t>
        <w:br/>
        <w:t>vt 0.313081 0.971988</w:t>
        <w:br/>
        <w:t>vt 0.331763 0.931751</w:t>
        <w:br/>
        <w:t>vt 0.331763 0.971988</w:t>
        <w:br/>
        <w:t>vt 0.356013 0.931751</w:t>
        <w:br/>
        <w:t>vt 0.356013 0.971988</w:t>
        <w:br/>
        <w:t>vt 0.386729 0.971988</w:t>
        <w:br/>
        <w:t>vt 0.386729 0.931751</w:t>
        <w:br/>
        <w:t>vt 0.386729 0.895287</w:t>
        <w:br/>
        <w:t>vt 0.386729 0.931751</w:t>
        <w:br/>
        <w:t>vt 0.356013 0.895287</w:t>
        <w:br/>
        <w:t>vt 0.356013 0.931751</w:t>
        <w:br/>
        <w:t>vt 0.331763 0.895287</w:t>
        <w:br/>
        <w:t>vt 0.331763 0.931751</w:t>
        <w:br/>
        <w:t>vt 0.313081 0.895287</w:t>
        <w:br/>
        <w:t>vt 0.313081 0.931751</w:t>
        <w:br/>
        <w:t>vt 0.292783 0.895287</w:t>
        <w:br/>
        <w:t>vt 0.292783 0.931751</w:t>
        <w:br/>
        <w:t>vt 0.268174 0.895287</w:t>
        <w:br/>
        <w:t>vt 0.268174 0.931751</w:t>
        <w:br/>
        <w:t>vt 0.220932 0.895287</w:t>
        <w:br/>
        <w:t>vt 0.220932 0.931751</w:t>
        <w:br/>
        <w:t>vt 0.220932 0.856128</w:t>
        <w:br/>
        <w:t>vt 0.220932 0.895287</w:t>
        <w:br/>
        <w:t>vt 0.268174 0.895287</w:t>
        <w:br/>
        <w:t>vt 0.268174 0.856128</w:t>
        <w:br/>
        <w:t>vt 0.292783 0.895287</w:t>
        <w:br/>
        <w:t>vt 0.292783 0.856128</w:t>
        <w:br/>
        <w:t>vt 0.313081 0.895287</w:t>
        <w:br/>
        <w:t>vt 0.313081 0.856128</w:t>
        <w:br/>
        <w:t>vt 0.331763 0.895287</w:t>
        <w:br/>
        <w:t>vt 0.331763 0.856128</w:t>
        <w:br/>
        <w:t>vt 0.356013 0.895287</w:t>
        <w:br/>
        <w:t>vt 0.356013 0.856128</w:t>
        <w:br/>
        <w:t>vt 0.386729 0.856128</w:t>
        <w:br/>
        <w:t>vt 0.386729 0.895287</w:t>
        <w:br/>
        <w:t>vt 0.386729 0.971988</w:t>
        <w:br/>
        <w:t>vt 0.386729 0.931751</w:t>
        <w:br/>
        <w:t>vt 0.417445 0.931751</w:t>
        <w:br/>
        <w:t>vt 0.417445 0.971988</w:t>
        <w:br/>
        <w:t>vt 0.220932 0.856128</w:t>
        <w:br/>
        <w:t>vt 0.268174 0.856128</w:t>
        <w:br/>
        <w:t>vt 0.268174 0.895287</w:t>
        <w:br/>
        <w:t>vt 0.220932 0.895287</w:t>
        <w:br/>
        <w:t>vt 0.292783 0.895287</w:t>
        <w:br/>
        <w:t>vt 0.292783 0.856128</w:t>
        <w:br/>
        <w:t>vt 0.313081 0.856128</w:t>
        <w:br/>
        <w:t>vt 0.313081 0.895287</w:t>
        <w:br/>
        <w:t>vt 0.331763 0.856128</w:t>
        <w:br/>
        <w:t>vt 0.331763 0.895287</w:t>
        <w:br/>
        <w:t>vt 0.356013 0.895287</w:t>
        <w:br/>
        <w:t>vt 0.356013 0.856128</w:t>
        <w:br/>
        <w:t>vt 0.386729 0.856128</w:t>
        <w:br/>
        <w:t>vt 0.417445 0.856128</w:t>
        <w:br/>
        <w:t>vt 0.417445 0.895287</w:t>
        <w:br/>
        <w:t>vt 0.386729 0.895287</w:t>
        <w:br/>
        <w:t>vt 0.268174 0.931751</w:t>
        <w:br/>
        <w:t>vt 0.268174 0.971988</w:t>
        <w:br/>
        <w:t>vt 0.220932 0.971988</w:t>
        <w:br/>
        <w:t>vt 0.220932 0.931751</w:t>
        <w:br/>
        <w:t>vt 0.292783 0.931751</w:t>
        <w:br/>
        <w:t>vt 0.292783 0.971988</w:t>
        <w:br/>
        <w:t>vt 0.313081 0.931751</w:t>
        <w:br/>
        <w:t>vt 0.313081 0.971988</w:t>
        <w:br/>
        <w:t>vt 0.331763 0.931751</w:t>
        <w:br/>
        <w:t>vt 0.331763 0.971988</w:t>
        <w:br/>
        <w:t>vt 0.356013 0.931751</w:t>
        <w:br/>
        <w:t>vt 0.356013 0.971988</w:t>
        <w:br/>
        <w:t>vt 0.268174 0.895287</w:t>
        <w:br/>
        <w:t>vt 0.268174 0.931751</w:t>
        <w:br/>
        <w:t>vt 0.220932 0.931751</w:t>
        <w:br/>
        <w:t>vt 0.220932 0.895287</w:t>
        <w:br/>
        <w:t>vt 0.292783 0.931751</w:t>
        <w:br/>
        <w:t>vt 0.292783 0.895287</w:t>
        <w:br/>
        <w:t>vt 0.313081 0.895287</w:t>
        <w:br/>
        <w:t>vt 0.313081 0.931751</w:t>
        <w:br/>
        <w:t>vt 0.331763 0.895287</w:t>
        <w:br/>
        <w:t>vt 0.331763 0.931751</w:t>
        <w:br/>
        <w:t>vt 0.356013 0.895287</w:t>
        <w:br/>
        <w:t>vt 0.356013 0.931751</w:t>
        <w:br/>
        <w:t>vt 0.386729 0.895287</w:t>
        <w:br/>
        <w:t>vt 0.386729 0.931751</w:t>
        <w:br/>
        <w:t>vt 0.417445 0.895287</w:t>
        <w:br/>
        <w:t>vt 0.417445 0.931751</w:t>
        <w:br/>
        <w:t>vt 0.386729 0.971988</w:t>
        <w:br/>
        <w:t>vt 0.386729 0.931751</w:t>
        <w:br/>
        <w:t>vt 0.220932 0.856128</w:t>
        <w:br/>
        <w:t>vt 0.220932 0.895287</w:t>
        <w:br/>
        <w:t>vt 0.268174 0.895287</w:t>
        <w:br/>
        <w:t>vt 0.268174 0.856128</w:t>
        <w:br/>
        <w:t>vt 0.292783 0.895287</w:t>
        <w:br/>
        <w:t>vt 0.292783 0.856128</w:t>
        <w:br/>
        <w:t>vt 0.313081 0.895287</w:t>
        <w:br/>
        <w:t>vt 0.313081 0.856128</w:t>
        <w:br/>
        <w:t>vt 0.331763 0.895287</w:t>
        <w:br/>
        <w:t>vt 0.331763 0.856128</w:t>
        <w:br/>
        <w:t>vt 0.356013 0.895287</w:t>
        <w:br/>
        <w:t>vt 0.356013 0.856128</w:t>
        <w:br/>
        <w:t>vt 0.386729 0.856128</w:t>
        <w:br/>
        <w:t>vt 0.386729 0.895287</w:t>
        <w:br/>
        <w:t>vt 0.268174 0.931751</w:t>
        <w:br/>
        <w:t>vt 0.220932 0.931751</w:t>
        <w:br/>
        <w:t>vt 0.220932 0.971988</w:t>
        <w:br/>
        <w:t>vt 0.268174 0.971988</w:t>
        <w:br/>
        <w:t>vt 0.292783 0.931751</w:t>
        <w:br/>
        <w:t>vt 0.292783 0.971988</w:t>
        <w:br/>
        <w:t>vt 0.313081 0.931751</w:t>
        <w:br/>
        <w:t>vt 0.313081 0.971988</w:t>
        <w:br/>
        <w:t>vt 0.331763 0.971988</w:t>
        <w:br/>
        <w:t>vt 0.331763 0.931751</w:t>
        <w:br/>
        <w:t>vt 0.356013 0.971988</w:t>
        <w:br/>
        <w:t>vt 0.356013 0.931751</w:t>
        <w:br/>
        <w:t>vt 0.220932 0.931751</w:t>
        <w:br/>
        <w:t>vt 0.268174 0.931751</w:t>
        <w:br/>
        <w:t>vt 0.268174 0.895287</w:t>
        <w:br/>
        <w:t>vt 0.220932 0.895287</w:t>
        <w:br/>
        <w:t>vt 0.292783 0.931751</w:t>
        <w:br/>
        <w:t>vt 0.292783 0.895287</w:t>
        <w:br/>
        <w:t>vt 0.313081 0.895287</w:t>
        <w:br/>
        <w:t>vt 0.313081 0.931751</w:t>
        <w:br/>
        <w:t>vt 0.331763 0.931751</w:t>
        <w:br/>
        <w:t>vt 0.331763 0.895287</w:t>
        <w:br/>
        <w:t>vt 0.356013 0.931751</w:t>
        <w:br/>
        <w:t>vt 0.356013 0.895287</w:t>
        <w:br/>
        <w:t>vt 0.386729 0.931751</w:t>
        <w:br/>
        <w:t>vt 0.386729 0.895287</w:t>
        <w:br/>
        <w:t>vt 0.959978 0.223513</w:t>
        <w:br/>
        <w:t>vt 0.985523 0.223513</w:t>
        <w:br/>
        <w:t>vt 0.985523 0.201992</w:t>
        <w:br/>
        <w:t>vt 0.961377 0.207416</w:t>
        <w:br/>
        <w:t>vt 0.944756 0.209691</w:t>
        <w:br/>
        <w:t>vt 0.944056 0.224738</w:t>
        <w:br/>
        <w:t>vt 0.929184 0.224388</w:t>
        <w:br/>
        <w:t>vt 0.929534 0.209866</w:t>
        <w:br/>
        <w:t>vt 0.917286 0.209341</w:t>
        <w:br/>
        <w:t>vt 0.917461 0.223338</w:t>
        <w:br/>
        <w:t>vt 0.901889 0.208291</w:t>
        <w:br/>
        <w:t>vt 0.902589 0.221064</w:t>
        <w:br/>
        <w:t>vt 0.888591 0.217739</w:t>
        <w:br/>
        <w:t>vt 0.887192 0.207591</w:t>
        <w:br/>
        <w:t>vt 0.877919 0.214765</w:t>
        <w:br/>
        <w:t>vt 0.876169 0.206891</w:t>
        <w:br/>
        <w:t>vt 0.869695 0.212490</w:t>
        <w:br/>
        <w:t>vt 0.867071 0.205492</w:t>
        <w:br/>
        <w:t>vt 0.857097 0.203567</w:t>
        <w:br/>
        <w:t>vt 0.859197 0.210741</w:t>
        <w:br/>
        <w:t>vt 0.847999 0.210741</w:t>
        <w:br/>
        <w:t>vt 0.843800 0.201293</w:t>
        <w:br/>
        <w:t>vt 0.821404 0.211966</w:t>
        <w:br/>
        <w:t>vt 0.807407 0.190445</w:t>
        <w:br/>
        <w:t>vt 0.802683 0.210041</w:t>
        <w:br/>
        <w:t>vt 0.803208 0.223863</w:t>
        <w:br/>
        <w:t>vt 0.824554 0.223863</w:t>
        <w:br/>
        <w:t>vt 0.821404 0.211966</w:t>
        <w:br/>
        <w:t>vt 0.802683 0.210041</w:t>
        <w:br/>
        <w:t>vt 0.809682 0.245034</w:t>
        <w:br/>
        <w:t>vt 0.831727 0.238735</w:t>
        <w:br/>
        <w:t>vt 0.859547 0.222463</w:t>
        <w:br/>
        <w:t>vt 0.852198 0.215465</w:t>
        <w:br/>
        <w:t>vt 0.819305 0.262006</w:t>
        <w:br/>
        <w:t>vt 0.839951 0.251508</w:t>
        <w:br/>
        <w:t>vt 0.847999 0.197618</w:t>
        <w:br/>
        <w:t>vt 0.854473 0.193944</w:t>
        <w:br/>
        <w:t>vt 0.818780 0.169624</w:t>
        <w:br/>
        <w:t>vt 0.813181 0.178547</w:t>
        <w:br/>
        <w:t>vt 0.847999 0.210741</w:t>
        <w:br/>
        <w:t>vt 0.836451 0.280902</w:t>
        <w:br/>
        <w:t>vt 0.855173 0.265680</w:t>
        <w:br/>
        <w:t>vt 0.866546 0.229987</w:t>
        <w:br/>
        <w:t>vt 0.859197 0.296824</w:t>
        <w:br/>
        <w:t>vt 0.874594 0.277753</w:t>
        <w:br/>
        <w:t>vt 0.877394 0.239260</w:t>
        <w:br/>
        <w:t>vt 0.888591 0.217739</w:t>
        <w:br/>
        <w:t>vt 0.891741 0.249058</w:t>
        <w:br/>
        <w:t>vt 0.885967 0.308372</w:t>
        <w:br/>
        <w:t>vt 0.896290 0.287201</w:t>
        <w:br/>
        <w:t>vt 0.902589 0.221064</w:t>
        <w:br/>
        <w:t>vt 0.908013 0.256582</w:t>
        <w:br/>
        <w:t>vt 0.917461 0.223338</w:t>
        <w:br/>
        <w:t>vt 0.909413 0.314496</w:t>
        <w:br/>
        <w:t>vt 0.914662 0.292800</w:t>
        <w:br/>
        <w:t>vt 0.921660 0.261656</w:t>
        <w:br/>
        <w:t>vt 0.929184 0.224388</w:t>
        <w:br/>
        <w:t>vt 0.944056 0.224738</w:t>
        <w:br/>
        <w:t>vt 0.940906 0.265680</w:t>
        <w:br/>
        <w:t>vt 0.938107 0.297699</w:t>
        <w:br/>
        <w:t>vt 0.959978 0.266730</w:t>
        <w:br/>
        <w:t>vt 0.959978 0.223513</w:t>
        <w:br/>
        <w:t>vt 0.938107 0.318170</w:t>
        <w:br/>
        <w:t>vt 0.959978 0.301023</w:t>
        <w:br/>
        <w:t>vt 0.985523 0.265505</w:t>
        <w:br/>
        <w:t>vt 0.962252 0.320095</w:t>
        <w:br/>
        <w:t>vt 0.985523 0.304698</w:t>
        <w:br/>
        <w:t>vt 0.955953 0.102262</w:t>
        <w:br/>
        <w:t>vt 0.962427 0.165075</w:t>
        <w:br/>
        <w:t>vt 0.985523 0.157026</w:t>
        <w:br/>
        <w:t>vt 0.985523 0.092289</w:t>
        <w:br/>
        <w:t>vt 0.961377 0.207416</w:t>
        <w:br/>
        <w:t>vt 0.943531 0.170498</w:t>
        <w:br/>
        <w:t>vt 0.944756 0.209691</w:t>
        <w:br/>
        <w:t>vt 0.934258 0.109785</w:t>
        <w:br/>
        <w:t>vt 0.910637 0.117134</w:t>
        <w:br/>
        <w:t>vt 0.923060 0.176447</w:t>
        <w:br/>
        <w:t>vt 0.929534 0.209866</w:t>
        <w:br/>
        <w:t>vt 0.917286 0.209341</w:t>
        <w:br/>
        <w:t>vt 0.910112 0.179947</w:t>
        <w:br/>
        <w:t>vt 0.889816 0.124132</w:t>
        <w:br/>
        <w:t>vt 0.893665 0.182921</w:t>
        <w:br/>
        <w:t>vt 0.901889 0.208291</w:t>
        <w:br/>
        <w:t>vt 0.866896 0.133406</w:t>
        <w:br/>
        <w:t>vt 0.877744 0.186245</w:t>
        <w:br/>
        <w:t>vt 0.887192 0.207591</w:t>
        <w:br/>
        <w:t>vt 0.847824 0.143729</w:t>
        <w:br/>
        <w:t>vt 0.867071 0.205492</w:t>
        <w:br/>
        <w:t>vt 0.876169 0.206891</w:t>
        <w:br/>
        <w:t>vt 0.863921 0.190095</w:t>
        <w:br/>
        <w:t>vt 0.857097 0.203567</w:t>
        <w:br/>
        <w:t>vt 0.843800 0.201293</w:t>
        <w:br/>
        <w:t>vt 0.985523 0.201992</w:t>
        <w:br/>
        <w:t>vt 0.807407 0.190445</w:t>
        <w:br/>
        <w:t>vt 0.829803 0.157726</w:t>
        <w:br/>
        <w:t>vt 0.959978 0.223513</w:t>
        <w:br/>
        <w:t>vt 0.961377 0.207416</w:t>
        <w:br/>
        <w:t>vt 0.985523 0.201992</w:t>
        <w:br/>
        <w:t>vt 0.985523 0.223513</w:t>
        <w:br/>
        <w:t>vt 0.944056 0.224738</w:t>
        <w:br/>
        <w:t>vt 0.944756 0.209691</w:t>
        <w:br/>
        <w:t>vt 0.929184 0.224388</w:t>
        <w:br/>
        <w:t>vt 0.929534 0.209866</w:t>
        <w:br/>
        <w:t>vt 0.917461 0.223338</w:t>
        <w:br/>
        <w:t>vt 0.917286 0.209341</w:t>
        <w:br/>
        <w:t>vt 0.902589 0.221064</w:t>
        <w:br/>
        <w:t>vt 0.901889 0.208291</w:t>
        <w:br/>
        <w:t>vt 0.888591 0.217739</w:t>
        <w:br/>
        <w:t>vt 0.887192 0.207591</w:t>
        <w:br/>
        <w:t>vt 0.877919 0.214765</w:t>
        <w:br/>
        <w:t>vt 0.876169 0.206891</w:t>
        <w:br/>
        <w:t>vt 0.869695 0.212490</w:t>
        <w:br/>
        <w:t>vt 0.867071 0.205492</w:t>
        <w:br/>
        <w:t>vt 0.859197 0.210741</w:t>
        <w:br/>
        <w:t>vt 0.857097 0.203567</w:t>
        <w:br/>
        <w:t>vt 0.847999 0.210741</w:t>
        <w:br/>
        <w:t>vt 0.843800 0.201293</w:t>
        <w:br/>
        <w:t>vt 0.821404 0.211966</w:t>
        <w:br/>
        <w:t>vt 0.821404 0.211966</w:t>
        <w:br/>
        <w:t>vt 0.824554 0.223863</w:t>
        <w:br/>
        <w:t>vt 0.831727 0.238735</w:t>
        <w:br/>
        <w:t>vt 0.859547 0.222463</w:t>
        <w:br/>
        <w:t>vt 0.852198 0.215465</w:t>
        <w:br/>
        <w:t>vt 0.839951 0.251508</w:t>
        <w:br/>
        <w:t>vt 0.847999 0.197618</w:t>
        <w:br/>
        <w:t>vt 0.854473 0.193944</w:t>
        <w:br/>
        <w:t>vt 0.847999 0.210741</w:t>
        <w:br/>
        <w:t>vt 0.855173 0.265680</w:t>
        <w:br/>
        <w:t>vt 0.866546 0.229987</w:t>
        <w:br/>
        <w:t>vt 0.874594 0.277753</w:t>
        <w:br/>
        <w:t>vt 0.877394 0.239260</w:t>
        <w:br/>
        <w:t>vt 0.888591 0.217739</w:t>
        <w:br/>
        <w:t>vt 0.891741 0.249058</w:t>
        <w:br/>
        <w:t>vt 0.896290 0.287201</w:t>
        <w:br/>
        <w:t>vt 0.902589 0.221064</w:t>
        <w:br/>
        <w:t>vt 0.908013 0.256582</w:t>
        <w:br/>
        <w:t>vt 0.917461 0.223338</w:t>
        <w:br/>
        <w:t>vt 0.914662 0.292800</w:t>
        <w:br/>
        <w:t>vt 0.921660 0.261656</w:t>
        <w:br/>
        <w:t>vt 0.929184 0.224388</w:t>
        <w:br/>
        <w:t>vt 0.944056 0.224738</w:t>
        <w:br/>
        <w:t>vt 0.940906 0.265680</w:t>
        <w:br/>
        <w:t>vt 0.938107 0.297699</w:t>
        <w:br/>
        <w:t>vt 0.959978 0.223513</w:t>
        <w:br/>
        <w:t>vt 0.959978 0.266730</w:t>
        <w:br/>
        <w:t>vt 0.959978 0.301023</w:t>
        <w:br/>
        <w:t>vt 0.985523 0.265505</w:t>
        <w:br/>
        <w:t>vt 0.985523 0.157026</w:t>
        <w:br/>
        <w:t>vt 0.962427 0.165075</w:t>
        <w:br/>
        <w:t>vt 0.961377 0.207416</w:t>
        <w:br/>
        <w:t>vt 0.944756 0.209691</w:t>
        <w:br/>
        <w:t>vt 0.943531 0.170498</w:t>
        <w:br/>
        <w:t>vt 0.923060 0.176447</w:t>
        <w:br/>
        <w:t>vt 0.929534 0.209866</w:t>
        <w:br/>
        <w:t>vt 0.917286 0.209341</w:t>
        <w:br/>
        <w:t>vt 0.910112 0.179947</w:t>
        <w:br/>
        <w:t>vt 0.901889 0.208291</w:t>
        <w:br/>
        <w:t>vt 0.893665 0.182921</w:t>
        <w:br/>
        <w:t>vt 0.887192 0.207591</w:t>
        <w:br/>
        <w:t>vt 0.877744 0.186245</w:t>
        <w:br/>
        <w:t>vt 0.867071 0.205492</w:t>
        <w:br/>
        <w:t>vt 0.863921 0.190095</w:t>
        <w:br/>
        <w:t>vt 0.876169 0.206891</w:t>
        <w:br/>
        <w:t>vt 0.857097 0.203567</w:t>
        <w:br/>
        <w:t>vt 0.843800 0.201293</w:t>
        <w:br/>
        <w:t>vt 0.985523 0.201992</w:t>
        <w:br/>
        <w:t>vt 0.090327 0.861748</w:t>
        <w:br/>
        <w:t>vt 0.068497 0.865113</w:t>
        <w:br/>
        <w:t>vt 0.064058 0.812159</w:t>
        <w:br/>
        <w:t>vt 0.086599 0.809776</w:t>
        <w:br/>
        <w:t>vt 0.063700 0.791871</w:t>
        <w:br/>
        <w:t>vt 0.086450 0.790000</w:t>
        <w:br/>
        <w:t>vt 0.095066 0.906470</w:t>
        <w:br/>
        <w:t>vt 0.100610 0.941637</w:t>
        <w:br/>
        <w:t>vt 0.083775 0.944999</w:t>
        <w:br/>
        <w:t>vt 0.074744 0.907517</w:t>
        <w:br/>
        <w:t>vt 0.109871 0.693465</w:t>
        <w:br/>
        <w:t>vt 0.098898 0.730280</w:t>
        <w:br/>
        <w:t>vt 0.088379 0.728049</w:t>
        <w:br/>
        <w:t>vt 0.104485 0.960137</w:t>
        <w:br/>
        <w:t>vt 0.089706 0.965880</w:t>
        <w:br/>
        <w:t>vt 0.109871 0.982192</w:t>
        <w:br/>
        <w:t>vt 0.073802 0.754840</w:t>
        <w:br/>
        <w:t>vt 0.090525 0.758675</w:t>
        <w:br/>
        <w:t>vt 0.087365 0.771904</w:t>
        <w:br/>
        <w:t>vt 0.065659 0.770526</w:t>
        <w:br/>
        <w:t>vt 0.038726 0.860549</w:t>
        <w:br/>
        <w:t>vt 0.012168 0.871447</w:t>
        <w:br/>
        <w:t>vt 0.020829 0.810004</w:t>
        <w:br/>
        <w:t>vt 0.042615 0.813649</w:t>
        <w:br/>
        <w:t>vt 0.037129 0.730321</w:t>
        <w:br/>
        <w:t>vt 0.053920 0.733898</w:t>
        <w:br/>
        <w:t>vt 0.047926 0.768991</w:t>
        <w:br/>
        <w:t>vt 0.027619 0.767685</w:t>
        <w:br/>
        <w:t>vt 0.063700 0.981601</w:t>
        <w:br/>
        <w:t>vt 0.041373 0.947550</w:t>
        <w:br/>
        <w:t>vt 0.051835 0.945064</w:t>
        <w:br/>
        <w:t>vt 0.058032 0.715449</w:t>
        <w:br/>
        <w:t>vt 0.043327 0.709517</w:t>
        <w:br/>
        <w:t>vt 0.063700 0.693465</w:t>
        <w:br/>
        <w:t>vt 0.026149 0.921121</w:t>
        <w:br/>
        <w:t>vt 0.017626 0.905639</w:t>
        <w:br/>
        <w:t>vt 0.039293 0.903732</w:t>
        <w:br/>
        <w:t>vt 0.042774 0.916881</w:t>
        <w:br/>
        <w:t>vt 0.015395 0.885848</w:t>
        <w:br/>
        <w:t>vt 0.037985 0.870235</w:t>
        <w:br/>
        <w:t>vt 0.138134 0.253004</w:t>
        <w:br/>
        <w:t>vt 0.161016 0.252805</w:t>
        <w:br/>
        <w:t>vt 0.157876 0.267058</w:t>
        <w:br/>
        <w:t>vt 0.132397 0.266966</w:t>
        <w:br/>
        <w:t>vt 0.183334 0.248262</w:t>
        <w:br/>
        <w:t>vt 0.182862 0.262337</w:t>
        <w:br/>
        <w:t>vt 0.204215 0.239595</w:t>
        <w:br/>
        <w:t>vt 0.206394 0.252975</w:t>
        <w:br/>
        <w:t>vt 0.222860 0.227172</w:t>
        <w:br/>
        <w:t>vt 0.227568 0.239344</w:t>
        <w:br/>
        <w:t>vt 0.238576 0.211517</w:t>
        <w:br/>
        <w:t>vt 0.245578 0.221957</w:t>
        <w:br/>
        <w:t>vt 0.250803 0.193253</w:t>
        <w:br/>
        <w:t>vt 0.259737 0.201488</w:t>
        <w:br/>
        <w:t>vt 0.259126 0.173102</w:t>
        <w:br/>
        <w:t>vt 0.269505 0.178715</w:t>
        <w:br/>
        <w:t>vt 0.263272 0.151801</w:t>
        <w:br/>
        <w:t>vt 0.274505 0.154488</w:t>
        <w:br/>
        <w:t>vt 0.263048 0.130093</w:t>
        <w:br/>
        <w:t>vt 0.274505 0.129675</w:t>
        <w:br/>
        <w:t>vt 0.258372 0.108704</w:t>
        <w:br/>
        <w:t>vt 0.269451 0.105052</w:t>
        <w:br/>
        <w:t>vt 0.249754 0.088447</w:t>
        <w:br/>
        <w:t>vt 0.259241 0.081955</w:t>
        <w:br/>
        <w:t>vt 0.237225 0.070307</w:t>
        <w:br/>
        <w:t>vt 0.244738 0.061447</w:t>
        <w:br/>
        <w:t>vt 0.221316 0.054835</w:t>
        <w:br/>
        <w:t>vt 0.226466 0.044099</w:t>
        <w:br/>
        <w:t>vt 0.202594 0.042577</w:t>
        <w:br/>
        <w:t>vt 0.205090 0.030525</w:t>
        <w:br/>
        <w:t>vt 0.181734 0.034005</w:t>
        <w:br/>
        <w:t>vt 0.181418 0.021226</w:t>
        <w:br/>
        <w:t>vt 0.159508 0.029491</w:t>
        <w:br/>
        <w:t>vt 0.156363 0.016554</w:t>
        <w:br/>
        <w:t>vt 0.136773 0.029224</w:t>
        <w:br/>
        <w:t>vt 0.130884 0.016665</w:t>
        <w:br/>
        <w:t>vt 0.114401 0.033270</w:t>
        <w:br/>
        <w:t>vt 0.105941 0.021577</w:t>
        <w:br/>
        <w:t>vt 0.093268 0.041521</w:t>
        <w:br/>
        <w:t>vt 0.082494 0.031115</w:t>
        <w:br/>
        <w:t>vt 0.074218 0.053660</w:t>
        <w:br/>
        <w:t>vt 0.061451 0.044906</w:t>
        <w:br/>
        <w:t>vt 0.058018 0.069226</w:t>
        <w:br/>
        <w:t>vt 0.043626 0.062424</w:t>
        <w:br/>
        <w:t>vt 0.045317 0.087622</w:t>
        <w:br/>
        <w:t>vt 0.029710 0.082977</w:t>
        <w:br/>
        <w:t>vt 0.036626 0.108102</w:t>
        <w:br/>
        <w:t>vt 0.020241 0.105773</w:t>
        <w:br/>
        <w:t>vt 0.032284 0.129846</w:t>
        <w:br/>
        <w:t>vt 0.015584 0.129901</w:t>
        <w:br/>
        <w:t>vt 0.032448 0.151996</w:t>
        <w:br/>
        <w:t>vt 0.015899 0.154404</w:t>
        <w:br/>
        <w:t>vt 0.037023 0.173702</w:t>
        <w:br/>
        <w:t>vt 0.021060 0.178285</w:t>
        <w:br/>
        <w:t>vt 0.045965 0.194119</w:t>
        <w:br/>
        <w:t>vt 0.030760 0.200857</w:t>
        <w:br/>
        <w:t>vt 0.058823 0.212550</w:t>
        <w:br/>
        <w:t>vt 0.044840 0.221319</w:t>
        <w:br/>
        <w:t>vt 0.075154 0.228210</w:t>
        <w:br/>
        <w:t>vt 0.062793 0.238795</w:t>
        <w:br/>
        <w:t>vt 0.094331 0.240475</w:t>
        <w:br/>
        <w:t>vt 0.083926 0.252559</w:t>
        <w:br/>
        <w:t>vt 0.185175 0.159774</w:t>
        <w:br/>
        <w:t>vt 0.180739 0.166287</w:t>
        <w:br/>
        <w:t>vt 0.148749 0.140988</w:t>
        <w:br/>
        <w:t>vt 0.115603 0.248848</w:t>
        <w:br/>
        <w:t>vt 0.107427 0.262074</w:t>
        <w:br/>
        <w:t>vt 0.160402 0.102761</w:t>
        <w:br/>
        <w:t>vt 0.167883 0.105768</w:t>
        <w:br/>
        <w:t>vt 0.107415 0.137033</w:t>
        <w:br/>
        <w:t>vt 0.108955 0.129333</w:t>
        <w:br/>
        <w:t>vt 0.160927 0.179215</w:t>
        <w:br/>
        <w:t>vt 0.152995 0.180761</w:t>
        <w:br/>
        <w:t>vt 0.184899 0.122158</w:t>
        <w:br/>
        <w:t>vt 0.188043 0.129385</w:t>
        <w:br/>
        <w:t>vt 0.122220 0.110017</w:t>
        <w:br/>
        <w:t>vt 0.128950 0.105673</w:t>
        <w:br/>
        <w:t>vt 0.122606 0.171926</w:t>
        <w:br/>
        <w:t>vt 0.116822 0.166380</w:t>
        <w:br/>
        <w:t>vt 0.188211 0.152543</w:t>
        <w:br/>
        <w:t>vt 0.152466 0.101221</w:t>
        <w:br/>
        <w:t>vt 0.107469 0.144891</w:t>
        <w:br/>
        <w:t>vt 0.168381 0.176198</w:t>
        <w:br/>
        <w:t>vt 0.180368 0.115657</w:t>
        <w:br/>
        <w:t>vt 0.116505 0.115553</w:t>
        <w:br/>
        <w:t>vt 0.129393 0.176282</w:t>
        <w:br/>
        <w:t>vt 0.189731 0.144866</w:t>
        <w:br/>
        <w:t>vt 0.144371 0.101192</w:t>
        <w:br/>
        <w:t>vt 0.109106 0.152595</w:t>
        <w:br/>
        <w:t>vt 0.175070 0.171834</w:t>
        <w:br/>
        <w:t>vt 0.174623 0.110126</w:t>
        <w:br/>
        <w:t>vt 0.112025 0.122077</w:t>
        <w:br/>
        <w:t>vt 0.136918 0.179269</w:t>
        <w:br/>
        <w:t>vt 0.189674 0.137051</w:t>
        <w:br/>
        <w:t>vt 0.136430 0.102693</w:t>
        <w:br/>
        <w:t>vt 0.112263 0.159854</w:t>
        <w:br/>
        <w:t>vt 0.144889 0.180777</w:t>
        <w:br/>
        <w:t>vt 0.258372 0.108704</w:t>
        <w:br/>
        <w:t>vt 0.263048 0.130093</w:t>
        <w:br/>
        <w:t>vt 0.202594 0.042577</w:t>
        <w:br/>
        <w:t>vt 0.221316 0.054835</w:t>
        <w:br/>
        <w:t>vt 0.222860 0.227172</w:t>
        <w:br/>
        <w:t>vt 0.238576 0.211517</w:t>
        <w:br/>
        <w:t>vt 0.136773 0.029224</w:t>
        <w:br/>
        <w:t>vt 0.263272 0.151801</w:t>
        <w:br/>
        <w:t>vt 0.237225 0.070307</w:t>
        <w:br/>
        <w:t>vt 0.204215 0.239595</w:t>
        <w:br/>
        <w:t>vt 0.159508 0.029491</w:t>
        <w:br/>
        <w:t>vt 0.259126 0.173102</w:t>
        <w:br/>
        <w:t>vt 0.249754 0.088447</w:t>
        <w:br/>
        <w:t>vt 0.181734 0.034005</w:t>
        <w:br/>
        <w:t>vt 0.250803 0.193253</w:t>
        <w:br/>
        <w:t>vt 0.157876 0.267058</w:t>
        <w:br/>
        <w:t>vt 0.161016 0.252805</w:t>
        <w:br/>
        <w:t>vt 0.138134 0.253004</w:t>
        <w:br/>
        <w:t>vt 0.132397 0.266966</w:t>
        <w:br/>
        <w:t>vt 0.182862 0.262337</w:t>
        <w:br/>
        <w:t>vt 0.183334 0.248262</w:t>
        <w:br/>
        <w:t>vt 0.206394 0.252975</w:t>
        <w:br/>
        <w:t>vt 0.204215 0.239595</w:t>
        <w:br/>
        <w:t>vt 0.227568 0.239344</w:t>
        <w:br/>
        <w:t>vt 0.222860 0.227172</w:t>
        <w:br/>
        <w:t>vt 0.245578 0.221957</w:t>
        <w:br/>
        <w:t>vt 0.238576 0.211517</w:t>
        <w:br/>
        <w:t>vt 0.259737 0.201488</w:t>
        <w:br/>
        <w:t>vt 0.250803 0.193253</w:t>
        <w:br/>
        <w:t>vt 0.269505 0.178715</w:t>
        <w:br/>
        <w:t>vt 0.259126 0.173102</w:t>
        <w:br/>
        <w:t>vt 0.274505 0.154488</w:t>
        <w:br/>
        <w:t>vt 0.263272 0.151801</w:t>
        <w:br/>
        <w:t>vt 0.274505 0.129675</w:t>
        <w:br/>
        <w:t>vt 0.263048 0.130093</w:t>
        <w:br/>
        <w:t>vt 0.269451 0.105052</w:t>
        <w:br/>
        <w:t>vt 0.258372 0.108704</w:t>
        <w:br/>
        <w:t>vt 0.259241 0.081955</w:t>
        <w:br/>
        <w:t>vt 0.249754 0.088447</w:t>
        <w:br/>
        <w:t>vt 0.244738 0.061447</w:t>
        <w:br/>
        <w:t>vt 0.237225 0.070307</w:t>
        <w:br/>
        <w:t>vt 0.226466 0.044099</w:t>
        <w:br/>
        <w:t>vt 0.221316 0.054835</w:t>
        <w:br/>
        <w:t>vt 0.205090 0.030525</w:t>
        <w:br/>
        <w:t>vt 0.202594 0.042577</w:t>
        <w:br/>
        <w:t>vt 0.181418 0.021226</w:t>
        <w:br/>
        <w:t>vt 0.181734 0.034005</w:t>
        <w:br/>
        <w:t>vt 0.156363 0.016554</w:t>
        <w:br/>
        <w:t>vt 0.159508 0.029491</w:t>
        <w:br/>
        <w:t>vt 0.130884 0.016665</w:t>
        <w:br/>
        <w:t>vt 0.136773 0.029224</w:t>
        <w:br/>
        <w:t>vt 0.105941 0.021577</w:t>
        <w:br/>
        <w:t>vt 0.114401 0.033270</w:t>
        <w:br/>
        <w:t>vt 0.082494 0.031115</w:t>
        <w:br/>
        <w:t>vt 0.093268 0.041521</w:t>
        <w:br/>
        <w:t>vt 0.061451 0.044906</w:t>
        <w:br/>
        <w:t>vt 0.074218 0.053660</w:t>
        <w:br/>
        <w:t>vt 0.043626 0.062424</w:t>
        <w:br/>
        <w:t>vt 0.058018 0.069226</w:t>
        <w:br/>
        <w:t>vt 0.029710 0.082977</w:t>
        <w:br/>
        <w:t>vt 0.045317 0.087622</w:t>
        <w:br/>
        <w:t>vt 0.020241 0.105773</w:t>
        <w:br/>
        <w:t>vt 0.036626 0.108102</w:t>
        <w:br/>
        <w:t>vt 0.015584 0.129901</w:t>
        <w:br/>
        <w:t>vt 0.032284 0.129846</w:t>
        <w:br/>
        <w:t>vt 0.015899 0.154404</w:t>
        <w:br/>
        <w:t>vt 0.032448 0.151996</w:t>
        <w:br/>
        <w:t>vt 0.021060 0.178285</w:t>
        <w:br/>
        <w:t>vt 0.037023 0.173702</w:t>
        <w:br/>
        <w:t>vt 0.030760 0.200857</w:t>
        <w:br/>
        <w:t>vt 0.045965 0.194119</w:t>
        <w:br/>
        <w:t>vt 0.044840 0.221319</w:t>
        <w:br/>
        <w:t>vt 0.058823 0.212550</w:t>
        <w:br/>
        <w:t>vt 0.062793 0.238795</w:t>
        <w:br/>
        <w:t>vt 0.075154 0.228210</w:t>
        <w:br/>
        <w:t>vt 0.083926 0.252559</w:t>
        <w:br/>
        <w:t>vt 0.094331 0.240475</w:t>
        <w:br/>
        <w:t>vt 0.185175 0.159774</w:t>
        <w:br/>
        <w:t>vt 0.148749 0.140988</w:t>
        <w:br/>
        <w:t>vt 0.180739 0.166287</w:t>
        <w:br/>
        <w:t>vt 0.107427 0.262074</w:t>
        <w:br/>
        <w:t>vt 0.115603 0.248848</w:t>
        <w:br/>
        <w:t>vt 0.160402 0.102761</w:t>
        <w:br/>
        <w:t>vt 0.167883 0.105768</w:t>
        <w:br/>
        <w:t>vt 0.107415 0.137033</w:t>
        <w:br/>
        <w:t>vt 0.108955 0.129333</w:t>
        <w:br/>
        <w:t>vt 0.160927 0.179215</w:t>
        <w:br/>
        <w:t>vt 0.152995 0.180761</w:t>
        <w:br/>
        <w:t>vt 0.184899 0.122158</w:t>
        <w:br/>
        <w:t>vt 0.188043 0.129385</w:t>
        <w:br/>
        <w:t>vt 0.122220 0.110017</w:t>
        <w:br/>
        <w:t>vt 0.128950 0.105673</w:t>
        <w:br/>
        <w:t>vt 0.122606 0.171926</w:t>
        <w:br/>
        <w:t>vt 0.116822 0.166380</w:t>
        <w:br/>
        <w:t>vt 0.188211 0.152543</w:t>
        <w:br/>
        <w:t>vt 0.152466 0.101221</w:t>
        <w:br/>
        <w:t>vt 0.107469 0.144891</w:t>
        <w:br/>
        <w:t>vt 0.168381 0.176198</w:t>
        <w:br/>
        <w:t>vt 0.180368 0.115657</w:t>
        <w:br/>
        <w:t>vt 0.116505 0.115553</w:t>
        <w:br/>
        <w:t>vt 0.129393 0.176282</w:t>
        <w:br/>
        <w:t>vt 0.189731 0.144866</w:t>
        <w:br/>
        <w:t>vt 0.144371 0.101192</w:t>
        <w:br/>
        <w:t>vt 0.109106 0.152595</w:t>
        <w:br/>
        <w:t>vt 0.175070 0.171834</w:t>
        <w:br/>
        <w:t>vt 0.174623 0.110126</w:t>
        <w:br/>
        <w:t>vt 0.112025 0.122077</w:t>
        <w:br/>
        <w:t>vt 0.136918 0.179269</w:t>
        <w:br/>
        <w:t>vt 0.189674 0.137051</w:t>
        <w:br/>
        <w:t>vt 0.136430 0.102693</w:t>
        <w:br/>
        <w:t>vt 0.112263 0.159854</w:t>
        <w:br/>
        <w:t>vt 0.144889 0.180777</w:t>
        <w:br/>
        <w:t>vt 0.258372 0.108704</w:t>
        <w:br/>
        <w:t>vt 0.263048 0.130093</w:t>
        <w:br/>
        <w:t>vt 0.202594 0.042577</w:t>
        <w:br/>
        <w:t>vt 0.221316 0.054835</w:t>
        <w:br/>
        <w:t>vt 0.222860 0.227172</w:t>
        <w:br/>
        <w:t>vt 0.238576 0.211517</w:t>
        <w:br/>
        <w:t>vt 0.136773 0.029224</w:t>
        <w:br/>
        <w:t>vt 0.263272 0.151801</w:t>
        <w:br/>
        <w:t>vt 0.237225 0.070307</w:t>
        <w:br/>
        <w:t>vt 0.204215 0.239595</w:t>
        <w:br/>
        <w:t>vt 0.159508 0.029491</w:t>
        <w:br/>
        <w:t>vt 0.259126 0.173102</w:t>
        <w:br/>
        <w:t>vt 0.249754 0.088447</w:t>
        <w:br/>
        <w:t>vt 0.181734 0.034005</w:t>
        <w:br/>
        <w:t>vt 0.250803 0.193253</w:t>
        <w:br/>
        <w:t>vt 0.416411 0.547490</w:t>
        <w:br/>
        <w:t>vt 0.401275 0.555333</w:t>
        <w:br/>
        <w:t>vt 0.390198 0.552438</w:t>
        <w:br/>
        <w:t>vt 0.404667 0.546527</w:t>
        <w:br/>
        <w:t>vt 0.371512 0.557145</w:t>
        <w:br/>
        <w:t>vt 0.361332 0.554802</w:t>
        <w:br/>
        <w:t>vt 0.376486 0.552082</w:t>
        <w:br/>
        <w:t>vt 0.390198 0.552438</w:t>
        <w:br/>
        <w:t>vt 0.347401 0.560559</w:t>
        <w:br/>
        <w:t>vt 0.353517 0.567170</w:t>
        <w:br/>
        <w:t>vt 0.330789 0.565872</w:t>
        <w:br/>
        <w:t>vt 0.371512 0.557145</w:t>
        <w:br/>
        <w:t>vt 0.380464 0.561499</w:t>
        <w:br/>
        <w:t>vt 0.317749 0.556531</w:t>
        <w:br/>
        <w:t>vt 0.308840 0.560345</w:t>
        <w:br/>
        <w:t>vt 0.306273 0.551901</w:t>
        <w:br/>
        <w:t>vt 0.296059 0.555493</w:t>
        <w:br/>
        <w:t>vt 0.310145 0.544441</w:t>
        <w:br/>
        <w:t>vt 0.317233 0.536017</w:t>
        <w:br/>
        <w:t>vt 0.301368 0.544816</w:t>
        <w:br/>
        <w:t>vt 0.309080 0.534627</w:t>
        <w:br/>
        <w:t>vt 0.353668 0.542298</w:t>
        <w:br/>
        <w:t>vt 0.384418 0.549381</w:t>
        <w:br/>
        <w:t>vt 0.404667 0.546527</w:t>
        <w:br/>
        <w:t>vt 0.344605 0.554942</w:t>
        <w:br/>
        <w:t>vt 0.347401 0.560559</w:t>
        <w:br/>
        <w:t>vt 0.317749 0.556531</w:t>
        <w:br/>
        <w:t>vt 0.329219 0.551802</w:t>
        <w:br/>
        <w:t>vt 0.337746 0.531658</w:t>
        <w:br/>
        <w:t>vt 0.330867 0.534070</w:t>
        <w:br/>
        <w:t>vt 0.328238 0.529065</w:t>
        <w:br/>
        <w:t>vt 0.341210 0.526524</w:t>
        <w:br/>
        <w:t>vt 0.321467 0.541720</w:t>
        <w:br/>
        <w:t>vt 0.317375 0.547649</w:t>
        <w:br/>
        <w:t>vt 0.403594 0.542840</w:t>
        <w:br/>
        <w:t>vt 0.388931 0.545120</w:t>
        <w:br/>
        <w:t>vt 0.403594 0.542840</w:t>
        <w:br/>
        <w:t>vt 0.427515 0.542190</w:t>
        <w:br/>
        <w:t>vt 0.401665 0.539315</w:t>
        <w:br/>
        <w:t>vt 0.378650 0.528259</w:t>
        <w:br/>
        <w:t>vt 0.400763 0.531834</w:t>
        <w:br/>
        <w:t>vt 0.375256 0.532792</w:t>
        <w:br/>
        <w:t>vt 0.360807 0.530241</w:t>
        <w:br/>
        <w:t>vt 0.339058 0.521029</w:t>
        <w:br/>
        <w:t>vt 0.354334 0.523771</w:t>
        <w:br/>
        <w:t>vt 0.324453 0.537848</w:t>
        <w:br/>
        <w:t>vt 0.351745 0.533109</w:t>
        <w:br/>
        <w:t>vt 0.393496 0.535547</w:t>
        <w:br/>
        <w:t>vt 0.365266 0.535430</w:t>
        <w:br/>
        <w:t>vt 0.378246 0.538094</w:t>
        <w:br/>
        <w:t>vt 0.401665 0.539315</w:t>
        <w:br/>
        <w:t>vt 0.387943 0.541063</w:t>
        <w:br/>
        <w:t>vt 0.306273 0.551901</w:t>
        <w:br/>
        <w:t>vt 0.317375 0.547649</w:t>
        <w:br/>
        <w:t>vt 0.321467 0.541720</w:t>
        <w:br/>
        <w:t>vt 0.317375 0.547649</w:t>
        <w:br/>
        <w:t>vt 0.324453 0.537848</w:t>
        <w:br/>
        <w:t>vt 0.365266 0.535430</w:t>
        <w:br/>
        <w:t>vt 0.351745 0.533109</w:t>
        <w:br/>
        <w:t>vt 0.378246 0.538094</w:t>
        <w:br/>
        <w:t>vt 0.344605 0.554942</w:t>
        <w:br/>
        <w:t>vt 0.329219 0.551802</w:t>
        <w:br/>
        <w:t>vt 0.330867 0.534070</w:t>
        <w:br/>
        <w:t>vt 0.337746 0.531658</w:t>
        <w:br/>
        <w:t>vt 0.318016 0.527176</w:t>
        <w:br/>
        <w:t>vt 0.416808 0.535623</w:t>
        <w:br/>
        <w:t>vt 0.426378 0.539719</w:t>
        <w:br/>
        <w:t>vt 0.328541 0.520781</w:t>
        <w:br/>
        <w:t>vt 0.583588 0.547490</w:t>
        <w:br/>
        <w:t>vt 0.595332 0.546526</w:t>
        <w:br/>
        <w:t>vt 0.609801 0.552437</w:t>
        <w:br/>
        <w:t>vt 0.598723 0.555333</w:t>
        <w:br/>
        <w:t>vt 0.628487 0.557145</w:t>
        <w:br/>
        <w:t>vt 0.609801 0.552437</w:t>
        <w:br/>
        <w:t>vt 0.623513 0.552082</w:t>
        <w:br/>
        <w:t>vt 0.638666 0.554801</w:t>
        <w:br/>
        <w:t>vt 0.652598 0.560558</w:t>
        <w:br/>
        <w:t>vt 0.669210 0.565872</w:t>
        <w:br/>
        <w:t>vt 0.646482 0.567170</w:t>
        <w:br/>
        <w:t>vt 0.619535 0.561499</w:t>
        <w:br/>
        <w:t>vt 0.628487 0.557145</w:t>
        <w:br/>
        <w:t>vt 0.682250 0.556530</w:t>
        <w:br/>
        <w:t>vt 0.691159 0.560345</w:t>
        <w:br/>
        <w:t>vt 0.693726 0.551900</w:t>
        <w:br/>
        <w:t>vt 0.689853 0.544441</w:t>
        <w:br/>
        <w:t>vt 0.703940 0.555493</w:t>
        <w:br/>
        <w:t>vt 0.682766 0.536017</w:t>
        <w:br/>
        <w:t>vt 0.690918 0.534627</w:t>
        <w:br/>
        <w:t>vt 0.698631 0.544816</w:t>
        <w:br/>
        <w:t>vt 0.646330 0.542298</w:t>
        <w:br/>
        <w:t>vt 0.595332 0.546526</w:t>
        <w:br/>
        <w:t>vt 0.615581 0.549381</w:t>
        <w:br/>
        <w:t>vt 0.655393 0.554942</w:t>
        <w:br/>
        <w:t>vt 0.670780 0.551802</w:t>
        <w:br/>
        <w:t>vt 0.682250 0.556530</w:t>
        <w:br/>
        <w:t>vt 0.652598 0.560558</w:t>
        <w:br/>
        <w:t>vt 0.662253 0.531657</w:t>
        <w:br/>
        <w:t>vt 0.658789 0.526524</w:t>
        <w:br/>
        <w:t>vt 0.671760 0.529065</w:t>
        <w:br/>
        <w:t>vt 0.669132 0.534070</w:t>
        <w:br/>
        <w:t>vt 0.678531 0.541720</w:t>
        <w:br/>
        <w:t>vt 0.682623 0.547649</w:t>
        <w:br/>
        <w:t>vt 0.596405 0.542840</w:t>
        <w:br/>
        <w:t>vt 0.611068 0.545120</w:t>
        <w:br/>
        <w:t>vt 0.572484 0.542189</w:t>
        <w:br/>
        <w:t>vt 0.596405 0.542840</w:t>
        <w:br/>
        <w:t>vt 0.598333 0.539315</w:t>
        <w:br/>
        <w:t>vt 0.621349 0.528259</w:t>
        <w:br/>
        <w:t>vt 0.624743 0.532791</w:t>
        <w:br/>
        <w:t>vt 0.599236 0.531834</w:t>
        <w:br/>
        <w:t>vt 0.639192 0.530241</w:t>
        <w:br/>
        <w:t>vt 0.660941 0.521029</w:t>
        <w:br/>
        <w:t>vt 0.645665 0.523771</w:t>
        <w:br/>
        <w:t>vt 0.675545 0.537848</w:t>
        <w:br/>
        <w:t>vt 0.648253 0.533109</w:t>
        <w:br/>
        <w:t>vt 0.606503 0.535547</w:t>
        <w:br/>
        <w:t>vt 0.634733 0.535430</w:t>
        <w:br/>
        <w:t>vt 0.621752 0.538094</w:t>
        <w:br/>
        <w:t>vt 0.612056 0.541063</w:t>
        <w:br/>
        <w:t>vt 0.598333 0.539315</w:t>
        <w:br/>
        <w:t>vt 0.682623 0.547649</w:t>
        <w:br/>
        <w:t>vt 0.693726 0.551900</w:t>
        <w:br/>
        <w:t>vt 0.678531 0.541720</w:t>
        <w:br/>
        <w:t>vt 0.682623 0.547649</w:t>
        <w:br/>
        <w:t>vt 0.675545 0.537848</w:t>
        <w:br/>
        <w:t>vt 0.634733 0.535430</w:t>
        <w:br/>
        <w:t>vt 0.648253 0.533109</w:t>
        <w:br/>
        <w:t>vt 0.621752 0.538094</w:t>
        <w:br/>
        <w:t>vt 0.655393 0.554942</w:t>
        <w:br/>
        <w:t>vt 0.670780 0.551802</w:t>
        <w:br/>
        <w:t>vt 0.669132 0.534070</w:t>
        <w:br/>
        <w:t>vt 0.662253 0.531657</w:t>
        <w:br/>
        <w:t>vt 0.681983 0.527176</w:t>
        <w:br/>
        <w:t>vt 0.573621 0.539719</w:t>
        <w:br/>
        <w:t>vt 0.583190 0.535623</w:t>
        <w:br/>
        <w:t>vt 0.671458 0.520780</w:t>
        <w:br/>
        <w:t>vt 0.230437 0.288800</w:t>
        <w:br/>
        <w:t>vt 0.204043 0.308627</w:t>
        <w:br/>
        <w:t>vt 0.191962 0.286902</w:t>
        <w:br/>
        <w:t>vt 0.219706 0.270103</w:t>
        <w:br/>
        <w:t>vt 0.319152 0.263164</w:t>
        <w:br/>
        <w:t>vt 0.301399 0.238582</w:t>
        <w:br/>
        <w:t>vt 0.322726 0.227738</w:t>
        <w:br/>
        <w:t>vt 0.344816 0.251657</w:t>
        <w:br/>
        <w:t>vt 0.329167 0.360104</w:t>
        <w:br/>
        <w:t>vt 0.306152 0.343831</w:t>
        <w:br/>
        <w:t>vt 0.329691 0.321865</w:t>
        <w:br/>
        <w:t>vt 0.349605 0.338160</w:t>
        <w:br/>
        <w:t>vt 0.264909 0.259873</w:t>
        <w:br/>
        <w:t>vt 0.255230 0.247357</w:t>
        <w:br/>
        <w:t>vt 0.293791 0.222178</w:t>
        <w:br/>
        <w:t>vt 0.316231 0.209117</w:t>
        <w:br/>
        <w:t>vt 0.423893 0.230303</w:t>
        <w:br/>
        <w:t>vt 0.395782 0.198783</w:t>
        <w:br/>
        <w:t>vt 0.435341 0.224130</w:t>
        <w:br/>
        <w:t>vt 0.375034 0.210649</w:t>
        <w:br/>
        <w:t>vt 0.400193 0.237621</w:t>
        <w:br/>
        <w:t>vt 0.371241 0.242568</w:t>
        <w:br/>
        <w:t>vt 0.348688 0.217369</w:t>
        <w:br/>
        <w:t>vt 0.356929 0.186876</w:t>
        <w:br/>
        <w:t>vt 0.338811 0.197544</w:t>
        <w:br/>
        <w:t>vt 0.370664 0.176750</w:t>
        <w:br/>
        <w:t>vt 0.418405 0.184748</w:t>
        <w:br/>
        <w:t>vt 0.413234 0.189752</w:t>
        <w:br/>
        <w:t>vt 0.387428 0.164814</w:t>
        <w:br/>
        <w:t>vt 0.447611 0.218341</w:t>
        <w:br/>
        <w:t>vt 0.455870 0.210127</w:t>
        <w:br/>
        <w:t>vt 0.446218 0.417522</w:t>
        <w:br/>
        <w:t>vt 0.440976 0.435438</w:t>
        <w:br/>
        <w:t>vt 0.422965 0.429290</w:t>
        <w:br/>
        <w:t>vt 0.429360 0.410371</w:t>
        <w:br/>
        <w:t>vt 0.496671 0.446143</w:t>
        <w:br/>
        <w:t>vt 0.495592 0.438336</w:t>
        <w:br/>
        <w:t>vt 0.499999 0.439849</w:t>
        <w:br/>
        <w:t>vt 0.499999 0.447645</w:t>
        <w:br/>
        <w:t>vt 0.409136 0.486992</w:t>
        <w:br/>
        <w:t>vt 0.412483 0.467121</w:t>
        <w:br/>
        <w:t>vt 0.431992 0.473288</w:t>
        <w:br/>
        <w:t>vt 0.429365 0.494418</w:t>
        <w:br/>
        <w:t>vt 0.381009 0.512855</w:t>
        <w:br/>
        <w:t>vt 0.379314 0.523543</w:t>
        <w:br/>
        <w:t>vt 0.354510 0.518520</w:t>
        <w:br/>
        <w:t>vt 0.355600 0.506775</w:t>
        <w:br/>
        <w:t>vt 0.306454 0.465226</w:t>
        <w:br/>
        <w:t>vt 0.335972 0.468497</w:t>
        <w:br/>
        <w:t>vt 0.331875 0.485348</w:t>
        <w:br/>
        <w:t>vt 0.306922 0.485370</w:t>
        <w:br/>
        <w:t>vt 0.404168 0.518786</w:t>
        <w:br/>
        <w:t>vt 0.423159 0.525409</w:t>
        <w:br/>
        <w:t>vt 0.419041 0.533178</w:t>
        <w:br/>
        <w:t>vt 0.402481 0.528015</w:t>
        <w:br/>
        <w:t>vt 0.491536 0.471755</w:t>
        <w:br/>
        <w:t>vt 0.499999 0.469138</w:t>
        <w:br/>
        <w:t>vt 0.499999 0.488748</w:t>
        <w:br/>
        <w:t>vt 0.489778 0.491040</w:t>
        <w:br/>
        <w:t>vt 0.469789 0.562837</w:t>
        <w:br/>
        <w:t>vt 0.453705 0.595067</w:t>
        <w:br/>
        <w:t>vt 0.453896 0.563289</w:t>
        <w:br/>
        <w:t>vt 0.488531 0.515954</w:t>
        <w:br/>
        <w:t>vt 0.499999 0.514002</w:t>
        <w:br/>
        <w:t>vt 0.499999 0.539307</w:t>
        <w:br/>
        <w:t>vt 0.486062 0.539891</w:t>
        <w:br/>
        <w:t>vt 0.499999 0.562360</w:t>
        <w:br/>
        <w:t>vt 0.484568 0.562609</w:t>
        <w:br/>
        <w:t>vt 0.429253 0.539051</w:t>
        <w:br/>
        <w:t>vt 0.431192 0.542792</w:t>
        <w:br/>
        <w:t>vt 0.427515 0.542190</w:t>
        <w:br/>
        <w:t>vt 0.426378 0.539719</w:t>
        <w:br/>
        <w:t>vt 0.495933 0.449931</w:t>
        <w:br/>
        <w:t>vt 0.499999 0.450271</w:t>
        <w:br/>
        <w:t>vt 0.499999 0.452830</w:t>
        <w:br/>
        <w:t>vt 0.495084 0.453714</w:t>
        <w:br/>
        <w:t>vt 0.499999 0.834110</w:t>
        <w:br/>
        <w:t>vt 0.474491 0.835186</w:t>
        <w:br/>
        <w:t>vt 0.478474 0.748825</w:t>
        <w:br/>
        <w:t>vt 0.499999 0.747542</w:t>
        <w:br/>
        <w:t>vt 0.474448 0.514475</w:t>
        <w:br/>
        <w:t>vt 0.470465 0.539904</w:t>
        <w:br/>
        <w:t>vt 0.454820 0.538920</w:t>
        <w:br/>
        <w:t>vt 0.460920 0.510027</w:t>
        <w:br/>
        <w:t>vt 0.457197 0.367541</w:t>
        <w:br/>
        <w:t>vt 0.456009 0.365056</w:t>
        <w:br/>
        <w:t>vt 0.466462 0.365056</w:t>
        <w:br/>
        <w:t>vt 0.468240 0.369826</w:t>
        <w:br/>
        <w:t>vt 0.478298 0.372583</w:t>
        <w:br/>
        <w:t>vt 0.476067 0.365056</w:t>
        <w:br/>
        <w:t>vt 0.484199 0.365056</w:t>
        <w:br/>
        <w:t>vt 0.486147 0.372263</w:t>
        <w:br/>
        <w:t>vt 0.475898 0.365056</w:t>
        <w:br/>
        <w:t>vt 0.466511 0.365056</w:t>
        <w:br/>
        <w:t>vt 0.468710 0.362139</w:t>
        <w:br/>
        <w:t>vt 0.478316 0.362043</w:t>
        <w:br/>
        <w:t>vt 0.446330 0.365703</w:t>
        <w:br/>
        <w:t>vt 0.444281 0.365517</w:t>
        <w:br/>
        <w:t>vt 0.445145 0.365056</w:t>
        <w:br/>
        <w:t>vt 0.446266 0.365056</w:t>
        <w:br/>
        <w:t>vt 0.484215 0.365056</w:t>
        <w:br/>
        <w:t>vt 0.485677 0.362361</w:t>
        <w:br/>
        <w:t>vt 0.492973 0.365056</w:t>
        <w:br/>
        <w:t>vt 0.493743 0.362637</w:t>
        <w:br/>
        <w:t>vt 0.499999 0.365056</w:t>
        <w:br/>
        <w:t>vt 0.499999 0.373489</w:t>
        <w:br/>
        <w:t>vt 0.494247 0.373386</w:t>
        <w:br/>
        <w:t>vt 0.492955 0.365056</w:t>
        <w:br/>
        <w:t>vt 0.118029 0.547943</w:t>
        <w:br/>
        <w:t>vt 0.127946 0.511132</w:t>
        <w:br/>
        <w:t>vt 0.168329 0.522405</w:t>
        <w:br/>
        <w:t>vt 0.159721 0.559643</w:t>
        <w:br/>
        <w:t>vt 0.361973 0.272143</w:t>
        <w:br/>
        <w:t>vt 0.379425 0.290979</w:t>
        <w:br/>
        <w:t>vt 0.354773 0.303454</w:t>
        <w:br/>
        <w:t>vt 0.335533 0.284410</w:t>
        <w:br/>
        <w:t>vt 0.384345 0.330704</w:t>
        <w:br/>
        <w:t>vt 0.371491 0.318737</w:t>
        <w:br/>
        <w:t>vt 0.395938 0.303171</w:t>
        <w:br/>
        <w:t>vt 0.408360 0.312554</w:t>
        <w:br/>
        <w:t>vt 0.307332 0.302923</w:t>
        <w:br/>
        <w:t>vt 0.280175 0.325740</w:t>
        <w:br/>
        <w:t>vt 0.406882 0.280768</w:t>
        <w:br/>
        <w:t>vt 0.418881 0.292021</w:t>
        <w:br/>
        <w:t>vt 0.177734 0.383762</w:t>
        <w:br/>
        <w:t>vt 0.157104 0.430743</w:t>
        <w:br/>
        <w:t>vt 0.120211 0.416023</w:t>
        <w:br/>
        <w:t>vt 0.141563 0.364145</w:t>
        <w:br/>
        <w:t>vt 0.244025 0.505773</w:t>
        <w:br/>
        <w:t>vt 0.212650 0.497164</w:t>
        <w:br/>
        <w:t>vt 0.232185 0.455928</w:t>
        <w:br/>
        <w:t>vt 0.269928 0.468306</w:t>
        <w:br/>
        <w:t>vt 0.253341 0.306479</w:t>
        <w:br/>
        <w:t>vt 0.227173 0.329314</w:t>
        <w:br/>
        <w:t>vt 0.081862 0.533567</w:t>
        <w:br/>
        <w:t>vt 0.091851 0.496128</w:t>
        <w:br/>
        <w:t>vt 0.389383 0.264146</w:t>
        <w:br/>
        <w:t>vt 0.201840 0.352488</w:t>
        <w:br/>
        <w:t>vt 0.233954 0.373720</w:t>
        <w:br/>
        <w:t>vt 0.213091 0.405169</w:t>
        <w:br/>
        <w:t>vt 0.139302 0.477552</w:t>
        <w:br/>
        <w:t>vt 0.103885 0.466506</w:t>
        <w:br/>
        <w:t>vt 0.256275 0.348949</w:t>
        <w:br/>
        <w:t>vt 0.195378 0.445048</w:t>
        <w:br/>
        <w:t>vt 0.177522 0.488926</w:t>
        <w:br/>
        <w:t>vt 0.285002 0.366656</w:t>
        <w:br/>
        <w:t>vt 0.233690 0.536605</w:t>
        <w:br/>
        <w:t>vt 0.204253 0.530668</w:t>
        <w:br/>
        <w:t>vt 0.235177 0.639840</w:t>
        <w:br/>
        <w:t>vt 0.222196 0.700105</w:t>
        <w:br/>
        <w:t>vt 0.180189 0.678417</w:t>
        <w:br/>
        <w:t>vt 0.193119 0.622901</w:t>
        <w:br/>
        <w:t>vt 0.169602 0.733270</w:t>
        <w:br/>
        <w:t>vt 0.132949 0.697673</w:t>
        <w:br/>
        <w:t>vt 0.139932 0.654250</w:t>
        <w:br/>
        <w:t>vt 0.296527 0.405591</w:t>
        <w:br/>
        <w:t>vt 0.266308 0.391353</w:t>
        <w:br/>
        <w:t>vt 0.311481 0.381826</w:t>
        <w:br/>
        <w:t>vt 0.248785 0.421035</w:t>
        <w:br/>
        <w:t>vt 0.418946 0.257760</w:t>
        <w:br/>
        <w:t>vt 0.284101 0.281158</w:t>
        <w:br/>
        <w:t>vt 0.179266 0.328515</w:t>
        <w:br/>
        <w:t>vt 0.200494 0.574894</w:t>
        <w:br/>
        <w:t>vt 0.448920 0.253178</w:t>
        <w:br/>
        <w:t>vt 0.461336 0.263362</w:t>
        <w:br/>
        <w:t>vt 0.433663 0.271531</w:t>
        <w:br/>
        <w:t>vt 0.478161 0.258500</w:t>
        <w:br/>
        <w:t>vt 0.468558 0.248204</w:t>
        <w:br/>
        <w:t>vt 0.478665 0.243169</w:t>
        <w:br/>
        <w:t>vt 0.488307 0.256537</w:t>
        <w:br/>
        <w:t>vt 0.488530 0.236418</w:t>
        <w:br/>
        <w:t>vt 0.499999 0.252827</w:t>
        <w:br/>
        <w:t>vt 0.490841 0.262779</w:t>
        <w:br/>
        <w:t>vt 0.499999 0.261260</w:t>
        <w:br/>
        <w:t>vt 0.282599 0.433179</w:t>
        <w:br/>
        <w:t>vt 0.151082 0.606409</w:t>
        <w:br/>
        <w:t>vt 0.243001 0.591337</w:t>
        <w:br/>
        <w:t>vt 0.443510 0.280400</w:t>
        <w:br/>
        <w:t>vt 0.334568 0.515142</w:t>
        <w:br/>
        <w:t>vt 0.331771 0.502939</w:t>
        <w:br/>
        <w:t>vt 0.481956 0.264579</w:t>
        <w:br/>
        <w:t>vt 0.403605 0.421782</w:t>
        <w:br/>
        <w:t>vt 0.396482 0.441093</w:t>
        <w:br/>
        <w:t>vt 0.374724 0.433730</w:t>
        <w:br/>
        <w:t>vt 0.382383 0.412571</w:t>
        <w:br/>
        <w:t>vt 0.456493 0.439387</w:t>
        <w:br/>
        <w:t>vt 0.464526 0.424991</w:t>
        <w:br/>
        <w:t>vt 0.330897 0.576134</w:t>
        <w:br/>
        <w:t>vt 0.330898 0.570304</w:t>
        <w:br/>
        <w:t>vt 0.353943 0.571428</w:t>
        <w:br/>
        <w:t>vt 0.354828 0.576845</w:t>
        <w:br/>
        <w:t>vt 0.427559 0.300636</w:t>
        <w:br/>
        <w:t>vt 0.436437 0.315144</w:t>
        <w:br/>
        <w:t>vt 0.418927 0.324730</w:t>
        <w:br/>
        <w:t>vt 0.323877 0.416638</w:t>
        <w:br/>
        <w:t>vt 0.351240 0.426045</w:t>
        <w:br/>
        <w:t>vt 0.342861 0.447787</w:t>
        <w:br/>
        <w:t>vt 0.314171 0.441233</w:t>
        <w:br/>
        <w:t>vt 0.451838 0.478183</w:t>
        <w:br/>
        <w:t>vt 0.448870 0.503001</w:t>
        <w:br/>
        <w:t>vt 0.278948 0.659418</w:t>
        <w:br/>
        <w:t>vt 0.266224 0.719973</w:t>
        <w:br/>
        <w:t>vt 0.309742 0.520385</w:t>
        <w:br/>
        <w:t>vt 0.316608 0.524755</w:t>
        <w:br/>
        <w:t>vt 0.307554 0.532999</w:t>
        <w:br/>
        <w:t>vt 0.297432 0.528631</w:t>
        <w:br/>
        <w:t>vt 0.382783 0.572377</w:t>
        <w:br/>
        <w:t>vt 0.381128 0.566130</w:t>
        <w:br/>
        <w:t>vt 0.404909 0.559646</w:t>
        <w:br/>
        <w:t>vt 0.406670 0.564113</w:t>
        <w:br/>
        <w:t>vt 0.463663 0.483849</w:t>
        <w:br/>
        <w:t>vt 0.252502 0.539663</w:t>
        <w:br/>
        <w:t>vt 0.261378 0.575911</w:t>
        <w:br/>
        <w:t>vt 0.499999 0.429837</w:t>
        <w:br/>
        <w:t>vt 0.494759 0.428952</w:t>
        <w:br/>
        <w:t>vt 0.499999 0.587069</w:t>
        <w:br/>
        <w:t>vt 0.481776 0.589792</w:t>
        <w:br/>
        <w:t>vt 0.349400 0.371899</w:t>
        <w:br/>
        <w:t>vt 0.335595 0.393739</w:t>
        <w:br/>
        <w:t>vt 0.468619 0.279916</w:t>
        <w:br/>
        <w:t>vt 0.482618 0.273146</w:t>
        <w:br/>
        <w:t>vt 0.482832 0.293414</w:t>
        <w:br/>
        <w:t>vt 0.470345 0.298704</w:t>
        <w:br/>
        <w:t>vt 0.453382 0.458233</w:t>
        <w:br/>
        <w:t>vt 0.436012 0.453204</w:t>
        <w:br/>
        <w:t>vt 0.411400 0.584273</w:t>
        <w:br/>
        <w:t>vt 0.386799 0.593615</w:t>
        <w:br/>
        <w:t>vt 0.452123 0.400009</w:t>
        <w:br/>
        <w:t>vt 0.438887 0.392935</w:t>
        <w:br/>
        <w:t>vt 0.448149 0.381767</w:t>
        <w:br/>
        <w:t>vt 0.460206 0.388492</w:t>
        <w:br/>
        <w:t>vt 0.321927 0.515873</w:t>
        <w:br/>
        <w:t>vt 0.313839 0.504146</w:t>
        <w:br/>
        <w:t>vt 0.492027 0.289874</w:t>
        <w:br/>
        <w:t>vt 0.492778 0.313237</w:t>
        <w:br/>
        <w:t>vt 0.484127 0.314880</w:t>
        <w:br/>
        <w:t>vt 0.452131 0.347080</w:t>
        <w:br/>
        <w:t>vt 0.444356 0.330786</w:t>
        <w:br/>
        <w:t>vt 0.459733 0.323148</w:t>
        <w:br/>
        <w:t>vt 0.464867 0.341768</w:t>
        <w:br/>
        <w:t>vt 0.494078 0.334932</w:t>
        <w:br/>
        <w:t>vt 0.485957 0.336190</w:t>
        <w:br/>
        <w:t>vt 0.435240 0.565716</w:t>
        <w:br/>
        <w:t>vt 0.423034 0.555048</w:t>
        <w:br/>
        <w:t>vt 0.439317 0.540515</w:t>
        <w:br/>
        <w:t>vt 0.491617 0.269697</w:t>
        <w:br/>
        <w:t>vt 0.317750 0.674097</w:t>
        <w:br/>
        <w:t>vt 0.326188 0.636867</w:t>
        <w:br/>
        <w:t>vt 0.359020 0.643464</w:t>
        <w:br/>
        <w:t>vt 0.351415 0.683307</w:t>
        <w:br/>
        <w:t>vt 0.329476 0.609991</w:t>
        <w:br/>
        <w:t>vt 0.330013 0.594780</w:t>
        <w:br/>
        <w:t>vt 0.356790 0.596651</w:t>
        <w:br/>
        <w:t>vt 0.359717 0.615147</w:t>
        <w:br/>
        <w:t>vt 0.445118 0.751132</w:t>
        <w:br/>
        <w:t>vt 0.411105 0.752981</w:t>
        <w:br/>
        <w:t>vt 0.417109 0.688898</w:t>
        <w:br/>
        <w:t>vt 0.449753 0.685949</w:t>
        <w:br/>
        <w:t>vt 0.108803 0.377174</w:t>
        <w:br/>
        <w:t>vt 0.454034 0.306055</w:t>
        <w:br/>
        <w:t>vt 0.448500 0.289861</w:t>
        <w:br/>
        <w:t>vt 0.489895 0.443709</w:t>
        <w:br/>
        <w:t>vt 0.486326 0.447344</w:t>
        <w:br/>
        <w:t>vt 0.384547 0.688168</w:t>
        <w:br/>
        <w:t>vt 0.390755 0.642975</w:t>
        <w:br/>
        <w:t>vt 0.286527 0.542704</w:t>
        <w:br/>
        <w:t>vt 0.272797 0.541727</w:t>
        <w:br/>
        <w:t>vt 0.282681 0.521089</w:t>
        <w:br/>
        <w:t>vt 0.499999 0.312186</w:t>
        <w:br/>
        <w:t>vt 0.499999 0.334345</w:t>
        <w:br/>
        <w:t>vt 0.288108 0.623747</w:t>
        <w:br/>
        <w:t>vt 0.361058 0.404175</w:t>
        <w:br/>
        <w:t>vt 0.499999 0.267913</w:t>
        <w:br/>
        <w:t>vt 0.433536 0.359680</w:t>
        <w:br/>
        <w:t>vt 0.417819 0.350971</w:t>
        <w:br/>
        <w:t>vt 0.430247 0.340113</w:t>
        <w:br/>
        <w:t>vt 0.438698 0.354578</w:t>
        <w:br/>
        <w:t>vt 0.339058 0.521029</w:t>
        <w:br/>
        <w:t>vt 0.328541 0.520781</w:t>
        <w:br/>
        <w:t>vt 0.283972 0.491704</w:t>
        <w:br/>
        <w:t>vt 0.265987 0.513880</w:t>
        <w:br/>
        <w:t>vt 0.483675 0.437520</w:t>
        <w:br/>
        <w:t>vt 0.479544 0.429933</w:t>
        <w:br/>
        <w:t>vt 0.485828 0.437178</w:t>
        <w:br/>
        <w:t>vt 0.420008 0.548767</w:t>
        <w:br/>
        <w:t>vt 0.297811 0.543528</w:t>
        <w:br/>
        <w:t>vt 0.473755 0.317823</w:t>
        <w:br/>
        <w:t>vt 0.467220 0.269822</w:t>
        <w:br/>
        <w:t>vt 0.406364 0.503132</w:t>
        <w:br/>
        <w:t>vt 0.426970 0.510422</w:t>
        <w:br/>
        <w:t>vt 0.476661 0.489228</w:t>
        <w:br/>
        <w:t>vt 0.375487 0.751882</w:t>
        <w:br/>
        <w:t>vt 0.338662 0.745761</w:t>
        <w:br/>
        <w:t>vt 0.361654 0.826572</w:t>
        <w:br/>
        <w:t>vt 0.325531 0.817732</w:t>
        <w:br/>
        <w:t>vt 0.425389 0.383925</w:t>
        <w:br/>
        <w:t>vt 0.407464 0.366125</w:t>
        <w:br/>
        <w:t>vt 0.433192 0.364964</w:t>
        <w:br/>
        <w:t>vt 0.438482 0.373399</w:t>
        <w:br/>
        <w:t>vt 0.434573 0.533117</w:t>
        <w:br/>
        <w:t>vt 0.368194 0.454360</w:t>
        <w:br/>
        <w:t>vt 0.391001 0.460782</w:t>
        <w:br/>
        <w:t>vt 0.417302 0.447631</w:t>
        <w:br/>
        <w:t>vt 0.416808 0.535623</w:t>
        <w:br/>
        <w:t>vt 0.400763 0.531834</w:t>
        <w:br/>
        <w:t>vt 0.294658 0.597660</w:t>
        <w:br/>
        <w:t>vt 0.303886 0.735128</w:t>
        <w:br/>
        <w:t>vt 0.392544 0.614674</w:t>
        <w:br/>
        <w:t>vt 0.304445 0.569596</w:t>
        <w:br/>
        <w:t>vt 0.307094 0.563395</w:t>
        <w:br/>
        <w:t>vt 0.478750 0.469637</w:t>
        <w:br/>
        <w:t>vt 0.484178 0.452038</w:t>
        <w:br/>
        <w:t>vt 0.366269 0.349435</w:t>
        <w:br/>
        <w:t>vt 0.399619 0.341144</w:t>
        <w:br/>
        <w:t>vt 0.362845 0.473614</w:t>
        <w:br/>
        <w:t>vt 0.386800 0.479809</w:t>
        <w:br/>
        <w:t>vt 0.465874 0.464240</w:t>
        <w:br/>
        <w:t>vt 0.472600 0.393895</w:t>
        <w:br/>
        <w:t>vt 0.466827 0.406224</w:t>
        <w:br/>
        <w:t>vt 0.385774 0.358755</w:t>
        <w:br/>
        <w:t>vt 0.372412 0.382174</w:t>
        <w:br/>
        <w:t>vt 0.393069 0.391039</w:t>
        <w:br/>
        <w:t>vt 0.412593 0.402255</w:t>
        <w:br/>
        <w:t>vt 0.484945 0.397012</w:t>
        <w:br/>
        <w:t>vt 0.481639 0.407754</w:t>
        <w:br/>
        <w:t>vt 0.494937 0.398095</w:t>
        <w:br/>
        <w:t>vt 0.494487 0.406437</w:t>
        <w:br/>
        <w:t>vt 0.168312 0.304189</w:t>
        <w:br/>
        <w:t>vt 0.457716 0.356561</w:t>
        <w:br/>
        <w:t>vt 0.443630 0.361094</w:t>
        <w:br/>
        <w:t>vt 0.383419 0.496567</w:t>
        <w:br/>
        <w:t>vt 0.358433 0.490923</w:t>
        <w:br/>
        <w:t>vt 0.457364 0.371965</w:t>
        <w:br/>
        <w:t>vt 0.468382 0.376207</w:t>
        <w:br/>
        <w:t>vt 0.478621 0.379738</w:t>
        <w:br/>
        <w:t>vt 0.488065 0.382349</w:t>
        <w:br/>
        <w:t>vt 0.469725 0.354355</w:t>
        <w:br/>
        <w:t>vt 0.476416 0.338198</w:t>
        <w:br/>
        <w:t>vt 0.479818 0.353602</w:t>
        <w:br/>
        <w:t>vt 0.476824 0.386992</w:t>
        <w:br/>
        <w:t>vt 0.488038 0.390165</w:t>
        <w:br/>
        <w:t>vt 0.499999 0.383010</w:t>
        <w:br/>
        <w:t>vt 0.495218 0.383373</w:t>
        <w:br/>
        <w:t>vt 0.493743 0.362637</w:t>
        <w:br/>
        <w:t>vt 0.485677 0.362361</w:t>
        <w:br/>
        <w:t>vt 0.486686 0.358773</w:t>
        <w:br/>
        <w:t>vt 0.494361 0.358375</w:t>
        <w:br/>
        <w:t>vt 0.499999 0.389273</w:t>
        <w:br/>
        <w:t>vt 0.495493 0.390312</w:t>
        <w:br/>
        <w:t>vt 0.499999 0.357464</w:t>
        <w:br/>
        <w:t>vt 0.499999 0.362270</w:t>
        <w:br/>
        <w:t>vt 0.466133 0.381909</w:t>
        <w:br/>
        <w:t>vt 0.478316 0.362043</w:t>
        <w:br/>
        <w:t>vt 0.479314 0.358802</w:t>
        <w:br/>
        <w:t>vt 0.469501 0.359385</w:t>
        <w:br/>
        <w:t>vt 0.446454 0.367678</w:t>
        <w:br/>
        <w:t>vt 0.487357 0.353177</w:t>
        <w:br/>
        <w:t>vt 0.494660 0.352868</w:t>
        <w:br/>
        <w:t>vt 0.499999 0.352303</w:t>
        <w:br/>
        <w:t>vt 0.499999 0.398016</w:t>
        <w:br/>
        <w:t>vt 0.457892 0.360823</w:t>
        <w:br/>
        <w:t>vt 0.457196 0.363398</w:t>
        <w:br/>
        <w:t>vt 0.446242 0.364292</w:t>
        <w:br/>
        <w:t>vt 0.445482 0.363353</w:t>
        <w:br/>
        <w:t>vt 0.442905 0.365851</w:t>
        <w:br/>
        <w:t>vt 0.454881 0.376253</w:t>
        <w:br/>
        <w:t>vt 0.444460 0.370294</w:t>
        <w:br/>
        <w:t>vt 0.444552 0.364661</w:t>
        <w:br/>
        <w:t>vt 0.443125 0.363781</w:t>
        <w:br/>
        <w:t>vt 0.440281 0.362741</w:t>
        <w:br/>
        <w:t>vt 0.440589 0.365134</w:t>
        <w:br/>
        <w:t>vt 0.292308 0.806022</w:t>
        <w:br/>
        <w:t>vt 0.109794 0.589985</w:t>
        <w:br/>
        <w:t>vt 0.071813 0.576404</w:t>
        <w:br/>
        <w:t>vt 0.045956 0.493161</w:t>
        <w:br/>
        <w:t>vt 0.026581 0.467912</w:t>
        <w:br/>
        <w:t>vt 0.069267 0.453676</w:t>
        <w:br/>
        <w:t>vt 0.378650 0.528259</w:t>
        <w:br/>
        <w:t>vt 0.354334 0.523771</w:t>
        <w:br/>
        <w:t>vt 0.499999 0.365056</w:t>
        <w:br/>
        <w:t>vt 0.080335 0.367710</w:t>
        <w:br/>
        <w:t>vt 0.098909 0.357156</w:t>
        <w:br/>
        <w:t>vt 0.445155 0.365056</w:t>
        <w:br/>
        <w:t>vt 0.470238 0.446435</w:t>
        <w:br/>
        <w:t>vt 0.445155 0.365056</w:t>
        <w:br/>
        <w:t>vt 0.444552 0.364661</w:t>
        <w:br/>
        <w:t>vt 0.446285 0.365056</w:t>
        <w:br/>
        <w:t>vt 0.456151 0.365056</w:t>
        <w:br/>
        <w:t>vt 0.422158 0.639031</w:t>
        <w:br/>
        <w:t>vt 0.499999 0.288134</w:t>
        <w:br/>
        <w:t>vt 0.453271 0.633890</w:t>
        <w:br/>
        <w:t>vt 0.420568 0.607896</w:t>
        <w:br/>
        <w:t>vt 0.499999 0.681887</w:t>
        <w:br/>
        <w:t>vt 0.479472 0.683447</w:t>
        <w:br/>
        <w:t>vt 0.480738 0.629998</w:t>
        <w:br/>
        <w:t>vt 0.499999 0.628081</w:t>
        <w:br/>
        <w:t>vt 0.499999 0.405625</w:t>
        <w:br/>
        <w:t>vt 0.499999 0.415989</w:t>
        <w:br/>
        <w:t>vt 0.493669 0.416815</w:t>
        <w:br/>
        <w:t>vt 0.291794 0.556908</w:t>
        <w:br/>
        <w:t>vt 0.285485 0.559973</w:t>
        <w:br/>
        <w:t>vt 0.298346 0.584279</w:t>
        <w:br/>
        <w:t>vt 0.098909 0.357156</w:t>
        <w:br/>
        <w:t>vt 0.080335 0.367710</w:t>
        <w:br/>
        <w:t>vt 0.073406 0.360025</w:t>
        <w:br/>
        <w:t>vt 0.096663 0.345897</w:t>
        <w:br/>
        <w:t>vt 0.040522 0.396152</w:t>
        <w:br/>
        <w:t>vt 0.090274 0.407930</w:t>
        <w:br/>
        <w:t>vt 0.021287 0.424593</w:t>
        <w:br/>
        <w:t>vt 0.040522 0.396152</w:t>
        <w:br/>
        <w:t>vt 0.032896 0.390406</w:t>
        <w:br/>
        <w:t>vt 0.083947 0.489748</w:t>
        <w:br/>
        <w:t>vt 0.091851 0.496128</w:t>
        <w:br/>
        <w:t>vt 0.069714 0.508036</w:t>
        <w:br/>
        <w:t>vt 0.062507 0.498199</w:t>
        <w:br/>
        <w:t>vt 0.123961 0.349283</w:t>
        <w:br/>
        <w:t>vt 0.124656 0.337981</w:t>
        <w:br/>
        <w:t>vt 0.045956 0.493161</w:t>
        <w:br/>
        <w:t>vt 0.042242 0.502990</w:t>
        <w:br/>
        <w:t>vt 0.017023 0.474153</w:t>
        <w:br/>
        <w:t>vt 0.026581 0.467912</w:t>
        <w:br/>
        <w:t>vt 0.103885 0.466506</w:t>
        <w:br/>
        <w:t>vt 0.083947 0.489748</w:t>
        <w:br/>
        <w:t>vt 0.062507 0.498199</w:t>
        <w:br/>
        <w:t>vt 0.018813 0.436510</w:t>
        <w:br/>
        <w:t>vt 0.123961 0.349283</w:t>
        <w:br/>
        <w:t>vt 0.021287 0.424593</w:t>
        <w:br/>
        <w:t>vt 0.010893 0.422444</w:t>
        <w:br/>
        <w:t>vt 0.480039 0.419524</w:t>
        <w:br/>
        <w:t>vt 0.297614 0.509352</w:t>
        <w:br/>
        <w:t>vt 0.490499 0.441853</w:t>
        <w:br/>
        <w:t>vt 0.274896 0.566381</w:t>
        <w:br/>
        <w:t>vt 0.397895 0.832445</w:t>
        <w:br/>
        <w:t>vt 0.475121 0.439050</w:t>
        <w:br/>
        <w:t>vt 0.436727 0.834735</w:t>
        <w:br/>
        <w:t>vt 0.255371 0.789120</w:t>
        <w:br/>
        <w:t>vt 0.211456 0.763612</w:t>
        <w:br/>
        <w:t>vt 0.103839 0.630913</w:t>
        <w:br/>
        <w:t>vt 0.077893 0.618316</w:t>
        <w:br/>
        <w:t>vt 0.102102 0.659412</w:t>
        <w:br/>
        <w:t>vt 0.442470 0.520916</w:t>
        <w:br/>
        <w:t>vt 0.146175 0.351158</w:t>
        <w:br/>
        <w:t>vt 0.143595 0.321792</w:t>
        <w:br/>
        <w:t>vt 0.018813 0.436510</w:t>
        <w:br/>
        <w:t>vt 0.008249 0.436942</w:t>
        <w:br/>
        <w:t>vt 0.146175 0.351158</w:t>
        <w:br/>
        <w:t>vt 0.146175 0.351158</w:t>
        <w:br/>
        <w:t>vt 0.143595 0.321792</w:t>
        <w:br/>
        <w:t>vt 0.808036 0.286901</w:t>
        <w:br/>
        <w:t>vt 0.795955 0.308626</w:t>
        <w:br/>
        <w:t>vt 0.769561 0.288798</w:t>
        <w:br/>
        <w:t>vt 0.780292 0.270102</w:t>
        <w:br/>
        <w:t>vt 0.680846 0.263163</w:t>
        <w:br/>
        <w:t>vt 0.655182 0.251657</w:t>
        <w:br/>
        <w:t>vt 0.677272 0.227738</w:t>
        <w:br/>
        <w:t>vt 0.698599 0.238581</w:t>
        <w:br/>
        <w:t>vt 0.670831 0.360104</w:t>
        <w:br/>
        <w:t>vt 0.650394 0.338160</w:t>
        <w:br/>
        <w:t>vt 0.670308 0.321865</w:t>
        <w:br/>
        <w:t>vt 0.693846 0.343830</w:t>
        <w:br/>
        <w:t>vt 0.735089 0.259872</w:t>
        <w:br/>
        <w:t>vt 0.744768 0.247356</w:t>
        <w:br/>
        <w:t>vt 0.683767 0.209116</w:t>
        <w:br/>
        <w:t>vt 0.706207 0.222177</w:t>
        <w:br/>
        <w:t>vt 0.576105 0.230303</w:t>
        <w:br/>
        <w:t>vt 0.564657 0.224131</w:t>
        <w:br/>
        <w:t>vt 0.604216 0.198783</w:t>
        <w:br/>
        <w:t>vt 0.624964 0.210649</w:t>
        <w:br/>
        <w:t>vt 0.651309 0.217369</w:t>
        <w:br/>
        <w:t>vt 0.628757 0.242568</w:t>
        <w:br/>
        <w:t>vt 0.599804 0.237621</w:t>
        <w:br/>
        <w:t>vt 0.643068 0.186876</w:t>
        <w:br/>
        <w:t>vt 0.661187 0.197543</w:t>
        <w:br/>
        <w:t>vt 0.629333 0.176750</w:t>
        <w:br/>
        <w:t>vt 0.581593 0.184748</w:t>
        <w:br/>
        <w:t>vt 0.612569 0.164814</w:t>
        <w:br/>
        <w:t>vt 0.586763 0.189753</w:t>
        <w:br/>
        <w:t>vt 0.552387 0.218341</w:t>
        <w:br/>
        <w:t>vt 0.544128 0.210128</w:t>
        <w:br/>
        <w:t>vt 0.553781 0.417521</w:t>
        <w:br/>
        <w:t>vt 0.570639 0.410370</w:t>
        <w:br/>
        <w:t>vt 0.577034 0.429289</w:t>
        <w:br/>
        <w:t>vt 0.559023 0.435437</w:t>
        <w:br/>
        <w:t>vt 0.503328 0.446143</w:t>
        <w:br/>
        <w:t>vt 0.499999 0.447645</w:t>
        <w:br/>
        <w:t>vt 0.504407 0.438336</w:t>
        <w:br/>
        <w:t>vt 0.568007 0.473287</w:t>
        <w:br/>
        <w:t>vt 0.587516 0.467120</w:t>
        <w:br/>
        <w:t>vt 0.590863 0.486991</w:t>
        <w:br/>
        <w:t>vt 0.570633 0.494417</w:t>
        <w:br/>
        <w:t>vt 0.645489 0.518520</w:t>
        <w:br/>
        <w:t>vt 0.620685 0.523543</w:t>
        <w:br/>
        <w:t>vt 0.618990 0.512855</w:t>
        <w:br/>
        <w:t>vt 0.644399 0.506774</w:t>
        <w:br/>
        <w:t>vt 0.668124 0.485347</w:t>
        <w:br/>
        <w:t>vt 0.664027 0.468496</w:t>
        <w:br/>
        <w:t>vt 0.693545 0.465225</w:t>
        <w:br/>
        <w:t>vt 0.693077 0.485369</w:t>
        <w:br/>
        <w:t>vt 0.580957 0.533178</w:t>
        <w:br/>
        <w:t>vt 0.576840 0.525408</w:t>
        <w:br/>
        <w:t>vt 0.595831 0.518786</w:t>
        <w:br/>
        <w:t>vt 0.597517 0.528015</w:t>
        <w:br/>
        <w:t>vt 0.499999 0.488748</w:t>
        <w:br/>
        <w:t>vt 0.499999 0.469138</w:t>
        <w:br/>
        <w:t>vt 0.508462 0.471755</w:t>
        <w:br/>
        <w:t>vt 0.510221 0.491040</w:t>
        <w:br/>
        <w:t>vt 0.530210 0.562837</w:t>
        <w:br/>
        <w:t>vt 0.546103 0.563289</w:t>
        <w:br/>
        <w:t>vt 0.546294 0.595067</w:t>
        <w:br/>
        <w:t>vt 0.511468 0.515954</w:t>
        <w:br/>
        <w:t>vt 0.513937 0.539891</w:t>
        <w:br/>
        <w:t>vt 0.515431 0.562609</w:t>
        <w:br/>
        <w:t>vt 0.572484 0.542189</w:t>
        <w:br/>
        <w:t>vt 0.568806 0.542791</w:t>
        <w:br/>
        <w:t>vt 0.570746 0.539051</w:t>
        <w:br/>
        <w:t>vt 0.573621 0.539719</w:t>
        <w:br/>
        <w:t>vt 0.504065 0.449931</w:t>
        <w:br/>
        <w:t>vt 0.504915 0.453714</w:t>
        <w:br/>
        <w:t>vt 0.499999 0.452830</w:t>
        <w:br/>
        <w:t>vt 0.499999 0.450271</w:t>
        <w:br/>
        <w:t>vt 0.521524 0.748825</w:t>
        <w:br/>
        <w:t>vt 0.525508 0.835186</w:t>
        <w:br/>
        <w:t>vt 0.545178 0.538920</w:t>
        <w:br/>
        <w:t>vt 0.529534 0.539904</w:t>
        <w:br/>
        <w:t>vt 0.525551 0.514475</w:t>
        <w:br/>
        <w:t>vt 0.539078 0.510027</w:t>
        <w:br/>
        <w:t>vt 0.542792 0.367536</w:t>
        <w:br/>
        <w:t>vt 0.531764 0.369828</w:t>
        <w:br/>
        <w:t>vt 0.533536 0.365056</w:t>
        <w:br/>
        <w:t>vt 0.543989 0.365056</w:t>
        <w:br/>
        <w:t>vt 0.521702 0.372582</w:t>
        <w:br/>
        <w:t>vt 0.513853 0.372262</w:t>
        <w:br/>
        <w:t>vt 0.515799 0.365056</w:t>
        <w:br/>
        <w:t>vt 0.523931 0.365056</w:t>
        <w:br/>
        <w:t>vt 0.524100 0.365056</w:t>
        <w:br/>
        <w:t>vt 0.521685 0.362041</w:t>
        <w:br/>
        <w:t>vt 0.531290 0.362138</w:t>
        <w:br/>
        <w:t>vt 0.533488 0.365056</w:t>
        <w:br/>
        <w:t>vt 0.553668 0.365703</w:t>
        <w:br/>
        <w:t>vt 0.553733 0.365056</w:t>
        <w:br/>
        <w:t>vt 0.554854 0.365056</w:t>
        <w:br/>
        <w:t>vt 0.555717 0.365517</w:t>
        <w:br/>
        <w:t>vt 0.515784 0.365056</w:t>
        <w:br/>
        <w:t>vt 0.514323 0.362358</w:t>
        <w:br/>
        <w:t>vt 0.507026 0.365056</w:t>
        <w:br/>
        <w:t>vt 0.506259 0.362633</w:t>
        <w:br/>
        <w:t>vt 0.507044 0.365056</w:t>
        <w:br/>
        <w:t>vt 0.505751 0.373383</w:t>
        <w:br/>
        <w:t>vt 0.831671 0.522405</w:t>
        <w:br/>
        <w:t>vt 0.872054 0.511131</w:t>
        <w:br/>
        <w:t>vt 0.881971 0.547942</w:t>
        <w:br/>
        <w:t>vt 0.840278 0.559642</w:t>
        <w:br/>
        <w:t>vt 0.638025 0.272143</w:t>
        <w:br/>
        <w:t>vt 0.664465 0.284410</w:t>
        <w:br/>
        <w:t>vt 0.645226 0.303454</w:t>
        <w:br/>
        <w:t>vt 0.620574 0.290979</w:t>
        <w:br/>
        <w:t>vt 0.615654 0.330704</w:t>
        <w:br/>
        <w:t>vt 0.591639 0.312555</w:t>
        <w:br/>
        <w:t>vt 0.604061 0.303171</w:t>
        <w:br/>
        <w:t>vt 0.628507 0.318737</w:t>
        <w:br/>
        <w:t>vt 0.692667 0.302923</w:t>
        <w:br/>
        <w:t>vt 0.719823 0.325740</w:t>
        <w:br/>
        <w:t>vt 0.581118 0.292021</w:t>
        <w:br/>
        <w:t>vt 0.593117 0.280768</w:t>
        <w:br/>
        <w:t>vt 0.822264 0.383760</w:t>
        <w:br/>
        <w:t>vt 0.858436 0.364144</w:t>
        <w:br/>
        <w:t>vt 0.879788 0.416021</w:t>
        <w:br/>
        <w:t>vt 0.842895 0.430741</w:t>
        <w:br/>
        <w:t>vt 0.767814 0.455927</w:t>
        <w:br/>
        <w:t>vt 0.787349 0.497163</w:t>
        <w:br/>
        <w:t>vt 0.755974 0.505772</w:t>
        <w:br/>
        <w:t>vt 0.730071 0.468306</w:t>
        <w:br/>
        <w:t>vt 0.772826 0.329313</w:t>
        <w:br/>
        <w:t>vt 0.746657 0.306478</w:t>
        <w:br/>
        <w:t>vt 0.908149 0.496127</w:t>
        <w:br/>
        <w:t>vt 0.918139 0.533566</w:t>
        <w:br/>
        <w:t>vt 0.610615 0.264146</w:t>
        <w:br/>
        <w:t>vt 0.798158 0.352486</w:t>
        <w:br/>
        <w:t>vt 0.786908 0.405168</w:t>
        <w:br/>
        <w:t>vt 0.766044 0.373719</w:t>
        <w:br/>
        <w:t>vt 0.860698 0.477551</w:t>
        <w:br/>
        <w:t>vt 0.896114 0.466505</w:t>
        <w:br/>
        <w:t>vt 0.743723 0.348948</w:t>
        <w:br/>
        <w:t>vt 0.822478 0.488925</w:t>
        <w:br/>
        <w:t>vt 0.804621 0.445048</w:t>
        <w:br/>
        <w:t>vt 0.714996 0.366655</w:t>
        <w:br/>
        <w:t>vt 0.795747 0.530667</w:t>
        <w:br/>
        <w:t>vt 0.766309 0.536604</w:t>
        <w:br/>
        <w:t>vt 0.764822 0.639840</w:t>
        <w:br/>
        <w:t>vt 0.806881 0.622901</w:t>
        <w:br/>
        <w:t>vt 0.819810 0.678417</w:t>
        <w:br/>
        <w:t>vt 0.777803 0.700106</w:t>
        <w:br/>
        <w:t>vt 0.867051 0.697673</w:t>
        <w:br/>
        <w:t>vt 0.830398 0.733271</w:t>
        <w:br/>
        <w:t>vt 0.860068 0.654250</w:t>
        <w:br/>
        <w:t>vt 0.703472 0.405591</w:t>
        <w:br/>
        <w:t>vt 0.688518 0.381826</w:t>
        <w:br/>
        <w:t>vt 0.733690 0.391352</w:t>
        <w:br/>
        <w:t>vt 0.751214 0.421034</w:t>
        <w:br/>
        <w:t>vt 0.581052 0.257761</w:t>
        <w:br/>
        <w:t>vt 0.715898 0.281157</w:t>
        <w:br/>
        <w:t>vt 0.820732 0.328514</w:t>
        <w:br/>
        <w:t>vt 0.799506 0.574894</w:t>
        <w:br/>
        <w:t>vt 0.551079 0.253179</w:t>
        <w:br/>
        <w:t>vt 0.566336 0.271532</w:t>
        <w:br/>
        <w:t>vt 0.538662 0.263362</w:t>
        <w:br/>
        <w:t>vt 0.521837 0.258500</w:t>
        <w:br/>
        <w:t>vt 0.511691 0.256537</w:t>
        <w:br/>
        <w:t>vt 0.521334 0.243170</w:t>
        <w:br/>
        <w:t>vt 0.531441 0.248205</w:t>
        <w:br/>
        <w:t>vt 0.511469 0.236419</w:t>
        <w:br/>
        <w:t>vt 0.509158 0.262780</w:t>
        <w:br/>
        <w:t>vt 0.717400 0.433179</w:t>
        <w:br/>
        <w:t>vt 0.848918 0.606409</w:t>
        <w:br/>
        <w:t>vt 0.756999 0.591337</w:t>
        <w:br/>
        <w:t>vt 0.556489 0.280400</w:t>
        <w:br/>
        <w:t>vt 0.665430 0.515141</w:t>
        <w:br/>
        <w:t>vt 0.668228 0.502939</w:t>
        <w:br/>
        <w:t>vt 0.518043 0.264579</w:t>
        <w:br/>
        <w:t>vt 0.596394 0.421781</w:t>
        <w:br/>
        <w:t>vt 0.617615 0.412571</w:t>
        <w:br/>
        <w:t>vt 0.625275 0.433730</w:t>
        <w:br/>
        <w:t>vt 0.603517 0.441093</w:t>
        <w:br/>
        <w:t>vt 0.543506 0.439386</w:t>
        <w:br/>
        <w:t>vt 0.535473 0.424991</w:t>
        <w:br/>
        <w:t>vt 0.669102 0.576134</w:t>
        <w:br/>
        <w:t>vt 0.645171 0.576845</w:t>
        <w:br/>
        <w:t>vt 0.646055 0.571428</w:t>
        <w:br/>
        <w:t>vt 0.669101 0.570304</w:t>
        <w:br/>
        <w:t>vt 0.572440 0.300636</w:t>
        <w:br/>
        <w:t>vt 0.581072 0.324730</w:t>
        <w:br/>
        <w:t>vt 0.563562 0.315145</w:t>
        <w:br/>
        <w:t>vt 0.657138 0.447787</w:t>
        <w:br/>
        <w:t>vt 0.648758 0.426045</w:t>
        <w:br/>
        <w:t>vt 0.676122 0.416637</w:t>
        <w:br/>
        <w:t>vt 0.685828 0.441232</w:t>
        <w:br/>
        <w:t>vt 0.551129 0.503000</w:t>
        <w:br/>
        <w:t>vt 0.548160 0.478182</w:t>
        <w:br/>
        <w:t>vt 0.721052 0.659418</w:t>
        <w:br/>
        <w:t>vt 0.733775 0.719973</w:t>
        <w:br/>
        <w:t>vt 0.690256 0.520385</w:t>
        <w:br/>
        <w:t>vt 0.702567 0.528630</w:t>
        <w:br/>
        <w:t>vt 0.692445 0.532999</w:t>
        <w:br/>
        <w:t>vt 0.683391 0.524755</w:t>
        <w:br/>
        <w:t>vt 0.617216 0.572377</w:t>
        <w:br/>
        <w:t>vt 0.593329 0.564113</w:t>
        <w:br/>
        <w:t>vt 0.595089 0.559646</w:t>
        <w:br/>
        <w:t>vt 0.618871 0.566130</w:t>
        <w:br/>
        <w:t>vt 0.536336 0.483849</w:t>
        <w:br/>
        <w:t>vt 0.738621 0.575911</w:t>
        <w:br/>
        <w:t>vt 0.747497 0.539663</w:t>
        <w:br/>
        <w:t>vt 0.505239 0.428951</w:t>
        <w:br/>
        <w:t>vt 0.518223 0.589792</w:t>
        <w:br/>
        <w:t>vt 0.664404 0.393739</w:t>
        <w:br/>
        <w:t>vt 0.650599 0.371899</w:t>
        <w:br/>
        <w:t>vt 0.531380 0.279916</w:t>
        <w:br/>
        <w:t>vt 0.529654 0.298704</w:t>
        <w:br/>
        <w:t>vt 0.517167 0.293414</w:t>
        <w:br/>
        <w:t>vt 0.517380 0.273146</w:t>
        <w:br/>
        <w:t>vt 0.563987 0.453204</w:t>
        <w:br/>
        <w:t>vt 0.546617 0.458232</w:t>
        <w:br/>
        <w:t>vt 0.588599 0.584273</w:t>
        <w:br/>
        <w:t>vt 0.613200 0.593615</w:t>
        <w:br/>
        <w:t>vt 0.547877 0.400007</w:t>
        <w:br/>
        <w:t>vt 0.539795 0.388491</w:t>
        <w:br/>
        <w:t>vt 0.551849 0.381764</w:t>
        <w:br/>
        <w:t>vt 0.561112 0.392933</w:t>
        <w:br/>
        <w:t>vt 0.686161 0.504145</w:t>
        <w:br/>
        <w:t>vt 0.678072 0.515873</w:t>
        <w:br/>
        <w:t>vt 0.515872 0.314880</w:t>
        <w:br/>
        <w:t>vt 0.507220 0.313238</w:t>
        <w:br/>
        <w:t>vt 0.507972 0.289874</w:t>
        <w:br/>
        <w:t>vt 0.547868 0.347081</w:t>
        <w:br/>
        <w:t>vt 0.535135 0.341767</w:t>
        <w:br/>
        <w:t>vt 0.540267 0.323148</w:t>
        <w:br/>
        <w:t>vt 0.555644 0.330786</w:t>
        <w:br/>
        <w:t>vt 0.514042 0.336188</w:t>
        <w:br/>
        <w:t>vt 0.505920 0.334932</w:t>
        <w:br/>
        <w:t>vt 0.564759 0.565716</w:t>
        <w:br/>
        <w:t>vt 0.560682 0.540515</w:t>
        <w:br/>
        <w:t>vt 0.576965 0.555048</w:t>
        <w:br/>
        <w:t>vt 0.508382 0.269697</w:t>
        <w:br/>
        <w:t>vt 0.640979 0.643464</w:t>
        <w:br/>
        <w:t>vt 0.673811 0.636867</w:t>
        <w:br/>
        <w:t>vt 0.682250 0.674097</w:t>
        <w:br/>
        <w:t>vt 0.648584 0.683307</w:t>
        <w:br/>
        <w:t>vt 0.643209 0.596651</w:t>
        <w:br/>
        <w:t>vt 0.669986 0.594780</w:t>
        <w:br/>
        <w:t>vt 0.670523 0.609991</w:t>
        <w:br/>
        <w:t>vt 0.640282 0.615147</w:t>
        <w:br/>
        <w:t>vt 0.554881 0.751132</w:t>
        <w:br/>
        <w:t>vt 0.550246 0.685949</w:t>
        <w:br/>
        <w:t>vt 0.582890 0.688898</w:t>
        <w:br/>
        <w:t>vt 0.588894 0.752982</w:t>
        <w:br/>
        <w:t>vt 0.891196 0.377173</w:t>
        <w:br/>
        <w:t>vt 0.551499 0.289861</w:t>
        <w:br/>
        <w:t>vt 0.545965 0.306055</w:t>
        <w:br/>
        <w:t>vt 0.510104 0.443709</w:t>
        <w:br/>
        <w:t>vt 0.513672 0.447343</w:t>
        <w:br/>
        <w:t>vt 0.615452 0.688168</w:t>
        <w:br/>
        <w:t>vt 0.609244 0.642975</w:t>
        <w:br/>
        <w:t>vt 0.713472 0.542704</w:t>
        <w:br/>
        <w:t>vt 0.717318 0.521088</w:t>
        <w:br/>
        <w:t>vt 0.727202 0.541727</w:t>
        <w:br/>
        <w:t>vt 0.711891 0.623747</w:t>
        <w:br/>
        <w:t>vt 0.638941 0.404174</w:t>
        <w:br/>
        <w:t>vt 0.569752 0.340114</w:t>
        <w:br/>
        <w:t>vt 0.582180 0.350971</w:t>
        <w:br/>
        <w:t>vt 0.566462 0.359681</w:t>
        <w:br/>
        <w:t>vt 0.561300 0.354579</w:t>
        <w:br/>
        <w:t>vt 0.671458 0.520780</w:t>
        <w:br/>
        <w:t>vt 0.660941 0.521029</w:t>
        <w:br/>
        <w:t>vt 0.716027 0.491704</w:t>
        <w:br/>
        <w:t>vt 0.734012 0.513879</w:t>
        <w:br/>
        <w:t>vt 0.516324 0.437519</w:t>
        <w:br/>
        <w:t>vt 0.514170 0.437177</w:t>
        <w:br/>
        <w:t>vt 0.520454 0.429932</w:t>
        <w:br/>
        <w:t>vt 0.579991 0.548767</w:t>
        <w:br/>
        <w:t>vt 0.702188 0.543528</w:t>
        <w:br/>
        <w:t>vt 0.526244 0.317823</w:t>
        <w:br/>
        <w:t>vt 0.532779 0.269822</w:t>
        <w:br/>
        <w:t>vt 0.593634 0.503131</w:t>
        <w:br/>
        <w:t>vt 0.573029 0.510422</w:t>
        <w:br/>
        <w:t>vt 0.523337 0.489228</w:t>
        <w:br/>
        <w:t>vt 0.624511 0.751883</w:t>
        <w:br/>
        <w:t>vt 0.661337 0.745761</w:t>
        <w:br/>
        <w:t>vt 0.674468 0.817733</w:t>
        <w:br/>
        <w:t>vt 0.638345 0.826572</w:t>
        <w:br/>
        <w:t>vt 0.566806 0.364965</w:t>
        <w:br/>
        <w:t>vt 0.592534 0.366125</w:t>
        <w:br/>
        <w:t>vt 0.574609 0.383924</w:t>
        <w:br/>
        <w:t>vt 0.561514 0.373397</w:t>
        <w:br/>
        <w:t>vt 0.565426 0.533116</w:t>
        <w:br/>
        <w:t>vt 0.631804 0.454360</w:t>
        <w:br/>
        <w:t>vt 0.608998 0.460781</w:t>
        <w:br/>
        <w:t>vt 0.582697 0.447630</w:t>
        <w:br/>
        <w:t>vt 0.599236 0.531833</w:t>
        <w:br/>
        <w:t>vt 0.583190 0.535623</w:t>
        <w:br/>
        <w:t>vt 0.705341 0.597660</w:t>
        <w:br/>
        <w:t>vt 0.696113 0.735128</w:t>
        <w:br/>
        <w:t>vt 0.607454 0.614674</w:t>
        <w:br/>
        <w:t>vt 0.695555 0.569596</w:t>
        <w:br/>
        <w:t>vt 0.692905 0.563395</w:t>
        <w:br/>
        <w:t>vt 0.515820 0.452038</w:t>
        <w:br/>
        <w:t>vt 0.521248 0.469636</w:t>
        <w:br/>
        <w:t>vt 0.633729 0.349435</w:t>
        <w:br/>
        <w:t>vt 0.600380 0.341144</w:t>
        <w:br/>
        <w:t>vt 0.637154 0.473613</w:t>
        <w:br/>
        <w:t>vt 0.613199 0.479809</w:t>
        <w:br/>
        <w:t>vt 0.534125 0.464240</w:t>
        <w:br/>
        <w:t>vt 0.533172 0.406224</w:t>
        <w:br/>
        <w:t>vt 0.527400 0.393895</w:t>
        <w:br/>
        <w:t>vt 0.627586 0.382174</w:t>
        <w:br/>
        <w:t>vt 0.614224 0.358755</w:t>
        <w:br/>
        <w:t>vt 0.606930 0.391039</w:t>
        <w:br/>
        <w:t>vt 0.587405 0.402254</w:t>
        <w:br/>
        <w:t>vt 0.518360 0.407753</w:t>
        <w:br/>
        <w:t>vt 0.515054 0.397011</w:t>
        <w:br/>
        <w:t>vt 0.505511 0.406437</w:t>
        <w:br/>
        <w:t>vt 0.505062 0.398095</w:t>
        <w:br/>
        <w:t>vt 0.831686 0.304187</w:t>
        <w:br/>
        <w:t>vt 0.556369 0.361095</w:t>
        <w:br/>
        <w:t>vt 0.542280 0.356564</w:t>
        <w:br/>
        <w:t>vt 0.641566 0.490923</w:t>
        <w:br/>
        <w:t>vt 0.616580 0.496567</w:t>
        <w:br/>
        <w:t>vt 0.542629 0.371961</w:t>
        <w:br/>
        <w:t>vt 0.531621 0.376207</w:t>
        <w:br/>
        <w:t>vt 0.521380 0.379737</w:t>
        <w:br/>
        <w:t>vt 0.511934 0.382347</w:t>
        <w:br/>
        <w:t>vt 0.523584 0.338196</w:t>
        <w:br/>
        <w:t>vt 0.530284 0.354353</w:t>
        <w:br/>
        <w:t>vt 0.520184 0.353597</w:t>
        <w:br/>
        <w:t>vt 0.523176 0.386991</w:t>
        <w:br/>
        <w:t>vt 0.511961 0.390164</w:t>
        <w:br/>
        <w:t>vt 0.504781 0.383371</w:t>
        <w:br/>
        <w:t>vt 0.506259 0.362633</w:t>
        <w:br/>
        <w:t>vt 0.505639 0.358373</w:t>
        <w:br/>
        <w:t>vt 0.513315 0.358769</w:t>
        <w:br/>
        <w:t>vt 0.514323 0.362358</w:t>
        <w:br/>
        <w:t>vt 0.504506 0.390311</w:t>
        <w:br/>
        <w:t>vt 0.533868 0.381908</w:t>
        <w:br/>
        <w:t>vt 0.520687 0.358798</w:t>
        <w:br/>
        <w:t>vt 0.521685 0.362041</w:t>
        <w:br/>
        <w:t>vt 0.530505 0.359385</w:t>
        <w:br/>
        <w:t>vt 0.553543 0.367677</w:t>
        <w:br/>
        <w:t>vt 0.512643 0.353172</w:t>
        <w:br/>
        <w:t>vt 0.505337 0.352866</w:t>
        <w:br/>
        <w:t>vt 0.553757 0.364292</w:t>
        <w:br/>
        <w:t>vt 0.542801 0.363401</w:t>
        <w:br/>
        <w:t>vt 0.542104 0.360826</w:t>
        <w:br/>
        <w:t>vt 0.554518 0.363354</w:t>
        <w:br/>
        <w:t>vt 0.557093 0.365851</w:t>
        <w:br/>
        <w:t>vt 0.555536 0.370292</w:t>
        <w:br/>
        <w:t>vt 0.545115 0.376249</w:t>
        <w:br/>
        <w:t>vt 0.556874 0.363781</w:t>
        <w:br/>
        <w:t>vt 0.555447 0.364661</w:t>
        <w:br/>
        <w:t>vt 0.559718 0.362741</w:t>
        <w:br/>
        <w:t>vt 0.559409 0.365134</w:t>
        <w:br/>
        <w:t>vt 0.707691 0.806022</w:t>
        <w:br/>
        <w:t>vt 0.928187 0.576403</w:t>
        <w:br/>
        <w:t>vt 0.890206 0.589984</w:t>
        <w:br/>
        <w:t>vt 0.954044 0.493160</w:t>
        <w:br/>
        <w:t>vt 0.930733 0.453674</w:t>
        <w:br/>
        <w:t>vt 0.973419 0.467910</w:t>
        <w:br/>
        <w:t>vt 0.645665 0.523771</w:t>
        <w:br/>
        <w:t>vt 0.621349 0.528259</w:t>
        <w:br/>
        <w:t>vt 0.919664 0.367708</w:t>
        <w:br/>
        <w:t>vt 0.901090 0.357155</w:t>
        <w:br/>
        <w:t>vt 0.554843 0.365056</w:t>
        <w:br/>
        <w:t>vt 0.529761 0.446435</w:t>
        <w:br/>
        <w:t>vt 0.555447 0.364661</w:t>
        <w:br/>
        <w:t>vt 0.553713 0.365056</w:t>
        <w:br/>
        <w:t>vt 0.543847 0.365056</w:t>
        <w:br/>
        <w:t>vt 0.577841 0.639031</w:t>
        <w:br/>
        <w:t>vt 0.546728 0.633890</w:t>
        <w:br/>
        <w:t>vt 0.579431 0.607896</w:t>
        <w:br/>
        <w:t>vt 0.519260 0.629998</w:t>
        <w:br/>
        <w:t>vt 0.520526 0.683447</w:t>
        <w:br/>
        <w:t>vt 0.506329 0.416814</w:t>
        <w:br/>
        <w:t>vt 0.714514 0.559972</w:t>
        <w:br/>
        <w:t>vt 0.708205 0.556908</w:t>
        <w:br/>
        <w:t>vt 0.701653 0.584279</w:t>
        <w:br/>
        <w:t>vt 0.926593 0.360023</w:t>
        <w:br/>
        <w:t>vt 0.919664 0.367708</w:t>
        <w:br/>
        <w:t>vt 0.901090 0.357155</w:t>
        <w:br/>
        <w:t>vt 0.903336 0.345895</w:t>
        <w:br/>
        <w:t>vt 0.959478 0.396150</w:t>
        <w:br/>
        <w:t>vt 0.978713 0.424591</w:t>
        <w:br/>
        <w:t>vt 0.909725 0.407928</w:t>
        <w:br/>
        <w:t>vt 0.967104 0.390404</w:t>
        <w:br/>
        <w:t>vt 0.959478 0.396150</w:t>
        <w:br/>
        <w:t>vt 0.916053 0.489747</w:t>
        <w:br/>
        <w:t>vt 0.937493 0.498197</w:t>
        <w:br/>
        <w:t>vt 0.930286 0.508034</w:t>
        <w:br/>
        <w:t>vt 0.908149 0.496127</w:t>
        <w:br/>
        <w:t>vt 0.876038 0.349282</w:t>
        <w:br/>
        <w:t>vt 0.875343 0.337979</w:t>
        <w:br/>
        <w:t>vt 0.982977 0.474151</w:t>
        <w:br/>
        <w:t>vt 0.957758 0.502988</w:t>
        <w:br/>
        <w:t>vt 0.954044 0.493160</w:t>
        <w:br/>
        <w:t>vt 0.973419 0.467910</w:t>
        <w:br/>
        <w:t>vt 0.896114 0.466505</w:t>
        <w:br/>
        <w:t>vt 0.916053 0.489747</w:t>
        <w:br/>
        <w:t>vt 0.937493 0.498197</w:t>
        <w:br/>
        <w:t>vt 0.981187 0.436508</w:t>
        <w:br/>
        <w:t>vt 0.876038 0.349282</w:t>
        <w:br/>
        <w:t>vt 0.978713 0.424591</w:t>
        <w:br/>
        <w:t>vt 0.989107 0.422442</w:t>
        <w:br/>
        <w:t>vt 0.519959 0.419524</w:t>
        <w:br/>
        <w:t>vt 0.702385 0.509351</w:t>
        <w:br/>
        <w:t>vt 0.509499 0.441852</w:t>
        <w:br/>
        <w:t>vt 0.725104 0.566381</w:t>
        <w:br/>
        <w:t>vt 0.602104 0.832446</w:t>
        <w:br/>
        <w:t>vt 0.524877 0.439049</w:t>
        <w:br/>
        <w:t>vt 0.563271 0.834736</w:t>
        <w:br/>
        <w:t>vt 0.744628 0.789121</w:t>
        <w:br/>
        <w:t>vt 0.788543 0.763613</w:t>
        <w:br/>
        <w:t>vt 0.896161 0.630913</w:t>
        <w:br/>
        <w:t>vt 0.922108 0.618315</w:t>
        <w:br/>
        <w:t>vt 0.897898 0.659412</w:t>
        <w:br/>
        <w:t>vt 0.557529 0.520916</w:t>
        <w:br/>
        <w:t>vt 0.853824 0.351156</w:t>
        <w:br/>
        <w:t>vt 0.856404 0.321790</w:t>
        <w:br/>
        <w:t>vt 0.981187 0.436508</w:t>
        <w:br/>
        <w:t>vt 0.991751 0.436940</w:t>
        <w:br/>
        <w:t>vt 0.853824 0.351156</w:t>
        <w:br/>
        <w:t>vt 0.853824 0.351156</w:t>
        <w:br/>
        <w:t>vt 0.856404 0.321790</w:t>
        <w:br/>
        <w:t>vt 0.909308 0.746548</w:t>
        <w:br/>
        <w:t>vt 0.905303 0.713055</w:t>
        <w:br/>
        <w:t>vt 0.941951 0.739491</w:t>
        <w:br/>
        <w:t>vt 0.931995 0.667194</w:t>
        <w:br/>
        <w:t>vt 0.981122 0.686722</w:t>
        <w:br/>
        <w:t>vt 0.975580 0.716870</w:t>
        <w:br/>
        <w:t>vt 0.977674 0.647385</w:t>
        <w:br/>
        <w:t>vt 0.942232 0.629214</w:t>
        <w:br/>
        <w:t>vt 0.975352 0.626555</w:t>
        <w:br/>
        <w:t>vt 0.950639 0.593673</w:t>
        <w:br/>
        <w:t>vt 0.968827 0.603346</w:t>
        <w:br/>
        <w:t>vt 0.947028 0.603852</w:t>
        <w:br/>
        <w:t>vt 0.890305 0.734980</w:t>
        <w:br/>
        <w:t>vt 0.874728 0.721651</w:t>
        <w:br/>
        <w:t>vt 0.969159 0.725641</w:t>
        <w:br/>
        <w:t>vt 0.909308 0.746548</w:t>
        <w:br/>
        <w:t>vt 0.941951 0.739491</w:t>
        <w:br/>
        <w:t>vt 0.905303 0.713055</w:t>
        <w:br/>
        <w:t>vt 0.931995 0.667194</w:t>
        <w:br/>
        <w:t>vt 0.975580 0.716870</w:t>
        <w:br/>
        <w:t>vt 0.981122 0.686722</w:t>
        <w:br/>
        <w:t>vt 0.977674 0.647385</w:t>
        <w:br/>
        <w:t>vt 0.942232 0.629214</w:t>
        <w:br/>
        <w:t>vt 0.975352 0.626555</w:t>
        <w:br/>
        <w:t>vt 0.950639 0.593673</w:t>
        <w:br/>
        <w:t>vt 0.947028 0.603852</w:t>
        <w:br/>
        <w:t>vt 0.968827 0.603346</w:t>
        <w:br/>
        <w:t>vt 0.890305 0.734980</w:t>
        <w:br/>
        <w:t>vt 0.874728 0.721651</w:t>
        <w:br/>
        <w:t>vt 0.969159 0.725641</w:t>
        <w:br/>
        <w:t>vt 0.031633 0.313006</w:t>
        <w:br/>
        <w:t>vt 0.033602 0.324091</w:t>
        <w:br/>
        <w:t>vt 0.046094 0.302759</w:t>
        <w:br/>
        <w:t>vt 0.033569 0.285015</w:t>
        <w:br/>
        <w:t>vt 0.031408 0.299570</w:t>
        <w:br/>
        <w:t>vt 0.037807 0.274847</w:t>
        <w:br/>
        <w:t>vt 0.043169 0.268371</w:t>
        <w:br/>
        <w:t>vt 0.037675 0.332230</w:t>
        <w:br/>
        <w:t>vt 0.043597 0.336865</w:t>
        <w:br/>
        <w:t>vt 0.050007 0.335207</w:t>
        <w:br/>
        <w:t>vt 0.055881 0.329894</w:t>
        <w:br/>
        <w:t>vt 0.060143 0.319315</w:t>
        <w:br/>
        <w:t>vt 0.062281 0.306278</w:t>
        <w:br/>
        <w:t>vt 0.062281 0.293464</w:t>
        <w:br/>
        <w:t>vt 0.059911 0.281821</w:t>
        <w:br/>
        <w:t>vt 0.054807 0.271807</w:t>
        <w:br/>
        <w:t>vt 0.049160 0.267115</w:t>
        <w:br/>
        <w:t>vt 0.031633 0.313006</w:t>
        <w:br/>
        <w:t>vt 0.033602 0.324091</w:t>
        <w:br/>
        <w:t>vt 0.046094 0.302759</w:t>
        <w:br/>
        <w:t>vt 0.033569 0.285015</w:t>
        <w:br/>
        <w:t>vt 0.031408 0.299570</w:t>
        <w:br/>
        <w:t>vt 0.037807 0.274847</w:t>
        <w:br/>
        <w:t>vt 0.043169 0.268371</w:t>
        <w:br/>
        <w:t>vt 0.037675 0.332230</w:t>
        <w:br/>
        <w:t>vt 0.043597 0.336865</w:t>
        <w:br/>
        <w:t>vt 0.050007 0.335207</w:t>
        <w:br/>
        <w:t>vt 0.055881 0.329894</w:t>
        <w:br/>
        <w:t>vt 0.060143 0.319315</w:t>
        <w:br/>
        <w:t>vt 0.062281 0.306278</w:t>
        <w:br/>
        <w:t>vt 0.062281 0.293464</w:t>
        <w:br/>
        <w:t>vt 0.059911 0.281821</w:t>
        <w:br/>
        <w:t>vt 0.054807 0.271807</w:t>
        <w:br/>
        <w:t>vt 0.049160 0.267115</w:t>
        <w:br/>
        <w:t>vn -0.2187 0.0425 0.9749</w:t>
        <w:br/>
        <w:t>vn -0.2184 0.0426 0.9749</w:t>
        <w:br/>
        <w:t>vn -0.7686 -0.2628 0.5833</w:t>
        <w:br/>
        <w:t>vn -0.8296 0.4649 0.3092</w:t>
        <w:br/>
        <w:t>vn -0.5446 -0.0486 0.8373</w:t>
        <w:br/>
        <w:t>vn -0.7685 -0.2627 0.5834</w:t>
        <w:br/>
        <w:t>vn -0.8295 0.4650 0.3092</w:t>
        <w:br/>
        <w:t>vn -0.5444 -0.0483 0.8374</w:t>
        <w:br/>
        <w:t>vn 0.2060 -0.4747 -0.8557</w:t>
        <w:br/>
        <w:t>vn -0.3827 -0.5162 -0.7662</w:t>
        <w:br/>
        <w:t>vn 0.1014 -0.0434 -0.9939</w:t>
        <w:br/>
        <w:t>vn 0.9617 0.2594 0.0890</w:t>
        <w:br/>
        <w:t>vn 0.9263 0.3599 0.1120</w:t>
        <w:br/>
        <w:t>vn 0.9791 0.1926 0.0655</w:t>
        <w:br/>
        <w:t>vn 0.0000 0.3276 -0.9448</w:t>
        <w:br/>
        <w:t>vn -0.8098 -0.1018 -0.5778</w:t>
        <w:br/>
        <w:t>vn -0.3120 0.3541 -0.8816</w:t>
        <w:br/>
        <w:t>vn -0.8614 -0.0790 -0.5018</w:t>
        <w:br/>
        <w:t>vn -0.2623 -0.3198 -0.9105</w:t>
        <w:br/>
        <w:t>vn 0.9270 -0.0930 0.3633</w:t>
        <w:br/>
        <w:t>vn 0.9603 -0.1070 0.2576</w:t>
        <w:br/>
        <w:t>vn 0.8822 -0.0779 0.4644</w:t>
        <w:br/>
        <w:t>vn 0.3120 0.3541 -0.8816</w:t>
        <w:br/>
        <w:t>vn 0.8098 -0.1018 -0.5778</w:t>
        <w:br/>
        <w:t>vn 0.8614 -0.0790 -0.5018</w:t>
        <w:br/>
        <w:t>vn 0.2623 -0.3198 -0.9105</w:t>
        <w:br/>
        <w:t>vn 0.0061 0.9990 -0.0454</w:t>
        <w:br/>
        <w:t>vn 0.0062 0.9990 -0.0438</w:t>
        <w:br/>
        <w:t>vn 0.0061 0.9990 -0.0449</w:t>
        <w:br/>
        <w:t>vn 0.0059 0.9989 -0.0464</w:t>
        <w:br/>
        <w:t>vn -0.9701 -0.0094 -0.2426</w:t>
        <w:br/>
        <w:t>vn -0.9701 -0.0093 -0.2426</w:t>
        <w:br/>
        <w:t>vn -0.0118 -0.9999 0.0091</w:t>
        <w:br/>
        <w:t>vn -0.0116 -0.9999 0.0092</w:t>
        <w:br/>
        <w:t>vn -0.0115 -0.9999 0.0092</w:t>
        <w:br/>
        <w:t>vn -0.0113 -0.9999 0.0091</w:t>
        <w:br/>
        <w:t>vn 0.9697 -0.0257 0.2430</w:t>
        <w:br/>
        <w:t>vn 0.0116 0.9999 -0.0092</w:t>
        <w:br/>
        <w:t>vn 0.0115 0.9999 -0.0092</w:t>
        <w:br/>
        <w:t>vn -0.2182 0.0426 0.9750</w:t>
        <w:br/>
        <w:t>vn -0.1343 -0.9136 -0.3838</w:t>
        <w:br/>
        <w:t>vn -0.0996 -0.8961 -0.4325</w:t>
        <w:br/>
        <w:t>vn -0.2494 -0.9660 -0.0675</w:t>
        <w:br/>
        <w:t>vn -0.2644 -0.9643 -0.0112</w:t>
        <w:br/>
        <w:t>vn -0.3675 -0.7355 0.5692</w:t>
        <w:br/>
        <w:t>vn -0.3742 -0.7500 0.5455</w:t>
        <w:br/>
        <w:t>vn -0.2381 0.0256 0.9709</w:t>
        <w:br/>
        <w:t>vn -0.2713 -0.0238 0.9622</w:t>
        <w:br/>
        <w:t>vn 0.0497 0.7186 0.6937</w:t>
        <w:br/>
        <w:t>vn -0.9295 0.3314 -0.1620</w:t>
        <w:br/>
        <w:t>vn -0.9064 0.3567 -0.2261</w:t>
        <w:br/>
        <w:t>vn -0.9069 0.3572 -0.2234</w:t>
        <w:br/>
        <w:t>vn -0.9410 0.2959 -0.1643</w:t>
        <w:br/>
        <w:t>vn -0.9473 0.2821 0.1520</w:t>
        <w:br/>
        <w:t>vn -0.9914 0.1253 0.0382</w:t>
        <w:br/>
        <w:t>vn -0.7752 0.5490 0.3125</w:t>
        <w:br/>
        <w:t>vn 0.1413 0.8596 0.4911</w:t>
        <w:br/>
        <w:t>vn 0.1625 0.8943 0.4169</w:t>
        <w:br/>
        <w:t>vn 0.9718 -0.1131 0.2071</w:t>
        <w:br/>
        <w:t>vn 0.9560 -0.1229 0.2664</w:t>
        <w:br/>
        <w:t>vn 0.9800 -0.1308 0.1499</w:t>
        <w:br/>
        <w:t>vn 0.9536 -0.1006 0.2837</w:t>
        <w:br/>
        <w:t>vn 0.8870 -0.1812 0.4248</w:t>
        <w:br/>
        <w:t>vn 0.8385 -0.0862 0.5381</w:t>
        <w:br/>
        <w:t>vn 0.1295 0.8990 0.4183</w:t>
        <w:br/>
        <w:t>vn 0.8096 0.0560 0.5844</w:t>
        <w:br/>
        <w:t>vn 0.4905 0.6363 0.5954</w:t>
        <w:br/>
        <w:t>vn 0.8539 0.2479 0.4576</w:t>
        <w:br/>
        <w:t>vn -0.2796 0.8092 0.5167</w:t>
        <w:br/>
        <w:t>vn 0.5922 0.5932 0.5454</w:t>
        <w:br/>
        <w:t>vn 0.8871 0.2525 0.3864</w:t>
        <w:br/>
        <w:t>vn -0.2529 0.8784 0.4056</w:t>
        <w:br/>
        <w:t>vn -0.6291 0.7528 0.1937</w:t>
        <w:br/>
        <w:t>vn 0.6463 0.6187 0.4466</w:t>
        <w:br/>
        <w:t>vn 0.9277 0.2516 0.2759</w:t>
        <w:br/>
        <w:t>vn -0.2884 0.8931 0.3453</w:t>
        <w:br/>
        <w:t>vn -0.6168 0.7686 0.1696</w:t>
        <w:br/>
        <w:t>vn -0.5850 0.8037 0.1084</w:t>
        <w:br/>
        <w:t>vn 0.7812 0.5597 0.2763</w:t>
        <w:br/>
        <w:t>vn 0.9644 0.2364 0.1184</w:t>
        <w:br/>
        <w:t>vn -0.0589 0.9705 0.2336</w:t>
        <w:br/>
        <w:t>vn -0.5512 0.8344 0.0038</w:t>
        <w:br/>
        <w:t>vn 0.7691 0.6312 0.1003</w:t>
        <w:br/>
        <w:t>vn 0.9793 0.1887 -0.0739</w:t>
        <w:br/>
        <w:t>vn -0.0736 0.9972 -0.0151</w:t>
        <w:br/>
        <w:t>vn -0.5403 0.8314 -0.1299</w:t>
        <w:br/>
        <w:t>vn 0.7837 0.5958 -0.1755</w:t>
        <w:br/>
        <w:t>vn 0.9572 0.1127 -0.2667</w:t>
        <w:br/>
        <w:t>vn -0.0864 0.9684 -0.2339</w:t>
        <w:br/>
        <w:t>vn -0.5496 0.8115 -0.1985</w:t>
        <w:br/>
        <w:t>vn 0.7498 0.5237 -0.4046</w:t>
        <w:br/>
        <w:t>vn 0.8955 -0.0104 -0.4450</w:t>
        <w:br/>
        <w:t>vn -0.1349 0.9039 -0.4059</w:t>
        <w:br/>
        <w:t>vn -0.5831 0.7570 -0.2950</w:t>
        <w:br/>
        <w:t>vn 0.5837 0.4919 -0.6460</w:t>
        <w:br/>
        <w:t>vn -0.2278 0.7705 -0.5954</w:t>
        <w:br/>
        <w:t>vn -0.7010 0.5187 -0.4893</w:t>
        <w:br/>
        <w:t>vn 0.7553 -0.1800 -0.6302</w:t>
        <w:br/>
        <w:t>vn 0.1699 0.6255 -0.7615</w:t>
        <w:br/>
        <w:t>vn 0.6791 -0.1815 -0.7112</w:t>
        <w:br/>
        <w:t>vn -0.1548 0.6977 -0.6994</w:t>
        <w:br/>
        <w:t>vn 0.8018 -0.0602 -0.5945</w:t>
        <w:br/>
        <w:t>vn 0.2704 0.8347 -0.4798</w:t>
        <w:br/>
        <w:t>vn 0.9225 0.0067 -0.3861</w:t>
        <w:br/>
        <w:t>vn -0.7412 0.5187 -0.4261</w:t>
        <w:br/>
        <w:t>vn -0.8808 0.2963 -0.3693</w:t>
        <w:br/>
        <w:t>vn -0.9461 0.3230 0.0241</w:t>
        <w:br/>
        <w:t>vn -0.9680 0.2470 0.0447</w:t>
        <w:br/>
        <w:t>vn -0.9797 0.1991 0.0224</w:t>
        <w:br/>
        <w:t>vn -0.9356 0.3267 0.1337</w:t>
        <w:br/>
        <w:t>vn 0.6109 0.7884 0.0723</w:t>
        <w:br/>
        <w:t>vn 0.3608 0.9233 0.1315</w:t>
        <w:br/>
        <w:t>vn 0.3508 0.9302 0.1080</w:t>
        <w:br/>
        <w:t>vn 0.6109 0.7884 0.0724</w:t>
        <w:br/>
        <w:t>vn 0.0657 0.4288 -0.9010</w:t>
        <w:br/>
        <w:t>vn -0.0280 0.1496 -0.9884</w:t>
        <w:br/>
        <w:t>vn 0.0664 0.3594 -0.9308</w:t>
        <w:br/>
        <w:t>vn -0.1307 -0.1599 -0.9784</w:t>
        <w:br/>
        <w:t>vn 0.8850 -0.3113 -0.3463</w:t>
        <w:br/>
        <w:t>vn 0.9652 -0.1565 -0.2095</w:t>
        <w:br/>
        <w:t>vn 0.9224 0.0067 -0.3861</w:t>
        <w:br/>
        <w:t>vn 0.8380 -0.3821 -0.3895</w:t>
        <w:br/>
        <w:t>vn 0.2136 -0.5759 -0.7891</w:t>
        <w:br/>
        <w:t>vn 0.2056 -0.4598 -0.8639</w:t>
        <w:br/>
        <w:t>vn 0.1307 -0.1599 -0.9784</w:t>
        <w:br/>
        <w:t>vn 0.0280 0.1496 -0.9884</w:t>
        <w:br/>
        <w:t>vn -0.0657 0.4288 -0.9010</w:t>
        <w:br/>
        <w:t>vn -0.8380 -0.3821 -0.3895</w:t>
        <w:br/>
        <w:t>vn -0.8850 -0.3113 -0.3463</w:t>
        <w:br/>
        <w:t>vn -0.9886 -0.0101 -0.1500</w:t>
        <w:br/>
        <w:t>vn -0.2136 -0.5759 -0.7891</w:t>
        <w:br/>
        <w:t>vn -0.9224 0.0067 -0.3861</w:t>
        <w:br/>
        <w:t>vn -0.6176 0.2949 -0.7291</w:t>
        <w:br/>
        <w:t>vn -0.6791 -0.1815 -0.7112</w:t>
        <w:br/>
        <w:t>vn -0.7553 -0.1800 -0.6302</w:t>
        <w:br/>
        <w:t>vn -0.8955 -0.0103 -0.4449</w:t>
        <w:br/>
        <w:t>vn -0.3348 0.9279 -0.1640</w:t>
        <w:br/>
        <w:t>vn -0.3508 0.9302 0.1081</w:t>
        <w:br/>
        <w:t>vn -0.3405 0.9364 0.0846</w:t>
        <w:br/>
        <w:t>vn -0.1699 0.6255 -0.7615</w:t>
        <w:br/>
        <w:t>vn 0.1548 0.6978 -0.6994</w:t>
        <w:br/>
        <w:t>vn -0.6176 0.2948 -0.7291</w:t>
        <w:br/>
        <w:t>vn -0.7973 0.2818 -0.5338</w:t>
        <w:br/>
        <w:t>vn 0.2279 0.7705 -0.5954</w:t>
        <w:br/>
        <w:t>vn -0.2029 0.6935 -0.6913</w:t>
        <w:br/>
        <w:t>vn 0.7011 0.5187 -0.4893</w:t>
        <w:br/>
        <w:t>vn 0.8768 0.3829 -0.2908</w:t>
        <w:br/>
        <w:t>vn 0.8808 0.2963 -0.3693</w:t>
        <w:br/>
        <w:t>vn 0.5831 0.7570 -0.2950</w:t>
        <w:br/>
        <w:t>vn 0.9461 0.3230 0.0241</w:t>
        <w:br/>
        <w:t>vn 0.9680 0.2470 0.0447</w:t>
        <w:br/>
        <w:t>vn 0.9797 0.1991 0.0224</w:t>
        <w:br/>
        <w:t>vn 0.9356 0.3267 0.1337</w:t>
        <w:br/>
        <w:t>vn -0.3608 0.9233 0.1315</w:t>
        <w:br/>
        <w:t>vn -0.0664 0.3594 -0.9308</w:t>
        <w:br/>
        <w:t>vn 0.1348 0.9039 -0.4059</w:t>
        <w:br/>
        <w:t>vn 0.5496 0.8115 -0.1986</w:t>
        <w:br/>
        <w:t>vn -0.7497 0.5237 -0.4046</w:t>
        <w:br/>
        <w:t>vn -0.9572 0.1127 -0.2667</w:t>
        <w:br/>
        <w:t>vn 0.0865 0.9684 -0.2340</w:t>
        <w:br/>
        <w:t>vn 0.5404 0.8313 -0.1298</w:t>
        <w:br/>
        <w:t>vn -0.7837 0.5958 -0.1755</w:t>
        <w:br/>
        <w:t>vn -0.9793 0.1886 -0.0739</w:t>
        <w:br/>
        <w:t>vn 0.0736 0.9972 -0.0150</w:t>
        <w:br/>
        <w:t>vn 0.5512 0.8344 0.0038</w:t>
        <w:br/>
        <w:t>vn -0.7691 0.6312 0.1003</w:t>
        <w:br/>
        <w:t>vn -0.9644 0.2364 0.1184</w:t>
        <w:br/>
        <w:t>vn 0.0589 0.9705 0.2336</w:t>
        <w:br/>
        <w:t>vn 0.5850 0.8038 0.1084</w:t>
        <w:br/>
        <w:t>vn -0.7812 0.5597 0.2763</w:t>
        <w:br/>
        <w:t>vn -0.9277 0.2516 0.2759</w:t>
        <w:br/>
        <w:t>vn 0.2884 0.8931 0.3453</w:t>
        <w:br/>
        <w:t>vn 0.6168 0.7686 0.1696</w:t>
        <w:br/>
        <w:t>vn 0.6291 0.7528 0.1937</w:t>
        <w:br/>
        <w:t>vn -0.6463 0.6187 0.4467</w:t>
        <w:br/>
        <w:t>vn -0.8871 0.2525 0.3864</w:t>
        <w:br/>
        <w:t>vn 0.2529 0.8784 0.4056</w:t>
        <w:br/>
        <w:t>vn -0.5921 0.5932 0.5454</w:t>
        <w:br/>
        <w:t>vn -0.8539 0.2479 0.4576</w:t>
        <w:br/>
        <w:t>vn 0.7752 0.5490 0.3125</w:t>
        <w:br/>
        <w:t>vn -0.4905 0.6363 0.5954</w:t>
        <w:br/>
        <w:t>vn -0.8096 0.0560 0.5843</w:t>
        <w:br/>
        <w:t>vn 0.2796 0.8092 0.5167</w:t>
        <w:br/>
        <w:t>vn 0.0050 0.8822 0.4708</w:t>
        <w:br/>
        <w:t>vn 0.9914 0.1253 0.0382</w:t>
        <w:br/>
        <w:t>vn 0.7751 0.5491 0.3126</w:t>
        <w:br/>
        <w:t>vn 0.9840 0.1775 0.0143</w:t>
        <w:br/>
        <w:t>vn 0.9410 0.2959 -0.1643</w:t>
        <w:br/>
        <w:t>vn -0.6868 0.3933 0.6113</w:t>
        <w:br/>
        <w:t>vn -0.8870 -0.1812 0.4248</w:t>
        <w:br/>
        <w:t>vn 0.9295 0.3314 -0.1620</w:t>
        <w:br/>
        <w:t>vn 0.9064 0.3567 -0.2261</w:t>
        <w:br/>
        <w:t>vn 0.9069 0.3572 -0.2234</w:t>
        <w:br/>
        <w:t>vn -0.1413 0.8596 0.4911</w:t>
        <w:br/>
        <w:t>vn -0.9560 -0.1229 0.2664</w:t>
        <w:br/>
        <w:t>vn -0.0498 0.7186 0.6937</w:t>
        <w:br/>
        <w:t>vn -0.9536 -0.1006 0.2837</w:t>
        <w:br/>
        <w:t>vn 0.0541 0.5182 0.8535</w:t>
        <w:br/>
        <w:t>vn -0.9718 -0.1131 0.2071</w:t>
        <w:br/>
        <w:t>vn -0.9800 -0.1308 0.1499</w:t>
        <w:br/>
        <w:t>vn 0.2712 -0.0238 0.9622</w:t>
        <w:br/>
        <w:t>vn 0.3526 -0.4708 0.8088</w:t>
        <w:br/>
        <w:t>vn 0.3675 -0.7355 0.5692</w:t>
        <w:br/>
        <w:t>vn 0.2713 -0.0238 0.9622</w:t>
        <w:br/>
        <w:t>vn 0.2494 -0.9660 -0.0676</w:t>
        <w:br/>
        <w:t>vn 0.3742 -0.7500 0.5454</w:t>
        <w:br/>
        <w:t>vn 0.1343 -0.9136 -0.3838</w:t>
        <w:br/>
        <w:t>vn 0.0996 -0.8961 -0.4325</w:t>
        <w:br/>
        <w:t>vn 0.2644 -0.9643 -0.0112</w:t>
        <w:br/>
        <w:t>vn 0.3708 -0.8080 0.4579</w:t>
        <w:br/>
        <w:t>vn 0.3710 -0.6601 0.6531</w:t>
        <w:br/>
        <w:t>vn 0.3471 -0.4948 0.7967</w:t>
        <w:br/>
        <w:t>vn 0.3457 -0.5431 0.7652</w:t>
        <w:br/>
        <w:t>vn -0.0499 0.7534 0.6557</w:t>
        <w:br/>
        <w:t>vn 0.0370 0.5853 0.8100</w:t>
        <w:br/>
        <w:t>vn 0.0292 0.5929 0.8047</w:t>
        <w:br/>
        <w:t>vn 0.9220 0.2692 -0.2784</w:t>
        <w:br/>
        <w:t>vn 0.9446 0.2425 -0.2211</w:t>
        <w:br/>
        <w:t>vn 0.9316 0.2939 -0.2141</w:t>
        <w:br/>
        <w:t>vn 0.9495 0.1845 -0.2540</w:t>
        <w:br/>
        <w:t>vn 0.9695 0.2358 0.0675</w:t>
        <w:br/>
        <w:t>vn 0.9960 0.0523 -0.0721</w:t>
        <w:br/>
        <w:t>vn 0.7783 0.5581 0.2876</w:t>
        <w:br/>
        <w:t>vn -0.0978 0.8593 0.5021</w:t>
        <w:br/>
        <w:t>vn -0.1057 0.8946 0.4341</w:t>
        <w:br/>
        <w:t>vn -0.8997 -0.2701 0.3430</w:t>
        <w:br/>
        <w:t>vn -0.9154 -0.2746 0.2943</w:t>
        <w:br/>
        <w:t>vn -0.9215 -0.2839 0.2651</w:t>
        <w:br/>
        <w:t>vn -0.8893 -0.2753 0.3651</w:t>
        <w:br/>
        <w:t>vn -0.8348 -0.2894 0.4683</w:t>
        <w:br/>
        <w:t>vn -0.8143 -0.1526 0.5599</w:t>
        <w:br/>
        <w:t>vn -0.0952 0.8491 0.5196</w:t>
        <w:br/>
        <w:t>vn -0.8084 0.0149 0.5885</w:t>
        <w:br/>
        <w:t>vn 0.2068 0.8243 0.5271</w:t>
        <w:br/>
        <w:t>vn -0.5663 0.5810 0.5846</w:t>
        <w:br/>
        <w:t>vn -0.8632 0.2397 0.4443</w:t>
        <w:br/>
        <w:t>vn 0.2465 0.8759 0.4147</w:t>
        <w:br/>
        <w:t>vn 0.6204 0.7575 0.2031</w:t>
        <w:br/>
        <w:t>vn -0.5909 0.5905 0.5497</w:t>
        <w:br/>
        <w:t>vn -0.8798 0.2474 0.4059</w:t>
        <w:br/>
        <w:t>vn 0.2834 0.8945 0.3457</w:t>
        <w:br/>
        <w:t>vn 0.6087 0.7752 0.1688</w:t>
        <w:br/>
        <w:t>vn 0.5792 0.8069 0.1156</w:t>
        <w:br/>
        <w:t>vn -0.6403 0.6189 0.4549</w:t>
        <w:br/>
        <w:t>vn -0.9246 0.2592 0.2793</w:t>
        <w:br/>
        <w:t>vn 0.0557 0.9694 0.2390</w:t>
        <w:br/>
        <w:t>vn 0.5494 0.8349 0.0328</w:t>
        <w:br/>
        <w:t>vn -0.7785 0.5650 0.2733</w:t>
        <w:br/>
        <w:t>vn -0.9646 0.2460 0.0951</w:t>
        <w:br/>
        <w:t>vn 0.0616 0.9981 0.0055</w:t>
        <w:br/>
        <w:t>vn 0.5442 0.8355 -0.0754</w:t>
        <w:br/>
        <w:t>vn -0.7705 0.6332 0.0737</w:t>
        <w:br/>
        <w:t>vn -0.9731 0.1927 -0.1263</w:t>
        <w:br/>
        <w:t>vn 0.0643 0.9748 -0.2138</w:t>
        <w:br/>
        <w:t>vn -0.7880 0.5784 -0.2110</w:t>
        <w:br/>
        <w:t>vn -0.9350 0.1053 -0.3386</w:t>
        <w:br/>
        <w:t>vn 0.5688 0.8075 -0.1562</w:t>
        <w:br/>
        <w:t>vn -0.7422 0.4827 -0.4648</w:t>
        <w:br/>
        <w:t>vn -0.8880 0.0240 -0.4591</w:t>
        <w:br/>
        <w:t>vn 0.4026 0.8519 -0.3350</w:t>
        <w:br/>
        <w:t>vn -0.3970 0.7798 -0.4840</w:t>
        <w:br/>
        <w:t>vn 0.6009 0.7644 -0.2337</w:t>
        <w:br/>
        <w:t>vn -0.6812 0.4142 -0.6036</w:t>
        <w:br/>
        <w:t>vn -0.8090 -0.0970 -0.5798</w:t>
        <w:br/>
        <w:t>vn 0.1874 0.8495 -0.4932</w:t>
        <w:br/>
        <w:t>vn 0.7188 0.5834 -0.3782</w:t>
        <w:br/>
        <w:t>vn -0.5244 0.3325 -0.7839</w:t>
        <w:br/>
        <w:t>vn -0.6788 -0.1214 -0.7242</w:t>
        <w:br/>
        <w:t>vn 0.1474 0.7722 -0.6181</w:t>
        <w:br/>
        <w:t>vn 0.8827 0.4314 -0.1863</w:t>
        <w:br/>
        <w:t>vn 0.9051 0.3453 -0.2482</w:t>
        <w:br/>
        <w:t>vn -0.6631 0.2918 -0.6893</w:t>
        <w:br/>
        <w:t>vn -0.3335 0.9338 -0.1296</w:t>
        <w:br/>
        <w:t>vn -0.9101 -0.1954 -0.3654</w:t>
        <w:br/>
        <w:t>vn -0.3460 0.9278 0.1398</w:t>
        <w:br/>
        <w:t>vn -0.3361 0.9343 0.1186</w:t>
        <w:br/>
        <w:t>vn -0.9730 -0.1427 -0.1814</w:t>
        <w:br/>
        <w:t>vn -0.2639 -0.5794 -0.7711</w:t>
        <w:br/>
        <w:t>vn 0.9081 0.3697 0.1965</w:t>
        <w:br/>
        <w:t>vn -0.3558 0.9206 0.1610</w:t>
        <w:br/>
        <w:t>vn -0.0750 0.4479 -0.8909</w:t>
        <w:br/>
        <w:t>vn -0.1240 0.5039 -0.8548</w:t>
        <w:br/>
        <w:t>vn 0.1014 -0.0433 -0.9939</w:t>
        <w:br/>
        <w:t>vn 0.0000 0.9448 0.3276</w:t>
        <w:br/>
        <w:t>vn 0.0000 0.9448 0.3277</w:t>
        <w:br/>
        <w:t>vn 1.0000 -0.0000 0.0000</w:t>
        <w:br/>
        <w:t>vn -1.0000 0.0000 0.0000</w:t>
        <w:br/>
        <w:t>vn -0.5171 -0.3803 0.7668</w:t>
        <w:br/>
        <w:t>vn -0.5335 -0.3996 0.7454</w:t>
        <w:br/>
        <w:t>vn -0.5335 -0.3997 0.7454</w:t>
        <w:br/>
        <w:t>vn -0.5493 -0.4186 0.7232</w:t>
        <w:br/>
        <w:t>vn -0.5368 -0.7553 -0.3761</w:t>
        <w:br/>
        <w:t>vn -0.5147 -0.8347 -0.1959</w:t>
        <w:br/>
        <w:t>vn 0.1600 -0.9612 -0.2246</w:t>
        <w:br/>
        <w:t>vn -0.5354 -0.7659 -0.3560</w:t>
        <w:br/>
        <w:t>vn -0.6025 -0.7150 -0.3546</w:t>
        <w:br/>
        <w:t>vn 0.4845 -0.8701 -0.0906</w:t>
        <w:br/>
        <w:t>vn 0.6324 -0.7736 0.0396</w:t>
        <w:br/>
        <w:t>vn -0.6229 -0.6972 -0.3548</w:t>
        <w:br/>
        <w:t>vn -0.5929 -0.6005 -0.5365</w:t>
        <w:br/>
        <w:t>vn -0.6699 -0.7298 0.1363</w:t>
        <w:br/>
        <w:t>vn -0.5900 -0.6220 0.5147</w:t>
        <w:br/>
        <w:t>vn -0.6069 -0.6289 0.4859</w:t>
        <w:br/>
        <w:t>vn 0.3712 -0.9177 -0.1413</w:t>
        <w:br/>
        <w:t>vn 0.3765 -0.9186 -0.1203</w:t>
        <w:br/>
        <w:t>vn 0.3715 -0.9203 -0.1228</w:t>
        <w:br/>
        <w:t>vn -0.0049 -0.9528 -0.3036</w:t>
        <w:br/>
        <w:t>vn -0.5985 -0.7403 -0.3062</w:t>
        <w:br/>
        <w:t>vn 0.3919 -0.8961 -0.2083</w:t>
        <w:br/>
        <w:t>vn -0.5609 -0.6032 -0.5670</w:t>
        <w:br/>
        <w:t>vn -0.0048 -0.9528 -0.3036</w:t>
        <w:br/>
        <w:t>vn -0.4607 -0.4076 -0.7884</w:t>
        <w:br/>
        <w:t>vn 0.4306 -0.8765 -0.2153</w:t>
        <w:br/>
        <w:t>vn -0.5606 -0.6688 -0.4883</w:t>
        <w:br/>
        <w:t>vn 0.4798 -0.8426 -0.2445</w:t>
        <w:br/>
        <w:t>vn -0.3733 -0.3517 -0.8585</w:t>
        <w:br/>
        <w:t>vn 0.5201 -0.8212 -0.2347</w:t>
        <w:br/>
        <w:t>vn -0.4984 -0.5503 -0.6699</w:t>
        <w:br/>
        <w:t>vn 0.5630 -0.7797 -0.2740</w:t>
        <w:br/>
        <w:t>vn -0.1782 -0.0871 -0.9801</w:t>
        <w:br/>
        <w:t>vn 0.5861 -0.7513 -0.3033</w:t>
        <w:br/>
        <w:t>vn -0.3666 -0.3783 -0.8500</w:t>
        <w:br/>
        <w:t>vn 0.6189 -0.7081 -0.3399</w:t>
        <w:br/>
        <w:t>vn -0.0920 -0.0151 -0.9956</w:t>
        <w:br/>
        <w:t>vn 0.6299 -0.6950 -0.3467</w:t>
        <w:br/>
        <w:t>vn -0.2218 -0.2225 -0.9494</w:t>
        <w:br/>
        <w:t>vn 0.6582 -0.6647 -0.3535</w:t>
        <w:br/>
        <w:t>vn 0.1218 0.3263 -0.9374</w:t>
        <w:br/>
        <w:t>vn 0.6740 -0.6468 -0.3569</w:t>
        <w:br/>
        <w:t>vn -0.0818 -0.1120 -0.9903</w:t>
        <w:br/>
        <w:t>vn 0.7102 -0.6003 -0.3677</w:t>
        <w:br/>
        <w:t>vn 0.1787 0.4221 -0.8888</w:t>
        <w:br/>
        <w:t>vn 0.7318 -0.5735 -0.3682</w:t>
        <w:br/>
        <w:t>vn 0.0187 0.1360 -0.9905</w:t>
        <w:br/>
        <w:t>vn 0.7790 -0.5189 -0.3522</w:t>
        <w:br/>
        <w:t>vn 0.3458 0.6912 -0.6346</w:t>
        <w:br/>
        <w:t>vn 0.8075 -0.4761 -0.3482</w:t>
        <w:br/>
        <w:t>vn 0.1654 0.3637 -0.9167</w:t>
        <w:br/>
        <w:t>vn 0.8469 -0.4193 -0.3270</w:t>
        <w:br/>
        <w:t>vn 0.8649 -0.3808 -0.3269</w:t>
        <w:br/>
        <w:t>vn 0.2896 0.5631 -0.7740</w:t>
        <w:br/>
        <w:t>vn 0.8958 -0.3491 -0.2751</w:t>
        <w:br/>
        <w:t>vn 0.3622 0.6949 -0.6212</w:t>
        <w:br/>
        <w:t>vn 0.9175 -0.3118 -0.2470</w:t>
        <w:br/>
        <w:t>vn 0.4066 0.7176 -0.5655</w:t>
        <w:br/>
        <w:t>vn 0.9440 -0.2788 -0.1764</w:t>
        <w:br/>
        <w:t>vn 0.4368 0.8177 -0.3749</w:t>
        <w:br/>
        <w:t>vn 0.4410 0.8245 -0.3545</w:t>
        <w:br/>
        <w:t>vn 0.4788 0.8700 -0.1175</w:t>
        <w:br/>
        <w:t>vn 0.4518 0.8281 -0.3318</w:t>
        <w:br/>
        <w:t>vn 0.9526 -0.2666 -0.1467</w:t>
        <w:br/>
        <w:t>vn 0.4472 0.8033 -0.3934</w:t>
        <w:br/>
        <w:t>vn 0.9598 -0.2690 -0.0804</w:t>
        <w:br/>
        <w:t>vn 0.4498 0.8929 -0.0184</w:t>
        <w:br/>
        <w:t>vn 0.9559 -0.2891 -0.0522</w:t>
        <w:br/>
        <w:t>vn 0.4415 0.8745 -0.2007</w:t>
        <w:br/>
        <w:t>vn 0.9548 -0.2969 -0.0150</w:t>
        <w:br/>
        <w:t>vn 0.4930 0.8256 0.2746</w:t>
        <w:br/>
        <w:t>vn 0.9568 -0.2909 -0.0030</w:t>
        <w:br/>
        <w:t>vn 0.4456 0.8887 -0.1082</w:t>
        <w:br/>
        <w:t>vn 0.9592 -0.2824 0.0091</w:t>
        <w:br/>
        <w:t>vn 0.9664 -0.2564 0.0169</w:t>
        <w:br/>
        <w:t>vn 0.3883 0.9208 0.0372</w:t>
        <w:br/>
        <w:t>vn 0.4416 0.8485 0.2915</w:t>
        <w:br/>
        <w:t>vn 0.4363 0.1953 0.8783</w:t>
        <w:br/>
        <w:t>vn 0.4072 -0.0076 0.9133</w:t>
        <w:br/>
        <w:t>vn 0.3489 -0.1367 0.9271</w:t>
        <w:br/>
        <w:t>vn 0.3337 -0.1733 0.9266</w:t>
        <w:br/>
        <w:t>vn 0.3460 -0.1618 0.9242</w:t>
        <w:br/>
        <w:t>vn 0.3659 -0.1186 0.9231</w:t>
        <w:br/>
        <w:t>vn -0.4472 -0.7246 -0.5244</w:t>
        <w:br/>
        <w:t>vn -0.4234 -0.6995 -0.5757</w:t>
        <w:br/>
        <w:t>vn -0.4694 -0.7468 -0.4711</w:t>
        <w:br/>
        <w:t>vn -0.6549 -0.5180 0.5503</w:t>
        <w:br/>
        <w:t>vn -0.2837 -0.8652 0.4135</w:t>
        <w:br/>
        <w:t>vn -0.4257 -0.4891 0.7613</w:t>
        <w:br/>
        <w:t>vn -0.2830 -0.8820 0.3769</w:t>
        <w:br/>
        <w:t>vn -0.4025 -0.6876 -0.6043</w:t>
        <w:br/>
        <w:t>vn -0.4025 -0.6876 -0.6042</w:t>
        <w:br/>
        <w:t>vn -0.3656 -0.6458 -0.6703</w:t>
        <w:br/>
        <w:t>vn -0.4364 -0.7244 -0.5337</w:t>
        <w:br/>
        <w:t>vn -0.1192 -0.8887 0.4428</w:t>
        <w:br/>
        <w:t>vn -0.1192 -0.8888 0.4425</w:t>
        <w:br/>
        <w:t>vn -0.1192 -0.8888 0.4424</w:t>
        <w:br/>
        <w:t>vn -0.1193 -0.8891 0.4419</w:t>
        <w:br/>
        <w:t>vn 0.5335 -0.3997 0.7454</w:t>
        <w:br/>
        <w:t>vn 0.5170 -0.3803 0.7669</w:t>
        <w:br/>
        <w:t>vn 0.5335 -0.3996 0.7454</w:t>
        <w:br/>
        <w:t>vn 0.5494 -0.4186 0.7232</w:t>
        <w:br/>
        <w:t>vn 0.5368 -0.7553 -0.3760</w:t>
        <w:br/>
        <w:t>vn -0.1600 -0.9612 -0.2246</w:t>
        <w:br/>
        <w:t>vn 0.5147 -0.8347 -0.1960</w:t>
        <w:br/>
        <w:t>vn 0.5354 -0.7659 -0.3560</w:t>
        <w:br/>
        <w:t>vn 0.6025 -0.7150 -0.3545</w:t>
        <w:br/>
        <w:t>vn -0.4844 -0.8701 -0.0906</w:t>
        <w:br/>
        <w:t>vn -0.6325 -0.7736 0.0396</w:t>
        <w:br/>
        <w:t>vn 0.6229 -0.6972 -0.3548</w:t>
        <w:br/>
        <w:t>vn 0.5929 -0.6005 -0.5365</w:t>
        <w:br/>
        <w:t>vn 0.5900 -0.6220 0.5148</w:t>
        <w:br/>
        <w:t>vn 0.6699 -0.7298 0.1363</w:t>
        <w:br/>
        <w:t>vn 0.6069 -0.6289 0.4859</w:t>
        <w:br/>
        <w:t>vn -0.3765 -0.9186 -0.1203</w:t>
        <w:br/>
        <w:t>vn -0.3712 -0.9177 -0.1413</w:t>
        <w:br/>
        <w:t>vn -0.3715 -0.9203 -0.1228</w:t>
        <w:br/>
        <w:t>vn 0.0048 -0.9528 -0.3036</w:t>
        <w:br/>
        <w:t>vn 0.5985 -0.7403 -0.3062</w:t>
        <w:br/>
        <w:t>vn -0.3920 -0.8961 -0.2082</w:t>
        <w:br/>
        <w:t>vn 0.5609 -0.6032 -0.5670</w:t>
        <w:br/>
        <w:t>vn 0.4607 -0.4076 -0.7884</w:t>
        <w:br/>
        <w:t>vn -0.4306 -0.8765 -0.2152</w:t>
        <w:br/>
        <w:t>vn 0.5606 -0.6688 -0.4883</w:t>
        <w:br/>
        <w:t>vn -0.4798 -0.8426 -0.2445</w:t>
        <w:br/>
        <w:t>vn 0.3733 -0.3517 -0.8585</w:t>
        <w:br/>
        <w:t>vn -0.5201 -0.8212 -0.2347</w:t>
        <w:br/>
        <w:t>vn 0.4984 -0.5502 -0.6699</w:t>
        <w:br/>
        <w:t>vn -0.5630 -0.7797 -0.2740</w:t>
        <w:br/>
        <w:t>vn 0.1782 -0.0871 -0.9801</w:t>
        <w:br/>
        <w:t>vn -0.5861 -0.7513 -0.3033</w:t>
        <w:br/>
        <w:t>vn 0.3666 -0.3783 -0.8500</w:t>
        <w:br/>
        <w:t>vn -0.6189 -0.7081 -0.3399</w:t>
        <w:br/>
        <w:t>vn 0.0920 -0.0151 -0.9956</w:t>
        <w:br/>
        <w:t>vn -0.6299 -0.6950 -0.3467</w:t>
        <w:br/>
        <w:t>vn 0.2218 -0.2225 -0.9494</w:t>
        <w:br/>
        <w:t>vn -0.6582 -0.6647 -0.3535</w:t>
        <w:br/>
        <w:t>vn -0.1218 0.3263 -0.9374</w:t>
        <w:br/>
        <w:t>vn -0.6740 -0.6468 -0.3569</w:t>
        <w:br/>
        <w:t>vn 0.0818 -0.1120 -0.9903</w:t>
        <w:br/>
        <w:t>vn -0.7102 -0.6003 -0.3677</w:t>
        <w:br/>
        <w:t>vn -0.1787 0.4221 -0.8888</w:t>
        <w:br/>
        <w:t>vn -0.7318 -0.5735 -0.3682</w:t>
        <w:br/>
        <w:t>vn -0.0187 0.1360 -0.9905</w:t>
        <w:br/>
        <w:t>vn -0.7789 -0.5188 -0.3522</w:t>
        <w:br/>
        <w:t>vn -0.3458 0.6912 -0.6346</w:t>
        <w:br/>
        <w:t>vn -0.8075 -0.4761 -0.3483</w:t>
        <w:br/>
        <w:t>vn -0.1654 0.3637 -0.9167</w:t>
        <w:br/>
        <w:t>vn -0.8469 -0.4193 -0.3270</w:t>
        <w:br/>
        <w:t>vn -0.8649 -0.3808 -0.3269</w:t>
        <w:br/>
        <w:t>vn -0.2896 0.5631 -0.7740</w:t>
        <w:br/>
        <w:t>vn -0.8958 -0.3491 -0.2751</w:t>
        <w:br/>
        <w:t>vn -0.3622 0.6949 -0.6212</w:t>
        <w:br/>
        <w:t>vn -0.9175 -0.3118 -0.2470</w:t>
        <w:br/>
        <w:t>vn -0.4066 0.7176 -0.5654</w:t>
        <w:br/>
        <w:t>vn -0.9440 -0.2788 -0.1764</w:t>
        <w:br/>
        <w:t>vn -0.4368 0.8177 -0.3749</w:t>
        <w:br/>
        <w:t>vn -0.4410 0.8245 -0.3545</w:t>
        <w:br/>
        <w:t>vn -0.4788 0.8700 -0.1175</w:t>
        <w:br/>
        <w:t>vn -0.4518 0.8281 -0.3318</w:t>
        <w:br/>
        <w:t>vn -0.9526 -0.2666 -0.1466</w:t>
        <w:br/>
        <w:t>vn -0.4472 0.8033 -0.3934</w:t>
        <w:br/>
        <w:t>vn -0.9598 -0.2690 -0.0804</w:t>
        <w:br/>
        <w:t>vn -0.4498 0.8929 -0.0185</w:t>
        <w:br/>
        <w:t>vn -0.9559 -0.2891 -0.0522</w:t>
        <w:br/>
        <w:t>vn -0.4415 0.8745 -0.2007</w:t>
        <w:br/>
        <w:t>vn -0.9548 -0.2970 -0.0150</w:t>
        <w:br/>
        <w:t>vn -0.4928 0.8256 0.2746</w:t>
        <w:br/>
        <w:t>vn -0.9568 -0.2909 -0.0030</w:t>
        <w:br/>
        <w:t>vn -0.4456 0.8887 -0.1082</w:t>
        <w:br/>
        <w:t>vn -0.9592 -0.2824 0.0091</w:t>
        <w:br/>
        <w:t>vn -0.9664 -0.2564 0.0169</w:t>
        <w:br/>
        <w:t>vn -0.3883 0.9208 0.0372</w:t>
        <w:br/>
        <w:t>vn -0.4416 0.8485 0.2915</w:t>
        <w:br/>
        <w:t>vn -0.4363 0.1953 0.8783</w:t>
        <w:br/>
        <w:t>vn -0.3489 -0.1367 0.9271</w:t>
        <w:br/>
        <w:t>vn -0.4072 -0.0076 0.9133</w:t>
        <w:br/>
        <w:t>vn -0.3337 -0.1733 0.9266</w:t>
        <w:br/>
        <w:t>vn -0.3460 -0.1618 0.9242</w:t>
        <w:br/>
        <w:t>vn -0.3659 -0.1187 0.9231</w:t>
        <w:br/>
        <w:t>vn 0.4472 -0.7246 -0.5244</w:t>
        <w:br/>
        <w:t>vn 0.4472 -0.7245 -0.5245</w:t>
        <w:br/>
        <w:t>vn 0.4693 -0.7468 -0.4712</w:t>
        <w:br/>
        <w:t>vn 0.4234 -0.6995 -0.5757</w:t>
        <w:br/>
        <w:t>vn 0.2837 -0.8652 0.4135</w:t>
        <w:br/>
        <w:t>vn 0.6549 -0.5180 0.5503</w:t>
        <w:br/>
        <w:t>vn 0.4257 -0.4891 0.7613</w:t>
        <w:br/>
        <w:t>vn 0.2830 -0.8820 0.3769</w:t>
        <w:br/>
        <w:t>vn 0.4025 -0.6876 -0.6043</w:t>
        <w:br/>
        <w:t>vn 0.4025 -0.6877 -0.6042</w:t>
        <w:br/>
        <w:t>vn 0.4364 -0.7243 -0.5337</w:t>
        <w:br/>
        <w:t>vn 0.3656 -0.6457 -0.6704</w:t>
        <w:br/>
        <w:t>vn 0.1047 -0.9485 -0.2989</w:t>
        <w:br/>
        <w:t>vn 0.0750 -0.9459 -0.3156</w:t>
        <w:br/>
        <w:t>vn 0.0734 -0.9486 -0.3080</w:t>
        <w:br/>
        <w:t>vn 0.1252 -0.9599 -0.2508</w:t>
        <w:br/>
        <w:t>vn 0.1595 -0.9664 -0.2016</w:t>
        <w:br/>
        <w:t>vn 0.1439 -0.9819 -0.1228</w:t>
        <w:br/>
        <w:t>vn 0.1591 -0.9853 -0.0624</w:t>
        <w:br/>
        <w:t>vn 0.1900 -0.1534 -0.9697</w:t>
        <w:br/>
        <w:t>vn 0.0921 -0.1548 -0.9836</w:t>
        <w:br/>
        <w:t>vn 0.1202 -0.1529 -0.9809</w:t>
        <w:br/>
        <w:t>vn 0.1483 -0.9889 0.0068</w:t>
        <w:br/>
        <w:t>vn 0.1658 -0.9854 0.0390</w:t>
        <w:br/>
        <w:t>vn 0.0577 0.1680 -0.9841</w:t>
        <w:br/>
        <w:t>vn 0.0492 -0.1468 -0.9879</w:t>
        <w:br/>
        <w:t>vn 0.1712 0.3775 -0.9100</w:t>
        <w:br/>
        <w:t>vn 0.3746 -0.1388 -0.9167</w:t>
        <w:br/>
        <w:t>vn 0.0041 0.8158 -0.5784</w:t>
        <w:br/>
        <w:t>vn 0.0095 0.8156 -0.5785</w:t>
        <w:br/>
        <w:t>vn 0.0243 0.7260 -0.6873</w:t>
        <w:br/>
        <w:t>vn -0.0014 0.8159 -0.5782</w:t>
        <w:br/>
        <w:t>vn 0.0339 0.6418 -0.7662</w:t>
        <w:br/>
        <w:t>vn 0.0243 0.7261 -0.6872</w:t>
        <w:br/>
        <w:t>vn 0.0130 0.7304 -0.6829</w:t>
        <w:br/>
        <w:t>vn 0.0061 0.7575 -0.6528</w:t>
        <w:br/>
        <w:t>vn 0.2811 -0.3442 -0.8958</w:t>
        <w:br/>
        <w:t>vn 0.5332 -0.3775 -0.7571</w:t>
        <w:br/>
        <w:t>vn -0.2079 -0.4531 -0.8669</w:t>
        <w:br/>
        <w:t>vn -0.2622 -0.3198 -0.9105</w:t>
        <w:br/>
        <w:t>vn -0.3842 -0.2157 -0.8977</w:t>
        <w:br/>
        <w:t>vn -0.4838 -0.4086 -0.7739</w:t>
        <w:br/>
        <w:t>vn -0.0105 -0.1114 -0.9937</w:t>
        <w:br/>
        <w:t>vn -0.3870 -0.2377 -0.8909</w:t>
        <w:br/>
        <w:t>vn -0.3944 -0.1470 -0.9071</w:t>
        <w:br/>
        <w:t>vn -0.0274 -0.1820 -0.9829</w:t>
        <w:br/>
        <w:t>vn -0.4132 -0.1498 -0.8982</w:t>
        <w:br/>
        <w:t>vn -0.3251 -0.2725 -0.9056</w:t>
        <w:br/>
        <w:t>vn -0.0371 -0.2628 -0.9641</w:t>
        <w:br/>
        <w:t>vn -0.4662 -0.2670 -0.8434</w:t>
        <w:br/>
        <w:t>vn -0.4190 -0.2699 -0.8669</w:t>
        <w:br/>
        <w:t>vn -0.0515 -0.2710 -0.9612</w:t>
        <w:br/>
        <w:t>vn -0.5090 -0.2648 -0.8190</w:t>
        <w:br/>
        <w:t>vn -0.0853 -0.2553 -0.9631</w:t>
        <w:br/>
        <w:t>vn -0.4792 -0.2897 -0.8285</w:t>
        <w:br/>
        <w:t>vn -0.5529 -0.2203 -0.8036</w:t>
        <w:br/>
        <w:t>vn 0.0061 -0.2154 -0.9765</w:t>
        <w:br/>
        <w:t>vn -0.6415 -0.2509 -0.7249</w:t>
        <w:br/>
        <w:t>vn 0.0707 -0.0936 -0.9931</w:t>
        <w:br/>
        <w:t>vn 0.1314 -0.0054 -0.9913</w:t>
        <w:br/>
        <w:t>vn -0.8874 -0.1446 -0.4378</w:t>
        <w:br/>
        <w:t>vn -0.8727 -0.0676 -0.4835</w:t>
        <w:br/>
        <w:t>vn 0.1258 0.1443 -0.9815</w:t>
        <w:br/>
        <w:t>vn 0.0731 0.2001 -0.9770</w:t>
        <w:br/>
        <w:t>vn -0.8693 -0.0673 -0.4898</w:t>
        <w:br/>
        <w:t>vn -0.3194 -0.0328 -0.9471</w:t>
        <w:br/>
        <w:t>vn -0.0314 -0.0836 -0.9960</w:t>
        <w:br/>
        <w:t>vn -0.0401 -0.1914 -0.9807</w:t>
        <w:br/>
        <w:t>vn -0.6295 0.1069 -0.7696</w:t>
        <w:br/>
        <w:t>vn -0.8426 0.0471 -0.5364</w:t>
        <w:br/>
        <w:t>vn -0.3194 -0.0328 -0.9470</w:t>
        <w:br/>
        <w:t>vn -0.0113 0.1724 -0.9850</w:t>
        <w:br/>
        <w:t>vn -0.8132 0.1110 -0.5713</w:t>
        <w:br/>
        <w:t>vn -0.0186 0.1112 -0.9936</w:t>
        <w:br/>
        <w:t>vn 0.0144 0.0218 -0.9997</w:t>
        <w:br/>
        <w:t>vn -0.6295 0.1070 -0.7696</w:t>
        <w:br/>
        <w:t>vn 0.0165 0.1859 -0.9824</w:t>
        <w:br/>
        <w:t>vn 0.0259 -0.1787 -0.9836</w:t>
        <w:br/>
        <w:t>vn 0.0232 -0.0589 -0.9980</w:t>
        <w:br/>
        <w:t>vn -0.0135 -0.2113 -0.9773</w:t>
        <w:br/>
        <w:t>vn 0.0291 -0.2609 -0.9649</w:t>
        <w:br/>
        <w:t>vn 0.9182 0.0531 -0.3926</w:t>
        <w:br/>
        <w:t>vn 0.8983 0.1372 -0.4174</w:t>
        <w:br/>
        <w:t>vn 0.9201 0.0534 -0.3880</w:t>
        <w:br/>
        <w:t>vn 0.9343 0.0031 -0.3566</w:t>
        <w:br/>
        <w:t>vn -0.0900 -0.2922 -0.9521</w:t>
        <w:br/>
        <w:t>vn 0.9402 0.0025 -0.3407</w:t>
        <w:br/>
        <w:t>vn 0.9407 -0.0106 -0.3392</w:t>
        <w:br/>
        <w:t>vn -0.0558 -0.2912 -0.9550</w:t>
        <w:br/>
        <w:t>vn 0.9411 -0.0221 -0.3375</w:t>
        <w:br/>
        <w:t>vn 0.9413 -0.0351 -0.3357</w:t>
        <w:br/>
        <w:t>vn -0.0416 -0.2764 -0.9602</w:t>
        <w:br/>
        <w:t>vn 0.9418 -0.0361 -0.3343</w:t>
        <w:br/>
        <w:t>vn 0.9422 -0.0312 -0.3336</w:t>
        <w:br/>
        <w:t>vn -0.0217 -0.1384 -0.9901</w:t>
        <w:br/>
        <w:t>vn 0.9373 -0.0240 -0.3477</w:t>
        <w:br/>
        <w:t>vn 0.9269 -0.0111 -0.3752</w:t>
        <w:br/>
        <w:t>vn -0.0428 -0.2863 -0.9572</w:t>
        <w:br/>
        <w:t>vn 0.0948 -0.3278 -0.9400</w:t>
        <w:br/>
        <w:t>vn 0.0192 -0.3171 -0.9482</w:t>
        <w:br/>
        <w:t>vn 0.9248 -0.0059 -0.3803</w:t>
        <w:br/>
        <w:t>vn 0.0179 -0.2588 -0.9658</w:t>
        <w:br/>
        <w:t>vn -0.1042 -0.1860 -0.9770</w:t>
        <w:br/>
        <w:t>vn 0.1231 -0.3232 -0.9383</w:t>
        <w:br/>
        <w:t>vn 0.0925 -0.2655 -0.9597</w:t>
        <w:br/>
        <w:t>vn -0.0314 -0.0743 -0.9967</w:t>
        <w:br/>
        <w:t>vn -0.1129 -0.0050 -0.9936</w:t>
        <w:br/>
        <w:t>vn 0.2406 -0.3427 -0.9081</w:t>
        <w:br/>
        <w:t>vn 0.2347 -0.3348 -0.9126</w:t>
        <w:br/>
        <w:t>vn 0.1510 -0.3023 -0.9412</w:t>
        <w:br/>
        <w:t>vn 0.4381 -0.3146 -0.8421</w:t>
        <w:br/>
        <w:t>vn 0.4401 -0.3875 -0.8100</w:t>
        <w:br/>
        <w:t>vn 0.2897 -0.2743 -0.9170</w:t>
        <w:br/>
        <w:t>vn 0.1620 -0.2808 -0.9460</w:t>
        <w:br/>
        <w:t>vn 0.1572 -0.1197 -0.9803</w:t>
        <w:br/>
        <w:t>vn 0.1011 -0.1096 -0.9888</w:t>
        <w:br/>
        <w:t>vn 0.2501 -0.1529 -0.9561</w:t>
        <w:br/>
        <w:t>vn 0.1740 -0.3459 -0.9220</w:t>
        <w:br/>
        <w:t>vn 0.3098 -0.3590 -0.8804</w:t>
        <w:br/>
        <w:t>vn 0.5411 -0.1674 -0.8241</w:t>
        <w:br/>
        <w:t>vn 0.0828 -0.3752 -0.9232</w:t>
        <w:br/>
        <w:t>vn 0.9182 -0.0303 -0.3950</w:t>
        <w:br/>
        <w:t>vn 0.9151 -0.0477 -0.4005</w:t>
        <w:br/>
        <w:t>vn 0.7034 -0.2772 -0.6545</w:t>
        <w:br/>
        <w:t>vn 0.0364 0.6726 -0.7391</w:t>
        <w:br/>
        <w:t>vn 0.1704 -0.5112 -0.8424</w:t>
        <w:br/>
        <w:t>vn 0.0852 0.7105 -0.6985</w:t>
        <w:br/>
        <w:t>vn 0.3123 -0.7477 -0.5860</w:t>
        <w:br/>
        <w:t>vn 0.1500 0.7460 -0.6489</w:t>
        <w:br/>
        <w:t>vn 0.3418 0.3750 -0.8617</w:t>
        <w:br/>
        <w:t>vn 0.4552 -0.6739 -0.5819</w:t>
        <w:br/>
        <w:t>vn 0.5441 -0.1518 -0.8251</w:t>
        <w:br/>
        <w:t>vn 0.1527 -0.9866 0.0577</w:t>
        <w:br/>
        <w:t>vn 0.2033 0.8155 -0.5419</w:t>
        <w:br/>
        <w:t>vn 0.4102 -0.8449 -0.3433</w:t>
        <w:br/>
        <w:t>vn 0.5829 -0.1671 -0.7952</w:t>
        <w:br/>
        <w:t>vn 0.1822 0.8379 -0.5146</w:t>
        <w:br/>
        <w:t>vn 0.1859 -0.9812 0.0513</w:t>
        <w:br/>
        <w:t>vn 0.6928 -0.1753 -0.6995</w:t>
        <w:br/>
        <w:t>vn 0.1976 -0.9782 0.0634</w:t>
        <w:br/>
        <w:t>vn 0.2711 0.8029 -0.5309</w:t>
        <w:br/>
        <w:t>vn 0.6647 -0.1735 -0.7267</w:t>
        <w:br/>
        <w:t>vn 0.6275 -0.5650 -0.5357</w:t>
        <w:br/>
        <w:t>vn 0.2648 0.8002 -0.5381</w:t>
        <w:br/>
        <w:t>vn 0.4665 -0.8447 -0.2624</w:t>
        <w:br/>
        <w:t>vn 0.2114 -0.9735 0.0877</w:t>
        <w:br/>
        <w:t>vn 0.2256 -0.9713 0.0757</w:t>
        <w:br/>
        <w:t>vn 0.8815 -0.0167 -0.4718</w:t>
        <w:br/>
        <w:t>vn 0.8206 -0.1761 -0.5437</w:t>
        <w:br/>
        <w:t>vn 0.6902 0.6523 -0.3132</w:t>
        <w:br/>
        <w:t>vn 0.6761 0.7347 -0.0551</w:t>
        <w:br/>
        <w:t>vn 0.7580 -0.4695 -0.4528</w:t>
        <w:br/>
        <w:t>vn 0.5184 -0.8280 -0.2136</w:t>
        <w:br/>
        <w:t>vn 0.7544 -0.0430 -0.6550</w:t>
        <w:br/>
        <w:t>vn 0.8478 0.0241 -0.5298</w:t>
        <w:br/>
        <w:t>vn 0.7786 -0.0839 -0.6219</w:t>
        <w:br/>
        <w:t>vn 0.7462 -0.2023 -0.6342</w:t>
        <w:br/>
        <w:t>vn 0.8634 -0.3966 -0.3120</w:t>
        <w:br/>
        <w:t>vn 0.8724 -0.0803 -0.4822</w:t>
        <w:br/>
        <w:t>vn 0.9232 0.1422 -0.3571</w:t>
        <w:br/>
        <w:t>vn 0.9532 0.1435 -0.2660</w:t>
        <w:br/>
        <w:t>vn 0.9664 0.1582 -0.2025</w:t>
        <w:br/>
        <w:t>vn 0.7676 -0.6206 -0.1600</w:t>
        <w:br/>
        <w:t>vn 0.9586 -0.0865 -0.2712</w:t>
        <w:br/>
        <w:t>vn 0.9809 -0.1565 -0.1151</w:t>
        <w:br/>
        <w:t>vn 0.8242 -0.4900 -0.2838</w:t>
        <w:br/>
        <w:t>vn 0.9070 -0.3643 -0.2113</w:t>
        <w:br/>
        <w:t>vn 0.9623 -0.1726 -0.2101</w:t>
        <w:br/>
        <w:t>vn 0.9476 -0.0811 -0.3091</w:t>
        <w:br/>
        <w:t>vn 0.9892 -0.1221 -0.0817</w:t>
        <w:br/>
        <w:t>vn 0.9651 -0.0831 -0.2481</w:t>
        <w:br/>
        <w:t>vn 0.7963 0.4700 -0.3809</w:t>
        <w:br/>
        <w:t>vn 0.4328 0.8773 -0.2076</w:t>
        <w:br/>
        <w:t>vn 0.6968 0.6087 -0.3793</w:t>
        <w:br/>
        <w:t>vn 0.4385 0.8544 -0.2788</w:t>
        <w:br/>
        <w:t>vn 0.3983 0.8946 -0.2028</w:t>
        <w:br/>
        <w:t>vn 0.8298 0.5464 -0.1136</w:t>
        <w:br/>
        <w:t>vn 0.9625 -0.0594 -0.2647</w:t>
        <w:br/>
        <w:t>vn 0.9644 -0.0781 -0.2525</w:t>
        <w:br/>
        <w:t>vn 0.8155 -0.5414 -0.2047</w:t>
        <w:br/>
        <w:t>vn 0.8027 -0.5754 -0.1567</w:t>
        <w:br/>
        <w:t>vn 0.9434 0.3173 -0.0963</w:t>
        <w:br/>
        <w:t>vn 0.4287 -0.9029 -0.0321</w:t>
        <w:br/>
        <w:t>vn 0.8026 -0.5756 -0.1567</w:t>
        <w:br/>
        <w:t>vn 0.6965 -0.7134 -0.0767</w:t>
        <w:br/>
        <w:t>vn 0.9067 0.4208 0.0278</w:t>
        <w:br/>
        <w:t>vn 0.5815 -0.8020 -0.1364</w:t>
        <w:br/>
        <w:t>vn 0.8156 -0.5412 -0.2047</w:t>
        <w:br/>
        <w:t>vn 0.7331 -0.6547 -0.1839</w:t>
        <w:br/>
        <w:t>vn 0.7486 0.6025 0.2769</w:t>
        <w:br/>
        <w:t>vn 0.6968 -0.7132 -0.0767</w:t>
        <w:br/>
        <w:t>vn 0.4344 -0.8998 -0.0416</w:t>
        <w:br/>
        <w:t>vn 0.9625 -0.0358 -0.2691</w:t>
        <w:br/>
        <w:t>vn 0.9727 -0.0205 -0.2310</w:t>
        <w:br/>
        <w:t>vn 0.9726 -0.0554 -0.2259</w:t>
        <w:br/>
        <w:t>vn 0.7331 -0.6547 -0.1840</w:t>
        <w:br/>
        <w:t>vn 0.6404 0.6564 0.3987</w:t>
        <w:br/>
        <w:t>vn 0.2293 -0.9692 0.0895</w:t>
        <w:br/>
        <w:t>vn 0.2409 -0.9691 0.0524</w:t>
        <w:br/>
        <w:t>vn 0.6966 -0.7133 -0.0767</w:t>
        <w:br/>
        <w:t>vn 0.9859 -0.0942 -0.1381</w:t>
        <w:br/>
        <w:t>vn 0.2594 -0.9658 0.0051</w:t>
        <w:br/>
        <w:t>vn 0.2497 -0.9683 -0.0062</w:t>
        <w:br/>
        <w:t>vn 0.2449 -0.9695 -0.0035</w:t>
        <w:br/>
        <w:t>vn 0.8528 -0.2863 -0.4367</w:t>
        <w:br/>
        <w:t>vn 0.8815 -0.2775 -0.3819</w:t>
        <w:br/>
        <w:t>vn 0.7477 -0.3506 -0.5640</w:t>
        <w:br/>
        <w:t>vn 0.5674 -0.2631 -0.7803</w:t>
        <w:br/>
        <w:t>vn 0.7198 -0.3238 -0.6141</w:t>
        <w:br/>
        <w:t>vn 0.6988 -0.3143 -0.6426</w:t>
        <w:br/>
        <w:t>vn 0.8966 -0.2308 -0.3779</w:t>
        <w:br/>
        <w:t>vn 0.9733 -0.1667 -0.1575</w:t>
        <w:br/>
        <w:t>vn 0.9630 -0.2313 -0.1385</w:t>
        <w:br/>
        <w:t>vn 0.9736 -0.2215 -0.0554</w:t>
        <w:br/>
        <w:t>vn 0.9767 -0.2136 -0.0201</w:t>
        <w:br/>
        <w:t>vn 0.9660 -0.2567 -0.0321</w:t>
        <w:br/>
        <w:t>vn 0.7297 -0.5741 -0.3714</w:t>
        <w:br/>
        <w:t>vn 0.6955 -0.7102 -0.1092</w:t>
        <w:br/>
        <w:t>vn 0.1321 -0.9844 0.1158</w:t>
        <w:br/>
        <w:t>vn 0.2802 -0.9563 0.0832</w:t>
        <w:br/>
        <w:t>vn 0.5773 -0.8145 -0.0576</w:t>
        <w:br/>
        <w:t>vn 0.7169 -0.5243 -0.4594</w:t>
        <w:br/>
        <w:t>vn 0.5767 -0.7653 -0.2858</w:t>
        <w:br/>
        <w:t>vn 0.8177 -0.5497 -0.1708</w:t>
        <w:br/>
        <w:t>vn 0.8424 -0.5083 -0.1790</w:t>
        <w:br/>
        <w:t>vn 0.2182 -0.9092 -0.3545</w:t>
        <w:br/>
        <w:t>vn 0.4401 -0.7138 -0.5449</w:t>
        <w:br/>
        <w:t>vn 0.5163 -0.4660 -0.7185</w:t>
        <w:br/>
        <w:t>vn 0.2640 -0.7189 -0.6430</w:t>
        <w:br/>
        <w:t>vn 0.6143 -0.6195 -0.4886</w:t>
        <w:br/>
        <w:t>vn 0.6895 -0.6008 -0.4046</w:t>
        <w:br/>
        <w:t>vn 0.3236 -0.3738 -0.8692</w:t>
        <w:br/>
        <w:t>vn 0.2818 -0.3769 -0.8823</w:t>
        <w:br/>
        <w:t>vn 0.5484 -0.4349 -0.7143</w:t>
        <w:br/>
        <w:t>vn 0.4972 -0.4127 -0.7632</w:t>
        <w:br/>
        <w:t>vn 0.4376 -0.0456 -0.8980</w:t>
        <w:br/>
        <w:t>vn 0.4255 -0.0735 -0.9020</w:t>
        <w:br/>
        <w:t>vn 0.5913 0.2072 -0.7794</w:t>
        <w:br/>
        <w:t>vn 0.2435 0.0441 -0.9689</w:t>
        <w:br/>
        <w:t>vn 0.4623 0.3454 -0.8167</w:t>
        <w:br/>
        <w:t>vn 0.7392 0.4518 -0.4994</w:t>
        <w:br/>
        <w:t>vn 0.2473 0.0786 -0.9658</w:t>
        <w:br/>
        <w:t>vn 0.4568 0.6951 -0.5551</w:t>
        <w:br/>
        <w:t>vn 0.8249 0.4756 -0.3055</w:t>
        <w:br/>
        <w:t>vn 0.1641 0.5130 -0.8426</w:t>
        <w:br/>
        <w:t>vn 0.4914 0.8153 -0.3064</w:t>
        <w:br/>
        <w:t>vn 0.8725 0.4870 -0.0405</w:t>
        <w:br/>
        <w:t>vn 0.1137 0.8215 -0.5587</w:t>
        <w:br/>
        <w:t>vn 0.0968 0.9460 -0.3095</w:t>
        <w:br/>
        <w:t>vn 0.1379 0.7835 -0.6059</w:t>
        <w:br/>
        <w:t>vn 0.1221 0.9436 -0.3078</w:t>
        <w:br/>
        <w:t>vn -0.0075 0.9998 -0.0206</w:t>
        <w:br/>
        <w:t>vn 0.1571 0.4743 -0.8662</w:t>
        <w:br/>
        <w:t>vn -0.0796 0.9965 -0.0259</w:t>
        <w:br/>
        <w:t>vn 0.8370 0.5456 -0.0424</w:t>
        <w:br/>
        <w:t>vn 0.4836 0.8283 0.2829</w:t>
        <w:br/>
        <w:t>vn 0.4837 0.8283 0.2829</w:t>
        <w:br/>
        <w:t>vn 0.8505 0.4300 0.3028</w:t>
        <w:br/>
        <w:t>vn 0.1076 0.9942 -0.0027</w:t>
        <w:br/>
        <w:t>vn 0.0138 0.9423 0.3344</w:t>
        <w:br/>
        <w:t>vn 0.4172 0.6374 0.6479</w:t>
        <w:br/>
        <w:t>vn -0.0311 0.8615 0.5068</w:t>
        <w:br/>
        <w:t>vn 0.6547 0.4509 0.6067</w:t>
        <w:br/>
        <w:t>vn 0.4280 0.5053 0.7493</w:t>
        <w:br/>
        <w:t>vn 0.6704 0.3325 0.6633</w:t>
        <w:br/>
        <w:t>vn 0.0631 0.6316 0.7728</w:t>
        <w:br/>
        <w:t>vn 0.0039 0.7666 0.6421</w:t>
        <w:br/>
        <w:t>vn 0.1714 0.6457 0.7441</w:t>
        <w:br/>
        <w:t>vn 0.0657 0.9330 0.3538</w:t>
        <w:br/>
        <w:t>vn 0.1590 0.7680 0.6205</w:t>
        <w:br/>
        <w:t>vn 0.3453 0.6778 0.6491</w:t>
        <w:br/>
        <w:t>vn 0.1146 0.9933 0.0149</w:t>
        <w:br/>
        <w:t>vn 0.1596 0.9268 0.3400</w:t>
        <w:br/>
        <w:t>vn 0.2330 0.7971 0.5570</w:t>
        <w:br/>
        <w:t>vn 0.1449 0.9476 -0.2846</w:t>
        <w:br/>
        <w:t>vn 0.1571 0.9872 0.0287</w:t>
        <w:br/>
        <w:t>vn 0.2050 0.9159 0.3450</w:t>
        <w:br/>
        <w:t>vn 0.2674 0.7980 0.5401</w:t>
        <w:br/>
        <w:t>vn 0.3098 0.7475 0.5877</w:t>
        <w:br/>
        <w:t>vn 0.1929 0.9236 0.3314</w:t>
        <w:br/>
        <w:t>vn 0.2026 0.8133 0.5454</w:t>
        <w:br/>
        <w:t>vn 0.2126 0.7850 0.5819</w:t>
        <w:br/>
        <w:t>vn 0.1600 0.8325 0.5304</w:t>
        <w:br/>
        <w:t>vn 0.1831 0.8044 0.5652</w:t>
        <w:br/>
        <w:t>vn 0.2174 0.9761 0.0019</w:t>
        <w:br/>
        <w:t>vn 0.1579 0.8389 0.5209</w:t>
        <w:br/>
        <w:t>vn 0.2414 0.8330 0.4978</w:t>
        <w:br/>
        <w:t>vn 0.1891 0.9233 0.3344</w:t>
        <w:br/>
        <w:t>vn 0.2242 0.8469 0.4823</w:t>
        <w:br/>
        <w:t>vn 0.3383 0.8602 0.3816</w:t>
        <w:br/>
        <w:t>vn -0.7737 0.2619 0.5769</w:t>
        <w:br/>
        <w:t>vn -0.7751 0.2659 0.5732</w:t>
        <w:br/>
        <w:t>vn -0.7738 0.2616 0.5768</w:t>
        <w:br/>
        <w:t>vn -0.8120 0.1966 0.5496</w:t>
        <w:br/>
        <w:t>vn -0.6875 -0.0114 0.7261</w:t>
        <w:br/>
        <w:t>vn -0.6035 -0.1693 0.7792</w:t>
        <w:br/>
        <w:t>vn -0.2194 -0.3545 0.9089</w:t>
        <w:br/>
        <w:t>vn 0.1949 0.8188 0.5400</w:t>
        <w:br/>
        <w:t>vn 0.2567 0.8813 0.3967</w:t>
        <w:br/>
        <w:t>vn 0.3478 0.8228 0.4495</w:t>
        <w:br/>
        <w:t>vn 0.3794 0.9146 0.1398</w:t>
        <w:br/>
        <w:t>vn 0.3098 0.9497 0.0464</w:t>
        <w:br/>
        <w:t>vn 0.3357 0.9181 -0.2109</w:t>
        <w:br/>
        <w:t>vn 0.2362 0.9257 -0.2954</w:t>
        <w:br/>
        <w:t>vn 0.2796 0.8339 -0.4758</w:t>
        <w:br/>
        <w:t>vn 0.1322 0.9509 -0.2800</w:t>
        <w:br/>
        <w:t>vn 0.1855 0.7899 -0.5844</w:t>
        <w:br/>
        <w:t>vn 0.1530 0.8062 -0.5716</w:t>
        <w:br/>
        <w:t>vn 0.1255 0.8369 -0.5328</w:t>
        <w:br/>
        <w:t>vn 0.1693 0.5254 -0.8338</w:t>
        <w:br/>
        <w:t>vn 0.1181 0.5592 -0.8206</w:t>
        <w:br/>
        <w:t>vn 0.2211 0.1565 -0.9626</w:t>
        <w:br/>
        <w:t>vn 0.1379 0.1605 -0.9773</w:t>
        <w:br/>
        <w:t>vn 0.2575 -0.2125 -0.9426</w:t>
        <w:br/>
        <w:t>vn 0.2066 -0.1787 -0.9620</w:t>
        <w:br/>
        <w:t>vn 0.0237 0.1577 -0.9872</w:t>
        <w:br/>
        <w:t>vn 0.3192 -0.3372 -0.8857</w:t>
        <w:br/>
        <w:t>vn 0.0733 -0.1235 -0.9896</w:t>
        <w:br/>
        <w:t>vn 0.0775 0.4976 -0.8640</w:t>
        <w:br/>
        <w:t>vn -0.0575 0.1983 -0.9784</w:t>
        <w:br/>
        <w:t>vn 0.2094 0.6971 -0.6857</w:t>
        <w:br/>
        <w:t>vn 0.2419 0.6350 -0.7337</w:t>
        <w:br/>
        <w:t>vn 0.0742 0.4837 -0.8721</w:t>
        <w:br/>
        <w:t>vn 0.1327 0.5603 -0.8176</w:t>
        <w:br/>
        <w:t>vn 0.6209 0.2784 -0.7328</w:t>
        <w:br/>
        <w:t>vn 0.3102 0.2214 -0.9245</w:t>
        <w:br/>
        <w:t>vn 0.4199 0.2214 -0.8802</w:t>
        <w:br/>
        <w:t>vn 0.8998 0.1016 -0.4242</w:t>
        <w:br/>
        <w:t>vn 0.5127 0.0800 -0.8548</w:t>
        <w:br/>
        <w:t>vn 0.7329 -0.2389 -0.6371</w:t>
        <w:br/>
        <w:t>vn 0.1482 0.1126 -0.9825</w:t>
        <w:br/>
        <w:t>vn 0.0045 0.2394 -0.9709</w:t>
        <w:br/>
        <w:t>vn 0.6208 0.2785 -0.7328</w:t>
        <w:br/>
        <w:t>vn 0.6103 0.1030 -0.7854</w:t>
        <w:br/>
        <w:t>vn 0.4627 0.3848 -0.7986</w:t>
        <w:br/>
        <w:t>vn 0.9548 0.1795 -0.2371</w:t>
        <w:br/>
        <w:t>vn 0.0135 0.4372 -0.8992</w:t>
        <w:br/>
        <w:t>vn 0.0198 0.9982 0.0567</w:t>
        <w:br/>
        <w:t>vn 0.0286 0.9933 0.1117</w:t>
        <w:br/>
        <w:t>vn 0.0109 0.9999 0.0013</w:t>
        <w:br/>
        <w:t>vn -0.0750 -0.9459 -0.3156</w:t>
        <w:br/>
        <w:t>vn -0.1047 -0.9485 -0.2989</w:t>
        <w:br/>
        <w:t>vn -0.0734 -0.9486 -0.3079</w:t>
        <w:br/>
        <w:t>vn -0.1252 -0.9599 -0.2508</w:t>
        <w:br/>
        <w:t>vn -0.1595 -0.9664 -0.2016</w:t>
        <w:br/>
        <w:t>vn -0.0577 0.1679 -0.9841</w:t>
        <w:br/>
        <w:t>vn -0.0492 -0.1468 -0.9879</w:t>
        <w:br/>
        <w:t>vn -0.0921 -0.1548 -0.9836</w:t>
        <w:br/>
        <w:t>vn -0.1439 -0.9819 -0.1228</w:t>
        <w:br/>
        <w:t>vn -0.1591 -0.9853 -0.0625</w:t>
        <w:br/>
        <w:t>vn -0.1203 -0.1530 -0.9809</w:t>
        <w:br/>
        <w:t>vn -0.1900 -0.1534 -0.9697</w:t>
        <w:br/>
        <w:t>vn -0.1482 -0.9889 0.0068</w:t>
        <w:br/>
        <w:t>vn -0.1658 -0.9854 0.0390</w:t>
        <w:br/>
        <w:t>vn -0.1712 0.3775 -0.9100</w:t>
        <w:br/>
        <w:t>vn -0.3746 -0.1388 -0.9167</w:t>
        <w:br/>
        <w:t>vn -0.0243 0.7261 -0.6871</w:t>
        <w:br/>
        <w:t>vn -0.0095 0.8158 -0.5782</w:t>
        <w:br/>
        <w:t>vn -0.0039 0.8159 -0.5782</w:t>
        <w:br/>
        <w:t>vn 0.0014 0.8159 -0.5782</w:t>
        <w:br/>
        <w:t>vn -0.0242 0.7259 -0.6874</w:t>
        <w:br/>
        <w:t>vn -0.0339 0.6417 -0.7662</w:t>
        <w:br/>
        <w:t>vn -0.0130 0.7304 -0.6829</w:t>
        <w:br/>
        <w:t>vn -0.0061 0.7575 -0.6528</w:t>
        <w:br/>
        <w:t>vn -0.4467 -0.3067 -0.8404</w:t>
        <w:br/>
        <w:t>vn 0.2079 -0.4531 -0.8669</w:t>
        <w:br/>
        <w:t>vn -0.5332 -0.3775 -0.7571</w:t>
        <w:br/>
        <w:t>vn 0.3842 -0.2157 -0.8977</w:t>
        <w:br/>
        <w:t>vn 0.2622 -0.3198 -0.9105</w:t>
        <w:br/>
        <w:t>vn 0.4838 -0.4086 -0.7739</w:t>
        <w:br/>
        <w:t>vn 0.0100 -0.1114 -0.9937</w:t>
        <w:br/>
        <w:t>vn 0.3870 -0.2377 -0.8909</w:t>
        <w:br/>
        <w:t>vn 0.3944 -0.1470 -0.9071</w:t>
        <w:br/>
        <w:t>vn 0.0274 -0.1820 -0.9829</w:t>
        <w:br/>
        <w:t>vn 0.4132 -0.1498 -0.8982</w:t>
        <w:br/>
        <w:t>vn 0.3251 -0.2725 -0.9056</w:t>
        <w:br/>
        <w:t>vn 0.0371 -0.2628 -0.9641</w:t>
        <w:br/>
        <w:t>vn 0.4662 -0.2670 -0.8434</w:t>
        <w:br/>
        <w:t>vn 0.4190 -0.2699 -0.8669</w:t>
        <w:br/>
        <w:t>vn 0.0515 -0.2710 -0.9612</w:t>
        <w:br/>
        <w:t>vn 0.5090 -0.2648 -0.8190</w:t>
        <w:br/>
        <w:t>vn 0.0852 -0.2554 -0.9631</w:t>
        <w:br/>
        <w:t>vn 0.4792 -0.2897 -0.8285</w:t>
        <w:br/>
        <w:t>vn 0.5530 -0.2202 -0.8036</w:t>
        <w:br/>
        <w:t>vn -0.0061 -0.2154 -0.9765</w:t>
        <w:br/>
        <w:t>vn 0.6415 -0.2509 -0.7249</w:t>
        <w:br/>
        <w:t>vn -0.0707 -0.0936 -0.9931</w:t>
        <w:br/>
        <w:t>vn -0.1314 -0.0054 -0.9913</w:t>
        <w:br/>
        <w:t>vn 0.8874 -0.1446 -0.4378</w:t>
        <w:br/>
        <w:t>vn 0.8727 -0.0676 -0.4835</w:t>
        <w:br/>
        <w:t>vn -0.1258 0.1443 -0.9815</w:t>
        <w:br/>
        <w:t>vn -0.0731 0.2001 -0.9770</w:t>
        <w:br/>
        <w:t>vn 0.8693 -0.0674 -0.4898</w:t>
        <w:br/>
        <w:t>vn 0.3194 -0.0328 -0.9471</w:t>
        <w:br/>
        <w:t>vn 0.0314 -0.0836 -0.9960</w:t>
        <w:br/>
        <w:t>vn 0.0405 -0.1914 -0.9807</w:t>
        <w:br/>
        <w:t>vn 0.6295 0.1069 -0.7696</w:t>
        <w:br/>
        <w:t>vn 0.8426 0.0471 -0.5364</w:t>
        <w:br/>
        <w:t>vn 0.0113 0.1724 -0.9850</w:t>
        <w:br/>
        <w:t>vn 0.8132 0.1110 -0.5713</w:t>
        <w:br/>
        <w:t>vn 0.0186 0.1112 -0.9936</w:t>
        <w:br/>
        <w:t>vn 0.6295 0.1070 -0.7696</w:t>
        <w:br/>
        <w:t>vn -0.0144 0.0218 -0.9997</w:t>
        <w:br/>
        <w:t>vn -0.0164 0.1859 -0.9824</w:t>
        <w:br/>
        <w:t>vn -0.0259 -0.1787 -0.9836</w:t>
        <w:br/>
        <w:t>vn -0.0232 -0.0589 -0.9980</w:t>
        <w:br/>
        <w:t>vn 0.0135 -0.2113 -0.9773</w:t>
        <w:br/>
        <w:t>vn -0.0291 -0.2609 -0.9649</w:t>
        <w:br/>
        <w:t>vn -0.9201 0.0534 -0.3880</w:t>
        <w:br/>
        <w:t>vn -0.8983 0.1372 -0.4174</w:t>
        <w:br/>
        <w:t>vn -0.9182 0.0531 -0.3926</w:t>
        <w:br/>
        <w:t>vn -0.9343 0.0031 -0.3566</w:t>
        <w:br/>
        <w:t>vn -0.4387 0.0574 -0.8968</w:t>
        <w:br/>
        <w:t>vn -0.8576 0.1780 -0.4826</w:t>
        <w:br/>
        <w:t>vn -0.8790 0.2063 -0.4298</w:t>
        <w:br/>
        <w:t>vn 0.0900 -0.2922 -0.9521</w:t>
        <w:br/>
        <w:t>vn -0.9402 0.0026 -0.3407</w:t>
        <w:br/>
        <w:t>vn -0.9407 -0.0106 -0.3392</w:t>
        <w:br/>
        <w:t>vn 0.0557 -0.2912 -0.9550</w:t>
        <w:br/>
        <w:t>vn -0.9411 -0.0221 -0.3375</w:t>
        <w:br/>
        <w:t>vn -0.9413 -0.0349 -0.3358</w:t>
        <w:br/>
        <w:t>vn 0.0416 -0.2763 -0.9602</w:t>
        <w:br/>
        <w:t>vn -0.9418 -0.0361 -0.3343</w:t>
        <w:br/>
        <w:t>vn -0.9422 -0.0312 -0.3336</w:t>
        <w:br/>
        <w:t>vn 0.0217 -0.1384 -0.9901</w:t>
        <w:br/>
        <w:t>vn -0.9373 -0.0241 -0.3477</w:t>
        <w:br/>
        <w:t>vn -0.9269 -0.0111 -0.3752</w:t>
        <w:br/>
        <w:t>vn 0.0428 -0.2863 -0.9572</w:t>
        <w:br/>
        <w:t>vn -0.0192 -0.3171 -0.9482</w:t>
        <w:br/>
        <w:t>vn -0.0948 -0.3278 -0.9400</w:t>
        <w:br/>
        <w:t>vn -0.9139 -0.0138 -0.4056</w:t>
        <w:br/>
        <w:t>vn -0.9182 -0.0303 -0.3950</w:t>
        <w:br/>
        <w:t>vn -0.0179 -0.2588 -0.9658</w:t>
        <w:br/>
        <w:t>vn 0.1042 -0.1860 -0.9770</w:t>
        <w:br/>
        <w:t>vn -0.1230 -0.3232 -0.9383</w:t>
        <w:br/>
        <w:t>vn -0.0925 -0.2655 -0.9597</w:t>
        <w:br/>
        <w:t>vn 0.0314 -0.0743 -0.9967</w:t>
        <w:br/>
        <w:t>vn 0.1129 -0.0050 -0.9936</w:t>
        <w:br/>
        <w:t>vn -0.9248 -0.0057 -0.3804</w:t>
        <w:br/>
        <w:t>vn -0.1572 -0.1198 -0.9803</w:t>
        <w:br/>
        <w:t>vn -0.1011 -0.1096 -0.9888</w:t>
        <w:br/>
        <w:t>vn -0.1740 -0.3459 -0.9220</w:t>
        <w:br/>
        <w:t>vn -0.0828 -0.3751 -0.9233</w:t>
        <w:br/>
        <w:t>vn -0.1620 -0.2808 -0.9460</w:t>
        <w:br/>
        <w:t>vn -0.2501 -0.1530 -0.9561</w:t>
        <w:br/>
        <w:t>vn -0.2897 -0.2743 -0.9170</w:t>
        <w:br/>
        <w:t>vn -0.3098 -0.3590 -0.8804</w:t>
        <w:br/>
        <w:t>vn -0.2347 -0.3348 -0.9126</w:t>
        <w:br/>
        <w:t>vn -0.2406 -0.3427 -0.9081</w:t>
        <w:br/>
        <w:t>vn -0.4381 -0.3146 -0.8421</w:t>
        <w:br/>
        <w:t>vn -0.1510 -0.3023 -0.9412</w:t>
        <w:br/>
        <w:t>vn -0.4401 -0.3875 -0.8100</w:t>
        <w:br/>
        <w:t>vn -0.5674 -0.2631 -0.7803</w:t>
        <w:br/>
        <w:t>vn -0.3192 -0.3372 -0.8856</w:t>
        <w:br/>
        <w:t>vn -0.5411 -0.1674 -0.8241</w:t>
        <w:br/>
        <w:t>vn -0.0733 -0.1235 -0.9896</w:t>
        <w:br/>
        <w:t>vn -0.2066 -0.1787 -0.9620</w:t>
        <w:br/>
        <w:t>vn -0.0237 0.1577 -0.9872</w:t>
        <w:br/>
        <w:t>vn -0.5163 -0.4660 -0.7185</w:t>
        <w:br/>
        <w:t>vn 0.0575 0.1983 -0.9784</w:t>
        <w:br/>
        <w:t>vn 0.1213 0.1591 -0.9798</w:t>
        <w:br/>
        <w:t>vn -0.3102 0.2214 -0.9245</w:t>
        <w:br/>
        <w:t>vn -0.3103 0.2214 -0.9245</w:t>
        <w:br/>
        <w:t>vn -0.0775 0.4976 -0.8640</w:t>
        <w:br/>
        <w:t>vn -0.0742 0.4837 -0.8721</w:t>
        <w:br/>
        <w:t>vn -0.8454 -0.0124 -0.5340</w:t>
        <w:br/>
        <w:t>vn -0.0703 0.5009 -0.8626</w:t>
        <w:br/>
        <w:t>vn -0.1323 0.5602 -0.8177</w:t>
        <w:br/>
        <w:t>vn -0.2419 0.6350 -0.7337</w:t>
        <w:br/>
        <w:t>vn -0.2094 0.6971 -0.6857</w:t>
        <w:br/>
        <w:t>vn -0.2796 0.8339 -0.4758</w:t>
        <w:br/>
        <w:t>vn -0.1855 0.7899 -0.5845</w:t>
        <w:br/>
        <w:t>vn -0.1182 0.5592 -0.8206</w:t>
        <w:br/>
        <w:t>vn -0.2362 0.9257 -0.2954</w:t>
        <w:br/>
        <w:t>vn -0.3357 0.9181 -0.2109</w:t>
        <w:br/>
        <w:t>vn -0.1255 0.8369 -0.5328</w:t>
        <w:br/>
        <w:t>vn -0.1379 0.1605 -0.9773</w:t>
        <w:br/>
        <w:t>vn -0.1531 0.8062 -0.5716</w:t>
        <w:br/>
        <w:t>vn -0.2575 -0.2125 -0.9426</w:t>
        <w:br/>
        <w:t>vn -0.1693 0.5254 -0.8338</w:t>
        <w:br/>
        <w:t>vn -0.2211 0.1565 -0.9626</w:t>
        <w:br/>
        <w:t>vn -0.1322 0.9509 -0.2800</w:t>
        <w:br/>
        <w:t>vn -0.1379 0.7835 -0.6059</w:t>
        <w:br/>
        <w:t>vn -0.1571 0.4743 -0.8662</w:t>
        <w:br/>
        <w:t>vn -0.2473 0.0786 -0.9658</w:t>
        <w:br/>
        <w:t>vn -0.1641 0.5130 -0.8426</w:t>
        <w:br/>
        <w:t>vn -0.1449 0.9476 -0.2846</w:t>
        <w:br/>
        <w:t>vn -0.3236 -0.3738 -0.8692</w:t>
        <w:br/>
        <w:t>vn -0.2435 0.0440 -0.9689</w:t>
        <w:br/>
        <w:t>vn -0.4401 -0.7138 -0.5449</w:t>
        <w:br/>
        <w:t>vn -0.4623 0.3455 -0.8167</w:t>
        <w:br/>
        <w:t>vn -0.7169 -0.5243 -0.4594</w:t>
        <w:br/>
        <w:t>vn -0.2818 -0.3769 -0.8823</w:t>
        <w:br/>
        <w:t>vn -0.6988 -0.3143 -0.6426</w:t>
        <w:br/>
        <w:t>vn -0.7297 -0.5741 -0.3714</w:t>
        <w:br/>
        <w:t>vn -0.2640 -0.7190 -0.6430</w:t>
        <w:br/>
        <w:t>vn -0.7198 -0.3238 -0.6141</w:t>
        <w:br/>
        <w:t>vn -0.2182 -0.9092 -0.3546</w:t>
        <w:br/>
        <w:t>vn -0.8966 -0.2308 -0.3779</w:t>
        <w:br/>
        <w:t>vn -0.7477 -0.3506 -0.5640</w:t>
        <w:br/>
        <w:t>vn -0.9630 -0.2313 -0.1385</w:t>
        <w:br/>
        <w:t>vn -0.8816 -0.2775 -0.3819</w:t>
        <w:br/>
        <w:t>vn -0.9733 -0.1667 -0.1575</w:t>
        <w:br/>
        <w:t>vn -0.7541 -0.6493 -0.0989</w:t>
        <w:br/>
        <w:t>vn -0.2149 -0.9765 -0.0174</w:t>
        <w:br/>
        <w:t>vn -0.9736 -0.2215 -0.0554</w:t>
        <w:br/>
        <w:t>vn -0.9623 -0.1726 -0.2101</w:t>
        <w:br/>
        <w:t>vn -0.9892 -0.1221 -0.0817</w:t>
        <w:br/>
        <w:t>vn -0.9767 -0.2136 -0.0201</w:t>
        <w:br/>
        <w:t>vn -0.9660 -0.2567 -0.0321</w:t>
        <w:br/>
        <w:t>vn -0.9809 -0.1565 -0.1151</w:t>
        <w:br/>
        <w:t>vn -0.1321 -0.9844 0.1158</w:t>
        <w:br/>
        <w:t>vn -0.2802 -0.9563 0.0832</w:t>
        <w:br/>
        <w:t>vn -0.5773 -0.8145 -0.0576</w:t>
        <w:br/>
        <w:t>vn -0.9586 -0.0865 -0.2712</w:t>
        <w:br/>
        <w:t>vn -0.9664 0.1582 -0.2025</w:t>
        <w:br/>
        <w:t>vn -0.5767 -0.7653 -0.2858</w:t>
        <w:br/>
        <w:t>vn -0.8138 -0.5554 -0.1708</w:t>
        <w:br/>
        <w:t>vn -0.8424 -0.5083 -0.1790</w:t>
        <w:br/>
        <w:t>vn -0.6143 -0.6195 -0.4887</w:t>
        <w:br/>
        <w:t>vn -0.6895 -0.6008 -0.4046</w:t>
        <w:br/>
        <w:t>vn -0.5453 -0.4386 -0.7143</w:t>
        <w:br/>
        <w:t>vn -0.4941 -0.4162 -0.7633</w:t>
        <w:br/>
        <w:t>vn -0.4374 -0.0480 -0.8980</w:t>
        <w:br/>
        <w:t>vn -0.4252 -0.0747 -0.9020</w:t>
        <w:br/>
        <w:t>vn -0.5913 0.2072 -0.7794</w:t>
        <w:br/>
        <w:t>vn -0.7392 0.4518 -0.4994</w:t>
        <w:br/>
        <w:t>vn -0.4568 0.6951 -0.5551</w:t>
        <w:br/>
        <w:t>vn -0.8249 0.4756 -0.3055</w:t>
        <w:br/>
        <w:t>vn -0.1137 0.8215 -0.5587</w:t>
        <w:br/>
        <w:t>vn -0.4914 0.8153 -0.3064</w:t>
        <w:br/>
        <w:t>vn -0.8725 0.4870 -0.0405</w:t>
        <w:br/>
        <w:t>vn -0.0968 0.9460 -0.3095</w:t>
        <w:br/>
        <w:t>vn -0.1221 0.9436 -0.3078</w:t>
        <w:br/>
        <w:t>vn 0.0075 0.9998 -0.0206</w:t>
        <w:br/>
        <w:t>vn -0.1076 0.9942 -0.0027</w:t>
        <w:br/>
        <w:t>vn -0.1145 0.9933 0.0149</w:t>
        <w:br/>
        <w:t>vn 0.0795 0.9965 -0.0259</w:t>
        <w:br/>
        <w:t>vn -0.8370 0.5456 -0.0424</w:t>
        <w:br/>
        <w:t>vn -0.4836 0.8283 0.2829</w:t>
        <w:br/>
        <w:t>vn -0.8506 0.4299 0.3029</w:t>
        <w:br/>
        <w:t>vn -0.0138 0.9423 0.3344</w:t>
        <w:br/>
        <w:t>vn -0.4172 0.6373 0.6479</w:t>
        <w:br/>
        <w:t>vn 0.0311 0.8615 0.5068</w:t>
        <w:br/>
        <w:t>vn -0.6547 0.4509 0.6067</w:t>
        <w:br/>
        <w:t>vn -0.4280 0.5053 0.7493</w:t>
        <w:br/>
        <w:t>vn -0.6704 0.3326 0.6633</w:t>
        <w:br/>
        <w:t>vn -0.0631 0.6316 0.7728</w:t>
        <w:br/>
        <w:t>vn -0.0039 0.7666 0.6421</w:t>
        <w:br/>
        <w:t>vn -0.1713 0.6457 0.7441</w:t>
        <w:br/>
        <w:t>vn -0.0657 0.9330 0.3538</w:t>
        <w:br/>
        <w:t>vn -0.1590 0.7680 0.6205</w:t>
        <w:br/>
        <w:t>vn -0.3453 0.6778 0.6491</w:t>
        <w:br/>
        <w:t>vn -0.1596 0.9268 0.3400</w:t>
        <w:br/>
        <w:t>vn -0.2331 0.7971 0.5570</w:t>
        <w:br/>
        <w:t>vn -0.2674 0.7980 0.5401</w:t>
        <w:br/>
        <w:t>vn -0.3098 0.7472 0.5879</w:t>
        <w:br/>
        <w:t>vn -0.2050 0.9159 0.3450</w:t>
        <w:br/>
        <w:t>vn -0.1571 0.9872 0.0287</w:t>
        <w:br/>
        <w:t>vn -0.1929 0.9236 0.3314</w:t>
        <w:br/>
        <w:t>vn -0.2026 0.8133 0.5455</w:t>
        <w:br/>
        <w:t>vn -0.2126 0.7850 0.5819</w:t>
        <w:br/>
        <w:t>vn -0.2174 0.9761 0.0020</w:t>
        <w:br/>
        <w:t>vn -0.1600 0.8325 0.5304</w:t>
        <w:br/>
        <w:t>vn -0.1831 0.8044 0.5652</w:t>
        <w:br/>
        <w:t>vn -0.1890 0.9233 0.3344</w:t>
        <w:br/>
        <w:t>vn -0.3098 0.9497 0.0464</w:t>
        <w:br/>
        <w:t>vn -0.3795 0.9146 0.1398</w:t>
        <w:br/>
        <w:t>vn -0.2567 0.8813 0.3967</w:t>
        <w:br/>
        <w:t>vn -0.3478 0.8228 0.4495</w:t>
        <w:br/>
        <w:t>vn -0.1949 0.8188 0.5400</w:t>
        <w:br/>
        <w:t>vn -0.1579 0.8389 0.5209</w:t>
        <w:br/>
        <w:t>vn -0.2413 0.8330 0.4978</w:t>
        <w:br/>
        <w:t>vn 0.2194 -0.3545 0.9089</w:t>
        <w:br/>
        <w:t>vn 0.6035 -0.1693 0.7792</w:t>
        <w:br/>
        <w:t>vn 0.6875 -0.0114 0.7261</w:t>
        <w:br/>
        <w:t>vn -0.2242 0.8469 0.4823</w:t>
        <w:br/>
        <w:t>vn 0.8120 0.1966 0.5496</w:t>
        <w:br/>
        <w:t>vn -0.3383 0.8602 0.3816</w:t>
        <w:br/>
        <w:t>vn 0.7751 0.2659 0.5732</w:t>
        <w:br/>
        <w:t>vn 0.7738 0.2616 0.5768</w:t>
        <w:br/>
        <w:t>vn 0.2822 0.6710 -0.6857</w:t>
        <w:br/>
        <w:t>vn 0.2169 0.6863 -0.6942</w:t>
        <w:br/>
        <w:t>vn 0.2169 0.6862 -0.6943</w:t>
        <w:br/>
        <w:t>vn 0.3467 0.6509 -0.6754</w:t>
        <w:br/>
        <w:t>vn 0.4594 0.6076 -0.6480</w:t>
        <w:br/>
        <w:t>vn 0.0889 0.6969 0.7116</w:t>
        <w:br/>
        <w:t>vn 0.1225 0.6863 0.7169</w:t>
        <w:br/>
        <w:t>vn 0.5999 0.5338 -0.5959</w:t>
        <w:br/>
        <w:t>vn 0.5082 0.5845 -0.6325</w:t>
        <w:br/>
        <w:t>vn 0.0563 0.7078 0.7042</w:t>
        <w:br/>
        <w:t>vn 0.0655 0.7000 0.7112</w:t>
        <w:br/>
        <w:t>vn -0.2170 -0.6864 0.6941</w:t>
        <w:br/>
        <w:t>vn -0.3467 -0.6510 0.6752</w:t>
        <w:br/>
        <w:t>vn -0.2822 -0.6710 0.6856</w:t>
        <w:br/>
        <w:t>vn -0.0890 -0.6969 -0.7116</w:t>
        <w:br/>
        <w:t>vn -0.1225 -0.6864 -0.7168</w:t>
        <w:br/>
        <w:t>vn -0.0563 -0.7078 -0.7042</w:t>
        <w:br/>
        <w:t>vn -0.0655 -0.7000 -0.7111</w:t>
        <w:br/>
        <w:t>vn -0.1074 -0.6812 -0.7242</w:t>
        <w:br/>
        <w:t>vn -0.4593 -0.6076 0.6480</w:t>
        <w:br/>
        <w:t>vn -0.1346 -0.6690 -0.7310</w:t>
        <w:br/>
        <w:t>vn -0.5082 -0.5845 0.6325</w:t>
        <w:br/>
        <w:t>vn 0.1074 0.6811 0.7242</w:t>
        <w:br/>
        <w:t>vn -0.1209 -0.6776 -0.7255</w:t>
        <w:br/>
        <w:t>vn -0.5999 -0.5336 0.5962</w:t>
        <w:br/>
        <w:t>vn -0.1248 -0.6731 -0.7290</w:t>
        <w:br/>
        <w:t>vn 0.1346 0.6690 0.7310</w:t>
        <w:br/>
        <w:t>vn 0.6429 0.5046 -0.5762</w:t>
        <w:br/>
        <w:t>vn 0.6961 0.4635 -0.5483</w:t>
        <w:br/>
        <w:t>vn -0.6429 -0.5048 0.5761</w:t>
        <w:br/>
        <w:t>vn 0.1209 0.6776 0.7254</w:t>
        <w:br/>
        <w:t>vn -0.1395 -0.6585 -0.7396</w:t>
        <w:br/>
        <w:t>vn -0.6961 -0.4635 0.5483</w:t>
        <w:br/>
        <w:t>vn -0.1549 -0.6437 -0.7494</w:t>
        <w:br/>
        <w:t>vn 0.7081 0.4549 -0.5400</w:t>
        <w:br/>
        <w:t>vn 0.1248 0.6731 0.7290</w:t>
        <w:br/>
        <w:t>vn 0.7282 0.4506 -0.5165</w:t>
        <w:br/>
        <w:t>vn -0.7081 -0.4549 0.5400</w:t>
        <w:br/>
        <w:t>vn 0.1396 0.6585 0.7395</w:t>
        <w:br/>
        <w:t>vn -0.1513 -0.6423 -0.7514</w:t>
        <w:br/>
        <w:t>vn -0.7282 -0.4505 0.5164</w:t>
        <w:br/>
        <w:t>vn 0.7292 0.4466 -0.5185</w:t>
        <w:br/>
        <w:t>vn 0.1549 0.6438 0.7494</w:t>
        <w:br/>
        <w:t>vn -0.7291 -0.4465 0.5188</w:t>
        <w:br/>
        <w:t>vn 0.1511 0.6423 0.7514</w:t>
        <w:br/>
        <w:t>vn 0.6171 -0.7618 0.1972</w:t>
        <w:br/>
        <w:t>vn 0.5695 -0.8156 0.1020</w:t>
        <w:br/>
        <w:t>vn 0.5664 -0.8158 0.1171</w:t>
        <w:br/>
        <w:t>vn 0.6544 -0.7106 0.2587</w:t>
        <w:br/>
        <w:t>vn -0.7186 -0.4315 0.5453</w:t>
        <w:br/>
        <w:t>vn -0.6121 0.7687 -0.1856</w:t>
        <w:br/>
        <w:t>vn -0.5640 0.8181 -0.1126</w:t>
        <w:br/>
        <w:t>vn -0.5695 0.8157 -0.1018</w:t>
        <w:br/>
        <w:t>vn -0.6965 -0.4399 0.5668</w:t>
        <w:br/>
        <w:t>vn 0.7201 0.4337 -0.5416</w:t>
        <w:br/>
        <w:t>vn -0.6520 0.7161 -0.2492</w:t>
        <w:br/>
        <w:t>vn 0.6966 0.4290 -0.5751</w:t>
        <w:br/>
        <w:t>vn -0.6755 -0.4255 0.6022</w:t>
        <w:br/>
        <w:t>vn -0.7866 0.4832 -0.3845</w:t>
        <w:br/>
        <w:t>vn 0.7862 -0.4773 0.3925</w:t>
        <w:br/>
        <w:t>vn -0.6716 -0.4697 0.5730</w:t>
        <w:br/>
        <w:t>vn 0.7959 -0.4877 0.3587</w:t>
        <w:br/>
        <w:t>vn 0.9160 -0.1560 0.3696</w:t>
        <w:br/>
        <w:t>vn 0.6754 0.4089 -0.6137</w:t>
        <w:br/>
        <w:t>vn -0.7964 0.4867 -0.3590</w:t>
        <w:br/>
        <w:t>vn 0.6675 0.4302 -0.6078</w:t>
        <w:br/>
        <w:t>vn 0.2472 -0.5149 -0.8208</w:t>
        <w:br/>
        <w:t>vn 0.2440 -0.4872 -0.8385</w:t>
        <w:br/>
        <w:t>vn 0.2104 -0.4913 -0.8452</w:t>
        <w:br/>
        <w:t>vn 0.9500 -0.0167 0.3118</w:t>
        <w:br/>
        <w:t>vn -0.2455 0.5157 0.8208</w:t>
        <w:br/>
        <w:t>vn -0.2044 0.4981 0.8427</w:t>
        <w:br/>
        <w:t>vn -0.2417 0.4884 0.8385</w:t>
        <w:br/>
        <w:t>vn 0.9659 0.1731 0.1924</w:t>
        <w:br/>
        <w:t>vn 0.2630 -0.5399 -0.7996</w:t>
        <w:br/>
        <w:t>vn -0.9166 0.1551 -0.3684</w:t>
        <w:br/>
        <w:t>vn 0.2555 -0.5484 -0.7962</w:t>
        <w:br/>
        <w:t>vn -0.2634 0.5385 0.8004</w:t>
        <w:br/>
        <w:t>vn -0.9504 0.0146 -0.3106</w:t>
        <w:br/>
        <w:t>vn 0.2555 -0.5289 -0.8093</w:t>
        <w:br/>
        <w:t>vn 0.2761 -0.5853 -0.7624</w:t>
        <w:br/>
        <w:t>vn -0.9658 -0.1741 -0.1919</w:t>
        <w:br/>
        <w:t>vn -0.2556 0.5484 0.7962</w:t>
        <w:br/>
        <w:t>vn 0.9652 0.1745 0.1946</w:t>
        <w:br/>
        <w:t>vn -0.9652 -0.1754 -0.1942</w:t>
        <w:br/>
        <w:t>vn -0.2556 0.5289 0.8093</w:t>
        <w:br/>
        <w:t>vn 0.9458 0.3137 0.0841</w:t>
        <w:br/>
        <w:t>vn -0.2673 0.5615 0.7831</w:t>
        <w:br/>
        <w:t>vn 0.9469 0.3113 0.0810</w:t>
        <w:br/>
        <w:t>vn 0.8965 0.4422 -0.0266</w:t>
        <w:br/>
        <w:t>vn -0.9456 -0.3143 -0.0836</w:t>
        <w:br/>
        <w:t>vn -0.2822 0.6096 0.7408</w:t>
        <w:br/>
        <w:t>vn 0.8733 0.4833 -0.0616</w:t>
        <w:br/>
        <w:t>vn -0.2534 0.5803 0.7740</w:t>
        <w:br/>
        <w:t>vn 0.8304 0.5445 -0.1179</w:t>
        <w:br/>
        <w:t>vn -0.9466 -0.3120 -0.0806</w:t>
        <w:br/>
        <w:t>vn 0.2725 -0.5865 -0.7627</w:t>
        <w:br/>
        <w:t>vn 0.2685 -0.6060 -0.7487</w:t>
        <w:br/>
        <w:t>vn -0.8969 -0.4415 0.0262</w:t>
        <w:br/>
        <w:t>vn 0.8117 0.5677 -0.1372</w:t>
        <w:br/>
        <w:t>vn 0.7563 0.6276 -0.1847</w:t>
        <w:br/>
        <w:t>vn -0.2569 0.5785 0.7741</w:t>
        <w:br/>
        <w:t>vn -0.8740 -0.4821 0.0611</w:t>
        <w:br/>
        <w:t>vn -0.2096 0.5002 0.8402</w:t>
        <w:br/>
        <w:t>vn -0.2105 0.5031 0.8382</w:t>
        <w:br/>
        <w:t>vn -0.8311 -0.5436 0.1174</w:t>
        <w:br/>
        <w:t>vn -0.8122 -0.5671 0.1370</w:t>
        <w:br/>
        <w:t>vn 0.2404 -0.5528 -0.7979</w:t>
        <w:br/>
        <w:t>vn 0.2096 -0.5002 -0.8402</w:t>
        <w:br/>
        <w:t>vn 0.2106 -0.5031 -0.8382</w:t>
        <w:br/>
        <w:t>vn 0.1999 -0.4938 -0.8463</w:t>
        <w:br/>
        <w:t>vn -0.7563 -0.6275 0.1849</w:t>
        <w:br/>
        <w:t>vn 0.1876 -0.4813 -0.8563</w:t>
        <w:br/>
        <w:t>vn -0.7176 -0.6631 0.2128</w:t>
        <w:br/>
        <w:t>vn -0.2000 0.4938 0.8462</w:t>
        <w:br/>
        <w:t>vn 0.1410 -0.4464 -0.8837</w:t>
        <w:br/>
        <w:t>vn -0.6424 -0.7218 0.2575</w:t>
        <w:br/>
        <w:t>vn 0.1064 -0.4236 -0.8996</w:t>
        <w:br/>
        <w:t>vn -0.1876 0.4813 0.8562</w:t>
        <w:br/>
        <w:t>vn 0.7176 0.6632 -0.2127</w:t>
        <w:br/>
        <w:t>vn 0.6424 0.7218 -0.2574</w:t>
        <w:br/>
        <w:t>vn -0.6065 -0.7460 0.2749</w:t>
        <w:br/>
        <w:t>vn -0.1410 0.4464 0.8836</w:t>
        <w:br/>
        <w:t>vn 0.1141 -0.4247 -0.8981</w:t>
        <w:br/>
        <w:t>vn -0.5553 -0.7763 0.2984</w:t>
        <w:br/>
        <w:t>vn 0.1563 -0.4485 -0.8800</w:t>
        <w:br/>
        <w:t>vn 0.6065 0.7461 -0.2748</w:t>
        <w:br/>
        <w:t>vn -0.1064 0.4236 0.8996</w:t>
        <w:br/>
        <w:t>vn 0.5553 0.7763 -0.2983</w:t>
        <w:br/>
        <w:t>vn 0.1987 -0.4705 -0.8598</w:t>
        <w:br/>
        <w:t>vn -0.5407 -0.7837 0.3056</w:t>
        <w:br/>
        <w:t>vn -0.5263 -0.7912 0.3115</w:t>
        <w:br/>
        <w:t>vn -0.1143 0.4246 0.8981</w:t>
        <w:br/>
        <w:t>vn 0.5407 0.7838 -0.3055</w:t>
        <w:br/>
        <w:t>vn -0.1562 0.4486 0.8800</w:t>
        <w:br/>
        <w:t>vn -0.1987 0.4705 0.8598</w:t>
        <w:br/>
        <w:t>vn 0.5262 0.7912 -0.3115</w:t>
        <w:br/>
        <w:t>vn -0.1987 0.4704 0.8598</w:t>
        <w:br/>
        <w:t>vn 0.2643 -0.7204 0.6412</w:t>
        <w:br/>
        <w:t>vn 0.9014 -0.4027 -0.1592</w:t>
        <w:br/>
        <w:t>vn 0.2314 -0.9619 0.1457</w:t>
        <w:br/>
        <w:t>vn 0.9532 -0.2821 0.1086</w:t>
        <w:br/>
        <w:t>vn 0.4813 -0.1765 0.8586</w:t>
        <w:br/>
        <w:t>vn 0.9585 0.0001 -0.2851</w:t>
        <w:br/>
        <w:t>vn 0.9433 -0.0186 -0.3315</w:t>
        <w:br/>
        <w:t>vn 0.0232 0.6794 -0.7334</w:t>
        <w:br/>
        <w:t>vn -0.1282 0.9512 -0.2807</w:t>
        <w:br/>
        <w:t>vn 0.1767 0.9235 -0.3405</w:t>
        <w:br/>
        <w:t>vn 0.9699 0.0471 -0.2387</w:t>
        <w:br/>
        <w:t>vn -0.4204 0.6384 -0.6448</w:t>
        <w:br/>
        <w:t>vn 0.9927 -0.0248 0.1183</w:t>
        <w:br/>
        <w:t>vn -0.3421 0.2841 -0.8957</w:t>
        <w:br/>
        <w:t>vn -0.0628 0.1586 -0.9853</w:t>
        <w:br/>
        <w:t>vn 0.9549 0.2001 0.2196</w:t>
        <w:br/>
        <w:t>vn 0.3661 0.3819 0.8486</w:t>
        <w:br/>
        <w:t>vn 0.9681 0.1143 -0.2230</w:t>
        <w:br/>
        <w:t>vn -0.3974 -0.2137 -0.8924</w:t>
        <w:br/>
        <w:t>vn -0.0240 -0.3382 -0.9408</w:t>
        <w:br/>
        <w:t>vn 0.8477 0.4964 0.1869</w:t>
        <w:br/>
        <w:t>vn 0.2149 0.7856 0.5803</w:t>
        <w:br/>
        <w:t>vn 0.9486 0.1820 -0.2590</w:t>
        <w:br/>
        <w:t>vn 0.8225 0.5497 -0.1462</w:t>
        <w:br/>
        <w:t>vn 0.1088 0.9811 0.1600</w:t>
        <w:br/>
        <w:t>vn -0.2761 -0.6681 -0.6910</w:t>
        <w:br/>
        <w:t>vn 0.1152 -0.7256 -0.6784</w:t>
        <w:br/>
        <w:t>vn 0.9255 0.2034 -0.3196</w:t>
        <w:br/>
        <w:t>vn 0.6059 0.6707 -0.4279</w:t>
        <w:br/>
        <w:t>vn -0.2388 0.9603 -0.1440</w:t>
        <w:br/>
        <w:t>vn -0.2721 0.7167 -0.6421</w:t>
        <w:br/>
        <w:t>vn 0.9074 0.1962 -0.3717</w:t>
        <w:br/>
        <w:t>vn -0.0100 -0.9560 -0.2931</w:t>
        <w:br/>
        <w:t>vn 0.2838 -0.8915 -0.3530</w:t>
        <w:br/>
        <w:t>vn 0.4588 -0.8885 0.0100</w:t>
        <w:br/>
        <w:t>vn 0.0882 0.6594 -0.7466</w:t>
        <w:br/>
        <w:t>vn 0.0155 0.3167 -0.9484</w:t>
        <w:br/>
        <w:t>vn 0.8923 0.1611 -0.4217</w:t>
        <w:br/>
        <w:t>vn 0.8900 0.1441 -0.4327</w:t>
        <w:br/>
        <w:t>vn -0.4839 0.1726 -0.8579</w:t>
        <w:br/>
        <w:t>vn 0.8865 0.1122 -0.4488</w:t>
        <w:br/>
        <w:t>vn 0.8873 0.0943 -0.4514</w:t>
        <w:br/>
        <w:t>vn 0.6326 -0.6594 0.4062</w:t>
        <w:br/>
        <w:t>vn 0.1391 -0.9503 0.2786</w:t>
        <w:br/>
        <w:t>vn 0.7131 -0.2491 0.6553</w:t>
        <w:br/>
        <w:t>vn 0.3697 -0.6127 0.6985</w:t>
        <w:br/>
        <w:t>vn 0.0241 -0.1638 -0.9862</w:t>
        <w:br/>
        <w:t>vn -0.3659 -0.3813 -0.8490</w:t>
        <w:br/>
        <w:t>vn 0.8917 0.0544 -0.4494</w:t>
        <w:br/>
        <w:t>vn 0.8918 0.0537 -0.4492</w:t>
        <w:br/>
        <w:t>vn 0.1352 -0.5856 -0.7993</w:t>
        <w:br/>
        <w:t>vn 0.9017 0.0195 -0.4319</w:t>
        <w:br/>
        <w:t>vn -0.2162 -0.7853 -0.5801</w:t>
        <w:br/>
        <w:t>vn 0.6737 0.3031 0.6740</w:t>
        <w:br/>
        <w:t>vn 0.4913 -0.1567 0.8568</w:t>
        <w:br/>
        <w:t>vn 0.3490 -0.8586 -0.3756</w:t>
        <w:br/>
        <w:t>vn -0.1135 -0.9809 -0.1582</w:t>
        <w:br/>
        <w:t>vn 0.2313 -0.9619 0.1457</w:t>
        <w:br/>
        <w:t>vn 0.9013 -0.4029 -0.1591</w:t>
        <w:br/>
        <w:t>vn 0.9191 -0.0102 -0.3939</w:t>
        <w:br/>
        <w:t>vn 0.9071 0.0070 -0.4208</w:t>
        <w:br/>
        <w:t>vn 0.9014 -0.4028 -0.1592</w:t>
        <w:br/>
        <w:t>vn 0.9259 -0.0186 -0.3774</w:t>
        <w:br/>
        <w:t>vn -0.1282 0.9512 -0.2808</w:t>
        <w:br/>
        <w:t>vn 0.3341 0.9423 0.0235</w:t>
        <w:br/>
        <w:t>vn 0.1769 0.9234 -0.3407</w:t>
        <w:br/>
        <w:t>vn 0.0170 0.9569 0.2901</w:t>
        <w:br/>
        <w:t>vn 0.5174 0.7516 0.4091</w:t>
        <w:br/>
        <w:t>vn -0.4480 0.8939 -0.0142</w:t>
        <w:br/>
        <w:t>vn 0.2781 0.6665 0.6917</w:t>
        <w:br/>
        <w:t>vn 0.3270 0.2419 0.9135</w:t>
        <w:br/>
        <w:t>vn -0.1051 0.7251 0.6806</w:t>
        <w:br/>
        <w:t>vn 0.0773 -0.2355 0.9688</w:t>
        <w:br/>
        <w:t>vn 0.0372 0.3381 0.9404</w:t>
        <w:br/>
        <w:t>vn -0.0272 -0.7343 0.6783</w:t>
        <w:br/>
        <w:t>vn -0.9673 -0.1133 0.2269</w:t>
        <w:br/>
        <w:t>vn -0.9929 0.0260 -0.1162</w:t>
        <w:br/>
        <w:t>vn -0.9709 -0.0396 0.2364</w:t>
        <w:br/>
        <w:t>vn -0.1696 -0.9253 0.3392</w:t>
        <w:br/>
        <w:t>vn -0.9551 -0.2013 -0.2174</w:t>
        <w:br/>
        <w:t>vn -0.9463 -0.1889 0.2625</w:t>
        <w:br/>
        <w:t>vn -0.9527 0.2844 -0.1072</w:t>
        <w:br/>
        <w:t>vn -0.9600 0.0155 0.2795</w:t>
        <w:br/>
        <w:t>vn -0.8995 0.4076 0.1572</w:t>
        <w:br/>
        <w:t>vn -0.9445 0.0361 0.3264</w:t>
        <w:br/>
        <w:t>vn -0.2390 0.9603 -0.1440</w:t>
        <w:br/>
        <w:t>vn -0.8465 -0.4990 -0.1854</w:t>
        <w:br/>
        <w:t>vn -0.2163 -0.7853 -0.5801</w:t>
        <w:br/>
        <w:t>vn -0.8175 -0.5569 0.1469</w:t>
        <w:br/>
        <w:t>vn -0.6035 -0.6754 0.4239</w:t>
        <w:br/>
        <w:t>vn 0.2316 -0.9619 0.1455</w:t>
        <w:br/>
        <w:t>vn -0.9033 -0.2150 0.3713</w:t>
        <w:br/>
        <w:t>vn -0.9217 -0.2200 0.3195</w:t>
        <w:br/>
        <w:t>vn -0.2709 0.8960 0.3520</w:t>
        <w:br/>
        <w:t>vn -0.3551 0.8560 0.3758</w:t>
        <w:br/>
        <w:t>vn 0.1087 0.9811 0.1600</w:t>
        <w:br/>
        <w:t>vn 0.2148 0.7856 0.5803</w:t>
        <w:br/>
        <w:t>vn -0.9276 0.0333 0.3722</w:t>
        <w:br/>
        <w:t>vn -0.9216 0.0200 0.3876</w:t>
        <w:br/>
        <w:t>vn -0.3304 -0.9434 -0.0292</w:t>
        <w:br/>
        <w:t>vn -0.5190 -0.7495 -0.4109</w:t>
        <w:br/>
        <w:t>vn -0.9108 -0.0005 0.4129</w:t>
        <w:br/>
        <w:t>vn -0.1362 0.5875 0.7976</w:t>
        <w:br/>
        <w:t>vn -0.9065 -0.0177 0.4219</w:t>
        <w:br/>
        <w:t>vn 0.3661 0.3818 0.8486</w:t>
        <w:br/>
        <w:t>vn -0.6619 -0.3778 -0.6475</w:t>
        <w:br/>
        <w:t>vn -0.8969 -0.0559 0.4387</w:t>
        <w:br/>
        <w:t>vn -0.0245 0.1630 0.9863</w:t>
        <w:br/>
        <w:t>vn -0.8976 -0.0559 0.4372</w:t>
        <w:br/>
        <w:t>vn 0.4812 -0.1765 0.8586</w:t>
        <w:br/>
        <w:t>vn -0.7201 0.1709 -0.6725</w:t>
        <w:br/>
        <w:t>vn -0.8921 -0.0994 0.4407</w:t>
        <w:br/>
        <w:t>vn -0.0182 -0.3225 0.9464</w:t>
        <w:br/>
        <w:t>vn -0.8892 -0.1204 0.4415</w:t>
        <w:br/>
        <w:t>vn 0.2641 -0.7204 0.6413</w:t>
        <w:br/>
        <w:t>vn -0.8904 -0.1554 0.4279</w:t>
        <w:br/>
        <w:t>vn -0.0953 -0.6634 0.7422</w:t>
        <w:br/>
        <w:t>vn -0.6253 0.6645 -0.4092</w:t>
        <w:br/>
        <w:t>vn -0.8900 -0.1770 0.4202</w:t>
        <w:br/>
        <w:t>vn -0.4479 0.8939 -0.0142</w:t>
        <w:br/>
        <w:t>vn -0.9033 -0.2150 0.3712</w:t>
        <w:br/>
        <w:t>vn -0.6035 -0.6753 0.4239</w:t>
        <w:br/>
        <w:t>vn 0.2315 -0.9619 0.1457</w:t>
        <w:br/>
        <w:t>vn -0.5408 0.4810 0.6900</w:t>
        <w:br/>
        <w:t>vn -0.4030 -0.2586 0.8779</w:t>
        <w:br/>
        <w:t>vn -0.8269 0.2731 0.4916</w:t>
        <w:br/>
        <w:t>vn -0.2590 -0.1376 0.9560</w:t>
        <w:br/>
        <w:t>vn 0.6302 0.5514 0.5466</w:t>
        <w:br/>
        <w:t>vn 0.6307 0.5502 0.5473</w:t>
        <w:br/>
        <w:t>vn 0.6309 0.5510 0.5462</w:t>
        <w:br/>
        <w:t>vn 0.1801 -0.5465 0.8179</w:t>
        <w:br/>
        <w:t>vn 0.6308 0.5492 0.5482</w:t>
        <w:br/>
        <w:t>vn 0.6299 0.5484 0.5499</w:t>
        <w:br/>
        <w:t>vn 0.9203 -0.1514 -0.3608</w:t>
        <w:br/>
        <w:t>vn 0.5351 0.3733 -0.7578</w:t>
        <w:br/>
        <w:t>vn 0.6387 0.4667 -0.6118</w:t>
        <w:br/>
        <w:t>vn 0.6955 -0.3868 -0.6055</w:t>
        <w:br/>
        <w:t>vn 0.6299 0.5480 0.5504</w:t>
        <w:br/>
        <w:t>vn 0.1877 0.8545 -0.4844</w:t>
        <w:br/>
        <w:t>vn 0.0882 -0.7794 0.6203</w:t>
        <w:br/>
        <w:t>vn 0.2598 0.1387 -0.9556</w:t>
        <w:br/>
        <w:t>vn 0.5405 -0.4807 -0.6905</w:t>
        <w:br/>
        <w:t>vn -0.0861 0.7797 -0.6202</w:t>
        <w:br/>
        <w:t>vn 0.6282 0.5478 0.5525</w:t>
        <w:br/>
        <w:t>vn -0.3753 0.9194 0.1179</w:t>
        <w:br/>
        <w:t>vn 0.7730 -0.5927 0.2260</w:t>
        <w:br/>
        <w:t>vn 0.6269 0.5485 0.5533</w:t>
        <w:br/>
        <w:t>vn 0.5306 -0.8476 -0.0043</w:t>
        <w:br/>
        <w:t>vn 0.8276 -0.2758 -0.4889</w:t>
        <w:br/>
        <w:t>vn 0.9208 -0.1552 -0.3578</w:t>
        <w:br/>
        <w:t>vn 0.6252 0.5498 0.5539</w:t>
        <w:br/>
        <w:t>vn 0.6244 0.5507 0.5539</w:t>
        <w:br/>
        <w:t>vn 0.6390 0.4679 -0.6105</w:t>
        <w:br/>
        <w:t>vn 0.6243 0.5506 0.5541</w:t>
        <w:br/>
        <w:t>vn 0.4037 0.2580 -0.8777</w:t>
        <w:br/>
        <w:t>vn -0.0889 0.7785 -0.6213</w:t>
        <w:br/>
        <w:t>vn -0.5396 0.4835 0.6892</w:t>
        <w:br/>
        <w:t>vn -0.6949 0.3905 0.6038</w:t>
        <w:br/>
        <w:t>vn 0.0155 0.9322 -0.3617</w:t>
        <w:br/>
        <w:t>vn -0.5333 0.8459 0.0049</w:t>
        <w:br/>
        <w:t>vn 0.6241 0.5516 0.5533</w:t>
        <w:br/>
        <w:t>vn 0.6256 0.5522 0.5511</w:t>
        <w:br/>
        <w:t>vn -0.2604 -0.1358 0.9559</w:t>
        <w:br/>
        <w:t>vn -0.3780 0.9182 0.1183</w:t>
        <w:br/>
        <w:t>vn -0.8268 0.2731 0.4917</w:t>
        <w:br/>
        <w:t>vn 0.6289 0.5520 0.5475</w:t>
        <w:br/>
        <w:t>vn 0.6304 0.5511 0.5467</w:t>
        <w:br/>
        <w:t>vn 0.6310 0.5506 0.5465</w:t>
        <w:br/>
        <w:t>vn 0.6275 0.5525 0.5486</w:t>
        <w:br/>
        <w:t>vn 0.6255 0.5531 0.5503</w:t>
        <w:br/>
        <w:t>vn 0.6735 -0.7302 0.1149</w:t>
        <w:br/>
        <w:t>vn 0.9203 -0.1514 -0.3607</w:t>
        <w:br/>
        <w:t>vn 0.7779 -0.5865 0.2257</w:t>
        <w:br/>
        <w:t>vn 0.3584 -0.6213 0.6968</w:t>
        <w:br/>
        <w:t>vn 0.6955 -0.3869 -0.6055</w:t>
        <w:br/>
        <w:t>vn 0.0866 -0.7779 0.6223</w:t>
        <w:br/>
        <w:t>vn 0.3770 -0.9185 -0.1197</w:t>
        <w:br/>
        <w:t>vn 0.5405 -0.4808 -0.6905</w:t>
        <w:br/>
        <w:t>vn -0.5353 -0.3730 0.7578</w:t>
        <w:br/>
        <w:t>vn -0.1873 -0.8548 0.4840</w:t>
        <w:br/>
        <w:t>vn -0.6295 -0.5530 -0.5458</w:t>
        <w:br/>
        <w:t>vn -0.6268 -0.5544 -0.5475</w:t>
        <w:br/>
        <w:t>vn -0.6280 -0.5540 -0.5465</w:t>
        <w:br/>
        <w:t>vn -0.6304 -0.5523 -0.5455</w:t>
        <w:br/>
        <w:t>vn -0.7760 0.5898 -0.2236</w:t>
        <w:br/>
        <w:t>vn -0.8269 0.2731 0.4917</w:t>
        <w:br/>
        <w:t>vn -0.9194 0.1523 0.3625</w:t>
        <w:br/>
        <w:t>vn -0.5332 0.8460 0.0050</w:t>
        <w:br/>
        <w:t>vn -0.0891 0.7784 -0.6214</w:t>
        <w:br/>
        <w:t>vn -0.6248 -0.5540 -0.5502</w:t>
        <w:br/>
        <w:t>vn -0.1795 0.5444 -0.8194</w:t>
        <w:br/>
        <w:t>vn -0.6249 -0.5540 -0.5502</w:t>
        <w:br/>
        <w:t>vn 0.4038 0.2580 -0.8777</w:t>
        <w:br/>
        <w:t>vn -0.6236 -0.5532 -0.5523</w:t>
        <w:br/>
        <w:t>vn -0.6387 -0.4683 0.6106</w:t>
        <w:br/>
        <w:t>vn -0.6236 -0.5528 -0.5527</w:t>
        <w:br/>
        <w:t>vn 0.2606 0.1366 -0.9557</w:t>
        <w:br/>
        <w:t>vn -0.9201 0.1564 0.3590</w:t>
        <w:br/>
        <w:t>vn -0.6245 -0.5513 -0.5532</w:t>
        <w:br/>
        <w:t>vn 0.5395 -0.4830 -0.6896</w:t>
        <w:br/>
        <w:t>vn -0.6235 -0.5522 -0.5535</w:t>
        <w:br/>
        <w:t>vn 0.5307 -0.8476 -0.0043</w:t>
        <w:br/>
        <w:t>vn -0.6261 -0.5503 -0.5524</w:t>
        <w:br/>
        <w:t>vn 0.3751 -0.9194 -0.1184</w:t>
        <w:br/>
        <w:t>vn -0.0160 -0.9325 0.3609</w:t>
        <w:br/>
        <w:t>vn -0.6277 -0.5493 -0.5516</w:t>
        <w:br/>
        <w:t>vn -0.6293 -0.5496 -0.5495</w:t>
        <w:br/>
        <w:t>vn -0.6681 0.7350 -0.1156</w:t>
        <w:br/>
        <w:t>vn -0.7717 0.5950 -0.2247</w:t>
        <w:br/>
        <w:t>vn -0.3554 0.6270 -0.6933</w:t>
        <w:br/>
        <w:t>vn -0.6293 -0.5488 -0.5502</w:t>
        <w:br/>
        <w:t>vn -0.6301 -0.5506 -0.5476</w:t>
        <w:br/>
        <w:t>vn 0.0883 -0.7793 0.6203</w:t>
        <w:br/>
        <w:t>vn -0.6303 -0.5519 -0.5461</w:t>
        <w:br/>
        <w:t>vn -0.6383 -0.4671 0.6119</w:t>
        <w:br/>
        <w:t>vn -0.6296 -0.5529 -0.5458</w:t>
        <w:br/>
        <w:t>vn -0.4030 -0.2585 0.8779</w:t>
        <w:br/>
        <w:t>vn -0.6307 -0.5521 -0.5453</w:t>
        <w:br/>
        <w:t>vn -0.9194 0.1524 0.3625</w:t>
        <w:br/>
        <w:t>vn -0.2056 -0.4598 -0.8639</w:t>
        <w:br/>
        <w:t>vn 0.2137 -0.5759 -0.7891</w:t>
        <w:br/>
        <w:t>vn -0.3310 -0.9318 0.1491</w:t>
        <w:br/>
        <w:t>vn -0.2485 -0.8161 0.5217</w:t>
        <w:br/>
        <w:t>vn -0.2556 -0.9100 0.3263</w:t>
        <w:br/>
        <w:t>vn -0.2944 -0.8559 0.4251</w:t>
        <w:br/>
        <w:t>vn -0.1291 -0.5766 0.8068</w:t>
        <w:br/>
        <w:t>vn -0.1293 -0.5510 0.8244</w:t>
        <w:br/>
        <w:t>vn -0.0751 -0.0162 -0.9970</w:t>
        <w:br/>
        <w:t>vn -0.2060 -0.4747 -0.8557</w:t>
        <w:br/>
        <w:t>vn -0.1014 -0.0434 -0.9939</w:t>
        <w:br/>
        <w:t>vn 0.2640 -0.5794 -0.7711</w:t>
        <w:br/>
        <w:t>vn -0.2781 -0.8848 0.3739</w:t>
        <w:br/>
        <w:t>vn -0.2465 -0.8345 0.4928</w:t>
        <w:br/>
        <w:t>vn -0.2201 -0.8484 0.4814</w:t>
        <w:br/>
        <w:t>vn -0.2373 -0.7898 0.5656</w:t>
        <w:br/>
        <w:t>vn -0.1643 -0.6570 0.7358</w:t>
        <w:br/>
        <w:t>vn -0.1843 -0.6563 0.7316</w:t>
        <w:br/>
        <w:t>vn -0.1821 -0.6313 0.7539</w:t>
        <w:br/>
        <w:t>vn -0.2301 -0.6876 0.6886</w:t>
        <w:br/>
        <w:t>vn -0.9617 0.2594 0.0890</w:t>
        <w:br/>
        <w:t>vn -0.9791 0.1926 0.0655</w:t>
        <w:br/>
        <w:t>vn -0.9263 0.3599 0.1120</w:t>
        <w:br/>
        <w:t>vn -0.9081 0.3697 0.1965</w:t>
        <w:br/>
        <w:t>vn 0.0750 0.4480 -0.8909</w:t>
        <w:br/>
        <w:t>vn -0.8827 0.4314 -0.1863</w:t>
        <w:br/>
        <w:t>vn 0.1240 0.5039 -0.8548</w:t>
        <w:br/>
        <w:t>vn 0.3460 0.9277 0.1398</w:t>
        <w:br/>
        <w:t>vn 0.3558 0.9206 0.1610</w:t>
        <w:br/>
        <w:t>vn 0.3335 0.9338 -0.1295</w:t>
        <w:br/>
        <w:t>vn -0.9051 0.3452 -0.2483</w:t>
        <w:br/>
        <w:t>vn -0.7188 0.5833 -0.3782</w:t>
        <w:br/>
        <w:t>vn 0.8502 -0.3630 -0.3813</w:t>
        <w:br/>
        <w:t>vn 0.9730 -0.1427 -0.1814</w:t>
        <w:br/>
        <w:t>vn 0.9101 -0.1954 -0.3654</w:t>
        <w:br/>
        <w:t>vn 0.2639 -0.5794 -0.7711</w:t>
        <w:br/>
        <w:t>vn 0.8371 -0.0730 -0.5422</w:t>
        <w:br/>
        <w:t>vn 0.2736 0.8520 -0.4463</w:t>
        <w:br/>
        <w:t>vn 0.6788 -0.1214 -0.7242</w:t>
        <w:br/>
        <w:t>vn 0.5243 0.3325 -0.7839</w:t>
        <w:br/>
        <w:t>vn -0.1474 0.7721 -0.6181</w:t>
        <w:br/>
        <w:t>vn 0.8090 -0.0970 -0.5798</w:t>
        <w:br/>
        <w:t>vn -0.1874 0.8495 -0.4932</w:t>
        <w:br/>
        <w:t>vn -0.6009 0.7644 -0.2336</w:t>
        <w:br/>
        <w:t>vn 0.6812 0.4142 -0.6036</w:t>
        <w:br/>
        <w:t>vn 0.8880 0.0240 -0.4591</w:t>
        <w:br/>
        <w:t>vn -0.1291 0.8976 -0.4214</w:t>
        <w:br/>
        <w:t>vn -0.5688 0.8075 -0.1562</w:t>
        <w:br/>
        <w:t>vn 0.7422 0.4827 -0.4648</w:t>
        <w:br/>
        <w:t>vn 0.9350 0.1053 -0.3386</w:t>
        <w:br/>
        <w:t>vn -0.5458 0.8322 -0.0974</w:t>
        <w:br/>
        <w:t>vn 0.4389 0.8558 -0.2736</w:t>
        <w:br/>
        <w:t>vn -0.5443 0.8355 -0.0755</w:t>
        <w:br/>
        <w:t>vn 0.7880 0.5784 -0.2110</w:t>
        <w:br/>
        <w:t>vn 0.9731 0.1926 -0.1263</w:t>
        <w:br/>
        <w:t>vn -0.0616 0.9981 0.0054</w:t>
        <w:br/>
        <w:t>vn -0.5494 0.8349 0.0328</w:t>
        <w:br/>
        <w:t>vn 0.7705 0.6332 0.0737</w:t>
        <w:br/>
        <w:t>vn 0.9646 0.2460 0.0951</w:t>
        <w:br/>
        <w:t>vn -0.0557 0.9694 0.2390</w:t>
        <w:br/>
        <w:t>vn -0.5793 0.8069 0.1156</w:t>
        <w:br/>
        <w:t>vn 0.7784 0.5651 0.2733</w:t>
        <w:br/>
        <w:t>vn 0.9245 0.2592 0.2794</w:t>
        <w:br/>
        <w:t>vn 0.6403 0.6189 0.4549</w:t>
        <w:br/>
        <w:t>vn 0.8798 0.2474 0.4060</w:t>
        <w:br/>
        <w:t>vn -0.2834 0.8945 0.3457</w:t>
        <w:br/>
        <w:t>vn -0.6087 0.7752 0.1688</w:t>
        <w:br/>
        <w:t>vn -0.6204 0.7575 0.2032</w:t>
        <w:br/>
        <w:t>vn 0.5909 0.5905 0.5497</w:t>
        <w:br/>
        <w:t>vn 0.8632 0.2396 0.4443</w:t>
        <w:br/>
        <w:t>vn -0.2464 0.8759 0.4147</w:t>
        <w:br/>
        <w:t>vn -0.7783 0.5582 0.2876</w:t>
        <w:br/>
        <w:t>vn 0.5663 0.5810 0.5846</w:t>
        <w:br/>
        <w:t>vn 0.8084 0.0149 0.5885</w:t>
        <w:br/>
        <w:t>vn -0.2067 0.8243 0.5271</w:t>
        <w:br/>
        <w:t>vn 0.5734 0.4485 0.6856</w:t>
        <w:br/>
        <w:t>vn 0.8348 -0.2894 0.4683</w:t>
        <w:br/>
        <w:t>vn -0.0934 0.8720 0.4805</w:t>
        <w:br/>
        <w:t>vn -0.9960 0.0523 -0.0721</w:t>
        <w:br/>
        <w:t>vn -0.9917 0.0980 -0.0831</w:t>
        <w:br/>
        <w:t>vn -0.9495 0.1845 -0.2540</w:t>
        <w:br/>
        <w:t>vn 0.8997 -0.2701 0.3430</w:t>
        <w:br/>
        <w:t>vn 0.0978 0.8593 0.5021</w:t>
        <w:br/>
        <w:t>vn 0.8893 -0.2753 0.3651</w:t>
        <w:br/>
        <w:t>vn 0.9154 -0.2746 0.2944</w:t>
        <w:br/>
        <w:t>vn 0.9215 -0.2839 0.2652</w:t>
        <w:br/>
        <w:t>vn -0.9446 0.2425 -0.2211</w:t>
        <w:br/>
        <w:t>vn 0.0496 0.7535 0.6556</w:t>
        <w:br/>
        <w:t>vn -0.0370 0.5852 0.8100</w:t>
        <w:br/>
        <w:t>vn -0.9220 0.2692 -0.2784</w:t>
        <w:br/>
        <w:t>vn -0.9316 0.2939 -0.2141</w:t>
        <w:br/>
        <w:t>vn -0.0292 0.5929 0.8047</w:t>
        <w:br/>
        <w:t>vn -0.3471 -0.4948 0.7967</w:t>
        <w:br/>
        <w:t>vn -0.3456 -0.5428 0.7655</w:t>
        <w:br/>
        <w:t>vn -0.3710 -0.6601 0.6531</w:t>
        <w:br/>
        <w:t>vn -0.3708 -0.8080 0.4579</w:t>
        <w:br/>
        <w:t>vn -0.3087 -0.9504 0.0373</w:t>
        <w:br/>
        <w:t>vn -0.2173 -0.9496 -0.2259</w:t>
        <w:br/>
        <w:t>vn -0.1473 -0.8964 -0.4181</w:t>
        <w:br/>
        <w:t>vn -0.0965 -0.8698 -0.4839</w:t>
        <w:br/>
        <w:t>vn 0.0000 -1.0000 -0.0033</w:t>
        <w:br/>
        <w:t>vn -0.2505 -0.9681 -0.0033</w:t>
        <w:br/>
        <w:t>vn -0.5010 -0.8654 -0.0029</w:t>
        <w:br/>
        <w:t>vn -0.2505 -0.9681 -0.0029</w:t>
        <w:br/>
        <w:t>vn 0.2457 -0.9694 -0.0029</w:t>
        <w:br/>
        <w:t>vn 0.0014 0.0025 -1.0000</w:t>
        <w:br/>
        <w:t>vn -0.0022 0.0020 -1.0000</w:t>
        <w:br/>
        <w:t>vn 0.0013 0.0026 -1.0000</w:t>
        <w:br/>
        <w:t>vn -0.0059 0.0013 -1.0000</w:t>
        <w:br/>
        <w:t>vn 0.4913 -0.8710 -0.0029</w:t>
        <w:br/>
        <w:t>vn -0.0119 0.0001 -0.9999</w:t>
        <w:br/>
        <w:t>vn 0.4912 -0.8710 -0.0030</w:t>
        <w:br/>
        <w:t>vn 0.9197 -0.3926 0.0063</w:t>
        <w:br/>
        <w:t>vn 1.0000 -0.0013 -0.0041</w:t>
        <w:br/>
        <w:t>vn 1.0000 -0.0007 -0.0000</w:t>
        <w:br/>
        <w:t>vn 0.9546 -0.2978 0.0010</w:t>
        <w:br/>
        <w:t>vn 0.9551 -0.2961 0.0050</w:t>
        <w:br/>
        <w:t>vn 0.2456 -0.9694 -0.0032</w:t>
        <w:br/>
        <w:t>vn 0.0000 -1.0000 -0.0032</w:t>
        <w:br/>
        <w:t>vn -0.0010 0.0021 -1.0000</w:t>
        <w:br/>
        <w:t>vn -0.0011 0.0024 -1.0000</w:t>
        <w:br/>
        <w:t>vn -0.0009 0.0021 -1.0000</w:t>
        <w:br/>
        <w:t>vn -0.0019 0.0024 -1.0000</w:t>
        <w:br/>
        <w:t>vn 0.4665 -0.8842 0.0244</w:t>
        <w:br/>
        <w:t>vn 0.4666 -0.8842 0.0228</w:t>
        <w:br/>
        <w:t>vn -0.3063 -0.9516 0.0265</w:t>
        <w:br/>
        <w:t>vn 0.9201 -0.3917 0.0065</w:t>
        <w:br/>
        <w:t>vn 1.0000 0.0003 -0.0065</w:t>
        <w:br/>
        <w:t>vn 1.0000 -0.0018 0.0002</w:t>
        <w:br/>
        <w:t>vn 0.9999 0.0006 -0.0131</w:t>
        <w:br/>
        <w:t>vn 0.9996 0.0048 -0.0263</w:t>
        <w:br/>
        <w:t>vn 0.0215 -0.9869 -0.1601</w:t>
        <w:br/>
        <w:t>vn 0.0001 -0.9895 -0.1444</w:t>
        <w:br/>
        <w:t>vn 0.0144 -0.9788 -0.2042</w:t>
        <w:br/>
        <w:t>vn -0.0008 0.0113 -0.9999</w:t>
        <w:br/>
        <w:t>vn -0.0003 0.0350 -0.9994</w:t>
        <w:br/>
        <w:t>vn 0.0004 0.0497 -0.9988</w:t>
        <w:br/>
        <w:t>vn 0.0143 -0.9674 -0.2529</w:t>
        <w:br/>
        <w:t>vn 0.0000 0.0643 -0.9979</w:t>
        <w:br/>
        <w:t>vn 0.0000 -0.9567 -0.2909</w:t>
        <w:br/>
        <w:t>vn 0.9967 0.0142 -0.0801</w:t>
        <w:br/>
        <w:t>vn -0.0113 -0.9649 -0.2623</w:t>
        <w:br/>
        <w:t>vn 0.9887 0.1328 -0.0688</w:t>
        <w:br/>
        <w:t>vn 0.9663 0.2512 -0.0563</w:t>
        <w:br/>
        <w:t>vn 0.0000 0.1750 -0.9846</w:t>
        <w:br/>
        <w:t>vn 0.8286 0.5594 -0.0233</w:t>
        <w:br/>
        <w:t>vn 0.6779 0.7351 -0.0012</w:t>
        <w:br/>
        <w:t>vn -0.0000 -0.0077 -1.0000</w:t>
        <w:br/>
        <w:t>vn -0.0023 0.1752 -0.9845</w:t>
        <w:br/>
        <w:t>vn 0.7672 0.5863 -0.2600</w:t>
        <w:br/>
        <w:t>vn 0.5008 0.8653 0.0199</w:t>
        <w:br/>
        <w:t>vn -0.0049 0.1713 -0.9852</w:t>
        <w:br/>
        <w:t>vn -0.0032 0.1736 -0.9848</w:t>
        <w:br/>
        <w:t>vn -0.0029 0.1702 -0.9854</w:t>
        <w:br/>
        <w:t>vn 0.8655 -0.0279 -0.5002</w:t>
        <w:br/>
        <w:t>vn 0.8723 0.0894 -0.4807</w:t>
        <w:br/>
        <w:t>vn 0.8615 -0.1119 -0.4952</w:t>
        <w:br/>
        <w:t>vn 0.8156 -0.3087 -0.4894</w:t>
        <w:br/>
        <w:t>vn -0.1334 -0.1163 -0.9842</w:t>
        <w:br/>
        <w:t>vn -0.0000 -0.1581 -0.9874</w:t>
        <w:br/>
        <w:t>vn 0.7673 0.5863 -0.2600</w:t>
        <w:br/>
        <w:t>vn 0.8667 0.1786 -0.4657</w:t>
        <w:br/>
        <w:t>vn 0.8744 0.1885 -0.4470</w:t>
        <w:br/>
        <w:t>vn -0.3311 -0.2391 -0.9128</w:t>
        <w:br/>
        <w:t>vn 0.8871 0.1678 -0.4300</w:t>
        <w:br/>
        <w:t>vn 0.8902 0.1574 -0.4275</w:t>
        <w:br/>
        <w:t>vn -0.0000 -0.9448 -0.3276</w:t>
        <w:br/>
        <w:t>vn -0.0044 -0.9434 -0.3315</w:t>
        <w:br/>
        <w:t>vn -0.0029 -0.9467 -0.3221</w:t>
        <w:br/>
        <w:t>vn -0.2386 0.3014 -0.9232</w:t>
        <w:br/>
        <w:t>vn -0.0011 0.3623 -0.9320</w:t>
        <w:br/>
        <w:t>vn -0.0023 -0.9460 -0.3243</w:t>
        <w:br/>
        <w:t>vn 0.9000 0.1472 -0.4102</w:t>
        <w:br/>
        <w:t>vn 0.0005 -0.9463 -0.3232</w:t>
        <w:br/>
        <w:t>vn -0.0057 0.3458 -0.9383</w:t>
        <w:br/>
        <w:t>vn -0.0037 0.3670 -0.9302</w:t>
        <w:br/>
        <w:t>vn -0.0042 0.3471 -0.9378</w:t>
        <w:br/>
        <w:t>vn 0.0010 -0.9436 -0.3310</w:t>
        <w:br/>
        <w:t>vn -0.0020 0.3881 -0.9216</w:t>
        <w:br/>
        <w:t>vn 0.0000 -0.9448 -0.3277</w:t>
        <w:br/>
        <w:t>vn -0.9144 0.1532 -0.3747</w:t>
        <w:br/>
        <w:t>vn -0.9205 0.1416 -0.3642</w:t>
        <w:br/>
        <w:t>vn -0.9375 0.1203 -0.3264</w:t>
        <w:br/>
        <w:t>vn -0.8900 0.1860 -0.4164</w:t>
        <w:br/>
        <w:t>vn -0.8839 0.1977 -0.4238</w:t>
        <w:br/>
        <w:t>vn -0.8178 0.4863 -0.3078</w:t>
        <w:br/>
        <w:t>vn -0.8745 0.0998 -0.4747</w:t>
        <w:br/>
        <w:t>vn -0.6779 0.7352 -0.0018</w:t>
        <w:br/>
        <w:t>vn -0.5008 0.8654 0.0199</w:t>
        <w:br/>
        <w:t>vn -0.8707 -0.1253 -0.4756</w:t>
        <w:br/>
        <w:t>vn -0.8286 0.5593 -0.0233</w:t>
        <w:br/>
        <w:t>vn 0.0041 0.1736 -0.9848</w:t>
        <w:br/>
        <w:t>vn 0.0060 0.1702 -0.9854</w:t>
        <w:br/>
        <w:t>vn 0.0037 0.1687 -0.9857</w:t>
        <w:br/>
        <w:t>vn -0.9663 0.2512 -0.0563</w:t>
        <w:br/>
        <w:t>vn 0.0028 0.1756 -0.9845</w:t>
        <w:br/>
        <w:t>vn -0.9887 0.1328 -0.0688</w:t>
        <w:br/>
        <w:t>vn -0.9967 0.0142 -0.0801</w:t>
        <w:br/>
        <w:t>vn -0.0227 -0.9870 -0.1588</w:t>
        <w:br/>
        <w:t>vn -0.0151 -0.9790 -0.2033</w:t>
        <w:br/>
        <w:t>vn -0.0001 -0.9899 -0.1418</w:t>
        <w:br/>
        <w:t>vn 0.0000 -0.9568 -0.2907</w:t>
        <w:br/>
        <w:t>vn -0.9999 -0.0065 0.0088</w:t>
        <w:br/>
        <w:t>vn -1.0000 -0.0025 0.0022</w:t>
        <w:br/>
        <w:t>vn -1.0000 -0.0051 0.0044</w:t>
        <w:br/>
        <w:t>vn 0.0064 0.0698 -0.9975</w:t>
        <w:br/>
        <w:t>vn 0.0039 0.0534 -0.9986</w:t>
        <w:br/>
        <w:t>vn 0.0126 0.0684 -0.9976</w:t>
        <w:br/>
        <w:t>vn -1.0000 -0.0019 0.0002</w:t>
        <w:br/>
        <w:t>vn -0.9551 -0.2962 0.0050</w:t>
        <w:br/>
        <w:t>vn -0.0000 -0.9567 -0.2912</w:t>
        <w:br/>
        <w:t>vn 0.0000 -0.9568 -0.2906</w:t>
        <w:br/>
        <w:t>vn -0.9369 0.0137 -0.3493</w:t>
        <w:br/>
        <w:t>vn -0.9338 0.0074 -0.3576</w:t>
        <w:br/>
        <w:t>vn -0.9347 0.0145 -0.3551</w:t>
        <w:br/>
        <w:t>vn -0.9324 0.0078 -0.3612</w:t>
        <w:br/>
        <w:t>vn -0.8977 0.2233 -0.3798</w:t>
        <w:br/>
        <w:t>vn 0.9052 0.0310 -0.4238</w:t>
        <w:br/>
        <w:t>vn 0.9197 0.0198 -0.3922</w:t>
        <w:br/>
        <w:t>vn 0.8737 0.0389 -0.4849</w:t>
        <w:br/>
        <w:t>vn 0.0004 0.0372 -0.9993</w:t>
        <w:br/>
        <w:t>vn 0.9324 0.0157 -0.3610</w:t>
        <w:br/>
        <w:t>vn 0.8457 0.3644 -0.3900</w:t>
        <w:br/>
        <w:t>vn -0.8098 0.4437 -0.3839</w:t>
        <w:br/>
        <w:t>vn 0.0253 -0.0026 -0.9997</w:t>
        <w:br/>
        <w:t>vn -0.3650 0.8404 -0.4007</w:t>
        <w:br/>
        <w:t>vn 0.0195 -0.0335 -0.9992</w:t>
        <w:br/>
        <w:t>vn -0.3645 0.8386 -0.4049</w:t>
        <w:br/>
        <w:t>vn 0.0398 -0.0371 -0.9985</w:t>
        <w:br/>
        <w:t>vn 0.3472 0.8503 -0.3955</w:t>
        <w:br/>
        <w:t>vn -0.0222 -0.0400 -0.9990</w:t>
        <w:br/>
        <w:t>vn 0.3451 0.8497 -0.3986</w:t>
        <w:br/>
        <w:t>vn -0.0217 -0.0245 -0.9995</w:t>
        <w:br/>
        <w:t>vn -0.6128 -0.7900 0.0200</w:t>
        <w:br/>
        <w:t>vn 0.8476 0.3645 -0.3856</w:t>
        <w:br/>
        <w:t>vn -0.0210 -0.0002 -0.9998</w:t>
        <w:br/>
        <w:t>vn -0.9195 -0.3929 0.0086</w:t>
        <w:br/>
        <w:t>vn -0.0037 0.0028 -1.0000</w:t>
        <w:br/>
        <w:t>vn -1.0000 -0.0020 0.0027</w:t>
        <w:br/>
        <w:t>vn -1.0000 -0.0024 -0.0000</w:t>
        <w:br/>
        <w:t>vn -0.9547 -0.2976 0.0080</w:t>
        <w:br/>
        <w:t>vn 0.0008 0.0113 -0.9999</w:t>
        <w:br/>
        <w:t>vn -0.9200 -0.3918 0.0056</w:t>
        <w:br/>
        <w:t>vn -0.8449 -0.0614 0.5313</w:t>
        <w:br/>
        <w:t>vn -0.8582 -0.0564 0.5102</w:t>
        <w:br/>
        <w:t>vn -0.4587 -0.4795 0.7481</w:t>
        <w:br/>
        <w:t>vn -0.8450 -0.0614 0.5312</w:t>
        <w:br/>
        <w:t>vn -0.1616 -0.8859 0.4348</w:t>
        <w:br/>
        <w:t>vn -0.1774 -0.8853 0.4299</w:t>
        <w:br/>
        <w:t>vn -0.9893 0.1108 0.0946</w:t>
        <w:br/>
        <w:t>vn -0.9887 0.1115 0.1003</w:t>
        <w:br/>
        <w:t>vn -0.2158 -0.7111 0.6691</w:t>
        <w:br/>
        <w:t>vn -0.1777 -0.8853 0.4298</w:t>
        <w:br/>
        <w:t>vn -0.2827 -0.0455 0.9581</w:t>
        <w:br/>
        <w:t>vn -0.9899 0.1101 0.0888</w:t>
        <w:br/>
        <w:t>vn -0.1551 -0.9464 0.2831</w:t>
        <w:br/>
        <w:t>vn -0.1363 -0.9567 0.2571</w:t>
        <w:br/>
        <w:t>vn -0.1409 -0.9278 0.3454</w:t>
        <w:br/>
        <w:t>vn 0.9155 -0.2399 0.3229</w:t>
        <w:br/>
        <w:t>vn 0.9084 -0.2372 0.3443</w:t>
        <w:br/>
        <w:t>vn 0.9084 -0.2372 0.3444</w:t>
        <w:br/>
        <w:t>vn 0.9008 -0.2343 0.3656</w:t>
        <w:br/>
        <w:t>vn -0.1805 -0.8846 0.4301</w:t>
        <w:br/>
        <w:t>vn -0.1795 -0.8842 0.4312</w:t>
        <w:br/>
        <w:t>vn -0.1813 -0.8812 0.4367</w:t>
        <w:br/>
        <w:t>vn 0.9811 -0.1033 0.1634</w:t>
        <w:br/>
        <w:t>vn 0.9850 -0.1207 0.1231</w:t>
        <w:br/>
        <w:t>vn -0.0667 -0.4584 0.8862</w:t>
        <w:br/>
        <w:t>vn -0.0292 0.0269 0.9992</w:t>
        <w:br/>
        <w:t>vn -0.0638 0.1040 0.9925</w:t>
        <w:br/>
        <w:t>vn 0.9753 -0.0857 0.2034</w:t>
        <w:br/>
        <w:t>vn 0.0057 -0.0504 0.9987</w:t>
        <w:br/>
        <w:t>vn -0.0367 -0.9512 0.3063</w:t>
        <w:br/>
        <w:t>vn -0.0867 -0.9654 0.2459</w:t>
        <w:br/>
        <w:t>vn -0.0367 -0.9512 0.3062</w:t>
        <w:br/>
        <w:t>vn -0.0311 -0.8864 0.4619</w:t>
        <w:br/>
        <w:t>vn 0.9971 -0.0753 -0.0114</w:t>
        <w:br/>
        <w:t>vn 0.9961 -0.0134 0.0869</w:t>
        <w:br/>
        <w:t>vn -0.0095 -0.4897 0.8719</w:t>
        <w:br/>
        <w:t>vn -0.0312 -0.8864 0.4619</w:t>
        <w:br/>
        <w:t>vn 0.1190 0.9914 0.0550</w:t>
        <w:br/>
        <w:t>vn 0.1293 0.9898 0.0606</w:t>
        <w:br/>
        <w:t>vn 0.1533 0.9837 0.0941</w:t>
        <w:br/>
        <w:t>vn 0.9846 -0.1362 -0.1095</w:t>
        <w:br/>
        <w:t>vn 0.1018 0.9942 0.0353</w:t>
        <w:br/>
        <w:t>vn 0.0727 0.0431 0.9964</w:t>
        <w:br/>
        <w:t>vn 0.0712 0.0419 0.9966</w:t>
        <w:br/>
        <w:t>vn -0.0570 0.0958 0.9938</w:t>
        <w:br/>
        <w:t>vn 0.0987 0.9942 0.0435</w:t>
        <w:br/>
        <w:t>vn -0.3508 0.0803 0.9330</w:t>
        <w:br/>
        <w:t>vn -0.8592 0.2313 0.4564</w:t>
        <w:br/>
        <w:t>vn -0.7935 0.1697 0.5845</w:t>
        <w:br/>
        <w:t>vn -0.7934 0.1697 0.5845</w:t>
        <w:br/>
        <w:t>vn 0.2690 0.3787 0.8855</w:t>
        <w:br/>
        <w:t>vn 0.1682 0.9380 0.3032</w:t>
        <w:br/>
        <w:t>vn 0.0894 0.0739 0.9932</w:t>
        <w:br/>
        <w:t>vn 0.2691 0.3788 0.8855</w:t>
        <w:br/>
        <w:t>vn -0.1449 -0.9438 0.2970</w:t>
        <w:br/>
        <w:t>vn 0.0694 0.0451 0.9966</w:t>
        <w:br/>
        <w:t>vn -0.1866 -0.9359 0.2988</w:t>
        <w:br/>
        <w:t>vn 0.0691 0.0442 0.9966</w:t>
        <w:br/>
        <w:t>vn -0.9807 0.0783 0.1792</w:t>
        <w:br/>
        <w:t>vn -0.9807 0.0783 0.1791</w:t>
        <w:br/>
        <w:t>vn 0.2550 0.0559 0.9653</w:t>
        <w:br/>
        <w:t>vn 0.5043 0.0932 0.8585</w:t>
        <w:br/>
        <w:t>vn -0.9807 0.0784 0.1793</w:t>
        <w:br/>
        <w:t>vn 0.0020 0.9798 -0.1997</w:t>
        <w:br/>
        <w:t>vn 0.0287 0.9987 -0.0420</w:t>
        <w:br/>
        <w:t>vn 0.0433 0.9989 0.0182</w:t>
        <w:br/>
        <w:t>vn 0.0631 0.9899 0.1270</w:t>
        <w:br/>
        <w:t>vn 0.0716 0.9880 0.1372</w:t>
        <w:br/>
        <w:t>vn 0.9001 -0.0622 -0.4313</w:t>
        <w:br/>
        <w:t>vn 0.8509 -0.1831 -0.4925</w:t>
        <w:br/>
        <w:t>vn 0.6892 -0.0062 -0.7246</w:t>
        <w:br/>
        <w:t>vn 0.6445 0.2619 -0.7183</w:t>
        <w:br/>
        <w:t>vn 0.1836 0.3107 -0.9326</w:t>
        <w:br/>
        <w:t>vn 0.9380 0.2067 -0.2783</w:t>
        <w:br/>
        <w:t>vn 0.6747 0.4272 -0.6019</w:t>
        <w:br/>
        <w:t>vn 0.9254 0.2812 -0.2542</w:t>
        <w:br/>
        <w:t>vn 0.2523 0.4421 -0.8607</w:t>
        <w:br/>
        <w:t>vn 0.7148 0.4837 -0.5051</w:t>
        <w:br/>
        <w:t>vn 0.9239 0.3290 -0.1954</w:t>
        <w:br/>
        <w:t>vn 0.3282 0.5159 -0.7913</w:t>
        <w:br/>
        <w:t>vn -0.8744 0.2154 -0.4347</w:t>
        <w:br/>
        <w:t>vn -0.8458 0.4149 -0.3354</w:t>
        <w:br/>
        <w:t>vn -0.8419 0.4237 -0.3341</w:t>
        <w:br/>
        <w:t>vn -0.8161 0.4380 -0.3771</w:t>
        <w:br/>
        <w:t>vn -0.8850 0.1986 -0.4212</w:t>
        <w:br/>
        <w:t>vn -0.8258 0.4244 -0.3713</w:t>
        <w:br/>
        <w:t>vn -0.7936 0.3760 -0.4783</w:t>
        <w:br/>
        <w:t>vn 0.4444 0.6417 -0.6250</w:t>
        <w:br/>
        <w:t>vn -0.7916 0.3781 -0.4801</w:t>
        <w:br/>
        <w:t>vn 0.7487 0.5622 -0.3512</w:t>
        <w:br/>
        <w:t>vn 0.9340 0.3355 -0.1233</w:t>
        <w:br/>
        <w:t>vn -0.7492 0.5425 -0.3800</w:t>
        <w:br/>
        <w:t>vn 0.4908 0.7560 -0.4331</w:t>
        <w:br/>
        <w:t>vn -0.7390 0.5497 -0.3895</w:t>
        <w:br/>
        <w:t>vn -0.7385 0.6237 -0.2562</w:t>
        <w:br/>
        <w:t>vn 0.7710 0.5974 -0.2207</w:t>
        <w:br/>
        <w:t>vn 0.9428 0.3289 -0.0542</w:t>
        <w:br/>
        <w:t>vn -0.7453 0.6401 -0.1866</w:t>
        <w:br/>
        <w:t>vn 0.5076 0.8279 -0.2387</w:t>
        <w:br/>
        <w:t>vn -0.7628 0.6465 -0.0107</w:t>
        <w:br/>
        <w:t>vn 0.7750 0.6281 -0.0700</w:t>
        <w:br/>
        <w:t>vn 0.9493 0.3136 0.0216</w:t>
        <w:br/>
        <w:t>vn -0.7640 0.6451 -0.0111</w:t>
        <w:br/>
        <w:t>vn 0.4790 0.8778 -0.0014</w:t>
        <w:br/>
        <w:t>vn 0.7082 0.6989 0.0997</w:t>
        <w:br/>
        <w:t>vn -0.7754 0.6131 0.1509</w:t>
        <w:br/>
        <w:t>vn 0.4259 0.8723 0.2403</w:t>
        <w:br/>
        <w:t>vn -0.7861 0.5828 0.2059</w:t>
        <w:br/>
        <w:t>vn 0.6955 0.6659 0.2699</w:t>
        <w:br/>
        <w:t>vn 0.9546 0.2883 0.0745</w:t>
        <w:br/>
        <w:t>vn -0.7931 0.5284 0.3029</w:t>
        <w:br/>
        <w:t>vn 0.3873 0.8299 0.4015</w:t>
        <w:br/>
        <w:t>vn -0.7937 0.5266 0.3045</w:t>
        <w:br/>
        <w:t>vn -0.8032 0.4619 0.3762</w:t>
        <w:br/>
        <w:t>vn 0.7270 0.5752 0.3751</w:t>
        <w:br/>
        <w:t>vn -0.8086 0.4269 0.4049</w:t>
        <w:br/>
        <w:t>vn 0.3582 0.7775 0.5168</w:t>
        <w:br/>
        <w:t>vn -0.8173 0.3303 0.4721</w:t>
        <w:br/>
        <w:t>vn 0.9594 0.2599 0.1096</w:t>
        <w:br/>
        <w:t>vn -0.8125 0.3344 0.4775</w:t>
        <w:br/>
        <w:t>vn 0.3160 0.6297 0.7097</w:t>
        <w:br/>
        <w:t>vn 0.7150 0.4486 0.5361</w:t>
        <w:br/>
        <w:t>vn 0.9697 0.1733 0.1721</w:t>
        <w:br/>
        <w:t>vn -0.8280 0.2054 0.5218</w:t>
        <w:br/>
        <w:t>vn 0.2355 0.3402 0.9104</w:t>
        <w:br/>
        <w:t>vn -0.8375 0.1422 0.5276</w:t>
        <w:br/>
        <w:t>vn 0.9680 0.0684 0.2413</w:t>
        <w:br/>
        <w:t>vn 0.2048 0.1896 0.9603</w:t>
        <w:br/>
        <w:t>vn 0.9734 -0.0225 0.2282</w:t>
        <w:br/>
        <w:t>vn -0.8361 0.0854 0.5420</w:t>
        <w:br/>
        <w:t>vn 0.1862 0.0549 0.9810</w:t>
        <w:br/>
        <w:t>vn -0.8412 0.0832 0.5343</w:t>
        <w:br/>
        <w:t>vn 0.9616 -0.0872 0.2604</w:t>
        <w:br/>
        <w:t>vn 0.1904 0.1009 0.9765</w:t>
        <w:br/>
        <w:t>vn 0.9747 -0.1050 0.1971</w:t>
        <w:br/>
        <w:t>vn 0.1897 0.1481 0.9706</w:t>
        <w:br/>
        <w:t>vn 0.1809 0.1884 0.9653</w:t>
        <w:br/>
        <w:t>vn 0.9459 -0.2084 -0.2487</w:t>
        <w:br/>
        <w:t>vn 0.9577 -0.1879 -0.2179</w:t>
        <w:br/>
        <w:t>vn 0.9468 -0.2017 -0.2509</w:t>
        <w:br/>
        <w:t>vn 0.9700 -0.0761 -0.2308</w:t>
        <w:br/>
        <w:t>vn 0.1491 0.2134 -0.9655</w:t>
        <w:br/>
        <w:t>vn 0.1547 0.2422 -0.9578</w:t>
        <w:br/>
        <w:t>vn 0.2204 0.3785 -0.8990</w:t>
        <w:br/>
        <w:t>vn 0.9729 0.0584 -0.2238</w:t>
        <w:br/>
        <w:t>vn 0.7206 0.4295 -0.5443</w:t>
        <w:br/>
        <w:t>vn 0.9582 0.1943 -0.2100</w:t>
        <w:br/>
        <w:t>vn 0.2836 0.5058 -0.8147</w:t>
        <w:br/>
        <w:t>vn 0.7407 0.4626 -0.4872</w:t>
        <w:br/>
        <w:t>vn 0.9622 0.2203 -0.1601</w:t>
        <w:br/>
        <w:t>vn 0.3380 0.5808 -0.7406</w:t>
        <w:br/>
        <w:t>vn -0.8595 0.3383 -0.3832</w:t>
        <w:br/>
        <w:t>vn -0.7882 0.5002 -0.3587</w:t>
        <w:br/>
        <w:t>vn -0.7602 0.5356 -0.3677</w:t>
        <w:br/>
        <w:t>vn -0.7194 0.5711 -0.3954</w:t>
        <w:br/>
        <w:t>vn -0.9110 0.2571 -0.3225</w:t>
        <w:br/>
        <w:t>vn -0.7391 0.4852 -0.4673</w:t>
        <w:br/>
        <w:t>vn -0.7680 0.4574 -0.4483</w:t>
        <w:br/>
        <w:t>vn 0.4029 0.6705 -0.6230</w:t>
        <w:br/>
        <w:t>vn -0.7680 0.4600 -0.4456</w:t>
        <w:br/>
        <w:t>vn -0.7756 0.5400 -0.3269</w:t>
        <w:br/>
        <w:t>vn 0.7720 0.5305 -0.3502</w:t>
        <w:br/>
        <w:t>vn 0.9663 0.2302 -0.1149</w:t>
        <w:br/>
        <w:t>vn -0.7975 0.5409 -0.2674</w:t>
        <w:br/>
        <w:t>vn 0.4587 0.7756 -0.4336</w:t>
        <w:br/>
        <w:t>vn -0.8122 0.5598 -0.1646</w:t>
        <w:br/>
        <w:t>vn 0.7891 0.5710 -0.2264</w:t>
        <w:br/>
        <w:t>vn 0.9709 0.2287 -0.0715</w:t>
        <w:br/>
        <w:t>vn -0.8366 0.5363 -0.1117</w:t>
        <w:br/>
        <w:t>vn 0.4721 0.8465 -0.2461</w:t>
        <w:br/>
        <w:t>vn -0.8461 0.5325 -0.0232</w:t>
        <w:br/>
        <w:t>vn 0.7941 0.5989 -0.1037</w:t>
        <w:br/>
        <w:t>vn 0.9754 0.2191 -0.0242</w:t>
        <w:br/>
        <w:t>vn -0.8566 0.5156 0.0178</w:t>
        <w:br/>
        <w:t>vn 0.4559 0.8885 -0.0518</w:t>
        <w:br/>
        <w:t>vn -0.8595 0.5038 0.0866</w:t>
        <w:br/>
        <w:t>vn 0.7283 0.6845 0.0313</w:t>
        <w:br/>
        <w:t>vn -0.8610 0.4955 0.1149</w:t>
        <w:br/>
        <w:t>vn 0.4370 0.8899 0.1311</w:t>
        <w:br/>
        <w:t>vn -0.8635 0.4733 0.1742</w:t>
        <w:br/>
        <w:t>vn 0.7891 0.5980 0.1401</w:t>
        <w:br/>
        <w:t>vn 0.9775 0.2100 0.0221</w:t>
        <w:br/>
        <w:t>vn -0.8599 0.4654 0.2096</w:t>
        <w:br/>
        <w:t>vn 0.4424 0.8441 0.3029</w:t>
        <w:br/>
        <w:t>vn -0.8604 0.4253 0.2808</w:t>
        <w:br/>
        <w:t>vn 0.7925 0.5529 0.2575</w:t>
        <w:br/>
        <w:t>vn 0.9791 0.1949 0.0576</w:t>
        <w:br/>
        <w:t>vn -0.8443 0.4150 0.3391</w:t>
        <w:br/>
        <w:t>vn 0.4269 0.7551 0.4976</w:t>
        <w:br/>
        <w:t>vn -0.8317 0.3771 0.4076</w:t>
        <w:br/>
        <w:t>vn 0.7170 0.5186 0.4658</w:t>
        <w:br/>
        <w:t>vn 0.9845 0.1458 0.0978</w:t>
        <w:br/>
        <w:t>vn -0.8109 0.3750 0.4492</w:t>
        <w:br/>
        <w:t>vn 0.3648 0.6331 0.6827</w:t>
        <w:br/>
        <w:t>vn -0.8091 0.3190 0.4935</w:t>
        <w:br/>
        <w:t>vn 0.9851 0.0955 0.1431</w:t>
        <w:br/>
        <w:t>vn -0.8154 0.2837 0.5046</w:t>
        <w:br/>
        <w:t>vn 0.2765 0.5063 0.8168</w:t>
        <w:br/>
        <w:t>vn 0.2184 0.4274 0.8773</w:t>
        <w:br/>
        <w:t>vn -0.8223 0.2433 0.5145</w:t>
        <w:br/>
        <w:t>vn 0.9870 0.0468 0.1537</w:t>
        <w:br/>
        <w:t>vn -0.8375 0.2448 0.4885</w:t>
        <w:br/>
        <w:t>vn 0.1853 0.2641 0.9465</w:t>
        <w:br/>
        <w:t>vn 0.9842 0.0107 0.1768</w:t>
        <w:br/>
        <w:t>vn 0.1714 0.2532 0.9521</w:t>
        <w:br/>
        <w:t>vn 0.9880 -0.0070 0.1543</w:t>
        <w:br/>
        <w:t>vn 0.1666 0.2160 0.9621</w:t>
        <w:br/>
        <w:t>vn 0.1637 0.2318 0.9589</w:t>
        <w:br/>
        <w:t>vn 0.9761 -0.0784 0.2026</w:t>
        <w:br/>
        <w:t>vn 0.9728 -0.0735 0.2198</w:t>
        <w:br/>
        <w:t>vn 0.9691 -0.0685 0.2370</w:t>
        <w:br/>
        <w:t>vn -0.0208 0.0298 0.9993</w:t>
        <w:br/>
        <w:t>vn -0.4737 0.0509 0.8792</w:t>
        <w:br/>
        <w:t>vn -0.0671 0.1046 0.9922</w:t>
        <w:br/>
        <w:t>vn 0.0174 -0.8492 0.5278</w:t>
        <w:br/>
        <w:t>vn -0.0262 -0.8484 0.5288</w:t>
        <w:br/>
        <w:t>vn 0.1001 -0.8031 0.5874</w:t>
        <w:br/>
        <w:t>vn -0.0975 -0.8618 0.4977</w:t>
        <w:br/>
        <w:t>vn 0.9875 -0.0805 -0.1353</w:t>
        <w:br/>
        <w:t>vn 0.9875 -0.0805 -0.1352</w:t>
        <w:br/>
        <w:t>vn 0.9944 -0.0585 -0.0884</w:t>
        <w:br/>
        <w:t>vn -0.0692 -0.7004 0.7104</w:t>
        <w:br/>
        <w:t>vn -0.0691 -0.7004 0.7104</w:t>
        <w:br/>
        <w:t>vn 0.9780 -0.1023 -0.1818</w:t>
        <w:br/>
        <w:t>vn -0.0735 -0.9045 0.4200</w:t>
        <w:br/>
        <w:t>vn -0.1289 -0.9195 0.3713</w:t>
        <w:br/>
        <w:t>vn -0.0895 -0.9143 0.3950</w:t>
        <w:br/>
        <w:t>vn -0.0213 -0.6939 0.7198</w:t>
        <w:br/>
        <w:t>vn 0.0939 0.0599 0.9938</w:t>
        <w:br/>
        <w:t>vn 0.0465 0.1633 0.9855</w:t>
        <w:br/>
        <w:t>vn -0.4737 0.0510 0.8792</w:t>
        <w:br/>
        <w:t>vn -0.7901 0.0629 0.6097</w:t>
        <w:br/>
        <w:t>vn -0.8216 0.0609 0.5667</w:t>
        <w:br/>
        <w:t>vn -0.0525 -0.8192 0.5711</w:t>
        <w:br/>
        <w:t>vn -0.8508 0.0587 0.5222</w:t>
        <w:br/>
        <w:t>vn -0.9742 0.1399 0.1772</w:t>
        <w:br/>
        <w:t>vn -0.9719 0.1423 0.1874</w:t>
        <w:br/>
        <w:t>vn -0.9763 0.1375 0.1669</w:t>
        <w:br/>
        <w:t>vn 0.1401 -0.0442 0.9891</w:t>
        <w:br/>
        <w:t>vn -0.0214 -0.6939 0.7198</w:t>
        <w:br/>
        <w:t>vn -0.0523 -0.9194 0.3897</w:t>
        <w:br/>
        <w:t>vn -0.0366 -0.9344 0.3543</w:t>
        <w:br/>
        <w:t>vn -0.0572 -0.9077 0.4158</w:t>
        <w:br/>
        <w:t>vn -0.0643 -0.8959 0.4396</w:t>
        <w:br/>
        <w:t>vn -0.0626 -0.8995 0.4323</w:t>
        <w:br/>
        <w:t>vn -0.9612 0.1934 0.1969</w:t>
        <w:br/>
        <w:t>vn -0.9611 0.1934 0.1970</w:t>
        <w:br/>
        <w:t>vn -0.9620 0.1941 0.1920</w:t>
        <w:br/>
        <w:t>vn -0.9603 0.1927 0.2019</w:t>
        <w:br/>
        <w:t>vn 0.1734 0.9848 -0.0033</w:t>
        <w:br/>
        <w:t>vn 0.1712 0.9852 -0.0090</w:t>
        <w:br/>
        <w:t>vn 0.1777 0.9841 -0.0046</w:t>
        <w:br/>
        <w:t>vn 0.1713 0.9852 -0.0026</w:t>
        <w:br/>
        <w:t>vn 0.1778 0.9840 0.0082</w:t>
        <w:br/>
        <w:t>vn 0.9822 -0.0783 0.1705</w:t>
        <w:br/>
        <w:t>vn 0.9850 -0.0753 0.1550</w:t>
        <w:br/>
        <w:t>vn 0.9823 -0.0783 0.1705</w:t>
        <w:br/>
        <w:t>vn 0.2395 0.2676 0.9333</w:t>
        <w:br/>
        <w:t>vn 0.2467 0.3071 0.9192</w:t>
        <w:br/>
        <w:t>vn 0.2262 0.2998 0.9268</w:t>
        <w:br/>
        <w:t>vn 0.2114 0.2517 0.9444</w:t>
        <w:br/>
        <w:t>vn 0.9792 -0.0812 0.1859</w:t>
        <w:br/>
        <w:t>vn 0.2055 0.3484 0.9146</w:t>
        <w:br/>
        <w:t>vn 0.1579 0.9862 0.0505</w:t>
        <w:br/>
        <w:t>vn 0.1544 0.9873 0.0363</w:t>
        <w:br/>
        <w:t>vn 0.1579 0.9862 0.0502</w:t>
        <w:br/>
        <w:t>vn 0.1923 0.3304 0.9240</w:t>
        <w:br/>
        <w:t>vn 0.1614 0.9848 0.0645</w:t>
        <w:br/>
        <w:t>vn -0.0605 -0.8993 0.4331</w:t>
        <w:br/>
        <w:t>vn 0.2227 0.3821 0.8969</w:t>
        <w:br/>
        <w:t>vn -0.0513 -0.9041 0.4242</w:t>
        <w:br/>
        <w:t>vn 0.1935 0.3440 0.9188</w:t>
        <w:br/>
        <w:t>vn -0.7690 0.2399 0.5925</w:t>
        <w:br/>
        <w:t>vn -0.7690 0.2398 0.5926</w:t>
        <w:br/>
        <w:t>vn -0.8186 0.2598 0.5123</w:t>
        <w:br/>
        <w:t>vn -0.7123 0.2178 0.6672</w:t>
        <w:br/>
        <w:t>vn 0.1576 0.2761 0.9481</w:t>
        <w:br/>
        <w:t>vn 0.1834 0.2481 0.9512</w:t>
        <w:br/>
        <w:t>vn 0.9615 -0.1963 -0.1922</w:t>
        <w:br/>
        <w:t>vn 0.9615 -0.1963 -0.1924</w:t>
        <w:br/>
        <w:t>vn 0.9618 -0.1965 -0.1904</w:t>
        <w:br/>
        <w:t>vn 0.1684 0.9857 -0.0084</w:t>
        <w:br/>
        <w:t>vn 0.1802 0.9833 -0.0255</w:t>
        <w:br/>
        <w:t>vn 0.1794 0.9836 -0.0200</w:t>
        <w:br/>
        <w:t>vn 0.9612 -0.1960 -0.1942</w:t>
        <w:br/>
        <w:t>vn 0.1629 0.9866 -0.0028</w:t>
        <w:br/>
        <w:t>vn 0.1445 0.9892 0.0259</w:t>
        <w:br/>
        <w:t>vn 0.0004 0.0403 -0.9992</w:t>
        <w:br/>
        <w:t>vn 0.0747 -0.0071 -0.9972</w:t>
        <w:br/>
        <w:t>vn 0.1496 -0.0542 -0.9873</w:t>
        <w:br/>
        <w:t>vn 0.4511 -0.2488 -0.8571</w:t>
        <w:br/>
        <w:t>vn 0.5224 0.8520 0.0340</w:t>
        <w:br/>
        <w:t>vn 0.5226 0.8519 0.0340</w:t>
        <w:br/>
        <w:t>vn 0.5219 0.8523 0.0340</w:t>
        <w:br/>
        <w:t>vn 0.4510 -0.2497 -0.8569</w:t>
        <w:br/>
        <w:t>vn 0.5240 0.8510 0.0341</w:t>
        <w:br/>
        <w:t>vn 0.7030 -0.4164 -0.5765</w:t>
        <w:br/>
        <w:t>vn 0.7564 -0.4513 -0.4736</w:t>
        <w:br/>
        <w:t>vn 0.5243 0.8508 0.0338</w:t>
        <w:br/>
        <w:t>vn 0.5257 0.8500 0.0340</w:t>
        <w:br/>
        <w:t>vn 0.5260 0.8498 0.0335</w:t>
        <w:br/>
        <w:t>vn 0.8264 -0.5028 -0.2533</w:t>
        <w:br/>
        <w:t>vn 0.5269 0.8493 0.0338</w:t>
        <w:br/>
        <w:t>vn 0.8444 -0.5180 -0.1366</w:t>
        <w:br/>
        <w:t>vn 0.5270 0.8492 0.0335</w:t>
        <w:br/>
        <w:t>vn 0.8360 -0.5258 0.1571</w:t>
        <w:br/>
        <w:t>vn 0.5268 0.8493 0.0339</w:t>
        <w:br/>
        <w:t>vn 0.8363 -0.5252 0.1573</w:t>
        <w:br/>
        <w:t>vn 0.5270 0.8492 0.0342</w:t>
        <w:br/>
        <w:t>vn 0.7538 -0.4889 0.4391</w:t>
        <w:br/>
        <w:t>vn 0.5258 0.8499 0.0343</w:t>
        <w:br/>
        <w:t>vn 0.7004 -0.4619 0.5442</w:t>
        <w:br/>
        <w:t>vn 0.5256 0.8501 0.0338</w:t>
        <w:br/>
        <w:t>vn 0.4484 -0.3170 0.8357</w:t>
        <w:br/>
        <w:t>vn 0.5244 0.8508 0.0343</w:t>
        <w:br/>
        <w:t>vn 0.5238 0.8512 0.0339</w:t>
        <w:br/>
        <w:t>vn 0.4482 -0.3179 0.8355</w:t>
        <w:br/>
        <w:t>vn 0.5222 0.8521 0.0341</w:t>
        <w:br/>
        <w:t>vn 0.1479 -0.1338 0.9799</w:t>
        <w:br/>
        <w:t>vn 0.0737 -0.0873 0.9935</w:t>
        <w:br/>
        <w:t>vn 0.5218 0.8524 0.0341</w:t>
        <w:br/>
        <w:t>vn -0.0003 -0.0402 0.9992</w:t>
        <w:br/>
        <w:t>vn -0.8418 0.5395 0.0189</w:t>
        <w:br/>
        <w:t>vn -0.8417 0.5397 0.0189</w:t>
        <w:br/>
        <w:t>vn -0.8418 0.5394 0.0190</w:t>
        <w:br/>
        <w:t>vn -0.8416 0.5397 0.0189</w:t>
        <w:br/>
        <w:t>vn -0.8424 0.5386 0.0189</w:t>
        <w:br/>
        <w:t>vn 0.5219 0.8523 0.0341</w:t>
        <w:br/>
        <w:t>vn -0.8426 0.5381 0.0189</w:t>
        <w:br/>
        <w:t>vn -0.8427 0.5380 0.0189</w:t>
        <w:br/>
        <w:t>vn -0.4835 0.8161 0.3167</w:t>
        <w:br/>
        <w:t>vn -0.5247 0.8365 -0.1579</w:t>
        <w:br/>
        <w:t>vn -0.4656 0.8606 -0.2064</w:t>
        <w:br/>
        <w:t>vn -0.5280 0.7574 0.3841</w:t>
        <w:br/>
        <w:t>vn -0.6631 0.7408 -0.1074</w:t>
        <w:br/>
        <w:t>vn -0.3986 0.4699 0.7876</w:t>
        <w:br/>
        <w:t>vn -0.4302 0.4745 0.7680</w:t>
        <w:br/>
        <w:t>vn -0.2198 0.1446 0.9648</w:t>
        <w:br/>
        <w:t>vn -0.1640 -0.0710 0.9839</w:t>
        <w:br/>
        <w:t>vn -0.6349 0.6826 0.3619</w:t>
        <w:br/>
        <w:t>vn -0.7157 0.6869 0.1266</w:t>
        <w:br/>
        <w:t>vn -0.7069 0.7021 -0.0855</w:t>
        <w:br/>
        <w:t>vn -0.6651 0.6214 0.4141</w:t>
        <w:br/>
        <w:t>vn -0.5151 0.4446 0.7328</w:t>
        <w:br/>
        <w:t>vn -0.5970 0.5594 0.5751</w:t>
        <w:br/>
        <w:t>vn -0.4620 0.4205 0.7809</w:t>
        <w:br/>
        <w:t>vn -0.3108 0.1783 0.9336</w:t>
        <w:br/>
        <w:t>vn -0.1840 0.0496 0.9817</w:t>
        <w:br/>
        <w:t>vn -0.1627 0.0216 0.9864</w:t>
        <w:br/>
        <w:t>vn -0.0853 -0.1374 0.9868</w:t>
        <w:br/>
        <w:t>vn 0.0108 -0.2639 0.9645</w:t>
        <w:br/>
        <w:t>vn 0.1093 -0.5021 0.8579</w:t>
        <w:br/>
        <w:t>vn 0.0343 -0.3417 0.9392</w:t>
        <w:br/>
        <w:t>vn 0.0668 -0.4231 0.9036</w:t>
        <w:br/>
        <w:t>vn 0.1897 -0.6061 0.7724</w:t>
        <w:br/>
        <w:t>vn 0.3431 -0.7930 0.5035</w:t>
        <w:br/>
        <w:t>vn 0.1845 -0.6560 0.7318</w:t>
        <w:br/>
        <w:t>vn 0.2258 -0.7169 0.6596</w:t>
        <w:br/>
        <w:t>vn 0.3544 -0.8598 0.3677</w:t>
        <w:br/>
        <w:t>vn 0.3687 -0.9242 -0.0999</w:t>
        <w:br/>
        <w:t>vn 0.3365 -0.8757 0.3463</w:t>
        <w:br/>
        <w:t>vn 0.3461 -0.8974 0.2737</w:t>
        <w:br/>
        <w:t>vn 0.3607 -0.9307 -0.0614</w:t>
        <w:br/>
        <w:t>vn 0.3616 -0.9323 -0.0001</w:t>
        <w:br/>
        <w:t>vn 0.3677 -0.9245 -0.1004</w:t>
        <w:br/>
        <w:t>vn 0.2359 -0.8424 -0.4845</w:t>
        <w:br/>
        <w:t>vn 0.1579 -0.7939 -0.5871</w:t>
        <w:br/>
        <w:t>vn 0.3025 -0.8547 -0.4218</w:t>
        <w:br/>
        <w:t>vn 0.3135 -0.8274 -0.4659</w:t>
        <w:br/>
        <w:t>vn 0.1438 -0.5293 -0.8361</w:t>
        <w:br/>
        <w:t>vn 0.1067 -0.5796 -0.8079</w:t>
        <w:br/>
        <w:t>vn 0.0003 -0.5523 -0.8337</w:t>
        <w:br/>
        <w:t>vn -0.0446 -0.5207 -0.8526</w:t>
        <w:br/>
        <w:t>vn -0.1403 -0.1492 -0.9788</w:t>
        <w:br/>
        <w:t>vn -0.0791 -0.2118 -0.9741</w:t>
        <w:br/>
        <w:t>vn -0.2800 0.0628 -0.9579</w:t>
        <w:br/>
        <w:t>vn -0.1446 -0.1917 -0.9707</w:t>
        <w:br/>
        <w:t>vn -0.1124 -0.2775 -0.9541</w:t>
        <w:br/>
        <w:t>vn -0.2618 0.1680 -0.9504</w:t>
        <w:br/>
        <w:t>vn -0.3221 0.3095 -0.8947</w:t>
        <w:br/>
        <w:t>vn -0.4219 0.6522 -0.6298</w:t>
        <w:br/>
        <w:t>vn -0.3953 0.3121 -0.8639</w:t>
        <w:br/>
        <w:t>vn -0.4646 0.3005 -0.8330</w:t>
        <w:br/>
        <w:t>vn -0.4952 0.6509 -0.5755</w:t>
        <w:br/>
        <w:t>vn -0.5939 0.5335 -0.6022</w:t>
        <w:br/>
        <w:t>vn -0.5649 0.3495 -0.7475</w:t>
        <w:br/>
        <w:t>vn -0.6230 0.5428 -0.5633</w:t>
        <w:br/>
        <w:t>vn -0.6978 0.6386 -0.3243</w:t>
        <w:br/>
        <w:t>vn 0.6549 -0.5180 0.5502</w:t>
        <w:br/>
        <w:t>vn 0.8450 -0.0614 0.5313</w:t>
        <w:br/>
        <w:t>vn 0.8582 -0.0564 0.5102</w:t>
        <w:br/>
        <w:t>vn 0.4587 -0.4794 0.7482</w:t>
        <w:br/>
        <w:t>vn 0.8450 -0.0614 0.5312</w:t>
        <w:br/>
        <w:t>vn 0.1618 -0.8858 0.4349</w:t>
        <w:br/>
        <w:t>vn 0.1614 -0.8859 0.4349</w:t>
        <w:br/>
        <w:t>vn 0.1777 -0.8852 0.4299</w:t>
        <w:br/>
        <w:t>vn 0.9887 0.1115 0.1003</w:t>
        <w:br/>
        <w:t>vn 0.9893 0.1108 0.0946</w:t>
        <w:br/>
        <w:t>vn 0.2159 -0.7111 0.6691</w:t>
        <w:br/>
        <w:t>vn 0.2827 -0.0455 0.9581</w:t>
        <w:br/>
        <w:t>vn 0.9899 0.1101 0.0888</w:t>
        <w:br/>
        <w:t>vn 0.1551 -0.9465 0.2832</w:t>
        <w:br/>
        <w:t>vn 0.1408 -0.9279 0.3453</w:t>
        <w:br/>
        <w:t>vn 0.1363 -0.9567 0.2571</w:t>
        <w:br/>
        <w:t>vn -0.9084 -0.2372 0.3443</w:t>
        <w:br/>
        <w:t>vn -0.9155 -0.2399 0.3229</w:t>
        <w:br/>
        <w:t>vn -0.9084 -0.2372 0.3444</w:t>
        <w:br/>
        <w:t>vn -0.9008 -0.2343 0.3656</w:t>
        <w:br/>
        <w:t>vn 0.1798 -0.8841 0.4313</w:t>
        <w:br/>
        <w:t>vn 0.1807 -0.8844 0.4303</w:t>
        <w:br/>
        <w:t>vn 0.1817 -0.8811 0.4367</w:t>
        <w:br/>
        <w:t>vn -0.9811 -0.1033 0.1634</w:t>
        <w:br/>
        <w:t>vn -0.9850 -0.1207 0.1230</w:t>
        <w:br/>
        <w:t>vn 0.0292 0.0269 0.9992</w:t>
        <w:br/>
        <w:t>vn 0.0667 -0.4584 0.8862</w:t>
        <w:br/>
        <w:t>vn 0.0638 0.1040 0.9925</w:t>
        <w:br/>
        <w:t>vn -0.9753 -0.0857 0.2034</w:t>
        <w:br/>
        <w:t>vn -0.0057 -0.0504 0.9987</w:t>
        <w:br/>
        <w:t>vn 0.0367 -0.9512 0.3063</w:t>
        <w:br/>
        <w:t>vn 0.0366 -0.9512 0.3063</w:t>
        <w:br/>
        <w:t>vn 0.0868 -0.9654 0.2458</w:t>
        <w:br/>
        <w:t>vn 0.0312 -0.8864 0.4619</w:t>
        <w:br/>
        <w:t>vn -0.9971 -0.0753 -0.0114</w:t>
        <w:br/>
        <w:t>vn -0.9961 -0.0134 0.0869</w:t>
        <w:br/>
        <w:t>vn 0.0094 -0.4896 0.8719</w:t>
        <w:br/>
        <w:t>vn 0.0667 -0.4584 0.8863</w:t>
        <w:br/>
        <w:t>vn 0.0311 -0.8864 0.4619</w:t>
        <w:br/>
        <w:t>vn -0.1293 0.9898 0.0606</w:t>
        <w:br/>
        <w:t>vn -0.1191 0.9914 0.0550</w:t>
        <w:br/>
        <w:t>vn -0.1536 0.9836 0.0943</w:t>
        <w:br/>
        <w:t>vn -0.9846 -0.1362 -0.1095</w:t>
        <w:br/>
        <w:t>vn -0.1017 0.9942 0.0353</w:t>
        <w:br/>
        <w:t>vn -0.0712 0.0419 0.9966</w:t>
        <w:br/>
        <w:t>vn -0.0727 0.0431 0.9964</w:t>
        <w:br/>
        <w:t>vn 0.0570 0.0959 0.9938</w:t>
        <w:br/>
        <w:t>vn 0.0095 -0.4897 0.8719</w:t>
        <w:br/>
        <w:t>vn -0.0987 0.9942 0.0437</w:t>
        <w:br/>
        <w:t>vn 0.3508 0.0803 0.9330</w:t>
        <w:br/>
        <w:t>vn 0.7935 0.1697 0.5845</w:t>
        <w:br/>
        <w:t>vn 0.8592 0.2313 0.4564</w:t>
        <w:br/>
        <w:t>vn 0.7934 0.1697 0.5845</w:t>
        <w:br/>
        <w:t>vn -0.2691 0.3789 0.8855</w:t>
        <w:br/>
        <w:t>vn -0.1682 0.9379 0.3033</w:t>
        <w:br/>
        <w:t>vn -0.0894 0.0739 0.9932</w:t>
        <w:br/>
        <w:t>vn -0.2691 0.3788 0.8855</w:t>
        <w:br/>
        <w:t>vn 0.1449 -0.9438 0.2969</w:t>
        <w:br/>
        <w:t>vn -0.0691 0.0453 0.9966</w:t>
        <w:br/>
        <w:t>vn 0.1864 -0.9359 0.2988</w:t>
        <w:br/>
        <w:t>vn -0.0694 0.0439 0.9966</w:t>
        <w:br/>
        <w:t>vn 0.9807 0.0783 0.1792</w:t>
        <w:br/>
        <w:t>vn 0.9807 0.0783 0.1791</w:t>
        <w:br/>
        <w:t>vn -0.2550 0.0559 0.9653</w:t>
        <w:br/>
        <w:t>vn -0.5043 0.0932 0.8585</w:t>
        <w:br/>
        <w:t>vn 0.9807 0.0784 0.1793</w:t>
        <w:br/>
        <w:t>vn -0.0018 0.9798 -0.2001</w:t>
        <w:br/>
        <w:t>vn -0.0433 0.9989 0.0182</w:t>
        <w:br/>
        <w:t>vn -0.0287 0.9987 -0.0421</w:t>
        <w:br/>
        <w:t>vn -0.0632 0.9899 0.1270</w:t>
        <w:br/>
        <w:t>vn -0.0716 0.9880 0.1372</w:t>
        <w:br/>
        <w:t>vn -0.8509 -0.1831 -0.4924</w:t>
        <w:br/>
        <w:t>vn -0.9001 -0.0622 -0.4313</w:t>
        <w:br/>
        <w:t>vn -0.6892 -0.0062 -0.7245</w:t>
        <w:br/>
        <w:t>vn -0.6445 0.2619 -0.7183</w:t>
        <w:br/>
        <w:t>vn -0.9380 0.2067 -0.2782</w:t>
        <w:br/>
        <w:t>vn -0.1836 0.3107 -0.9326</w:t>
        <w:br/>
        <w:t>vn -0.2523 0.4422 -0.8607</w:t>
        <w:br/>
        <w:t>vn -0.6747 0.4272 -0.6019</w:t>
        <w:br/>
        <w:t>vn -0.9253 0.2812 -0.2543</w:t>
        <w:br/>
        <w:t>vn 0.8458 0.4148 -0.3354</w:t>
        <w:br/>
        <w:t>vn 0.8745 0.2153 -0.4346</w:t>
        <w:br/>
        <w:t>vn 0.8419 0.4237 -0.3341</w:t>
        <w:br/>
        <w:t>vn 0.8850 0.1986 -0.4212</w:t>
        <w:br/>
        <w:t>vn 0.8161 0.4380 -0.3771</w:t>
        <w:br/>
        <w:t>vn -0.3282 0.5159 -0.7913</w:t>
        <w:br/>
        <w:t>vn 0.8258 0.4244 -0.3714</w:t>
        <w:br/>
        <w:t>vn 0.7936 0.3760 -0.4783</w:t>
        <w:br/>
        <w:t>vn -0.7148 0.4837 -0.5051</w:t>
        <w:br/>
        <w:t>vn -0.9239 0.3290 -0.1953</w:t>
        <w:br/>
        <w:t>vn 0.7916 0.3781 -0.4801</w:t>
        <w:br/>
        <w:t>vn -0.4444 0.6418 -0.6250</w:t>
        <w:br/>
        <w:t>vn -0.7487 0.5622 -0.3512</w:t>
        <w:br/>
        <w:t>vn -0.9340 0.3354 -0.1233</w:t>
        <w:br/>
        <w:t>vn 0.7492 0.5425 -0.3800</w:t>
        <w:br/>
        <w:t>vn -0.4908 0.7560 -0.4331</w:t>
        <w:br/>
        <w:t>vn 0.7390 0.5496 -0.3896</w:t>
        <w:br/>
        <w:t>vn 0.7386 0.6236 -0.2562</w:t>
        <w:br/>
        <w:t>vn -0.7710 0.5974 -0.2207</w:t>
        <w:br/>
        <w:t>vn -0.9428 0.3288 -0.0542</w:t>
        <w:br/>
        <w:t>vn 0.7453 0.6401 -0.1866</w:t>
        <w:br/>
        <w:t>vn -0.5076 0.8279 -0.2387</w:t>
        <w:br/>
        <w:t>vn 0.7629 0.6464 -0.0107</w:t>
        <w:br/>
        <w:t>vn -0.7750 0.6281 -0.0700</w:t>
        <w:br/>
        <w:t>vn -0.9493 0.3135 0.0214</w:t>
        <w:br/>
        <w:t>vn 0.7641 0.6450 -0.0111</w:t>
        <w:br/>
        <w:t>vn -0.4790 0.8778 -0.0014</w:t>
        <w:br/>
        <w:t>vn -0.7082 0.6989 0.0997</w:t>
        <w:br/>
        <w:t>vn 0.7754 0.6131 0.1509</w:t>
        <w:br/>
        <w:t>vn -0.4259 0.8723 0.2403</w:t>
        <w:br/>
        <w:t>vn 0.7861 0.5828 0.2059</w:t>
        <w:br/>
        <w:t>vn -0.6955 0.6659 0.2699</w:t>
        <w:br/>
        <w:t>vn -0.9546 0.2884 0.0744</w:t>
        <w:br/>
        <w:t>vn 0.7931 0.5284 0.3030</w:t>
        <w:br/>
        <w:t>vn -0.3873 0.8299 0.4015</w:t>
        <w:br/>
        <w:t>vn 0.7936 0.5267 0.3046</w:t>
        <w:br/>
        <w:t>vn 0.8032 0.4618 0.3762</w:t>
        <w:br/>
        <w:t>vn 0.8086 0.4269 0.4049</w:t>
        <w:br/>
        <w:t>vn -0.3582 0.7776 0.5168</w:t>
        <w:br/>
        <w:t>vn 0.8173 0.3303 0.4721</w:t>
        <w:br/>
        <w:t>vn -0.7270 0.5752 0.3751</w:t>
        <w:br/>
        <w:t>vn -0.9594 0.2599 0.1096</w:t>
        <w:br/>
        <w:t>vn 0.8125 0.3344 0.4775</w:t>
        <w:br/>
        <w:t>vn -0.3160 0.6297 0.7097</w:t>
        <w:br/>
        <w:t>vn -0.7150 0.4487 0.5362</w:t>
        <w:br/>
        <w:t>vn -0.9697 0.1734 0.1721</w:t>
        <w:br/>
        <w:t>vn 0.8280 0.2054 0.5218</w:t>
        <w:br/>
        <w:t>vn -0.2355 0.3402 0.9104</w:t>
        <w:br/>
        <w:t>vn 0.8375 0.1422 0.5276</w:t>
        <w:br/>
        <w:t>vn -0.9680 0.0684 0.2413</w:t>
        <w:br/>
        <w:t>vn -0.2048 0.1896 0.9603</w:t>
        <w:br/>
        <w:t>vn -0.9733 -0.0225 0.2282</w:t>
        <w:br/>
        <w:t>vn 0.8361 0.0854 0.5420</w:t>
        <w:br/>
        <w:t>vn -0.1862 0.0549 0.9810</w:t>
        <w:br/>
        <w:t>vn 0.8412 0.0832 0.5343</w:t>
        <w:br/>
        <w:t>vn -0.9616 -0.0872 0.2604</w:t>
        <w:br/>
        <w:t>vn -0.1904 0.1009 0.9765</w:t>
        <w:br/>
        <w:t>vn -0.9747 -0.1050 0.1971</w:t>
        <w:br/>
        <w:t>vn -0.1898 0.1481 0.9706</w:t>
        <w:br/>
        <w:t>vn -0.1809 0.1884 0.9653</w:t>
        <w:br/>
        <w:t>vn -0.9468 -0.2017 -0.2509</w:t>
        <w:br/>
        <w:t>vn -0.9577 -0.1879 -0.2179</w:t>
        <w:br/>
        <w:t>vn -0.9459 -0.2081 -0.2489</w:t>
        <w:br/>
        <w:t>vn -0.9700 -0.0761 -0.2308</w:t>
        <w:br/>
        <w:t>vn -0.2204 0.3785 -0.8990</w:t>
        <w:br/>
        <w:t>vn -0.1546 0.2422 -0.9578</w:t>
        <w:br/>
        <w:t>vn -0.1491 0.2134 -0.9655</w:t>
        <w:br/>
        <w:t>vn -0.9729 0.0584 -0.2238</w:t>
        <w:br/>
        <w:t>vn -0.2828 0.5062 -0.8147</w:t>
        <w:br/>
        <w:t>vn -0.7207 0.4295 -0.5443</w:t>
        <w:br/>
        <w:t>vn -0.9582 0.1942 -0.2100</w:t>
        <w:br/>
        <w:t>vn 0.7882 0.5001 -0.3587</w:t>
        <w:br/>
        <w:t>vn 0.8595 0.3383 -0.3832</w:t>
        <w:br/>
        <w:t>vn 0.7602 0.5356 -0.3677</w:t>
        <w:br/>
        <w:t>vn 0.9110 0.2571 -0.3225</w:t>
        <w:br/>
        <w:t>vn 0.7194 0.5711 -0.3954</w:t>
        <w:br/>
        <w:t>vn -0.3380 0.5808 -0.7406</w:t>
        <w:br/>
        <w:t>vn 0.7391 0.4851 -0.4673</w:t>
        <w:br/>
        <w:t>vn -0.7407 0.4626 -0.4872</w:t>
        <w:br/>
        <w:t>vn -0.9622 0.2203 -0.1602</w:t>
        <w:br/>
        <w:t>vn 0.7681 0.4571 -0.4485</w:t>
        <w:br/>
        <w:t>vn -0.4029 0.6705 -0.6230</w:t>
        <w:br/>
        <w:t>vn 0.7680 0.4600 -0.4456</w:t>
        <w:br/>
        <w:t>vn 0.7756 0.5400 -0.3269</w:t>
        <w:br/>
        <w:t>vn -0.7719 0.5305 -0.3503</w:t>
        <w:br/>
        <w:t>vn -0.9663 0.2303 -0.1149</w:t>
        <w:br/>
        <w:t>vn 0.7974 0.5409 -0.2674</w:t>
        <w:br/>
        <w:t>vn -0.4587 0.7756 -0.4336</w:t>
        <w:br/>
        <w:t>vn 0.8122 0.5597 -0.1646</w:t>
        <w:br/>
        <w:t>vn -0.7891 0.5710 -0.2264</w:t>
        <w:br/>
        <w:t>vn -0.9709 0.2287 -0.0715</w:t>
        <w:br/>
        <w:t>vn 0.8366 0.5363 -0.1117</w:t>
        <w:br/>
        <w:t>vn -0.4721 0.8465 -0.2461</w:t>
        <w:br/>
        <w:t>vn 0.8461 0.5326 -0.0232</w:t>
        <w:br/>
        <w:t>vn -0.7941 0.5988 -0.1037</w:t>
        <w:br/>
        <w:t>vn -0.9754 0.2191 -0.0242</w:t>
        <w:br/>
        <w:t>vn 0.8566 0.5157 0.0178</w:t>
        <w:br/>
        <w:t>vn -0.4559 0.8885 -0.0518</w:t>
        <w:br/>
        <w:t>vn 0.8594 0.5038 0.0866</w:t>
        <w:br/>
        <w:t>vn -0.7283 0.6845 0.0313</w:t>
        <w:br/>
        <w:t>vn 0.8610 0.4955 0.1149</w:t>
        <w:br/>
        <w:t>vn -0.4369 0.8899 0.1310</w:t>
        <w:br/>
        <w:t>vn 0.8635 0.4733 0.1742</w:t>
        <w:br/>
        <w:t>vn -0.7891 0.5980 0.1401</w:t>
        <w:br/>
        <w:t>vn -0.9775 0.2100 0.0221</w:t>
        <w:br/>
        <w:t>vn 0.8599 0.4654 0.2096</w:t>
        <w:br/>
        <w:t>vn -0.4424 0.8441 0.3029</w:t>
        <w:br/>
        <w:t>vn 0.8604 0.4252 0.2808</w:t>
        <w:br/>
        <w:t>vn -0.7925 0.5529 0.2575</w:t>
        <w:br/>
        <w:t>vn -0.9792 0.1948 0.0576</w:t>
        <w:br/>
        <w:t>vn 0.8443 0.4150 0.3391</w:t>
        <w:br/>
        <w:t>vn -0.4269 0.7551 0.4976</w:t>
        <w:br/>
        <w:t>vn 0.8316 0.3771 0.4076</w:t>
        <w:br/>
        <w:t>vn -0.7170 0.5186 0.4658</w:t>
        <w:br/>
        <w:t>vn -0.9845 0.1459 0.0978</w:t>
        <w:br/>
        <w:t>vn 0.8109 0.3750 0.4492</w:t>
        <w:br/>
        <w:t>vn -0.3648 0.6331 0.6827</w:t>
        <w:br/>
        <w:t>vn 0.8091 0.3190 0.4935</w:t>
        <w:br/>
        <w:t>vn -0.9851 0.0955 0.1431</w:t>
        <w:br/>
        <w:t>vn -0.9870 0.0468 0.1537</w:t>
        <w:br/>
        <w:t>vn -0.2765 0.5063 0.8168</w:t>
        <w:br/>
        <w:t>vn 0.8154 0.2837 0.5046</w:t>
        <w:br/>
        <w:t>vn -0.2184 0.4274 0.8773</w:t>
        <w:br/>
        <w:t>vn 0.8223 0.2432 0.5145</w:t>
        <w:br/>
        <w:t>vn 0.8375 0.2448 0.4885</w:t>
        <w:br/>
        <w:t>vn -0.1853 0.2641 0.9465</w:t>
        <w:br/>
        <w:t>vn -0.9842 0.0107 0.1768</w:t>
        <w:br/>
        <w:t>vn -0.1712 0.2532 0.9521</w:t>
        <w:br/>
        <w:t>vn -0.9880 -0.0070 0.1543</w:t>
        <w:br/>
        <w:t>vn -0.1666 0.2160 0.9621</w:t>
        <w:br/>
        <w:t>vn -0.1637 0.2318 0.9589</w:t>
        <w:br/>
        <w:t>vn -0.9728 -0.0735 0.2198</w:t>
        <w:br/>
        <w:t>vn -0.9761 -0.0784 0.2026</w:t>
        <w:br/>
        <w:t>vn -0.9691 -0.0685 0.2370</w:t>
        <w:br/>
        <w:t>vn 0.4737 0.0509 0.8792</w:t>
        <w:br/>
        <w:t>vn 0.0208 0.0298 0.9993</w:t>
        <w:br/>
        <w:t>vn 0.0671 0.1046 0.9922</w:t>
        <w:br/>
        <w:t>vn 0.0262 -0.8485 0.5286</w:t>
        <w:br/>
        <w:t>vn -0.0175 -0.8492 0.5277</w:t>
        <w:br/>
        <w:t>vn -0.1003 -0.8031 0.5874</w:t>
        <w:br/>
        <w:t>vn 0.0975 -0.8619 0.4976</w:t>
        <w:br/>
        <w:t>vn -0.9875 -0.0805 -0.1353</w:t>
        <w:br/>
        <w:t>vn -0.9944 -0.0585 -0.0884</w:t>
        <w:br/>
        <w:t>vn 0.0692 -0.7004 0.7104</w:t>
        <w:br/>
        <w:t>vn 0.0691 -0.7003 0.7105</w:t>
        <w:br/>
        <w:t>vn -0.9780 -0.1023 -0.1818</w:t>
        <w:br/>
        <w:t>vn 0.0734 -0.9045 0.4201</w:t>
        <w:br/>
        <w:t>vn 0.0895 -0.9143 0.3950</w:t>
        <w:br/>
        <w:t>vn 0.1291 -0.9195 0.3712</w:t>
        <w:br/>
        <w:t>vn 0.0214 -0.6938 0.7198</w:t>
        <w:br/>
        <w:t>vn -0.0465 0.1633 0.9855</w:t>
        <w:br/>
        <w:t>vn -0.0939 0.0599 0.9938</w:t>
        <w:br/>
        <w:t>vn 0.7902 0.0629 0.6096</w:t>
        <w:br/>
        <w:t>vn 0.4737 0.0510 0.8792</w:t>
        <w:br/>
        <w:t>vn 0.8217 0.0609 0.5667</w:t>
        <w:br/>
        <w:t>vn 0.0525 -0.8192 0.5712</w:t>
        <w:br/>
        <w:t>vn 0.8508 0.0587 0.5221</w:t>
        <w:br/>
        <w:t>vn 0.0526 -0.8192 0.5712</w:t>
        <w:br/>
        <w:t>vn 0.9719 0.1423 0.1874</w:t>
        <w:br/>
        <w:t>vn 0.9742 0.1399 0.1772</w:t>
        <w:br/>
        <w:t>vn 0.9763 0.1375 0.1669</w:t>
        <w:br/>
        <w:t>vn 0.0214 -0.6939 0.7198</w:t>
        <w:br/>
        <w:t>vn -0.1401 -0.0443 0.9891</w:t>
        <w:br/>
        <w:t>vn 0.0523 -0.9194 0.3897</w:t>
        <w:br/>
        <w:t>vn 0.0572 -0.9076 0.4159</w:t>
        <w:br/>
        <w:t>vn 0.0367 -0.9344 0.3543</w:t>
        <w:br/>
        <w:t>vn 0.0643 -0.8959 0.4397</w:t>
        <w:br/>
        <w:t>vn 0.0627 -0.8995 0.4323</w:t>
        <w:br/>
        <w:t>vn 0.9612 0.1934 0.1969</w:t>
        <w:br/>
        <w:t>vn 0.9611 0.1934 0.1970</w:t>
        <w:br/>
        <w:t>vn 0.9620 0.1941 0.1920</w:t>
        <w:br/>
        <w:t>vn 0.9603 0.1927 0.2019</w:t>
        <w:br/>
        <w:t>vn -0.1712 0.9852 -0.0090</w:t>
        <w:br/>
        <w:t>vn -0.1734 0.9849 -0.0032</w:t>
        <w:br/>
        <w:t>vn -0.1778 0.9841 -0.0044</w:t>
        <w:br/>
        <w:t>vn -0.1713 0.9852 -0.0027</w:t>
        <w:br/>
        <w:t>vn -0.1778 0.9840 0.0081</w:t>
        <w:br/>
        <w:t>vn -0.9850 -0.0753 0.1550</w:t>
        <w:br/>
        <w:t>vn -0.9823 -0.0783 0.1705</w:t>
        <w:br/>
        <w:t>vn -0.9822 -0.0783 0.1705</w:t>
        <w:br/>
        <w:t>vn -0.2467 0.3071 0.9191</w:t>
        <w:br/>
        <w:t>vn -0.2395 0.2676 0.9333</w:t>
        <w:br/>
        <w:t>vn -0.2262 0.2998 0.9268</w:t>
        <w:br/>
        <w:t>vn -0.2114 0.2517 0.9444</w:t>
        <w:br/>
        <w:t>vn -0.9792 -0.0812 0.1860</w:t>
        <w:br/>
        <w:t>vn -0.2055 0.3484 0.9146</w:t>
        <w:br/>
        <w:t>vn -0.1579 0.9862 0.0503</w:t>
        <w:br/>
        <w:t>vn -0.1544 0.9873 0.0362</w:t>
        <w:br/>
        <w:t>vn -0.1924 0.3304 0.9240</w:t>
        <w:br/>
        <w:t>vn -0.1614 0.9848 0.0641</w:t>
        <w:br/>
        <w:t>vn 0.0603 -0.8992 0.4333</w:t>
        <w:br/>
        <w:t>vn -0.2227 0.3821 0.8969</w:t>
        <w:br/>
        <w:t>vn 0.0512 -0.9041 0.4242</w:t>
        <w:br/>
        <w:t>vn -0.1935 0.3440 0.9188</w:t>
        <w:br/>
        <w:t>vn 0.7690 0.2399 0.5925</w:t>
        <w:br/>
        <w:t>vn 0.8186 0.2597 0.5122</w:t>
        <w:br/>
        <w:t>vn 0.7123 0.2177 0.6672</w:t>
        <w:br/>
        <w:t>vn -0.1576 0.2761 0.9481</w:t>
        <w:br/>
        <w:t>vn -0.1834 0.2481 0.9512</w:t>
        <w:br/>
        <w:t>vn -0.9615 -0.1963 -0.1924</w:t>
        <w:br/>
        <w:t>vn -0.9618 -0.1965 -0.1904</w:t>
        <w:br/>
        <w:t>vn -0.9615 -0.1963 -0.1922</w:t>
        <w:br/>
        <w:t>vn -0.1684 0.9857 -0.0084</w:t>
        <w:br/>
        <w:t>vn -0.1794 0.9836 -0.0200</w:t>
        <w:br/>
        <w:t>vn -0.1802 0.9833 -0.0255</w:t>
        <w:br/>
        <w:t>vn -0.9612 -0.1960 -0.1942</w:t>
        <w:br/>
        <w:t>vn -0.1629 0.9866 -0.0028</w:t>
        <w:br/>
        <w:t>vn -0.1445 0.9892 0.0259</w:t>
        <w:br/>
        <w:t>vn -0.0004 0.0403 -0.9992</w:t>
        <w:br/>
        <w:t>vn -0.0003 0.0403 -0.9992</w:t>
        <w:br/>
        <w:t>vn -0.0747 -0.0071 -0.9972</w:t>
        <w:br/>
        <w:t>vn -0.1494 -0.0545 -0.9873</w:t>
        <w:br/>
        <w:t>vn -0.4511 -0.2488 -0.8571</w:t>
        <w:br/>
        <w:t>vn -0.5224 0.8520 0.0340</w:t>
        <w:br/>
        <w:t>vn -0.5219 0.8523 0.0340</w:t>
        <w:br/>
        <w:t>vn -0.5226 0.8519 0.0340</w:t>
        <w:br/>
        <w:t>vn -0.4509 -0.2496 -0.8569</w:t>
        <w:br/>
        <w:t>vn -0.5238 0.8512 0.0340</w:t>
        <w:br/>
        <w:t>vn -0.7034 -0.4157 -0.5765</w:t>
        <w:br/>
        <w:t>vn -0.7561 -0.4518 -0.4736</w:t>
        <w:br/>
        <w:t>vn -0.5243 0.8508 0.0338</w:t>
        <w:br/>
        <w:t>vn -0.5257 0.8500 0.0340</w:t>
        <w:br/>
        <w:t>vn -0.5263 0.8496 0.0336</w:t>
        <w:br/>
        <w:t>vn -0.8267 -0.5024 -0.2533</w:t>
        <w:br/>
        <w:t>vn -0.5268 0.8493 0.0338</w:t>
        <w:br/>
        <w:t>vn -0.8445 -0.5179 -0.1366</w:t>
        <w:br/>
        <w:t>vn -0.5270 0.8492 0.0335</w:t>
        <w:br/>
        <w:t>vn -0.8361 -0.5255 0.1574</w:t>
        <w:br/>
        <w:t>vn -0.5268 0.8493 0.0339</w:t>
        <w:br/>
        <w:t>vn -0.8363 -0.5253 0.1573</w:t>
        <w:br/>
        <w:t>vn -0.5270 0.8492 0.0342</w:t>
        <w:br/>
        <w:t>vn -0.7542 -0.4882 0.4391</w:t>
        <w:br/>
        <w:t>vn -0.5258 0.8499 0.0343</w:t>
        <w:br/>
        <w:t>vn -0.7004 -0.4619 0.5442</w:t>
        <w:br/>
        <w:t>vn -0.5256 0.8501 0.0338</w:t>
        <w:br/>
        <w:t>vn -0.4484 -0.3170 0.8357</w:t>
        <w:br/>
        <w:t>vn -0.5245 0.8507 0.0343</w:t>
        <w:br/>
        <w:t>vn -0.5238 0.8512 0.0339</w:t>
        <w:br/>
        <w:t>vn -0.4483 -0.3179 0.8354</w:t>
        <w:br/>
        <w:t>vn -0.5222 0.8521 0.0341</w:t>
        <w:br/>
        <w:t>vn -0.1482 -0.1334 0.9799</w:t>
        <w:br/>
        <w:t>vn -0.0737 -0.0873 0.9935</w:t>
        <w:br/>
        <w:t>vn -0.5217 0.8524 0.0340</w:t>
        <w:br/>
        <w:t>vn 0.0003 -0.0402 0.9992</w:t>
        <w:br/>
        <w:t>vn 0.8416 0.5397 0.0189</w:t>
        <w:br/>
        <w:t>vn 0.8417 0.5396 0.0189</w:t>
        <w:br/>
        <w:t>vn 0.8418 0.5395 0.0189</w:t>
        <w:br/>
        <w:t>vn 0.8423 0.5386 0.0189</w:t>
        <w:br/>
        <w:t>vn -0.5219 0.8523 0.0341</w:t>
        <w:br/>
        <w:t>vn 0.8426 0.5382 0.0189</w:t>
        <w:br/>
        <w:t>vn 0.8427 0.5380 0.0189</w:t>
        <w:br/>
        <w:t>vn 0.8428 0.5380 0.0189</w:t>
        <w:br/>
        <w:t>vn 0.1148 -0.8853 0.4507</w:t>
        <w:br/>
        <w:t>vn 0.1560 -0.5373 0.8288</w:t>
        <w:br/>
        <w:t>vn 0.0845 -0.8676 0.4900</w:t>
        <w:br/>
        <w:t>vn 0.2169 -0.5452 0.8097</w:t>
        <w:br/>
        <w:t>vn 0.1573 -0.9172 0.3662</w:t>
        <w:br/>
        <w:t>vn 0.1589 -0.9293 0.3334</w:t>
        <w:br/>
        <w:t>vn 0.1862 -0.9314 0.3129</w:t>
        <w:br/>
        <w:t>vn 0.2430 -0.0955 0.9653</w:t>
        <w:br/>
        <w:t>vn 0.3130 -0.1070 0.9437</w:t>
        <w:br/>
        <w:t>vn 0.1915 -0.9375 0.2907</w:t>
        <w:br/>
        <w:t>vn 0.2155 -0.9405 0.2626</w:t>
        <w:br/>
        <w:t>vn 0.1405 -0.0637 0.9880</w:t>
        <w:br/>
        <w:t>vn 0.0233 0.9822 0.1862</w:t>
        <w:br/>
        <w:t>vn 0.0237 0.9829 0.1828</w:t>
        <w:br/>
        <w:t>vn 0.0291 0.9795 0.1995</w:t>
        <w:br/>
        <w:t>vn 0.0197 0.9844 0.1747</w:t>
        <w:br/>
        <w:t>vn 0.3315 -0.1084 0.9372</w:t>
        <w:br/>
        <w:t>vn 0.3814 -0.1058 0.9183</w:t>
        <w:br/>
        <w:t>vn 0.0304 0.9777 0.2079</w:t>
        <w:br/>
        <w:t>vn 0.0473 0.9719 0.2306</w:t>
        <w:br/>
        <w:t>vn 0.3644 -0.1867 0.9123</w:t>
        <w:br/>
        <w:t>vn 0.3425 -0.0784 0.9362</w:t>
        <w:br/>
        <w:t>vn 0.3723 -0.1509 0.9158</w:t>
        <w:br/>
        <w:t>vn 0.4227 -0.1963 0.8847</w:t>
        <w:br/>
        <w:t>vn 0.4025 -0.1685 0.8998</w:t>
        <w:br/>
        <w:t>vn 0.0664 0.9680 0.2421</w:t>
        <w:br/>
        <w:t>vn 0.3787 -0.1483 0.9136</w:t>
        <w:br/>
        <w:t>vn 0.3564 -0.0993 0.9291</w:t>
        <w:br/>
        <w:t>vn 0.3692 -0.1010 0.9238</w:t>
        <w:br/>
        <w:t>vn 0.4154 -0.1306 0.9002</w:t>
        <w:br/>
        <w:t>vn 0.4604 -0.0984 0.8823</w:t>
        <w:br/>
        <w:t>vn 0.3591 -0.1290 0.9243</w:t>
        <w:br/>
        <w:t>vn 0.3807 -0.1077 0.9184</w:t>
        <w:br/>
        <w:t>vn 0.0805 0.9658 0.2464</w:t>
        <w:br/>
        <w:t>vn 0.4246 -0.0944 0.9004</w:t>
        <w:br/>
        <w:t>vn 0.4412 -0.1782 0.8795</w:t>
        <w:br/>
        <w:t>vn 0.0849 0.9688 0.2330</w:t>
        <w:br/>
        <w:t>vn 0.4707 -0.0832 0.8783</w:t>
        <w:br/>
        <w:t>vn 0.2065 -0.9520 0.2261</w:t>
        <w:br/>
        <w:t>vn 0.2228 -0.9570 0.1859</w:t>
        <w:br/>
        <w:t>vn 0.4981 -0.0675 0.8645</w:t>
        <w:br/>
        <w:t>vn 0.0859 0.9701 0.2271</w:t>
        <w:br/>
        <w:t>vn 0.2659 -0.9458 0.1861</w:t>
        <w:br/>
        <w:t>vn 0.5610 -0.0550 0.8260</w:t>
        <w:br/>
        <w:t>vn 0.3260 -0.9319 0.1592</w:t>
        <w:br/>
        <w:t>vn 0.0822 0.9683 0.2360</w:t>
        <w:br/>
        <w:t>vn 0.6080 -0.0508 0.7923</w:t>
        <w:br/>
        <w:t>vn 0.1040 0.9565 0.2727</w:t>
        <w:br/>
        <w:t>vn 0.4016 -0.8901 0.2155</w:t>
        <w:br/>
        <w:t>vn 0.6861 -0.0474 0.7259</w:t>
        <w:br/>
        <w:t>vn 0.3661 -0.9212 0.1316</w:t>
        <w:br/>
        <w:t>vn 0.3156 -0.9474 0.0522</w:t>
        <w:br/>
        <w:t>vn 0.7103 -0.0576 0.7015</w:t>
        <w:br/>
        <w:t>vn 0.3297 -0.9436 0.0318</w:t>
        <w:br/>
        <w:t>vn 0.3122 -0.9500 0.0090</w:t>
        <w:br/>
        <w:t>vn 0.8563 -0.2937 0.4248</w:t>
        <w:br/>
        <w:t>vn 0.9987 -0.0491 -0.0148</w:t>
        <w:br/>
        <w:t>vn 0.9974 -0.0640 -0.0327</w:t>
        <w:br/>
        <w:t>vn 0.9445 -0.0554 0.3238</w:t>
        <w:br/>
        <w:t>vn 0.9147 -0.0275 -0.4031</w:t>
        <w:br/>
        <w:t>vn 0.2796 -0.9601 0.0099</w:t>
        <w:br/>
        <w:t>vn 0.2644 -0.9644 0.0008</w:t>
        <w:br/>
        <w:t>vn 0.2550 -0.9665 0.0293</w:t>
        <w:br/>
        <w:t>vn 0.2502 -0.9677 0.0303</w:t>
        <w:br/>
        <w:t>vn 0.9858 -0.0552 0.1589</w:t>
        <w:br/>
        <w:t>vn 0.9621 -0.0452 0.2688</w:t>
        <w:br/>
        <w:t>vn 0.9933 -0.0656 0.0950</w:t>
        <w:br/>
        <w:t>vn 0.9970 -0.0718 0.0275</w:t>
        <w:br/>
        <w:t>vn 0.9971 -0.0708 0.0264</w:t>
        <w:br/>
        <w:t>vn 0.3298 -0.9407 0.0790</w:t>
        <w:br/>
        <w:t>vn 0.2528 -0.9668 0.0366</w:t>
        <w:br/>
        <w:t>vn 0.3161 -0.9468 0.0605</w:t>
        <w:br/>
        <w:t>vn 0.3185 -0.9471 0.0393</w:t>
        <w:br/>
        <w:t>vn 0.3931 -0.9190 0.0294</w:t>
        <w:br/>
        <w:t>vn 0.3787 -0.9248 0.0360</w:t>
        <w:br/>
        <w:t>vn 0.4339 -0.9006 0.0247</w:t>
        <w:br/>
        <w:t>vn 0.4047 -0.9067 0.1190</w:t>
        <w:br/>
        <w:t>vn 0.9975 -0.0149 -0.0687</w:t>
        <w:br/>
        <w:t>vn 0.9956 -0.0233 0.0907</w:t>
        <w:br/>
        <w:t>vn 0.9865 -0.0148 0.1632</w:t>
        <w:br/>
        <w:t>vn 0.9991 -0.0373 0.0200</w:t>
        <w:br/>
        <w:t>vn 0.9981 -0.0536 0.0306</w:t>
        <w:br/>
        <w:t>vn 0.4408 0.8967 0.0405</w:t>
        <w:br/>
        <w:t>vn 0.4205 0.9072 -0.0143</w:t>
        <w:br/>
        <w:t>vn 0.4392 0.8982 -0.0155</w:t>
        <w:br/>
        <w:t>vn 0.8560 0.4267 0.2918</w:t>
        <w:br/>
        <w:t>vn 0.9401 -0.0230 0.3401</w:t>
        <w:br/>
        <w:t>vn 0.9827 0.0944 0.1592</w:t>
        <w:br/>
        <w:t>vn 0.9997 -0.0238 0.0000</w:t>
        <w:br/>
        <w:t>vn 0.9584 0.2449 0.1463</w:t>
        <w:br/>
        <w:t>vn 0.8674 0.4767 0.1426</w:t>
        <w:br/>
        <w:t>vn 0.8951 0.3270 0.3030</w:t>
        <w:br/>
        <w:t>vn 0.8889 -0.3718 0.2678</w:t>
        <w:br/>
        <w:t>vn 0.1576 0.9344 0.3196</w:t>
        <w:br/>
        <w:t>vn 0.1523 0.9430 0.2958</w:t>
        <w:br/>
        <w:t>vn 0.1298 0.9468 0.2945</w:t>
        <w:br/>
        <w:t>vn 0.1404 0.9492 0.2817</w:t>
        <w:br/>
        <w:t>vn 0.9648 0.0506 0.2582</w:t>
        <w:br/>
        <w:t>vn 0.9987 -0.0456 0.0237</w:t>
        <w:br/>
        <w:t>vn 0.9027 -0.4219 0.0842</w:t>
        <w:br/>
        <w:t>vn 0.7549 -0.6549 0.0338</w:t>
        <w:br/>
        <w:t>vn 0.4766 -0.8685 0.1365</w:t>
        <w:br/>
        <w:t>vn 0.4167 -0.8995 0.1317</w:t>
        <w:br/>
        <w:t>vn 0.4261 -0.8988 0.1027</w:t>
        <w:br/>
        <w:t>vn 0.4349 -0.8974 0.0743</w:t>
        <w:br/>
        <w:t>vn 0.8596 -0.5011 0.0996</w:t>
        <w:br/>
        <w:t>vn 0.9523 -0.3047 0.0176</w:t>
        <w:br/>
        <w:t>vn 0.8889 -0.3717 0.2678</w:t>
        <w:br/>
        <w:t>vn 0.5111 -0.7807 0.3595</w:t>
        <w:br/>
        <w:t>vn 0.4885 -0.6914 0.5323</w:t>
        <w:br/>
        <w:t>vn 0.9726 0.2074 0.1049</w:t>
        <w:br/>
        <w:t>vn 0.9597 0.2796 -0.0295</w:t>
        <w:br/>
        <w:t>vn 0.9247 0.2359 0.2987</w:t>
        <w:br/>
        <w:t>vn 0.9200 0.1044 0.3777</w:t>
        <w:br/>
        <w:t>vn 0.9792 0.1847 0.0834</w:t>
        <w:br/>
        <w:t>vn 0.9977 0.0632 -0.0228</w:t>
        <w:br/>
        <w:t>vn 0.8956 0.3434 0.2826</w:t>
        <w:br/>
        <w:t>vn 0.7721 0.2857 0.5677</w:t>
        <w:br/>
        <w:t>vn 0.7627 0.2116 0.6111</w:t>
        <w:br/>
        <w:t>vn 0.9324 0.0850 0.3513</w:t>
        <w:br/>
        <w:t>vn 0.9906 -0.1058 0.0862</w:t>
        <w:br/>
        <w:t>vn 0.9931 -0.1023 0.0576</w:t>
        <w:br/>
        <w:t>vn 0.9941 -0.1088 -0.0052</w:t>
        <w:br/>
        <w:t>vn 0.6135 -0.1436 0.7765</w:t>
        <w:br/>
        <w:t>vn 0.9870 -0.0165 0.1601</w:t>
        <w:br/>
        <w:t>vn 0.9842 -0.1478 0.0980</w:t>
        <w:br/>
        <w:t>vn 0.5040 -0.1860 0.8434</w:t>
        <w:br/>
        <w:t>vn 0.5047 -0.4961 0.7065</w:t>
        <w:br/>
        <w:t>vn 0.6383 0.1347 0.7579</w:t>
        <w:br/>
        <w:t>vn 0.4286 -0.0679 0.9010</w:t>
        <w:br/>
        <w:t>vn 0.7493 0.2632 0.6076</w:t>
        <w:br/>
        <w:t>vn 0.4047 -0.1117 0.9076</w:t>
        <w:br/>
        <w:t>vn 0.8044 0.0186 0.5938</w:t>
        <w:br/>
        <w:t>vn 0.4022 -0.1179 0.9079</w:t>
        <w:br/>
        <w:t>vn 0.4574 -0.0773 0.8859</w:t>
        <w:br/>
        <w:t>vn 0.5377 0.0017 0.8431</w:t>
        <w:br/>
        <w:t>vn 0.5886 -0.0615 0.8060</w:t>
        <w:br/>
        <w:t>vn 0.5070 -0.1166 0.8540</w:t>
        <w:br/>
        <w:t>vn 0.7163 -0.0271 0.6972</w:t>
        <w:br/>
        <w:t>vn 0.6278 -0.0578 0.7762</w:t>
        <w:br/>
        <w:t>vn 0.7129 -0.0399 0.7002</w:t>
        <w:br/>
        <w:t>vn 0.8063 -0.0250 0.5909</w:t>
        <w:br/>
        <w:t>vn 0.9233 -0.0563 0.3799</w:t>
        <w:br/>
        <w:t>vn 0.9256 -0.0116 0.3782</w:t>
        <w:br/>
        <w:t>vn 0.8176 -0.0279 0.5751</w:t>
        <w:br/>
        <w:t>vn 0.9842 -0.0463 0.1710</w:t>
        <w:br/>
        <w:t>vn 0.7188 -0.0274 0.6947</w:t>
        <w:br/>
        <w:t>vn 0.9555 -0.2648 0.1302</w:t>
        <w:br/>
        <w:t>vn 0.6128 0.0155 0.7901</w:t>
        <w:br/>
        <w:t>vn 0.9553 -0.2121 0.2062</w:t>
        <w:br/>
        <w:t>vn 0.8929 -0.4302 0.1326</w:t>
        <w:br/>
        <w:t>vn 0.8554 -0.5176 0.0208</w:t>
        <w:br/>
        <w:t>vn 0.5461 -0.7927 0.2709</w:t>
        <w:br/>
        <w:t>vn 0.1156 -0.9215 0.3708</w:t>
        <w:br/>
        <w:t>vn 0.5462 -0.7927 0.2709</w:t>
        <w:br/>
        <w:t>vn 0.7142 -0.5920 0.3735</w:t>
        <w:br/>
        <w:t>vn 0.6089 -0.6169 0.4986</w:t>
        <w:br/>
        <w:t>vn 0.8936 -0.3345 0.2992</w:t>
        <w:br/>
        <w:t>vn 0.7555 -0.3992 0.5195</w:t>
        <w:br/>
        <w:t>vn 0.8138 -0.4634 0.3508</w:t>
        <w:br/>
        <w:t>vn 0.6603 -0.4241 0.6198</w:t>
        <w:br/>
        <w:t>vn 0.8821 -0.1791 0.4356</w:t>
        <w:br/>
        <w:t>vn 0.8550 -0.2572 0.4504</w:t>
        <w:br/>
        <w:t>vn 0.6242 -0.1391 0.7688</w:t>
        <w:br/>
        <w:t>vn 0.6777 -0.1657 0.7165</w:t>
        <w:br/>
        <w:t>vn 0.6155 -0.0171 0.7879</w:t>
        <w:br/>
        <w:t>vn 0.4099 0.1465 0.9003</w:t>
        <w:br/>
        <w:t>vn 0.7966 -0.1589 0.5832</w:t>
        <w:br/>
        <w:t>vn 0.4996 0.0445 0.8651</w:t>
        <w:br/>
        <w:t>vn 0.1933 0.3041 0.9328</w:t>
        <w:br/>
        <w:t>vn 0.7677 -0.0484 0.6389</w:t>
        <w:br/>
        <w:t>vn 0.5389 0.1655 0.8259</w:t>
        <w:br/>
        <w:t>vn 0.4237 0.3680 0.8277</w:t>
        <w:br/>
        <w:t>vn 0.7460 0.0637 0.6629</w:t>
        <w:br/>
        <w:t>vn 0.6454 0.2684 0.7151</w:t>
        <w:br/>
        <w:t>vn 0.4979 0.4814 0.7213</w:t>
        <w:br/>
        <w:t>vn 0.7969 -0.0374 0.6030</w:t>
        <w:br/>
        <w:t>vn 0.6320 0.1676 0.7566</w:t>
        <w:br/>
        <w:t>vn 0.4833 0.4320 0.7614</w:t>
        <w:br/>
        <w:t>vn 0.3453 0.5991 0.7224</w:t>
        <w:br/>
        <w:t>vn 0.8948 -0.1104 0.4325</w:t>
        <w:br/>
        <w:t>vn 0.6693 0.0471 0.7415</w:t>
        <w:br/>
        <w:t>vn 0.5056 0.1576 0.8482</w:t>
        <w:br/>
        <w:t>vn 0.3962 0.3289 0.8572</w:t>
        <w:br/>
        <w:t>vn 0.4575 0.0967 0.8840</w:t>
        <w:br/>
        <w:t>vn 0.3089 0.5298 0.7899</w:t>
        <w:br/>
        <w:t>vn 0.2625 0.6349 0.7266</w:t>
        <w:br/>
        <w:t>vn 0.3756 0.2585 0.8900</w:t>
        <w:br/>
        <w:t>vn 0.2977 0.4017 0.8660</w:t>
        <w:br/>
        <w:t>vn 0.2582 0.5595 0.7876</w:t>
        <w:br/>
        <w:t>vn 0.2276 0.6609 0.7151</w:t>
        <w:br/>
        <w:t>vn 0.3485 0.3128 0.8836</w:t>
        <w:br/>
        <w:t>vn 0.2554 0.5796 0.7738</w:t>
        <w:br/>
        <w:t>vn 0.2823 0.6503 0.7053</w:t>
        <w:br/>
        <w:t>vn 0.2914 0.4337 0.8527</w:t>
        <w:br/>
        <w:t>vn 0.2938 0.5988 0.7451</w:t>
        <w:br/>
        <w:t>vn 0.3753 0.6014 0.7053</w:t>
        <w:br/>
        <w:t>vn 0.2898 0.4631 0.8376</w:t>
        <w:br/>
        <w:t>vn 0.3603 0.3389 0.8691</w:t>
        <w:br/>
        <w:t>vn 0.4147 0.1772 0.8925</w:t>
        <w:br/>
        <w:t>vn 0.4295 0.1151 0.8957</w:t>
        <w:br/>
        <w:t>vn 0.4017 0.1330 0.9061</w:t>
        <w:br/>
        <w:t>vn 0.4262 -0.0044 0.9046</w:t>
        <w:br/>
        <w:t>vn 0.3879 0.0095 0.9216</w:t>
        <w:br/>
        <w:t>vn 0.3890 -0.0245 0.9209</w:t>
        <w:br/>
        <w:t>vn 0.4981 -0.0482 0.8658</w:t>
        <w:br/>
        <w:t>vn -0.1149 -0.8852 0.4507</w:t>
        <w:br/>
        <w:t>vn -0.0846 -0.8676 0.4900</w:t>
        <w:br/>
        <w:t>vn -0.1561 -0.5373 0.8288</w:t>
        <w:br/>
        <w:t>vn -0.2169 -0.5452 0.8097</w:t>
        <w:br/>
        <w:t>vn -0.2430 -0.0955 0.9653</w:t>
        <w:br/>
        <w:t>vn -0.2585 -0.6569 0.7082</w:t>
        <w:br/>
        <w:t>vn -0.1589 -0.9293 0.3335</w:t>
        <w:br/>
        <w:t>vn -0.1862 -0.9313 0.3130</w:t>
        <w:br/>
        <w:t>vn -0.1405 -0.0637 0.9880</w:t>
        <w:br/>
        <w:t>vn -0.0237 0.9829 0.1828</w:t>
        <w:br/>
        <w:t>vn -0.0232 0.9822 0.1861</w:t>
        <w:br/>
        <w:t>vn -0.0291 0.9795 0.1994</w:t>
        <w:br/>
        <w:t>vn -0.0197 0.9844 0.1747</w:t>
        <w:br/>
        <w:t>vn -0.1915 -0.9375 0.2907</w:t>
        <w:br/>
        <w:t>vn -0.2156 -0.9405 0.2626</w:t>
        <w:br/>
        <w:t>vn -0.3315 -0.1084 0.9372</w:t>
        <w:br/>
        <w:t>vn -0.3814 -0.1060 0.9183</w:t>
        <w:br/>
        <w:t>vn -0.0304 0.9777 0.2079</w:t>
        <w:br/>
        <w:t>vn -0.0473 0.9719 0.2306</w:t>
        <w:br/>
        <w:t>vn -0.2065 -0.9520 0.2261</w:t>
        <w:br/>
        <w:t>vn -0.2227 -0.9570 0.1859</w:t>
        <w:br/>
        <w:t>vn -0.4246 -0.0942 0.9005</w:t>
        <w:br/>
        <w:t>vn -0.4708 -0.0832 0.8783</w:t>
        <w:br/>
        <w:t>vn -0.2659 -0.9458 0.1861</w:t>
        <w:br/>
        <w:t>vn -0.3260 -0.9319 0.1592</w:t>
        <w:br/>
        <w:t>vn -0.4981 -0.0675 0.8645</w:t>
        <w:br/>
        <w:t>vn -0.5610 -0.0550 0.8260</w:t>
        <w:br/>
        <w:t>vn -0.0664 0.9680 0.2421</w:t>
        <w:br/>
        <w:t>vn -0.0805 0.9658 0.2464</w:t>
        <w:br/>
        <w:t>vn -0.0849 0.9688 0.2329</w:t>
        <w:br/>
        <w:t>vn -0.0859 0.9701 0.2271</w:t>
        <w:br/>
        <w:t>vn -0.6080 -0.0505 0.7923</w:t>
        <w:br/>
        <w:t>vn -0.3564 -0.0993 0.9291</w:t>
        <w:br/>
        <w:t>vn -0.3692 -0.1010 0.9238</w:t>
        <w:br/>
        <w:t>vn -0.3425 -0.0784 0.9362</w:t>
        <w:br/>
        <w:t>vn -0.0822 0.9683 0.2360</w:t>
        <w:br/>
        <w:t>vn -0.1040 0.9565 0.2727</w:t>
        <w:br/>
        <w:t>vn -0.6861 -0.0474 0.7259</w:t>
        <w:br/>
        <w:t>vn -0.4016 -0.8901 0.2155</w:t>
        <w:br/>
        <w:t>vn -0.3807 -0.1077 0.9184</w:t>
        <w:br/>
        <w:t>vn -0.4412 -0.1782 0.8795</w:t>
        <w:br/>
        <w:t>vn -0.3661 -0.9212 0.1316</w:t>
        <w:br/>
        <w:t>vn -0.3156 -0.9474 0.0522</w:t>
        <w:br/>
        <w:t>vn -0.7103 -0.0576 0.7015</w:t>
        <w:br/>
        <w:t>vn -0.3297 -0.9436 0.0318</w:t>
        <w:br/>
        <w:t>vn -0.3122 -0.9500 0.0090</w:t>
        <w:br/>
        <w:t>vn -0.8563 -0.2937 0.4248</w:t>
        <w:br/>
        <w:t>vn -0.9987 -0.0491 -0.0147</w:t>
        <w:br/>
        <w:t>vn -0.9445 -0.0554 0.3238</w:t>
        <w:br/>
        <w:t>vn -0.9974 -0.0640 -0.0327</w:t>
        <w:br/>
        <w:t>vn -0.9147 -0.0275 -0.4031</w:t>
        <w:br/>
        <w:t>vn -0.2796 -0.9601 0.0099</w:t>
        <w:br/>
        <w:t>vn -0.2644 -0.9644 0.0009</w:t>
        <w:br/>
        <w:t>vn -0.2551 -0.9665 0.0293</w:t>
        <w:br/>
        <w:t>vn -0.2502 -0.9677 0.0304</w:t>
        <w:br/>
        <w:t>vn -0.9621 -0.0452 0.2688</w:t>
        <w:br/>
        <w:t>vn -0.9858 -0.0552 0.1589</w:t>
        <w:br/>
        <w:t>vn -0.9933 -0.0656 0.0950</w:t>
        <w:br/>
        <w:t>vn -0.9970 -0.0718 0.0275</w:t>
        <w:br/>
        <w:t>vn -0.9971 -0.0708 0.0264</w:t>
        <w:br/>
        <w:t>vn -0.3297 -0.9408 0.0789</w:t>
        <w:br/>
        <w:t>vn -0.3161 -0.9468 0.0605</w:t>
        <w:br/>
        <w:t>vn -0.2528 -0.9668 0.0366</w:t>
        <w:br/>
        <w:t>vn -0.3185 -0.9471 0.0393</w:t>
        <w:br/>
        <w:t>vn -0.3787 -0.9248 0.0360</w:t>
        <w:br/>
        <w:t>vn -0.3931 -0.9190 0.0294</w:t>
        <w:br/>
        <w:t>vn -0.4339 -0.9006 0.0247</w:t>
        <w:br/>
        <w:t>vn -0.4047 -0.9067 0.1190</w:t>
        <w:br/>
        <w:t>vn -0.9975 -0.0149 -0.0687</w:t>
        <w:br/>
        <w:t>vn -0.9956 -0.0233 0.0907</w:t>
        <w:br/>
        <w:t>vn -0.9991 -0.0373 0.0200</w:t>
        <w:br/>
        <w:t>vn -0.9865 -0.0148 0.1632</w:t>
        <w:br/>
        <w:t>vn -0.9981 -0.0536 0.0306</w:t>
        <w:br/>
        <w:t>vn -0.4205 0.9072 -0.0143</w:t>
        <w:br/>
        <w:t>vn -0.4408 0.8967 0.0405</w:t>
        <w:br/>
        <w:t>vn -0.4393 0.8982 -0.0155</w:t>
        <w:br/>
        <w:t>vn -0.8560 0.4267 0.2918</w:t>
        <w:br/>
        <w:t>vn -0.9401 -0.0230 0.3401</w:t>
        <w:br/>
        <w:t>vn -0.9827 0.0944 0.1592</w:t>
        <w:br/>
        <w:t>vn -0.9997 -0.0238 0.0000</w:t>
        <w:br/>
        <w:t>vn -0.9584 0.2449 0.1463</w:t>
        <w:br/>
        <w:t>vn -0.8674 0.4767 0.1426</w:t>
        <w:br/>
        <w:t>vn -0.8951 0.3270 0.3031</w:t>
        <w:br/>
        <w:t>vn -0.8889 -0.3717 0.2678</w:t>
        <w:br/>
        <w:t>vn -0.1298 0.9468 0.2945</w:t>
        <w:br/>
        <w:t>vn -0.1523 0.9430 0.2958</w:t>
        <w:br/>
        <w:t>vn -0.1576 0.9344 0.3196</w:t>
        <w:br/>
        <w:t>vn -0.1404 0.9492 0.2816</w:t>
        <w:br/>
        <w:t>vn -0.9648 0.0506 0.2582</w:t>
        <w:br/>
        <w:t>vn -0.9027 -0.4219 0.0842</w:t>
        <w:br/>
        <w:t>vn -0.9987 -0.0457 0.0238</w:t>
        <w:br/>
        <w:t>vn -0.7549 -0.6549 0.0338</w:t>
        <w:br/>
        <w:t>vn -0.4167 -0.8995 0.1317</w:t>
        <w:br/>
        <w:t>vn -0.4766 -0.8685 0.1365</w:t>
        <w:br/>
        <w:t>vn -0.4261 -0.8988 0.1027</w:t>
        <w:br/>
        <w:t>vn -0.4349 -0.8974 0.0743</w:t>
        <w:br/>
        <w:t>vn -0.8596 -0.5011 0.0996</w:t>
        <w:br/>
        <w:t>vn -0.4765 -0.8685 0.1365</w:t>
        <w:br/>
        <w:t>vn -0.9523 -0.3047 0.0176</w:t>
        <w:br/>
        <w:t>vn -0.5111 -0.7807 0.3595</w:t>
        <w:br/>
        <w:t>vn -0.4885 -0.6914 0.5323</w:t>
        <w:br/>
        <w:t>vn -0.9726 0.2074 0.1049</w:t>
        <w:br/>
        <w:t>vn -0.9596 0.2796 -0.0295</w:t>
        <w:br/>
        <w:t>vn -0.9200 0.1044 0.3777</w:t>
        <w:br/>
        <w:t>vn -0.9247 0.2359 0.2987</w:t>
        <w:br/>
        <w:t>vn -0.9792 0.1847 0.0834</w:t>
        <w:br/>
        <w:t>vn -0.9977 0.0632 -0.0228</w:t>
        <w:br/>
        <w:t>vn -0.8956 0.3434 0.2827</w:t>
        <w:br/>
        <w:t>vn -0.7721 0.2857 0.5677</w:t>
        <w:br/>
        <w:t>vn -0.7627 0.2117 0.6111</w:t>
        <w:br/>
        <w:t>vn -0.9324 0.0850 0.3513</w:t>
        <w:br/>
        <w:t>vn -0.9906 -0.1058 0.0862</w:t>
        <w:br/>
        <w:t>vn -0.9931 -0.1023 0.0576</w:t>
        <w:br/>
        <w:t>vn -0.9941 -0.1088 -0.0052</w:t>
        <w:br/>
        <w:t>vn -0.9870 -0.0165 0.1601</w:t>
        <w:br/>
        <w:t>vn -0.9842 -0.1478 0.0980</w:t>
        <w:br/>
        <w:t>vn -0.9233 -0.0563 0.3799</w:t>
        <w:br/>
        <w:t>vn -0.7493 0.2632 0.6076</w:t>
        <w:br/>
        <w:t>vn -0.8044 0.0186 0.5938</w:t>
        <w:br/>
        <w:t>vn -0.6384 0.1346 0.7579</w:t>
        <w:br/>
        <w:t>vn -0.5957 0.0231 0.8028</w:t>
        <w:br/>
        <w:t>vn -0.5176 -0.7094 0.4785</w:t>
        <w:br/>
        <w:t>vn -0.5040 -0.1861 0.8434</w:t>
        <w:br/>
        <w:t>vn -0.5047 -0.4961 0.7065</w:t>
        <w:br/>
        <w:t>vn -0.4286 -0.0679 0.9010</w:t>
        <w:br/>
        <w:t>vn -0.5377 0.0017 0.8431</w:t>
        <w:br/>
        <w:t>vn -0.4046 -0.1117 0.9076</w:t>
        <w:br/>
        <w:t>vn -0.4574 -0.0773 0.8859</w:t>
        <w:br/>
        <w:t>vn -0.5886 -0.0615 0.8060</w:t>
        <w:br/>
        <w:t>vn -0.3591 -0.1290 0.9243</w:t>
        <w:br/>
        <w:t>vn -0.4022 -0.1179 0.9079</w:t>
        <w:br/>
        <w:t>vn -0.5070 -0.1166 0.8540</w:t>
        <w:br/>
        <w:t>vn -0.7163 -0.0271 0.6972</w:t>
        <w:br/>
        <w:t>vn -0.6278 -0.0578 0.7762</w:t>
        <w:br/>
        <w:t>vn -0.8064 -0.0249 0.5909</w:t>
        <w:br/>
        <w:t>vn -0.7129 -0.0399 0.7001</w:t>
        <w:br/>
        <w:t>vn -0.9256 -0.0116 0.3782</w:t>
        <w:br/>
        <w:t>vn -0.8176 -0.0279 0.5751</w:t>
        <w:br/>
        <w:t>vn -0.7188 -0.0274 0.6947</w:t>
        <w:br/>
        <w:t>vn -0.9842 -0.0463 0.1709</w:t>
        <w:br/>
        <w:t>vn -0.8948 -0.1104 0.4325</w:t>
        <w:br/>
        <w:t>vn -0.9555 -0.2649 0.1302</w:t>
        <w:br/>
        <w:t>vn -0.9553 -0.2121 0.2061</w:t>
        <w:br/>
        <w:t>vn -0.8929 -0.4302 0.1325</w:t>
        <w:br/>
        <w:t>vn -0.8554 -0.5176 0.0208</w:t>
        <w:br/>
        <w:t>vn -0.5461 -0.7927 0.2709</w:t>
        <w:br/>
        <w:t>vn -0.1156 -0.9215 0.3708</w:t>
        <w:br/>
        <w:t>vn -0.5461 -0.7927 0.2708</w:t>
        <w:br/>
        <w:t>vn -0.7142 -0.5920 0.3735</w:t>
        <w:br/>
        <w:t>vn -0.6089 -0.6169 0.4986</w:t>
        <w:br/>
        <w:t>vn -0.8936 -0.3345 0.2992</w:t>
        <w:br/>
        <w:t>vn -0.7555 -0.3992 0.5195</w:t>
        <w:br/>
        <w:t>vn -0.8137 -0.4635 0.3507</w:t>
        <w:br/>
        <w:t>vn -0.6603 -0.4241 0.6198</w:t>
        <w:br/>
        <w:t>vn -0.8821 -0.1791 0.4356</w:t>
        <w:br/>
        <w:t>vn -0.8550 -0.2572 0.4504</w:t>
        <w:br/>
        <w:t>vn -0.6242 -0.1391 0.7688</w:t>
        <w:br/>
        <w:t>vn -0.6777 -0.1657 0.7164</w:t>
        <w:br/>
        <w:t>vn -0.6155 -0.0171 0.7879</w:t>
        <w:br/>
        <w:t>vn -0.4099 0.1465 0.9003</w:t>
        <w:br/>
        <w:t>vn -0.7966 -0.1589 0.5832</w:t>
        <w:br/>
        <w:t>vn -0.4995 0.0446 0.8651</w:t>
        <w:br/>
        <w:t>vn -0.1933 0.3041 0.9328</w:t>
        <w:br/>
        <w:t>vn -0.7677 -0.0484 0.6390</w:t>
        <w:br/>
        <w:t>vn -0.5389 0.1655 0.8259</w:t>
        <w:br/>
        <w:t>vn -0.4236 0.3675 0.8280</w:t>
        <w:br/>
        <w:t>vn -0.7969 -0.0374 0.6030</w:t>
        <w:br/>
        <w:t>vn -0.7460 0.0637 0.6628</w:t>
        <w:br/>
        <w:t>vn -0.6454 0.2684 0.7151</w:t>
        <w:br/>
        <w:t>vn -0.4979 0.4814 0.7213</w:t>
        <w:br/>
        <w:t>vn -0.6320 0.1676 0.7566</w:t>
        <w:br/>
        <w:t>vn -0.4833 0.4320 0.7614</w:t>
        <w:br/>
        <w:t>vn -0.3453 0.5991 0.7224</w:t>
        <w:br/>
        <w:t>vn -0.6693 0.0471 0.7415</w:t>
        <w:br/>
        <w:t>vn -0.3088 0.5298 0.7899</w:t>
        <w:br/>
        <w:t>vn -0.2625 0.6349 0.7266</w:t>
        <w:br/>
        <w:t>vn -0.3962 0.3289 0.8572</w:t>
        <w:br/>
        <w:t>vn -0.5056 0.1576 0.8482</w:t>
        <w:br/>
        <w:t>vn -0.6128 0.0155 0.7901</w:t>
        <w:br/>
        <w:t>vn -0.3756 0.2585 0.8900</w:t>
        <w:br/>
        <w:t>vn -0.4981 -0.0482 0.8658</w:t>
        <w:br/>
        <w:t>vn -0.4575 0.0967 0.8840</w:t>
        <w:br/>
        <w:t>vn -0.3890 -0.0245 0.9209</w:t>
        <w:br/>
        <w:t>vn -0.4154 -0.1306 0.9002</w:t>
        <w:br/>
        <w:t>vn -0.4017 0.1330 0.9061</w:t>
        <w:br/>
        <w:t>vn -0.3786 -0.1484 0.9136</w:t>
        <w:br/>
        <w:t>vn -0.4262 -0.0044 0.9046</w:t>
        <w:br/>
        <w:t>vn -0.3723 -0.1510 0.9158</w:t>
        <w:br/>
        <w:t>vn -0.3644 -0.1867 0.9123</w:t>
        <w:br/>
        <w:t>vn -0.4227 -0.1963 0.8847</w:t>
        <w:br/>
        <w:t>vn -0.4025 -0.1685 0.8998</w:t>
        <w:br/>
        <w:t>vn -0.4604 -0.0984 0.8823</w:t>
        <w:br/>
        <w:t>vn -0.3879 0.0095 0.9216</w:t>
        <w:br/>
        <w:t>vn -0.4295 0.1151 0.8957</w:t>
        <w:br/>
        <w:t>vn -0.4147 0.1772 0.8925</w:t>
        <w:br/>
        <w:t>vn -0.3603 0.3389 0.8691</w:t>
        <w:br/>
        <w:t>vn -0.3485 0.3128 0.8836</w:t>
        <w:br/>
        <w:t>vn -0.2914 0.4337 0.8527</w:t>
        <w:br/>
        <w:t>vn -0.2898 0.4631 0.8376</w:t>
        <w:br/>
        <w:t>vn -0.2977 0.4017 0.8660</w:t>
        <w:br/>
        <w:t>vn -0.2582 0.5595 0.7876</w:t>
        <w:br/>
        <w:t>vn -0.2276 0.6609 0.7151</w:t>
        <w:br/>
        <w:t>vn -0.2554 0.5796 0.7738</w:t>
        <w:br/>
        <w:t>vn -0.2823 0.6503 0.7053</w:t>
        <w:br/>
        <w:t>vn -0.2938 0.5988 0.7451</w:t>
        <w:br/>
        <w:t>vn -0.3753 0.6014 0.7053</w:t>
        <w:br/>
        <w:t>vn 0.9753 0.1118 0.1905</w:t>
        <w:br/>
        <w:t>vn 0.9812 0.0716 0.1791</w:t>
        <w:br/>
        <w:t>vn 0.9799 0.0705 0.1864</w:t>
        <w:br/>
        <w:t>vn 0.9753 0.1102 0.1912</w:t>
        <w:br/>
        <w:t>vn -0.2504 -0.0002 0.9681</w:t>
        <w:br/>
        <w:t>vn -0.2801 0.0442 0.9590</w:t>
        <w:br/>
        <w:t>vn -0.2635 0.0534 0.9632</w:t>
        <w:br/>
        <w:t>vn 0.9687 0.1519 0.1966</w:t>
        <w:br/>
        <w:t>vn 0.9747 0.1459 0.1695</w:t>
        <w:br/>
        <w:t>vn -0.2475 0.0110 0.9688</w:t>
        <w:br/>
        <w:t>vn 0.9833 0.1158 0.1402</w:t>
        <w:br/>
        <w:t>vn 0.9874 0.0936 0.1275</w:t>
        <w:br/>
        <w:t>vn -0.2295 -0.0269 0.9729</w:t>
        <w:br/>
        <w:t>vn -0.2257 -0.0354 0.9736</w:t>
        <w:br/>
        <w:t>vn -0.2211 0.0128 0.9752</w:t>
        <w:br/>
        <w:t>vn -0.9732 0.1205 -0.1961</w:t>
        <w:br/>
        <w:t>vn -0.9779 0.0960 -0.1857</w:t>
        <w:br/>
        <w:t>vn -0.9767 0.0941 -0.1930</w:t>
        <w:br/>
        <w:t>vn -0.9678 0.1448 -0.2058</w:t>
        <w:br/>
        <w:t>vn -0.9626 0.1706 -0.2106</w:t>
        <w:br/>
        <w:t>vn -0.9612 0.1691 -0.2180</w:t>
        <w:br/>
        <w:t>vn -0.9650 0.1418 -0.2207</w:t>
        <w:br/>
        <w:t>vn -0.2187 0.0269 0.9754</w:t>
        <w:br/>
        <w:t>vn -0.9681 0.1142 -0.2229</w:t>
        <w:br/>
        <w:t>vn 0.9877 0.0739 0.1379</w:t>
        <w:br/>
        <w:t>vn -0.2184 0.0459 0.9748</w:t>
        <w:br/>
        <w:t>vn 0.9830 0.0838 0.1631</w:t>
        <w:br/>
        <w:t>vn 0.3085 -0.9353 0.1731</w:t>
        <w:br/>
        <w:t>vn 0.1469 -0.9830 0.1099</w:t>
        <w:br/>
        <w:t>vn 0.2696 -0.9367 0.2235</w:t>
        <w:br/>
        <w:t>vn -0.9712 0.0870 -0.2218</w:t>
        <w:br/>
        <w:t>vn -0.2182 0.0534 0.9744</w:t>
        <w:br/>
        <w:t>vn -0.9712 0.0871 -0.2216</w:t>
        <w:br/>
        <w:t>vn -0.2684 -0.9632 -0.0141</w:t>
        <w:br/>
        <w:t>vn -0.3864 -0.9213 -0.0427</w:t>
        <w:br/>
        <w:t>vn -0.3864 -0.9213 -0.0428</w:t>
        <w:br/>
        <w:t>vn 0.1667 -0.9824 0.0842</w:t>
        <w:br/>
        <w:t>vn -0.2181 0.0612 0.9740</w:t>
        <w:br/>
        <w:t>vn -0.1440 -0.9895 0.0151</w:t>
        <w:br/>
        <w:t>vn -0.2181 0.0606 0.9740</w:t>
        <w:br/>
        <w:t>vn 0.9786 -0.2059 0.0030</w:t>
        <w:br/>
        <w:t>vn 0.9709 -0.2391 -0.0136</w:t>
        <w:br/>
        <w:t>vn 0.9648 -0.2627 -0.0091</w:t>
        <w:br/>
        <w:t>vn 0.9848 -0.1725 0.0196</w:t>
        <w:br/>
        <w:t>vn 0.9908 -0.1321 0.0284</w:t>
        <w:br/>
        <w:t>vn 0.9769 -0.2139 -0.0037</w:t>
        <w:br/>
        <w:t>vn 0.6278 0.7781 0.0210</w:t>
        <w:br/>
        <w:t>vn 0.4062 0.9107 0.0745</w:t>
        <w:br/>
        <w:t>vn 0.6034 0.7958 0.0506</w:t>
        <w:br/>
        <w:t>vn 0.0713 0.0861 0.9937</w:t>
        <w:br/>
        <w:t>vn 0.0211 0.0217 0.9995</w:t>
        <w:br/>
        <w:t>vn 0.0050 0.0171 0.9998</w:t>
        <w:br/>
        <w:t>vn 0.6045 0.7965 -0.0079</w:t>
        <w:br/>
        <w:t>vn 0.4071 0.9130 -0.0267</w:t>
        <w:br/>
        <w:t>vn 0.1608 0.2047 0.9655</w:t>
        <w:br/>
        <w:t>vn 0.2389 0.2992 0.9238</w:t>
        <w:br/>
        <w:t>vn 0.4589 0.6726 0.5805</w:t>
        <w:br/>
        <w:t>vn 0.2539 0.9602 0.1165</w:t>
        <w:br/>
        <w:t>vn 0.5635 0.8243 0.0555</w:t>
        <w:br/>
        <w:t>vn 0.1681 0.9854 0.0253</w:t>
        <w:br/>
        <w:t>vn 0.3413 0.9399 0.0045</w:t>
        <w:br/>
        <w:t>vn 0.5367 0.7782 -0.3263</w:t>
        <w:br/>
        <w:t>vn 0.2729 0.9056 -0.3248</w:t>
        <w:br/>
        <w:t>vn 0.4125 0.6269 -0.6610</w:t>
        <w:br/>
        <w:t>vn 0.2045 0.4231 -0.8827</w:t>
        <w:br/>
        <w:t>vn -0.0351 0.1898 -0.9812</w:t>
        <w:br/>
        <w:t>vn 0.0522 0.2278 -0.9723</w:t>
        <w:br/>
        <w:t>vn 0.1390 0.2638 -0.9545</w:t>
        <w:br/>
        <w:t>vn -0.9709 -0.2391 -0.0136</w:t>
        <w:br/>
        <w:t>vn -0.9786 -0.2059 0.0030</w:t>
        <w:br/>
        <w:t>vn -0.9648 -0.2627 -0.0092</w:t>
        <w:br/>
        <w:t>vn -0.9908 -0.1321 0.0284</w:t>
        <w:br/>
        <w:t>vn -0.9848 -0.1725 0.0196</w:t>
        <w:br/>
        <w:t>vn -0.9769 -0.2139 -0.0036</w:t>
        <w:br/>
        <w:t>vn -0.6278 0.7781 0.0210</w:t>
        <w:br/>
        <w:t>vn -0.6034 0.7959 0.0506</w:t>
        <w:br/>
        <w:t>vn -0.4063 0.9107 0.0745</w:t>
        <w:br/>
        <w:t>vn -0.0713 0.0861 0.9937</w:t>
        <w:br/>
        <w:t>vn -0.0050 0.0171 0.9998</w:t>
        <w:br/>
        <w:t>vn -0.0211 0.0217 0.9995</w:t>
        <w:br/>
        <w:t>vn -0.6045 0.7966 -0.0079</w:t>
        <w:br/>
        <w:t>vn -0.4071 0.9130 -0.0267</w:t>
        <w:br/>
        <w:t>vn -0.1609 0.2047 0.9655</w:t>
        <w:br/>
        <w:t>vn -0.2388 0.2992 0.9238</w:t>
        <w:br/>
        <w:t>vn -0.4588 0.6726 0.5805</w:t>
        <w:br/>
        <w:t>vn -0.5635 0.8243 0.0555</w:t>
        <w:br/>
        <w:t>vn -0.2540 0.9602 0.1165</w:t>
        <w:br/>
        <w:t>vn -0.4589 0.6727 0.5805</w:t>
        <w:br/>
        <w:t>vn -0.1681 0.9854 0.0254</w:t>
        <w:br/>
        <w:t>vn -0.3413 0.9399 0.0045</w:t>
        <w:br/>
        <w:t>vn -0.5367 0.7782 -0.3263</w:t>
        <w:br/>
        <w:t>vn -0.2729 0.9056 -0.3248</w:t>
        <w:br/>
        <w:t>vn -0.4126 0.6269 -0.6609</w:t>
        <w:br/>
        <w:t>vn -0.2046 0.4231 -0.8827</w:t>
        <w:br/>
        <w:t>vn 0.0351 0.1898 -0.9812</w:t>
        <w:br/>
        <w:t>vn -0.0522 0.2278 -0.9723</w:t>
        <w:br/>
        <w:t>vn -0.1390 0.2638 -0.9545</w:t>
        <w:br/>
        <w:t>vn -0.9270 -0.0930 0.3633</w:t>
        <w:br/>
        <w:t>vn -0.9603 -0.1070 0.2576</w:t>
        <w:br/>
        <w:t>vn -0.8822 -0.0779 0.4644</w:t>
        <w:br/>
        <w:t>vn -0.2137 -0.5759 -0.7891</w:t>
        <w:br/>
        <w:t>vn 0.2485 -0.8161 0.5217</w:t>
        <w:br/>
        <w:t>vn 0.3310 -0.9318 0.1492</w:t>
        <w:br/>
        <w:t>vn 0.2557 -0.9101 0.3260</w:t>
        <w:br/>
        <w:t>vn 0.1291 -0.5766 0.8068</w:t>
        <w:br/>
        <w:t>vn 0.1293 -0.5510 0.8244</w:t>
        <w:br/>
        <w:t>vn 0.2944 -0.8559 0.4251</w:t>
        <w:br/>
        <w:t>vn -0.2640 -0.5794 -0.7711</w:t>
        <w:br/>
        <w:t>vn 0.2465 -0.8345 0.4928</w:t>
        <w:br/>
        <w:t>vn 0.2781 -0.8848 0.3739</w:t>
        <w:br/>
        <w:t>vn 0.2201 -0.8485 0.4813</w:t>
        <w:br/>
        <w:t>vn 0.2370 -0.7899 0.5655</w:t>
        <w:br/>
        <w:t>vn 0.1643 -0.6570 0.7358</w:t>
        <w:br/>
        <w:t>vn 0.1843 -0.6564 0.7316</w:t>
        <w:br/>
        <w:t>vn 0.1821 -0.6313 0.7539</w:t>
        <w:br/>
        <w:t>vn 0.2301 -0.6876 0.6886</w:t>
        <w:br/>
        <w:t>vn 0.8433 -0.5370 -0.0190</w:t>
        <w:br/>
        <w:t>vn 0.8438 -0.5363 -0.0191</w:t>
        <w:br/>
        <w:t>vn 0.8430 -0.5376 -0.0190</w:t>
        <w:br/>
        <w:t>vn 0.1192 -0.8889 0.4424</w:t>
        <w:br/>
        <w:t>vn 0.1193 -0.8891 0.4419</w:t>
        <w:br/>
        <w:t>vn 0.1192 -0.8888 0.4425</w:t>
        <w:br/>
        <w:t>vn 0.1192 -0.8887 0.4427</w:t>
        <w:br/>
        <w:t>vn -0.8431 -0.5375 -0.0190</w:t>
        <w:br/>
        <w:t>vn -0.8438 -0.5363 -0.0191</w:t>
        <w:br/>
        <w:t>vn -0.8434 -0.5369 -0.0190</w:t>
        <w:br/>
        <w:t>vn -0.8430 -0.5375 -0.0190</w:t>
        <w:br/>
        <w:t>vn -0.1680 0.0450 -0.9847</w:t>
        <w:br/>
        <w:t>vn -0.0989 0.0183 -0.9949</w:t>
        <w:br/>
        <w:t>vn -0.1681 0.0450 -0.9847</w:t>
        <w:br/>
        <w:t>vn -0.2363 0.0715 -0.9690</w:t>
        <w:br/>
        <w:t>vn -0.9409 -0.0703 0.3314</w:t>
        <w:br/>
        <w:t>vn -0.9034 -0.0702 0.4231</w:t>
        <w:br/>
        <w:t>vn -0.9691 -0.0696 0.2365</w:t>
        <w:br/>
        <w:t>vn -0.4074 0.0382 -0.9125</w:t>
        <w:br/>
        <w:t>vn -0.3362 0.0161 -0.9416</w:t>
        <w:br/>
        <w:t>vn -0.4023 0.0796 -0.9120</w:t>
        <w:br/>
        <w:t>vn -0.3506 -0.0290 -0.9361</w:t>
        <w:br/>
        <w:t>vn -0.3136 -0.0399 -0.9487</w:t>
        <w:br/>
        <w:t>vn -0.4495 -0.0600 -0.8913</w:t>
        <w:br/>
        <w:t>vn -0.3392 -0.0268 -0.9403</w:t>
        <w:br/>
        <w:t>vn -0.4144 -0.0632 -0.9079</w:t>
        <w:br/>
        <w:t>vn -0.4075 -0.0190 -0.9130</w:t>
        <w:br/>
        <w:t>vn -0.4873 -0.1281 -0.8638</w:t>
        <w:br/>
        <w:t>vn -0.4849 -0.0297 -0.8741</w:t>
        <w:br/>
        <w:t>vn -0.4953 -0.0847 -0.8646</w:t>
        <w:br/>
        <w:t>vn -0.5734 -0.1501 -0.8054</w:t>
        <w:br/>
        <w:t>vn -0.5828 -0.0226 -0.8123</w:t>
        <w:br/>
        <w:t>vn -0.6338 -0.0943 -0.7677</w:t>
        <w:br/>
        <w:t>vn -0.7533 -0.2417 -0.6116</w:t>
        <w:br/>
        <w:t>vn -0.7430 -0.0269 -0.6687</w:t>
        <w:br/>
        <w:t>vn -0.7616 -0.0928 -0.6414</w:t>
        <w:br/>
        <w:t>vn -0.8587 -0.0092 -0.5124</w:t>
        <w:br/>
        <w:t>vn -0.8645 -0.1982 -0.4619</w:t>
        <w:br/>
        <w:t>vn -0.8243 -0.3901 -0.4104</w:t>
        <w:br/>
        <w:t>vn -0.9480 0.0012 -0.3184</w:t>
        <w:br/>
        <w:t>vn -0.8406 -0.3855 -0.3805</w:t>
        <w:br/>
        <w:t>vn -0.9409 -0.1806 -0.2865</w:t>
        <w:br/>
        <w:t>vn -0.9945 -0.0001 -0.1051</w:t>
        <w:br/>
        <w:t>vn -0.9229 -0.3357 -0.1885</w:t>
        <w:br/>
        <w:t>vn -0.9781 -0.1879 -0.0893</w:t>
        <w:br/>
        <w:t>vn -0.9488 -0.3157 -0.0149</w:t>
        <w:br/>
        <w:t>vn -0.9893 -0.1321 0.0624</w:t>
        <w:br/>
        <w:t>vn -0.9901 -0.0001 0.1401</w:t>
        <w:br/>
        <w:t>vn -0.9628 -0.2067 0.1738</w:t>
        <w:br/>
        <w:t>vn -0.9489 -0.0417 0.3127</w:t>
        <w:br/>
        <w:t>vn -0.9270 0.0000 0.3750</w:t>
        <w:br/>
        <w:t>vn -0.9170 -0.0178 0.3984</w:t>
        <w:br/>
        <w:t>vn -0.8635 0.0591 0.5008</w:t>
        <w:br/>
        <w:t>vn -0.8194 0.0000 0.5732</w:t>
        <w:br/>
        <w:t>vn -0.7512 0.2075 0.6266</w:t>
        <w:br/>
        <w:t>vn -0.7040 0.1142 0.7009</w:t>
        <w:br/>
        <w:t>vn -0.6969 0.0000 0.7172</w:t>
        <w:br/>
        <w:t>vn -0.5648 0.1838 0.8045</w:t>
        <w:br/>
        <w:t>vn -0.5830 0.0660 0.8098</w:t>
        <w:br/>
        <w:t>vn -0.5440 -0.0000 0.8391</w:t>
        <w:br/>
        <w:t>vn -0.4374 0.1418 0.8880</w:t>
        <w:br/>
        <w:t>vn -0.4201 0.0542 0.9059</w:t>
        <w:br/>
        <w:t>vn -0.4103 -0.0000 0.9120</w:t>
        <w:br/>
        <w:t>vn -0.2328 0.0794 0.9693</w:t>
        <w:br/>
        <w:t>vn -0.2647 -0.0085 0.9643</w:t>
        <w:br/>
        <w:t>vn -0.2724 0.0000 0.9622</w:t>
        <w:br/>
        <w:t>vn -0.0745 -0.0670 0.9950</w:t>
        <w:br/>
        <w:t>vn -0.1207 -0.0725 0.9900</w:t>
        <w:br/>
        <w:t>vn -0.0131 -0.1474 0.9890</w:t>
        <w:br/>
        <w:t>vn -0.1054 -0.0000 0.9944</w:t>
        <w:br/>
        <w:t>vn -0.0433 -0.0586 0.9973</w:t>
        <w:br/>
        <w:t>vn -0.0466 0.0000 0.9989</w:t>
        <w:br/>
        <w:t>vn 0.0989 0.0183 -0.9949</w:t>
        <w:br/>
        <w:t>vn 0.1680 0.0450 -0.9847</w:t>
        <w:br/>
        <w:t>vn 0.1681 0.0450 -0.9847</w:t>
        <w:br/>
        <w:t>vn 0.2363 0.0715 -0.9690</w:t>
        <w:br/>
        <w:t>vn 0.9034 -0.0702 0.4231</w:t>
        <w:br/>
        <w:t>vn 0.9409 -0.0703 0.3314</w:t>
        <w:br/>
        <w:t>vn 0.9691 -0.0696 0.2365</w:t>
        <w:br/>
        <w:t>vn 0.3362 0.0161 -0.9416</w:t>
        <w:br/>
        <w:t>vn 0.4074 0.0382 -0.9125</w:t>
        <w:br/>
        <w:t>vn 0.4023 0.0796 -0.9120</w:t>
        <w:br/>
        <w:t>vn 0.3506 -0.0290 -0.9361</w:t>
        <w:br/>
        <w:t>vn 0.3136 -0.0399 -0.9487</w:t>
        <w:br/>
        <w:t>vn 0.4495 -0.0602 -0.8913</w:t>
        <w:br/>
        <w:t>vn 0.3392 -0.0268 -0.9403</w:t>
        <w:br/>
        <w:t>vn 0.4144 -0.0632 -0.9079</w:t>
        <w:br/>
        <w:t>vn 0.4075 -0.0190 -0.9130</w:t>
        <w:br/>
        <w:t>vn 0.4873 -0.1281 -0.8638</w:t>
        <w:br/>
        <w:t>vn 0.4849 -0.0297 -0.8741</w:t>
        <w:br/>
        <w:t>vn 0.4953 -0.0847 -0.8646</w:t>
        <w:br/>
        <w:t>vn 0.5734 -0.1501 -0.8054</w:t>
        <w:br/>
        <w:t>vn 0.5828 -0.0226 -0.8123</w:t>
        <w:br/>
        <w:t>vn 0.6338 -0.0940 -0.7677</w:t>
        <w:br/>
        <w:t>vn 0.7533 -0.2417 -0.6116</w:t>
        <w:br/>
        <w:t>vn 0.7430 -0.0269 -0.6687</w:t>
        <w:br/>
        <w:t>vn 0.7616 -0.0928 -0.6414</w:t>
        <w:br/>
        <w:t>vn 0.8587 -0.0092 -0.5124</w:t>
        <w:br/>
        <w:t>vn 0.8645 -0.1982 -0.4619</w:t>
        <w:br/>
        <w:t>vn 0.8243 -0.3901 -0.4104</w:t>
        <w:br/>
        <w:t>vn 0.9480 0.0012 -0.3184</w:t>
        <w:br/>
        <w:t>vn 0.8406 -0.3855 -0.3805</w:t>
        <w:br/>
        <w:t>vn 0.9409 -0.1806 -0.2865</w:t>
        <w:br/>
        <w:t>vn 0.9945 -0.0001 -0.1051</w:t>
        <w:br/>
        <w:t>vn 0.9229 -0.3357 -0.1885</w:t>
        <w:br/>
        <w:t>vn 0.9781 -0.1879 -0.0893</w:t>
        <w:br/>
        <w:t>vn 0.9488 -0.3156 -0.0149</w:t>
        <w:br/>
        <w:t>vn 0.9893 -0.1321 0.0624</w:t>
        <w:br/>
        <w:t>vn 0.9901 -0.0001 0.1401</w:t>
        <w:br/>
        <w:t>vn 0.9628 -0.2067 0.1738</w:t>
        <w:br/>
        <w:t>vn 0.9489 -0.0417 0.3127</w:t>
        <w:br/>
        <w:t>vn 0.9270 -0.0000 0.3750</w:t>
        <w:br/>
        <w:t>vn 0.9170 -0.0177 0.3984</w:t>
        <w:br/>
        <w:t>vn 0.8635 0.0592 0.5008</w:t>
        <w:br/>
        <w:t>vn 0.8194 0.0000 0.5732</w:t>
        <w:br/>
        <w:t>vn 0.7512 0.2075 0.6266</w:t>
        <w:br/>
        <w:t>vn 0.7041 0.1142 0.7009</w:t>
        <w:br/>
        <w:t>vn 0.6969 0.0000 0.7172</w:t>
        <w:br/>
        <w:t>vn 0.5648 0.1838 0.8045</w:t>
        <w:br/>
        <w:t>vn 0.5831 0.0659 0.8097</w:t>
        <w:br/>
        <w:t>vn 0.5440 -0.0000 0.8391</w:t>
        <w:br/>
        <w:t>vn 0.4374 0.1418 0.8880</w:t>
        <w:br/>
        <w:t>vn 0.4201 0.0541 0.9059</w:t>
        <w:br/>
        <w:t>vn 0.4103 -0.0000 0.9120</w:t>
        <w:br/>
        <w:t>vn 0.2328 0.0794 0.9693</w:t>
        <w:br/>
        <w:t>vn 0.2647 -0.0085 0.9643</w:t>
        <w:br/>
        <w:t>vn 0.2724 0.0000 0.9622</w:t>
        <w:br/>
        <w:t>vn 0.0745 -0.0670 0.9950</w:t>
        <w:br/>
        <w:t>vn 0.1207 -0.0725 0.9900</w:t>
        <w:br/>
        <w:t>vn 0.0131 -0.1474 0.9890</w:t>
        <w:br/>
        <w:t>vn 0.1054 -0.0000 0.9944</w:t>
        <w:br/>
        <w:t>vn 0.0433 -0.0586 0.9973</w:t>
        <w:br/>
        <w:t>vn 0.0466 0.0000 0.9989</w:t>
        <w:br/>
        <w:t>vn 0.2151 -0.0462 -0.9755</w:t>
        <w:br/>
        <w:t>vn 0.2152 -0.0462 -0.9755</w:t>
        <w:br/>
        <w:t>vn 0.2149 -0.0463 -0.9755</w:t>
        <w:br/>
        <w:t>vn 0.2144 -0.0462 -0.9756</w:t>
        <w:br/>
        <w:t>vn 0.2147 -0.0463 -0.9756</w:t>
        <w:br/>
        <w:t>vn 0.2147 -0.0462 -0.9756</w:t>
        <w:br/>
        <w:t>vn 0.2145 -0.0461 -0.9756</w:t>
        <w:br/>
        <w:t>vn 0.2149 -0.0461 -0.9756</w:t>
        <w:br/>
        <w:t>vn 0.2062 -0.0457 -0.9774</w:t>
        <w:br/>
        <w:t>vn 0.2109 -0.0473 -0.9764</w:t>
        <w:br/>
        <w:t>vn 0.2048 -0.0567 -0.9772</w:t>
        <w:br/>
        <w:t>vn 0.2006 -0.0497 -0.9784</w:t>
        <w:br/>
        <w:t>vn 0.2060 -0.0616 -0.9766</w:t>
        <w:br/>
        <w:t>vn 0.2139 -0.0671 -0.9745</w:t>
        <w:br/>
        <w:t>vn 0.2169 -0.0471 -0.9751</w:t>
        <w:br/>
        <w:t>vn 0.2075 -0.0639 -0.9761</w:t>
        <w:br/>
        <w:t>vn 0.2168 -0.0603 -0.9743</w:t>
        <w:br/>
        <w:t>vn 0.1982 -0.0616 -0.9782</w:t>
        <w:br/>
        <w:t>vn 0.1866 -0.0603 -0.9806</w:t>
        <w:br/>
        <w:t>vn 0.2164 -0.0463 -0.9752</w:t>
        <w:br/>
        <w:t>vn 0.2168 -0.0464 -0.9751</w:t>
        <w:br/>
        <w:t>vn 0.2133 -0.0465 -0.9759</w:t>
        <w:br/>
        <w:t>vn 0.2136 -0.0464 -0.9758</w:t>
        <w:br/>
        <w:t>vn 0.2143 -0.0470 -0.9756</w:t>
        <w:br/>
        <w:t>vn 0.2138 -0.0466 -0.9758</w:t>
        <w:br/>
        <w:t>vn 0.2147 -0.0464 -0.9756</w:t>
        <w:br/>
        <w:t>vn 0.2136 -0.0465 -0.9758</w:t>
        <w:br/>
        <w:t>vn 0.2119 -0.0481 -0.9761</w:t>
        <w:br/>
        <w:t>vn 0.2139 -0.0467 -0.9757</w:t>
        <w:br/>
        <w:t>vn 0.2119 -0.0482 -0.9761</w:t>
        <w:br/>
        <w:t>vn 0.2137 -0.0466 -0.9758</w:t>
        <w:br/>
        <w:t>vn 0.2123 -0.0483 -0.9760</w:t>
        <w:br/>
        <w:t>vn 0.2136 -0.0466 -0.9758</w:t>
        <w:br/>
        <w:t>vn 0.2134 -0.0465 -0.9759</w:t>
        <w:br/>
        <w:t>vn 0.2126 -0.0484 -0.9759</w:t>
        <w:br/>
        <w:t>vn 0.2128 -0.0485 -0.9759</w:t>
        <w:br/>
        <w:t>vn 0.2123 -0.0482 -0.9760</w:t>
        <w:br/>
        <w:t>vn 0.2123 -0.0481 -0.9760</w:t>
        <w:br/>
        <w:t>vn 0.2129 -0.0482 -0.9759</w:t>
        <w:br/>
        <w:t>vn 0.2131 -0.0482 -0.9758</w:t>
        <w:br/>
        <w:t>vn 0.7986 -0.0982 -0.5938</w:t>
        <w:br/>
        <w:t>vn 0.7683 -0.1400 -0.6246</w:t>
        <w:br/>
        <w:t>vn 0.8037 0.0240 -0.5945</w:t>
        <w:br/>
        <w:t>vn 0.8433 0.2572 -0.4719</w:t>
        <w:br/>
        <w:t>vn 0.8229 0.3304 -0.4623</w:t>
        <w:br/>
        <w:t>vn 0.8611 0.4201 -0.2866</w:t>
        <w:br/>
        <w:t>vn 0.8523 0.4409 -0.2813</w:t>
        <w:br/>
        <w:t>vn 0.8991 0.4275 -0.0939</w:t>
        <w:br/>
        <w:t>vn 0.8975 0.4252 -0.1175</w:t>
        <w:br/>
        <w:t>vn 0.9111 0.4033 0.0850</w:t>
        <w:br/>
        <w:t>vn 0.9094 0.3876 0.1505</w:t>
        <w:br/>
        <w:t>vn 0.8925 0.3833 0.2376</w:t>
        <w:br/>
        <w:t>vn 0.8952 0.3352 0.2937</w:t>
        <w:br/>
        <w:t>vn 0.8438 0.2871 0.4535</w:t>
        <w:br/>
        <w:t>vn 0.7871 0.2396 0.5684</w:t>
        <w:br/>
        <w:t>vn 0.6925 0.2039 0.6920</w:t>
        <w:br/>
        <w:t>vn 0.6808 0.1876 0.7081</w:t>
        <w:br/>
        <w:t>vn 0.6425 0.1449 0.7524</w:t>
        <w:br/>
        <w:t>vn -0.5186 0.7697 0.3723</w:t>
        <w:br/>
        <w:t>vn -0.5119 0.7740 0.3728</w:t>
        <w:br/>
        <w:t>vn -0.5029 0.7602 0.4114</w:t>
        <w:br/>
        <w:t>vn -0.4958 0.7433 0.4491</w:t>
        <w:br/>
        <w:t>vn -0.5003 0.7365 0.4552</w:t>
        <w:br/>
        <w:t>vn -0.5119 0.7473 0.4237</w:t>
        <w:br/>
        <w:t>vn -0.5164 0.7601 0.3944</w:t>
        <w:br/>
        <w:t>vn -0.5071 0.7652 0.3966</w:t>
        <w:br/>
        <w:t>vn -0.5008 0.7587 0.4166</w:t>
        <w:br/>
        <w:t>vn -0.5161 0.7452 0.4223</w:t>
        <w:br/>
        <w:t>vn -0.5023 0.7371 0.4520</w:t>
        <w:br/>
        <w:t>vn -0.5398 0.7303 0.4186</w:t>
        <w:br/>
        <w:t>vn -0.5713 0.7252 0.3844</w:t>
        <w:br/>
        <w:t>vn -0.9620 -0.0788 0.2614</w:t>
        <w:br/>
        <w:t>vn -0.9686 -0.0770 0.2363</w:t>
        <w:br/>
        <w:t>vn -0.9547 -0.0806 0.2863</w:t>
        <w:br/>
        <w:t>vn 0.3298 0.0567 0.9424</w:t>
        <w:br/>
        <w:t>vn 0.3293 0.0558 0.9426</w:t>
        <w:br/>
        <w:t>vn 0.3253 0.0591 0.9437</w:t>
        <w:br/>
        <w:t>vn 0.3491 0.0438 0.9361</w:t>
        <w:br/>
        <w:t>vn 0.0473 -0.9975 -0.0517</w:t>
        <w:br/>
        <w:t>vn 0.0564 -0.9983 -0.0169</w:t>
        <w:br/>
        <w:t>vn 0.0525 -0.9977 -0.0436</w:t>
        <w:br/>
        <w:t>vn 0.4030 0.0362 0.9145</w:t>
        <w:br/>
        <w:t>vn 0.0412 -0.9970 -0.0663</w:t>
        <w:br/>
        <w:t>vn 0.0395 -0.9972 -0.0636</w:t>
        <w:br/>
        <w:t>vn 0.4125 0.0252 0.9106</w:t>
        <w:br/>
        <w:t>vn 0.0457 -0.9978 -0.0485</w:t>
        <w:br/>
        <w:t>vn 0.4762 0.0371 0.8785</w:t>
        <w:br/>
        <w:t>vn 0.0699 -0.9969 -0.0370</w:t>
        <w:br/>
        <w:t>vn 0.4896 0.0280 0.8715</w:t>
        <w:br/>
        <w:t>vn 0.0930 -0.9954 -0.0227</w:t>
        <w:br/>
        <w:t>vn 0.5675 0.0146 0.8233</w:t>
        <w:br/>
        <w:t>vn 0.1127 -0.9934 -0.0220</w:t>
        <w:br/>
        <w:t>vn 0.6149 -0.0046 0.7886</w:t>
        <w:br/>
        <w:t>vn 0.1171 -0.9930 -0.0154</w:t>
        <w:br/>
        <w:t>vn 0.7276 -0.0059 0.6860</w:t>
        <w:br/>
        <w:t>vn 0.1333 -0.9909 -0.0199</w:t>
        <w:br/>
        <w:t>vn 0.7654 -0.0193 0.6433</w:t>
        <w:br/>
        <w:t>vn 0.1490 -0.9885 -0.0243</w:t>
        <w:br/>
        <w:t>vn 0.8540 -0.0272 0.5195</w:t>
        <w:br/>
        <w:t>vn 0.1634 -0.9859 -0.0354</w:t>
        <w:br/>
        <w:t>vn 0.8867 -0.0446 0.4603</w:t>
        <w:br/>
        <w:t>vn 0.1682 -0.9851 -0.0356</w:t>
        <w:br/>
        <w:t>vn 0.9462 -0.0505 0.3195</w:t>
        <w:br/>
        <w:t>vn 0.1745 -0.9839 -0.0379</w:t>
        <w:br/>
        <w:t>vn 0.9659 -0.0536 0.2534</w:t>
        <w:br/>
        <w:t>vn 0.1768 -0.9835 -0.0387</w:t>
        <w:br/>
        <w:t>vn 0.9936 -0.0567 0.0976</w:t>
        <w:br/>
        <w:t>vn 0.1789 -0.9838 -0.0108</w:t>
        <w:br/>
        <w:t>vn 0.9934 -0.0465 0.1045</w:t>
        <w:br/>
        <w:t>vn 0.1698 -0.9854 -0.0099</w:t>
        <w:br/>
        <w:t>vn 0.9960 -0.0653 -0.0610</w:t>
        <w:br/>
        <w:t>vn 0.1852 -0.9826 0.0157</w:t>
        <w:br/>
        <w:t>vn 0.9862 -0.0756 -0.1474</w:t>
        <w:br/>
        <w:t>vn 0.1959 -0.9806 0.0099</w:t>
        <w:br/>
        <w:t>vn 0.9546 -0.0746 -0.2884</w:t>
        <w:br/>
        <w:t>vn 0.2057 -0.9784 0.0221</w:t>
        <w:br/>
        <w:t>vn 0.9289 -0.0755 -0.3626</w:t>
        <w:br/>
        <w:t>vn 0.2144 -0.9760 0.0387</w:t>
        <w:br/>
        <w:t>vn 0.8716 -0.0744 -0.4845</w:t>
        <w:br/>
        <w:t>vn 0.2264 -0.9722 0.0596</w:t>
        <w:br/>
        <w:t>vn 0.8410 -0.0741 -0.5359</w:t>
        <w:br/>
        <w:t>vn 0.2246 -0.9719 0.0708</w:t>
        <w:br/>
        <w:t>vn 0.7807 -0.0747 -0.6204</w:t>
        <w:br/>
        <w:t>vn 0.2026 -0.9767 0.0704</w:t>
        <w:br/>
        <w:t>vn 0.7399 -0.0900 -0.6667</w:t>
        <w:br/>
        <w:t>vn 0.1689 -0.9824 0.0796</w:t>
        <w:br/>
        <w:t>vn 0.6458 -0.1089 -0.7557</w:t>
        <w:br/>
        <w:t>vn 0.1435 -0.9861 0.0841</w:t>
        <w:br/>
        <w:t>vn 0.5755 -0.1286 -0.8076</w:t>
        <w:br/>
        <w:t>vn 0.1382 -0.9848 0.1051</w:t>
        <w:br/>
        <w:t>vn 0.4473 -0.1399 -0.8834</w:t>
        <w:br/>
        <w:t>vn 0.1259 -0.9860 0.1090</w:t>
        <w:br/>
        <w:t>vn 0.3910 -0.1258 -0.9117</w:t>
        <w:br/>
        <w:t>vn 0.1061 -0.9857 0.1311</w:t>
        <w:br/>
        <w:t>vn 0.2588 -0.1098 -0.9597</w:t>
        <w:br/>
        <w:t>vn 0.0899 -0.9850 0.1476</w:t>
        <w:br/>
        <w:t>vn 0.2281 -0.0585 -0.9719</w:t>
        <w:br/>
        <w:t>vn 0.0875 -0.9813 0.1714</w:t>
        <w:br/>
        <w:t>vn 0.1266 -0.0301 -0.9915</w:t>
        <w:br/>
        <w:t>vn 0.0746 -0.9813 0.1777</w:t>
        <w:br/>
        <w:t>vn 0.1081 0.0035 -0.9941</w:t>
        <w:br/>
        <w:t>vn 0.0602 -0.9806 0.1863</w:t>
        <w:br/>
        <w:t>vn 0.0597 0.0052 -0.9982</w:t>
        <w:br/>
        <w:t>vn 0.0458 -0.9807 0.1898</w:t>
        <w:br/>
        <w:t>vn 0.0642 0.0105 -0.9979</w:t>
        <w:br/>
        <w:t>vn 0.0462 -0.9799 0.1943</w:t>
        <w:br/>
        <w:t>vn 0.9620 -0.0788 0.2614</w:t>
        <w:br/>
        <w:t>vn 0.9686 -0.0770 0.2363</w:t>
        <w:br/>
        <w:t>vn 0.9547 -0.0806 0.2863</w:t>
        <w:br/>
        <w:t>vn -0.3297 0.0567 0.9424</w:t>
        <w:br/>
        <w:t>vn -0.3254 0.0591 0.9437</w:t>
        <w:br/>
        <w:t>vn -0.3294 0.0557 0.9425</w:t>
        <w:br/>
        <w:t>vn -0.3489 0.0437 0.9361</w:t>
        <w:br/>
        <w:t>vn -0.0473 -0.9975 -0.0517</w:t>
        <w:br/>
        <w:t>vn -0.0526 -0.9977 -0.0436</w:t>
        <w:br/>
        <w:t>vn -0.0564 -0.9983 -0.0169</w:t>
        <w:br/>
        <w:t>vn -0.4030 0.0362 0.9145</w:t>
        <w:br/>
        <w:t>vn -0.0412 -0.9969 -0.0663</w:t>
        <w:br/>
        <w:t>vn -0.0395 -0.9972 -0.0636</w:t>
        <w:br/>
        <w:t>vn -0.4125 0.0252 0.9106</w:t>
        <w:br/>
        <w:t>vn -0.0458 -0.9978 -0.0484</w:t>
        <w:br/>
        <w:t>vn -0.4762 0.0371 0.8785</w:t>
        <w:br/>
        <w:t>vn -0.0699 -0.9969 -0.0369</w:t>
        <w:br/>
        <w:t>vn -0.4896 0.0280 0.8715</w:t>
        <w:br/>
        <w:t>vn -0.0931 -0.9954 -0.0227</w:t>
        <w:br/>
        <w:t>vn -0.5675 0.0146 0.8233</w:t>
        <w:br/>
        <w:t>vn -0.1126 -0.9934 -0.0220</w:t>
        <w:br/>
        <w:t>vn -0.6149 -0.0046 0.7886</w:t>
        <w:br/>
        <w:t>vn -0.1171 -0.9930 -0.0154</w:t>
        <w:br/>
        <w:t>vn -0.7276 -0.0059 0.6860</w:t>
        <w:br/>
        <w:t>vn -0.1333 -0.9909 -0.0199</w:t>
        <w:br/>
        <w:t>vn -0.7654 -0.0193 0.6433</w:t>
        <w:br/>
        <w:t>vn -0.1490 -0.9885 -0.0242</w:t>
        <w:br/>
        <w:t>vn -0.8540 -0.0272 0.5195</w:t>
        <w:br/>
        <w:t>vn -0.1634 -0.9859 -0.0354</w:t>
        <w:br/>
        <w:t>vn -0.8867 -0.0446 0.4603</w:t>
        <w:br/>
        <w:t>vn -0.1682 -0.9851 -0.0356</w:t>
        <w:br/>
        <w:t>vn -0.9462 -0.0505 0.3195</w:t>
        <w:br/>
        <w:t>vn -0.1746 -0.9839 -0.0378</w:t>
        <w:br/>
        <w:t>vn -0.9659 -0.0536 0.2534</w:t>
        <w:br/>
        <w:t>vn -0.1768 -0.9835 -0.0387</w:t>
        <w:br/>
        <w:t>vn -0.9936 -0.0566 0.0976</w:t>
        <w:br/>
        <w:t>vn -0.1789 -0.9838 -0.0108</w:t>
        <w:br/>
        <w:t>vn -0.9934 -0.0465 0.1046</w:t>
        <w:br/>
        <w:t>vn -0.1698 -0.9854 -0.0099</w:t>
        <w:br/>
        <w:t>vn -0.9960 -0.0653 -0.0610</w:t>
        <w:br/>
        <w:t>vn -0.1852 -0.9826 0.0157</w:t>
        <w:br/>
        <w:t>vn -0.9862 -0.0756 -0.1474</w:t>
        <w:br/>
        <w:t>vn -0.1959 -0.9806 0.0100</w:t>
        <w:br/>
        <w:t>vn -0.9546 -0.0746 -0.2884</w:t>
        <w:br/>
        <w:t>vn -0.2057 -0.9784 0.0221</w:t>
        <w:br/>
        <w:t>vn -0.9289 -0.0755 -0.3626</w:t>
        <w:br/>
        <w:t>vn -0.2143 -0.9760 0.0387</w:t>
        <w:br/>
        <w:t>vn -0.8716 -0.0744 -0.4845</w:t>
        <w:br/>
        <w:t>vn -0.2263 -0.9722 0.0597</w:t>
        <w:br/>
        <w:t>vn -0.8410 -0.0741 -0.5359</w:t>
        <w:br/>
        <w:t>vn -0.2246 -0.9719 0.0708</w:t>
        <w:br/>
        <w:t>vn -0.7807 -0.0747 -0.6204</w:t>
        <w:br/>
        <w:t>vn -0.2026 -0.9767 0.0704</w:t>
        <w:br/>
        <w:t>vn -0.7399 -0.0900 -0.6667</w:t>
        <w:br/>
        <w:t>vn -0.1689 -0.9824 0.0795</w:t>
        <w:br/>
        <w:t>vn -0.6458 -0.1089 -0.7557</w:t>
        <w:br/>
        <w:t>vn -0.1435 -0.9861 0.0841</w:t>
        <w:br/>
        <w:t>vn -0.5755 -0.1286 -0.8076</w:t>
        <w:br/>
        <w:t>vn -0.1382 -0.9848 0.1051</w:t>
        <w:br/>
        <w:t>vn -0.4473 -0.1399 -0.8834</w:t>
        <w:br/>
        <w:t>vn -0.1259 -0.9860 0.1090</w:t>
        <w:br/>
        <w:t>vn -0.3910 -0.1258 -0.9117</w:t>
        <w:br/>
        <w:t>vn -0.1061 -0.9857 0.1311</w:t>
        <w:br/>
        <w:t>vn -0.2588 -0.1098 -0.9597</w:t>
        <w:br/>
        <w:t>vn -0.0899 -0.9849 0.1476</w:t>
        <w:br/>
        <w:t>vn -0.2281 -0.0585 -0.9719</w:t>
        <w:br/>
        <w:t>vn -0.0875 -0.9813 0.1714</w:t>
        <w:br/>
        <w:t>vn -0.1266 -0.0300 -0.9915</w:t>
        <w:br/>
        <w:t>vn -0.0746 -0.9813 0.1776</w:t>
        <w:br/>
        <w:t>vn -0.1081 0.0035 -0.9941</w:t>
        <w:br/>
        <w:t>vn -0.0602 -0.9807 0.1863</w:t>
        <w:br/>
        <w:t>vn -0.0596 0.0051 -0.9982</w:t>
        <w:br/>
        <w:t>vn -0.0458 -0.9808 0.1898</w:t>
        <w:br/>
        <w:t>vn -0.0642 0.0105 -0.9979</w:t>
        <w:br/>
        <w:t>vn -0.0462 -0.9799 0.1943</w:t>
        <w:br/>
        <w:t>vn -0.4888 -0.8239 -0.2869</w:t>
        <w:br/>
        <w:t>vn -0.4839 -0.8286 -0.2814</w:t>
        <w:br/>
        <w:t>vn -0.4821 -0.8279 -0.2866</w:t>
        <w:br/>
        <w:t>vn -0.4310 -0.8087 -0.4004</w:t>
        <w:br/>
        <w:t>vn -0.4126 -0.7397 -0.5316</w:t>
        <w:br/>
        <w:t>vn -0.2860 -0.7427 -0.6055</w:t>
        <w:br/>
        <w:t>vn -0.4219 -0.6817 -0.5977</w:t>
        <w:br/>
        <w:t>vn -0.5492 -0.6037 -0.5779</w:t>
        <w:br/>
        <w:t>vn 0.4888 -0.8239 -0.2869</w:t>
        <w:br/>
        <w:t>vn 0.4821 -0.8279 -0.2866</w:t>
        <w:br/>
        <w:t>vn 0.4839 -0.8286 -0.2814</w:t>
        <w:br/>
        <w:t>vn 0.4310 -0.8087 -0.4004</w:t>
        <w:br/>
        <w:t>vn 0.4126 -0.7397 -0.5316</w:t>
        <w:br/>
        <w:t>vn 0.2859 -0.7427 -0.6055</w:t>
        <w:br/>
        <w:t>vn 0.4219 -0.6817 -0.5977</w:t>
        <w:br/>
        <w:t>vn 0.5492 -0.6037 -0.5779</w:t>
        <w:br/>
        <w:t>vn 0.2580 -0.0390 -0.9653</w:t>
        <w:br/>
        <w:t>vn 0.2635 -0.0428 -0.9637</w:t>
        <w:br/>
        <w:t>vn 0.2800 -0.0335 -0.9594</w:t>
        <w:br/>
        <w:t>vn 0.2397 -0.0470 -0.9697</w:t>
        <w:br/>
        <w:t>vn 0.2323 -0.0443 -0.9716</w:t>
        <w:br/>
        <w:t>vn 0.2232 -0.0506 -0.9735</w:t>
        <w:br/>
        <w:t>vn 0.2169 -0.0354 -0.9755</w:t>
        <w:br/>
        <w:t>vn 0.2196 -0.0522 -0.9742</w:t>
        <w:br/>
        <w:t>vn 0.2096 -0.0638 -0.9757</w:t>
        <w:br/>
        <w:t>vn 0.1996 -0.0996 -0.9748</w:t>
        <w:br/>
        <w:t>vn 0.2075 -0.1039 -0.9727</w:t>
        <w:br/>
        <w:t>vn 0.2189 -0.0015 -0.9758</w:t>
        <w:br/>
        <w:t>vn 0.9721 -0.0766 0.2217</w:t>
        <w:br/>
        <w:t>vn 0.9748 -0.0351 0.2201</w:t>
        <w:br/>
        <w:t>vn 0.9750 -0.0353 0.2195</w:t>
        <w:br/>
        <w:t>vn 0.9676 -0.1181 0.2230</w:t>
        <w:br/>
        <w:t>vn 0.9757 0.0150 0.2186</w:t>
        <w:br/>
        <w:t>vn 0.9758 0.0151 0.2183</w:t>
        <w:br/>
        <w:t>vn 0.9006 0.3936 0.1845</w:t>
        <w:br/>
        <w:t>vn 0.7937 0.5892 0.1515</w:t>
        <w:br/>
        <w:t>vn 0.5016 0.8619 0.0741</w:t>
        <w:br/>
        <w:t>vn 0.3225 0.9466 0.0021</w:t>
        <w:br/>
        <w:t>vn 0.0948 0.9949 -0.0355</w:t>
        <w:br/>
        <w:t>vn 0.0264 0.9967 -0.0762</w:t>
        <w:br/>
        <w:t>vn -0.0525 0.9962 -0.0693</w:t>
        <w:br/>
        <w:t>vn -0.2751 0.9521 -0.1333</w:t>
        <w:br/>
        <w:t>vn -0.4689 0.8710 -0.1464</w:t>
        <w:br/>
        <w:t>vn -0.8333 0.5109 -0.2111</w:t>
        <w:br/>
        <w:t>vn -0.8336 0.5108 -0.2104</w:t>
        <w:br/>
        <w:t>vn -0.9748 0.0338 -0.2205</w:t>
        <w:br/>
        <w:t>vn -0.9748 0.0337 -0.2205</w:t>
        <w:br/>
        <w:t>vn -0.9722 -0.0984 -0.2126</w:t>
        <w:br/>
        <w:t>vn -0.9719 -0.0985 -0.2136</w:t>
        <w:br/>
        <w:t>vn -0.9751 -0.0554 -0.2147</w:t>
        <w:br/>
        <w:t>vn -0.9755 -0.0549 -0.2132</w:t>
        <w:br/>
        <w:t>vn 0.9697 -0.1011 0.2224</w:t>
        <w:br/>
        <w:t>vn 0.9749 -0.0350 0.2197</w:t>
        <w:br/>
        <w:t>vn 0.9750 -0.0351 0.2195</w:t>
        <w:br/>
        <w:t>vn 0.9603 -0.1671 0.2234</w:t>
        <w:br/>
        <w:t>vn 0.9613 -0.1615 0.2234</w:t>
        <w:br/>
        <w:t>vn 0.9708 -0.0896 0.2223</w:t>
        <w:br/>
        <w:t>vn 0.9451 0.2577 0.2007</w:t>
        <w:br/>
        <w:t>vn 0.8299 0.5342 0.1610</w:t>
        <w:br/>
        <w:t>vn 0.4251 0.9045 0.0329</w:t>
        <w:br/>
        <w:t>vn 0.4263 0.9032 0.0510</w:t>
        <w:br/>
        <w:t>vn 0.1146 0.9915 -0.0625</w:t>
        <w:br/>
        <w:t>vn 0.0584 0.9954 -0.0759</w:t>
        <w:br/>
        <w:t>vn 0.0298 0.9957 -0.0879</w:t>
        <w:br/>
        <w:t>vn 0.0231 0.9981 -0.0576</w:t>
        <w:br/>
        <w:t>vn 0.0197 0.9989 -0.0428</w:t>
        <w:br/>
        <w:t>vn 0.0191 0.9989 -0.0435</w:t>
        <w:br/>
        <w:t>vn 0.3087 -0.9504 0.0373</w:t>
        <w:br/>
        <w:t>vn 0.2173 -0.9496 -0.2259</w:t>
        <w:br/>
        <w:t>vn 0.1473 -0.8964 -0.4181</w:t>
        <w:br/>
        <w:t>vn 0.0965 -0.8698 -0.4839</w:t>
        <w:br/>
        <w:t>vn 0.2123 0.0479 0.9760</w:t>
        <w:br/>
        <w:t>vn 0.2117 0.0479 0.9762</w:t>
        <w:br/>
        <w:t>vn 0.2126 0.0480 0.9760</w:t>
        <w:br/>
        <w:t>vn 0.2126 0.0482 0.9759</w:t>
        <w:br/>
        <w:t>vn 0.2127 0.0484 0.9759</w:t>
        <w:br/>
        <w:t>vn 0.2128 0.0480 0.9759</w:t>
        <w:br/>
        <w:t>vn 0.2127 0.0479 0.9759</w:t>
        <w:br/>
        <w:t>vn 0.2132 0.0474 0.9759</w:t>
        <w:br/>
        <w:t>vn 0.2125 0.0480 0.9760</w:t>
        <w:br/>
        <w:t>vn 0.2130 0.0475 0.9759</w:t>
        <w:br/>
        <w:t>vn 0.2125 0.0475 0.9760</w:t>
        <w:br/>
        <w:t>vn 0.2136 0.0464 0.9758</w:t>
        <w:br/>
        <w:t>vn 0.2140 0.0459 0.9758</w:t>
        <w:br/>
        <w:t>vn 0.2139 0.0465 0.9758</w:t>
        <w:br/>
        <w:t>vn 0.2093 0.0468 0.9767</w:t>
        <w:br/>
        <w:t>vn 0.2139 0.0464 0.9758</w:t>
        <w:br/>
        <w:t>vn 0.2052 0.0551 0.9772</w:t>
        <w:br/>
        <w:t>vn 0.2138 0.0466 0.9758</w:t>
        <w:br/>
        <w:t>vn 0.2134 0.0465 0.9758</w:t>
        <w:br/>
        <w:t>vn 0.2137 0.0467 0.9758</w:t>
        <w:br/>
        <w:t>vn 0.2136 0.0467 0.9758</w:t>
        <w:br/>
        <w:t>vn 0.2134 0.0466 0.9759</w:t>
        <w:br/>
        <w:t>vn 0.2133 0.0465 0.9759</w:t>
        <w:br/>
        <w:t>vn 0.2071 0.0458 0.9772</w:t>
        <w:br/>
        <w:t>vn 0.2149 0.0462 0.9755</w:t>
        <w:br/>
        <w:t>vn 0.2021 0.0496 0.9781</w:t>
        <w:br/>
        <w:t>vn 0.2151 0.0463 0.9755</w:t>
        <w:br/>
        <w:t>vn 0.2072 0.0599 0.9765</w:t>
        <w:br/>
        <w:t>vn 0.2148 0.0461 0.9756</w:t>
        <w:br/>
        <w:t>vn 0.2141 0.0642 0.9747</w:t>
        <w:br/>
        <w:t>vn 0.2149 0.0461 0.9756</w:t>
        <w:br/>
        <w:t>vn 0.2091 0.0607 0.9760</w:t>
        <w:br/>
        <w:t>vn 0.2147 0.0461 0.9756</w:t>
        <w:br/>
        <w:t>vn 0.2171 0.0579 0.9744</w:t>
        <w:br/>
        <w:t>vn 0.2021 0.0587 0.9776</w:t>
        <w:br/>
        <w:t>vn 0.1924 0.0576 0.9796</w:t>
        <w:br/>
        <w:t>vn 0.2153 0.0461 0.9755</w:t>
        <w:br/>
        <w:t>vn 0.0841 -0.9961 -0.0264</w:t>
        <w:br/>
        <w:t>vn -0.1737 -0.9838 0.0431</w:t>
        <w:br/>
        <w:t>vn -0.4065 -0.9046 0.1285</w:t>
        <w:br/>
        <w:t>vn -0.6112 -0.7676 0.1931</w:t>
        <w:br/>
        <w:t>vn -0.5701 -0.7934 0.2133</w:t>
        <w:br/>
        <w:t>vn -0.6962 0.7069 0.1250</w:t>
        <w:br/>
        <w:t>vn -0.9101 0.3578 0.2092</w:t>
        <w:br/>
        <w:t>vn -0.9100 0.3580 0.2090</w:t>
        <w:br/>
        <w:t>vn -0.6961 0.7069 0.1251</w:t>
        <w:br/>
        <w:t>vn -0.3606 0.9325 0.0190</w:t>
        <w:br/>
        <w:t>vn -0.3609 0.9324 0.0189</w:t>
        <w:br/>
        <w:t>vn 0.6396 0.7346 -0.2264</w:t>
        <w:br/>
        <w:t>vn 0.6398 0.7345 -0.2263</w:t>
        <w:br/>
        <w:t>vn 0.6397 0.7345 -0.2263</w:t>
        <w:br/>
        <w:t>vn 0.6399 0.7345 -0.2261</w:t>
        <w:br/>
        <w:t>vn -0.3311 0.9435 0.0108</w:t>
        <w:br/>
        <w:t>vn -0.3307 0.9437 0.0109</w:t>
        <w:br/>
        <w:t>vn -0.6704 0.7328 0.1166</w:t>
        <w:br/>
        <w:t>vn -0.6703 0.7329 0.1169</w:t>
        <w:br/>
        <w:t>vn -0.9576 0.1648 0.2365</w:t>
        <w:br/>
        <w:t>vn -0.9572 0.1662 0.2370</w:t>
        <w:br/>
        <w:t>vn -0.9349 -0.2402 0.2612</w:t>
        <w:br/>
        <w:t>vn -0.8786 -0.4021 0.2578</w:t>
        <w:br/>
        <w:t>vn -0.5298 -0.8242 0.1997</w:t>
        <w:br/>
        <w:t>vn -0.5295 -0.8244 0.2000</w:t>
        <w:br/>
        <w:t>vn -0.1796 -0.9763 0.1209</w:t>
        <w:br/>
        <w:t>vn -0.1807 -0.9761 0.1204</w:t>
        <w:br/>
        <w:t>vn 0.7656 -0.6255 -0.1504</w:t>
        <w:br/>
        <w:t>vn 0.7655 -0.6257 -0.1500</w:t>
        <w:br/>
        <w:t>vn 0.7655 -0.6257 -0.1501</w:t>
        <w:br/>
        <w:t>vn 0.7654 -0.6259 -0.1497</w:t>
        <w:br/>
        <w:t>vn -0.5578 -0.8043 0.2050</w:t>
        <w:br/>
        <w:t>vn -0.1867 -0.9748 0.1222</w:t>
        <w:br/>
        <w:t>vn -0.1868 -0.9748 0.1220</w:t>
        <w:br/>
        <w:t>vn -0.5577 -0.8044 0.2049</w:t>
        <w:br/>
        <w:t>vn -0.9662 -0.0493 0.2532</w:t>
        <w:br/>
        <w:t>vn -0.9662 -0.0490 0.2532</w:t>
        <w:br/>
        <w:t>vn -0.6639 0.7388 0.1154</w:t>
        <w:br/>
        <w:t>vn -0.6640 0.7387 0.1155</w:t>
        <w:br/>
        <w:t>vn -0.3234 0.9462 0.0117</w:t>
        <w:br/>
        <w:t>vn -0.3234 0.9462 0.0118</w:t>
        <w:br/>
        <w:t>vn 0.6749 0.7020 -0.2274</w:t>
        <w:br/>
        <w:t>vn 0.6748 0.7021 -0.2275</w:t>
        <w:br/>
        <w:t>vn 0.6748 0.7020 -0.2274</w:t>
        <w:br/>
        <w:t>vn 0.6747 0.7021 -0.2275</w:t>
        <w:br/>
        <w:t>vn -0.2931 0.9561 0.0030</w:t>
        <w:br/>
        <w:t>vn -0.2934 0.9560 0.0029</w:t>
        <w:br/>
        <w:t>vn -0.6373 0.7632 0.1064</w:t>
        <w:br/>
        <w:t>vn -0.6375 0.7631 0.1063</w:t>
        <w:br/>
        <w:t>vn -0.9512 0.2070 0.2289</w:t>
        <w:br/>
        <w:t>vn -0.9508 0.2080 0.2296</w:t>
        <w:br/>
        <w:t>vn -0.9421 -0.2147 0.2576</w:t>
        <w:br/>
        <w:t>vn -0.8864 -0.3859 0.2556</w:t>
        <w:br/>
        <w:t>vn -0.5375 -0.8193 0.1997</w:t>
        <w:br/>
        <w:t>vn -0.5376 -0.8192 0.1998</w:t>
        <w:br/>
        <w:t>vn -0.1875 -0.9746 0.1221</w:t>
        <w:br/>
        <w:t>vn -0.1877 -0.9746 0.1221</w:t>
        <w:br/>
        <w:t>vn 0.7602 -0.6331 -0.1460</w:t>
        <w:br/>
        <w:t>vn 0.7602 -0.6330 -0.1460</w:t>
        <w:br/>
        <w:t>vn -0.5648 -0.7991 0.2059</w:t>
        <w:br/>
        <w:t>vn -0.1940 -0.9731 0.1245</w:t>
        <w:br/>
        <w:t>vn -0.1945 -0.9730 0.1243</w:t>
        <w:br/>
        <w:t>vn -0.5647 -0.7991 0.2061</w:t>
        <w:br/>
        <w:t>vn -0.9673 -0.0399 0.2506</w:t>
        <w:br/>
        <w:t>vn -0.9673 -0.0399 0.2505</w:t>
        <w:br/>
        <w:t>vn -0.6585 0.7442 0.1115</w:t>
        <w:br/>
        <w:t>vn -0.6585 0.7443 0.1116</w:t>
        <w:br/>
        <w:t>vn -0.3173 0.9483 0.0086</w:t>
        <w:br/>
        <w:t>vn -0.3178 0.9481 0.0084</w:t>
        <w:br/>
        <w:t>vn 0.6816 0.6954 -0.2275</w:t>
        <w:br/>
        <w:t>vn 0.6819 0.6952 -0.2273</w:t>
        <w:br/>
        <w:t>vn 0.6818 0.6953 -0.2273</w:t>
        <w:br/>
        <w:t>vn 0.6821 0.6951 -0.2271</w:t>
        <w:br/>
        <w:t>vn -0.2866 0.9580 0.0003</w:t>
        <w:br/>
        <w:t>vn -0.2873 0.9578 0.0001</w:t>
        <w:br/>
        <w:t>vn -0.6316 0.7684 0.1027</w:t>
        <w:br/>
        <w:t>vn -0.6317 0.7684 0.1024</w:t>
        <w:br/>
        <w:t>vn -0.9495 0.2184 0.2253</w:t>
        <w:br/>
        <w:t>vn -0.9491 0.2194 0.2261</w:t>
        <w:br/>
        <w:t>vn -0.9457 -0.2005 0.2557</w:t>
        <w:br/>
        <w:t>vn -0.8926 -0.3719 0.2547</w:t>
        <w:br/>
        <w:t>vn -0.5491 -0.8108 0.2028</w:t>
        <w:br/>
        <w:t>vn -0.5494 -0.8106 0.2026</w:t>
        <w:br/>
        <w:t>vn -0.1996 -0.9716 0.1273</w:t>
        <w:br/>
        <w:t>vn -0.1988 -0.9717 0.1277</w:t>
        <w:br/>
        <w:t>vn 0.7522 -0.6441 -0.1387</w:t>
        <w:br/>
        <w:t>vn 0.7523 -0.6440 -0.1389</w:t>
        <w:br/>
        <w:t>vn 0.7524 -0.6438 -0.1391</w:t>
        <w:br/>
        <w:t>vn -0.5767 -0.7899 0.2086</w:t>
        <w:br/>
        <w:t>vn -0.2060 -0.9700 0.1291</w:t>
        <w:br/>
        <w:t>vn -0.2061 -0.9700 0.1290</w:t>
        <w:br/>
        <w:t>vn -0.5765 -0.7900 0.2087</w:t>
        <w:br/>
        <w:t>vn -0.9688 -0.0228 0.2468</w:t>
        <w:br/>
        <w:t>vn -0.9688 -0.0227 0.2467</w:t>
        <w:br/>
        <w:t>vn -0.6485 0.7540 0.1043</w:t>
        <w:br/>
        <w:t>vn -0.6486 0.7539 0.1045</w:t>
        <w:br/>
        <w:t>vn -0.3058 0.9521 0.0021</w:t>
        <w:br/>
        <w:t>vn -0.3056 0.9521 0.0021</w:t>
        <w:br/>
        <w:t>vn 0.6926 0.6840 -0.2290</w:t>
        <w:br/>
        <w:t>vn 0.6927 0.6838 -0.2291</w:t>
        <w:br/>
        <w:t>vn 0.6923 0.6844 -0.2285</w:t>
        <w:br/>
        <w:t>vn 0.6930 0.6834 -0.2296</w:t>
        <w:br/>
        <w:t>vn -0.2765 0.9610 -0.0061</w:t>
        <w:br/>
        <w:t>vn -0.2761 0.9611 -0.0064</w:t>
        <w:br/>
        <w:t>vn -0.6218 0.7773 0.0956</w:t>
        <w:br/>
        <w:t>vn -0.6218 0.7773 0.0955</w:t>
        <w:br/>
        <w:t>vn -0.8657 0.4664 0.1818</w:t>
        <w:br/>
        <w:t>vn -0.8657 0.4663 0.1819</w:t>
        <w:br/>
        <w:t>vn -0.0442 0.9967 -0.0678</w:t>
        <w:br/>
        <w:t>vn -0.0444 0.9967 -0.0680</w:t>
        <w:br/>
        <w:t>vn -0.0441 0.9967 -0.0676</w:t>
        <w:br/>
        <w:t>vn -0.0445 0.9967 -0.0681</w:t>
        <w:br/>
        <w:t>vn -0.2123 -0.0481 -0.9760</w:t>
        <w:br/>
        <w:t>vn -0.2126 -0.0482 -0.9760</w:t>
        <w:br/>
        <w:t>vn -0.2131 -0.0482 -0.9758</w:t>
        <w:br/>
        <w:t>vn -0.2124 -0.0482 -0.9760</w:t>
        <w:br/>
        <w:t>vn -0.2128 -0.0484 -0.9759</w:t>
        <w:br/>
        <w:t>vn -0.2123 -0.0483 -0.9760</w:t>
        <w:br/>
        <w:t>vn -0.2143 -0.0470 -0.9756</w:t>
        <w:br/>
        <w:t>vn -0.2122 -0.0481 -0.9760</w:t>
        <w:br/>
        <w:t>vn -0.2143 -0.0467 -0.9757</w:t>
        <w:br/>
        <w:t>vn -0.2169 -0.0471 -0.9751</w:t>
        <w:br/>
        <w:t>vn -0.2169 -0.0464 -0.9751</w:t>
        <w:br/>
        <w:t>vn -0.2165 -0.0463 -0.9752</w:t>
        <w:br/>
        <w:t>vn -0.2137 -0.0465 -0.9758</w:t>
        <w:br/>
        <w:t>vn -0.2110 -0.0473 -0.9763</w:t>
        <w:br/>
        <w:t>vn -0.2136 -0.0464 -0.9758</w:t>
        <w:br/>
        <w:t>vn -0.2048 -0.0567 -0.9772</w:t>
        <w:br/>
        <w:t>vn -0.2138 -0.0466 -0.9758</w:t>
        <w:br/>
        <w:t>vn -0.2136 -0.0465 -0.9758</w:t>
        <w:br/>
        <w:t>vn -0.2139 -0.0467 -0.9757</w:t>
        <w:br/>
        <w:t>vn -0.2136 -0.0466 -0.9758</w:t>
        <w:br/>
        <w:t>vn -0.2133 -0.0465 -0.9759</w:t>
        <w:br/>
        <w:t>vn -0.2062 -0.0457 -0.9774</w:t>
        <w:br/>
        <w:t>vn -0.2149 -0.0461 -0.9756</w:t>
        <w:br/>
        <w:t>vn -0.2006 -0.0497 -0.9784</w:t>
        <w:br/>
        <w:t>vn -0.2151 -0.0462 -0.9755</w:t>
        <w:br/>
        <w:t>vn -0.2061 -0.0616 -0.9766</w:t>
        <w:br/>
        <w:t>vn -0.2147 -0.0462 -0.9756</w:t>
        <w:br/>
        <w:t>vn -0.2139 -0.0671 -0.9745</w:t>
        <w:br/>
        <w:t>vn -0.2145 -0.0461 -0.9756</w:t>
        <w:br/>
        <w:t>vn -0.2075 -0.0639 -0.9761</w:t>
        <w:br/>
        <w:t>vn -0.2144 -0.0462 -0.9756</w:t>
        <w:br/>
        <w:t>vn -0.2169 -0.0603 -0.9743</w:t>
        <w:br/>
        <w:t>vn -0.2147 -0.0463 -0.9756</w:t>
        <w:br/>
        <w:t>vn -0.1982 -0.0616 -0.9782</w:t>
        <w:br/>
        <w:t>vn -0.1866 -0.0603 -0.9806</w:t>
        <w:br/>
        <w:t>vn -0.2149 -0.0463 -0.9755</w:t>
        <w:br/>
        <w:t>vn -0.2152 -0.0462 -0.9755</w:t>
        <w:br/>
        <w:t>vn -0.2123 0.0479 0.9760</w:t>
        <w:br/>
        <w:t>vn -0.2117 0.0479 0.9762</w:t>
        <w:br/>
        <w:t>vn -0.2124 0.0479 0.9760</w:t>
        <w:br/>
        <w:t>vn -0.2126 0.0480 0.9760</w:t>
        <w:br/>
        <w:t>vn -0.2124 0.0480 0.9760</w:t>
        <w:br/>
        <w:t>vn -0.2127 0.0484 0.9759</w:t>
        <w:br/>
        <w:t>vn -0.2125 0.0480 0.9760</w:t>
        <w:br/>
        <w:t>vn -0.2127 0.0479 0.9759</w:t>
        <w:br/>
        <w:t>vn -0.2130 0.0475 0.9759</w:t>
        <w:br/>
        <w:t>vn -0.2127 0.0472 0.9760</w:t>
        <w:br/>
        <w:t>vn -0.2136 0.0464 0.9758</w:t>
        <w:br/>
        <w:t>vn -0.2140 0.0459 0.9758</w:t>
        <w:br/>
        <w:t>vn -0.2138 0.0465 0.9758</w:t>
        <w:br/>
        <w:t>vn -0.2093 0.0469 0.9767</w:t>
        <w:br/>
        <w:t>vn -0.2139 0.0464 0.9758</w:t>
        <w:br/>
        <w:t>vn -0.2052 0.0551 0.9772</w:t>
        <w:br/>
        <w:t>vn -0.2137 0.0466 0.9758</w:t>
        <w:br/>
        <w:t>vn -0.2134 0.0465 0.9758</w:t>
        <w:br/>
        <w:t>vn -0.2137 0.0467 0.9758</w:t>
        <w:br/>
        <w:t>vn -0.2136 0.0467 0.9758</w:t>
        <w:br/>
        <w:t>vn -0.2134 0.0466 0.9759</w:t>
        <w:br/>
        <w:t>vn -0.2134 0.0465 0.9759</w:t>
        <w:br/>
        <w:t>vn -0.2071 0.0458 0.9772</w:t>
        <w:br/>
        <w:t>vn -0.2149 0.0462 0.9755</w:t>
        <w:br/>
        <w:t>vn -0.2021 0.0496 0.9781</w:t>
        <w:br/>
        <w:t>vn -0.2151 0.0463 0.9755</w:t>
        <w:br/>
        <w:t>vn -0.2072 0.0599 0.9765</w:t>
        <w:br/>
        <w:t>vn -0.2148 0.0461 0.9756</w:t>
        <w:br/>
        <w:t>vn -0.2139 0.0640 0.9748</w:t>
        <w:br/>
        <w:t>vn -0.2149 0.0461 0.9756</w:t>
        <w:br/>
        <w:t>vn -0.2090 0.0607 0.9760</w:t>
        <w:br/>
        <w:t>vn -0.2147 0.0461 0.9756</w:t>
        <w:br/>
        <w:t>vn -0.2169 0.0580 0.9745</w:t>
        <w:br/>
        <w:t>vn -0.2021 0.0587 0.9776</w:t>
        <w:br/>
        <w:t>vn -0.1924 0.0576 0.9796</w:t>
        <w:br/>
        <w:t>vn -0.2152 0.0461 0.9755</w:t>
        <w:br/>
        <w:t>vn -0.2153 0.0461 0.9755</w:t>
        <w:br/>
        <w:t>vn -0.0841 -0.9961 -0.0264</w:t>
        <w:br/>
        <w:t>vn 0.1738 -0.9838 0.0431</w:t>
        <w:br/>
        <w:t>vn 0.4065 -0.9046 0.1285</w:t>
        <w:br/>
        <w:t>vn 0.6112 -0.7676 0.1931</w:t>
        <w:br/>
        <w:t>vn 0.5701 -0.7934 0.2133</w:t>
        <w:br/>
        <w:t>vn 0.9101 0.3578 0.2092</w:t>
        <w:br/>
        <w:t>vn 0.6962 0.7069 0.1249</w:t>
        <w:br/>
        <w:t>vn 0.9101 0.3580 0.2089</w:t>
        <w:br/>
        <w:t>vn 0.6961 0.7069 0.1251</w:t>
        <w:br/>
        <w:t>vn 0.3606 0.9325 0.0190</w:t>
        <w:br/>
        <w:t>vn 0.3609 0.9324 0.0189</w:t>
        <w:br/>
        <w:t>vn -0.6397 0.7345 -0.2263</w:t>
        <w:br/>
        <w:t>vn -0.6398 0.7345 -0.2263</w:t>
        <w:br/>
        <w:t>vn -0.6396 0.7346 -0.2264</w:t>
        <w:br/>
        <w:t>vn -0.6399 0.7345 -0.2261</w:t>
        <w:br/>
        <w:t>vn 0.6704 0.7328 0.1166</w:t>
        <w:br/>
        <w:t>vn 0.3307 0.9437 0.0110</w:t>
        <w:br/>
        <w:t>vn 0.3311 0.9435 0.0108</w:t>
        <w:br/>
        <w:t>vn 0.6703 0.7329 0.1170</w:t>
        <w:br/>
        <w:t>vn 0.9575 0.1648 0.2365</w:t>
        <w:br/>
        <w:t>vn 0.9572 0.1661 0.2371</w:t>
        <w:br/>
        <w:t>vn 0.9349 -0.2402 0.2613</w:t>
        <w:br/>
        <w:t>vn 0.8785 -0.4022 0.2577</w:t>
        <w:br/>
        <w:t>vn 0.5299 -0.8242 0.1997</w:t>
        <w:br/>
        <w:t>vn 0.5295 -0.8244 0.2000</w:t>
        <w:br/>
        <w:t>vn 0.1796 -0.9763 0.1209</w:t>
        <w:br/>
        <w:t>vn 0.1806 -0.9761 0.1204</w:t>
        <w:br/>
        <w:t>vn -0.7655 -0.6257 -0.1501</w:t>
        <w:br/>
        <w:t>vn -0.7655 -0.6257 -0.1500</w:t>
        <w:br/>
        <w:t>vn -0.7656 -0.6255 -0.1504</w:t>
        <w:br/>
        <w:t>vn -0.7654 -0.6259 -0.1497</w:t>
        <w:br/>
        <w:t>vn 0.1867 -0.9748 0.1221</w:t>
        <w:br/>
        <w:t>vn 0.5578 -0.8043 0.2050</w:t>
        <w:br/>
        <w:t>vn 0.1868 -0.9748 0.1220</w:t>
        <w:br/>
        <w:t>vn 0.5577 -0.8044 0.2049</w:t>
        <w:br/>
        <w:t>vn 0.9662 -0.0493 0.2532</w:t>
        <w:br/>
        <w:t>vn 0.9662 -0.0490 0.2531</w:t>
        <w:br/>
        <w:t>vn 0.6639 0.7388 0.1154</w:t>
        <w:br/>
        <w:t>vn 0.6640 0.7387 0.1156</w:t>
        <w:br/>
        <w:t>vn 0.3234 0.9462 0.0117</w:t>
        <w:br/>
        <w:t>vn 0.3234 0.9462 0.0118</w:t>
        <w:br/>
        <w:t>vn -0.6748 0.7020 -0.2275</w:t>
        <w:br/>
        <w:t>vn -0.6748 0.7021 -0.2275</w:t>
        <w:br/>
        <w:t>vn -0.6749 0.7020 -0.2274</w:t>
        <w:br/>
        <w:t>vn -0.6747 0.7021 -0.2276</w:t>
        <w:br/>
        <w:t>vn 0.6373 0.7632 0.1064</w:t>
        <w:br/>
        <w:t>vn 0.2932 0.9561 0.0031</w:t>
        <w:br/>
        <w:t>vn 0.2931 0.9561 0.0030</w:t>
        <w:br/>
        <w:t>vn 0.6375 0.7631 0.1063</w:t>
        <w:br/>
        <w:t>vn 0.9512 0.2070 0.2290</w:t>
        <w:br/>
        <w:t>vn 0.9508 0.2080 0.2297</w:t>
        <w:br/>
        <w:t>vn 0.9420 -0.2147 0.2580</w:t>
        <w:br/>
        <w:t>vn 0.8864 -0.3859 0.2556</w:t>
        <w:br/>
        <w:t>vn 0.5375 -0.8193 0.1997</w:t>
        <w:br/>
        <w:t>vn 0.5375 -0.8192 0.1999</w:t>
        <w:br/>
        <w:t>vn 0.1875 -0.9746 0.1221</w:t>
        <w:br/>
        <w:t>vn 0.1877 -0.9746 0.1221</w:t>
        <w:br/>
        <w:t>vn -0.7602 -0.6331 -0.1460</w:t>
        <w:br/>
        <w:t>vn -0.7602 -0.6330 -0.1460</w:t>
        <w:br/>
        <w:t>vn 0.1940 -0.9731 0.1245</w:t>
        <w:br/>
        <w:t>vn 0.5648 -0.7991 0.2060</w:t>
        <w:br/>
        <w:t>vn 0.1945 -0.9730 0.1243</w:t>
        <w:br/>
        <w:t>vn 0.5648 -0.7991 0.2061</w:t>
        <w:br/>
        <w:t>vn 0.9673 -0.0399 0.2506</w:t>
        <w:br/>
        <w:t>vn 0.9673 -0.0399 0.2505</w:t>
        <w:br/>
        <w:t>vn 0.6585 0.7442 0.1115</w:t>
        <w:br/>
        <w:t>vn 0.6585 0.7443 0.1116</w:t>
        <w:br/>
        <w:t>vn 0.3173 0.9483 0.0086</w:t>
        <w:br/>
        <w:t>vn 0.3178 0.9481 0.0084</w:t>
        <w:br/>
        <w:t>vn -0.6818 0.6953 -0.2273</w:t>
        <w:br/>
        <w:t>vn -0.6819 0.6952 -0.2273</w:t>
        <w:br/>
        <w:t>vn -0.6816 0.6954 -0.2275</w:t>
        <w:br/>
        <w:t>vn -0.6821 0.6951 -0.2271</w:t>
        <w:br/>
        <w:t>vn 0.6316 0.7684 0.1027</w:t>
        <w:br/>
        <w:t>vn 0.2873 0.9578 0.0001</w:t>
        <w:br/>
        <w:t>vn 0.2869 0.9579 0.0002</w:t>
        <w:br/>
        <w:t>vn 0.6317 0.7684 0.1024</w:t>
        <w:br/>
        <w:t>vn 0.9495 0.2184 0.2253</w:t>
        <w:br/>
        <w:t>vn 0.9491 0.2194 0.2261</w:t>
        <w:br/>
        <w:t>vn 0.9456 -0.2005 0.2563</w:t>
        <w:br/>
        <w:t>vn 0.8927 -0.3718 0.2548</w:t>
        <w:br/>
        <w:t>vn 0.5491 -0.8107 0.2029</w:t>
        <w:br/>
        <w:t>vn 0.5493 -0.8106 0.2027</w:t>
        <w:br/>
        <w:t>vn 0.1996 -0.9716 0.1274</w:t>
        <w:br/>
        <w:t>vn 0.1988 -0.9717 0.1278</w:t>
        <w:br/>
        <w:t>vn -0.7523 -0.6440 -0.1389</w:t>
        <w:br/>
        <w:t>vn -0.7522 -0.6441 -0.1387</w:t>
        <w:br/>
        <w:t>vn -0.7524 -0.6438 -0.1391</w:t>
        <w:br/>
        <w:t>vn 0.2060 -0.9700 0.1291</w:t>
        <w:br/>
        <w:t>vn 0.5766 -0.7899 0.2086</w:t>
        <w:br/>
        <w:t>vn 0.2064 -0.9699 0.1289</w:t>
        <w:br/>
        <w:t>vn 0.5765 -0.7900 0.2087</w:t>
        <w:br/>
        <w:t>vn 0.9688 -0.0228 0.2468</w:t>
        <w:br/>
        <w:t>vn 0.9688 -0.0227 0.2466</w:t>
        <w:br/>
        <w:t>vn 0.6485 0.7540 0.1043</w:t>
        <w:br/>
        <w:t>vn 0.6486 0.7539 0.1045</w:t>
        <w:br/>
        <w:t>vn 0.3058 0.9521 0.0021</w:t>
        <w:br/>
        <w:t>vn 0.3056 0.9521 0.0021</w:t>
        <w:br/>
        <w:t>vn -0.6927 0.6838 -0.2292</w:t>
        <w:br/>
        <w:t>vn -0.6926 0.6840 -0.2290</w:t>
        <w:br/>
        <w:t>vn -0.6923 0.6844 -0.2285</w:t>
        <w:br/>
        <w:t>vn -0.6930 0.6834 -0.2297</w:t>
        <w:br/>
        <w:t>vn 0.6218 0.7773 0.0955</w:t>
        <w:br/>
        <w:t>vn 0.2762 0.9611 -0.0064</w:t>
        <w:br/>
        <w:t>vn 0.2764 0.9610 -0.0060</w:t>
        <w:br/>
        <w:t>vn 0.6218 0.7773 0.0954</w:t>
        <w:br/>
        <w:t>vn 0.8657 0.4665 0.1818</w:t>
        <w:br/>
        <w:t>vn 0.8657 0.4663 0.1819</w:t>
        <w:br/>
        <w:t>vn 0.0444 0.9967 -0.0679</w:t>
        <w:br/>
        <w:t>vn 0.0442 0.9967 -0.0677</w:t>
        <w:br/>
        <w:t>vn 0.0441 0.9967 -0.0676</w:t>
        <w:br/>
        <w:t>vn 0.0445 0.9967 -0.0681</w:t>
        <w:br/>
        <w:t>vn 0.0016 0.0624 -0.9981</w:t>
        <w:br/>
        <w:t>vn 0.0010 0.0476 -0.9989</w:t>
        <w:br/>
        <w:t>vn 0.0030 0.0612 -0.9981</w:t>
        <w:br/>
        <w:t>vn 0.0000 0.0331 -0.9995</w:t>
        <w:br/>
        <w:t>vn -0.0001 0.0350 -0.9994</w:t>
        <w:br/>
        <w:t>vn 0.0004 0.0496 -0.9988</w:t>
        <w:br/>
        <w:t>vn 0.0007 0.0654 -0.9979</w:t>
        <w:br/>
        <w:t>vn 0.0016 0.0614 -0.9981</w:t>
        <w:br/>
        <w:t>vn 0.3545 0.9339 0.0453</w:t>
        <w:br/>
        <w:t>vn 0.5086 0.8604 0.0330</w:t>
        <w:br/>
        <w:t>vn 0.5146 0.8572 0.0193</w:t>
        <w:br/>
        <w:t>vn 0.1778 0.9810 0.0775</w:t>
        <w:br/>
        <w:t>vn -0.2648 0.9617 0.0712</w:t>
        <w:br/>
        <w:t>vn -0.2609 0.9605 0.0972</w:t>
        <w:br/>
        <w:t>vn -0.5170 0.8547 0.0477</w:t>
        <w:br/>
        <w:t>vn -0.5297 0.8479 0.0205</w:t>
        <w:br/>
        <w:t>vn 0.5239 0.7661 0.3722</w:t>
        <w:br/>
        <w:t>vn 0.5029 0.7602 0.4113</w:t>
        <w:br/>
        <w:t>vn 0.5119 0.7740 0.3728</w:t>
        <w:br/>
        <w:t>vn 0.4958 0.7433 0.4491</w:t>
        <w:br/>
        <w:t>vn 0.5003 0.7365 0.4552</w:t>
        <w:br/>
        <w:t>vn 0.5119 0.7473 0.4237</w:t>
        <w:br/>
        <w:t>vn 0.5164 0.7601 0.3943</w:t>
        <w:br/>
        <w:t>vn 0.5071 0.7652 0.3966</w:t>
        <w:br/>
        <w:t>vn 0.5008 0.7587 0.4167</w:t>
        <w:br/>
        <w:t>vn 0.5161 0.7452 0.4222</w:t>
        <w:br/>
        <w:t>vn 0.5022 0.7372 0.4520</w:t>
        <w:br/>
        <w:t>vn 0.5398 0.7303 0.4186</w:t>
        <w:br/>
        <w:t>vn 0.5713 0.7252 0.3843</w:t>
        <w:br/>
        <w:t>vn -0.1012 -0.5908 0.8005</w:t>
        <w:br/>
        <w:t>vn -0.0575 -0.5145 0.8555</w:t>
        <w:br/>
        <w:t>vn -0.0434 -0.6964 0.7163</w:t>
        <w:br/>
        <w:t>vn -0.2659 -0.4281 0.8637</w:t>
        <w:br/>
        <w:t>vn -0.1831 -0.5841 0.7908</w:t>
        <w:br/>
        <w:t>vn -0.1616 -0.2370 0.9580</w:t>
        <w:br/>
        <w:t>vn -0.3242 -0.7070 0.6286</w:t>
        <w:br/>
        <w:t>vn -0.3767 -0.6838 0.6249</w:t>
        <w:br/>
        <w:t>vn -0.2654 -0.9352 0.2346</w:t>
        <w:br/>
        <w:t>vn -0.2464 -0.3457 0.9054</w:t>
        <w:br/>
        <w:t>vn -0.1108 -0.4675 0.8770</w:t>
        <w:br/>
        <w:t>vn -0.3677 -0.8873 0.2784</w:t>
        <w:br/>
        <w:t>vn -0.3438 -0.9388 0.0203</w:t>
        <w:br/>
        <w:t>vn -0.2674 -0.6625 0.6998</w:t>
        <w:br/>
        <w:t>vn -0.1021 -0.3668 0.9247</w:t>
        <w:br/>
        <w:t>vn -0.0500 -0.1091 0.9928</w:t>
        <w:br/>
        <w:t>vn -0.1679 -0.2321 0.9581</w:t>
        <w:br/>
        <w:t>vn -0.0543 -0.0042 0.9985</w:t>
        <w:br/>
        <w:t>vn 0.1333 0.2793 0.9509</w:t>
        <w:br/>
        <w:t>vn -0.3499 -0.5245 0.7762</w:t>
        <w:br/>
        <w:t>vn 0.0442 0.1345 0.9899</w:t>
        <w:br/>
        <w:t>vn -0.4805 -0.7679 0.4237</w:t>
        <w:br/>
        <w:t>vn 0.1932 0.3818 0.9038</w:t>
        <w:br/>
        <w:t>vn 0.2984 0.5951 0.7462</w:t>
        <w:br/>
        <w:t>vn -0.4532 -0.7999 0.3933</w:t>
        <w:br/>
        <w:t>vn 0.2186 0.4436 0.8691</w:t>
        <w:br/>
        <w:t>vn 0.3180 0.6180 0.7190</w:t>
        <w:br/>
        <w:t>vn 0.0210 0.1033 0.9944</w:t>
        <w:br/>
        <w:t>vn 0.2283 0.4662 0.8547</w:t>
        <w:br/>
        <w:t>vn 0.3470 0.6212 0.7026</w:t>
        <w:br/>
        <w:t>vn 0.3958 0.6230 0.6747</w:t>
        <w:br/>
        <w:t>vn 0.2917 0.5265 0.7986</w:t>
        <w:br/>
        <w:t>vn 0.0502 0.1803 0.9823</w:t>
        <w:br/>
        <w:t>vn -0.0240 0.0588 0.9980</w:t>
        <w:br/>
        <w:t>vn -0.1341 -0.1488 0.9797</w:t>
        <w:br/>
        <w:t>vn -0.1956 -0.2319 0.9529</w:t>
        <w:br/>
        <w:t>vn -0.2884 -0.3690 0.8836</w:t>
        <w:br/>
        <w:t>vn -0.1858 -0.2098 0.9599</w:t>
        <w:br/>
        <w:t>vn -0.3545 -0.4439 0.8230</w:t>
        <w:br/>
        <w:t>vn -0.4754 -0.5801 0.6614</w:t>
        <w:br/>
        <w:t>vn -0.1483 -0.1570 0.9764</w:t>
        <w:br/>
        <w:t>vn -0.3852 -0.4901 0.7819</w:t>
        <w:br/>
        <w:t>vn -0.4675 -0.6009 0.6484</w:t>
        <w:br/>
        <w:t>vn -0.4953 -0.6429 0.5842</w:t>
        <w:br/>
        <w:t>vn -0.5287 -0.6662 0.5259</w:t>
        <w:br/>
        <w:t>vn -0.6144 -0.7054 0.3534</w:t>
        <w:br/>
        <w:t>vn -0.3509 -0.4946 0.7951</w:t>
        <w:br/>
        <w:t>vn -0.6484 -0.7552 0.0964</w:t>
        <w:br/>
        <w:t>vn -0.6488 -0.7596 0.0446</w:t>
        <w:br/>
        <w:t>vn -0.6427 -0.7376 -0.2071</w:t>
        <w:br/>
        <w:t>vn -0.5270 -0.7045 0.4753</w:t>
        <w:br/>
        <w:t>vn -0.5858 -0.7302 -0.3516</w:t>
        <w:br/>
        <w:t>vn -0.5555 -0.6301 -0.5425</w:t>
        <w:br/>
        <w:t>vn -0.5936 -0.8046 0.0128</w:t>
        <w:br/>
        <w:t>vn -0.5025 -0.7328 0.4587</w:t>
        <w:br/>
        <w:t>vn -0.2038 -0.2388 0.9494</w:t>
        <w:br/>
        <w:t>vn -0.3411 -0.4951 0.7991</w:t>
        <w:br/>
        <w:t>vn -0.4940 -0.7537 0.4336</w:t>
        <w:br/>
        <w:t>vn -0.5606 -0.8268 0.0466</w:t>
        <w:br/>
        <w:t>vn -0.5385 -0.8404 0.0612</w:t>
        <w:br/>
        <w:t>vn -0.5194 -0.8481 0.1042</w:t>
        <w:br/>
        <w:t>vn -0.5093 -0.8161 -0.2731</w:t>
        <w:br/>
        <w:t>vn -0.4933 -0.8691 0.0349</w:t>
        <w:br/>
        <w:t>vn -0.5224 -0.8116 -0.2616</w:t>
        <w:br/>
        <w:t>vn -0.4541 -0.8829 -0.1198</w:t>
        <w:br/>
        <w:t>vn -0.3122 -0.8583 -0.4072</w:t>
        <w:br/>
        <w:t>vn -0.2657 -0.7413 -0.6163</w:t>
        <w:br/>
        <w:t>vn -0.3857 -0.8056 -0.4497</w:t>
        <w:br/>
        <w:t>vn -0.5024 -0.8034 -0.3196</w:t>
        <w:br/>
        <w:t>vn -0.5197 -0.7256 -0.4510</w:t>
        <w:br/>
        <w:t>vn -0.5083 -0.7742 -0.3773</w:t>
        <w:br/>
        <w:t>vn -0.4520 -0.7426 -0.4943</w:t>
        <w:br/>
        <w:t>vn -0.5167 -0.7942 -0.3197</w:t>
        <w:br/>
        <w:t>vn -0.4708 -0.6862 -0.5545</w:t>
        <w:br/>
        <w:t>vn -0.4413 -0.5747 -0.6892</w:t>
        <w:br/>
        <w:t>vn -0.5551 -0.7586 -0.3412</w:t>
        <w:br/>
        <w:t>vn -0.4684 -0.6637 -0.5832</w:t>
        <w:br/>
        <w:t>vn -0.3684 -0.6073 -0.7039</w:t>
        <w:br/>
        <w:t>vn -0.4276 -0.5998 -0.6763</w:t>
        <w:br/>
        <w:t>vn -0.4530 -0.5443 -0.7061</w:t>
        <w:br/>
        <w:t>vn -0.3165 -0.4742 -0.8215</w:t>
        <w:br/>
        <w:t>vn -0.3752 -0.4501 -0.8103</w:t>
        <w:br/>
        <w:t>vn -0.2122 -0.2975 -0.9308</w:t>
        <w:br/>
        <w:t>vn -0.7986 -0.0982 -0.5938</w:t>
        <w:br/>
        <w:t>vn -0.8037 0.0240 -0.5945</w:t>
        <w:br/>
        <w:t>vn -0.7683 -0.1400 -0.6247</w:t>
        <w:br/>
        <w:t>vn -0.8433 0.2572 -0.4719</w:t>
        <w:br/>
        <w:t>vn -0.8229 0.3304 -0.4623</w:t>
        <w:br/>
        <w:t>vn -0.8611 0.4201 -0.2866</w:t>
        <w:br/>
        <w:t>vn -0.8523 0.4408 -0.2814</w:t>
        <w:br/>
        <w:t>vn -0.8991 0.4274 -0.0940</w:t>
        <w:br/>
        <w:t>vn -0.8975 0.4252 -0.1175</w:t>
        <w:br/>
        <w:t>vn -0.9111 0.4033 0.0850</w:t>
        <w:br/>
        <w:t>vn -0.9094 0.3876 0.1505</w:t>
        <w:br/>
        <w:t>vn -0.8925 0.3833 0.2376</w:t>
        <w:br/>
        <w:t>vn -0.8952 0.3352 0.2937</w:t>
        <w:br/>
        <w:t>vn -0.8438 0.2871 0.4535</w:t>
        <w:br/>
        <w:t>vn -0.7871 0.2396 0.5683</w:t>
        <w:br/>
        <w:t>vn -0.6925 0.2039 0.6920</w:t>
        <w:br/>
        <w:t>vn -0.6808 0.1876 0.7081</w:t>
        <w:br/>
        <w:t>vn -0.6425 0.1449 0.7525</w:t>
        <w:br/>
        <w:t>vn 0.9814 0.1808 -0.0649</w:t>
        <w:br/>
        <w:t>vn -0.0929 0.0128 0.9956</w:t>
        <w:br/>
        <w:t>vn -0.0921 0.0019 0.9957</w:t>
        <w:br/>
        <w:t>vn -0.0994 0.0091 0.9950</w:t>
        <w:br/>
        <w:t>vn -0.0978 -0.0021 0.9952</w:t>
        <w:br/>
        <w:t>vn -0.1217 -0.0417 0.9917</w:t>
        <w:br/>
        <w:t>vn -0.1298 -0.0498 0.9903</w:t>
        <w:br/>
        <w:t>vn -0.1489 -0.1091 0.9828</w:t>
        <w:br/>
        <w:t>vn -0.0817 -0.0170 0.9965</w:t>
        <w:br/>
        <w:t>vn -0.2742 -0.0806 0.9583</w:t>
        <w:br/>
        <w:t>vn -0.1452 -0.0348 0.9888</w:t>
        <w:br/>
        <w:t>vn -0.0000 -0.0437 0.9990</w:t>
        <w:br/>
        <w:t>vn -0.4145 -0.0544 0.9084</w:t>
        <w:br/>
        <w:t>vn -0.5220 -0.1063 0.8463</w:t>
        <w:br/>
        <w:t>vn 0.0000 -0.0116 0.9999</w:t>
        <w:br/>
        <w:t>vn -0.5444 -0.0621 0.8365</w:t>
        <w:br/>
        <w:t>vn -0.5245 -0.1451 0.8389</w:t>
        <w:br/>
        <w:t>vn -0.1458 0.0163 0.9892</w:t>
        <w:br/>
        <w:t>vn -0.6554 -0.1253 0.7448</w:t>
        <w:br/>
        <w:t>vn -0.6148 -0.1687 0.7705</w:t>
        <w:br/>
        <w:t>vn -0.7921 -0.1877 0.5808</w:t>
        <w:br/>
        <w:t>vn -0.8537 -0.1172 0.5074</w:t>
        <w:br/>
        <w:t>vn -0.8879 -0.1952 0.4165</w:t>
        <w:br/>
        <w:t>vn -0.6983 0.0293 0.7152</w:t>
        <w:br/>
        <w:t>vn -0.9206 -0.1668 0.3530</w:t>
        <w:br/>
        <w:t>vn -0.8876 -0.2251 0.4020</w:t>
        <w:br/>
        <w:t>vn -0.9418 -0.2293 0.2457</w:t>
        <w:br/>
        <w:t>vn -0.9767 -0.1992 0.0800</w:t>
        <w:br/>
        <w:t>vn -0.9629 -0.0144 0.2695</w:t>
        <w:br/>
        <w:t>vn -0.9095 0.0335 0.4144</w:t>
        <w:br/>
        <w:t>vn -0.9972 0.0062 -0.0747</w:t>
        <w:br/>
        <w:t>vn -0.9622 0.1527 0.2254</w:t>
        <w:br/>
        <w:t>vn -0.9926 0.1188 -0.0271</w:t>
        <w:br/>
        <w:t>vn -0.8553 0.1966 0.4793</w:t>
        <w:br/>
        <w:t>vn -0.9639 0.1568 0.2153</w:t>
        <w:br/>
        <w:t>vn -0.9857 0.0658 -0.1552</w:t>
        <w:br/>
        <w:t>vn -0.8936 0.1268 0.4305</w:t>
        <w:br/>
        <w:t>vn -0.8825 -0.1067 0.4581</w:t>
        <w:br/>
        <w:t>vn -0.7682 0.0481 0.6384</w:t>
        <w:br/>
        <w:t>vn -0.7290 -0.3114 0.6095</w:t>
        <w:br/>
        <w:t>vn -0.6548 0.2218 0.7225</w:t>
        <w:br/>
        <w:t>vn -0.5244 0.0417 0.8504</w:t>
        <w:br/>
        <w:t>vn -0.5820 -0.2439 0.7757</w:t>
        <w:br/>
        <w:t>vn -0.4983 0.1385 0.8558</w:t>
        <w:br/>
        <w:t>vn -0.5258 0.0469 0.8493</w:t>
        <w:br/>
        <w:t>vn -0.2913 0.1969 0.9362</w:t>
        <w:br/>
        <w:t>vn -0.4505 -0.0096 0.8927</w:t>
        <w:br/>
        <w:t>vn -0.3984 0.0449 0.9161</w:t>
        <w:br/>
        <w:t>vn -0.2508 -0.0221 0.9678</w:t>
        <w:br/>
        <w:t>vn -0.2185 -0.0058 0.9758</w:t>
        <w:br/>
        <w:t>vn -0.0124 0.0144 0.9998</w:t>
        <w:br/>
        <w:t>vn -0.2126 0.1076 0.9712</w:t>
        <w:br/>
        <w:t>vn -0.0112 0.0142 0.9998</w:t>
        <w:br/>
        <w:t>vn 0.1458 0.0163 0.9892</w:t>
        <w:br/>
        <w:t>vn 0.2260 -0.0196 0.9739</w:t>
        <w:br/>
        <w:t>vn -0.0181 0.1571 0.9874</w:t>
        <w:br/>
        <w:t>vn 0.1452 -0.0348 0.9888</w:t>
        <w:br/>
        <w:t>vn 0.0817 -0.0170 0.9965</w:t>
        <w:br/>
        <w:t>vn 0.4145 -0.0544 0.9084</w:t>
        <w:br/>
        <w:t>vn 0.1298 -0.0498 0.9903</w:t>
        <w:br/>
        <w:t>vn 0.0978 -0.0021 0.9952</w:t>
        <w:br/>
        <w:t>vn 0.2742 -0.0806 0.9583</w:t>
        <w:br/>
        <w:t>vn 0.1488 -0.1091 0.9828</w:t>
        <w:br/>
        <w:t>vn 0.1216 -0.0418 0.9917</w:t>
        <w:br/>
        <w:t>vn 0.5220 -0.1063 0.8463</w:t>
        <w:br/>
        <w:t>vn 0.0995 0.0091 0.9950</w:t>
        <w:br/>
        <w:t>vn 0.0929 0.0128 0.9956</w:t>
        <w:br/>
        <w:t>vn 0.0921 0.0019 0.9957</w:t>
        <w:br/>
        <w:t>vn -0.9814 0.1808 -0.0649</w:t>
        <w:br/>
        <w:t>vn 0.5444 -0.0621 0.8365</w:t>
        <w:br/>
        <w:t>vn 0.5245 -0.1451 0.8389</w:t>
        <w:br/>
        <w:t>vn 0.4501 -0.0095 0.8929</w:t>
        <w:br/>
        <w:t>vn 0.6554 -0.1253 0.7448</w:t>
        <w:br/>
        <w:t>vn 0.6150 -0.1687 0.7703</w:t>
        <w:br/>
        <w:t>vn 0.7921 -0.1877 0.5808</w:t>
        <w:br/>
        <w:t>vn 0.8537 -0.1172 0.5074</w:t>
        <w:br/>
        <w:t>vn 0.8879 -0.1951 0.4165</w:t>
        <w:br/>
        <w:t>vn 0.6936 0.0559 0.7182</w:t>
        <w:br/>
        <w:t>vn 0.9206 -0.1668 0.3530</w:t>
        <w:br/>
        <w:t>vn 0.8876 -0.2251 0.4019</w:t>
        <w:br/>
        <w:t>vn 0.9418 -0.2293 0.2458</w:t>
        <w:br/>
        <w:t>vn 0.9016 0.0201 0.4321</w:t>
        <w:br/>
        <w:t>vn 0.9767 -0.1992 0.0800</w:t>
        <w:br/>
        <w:t>vn 0.9607 -0.2763 -0.0280</w:t>
        <w:br/>
        <w:t>vn 0.9646 -0.0062 0.2637</w:t>
        <w:br/>
        <w:t>vn 0.8942 0.1491 0.4222</w:t>
        <w:br/>
        <w:t>vn 0.9985 -0.0473 -0.0276</w:t>
        <w:br/>
        <w:t>vn 0.9346 -0.2678 -0.2341</w:t>
        <w:br/>
        <w:t>vn 0.9279 -0.3632 -0.0846</w:t>
        <w:br/>
        <w:t>vn 0.8728 -0.3855 -0.2993</w:t>
        <w:br/>
        <w:t>vn 0.9685 0.1342 0.2098</w:t>
        <w:br/>
        <w:t>vn 0.7974 -0.3265 -0.5076</w:t>
        <w:br/>
        <w:t>vn 0.6753 -0.4766 -0.5630</w:t>
        <w:br/>
        <w:t>vn 0.5860 -0.3762 -0.7176</w:t>
        <w:br/>
        <w:t>vn 0.9442 -0.0410 -0.3269</w:t>
        <w:br/>
        <w:t>vn 0.6301 -0.2522 -0.7344</w:t>
        <w:br/>
        <w:t>vn 0.4432 -0.2852 -0.8499</w:t>
        <w:br/>
        <w:t>vn 0.8929 -0.0909 -0.4409</w:t>
        <w:br/>
        <w:t>vn 0.6940 -0.1276 -0.7086</w:t>
        <w:br/>
        <w:t>vn 0.4150 -0.2408 -0.8774</w:t>
        <w:br/>
        <w:t>vn 0.2076 -0.2745 -0.9389</w:t>
        <w:br/>
        <w:t>vn 0.1969 -0.2107 -0.9575</w:t>
        <w:br/>
        <w:t>vn 0.0505 -0.2385 -0.9698</w:t>
        <w:br/>
        <w:t>vn 0.4353 -0.1141 -0.8930</w:t>
        <w:br/>
        <w:t>vn 0.0655 -0.1620 -0.9846</w:t>
        <w:br/>
        <w:t>vn -0.0000 -0.2141 -0.9768</w:t>
        <w:br/>
        <w:t>vn 0.2456 -0.0800 -0.9661</w:t>
        <w:br/>
        <w:t>vn 0.6318 0.0796 -0.7710</w:t>
        <w:br/>
        <w:t>vn 0.4175 0.0535 -0.9071</w:t>
        <w:br/>
        <w:t>vn 0.0827 -0.0540 -0.9951</w:t>
        <w:br/>
        <w:t>vn 0.8497 0.1044 -0.5169</w:t>
        <w:br/>
        <w:t>vn -0.0000 -0.1340 -0.9910</w:t>
        <w:br/>
        <w:t>vn 0.9300 0.1142 -0.3494</w:t>
        <w:br/>
        <w:t>vn -0.0654 -0.1620 -0.9846</w:t>
        <w:br/>
        <w:t>vn -0.0505 -0.2385 -0.9698</w:t>
        <w:br/>
        <w:t>vn 0.9898 0.1117 -0.0888</w:t>
        <w:br/>
        <w:t>vn -0.1848 -0.1980 -0.9626</w:t>
        <w:br/>
        <w:t>vn -0.2076 -0.2745 -0.9389</w:t>
        <w:br/>
        <w:t>vn 0.9596 0.2077 0.1897</w:t>
        <w:br/>
        <w:t>vn -0.4235 -0.2136 -0.8804</w:t>
        <w:br/>
        <w:t>vn -0.4432 -0.2852 -0.8499</w:t>
        <w:br/>
        <w:t>vn 0.9708 0.2112 -0.1134</w:t>
        <w:br/>
        <w:t>vn -0.6314 -0.2419 -0.7368</w:t>
        <w:br/>
        <w:t>vn -0.5860 -0.3762 -0.7176</w:t>
        <w:br/>
        <w:t>vn 0.9185 0.2158 -0.3314</w:t>
        <w:br/>
        <w:t>vn -0.8008 -0.3130 -0.5107</w:t>
        <w:br/>
        <w:t>vn -0.6753 -0.4766 -0.5630</w:t>
        <w:br/>
        <w:t>vn -0.8728 -0.3855 -0.2993</w:t>
        <w:br/>
        <w:t>vn -0.6912 -0.1210 -0.7125</w:t>
        <w:br/>
        <w:t>vn -0.4287 -0.0851 -0.8994</w:t>
        <w:br/>
        <w:t>vn -0.9393 -0.2557 -0.2289</w:t>
        <w:br/>
        <w:t>vn -0.9279 -0.3632 -0.0846</w:t>
        <w:br/>
        <w:t>vn -0.9607 -0.2763 -0.0280</w:t>
        <w:br/>
        <w:t>vn -0.9972 0.0062 -0.0748</w:t>
        <w:br/>
        <w:t>vn -0.8779 -0.0161 -0.4787</w:t>
        <w:br/>
        <w:t>vn -0.9533 -0.0320 -0.3003</w:t>
        <w:br/>
        <w:t>vn -0.9454 0.1255 -0.3007</w:t>
        <w:br/>
        <w:t>vn -0.9599 0.0431 -0.2769</w:t>
        <w:br/>
        <w:t>vn -0.5971 0.1539 -0.7872</w:t>
        <w:br/>
        <w:t>vn -0.8494 0.0795 -0.5218</w:t>
        <w:br/>
        <w:t>vn -0.9857 0.0658 -0.1551</w:t>
        <w:br/>
        <w:t>vn -0.9428 -0.0500 -0.3296</w:t>
        <w:br/>
        <w:t>vn -0.8942 -0.0675 -0.4426</w:t>
        <w:br/>
        <w:t>vn -0.6990 -0.1366 -0.7019</w:t>
        <w:br/>
        <w:t>vn -0.6300 0.0950 -0.7708</w:t>
        <w:br/>
        <w:t>vn -0.4599 0.0833 -0.8841</w:t>
        <w:br/>
        <w:t>vn -0.4686 0.1045 -0.8772</w:t>
        <w:br/>
        <w:t>vn -0.3796 0.0677 -0.9227</w:t>
        <w:br/>
        <w:t>vn -0.2908 0.1967 -0.9364</w:t>
        <w:br/>
        <w:t>vn -0.3427 0.2505 -0.9054</w:t>
        <w:br/>
        <w:t>vn -0.2087 -0.0796 -0.9747</w:t>
        <w:br/>
        <w:t>vn -0.3588 0.2652 -0.8949</w:t>
        <w:br/>
        <w:t>vn -0.3044 0.3508 -0.8856</w:t>
        <w:br/>
        <w:t>vn -0.0827 -0.0540 -0.9951</w:t>
        <w:br/>
        <w:t>vn -0.2877 0.3369 -0.8965</w:t>
        <w:br/>
        <w:t>vn -0.2801 0.4761 -0.8336</w:t>
        <w:br/>
        <w:t>vn -0.1855 0.4744 -0.8605</w:t>
        <w:br/>
        <w:t>vn -0.0664 0.4731 -0.8785</w:t>
        <w:br/>
        <w:t>vn -0.1038 0.4984 -0.8607</w:t>
        <w:br/>
        <w:t>vn -0.1373 0.3723 -0.9179</w:t>
        <w:br/>
        <w:t>vn -0.0128 0.4376 -0.8991</w:t>
        <w:br/>
        <w:t>vn -0.1229 0.3008 -0.9457</w:t>
        <w:br/>
        <w:t>vn -0.0074 0.3451 -0.9386</w:t>
        <w:br/>
        <w:t>vn 0.0410 0.4044 -0.9137</w:t>
        <w:br/>
        <w:t>vn -0.1217 0.2549 -0.9593</w:t>
        <w:br/>
        <w:t>vn -0.2113 0.0936 -0.9729</w:t>
        <w:br/>
        <w:t>vn -0.0836 0.1190 -0.9894</w:t>
        <w:br/>
        <w:t>vn 0.0000 0.2510 -0.9680</w:t>
        <w:br/>
        <w:t>vn 0.0000 -0.0156 -0.9999</w:t>
        <w:br/>
        <w:t>vn 0.0000 0.1476 -0.9890</w:t>
        <w:br/>
        <w:t>vn 0.0836 0.1190 -0.9894</w:t>
        <w:br/>
        <w:t>vn 0.1358 0.2506 -0.9585</w:t>
        <w:br/>
        <w:t>vn 0.2440 0.0790 -0.9665</w:t>
        <w:br/>
        <w:t>vn 0.1603 0.3550 -0.9210</w:t>
        <w:br/>
        <w:t>vn 0.2955 0.2263 -0.9282</w:t>
        <w:br/>
        <w:t>vn 0.2012 0.4214 -0.8843</w:t>
        <w:br/>
        <w:t>vn 0.4296 0.2283 -0.8737</w:t>
        <w:br/>
        <w:t>vn 0.3022 0.3236 -0.8966</w:t>
        <w:br/>
        <w:t>vn 0.3043 0.3772 -0.8747</w:t>
        <w:br/>
        <w:t>vn 0.3428 0.4274 -0.8365</w:t>
        <w:br/>
        <w:t>vn 0.3312 0.4277 -0.8410</w:t>
        <w:br/>
        <w:t>vn 0.4789 0.3902 -0.7864</w:t>
        <w:br/>
        <w:t>vn 0.4499 0.2975 -0.8421</w:t>
        <w:br/>
        <w:t>vn 0.3931 0.3059 -0.8671</w:t>
        <w:br/>
        <w:t>vn 0.5706 0.3649 -0.7357</w:t>
        <w:br/>
        <w:t>vn 0.5324 0.2540 -0.8075</w:t>
        <w:br/>
        <w:t>vn 0.4581 0.3283 -0.8260</w:t>
        <w:br/>
        <w:t>vn 0.6106 0.2752 -0.7426</w:t>
        <w:br/>
        <w:t>vn 0.7119 0.3539 -0.6066</w:t>
        <w:br/>
        <w:t>vn 0.5853 0.2276 -0.7782</w:t>
        <w:br/>
        <w:t>vn 0.7816 0.1731 -0.5992</w:t>
        <w:br/>
        <w:t>vn 0.8032 0.3140 -0.5062</w:t>
        <w:br/>
        <w:t>vn 0.7458 0.2914 -0.5990</w:t>
        <w:br/>
        <w:t>vn 0.6068 0.2045 -0.7681</w:t>
        <w:br/>
        <w:t>vn 0.6257 0.3408 -0.7017</w:t>
        <w:br/>
        <w:t>vn 0.7970 0.2175 -0.5634</w:t>
        <w:br/>
        <w:t>vn 0.8086 0.2760 -0.5196</w:t>
        <w:br/>
        <w:t>vn 0.7737 0.3696 -0.5146</w:t>
        <w:br/>
        <w:t>vn 0.8818 0.3410 -0.3259</w:t>
        <w:br/>
        <w:t>vn 0.9726 0.1823 -0.1441</w:t>
        <w:br/>
        <w:t>vn 0.9372 0.2402 -0.2529</w:t>
        <w:br/>
        <w:t>vn 0.9870 0.0676 0.1461</w:t>
        <w:br/>
        <w:t>vn 0.9844 0.1748 -0.0198</w:t>
        <w:br/>
        <w:t>vn 0.9441 0.2585 -0.2045</w:t>
        <w:br/>
        <w:t>vn 0.9181 0.2620 -0.2973</w:t>
        <w:br/>
        <w:t>vn 0.9190 0.2211 -0.3264</w:t>
        <w:br/>
        <w:t>vn 0.9086 0.2889 -0.3016</w:t>
        <w:br/>
        <w:t>vn 0.9651 0.2517 -0.0726</w:t>
        <w:br/>
        <w:t>vn 0.9692 0.2461 -0.0121</w:t>
        <w:br/>
        <w:t>vn 0.9591 0.1822 0.2166</w:t>
        <w:br/>
        <w:t>vn 0.9314 0.2762 0.2373</w:t>
        <w:br/>
        <w:t>vn 0.8211 0.1279 0.5562</w:t>
        <w:br/>
        <w:t>vn 0.9703 0.0461 0.2373</w:t>
        <w:br/>
        <w:t>vn 0.6524 0.0503 0.7562</w:t>
        <w:br/>
        <w:t>vn 0.6958 0.1296 0.7065</w:t>
        <w:br/>
        <w:t>vn 0.9166 0.0028 0.3999</w:t>
        <w:br/>
        <w:t>vn 0.6535 0.0898 0.7516</w:t>
        <w:br/>
        <w:t>vn 0.4784 -0.0131 0.8781</w:t>
        <w:br/>
        <w:t>vn 0.8325 0.2311 0.5035</w:t>
        <w:br/>
        <w:t>vn 0.8887 0.0709 0.4530</w:t>
        <w:br/>
        <w:t>vn 0.7100 0.0306 0.7036</w:t>
        <w:br/>
        <w:t>vn 0.4386 -0.0131 0.8986</w:t>
        <w:br/>
        <w:t>vn 0.2785 -0.0141 0.9603</w:t>
        <w:br/>
        <w:t>vn 0.7223 -0.0280 0.6911</w:t>
        <w:br/>
        <w:t>vn 0.4725 -0.0430 0.8803</w:t>
        <w:br/>
        <w:t>vn 0.2931 0.0044 0.9561</w:t>
        <w:br/>
        <w:t>vn 0.2947 -0.0410 0.9547</w:t>
        <w:br/>
        <w:t>vn 0.1800 -0.0614 0.9817</w:t>
        <w:br/>
        <w:t>vn 0.0923 -0.1329 0.9868</w:t>
        <w:br/>
        <w:t>vn 0.0100 -0.2343 0.9721</w:t>
        <w:br/>
        <w:t>vn 0.0711 -0.1354 0.9882</w:t>
        <w:br/>
        <w:t>vn 0.0397 -0.2347 0.9713</w:t>
        <w:br/>
        <w:t>vn 0.2174 -0.1223 0.9684</w:t>
        <w:br/>
        <w:t>vn 0.4253 0.0558 0.9033</w:t>
        <w:br/>
        <w:t>vn 0.3353 0.0028 0.9421</w:t>
        <w:br/>
        <w:t>vn 0.2098 0.0071 0.9777</w:t>
        <w:br/>
        <w:t>vn 0.6417 0.1048 0.7597</w:t>
        <w:br/>
        <w:t>vn 0.4529 0.0701 0.8888</w:t>
        <w:br/>
        <w:t>vn 0.8872 0.1527 0.4353</w:t>
        <w:br/>
        <w:t>vn 0.6761 0.1287 0.7255</w:t>
        <w:br/>
        <w:t>vn 0.4985 0.0748 0.8636</w:t>
        <w:br/>
        <w:t>vn 0.3814 -0.0347 0.9237</w:t>
        <w:br/>
        <w:t>vn 0.5259 0.0468 0.8493</w:t>
        <w:br/>
        <w:t>vn 0.4145 0.0393 0.9092</w:t>
        <w:br/>
        <w:t>vn 0.2273 0.0258 0.9735</w:t>
        <w:br/>
        <w:t>vn 0.2432 -0.0779 0.9668</w:t>
        <w:br/>
        <w:t>vn 0.2751 -0.0473 0.9603</w:t>
        <w:br/>
        <w:t>vn 0.0645 -0.0111 0.9979</w:t>
        <w:br/>
        <w:t>vn 0.1553 -0.0088 0.9878</w:t>
        <w:br/>
        <w:t>vn -0.1305 -0.0085 0.9914</w:t>
        <w:br/>
        <w:t>vn 0.0866 -0.0041 0.9962</w:t>
        <w:br/>
        <w:t>vn -0.2407 -0.3247 0.9147</w:t>
        <w:br/>
        <w:t>vn -0.3935 -0.1421 0.9083</w:t>
        <w:br/>
        <w:t>vn -0.5140 -0.1272 0.8483</w:t>
        <w:br/>
        <w:t>vn -0.4856 -0.1965 0.8518</w:t>
        <w:br/>
        <w:t>vn -0.3269 -0.2595 0.9087</w:t>
        <w:br/>
        <w:t>vn -0.2659 -0.1124 0.9574</w:t>
        <w:br/>
        <w:t>vn -0.0383 -0.9983 0.0428</w:t>
        <w:br/>
        <w:t>vn -0.0288 -0.9987 0.0428</w:t>
        <w:br/>
        <w:t>vn -0.0465 -0.9971 0.0600</w:t>
        <w:br/>
        <w:t>vn -0.0131 -0.9992 0.0389</w:t>
        <w:br/>
        <w:t>vn -0.0105 -0.9980 0.0623</w:t>
        <w:br/>
        <w:t>vn -0.0017 -0.9990 0.0440</w:t>
        <w:br/>
        <w:t>vn -0.0126 -0.9992 0.0388</w:t>
        <w:br/>
        <w:t>vn -0.0249 -0.9988 0.0421</w:t>
        <w:br/>
        <w:t>vn -0.0102 -0.9991 0.0416</w:t>
        <w:br/>
        <w:t>vn 0.0034 -0.9992 0.0390</w:t>
        <w:br/>
        <w:t>vn 0.0076 -0.9995 0.0305</w:t>
        <w:br/>
        <w:t>vn -0.0099 -0.9989 0.0454</w:t>
        <w:br/>
        <w:t>vn -0.0276 -0.9990 0.0359</w:t>
        <w:br/>
        <w:t>vn -0.0359 -0.9990 0.0281</w:t>
        <w:br/>
        <w:t>vn -0.0303 -0.9994 0.0183</w:t>
        <w:br/>
        <w:t>vn -0.3823 0.9122 -0.1474</w:t>
        <w:br/>
        <w:t>vn -0.1041 0.9889 -0.1057</w:t>
        <w:br/>
        <w:t>vn -0.0858 0.9869 -0.1370</w:t>
        <w:br/>
        <w:t>vn -0.3909 0.9111 -0.1306</w:t>
        <w:br/>
        <w:t>vn -0.8090 0.5499 -0.2077</w:t>
        <w:br/>
        <w:t>vn -0.9346 0.2753 -0.2251</w:t>
        <w:br/>
        <w:t>vn -0.9711 -0.1076 -0.2130</w:t>
        <w:br/>
        <w:t>vn -0.9711 -0.1076 -0.2131</w:t>
        <w:br/>
        <w:t>vn -0.9681 -0.1354 -0.2108</w:t>
        <w:br/>
        <w:t>vn -0.9683 -0.1353 -0.2102</w:t>
        <w:br/>
        <w:t>vn -0.9747 -0.0557 -0.2165</w:t>
        <w:br/>
        <w:t>vn -0.9745 -0.0559 -0.2172</w:t>
        <w:br/>
        <w:t>vn 0.2219 -0.0267 -0.9747</w:t>
        <w:br/>
        <w:t>vn 0.2223 -0.0171 -0.9748</w:t>
        <w:br/>
        <w:t>vn 0.2197 -0.0257 -0.9752</w:t>
        <w:br/>
        <w:t>vn 0.2398 -0.0411 -0.9700</w:t>
        <w:br/>
        <w:t>vn 0.2462 -0.0322 -0.9687</w:t>
        <w:br/>
        <w:t>vn 0.2561 -0.0341 -0.9661</w:t>
        <w:br/>
        <w:t>vn 0.2361 -0.0075 -0.9717</w:t>
        <w:br/>
        <w:t>vn 0.9763 -0.0057 0.2163</w:t>
        <w:br/>
        <w:t>vn -0.2257 0.0294 0.9738</w:t>
        <w:br/>
        <w:t>vn -0.2208 0.0195 0.9751</w:t>
        <w:br/>
        <w:t>vn -0.1997 -0.0084 0.9798</w:t>
        <w:br/>
        <w:t>vn -0.2244 0.0682 0.9721</w:t>
        <w:br/>
        <w:t>vn -0.2209 0.0747 0.9724</w:t>
        <w:br/>
        <w:t>vn -0.2102 0.0880 0.9737</w:t>
        <w:br/>
        <w:t>vn -0.2140 0.0759 0.9739</w:t>
        <w:br/>
        <w:t>vn 0.2154 -0.0175 -0.9764</w:t>
        <w:br/>
        <w:t>vn 0.2155 -0.0267 -0.9761</w:t>
        <w:br/>
        <w:t>vn 0.2176 -0.0259 -0.9757</w:t>
        <w:br/>
        <w:t>vn 0.1978 -0.0405 -0.9794</w:t>
        <w:br/>
        <w:t>vn 0.1917 -0.0319 -0.9809</w:t>
        <w:br/>
        <w:t>vn 0.1820 -0.0336 -0.9827</w:t>
        <w:br/>
        <w:t>vn 0.2016 -0.0084 -0.9794</w:t>
        <w:br/>
        <w:t>vn -0.9752 0.0055 -0.2212</w:t>
        <w:br/>
        <w:t>vn -0.9753 0.0056 -0.2209</w:t>
        <w:br/>
        <w:t>vn -0.9753 0.0056 -0.2210</w:t>
        <w:br/>
        <w:t>vn -0.9752 0.0055 -0.2213</w:t>
        <w:br/>
        <w:t>vn -0.2117 0.0290 0.9769</w:t>
        <w:br/>
        <w:t>vn -0.2385 -0.0093 0.9711</w:t>
        <w:br/>
        <w:t>vn -0.2170 0.0189 0.9760</w:t>
        <w:br/>
        <w:t>vn -0.2113 0.0681 0.9750</w:t>
        <w:br/>
        <w:t>vn -0.2144 0.0747 0.9739</w:t>
        <w:br/>
        <w:t>vn -0.2244 0.0881 0.9705</w:t>
        <w:br/>
        <w:t>vn -0.2211 0.0759 0.9723</w:t>
        <w:br/>
        <w:t>vn 0.9810 -0.1819 -0.0674</w:t>
        <w:br/>
        <w:t>vn 0.9904 -0.1382 0.0064</w:t>
        <w:br/>
        <w:t>vn 0.9865 -0.1422 -0.0815</w:t>
        <w:br/>
        <w:t>vn 0.9759 -0.2181 0.0037</w:t>
        <w:br/>
        <w:t>vn 0.8673 0.3468 0.3570</w:t>
        <w:br/>
        <w:t>vn 0.9861 0.0035 0.1664</w:t>
        <w:br/>
        <w:t>vn 0.5811 0.7794 0.2341</w:t>
        <w:br/>
        <w:t>vn 0.4971 0.7854 0.3689</w:t>
        <w:br/>
        <w:t>vn 0.9042 -0.0217 0.4265</w:t>
        <w:br/>
        <w:t>vn 0.4076 0.6898 0.5983</w:t>
        <w:br/>
        <w:t>vn 0.3957 0.7279 0.5600</w:t>
        <w:br/>
        <w:t>vn 0.2994 0.5384 0.7877</w:t>
        <w:br/>
        <w:t>vn 0.5943 0.2497 0.7645</w:t>
        <w:br/>
        <w:t>vn 0.7969 -0.3040 0.5221</w:t>
        <w:br/>
        <w:t>vn 0.2505 0.4393 0.8627</w:t>
        <w:br/>
        <w:t>vn 0.0873 0.1682 0.9819</w:t>
        <w:br/>
        <w:t>vn 0.0619 0.0748 0.9953</w:t>
        <w:br/>
        <w:t>vn -0.0910 -0.1507 0.9844</w:t>
        <w:br/>
        <w:t>vn 0.3967 -0.1246 0.9095</w:t>
        <w:br/>
        <w:t>vn -0.0949 -0.1531 0.9836</w:t>
        <w:br/>
        <w:t>vn -0.3354 -0.4135 0.8465</w:t>
        <w:br/>
        <w:t>vn 0.3666 -0.3715 0.8530</w:t>
        <w:br/>
        <w:t>vn 0.6977 -0.5246 0.4878</w:t>
        <w:br/>
        <w:t>vn -0.2179 -0.3241 0.9206</w:t>
        <w:br/>
        <w:t>vn 0.2762 -0.5887 0.7597</w:t>
        <w:br/>
        <w:t>vn 0.6474 -0.5798 0.4947</w:t>
        <w:br/>
        <w:t>vn 0.4775 -0.7186 0.5056</w:t>
        <w:br/>
        <w:t>vn -0.4229 -0.5204 0.7419</w:t>
        <w:br/>
        <w:t>vn 0.0182 -0.6857 0.7277</w:t>
        <w:br/>
        <w:t>vn -0.0827 -0.8266 0.5567</w:t>
        <w:br/>
        <w:t>vn 0.4087 -0.8558 0.3172</w:t>
        <w:br/>
        <w:t>vn -0.5552 -0.6263 0.5473</w:t>
        <w:br/>
        <w:t>vn -0.4588 -0.6083 0.6476</w:t>
        <w:br/>
        <w:t>vn -0.5353 -0.6669 0.5184</w:t>
        <w:br/>
        <w:t>vn 0.3791 -0.8905 0.2517</w:t>
        <w:br/>
        <w:t>vn -0.6082 -0.6839 0.4030</w:t>
        <w:br/>
        <w:t>vn 0.3613 -0.9004 0.2425</w:t>
        <w:br/>
        <w:t>vn -0.5902 -0.7142 0.3762</w:t>
        <w:br/>
        <w:t>vn -0.5543 -0.7672 0.3228</w:t>
        <w:br/>
        <w:t>vn 0.3335 -0.9354 0.1174</w:t>
        <w:br/>
        <w:t>vn -0.6619 -0.7280 0.1784</w:t>
        <w:br/>
        <w:t>vn 0.3524 -0.9262 0.1342</w:t>
        <w:br/>
        <w:t>vn 0.3058 -0.9509 -0.0477</w:t>
        <w:br/>
        <w:t>vn -0.6378 -0.7692 0.0396</w:t>
        <w:br/>
        <w:t>vn -0.6055 -0.7947 0.0428</w:t>
        <w:br/>
        <w:t>vn -0.6112 -0.7696 -0.1849</w:t>
        <w:br/>
        <w:t>vn -0.2186 -0.9653 -0.1427</w:t>
        <w:br/>
        <w:t>vn 0.2812 -0.9386 -0.2001</w:t>
        <w:br/>
        <w:t>vn -0.6161 -0.7358 -0.2811</w:t>
        <w:br/>
        <w:t>vn -0.5492 -0.6478 -0.5280</w:t>
        <w:br/>
        <w:t>vn -0.0835 -0.9487 -0.3048</w:t>
        <w:br/>
        <w:t>vn 0.3149 -0.8749 -0.3680</w:t>
        <w:br/>
        <w:t>vn -0.5464 -0.6605 -0.5150</w:t>
        <w:br/>
        <w:t>vn -0.1727 -0.8304 -0.5297</w:t>
        <w:br/>
        <w:t>vn 0.4782 -0.7342 -0.4819</w:t>
        <w:br/>
        <w:t>vn -0.4469 -0.5171 -0.7300</w:t>
        <w:br/>
        <w:t>vn -0.4283 -0.5137 -0.7434</w:t>
        <w:br/>
        <w:t>vn 0.5522 -0.7006 -0.4519</w:t>
        <w:br/>
        <w:t>vn -0.4462 -0.5054 -0.7385</w:t>
        <w:br/>
        <w:t>vn 0.5912 -0.6431 -0.4868</w:t>
        <w:br/>
        <w:t>vn -0.4084 -0.5116 -0.7559</w:t>
        <w:br/>
        <w:t>vn -0.3954 -0.4522 -0.7995</w:t>
        <w:br/>
        <w:t>vn -0.1359 -0.5164 -0.8455</w:t>
        <w:br/>
        <w:t>vn 0.6037 -0.6443 -0.4694</w:t>
        <w:br/>
        <w:t>vn 0.5932 -0.5594 -0.5790</w:t>
        <w:br/>
        <w:t>vn -0.2181 -0.3646 -0.9053</w:t>
        <w:br/>
        <w:t>vn -0.2070 -0.0929 -0.9739</w:t>
        <w:br/>
        <w:t>vn 0.3503 -0.4487 -0.8222</w:t>
        <w:br/>
        <w:t>vn 0.5932 -0.5593 -0.5790</w:t>
        <w:br/>
        <w:t>vn 0.6464 -0.4290 -0.6310</w:t>
        <w:br/>
        <w:t>vn 0.0034 -0.1391 -0.9903</w:t>
        <w:br/>
        <w:t>vn -0.0449 0.0949 -0.9945</w:t>
        <w:br/>
        <w:t>vn 0.4590 -0.3257 -0.8266</w:t>
        <w:br/>
        <w:t>vn 0.7646 -0.3445 -0.5447</w:t>
        <w:br/>
        <w:t>vn 0.1361 0.0275 -0.9903</w:t>
        <w:br/>
        <w:t>vn 0.1263 0.2600 -0.9573</w:t>
        <w:br/>
        <w:t>vn 0.6373 -0.2813 -0.7174</w:t>
        <w:br/>
        <w:t>vn 0.8883 -0.2995 -0.3482</w:t>
        <w:br/>
        <w:t>vn 0.2442 0.2038 -0.9481</w:t>
        <w:br/>
        <w:t>vn 0.8814 -0.3260 -0.3419</w:t>
        <w:br/>
        <w:t>vn 0.3346 0.3936 -0.8562</w:t>
        <w:br/>
        <w:t>vn 0.8329 0.0458 -0.5515</w:t>
        <w:br/>
        <w:t>vn 0.9660 -0.1687 -0.1958</w:t>
        <w:br/>
        <w:t>vn 0.9455 0.0361 -0.3236</w:t>
        <w:br/>
        <w:t>vn 0.9810 -0.1819 -0.0675</w:t>
        <w:br/>
        <w:t>vn -0.2222 -0.9723 0.0722</w:t>
        <w:br/>
        <w:t>vn -0.2487 -0.9643 0.0912</w:t>
        <w:br/>
        <w:t>vn -0.1704 -0.9799 0.1040</w:t>
        <w:br/>
        <w:t>vn -0.1936 -0.9785 0.0714</w:t>
        <w:br/>
        <w:t>vn -0.1260 -0.9767 0.1736</w:t>
        <w:br/>
        <w:t>vn -0.0855 -0.9481 0.3063</w:t>
        <w:br/>
        <w:t>vn 0.0029 -0.9323 0.3617</w:t>
        <w:br/>
        <w:t>vn 0.0708 -0.8709 0.4863</w:t>
        <w:br/>
        <w:t>vn 0.2795 -0.8745 0.3964</w:t>
        <w:br/>
        <w:t>vn 0.0273 -0.7567 0.6532</w:t>
        <w:br/>
        <w:t>vn -0.0227 -0.6599 0.7510</w:t>
        <w:br/>
        <w:t>vn 0.1299 -0.5540 0.8223</w:t>
        <w:br/>
        <w:t>vn 0.1357 -0.4282 0.8934</w:t>
        <w:br/>
        <w:t>vn 0.1913 -0.3464 0.9184</w:t>
        <w:br/>
        <w:t>vn 0.0811 -0.2597 0.9623</w:t>
        <w:br/>
        <w:t>vn 0.0479 -0.0900 0.9948</w:t>
        <w:br/>
        <w:t>vn 0.2070 -0.0334 0.9778</w:t>
        <w:br/>
        <w:t>vn 0.2013 -0.0045 0.9795</w:t>
        <w:br/>
        <w:t>vn 0.2336 0.1764 0.9562</w:t>
        <w:br/>
        <w:t>vn 0.3041 0.1249 0.9444</w:t>
        <w:br/>
        <w:t>vn 0.4093 0.3274 0.8516</w:t>
        <w:br/>
        <w:t>vn 0.4412 0.3160 0.8399</w:t>
        <w:br/>
        <w:t>vn 0.5546 0.4675 0.6884</w:t>
        <w:br/>
        <w:t>vn 0.2731 0.4378 0.8566</w:t>
        <w:br/>
        <w:t>vn 0.2132 0.3941 0.8940</w:t>
        <w:br/>
        <w:t>vn 0.2084 0.3988 0.8930</w:t>
        <w:br/>
        <w:t>vn 0.6279 0.5782 0.5209</w:t>
        <w:br/>
        <w:t>vn 0.6245 0.5807 0.5223</w:t>
        <w:br/>
        <w:t>vn 0.7384 0.5871 0.3318</w:t>
        <w:br/>
        <w:t>vn 0.4628 0.6572 0.5948</w:t>
        <w:br/>
        <w:t>vn 0.6498 0.6625 0.3726</w:t>
        <w:br/>
        <w:t>vn 0.7004 0.6133 0.3652</w:t>
        <w:br/>
        <w:t>vn 0.5746 0.7049 0.4159</w:t>
        <w:br/>
        <w:t>vn 0.5562 0.7202 0.4146</w:t>
        <w:br/>
        <w:t>vn 0.5389 0.7224 0.4332</w:t>
        <w:br/>
        <w:t>vn 0.3619 0.6438 0.6742</w:t>
        <w:br/>
        <w:t>vn -0.2788 -0.5405 0.7938</w:t>
        <w:br/>
        <w:t>vn -0.1901 -0.5817 0.7909</w:t>
        <w:br/>
        <w:t>vn -0.2099 -0.5674 0.7962</w:t>
        <w:br/>
        <w:t>vn 0.5040 0.6881 0.5221</w:t>
        <w:br/>
        <w:t>vn 0.4875 0.7555 0.4377</w:t>
        <w:br/>
        <w:t>vn 0.4420 0.7355 0.5136</w:t>
        <w:br/>
        <w:t>vn 0.4879 0.7629 0.4242</w:t>
        <w:br/>
        <w:t>vn -0.1081 -0.6069 0.7874</w:t>
        <w:br/>
        <w:t>vn 0.4596 0.6148 0.6409</w:t>
        <w:br/>
        <w:t>vn -0.0922 -0.6145 0.7835</w:t>
        <w:br/>
        <w:t>vn -0.0339 -0.6179 0.7856</w:t>
        <w:br/>
        <w:t>vn 0.4536 0.6999 0.5517</w:t>
        <w:br/>
        <w:t>vn 0.4796 0.7014 0.5273</w:t>
        <w:br/>
        <w:t>vn 0.4559 0.7602 0.4629</w:t>
        <w:br/>
        <w:t>vn 0.4951 0.7437 0.4492</w:t>
        <w:br/>
        <w:t>vn 0.4634 0.7135 0.5255</w:t>
        <w:br/>
        <w:t>vn 0.5610 0.7966 0.2251</w:t>
        <w:br/>
        <w:t>vn 0.5691 0.7772 0.2685</w:t>
        <w:br/>
        <w:t>vn 0.5867 0.7322 0.3459</w:t>
        <w:br/>
        <w:t>vn 0.6348 0.7669 0.0937</w:t>
        <w:br/>
        <w:t>vn 0.4854 0.6945 0.5311</w:t>
        <w:br/>
        <w:t>vn -0.2285 0.1059 0.9678</w:t>
        <w:br/>
        <w:t>vn -0.2283 0.1060 0.9678</w:t>
        <w:br/>
        <w:t>vn -0.4567 0.2540 0.8526</w:t>
        <w:br/>
        <w:t>vn -0.4569 0.2545 0.8523</w:t>
        <w:br/>
        <w:t>vn -0.7007 0.4183 0.5780</w:t>
        <w:br/>
        <w:t>vn -0.7490 0.4510 0.4854</w:t>
        <w:br/>
        <w:t>vn -0.8205 0.5042 0.2693</w:t>
        <w:br/>
        <w:t>vn -0.8409 0.5216 0.1445</w:t>
        <w:br/>
        <w:t>vn -0.8315 0.5290 -0.1694</w:t>
        <w:br/>
        <w:t>vn -0.8316 0.5288 -0.1697</w:t>
        <w:br/>
        <w:t>vn -0.7468 0.4887 -0.4510</w:t>
        <w:br/>
        <w:t>vn -0.6984 0.4633 -0.5455</w:t>
        <w:br/>
        <w:t>vn -0.4544 0.3218 -0.8307</w:t>
        <w:br/>
        <w:t>vn -0.4544 0.3222 -0.8304</w:t>
        <w:br/>
        <w:t>vn -0.2270 0.1835 -0.9565</w:t>
        <w:br/>
        <w:t>vn -0.2268 0.1836 -0.9565</w:t>
        <w:br/>
        <w:t>vn -0.9904 -0.1382 0.0064</w:t>
        <w:br/>
        <w:t>vn -0.9810 -0.1819 -0.0674</w:t>
        <w:br/>
        <w:t>vn -0.9865 -0.1422 -0.0815</w:t>
        <w:br/>
        <w:t>vn -0.9759 -0.2181 0.0037</w:t>
        <w:br/>
        <w:t>vn -0.8673 0.3468 0.3570</w:t>
        <w:br/>
        <w:t>vn -0.9860 0.0035 0.1664</w:t>
        <w:br/>
        <w:t>vn -0.5811 0.7794 0.2341</w:t>
        <w:br/>
        <w:t>vn -0.4971 0.7854 0.3689</w:t>
        <w:br/>
        <w:t>vn -0.9042 -0.0217 0.4265</w:t>
        <w:br/>
        <w:t>vn -0.4076 0.6898 0.5983</w:t>
        <w:br/>
        <w:t>vn -0.3957 0.7279 0.5600</w:t>
        <w:br/>
        <w:t>vn -0.2987 0.5388 0.7877</w:t>
        <w:br/>
        <w:t>vn -0.5943 0.2497 0.7645</w:t>
        <w:br/>
        <w:t>vn -0.7969 -0.3040 0.5221</w:t>
        <w:br/>
        <w:t>vn -0.2505 0.4393 0.8627</w:t>
        <w:br/>
        <w:t>vn -0.0868 0.1685 0.9819</w:t>
        <w:br/>
        <w:t>vn -0.0619 0.0748 0.9953</w:t>
        <w:br/>
        <w:t>vn 0.0910 -0.1507 0.9844</w:t>
        <w:br/>
        <w:t>vn -0.3967 -0.1246 0.9095</w:t>
        <w:br/>
        <w:t>vn 0.0949 -0.1532 0.9836</w:t>
        <w:br/>
        <w:t>vn 0.3354 -0.4135 0.8465</w:t>
        <w:br/>
        <w:t>vn -0.3666 -0.3715 0.8530</w:t>
        <w:br/>
        <w:t>vn -0.6978 -0.5246 0.4877</w:t>
        <w:br/>
        <w:t>vn 0.2179 -0.3241 0.9206</w:t>
        <w:br/>
        <w:t>vn -0.2762 -0.5886 0.7598</w:t>
        <w:br/>
        <w:t>vn -0.6473 -0.5798 0.4947</w:t>
        <w:br/>
        <w:t>vn -0.4776 -0.7186 0.5056</w:t>
        <w:br/>
        <w:t>vn 0.4229 -0.5204 0.7419</w:t>
        <w:br/>
        <w:t>vn -0.0182 -0.6857 0.7277</w:t>
        <w:br/>
        <w:t>vn 0.0827 -0.8266 0.5567</w:t>
        <w:br/>
        <w:t>vn -0.4087 -0.8558 0.3171</w:t>
        <w:br/>
        <w:t>vn 0.5552 -0.6263 0.5473</w:t>
        <w:br/>
        <w:t>vn 0.4588 -0.6083 0.6476</w:t>
        <w:br/>
        <w:t>vn 0.5353 -0.6669 0.5184</w:t>
        <w:br/>
        <w:t>vn -0.3791 -0.8905 0.2517</w:t>
        <w:br/>
        <w:t>vn 0.6082 -0.6839 0.4030</w:t>
        <w:br/>
        <w:t>vn -0.3613 -0.9004 0.2424</w:t>
        <w:br/>
        <w:t>vn 0.5902 -0.7142 0.3763</w:t>
        <w:br/>
        <w:t>vn 0.5543 -0.7672 0.3228</w:t>
        <w:br/>
        <w:t>vn -0.3335 -0.9354 0.1173</w:t>
        <w:br/>
        <w:t>vn 0.6619 -0.7280 0.1784</w:t>
        <w:br/>
        <w:t>vn -0.3524 -0.9262 0.1343</w:t>
        <w:br/>
        <w:t>vn -0.3058 -0.9509 -0.0477</w:t>
        <w:br/>
        <w:t>vn 0.6378 -0.7692 0.0396</w:t>
        <w:br/>
        <w:t>vn 0.6055 -0.7947 0.0428</w:t>
        <w:br/>
        <w:t>vn 0.6112 -0.7696 -0.1849</w:t>
        <w:br/>
        <w:t>vn 0.2186 -0.9653 -0.1427</w:t>
        <w:br/>
        <w:t>vn -0.2811 -0.9386 -0.2001</w:t>
        <w:br/>
        <w:t>vn 0.6161 -0.7358 -0.2811</w:t>
        <w:br/>
        <w:t>vn 0.5492 -0.6477 -0.5280</w:t>
        <w:br/>
        <w:t>vn 0.0836 -0.9487 -0.3048</w:t>
        <w:br/>
        <w:t>vn -0.3149 -0.8749 -0.3680</w:t>
        <w:br/>
        <w:t>vn 0.5464 -0.6605 -0.5150</w:t>
        <w:br/>
        <w:t>vn 0.1727 -0.8305 -0.5296</w:t>
        <w:br/>
        <w:t>vn -0.4782 -0.7342 -0.4819</w:t>
        <w:br/>
        <w:t>vn 0.4469 -0.5171 -0.7300</w:t>
        <w:br/>
        <w:t>vn 0.4283 -0.5137 -0.7434</w:t>
        <w:br/>
        <w:t>vn -0.5521 -0.7006 -0.4520</w:t>
        <w:br/>
        <w:t>vn 0.4462 -0.5054 -0.7385</w:t>
        <w:br/>
        <w:t>vn -0.5912 -0.6430 -0.4868</w:t>
        <w:br/>
        <w:t>vn 0.4084 -0.5116 -0.7560</w:t>
        <w:br/>
        <w:t>vn 0.3954 -0.4522 -0.7995</w:t>
        <w:br/>
        <w:t>vn 0.1359 -0.5164 -0.8455</w:t>
        <w:br/>
        <w:t>vn -0.6037 -0.6443 -0.4694</w:t>
        <w:br/>
        <w:t>vn -0.5932 -0.5594 -0.5790</w:t>
        <w:br/>
        <w:t>vn 0.2182 -0.3646 -0.9052</w:t>
        <w:br/>
        <w:t>vn 0.2070 -0.0929 -0.9739</w:t>
        <w:br/>
        <w:t>vn -0.3503 -0.4487 -0.8222</w:t>
        <w:br/>
        <w:t>vn -0.6464 -0.4289 -0.6310</w:t>
        <w:br/>
        <w:t>vn -0.0034 -0.1391 -0.9903</w:t>
        <w:br/>
        <w:t>vn 0.0449 0.0949 -0.9945</w:t>
        <w:br/>
        <w:t>vn -0.4590 -0.3257 -0.8266</w:t>
        <w:br/>
        <w:t>vn -0.7646 -0.3445 -0.5447</w:t>
        <w:br/>
        <w:t>vn -0.1361 0.0275 -0.9903</w:t>
        <w:br/>
        <w:t>vn -0.1263 0.2600 -0.9573</w:t>
        <w:br/>
        <w:t>vn -0.6373 -0.2813 -0.7174</w:t>
        <w:br/>
        <w:t>vn -0.8883 -0.2995 -0.3482</w:t>
        <w:br/>
        <w:t>vn -0.2442 0.2038 -0.9481</w:t>
        <w:br/>
        <w:t>vn -0.8814 -0.3260 -0.3419</w:t>
        <w:br/>
        <w:t>vn -0.3345 0.3936 -0.8563</w:t>
        <w:br/>
        <w:t>vn -0.8329 0.0458 -0.5515</w:t>
        <w:br/>
        <w:t>vn -0.9660 -0.1686 -0.1958</w:t>
        <w:br/>
        <w:t>vn -0.9455 0.0361 -0.3236</w:t>
        <w:br/>
        <w:t>vn -0.9810 -0.1819 -0.0675</w:t>
        <w:br/>
        <w:t>vn 0.2487 -0.9643 0.0912</w:t>
        <w:br/>
        <w:t>vn 0.2223 -0.9723 0.0722</w:t>
        <w:br/>
        <w:t>vn 0.1704 -0.9799 0.1040</w:t>
        <w:br/>
        <w:t>vn 0.1936 -0.9785 0.0716</w:t>
        <w:br/>
        <w:t>vn 0.1260 -0.9767 0.1736</w:t>
        <w:br/>
        <w:t>vn 0.0855 -0.9481 0.3063</w:t>
        <w:br/>
        <w:t>vn -0.0028 -0.9323 0.3617</w:t>
        <w:br/>
        <w:t>vn -0.0708 -0.8709 0.4863</w:t>
        <w:br/>
        <w:t>vn -0.2794 -0.8745 0.3965</w:t>
        <w:br/>
        <w:t>vn -0.0273 -0.7567 0.6532</w:t>
        <w:br/>
        <w:t>vn 0.0227 -0.6599 0.7510</w:t>
        <w:br/>
        <w:t>vn -0.1299 -0.5540 0.8223</w:t>
        <w:br/>
        <w:t>vn -0.1357 -0.4283 0.8934</w:t>
        <w:br/>
        <w:t>vn -0.1913 -0.3464 0.9184</w:t>
        <w:br/>
        <w:t>vn -0.0811 -0.2597 0.9623</w:t>
        <w:br/>
        <w:t>vn -0.0478 -0.0900 0.9948</w:t>
        <w:br/>
        <w:t>vn -0.2070 -0.0334 0.9778</w:t>
        <w:br/>
        <w:t>vn -0.2013 -0.0045 0.9795</w:t>
        <w:br/>
        <w:t>vn -0.2336 0.1763 0.9562</w:t>
        <w:br/>
        <w:t>vn -0.3041 0.1249 0.9444</w:t>
        <w:br/>
        <w:t>vn -0.4093 0.3274 0.8516</w:t>
        <w:br/>
        <w:t>vn -0.4413 0.3160 0.8399</w:t>
        <w:br/>
        <w:t>vn -0.5546 0.4675 0.6884</w:t>
        <w:br/>
        <w:t>vn -0.2731 0.4378 0.8566</w:t>
        <w:br/>
        <w:t>vn -0.2131 0.3942 0.8940</w:t>
        <w:br/>
        <w:t>vn -0.2084 0.3988 0.8930</w:t>
        <w:br/>
        <w:t>vn -0.6279 0.5782 0.5209</w:t>
        <w:br/>
        <w:t>vn -0.6246 0.5808 0.5221</w:t>
        <w:br/>
        <w:t>vn -0.7384 0.5871 0.3318</w:t>
        <w:br/>
        <w:t>vn -0.4628 0.6572 0.5948</w:t>
        <w:br/>
        <w:t>vn -0.6498 0.6625 0.3726</w:t>
        <w:br/>
        <w:t>vn -0.7004 0.6133 0.3652</w:t>
        <w:br/>
        <w:t>vn -0.5746 0.7049 0.4159</w:t>
        <w:br/>
        <w:t>vn -0.5562 0.7202 0.4146</w:t>
        <w:br/>
        <w:t>vn -0.5389 0.7224 0.4332</w:t>
        <w:br/>
        <w:t>vn -0.3619 0.6438 0.6742</w:t>
        <w:br/>
        <w:t>vn 0.1901 -0.5816 0.7909</w:t>
        <w:br/>
        <w:t>vn 0.2788 -0.5405 0.7938</w:t>
        <w:br/>
        <w:t>vn 0.2099 -0.5673 0.7963</w:t>
        <w:br/>
        <w:t>vn -0.5040 0.6881 0.5221</w:t>
        <w:br/>
        <w:t>vn -0.4875 0.7555 0.4378</w:t>
        <w:br/>
        <w:t>vn -0.4419 0.7355 0.5136</w:t>
        <w:br/>
        <w:t>vn -0.4878 0.7629 0.4242</w:t>
        <w:br/>
        <w:t>vn 0.1081 -0.6070 0.7873</w:t>
        <w:br/>
        <w:t>vn -0.4596 0.6148 0.6409</w:t>
        <w:br/>
        <w:t>vn 0.0922 -0.6146 0.7834</w:t>
        <w:br/>
        <w:t>vn 0.0339 -0.6179 0.7855</w:t>
        <w:br/>
        <w:t>vn -0.4536 0.7000 0.5516</w:t>
        <w:br/>
        <w:t>vn -0.4796 0.7014 0.5273</w:t>
        <w:br/>
        <w:t>vn -0.4559 0.7602 0.4629</w:t>
        <w:br/>
        <w:t>vn -0.4951 0.7437 0.4492</w:t>
        <w:br/>
        <w:t>vn -0.4634 0.7135 0.5255</w:t>
        <w:br/>
        <w:t>vn -0.5610 0.7966 0.2251</w:t>
        <w:br/>
        <w:t>vn -0.5691 0.7772 0.2685</w:t>
        <w:br/>
        <w:t>vn -0.5816 0.7363 0.3459</w:t>
        <w:br/>
        <w:t>vn -0.6348 0.7669 0.0937</w:t>
        <w:br/>
        <w:t>vn -0.4805 0.6978 0.5312</w:t>
        <w:br/>
        <w:t>vn 0.2285 0.1059 0.9678</w:t>
        <w:br/>
        <w:t>vn 0.4567 0.2541 0.8525</w:t>
        <w:br/>
        <w:t>vn 0.2283 0.1060 0.9678</w:t>
        <w:br/>
        <w:t>vn 0.4568 0.2545 0.8524</w:t>
        <w:br/>
        <w:t>vn 0.7008 0.4181 0.5779</w:t>
        <w:br/>
        <w:t>vn 0.7490 0.4510 0.4854</w:t>
        <w:br/>
        <w:t>vn 0.8207 0.5040 0.2693</w:t>
        <w:br/>
        <w:t>vn 0.8410 0.5213 0.1446</w:t>
        <w:br/>
        <w:t>vn 0.8315 0.5290 -0.1694</w:t>
        <w:br/>
        <w:t>vn 0.8316 0.5288 -0.1697</w:t>
        <w:br/>
        <w:t>vn 0.7469 0.4886 -0.4510</w:t>
        <w:br/>
        <w:t>vn 0.6982 0.4635 -0.5455</w:t>
        <w:br/>
        <w:t>vn 0.4544 0.3217 -0.8307</w:t>
        <w:br/>
        <w:t>vn 0.4544 0.3222 -0.8305</w:t>
        <w:br/>
        <w:t>vn 0.2270 0.1834 -0.9565</w:t>
        <w:br/>
        <w:t>vn 0.2268 0.1836 -0.9565</w:t>
        <w:br/>
        <w:t>vn 0.7469 -0.5810 0.3235</w:t>
        <w:br/>
        <w:t>vn 0.7321 -0.5547 0.3953</w:t>
        <w:br/>
        <w:t>vn 0.7376 -0.5597 0.3777</w:t>
        <w:br/>
        <w:t>vn 0.6093 -0.4396 0.6600</w:t>
        <w:br/>
        <w:t>vn 0.0628 -0.0103 0.9980</w:t>
        <w:br/>
        <w:t>vn 0.7109 -0.5028 0.4917</w:t>
        <w:br/>
        <w:t>vn 0.0626 0.0208 0.9978</w:t>
        <w:br/>
        <w:t>vn 0.3879 -0.2172 0.8958</w:t>
        <w:br/>
        <w:t>vn 0.7453 -0.4631 0.4796</w:t>
        <w:br/>
        <w:t>vn 0.0266 0.0491 0.9984</w:t>
        <w:br/>
        <w:t>vn 0.7835 -0.4756 0.4000</w:t>
        <w:br/>
        <w:t>vn 0.8051 -0.4637 0.3699</w:t>
        <w:br/>
        <w:t>vn 0.8233 -0.4969 0.2744</w:t>
        <w:br/>
        <w:t>vn 0.0527 0.0290 0.9982</w:t>
        <w:br/>
        <w:t>vn 0.0771 0.0256 0.9967</w:t>
        <w:br/>
        <w:t>vn 0.0395 0.0588 0.9975</w:t>
        <w:br/>
        <w:t>vn 0.0645 0.0494 0.9967</w:t>
        <w:br/>
        <w:t>vn -0.0000 0.0879 0.9961</w:t>
        <w:br/>
        <w:t>vn 0.0856 0.2218 0.9713</w:t>
        <w:br/>
        <w:t>vn 0.0093 0.1915 0.9814</w:t>
        <w:br/>
        <w:t>vn -0.0340 0.2668 0.9632</w:t>
        <w:br/>
        <w:t>vn -0.0244 0.3835 0.9232</w:t>
        <w:br/>
        <w:t>vn -0.0843 0.4473 0.8904</w:t>
        <w:br/>
        <w:t>vn 0.1406 0.3581 0.9231</w:t>
        <w:br/>
        <w:t>vn 0.2768 0.3697 0.8870</w:t>
        <w:br/>
        <w:t>vn -0.0730 0.5320 0.8436</w:t>
        <w:br/>
        <w:t>vn 0.1159 0.4942 0.8616</w:t>
        <w:br/>
        <w:t>vn 0.2326 0.5367 0.8111</w:t>
        <w:br/>
        <w:t>vn -0.1336 0.5567 0.8199</w:t>
        <w:br/>
        <w:t>vn 0.0738 0.6417 0.7634</w:t>
        <w:br/>
        <w:t>vn 0.1463 0.6868 0.7120</w:t>
        <w:br/>
        <w:t>vn -0.0707 0.6283 0.7747</w:t>
        <w:br/>
        <w:t>vn -0.1996 0.6266 0.7533</w:t>
        <w:br/>
        <w:t>vn 0.1056 0.7570 0.6448</w:t>
        <w:br/>
        <w:t>vn 0.1283 0.7998 0.5864</w:t>
        <w:br/>
        <w:t>vn 0.1743 0.7946 0.5816</w:t>
        <w:br/>
        <w:t>vn -0.0675 0.6996 0.7113</w:t>
        <w:br/>
        <w:t>vn -0.2261 0.6481 0.7272</w:t>
        <w:br/>
        <w:t>vn 0.1612 0.7340 0.6597</w:t>
        <w:br/>
        <w:t>vn 0.2511 0.7140 0.6536</w:t>
        <w:br/>
        <w:t>vn -0.0844 0.6922 0.7168</w:t>
        <w:br/>
        <w:t>vn -0.2050 0.6358 0.7441</w:t>
        <w:br/>
        <w:t>vn -0.0695 0.5910 0.8037</w:t>
        <w:br/>
        <w:t>vn 0.2378 0.6325 0.7371</w:t>
        <w:br/>
        <w:t>vn 0.4175 0.6678 0.6162</w:t>
        <w:br/>
        <w:t>vn 0.2915 0.4149 0.8619</w:t>
        <w:br/>
        <w:t>vn 0.0713 0.2687 0.9606</w:t>
        <w:br/>
        <w:t>vn 0.5926 0.4886 0.6404</w:t>
        <w:br/>
        <w:t>vn 0.7171 0.5436 0.4362</w:t>
        <w:br/>
        <w:t>vn 0.3536 0.1356 0.9255</w:t>
        <w:br/>
        <w:t>vn 0.2616 -0.0556 0.9636</w:t>
        <w:br/>
        <w:t>vn 0.7221 0.2842 0.6307</w:t>
        <w:br/>
        <w:t>vn 0.4807 0.1987 0.8541</w:t>
        <w:br/>
        <w:t>vn 0.3100 -0.1451 0.9396</w:t>
        <w:br/>
        <w:t>vn 0.1273 0.8403 0.5270</w:t>
        <w:br/>
        <w:t>vn 0.1251 0.8473 0.5162</w:t>
        <w:br/>
        <w:t>vn 0.1251 0.8472 0.5163</w:t>
        <w:br/>
        <w:t>vn 0.8609 0.3779 0.3406</w:t>
        <w:br/>
        <w:t>vn 0.7859 0.6124 0.0851</w:t>
        <w:br/>
        <w:t>vn 0.5835 0.6403 0.4996</w:t>
        <w:br/>
        <w:t>vn 0.2146 0.8592 0.4645</w:t>
        <w:br/>
        <w:t>vn 0.2145 0.8591 0.4646</w:t>
        <w:br/>
        <w:t>vn 0.3111 -0.2552 0.9155</w:t>
        <w:br/>
        <w:t>vn 0.4703 -0.2046 0.8584</w:t>
        <w:br/>
        <w:t>vn 0.3227 -0.2303 0.9181</w:t>
        <w:br/>
        <w:t>vn 0.6273 -0.1191 0.7696</w:t>
        <w:br/>
        <w:t>vn -0.0365 0.9987 0.0352</w:t>
        <w:br/>
        <w:t>vn -0.0073 0.9890 0.1474</w:t>
        <w:br/>
        <w:t>vn -0.0157 0.9926 0.1201</w:t>
        <w:br/>
        <w:t>vn 0.0101 0.9788 0.2047</w:t>
        <w:br/>
        <w:t>vn 0.8055 -0.0379 0.5913</w:t>
        <w:br/>
        <w:t>vn 0.3019 0.8671 0.3961</w:t>
        <w:br/>
        <w:t>vn 0.0148 0.9787 0.2049</w:t>
        <w:br/>
        <w:t>vn 0.8575 0.0011 0.5145</w:t>
        <w:br/>
        <w:t>vn 0.0171 0.9782 0.2068</w:t>
        <w:br/>
        <w:t>vn 0.0168 0.9810 0.1933</w:t>
        <w:br/>
        <w:t>vn 0.3471 0.8899 0.2959</w:t>
        <w:br/>
        <w:t>vn 0.9412 -0.0007 0.3379</w:t>
        <w:br/>
        <w:t>vn 0.0139 0.9832 0.1819</w:t>
        <w:br/>
        <w:t>vn 0.9730 -0.0155 0.2304</w:t>
        <w:br/>
        <w:t>vn 0.0054 0.9878 0.1559</w:t>
        <w:br/>
        <w:t>vn 0.7302 0.6190 0.2890</w:t>
        <w:br/>
        <w:t>vn 0.9977 -0.0107 -0.0673</w:t>
        <w:br/>
        <w:t>vn 0.3404 0.9356 0.0937</w:t>
        <w:br/>
        <w:t>vn 0.0049 0.9878 0.1558</w:t>
        <w:br/>
        <w:t>vn 0.9637 0.0073 -0.2669</w:t>
        <w:br/>
        <w:t>vn 0.9186 0.3935 0.0364</w:t>
        <w:br/>
        <w:t>vn 0.7830 0.6189 -0.0622</w:t>
        <w:br/>
        <w:t>vn 0.7838 0.5097 -0.3549</w:t>
        <w:br/>
        <w:t>vn 0.6134 0.7005 -0.3647</w:t>
        <w:br/>
        <w:t>vn 0.5759 0.7328 -0.3623</w:t>
        <w:br/>
        <w:t>vn 0.4381 0.5294 -0.7265</w:t>
        <w:br/>
        <w:t>vn 0.2009 0.7964 -0.5704</w:t>
        <w:br/>
        <w:t>vn 0.2927 0.9485 -0.1209</w:t>
        <w:br/>
        <w:t>vn 0.8409 0.0265 -0.5406</w:t>
        <w:br/>
        <w:t>vn 0.3615 0.7450 -0.5607</w:t>
        <w:br/>
        <w:t>vn 0.0682 0.7914 -0.6075</w:t>
        <w:br/>
        <w:t>vn 0.0694 0.9136 -0.4006</w:t>
        <w:br/>
        <w:t>vn 0.0318 0.9462 -0.3219</w:t>
        <w:br/>
        <w:t>vn 0.0075 0.6990 -0.7151</w:t>
        <w:br/>
        <w:t>vn 0.1820 0.3612 -0.9146</w:t>
        <w:br/>
        <w:t>vn 0.0843 0.3298 -0.9403</w:t>
        <w:br/>
        <w:t>vn 0.0966 0.6547 -0.7497</w:t>
        <w:br/>
        <w:t>vn 0.2116 0.6500 -0.7298</w:t>
        <w:br/>
        <w:t>vn 0.1117 0.9346 -0.3378</w:t>
        <w:br/>
        <w:t>vn 0.0476 0.9459 -0.3209</w:t>
        <w:br/>
        <w:t>vn 0.1193 0.0426 -0.9919</w:t>
        <w:br/>
        <w:t>vn 0.2671 0.0394 -0.9629</w:t>
        <w:br/>
        <w:t>vn 0.1129 0.0318 -0.9931</w:t>
        <w:br/>
        <w:t>vn 0.2342 0.9424 -0.2389</w:t>
        <w:br/>
        <w:t>vn 0.2710 0.0434 -0.9616</w:t>
        <w:br/>
        <w:t>vn -0.0119 0.9911 0.1323</w:t>
        <w:br/>
        <w:t>vn -0.0058 0.9909 0.1345</w:t>
        <w:br/>
        <w:t>vn -0.0058 0.9911 0.1330</w:t>
        <w:br/>
        <w:t>vn -0.0175 0.9915 0.1290</w:t>
        <w:br/>
        <w:t>vn 0.5120 0.0398 -0.8581</w:t>
        <w:br/>
        <w:t>vn -0.0142 0.9912 0.1316</w:t>
        <w:br/>
        <w:t>vn 0.6100 0.0431 -0.7912</w:t>
        <w:br/>
        <w:t>vn -0.0127 0.9915 0.1294</w:t>
        <w:br/>
        <w:t>vn -0.0050 0.9905 0.1375</w:t>
        <w:br/>
        <w:t>vn 0.7698 0.0445 -0.6367</w:t>
        <w:br/>
        <w:t>vn -0.0039 0.9902 0.1396</w:t>
        <w:br/>
        <w:t>vn -0.7321 -0.5547 0.3953</w:t>
        <w:br/>
        <w:t>vn -0.7469 -0.5810 0.3235</w:t>
        <w:br/>
        <w:t>vn -0.7376 -0.5597 0.3777</w:t>
        <w:br/>
        <w:t>vn -0.6093 -0.4396 0.6600</w:t>
        <w:br/>
        <w:t>vn -0.0628 -0.0103 0.9980</w:t>
        <w:br/>
        <w:t>vn -0.7109 -0.5028 0.4917</w:t>
        <w:br/>
        <w:t>vn -0.0626 0.0208 0.9978</w:t>
        <w:br/>
        <w:t>vn -0.3878 -0.2172 0.8958</w:t>
        <w:br/>
        <w:t>vn -0.7453 -0.4631 0.4796</w:t>
        <w:br/>
        <w:t>vn -0.0266 0.0491 0.9984</w:t>
        <w:br/>
        <w:t>vn -0.7835 -0.4756 0.4000</w:t>
        <w:br/>
        <w:t>vn -0.8051 -0.4637 0.3699</w:t>
        <w:br/>
        <w:t>vn -0.8233 -0.4969 0.2744</w:t>
        <w:br/>
        <w:t>vn -0.0527 0.0290 0.9982</w:t>
        <w:br/>
        <w:t>vn -0.0771 0.0256 0.9967</w:t>
        <w:br/>
        <w:t>vn -0.0395 0.0588 0.9975</w:t>
        <w:br/>
        <w:t>vn -0.0645 0.0494 0.9967</w:t>
        <w:br/>
        <w:t>vn -0.0856 0.2218 0.9713</w:t>
        <w:br/>
        <w:t>vn -0.0093 0.1915 0.9814</w:t>
        <w:br/>
        <w:t>vn 0.0340 0.2668 0.9632</w:t>
        <w:br/>
        <w:t>vn 0.0244 0.3835 0.9232</w:t>
        <w:br/>
        <w:t>vn 0.0843 0.4473 0.8904</w:t>
        <w:br/>
        <w:t>vn -0.1406 0.3581 0.9230</w:t>
        <w:br/>
        <w:t>vn -0.2768 0.3697 0.8870</w:t>
        <w:br/>
        <w:t>vn 0.0729 0.5320 0.8436</w:t>
        <w:br/>
        <w:t>vn 0.1336 0.5567 0.8199</w:t>
        <w:br/>
        <w:t>vn -0.1159 0.4942 0.8616</w:t>
        <w:br/>
        <w:t>vn -0.2326 0.5367 0.8111</w:t>
        <w:br/>
        <w:t>vn -0.0739 0.6417 0.7634</w:t>
        <w:br/>
        <w:t>vn -0.1463 0.6868 0.7120</w:t>
        <w:br/>
        <w:t>vn 0.0707 0.6283 0.7747</w:t>
        <w:br/>
        <w:t>vn 0.1997 0.6266 0.7533</w:t>
        <w:br/>
        <w:t>vn -0.1056 0.7570 0.6448</w:t>
        <w:br/>
        <w:t>vn -0.1283 0.7999 0.5863</w:t>
        <w:br/>
        <w:t>vn -0.1743 0.7946 0.5816</w:t>
        <w:br/>
        <w:t>vn 0.0675 0.6996 0.7113</w:t>
        <w:br/>
        <w:t>vn 0.2261 0.6481 0.7272</w:t>
        <w:br/>
        <w:t>vn -0.1613 0.7340 0.6597</w:t>
        <w:br/>
        <w:t>vn -0.2511 0.7140 0.6536</w:t>
        <w:br/>
        <w:t>vn 0.0844 0.6922 0.7168</w:t>
        <w:br/>
        <w:t>vn 0.2050 0.6358 0.7441</w:t>
        <w:br/>
        <w:t>vn 0.0695 0.5910 0.8037</w:t>
        <w:br/>
        <w:t>vn -0.2378 0.6325 0.7371</w:t>
        <w:br/>
        <w:t>vn -0.4175 0.6678 0.6162</w:t>
        <w:br/>
        <w:t>vn -0.2915 0.4149 0.8619</w:t>
        <w:br/>
        <w:t>vn -0.0713 0.2687 0.9606</w:t>
        <w:br/>
        <w:t>vn -0.5926 0.4886 0.6404</w:t>
        <w:br/>
        <w:t>vn -0.7171 0.5436 0.4362</w:t>
        <w:br/>
        <w:t>vn -0.3536 0.1356 0.9255</w:t>
        <w:br/>
        <w:t>vn -0.2616 -0.0556 0.9636</w:t>
        <w:br/>
        <w:t>vn -0.7222 0.2842 0.6307</w:t>
        <w:br/>
        <w:t>vn -0.4807 0.1987 0.8541</w:t>
        <w:br/>
        <w:t>vn -0.3099 -0.1451 0.9396</w:t>
        <w:br/>
        <w:t>vn -0.1251 0.8472 0.5163</w:t>
        <w:br/>
        <w:t>vn -0.1273 0.8404 0.5269</w:t>
        <w:br/>
        <w:t>vn -0.1252 0.8473 0.5162</w:t>
        <w:br/>
        <w:t>vn -0.8609 0.3780 0.3406</w:t>
        <w:br/>
        <w:t>vn -0.7859 0.6124 0.0851</w:t>
        <w:br/>
        <w:t>vn -0.5835 0.6403 0.4996</w:t>
        <w:br/>
        <w:t>vn -0.2145 0.8591 0.4646</w:t>
        <w:br/>
        <w:t>vn -0.2146 0.8591 0.4646</w:t>
        <w:br/>
        <w:t>vn -0.3227 -0.2303 0.9181</w:t>
        <w:br/>
        <w:t>vn -0.4703 -0.2046 0.8584</w:t>
        <w:br/>
        <w:t>vn -0.3111 -0.2552 0.9155</w:t>
        <w:br/>
        <w:t>vn -0.9186 0.3935 0.0364</w:t>
        <w:br/>
        <w:t>vn -0.6273 -0.1191 0.7696</w:t>
        <w:br/>
        <w:t>vn 0.0073 0.9890 0.1475</w:t>
        <w:br/>
        <w:t>vn 0.0365 0.9987 0.0352</w:t>
        <w:br/>
        <w:t>vn 0.0157 0.9926 0.1201</w:t>
        <w:br/>
        <w:t>vn -0.0101 0.9788 0.2047</w:t>
        <w:br/>
        <w:t>vn -0.8055 -0.0379 0.5913</w:t>
        <w:br/>
        <w:t>vn -0.3018 0.8673 0.3960</w:t>
        <w:br/>
        <w:t>vn -0.0148 0.9787 0.2049</w:t>
        <w:br/>
        <w:t>vn -0.8575 0.0011 0.5145</w:t>
        <w:br/>
        <w:t>vn -0.0171 0.9782 0.2068</w:t>
        <w:br/>
        <w:t>vn -0.0168 0.9810 0.1933</w:t>
        <w:br/>
        <w:t>vn -0.3471 0.8899 0.2959</w:t>
        <w:br/>
        <w:t>vn -0.9412 -0.0007 0.3380</w:t>
        <w:br/>
        <w:t>vn -0.0140 0.9832 0.1819</w:t>
        <w:br/>
        <w:t>vn -0.9730 -0.0155 0.2304</w:t>
        <w:br/>
        <w:t>vn -0.0055 0.9878 0.1559</w:t>
        <w:br/>
        <w:t>vn -0.7303 0.6190 0.2890</w:t>
        <w:br/>
        <w:t>vn -0.9977 -0.0107 -0.0673</w:t>
        <w:br/>
        <w:t>vn -0.3404 0.9356 0.0937</w:t>
        <w:br/>
        <w:t>vn -0.0050 0.9878 0.1558</w:t>
        <w:br/>
        <w:t>vn -0.9637 0.0073 -0.2669</w:t>
        <w:br/>
        <w:t>vn -0.7830 0.6189 -0.0622</w:t>
        <w:br/>
        <w:t>vn -0.7838 0.5097 -0.3549</w:t>
        <w:br/>
        <w:t>vn -0.6134 0.7005 -0.3647</w:t>
        <w:br/>
        <w:t>vn -0.5760 0.7328 -0.3624</w:t>
        <w:br/>
        <w:t>vn -0.4381 0.5294 -0.7265</w:t>
        <w:br/>
        <w:t>vn -0.2009 0.7964 -0.5704</w:t>
        <w:br/>
        <w:t>vn -0.2927 0.9485 -0.1209</w:t>
        <w:br/>
        <w:t>vn -0.8409 0.0265 -0.5406</w:t>
        <w:br/>
        <w:t>vn -0.3615 0.7450 -0.5607</w:t>
        <w:br/>
        <w:t>vn -0.0682 0.7914 -0.6075</w:t>
        <w:br/>
        <w:t>vn -0.0694 0.9136 -0.4005</w:t>
        <w:br/>
        <w:t>vn -0.0318 0.9462 -0.3219</w:t>
        <w:br/>
        <w:t>vn -0.0075 0.6990 -0.7151</w:t>
        <w:br/>
        <w:t>vn -0.1821 0.3612 -0.9145</w:t>
        <w:br/>
        <w:t>vn -0.0843 0.3298 -0.9403</w:t>
        <w:br/>
        <w:t>vn -0.0966 0.6547 -0.7497</w:t>
        <w:br/>
        <w:t>vn -0.2116 0.6501 -0.7298</w:t>
        <w:br/>
        <w:t>vn -0.1117 0.9346 -0.3378</w:t>
        <w:br/>
        <w:t>vn -0.0476 0.9459 -0.3209</w:t>
        <w:br/>
        <w:t>vn -0.1193 0.0426 -0.9919</w:t>
        <w:br/>
        <w:t>vn -0.1129 0.0318 -0.9931</w:t>
        <w:br/>
        <w:t>vn -0.2671 0.0394 -0.9629</w:t>
        <w:br/>
        <w:t>vn -0.2342 0.9424 -0.2388</w:t>
        <w:br/>
        <w:t>vn -0.2710 0.0434 -0.9616</w:t>
        <w:br/>
        <w:t>vn 0.0120 0.9911 0.1323</w:t>
        <w:br/>
        <w:t>vn 0.0058 0.9911 0.1330</w:t>
        <w:br/>
        <w:t>vn 0.0058 0.9909 0.1345</w:t>
        <w:br/>
        <w:t>vn 0.0175 0.9915 0.1290</w:t>
        <w:br/>
        <w:t>vn -0.5120 0.0398 -0.8581</w:t>
        <w:br/>
        <w:t>vn 0.0142 0.9912 0.1316</w:t>
        <w:br/>
        <w:t>vn -0.6100 0.0431 -0.7912</w:t>
        <w:br/>
        <w:t>vn 0.0127 0.9915 0.1294</w:t>
        <w:br/>
        <w:t>vn 0.0050 0.9905 0.1375</w:t>
        <w:br/>
        <w:t>vn -0.7698 0.0445 -0.6367</w:t>
        <w:br/>
        <w:t>vn 0.0039 0.9902 0.1396</w:t>
        <w:br/>
        <w:t>vn -0.2498 -0.9683 -0.0062</w:t>
        <w:br/>
        <w:t>vn -0.2594 -0.9658 0.0051</w:t>
        <w:br/>
        <w:t>vn -0.2449 -0.9695 -0.0035</w:t>
        <w:br/>
        <w:t>vn -0.2409 -0.9691 0.0524</w:t>
        <w:br/>
        <w:t>vn -0.2256 -0.9713 0.0757</w:t>
        <w:br/>
        <w:t>vn -0.9811 -0.0574 -0.1849</w:t>
        <w:br/>
        <w:t>vn -0.9726 -0.0554 -0.2259</w:t>
        <w:br/>
        <w:t>vn -0.9859 -0.0942 -0.1381</w:t>
        <w:br/>
        <w:t>vn -0.2114 -0.9735 0.0877</w:t>
        <w:br/>
        <w:t>vn -0.1976 -0.9782 0.0634</w:t>
        <w:br/>
        <w:t>vn -0.9625 -0.0358 -0.2690</w:t>
        <w:br/>
        <w:t>vn -0.1859 -0.9812 0.0513</w:t>
        <w:br/>
        <w:t>vn -0.2293 -0.9692 0.0895</w:t>
        <w:br/>
        <w:t>vn -0.1528 -0.9866 0.0578</w:t>
        <w:br/>
        <w:t>vn -0.8815 -0.0167 -0.4718</w:t>
        <w:br/>
        <w:t>vn -0.6927 -0.1753 -0.6995</w:t>
        <w:br/>
        <w:t>vn -0.8206 -0.1761 -0.5437</w:t>
        <w:br/>
        <w:t>vn -0.9067 0.4208 0.0278</w:t>
        <w:br/>
        <w:t>vn -0.5441 -0.1518 -0.8251</w:t>
        <w:br/>
        <w:t>vn -0.3682 0.2505 -0.8954</w:t>
        <w:br/>
        <w:t>vn -0.5829 -0.1671 -0.7952</w:t>
        <w:br/>
        <w:t>vn -0.6647 -0.1735 -0.7267</w:t>
        <w:br/>
        <w:t>vn -0.2033 0.8155 -0.5419</w:t>
        <w:br/>
        <w:t>vn -0.1521 0.8363 -0.5268</w:t>
        <w:br/>
        <w:t>vn -0.1822 0.8378 -0.5146</w:t>
        <w:br/>
        <w:t>vn -0.2711 0.8029 -0.5309</w:t>
        <w:br/>
        <w:t>vn -0.1500 0.7460 -0.6488</w:t>
        <w:br/>
        <w:t>vn -0.2648 0.8002 -0.5381</w:t>
        <w:br/>
        <w:t>vn -0.0851 0.7105 -0.6985</w:t>
        <w:br/>
        <w:t>vn -0.6902 0.6523 -0.3132</w:t>
        <w:br/>
        <w:t>vn -0.6761 0.7348 -0.0551</w:t>
        <w:br/>
        <w:t>vn -0.0364 0.6726 -0.7391</w:t>
        <w:br/>
        <w:t>vn -0.0243 0.7260 -0.6873</w:t>
        <w:br/>
        <w:t>vn -0.7034 -0.2772 -0.6545</w:t>
        <w:br/>
        <w:t>vn -0.1704 -0.5112 -0.8424</w:t>
        <w:br/>
        <w:t>vn -0.3123 -0.7477 -0.5860</w:t>
        <w:br/>
        <w:t>vn -0.4552 -0.6739 -0.5819</w:t>
        <w:br/>
        <w:t>vn -0.4102 -0.8449 -0.3432</w:t>
        <w:br/>
        <w:t>vn -0.6275 -0.5650 -0.5357</w:t>
        <w:br/>
        <w:t>vn -0.4665 -0.8447 -0.2624</w:t>
        <w:br/>
        <w:t>vn -0.7580 -0.4695 -0.4528</w:t>
        <w:br/>
        <w:t>vn -0.5184 -0.8280 -0.2136</w:t>
        <w:br/>
        <w:t>vn -0.7544 -0.0430 -0.6550</w:t>
        <w:br/>
        <w:t>vn -0.7786 -0.0840 -0.6219</w:t>
        <w:br/>
        <w:t>vn -0.8479 0.0241 -0.5296</w:t>
        <w:br/>
        <w:t>vn -0.7462 -0.2023 -0.6342</w:t>
        <w:br/>
        <w:t>vn -0.8724 -0.0803 -0.4822</w:t>
        <w:br/>
        <w:t>vn -0.8528 -0.2863 -0.4367</w:t>
        <w:br/>
        <w:t>vn -0.9232 0.1422 -0.3571</w:t>
        <w:br/>
        <w:t>vn -0.9532 0.1435 -0.2660</w:t>
        <w:br/>
        <w:t>vn -0.8634 -0.3966 -0.3120</w:t>
        <w:br/>
        <w:t>vn -0.7676 -0.6207 -0.1600</w:t>
        <w:br/>
        <w:t>vn -0.8242 -0.4900 -0.2838</w:t>
        <w:br/>
        <w:t>vn -0.9070 -0.3643 -0.2113</w:t>
        <w:br/>
        <w:t>vn -0.9476 -0.0811 -0.3091</w:t>
        <w:br/>
        <w:t>vn -0.9652 -0.0831 -0.2481</w:t>
        <w:br/>
        <w:t>vn -0.7963 0.4700 -0.3809</w:t>
        <w:br/>
        <w:t>vn -0.6968 0.6087 -0.3793</w:t>
        <w:br/>
        <w:t>vn -0.4328 0.8773 -0.2076</w:t>
        <w:br/>
        <w:t>vn -0.4386 0.8544 -0.2788</w:t>
        <w:br/>
        <w:t>vn -0.3983 0.8946 -0.2028</w:t>
        <w:br/>
        <w:t>vn -0.8298 0.5464 -0.1136</w:t>
        <w:br/>
        <w:t>vn -0.9209 -0.2839 -0.2672</w:t>
        <w:br/>
        <w:t>vn -0.9644 -0.0781 -0.2525</w:t>
        <w:br/>
        <w:t>vn -0.9625 -0.0594 -0.2647</w:t>
        <w:br/>
        <w:t>vn -0.8027 -0.5755 -0.1567</w:t>
        <w:br/>
        <w:t>vn -0.4326 -0.9008 -0.0386</w:t>
        <w:br/>
        <w:t>vn -0.4327 -0.9010 -0.0329</w:t>
        <w:br/>
        <w:t>vn -0.8026 -0.5756 -0.1567</w:t>
        <w:br/>
        <w:t>vn -0.4344 -0.8997 -0.0416</w:t>
        <w:br/>
        <w:t>vn -0.9434 0.3173 -0.0963</w:t>
        <w:br/>
        <w:t>vn -0.7331 -0.6547 -0.1840</w:t>
        <w:br/>
        <w:t>vn -0.7333 -0.6545 -0.1840</w:t>
        <w:br/>
        <w:t>vn -0.9209 -0.2837 -0.2672</w:t>
        <w:br/>
        <w:t>vn -0.5815 -0.8020 -0.1364</w:t>
        <w:br/>
        <w:t>vn -0.7486 0.6025 0.2768</w:t>
        <w:br/>
        <w:t>vn -0.6404 0.6564 0.3987</w:t>
        <w:br/>
        <w:t>vn 0.7440 -0.0625 -0.6652</w:t>
        <w:br/>
        <w:t>vn 0.7823 -0.0139 -0.6227</w:t>
        <w:br/>
        <w:t>vn 0.7180 0.0460 -0.6946</w:t>
        <w:br/>
        <w:t>vn 0.8123 -0.1044 -0.5738</w:t>
        <w:br/>
        <w:t>vn 0.7618 -0.2083 -0.6134</w:t>
        <w:br/>
        <w:t>vn 0.8231 0.0112 -0.5678</w:t>
        <w:br/>
        <w:t>vn 0.8627 -0.2509 -0.4391</w:t>
        <w:br/>
        <w:t>vn 0.8636 -0.0337 -0.5030</w:t>
        <w:br/>
        <w:t>vn 0.9106 -0.0949 -0.4023</w:t>
        <w:br/>
        <w:t>vn 0.9698 -0.0948 -0.2249</w:t>
        <w:br/>
        <w:t>vn 0.9116 -0.0871 -0.4016</w:t>
        <w:br/>
        <w:t>vn 0.9643 -0.0533 -0.2595</w:t>
        <w:br/>
        <w:t>vn 0.9618 -0.0782 -0.2623</w:t>
        <w:br/>
        <w:t>vn 0.9874 -0.1437 -0.0662</w:t>
        <w:br/>
        <w:t>vn 0.9559 -0.2937 -0.0048</w:t>
        <w:br/>
        <w:t>vn 0.9980 -0.0472 0.0428</w:t>
        <w:br/>
        <w:t>vn 0.9139 -0.1990 0.3538</w:t>
        <w:br/>
        <w:t>vn 0.8611 -0.3410 0.3771</w:t>
        <w:br/>
        <w:t>vn 0.8828 -0.0405 0.4680</w:t>
        <w:br/>
        <w:t>vn 0.6773 -0.2415 0.6950</w:t>
        <w:br/>
        <w:t>vn 0.6745 -0.1120 0.7297</w:t>
        <w:br/>
        <w:t>vn 0.6370 -0.0608 0.7685</w:t>
        <w:br/>
        <w:t>vn 0.4073 -0.1485 0.9012</w:t>
        <w:br/>
        <w:t>vn 0.3758 -0.0965 0.9217</w:t>
        <w:br/>
        <w:t>vn 0.3087 -0.0881 0.9471</w:t>
        <w:br/>
        <w:t>vn 0.0000 -0.1218 0.9926</w:t>
        <w:br/>
        <w:t>vn -0.0000 -0.1008 0.9949</w:t>
        <w:br/>
        <w:t>vn 0.0000 -0.0926 0.9957</w:t>
        <w:br/>
        <w:t>vn -0.3087 -0.0881 0.9471</w:t>
        <w:br/>
        <w:t>vn -0.3757 -0.0965 0.9217</w:t>
        <w:br/>
        <w:t>vn -0.4073 -0.1485 0.9012</w:t>
        <w:br/>
        <w:t>vn -0.6370 -0.0608 0.7685</w:t>
        <w:br/>
        <w:t>vn -0.6745 -0.1120 0.7297</w:t>
        <w:br/>
        <w:t>vn -0.6773 -0.2415 0.6950</w:t>
        <w:br/>
        <w:t>vn -0.8828 -0.0405 0.4680</w:t>
        <w:br/>
        <w:t>vn -0.9139 -0.1990 0.3538</w:t>
        <w:br/>
        <w:t>vn -0.8611 -0.3410 0.3771</w:t>
        <w:br/>
        <w:t>vn -0.9980 -0.0472 0.0428</w:t>
        <w:br/>
        <w:t>vn -0.9559 -0.2937 -0.0048</w:t>
        <w:br/>
        <w:t>vn -0.9874 -0.1437 -0.0662</w:t>
        <w:br/>
        <w:t>vn -0.9618 -0.0782 -0.2623</w:t>
        <w:br/>
        <w:t>vn -0.9698 -0.0948 -0.2249</w:t>
        <w:br/>
        <w:t>vn -0.9643 -0.0533 -0.2595</w:t>
        <w:br/>
        <w:t>vn -0.9116 -0.0871 -0.4016</w:t>
        <w:br/>
        <w:t>vn -0.9106 -0.0949 -0.4023</w:t>
        <w:br/>
        <w:t>vn -0.8627 -0.2509 -0.4391</w:t>
        <w:br/>
        <w:t>vn -0.8605 0.0279 -0.5087</w:t>
        <w:br/>
        <w:t>vn -0.8046 -0.1021 -0.5849</w:t>
        <w:br/>
        <w:t>vn -0.7618 -0.2083 -0.6134</w:t>
        <w:br/>
        <w:t>vn -0.7302 -0.0448 -0.6818</w:t>
        <w:br/>
        <w:t>vn -0.8429 0.2094 -0.4957</w:t>
        <w:br/>
        <w:t>vn -0.7899 0.0758 -0.6085</w:t>
        <w:br/>
        <w:t>vn -0.6965 0.0158 -0.7174</w:t>
        <w:br/>
        <w:t>vn -0.5531 0.0706 -0.8301</w:t>
        <w:br/>
        <w:t>vn -0.6320 0.0376 -0.7741</w:t>
        <w:br/>
        <w:t>vn -0.7173 0.0429 -0.6954</w:t>
        <w:br/>
        <w:t>vn -0.4487 0.0758 -0.8905</w:t>
        <w:br/>
        <w:t>vn -0.3578 0.1000 -0.9284</w:t>
        <w:br/>
        <w:t>vn -0.3760 0.0778 -0.9233</w:t>
        <w:br/>
        <w:t>vn -0.3771 0.0894 -0.9219</w:t>
        <w:br/>
        <w:t>vn -0.3858 0.1084 -0.9162</w:t>
        <w:br/>
        <w:t>vn -0.4367 0.0700 -0.8969</w:t>
        <w:br/>
        <w:t>vn -0.5421 0.0616 -0.8381</w:t>
        <w:br/>
        <w:t>vn 0.0602 -0.0297 -0.9977</w:t>
        <w:br/>
        <w:t>vn 0.0446 -0.0341 -0.9984</w:t>
        <w:br/>
        <w:t>vn -0.1362 0.0586 -0.9889</w:t>
        <w:br/>
        <w:t>vn 0.2187 -0.0522 -0.9744</w:t>
        <w:br/>
        <w:t>vn 0.1237 -0.0357 -0.9917</w:t>
        <w:br/>
        <w:t>vn 0.2183 -0.0436 -0.9749</w:t>
        <w:br/>
        <w:t>vn 0.1227 -0.0280 -0.9921</w:t>
        <w:br/>
        <w:t>vn 0.2183 -0.0413 -0.9750</w:t>
        <w:br/>
        <w:t>vn 0.3151 -0.0271 -0.9487</w:t>
        <w:br/>
        <w:t>vn 0.3139 -0.0353 -0.9488</w:t>
        <w:br/>
        <w:t>vn 0.3711 -0.0329 -0.9280</w:t>
        <w:br/>
        <w:t>vn 0.3855 -0.0375 -0.9219</w:t>
        <w:br/>
        <w:t>vn 0.5461 0.0516 -0.8361</w:t>
        <w:br/>
        <w:t>vn -0.2169 0.6863 -0.6942</w:t>
        <w:br/>
        <w:t>vn -0.2822 0.6710 -0.6856</w:t>
        <w:br/>
        <w:t>vn -0.3467 0.6510 -0.6752</w:t>
        <w:br/>
        <w:t>vn -0.4594 0.6076 -0.6480</w:t>
        <w:br/>
        <w:t>vn -0.1225 0.6863 0.7169</w:t>
        <w:br/>
        <w:t>vn -0.0889 0.6969 0.7116</w:t>
        <w:br/>
        <w:t>vn -0.1225 0.6863 0.7170</w:t>
        <w:br/>
        <w:t>vn -0.5082 0.5845 -0.6325</w:t>
        <w:br/>
        <w:t>vn -0.5999 0.5336 -0.5961</w:t>
        <w:br/>
        <w:t>vn -0.0563 0.7078 0.7042</w:t>
        <w:br/>
        <w:t>vn -0.0655 0.7000 0.7112</w:t>
        <w:br/>
        <w:t>vn -0.6429 0.5048 -0.5760</w:t>
        <w:br/>
        <w:t>vn -0.6961 0.4635 -0.5482</w:t>
        <w:br/>
        <w:t>vn -0.1074 0.6811 0.7242</w:t>
        <w:br/>
        <w:t>vn -0.1347 0.6690 0.7310</w:t>
        <w:br/>
        <w:t>vn 0.3467 -0.6510 0.6753</w:t>
        <w:br/>
        <w:t>vn 0.2169 -0.6864 0.6941</w:t>
        <w:br/>
        <w:t>vn 0.2822 -0.6710 0.6856</w:t>
        <w:br/>
        <w:t>vn 0.0890 -0.6969 -0.7116</w:t>
        <w:br/>
        <w:t>vn 0.1225 -0.6864 -0.7168</w:t>
        <w:br/>
        <w:t>vn 0.0563 -0.7078 -0.7042</w:t>
        <w:br/>
        <w:t>vn 0.0655 -0.7000 -0.7111</w:t>
        <w:br/>
        <w:t>vn 0.4593 -0.6076 0.6480</w:t>
        <w:br/>
        <w:t>vn 0.1073 -0.6812 -0.7242</w:t>
        <w:br/>
        <w:t>vn 0.5082 -0.5845 0.6325</w:t>
        <w:br/>
        <w:t>vn 0.1347 -0.6689 -0.7310</w:t>
        <w:br/>
        <w:t>vn 0.1209 -0.6776 -0.7254</w:t>
        <w:br/>
        <w:t>vn 0.5999 -0.5336 0.5962</w:t>
        <w:br/>
        <w:t>vn 0.1248 -0.6731 -0.7290</w:t>
        <w:br/>
        <w:t>vn 0.6429 -0.5048 0.5761</w:t>
        <w:br/>
        <w:t>vn -0.1209 0.6776 0.7254</w:t>
        <w:br/>
        <w:t>vn 0.1395 -0.6585 -0.7396</w:t>
        <w:br/>
        <w:t>vn 0.6961 -0.4635 0.5483</w:t>
        <w:br/>
        <w:t>vn 0.1549 -0.6437 -0.7495</w:t>
        <w:br/>
        <w:t>vn -0.1248 0.6731 0.7289</w:t>
        <w:br/>
        <w:t>vn -0.7082 0.4550 -0.5399</w:t>
        <w:br/>
        <w:t>vn -0.7284 0.4502 -0.5165</w:t>
        <w:br/>
        <w:t>vn 0.7081 -0.4549 0.5400</w:t>
        <w:br/>
        <w:t>vn -0.1396 0.6585 0.7395</w:t>
        <w:br/>
        <w:t>vn 0.1513 -0.6423 -0.7514</w:t>
        <w:br/>
        <w:t>vn 0.7281 -0.4506 0.5165</w:t>
        <w:br/>
        <w:t>vn -0.7292 0.4465 -0.5186</w:t>
        <w:br/>
        <w:t>vn -0.1548 0.6437 0.7494</w:t>
        <w:br/>
        <w:t>vn 0.7291 -0.4465 0.5188</w:t>
        <w:br/>
        <w:t>vn -0.1515 0.6424 0.7512</w:t>
        <w:br/>
        <w:t>vn -0.5695 -0.8156 0.1020</w:t>
        <w:br/>
        <w:t>vn -0.6171 -0.7618 0.1972</w:t>
        <w:br/>
        <w:t>vn -0.5664 -0.8157 0.1175</w:t>
        <w:br/>
        <w:t>vn -0.6543 -0.7106 0.2586</w:t>
        <w:br/>
        <w:t>vn 0.7186 -0.4315 0.5453</w:t>
        <w:br/>
        <w:t>vn 0.6122 0.7687 -0.1855</w:t>
        <w:br/>
        <w:t>vn 0.5695 0.8157 -0.1018</w:t>
        <w:br/>
        <w:t>vn 0.5640 0.8181 -0.1126</w:t>
        <w:br/>
        <w:t>vn 0.6965 -0.4399 0.5668</w:t>
        <w:br/>
        <w:t>vn -0.7201 0.4337 -0.5416</w:t>
        <w:br/>
        <w:t>vn 0.6520 0.7161 -0.2492</w:t>
        <w:br/>
        <w:t>vn -0.6966 0.4290 -0.5750</w:t>
        <w:br/>
        <w:t>vn 0.6755 -0.4255 0.6021</w:t>
        <w:br/>
        <w:t>vn 0.7866 0.4832 -0.3844</w:t>
        <w:br/>
        <w:t>vn -0.7862 -0.4772 0.3925</w:t>
        <w:br/>
        <w:t>vn 0.6719 -0.4696 0.5727</w:t>
        <w:br/>
        <w:t>vn -0.7959 -0.4877 0.3588</w:t>
        <w:br/>
        <w:t>vn -0.9160 -0.1560 0.3696</w:t>
        <w:br/>
        <w:t>vn -0.6754 0.4089 -0.6137</w:t>
        <w:br/>
        <w:t>vn 0.7964 0.4867 -0.3590</w:t>
        <w:br/>
        <w:t>vn -0.6675 0.4302 -0.6078</w:t>
        <w:br/>
        <w:t>vn -0.2440 -0.4872 -0.8385</w:t>
        <w:br/>
        <w:t>vn -0.2472 -0.5149 -0.8208</w:t>
        <w:br/>
        <w:t>vn -0.2104 -0.4913 -0.8452</w:t>
        <w:br/>
        <w:t>vn -0.9500 -0.0168 0.3116</w:t>
        <w:br/>
        <w:t>vn 0.2455 0.5157 0.8208</w:t>
        <w:br/>
        <w:t>vn 0.2417 0.4884 0.8385</w:t>
        <w:br/>
        <w:t>vn 0.2044 0.4981 0.8427</w:t>
        <w:br/>
        <w:t>vn -0.9659 0.1732 0.1925</w:t>
        <w:br/>
        <w:t>vn -0.2630 -0.5399 -0.7996</w:t>
        <w:br/>
        <w:t>vn 0.9166 0.1551 -0.3684</w:t>
        <w:br/>
        <w:t>vn -0.2555 -0.5484 -0.7962</w:t>
        <w:br/>
        <w:t>vn 0.2634 0.5385 0.8004</w:t>
        <w:br/>
        <w:t>vn 0.9504 0.0146 -0.3106</w:t>
        <w:br/>
        <w:t>vn -0.2555 -0.5289 -0.8093</w:t>
        <w:br/>
        <w:t>vn 0.9658 -0.1741 -0.1919</w:t>
        <w:br/>
        <w:t>vn -0.2760 -0.5853 -0.7624</w:t>
        <w:br/>
        <w:t>vn 0.2556 0.5484 0.7962</w:t>
        <w:br/>
        <w:t>vn -0.9652 0.1745 0.1946</w:t>
        <w:br/>
        <w:t>vn -0.2725 -0.5865 -0.7627</w:t>
        <w:br/>
        <w:t>vn -0.2685 -0.6061 -0.7487</w:t>
        <w:br/>
        <w:t>vn 0.9652 -0.1754 -0.1942</w:t>
        <w:br/>
        <w:t>vn 0.2556 0.5289 0.8093</w:t>
        <w:br/>
        <w:t>vn 0.9466 -0.3120 -0.0806</w:t>
        <w:br/>
        <w:t>vn 0.9456 -0.3143 -0.0836</w:t>
        <w:br/>
        <w:t>vn 0.8969 -0.4415 0.0262</w:t>
        <w:br/>
        <w:t>vn 0.2673 0.5615 0.7831</w:t>
        <w:br/>
        <w:t>vn -0.9458 0.3137 0.0841</w:t>
        <w:br/>
        <w:t>vn 0.2822 0.6096 0.7408</w:t>
        <w:br/>
        <w:t>vn -0.9469 0.3113 0.0810</w:t>
        <w:br/>
        <w:t>vn -0.8966 0.4421 -0.0266</w:t>
        <w:br/>
        <w:t>vn -0.8733 0.4833 -0.0616</w:t>
        <w:br/>
        <w:t>vn 0.2534 0.5803 0.7740</w:t>
        <w:br/>
        <w:t>vn -0.8304 0.5446 -0.1179</w:t>
        <w:br/>
        <w:t>vn 0.2567 0.5784 0.7743</w:t>
        <w:br/>
        <w:t>vn 0.8740 -0.4821 0.0611</w:t>
        <w:br/>
        <w:t>vn -0.8117 0.5676 -0.1374</w:t>
        <w:br/>
        <w:t>vn -0.7562 0.6276 -0.1848</w:t>
        <w:br/>
        <w:t>vn -0.2404 -0.5528 -0.7979</w:t>
        <w:br/>
        <w:t>vn -0.7176 0.6631 -0.2128</w:t>
        <w:br/>
        <w:t>vn -0.6424 0.7218 -0.2575</w:t>
        <w:br/>
        <w:t>vn -0.2096 -0.5002 -0.8402</w:t>
        <w:br/>
        <w:t>vn 0.8311 -0.5436 0.1175</w:t>
        <w:br/>
        <w:t>vn -0.2106 -0.5030 -0.8382</w:t>
        <w:br/>
        <w:t>vn 0.2096 0.5001 0.8402</w:t>
        <w:br/>
        <w:t>vn 0.8122 -0.5671 0.1370</w:t>
        <w:br/>
        <w:t>vn 0.2106 0.5031 0.8382</w:t>
        <w:br/>
        <w:t>vn -0.2000 -0.4938 -0.8463</w:t>
        <w:br/>
        <w:t>vn 0.7563 -0.6275 0.1848</w:t>
        <w:br/>
        <w:t>vn -0.1876 -0.4813 -0.8562</w:t>
        <w:br/>
        <w:t>vn 0.2000 0.4938 0.8462</w:t>
        <w:br/>
        <w:t>vn 0.7176 -0.6632 0.2126</w:t>
        <w:br/>
        <w:t>vn 0.1877 0.4813 0.8562</w:t>
        <w:br/>
        <w:t>vn -0.1410 -0.4464 -0.8836</w:t>
        <w:br/>
        <w:t>vn 0.6424 -0.7218 0.2575</w:t>
        <w:br/>
        <w:t>vn -0.1064 -0.4236 -0.8996</w:t>
        <w:br/>
        <w:t>vn 0.1410 0.4464 0.8836</w:t>
        <w:br/>
        <w:t>vn 0.6065 -0.7460 0.2749</w:t>
        <w:br/>
        <w:t>vn -0.1143 -0.4246 -0.8982</w:t>
        <w:br/>
        <w:t>vn 0.5553 -0.7763 0.2984</w:t>
        <w:br/>
        <w:t>vn -0.1563 -0.4486 -0.8800</w:t>
        <w:br/>
        <w:t>vn 0.1064 0.4235 0.8996</w:t>
        <w:br/>
        <w:t>vn -0.6065 0.7461 -0.2749</w:t>
        <w:br/>
        <w:t>vn -0.5552 0.7764 -0.2983</w:t>
        <w:br/>
        <w:t>vn -0.1987 -0.4705 -0.8598</w:t>
        <w:br/>
        <w:t>vn -0.5408 0.7837 -0.3055</w:t>
        <w:br/>
        <w:t>vn -0.5262 0.7912 -0.3115</w:t>
        <w:br/>
        <w:t>vn 0.1987 0.4705 0.8598</w:t>
        <w:br/>
        <w:t>vn 0.1563 0.4486 0.8800</w:t>
        <w:br/>
        <w:t>vn 0.1987 0.4704 0.8598</w:t>
        <w:br/>
        <w:t>vn 0.1143 0.4246 0.8981</w:t>
        <w:br/>
        <w:t>vn 0.5263 -0.7912 0.3115</w:t>
        <w:br/>
        <w:t>vn 0.5407 -0.7837 0.3056</w:t>
        <w:br/>
        <w:t>vn -0.1090 -0.6664 0.7376</w:t>
        <w:br/>
        <w:t>vn -0.7686 -0.2628 0.5832</w:t>
        <w:br/>
        <w:t>vn -0.1843 -0.8617 0.4728</w:t>
        <w:br/>
        <w:t>vn 0.3876 -0.8977 0.2097</w:t>
        <w:br/>
        <w:t>vn -0.6297 -0.5498 -0.5489</w:t>
        <w:br/>
        <w:t>vn -0.6302 -0.5513 -0.5467</w:t>
        <w:br/>
        <w:t>vn -0.6305 -0.5524 -0.5452</w:t>
        <w:br/>
        <w:t>vn 0.2448 -0.9654 0.0900</w:t>
        <w:br/>
        <w:t>vn 0.5277 -0.6706 -0.5214</w:t>
        <w:br/>
        <w:t>vn -0.6294 -0.5491 -0.5498</w:t>
        <w:br/>
        <w:t>vn 0.8290 -0.4680 -0.3063</w:t>
        <w:br/>
        <w:t>vn 0.5449 0.0485 -0.8371</w:t>
        <w:br/>
        <w:t>vn -0.6283 -0.5490 -0.5512</w:t>
        <w:br/>
        <w:t>vn -0.6270 -0.5498 -0.5518</w:t>
        <w:br/>
        <w:t>vn -0.6254 -0.5508 -0.5528</w:t>
        <w:br/>
        <w:t>vn -0.6252 -0.5515 -0.5523</w:t>
        <w:br/>
        <w:t>vn -0.1941 0.5468 -0.8145</w:t>
        <w:br/>
        <w:t>vn -0.6256 0.6552 -0.4235</w:t>
        <w:br/>
        <w:t>vn -0.5196 0.7899 -0.3257</w:t>
        <w:br/>
        <w:t>vn -0.9242 0.3373 0.1789</w:t>
        <w:br/>
        <w:t>vn 0.3998 -0.0609 -0.9146</w:t>
        <w:br/>
        <w:t>vn 0.1113 0.6657 -0.7378</w:t>
        <w:br/>
        <w:t>vn 0.6729 0.1612 -0.7220</w:t>
        <w:br/>
        <w:t>vn 0.4002 0.7117 -0.5773</w:t>
        <w:br/>
        <w:t>vn 0.7690 0.2620 -0.5831</w:t>
        <w:br/>
        <w:t>vn -0.2449 0.9653 -0.0907</w:t>
        <w:br/>
        <w:t>vn 0.6308 0.5495 0.5478</w:t>
        <w:br/>
        <w:t>vn 0.6301 0.5486 0.5496</w:t>
        <w:br/>
        <w:t>vn 0.6301 0.5486 0.5495</w:t>
        <w:br/>
        <w:t>vn 0.6286 0.5483 0.5516</w:t>
        <w:br/>
        <w:t>vn 0.6309 0.5504 0.5468</w:t>
        <w:br/>
        <w:t>vn -0.3995 0.0615 0.9147</w:t>
        <w:br/>
        <w:t>vn -0.0246 -0.3921 0.9196</w:t>
        <w:br/>
        <w:t>vn -0.1091 -0.6664 0.7376</w:t>
        <w:br/>
        <w:t>vn 0.6272 -0.6530 0.4246</w:t>
        <w:br/>
        <w:t>vn 0.6276 0.5485 0.5526</w:t>
        <w:br/>
        <w:t>vn 0.8289 -0.4680 -0.3063</w:t>
        <w:br/>
        <w:t>vn -0.6898 0.5857 0.4255</w:t>
        <w:br/>
        <w:t>vn 0.6262 0.5492 0.5533</w:t>
        <w:br/>
        <w:t>vn -0.5273 0.6713 0.5209</w:t>
        <w:br/>
        <w:t>vn 0.6264 0.5497 0.5528</w:t>
        <w:br/>
        <w:t>vn 0.9251 -0.3357 -0.1777</w:t>
        <w:br/>
        <w:t>vn 0.7698 0.2636 -0.5813</w:t>
        <w:br/>
        <w:t>vn 0.6248 0.5505 0.5537</w:t>
        <w:br/>
        <w:t>vn 0.5448 0.0485 -0.8371</w:t>
        <w:br/>
        <w:t>vn 0.1089 0.6659 -0.7380</w:t>
        <w:br/>
        <w:t>vn -0.3996 0.0629 0.9145</w:t>
        <w:br/>
        <w:t>vn 0.6246 0.5516 0.5528</w:t>
        <w:br/>
        <w:t>vn 0.1842 0.8619 -0.4725</w:t>
        <w:br/>
        <w:t>vn -0.3901 0.8965 -0.2099</w:t>
        <w:br/>
        <w:t>vn 0.6251 0.5527 0.5511</w:t>
        <w:br/>
        <w:t>vn -0.6733 -0.1611 0.7216</w:t>
        <w:br/>
        <w:t>vn 0.6254 0.5537 0.5498</w:t>
        <w:br/>
        <w:t>vn -0.7695 -0.2639 0.5816</w:t>
        <w:br/>
        <w:t>vn -0.1110 -0.6645 0.7390</w:t>
        <w:br/>
        <w:t>vn 0.1950 -0.5419 0.8175</w:t>
        <w:br/>
        <w:t>vn -0.3987 -0.7132 0.5764</w:t>
        <w:br/>
        <w:t>vn -0.6238 -0.5524 -0.5529</w:t>
        <w:br/>
        <w:t>vn -0.6236 -0.5529 -0.5526</w:t>
        <w:br/>
        <w:t>vn 0.4000 -0.0621 -0.9144</w:t>
        <w:br/>
        <w:t>vn 0.0256 0.3908 -0.9201</w:t>
        <w:br/>
        <w:t>vn -0.6244 -0.5536 -0.5511</w:t>
        <w:br/>
        <w:t>vn 0.1089 0.6660 -0.7380</w:t>
        <w:br/>
        <w:t>vn -0.6263 -0.5538 -0.5487</w:t>
        <w:br/>
        <w:t>vn 0.2463 -0.9650 0.0895</w:t>
        <w:br/>
        <w:t>vn -0.6301 0.6504 -0.4241</w:t>
        <w:br/>
        <w:t>vn -0.6279 -0.5533 -0.5474</w:t>
        <w:br/>
        <w:t>vn -0.3902 0.8965 -0.2099</w:t>
        <w:br/>
        <w:t>vn -0.9254 0.3322 0.1827</w:t>
        <w:br/>
        <w:t>vn -0.6303 -0.5519 -0.5460</w:t>
        <w:br/>
        <w:t>vn -0.6297 -0.5527 -0.5458</w:t>
        <w:br/>
        <w:t>vn -0.6304 -0.5524 -0.5453</w:t>
        <w:br/>
        <w:t>vn -0.6303 -0.5512 -0.5468</w:t>
        <w:br/>
        <w:t>vn 0.3997 -0.0609 -0.9146</w:t>
        <w:br/>
        <w:t>vn 0.6919 -0.5817 -0.4277</w:t>
        <w:br/>
        <w:t>vn 0.5290 -0.6687 -0.5225</w:t>
        <w:br/>
        <w:t>vn 0.6729 0.1612 -0.7219</w:t>
        <w:br/>
        <w:t>vn 0.5244 -0.7864 0.3265</w:t>
        <w:br/>
        <w:t>vn 0.9262 -0.3306 -0.1813</w:t>
        <w:br/>
        <w:t>vn 0.7690 0.2620 -0.5830</w:t>
        <w:br/>
        <w:t>vn 0.6310 0.5504 0.5468</w:t>
        <w:br/>
        <w:t>vn 0.6302 0.5512 0.5468</w:t>
        <w:br/>
        <w:t>vn 0.6310 0.5495 0.5477</w:t>
        <w:br/>
        <w:t>vn 0.6318 -0.6478 0.4257</w:t>
        <w:br/>
        <w:t>vn 0.6269 0.5530 0.5488</w:t>
        <w:br/>
        <w:t>vn 0.6285 0.5519 0.5481</w:t>
        <w:br/>
        <w:t>vn -0.2465 0.9649 -0.0902</w:t>
        <w:br/>
        <w:t>vn -0.5294 0.6690 0.5217</w:t>
        <w:br/>
        <w:t>vn 0.6308 0.5505 0.5469</w:t>
        <w:br/>
        <w:t>vn -0.5445 -0.0486 0.8373</w:t>
        <w:br/>
        <w:t>vn -0.3994 0.0615 0.9147</w:t>
        <w:br/>
        <w:t>vn -0.8297 0.4649 0.3091</w:t>
        <w:br/>
        <w:t>vn -0.5443 -0.0483 0.8375</w:t>
        <w:br/>
        <w:t>vn -0.1844 -0.8615 0.4730</w:t>
        <w:br/>
        <w:t>vn 0.3874 -0.8977 0.2097</w:t>
        <w:br/>
        <w:t>vn -0.6296 -0.5498 -0.5490</w:t>
        <w:br/>
        <w:t>vn -0.6301 -0.5512 -0.5470</w:t>
        <w:br/>
        <w:t>vn -0.6304 -0.5522 -0.5456</w:t>
        <w:br/>
        <w:t>vn 0.2449 -0.9653 0.0905</w:t>
        <w:br/>
        <w:t>vn 0.5279 -0.6705 -0.5214</w:t>
        <w:br/>
        <w:t>vn -0.6295 -0.5494 -0.5495</w:t>
        <w:br/>
        <w:t>vn 0.8288 -0.4680 -0.3066</w:t>
        <w:br/>
        <w:t>vn 0.5451 0.0485 -0.8370</w:t>
        <w:br/>
        <w:t>vn -0.6284 -0.5490 -0.5511</w:t>
        <w:br/>
        <w:t>vn -0.6271 -0.5496 -0.5520</w:t>
        <w:br/>
        <w:t>vn -0.6251 -0.5510 -0.5529</w:t>
        <w:br/>
        <w:t>vn -0.6248 -0.5519 -0.5522</w:t>
        <w:br/>
        <w:t>vn -0.1943 0.5467 -0.8145</w:t>
        <w:br/>
        <w:t>vn -0.6254 0.6554 -0.4235</w:t>
        <w:br/>
        <w:t>vn -0.5194 0.7900 -0.3256</w:t>
        <w:br/>
        <w:t>vn -0.9241 0.3376 0.1791</w:t>
        <w:br/>
        <w:t>vn 0.3996 -0.0611 -0.9146</w:t>
        <w:br/>
        <w:t>vn 0.1111 0.6657 -0.7379</w:t>
        <w:br/>
        <w:t>vn 0.6730 0.1612 -0.7218</w:t>
        <w:br/>
        <w:t>vn 0.4003 0.7118 -0.5771</w:t>
        <w:br/>
        <w:t>vn 0.7692 0.2620 -0.5829</w:t>
        <w:br/>
        <w:t>vn -0.2451 0.9652 -0.0908</w:t>
        <w:br/>
        <w:t>vn 0.6307 0.5495 0.5479</w:t>
        <w:br/>
        <w:t>vn 0.6287 0.5481 0.5517</w:t>
        <w:br/>
        <w:t>vn 0.6307 0.5504 0.5470</w:t>
        <w:br/>
        <w:t>vn -0.3997 0.0612 0.9146</w:t>
        <w:br/>
        <w:t>vn -0.0248 -0.3925 0.9194</w:t>
        <w:br/>
        <w:t>vn -0.5444 -0.0484 0.8374</w:t>
        <w:br/>
        <w:t>vn -0.1092 -0.6665 0.7375</w:t>
        <w:br/>
        <w:t>vn 0.6268 -0.6535 0.4243</w:t>
        <w:br/>
        <w:t>vn 0.6276 0.5483 0.5526</w:t>
        <w:br/>
        <w:t>vn 0.3874 -0.8978 0.2097</w:t>
        <w:br/>
        <w:t>vn 0.8289 -0.4680 -0.3066</w:t>
        <w:br/>
        <w:t>vn -0.6898 0.5858 0.4254</w:t>
        <w:br/>
        <w:t>vn 0.6260 0.5493 0.5536</w:t>
        <w:br/>
        <w:t>vn -0.5283 0.6710 0.5203</w:t>
        <w:br/>
        <w:t>vn 0.6262 0.5499 0.5527</w:t>
        <w:br/>
        <w:t>vn 0.9248 -0.3362 -0.1782</w:t>
        <w:br/>
        <w:t>vn 0.7698 0.2634 -0.5815</w:t>
        <w:br/>
        <w:t>vn 0.6247 0.5503 0.5540</w:t>
        <w:br/>
        <w:t>vn 0.5452 0.0485 -0.8369</w:t>
        <w:br/>
        <w:t>vn 0.1091 0.6658 -0.7381</w:t>
        <w:br/>
        <w:t>vn -0.3999 0.0627 0.9144</w:t>
        <w:br/>
        <w:t>vn 0.6241 0.5513 0.5537</w:t>
        <w:br/>
        <w:t>vn 0.1839 0.8617 -0.4730</w:t>
        <w:br/>
        <w:t>vn -0.3903 0.8965 -0.2098</w:t>
        <w:br/>
        <w:t>vn 0.6250 0.5523 0.5516</w:t>
        <w:br/>
        <w:t>vn -0.6732 -0.1609 0.7218</w:t>
        <w:br/>
        <w:t>vn 0.6251 0.5526 0.5512</w:t>
        <w:br/>
        <w:t>vn -0.7695 -0.2640 0.5815</w:t>
        <w:br/>
        <w:t>vn -0.1110 -0.6644 0.7391</w:t>
        <w:br/>
        <w:t>vn 0.1948 -0.5421 0.8174</w:t>
        <w:br/>
        <w:t>vn -0.3986 -0.7130 0.5768</w:t>
        <w:br/>
        <w:t>vn -0.6237 -0.5521 -0.5534</w:t>
        <w:br/>
        <w:t>vn -0.6233 -0.5530 -0.5529</w:t>
        <w:br/>
        <w:t>vn 0.4000 -0.0624 -0.9144</w:t>
        <w:br/>
        <w:t>vn 0.0256 0.3905 -0.9203</w:t>
        <w:br/>
        <w:t>vn -0.6243 -0.5538 -0.5510</w:t>
        <w:br/>
        <w:t>vn -0.6245 -0.5542 -0.5503</w:t>
        <w:br/>
        <w:t>vn 0.1090 0.6658 -0.7382</w:t>
        <w:br/>
        <w:t>vn -0.6265 -0.5538 -0.5485</w:t>
        <w:br/>
        <w:t>vn 0.2466 -0.9650 0.0895</w:t>
        <w:br/>
        <w:t>vn -0.6302 0.6504 -0.4240</w:t>
        <w:br/>
        <w:t>vn -0.6281 -0.5531 -0.5474</w:t>
        <w:br/>
        <w:t>vn -0.3902 0.8965 -0.2098</w:t>
        <w:br/>
        <w:t>vn -0.9257 0.3314 0.1821</w:t>
        <w:br/>
        <w:t>vn -0.6302 -0.5520 -0.5461</w:t>
        <w:br/>
        <w:t>vn -0.6296 -0.5528 -0.5459</w:t>
        <w:br/>
        <w:t>vn -0.6303 -0.5523 -0.5456</w:t>
        <w:br/>
        <w:t>vn -0.6302 -0.5512 -0.5468</w:t>
        <w:br/>
        <w:t>vn 0.3995 -0.0611 -0.9147</w:t>
        <w:br/>
        <w:t>vn 0.6920 -0.5817 -0.4276</w:t>
        <w:br/>
        <w:t>vn 0.5289 -0.6686 -0.5227</w:t>
        <w:br/>
        <w:t>vn 0.5244 -0.7864 0.3264</w:t>
        <w:br/>
        <w:t>vn 0.9262 -0.3308 -0.1812</w:t>
        <w:br/>
        <w:t>vn 0.7693 0.2620 -0.5827</w:t>
        <w:br/>
        <w:t>vn 0.6309 0.5504 0.5469</w:t>
        <w:br/>
        <w:t>vn 0.6304 0.5510 0.5468</w:t>
        <w:br/>
        <w:t>vn 0.6317 -0.6482 0.4253</w:t>
        <w:br/>
        <w:t>vn 0.6270 0.5523 0.5494</w:t>
        <w:br/>
        <w:t>vn 0.6285 0.5517 0.5482</w:t>
        <w:br/>
        <w:t>vn -0.2470 0.9648 -0.0905</w:t>
        <w:br/>
        <w:t>vn 0.6307 0.5507 0.5468</w:t>
        <w:br/>
        <w:t>vn -0.3997 0.0611 0.9146</w:t>
        <w:br/>
        <w:t>vn -0.8296 0.4650 0.3091</w:t>
        <w:br/>
        <w:t>vn 0.8624 -0.2158 0.4579</w:t>
        <w:br/>
        <w:t>vn 0.7719 -0.3656 0.5201</w:t>
        <w:br/>
        <w:t>vn 0.7709 -0.3597 0.5257</w:t>
        <w:br/>
        <w:t>vn 0.9254 -0.0548 0.3750</w:t>
        <w:br/>
        <w:t>vn 0.0028 0.5015 0.8652</w:t>
        <w:br/>
        <w:t>vn 0.0045 0.4971 0.8677</w:t>
        <w:br/>
        <w:t>vn -0.0022 0.5012 0.8653</w:t>
        <w:br/>
        <w:t>vn 0.9468 0.2617 0.1873</w:t>
        <w:br/>
        <w:t>vn -0.0056 0.5032 0.8642</w:t>
        <w:br/>
        <w:t>vn 0.9084 0.4108 0.0773</w:t>
        <w:br/>
        <w:t>vn -0.0124 0.5006 0.8656</w:t>
        <w:br/>
        <w:t>vn 0.8398 0.5420 -0.0307</w:t>
        <w:br/>
        <w:t>vn 0.8418 0.5388 -0.0334</w:t>
        <w:br/>
        <w:t>vn 0.7541 -0.4099 0.5131</w:t>
        <w:br/>
        <w:t>vn 0.7664 -0.3996 0.5030</w:t>
        <w:br/>
        <w:t>vn 0.7541 -0.4095 0.5135</w:t>
        <w:br/>
        <w:t>vn 0.8706 -0.2390 0.4301</w:t>
        <w:br/>
        <w:t>vn 0.7753 -0.3941 0.4936</w:t>
        <w:br/>
        <w:t>vn 0.9033 -0.1614 0.3975</w:t>
        <w:br/>
        <w:t>vn 0.0002 0.4998 0.8661</w:t>
        <w:br/>
        <w:t>vn 0.0002 0.4999 0.8661</w:t>
        <w:br/>
        <w:t>vn 0.9359 0.3388 0.0963</w:t>
        <w:br/>
        <w:t>vn 0.0002 0.5003 0.8659</w:t>
        <w:br/>
        <w:t>vn 0.8590 -0.2548 0.4441</w:t>
        <w:br/>
        <w:t>vn 0.7559 -0.4118 0.5089</w:t>
        <w:br/>
        <w:t>vn 0.7559 -0.4087 0.5114</w:t>
        <w:br/>
        <w:t>vn 0.9362 0.3385 0.0945</w:t>
        <w:br/>
        <w:t>vn 0.8257 0.5597 -0.0705</w:t>
        <w:br/>
        <w:t>vn 0.8258 0.5591 -0.0741</w:t>
        <w:br/>
        <w:t>vn 0.0003 0.5001 0.8660</w:t>
        <w:br/>
        <w:t>vn 0.0003 0.5001 0.8659</w:t>
        <w:br/>
        <w:t>vn 0.0002 0.5004 0.8658</w:t>
        <w:br/>
        <w:t>vn 0.9351 0.3403 0.0994</w:t>
        <w:br/>
        <w:t>vn 0.8251 0.5609 -0.0675</w:t>
        <w:br/>
        <w:t>vn 0.8252 0.5603 -0.0713</w:t>
        <w:br/>
        <w:t>vn 0.9304 -0.0818 0.3572</w:t>
        <w:br/>
        <w:t>vn 0.9354 0.3399 0.0975</w:t>
        <w:br/>
        <w:t>vn 0.0000 0.5001 0.8660</w:t>
        <w:br/>
        <w:t>vn 0.0003 0.4998 0.8661</w:t>
        <w:br/>
        <w:t>vn -0.7719 -0.3656 0.5201</w:t>
        <w:br/>
        <w:t>vn -0.8624 -0.2158 0.4579</w:t>
        <w:br/>
        <w:t>vn -0.7709 -0.3597 0.5257</w:t>
        <w:br/>
        <w:t>vn -0.9250 -0.0541 0.3761</w:t>
        <w:br/>
        <w:t>vn -0.9471 0.2612 0.1865</w:t>
        <w:br/>
        <w:t>vn -0.0028 0.5015 0.8652</w:t>
        <w:br/>
        <w:t>vn 0.0022 0.5012 0.8653</w:t>
        <w:br/>
        <w:t>vn -0.0045 0.4971 0.8677</w:t>
        <w:br/>
        <w:t>vn -0.9084 0.4109 0.0773</w:t>
        <w:br/>
        <w:t>vn -0.8399 0.5419 -0.0307</w:t>
        <w:br/>
        <w:t>vn 0.0056 0.5031 0.8642</w:t>
        <w:br/>
        <w:t>vn 0.0127 0.5005 0.8656</w:t>
        <w:br/>
        <w:t>vn -0.8418 0.5388 -0.0334</w:t>
        <w:br/>
        <w:t>vn -0.7663 -0.3996 0.5031</w:t>
        <w:br/>
        <w:t>vn -0.7542 -0.4099 0.5130</w:t>
        <w:br/>
        <w:t>vn -0.7541 -0.4094 0.5135</w:t>
        <w:br/>
        <w:t>vn -0.7753 -0.3941 0.4936</w:t>
        <w:br/>
        <w:t>vn -0.8706 -0.2390 0.4301</w:t>
        <w:br/>
        <w:t>vn -0.9033 -0.1614 0.3975</w:t>
        <w:br/>
        <w:t>vn -0.0002 0.4999 0.8661</w:t>
        <w:br/>
        <w:t>vn -0.9359 0.3388 0.0964</w:t>
        <w:br/>
        <w:t>vn -0.0002 0.5000 0.8660</w:t>
        <w:br/>
        <w:t>vn -0.7559 -0.4118 0.5089</w:t>
        <w:br/>
        <w:t>vn -0.8590 -0.2548 0.4440</w:t>
        <w:br/>
        <w:t>vn -0.7559 -0.4087 0.5114</w:t>
        <w:br/>
        <w:t>vn -0.9362 0.3385 0.0946</w:t>
        <w:br/>
        <w:t>vn -0.8257 0.5597 -0.0705</w:t>
        <w:br/>
        <w:t>vn -0.8258 0.5591 -0.0740</w:t>
        <w:br/>
        <w:t>vn -0.0003 0.5001 0.8659</w:t>
        <w:br/>
        <w:t>vn -0.0003 0.5002 0.8659</w:t>
        <w:br/>
        <w:t>vn -0.0002 0.5001 0.8660</w:t>
        <w:br/>
        <w:t>vn -0.8251 0.5609 -0.0675</w:t>
        <w:br/>
        <w:t>vn -0.9351 0.3403 0.0993</w:t>
        <w:br/>
        <w:t>vn -0.8252 0.5603 -0.0713</w:t>
        <w:br/>
        <w:t>vn -0.9305 -0.0818 0.3572</w:t>
        <w:br/>
        <w:t>vn -0.9354 0.3399 0.0974</w:t>
        <w:br/>
        <w:t>vn -0.0001 0.4999 0.8661</w:t>
        <w:br/>
        <w:t>vn -0.0004 0.4998 0.8662</w:t>
        <w:br/>
        <w:t>vn -0.0006 0.4995 0.8663</w:t>
        <w:br/>
        <w:t>vn 0.7634 0.4342 0.4783</w:t>
        <w:br/>
        <w:t>vn 0.7845 0.5410 0.3032</w:t>
        <w:br/>
        <w:t>vn 0.8134 0.5367 0.2243</w:t>
        <w:br/>
        <w:t>vn 0.5928 0.4947 0.6355</w:t>
        <w:br/>
        <w:t>vn 0.3444 0.3490 0.8716</w:t>
        <w:br/>
        <w:t>vn 0.8367 0.5471 -0.0252</w:t>
        <w:br/>
        <w:t>vn 0.9074 0.4191 -0.0310</w:t>
        <w:br/>
        <w:t>vn 0.7360 0.6106 -0.2925</w:t>
        <w:br/>
        <w:t>vn 0.6814 0.6766 -0.2790</w:t>
        <w:br/>
        <w:t>vn 0.4471 0.6560 -0.6081</w:t>
        <w:br/>
        <w:t>vn 0.5890 0.6015 -0.5398</w:t>
        <w:br/>
        <w:t>vn 0.3653 0.4647 -0.8066</w:t>
        <w:br/>
        <w:t>vn 0.1423 0.3696 -0.9182</w:t>
        <w:br/>
        <w:t>vn 0.0999 0.0124 -0.9949</w:t>
        <w:br/>
        <w:t>vn 0.3425 0.6700 -0.6587</w:t>
        <w:br/>
        <w:t>vn 0.5195 0.7236 -0.4545</w:t>
        <w:br/>
        <w:t>vn 0.0218 -0.0163 -0.9996</w:t>
        <w:br/>
        <w:t>vn 0.5108 0.6351 -0.5793</w:t>
        <w:br/>
        <w:t>vn 0.5056 0.6935 -0.5133</w:t>
        <w:br/>
        <w:t>vn 0.3202 0.4049 -0.8564</w:t>
        <w:br/>
        <w:t>vn 0.4577 0.6526 -0.6039</w:t>
        <w:br/>
        <w:t>vn 0.3861 0.3927 -0.8347</w:t>
        <w:br/>
        <w:t>vn 0.3221 0.4301 -0.8434</w:t>
        <w:br/>
        <w:t>vn 0.0846 0.0211 -0.9962</w:t>
        <w:br/>
        <w:t>vn 0.2747 0.3819 -0.8825</w:t>
        <w:br/>
        <w:t>vn -0.1272 -0.3665 -0.9217</w:t>
        <w:br/>
        <w:t>vn -0.1896 -0.5147 -0.8361</w:t>
        <w:br/>
        <w:t>vn -0.1716 -0.3566 -0.9184</w:t>
        <w:br/>
        <w:t>vn -0.3862 -0.6738 -0.6299</w:t>
        <w:br/>
        <w:t>vn -0.4513 -0.7459 -0.4899</w:t>
        <w:br/>
        <w:t>vn -0.3511 -0.6087 -0.7115</w:t>
        <w:br/>
        <w:t>vn -0.7132 -0.6966 0.0776</w:t>
        <w:br/>
        <w:t>vn -0.7176 -0.6791 0.1543</w:t>
        <w:br/>
        <w:t>vn -0.7165 -0.4790 0.5071</w:t>
        <w:br/>
        <w:t>vn -0.6017 -0.4175 0.6809</w:t>
        <w:br/>
        <w:t>vn -0.4906 -0.7483 -0.4464</w:t>
        <w:br/>
        <w:t>vn -0.5831 -0.3627 0.7270</w:t>
        <w:br/>
        <w:t>vn -0.4811 -0.7209 -0.4988</w:t>
        <w:br/>
        <w:t>vn -0.4837 -0.7359 -0.4738</w:t>
        <w:br/>
        <w:t>vn -0.5404 -0.4175 0.7306</w:t>
        <w:br/>
        <w:t>vn -0.5282 -0.7599 -0.3788</w:t>
        <w:br/>
        <w:t>vn -0.5435 -0.4242 0.7244</w:t>
        <w:br/>
        <w:t>vn -0.5345 -0.4066 0.7409</w:t>
        <w:br/>
        <w:t>vn -0.3782 -0.6077 -0.6983</w:t>
        <w:br/>
        <w:t>vn -0.5164 -0.7390 -0.4326</w:t>
        <w:br/>
        <w:t>vn -0.5338 -0.4073 0.7411</w:t>
        <w:br/>
        <w:t>vn -0.5337 -0.7575 -0.3760</w:t>
        <w:br/>
        <w:t>vn -0.5381 -0.4163 0.7329</w:t>
        <w:br/>
        <w:t>vn -0.2017 -0.3735 -0.9054</w:t>
        <w:br/>
        <w:t>vn -0.5427 -0.4250 0.7245</w:t>
        <w:br/>
        <w:t>vn -0.5435 -0.4243 0.7243</w:t>
        <w:br/>
        <w:t>vn -0.5305 -0.7519 -0.3914</w:t>
        <w:br/>
        <w:t>vn -0.5375 -0.7684 -0.3475</w:t>
        <w:br/>
        <w:t>vn -0.4465 -0.6430 -0.6222</w:t>
        <w:br/>
        <w:t>vn -0.5379 -0.7677 -0.3484</w:t>
        <w:br/>
        <w:t>vn -0.5621 -0.7458 -0.3576</w:t>
        <w:br/>
        <w:t>vn -0.5400 -0.7617 -0.3580</w:t>
        <w:br/>
        <w:t>vn -0.4979 -0.7671 -0.4044</w:t>
        <w:br/>
        <w:t>vn -0.5488 -0.7511 -0.3670</w:t>
        <w:br/>
        <w:t>vn -0.4877 -0.7047 -0.5154</w:t>
        <w:br/>
        <w:t>vn -0.5759 -0.7305 -0.3670</w:t>
        <w:br/>
        <w:t>vn -0.5256 -0.7265 -0.4428</w:t>
        <w:br/>
        <w:t>vn -0.5018 -0.6713 -0.5455</w:t>
        <w:br/>
        <w:t>vn -0.4519 -0.6388 -0.6227</w:t>
        <w:br/>
        <w:t>vn -0.3445 -0.4492 -0.8243</w:t>
        <w:br/>
        <w:t>vn -0.4252 -0.5269 -0.7359</w:t>
        <w:br/>
        <w:t>vn -0.4477 -0.6004 -0.6627</w:t>
        <w:br/>
        <w:t>vn -0.4017 -0.5144 -0.7576</w:t>
        <w:br/>
        <w:t>vn -0.3055 -0.4253 -0.8519</w:t>
        <w:br/>
        <w:t>vn -0.2825 -0.2918 -0.9138</w:t>
        <w:br/>
        <w:t>vn -0.2908 -0.3423 -0.8935</w:t>
        <w:br/>
        <w:t>vn -0.0720 -0.1126 -0.9910</w:t>
        <w:br/>
        <w:t>vn -0.2843 -0.2960 -0.9119</w:t>
        <w:br/>
        <w:t>vn -0.0241 0.0519 -0.9984</w:t>
        <w:br/>
        <w:t>vn -0.0636 -0.1084 -0.9921</w:t>
        <w:br/>
        <w:t>vn 0.0050 0.0034 -1.0000</w:t>
        <w:br/>
        <w:t>vn -0.0561 -0.0116 -0.9984</w:t>
        <w:br/>
        <w:t>vn 0.1829 0.3585 -0.9154</w:t>
        <w:br/>
        <w:t>vn 0.2035 0.4684 -0.8598</w:t>
        <w:br/>
        <w:t>vn -0.0305 0.0651 -0.9974</w:t>
        <w:br/>
        <w:t>vn 0.1970 0.4008 -0.8947</w:t>
        <w:br/>
        <w:t>vn 0.1990 0.4002 -0.8946</w:t>
        <w:br/>
        <w:t>vn 0.2262 0.3737 -0.8995</w:t>
        <w:br/>
        <w:t>vn 0.4048 0.6516 -0.6416</w:t>
        <w:br/>
        <w:t>vn 0.3780 0.6813 -0.6269</w:t>
        <w:br/>
        <w:t>vn 0.3698 0.6851 -0.6276</w:t>
        <w:br/>
        <w:t>vn 0.3664 0.6834 -0.6314</w:t>
        <w:br/>
        <w:t>vn 0.3801 0.7130 -0.5892</w:t>
        <w:br/>
        <w:t>vn 0.4556 0.8326 -0.3150</w:t>
        <w:br/>
        <w:t>vn 0.4378 0.8275 -0.3514</w:t>
        <w:br/>
        <w:t>vn 0.4485 0.8398 -0.3059</w:t>
        <w:br/>
        <w:t>vn 0.4423 0.8323 -0.3341</w:t>
        <w:br/>
        <w:t>vn 0.4632 0.8838 -0.0655</w:t>
        <w:br/>
        <w:t>vn 0.4661 0.8844 0.0237</w:t>
        <w:br/>
        <w:t>vn 0.4592 0.8877 -0.0331</w:t>
        <w:br/>
        <w:t>vn 0.4490 0.8680 0.2119</w:t>
        <w:br/>
        <w:t>vn 0.4266 0.8383 0.3394</w:t>
        <w:br/>
        <w:t>vn 0.4635 0.8854 -0.0369</w:t>
        <w:br/>
        <w:t>vn 0.4513 0.8562 0.2514</w:t>
        <w:br/>
        <w:t>vn 0.4229 0.7947 0.4355</w:t>
        <w:br/>
        <w:t>vn 0.4375 0.5601 0.7035</w:t>
        <w:br/>
        <w:t>vn 0.4436 0.8585 0.2571</w:t>
        <w:br/>
        <w:t>vn 0.3982 0.3844 0.8329</w:t>
        <w:br/>
        <w:t>vn 0.3169 -0.0592 0.9466</w:t>
        <w:br/>
        <w:t>vn 0.2091 -0.1992 0.9574</w:t>
        <w:br/>
        <w:t>vn 0.4139 0.7779 0.4728</w:t>
        <w:br/>
        <w:t>vn 0.3134 0.2636 0.9123</w:t>
        <w:br/>
        <w:t>vn 0.0971 -0.3375 0.9363</w:t>
        <w:br/>
        <w:t>vn 0.3950 0.7575 0.5198</w:t>
        <w:br/>
        <w:t>vn 0.1814 0.0294 0.9830</w:t>
        <w:br/>
        <w:t>vn 0.3524 0.6747 0.6485</w:t>
        <w:br/>
        <w:t>vn 0.0651 -0.3708 0.9264</w:t>
        <w:br/>
        <w:t>vn 0.4592 0.8493 0.2604</w:t>
        <w:br/>
        <w:t>vn 0.1612 0.0716 0.9843</w:t>
        <w:br/>
        <w:t>vn -0.0616 -0.5199 0.8520</w:t>
        <w:br/>
        <w:t>vn 0.3646 0.6810 0.6351</w:t>
        <w:br/>
        <w:t>vn -0.0900 -0.4575 0.8847</w:t>
        <w:br/>
        <w:t>vn -0.2257 -0.8153 0.5332</w:t>
        <w:br/>
        <w:t>vn 0.2879 0.5386 0.7919</w:t>
        <w:br/>
        <w:t>vn 0.2466 0.4312 0.8679</w:t>
        <w:br/>
        <w:t>vn 0.2229 0.3849 0.8956</w:t>
        <w:br/>
        <w:t>vn 0.3444 0.5776 0.7401</w:t>
        <w:br/>
        <w:t>vn 0.1910 0.3200 0.9280</w:t>
        <w:br/>
        <w:t>vn -0.2423 -0.8796 0.4093</w:t>
        <w:br/>
        <w:t>vn 0.0483 0.1402 0.9890</w:t>
        <w:br/>
        <w:t>vn -0.0899 -0.4575 0.8847</w:t>
        <w:br/>
        <w:t>vn -0.2734 -0.9202 0.2802</w:t>
        <w:br/>
        <w:t>vn 0.1479 0.1216 0.9815</w:t>
        <w:br/>
        <w:t>vn -0.1817 -0.8048 0.5651</w:t>
        <w:br/>
        <w:t>vn -0.0123 0.1229 0.9923</w:t>
        <w:br/>
        <w:t>vn -0.2573 -0.9253 0.2785</w:t>
        <w:br/>
        <w:t>vn -0.2298 -0.9301 0.2866</w:t>
        <w:br/>
        <w:t>vn 0.3279 0.4791 0.8142</w:t>
        <w:br/>
        <w:t>vn 0.1605 0.0042 0.9870</w:t>
        <w:br/>
        <w:t>vn -0.1806 -0.7494 0.6371</w:t>
        <w:br/>
        <w:t>vn -0.0411 -0.1972 0.9795</w:t>
        <w:br/>
        <w:t>vn -0.1413 -0.9294 0.3411</w:t>
        <w:br/>
        <w:t>vn -0.1066 -0.5511 0.8276</w:t>
        <w:br/>
        <w:t>vn 0.0535 -0.0387 0.9978</w:t>
        <w:br/>
        <w:t>vn -0.0191 -0.0850 0.9962</w:t>
        <w:br/>
        <w:t>vn 0.3620 0.4747 0.8022</w:t>
        <w:br/>
        <w:t>vn 0.4437 0.5839 0.6798</w:t>
        <w:br/>
        <w:t>vn 0.4357 0.6856 0.5832</w:t>
        <w:br/>
        <w:t>vn 0.4425 0.7578 0.4795</w:t>
        <w:br/>
        <w:t>vn 0.4852 0.7899 0.3751</w:t>
        <w:br/>
        <w:t>vn 0.4165 0.7862 0.4565</w:t>
        <w:br/>
        <w:t>vn 0.5007 0.8240 0.2653</w:t>
        <w:br/>
        <w:t>vn 0.5392 0.8270 0.1590</w:t>
        <w:br/>
        <w:t>vn 0.5430 0.8294 0.1312</w:t>
        <w:br/>
        <w:t>vn 0.5319 0.8459 0.0391</w:t>
        <w:br/>
        <w:t>vn 0.5469 0.8339 0.0737</w:t>
        <w:br/>
        <w:t>vn 0.5511 0.8267 -0.1132</w:t>
        <w:br/>
        <w:t>vn 0.4872 0.8732 -0.0124</w:t>
        <w:br/>
        <w:t>vn 0.4940 0.8209 -0.2865</w:t>
        <w:br/>
        <w:t>vn 0.5252 0.8100 -0.2608</w:t>
        <w:br/>
        <w:t>vn 0.5217 0.8365 -0.1676</w:t>
        <w:br/>
        <w:t>vn 0.5057 0.8011 -0.3203</w:t>
        <w:br/>
        <w:t>vn 0.4504 0.7004 -0.5537</w:t>
        <w:br/>
        <w:t>vn 0.4835 0.8161 0.3167</w:t>
        <w:br/>
        <w:t>vn 0.4656 0.8606 -0.2064</w:t>
        <w:br/>
        <w:t>vn 0.5247 0.8365 -0.1579</w:t>
        <w:br/>
        <w:t>vn 0.5280 0.7574 0.3841</w:t>
        <w:br/>
        <w:t>vn 0.3986 0.4699 0.7876</w:t>
        <w:br/>
        <w:t>vn 0.6631 0.7408 -0.1074</w:t>
        <w:br/>
        <w:t>vn 0.7157 0.6869 0.1266</w:t>
        <w:br/>
        <w:t>vn 0.7069 0.7021 -0.0855</w:t>
        <w:br/>
        <w:t>vn 0.6349 0.6825 0.3620</w:t>
        <w:br/>
        <w:t>vn 0.6651 0.6214 0.4141</w:t>
        <w:br/>
        <w:t>vn 0.4301 0.4745 0.7680</w:t>
        <w:br/>
        <w:t>vn 0.5151 0.4446 0.7328</w:t>
        <w:br/>
        <w:t>vn 0.5970 0.5594 0.5751</w:t>
        <w:br/>
        <w:t>vn 0.4620 0.4205 0.7809</w:t>
        <w:br/>
        <w:t>vn 0.3108 0.1783 0.9336</w:t>
        <w:br/>
        <w:t>vn 0.2198 0.1446 0.9648</w:t>
        <w:br/>
        <w:t>vn 0.1640 -0.0710 0.9839</w:t>
        <w:br/>
        <w:t>vn 0.1840 0.0496 0.9817</w:t>
        <w:br/>
        <w:t>vn 0.1627 0.0217 0.9864</w:t>
        <w:br/>
        <w:t>vn 0.0853 -0.1374 0.9868</w:t>
        <w:br/>
        <w:t>vn -0.0108 -0.2639 0.9645</w:t>
        <w:br/>
        <w:t>vn -0.1094 -0.5021 0.8578</w:t>
        <w:br/>
        <w:t>vn -0.0343 -0.3417 0.9392</w:t>
        <w:br/>
        <w:t>vn -0.0668 -0.4231 0.9036</w:t>
        <w:br/>
        <w:t>vn -0.1897 -0.6061 0.7724</w:t>
        <w:br/>
        <w:t>vn -0.3431 -0.7930 0.5035</w:t>
        <w:br/>
        <w:t>vn -0.1845 -0.6560 0.7318</w:t>
        <w:br/>
        <w:t>vn -0.2265 -0.7166 0.6597</w:t>
        <w:br/>
        <w:t>vn -0.3544 -0.8598 0.3677</w:t>
        <w:br/>
        <w:t>vn -0.3687 -0.9242 -0.1000</w:t>
        <w:br/>
        <w:t>vn -0.3365 -0.8757 0.3463</w:t>
        <w:br/>
        <w:t>vn -0.3465 -0.8972 0.2737</w:t>
        <w:br/>
        <w:t>vn -0.3607 -0.9307 -0.0614</w:t>
        <w:br/>
        <w:t>vn -0.3616 -0.9323 -0.0001</w:t>
        <w:br/>
        <w:t>vn -0.3677 -0.9245 -0.1004</w:t>
        <w:br/>
        <w:t>vn -0.2359 -0.8424 -0.4845</w:t>
        <w:br/>
        <w:t>vn -0.1579 -0.7939 -0.5871</w:t>
        <w:br/>
        <w:t>vn -0.3025 -0.8547 -0.4218</w:t>
        <w:br/>
        <w:t>vn -0.3135 -0.8274 -0.4659</w:t>
        <w:br/>
        <w:t>vn -0.1438 -0.5294 -0.8361</w:t>
        <w:br/>
        <w:t>vn -0.1067 -0.5796 -0.8079</w:t>
        <w:br/>
        <w:t>vn -0.0003 -0.5523 -0.8337</w:t>
        <w:br/>
        <w:t>vn 0.0446 -0.5207 -0.8526</w:t>
        <w:br/>
        <w:t>vn 0.1403 -0.1492 -0.9788</w:t>
        <w:br/>
        <w:t>vn 0.0791 -0.2118 -0.9741</w:t>
        <w:br/>
        <w:t>vn 0.2800 0.0628 -0.9579</w:t>
        <w:br/>
        <w:t>vn 0.1446 -0.1917 -0.9707</w:t>
        <w:br/>
        <w:t>vn 0.1124 -0.2775 -0.9541</w:t>
        <w:br/>
        <w:t>vn 0.2618 0.1680 -0.9504</w:t>
        <w:br/>
        <w:t>vn 0.3221 0.3095 -0.8947</w:t>
        <w:br/>
        <w:t>vn 0.4219 0.6522 -0.6299</w:t>
        <w:br/>
        <w:t>vn 0.3953 0.3121 -0.8639</w:t>
        <w:br/>
        <w:t>vn 0.4645 0.3005 -0.8330</w:t>
        <w:br/>
        <w:t>vn 0.4952 0.6509 -0.5755</w:t>
        <w:br/>
        <w:t>vn 0.5939 0.5336 -0.6022</w:t>
        <w:br/>
        <w:t>vn 0.5649 0.3495 -0.7475</w:t>
        <w:br/>
        <w:t>vn 0.6230 0.5427 -0.5633</w:t>
        <w:br/>
        <w:t>vn 0.6978 0.6386 -0.3243</w:t>
        <w:br/>
        <w:t>vn -0.6507 -0.7555 -0.0762</w:t>
        <w:br/>
        <w:t>vn -0.6468 -0.7571 0.0916</w:t>
        <w:br/>
        <w:t>vn -0.6440 -0.7602 0.0859</w:t>
        <w:br/>
        <w:t>vn -0.6414 -0.7529 -0.1478</w:t>
        <w:br/>
        <w:t>vn 0.7349 -0.6779 0.0172</w:t>
        <w:br/>
        <w:t>vn 0.7799 -0.6209 -0.0791</w:t>
        <w:br/>
        <w:t>vn 0.7621 -0.6468 -0.0287</w:t>
        <w:br/>
        <w:t>vn 0.7944 -0.6012 -0.0871</w:t>
        <w:br/>
        <w:t>vn -0.6183 -0.7389 -0.2679</w:t>
        <w:br/>
        <w:t>vn 0.7937 -0.5990 -0.1057</w:t>
        <w:br/>
        <w:t>vn -0.5675 -0.7317 -0.3777</w:t>
        <w:br/>
        <w:t>vn 0.7828 -0.6087 -0.1288</w:t>
        <w:br/>
        <w:t>vn -0.5067 -0.6898 -0.5171</w:t>
        <w:br/>
        <w:t>vn 0.7770 -0.6085 -0.1613</w:t>
        <w:br/>
        <w:t>vn -0.4474 -0.6512 -0.6130</w:t>
        <w:br/>
        <w:t>vn 0.7715 -0.6091 -0.1838</w:t>
        <w:br/>
        <w:t>vn -0.4190 -0.5744 -0.7032</w:t>
        <w:br/>
        <w:t>vn 0.7911 -0.5766 -0.2044</w:t>
        <w:br/>
        <w:t>vn -0.3749 -0.4917 -0.7859</w:t>
        <w:br/>
        <w:t>vn 0.8036 -0.5518 -0.2233</w:t>
        <w:br/>
        <w:t>vn -0.3262 -0.4116 -0.8510</w:t>
        <w:br/>
        <w:t>vn 0.8235 -0.5079 -0.2527</w:t>
        <w:br/>
        <w:t>vn -0.2313 -0.3013 -0.9250</w:t>
        <w:br/>
        <w:t>vn 0.8333 -0.4923 -0.2516</w:t>
        <w:br/>
        <w:t>vn -0.1718 -0.2468 -0.9537</w:t>
        <w:br/>
        <w:t>vn 0.8525 -0.4626 -0.2436</w:t>
        <w:br/>
        <w:t>vn -0.0640 -0.1135 -0.9915</w:t>
        <w:br/>
        <w:t>vn 0.8615 -0.4508 -0.2336</w:t>
        <w:br/>
        <w:t>vn -0.0166 -0.0521 -0.9985</w:t>
        <w:br/>
        <w:t>vn 0.8720 -0.4281 -0.2374</w:t>
        <w:br/>
        <w:t>vn 0.0789 0.1015 -0.9917</w:t>
        <w:br/>
        <w:t>vn 0.8752 -0.3987 -0.2739</w:t>
        <w:br/>
        <w:t>vn 0.0669 0.1037 -0.9924</w:t>
        <w:br/>
        <w:t>vn 0.8922 -0.3455 -0.2909</w:t>
        <w:br/>
        <w:t>vn 0.1939 0.3181 -0.9280</w:t>
        <w:br/>
        <w:t>vn 0.9039 -0.2875 -0.3168</w:t>
        <w:br/>
        <w:t>vn 0.2000 0.3364 -0.9203</w:t>
        <w:br/>
        <w:t>vn 0.9453 -0.2183 -0.2423</w:t>
        <w:br/>
        <w:t>vn 0.3474 0.6082 -0.7137</w:t>
        <w:br/>
        <w:t>vn 0.9449 -0.1928 -0.2646</w:t>
        <w:br/>
        <w:t>vn 0.3696 0.5983 -0.7109</w:t>
        <w:br/>
        <w:t>vn 0.4412 0.7944 -0.4175</w:t>
        <w:br/>
        <w:t>vn 0.9755 -0.1743 -0.1345</w:t>
        <w:br/>
        <w:t>vn 0.4607 0.8387 -0.2906</w:t>
        <w:br/>
        <w:t>vn 0.9856 -0.1408 -0.0933</w:t>
        <w:br/>
        <w:t>vn 0.4923 0.8696 0.0380</w:t>
        <w:br/>
        <w:t>vn 0.9961 -0.0852 -0.0230</w:t>
        <w:br/>
        <w:t>vn 0.4997 0.8648 0.0494</w:t>
        <w:br/>
        <w:t>vn 0.9995 -0.0289 0.0148</w:t>
        <w:br/>
        <w:t>vn 0.4765 0.7940 0.3775</w:t>
        <w:br/>
        <w:t>vn 0.9906 -0.0372 0.1314</w:t>
        <w:br/>
        <w:t>vn 0.4684 0.7199 0.5123</w:t>
        <w:br/>
        <w:t>vn 0.9799 -0.0498 0.1932</w:t>
        <w:br/>
        <w:t>vn 0.6970 0.2323 0.6784</w:t>
        <w:br/>
        <w:t>vn 0.3663 0.4458 0.8167</w:t>
        <w:br/>
        <w:t>vn 0.9243 -0.1848 0.3340</w:t>
        <w:br/>
        <w:t>vn 0.1460 0.1323 0.9804</w:t>
        <w:br/>
        <w:t>vn 0.8776 -0.2930 0.3795</w:t>
        <w:br/>
        <w:t>vn 0.0536 0.0455 0.9975</w:t>
        <w:br/>
        <w:t>vn 0.8631 -0.3699 0.3440</w:t>
        <w:br/>
        <w:t>vn -0.1302 -0.1479 0.9804</w:t>
        <w:br/>
        <w:t>vn 0.8124 -0.4813 0.3292</w:t>
        <w:br/>
        <w:t>vn -0.1047 -0.1189 0.9874</w:t>
        <w:br/>
        <w:t>vn 0.8332 -0.4783 0.2774</w:t>
        <w:br/>
        <w:t>vn 0.7634 -0.5632 0.3162</w:t>
        <w:br/>
        <w:t>vn -0.3208 -0.3144 0.8935</w:t>
        <w:br/>
        <w:t>vn 0.7383 -0.5947 0.3182</w:t>
        <w:br/>
        <w:t>vn -0.3437 -0.3325 0.8783</w:t>
        <w:br/>
        <w:t>vn 0.7115 -0.6565 0.2504</w:t>
        <w:br/>
        <w:t>vn -0.4538 -0.4774 0.7524</w:t>
        <w:br/>
        <w:t>vn 0.7245 -0.6486 0.2335</w:t>
        <w:br/>
        <w:t>vn -0.4618 -0.4710 0.7516</w:t>
        <w:br/>
        <w:t>vn 0.6750 -0.7117 0.1945</w:t>
        <w:br/>
        <w:t>vn -0.5198 -0.5962 0.6118</w:t>
        <w:br/>
        <w:t>vn 0.6834 -0.7126 0.1583</w:t>
        <w:br/>
        <w:t>vn -0.5593 -0.6443 0.5216</w:t>
        <w:br/>
        <w:t>vn 0.6962 -0.7105 0.1021</w:t>
        <w:br/>
        <w:t>vn -0.6093 -0.7096 0.3538</w:t>
        <w:br/>
        <w:t>vn 0.7293 -0.6819 0.0565</w:t>
        <w:br/>
        <w:t>vn -0.6306 -0.7297 0.2643</w:t>
        <w:br/>
        <w:t>vn 0.7622 -0.6468 -0.0287</w:t>
        <w:br/>
        <w:t>vn -0.6439 -0.7602 0.0859</w:t>
        <w:br/>
        <w:t>vn 0.2657 -0.7413 -0.6163</w:t>
        <w:br/>
        <w:t>vn 0.3182 -0.8561 -0.4073</w:t>
        <w:br/>
        <w:t>vn 0.3596 -0.8174 -0.4500</w:t>
        <w:br/>
        <w:t>vn 0.4479 -0.8860 -0.1198</w:t>
        <w:br/>
        <w:t>vn 0.3438 -0.9388 0.0203</w:t>
        <w:br/>
        <w:t>vn 0.4968 -0.8069 -0.3197</w:t>
        <w:br/>
        <w:t>vn 0.3690 -0.8867 0.2784</w:t>
        <w:br/>
        <w:t>vn 0.2654 -0.9352 0.2346</w:t>
        <w:br/>
        <w:t>vn 0.4860 -0.8733 0.0349</w:t>
        <w:br/>
        <w:t>vn 0.3795 -0.6822 0.6249</w:t>
        <w:br/>
        <w:t>vn 0.3241 -0.7070 0.6286</w:t>
        <w:br/>
        <w:t>vn 0.4499 -0.8018 0.3934</w:t>
        <w:br/>
        <w:t>vn 0.2719 -0.4245 0.8636</w:t>
        <w:br/>
        <w:t>vn 0.0434 -0.6964 0.7163</w:t>
        <w:br/>
        <w:t>vn 0.1069 -0.5898 0.8004</w:t>
        <w:br/>
        <w:t>vn 0.0574 -0.5145 0.8555</w:t>
        <w:br/>
        <w:t>vn 0.1856 -0.5834 0.7907</w:t>
        <w:br/>
        <w:t>vn 0.1639 -0.2354 0.9580</w:t>
        <w:br/>
        <w:t>vn 0.2464 -0.3457 0.9054</w:t>
        <w:br/>
        <w:t>vn 0.2674 -0.6625 0.6997</w:t>
        <w:br/>
        <w:t>vn 0.1128 -0.4670 0.8770</w:t>
        <w:br/>
        <w:t>vn 0.1021 -0.3668 0.9247</w:t>
        <w:br/>
        <w:t>vn 0.0500 -0.1091 0.9928</w:t>
        <w:br/>
        <w:t>vn 0.1679 -0.2321 0.9581</w:t>
        <w:br/>
        <w:t>vn 0.4805 -0.7679 0.4237</w:t>
        <w:br/>
        <w:t>vn 0.0543 -0.0042 0.9985</w:t>
        <w:br/>
        <w:t>vn -0.1333 0.2793 0.9509</w:t>
        <w:br/>
        <w:t>vn 0.3499 -0.5245 0.7762</w:t>
        <w:br/>
        <w:t>vn 0.2039 -0.2388 0.9494</w:t>
        <w:br/>
        <w:t>vn 0.3411 -0.4951 0.7991</w:t>
        <w:br/>
        <w:t>vn 0.4940 -0.7537 0.4335</w:t>
        <w:br/>
        <w:t>vn 0.5194 -0.8481 0.1042</w:t>
        <w:br/>
        <w:t>vn 0.5385 -0.8404 0.0612</w:t>
        <w:br/>
        <w:t>vn 0.5224 -0.8116 -0.2616</w:t>
        <w:br/>
        <w:t>vn 0.5142 -0.7295 -0.4511</w:t>
        <w:br/>
        <w:t>vn 0.5082 -0.7742 -0.3773</w:t>
        <w:br/>
        <w:t>vn 0.5094 -0.8161 -0.2731</w:t>
        <w:br/>
        <w:t>vn 0.4520 -0.7426 -0.4943</w:t>
        <w:br/>
        <w:t>vn 0.5606 -0.8268 0.0466</w:t>
        <w:br/>
        <w:t>vn 0.5167 -0.7942 -0.3197</w:t>
        <w:br/>
        <w:t>vn 0.5025 -0.7328 0.4587</w:t>
        <w:br/>
        <w:t>vn 0.5936 -0.8046 0.0128</w:t>
        <w:br/>
        <w:t>vn 0.4708 -0.6862 -0.5545</w:t>
        <w:br/>
        <w:t>vn 0.4413 -0.5747 -0.6892</w:t>
        <w:br/>
        <w:t>vn 0.5551 -0.7586 -0.3412</w:t>
        <w:br/>
        <w:t>vn 0.4684 -0.6637 -0.5832</w:t>
        <w:br/>
        <w:t>vn 0.3684 -0.6073 -0.7039</w:t>
        <w:br/>
        <w:t>vn 0.5858 -0.7302 -0.3516</w:t>
        <w:br/>
        <w:t>vn 0.4276 -0.5998 -0.6763</w:t>
        <w:br/>
        <w:t>vn 0.3165 -0.4742 -0.8216</w:t>
        <w:br/>
        <w:t>vn 0.2122 -0.2975 -0.9308</w:t>
        <w:br/>
        <w:t>vn 0.3752 -0.4501 -0.8103</w:t>
        <w:br/>
        <w:t>vn 0.4530 -0.5443 -0.7061</w:t>
        <w:br/>
        <w:t>vn 0.5555 -0.6301 -0.5425</w:t>
        <w:br/>
        <w:t>vn 0.6427 -0.7376 -0.2071</w:t>
        <w:br/>
        <w:t>vn 0.6484 -0.7552 0.0964</w:t>
        <w:br/>
        <w:t>vn 0.6488 -0.7596 0.0446</w:t>
        <w:br/>
        <w:t>vn 0.6144 -0.7054 0.3534</w:t>
        <w:br/>
        <w:t>vn 0.5270 -0.7045 0.4753</w:t>
        <w:br/>
        <w:t>vn 0.5287 -0.6662 0.5259</w:t>
        <w:br/>
        <w:t>vn 0.4953 -0.6429 0.5842</w:t>
        <w:br/>
        <w:t>vn 0.3509 -0.4946 0.7951</w:t>
        <w:br/>
        <w:t>vn 0.3852 -0.4901 0.7819</w:t>
        <w:br/>
        <w:t>vn 0.4675 -0.6009 0.6484</w:t>
        <w:br/>
        <w:t>vn 0.4754 -0.5801 0.6614</w:t>
        <w:br/>
        <w:t>vn 0.1483 -0.1570 0.9764</w:t>
        <w:br/>
        <w:t>vn 0.3544 -0.4439 0.8230</w:t>
        <w:br/>
        <w:t>vn 0.2884 -0.3690 0.8836</w:t>
        <w:br/>
        <w:t>vn 0.1858 -0.2098 0.9599</w:t>
        <w:br/>
        <w:t>vn 0.1956 -0.2319 0.9529</w:t>
        <w:br/>
        <w:t>vn 0.1341 -0.1488 0.9797</w:t>
        <w:br/>
        <w:t>vn 0.0240 0.0588 0.9980</w:t>
        <w:br/>
        <w:t>vn -0.0502 0.1803 0.9823</w:t>
        <w:br/>
        <w:t>vn -0.0210 0.1032 0.9944</w:t>
        <w:br/>
        <w:t>vn -0.0442 0.1345 0.9899</w:t>
        <w:br/>
        <w:t>vn -0.1932 0.3818 0.9038</w:t>
        <w:br/>
        <w:t>vn -0.2984 0.5952 0.7461</w:t>
        <w:br/>
        <w:t>vn -0.2186 0.4436 0.8691</w:t>
        <w:br/>
        <w:t>vn -0.3182 0.6178 0.7191</w:t>
        <w:br/>
        <w:t>vn -0.2283 0.4662 0.8547</w:t>
        <w:br/>
        <w:t>vn -0.3470 0.6212 0.7026</w:t>
        <w:br/>
        <w:t>vn -0.2917 0.5265 0.7986</w:t>
        <w:br/>
        <w:t>vn -0.3958 0.6230 0.6747</w:t>
        <w:br/>
        <w:t>vn 0.6468 -0.7571 0.0916</w:t>
        <w:br/>
        <w:t>vn 0.6508 -0.7554 -0.0762</w:t>
        <w:br/>
        <w:t>vn 0.6440 -0.7602 0.0859</w:t>
        <w:br/>
        <w:t>vn 0.6414 -0.7529 -0.1478</w:t>
        <w:br/>
        <w:t>vn -0.7622 -0.6467 -0.0287</w:t>
        <w:br/>
        <w:t>vn -0.7799 -0.6209 -0.0791</w:t>
        <w:br/>
        <w:t>vn -0.7350 -0.6779 0.0172</w:t>
        <w:br/>
        <w:t>vn -0.7944 -0.6013 -0.0866</w:t>
        <w:br/>
        <w:t>vn 0.6183 -0.7389 -0.2679</w:t>
        <w:br/>
        <w:t>vn -0.7937 -0.5990 -0.1057</w:t>
        <w:br/>
        <w:t>vn 0.5675 -0.7317 -0.3777</w:t>
        <w:br/>
        <w:t>vn -0.7828 -0.6088 -0.1288</w:t>
        <w:br/>
        <w:t>vn 0.5067 -0.6898 -0.5171</w:t>
        <w:br/>
        <w:t>vn -0.7770 -0.6085 -0.1613</w:t>
        <w:br/>
        <w:t>vn 0.4474 -0.6512 -0.6130</w:t>
        <w:br/>
        <w:t>vn -0.7715 -0.6092 -0.1837</w:t>
        <w:br/>
        <w:t>vn 0.4190 -0.5744 -0.7032</w:t>
        <w:br/>
        <w:t>vn -0.7911 -0.5766 -0.2044</w:t>
        <w:br/>
        <w:t>vn 0.3749 -0.4917 -0.7859</w:t>
        <w:br/>
        <w:t>vn -0.8036 -0.5517 -0.2233</w:t>
        <w:br/>
        <w:t>vn 0.3262 -0.4116 -0.8510</w:t>
        <w:br/>
        <w:t>vn -0.8235 -0.5079 -0.2527</w:t>
        <w:br/>
        <w:t>vn 0.2313 -0.3013 -0.9250</w:t>
        <w:br/>
        <w:t>vn -0.8333 -0.4923 -0.2516</w:t>
        <w:br/>
        <w:t>vn 0.1718 -0.2468 -0.9537</w:t>
        <w:br/>
        <w:t>vn -0.8525 -0.4626 -0.2436</w:t>
        <w:br/>
        <w:t>vn 0.0640 -0.1135 -0.9915</w:t>
        <w:br/>
        <w:t>vn -0.8615 -0.4508 -0.2336</w:t>
        <w:br/>
        <w:t>vn 0.0166 -0.0521 -0.9985</w:t>
        <w:br/>
        <w:t>vn -0.8720 -0.4281 -0.2374</w:t>
        <w:br/>
        <w:t>vn -0.0789 0.1016 -0.9917</w:t>
        <w:br/>
        <w:t>vn -0.8752 -0.3987 -0.2739</w:t>
        <w:br/>
        <w:t>vn -0.0669 0.1037 -0.9924</w:t>
        <w:br/>
        <w:t>vn -0.8922 -0.3455 -0.2909</w:t>
        <w:br/>
        <w:t>vn -0.1939 0.3180 -0.9280</w:t>
        <w:br/>
        <w:t>vn -0.9039 -0.2875 -0.3168</w:t>
        <w:br/>
        <w:t>vn -0.2000 0.3364 -0.9203</w:t>
        <w:br/>
        <w:t>vn -0.9453 -0.2183 -0.2422</w:t>
        <w:br/>
        <w:t>vn -0.3474 0.6082 -0.7137</w:t>
        <w:br/>
        <w:t>vn -0.9448 -0.1929 -0.2647</w:t>
        <w:br/>
        <w:t>vn -0.3696 0.5983 -0.7109</w:t>
        <w:br/>
        <w:t>vn -0.4412 0.7944 -0.4175</w:t>
        <w:br/>
        <w:t>vn -0.9755 -0.1743 -0.1345</w:t>
        <w:br/>
        <w:t>vn -0.4607 0.8386 -0.2906</w:t>
        <w:br/>
        <w:t>vn -0.9856 -0.1408 -0.0933</w:t>
        <w:br/>
        <w:t>vn -0.4923 0.8696 0.0380</w:t>
        <w:br/>
        <w:t>vn -0.9961 -0.0852 -0.0230</w:t>
        <w:br/>
        <w:t>vn -0.4997 0.8648 0.0494</w:t>
        <w:br/>
        <w:t>vn -0.9995 -0.0289 0.0148</w:t>
        <w:br/>
        <w:t>vn -0.4766 0.7940 0.3775</w:t>
        <w:br/>
        <w:t>vn -0.9906 -0.0372 0.1314</w:t>
        <w:br/>
        <w:t>vn -0.4684 0.7199 0.5123</w:t>
        <w:br/>
        <w:t>vn -0.9799 -0.0498 0.1932</w:t>
        <w:br/>
        <w:t>vn -0.6970 0.2324 0.6784</w:t>
        <w:br/>
        <w:t>vn -0.6970 0.2323 0.6784</w:t>
        <w:br/>
        <w:t>vn -0.3663 0.4458 0.8167</w:t>
        <w:br/>
        <w:t>vn -0.9243 -0.1848 0.3339</w:t>
        <w:br/>
        <w:t>vn -0.1460 0.1323 0.9804</w:t>
        <w:br/>
        <w:t>vn -0.8776 -0.2930 0.3795</w:t>
        <w:br/>
        <w:t>vn -0.0536 0.0455 0.9975</w:t>
        <w:br/>
        <w:t>vn -0.8631 -0.3699 0.3440</w:t>
        <w:br/>
        <w:t>vn 0.1302 -0.1479 0.9804</w:t>
        <w:br/>
        <w:t>vn -0.8124 -0.4813 0.3292</w:t>
        <w:br/>
        <w:t>vn 0.1047 -0.1189 0.9874</w:t>
        <w:br/>
        <w:t>vn -0.8333 -0.4783 0.2774</w:t>
        <w:br/>
        <w:t>vn -0.7634 -0.5632 0.3162</w:t>
        <w:br/>
        <w:t>vn 0.3207 -0.3144 0.8935</w:t>
        <w:br/>
        <w:t>vn -0.7383 -0.5947 0.3182</w:t>
        <w:br/>
        <w:t>vn 0.3437 -0.3325 0.8783</w:t>
        <w:br/>
        <w:t>vn -0.7115 -0.6566 0.2504</w:t>
        <w:br/>
        <w:t>vn 0.4538 -0.4774 0.7524</w:t>
        <w:br/>
        <w:t>vn -0.7245 -0.6486 0.2335</w:t>
        <w:br/>
        <w:t>vn 0.4618 -0.4710 0.7516</w:t>
        <w:br/>
        <w:t>vn -0.6750 -0.7117 0.1945</w:t>
        <w:br/>
        <w:t>vn 0.5198 -0.5962 0.6118</w:t>
        <w:br/>
        <w:t>vn -0.6834 -0.7126 0.1583</w:t>
        <w:br/>
        <w:t>vn 0.5593 -0.6443 0.5216</w:t>
        <w:br/>
        <w:t>vn -0.6962 -0.7105 0.1021</w:t>
        <w:br/>
        <w:t>vn 0.6093 -0.7096 0.3538</w:t>
        <w:br/>
        <w:t>vn -0.7293 -0.6819 0.0565</w:t>
        <w:br/>
        <w:t>vn 0.6306 -0.7298 0.2642</w:t>
        <w:br/>
        <w:t>vn -0.7349 -0.6779 0.0172</w:t>
        <w:br/>
        <w:t>vn -0.7622 -0.6468 -0.0287</w:t>
        <w:br/>
        <w:t>vn -0.1356 0.0090 0.9907</w:t>
        <w:br/>
        <w:t>vn -0.1336 0.0049 0.9910</w:t>
        <w:br/>
        <w:t>vn -0.1194 -0.0121 0.9928</w:t>
        <w:br/>
        <w:t>vn -0.0747 0.0320 0.9967</w:t>
        <w:br/>
        <w:t>vn 0.0628 0.0465 0.9969</w:t>
        <w:br/>
        <w:t>vn -0.0750 0.0256 0.9969</w:t>
        <w:br/>
        <w:t>vn -0.1668 0.0056 0.9860</w:t>
        <w:br/>
        <w:t>vn -0.1848 0.0417 0.9819</w:t>
        <w:br/>
        <w:t>vn -0.2917 0.0026 0.9565</w:t>
        <w:br/>
        <w:t>vn -0.2946 0.0089 0.9556</w:t>
        <w:br/>
        <w:t>vn -0.3624 0.0265 0.9316</w:t>
        <w:br/>
        <w:t>vn -0.2516 0.0424 0.9669</w:t>
        <w:br/>
        <w:t>vn -0.4814 0.0515 0.8750</w:t>
        <w:br/>
        <w:t>vn -0.3561 0.0349 0.9338</w:t>
        <w:br/>
        <w:t>vn -0.2991 0.0091 0.9542</w:t>
        <w:br/>
        <w:t>vn -0.3163 -0.0142 0.9486</w:t>
        <w:br/>
        <w:t>vn 0.1537 0.5384 -0.8286</w:t>
        <w:br/>
        <w:t>vn 0.2612 0.4863 -0.8338</w:t>
        <w:br/>
        <w:t>vn 0.1454 0.5305 -0.8351</w:t>
        <w:br/>
        <w:t>vn 0.2325 0.6968 -0.6785</w:t>
        <w:br/>
        <w:t>vn 0.4299 0.6709 -0.6042</w:t>
        <w:br/>
        <w:t>vn 0.3693 0.8095 -0.4565</w:t>
        <w:br/>
        <w:t>vn 0.5631 0.7760 -0.2843</w:t>
        <w:br/>
        <w:t>vn 0.4275 0.8685 -0.2510</w:t>
        <w:br/>
        <w:t>vn 0.5017 0.8637 0.0482</w:t>
        <w:br/>
        <w:t>vn 0.6640 0.4062 -0.6278</w:t>
        <w:br/>
        <w:t>vn 0.8087 0.5833 0.0759</w:t>
        <w:br/>
        <w:t>vn 0.8451 0.3892 0.3664</w:t>
        <w:br/>
        <w:t>vn 0.8369 0.4911 -0.2417</w:t>
        <w:br/>
        <w:t>vn 0.3377 0.2188 -0.9154</w:t>
        <w:br/>
        <w:t>vn -0.0000 0.1515 -0.9885</w:t>
        <w:br/>
        <w:t>vn 0.9200 0.1618 -0.3571</w:t>
        <w:br/>
        <w:t>vn 0.9839 0.1785 0.0057</w:t>
        <w:br/>
        <w:t>vn 0.9403 0.1721 0.2937</w:t>
        <w:br/>
        <w:t>vn 0.8788 0.1260 0.4603</w:t>
        <w:br/>
        <w:t>vn 0.8270 0.1026 0.5527</w:t>
        <w:br/>
        <w:t>vn 0.9655 0.0355 0.2578</w:t>
        <w:br/>
        <w:t>vn 0.4399 -0.8958 -0.0632</w:t>
        <w:br/>
        <w:t>vn 0.4323 -0.9003 -0.0510</w:t>
        <w:br/>
        <w:t>vn 0.4267 -0.9004 -0.0850</w:t>
        <w:br/>
        <w:t>vn 0.9084 0.0735 0.4117</w:t>
        <w:br/>
        <w:t>vn 0.3940 -0.9143 -0.0942</w:t>
        <w:br/>
        <w:t>vn 0.3635 -0.9238 -0.1205</w:t>
        <w:br/>
        <w:t>vn 0.8094 0.0331 0.5863</w:t>
        <w:br/>
        <w:t>vn 0.7485 0.0026 0.6631</w:t>
        <w:br/>
        <w:t>vn 0.8618 0.0469 0.5050</w:t>
        <w:br/>
        <w:t>vn 0.2134 0.9210 0.3260</w:t>
        <w:br/>
        <w:t>vn 0.2106 0.9161 0.3411</w:t>
        <w:br/>
        <w:t>vn 0.2130 0.9201 0.3288</w:t>
        <w:br/>
        <w:t>vn 0.2209 0.9178 0.3300</w:t>
        <w:br/>
        <w:t>vn 0.2526 0.9113 0.3251</w:t>
        <w:br/>
        <w:t>vn 0.2010 0.9119 0.3578</w:t>
        <w:br/>
        <w:t>vn 0.2762 0.9110 0.3061</w:t>
        <w:br/>
        <w:t>vn 0.1863 0.9084 0.3742</w:t>
        <w:br/>
        <w:t>vn 0.8076 -0.0150 0.5896</w:t>
        <w:br/>
        <w:t>vn 0.1767 0.9114 0.3716</w:t>
        <w:br/>
        <w:t>vn 0.3132 0.9066 0.2829</w:t>
        <w:br/>
        <w:t>vn 0.9979 0.0008 -0.0650</w:t>
        <w:br/>
        <w:t>vn 0.3033 0.9271 0.2204</w:t>
        <w:br/>
        <w:t>vn 0.3216 0.9230 0.2113</w:t>
        <w:br/>
        <w:t>vn 0.8947 0.0158 -0.4463</w:t>
        <w:br/>
        <w:t>vn 0.2593 0.9537 0.1521</w:t>
        <w:br/>
        <w:t>vn 0.2640 0.9603 0.0896</w:t>
        <w:br/>
        <w:t>vn 0.7052 0.1490 -0.6932</w:t>
        <w:br/>
        <w:t>vn 0.6367 0.0894 -0.7659</w:t>
        <w:br/>
        <w:t>vn 0.2143 0.9767 -0.0095</w:t>
        <w:br/>
        <w:t>vn 0.1879 0.9780 -0.0904</w:t>
        <w:br/>
        <w:t>vn 0.3720 0.1429 -0.9172</w:t>
        <w:br/>
        <w:t>vn 0.3143 0.1314 -0.9402</w:t>
        <w:br/>
        <w:t>vn -0.0000 0.1318 -0.9913</w:t>
        <w:br/>
        <w:t>vn -0.0000 0.1251 -0.9921</w:t>
        <w:br/>
        <w:t>vn 0.0000 0.9922 -0.1247</w:t>
        <w:br/>
        <w:t>vn -0.0000 0.1403 -0.9901</w:t>
        <w:br/>
        <w:t>vn 0.0000 0.9908 -0.1357</w:t>
        <w:br/>
        <w:t>vn -0.1879 0.9780 -0.0904</w:t>
        <w:br/>
        <w:t>vn -0.2143 0.9767 -0.0095</w:t>
        <w:br/>
        <w:t>vn -0.3143 0.1314 -0.9402</w:t>
        <w:br/>
        <w:t>vn -0.2640 0.9603 0.0896</w:t>
        <w:br/>
        <w:t>vn -0.3720 0.1429 -0.9172</w:t>
        <w:br/>
        <w:t>vn -0.2593 0.9537 0.1521</w:t>
        <w:br/>
        <w:t>vn -0.6367 0.0894 -0.7659</w:t>
        <w:br/>
        <w:t>vn -0.3033 0.9271 0.2204</w:t>
        <w:br/>
        <w:t>vn -0.3377 0.2188 -0.9154</w:t>
        <w:br/>
        <w:t>vn -0.7052 0.1490 -0.6932</w:t>
        <w:br/>
        <w:t>vn -0.2612 0.4863 -0.8338</w:t>
        <w:br/>
        <w:t>vn -0.3215 0.9231 0.2112</w:t>
        <w:br/>
        <w:t>vn -0.8947 0.0158 -0.4463</w:t>
        <w:br/>
        <w:t>vn -0.1537 0.5384 -0.8286</w:t>
        <w:br/>
        <w:t>vn -0.1454 0.5304 -0.8352</w:t>
        <w:br/>
        <w:t>vn -0.2325 0.6968 -0.6785</w:t>
        <w:br/>
        <w:t>vn -0.3131 0.9066 0.2829</w:t>
        <w:br/>
        <w:t>vn -0.2761 0.9111 0.3061</w:t>
        <w:br/>
        <w:t>vn -0.4299 0.6709 -0.6042</w:t>
        <w:br/>
        <w:t>vn -0.3693 0.8095 -0.4565</w:t>
        <w:br/>
        <w:t>vn -0.6640 0.4062 -0.6278</w:t>
        <w:br/>
        <w:t>vn -0.5631 0.7760 -0.2843</w:t>
        <w:br/>
        <w:t>vn -0.4274 0.8685 -0.2509</w:t>
        <w:br/>
        <w:t>vn -0.5017 0.8637 0.0482</w:t>
        <w:br/>
        <w:t>vn -0.9200 0.1618 -0.3571</w:t>
        <w:br/>
        <w:t>vn -0.9979 0.0008 -0.0650</w:t>
        <w:br/>
        <w:t>vn -0.8369 0.4911 -0.2417</w:t>
        <w:br/>
        <w:t>vn -0.8087 0.5833 0.0759</w:t>
        <w:br/>
        <w:t>vn -0.8451 0.3892 0.3664</w:t>
        <w:br/>
        <w:t>vn -0.9839 0.1785 0.0057</w:t>
        <w:br/>
        <w:t>vn -0.9403 0.1721 0.2937</w:t>
        <w:br/>
        <w:t>vn -0.9655 0.0355 0.2579</w:t>
        <w:br/>
        <w:t>vn -0.2526 0.9113 0.3251</w:t>
        <w:br/>
        <w:t>vn -0.2209 0.9178 0.3300</w:t>
        <w:br/>
        <w:t>vn -0.2130 0.9201 0.3288</w:t>
        <w:br/>
        <w:t>vn -0.9084 0.0735 0.4117</w:t>
        <w:br/>
        <w:t>vn -0.2134 0.9210 0.3260</w:t>
        <w:br/>
        <w:t>vn -0.8788 0.1260 0.4603</w:t>
        <w:br/>
        <w:t>vn -0.8271 0.1025 0.5526</w:t>
        <w:br/>
        <w:t>vn -0.2106 0.9161 0.3411</w:t>
        <w:br/>
        <w:t>vn -0.8618 0.0469 0.5050</w:t>
        <w:br/>
        <w:t>vn -0.2097 0.9091 0.3601</w:t>
        <w:br/>
        <w:t>vn -0.8094 0.0331 0.5863</w:t>
        <w:br/>
        <w:t>vn -0.1992 0.9043 0.3776</w:t>
        <w:br/>
        <w:t>vn -0.8076 -0.0150 0.5896</w:t>
        <w:br/>
        <w:t>vn -0.2028 0.9031 0.3785</w:t>
        <w:br/>
        <w:t>vn 0.3103 -0.0803 0.9473</w:t>
        <w:br/>
        <w:t>vn 0.3374 -0.0863 0.9374</w:t>
        <w:br/>
        <w:t>vn 0.3296 -0.0767 0.9410</w:t>
        <w:br/>
        <w:t>vn -0.7533 -0.0258 0.6572</w:t>
        <w:br/>
        <w:t>vn 0.2909 -0.0825 0.9532</w:t>
        <w:br/>
        <w:t>vn -0.7485 0.0026 0.6631</w:t>
        <w:br/>
        <w:t>vn -0.4268 -0.9004 -0.0850</w:t>
        <w:br/>
        <w:t>vn -0.4323 -0.9003 -0.0510</w:t>
        <w:br/>
        <w:t>vn -0.4399 -0.8958 -0.0632</w:t>
        <w:br/>
        <w:t>vn -0.3940 -0.9143 -0.0941</w:t>
        <w:br/>
        <w:t>vn -0.3635 -0.9238 -0.1206</w:t>
        <w:br/>
        <w:t>vn 0.3643 -0.0922 0.9267</w:t>
        <w:br/>
        <w:t>vn 0.4352 -0.1028 0.8944</w:t>
        <w:br/>
        <w:t>vn -0.7124 -0.0475 0.7002</w:t>
        <w:br/>
        <w:t>vn -0.3058 -0.9280 -0.2128</w:t>
        <w:br/>
        <w:t>vn -0.0165 -0.6844 -0.7289</w:t>
        <w:br/>
        <w:t>vn 0.0609 -0.6990 -0.7126</w:t>
        <w:br/>
        <w:t>vn -0.1775 -0.9333 -0.3121</w:t>
        <w:br/>
        <w:t>vn -0.3036 -0.8849 -0.3533</w:t>
        <w:br/>
        <w:t>vn -0.1333 -0.6266 -0.7679</w:t>
        <w:br/>
        <w:t>vn -0.1213 -0.6209 -0.7745</w:t>
        <w:br/>
        <w:t>vn -0.5644 -0.6115 0.5546</w:t>
        <w:br/>
        <w:t>vn -0.4958 -0.8605 0.1173</w:t>
        <w:br/>
        <w:t>vn -0.4535 -0.7366 0.5018</w:t>
        <w:br/>
        <w:t>vn -0.3570 -0.9196 0.1638</w:t>
        <w:br/>
        <w:t>vn -0.2946 -0.2871 0.9115</w:t>
        <w:br/>
        <w:t>vn -0.2976 -0.2700 0.9157</w:t>
        <w:br/>
        <w:t>vn -0.4245 -0.2392 0.8733</w:t>
        <w:br/>
        <w:t>vn -0.4897 -0.1871 0.8516</w:t>
        <w:br/>
        <w:t>vn 0.0248 0.6810 0.7319</w:t>
        <w:br/>
        <w:t>vn 0.1933 0.9281 0.3182</w:t>
        <w:br/>
        <w:t>vn -0.0419 0.6922 0.7205</w:t>
        <w:br/>
        <w:t>vn 0.1204 0.6331 0.7646</w:t>
        <w:br/>
        <w:t>vn 0.3022 0.8854 0.3532</w:t>
        <w:br/>
        <w:t>vn 0.1082 0.6274 0.7711</w:t>
        <w:br/>
        <w:t>vn 0.5695 0.6091 -0.5520</w:t>
        <w:br/>
        <w:t>vn 0.4922 0.8623 -0.1186</w:t>
        <w:br/>
        <w:t>vn 0.4581 0.7350 -0.4999</w:t>
        <w:br/>
        <w:t>vn 0.3656 0.9167 -0.1612</w:t>
        <w:br/>
        <w:t>vn 0.2908 0.2726 -0.9171</w:t>
        <w:br/>
        <w:t>vn 0.2881 0.2895 -0.9128</w:t>
        <w:br/>
        <w:t>vn 0.2882 0.2895 -0.9128</w:t>
        <w:br/>
        <w:t>vn 0.4313 0.2361 -0.8708</w:t>
        <w:br/>
        <w:t>vn 0.5025 0.1809 -0.8455</w:t>
        <w:br/>
        <w:t>vn -0.1278 -0.7069 -0.6956</w:t>
        <w:br/>
        <w:t>vn -0.0878 -0.7501 -0.6555</w:t>
        <w:br/>
        <w:t>vn -0.5605 -0.7073 -0.4309</w:t>
        <w:br/>
        <w:t>vn -0.5931 -0.6320 -0.4989</w:t>
        <w:br/>
        <w:t>vn -0.1537 -0.6218 -0.7680</w:t>
        <w:br/>
        <w:t>vn -0.1363 -0.6250 -0.7686</w:t>
        <w:br/>
        <w:t>vn -0.9720 -0.0858 0.2186</w:t>
        <w:br/>
        <w:t>vn -0.8968 -0.4130 -0.1588</w:t>
        <w:br/>
        <w:t>vn -0.9503 -0.1494 0.2731</w:t>
        <w:br/>
        <w:t>vn -0.9373 -0.1700 0.3042</w:t>
        <w:br/>
        <w:t>vn -0.7655 0.1745 0.6193</w:t>
        <w:br/>
        <w:t>vn -0.7917 0.2295 0.5662</w:t>
        <w:br/>
        <w:t>vn -0.7932 0.2768 0.5425</w:t>
        <w:br/>
        <w:t>vn 0.1268 0.7039 0.6989</w:t>
        <w:br/>
        <w:t>vn 0.5603 0.7037 0.4369</w:t>
        <w:br/>
        <w:t>vn 0.0889 0.7434 0.6629</w:t>
        <w:br/>
        <w:t>vn 0.1496 0.6272 0.7644</w:t>
        <w:br/>
        <w:t>vn 0.5908 0.6333 0.4999</w:t>
        <w:br/>
        <w:t>vn 0.1324 0.6305 0.7648</w:t>
        <w:br/>
        <w:t>vn 0.9727 0.0803 -0.2178</w:t>
        <w:br/>
        <w:t>vn 0.8959 0.4145 0.1599</w:t>
        <w:br/>
        <w:t>vn 0.9583 0.2189 -0.1836</w:t>
        <w:br/>
        <w:t>vn 0.8693 0.4846 0.0975</w:t>
        <w:br/>
        <w:t>vn 0.7531 -0.1883 -0.6304</w:t>
        <w:br/>
        <w:t>vn 0.7589 -0.1754 -0.6271</w:t>
        <w:br/>
        <w:t>vn 0.7589 -0.1754 -0.6272</w:t>
        <w:br/>
        <w:t>vn 0.7876 -0.2379 -0.5684</w:t>
        <w:br/>
        <w:t>vn 0.7901 -0.2882 -0.5411</w:t>
        <w:br/>
        <w:t>vn -0.0609 -0.6990 -0.7126</w:t>
        <w:br/>
        <w:t>vn 0.0165 -0.6844 -0.7289</w:t>
        <w:br/>
        <w:t>vn 0.1775 -0.9333 -0.3121</w:t>
        <w:br/>
        <w:t>vn 0.3036 -0.8849 -0.3533</w:t>
        <w:br/>
        <w:t>vn 0.1333 -0.6266 -0.7679</w:t>
        <w:br/>
        <w:t>vn 0.1213 -0.6209 -0.7745</w:t>
        <w:br/>
        <w:t>vn 0.5644 -0.6115 0.5546</w:t>
        <w:br/>
        <w:t>vn 0.4958 -0.8605 0.1173</w:t>
        <w:br/>
        <w:t>vn 0.4535 -0.7366 0.5018</w:t>
        <w:br/>
        <w:t>vn 0.3570 -0.9196 0.1639</w:t>
        <w:br/>
        <w:t>vn 0.2976 -0.2700 0.9157</w:t>
        <w:br/>
        <w:t>vn 0.2946 -0.2871 0.9115</w:t>
        <w:br/>
        <w:t>vn 0.4245 -0.2392 0.8733</w:t>
        <w:br/>
        <w:t>vn 0.4897 -0.1871 0.8516</w:t>
        <w:br/>
        <w:t>vn -0.1933 0.9281 0.3183</w:t>
        <w:br/>
        <w:t>vn -0.0248 0.6810 0.7319</w:t>
        <w:br/>
        <w:t>vn 0.0419 0.6921 0.7205</w:t>
        <w:br/>
        <w:t>vn -0.3022 0.8854 0.3532</w:t>
        <w:br/>
        <w:t>vn -0.1204 0.6331 0.7646</w:t>
        <w:br/>
        <w:t>vn -0.1082 0.6274 0.7711</w:t>
        <w:br/>
        <w:t>vn -0.4922 0.8623 -0.1186</w:t>
        <w:br/>
        <w:t>vn -0.5695 0.6091 -0.5520</w:t>
        <w:br/>
        <w:t>vn -0.4581 0.7350 -0.4999</w:t>
        <w:br/>
        <w:t>vn -0.3656 0.9167 -0.1612</w:t>
        <w:br/>
        <w:t>vn -0.2881 0.2895 -0.9128</w:t>
        <w:br/>
        <w:t>vn -0.2908 0.2726 -0.9172</w:t>
        <w:br/>
        <w:t>vn -0.4313 0.2361 -0.8708</w:t>
        <w:br/>
        <w:t>vn -0.5025 0.1809 -0.8455</w:t>
        <w:br/>
        <w:t>vn 0.1278 -0.7069 -0.6957</w:t>
        <w:br/>
        <w:t>vn 0.5605 -0.7073 -0.4309</w:t>
        <w:br/>
        <w:t>vn 0.0878 -0.7501 -0.6555</w:t>
        <w:br/>
        <w:t>vn 0.5931 -0.6320 -0.4989</w:t>
        <w:br/>
        <w:t>vn 0.1537 -0.6218 -0.7680</w:t>
        <w:br/>
        <w:t>vn 0.1363 -0.6250 -0.7686</w:t>
        <w:br/>
        <w:t>vn 0.9720 -0.0858 0.2186</w:t>
        <w:br/>
        <w:t>vn 0.8968 -0.4130 -0.1588</w:t>
        <w:br/>
        <w:t>vn 0.9503 -0.1494 0.2731</w:t>
        <w:br/>
        <w:t>vn 0.9373 -0.1701 0.3041</w:t>
        <w:br/>
        <w:t>vn 0.7655 0.1745 0.6193</w:t>
        <w:br/>
        <w:t>vn 0.7917 0.2295 0.5662</w:t>
        <w:br/>
        <w:t>vn 0.7932 0.2768 0.5425</w:t>
        <w:br/>
        <w:t>vn -0.5603 0.7037 0.4369</w:t>
        <w:br/>
        <w:t>vn -0.1268 0.7039 0.6989</w:t>
        <w:br/>
        <w:t>vn -0.0889 0.7435 0.6629</w:t>
        <w:br/>
        <w:t>vn -0.5908 0.6333 0.4999</w:t>
        <w:br/>
        <w:t>vn -0.1496 0.6272 0.7644</w:t>
        <w:br/>
        <w:t>vn -0.1324 0.6305 0.7648</w:t>
        <w:br/>
        <w:t>vn -0.8959 0.4145 0.1599</w:t>
        <w:br/>
        <w:t>vn -0.9727 0.0803 -0.2177</w:t>
        <w:br/>
        <w:t>vn -0.9583 0.2189 -0.1836</w:t>
        <w:br/>
        <w:t>vn -0.8693 0.4846 0.0975</w:t>
        <w:br/>
        <w:t>vn -0.7589 -0.1754 -0.6271</w:t>
        <w:br/>
        <w:t>vn -0.7531 -0.1883 -0.6304</w:t>
        <w:br/>
        <w:t>vn -0.7589 -0.1754 -0.6272</w:t>
        <w:br/>
        <w:t>vn -0.7876 -0.2379 -0.5684</w:t>
        <w:br/>
        <w:t>vn -0.7900 -0.2882 -0.5411</w:t>
        <w:br/>
        <w:t>vn 0.0929 -0.8972 -0.4317</w:t>
        <w:br/>
        <w:t>vn 0.0183 -0.9150 -0.4029</w:t>
        <w:br/>
        <w:t>vn 0.0164 -0.7450 -0.6669</w:t>
        <w:br/>
        <w:t>vn 0.1274 -0.5417 -0.8309</w:t>
        <w:br/>
        <w:t>vn 0.0058 -0.2071 -0.9783</w:t>
        <w:br/>
        <w:t>vn 0.2924 -0.5937 -0.7497</w:t>
        <w:br/>
        <w:t>vn 0.1607 -0.8564 -0.4907</w:t>
        <w:br/>
        <w:t>vn 0.9348 -0.0711 -0.3480</w:t>
        <w:br/>
        <w:t>vn 0.9211 -0.0657 -0.3837</w:t>
        <w:br/>
        <w:t>vn 0.2479 -0.1975 -0.9485</w:t>
        <w:br/>
        <w:t>vn 0.7225 -0.1480 -0.6754</w:t>
        <w:br/>
        <w:t>vn 0.7224 -0.1480 -0.6754</w:t>
        <w:br/>
        <w:t>vn 0.1310 0.8356 -0.5336</w:t>
        <w:br/>
        <w:t>vn 0.0391 0.8449 -0.5335</w:t>
        <w:br/>
        <w:t>vn 0.1271 0.8127 -0.5686</w:t>
        <w:br/>
        <w:t>vn 0.0423 0.8513 -0.5229</w:t>
        <w:br/>
        <w:t>vn -0.0532 0.8471 -0.5288</w:t>
        <w:br/>
        <w:t>vn -0.0558 0.8559 -0.5141</w:t>
        <w:br/>
        <w:t>vn 0.0929 -0.8972 -0.4318</w:t>
        <w:br/>
        <w:t>vn 0.0183 -0.9149 -0.4032</w:t>
        <w:br/>
        <w:t>vn 0.1605 -0.8566 -0.4904</w:t>
        <w:br/>
        <w:t>vn 0.2479 -0.1975 -0.9484</w:t>
        <w:br/>
        <w:t>vn 0.1310 0.8356 -0.5335</w:t>
        <w:br/>
        <w:t>vn 0.0391 0.8448 -0.5336</w:t>
        <w:br/>
        <w:t>vn 0.1271 0.8128 -0.5685</w:t>
        <w:br/>
        <w:t>vn 0.0423 0.8513 -0.5230</w:t>
        <w:br/>
        <w:t>vn -0.0532 0.8470 -0.5290</w:t>
        <w:br/>
        <w:t>vn -0.0558 0.8558 -0.5142</w:t>
        <w:br/>
        <w:t>vn -0.6917 -0.1002 -0.7152</w:t>
        <w:br/>
        <w:t>vn -0.6716 -0.4873 -0.5581</w:t>
        <w:br/>
        <w:t>vn -0.5900 -0.4792 -0.6498</w:t>
        <w:br/>
        <w:t>vn -0.6921 -0.3581 -0.6267</w:t>
        <w:br/>
        <w:t>vn -0.5134 -0.3905 -0.7642</w:t>
        <w:br/>
        <w:t>vn -0.8968 -0.0027 -0.4424</w:t>
        <w:br/>
        <w:t>vn -0.8970 -0.0632 -0.4375</w:t>
        <w:br/>
        <w:t>vn -0.5406 -0.2770 -0.7944</w:t>
        <w:br/>
        <w:t>vn -0.9808 0.1073 -0.1632</w:t>
        <w:br/>
        <w:t>vn -0.8115 0.4996 -0.3031</w:t>
        <w:br/>
        <w:t>vn -0.3064 0.6397 -0.7050</w:t>
        <w:br/>
        <w:t>vn -0.8548 0.4547 0.2500</w:t>
        <w:br/>
        <w:t>vn -0.2565 0.7765 -0.5755</w:t>
        <w:br/>
        <w:t>vn 0.0383 0.6530 -0.7564</w:t>
        <w:br/>
        <w:t>vn 0.2981 0.7921 -0.5326</w:t>
        <w:br/>
        <w:t>vn 0.4583 0.8140 -0.3569</w:t>
        <w:br/>
        <w:t>vn -0.4900 0.7080 0.5086</w:t>
        <w:br/>
        <w:t>vn -0.6476 0.6393 0.4147</w:t>
        <w:br/>
        <w:t>vn 0.6528 0.7190 -0.2383</w:t>
        <w:br/>
        <w:t>vn -0.8764 0.3687 0.3099</w:t>
        <w:br/>
        <w:t>vn 0.6244 0.7642 0.1614</w:t>
        <w:br/>
        <w:t>vn 0.7100 0.6849 -0.1636</w:t>
        <w:br/>
        <w:t>vn -0.3528 0.6448 0.6780</w:t>
        <w:br/>
        <w:t>vn -0.0687 0.7506 0.6572</w:t>
        <w:br/>
        <w:t>vn 0.6504 0.7166 0.2519</w:t>
        <w:br/>
        <w:t>vn -0.9706 0.2240 0.0885</w:t>
        <w:br/>
        <w:t>vn -0.5403 -0.2355 -0.8079</w:t>
        <w:br/>
        <w:t>vn -0.5218 -0.1579 -0.8383</w:t>
        <w:br/>
        <w:t>vn 0.7256 0.6305 0.2756</w:t>
        <w:br/>
        <w:t>vn 0.6980 0.6667 -0.2614</w:t>
        <w:br/>
        <w:t>vn -0.4770 -0.1117 -0.8718</w:t>
        <w:br/>
        <w:t>vn -0.4443 0.0093 -0.8958</w:t>
        <w:br/>
        <w:t>vn -0.8816 0.3067 0.3586</w:t>
        <w:br/>
        <w:t>vn -0.9768 0.1796 0.1171</w:t>
        <w:br/>
        <w:t>vn -0.4029 0.4765 0.7814</w:t>
        <w:br/>
        <w:t>vn -0.4441 0.0735 -0.8929</w:t>
        <w:br/>
        <w:t>vn -0.4478 0.1148 -0.8867</w:t>
        <w:br/>
        <w:t>vn -0.8358 0.2269 0.4999</w:t>
        <w:br/>
        <w:t>vn -0.9745 0.1299 0.1831</w:t>
        <w:br/>
        <w:t>vn -0.3727 0.3456 0.8612</w:t>
        <w:br/>
        <w:t>vn 0.1887 0.4126 0.8911</w:t>
        <w:br/>
        <w:t>vn 0.1561 0.2967 0.9421</w:t>
        <w:br/>
        <w:t>vn 0.2015 0.5678 0.7981</w:t>
        <w:br/>
        <w:t>vn 0.5044 0.1575 0.8490</w:t>
        <w:br/>
        <w:t>vn 0.4811 0.5027 0.7182</w:t>
        <w:br/>
        <w:t>vn 0.4874 0.2654 0.8319</w:t>
        <w:br/>
        <w:t>vn 0.6103 0.1613 0.7756</w:t>
        <w:br/>
        <w:t>vn 0.6385 0.0481 0.7681</w:t>
        <w:br/>
        <w:t>vn 0.2220 0.1588 0.9620</w:t>
        <w:br/>
        <w:t>vn 0.5690 0.0334 0.8216</w:t>
        <w:br/>
        <w:t>vn -0.2617 0.2107 0.9419</w:t>
        <w:br/>
        <w:t>vn 0.2756 0.0374 0.9605</w:t>
        <w:br/>
        <w:t>vn -0.3142 0.1036 0.9437</w:t>
        <w:br/>
        <w:t>vn -0.8276 0.1178 0.5488</w:t>
        <w:br/>
        <w:t>vn -0.3807 -0.0226 0.9244</w:t>
        <w:br/>
        <w:t>vn -0.8619 0.0580 0.5037</w:t>
        <w:br/>
        <w:t>vn -0.9536 0.1180 0.2769</w:t>
        <w:br/>
        <w:t>vn -0.5025 0.1187 -0.8564</w:t>
        <w:br/>
        <w:t>vn 0.2150 -0.0869 0.9728</w:t>
        <w:br/>
        <w:t>vn -0.4754 -0.0453 0.8786</w:t>
        <w:br/>
        <w:t>vn 0.1287 -0.1266 0.9836</w:t>
        <w:br/>
        <w:t>vn 0.4860 -0.0932 0.8690</w:t>
        <w:br/>
        <w:t>vn -0.8260 0.0753 0.5587</w:t>
        <w:br/>
        <w:t>vn 0.1453 -0.9666 0.2112</w:t>
        <w:br/>
        <w:t>vn 0.0914 -0.9831 0.1587</w:t>
        <w:br/>
        <w:t>vn 0.1164 -0.9540 0.2764</w:t>
        <w:br/>
        <w:t>vn 0.1426 -0.9307 0.3368</w:t>
        <w:br/>
        <w:t>vn 0.0488 -0.9091 0.4137</w:t>
        <w:br/>
        <w:t>vn 0.0497 -0.9959 0.0750</w:t>
        <w:br/>
        <w:t>vn 0.0362 -0.7598 0.6492</w:t>
        <w:br/>
        <w:t>vn -0.0424 -0.9981 0.0439</w:t>
        <w:br/>
        <w:t>vn 0.4100 -0.1699 0.8961</w:t>
        <w:br/>
        <w:t>vn -0.0730 -0.9972 0.0174</w:t>
        <w:br/>
        <w:t>vn -0.2362 -0.6147 0.7526</w:t>
        <w:br/>
        <w:t>vn -0.9646 0.1417 0.2223</w:t>
        <w:br/>
        <w:t>vn -0.3758 -0.3318 0.8653</w:t>
        <w:br/>
        <w:t>vn -0.1061 -0.9939 0.0296</w:t>
        <w:br/>
        <w:t>vn 0.5337 -0.1124 0.8382</w:t>
        <w:br/>
        <w:t>vn -0.1028 -0.9921 0.0722</w:t>
        <w:br/>
        <w:t>vn -0.9606 -0.0691 0.2691</w:t>
        <w:br/>
        <w:t>vn -0.7393 -0.1175 0.6631</w:t>
        <w:br/>
        <w:t>vn -0.9983 -0.0269 0.0519</w:t>
        <w:br/>
        <w:t>vn -0.9900 0.1245 -0.0671</w:t>
        <w:br/>
        <w:t>vn -0.4182 0.0967 -0.9032</w:t>
        <w:br/>
        <w:t>vn -0.3888 0.0738 -0.9184</w:t>
        <w:br/>
        <w:t>vn -0.3927 0.1014 -0.9141</w:t>
        <w:br/>
        <w:t>vn -0.3927 0.1015 -0.9141</w:t>
        <w:br/>
        <w:t>vn -0.7251 0.1000 -0.6814</w:t>
        <w:br/>
        <w:t>vn -0.7250 0.1000 -0.6814</w:t>
        <w:br/>
        <w:t>vn -0.1061 -0.9900 0.0925</w:t>
        <w:br/>
        <w:t>vn -0.0881 -0.9857 0.1439</w:t>
        <w:br/>
        <w:t>vn 0.9126 -0.2493 -0.3240</w:t>
        <w:br/>
        <w:t>vn 0.8801 -0.2721 -0.3891</w:t>
        <w:br/>
        <w:t>vn 0.8605 -0.2788 -0.4263</w:t>
        <w:br/>
        <w:t>vn 0.6004 -0.0514 0.7981</w:t>
        <w:br/>
        <w:t>vn 0.5865 -0.0667 0.8072</w:t>
        <w:br/>
        <w:t>vn 0.9020 -0.2408 -0.3584</w:t>
        <w:br/>
        <w:t>vn 0.6227 -0.0263 0.7821</w:t>
        <w:br/>
        <w:t>vn 0.9518 -0.2136 -0.2199</w:t>
        <w:br/>
        <w:t>vn 0.9652 -0.2035 -0.1640</w:t>
        <w:br/>
        <w:t>vn 0.6352 0.0093 0.7723</w:t>
        <w:br/>
        <w:t>vn 0.6606 0.0144 0.7506</w:t>
        <w:br/>
        <w:t>vn 0.5842 -0.0042 0.8116</w:t>
        <w:br/>
        <w:t>vn 0.9372 -0.0978 0.3349</w:t>
        <w:br/>
        <w:t>vn 0.9372 -0.0979 0.3349</w:t>
        <w:br/>
        <w:t>vn 0.9702 -0.2032 -0.1320</w:t>
        <w:br/>
        <w:t>vn 0.6527 0.0145 0.7575</w:t>
        <w:br/>
        <w:t>vn 0.9448 -0.1481 0.2923</w:t>
        <w:br/>
        <w:t>vn 0.6538 0.0105 0.7566</w:t>
        <w:br/>
        <w:t>vn 0.9648 -0.2627 0.0099</w:t>
        <w:br/>
        <w:t>vn 0.9197 -0.2016 0.3369</w:t>
        <w:br/>
        <w:t>vn 0.9307 -0.3654 0.0153</w:t>
        <w:br/>
        <w:t>vn 0.8847 -0.1199 0.4504</w:t>
        <w:br/>
        <w:t>vn 0.9155 -0.4019 0.0190</w:t>
        <w:br/>
        <w:t>vn 0.6980 0.6668 -0.2610</w:t>
        <w:br/>
        <w:t>vn 0.6981 0.6671 -0.2601</w:t>
        <w:br/>
        <w:t>vn 0.6917 -0.1002 -0.7152</w:t>
        <w:br/>
        <w:t>vn 0.5900 -0.4792 -0.6498</w:t>
        <w:br/>
        <w:t>vn 0.6716 -0.4873 -0.5581</w:t>
        <w:br/>
        <w:t>vn 0.6921 -0.3581 -0.6267</w:t>
        <w:br/>
        <w:t>vn 0.5134 -0.3905 -0.7642</w:t>
        <w:br/>
        <w:t>vn 0.8968 -0.0027 -0.4424</w:t>
        <w:br/>
        <w:t>vn 0.8970 -0.0632 -0.4375</w:t>
        <w:br/>
        <w:t>vn 0.5406 -0.2770 -0.7944</w:t>
        <w:br/>
        <w:t>vn 0.9808 0.1073 -0.1632</w:t>
        <w:br/>
        <w:t>vn 0.8115 0.4996 -0.3031</w:t>
        <w:br/>
        <w:t>vn 0.3063 0.6397 -0.7050</w:t>
        <w:br/>
        <w:t>vn 0.8548 0.4547 0.2500</w:t>
        <w:br/>
        <w:t>vn 0.2565 0.7765 -0.5755</w:t>
        <w:br/>
        <w:t>vn -0.0383 0.6530 -0.7564</w:t>
        <w:br/>
        <w:t>vn -0.2981 0.7922 -0.5326</w:t>
        <w:br/>
        <w:t>vn -0.4583 0.8140 -0.3568</w:t>
        <w:br/>
        <w:t>vn 0.4900 0.7080 0.5086</w:t>
        <w:br/>
        <w:t>vn 0.6476 0.6393 0.4147</w:t>
        <w:br/>
        <w:t>vn -0.6528 0.7190 -0.2383</w:t>
        <w:br/>
        <w:t>vn 0.8763 0.3687 0.3100</w:t>
        <w:br/>
        <w:t>vn -0.6244 0.7642 0.1614</w:t>
        <w:br/>
        <w:t>vn -0.7100 0.6849 -0.1637</w:t>
        <w:br/>
        <w:t>vn 0.3528 0.6448 0.6780</w:t>
        <w:br/>
        <w:t>vn 0.0687 0.7506 0.6572</w:t>
        <w:br/>
        <w:t>vn -0.6504 0.7166 0.2519</w:t>
        <w:br/>
        <w:t>vn 0.9706 0.2240 0.0884</w:t>
        <w:br/>
        <w:t>vn 0.5403 -0.2355 -0.8079</w:t>
        <w:br/>
        <w:t>vn 0.5218 -0.1579 -0.8383</w:t>
        <w:br/>
        <w:t>vn -0.7256 0.6305 0.2756</w:t>
        <w:br/>
        <w:t>vn -0.6979 0.6666 -0.2619</w:t>
        <w:br/>
        <w:t>vn 0.4770 -0.1117 -0.8718</w:t>
        <w:br/>
        <w:t>vn 0.4443 0.0093 -0.8958</w:t>
        <w:br/>
        <w:t>vn 0.8816 0.3067 0.3586</w:t>
        <w:br/>
        <w:t>vn 0.9768 0.1796 0.1171</w:t>
        <w:br/>
        <w:t>vn 0.4441 0.0735 -0.8929</w:t>
        <w:br/>
        <w:t>vn 0.4478 0.1148 -0.8867</w:t>
        <w:br/>
        <w:t>vn 0.8358 0.2269 0.4999</w:t>
        <w:br/>
        <w:t>vn 0.9745 0.1299 0.1831</w:t>
        <w:br/>
        <w:t>vn 0.4029 0.4765 0.7814</w:t>
        <w:br/>
        <w:t>vn 0.3727 0.3456 0.8612</w:t>
        <w:br/>
        <w:t>vn -0.1887 0.4127 0.8911</w:t>
        <w:br/>
        <w:t>vn -0.1561 0.2967 0.9421</w:t>
        <w:br/>
        <w:t>vn -0.2015 0.5678 0.7981</w:t>
        <w:br/>
        <w:t>vn -0.5044 0.1575 0.8490</w:t>
        <w:br/>
        <w:t>vn -0.4811 0.5027 0.7182</w:t>
        <w:br/>
        <w:t>vn -0.4879 0.2651 0.8317</w:t>
        <w:br/>
        <w:t>vn -0.6103 0.1613 0.7756</w:t>
        <w:br/>
        <w:t>vn -0.6385 0.0481 0.7681</w:t>
        <w:br/>
        <w:t>vn -0.2220 0.1588 0.9620</w:t>
        <w:br/>
        <w:t>vn -0.5690 0.0334 0.8216</w:t>
        <w:br/>
        <w:t>vn 0.2617 0.2108 0.9419</w:t>
        <w:br/>
        <w:t>vn -0.2756 0.0374 0.9605</w:t>
        <w:br/>
        <w:t>vn 0.3143 0.1036 0.9437</w:t>
        <w:br/>
        <w:t>vn 0.8276 0.1178 0.5488</w:t>
        <w:br/>
        <w:t>vn 0.3807 -0.0226 0.9244</w:t>
        <w:br/>
        <w:t>vn 0.8619 0.0580 0.5037</w:t>
        <w:br/>
        <w:t>vn 0.9536 0.1180 0.2769</w:t>
        <w:br/>
        <w:t>vn 0.5024 0.1192 -0.8564</w:t>
        <w:br/>
        <w:t>vn -0.2150 -0.0869 0.9728</w:t>
        <w:br/>
        <w:t>vn 0.4754 -0.0453 0.8786</w:t>
        <w:br/>
        <w:t>vn -0.1287 -0.1266 0.9836</w:t>
        <w:br/>
        <w:t>vn -0.4860 -0.0932 0.8690</w:t>
        <w:br/>
        <w:t>vn -0.0914 -0.9831 0.1587</w:t>
        <w:br/>
        <w:t>vn -0.1452 -0.9666 0.2112</w:t>
        <w:br/>
        <w:t>vn -0.1164 -0.9540 0.2764</w:t>
        <w:br/>
        <w:t>vn -0.0497 -0.9959 0.0751</w:t>
        <w:br/>
        <w:t>vn -0.1426 -0.9307 0.3368</w:t>
        <w:br/>
        <w:t>vn 0.0424 -0.9981 0.0439</w:t>
        <w:br/>
        <w:t>vn -0.4100 -0.1699 0.8961</w:t>
        <w:br/>
        <w:t>vn 0.0730 -0.9972 0.0174</w:t>
        <w:br/>
        <w:t>vn -0.0488 -0.9091 0.4137</w:t>
        <w:br/>
        <w:t>vn 0.8260 0.0753 0.5587</w:t>
        <w:br/>
        <w:t>vn -0.0362 -0.7598 0.6491</w:t>
        <w:br/>
        <w:t>vn 0.1062 -0.9939 0.0296</w:t>
        <w:br/>
        <w:t>vn -0.5337 -0.1125 0.8381</w:t>
        <w:br/>
        <w:t>vn 0.1028 -0.9921 0.0722</w:t>
        <w:br/>
        <w:t>vn 0.2362 -0.6147 0.7526</w:t>
        <w:br/>
        <w:t>vn 0.9646 0.1417 0.2223</w:t>
        <w:br/>
        <w:t>vn 0.3758 -0.3318 0.8653</w:t>
        <w:br/>
        <w:t>vn 0.1061 -0.9900 0.0924</w:t>
        <w:br/>
        <w:t>vn 0.0881 -0.9857 0.1439</w:t>
        <w:br/>
        <w:t>vn -0.8801 -0.2721 -0.3891</w:t>
        <w:br/>
        <w:t>vn -0.9126 -0.2493 -0.3239</w:t>
        <w:br/>
        <w:t>vn -0.8605 -0.2788 -0.4264</w:t>
        <w:br/>
        <w:t>vn -0.6004 -0.0514 0.7981</w:t>
        <w:br/>
        <w:t>vn -0.5865 -0.0667 0.8072</w:t>
        <w:br/>
        <w:t>vn -0.9020 -0.2408 -0.3584</w:t>
        <w:br/>
        <w:t>vn -0.6226 -0.0263 0.7821</w:t>
        <w:br/>
        <w:t>vn -0.9518 -0.2136 -0.2199</w:t>
        <w:br/>
        <w:t>vn -0.9652 -0.2035 -0.1640</w:t>
        <w:br/>
        <w:t>vn -0.6352 0.0093 0.7723</w:t>
        <w:br/>
        <w:t>vn -0.6606 0.0141 0.7506</w:t>
        <w:br/>
        <w:t>vn -0.5842 -0.0042 0.8116</w:t>
        <w:br/>
        <w:t>vn -0.9372 -0.0979 0.3349</w:t>
        <w:br/>
        <w:t>vn -0.9702 -0.2032 -0.1320</w:t>
        <w:br/>
        <w:t>vn -0.6527 0.0145 0.7575</w:t>
        <w:br/>
        <w:t>vn -0.9448 -0.1481 0.2923</w:t>
        <w:br/>
        <w:t>vn -0.6538 0.0105 0.7566</w:t>
        <w:br/>
        <w:t>vn -0.9648 -0.2627 0.0099</w:t>
        <w:br/>
        <w:t>vn -0.9197 -0.2016 0.3369</w:t>
        <w:br/>
        <w:t>vn -0.9307 -0.3653 0.0153</w:t>
        <w:br/>
        <w:t>vn -0.8848 -0.1199 0.4504</w:t>
        <w:br/>
        <w:t>vn -0.9155 -0.4019 0.0190</w:t>
        <w:br/>
        <w:t>vn -0.6980 0.6668 -0.2610</w:t>
        <w:br/>
        <w:t>vn -0.6981 0.6671 -0.2601</w:t>
        <w:br/>
        <w:t>vn 0.7393 -0.1175 0.6631</w:t>
        <w:br/>
        <w:t>vn 0.9606 -0.0691 0.2691</w:t>
        <w:br/>
        <w:t>vn 0.9983 -0.0269 0.0519</w:t>
        <w:br/>
        <w:t>vn 0.9900 0.1245 -0.0671</w:t>
        <w:br/>
        <w:t>vn 0.4182 0.0967 -0.9032</w:t>
        <w:br/>
        <w:t>vn 0.3888 0.0738 -0.9184</w:t>
        <w:br/>
        <w:t>vn 0.3927 0.1014 -0.9141</w:t>
        <w:br/>
        <w:t>vn 0.3927 0.1015 -0.9141</w:t>
        <w:br/>
        <w:t>vn 0.7251 0.1000 -0.6814</w:t>
        <w:br/>
        <w:t>vn -0.8902 -0.4005 -0.2173</w:t>
        <w:br/>
        <w:t>vn -0.9133 -0.2586 -0.3146</w:t>
        <w:br/>
        <w:t>vn -0.9367 -0.3497 0.0161</w:t>
        <w:br/>
        <w:t>vn -0.7832 -0.2157 -0.5831</w:t>
        <w:br/>
        <w:t>vn -0.7617 -0.0789 -0.6431</w:t>
        <w:br/>
        <w:t>vn -0.8990 -0.0783 -0.4309</w:t>
        <w:br/>
        <w:t>vn -0.3394 -0.0395 -0.9398</w:t>
        <w:br/>
        <w:t>vn -0.7991 -0.1280 -0.5874</w:t>
        <w:br/>
        <w:t>vn -0.1974 -0.0308 -0.9798</w:t>
        <w:br/>
        <w:t>vn -0.9058 -0.1424 -0.3990</w:t>
        <w:br/>
        <w:t>vn -0.7991 -0.1279 -0.5874</w:t>
        <w:br/>
        <w:t>vn 0.2932 -0.0137 -0.9560</w:t>
        <w:br/>
        <w:t>vn -0.9557 -0.1947 -0.2205</w:t>
        <w:br/>
        <w:t>vn 0.3582 0.0034 -0.9336</w:t>
        <w:br/>
        <w:t>vn 0.4259 0.0107 -0.9047</w:t>
        <w:br/>
        <w:t>vn -0.1485 -0.0898 -0.9848</w:t>
        <w:br/>
        <w:t>vn -0.7308 -0.2708 -0.6266</w:t>
        <w:br/>
        <w:t>vn -0.9255 -0.2761 -0.2594</w:t>
        <w:br/>
        <w:t>vn -0.9558 -0.1947 -0.2205</w:t>
        <w:br/>
        <w:t>vn -0.9830 -0.1028 0.1520</w:t>
        <w:br/>
        <w:t>vn -0.8946 -0.3473 -0.2811</w:t>
        <w:br/>
        <w:t>vn -0.9596 -0.2596 -0.1085</w:t>
        <w:br/>
        <w:t>vn -0.8655 -0.4268 -0.2621</w:t>
        <w:br/>
        <w:t>vn -0.3868 -0.6064 -0.6948</w:t>
        <w:br/>
        <w:t>vn -0.3845 -0.4722 -0.7932</w:t>
        <w:br/>
        <w:t>vn 0.1850 -0.3767 -0.9077</w:t>
        <w:br/>
        <w:t>vn -0.6857 -0.3702 -0.6268</w:t>
        <w:br/>
        <w:t>vn 0.2449 -0.2969 -0.9230</w:t>
        <w:br/>
        <w:t>vn 0.2171 -0.3346 -0.9170</w:t>
        <w:br/>
        <w:t>vn -0.4930 -0.4699 -0.7322</w:t>
        <w:br/>
        <w:t>vn 0.2033 -0.3796 -0.9025</w:t>
        <w:br/>
        <w:t>vn -0.9051 -0.3779 -0.1950</w:t>
        <w:br/>
        <w:t>vn 0.4547 -0.1880 -0.8706</w:t>
        <w:br/>
        <w:t>vn -0.8069 -0.4911 -0.3282</w:t>
        <w:br/>
        <w:t>vn -0.6283 -0.5783 -0.5204</w:t>
        <w:br/>
        <w:t>vn -0.5445 -0.6475 -0.5331</w:t>
        <w:br/>
        <w:t>vn 0.0103 -0.6653 -0.7465</w:t>
        <w:br/>
        <w:t>vn 0.1508 -0.5659 -0.8106</w:t>
        <w:br/>
        <w:t>vn 0.3640 -0.5446 -0.7556</w:t>
        <w:br/>
        <w:t>vn 0.4054 -0.4092 -0.8175</w:t>
        <w:br/>
        <w:t>vn 0.4816 -0.3614 -0.7984</w:t>
        <w:br/>
        <w:t>vn 0.4363 -0.2087 -0.8752</w:t>
        <w:br/>
        <w:t>vn 0.5192 -0.1095 -0.8476</w:t>
        <w:br/>
        <w:t>vn 0.5095 -0.1855 -0.8402</w:t>
        <w:br/>
        <w:t>vn 0.5488 -0.0690 -0.8331</w:t>
        <w:br/>
        <w:t>vn 0.5142 -0.0798 -0.8539</w:t>
        <w:br/>
        <w:t>vn 0.5780 -0.0408 -0.8150</w:t>
        <w:br/>
        <w:t>vn 0.5785 -0.0373 -0.8148</w:t>
        <w:br/>
        <w:t>vn 0.3431 -0.1878 -0.9203</w:t>
        <w:br/>
        <w:t>vn 0.5095 -0.1854 -0.8402</w:t>
        <w:br/>
        <w:t>vn 0.5451 -0.2175 -0.8097</w:t>
        <w:br/>
        <w:t>vn 0.5674 -0.1150 -0.8154</w:t>
        <w:br/>
        <w:t>vn 0.5580 -0.0234 -0.8295</w:t>
        <w:br/>
        <w:t>vn 0.5407 -0.0328 -0.8406</w:t>
        <w:br/>
        <w:t>vn 0.5169 -0.0046 -0.8560</w:t>
        <w:br/>
        <w:t>vn 0.5325 -0.0076 -0.8464</w:t>
        <w:br/>
        <w:t>vn 0.3750 -0.0117 -0.9269</w:t>
        <w:br/>
        <w:t>vn 0.4556 0.0073 -0.8901</w:t>
        <w:br/>
        <w:t>vn 0.5276 -0.0045 -0.8495</w:t>
        <w:br/>
        <w:t>vn 0.5150 0.0118 -0.8571</w:t>
        <w:br/>
        <w:t>vn 0.5324 -0.0076 -0.8464</w:t>
        <w:br/>
        <w:t>vn 0.5505 0.0348 -0.8341</w:t>
        <w:br/>
        <w:t>vn 0.4258 0.0107 -0.9047</w:t>
        <w:br/>
        <w:t>vn 0.3583 0.0034 -0.9336</w:t>
        <w:br/>
        <w:t>vn -0.1484 -0.0898 -0.9848</w:t>
        <w:br/>
        <w:t>vn -0.0561 -0.2115 -0.9758</w:t>
        <w:br/>
        <w:t>vn -0.0562 -0.2114 -0.9758</w:t>
        <w:br/>
        <w:t>vn -0.6857 -0.3702 -0.6267</w:t>
        <w:br/>
        <w:t>vn 0.8770 -0.3793 0.2950</w:t>
        <w:br/>
        <w:t>vn 0.8770 -0.3792 0.2950</w:t>
        <w:br/>
        <w:t>vn -0.8770 0.3792 -0.2949</w:t>
        <w:br/>
        <w:t>vn -0.8770 0.3792 -0.2950</w:t>
        <w:br/>
        <w:t>vn -0.8770 0.3793 -0.2949</w:t>
        <w:br/>
        <w:t>vn -0.8770 0.3793 -0.2950</w:t>
        <w:br/>
        <w:t>vn -0.2752 0.7175 -0.6399</w:t>
        <w:br/>
        <w:t>vn -0.2743 0.7179 -0.6398</w:t>
        <w:br/>
        <w:t>vn -0.2742 0.7180 -0.6398</w:t>
        <w:br/>
        <w:t>vn -0.2754 0.7175 -0.6399</w:t>
        <w:br/>
        <w:t>vn -0.2733 0.7184 -0.6397</w:t>
        <w:br/>
        <w:t>vn -0.2744 0.7179 -0.6398</w:t>
        <w:br/>
        <w:t>vn -0.2733 0.7183 -0.6397</w:t>
        <w:br/>
        <w:t>vn 0.2741 -0.7180 0.6398</w:t>
        <w:br/>
        <w:t>vn 0.2732 -0.7184 0.6397</w:t>
        <w:br/>
        <w:t>vn 0.2743 -0.7180 0.6397</w:t>
        <w:br/>
        <w:t>vn 0.2751 -0.7177 0.6397</w:t>
        <w:br/>
        <w:t>vn 0.2734 -0.7184 0.6396</w:t>
        <w:br/>
        <w:t>vn 0.2754 -0.7176 0.6397</w:t>
        <w:br/>
        <w:t>vn 0.2745 -0.7180 0.6397</w:t>
        <w:br/>
        <w:t>vn -0.8770 -0.3793 0.2950</w:t>
        <w:br/>
        <w:t>vn -0.8770 -0.3792 0.2950</w:t>
        <w:br/>
        <w:t>vn 0.8770 0.3792 -0.2949</w:t>
        <w:br/>
        <w:t>vn 0.8770 0.3792 -0.2950</w:t>
        <w:br/>
        <w:t>vn 0.8770 0.3793 -0.2949</w:t>
        <w:br/>
        <w:t>vn 0.8770 0.3793 -0.2950</w:t>
        <w:br/>
        <w:t>vn 0.2752 0.7175 -0.6399</w:t>
        <w:br/>
        <w:t>vn 0.2742 0.7180 -0.6398</w:t>
        <w:br/>
        <w:t>vn 0.2743 0.7179 -0.6398</w:t>
        <w:br/>
        <w:t>vn 0.2754 0.7175 -0.6399</w:t>
        <w:br/>
        <w:t>vn 0.2733 0.7184 -0.6397</w:t>
        <w:br/>
        <w:t>vn 0.2744 0.7179 -0.6398</w:t>
        <w:br/>
        <w:t>vn 0.2733 0.7183 -0.6397</w:t>
        <w:br/>
        <w:t>vn -0.2741 -0.7180 0.6398</w:t>
        <w:br/>
        <w:t>vn -0.2743 -0.7180 0.6397</w:t>
        <w:br/>
        <w:t>vn -0.2732 -0.7184 0.6397</w:t>
        <w:br/>
        <w:t>vn -0.2734 -0.7184 0.6396</w:t>
        <w:br/>
        <w:t>vn -0.2751 -0.7177 0.6397</w:t>
        <w:br/>
        <w:t>vn -0.2745 -0.7180 0.6397</w:t>
        <w:br/>
        <w:t>vn -0.2754 -0.7176 0.6397</w:t>
        <w:br/>
        <w:t>vn 0.7177 -0.6791 0.1541</w:t>
        <w:br/>
        <w:t>vn 0.7006 -0.5017 0.5074</w:t>
        <w:br/>
        <w:t>vn 0.6935 -0.7163 0.0777</w:t>
        <w:br/>
        <w:t>vn 0.4513 -0.7458 -0.4900</w:t>
        <w:br/>
        <w:t>vn 0.5988 -0.4217 0.6809</w:t>
        <w:br/>
        <w:t>vn 0.3681 -0.6837 -0.6301</w:t>
        <w:br/>
        <w:t>vn 0.1932 -0.5133 -0.8361</w:t>
        <w:br/>
        <w:t>vn 0.5805 -0.3667 0.7270</w:t>
        <w:br/>
        <w:t>vn 0.4853 -0.7517 -0.4465</w:t>
        <w:br/>
        <w:t>vn 0.1272 -0.3665 -0.9217</w:t>
        <w:br/>
        <w:t>vn -0.0999 0.0121 -0.9949</w:t>
        <w:br/>
        <w:t>vn 0.4760 -0.7242 -0.4989</w:t>
        <w:br/>
        <w:t>vn 0.3511 -0.6087 -0.7115</w:t>
        <w:br/>
        <w:t>vn 0.4837 -0.7359 -0.4738</w:t>
        <w:br/>
        <w:t>vn 0.5404 -0.4175 0.7305</w:t>
        <w:br/>
        <w:t>vn 0.5282 -0.7599 -0.3788</w:t>
        <w:br/>
        <w:t>vn 0.5435 -0.4242 0.7243</w:t>
        <w:br/>
        <w:t>vn 0.5345 -0.4066 0.7409</w:t>
        <w:br/>
        <w:t>vn 0.5338 -0.4072 0.7411</w:t>
        <w:br/>
        <w:t>vn 0.5381 -0.4163 0.7329</w:t>
        <w:br/>
        <w:t>vn 0.5164 -0.7390 -0.4326</w:t>
        <w:br/>
        <w:t>vn 0.5337 -0.7575 -0.3760</w:t>
        <w:br/>
        <w:t>vn 0.3782 -0.6077 -0.6983</w:t>
        <w:br/>
        <w:t>vn 0.5427 -0.4250 0.7245</w:t>
        <w:br/>
        <w:t>vn 0.5435 -0.4243 0.7243</w:t>
        <w:br/>
        <w:t>vn 0.5305 -0.7519 -0.3914</w:t>
        <w:br/>
        <w:t>vn 0.5375 -0.7684 -0.3475</w:t>
        <w:br/>
        <w:t>vn 0.5379 -0.7677 -0.3483</w:t>
        <w:br/>
        <w:t>vn 0.5400 -0.7617 -0.3580</w:t>
        <w:br/>
        <w:t>vn 0.5621 -0.7458 -0.3576</w:t>
        <w:br/>
        <w:t>vn 0.4979 -0.7671 -0.4044</w:t>
        <w:br/>
        <w:t>vn 0.5488 -0.7511 -0.3670</w:t>
        <w:br/>
        <w:t>vn 0.4465 -0.6430 -0.6222</w:t>
        <w:br/>
        <w:t>vn 0.4877 -0.7047 -0.5154</w:t>
        <w:br/>
        <w:t>vn 0.5759 -0.7305 -0.3670</w:t>
        <w:br/>
        <w:t>vn 0.5255 -0.7265 -0.4428</w:t>
        <w:br/>
        <w:t>vn 0.5017 -0.6714 -0.5455</w:t>
        <w:br/>
        <w:t>vn 0.4519 -0.6388 -0.6227</w:t>
        <w:br/>
        <w:t>vn 0.3445 -0.4492 -0.8243</w:t>
        <w:br/>
        <w:t>vn 0.4477 -0.6004 -0.6627</w:t>
        <w:br/>
        <w:t>vn 0.4252 -0.5269 -0.7359</w:t>
        <w:br/>
        <w:t>vn 0.4017 -0.5144 -0.7577</w:t>
        <w:br/>
        <w:t>vn 0.3055 -0.4253 -0.8519</w:t>
        <w:br/>
        <w:t>vn 0.2824 -0.2918 -0.9138</w:t>
        <w:br/>
        <w:t>vn 0.2908 -0.3423 -0.8935</w:t>
        <w:br/>
        <w:t>vn 0.2843 -0.2960 -0.9119</w:t>
        <w:br/>
        <w:t>vn 0.0636 -0.1084 -0.9921</w:t>
        <w:br/>
        <w:t>vn -0.0050 0.0034 -1.0000</w:t>
        <w:br/>
        <w:t>vn 0.0561 -0.0116 -0.9984</w:t>
        <w:br/>
        <w:t>vn -0.1830 0.3585 -0.9154</w:t>
        <w:br/>
        <w:t>vn -0.2027 0.4689 -0.8597</w:t>
        <w:br/>
        <w:t>vn 0.0305 0.0651 -0.9974</w:t>
        <w:br/>
        <w:t>vn -0.3664 0.6834 -0.6314</w:t>
        <w:br/>
        <w:t>vn -0.3801 0.7130 -0.5892</w:t>
        <w:br/>
        <w:t>vn -0.1971 0.4007 -0.8948</w:t>
        <w:br/>
        <w:t>vn -0.3698 0.6851 -0.6276</w:t>
        <w:br/>
        <w:t>vn -0.4378 0.8275 -0.3514</w:t>
        <w:br/>
        <w:t>vn -0.4485 0.8398 -0.3059</w:t>
        <w:br/>
        <w:t>vn -0.4423 0.8323 -0.3341</w:t>
        <w:br/>
        <w:t>vn -0.4632 0.8838 -0.0656</w:t>
        <w:br/>
        <w:t>vn -0.4661 0.8844 0.0237</w:t>
        <w:br/>
        <w:t>vn -0.4592 0.8877 -0.0331</w:t>
        <w:br/>
        <w:t>vn -0.4490 0.8680 0.2119</w:t>
        <w:br/>
        <w:t>vn -0.4266 0.8383 0.3394</w:t>
        <w:br/>
        <w:t>vn -0.4634 0.8854 -0.0369</w:t>
        <w:br/>
        <w:t>vn -0.4229 0.7947 0.4355</w:t>
        <w:br/>
        <w:t>vn -0.4374 0.5601 0.7035</w:t>
        <w:br/>
        <w:t>vn -0.4513 0.8562 0.2514</w:t>
        <w:br/>
        <w:t>vn -0.3982 0.3844 0.8329</w:t>
        <w:br/>
        <w:t>vn -0.3168 -0.0593 0.9466</w:t>
        <w:br/>
        <w:t>vn -0.2091 -0.1992 0.9574</w:t>
        <w:br/>
        <w:t>vn -0.4139 0.7779 0.4728</w:t>
        <w:br/>
        <w:t>vn -0.3134 0.2636 0.9123</w:t>
        <w:br/>
        <w:t>vn -0.0971 -0.3376 0.9363</w:t>
        <w:br/>
        <w:t>vn -0.4436 0.8585 0.2572</w:t>
        <w:br/>
        <w:t>vn -0.3950 0.7575 0.5198</w:t>
        <w:br/>
        <w:t>vn -0.1814 0.0294 0.9830</w:t>
        <w:br/>
        <w:t>vn -0.3524 0.6747 0.6486</w:t>
        <w:br/>
        <w:t>vn -0.0651 -0.3708 0.9264</w:t>
        <w:br/>
        <w:t>vn -0.4872 0.8732 -0.0124</w:t>
        <w:br/>
        <w:t>vn -0.1612 0.0715 0.9843</w:t>
        <w:br/>
        <w:t>vn 0.0616 -0.5199 0.8520</w:t>
        <w:br/>
        <w:t>vn -0.4592 0.8493 0.2604</w:t>
        <w:br/>
        <w:t>vn -0.4556 0.8326 -0.3151</w:t>
        <w:br/>
        <w:t>vn -0.3780 0.6813 -0.6268</w:t>
        <w:br/>
        <w:t>vn -0.4940 0.8209 -0.2865</w:t>
        <w:br/>
        <w:t>vn -0.1990 0.4002 -0.8946</w:t>
        <w:br/>
        <w:t>vn -0.4048 0.6516 -0.6416</w:t>
        <w:br/>
        <w:t>vn -0.5319 0.8459 0.0391</w:t>
        <w:br/>
        <w:t>vn -0.5252 0.8100 -0.2608</w:t>
        <w:br/>
        <w:t>vn -0.2262 0.3738 -0.8995</w:t>
        <w:br/>
        <w:t>vn 0.0241 0.0519 -0.9984</w:t>
        <w:br/>
        <w:t>vn -0.2747 0.3819 -0.8825</w:t>
        <w:br/>
        <w:t>vn 0.0720 -0.1126 -0.9910</w:t>
        <w:br/>
        <w:t>vn -0.4504 0.7005 -0.5536</w:t>
        <w:br/>
        <w:t>vn 0.2017 -0.3735 -0.9054</w:t>
        <w:br/>
        <w:t>vn -0.0846 0.0211 -0.9962</w:t>
        <w:br/>
        <w:t>vn 0.1715 -0.3566 -0.9184</w:t>
        <w:br/>
        <w:t>vn -0.0217 -0.0163 -0.9996</w:t>
        <w:br/>
        <w:t>vn -0.1423 0.3696 -0.9182</w:t>
        <w:br/>
        <w:t>vn -0.3654 0.4646 -0.8066</w:t>
        <w:br/>
        <w:t>vn -0.3202 0.4049 -0.8565</w:t>
        <w:br/>
        <w:t>vn -0.4472 0.6560 -0.6081</w:t>
        <w:br/>
        <w:t>vn -0.5890 0.6014 -0.5398</w:t>
        <w:br/>
        <w:t>vn -0.7360 0.6105 -0.2925</w:t>
        <w:br/>
        <w:t>vn -0.6814 0.6766 -0.2790</w:t>
        <w:br/>
        <w:t>vn -0.8367 0.5471 -0.0252</w:t>
        <w:br/>
        <w:t>vn -0.9074 0.4190 -0.0310</w:t>
        <w:br/>
        <w:t>vn -0.8134 0.5367 0.2243</w:t>
        <w:br/>
        <w:t>vn -0.7845 0.5410 0.3032</w:t>
        <w:br/>
        <w:t>vn -0.7634 0.4342 0.4783</w:t>
        <w:br/>
        <w:t>vn -0.5928 0.4947 0.6355</w:t>
        <w:br/>
        <w:t>vn -0.3444 0.3489 0.8716</w:t>
        <w:br/>
        <w:t>vn -0.3425 0.6700 -0.6586</w:t>
        <w:br/>
        <w:t>vn -0.5195 0.7236 -0.4545</w:t>
        <w:br/>
        <w:t>vn -0.5108 0.6351 -0.5793</w:t>
        <w:br/>
        <w:t>vn -0.4968 0.6998 -0.5133</w:t>
        <w:br/>
        <w:t>vn -0.4577 0.6526 -0.6039</w:t>
        <w:br/>
        <w:t>vn -0.3861 0.3927 -0.8347</w:t>
        <w:br/>
        <w:t>vn -0.3221 0.4301 -0.8434</w:t>
        <w:br/>
        <w:t>vn -0.5057 0.8011 -0.3203</w:t>
        <w:br/>
        <w:t>vn -0.5218 0.8365 -0.1676</w:t>
        <w:br/>
        <w:t>vn -0.5511 0.8267 -0.1132</w:t>
        <w:br/>
        <w:t>vn -0.5469 0.8339 0.0738</w:t>
        <w:br/>
        <w:t>vn -0.5430 0.8294 0.1312</w:t>
        <w:br/>
        <w:t>vn -0.5007 0.8240 0.2653</w:t>
        <w:br/>
        <w:t>vn -0.5392 0.8270 0.1590</w:t>
        <w:br/>
        <w:t>vn -0.4852 0.7899 0.3751</w:t>
        <w:br/>
        <w:t>vn -0.4165 0.7862 0.4565</w:t>
        <w:br/>
        <w:t>vn -0.4425 0.7578 0.4795</w:t>
        <w:br/>
        <w:t>vn -0.4357 0.6856 0.5832</w:t>
        <w:br/>
        <w:t>vn -0.3646 0.6810 0.6351</w:t>
        <w:br/>
        <w:t>vn -0.3444 0.5776 0.7401</w:t>
        <w:br/>
        <w:t>vn -0.2879 0.5386 0.7919</w:t>
        <w:br/>
        <w:t>vn -0.2466 0.4312 0.8679</w:t>
        <w:br/>
        <w:t>vn -0.3279 0.4791 0.8142</w:t>
        <w:br/>
        <w:t>vn -0.0241 -0.1740 0.9845</w:t>
        <w:br/>
        <w:t>vn 0.2257 -0.8153 0.5332</w:t>
        <w:br/>
        <w:t>vn -0.1911 0.3200 0.9280</w:t>
        <w:br/>
        <w:t>vn 0.2508 -0.8773 0.4093</w:t>
        <w:br/>
        <w:t>vn -0.0496 0.1397 0.9889</w:t>
        <w:br/>
        <w:t>vn 0.2824 -0.9175 0.2802</w:t>
        <w:br/>
        <w:t>vn -0.1487 0.1208 0.9815</w:t>
        <w:br/>
        <w:t>vn 0.1851 -0.8040 0.5650</w:t>
        <w:br/>
        <w:t>vn 0.0117 0.1229 0.9923</w:t>
        <w:br/>
        <w:t>vn 0.2612 -0.9243 0.2784</w:t>
        <w:br/>
        <w:t>vn 0.2389 -0.9278 0.2866</w:t>
        <w:br/>
        <w:t>vn -0.1605 0.0042 0.9870</w:t>
        <w:br/>
        <w:t>vn 0.1890 -0.7473 0.6370</w:t>
        <w:br/>
        <w:t>vn 0.0433 -0.1968 0.9795</w:t>
        <w:br/>
        <w:t>vn 0.1414 -0.9294 0.3410</w:t>
        <w:br/>
        <w:t>vn 0.1066 -0.5511 0.8276</w:t>
        <w:br/>
        <w:t>vn -0.0533 -0.0391 0.9978</w:t>
        <w:br/>
        <w:t>vn 0.0191 -0.0850 0.9962</w:t>
        <w:br/>
        <w:t>vn -0.3620 0.4747 0.8023</w:t>
        <w:br/>
        <w:t>vn -0.4363 0.5894 0.6799</w:t>
        <w:br/>
        <w:t>vn -0.0198 0.9982 0.0567</w:t>
        <w:br/>
        <w:t>vn -0.0109 0.9999 0.0013</w:t>
        <w:br/>
        <w:t>vn -0.0286 0.9933 0.1117</w:t>
        <w:br/>
        <w:t>vn -0.2823 0.4019 -0.8711</w:t>
        <w:br/>
        <w:t>vn -0.0135 0.4372 -0.8992</w:t>
        <w:br/>
        <w:t>vn -0.0042 0.2394 -0.9709</w:t>
        <w:br/>
        <w:t>vn -0.8454 -0.0124 -0.5339</w:t>
        <w:br/>
        <w:t>vn -0.9548 0.1795 -0.2371</w:t>
        <w:br/>
        <w:t>vn -0.1482 0.1126 -0.9825</w:t>
        <w:br/>
        <w:t>vn -0.6103 0.1030 -0.7854</w:t>
        <w:br/>
        <w:t>vn -0.3818 0.0001 0.9243</w:t>
        <w:br/>
        <w:t>vn -0.5133 0.0891 0.8536</w:t>
        <w:br/>
        <w:t>vn -0.6373 -0.0532 0.7688</w:t>
        <w:br/>
        <w:t>vn -0.2980 0.0721 0.9518</w:t>
        <w:br/>
        <w:t>vn 0.0069 0.9860 0.1668</w:t>
        <w:br/>
        <w:t>vn 0.0279 0.9863 0.1629</w:t>
        <w:br/>
        <w:t>vn 0.0309 0.9845 0.1728</w:t>
        <w:br/>
        <w:t>vn -0.0081 -0.0788 0.9969</w:t>
        <w:br/>
        <w:t>vn 0.7727 -0.0148 0.6346</w:t>
        <w:br/>
        <w:t>vn -0.0147 0.9854 0.1697</w:t>
        <w:br/>
        <w:t>vn -0.0346 0.9834 0.1779</w:t>
        <w:br/>
        <w:t>vn 0.1385 -0.1910 0.9718</w:t>
        <w:br/>
        <w:t>vn 0.3058 -0.9280 -0.2127</w:t>
        <w:br/>
        <w:t>vn 0.2863 -0.0711 0.9555</w:t>
        <w:br/>
        <w:t>vn 0.5429 -0.0622 0.8375</w:t>
        <w:br/>
        <w:t>vn 0.6257 -0.0541 0.7782</w:t>
        <w:br/>
        <w:t>vn -0.0262 -0.1378 0.9901</w:t>
        <w:br/>
        <w:t>vn -0.5381 -0.2366 0.8090</w:t>
        <w:br/>
        <w:t>vn -0.6895 -0.0870 0.7190</w:t>
        <w:br/>
        <w:t>vn 0.4685 -0.0756 0.8802</w:t>
        <w:br/>
        <w:t>vn -0.0341 0.9829 0.1811</w:t>
        <w:br/>
        <w:t>vn 0.3612 -0.0947 0.9276</w:t>
        <w:br/>
        <w:t>vn -0.9195 0.3018 0.2520</w:t>
        <w:br/>
        <w:t>vn -0.9726 -0.0457 0.2279</w:t>
        <w:br/>
        <w:t>vn -0.9207 0.3037 0.2450</w:t>
        <w:br/>
        <w:t>vn 0.1280 -0.9914 -0.0280</w:t>
        <w:br/>
        <w:t>vn 0.0933 -0.9956 0.0040</w:t>
        <w:br/>
        <w:t>vn 0.1339 -0.9907 -0.0238</w:t>
        <w:br/>
        <w:t>vn 0.4073 -0.0787 0.9099</w:t>
        <w:br/>
        <w:t>vn 0.0956 -0.9954 -0.0024</w:t>
        <w:br/>
        <w:t>vn 0.0525 -0.9981 0.0318</w:t>
        <w:br/>
        <w:t>vn -0.9753 -0.0451 0.2162</w:t>
        <w:br/>
        <w:t>vn 0.0539 -0.9974 0.0487</w:t>
        <w:br/>
        <w:t>vn -0.8991 -0.3721 0.2304</w:t>
        <w:br/>
        <w:t>vn -0.9683 -0.0558 0.2433</w:t>
        <w:br/>
        <w:t>vn -0.8974 -0.3715 0.2380</w:t>
        <w:br/>
        <w:t>vn 0.3863 -0.1073 0.9161</w:t>
        <w:br/>
        <w:t>vn 0.3756 -0.0906 0.9223</w:t>
        <w:br/>
        <w:t>vn -0.9736 -0.0650 0.2187</w:t>
        <w:br/>
        <w:t>vn 0.4386 -0.0706 0.8959</w:t>
        <w:br/>
        <w:t>vn -0.9715 -0.0650 0.2280</w:t>
        <w:br/>
        <w:t>vn -0.9697 -0.0557 0.2379</w:t>
        <w:br/>
        <w:t>vn 0.5433 -0.0621 0.8373</w:t>
        <w:br/>
        <w:t>vn 0.8947 -0.0807 -0.4394</w:t>
        <w:br/>
        <w:t>vn 0.8800 -0.0813 -0.4679</w:t>
        <w:br/>
        <w:t>vn -0.3101 -0.8331 -0.4580</w:t>
        <w:br/>
        <w:t>vn -0.0809 -0.7358 -0.6724</w:t>
        <w:br/>
        <w:t>vn -0.0512 -0.9378 -0.3434</w:t>
        <w:br/>
        <w:t>vn 0.9084 -0.0800 -0.4104</w:t>
        <w:br/>
        <w:t>vn -0.0283 0.8699 -0.4923</w:t>
        <w:br/>
        <w:t>vn -0.3114 0.8085 -0.4994</w:t>
        <w:br/>
        <w:t>vn -0.0066 0.9099 -0.4148</w:t>
        <w:br/>
        <w:t>vn -0.3546 -0.4676 -0.8097</w:t>
        <w:br/>
        <w:t>vn -0.0841 -0.1582 -0.9838</w:t>
        <w:br/>
        <w:t>vn -0.8855 -0.0487 -0.4620</w:t>
        <w:br/>
        <w:t>vn -0.5883 0.6236 -0.5149</w:t>
        <w:br/>
        <w:t>vn -0.8855 -0.0487 -0.4621</w:t>
        <w:br/>
        <w:t>vn -0.0790 -0.1582 -0.9842</w:t>
        <w:br/>
        <w:t>vn -0.7759 -0.5570 -0.2962</w:t>
        <w:br/>
        <w:t>vn -0.0738 -0.1583 -0.9846</w:t>
        <w:br/>
        <w:t>vn -0.7763 0.4204 -0.4697</w:t>
        <w:br/>
        <w:t>vn 0.3069 0.4982 -0.8109</w:t>
        <w:br/>
        <w:t>vn 0.1484 0.1778 -0.9728</w:t>
        <w:br/>
        <w:t>vn 0.1033 0.2273 -0.9683</w:t>
        <w:br/>
        <w:t>vn -0.6449 0.7175 -0.2633</w:t>
        <w:br/>
        <w:t>vn -0.6814 0.7048 -0.1976</w:t>
        <w:br/>
        <w:t>vn -0.6689 0.6982 -0.2552</w:t>
        <w:br/>
        <w:t>vn 0.3565 0.4636 -0.8111</w:t>
        <w:br/>
        <w:t>vn 0.0426 -0.0177 -0.9989</w:t>
        <w:br/>
        <w:t>vn -0.6974 0.7036 -0.1363</w:t>
        <w:br/>
        <w:t>vn 0.4871 0.7950 -0.3616</w:t>
        <w:br/>
        <w:t>vn -0.6956 0.7183 -0.0127</w:t>
        <w:br/>
        <w:t>vn 0.0481 0.0286 -0.9984</w:t>
        <w:br/>
        <w:t>vn 0.1176 0.1319 -0.9843</w:t>
        <w:br/>
        <w:t>vn 0.9315 0.2516 -0.2625</w:t>
        <w:br/>
        <w:t>vn 0.8079 0.4705 -0.3548</w:t>
        <w:br/>
        <w:t>vn 0.7474 0.5252 -0.4069</w:t>
        <w:br/>
        <w:t>vn 0.5545 0.7812 -0.2866</w:t>
        <w:br/>
        <w:t>vn -0.7219 0.6905 0.0457</w:t>
        <w:br/>
        <w:t>vn 0.5470 0.8370 0.0166</w:t>
        <w:br/>
        <w:t>vn -0.7250 0.6641 0.1825</w:t>
        <w:br/>
        <w:t>vn 0.8546 0.4690 -0.2231</w:t>
        <w:br/>
        <w:t>vn 0.9807 0.0117 -0.1950</w:t>
        <w:br/>
        <w:t>vn 0.9647 0.2192 -0.1460</w:t>
        <w:br/>
        <w:t>vn 0.5867 0.8088 0.0418</w:t>
        <w:br/>
        <w:t>vn 0.8553 0.5173 0.0302</w:t>
        <w:br/>
        <w:t>vn 0.9872 0.1592 0.0119</w:t>
        <w:br/>
        <w:t>vn 0.9695 0.2190 0.1098</w:t>
        <w:br/>
        <w:t>vn 0.8712 0.4328 0.2320</w:t>
        <w:br/>
        <w:t>vn 0.9934 0.0162 0.1131</w:t>
        <w:br/>
        <w:t>vn 0.9495 0.1693 0.2642</w:t>
        <w:br/>
        <w:t>vn 0.5656 0.7611 0.3174</w:t>
        <w:br/>
        <w:t>vn 0.6303 0.4277 0.6479</w:t>
        <w:br/>
        <w:t>vn 0.6098 0.4679 0.6397</w:t>
        <w:br/>
        <w:t>vn 0.1524 0.0982 0.9834</w:t>
        <w:br/>
        <w:t>vn 0.5131 0.7699 0.3795</w:t>
        <w:br/>
        <w:t>vn -0.7813 0.6049 0.1537</w:t>
        <w:br/>
        <w:t>vn 0.4602 0.5846 0.6682</w:t>
        <w:br/>
        <w:t>vn 0.0939 -0.0103 0.9955</w:t>
        <w:br/>
        <w:t>vn -0.7110 0.6551 0.2557</w:t>
        <w:br/>
        <w:t>vn 0.2414 0.2616 0.9345</w:t>
        <w:br/>
        <w:t>vn -0.6268 0.7211 0.2954</w:t>
        <w:br/>
        <w:t>vn 0.0718 -0.0276 0.9970</w:t>
        <w:br/>
        <w:t>vn -0.3069 0.4982 -0.8110</w:t>
        <w:br/>
        <w:t>vn -0.1033 0.2273 -0.9683</w:t>
        <w:br/>
        <w:t>vn -0.1484 0.1778 -0.9728</w:t>
        <w:br/>
        <w:t>vn 0.6813 0.7048 -0.1976</w:t>
        <w:br/>
        <w:t>vn 0.6449 0.7175 -0.2633</w:t>
        <w:br/>
        <w:t>vn 0.6688 0.6982 -0.2552</w:t>
        <w:br/>
        <w:t>vn -0.3506 0.4680 -0.8112</w:t>
        <w:br/>
        <w:t>vn -0.0428 -0.0171 -0.9989</w:t>
        <w:br/>
        <w:t>vn 0.6974 0.7036 -0.1364</w:t>
        <w:br/>
        <w:t>vn -0.4871 0.7950 -0.3616</w:t>
        <w:br/>
        <w:t>vn 0.6956 0.7183 -0.0127</w:t>
        <w:br/>
        <w:t>vn -0.0481 0.0286 -0.9984</w:t>
        <w:br/>
        <w:t>vn -0.1176 0.1319 -0.9843</w:t>
        <w:br/>
        <w:t>vn -0.8078 0.4704 -0.3552</w:t>
        <w:br/>
        <w:t>vn -0.9315 0.2516 -0.2625</w:t>
        <w:br/>
        <w:t>vn -0.7474 0.5252 -0.4069</w:t>
        <w:br/>
        <w:t>vn -0.5446 0.7882 -0.2867</w:t>
        <w:br/>
        <w:t>vn 0.7219 0.6905 0.0457</w:t>
        <w:br/>
        <w:t>vn -0.5470 0.8370 0.0166</w:t>
        <w:br/>
        <w:t>vn 0.7250 0.6641 0.1825</w:t>
        <w:br/>
        <w:t>vn -0.8546 0.4690 -0.2231</w:t>
        <w:br/>
        <w:t>vn -0.9807 0.0118 -0.1952</w:t>
        <w:br/>
        <w:t>vn -0.9647 0.2193 -0.1460</w:t>
        <w:br/>
        <w:t>vn -0.5753 0.8169 0.0418</w:t>
        <w:br/>
        <w:t>vn -0.8553 0.5173 0.0302</w:t>
        <w:br/>
        <w:t>vn -0.9872 0.1592 0.0119</w:t>
        <w:br/>
        <w:t>vn -0.9695 0.2191 0.1098</w:t>
        <w:br/>
        <w:t>vn -0.8712 0.4328 0.2319</w:t>
        <w:br/>
        <w:t>vn -0.9934 0.0162 0.1131</w:t>
        <w:br/>
        <w:t>vn -0.9495 0.1692 0.2642</w:t>
        <w:br/>
        <w:t>vn -0.5560 0.7682 0.3174</w:t>
        <w:br/>
        <w:t>vn -0.6303 0.4278 0.6479</w:t>
        <w:br/>
        <w:t>vn -0.6098 0.4679 0.6397</w:t>
        <w:br/>
        <w:t>vn -0.1511 0.1001 0.9834</w:t>
        <w:br/>
        <w:t>vn -0.5131 0.7699 0.3794</w:t>
        <w:br/>
        <w:t>vn 0.7813 0.6049 0.1537</w:t>
        <w:br/>
        <w:t>vn -0.4528 0.5903 0.6682</w:t>
        <w:br/>
        <w:t>vn -0.0939 -0.0090 0.9955</w:t>
        <w:br/>
        <w:t>vn 0.7110 0.6551 0.2557</w:t>
        <w:br/>
        <w:t>vn -0.2414 0.2616 0.9345</w:t>
        <w:br/>
        <w:t>vn 0.6268 0.7211 0.2954</w:t>
        <w:br/>
        <w:t>vn -0.0718 -0.0276 0.9970</w:t>
        <w:br/>
        <w:t>vn 0.4094 -0.5203 0.7495</w:t>
        <w:br/>
        <w:t>vn 0.0000 -0.5641 0.8257</w:t>
        <w:br/>
        <w:t>vn -0.0000 -0.5411 0.8410</w:t>
        <w:br/>
        <w:t>vn -0.4094 -0.5203 0.7495</w:t>
        <w:br/>
        <w:t>vn 0.5496 -0.4899 0.6767</w:t>
        <w:br/>
        <w:t>vn 0.7901 -0.3271 0.5184</w:t>
        <w:br/>
        <w:t>vn -0.5496 -0.4899 0.6767</w:t>
        <w:br/>
        <w:t>vn -0.7901 -0.3271 0.5184</w:t>
        <w:br/>
        <w:t>vn 0.8797 -0.2118 0.4258</w:t>
        <w:br/>
        <w:t>vn 0.9717 0.1259 0.1997</w:t>
        <w:br/>
        <w:t>vn -0.8797 -0.2118 0.4258</w:t>
        <w:br/>
        <w:t>vn -0.9717 0.1259 0.1997</w:t>
        <w:br/>
        <w:t>vn 0.9717 0.1259 0.1996</w:t>
        <w:br/>
        <w:t>vn -0.9717 0.1259 0.1996</w:t>
        <w:br/>
        <w:t>vn 0.8761 0.4820 0.0058</w:t>
        <w:br/>
        <w:t>vn 0.7855 0.6166 -0.0531</w:t>
        <w:br/>
        <w:t>vn -0.8761 0.4820 0.0058</w:t>
        <w:br/>
        <w:t>vn -0.7855 0.6166 -0.0531</w:t>
        <w:br/>
        <w:t>vn 0.5443 0.8297 -0.1236</w:t>
        <w:br/>
        <w:t>vn 0.4048 0.9068 -0.1174</w:t>
        <w:br/>
        <w:t>vn -0.5443 0.8297 -0.1236</w:t>
        <w:br/>
        <w:t>vn -0.4048 0.9068 -0.1174</w:t>
        <w:br/>
        <w:t>vn 0.0000 0.9783 0.2070</w:t>
        <w:br/>
        <w:t>vn 0.0000 0.9955 -0.0946</w:t>
        <w:br/>
        <w:t>vn -0.0603 0.6190 0.7831</w:t>
        <w:br/>
        <w:t>vn -0.1044 0.5817 0.8067</w:t>
        <w:br/>
        <w:t>vn -0.0000 0.5346 0.8451</w:t>
        <w:br/>
        <w:t>vn -0.1206 0.5307 0.8389</w:t>
        <w:br/>
        <w:t>vn 0.0603 0.6190 0.7831</w:t>
        <w:br/>
        <w:t>vn -0.1044 0.4797 0.8712</w:t>
        <w:br/>
        <w:t>vn 0.1044 0.5817 0.8067</w:t>
        <w:br/>
        <w:t>vn -0.0603 0.4424 0.8948</w:t>
        <w:br/>
        <w:t>vn 0.1206 0.5307 0.8389</w:t>
        <w:br/>
        <w:t>vn -0.0000 0.4288 0.9034</w:t>
        <w:br/>
        <w:t>vn 0.1044 0.4797 0.8712</w:t>
        <w:br/>
        <w:t>vn 0.0603 0.4424 0.8948</w:t>
        <w:br/>
        <w:t>vn -0.4497 -0.8803 0.1512</w:t>
        <w:br/>
        <w:t>vn -0.3914 -0.9113 -0.1277</w:t>
        <w:br/>
        <w:t>vn -0.3768 -0.8788 -0.2930</w:t>
        <w:br/>
        <w:t>vn 0.6944 -0.6467 0.3155</w:t>
        <w:br/>
        <w:t>vn 0.4587 -0.7058 0.5398</w:t>
        <w:br/>
        <w:t>vn 0.7766 -0.5917 0.2164</w:t>
        <w:br/>
        <w:t>vn -0.2560 -0.6878 0.6792</w:t>
        <w:br/>
        <w:t>vn -0.8701 -0.1417 0.4721</w:t>
        <w:br/>
        <w:t>vn -0.8880 -0.1133 0.4457</w:t>
        <w:br/>
        <w:t>vn -0.0451 -0.8006 0.5975</w:t>
        <w:br/>
        <w:t>vn 0.1432 0.2218 0.9645</w:t>
        <w:br/>
        <w:t>vn 0.1431 0.2217 0.9646</w:t>
        <w:br/>
        <w:t>vn 0.1623 0.2615 0.9515</w:t>
        <w:br/>
        <w:t>vn -0.2886 -0.5405 0.7903</w:t>
        <w:br/>
        <w:t>vn -0.2560 -0.6878 0.6793</w:t>
        <w:br/>
        <w:t>vn -0.4515 -0.5972 0.6629</w:t>
        <w:br/>
        <w:t>vn -0.2887 -0.5405 0.7903</w:t>
        <w:br/>
        <w:t>vn -0.8879 -0.1133 0.4458</w:t>
        <w:br/>
        <w:t>vn -0.2559 -0.6878 0.6793</w:t>
        <w:br/>
        <w:t>vn -0.5502 -0.6320 0.5458</w:t>
        <w:br/>
        <w:t>vn 0.1236 0.1816 0.9756</w:t>
        <w:br/>
        <w:t>vn -0.0066 -0.8045 0.5939</w:t>
        <w:br/>
        <w:t>vn 0.0116 -0.7571 0.6533</w:t>
        <w:br/>
        <w:t>vn -0.0451 -0.8007 0.5974</w:t>
        <w:br/>
        <w:t>vn -0.5503 -0.6319 0.5458</w:t>
        <w:br/>
        <w:t>vn -0.3350 -0.7473 0.5739</w:t>
        <w:br/>
        <w:t>vn -0.0065 -0.8045 0.5940</w:t>
        <w:br/>
        <w:t>vn -0.2885 -0.5405 0.7903</w:t>
        <w:br/>
        <w:t>vn 0.0912 -0.5937 0.7995</w:t>
        <w:br/>
        <w:t>vn 0.8741 -0.4795 0.0772</w:t>
        <w:br/>
        <w:t>vn 0.8742 -0.4795 0.0771</w:t>
        <w:br/>
        <w:t>vn 0.8757 -0.4772 0.0733</w:t>
        <w:br/>
        <w:t>vn -0.3039 -0.6690 -0.6783</w:t>
        <w:br/>
        <w:t>vn -0.3099 -0.6798 -0.6647</w:t>
        <w:br/>
        <w:t>vn 0.8726 -0.4817 0.0810</w:t>
        <w:br/>
        <w:t>vn 0.2681 0.5454 0.7941</w:t>
        <w:br/>
        <w:t>vn 0.2641 0.5376 0.8008</w:t>
        <w:br/>
        <w:t>vn 0.2642 0.5376 0.8007</w:t>
        <w:br/>
        <w:t>vn -0.2979 -0.6579 -0.6917</w:t>
        <w:br/>
        <w:t>vn 0.2602 0.5299 0.8072</w:t>
        <w:br/>
        <w:t>vn -0.9609 0.2771 -0.0010</w:t>
        <w:br/>
        <w:t>vn -0.9609 0.2770 -0.0010</w:t>
        <w:br/>
        <w:t>vn -0.9661 0.2579 0.0103</w:t>
        <w:br/>
        <w:t>vn -0.9551 0.2961 -0.0124</w:t>
        <w:br/>
        <w:t>vn 0.3914 -0.9113 -0.1278</w:t>
        <w:br/>
        <w:t>vn 0.4496 -0.8803 0.1514</w:t>
        <w:br/>
        <w:t>vn 0.3768 -0.8786 -0.2933</w:t>
        <w:br/>
        <w:t>vn -0.4587 -0.7058 0.5398</w:t>
        <w:br/>
        <w:t>vn -0.6945 -0.6467 0.3155</w:t>
        <w:br/>
        <w:t>vn -0.7768 -0.5915 0.2161</w:t>
        <w:br/>
        <w:t>vn 0.2560 -0.6879 0.6792</w:t>
        <w:br/>
        <w:t>vn 0.8880 -0.1133 0.4457</w:t>
        <w:br/>
        <w:t>vn 0.8701 -0.1417 0.4721</w:t>
        <w:br/>
        <w:t>vn 0.0451 -0.8006 0.5974</w:t>
        <w:br/>
        <w:t>vn -0.1432 0.2218 0.9645</w:t>
        <w:br/>
        <w:t>vn -0.1624 0.2616 0.9514</w:t>
        <w:br/>
        <w:t>vn 0.2560 -0.6878 0.6793</w:t>
        <w:br/>
        <w:t>vn 0.2886 -0.5405 0.7903</w:t>
        <w:br/>
        <w:t>vn 0.2887 -0.5405 0.7903</w:t>
        <w:br/>
        <w:t>vn 0.4511 -0.5974 0.6630</w:t>
        <w:br/>
        <w:t>vn 0.4497 -0.8803 0.1512</w:t>
        <w:br/>
        <w:t>vn 0.8879 -0.1133 0.4458</w:t>
        <w:br/>
        <w:t>vn 0.5502 -0.6320 0.5458</w:t>
        <w:br/>
        <w:t>vn -0.1236 0.1815 0.9756</w:t>
        <w:br/>
        <w:t>vn 0.0066 -0.8045 0.5939</w:t>
        <w:br/>
        <w:t>vn -0.0116 -0.7570 0.6533</w:t>
        <w:br/>
        <w:t>vn 0.5502 -0.6319 0.5458</w:t>
        <w:br/>
        <w:t>vn 0.0451 -0.8007 0.5974</w:t>
        <w:br/>
        <w:t>vn 0.3350 -0.7473 0.5739</w:t>
        <w:br/>
        <w:t>vn 0.0065 -0.8045 0.5940</w:t>
        <w:br/>
        <w:t>vn 0.2885 -0.5405 0.7903</w:t>
        <w:br/>
        <w:t>vn -0.0910 -0.5936 0.7996</w:t>
        <w:br/>
        <w:t>vn -0.8742 -0.4795 0.0771</w:t>
        <w:br/>
        <w:t>vn -0.8742 -0.4795 0.0772</w:t>
        <w:br/>
        <w:t>vn -0.8757 -0.4772 0.0733</w:t>
        <w:br/>
        <w:t>vn 0.3039 -0.6690 -0.6783</w:t>
        <w:br/>
        <w:t>vn 0.3099 -0.6798 -0.6647</w:t>
        <w:br/>
        <w:t>vn -0.8726 -0.4816 0.0809</w:t>
        <w:br/>
        <w:t>vn -0.2641 0.5375 0.8008</w:t>
        <w:br/>
        <w:t>vn -0.2641 0.5376 0.8008</w:t>
        <w:br/>
        <w:t>vn -0.2680 0.5452 0.7943</w:t>
        <w:br/>
        <w:t>vn 0.2979 -0.6579 -0.6917</w:t>
        <w:br/>
        <w:t>vn -0.2602 0.5299 0.8072</w:t>
        <w:br/>
        <w:t>vn 0.9609 0.2770 -0.0010</w:t>
        <w:br/>
        <w:t>vn 0.9661 0.2579 0.0104</w:t>
        <w:br/>
        <w:t>vn 0.9551 0.2961 -0.0124</w:t>
        <w:br/>
        <w:t>vn 0.4835 0.7297 0.4835</w:t>
        <w:br/>
        <w:t>vn 0.8431 0.4090 0.3492</w:t>
        <w:br/>
        <w:t>vn 0.5805 0.7779 0.2405</w:t>
        <w:br/>
        <w:t>vn -0.0000 0.9725 0.2328</w:t>
        <w:br/>
        <w:t>vn 0.6759 0.2937 0.6759</w:t>
        <w:br/>
        <w:t>vn 0.9191 -0.1015 0.3807</w:t>
        <w:br/>
        <w:t>vn -0.0000 0.8014 0.5981</w:t>
        <w:br/>
        <w:t>vn 0.7028 -0.1099 0.7028</w:t>
        <w:br/>
        <w:t>vn 0.0000 0.4365 0.8997</w:t>
        <w:br/>
        <w:t>vn -0.4835 0.7297 0.4835</w:t>
        <w:br/>
        <w:t>vn -0.5806 0.7779 0.2404</w:t>
        <w:br/>
        <w:t>vn -0.8431 0.4090 0.3492</w:t>
        <w:br/>
        <w:t>vn -0.6759 0.2937 0.6759</w:t>
        <w:br/>
        <w:t>vn -0.9191 -0.1016 0.3807</w:t>
        <w:br/>
        <w:t>vn 0.0000 -0.1099 0.9939</w:t>
        <w:br/>
        <w:t>vn -0.7028 -0.1099 0.7028</w:t>
        <w:br/>
        <w:t>vn -0.5783 -0.5754 0.5783</w:t>
        <w:br/>
        <w:t>vn -0.7048 -0.6465 0.2920</w:t>
        <w:br/>
        <w:t>vn 0.0000 -0.9411 0.3383</w:t>
        <w:br/>
        <w:t>vn 0.0000 -0.6759 0.7369</w:t>
        <w:br/>
        <w:t>vn 0.5783 -0.5754 0.5783</w:t>
        <w:br/>
        <w:t>vn 0.7048 -0.6465 0.2920</w:t>
        <w:br/>
        <w:t>vn -0.4835 0.7297 -0.4835</w:t>
        <w:br/>
        <w:t>vn -0.8431 0.4090 -0.3492</w:t>
        <w:br/>
        <w:t>vn -0.5806 0.7779 -0.2404</w:t>
        <w:br/>
        <w:t>vn -0.0000 0.9725 -0.2328</w:t>
        <w:br/>
        <w:t>vn -0.6759 0.2937 -0.6760</w:t>
        <w:br/>
        <w:t>vn -0.9191 -0.1015 -0.3807</w:t>
        <w:br/>
        <w:t>vn 0.0000 0.8014 -0.5981</w:t>
        <w:br/>
        <w:t>vn -0.7028 -0.1099 -0.7028</w:t>
        <w:br/>
        <w:t>vn -0.0000 0.4365 -0.8997</w:t>
        <w:br/>
        <w:t>vn 0.4835 0.7297 -0.4835</w:t>
        <w:br/>
        <w:t>vn 0.5806 0.7779 -0.2405</w:t>
        <w:br/>
        <w:t>vn 0.8431 0.4090 -0.3492</w:t>
        <w:br/>
        <w:t>vn 0.6759 0.2937 -0.6759</w:t>
        <w:br/>
        <w:t>vn 0.9191 -0.1016 -0.3807</w:t>
        <w:br/>
        <w:t>vn -0.0000 -0.1099 -0.9939</w:t>
        <w:br/>
        <w:t>vn 0.7028 -0.1099 -0.7028</w:t>
        <w:br/>
        <w:t>vn 0.5783 -0.5754 -0.5783</w:t>
        <w:br/>
        <w:t>vn 0.7048 -0.6465 -0.2919</w:t>
        <w:br/>
        <w:t>vn 0.0000 -0.9411 -0.3383</w:t>
        <w:br/>
        <w:t>vn -0.0000 -0.6759 -0.7369</w:t>
        <w:br/>
        <w:t>vn -0.5783 -0.5754 -0.5783</w:t>
        <w:br/>
        <w:t>vn -0.7048 -0.6465 -0.2920</w:t>
        <w:br/>
        <w:t>vn -0.0000 0.9725 0.2329</w:t>
        <w:br/>
        <w:t>vn 0.7028 -0.1098 0.7028</w:t>
        <w:br/>
        <w:t>vn -0.5805 0.7779 0.2404</w:t>
        <w:br/>
        <w:t>vn -0.6759 0.2937 0.6760</w:t>
        <w:br/>
        <w:t>vn 0.0000 -0.1098 0.9939</w:t>
        <w:br/>
        <w:t>vn -0.7028 -0.1098 0.7028</w:t>
        <w:br/>
        <w:t>vn -0.7048 -0.6465 0.2919</w:t>
        <w:br/>
        <w:t>vn -0.0000 -0.9411 0.3382</w:t>
        <w:br/>
        <w:t>vn 0.0000 -0.6760 0.7369</w:t>
        <w:br/>
        <w:t>vn -0.0000 0.9725 -0.2329</w:t>
        <w:br/>
        <w:t>vn -0.6759 0.2937 -0.6759</w:t>
        <w:br/>
        <w:t>vn -0.9191 -0.1016 -0.3807</w:t>
        <w:br/>
        <w:t>vn -0.7028 -0.1098 -0.7028</w:t>
        <w:br/>
        <w:t>vn 0.0000 -0.1098 -0.9939</w:t>
        <w:br/>
        <w:t>vn 0.7048 -0.6465 -0.2920</w:t>
        <w:br/>
        <w:t>vn -0.0000 -0.9411 -0.3382</w:t>
        <w:br/>
        <w:t>vn -0.0000 -0.6760 -0.7369</w:t>
        <w:br/>
        <w:t>vn -0.7048 -0.6465 -0.2919</w:t>
        <w:br/>
        <w:t>vn 0.5806 0.7779 0.2404</w:t>
        <w:br/>
        <w:t>vn -0.0000 0.8015 0.5980</w:t>
        <w:br/>
        <w:t>vn 0.7029 -0.1098 0.7028</w:t>
        <w:br/>
        <w:t>vn -0.9191 -0.1015 0.3807</w:t>
        <w:br/>
        <w:t>vn 0.0000 -0.1098 0.9940</w:t>
        <w:br/>
        <w:t>vn -0.7049 -0.6464 0.2920</w:t>
        <w:br/>
        <w:t>vn 0.0000 -0.6759 0.7370</w:t>
        <w:br/>
        <w:t>vn 0.7049 -0.6465 0.2920</w:t>
        <w:br/>
        <w:t>vn -0.5806 0.7779 -0.2405</w:t>
        <w:br/>
        <w:t>vn 0.0000 0.8015 -0.5980</w:t>
        <w:br/>
        <w:t>vn 0.5806 0.7779 -0.2404</w:t>
        <w:br/>
        <w:t>vn 0.9191 -0.1015 -0.3807</w:t>
        <w:br/>
        <w:t>vn 0.0000 -0.1098 -0.9940</w:t>
        <w:br/>
        <w:t>vn 0.7028 -0.1098 -0.7028</w:t>
        <w:br/>
        <w:t>vn 0.7049 -0.6465 -0.2920</w:t>
        <w:br/>
        <w:t>vn -0.0000 -0.6759 -0.7370</w:t>
        <w:br/>
        <w:t>vn -0.7049 -0.6464 -0.2920</w:t>
        <w:br/>
        <w:t>vn 0.9191 -0.1016 0.3807</w:t>
        <w:br/>
        <w:t>vn -0.5806 0.7779 0.2405</w:t>
        <w:br/>
        <w:t>vn -0.0000 -0.9410 0.3383</w:t>
        <w:br/>
        <w:t>vn -0.0000 -0.9410 -0.3383</w:t>
        <w:br/>
        <w:t>vn 0.5805 0.7779 0.2404</w:t>
        <w:br/>
        <w:t>vn -0.5805 0.7779 0.2405</w:t>
        <w:br/>
        <w:t>vn 0.8430 0.4090 0.3493</w:t>
        <w:br/>
        <w:t>vn -0.8430 0.4090 0.3493</w:t>
        <w:br/>
        <w:t>vn -0.7029 -0.1098 0.7028</w:t>
        <w:br/>
        <w:t>vn -0.7049 -0.6465 0.2920</w:t>
        <w:br/>
        <w:t>vn 0.7049 -0.6465 0.2919</w:t>
        <w:br/>
        <w:t>vn 0.7049 -0.6465 -0.2919</w:t>
        <w:br/>
        <w:t>vn -0.7049 -0.6465 -0.2920</w:t>
        <w:br/>
        <w:t>vn 0.7048 -0.6465 0.2919</w:t>
        <w:br/>
        <w:t>vn -0.5805 0.7779 -0.2405</w:t>
        <w:br/>
        <w:t>vn 0.5805 0.7779 -0.2404</w:t>
        <w:br/>
        <w:t>vn 0.6760 0.2936 0.6759</w:t>
        <w:br/>
        <w:t>vn -0.0000 0.8014 0.5982</w:t>
        <w:br/>
        <w:t>vn -0.0000 0.4364 0.8997</w:t>
        <w:br/>
        <w:t>vn -0.6760 0.2936 0.6759</w:t>
        <w:br/>
        <w:t>vn -0.5805 0.7779 -0.2404</w:t>
        <w:br/>
        <w:t>vn -0.6760 0.2937 -0.6759</w:t>
        <w:br/>
        <w:t>vn 0.0000 0.8014 -0.5982</w:t>
        <w:br/>
        <w:t>vn -0.7029 -0.1098 -0.7028</w:t>
        <w:br/>
        <w:t>vn 0.0000 0.4364 -0.8997</w:t>
        <w:br/>
        <w:t>vn 0.5805 0.7779 -0.2405</w:t>
        <w:br/>
        <w:t>vn 0.6759 0.2936 -0.6759</w:t>
        <w:br/>
        <w:t>vn 0.7029 -0.1098 -0.7028</w:t>
        <w:br/>
        <w:t>vn -0.4565 -0.8840 0.1010</w:t>
        <w:br/>
        <w:t>vn 0.1794 -0.9451 0.2733</w:t>
        <w:br/>
        <w:t>vn -0.4738 -0.8711 0.1290</w:t>
        <w:br/>
        <w:t>vn -0.9137 -0.4050 -0.0333</w:t>
        <w:br/>
        <w:t>vn 0.4034 -0.8554 0.3250</w:t>
        <w:br/>
        <w:t>vn 0.7681 -0.5305 0.3586</w:t>
        <w:br/>
        <w:t>vn -0.9816 -0.1829 -0.0554</w:t>
        <w:br/>
        <w:t>vn -0.9712 0.2370 -0.0242</w:t>
        <w:br/>
        <w:t>vn 0.8966 -0.2708 0.3505</w:t>
        <w:br/>
        <w:t>vn 0.8998 0.2298 0.3709</w:t>
        <w:br/>
        <w:t>vn -0.8930 0.4497 0.0188</w:t>
        <w:br/>
        <w:t>vn -0.4700 0.8579 0.2077</w:t>
        <w:br/>
        <w:t>vn 0.7830 0.4762 0.4003</w:t>
        <w:br/>
        <w:t>vn 0.4068 0.8223 0.3979</w:t>
        <w:br/>
        <w:t>vn -0.2413 -0.0901 0.9663</w:t>
        <w:br/>
        <w:t>vn -0.2474 -0.0850 0.9652</w:t>
        <w:br/>
        <w:t>vn -0.0790 -0.0733 0.9942</w:t>
        <w:br/>
        <w:t>vn 0.1581 0.9204 0.3575</w:t>
        <w:br/>
        <w:t>vn -0.2961 -0.1015 0.9497</w:t>
        <w:br/>
        <w:t>vn -0.2688 -0.0995 0.9580</w:t>
        <w:br/>
        <w:t>vn -0.4837 0.8571 0.1771</w:t>
        <w:br/>
        <w:t>vn -0.1927 -0.1106 0.9750</w:t>
        <w:br/>
        <w:t>vn -0.2994 -0.0944 0.9495</w:t>
        <w:br/>
        <w:t>vn -0.4532 -0.0741 0.8883</w:t>
        <w:br/>
        <w:t>vn 0.0792 -0.9324 0.3528</w:t>
        <w:br/>
        <w:t>vn -0.2493 -0.8690 0.4273</w:t>
        <w:br/>
        <w:t>vn -0.2435 -0.8588 0.4508</w:t>
        <w:br/>
        <w:t>vn -0.7205 -0.5170 0.4621</w:t>
        <w:br/>
        <w:t>vn 0.0808 -0.9391 0.3339</w:t>
        <w:br/>
        <w:t>vn 0.1368 -0.9305 0.3398</w:t>
        <w:br/>
        <w:t>vn -0.8574 -0.2708 0.4377</w:t>
        <w:br/>
        <w:t>vn -0.8373 0.2985 0.4582</w:t>
        <w:br/>
        <w:t>vn 0.2730 -0.0790 0.9588</w:t>
        <w:br/>
        <w:t>vn 0.2968 -0.0743 0.9520</w:t>
        <w:br/>
        <w:t>vn 0.3999 -0.0597 0.9146</w:t>
        <w:br/>
        <w:t>vn -0.8382 0.3023 0.4539</w:t>
        <w:br/>
        <w:t>vn 0.2093 -0.0898 0.9737</w:t>
        <w:br/>
        <w:t>vn -0.3412 0.8334 0.4347</w:t>
        <w:br/>
        <w:t>vn 0.2384 -0.0912 0.9669</w:t>
        <w:br/>
        <w:t>vn -0.3357 0.8281 0.4489</w:t>
        <w:br/>
        <w:t>vn 0.0536 0.9489 0.3111</w:t>
        <w:br/>
        <w:t>vn 0.0603 0.9529 0.2973</w:t>
        <w:br/>
        <w:t>vn 0.2548 -0.0935 0.9625</w:t>
        <w:br/>
        <w:t>vn 0.0972 0.9470 0.3062</w:t>
        <w:br/>
        <w:t>vn 0.3134 -0.0922 0.9451</w:t>
        <w:br/>
        <w:t>vn 0.1320 -0.9396 0.3158</w:t>
        <w:br/>
        <w:t>vn 0.0942 0.9524 0.2900</w:t>
        <w:br/>
        <w:t>vn 0.3409 -0.1002 0.9347</w:t>
        <w:br/>
        <w:t>vn 0.5468 -0.6466 0.5318</w:t>
        <w:br/>
        <w:t>vn 0.3873 -0.0887 0.9177</w:t>
        <w:br/>
        <w:t>vn 0.5327 -0.8032 0.2667</w:t>
        <w:br/>
        <w:t>vn 0.9079 -0.4187 0.0203</w:t>
        <w:br/>
        <w:t>vn 0.3632 0.8976 0.2496</w:t>
        <w:br/>
        <w:t>vn 0.3410 -0.1002 0.9347</w:t>
        <w:br/>
        <w:t>vn 0.5468 -0.6466 0.5319</w:t>
        <w:br/>
        <w:t>vn 0.4884 -0.0989 0.8670</w:t>
        <w:br/>
        <w:t>vn 0.5995 0.7809 0.1755</w:t>
        <w:br/>
        <w:t>vn 0.9701 -0.1881 0.1536</w:t>
        <w:br/>
        <w:t>vn 0.4589 -0.1101 0.8816</w:t>
        <w:br/>
        <w:t>vn 0.9696 0.2296 -0.0847</w:t>
        <w:br/>
        <w:t>vn 0.8947 0.4463 -0.0186</w:t>
        <w:br/>
        <w:t>vn 0.4883 -0.0989 0.8670</w:t>
        <w:br/>
        <w:t>vn 0.6336 -0.0675 0.7707</w:t>
        <w:br/>
        <w:t>vn -0.4244 -0.8511 0.3091</w:t>
        <w:br/>
        <w:t>vn -0.3313 -0.9126 -0.2397</w:t>
        <w:br/>
        <w:t>vn -0.2988 -0.8665 -0.3998</w:t>
        <w:br/>
        <w:t>vn 0.6877 -0.6413 0.3403</w:t>
        <w:br/>
        <w:t>vn 0.6878 -0.6411 0.3403</w:t>
        <w:br/>
        <w:t>vn 0.7771 -0.5751 0.2558</w:t>
        <w:br/>
        <w:t>vn -0.1251 -0.7971 0.5908</w:t>
        <w:br/>
        <w:t>vn -0.9272 -0.1832 0.3266</w:t>
        <w:br/>
        <w:t>vn -0.9272 -0.1832 0.3267</w:t>
        <w:br/>
        <w:t>vn -0.9111 -0.2129 0.3528</w:t>
        <w:br/>
        <w:t>vn 0.1546 -0.8734 0.4618</w:t>
        <w:br/>
        <w:t>vn 0.0189 0.1500 0.9885</w:t>
        <w:br/>
        <w:t>vn 0.0377 0.1914 0.9808</w:t>
        <w:br/>
        <w:t>vn 0.0001 0.1082 0.9941</w:t>
        <w:br/>
        <w:t>vn -0.4449 -0.7506 0.4885</w:t>
        <w:br/>
        <w:t>vn -0.4821 -0.6709 0.5635</w:t>
        <w:br/>
        <w:t>vn -0.4069 -0.7679 0.4948</w:t>
        <w:br/>
        <w:t>vn 0.1547 -0.8734 0.4617</w:t>
        <w:br/>
        <w:t>vn -0.4450 -0.7506 0.4884</w:t>
        <w:br/>
        <w:t>vn -0.3157 -0.5799 0.7510</w:t>
        <w:br/>
        <w:t>vn -0.0371 -0.8488 0.5275</w:t>
        <w:br/>
        <w:t>vn 0.0256 -0.6506 0.7590</w:t>
        <w:br/>
        <w:t>vn -0.1906 -0.6243 -0.7576</w:t>
        <w:br/>
        <w:t>vn -0.1977 -0.6365 -0.7455</w:t>
        <w:br/>
        <w:t>vn 0.8815 -0.4493 0.1454</w:t>
        <w:br/>
        <w:t>vn 0.8815 -0.4492 0.1454</w:t>
        <w:br/>
        <w:t>vn 0.8833 -0.4468 0.1421</w:t>
        <w:br/>
        <w:t>vn -0.1835 -0.6118 -0.7694</w:t>
        <w:br/>
        <w:t>vn 0.8797 -0.4518 0.1487</w:t>
        <w:br/>
        <w:t>vn 0.1476 0.4904 0.8589</w:t>
        <w:br/>
        <w:t>vn 0.1432 0.4819 0.8644</w:t>
        <w:br/>
        <w:t>vn 0.1432 0.4820 0.8644</w:t>
        <w:br/>
        <w:t>vn -0.9648 0.2460 -0.0928</w:t>
        <w:br/>
        <w:t>vn -0.9705 0.2262 -0.0837</w:t>
        <w:br/>
        <w:t>vn 0.1389 0.4736 0.8697</w:t>
        <w:br/>
        <w:t>vn -0.9587 0.2657 -0.1019</w:t>
        <w:br/>
        <w:t>vn -0.6307 0.6867 -0.3616</w:t>
        <w:br/>
        <w:t>vn -0.5942 0.7028 -0.3911</w:t>
        <w:br/>
        <w:t>vn -0.2410 0.6905 -0.6820</w:t>
        <w:br/>
        <w:t>vn 0.2635 0.8018 0.5364</w:t>
        <w:br/>
        <w:t>vn 0.2636 0.8018 0.5363</w:t>
        <w:br/>
        <w:t>vn 0.2755 0.8207 0.5006</w:t>
        <w:br/>
        <w:t>vn -0.6655 0.6690 -0.3311</w:t>
        <w:br/>
        <w:t>vn 0.0055 -0.0678 -0.9977</w:t>
        <w:br/>
        <w:t>vn -0.0234 -0.1261 -0.9917</w:t>
        <w:br/>
        <w:t>vn 0.8268 0.4650 -0.3167</w:t>
        <w:br/>
        <w:t>vn 0.9396 0.1580 -0.3036</w:t>
        <w:br/>
        <w:t>vn 0.9490 0.1249 -0.2894</w:t>
        <w:br/>
        <w:t>vn 0.0344 -0.0092 -0.9994</w:t>
        <w:br/>
        <w:t>vn 0.2511 0.7815 0.5712</w:t>
        <w:br/>
        <w:t>vn 0.2310 0.7024 -0.6732</w:t>
        <w:br/>
        <w:t>vn 0.5989 0.4878 -0.6352</w:t>
        <w:br/>
        <w:t>vn 0.6555 0.6506 -0.3835</w:t>
        <w:br/>
        <w:t>vn 0.7155 0.4958 -0.4922</w:t>
        <w:br/>
        <w:t>vn -0.2411 0.6904 -0.6820</w:t>
        <w:br/>
        <w:t>vn 0.1309 0.6231 -0.7711</w:t>
        <w:br/>
        <w:t>vn 0.5988 0.4877 -0.6353</w:t>
        <w:br/>
        <w:t>vn 0.2311 0.7024 -0.6732</w:t>
        <w:br/>
        <w:t>vn 0.5161 0.8049 -0.2930</w:t>
        <w:br/>
        <w:t>vn -0.0094 0.9429 -0.3330</w:t>
        <w:br/>
        <w:t>vn -0.0245 0.8826 -0.4696</w:t>
        <w:br/>
        <w:t>vn 0.8268 0.4650 -0.3166</w:t>
        <w:br/>
        <w:t>vn 0.5161 0.8049 -0.2929</w:t>
        <w:br/>
        <w:t>vn -0.0244 0.8826 -0.4694</w:t>
        <w:br/>
        <w:t>vn -0.0095 0.9429 -0.3330</w:t>
        <w:br/>
        <w:t>vn 0.3313 -0.9126 -0.2397</w:t>
        <w:br/>
        <w:t>vn 0.4244 -0.8511 0.3092</w:t>
        <w:br/>
        <w:t>vn 0.2989 -0.8667 -0.3993</w:t>
        <w:br/>
        <w:t>vn -0.6877 -0.6412 0.3404</w:t>
        <w:br/>
        <w:t>vn -0.6877 -0.6413 0.3403</w:t>
        <w:br/>
        <w:t>vn -0.7770 -0.5751 0.2558</w:t>
        <w:br/>
        <w:t>vn 0.1250 -0.7971 0.5907</w:t>
        <w:br/>
        <w:t>vn 0.9272 -0.1832 0.3267</w:t>
        <w:br/>
        <w:t>vn 0.9273 -0.1831 0.3266</w:t>
        <w:br/>
        <w:t>vn 0.9112 -0.2129 0.3528</w:t>
        <w:br/>
        <w:t>vn -0.1547 -0.8734 0.4617</w:t>
        <w:br/>
        <w:t>vn -0.0189 0.1500 0.9885</w:t>
        <w:br/>
        <w:t>vn -0.0189 0.1499 0.9885</w:t>
        <w:br/>
        <w:t>vn -0.0377 0.1915 0.9808</w:t>
        <w:br/>
        <w:t>vn -0.0001 0.1082 0.9941</w:t>
        <w:br/>
        <w:t>vn 0.4449 -0.7506 0.4885</w:t>
        <w:br/>
        <w:t>vn 0.4821 -0.6709 0.5635</w:t>
        <w:br/>
        <w:t>vn 0.4068 -0.7679 0.4948</w:t>
        <w:br/>
        <w:t>vn 0.4450 -0.7506 0.4884</w:t>
        <w:br/>
        <w:t>vn -0.1547 -0.8735 0.4617</w:t>
        <w:br/>
        <w:t>vn 0.4069 -0.7679 0.4948</w:t>
        <w:br/>
        <w:t>vn 0.3157 -0.5800 0.7510</w:t>
        <w:br/>
        <w:t>vn 0.0369 -0.8488 0.5275</w:t>
        <w:br/>
        <w:t>vn -0.0256 -0.6506 0.7590</w:t>
        <w:br/>
        <w:t>vn -0.8815 -0.4493 0.1454</w:t>
        <w:br/>
        <w:t>vn -0.8833 -0.4468 0.1421</w:t>
        <w:br/>
        <w:t>vn 0.1906 -0.6243 -0.7576</w:t>
        <w:br/>
        <w:t>vn 0.1977 -0.6365 -0.7455</w:t>
        <w:br/>
        <w:t>vn -0.8797 -0.4518 0.1487</w:t>
        <w:br/>
        <w:t>vn -0.1432 0.4820 0.8644</w:t>
        <w:br/>
        <w:t>vn -0.1432 0.4819 0.8644</w:t>
        <w:br/>
        <w:t>vn -0.1476 0.4904 0.8589</w:t>
        <w:br/>
        <w:t>vn 0.1835 -0.6119 -0.7694</w:t>
        <w:br/>
        <w:t>vn -0.1389 0.4736 0.8697</w:t>
        <w:br/>
        <w:t>vn 0.9648 0.2460 -0.0928</w:t>
        <w:br/>
        <w:t>vn 0.9705 0.2262 -0.0837</w:t>
        <w:br/>
        <w:t>vn 0.9586 0.2657 -0.1019</w:t>
        <w:br/>
        <w:t>vn 0.6307 0.6867 -0.3616</w:t>
        <w:br/>
        <w:t>vn 0.2410 0.6905 -0.6820</w:t>
        <w:br/>
        <w:t>vn 0.5942 0.7028 -0.3911</w:t>
        <w:br/>
        <w:t>vn -0.2635 0.8018 0.5364</w:t>
        <w:br/>
        <w:t>vn -0.2756 0.8209 0.5002</w:t>
        <w:br/>
        <w:t>vn 0.6655 0.6690 -0.3311</w:t>
        <w:br/>
        <w:t>vn 0.0234 -0.1261 -0.9917</w:t>
        <w:br/>
        <w:t>vn -0.0055 -0.0678 -0.9977</w:t>
        <w:br/>
        <w:t>vn -0.9396 0.1580 -0.3035</w:t>
        <w:br/>
        <w:t>vn -0.8268 0.4650 -0.3167</w:t>
        <w:br/>
        <w:t>vn -0.9490 0.1249 -0.2894</w:t>
        <w:br/>
        <w:t>vn -0.0344 -0.0092 -0.9994</w:t>
        <w:br/>
        <w:t>vn -0.2510 0.7813 0.5715</w:t>
        <w:br/>
        <w:t>vn -0.2310 0.7024 -0.6732</w:t>
        <w:br/>
        <w:t>vn -0.6554 0.6506 -0.3835</w:t>
        <w:br/>
        <w:t>vn -0.5988 0.4878 -0.6352</w:t>
        <w:br/>
        <w:t>vn -0.7155 0.4958 -0.4922</w:t>
        <w:br/>
        <w:t>vn -0.5161 0.8049 -0.2930</w:t>
        <w:br/>
        <w:t>vn 0.0094 0.9429 -0.3330</w:t>
        <w:br/>
        <w:t>vn -0.1309 0.6231 -0.7711</w:t>
        <w:br/>
        <w:t>vn 0.2411 0.6904 -0.6820</w:t>
        <w:br/>
        <w:t>vn -0.5988 0.4877 -0.6353</w:t>
        <w:br/>
        <w:t>vn -0.5161 0.8049 -0.2929</w:t>
        <w:br/>
        <w:t>vn -0.8268 0.4650 -0.3166</w:t>
        <w:br/>
        <w:t>vn 0.0244 0.8826 -0.4694</w:t>
        <w:br/>
        <w:t>vn 0.0244 0.8826 -0.4696</w:t>
        <w:br/>
        <w:t>vn -0.7874 0.0582 -0.6137</w:t>
        <w:br/>
        <w:t>vn -0.6425 0.6305 -0.4355</w:t>
        <w:br/>
        <w:t>vn -0.7874 0.0583 -0.6137</w:t>
        <w:br/>
        <w:t>vn -0.6909 -0.5369 -0.4841</w:t>
        <w:br/>
        <w:t>vn -0.5210 0.8066 -0.2793</w:t>
        <w:br/>
        <w:t>vn -0.1596 0.9680 0.1935</w:t>
        <w:br/>
        <w:t>vn -0.5849 -0.7347 -0.3435</w:t>
        <w:br/>
        <w:t>vn -0.2398 -0.9642 0.1130</w:t>
        <w:br/>
        <w:t>vn -0.7934 0.0075 0.6086</w:t>
        <w:br/>
        <w:t>vn -0.7935 0.0075 0.6086</w:t>
        <w:br/>
        <w:t>vn -0.1596 0.9681 0.1934</w:t>
        <w:br/>
        <w:t>vn 0.1252 -0.8028 0.5830</w:t>
        <w:br/>
        <w:t>vn 0.2467 -0.6267 0.7392</w:t>
        <w:br/>
        <w:t>vn 0.3880 -0.0543 0.9201</w:t>
        <w:br/>
        <w:t>vn 0.2949 0.5407 0.7878</w:t>
        <w:br/>
        <w:t>vn 0.1889 0.7385 0.6472</w:t>
        <w:br/>
        <w:t>vn -0.6426 0.6304 -0.4355</w:t>
        <w:br/>
        <w:t>vn -0.7874 0.0581 -0.6137</w:t>
        <w:br/>
        <w:t>vn -0.6910 -0.5368 -0.4841</w:t>
        <w:br/>
        <w:t>vn -0.5211 0.8065 -0.2793</w:t>
        <w:br/>
        <w:t>vn -0.1598 0.9680 0.1935</w:t>
        <w:br/>
        <w:t>vn -0.5849 -0.7348 -0.3435</w:t>
        <w:br/>
        <w:t>vn -0.2398 -0.9642 0.1129</w:t>
        <w:br/>
        <w:t>vn -0.1598 0.9680 0.1934</w:t>
        <w:br/>
        <w:t>vn 0.1251 -0.8028 0.5830</w:t>
        <w:br/>
        <w:t>vn 0.3880 -0.0544 0.9201</w:t>
        <w:br/>
        <w:t>vn 0.2950 0.5406 0.7879</w:t>
        <w:br/>
        <w:t>vn 0.1890 0.7385 0.6472</w:t>
        <w:br/>
        <w:t>vn -0.6425 0.6304 -0.4356</w:t>
        <w:br/>
        <w:t>vn -0.6909 -0.5368 -0.4842</w:t>
        <w:br/>
        <w:t>vn -0.1597 0.9680 0.1935</w:t>
        <w:br/>
        <w:t>vn -0.7934 0.0075 0.6087</w:t>
        <w:br/>
        <w:t>vn -0.1597 0.9680 0.1934</w:t>
        <w:br/>
        <w:t>vn -0.7935 0.0075 0.6085</w:t>
        <w:br/>
        <w:t>vn 0.2466 -0.6267 0.7392</w:t>
        <w:br/>
        <w:t>vn 0.3879 -0.0544 0.9201</w:t>
        <w:br/>
        <w:t>vn 0.2949 0.5406 0.7879</w:t>
        <w:br/>
        <w:t>vn -0.1596 0.9680 0.1934</w:t>
        <w:br/>
        <w:t>vn -0.1596 0.9680 0.1936</w:t>
        <w:br/>
        <w:t>vn -0.2398 -0.9642 0.1131</w:t>
        <w:br/>
        <w:t>vn -0.3412 0.7575 -0.5566</w:t>
        <w:br/>
        <w:t>vn -0.0214 0.3351 -0.9419</w:t>
        <w:br/>
        <w:t>vn -0.4326 0.6673 -0.6062</w:t>
        <w:br/>
        <w:t>vn -0.5943 0.8025 -0.0525</w:t>
        <w:br/>
        <w:t>vn 0.2639 0.3701 -0.8907</w:t>
        <w:br/>
        <w:t>vn 0.6596 -0.1679 -0.7326</w:t>
        <w:br/>
        <w:t>vn -0.4971 0.8572 0.1348</w:t>
        <w:br/>
        <w:t>vn -0.4030 0.6615 0.6324</w:t>
        <w:br/>
        <w:t>vn 0.7434 -0.0171 -0.6686</w:t>
        <w:br/>
        <w:t>vn -0.2371 0.7022 0.6714</w:t>
        <w:br/>
        <w:t>vn 0.2066 0.1804 0.9616</w:t>
        <w:br/>
        <w:t>vn -0.1215 0.9920 0.0329</w:t>
        <w:br/>
        <w:t>vn 0.0940 0.8829 -0.4600</w:t>
        <w:br/>
        <w:t>vn 0.4306 0.7081 -0.5597</w:t>
        <w:br/>
        <w:t>vn 0.1104 0.8583 0.5012</w:t>
        <w:br/>
        <w:t>vn 0.7913 0.3689 -0.4877</w:t>
        <w:br/>
        <w:t>vn 0.5361 0.8441 0.0090</w:t>
        <w:br/>
        <w:t>vn 0.9810 -0.1890 -0.0431</w:t>
        <w:br/>
        <w:t>vn 0.9250 -0.3685 -0.0925</w:t>
        <w:br/>
        <w:t>vn 0.7967 -0.2914 0.5294</w:t>
        <w:br/>
        <w:t>vn 0.9305 0.3663 -0.0081</w:t>
        <w:br/>
        <w:t>vn 0.7303 -0.0411 0.6818</w:t>
        <w:br/>
        <w:t>vn 0.8101 0.3512 0.4695</w:t>
        <w:br/>
        <w:t>vn 0.2880 0.3802 0.8789</w:t>
        <w:br/>
        <w:t>vn 0.4487 0.6850 0.5741</w:t>
        <w:br/>
        <w:t>vn 0.0214 0.3351 -0.9419</w:t>
        <w:br/>
        <w:t>vn 0.3412 0.7575 -0.5566</w:t>
        <w:br/>
        <w:t>vn 0.4326 0.6674 -0.6062</w:t>
        <w:br/>
        <w:t>vn 0.5943 0.8025 -0.0525</w:t>
        <w:br/>
        <w:t>vn -0.2638 0.3701 -0.8907</w:t>
        <w:br/>
        <w:t>vn -0.6596 -0.1679 -0.7327</w:t>
        <w:br/>
        <w:t>vn 0.4971 0.8572 0.1348</w:t>
        <w:br/>
        <w:t>vn 0.4030 0.6615 0.6325</w:t>
        <w:br/>
        <w:t>vn -0.7435 -0.0171 -0.6686</w:t>
        <w:br/>
        <w:t>vn 0.2370 0.7022 0.6714</w:t>
        <w:br/>
        <w:t>vn -0.2066 0.1804 0.9616</w:t>
        <w:br/>
        <w:t>vn 0.1215 0.9921 0.0329</w:t>
        <w:br/>
        <w:t>vn -0.0940 0.8829 -0.4601</w:t>
        <w:br/>
        <w:t>vn -0.4305 0.7081 -0.5597</w:t>
        <w:br/>
        <w:t>vn -0.1104 0.8583 0.5012</w:t>
        <w:br/>
        <w:t>vn -0.7913 0.3688 -0.4876</w:t>
        <w:br/>
        <w:t>vn -0.5361 0.8441 0.0091</w:t>
        <w:br/>
        <w:t>vn -0.9810 -0.1890 -0.0431</w:t>
        <w:br/>
        <w:t>vn -0.9250 -0.3685 -0.0926</w:t>
        <w:br/>
        <w:t>vn -0.7968 -0.2914 0.5294</w:t>
        <w:br/>
        <w:t>vn -0.9305 0.3663 -0.0086</w:t>
        <w:br/>
        <w:t>vn -0.8101 0.3512 0.4695</w:t>
        <w:br/>
        <w:t>vn -0.7303 -0.0412 0.6819</w:t>
        <w:br/>
        <w:t>vn -0.4487 0.6850 0.5740</w:t>
        <w:br/>
        <w:t>vn -0.2879 0.3802 0.8790</w:t>
        <w:br/>
        <w:t>vn -0.5150 0.0118 -0.8571</w:t>
        <w:br/>
        <w:t>vn -0.5276 -0.0045 -0.8495</w:t>
        <w:br/>
        <w:t>vn -0.5505 0.0348 -0.8341</w:t>
        <w:br/>
        <w:t>vn -0.5325 -0.0076 -0.8464</w:t>
        <w:br/>
        <w:t>vn -0.5408 -0.0327 -0.8405</w:t>
        <w:br/>
        <w:t>vn -0.5324 -0.0076 -0.8464</w:t>
        <w:br/>
        <w:t>vn -0.4556 0.0073 -0.8901</w:t>
        <w:br/>
        <w:t>vn -0.5580 -0.0234 -0.8295</w:t>
        <w:br/>
        <w:t>vn -0.5151 0.0118 -0.8571</w:t>
        <w:br/>
        <w:t>vn -0.4259 0.0107 -0.9047</w:t>
        <w:br/>
        <w:t>vn -0.5580 -0.0233 -0.8295</w:t>
        <w:br/>
        <w:t>vn -0.5786 -0.0373 -0.8148</w:t>
        <w:br/>
        <w:t>vn -0.5407 -0.0328 -0.8406</w:t>
        <w:br/>
        <w:t>vn -0.5169 -0.0046 -0.8560</w:t>
        <w:br/>
        <w:t>vn -0.5780 -0.0408 -0.8150</w:t>
        <w:br/>
        <w:t>vn -0.5488 -0.0690 -0.8331</w:t>
        <w:br/>
        <w:t>vn -0.3751 -0.0117 -0.9269</w:t>
        <w:br/>
        <w:t>vn -0.5192 -0.1095 -0.8476</w:t>
        <w:br/>
        <w:t>vn -0.5142 -0.0798 -0.8539</w:t>
        <w:br/>
        <w:t>vn -0.5095 -0.1854 -0.8402</w:t>
        <w:br/>
        <w:t>vn -0.5674 -0.1150 -0.8154</w:t>
        <w:br/>
        <w:t>vn -0.5451 -0.2175 -0.8097</w:t>
        <w:br/>
        <w:t>vn -0.4816 -0.3614 -0.7984</w:t>
        <w:br/>
        <w:t>vn -0.4363 -0.2087 -0.8752</w:t>
        <w:br/>
        <w:t>vn -0.4054 -0.4092 -0.8175</w:t>
        <w:br/>
        <w:t>vn -0.3640 -0.5446 -0.7556</w:t>
        <w:br/>
        <w:t>vn -0.4547 -0.1880 -0.8706</w:t>
        <w:br/>
        <w:t>vn -0.1850 -0.3767 -0.9077</w:t>
        <w:br/>
        <w:t>vn -0.1508 -0.5659 -0.8106</w:t>
        <w:br/>
        <w:t>vn -0.0103 -0.6653 -0.7465</w:t>
        <w:br/>
        <w:t>vn -0.2449 -0.2969 -0.9230</w:t>
        <w:br/>
        <w:t>vn 0.3868 -0.6064 -0.6948</w:t>
        <w:br/>
        <w:t>vn 0.5445 -0.6475 -0.5331</w:t>
        <w:br/>
        <w:t>vn 0.8655 -0.4268 -0.2621</w:t>
        <w:br/>
        <w:t>vn 0.3845 -0.4722 -0.7932</w:t>
        <w:br/>
        <w:t>vn 0.8069 -0.4911 -0.3282</w:t>
        <w:br/>
        <w:t>vn -0.3431 -0.1878 -0.9203</w:t>
        <w:br/>
        <w:t>vn 0.2633 -0.4002 -0.8778</w:t>
        <w:br/>
        <w:t>vn 0.0561 -0.2115 -0.9758</w:t>
        <w:br/>
        <w:t>vn 0.1484 -0.0898 -0.9848</w:t>
        <w:br/>
        <w:t>vn 0.7308 -0.2708 -0.6266</w:t>
        <w:br/>
        <w:t>vn 0.9255 -0.2761 -0.2594</w:t>
        <w:br/>
        <w:t>vn 0.8946 -0.3473 -0.2811</w:t>
        <w:br/>
        <w:t>vn 0.9830 -0.1028 0.1520</w:t>
        <w:br/>
        <w:t>vn 0.9596 -0.2596 -0.1085</w:t>
        <w:br/>
        <w:t>vn 0.9557 -0.1947 -0.2205</w:t>
        <w:br/>
        <w:t>vn 0.9051 -0.3779 -0.1950</w:t>
        <w:br/>
        <w:t>vn 0.6283 -0.5783 -0.5204</w:t>
        <w:br/>
        <w:t>vn 0.7991 -0.1279 -0.5874</w:t>
        <w:br/>
        <w:t>vn 0.9058 -0.1424 -0.3990</w:t>
        <w:br/>
        <w:t>vn 0.8990 -0.0783 -0.4309</w:t>
        <w:br/>
        <w:t>vn 0.7617 -0.0789 -0.6431</w:t>
        <w:br/>
        <w:t>vn 0.9133 -0.2586 -0.3146</w:t>
        <w:br/>
        <w:t>vn 0.1974 -0.0308 -0.9798</w:t>
        <w:br/>
        <w:t>vn 0.7832 -0.2157 -0.5831</w:t>
        <w:br/>
        <w:t>vn 0.8902 -0.4005 -0.2173</w:t>
        <w:br/>
        <w:t>vn 0.3394 -0.0395 -0.9398</w:t>
        <w:br/>
        <w:t>vn 0.9367 -0.3497 0.0161</w:t>
        <w:br/>
        <w:t>vn -0.2932 -0.0137 -0.9560</w:t>
        <w:br/>
        <w:t>vn -0.3582 0.0034 -0.9336</w:t>
        <w:br/>
        <w:t>vn 0.2070 0.6273 0.7508</w:t>
        <w:br/>
        <w:t>vn 0.4083 0.7415 0.5325</w:t>
        <w:br/>
        <w:t>vn 0.1409 0.6704 0.7285</w:t>
        <w:br/>
        <w:t>vn -0.1784 0.7207 0.6699</w:t>
        <w:br/>
        <w:t>vn 0.3887 0.8553 0.3426</w:t>
        <w:br/>
        <w:t>vn -0.0963 0.9612 0.2584</w:t>
        <w:br/>
        <w:t>vn -0.3275 0.7984 0.5053</w:t>
        <w:br/>
        <w:t>vn -0.1170 0.9716 0.2056</w:t>
        <w:br/>
        <w:t>vn -0.7025 0.7084 0.0675</w:t>
        <w:br/>
        <w:t>vn -0.7026 0.7084 0.0675</w:t>
        <w:br/>
        <w:t>vn -0.7212 0.6916 0.0386</w:t>
        <w:br/>
        <w:t>vn -0.3001 0.0334 0.9533</w:t>
        <w:br/>
        <w:t>vn -0.2884 0.0981 0.9525</w:t>
        <w:br/>
        <w:t>vn -0.3001 0.0333 0.9533</w:t>
        <w:br/>
        <w:t>vn -0.6828 0.7242 0.0964</w:t>
        <w:br/>
        <w:t>vn -0.3105 -0.0315 0.9501</w:t>
        <w:br/>
        <w:t>vn 0.4008 0.7602 -0.5113</w:t>
        <w:br/>
        <w:t>vn 0.4007 0.7365 -0.5450</w:t>
        <w:br/>
        <w:t>vn 0.4008 0.7603 -0.5112</w:t>
        <w:br/>
        <w:t>vn 0.7902 0.2263 0.5695</w:t>
        <w:br/>
        <w:t>vn 0.7902 0.2262 0.5696</w:t>
        <w:br/>
        <w:t>vn 0.8077 0.1815 0.5610</w:t>
        <w:br/>
        <w:t>vn 0.4001 0.7827 -0.4766</w:t>
        <w:br/>
        <w:t>vn 0.7708 0.2705 0.5768</w:t>
        <w:br/>
        <w:t>vn 0.2069 0.6272 0.7509</w:t>
        <w:br/>
        <w:t>vn 0.4082 0.7415 0.5325</w:t>
        <w:br/>
        <w:t>vn -0.1791 0.7206 0.6698</w:t>
        <w:br/>
        <w:t>vn 0.3887 0.8553 0.3427</w:t>
        <w:br/>
        <w:t>vn -0.0971 0.9612 0.2582</w:t>
        <w:br/>
        <w:t>vn -0.3286 0.7981 0.5050</w:t>
        <w:br/>
        <w:t>vn -0.1176 0.9715 0.2056</w:t>
        <w:br/>
        <w:t>vn -0.7025 0.7084 0.0676</w:t>
        <w:br/>
        <w:t>vn -0.7025 0.7085 0.0676</w:t>
        <w:br/>
        <w:t>vn -0.7212 0.6917 0.0388</w:t>
        <w:br/>
        <w:t>vn -0.2999 0.0344 0.9533</w:t>
        <w:br/>
        <w:t>vn -0.2885 0.0981 0.9524</w:t>
        <w:br/>
        <w:t>vn -0.3000 0.0344 0.9533</w:t>
        <w:br/>
        <w:t>vn -0.6827 0.7243 0.0964</w:t>
        <w:br/>
        <w:t>vn -0.3102 -0.0296 0.9502</w:t>
        <w:br/>
        <w:t>vn 0.4013 0.7592 -0.5125</w:t>
        <w:br/>
        <w:t>vn 0.4011 0.7362 -0.5450</w:t>
        <w:br/>
        <w:t>vn 0.4012 0.7591 -0.5126</w:t>
        <w:br/>
        <w:t>vn 0.7934 0.2211 0.5671</w:t>
        <w:br/>
        <w:t>vn 0.8102 0.1775 0.5586</w:t>
        <w:br/>
        <w:t>vn 0.4008 0.7808 -0.4793</w:t>
        <w:br/>
        <w:t>vn 0.7747 0.2644 0.5744</w:t>
        <w:br/>
        <w:t>vn -0.8600 -0.3600 0.3616</w:t>
        <w:br/>
        <w:t>vn -0.8599 -0.3600 0.3617</w:t>
        <w:br/>
        <w:t>vn -0.8592 -0.3439 0.3788</w:t>
        <w:br/>
        <w:t>vn -0.3926 0.4000 -0.8282</w:t>
        <w:br/>
        <w:t>vn -0.3925 0.3902 -0.8329</w:t>
        <w:br/>
        <w:t>vn -0.2720 -0.1216 -0.9546</w:t>
        <w:br/>
        <w:t>vn -0.8603 -0.3759 0.3445</w:t>
        <w:br/>
        <w:t>vn 0.4113 -0.5517 0.7256</w:t>
        <w:br/>
        <w:t>vn 0.4111 -0.5516 0.7257</w:t>
        <w:br/>
        <w:t>vn 0.4124 -0.5364 0.7363</w:t>
        <w:br/>
        <w:t>vn 0.7514 -0.2958 -0.5899</w:t>
        <w:br/>
        <w:t>vn 0.9042 0.1407 -0.4032</w:t>
        <w:br/>
        <w:t>vn 0.9043 0.1363 -0.4047</w:t>
        <w:br/>
        <w:t>vn 0.4098 -0.5666 0.7148</w:t>
        <w:br/>
        <w:t>vn -0.3020 -0.0455 -0.9522</w:t>
        <w:br/>
        <w:t>vn 0.7859 -0.2508 -0.5652</w:t>
        <w:br/>
        <w:t>vn 0.1792 -0.8403 -0.5116</w:t>
        <w:br/>
        <w:t>vn -0.1256 -0.8735 -0.4703</w:t>
        <w:br/>
        <w:t>vn 0.0258 -0.9010 -0.4331</w:t>
        <w:br/>
        <w:t>vn 0.1536 -0.9046 -0.3975</w:t>
        <w:br/>
        <w:t>vn 0.2218 -0.7669 -0.6023</w:t>
        <w:br/>
        <w:t>vn 0.2219 -0.7669 -0.6022</w:t>
        <w:br/>
        <w:t>vn -0.0647 -0.8065 -0.5877</w:t>
        <w:br/>
        <w:t>vn -0.0649 -0.8065 -0.5876</w:t>
        <w:br/>
        <w:t>vn 0.2223 -0.8193 -0.5286</w:t>
        <w:br/>
        <w:t>vn 0.2221 -0.8194 -0.5285</w:t>
        <w:br/>
        <w:t>vn 0.8534 -0.0023 -0.5212</w:t>
        <w:br/>
        <w:t>vn 0.8152 -0.1363 -0.5629</w:t>
        <w:br/>
        <w:t>vn 0.3478 -0.8432 0.4100</w:t>
        <w:br/>
        <w:t>vn 0.3358 -0.9073 0.2530</w:t>
        <w:br/>
        <w:t>vn 0.7597 -0.2674 -0.5928</w:t>
        <w:br/>
        <w:t>vn 0.8151 -0.1363 -0.5630</w:t>
        <w:br/>
        <w:t>vn 0.1791 -0.8403 -0.5117</w:t>
        <w:br/>
        <w:t>vn 0.3359 -0.9073 0.2528</w:t>
        <w:br/>
        <w:t>vn 0.3143 -0.9452 0.0885</w:t>
        <w:br/>
        <w:t>vn 0.2217 -0.7669 -0.6023</w:t>
        <w:br/>
        <w:t>vn -0.3269 0.0486 -0.9438</w:t>
        <w:br/>
        <w:t>vn -0.3271 0.0486 -0.9437</w:t>
        <w:br/>
        <w:t>vn -0.3346 0.0936 -0.9377</w:t>
        <w:br/>
        <w:t>vn -0.6933 -0.7149 -0.0908</w:t>
        <w:br/>
        <w:t>vn -0.6933 -0.7149 -0.0909</w:t>
        <w:br/>
        <w:t>vn -0.6704 -0.7318 -0.1227</w:t>
        <w:br/>
        <w:t>vn -0.3187 0.0034 -0.9478</w:t>
        <w:br/>
        <w:t>vn -0.7151 -0.6966 -0.0587</w:t>
        <w:br/>
        <w:t>vn -0.4082 0.7415 0.5325</w:t>
        <w:br/>
        <w:t>vn -0.2069 0.6273 0.7508</w:t>
        <w:br/>
        <w:t>vn -0.1409 0.6704 0.7285</w:t>
        <w:br/>
        <w:t>vn 0.1783 0.7207 0.6699</w:t>
        <w:br/>
        <w:t>vn -0.3887 0.8553 0.3426</w:t>
        <w:br/>
        <w:t>vn 0.0963 0.9612 0.2584</w:t>
        <w:br/>
        <w:t>vn 0.3275 0.7984 0.5053</w:t>
        <w:br/>
        <w:t>vn 0.1170 0.9716 0.2056</w:t>
        <w:br/>
        <w:t>vn 0.7026 0.7084 0.0675</w:t>
        <w:br/>
        <w:t>vn 0.7025 0.7084 0.0675</w:t>
        <w:br/>
        <w:t>vn 0.7212 0.6916 0.0386</w:t>
        <w:br/>
        <w:t>vn 0.3001 0.0334 0.9533</w:t>
        <w:br/>
        <w:t>vn 0.3001 0.0333 0.9533</w:t>
        <w:br/>
        <w:t>vn 0.2884 0.0981 0.9525</w:t>
        <w:br/>
        <w:t>vn 0.6828 0.7242 0.0964</w:t>
        <w:br/>
        <w:t>vn 0.3105 -0.0315 0.9501</w:t>
        <w:br/>
        <w:t>vn -0.4006 0.7365 -0.5450</w:t>
        <w:br/>
        <w:t>vn -0.4008 0.7602 -0.5113</w:t>
        <w:br/>
        <w:t>vn -0.4007 0.7603 -0.5113</w:t>
        <w:br/>
        <w:t>vn -0.7902 0.2263 0.5695</w:t>
        <w:br/>
        <w:t>vn -0.8077 0.1815 0.5610</w:t>
        <w:br/>
        <w:t>vn -0.4001 0.7827 -0.4766</w:t>
        <w:br/>
        <w:t>vn -0.7709 0.2705 0.5768</w:t>
        <w:br/>
        <w:t>vn -0.8600 -0.3600 0.3617</w:t>
        <w:br/>
        <w:t>vn -0.8592 -0.3440 0.3787</w:t>
        <w:br/>
        <w:t>vn -0.3926 0.3997 -0.8283</w:t>
        <w:br/>
        <w:t>vn -0.3924 0.3902 -0.8329</w:t>
        <w:br/>
        <w:t>vn -0.2718 -0.1221 -0.9546</w:t>
        <w:br/>
        <w:t>vn -0.8602 -0.3759 0.3445</w:t>
        <w:br/>
        <w:t>vn 0.4114 -0.5510 0.7261</w:t>
        <w:br/>
        <w:t>vn 0.4113 -0.5510 0.7261</w:t>
        <w:br/>
        <w:t>vn 0.4126 -0.5365 0.7362</w:t>
        <w:br/>
        <w:t>vn 0.7531 -0.2937 -0.5887</w:t>
        <w:br/>
        <w:t>vn 0.9047 0.1436 -0.4012</w:t>
        <w:br/>
        <w:t>vn 0.9048 0.1384 -0.4027</w:t>
        <w:br/>
        <w:t>vn 0.4100 -0.5653 0.7158</w:t>
        <w:br/>
        <w:t>vn -0.3019 -0.0467 -0.9522</w:t>
        <w:br/>
        <w:t>vn 0.7873 -0.2489 -0.5641</w:t>
        <w:br/>
        <w:t>vn 0.1792 -0.8403 -0.5117</w:t>
        <w:br/>
        <w:t>vn 0.0257 -0.9009 -0.4332</w:t>
        <w:br/>
        <w:t>vn 0.1536 -0.9047 -0.3975</w:t>
        <w:br/>
        <w:t>vn 0.2228 -0.7666 -0.6022</w:t>
        <w:br/>
        <w:t>vn -0.0649 -0.8065 -0.5877</w:t>
        <w:br/>
        <w:t>vn 0.2232 -0.8190 -0.5286</w:t>
        <w:br/>
        <w:t>vn 0.2233 -0.8191 -0.5284</w:t>
        <w:br/>
        <w:t>vn 0.3479 -0.8433 0.4096</w:t>
        <w:br/>
        <w:t>vn 0.3360 -0.9073 0.2528</w:t>
        <w:br/>
        <w:t>vn 0.7597 -0.2673 -0.5928</w:t>
        <w:br/>
        <w:t>vn 0.8152 -0.1363 -0.5630</w:t>
        <w:br/>
        <w:t>vn 0.3360 -0.9073 0.2526</w:t>
        <w:br/>
        <w:t>vn 0.3144 -0.9452 0.0882</w:t>
        <w:br/>
        <w:t>vn 0.2228 -0.7666 -0.6023</w:t>
        <w:br/>
        <w:t>vn -0.3275 0.0489 -0.9436</w:t>
        <w:br/>
        <w:t>vn -0.3276 0.0489 -0.9435</w:t>
        <w:br/>
        <w:t>vn -0.3351 0.0938 -0.9375</w:t>
        <w:br/>
        <w:t>vn -0.6949 -0.7134 -0.0903</w:t>
        <w:br/>
        <w:t>vn -0.6722 -0.7303 -0.1219</w:t>
        <w:br/>
        <w:t>vn -0.3193 0.0039 -0.9477</w:t>
        <w:br/>
        <w:t>vn -0.7164 -0.6952 -0.0584</w:t>
        <w:br/>
        <w:t>vn -0.2069 0.6272 0.7509</w:t>
        <w:br/>
        <w:t>vn 0.1790 0.7207 0.6698</w:t>
        <w:br/>
        <w:t>vn -0.3886 0.8553 0.3428</w:t>
        <w:br/>
        <w:t>vn 0.0971 0.9612 0.2582</w:t>
        <w:br/>
        <w:t>vn 0.3286 0.7981 0.5050</w:t>
        <w:br/>
        <w:t>vn 0.1176 0.9715 0.2057</w:t>
        <w:br/>
        <w:t>vn 0.7025 0.7085 0.0676</w:t>
        <w:br/>
        <w:t>vn 0.7212 0.6917 0.0387</w:t>
        <w:br/>
        <w:t>vn 0.3000 0.0344 0.9533</w:t>
        <w:br/>
        <w:t>vn 0.2886 0.0982 0.9524</w:t>
        <w:br/>
        <w:t>vn 0.6827 0.7243 0.0964</w:t>
        <w:br/>
        <w:t>vn 0.3102 -0.0296 0.9502</w:t>
        <w:br/>
        <w:t>vn -0.4011 0.7363 -0.5450</w:t>
        <w:br/>
        <w:t>vn -0.4012 0.7591 -0.5126</w:t>
        <w:br/>
        <w:t>vn -0.7934 0.2211 0.5672</w:t>
        <w:br/>
        <w:t>vn -0.7934 0.2211 0.5671</w:t>
        <w:br/>
        <w:t>vn -0.8102 0.1775 0.5586</w:t>
        <w:br/>
        <w:t>vn -0.4007 0.7809 -0.4792</w:t>
        <w:br/>
        <w:t>vn -0.7747 0.2644 0.5744</w:t>
        <w:br/>
        <w:t>vn 0.8600 -0.3600 0.3617</w:t>
        <w:br/>
        <w:t>vn 0.8592 -0.3439 0.3787</w:t>
        <w:br/>
        <w:t>vn 0.8599 -0.3601 0.3617</w:t>
        <w:br/>
        <w:t>vn 0.3925 0.3902 -0.8329</w:t>
        <w:br/>
        <w:t>vn 0.3926 0.4000 -0.8282</w:t>
        <w:br/>
        <w:t>vn 0.2720 -0.1216 -0.9546</w:t>
        <w:br/>
        <w:t>vn 0.8603 -0.3759 0.3445</w:t>
        <w:br/>
        <w:t>vn -0.4112 -0.5516 0.7257</w:t>
        <w:br/>
        <w:t>vn -0.4113 -0.5517 0.7256</w:t>
        <w:br/>
        <w:t>vn -0.4124 -0.5364 0.7363</w:t>
        <w:br/>
        <w:t>vn -0.7514 -0.2958 -0.5899</w:t>
        <w:br/>
        <w:t>vn -0.9042 0.1364 -0.4046</w:t>
        <w:br/>
        <w:t>vn -0.9042 0.1407 -0.4032</w:t>
        <w:br/>
        <w:t>vn -0.4098 -0.5666 0.7148</w:t>
        <w:br/>
        <w:t>vn 0.3020 -0.0455 -0.9522</w:t>
        <w:br/>
        <w:t>vn -0.7859 -0.2508 -0.5653</w:t>
        <w:br/>
        <w:t>vn 0.1256 -0.8735 -0.4703</w:t>
        <w:br/>
        <w:t>vn -0.1792 -0.8403 -0.5116</w:t>
        <w:br/>
        <w:t>vn -0.0258 -0.9010 -0.4331</w:t>
        <w:br/>
        <w:t>vn -0.1536 -0.9047 -0.3975</w:t>
        <w:br/>
        <w:t>vn -0.2217 -0.7669 -0.6022</w:t>
        <w:br/>
        <w:t>vn -0.2219 -0.7669 -0.6022</w:t>
        <w:br/>
        <w:t>vn 0.0648 -0.8065 -0.5877</w:t>
        <w:br/>
        <w:t>vn 0.0649 -0.8065 -0.5876</w:t>
        <w:br/>
        <w:t>vn -0.2223 -0.8193 -0.5285</w:t>
        <w:br/>
        <w:t>vn -0.2221 -0.8194 -0.5285</w:t>
        <w:br/>
        <w:t>vn -0.8534 -0.0023 -0.5212</w:t>
        <w:br/>
        <w:t>vn -0.8152 -0.1363 -0.5629</w:t>
        <w:br/>
        <w:t>vn -0.3478 -0.8432 0.4100</w:t>
        <w:br/>
        <w:t>vn -0.3358 -0.9073 0.2530</w:t>
        <w:br/>
        <w:t>vn -0.8151 -0.1363 -0.5630</w:t>
        <w:br/>
        <w:t>vn -0.7597 -0.2674 -0.5928</w:t>
        <w:br/>
        <w:t>vn -0.3143 -0.9452 0.0885</w:t>
        <w:br/>
        <w:t>vn -0.3359 -0.9073 0.2528</w:t>
        <w:br/>
        <w:t>vn -0.2217 -0.7669 -0.6023</w:t>
        <w:br/>
        <w:t>vn 0.3270 0.0486 -0.9438</w:t>
        <w:br/>
        <w:t>vn 0.3269 0.0486 -0.9438</w:t>
        <w:br/>
        <w:t>vn 0.3346 0.0936 -0.9377</w:t>
        <w:br/>
        <w:t>vn 0.6934 -0.7148 -0.0909</w:t>
        <w:br/>
        <w:t>vn 0.6933 -0.7149 -0.0908</w:t>
        <w:br/>
        <w:t>vn 0.6704 -0.7318 -0.1227</w:t>
        <w:br/>
        <w:t>vn 0.3186 0.0034 -0.9479</w:t>
        <w:br/>
        <w:t>vn 0.7151 -0.6966 -0.0587</w:t>
        <w:br/>
        <w:t>vn 0.8592 -0.3440 0.3787</w:t>
        <w:br/>
        <w:t>vn 0.3924 0.3902 -0.8329</w:t>
        <w:br/>
        <w:t>vn 0.3926 0.3997 -0.8283</w:t>
        <w:br/>
        <w:t>vn 0.2718 -0.1221 -0.9546</w:t>
        <w:br/>
        <w:t>vn 0.8602 -0.3759 0.3445</w:t>
        <w:br/>
        <w:t>vn -0.4113 -0.5510 0.7261</w:t>
        <w:br/>
        <w:t>vn -0.4114 -0.5510 0.7260</w:t>
        <w:br/>
        <w:t>vn -0.4125 -0.5365 0.7362</w:t>
        <w:br/>
        <w:t>vn -0.7531 -0.2937 -0.5887</w:t>
        <w:br/>
        <w:t>vn -0.9048 0.1385 -0.4028</w:t>
        <w:br/>
        <w:t>vn -0.9047 0.1436 -0.4012</w:t>
        <w:br/>
        <w:t>vn -0.4100 -0.5653 0.7158</w:t>
        <w:br/>
        <w:t>vn 0.3018 -0.0466 -0.9522</w:t>
        <w:br/>
        <w:t>vn -0.7873 -0.2489 -0.5641</w:t>
        <w:br/>
        <w:t>vn -0.1792 -0.8403 -0.5117</w:t>
        <w:br/>
        <w:t>vn -0.0258 -0.9009 -0.4332</w:t>
        <w:br/>
        <w:t>vn -0.2228 -0.7666 -0.6022</w:t>
        <w:br/>
        <w:t>vn -0.2229 -0.7666 -0.6022</w:t>
        <w:br/>
        <w:t>vn -0.2233 -0.8190 -0.5286</w:t>
        <w:br/>
        <w:t>vn -0.2233 -0.8191 -0.5285</w:t>
        <w:br/>
        <w:t>vn -0.3480 -0.8432 0.4098</w:t>
        <w:br/>
        <w:t>vn -0.3360 -0.9074 0.2525</w:t>
        <w:br/>
        <w:t>vn -0.7597 -0.2673 -0.5928</w:t>
        <w:br/>
        <w:t>vn -0.1791 -0.8403 -0.5117</w:t>
        <w:br/>
        <w:t>vn -0.3144 -0.9452 0.0883</w:t>
        <w:br/>
        <w:t>vn -0.3360 -0.9073 0.2527</w:t>
        <w:br/>
        <w:t>vn 0.3277 0.0488 -0.9435</w:t>
        <w:br/>
        <w:t>vn 0.3275 0.0489 -0.9436</w:t>
        <w:br/>
        <w:t>vn 0.3352 0.0938 -0.9375</w:t>
        <w:br/>
        <w:t>vn 0.6949 -0.7134 -0.0903</w:t>
        <w:br/>
        <w:t>vn 0.6722 -0.7303 -0.1219</w:t>
        <w:br/>
        <w:t>vn 0.3193 0.0039 -0.9477</w:t>
        <w:br/>
        <w:t>vn 0.7164 -0.6952 -0.0584</w:t>
        <w:br/>
        <w:t>vn -0.1045 0.6928 -0.7135</w:t>
        <w:br/>
        <w:t>vn -0.0429 0.8449 -0.5332</w:t>
        <w:br/>
        <w:t>vn 0.0622 0.5565 -0.8285</w:t>
        <w:br/>
        <w:t>vn 0.1090 0.9156 -0.3871</w:t>
        <w:br/>
        <w:t>vn 0.5079 0.7561 -0.4129</w:t>
        <w:br/>
        <w:t>vn 0.3224 0.4567 -0.8292</w:t>
        <w:br/>
        <w:t>vn 0.5369 0.4098 -0.7374</w:t>
        <w:br/>
        <w:t>vn 0.6296 0.5884 -0.5074</w:t>
        <w:br/>
        <w:t>vn 0.3566 0.8266 0.4355</w:t>
        <w:br/>
        <w:t>vn 0.3566 0.8265 0.4355</w:t>
        <w:br/>
        <w:t>vn 0.3478 0.8098 0.4724</w:t>
        <w:br/>
        <w:t>vn 0.8975 0.1063 -0.4280</w:t>
        <w:br/>
        <w:t>vn 0.8862 0.1379 -0.4424</w:t>
        <w:br/>
        <w:t>vn 0.3647 0.8419 0.3977</w:t>
        <w:br/>
        <w:t>vn 0.9076 0.0747 -0.4131</w:t>
        <w:br/>
        <w:t>vn -0.6418 0.6878 -0.3391</w:t>
        <w:br/>
        <w:t>vn -0.6088 0.6998 -0.3737</w:t>
        <w:br/>
        <w:t>vn -0.6419 0.6878 -0.3391</w:t>
        <w:br/>
        <w:t>vn -0.1197 -0.1485 -0.9816</w:t>
        <w:br/>
        <w:t>vn -0.1196 -0.1485 -0.9817</w:t>
        <w:br/>
        <w:t>vn -0.1030 -0.0857 -0.9910</w:t>
        <w:br/>
        <w:t>vn -0.6734 0.6741 -0.3036</w:t>
        <w:br/>
        <w:t>vn -0.1358 -0.2107 -0.9681</w:t>
        <w:br/>
        <w:t>vn 0.0427 0.8449 -0.5332</w:t>
        <w:br/>
        <w:t>vn 0.1045 0.6928 -0.7135</w:t>
        <w:br/>
        <w:t>vn -0.0621 0.5565 -0.8285</w:t>
        <w:br/>
        <w:t>vn -0.1090 0.9156 -0.3871</w:t>
        <w:br/>
        <w:t>vn -0.5079 0.7561 -0.4128</w:t>
        <w:br/>
        <w:t>vn -0.3224 0.4567 -0.8292</w:t>
        <w:br/>
        <w:t>vn -0.5369 0.4098 -0.7374</w:t>
        <w:br/>
        <w:t>vn -0.6296 0.5884 -0.5073</w:t>
        <w:br/>
        <w:t>vn -0.3566 0.8265 0.4355</w:t>
        <w:br/>
        <w:t>vn -0.3565 0.8265 0.4357</w:t>
        <w:br/>
        <w:t>vn -0.3479 0.8099 0.4723</w:t>
        <w:br/>
        <w:t>vn -0.8975 0.1063 -0.4280</w:t>
        <w:br/>
        <w:t>vn -0.8862 0.1379 -0.4424</w:t>
        <w:br/>
        <w:t>vn -0.3646 0.8418 0.3980</w:t>
        <w:br/>
        <w:t>vn -0.9076 0.0747 -0.4131</w:t>
        <w:br/>
        <w:t>vn 0.6089 0.6998 -0.3736</w:t>
        <w:br/>
        <w:t>vn 0.6418 0.6878 -0.3391</w:t>
        <w:br/>
        <w:t>vn 0.6419 0.6878 -0.3391</w:t>
        <w:br/>
        <w:t>vn 0.1196 -0.1485 -0.9816</w:t>
        <w:br/>
        <w:t>vn 0.1197 -0.1485 -0.9816</w:t>
        <w:br/>
        <w:t>vn 0.1030 -0.0857 -0.9910</w:t>
        <w:br/>
        <w:t>vn 0.6733 0.6741 -0.3036</w:t>
        <w:br/>
        <w:t>vn 0.1358 -0.2107 -0.9681</w:t>
        <w:br/>
        <w:t>vn -0.1359 -0.2337 0.9628</w:t>
        <w:br/>
        <w:t>vn -0.1064 -0.4370 0.8931</w:t>
        <w:br/>
        <w:t>vn -0.0446 -0.4412 0.8963</w:t>
        <w:br/>
        <w:t>vn 0.0931 -0.5778 -0.8108</w:t>
        <w:br/>
        <w:t>vn 0.0918 -0.5774 -0.8113</w:t>
        <w:br/>
        <w:t>vn -0.2285 0.0258 -0.9732</w:t>
        <w:br/>
        <w:t>vn -0.2210 0.0430 -0.9743</w:t>
        <w:br/>
        <w:t>vn -0.2599 0.0372 -0.9649</w:t>
        <w:br/>
        <w:t>vn -0.1894 0.0315 -0.9814</w:t>
        <w:br/>
        <w:t>vn -0.9631 -0.0196 -0.2684</w:t>
        <w:br/>
        <w:t>vn -0.9689 -0.0233 -0.2463</w:t>
        <w:br/>
        <w:t>vn -0.9650 -0.0278 -0.2609</w:t>
        <w:br/>
        <w:t>vn -0.9588 -0.0238 -0.2830</w:t>
        <w:br/>
        <w:t>vn 0.9500 -0.1928 0.2455</w:t>
        <w:br/>
        <w:t>vn 0.9500 -0.1929 0.2455</w:t>
        <w:br/>
        <w:t>vn 0.9597 -0.1853 0.2113</w:t>
        <w:br/>
        <w:t>vn 0.6945 -0.1075 0.7115</w:t>
        <w:br/>
        <w:t>vn -0.2880 0.7355 -0.6133</w:t>
        <w:br/>
        <w:t>vn -0.2880 0.7354 -0.6133</w:t>
        <w:br/>
        <w:t>vn -0.2082 0.7421 -0.6371</w:t>
        <w:br/>
        <w:t>vn -0.3660 0.7236 -0.5852</w:t>
        <w:br/>
        <w:t>vn 0.0943 -0.5782 -0.8104</w:t>
        <w:br/>
        <w:t>vn 0.3688 0.8357 -0.4069</w:t>
        <w:br/>
        <w:t>vn 0.3890 0.8077 -0.4430</w:t>
        <w:br/>
        <w:t>vn 0.4009 0.8076 -0.4325</w:t>
        <w:br/>
        <w:t>vn 0.4010 0.7906 -0.4627</w:t>
        <w:br/>
        <w:t>vn 0.4311 0.7503 -0.5012</w:t>
        <w:br/>
        <w:t>vn 0.4359 0.7546 -0.4905</w:t>
        <w:br/>
        <w:t>vn -0.8251 0.5437 -0.1538</w:t>
        <w:br/>
        <w:t>vn -0.7813 0.6220 -0.0521</w:t>
        <w:br/>
        <w:t>vn -0.7691 0.6307 -0.1036</w:t>
        <w:br/>
        <w:t>vn -0.7690 0.6115 -0.1863</w:t>
        <w:br/>
        <w:t>vn 0.4146 0.7675 -0.4889</w:t>
        <w:br/>
        <w:t>vn 0.3765 0.6499 -0.6602</w:t>
        <w:br/>
        <w:t>vn 0.3162 0.4927 -0.8107</w:t>
        <w:br/>
        <w:t>vn 0.4122 0.7652 -0.4946</w:t>
        <w:br/>
        <w:t>vn -0.8413 0.5067 -0.1883</w:t>
        <w:br/>
        <w:t>vn 0.2431 0.3187 -0.9162</w:t>
        <w:br/>
        <w:t>vn -0.0625 -0.3160 -0.9467</w:t>
        <w:br/>
        <w:t>vn 0.8561 -0.5159 0.0314</w:t>
        <w:br/>
        <w:t>vn 0.8503 -0.5263 -0.0026</w:t>
        <w:br/>
        <w:t>vn 0.8471 -0.5234 0.0919</w:t>
        <w:br/>
        <w:t>vn 0.8588 -0.5119 -0.0208</w:t>
        <w:br/>
        <w:t>vn 0.8325 -0.5259 0.1743</w:t>
        <w:br/>
        <w:t>vn -0.1915 -0.5550 -0.8095</w:t>
        <w:br/>
        <w:t>vn -0.1981 -0.5709 -0.7967</w:t>
        <w:br/>
        <w:t>vn 0.8673 -0.4978 0.0027</w:t>
        <w:br/>
        <w:t>vn -0.8941 0.3991 -0.2032</w:t>
        <w:br/>
        <w:t>vn -0.2060 -0.5420 -0.8148</w:t>
        <w:br/>
        <w:t>vn -0.9013 0.3680 -0.2286</w:t>
        <w:br/>
        <w:t>vn -0.1387 -0.4903 -0.8604</w:t>
        <w:br/>
        <w:t>vn -0.2011 -0.6086 -0.7676</w:t>
        <w:br/>
        <w:t>vn -0.1363 -0.4900 -0.8610</w:t>
        <w:br/>
        <w:t>vn -0.2502 -0.7134 -0.6546</w:t>
        <w:br/>
        <w:t>vn -0.2682 -0.6292 -0.7295</w:t>
        <w:br/>
        <w:t>vn -0.9225 0.2780 -0.2680</w:t>
        <w:br/>
        <w:t>vn -0.3194 -0.7222 -0.6135</w:t>
        <w:br/>
        <w:t>vn -0.3367 -0.8608 -0.3817</w:t>
        <w:br/>
        <w:t>vn -0.9502 0.2238 -0.2171</w:t>
        <w:br/>
        <w:t>vn -0.8496 0.2283 -0.4755</w:t>
        <w:br/>
        <w:t>vn -0.9246 0.2002 -0.3242</w:t>
        <w:br/>
        <w:t>vn -0.8890 0.2251 -0.3988</w:t>
        <w:br/>
        <w:t>vn -0.8507 0.2403 -0.4675</w:t>
        <w:br/>
        <w:t>vn -0.9677 0.1856 -0.1707</w:t>
        <w:br/>
        <w:t>vn -0.9724 0.1460 -0.1822</w:t>
        <w:br/>
        <w:t>vn -0.3552 -0.9061 -0.2299</w:t>
        <w:br/>
        <w:t>vn -0.9775 0.2051 -0.0499</w:t>
        <w:br/>
        <w:t>vn -0.9823 0.1870 0.0094</w:t>
        <w:br/>
        <w:t>vn -0.3777 -0.9057 0.1926</w:t>
        <w:br/>
        <w:t>vn -0.3723 -0.9082 0.1911</w:t>
        <w:br/>
        <w:t>vn -0.9796 0.1536 0.1292</w:t>
        <w:br/>
        <w:t>vn -0.3207 -0.7500 0.5785</w:t>
        <w:br/>
        <w:t>vn -0.9722 0.1101 0.2065</w:t>
        <w:br/>
        <w:t>vn -0.9727 0.2205 -0.0719</w:t>
        <w:br/>
        <w:t>vn -0.9664 0.1850 -0.1786</w:t>
        <w:br/>
        <w:t>vn -0.9517 0.1289 0.2785</w:t>
        <w:br/>
        <w:t>vn -0.9516 0.1240 0.2811</w:t>
        <w:br/>
        <w:t>vn 0.3806 0.9028 0.2001</w:t>
        <w:br/>
        <w:t>vn 0.4030 0.8596 0.3140</w:t>
        <w:br/>
        <w:t>vn 0.4628 0.8774 0.1260</w:t>
        <w:br/>
        <w:t>vn 0.3636 0.8704 0.3321</w:t>
        <w:br/>
        <w:t>vn 0.4192 0.8036 0.4224</w:t>
        <w:br/>
        <w:t>vn -0.2848 -0.6520 0.7027</w:t>
        <w:br/>
        <w:t>vn -0.2816 -0.6555 0.7008</w:t>
        <w:br/>
        <w:t>vn 0.4081 0.7913 0.4552</w:t>
        <w:br/>
        <w:t>vn -0.8552 0.5163 -0.0461</w:t>
        <w:br/>
        <w:t>vn -0.8872 0.4583 0.0539</w:t>
        <w:br/>
        <w:t>vn -0.8454 0.5338 0.0196</w:t>
        <w:br/>
        <w:t>vn -0.3202 -0.7516 0.5767</w:t>
        <w:br/>
        <w:t>vn -0.9669 0.2534 -0.0286</w:t>
        <w:br/>
        <w:t>vn -0.9533 0.3005 0.0298</w:t>
        <w:br/>
        <w:t>vn -0.9410 0.3366 0.0337</w:t>
        <w:br/>
        <w:t>vn -0.4105 -0.8956 0.1712</w:t>
        <w:br/>
        <w:t>vn -0.3943 -0.8946 -0.2104</w:t>
        <w:br/>
        <w:t>vn -0.4042 -0.8966 0.1810</w:t>
        <w:br/>
        <w:t>vn -0.3329 -0.7488 0.5732</w:t>
        <w:br/>
        <w:t>vn -0.3820 -0.8532 -0.3551</w:t>
        <w:br/>
        <w:t>vn -0.8992 0.4288 0.0870</w:t>
        <w:br/>
        <w:t>vn 0.8502 -0.5238 0.0534</w:t>
        <w:br/>
        <w:t>vn 0.8404 -0.5348 0.0876</w:t>
        <w:br/>
        <w:t>vn 0.8532 -0.5111 0.1041</w:t>
        <w:br/>
        <w:t>vn -0.8493 0.5157 0.1133</w:t>
        <w:br/>
        <w:t>vn -0.1443 -0.3497 0.9257</w:t>
        <w:br/>
        <w:t>vn -0.1489 -0.3488 0.9253</w:t>
        <w:br/>
        <w:t>vn 0.0134 -0.0146 0.9998</w:t>
        <w:br/>
        <w:t>vn 0.4037 0.8384 0.3662</w:t>
        <w:br/>
        <w:t>vn 0.4063 0.8398 0.3601</w:t>
        <w:br/>
        <w:t>vn 0.4063 0.8398 0.3600</w:t>
        <w:br/>
        <w:t>vn 0.0186 -0.0088 0.9998</w:t>
        <w:br/>
        <w:t>vn 0.4088 0.8412 0.3540</w:t>
        <w:br/>
        <w:t>vn -0.3196 -0.7511 0.5777</w:t>
        <w:br/>
        <w:t>vn 0.8959 -0.4435 0.0254</w:t>
        <w:br/>
        <w:t>vn 0.8957 -0.4423 0.0457</w:t>
        <w:br/>
        <w:t>vn 0.8961 -0.4434 0.0199</w:t>
        <w:br/>
        <w:t>vn 0.8974 -0.4391 -0.0434</w:t>
        <w:br/>
        <w:t>vn 0.8878 -0.4537 0.0773</w:t>
        <w:br/>
        <w:t>vn 0.8898 -0.4452 -0.1007</w:t>
        <w:br/>
        <w:t>vn 0.8755 -0.4741 0.0931</w:t>
        <w:br/>
        <w:t>vn 0.8790 -0.4692 0.0852</w:t>
        <w:br/>
        <w:t>vn 0.8641 -0.4917 0.1071</w:t>
        <w:br/>
        <w:t>vn -0.3985 -0.8953 0.1988</w:t>
        <w:br/>
        <w:t>vn -0.3510 -0.7752 0.5252</w:t>
        <w:br/>
        <w:t>vn -0.3854 -0.9010 0.1993</w:t>
        <w:br/>
        <w:t>vn -0.3724 -0.9064 -0.1997</w:t>
        <w:br/>
        <w:t>vn -0.3566 -0.7430 0.5664</w:t>
        <w:br/>
        <w:t>vn -0.3103 -0.6545 0.6894</w:t>
        <w:br/>
        <w:t>vn 0.3657 0.6909 0.6236</w:t>
        <w:br/>
        <w:t>vn 0.3634 0.6999 0.6148</w:t>
        <w:br/>
        <w:t>vn 0.3799 0.7161 0.5855</w:t>
        <w:br/>
        <w:t>vn -0.3307 -0.6491 0.6851</w:t>
        <w:br/>
        <w:t>vn 0.3736 0.6919 0.6178</w:t>
        <w:br/>
        <w:t>vn -0.4165 -0.8872 0.1985</w:t>
        <w:br/>
        <w:t>vn 0.3870 0.6961 0.6047</w:t>
        <w:br/>
        <w:t>vn 0.4031 0.7183 0.5671</w:t>
        <w:br/>
        <w:t>vn -0.3617 -0.7100 0.6041</w:t>
        <w:br/>
        <w:t>vn -0.3449 -0.6473 0.6797</w:t>
        <w:br/>
        <w:t>vn -0.8922 0.4509 0.0240</w:t>
        <w:br/>
        <w:t>vn -0.8383 0.5437 -0.0392</w:t>
        <w:br/>
        <w:t>vn -0.8358 0.5329 -0.1318</w:t>
        <w:br/>
        <w:t>vn -0.3768 -0.8850 -0.2736</w:t>
        <w:br/>
        <w:t>vn -0.8713 0.4831 0.0860</w:t>
        <w:br/>
        <w:t>vn -0.2726 -0.7259 -0.6315</w:t>
        <w:br/>
        <w:t>vn 0.8570 -0.5142 0.0349</w:t>
        <w:br/>
        <w:t>vn -0.2560 -0.6714 -0.6954</w:t>
        <w:br/>
        <w:t>vn -0.1491 -0.4897 -0.8590</w:t>
        <w:br/>
        <w:t>vn -0.3766 -0.8617 -0.3400</w:t>
        <w:br/>
        <w:t>vn -0.1577 -0.4851 -0.8601</w:t>
        <w:br/>
        <w:t>vn 0.4556 0.7896 -0.4111</w:t>
        <w:br/>
        <w:t>vn 0.4442 0.7849 -0.4321</w:t>
        <w:br/>
        <w:t>vn 0.4512 0.7893 -0.4165</w:t>
        <w:br/>
        <w:t>vn 0.4650 0.7962 -0.3871</w:t>
        <w:br/>
        <w:t>vn -0.2338 -0.6116 -0.7559</w:t>
        <w:br/>
        <w:t>vn 0.4684 0.7974 -0.3805</w:t>
        <w:br/>
        <w:t>vn -0.1602 -0.4831 -0.8608</w:t>
        <w:br/>
        <w:t>vn 0.4725 0.8045 -0.3599</w:t>
        <w:br/>
        <w:t>vn -0.9032 0.4235 -0.0698</w:t>
        <w:br/>
        <w:t>vn -0.8950 0.4344 -0.1013</w:t>
        <w:br/>
        <w:t>vn -0.8949 0.4310 -0.1156</w:t>
        <w:br/>
        <w:t>vn -0.9215 0.2470 -0.2997</w:t>
        <w:br/>
        <w:t>vn -0.9442 0.2597 -0.2026</w:t>
        <w:br/>
        <w:t>vn -0.9277 0.3377 -0.1593</w:t>
        <w:br/>
        <w:t>vn -0.9492 0.3051 -0.0767</w:t>
        <w:br/>
        <w:t>vn -0.8845 0.4489 -0.1273</w:t>
        <w:br/>
        <w:t>vn -0.9488 0.3116 -0.0518</w:t>
        <w:br/>
        <w:t>vn -0.9356 0.3526 -0.0177</w:t>
        <w:br/>
        <w:t>vn 0.4530 0.8311 -0.3226</w:t>
        <w:br/>
        <w:t>vn 0.3645 0.6007 -0.7115</w:t>
        <w:br/>
        <w:t>vn 0.3620 0.5971 -0.7158</w:t>
        <w:br/>
        <w:t>vn 0.4556 0.8336 -0.3122</w:t>
        <w:br/>
        <w:t>vn -0.9320 0.3621 0.0146</w:t>
        <w:br/>
        <w:t>vn 0.0083 -0.1340 -0.9909</w:t>
        <w:br/>
        <w:t>vn -0.8961 0.4317 -0.1035</w:t>
        <w:br/>
        <w:t>vn -0.9198 0.3795 0.0997</w:t>
        <w:br/>
        <w:t>vn -0.9177 0.3236 -0.2306</w:t>
        <w:br/>
        <w:t>vn -0.2141 -0.3952 0.8933</w:t>
        <w:br/>
        <w:t>vn -0.1517 -0.2721 0.9502</w:t>
        <w:br/>
        <w:t>vn -0.1554 -0.2896 0.9444</w:t>
        <w:br/>
        <w:t>vn 0.3790 0.7659 0.5194</w:t>
        <w:br/>
        <w:t>vn 0.3837 0.7681 0.5126</w:t>
        <w:br/>
        <w:t>vn 0.3883 0.7703 0.5058</w:t>
        <w:br/>
        <w:t>vn -0.2666 -0.5167 0.8136</w:t>
        <w:br/>
        <w:t>vn -0.3595 -0.7375 0.5718</w:t>
        <w:br/>
        <w:t>vn 0.8994 -0.4302 0.0773</w:t>
        <w:br/>
        <w:t>vn 0.8973 -0.4272 0.1111</w:t>
        <w:br/>
        <w:t>vn 0.9075 -0.4132 0.0753</w:t>
        <w:br/>
        <w:t>vn 0.9045 -0.4226 0.0566</w:t>
        <w:br/>
        <w:t>vn 0.8955 -0.4239 0.1360</w:t>
        <w:br/>
        <w:t>vn 0.4133 0.7640 0.4954</w:t>
        <w:br/>
        <w:t>vn 0.4183 0.7338 0.5353</w:t>
        <w:br/>
        <w:t>vn 0.4352 0.7287 0.5288</w:t>
        <w:br/>
        <w:t>vn 0.4456 0.7102 0.5451</w:t>
        <w:br/>
        <w:t>vn 0.4683 0.7175 0.5157</w:t>
        <w:br/>
        <w:t>vn -0.3416 -0.7432 0.5753</w:t>
        <w:br/>
        <w:t>vn 0.8950 -0.4430 0.0528</w:t>
        <w:br/>
        <w:t>vn -0.4293 -0.8826 0.1917</w:t>
        <w:br/>
        <w:t>vn -0.4324 -0.8843 0.1764</w:t>
        <w:br/>
        <w:t>vn -0.4293 -0.8802 -0.2025</w:t>
        <w:br/>
        <w:t>vn 0.9005 -0.4317 0.0523</w:t>
        <w:br/>
        <w:t>vn 0.9083 -0.4131 0.0664</w:t>
        <w:br/>
        <w:t>vn -0.3867 -0.6496 0.6546</w:t>
        <w:br/>
        <w:t>vn -0.4034 -0.7093 0.5781</w:t>
        <w:br/>
        <w:t>vn -0.4140 -0.6454 0.6419</w:t>
        <w:br/>
        <w:t>vn -0.4031 -0.7652 0.5019</w:t>
        <w:br/>
        <w:t>vn 0.9104 -0.4062 0.0788</w:t>
        <w:br/>
        <w:t>vn 0.8043 -0.5813 0.1236</w:t>
        <w:br/>
        <w:t>vn 0.8183 -0.5580 0.1383</w:t>
        <w:br/>
        <w:t>vn 0.8630 -0.5021 0.0558</w:t>
        <w:br/>
        <w:t>vn 0.7734 -0.6134 0.1599</w:t>
        <w:br/>
        <w:t>vn 0.8243 -0.5477 0.1434</w:t>
        <w:br/>
        <w:t>vn 0.8140 -0.5737 0.0915</w:t>
        <w:br/>
        <w:t>vn -0.4366 -0.8774 0.1987</w:t>
        <w:br/>
        <w:t>vn 0.8609 -0.5031 0.0754</w:t>
        <w:br/>
        <w:t>vn -0.4301 -0.8806 0.1991</w:t>
        <w:br/>
        <w:t>vn 0.8736 -0.4830 0.0601</w:t>
        <w:br/>
        <w:t>vn 0.8903 -0.4388 0.1213</w:t>
        <w:br/>
        <w:t>vn -0.4173 -0.8364 -0.3553</w:t>
        <w:br/>
        <w:t>vn -0.4152 -0.8940 -0.1684</w:t>
        <w:br/>
        <w:t>vn 0.8957 -0.4230 0.1373</w:t>
        <w:br/>
        <w:t>vn 0.8928 -0.4429 0.0823</w:t>
        <w:br/>
        <w:t>vn -0.4008 -0.8628 -0.3081</w:t>
        <w:br/>
        <w:t>vn 0.8886 -0.4422 0.1218</w:t>
        <w:br/>
        <w:t>vn -0.3145 -0.7317 -0.6047</w:t>
        <w:br/>
        <w:t>vn 0.8763 -0.4667 0.1192</w:t>
        <w:br/>
        <w:t>vn 0.8806 -0.4630 0.1010</w:t>
        <w:br/>
        <w:t>vn -0.2507 -0.6127 -0.7495</w:t>
        <w:br/>
        <w:t>vn 0.8647 -0.4938 0.0925</w:t>
        <w:br/>
        <w:t>vn 0.8538 -0.5206 -0.0077</w:t>
        <w:br/>
        <w:t>vn -0.1700 -0.4769 -0.8624</w:t>
        <w:br/>
        <w:t>vn -0.1697 -0.4769 -0.8624</w:t>
        <w:br/>
        <w:t>vn 0.5285 0.8261 -0.1954</w:t>
        <w:br/>
        <w:t>vn 0.4848 0.8093 -0.3316</w:t>
        <w:br/>
        <w:t>vn 0.5285 0.8261 -0.1955</w:t>
        <w:br/>
        <w:t>vn 0.5613 0.8258 -0.0551</w:t>
        <w:br/>
        <w:t>vn 0.9085 -0.4141 -0.0555</w:t>
        <w:br/>
        <w:t>vn 0.8972 -0.4388 0.0496</w:t>
        <w:br/>
        <w:t>vn 0.8990 -0.4380 0.0010</w:t>
        <w:br/>
        <w:t>vn 0.8886 -0.4540 0.0656</w:t>
        <w:br/>
        <w:t>vn 0.8965 -0.4378 0.0682</w:t>
        <w:br/>
        <w:t>vn 0.0072 -0.1348 -0.9908</w:t>
        <w:br/>
        <w:t>vn 0.8902 -0.4482 0.0812</w:t>
        <w:br/>
        <w:t>vn -0.1921 -0.5019 -0.8433</w:t>
        <w:br/>
        <w:t>vn -0.2122 -0.5195 -0.8277</w:t>
        <w:br/>
        <w:t>vn 0.8642 -0.4942 0.0941</w:t>
        <w:br/>
        <w:t>vn -0.2880 -0.6288 -0.7223</w:t>
        <w:br/>
        <w:t>vn -0.3403 -0.7111 -0.6152</w:t>
        <w:br/>
        <w:t>vn -0.9104 0.0995 -0.4016</w:t>
        <w:br/>
        <w:t>vn -0.7283 -0.0383 -0.6841</w:t>
        <w:br/>
        <w:t>vn -0.9945 -0.0988 -0.0344</w:t>
        <w:br/>
        <w:t>vn -0.9911 -0.1084 -0.0773</w:t>
        <w:br/>
        <w:t>vn -0.5115 0.0034 -0.8593</w:t>
        <w:br/>
        <w:t>vn -0.2359 0.0430 -0.9708</w:t>
        <w:br/>
        <w:t>vn -0.2808 0.0460 -0.9587</w:t>
        <w:br/>
        <w:t>vn 0.9960 -0.0835 -0.0328</w:t>
        <w:br/>
        <w:t>vn 0.9945 -0.0799 -0.0677</w:t>
        <w:br/>
        <w:t>vn 0.9904 -0.0586 -0.1251</w:t>
        <w:br/>
        <w:t>vn 0.9978 -0.0654 -0.0051</w:t>
        <w:br/>
        <w:t>vn 0.9994 -0.0312 0.0165</w:t>
        <w:br/>
        <w:t>vn 0.9979 0.0544 0.0340</w:t>
        <w:br/>
        <w:t>vn 0.9939 0.0838 0.0723</w:t>
        <w:br/>
        <w:t>vn 0.7284 0.3401 0.5947</w:t>
        <w:br/>
        <w:t>vn -0.0825 0.7734 0.6286</w:t>
        <w:br/>
        <w:t>vn 0.1953 0.9062 0.3750</w:t>
        <w:br/>
        <w:t>vn 0.3266 0.8467 0.4200</w:t>
        <w:br/>
        <w:t>vn 0.3352 0.7183 0.6097</w:t>
        <w:br/>
        <w:t>vn -0.0873 0.8908 0.4459</w:t>
        <w:br/>
        <w:t>vn 0.1319 0.6987 0.7032</w:t>
        <w:br/>
        <w:t>vn 0.7284 0.3402 0.5947</w:t>
        <w:br/>
        <w:t>vn 0.5028 0.3844 0.7742</w:t>
        <w:br/>
        <w:t>vn 0.4973 0.3658 0.7867</w:t>
        <w:br/>
        <w:t>vn -0.1162 0.7022 0.7025</w:t>
        <w:br/>
        <w:t>vn -0.3134 0.6739 0.6691</w:t>
        <w:br/>
        <w:t>vn -0.0913 0.3190 0.9434</w:t>
        <w:br/>
        <w:t>vn 0.1708 -0.4806 0.8601</w:t>
        <w:br/>
        <w:t>vn -0.3124 0.3465 0.8845</w:t>
        <w:br/>
        <w:t>vn -0.2120 -0.7169 0.6641</w:t>
        <w:br/>
        <w:t>vn -0.0392 -0.7389 0.6727</w:t>
        <w:br/>
        <w:t>vn -0.0457 -0.6844 0.7277</w:t>
        <w:br/>
        <w:t>vn 0.1583 -0.7939 0.5871</w:t>
        <w:br/>
        <w:t>vn -0.2221 -0.7553 0.6166</w:t>
        <w:br/>
        <w:t>vn -0.3363 0.8370 0.4318</w:t>
        <w:br/>
        <w:t>vn -0.9966 -0.0796 -0.0229</w:t>
        <w:br/>
        <w:t>vn -0.9970 -0.0778 0.0035</w:t>
        <w:br/>
        <w:t>vn -0.9962 -0.0581 -0.0647</w:t>
        <w:br/>
        <w:t>vn -0.9958 -0.0866 0.0305</w:t>
        <w:br/>
        <w:t>vn -0.9969 -0.0442 -0.0658</w:t>
        <w:br/>
        <w:t>vn -0.9993 0.0024 -0.0384</w:t>
        <w:br/>
        <w:t>vn -0.4448 0.7892 0.4235</w:t>
        <w:br/>
        <w:t>vn -0.9998 0.0146 -0.0101</w:t>
        <w:br/>
        <w:t>vn -0.7671 0.3812 0.5161</w:t>
        <w:br/>
        <w:t>vn -0.6642 0.3323 0.6697</w:t>
        <w:br/>
        <w:t>vn -0.6571 0.2977 0.6925</w:t>
        <w:br/>
        <w:t>vn -0.6512 0.2654 0.7110</w:t>
        <w:br/>
        <w:t>vn 0.5120 0.3253 0.7950</w:t>
        <w:br/>
        <w:t>vn -0.6483 0.2164 0.7300</w:t>
        <w:br/>
        <w:t>vn 0.5298 0.3085 0.7900</w:t>
        <w:br/>
        <w:t>vn -0.6509 0.2129 0.7287</w:t>
        <w:br/>
        <w:t>vn 0.5666 0.2640 0.7806</w:t>
        <w:br/>
        <w:t>vn -0.6535 0.1412 0.7436</w:t>
        <w:br/>
        <w:t>vn 0.5934 0.1959 0.7807</w:t>
        <w:br/>
        <w:t>vn -0.6489 0.0912 0.7554</w:t>
        <w:br/>
        <w:t>vn 0.6087 0.1047 0.7865</w:t>
        <w:br/>
        <w:t>vn -0.6373 0.0057 0.7706</w:t>
        <w:br/>
        <w:t>vn 0.6082 0.0393 0.7928</w:t>
        <w:br/>
        <w:t>vn -0.6179 0.0157 0.7861</w:t>
        <w:br/>
        <w:t>vn 0.6038 0.0411 0.7961</w:t>
        <w:br/>
        <w:t>vn -0.5989 -0.0325 0.8001</w:t>
        <w:br/>
        <w:t>vn 0.6260 0.0016 0.7798</w:t>
        <w:br/>
        <w:t>vn -0.5804 -0.0351 0.8136</w:t>
        <w:br/>
        <w:t>vn 0.6056 -0.0147 0.7956</w:t>
        <w:br/>
        <w:t>vn -0.6647 -0.1184 0.7377</w:t>
        <w:br/>
        <w:t>vn 0.6082 -0.0954 0.7880</w:t>
        <w:br/>
        <w:t>vn -0.5230 -0.1183 0.8441</w:t>
        <w:br/>
        <w:t>vn 0.7370 -0.1674 0.6549</w:t>
        <w:br/>
        <w:t>vn -0.5692 -0.1497 0.8084</w:t>
        <w:br/>
        <w:t>vn -0.8428 -0.1140 0.5261</w:t>
        <w:br/>
        <w:t>vn -0.8854 -0.1025 0.4534</w:t>
        <w:br/>
        <w:t>vn -0.9456 -0.1126 0.3053</w:t>
        <w:br/>
        <w:t>vn -0.9542 -0.1169 0.2753</w:t>
        <w:br/>
        <w:t>vn -0.9747 -0.1246 0.1856</w:t>
        <w:br/>
        <w:t>vn -0.0135 -0.1212 0.9925</w:t>
        <w:br/>
        <w:t>vn -0.3970 -0.1444 0.9064</w:t>
        <w:br/>
        <w:t>vn -0.0188 -0.1290 0.9915</w:t>
        <w:br/>
        <w:t>vn 0.3703 -0.1226 0.9208</w:t>
        <w:br/>
        <w:t>vn 0.5898 -0.1688 0.7897</w:t>
        <w:br/>
        <w:t>vn 0.8286 -0.1602 0.5364</w:t>
        <w:br/>
        <w:t>vn 0.8712 -0.1075 0.4790</w:t>
        <w:br/>
        <w:t>vn 0.9342 -0.0593 0.3519</w:t>
        <w:br/>
        <w:t>vn 0.9447 -0.0508 0.3239</w:t>
        <w:br/>
        <w:t>vn 0.9730 -0.0542 0.2242</w:t>
        <w:br/>
        <w:t>vn 0.9583 -0.0256 -0.2847</w:t>
        <w:br/>
        <w:t>vn 0.9639 -0.0273 -0.2647</w:t>
        <w:br/>
        <w:t>vn 0.9626 -0.0214 -0.2702</w:t>
        <w:br/>
        <w:t>vn 0.9679 -0.0229 -0.2502</w:t>
        <w:br/>
        <w:t>vn 0.2246 0.0272 -0.9741</w:t>
        <w:br/>
        <w:t>vn 0.2192 0.0412 -0.9748</w:t>
        <w:br/>
        <w:t>vn 0.1875 0.0298 -0.9818</w:t>
        <w:br/>
        <w:t>vn 0.2561 0.0387 -0.9659</w:t>
        <w:br/>
        <w:t>vn 0.9908 -0.1097 -0.0794</w:t>
        <w:br/>
        <w:t>vn 0.9944 -0.0987 -0.0382</w:t>
        <w:br/>
        <w:t>vn 0.7269 -0.0383 -0.6856</w:t>
        <w:br/>
        <w:t>vn 0.5081 0.0022 -0.8613</w:t>
        <w:br/>
        <w:t>vn 0.2341 0.0442 -0.9712</w:t>
        <w:br/>
        <w:t>vn 0.2769 0.0447 -0.9598</w:t>
        <w:br/>
        <w:t>vn 0.1190 -0.9928 -0.0106</w:t>
        <w:br/>
        <w:t>vn 0.1172 -0.9930 -0.0122</w:t>
        <w:br/>
        <w:t>vn 0.0931 -0.9956 -0.0075</w:t>
        <w:br/>
        <w:t>vn 0.0811 -0.9967 -0.0054</w:t>
        <w:br/>
        <w:t>vn 0.0410 -0.9992 -0.0013</w:t>
        <w:br/>
        <w:t>vn 0.0501 -0.0103 0.9987</w:t>
        <w:br/>
        <w:t>vn 0.0787 0.0155 0.9968</w:t>
        <w:br/>
        <w:t>vn 0.0575 0.0067 0.9983</w:t>
        <w:br/>
        <w:t>vn 0.0083 0.9998 0.0161</w:t>
        <w:br/>
        <w:t>vn 0.0836 0.9946 0.0613</w:t>
        <w:br/>
        <w:t>vn 0.0418 0.9988 0.0241</w:t>
        <w:br/>
        <w:t>vn 0.0289 -0.0190 0.9994</w:t>
        <w:br/>
        <w:t>vn -0.0294 0.9995 -0.0065</w:t>
        <w:br/>
        <w:t>vn 0.9176 -0.1198 0.3790</w:t>
        <w:br/>
        <w:t>vn 0.9090 -0.1143 0.4007</w:t>
        <w:br/>
        <w:t>vn -0.0588 0.9983 0.0000</w:t>
        <w:br/>
        <w:t>vn -0.9959 -0.0870 -0.0234</w:t>
        <w:br/>
        <w:t>vn -0.9913 -0.0628 -0.1161</w:t>
        <w:br/>
        <w:t>vn -0.9948 -0.0837 -0.0585</w:t>
        <w:br/>
        <w:t>vn -0.9976 -0.0687 0.0040</w:t>
        <w:br/>
        <w:t>vn -0.9991 -0.0344 0.0254</w:t>
        <w:br/>
        <w:t>vn -0.1281 0.7037 0.6988</w:t>
        <w:br/>
        <w:t>vn 0.0882 0.8946 0.4381</w:t>
        <w:br/>
        <w:t>vn -0.1951 0.9085 0.3696</w:t>
        <w:br/>
        <w:t>vn -0.9978 0.0514 0.0422</w:t>
        <w:br/>
        <w:t>vn -0.9935 0.0812 0.0802</w:t>
        <w:br/>
        <w:t>vn -0.7244 0.3424 0.5984</w:t>
        <w:br/>
        <w:t>vn 0.0854 0.7785 0.6218</w:t>
        <w:br/>
        <w:t>vn -0.3258 0.8490 0.4161</w:t>
        <w:br/>
        <w:t>vn -0.3323 0.7219 0.6069</w:t>
        <w:br/>
        <w:t>vn -0.7244 0.3424 0.5983</w:t>
        <w:br/>
        <w:t>vn -0.4973 0.3888 0.7755</w:t>
        <w:br/>
        <w:t>vn -0.4919 0.3700 0.7881</w:t>
        <w:br/>
        <w:t>vn 0.1199 0.7080 0.6959</w:t>
        <w:br/>
        <w:t>vn 0.3170 0.6801 0.6611</w:t>
        <w:br/>
        <w:t>vn 0.3372 0.8414 0.4223</w:t>
        <w:br/>
        <w:t>vn 0.0984 0.3267 0.9400</w:t>
        <w:br/>
        <w:t>vn -0.1617 -0.4744 0.8653</w:t>
        <w:br/>
        <w:t>vn 0.3189 0.3544 0.8790</w:t>
        <w:br/>
        <w:t>vn 0.0475 -0.7335 0.6781</w:t>
        <w:br/>
        <w:t>vn 0.2201 -0.7110 0.6678</w:t>
        <w:br/>
        <w:t>vn 0.0542 -0.6785 0.7326</w:t>
        <w:br/>
        <w:t>vn 0.2299 -0.7497 0.6206</w:t>
        <w:br/>
        <w:t>vn -0.1505 -0.7898 0.5946</w:t>
        <w:br/>
        <w:t>vn 0.9966 -0.0765 -0.0309</w:t>
        <w:br/>
        <w:t>vn 0.9958 -0.0554 -0.0729</w:t>
        <w:br/>
        <w:t>vn 0.9972 -0.0746 -0.0046</w:t>
        <w:br/>
        <w:t>vn 0.9963 -0.0831 0.0225</w:t>
        <w:br/>
        <w:t>vn 0.9964 -0.0414 -0.0740</w:t>
        <w:br/>
        <w:t>vn 0.9989 0.0053 -0.0471</w:t>
        <w:br/>
        <w:t>vn 0.4458 0.7940 0.4134</w:t>
        <w:br/>
        <w:t>vn 0.9997 0.0178 -0.0189</w:t>
        <w:br/>
        <w:t>vn 0.7702 0.3877 0.5064</w:t>
        <w:br/>
        <w:t>vn 0.6688 0.3397 0.6613</w:t>
        <w:br/>
        <w:t>vn 0.6618 0.3047 0.6849</w:t>
        <w:br/>
        <w:t>vn 0.6562 0.2725 0.7036</w:t>
        <w:br/>
        <w:t>vn -0.5065 0.3296 0.7968</w:t>
        <w:br/>
        <w:t>vn 0.6531 0.2224 0.7239</w:t>
        <w:br/>
        <w:t>vn -0.5247 0.3120 0.7920</w:t>
        <w:br/>
        <w:t>vn 0.6557 0.2189 0.7226</w:t>
        <w:br/>
        <w:t>vn -0.5615 0.2673 0.7831</w:t>
        <w:br/>
        <w:t>vn 0.6575 0.1448 0.7394</w:t>
        <w:br/>
        <w:t>vn -0.5893 0.1981 0.7833</w:t>
        <w:br/>
        <w:t>vn 0.6530 0.0949 0.7514</w:t>
        <w:br/>
        <w:t>vn -0.6044 0.1069 0.7895</w:t>
        <w:br/>
        <w:t>vn 0.6404 0.0068 0.7680</w:t>
        <w:br/>
        <w:t>vn -0.6050 0.0403 0.7952</w:t>
        <w:br/>
        <w:t>vn 0.6210 0.0168 0.7836</w:t>
        <w:br/>
        <w:t>vn -0.6006 0.0422 0.7984</w:t>
        <w:br/>
        <w:t>vn 0.6004 -0.0346 0.7990</w:t>
        <w:br/>
        <w:t>vn -0.6245 0.0013 0.7810</w:t>
        <w:br/>
        <w:t>vn 0.5818 -0.0372 0.8125</w:t>
        <w:br/>
        <w:t>vn -0.6041 -0.0151 0.7968</w:t>
        <w:br/>
        <w:t>vn 0.6646 -0.1231 0.7370</w:t>
        <w:br/>
        <w:t>vn -0.6082 -0.0968 0.7878</w:t>
        <w:br/>
        <w:t>vn 0.5229 -0.1231 0.8434</w:t>
        <w:br/>
        <w:t>vn -0.7372 -0.1680 0.6544</w:t>
        <w:br/>
        <w:t>vn 0.5691 -0.1545 0.8076</w:t>
        <w:br/>
        <w:t>vn 0.8426 -0.1183 0.5253</w:t>
        <w:br/>
        <w:t>vn 0.8853 -0.1067 0.4527</w:t>
        <w:br/>
        <w:t>vn 0.9454 -0.1164 0.3045</w:t>
        <w:br/>
        <w:t>vn 0.9540 -0.1206 0.2745</w:t>
        <w:br/>
        <w:t>vn 0.9744 -0.1280 0.1848</w:t>
        <w:br/>
        <w:t>vn 0.0135 -0.1251 0.9920</w:t>
        <w:br/>
        <w:t>vn 0.3969 -0.1491 0.9057</w:t>
        <w:br/>
        <w:t>vn 0.0188 -0.1330 0.9909</w:t>
        <w:br/>
        <w:t>vn -0.3703 -0.1252 0.9204</w:t>
        <w:br/>
        <w:t>vn -0.5900 -0.1703 0.7892</w:t>
        <w:br/>
        <w:t>vn -0.8289 -0.1600 0.5360</w:t>
        <w:br/>
        <w:t>vn -0.8713 -0.1070 0.4789</w:t>
        <w:br/>
        <w:t>vn -0.9342 -0.0581 0.3520</w:t>
        <w:br/>
        <w:t>vn -0.9447 -0.0494 0.3241</w:t>
        <w:br/>
        <w:t>vn -0.9731 -0.0524 0.2243</w:t>
        <w:br/>
        <w:t>vn -0.5463 0.8368 0.0350</w:t>
        <w:br/>
        <w:t>vn -0.5464 0.8368 0.0350</w:t>
        <w:br/>
        <w:t>vn -0.5502 0.8320 0.0711</w:t>
        <w:br/>
        <w:t>vn -0.5416 0.8406 -0.0011</w:t>
        <w:br/>
        <w:t>vn -0.4590 -0.3596 -0.8124</w:t>
        <w:br/>
        <w:t>vn -0.4612 -0.2897 -0.8387</w:t>
        <w:br/>
        <w:t>vn -0.4931 -0.2791 -0.8240</w:t>
        <w:br/>
        <w:t>vn -0.8201 -0.2157 0.5300</w:t>
        <w:br/>
        <w:t>vn -0.8473 -0.2376 0.4751</w:t>
        <w:br/>
        <w:t>vn -0.8356 -0.2000 0.5116</w:t>
        <w:br/>
        <w:t>vn -0.7979 -0.2166 0.5626</w:t>
        <w:br/>
        <w:t>vn -0.4567 -0.3622 -0.8126</w:t>
        <w:br/>
        <w:t>vn -0.7545 -0.3159 0.5753</w:t>
        <w:br/>
        <w:t>vn -0.7288 -0.3879 0.5642</w:t>
        <w:br/>
        <w:t>vn -0.4545 -0.2625 -0.8512</w:t>
        <w:br/>
        <w:t>vn -0.4564 -0.3462 -0.8197</w:t>
        <w:br/>
        <w:t>vn -0.5165 -0.0386 -0.8554</w:t>
        <w:br/>
        <w:t>vn -0.5252 -0.0526 -0.8494</w:t>
        <w:br/>
        <w:t>vn -0.6799 -0.5199 0.5171</w:t>
        <w:br/>
        <w:t>vn -0.6266 0.1561 -0.7635</w:t>
        <w:br/>
        <w:t>vn -0.6689 -0.5794 0.4657</w:t>
        <w:br/>
        <w:t>vn 0.7608 0.3033 -0.5737</w:t>
        <w:br/>
        <w:t>vn 0.8261 0.1800 -0.5340</w:t>
        <w:br/>
        <w:t>vn 0.8153 0.1790 -0.5507</w:t>
        <w:br/>
        <w:t>vn 0.8577 0.1284 -0.4979</w:t>
        <w:br/>
        <w:t>vn -0.6378 -0.6560 0.4035</w:t>
        <w:br/>
        <w:t>vn -0.6342 -0.6762 0.3748</w:t>
        <w:br/>
        <w:t>vn 0.5954 -0.8010 -0.0621</w:t>
        <w:br/>
        <w:t>vn 0.5951 -0.8029 -0.0358</w:t>
        <w:br/>
        <w:t>vn 0.8790 0.1328 -0.4580</w:t>
        <w:br/>
        <w:t>vn 0.5954 -0.7986 -0.0882</w:t>
        <w:br/>
        <w:t>vn 0.4470 0.2726 0.8520</w:t>
        <w:br/>
        <w:t>vn 0.4524 0.3526 0.8192</w:t>
        <w:br/>
        <w:t>vn 0.4519 0.3504 0.8204</w:t>
        <w:br/>
        <w:t>vn 0.4732 0.2623 0.8410</w:t>
        <w:br/>
        <w:t>vn 0.4556 0.3453 0.8205</w:t>
        <w:br/>
        <w:t>vn 0.4531 0.2628 0.8519</w:t>
        <w:br/>
        <w:t>vn 0.5262 0.0458 0.8491</w:t>
        <w:br/>
        <w:t>vn 0.7343 0.3757 -0.5654</w:t>
        <w:br/>
        <w:t>vn 0.5157 0.0300 0.8563</w:t>
        <w:br/>
        <w:t>vn 0.6281 -0.1669 0.7600</w:t>
        <w:br/>
        <w:t>vn 0.6843 0.5119 -0.5194</w:t>
        <w:br/>
        <w:t>vn -0.6809 0.2290 -0.6957</w:t>
        <w:br/>
        <w:t>vn -0.7250 0.3656 -0.5837</w:t>
        <w:br/>
        <w:t>vn 0.6826 -0.2345 0.6922</w:t>
        <w:br/>
        <w:t>vn 0.6709 0.5747 -0.4686</w:t>
        <w:br/>
        <w:t>vn 0.7255 -0.3678 0.5817</w:t>
        <w:br/>
        <w:t>vn -0.7432 0.4092 -0.5293</w:t>
        <w:br/>
        <w:t>vn 0.6383 0.6550 -0.4045</w:t>
        <w:br/>
        <w:t>vn 0.7436 -0.4108 0.5276</w:t>
        <w:br/>
        <w:t>vn 0.6344 0.6756 -0.3756</w:t>
        <w:br/>
        <w:t>vn 0.7796 -0.5363 0.3235</w:t>
        <w:br/>
        <w:t>vn -0.7794 0.5351 -0.3257</w:t>
        <w:br/>
        <w:t>vn -0.6197 -0.7258 0.2986</w:t>
        <w:br/>
        <w:t>vn -0.6138 -0.7506 0.2444</w:t>
        <w:br/>
        <w:t>vn 0.6198 0.7255 -0.2992</w:t>
        <w:br/>
        <w:t>vn -0.7791 0.5353 -0.3262</w:t>
        <w:br/>
        <w:t>vn 0.7792 -0.5365 0.3240</w:t>
        <w:br/>
        <w:t>vn 0.6139 0.7504 -0.2450</w:t>
        <w:br/>
        <w:t>vn 0.7834 -0.6209 0.0269</w:t>
        <w:br/>
        <w:t>vn 0.7832 -0.6212 0.0259</w:t>
        <w:br/>
        <w:t>vn 0.7652 -0.6202 -0.1727</w:t>
        <w:br/>
        <w:t>vn 0.6116 0.7838 -0.1080</w:t>
        <w:br/>
        <w:t>vn 0.6117 0.7839 -0.1064</w:t>
        <w:br/>
        <w:t>vn -0.7837 0.6204 -0.0300</w:t>
        <w:br/>
        <w:t>vn 0.7591 -0.6082 -0.2322</w:t>
        <w:br/>
        <w:t>vn 0.6218 0.7830 0.0141</w:t>
        <w:br/>
        <w:t>vn 0.7071 -0.5163 -0.4831</w:t>
        <w:br/>
        <w:t>vn -0.7835 0.6207 -0.0290</w:t>
        <w:br/>
        <w:t>vn -0.6116 -0.7839 0.1072</w:t>
        <w:br/>
        <w:t>vn -0.6117 -0.7841 0.1054</w:t>
        <w:br/>
        <w:t>vn -0.6220 -0.7829 -0.0149</w:t>
        <w:br/>
        <w:t>vn -0.6299 -0.7750 -0.0511</w:t>
        <w:br/>
        <w:t>vn -0.7656 0.6203 0.1704</w:t>
        <w:br/>
        <w:t>vn -0.6606 -0.7279 -0.1838</w:t>
        <w:br/>
        <w:t>vn -0.7594 0.6084 0.2305</w:t>
        <w:br/>
        <w:t>vn 0.6297 0.7752 0.0504</w:t>
        <w:br/>
        <w:t>vn -0.6575 -0.7302 -0.1857</w:t>
        <w:br/>
        <w:t>vn -0.7087 0.5190 0.4778</w:t>
        <w:br/>
        <w:t>vn 0.6602 0.7286 0.1824</w:t>
        <w:br/>
        <w:t>vn 0.7039 -0.5206 -0.4832</w:t>
        <w:br/>
        <w:t>vn -0.7057 0.5230 0.4779</w:t>
        <w:br/>
        <w:t>vn 0.6572 0.7308 0.1842</w:t>
        <w:br/>
        <w:t>vn -0.6892 -0.6602 -0.2985</w:t>
        <w:br/>
        <w:t>vn -0.6941 -0.6570 -0.2944</w:t>
        <w:br/>
        <w:t>vn -0.7234 -0.5997 -0.3420</w:t>
        <w:br/>
        <w:t>vn -0.6249 0.3893 0.6768</w:t>
        <w:br/>
        <w:t>vn -0.6120 0.3552 0.7066</w:t>
        <w:br/>
        <w:t>vn 0.6891 0.6609 0.2973</w:t>
        <w:br/>
        <w:t>vn -0.7474 -0.5583 -0.3602</w:t>
        <w:br/>
        <w:t>vn -0.8135 -0.4310 -0.3905</w:t>
        <w:br/>
        <w:t>vn 0.6222 -0.3858 -0.6812</w:t>
        <w:br/>
        <w:t>vn 0.6937 0.6578 0.2933</w:t>
        <w:br/>
        <w:t>vn 0.6111 -0.3548 -0.7076</w:t>
        <w:br/>
        <w:t>vn 0.5580 -0.2444 -0.7931</w:t>
        <w:br/>
        <w:t>vn 0.7229 0.6007 0.3414</w:t>
        <w:br/>
        <w:t>vn 0.5202 -0.1486 -0.8410</w:t>
        <w:br/>
        <w:t>vn 0.4258 0.0396 -0.9039</w:t>
        <w:br/>
        <w:t>vn 0.7463 0.5603 0.3593</w:t>
        <w:br/>
        <w:t>vn -0.5581 0.2433 0.7933</w:t>
        <w:br/>
        <w:t>vn 0.8119 0.4364 0.3877</w:t>
        <w:br/>
        <w:t>vn -0.5217 0.1500 0.8398</w:t>
        <w:br/>
        <w:t>vn 0.3854 0.1468 -0.9110</w:t>
        <w:br/>
        <w:t>vn -0.4267 -0.0394 0.9035</w:t>
        <w:br/>
        <w:t>vn 0.8143 0.4368 0.3823</w:t>
        <w:br/>
        <w:t>vn -0.3886 -0.1541 0.9084</w:t>
        <w:br/>
        <w:t>vn -0.8167 -0.4316 -0.3830</w:t>
        <w:br/>
        <w:t>vn -0.8501 -0.3394 -0.4028</w:t>
        <w:br/>
        <w:t>vn -0.3221 -0.3413 0.8830</w:t>
        <w:br/>
        <w:t>vn 0.8568 0.3293 0.3967</w:t>
        <w:br/>
        <w:t>vn -0.3155 -0.3533 0.8807</w:t>
        <w:br/>
        <w:t>vn 0.3154 0.3315 -0.8892</w:t>
        <w:br/>
        <w:t>vn 0.8668 0.3072 0.3928</w:t>
        <w:br/>
        <w:t>vn 0.3036 0.3405 -0.8899</w:t>
        <w:br/>
        <w:t>vn 0.2393 0.1064 -0.9651</w:t>
        <w:br/>
        <w:t>vn -0.8532 -0.3349 -0.3998</w:t>
        <w:br/>
        <w:t>vn 0.3485 0.1114 -0.9306</w:t>
        <w:br/>
        <w:t>vn 0.1932 -0.1364 -0.9716</w:t>
        <w:br/>
        <w:t>vn 0.9318 -0.0621 0.3576</w:t>
        <w:br/>
        <w:t>vn 0.9327 -0.0629 0.3552</w:t>
        <w:br/>
        <w:t>vn 0.5915 -0.7717 0.2339</w:t>
        <w:br/>
        <w:t>vn -0.9303 0.0306 -0.3655</w:t>
        <w:br/>
        <w:t>vn -0.2279 -0.0801 0.9704</w:t>
        <w:br/>
        <w:t>vn -0.3572 -0.0926 0.9294</w:t>
        <w:br/>
        <w:t>vn -0.9314 0.0331 -0.3625</w:t>
        <w:br/>
        <w:t>vn -0.8765 0.3877 -0.2854</w:t>
        <w:br/>
        <w:t>vn -0.1693 0.1769 0.9696</w:t>
        <w:br/>
        <w:t>vn 0.5918 -0.7760 0.2182</w:t>
        <w:br/>
        <w:t>vn -0.8803 0.3839 -0.2788</w:t>
        <w:br/>
        <w:t>vn -0.1715 0.0984 0.9803</w:t>
        <w:br/>
        <w:t>vn -0.0729 0.9910 -0.1120</w:t>
        <w:br/>
        <w:t>vn -0.0845 0.9855 -0.1471</w:t>
        <w:br/>
        <w:t>vn -0.0728 0.9910 -0.1120</w:t>
        <w:br/>
        <w:t>vn -0.0613 0.9952 -0.0768</w:t>
        <w:br/>
        <w:t>vn -0.3346 0.0179 0.9422</w:t>
        <w:br/>
        <w:t>vn -0.3052 -0.0137 0.9522</w:t>
        <w:br/>
        <w:t>vn 0.1824 -0.9739 0.1349</w:t>
        <w:br/>
        <w:t>vn 0.1875 -0.9692 0.1600</w:t>
        <w:br/>
        <w:t>vn 0.2981 0.0076 -0.9545</w:t>
        <w:br/>
        <w:t>vn 0.1931 -0.0762 -0.9782</w:t>
        <w:br/>
        <w:t>vn 0.3268 -0.0247 -0.9448</w:t>
        <w:br/>
        <w:t>vn -0.2553 0.4587 -0.8511</w:t>
        <w:br/>
        <w:t>vn -0.4789 0.6367 -0.6043</w:t>
        <w:br/>
        <w:t>vn -0.5045 0.6028 -0.6181</w:t>
        <w:br/>
        <w:t>vn -0.2702 0.4369 -0.8579</w:t>
        <w:br/>
        <w:t>vn -0.0253 -0.8462 -0.5323</w:t>
        <w:br/>
        <w:t>vn -0.4836 -0.7811 -0.3949</w:t>
        <w:br/>
        <w:t>vn -0.0191 -0.7879 -0.6155</w:t>
        <w:br/>
        <w:t>vn 0.0777 0.1681 -0.9827</w:t>
        <w:br/>
        <w:t>vn 0.0835 0.1723 -0.9815</w:t>
        <w:br/>
        <w:t>vn 0.2645 -0.1174 -0.9572</w:t>
        <w:br/>
        <w:t>vn -0.4835 -0.8047 -0.3445</w:t>
        <w:br/>
        <w:t>vn -0.8155 -0.5565 -0.1589</w:t>
        <w:br/>
        <w:t>vn -0.8118 -0.5584 -0.1707</w:t>
        <w:br/>
        <w:t>vn 0.4579 -0.5875 0.6673</w:t>
        <w:br/>
        <w:t>vn 0.2308 -0.4480 0.8637</w:t>
        <w:br/>
        <w:t>vn 0.2482 -0.4240 0.8710</w:t>
        <w:br/>
        <w:t>vn -0.0749 -0.1704 0.9825</w:t>
        <w:br/>
        <w:t>vn 0.4288 -0.6246 0.6527</w:t>
        <w:br/>
        <w:t>vn -0.0394 0.8377 0.5448</w:t>
        <w:br/>
        <w:t>vn -0.0394 0.8376 0.5448</w:t>
        <w:br/>
        <w:t>vn -0.0547 0.7714 0.6340</w:t>
        <w:br/>
        <w:t>vn -0.0236 0.8933 0.4488</w:t>
        <w:br/>
        <w:t>vn 0.8307 0.5359 0.1508</w:t>
        <w:br/>
        <w:t>vn 0.8545 0.4981 0.1478</w:t>
        <w:br/>
        <w:t>vn 0.8552 0.4960 0.1506</w:t>
        <w:br/>
        <w:t>vn -0.0814 -0.1755 0.9811</w:t>
        <w:br/>
        <w:t>vn 0.8279 0.5361 0.1646</w:t>
        <w:br/>
        <w:t>vn 0.8041 0.5776 0.1405</w:t>
        <w:br/>
        <w:t>vn 0.7937 0.5915 0.1423</w:t>
        <w:br/>
        <w:t>vn 0.7616 0.6311 0.1469</w:t>
        <w:br/>
        <w:t>vn -0.2717 0.1273 0.9539</w:t>
        <w:br/>
        <w:t>vn -0.8035 -0.5783 -0.1411</w:t>
        <w:br/>
        <w:t>vn 0.2631 -0.1160 -0.9578</w:t>
        <w:br/>
        <w:t>vn -0.2697 0.1267 0.9546</w:t>
        <w:br/>
        <w:t>vn -0.7942 -0.5907 -0.1430</w:t>
        <w:br/>
        <w:t>vn 0.5227 -0.4673 -0.7130</w:t>
        <w:br/>
        <w:t>vn -0.7626 -0.6297 -0.1477</w:t>
        <w:br/>
        <w:t>vn 0.5186 -0.4711 -0.7135</w:t>
        <w:br/>
        <w:t>vn 0.6454 -0.6183 -0.4486</w:t>
        <w:br/>
        <w:t>vn -0.5266 0.4738 0.7058</w:t>
        <w:br/>
        <w:t>vn -0.7577 -0.6336 -0.1563</w:t>
        <w:br/>
        <w:t>vn -0.5234 0.4767 0.7063</w:t>
        <w:br/>
        <w:t>vn 0.7566 0.6350 0.1557</w:t>
        <w:br/>
        <w:t>vn 0.7303 0.6718 0.1239</w:t>
        <w:br/>
        <w:t>vn -0.6452 0.6183 0.4488</w:t>
        <w:br/>
        <w:t>vn 0.6640 -0.6411 -0.3849</w:t>
        <w:br/>
        <w:t>vn 0.6798 -0.6722 -0.2934</w:t>
        <w:br/>
        <w:t>vn -0.7309 -0.6709 -0.1252</w:t>
        <w:br/>
        <w:t>vn -0.7189 -0.6860 -0.1121</w:t>
        <w:br/>
        <w:t>vn -0.6638 0.6412 0.3849</w:t>
        <w:br/>
        <w:t>vn 0.6382 -0.7103 -0.2971</w:t>
        <w:br/>
        <w:t>vn 0.5929 -0.6620 -0.4586</w:t>
        <w:br/>
        <w:t>vn -0.7164 -0.6897 -0.1052</w:t>
        <w:br/>
        <w:t>vn -0.6947 -0.7042 -0.1465</w:t>
        <w:br/>
        <w:t>vn -0.6804 0.6770 0.2807</w:t>
        <w:br/>
        <w:t>vn -0.6327 0.7236 0.2758</w:t>
        <w:br/>
        <w:t>vn 0.7184 0.6869 0.1096</w:t>
        <w:br/>
        <w:t>vn 0.7043 0.7082 0.0482</w:t>
        <w:br/>
        <w:t>vn 0.6655 0.7449 0.0476</w:t>
        <w:br/>
        <w:t>vn 0.4434 0.8570 0.2627</w:t>
        <w:br/>
        <w:t>vn -0.6321 0.6984 0.3356</w:t>
        <w:br/>
        <w:t>vn 0.5950 0.7994 0.0832</w:t>
        <w:br/>
        <w:t>vn -0.6850 -0.7075 -0.1737</w:t>
        <w:br/>
        <w:t>vn -0.6027 0.6899 0.4011</w:t>
        <w:br/>
        <w:t>vn -0.6475 -0.7321 -0.2115</w:t>
        <w:br/>
        <w:t>vn 0.6248 -0.6487 -0.4344</w:t>
        <w:br/>
        <w:t>vn -0.3962 0.6971 0.5975</w:t>
        <w:br/>
        <w:t>vn -0.4363 0.3645 -0.8227</w:t>
        <w:br/>
        <w:t>vn -0.4726 0.2822 -0.8348</w:t>
        <w:br/>
        <w:t>vn -0.4501 0.2867 -0.8457</w:t>
        <w:br/>
        <w:t>vn 0.2149 -0.5757 0.7890</w:t>
        <w:br/>
        <w:t>vn 0.3287 -0.5122 0.7935</w:t>
        <w:br/>
        <w:t>vn 0.4175 -0.2821 0.8638</w:t>
        <w:br/>
        <w:t>vn -0.3963 0.6971 0.5975</w:t>
        <w:br/>
        <w:t>vn 0.4433 0.8570 0.2627</w:t>
        <w:br/>
        <w:t>vn -0.0948 0.7568 0.6468</w:t>
        <w:br/>
        <w:t>vn 0.4913 -0.2900 0.8213</w:t>
        <w:br/>
        <w:t>vn 0.4787 -0.0337 0.8773</w:t>
        <w:br/>
        <w:t>vn 0.7494 -0.3909 -0.5344</w:t>
        <w:br/>
        <w:t>vn -0.4619 0.3768 -0.8029</w:t>
        <w:br/>
        <w:t>vn 0.3966 -0.6062 -0.6894</w:t>
        <w:br/>
        <w:t>vn 0.9197 0.2961 -0.2580</w:t>
        <w:br/>
        <w:t>vn 0.9470 0.0841 -0.3099</w:t>
        <w:br/>
        <w:t>vn 0.4182 0.0652 0.9060</w:t>
        <w:br/>
        <w:t>vn -0.9564 -0.1271 0.2630</w:t>
        <w:br/>
        <w:t>vn -0.9536 -0.2584 0.1542</w:t>
        <w:br/>
        <w:t>vn -0.8924 -0.4297 0.1380</w:t>
        <w:br/>
        <w:t>vn -0.0333 -0.9972 -0.0668</w:t>
        <w:br/>
        <w:t>vn 0.0261 -0.9936 0.1097</w:t>
        <w:br/>
        <w:t>vn 0.0208 -0.9928 0.1177</w:t>
        <w:br/>
        <w:t>vn -0.3040 0.7013 -0.6448</w:t>
        <w:br/>
        <w:t>vn 0.9471 0.0841 -0.3099</w:t>
        <w:br/>
        <w:t>vn 0.7495 -0.3908 -0.5344</w:t>
        <w:br/>
        <w:t>vn 0.9523 0.0227 -0.3045</w:t>
        <w:br/>
        <w:t>vn -0.1598 0.9026 -0.3997</w:t>
        <w:br/>
        <w:t>vn -0.9631 -0.0382 0.2666</w:t>
        <w:br/>
        <w:t>vn 0.9040 0.0011 -0.4275</w:t>
        <w:br/>
        <w:t>vn 0.0319 0.9975 0.0633</w:t>
        <w:br/>
        <w:t>vn 0.8727 0.0189 -0.4878</w:t>
        <w:br/>
        <w:t>vn -0.9047 -0.0011 0.4260</w:t>
        <w:br/>
        <w:t>vn 0.0326 0.9973 0.0651</w:t>
        <w:br/>
        <w:t>vn -0.8737 -0.0185 0.4860</w:t>
        <w:br/>
        <w:t>vn -0.0343 -0.9970 -0.0693</w:t>
        <w:br/>
        <w:t>vn 0.1244 0.9483 0.2920</w:t>
        <w:br/>
        <w:t>vn -0.7894 -0.0693 0.6099</w:t>
        <w:br/>
        <w:t>vn 0.7883 0.0698 -0.6113</w:t>
        <w:br/>
        <w:t>vn 0.1459 0.9247 0.3515</w:t>
        <w:br/>
        <w:t>vn 0.7333 0.1132 -0.6704</w:t>
        <w:br/>
        <w:t>vn 0.6100 0.1997 -0.7669</w:t>
        <w:br/>
        <w:t>vn -0.1244 -0.9482 -0.2921</w:t>
        <w:br/>
        <w:t>vn -0.7341 -0.1106 0.6700</w:t>
        <w:br/>
        <w:t>vn -0.1434 -0.9248 -0.3524</w:t>
        <w:br/>
        <w:t>vn 0.2375 0.8672 0.4376</w:t>
        <w:br/>
        <w:t>vn -0.6061 -0.1990 0.7701</w:t>
        <w:br/>
        <w:t>vn 0.2758 0.8233 0.4961</w:t>
        <w:br/>
        <w:t>vn -0.2311 -0.8682 -0.4392</w:t>
        <w:br/>
        <w:t>vn -0.5302 -0.2507 0.8100</w:t>
        <w:br/>
        <w:t>vn -0.2702 -0.8267 -0.4935</w:t>
        <w:br/>
        <w:t>vn -0.3669 -0.3702 0.8534</w:t>
        <w:br/>
        <w:t>vn 0.3820 0.7452 0.5466</w:t>
        <w:br/>
        <w:t>vn -0.3805 -0.7509 -0.5399</w:t>
        <w:br/>
        <w:t>vn -0.2822 -0.4429 0.8510</w:t>
        <w:br/>
        <w:t>vn -0.4456 -0.7330 -0.5140</w:t>
        <w:br/>
        <w:t>vn 0.5390 0.2482 -0.8049</w:t>
        <w:br/>
        <w:t>vn -0.2526 -0.7464 -0.6157</w:t>
        <w:br/>
        <w:t>vn -0.2589 -0.7730 -0.5791</w:t>
        <w:br/>
        <w:t>vn 0.0275 -0.7245 -0.6887</w:t>
        <w:br/>
        <w:t>vn 0.0102 -0.7159 -0.6982</w:t>
        <w:br/>
        <w:t>vn 0.3808 0.3619 -0.8509</w:t>
        <w:br/>
        <w:t>vn 0.4447 0.7283 0.5214</w:t>
        <w:br/>
        <w:t>vn 0.2965 0.4341 -0.8507</w:t>
        <w:br/>
        <w:t>vn 0.5154 -0.6113 0.6006</w:t>
        <w:br/>
        <w:t>vn 0.1737 -0.6045 0.7775</w:t>
        <w:br/>
        <w:t>vn 0.1662 -0.6212 0.7659</w:t>
        <w:br/>
        <w:t>vn 0.2399 0.7437 0.6240</w:t>
        <w:br/>
        <w:t>vn 0.5220 -0.5971 0.6091</w:t>
        <w:br/>
        <w:t>vn -0.0532 0.7164 0.6957</w:t>
        <w:br/>
        <w:t>vn -0.0326 0.7074 0.7060</w:t>
        <w:br/>
        <w:t>vn 0.2466 0.7730 0.5845</w:t>
        <w:br/>
        <w:t>vn -0.1724 0.6021 -0.7796</w:t>
        <w:br/>
        <w:t>vn -0.5254 0.6088 -0.5945</w:t>
        <w:br/>
        <w:t>vn -0.5327 0.5934 -0.6035</w:t>
        <w:br/>
        <w:t>vn -0.1638 0.6209 -0.7666</w:t>
        <w:br/>
        <w:t>vn -0.0882 0.0080 -0.9961</w:t>
        <w:br/>
        <w:t>vn -0.1882 0.0204 -0.9819</w:t>
        <w:br/>
        <w:t>vn -0.0292 0.0375 -0.9989</w:t>
        <w:br/>
        <w:t>vn -0.2736 0.0437 -0.9609</w:t>
        <w:br/>
        <w:t>vn -0.2796 0.0876 -0.9561</w:t>
        <w:br/>
        <w:t>vn 0.1083 0.9941 0.0106</w:t>
        <w:br/>
        <w:t>vn 0.0869 0.9961 0.0126</w:t>
        <w:br/>
        <w:t>vn 0.0887 0.9961 0.0008</w:t>
        <w:br/>
        <w:t>vn -0.2233 0.0987 -0.9697</w:t>
        <w:br/>
        <w:t>vn -0.2229 0.1588 -0.9618</w:t>
        <w:br/>
        <w:t>vn -0.2551 0.0729 -0.9642</w:t>
        <w:br/>
        <w:t>vn 0.6977 0.7157 -0.0315</w:t>
        <w:br/>
        <w:t>vn 0.6981 0.7153 -0.0315</w:t>
        <w:br/>
        <w:t>vn 0.5090 0.8607 -0.0133</w:t>
        <w:br/>
        <w:t>vn 0.4717 0.8816 -0.0170</w:t>
        <w:br/>
        <w:t>vn 0.7016 0.7119 -0.0312</w:t>
        <w:br/>
        <w:t>vn 0.4194 0.9077 0.0141</w:t>
        <w:br/>
        <w:t>vn 0.0609 0.9975 0.0363</w:t>
        <w:br/>
        <w:t>vn 0.0756 0.9953 0.0607</w:t>
        <w:br/>
        <w:t>vn 0.5126 0.8586 -0.0098</w:t>
        <w:br/>
        <w:t>vn 0.6955 0.7178 -0.0328</w:t>
        <w:br/>
        <w:t>vn -0.9388 0.3236 0.1183</w:t>
        <w:br/>
        <w:t>vn -0.9278 0.3543 0.1164</w:t>
        <w:br/>
        <w:t>vn -0.9349 0.3305 0.1295</w:t>
        <w:br/>
        <w:t>vn -0.9446 0.3086 0.1114</w:t>
        <w:br/>
        <w:t>vn -0.1216 0.0245 0.9923</w:t>
        <w:br/>
        <w:t>vn -0.0471 0.0222 0.9986</w:t>
        <w:br/>
        <w:t>vn -0.0759 0.0485 0.9959</w:t>
        <w:br/>
        <w:t>vn -0.0471 0.0269 0.9985</w:t>
        <w:br/>
        <w:t>vn -0.9457 0.3095 0.0995</w:t>
        <w:br/>
        <w:t>vn 0.0955 0.9940 0.0535</w:t>
        <w:br/>
        <w:t>vn -0.9409 0.3251 0.0952</w:t>
        <w:br/>
        <w:t>vn -0.9382 0.3328 0.0949</w:t>
        <w:br/>
        <w:t>vn -0.9307 0.3561 0.0831</w:t>
        <w:br/>
        <w:t>vn 0.0966 0.9936 0.0593</w:t>
        <w:br/>
        <w:t>vn 0.1601 0.9864 0.0361</w:t>
        <w:br/>
        <w:t>vn -0.1114 -0.0248 0.9935</w:t>
        <w:br/>
        <w:t>vn -0.0242 -0.0788 0.9966</w:t>
        <w:br/>
        <w:t>vn 0.1071 -0.1029 0.9889</w:t>
        <w:br/>
        <w:t>vn 0.1536 -0.0791 0.9850</w:t>
        <w:br/>
        <w:t>vn 0.0845 0.9855 -0.1472</w:t>
        <w:br/>
        <w:t>vn 0.4206 0.8894 -0.1790</w:t>
        <w:br/>
        <w:t>vn 0.0729 0.9910 -0.1120</w:t>
        <w:br/>
        <w:t>vn 0.4027 0.8993 -0.1705</w:t>
        <w:br/>
        <w:t>vn 0.3346 0.0179 0.9422</w:t>
        <w:br/>
        <w:t>vn 0.2990 -0.0282 0.9538</w:t>
        <w:br/>
        <w:t>vn 0.3051 -0.0137 0.9522</w:t>
        <w:br/>
        <w:t>vn 0.7111 0.6672 -0.2218</w:t>
        <w:br/>
        <w:t>vn 0.9206 0.1981 -0.3365</w:t>
        <w:br/>
        <w:t>vn 0.8430 -0.3633 -0.3966</w:t>
        <w:br/>
        <w:t>vn 0.8657 -0.3071 -0.3952</w:t>
        <w:br/>
        <w:t>vn 0.9206 0.1982 -0.3365</w:t>
        <w:br/>
        <w:t>vn 0.3061 -0.0511 0.9506</w:t>
        <w:br/>
        <w:t>vn 0.3263 -0.2245 0.9182</w:t>
        <w:br/>
        <w:t>vn -0.4037 -0.8954 0.1876</w:t>
        <w:br/>
        <w:t>vn -0.1824 -0.9739 0.1349</w:t>
        <w:br/>
        <w:t>vn -0.6131 -0.7613 0.2109</w:t>
        <w:br/>
        <w:t>vn -0.1875 -0.9691 0.1601</w:t>
        <w:br/>
        <w:t>vn -0.2981 0.0076 -0.9545</w:t>
        <w:br/>
        <w:t>vn -0.2999 0.0300 -0.9535</w:t>
        <w:br/>
        <w:t>vn -0.3268 -0.0247 -0.9448</w:t>
        <w:br/>
        <w:t>vn -0.3067 0.0612 -0.9498</w:t>
        <w:br/>
        <w:t>vn -0.3218 0.2301 -0.9184</w:t>
        <w:br/>
        <w:t>vn -0.8896 -0.3282 0.3176</w:t>
        <w:br/>
        <w:t>vn -0.3479 0.2267 -0.9097</w:t>
        <w:br/>
        <w:t>vn -0.9300 -0.0182 0.3670</w:t>
        <w:br/>
        <w:t>vn 0.3568 -0.2210 0.9076</w:t>
        <w:br/>
        <w:t>vn -0.3428 0.2757 -0.8981</w:t>
        <w:br/>
        <w:t>vn -0.8522 0.3468 0.3917</w:t>
        <w:br/>
        <w:t>vn -0.3318 0.2818 -0.9003</w:t>
        <w:br/>
        <w:t>vn -0.4113 0.0947 -0.9066</w:t>
        <w:br/>
        <w:t>vn 0.3485 -0.2876 0.8921</w:t>
        <w:br/>
        <w:t>vn -0.8492 0.3447 0.4001</w:t>
        <w:br/>
        <w:t>vn 0.3429 -0.2973 0.8911</w:t>
        <w:br/>
        <w:t>vn 0.8386 -0.3603 -0.4085</w:t>
        <w:br/>
        <w:t>vn -0.4410 0.0135 -0.8974</w:t>
        <w:br/>
        <w:t>vn -0.5314 -0.1707 -0.8297</w:t>
        <w:br/>
        <w:t>vn 0.7898 -0.4779 -0.3844</w:t>
        <w:br/>
        <w:t>vn 0.4127 -0.1060 0.9047</w:t>
        <w:br/>
        <w:t>vn 0.7603 -0.5379 -0.3641</w:t>
        <w:br/>
        <w:t>vn -0.7896 0.4807 0.3814</w:t>
        <w:br/>
        <w:t>vn 0.4407 -0.0152 0.8975</w:t>
        <w:br/>
        <w:t>vn -0.7595 0.5395 0.3634</w:t>
        <w:br/>
        <w:t>vn 0.6883 -0.6514 -0.3192</w:t>
        <w:br/>
        <w:t>vn 0.5314 0.1690 0.8301</w:t>
        <w:br/>
        <w:t>vn 0.6631 -0.7023 -0.2589</w:t>
        <w:br/>
        <w:t>vn -0.6888 0.6507 0.3195</w:t>
        <w:br/>
        <w:t>vn 0.5762 0.2755 0.7695</w:t>
        <w:br/>
        <w:t>vn 0.6314 -0.7503 -0.1959</w:t>
        <w:br/>
        <w:t>vn 0.6359 0.4007 0.6596</w:t>
        <w:br/>
        <w:t>vn 0.6475 -0.7441 -0.1643</w:t>
        <w:br/>
        <w:t>vn -0.6649 0.6996 0.2615</w:t>
        <w:br/>
        <w:t>vn -0.5783 -0.2808 -0.7659</w:t>
        <w:br/>
        <w:t>vn -0.6370 -0.4049 -0.6560</w:t>
        <w:br/>
        <w:t>vn 0.6535 0.4315 0.6218</w:t>
        <w:br/>
        <w:t>vn -0.6341 0.7471 0.1994</w:t>
        <w:br/>
        <w:t>vn -0.6530 -0.4313 -0.6226</w:t>
        <w:br/>
        <w:t>vn -0.6489 0.7423 0.1674</w:t>
        <w:br/>
        <w:t>vn -0.7056 -0.5223 -0.4789</w:t>
        <w:br/>
        <w:t>vn 0.7072 0.5244 0.4742</w:t>
        <w:br/>
        <w:t>vn 0.6444 -0.7521 -0.1381</w:t>
        <w:br/>
        <w:t>vn 0.6411 -0.7586 -0.1161</w:t>
        <w:br/>
        <w:t>vn -0.6447 0.7517 0.1388</w:t>
        <w:br/>
        <w:t>vn 0.7073 0.5252 0.4732</w:t>
        <w:br/>
        <w:t>vn -0.7057 -0.5232 -0.4778</w:t>
        <w:br/>
        <w:t>vn -0.6413 0.7584 0.1162</w:t>
        <w:br/>
        <w:t>vn -0.7565 -0.6017 -0.2564</w:t>
        <w:br/>
        <w:t>vn -0.7704 -0.6203 -0.1471</w:t>
        <w:br/>
        <w:t>vn -0.6291 0.7762 0.0413</w:t>
        <w:br/>
        <w:t>vn 0.7574 0.6016 0.2539</w:t>
        <w:br/>
        <w:t>vn -0.6206 0.7840 -0.0137</w:t>
        <w:br/>
        <w:t>vn 0.6291 -0.7762 -0.0417</w:t>
        <w:br/>
        <w:t>vn 0.7706 0.6203 0.1463</w:t>
        <w:br/>
        <w:t>vn 0.6206 -0.7840 0.0137</w:t>
        <w:br/>
        <w:t>vn -0.6076 0.7849 -0.1215</w:t>
        <w:br/>
        <w:t>vn 0.7835 0.6178 -0.0667</w:t>
        <w:br/>
        <w:t>vn -0.7832 -0.6183 0.0654</w:t>
        <w:br/>
        <w:t>vn -0.6113 0.7822 -0.1206</w:t>
        <w:br/>
        <w:t>vn -0.7849 -0.6162 0.0650</w:t>
        <w:br/>
        <w:t>vn -0.7798 -0.5408 0.3154</w:t>
        <w:br/>
        <w:t>vn 0.6074 -0.7851 0.1210</w:t>
        <w:br/>
        <w:t>vn 0.7848 0.6162 -0.0664</w:t>
        <w:br/>
        <w:t>vn 0.6112 -0.7824 0.1195</w:t>
        <w:br/>
        <w:t>vn 0.6110 -0.7606 0.2196</w:t>
        <w:br/>
        <w:t>vn -0.7798 -0.5405 0.3158</w:t>
        <w:br/>
        <w:t>vn -0.6111 0.7601 -0.2211</w:t>
        <w:br/>
        <w:t>vn 0.6126 -0.7426 0.2708</w:t>
        <w:br/>
        <w:t>vn 0.7796 0.5394 -0.3182</w:t>
        <w:br/>
        <w:t>vn 0.6312 -0.6880 0.3580</w:t>
        <w:br/>
        <w:t>vn -0.6129 0.7419 -0.2721</w:t>
        <w:br/>
        <w:t>vn 0.7797 0.5391 -0.3185</w:t>
        <w:br/>
        <w:t>vn -0.7384 -0.3910 0.5494</w:t>
        <w:br/>
        <w:t>vn -0.6316 0.6871 -0.3593</w:t>
        <w:br/>
        <w:t>vn -0.7092 -0.3068 0.6348</w:t>
        <w:br/>
        <w:t>vn 0.7384 0.3910 -0.5494</w:t>
        <w:br/>
        <w:t>vn -0.6394 0.6549 -0.4028</w:t>
        <w:br/>
        <w:t>vn 0.6390 -0.6560 0.4018</w:t>
        <w:br/>
        <w:t>vn 0.7099 0.3087 -0.6331</w:t>
        <w:br/>
        <w:t>vn 0.6618 -0.5925 0.4593</w:t>
        <w:br/>
        <w:t>vn -0.6454 -0.1433 0.7503</w:t>
        <w:br/>
        <w:t>vn -0.6650 0.5855 -0.4637</w:t>
        <w:br/>
        <w:t>vn -0.6007 -0.0839 0.7950</w:t>
        <w:br/>
        <w:t>vn -0.5058 0.1276 0.8532</w:t>
        <w:br/>
        <w:t>vn -0.6665 0.5449 -0.5088</w:t>
        <w:br/>
        <w:t>vn 0.6459 0.1435 -0.7498</w:t>
        <w:br/>
        <w:t>vn -0.6946 0.4598 -0.5534</w:t>
        <w:br/>
        <w:t>vn 0.6593 -0.5573 0.5047</w:t>
        <w:br/>
        <w:t>vn 0.6004 0.0775 -0.7959</w:t>
        <w:br/>
        <w:t>vn 0.6830 -0.4808 0.5499</w:t>
        <w:br/>
        <w:t>vn -0.4929 0.1128 0.8627</w:t>
        <w:br/>
        <w:t>vn -0.4364 0.3390 0.8335</w:t>
        <w:br/>
        <w:t>vn 0.6917 -0.4309 0.5796</w:t>
        <w:br/>
        <w:t>vn 0.7435 -0.3370 0.5776</w:t>
        <w:br/>
        <w:t>vn 0.5053 -0.1311 -0.8529</w:t>
        <w:br/>
        <w:t>vn 0.4940 -0.1185 -0.8613</w:t>
        <w:br/>
        <w:t>vn -0.7059 0.4083 -0.5787</w:t>
        <w:br/>
        <w:t>vn 0.7777 -0.3111 0.5462</w:t>
        <w:br/>
        <w:t>vn 0.4382 -0.3371 -0.8333</w:t>
        <w:br/>
        <w:t>vn 0.8070 -0.2725 0.5240</w:t>
        <w:br/>
        <w:t>vn -0.7765 0.3034 -0.5523</w:t>
        <w:br/>
        <w:t>vn -0.4259 0.4072 0.8079</w:t>
        <w:br/>
        <w:t>vn -0.3757 0.3282 0.8667</w:t>
        <w:br/>
        <w:t>vn 0.4267 -0.4077 -0.8073</w:t>
        <w:br/>
        <w:t>vn -0.7625 0.2977 -0.5744</w:t>
        <w:br/>
        <w:t>vn 0.8170 -0.3135 0.4840</w:t>
        <w:br/>
        <w:t>vn 0.3751 -0.3284 -0.8668</w:t>
        <w:br/>
        <w:t>vn 0.4193 0.9074 -0.0284</w:t>
        <w:br/>
        <w:t>vn 0.4193 0.9074 -0.0285</w:t>
        <w:br/>
        <w:t>vn 0.4250 0.9048 0.0260</w:t>
        <w:br/>
        <w:t>vn 0.4123 0.9073 -0.0829</w:t>
        <w:br/>
        <w:t>vn 0.3248 -0.1711 -0.9302</w:t>
        <w:br/>
        <w:t>vn 0.3459 -0.1564 -0.9251</w:t>
        <w:br/>
        <w:t>vn 0.3615 -0.3357 -0.8698</w:t>
        <w:br/>
        <w:t>vn -0.8190 0.2419 -0.5203</w:t>
        <w:br/>
        <w:t>vn -0.4564 -0.8897 0.0059</w:t>
        <w:br/>
        <w:t>vn -0.4564 -0.8898 0.0058</w:t>
        <w:br/>
        <w:t>vn -0.4273 -0.9037 -0.0268</w:t>
        <w:br/>
        <w:t>vn -0.3483 0.1585 0.9239</w:t>
        <w:br/>
        <w:t>vn -0.3268 0.1739 0.9290</w:t>
        <w:br/>
        <w:t>vn -0.8426 0.2502 -0.4768</w:t>
        <w:br/>
        <w:t>vn -0.3615 0.3360 0.8697</w:t>
        <w:br/>
        <w:t>vn -0.4846 -0.8739 0.0386</w:t>
        <w:br/>
        <w:t>vn -0.5064 -0.3664 0.7806</w:t>
        <w:br/>
        <w:t>vn -0.6608 -0.1947 0.7249</w:t>
        <w:br/>
        <w:t>vn -0.5336 -0.3907 0.7501</w:t>
        <w:br/>
        <w:t>vn -0.7931 0.0159 0.6088</w:t>
        <w:br/>
        <w:t>vn -0.8816 -0.4153 -0.2241</w:t>
        <w:br/>
        <w:t>vn -0.7157 -0.6797 -0.1605</w:t>
        <w:br/>
        <w:t>vn -0.8791 -0.4156 -0.2333</w:t>
        <w:br/>
        <w:t>vn -0.9558 0.1929 0.2219</w:t>
        <w:br/>
        <w:t>vn -0.7376 -0.6622 -0.1324</w:t>
        <w:br/>
        <w:t>vn 0.0722 0.1561 -0.9851</w:t>
        <w:br/>
        <w:t>vn -0.1574 -0.0964 -0.9828</w:t>
        <w:br/>
        <w:t>vn -0.2099 0.0058 -0.9777</w:t>
        <w:br/>
        <w:t>vn -0.9845 0.1744 -0.0162</w:t>
        <w:br/>
        <w:t>vn -0.8653 -0.0952 -0.4921</w:t>
        <w:br/>
        <w:t>vn 0.4389 -0.0164 -0.8984</w:t>
        <w:br/>
        <w:t>vn 0.1916 0.1899 -0.9629</w:t>
        <w:br/>
        <w:t>vn -0.1143 -0.9911 -0.0684</w:t>
        <w:br/>
        <w:t>vn 0.3743 -0.8244 -0.4246</w:t>
        <w:br/>
        <w:t>vn -0.1144 -0.9911 -0.0683</w:t>
        <w:br/>
        <w:t>vn 0.2635 -0.8718 -0.4129</w:t>
        <w:br/>
        <w:t>vn -0.4985 -0.8669 -0.0026</w:t>
        <w:br/>
        <w:t>vn 0.4034 -0.1943 -0.8941</w:t>
        <w:br/>
        <w:t>vn -0.2471 -0.0040 -0.9690</w:t>
        <w:br/>
        <w:t>vn -0.8521 -0.0683 -0.5189</w:t>
        <w:br/>
        <w:t>vn -0.5612 -0.7832 0.2678</w:t>
        <w:br/>
        <w:t>vn -0.6682 -0.3267 -0.6684</w:t>
        <w:br/>
        <w:t>vn -0.6978 -0.3426 -0.6291</w:t>
        <w:br/>
        <w:t>vn -0.6611 -0.6469 0.3801</w:t>
        <w:br/>
        <w:t>vn -0.7824 -0.4345 0.4462</w:t>
        <w:br/>
        <w:t>vn -0.8092 -0.4076 0.4233</w:t>
        <w:br/>
        <w:t>vn -0.0021 -0.0242 0.9997</w:t>
        <w:br/>
        <w:t>vn 0.0607 -0.0779 0.9951</w:t>
        <w:br/>
        <w:t>vn 0.3378 0.1517 0.9289</w:t>
        <w:br/>
        <w:t>vn 0.5998 -0.7373 0.3109</w:t>
        <w:br/>
        <w:t>vn 0.7127 -0.6283 0.3118</w:t>
        <w:br/>
        <w:t>vn 0.3963 0.1144 0.9110</w:t>
        <w:br/>
        <w:t>vn 0.8257 -0.5586 -0.0790</w:t>
        <w:br/>
        <w:t>vn 0.7127 -0.6283 0.3119</w:t>
        <w:br/>
        <w:t>vn 0.6060 -0.0793 0.7915</w:t>
        <w:br/>
        <w:t>vn 0.6059 -0.0793 0.7915</w:t>
        <w:br/>
        <w:t>vn 0.2282 0.1110 0.9673</w:t>
        <w:br/>
        <w:t>vn -0.0273 -0.0851 0.9960</w:t>
        <w:br/>
        <w:t>vn 0.5287 -0.8488 -0.0051</w:t>
        <w:br/>
        <w:t>vn 0.0038 -0.1486 0.9889</w:t>
        <w:br/>
        <w:t>vn 0.1625 -0.9716 0.1722</w:t>
        <w:br/>
        <w:t>vn 0.3029 -0.9072 0.2920</w:t>
        <w:br/>
        <w:t>vn -0.8653 -0.2867 -0.4112</w:t>
        <w:br/>
        <w:t>vn -0.7771 -0.3782 -0.5031</w:t>
        <w:br/>
        <w:t>vn -0.4415 -0.1172 -0.8896</w:t>
        <w:br/>
        <w:t>vn -0.0100 -0.9655 -0.2604</w:t>
        <w:br/>
        <w:t>vn 0.1024 -0.9793 -0.1746</w:t>
        <w:br/>
        <w:t>vn -0.2188 -0.1226 -0.9680</w:t>
        <w:br/>
        <w:t>vn -0.8721 -0.4821 -0.0840</w:t>
        <w:br/>
        <w:t>vn -0.9191 -0.3922 0.0385</w:t>
        <w:br/>
        <w:t>vn 0.1601 -0.9864 0.0362</w:t>
        <w:br/>
        <w:t>vn 0.2028 -0.9615 0.1852</w:t>
        <w:br/>
        <w:t>vn 0.1696 -0.9855 0.0083</w:t>
        <w:br/>
        <w:t>vn -0.0849 -0.7601 -0.6442</w:t>
        <w:br/>
        <w:t>vn 0.1498 -0.9869 -0.0596</w:t>
        <w:br/>
        <w:t>vn 0.0078 -0.9917 -0.1282</w:t>
        <w:br/>
        <w:t>vn 0.3124 -0.9499 -0.0056</w:t>
        <w:br/>
        <w:t>vn 0.1129 0.0704 -0.9911</w:t>
        <w:br/>
        <w:t>vn 0.2609 0.2370 -0.9358</w:t>
        <w:br/>
        <w:t>vn 0.2040 -0.9777 0.0502</w:t>
        <w:br/>
        <w:t>vn -0.0849 -0.7602 -0.6442</w:t>
        <w:br/>
        <w:t>vn 0.5788 -0.3126 -0.7532</w:t>
        <w:br/>
        <w:t>vn 0.1749 0.2064 -0.9627</w:t>
        <w:br/>
        <w:t>vn 0.6197 -0.7804 -0.0828</w:t>
        <w:br/>
        <w:t>vn 0.5989 -0.6620 -0.4506</w:t>
        <w:br/>
        <w:t>vn 0.5788 -0.3125 -0.7532</w:t>
        <w:br/>
        <w:t>vn -0.1148 -0.0247 -0.9931</w:t>
        <w:br/>
        <w:t>vn -0.1728 0.0788 -0.9818</w:t>
        <w:br/>
        <w:t>vn 0.1672 -0.6616 0.7310</w:t>
        <w:br/>
        <w:t>vn -0.0239 -0.7284 0.6848</w:t>
        <w:br/>
        <w:t>vn 0.5855 -0.3129 0.7479</w:t>
        <w:br/>
        <w:t>vn 0.1602 -0.9866 0.0294</w:t>
        <w:br/>
        <w:t>vn -0.2080 -0.7802 0.5899</w:t>
        <w:br/>
        <w:t>vn 0.7759 -0.6271 0.0688</w:t>
        <w:br/>
        <w:t>vn 0.5024 -0.4568 0.7341</w:t>
        <w:br/>
        <w:t>vn 0.3958 -0.9183 -0.0095</w:t>
        <w:br/>
        <w:t>vn 0.3242 -0.8432 -0.4289</w:t>
        <w:br/>
        <w:t>vn 0.2837 -0.6028 0.7457</w:t>
        <w:br/>
        <w:t>vn -0.7053 -0.6903 0.1614</w:t>
        <w:br/>
        <w:t>vn -0.6758 -0.7369 0.0187</w:t>
        <w:br/>
        <w:t>vn -0.7258 -0.6394 0.2537</w:t>
        <w:br/>
        <w:t>vn -0.9778 -0.1995 -0.0646</w:t>
        <w:br/>
        <w:t>vn -0.9104 -0.3868 0.1465</w:t>
        <w:br/>
        <w:t>vn -0.7721 -0.6117 -0.1721</w:t>
        <w:br/>
        <w:t>vn -0.8724 -0.4056 -0.2727</w:t>
        <w:br/>
        <w:t>vn -0.8118 -0.4585 0.3617</w:t>
        <w:br/>
        <w:t>vn -0.8508 0.0016 -0.5254</w:t>
        <w:br/>
        <w:t>vn -0.8529 -0.0065 -0.5220</w:t>
        <w:br/>
        <w:t>vn -0.9628 0.2319 0.1388</w:t>
        <w:br/>
        <w:t>vn -0.7190 -0.2149 0.6609</w:t>
        <w:br/>
        <w:t>vn -0.5024 -0.3742 0.7794</w:t>
        <w:br/>
        <w:t>vn -0.7190 -0.2148 0.6609</w:t>
        <w:br/>
        <w:t>vn -0.6118 -0.4039 0.6802</w:t>
        <w:br/>
        <w:t>vn 0.1439 -0.9426 -0.3014</w:t>
        <w:br/>
        <w:t>vn -0.2158 -0.6566 -0.7227</w:t>
        <w:br/>
        <w:t>vn -0.2210 -0.6640 -0.7143</w:t>
        <w:br/>
        <w:t>vn -0.0485 -0.7427 -0.6678</w:t>
        <w:br/>
        <w:t>vn -0.2216 -0.6804 -0.6986</w:t>
        <w:br/>
        <w:t>vn -0.2268 -0.6544 -0.7213</w:t>
        <w:br/>
        <w:t>vn 0.2542 -0.8996 -0.3552</w:t>
        <w:br/>
        <w:t>vn -0.0062 -0.6557 -0.7550</w:t>
        <w:br/>
        <w:t>vn -0.2343 -0.4995 -0.8340</w:t>
        <w:br/>
        <w:t>vn 0.3439 -0.9081 -0.2389</w:t>
        <w:br/>
        <w:t>vn 0.0038 -0.5467 -0.8373</w:t>
        <w:br/>
        <w:t>vn -0.2403 -0.4176 -0.8763</w:t>
        <w:br/>
        <w:t>vn 0.4172 -0.8393 -0.3485</w:t>
        <w:br/>
        <w:t>vn 0.0135 -0.5265 -0.8501</w:t>
        <w:br/>
        <w:t>vn -0.2786 -0.4380 -0.8547</w:t>
        <w:br/>
        <w:t>vn 0.2412 -0.6396 -0.7299</w:t>
        <w:br/>
        <w:t>vn -0.0233 -0.6003 -0.7994</w:t>
        <w:br/>
        <w:t>vn -0.3606 -0.6167 -0.6997</w:t>
        <w:br/>
        <w:t>vn 0.2540 -0.6202 -0.7422</w:t>
        <w:br/>
        <w:t>vn 0.2523 -0.6575 -0.7100</w:t>
        <w:br/>
        <w:t>vn -0.0382 -0.7935 -0.6073</w:t>
        <w:br/>
        <w:t>vn -0.2002 -0.8635 -0.4629</w:t>
        <w:br/>
        <w:t>vn 0.2583 -0.9660 -0.0087</w:t>
        <w:br/>
        <w:t>vn 0.2227 -0.7841 -0.5793</w:t>
        <w:br/>
        <w:t>vn -0.3877 -0.9123 0.1320</w:t>
        <w:br/>
        <w:t>vn -0.5377 -0.7901 -0.2944</w:t>
        <w:br/>
        <w:t>vn 0.8564 -0.4329 0.2813</w:t>
        <w:br/>
        <w:t>vn 0.8456 -0.4669 0.2587</w:t>
        <w:br/>
        <w:t>vn 0.8362 -0.4543 0.3072</w:t>
        <w:br/>
        <w:t>vn 0.8497 -0.4217 0.3165</w:t>
        <w:br/>
        <w:t>vn 0.8434 -0.4924 0.2149</w:t>
        <w:br/>
        <w:t>vn 0.8264 -0.5010 0.2571</w:t>
        <w:br/>
        <w:t>vn 0.4744 -0.8324 0.2865</w:t>
        <w:br/>
        <w:t>vn 0.8703 -0.3768 0.3173</w:t>
        <w:br/>
        <w:t>vn 0.8522 -0.3912 0.3475</w:t>
        <w:br/>
        <w:t>vn 0.2608 0.3839 0.8858</w:t>
        <w:br/>
        <w:t>vn 0.3066 0.3505 0.8849</w:t>
        <w:br/>
        <w:t>vn 0.0243 0.4635 0.8858</w:t>
        <w:br/>
        <w:t>vn 0.3205 0.3501 0.8802</w:t>
        <w:br/>
        <w:t>vn 0.1708 0.4856 0.8573</w:t>
        <w:br/>
        <w:t>vn -0.0757 0.5189 0.8515</w:t>
        <w:br/>
        <w:t>vn -0.1924 -0.8457 0.4978</w:t>
        <w:br/>
        <w:t>vn -0.1893 0.5693 0.8001</w:t>
        <w:br/>
        <w:t>vn -0.3877 -0.9123 0.1319</w:t>
        <w:br/>
        <w:t>vn -0.7324 -0.5950 0.3309</w:t>
        <w:br/>
        <w:t>vn -0.9517 0.2250 -0.2089</w:t>
        <w:br/>
        <w:t>vn -0.9500 0.2701 -0.1569</w:t>
        <w:br/>
        <w:t>vn -0.9581 0.2344 -0.1643</w:t>
        <w:br/>
        <w:t>vn -0.3134 0.5829 0.7497</w:t>
        <w:br/>
        <w:t>vn -0.3005 0.6013 0.7404</w:t>
        <w:br/>
        <w:t>vn -0.9541 0.2654 -0.1389</w:t>
        <w:br/>
        <w:t>vn -0.9516 0.2811 -0.1245</w:t>
        <w:br/>
        <w:t>vn -0.3286 0.5559 0.7635</w:t>
        <w:br/>
        <w:t>vn -0.9544 0.2808 -0.1010</w:t>
        <w:br/>
        <w:t>vn -0.9657 0.2499 -0.0708</w:t>
        <w:br/>
        <w:t>vn -0.9607 0.2694 -0.0675</w:t>
        <w:br/>
        <w:t>vn -0.3152 0.5769 0.7535</w:t>
        <w:br/>
        <w:t>vn -0.9687 0.2440 -0.0446</w:t>
        <w:br/>
        <w:t>vn 0.0085 0.4859 0.8740</w:t>
        <w:br/>
        <w:t>vn -0.9654 0.2574 -0.0415</w:t>
        <w:br/>
        <w:t>vn -0.3039 0.5832 0.7534</w:t>
        <w:br/>
        <w:t>vn -0.9840 0.1761 0.0263</w:t>
        <w:br/>
        <w:t>vn -0.9863 0.1625 0.0275</w:t>
        <w:br/>
        <w:t>vn -0.9878 0.1324 0.0815</w:t>
        <w:br/>
        <w:t>vn -0.0099 0.4789 0.8778</w:t>
        <w:br/>
        <w:t>vn -0.3334 0.5730 0.7487</w:t>
        <w:br/>
        <w:t>vn 0.5000 0.1846 0.8461</w:t>
        <w:br/>
        <w:t>vn 0.8608 -0.3701 0.3494</w:t>
        <w:br/>
        <w:t>vn -0.9837 0.1706 0.0568</w:t>
        <w:br/>
        <w:t>vn -0.9826 0.1788 0.0508</w:t>
        <w:br/>
        <w:t>vn -0.4828 0.2167 0.8485</w:t>
        <w:br/>
        <w:t>vn -0.0764 0.4656 0.8817</w:t>
        <w:br/>
        <w:t>vn -0.3681 0.5491 0.7503</w:t>
        <w:br/>
        <w:t>vn -0.1019 0.4765 0.8733</w:t>
        <w:br/>
        <w:t>vn -0.3709 0.5695 0.7336</w:t>
        <w:br/>
        <w:t>vn 0.5960 -0.0138 0.8028</w:t>
        <w:br/>
        <w:t>vn 0.5433 -0.0005 0.8395</w:t>
        <w:br/>
        <w:t>vn 0.8142 -0.3650 0.4514</w:t>
        <w:br/>
        <w:t>vn 0.2167 -0.7374 -0.6397</w:t>
        <w:br/>
        <w:t>vn 0.7530 -0.3635 0.5485</w:t>
        <w:br/>
        <w:t>vn 0.1985 -0.7967 -0.5709</w:t>
        <w:br/>
        <w:t>vn 0.3618 -0.8420 -0.4001</w:t>
        <w:br/>
        <w:t>vn 0.7563 -0.3230 0.5689</w:t>
        <w:br/>
        <w:t>vn 0.4929 0.1022 0.8641</w:t>
        <w:br/>
        <w:t>vn 0.7815 -0.4732 0.4066</w:t>
        <w:br/>
        <w:t>vn -0.1566 0.5073 0.8474</w:t>
        <w:br/>
        <w:t>vn -0.4829 0.2166 0.8485</w:t>
        <w:br/>
        <w:t>vn 0.4953 0.1479 0.8560</w:t>
        <w:br/>
        <w:t>vn 0.0118 0.5000 0.8660</w:t>
        <w:br/>
        <w:t>vn -0.3724 0.6326 0.6791</w:t>
        <w:br/>
        <w:t>vn 0.1117 0.4828 0.8686</w:t>
        <w:br/>
        <w:t>vn 0.5706 0.0201 0.8210</w:t>
        <w:br/>
        <w:t>vn -0.1831 -0.1519 0.9713</w:t>
        <w:br/>
        <w:t>vn -0.2565 0.7016 0.6648</w:t>
        <w:br/>
        <w:t>vn -0.0962 -0.0447 0.9944</w:t>
        <w:br/>
        <w:t>vn -0.4711 0.4677 0.7479</w:t>
        <w:br/>
        <w:t>vn 0.2722 0.1484 0.9507</w:t>
        <w:br/>
        <w:t>vn -0.4353 0.4991 0.7493</w:t>
        <w:br/>
        <w:t>vn -0.0480 0.6710 0.7399</w:t>
        <w:br/>
        <w:t>vn 0.3170 0.2279 0.9207</w:t>
        <w:br/>
        <w:t>vn 0.5024 -0.4569 0.7341</w:t>
        <w:br/>
        <w:t>vn -0.4065 0.7299 0.5495</w:t>
        <w:br/>
        <w:t>vn 0.0144 -0.1140 0.9934</w:t>
        <w:br/>
        <w:t>vn -0.8268 -0.5553 0.0894</w:t>
        <w:br/>
        <w:t>vn -0.7259 -0.6393 0.2538</w:t>
        <w:br/>
        <w:t>vn -0.8435 -0.4205 0.3342</w:t>
        <w:br/>
        <w:t>vn -0.7054 -0.6902 0.1614</w:t>
        <w:br/>
        <w:t>vn -0.7171 -0.1987 -0.6681</w:t>
        <w:br/>
        <w:t>vn -0.8508 0.0016 -0.5255</w:t>
        <w:br/>
        <w:t>vn -0.6202 -0.4235 -0.6603</w:t>
        <w:br/>
        <w:t>vn -0.7050 -0.5608 -0.4341</w:t>
        <w:br/>
        <w:t>vn -0.8268 -0.5554 0.0894</w:t>
        <w:br/>
        <w:t>vn -0.8777 -0.3457 0.3319</w:t>
        <w:br/>
        <w:t>vn -0.4565 -0.7519 -0.4758</w:t>
        <w:br/>
        <w:t>vn -0.9575 -0.2151 0.1923</w:t>
        <w:br/>
        <w:t>vn -0.3489 0.5360 0.7688</w:t>
        <w:br/>
        <w:t>vn -0.6560 -0.7530 -0.0522</w:t>
        <w:br/>
        <w:t>vn -0.9575 -0.2150 0.1924</w:t>
        <w:br/>
        <w:t>vn -0.9849 -0.1147 0.1295</w:t>
        <w:br/>
        <w:t>vn -0.3836 -0.9178 -0.1028</w:t>
        <w:br/>
        <w:t>vn -0.5022 -0.7021 0.5048</w:t>
        <w:br/>
        <w:t>vn -0.6118 -0.4039 0.6801</w:t>
        <w:br/>
        <w:t>vn -0.8717 -0.4658 0.1522</w:t>
        <w:br/>
        <w:t>vn -0.8941 -0.3496 -0.2799</w:t>
        <w:br/>
        <w:t>vn -0.8118 -0.4584 0.3617</w:t>
        <w:br/>
        <w:t>vn -0.9862 -0.1653 0.0122</w:t>
        <w:br/>
        <w:t>vn -0.9574 -0.2151 0.1924</w:t>
        <w:br/>
        <w:t>vn -0.9549 -0.2554 -0.1515</w:t>
        <w:br/>
        <w:t>vn -0.8725 -0.4056 -0.2727</w:t>
        <w:br/>
        <w:t>vn -0.2180 0.9697 0.1100</w:t>
        <w:br/>
        <w:t>vn -0.5472 0.8286 0.1184</w:t>
        <w:br/>
        <w:t>vn -0.5442 0.7991 -0.2555</w:t>
        <w:br/>
        <w:t>vn 0.0201 0.2298 -0.9730</w:t>
        <w:br/>
        <w:t>vn -0.1706 0.1406 -0.9753</w:t>
        <w:br/>
        <w:t>vn 0.1749 0.2063 -0.9627</w:t>
        <w:br/>
        <w:t>vn -0.2365 0.9341 -0.2676</w:t>
        <w:br/>
        <w:t>vn -0.0162 0.6744 0.7382</w:t>
        <w:br/>
        <w:t>vn -0.0714 0.7018 -0.7088</w:t>
        <w:br/>
        <w:t>vn -0.4414 -0.1169 -0.8897</w:t>
        <w:br/>
        <w:t>vn -0.2513 0.9616 0.1107</w:t>
        <w:br/>
        <w:t>vn -0.5984 0.7927 0.1168</w:t>
        <w:br/>
        <w:t>vn -0.8533 0.3258 -0.4071</w:t>
        <w:br/>
        <w:t>vn -0.5934 0.7674 -0.2428</w:t>
        <w:br/>
        <w:t>vn -0.8653 -0.2866 -0.4113</w:t>
        <w:br/>
        <w:t>vn -0.5737 0.7827 0.2413</w:t>
        <w:br/>
        <w:t>vn -0.8228 0.5026 0.2654</w:t>
        <w:br/>
        <w:t>vn -0.0693 0.0416 0.9967</w:t>
        <w:br/>
        <w:t>vn 0.2281 0.1110 0.9673</w:t>
        <w:br/>
        <w:t>vn -0.7004 0.6998 0.1405</w:t>
        <w:br/>
        <w:t>vn 0.0964 0.6674 0.7385</w:t>
        <w:br/>
        <w:t>vn -0.4964 0.8271 0.2635</w:t>
        <w:br/>
        <w:t>vn -0.6501 0.7518 0.1107</w:t>
        <w:br/>
        <w:t>vn -0.5789 0.8099 0.0945</w:t>
        <w:br/>
        <w:t>vn 0.3378 0.1516 0.9289</w:t>
        <w:br/>
        <w:t>vn -0.4832 0.7999 0.3558</w:t>
        <w:br/>
        <w:t>vn 0.1084 0.5988 0.7935</w:t>
        <w:br/>
        <w:t>vn -0.2392 0.4632 0.8534</w:t>
        <w:br/>
        <w:t>vn -0.1657 0.9840 0.0658</w:t>
        <w:br/>
        <w:t>vn -0.1682 0.9833 0.0698</w:t>
        <w:br/>
        <w:t>vn -0.8904 -0.2981 0.3439</w:t>
        <w:br/>
        <w:t>vn -0.9381 -0.2300 0.2590</w:t>
        <w:br/>
        <w:t>vn -0.6683 -0.3267 -0.6683</w:t>
        <w:br/>
        <w:t>vn -0.5710 -0.6184 -0.5400</w:t>
        <w:br/>
        <w:t>vn -0.6978 -0.3425 -0.6291</w:t>
        <w:br/>
        <w:t>vn -0.5518 -0.6203 -0.5574</w:t>
        <w:br/>
        <w:t>vn -0.7346 -0.6784 0.0038</w:t>
        <w:br/>
        <w:t>vn -0.9741 -0.1336 0.1823</w:t>
        <w:br/>
        <w:t>vn -0.3761 -0.9262 -0.0255</w:t>
        <w:br/>
        <w:t>vn -0.4619 -0.6684 0.5830</w:t>
        <w:br/>
        <w:t>vn -0.8131 -0.5232 0.2551</w:t>
        <w:br/>
        <w:t>vn -0.9161 -0.3351 -0.2202</w:t>
        <w:br/>
        <w:t>vn -0.9381 -0.2299 0.2589</w:t>
        <w:br/>
        <w:t>vn -0.9833 -0.1689 0.0681</w:t>
        <w:br/>
        <w:t>vn -0.5038 0.8598 0.0830</w:t>
        <w:br/>
        <w:t>vn -0.9694 -0.2260 -0.0957</w:t>
        <w:br/>
        <w:t>vn -0.4163 0.5181 -0.7472</w:t>
        <w:br/>
        <w:t>vn -0.2100 0.0058 -0.9777</w:t>
        <w:br/>
        <w:t>vn 0.0722 0.1562 -0.9851</w:t>
        <w:br/>
        <w:t>vn -0.0769 0.6533 -0.7532</w:t>
        <w:br/>
        <w:t>vn -0.0802 0.6604 -0.7466</w:t>
        <w:br/>
        <w:t>vn -0.6709 0.5964 -0.4407</w:t>
        <w:br/>
        <w:t>vn -0.9428 -0.2925 0.1598</w:t>
        <w:br/>
        <w:t>vn -0.8377 0.5436 -0.0521</w:t>
        <w:br/>
        <w:t>vn -0.7326 0.6366 -0.2410</w:t>
        <w:br/>
        <w:t>vn -0.8377 0.5436 -0.0520</w:t>
        <w:br/>
        <w:t>vn -0.5760 0.8079 -0.1242</w:t>
        <w:br/>
        <w:t>vn -0.6241 0.7124 -0.3208</w:t>
        <w:br/>
        <w:t>vn -0.5223 0.8407 0.1429</w:t>
        <w:br/>
        <w:t>vn -0.5248 0.8355 0.1628</w:t>
        <w:br/>
        <w:t>vn -0.5227 0.8523 -0.0192</w:t>
        <w:br/>
        <w:t>vn -0.5080 0.8335 0.2174</w:t>
        <w:br/>
        <w:t>vn -0.5269 0.8496 0.0257</w:t>
        <w:br/>
        <w:t>vn -0.4842 0.8200 0.3052</w:t>
        <w:br/>
        <w:t>vn -0.5084 0.8188 -0.2666</w:t>
        <w:br/>
        <w:t>vn -0.4502 0.8085 0.3790</w:t>
        <w:br/>
        <w:t>vn -0.4590 0.7910 0.4046</w:t>
        <w:br/>
        <w:t>vn -0.4912 0.7965 -0.3526</w:t>
        <w:br/>
        <w:t>vn -0.4346 0.7676 0.4711</w:t>
        <w:br/>
        <w:t>vn -0.4827 0.7590 0.4369</w:t>
        <w:br/>
        <w:t>vn -0.5942 0.7135 -0.3714</w:t>
        <w:br/>
        <w:t>vn -0.3305 0.7589 0.5611</w:t>
        <w:br/>
        <w:t>vn -0.3754 0.7837 0.4948</w:t>
        <w:br/>
        <w:t>vn -0.4242 0.8088 0.4073</w:t>
        <w:br/>
        <w:t>vn -0.2398 0.7528 0.6130</w:t>
        <w:br/>
        <w:t>vn -0.2572 0.6905 0.6761</w:t>
        <w:br/>
        <w:t>vn -0.3607 0.7699 0.5264</w:t>
        <w:br/>
        <w:t>vn -0.0285 0.6017 0.7982</w:t>
        <w:br/>
        <w:t>vn 0.0951 0.4767 0.8739</w:t>
        <w:br/>
        <w:t>vn -0.2063 0.6677 0.7152</w:t>
        <w:br/>
        <w:t>vn -0.3470 0.7537 0.5581</w:t>
        <w:br/>
        <w:t>vn 0.1799 0.3038 0.9356</w:t>
        <w:br/>
        <w:t>vn 0.6735 -0.1336 0.7270</w:t>
        <w:br/>
        <w:t>vn -0.2264 0.6017 0.7660</w:t>
        <w:br/>
        <w:t>vn -0.3568 0.6889 0.6310</w:t>
        <w:br/>
        <w:t>vn 0.2271 0.1340 0.9646</w:t>
        <w:br/>
        <w:t>vn 0.6680 -0.1852 0.7207</w:t>
        <w:br/>
        <w:t>vn -0.3143 0.5766 0.7542</w:t>
        <w:br/>
        <w:t>vn -0.3947 0.6660 0.6329</w:t>
        <w:br/>
        <w:t>vn -0.3743 0.5753 0.7273</w:t>
        <w:br/>
        <w:t>vn -0.0017 0.0819 0.9966</w:t>
        <w:br/>
        <w:t>vn 0.0199 0.0964 0.9951</w:t>
        <w:br/>
        <w:t>vn 0.1346 0.0427 0.9900</w:t>
        <w:br/>
        <w:t>vn 0.2759 -0.3450 0.8971</w:t>
        <w:br/>
        <w:t>vn 0.2539 -0.2680 0.9294</w:t>
        <w:br/>
        <w:t>vn 0.1251 -0.2834 0.9508</w:t>
        <w:br/>
        <w:t>vn 0.3541 -0.4850 0.7996</w:t>
        <w:br/>
        <w:t>vn 0.3837 -0.7683 0.5124</w:t>
        <w:br/>
        <w:t>vn 0.3986 -0.4615 0.7926</w:t>
        <w:br/>
        <w:t>vn 0.5682 -0.3514 0.7441</w:t>
        <w:br/>
        <w:t>vn 0.7051 -0.5394 0.4603</w:t>
        <w:br/>
        <w:t>vn 0.4772 -0.7409 0.4726</w:t>
        <w:br/>
        <w:t>vn 0.4189 -0.7860 0.4546</w:t>
        <w:br/>
        <w:t>vn 0.4337 -0.8930 0.1204</w:t>
        <w:br/>
        <w:t>vn 0.4047 -0.9133 0.0469</w:t>
        <w:br/>
        <w:t>vn 0.4807 -0.8669 0.1315</w:t>
        <w:br/>
        <w:t>vn 0.3980 -0.8860 -0.2378</w:t>
        <w:br/>
        <w:t>vn 0.3693 -0.8996 -0.2331</w:t>
        <w:br/>
        <w:t>vn 0.2785 -0.7706 -0.5732</w:t>
        <w:br/>
        <w:t>vn 0.2765 -0.6432 -0.7140</w:t>
        <w:br/>
        <w:t>vn 0.4682 -0.8548 -0.2239</w:t>
        <w:br/>
        <w:t>vn 0.3877 -0.6406 -0.6629</w:t>
        <w:br/>
        <w:t>vn 0.5655 -0.8032 -0.1873</w:t>
        <w:br/>
        <w:t>vn 0.5030 -0.5666 -0.6526</w:t>
        <w:br/>
        <w:t>vn 0.6415 -0.7614 0.0938</w:t>
        <w:br/>
        <w:t>vn 0.6645 -0.7183 -0.2062</w:t>
        <w:br/>
        <w:t>vn 0.5699 -0.4291 -0.7008</w:t>
        <w:br/>
        <w:t>vn 0.6784 -0.7252 -0.1179</w:t>
        <w:br/>
        <w:t>vn 0.6613 -0.6517 -0.3714</w:t>
        <w:br/>
        <w:t>vn 0.7993 -0.5998 0.0368</w:t>
        <w:br/>
        <w:t>vn 0.6194 -0.7738 -0.1324</w:t>
        <w:br/>
        <w:t>vn 0.8259 -0.3772 0.4191</w:t>
        <w:br/>
        <w:t>vn 0.7542 -0.6537 0.0625</w:t>
        <w:br/>
        <w:t>vn 0.8174 -0.3617 0.4483</w:t>
        <w:br/>
        <w:t>vn 0.7781 -0.5807 0.2394</w:t>
        <w:br/>
        <w:t>vn 0.4856 -0.8455 -0.2223</w:t>
        <w:br/>
        <w:t>vn 0.3498 -0.9123 -0.2128</w:t>
        <w:br/>
        <w:t>vn 0.4634 -0.8838 -0.0648</w:t>
        <w:br/>
        <w:t>vn 0.3756 -0.9260 -0.0383</w:t>
        <w:br/>
        <w:t>vn 0.3461 -0.9374 -0.0398</w:t>
        <w:br/>
        <w:t>vn 0.6192 -0.7783 -0.1040</w:t>
        <w:br/>
        <w:t>vn 0.4536 -0.8910 -0.0192</w:t>
        <w:br/>
        <w:t>vn 0.5060 -0.3722 -0.7781</w:t>
        <w:br/>
        <w:t>vn 0.5594 -0.7990 -0.2206</w:t>
        <w:br/>
        <w:t>vn 0.4833 -0.4205 -0.7679</w:t>
        <w:br/>
        <w:t>vn 0.3814 -0.9225 0.0594</w:t>
        <w:br/>
        <w:t>vn 0.4925 -0.8590 -0.1399</w:t>
        <w:br/>
        <w:t>vn 0.5471 -0.8207 -0.1647</w:t>
        <w:br/>
        <w:t>vn 0.3887 -0.9186 0.0719</w:t>
        <w:br/>
        <w:t>vn 0.4228 -0.9015 0.0929</w:t>
        <w:br/>
        <w:t>vn 0.4889 -0.8554 -0.1710</w:t>
        <w:br/>
        <w:t>vn 0.2850 -0.9510 0.1199</w:t>
        <w:br/>
        <w:t>vn 0.3630 -0.9312 -0.0335</w:t>
        <w:br/>
        <w:t>vn 0.2899 -0.8446 -0.4501</w:t>
        <w:br/>
        <w:t>vn 0.2006 -0.9664 0.1608</w:t>
        <w:br/>
        <w:t>vn 0.1626 -0.9858 -0.0431</w:t>
        <w:br/>
        <w:t>vn 0.3290 -0.9430 -0.0502</w:t>
        <w:br/>
        <w:t>vn 0.3620 -0.8075 -0.4656</w:t>
        <w:br/>
        <w:t>vn -0.0934 -0.7354 -0.6712</w:t>
        <w:br/>
        <w:t>vn 0.7497 -0.6601 0.0472</w:t>
        <w:br/>
        <w:t>vn 0.7740 -0.0901 -0.6268</w:t>
        <w:br/>
        <w:t>vn 0.3455 -0.8655 0.3627</w:t>
        <w:br/>
        <w:t>vn 0.0352 -0.1704 0.9848</w:t>
        <w:br/>
        <w:t>vn -0.0553 -0.1202 0.9912</w:t>
        <w:br/>
        <w:t>vn -0.5785 -0.0759 0.8122</w:t>
        <w:br/>
        <w:t>vn -0.0315 0.0777 0.9965</w:t>
        <w:br/>
        <w:t>vn -0.0933 -0.7353 -0.6712</w:t>
        <w:br/>
        <w:t>vn -0.8588 -0.4560 -0.2335</w:t>
        <w:br/>
        <w:t>vn 0.8980 -0.4321 -0.0833</w:t>
        <w:br/>
        <w:t>vn 0.5510 -0.1638 -0.8182</w:t>
        <w:br/>
        <w:t>vn 0.6686 -0.7426 -0.0390</w:t>
        <w:br/>
        <w:t>vn 0.7177 -0.3420 0.6065</w:t>
        <w:br/>
        <w:t>vn 0.1702 -0.0071 0.9854</w:t>
        <w:br/>
        <w:t>vn 0.1359 0.1992 0.9705</w:t>
        <w:br/>
        <w:t>vn 0.6125 -0.2983 0.7320</w:t>
        <w:br/>
        <w:t>vn -0.0499 -0.0227 0.9985</w:t>
        <w:br/>
        <w:t>vn 0.0387 -0.0957 0.9947</w:t>
        <w:br/>
        <w:t>vn 0.6040 -0.6875 0.4032</w:t>
        <w:br/>
        <w:t>vn -0.8171 -0.4537 0.3555</w:t>
        <w:br/>
        <w:t>vn -0.6774 -0.6687 0.3065</w:t>
        <w:br/>
        <w:t>vn -0.8515 -0.4222 0.3110</w:t>
        <w:br/>
        <w:t>vn 0.1176 -0.8858 -0.4490</w:t>
        <w:br/>
        <w:t>vn -0.3838 -0.9175 -0.1039</w:t>
        <w:br/>
        <w:t>vn -0.5167 -0.7410 -0.4289</w:t>
        <w:br/>
        <w:t>vn 0.1175 -0.8857 -0.4491</w:t>
        <w:br/>
        <w:t>vn -0.5446 -0.8121 0.2096</w:t>
        <w:br/>
        <w:t>vn -0.8392 -0.1451 -0.5241</w:t>
        <w:br/>
        <w:t>vn -0.6480 -0.3591 -0.6717</w:t>
        <w:br/>
        <w:t>vn -0.6772 -0.3535 -0.6453</w:t>
        <w:br/>
        <w:t>vn -0.8368 -0.1377 -0.5298</w:t>
        <w:br/>
        <w:t>vn -0.3985 -0.9107 -0.1090</w:t>
        <w:br/>
        <w:t>vn -0.9993 -0.0027 -0.0377</w:t>
        <w:br/>
        <w:t>vn -0.8592 -0.2564 0.4427</w:t>
        <w:br/>
        <w:t>vn -0.8548 -0.2439 0.4581</w:t>
        <w:br/>
        <w:t>vn -0.9989 -0.0136 -0.0445</w:t>
        <w:br/>
        <w:t>vn 0.7033 -0.7031 -0.1048</w:t>
        <w:br/>
        <w:t>vn 0.4980 -0.1162 -0.8594</w:t>
        <w:br/>
        <w:t>vn 0.4981 -0.2906 -0.8170</w:t>
        <w:br/>
        <w:t>vn 0.5974 -0.7168 0.3596</w:t>
        <w:br/>
        <w:t>vn -0.1498 -0.0634 0.9867</w:t>
        <w:br/>
        <w:t>vn 0.1668 -0.0301 0.9855</w:t>
        <w:br/>
        <w:t>vn -0.0902 -0.1940 0.9768</w:t>
        <w:br/>
        <w:t>vn 0.1127 0.0673 0.9914</w:t>
        <w:br/>
        <w:t>vn 0.1083 0.0673 0.9918</w:t>
        <w:br/>
        <w:t>vn 0.5681 -0.5026 0.6516</w:t>
        <w:br/>
        <w:t>vn 0.5680 -0.5027 0.6517</w:t>
        <w:br/>
        <w:t>vn 0.7403 -0.6658 -0.0935</w:t>
        <w:br/>
        <w:t>vn -0.5220 -0.5309 0.6676</w:t>
        <w:br/>
        <w:t>vn -0.6465 -0.3104 0.6970</w:t>
        <w:br/>
        <w:t>vn -0.8025 -0.4518 0.3897</w:t>
        <w:br/>
        <w:t>vn -0.0217 -0.9937 -0.1100</w:t>
        <w:br/>
        <w:t>vn 0.4202 -0.8364 0.3519</w:t>
        <w:br/>
        <w:t>vn -0.4845 -0.6967 -0.5290</w:t>
        <w:br/>
        <w:t>vn -0.6072 -0.7159 -0.3448</w:t>
        <w:br/>
        <w:t>vn -0.5830 -0.7869 0.2022</w:t>
        <w:br/>
        <w:t>vn -0.8226 -0.1193 -0.5560</w:t>
        <w:br/>
        <w:t>vn -0.6179 -0.3211 -0.7177</w:t>
        <w:br/>
        <w:t>vn -0.6617 -0.3360 -0.6702</w:t>
        <w:br/>
        <w:t>vn -0.8095 -0.0943 -0.5795</w:t>
        <w:br/>
        <w:t>vn -0.4789 -0.8736 -0.0861</w:t>
        <w:br/>
        <w:t>vn -0.9893 0.1088 -0.0969</w:t>
        <w:br/>
        <w:t>vn -0.9839 0.0716 0.1638</w:t>
        <w:br/>
        <w:t>vn -0.8664 -0.0966 0.4899</w:t>
        <w:br/>
        <w:t>vn -0.7859 -0.2343 0.5723</w:t>
        <w:br/>
        <w:t>vn 0.7752 0.4869 -0.4025</w:t>
        <w:br/>
        <w:t>vn 0.7605 0.5403 -0.3601</w:t>
        <w:br/>
        <w:t>vn 0.7871 0.4811 -0.3859</w:t>
        <w:br/>
        <w:t>vn 0.7554 0.5765 -0.3113</w:t>
        <w:br/>
        <w:t>vn 0.7852 0.5942 -0.1742</w:t>
        <w:br/>
        <w:t>vn 0.7679 0.6145 -0.1806</w:t>
        <w:br/>
        <w:t>vn -0.4081 0.4582 -0.7897</w:t>
        <w:br/>
        <w:t>vn -0.5276 0.7276 -0.4384</w:t>
        <w:br/>
        <w:t>vn -0.4114 0.4482 -0.7936</w:t>
        <w:br/>
        <w:t>vn -0.2772 0.2286 -0.9332</w:t>
        <w:br/>
        <w:t>vn -0.2931 0.2194 -0.9306</w:t>
        <w:br/>
        <w:t>vn 0.8326 0.5472 -0.0853</w:t>
        <w:br/>
        <w:t>vn 0.8647 0.4957 -0.0812</w:t>
        <w:br/>
        <w:t>vn 0.8483 0.5265 -0.0573</w:t>
        <w:br/>
        <w:t>vn -0.5354 0.7580 -0.3726</w:t>
        <w:br/>
        <w:t>vn -0.5350 0.8402 0.0883</w:t>
        <w:br/>
        <w:t>vn -0.4136 0.4377 -0.7983</w:t>
        <w:br/>
        <w:t>vn -0.3040 0.1644 -0.9384</w:t>
        <w:br/>
        <w:t>vn 0.8421 0.5388 -0.0232</w:t>
        <w:br/>
        <w:t>vn 0.8791 0.4758 -0.0275</w:t>
        <w:br/>
        <w:t>vn 0.9071 0.4181 -0.0488</w:t>
        <w:br/>
        <w:t>vn 0.9263 0.3498 -0.1399</w:t>
        <w:br/>
        <w:t>vn 0.8610 0.5081 0.0214</w:t>
        <w:br/>
        <w:t>vn -0.2648 0.4640 0.8453</w:t>
        <w:br/>
        <w:t>vn -0.1928 0.3495 0.9169</w:t>
        <w:br/>
        <w:t>vn -0.2732 0.4801 0.8336</w:t>
        <w:br/>
        <w:t>vn -0.4113 0.6892 0.5965</w:t>
        <w:br/>
        <w:t>vn -0.4390 0.7288 0.5254</w:t>
        <w:br/>
        <w:t>vn -0.5339 0.8409 0.0879</w:t>
        <w:br/>
        <w:t>vn -0.3053 0.5255 0.7941</w:t>
        <w:br/>
        <w:t>vn -0.1961 0.3524 0.9151</w:t>
        <w:br/>
        <w:t>vn -0.4601 0.7611 0.4572</w:t>
        <w:br/>
        <w:t>vn -0.8927 -0.4031 0.2013</w:t>
        <w:br/>
        <w:t>vn -0.8671 -0.4830 0.1223</w:t>
        <w:br/>
        <w:t>vn -0.8763 -0.4643 0.1282</w:t>
        <w:br/>
        <w:t>vn -0.8320 -0.5510 0.0637</w:t>
        <w:br/>
        <w:t>vn -0.9046 -0.3206 0.2810</w:t>
        <w:br/>
        <w:t>vn -0.8092 -0.5866 0.0329</w:t>
        <w:br/>
        <w:t>vn -0.8180 -0.5715 0.0657</w:t>
        <w:br/>
        <w:t>vn -0.8255 -0.5609 0.0626</w:t>
        <w:br/>
        <w:t>vn -0.5315 0.8425 0.0884</w:t>
        <w:br/>
        <w:t>vn -0.8322 -0.5494 0.0751</w:t>
        <w:br/>
        <w:t>vn -0.5397 0.7854 -0.3032</w:t>
        <w:br/>
        <w:t>vn -0.8431 -0.5289 0.0969</w:t>
        <w:br/>
        <w:t>vn -0.8565 -0.5064 0.0998</w:t>
        <w:br/>
        <w:t>vn -0.8586 -0.5051 0.0876</w:t>
        <w:br/>
        <w:t>vn -0.8483 -0.5179 0.1102</w:t>
        <w:br/>
        <w:t>vn -0.8637 -0.4993 0.0686</w:t>
        <w:br/>
        <w:t>vn -0.8790 -0.4759 0.0304</w:t>
        <w:br/>
        <w:t>vn -0.1927 0.3500 0.9167</w:t>
        <w:br/>
        <w:t>vn 0.3607 -0.6718 0.6470</w:t>
        <w:br/>
        <w:t>vn 0.4466 -0.7843 0.4307</w:t>
        <w:br/>
        <w:t>vn 0.5378 -0.7277 0.4258</w:t>
        <w:br/>
        <w:t>vn 0.4931 -0.8431 0.2146</w:t>
        <w:br/>
        <w:t>vn 0.2951 -0.9510 0.0926</w:t>
        <w:br/>
        <w:t>vn 0.9023 0.4288 -0.0443</w:t>
        <w:br/>
        <w:t>vn 0.9023 0.4288 -0.0449</w:t>
        <w:br/>
        <w:t>vn 0.9023 0.4287 -0.0449</w:t>
        <w:br/>
        <w:t>vn 0.9023 0.4288 -0.0442</w:t>
        <w:br/>
        <w:t>vn 0.0200 -0.0400 0.9990</w:t>
        <w:br/>
        <w:t>vn 0.0329 -0.0514 0.9981</w:t>
        <w:br/>
        <w:t>vn 0.0224 -0.0518 0.9984</w:t>
        <w:br/>
        <w:t>vn 0.0307 -0.0339 0.9990</w:t>
        <w:br/>
        <w:t>vn 0.1342 -0.2527 0.9582</w:t>
        <w:br/>
        <w:t>vn 0.0443 -0.0844 0.9955</w:t>
        <w:br/>
        <w:t>vn 0.0311 -0.1088 0.9936</w:t>
        <w:br/>
        <w:t>vn 0.0376 -0.0807 0.9960</w:t>
        <w:br/>
        <w:t>vn 0.0468 -0.1573 0.9864</w:t>
        <w:br/>
        <w:t>vn 0.0246 -0.1641 0.9861</w:t>
        <w:br/>
        <w:t>vn 0.2704 -0.5266 0.8060</w:t>
        <w:br/>
        <w:t>vn 0.3634 -0.6722 0.6450</w:t>
        <w:br/>
        <w:t>vn 0.0689 -0.2204 0.9730</w:t>
        <w:br/>
        <w:t>vn 0.4282 -0.7711 0.4712</w:t>
        <w:br/>
        <w:t>vn 0.4704 -0.8429 0.2614</w:t>
        <w:br/>
        <w:t>vn 0.0650 -0.2193 0.9735</w:t>
        <w:br/>
        <w:t>vn -0.9134 -0.4064 -0.0232</w:t>
        <w:br/>
        <w:t>vn -0.9134 -0.4064 -0.0233</w:t>
        <w:br/>
        <w:t>vn -0.9105 -0.4120 0.0353</w:t>
        <w:br/>
        <w:t>vn 0.0531 -0.2158 0.9750</w:t>
        <w:br/>
        <w:t>vn -0.9132 -0.3993 -0.0818</w:t>
        <w:br/>
        <w:t>vn 0.9091 0.2769 -0.3112</w:t>
        <w:br/>
        <w:t>vn 0.8745 0.3478 -0.3380</w:t>
        <w:br/>
        <w:t>vn 0.8621 0.4755 -0.1754</w:t>
        <w:br/>
        <w:t>vn 0.9292 0.1646 -0.3308</w:t>
        <w:br/>
        <w:t>vn 0.9714 0.1555 -0.1795</w:t>
        <w:br/>
        <w:t>vn 0.1689 -0.6066 -0.7768</w:t>
        <w:br/>
        <w:t>vn 0.0994 -0.4858 -0.8684</w:t>
        <w:br/>
        <w:t>vn 0.2217 -0.7134 -0.6648</w:t>
        <w:br/>
        <w:t>vn 0.9727 0.1453 -0.1812</w:t>
        <w:br/>
        <w:t>vn 0.3171 -0.8644 -0.3902</w:t>
        <w:br/>
        <w:t>vn 0.3392 -0.9108 -0.2354</w:t>
        <w:br/>
        <w:t>vn 0.9839 0.1731 -0.0447</w:t>
        <w:br/>
        <w:t>vn 0.9820 0.1876 0.0223</w:t>
        <w:br/>
        <w:t>vn 0.3615 -0.9100 0.2029</w:t>
        <w:br/>
        <w:t>vn 0.3695 -0.9068 0.2030</w:t>
        <w:br/>
        <w:t>vn 0.9572 0.2766 0.0849</w:t>
        <w:br/>
        <w:t>vn 0.3190 -0.7273 0.6077</w:t>
        <w:br/>
        <w:t>vn 0.9597 0.2406 0.1453</w:t>
        <w:br/>
        <w:t>vn 0.9252 0.3700 0.0846</w:t>
        <w:br/>
        <w:t>vn 0.8998 0.4346 -0.0375</w:t>
        <w:br/>
        <w:t>vn 0.3172 -0.7320 0.6029</w:t>
        <w:br/>
        <w:t>vn 0.2816 -0.6164 0.7353</w:t>
        <w:br/>
        <w:t>vn 0.2913 -0.6057 0.7404</w:t>
        <w:br/>
        <w:t>vn 0.9764 0.2053 -0.0673</w:t>
        <w:br/>
        <w:t>vn 0.9576 0.2863 0.0311</w:t>
        <w:br/>
        <w:t>vn 0.9710 0.2375 -0.0258</w:t>
        <w:br/>
        <w:t>vn -0.4346 0.8378 0.3306</w:t>
        <w:br/>
        <w:t>vn -0.4220 0.7903 0.4442</w:t>
        <w:br/>
        <w:t>vn -0.3552 0.8684 0.3459</w:t>
        <w:br/>
        <w:t>vn -0.5934 0.7927 0.1397</w:t>
        <w:br/>
        <w:t>vn -0.4404 0.8729 0.2099</w:t>
        <w:br/>
        <w:t>vn -0.4106 0.7789 0.4741</w:t>
        <w:br/>
        <w:t>vn 0.8683 0.4939 -0.0464</w:t>
        <w:br/>
        <w:t>vn 0.8587 0.5121 0.0198</w:t>
        <w:br/>
        <w:t>vn 0.8959 0.4411 0.0536</w:t>
        <w:br/>
        <w:t>vn 0.9696 0.1749 -0.1712</w:t>
        <w:br/>
        <w:t>vn 0.9538 0.2175 -0.2072</w:t>
        <w:br/>
        <w:t>vn 0.9452 0.3248 0.0326</w:t>
        <w:br/>
        <w:t>vn 0.9273 0.2741 -0.2550</w:t>
        <w:br/>
        <w:t>vn 0.9063 0.3618 -0.2183</w:t>
        <w:br/>
        <w:t>vn 0.3862 -0.9008 0.1984</w:t>
        <w:br/>
        <w:t>vn 0.3720 -0.9049 -0.2068</w:t>
        <w:br/>
        <w:t>vn 0.3915 -0.9004 0.1897</w:t>
        <w:br/>
        <w:t>vn 0.3168 -0.7322 0.6030</w:t>
        <w:br/>
        <w:t>vn 0.3584 -0.8646 -0.3521</w:t>
        <w:br/>
        <w:t>vn 0.2855 -0.7248 -0.6270</w:t>
        <w:br/>
        <w:t>vn 0.8996 0.3906 -0.1955</w:t>
        <w:br/>
        <w:t>vn 0.2209 -0.6162 -0.7560</w:t>
        <w:br/>
        <w:t>vn 0.1521 -0.5213 -0.8397</w:t>
        <w:br/>
        <w:t>vn 0.1022 -0.4861 -0.8679</w:t>
        <w:br/>
        <w:t>vn 0.8356 0.5281 -0.1514</w:t>
        <w:br/>
        <w:t>vn -0.8779 -0.4677 0.1025</w:t>
        <w:br/>
        <w:t>vn -0.8812 -0.4659 0.0807</w:t>
        <w:br/>
        <w:t>vn -0.8894 -0.4434 0.1115</w:t>
        <w:br/>
        <w:t>vn 0.1414 -0.5445 -0.8267</w:t>
        <w:br/>
        <w:t>vn -0.8970 -0.4308 0.0991</w:t>
        <w:br/>
        <w:t>vn -0.9001 -0.4273 0.0856</w:t>
        <w:br/>
        <w:t>vn -0.8778 -0.4760 0.0533</w:t>
        <w:br/>
        <w:t>vn -0.8803 -0.4742 0.0166</w:t>
        <w:br/>
        <w:t>vn 0.3745 -0.9042 0.2054</w:t>
        <w:br/>
        <w:t>vn 0.3442 -0.9167 -0.2031</w:t>
        <w:br/>
        <w:t>vn 0.3615 -0.9093 0.2063</w:t>
        <w:br/>
        <w:t>vn 0.0101 -0.3226 -0.9465</w:t>
        <w:br/>
        <w:t>vn 0.8499 0.4932 -0.1856</w:t>
        <w:br/>
        <w:t>vn 0.3457 -0.8962 -0.2783</w:t>
        <w:br/>
        <w:t>vn 0.2338 -0.7323 -0.6396</w:t>
        <w:br/>
        <w:t>vn -0.1616 0.0102 -0.9868</w:t>
        <w:br/>
        <w:t>vn -0.8630 -0.5040 0.0349</w:t>
        <w:br/>
        <w:t>vn -0.8662 -0.4995 -0.0145</w:t>
        <w:br/>
        <w:t>vn -0.3614 0.4702 -0.8052</w:t>
        <w:br/>
        <w:t>vn 0.7822 0.5950 -0.1847</w:t>
        <w:br/>
        <w:t>vn -0.4161 0.6266 -0.6590</w:t>
        <w:br/>
        <w:t>vn -0.8575 -0.5145 0.0031</w:t>
        <w:br/>
        <w:t>vn -0.4478 0.7458 -0.4932</w:t>
        <w:br/>
        <w:t>vn 0.7839 0.6121 -0.1038</w:t>
        <w:br/>
        <w:t>vn -0.4457 0.7436 -0.4985</w:t>
        <w:br/>
        <w:t>vn -0.8528 -0.5136 0.0944</w:t>
        <w:br/>
        <w:t>vn 0.7962 0.6027 -0.0535</w:t>
        <w:br/>
        <w:t>vn -0.8379 -0.5171 0.1749</w:t>
        <w:br/>
        <w:t>vn -0.4689 0.7318 -0.4947</w:t>
        <w:br/>
        <w:t>vn -0.4033 0.7984 -0.4471</w:t>
        <w:br/>
        <w:t>vn -0.4643 0.7273 -0.5055</w:t>
        <w:br/>
        <w:t>vn -0.4049 0.7994 -0.4439</w:t>
        <w:br/>
        <w:t>vn -0.3374 0.8599 -0.3830</w:t>
        <w:br/>
        <w:t>vn -0.3302 0.8547 -0.4005</w:t>
        <w:br/>
        <w:t>vn -0.4790 0.7735 -0.4150</w:t>
        <w:br/>
        <w:t>vn -0.4761 0.7725 -0.4203</w:t>
        <w:br/>
        <w:t>vn -0.4694 0.7679 -0.4359</w:t>
        <w:br/>
        <w:t>vn -0.4866 0.7814 -0.3907</w:t>
        <w:br/>
        <w:t>vn 0.2133 -0.6780 -0.7034</w:t>
        <w:br/>
        <w:t>vn 0.1090 -0.4875 -0.8663</w:t>
        <w:br/>
        <w:t>vn 0.1024 -0.4908 -0.8652</w:t>
        <w:br/>
        <w:t>vn -0.4885 0.7836 -0.3839</w:t>
        <w:br/>
        <w:t>vn -0.4919 0.7912 -0.3633</w:t>
        <w:br/>
        <w:t>vn 0.9020 0.4250 -0.0765</w:t>
        <w:br/>
        <w:t>vn 0.8949 0.4305 -0.1175</w:t>
        <w:br/>
        <w:t>vn 0.8939 0.4354 -0.1064</w:t>
        <w:br/>
        <w:t>vn 0.1874 -0.6179 -0.7636</w:t>
        <w:br/>
        <w:t>vn 0.1100 -0.4861 -0.8669</w:t>
        <w:br/>
        <w:t>vn 0.3423 -0.8736 -0.3459</w:t>
        <w:br/>
        <w:t>vn 0.3903 -0.8978 0.2041</w:t>
        <w:br/>
        <w:t>vn 0.9275 0.2207 -0.3018</w:t>
        <w:br/>
        <w:t>vn 0.9415 0.2552 -0.2199</w:t>
        <w:br/>
        <w:t>vn 0.9253 0.1933 -0.3263</w:t>
        <w:br/>
        <w:t>vn 0.9183 0.3240 -0.2277</w:t>
        <w:br/>
        <w:t>vn 0.8838 0.4490 -0.1314</w:t>
        <w:br/>
        <w:t>vn 0.8960 0.4308 -0.1077</w:t>
        <w:br/>
        <w:t>vn -0.3976 0.5851 -0.7068</w:t>
        <w:br/>
        <w:t>vn -0.4648 0.8229 -0.3268</w:t>
        <w:br/>
        <w:t>vn -0.3952 0.5813 -0.7113</w:t>
        <w:br/>
        <w:t>vn -0.0688 -0.1455 -0.9870</w:t>
        <w:br/>
        <w:t>vn -0.4672 0.8258 -0.3158</w:t>
        <w:br/>
        <w:t>vn 0.1466 -0.5207 -0.8411</w:t>
        <w:br/>
        <w:t>vn 0.1423 -0.5269 -0.8379</w:t>
        <w:br/>
        <w:t>vn 0.2692 -0.6948 -0.6669</w:t>
        <w:br/>
        <w:t>vn -0.0679 -0.1460 -0.9870</w:t>
        <w:br/>
        <w:t>vn -0.8963 -0.4398 0.0571</w:t>
        <w:br/>
        <w:t>vn -0.8971 -0.4415 0.0144</w:t>
        <w:br/>
        <w:t>vn -0.8865 -0.4565 0.0755</w:t>
        <w:br/>
        <w:t>vn -0.8952 -0.4390 0.0768</w:t>
        <w:br/>
        <w:t>vn -0.9094 -0.3941 0.1332</w:t>
        <w:br/>
        <w:t>vn -0.9071 -0.4191 -0.0387</w:t>
        <w:br/>
        <w:t>vn -0.4907 0.8050 -0.3335</w:t>
        <w:br/>
        <w:t>vn -0.4918 0.8140 -0.3090</w:t>
        <w:br/>
        <w:t>vn -0.4923 0.8034 -0.3350</w:t>
        <w:br/>
        <w:t>vn -0.4927 0.8225 -0.2843</w:t>
        <w:br/>
        <w:t>vn -0.4836 0.8346 -0.2638</w:t>
        <w:br/>
        <w:t>vn -0.4952 0.8084 -0.3183</w:t>
        <w:br/>
        <w:t>vn 0.1098 -0.4843 -0.8680</w:t>
        <w:br/>
        <w:t>vn 0.1916 -0.6249 -0.7568</w:t>
        <w:br/>
        <w:t>vn 0.1089 -0.4844 -0.8681</w:t>
        <w:br/>
        <w:t>vn -0.9163 -0.3558 0.1839</w:t>
        <w:br/>
        <w:t>vn 0.2586 -0.7473 -0.6121</w:t>
        <w:br/>
        <w:t>vn -0.9128 -0.3477 0.2142</w:t>
        <w:br/>
        <w:t>vn 0.2863 -0.6881 -0.6667</w:t>
        <w:br/>
        <w:t>vn -0.8976 -0.4270 0.1090</w:t>
        <w:br/>
        <w:t>vn -0.8829 -0.4504 0.1326</w:t>
        <w:br/>
        <w:t>vn -0.9067 -0.3995 0.1356</w:t>
        <w:br/>
        <w:t>vn -0.8711 -0.4799 0.1046</w:t>
        <w:br/>
        <w:t>vn -0.9077 -0.4118 0.0799</w:t>
        <w:br/>
        <w:t>vn 0.3608 -0.9005 -0.2425</w:t>
        <w:br/>
        <w:t>vn -0.8938 -0.4444 0.0600</w:t>
        <w:br/>
        <w:t>vn -0.9134 -0.3701 0.1694</w:t>
        <w:br/>
        <w:t>vn 0.3568 -0.9010 -0.2467</w:t>
        <w:br/>
        <w:t>vn -0.9190 -0.3746 0.1231</w:t>
        <w:br/>
        <w:t>vn 0.3844 -0.8564 -0.3447</w:t>
        <w:br/>
        <w:t>vn 0.3893 -0.9122 0.1278</w:t>
        <w:br/>
        <w:t>vn -0.9335 -0.3523 0.0672</w:t>
        <w:br/>
        <w:t>vn -0.8844 -0.4611 0.0719</w:t>
        <w:br/>
        <w:t>vn 0.3851 -0.8796 0.2793</w:t>
        <w:br/>
        <w:t>vn -0.8452 -0.5273 0.0876</w:t>
        <w:br/>
        <w:t>vn 0.3868 -0.8972 -0.2129</w:t>
        <w:br/>
        <w:t>vn 0.9433 0.2975 -0.1475</w:t>
        <w:br/>
        <w:t>vn 0.9590 0.2750 -0.0686</w:t>
        <w:br/>
        <w:t>vn -0.8505 -0.5136 0.1132</w:t>
        <w:br/>
        <w:t>vn -0.7923 -0.5815 0.1848</w:t>
        <w:br/>
        <w:t>vn -0.8725 -0.4737 0.1202</w:t>
        <w:br/>
        <w:t>vn -0.9172 -0.3982 -0.0156</w:t>
        <w:br/>
        <w:t>vn 0.3571 -0.7807 0.5128</w:t>
        <w:br/>
        <w:t>vn 0.3481 -0.7237 0.5959</w:t>
        <w:br/>
        <w:t>vn 0.3254 -0.6609 0.6762</w:t>
        <w:br/>
        <w:t>vn 0.3402 -0.6594 0.6704</w:t>
        <w:br/>
        <w:t>vn -0.9332 -0.3547 0.0569</w:t>
        <w:br/>
        <w:t>vn -0.9212 -0.3864 0.0448</w:t>
        <w:br/>
        <w:t>vn 0.3882 -0.9005 0.1959</w:t>
        <w:br/>
        <w:t>vn -0.9102 -0.4110 0.0516</w:t>
        <w:br/>
        <w:t>vn -0.9090 -0.4136 0.0520</w:t>
        <w:br/>
        <w:t>vn 0.3917 -0.9021 0.1813</w:t>
        <w:br/>
        <w:t>vn 0.9592 0.2788 -0.0463</w:t>
        <w:br/>
        <w:t>vn 0.3140 -0.7389 0.5961</w:t>
        <w:br/>
        <w:t>vn 0.2941 -0.7457 0.5979</w:t>
        <w:br/>
        <w:t>vn 0.9454 0.3256 -0.0142</w:t>
        <w:br/>
        <w:t>vn 0.9387 0.3446 0.0120</w:t>
        <w:br/>
        <w:t>vn 0.3387 -0.7399 0.5812</w:t>
        <w:br/>
        <w:t>vn 0.3459 -0.7424 0.5738</w:t>
        <w:br/>
        <w:t>vn 0.2196 -0.5156 0.8283</w:t>
        <w:br/>
        <w:t>vn -0.9137 -0.4027 0.0541</w:t>
        <w:br/>
        <w:t>vn 0.9001 0.4350 0.0228</w:t>
        <w:br/>
        <w:t>vn 0.3129 -0.6379 0.7037</w:t>
        <w:br/>
        <w:t>vn 0.1668 -0.3886 0.9062</w:t>
        <w:br/>
        <w:t>vn 0.9245 0.3693 0.0939</w:t>
        <w:br/>
        <w:t>vn 0.1026 -0.2634 0.9592</w:t>
        <w:br/>
        <w:t>vn -0.9141 -0.3992 0.0712</w:t>
        <w:br/>
        <w:t>vn 0.1056 -0.2785 0.9546</w:t>
        <w:br/>
        <w:t>vn 0.8796 0.4688 0.0816</w:t>
        <w:br/>
        <w:t>vn -0.3977 0.7570 0.5184</w:t>
        <w:br/>
        <w:t>vn -0.3922 0.7543 0.5265</w:t>
        <w:br/>
        <w:t>vn 0.8510 0.5238 -0.0368</w:t>
        <w:br/>
        <w:t>vn -0.4031 0.7597 0.5103</w:t>
        <w:br/>
        <w:t>vn -0.9061 -0.4199 0.0524</w:t>
        <w:br/>
        <w:t>vn 0.8498 0.5123 -0.1237</w:t>
        <w:br/>
        <w:t>vn -0.9057 -0.4232 0.0226</w:t>
        <w:br/>
        <w:t>vn -0.3847 0.6800 0.6242</w:t>
        <w:br/>
        <w:t>vn -0.4156 0.7071 0.5721</w:t>
        <w:br/>
        <w:t>vn -0.3993 0.6840 0.6106</w:t>
        <w:br/>
        <w:t>vn -0.4754 0.8033 0.3588</w:t>
        <w:br/>
        <w:t>vn -0.4264 0.7405 0.5195</w:t>
        <w:br/>
        <w:t>vn -0.4277 0.7353 0.5257</w:t>
        <w:br/>
        <w:t>vn -0.4934 0.7679 0.4085</w:t>
        <w:br/>
        <w:t>vn -0.5092 0.8405 0.1848</w:t>
        <w:br/>
        <w:t>vn -0.4552 0.8877 0.0690</w:t>
        <w:br/>
        <w:t>vn -0.3753 0.6784 0.6317</w:t>
        <w:br/>
        <w:t>vn 0.3023 -0.6349 0.7110</w:t>
        <w:br/>
        <w:t>vn -0.3718 0.6875 0.6238</w:t>
        <w:br/>
        <w:t>vn 0.3254 -0.7412 0.5871</w:t>
        <w:br/>
        <w:t>vn -0.8976 -0.4340 0.0771</w:t>
        <w:br/>
        <w:t>vn -0.3880 0.7032 0.5958</w:t>
        <w:br/>
        <w:t>vn 0.3051 -0.6303 0.7139</w:t>
        <w:br/>
        <w:t>vn -0.9044 -0.4263 0.0192</w:t>
        <w:br/>
        <w:t>vn -0.9041 -0.4253 -0.0422</w:t>
        <w:br/>
        <w:t>vn -0.8963 -0.4322 -0.0988</w:t>
        <w:br/>
        <w:t>vn -0.8996 -0.4301 0.0757</w:t>
        <w:br/>
        <w:t>vn 0.3019 -0.7376 0.6041</w:t>
        <w:br/>
        <w:t>vn -0.9038 -0.4273 0.0247</w:t>
        <w:br/>
        <w:t>vn -0.4159 0.8282 0.3757</w:t>
        <w:br/>
        <w:t>vn -0.4200 0.8304 0.3662</w:t>
        <w:br/>
        <w:t>vn -0.9044 -0.4244 0.0449</w:t>
        <w:br/>
        <w:t>vn 0.1304 -0.3191 0.9387</w:t>
        <w:br/>
        <w:t>vn -0.4118 0.8259 0.3852</w:t>
        <w:br/>
        <w:t>vn -0.0244 0.0132 0.9996</w:t>
        <w:br/>
        <w:t>vn -0.0288 0.0179 0.9994</w:t>
        <w:br/>
        <w:t>vn 0.8603 0.4969 0.1137</w:t>
        <w:br/>
        <w:t>vn 0.1372 -0.3137 0.9395</w:t>
        <w:br/>
        <w:t>vn 0.9063 0.4137 0.0868</w:t>
        <w:br/>
        <w:t>vn -0.4394 -0.6099 -0.6596</w:t>
        <w:br/>
        <w:t>vn -0.3020 -0.7485 -0.5903</w:t>
        <w:br/>
        <w:t>vn -0.4257 -0.5109 -0.7468</w:t>
        <w:br/>
        <w:t>vn -0.1875 -0.8255 -0.5323</w:t>
        <w:br/>
        <w:t>vn 0.0100 -0.8967 -0.4426</w:t>
        <w:br/>
        <w:t>vn -0.2870 -0.4789 0.8296</w:t>
        <w:br/>
        <w:t>vn -0.2072 -0.6632 0.7192</w:t>
        <w:br/>
        <w:t>vn -0.2687 -0.6360 0.7234</w:t>
        <w:br/>
        <w:t>vn 0.1065 -0.9003 -0.4221</w:t>
        <w:br/>
        <w:t>vn 0.2076 -0.9155 -0.3446</w:t>
        <w:br/>
        <w:t>vn -0.3619 -0.3917 0.8459</w:t>
        <w:br/>
        <w:t>vn -0.4946 -0.3783 0.7825</w:t>
        <w:br/>
        <w:t>vn 0.2395 -0.9193 -0.3123</w:t>
        <w:br/>
        <w:t>vn 0.4229 -0.9043 -0.0586</w:t>
        <w:br/>
        <w:t>vn -0.5439 -0.3689 0.7537</w:t>
        <w:br/>
        <w:t>vn -0.6040 -0.3293 0.7257</w:t>
        <w:br/>
        <w:t>vn 0.4202 0.6267 0.6563</w:t>
        <w:br/>
        <w:t>vn 0.2876 0.7582 0.5851</w:t>
        <w:br/>
        <w:t>vn 0.1825 0.8259 0.5335</w:t>
        <w:br/>
        <w:t>vn 0.3988 0.5299 0.7485</w:t>
        <w:br/>
        <w:t>vn 0.2585 0.4868 -0.8344</w:t>
        <w:br/>
        <w:t>vn 0.2321 0.6506 -0.7231</w:t>
        <w:br/>
        <w:t>vn 0.1746 0.6775 -0.7145</w:t>
        <w:br/>
        <w:t>vn 0.3510 0.3919 -0.8504</w:t>
        <w:br/>
        <w:t>vn 0.4905 0.3797 -0.7844</w:t>
        <w:br/>
        <w:t>vn -0.0131 0.8923 0.4512</w:t>
        <w:br/>
        <w:t>vn 0.5336 0.3815 -0.7548</w:t>
        <w:br/>
        <w:t>vn -0.1153 0.8955 0.4299</w:t>
        <w:br/>
        <w:t>vn 0.5898 0.3495 -0.7280</w:t>
        <w:br/>
        <w:t>vn -0.2182 0.9116 0.3484</w:t>
        <w:br/>
        <w:t>vn 0.6100 0.3214 -0.7243</w:t>
        <w:br/>
        <w:t>vn 0.6818 0.3235 -0.6561</w:t>
        <w:br/>
        <w:t>vn -0.2498 0.9147 0.3176</w:t>
        <w:br/>
        <w:t>vn -0.6255 -0.2905 0.7241</w:t>
        <w:br/>
        <w:t>vn 0.6859 0.3135 -0.6567</w:t>
        <w:br/>
        <w:t>vn -0.4336 0.8993 0.0573</w:t>
        <w:br/>
        <w:t>vn -0.6865 -0.2933 0.6654</w:t>
        <w:br/>
        <w:t>vn 0.4307 -0.8994 -0.0744</w:t>
        <w:br/>
        <w:t>vn -0.4483 0.8903 0.0799</w:t>
        <w:br/>
        <w:t>vn -0.6942 -0.2723 0.6663</w:t>
        <w:br/>
        <w:t>vn 0.7156 0.2457 -0.6539</w:t>
        <w:br/>
        <w:t>vn 0.7294 0.1560 -0.6661</w:t>
        <w:br/>
        <w:t>vn -0.5556 0.8128 -0.1750</w:t>
        <w:br/>
        <w:t>vn -0.7060 -0.2218 0.6726</w:t>
        <w:br/>
        <w:t>vn -0.5288 0.8209 -0.2156</w:t>
        <w:br/>
        <w:t>vn 0.5470 -0.8207 0.1649</w:t>
        <w:br/>
        <w:t>vn -0.7212 -0.1380 0.6789</w:t>
        <w:br/>
        <w:t>vn 0.5316 -0.8244 0.1943</w:t>
        <w:br/>
        <w:t>vn -0.5442 -0.3580 -0.7588</w:t>
        <w:br/>
        <w:t>vn -0.5366 -0.1677 -0.8270</w:t>
        <w:br/>
        <w:t>vn -0.5633 -0.1611 -0.8104</w:t>
        <w:br/>
        <w:t>vn -0.7454 -0.0511 0.6647</w:t>
        <w:br/>
        <w:t>vn 0.5020 0.4517 0.7375</w:t>
        <w:br/>
        <w:t>vn 0.5169 0.3050 0.7999</w:t>
        <w:br/>
        <w:t>vn 0.4547 0.3285 0.8279</w:t>
        <w:br/>
        <w:t>vn -0.7781 -0.0360 0.6271</w:t>
        <w:br/>
        <w:t>vn 0.5004 0.5809 0.6419</w:t>
        <w:br/>
        <w:t>vn 0.3471 0.8427 0.4116</w:t>
        <w:br/>
        <w:t>vn -0.7310 -0.1141 0.6727</w:t>
        <w:br/>
        <w:t>vn 0.2302 0.9421 0.2437</w:t>
        <w:br/>
        <w:t>vn -0.5137 -0.5446 -0.6630</w:t>
        <w:br/>
        <w:t>vn 0.7527 0.0650 -0.6552</w:t>
        <w:br/>
        <w:t>vn 0.7799 0.0502 -0.6238</w:t>
        <w:br/>
        <w:t>vn 0.7336 0.1254 -0.6679</w:t>
        <w:br/>
        <w:t>vn -0.6863 -0.1230 0.7168</w:t>
        <w:br/>
        <w:t>vn -0.3529 -0.8350 -0.4222</w:t>
        <w:br/>
        <w:t>vn 0.0340 0.9994 0.0048</w:t>
        <w:br/>
        <w:t>vn -0.5757 -0.0868 0.8131</w:t>
        <w:br/>
        <w:t>vn -0.0438 0.9973 -0.0583</w:t>
        <w:br/>
        <w:t>vn -0.2444 -0.9332 -0.2636</w:t>
        <w:br/>
        <w:t>vn 0.6864 0.1323 -0.7151</w:t>
        <w:br/>
        <w:t>vn 0.5702 0.0894 -0.8167</w:t>
        <w:br/>
        <w:t>vn -0.0487 -0.9985 -0.0255</w:t>
        <w:br/>
        <w:t>vn -0.5818 -0.0656 0.8107</w:t>
        <w:br/>
        <w:t>vn 0.5779 0.0633 -0.8136</w:t>
        <w:br/>
        <w:t>vn 0.0362 -0.9982 0.0469</w:t>
        <w:br/>
        <w:t>vn 0.5289 0.0173 -0.8485</w:t>
        <w:br/>
        <w:t>vn 0.5506 -0.0706 -0.8318</w:t>
        <w:br/>
        <w:t>vn 0.1793 -0.9608 0.2113</w:t>
        <w:br/>
        <w:t>vn 0.2037 -0.9672 0.1519</w:t>
        <w:br/>
        <w:t>vn -0.5308 -0.0213 0.8473</w:t>
        <w:br/>
        <w:t>vn 0.6112 -0.0934 -0.7860</w:t>
        <w:br/>
        <w:t>vn 0.2822 -0.8883 0.3623</w:t>
        <w:br/>
        <w:t>vn 0.6554 -0.1865 -0.7319</w:t>
        <w:br/>
        <w:t>vn -0.5515 0.0649 0.8317</w:t>
        <w:br/>
        <w:t>vn -0.1864 0.9696 -0.1586</w:t>
        <w:br/>
        <w:t>vn -0.1977 0.9501 -0.2412</w:t>
        <w:br/>
        <w:t>vn 0.2731 -0.8100 0.5189</w:t>
        <w:br/>
        <w:t>vn -0.5949 0.1041 0.7970</w:t>
        <w:br/>
        <w:t>vn 0.5045 -0.5289 -0.6824</w:t>
        <w:br/>
        <w:t>vn 0.2973 -0.7422 0.6006</w:t>
        <w:br/>
        <w:t>vn 0.4451 -0.5382 -0.7157</w:t>
        <w:br/>
        <w:t>vn 0.1195 -0.8695 -0.4792</w:t>
        <w:br/>
        <w:t>vn -0.2649 0.8584 -0.4393</w:t>
        <w:br/>
        <w:t>vn -0.6309 0.2103 0.7468</w:t>
        <w:br/>
        <w:t>vn -0.2364 0.8727 -0.4271</w:t>
        <w:br/>
        <w:t>vn -0.3189 0.6502 -0.6896</w:t>
        <w:br/>
        <w:t>vn -0.3400 0.6703 -0.6597</w:t>
        <w:br/>
        <w:t>vn -0.4675 0.3858 -0.7953</w:t>
        <w:br/>
        <w:t>vn -0.5131 0.5182 0.6842</w:t>
        <w:br/>
        <w:t>vn -0.4470 0.5306 0.7202</w:t>
        <w:br/>
        <w:t>vn 0.2780 -0.6027 0.7480</w:t>
        <w:br/>
        <w:t>vn -0.1598 0.8586 0.4871</w:t>
        <w:br/>
        <w:t>vn 0.3919 -0.4485 0.8033</w:t>
        <w:br/>
        <w:t>vn 0.1684 -0.8938 -0.4157</w:t>
        <w:br/>
        <w:t>vn 0.4810 -0.2977 0.8246</w:t>
        <w:br/>
        <w:t>vn -0.2207 0.8812 0.4180</w:t>
        <w:br/>
        <w:t>vn 0.0059 -0.9196 -0.3928</w:t>
        <w:br/>
        <w:t>vn 0.5271 -0.2860 0.8002</w:t>
        <w:br/>
        <w:t>vn 0.0093 -0.9213 -0.3886</w:t>
        <w:br/>
        <w:t>vn -0.0436 -0.9288 -0.3681</w:t>
        <w:br/>
        <w:t>vn -0.5331 0.2822 -0.7976</w:t>
        <w:br/>
        <w:t>vn -0.4168 0.3110 -0.8542</w:t>
        <w:br/>
        <w:t>vn -0.0850 -0.9373 -0.3381</w:t>
        <w:br/>
        <w:t>vn -0.3139 -0.9490 -0.0291</w:t>
        <w:br/>
        <w:t>vn 0.4810 -0.3215 0.8157</w:t>
        <w:br/>
        <w:t>vn -0.0080 0.9198 0.3922</w:t>
        <w:br/>
        <w:t>vn 0.5139 -0.3215 0.7953</w:t>
        <w:br/>
        <w:t>vn -0.0110 0.9213 0.3888</w:t>
        <w:br/>
        <w:t>vn -0.4810 0.3198 -0.8163</w:t>
        <w:br/>
        <w:t>vn -0.5100 0.3215 -0.7978</w:t>
        <w:br/>
        <w:t>vn -0.5888 0.2921 -0.7537</w:t>
        <w:br/>
        <w:t>vn 0.0425 0.9292 0.3671</w:t>
        <w:br/>
        <w:t>vn -0.7244 0.2357 -0.6478</w:t>
        <w:br/>
        <w:t>vn 0.5899 -0.2937 0.7522</w:t>
        <w:br/>
        <w:t>vn 0.0849 0.9380 0.3362</w:t>
        <w:br/>
        <w:t>vn -0.7226 0.2407 -0.6480</w:t>
        <w:br/>
        <w:t>vn 0.3040 0.9518 0.0415</w:t>
        <w:br/>
        <w:t>vn -0.7824 0.1895 -0.5933</w:t>
        <w:br/>
        <w:t>vn -0.7726 0.1698 -0.6117</w:t>
        <w:br/>
        <w:t>vn 0.3043 0.9514 0.0463</w:t>
        <w:br/>
        <w:t>vn -0.7912 0.0270 -0.6110</w:t>
        <w:br/>
        <w:t>vn -0.7782 0.0203 -0.6277</w:t>
        <w:br/>
        <w:t>vn -0.8003 -0.0941 -0.5922</w:t>
        <w:br/>
        <w:t>vn 0.6025 0.5694 -0.5593</w:t>
        <w:br/>
        <w:t>vn 0.5974 0.5686 -0.5656</w:t>
        <w:br/>
        <w:t>vn 0.6107 -0.1287 -0.7814</w:t>
        <w:br/>
        <w:t>vn -0.8010 -0.0676 -0.5949</w:t>
        <w:br/>
        <w:t>vn -0.7119 -0.0708 -0.6987</w:t>
        <w:br/>
        <w:t>vn 0.5590 -0.4212 -0.7142</w:t>
        <w:br/>
        <w:t>vn 0.3897 -0.8352 -0.3881</w:t>
        <w:br/>
        <w:t>vn 0.7793 -0.1922 0.5964</w:t>
        <w:br/>
        <w:t>vn 0.7199 -0.2455 0.6492</w:t>
        <w:br/>
        <w:t>vn 0.7223 -0.2389 0.6490</w:t>
        <w:br/>
        <w:t>vn -0.3136 -0.9489 -0.0352</w:t>
        <w:br/>
        <w:t>vn 0.7695 -0.1714 0.6152</w:t>
        <w:br/>
        <w:t>vn -0.6069 -0.5530 0.5708</w:t>
        <w:br/>
        <w:t>vn 0.7767 -0.0691 0.6260</w:t>
        <w:br/>
        <w:t>vn -0.6011 -0.5513 0.5786</w:t>
        <w:br/>
        <w:t>vn -0.6074 0.1459 0.7809</w:t>
        <w:br/>
        <w:t>vn 0.7930 0.0173 0.6090</w:t>
        <w:br/>
        <w:t>vn -0.5520 0.4529 0.7002</w:t>
        <w:br/>
        <w:t>vn -0.3784 0.8481 0.3708</w:t>
        <w:br/>
        <w:t>vn 0.7988 0.0876 0.5952</w:t>
        <w:br/>
        <w:t>vn 0.3940 -0.8370 -0.3797</w:t>
        <w:br/>
        <w:t>vn -0.3846 0.8508 0.3581</w:t>
        <w:br/>
        <w:t>vn 0.8079 0.0820 0.5836</w:t>
        <w:br/>
        <w:t>vn -0.1737 0.9848 0.0064</w:t>
        <w:br/>
        <w:t>vn 0.7120 0.0695 0.6987</w:t>
        <w:br/>
        <w:t>vn 0.1795 -0.9837 -0.0134</w:t>
        <w:br/>
        <w:t>vn 0.7135 0.0564 0.6984</w:t>
        <w:br/>
        <w:t>vn 0.0561 -0.9912 0.1200</w:t>
        <w:br/>
        <w:t>vn -0.7138 -0.0566 -0.6981</w:t>
        <w:br/>
        <w:t>vn -0.1071 -0.9571 0.2691</w:t>
        <w:br/>
        <w:t>vn 0.5622 0.1167 0.8187</w:t>
        <w:br/>
        <w:t>vn -0.5614 -0.1213 -0.8186</w:t>
        <w:br/>
        <w:t>vn -0.1617 -0.9460 0.2808</w:t>
        <w:br/>
        <w:t>vn -0.5625 -0.1405 -0.8148</w:t>
        <w:br/>
        <w:t>vn -0.4551 -0.1861 -0.8708</w:t>
        <w:br/>
        <w:t>vn -0.0430 0.9901 -0.1336</w:t>
        <w:br/>
        <w:t>vn -0.4296 -0.2292 -0.8735</w:t>
        <w:br/>
        <w:t>vn 0.1177 0.9520 -0.2826</w:t>
        <w:br/>
        <w:t>vn 0.5651 0.1365 0.8137</w:t>
        <w:br/>
        <w:t>vn 0.1616 0.9428 -0.2916</w:t>
        <w:br/>
        <w:t>vn -0.3824 -0.2991 -0.8742</w:t>
        <w:br/>
        <w:t>vn 0.2670 0.9024 -0.3381</w:t>
        <w:br/>
        <w:t>vn 0.4485 0.2103 0.8687</w:t>
        <w:br/>
        <w:t>vn 0.3194 0.8633 -0.3908</w:t>
        <w:br/>
        <w:t>vn -0.2843 -0.9009 0.3279</w:t>
        <w:br/>
        <w:t>vn 0.4397 0.1747 0.8810</w:t>
        <w:br/>
        <w:t>vn -0.3399 -0.8597 0.3812</w:t>
        <w:br/>
        <w:t>vn 0.3902 0.8030 -0.4505</w:t>
        <w:br/>
        <w:t>vn 0.3195 0.7600 -0.5659</w:t>
        <w:br/>
        <w:t>vn 0.4113 0.3648 0.8353</w:t>
        <w:br/>
        <w:t>vn 0.3577 0.3536 0.8643</w:t>
        <w:br/>
        <w:t>vn -0.4204 -0.7907 0.4450</w:t>
        <w:br/>
        <w:t>vn 0.2320 0.6506 -0.7231</w:t>
        <w:br/>
        <w:t>vn 0.1745 0.6775 -0.7145</w:t>
        <w:br/>
        <w:t>vn -0.3445 -0.7483 0.5669</w:t>
        <w:br/>
        <w:t>vn -0.2686 -0.6359 0.7235</w:t>
        <w:br/>
        <w:t>vn -0.4434 -0.3951 -0.8046</w:t>
        <w:br/>
        <w:t>vn -0.4394 -0.6099 -0.6595</w:t>
        <w:br/>
        <w:t>vn 0.5412 0.8332 -0.1132</w:t>
        <w:br/>
        <w:t>vn 0.5392 0.8336 -0.1197</w:t>
        <w:br/>
        <w:t>vn 0.5393 0.8356 -0.1041</w:t>
        <w:br/>
        <w:t>vn 0.5367 0.8340 -0.1277</w:t>
        <w:br/>
        <w:t>vn 0.5185 0.8431 -0.1428</w:t>
        <w:br/>
        <w:t>vn -0.6826 0.4162 0.6007</w:t>
        <w:br/>
        <w:t>vn -0.6723 0.4202 0.6094</w:t>
        <w:br/>
        <w:t>vn -0.6729 0.4148 0.6125</w:t>
        <w:br/>
        <w:t>vn -0.6954 0.4071 0.5922</w:t>
        <w:br/>
        <w:t>vn -0.5381 -0.8345 0.1186</w:t>
        <w:br/>
        <w:t>vn -0.5386 -0.8336 0.1227</w:t>
        <w:br/>
        <w:t>vn -0.5346 -0.8367 0.1187</w:t>
        <w:br/>
        <w:t>vn 0.6840 -0.4048 -0.6068</w:t>
        <w:br/>
        <w:t>vn 0.6661 -0.3993 -0.6299</w:t>
        <w:br/>
        <w:t>vn 0.6661 -0.4009 -0.6289</w:t>
        <w:br/>
        <w:t>vn 0.7063 -0.3939 -0.5882</w:t>
        <w:br/>
        <w:t>vn -0.5394 -0.8333 0.1212</w:t>
        <w:br/>
        <w:t>vn 0.6408 -0.3648 -0.6755</w:t>
        <w:br/>
        <w:t>vn 0.5410 -0.3312 -0.7731</w:t>
        <w:br/>
        <w:t>vn -0.5223 -0.8405 0.1443</w:t>
        <w:br/>
        <w:t>vn 0.1384 -0.2228 -0.9650</w:t>
        <w:br/>
        <w:t>vn -0.5694 0.3665 0.7359</w:t>
        <w:br/>
        <w:t>vn 0.5037 0.8474 -0.1676</w:t>
        <w:br/>
        <w:t>vn 0.4231 0.8814 -0.2101</w:t>
        <w:br/>
        <w:t>vn -0.5064 -0.8451 0.1714</w:t>
        <w:br/>
        <w:t>vn -0.5738 0.3568 0.7372</w:t>
        <w:br/>
        <w:t>vn -0.2083 -0.1296 -0.9694</w:t>
        <w:br/>
        <w:t>vn -0.4250 -0.8795 0.2143</w:t>
        <w:br/>
        <w:t>vn -0.6348 0.0316 -0.7720</w:t>
        <w:br/>
        <w:t>vn 0.0188 0.1875 0.9821</w:t>
        <w:br/>
        <w:t>vn -0.4259 -0.8775 0.2203</w:t>
        <w:br/>
        <w:t>vn 0.0208 0.1798 0.9835</w:t>
        <w:br/>
        <w:t>vn 0.4239 0.8781 -0.2218</w:t>
        <w:br/>
        <w:t>vn 0.3307 0.9177 -0.2202</w:t>
        <w:br/>
        <w:t>vn 0.5980 -0.0327 0.8008</w:t>
        <w:br/>
        <w:t>vn 0.3187 0.9279 -0.1934</w:t>
        <w:br/>
        <w:t>vn -0.3338 -0.9152 0.2260</w:t>
        <w:br/>
        <w:t>vn 0.7386 -0.0929 0.6677</w:t>
        <w:br/>
        <w:t>vn -0.7614 0.0832 -0.6430</w:t>
        <w:br/>
        <w:t>vn -0.3226 -0.9250 0.2009</w:t>
        <w:br/>
        <w:t>vn -0.8600 0.1495 -0.4878</w:t>
        <w:br/>
        <w:t>vn 0.2846 0.9477 -0.1447</w:t>
        <w:br/>
        <w:t>vn 0.8408 -0.1580 0.5178</w:t>
        <w:br/>
        <w:t>vn 0.2821 0.9547 -0.0950</w:t>
        <w:br/>
        <w:t>vn -0.2875 -0.9457 0.1518</w:t>
        <w:br/>
        <w:t>vn 0.8369 -0.1784 0.5174</w:t>
        <w:br/>
        <w:t>vn 0.2636 0.9623 -0.0671</w:t>
        <w:br/>
        <w:t>vn 0.2749 0.9602 -0.0499</w:t>
        <w:br/>
        <w:t>vn 0.8352 -0.1862 0.5174</w:t>
        <w:br/>
        <w:t>vn 0.8341 -0.2116 0.5094</w:t>
        <w:br/>
        <w:t>vn -0.2817 -0.9546 0.0971</w:t>
        <w:br/>
        <w:t>vn -0.2590 -0.9635 0.0682</w:t>
        <w:br/>
        <w:t>vn -0.8625 0.1680 -0.4774</w:t>
        <w:br/>
        <w:t>vn -0.2679 -0.9618 0.0557</w:t>
        <w:br/>
        <w:t>vn -0.8659 0.1707 -0.4703</w:t>
        <w:br/>
        <w:t>vn -0.8658 0.1765 -0.4682</w:t>
        <w:br/>
        <w:t>vn -0.5402 0.8342 -0.1109</w:t>
        <w:br/>
        <w:t>vn -0.5382 0.8366 -0.1018</w:t>
        <w:br/>
        <w:t>vn -0.5382 0.8346 -0.1174</w:t>
        <w:br/>
        <w:t>vn -0.5357 0.8351 -0.1253</w:t>
        <w:br/>
        <w:t>vn 0.6843 0.4143 0.6000</w:t>
        <w:br/>
        <w:t>vn 0.6746 0.4129 0.6119</w:t>
        <w:br/>
        <w:t>vn 0.6741 0.4183 0.6088</w:t>
        <w:br/>
        <w:t>vn -0.5178 0.8439 -0.1408</w:t>
        <w:br/>
        <w:t>vn 0.6970 0.4052 0.5916</w:t>
        <w:br/>
        <w:t>vn 0.5336 -0.8377 0.1164</w:t>
        <w:br/>
        <w:t>vn 0.5376 -0.8346 0.1204</w:t>
        <w:br/>
        <w:t>vn 0.5371 -0.8355 0.1163</w:t>
        <w:br/>
        <w:t>vn -0.5031 0.8482 -0.1656</w:t>
        <w:br/>
        <w:t>vn 0.5714 0.3650 0.7350</w:t>
        <w:br/>
        <w:t>vn -0.4230 0.8818 -0.2087</w:t>
        <w:br/>
        <w:t>vn -0.6678 -0.3974 -0.6293</w:t>
        <w:br/>
        <w:t>vn -0.6858 -0.4028 -0.6062</w:t>
        <w:br/>
        <w:t>vn -0.6679 -0.3989 -0.6283</w:t>
        <w:br/>
        <w:t>vn -0.4238 0.8785 -0.2203</w:t>
        <w:br/>
        <w:t>vn -0.7080 -0.3920 -0.5875</w:t>
        <w:br/>
        <w:t>vn 0.5384 -0.8343 0.1189</w:t>
        <w:br/>
        <w:t>vn -0.6427 -0.3633 -0.6745</w:t>
        <w:br/>
        <w:t>vn -0.3313 0.9175 -0.2198</w:t>
        <w:br/>
        <w:t>vn -0.5431 -0.3298 -0.7722</w:t>
        <w:br/>
        <w:t>vn 0.5216 -0.8413 0.1422</w:t>
        <w:br/>
        <w:t>vn -0.1413 -0.2225 -0.9646</w:t>
        <w:br/>
        <w:t>vn 0.5057 -0.8459 0.1694</w:t>
        <w:br/>
        <w:t>vn 0.5758 0.3553 0.7363</w:t>
        <w:br/>
        <w:t>vn 0.2055 -0.1295 -0.9701</w:t>
        <w:br/>
        <w:t>vn 0.4249 -0.8799 0.2129</w:t>
        <w:br/>
        <w:t>vn 0.6320 0.0308 -0.7744</w:t>
        <w:br/>
        <w:t>vn -0.0159 0.1873 0.9822</w:t>
        <w:br/>
        <w:t>vn 0.4258 -0.8779 0.2189</w:t>
        <w:br/>
        <w:t>vn -0.0179 0.1795 0.9836</w:t>
        <w:br/>
        <w:t>vn -0.5951 -0.0318 0.8030</w:t>
        <w:br/>
        <w:t>vn 0.3345 -0.9150 0.2256</w:t>
        <w:br/>
        <w:t>vn -0.7362 -0.0922 0.6705</w:t>
        <w:br/>
        <w:t>vn -0.3192 0.9278 -0.1931</w:t>
        <w:br/>
        <w:t>vn -0.2853 0.9474 -0.1451</w:t>
        <w:br/>
        <w:t>vn -0.8386 -0.1573 0.5215</w:t>
        <w:br/>
        <w:t>vn -0.2827 0.9545 -0.0955</w:t>
        <w:br/>
        <w:t>vn 0.3232 -0.9248 0.2006</w:t>
        <w:br/>
        <w:t>vn 0.7593 0.0817 -0.6456</w:t>
        <w:br/>
        <w:t>vn 0.8580 0.1490 -0.4916</w:t>
        <w:br/>
        <w:t>vn -0.2646 0.9619 -0.0683</w:t>
        <w:br/>
        <w:t>vn -0.2758 0.9598 -0.0511</w:t>
        <w:br/>
        <w:t>vn -0.8343 -0.1778 0.5218</w:t>
        <w:br/>
        <w:t>vn -0.8326 -0.1855 0.5219</w:t>
        <w:br/>
        <w:t>vn 0.2889 -0.9451 0.1529</w:t>
        <w:br/>
        <w:t>vn -0.8316 -0.2109 0.5138</w:t>
        <w:br/>
        <w:t>vn 0.2823 -0.9544 0.0975</w:t>
        <w:br/>
        <w:t>vn 0.2600 -0.9631 0.0694</w:t>
        <w:br/>
        <w:t>vn 0.8605 0.1674 -0.4812</w:t>
        <w:br/>
        <w:t>vn 0.2688 -0.9615 0.0568</w:t>
        <w:br/>
        <w:t>vn 0.8635 0.1701 -0.4749</w:t>
        <w:br/>
        <w:t>vn 0.8635 0.1759 -0.4728</w:t>
        <w:br/>
        <w:t>vn -0.1213 0.2456 -0.9617</w:t>
        <w:br/>
        <w:t>vn 0.0973 0.3879 -0.9166</w:t>
        <w:br/>
        <w:t>vn 0.0019 0.3502 -0.9367</w:t>
        <w:br/>
        <w:t>vn 0.9310 0.3404 0.1317</w:t>
        <w:br/>
        <w:t>vn 0.9306 0.3600 0.0658</w:t>
        <w:br/>
        <w:t>vn 0.9299 0.3647 -0.0486</w:t>
        <w:br/>
        <w:t>vn 0.1306 0.4351 -0.8908</w:t>
        <w:br/>
        <w:t>vn 0.9215 0.3456 0.1770</w:t>
        <w:br/>
        <w:t>vn -0.0212 -0.4216 0.9065</w:t>
        <w:br/>
        <w:t>vn -0.0203 -0.4204 0.9071</w:t>
        <w:br/>
        <w:t>vn -0.0158 -0.4200 0.9074</w:t>
        <w:br/>
        <w:t>vn 0.2159 0.4038 -0.8890</w:t>
        <w:br/>
        <w:t>vn 0.2628 0.3847 -0.8848</w:t>
        <w:br/>
        <w:t>vn 0.9241 0.3209 0.2074</w:t>
        <w:br/>
        <w:t>vn 0.9218 0.3141 0.2273</w:t>
        <w:br/>
        <w:t>vn -0.0964 -0.4247 0.9002</w:t>
        <w:br/>
        <w:t>vn -0.1770 -0.4080 0.8957</w:t>
        <w:br/>
        <w:t>vn -0.9025 -0.4110 -0.1290</w:t>
        <w:br/>
        <w:t>vn -0.8995 -0.4153 -0.1356</w:t>
        <w:br/>
        <w:t>vn -0.9018 -0.4069 -0.1458</w:t>
        <w:br/>
        <w:t>vn -0.9123 -0.3788 -0.1554</w:t>
        <w:br/>
        <w:t>vn -0.9187 -0.3459 -0.1907</w:t>
        <w:br/>
        <w:t>vn -0.2586 -0.3875 0.8849</w:t>
        <w:br/>
        <w:t>vn -0.9193 -0.3164 -0.2339</w:t>
        <w:br/>
        <w:t>vn -0.2806 -0.3385 0.8981</w:t>
        <w:br/>
        <w:t>vn 0.9210 0.3118 0.2334</w:t>
        <w:br/>
        <w:t>vn -0.9206 -0.3072 -0.2409</w:t>
        <w:br/>
        <w:t>vn -0.2467 -0.3048 0.9199</w:t>
        <w:br/>
        <w:t>vn -0.9206 -0.3046 -0.2443</w:t>
        <w:br/>
        <w:t>vn -0.9238 -0.2929 -0.2465</w:t>
        <w:br/>
        <w:t>vn 0.9215 0.3111 0.2327</w:t>
        <w:br/>
        <w:t>vn 0.2853 0.3395 -0.8963</w:t>
        <w:br/>
        <w:t>vn 0.2506 0.3086 -0.9176</w:t>
        <w:br/>
        <w:t>vn 0.2517 0.1443 -0.9570</w:t>
        <w:br/>
        <w:t>vn 0.9240 0.2966 0.2413</w:t>
        <w:br/>
        <w:t>vn 0.2116 0.1413 -0.9671</w:t>
        <w:br/>
        <w:t>vn 0.2660 -0.0008 -0.9640</w:t>
        <w:br/>
        <w:t>vn -0.2514 -0.1372 0.9581</w:t>
        <w:br/>
        <w:t>vn 0.9240 0.2981 0.2394</w:t>
        <w:br/>
        <w:t>vn -0.2130 -0.1336 0.9679</w:t>
        <w:br/>
        <w:t>vn -0.9242 -0.2941 -0.2437</w:t>
        <w:br/>
        <w:t>vn -0.9297 -0.2646 -0.2562</w:t>
        <w:br/>
        <w:t>vn -0.2668 0.0068 0.9637</w:t>
        <w:br/>
        <w:t>vn -0.9352 -0.2361 -0.2640</w:t>
        <w:br/>
        <w:t>vn 0.9306 0.2634 0.2543</w:t>
        <w:br/>
        <w:t>vn -0.2720 0.0124 0.9622</w:t>
        <w:br/>
        <w:t>vn -0.9408 -0.2087 -0.2672</w:t>
        <w:br/>
        <w:t>vn -0.9408 -0.2088 -0.2671</w:t>
        <w:br/>
        <w:t>vn -0.2745 0.0203 0.9614</w:t>
        <w:br/>
        <w:t>vn -0.2754 0.0191 0.9611</w:t>
        <w:br/>
        <w:t>vn 0.9360 0.2338 0.2631</w:t>
        <w:br/>
        <w:t>vn 0.9416 0.2059 0.2665</w:t>
        <w:br/>
        <w:t>vn 0.2715 -0.0088 -0.9624</w:t>
        <w:br/>
        <w:t>vn 0.9416 0.2060 0.2664</w:t>
        <w:br/>
        <w:t>vn 0.2741 -0.0192 -0.9615</w:t>
        <w:br/>
        <w:t>vn 0.2754 -0.0177 -0.9612</w:t>
        <w:br/>
        <w:t>vn 0.2815 -0.6905 0.6663</w:t>
        <w:br/>
        <w:t>vn 0.2813 -0.6905 0.6664</w:t>
        <w:br/>
        <w:t>vn 0.3588 -0.6802 0.6391</w:t>
        <w:br/>
        <w:t>vn 0.9576 0.2638 -0.1155</w:t>
        <w:br/>
        <w:t>vn 0.9669 0.2346 -0.1008</w:t>
        <w:br/>
        <w:t>vn 0.9576 0.2639 -0.1155</w:t>
        <w:br/>
        <w:t>vn 0.9473 0.2928 -0.1300</w:t>
        <w:br/>
        <w:t>vn 0.2022 -0.6960 0.6890</w:t>
        <w:br/>
        <w:t>vn -0.9385 -0.3159 0.1394</w:t>
        <w:br/>
        <w:t>vn -0.9385 -0.3159 0.1395</w:t>
        <w:br/>
        <w:t>vn -0.9435 -0.3036 0.1326</w:t>
        <w:br/>
        <w:t>vn -0.9333 -0.3281 0.1463</w:t>
        <w:br/>
        <w:t>vn 0.3189 -0.8291 -0.4592</w:t>
        <w:br/>
        <w:t>vn 0.3357 -0.8297 -0.4460</w:t>
        <w:br/>
        <w:t>vn 0.3553 -0.8224 -0.4443</w:t>
        <w:br/>
        <w:t>vn 0.8500 0.2919 -0.4384</w:t>
        <w:br/>
        <w:t>vn 0.8500 0.2919 -0.4385</w:t>
        <w:br/>
        <w:t>vn 0.8818 0.3166 -0.3495</w:t>
        <w:br/>
        <w:t>vn 0.2346 -0.6604 -0.7133</w:t>
        <w:br/>
        <w:t>vn 0.8102 0.2645 -0.5231</w:t>
        <w:br/>
        <w:t>vn 0.0101 -0.2307 -0.9730</w:t>
        <w:br/>
        <w:t>vn 0.0382 -0.2658 -0.9633</w:t>
        <w:br/>
        <w:t>vn 0.0450 -0.2945 -0.9546</w:t>
        <w:br/>
        <w:t>vn 0.3805 -0.8414 -0.3837</w:t>
        <w:br/>
        <w:t>vn 0.0371 -0.3597 -0.9323</w:t>
        <w:br/>
        <w:t>vn 0.3842 -0.8550 -0.3484</w:t>
        <w:br/>
        <w:t>vn -0.0095 -0.2374 -0.9714</w:t>
        <w:br/>
        <w:t>vn -0.0329 -0.2626 -0.9643</w:t>
        <w:br/>
        <w:t>vn 0.0326 -0.2739 -0.9612</w:t>
        <w:br/>
        <w:t>vn -0.0549 -0.2704 -0.9612</w:t>
        <w:br/>
        <w:t>vn -0.0584 -0.2719 -0.9605</w:t>
        <w:br/>
        <w:t>vn 0.2113 -0.6545 -0.7259</w:t>
        <w:br/>
        <w:t>vn 0.3660 -0.8211 -0.4380</w:t>
        <w:br/>
        <w:t>vn -0.0477 -0.2855 -0.9572</w:t>
        <w:br/>
        <w:t>vn 0.3548 -0.8082 -0.4700</w:t>
        <w:br/>
        <w:t>vn 0.3454 -0.8044 -0.4833</w:t>
        <w:br/>
        <w:t>vn -0.0480 -0.2847 -0.9574</w:t>
        <w:br/>
        <w:t>vn -0.8537 -0.5106 0.1022</w:t>
        <w:br/>
        <w:t>vn -0.8497 -0.5030 0.1580</w:t>
        <w:br/>
        <w:t>vn -0.8497 -0.5030 0.1581</w:t>
        <w:br/>
        <w:t>vn -0.0509 -0.2841 -0.9574</w:t>
        <w:br/>
        <w:t>vn -0.8430 -0.4938 0.2134</w:t>
        <w:br/>
        <w:t>vn -0.4280 -0.8321 -0.3528</w:t>
        <w:br/>
        <w:t>vn -0.4540 -0.8252 -0.3360</w:t>
        <w:br/>
        <w:t>vn -0.5009 -0.8081 -0.3098</w:t>
        <w:br/>
        <w:t>vn -0.8391 0.3885 -0.3808</w:t>
        <w:br/>
        <w:t>vn -0.8596 0.4018 -0.3156</w:t>
        <w:br/>
        <w:t>vn -0.8596 0.4018 -0.3158</w:t>
        <w:br/>
        <w:t>vn -0.2688 -0.6703 -0.6917</w:t>
        <w:br/>
        <w:t>vn -0.8760 0.4132 -0.2488</w:t>
        <w:br/>
        <w:t>vn -0.0851 -0.2982 -0.9507</w:t>
        <w:br/>
        <w:t>vn -0.0787 -0.2685 -0.9601</w:t>
        <w:br/>
        <w:t>vn -0.0245 -0.1976 -0.9800</w:t>
        <w:br/>
        <w:t>vn -0.2688 -0.6702 -0.6917</w:t>
        <w:br/>
        <w:t>vn 0.0575 -0.0852 -0.9947</w:t>
        <w:br/>
        <w:t>vn 0.0804 -0.1287 -0.9884</w:t>
        <w:br/>
        <w:t>vn -0.3829 -0.8691 -0.3133</w:t>
        <w:br/>
        <w:t>vn -0.3726 -0.8718 -0.3181</w:t>
        <w:br/>
        <w:t>vn 0.0654 -0.1932 -0.9790</w:t>
        <w:br/>
        <w:t>vn -0.0817 -0.2725 -0.9587</w:t>
        <w:br/>
        <w:t>vn 0.1248 -0.0866 -0.9884</w:t>
        <w:br/>
        <w:t>vn -0.4073 -0.8756 -0.2597</w:t>
        <w:br/>
        <w:t>vn 0.0395 -0.1581 -0.9866</w:t>
        <w:br/>
        <w:t>vn 0.0035 -0.2680 -0.9634</w:t>
        <w:br/>
        <w:t>vn -0.0492 0.3586 -0.9322</w:t>
        <w:br/>
        <w:t>vn 0.3503 0.4934 -0.7962</w:t>
        <w:br/>
        <w:t>vn 0.2226 0.2556 -0.9408</w:t>
        <w:br/>
        <w:t>vn 0.0460 -0.1161 -0.9922</w:t>
        <w:br/>
        <w:t>vn -0.4253 -0.8727 -0.2400</w:t>
        <w:br/>
        <w:t>vn -0.4380 -0.8633 -0.2509</w:t>
        <w:br/>
        <w:t>vn 0.3536 0.4959 -0.7931</w:t>
        <w:br/>
        <w:t>vn 0.2389 0.2619 -0.9351</w:t>
        <w:br/>
        <w:t>vn -0.4320 -0.8577 -0.2786</w:t>
        <w:br/>
        <w:t>vn -0.2310 -0.6442 -0.7292</w:t>
        <w:br/>
        <w:t>vn -0.4471 -0.8553 -0.2617</w:t>
        <w:br/>
        <w:t>vn 0.1342 -0.2377 -0.9620</w:t>
        <w:br/>
        <w:t>vn 0.1510 -0.2983 -0.9424</w:t>
        <w:br/>
        <w:t>vn 0.1155 -0.3256 -0.9384</w:t>
        <w:br/>
        <w:t>vn -0.0037 -0.4660 -0.8848</w:t>
        <w:br/>
        <w:t>vn -0.4051 -0.8310 -0.3812</w:t>
        <w:br/>
        <w:t>vn -0.4209 -0.8519 -0.3115</w:t>
        <w:br/>
        <w:t>vn -0.4208 -0.8510 -0.3142</w:t>
        <w:br/>
        <w:t>vn -0.4321 -0.8577 -0.2787</w:t>
        <w:br/>
        <w:t>vn 0.3621 0.4890 -0.7936</w:t>
        <w:br/>
        <w:t>vn 0.2506 0.2517 -0.9348</w:t>
        <w:br/>
        <w:t>vn 0.3623 0.4827 -0.7973</w:t>
        <w:br/>
        <w:t>vn 0.2499 0.2447 -0.9368</w:t>
        <w:br/>
        <w:t>vn 0.3600 0.4782 -0.8011</w:t>
        <w:br/>
        <w:t>vn 0.2513 0.2386 -0.9380</w:t>
        <w:br/>
        <w:t>vn 0.8667 -0.4889 0.0994</w:t>
        <w:br/>
        <w:t>vn 0.8742 -0.4747 0.1022</w:t>
        <w:br/>
        <w:t>vn 0.8676 -0.4882 0.0943</w:t>
        <w:br/>
        <w:t>vn 0.8833 -0.4575 0.1022</w:t>
        <w:br/>
        <w:t>vn 0.8892 -0.4482 0.0921</w:t>
        <w:br/>
        <w:t>vn 0.8811 -0.4659 0.0813</w:t>
        <w:br/>
        <w:t>vn 0.4827 0.7907 -0.3766</w:t>
        <w:br/>
        <w:t>vn 0.4881 0.8193 -0.3007</w:t>
        <w:br/>
        <w:t>vn 0.8709 -0.4889 0.0493</w:t>
        <w:br/>
        <w:t>vn 0.8643 -0.4999 0.0549</w:t>
        <w:br/>
        <w:t>vn 0.8809 -0.4716 0.0389</w:t>
        <w:br/>
        <w:t>vn 0.4801 0.8731 0.0852</w:t>
        <w:br/>
        <w:t>vn 0.4780 0.8742 0.0851</w:t>
        <w:br/>
        <w:t>vn 0.8680 -0.4958 0.0284</w:t>
        <w:br/>
        <w:t>vn 0.4082 0.7928 0.4526</w:t>
        <w:br/>
        <w:t>vn 0.8910 -0.4468 0.0804</w:t>
        <w:br/>
        <w:t>vn 0.9089 -0.3813 0.1689</w:t>
        <w:br/>
        <w:t>vn 0.9019 -0.3741 0.2160</w:t>
        <w:br/>
        <w:t>vn 0.9100 -0.2951 0.2912</w:t>
        <w:br/>
        <w:t>vn 0.3857 0.7591 0.5245</w:t>
        <w:br/>
        <w:t>vn 0.2540 0.5522 0.7941</w:t>
        <w:br/>
        <w:t>vn 0.4791 0.8736 0.0851</w:t>
        <w:br/>
        <w:t>vn 0.1556 0.3715 0.9153</w:t>
        <w:br/>
        <w:t>vn 0.2326 0.5080 0.8293</w:t>
        <w:br/>
        <w:t>vn 0.4817 0.7940 -0.3708</w:t>
        <w:br/>
        <w:t>vn 0.3875 0.7593 0.5227</w:t>
        <w:br/>
        <w:t>vn 0.4731 0.8769 0.0845</w:t>
        <w:br/>
        <w:t>vn 0.4747 0.8013 -0.3641</w:t>
        <w:br/>
        <w:t>vn 0.3893 0.7637 0.5150</w:t>
        <w:br/>
        <w:t>vn 0.4701 0.8074 -0.3564</w:t>
        <w:br/>
        <w:t>vn 0.4656 0.8810 0.0834</w:t>
        <w:br/>
        <w:t>vn 0.4641 0.7763 -0.4266</w:t>
        <w:br/>
        <w:t>vn 0.4668 0.8805 0.0830</w:t>
        <w:br/>
        <w:t>vn -0.3469 0.6494 -0.6768</w:t>
        <w:br/>
        <w:t>vn -0.6828 0.5436 -0.4881</w:t>
        <w:br/>
        <w:t>vn -0.7798 0.5828 -0.2286</w:t>
        <w:br/>
        <w:t>vn -0.8008 0.5772 -0.1599</w:t>
        <w:br/>
        <w:t>vn -0.8390 0.5350 -0.0993</w:t>
        <w:br/>
        <w:t>vn -0.8484 0.5225 -0.0851</w:t>
        <w:br/>
        <w:t>vn -0.8516 0.5188 -0.0749</w:t>
        <w:br/>
        <w:t>vn -0.8496 0.5243 -0.0564</w:t>
        <w:br/>
        <w:t>vn -0.8335 0.5516 -0.0322</w:t>
        <w:br/>
        <w:t>vn 0.3908 0.7687 0.5064</w:t>
        <w:br/>
        <w:t>vn 0.3724 0.7310 0.5718</w:t>
        <w:br/>
        <w:t>vn -0.8356 0.5485 0.0314</w:t>
        <w:br/>
        <w:t>vn -0.8060 0.5795 0.1208</w:t>
        <w:br/>
        <w:t>vn -0.8004 0.5718 0.1799</w:t>
        <w:br/>
        <w:t>vn -0.7546 0.6107 0.2400</w:t>
        <w:br/>
        <w:t>vn 0.2593 0.5123 0.8187</w:t>
        <w:br/>
        <w:t>vn 0.2412 0.4706 0.8487</w:t>
        <w:br/>
        <w:t>vn 0.2505 0.5092 0.8234</w:t>
        <w:br/>
        <w:t>vn 0.1999 0.3758 0.9049</w:t>
        <w:br/>
        <w:t>vn 0.1935 0.3724 0.9077</w:t>
        <w:br/>
        <w:t>vn 0.2413 0.5082 0.8267</w:t>
        <w:br/>
        <w:t>vn 0.1802 0.3669 0.9126</w:t>
        <w:br/>
        <w:t>vn 0.1656 0.3720 0.9134</w:t>
        <w:br/>
        <w:t>vn 0.1603 0.3734 0.9137</w:t>
        <w:br/>
        <w:t>vn -0.3431 -0.6654 0.6630</w:t>
        <w:br/>
        <w:t>vn -0.2468 -0.4480 0.8593</w:t>
        <w:br/>
        <w:t>vn -0.3670 -0.6832 0.6314</w:t>
        <w:br/>
        <w:t>vn -0.2927 -0.5288 0.7967</w:t>
        <w:br/>
        <w:t>vn -0.3818 -0.7105 0.5911</w:t>
        <w:br/>
        <w:t>vn -0.3928 -0.6879 0.6103</w:t>
        <w:br/>
        <w:t>vn -0.2794 -0.4807 0.8312</w:t>
        <w:br/>
        <w:t>vn -0.1195 -0.2079 0.9708</w:t>
        <w:br/>
        <w:t>vn -0.2058 -0.3922 0.8965</w:t>
        <w:br/>
        <w:t>vn -0.3711 -0.7404 0.5604</w:t>
        <w:br/>
        <w:t>vn -0.0762 -0.1593 0.9843</w:t>
        <w:br/>
        <w:t>vn -0.1443 -0.2063 0.9678</w:t>
        <w:br/>
        <w:t>vn -0.1009 -0.2158 0.9712</w:t>
        <w:br/>
        <w:t>vn -0.2589 -0.3628 0.8952</w:t>
        <w:br/>
        <w:t>vn -0.1861 -0.1760 0.9666</w:t>
        <w:br/>
        <w:t>vn -0.0553 -0.1255 0.9906</w:t>
        <w:br/>
        <w:t>vn -0.0555 -0.1798 0.9821</w:t>
        <w:br/>
        <w:t>vn -0.0581 -0.1005 0.9932</w:t>
        <w:br/>
        <w:t>vn -0.0581 -0.1030 0.9930</w:t>
        <w:br/>
        <w:t>vn -0.2065 -0.3876 0.8984</w:t>
        <w:br/>
        <w:t>vn -0.0321 -0.0799 0.9963</w:t>
        <w:br/>
        <w:t>vn -0.3681 -0.6429 0.6717</w:t>
        <w:br/>
        <w:t>vn -0.4718 -0.7771 0.4166</w:t>
        <w:br/>
        <w:t>vn -0.0149 -0.0749 0.9971</w:t>
        <w:br/>
        <w:t>vn -0.0178 -0.0892 0.9959</w:t>
        <w:br/>
        <w:t>vn -0.8925 0.4490 -0.0434</w:t>
        <w:br/>
        <w:t>vn -0.8925 0.4490 -0.0433</w:t>
        <w:br/>
        <w:t>vn -0.8925 0.4489 -0.0439</w:t>
        <w:br/>
        <w:t>vn -0.8925 0.4491 -0.0427</w:t>
        <w:br/>
        <w:t>vn -0.4955 -0.8654 0.0746</w:t>
        <w:br/>
        <w:t>vn -0.5309 -0.8186 0.2192</w:t>
        <w:br/>
        <w:t>vn -0.2787 -0.8339 0.4763</w:t>
        <w:br/>
        <w:t>vn -0.2532 -0.8634 0.4364</w:t>
        <w:br/>
        <w:t>vn -0.2631 -0.8660 0.4252</w:t>
        <w:br/>
        <w:t>vn -0.2769 -0.8336 0.4779</w:t>
        <w:br/>
        <w:t>vn 0.5797 0.2596 0.7724</w:t>
        <w:br/>
        <w:t>vn 0.4414 0.3207 0.8380</w:t>
        <w:br/>
        <w:t>vn 0.7026 0.1679 0.6914</w:t>
        <w:br/>
        <w:t>vn 0.4414 0.3203 0.8382</w:t>
        <w:br/>
        <w:t>vn -0.3059 -0.7948 0.5242</w:t>
        <w:br/>
        <w:t>vn -0.3090 -0.7872 0.5337</w:t>
        <w:br/>
        <w:t>vn 0.8218 0.0500 0.5676</w:t>
        <w:br/>
        <w:t>vn 0.8315 -0.0115 0.5555</w:t>
        <w:br/>
        <w:t>vn 0.2455 0.8659 -0.4359</w:t>
        <w:br/>
        <w:t>vn 0.2760 0.8271 -0.4896</w:t>
        <w:br/>
        <w:t>vn 0.2650 0.8473 -0.4602</w:t>
        <w:br/>
        <w:t>vn 0.2544 0.8684 -0.4256</w:t>
        <w:br/>
        <w:t>vn -0.5772 -0.2610 -0.7738</w:t>
        <w:br/>
        <w:t>vn -0.4326 -0.3222 -0.8420</w:t>
        <w:br/>
        <w:t>vn -0.4326 -0.3199 -0.8429</w:t>
        <w:br/>
        <w:t>vn -0.7058 -0.1676 -0.6883</w:t>
        <w:br/>
        <w:t>vn -0.8261 -0.0491 -0.5614</w:t>
        <w:br/>
        <w:t>vn 0.3023 0.7963 -0.5240</w:t>
        <w:br/>
        <w:t>vn 0.2967 0.7962 -0.5273</w:t>
        <w:br/>
        <w:t>vn -0.8341 0.0101 -0.5515</w:t>
        <w:br/>
        <w:t>vn -0.8519 0.0609 -0.5201</w:t>
        <w:br/>
        <w:t>vn 0.3194 0.7684 -0.5546</w:t>
        <w:br/>
        <w:t>vn 0.3332 0.7522 -0.5685</w:t>
        <w:br/>
        <w:t>vn 0.8492 -0.0634 0.5243</w:t>
        <w:br/>
        <w:t>vn -0.8541 0.0893 -0.5124</w:t>
        <w:br/>
        <w:t>vn -0.9055 0.1262 -0.4050</w:t>
        <w:br/>
        <w:t>vn 0.8534 -0.0806 0.5150</w:t>
        <w:br/>
        <w:t>vn -0.3254 -0.7588 0.5643</w:t>
        <w:br/>
        <w:t>vn -0.3321 -0.7582 0.5612</w:t>
        <w:br/>
        <w:t>vn -0.3582 -0.7073 0.6094</w:t>
        <w:br/>
        <w:t>vn -0.3328 -0.7058 0.6253</w:t>
        <w:br/>
        <w:t>vn 0.9138 -0.1645 0.3714</w:t>
        <w:br/>
        <w:t>vn 0.8947 -0.1733 0.4116</w:t>
        <w:br/>
        <w:t>vn 0.3463 0.6909 -0.6346</w:t>
        <w:br/>
        <w:t>vn 0.3571 0.6867 -0.6331</w:t>
        <w:br/>
        <w:t>vn -0.8740 0.1429 -0.4644</w:t>
        <w:br/>
        <w:t>vn -0.9404 0.2245 -0.2555</w:t>
        <w:br/>
        <w:t>vn -0.9446 0.2877 -0.1578</w:t>
        <w:br/>
        <w:t>vn 0.3466 0.5715 -0.7438</w:t>
        <w:br/>
        <w:t>vn -0.8642 0.4960 -0.0841</w:t>
        <w:br/>
        <w:t>vn 0.9449 -0.2779 0.1728</w:t>
        <w:br/>
        <w:t>vn -0.3206 -0.5684 0.7578</w:t>
        <w:br/>
        <w:t>vn 0.3352 0.5015 -0.7976</w:t>
        <w:br/>
        <w:t>vn 0.9494 -0.3060 0.0711</w:t>
        <w:br/>
        <w:t>vn -0.6895 0.7137 0.1234</w:t>
        <w:br/>
        <w:t>vn 0.2289 0.4260 -0.8753</w:t>
        <w:br/>
        <w:t>vn -0.5077 0.8235 0.2532</w:t>
        <w:br/>
        <w:t>vn -0.2624 0.8618 0.4342</w:t>
        <w:br/>
        <w:t>vn 0.1213 0.4280 -0.8956</w:t>
        <w:br/>
        <w:t>vn 0.0110 0.4693 -0.8830</w:t>
        <w:br/>
        <w:t>vn 0.2814 0.4043 -0.8703</w:t>
        <w:br/>
        <w:t>vn 0.1673 -0.9026 -0.3967</w:t>
        <w:br/>
        <w:t>vn 0.1673 -0.9025 -0.3968</w:t>
        <w:br/>
        <w:t>vn 0.1255 -0.8825 -0.4533</w:t>
        <w:br/>
        <w:t>vn 0.7822 -0.6150 -0.0993</w:t>
        <w:br/>
        <w:t>vn 0.9324 -0.3608 0.0201</w:t>
        <w:br/>
        <w:t>vn -0.3401 -0.4886 0.8035</w:t>
        <w:br/>
        <w:t>vn -0.3842 -0.5020 0.7748</w:t>
        <w:br/>
        <w:t>vn -0.3370 -0.4535 0.8251</w:t>
        <w:br/>
        <w:t>vn -0.3121 -0.4797 0.8200</w:t>
        <w:br/>
        <w:t>vn -0.3437 -0.5648 0.7503</w:t>
        <w:br/>
        <w:t>vn -0.1144 0.9890 -0.0938</w:t>
        <w:br/>
        <w:t>vn -0.1953 0.9805 0.0231</w:t>
        <w:br/>
        <w:t>vn -0.3323 0.9430 0.0174</w:t>
        <w:br/>
        <w:t>vn 0.8441 -0.0404 -0.5347</w:t>
        <w:br/>
        <w:t>vn 0.9610 -0.0969 -0.2592</w:t>
        <w:br/>
        <w:t>vn 0.8870 0.0796 -0.4549</w:t>
        <w:br/>
        <w:t>vn 0.0089 -0.9746 -0.2239</w:t>
        <w:br/>
        <w:t>vn -0.0404 -0.9982 -0.0444</w:t>
        <w:br/>
        <w:t>vn -0.0322 -0.9884 -0.1486</w:t>
        <w:br/>
        <w:t>vn 0.9813 -0.1864 0.0478</w:t>
        <w:br/>
        <w:t>vn -0.0553 0.9945 -0.0886</w:t>
        <w:br/>
        <w:t>vn -0.0339 -0.9960 0.0827</w:t>
        <w:br/>
        <w:t>vn -0.8704 0.0983 0.4824</w:t>
        <w:br/>
        <w:t>vn -0.9581 -0.0130 0.2862</w:t>
        <w:br/>
        <w:t>vn -0.9660 0.1364 0.2195</w:t>
        <w:br/>
        <w:t>vn -0.7317 0.2038 0.6504</w:t>
        <w:br/>
        <w:t>vn -0.8831 0.0948 -0.4594</w:t>
        <w:br/>
        <w:t>vn -0.9229 0.1506 -0.3544</w:t>
        <w:br/>
        <w:t>vn -0.0047 -0.9849 0.1730</w:t>
        <w:br/>
        <w:t>vn 0.8930 -0.1544 0.4226</w:t>
        <w:br/>
        <w:t>vn 0.0133 -0.9828 0.1840</w:t>
        <w:br/>
        <w:t>vn -0.0254 0.9784 -0.2053</w:t>
        <w:br/>
        <w:t>vn 0.8661 -0.1208 0.4851</w:t>
        <w:br/>
        <w:t>vn 0.0050 0.9794 -0.2020</w:t>
        <w:br/>
        <w:t>vn -0.8753 0.0939 -0.4743</w:t>
        <w:br/>
        <w:t>vn -0.6866 -0.0420 -0.7258</w:t>
        <w:br/>
        <w:t>vn 0.0532 0.9710 -0.2329</w:t>
        <w:br/>
        <w:t>vn 0.1096 0.9596 -0.2592</w:t>
        <w:br/>
        <w:t>vn 0.7450 -0.0541 0.6648</w:t>
        <w:br/>
        <w:t>vn -0.0319 -0.9691 0.2445</w:t>
        <w:br/>
        <w:t>vn 0.6309 0.0192 0.7756</w:t>
        <w:br/>
        <w:t>vn -0.6947 -0.0692 -0.7159</w:t>
        <w:br/>
        <w:t>vn -0.0908 -0.9587 0.2696</w:t>
        <w:br/>
        <w:t>vn -0.3320 -0.1808 -0.9258</w:t>
        <w:br/>
        <w:t>vn -0.1659 -0.9396 0.2993</w:t>
        <w:br/>
        <w:t>vn 0.3508 0.1489 0.9245</w:t>
        <w:br/>
        <w:t>vn -0.2073 -0.9373 0.2803</w:t>
        <w:br/>
        <w:t>vn 0.1728 0.9405 -0.2927</w:t>
        <w:br/>
        <w:t>vn 0.3472 0.1539 0.9251</w:t>
        <w:br/>
        <w:t>vn 0.2054 0.9363 -0.2849</w:t>
        <w:br/>
        <w:t>vn -0.3291 -0.1608 -0.9305</w:t>
        <w:br/>
        <w:t>vn -0.1151 -0.2491 -0.9616</w:t>
        <w:br/>
        <w:t>vn 0.2438 0.9253 -0.2903</w:t>
        <w:br/>
        <w:t>vn 0.1343 0.2444 0.9603</w:t>
        <w:br/>
        <w:t>vn 0.2439 0.9289 -0.2786</w:t>
        <w:br/>
        <w:t>vn 0.2712 0.9161 -0.2952</w:t>
        <w:br/>
        <w:t>vn -0.2415 -0.9288 0.2810</w:t>
        <w:br/>
        <w:t>vn 0.0844 0.2652 0.9605</w:t>
        <w:br/>
        <w:t>vn -0.0833 -0.2606 -0.9619</w:t>
        <w:br/>
        <w:t>vn -0.2511 -0.9246 0.2864</w:t>
        <w:br/>
        <w:t>vn 0.0234 -0.2828 -0.9589</w:t>
        <w:br/>
        <w:t>vn 0.2850 0.9101 -0.3007</w:t>
        <w:br/>
        <w:t>vn 0.3524 0.9010 -0.2529</w:t>
        <w:br/>
        <w:t>vn -0.0371 0.2948 0.9548</w:t>
        <w:br/>
        <w:t>vn 0.0999 -0.2914 -0.9514</w:t>
        <w:br/>
        <w:t>vn 0.3052 -0.3421 -0.8887</w:t>
        <w:br/>
        <w:t>vn -0.2784 -0.9148 0.2926</w:t>
        <w:br/>
        <w:t>vn -0.2765 -0.9129 0.3002</w:t>
        <w:br/>
        <w:t>vn -0.1075 0.3058 0.9460</w:t>
        <w:br/>
        <w:t>vn 0.4398 -0.3669 -0.8197</w:t>
        <w:br/>
        <w:t>vn -0.3516 -0.9017 0.2515</w:t>
        <w:br/>
        <w:t>vn 0.6245 -0.3813 -0.6817</w:t>
        <w:br/>
        <w:t>vn -0.3038 0.3493 0.8864</w:t>
        <w:br/>
        <w:t>vn 0.3538 0.8986 -0.2596</w:t>
        <w:br/>
        <w:t>vn -0.3534 -0.8989 0.2592</w:t>
        <w:br/>
        <w:t>vn -0.4318 0.3701 0.8225</w:t>
        <w:br/>
        <w:t>vn 0.4342 0.8756 -0.2116</w:t>
        <w:br/>
        <w:t>vn -0.6382 0.3970 0.6597</w:t>
        <w:br/>
        <w:t>vn 0.3967 0.8959 -0.1997</w:t>
        <w:br/>
        <w:t>vn 0.5042 0.8522 -0.1398</w:t>
        <w:br/>
        <w:t>vn -0.4403 -0.8769 0.1930</w:t>
        <w:br/>
        <w:t>vn -0.6372 0.4080 0.6538</w:t>
        <w:br/>
        <w:t>vn 0.6248 -0.4014 -0.6697</w:t>
        <w:br/>
        <w:t>vn -0.4092 -0.8946 0.1795</w:t>
        <w:br/>
        <w:t>vn 0.8162 -0.4705 -0.3352</w:t>
        <w:br/>
        <w:t>vn -0.5304 -0.8459 -0.0550</w:t>
        <w:br/>
        <w:t>vn 0.8107 -0.4532 -0.3707</w:t>
        <w:br/>
        <w:t>vn 0.8351 -0.5420 0.0935</w:t>
        <w:br/>
        <w:t>vn -0.8331 0.5083 0.2183</w:t>
        <w:br/>
        <w:t>vn -0.5754 -0.8172 -0.0323</w:t>
        <w:br/>
        <w:t>vn 0.5743 0.8171 -0.0495</w:t>
        <w:br/>
        <w:t>vn -0.8381 0.4968 0.2255</w:t>
        <w:br/>
        <w:t>vn 0.5679 0.8099 0.1470</w:t>
        <w:br/>
        <w:t>vn 0.7861 -0.5464 0.2888</w:t>
        <w:br/>
        <w:t>vn 0.7259 -0.5538 0.4079</w:t>
        <w:br/>
        <w:t>vn 0.6772 -0.5251 0.5154</w:t>
        <w:br/>
        <w:t>vn 0.5398 0.7899 0.2911</w:t>
        <w:br/>
        <w:t>vn -0.7705 0.5686 -0.2881</w:t>
        <w:br/>
        <w:t>vn 0.4972 0.7699 0.4000</w:t>
        <w:br/>
        <w:t>vn 0.4911 0.7520 0.4396</w:t>
        <w:br/>
        <w:t>vn -0.6979 0.5731 -0.4295</w:t>
        <w:br/>
        <w:t>vn -0.6109 0.5699 -0.5495</w:t>
        <w:br/>
        <w:t>vn -0.4914 -0.7748 -0.3978</w:t>
        <w:br/>
        <w:t>vn -0.4710 -0.7716 -0.4274</w:t>
        <w:br/>
        <w:t>vn -0.4191 -0.7552 -0.5041</w:t>
        <w:br/>
        <w:t>vn -0.6067 0.5507 -0.5732</w:t>
        <w:br/>
        <w:t>vn -0.4200 -0.7718 -0.4775</w:t>
        <w:br/>
        <w:t>vn -0.9170 -0.1179 0.3810</w:t>
        <w:br/>
        <w:t>vn 0.0308 0.9995 -0.0081</w:t>
        <w:br/>
        <w:t>vn -0.0067 0.9999 0.0146</w:t>
        <w:br/>
        <w:t>vn 0.0603 0.9982 -0.0016</w:t>
        <w:br/>
        <w:t>vn -0.0403 0.9989 0.0226</w:t>
        <w:br/>
        <w:t>vn -0.0816 0.9949 0.0598</w:t>
        <w:br/>
        <w:t>vn -0.0270 -0.0174 0.9995</w:t>
        <w:br/>
        <w:t>vn -0.0535 0.0053 0.9986</w:t>
        <w:br/>
        <w:t>vn -0.0482 -0.0087 0.9988</w:t>
        <w:br/>
        <w:t>vn -0.9074 -0.1149 0.4041</w:t>
        <w:br/>
        <w:t>vn -0.0747 0.0141 0.9971</w:t>
        <w:br/>
        <w:t>vn -0.0931 -0.9956 -0.0085</w:t>
        <w:br/>
        <w:t>vn -0.1190 -0.9928 -0.0115</w:t>
        <w:br/>
        <w:t>vn -0.0810 -0.9967 -0.0062</w:t>
        <w:br/>
        <w:t>vn -0.0409 -0.9992 -0.0026</w:t>
        <w:br/>
        <w:t>vn -0.1168 -0.9931 -0.0131</w:t>
        <w:br/>
        <w:t>vn 0.1584 0.0070 0.9873</w:t>
        <w:br/>
        <w:t>vn 0.0629 0.0480 0.9969</w:t>
        <w:br/>
        <w:t>vn 0.0159 0.9838 0.1783</w:t>
        <w:br/>
        <w:t>vn 0.0306 0.9805 0.1940</w:t>
        <w:br/>
        <w:t>vn -0.0137 0.9819 0.1889</w:t>
        <w:br/>
        <w:t>vn -0.0578 0.0884 0.9944</w:t>
        <w:br/>
        <w:t>vn 0.6945 -0.1076 0.7114</w:t>
        <w:br/>
        <w:t>vn -0.0224 0.9938 0.1089</w:t>
        <w:br/>
        <w:t>vn -0.6449 0.1682 0.7455</w:t>
        <w:br/>
        <w:t>vn -0.0917 0.9539 0.2857</w:t>
        <w:br/>
        <w:t>vn -0.1375 0.9009 0.4116</w:t>
        <w:br/>
        <w:t>vn -0.6374 0.1719 0.7511</w:t>
        <w:br/>
        <w:t>vn -0.0445 -0.9870 0.1543</w:t>
        <w:br/>
        <w:t>vn -0.0696 -0.9886 0.1331</w:t>
        <w:br/>
        <w:t>vn -0.0580 -0.9744 0.2174</w:t>
        <w:br/>
        <w:t>vn -0.0912 -0.9890 0.1165</w:t>
        <w:br/>
        <w:t>vn -0.9199 0.1749 0.3510</w:t>
        <w:br/>
        <w:t>vn 0.1189 -0.9046 0.4094</w:t>
        <w:br/>
        <w:t>vn -0.9169 0.1732 0.3596</w:t>
        <w:br/>
        <w:t>vn 0.1494 -0.8713 0.4674</w:t>
        <w:br/>
        <w:t>vn 0.5727 -0.6211 0.5350</w:t>
        <w:br/>
        <w:t>vn -0.4307 0.5145 0.7415</w:t>
        <w:br/>
        <w:t>vn -0.4307 0.5144 0.7415</w:t>
        <w:br/>
        <w:t>vn 0.0420 0.1150 0.9925</w:t>
        <w:br/>
        <w:t>vn 0.0388 0.1107 0.9931</w:t>
        <w:br/>
        <w:t>vn -0.5009 0.7335 0.4594</w:t>
        <w:br/>
        <w:t>vn 0.5629 -0.6117 0.5558</w:t>
        <w:br/>
        <w:t>vn 0.0149 0.0991 0.9950</w:t>
        <w:br/>
        <w:t>vn -0.3892 0.7921 0.4702</w:t>
        <w:br/>
        <w:t>vn 0.5087 -0.3583 0.7829</w:t>
        <w:br/>
        <w:t>vn 0.6451 -0.5266 0.5536</w:t>
        <w:br/>
        <w:t>vn 0.2256 -0.7903 0.5697</w:t>
        <w:br/>
        <w:t>vn 0.0416 0.0877 0.9953</w:t>
        <w:br/>
        <w:t>vn 0.0017 0.0809 0.9967</w:t>
        <w:br/>
        <w:t>vn -0.5223 0.6811 0.5132</w:t>
        <w:br/>
        <w:t>vn -0.0774 -0.6234 0.7781</w:t>
        <w:br/>
        <w:t>vn 0.1284 -0.8389 0.5289</w:t>
        <w:br/>
        <w:t>vn -0.7955 0.4220 0.4348</w:t>
        <w:br/>
        <w:t>vn -0.8044 0.4821 0.3471</w:t>
        <w:br/>
        <w:t>vn 0.0231 0.5826 0.8124</w:t>
        <w:br/>
        <w:t>vn 0.1100 0.0326 0.9934</w:t>
        <w:br/>
        <w:t>vn 0.1885 0.1228 0.9744</w:t>
        <w:br/>
        <w:t>vn 0.0651 0.8918 0.4477</w:t>
        <w:br/>
        <w:t>vn -0.8171 0.4687 0.3356</w:t>
        <w:br/>
        <w:t>vn -0.8611 0.4616 0.2131</w:t>
        <w:br/>
        <w:t>vn -0.8592 0.4697 0.2029</w:t>
        <w:br/>
        <w:t>vn -0.7324 0.5196 0.4400</w:t>
        <w:br/>
        <w:t>vn -0.4718 0.8421 0.2612</w:t>
        <w:br/>
        <w:t>vn -0.5439 0.7038 0.4571</w:t>
        <w:br/>
        <w:t>vn -0.5588 0.7158 0.4189</w:t>
        <w:br/>
        <w:t>vn -0.6226 0.7803 0.0592</w:t>
        <w:br/>
        <w:t>vn -0.2108 0.5409 0.8143</w:t>
        <w:br/>
        <w:t>vn 0.0415 0.0877 0.9953</w:t>
        <w:br/>
        <w:t>vn 0.1108 0.0744 0.9911</w:t>
        <w:br/>
        <w:t>vn 0.0122 0.7673 0.6412</w:t>
        <w:br/>
        <w:t>vn 0.1469 -0.8543 0.4986</w:t>
        <w:br/>
        <w:t>vn 0.4498 -0.7161 0.5337</w:t>
        <w:br/>
        <w:t>vn 0.1328 -0.8724 0.4705</w:t>
        <w:br/>
        <w:t>vn 0.0231 0.5826 0.8125</w:t>
        <w:br/>
        <w:t>vn -0.1281 0.0638 0.9897</w:t>
        <w:br/>
        <w:t>vn 0.5471 -0.7470 0.3778</w:t>
        <w:br/>
        <w:t>vn 0.7212 -0.4511 0.5257</w:t>
        <w:br/>
        <w:t>vn -0.0771 -0.1567 0.9846</w:t>
        <w:br/>
        <w:t>vn -0.0280 0.7557 0.6543</w:t>
        <w:br/>
        <w:t>vn -0.3397 -0.0246 0.9402</w:t>
        <w:br/>
        <w:t>vn -0.0772 -0.1567 0.9846</w:t>
        <w:br/>
        <w:t>vn -0.7612 0.3650 0.5360</w:t>
        <w:br/>
        <w:t>vn -0.8518 0.5089 0.1245</w:t>
        <w:br/>
        <w:t>vn -0.3899 0.0137 0.9208</w:t>
        <w:br/>
        <w:t>vn -0.1224 0.5445 0.8298</w:t>
        <w:br/>
        <w:t>vn -0.1944 0.6781 0.7088</w:t>
        <w:br/>
        <w:t>vn -0.2628 0.0609 0.9629</w:t>
        <w:br/>
        <w:t>vn -0.2227 0.4446 0.8676</w:t>
        <w:br/>
        <w:t>vn -0.6800 0.6179 0.3948</w:t>
        <w:br/>
        <w:t>vn -0.8571 0.5125 0.0522</w:t>
        <w:br/>
        <w:t>vn -0.0381 0.7088 0.7044</w:t>
        <w:br/>
        <w:t>vn 0.1516 -0.9884 0.0084</w:t>
        <w:br/>
        <w:t>vn 0.0450 -0.9174 0.3955</w:t>
        <w:br/>
        <w:t>vn 0.2193 -0.7826 0.5826</w:t>
        <w:br/>
        <w:t>vn -0.1942 0.5562 0.8081</w:t>
        <w:br/>
        <w:t>vn -0.0324 -0.7538 0.6563</w:t>
        <w:br/>
        <w:t>vn 0.2504 -0.7153 0.6524</w:t>
        <w:br/>
        <w:t>vn -0.4121 0.1493 0.8988</w:t>
        <w:br/>
        <w:t>vn -0.4382 0.1947 0.8775</w:t>
        <w:br/>
        <w:t>vn 0.4453 -0.5687 0.6916</w:t>
        <w:br/>
        <w:t>vn -0.3681 -0.8142 0.4491</w:t>
        <w:br/>
        <w:t>vn -0.4612 -0.8581 0.2257</w:t>
        <w:br/>
        <w:t>vn -0.2029 -0.8701 0.4492</w:t>
        <w:br/>
        <w:t>vn -0.5608 0.2220 0.7977</w:t>
        <w:br/>
        <w:t>vn 0.4309 -0.5985 0.6753</w:t>
        <w:br/>
        <w:t>vn -0.4568 -0.8814 0.1202</w:t>
        <w:br/>
        <w:t>vn -0.4837 -0.8629 0.1466</w:t>
        <w:br/>
        <w:t>vn 0.2798 -0.8179 0.5028</w:t>
        <w:br/>
        <w:t>vn -0.2666 0.1158 0.9568</w:t>
        <w:br/>
        <w:t>vn -0.4038 0.0937 0.9100</w:t>
        <w:br/>
        <w:t>vn -0.1865 0.1866 0.9646</w:t>
        <w:br/>
        <w:t>vn 0.0460 -0.8928 0.4480</w:t>
        <w:br/>
        <w:t>vn -0.4873 -0.8580 0.1625</w:t>
        <w:br/>
        <w:t>vn -0.2821 -0.9025 0.3253</w:t>
        <w:br/>
        <w:t>vn -0.3109 -0.8812 0.3561</w:t>
        <w:br/>
        <w:t>vn -0.1486 -0.9192 0.3647</w:t>
        <w:br/>
        <w:t>vn -0.3235 0.3327 0.8858</w:t>
        <w:br/>
        <w:t>vn -0.3605 0.9147 0.1828</w:t>
        <w:br/>
        <w:t>vn -0.2799 0.9412 0.1894</w:t>
        <w:br/>
        <w:t>vn -0.2941 0.9168 0.2701</w:t>
        <w:br/>
        <w:t>vn -0.3911 0.0071 0.9203</w:t>
        <w:br/>
        <w:t>vn -0.4964 -0.8430 0.2072</w:t>
        <w:br/>
        <w:t>vn 0.4325 -0.6291 0.6459</w:t>
        <w:br/>
        <w:t>vn 0.3576 -0.6259 0.6931</w:t>
        <w:br/>
        <w:t>vn -0.1946 0.9767 0.0905</w:t>
        <w:br/>
        <w:t>vn 0.4585 -0.6069 0.6492</w:t>
        <w:br/>
        <w:t>vn -0.0634 0.9428 0.3273</w:t>
        <w:br/>
        <w:t>vn -0.0366 0.9990 -0.0255</w:t>
        <w:br/>
        <w:t>vn -0.3201 0.4670 0.8243</w:t>
        <w:br/>
        <w:t>vn -0.0634 0.9428 0.3272</w:t>
        <w:br/>
        <w:t>vn -0.1383 -0.9002 0.4128</w:t>
        <w:br/>
        <w:t>vn -0.0152 -0.8633 0.5044</w:t>
        <w:br/>
        <w:t>vn -0.4195 0.1510 0.8951</w:t>
        <w:br/>
        <w:t>vn -0.5106 -0.7933 0.3315</w:t>
        <w:br/>
        <w:t>vn -0.2116 0.7032 0.6788</w:t>
        <w:br/>
        <w:t>vn -0.0304 -0.8423 0.5381</w:t>
        <w:br/>
        <w:t>vn -0.6667 -0.6789 0.3077</w:t>
        <w:br/>
        <w:t>vn -0.5476 0.2376 0.8023</w:t>
        <w:br/>
        <w:t>vn -0.4644 0.2455 0.8509</w:t>
        <w:br/>
        <w:t>vn -0.4966 0.4812 0.7224</w:t>
        <w:br/>
        <w:t>vn -0.7372 -0.1249 0.6640</w:t>
        <w:br/>
        <w:t>vn -0.4371 -0.8616 0.2579</w:t>
        <w:br/>
        <w:t>vn -0.5052 -0.8202 0.2684</w:t>
        <w:br/>
        <w:t>vn -0.3381 0.7087 0.6192</w:t>
        <w:br/>
        <w:t>vn -0.5478 0.3027 0.7799</w:t>
        <w:br/>
        <w:t>vn -0.6770 -0.6769 0.2891</w:t>
        <w:br/>
        <w:t>vn -0.4396 -0.7081 0.5525</w:t>
        <w:br/>
        <w:t>vn -0.2426 0.9095 0.3375</w:t>
        <w:br/>
        <w:t>vn -0.3940 -0.7741 0.4955</w:t>
        <w:br/>
        <w:t>vn -0.4556 -0.8146 0.3590</w:t>
        <w:br/>
        <w:t>vn 0.0163 0.9447 0.3275</w:t>
        <w:br/>
        <w:t>vn -0.3414 -0.7534 0.5620</w:t>
        <w:br/>
        <w:t>vn -0.7605 -0.5498 0.3455</w:t>
        <w:br/>
        <w:t>vn -0.5395 -0.6626 0.5195</w:t>
        <w:br/>
        <w:t>vn -0.0797 -0.7854 0.6138</w:t>
        <w:br/>
        <w:t>vn 0.1375 0.9179 0.3723</w:t>
        <w:br/>
        <w:t>vn 0.2480 0.9482 0.1984</w:t>
        <w:br/>
        <w:t>vn 0.0696 -0.8113 0.5805</w:t>
        <w:br/>
        <w:t>vn -0.2557 0.6871 0.6801</w:t>
        <w:br/>
        <w:t>vn -0.6118 0.3614 0.7036</w:t>
        <w:br/>
        <w:t>vn -0.6882 -0.7182 0.1032</w:t>
        <w:br/>
        <w:t>vn -0.3643 0.7539 0.5467</w:t>
        <w:br/>
        <w:t>vn -0.9326 -0.1195 0.3406</w:t>
        <w:br/>
        <w:t>vn -0.7355 0.3608 0.5734</w:t>
        <w:br/>
        <w:t>vn -0.9216 -0.1362 0.3636</w:t>
        <w:br/>
        <w:t>vn -0.7653 0.2811 0.5790</w:t>
        <w:br/>
        <w:t>vn -0.9216 -0.1361 0.3636</w:t>
        <w:br/>
        <w:t>vn -0.7883 0.2926 0.5413</w:t>
        <w:br/>
        <w:t>vn -0.2706 0.9603 0.0676</w:t>
        <w:br/>
        <w:t>vn -0.1537 0.9881 0.0108</w:t>
        <w:br/>
        <w:t>vn -0.0350 0.8642 0.5020</w:t>
        <w:br/>
        <w:t>vn -0.5260 0.8344 -0.1648</w:t>
        <w:br/>
        <w:t>vn -0.6692 0.5102 0.5402</w:t>
        <w:br/>
        <w:t>vn -0.5116 0.8467 -0.1464</w:t>
        <w:br/>
        <w:t>vn -0.6959 -0.4523 0.5578</w:t>
        <w:br/>
        <w:t>vn -0.5097 -0.7713 0.3812</w:t>
        <w:br/>
        <w:t>vn -0.4216 -0.7053 0.5700</w:t>
        <w:br/>
        <w:t>vn -0.3244 -0.8200 0.4716</w:t>
        <w:br/>
        <w:t>vn -0.4885 -0.8243 0.2863</w:t>
        <w:br/>
        <w:t>vn -0.6629 -0.7182 0.2116</w:t>
        <w:br/>
        <w:t>vn -0.6673 -0.1980 0.7180</w:t>
        <w:br/>
        <w:t>vn -0.6884 -0.3031 0.6589</w:t>
        <w:br/>
        <w:t>vn -0.6960 -0.4523 0.5577</w:t>
        <w:br/>
        <w:t>vn -0.6358 0.1427 0.7586</w:t>
        <w:br/>
        <w:t>vn -0.7180 0.1818 0.6719</w:t>
        <w:br/>
        <w:t>vn -0.7281 0.6312 0.2672</w:t>
        <w:br/>
        <w:t>vn -0.5021 0.8381 -0.2133</w:t>
        <w:br/>
        <w:t>vn -0.7318 -0.0291 0.6809</w:t>
        <w:br/>
        <w:t>vn -0.7543 -0.0653 0.6533</w:t>
        <w:br/>
        <w:t>vn -0.7398 -0.0030 0.6728</w:t>
        <w:br/>
        <w:t>vn -0.7792 0.6168 0.1110</w:t>
        <w:br/>
        <w:t>vn -0.5309 0.8143 -0.2347</w:t>
        <w:br/>
        <w:t>vn -0.7093 0.0483 0.7033</w:t>
        <w:br/>
        <w:t>vn 0.0221 -0.7813 0.6237</w:t>
        <w:br/>
        <w:t>vn -0.6538 0.1281 0.7457</w:t>
        <w:br/>
        <w:t>vn -0.5356 0.8084 -0.2443</w:t>
        <w:br/>
        <w:t>vn -0.2461 -0.7054 0.6647</w:t>
        <w:br/>
        <w:t>vn -0.5976 0.1841 0.7804</w:t>
        <w:br/>
        <w:t>vn -0.3166 -0.7900 0.5251</w:t>
        <w:br/>
        <w:t>vn -0.6872 0.2796 0.6705</w:t>
        <w:br/>
        <w:t>vn -0.6418 0.2927 0.7088</w:t>
        <w:br/>
        <w:t>vn -0.4711 0.6559 0.5898</w:t>
        <w:br/>
        <w:t>vn -0.5561 0.7896 -0.2592</w:t>
        <w:br/>
        <w:t>vn 0.2363 0.9363 0.2598</w:t>
        <w:br/>
        <w:t>vn 0.0446 0.9222 0.3841</w:t>
        <w:br/>
        <w:t>vn -0.4753 0.8798 -0.0032</w:t>
        <w:br/>
        <w:t>vn -0.5244 0.7449 -0.4125</w:t>
        <w:br/>
        <w:t>vn 0.3073 0.8365 0.4536</w:t>
        <w:br/>
        <w:t>vn 0.1384 0.9074 0.3967</w:t>
        <w:br/>
        <w:t>vn 0.2297 0.8314 0.5060</w:t>
        <w:br/>
        <w:t>vn -0.0538 0.9421 0.3309</w:t>
        <w:br/>
        <w:t>vn -0.0959 0.8675 0.4880</w:t>
        <w:br/>
        <w:t>vn -0.3696 0.9291 0.0104</w:t>
        <w:br/>
        <w:t>vn -0.7282 0.6312 0.2672</w:t>
        <w:br/>
        <w:t>vn -0.3823 0.5404 0.7495</w:t>
        <w:br/>
        <w:t>vn -0.3744 0.8271 0.4192</w:t>
        <w:br/>
        <w:t>vn -0.6022 -0.5200 0.6058</w:t>
        <w:br/>
        <w:t>vn -0.6020 -0.5200 0.6059</w:t>
        <w:br/>
        <w:t>vn -0.2925 -0.9248 0.2434</w:t>
        <w:br/>
        <w:t>vn -0.1582 -0.9695 0.1872</w:t>
        <w:br/>
        <w:t>vn -0.3165 -0.7900 0.5251</w:t>
        <w:br/>
        <w:t>vn -0.7354 0.6493 0.1940</w:t>
        <w:br/>
        <w:t>vn -0.2926 -0.9248 0.2433</w:t>
        <w:br/>
        <w:t>vn -0.4472 -0.8518 0.2728</w:t>
        <w:br/>
        <w:t>vn -0.4766 -0.8367 0.2698</w:t>
        <w:br/>
        <w:t>vn -0.6898 0.4142 0.5938</w:t>
        <w:br/>
        <w:t>vn -0.4792 -0.8290 0.2884</w:t>
        <w:br/>
        <w:t>vn -0.4733 0.8762 -0.0904</w:t>
        <w:br/>
        <w:t>vn -0.6116 0.7156 -0.3374</w:t>
        <w:br/>
        <w:t>vn -0.5313 0.7390 -0.4142</w:t>
        <w:br/>
        <w:t>vn -0.3463 0.8804 0.3242</w:t>
        <w:br/>
        <w:t>vn -0.3463 0.8803 0.3241</w:t>
        <w:br/>
        <w:t>vn -0.7701 0.3124 0.5561</w:t>
        <w:br/>
        <w:t>vn -0.5446 -0.0830 0.8346</w:t>
        <w:br/>
        <w:t>vn -0.5386 -0.0715 0.8396</w:t>
        <w:br/>
        <w:t>vn -0.5139 0.0448 0.8567</w:t>
        <w:br/>
        <w:t>vn -0.7569 0.6203 -0.2059</w:t>
        <w:br/>
        <w:t>vn -0.4894 0.1080 0.8653</w:t>
        <w:br/>
        <w:t>vn -0.4370 0.8909 -0.1240</w:t>
        <w:br/>
        <w:t>vn -0.1135 0.9684 0.2223</w:t>
        <w:br/>
        <w:t>vn -0.3015 0.8428 -0.4459</w:t>
        <w:br/>
        <w:t>vn -0.8515 0.1922 0.4878</w:t>
        <w:br/>
        <w:t>vn 0.1620 0.9165 0.3658</w:t>
        <w:br/>
        <w:t>vn 0.2949 0.9179 0.2655</w:t>
        <w:br/>
        <w:t>vn -0.8628 0.2223 0.4542</w:t>
        <w:br/>
        <w:t>vn -0.0197 -0.7698 0.6380</w:t>
        <w:br/>
        <w:t>vn -0.6884 -0.3032 0.6589</w:t>
        <w:br/>
        <w:t>vn -0.1193 0.9506 -0.2865</w:t>
        <w:br/>
        <w:t>vn -0.7653 0.0652 0.6404</w:t>
        <w:br/>
        <w:t>vn -0.9059 0.1620 0.3912</w:t>
        <w:br/>
        <w:t>vn -0.8098 0.2118 0.5472</w:t>
        <w:br/>
        <w:t>vn -0.9101 0.1675 0.3790</w:t>
        <w:br/>
        <w:t>vn -0.0017 0.8950 -0.4461</w:t>
        <w:br/>
        <w:t>vn -0.9193 0.1459 0.3656</w:t>
        <w:br/>
        <w:t>vn -0.0948 -0.6281 0.7723</w:t>
        <w:br/>
        <w:t>vn -0.0710 0.9545 0.2897</w:t>
        <w:br/>
        <w:t>vn -0.9492 0.0483 0.3110</w:t>
        <w:br/>
        <w:t>vn -0.0981 0.9901 0.1000</w:t>
        <w:br/>
        <w:t>vn 0.1568 0.9663 -0.2042</w:t>
        <w:br/>
        <w:t>vn 0.1550 0.9505 0.2694</w:t>
        <w:br/>
        <w:t>vn -0.5896 -0.7950 0.1426</w:t>
        <w:br/>
        <w:t>vn -0.6882 -0.6169 0.3818</w:t>
        <w:br/>
        <w:t>vn -0.5756 -0.7562 0.3113</w:t>
        <w:br/>
        <w:t>vn -0.7043 0.1181 0.7001</w:t>
        <w:br/>
        <w:t>vn -0.5961 -0.6786 0.4292</w:t>
        <w:br/>
        <w:t>vn -0.6471 -0.6581 0.3850</w:t>
        <w:br/>
        <w:t>vn -0.8760 -0.2017 0.4382</w:t>
        <w:br/>
        <w:t>vn 0.1403 0.9104 0.3893</w:t>
        <w:br/>
        <w:t>vn -0.9059 0.1973 0.3748</w:t>
        <w:br/>
        <w:t>vn -0.8608 0.4227 0.2836</w:t>
        <w:br/>
        <w:t>vn 0.2017 0.9399 -0.2755</w:t>
        <w:br/>
        <w:t>vn 0.1974 0.9620 -0.1885</w:t>
        <w:br/>
        <w:t>vn 0.1388 0.7985 -0.5858</w:t>
        <w:br/>
        <w:t>vn -0.9148 0.3686 0.1653</w:t>
        <w:br/>
        <w:t>vn 0.0989 0.7825 -0.6147</w:t>
        <w:br/>
        <w:t>vn 0.0252 0.8038 -0.5944</w:t>
        <w:br/>
        <w:t>vn -0.1540 0.8986 0.4110</w:t>
        <w:br/>
        <w:t>vn -0.1659 0.8939 0.4165</w:t>
        <w:br/>
        <w:t>vn -0.4560 0.8322 0.3155</w:t>
        <w:br/>
        <w:t>vn -0.9380 -0.0765 0.3382</w:t>
        <w:br/>
        <w:t>vn 0.0720 0.7574 -0.6490</w:t>
        <w:br/>
        <w:t>vn -0.9715 0.2248 0.0755</w:t>
        <w:br/>
        <w:t>vn -0.5856 0.7073 0.3960</w:t>
        <w:br/>
        <w:t>vn -0.1701 0.8837 0.4360</w:t>
        <w:br/>
        <w:t>vn -0.0556 0.7931 -0.6066</w:t>
        <w:br/>
        <w:t>vn -0.8977 0.3441 0.2750</w:t>
        <w:br/>
        <w:t>vn -0.7195 0.6271 0.2984</w:t>
        <w:br/>
        <w:t>vn -0.2037 0.9675 -0.1500</w:t>
        <w:br/>
        <w:t>vn -0.2683 0.7453 -0.6103</w:t>
        <w:br/>
        <w:t>vn -0.4122 0.7224 -0.5552</w:t>
        <w:br/>
        <w:t>vn -0.8820 0.0987 0.4608</w:t>
        <w:br/>
        <w:t>vn -0.3764 0.7506 -0.5431</w:t>
        <w:br/>
        <w:t>vn -0.6731 -0.5690 -0.4725</w:t>
        <w:br/>
        <w:t>vn -0.7995 -0.5405 -0.2619</w:t>
        <w:br/>
        <w:t>vn -0.3193 0.9179 -0.2358</w:t>
        <w:br/>
        <w:t>vn -0.1137 0.8138 -0.5700</w:t>
        <w:br/>
        <w:t>vn -0.5054 -0.5625 -0.6543</w:t>
        <w:br/>
        <w:t>vn -0.1111 0.7994 -0.5905</w:t>
        <w:br/>
        <w:t>vn -0.3111 0.8254 0.4711</w:t>
        <w:br/>
        <w:t>vn -0.3436 0.8158 0.4653</w:t>
        <w:br/>
        <w:t>vn -0.3194 0.9178 -0.2357</w:t>
        <w:br/>
        <w:t>vn -0.3857 -0.5785 0.7187</w:t>
        <w:br/>
        <w:t>vn -0.2582 -0.6201 0.7408</w:t>
        <w:br/>
        <w:t>vn -0.9673 -0.0786 0.2412</w:t>
        <w:br/>
        <w:t>vn -0.3434 0.8158 0.4653</w:t>
        <w:br/>
        <w:t>vn -0.0913 0.8648 0.4938</w:t>
        <w:br/>
        <w:t>vn -0.3856 -0.5785 0.7187</w:t>
        <w:br/>
        <w:t>vn -0.4969 -0.4969 0.7115</w:t>
        <w:br/>
        <w:t>vn 0.0413 0.8697 0.4918</w:t>
        <w:br/>
        <w:t>vn -0.1026 0.9605 0.2585</w:t>
        <w:br/>
        <w:t>vn -0.5122 -0.4522 0.7302</w:t>
        <w:br/>
        <w:t>vn -0.9492 0.1899 0.2511</w:t>
        <w:br/>
        <w:t>vn -0.9379 0.3250 0.1212</w:t>
        <w:br/>
        <w:t>vn -0.9294 0.3535 0.1065</w:t>
        <w:br/>
        <w:t>vn -0.5398 -0.4315 0.7228</w:t>
        <w:br/>
        <w:t>vn -0.6994 0.6625 -0.2681</w:t>
        <w:br/>
        <w:t>vn -0.8757 0.4800 0.0521</w:t>
        <w:br/>
        <w:t>vn -0.6995 0.6625 -0.2681</w:t>
        <w:br/>
        <w:t>vn -0.5643 -0.4333 0.7027</w:t>
        <w:br/>
        <w:t>vn -0.9211 0.3894 -0.0012</w:t>
        <w:br/>
        <w:t>vn -0.8684 -0.1982 0.4545</w:t>
        <w:br/>
        <w:t>vn -0.8929 0.4090 -0.1884</w:t>
        <w:br/>
        <w:t>vn -0.9568 0.2759 -0.0921</w:t>
        <w:br/>
        <w:t>vn -0.5346 0.6637 -0.5232</w:t>
        <w:br/>
        <w:t>vn -0.1883 0.6928 -0.6961</w:t>
        <w:br/>
        <w:t>vn -0.8778 -0.2912 0.3805</w:t>
        <w:br/>
        <w:t>vn -0.8914 0.3725 -0.2581</w:t>
        <w:br/>
        <w:t>vn -0.9644 -0.2642 -0.0133</w:t>
        <w:br/>
        <w:t>vn -0.9616 -0.2239 0.1585</w:t>
        <w:br/>
        <w:t>vn -0.8915 0.3724 -0.2581</w:t>
        <w:br/>
        <w:t>vn -0.7304 -0.6128 0.3017</w:t>
        <w:br/>
        <w:t>vn -0.5611 -0.8103 -0.1688</w:t>
        <w:br/>
        <w:t>vn -0.7881 -0.5499 0.2766</w:t>
        <w:br/>
        <w:t>vn -0.6467 -0.7591 -0.0736</w:t>
        <w:br/>
        <w:t>vn -0.7026 -0.6668 -0.2485</w:t>
        <w:br/>
        <w:t>vn -0.6290 -0.7423 0.2309</w:t>
        <w:br/>
        <w:t>vn -0.6186 -0.7208 0.3125</w:t>
        <w:br/>
        <w:t>vn -0.9436 0.2458 0.2219</w:t>
        <w:br/>
        <w:t>vn -0.9364 0.2433 0.2528</w:t>
        <w:br/>
        <w:t>vn -0.0994 0.9610 0.2581</w:t>
        <w:br/>
        <w:t>vn -0.7664 -0.6423 0.0057</w:t>
        <w:br/>
        <w:t>vn -0.6961 -0.7142 0.0726</w:t>
        <w:br/>
        <w:t>vn -0.9893 -0.0209 0.1441</w:t>
        <w:br/>
        <w:t>vn -0.9270 0.3118 0.2083</w:t>
        <w:br/>
        <w:t>vn -0.2372 0.9715 -0.0041</w:t>
        <w:br/>
        <w:t>vn -0.6719 -0.7302 0.1237</w:t>
        <w:br/>
        <w:t>vn -0.2387 0.9711 -0.0035</w:t>
        <w:br/>
        <w:t>vn -0.7783 0.2799 0.5621</w:t>
        <w:br/>
        <w:t>vn -0.4849 0.7347 0.4745</w:t>
        <w:br/>
        <w:t>vn -0.8466 -0.4794 0.2311</w:t>
        <w:br/>
        <w:t>vn -0.4461 -0.6714 0.5918</w:t>
        <w:br/>
        <w:t>vn -0.6186 -0.5942 0.5141</w:t>
        <w:br/>
        <w:t>vn -0.8548 -0.4401 0.2749</w:t>
        <w:br/>
        <w:t>vn -0.8653 -0.4809 -0.1415</w:t>
        <w:br/>
        <w:t>vn -0.2332 0.9724 -0.0038</w:t>
        <w:br/>
        <w:t>vn -0.7592 -0.5294 -0.3786</w:t>
        <w:br/>
        <w:t>vn -0.9876 -0.1556 0.0198</w:t>
        <w:br/>
        <w:t>vn -0.9893 -0.0210 0.1441</w:t>
        <w:br/>
        <w:t>vn -0.8814 0.2677 0.3893</w:t>
        <w:br/>
        <w:t>vn -0.1886 0.8279 0.5283</w:t>
        <w:br/>
        <w:t>vn -0.9701 -0.0212 0.2417</w:t>
        <w:br/>
        <w:t>vn -0.5281 0.6347 0.5641</w:t>
        <w:br/>
        <w:t>vn -0.0284 0.8814 0.4716</w:t>
        <w:br/>
        <w:t>vn 0.2570 0.8972 0.3590</w:t>
        <w:br/>
        <w:t>vn 0.1057 0.9074 0.4067</w:t>
        <w:br/>
        <w:t>vn -0.6960 -0.4523 0.5578</w:t>
        <w:br/>
        <w:t>vn -0.0961 -0.5248 0.8458</w:t>
        <w:br/>
        <w:t>vn -0.4849 0.7347 0.4744</w:t>
        <w:br/>
        <w:t>vn -0.1493 0.9257 0.3476</w:t>
        <w:br/>
        <w:t>vn -0.0254 -0.5855 0.8103</w:t>
        <w:br/>
        <w:t>vn -0.2093 0.9688 0.1327</w:t>
        <w:br/>
        <w:t>vn -0.8575 -0.4905 0.1553</w:t>
        <w:br/>
        <w:t>vn -0.8180 -0.5677 0.0928</w:t>
        <w:br/>
        <w:t>vn -0.1682 0.9856 0.0196</w:t>
        <w:br/>
        <w:t>vn 0.0686 -0.4266 -0.9018</w:t>
        <w:br/>
        <w:t>vn 0.0561 -0.3942 -0.9173</w:t>
        <w:br/>
        <w:t>vn 0.0657 -0.3944 -0.9166</w:t>
        <w:br/>
        <w:t>vn -0.1645 -0.0290 -0.9859</w:t>
        <w:br/>
        <w:t>vn -0.1103 -0.0033 -0.9939</w:t>
        <w:br/>
        <w:t>vn -0.4295 0.5314 -0.7301</w:t>
        <w:br/>
        <w:t>vn -0.4559 0.5089 -0.7302</w:t>
        <w:br/>
        <w:t>vn -0.5091 0.6711 -0.5390</w:t>
        <w:br/>
        <w:t>vn -0.4900 0.6740 -0.5529</w:t>
        <w:br/>
        <w:t>vn -0.3969 0.5634 -0.7246</w:t>
        <w:br/>
        <w:t>vn -0.4761 0.6789 -0.5590</w:t>
        <w:br/>
        <w:t>vn -0.0222 0.0369 -0.9991</w:t>
        <w:br/>
        <w:t>vn 0.3877 -0.6405 -0.6629</w:t>
        <w:br/>
        <w:t>vn -0.3595 0.5949 -0.7189</w:t>
        <w:br/>
        <w:t>vn -0.4441 0.7034 -0.5549</w:t>
        <w:br/>
        <w:t>vn 0.3015 -0.3742 -0.8770</w:t>
        <w:br/>
        <w:t>vn -0.2417 0.4766 -0.8452</w:t>
        <w:br/>
        <w:t>vn 0.5031 -0.5666 -0.6526</w:t>
        <w:br/>
        <w:t>vn -0.3304 0.6156 -0.7154</w:t>
        <w:br/>
        <w:t>vn -0.4580 0.7181 -0.5239</w:t>
        <w:br/>
        <w:t>vn 0.1535 0.0250 -0.9878</w:t>
        <w:br/>
        <w:t>vn -0.2425 0.4589 -0.8548</w:t>
        <w:br/>
        <w:t>vn -0.3390 0.6154 -0.7116</w:t>
        <w:br/>
        <w:t>vn -0.4983 0.7673 -0.4037</w:t>
        <w:br/>
        <w:t>vn 0.0728 0.1551 -0.9852</w:t>
        <w:br/>
        <w:t>vn -0.3364 0.6364 -0.6942</w:t>
        <w:br/>
        <w:t>vn -0.5721 0.8149 -0.0928</w:t>
        <w:br/>
        <w:t>vn -0.5125 0.7712 -0.3775</w:t>
        <w:br/>
        <w:t>vn 0.0332 0.2200 -0.9749</w:t>
        <w:br/>
        <w:t>vn -0.3751 0.6685 -0.6421</w:t>
        <w:br/>
        <w:t>vn -0.0035 0.3121 -0.9500</w:t>
        <w:br/>
        <w:t>vn 0.2403 0.0986 -0.9657</w:t>
        <w:br/>
        <w:t>vn -0.3543 0.6506 -0.6717</w:t>
        <w:br/>
        <w:t>vn 0.0078 0.3244 -0.9459</w:t>
        <w:br/>
        <w:t>vn 0.1355 0.0741 -0.9880</w:t>
        <w:br/>
        <w:t>vn -0.1863 0.4419 -0.8775</w:t>
        <w:br/>
        <w:t>vn -0.4841 0.6904 -0.5376</w:t>
        <w:br/>
        <w:t>vn 0.0486 0.0613 -0.9969</w:t>
        <w:br/>
        <w:t>vn -0.0692 0.0823 -0.9942</w:t>
        <w:br/>
        <w:t>vn -0.2192 0.3451 -0.9126</w:t>
        <w:br/>
        <w:t>vn -0.5771 0.6704 -0.4663</w:t>
        <w:br/>
        <w:t>vn -0.5846 0.5773 -0.5701</w:t>
        <w:br/>
        <w:t>vn -0.3658 0.4541 -0.8124</w:t>
        <w:br/>
        <w:t>vn -0.8899 0.4391 0.1237</w:t>
        <w:br/>
        <w:t>vn -0.0195 0.6064 -0.7950</w:t>
        <w:br/>
        <w:t>vn -0.0684 0.1007 -0.9926</w:t>
        <w:br/>
        <w:t>vn -0.6061 0.7702 -0.1986</w:t>
        <w:br/>
        <w:t>vn 0.2159 0.5723 -0.7911</w:t>
        <w:br/>
        <w:t>vn 0.7740 -0.0902 -0.6268</w:t>
        <w:br/>
        <w:t>vn -0.2573 0.9560 -0.1413</w:t>
        <w:br/>
        <w:t>vn -0.1748 0.9762 -0.1281</w:t>
        <w:br/>
        <w:t>vn -0.2494 0.6668 0.7023</w:t>
        <w:br/>
        <w:t>vn -0.4160 0.2078 0.8853</w:t>
        <w:br/>
        <w:t>vn -0.5785 -0.0759 0.8121</w:t>
        <w:br/>
        <w:t>vn -0.8689 -0.2810 0.4076</w:t>
        <w:br/>
        <w:t>vn -0.4108 0.5063 -0.7582</w:t>
        <w:br/>
        <w:t>vn -0.1493 0.1260 -0.9807</w:t>
        <w:br/>
        <w:t>vn -0.1038 0.6929 0.7135</w:t>
        <w:br/>
        <w:t>vn -0.4197 0.5415 0.7285</w:t>
        <w:br/>
        <w:t>vn -0.8433 -0.2791 0.4593</w:t>
        <w:br/>
        <w:t>vn -0.9006 -0.4261 0.0855</w:t>
        <w:br/>
        <w:t>vn -0.8515 -0.4221 0.3109</w:t>
        <w:br/>
        <w:t>vn -0.9507 -0.2667 0.1584</w:t>
        <w:br/>
        <w:t>vn -0.8172 -0.4537 0.3555</w:t>
        <w:br/>
        <w:t>vn -0.4520 0.8775 -0.1603</w:t>
        <w:br/>
        <w:t>vn -0.9878 -0.1337 -0.0794</w:t>
        <w:br/>
        <w:t>vn -0.5006 -0.7036 -0.5043</w:t>
        <w:br/>
        <w:t>vn -0.6772 -0.3534 -0.6454</w:t>
        <w:br/>
        <w:t>vn -0.5381 -0.4326 -0.7234</w:t>
        <w:br/>
        <w:t>vn -0.6806 -0.7259 -0.0987</w:t>
        <w:br/>
        <w:t>vn -0.5007 -0.7036 -0.5043</w:t>
        <w:br/>
        <w:t>vn -0.9918 -0.1203 0.0438</w:t>
        <w:br/>
        <w:t>vn -0.4134 -0.9091 0.0516</w:t>
        <w:br/>
        <w:t>vn -0.5501 -0.7271 0.4108</w:t>
        <w:br/>
        <w:t>vn -0.1542 0.4885 -0.8588</w:t>
        <w:br/>
        <w:t>vn -0.8924 -0.2047 -0.4022</w:t>
        <w:br/>
        <w:t>vn -0.6806 -0.7260 -0.0986</w:t>
        <w:br/>
        <w:t>vn -0.3893 -0.0943 -0.9163</w:t>
        <w:br/>
        <w:t>vn -0.7556 -0.3596 -0.5475</w:t>
        <w:br/>
        <w:t>vn -0.8216 -0.2662 -0.5041</w:t>
        <w:br/>
        <w:t>vn -0.6348 -0.6005 0.4862</w:t>
        <w:br/>
        <w:t>vn -0.8548 -0.2440 0.4581</w:t>
        <w:br/>
        <w:t>vn -0.3892 -0.0943 -0.9163</w:t>
        <w:br/>
        <w:t>vn -0.5166 -0.7411 -0.4289</w:t>
        <w:br/>
        <w:t>vn -0.0701 0.5745 -0.8155</w:t>
        <w:br/>
        <w:t>vn -0.0273 0.0100 -0.9996</w:t>
        <w:br/>
        <w:t>vn 0.4979 -0.1162 -0.8594</w:t>
        <w:br/>
        <w:t>vn -0.5239 0.8319 -0.1831</w:t>
        <w:br/>
        <w:t>vn -0.2227 0.9611 -0.1634</w:t>
        <w:br/>
        <w:t>vn -0.2602 0.9442 0.2020</w:t>
        <w:br/>
        <w:t>vn 0.0632 0.1738 0.9828</w:t>
        <w:br/>
        <w:t>vn -0.1876 0.0815 0.9789</w:t>
        <w:br/>
        <w:t>vn 0.1084 0.0673 0.9918</w:t>
        <w:br/>
        <w:t>vn -0.2512 0.9536 -0.1659</w:t>
        <w:br/>
        <w:t>vn 0.0541 0.1619 0.9853</w:t>
        <w:br/>
        <w:t>vn -0.2773 0.9374 0.2107</w:t>
        <w:br/>
        <w:t>vn -0.4804 -0.1045 0.8708</w:t>
        <w:br/>
        <w:t>vn -0.7645 0.6288 0.1420</w:t>
        <w:br/>
        <w:t>vn -0.6464 -0.3103 0.6970</w:t>
        <w:br/>
        <w:t>vn 0.1158 0.4906 -0.8636</w:t>
        <w:br/>
        <w:t>vn 0.4980 -0.2906 -0.8170</w:t>
        <w:br/>
        <w:t>vn -0.6691 0.1591 -0.7259</w:t>
        <w:br/>
        <w:t>vn -0.0450 0.0070 -0.9990</w:t>
        <w:br/>
        <w:t>vn -0.4846 -0.6966 -0.5290</w:t>
        <w:br/>
        <w:t>vn -0.8631 -0.2900 -0.4134</w:t>
        <w:br/>
        <w:t>vn -0.7746 0.6180 -0.1347</w:t>
        <w:br/>
        <w:t>vn -0.6071 -0.7160 -0.3447</w:t>
        <w:br/>
        <w:t>vn -0.6285 -0.5412 0.5587</w:t>
        <w:br/>
        <w:t>vn -0.8664 -0.0967 0.4899</w:t>
        <w:br/>
        <w:t>vn -0.7859 -0.2344 0.5722</w:t>
        <w:br/>
        <w:t>vn -0.5564 -0.7044 0.4408</w:t>
        <w:br/>
        <w:t>vn -0.9828 -0.0586 -0.1751</w:t>
        <w:br/>
        <w:t>vn -0.4302 -0.8997 0.0735</w:t>
        <w:br/>
        <w:t>vn -0.9895 -0.0484 -0.1360</w:t>
        <w:br/>
        <w:t>vn -0.4589 -0.8854 0.0738</w:t>
        <w:br/>
        <w:t>vn -0.5565 -0.6645 -0.4987</w:t>
        <w:br/>
        <w:t>vn -0.9640 -0.1827 0.1934</w:t>
        <w:br/>
        <w:t>vn -0.4979 -0.6773 -0.5416</w:t>
        <w:br/>
        <w:t>vn -0.9640 -0.1828 0.1933</w:t>
        <w:br/>
        <w:t>vn 0.1402 0.0295 -0.9897</w:t>
        <w:br/>
        <w:t>vn 0.4147 -0.2269 -0.8812</w:t>
        <w:br/>
        <w:t>vn 0.4058 -0.7509 -0.5211</w:t>
        <w:br/>
        <w:t>vn 0.1224 0.1145 -0.9859</w:t>
        <w:br/>
        <w:t>vn 0.1282 0.0951 -0.9872</w:t>
        <w:br/>
        <w:t>vn 0.5022 0.8618 -0.0719</w:t>
        <w:br/>
        <w:t>vn 0.4790 0.8645 -0.1524</w:t>
        <w:br/>
        <w:t>vn 0.4917 0.8614 0.1272</w:t>
        <w:br/>
        <w:t>vn 0.1227 0.0836 -0.9889</w:t>
        <w:br/>
        <w:t>vn 0.5369 0.8350 0.1205</w:t>
        <w:br/>
        <w:t>vn 0.7970 -0.6014 0.0561</w:t>
        <w:br/>
        <w:t>vn 0.4396 -0.8978 0.0255</w:t>
        <w:br/>
        <w:t>vn 0.3374 -0.7935 0.5064</w:t>
        <w:br/>
        <w:t>vn 0.2946 -0.4051 0.8655</w:t>
        <w:br/>
        <w:t>vn 0.4552 0.8330 0.3143</w:t>
        <w:br/>
        <w:t>vn -0.0804 -0.4697 0.8792</w:t>
        <w:br/>
        <w:t>vn -0.0245 -0.0506 0.9984</w:t>
        <w:br/>
        <w:t>vn 0.4070 0.8091 0.4239</w:t>
        <w:br/>
        <w:t>vn -0.0437 -0.0651 0.9969</w:t>
        <w:br/>
        <w:t>vn 0.5152 0.8430 0.1545</w:t>
        <w:br/>
        <w:t>vn 0.4370 0.7302 0.5253</w:t>
        <w:br/>
        <w:t>vn 0.5677 0.7962 -0.2091</w:t>
        <w:br/>
        <w:t>vn -0.2358 -0.5152 0.8240</w:t>
        <w:br/>
        <w:t>vn 0.5866 0.7905 0.1760</w:t>
        <w:br/>
        <w:t>vn -0.0352 -0.0685 0.9970</w:t>
        <w:br/>
        <w:t>vn 0.4570 0.7035 0.5443</w:t>
        <w:br/>
        <w:t>vn -0.2285 -0.5036 0.8331</w:t>
        <w:br/>
        <w:t>vn 0.6196 0.7598 -0.1969</w:t>
        <w:br/>
        <w:t>vn 0.1294 0.0719 -0.9890</w:t>
        <w:br/>
        <w:t>vn 0.0287 -0.1514 -0.9881</w:t>
        <w:br/>
        <w:t>vn 0.5605 0.8055 0.1922</w:t>
        <w:br/>
        <w:t>vn 0.0900 0.1565 0.9836</w:t>
        <w:br/>
        <w:t>vn 0.4296 0.7114 0.5562</w:t>
        <w:br/>
        <w:t>vn -0.0275 -0.0403 0.9988</w:t>
        <w:br/>
        <w:t>vn 0.1121 0.0689 -0.9913</w:t>
        <w:br/>
        <w:t>vn 0.5556 0.8065 -0.2019</w:t>
        <w:br/>
        <w:t>vn 0.1051 0.0722 -0.9918</w:t>
        <w:br/>
        <w:t>vn 0.1176 0.0672 -0.9908</w:t>
        <w:br/>
        <w:t>vn 0.5324 0.8249 0.1900</w:t>
        <w:br/>
        <w:t>vn 0.5687 0.7938 -0.2155</w:t>
        <w:br/>
        <w:t>vn 0.2083 0.3163 0.9255</w:t>
        <w:br/>
        <w:t>vn -0.0224 -0.0331 0.9992</w:t>
        <w:br/>
        <w:t>vn -0.0251 -0.0193 0.9995</w:t>
        <w:br/>
        <w:t>vn 0.5770 0.7949 0.1875</w:t>
        <w:br/>
        <w:t>vn 0.3089 0.4617 0.8315</w:t>
        <w:br/>
        <w:t>vn 0.1269 0.0628 -0.9899</w:t>
        <w:br/>
        <w:t>vn 0.1378 0.0554 -0.9889</w:t>
        <w:br/>
        <w:t>vn 0.5803 0.7876 -0.2072</w:t>
        <w:br/>
        <w:t>vn 0.1350 0.0552 -0.9893</w:t>
        <w:br/>
        <w:t>vn 0.1230 0.0627 -0.9904</w:t>
        <w:br/>
        <w:t>vn 0.5349 0.8245 0.1847</w:t>
        <w:br/>
        <w:t>vn 0.5166 0.8266 -0.2233</w:t>
        <w:br/>
        <w:t>vn 0.2374 0.4112 0.8801</w:t>
        <w:br/>
        <w:t>vn -0.0170 -0.0053 0.9998</w:t>
        <w:br/>
        <w:t>vn 0.1105 0.0732 -0.9912</w:t>
        <w:br/>
        <w:t>vn 0.1262 0.0714 -0.9894</w:t>
        <w:br/>
        <w:t>vn 0.5222 0.8392 0.1519</w:t>
        <w:br/>
        <w:t>vn 0.5457 0.8002 -0.2486</w:t>
        <w:br/>
        <w:t>vn -0.0087 -0.0073 0.9999</w:t>
        <w:br/>
        <w:t>vn 0.4903 0.7250 0.4837</w:t>
        <w:br/>
        <w:t>vn 0.0267 -0.0149 0.9995</w:t>
        <w:br/>
        <w:t>vn 0.5850 0.8009 0.1276</w:t>
        <w:br/>
        <w:t>vn 0.0420 -0.0209 0.9989</w:t>
        <w:br/>
        <w:t>vn 0.5241 0.7138 0.4646</w:t>
        <w:br/>
        <w:t>vn 0.0609 -0.0306 0.9977</w:t>
        <w:br/>
        <w:t>vn 0.0567 -0.0429 0.9975</w:t>
        <w:br/>
        <w:t>vn 0.1403 0.0620 -0.9882</w:t>
        <w:br/>
        <w:t>vn 0.1480 0.0578 -0.9873</w:t>
        <w:br/>
        <w:t>vn 0.5787 0.7754 -0.2526</w:t>
        <w:br/>
        <w:t>vn 0.1378 0.0632 -0.9885</w:t>
        <w:br/>
        <w:t>vn 0.4382 -0.0720 -0.8960</w:t>
        <w:br/>
        <w:t>vn 0.5897 0.7982 0.1229</w:t>
        <w:br/>
        <w:t>vn 0.0844 -0.0332 0.9959</w:t>
        <w:br/>
        <w:t>vn 0.5364 0.7240 0.4338</w:t>
        <w:br/>
        <w:t>vn 0.7464 -0.2578 -0.6135</w:t>
        <w:br/>
        <w:t>vn 0.7138 0.6915 -0.1111</w:t>
        <w:br/>
        <w:t>vn 0.9095 -0.3603 -0.2073</w:t>
        <w:br/>
        <w:t>vn 0.5443 0.7978 0.2594</w:t>
        <w:br/>
        <w:t>vn 0.9152 -0.3944 -0.0824</w:t>
        <w:br/>
        <w:t>vn 0.0282 -0.0321 0.9991</w:t>
        <w:br/>
        <w:t>vn 0.0324 -0.0365 0.9988</w:t>
        <w:br/>
        <w:t>vn 0.0288 -0.0354 0.9990</w:t>
        <w:br/>
        <w:t>vn 0.0418 -0.0544 0.9976</w:t>
        <w:br/>
        <w:t>vn -0.0003 -0.0616 0.9981</w:t>
        <w:br/>
        <w:t>vn 0.6286 0.7605 0.1626</w:t>
        <w:br/>
        <w:t>vn 0.6898 0.6534 0.3119</w:t>
        <w:br/>
        <w:t>vn 0.0326 -0.0682 0.9971</w:t>
        <w:br/>
        <w:t>vn -0.0372 -0.0845 0.9957</w:t>
        <w:br/>
        <w:t>vn -0.0525 -0.1081 0.9928</w:t>
        <w:br/>
        <w:t>vn -0.1723 -0.5806 0.7957</w:t>
        <w:br/>
        <w:t>vn 0.4624 0.7337 0.4979</w:t>
        <w:br/>
        <w:t>vn 0.5706 0.8170 0.0839</w:t>
        <w:br/>
        <w:t>vn 0.4852 0.7190 0.4976</w:t>
        <w:br/>
        <w:t>vn -0.0398 -0.1279 0.9910</w:t>
        <w:br/>
        <w:t>vn -0.2254 -0.5549 0.8008</w:t>
        <w:br/>
        <w:t>vn 0.4575 0.7647 0.4537</w:t>
        <w:br/>
        <w:t>vn 0.5319 0.8429 0.0811</w:t>
        <w:br/>
        <w:t>vn 0.4976 0.7531 0.4304</w:t>
        <w:br/>
        <w:t>vn 0.5387 0.8390 0.0773</w:t>
        <w:br/>
        <w:t>vn -0.0709 -0.1114 0.9912</w:t>
        <w:br/>
        <w:t>vn -0.2202 -0.5536 0.8032</w:t>
        <w:br/>
        <w:t>vn 0.5553 0.8281 0.0768</w:t>
        <w:br/>
        <w:t>vn 0.4794 0.7654 0.4294</w:t>
        <w:br/>
        <w:t>vn -0.0648 -0.1155 0.9912</w:t>
        <w:br/>
        <w:t>vn -0.1871 -0.5685 0.8011</w:t>
        <w:br/>
        <w:t>vn 0.5143 0.8547 0.0705</w:t>
        <w:br/>
        <w:t>vn 0.4211 0.8101 0.4079</w:t>
        <w:br/>
        <w:t>vn -0.0558 -0.1214 0.9910</w:t>
        <w:br/>
        <w:t>vn -0.2056 -0.5707 0.7950</w:t>
        <w:br/>
        <w:t>vn -0.0695 -0.1227 0.9900</w:t>
        <w:br/>
        <w:t>vn -0.0652 -0.2208 0.9731</w:t>
        <w:br/>
        <w:t>vn 0.4267 0.8236 0.3736</w:t>
        <w:br/>
        <w:t>vn 0.4922 0.8687 0.0555</w:t>
        <w:br/>
        <w:t>vn 0.4376 0.8329 0.3387</w:t>
        <w:br/>
        <w:t>vn 0.4961 0.8672 0.0428</w:t>
        <w:br/>
        <w:t>vn 0.4834 0.8269 -0.2874</w:t>
        <w:br/>
        <w:t>vn 0.4829 0.8300 -0.2790</w:t>
        <w:br/>
        <w:t>vn 0.4857 0.8729 0.0460</w:t>
        <w:br/>
        <w:t>vn 0.0929 0.0824 -0.9923</w:t>
        <w:br/>
        <w:t>vn 0.0960 0.0796 -0.9922</w:t>
        <w:br/>
        <w:t>vn 0.0955 0.0824 -0.9920</w:t>
        <w:br/>
        <w:t>vn 0.1045 0.0824 -0.9911</w:t>
        <w:br/>
        <w:t>vn 0.0952 0.0835 -0.9919</w:t>
        <w:br/>
        <w:t>vn 0.1080 0.0899 -0.9901</w:t>
        <w:br/>
        <w:t>vn 0.5200 0.8045 -0.2871</w:t>
        <w:br/>
        <w:t>vn 0.1012 0.0885 -0.9909</w:t>
        <w:br/>
        <w:t>vn 0.4680 0.8421 -0.2681</w:t>
        <w:br/>
        <w:t>vn 0.1387 -0.0414 -0.9895</w:t>
        <w:br/>
        <w:t>vn 0.1163 0.0949 -0.9887</w:t>
        <w:br/>
        <w:t>vn 0.4830 0.8622 -0.1529</w:t>
        <w:br/>
        <w:t>vn 0.1083 0.0994 -0.9891</w:t>
        <w:br/>
        <w:t>vn 0.1016 0.1045 -0.9893</w:t>
        <w:br/>
        <w:t>vn 0.5304 0.7980 -0.2861</w:t>
        <w:br/>
        <w:t>vn 0.1014 0.1047 -0.9893</w:t>
        <w:br/>
        <w:t>vn 0.1021 0.1041 -0.9893</w:t>
        <w:br/>
        <w:t>vn 0.5055 0.8059 -0.3083</w:t>
        <w:br/>
        <w:t>vn 0.0967 0.1014 -0.9901</w:t>
        <w:br/>
        <w:t>vn 0.1365 0.0725 -0.9880</w:t>
        <w:br/>
        <w:t>vn 0.5265 0.7759 -0.3476</w:t>
        <w:br/>
        <w:t>vn 0.1349 0.0674 -0.9886</w:t>
        <w:br/>
        <w:t>vn 0.2266 0.0251 -0.9737</w:t>
        <w:br/>
        <w:t>vn 0.2171 0.0292 -0.9757</w:t>
        <w:br/>
        <w:t>vn 0.5597 0.7542 -0.3434</w:t>
        <w:br/>
        <w:t>vn 0.4938 0.1927 -0.8479</w:t>
        <w:br/>
        <w:t>vn 0.6057 0.7909 0.0871</w:t>
        <w:br/>
        <w:t>vn 0.6879 0.6871 -0.2341</w:t>
        <w:br/>
        <w:t>vn 0.2877 0.0038 -0.9577</w:t>
        <w:br/>
        <w:t>vn 0.6460 0.7592 0.0801</w:t>
        <w:br/>
        <w:t>vn 0.9061 -0.3759 0.1942</w:t>
        <w:br/>
        <w:t>vn 0.9178 -0.3905 0.0714</w:t>
        <w:br/>
        <w:t>vn 0.9925 -0.1005 -0.0692</w:t>
        <w:br/>
        <w:t>vn 0.6688 0.7099 -0.2208</w:t>
        <w:br/>
        <w:t>vn 0.4938 0.1927 -0.8480</w:t>
        <w:br/>
        <w:t>vn 0.6605 0.7507 -0.0140</w:t>
        <w:br/>
        <w:t>vn 0.4123 0.9090 0.0608</w:t>
        <w:br/>
        <w:t>vn 0.9154 -0.3991 -0.0524</w:t>
        <w:br/>
        <w:t>vn 0.4681 0.8692 0.1597</w:t>
        <w:br/>
        <w:t>vn 0.1456 -0.0626 0.9874</w:t>
        <w:br/>
        <w:t>vn 0.0994 -0.0441 0.9941</w:t>
        <w:br/>
        <w:t>vn 0.1306 -0.0449 0.9904</w:t>
        <w:br/>
        <w:t>vn 0.1095 -0.0532 0.9926</w:t>
        <w:br/>
        <w:t>vn 0.0470 -0.0226 0.9986</w:t>
        <w:br/>
        <w:t>vn 0.0316 -0.0220 0.9993</w:t>
        <w:br/>
        <w:t>vn 0.0166 -0.0196 0.9997</w:t>
        <w:br/>
        <w:t>vn 0.0055 -0.0197 0.9998</w:t>
        <w:br/>
        <w:t>vn 0.0009 -0.0164 0.9999</w:t>
        <w:br/>
        <w:t>vn 0.4835 0.8636 -0.1428</w:t>
        <w:br/>
        <w:t>vn 0.4986 0.8467 0.1856</w:t>
        <w:br/>
        <w:t>vn 0.4837 0.8533 0.1947</w:t>
        <w:br/>
        <w:t>vn 0.4884 0.8525 0.1864</w:t>
        <w:br/>
        <w:t>vn 0.0051 -0.0192 0.9998</w:t>
        <w:br/>
        <w:t>vn 0.0005 -0.0160 0.9999</w:t>
        <w:br/>
        <w:t>vn 0.4949 0.8431 -0.2104</w:t>
        <w:br/>
        <w:t>vn 0.5077 0.8421 0.1822</w:t>
        <w:br/>
        <w:t>vn 0.4831 0.8331 -0.2692</w:t>
        <w:br/>
        <w:t>vn 0.5022 0.8388 -0.2103</w:t>
        <w:br/>
        <w:t>vn 0.5204 0.8329 -0.1884</w:t>
        <w:br/>
        <w:t>vn 0.6605 0.7507 -0.0139</w:t>
        <w:br/>
        <w:t>vn 0.2554 0.4364 -0.8627</w:t>
        <w:br/>
        <w:t>vn 0.0435 0.0590 -0.9973</w:t>
        <w:br/>
        <w:t>vn 0.0691 0.0539 -0.9962</w:t>
        <w:br/>
        <w:t>vn 0.2563 0.3852 -0.8865</w:t>
        <w:br/>
        <w:t>vn 0.2502 0.4288 -0.8681</w:t>
        <w:br/>
        <w:t>vn 0.0551 0.0455 -0.9974</w:t>
        <w:br/>
        <w:t>vn 0.2652 0.4147 -0.8705</w:t>
        <w:br/>
        <w:t>vn -0.0405 -0.1528 -0.9874</w:t>
        <w:br/>
        <w:t>vn 0.2455 0.4120 -0.8775</w:t>
        <w:br/>
        <w:t>vn -0.1425 -0.3900 -0.9097</w:t>
        <w:br/>
        <w:t>vn 0.0895 0.0580 -0.9943</w:t>
        <w:br/>
        <w:t>vn 0.0688 0.0704 -0.9951</w:t>
        <w:br/>
        <w:t>vn 0.5091 0.8379 -0.1970</w:t>
        <w:br/>
        <w:t>vn 0.4331 0.5393 -0.7222</w:t>
        <w:br/>
        <w:t>vn 0.2723 0.4017 -0.8744</w:t>
        <w:br/>
        <w:t>vn -0.1250 -0.4169 -0.9003</w:t>
        <w:br/>
        <w:t>vn 0.5091 0.8408 0.1840</w:t>
        <w:br/>
        <w:t>vn 0.0261 -0.0147 0.9996</w:t>
        <w:br/>
        <w:t>vn 0.0508 -0.0127 0.9986</w:t>
        <w:br/>
        <w:t>vn 0.0733 -0.0082 0.9973</w:t>
        <w:br/>
        <w:t>vn 0.5447 0.8200 0.1759</w:t>
        <w:br/>
        <w:t>vn 0.0796 -0.0114 0.9968</w:t>
        <w:br/>
        <w:t>vn 0.5567 0.8135 -0.1682</w:t>
        <w:br/>
        <w:t>vn 0.0834 -0.0124 0.9964</w:t>
        <w:br/>
        <w:t>vn 0.5768 0.7996 0.1674</w:t>
        <w:br/>
        <w:t>vn 0.0664 -0.0009 0.9978</w:t>
        <w:br/>
        <w:t>vn 0.4953 0.7222 -0.4828</w:t>
        <w:br/>
        <w:t>vn 0.0462 -0.0479 -0.9978</w:t>
        <w:br/>
        <w:t>vn -0.1549 -0.4499 -0.8795</w:t>
        <w:br/>
        <w:t>vn 0.5775 0.7996 -0.1650</w:t>
        <w:br/>
        <w:t>vn 0.0609 0.0165 0.9980</w:t>
        <w:br/>
        <w:t>vn 0.1076 -0.1180 0.9872</w:t>
        <w:br/>
        <w:t>vn 0.5601 0.8134 0.1570</w:t>
        <w:br/>
        <w:t>vn 0.0077 -0.0402 -0.9992</w:t>
        <w:br/>
        <w:t>vn 0.4891 0.7356 -0.4687</w:t>
        <w:br/>
        <w:t>vn 0.0073 -0.1135 -0.9935</w:t>
        <w:br/>
        <w:t>vn -0.0153 -0.0504 -0.9986</w:t>
        <w:br/>
        <w:t>vn 0.5487 0.8182 -0.1718</w:t>
        <w:br/>
        <w:t>vn 0.4631 0.7940 -0.3938</w:t>
        <w:br/>
        <w:t>vn 0.5351 0.8433 0.0508</w:t>
        <w:br/>
        <w:t>vn 0.0691 0.0366 0.9969</w:t>
        <w:br/>
        <w:t>vn 0.5371 0.8257 -0.1723</w:t>
        <w:br/>
        <w:t>vn 0.3643 -0.4341 0.8239</w:t>
        <w:br/>
        <w:t>vn 0.3644 -0.8015 0.4740</w:t>
        <w:br/>
        <w:t>vn 0.5585 0.8288 -0.0340</w:t>
        <w:br/>
        <w:t>vn 0.4965 0.8171 -0.2928</w:t>
        <w:br/>
        <w:t>vn 0.3066 -0.3196 -0.8966</w:t>
        <w:br/>
        <w:t>vn 0.3596 -0.7666 -0.5319</w:t>
        <w:br/>
        <w:t>vn 0.7610 -0.6487 0.0083</w:t>
        <w:br/>
        <w:t>vn 0.5818 0.7989 -0.1525</w:t>
        <w:br/>
        <w:t>vn 0.4353 -0.8996 0.0350</w:t>
        <w:br/>
        <w:t>vn -0.8848 -0.4654 0.0228</w:t>
        <w:br/>
        <w:t>vn -0.8854 -0.4642 0.0232</w:t>
        <w:br/>
        <w:t>vn -0.8855 -0.4642 0.0232</w:t>
        <w:br/>
        <w:t>vn -0.8861 -0.4629 0.0235</w:t>
        <w:br/>
        <w:t>vn 0.6946 -0.0283 0.7188</w:t>
        <w:br/>
        <w:t>vn 0.6935 -0.0382 0.7194</w:t>
        <w:br/>
        <w:t>vn 0.5121 -0.0296 0.8584</w:t>
        <w:br/>
        <w:t>vn -0.0202 0.9998 -0.0018</w:t>
        <w:br/>
        <w:t>vn -0.0378 0.9990 0.0223</w:t>
        <w:br/>
        <w:t>vn -0.0806 0.9966 -0.0141</w:t>
        <w:br/>
        <w:t>vn -0.0161 0.9991 0.0405</w:t>
        <w:br/>
        <w:t>vn -0.0724 0.9949 0.0708</w:t>
        <w:br/>
        <w:t>vn 0.0922 0.0027 0.9957</w:t>
        <w:br/>
        <w:t>vn 0.3073 0.0020 0.9516</w:t>
        <w:br/>
        <w:t>vn 0.1272 0.0293 0.9914</w:t>
        <w:br/>
        <w:t>vn 0.1531 -0.9882 -0.0062</w:t>
        <w:br/>
        <w:t>vn 0.1273 -0.9918 -0.0053</w:t>
        <w:br/>
        <w:t>vn 0.1840 -0.9827 -0.0192</w:t>
        <w:br/>
        <w:t>vn 0.0988 -0.9951 0.0016</w:t>
        <w:br/>
        <w:t>vn 0.0757 -0.9971 -0.0036</w:t>
        <w:br/>
        <w:t>vn -0.6922 -0.0382 0.7207</w:t>
        <w:br/>
        <w:t>vn -0.6917 -0.0273 0.7216</w:t>
        <w:br/>
        <w:t>vn -0.5104 -0.0302 0.8594</w:t>
        <w:br/>
        <w:t>vn 0.0217 0.9998 -0.0005</w:t>
        <w:br/>
        <w:t>vn 0.0824 0.9965 -0.0126</w:t>
        <w:br/>
        <w:t>vn 0.0393 0.9989 0.0238</w:t>
        <w:br/>
        <w:t>vn 0.0176 0.9990 0.0420</w:t>
        <w:br/>
        <w:t>vn 0.0743 0.9946 0.0723</w:t>
        <w:br/>
        <w:t>vn -0.3035 0.0033 0.9528</w:t>
        <w:br/>
        <w:t>vn -0.0903 0.0013 0.9959</w:t>
        <w:br/>
        <w:t>vn -0.1233 0.0307 0.9919</w:t>
        <w:br/>
        <w:t>vn -0.1272 -0.9919 -0.0035</w:t>
        <w:br/>
        <w:t>vn -0.1530 -0.9882 -0.0043</w:t>
        <w:br/>
        <w:t>vn -0.1840 -0.9828 -0.0172</w:t>
        <w:br/>
        <w:t>vn -0.0987 -0.9951 0.0034</w:t>
        <w:br/>
        <w:t>vn -0.0755 -0.9971 -0.0019</w:t>
        <w:br/>
        <w:t>vn 0.9811 0.1870 -0.0503</w:t>
        <w:br/>
        <w:t>vn 0.8527 -0.5171 -0.0742</w:t>
        <w:br/>
        <w:t>vn 0.9287 0.3660 -0.0602</w:t>
        <w:br/>
        <w:t>vn 0.8804 0.4735 -0.0261</w:t>
        <w:br/>
        <w:t>vn 0.9803 0.1701 -0.1003</w:t>
        <w:br/>
        <w:t>vn 0.8708 0.4899 -0.0410</w:t>
        <w:br/>
        <w:t>vn 0.8490 -0.5128 -0.1273</w:t>
        <w:br/>
        <w:t>vn 0.8693 -0.4657 -0.1658</w:t>
        <w:br/>
        <w:t>vn 0.5146 -0.8438 -0.1520</w:t>
        <w:br/>
        <w:t>vn 0.5162 -0.8501 -0.1038</w:t>
        <w:br/>
        <w:t>vn 0.4360 -0.7059 -0.5582</w:t>
        <w:br/>
        <w:t>vn -0.7849 -0.6164 0.0632</w:t>
        <w:br/>
        <w:t>vn -0.7737 -0.6331 0.0235</w:t>
        <w:br/>
        <w:t>vn -0.8134 -0.5812 0.0259</w:t>
        <w:br/>
        <w:t>vn -0.7570 -0.6518 0.0455</w:t>
        <w:br/>
        <w:t>vn -0.7608 -0.6487 -0.0164</w:t>
        <w:br/>
        <w:t>vn -0.7028 -0.7114 -0.0035</w:t>
        <w:br/>
        <w:t>vn 0.3479 0.9368 -0.0359</w:t>
        <w:br/>
        <w:t>vn 0.1562 0.0752 -0.9849</w:t>
        <w:br/>
        <w:t>vn -0.0610 0.1937 -0.9792</w:t>
        <w:br/>
        <w:t>vn -0.0283 0.2739 -0.9613</w:t>
        <w:br/>
        <w:t>vn 0.2250 -0.2019 -0.9532</w:t>
        <w:br/>
        <w:t>vn -0.2417 0.3723 -0.8961</w:t>
        <w:br/>
        <w:t>vn -0.5693 0.6751 -0.4691</w:t>
        <w:br/>
        <w:t>vn -0.4887 0.4744 -0.7322</w:t>
        <w:br/>
        <w:t>vn -0.4085 0.9127 -0.0061</w:t>
        <w:br/>
        <w:t>vn -0.3794 0.9180 0.1156</w:t>
        <w:br/>
        <w:t>vn -0.2324 0.9722 -0.0268</w:t>
        <w:br/>
        <w:t>vn -0.1705 0.9753 0.1401</w:t>
        <w:br/>
        <w:t>vn -0.6666 0.5863 -0.4604</w:t>
        <w:br/>
        <w:t>vn -0.5313 0.4330 -0.7282</w:t>
        <w:br/>
        <w:t>vn -0.6521 0.7460 0.1353</w:t>
        <w:br/>
        <w:t>vn -0.7089 0.6969 0.1088</w:t>
        <w:br/>
        <w:t>vn -0.5783 0.6068 0.5453</w:t>
        <w:br/>
        <w:t>vn -0.2628 0.7596 0.5949</w:t>
        <w:br/>
        <w:t>vn -0.3191 0.9358 0.1501</w:t>
        <w:br/>
        <w:t>vn -0.4394 0.6054 0.6636</w:t>
        <w:br/>
        <w:t>vn -0.3959 0.4480 0.8016</w:t>
        <w:br/>
        <w:t>vn -0.3533 0.5100 0.7843</w:t>
        <w:br/>
        <w:t>vn 0.0296 0.1536 0.9877</w:t>
        <w:br/>
        <w:t>vn 0.0790 0.1837 0.9798</w:t>
        <w:br/>
        <w:t>vn 0.2012 0.0514 0.9782</w:t>
        <w:br/>
        <w:t>vn 0.2273 -0.1793 0.9572</w:t>
        <w:br/>
        <w:t>vn 0.2257 -0.3655 0.9030</w:t>
        <w:br/>
        <w:t>vn -0.2798 -0.9552 -0.0960</w:t>
        <w:br/>
        <w:t>vn -0.2053 -0.7923 -0.5746</w:t>
        <w:br/>
        <w:t>vn -0.2231 -0.7967 -0.5617</w:t>
        <w:br/>
        <w:t>vn -0.2742 -0.9569 -0.0956</w:t>
        <w:br/>
        <w:t>vn -0.2203 -0.5536 0.8031</w:t>
        <w:br/>
        <w:t>vn -0.2376 -0.7787 -0.5806</w:t>
        <w:br/>
        <w:t>vn -0.1869 -0.9766 -0.1065</w:t>
        <w:br/>
        <w:t>vn -0.2504 -0.9040 0.3466</w:t>
        <w:br/>
        <w:t>vn -0.1471 -0.8496 -0.5065</w:t>
        <w:br/>
        <w:t>vn 0.2294 -0.8146 0.5328</w:t>
        <w:br/>
        <w:t>vn 0.2983 -0.7165 -0.6305</w:t>
        <w:br/>
        <w:t>vn 0.3454 -0.9279 -0.1406</w:t>
        <w:br/>
        <w:t>vn -0.3577 -0.9288 -0.0974</w:t>
        <w:br/>
        <w:t>vn -0.2253 -0.5549 0.8008</w:t>
        <w:br/>
        <w:t>vn -0.2713 -0.7762 -0.5691</w:t>
        <w:br/>
        <w:t>vn -0.3205 -0.9432 -0.0875</w:t>
        <w:br/>
        <w:t>vn -0.1723 -0.5807 0.7957</w:t>
        <w:br/>
        <w:t>vn -0.2250 -0.8101 -0.5414</w:t>
        <w:br/>
        <w:t>vn -0.2963 -0.9512 -0.0861</w:t>
        <w:br/>
        <w:t>vn -0.3236 -0.8644 0.3848</w:t>
        <w:br/>
        <w:t>vn -0.2828 -0.7892 -0.5451</w:t>
        <w:br/>
        <w:t>vn -0.4052 -0.9086 -0.1012</w:t>
        <w:br/>
        <w:t>vn -0.4203 -0.8393 0.3447</w:t>
        <w:br/>
        <w:t>vn -0.3451 -0.7710 -0.5353</w:t>
        <w:br/>
        <w:t>vn -0.4300 -0.8971 -0.1016</w:t>
        <w:br/>
        <w:t>vn -0.4215 -0.8503 0.3151</w:t>
        <w:br/>
        <w:t>vn -0.2158 -0.8652 -0.4525</w:t>
        <w:br/>
        <w:t>vn -0.3788 -0.9252 -0.0254</w:t>
        <w:br/>
        <w:t>vn -0.1273 -0.9711 -0.2020</w:t>
        <w:br/>
        <w:t>vn -0.2240 -0.9577 0.1804</w:t>
        <w:br/>
        <w:t>vn -0.1999 -0.9792 0.0342</w:t>
        <w:br/>
        <w:t>vn -0.1201 -0.9907 -0.0641</w:t>
        <w:br/>
        <w:t>vn -0.1306 -0.9296 -0.3447</w:t>
        <w:br/>
        <w:t>vn -0.1533 -0.9881 0.0130</w:t>
        <w:br/>
        <w:t>vn -0.2264 -0.9522 0.2053</w:t>
        <w:br/>
        <w:t>vn -0.2452 -0.9693 -0.0178</w:t>
        <w:br/>
        <w:t>vn -0.2110 -0.9763 0.0489</w:t>
        <w:br/>
        <w:t>vn -0.3084 -0.9512 -0.0067</w:t>
        <w:br/>
        <w:t>vn -0.2570 -0.8742 -0.4120</w:t>
        <w:br/>
        <w:t>vn -0.3509 -0.9364 -0.0003</w:t>
        <w:br/>
        <w:t>vn -0.3438 -0.8409 -0.4181</w:t>
        <w:br/>
        <w:t>vn -0.4134 -0.9105 -0.0015</w:t>
        <w:br/>
        <w:t>vn -0.3058 -0.8624 0.4034</w:t>
        <w:br/>
        <w:t>vn -0.2881 -0.8730 0.3935</w:t>
        <w:br/>
        <w:t>vn -0.3789 -0.8274 0.4145</w:t>
        <w:br/>
        <w:t>vn 0.0570 -0.6759 0.7347</w:t>
        <w:br/>
        <w:t>vn -0.3611 -0.8369 0.4113</w:t>
        <w:br/>
        <w:t>vn -0.1401 -0.9884 0.0595</w:t>
        <w:br/>
        <w:t>vn 0.2102 -0.7796 0.5900</w:t>
        <w:br/>
        <w:t>vn -0.1111 -0.9817 -0.1546</w:t>
        <w:br/>
        <w:t>vn -0.3195 -0.8498 -0.4193</w:t>
        <w:br/>
        <w:t>vn -0.3476 -0.9376 -0.0075</w:t>
        <w:br/>
        <w:t>vn -0.2782 -0.8566 -0.4346</w:t>
        <w:br/>
        <w:t>vn -0.3311 -0.8498 0.4101</w:t>
        <w:br/>
        <w:t>vn -0.3902 -0.9205 -0.0200</w:t>
        <w:br/>
        <w:t>vn -0.3357 -0.8036 -0.4915</w:t>
        <w:br/>
        <w:t>vn -0.4026 -0.8087 0.4289</w:t>
        <w:br/>
        <w:t>vn -0.4402 -0.8967 -0.0472</w:t>
        <w:br/>
        <w:t>vn -0.2976 -0.7696 -0.5649</w:t>
        <w:br/>
        <w:t>vn -0.3887 -0.8004 0.4563</w:t>
        <w:br/>
        <w:t>vn -0.2894 -0.7666 -0.5732</w:t>
        <w:br/>
        <w:t>vn -0.3698 -0.8110 0.4535</w:t>
        <w:br/>
        <w:t>vn -0.2285 -0.5036 0.8332</w:t>
        <w:br/>
        <w:t>vn -0.2755 -0.7658 -0.5810</w:t>
        <w:br/>
        <w:t>vn -0.2731 -0.7535 -0.5980</w:t>
        <w:br/>
        <w:t>vn -0.3688 -0.8154 0.4462</w:t>
        <w:br/>
        <w:t>vn -0.2358 -0.5151 0.8240</w:t>
        <w:br/>
        <w:t>vn -0.2731 -0.7536 -0.5980</w:t>
        <w:br/>
        <w:t>vn -0.2984 -0.7680 -0.5666</w:t>
        <w:br/>
        <w:t>vn -0.1715 -0.9841 0.0470</w:t>
        <w:br/>
        <w:t>vn -0.2724 -0.7471 -0.6063</w:t>
        <w:br/>
        <w:t>vn -0.2125 -0.8690 -0.4469</w:t>
        <w:br/>
        <w:t>vn -0.0554 -0.7825 -0.6202</w:t>
        <w:br/>
        <w:t>vn 0.2144 -0.6711 -0.7097</w:t>
        <w:br/>
        <w:t>vn 0.0483 -0.7462 -0.6640</w:t>
        <w:br/>
        <w:t>vn 0.2212 -0.6908 -0.6884</w:t>
        <w:br/>
        <w:t>vn 0.2220 -0.6163 -0.7556</w:t>
        <w:br/>
        <w:t>vn -0.0538 -0.6697 -0.7407</w:t>
        <w:br/>
        <w:t>vn 0.0323 -0.6007 -0.7989</w:t>
        <w:br/>
        <w:t>vn 0.2512 -0.5838 -0.7720</w:t>
        <w:br/>
        <w:t>vn 0.2443 -0.4965 -0.8329</w:t>
        <w:br/>
        <w:t>vn -0.2132 -0.7370 -0.6414</w:t>
        <w:br/>
        <w:t>vn -0.0040 -0.5470 -0.8371</w:t>
        <w:br/>
        <w:t>vn 0.2367 -0.4199 -0.8762</w:t>
        <w:br/>
        <w:t>vn -0.2456 -0.6413 -0.7269</w:t>
        <w:br/>
        <w:t>vn -0.2346 -0.6380 -0.7335</w:t>
        <w:br/>
        <w:t>vn -0.0138 -0.5267 -0.8500</w:t>
        <w:br/>
        <w:t>vn 0.2753 -0.4398 -0.8548</w:t>
        <w:br/>
        <w:t>vn -0.2506 -0.6197 -0.7438</w:t>
        <w:br/>
        <w:t>vn 0.0229 -0.6003 -0.7995</w:t>
        <w:br/>
        <w:t>vn 0.3569 -0.6186 -0.6999</w:t>
        <w:br/>
        <w:t>vn -0.2497 -0.6569 -0.7114</w:t>
        <w:br/>
        <w:t>vn 0.0384 -0.7935 -0.6074</w:t>
        <w:br/>
        <w:t>vn 0.1975 -0.8634 -0.4643</w:t>
        <w:br/>
        <w:t>vn -0.2571 -0.9663 -0.0147</w:t>
        <w:br/>
        <w:t>vn -0.2210 -0.7837 -0.5805</w:t>
        <w:br/>
        <w:t>vn 0.5313 -0.7926 -0.2991</w:t>
        <w:br/>
        <w:t>vn 0.3851 -0.9142 0.1260</w:t>
        <w:br/>
        <w:t>vn -0.8456 -0.4671 0.2584</w:t>
        <w:br/>
        <w:t>vn -0.8565 -0.4325 0.2816</w:t>
        <w:br/>
        <w:t>vn -0.8366 -0.4534 0.3075</w:t>
        <w:br/>
        <w:t>vn -0.8500 -0.4205 0.3172</w:t>
        <w:br/>
        <w:t>vn -0.8432 -0.4940 0.2122</w:t>
        <w:br/>
        <w:t>vn -0.8261 -0.5017 0.2564</w:t>
        <w:br/>
        <w:t>vn -0.8431 -0.4940 0.2122</w:t>
        <w:br/>
        <w:t>vn -0.2570 -0.9663 -0.0146</w:t>
        <w:br/>
        <w:t>vn -0.4737 -0.8365 0.2756</w:t>
        <w:br/>
        <w:t>vn -0.8702 -0.3759 0.3184</w:t>
        <w:br/>
        <w:t>vn -0.8523 -0.3899 0.3487</w:t>
        <w:br/>
        <w:t>vn 0.0304 0.5150 0.8566</w:t>
        <w:br/>
        <w:t>vn -0.2146 0.4092 0.8869</w:t>
        <w:br/>
        <w:t>vn -0.2516 0.4373 0.8634</w:t>
        <w:br/>
        <w:t>vn -0.1681 0.4908 0.8549</w:t>
        <w:br/>
        <w:t>vn 0.0553 0.5226 0.8508</w:t>
        <w:br/>
        <w:t>vn -0.2155 0.4421 0.8707</w:t>
        <w:br/>
        <w:t>vn 0.1923 -0.8492 0.4918</w:t>
        <w:br/>
        <w:t>vn 0.1883 0.5731 0.7975</w:t>
        <w:br/>
        <w:t>vn 0.7315 -0.5990 0.3258</w:t>
        <w:br/>
        <w:t>vn 0.3108 0.5850 0.7491</w:t>
        <w:br/>
        <w:t>vn 0.3009 0.6035 0.7384</w:t>
        <w:br/>
        <w:t>vn 0.9578 0.2353 -0.1650</w:t>
        <w:br/>
        <w:t>vn 0.9498 0.2709 -0.1566</w:t>
        <w:br/>
        <w:t>vn 0.9513 0.2247 -0.2111</w:t>
        <w:br/>
        <w:t>vn 0.9538 0.2670 -0.1380</w:t>
        <w:br/>
        <w:t>vn 0.9514 0.2821 -0.1234</w:t>
        <w:br/>
        <w:t>vn 0.3262 0.5556 0.7648</w:t>
        <w:br/>
        <w:t>vn 0.9543 0.2816 -0.0999</w:t>
        <w:br/>
        <w:t>vn 0.9654 0.2511 -0.0699</w:t>
        <w:br/>
        <w:t>vn 0.9605 0.2702 -0.0662</w:t>
        <w:br/>
        <w:t>vn 0.3139 0.5753 0.7553</w:t>
        <w:br/>
        <w:t>vn 0.9684 0.2461 -0.0415</w:t>
        <w:br/>
        <w:t>vn 0.0486 0.5327 0.8449</w:t>
        <w:br/>
        <w:t>vn 0.3027 0.5816 0.7551</w:t>
        <w:br/>
        <w:t>vn 0.9653 0.2580 -0.0400</w:t>
        <w:br/>
        <w:t>vn -0.2014 0.3566 0.9123</w:t>
        <w:br/>
        <w:t>vn -0.8673 -0.3440 0.3599</w:t>
        <w:br/>
        <w:t>vn -0.8443 -0.3565 0.4001</w:t>
        <w:br/>
        <w:t>vn 0.1055 0.4933 0.8634</w:t>
        <w:br/>
        <w:t>vn 0.9731 0.2283 -0.0302</w:t>
        <w:br/>
        <w:t>vn 0.2809 0.6050 0.7450</w:t>
        <w:br/>
        <w:t>vn 0.9712 0.2355 -0.0372</w:t>
        <w:br/>
        <w:t>vn 0.9829 0.1836 0.0118</w:t>
        <w:br/>
        <w:t>vn -0.7103 -0.0801 0.6993</w:t>
        <w:br/>
        <w:t>vn -0.8100 -0.3484 0.4717</w:t>
        <w:br/>
        <w:t>vn 0.9865 0.1568 0.0478</w:t>
        <w:br/>
        <w:t>vn 0.9875 0.1319 0.0867</w:t>
        <w:br/>
        <w:t>vn 0.2775 0.6041 0.7470</w:t>
        <w:br/>
        <w:t>vn 0.2833 0.5886 0.7572</w:t>
        <w:br/>
        <w:t>vn 0.8491 0.3468 0.3985</w:t>
        <w:br/>
        <w:t>vn 0.9828 0.1730 0.0642</w:t>
        <w:br/>
        <w:t>vn 0.3082 0.5393 0.7837</w:t>
        <w:br/>
        <w:t>vn 0.2891 0.5696 0.7694</w:t>
        <w:br/>
        <w:t>vn 0.6569 0.4868 0.5757</w:t>
        <w:br/>
        <w:t>vn 0.4004 0.5858 0.7046</w:t>
        <w:br/>
        <w:t>vn 0.8491 0.3467 0.3985</w:t>
        <w:br/>
        <w:t>vn 0.2919 0.5106 0.8088</w:t>
        <w:br/>
        <w:t>vn 0.3818 0.2044 0.9014</w:t>
        <w:br/>
        <w:t>vn 0.4908 0.5965 0.6350</w:t>
        <w:br/>
        <w:t>vn 0.0570 -0.6760 0.7347</w:t>
        <w:br/>
        <w:t>vn -0.2098 0.2727 0.9389</w:t>
        <w:br/>
        <w:t>vn 0.2949 0.1882 0.9368</w:t>
        <w:br/>
        <w:t>vn 0.5707 0.7123 0.4087</w:t>
        <w:br/>
        <w:t>vn 0.4036 0.7320 0.5489</w:t>
        <w:br/>
        <w:t>vn 0.4038 0.6655 0.6277</w:t>
        <w:br/>
        <w:t>vn 0.4493 0.8071 0.3830</w:t>
        <w:br/>
        <w:t>vn 0.2391 0.5473 0.8021</w:t>
        <w:br/>
        <w:t>vn 0.4589 0.7839 0.4182</w:t>
        <w:br/>
        <w:t>vn 0.4973 0.8189 0.2867</w:t>
        <w:br/>
        <w:t>vn 0.4776 0.7800 0.4044</w:t>
        <w:br/>
        <w:t>vn -0.1286 -0.1399 0.9818</w:t>
        <w:br/>
        <w:t>vn -0.1550 -0.1508 0.9763</w:t>
        <w:br/>
        <w:t>vn -0.1156 -0.1078 0.9874</w:t>
        <w:br/>
        <w:t>vn 0.9385 -0.3341 0.0871</w:t>
        <w:br/>
        <w:t>vn 0.9542 -0.2942 0.0534</w:t>
        <w:br/>
        <w:t>vn 0.9586 -0.2710 0.0880</w:t>
        <w:br/>
        <w:t>vn -0.1637 -0.1699 0.9718</w:t>
        <w:br/>
        <w:t>vn -0.1489 -0.1365 0.9794</w:t>
        <w:br/>
        <w:t>vn 0.9741 -0.2193 0.0554</w:t>
        <w:br/>
        <w:t>vn 0.5676 0.8090 0.1529</w:t>
        <w:br/>
        <w:t>vn 0.5810 0.8122 0.0519</w:t>
        <w:br/>
        <w:t>vn 0.5674 0.8095 0.1509</w:t>
        <w:br/>
        <w:t>vn 0.5589 0.8279 0.0470</w:t>
        <w:br/>
        <w:t>vn 0.9485 -0.3167 -0.0028</w:t>
        <w:br/>
        <w:t>vn 0.5962 0.8012 -0.0517</w:t>
        <w:br/>
        <w:t>vn 0.9167 -0.3995 -0.0034</w:t>
        <w:br/>
        <w:t>vn 0.5253 0.7955 -0.3022</w:t>
        <w:br/>
        <w:t>vn 0.6090 0.7930 -0.0145</w:t>
        <w:br/>
        <w:t>vn 0.0676 0.1460 -0.9870</w:t>
        <w:br/>
        <w:t>vn -0.0409 -0.0397 -0.9984</w:t>
        <w:br/>
        <w:t>vn -0.0112 0.0053 -0.9999</w:t>
        <w:br/>
        <w:t>vn -0.0943 -0.1271 -0.9874</w:t>
        <w:br/>
        <w:t>vn 0.6089 0.7186 -0.3359</w:t>
        <w:br/>
        <w:t>vn 0.5501 0.7463 -0.3747</w:t>
        <w:br/>
        <w:t>vn -0.0837 -0.1230 -0.9889</w:t>
        <w:br/>
        <w:t>vn 0.5519 0.7412 -0.3822</w:t>
        <w:br/>
        <w:t>vn 0.5254 0.7692 -0.3637</w:t>
        <w:br/>
        <w:t>vn 0.6147 0.5799 -0.5346</w:t>
        <w:br/>
        <w:t>vn 0.4846 0.7068 -0.5153</w:t>
        <w:br/>
        <w:t>vn 0.7319 0.6347 -0.2482</w:t>
        <w:br/>
        <w:t>vn 0.9401 -0.3288 0.0899</w:t>
        <w:br/>
        <w:t>vn 0.7352 -0.6383 -0.2280</w:t>
        <w:br/>
        <w:t>vn 0.9164 -0.3799 -0.1260</w:t>
        <w:br/>
        <w:t>vn 0.8471 -0.4120 -0.3357</w:t>
        <w:br/>
        <w:t>vn 0.5776 0.6707 -0.4654</w:t>
        <w:br/>
        <w:t>vn 0.0669 -0.0497 0.9965</w:t>
        <w:br/>
        <w:t>vn 0.1047 -0.0286 0.9941</w:t>
        <w:br/>
        <w:t>vn 0.0697 0.0296 0.9971</w:t>
        <w:br/>
        <w:t>vn 0.1185 -0.0611 0.9911</w:t>
        <w:br/>
        <w:t>vn 0.5728 0.7943 -0.2024</w:t>
        <w:br/>
        <w:t>vn 0.5630 0.7901 0.2424</w:t>
        <w:br/>
        <w:t>vn 0.1028 -0.0599 0.9929</w:t>
        <w:br/>
        <w:t>vn 0.1083 -0.0662 0.9919</w:t>
        <w:br/>
        <w:t>vn 0.0968 -0.0620 0.9934</w:t>
        <w:br/>
        <w:t>vn 0.5314 0.8254 -0.1903</w:t>
        <w:br/>
        <w:t>vn 0.5489 0.7975 0.2504</w:t>
        <w:br/>
        <w:t>vn 0.0899 -0.0602 0.9941</w:t>
        <w:br/>
        <w:t>vn 0.0903 -0.0617 0.9940</w:t>
        <w:br/>
        <w:t>vn 0.5285 0.8292 -0.1823</w:t>
        <w:br/>
        <w:t>vn 0.5480 0.7971 0.2535</w:t>
        <w:br/>
        <w:t>vn 0.0864 -0.0629 0.9943</w:t>
        <w:br/>
        <w:t>vn 0.0900 -0.0684 0.9936</w:t>
        <w:br/>
        <w:t>vn 0.5272 0.8308 -0.1783</w:t>
        <w:br/>
        <w:t>vn 0.5491 0.7960 0.2548</w:t>
        <w:br/>
        <w:t>vn 0.0901 -0.0717 0.9934</w:t>
        <w:br/>
        <w:t>vn 0.0991 -0.0785 0.9920</w:t>
        <w:br/>
        <w:t>vn 0.5325 0.8288 -0.1716</w:t>
        <w:br/>
        <w:t>vn 0.5609 0.7878 0.2545</w:t>
        <w:br/>
        <w:t>vn 0.0993 -0.0811 0.9917</w:t>
        <w:br/>
        <w:t>vn 0.1090 -0.0900 0.9900</w:t>
        <w:br/>
        <w:t>vn 0.0965 -0.0995 0.9904</w:t>
        <w:br/>
        <w:t>vn 0.5816 0.7733 0.2524</w:t>
        <w:br/>
        <w:t>vn 0.5474 0.8210 -0.1623</w:t>
        <w:br/>
        <w:t>vn 0.5941 0.7622 0.2571</w:t>
        <w:br/>
        <w:t>vn 0.5565 0.8162 -0.1550</w:t>
        <w:br/>
        <w:t>vn 0.0779 -0.1024 0.9917</w:t>
        <w:br/>
        <w:t>vn 0.1287 -0.1950 0.9723</w:t>
        <w:br/>
        <w:t>vn 0.0764 -0.0865 0.9933</w:t>
        <w:br/>
        <w:t>vn 0.5581 0.8219 -0.1143</w:t>
        <w:br/>
        <w:t>vn 0.5849 0.7543 0.2982</w:t>
        <w:br/>
        <w:t>vn 0.2394 0.4646 -0.8525</w:t>
        <w:br/>
        <w:t>vn -0.0858 -0.0862 -0.9926</w:t>
        <w:br/>
        <w:t>vn 0.0124 0.1162 -0.9931</w:t>
        <w:br/>
        <w:t>vn 0.2393 0.4578 -0.8562</w:t>
        <w:br/>
        <w:t>vn 0.2294 0.4780 -0.8479</w:t>
        <w:br/>
        <w:t>vn -0.1852 -0.3462 -0.9197</w:t>
        <w:br/>
        <w:t>vn 0.0133 0.1138 -0.9934</w:t>
        <w:br/>
        <w:t>vn 0.2298 0.4514 -0.8622</w:t>
        <w:br/>
        <w:t>vn 0.0104 0.1095 -0.9939</w:t>
        <w:br/>
        <w:t>vn 0.2288 0.4470 -0.8648</w:t>
        <w:br/>
        <w:t>vn 0.0152 0.1058 -0.9943</w:t>
        <w:br/>
        <w:t>vn 0.2313 0.4415 -0.8669</w:t>
        <w:br/>
        <w:t>vn 0.0248 0.1058 -0.9941</w:t>
        <w:br/>
        <w:t>vn 0.1994 0.3992 -0.8949</w:t>
        <w:br/>
        <w:t>vn 0.0456 0.0949 -0.9944</w:t>
        <w:br/>
        <w:t>vn 0.0286 0.1128 -0.9932</w:t>
        <w:br/>
        <w:t>vn 0.3507 0.4665 -0.8120</w:t>
        <w:br/>
        <w:t>vn 0.2192 0.3469 -0.9119</w:t>
        <w:br/>
        <w:t>vn -0.0479 0.0624 -0.9969</w:t>
        <w:br/>
        <w:t>vn 0.1860 0.4447 -0.8762</w:t>
        <w:br/>
        <w:t>vn -0.1627 0.0877 -0.9828</w:t>
        <w:br/>
        <w:t>vn 0.3665 0.6774 -0.6378</w:t>
        <w:br/>
        <w:t>vn 0.0487 0.4026 -0.9141</w:t>
        <w:br/>
        <w:t>vn 0.4853 0.7586 -0.4348</w:t>
        <w:br/>
        <w:t>vn -0.1195 0.2045 -0.9715</w:t>
        <w:br/>
        <w:t>vn -0.2379 0.1139 -0.9646</w:t>
        <w:br/>
        <w:t>vn -0.3068 -0.0451 -0.9507</w:t>
        <w:br/>
        <w:t>vn 0.2435 0.5828 -0.7753</w:t>
        <w:br/>
        <w:t>vn 0.3779 0.8180 -0.4337</w:t>
        <w:br/>
        <w:t>vn -0.1297 0.0493 -0.9903</w:t>
        <w:br/>
        <w:t>vn -0.6171 -0.4755 -0.6270</w:t>
        <w:br/>
        <w:t>vn 0.1501 0.3958 -0.9060</w:t>
        <w:br/>
        <w:t>vn 0.4310 0.7107 -0.5561</w:t>
        <w:br/>
        <w:t>vn -0.2650 -0.1264 -0.9559</w:t>
        <w:br/>
        <w:t>vn -0.6023 -0.5072 -0.6164</w:t>
        <w:br/>
        <w:t>vn -0.3250 -0.2372 -0.9155</w:t>
        <w:br/>
        <w:t>vn -0.0767 0.0073 -0.9970</w:t>
        <w:br/>
        <w:t>vn 0.0230 0.1238 -0.9920</w:t>
        <w:br/>
        <w:t>vn -0.3277 -0.8091 -0.4878</w:t>
        <w:br/>
        <w:t>vn -0.3428 -0.8256 -0.4481</w:t>
        <w:br/>
        <w:t>vn -0.3272 -0.8152 -0.4779</w:t>
        <w:br/>
        <w:t>vn -0.1434 -0.4302 -0.8913</w:t>
        <w:br/>
        <w:t>vn -0.3139 -0.7932 -0.5219</w:t>
        <w:br/>
        <w:t>vn -0.3285 -0.7966 -0.5075</w:t>
        <w:br/>
        <w:t>vn 0.2631 0.5720 -0.7769</w:t>
        <w:br/>
        <w:t>vn 0.2085 0.4892 -0.8469</w:t>
        <w:br/>
        <w:t>vn 0.1822 0.4808 -0.8577</w:t>
        <w:br/>
        <w:t>vn -0.1434 -0.4301 -0.8913</w:t>
        <w:br/>
        <w:t>vn 0.0406 -0.7032 -0.7098</w:t>
        <w:br/>
        <w:t>vn 0.3641 -0.5777 -0.7305</w:t>
        <w:br/>
        <w:t>vn 0.3658 0.6471 -0.6690</w:t>
        <w:br/>
        <w:t>vn 0.5370 0.7544 -0.3775</w:t>
        <w:br/>
        <w:t>vn -0.3139 -0.7931 -0.5219</w:t>
        <w:br/>
        <w:t>vn -0.2812 -0.7860 -0.5506</w:t>
        <w:br/>
        <w:t>vn 0.3511 0.6391 -0.6844</w:t>
        <w:br/>
        <w:t>vn 0.2212 0.5054 -0.8340</w:t>
        <w:br/>
        <w:t>vn 0.3348 0.4541 -0.8256</w:t>
        <w:br/>
        <w:t>vn 0.5658 0.7771 -0.2756</w:t>
        <w:br/>
        <w:t>vn 0.5531 0.8322 0.0397</w:t>
        <w:br/>
        <w:t>vn 0.4956 0.6748 -0.5468</w:t>
        <w:br/>
        <w:t>vn 0.5234 0.8507 0.0490</w:t>
        <w:br/>
        <w:t>vn 0.3415 0.8325 0.4362</w:t>
        <w:br/>
        <w:t>vn 0.5492 0.7937 -0.2615</w:t>
        <w:br/>
        <w:t>vn 0.3982 0.8420 0.3640</w:t>
        <w:br/>
        <w:t>vn 0.6658 -0.2721 -0.6948</w:t>
        <w:br/>
        <w:t>vn 0.6658 -0.2722 -0.6948</w:t>
        <w:br/>
        <w:t>vn 0.7119 -0.4101 -0.5700</w:t>
        <w:br/>
        <w:t>vn 0.5565 0.7946 -0.2425</w:t>
        <w:br/>
        <w:t>vn 0.5653 0.7600 -0.3207</w:t>
        <w:br/>
        <w:t>vn 0.6062 -0.3327 -0.7224</w:t>
        <w:br/>
        <w:t>vn 0.5200 0.8315 -0.1954</w:t>
        <w:br/>
        <w:t>vn 0.5341 0.8450 0.0272</w:t>
        <w:br/>
        <w:t>vn 0.5594 0.8283 -0.0305</w:t>
        <w:br/>
        <w:t>vn 0.3862 0.8272 0.4082</w:t>
        <w:br/>
        <w:t>vn 0.3788 -0.1210 -0.9175</w:t>
        <w:br/>
        <w:t>vn 0.3642 0.8993 -0.2424</w:t>
        <w:br/>
        <w:t>vn 0.4906 0.8270 0.2744</w:t>
        <w:br/>
        <w:t>vn 0.4906 0.8711 0.0232</w:t>
        <w:br/>
        <w:t>vn 0.1367 0.0011 -0.9906</w:t>
        <w:br/>
        <w:t>vn 0.4423 0.8862 -0.1378</w:t>
        <w:br/>
        <w:t>vn 0.1823 0.9668 -0.1789</w:t>
        <w:br/>
        <w:t>vn 0.0628 0.1868 -0.9804</w:t>
        <w:br/>
        <w:t>vn 0.3625 0.9051 -0.2223</w:t>
        <w:br/>
        <w:t>vn 0.9933 -0.1159 -0.0033</w:t>
        <w:br/>
        <w:t>vn 0.9895 -0.1324 0.0572</w:t>
        <w:br/>
        <w:t>vn 0.9994 -0.0345 0.0090</w:t>
        <w:br/>
        <w:t>vn 0.3845 0.9213 0.0585</w:t>
        <w:br/>
        <w:t>vn 0.9794 -0.1943 0.0543</w:t>
        <w:br/>
        <w:t>vn 0.4298 0.9029 -0.0030</w:t>
        <w:br/>
        <w:t>vn 0.4376 0.8889 0.1356</w:t>
        <w:br/>
        <w:t>vn 0.9819 -0.1484 0.1173</w:t>
        <w:br/>
        <w:t>vn 0.4791 0.8486 0.2245</w:t>
        <w:br/>
        <w:t>vn 0.9883 -0.1055 0.1103</w:t>
        <w:br/>
        <w:t>vn 0.2496 -0.3207 0.9137</w:t>
        <w:br/>
        <w:t>vn 0.0617 -0.2513 0.9659</w:t>
        <w:br/>
        <w:t>vn 0.4218 -0.4723 0.7739</w:t>
        <w:br/>
        <w:t>vn 0.0536 -0.2293 0.9719</w:t>
        <w:br/>
        <w:t>vn 0.3045 0.7700 0.5607</w:t>
        <w:br/>
        <w:t>vn 0.5850 -0.5711 0.5759</w:t>
        <w:br/>
        <w:t>vn 0.5868 -0.6423 0.4930</w:t>
        <w:br/>
        <w:t>vn 0.4200 0.8540 0.3071</w:t>
        <w:br/>
        <w:t>vn 0.4488 0.8027 0.3928</w:t>
        <w:br/>
        <w:t>vn 0.4601 0.7956 0.3942</w:t>
        <w:br/>
        <w:t>vn 0.3112 0.8245 0.4725</w:t>
        <w:br/>
        <w:t>vn 0.2875 0.7298 0.6203</w:t>
        <w:br/>
        <w:t>vn 0.6125 -0.6382 0.4664</w:t>
        <w:br/>
        <w:t>vn 0.1381 0.6800 0.7201</w:t>
        <w:br/>
        <w:t>vn 0.2610 0.6336 0.7283</w:t>
        <w:br/>
        <w:t>vn 0.6130 -0.6454 0.4557</w:t>
        <w:br/>
        <w:t>vn 0.1295 0.7096 0.6926</w:t>
        <w:br/>
        <w:t>vn 0.0529 0.6548 0.7539</w:t>
        <w:br/>
        <w:t>vn -0.0820 0.4989 0.8627</w:t>
        <w:br/>
        <w:t>vn -0.0446 0.5060 0.8614</w:t>
        <w:br/>
        <w:t>vn -0.2385 0.3900 0.8894</w:t>
        <w:br/>
        <w:t>vn -0.3779 0.2666 0.8866</w:t>
        <w:br/>
        <w:t>vn -0.5901 0.1303 0.7967</w:t>
        <w:br/>
        <w:t>vn -0.3516 0.3341 0.8745</w:t>
        <w:br/>
        <w:t>vn -0.4780 -0.8761 -0.0628</w:t>
        <w:br/>
        <w:t>vn -0.5070 -0.8620 -0.0006</w:t>
        <w:br/>
        <w:t>vn -0.4620 -0.8833 -0.0797</w:t>
        <w:br/>
        <w:t>vn -0.4430 -0.8868 -0.1314</w:t>
        <w:br/>
        <w:t>vn -0.5680 -0.8217 0.0479</w:t>
        <w:br/>
        <w:t>vn -0.5439 -0.8387 0.0279</w:t>
        <w:br/>
        <w:t>vn -0.5271 0.2202 0.8208</w:t>
        <w:br/>
        <w:t>vn -0.7617 -0.0331 0.6471</w:t>
        <w:br/>
        <w:t>vn -0.6781 0.0718 0.7315</w:t>
        <w:br/>
        <w:t>vn -0.5054 0.2057 0.8380</w:t>
        <w:br/>
        <w:t>vn -0.8327 -0.2932 0.4697</w:t>
        <w:br/>
        <w:t>vn -0.8543 -0.3902 0.3434</w:t>
        <w:br/>
        <w:t>vn -0.7149 -0.0839 0.6941</w:t>
        <w:br/>
        <w:t>vn -0.6335 -0.7734 0.0201</w:t>
        <w:br/>
        <w:t>vn -0.4124 0.2657 0.8714</w:t>
        <w:br/>
        <w:t>vn -0.0696 0.5277 0.8466</w:t>
        <w:br/>
        <w:t>vn -0.6829 -0.7304 0.0154</w:t>
        <w:br/>
        <w:t>vn -0.5804 0.0075 0.8143</w:t>
        <w:br/>
        <w:t>vn -0.7518 -0.6593 0.0119</w:t>
        <w:br/>
        <w:t>vn -0.3321 0.2862 0.8988</w:t>
        <w:br/>
        <w:t>vn 0.2600 0.6035 0.7538</w:t>
        <w:br/>
        <w:t>vn -0.7779 -0.6272 0.0380</w:t>
        <w:br/>
        <w:t>vn -0.0017 0.5010 0.8654</w:t>
        <w:br/>
        <w:t>vn -0.5139 0.0970 0.8523</w:t>
        <w:br/>
        <w:t>vn -0.8000 -0.5986 0.0394</w:t>
        <w:br/>
        <w:t>vn -0.2559 0.3187 0.9126</w:t>
        <w:br/>
        <w:t>vn 0.1200 0.5172 0.8474</w:t>
        <w:br/>
        <w:t>vn -0.8032 -0.5947 0.0342</w:t>
        <w:br/>
        <w:t>vn 0.4381 0.6498 0.6211</w:t>
        <w:br/>
        <w:t>vn 0.4136 0.7951 0.4436</w:t>
        <w:br/>
        <w:t>vn 0.3987 0.6194 0.6763</w:t>
        <w:br/>
        <w:t>vn 0.2404 0.7078 0.6643</w:t>
        <w:br/>
        <w:t>vn -0.0681 0.5710 0.8181</w:t>
        <w:br/>
        <w:t>vn 0.2102 0.5414 0.8140</w:t>
        <w:br/>
        <w:t>vn 0.4530 0.8357 0.3104</w:t>
        <w:br/>
        <w:t>vn 0.3622 0.6235 0.6929</w:t>
        <w:br/>
        <w:t>vn 0.3222 0.5994 0.7328</w:t>
        <w:br/>
        <w:t>vn 0.4192 0.6302 0.6535</w:t>
        <w:br/>
        <w:t>vn 0.3947 0.6004 0.6955</w:t>
        <w:br/>
        <w:t>vn 0.1441 0.5334 0.8335</w:t>
        <w:br/>
        <w:t>vn 0.7419 0.5976 0.3040</w:t>
        <w:br/>
        <w:t>vn 0.4834 -0.6843 0.5460</w:t>
        <w:br/>
        <w:t>vn 0.4834 -0.6843 0.5459</w:t>
        <w:br/>
        <w:t>vn 0.5217 -0.6991 0.4890</w:t>
        <w:br/>
        <w:t>vn 0.0839 0.4839 0.8711</w:t>
        <w:br/>
        <w:t>vn -0.0788 0.3916 0.9168</w:t>
        <w:br/>
        <w:t>vn -0.2415 0.3706 0.8969</w:t>
        <w:br/>
        <w:t>vn 0.4428 -0.6660 0.6003</w:t>
        <w:br/>
        <w:t>vn -0.8141 -0.5654 0.1327</w:t>
        <w:br/>
        <w:t>vn -0.8281 -0.5171 0.2165</w:t>
        <w:br/>
        <w:t>vn -0.7910 -0.6059 0.0847</w:t>
        <w:br/>
        <w:t>vn -0.8433 -0.4141 0.3427</w:t>
        <w:br/>
        <w:t>vn -0.7969 -0.6032 0.0340</w:t>
        <w:br/>
        <w:t>vn -0.8009 -0.5984 0.0218</w:t>
        <w:br/>
        <w:t>vn -0.5939 -0.0195 0.8043</w:t>
        <w:br/>
        <w:t>vn -0.2262 0.2997 0.9268</w:t>
        <w:br/>
        <w:t>vn -0.1980 0.3058 0.9313</w:t>
        <w:br/>
        <w:t>vn -0.5472 -0.0176 0.8368</w:t>
        <w:br/>
        <w:t>vn -0.5492 0.0332 0.8350</w:t>
        <w:br/>
        <w:t>vn -0.7531 -0.3612 0.5499</w:t>
        <w:br/>
        <w:t>vn -0.1950 -0.7964 -0.5725</w:t>
        <w:br/>
        <w:t>vn -0.7866 -0.4519 0.4208</w:t>
        <w:br/>
        <w:t>vn -0.1771 -0.8424 -0.5090</w:t>
        <w:br/>
        <w:t>vn -0.7816 -0.4732 0.4065</w:t>
        <w:br/>
        <w:t>vn -0.1772 -0.8423 -0.5090</w:t>
        <w:br/>
        <w:t>vn -0.4439 -0.8513 -0.2797</w:t>
        <w:br/>
        <w:t>vn -0.7586 -0.6235 0.1892</w:t>
        <w:br/>
        <w:t>vn -0.2504 -0.9372 -0.2428</w:t>
        <w:br/>
        <w:t>vn -0.3305 -0.9269 -0.1779</w:t>
        <w:br/>
        <w:t>vn -0.5032 -0.8406 -0.2003</w:t>
        <w:br/>
        <w:t>vn -0.3794 -0.9250 -0.0228</w:t>
        <w:br/>
        <w:t>vn -0.7660 -0.6309 0.1232</w:t>
        <w:br/>
        <w:t>vn -0.8370 -0.4516 0.3090</w:t>
        <w:br/>
        <w:t>vn -0.7846 -0.6198 0.0143</w:t>
        <w:br/>
        <w:t>vn -0.7483 -0.6631 -0.0178</w:t>
        <w:br/>
        <w:t>vn -0.6074 -0.7793 -0.1541</w:t>
        <w:br/>
        <w:t>vn -0.6541 -0.7430 -0.1417</w:t>
        <w:br/>
        <w:t>vn -0.6351 -0.7456 -0.2018</w:t>
        <w:br/>
        <w:t>vn -0.6415 -0.7306 -0.2338</w:t>
        <w:br/>
        <w:t>vn -0.6303 -0.7558 -0.1776</w:t>
        <w:br/>
        <w:t>vn -0.5125 -0.8564 -0.0618</w:t>
        <w:br/>
        <w:t>vn -0.6704 -0.7264 -0.1517</w:t>
        <w:br/>
        <w:t>vn -0.5832 -0.8059 -0.1017</w:t>
        <w:br/>
        <w:t>vn -0.5515 -0.8313 -0.0690</w:t>
        <w:br/>
        <w:t>vn -0.4281 -0.9019 0.0579</w:t>
        <w:br/>
        <w:t>vn -0.4664 -0.8685 -0.1679</w:t>
        <w:br/>
        <w:t>vn -0.2661 -0.9593 0.0939</w:t>
        <w:br/>
        <w:t>vn -0.3638 -0.9309 -0.0310</w:t>
        <w:br/>
        <w:t>vn -0.2928 -0.8446 -0.4483</w:t>
        <w:br/>
        <w:t>vn -0.2044 -0.9647 0.1661</w:t>
        <w:br/>
        <w:t>vn -0.1856 -0.9823 -0.0264</w:t>
        <w:br/>
        <w:t>vn -0.3837 -0.9225 -0.0417</w:t>
        <w:br/>
        <w:t>vn -0.4328 -0.7683 -0.4716</w:t>
        <w:br/>
        <w:t>vn 0.7353 -0.6383 -0.2278</w:t>
        <w:br/>
        <w:t>vn -0.0099 -0.1109 0.9938</w:t>
        <w:br/>
        <w:t>vn 0.0669 -0.0498 0.9965</w:t>
        <w:br/>
        <w:t>vn -0.4225 -0.8241 0.3773</w:t>
        <w:br/>
        <w:t>vn -0.4167 -0.7657 -0.4899</w:t>
        <w:br/>
        <w:t>vn -0.4571 -0.8855 -0.0836</w:t>
        <w:br/>
        <w:t>vn -0.3961 -0.8418 0.3667</w:t>
        <w:br/>
        <w:t>vn -0.5484 -0.8348 -0.0485</w:t>
        <w:br/>
        <w:t>vn -0.4565 -0.8006 0.3881</w:t>
        <w:br/>
        <w:t>vn -0.4662 -0.7287 -0.5016</w:t>
        <w:br/>
        <w:t>vn -0.5014 -0.8626 -0.0678</w:t>
        <w:br/>
        <w:t>vn -0.4287 -0.8134 0.3933</w:t>
        <w:br/>
        <w:t>vn -0.4474 -0.7270 -0.5208</w:t>
        <w:br/>
        <w:t>vn -0.4921 -0.8675 -0.0729</w:t>
        <w:br/>
        <w:t>vn -0.4195 -0.8176 0.3944</w:t>
        <w:br/>
        <w:t>vn -0.4411 -0.7266 -0.5268</w:t>
        <w:br/>
        <w:t>vn -0.4850 -0.8713 -0.0754</w:t>
        <w:br/>
        <w:t>vn -0.4149 -0.8193 0.3957</w:t>
        <w:br/>
        <w:t>vn -0.4392 -0.7237 -0.5323</w:t>
        <w:br/>
        <w:t>vn -0.4849 -0.8711 -0.0784</w:t>
        <w:br/>
        <w:t>vn -0.4129 -0.8192 0.3981</w:t>
        <w:br/>
        <w:t>vn -0.4387 -0.7184 -0.5400</w:t>
        <w:br/>
        <w:t>vn -0.4766 -0.8753 -0.0823</w:t>
        <w:br/>
        <w:t>vn -0.3943 -0.8303 0.3939</w:t>
        <w:br/>
        <w:t>vn -0.4197 -0.7213 -0.5509</w:t>
        <w:br/>
        <w:t>vn -0.4466 -0.8895 -0.0967</w:t>
        <w:br/>
        <w:t>vn -0.3678 -0.8509 0.3751</w:t>
        <w:br/>
        <w:t>vn -0.4030 -0.7199 -0.5651</w:t>
        <w:br/>
        <w:t>vn -0.3985 -0.9039 -0.1554</w:t>
        <w:br/>
        <w:t>vn -0.3536 -0.8663 0.3529</w:t>
        <w:br/>
        <w:t>vn -0.0859 -0.0862 -0.9926</w:t>
        <w:br/>
        <w:t>vn -0.1851 -0.3462 -0.9197</w:t>
        <w:br/>
        <w:t>vn -0.1892 -0.9817 -0.0199</w:t>
        <w:br/>
        <w:t>vn -0.2598 -0.7015 -0.6636</w:t>
        <w:br/>
        <w:t>vn -0.1801 -0.9352 0.3048</w:t>
        <w:br/>
        <w:t>vn -0.1560 -0.6879 -0.7088</w:t>
        <w:br/>
        <w:t>vn 0.3255 -0.8385 0.4370</w:t>
        <w:br/>
        <w:t>vn 0.2670 -0.6985 -0.6640</w:t>
        <w:br/>
        <w:t>vn 0.2361 -0.9667 0.0989</w:t>
        <w:br/>
        <w:t>vn -0.1338 -0.9273 0.3496</w:t>
        <w:br/>
        <w:t>vn -0.6927 -0.6867 0.2203</w:t>
        <w:br/>
        <w:t>vn -0.3611 -0.8254 -0.4340</w:t>
        <w:br/>
        <w:t>vn 0.3711 -0.9264 -0.0632</w:t>
        <w:br/>
        <w:t>vn -0.5178 -0.4271 0.7412</w:t>
        <w:br/>
        <w:t>vn 0.6845 -0.6147 0.3919</w:t>
        <w:br/>
        <w:t>vn 0.0666 -0.6524 0.7549</w:t>
        <w:br/>
        <w:t>vn 0.2906 -0.2149 0.9324</w:t>
        <w:br/>
        <w:t>vn -0.9800 0.0596 0.1898</w:t>
        <w:br/>
        <w:t>vn -0.4150 0.1152 0.9025</w:t>
        <w:br/>
        <w:t>vn 0.8328 -0.1626 0.5291</w:t>
        <w:br/>
        <w:t>vn 0.3047 0.3700 0.8777</w:t>
        <w:br/>
        <w:t>vn 0.7633 0.2485 0.5964</w:t>
        <w:br/>
        <w:t>vn 0.9931 0.0485 -0.1065</w:t>
        <w:br/>
        <w:t>vn 0.8316 -0.4024 -0.3827</w:t>
        <w:br/>
        <w:t>vn 0.3950 -0.7543 -0.5244</w:t>
        <w:br/>
        <w:t>vn 0.2396 -0.4482 -0.8612</w:t>
        <w:br/>
        <w:t>vn 0.5187 0.0704 -0.8520</w:t>
        <w:br/>
        <w:t>vn 0.5634 0.5177 -0.6439</w:t>
        <w:br/>
        <w:t>vn 0.7627 0.4807 -0.4327</w:t>
        <w:br/>
        <w:t>vn 0.9931 0.1146 0.0234</w:t>
        <w:br/>
        <w:t>vn 0.3543 0.8294 0.4320</w:t>
        <w:br/>
        <w:t>vn 0.2599 0.8258 0.5005</w:t>
        <w:br/>
        <w:t>vn 0.2401 0.8210 0.5181</w:t>
        <w:br/>
        <w:t>vn 0.2739 0.8334 0.4800</w:t>
        <w:br/>
        <w:t>vn 0.4928 0.6943 0.5245</w:t>
        <w:br/>
        <w:t>vn 0.0890 0.7312 0.6763</w:t>
        <w:br/>
        <w:t>vn -0.2804 0.4339 0.8562</w:t>
        <w:br/>
        <w:t>vn -0.2883 0.8018 0.5235</w:t>
        <w:br/>
        <w:t>vn 0.2220 0.9318 0.2873</w:t>
        <w:br/>
        <w:t>vn -0.7039 0.5593 0.4378</w:t>
        <w:br/>
        <w:t>vn -0.2656 0.9640 0.0083</w:t>
        <w:br/>
        <w:t>vn 0.2602 0.9582 -0.1188</w:t>
        <w:br/>
        <w:t>vn 0.2401 0.8209 0.5181</w:t>
        <w:br/>
        <w:t>vn -0.6096 0.7520 -0.2509</w:t>
        <w:br/>
        <w:t>vn -0.0495 0.7998 -0.5983</w:t>
        <w:br/>
        <w:t>vn -0.2170 0.4204 -0.8810</w:t>
        <w:br/>
        <w:t>vn -0.2683 -0.2275 -0.9361</w:t>
        <w:br/>
        <w:t>vn -0.8018 0.3628 -0.4748</w:t>
        <w:br/>
        <w:t>vn -0.7852 -0.1872 -0.5903</w:t>
        <w:br/>
        <w:t>vn -0.3611 -0.8254 -0.4339</w:t>
        <w:br/>
        <w:t>vn -0.8668 -0.4777 -0.1426</w:t>
        <w:br/>
        <w:t>vn -0.3286 -0.6631 0.6726</w:t>
        <w:br/>
        <w:t>vn -0.5897 -0.7810 0.2058</w:t>
        <w:br/>
        <w:t>vn 0.0391 -0.9991 0.0184</w:t>
        <w:br/>
        <w:t>vn 0.2308 -0.7001 0.6757</w:t>
        <w:br/>
        <w:t>vn -0.9258 -0.2530 0.2809</w:t>
        <w:br/>
        <w:t>vn 0.3533 -0.1392 0.9251</w:t>
        <w:br/>
        <w:t>vn -0.3918 -0.1154 0.9128</w:t>
        <w:br/>
        <w:t>vn 0.6597 -0.6128 0.4351</w:t>
        <w:br/>
        <w:t>vn 0.7665 -0.6301 -0.1241</w:t>
        <w:br/>
        <w:t>vn 0.9112 -0.1154 0.3955</w:t>
        <w:br/>
        <w:t>vn 0.9448 -0.0464 -0.3244</w:t>
        <w:br/>
        <w:t>vn 0.8293 0.3298 0.4510</w:t>
        <w:br/>
        <w:t>vn 0.8602 0.4419 -0.2544</w:t>
        <w:br/>
        <w:t>vn 0.2176 0.3944 0.8928</w:t>
        <w:br/>
        <w:t>vn 0.6033 0.6841 0.4099</w:t>
        <w:br/>
        <w:t>vn 0.8097 0.5241 -0.2640</w:t>
        <w:br/>
        <w:t>vn -0.0639 0.9972 -0.0399</w:t>
        <w:br/>
        <w:t>vn -0.1096 0.9926 -0.0527</w:t>
        <w:br/>
        <w:t>vn -0.1748 0.9846 -0.0031</w:t>
        <w:br/>
        <w:t>vn -0.0468 0.9875 0.1507</w:t>
        <w:br/>
        <w:t>vn 0.0193 0.7901 0.6127</w:t>
        <w:br/>
        <w:t>vn -0.4727 0.3582 0.8052</w:t>
        <w:br/>
        <w:t>vn -0.3793 0.7910 0.4800</w:t>
        <w:br/>
        <w:t>vn -0.4082 0.9123 0.0316</w:t>
        <w:br/>
        <w:t>vn -0.8976 0.3678 0.2430</w:t>
        <w:br/>
        <w:t>vn -0.7556 0.6345 0.1626</w:t>
        <w:br/>
        <w:t>vn -0.6503 0.6810 -0.3367</w:t>
        <w:br/>
        <w:t>vn -0.0523 0.9744 -0.2184</w:t>
        <w:br/>
        <w:t>vn -0.8536 0.2322 -0.4664</w:t>
        <w:br/>
        <w:t>vn -0.1836 0.7914 -0.5831</w:t>
        <w:br/>
        <w:t>vn -0.8462 -0.2630 -0.4634</w:t>
        <w:br/>
        <w:t>vn 0.2252 0.8126 -0.5376</w:t>
        <w:br/>
        <w:t>vn -0.2760 0.3901 -0.8784</w:t>
        <w:br/>
        <w:t>vn 0.4452 0.3253 -0.8342</w:t>
        <w:br/>
        <w:t>vn 0.9448 -0.0464 -0.3243</w:t>
        <w:br/>
        <w:t>vn -0.3221 -0.1751 -0.9304</w:t>
        <w:br/>
        <w:t>vn 0.4142 -0.2394 -0.8781</w:t>
        <w:br/>
        <w:t>vn -0.5953 -0.7345 -0.3258</w:t>
        <w:br/>
        <w:t>vn 0.0390 -0.9991 0.0184</w:t>
        <w:br/>
        <w:t>vn -0.0929 -0.7343 -0.6724</w:t>
        <w:br/>
        <w:t>vn 0.4445 -0.6848 -0.5775</w:t>
        <w:br/>
        <w:t>vn 0.1313 -0.9290 0.3460</w:t>
        <w:br/>
        <w:t>vn 0.3587 -0.8247 -0.4373</w:t>
        <w:br/>
        <w:t>vn 0.6909 -0.6895 0.2173</w:t>
        <w:br/>
        <w:t>vn -0.3737 -0.9252 -0.0668</w:t>
        <w:br/>
        <w:t>vn 0.5169 -0.4315 0.7394</w:t>
        <w:br/>
        <w:t>vn -0.6861 -0.6143 0.3897</w:t>
        <w:br/>
        <w:t>vn -0.0682 -0.6552 0.7524</w:t>
        <w:br/>
        <w:t>vn -0.2909 -0.2178 0.9316</w:t>
        <w:br/>
        <w:t>vn -0.8329 -0.3986 -0.3840</w:t>
        <w:br/>
        <w:t>vn -0.3973 -0.7512 -0.5272</w:t>
        <w:br/>
        <w:t>vn -0.2411 -0.4442 -0.8629</w:t>
        <w:br/>
        <w:t>vn -0.5188 0.0751 -0.8516</w:t>
        <w:br/>
        <w:t>vn -0.9930 0.0516 -0.1060</w:t>
        <w:br/>
        <w:t>vn -0.5621 0.5218 -0.6416</w:t>
        <w:br/>
        <w:t>vn -0.7615 0.4845 -0.4306</w:t>
        <w:br/>
        <w:t>vn -0.8331 -0.1624 0.5288</w:t>
        <w:br/>
        <w:t>vn -0.9928 0.1173 0.0241</w:t>
        <w:br/>
        <w:t>vn -0.3518 0.8287 0.4354</w:t>
        <w:br/>
        <w:t>vn -0.2377 0.8196 0.5214</w:t>
        <w:br/>
        <w:t>vn -0.2574 0.8245 0.5039</w:t>
        <w:br/>
        <w:t>vn -0.7624 0.2483 0.5976</w:t>
        <w:br/>
        <w:t>vn -0.2714 0.8323 0.4833</w:t>
        <w:br/>
        <w:t>vn -0.4907 0.6936 0.5274</w:t>
        <w:br/>
        <w:t>vn -0.3034 0.3674 0.8792</w:t>
        <w:br/>
        <w:t>vn -0.0868 0.7288 0.6792</w:t>
        <w:br/>
        <w:t>vn 0.4156 0.1105 0.9028</w:t>
        <w:br/>
        <w:t>vn 0.2818 0.4298 0.8578</w:t>
        <w:br/>
        <w:t>vn 0.2907 0.7989 0.5265</w:t>
        <w:br/>
        <w:t>vn -0.2193 0.9312 0.2911</w:t>
        <w:br/>
        <w:t>vn 0.7056 0.5556 0.4398</w:t>
        <w:br/>
        <w:t>vn 0.9802 0.0562 0.1897</w:t>
        <w:br/>
        <w:t>vn 0.8655 -0.4795 -0.1448</w:t>
        <w:br/>
        <w:t>vn 0.7845 -0.1871 -0.5913</w:t>
        <w:br/>
        <w:t>vn 0.2683 0.9633 0.0120</w:t>
        <w:br/>
        <w:t>vn 0.6116 0.7513 -0.2481</w:t>
        <w:br/>
        <w:t>vn 0.8027 0.3624 -0.4737</w:t>
        <w:br/>
        <w:t>vn -0.2576 0.9594 -0.1149</w:t>
        <w:br/>
        <w:t>vn -0.2376 0.8196 0.5214</w:t>
        <w:br/>
        <w:t>vn -0.5622 0.5218 -0.6416</w:t>
        <w:br/>
        <w:t>vn -0.7615 0.4846 -0.4304</w:t>
        <w:br/>
        <w:t>vn 0.0515 0.8020 -0.5951</w:t>
        <w:br/>
        <w:t>vn 0.2179 0.4233 -0.8794</w:t>
        <w:br/>
        <w:t>vn -0.5188 0.0752 -0.8516</w:t>
        <w:br/>
        <w:t>vn 0.2674 -0.2246 -0.9370</w:t>
        <w:br/>
        <w:t>vn 0.3270 -0.6666 0.6699</w:t>
        <w:br/>
        <w:t>vn -0.0418 -0.9990 0.0144</w:t>
        <w:br/>
        <w:t>vn 0.5876 -0.7834 0.2026</w:t>
        <w:br/>
        <w:t>vn -0.2325 -0.7021 0.6730</w:t>
        <w:br/>
        <w:t>vn 0.9252 -0.2566 0.2796</w:t>
        <w:br/>
        <w:t>vn -0.3534 -0.1418 0.9247</w:t>
        <w:br/>
        <w:t>vn 0.3918 -0.1201 0.9122</w:t>
        <w:br/>
        <w:t>vn -0.6612 -0.6126 0.4330</w:t>
        <w:br/>
        <w:t>vn -0.7683 -0.6275 -0.1263</w:t>
        <w:br/>
        <w:t>vn -0.9114 -0.1145 0.3953</w:t>
        <w:br/>
        <w:t>vn -0.9450 -0.0425 -0.3242</w:t>
        <w:br/>
        <w:t>vn -0.8283 0.3303 0.4526</w:t>
        <w:br/>
        <w:t>vn -0.8591 0.4452 -0.2524</w:t>
        <w:br/>
        <w:t>vn -0.2163 0.3915 0.8944</w:t>
        <w:br/>
        <w:t>vn -0.6013 0.6841 0.4128</w:t>
        <w:br/>
        <w:t>vn -0.8083 0.5274 -0.2617</w:t>
        <w:br/>
        <w:t>vn 0.0667 0.9971 -0.0360</w:t>
        <w:br/>
        <w:t>vn 0.1775 0.9841 0.0008</w:t>
        <w:br/>
        <w:t>vn 0.1123 0.9925 -0.0489</w:t>
        <w:br/>
        <w:t>vn 0.0496 0.9867 0.1546</w:t>
        <w:br/>
        <w:t>vn -0.0169 0.7877 0.6158</w:t>
        <w:br/>
        <w:t>vn 0.4739 0.3537 0.8064</w:t>
        <w:br/>
        <w:t>vn 0.3816 0.7881 0.4830</w:t>
        <w:br/>
        <w:t>vn 0.4107 0.9111 0.0351</w:t>
        <w:br/>
        <w:t>vn 0.8987 0.3643 0.2441</w:t>
        <w:br/>
        <w:t>vn 0.7574 0.6317 0.1648</w:t>
        <w:br/>
        <w:t>vn 0.6520 0.6805 -0.3343</w:t>
        <w:br/>
        <w:t>vn 0.0549 0.9751 -0.2146</w:t>
        <w:br/>
        <w:t>vn 0.8540 0.2317 -0.4657</w:t>
        <w:br/>
        <w:t>vn 0.1856 0.7932 -0.5800</w:t>
        <w:br/>
        <w:t>vn 0.8454 -0.2635 -0.4647</w:t>
        <w:br/>
        <w:t>vn 0.2774 0.3927 -0.8768</w:t>
        <w:br/>
        <w:t>vn -0.2231 0.8153 -0.5343</w:t>
        <w:br/>
        <w:t>vn 0.0667 0.9971 -0.0361</w:t>
        <w:br/>
        <w:t>vn -0.8591 0.4453 -0.2524</w:t>
        <w:br/>
        <w:t>vn -0.4446 0.3298 -0.8328</w:t>
        <w:br/>
        <w:t>vn 0.3214 -0.1724 -0.9311</w:t>
        <w:br/>
        <w:t>vn -0.4151 -0.2348 -0.8789</w:t>
        <w:br/>
        <w:t>vn -0.4466 -0.6813 -0.5800</w:t>
        <w:br/>
        <w:t>vn -0.0418 -0.9990 0.0145</w:t>
        <w:br/>
        <w:t>vn 0.0906 -0.7320 -0.6753</w:t>
        <w:br/>
        <w:t>vn 0.5933 -0.7348 -0.3286</w:t>
        <w:br/>
        <w:t>vn -0.2199 0.9733 0.0663</w:t>
        <w:br/>
        <w:t>vn -0.2172 0.9740 0.0651</w:t>
        <w:br/>
        <w:t>vn -0.3888 0.6749 0.6272</w:t>
        <w:br/>
        <w:t>vn -0.0554 0.3906 0.9189</w:t>
        <w:br/>
        <w:t>vn -0.0060 0.3376 0.9413</w:t>
        <w:br/>
        <w:t>vn -0.1806 0.3127 0.9325</w:t>
        <w:br/>
        <w:t>vn -0.1998 0.2358 0.9510</w:t>
        <w:br/>
        <w:t>vn -0.6774 0.7281 0.1048</w:t>
        <w:br/>
        <w:t>vn -0.1989 0.2350 0.9514</w:t>
        <w:br/>
        <w:t>vn -0.7047 0.7012 0.1082</w:t>
        <w:br/>
        <w:t>vn -0.2771 0.3098 -0.9095</w:t>
        <w:br/>
        <w:t>vn -0.1975 0.4050 -0.8927</w:t>
        <w:br/>
        <w:t>vn -0.1682 0.3771 -0.9108</w:t>
        <w:br/>
        <w:t>vn -0.2929 0.3251 -0.8992</w:t>
        <w:br/>
        <w:t>vn -0.2989 0.2618 -0.9177</w:t>
        <w:br/>
        <w:t>vn -0.3009 0.2627 -0.9168</w:t>
        <w:br/>
        <w:t>vn -0.2073 0.3243 -0.9230</w:t>
        <w:br/>
        <w:t>vn -0.4409 0.8932 0.0879</w:t>
        <w:br/>
        <w:t>vn -0.1727 0.3391 -0.9248</w:t>
        <w:br/>
        <w:t>vn -0.1074 0.3097 0.9448</w:t>
        <w:br/>
        <w:t>vn -0.3352 0.9389 0.0784</w:t>
        <w:br/>
        <w:t>vn -0.0727 0.3293 0.9414</w:t>
        <w:br/>
        <w:t>vn -0.3522 0.2487 -0.9023</w:t>
        <w:br/>
        <w:t>vn -0.5691 0.8166 0.0964</w:t>
        <w:br/>
        <w:t>vn -0.3556 0.2490 -0.9009</w:t>
        <w:br/>
        <w:t>vn -0.2413 0.2456 0.9389</w:t>
        <w:br/>
        <w:t>vn -0.5770 0.8107 0.0991</w:t>
        <w:br/>
        <w:t>vn -0.2444 0.2462 0.9379</w:t>
        <w:br/>
        <w:t>vn -0.4774 0.2226 -0.8500</w:t>
        <w:br/>
        <w:t>vn -0.2889 0.2315 0.9289</w:t>
        <w:br/>
        <w:t>vn -0.4406 0.2156 -0.8714</w:t>
        <w:br/>
        <w:t>vn -0.5236 0.7247 0.4480</w:t>
        <w:br/>
        <w:t>vn -0.5562 0.8261 0.0909</w:t>
        <w:br/>
        <w:t>vn -0.2061 0.4343 -0.8769</w:t>
        <w:br/>
        <w:t>vn 0.0279 0.9981 0.0542</w:t>
        <w:br/>
        <w:t>vn 0.0703 0.4583 -0.8860</w:t>
        <w:br/>
        <w:t>vn 0.0047 0.4023 0.9155</w:t>
        <w:br/>
        <w:t>vn 0.2477 0.9679 0.0423</w:t>
        <w:br/>
        <w:t>vn 0.2382 0.3769 0.8951</w:t>
        <w:br/>
        <w:t>vn 0.2994 0.7383 -0.6044</w:t>
        <w:br/>
        <w:t>vn -0.0430 0.3249 -0.9448</w:t>
        <w:br/>
        <w:t>vn 0.3675 0.5205 0.7708</w:t>
        <w:br/>
        <w:t>vn 0.3675 0.5204 0.7708</w:t>
        <w:br/>
        <w:t>vn 0.1677 0.1845 0.9684</w:t>
        <w:br/>
        <w:t>vn -0.3071 0.2473 -0.9190</w:t>
        <w:br/>
        <w:t>vn -0.0399 0.1431 0.9889</w:t>
        <w:br/>
        <w:t>vn -0.6297 0.7709 0.0962</w:t>
        <w:br/>
        <w:t>vn -0.4821 0.8717 0.0884</w:t>
        <w:br/>
        <w:t>vn -0.5007 0.8601 0.0978</w:t>
        <w:br/>
        <w:t>vn -0.7570 0.6460 0.0981</w:t>
        <w:br/>
        <w:t>vn 0.1013 0.3389 0.9353</w:t>
        <w:br/>
        <w:t>vn -0.3126 0.2317 -0.9212</w:t>
        <w:br/>
        <w:t>vn -0.0320 0.1745 0.9841</w:t>
        <w:br/>
        <w:t>vn -0.7838 0.6129 0.0995</w:t>
        <w:br/>
        <w:t>vn -0.3098 0.1873 -0.9322</w:t>
        <w:br/>
        <w:t>vn -0.6839 0.7234 0.0941</w:t>
        <w:br/>
        <w:t>vn 0.0175 0.2224 0.9748</w:t>
        <w:br/>
        <w:t>vn -0.3349 0.9397 0.0693</w:t>
        <w:br/>
        <w:t>vn -0.2679 0.2341 -0.9346</w:t>
        <w:br/>
        <w:t>vn -0.0365 0.9984 0.0422</w:t>
        <w:br/>
        <w:t>vn 0.8385 0.5302 0.1258</w:t>
        <w:br/>
        <w:t>vn 0.4866 0.8564 0.1726</w:t>
        <w:br/>
        <w:t>vn 0.4865 0.8564 0.1727</w:t>
        <w:br/>
        <w:t>vn 0.4866 0.8564 0.1727</w:t>
        <w:br/>
        <w:t>vn 0.1013 0.3388 0.9354</w:t>
        <w:br/>
        <w:t>vn 0.1759 0.6238 0.7615</w:t>
        <w:br/>
        <w:t>vn 0.6795 0.7212 -0.1345</w:t>
        <w:br/>
        <w:t>vn 0.8269 0.5274 -0.1949</w:t>
        <w:br/>
        <w:t>vn 0.7783 0.5744 -0.2536</w:t>
        <w:br/>
        <w:t>vn 0.6793 0.7214 -0.1346</w:t>
        <w:br/>
        <w:t>vn 0.8689 0.4762 -0.1346</w:t>
        <w:br/>
        <w:t>vn -0.3175 0.3524 -0.8803</w:t>
        <w:br/>
        <w:t>vn -0.3194 0.3598 -0.8767</w:t>
        <w:br/>
        <w:t>vn -0.3134 0.3292 -0.8907</w:t>
        <w:br/>
        <w:t>vn 0.1791 0.6199 0.7640</w:t>
        <w:br/>
        <w:t>vn -0.1699 0.4359 0.8838</w:t>
        <w:br/>
        <w:t>vn -0.4155 0.7179 0.5586</w:t>
        <w:br/>
        <w:t>vn -0.3176 0.4143 -0.8530</w:t>
        <w:br/>
        <w:t>vn -0.5033 0.8597 0.0870</w:t>
        <w:br/>
        <w:t>vn -0.5428 0.8354 0.0866</w:t>
        <w:br/>
        <w:t>vn -0.3263 0.4434 -0.8348</w:t>
        <w:br/>
        <w:t>vn -0.3916 0.7973 0.4594</w:t>
        <w:br/>
        <w:t>vn -0.3345 0.4590 -0.8231</w:t>
        <w:br/>
        <w:t>vn -0.4660 0.8808 0.0839</w:t>
        <w:br/>
        <w:t>vn -0.3402 0.4348 -0.8338</w:t>
        <w:br/>
        <w:t>vn -0.3593 0.7037 0.6130</w:t>
        <w:br/>
        <w:t>vn -0.1823 0.4465 0.8760</w:t>
        <w:br/>
        <w:t>vn -0.1693 0.4209 0.8912</w:t>
        <w:br/>
        <w:t>vn -0.3434 0.4260 -0.8370</w:t>
        <w:br/>
        <w:t>vn -0.5314 0.8424 0.0894</w:t>
        <w:br/>
        <w:t>vn -0.3305 0.4254 -0.8425</w:t>
        <w:br/>
        <w:t>vn -0.3422 0.4353 -0.8327</w:t>
        <w:br/>
        <w:t>vn -0.4455 0.7686 0.4591</w:t>
        <w:br/>
        <w:t>vn -0.5135 0.8538 0.0853</w:t>
        <w:br/>
        <w:t>vn -0.3561 0.4484 -0.8198</w:t>
        <w:br/>
        <w:t>vn -0.3793 0.4711 -0.7964</w:t>
        <w:br/>
        <w:t>vn -0.3724 0.7265 0.5775</w:t>
        <w:br/>
        <w:t>vn -0.5038 0.8589 0.0920</w:t>
        <w:br/>
        <w:t>vn -0.1416 0.3878 0.9108</w:t>
        <w:br/>
        <w:t>vn -0.5137 0.7602 -0.3978</w:t>
        <w:br/>
        <w:t>vn -0.3974 0.4911 -0.7752</w:t>
        <w:br/>
        <w:t>vn -0.4338 0.7710 0.4662</w:t>
        <w:br/>
        <w:t>vn -0.5136 0.7602 -0.3978</w:t>
        <w:br/>
        <w:t>vn -0.1334 0.3618 0.9227</w:t>
        <w:br/>
        <w:t>vn -0.3309 0.6358 0.6973</w:t>
        <w:br/>
        <w:t>vn -0.1417 0.3878 0.9108</w:t>
        <w:br/>
        <w:t>vn -0.1916 0.4199 0.8871</w:t>
        <w:br/>
        <w:t>vn -0.1814 0.4230 0.8878</w:t>
        <w:br/>
        <w:t>vn 0.0254 -0.9834 -0.1794</w:t>
        <w:br/>
        <w:t>vn 0.0201 -0.9927 -0.1192</w:t>
        <w:br/>
        <w:t>vn 0.0242 -0.9930 -0.1160</w:t>
        <w:br/>
        <w:t>vn 0.0229 -0.9989 -0.0404</w:t>
        <w:br/>
        <w:t>vn 0.0274 -0.9982 -0.0531</w:t>
        <w:br/>
        <w:t>vn 0.0220 -0.9997 0.0047</w:t>
        <w:br/>
        <w:t>vn 0.0221 -0.9997 0.0042</w:t>
        <w:br/>
        <w:t>vn 0.0219 -0.9997 0.0067</w:t>
        <w:br/>
        <w:t>vn 0.0218 -0.9997 0.0072</w:t>
        <w:br/>
        <w:t>vn 0.0218 -0.9997 0.0133</w:t>
        <w:br/>
        <w:t>vn 0.0215 -0.9996 0.0200</w:t>
        <w:br/>
        <w:t>vn 0.0205 -0.9989 0.0419</w:t>
        <w:br/>
        <w:t>vn 0.0184 -0.9978 0.0638</w:t>
        <w:br/>
        <w:t>vn 0.0172 -0.9969 0.0772</w:t>
        <w:br/>
        <w:t>vn 0.0162 -0.9968 0.0777</w:t>
        <w:br/>
        <w:t>vn -0.0154 -0.9104 0.4134</w:t>
        <w:br/>
        <w:t>vn -0.0159 -0.9088 0.4169</w:t>
        <w:br/>
        <w:t>vn -0.0619 -0.5231 0.8500</w:t>
        <w:br/>
        <w:t>vn -0.0757 -0.3003 0.9509</w:t>
        <w:br/>
        <w:t>vn -0.0843 -0.0683 0.9941</w:t>
        <w:br/>
        <w:t>vn -0.0846 -0.0773 0.9934</w:t>
        <w:br/>
        <w:t>vn 0.0196 -0.9922 -0.1231</w:t>
        <w:br/>
        <w:t>vn 0.0215 -0.9897 -0.1417</w:t>
        <w:br/>
        <w:t>vn 0.0152 -0.9972 -0.0725</w:t>
        <w:br/>
        <w:t>vn 0.0143 -0.9978 -0.0649</w:t>
        <w:br/>
        <w:t>vn 0.0109 -0.9997 -0.0218</w:t>
        <w:br/>
        <w:t>vn 0.0108 -0.9998 -0.0184</w:t>
        <w:br/>
        <w:t>vn 0.0665 -0.1960 -0.9783</w:t>
        <w:br/>
        <w:t>vn 0.0651 -0.1810 -0.9813</w:t>
        <w:br/>
        <w:t>vn 0.0678 -0.2110 -0.9751</w:t>
        <w:br/>
        <w:t>vn 0.0218 -0.9997 0.0144</w:t>
        <w:br/>
        <w:t>vn 0.0185 -0.9994 0.0301</w:t>
        <w:br/>
        <w:t>vn 0.0251 -0.9997 -0.0012</w:t>
        <w:br/>
        <w:t>vn -0.0545 -0.1762 0.9829</w:t>
        <w:br/>
        <w:t>vn -0.0573 -0.2305 0.9714</w:t>
        <w:br/>
        <w:t>vn -0.0599 -0.2842 0.9569</w:t>
        <w:br/>
        <w:t>vn 0.0699 -0.5163 -0.8535</w:t>
        <w:br/>
        <w:t>vn 0.0699 -0.5164 -0.8535</w:t>
        <w:br/>
        <w:t>vn 0.0694 -0.5201 -0.8513</w:t>
        <w:br/>
        <w:t>vn 0.0704 -0.5126 -0.8557</w:t>
        <w:br/>
        <w:t>vn -0.0197 -0.6338 0.7733</w:t>
        <w:br/>
        <w:t>vn -0.0207 -0.6599 0.7511</w:t>
        <w:br/>
        <w:t>vn -0.0217 -0.6852 0.7280</w:t>
        <w:br/>
        <w:t>vn 0.0436 -0.7048 -0.7080</w:t>
        <w:br/>
        <w:t>vn 0.0436 -0.7049 -0.7080</w:t>
        <w:br/>
        <w:t>vn 0.0481 -0.6793 -0.7323</w:t>
        <w:br/>
        <w:t>vn 0.0391 -0.7295 -0.6829</w:t>
        <w:br/>
        <w:t>vn -0.0053 -0.7456 0.6663</w:t>
        <w:br/>
        <w:t>vn -0.0060 -0.7522 0.6589</w:t>
        <w:br/>
        <w:t>vn -0.0068 -0.7587 0.6515</w:t>
        <w:br/>
        <w:t>vn 0.0418 -0.7693 -0.6375</w:t>
        <w:br/>
        <w:t>vn 0.0407 -0.7620 -0.6463</w:t>
        <w:br/>
        <w:t>vn 0.0407 -0.7620 -0.6462</w:t>
        <w:br/>
        <w:t>vn 0.0396 -0.7547 -0.6549</w:t>
        <w:br/>
        <w:t>vn 0.0048 -0.8580 0.5136</w:t>
        <w:br/>
        <w:t>vn 0.0018 -0.8822 0.4709</w:t>
        <w:br/>
        <w:t>vn -0.0011 -0.9043 0.4269</w:t>
        <w:br/>
        <w:t>vn 0.0510 -0.8200 -0.5701</w:t>
        <w:br/>
        <w:t>vn 0.0432 -0.7527 -0.6570</w:t>
        <w:br/>
        <w:t>vn 0.0432 -0.7526 -0.6570</w:t>
        <w:br/>
        <w:t>vn 0.0350 -0.6761 -0.7360</w:t>
        <w:br/>
        <w:t>vn 0.0158 -0.9347 0.3552</w:t>
        <w:br/>
        <w:t>vn 0.0158 -0.9348 0.3549</w:t>
        <w:br/>
        <w:t>vn 0.0310 -0.9943 0.1021</w:t>
        <w:br/>
        <w:t>vn 0.0401 -0.9711 -0.2354</w:t>
        <w:br/>
        <w:t>vn 0.0373 -0.9758 -0.2154</w:t>
        <w:br/>
        <w:t>vn 0.0389 -0.8183 -0.5735</w:t>
        <w:br/>
        <w:t>vn 0.0067 -0.9084 0.4181</w:t>
        <w:br/>
        <w:t>vn 0.0240 -0.9996 0.0163</w:t>
        <w:br/>
        <w:t>vn 0.0228 -0.9994 0.0248</w:t>
        <w:br/>
        <w:t>vn 0.0292 -0.9958 -0.0865</w:t>
        <w:br/>
        <w:t>vn 0.0348 -0.9869 0.1578</w:t>
        <w:br/>
        <w:t>vn 0.0292 -0.9960 0.0850</w:t>
        <w:br/>
        <w:t>vn 0.0547 -0.9951 0.0823</w:t>
        <w:br/>
        <w:t>vn 0.0275 -0.9990 -0.0343</w:t>
        <w:br/>
        <w:t>vn 0.0110 -0.9959 -0.0901</w:t>
        <w:br/>
        <w:t>vn 0.0283 -0.9852 0.1689</w:t>
        <w:br/>
        <w:t>vn 0.0309 -0.9889 0.1451</w:t>
        <w:br/>
        <w:t>vn 0.0309 -0.9924 0.1188</w:t>
        <w:br/>
        <w:t>vn -0.2359 -0.3400 0.9103</w:t>
        <w:br/>
        <w:t>vn -0.2208 -0.3356 0.9158</w:t>
        <w:br/>
        <w:t>vn -0.2598 -0.3290 0.9079</w:t>
        <w:br/>
        <w:t>vn -0.0125 -0.3230 0.9463</w:t>
        <w:br/>
        <w:t>vn -0.0260 -0.3137 0.9492</w:t>
        <w:br/>
        <w:t>vn 0.2653 -0.3001 0.9163</w:t>
        <w:br/>
        <w:t>vn 0.2697 -0.3024 0.9142</w:t>
        <w:br/>
        <w:t>vn 0.2861 -0.3066 0.9078</w:t>
        <w:br/>
        <w:t>vn -0.1271 -0.3713 0.9198</w:t>
        <w:br/>
        <w:t>vn -0.2070 -0.2905 0.9342</w:t>
        <w:br/>
        <w:t>vn -0.2337 -0.2633 0.9360</w:t>
        <w:br/>
        <w:t>vn 0.0387 -0.2008 0.9789</w:t>
        <w:br/>
        <w:t>vn 0.0507 -0.2278 0.9724</w:t>
        <w:br/>
        <w:t>vn 0.3021 -0.2179 0.9280</w:t>
        <w:br/>
        <w:t>vn 0.2615 -0.2154 0.9409</w:t>
        <w:br/>
        <w:t>vn 0.1843 -0.3035 0.9348</w:t>
        <w:br/>
        <w:t>vn -0.9858 0.1619 0.0444</w:t>
        <w:br/>
        <w:t>vn -0.9410 0.1386 0.3087</w:t>
        <w:br/>
        <w:t>vn -0.9824 0.1834 0.0351</w:t>
        <w:br/>
        <w:t>vn -0.9150 0.1315 0.3815</w:t>
        <w:br/>
        <w:t>vn -0.7290 0.1703 0.6630</w:t>
        <w:br/>
        <w:t>vn -0.7199 0.1917 0.6671</w:t>
        <w:br/>
        <w:t>vn -0.5046 0.1864 0.8430</w:t>
        <w:br/>
        <w:t>vn -0.3704 0.1252 0.9204</w:t>
        <w:br/>
        <w:t>vn 0.7715 -0.0600 0.6334</w:t>
        <w:br/>
        <w:t>vn -0.3613 0.0927 0.9278</w:t>
        <w:br/>
        <w:t>vn -0.2550 0.1094 0.9607</w:t>
        <w:br/>
        <w:t>vn -0.0467 0.1365 0.9895</w:t>
        <w:br/>
        <w:t>vn -0.0992 0.1311 0.9864</w:t>
        <w:br/>
        <w:t>vn 0.1443 0.1585 0.9768</w:t>
        <w:br/>
        <w:t>vn 0.1062 0.1667 0.9803</w:t>
        <w:br/>
        <w:t>vn -0.1768 0.0806 0.9809</w:t>
        <w:br/>
        <w:t>vn -0.5402 -0.0217 0.8413</w:t>
        <w:br/>
        <w:t>vn 0.4933 0.2949 0.8183</w:t>
        <w:br/>
        <w:t>vn 0.6835 0.2743 0.6765</w:t>
        <w:br/>
        <w:t>vn 0.6954 0.3064 0.6500</w:t>
        <w:br/>
        <w:t>vn 0.8766 0.2299 0.4227</w:t>
        <w:br/>
        <w:t>vn 0.9026 0.2089 0.3763</w:t>
        <w:br/>
        <w:t>vn 0.9725 0.2127 0.0946</w:t>
        <w:br/>
        <w:t>vn 0.9640 0.2275 0.1377</w:t>
        <w:br/>
        <w:t>vn 0.9388 0.2351 -0.2516</w:t>
        <w:br/>
        <w:t>vn 0.8863 0.2043 -0.4156</w:t>
        <w:br/>
        <w:t>vn 0.7473 0.2906 -0.5975</w:t>
        <w:br/>
        <w:t>vn 0.7053 0.3225 -0.6313</w:t>
        <w:br/>
        <w:t>vn 0.7626 0.1632 -0.6260</w:t>
        <w:br/>
        <w:t>vn 0.4400 0.5461 -0.7128</w:t>
        <w:br/>
        <w:t>vn 0.7664 0.1595 -0.6223</w:t>
        <w:br/>
        <w:t>vn 0.3349 0.6681 -0.6644</w:t>
        <w:br/>
        <w:t>vn -0.3210 0.8001 0.5068</w:t>
        <w:br/>
        <w:t>vn -0.4035 0.7815 0.4758</w:t>
        <w:br/>
        <w:t>vn -0.2896 0.7829 0.5506</w:t>
        <w:br/>
        <w:t>vn -0.0201 0.7496 -0.6616</w:t>
        <w:br/>
        <w:t>vn -0.0306 0.8091 0.5868</w:t>
        <w:br/>
        <w:t>vn -0.0204 0.7499 -0.6612</w:t>
        <w:br/>
        <w:t>vn -0.0307 0.7612 0.6478</w:t>
        <w:br/>
        <w:t>vn 0.2448 0.8086 0.5351</w:t>
        <w:br/>
        <w:t>vn -0.3869 0.6843 -0.6181</w:t>
        <w:br/>
        <w:t>vn 0.2833 0.8308 0.4791</w:t>
        <w:br/>
        <w:t>vn -0.3209 0.7248 -0.6096</w:t>
        <w:br/>
        <w:t>vn -0.6326 0.5619 -0.5329</w:t>
        <w:br/>
        <w:t>vn 0.3870 0.7964 0.4648</w:t>
        <w:br/>
        <w:t>vn -0.8418 0.2184 -0.4937</w:t>
        <w:br/>
        <w:t>vn -0.7865 -0.0106 -0.6175</w:t>
        <w:br/>
        <w:t>vn -0.8055 -0.0351 -0.5915</w:t>
        <w:br/>
        <w:t>vn -0.9435 0.2467 -0.2210</w:t>
        <w:br/>
        <w:t>vn -0.9439 0.0885 -0.3182</w:t>
        <w:br/>
        <w:t>vn -0.3024 -0.2134 0.9290</w:t>
        <w:br/>
        <w:t>vn -0.1848 -0.2993 0.9361</w:t>
        <w:br/>
        <w:t>vn -0.2618 -0.2110 0.9418</w:t>
        <w:br/>
        <w:t>vn -0.0389 -0.1968 0.9797</w:t>
        <w:br/>
        <w:t>vn -0.0510 -0.2239 0.9733</w:t>
        <w:br/>
        <w:t>vn 0.2332 -0.2603 0.9369</w:t>
        <w:br/>
        <w:t>vn 0.2065 -0.2874 0.9353</w:t>
        <w:br/>
        <w:t>vn 0.1263 -0.3681 0.9212</w:t>
        <w:br/>
        <w:t>vn 0.9415 0.1348 0.3089</w:t>
        <w:br/>
        <w:t>vn 0.9863 0.1590 0.0447</w:t>
        <w:br/>
        <w:t>vn 0.9829 0.1806 0.0355</w:t>
        <w:br/>
        <w:t>vn 0.9155 0.1275 0.3817</w:t>
        <w:br/>
        <w:t>vn 0.7297 0.1657 0.6634</w:t>
        <w:br/>
        <w:t>vn 0.7206 0.1871 0.6676</w:t>
        <w:br/>
        <w:t>vn 0.5054 0.1817 0.8435</w:t>
        <w:br/>
        <w:t>vn 0.3710 0.1205 0.9208</w:t>
        <w:br/>
        <w:t>vn -0.7715 -0.0604 0.6334</w:t>
        <w:br/>
        <w:t>vn 0.3618 0.0880 0.9281</w:t>
        <w:br/>
        <w:t>vn 0.2556 0.1049 0.9611</w:t>
        <w:br/>
        <w:t>vn 0.0474 0.1325 0.9901</w:t>
        <w:br/>
        <w:t>vn 0.0997 0.1269 0.9869</w:t>
        <w:br/>
        <w:t>vn -0.1436 0.1550 0.9774</w:t>
        <w:br/>
        <w:t>vn -0.1054 0.1631 0.9810</w:t>
        <w:br/>
        <w:t>vn 0.1773 0.0762 0.9812</w:t>
        <w:br/>
        <w:t>vn 0.5404 -0.0265 0.8410</w:t>
        <w:br/>
        <w:t>vn -0.6825 0.2735 0.6778</w:t>
        <w:br/>
        <w:t>vn -0.4922 0.2931 0.8197</w:t>
        <w:br/>
        <w:t>vn -0.1055 0.1631 0.9810</w:t>
        <w:br/>
        <w:t>vn -0.6944 0.3058 0.6514</w:t>
        <w:br/>
        <w:t>vn -0.8758 0.2309 0.4239</w:t>
        <w:br/>
        <w:t>vn -0.9019 0.2099 0.3774</w:t>
        <w:br/>
        <w:t>vn -0.9719 0.2150 0.0958</w:t>
        <w:br/>
        <w:t>vn -0.9633 0.2296 0.1389</w:t>
        <w:br/>
        <w:t>vn -0.9384 0.2383 -0.2504</w:t>
        <w:br/>
        <w:t>vn -0.8859 0.2083 -0.4145</w:t>
        <w:br/>
        <w:t>vn -0.7467 0.2950 -0.5961</w:t>
        <w:br/>
        <w:t>vn -0.7046 0.3269 -0.6298</w:t>
        <w:br/>
        <w:t>vn -0.7623 0.1678 -0.6252</w:t>
        <w:br/>
        <w:t>vn -0.4387 0.5502 -0.7106</w:t>
        <w:br/>
        <w:t>vn -0.7661 0.1641 -0.6214</w:t>
        <w:br/>
        <w:t>vn -0.3333 0.6716 -0.6617</w:t>
        <w:br/>
        <w:t>vn 0.3234 0.7972 0.5099</w:t>
        <w:br/>
        <w:t>vn 0.2919 0.7799 0.5536</w:t>
        <w:br/>
        <w:t>vn 0.4058 0.7785 0.4788</w:t>
        <w:br/>
        <w:t>vn 0.0220 0.7521 -0.6587</w:t>
        <w:br/>
        <w:t>vn 0.0330 0.8068 0.5900</w:t>
        <w:br/>
        <w:t>vn 0.0223 0.7524 -0.6583</w:t>
        <w:br/>
        <w:t>vn 0.0328 0.7586 0.6508</w:t>
        <w:br/>
        <w:t>vn -0.2424 0.8071 0.5383</w:t>
        <w:br/>
        <w:t>vn 0.3886 0.6856 -0.6155</w:t>
        <w:br/>
        <w:t>vn -0.2809 0.8297 0.4825</w:t>
        <w:br/>
        <w:t>vn 0.3227 0.7263 -0.6069</w:t>
        <w:br/>
        <w:t>vn 0.6340 0.5623 -0.5309</w:t>
        <w:br/>
        <w:t>vn -0.3847 0.7956 0.4680</w:t>
        <w:br/>
        <w:t>vn 0.8422 0.2180 -0.4931</w:t>
        <w:br/>
        <w:t>vn 0.8052 -0.0350 -0.5919</w:t>
        <w:br/>
        <w:t>vn 0.7862 -0.0103 -0.6178</w:t>
        <w:br/>
        <w:t>vn 0.9441 0.2450 -0.2204</w:t>
        <w:br/>
        <w:t>vn 0.9440 0.0871 -0.3181</w:t>
        <w:br/>
        <w:t>vn 0.9863 0.1590 0.0448</w:t>
        <w:br/>
        <w:t>vn -0.0237 -0.9849 -0.1715</w:t>
        <w:br/>
        <w:t>vn -0.0219 -0.9939 -0.1080</w:t>
        <w:br/>
        <w:t>vn -0.0178 -0.9936 -0.1113</w:t>
        <w:br/>
        <w:t>vn -0.0199 -0.9993 -0.0324</w:t>
        <w:br/>
        <w:t>vn -0.0245 -0.9987 -0.0450</w:t>
        <w:br/>
        <w:t>vn -0.0187 -0.9997 0.0128</w:t>
        <w:br/>
        <w:t>vn -0.0187 -0.9997 0.0126</w:t>
        <w:br/>
        <w:t>vn -0.0185 -0.9997 0.0147</w:t>
        <w:br/>
        <w:t>vn -0.0184 -0.9997 0.0152</w:t>
        <w:br/>
        <w:t>vn -0.0183 -0.9996 0.0213</w:t>
        <w:br/>
        <w:t>vn -0.0180 -0.9994 0.0280</w:t>
        <w:br/>
        <w:t>vn -0.0168 -0.9986 0.0499</w:t>
        <w:br/>
        <w:t>vn -0.0146 -0.9973 0.0718</w:t>
        <w:br/>
        <w:t>vn -0.0132 -0.9963 0.0851</w:t>
        <w:br/>
        <w:t>vn -0.0122 -0.9963 0.0857</w:t>
        <w:br/>
        <w:t>vn 0.0221 -0.9071 0.4204</w:t>
        <w:br/>
        <w:t>vn 0.0225 -0.9055 0.4238</w:t>
        <w:br/>
        <w:t>vn 0.0710 -0.5162 0.8535</w:t>
        <w:br/>
        <w:t>vn 0.0849 -0.2926 0.9525</w:t>
        <w:br/>
        <w:t>vn 0.0931 -0.0602 0.9938</w:t>
        <w:br/>
        <w:t>vn 0.0934 -0.0693 0.9932</w:t>
        <w:br/>
        <w:t>vn -0.0194 -0.9908 -0.1337</w:t>
        <w:br/>
        <w:t>vn -0.0173 -0.9932 -0.1152</w:t>
        <w:br/>
        <w:t>vn -0.0125 -0.9978 -0.0647</w:t>
        <w:br/>
        <w:t>vn -0.0115 -0.9983 -0.0570</w:t>
        <w:br/>
        <w:t>vn -0.0077 -0.9999 -0.0139</w:t>
        <w:br/>
        <w:t>vn -0.0077 -0.9999 -0.0105</w:t>
        <w:br/>
        <w:t>vn -0.0743 -0.2039 -0.9762</w:t>
        <w:br/>
        <w:t>vn -0.0730 -0.1889 -0.9793</w:t>
        <w:br/>
        <w:t>vn -0.0755 -0.2188 -0.9728</w:t>
        <w:br/>
        <w:t>vn -0.0184 -0.9996 0.0224</w:t>
        <w:br/>
        <w:t>vn -0.0149 -0.9992 0.0380</w:t>
        <w:br/>
        <w:t>vn -0.0218 -0.9997 0.0068</w:t>
        <w:br/>
        <w:t>vn 0.0664 -0.2227 0.9726</w:t>
        <w:br/>
        <w:t>vn 0.0636 -0.1683 0.9837</w:t>
        <w:br/>
        <w:t>vn 0.0691 -0.2764 0.9585</w:t>
        <w:br/>
        <w:t>vn -0.0756 -0.5233 -0.8488</w:t>
        <w:br/>
        <w:t>vn -0.0756 -0.5232 -0.8488</w:t>
        <w:br/>
        <w:t>vn -0.0751 -0.5270 -0.8466</w:t>
        <w:br/>
        <w:t>vn -0.0761 -0.5195 -0.8511</w:t>
        <w:br/>
        <w:t>vn 0.0294 -0.6539 0.7560</w:t>
        <w:br/>
        <w:t>vn 0.0285 -0.6276 0.7780</w:t>
        <w:br/>
        <w:t>vn 0.0303 -0.6794 0.7331</w:t>
        <w:br/>
        <w:t>vn -0.0474 -0.7105 -0.7021</w:t>
        <w:br/>
        <w:t>vn -0.0522 -0.6852 -0.7265</w:t>
        <w:br/>
        <w:t>vn -0.0426 -0.7350 -0.6768</w:t>
        <w:br/>
        <w:t>vn 0.0142 -0.7470 0.6647</w:t>
        <w:br/>
        <w:t>vn 0.0136 -0.7404 0.6721</w:t>
        <w:br/>
        <w:t>vn 0.0149 -0.7535 0.6573</w:t>
        <w:br/>
        <w:t>vn -0.0438 -0.7672 -0.6399</w:t>
        <w:br/>
        <w:t>vn -0.0448 -0.7744 -0.6311</w:t>
        <w:br/>
        <w:t>vn -0.0427 -0.7599 -0.6486</w:t>
        <w:br/>
        <w:t>vn 0.0052 -0.8785 0.4777</w:t>
        <w:br/>
        <w:t>vn 0.0025 -0.8539 0.5203</w:t>
        <w:br/>
        <w:t>vn 0.0078 -0.9009 0.4340</w:t>
        <w:br/>
        <w:t>vn -0.0464 -0.7579 -0.6507</w:t>
        <w:br/>
        <w:t>vn -0.0532 -0.8246 -0.5632</w:t>
        <w:br/>
        <w:t>vn -0.0391 -0.6820 -0.7303</w:t>
        <w:br/>
        <w:t>vn -0.0268 -0.9936 0.1101</w:t>
        <w:br/>
        <w:t>vn -0.0096 -0.9320 0.3623</w:t>
        <w:br/>
        <w:t>vn -0.0096 -0.9319 0.3626</w:t>
        <w:br/>
        <w:t>vn -0.0389 -0.9730 -0.2275</w:t>
        <w:br/>
        <w:t>vn -0.0359 -0.9776 -0.2074</w:t>
        <w:br/>
        <w:t>vn -0.0412 -0.8229 -0.5667</w:t>
        <w:br/>
        <w:t>vn -0.0207 -0.9995 0.0243</w:t>
        <w:br/>
        <w:t>vn -0.0000 -0.9051 0.4252</w:t>
        <w:br/>
        <w:t>vn -0.0193 -0.9993 0.0328</w:t>
        <w:br/>
        <w:t>vn -0.0266 -0.9966 -0.0785</w:t>
        <w:br/>
        <w:t>vn -0.0301 -0.9857 0.1658</w:t>
        <w:br/>
        <w:t>vn -0.0251 -0.9953 0.0930</w:t>
        <w:br/>
        <w:t>vn -0.0507 -0.9946 0.0905</w:t>
        <w:br/>
        <w:t>vn -0.0245 -0.9994 -0.0263</w:t>
        <w:br/>
        <w:t>vn -0.0085 -0.9966 -0.0822</w:t>
        <w:br/>
        <w:t>vn -0.0235 -0.9840 0.1768</w:t>
        <w:br/>
        <w:t>vn -0.0263 -0.9879 0.1531</w:t>
        <w:br/>
        <w:t>vn -0.0265 -0.9916 0.1268</w:t>
        <w:br/>
        <w:t>vn 0.2352 -0.3443 0.9089</w:t>
        <w:br/>
        <w:t>vn 0.2592 -0.3333 0.9065</w:t>
        <w:br/>
        <w:t>vn 0.2201 -0.3398 0.9144</w:t>
        <w:br/>
        <w:t>vn 0.0119 -0.3267 0.9451</w:t>
        <w:br/>
        <w:t>vn 0.0259 -0.3175 0.9479</w:t>
        <w:br/>
        <w:t>vn -0.2659 -0.3030 0.9152</w:t>
        <w:br/>
        <w:t>vn -0.2702 -0.3052 0.9131</w:t>
        <w:br/>
        <w:t>vn -0.2866 -0.3094 0.9067</w:t>
        <w:br/>
        <w:t>vn -0.4077 0.8586 0.3107</w:t>
        <w:br/>
        <w:t>vn -0.3826 0.8597 0.3385</w:t>
        <w:br/>
        <w:t>vn -0.3403 0.8626 0.3745</w:t>
        <w:br/>
        <w:t>vn -0.4360 0.8726 0.2202</w:t>
        <w:br/>
        <w:t>vn -0.4384 0.8150 0.3790</w:t>
        <w:br/>
        <w:t>vn -0.3970 0.8625 0.3137</w:t>
        <w:br/>
        <w:t>vn -0.3965 0.5539 0.7321</w:t>
        <w:br/>
        <w:t>vn -0.3153 0.4857 0.8152</w:t>
        <w:br/>
        <w:t>vn -0.2560 0.4162 0.8725</w:t>
        <w:br/>
        <w:t>vn -0.1570 0.2641 0.9516</w:t>
        <w:br/>
        <w:t>vn -0.3368 0.3635 0.8686</w:t>
        <w:br/>
        <w:t>vn -0.0410 0.1737 0.9839</w:t>
        <w:br/>
        <w:t>vn -0.2826 0.3106 0.9076</w:t>
        <w:br/>
        <w:t>vn -0.0158 0.1196 0.9927</w:t>
        <w:br/>
        <w:t>vn -0.0941 0.2609 0.9608</w:t>
        <w:br/>
        <w:t>vn 0.1291 0.0746 0.9888</w:t>
        <w:br/>
        <w:t>vn -0.1392 0.3075 0.9413</w:t>
        <w:br/>
        <w:t>vn 0.1492 0.1310 0.9801</w:t>
        <w:br/>
        <w:t>vn 0.0201 0.1598 0.9869</w:t>
        <w:br/>
        <w:t>vn 0.1075 0.1042 0.9887</w:t>
        <w:br/>
        <w:t>vn 0.0847 0.0977 0.9916</w:t>
        <w:br/>
        <w:t>vn 0.1609 0.0777 0.9839</w:t>
        <w:br/>
        <w:t>vn 0.1530 0.0802 0.9850</w:t>
        <w:br/>
        <w:t>vn 0.0877 0.0191 0.9960</w:t>
        <w:br/>
        <w:t>vn 0.1319 0.1314 0.9825</w:t>
        <w:br/>
        <w:t>vn 0.0627 0.0332 0.9975</w:t>
        <w:br/>
        <w:t>vn 0.0593 0.0245 0.9979</w:t>
        <w:br/>
        <w:t>vn 0.3508 -0.1580 0.9230</w:t>
        <w:br/>
        <w:t>vn 0.2063 0.1269 0.9702</w:t>
        <w:br/>
        <w:t>vn 0.1185 0.2326 0.9653</w:t>
        <w:br/>
        <w:t>vn 0.2062 0.1269 0.9702</w:t>
        <w:br/>
        <w:t>vn 0.1645 0.1434 0.9759</w:t>
        <w:br/>
        <w:t>vn -0.0188 0.5817 0.8132</w:t>
        <w:br/>
        <w:t>vn 0.3775 -0.1084 0.9196</w:t>
        <w:br/>
        <w:t>vn 0.3982 0.1165 0.9099</w:t>
        <w:br/>
        <w:t>vn 0.5698 -0.4203 0.7061</w:t>
        <w:br/>
        <w:t>vn 0.5407 -0.4434 0.7149</w:t>
        <w:br/>
        <w:t>vn 0.4448 -0.4074 0.7976</w:t>
        <w:br/>
        <w:t>vn 0.4888 -0.6726 0.5556</w:t>
        <w:br/>
        <w:t>vn 0.6435 -0.5514 0.5308</w:t>
        <w:br/>
        <w:t>vn 0.5537 -0.5385 0.6352</w:t>
        <w:br/>
        <w:t>vn 0.6258 -0.5994 0.4991</w:t>
        <w:br/>
        <w:t>vn 0.5148 -0.6481 0.5611</w:t>
        <w:br/>
        <w:t>vn 0.6128 -0.7018 0.3631</w:t>
        <w:br/>
        <w:t>vn 0.5723 -0.5754 0.5843</w:t>
        <w:br/>
        <w:t>vn 0.5967 -0.6161 0.5142</w:t>
        <w:br/>
        <w:t>vn 0.6756 -0.5351 0.5073</w:t>
        <w:br/>
        <w:t>vn 0.5947 -0.7079 0.3811</w:t>
        <w:br/>
        <w:t>vn 0.4580 -0.8221 0.3382</w:t>
        <w:br/>
        <w:t>vn 0.3689 -0.9116 0.1815</w:t>
        <w:br/>
        <w:t>vn 0.6382 -0.7653 0.0832</w:t>
        <w:br/>
        <w:t>vn 0.4671 -0.8838 0.0266</w:t>
        <w:br/>
        <w:t>vn 0.6009 -0.7871 0.1391</w:t>
        <w:br/>
        <w:t>vn 0.3629 -0.9298 -0.0615</w:t>
        <w:br/>
        <w:t>vn 0.6359 -0.7491 -0.1854</w:t>
        <w:br/>
        <w:t>vn 0.6550 -0.6329 -0.4129</w:t>
        <w:br/>
        <w:t>vn 0.6895 -0.6441 -0.3311</w:t>
        <w:br/>
        <w:t>vn 0.6763 -0.6357 -0.3721</w:t>
        <w:br/>
        <w:t>vn 0.5273 -0.8273 -0.1935</w:t>
        <w:br/>
        <w:t>vn 0.6068 -0.6978 -0.3806</w:t>
        <w:br/>
        <w:t>vn 0.3431 -0.8623 -0.3725</w:t>
        <w:br/>
        <w:t>vn 0.1073 -0.9437 -0.3129</w:t>
        <w:br/>
        <w:t>vn 0.5374 -0.5739 -0.6180</w:t>
        <w:br/>
        <w:t>vn 0.1763 -0.9174 -0.3567</w:t>
        <w:br/>
        <w:t>vn 0.4607 -0.7432 -0.4852</w:t>
        <w:br/>
        <w:t>vn 0.2097 -0.9419 -0.2625</w:t>
        <w:br/>
        <w:t>vn 0.4243 -0.5605 -0.7112</w:t>
        <w:br/>
        <w:t>vn 0.3842 -0.3289 -0.8627</w:t>
        <w:br/>
        <w:t>vn 0.3585 -0.6720 -0.6480</w:t>
        <w:br/>
        <w:t>vn 0.3622 -0.3693 -0.8558</w:t>
        <w:br/>
        <w:t>vn 0.3342 -0.7825 -0.5254</w:t>
        <w:br/>
        <w:t>vn 0.3489 -0.2805 -0.8942</w:t>
        <w:br/>
        <w:t>vn 0.2823 -0.1494 -0.9476</w:t>
        <w:br/>
        <w:t>vn 0.2374 -0.1566 -0.9587</w:t>
        <w:br/>
        <w:t>vn 0.0671 -0.0280 -0.9974</w:t>
        <w:br/>
        <w:t>vn 0.3793 -0.7313 -0.5669</w:t>
        <w:br/>
        <w:t>vn 0.5002 -0.4868 -0.7161</w:t>
        <w:br/>
        <w:t>vn 0.7111 -0.6922 -0.1231</w:t>
        <w:br/>
        <w:t>vn 0.2922 -0.1907 -0.9372</w:t>
        <w:br/>
        <w:t>vn 0.3060 -0.1973 -0.9314</w:t>
        <w:br/>
        <w:t>vn 0.3017 -0.5334 -0.7902</w:t>
        <w:br/>
        <w:t>vn 0.3788 -0.3012 -0.8751</w:t>
        <w:br/>
        <w:t>vn 0.2508 -0.8728 -0.4187</w:t>
        <w:br/>
        <w:t>vn 0.2425 -0.9348 -0.2596</w:t>
        <w:br/>
        <w:t>vn 0.2342 -0.8581 -0.4570</w:t>
        <w:br/>
        <w:t>vn 0.1779 -0.8344 -0.5217</w:t>
        <w:br/>
        <w:t>vn 0.1463 -0.8959 -0.4195</w:t>
        <w:br/>
        <w:t>vn 0.2528 -0.6377 -0.7276</w:t>
        <w:br/>
        <w:t>vn 0.2006 -0.2997 -0.9327</w:t>
        <w:br/>
        <w:t>vn -0.0081 -0.3244 -0.9459</w:t>
        <w:br/>
        <w:t>vn -0.0101 -0.0638 -0.9979</w:t>
        <w:br/>
        <w:t>vn -0.2168 -0.1444 -0.9655</w:t>
        <w:br/>
        <w:t>vn -0.1364 -0.1945 -0.9714</w:t>
        <w:br/>
        <w:t>vn -0.2003 -0.0900 -0.9756</w:t>
        <w:br/>
        <w:t>vn -0.2027 -0.1010 -0.9740</w:t>
        <w:br/>
        <w:t>vn -0.0635 -0.0733 -0.9953</w:t>
        <w:br/>
        <w:t>vn -0.1515 -0.0242 -0.9882</w:t>
        <w:br/>
        <w:t>vn -0.1879 0.2164 -0.9580</w:t>
        <w:br/>
        <w:t>vn -0.2484 -0.1436 -0.9580</w:t>
        <w:br/>
        <w:t>vn -0.1697 0.1987 -0.9653</w:t>
        <w:br/>
        <w:t>vn -0.1366 0.0001 -0.9906</w:t>
        <w:br/>
        <w:t>vn -0.3701 0.2984 -0.8798</w:t>
        <w:br/>
        <w:t>vn -0.1533 0.0657 -0.9860</w:t>
        <w:br/>
        <w:t>vn -0.3701 0.3221 -0.8714</w:t>
        <w:br/>
        <w:t>vn -0.2319 0.3026 -0.9245</w:t>
        <w:br/>
        <w:t>vn -0.4225 0.3020 -0.8546</w:t>
        <w:br/>
        <w:t>vn -0.3575 0.3929 -0.8472</w:t>
        <w:br/>
        <w:t>vn -0.3867 0.3634 -0.8476</w:t>
        <w:br/>
        <w:t>vn -0.4539 0.5181 -0.7250</w:t>
        <w:br/>
        <w:t>vn -0.6065 0.6411 -0.4702</w:t>
        <w:br/>
        <w:t>vn -0.5748 0.7322 -0.3653</w:t>
        <w:br/>
        <w:t>vn -0.5331 0.7571 -0.3776</w:t>
        <w:br/>
        <w:t>vn -0.4540 0.8563 -0.2462</w:t>
        <w:br/>
        <w:t>vn -0.4035 0.9149 -0.0108</w:t>
        <w:br/>
        <w:t>vn -0.3496 0.9091 0.2265</w:t>
        <w:br/>
        <w:t>vn -0.3402 0.8626 0.3744</w:t>
        <w:br/>
        <w:t>vn 0.2118 -0.0168 0.9772</w:t>
        <w:br/>
        <w:t>vn 0.0505 0.0261 0.9984</w:t>
        <w:br/>
        <w:t>vn 0.0665 -0.0233 0.9975</w:t>
        <w:br/>
        <w:t>vn 0.3257 -0.0955 0.9407</w:t>
        <w:br/>
        <w:t>vn 0.4577 -0.1772 0.8713</w:t>
        <w:br/>
        <w:t>vn 0.3953 -0.2515 0.8834</w:t>
        <w:br/>
        <w:t>vn 0.7361 -0.6705 -0.0923</w:t>
        <w:br/>
        <w:t>vn 0.7361 -0.6706 -0.0924</w:t>
        <w:br/>
        <w:t>vn 0.7360 -0.6706 -0.0924</w:t>
        <w:br/>
        <w:t>vn 0.3014 -0.1044 -0.9478</w:t>
        <w:br/>
        <w:t>vn 0.1592 -0.0176 -0.9871</w:t>
        <w:br/>
        <w:t>vn 0.2369 -0.1786 -0.9550</w:t>
        <w:br/>
        <w:t>vn 0.0405 0.0635 -0.9972</w:t>
        <w:br/>
        <w:t>vn -0.1228 0.1071 -0.9866</w:t>
        <w:br/>
        <w:t>vn -0.1071 0.0573 -0.9926</w:t>
        <w:br/>
        <w:t>vn -0.8410 -0.5386 0.0510</w:t>
        <w:br/>
        <w:t>vn -0.8409 -0.5387 0.0510</w:t>
        <w:br/>
        <w:t>vn 0.9710 -0.2200 -0.0933</w:t>
        <w:br/>
        <w:t>vn 0.9710 -0.2201 -0.0933</w:t>
        <w:br/>
        <w:t>vn 0.9708 -0.2212 -0.0932</w:t>
        <w:br/>
        <w:t>vn 0.9712 -0.2190 -0.0935</w:t>
        <w:br/>
        <w:t>vn 0.1977 -0.1118 0.9739</w:t>
        <w:br/>
        <w:t>vn 0.2178 -0.1011 0.9707</w:t>
        <w:br/>
        <w:t>vn 0.1777 -0.1224 0.9764</w:t>
        <w:br/>
        <w:t>vn -0.7086 0.6999 0.0901</w:t>
        <w:br/>
        <w:t>vn -0.6782 0.7284 0.0970</w:t>
        <w:br/>
        <w:t>vn -0.6782 0.7285 0.0970</w:t>
        <w:br/>
        <w:t>vn -0.6466 0.7557 0.1037</w:t>
        <w:br/>
        <w:t>vn -0.0466 -0.0412 -0.9981</w:t>
        <w:br/>
        <w:t>vn -0.0187 -0.0267 -0.9995</w:t>
        <w:br/>
        <w:t>vn 0.0093 -0.0122 -0.9999</w:t>
        <w:br/>
        <w:t>vn -0.0908 -0.0040 -0.9959</w:t>
        <w:br/>
        <w:t>vn -0.1112 0.0112 -0.9937</w:t>
        <w:br/>
        <w:t>vn -0.0702 -0.0192 -0.9973</w:t>
        <w:br/>
        <w:t>vn -0.6346 -0.7728 0.0090</w:t>
        <w:br/>
        <w:t>vn -0.7065 -0.7069 0.0332</w:t>
        <w:br/>
        <w:t>vn -0.5563 -0.8309 -0.0154</w:t>
        <w:br/>
        <w:t>vn 0.0759 -0.1126 0.9907</w:t>
        <w:br/>
        <w:t>vn 0.1068 -0.1356 0.9850</w:t>
        <w:br/>
        <w:t>vn 0.0758 -0.1126 0.9907</w:t>
        <w:br/>
        <w:t>vn 0.0448 -0.0894 0.9950</w:t>
        <w:br/>
        <w:t>vn 0.8396 0.5408 -0.0509</w:t>
        <w:br/>
        <w:t>vn 0.8398 0.5405 -0.0509</w:t>
        <w:br/>
        <w:t>vn -0.3437 -0.9363 0.0723</w:t>
        <w:br/>
        <w:t>vn -0.3384 -0.9387 0.0662</w:t>
        <w:br/>
        <w:t>vn -0.3491 -0.9338 0.0783</w:t>
        <w:br/>
        <w:t>vn -0.2674 -0.1141 0.9568</w:t>
        <w:br/>
        <w:t>vn -0.2673 -0.1141 0.9568</w:t>
        <w:br/>
        <w:t>vn -0.0291 0.9461 0.3226</w:t>
        <w:br/>
        <w:t>vn -0.0363 0.9439 0.3283</w:t>
        <w:br/>
        <w:t>vn -0.0219 0.9482 0.3168</w:t>
        <w:br/>
        <w:t>vn -0.9835 0.1759 0.0427</w:t>
        <w:br/>
        <w:t>vn -0.9833 0.1756 0.0470</w:t>
        <w:br/>
        <w:t>vn -0.9836 0.1762 0.0385</w:t>
        <w:br/>
        <w:t>vn -0.1044 0.9903 0.0914</w:t>
        <w:br/>
        <w:t>vn -0.1044 0.9903 0.0913</w:t>
        <w:br/>
        <w:t>vn -0.0772 0.9852 0.1532</w:t>
        <w:br/>
        <w:t>vn -0.1311 0.9909 0.0291</w:t>
        <w:br/>
        <w:t>vn -0.9510 0.1938 -0.2410</w:t>
        <w:br/>
        <w:t>vn -0.9550 0.1764 -0.2382</w:t>
        <w:br/>
        <w:t>vn -0.9480 0.2098 -0.2395</w:t>
        <w:br/>
        <w:t>vn -0.9470 0.2149 -0.2386</w:t>
        <w:br/>
        <w:t>vn -0.9447 0.2258 -0.2380</w:t>
        <w:br/>
        <w:t>vn -0.9418 0.2328 -0.2424</w:t>
        <w:br/>
        <w:t>vn -0.4561 -0.8726 -0.1749</w:t>
        <w:br/>
        <w:t>vn -0.4428 -0.8800 -0.1719</w:t>
        <w:br/>
        <w:t>vn -0.4293 -0.8872 -0.1690</w:t>
        <w:br/>
        <w:t>vn -0.4021 -0.9010 -0.1628</w:t>
        <w:br/>
        <w:t>vn -0.3881 -0.9077 -0.1599</w:t>
        <w:br/>
        <w:t>vn -0.3118 -0.9394 -0.1424</w:t>
        <w:br/>
        <w:t>vn -0.2476 -0.9605 -0.1274</w:t>
        <w:br/>
        <w:t>vn -0.1826 -0.9768 -0.1118</w:t>
        <w:br/>
        <w:t>vn 0.9488 -0.2127 0.2336</w:t>
        <w:br/>
        <w:t>vn 0.9488 -0.2125 0.2339</w:t>
        <w:br/>
        <w:t>vn 0.9490 -0.2149 0.2306</w:t>
        <w:br/>
        <w:t>vn 0.9485 -0.2102 0.2369</w:t>
        <w:br/>
        <w:t>vn 0.0158 -0.9963 -0.0845</w:t>
        <w:br/>
        <w:t>vn 0.0149 -0.9964 -0.0840</w:t>
        <w:br/>
        <w:t>vn 0.0151 -0.9963 -0.0841</w:t>
        <w:br/>
        <w:t>vn 0.0142 -0.9964 -0.0836</w:t>
        <w:br/>
        <w:t>vn 0.9436 -0.2124 0.2542</w:t>
        <w:br/>
        <w:t>vn 0.9436 -0.2124 0.2541</w:t>
        <w:br/>
        <w:t>vn 0.3589 0.9069 0.2208</w:t>
        <w:br/>
        <w:t>vn 0.3591 0.9068 0.2207</w:t>
        <w:br/>
        <w:t>vn 0.3532 0.9083 0.2242</w:t>
        <w:br/>
        <w:t>vn 0.3650 0.9053 0.2172</w:t>
        <w:br/>
        <w:t>vn 0.9495 -0.2081 0.2347</w:t>
        <w:br/>
        <w:t>vn 0.9496 -0.2082 0.2345</w:t>
        <w:br/>
        <w:t>vn 0.9493 -0.2058 0.2377</w:t>
        <w:br/>
        <w:t>vn 0.9498 -0.2108 0.2312</w:t>
        <w:br/>
        <w:t>vn 0.1168 0.9885 0.0956</w:t>
        <w:br/>
        <w:t>vn 0.1827 0.9768 0.1118</w:t>
        <w:br/>
        <w:t>vn 0.0506 0.9956 0.0785</w:t>
        <w:br/>
        <w:t>vn -0.0311 0.9979 0.0571</w:t>
        <w:br/>
        <w:t>vn -0.0456 0.9976 0.0525</w:t>
        <w:br/>
        <w:t>vn -0.0758 0.9961 0.0442</w:t>
        <w:br/>
        <w:t>vn -0.0904 0.9951 0.0400</w:t>
        <w:br/>
        <w:t>vn -0.1057 0.9938 0.0359</w:t>
        <w:br/>
        <w:t>vn -0.9528 0.2479 -0.1755</w:t>
        <w:br/>
        <w:t>vn -0.9227 0.3381 -0.1851</w:t>
        <w:br/>
        <w:t>vn -0.9597 0.2063 -0.1909</w:t>
        <w:br/>
        <w:t>vn -0.9135 0.3800 -0.1456</w:t>
        <w:br/>
        <w:t>vn -0.9787 0.0694 -0.1932</w:t>
        <w:br/>
        <w:t>vn -0.8165 -0.5219 -0.2468</w:t>
        <w:br/>
        <w:t>vn -0.4479 -0.8908 -0.0762</w:t>
        <w:br/>
        <w:t>vn -0.8165 -0.5220 -0.2467</w:t>
        <w:br/>
        <w:t>vn -0.4125 -0.9105 0.0283</w:t>
        <w:br/>
        <w:t>vn -0.4455 -0.8261 -0.3451</w:t>
        <w:br/>
        <w:t>vn -0.4433 -0.8237 -0.3536</w:t>
        <w:br/>
        <w:t>vn -0.4476 -0.8285 -0.3366</w:t>
        <w:br/>
        <w:t>vn -0.3822 0.2558 -0.8880</w:t>
        <w:br/>
        <w:t>vn -0.3885 0.2554 -0.8854</w:t>
        <w:br/>
        <w:t>vn -0.3759 0.2562 -0.8905</w:t>
        <w:br/>
        <w:t>vn 0.0863 0.9962 0.0136</w:t>
        <w:br/>
        <w:t>vn 0.0864 0.9962 0.0136</w:t>
        <w:br/>
        <w:t>vn 0.0785 0.9969 0.0087</w:t>
        <w:br/>
        <w:t>vn 0.0943 0.9954 0.0186</w:t>
        <w:br/>
        <w:t>vn -0.9582 0.2351 0.1631</w:t>
        <w:br/>
        <w:t>vn -0.9578 0.2338 0.1672</w:t>
        <w:br/>
        <w:t>vn -0.9574 0.2325 0.1712</w:t>
        <w:br/>
        <w:t>vn -0.0101 0.9603 0.2788</w:t>
        <w:br/>
        <w:t>vn 0.0089 0.9764 0.2159</w:t>
        <w:br/>
        <w:t>vn -0.0290 0.9398 0.3404</w:t>
        <w:br/>
        <w:t>vn -0.8905 0.1458 0.4310</w:t>
        <w:br/>
        <w:t>vn -0.8860 0.1611 0.4348</w:t>
        <w:br/>
        <w:t>vn -0.8967 0.1309 0.4229</w:t>
        <w:br/>
        <w:t>vn -0.8847 0.1661 0.4356</w:t>
        <w:br/>
        <w:t>vn -0.8772 0.1812 0.4446</w:t>
        <w:br/>
        <w:t>vn -0.8812 0.1765 0.4386</w:t>
        <w:br/>
        <w:t>vn -0.5213 -0.8499 -0.0776</w:t>
        <w:br/>
        <w:t>vn -0.5092 -0.8565 -0.0850</w:t>
        <w:br/>
        <w:t>vn -0.4971 -0.8628 -0.0922</w:t>
        <w:br/>
        <w:t>vn -0.4722 -0.8750 -0.1068</w:t>
        <w:br/>
        <w:t>vn -0.4596 -0.8808 -0.1138</w:t>
        <w:br/>
        <w:t>vn -0.3896 -0.9083 -0.1524</w:t>
        <w:br/>
        <w:t>vn -0.3302 -0.9260 -0.1831</w:t>
        <w:br/>
        <w:t>vn -0.2696 -0.9391 -0.2129</w:t>
        <w:br/>
        <w:t>vn 0.8872 -0.1660 -0.4304</w:t>
        <w:br/>
        <w:t>vn 0.8872 -0.1657 -0.4306</w:t>
        <w:br/>
        <w:t>vn 0.8876 -0.1692 -0.4285</w:t>
        <w:br/>
        <w:t>vn 0.8869 -0.1625 -0.4326</w:t>
        <w:br/>
        <w:t>vn -0.0798 -0.9583 -0.2745</w:t>
        <w:br/>
        <w:t>vn -0.0789 -0.9584 -0.2742</w:t>
        <w:br/>
        <w:t>vn -0.0799 -0.9583 -0.2745</w:t>
        <w:br/>
        <w:t>vn -0.0805 -0.9581 -0.2748</w:t>
        <w:br/>
        <w:t>vn 0.8797 -0.1579 -0.4486</w:t>
        <w:br/>
        <w:t>vn 0.8797 -0.1580 -0.4485</w:t>
        <w:br/>
        <w:t>vn 0.4238 0.9037 0.0616</w:t>
        <w:br/>
        <w:t>vn 0.4236 0.9037 0.0616</w:t>
        <w:br/>
        <w:t>vn 0.4176 0.9066 0.0597</w:t>
        <w:br/>
        <w:t>vn 0.4297 0.9007 0.0635</w:t>
        <w:br/>
        <w:t>vn 0.8884 -0.1616 -0.4298</w:t>
        <w:br/>
        <w:t>vn 0.8884 -0.1618 -0.4297</w:t>
        <w:br/>
        <w:t>vn 0.8880 -0.1581 -0.4319</w:t>
        <w:br/>
        <w:t>vn 0.8887 -0.1651 -0.4277</w:t>
        <w:br/>
        <w:t>vn 0.1767 0.9504 0.2559</w:t>
        <w:br/>
        <w:t>vn 0.2696 0.9391 0.2129</w:t>
        <w:br/>
        <w:t>vn 0.1762 0.9505 0.2558</w:t>
        <w:br/>
        <w:t>vn 0.0671 0.9508 0.3024</w:t>
        <w:br/>
        <w:t>vn 0.0534 0.9497 0.3085</w:t>
        <w:br/>
        <w:t>vn 0.0243 0.9470 0.3202</w:t>
        <w:br/>
        <w:t>vn 0.0103 0.9453 0.3259</w:t>
        <w:br/>
        <w:t>vn -0.0045 0.9435 0.3314</w:t>
        <w:br/>
        <w:t>vn -0.0045 0.9435 0.3315</w:t>
        <w:br/>
        <w:t>vn -0.8541 0.2988 0.4258</w:t>
        <w:br/>
        <w:t>vn -0.8943 0.2200 0.3897</w:t>
        <w:br/>
        <w:t>vn -0.9036 0.1761 0.3904</w:t>
        <w:br/>
        <w:t>vn -0.8451 0.3515 0.4027</w:t>
        <w:br/>
        <w:t>vn -0.9365 0.0490 0.3472</w:t>
        <w:br/>
        <w:t>vn -0.8320 -0.5296 0.1651</w:t>
        <w:br/>
        <w:t>vn -0.5267 -0.8315 -0.1765</w:t>
        <w:br/>
        <w:t>vn -0.5267 -0.8315 -0.1764</w:t>
        <w:br/>
        <w:t>vn -0.5061 -0.8140 -0.2852</w:t>
        <w:br/>
        <w:t>vn -0.3384 -0.9387 0.0663</w:t>
        <w:br/>
        <w:t>vn -0.3491 -0.9338 0.0784</w:t>
        <w:br/>
        <w:t>vn -0.2676 -0.1141 0.9567</w:t>
        <w:br/>
        <w:t>vn -0.2675 -0.1142 0.9568</w:t>
        <w:br/>
        <w:t>vn -0.2676 -0.1141 0.9568</w:t>
        <w:br/>
        <w:t>vn -0.2674 -0.1142 0.9568</w:t>
        <w:br/>
        <w:t>vn -0.0291 0.9459 0.3231</w:t>
        <w:br/>
        <w:t>vn -0.0292 0.9459 0.3232</w:t>
        <w:br/>
        <w:t>vn -0.0364 0.9437 0.3289</w:t>
        <w:br/>
        <w:t>vn -0.0218 0.9481 0.3173</w:t>
        <w:br/>
        <w:t>vn -0.9834 0.1758 0.0454</w:t>
        <w:br/>
        <w:t>vn -0.9833 0.1755 0.0492</w:t>
        <w:br/>
        <w:t>vn -0.9835 0.1760 0.0417</w:t>
        <w:br/>
        <w:t>vn -0.1044 0.9902 0.0926</w:t>
        <w:br/>
        <w:t>vn -0.1044 0.9902 0.0925</w:t>
        <w:br/>
        <w:t>vn -0.0773 0.9850 0.1541</w:t>
        <w:br/>
        <w:t>vn -0.1311 0.9909 0.0306</w:t>
        <w:br/>
        <w:t>vn -0.9519 0.1937 -0.2373</w:t>
        <w:br/>
        <w:t>vn -0.9560 0.1764 -0.2345</w:t>
        <w:br/>
        <w:t>vn -0.9490 0.2100 -0.2352</w:t>
        <w:br/>
        <w:t>vn -0.9480 0.2152 -0.2345</w:t>
        <w:br/>
        <w:t>vn -0.9458 0.2262 -0.2332</w:t>
        <w:br/>
        <w:t>vn -0.9431 0.2329 -0.2374</w:t>
        <w:br/>
        <w:t>vn -0.4561 -0.8728 -0.1738</w:t>
        <w:br/>
        <w:t>vn -0.4429 -0.8801 -0.1709</w:t>
        <w:br/>
        <w:t>vn -0.4562 -0.8727 -0.1738</w:t>
        <w:br/>
        <w:t>vn -0.4294 -0.8874 -0.1681</w:t>
        <w:br/>
        <w:t>vn -0.4022 -0.9011 -0.1621</w:t>
        <w:br/>
        <w:t>vn -0.3881 -0.9078 -0.1592</w:t>
        <w:br/>
        <w:t>vn -0.3118 -0.9394 -0.1422</w:t>
        <w:br/>
        <w:t>vn -0.2475 -0.9605 -0.1274</w:t>
        <w:br/>
        <w:t>vn -0.1826 -0.9768 -0.1120</w:t>
        <w:br/>
        <w:t>vn 0.9495 -0.2127 0.2305</w:t>
        <w:br/>
        <w:t>vn 0.9498 -0.2151 0.2274</w:t>
        <w:br/>
        <w:t>vn 0.9493 -0.2100 0.2340</w:t>
        <w:br/>
        <w:t>vn 0.0158 -0.9962 -0.0853</w:t>
        <w:br/>
        <w:t>vn 0.0149 -0.9963 -0.0848</w:t>
        <w:br/>
        <w:t>vn 0.0151 -0.9963 -0.0849</w:t>
        <w:br/>
        <w:t>vn 0.0142 -0.9963 -0.0844</w:t>
        <w:br/>
        <w:t>vn 0.9442 -0.2124 0.2519</w:t>
        <w:br/>
        <w:t>vn 0.9441 -0.2124 0.2521</w:t>
        <w:br/>
        <w:t>vn 0.9443 -0.2125 0.2515</w:t>
        <w:br/>
        <w:t>vn 0.9440 -0.2123 0.2526</w:t>
        <w:br/>
        <w:t>vn 0.3590 0.9069 0.2205</w:t>
        <w:br/>
        <w:t>vn 0.3592 0.9069 0.2204</w:t>
        <w:br/>
        <w:t>vn 0.3532 0.9083 0.2240</w:t>
        <w:br/>
        <w:t>vn 0.3649 0.9054 0.2169</w:t>
        <w:br/>
        <w:t>vn 0.9500 -0.2084 0.2327</w:t>
        <w:br/>
        <w:t>vn 0.9500 -0.2082 0.2328</w:t>
        <w:br/>
        <w:t>vn 0.9497 -0.2059 0.2359</w:t>
        <w:br/>
        <w:t>vn 0.9502 -0.2106 0.2297</w:t>
        <w:br/>
        <w:t>vn 0.1169 0.9885 0.0958</w:t>
        <w:br/>
        <w:t>vn 0.1827 0.9768 0.1119</w:t>
        <w:br/>
        <w:t>vn 0.0506 0.9956 0.0790</w:t>
        <w:br/>
        <w:t>vn -0.0311 0.9978 0.0578</w:t>
        <w:br/>
        <w:t>vn -0.0457 0.9975 0.0534</w:t>
        <w:br/>
        <w:t>vn -0.0758 0.9961 0.0452</w:t>
        <w:br/>
        <w:t>vn -0.0905 0.9951 0.0411</w:t>
        <w:br/>
        <w:t>vn -0.1057 0.9937 0.0371</w:t>
        <w:br/>
        <w:t>vn -0.1058 0.9937 0.0371</w:t>
        <w:br/>
        <w:t>vn -0.9534 0.2475 -0.1726</w:t>
        <w:br/>
        <w:t>vn -0.9235 0.3379 -0.1814</w:t>
        <w:br/>
        <w:t>vn -0.9603 0.2062 -0.1878</w:t>
        <w:br/>
        <w:t>vn -0.9140 0.3802 -0.1415</w:t>
        <w:br/>
        <w:t>vn -0.9792 0.0693 -0.1907</w:t>
        <w:br/>
        <w:t>vn -0.8170 -0.5221 -0.2449</w:t>
        <w:br/>
        <w:t>vn -0.4479 -0.8909 -0.0757</w:t>
        <w:br/>
        <w:t>vn -0.8170 -0.5221 -0.2450</w:t>
        <w:br/>
        <w:t>vn -0.4125 -0.9105 0.0286</w:t>
        <w:br/>
        <w:t>vn -0.4522 -0.8330 -0.3187</w:t>
        <w:br/>
        <w:t>vn -0.4501 -0.8307 -0.3275</w:t>
        <w:br/>
        <w:t>vn -0.4543 -0.8353 -0.3098</w:t>
        <w:br/>
        <w:t>vn -0.4278 0.2672 -0.8635</w:t>
        <w:br/>
        <w:t>vn -0.4388 0.2664 -0.8582</w:t>
        <w:br/>
        <w:t>vn -0.4167 0.2679 -0.8687</w:t>
        <w:br/>
        <w:t>vn 0.0787 0.9964 0.0330</w:t>
        <w:br/>
        <w:t>vn 0.0696 0.9972 0.0283</w:t>
        <w:br/>
        <w:t>vn 0.0878 0.9954 0.0376</w:t>
        <w:br/>
        <w:t>vn -0.9481 0.2190 0.2308</w:t>
        <w:br/>
        <w:t>vn -0.9476 0.2181 0.2334</w:t>
        <w:br/>
        <w:t>vn -0.9472 0.2172 0.2360</w:t>
        <w:br/>
        <w:t>vn -0.0288 0.9559 0.2924</w:t>
        <w:br/>
        <w:t>vn -0.0105 0.9727 0.2319</w:t>
        <w:br/>
        <w:t>vn -0.0470 0.9349 0.3517</w:t>
        <w:br/>
        <w:t>vn -0.8770 0.1337 0.4615</w:t>
        <w:br/>
        <w:t>vn -0.8728 0.1483 0.4651</w:t>
        <w:br/>
        <w:t>vn -0.8827 0.1199 0.4544</w:t>
        <w:br/>
        <w:t>vn -0.8718 0.1528 0.4655</w:t>
        <w:br/>
        <w:t>vn -0.8642 0.1678 0.4744</w:t>
        <w:br/>
        <w:t>vn -0.8683 0.1629 0.4685</w:t>
        <w:br/>
        <w:t>vn -0.5249 -0.8494 -0.0543</w:t>
        <w:br/>
        <w:t>vn -0.5123 -0.8565 -0.0627</w:t>
        <w:br/>
        <w:t>vn -0.5247 -0.8495 -0.0547</w:t>
        <w:br/>
        <w:t>vn -0.5000 -0.8632 -0.0705</w:t>
        <w:br/>
        <w:t>vn -0.4742 -0.8761 -0.0870</w:t>
        <w:br/>
        <w:t>vn -0.4613 -0.8822 -0.0947</w:t>
        <w:br/>
        <w:t>vn -0.3894 -0.9106 -0.1384</w:t>
        <w:br/>
        <w:t>vn -0.3284 -0.9285 -0.1735</w:t>
        <w:br/>
        <w:t>vn -0.2660 -0.9413 -0.2077</w:t>
        <w:br/>
        <w:t>vn -0.2658 -0.9413 -0.2081</w:t>
        <w:br/>
        <w:t>vn 0.8672 -0.1554 -0.4731</w:t>
        <w:br/>
        <w:t>vn 0.8676 -0.1592 -0.4711</w:t>
        <w:br/>
        <w:t>vn 0.8667 -0.1516 -0.4752</w:t>
        <w:br/>
        <w:t>vn -0.0742 -0.9563 -0.2829</w:t>
        <w:br/>
        <w:t>vn -0.0726 -0.9565 -0.2825</w:t>
        <w:br/>
        <w:t>vn -0.0744 -0.9563 -0.2829</w:t>
        <w:br/>
        <w:t>vn -0.0760 -0.9560 -0.2833</w:t>
        <w:br/>
        <w:t>vn 0.8567 -0.1498 -0.4935</w:t>
        <w:br/>
        <w:t>vn 0.8572 -0.1505 -0.4924</w:t>
        <w:br/>
        <w:t>vn 0.8568 -0.1499 -0.4935</w:t>
        <w:br/>
        <w:t>vn 0.8562 -0.1491 -0.4946</w:t>
        <w:br/>
        <w:t>vn 0.4236 0.9046 0.0483</w:t>
        <w:br/>
        <w:t>vn 0.4175 0.9074 0.0471</w:t>
        <w:br/>
        <w:t>vn 0.4297 0.9016 0.0495</w:t>
        <w:br/>
        <w:t>vn 0.8658 -0.1536 -0.4763</w:t>
        <w:br/>
        <w:t>vn 0.8657 -0.1535 -0.4764</w:t>
        <w:br/>
        <w:t>vn 0.8654 -0.1505 -0.4780</w:t>
        <w:br/>
        <w:t>vn 0.8661 -0.1565 -0.4748</w:t>
        <w:br/>
        <w:t>vn 0.2686 0.9406 0.2077</w:t>
        <w:br/>
        <w:t>vn 0.2055 0.9486 0.2408</w:t>
        <w:br/>
        <w:t>vn 0.2689 0.9405 0.2078</w:t>
        <w:br/>
        <w:t>vn 0.1410 0.9517 0.2727</w:t>
        <w:br/>
        <w:t>vn 0.0609 0.9488 0.3100</w:t>
        <w:br/>
        <w:t>vn 0.0456 0.9474 0.3168</w:t>
        <w:br/>
        <w:t>vn 0.0154 0.9439 0.3300</w:t>
        <w:br/>
        <w:t>vn -0.0002 0.9418 0.3363</w:t>
        <w:br/>
        <w:t>vn -0.0154 0.9394 0.3425</w:t>
        <w:br/>
        <w:t>vn -0.0165 0.9394 0.3424</w:t>
        <w:br/>
        <w:t>vn -0.8405 0.2818 0.4629</w:t>
        <w:br/>
        <w:t>vn -0.8788 0.2057 0.4306</w:t>
        <w:br/>
        <w:t>vn -0.8874 0.1641 0.4308</w:t>
        <w:br/>
        <w:t>vn -0.8329 0.3326 0.4423</w:t>
        <w:br/>
        <w:t>vn -0.9194 0.0425 0.3909</w:t>
        <w:br/>
        <w:t>vn -0.8244 -0.5290 0.2015</w:t>
        <w:br/>
        <w:t>vn -0.5318 -0.8336 -0.1490</w:t>
        <w:br/>
        <w:t>vn -0.5138 -0.8191 -0.2551</w:t>
        <w:br/>
        <w:t>vn 0.3411 -0.9375 0.0685</w:t>
        <w:br/>
        <w:t>vn 0.3358 -0.9399 0.0624</w:t>
        <w:br/>
        <w:t>vn 0.3412 -0.9375 0.0685</w:t>
        <w:br/>
        <w:t>vn 0.3466 -0.9351 0.0745</w:t>
        <w:br/>
        <w:t>vn 0.2673 -0.1186 0.9563</w:t>
        <w:br/>
        <w:t>vn 0.2674 -0.1185 0.9563</w:t>
        <w:br/>
        <w:t>vn 0.2674 -0.1186 0.9563</w:t>
        <w:br/>
        <w:t>vn 0.0318 0.9447 0.3263</w:t>
        <w:br/>
        <w:t>vn 0.0391 0.9425 0.3320</w:t>
        <w:br/>
        <w:t>vn 0.0319 0.9447 0.3263</w:t>
        <w:br/>
        <w:t>vn 0.0246 0.9469 0.3205</w:t>
        <w:br/>
        <w:t>vn 0.9838 0.1727 0.0473</w:t>
        <w:br/>
        <w:t>vn 0.9840 0.1730 0.0431</w:t>
        <w:br/>
        <w:t>vn 0.9841 0.1733 0.0388</w:t>
        <w:br/>
        <w:t>vn 0.1072 0.9897 0.0952</w:t>
        <w:br/>
        <w:t>vn 0.1071 0.9897 0.0952</w:t>
        <w:br/>
        <w:t>vn 0.0800 0.9843 0.1570</w:t>
        <w:br/>
        <w:t>vn 0.1338 0.9905 0.0330</w:t>
        <w:br/>
        <w:t>vn 0.9514 0.1921 -0.2405</w:t>
        <w:br/>
        <w:t>vn 0.9484 0.2081 -0.2390</w:t>
        <w:br/>
        <w:t>vn 0.9554 0.1747 -0.2379</w:t>
        <w:br/>
        <w:t>vn 0.9475 0.2132 -0.2381</w:t>
        <w:br/>
        <w:t>vn 0.9452 0.2241 -0.2374</w:t>
        <w:br/>
        <w:t>vn 0.9424 0.2311 -0.2418</w:t>
        <w:br/>
        <w:t>vn 0.4403 -0.8805 -0.1755</w:t>
        <w:br/>
        <w:t>vn 0.4536 -0.8731 -0.1785</w:t>
        <w:br/>
        <w:t>vn 0.4268 -0.8877 -0.1726</w:t>
        <w:br/>
        <w:t>vn 0.3995 -0.9015 -0.1665</w:t>
        <w:br/>
        <w:t>vn 0.3855 -0.9081 -0.1636</w:t>
        <w:br/>
        <w:t>vn 0.3092 -0.9397 -0.1462</w:t>
        <w:br/>
        <w:t>vn 0.2449 -0.9606 -0.1313</w:t>
        <w:br/>
        <w:t>vn 0.1799 -0.9769 -0.1156</w:t>
        <w:br/>
        <w:t>vn 0.1799 -0.9769 -0.1157</w:t>
        <w:br/>
        <w:t>vn -0.9493 -0.2108 0.2333</w:t>
        <w:br/>
        <w:t>vn -0.9495 -0.2132 0.2301</w:t>
        <w:br/>
        <w:t>vn -0.9490 -0.2085 0.2363</w:t>
        <w:br/>
        <w:t>vn -0.0179 -0.9960 -0.0880</w:t>
        <w:br/>
        <w:t>vn -0.0177 -0.9960 -0.0879</w:t>
        <w:br/>
        <w:t>vn -0.0186 -0.9959 -0.0884</w:t>
        <w:br/>
        <w:t>vn -0.0170 -0.9960 -0.0875</w:t>
        <w:br/>
        <w:t>vn -0.9441 -0.2107 0.2536</w:t>
        <w:br/>
        <w:t>vn -0.3566 0.9069 0.2243</w:t>
        <w:br/>
        <w:t>vn -0.3565 0.9070 0.2244</w:t>
        <w:br/>
        <w:t>vn -0.3506 0.9084 0.2279</w:t>
        <w:br/>
        <w:t>vn -0.3624 0.9055 0.2208</w:t>
        <w:br/>
        <w:t>vn -0.9501 -0.2065 0.2339</w:t>
        <w:br/>
        <w:t>vn -0.9501 -0.2067 0.2338</w:t>
        <w:br/>
        <w:t>vn -0.9498 -0.2041 0.2372</w:t>
        <w:br/>
        <w:t>vn -0.9503 -0.2090 0.2306</w:t>
        <w:br/>
        <w:t>vn -0.1800 0.9769 0.1157</w:t>
        <w:br/>
        <w:t>vn -0.1800 0.9768 0.1157</w:t>
        <w:br/>
        <w:t>vn -0.1141 0.9885 0.0995</w:t>
        <w:br/>
        <w:t>vn -0.0478 0.9954 0.0824</w:t>
        <w:br/>
        <w:t>vn 0.0339 0.9976 0.0610</w:t>
        <w:br/>
        <w:t>vn 0.0484 0.9972 0.0565</w:t>
        <w:br/>
        <w:t>vn 0.0785 0.9958 0.0481</w:t>
        <w:br/>
        <w:t>vn 0.0932 0.9947 0.0438</w:t>
        <w:br/>
        <w:t>vn 0.1084 0.9933 0.0398</w:t>
        <w:br/>
        <w:t>vn 0.9236 0.3363 -0.1841</w:t>
        <w:br/>
        <w:t>vn 0.9534 0.2459 -0.1749</w:t>
        <w:br/>
        <w:t>vn 0.9602 0.2044 -0.1905</w:t>
        <w:br/>
        <w:t>vn 0.9145 0.3780 -0.1444</w:t>
        <w:br/>
        <w:t>vn 0.9788 0.0675 -0.1933</w:t>
        <w:br/>
        <w:t>vn 0.8150 -0.5232 -0.2491</w:t>
        <w:br/>
        <w:t>vn 0.4454 -0.8918 -0.0798</w:t>
        <w:br/>
        <w:t>vn 0.4100 -0.9118 0.0247</w:t>
        <w:br/>
        <w:t>vn 0.4431 -0.8260 -0.3485</w:t>
        <w:br/>
        <w:t>vn 0.4431 -0.8259 -0.3485</w:t>
        <w:br/>
        <w:t>vn 0.4409 -0.8235 -0.3570</w:t>
        <w:br/>
        <w:t>vn 0.4452 -0.8284 -0.3400</w:t>
        <w:br/>
        <w:t>vn 0.3826 0.2582 -0.8871</w:t>
        <w:br/>
        <w:t>vn 0.3889 0.2578 -0.8845</w:t>
        <w:br/>
        <w:t>vn 0.3763 0.2586 -0.8896</w:t>
        <w:br/>
        <w:t>vn -0.0757 0.9970 0.0126</w:t>
        <w:br/>
        <w:t>vn -0.0836 0.9963 0.0175</w:t>
        <w:br/>
        <w:t>vn -0.0837 0.9963 0.0176</w:t>
        <w:br/>
        <w:t>vn -0.0915 0.9955 0.0225</w:t>
        <w:br/>
        <w:t>vn 0.9585 0.2305 0.1677</w:t>
        <w:br/>
        <w:t>vn 0.9589 0.2318 0.1637</w:t>
        <w:br/>
        <w:t>vn 0.9581 0.2292 0.1718</w:t>
        <w:br/>
        <w:t>vn 0.0128 0.9592 0.2826</w:t>
        <w:br/>
        <w:t>vn -0.0061 0.9755 0.2197</w:t>
        <w:br/>
        <w:t>vn 0.0317 0.9384 0.3441</w:t>
        <w:br/>
        <w:t>vn 0.8910 0.1417 0.4313</w:t>
        <w:br/>
        <w:t>vn 0.8971 0.1268 0.4232</w:t>
        <w:br/>
        <w:t>vn 0.8866 0.1570 0.4351</w:t>
        <w:br/>
        <w:t>vn 0.8853 0.1622 0.4358</w:t>
        <w:br/>
        <w:t>vn 0.8819 0.1722 0.4389</w:t>
        <w:br/>
        <w:t>vn 0.8778 0.1770 0.4451</w:t>
        <w:br/>
        <w:t>vn 0.5068 -0.8575 -0.0885</w:t>
        <w:br/>
        <w:t>vn 0.5189 -0.8510 -0.0811</w:t>
        <w:br/>
        <w:t>vn 0.4946 -0.8638 -0.0957</w:t>
        <w:br/>
        <w:t>vn 0.4698 -0.8759 -0.1103</w:t>
        <w:br/>
        <w:t>vn 0.4572 -0.8816 -0.1174</w:t>
        <w:br/>
        <w:t>vn 0.3870 -0.9088 -0.1560</w:t>
        <w:br/>
        <w:t>vn 0.3276 -0.9262 -0.1868</w:t>
        <w:br/>
        <w:t>vn 0.2669 -0.9390 -0.2167</w:t>
        <w:br/>
        <w:t>vn -0.8878 -0.1616 -0.4310</w:t>
        <w:br/>
        <w:t>vn -0.8878 -0.1618 -0.4308</w:t>
        <w:br/>
        <w:t>vn -0.8882 -0.1651 -0.4289</w:t>
        <w:br/>
        <w:t>vn -0.8874 -0.1583 -0.4329</w:t>
        <w:br/>
        <w:t>vn 0.0771 -0.9574 -0.2783</w:t>
        <w:br/>
        <w:t>vn 0.0769 -0.9574 -0.2782</w:t>
        <w:br/>
        <w:t>vn 0.0761 -0.9576 -0.2780</w:t>
        <w:br/>
        <w:t>vn 0.0778 -0.9573 -0.2786</w:t>
        <w:br/>
        <w:t>vn -0.8803 -0.1538 -0.4489</w:t>
        <w:br/>
        <w:t>vn -0.4211 0.9046 0.0653</w:t>
        <w:br/>
        <w:t>vn -0.4212 0.9046 0.0653</w:t>
        <w:br/>
        <w:t>vn -0.4151 0.9075 0.0634</w:t>
        <w:br/>
        <w:t>vn -0.4272 0.9017 0.0672</w:t>
        <w:br/>
        <w:t>vn -0.8889 -0.1576 -0.4300</w:t>
        <w:br/>
        <w:t>vn -0.8889 -0.1575 -0.4301</w:t>
        <w:br/>
        <w:t>vn -0.8885 -0.1540 -0.4322</w:t>
        <w:br/>
        <w:t>vn -0.8893 -0.1610 -0.4280</w:t>
        <w:br/>
        <w:t>vn -0.2670 0.9390 0.2166</w:t>
        <w:br/>
        <w:t>vn -0.1739 0.9499 0.2597</w:t>
        <w:br/>
        <w:t>vn -0.1736 0.9500 0.2595</w:t>
        <w:br/>
        <w:t>vn -0.0644 0.9498 0.3061</w:t>
        <w:br/>
        <w:t>vn -0.0506 0.9486 0.3123</w:t>
        <w:br/>
        <w:t>vn -0.0216 0.9458 0.3239</w:t>
        <w:br/>
        <w:t>vn -0.0075 0.9441 0.3296</w:t>
        <w:br/>
        <w:t>vn 0.0072 0.9421 0.3351</w:t>
        <w:br/>
        <w:t>vn 0.0071 0.9421 0.3352</w:t>
        <w:br/>
        <w:t>vn 0.8950 0.2160 0.3903</w:t>
        <w:br/>
        <w:t>vn 0.8550 0.2948 0.4267</w:t>
        <w:br/>
        <w:t>vn 0.9043 0.1721 0.3908</w:t>
        <w:br/>
        <w:t>vn 0.8462 0.3477 0.4038</w:t>
        <w:br/>
        <w:t>vn 0.9368 0.0450 0.3471</w:t>
        <w:br/>
        <w:t>vn 0.8306 -0.5325 0.1627</w:t>
        <w:br/>
        <w:t>vn 0.5243 -0.8323 -0.1798</w:t>
        <w:br/>
        <w:t>vn 0.8306 -0.5326 0.1627</w:t>
        <w:br/>
        <w:t>vn 0.5037 -0.8143 -0.2886</w:t>
        <w:br/>
        <w:t>vn 0.3358 -0.9399 0.0625</w:t>
        <w:br/>
        <w:t>vn 0.3466 -0.9351 0.0746</w:t>
        <w:br/>
        <w:t>vn 0.2674 -0.1187 0.9562</w:t>
        <w:br/>
        <w:t>vn 0.2676 -0.1186 0.9562</w:t>
        <w:br/>
        <w:t>vn 0.0319 0.9445 0.3268</w:t>
        <w:br/>
        <w:t>vn 0.0391 0.9423 0.3326</w:t>
        <w:br/>
        <w:t>vn 0.0318 0.9446 0.3268</w:t>
        <w:br/>
        <w:t>vn 0.0246 0.9468 0.3210</w:t>
        <w:br/>
        <w:t>vn 0.9837 0.1726 0.0495</w:t>
        <w:br/>
        <w:t>vn 0.9839 0.1729 0.0458</w:t>
        <w:br/>
        <w:t>vn 0.9840 0.1731 0.0420</w:t>
        <w:br/>
        <w:t>vn 0.1072 0.9896 0.0964</w:t>
        <w:br/>
        <w:t>vn 0.0801 0.9842 0.1580</w:t>
        <w:br/>
        <w:t>vn 0.1338 0.9904 0.0345</w:t>
        <w:br/>
        <w:t>vn 0.9524 0.1920 -0.2368</w:t>
        <w:br/>
        <w:t>vn 0.9495 0.2083 -0.2347</w:t>
        <w:br/>
        <w:t>vn 0.9564 0.1746 -0.2342</w:t>
        <w:br/>
        <w:t>vn 0.9485 0.2134 -0.2340</w:t>
        <w:br/>
        <w:t>vn 0.9463 0.2244 -0.2325</w:t>
        <w:br/>
        <w:t>vn 0.9436 0.2313 -0.2368</w:t>
        <w:br/>
        <w:t>vn 0.4404 -0.8807 -0.1745</w:t>
        <w:br/>
        <w:t>vn 0.4537 -0.8733 -0.1774</w:t>
        <w:br/>
        <w:t>vn 0.4269 -0.8879 -0.1717</w:t>
        <w:br/>
        <w:t>vn 0.3996 -0.9016 -0.1658</w:t>
        <w:br/>
        <w:t>vn 0.3855 -0.9082 -0.1629</w:t>
        <w:br/>
        <w:t>vn 0.3092 -0.9397 -0.1459</w:t>
        <w:br/>
        <w:t>vn 0.2448 -0.9606 -0.1313</w:t>
        <w:br/>
        <w:t>vn 0.1799 -0.9768 -0.1159</w:t>
        <w:br/>
        <w:t>vn -0.9500 -0.2108 0.2303</w:t>
        <w:br/>
        <w:t>vn -0.9503 -0.2133 0.2268</w:t>
        <w:br/>
        <w:t>vn -0.9498 -0.2083 0.2335</w:t>
        <w:br/>
        <w:t>vn -0.0179 -0.9959 -0.0888</w:t>
        <w:br/>
        <w:t>vn -0.0177 -0.9959 -0.0887</w:t>
        <w:br/>
        <w:t>vn -0.0186 -0.9958 -0.0892</w:t>
        <w:br/>
        <w:t>vn -0.0169 -0.9959 -0.0883</w:t>
        <w:br/>
        <w:t>vn -0.9446 -0.2107 0.2515</w:t>
        <w:br/>
        <w:t>vn -0.9448 -0.2108 0.2509</w:t>
        <w:br/>
        <w:t>vn -0.9447 -0.2108 0.2511</w:t>
        <w:br/>
        <w:t>vn -0.9445 -0.2107 0.2520</w:t>
        <w:br/>
        <w:t>vn -0.3565 0.9070 0.2241</w:t>
        <w:br/>
        <w:t>vn -0.3506 0.9084 0.2276</w:t>
        <w:br/>
        <w:t>vn -0.3624 0.9056 0.2205</w:t>
        <w:br/>
        <w:t>vn -0.9505 -0.2065 0.2323</w:t>
        <w:br/>
        <w:t>vn -0.9505 -0.2067 0.2322</w:t>
        <w:br/>
        <w:t>vn -0.9502 -0.2042 0.2354</w:t>
        <w:br/>
        <w:t>vn -0.9507 -0.2089 0.2292</w:t>
        <w:br/>
        <w:t>vn -0.1800 0.9768 0.1158</w:t>
        <w:br/>
        <w:t>vn -0.1141 0.9884 0.0998</w:t>
        <w:br/>
        <w:t>vn -0.0478 0.9954 0.0829</w:t>
        <w:br/>
        <w:t>vn 0.0339 0.9975 0.0617</w:t>
        <w:br/>
        <w:t>vn 0.0484 0.9972 0.0573</w:t>
        <w:br/>
        <w:t>vn 0.0785 0.9957 0.0491</w:t>
        <w:br/>
        <w:t>vn 0.0932 0.9946 0.0450</w:t>
        <w:br/>
        <w:t>vn 0.1084 0.9933 0.0409</w:t>
        <w:br/>
        <w:t>vn 0.1086 0.9932 0.0410</w:t>
        <w:br/>
        <w:t>vn 0.9244 0.3360 -0.1804</w:t>
        <w:br/>
        <w:t>vn 0.9540 0.2455 -0.1719</w:t>
        <w:br/>
        <w:t>vn 0.9608 0.2043 -0.1873</w:t>
        <w:br/>
        <w:t>vn 0.9150 0.3781 -0.1404</w:t>
        <w:br/>
        <w:t>vn 0.9793 0.0674 -0.1907</w:t>
        <w:br/>
        <w:t>vn 0.8154 -0.5234 -0.2473</w:t>
        <w:br/>
        <w:t>vn 0.4454 -0.8918 -0.0793</w:t>
        <w:br/>
        <w:t>vn 0.8155 -0.5233 -0.2472</w:t>
        <w:br/>
        <w:t>vn 0.4100 -0.9118 0.0249</w:t>
        <w:br/>
        <w:t>vn 0.4498 -0.8330 -0.3221</w:t>
        <w:br/>
        <w:t>vn 0.4498 -0.8330 -0.3220</w:t>
        <w:br/>
        <w:t>vn 0.4477 -0.8307 -0.3309</w:t>
        <w:br/>
        <w:t>vn 0.4518 -0.8353 -0.3132</w:t>
        <w:br/>
        <w:t>vn 0.4283 0.2694 -0.8626</w:t>
        <w:br/>
        <w:t>vn 0.4282 0.2694 -0.8626</w:t>
        <w:br/>
        <w:t>vn 0.4393 0.2685 -0.8573</w:t>
        <w:br/>
        <w:t>vn 0.4172 0.2701 -0.8677</w:t>
        <w:br/>
        <w:t>vn -0.0760 0.9964 0.0369</w:t>
        <w:br/>
        <w:t>vn -0.0668 0.9972 0.0323</w:t>
        <w:br/>
        <w:t>vn -0.0851 0.9955 0.0415</w:t>
        <w:br/>
        <w:t>vn 0.9483 0.2146 0.2339</w:t>
        <w:br/>
        <w:t>vn 0.9483 0.2145 0.2339</w:t>
        <w:br/>
        <w:t>vn 0.9487 0.2154 0.2313</w:t>
        <w:br/>
        <w:t>vn 0.9478 0.2136 0.2365</w:t>
        <w:br/>
        <w:t>vn 0.0315 0.9546 0.2962</w:t>
        <w:br/>
        <w:t>vn 0.0315 0.9546 0.2961</w:t>
        <w:br/>
        <w:t>vn 0.0132 0.9717 0.2357</w:t>
        <w:br/>
        <w:t>vn 0.0497 0.9334 0.3553</w:t>
        <w:br/>
        <w:t>vn 0.8775 0.1295 0.4618</w:t>
        <w:br/>
        <w:t>vn 0.8831 0.1158 0.4546</w:t>
        <w:br/>
        <w:t>vn 0.8733 0.1441 0.4654</w:t>
        <w:br/>
        <w:t>vn 0.8723 0.1486 0.4658</w:t>
        <w:br/>
        <w:t>vn 0.8689 0.1586 0.4688</w:t>
        <w:br/>
        <w:t>vn 0.8648 0.1635 0.4747</w:t>
        <w:br/>
        <w:t>vn 0.5099 -0.8577 -0.0662</w:t>
        <w:br/>
        <w:t>vn 0.5224 -0.8507 -0.0580</w:t>
        <w:br/>
        <w:t>vn 0.5223 -0.8508 -0.0582</w:t>
        <w:br/>
        <w:t>vn 0.4975 -0.8643 -0.0740</w:t>
        <w:br/>
        <w:t>vn 0.4717 -0.8771 -0.0906</w:t>
        <w:br/>
        <w:t>vn 0.4589 -0.8831 -0.0983</w:t>
        <w:br/>
        <w:t>vn 0.3869 -0.9111 -0.1421</w:t>
        <w:br/>
        <w:t>vn 0.3258 -0.9287 -0.1773</w:t>
        <w:br/>
        <w:t>vn 0.2633 -0.9412 -0.2115</w:t>
        <w:br/>
        <w:t>vn 0.2631 -0.9412 -0.2119</w:t>
        <w:br/>
        <w:t>vn -0.8678 -0.1512 -0.4734</w:t>
        <w:br/>
        <w:t>vn -0.8682 -0.1550 -0.4714</w:t>
        <w:br/>
        <w:t>vn -0.8673 -0.1473 -0.4755</w:t>
        <w:br/>
        <w:t>vn 0.0718 -0.9553 -0.2867</w:t>
        <w:br/>
        <w:t>vn 0.0715 -0.9554 -0.2867</w:t>
        <w:br/>
        <w:t>vn 0.0699 -0.9556 -0.2863</w:t>
        <w:br/>
        <w:t>vn 0.0732 -0.9551 -0.2871</w:t>
        <w:br/>
        <w:t>vn -0.8574 -0.1456 -0.4937</w:t>
        <w:br/>
        <w:t>vn -0.8573 -0.1455 -0.4938</w:t>
        <w:br/>
        <w:t>vn -0.8578 -0.1463 -0.4927</w:t>
        <w:br/>
        <w:t>vn -0.8568 -0.1448 -0.4949</w:t>
        <w:br/>
        <w:t>vn -0.4211 0.9055 0.0520</w:t>
        <w:br/>
        <w:t>vn -0.4212 0.9055 0.0520</w:t>
        <w:br/>
        <w:t>vn -0.4150 0.9084 0.0508</w:t>
        <w:br/>
        <w:t>vn -0.4272 0.9026 0.0532</w:t>
        <w:br/>
        <w:t>vn -0.8663 -0.1493 -0.4767</w:t>
        <w:br/>
        <w:t>vn -0.8663 -0.1494 -0.4766</w:t>
        <w:br/>
        <w:t>vn -0.8659 -0.1463 -0.4783</w:t>
        <w:br/>
        <w:t>vn -0.8667 -0.1522 -0.4751</w:t>
        <w:br/>
        <w:t>vn -0.2028 0.9482 0.2445</w:t>
        <w:br/>
        <w:t>vn -0.2659 0.9405 0.2115</w:t>
        <w:br/>
        <w:t>vn -0.2662 0.9404 0.2116</w:t>
        <w:br/>
        <w:t>vn -0.1382 0.9510 0.2765</w:t>
        <w:br/>
        <w:t>vn -0.0582 0.9477 0.3137</w:t>
        <w:br/>
        <w:t>vn -0.0429 0.9463 0.3205</w:t>
        <w:br/>
        <w:t>vn -0.0127 0.9426 0.3337</w:t>
        <w:br/>
        <w:t>vn 0.0029 0.9404 0.3400</w:t>
        <w:br/>
        <w:t>vn 0.0181 0.9380 0.3462</w:t>
        <w:br/>
        <w:t>vn 0.0192 0.9380 0.3460</w:t>
        <w:br/>
        <w:t>vn 0.8795 0.2016 0.4311</w:t>
        <w:br/>
        <w:t>vn 0.8413 0.2777 0.4637</w:t>
        <w:br/>
        <w:t>vn 0.8880 0.1599 0.4311</w:t>
        <w:br/>
        <w:t>vn 0.8339 0.3286 0.4433</w:t>
        <w:br/>
        <w:t>vn 0.9197 0.0384 0.3908</w:t>
        <w:br/>
        <w:t>vn 0.8230 -0.5320 0.1992</w:t>
        <w:br/>
        <w:t>vn 0.5295 -0.8345 -0.1525</w:t>
        <w:br/>
        <w:t>vn 0.5295 -0.8345 -0.1524</w:t>
        <w:br/>
        <w:t>vn 0.5115 -0.8195 -0.2585</w:t>
        <w:br/>
        <w:t>vn 0.0100 0.5787 0.8155</w:t>
        <w:br/>
        <w:t>vn 0.0004 0.8433 0.5374</w:t>
        <w:br/>
        <w:t>vn 0.0132 0.8249 0.5651</w:t>
        <w:br/>
        <w:t>vn 0.0030 0.5923 0.8057</w:t>
        <w:br/>
        <w:t>vn 0.0241 0.0373 0.9990</w:t>
        <w:br/>
        <w:t>vn 0.0303 -0.1625 0.9862</w:t>
        <w:br/>
        <w:t>vn 0.0367 -0.3515 0.9355</w:t>
        <w:br/>
        <w:t>vn 0.0370 -0.3503 0.9359</w:t>
        <w:br/>
        <w:t>vn 0.0399 -0.3566 0.9334</w:t>
        <w:br/>
        <w:t>vn 0.0405 -0.3577 0.9330</w:t>
        <w:br/>
        <w:t>vn -0.0110 0.8292 0.5588</w:t>
        <w:br/>
        <w:t>vn 0.0015 0.8475 0.5308</w:t>
        <w:br/>
        <w:t>vn -0.0048 0.5850 0.8110</w:t>
        <w:br/>
        <w:t>vn 0.0020 0.5986 0.8011</w:t>
        <w:br/>
        <w:t>vn -0.0156 0.0451 0.9989</w:t>
        <w:br/>
        <w:t>vn -0.0204 -0.1549 0.9877</w:t>
        <w:br/>
        <w:t>vn -0.0279 -0.3448 0.9382</w:t>
        <w:br/>
        <w:t>vn -0.0282 -0.3437 0.9387</w:t>
        <w:br/>
        <w:t>vn -0.0321 -0.3510 0.9358</w:t>
        <w:br/>
        <w:t>vn -0.0328 -0.3521 0.9354</w:t>
        <w:br/>
        <w:t>vn -0.1898 -0.9816 0.0200</w:t>
        <w:br/>
        <w:t>vn -0.1460 -0.9890 0.0225</w:t>
        <w:br/>
        <w:t>vn -0.1157 -0.9929 -0.0282</w:t>
        <w:br/>
        <w:t>vn -0.1285 -0.9914 0.0242</w:t>
        <w:br/>
        <w:t>vn -0.0838 -0.9965 -0.0054</w:t>
        <w:br/>
        <w:t>vn -0.1470 -0.9891 0.0095</w:t>
        <w:br/>
        <w:t>vn -0.1185 -0.9903 -0.0724</w:t>
        <w:br/>
        <w:t>vn -0.0960 -0.9925 -0.0755</w:t>
        <w:br/>
        <w:t>vn -0.1502 -0.9851 -0.0832</w:t>
        <w:br/>
        <w:t>vn -0.1472 -0.9864 -0.0736</w:t>
        <w:br/>
        <w:t>vn -0.1896 -0.9793 -0.0707</w:t>
        <w:br/>
        <w:t>vn -0.1106 -0.9930 -0.0413</w:t>
        <w:br/>
        <w:t>vn -0.1288 -0.9914 0.0221</w:t>
        <w:br/>
        <w:t>vn -0.0934 -0.9956 -0.0070</w:t>
        <w:br/>
        <w:t>vn -0.1309 -0.9910 -0.0294</w:t>
        <w:br/>
        <w:t>vn -0.0923 -0.9956 0.0188</w:t>
        <w:br/>
        <w:t>vn -0.0991 -0.9940 -0.0461</w:t>
        <w:br/>
        <w:t>vn -0.0818 -0.9948 -0.0615</w:t>
        <w:br/>
        <w:t>vn -0.1402 -0.9885 -0.0561</w:t>
        <w:br/>
        <w:t>vn -0.1745 -0.9843 -0.0253</w:t>
        <w:br/>
        <w:t>vn 0.2294 -0.1409 0.9631</w:t>
        <w:br/>
        <w:t>vn 0.2187 -0.0042 0.9758</w:t>
        <w:br/>
        <w:t>vn 0.1089 -0.0739 0.9913</w:t>
        <w:br/>
        <w:t>vn 0.0446 0.0057 0.9990</w:t>
        <w:br/>
        <w:t>vn 0.1811 -0.3366 0.9241</w:t>
        <w:br/>
        <w:t>vn 0.3079 -0.6420 0.7021</w:t>
        <w:br/>
        <w:t>vn -0.1747 0.1266 0.9765</w:t>
        <w:br/>
        <w:t>vn -0.3022 0.4785 0.8245</w:t>
        <w:br/>
        <w:t>vn 0.3273 -0.7558 0.5672</w:t>
        <w:br/>
        <w:t>vn 0.3910 -0.9036 0.1751</w:t>
        <w:br/>
        <w:t>vn 0.3857 -0.9071 0.1684</w:t>
        <w:br/>
        <w:t>vn -0.8296 -0.5524 0.0816</w:t>
        <w:br/>
        <w:t>vn -0.8295 -0.5434 0.1289</w:t>
        <w:br/>
        <w:t>vn -0.8600 -0.5051 0.0731</w:t>
        <w:br/>
        <w:t>vn -0.8030 -0.5634 0.1943</w:t>
        <w:br/>
        <w:t>vn -0.8114 -0.5318 0.2423</w:t>
        <w:br/>
        <w:t>vn -0.8103 -0.5124 0.2844</w:t>
        <w:br/>
        <w:t>vn -0.8685 -0.4006 0.2921</w:t>
        <w:br/>
        <w:t>vn 0.2674 -0.6738 0.6889</w:t>
        <w:br/>
        <w:t>vn 0.4084 -0.8914 0.1967</w:t>
        <w:br/>
        <w:t>vn 0.3531 -0.7519 0.5567</w:t>
        <w:br/>
        <w:t>vn 0.1247 -0.3983 0.9087</w:t>
        <w:br/>
        <w:t>vn 0.0768 -0.4346 0.8973</w:t>
        <w:br/>
        <w:t>vn -0.8648 -0.3965 0.3081</w:t>
        <w:br/>
        <w:t>vn -0.0468 0.0017 0.9989</w:t>
        <w:br/>
        <w:t>vn 0.4210 -0.8860 0.1944</w:t>
        <w:br/>
        <w:t>vn -0.1208 0.2149 0.9691</w:t>
        <w:br/>
        <w:t>vn 0.9732 0.0940 0.2097</w:t>
        <w:br/>
        <w:t>vn 0.9600 0.1095 0.2576</w:t>
        <w:br/>
        <w:t>vn 0.9977 0.0183 0.0648</w:t>
        <w:br/>
        <w:t>vn 0.9986 -0.0336 -0.0402</w:t>
        <w:br/>
        <w:t>vn 0.9074 0.3201 0.2724</w:t>
        <w:br/>
        <w:t>vn 0.9254 0.2346 0.2978</w:t>
        <w:br/>
        <w:t>vn 0.3265 -0.6810 0.6555</w:t>
        <w:br/>
        <w:t>vn 0.3630 -0.9134 0.1845</w:t>
        <w:br/>
        <w:t>vn 0.6804 -0.5190 0.5174</w:t>
        <w:br/>
        <w:t>vn 0.7292 -0.6643 0.1646</w:t>
        <w:br/>
        <w:t>vn 0.9540 -0.2808 0.1046</w:t>
        <w:br/>
        <w:t>vn 0.8790 -0.1405 0.4556</w:t>
        <w:br/>
        <w:t>vn 0.4906 -0.1879 0.8509</w:t>
        <w:br/>
        <w:t>vn 0.1810 -0.3375 0.9238</w:t>
        <w:br/>
        <w:t>vn 0.7381 0.1666 0.6538</w:t>
        <w:br/>
        <w:t>vn 0.8610 0.4555 0.2261</w:t>
        <w:br/>
        <w:t>vn -0.0375 0.1017 0.9941</w:t>
        <w:br/>
        <w:t>vn 0.8620 0.4558 0.2217</w:t>
        <w:br/>
        <w:t>vn 0.2989 0.3908 0.8706</w:t>
        <w:br/>
        <w:t>vn 0.5684 0.4481 0.6900</w:t>
        <w:br/>
        <w:t>vn 0.4188 0.6744 0.6081</w:t>
        <w:br/>
        <w:t>vn 0.8361 0.5232 0.1648</w:t>
        <w:br/>
        <w:t>vn -0.0016 0.6246 0.7809</w:t>
        <w:br/>
        <w:t>vn -0.2372 0.4503 0.8608</w:t>
        <w:br/>
        <w:t>vn 0.8289 0.5380 0.1536</w:t>
        <w:br/>
        <w:t>vn 0.0493 0.8460 0.5308</w:t>
        <w:br/>
        <w:t>vn 0.3223 0.8857 0.3341</w:t>
        <w:br/>
        <w:t>vn -0.4095 0.7191 0.5614</w:t>
        <w:br/>
        <w:t>vn -0.1072 0.9847 0.1375</w:t>
        <w:br/>
        <w:t>vn 0.2913 0.9529 0.0847</w:t>
        <w:br/>
        <w:t>vn 0.3260 0.9227 -0.2058</w:t>
        <w:br/>
        <w:t>vn 0.7999 0.5907 0.1060</w:t>
        <w:br/>
        <w:t>vn 0.7573 0.6481 0.0800</w:t>
        <w:br/>
        <w:t>vn -0.0421 0.8864 -0.4609</w:t>
        <w:br/>
        <w:t>vn 0.4559 0.6429 -0.6155</w:t>
        <w:br/>
        <w:t>vn -0.4906 0.8529 0.1788</w:t>
        <w:br/>
        <w:t>vn 0.0296 0.5188 -0.8544</w:t>
        <w:br/>
        <w:t>vn -0.4930 0.8353 -0.2436</w:t>
        <w:br/>
        <w:t>vn 0.6930 0.7207 -0.0181</w:t>
        <w:br/>
        <w:t>vn 0.7005 0.7136 -0.0024</w:t>
        <w:br/>
        <w:t>vn 0.6692 0.7255 -0.1608</w:t>
        <w:br/>
        <w:t>vn -0.3361 0.5071 -0.7937</w:t>
        <w:br/>
        <w:t>vn 0.6677 0.7013 -0.2498</w:t>
        <w:br/>
        <w:t>vn 0.7049 0.6004 -0.3777</w:t>
        <w:br/>
        <w:t>vn -0.5627 0.8155 0.1355</w:t>
        <w:br/>
        <w:t>vn -0.6221 0.6005 0.5023</w:t>
        <w:br/>
        <w:t>vn -0.4655 0.7010 0.5403</w:t>
        <w:br/>
        <w:t>vn -0.3195 0.5018 0.8038</w:t>
        <w:br/>
        <w:t>vn -0.5460 0.7013 -0.4583</w:t>
        <w:br/>
        <w:t>vn -0.8402 0.5045 -0.1991</w:t>
        <w:br/>
        <w:t>vn -0.2587 0.4320 0.8640</w:t>
        <w:br/>
        <w:t>vn -0.9303 -0.2634 0.2554</w:t>
        <w:br/>
        <w:t>vn -0.9309 -0.2747 0.2407</w:t>
        <w:br/>
        <w:t>vn -0.2605 0.5130 0.8179</w:t>
        <w:br/>
        <w:t>vn -0.9585 -0.1982 0.2050</w:t>
        <w:br/>
        <w:t>vn -0.3958 0.6957 0.5995</w:t>
        <w:br/>
        <w:t>vn -0.9622 -0.1826 0.2019</w:t>
        <w:br/>
        <w:t>vn -0.4952 0.7368 0.4603</w:t>
        <w:br/>
        <w:t>vn -0.8220 0.5444 0.1671</w:t>
        <w:br/>
        <w:t>vn -0.9706 -0.1683 0.1719</w:t>
        <w:br/>
        <w:t>vn -0.6259 0.7675 0.1387</w:t>
        <w:br/>
        <w:t>vn -0.6776 0.6636 -0.3169</w:t>
        <w:br/>
        <w:t>vn -0.9282 0.3505 0.1251</w:t>
        <w:br/>
        <w:t>vn -0.9700 0.1903 -0.1513</w:t>
        <w:br/>
        <w:t>vn -0.7327 0.1879 -0.6540</w:t>
        <w:br/>
        <w:t>vn -0.8220 0.0966 -0.5612</w:t>
        <w:br/>
        <w:t>vn -0.4868 0.2809 -0.8271</w:t>
        <w:br/>
        <w:t>vn -0.3954 0.4004 -0.8267</w:t>
        <w:br/>
        <w:t>vn 0.7234 0.5465 -0.4221</w:t>
        <w:br/>
        <w:t>vn -0.6604 -0.2735 -0.6994</w:t>
        <w:br/>
        <w:t>vn 0.7738 0.4226 -0.4719</w:t>
        <w:br/>
        <w:t>vn -0.1288 0.0450 -0.9907</w:t>
        <w:br/>
        <w:t>vn -0.1201 -0.0580 -0.9911</w:t>
        <w:br/>
        <w:t>vn 0.7948 0.3206 -0.5152</w:t>
        <w:br/>
        <w:t>vn 0.3744 0.1367 -0.9171</w:t>
        <w:br/>
        <w:t>vn 0.6253 0.3100 -0.7162</w:t>
        <w:br/>
        <w:t>vn 0.7887 0.0138 -0.6146</w:t>
        <w:br/>
        <w:t>vn 0.5986 -0.2746 -0.7525</w:t>
        <w:br/>
        <w:t>vn 0.8409 0.2716 -0.4681</w:t>
        <w:br/>
        <w:t>vn 0.5976 -0.4233 -0.6809</w:t>
        <w:br/>
        <w:t>vn 0.9178 -0.2461 -0.3117</w:t>
        <w:br/>
        <w:t>vn 0.7948 0.3207 -0.5152</w:t>
        <w:br/>
        <w:t>vn 0.5985 -0.2746 -0.7525</w:t>
        <w:br/>
        <w:t>vn 0.5528 -0.4269 -0.7157</w:t>
        <w:br/>
        <w:t>vn 0.7054 -0.6620 -0.2532</w:t>
        <w:br/>
        <w:t>vn 0.3629 -0.9134 0.1844</w:t>
        <w:br/>
        <w:t>vn 0.3085 -0.8674 -0.3906</w:t>
        <w:br/>
        <w:t>vn 0.8205 -0.4982 -0.2804</w:t>
        <w:br/>
        <w:t>vn 0.9672 -0.0931 -0.2364</w:t>
        <w:br/>
        <w:t>vn 0.9977 0.0184 0.0648</w:t>
        <w:br/>
        <w:t>vn 0.4084 -0.8914 0.1966</w:t>
        <w:br/>
        <w:t>vn 0.3402 -0.8472 -0.4080</w:t>
        <w:br/>
        <w:t>vn 0.1265 -0.4896 -0.8628</w:t>
        <w:br/>
        <w:t>vn -0.8181 -0.5737 0.0391</w:t>
        <w:br/>
        <w:t>vn -0.7748 -0.6319 -0.0208</w:t>
        <w:br/>
        <w:t>vn -0.7896 -0.5775 -0.2075</w:t>
        <w:br/>
        <w:t>vn -0.5585 -0.2892 -0.7775</w:t>
        <w:br/>
        <w:t>vn -0.0799 -0.2223 -0.9717</w:t>
        <w:br/>
        <w:t>vn 0.0260 -0.3388 -0.9405</w:t>
        <w:br/>
        <w:t>vn 0.0018 -0.3373 -0.9414</w:t>
        <w:br/>
        <w:t>vn 0.0110 -0.3577 -0.9338</w:t>
        <w:br/>
        <w:t>vn -0.7918 -0.6028 -0.0982</w:t>
        <w:br/>
        <w:t>vn 0.1736 -0.6094 -0.7736</w:t>
        <w:br/>
        <w:t>vn 0.1903 -0.6196 -0.7615</w:t>
        <w:br/>
        <w:t>vn 0.3762 -0.8442 -0.3819</w:t>
        <w:br/>
        <w:t>vn 0.3722 -0.8987 -0.2321</w:t>
        <w:br/>
        <w:t>vn -0.8600 -0.5050 0.0730</w:t>
        <w:br/>
        <w:t>vn -0.3323 -0.0925 0.9386</w:t>
        <w:br/>
        <w:t>vn -0.4150 -0.0360 0.9091</w:t>
        <w:br/>
        <w:t>vn -0.3081 -0.1016 0.9459</w:t>
        <w:br/>
        <w:t>vn -0.4753 -0.1605 0.8651</w:t>
        <w:br/>
        <w:t>vn -0.5466 -0.0296 0.8369</w:t>
        <w:br/>
        <w:t>vn -0.4726 0.0853 0.8771</w:t>
        <w:br/>
        <w:t>vn -0.4715 -0.8622 0.1851</w:t>
        <w:br/>
        <w:t>vn -0.4485 -0.8916 0.0625</w:t>
        <w:br/>
        <w:t>vn -0.4529 -0.8843 0.1139</w:t>
        <w:br/>
        <w:t>vn -0.4418 -0.8966 0.0307</w:t>
        <w:br/>
        <w:t>vn -0.4593 -0.8872 -0.0443</w:t>
        <w:br/>
        <w:t>vn -0.6204 -0.1412 0.7715</w:t>
        <w:br/>
        <w:t>vn -0.5286 -0.3961 0.7508</w:t>
        <w:br/>
        <w:t>vn -0.4607 -0.8865 -0.0436</w:t>
        <w:br/>
        <w:t>vn -0.7947 0.0061 0.6070</w:t>
        <w:br/>
        <w:t>vn -0.0172 0.8518 0.5236</w:t>
        <w:br/>
        <w:t>vn 0.0289 0.8419 0.5388</w:t>
        <w:br/>
        <w:t>vn 0.0566 0.8566 0.5128</w:t>
        <w:br/>
        <w:t>vn -0.0824 0.8499 0.5205</w:t>
        <w:br/>
        <w:t>vn -0.1813 0.8740 0.4508</w:t>
        <w:br/>
        <w:t>vn -0.8584 0.0047 0.5129</w:t>
        <w:br/>
        <w:t>vn -0.1863 0.8718 0.4531</w:t>
        <w:br/>
        <w:t>vn -0.4707 -0.8760 -0.1050</w:t>
        <w:br/>
        <w:t>vn -0.9480 0.0041 0.3181</w:t>
        <w:br/>
        <w:t>vn -0.4556 -0.8825 -0.1170</w:t>
        <w:br/>
        <w:t>vn -0.2723 0.9010 0.3378</w:t>
        <w:br/>
        <w:t>vn -0.9755 -0.0037 0.2200</w:t>
        <w:br/>
        <w:t>vn -0.3060 0.9125 0.2716</w:t>
        <w:br/>
        <w:t>vn -0.4492 -0.8877 -0.1013</w:t>
        <w:br/>
        <w:t>vn -0.9984 0.0516 -0.0247</w:t>
        <w:br/>
        <w:t>vn -0.4384 -0.8949 -0.0833</w:t>
        <w:br/>
        <w:t>vn -0.3381 0.9339 0.1160</w:t>
        <w:br/>
        <w:t>vn -0.9979 0.0487 -0.0416</w:t>
        <w:br/>
        <w:t>vn -0.3364 0.9413 0.0278</w:t>
        <w:br/>
        <w:t>vn -0.3107 0.9399 -0.1414</w:t>
        <w:br/>
        <w:t>vn -0.9647 0.0841 -0.2497</w:t>
        <w:br/>
        <w:t>vn -0.2315 0.9494 -0.2123</w:t>
        <w:br/>
        <w:t>vn -0.4772 -0.8778 -0.0415</w:t>
        <w:br/>
        <w:t>vn -0.9403 0.1159 -0.3201</w:t>
        <w:br/>
        <w:t>vn -0.4413 -0.8972 -0.0157</w:t>
        <w:br/>
        <w:t>vn -0.5370 -0.8426 -0.0402</w:t>
        <w:br/>
        <w:t>vn -0.0893 0.9511 -0.2957</w:t>
        <w:br/>
        <w:t>vn -0.8720 0.1186 -0.4749</w:t>
        <w:br/>
        <w:t>vn -0.0701 0.9493 -0.3065</w:t>
        <w:br/>
        <w:t>vn -0.6012 -0.7920 -0.1063</w:t>
        <w:br/>
        <w:t>vn -0.8439 0.1615 -0.5116</w:t>
        <w:br/>
        <w:t>vn -0.6072 -0.7782 -0.1607</w:t>
        <w:br/>
        <w:t>vn 0.1091 0.9394 -0.3250</w:t>
        <w:br/>
        <w:t>vn -0.6177 -0.7491 -0.2394</w:t>
        <w:br/>
        <w:t>vn -0.5884 -0.7481 -0.3067</w:t>
        <w:br/>
        <w:t>vn -0.7069 0.1646 -0.6879</w:t>
        <w:br/>
        <w:t>vn 0.1124 0.9409 -0.3195</w:t>
        <w:br/>
        <w:t>vn -0.6103 0.2083 -0.7643</w:t>
        <w:br/>
        <w:t>vn 0.2149 0.9219 -0.3223</w:t>
        <w:br/>
        <w:t>vn -0.4458 0.1390 -0.8843</w:t>
        <w:br/>
        <w:t>vn 0.2334 0.9304 -0.2826</w:t>
        <w:br/>
        <w:t>vn -0.5764 -0.7301 -0.3672</w:t>
        <w:br/>
        <w:t>vn -0.4035 0.2815 -0.8706</w:t>
        <w:br/>
        <w:t>vn -0.5593 -0.7299 -0.3930</w:t>
        <w:br/>
        <w:t>vn -0.5601 -0.7161 -0.4165</w:t>
        <w:br/>
        <w:t>vn -0.3406 0.4032 -0.8494</w:t>
        <w:br/>
        <w:t>vn -0.3918 0.3155 -0.8643</w:t>
        <w:br/>
        <w:t>vn 0.2242 0.9367 -0.2688</w:t>
        <w:br/>
        <w:t>vn 0.2375 0.9368 -0.2568</w:t>
        <w:br/>
        <w:t>vn -0.4480 -0.0458 -0.8929</w:t>
        <w:br/>
        <w:t>vn -0.4241 0.1960 -0.8842</w:t>
        <w:br/>
        <w:t>vn -0.4500 0.2730 -0.8503</w:t>
        <w:br/>
        <w:t>vn -0.4734 0.2736 -0.8373</w:t>
        <w:br/>
        <w:t>vn -0.2262 -0.1013 0.9688</w:t>
        <w:br/>
        <w:t>vn -0.2096 -0.1051 0.9721</w:t>
        <w:br/>
        <w:t>vn -0.2315 -0.1004 0.9676</w:t>
        <w:br/>
        <w:t>vn -0.2413 -0.0979 0.9655</w:t>
        <w:br/>
        <w:t>vn -0.2383 -0.0990 0.9661</w:t>
        <w:br/>
        <w:t>vn -0.2296 -0.0990 0.9682</w:t>
        <w:br/>
        <w:t>vn -0.2199 -0.1027 0.9701</w:t>
        <w:br/>
        <w:t>vn -0.2228 -0.1023 0.9695</w:t>
        <w:br/>
        <w:t>vn -0.2410 -0.0963 0.9657</w:t>
        <w:br/>
        <w:t>vn -0.1276 -0.1210 0.9844</w:t>
        <w:br/>
        <w:t>vn -0.2096 -0.1029 0.9723</w:t>
        <w:br/>
        <w:t>vn -0.2096 -0.1029 0.9724</w:t>
        <w:br/>
        <w:t>vn -0.2315 -0.0981 0.9679</w:t>
        <w:br/>
        <w:t>vn -0.2384 -0.0964 0.9664</w:t>
        <w:br/>
        <w:t>vn -0.2182 -0.1012 0.9706</w:t>
        <w:br/>
        <w:t>vn -0.2230 -0.0997 0.9697</w:t>
        <w:br/>
        <w:t>vn -0.2096 -0.1025 0.9724</w:t>
        <w:br/>
        <w:t>vn -0.1415 -0.1175 0.9829</w:t>
        <w:br/>
        <w:t>vn -0.0032 -0.1445 0.9895</w:t>
        <w:br/>
        <w:t>vn -0.0138 -0.9913 -0.1312</w:t>
        <w:br/>
        <w:t>vn -0.0136 -0.9912 -0.1313</w:t>
        <w:br/>
        <w:t>vn -0.0126 -0.9912 -0.1319</w:t>
        <w:br/>
        <w:t>vn -0.0147 -0.9913 -0.1307</w:t>
        <w:br/>
        <w:t>vn -0.9522 0.2094 -0.2224</w:t>
        <w:br/>
        <w:t>vn -0.9565 0.2093 -0.2030</w:t>
        <w:br/>
        <w:t>vn -0.9654 0.1645 -0.2023</w:t>
        <w:br/>
        <w:t>vn -0.9607 0.1665 -0.2222</w:t>
        <w:br/>
        <w:t>vn -0.9352 0.2149 -0.2815</w:t>
        <w:br/>
        <w:t>vn -0.9545 0.1449 -0.2607</w:t>
        <w:br/>
        <w:t>vn 0.3309 0.9290 0.1655</w:t>
        <w:br/>
        <w:t>vn 0.3309 0.9291 0.1655</w:t>
        <w:br/>
        <w:t>vn 0.3310 0.9290 0.1654</w:t>
        <w:br/>
        <w:t>vn 0.3307 0.9291 0.1656</w:t>
        <w:br/>
        <w:t>vn 0.9549 -0.2035 0.2164</w:t>
        <w:br/>
        <w:t>vn 0.9544 -0.2004 0.2212</w:t>
        <w:br/>
        <w:t>vn 0.9516 -0.2105 0.2241</w:t>
        <w:br/>
        <w:t>vn 0.9555 -0.2032 0.2137</w:t>
        <w:br/>
        <w:t>vn 0.9542 -0.2097 0.2136</w:t>
        <w:br/>
        <w:t>vn 0.9537 -0.2097 0.2158</w:t>
        <w:br/>
        <w:t>vn 0.9537 -0.2096 0.2158</w:t>
        <w:br/>
        <w:t>vn -0.3321 0.2682 -0.9043</w:t>
        <w:br/>
        <w:t>vn -0.3475 0.2713 -0.8976</w:t>
        <w:br/>
        <w:t>vn -0.3530 0.2719 -0.8952</w:t>
        <w:br/>
        <w:t>vn -0.3621 0.2736 -0.8911</w:t>
        <w:br/>
        <w:t>vn -0.3590 0.2737 -0.8923</w:t>
        <w:br/>
        <w:t>vn -0.3510 0.2702 -0.8965</w:t>
        <w:br/>
        <w:t>vn -0.3420 0.2702 -0.9000</w:t>
        <w:br/>
        <w:t>vn -0.3445 0.2710 -0.8988</w:t>
        <w:br/>
        <w:t>vn -0.3320 0.2686 -0.9042</w:t>
        <w:br/>
        <w:t>vn -0.2837 0.2579 -0.9236</w:t>
        <w:br/>
        <w:t>vn -0.3618 0.2720 -0.8917</w:t>
        <w:br/>
        <w:t>vn -0.3404 0.2681 -0.9013</w:t>
        <w:br/>
        <w:t>vn -0.3322 0.2661 -0.9049</w:t>
        <w:br/>
        <w:t>vn -0.3323 0.2661 -0.9049</w:t>
        <w:br/>
        <w:t>vn -0.3528 0.2701 -0.8959</w:t>
        <w:br/>
        <w:t>vn -0.3592 0.2712 -0.8930</w:t>
        <w:br/>
        <w:t>vn -0.3447 0.2685 -0.8995</w:t>
        <w:br/>
        <w:t>vn -0.2346 0.2469 -0.9402</w:t>
        <w:br/>
        <w:t>vn -0.1345 0.2242 -0.9652</w:t>
        <w:br/>
        <w:t>vn -0.1346 0.2242 -0.9652</w:t>
        <w:br/>
        <w:t>vn -0.1019 -0.9691 -0.2248</w:t>
        <w:br/>
        <w:t>vn -0.1021 -0.9690 -0.2248</w:t>
        <w:br/>
        <w:t>vn -0.1008 -0.9693 -0.2244</w:t>
        <w:br/>
        <w:t>vn -0.1030 -0.9689 -0.2252</w:t>
        <w:br/>
        <w:t>vn -0.9012 0.1193 0.4167</w:t>
        <w:br/>
        <w:t>vn -0.8913 0.1461 0.4292</w:t>
        <w:br/>
        <w:t>vn -0.9011 0.1495 0.4070</w:t>
        <w:br/>
        <w:t>vn -0.9014 0.1058 0.4198</w:t>
        <w:br/>
        <w:t>vn -0.9090 0.1321 0.3952</w:t>
        <w:br/>
        <w:t>vn -0.9051 0.1291 0.4052</w:t>
        <w:br/>
        <w:t>vn -0.8968 0.0934 0.4325</w:t>
        <w:br/>
        <w:t>vn -0.8679 0.1499 0.4735</w:t>
        <w:br/>
        <w:t>vn 0.4046 0.9060 0.1246</w:t>
        <w:br/>
        <w:t>vn 0.4046 0.9060 0.1245</w:t>
        <w:br/>
        <w:t>vn 0.4046 0.9060 0.1248</w:t>
        <w:br/>
        <w:t>vn 0.4047 0.9059 0.1244</w:t>
        <w:br/>
        <w:t>vn 0.8962 -0.1641 -0.4122</w:t>
        <w:br/>
        <w:t>vn 0.8913 -0.1676 -0.4213</w:t>
        <w:br/>
        <w:t>vn 0.8955 -0.1594 -0.4155</w:t>
        <w:br/>
        <w:t>vn 0.8972 -0.1649 -0.4096</w:t>
        <w:br/>
        <w:t>vn 0.8952 -0.1708 -0.4117</w:t>
        <w:br/>
        <w:t>vn 0.8945 -0.1699 -0.4136</w:t>
        <w:br/>
        <w:t>vn -0.3325 -0.0925 0.9386</w:t>
        <w:br/>
        <w:t>vn -0.3993 -0.0394 0.9160</w:t>
        <w:br/>
        <w:t>vn -0.3084 -0.1016 0.9458</w:t>
        <w:br/>
        <w:t>vn -0.4656 -0.1542 0.8715</w:t>
        <w:br/>
        <w:t>vn -0.5333 -0.0148 0.8458</w:t>
        <w:br/>
        <w:t>vn -0.4422 0.0797 0.8934</w:t>
        <w:br/>
        <w:t>vn -0.4576 -0.8686 0.1900</w:t>
        <w:br/>
        <w:t>vn -0.4456 -0.8929 0.0638</w:t>
        <w:br/>
        <w:t>vn -0.4418 -0.8889 0.1212</w:t>
        <w:br/>
        <w:t>vn -0.4408 -0.8970 0.0332</w:t>
        <w:br/>
        <w:t>vn -0.4619 -0.8858 -0.0440</w:t>
        <w:br/>
        <w:t>vn -0.6225 -0.1230 0.7729</w:t>
        <w:br/>
        <w:t>vn -0.4628 -0.8854 -0.0436</w:t>
        <w:br/>
        <w:t>vn -0.7968 0.0190 0.6040</w:t>
        <w:br/>
        <w:t>vn -0.0174 0.8518 0.5236</w:t>
        <w:br/>
        <w:t>vn 0.0287 0.8420 0.5387</w:t>
        <w:br/>
        <w:t>vn 0.0564 0.8567 0.5127</w:t>
        <w:br/>
        <w:t>vn -0.0830 0.8497 0.5208</w:t>
        <w:br/>
        <w:t>vn -0.1843 0.8729 0.4518</w:t>
        <w:br/>
        <w:t>vn -0.8567 0.0042 0.5158</w:t>
        <w:br/>
        <w:t>vn -0.1886 0.8710 0.4537</w:t>
        <w:br/>
        <w:t>vn -0.4711 -0.8765 -0.0990</w:t>
        <w:br/>
        <w:t>vn -0.9460 0.0033 0.3242</w:t>
        <w:br/>
        <w:t>vn -0.4563 -0.8830 -0.1101</w:t>
        <w:br/>
        <w:t>vn -0.2790 0.8982 0.3396</w:t>
        <w:br/>
        <w:t>vn -0.9735 -0.0053 0.2287</w:t>
        <w:br/>
        <w:t>vn -0.3188 0.9071 0.2749</w:t>
        <w:br/>
        <w:t>vn -0.4451 -0.8916 -0.0834</w:t>
        <w:br/>
        <w:t>vn -0.9989 0.0472 -0.0040</w:t>
        <w:br/>
        <w:t>vn -0.4421 -0.8927 -0.0869</w:t>
        <w:br/>
        <w:t>vn -0.3570 0.9260 0.1228</w:t>
        <w:br/>
        <w:t>vn -0.9988 0.0450 -0.0194</w:t>
        <w:br/>
        <w:t>vn -0.3648 0.9303 0.0380</w:t>
        <w:br/>
        <w:t>vn -0.4397 -0.8977 -0.0297</w:t>
        <w:br/>
        <w:t>vn -0.3028 0.9417 -0.1470</w:t>
        <w:br/>
        <w:t>vn -0.9749 0.0776 -0.2088</w:t>
        <w:br/>
        <w:t>vn -0.3375 0.9268 -0.1647</w:t>
        <w:br/>
        <w:t>vn -0.1799 0.9431 -0.2797</w:t>
        <w:br/>
        <w:t>vn -0.4864 -0.8730 -0.0361</w:t>
        <w:br/>
        <w:t>vn -0.9569 0.1065 -0.2702</w:t>
        <w:br/>
        <w:t>vn -0.5335 -0.8445 -0.0474</w:t>
        <w:br/>
        <w:t>vn -0.0699 0.9600 -0.2711</w:t>
        <w:br/>
        <w:t>vn -0.8952 0.1072 -0.4326</w:t>
        <w:br/>
        <w:t>vn 0.1059 0.9379 -0.3304</w:t>
        <w:br/>
        <w:t>vn -0.5969 -0.7949 -0.1087</w:t>
        <w:br/>
        <w:t>vn -0.8612 0.1462 -0.4867</w:t>
        <w:br/>
        <w:t>vn -0.6227 -0.7713 -0.1316</w:t>
        <w:br/>
        <w:t>vn 0.1073 0.9407 -0.3217</w:t>
        <w:br/>
        <w:t>vn -0.7389 0.1527 -0.6563</w:t>
        <w:br/>
        <w:t>vn -0.6591 -0.7296 -0.1826</w:t>
        <w:br/>
        <w:t>vn -0.6746 0.2054 -0.7090</w:t>
        <w:br/>
        <w:t>vn -0.6458 -0.7214 -0.2500</w:t>
        <w:br/>
        <w:t>vn 0.2151 0.9218 -0.3225</w:t>
        <w:br/>
        <w:t>vn -0.5422 0.1433 -0.8279</w:t>
        <w:br/>
        <w:t>vn 0.2247 0.9355 -0.2727</w:t>
        <w:br/>
        <w:t>vn -0.6228 -0.7118 -0.3247</w:t>
        <w:br/>
        <w:t>vn -0.4996 0.2966 -0.8139</w:t>
        <w:br/>
        <w:t>vn -0.5907 -0.7189 -0.3664</w:t>
        <w:br/>
        <w:t>vn -0.5909 -0.7183 -0.3673</w:t>
        <w:br/>
        <w:t>vn -0.4323 0.4225 -0.7966</w:t>
        <w:br/>
        <w:t>vn -0.4740 0.3305 -0.8161</w:t>
        <w:br/>
        <w:t>vn 0.2001 0.9482 -0.2469</w:t>
        <w:br/>
        <w:t>vn 0.2153 0.9476 -0.2359</w:t>
        <w:br/>
        <w:t>vn -0.5398 -0.0570 -0.8399</w:t>
        <w:br/>
        <w:t>vn -0.5037 0.2035 -0.8396</w:t>
        <w:br/>
        <w:t>vn -0.5080 0.2825 -0.8137</w:t>
        <w:br/>
        <w:t>vn -0.5291 0.2827 -0.8001</w:t>
        <w:br/>
        <w:t>vn -0.2097 -0.1051 0.9721</w:t>
        <w:br/>
        <w:t>vn -0.2098 -0.1052 0.9721</w:t>
        <w:br/>
        <w:t>vn -0.2316 -0.1004 0.9676</w:t>
        <w:br/>
        <w:t>vn -0.2415 -0.0978 0.9654</w:t>
        <w:br/>
        <w:t>vn -0.2385 -0.0990 0.9661</w:t>
        <w:br/>
        <w:t>vn -0.2298 -0.0991 0.9682</w:t>
        <w:br/>
        <w:t>vn -0.2202 -0.1026 0.9700</w:t>
        <w:br/>
        <w:t>vn -0.2229 -0.1023 0.9695</w:t>
        <w:br/>
        <w:t>vn -0.2408 -0.0963 0.9658</w:t>
        <w:br/>
        <w:t>vn -0.1276 -0.1211 0.9844</w:t>
        <w:br/>
        <w:t>vn -0.2098 -0.1029 0.9723</w:t>
        <w:br/>
        <w:t>vn -0.2098 -0.1030 0.9723</w:t>
        <w:br/>
        <w:t>vn -0.2317 -0.0981 0.9678</w:t>
        <w:br/>
        <w:t>vn -0.2385 -0.0965 0.9663</w:t>
        <w:br/>
        <w:t>vn -0.2185 -0.1011 0.9706</w:t>
        <w:br/>
        <w:t>vn -0.2231 -0.0997 0.9697</w:t>
        <w:br/>
        <w:t>vn -0.2098 -0.1026 0.9724</w:t>
        <w:br/>
        <w:t>vn -0.1416 -0.1176 0.9829</w:t>
        <w:br/>
        <w:t>vn -0.0035 -0.1446 0.9895</w:t>
        <w:br/>
        <w:t>vn -0.0032 -0.1446 0.9895</w:t>
        <w:br/>
        <w:t>vn -0.0137 -0.9912 -0.1318</w:t>
        <w:br/>
        <w:t>vn -0.0135 -0.9912 -0.1319</w:t>
        <w:br/>
        <w:t>vn -0.0125 -0.9911 -0.1325</w:t>
        <w:br/>
        <w:t>vn -0.0148 -0.9912 -0.1313</w:t>
        <w:br/>
        <w:t>vn -0.9527 0.2088 -0.2207</w:t>
        <w:br/>
        <w:t>vn -0.9530 0.2086 -0.2197</w:t>
        <w:br/>
        <w:t>vn -0.9571 0.2090 -0.2006</w:t>
        <w:br/>
        <w:t>vn -0.9529 0.2096 -0.2192</w:t>
        <w:br/>
        <w:t>vn -0.9659 0.1650 -0.1996</w:t>
        <w:br/>
        <w:t>vn -0.9614 0.1671 -0.2185</w:t>
        <w:br/>
        <w:t>vn -0.9365 0.2150 -0.2771</w:t>
        <w:br/>
        <w:t>vn -0.9555 0.1457 -0.2565</w:t>
        <w:br/>
        <w:t>vn 0.3309 0.9291 0.1651</w:t>
        <w:br/>
        <w:t>vn 0.3310 0.9291 0.1650</w:t>
        <w:br/>
        <w:t>vn 0.3307 0.9292 0.1652</w:t>
        <w:br/>
        <w:t>vn 0.9557 -0.2041 0.2121</w:t>
        <w:br/>
        <w:t>vn 0.9553 -0.2013 0.2165</w:t>
        <w:br/>
        <w:t>vn 0.9527 -0.2105 0.2191</w:t>
        <w:br/>
        <w:t>vn 0.9562 -0.2038 0.2102</w:t>
        <w:br/>
        <w:t>vn 0.9549 -0.2093 0.2105</w:t>
        <w:br/>
        <w:t>vn 0.9544 -0.2088 0.2133</w:t>
        <w:br/>
        <w:t>vn 0.9546 -0.2089 0.2125</w:t>
        <w:br/>
        <w:t>vn 0.9545 -0.2097 0.2120</w:t>
        <w:br/>
        <w:t>vn -0.3871 0.2781 -0.8791</w:t>
        <w:br/>
        <w:t>vn -0.4031 0.2814 -0.8708</w:t>
        <w:br/>
        <w:t>vn -0.3884 0.2775 -0.8787</w:t>
        <w:br/>
        <w:t>vn -0.4075 0.2824 -0.8684</w:t>
        <w:br/>
        <w:t>vn -0.4147 0.2843 -0.8644</w:t>
        <w:br/>
        <w:t>vn -0.4123 0.2850 -0.8653</w:t>
        <w:br/>
        <w:t>vn -0.3979 0.2815 -0.8732</w:t>
        <w:br/>
        <w:t>vn -0.3892 0.2826 -0.8768</w:t>
        <w:br/>
        <w:t>vn -0.3933 0.2832 -0.8747</w:t>
        <w:br/>
        <w:t>vn -0.3763 0.2815 -0.8827</w:t>
        <w:br/>
        <w:t>vn -0.3190 0.2710 -0.9082</w:t>
        <w:br/>
        <w:t>vn -0.4052 0.2839 -0.8690</w:t>
        <w:br/>
        <w:t>vn -0.3770 0.2817 -0.8824</w:t>
        <w:br/>
        <w:t>vn -0.3771 0.2775 -0.8836</w:t>
        <w:br/>
        <w:t>vn -0.3782 0.2769 -0.8833</w:t>
        <w:br/>
        <w:t>vn -0.3973 0.2821 -0.8733</w:t>
        <w:br/>
        <w:t>vn -0.4004 0.2843 -0.8711</w:t>
        <w:br/>
        <w:t>vn -0.3801 0.2820 -0.8809</w:t>
        <w:br/>
        <w:t>vn -0.3643 0.2803 -0.8881</w:t>
        <w:br/>
        <w:t>vn -0.2592 0.2595 -0.9303</w:t>
        <w:br/>
        <w:t>vn -0.1501 0.2344 -0.9605</w:t>
        <w:br/>
        <w:t>vn -0.1465 0.2343 -0.9611</w:t>
        <w:br/>
        <w:t>vn -0.0954 -0.9677 -0.2334</w:t>
        <w:br/>
        <w:t>vn -0.0957 -0.9676 -0.2335</w:t>
        <w:br/>
        <w:t>vn -0.0935 -0.9680 -0.2330</w:t>
        <w:br/>
        <w:t>vn -0.0979 -0.9673 -0.2340</w:t>
        <w:br/>
        <w:t>vn -0.8802 0.1119 0.4611</w:t>
        <w:br/>
        <w:t>vn -0.8711 0.1367 0.4717</w:t>
        <w:br/>
        <w:t>vn -0.8812 0.1403 0.4515</w:t>
        <w:br/>
        <w:t>vn -0.8804 0.0992 0.4637</w:t>
        <w:br/>
        <w:t>vn -0.8900 0.1230 0.4391</w:t>
        <w:br/>
        <w:t>vn -0.8864 0.1202 0.4470</w:t>
        <w:br/>
        <w:t>vn -0.8780 0.0858 0.4709</w:t>
        <w:br/>
        <w:t>vn -0.8500 0.1402 0.5078</w:t>
        <w:br/>
        <w:t>vn 0.4043 0.9079 0.1105</w:t>
        <w:br/>
        <w:t>vn 0.4042 0.9079 0.1107</w:t>
        <w:br/>
        <w:t>vn 0.4044 0.9079 0.1103</w:t>
        <w:br/>
        <w:t>vn 0.8800 -0.1526 -0.4498</w:t>
        <w:br/>
        <w:t>vn 0.8750 -0.1559 -0.4583</w:t>
        <w:br/>
        <w:t>vn 0.8792 -0.1477 -0.4529</w:t>
        <w:br/>
        <w:t>vn 0.8806 -0.1532 -0.4484</w:t>
        <w:br/>
        <w:t>vn 0.8775 -0.1599 -0.4521</w:t>
        <w:br/>
        <w:t>vn 0.8763 -0.1585 -0.4549</w:t>
        <w:br/>
        <w:t>vn 0.8758 -0.1594 -0.4555</w:t>
        <w:br/>
        <w:t>vn 0.8758 -0.1600 -0.4554</w:t>
        <w:br/>
        <w:t>vn 0.3323 -0.0971 0.9381</w:t>
        <w:br/>
        <w:t>vn 0.3081 -0.1061 0.9454</w:t>
        <w:br/>
        <w:t>vn 0.4151 -0.0407 0.9089</w:t>
        <w:br/>
        <w:t>vn 0.4751 -0.1653 0.8643</w:t>
        <w:br/>
        <w:t>vn 0.5468 -0.0344 0.8366</w:t>
        <w:br/>
        <w:t>vn 0.4731 0.0806 0.8773</w:t>
        <w:br/>
        <w:t>vn 0.4460 -0.8931 0.0588</w:t>
        <w:br/>
        <w:t>vn 0.4692 -0.8642 0.1816</w:t>
        <w:br/>
        <w:t>vn 0.4505 -0.8860 0.1102</w:t>
        <w:br/>
        <w:t>vn 0.4394 -0.8979 0.0270</w:t>
        <w:br/>
        <w:t>vn 0.4568 -0.8883 -0.0479</w:t>
        <w:br/>
        <w:t>vn 0.6202 -0.1459 0.7707</w:t>
        <w:br/>
        <w:t>vn 0.5278 -0.4005 0.7490</w:t>
        <w:br/>
        <w:t>vn 0.4582 -0.8876 -0.0473</w:t>
        <w:br/>
        <w:t>vn 0.7949 0.0015 0.6067</w:t>
        <w:br/>
        <w:t>vn -0.0264 0.8399 0.5421</w:t>
        <w:br/>
        <w:t>vn 0.0197 0.8497 0.5270</w:t>
        <w:br/>
        <w:t>vn -0.0541 0.8548 0.5162</w:t>
        <w:br/>
        <w:t>vn 0.0849 0.8476 0.5238</w:t>
        <w:br/>
        <w:t>vn 0.1838 0.8717 0.4542</w:t>
        <w:br/>
        <w:t>vn 0.8586 0.0003 0.5126</w:t>
        <w:br/>
        <w:t>vn 0.1888 0.8695 0.4564</w:t>
        <w:br/>
        <w:t>vn 0.4683 -0.8769 -0.1086</w:t>
        <w:br/>
        <w:t>vn 0.9481 0.0002 0.3178</w:t>
        <w:br/>
        <w:t>vn 0.4531 -0.8833 -0.1207</w:t>
        <w:br/>
        <w:t>vn 0.2749 0.8989 0.3412</w:t>
        <w:br/>
        <w:t>vn 0.9755 -0.0073 0.2197</w:t>
        <w:br/>
        <w:t>vn 0.3086 0.9106 0.2751</w:t>
        <w:br/>
        <w:t>vn 0.4466 -0.8885 -0.1049</w:t>
        <w:br/>
        <w:t>vn 0.9985 0.0490 -0.0248</w:t>
        <w:br/>
        <w:t>vn 0.4359 -0.8958 -0.0870</w:t>
        <w:br/>
        <w:t>vn 0.3407 0.9325 0.1196</w:t>
        <w:br/>
        <w:t>vn 0.9981 0.0461 -0.0418</w:t>
        <w:br/>
        <w:t>vn 0.3390 0.9403 0.0314</w:t>
        <w:br/>
        <w:t>vn 0.3133 0.9396 -0.1378</w:t>
        <w:br/>
        <w:t>vn 0.9648 0.0824 -0.2496</w:t>
        <w:br/>
        <w:t>vn 0.2340 0.9496 -0.2087</w:t>
        <w:br/>
        <w:t>vn 0.4748 -0.8789 -0.0451</w:t>
        <w:br/>
        <w:t>vn 0.9405 0.1146 -0.3200</w:t>
        <w:br/>
        <w:t>vn 0.4388 -0.8984 -0.0194</w:t>
        <w:br/>
        <w:t>vn 0.5346 -0.8440 -0.0436</w:t>
        <w:br/>
        <w:t>vn 0.0919 0.9520 -0.2920</w:t>
        <w:br/>
        <w:t>vn 0.8722 0.1181 -0.4747</w:t>
        <w:br/>
        <w:t>vn 0.0726 0.9503 -0.3029</w:t>
        <w:br/>
        <w:t>vn -0.1067 0.9410 -0.3212</w:t>
        <w:br/>
        <w:t>vn 0.5990 -0.7932 -0.1096</w:t>
        <w:br/>
        <w:t>vn 0.8442 0.1611 -0.5113</w:t>
        <w:br/>
        <w:t>vn 0.6050 -0.7792 -0.1639</w:t>
        <w:br/>
        <w:t>vn -0.1099 0.9425 -0.3157</w:t>
        <w:br/>
        <w:t>vn 0.7071 0.1654 -0.6875</w:t>
        <w:br/>
        <w:t>vn 0.6155 -0.7499 -0.2425</w:t>
        <w:br/>
        <w:t>vn 0.6107 0.2096 -0.7636</w:t>
        <w:br/>
        <w:t>vn 0.5862 -0.7486 -0.3099</w:t>
        <w:br/>
        <w:t>vn -0.2124 0.9238 -0.3187</w:t>
        <w:br/>
        <w:t>vn 0.4459 0.1413 -0.8839</w:t>
        <w:br/>
        <w:t>vn -0.2309 0.9321 -0.2789</w:t>
        <w:br/>
        <w:t>vn 0.5742 -0.7302 -0.3703</w:t>
        <w:br/>
        <w:t>vn 0.4040 0.2838 -0.8696</w:t>
        <w:br/>
        <w:t>vn 0.5571 -0.7299 -0.3961</w:t>
        <w:br/>
        <w:t>vn 0.5580 -0.7160 -0.4195</w:t>
        <w:br/>
        <w:t>vn 0.3414 0.4056 -0.8479</w:t>
        <w:br/>
        <w:t>vn 0.3924 0.3178 -0.8632</w:t>
        <w:br/>
        <w:t>vn -0.2217 0.9384 -0.2650</w:t>
        <w:br/>
        <w:t>vn -0.2350 0.9385 -0.2531</w:t>
        <w:br/>
        <w:t>vn 0.4243 0.1983 -0.8835</w:t>
        <w:br/>
        <w:t>vn 0.4476 -0.0435 -0.8932</w:t>
        <w:br/>
        <w:t>vn 0.4505 0.2751 -0.8493</w:t>
        <w:br/>
        <w:t>vn 0.4739 0.2755 -0.8364</w:t>
        <w:br/>
        <w:t>vn 0.2096 -0.1095 0.9716</w:t>
        <w:br/>
        <w:t>vn 0.2262 -0.1057 0.9683</w:t>
        <w:br/>
        <w:t>vn 0.2097 -0.1095 0.9716</w:t>
        <w:br/>
        <w:t>vn 0.2316 -0.1048 0.9672</w:t>
        <w:br/>
        <w:t>vn 0.2415 -0.1023 0.9650</w:t>
        <w:br/>
        <w:t>vn 0.2384 -0.1034 0.9656</w:t>
        <w:br/>
        <w:t>vn 0.2296 -0.1035 0.9678</w:t>
        <w:br/>
        <w:t>vn 0.2202 -0.1070 0.9696</w:t>
        <w:br/>
        <w:t>vn 0.2230 -0.1067 0.9690</w:t>
        <w:br/>
        <w:t>vn 0.2096 -0.1094 0.9716</w:t>
        <w:br/>
        <w:t>vn 0.2412 -0.1007 0.9652</w:t>
        <w:br/>
        <w:t>vn 0.1276 -0.1252 0.9839</w:t>
        <w:br/>
        <w:t>vn 0.2097 -0.1073 0.9719</w:t>
        <w:br/>
        <w:t>vn 0.2096 -0.1073 0.9719</w:t>
        <w:br/>
        <w:t>vn 0.2315 -0.1025 0.9674</w:t>
        <w:br/>
        <w:t>vn 0.2385 -0.1009 0.9659</w:t>
        <w:br/>
        <w:t>vn 0.2185 -0.1055 0.9701</w:t>
        <w:br/>
        <w:t>vn 0.2231 -0.1041 0.9692</w:t>
        <w:br/>
        <w:t>vn 0.2097 -0.1069 0.9719</w:t>
        <w:br/>
        <w:t>vn 0.1415 -0.1218 0.9824</w:t>
        <w:br/>
        <w:t>vn 0.0034 -0.1484 0.9889</w:t>
        <w:br/>
        <w:t>vn 0.0031 -0.1484 0.9889</w:t>
        <w:br/>
        <w:t>vn 0.0110 -0.9908 -0.1351</w:t>
        <w:br/>
        <w:t>vn 0.0098 -0.9907 -0.1357</w:t>
        <w:br/>
        <w:t>vn 0.0108 -0.9908 -0.1352</w:t>
        <w:br/>
        <w:t>vn 0.0119 -0.9908 -0.1346</w:t>
        <w:br/>
        <w:t>vn 0.9527 0.2076 -0.2219</w:t>
        <w:br/>
        <w:t>vn 0.9571 0.2075 -0.2025</w:t>
        <w:br/>
        <w:t>vn 0.9527 0.2077 -0.2219</w:t>
        <w:br/>
        <w:t>vn 0.9658 0.1626 -0.2019</w:t>
        <w:br/>
        <w:t>vn 0.9611 0.1647 -0.2219</w:t>
        <w:br/>
        <w:t>vn 0.9548 0.1433 -0.2604</w:t>
        <w:br/>
        <w:t>vn 0.9357 0.2134 -0.2810</w:t>
        <w:br/>
        <w:t>vn -0.3282 0.9293 0.1693</w:t>
        <w:br/>
        <w:t>vn -0.3283 0.9293 0.1692</w:t>
        <w:br/>
        <w:t>vn -0.3284 0.9293 0.1691</w:t>
        <w:br/>
        <w:t>vn -0.3281 0.9294 0.1694</w:t>
        <w:br/>
        <w:t>vn -0.9554 -0.2017 0.2159</w:t>
        <w:br/>
        <w:t>vn -0.9521 -0.2087 0.2235</w:t>
        <w:br/>
        <w:t>vn -0.9549 -0.1986 0.2207</w:t>
        <w:br/>
        <w:t>vn -0.9560 -0.2015 0.2131</w:t>
        <w:br/>
        <w:t>vn -0.9547 -0.2079 0.2130</w:t>
        <w:br/>
        <w:t>vn -0.9542 -0.2079 0.2153</w:t>
        <w:br/>
        <w:t>vn 0.3480 0.2738 -0.8966</w:t>
        <w:br/>
        <w:t>vn 0.3325 0.2709 -0.9034</w:t>
        <w:br/>
        <w:t>vn 0.3326 0.2708 -0.9034</w:t>
        <w:br/>
        <w:t>vn 0.3535 0.2745 -0.8943</w:t>
        <w:br/>
        <w:t>vn 0.3624 0.2761 -0.8902</w:t>
        <w:br/>
        <w:t>vn 0.3593 0.2761 -0.8914</w:t>
        <w:br/>
        <w:t>vn 0.3515 0.2727 -0.8956</w:t>
        <w:br/>
        <w:t>vn 0.3425 0.2728 -0.8990</w:t>
        <w:br/>
        <w:t>vn 0.3451 0.2736 -0.8978</w:t>
        <w:br/>
        <w:t>vn 0.3325 0.2712 -0.9033</w:t>
        <w:br/>
        <w:t>vn 0.2842 0.2607 -0.9226</w:t>
        <w:br/>
        <w:t>vn 0.3623 0.2746 -0.8907</w:t>
        <w:br/>
        <w:t>vn 0.3408 0.2707 -0.9003</w:t>
        <w:br/>
        <w:t>vn 0.3327 0.2687 -0.9039</w:t>
        <w:br/>
        <w:t>vn 0.3533 0.2726 -0.8949</w:t>
        <w:br/>
        <w:t>vn 0.3597 0.2737 -0.8920</w:t>
        <w:br/>
        <w:t>vn 0.3453 0.2711 -0.8985</w:t>
        <w:br/>
        <w:t>vn 0.3327 0.2688 -0.9039</w:t>
        <w:br/>
        <w:t>vn 0.2350 0.2499 -0.9393</w:t>
        <w:br/>
        <w:t>vn 0.1349 0.2276 -0.9644</w:t>
        <w:br/>
        <w:t>vn 0.0991 -0.9685 -0.2286</w:t>
        <w:br/>
        <w:t>vn 0.0981 -0.9686 -0.2283</w:t>
        <w:br/>
        <w:t>vn 0.0988 -0.9685 -0.2285</w:t>
        <w:br/>
        <w:t>vn 0.1003 -0.9682 -0.2290</w:t>
        <w:br/>
        <w:t>vn 0.8919 0.1419 0.4294</w:t>
        <w:br/>
        <w:t>vn 0.9016 0.1152 0.4169</w:t>
        <w:br/>
        <w:t>vn 0.9016 0.1454 0.4073</w:t>
        <w:br/>
        <w:t>vn 0.9018 0.1017 0.4200</w:t>
        <w:br/>
        <w:t>vn 0.9095 0.1281 0.3954</w:t>
        <w:br/>
        <w:t>vn 0.9056 0.1250 0.4053</w:t>
        <w:br/>
        <w:t>vn 0.8972 0.0892 0.4325</w:t>
        <w:br/>
        <w:t>vn 0.8685 0.1457 0.4738</w:t>
        <w:br/>
        <w:t>vn -0.4021 0.9066 0.1283</w:t>
        <w:br/>
        <w:t>vn -0.4020 0.9066 0.1285</w:t>
        <w:br/>
        <w:t>vn -0.4022 0.9066 0.1281</w:t>
        <w:br/>
        <w:t>vn -0.8968 -0.1600 -0.4126</w:t>
        <w:br/>
        <w:t>vn -0.8961 -0.1553 -0.4158</w:t>
        <w:br/>
        <w:t>vn -0.8919 -0.1635 -0.4217</w:t>
        <w:br/>
        <w:t>vn -0.8978 -0.1608 -0.4100</w:t>
        <w:br/>
        <w:t>vn -0.8958 -0.1667 -0.4120</w:t>
        <w:br/>
        <w:t>vn -0.8950 -0.1658 -0.4140</w:t>
        <w:br/>
        <w:t>vn -0.8951 -0.1658 -0.4140</w:t>
        <w:br/>
        <w:t>vn 0.3325 -0.0971 0.9381</w:t>
        <w:br/>
        <w:t>vn 0.3084 -0.1062 0.9453</w:t>
        <w:br/>
        <w:t>vn 0.3995 -0.0440 0.9157</w:t>
        <w:br/>
        <w:t>vn 0.4654 -0.1588 0.8707</w:t>
        <w:br/>
        <w:t>vn 0.5335 -0.0196 0.8456</w:t>
        <w:br/>
        <w:t>vn 0.4428 0.0750 0.8935</w:t>
        <w:br/>
        <w:t>vn 0.4432 -0.8944 0.0601</w:t>
        <w:br/>
        <w:t>vn 0.4553 -0.8706 0.1865</w:t>
        <w:br/>
        <w:t>vn 0.4394 -0.8906 0.1176</w:t>
        <w:br/>
        <w:t>vn 0.4383 -0.8983 0.0295</w:t>
        <w:br/>
        <w:t>vn 0.4594 -0.8869 -0.0477</w:t>
        <w:br/>
        <w:t>vn 0.6224 -0.1278 0.7722</w:t>
        <w:br/>
        <w:t>vn 0.5277 -0.4005 0.7491</w:t>
        <w:br/>
        <w:t>vn 0.4603 -0.8865 -0.0472</w:t>
        <w:br/>
        <w:t>vn 0.7970 0.0144 0.6038</w:t>
        <w:br/>
        <w:t>vn -0.0263 0.8400 0.5420</w:t>
        <w:br/>
        <w:t>vn 0.0200 0.8497 0.5270</w:t>
        <w:br/>
        <w:t>vn -0.0539 0.8549 0.5160</w:t>
        <w:br/>
        <w:t>vn 0.0855 0.8474 0.5240</w:t>
        <w:br/>
        <w:t>vn 0.1869 0.8706 0.4552</w:t>
        <w:br/>
        <w:t>vn 0.8569 -0.0002 0.5155</w:t>
        <w:br/>
        <w:t>vn 0.1911 0.8687 0.4570</w:t>
        <w:br/>
        <w:t>vn 0.4687 -0.8774 -0.1026</w:t>
        <w:br/>
        <w:t>vn 0.9461 -0.0006 0.3239</w:t>
        <w:br/>
        <w:t>vn 0.4538 -0.8838 -0.1137</w:t>
        <w:br/>
        <w:t>vn 0.2816 0.8961 0.3430</w:t>
        <w:br/>
        <w:t>vn 0.9735 -0.0089 0.2284</w:t>
        <w:br/>
        <w:t>vn 0.3214 0.9051 0.2784</w:t>
        <w:br/>
        <w:t>vn 0.4426 -0.8925 -0.0870</w:t>
        <w:br/>
        <w:t>vn 0.9990 0.0444 -0.0041</w:t>
        <w:br/>
        <w:t>vn 0.4396 -0.8936 -0.0906</w:t>
        <w:br/>
        <w:t>vn 0.3596 0.9245 0.1263</w:t>
        <w:br/>
        <w:t>vn 0.9989 0.0423 -0.0195</w:t>
        <w:br/>
        <w:t>vn 0.3673 0.9292 0.0415</w:t>
        <w:br/>
        <w:t>vn 0.4372 -0.8988 -0.0333</w:t>
        <w:br/>
        <w:t>vn 0.3054 0.9414 -0.1434</w:t>
        <w:br/>
        <w:t>vn 0.9750 0.0757 -0.2088</w:t>
        <w:br/>
        <w:t>vn 0.3400 0.9265 -0.1612</w:t>
        <w:br/>
        <w:t>vn 0.1824 0.9437 -0.2761</w:t>
        <w:br/>
        <w:t>vn 0.4840 -0.8742 -0.0396</w:t>
        <w:br/>
        <w:t>vn 0.9571 0.1049 -0.2701</w:t>
        <w:br/>
        <w:t>vn 0.5312 -0.8457 -0.0509</w:t>
        <w:br/>
        <w:t>vn 0.0725 0.9609 -0.2674</w:t>
        <w:br/>
        <w:t>vn 0.8953 0.1064 -0.4325</w:t>
        <w:br/>
        <w:t>vn -0.1034 0.9395 -0.3266</w:t>
        <w:br/>
        <w:t>vn 0.5947 -0.7961 -0.1120</w:t>
        <w:br/>
        <w:t>vn 0.8615 0.1458 -0.4864</w:t>
        <w:br/>
        <w:t>vn 0.6206 -0.7725 -0.1348</w:t>
        <w:br/>
        <w:t>vn -0.1048 0.9423 -0.3180</w:t>
        <w:br/>
        <w:t>vn 0.7391 0.1532 -0.6560</w:t>
        <w:br/>
        <w:t>vn 0.6570 -0.7307 -0.1857</w:t>
        <w:br/>
        <w:t>vn 0.6750 0.2063 -0.7084</w:t>
        <w:br/>
        <w:t>vn 0.6437 -0.7222 -0.2530</w:t>
        <w:br/>
        <w:t>vn -0.2126 0.9237 -0.3188</w:t>
        <w:br/>
        <w:t>vn 0.5423 0.1450 -0.8275</w:t>
        <w:br/>
        <w:t>vn -0.2222 0.9372 -0.2690</w:t>
        <w:br/>
        <w:t>vn 0.6208 -0.7123 -0.3277</w:t>
        <w:br/>
        <w:t>vn 0.5002 0.2985 -0.8128</w:t>
        <w:br/>
        <w:t>vn 0.5887 -0.7189 -0.3696</w:t>
        <w:br/>
        <w:t>vn 0.5887 -0.7185 -0.3703</w:t>
        <w:br/>
        <w:t>vn 0.4332 0.4245 -0.7951</w:t>
        <w:br/>
        <w:t>vn 0.4746 0.3324 -0.8150</w:t>
        <w:br/>
        <w:t>vn -0.1976 0.9497 -0.2431</w:t>
        <w:br/>
        <w:t>vn -0.2127 0.9491 -0.2322</w:t>
        <w:br/>
        <w:t>vn 0.5040 0.2053 -0.8389</w:t>
        <w:br/>
        <w:t>vn 0.5394 -0.0553 -0.8402</w:t>
        <w:br/>
        <w:t>vn 0.5085 0.2843 -0.8128</w:t>
        <w:br/>
        <w:t>vn 0.5296 0.2843 -0.7992</w:t>
        <w:br/>
        <w:t>vn 0.2263 -0.1057 0.9683</w:t>
        <w:br/>
        <w:t>vn 0.2098 -0.1096 0.9716</w:t>
        <w:br/>
        <w:t>vn 0.2316 -0.1049 0.9671</w:t>
        <w:br/>
        <w:t>vn 0.2298 -0.1035 0.9677</w:t>
        <w:br/>
        <w:t>vn 0.2228 -0.1068 0.9690</w:t>
        <w:br/>
        <w:t>vn 0.2413 -0.1007 0.9652</w:t>
        <w:br/>
        <w:t>vn 0.1276 -0.1253 0.9839</w:t>
        <w:br/>
        <w:t>vn 0.2098 -0.1073 0.9718</w:t>
        <w:br/>
        <w:t>vn 0.2098 -0.1074 0.9718</w:t>
        <w:br/>
        <w:t>vn 0.2318 -0.1026 0.9673</w:t>
        <w:br/>
        <w:t>vn 0.2386 -0.1009 0.9659</w:t>
        <w:br/>
        <w:t>vn 0.2187 -0.1055 0.9701</w:t>
        <w:br/>
        <w:t>vn 0.2098 -0.1069 0.9719</w:t>
        <w:br/>
        <w:t>vn 0.1416 -0.1218 0.9824</w:t>
        <w:br/>
        <w:t>vn 0.0031 -0.1485 0.9889</w:t>
        <w:br/>
        <w:t>vn 0.0107 -0.9907 -0.1359</w:t>
        <w:br/>
        <w:t>vn 0.0097 -0.9906 -0.1364</w:t>
        <w:br/>
        <w:t>vn 0.0108 -0.9907 -0.1358</w:t>
        <w:br/>
        <w:t>vn 0.0120 -0.9907 -0.1352</w:t>
        <w:br/>
        <w:t>vn 0.9535 0.2069 -0.2192</w:t>
        <w:br/>
        <w:t>vn 0.9533 0.2067 -0.2201</w:t>
        <w:br/>
        <w:t>vn 0.9576 0.2071 -0.2001</w:t>
        <w:br/>
        <w:t>vn 0.9534 0.2078 -0.2187</w:t>
        <w:br/>
        <w:t>vn 0.9663 0.1631 -0.1992</w:t>
        <w:br/>
        <w:t>vn 0.9618 0.1653 -0.2182</w:t>
        <w:br/>
        <w:t>vn 0.9558 0.1441 -0.2562</w:t>
        <w:br/>
        <w:t>vn 0.9370 0.2135 -0.2766</w:t>
        <w:br/>
        <w:t>vn -0.3282 0.9294 0.1688</w:t>
        <w:br/>
        <w:t>vn -0.3283 0.9294 0.1688</w:t>
        <w:br/>
        <w:t>vn -0.3284 0.9293 0.1688</w:t>
        <w:br/>
        <w:t>vn -0.3281 0.9294 0.1689</w:t>
        <w:br/>
        <w:t>vn -0.9562 -0.2023 0.2116</w:t>
        <w:br/>
        <w:t>vn -0.9532 -0.2087 0.2185</w:t>
        <w:br/>
        <w:t>vn -0.9558 -0.1996 0.2160</w:t>
        <w:br/>
        <w:t>vn -0.9567 -0.2020 0.2097</w:t>
        <w:br/>
        <w:t>vn -0.9554 -0.2075 0.2100</w:t>
        <w:br/>
        <w:t>vn -0.9548 -0.2073 0.2129</w:t>
        <w:br/>
        <w:t>vn -0.9551 -0.2071 0.2120</w:t>
        <w:br/>
        <w:t>vn -0.9550 -0.2080 0.2114</w:t>
        <w:br/>
        <w:t>vn 0.4036 0.2837 -0.8698</w:t>
        <w:br/>
        <w:t>vn 0.3880 0.2803 -0.8780</w:t>
        <w:br/>
        <w:t>vn 0.3888 0.2798 -0.8778</w:t>
        <w:br/>
        <w:t>vn 0.4081 0.2847 -0.8674</w:t>
        <w:br/>
        <w:t>vn 0.4151 0.2866 -0.8635</w:t>
        <w:br/>
        <w:t>vn 0.4128 0.2872 -0.8644</w:t>
        <w:br/>
        <w:t>vn 0.3985 0.2839 -0.8721</w:t>
        <w:br/>
        <w:t>vn 0.3897 0.2849 -0.8758</w:t>
        <w:br/>
        <w:t>vn 0.3938 0.2855 -0.8737</w:t>
        <w:br/>
        <w:t>vn 0.3767 0.2839 -0.8817</w:t>
        <w:br/>
        <w:t>vn 0.3194 0.2736 -0.9072</w:t>
        <w:br/>
        <w:t>vn 0.4060 0.2862 -0.8679</w:t>
        <w:br/>
        <w:t>vn 0.3778 0.2840 -0.8813</w:t>
        <w:br/>
        <w:t>vn 0.3779 0.2798 -0.8826</w:t>
        <w:br/>
        <w:t>vn 0.3787 0.2793 -0.8824</w:t>
        <w:br/>
        <w:t>vn 0.3978 0.2844 -0.8723</w:t>
        <w:br/>
        <w:t>vn 0.4008 0.2866 -0.8702</w:t>
        <w:br/>
        <w:t>vn 0.3805 0.2844 -0.8799</w:t>
        <w:br/>
        <w:t>vn 0.3647 0.2825 -0.8873</w:t>
        <w:br/>
        <w:t>vn 0.2596 0.2624 -0.9294</w:t>
        <w:br/>
        <w:t>vn 0.1505 0.2378 -0.9596</w:t>
        <w:br/>
        <w:t>vn 0.1469 0.2376 -0.9602</w:t>
        <w:br/>
        <w:t>vn 0.0927 -0.9670 -0.2372</w:t>
        <w:br/>
        <w:t>vn 0.0908 -0.9673 -0.2368</w:t>
        <w:br/>
        <w:t>vn 0.0930 -0.9670 -0.2373</w:t>
        <w:br/>
        <w:t>vn 0.0951 -0.9666 -0.2378</w:t>
        <w:br/>
        <w:t>vn 0.8716 0.1324 0.4720</w:t>
        <w:br/>
        <w:t>vn 0.8807 0.1077 0.4613</w:t>
        <w:br/>
        <w:t>vn 0.8817 0.1361 0.4517</w:t>
        <w:br/>
        <w:t>vn 0.8808 0.0949 0.4638</w:t>
        <w:br/>
        <w:t>vn 0.8905 0.1188 0.4392</w:t>
        <w:br/>
        <w:t>vn 0.8869 0.1160 0.4472</w:t>
        <w:br/>
        <w:t>vn 0.8784 0.0816 0.4710</w:t>
        <w:br/>
        <w:t>vn 0.8505 0.1359 0.5081</w:t>
        <w:br/>
        <w:t>vn -0.4018 0.9086 0.1142</w:t>
        <w:br/>
        <w:t>vn -0.4017 0.9086 0.1142</w:t>
        <w:br/>
        <w:t>vn -0.4017 0.9086 0.1144</w:t>
        <w:br/>
        <w:t>vn -0.4018 0.9086 0.1140</w:t>
        <w:br/>
        <w:t>vn -0.8805 -0.1484 -0.4501</w:t>
        <w:br/>
        <w:t>vn -0.8798 -0.1435 -0.4532</w:t>
        <w:br/>
        <w:t>vn -0.8756 -0.1516 -0.4586</w:t>
        <w:br/>
        <w:t>vn -0.8812 -0.1491 -0.4487</w:t>
        <w:br/>
        <w:t>vn -0.8781 -0.1557 -0.4525</w:t>
        <w:br/>
        <w:t>vn -0.8771 -0.1540 -0.4549</w:t>
        <w:br/>
        <w:t>vn -0.8764 -0.1556 -0.4557</w:t>
        <w:br/>
        <w:t>vn -0.8764 -0.1557 -0.4557</w:t>
        <w:br/>
        <w:t>vn -0.9268 -0.2857 -0.2436</w:t>
        <w:br/>
        <w:t>vn -0.9095 -0.3768 -0.1758</w:t>
        <w:br/>
        <w:t>vn -0.9060 -0.3790 -0.1886</w:t>
        <w:br/>
        <w:t>vn -0.9362 -0.1899 -0.2959</w:t>
        <w:br/>
        <w:t>vn -0.9386 -0.0335 -0.3434</w:t>
        <w:br/>
        <w:t>vn -0.0960 -0.6790 -0.7279</w:t>
        <w:br/>
        <w:t>vn 0.0086 -0.8402 -0.5421</w:t>
        <w:br/>
        <w:t>vn -0.0350 -0.8077 -0.5886</w:t>
        <w:br/>
        <w:t>vn -0.7660 0.0335 -0.6420</w:t>
        <w:br/>
        <w:t>vn -0.9146 0.1241 -0.3849</w:t>
        <w:br/>
        <w:t>vn -0.0141 -0.5184 -0.8550</w:t>
        <w:br/>
        <w:t>vn -0.1752 -0.2231 -0.9589</w:t>
        <w:br/>
        <w:t>vn -0.6473 0.2789 -0.7094</w:t>
        <w:br/>
        <w:t>vn -0.8704 0.1663 -0.4634</w:t>
        <w:br/>
        <w:t>vn -0.5244 0.3250 -0.7870</w:t>
        <w:br/>
        <w:t>vn -0.0496 0.1408 -0.9888</w:t>
        <w:br/>
        <w:t>vn -0.1275 0.3848 -0.9141</w:t>
        <w:br/>
        <w:t>vn -0.0026 0.3854 -0.9227</w:t>
        <w:br/>
        <w:t>vn 0.1886 0.3721 -0.9089</w:t>
        <w:br/>
        <w:t>vn 0.1421 0.3641 -0.9204</w:t>
        <w:br/>
        <w:t>vn 0.9677 0.1173 -0.2231</w:t>
        <w:br/>
        <w:t>vn 0.9685 0.1131 -0.2217</w:t>
        <w:br/>
        <w:t>vn 0.9669 0.1191 -0.2258</w:t>
        <w:br/>
        <w:t>vn 0.9704 0.1080 -0.2162</w:t>
        <w:br/>
        <w:t>vn 0.2148 -0.0750 -0.9738</w:t>
        <w:br/>
        <w:t>vn 0.9738 0.0580 -0.2200</w:t>
        <w:br/>
        <w:t>vn 0.9736 0.0107 -0.2279</w:t>
        <w:br/>
        <w:t>vn 0.0892 -0.6755 -0.7319</w:t>
        <w:br/>
        <w:t>vn 0.9736 -0.0652 -0.2186</w:t>
        <w:br/>
        <w:t>vn 0.9724 -0.1002 -0.2108</w:t>
        <w:br/>
        <w:t>vn 0.0504 -0.8125 -0.5807</w:t>
        <w:br/>
        <w:t>vn 0.9720 -0.1333 -0.1935</w:t>
        <w:br/>
        <w:t>vn 0.9683 -0.1399 -0.2068</w:t>
        <w:br/>
        <w:t>vn -0.8857 -0.4467 -0.1268</w:t>
        <w:br/>
        <w:t>vn -0.9319 -0.3289 -0.1531</w:t>
        <w:br/>
        <w:t>vn -0.8908 -0.4384 -0.1198</w:t>
        <w:br/>
        <w:t>vn -0.9586 -0.2078 -0.1947</w:t>
        <w:br/>
        <w:t>vn -0.9662 -0.0348 -0.2556</w:t>
        <w:br/>
        <w:t>vn -0.1085 -0.7893 -0.6044</w:t>
        <w:br/>
        <w:t>vn 0.0135 -0.9272 -0.3743</w:t>
        <w:br/>
        <w:t>vn -0.0424 -0.9211 -0.3870</w:t>
        <w:br/>
        <w:t>vn -0.9644 -0.0334 -0.2623</w:t>
        <w:br/>
        <w:t>vn -0.0685 -0.6379 -0.7671</w:t>
        <w:br/>
        <w:t>vn -0.2294 -0.1897 -0.9547</w:t>
        <w:br/>
        <w:t>vn 0.0990 -0.7010 -0.7063</w:t>
        <w:br/>
        <w:t>vn 0.0910 -0.9331 -0.3479</w:t>
        <w:br/>
        <w:t>vn -0.0682 -0.1052 -0.9921</w:t>
        <w:br/>
        <w:t>vn 0.9456 -0.2898 -0.1475</w:t>
        <w:br/>
        <w:t>vn 0.9601 -0.2243 -0.1670</w:t>
        <w:br/>
        <w:t>vn 0.9443 -0.2931 -0.1495</w:t>
        <w:br/>
        <w:t>vn 0.9645 -0.1509 -0.2165</w:t>
        <w:br/>
        <w:t>vn 0.9543 -0.0005 -0.2989</w:t>
        <w:br/>
        <w:t>vn -0.7372 0.0631 -0.6728</w:t>
        <w:br/>
        <w:t>vn -0.2456 0.1546 -0.9570</w:t>
        <w:br/>
        <w:t>vn -0.9577 -0.0005 -0.2879</w:t>
        <w:br/>
        <w:t>vn -0.9353 -0.0112 -0.3536</w:t>
        <w:br/>
        <w:t>vn -0.6437 0.0601 -0.7629</w:t>
        <w:br/>
        <w:t>vn -0.0420 0.1265 -0.9911</w:t>
        <w:br/>
        <w:t>vn 0.1073 -0.0097 -0.9942</w:t>
        <w:br/>
        <w:t>vn 0.9492 0.0034 -0.3147</w:t>
        <w:br/>
        <w:t>vn -0.0421 0.1421 -0.9890</w:t>
        <w:br/>
        <w:t>vn 0.8498 0.0910 -0.5191</w:t>
        <w:br/>
        <w:t>vn 0.0951 0.1396 -0.9856</w:t>
        <w:br/>
        <w:t>vn 0.9301 0.0644 -0.3617</w:t>
        <w:br/>
        <w:t>vn 0.6422 0.1196 -0.7572</w:t>
        <w:br/>
        <w:t>vn 0.9215 0.0523 -0.3847</w:t>
        <w:br/>
        <w:t>vn -0.8850 0.3502 0.3069</w:t>
        <w:br/>
        <w:t>vn -0.9437 0.2878 0.1628</w:t>
        <w:br/>
        <w:t>vn -0.8775 0.2505 0.4089</w:t>
        <w:br/>
        <w:t>vn -0.9657 0.2553 -0.0468</w:t>
        <w:br/>
        <w:t>vn -0.9944 0.0366 -0.0994</w:t>
        <w:br/>
        <w:t>vn -0.0722 0.9821 -0.1739</w:t>
        <w:br/>
        <w:t>vn -0.2296 0.7941 -0.5628</w:t>
        <w:br/>
        <w:t>vn -0.0906 0.9619 -0.2580</w:t>
        <w:br/>
        <w:t>vn -0.9828 0.0166 -0.1837</w:t>
        <w:br/>
        <w:t>vn -0.1456 0.8200 -0.5536</w:t>
        <w:br/>
        <w:t>vn -0.9955 -0.0936 0.0154</w:t>
        <w:br/>
        <w:t>vn -0.9948 -0.1014 -0.0032</w:t>
        <w:br/>
        <w:t>vn -0.2060 0.1135 -0.9719</w:t>
        <w:br/>
        <w:t>vn -0.3320 0.0403 -0.9424</w:t>
        <w:br/>
        <w:t>vn -0.2951 -0.3757 -0.8785</w:t>
        <w:br/>
        <w:t>vn 0.0565 0.7862 -0.6154</w:t>
        <w:br/>
        <w:t>vn 0.0090 0.9889 -0.1483</w:t>
        <w:br/>
        <w:t>vn -0.9887 -0.1376 -0.0594</w:t>
        <w:br/>
        <w:t>vn -0.9637 -0.1523 -0.2192</w:t>
        <w:br/>
        <w:t>vn -0.1214 -0.7994 -0.5884</w:t>
        <w:br/>
        <w:t>vn -0.1715 -0.7641 -0.6219</w:t>
        <w:br/>
        <w:t>vn -0.2468 -0.5707 -0.7832</w:t>
        <w:br/>
        <w:t>vn -0.1879 -0.3543 -0.9160</w:t>
        <w:br/>
        <w:t>vn -0.1355 -0.6046 -0.7849</w:t>
        <w:br/>
        <w:t>vn 0.0614 -0.8545 -0.5159</w:t>
        <w:br/>
        <w:t>vn 0.1152 -0.0875 -0.9895</w:t>
        <w:br/>
        <w:t>vn 0.0752 -0.3207 -0.9442</w:t>
        <w:br/>
        <w:t>vn 0.0729 -0.6275 -0.7752</w:t>
        <w:br/>
        <w:t>vn 0.2820 -0.6058 -0.7440</w:t>
        <w:br/>
        <w:t>vn 0.2420 -0.8016 -0.5466</w:t>
        <w:br/>
        <w:t>vn 0.3499 -0.3143 -0.8825</w:t>
        <w:br/>
        <w:t>vn 0.6155 -0.4464 -0.6496</w:t>
        <w:br/>
        <w:t>vn 0.6662 -0.4729 -0.5767</w:t>
        <w:br/>
        <w:t>vn 0.9407 -0.1250 -0.3153</w:t>
        <w:br/>
        <w:t>vn 0.7569 -0.2341 -0.6101</w:t>
        <w:br/>
        <w:t>vn 0.9757 -0.0138 -0.2186</w:t>
        <w:br/>
        <w:t>vn 0.3575 0.1422 -0.9230</w:t>
        <w:br/>
        <w:t>vn 0.8486 0.0870 -0.5218</w:t>
        <w:br/>
        <w:t>vn 0.9596 0.2813 0.0071</w:t>
        <w:br/>
        <w:t>vn 0.1655 0.8689 -0.4666</w:t>
        <w:br/>
        <w:t>vn 0.0705 0.9868 -0.1461</w:t>
        <w:br/>
        <w:t>vn 0.4491 0.7350 -0.5080</w:t>
        <w:br/>
        <w:t>vn 0.8816 0.3258 0.3414</w:t>
        <w:br/>
        <w:t>vn 0.8817 0.3258 0.3414</w:t>
        <w:br/>
        <w:t>vn 0.0902 0.9855 -0.1439</w:t>
        <w:br/>
        <w:t>vn 0.9449 0.1832 0.2712</w:t>
        <w:br/>
        <w:t>vn -0.8822 0.0949 -0.4612</w:t>
        <w:br/>
        <w:t>vn -0.9336 0.1138 -0.3398</w:t>
        <w:br/>
        <w:t>vn -0.9433 0.0424 -0.3292</w:t>
        <w:br/>
        <w:t>vn -0.8656 0.1974 -0.4602</w:t>
        <w:br/>
        <w:t>vn -0.6849 0.4316 -0.5871</w:t>
        <w:br/>
        <w:t>vn -0.9975 0.0519 -0.0486</w:t>
        <w:br/>
        <w:t>vn -0.9957 0.0708 0.0590</w:t>
        <w:br/>
        <w:t>vn -0.8875 0.2696 -0.3736</w:t>
        <w:br/>
        <w:t>vn -0.6849 0.4315 -0.5871</w:t>
        <w:br/>
        <w:t>vn -0.8073 0.3236 -0.4936</w:t>
        <w:br/>
        <w:t>vn -0.2708 0.5936 -0.7579</w:t>
        <w:br/>
        <w:t>vn -0.4522 0.3733 -0.8100</w:t>
        <w:br/>
        <w:t>vn -0.4794 0.3540 -0.8030</w:t>
        <w:br/>
        <w:t>vn -0.4797 0.3522 -0.8037</w:t>
        <w:br/>
        <w:t>vn -0.8875 0.2697 -0.3736</w:t>
        <w:br/>
        <w:t>vn -0.5731 0.3690 -0.7317</w:t>
        <w:br/>
        <w:t>vn -0.9388 0.1427 -0.3135</w:t>
        <w:br/>
        <w:t>vn -0.9457 0.2757 0.1720</w:t>
        <w:br/>
        <w:t>vn -0.9521 0.2377 0.1926</w:t>
        <w:br/>
        <w:t>vn -0.9841 0.1574 0.0818</w:t>
        <w:br/>
        <w:t>vn -0.8771 0.3917 0.2781</w:t>
        <w:br/>
        <w:t>vn -0.9993 0.0360 -0.0110</w:t>
        <w:br/>
        <w:t>vn -0.9794 0.1870 0.0765</w:t>
        <w:br/>
        <w:t>vn -0.8056 0.4587 0.3750</w:t>
        <w:br/>
        <w:t>vn -0.5236 0.5997 0.6051</w:t>
        <w:br/>
        <w:t>vn -0.8615 0.3992 0.3139</w:t>
        <w:br/>
        <w:t>vn -0.2309 0.6923 0.6837</w:t>
        <w:br/>
        <w:t>vn 0.1178 0.6233 0.7730</w:t>
        <w:br/>
        <w:t>vn -0.9749 0.1917 0.1131</w:t>
        <w:br/>
        <w:t>vn 0.2856 0.6590 0.6958</w:t>
        <w:br/>
        <w:t>vn -0.9242 0.2732 0.2668</w:t>
        <w:br/>
        <w:t>vn -0.9303 0.2496 0.2687</w:t>
        <w:br/>
        <w:t>vn -0.9206 0.2470 0.3024</w:t>
        <w:br/>
        <w:t>vn -0.9394 0.2395 0.2453</w:t>
        <w:br/>
        <w:t>vn -0.7999 0.3708 0.4719</w:t>
        <w:br/>
        <w:t>vn -0.1116 0.7735 0.6239</w:t>
        <w:br/>
        <w:t>vn -0.8653 0.3086 0.3950</w:t>
        <w:br/>
        <w:t>vn -0.3491 0.7270 0.5912</w:t>
        <w:br/>
        <w:t>vn -0.5016 0.5597 0.6596</w:t>
        <w:br/>
        <w:t>vn -0.1608 0.5821 0.7971</w:t>
        <w:br/>
        <w:t>vn -0.0593 0.7767 0.6270</w:t>
        <w:br/>
        <w:t>vn -0.9109 0.3651 0.1920</w:t>
        <w:br/>
        <w:t>vn 0.3691 0.7508 0.5478</w:t>
        <w:br/>
        <w:t>vn -0.8551 0.4595 0.2400</w:t>
        <w:br/>
        <w:t>vn 0.6490 0.6219 0.4382</w:t>
        <w:br/>
        <w:t>vn -0.8272 0.5210 0.2104</w:t>
        <w:br/>
        <w:t>vn -0.4341 0.6886 0.5808</w:t>
        <w:br/>
        <w:t>vn 0.7780 0.5322 0.3339</w:t>
        <w:br/>
        <w:t>vn -0.6013 0.6796 0.4203</w:t>
        <w:br/>
        <w:t>vn 0.0810 0.6029 0.7937</w:t>
        <w:br/>
        <w:t>vn 0.6578 0.3787 0.6511</w:t>
        <w:br/>
        <w:t>vn -0.0680 0.7418 0.6671</w:t>
        <w:br/>
        <w:t>vn -0.4037 0.7913 0.4592</w:t>
        <w:br/>
        <w:t>vn 0.6247 0.4659 0.6267</w:t>
        <w:br/>
        <w:t>vn 0.4708 0.6828 0.5587</w:t>
        <w:br/>
        <w:t>vn 0.7736 0.3538 0.5257</w:t>
        <w:br/>
        <w:t>vn 0.7638 0.5203 0.3821</w:t>
        <w:br/>
        <w:t>vn 0.3329 0.8001 0.4990</w:t>
        <w:br/>
        <w:t>vn 0.5976 0.6962 0.3976</w:t>
        <w:br/>
        <w:t>vn -0.5983 0.6377 0.4852</w:t>
        <w:br/>
        <w:t>vn -0.5269 0.5776 0.6235</w:t>
        <w:br/>
        <w:t>vn -0.6171 0.6262 0.4765</w:t>
        <w:br/>
        <w:t>vn -0.6865 0.6440 0.3375</w:t>
        <w:br/>
        <w:t>vn 0.7962 0.3990 0.4548</w:t>
        <w:br/>
        <w:t>vn 0.8599 0.3648 0.3570</w:t>
        <w:br/>
        <w:t>vn 0.7218 0.4511 0.5249</w:t>
        <w:br/>
        <w:t>vn 0.1447 0.5882 0.7957</w:t>
        <w:br/>
        <w:t>vn -0.4729 0.5955 0.6495</w:t>
        <w:br/>
        <w:t>vn -0.4049 0.5729 0.7126</w:t>
        <w:br/>
        <w:t>vn -0.1776 0.6180 0.7659</w:t>
        <w:br/>
        <w:t>vn 0.1446 0.5882 0.7956</w:t>
        <w:br/>
        <w:t>vn 0.6592 0.4956 0.5656</w:t>
        <w:br/>
        <w:t>vn 0.8861 0.3232 0.3322</w:t>
        <w:br/>
        <w:t>vn 0.8300 0.3975 0.3913</w:t>
        <w:br/>
        <w:t>vn 0.8729 0.3497 0.3403</w:t>
        <w:br/>
        <w:t>vn 0.9193 0.2975 0.2578</w:t>
        <w:br/>
        <w:t>vn 0.9449 0.2362 0.2266</w:t>
        <w:br/>
        <w:t>vn 0.8728 0.4189 0.2505</w:t>
        <w:br/>
        <w:t>vn 0.9638 0.2164 0.1556</w:t>
        <w:br/>
        <w:t>vn 0.9651 0.2354 0.1151</w:t>
        <w:br/>
        <w:t>vn 0.8594 0.3717 -0.3512</w:t>
        <w:br/>
        <w:t>vn 0.1984 0.3279 -0.9237</w:t>
        <w:br/>
        <w:t>vn 0.3735 0.3771 -0.8475</w:t>
        <w:br/>
        <w:t>vn 0.9814 0.1254 0.1452</w:t>
        <w:br/>
        <w:t>vn 0.3735 0.3770 -0.8476</w:t>
        <w:br/>
        <w:t>vn 0.7421 0.3990 -0.5386</w:t>
        <w:br/>
        <w:t>vn 0.9830 -0.1019 0.1526</w:t>
        <w:br/>
        <w:t>vn 0.9830 -0.1019 0.1527</w:t>
        <w:br/>
        <w:t>vn 0.9406 0.0419 0.3368</w:t>
        <w:br/>
        <w:t>vn 0.9886 0.0644 -0.1361</w:t>
        <w:br/>
        <w:t>vn 0.8345 0.3872 -0.3920</w:t>
        <w:br/>
        <w:t>vn 0.9886 0.0645 -0.1362</w:t>
        <w:br/>
        <w:t>vn 0.9665 0.1927 -0.1696</w:t>
        <w:br/>
        <w:t>vn 0.8944 0.1254 -0.4294</w:t>
        <w:br/>
        <w:t>vn 0.8848 0.2958 -0.3601</w:t>
        <w:br/>
        <w:t>vn 0.9545 0.1843 -0.2342</w:t>
        <w:br/>
        <w:t>vn 0.9955 0.0218 -0.0918</w:t>
        <w:br/>
        <w:t>vn 0.9905 -0.0250 0.1356</w:t>
        <w:br/>
        <w:t>vn 0.9947 0.0997 -0.0244</w:t>
        <w:br/>
        <w:t>vn 0.9796 -0.1833 0.0819</w:t>
        <w:br/>
        <w:t>vn 0.8574 -0.5129 -0.0416</w:t>
        <w:br/>
        <w:t>vn 0.9408 -0.3072 0.1435</w:t>
        <w:br/>
        <w:t>vn 0.9906 0.0845 0.1074</w:t>
        <w:br/>
        <w:t>vn 0.4531 0.5280 -0.7183</w:t>
        <w:br/>
        <w:t>vn 0.5116 0.5066 -0.6940</w:t>
        <w:br/>
        <w:t>vn 0.6843 -0.6982 -0.2102</w:t>
        <w:br/>
        <w:t>vn 0.4500 -0.8339 -0.3197</w:t>
        <w:br/>
        <w:t>vn 0.9314 0.3418 0.1249</w:t>
        <w:br/>
        <w:t>vn 0.8589 -0.5017 -0.1030</w:t>
        <w:br/>
        <w:t>vn 0.7789 0.5983 0.1879</w:t>
        <w:br/>
        <w:t>vn -0.6264 0.6976 0.3478</w:t>
        <w:br/>
        <w:t>vn 0.5115 0.5066 -0.6940</w:t>
        <w:br/>
        <w:t>vn 0.5677 0.4830 -0.6666</w:t>
        <w:br/>
        <w:t>vn 0.9926 -0.0190 0.1199</w:t>
        <w:br/>
        <w:t>vn 0.9299 0.2571 0.2631</w:t>
        <w:br/>
        <w:t>vn 0.7013 0.6279 0.3376</w:t>
        <w:br/>
        <w:t>vn 0.9435 0.2133 0.2535</w:t>
        <w:br/>
        <w:t>vn 0.9936 -0.0701 0.0882</w:t>
        <w:br/>
        <w:t>vn 0.9534 0.2285 0.1973</w:t>
        <w:br/>
        <w:t>vn 0.9813 0.1207 0.1498</w:t>
        <w:br/>
        <w:t>vn 0.7650 -0.5707 -0.2984</w:t>
        <w:br/>
        <w:t>vn 0.2740 -0.8431 -0.4627</w:t>
        <w:br/>
        <w:t>vn 0.9416 0.2743 -0.1953</w:t>
        <w:br/>
        <w:t>vn 0.2929 -0.5502 -0.7820</w:t>
        <w:br/>
        <w:t>vn 0.0947 -0.8631 -0.4961</w:t>
        <w:br/>
        <w:t>vn 0.0443 0.0462 -0.9979</w:t>
        <w:br/>
        <w:t>vn -0.1509 0.1052 -0.9829</w:t>
        <w:br/>
        <w:t>vn 0.2224 -0.0217 -0.9747</w:t>
        <w:br/>
        <w:t>vn 0.9745 0.1334 -0.1805</w:t>
        <w:br/>
        <w:t>vn 0.3493 -0.4402 -0.8272</w:t>
        <w:br/>
        <w:t>vn 0.9904 0.0473 -0.1298</w:t>
        <w:br/>
        <w:t>vn 0.9927 -0.1202 -0.0092</w:t>
        <w:br/>
        <w:t>vn 0.9750 -0.0388 -0.2186</w:t>
        <w:br/>
        <w:t>vn 0.9720 -0.2301 0.0476</w:t>
        <w:br/>
        <w:t>vn 0.9647 0.0170 -0.2628</w:t>
        <w:br/>
        <w:t>vn 0.8784 0.2112 -0.4287</w:t>
        <w:br/>
        <w:t>vn 0.9433 0.0171 -0.3314</w:t>
        <w:br/>
        <w:t>vn 0.9283 0.0145 -0.3716</w:t>
        <w:br/>
        <w:t>vn 0.9030 0.1299 -0.4095</w:t>
        <w:br/>
        <w:t>vn 0.8404 0.3235 -0.4348</w:t>
        <w:br/>
        <w:t>vn 0.9581 0.0040 -0.2864</w:t>
        <w:br/>
        <w:t>vn 0.9393 -0.0576 -0.3383</w:t>
        <w:br/>
        <w:t>vn 0.8629 0.4384 -0.2512</w:t>
        <w:br/>
        <w:t>vn 0.9836 -0.0319 -0.1773</w:t>
        <w:br/>
        <w:t>vn 0.9117 0.2870 -0.2941</w:t>
        <w:br/>
        <w:t>vn 0.9839 0.1642 -0.0709</w:t>
        <w:br/>
        <w:t>vn 0.9642 0.0789 -0.2533</w:t>
        <w:br/>
        <w:t>vn 0.9256 0.3523 -0.1383</w:t>
        <w:br/>
        <w:t>vn 0.8635 0.5026 0.0417</w:t>
        <w:br/>
        <w:t>vn 0.9133 0.4007 -0.0728</w:t>
        <w:br/>
        <w:t>vn 0.9649 0.2299 -0.1268</w:t>
        <w:br/>
        <w:t>vn 0.8626 0.5057 0.0106</w:t>
        <w:br/>
        <w:t>vn 0.7301 0.6689 0.1395</w:t>
        <w:br/>
        <w:t>vn 0.5338 0.8004 0.2726</w:t>
        <w:br/>
        <w:t>vn -0.7632 0.5960 0.2496</w:t>
        <w:br/>
        <w:t>vn 0.7754 0.6153 0.1422</w:t>
        <w:br/>
        <w:t>vn -0.8370 0.5206 0.1687</w:t>
        <w:br/>
        <w:t>vn 0.4408 0.8133 0.3798</w:t>
        <w:br/>
        <w:t>vn 0.5458 0.8013 0.2449</w:t>
        <w:br/>
        <w:t>vn -0.8368 0.5277 -0.1456</w:t>
        <w:br/>
        <w:t>vn 0.3458 0.8803 0.3247</w:t>
        <w:br/>
        <w:t>vn 0.9055 0.4162 0.0830</w:t>
        <w:br/>
        <w:t>vn 0.6376 0.7252 0.2600</w:t>
        <w:br/>
        <w:t>vn 0.3854 0.8749 0.2933</w:t>
        <w:br/>
        <w:t>vn -0.8357 0.5370 -0.1151</w:t>
        <w:br/>
        <w:t>vn 0.3491 0.8976 0.2691</w:t>
        <w:br/>
        <w:t>vn 0.2188 0.9438 0.2478</w:t>
        <w:br/>
        <w:t>vn -0.4861 0.6187 -0.6171</w:t>
        <w:br/>
        <w:t>vn -0.4773 0.6020 -0.6401</w:t>
        <w:br/>
        <w:t>vn 0.3025 0.8596 0.4119</w:t>
        <w:br/>
        <w:t>vn 0.4625 0.7963 0.3899</w:t>
        <w:br/>
        <w:t>vn 0.2798 0.8597 0.4273</w:t>
        <w:br/>
        <w:t>vn 0.2804 0.8410 0.4628</w:t>
        <w:br/>
        <w:t>vn 0.0146 0.8633 0.5044</w:t>
        <w:br/>
        <w:t>vn 0.0369 0.9011 0.4320</w:t>
        <w:br/>
        <w:t>vn -0.0169 0.9008 0.4340</w:t>
        <w:br/>
        <w:t>vn -0.3008 0.8681 0.3949</w:t>
        <w:br/>
        <w:t>vn -0.5775 0.7590 0.3005</w:t>
        <w:br/>
        <w:t>vn -0.2901 0.8695 0.3997</w:t>
        <w:br/>
        <w:t>vn 0.8304 0.5284 0.1767</w:t>
        <w:br/>
        <w:t>vn 0.8020 0.5558 0.2189</w:t>
        <w:br/>
        <w:t>vn -0.4542 0.8233 0.3405</w:t>
        <w:br/>
        <w:t>vn 0.8462 0.5261 -0.0842</w:t>
        <w:br/>
        <w:t>vn 0.8354 0.5415 -0.0947</w:t>
        <w:br/>
        <w:t>vn -0.2510 0.8766 0.4106</w:t>
        <w:br/>
        <w:t>vn 0.4740 0.6370 -0.6079</w:t>
        <w:br/>
        <w:t>vn 0.0187 0.8994 0.4367</w:t>
        <w:br/>
        <w:t>vn -0.0249 0.6328 -0.7739</w:t>
        <w:br/>
        <w:t>vn -0.0322 0.6178 -0.7857</w:t>
        <w:br/>
        <w:t>vn 0.4725 0.6312 -0.6151</w:t>
        <w:br/>
        <w:t>vn 0.0015 0.9694 0.2455</w:t>
        <w:br/>
        <w:t>vn 0.1875 0.9543 0.2328</w:t>
        <w:br/>
        <w:t>vn -0.2294 0.9512 0.2064</w:t>
        <w:br/>
        <w:t>vn -0.2965 0.9212 0.2521</w:t>
        <w:br/>
        <w:t>vn 0.4966 0.8275 0.2621</w:t>
        <w:br/>
        <w:t>vn -0.0072 0.9839 0.1785</w:t>
        <w:br/>
        <w:t>vn 0.8063 0.5446 0.2308</w:t>
        <w:br/>
        <w:t>vn 0.3054 0.9068 0.2907</w:t>
        <w:br/>
        <w:t>vn 0.7153 0.5388 0.4451</w:t>
        <w:br/>
        <w:t>vn 0.9379 0.2563 0.2339</w:t>
        <w:br/>
        <w:t>vn 0.0030 0.9060 0.4232</w:t>
        <w:br/>
        <w:t>vn 0.3778 0.5721 0.7280</w:t>
        <w:br/>
        <w:t>vn -0.3279 0.8988 0.2910</w:t>
        <w:br/>
        <w:t>vn 0.0158 0.5669 0.8236</w:t>
        <w:br/>
        <w:t>vn -0.3871 0.5654 0.7283</w:t>
        <w:br/>
        <w:t>vn 0.0056 0.2377 0.9713</w:t>
        <w:br/>
        <w:t>vn 0.4543 0.2109 0.8655</w:t>
        <w:br/>
        <w:t>vn 0.7867 0.1736 0.5924</w:t>
        <w:br/>
        <w:t>vn 0.0042 0.6367 0.7711</w:t>
        <w:br/>
        <w:t>vn -0.4682 0.2573 0.8453</w:t>
        <w:br/>
        <w:t>vn 0.5863 0.2476 0.7713</w:t>
        <w:br/>
        <w:t>vn -0.7220 0.5410 0.4313</w:t>
        <w:br/>
        <w:t>vn -0.5743 0.4960 0.6513</w:t>
        <w:br/>
        <w:t>vn -0.5148 0.8310 0.2108</w:t>
        <w:br/>
        <w:t>vn -0.8009 0.2031 0.5633</w:t>
        <w:br/>
        <w:t>vn -0.3993 0.8939 0.2035</w:t>
        <w:br/>
        <w:t>vn -0.7850 0.5913 0.1848</w:t>
        <w:br/>
        <w:t>vn -0.4382 0.8566 0.2725</w:t>
        <w:br/>
        <w:t>vn -0.4578 0.8380 0.2969</w:t>
        <w:br/>
        <w:t>vn -0.6112 0.7705 0.1812</w:t>
        <w:br/>
        <w:t>vn -0.5737 0.8007 0.1727</w:t>
        <w:br/>
        <w:t>vn -0.6934 0.7020 0.1625</w:t>
        <w:br/>
        <w:t>vn -0.8721 0.4894 0.0019</w:t>
        <w:br/>
        <w:t>vn -0.7179 0.6948 0.0432</w:t>
        <w:br/>
        <w:t>vn -0.7189 0.6916 0.0697</w:t>
        <w:br/>
        <w:t>vn -0.8552 0.5108 0.0874</w:t>
        <w:br/>
        <w:t>vn -0.8010 0.5975 -0.0384</w:t>
        <w:br/>
        <w:t>vn -0.9200 0.3704 -0.1280</w:t>
        <w:br/>
        <w:t>vn -0.9188 0.3792 -0.1097</w:t>
        <w:br/>
        <w:t>vn -0.9778 0.2046 -0.0461</w:t>
        <w:br/>
        <w:t>vn -0.9915 0.1237 0.0403</w:t>
        <w:br/>
        <w:t>vn -0.8576 0.4800 -0.1849</w:t>
        <w:br/>
        <w:t>vn -0.9934 0.1143 0.0088</w:t>
        <w:br/>
        <w:t>vn -0.9967 -0.0106 -0.0808</w:t>
        <w:br/>
        <w:t>vn -0.9869 0.0221 -0.1600</w:t>
        <w:br/>
        <w:t>vn -0.9941 -0.0668 -0.0857</w:t>
        <w:br/>
        <w:t>vn -0.9639 0.2315 -0.1320</w:t>
        <w:br/>
        <w:t>vn -0.9885 0.0815 -0.1274</w:t>
        <w:br/>
        <w:t>vn -0.9892 0.0779 -0.1240</w:t>
        <w:br/>
        <w:t>vn -0.9470 0.3020 0.1097</w:t>
        <w:br/>
        <w:t>vn -0.1584 0.6702 -0.7251</w:t>
        <w:br/>
        <w:t>vn -0.4139 0.6670 -0.6195</w:t>
        <w:br/>
        <w:t>vn -0.6615 -0.6885 -0.2975</w:t>
        <w:br/>
        <w:t>vn -0.5277 -0.7634 -0.3725</w:t>
        <w:br/>
        <w:t>vn -0.3415 -0.8185 -0.4620</w:t>
        <w:br/>
        <w:t>vn -0.9037 0.4281 -0.0031</w:t>
        <w:br/>
        <w:t>vn -0.9653 -0.2504 -0.0743</w:t>
        <w:br/>
        <w:t>vn -0.9927 0.1174 0.0271</w:t>
        <w:br/>
        <w:t>vn -0.9419 -0.3130 -0.1220</w:t>
        <w:br/>
        <w:t>vn -0.7405 -0.6177 -0.2646</w:t>
        <w:br/>
        <w:t>vn -0.9670 0.2413 0.0813</w:t>
        <w:br/>
        <w:t>vn -0.8126 -0.5062 -0.2888</w:t>
        <w:br/>
        <w:t>vn -0.4848 -0.7894 -0.3767</w:t>
        <w:br/>
        <w:t>vn -0.4380 -0.7802 -0.4466</w:t>
        <w:br/>
        <w:t>vn -0.9057 0.4209 0.0496</w:t>
        <w:br/>
        <w:t>vn -0.5623 0.8029 0.1979</w:t>
        <w:br/>
        <w:t>vn -0.9545 -0.2484 -0.1647</w:t>
        <w:br/>
        <w:t>vn -0.8070 0.5605 -0.1859</w:t>
        <w:br/>
        <w:t>vn -0.9333 -0.1866 -0.3066</w:t>
        <w:br/>
        <w:t>vn -0.9618 0.1691 -0.2154</w:t>
        <w:br/>
        <w:t>vn -0.9185 -0.2230 -0.3266</w:t>
        <w:br/>
        <w:t>vn -0.1405 0.2023 -0.9692</w:t>
        <w:br/>
        <w:t>vn -0.2576 0.1819 -0.9490</w:t>
        <w:br/>
        <w:t>vn -0.8475 0.2522 -0.4670</w:t>
        <w:br/>
        <w:t>vn -0.9262 0.2923 -0.2380</w:t>
        <w:br/>
        <w:t>vn -0.8115 0.4705 -0.3465</w:t>
        <w:br/>
        <w:t>vn -0.9487 0.0744 -0.3073</w:t>
        <w:br/>
        <w:t>vn -0.9518 0.2567 -0.1676</w:t>
        <w:br/>
        <w:t>vn -0.9618 -0.0062 -0.2738</w:t>
        <w:br/>
        <w:t>vn -0.8807 0.4468 -0.1571</w:t>
        <w:br/>
        <w:t>vn -0.9610 0.0272 -0.2753</w:t>
        <w:br/>
        <w:t>vn -0.9138 0.1478 -0.3784</w:t>
        <w:br/>
        <w:t>vn -0.9483 0.0200 -0.3168</w:t>
        <w:br/>
        <w:t>vn -0.8242 0.5659 -0.0188</w:t>
        <w:br/>
        <w:t>vn -0.9227 0.3681 -0.1142</w:t>
        <w:br/>
        <w:t>vn -0.9690 0.0534 -0.2411</w:t>
        <w:br/>
        <w:t>vn -0.8985 0.4354 -0.0560</w:t>
        <w:br/>
        <w:t>vn -0.9640 -0.0134 -0.2656</w:t>
        <w:br/>
        <w:t>vn -0.9651 0.0029 -0.2618</w:t>
        <w:br/>
        <w:t>vn -0.9754 -0.0296 -0.2186</w:t>
        <w:br/>
        <w:t>vn -0.9630 -0.0174 -0.2691</w:t>
        <w:br/>
        <w:t>vn -0.9831 0.0828 -0.1632</w:t>
        <w:br/>
        <w:t>vn -0.9789 -0.1285 -0.1591</w:t>
        <w:br/>
        <w:t>vn -0.9965 -0.0200 -0.0807</w:t>
        <w:br/>
        <w:t>vn -0.9959 0.0513 -0.0744</w:t>
        <w:br/>
        <w:t>vn -0.9959 -0.0893 0.0111</w:t>
        <w:br/>
        <w:t>vn -0.9907 -0.1154 0.0722</w:t>
        <w:br/>
        <w:t>vn -0.8451 0.5345 -0.0090</w:t>
        <w:br/>
        <w:t>vn -0.6938 0.7188 0.0444</w:t>
        <w:br/>
        <w:t>vn -0.9899 0.1190 -0.0773</w:t>
        <w:br/>
        <w:t>vn -0.4238 0.8962 0.1312</w:t>
        <w:br/>
        <w:t>vn -0.9951 -0.0261 -0.0951</w:t>
        <w:br/>
        <w:t>vn -0.2959 0.9505 0.0948</w:t>
        <w:br/>
        <w:t>vn -0.9995 0.0297 -0.0047</w:t>
        <w:br/>
        <w:t>vn -0.9588 0.2256 0.1726</w:t>
        <w:br/>
        <w:t>vn -0.2455 0.9653 0.0891</w:t>
        <w:br/>
        <w:t>vn -0.9991 0.0412 -0.0040</w:t>
        <w:br/>
        <w:t>vn -0.9511 0.0911 0.2951</w:t>
        <w:br/>
        <w:t>vn -0.2861 0.9568 0.0520</w:t>
        <w:br/>
        <w:t>vn -0.9928 -0.0832 0.0859</w:t>
        <w:br/>
        <w:t>vn -0.7905 0.3878 0.4741</w:t>
        <w:br/>
        <w:t>vn -0.6191 0.7516 0.2277</w:t>
        <w:br/>
        <w:t>vn -0.3488 0.9371 -0.0132</w:t>
        <w:br/>
        <w:t>vn -0.9761 -0.0120 0.2169</w:t>
        <w:br/>
        <w:t>vn -0.7745 0.3286 0.5405</w:t>
        <w:br/>
        <w:t>vn -0.9418 -0.2327 0.2428</w:t>
        <w:br/>
        <w:t>vn -0.9224 -0.2832 0.2624</w:t>
        <w:br/>
        <w:t>vn -0.8743 -0.2510 0.4155</w:t>
        <w:br/>
        <w:t>vn -0.9501 -0.1387 0.2794</w:t>
        <w:br/>
        <w:t>vn -0.8611 -0.1064 0.4972</w:t>
        <w:br/>
        <w:t>vn -0.7056 -0.2292 0.6705</w:t>
        <w:br/>
        <w:t>vn -0.7344 -0.0798 0.6740</w:t>
        <w:br/>
        <w:t>vn -0.5061 -0.0551 0.8607</w:t>
        <w:br/>
        <w:t>vn -0.4820 -0.1117 0.8690</w:t>
        <w:br/>
        <w:t>vn -0.0733 -0.0969 0.9926</w:t>
        <w:br/>
        <w:t>vn -0.4634 0.0823 0.8823</w:t>
        <w:br/>
        <w:t>vn 0.0264 -0.0731 0.9970</w:t>
        <w:br/>
        <w:t>vn 0.3970 -0.1074 0.9115</w:t>
        <w:br/>
        <w:t>vn -0.4143 0.6389 0.6483</w:t>
        <w:br/>
        <w:t>vn 0.0717 0.2021 0.9767</w:t>
        <w:br/>
        <w:t>vn 0.4788 -0.0394 0.8770</w:t>
        <w:br/>
        <w:t>vn 0.6860 -0.0933 0.7216</w:t>
        <w:br/>
        <w:t>vn 0.0059 0.7914 0.6112</w:t>
        <w:br/>
        <w:t>vn 0.7698 -0.0524 0.6362</w:t>
        <w:br/>
        <w:t>vn 0.8849 -0.1521 0.4402</w:t>
        <w:br/>
        <w:t>vn 0.4045 0.6653 0.6275</w:t>
        <w:br/>
        <w:t>vn 0.3445 0.9319 0.1137</w:t>
        <w:br/>
        <w:t>vn 0.4971 0.1226 0.8590</w:t>
        <w:br/>
        <w:t>vn 0.7431 0.1746 0.6460</w:t>
        <w:br/>
        <w:t>vn 0.8920 -0.1246 0.4346</w:t>
        <w:br/>
        <w:t>vn 0.9246 -0.0232 0.3803</w:t>
        <w:br/>
        <w:t>vn 0.9730 -0.0869 0.2140</w:t>
        <w:br/>
        <w:t>vn 0.3653 0.9308 0.0146</w:t>
        <w:br/>
        <w:t>vn 0.3448 0.9338 0.0958</w:t>
        <w:br/>
        <w:t>vn 0.7477 0.0701 0.6603</w:t>
        <w:br/>
        <w:t>vn 0.9178 -0.1020 0.3838</w:t>
        <w:br/>
        <w:t>vn 0.2899 0.9382 0.1889</w:t>
        <w:br/>
        <w:t>vn 0.8562 0.3662 0.3644</w:t>
        <w:br/>
        <w:t>vn 0.3350 0.9210 0.1988</w:t>
        <w:br/>
        <w:t>vn 0.9837 -0.0907 0.1554</w:t>
        <w:br/>
        <w:t>vn 0.4504 0.8870 0.1021</w:t>
        <w:br/>
        <w:t>vn 0.9935 -0.0660 0.0930</w:t>
        <w:br/>
        <w:t>vn 0.8360 0.5300 0.1419</w:t>
        <w:br/>
        <w:t>vn 0.9962 -0.0600 -0.0627</w:t>
        <w:br/>
        <w:t>vn 0.9976 -0.0639 -0.0269</w:t>
        <w:br/>
        <w:t>vn 0.9950 -0.0640 -0.0771</w:t>
        <w:br/>
        <w:t>vn 0.9835 -0.0175 -0.1802</w:t>
        <w:br/>
        <w:t>vn 0.9907 0.0283 -0.1329</w:t>
        <w:br/>
        <w:t>vn 0.9682 0.0957 -0.2313</w:t>
        <w:br/>
        <w:t>vn 0.9769 -0.0258 -0.2121</w:t>
        <w:br/>
        <w:t>vn 0.9404 0.3379 -0.0384</w:t>
        <w:br/>
        <w:t>vn 0.8010 0.5976 0.0363</w:t>
        <w:br/>
        <w:t>vn 0.9147 0.3928 -0.0951</w:t>
        <w:br/>
        <w:t>vn 0.9498 0.0193 -0.3123</w:t>
        <w:br/>
        <w:t>vn 0.9156 0.3657 -0.1670</w:t>
        <w:br/>
        <w:t>vn 0.9085 0.4123 -0.0676</w:t>
        <w:br/>
        <w:t>vn 0.9859 0.1670 -0.0134</w:t>
        <w:br/>
        <w:t>vn 0.9950 -0.0871 -0.0487</w:t>
        <w:br/>
        <w:t>vn 0.9676 -0.1355 0.2129</w:t>
        <w:br/>
        <w:t>vn 0.9932 -0.0888 -0.0757</w:t>
        <w:br/>
        <w:t>vn 0.9558 -0.1401 0.2585</w:t>
        <w:br/>
        <w:t>vn 0.9971 -0.0472 -0.0603</w:t>
        <w:br/>
        <w:t>vn 0.7221 -0.1946 0.6639</w:t>
        <w:br/>
        <w:t>vn 0.9575 -0.1106 0.2664</w:t>
        <w:br/>
        <w:t>vn 0.9993 -0.0233 -0.0285</w:t>
        <w:br/>
        <w:t>vn 0.9139 -0.1140 0.3896</w:t>
        <w:br/>
        <w:t>vn 0.7204 -0.1936 0.6660</w:t>
        <w:br/>
        <w:t>vn 0.7242 -0.1718 0.6679</w:t>
        <w:br/>
        <w:t>vn 0.7330 -0.1450 0.6646</w:t>
        <w:br/>
        <w:t>vn 0.5359 -0.2061 0.8187</w:t>
        <w:br/>
        <w:t>vn 0.4321 -0.2356 0.8705</w:t>
        <w:br/>
        <w:t>vn 0.1420 -0.2733 0.9514</w:t>
        <w:br/>
        <w:t>vn 0.4075 -0.2215 0.8859</w:t>
        <w:br/>
        <w:t>vn 0.3760 -0.2039 0.9039</w:t>
        <w:br/>
        <w:t>vn 0.0191 -0.2647 0.9641</w:t>
        <w:br/>
        <w:t>vn -0.3526 -0.2666 0.8970</w:t>
        <w:br/>
        <w:t>vn -0.0273 -0.2281 0.9733</w:t>
        <w:br/>
        <w:t>vn 0.0102 -0.2158 0.9764</w:t>
        <w:br/>
        <w:t>vn -0.3471 -0.2084 0.9144</w:t>
        <w:br/>
        <w:t>vn -0.3635 -0.2365 0.9011</w:t>
        <w:br/>
        <w:t>vn -0.3928 -0.2165 0.8938</w:t>
        <w:br/>
        <w:t>vn -0.7094 -0.2004 0.6757</w:t>
        <w:br/>
        <w:t>vn -0.6900 -0.2066 0.6937</w:t>
        <w:br/>
        <w:t>vn -0.6900 -0.2264 0.6875</w:t>
        <w:br/>
        <w:t>vn -0.9370 -0.1130 0.3305</w:t>
        <w:br/>
        <w:t>vn -0.6920 -0.1952 0.6950</w:t>
        <w:br/>
        <w:t>vn -0.9561 -0.1004 0.2751</w:t>
        <w:br/>
        <w:t>vn -0.9991 0.0045 -0.0416</w:t>
        <w:br/>
        <w:t>vn -0.9550 -0.1420 0.2603</w:t>
        <w:br/>
        <w:t>vn -0.9752 -0.1559 0.1572</w:t>
        <w:br/>
        <w:t>vn -0.9946 -0.0257 -0.1002</w:t>
        <w:br/>
        <w:t>vn -0.9319 0.0707 -0.3558</w:t>
        <w:br/>
        <w:t>vn -0.9901 -0.0911 -0.1071</w:t>
        <w:br/>
        <w:t>vn -0.9787 -0.1221 -0.1652</w:t>
        <w:br/>
        <w:t>vn -0.9059 0.0398 -0.4217</w:t>
        <w:br/>
        <w:t>vn -0.6853 0.1706 -0.7080</w:t>
        <w:br/>
        <w:t>vn -0.9100 -0.0435 -0.4124</w:t>
        <w:br/>
        <w:t>vn -0.8731 -0.0846 -0.4801</w:t>
        <w:br/>
        <w:t>vn -0.7079 0.0833 -0.7014</w:t>
        <w:br/>
        <w:t>vn -0.7352 -0.0173 -0.6777</w:t>
        <w:br/>
        <w:t>vn -0.6629 -0.0498 -0.7471</w:t>
        <w:br/>
        <w:t>vn -0.3773 0.1612 -0.9120</w:t>
        <w:br/>
        <w:t>vn -0.2750 0.2681 -0.9233</w:t>
        <w:br/>
        <w:t>vn -0.4653 0.0213 -0.8849</w:t>
        <w:br/>
        <w:t>vn -0.3258 -0.0262 -0.9451</w:t>
        <w:br/>
        <w:t>vn 0.0025 0.1827 -0.9832</w:t>
        <w:br/>
        <w:t>vn 0.0868 0.2864 -0.9542</w:t>
        <w:br/>
        <w:t>vn -0.0384 0.0291 -0.9988</w:t>
        <w:br/>
        <w:t>vn -0.0109 -0.0168 -0.9998</w:t>
        <w:br/>
        <w:t>vn 0.3125 -0.0137 -0.9498</w:t>
        <w:br/>
        <w:t>vn 0.3938 0.0285 -0.9188</w:t>
        <w:br/>
        <w:t>vn 0.7503 -0.0296 -0.6605</w:t>
        <w:br/>
        <w:t>vn 0.3953 0.1676 -0.9032</w:t>
        <w:br/>
        <w:t>vn 0.4089 0.2489 -0.8780</w:t>
        <w:br/>
        <w:t>vn 0.7225 0.0038 -0.6914</w:t>
        <w:br/>
        <w:t>vn 0.7322 0.0934 -0.6746</w:t>
        <w:br/>
        <w:t>vn 0.7678 0.1258 -0.6283</w:t>
        <w:br/>
        <w:t>vn 0.9380 -0.0473 -0.3434</w:t>
        <w:br/>
        <w:t>vn 0.9456 -0.0588 -0.3200</w:t>
        <w:br/>
        <w:t>vn 0.9481 0.0041 -0.3179</w:t>
        <w:br/>
        <w:t>vn 0.9650 0.0294 -0.2607</w:t>
        <w:br/>
        <w:t>vn 0.9092 -0.3752 -0.1807</w:t>
        <w:br/>
        <w:t>vn 0.9256 -0.2846 -0.2494</w:t>
        <w:br/>
        <w:t>vn 0.9056 -0.3776 -0.1935</w:t>
        <w:br/>
        <w:t>vn 0.9342 -0.1891 -0.3025</w:t>
        <w:br/>
        <w:t>vn 0.9357 -0.0331 -0.3513</w:t>
        <w:br/>
        <w:t>vn -0.0105 -0.8445 -0.5355</w:t>
        <w:br/>
        <w:t>vn 0.0920 -0.6843 -0.7234</w:t>
        <w:br/>
        <w:t>vn 0.0326 -0.8122 -0.5825</w:t>
        <w:br/>
        <w:t>vn 0.7603 0.0310 -0.6488</w:t>
        <w:br/>
        <w:t>vn 0.9110 0.1240 -0.3934</w:t>
        <w:br/>
        <w:t>vn 0.0085 -0.5250 -0.8510</w:t>
        <w:br/>
        <w:t>vn 0.1676 -0.2300 -0.9587</w:t>
        <w:br/>
        <w:t>vn 0.6406 0.2757 -0.7167</w:t>
        <w:br/>
        <w:t>vn 0.8666 0.1656 -0.4708</w:t>
        <w:br/>
        <w:t>vn 0.5177 0.3215 -0.7928</w:t>
        <w:br/>
        <w:t>vn 0.0406 0.1332 -0.9903</w:t>
        <w:br/>
        <w:t>vn 0.1188 0.3785 -0.9179</w:t>
        <w:br/>
        <w:t>vn -0.0052 0.3798 -0.9251</w:t>
        <w:br/>
        <w:t>vn -0.1972 0.3649 -0.9099</w:t>
        <w:br/>
        <w:t>vn -0.1497 0.3582 -0.9216</w:t>
        <w:br/>
        <w:t>vn -0.9707 0.1086 -0.2145</w:t>
        <w:br/>
        <w:t>vn -0.9696 0.1136 -0.2167</w:t>
        <w:br/>
        <w:t>vn -0.9688 0.1154 -0.2195</w:t>
        <w:br/>
        <w:t>vn -0.9724 0.1035 -0.2090</w:t>
        <w:br/>
        <w:t>vn -0.2230 -0.0834 -0.9713</w:t>
        <w:br/>
        <w:t>vn -0.9758 0.0531 -0.2120</w:t>
        <w:br/>
        <w:t>vn -0.9756 0.0057 -0.2195</w:t>
        <w:br/>
        <w:t>vn -0.0933 -0.6815 -0.7258</w:t>
        <w:br/>
        <w:t>vn -0.9753 -0.0701 -0.2096</w:t>
        <w:br/>
        <w:t>vn -0.9738 -0.1050 -0.2016</w:t>
        <w:br/>
        <w:t>vn -0.0527 -0.8172 -0.5739</w:t>
        <w:br/>
        <w:t>vn -0.9732 -0.1380 -0.1840</w:t>
        <w:br/>
        <w:t>vn -0.9696 -0.1447 -0.1973</w:t>
        <w:br/>
        <w:t>vn 0.8895 -0.4404 -0.1218</w:t>
        <w:br/>
        <w:t>vn 0.9309 -0.3308 -0.1547</w:t>
        <w:br/>
        <w:t>vn 0.8844 -0.4486 -0.1288</w:t>
        <w:br/>
        <w:t>vn 0.9580 -0.2096 -0.1958</w:t>
        <w:br/>
        <w:t>vn -0.0163 -0.9257 -0.3779</w:t>
        <w:br/>
        <w:t>vn 0.1061 -0.7872 -0.6075</w:t>
        <w:br/>
        <w:t>vn 0.0397 -0.9197 -0.3907</w:t>
        <w:br/>
        <w:t>vn 0.9660 -0.0365 -0.2560</w:t>
        <w:br/>
        <w:t>vn 0.0665 -0.6350 -0.7696</w:t>
        <w:br/>
        <w:t>vn 0.9642 -0.0351 -0.2628</w:t>
        <w:br/>
        <w:t>vn 0.2286 -0.1866 -0.9555</w:t>
        <w:br/>
        <w:t>vn 0.6822 0.0784 -0.7269</w:t>
        <w:br/>
        <w:t>vn 0.9576 -0.0020 -0.2882</w:t>
        <w:br/>
        <w:t>vn 0.9352 -0.0124 -0.3539</w:t>
        <w:br/>
        <w:t>vn 0.6436 0.0613 -0.7629</w:t>
        <w:br/>
        <w:t>vn 0.0420 0.1303 -0.9906</w:t>
        <w:br/>
        <w:t>vn 0.0676 -0.1015 -0.9925</w:t>
        <w:br/>
        <w:t>vn -0.1012 -0.6979 -0.7090</w:t>
        <w:br/>
        <w:t>vn -0.0937 -0.9315 -0.3515</w:t>
        <w:br/>
        <w:t>vn 0.0421 0.1459 -0.9884</w:t>
        <w:br/>
        <w:t>vn -0.9608 -0.2210 -0.1676</w:t>
        <w:br/>
        <w:t>vn -0.9465 -0.2867 -0.1483</w:t>
        <w:br/>
        <w:t>vn -0.9452 -0.2899 -0.1503</w:t>
        <w:br/>
        <w:t>vn -0.9650 -0.1474 -0.2168</w:t>
        <w:br/>
        <w:t>vn -0.9544 0.0033 -0.2986</w:t>
        <w:br/>
        <w:t>vn -0.1076 -0.0055 -0.9942</w:t>
        <w:br/>
        <w:t>vn -0.9493 0.0073 -0.3143</w:t>
        <w:br/>
        <w:t>vn -0.8497 0.0954 -0.5185</w:t>
        <w:br/>
        <w:t>vn -0.0950 0.1436 -0.9851</w:t>
        <w:br/>
        <w:t>vn -0.9300 0.0684 -0.3611</w:t>
        <w:br/>
        <w:t>vn -0.6421 0.1243 -0.7565</w:t>
        <w:br/>
        <w:t>vn -0.9215 0.0563 -0.3842</w:t>
        <w:br/>
        <w:t>vn 0.8860 0.3466 0.3079</w:t>
        <w:br/>
        <w:t>vn 0.8783 0.2464 0.4096</w:t>
        <w:br/>
        <w:t>vn 0.9446 0.2846 0.1636</w:t>
        <w:br/>
        <w:t>vn 0.9664 0.2528 -0.0461</w:t>
        <w:br/>
        <w:t>vn 0.9944 0.0342 -0.0996</w:t>
        <w:br/>
        <w:t>vn 0.2316 0.7957 -0.5597</w:t>
        <w:br/>
        <w:t>vn 0.0748 0.9826 -0.1700</w:t>
        <w:br/>
        <w:t>vn 0.0932 0.9626 -0.2543</w:t>
        <w:br/>
        <w:t>vn 0.9828 0.0146 -0.1839</w:t>
        <w:br/>
        <w:t>vn 0.1477 0.8217 -0.5504</w:t>
        <w:br/>
        <w:t>vn 0.9952 -0.0964 0.0147</w:t>
        <w:br/>
        <w:t>vn 0.9946 -0.1042 -0.0039</w:t>
        <w:br/>
        <w:t>vn 0.2060 0.1167 -0.9716</w:t>
        <w:br/>
        <w:t>vn 0.3318 0.0431 -0.9424</w:t>
        <w:br/>
        <w:t>vn 0.2938 -0.3731 -0.8801</w:t>
        <w:br/>
        <w:t>vn -0.0545 0.7887 -0.6123</w:t>
        <w:br/>
        <w:t>vn -0.0063 0.9895 -0.1444</w:t>
        <w:br/>
        <w:t>vn 0.1867 -0.3513 -0.9175</w:t>
        <w:br/>
        <w:t>vn -0.1633 0.8711 -0.4631</w:t>
        <w:br/>
        <w:t>vn -0.0678 0.9875 -0.1422</w:t>
        <w:br/>
        <w:t>vn -0.1157 -0.0833 -0.9898</w:t>
        <w:br/>
        <w:t>vn -0.3574 0.1468 -0.9224</w:t>
        <w:br/>
        <w:t>vn -0.2541 0.8086 -0.5307</w:t>
        <w:br/>
        <w:t>vn -0.0875 0.9863 -0.1400</w:t>
        <w:br/>
        <w:t>vn -0.9443 0.1847 0.2722</w:t>
        <w:br/>
        <w:t>vn -0.9424 0.2925 0.1625</w:t>
        <w:br/>
        <w:t>vn -0.8806 0.3270 0.3429</w:t>
        <w:br/>
        <w:t>vn -0.9588 0.2839 0.0085</w:t>
        <w:br/>
        <w:t>vn -0.8486 0.0914 -0.5211</w:t>
        <w:br/>
        <w:t>vn -0.9758 -0.0102 -0.2184</w:t>
        <w:br/>
        <w:t>vn -0.7577 -0.2296 -0.6108</w:t>
        <w:br/>
        <w:t>vn -0.9412 -0.1211 -0.3155</w:t>
        <w:br/>
        <w:t>vn -0.3511 -0.3099 -0.8836</w:t>
        <w:br/>
        <w:t>vn -0.6169 -0.4421 -0.6511</w:t>
        <w:br/>
        <w:t>vn -0.6677 -0.4687 -0.5783</w:t>
        <w:br/>
        <w:t>vn -0.2444 -0.7988 -0.5497</w:t>
        <w:br/>
        <w:t>vn -0.2839 -0.6021 -0.7463</w:t>
        <w:br/>
        <w:t>vn -0.0639 -0.8523 -0.5192</w:t>
        <w:br/>
        <w:t>vn -0.0764 -0.3168 -0.9454</w:t>
        <w:br/>
        <w:t>vn -0.0749 -0.6242 -0.7776</w:t>
        <w:br/>
        <w:t>vn 0.1336 -0.6019 -0.7873</w:t>
        <w:br/>
        <w:t>vn 0.1190 -0.7975 -0.5915</w:t>
        <w:br/>
        <w:t>vn 0.2449 -0.5683 -0.7855</w:t>
        <w:br/>
        <w:t>vn 0.1692 -0.7621 -0.6250</w:t>
        <w:br/>
        <w:t>vn 0.9883 -0.1401 -0.0602</w:t>
        <w:br/>
        <w:t>vn 0.9632 -0.1541 -0.2201</w:t>
        <w:br/>
        <w:t>vn 0.8779 0.0941 -0.4696</w:t>
        <w:br/>
        <w:t>vn 0.9403 0.0429 -0.3377</w:t>
        <w:br/>
        <w:t>vn 0.9302 0.1142 -0.3487</w:t>
        <w:br/>
        <w:t>vn 0.8609 0.1966 -0.4692</w:t>
        <w:br/>
        <w:t>vn 0.9968 0.0547 -0.0578</w:t>
        <w:br/>
        <w:t>vn 0.6783 0.4292 -0.5964</w:t>
        <w:br/>
        <w:t>vn 0.9960 0.0740 0.0496</w:t>
        <w:br/>
        <w:t>vn 0.8834 0.2696 -0.3834</w:t>
        <w:br/>
        <w:t>vn 0.8019 0.3223 -0.5031</w:t>
        <w:br/>
        <w:t>vn 0.2622 0.5885 -0.7648</w:t>
        <w:br/>
        <w:t>vn 0.4712 0.3493 -0.8099</w:t>
        <w:br/>
        <w:t>vn 0.4439 0.3684 -0.8168</w:t>
        <w:br/>
        <w:t>vn 0.4716 0.3471 -0.8106</w:t>
        <w:br/>
        <w:t>vn 0.8834 0.2696 -0.3833</w:t>
        <w:br/>
        <w:t>vn 0.5655 0.3651 -0.7395</w:t>
        <w:br/>
        <w:t>vn 0.9356 0.1433 -0.3227</w:t>
        <w:br/>
        <w:t>vn 0.9463 0.2801 0.1617</w:t>
        <w:br/>
        <w:t>vn 0.9843 0.1613 0.0720</w:t>
        <w:br/>
        <w:t>vn 0.9529 0.2423 0.1825</w:t>
        <w:br/>
        <w:t>vn 0.8782 0.3967 0.2673</w:t>
        <w:br/>
        <w:t>vn 0.9794 0.1907 0.0665</w:t>
        <w:br/>
        <w:t>vn 0.9990 0.0391 -0.0199</w:t>
        <w:br/>
        <w:t>vn 0.8073 0.4643 0.3644</w:t>
        <w:br/>
        <w:t>vn 0.5268 0.6062 0.5959</w:t>
        <w:br/>
        <w:t>vn 0.8628 0.4044 0.3032</w:t>
        <w:br/>
        <w:t>vn 0.2345 0.6984 0.6762</w:t>
        <w:br/>
        <w:t>vn -0.1131 0.6290 0.7691</w:t>
        <w:br/>
        <w:t>vn 0.9752 0.1957 0.1032</w:t>
        <w:br/>
        <w:t>vn -0.2817 0.6635 0.6931</w:t>
        <w:br/>
        <w:t>vn 0.9318 0.2547 0.2587</w:t>
        <w:br/>
        <w:t>vn 0.9256 0.2783 0.2567</w:t>
        <w:br/>
        <w:t>vn 0.9224 0.2524 0.2925</w:t>
        <w:br/>
        <w:t>vn 0.9407 0.2444 0.2353</w:t>
        <w:br/>
        <w:t>vn 0.8027 0.3771 0.4621</w:t>
        <w:br/>
        <w:t>vn 0.1145 0.7787 0.6168</w:t>
        <w:br/>
        <w:t>vn 0.8676 0.3145 0.3851</w:t>
        <w:br/>
        <w:t>vn 0.3518 0.7328 0.5825</w:t>
        <w:br/>
        <w:t>vn 0.5055 0.5665 0.6508</w:t>
        <w:br/>
        <w:t>vn 0.1657 0.5888 0.7911</w:t>
        <w:br/>
        <w:t>vn 0.0621 0.7818 0.6204</w:t>
        <w:br/>
        <w:t>vn 0.9113 0.3696 0.1813</w:t>
        <w:br/>
        <w:t>vn -0.3669 0.7536 0.5454</w:t>
        <w:br/>
        <w:t>vn 0.8556 0.4641 0.2292</w:t>
        <w:br/>
        <w:t>vn -0.6473 0.6232 0.4390</w:t>
        <w:br/>
        <w:t>vn 0.8273 0.5253 0.1991</w:t>
        <w:br/>
        <w:t>vn 0.4368 0.6946 0.5717</w:t>
        <w:br/>
        <w:t>vn -0.7769 0.5323 0.3364</w:t>
        <w:br/>
        <w:t>vn 0.6027 0.6848 0.4097</w:t>
        <w:br/>
        <w:t>vn -0.0762 0.6088 0.7897</w:t>
        <w:br/>
        <w:t>vn -0.6534 0.3817 0.6538</w:t>
        <w:br/>
        <w:t>vn 0.0713 0.7473 0.6607</w:t>
        <w:br/>
        <w:t>vn 0.4051 0.7962 0.4495</w:t>
        <w:br/>
        <w:t>vn -0.6208 0.4688 0.6284</w:t>
        <w:br/>
        <w:t>vn -0.4682 0.6857 0.5574</w:t>
        <w:br/>
        <w:t>vn -0.7702 0.3554 0.5297</w:t>
        <w:br/>
        <w:t>vn -0.7621 0.5207 0.3847</w:t>
        <w:br/>
        <w:t>vn -0.3312 0.8029 0.4956</w:t>
        <w:br/>
        <w:t>vn -0.5964 0.6974 0.3974</w:t>
        <w:br/>
        <w:t>vn 0.5304 0.5842 0.6143</w:t>
        <w:br/>
        <w:t>vn 0.6003 0.6434 0.4750</w:t>
        <w:br/>
        <w:t>vn 0.6191 0.6319 0.4662</w:t>
        <w:br/>
        <w:t>vn 0.6873 0.6489 0.3265</w:t>
        <w:br/>
        <w:t>vn -0.7936 0.3999 0.4586</w:t>
        <w:br/>
        <w:t>vn -0.8580 0.3647 0.3616</w:t>
        <w:br/>
        <w:t>vn -0.7187 0.4529 0.5276</w:t>
        <w:br/>
        <w:t>vn -0.1397 0.5940 0.7923</w:t>
        <w:br/>
        <w:t>vn 0.4092 0.5798 0.7046</w:t>
        <w:br/>
        <w:t>vn 0.4765 0.6021 0.6407</w:t>
        <w:br/>
        <w:t>vn 0.1821 0.6245 0.7595</w:t>
        <w:br/>
        <w:t>vn -0.6559 0.4978 0.5674</w:t>
        <w:br/>
        <w:t>vn -0.8843 0.3229 0.3374</w:t>
        <w:br/>
        <w:t>vn -0.8279 0.3978 0.3953</w:t>
        <w:br/>
        <w:t>vn -0.8711 0.3495 0.3451</w:t>
        <w:br/>
        <w:t>vn -0.9180 0.2965 0.2635</w:t>
        <w:br/>
        <w:t>vn -0.9437 0.2349 0.2329</w:t>
        <w:br/>
        <w:t>vn -0.8720 0.4180 0.2548</w:t>
        <w:br/>
        <w:t>vn -0.9631 0.2146 0.1623</w:t>
        <w:br/>
        <w:t>vn -0.9648 0.2332 0.1216</w:t>
        <w:br/>
        <w:t>vn -0.8636 0.3661 -0.3466</w:t>
        <w:br/>
        <w:t>vn -0.3821 0.3692 -0.8472</w:t>
        <w:br/>
        <w:t>vn -0.2074 0.3200 -0.9244</w:t>
        <w:br/>
        <w:t>vn -0.9805 0.1234 0.1527</w:t>
        <w:br/>
        <w:t>vn -0.3820 0.3692 -0.8472</w:t>
        <w:br/>
        <w:t>vn -0.7480 0.3923 -0.5353</w:t>
        <w:br/>
        <w:t>vn -0.9813 -0.1039 0.1619</w:t>
        <w:br/>
        <w:t>vn -0.9378 0.0415 0.3446</w:t>
        <w:br/>
        <w:t>vn -0.9813 -0.1039 0.1620</w:t>
        <w:br/>
        <w:t>vn -0.9899 0.0602 -0.1281</w:t>
        <w:br/>
        <w:t>vn -0.8392 0.3814 -0.3877</w:t>
        <w:br/>
        <w:t>vn -0.9685 0.1882 -0.1628</w:t>
        <w:br/>
        <w:t>vn -0.8985 0.1191 -0.4226</w:t>
        <w:br/>
        <w:t>vn -0.8888 0.2901 -0.3547</w:t>
        <w:br/>
        <w:t>vn -0.9571 0.1794 -0.2273</w:t>
        <w:br/>
        <w:t>vn -0.9964 0.0179 -0.0833</w:t>
        <w:br/>
        <w:t>vn -0.9892 -0.0272 0.1443</w:t>
        <w:br/>
        <w:t>vn -0.9952 0.0963 -0.0166</w:t>
        <w:br/>
        <w:t>vn -0.9783 -0.1858 0.0919</w:t>
        <w:br/>
        <w:t>vn -0.8560 -0.5160 -0.0301</w:t>
        <w:br/>
        <w:t>vn -0.9385 -0.3091 0.1541</w:t>
        <w:br/>
        <w:t>vn -0.9899 0.0821 0.1153</w:t>
        <w:br/>
        <w:t>vn -0.5193 0.4995 -0.6935</w:t>
        <w:br/>
        <w:t>vn -0.4611 0.5208 -0.7184</w:t>
        <w:br/>
        <w:t>vn -0.4499 -0.8378 -0.3093</w:t>
        <w:br/>
        <w:t>vn -0.6838 -0.7021 -0.1988</w:t>
        <w:br/>
        <w:t>vn -0.8561 -0.5160 -0.0301</w:t>
        <w:br/>
        <w:t>vn -0.9314 0.3398 0.1303</w:t>
        <w:br/>
        <w:t>vn -0.8580 -0.5053 -0.0916</w:t>
        <w:br/>
        <w:t>vn -0.7792 0.5973 0.1901</w:t>
        <w:br/>
        <w:t>vn 0.6271 0.7024 0.3369</w:t>
        <w:br/>
        <w:t>vn -0.9952 0.0963 -0.0165</w:t>
        <w:br/>
        <w:t>vn -0.5192 0.4995 -0.6935</w:t>
        <w:br/>
        <w:t>vn -0.5751 0.4759 -0.6654</w:t>
        <w:br/>
        <w:t>vn -0.9915 -0.0213 0.1287</w:t>
        <w:br/>
        <w:t>vn -0.9284 0.2561 0.2691</w:t>
        <w:br/>
        <w:t>vn -0.7004 0.6283 0.3387</w:t>
        <w:br/>
        <w:t>vn -0.9420 0.2122 0.2600</w:t>
        <w:br/>
        <w:t>vn -0.9926 -0.0727 0.0974</w:t>
        <w:br/>
        <w:t>vn -0.9524 0.2269 0.2037</w:t>
        <w:br/>
        <w:t>vn -0.9804 0.1186 0.1573</w:t>
        <w:br/>
        <w:t>vn -0.9850 0.1605 -0.0636</w:t>
        <w:br/>
        <w:t>vn -0.9850 -0.0365 -0.1685</w:t>
        <w:br/>
        <w:t>vn -0.9442 0.2697 -0.1892</w:t>
        <w:br/>
        <w:t>vn -0.7656 -0.5755 -0.2873</w:t>
        <w:br/>
        <w:t>vn -0.2752 -0.8476 -0.4537</w:t>
        <w:br/>
        <w:t>vn -0.9764 0.1288 -0.1731</w:t>
        <w:br/>
        <w:t>vn -0.2978 -0.5573 -0.7751</w:t>
        <w:br/>
        <w:t>vn -0.0961 -0.8673 -0.4885</w:t>
        <w:br/>
        <w:t>vn -0.0531 0.0383 -0.9979</w:t>
        <w:br/>
        <w:t>vn 0.1420 0.0979 -0.9850</w:t>
        <w:br/>
        <w:t>vn -0.2308 -0.0301 -0.9725</w:t>
        <w:br/>
        <w:t>vn -0.3550 -0.4478 -0.8206</w:t>
        <w:br/>
        <w:t>vn -0.9917 0.0431 -0.1215</w:t>
        <w:br/>
        <w:t>vn -0.9768 -0.0436 -0.2099</w:t>
        <w:br/>
        <w:t>vn -0.9923 -0.1235 0.0003</w:t>
        <w:br/>
        <w:t>vn -0.9708 -0.2329 0.0579</w:t>
        <w:br/>
        <w:t>vn -0.9670 0.0118 -0.2546</w:t>
        <w:br/>
        <w:t>vn -0.8828 0.2050 -0.4226</w:t>
        <w:br/>
        <w:t>vn -0.9462 0.0115 -0.3233</w:t>
        <w:br/>
        <w:t>vn -0.9069 0.1237 -0.4027</w:t>
        <w:br/>
        <w:t>vn -0.9315 0.0086 -0.3636</w:t>
        <w:br/>
        <w:t>vn -0.8452 0.3173 -0.4300</w:t>
        <w:br/>
        <w:t>vn -0.8665 0.4336 -0.2472</w:t>
        <w:br/>
        <w:t>vn -0.9151 0.2817 -0.2884</w:t>
        <w:br/>
        <w:t>vn -0.9666 0.0738 -0.2455</w:t>
        <w:br/>
        <w:t>vn -0.9279 0.3482 -0.1330</w:t>
        <w:br/>
        <w:t>vn -0.9183 0.3614 -0.1619</w:t>
        <w:br/>
        <w:t>vn -0.9152 0.3971 -0.0680</w:t>
        <w:br/>
        <w:t>vn -0.9667 0.2257 -0.1202</w:t>
        <w:br/>
        <w:t>vn -0.8648 0.5001 0.0452</w:t>
        <w:br/>
        <w:t>vn -0.8642 0.5030 0.0141</w:t>
        <w:br/>
        <w:t>vn -0.7311 0.6676 0.1406</w:t>
        <w:br/>
        <w:t>vn -0.5341 0.8008 0.2710</w:t>
        <w:br/>
        <w:t>vn 0.7633 0.6004 0.2383</w:t>
        <w:br/>
        <w:t>vn -0.7761 0.6139 0.1442</w:t>
        <w:br/>
        <w:t>vn 0.8367 0.5246 0.1574</w:t>
        <w:br/>
        <w:t>vn -0.4402 0.8148 0.3773</w:t>
        <w:br/>
        <w:t>vn -0.5464 0.8014 0.2433</w:t>
        <w:br/>
        <w:t>vn 0.8338 0.5293 -0.1569</w:t>
        <w:br/>
        <w:t>vn -0.3459 0.8817 0.3208</w:t>
        <w:br/>
        <w:t>vn -0.9061 0.4138 0.0876</w:t>
        <w:br/>
        <w:t>vn -0.6377 0.7251 0.2598</w:t>
        <w:br/>
        <w:t>vn -0.3857 0.8759 0.2898</w:t>
        <w:br/>
        <w:t>vn -0.9865 0.1637 -0.0061</w:t>
        <w:br/>
        <w:t>vn -0.3498 0.8985 0.2651</w:t>
        <w:br/>
        <w:t>vn -0.9105 0.4088 -0.0629</w:t>
        <w:br/>
        <w:t>vn -0.2198 0.9450 0.2423</w:t>
        <w:br/>
        <w:t>vn -0.9168 0.3890 -0.0903</w:t>
        <w:br/>
        <w:t>vn -0.1886 0.9555 0.2269</w:t>
        <w:br/>
        <w:t>vn -0.8026 0.5952 0.0386</w:t>
        <w:br/>
        <w:t>vn -0.9525 0.0137 -0.3041</w:t>
        <w:br/>
        <w:t>vn -0.9605 -0.0014 -0.2781</w:t>
        <w:br/>
        <w:t>vn -0.9420 -0.0633 -0.3297</w:t>
        <w:br/>
        <w:t>vn -0.9786 -0.0306 -0.2034</w:t>
        <w:br/>
        <w:t>vn -0.9418 0.3345 -0.0329</w:t>
        <w:br/>
        <w:t>vn -0.9849 -0.0221 -0.1715</w:t>
        <w:br/>
        <w:t>vn -0.9704 0.0907 -0.2237</w:t>
        <w:br/>
        <w:t>vn -0.9954 -0.0679 -0.0680</w:t>
        <w:br/>
        <w:t>vn -0.8136 0.5690 0.1195</w:t>
        <w:br/>
        <w:t>vn -0.9919 0.0240 -0.1245</w:t>
        <w:br/>
        <w:t>vn -0.9965 -0.0637 -0.0536</w:t>
        <w:br/>
        <w:t>vn -0.7482 0.6386 0.1799</w:t>
        <w:br/>
        <w:t>vn -0.9994 0.0345 -0.0071</w:t>
        <w:br/>
        <w:t>vn -0.9820 -0.0927 0.1647</w:t>
        <w:br/>
        <w:t>vn -0.9708 -0.0884 0.2231</w:t>
        <w:br/>
        <w:t>vn -0.9976 -0.0674 -0.0178</w:t>
        <w:br/>
        <w:t>vn -0.8805 -0.1516 0.4491</w:t>
        <w:br/>
        <w:t>vn -0.9212 -0.0232 0.3884</w:t>
        <w:br/>
        <w:t>vn -0.8877 -0.1240 0.4433</w:t>
        <w:br/>
        <w:t>vn -0.9141 -0.1020 0.3925</w:t>
        <w:br/>
        <w:t>vn -0.7640 -0.0499 0.6432</w:t>
        <w:br/>
        <w:t>vn -0.6794 -0.0899 0.7282</w:t>
        <w:br/>
        <w:t>vn -0.7380 0.1773 0.6511</w:t>
        <w:br/>
        <w:t>vn -0.4711 -0.0341 0.8814</w:t>
        <w:br/>
        <w:t>vn -0.3887 -0.1016 0.9158</w:t>
        <w:br/>
        <w:t>vn -0.2914 0.9387 0.1841</w:t>
        <w:br/>
        <w:t>vn -0.7222 0.6074 0.3308</w:t>
        <w:br/>
        <w:t>vn -0.3471 0.9334 0.0914</w:t>
        <w:br/>
        <w:t>vn -0.3682 0.9297 0.0105</w:t>
        <w:br/>
        <w:t>vn -0.9367 0.2551 0.2400</w:t>
        <w:br/>
        <w:t>vn -0.7821 0.1757 0.5979</w:t>
        <w:br/>
        <w:t>vn -0.7422 0.0728 0.6662</w:t>
        <w:br/>
        <w:t>vn -0.8061 0.5438 0.2335</w:t>
        <w:br/>
        <w:t>vn -0.7132 0.5399 0.4471</w:t>
        <w:br/>
        <w:t>vn -0.4971 0.8279 0.2599</w:t>
        <w:br/>
        <w:t>vn -0.3059 0.9080 0.2863</w:t>
        <w:br/>
        <w:t>vn -0.4475 0.2162 0.8678</w:t>
        <w:br/>
        <w:t>vn -0.5242 0.4272 0.7367</w:t>
        <w:br/>
        <w:t>vn -0.5176 0.8438 -0.1417</w:t>
        <w:br/>
        <w:t>vn -0.3734 0.5766 0.7267</w:t>
        <w:br/>
        <w:t>vn -0.4013 0.6689 0.6258</w:t>
        <w:br/>
        <w:t>vn -0.0052 0.1405 0.9901</w:t>
        <w:br/>
        <w:t>vn 0.0058 0.9476 0.3193</w:t>
        <w:br/>
        <w:t>vn -0.4900 0.1277 0.8623</w:t>
        <w:br/>
        <w:t>vn -0.0639 0.2095 0.9757</w:t>
        <w:br/>
        <w:t>vn -0.0032 0.7962 0.6051</w:t>
        <w:br/>
        <w:t>vn -0.0174 -0.0653 0.9977</w:t>
        <w:br/>
        <w:t>vn 0.0822 -0.0889 0.9926</w:t>
        <w:br/>
        <w:t>vn 0.4178 0.6453 0.6396</w:t>
        <w:br/>
        <w:t>vn 0.4708 0.0907 0.8776</w:t>
        <w:br/>
        <w:t>vn 0.5137 -0.0467 0.8567</w:t>
        <w:br/>
        <w:t>vn 0.4898 -0.1034 0.8657</w:t>
        <w:br/>
        <w:t>vn 0.7121 -0.2216 0.6661</w:t>
        <w:br/>
        <w:t>vn 0.7780 0.3354 0.5312</w:t>
        <w:br/>
        <w:t>vn 0.7405 -0.0721 0.6682</w:t>
        <w:br/>
        <w:t>vn 0.8657 -0.0997 0.4905</w:t>
        <w:br/>
        <w:t>vn 0.8787 -0.2448 0.4098</w:t>
        <w:br/>
        <w:t>vn 0.5783 0.5030 0.6424</w:t>
        <w:br/>
        <w:t>vn 0.9455 0.1650 0.2807</w:t>
        <w:br/>
        <w:t>vn 0.7463 0.5421 0.3862</w:t>
        <w:br/>
        <w:t>vn 0.9530 -0.1333 0.2722</w:t>
        <w:br/>
        <w:t>vn 0.9446 -0.2277 0.2364</w:t>
        <w:br/>
        <w:t>vn 0.9256 -0.2782 0.2566</w:t>
        <w:br/>
        <w:t>vn 0.9917 -0.1116 0.0645</w:t>
        <w:br/>
        <w:t>vn 0.9938 -0.0793 0.0779</w:t>
        <w:br/>
        <w:t>vn 0.9963 -0.0859 0.0032</w:t>
        <w:br/>
        <w:t>vn 0.9959 -0.0174 -0.0892</w:t>
        <w:br/>
        <w:t>vn 0.9951 0.0539 -0.0834</w:t>
        <w:br/>
        <w:t>vn 0.9989 0.0444 -0.0130</w:t>
        <w:br/>
        <w:t>vn 0.2431 0.9668 0.0794</w:t>
        <w:br/>
        <w:t>vn 0.2834 0.9581 0.0420</w:t>
        <w:br/>
        <w:t>vn 0.3091 0.9506 0.0285</w:t>
        <w:br/>
        <w:t>vn 0.7463 0.5421 0.3863</w:t>
        <w:br/>
        <w:t>vn 0.9271 0.3705 -0.0571</w:t>
        <w:br/>
        <w:t>vn 0.9533 0.0965 0.2861</w:t>
        <w:br/>
        <w:t>vn 0.8051 0.2101 0.5547</w:t>
        <w:br/>
        <w:t>vn 0.2935 0.9522 0.0848</w:t>
        <w:br/>
        <w:t>vn 0.3585 0.9269 0.1107</w:t>
        <w:br/>
        <w:t>vn 0.9595 0.2301 0.1625</w:t>
        <w:br/>
        <w:t>vn 0.9994 0.0329 -0.0136</w:t>
        <w:br/>
        <w:t>vn 0.4747 0.2654 0.8392</w:t>
        <w:br/>
        <w:t>vn 0.7239 0.5467 0.4208</w:t>
        <w:br/>
        <w:t>vn 0.0020 0.2453 0.9694</w:t>
        <w:br/>
        <w:t>vn 0.3915 0.5724 0.7205</w:t>
        <w:br/>
        <w:t>vn -0.0105 0.5733 0.8193</w:t>
        <w:br/>
        <w:t>vn -0.0023 0.9093 0.4161</w:t>
        <w:br/>
        <w:t>vn 0.3274 0.9021 0.2811</w:t>
        <w:br/>
        <w:t>vn 0.0055 0.9853 0.1708</w:t>
        <w:br/>
        <w:t>vn 0.5139 0.8343 0.1998</w:t>
        <w:br/>
        <w:t>vn -0.0026 0.9713 0.2379</w:t>
        <w:br/>
        <w:t>vn 0.2280 0.9535 0.1970</w:t>
        <w:br/>
        <w:t>vn 0.0161 0.6268 -0.7790</w:t>
        <w:br/>
        <w:t>vn 0.4787 0.6155 -0.6262</w:t>
        <w:br/>
        <w:t>vn 0.4698 0.5986 -0.6489</w:t>
        <w:br/>
        <w:t>vn 0.2956 0.9241 0.2423</w:t>
        <w:br/>
        <w:t>vn 0.8329 0.5388 -0.1266</w:t>
        <w:br/>
        <w:t>vn 0.0236 0.6117 -0.7907</w:t>
        <w:br/>
        <w:t>vn -0.4618 0.7978 0.3877</w:t>
        <w:br/>
        <w:t>vn -0.3018 0.8618 0.4078</w:t>
        <w:br/>
        <w:t>vn -0.2792 0.8436 0.4586</w:t>
        <w:br/>
        <w:t>vn -0.2789 0.8621 0.4230</w:t>
        <w:br/>
        <w:t>vn 0.0176 0.9042 0.4268</w:t>
        <w:br/>
        <w:t>vn -0.0179 0.9028 0.4298</w:t>
        <w:br/>
        <w:t>vn -0.4813 0.6307 -0.6087</w:t>
        <w:br/>
        <w:t>vn 0.2516 0.8806 0.4015</w:t>
        <w:br/>
        <w:t>vn -0.4799 0.6249 -0.6159</w:t>
        <w:br/>
        <w:t>vn -0.0362 0.9044 0.4252</w:t>
        <w:br/>
        <w:t>vn -0.0131 0.8672 0.4978</w:t>
        <w:br/>
        <w:t>vn 0.3013 0.8721 0.3855</w:t>
        <w:br/>
        <w:t>vn 0.5776 0.7632 0.2896</w:t>
        <w:br/>
        <w:t>vn 0.2908 0.8736 0.3903</w:t>
        <w:br/>
        <w:t>vn 0.4544 0.8274 0.3301</w:t>
        <w:br/>
        <w:t>vn -0.8379 0.5380 -0.0916</w:t>
        <w:br/>
        <w:t>vn -0.8487 0.5227 -0.0810</w:t>
        <w:br/>
        <w:t>vn -0.8306 0.5271 0.1797</w:t>
        <w:br/>
        <w:t>vn -0.8019 0.5549 0.2216</w:t>
        <w:br/>
        <w:t>vn 0.4377 0.8601 0.2620</w:t>
        <w:br/>
        <w:t>vn 0.4576 0.8418 0.2864</w:t>
        <w:br/>
        <w:t>vn 0.6925 0.7055 0.1510</w:t>
        <w:br/>
        <w:t>vn 0.8542 0.5143 0.0759</w:t>
        <w:br/>
        <w:t>vn 0.5725 0.8039 0.1614</w:t>
        <w:br/>
        <w:t>vn 0.7172 0.6945 0.0581</w:t>
        <w:br/>
        <w:t>vn 0.3981 0.8968 0.1931</w:t>
        <w:br/>
        <w:t>vn 0.6102 0.7738 0.1699</w:t>
        <w:br/>
        <w:t>vn 0.7160 0.6974 0.0315</w:t>
        <w:br/>
        <w:t>vn 0.7986 0.5997 -0.0500</w:t>
        <w:br/>
        <w:t>vn 0.8704 0.4922 -0.0095</w:t>
        <w:br/>
        <w:t>vn 0.7846 0.5953 0.1733</w:t>
        <w:br/>
        <w:t>vn 0.9888 0.1216 -0.0869</w:t>
        <w:br/>
        <w:t>vn 0.9176 0.3724 -0.1389</w:t>
        <w:br/>
        <w:t>vn 0.9944 -0.0236 -0.1035</w:t>
        <w:br/>
        <w:t>vn 0.4219 0.8986 0.1206</w:t>
        <w:br/>
        <w:t>vn 0.8979 0.4366 -0.0558</w:t>
        <w:br/>
        <w:t>vn 0.4247 0.8935 0.1459</w:t>
        <w:br/>
        <w:t>vn 0.8965 0.4379 -0.0672</w:t>
        <w:br/>
        <w:t>vn 0.8222 0.5684 -0.0303</w:t>
        <w:br/>
        <w:t>vn 0.9165 0.3813 -0.1206</w:t>
        <w:br/>
        <w:t>vn 0.9814 0.0847 -0.1723</w:t>
        <w:br/>
        <w:t>vn 0.9766 0.2074 -0.0562</w:t>
        <w:br/>
        <w:t>vn 0.9735 -0.0281 -0.2268</w:t>
        <w:br/>
        <w:t>vn 0.9779 -0.1265 -0.1666</w:t>
        <w:br/>
        <w:t>vn 0.9667 0.0546 -0.2500</w:t>
        <w:br/>
        <w:t>vn 0.9606 -0.0164 -0.2773</w:t>
        <w:br/>
        <w:t>vn 0.9617 -0.0123 -0.2738</w:t>
        <w:br/>
        <w:t>vn 0.9628 0.0040 -0.2702</w:t>
        <w:br/>
        <w:t>vn 0.9454 0.0206 -0.3251</w:t>
        <w:br/>
        <w:t>vn 0.9205 0.3702 -0.1251</w:t>
        <w:br/>
        <w:t>vn 0.9585 0.0281 -0.2838</w:t>
        <w:br/>
        <w:t>vn 0.9099 0.1478 -0.3875</w:t>
        <w:br/>
        <w:t>vn 0.9457 0.0751 -0.3161</w:t>
        <w:br/>
        <w:t>vn 0.8778 0.4484 -0.1683</w:t>
        <w:br/>
        <w:t>vn 0.9495 0.2585 -0.1779</w:t>
        <w:br/>
        <w:t>vn 0.8426 0.2513 -0.4763</w:t>
        <w:br/>
        <w:t>vn 0.9594 -0.0052 -0.2821</w:t>
        <w:br/>
        <w:t>vn 0.8230 0.0249 -0.5676</w:t>
        <w:br/>
        <w:t>vn 0.2488 0.1753 -0.9526</w:t>
        <w:br/>
        <w:t>vn 0.1314 0.1952 -0.9719</w:t>
        <w:br/>
        <w:t>vn 0.8069 0.4704 -0.3572</w:t>
        <w:br/>
        <w:t>vn 0.4367 -0.7823 -0.4443</w:t>
        <w:br/>
        <w:t>vn 0.8118 -0.5058 -0.2919</w:t>
        <w:br/>
        <w:t>vn 0.3967 -0.7890 -0.4691</w:t>
        <w:br/>
        <w:t>vn 0.4842 -0.7907 -0.3747</w:t>
        <w:br/>
        <w:t>vn 0.7403 -0.6174 -0.2662</w:t>
        <w:br/>
        <w:t>vn 0.9593 0.1705 -0.2251</w:t>
        <w:br/>
        <w:t>vn 0.9418 -0.3109 -0.1277</w:t>
        <w:br/>
        <w:t>vn 0.6611 -0.6886 -0.2978</w:t>
        <w:br/>
        <w:t>vn 0.9047 0.4243 0.0385</w:t>
        <w:br/>
        <w:t>vn 0.8650 0.4468 -0.2283</w:t>
        <w:br/>
        <w:t>vn 0.8543 0.4814 -0.1960</w:t>
        <w:br/>
        <w:t>vn 0.9232 0.2934 -0.2483</w:t>
        <w:br/>
        <w:t>vn 0.9935 -0.0642 -0.0938</w:t>
        <w:br/>
        <w:t>vn 0.9914 0.1273 0.0308</w:t>
        <w:br/>
        <w:t>vn 0.9539 -0.2466 -0.1711</w:t>
        <w:br/>
        <w:t>vn 0.5613 0.8063 0.1867</w:t>
        <w:br/>
        <w:t>vn 0.9931 0.1176 -0.0007</w:t>
        <w:br/>
        <w:t>vn 0.9960 -0.0080 -0.0894</w:t>
        <w:br/>
        <w:t>vn 0.9854 0.0240 -0.1688</w:t>
        <w:br/>
        <w:t>vn 0.9763 0.2077 0.0614</w:t>
        <w:br/>
        <w:t>vn 0.5661 0.7742 0.2831</w:t>
        <w:br/>
        <w:t>vn 0.9619 0.2336 -0.1421</w:t>
        <w:br/>
        <w:t>vn 0.9871 0.0837 -0.1366</w:t>
        <w:br/>
        <w:t>vn 0.9879 0.0801 -0.1331</w:t>
        <w:br/>
        <w:t>vn 0.9669 0.2451 0.0710</w:t>
        <w:br/>
        <w:t>vn 0.9022 0.4310 -0.0143</w:t>
        <w:br/>
        <w:t>vn 0.1499 0.6650 -0.7316</w:t>
        <w:br/>
        <w:t>vn 0.4063 0.6635 -0.6283</w:t>
        <w:br/>
        <w:t>vn 0.4063 0.6635 -0.6282</w:t>
        <w:br/>
        <w:t>vn 0.5270 -0.7645 -0.3711</w:t>
        <w:br/>
        <w:t>vn 0.3402 -0.8210 -0.4586</w:t>
        <w:br/>
        <w:t>vn 0.9654 -0.2478 -0.0807</w:t>
        <w:br/>
        <w:t>vn 0.9925 0.1208 0.0176</w:t>
        <w:br/>
        <w:t>vn -0.9679 -0.1337 0.2127</w:t>
        <w:br/>
        <w:t>vn -0.9953 -0.0842 -0.0487</w:t>
        <w:br/>
        <w:t>vn -0.9934 -0.0857 -0.0757</w:t>
        <w:br/>
        <w:t>vn -0.9561 -0.1385 0.2582</w:t>
        <w:br/>
        <w:t>vn -0.9972 -0.0442 -0.0602</w:t>
        <w:br/>
        <w:t>vn -0.7224 -0.1953 0.6634</w:t>
        <w:br/>
        <w:t>vn -0.9577 -0.1091 0.2662</w:t>
        <w:br/>
        <w:t>vn -0.9994 -0.0205 -0.0283</w:t>
        <w:br/>
        <w:t>vn -0.9141 -0.1130 0.3894</w:t>
        <w:br/>
        <w:t>vn -0.7207 -0.1942 0.6655</w:t>
        <w:br/>
        <w:t>vn -0.7244 -0.1725 0.6674</w:t>
        <w:br/>
        <w:t>vn -0.7332 -0.1455 0.6643</w:t>
        <w:br/>
        <w:t>vn -0.5362 -0.2079 0.8181</w:t>
        <w:br/>
        <w:t>vn -0.4324 -0.2378 0.8697</w:t>
        <w:br/>
        <w:t>vn -0.1425 -0.2758 0.9506</w:t>
        <w:br/>
        <w:t>vn -0.4078 -0.2239 0.8852</w:t>
        <w:br/>
        <w:t>vn -0.3763 -0.2064 0.9032</w:t>
        <w:br/>
        <w:t>vn -0.0196 -0.2684 0.9631</w:t>
        <w:br/>
        <w:t>vn 0.3521 -0.2710 0.8959</w:t>
        <w:br/>
        <w:t>vn 0.0269 -0.2319 0.9724</w:t>
        <w:br/>
        <w:t>vn -0.0106 -0.2196 0.9755</w:t>
        <w:br/>
        <w:t>vn 0.3468 -0.2130 0.9134</w:t>
        <w:br/>
        <w:t>vn 0.3632 -0.2411 0.9000</w:t>
        <w:br/>
        <w:t>vn 0.3925 -0.2211 0.8928</w:t>
        <w:br/>
        <w:t>vn 0.7091 -0.2052 0.6746</w:t>
        <w:br/>
        <w:t>vn 0.6896 -0.2112 0.6927</w:t>
        <w:br/>
        <w:t>vn 0.6896 -0.2310 0.6864</w:t>
        <w:br/>
        <w:t>vn 0.9368 -0.1168 0.3298</w:t>
        <w:br/>
        <w:t>vn 0.6916 -0.1998 0.6941</w:t>
        <w:br/>
        <w:t>vn 0.9559 -0.1041 0.2745</w:t>
        <w:br/>
        <w:t>vn 0.9991 0.0019 -0.0419</w:t>
        <w:br/>
        <w:t>vn 0.9547 -0.1456 0.2595</w:t>
        <w:br/>
        <w:t>vn 0.9748 -0.1592 0.1562</w:t>
        <w:br/>
        <w:t>vn 0.9945 -0.0281 -0.1006</w:t>
        <w:br/>
        <w:t>vn 0.9320 0.0695 -0.3558</w:t>
        <w:br/>
        <w:t>vn 0.9898 -0.0934 -0.1077</w:t>
        <w:br/>
        <w:t>vn 0.9783 -0.1241 -0.1660</w:t>
        <w:br/>
        <w:t>vn 0.9058 0.0389 -0.4218</w:t>
        <w:br/>
        <w:t>vn 0.6855 0.1715 -0.7076</w:t>
        <w:br/>
        <w:t>vn 0.9097 -0.0444 -0.4128</w:t>
        <w:br/>
        <w:t>vn 0.8728 -0.0852 -0.4807</w:t>
        <w:br/>
        <w:t>vn 0.7079 0.0841 -0.7013</w:t>
        <w:br/>
        <w:t>vn 0.7349 -0.0166 -0.6780</w:t>
        <w:br/>
        <w:t>vn 0.6625 -0.0487 -0.7475</w:t>
        <w:br/>
        <w:t>vn 0.3775 0.1638 -0.9114</w:t>
        <w:br/>
        <w:t>vn 0.2754 0.2710 -0.9224</w:t>
        <w:br/>
        <w:t>vn 0.4651 0.0235 -0.8849</w:t>
        <w:br/>
        <w:t>vn 0.3254 -0.0234 -0.9453</w:t>
        <w:br/>
        <w:t>vn -0.0023 0.1865 -0.9824</w:t>
        <w:br/>
        <w:t>vn -0.0863 0.2904 -0.9530</w:t>
        <w:br/>
        <w:t>vn 0.0382 0.0329 -0.9987</w:t>
        <w:br/>
        <w:t>vn 0.0105 -0.0129 -0.9999</w:t>
        <w:br/>
        <w:t>vn -0.3128 -0.0091 -0.9498</w:t>
        <w:br/>
        <w:t>vn -0.3940 0.0332 -0.9185</w:t>
        <w:br/>
        <w:t>vn -0.7506 -0.0249 -0.6603</w:t>
        <w:br/>
        <w:t>vn -0.3951 0.1722 -0.9024</w:t>
        <w:br/>
        <w:t>vn -0.4085 0.2535 -0.8769</w:t>
        <w:br/>
        <w:t>vn -0.7227 0.0085 -0.6911</w:t>
        <w:br/>
        <w:t>vn -0.7322 0.0981 -0.6740</w:t>
        <w:br/>
        <w:t>vn -0.7676 0.1304 -0.6275</w:t>
        <w:br/>
        <w:t>vn -0.9382 -0.0434 -0.3433</w:t>
        <w:br/>
        <w:t>vn -0.9458 -0.0549 -0.3200</w:t>
        <w:br/>
        <w:t>vn -0.9482 0.0080 -0.3175</w:t>
        <w:br/>
        <w:t>vn -0.9650 0.0331 -0.2603</w:t>
        <w:br/>
        <w:t>vn -0.1713 -0.9433 -0.2843</w:t>
        <w:br/>
        <w:t>vn -0.5967 -0.8015 0.0392</w:t>
        <w:br/>
        <w:t>vn -0.4708 -0.8751 -0.1116</w:t>
        <w:br/>
        <w:t>vn -0.1403 -0.9898 -0.0236</w:t>
        <w:br/>
        <w:t>vn 0.3246 -0.8926 -0.3129</w:t>
        <w:br/>
        <w:t>vn -0.5774 -0.8036 0.1447</w:t>
        <w:br/>
        <w:t>vn 0.1037 -0.9571 0.2704</w:t>
        <w:br/>
        <w:t>vn -0.1975 -0.9508 0.2387</w:t>
        <w:br/>
        <w:t>vn 0.4040 -0.9139 0.0406</w:t>
        <w:br/>
        <w:t>vn 0.2507 -0.9082 0.3353</w:t>
        <w:br/>
        <w:t>vn 0.3390 -0.9356 0.0984</w:t>
        <w:br/>
        <w:t>vn 0.9733 0.0585 -0.2220</w:t>
        <w:br/>
        <w:t>vn 0.9913 0.0413 -0.1253</w:t>
        <w:br/>
        <w:t>vn 0.9920 -0.0332 -0.1217</w:t>
        <w:br/>
        <w:t>vn 0.9632 0.1214 -0.2397</w:t>
        <w:br/>
        <w:t>vn 0.9970 0.0751 0.0200</w:t>
        <w:br/>
        <w:t>vn 0.4335 -0.8442 0.3152</w:t>
        <w:br/>
        <w:t>vn 0.9868 0.1458 0.0701</w:t>
        <w:br/>
        <w:t>vn 0.5086 -0.7370 0.4451</w:t>
        <w:br/>
        <w:t>vn 0.9732 0.1737 0.1509</w:t>
        <w:br/>
        <w:t>vn 0.9508 0.2702 0.1519</w:t>
        <w:br/>
        <w:t>vn 0.4608 -0.7358 0.4962</w:t>
        <w:br/>
        <w:t>vn 0.8296 -0.1438 0.5395</w:t>
        <w:br/>
        <w:t>vn 0.7357 0.4840 0.4737</w:t>
        <w:br/>
        <w:t>vn 0.5402 -0.7955 0.2745</w:t>
        <w:br/>
        <w:t>vn 0.4987 -0.8365 0.2272</w:t>
        <w:br/>
        <w:t>vn 0.3511 -0.4313 0.8311</w:t>
        <w:br/>
        <w:t>vn 0.3919 -0.3485 0.8514</w:t>
        <w:br/>
        <w:t>vn 0.1672 0.1359 0.9765</w:t>
        <w:br/>
        <w:t>vn -0.0383 0.4437 0.8954</w:t>
        <w:br/>
        <w:t>vn -0.0066 0.3500 0.9367</w:t>
        <w:br/>
        <w:t>vn 0.3517 -0.6815 0.6418</w:t>
        <w:br/>
        <w:t>vn 0.1521 -0.8368 0.5260</w:t>
        <w:br/>
        <w:t>vn 0.0338 0.2600 0.9650</w:t>
        <w:br/>
        <w:t>vn -0.2003 0.6518 0.7315</w:t>
        <w:br/>
        <w:t>vn 0.7357 0.4841 0.4737</w:t>
        <w:br/>
        <w:t>vn 0.2753 -0.1104 0.9550</w:t>
        <w:br/>
        <w:t>vn 0.5843 0.7953 0.1615</w:t>
        <w:br/>
        <w:t>vn 0.5742 0.7893 0.2173</w:t>
        <w:br/>
        <w:t>vn 0.4984 0.8342 0.2360</w:t>
        <w:br/>
        <w:t>vn -0.2589 0.6684 0.6973</w:t>
        <w:br/>
        <w:t>vn 0.1078 -0.4070 0.9071</w:t>
        <w:br/>
        <w:t>vn -0.1133 -0.8114 0.5734</w:t>
        <w:br/>
        <w:t>vn -0.1490 -0.8338 0.5315</w:t>
        <w:br/>
        <w:t>vn 0.0143 0.9873 0.1585</w:t>
        <w:br/>
        <w:t>vn 0.1141 -0.0073 0.9934</w:t>
        <w:br/>
        <w:t>vn -0.1794 0.7005 0.6907</w:t>
        <w:br/>
        <w:t>vn 0.3430 -0.3349 0.8776</w:t>
        <w:br/>
        <w:t>vn -0.1827 0.6971 0.6933</w:t>
        <w:br/>
        <w:t>vn 0.1043 0.7404 0.6640</w:t>
        <w:br/>
        <w:t>vn 0.1045 -0.7957 0.5967</w:t>
        <w:br/>
        <w:t>vn 0.3032 0.7399 0.6006</w:t>
        <w:br/>
        <w:t>vn 0.3701 -0.3028 0.8783</w:t>
        <w:br/>
        <w:t>vn 0.5227 0.6967 0.4913</w:t>
        <w:br/>
        <w:t>vn 0.1959 -0.4628 0.8646</w:t>
        <w:br/>
        <w:t>vn 0.2603 -0.7775 0.5725</w:t>
        <w:br/>
        <w:t>vn 0.2291 -0.5822 0.7801</w:t>
        <w:br/>
        <w:t>vn 0.5278 0.6865 0.5002</w:t>
        <w:br/>
        <w:t>vn 0.0951 -0.0793 0.9923</w:t>
        <w:br/>
        <w:t>vn -0.0075 -0.5067 0.8621</w:t>
        <w:br/>
        <w:t>vn 0.2069 -0.2142 0.9546</w:t>
        <w:br/>
        <w:t>vn -0.2300 -0.7167 0.6584</w:t>
        <w:br/>
        <w:t>vn -0.5379 -0.5004 0.6784</w:t>
        <w:br/>
        <w:t>vn 0.6262 0.4761 0.6175</w:t>
        <w:br/>
        <w:t>vn 0.0843 -0.1649 0.9827</w:t>
        <w:br/>
        <w:t>vn 0.7060 0.5597 0.4340</w:t>
        <w:br/>
        <w:t>vn 0.7927 0.3887 0.4697</w:t>
        <w:br/>
        <w:t>vn -0.5234 -0.2126 0.8251</w:t>
        <w:br/>
        <w:t>vn -0.5544 -0.3641 0.7484</w:t>
        <w:br/>
        <w:t>vn -0.4234 -0.6401 0.6412</w:t>
        <w:br/>
        <w:t>vn 0.5233 0.4982 0.6914</w:t>
        <w:br/>
        <w:t>vn -0.5611 -0.6667 0.4905</w:t>
        <w:br/>
        <w:t>vn -0.8126 -0.5135 0.2756</w:t>
        <w:br/>
        <w:t>vn 0.5764 0.3477 0.7395</w:t>
        <w:br/>
        <w:t>vn -0.5234 -0.2127 0.8251</w:t>
        <w:br/>
        <w:t>vn 0.0917 0.2362 0.9674</w:t>
        <w:br/>
        <w:t>vn 0.4362 0.7646 0.4744</w:t>
        <w:br/>
        <w:t>vn -0.0906 0.9812 0.1706</w:t>
        <w:br/>
        <w:t>vn 0.4362 0.7647 0.4744</w:t>
        <w:br/>
        <w:t>vn -0.1212 0.9777 0.1714</w:t>
        <w:br/>
        <w:t>vn 0.8470 0.3185 0.4255</w:t>
        <w:br/>
        <w:t>vn -0.1820 0.9672 0.1771</w:t>
        <w:br/>
        <w:t>vn 0.8866 0.3014 0.3508</w:t>
        <w:br/>
        <w:t>vn 0.1042 0.9366 0.3346</w:t>
        <w:br/>
        <w:t>vn 0.5643 0.4912 0.6635</w:t>
        <w:br/>
        <w:t>vn 0.1937 -0.1174 0.9740</w:t>
        <w:br/>
        <w:t>vn 0.0799 -0.0249 0.9965</w:t>
        <w:br/>
        <w:t>vn 0.5643 0.4913 0.6635</w:t>
        <w:br/>
        <w:t>vn 0.6402 0.7594 0.1159</w:t>
        <w:br/>
        <w:t>vn 0.5316 0.8448 0.0606</w:t>
        <w:br/>
        <w:t>vn -0.4767 -0.7076 0.5216</w:t>
        <w:br/>
        <w:t>vn -0.1816 -0.7373 0.6507</w:t>
        <w:br/>
        <w:t>vn -0.3350 -0.7015 0.6290</w:t>
        <w:br/>
        <w:t>vn 0.2104 0.1105 0.9713</w:t>
        <w:br/>
        <w:t>vn -0.1515 -0.6836 0.7140</w:t>
        <w:br/>
        <w:t>vn -0.1042 -0.8005 0.5902</w:t>
        <w:br/>
        <w:t>vn -0.1139 -0.6016 0.7906</w:t>
        <w:br/>
        <w:t>vn 0.4579 0.8889 -0.0110</w:t>
        <w:br/>
        <w:t>vn 0.1088 0.1662 0.9801</w:t>
        <w:br/>
        <w:t>vn 0.2067 0.9723 -0.1092</w:t>
        <w:br/>
        <w:t>vn 0.0214 0.9723 -0.2329</w:t>
        <w:br/>
        <w:t>vn 0.0107 0.3703 0.9289</w:t>
        <w:br/>
        <w:t>vn 0.3249 0.9455 0.0205</w:t>
        <w:br/>
        <w:t>vn -0.1353 -0.5962 0.7914</w:t>
        <w:br/>
        <w:t>vn -0.1580 0.4428 0.8826</w:t>
        <w:br/>
        <w:t>vn 0.0406 0.9992 0.0024</w:t>
        <w:br/>
        <w:t>vn -0.2468 0.5393 0.8051</w:t>
        <w:br/>
        <w:t>vn -0.0909 0.9376 -0.3357</w:t>
        <w:br/>
        <w:t>vn 0.3296 0.9329 0.1453</w:t>
        <w:br/>
        <w:t>vn 0.6861 0.7166 -0.1256</w:t>
        <w:br/>
        <w:t>vn -0.1682 0.8864 0.4313</w:t>
        <w:br/>
        <w:t>vn 0.2312 0.9715 -0.0519</w:t>
        <w:br/>
        <w:t>vn 0.1977 0.8992 -0.3903</w:t>
        <w:br/>
        <w:t>vn -0.1358 -0.2336 0.9628</w:t>
        <w:br/>
        <w:t>vn -0.1822 0.5009 0.8461</w:t>
        <w:br/>
        <w:t>vn 0.0156 0.9860 0.1661</w:t>
        <w:br/>
        <w:t>vn 0.3455 0.8668 0.3596</w:t>
        <w:br/>
        <w:t>vn -0.9024 -0.3514 0.2494</w:t>
        <w:br/>
        <w:t>vn -0.9024 -0.3515 0.2494</w:t>
        <w:br/>
        <w:t>vn -0.9025 -0.3513 0.2493</w:t>
        <w:br/>
        <w:t>vn 0.3917 0.7736 -0.4981</w:t>
        <w:br/>
        <w:t>vn 0.5408 0.8076 -0.2351</w:t>
        <w:br/>
        <w:t>vn 0.1571 0.9369 0.3124</w:t>
        <w:br/>
        <w:t>vn 0.4541 0.8857 0.0963</w:t>
        <w:br/>
        <w:t>vn -0.0401 0.9883 -0.1474</w:t>
        <w:br/>
        <w:t>vn -0.2109 0.9739 -0.0844</w:t>
        <w:br/>
        <w:t>vn -0.0436 0.8085 -0.5869</w:t>
        <w:br/>
        <w:t>vn 0.0071 0.7447 -0.6673</w:t>
        <w:br/>
        <w:t>vn -0.5263 0.7121 0.4648</w:t>
        <w:br/>
        <w:t>vn -0.2667 0.8272 0.4946</w:t>
        <w:br/>
        <w:t>vn 0.1236 0.9917 0.0365</w:t>
        <w:br/>
        <w:t>vn 0.3059 0.9394 -0.1545</w:t>
        <w:br/>
        <w:t>vn 0.4990 0.8569 -0.1291</w:t>
        <w:br/>
        <w:t>vn -0.8958 0.3849 -0.2224</w:t>
        <w:br/>
        <w:t>vn -0.8805 0.4616 -0.1078</w:t>
        <w:br/>
        <w:t>vn -0.8805 0.4616 -0.1080</w:t>
        <w:br/>
        <w:t>vn -0.5263 0.7120 0.4648</w:t>
        <w:br/>
        <w:t>vn -0.8959 0.2853 0.3405</w:t>
        <w:br/>
        <w:t>vn 0.0549 0.8477 -0.5276</w:t>
        <w:br/>
        <w:t>vn -0.0613 0.8478 -0.5267</w:t>
        <w:br/>
        <w:t>vn -0.7801 0.1277 0.6124</w:t>
        <w:br/>
        <w:t>vn -0.2109 0.9738 -0.0846</w:t>
        <w:br/>
        <w:t>vn 0.0547 0.8477 -0.5277</w:t>
        <w:br/>
        <w:t>vn 0.0448 0.8671 -0.4960</w:t>
        <w:br/>
        <w:t>vn 0.5794 0.4169 0.7003</w:t>
        <w:br/>
        <w:t>vn 0.6455 0.4603 0.6095</w:t>
        <w:br/>
        <w:t>vn 0.5438 0.5587 0.6263</w:t>
        <w:br/>
        <w:t>vn -0.7562 0.2614 0.5999</w:t>
        <w:br/>
        <w:t>vn 0.2598 0.8200 0.5100</w:t>
        <w:br/>
        <w:t>vn 0.5949 0.5824 0.5541</w:t>
        <w:br/>
        <w:t>vn 0.4058 0.8973 0.1736</w:t>
        <w:br/>
        <w:t>vn -0.4947 0.6003 0.6285</w:t>
        <w:br/>
        <w:t>vn -0.5556 0.6573 0.5092</w:t>
        <w:br/>
        <w:t>vn -0.4716 0.7459 0.4704</w:t>
        <w:br/>
        <w:t>vn -0.0911 0.7805 -0.6185</w:t>
        <w:br/>
        <w:t>vn 0.3361 0.9406 0.0472</w:t>
        <w:br/>
        <w:t>vn -0.3975 0.8506 0.3442</w:t>
        <w:br/>
        <w:t>vn -0.3596 0.9287 0.0911</w:t>
        <w:br/>
        <w:t>vn 0.3166 0.8750 -0.3664</w:t>
        <w:br/>
        <w:t>vn 0.5372 0.7433 -0.3988</w:t>
        <w:br/>
        <w:t>vn 0.3289 0.8583 -0.3938</w:t>
        <w:br/>
        <w:t>vn -0.5494 0.8117 -0.1985</w:t>
        <w:br/>
        <w:t>vn -0.3975 0.8506 0.3441</w:t>
        <w:br/>
        <w:t>vn -0.0735 0.9919 -0.1032</w:t>
        <w:br/>
        <w:t>vn 0.1433 0.9891 -0.0347</w:t>
        <w:br/>
        <w:t>vn -0.8965 0.3742 -0.2372</w:t>
        <w:br/>
        <w:t>vn -0.1046 0.9929 -0.0563</w:t>
        <w:br/>
        <w:t>vn -0.9739 -0.0255 0.2254</w:t>
        <w:br/>
        <w:t>vn -0.3250 0.9442 -0.0535</w:t>
        <w:br/>
        <w:t>vn 0.1950 0.9165 0.3493</w:t>
        <w:br/>
        <w:t>vn -0.9490 -0.3012 -0.0927</w:t>
        <w:br/>
        <w:t>vn -0.9740 -0.0255 0.2253</w:t>
        <w:br/>
        <w:t>vn -0.9468 -0.3214 0.0127</w:t>
        <w:br/>
        <w:t>vn 0.2109 0.9536 0.2149</w:t>
        <w:br/>
        <w:t>vn 0.2775 0.9330 0.2290</w:t>
        <w:br/>
        <w:t>vn 0.2410 0.7374 -0.6310</w:t>
        <w:br/>
        <w:t>vn -0.8935 -0.2948 -0.3388</w:t>
        <w:br/>
        <w:t>vn 0.2409 0.7375 -0.6309</w:t>
        <w:br/>
        <w:t>vn 0.2324 0.5747 -0.7847</w:t>
        <w:br/>
        <w:t>vn 0.3360 0.4864 -0.8065</w:t>
        <w:br/>
        <w:t>vn -0.0300 0.6795 -0.7331</w:t>
        <w:br/>
        <w:t>vn -0.9189 -0.2343 -0.3173</w:t>
        <w:br/>
        <w:t>vn -0.0019 0.7564 -0.6541</w:t>
        <w:br/>
        <w:t>vn -0.9031 -0.2274 -0.3643</w:t>
        <w:br/>
        <w:t>vn -0.0118 0.6650 -0.7467</w:t>
        <w:br/>
        <w:t>vn -0.9526 -0.1066 -0.2848</w:t>
        <w:br/>
        <w:t>vn -0.9774 -0.0747 -0.1977</w:t>
        <w:br/>
        <w:t>vn -0.5847 0.7768 0.2338</w:t>
        <w:br/>
        <w:t>vn -0.3717 0.9117 0.1750</w:t>
        <w:br/>
        <w:t>vn -0.4013 0.9071 0.1274</w:t>
        <w:br/>
        <w:t>vn -0.3681 -0.1936 0.9094</w:t>
        <w:br/>
        <w:t>vn -0.4189 -0.1458 0.8963</w:t>
        <w:br/>
        <w:t>vn -0.4435 0.1421 0.8849</w:t>
        <w:br/>
        <w:t>vn -0.5192 0.8542 0.0266</w:t>
        <w:br/>
        <w:t>vn -0.9891 0.0766 -0.1259</w:t>
        <w:br/>
        <w:t>vn -0.2564 -0.3324 0.9076</w:t>
        <w:br/>
        <w:t>vn 0.1094 0.7844 -0.6105</w:t>
        <w:br/>
        <w:t>vn 0.0504 0.8117 -0.5818</w:t>
        <w:br/>
        <w:t>vn 0.1803 0.9238 -0.3376</w:t>
        <w:br/>
        <w:t>vn 0.1973 0.9798 -0.0322</w:t>
        <w:br/>
        <w:t>vn -0.2869 0.9556 0.0669</w:t>
        <w:br/>
        <w:t>vn -0.3169 -0.2392 0.9178</w:t>
        <w:br/>
        <w:t>vn -0.3940 0.9034 0.1691</w:t>
        <w:br/>
        <w:t>vn -0.7861 0.1168 0.6069</w:t>
        <w:br/>
        <w:t>vn -0.8421 0.4635 0.2758</w:t>
        <w:br/>
        <w:t>vn -0.6468 0.7323 0.2131</w:t>
        <w:br/>
        <w:t>vn -0.5832 0.7620 0.2815</w:t>
        <w:br/>
        <w:t>vn -0.6542 0.7099 0.2609</w:t>
        <w:br/>
        <w:t>vn -0.7860 0.1167 0.6071</w:t>
        <w:br/>
        <w:t>vn -0.8917 0.1702 0.4193</w:t>
        <w:br/>
        <w:t>vn -0.8421 0.4635 0.2759</w:t>
        <w:br/>
        <w:t>vn -0.9419 -0.0478 0.3326</w:t>
        <w:br/>
        <w:t>vn -0.9419 -0.0478 0.3325</w:t>
        <w:br/>
        <w:t>vn -0.9240 -0.3143 0.2177</w:t>
        <w:br/>
        <w:t>vn -0.9300 -0.3490 0.1156</w:t>
        <w:br/>
        <w:t>vn -0.9240 -0.3143 0.2178</w:t>
        <w:br/>
        <w:t>vn -0.8252 -0.3307 0.4580</w:t>
        <w:br/>
        <w:t>vn -0.9012 -0.4236 0.0917</w:t>
        <w:br/>
        <w:t>vn -0.8420 -0.2777 0.4624</w:t>
        <w:br/>
        <w:t>vn -0.7869 -0.2566 0.5612</w:t>
        <w:br/>
        <w:t>vn -0.8176 -0.5381 -0.2050</w:t>
        <w:br/>
        <w:t>vn -0.8370 -0.5395 -0.0916</w:t>
        <w:br/>
        <w:t>vn -0.4633 -0.3233 0.8251</w:t>
        <w:br/>
        <w:t>vn -0.5816 0.7773 0.2399</w:t>
        <w:br/>
        <w:t>vn -0.5236 -0.0602 0.8499</w:t>
        <w:br/>
        <w:t>vn -0.4467 0.8166 0.3654</w:t>
        <w:br/>
        <w:t>vn -0.2050 -0.3111 0.9280</w:t>
        <w:br/>
        <w:t>vn -0.1395 -0.3868 0.9116</w:t>
        <w:br/>
        <w:t>vn 0.3528 0.9356 0.0157</w:t>
        <w:br/>
        <w:t>vn 0.6591 0.7520 0.0125</w:t>
        <w:br/>
        <w:t>vn 0.2815 0.9438 -0.1730</w:t>
        <w:br/>
        <w:t>vn -0.4688 -0.1048 0.8771</w:t>
        <w:br/>
        <w:t>vn -0.3281 0.9421 -0.0699</w:t>
        <w:br/>
        <w:t>vn 0.1420 0.9423 -0.3032</w:t>
        <w:br/>
        <w:t>vn -0.4205 0.3544 0.8352</w:t>
        <w:br/>
        <w:t>vn -0.4687 -0.1048 0.8771</w:t>
        <w:br/>
        <w:t>vn -0.7060 0.2638 0.6572</w:t>
        <w:br/>
        <w:t>vn -0.4808 0.3484 0.8047</w:t>
        <w:br/>
        <w:t>vn -0.4354 -0.1068 0.8939</w:t>
        <w:br/>
        <w:t>vn -0.5072 -0.3127 0.8031</w:t>
        <w:br/>
        <w:t>vn -0.3453 -0.4678 0.8136</w:t>
        <w:br/>
        <w:t>vn -0.6847 -0.6397 0.3492</w:t>
        <w:br/>
        <w:t>vn -0.4512 -0.7173 0.5310</w:t>
        <w:br/>
        <w:t>vn -0.7698 -0.5882 0.2478</w:t>
        <w:br/>
        <w:t>vn -0.3806 -0.7656 0.5186</w:t>
        <w:br/>
        <w:t>vn -0.9729 -0.2210 0.0680</w:t>
        <w:br/>
        <w:t>vn -0.1487 -0.3008 0.9420</w:t>
        <w:br/>
        <w:t>vn -0.1308 -0.3286 0.9354</w:t>
        <w:br/>
        <w:t>vn -0.9937 0.0694 0.0880</w:t>
        <w:br/>
        <w:t>vn -0.9607 -0.0806 0.2657</w:t>
        <w:br/>
        <w:t>vn -0.9994 -0.0329 0.0092</w:t>
        <w:br/>
        <w:t>vn -0.2560 0.1323 0.9576</w:t>
        <w:br/>
        <w:t>vn -0.3832 0.2779 0.8809</w:t>
        <w:br/>
        <w:t>vn -0.2561 0.1323 0.9576</w:t>
        <w:br/>
        <w:t>vn -0.1859 -0.0652 0.9804</w:t>
        <w:br/>
        <w:t>vn -0.1139 -0.6017 0.7906</w:t>
        <w:br/>
        <w:t>vn -0.9613 -0.0262 0.2744</w:t>
        <w:br/>
        <w:t>vn -0.8748 -0.2379 0.4221</w:t>
        <w:br/>
        <w:t>vn -0.1218 0.1145 0.9859</w:t>
        <w:br/>
        <w:t>vn -0.2012 0.1528 0.9676</w:t>
        <w:br/>
        <w:t>vn 0.0274 0.9211 0.3884</w:t>
        <w:br/>
        <w:t>vn -0.0177 0.9377 0.3469</w:t>
        <w:br/>
        <w:t>vn -0.0429 0.9765 0.2114</w:t>
        <w:br/>
        <w:t>vn -0.2301 0.1599 0.9599</w:t>
        <w:br/>
        <w:t>vn 0.3359 0.9289 0.1558</w:t>
        <w:br/>
        <w:t>vn -0.6787 0.1420 0.7206</w:t>
        <w:br/>
        <w:t>vn -0.6787 0.1420 0.7205</w:t>
        <w:br/>
        <w:t>vn 0.5876 0.7207 0.3680</w:t>
        <w:br/>
        <w:t>vn 0.0273 0.9211 0.3884</w:t>
        <w:br/>
        <w:t>vn -0.2704 0.4585 0.8465</w:t>
        <w:br/>
        <w:t>vn 0.6632 0.6922 0.2848</w:t>
        <w:br/>
        <w:t>vn 0.6301 0.5642 0.5335</w:t>
        <w:br/>
        <w:t>vn -0.1640 0.1971 0.9666</w:t>
        <w:br/>
        <w:t>vn -0.5289 -0.5540 -0.6429</w:t>
        <w:br/>
        <w:t>vn -0.6927 -0.2853 -0.6624</w:t>
        <w:br/>
        <w:t>vn -0.5010 -0.5007 -0.7059</w:t>
        <w:br/>
        <w:t>vn -0.7973 0.0172 -0.6034</w:t>
        <w:br/>
        <w:t>vn 0.1370 0.6881 -0.7126</w:t>
        <w:br/>
        <w:t>vn 0.0652 0.6280 -0.7755</w:t>
        <w:br/>
        <w:t>vn 0.2071 0.7396 -0.6404</w:t>
        <w:br/>
        <w:t>vn -0.4151 0.5213 -0.7456</w:t>
        <w:br/>
        <w:t>vn 0.5794 -0.4202 -0.6984</w:t>
        <w:br/>
        <w:t>vn 0.5985 -0.4239 -0.6798</w:t>
        <w:br/>
        <w:t>vn 0.0570 0.5978 -0.7996</w:t>
        <w:br/>
        <w:t>vn 0.0805 0.6541 -0.7522</w:t>
        <w:br/>
        <w:t>vn 0.6172 -0.4272 -0.6607</w:t>
        <w:br/>
        <w:t>vn -0.4165 0.4736 -0.7760</w:t>
        <w:br/>
        <w:t>vn -0.5250 -0.7947 -0.3047</w:t>
        <w:br/>
        <w:t>vn -0.5152 -0.8160 -0.2622</w:t>
        <w:br/>
        <w:t>vn -0.5152 -0.8160 -0.2621</w:t>
        <w:br/>
        <w:t>vn -0.5043 -0.8353 -0.2191</w:t>
        <w:br/>
        <w:t>vn -0.8947 -0.1322 0.4266</w:t>
        <w:br/>
        <w:t>vn -0.7588 -0.4038 0.5109</w:t>
        <w:br/>
        <w:t>vn -0.7485 -0.3400 0.5694</w:t>
        <w:br/>
        <w:t>vn -0.9461 0.1558 0.2839</w:t>
        <w:br/>
        <w:t>vn -0.0426 0.8097 0.5853</w:t>
        <w:br/>
        <w:t>vn -0.0426 0.8098 0.5852</w:t>
        <w:br/>
        <w:t>vn -0.1362 0.7650 0.6294</w:t>
        <w:br/>
        <w:t>vn 0.0517 0.8442 0.5335</w:t>
        <w:br/>
        <w:t>vn -0.6152 0.6641 0.4248</w:t>
        <w:br/>
        <w:t>vn 0.3009 -0.2994 0.9054</w:t>
        <w:br/>
        <w:t>vn 0.2771 -0.2917 0.9155</w:t>
        <w:br/>
        <w:t>vn 0.3008 -0.2995 0.9054</w:t>
        <w:br/>
        <w:t>vn -0.6430 0.6105 0.4625</w:t>
        <w:br/>
        <w:t>vn 0.3243 -0.3069 0.8948</w:t>
        <w:br/>
        <w:t>vn -0.2241 0.7582 0.6123</w:t>
        <w:br/>
        <w:t>vn -0.6905 -0.7057 0.1587</w:t>
        <w:br/>
        <w:t>vn -0.6904 -0.7058 0.1588</w:t>
        <w:br/>
        <w:t>vn -0.6989 -0.6925 0.1789</w:t>
        <w:br/>
        <w:t>vn -0.1492 0.8182 0.5553</w:t>
        <w:br/>
        <w:t>vn -0.6816 -0.7185 0.1385</w:t>
        <w:br/>
        <w:t>vn -0.4090 -0.7683 -0.4924</w:t>
        <w:br/>
        <w:t>vn -0.4371 -0.8971 -0.0649</w:t>
        <w:br/>
        <w:t>vn -0.3610 -0.7825 -0.5074</w:t>
        <w:br/>
        <w:t>vn -0.3714 -0.8439 0.3872</w:t>
        <w:br/>
        <w:t>vn -0.4084 -0.9100 -0.0714</w:t>
        <w:br/>
        <w:t>vn -0.3472 -0.7750 -0.5280</w:t>
        <w:br/>
        <w:t>vn -0.3894 -0.8330 0.3930</w:t>
        <w:br/>
        <w:t>vn -0.4258 -0.9015 -0.0769</w:t>
        <w:br/>
        <w:t>vn -0.3405 -0.7729 -0.5354</w:t>
        <w:br/>
        <w:t>vn -0.3969 -0.8287 0.3947</w:t>
        <w:br/>
        <w:t>vn -0.4245 -0.9017 -0.0817</w:t>
        <w:br/>
        <w:t>vn -0.3507 -0.7635 -0.5423</w:t>
        <w:br/>
        <w:t>vn -0.3965 -0.8228 0.4072</w:t>
        <w:br/>
        <w:t>vn -0.4042 -0.9074 -0.1149</w:t>
        <w:br/>
        <w:t>vn -0.0406 -0.1528 -0.9874</w:t>
        <w:br/>
        <w:t>vn -0.3458 -0.8346 0.4289</w:t>
        <w:br/>
        <w:t>vn -0.2717 -0.7129 -0.6465</w:t>
        <w:br/>
        <w:t>vn -0.3223 -0.8445 0.4278</w:t>
        <w:br/>
        <w:t>vn -0.3193 -0.8452 0.4286</w:t>
        <w:br/>
        <w:t>vn -0.2638 -0.7223 -0.6393</w:t>
        <w:br/>
        <w:t>vn -0.3052 -0.8506 0.4281</w:t>
        <w:br/>
        <w:t>vn -0.3042 -0.8606 0.4084</w:t>
        <w:br/>
        <w:t>vn -0.1252 -0.9867 -0.1033</w:t>
        <w:br/>
        <w:t>vn -0.2813 -0.8594 0.4269</w:t>
        <w:br/>
        <w:t>vn -0.2342 -0.8811 -0.4108</w:t>
        <w:br/>
        <w:t>vn -0.3042 -0.8607 0.4084</w:t>
        <w:br/>
        <w:t>vn -0.1388 -0.9171 0.3738</w:t>
        <w:br/>
        <w:t>vn 0.3597 -0.7666 -0.5319</w:t>
        <w:br/>
        <w:t>vn 0.3644 -0.8015 0.4741</w:t>
        <w:br/>
        <w:t>vn 0.4354 -0.8996 0.0350</w:t>
        <w:br/>
        <w:t>vn 0.7767 0.1036 0.6213</w:t>
        <w:br/>
        <w:t>vn 0.7451 -0.0820 0.6619</w:t>
        <w:br/>
        <w:t>vn 0.7292 -0.2193 0.6482</w:t>
        <w:br/>
        <w:t>vn 0.7901 0.2016 0.5789</w:t>
        <w:br/>
        <w:t>vn 0.5352 -0.6407 -0.5505</w:t>
        <w:br/>
        <w:t>vn 0.6718 0.0070 -0.7407</w:t>
        <w:br/>
        <w:t>vn 0.6530 0.0336 -0.7566</w:t>
        <w:br/>
        <w:t>vn 0.8427 0.2789 0.4605</w:t>
        <w:br/>
        <w:t>vn 0.5381 -0.6442 -0.5436</w:t>
        <w:br/>
        <w:t>vn -0.7527 0.0569 -0.6559</w:t>
        <w:br/>
        <w:t>vn -0.7989 -0.2104 -0.5635</w:t>
        <w:br/>
        <w:t>vn -0.7838 -0.1284 -0.6076</w:t>
        <w:br/>
        <w:t>vn 0.8799 0.3278 0.3439</w:t>
        <w:br/>
        <w:t>vn 0.9475 0.2743 0.1642</w:t>
        <w:br/>
        <w:t>vn 0.3153 -0.9489 0.0100</w:t>
        <w:br/>
        <w:t>vn 0.3139 -0.9495 -0.0004</w:t>
        <w:br/>
        <w:t>vn 0.9761 0.2127 0.0452</w:t>
        <w:br/>
        <w:t>vn 0.1358 -0.8116 0.5682</w:t>
        <w:br/>
        <w:t>vn 0.9962 0.0799 -0.0353</w:t>
        <w:br/>
        <w:t>vn -0.8901 -0.3249 -0.3197</w:t>
        <w:br/>
        <w:t>vn -0.8560 -0.2847 -0.4315</w:t>
        <w:br/>
        <w:t>vn 0.9976 0.0079 -0.0687</w:t>
        <w:br/>
        <w:t>vn 0.9850 -0.1704 -0.0261</w:t>
        <w:br/>
        <w:t>vn -0.7334 0.1925 -0.6519</w:t>
        <w:br/>
        <w:t>vn -0.5551 0.5753 0.6008</w:t>
        <w:br/>
        <w:t>vn -0.6405 0.0481 0.7664</w:t>
        <w:br/>
        <w:t>vn -0.5532 0.5938 0.5843</w:t>
        <w:br/>
        <w:t>vn -0.6809 -0.2117 0.7011</w:t>
        <w:br/>
        <w:t>vn -0.3388 0.9374 0.0809</w:t>
        <w:br/>
        <w:t>vn -0.3484 0.9298 0.1182</w:t>
        <w:br/>
        <w:t>vn -0.1666 0.8525 -0.4954</w:t>
        <w:br/>
        <w:t>vn -0.0907 0.6568 -0.7486</w:t>
        <w:br/>
        <w:t>vn -0.9523 -0.2697 -0.1430</w:t>
        <w:br/>
        <w:t>vn -0.0412 0.3092 -0.9501</w:t>
        <w:br/>
        <w:t>vn -0.9771 -0.2082 -0.0448</w:t>
        <w:br/>
        <w:t>vn 0.0852 -0.6341 0.7685</w:t>
        <w:br/>
        <w:t>vn 0.0401 -0.2672 0.9628</w:t>
        <w:br/>
        <w:t>vn -0.0167 0.1547 -0.9878</w:t>
        <w:br/>
        <w:t>vn -0.9970 -0.0693 0.0345</w:t>
        <w:br/>
        <w:t>vn -0.0690 -0.3918 -0.9174</w:t>
        <w:br/>
        <w:t>vn 0.0255 -0.0839 0.9961</w:t>
        <w:br/>
        <w:t>vn -0.9981 0.0046 0.0621</w:t>
        <w:br/>
        <w:t>vn 0.9512 -0.3076 0.0249</w:t>
        <w:br/>
        <w:t>vn 0.8425 -0.4538 0.2901</w:t>
        <w:br/>
        <w:t>vn 0.0926 0.4667 0.8795</w:t>
        <w:br/>
        <w:t>vn -0.9676 0.2521 -0.0159</w:t>
        <w:br/>
        <w:t>vn -0.0752 -0.4201 -0.9043</w:t>
        <w:br/>
        <w:t>vn 0.0891 0.4748 0.8756</w:t>
        <w:br/>
        <w:t>vn -0.9656 0.2601 -0.0070</w:t>
        <w:br/>
        <w:t>vn 0.3436 0.8856 0.3124</w:t>
        <w:br/>
        <w:t>vn -0.8653 0.4416 -0.2371</w:t>
        <w:br/>
        <w:t>vn -0.3071 -0.8721 -0.3809</w:t>
        <w:br/>
        <w:t>vn -0.8114 0.4629 -0.3569</w:t>
        <w:br/>
        <w:t>vn -0.2852 -0.8685 -0.4055</w:t>
        <w:br/>
        <w:t>vn -0.5727 -0.8006 0.1763</w:t>
        <w:br/>
        <w:t>vn 0.3352 0.8880 0.3149</w:t>
        <w:br/>
        <w:t>vn 0.8401 -0.4545 0.2961</w:t>
        <w:br/>
        <w:t>vn 0.7246 -0.4038 0.5584</w:t>
        <w:br/>
        <w:t>vn 0.6206 0.6842 -0.3831</w:t>
        <w:br/>
        <w:t>vn -0.6358 -0.6286 0.4479</w:t>
        <w:br/>
        <w:t>vn -0.7273 0.3925 -0.5629</w:t>
        <w:br/>
        <w:t>vn -0.7246 0.3993 -0.5617</w:t>
        <w:br/>
        <w:t>vn 0.6503 0.6627 -0.3713</w:t>
        <w:br/>
        <w:t>vn 0.7243 -0.4121 0.5528</w:t>
        <w:br/>
        <w:t>vn -0.7296 -0.0199 0.6836</w:t>
        <w:br/>
        <w:t>vn -0.7328 0.2527 0.6318</w:t>
        <w:br/>
        <w:t>vn -0.7637 -0.2156 0.6084</w:t>
        <w:br/>
        <w:t>vn -0.6945 0.4704 0.5444</w:t>
        <w:br/>
        <w:t>vn -0.6797 0.1566 -0.7165</w:t>
        <w:br/>
        <w:t>vn -0.7327 -0.4879 -0.4744</w:t>
        <w:br/>
        <w:t>vn -0.6949 0.1713 -0.6984</w:t>
        <w:br/>
        <w:t>vn -0.6909 0.5568 0.4611</w:t>
        <w:br/>
        <w:t>vn -0.7006 -0.5111 -0.4980</w:t>
        <w:br/>
        <w:t>vn 0.7580 -0.0558 -0.6499</w:t>
        <w:br/>
        <w:t>vn 0.7501 -0.2448 -0.6143</w:t>
        <w:br/>
        <w:t>vn 0.7082 -0.4475 -0.5461</w:t>
        <w:br/>
        <w:t>vn -0.6792 0.5824 0.4466</w:t>
        <w:br/>
        <w:t>vn -0.7569 0.5354 0.3748</w:t>
        <w:br/>
        <w:t>vn -0.5469 -0.8270 0.1302</w:t>
        <w:br/>
        <w:t>vn -0.5760 -0.8051 0.1414</w:t>
        <w:br/>
        <w:t>vn -0.8444 0.4734 0.2506</w:t>
        <w:br/>
        <w:t>vn -0.2608 -0.7671 0.5862</w:t>
        <w:br/>
        <w:t>vn -0.9490 0.2823 0.1407</w:t>
        <w:br/>
        <w:t>vn 0.7122 -0.5479 -0.4388</w:t>
        <w:br/>
        <w:t>vn 0.7041 -0.5701 -0.4234</w:t>
        <w:br/>
        <w:t>vn -0.9891 0.1285 0.0721</w:t>
        <w:br/>
        <w:t>vn -0.9855 -0.1425 0.0924</w:t>
        <w:br/>
        <w:t>vn -0.0921 -0.6479 0.7561</w:t>
        <w:br/>
        <w:t>vn 0.0609 -0.3238 0.9442</w:t>
        <w:br/>
        <w:t>vn 0.8070 0.0308 -0.5898</w:t>
        <w:br/>
        <w:t>vn 0.6059 -0.0709 0.7924</w:t>
        <w:br/>
        <w:t>vn 0.6745 0.5099 0.5339</w:t>
        <w:br/>
        <w:t>vn 0.6698 0.4865 0.5610</w:t>
        <w:br/>
        <w:t>vn 0.5841 -0.2261 0.7796</w:t>
        <w:br/>
        <w:t>vn 0.5714 0.8203 -0.0268</w:t>
        <w:br/>
        <w:t>vn 0.6113 0.7909 -0.0292</w:t>
        <w:br/>
        <w:t>vn 0.3064 0.8095 -0.5008</w:t>
        <w:br/>
        <w:t>vn 0.0938 0.6826 -0.7247</w:t>
        <w:br/>
        <w:t>vn 0.7873 -0.5115 -0.3443</w:t>
        <w:br/>
        <w:t>vn 0.8639 -0.4419 -0.2416</w:t>
        <w:br/>
        <w:t>vn -0.0662 0.3953 -0.9162</w:t>
        <w:br/>
        <w:t>vn -0.1319 0.2216 -0.9662</w:t>
        <w:br/>
        <w:t>vn 0.9610 -0.2406 -0.1362</w:t>
        <w:br/>
        <w:t>vn -0.0942 -0.3392 -0.9360</w:t>
        <w:br/>
        <w:t>vn 0.9914 -0.0978 -0.0867</w:t>
        <w:br/>
        <w:t>vn 0.1069 -0.1274 0.9861</w:t>
        <w:br/>
        <w:t>vn -0.0767 -0.3773 -0.9229</w:t>
        <w:br/>
        <w:t>vn 0.9783 0.1737 -0.1133</w:t>
        <w:br/>
        <w:t>vn -0.0138 -0.6934 -0.7204</w:t>
        <w:br/>
        <w:t>vn 0.9267 0.3431 -0.1532</w:t>
        <w:br/>
        <w:t>vn 0.8237 0.4434 -0.3536</w:t>
        <w:br/>
        <w:t>vn 0.0251 0.4583 0.8884</w:t>
        <w:br/>
        <w:t>vn 0.0257 0.4645 0.8852</w:t>
        <w:br/>
        <w:t>vn -0.9337 -0.3350 0.1263</w:t>
        <w:br/>
        <w:t>vn -0.8265 -0.4100 0.3858</w:t>
        <w:br/>
        <w:t>vn -0.0839 0.7747 0.6267</w:t>
        <w:br/>
        <w:t>vn 0.7962 0.4989 -0.3422</w:t>
        <w:br/>
        <w:t>vn -0.7773 -0.5117 0.3660</w:t>
        <w:br/>
        <w:t>vn -0.0682 0.7754 0.6278</w:t>
        <w:br/>
        <w:t>vn -0.7556 -0.3080 0.5781</w:t>
        <w:br/>
        <w:t>vn -0.6219 0.6091 -0.4922</w:t>
        <w:br/>
        <w:t>vn -0.6316 0.7282 -0.2660</w:t>
        <w:br/>
        <w:t>vn -0.5988 0.7349 -0.3183</w:t>
        <w:br/>
        <w:t>vn -0.0842 -0.6702 -0.7373</w:t>
        <w:br/>
        <w:t>vn 0.5537 -0.7815 0.2876</w:t>
        <w:br/>
        <w:t>vn 0.5577 -0.7929 0.2457</w:t>
        <w:br/>
        <w:t>vn 0.5705 -0.8092 0.1403</w:t>
        <w:br/>
        <w:t>vn -0.7892 -0.2390 0.5656</w:t>
        <w:br/>
        <w:t>vn -0.7638 -0.2157 0.6084</w:t>
        <w:br/>
        <w:t>vn -0.6797 0.1566 -0.7166</w:t>
        <w:br/>
        <w:t>vn -0.5951 0.6151 -0.5172</w:t>
        <w:br/>
        <w:t>vn 0.8076 0.2199 -0.5472</w:t>
        <w:br/>
        <w:t>vn 0.8070 0.0309 -0.5898</w:t>
        <w:br/>
        <w:t>vn 0.8204 0.1767 -0.5438</w:t>
        <w:br/>
        <w:t>vn 0.5149 -0.7349 0.4413</w:t>
        <w:br/>
        <w:t>vn 0.5427 -0.7545 0.3692</w:t>
        <w:br/>
        <w:t>vn 0.5842 -0.2261 0.7795</w:t>
        <w:br/>
        <w:t>vn 0.3059 -0.9443 -0.1216</w:t>
        <w:br/>
        <w:t>vn 0.3121 -0.9412 -0.1296</w:t>
        <w:br/>
        <w:t>vn 0.3239 -0.9381 -0.1230</w:t>
        <w:br/>
        <w:t>vn 0.2712 -0.9542 -0.1260</w:t>
        <w:br/>
        <w:t>vn 0.2421 -0.9646 -0.1041</w:t>
        <w:br/>
        <w:t>vn 0.7666 0.2976 0.5690</w:t>
        <w:br/>
        <w:t>vn 0.7867 0.3136 0.5317</w:t>
        <w:br/>
        <w:t>vn 0.7664 0.2991 0.5684</w:t>
        <w:br/>
        <w:t>vn 0.1852 -0.9783 -0.0930</w:t>
        <w:br/>
        <w:t>vn 0.1506 -0.9845 -0.0896</w:t>
        <w:br/>
        <w:t>vn 0.8177 0.2561 0.5155</w:t>
        <w:br/>
        <w:t>vn 0.9259 0.2178 0.3087</w:t>
        <w:br/>
        <w:t>vn -0.3148 0.9397 0.1334</w:t>
        <w:br/>
        <w:t>vn -0.3070 0.9442 0.1192</w:t>
        <w:br/>
        <w:t>vn -0.3272 0.9364 0.1265</w:t>
        <w:br/>
        <w:t>vn -0.2711 0.9551 0.1198</w:t>
        <w:br/>
        <w:t>vn -0.2418 0.9650 0.1010</w:t>
        <w:br/>
        <w:t>vn -0.1854 0.9776 0.0996</w:t>
        <w:br/>
        <w:t>vn 0.9319 0.1628 0.3241</w:t>
        <w:br/>
        <w:t>vn -0.1509 0.9835 0.0998</w:t>
        <w:br/>
        <w:t>vn 0.0755 -0.9920 -0.1008</w:t>
        <w:br/>
        <w:t>vn 0.0184 -0.9978 -0.0635</w:t>
        <w:br/>
        <w:t>vn 0.9812 0.1892 0.0390</w:t>
        <w:br/>
        <w:t>vn -0.0752 0.9912 0.1087</w:t>
        <w:br/>
        <w:t>vn 0.9792 0.2002 0.0337</w:t>
        <w:br/>
        <w:t>vn -0.0146 0.9970 0.0760</w:t>
        <w:br/>
        <w:t>vn 0.0024 -0.9977 -0.0681</w:t>
        <w:br/>
        <w:t>vn 0.9535 0.1779 -0.2433</w:t>
        <w:br/>
        <w:t>vn -0.0149 -0.9998 -0.0118</w:t>
        <w:br/>
        <w:t>vn -0.0472 -0.9988 0.0087</w:t>
        <w:br/>
        <w:t>vn 0.9165 0.0631 -0.3951</w:t>
        <w:br/>
        <w:t>vn 0.8300 0.0110 -0.5577</w:t>
        <w:br/>
        <w:t>vn -0.0011 0.9969 0.0788</w:t>
        <w:br/>
        <w:t>vn 0.8657 -0.1232 -0.4852</w:t>
        <w:br/>
        <w:t>vn 0.0229 0.9992 0.0320</w:t>
        <w:br/>
        <w:t>vn 0.0600 0.9981 0.0170</w:t>
        <w:br/>
        <w:t>vn -0.0649 0.4258 0.9025</w:t>
        <w:br/>
        <w:t>vn -0.0398 0.4390 0.8976</w:t>
        <w:br/>
        <w:t>vn -0.0575 0.4404 0.8960</w:t>
        <w:br/>
        <w:t>vn -0.0817 0.4115 0.9077</w:t>
        <w:br/>
        <w:t>vn -0.0873 0.4033 0.9109</w:t>
        <w:br/>
        <w:t>vn 0.9760 -0.1350 0.1711</w:t>
        <w:br/>
        <w:t>vn 0.9781 -0.1102 0.1767</w:t>
        <w:br/>
        <w:t>vn 0.9823 -0.1370 0.1274</w:t>
        <w:br/>
        <w:t>vn -0.0935 0.4100 0.9073</w:t>
        <w:br/>
        <w:t>vn -0.0976 0.4141 0.9050</w:t>
        <w:br/>
        <w:t>vn 0.9734 -0.0834 0.2136</w:t>
        <w:br/>
        <w:t>vn 0.9807 0.0132 0.1951</w:t>
        <w:br/>
        <w:t>vn 0.0635 -0.4282 -0.9015</w:t>
        <w:br/>
        <w:t>vn 0.0559 -0.4422 -0.8952</w:t>
        <w:br/>
        <w:t>vn 0.0374 -0.4401 -0.8972</w:t>
        <w:br/>
        <w:t>vn 0.0813 -0.4149 -0.9062</w:t>
        <w:br/>
        <w:t>vn 0.0873 -0.4059 -0.9097</w:t>
        <w:br/>
        <w:t>vn 0.0942 -0.4113 -0.9066</w:t>
        <w:br/>
        <w:t>vn 0.9776 0.0865 0.1921</w:t>
        <w:br/>
        <w:t>vn 0.0968 -0.4096 -0.9071</w:t>
        <w:br/>
        <w:t>vn 0.9472 0.3018 0.1087</w:t>
        <w:br/>
        <w:t>vn -0.0974 0.4143 0.9049</w:t>
        <w:br/>
        <w:t>vn 0.0974 -0.4099 -0.9069</w:t>
        <w:br/>
        <w:t>vn 0.8962 0.4401 0.0558</w:t>
        <w:br/>
        <w:t>vn 0.1005 -0.4015 -0.9104</w:t>
        <w:br/>
        <w:t>vn 0.0979 -0.4025 -0.9102</w:t>
        <w:br/>
        <w:t>vn 0.8253 0.5647 -0.0077</w:t>
        <w:br/>
        <w:t>vn 0.8275 0.5614 0.0014</w:t>
        <w:br/>
        <w:t>vn -0.0996 0.4111 0.9061</w:t>
        <w:br/>
        <w:t>vn -0.1026 0.4098 0.9064</w:t>
        <w:br/>
        <w:t>vn -0.2734 -0.9532 -0.1291</w:t>
        <w:br/>
        <w:t>vn -0.2693 -0.9539 -0.1322</w:t>
        <w:br/>
        <w:t>vn -0.2859 -0.9506 -0.1214</w:t>
        <w:br/>
        <w:t>vn -0.2329 -0.9619 -0.1433</w:t>
        <w:br/>
        <w:t>vn -0.1687 -0.9752 -0.1432</w:t>
        <w:br/>
        <w:t>vn -0.7608 0.2439 0.6014</w:t>
        <w:br/>
        <w:t>vn -0.8190 0.2785 0.5016</w:t>
        <w:br/>
        <w:t>vn -0.7611 0.2390 0.6030</w:t>
        <w:br/>
        <w:t>vn 0.2944 0.9467 0.1307</w:t>
        <w:br/>
        <w:t>vn 0.2755 0.9508 0.1415</w:t>
        <w:br/>
        <w:t>vn 0.2803 0.9497 0.1394</w:t>
        <w:br/>
        <w:t>vn 0.2378 0.9592 0.1531</w:t>
        <w:br/>
        <w:t>vn -0.8716 0.2802 0.4023</w:t>
        <w:br/>
        <w:t>vn 0.2088 0.9658 0.1535</w:t>
        <w:br/>
        <w:t>vn -0.1753 -0.9738 -0.1452</w:t>
        <w:br/>
        <w:t>vn -0.9364 0.2942 0.1914</w:t>
        <w:br/>
        <w:t>vn 0.1422 0.9781 0.1521</w:t>
        <w:br/>
        <w:t>vn -0.9666 0.2328 0.1076</w:t>
        <w:br/>
        <w:t>vn 0.0728 0.9926 0.0976</w:t>
        <w:br/>
        <w:t>vn -0.1036 -0.9884 -0.1107</w:t>
        <w:br/>
        <w:t>vn -0.9716 0.1855 -0.1468</w:t>
        <w:br/>
        <w:t>vn -0.0341 -0.9966 -0.0747</w:t>
        <w:br/>
        <w:t>vn 0.0719 0.9923 0.1008</w:t>
        <w:br/>
        <w:t>vn -0.9786 0.1644 -0.1239</w:t>
        <w:br/>
        <w:t>vn -0.0453 0.9959 0.0777</w:t>
        <w:br/>
        <w:t>vn -0.9344 0.0530 -0.3522</w:t>
        <w:br/>
        <w:t>vn -0.0526 0.9952 0.0820</w:t>
        <w:br/>
        <w:t>vn -0.1126 0.9880 0.1056</w:t>
        <w:br/>
        <w:t>vn -0.1531 0.9845 0.0858</w:t>
        <w:br/>
        <w:t>vn -0.9124 -0.0396 -0.4073</w:t>
        <w:br/>
        <w:t>vn -0.9288 -0.1909 -0.3177</w:t>
        <w:br/>
        <w:t>vn -0.9096 0.1147 -0.3993</w:t>
        <w:br/>
        <w:t>vn 0.0067 -0.9983 -0.0575</w:t>
        <w:br/>
        <w:t>vn 0.0779 -0.9952 -0.0592</w:t>
        <w:br/>
        <w:t>vn 0.1000 -0.9922 -0.0744</w:t>
        <w:br/>
        <w:t>vn 0.1387 -0.9886 -0.0578</w:t>
        <w:br/>
        <w:t>vn -0.0142 0.4732 0.8808</w:t>
        <w:br/>
        <w:t>vn 0.0099 0.4496 0.8932</w:t>
        <w:br/>
        <w:t>vn 0.0003 0.4754 0.8797</w:t>
        <w:br/>
        <w:t>vn 0.0303 0.4242 0.9051</w:t>
        <w:br/>
        <w:t>vn 0.0424 0.3950 0.9177</w:t>
        <w:br/>
        <w:t>vn -0.9698 -0.1665 0.1782</w:t>
        <w:br/>
        <w:t>vn -0.9478 -0.2594 0.1852</w:t>
        <w:br/>
        <w:t>vn -0.9554 -0.2534 0.1516</w:t>
        <w:br/>
        <w:t>vn 0.0031 -0.4727 -0.8812</w:t>
        <w:br/>
        <w:t>vn -0.0067 -0.4483 -0.8938</w:t>
        <w:br/>
        <w:t>vn 0.0186 -0.4696 -0.8827</w:t>
        <w:br/>
        <w:t>vn -0.0279 -0.4249 -0.9048</w:t>
        <w:br/>
        <w:t>vn -0.9661 -0.1799 0.1852</w:t>
        <w:br/>
        <w:t>vn -0.0404 -0.3967 -0.9170</w:t>
        <w:br/>
        <w:t>vn -0.9880 0.0248 0.1525</w:t>
        <w:br/>
        <w:t>vn -0.0450 -0.3970 -0.9167</w:t>
        <w:br/>
        <w:t>vn 0.0470 0.3951 0.9174</w:t>
        <w:br/>
        <w:t>vn -0.9876 0.0350 0.1533</w:t>
        <w:br/>
        <w:t>vn 0.0513 0.4081 0.9115</w:t>
        <w:br/>
        <w:t>vn -0.9826 0.1236 0.1390</w:t>
        <w:br/>
        <w:t>vn 0.0481 0.4087 0.9114</w:t>
        <w:br/>
        <w:t>vn 0.0599 0.4188 0.9061</w:t>
        <w:br/>
        <w:t>vn -0.0496 -0.4092 -0.9111</w:t>
        <w:br/>
        <w:t>vn -0.9803 0.1258 0.1525</w:t>
        <w:br/>
        <w:t>vn -0.0467 -0.4092 -0.9112</w:t>
        <w:br/>
        <w:t>vn -0.0562 -0.4162 -0.9075</w:t>
        <w:br/>
        <w:t>vn 0.0612 0.4191 0.9059</w:t>
        <w:br/>
        <w:t>vn -0.9664 0.2333 0.1079</w:t>
        <w:br/>
        <w:t>vn 0.0638 0.4148 0.9077</w:t>
        <w:br/>
        <w:t>vn 0.0675 0.4139 0.9078</w:t>
        <w:br/>
        <w:t>vn -0.9398 0.3349 0.0673</w:t>
        <w:br/>
        <w:t>vn -0.9016 0.4321 0.0208</w:t>
        <w:br/>
        <w:t>vn -0.0575 -0.4162 -0.9075</w:t>
        <w:br/>
        <w:t>vn -0.9029 0.4288 0.0287</w:t>
        <w:br/>
        <w:t>vn -0.0584 -0.4087 -0.9108</w:t>
        <w:br/>
        <w:t>vn -0.0613 -0.4080 -0.9109</w:t>
        <w:br/>
        <w:t>vn -0.0247 0.3578 0.9335</w:t>
        <w:br/>
        <w:t>vn -0.0249 0.3687 0.9292</w:t>
        <w:br/>
        <w:t>vn -0.0583 0.3464 0.9363</w:t>
        <w:br/>
        <w:t>vn -0.0918 0.3263 0.9408</w:t>
        <w:br/>
        <w:t>vn -0.9524 -0.2394 -0.1890</w:t>
        <w:br/>
        <w:t>vn -0.9442 -0.2365 -0.2294</w:t>
        <w:br/>
        <w:t>vn -0.9609 -0.2034 -0.1879</w:t>
        <w:br/>
        <w:t>vn -0.2031 0.3216 0.9248</w:t>
        <w:br/>
        <w:t>vn -0.2944 0.3707 0.8808</w:t>
        <w:br/>
        <w:t>vn -0.9729 -0.1671 -0.1598</w:t>
        <w:br/>
        <w:t>vn -0.9812 -0.0898 -0.1710</w:t>
        <w:br/>
        <w:t>vn 0.0250 -0.3783 -0.9253</w:t>
        <w:br/>
        <w:t>vn 0.0248 -0.3649 -0.9307</w:t>
        <w:br/>
        <w:t>vn 0.0590 -0.3506 -0.9347</w:t>
        <w:br/>
        <w:t>vn 0.1639 -0.3190 -0.9335</w:t>
        <w:br/>
        <w:t>vn -0.9733 -0.0500 -0.2241</w:t>
        <w:br/>
        <w:t>vn 0.1272 -0.3185 -0.9393</w:t>
        <w:br/>
        <w:t>vn -0.3380 0.3698 0.8654</w:t>
        <w:br/>
        <w:t>vn -0.9197 0.1093 -0.3772</w:t>
        <w:br/>
        <w:t>vn -0.3447 0.4235 0.8378</w:t>
        <w:br/>
        <w:t>vn -0.3687 0.4252 0.8266</w:t>
        <w:br/>
        <w:t>vn -0.8471 0.2260 -0.4810</w:t>
        <w:br/>
        <w:t>vn -0.8280 0.1487 -0.5407</w:t>
        <w:br/>
        <w:t>vn 0.2848 -0.3189 -0.9040</w:t>
        <w:br/>
        <w:t>vn -0.9114 0.1472 -0.3843</w:t>
        <w:br/>
        <w:t>vn 0.3737 -0.3378 -0.8639</w:t>
        <w:br/>
        <w:t>vn 0.3746 -0.3616 -0.8538</w:t>
        <w:br/>
        <w:t>vn 0.3988 -0.3657 -0.8410</w:t>
        <w:br/>
        <w:t>vn -0.2305 0.6541 -0.7205</w:t>
        <w:br/>
        <w:t>vn -0.2575 0.4907 -0.8324</w:t>
        <w:br/>
        <w:t>vn -0.1729 0.6807 -0.7118</w:t>
        <w:br/>
        <w:t>vn -0.3502 0.3962 -0.8488</w:t>
        <w:br/>
        <w:t>vn -0.4897 0.3841 -0.7827</w:t>
        <w:br/>
        <w:t>vn -0.4183 0.6253 0.6588</w:t>
        <w:br/>
        <w:t>vn -0.2853 0.7567 0.5882</w:t>
        <w:br/>
        <w:t>vn -0.3971 0.5280 0.7507</w:t>
        <w:br/>
        <w:t>vn -0.5328 0.3859 -0.7531</w:t>
        <w:br/>
        <w:t>vn -0.5891 0.3540 -0.7264</w:t>
        <w:br/>
        <w:t>vn -0.1801 0.8243 0.5368</w:t>
        <w:br/>
        <w:t>vn 0.0157 0.8905 0.4547</w:t>
        <w:br/>
        <w:t>vn -0.6093 0.3260 -0.7228</w:t>
        <w:br/>
        <w:t>vn -0.6811 0.3279 -0.6547</w:t>
        <w:br/>
        <w:t>vn 0.1180 0.8935 0.4334</w:t>
        <w:br/>
        <w:t>vn 0.2209 0.9096 0.3519</w:t>
        <w:br/>
        <w:t>vn 0.3610 -0.3960 0.8443</w:t>
        <w:br/>
        <w:t>vn 0.2671 -0.6395 0.7209</w:t>
        <w:br/>
        <w:t>vn 0.2859 -0.4829 0.8277</w:t>
        <w:br/>
        <w:t>vn 0.2056 -0.6666 0.7165</w:t>
        <w:br/>
        <w:t>vn 0.4240 -0.5092 -0.7490</w:t>
        <w:br/>
        <w:t>vn 0.2998 -0.7471 -0.5933</w:t>
        <w:br/>
        <w:t>vn 0.4375 -0.6085 -0.6621</w:t>
        <w:br/>
        <w:t>vn 0.1851 -0.8239 -0.5356</w:t>
        <w:br/>
        <w:t>vn -0.0127 -0.8949 -0.4461</w:t>
        <w:br/>
        <w:t>vn 0.4938 -0.3827 0.7808</w:t>
        <w:br/>
        <w:t>vn 0.5431 -0.3734 0.7521</w:t>
        <w:br/>
        <w:t>vn -0.1091 -0.8983 -0.4256</w:t>
        <w:br/>
        <w:t>vn -0.2102 -0.9136 -0.3481</w:t>
        <w:br/>
        <w:t>vn 0.6034 -0.3338 0.7242</w:t>
        <w:br/>
        <w:t>vn -0.2421 -0.9174 -0.3158</w:t>
        <w:br/>
        <w:t>vn -0.4254 -0.9029 -0.0620</w:t>
        <w:br/>
        <w:t>vn 0.6250 -0.2951 0.7227</w:t>
        <w:br/>
        <w:t>vn 0.2525 0.9128 0.3211</w:t>
        <w:br/>
        <w:t>vn -0.4333 -0.8979 -0.0778</w:t>
        <w:br/>
        <w:t>vn 0.6859 -0.2978 0.6640</w:t>
        <w:br/>
        <w:t>vn 0.4361 0.8979 0.0606</w:t>
        <w:br/>
        <w:t>vn -0.6853 0.3180 -0.6552</w:t>
        <w:br/>
        <w:t>vn 0.6936 -0.2768 0.6650</w:t>
        <w:br/>
        <w:t>vn 0.4507 0.8888 0.0832</w:t>
        <w:br/>
        <w:t>vn -0.5492 -0.8199 0.1619</w:t>
        <w:br/>
        <w:t>vn -0.5338 -0.8237 0.1912</w:t>
        <w:br/>
        <w:t>vn 0.7056 -0.2263 0.6715</w:t>
        <w:br/>
        <w:t>vn 0.5578 0.8120 -0.1720</w:t>
        <w:br/>
        <w:t>vn 0.7210 -0.1426 0.6781</w:t>
        <w:br/>
        <w:t>vn -0.7151 0.2502 -0.6527</w:t>
        <w:br/>
        <w:t>vn 0.5310 0.8203 -0.2125</w:t>
        <w:br/>
        <w:t>vn -0.7292 0.1606 -0.6652</w:t>
        <w:br/>
        <w:t>vn 0.7454 -0.0558 0.6643</w:t>
        <w:br/>
        <w:t>vn 0.5429 -0.3565 -0.7603</w:t>
        <w:br/>
        <w:t>vn 0.5626 -0.1595 -0.8112</w:t>
        <w:br/>
        <w:t>vn 0.5359 -0.1659 -0.8278</w:t>
        <w:br/>
        <w:t>vn -0.5158 0.3033 0.8012</w:t>
        <w:br/>
        <w:t>vn -0.5005 0.4501 0.7395</w:t>
        <w:br/>
        <w:t>vn -0.4535 0.3265 0.8293</w:t>
        <w:br/>
        <w:t>vn 0.7781 -0.0407 0.6268</w:t>
        <w:br/>
        <w:t>vn -0.4986 0.5798 0.6444</w:t>
        <w:br/>
        <w:t>vn -0.7527 0.0696 -0.6547</w:t>
        <w:br/>
        <w:t>vn 0.5120 -0.5434 -0.6652</w:t>
        <w:br/>
        <w:t>vn -0.7800 0.0548 -0.6234</w:t>
        <w:br/>
        <w:t>vn -0.7335 0.1300 -0.6672</w:t>
        <w:br/>
        <w:t>vn -0.3446 0.8420 0.4150</w:t>
        <w:br/>
        <w:t>vn 0.7309 -0.1188 0.6720</w:t>
        <w:br/>
        <w:t>vn -0.2275 0.9418 0.2475</w:t>
        <w:br/>
        <w:t>vn 0.3505 -0.8343 -0.4255</w:t>
        <w:br/>
        <w:t>vn 0.6862 -0.1277 0.7161</w:t>
        <w:br/>
        <w:t>vn -0.6862 0.1370 -0.7144</w:t>
        <w:br/>
        <w:t>vn 0.2418 -0.9328 -0.2673</w:t>
        <w:br/>
        <w:t>vn -0.5702 0.0941 -0.8161</w:t>
        <w:br/>
        <w:t>vn -0.0313 0.9995 0.0087</w:t>
        <w:br/>
        <w:t>vn 0.5757 -0.0916 0.8125</w:t>
        <w:br/>
        <w:t>vn 0.0465 0.9974 -0.0544</w:t>
        <w:br/>
        <w:t>vn 0.0460 -0.9985 -0.0294</w:t>
        <w:br/>
        <w:t>vn 0.5818 -0.0704 0.8103</w:t>
        <w:br/>
        <w:t>vn -0.5780 0.0681 -0.8132</w:t>
        <w:br/>
        <w:t>vn -0.0389 -0.9983 0.0430</w:t>
        <w:br/>
        <w:t>vn -0.5292 0.0220 -0.8482</w:t>
        <w:br/>
        <w:t>vn -0.1818 -0.9612 0.2076</w:t>
        <w:br/>
        <w:t>vn -0.2063 -0.9672 0.1482</w:t>
        <w:br/>
        <w:t>vn 0.5310 -0.0261 0.8470</w:t>
        <w:br/>
        <w:t>vn -0.5511 -0.0658 -0.8319</w:t>
        <w:br/>
        <w:t>vn 0.1890 0.9697 -0.1548</w:t>
        <w:br/>
        <w:t>vn 0.5519 0.0601 0.8317</w:t>
        <w:br/>
        <w:t>vn 0.2003 0.9505 -0.2376</w:t>
        <w:br/>
        <w:t>vn -0.6117 -0.0886 -0.7861</w:t>
        <w:br/>
        <w:t>vn -0.2845 -0.8889 0.3590</w:t>
        <w:br/>
        <w:t>vn -0.6561 -0.1818 -0.7324</w:t>
        <w:br/>
        <w:t>vn 0.5955 0.0993 0.7972</w:t>
        <w:br/>
        <w:t>vn -0.2752 -0.8113 0.5158</w:t>
        <w:br/>
        <w:t>vn 0.2671 0.8594 -0.4360</w:t>
        <w:br/>
        <w:t>vn 0.6317 0.2056 0.7474</w:t>
        <w:br/>
        <w:t>vn 0.2387 0.8738 -0.4238</w:t>
        <w:br/>
        <w:t>vn 0.3205 0.6520 -0.6872</w:t>
        <w:br/>
        <w:t>vn 0.3416 0.6719 -0.6572</w:t>
        <w:br/>
        <w:t>vn -0.5062 -0.5248 -0.6843</w:t>
        <w:br/>
        <w:t>vn -0.2992 -0.7438 0.5978</w:t>
        <w:br/>
        <w:t>vn -0.4468 -0.5341 -0.7176</w:t>
        <w:br/>
        <w:t>vn -0.1220 -0.8673 -0.4826</w:t>
        <w:br/>
        <w:t>vn 0.5148 0.5141 0.6861</w:t>
        <w:br/>
        <w:t>vn -0.2794 -0.6049 0.7457</w:t>
        <w:br/>
        <w:t>vn 0.4487 0.5266 0.7221</w:t>
        <w:br/>
        <w:t>vn -0.3929 -0.4505 0.8017</w:t>
        <w:br/>
        <w:t>vn -0.1710 -0.8916 -0.4192</w:t>
        <w:br/>
        <w:t>vn 0.1623 0.8562 0.4904</w:t>
        <w:br/>
        <w:t>vn 0.4683 0.3876 -0.7940</w:t>
        <w:br/>
        <w:t>vn -0.4815 -0.2997 0.8236</w:t>
        <w:br/>
        <w:t>vn 0.2233 0.8789 0.4214</w:t>
        <w:br/>
        <w:t>vn -0.0086 -0.9180 -0.3964</w:t>
        <w:br/>
        <w:t>vn -0.5277 -0.2877 0.7993</w:t>
        <w:br/>
        <w:t>vn -0.0120 -0.9198 -0.3922</w:t>
        <w:br/>
        <w:t>vn 0.0409 -0.9274 -0.3717</w:t>
        <w:br/>
        <w:t>vn 0.4174 0.3132 -0.8531</w:t>
        <w:br/>
        <w:t>vn 0.5336 0.2838 -0.7967</w:t>
        <w:br/>
        <w:t>vn -0.4816 -0.3234 0.8145</w:t>
        <w:br/>
        <w:t>vn 0.0106 0.9183 0.3958</w:t>
        <w:br/>
        <w:t>vn 0.4816 0.3217 -0.8152</w:t>
        <w:br/>
        <w:t>vn 0.0136 0.9197 0.3924</w:t>
        <w:br/>
        <w:t>vn 0.5107 0.3232 -0.7967</w:t>
        <w:br/>
        <w:t>vn 0.5893 0.2934 -0.7527</w:t>
        <w:br/>
        <w:t>vn -0.0398 0.9279 0.3708</w:t>
        <w:br/>
        <w:t>vn 0.7249 0.2363 -0.6471</w:t>
        <w:br/>
        <w:t>vn -0.5145 -0.3232 0.7942</w:t>
        <w:br/>
        <w:t>vn 0.0823 -0.9362 -0.3418</w:t>
        <w:br/>
        <w:t>vn 0.3113 -0.9498 -0.0330</w:t>
        <w:br/>
        <w:t>vn -0.0822 0.9369 0.3399</w:t>
        <w:br/>
        <w:t>vn -0.5905 -0.2950 0.7512</w:t>
        <w:br/>
        <w:t>vn 0.7230 0.2413 -0.6473</w:t>
        <w:br/>
        <w:t>vn -0.3014 0.9524 0.0453</w:t>
        <w:br/>
        <w:t>vn 0.3110 -0.9496 -0.0390</w:t>
        <w:br/>
        <w:t>vn -0.7228 -0.2394 0.6483</w:t>
        <w:br/>
        <w:t>vn -0.3017 0.9521 0.0501</w:t>
        <w:br/>
        <w:t>vn -0.7203 -0.2461 0.6485</w:t>
        <w:br/>
        <w:t>vn 0.7827 0.1897 -0.5928</w:t>
        <w:br/>
        <w:t>vn 0.7729 0.1700 -0.6113</w:t>
        <w:br/>
        <w:t>vn -0.6011 0.5733 -0.5569</w:t>
        <w:br/>
        <w:t>vn -0.5960 0.5724 -0.5632</w:t>
        <w:br/>
        <w:t>vn -0.7797 -0.1923 0.5959</w:t>
        <w:br/>
        <w:t>vn 0.7911 0.0272 -0.6111</w:t>
        <w:br/>
        <w:t>vn -0.6113 -0.1239 -0.7817</w:t>
        <w:br/>
        <w:t>vn 0.7780 0.0206 -0.6279</w:t>
        <w:br/>
        <w:t>vn 0.7998 -0.0940 -0.5928</w:t>
        <w:br/>
        <w:t>vn -0.7698 -0.1717 0.6148</w:t>
        <w:br/>
        <w:t>vn 0.6056 -0.5569 0.5685</w:t>
        <w:br/>
        <w:t>vn 0.5997 -0.5552 0.5762</w:t>
        <w:br/>
        <w:t>vn 0.6081 0.1411 0.7812</w:t>
        <w:br/>
        <w:t>vn -0.5604 -0.4168 -0.7157</w:t>
        <w:br/>
        <w:t>vn -0.7767 -0.0694 0.6260</w:t>
        <w:br/>
        <w:t>vn 0.5534 0.4486 0.7018</w:t>
        <w:br/>
        <w:t>vn -0.7927 0.0171 0.6094</w:t>
        <w:br/>
        <w:t>vn 0.3808 0.8456 0.3740</w:t>
        <w:br/>
        <w:t>vn -0.3922 -0.8325 -0.3913</w:t>
        <w:br/>
        <w:t>vn 0.8006 -0.0675 -0.5954</w:t>
        <w:br/>
        <w:t>vn 0.7115 -0.0700 -0.6992</w:t>
        <w:br/>
        <w:t>vn -0.7984 0.0875 0.5958</w:t>
        <w:br/>
        <w:t>vn -0.3965 -0.8344 -0.3829</w:t>
        <w:br/>
        <w:t>vn 0.3871 0.8483 0.3613</w:t>
        <w:br/>
        <w:t>vn -0.8074 0.0819 0.5843</w:t>
        <w:br/>
        <w:t>vn 0.1764 0.9843 0.0102</w:t>
        <w:br/>
        <w:t>vn -0.7116 0.0687 0.6992</w:t>
        <w:br/>
        <w:t>vn 0.0457 0.9905 -0.1297</w:t>
        <w:br/>
        <w:t>vn -0.1827 -0.9830 -0.0168</w:t>
        <w:br/>
        <w:t>vn -0.7131 0.0557 0.6988</w:t>
        <w:br/>
        <w:t>vn 0.7134 -0.0558 -0.6985</w:t>
        <w:br/>
        <w:t>vn -0.0588 -0.9915 0.1162</w:t>
        <w:br/>
        <w:t>vn 0.5608 -0.1196 -0.8192</w:t>
        <w:br/>
        <w:t>vn 0.1046 -0.9585 0.2653</w:t>
        <w:br/>
        <w:t>vn -0.5617 0.1151 0.8193</w:t>
        <w:br/>
        <w:t>vn 0.1592 -0.9476 0.2771</w:t>
        <w:br/>
        <w:t>vn -0.1151 0.9534 -0.2788</w:t>
        <w:br/>
        <w:t>vn -0.5644 0.1349 0.8144</w:t>
        <w:br/>
        <w:t>vn -0.1591 0.9444 -0.2879</w:t>
        <w:br/>
        <w:t>vn 0.5619 -0.1389 -0.8155</w:t>
        <w:br/>
        <w:t>vn 0.4543 -0.1839 -0.8716</w:t>
        <w:br/>
        <w:t>vn -0.2646 0.9045 -0.3345</w:t>
        <w:br/>
        <w:t>vn -0.4476 0.2081 0.8697</w:t>
        <w:br/>
        <w:t>vn -0.3171 0.8657 -0.3873</w:t>
        <w:br/>
        <w:t>vn 0.2819 -0.9030 0.3243</w:t>
        <w:br/>
        <w:t>vn -0.4389 0.1725 0.8818</w:t>
        <w:br/>
        <w:t>vn 0.4287 -0.2269 -0.8745</w:t>
        <w:br/>
        <w:t>vn 0.3377 -0.8622 0.3777</w:t>
        <w:br/>
        <w:t>vn 0.3813 -0.2967 -0.8755</w:t>
        <w:br/>
        <w:t>vn -0.4101 0.3626 0.8369</w:t>
        <w:br/>
        <w:t>vn 0.4184 -0.7936 0.4417</w:t>
        <w:br/>
        <w:t>vn -0.3881 0.8059 -0.4472</w:t>
        <w:br/>
        <w:t>vn -0.3565 0.3512 0.8658</w:t>
        <w:br/>
        <w:t>vn -0.3176 0.7631 -0.5629</w:t>
        <w:br/>
        <w:t>vn 0.4420 -0.3931 -0.8062</w:t>
        <w:br/>
        <w:t>vn 0.3426 -0.7515 0.5638</w:t>
        <w:br/>
        <w:t>vn 0.4241 -0.5092 -0.7489</w:t>
        <w:br/>
        <w:t>vn -0.1729 0.6808 -0.7118</w:t>
        <w:br/>
        <w:t>vn -0.7451 -0.0825 0.6618</w:t>
        <w:br/>
        <w:t>vn -0.7762 0.1033 0.6219</w:t>
        <w:br/>
        <w:t>vn -0.7296 -0.2198 0.6476</w:t>
        <w:br/>
        <w:t>vn -0.7893 0.2015 0.5800</w:t>
        <w:br/>
        <w:t>vn -0.8418 0.2794 0.4618</w:t>
        <w:br/>
        <w:t>vn -0.6720 0.0118 -0.7404</w:t>
        <w:br/>
        <w:t>vn -0.5371 -0.6371 -0.5529</w:t>
        <w:br/>
        <w:t>vn -0.6532 0.0383 -0.7562</w:t>
        <w:br/>
        <w:t>vn -0.8789 0.3289 0.3455</w:t>
        <w:br/>
        <w:t>vn -0.9467 0.2763 0.1656</w:t>
        <w:br/>
        <w:t>vn -0.5401 -0.6405 -0.5459</w:t>
        <w:br/>
        <w:t>vn 0.7981 -0.2104 -0.5646</w:t>
        <w:br/>
        <w:t>vn 0.7527 0.0574 -0.6559</w:t>
        <w:br/>
        <w:t>vn 0.7833 -0.1282 -0.6083</w:t>
        <w:br/>
        <w:t>vn -0.3165 -0.9486 -0.0041</w:t>
        <w:br/>
        <w:t>vn -0.3179 -0.9481 0.0063</w:t>
        <w:br/>
        <w:t>vn -0.9755 0.2152 0.0464</w:t>
        <w:br/>
        <w:t>vn -0.1379 -0.8134 0.5651</w:t>
        <w:br/>
        <w:t>vn -0.9960 0.0827 -0.0347</w:t>
        <w:br/>
        <w:t>vn 0.8891 -0.3261 -0.3213</w:t>
        <w:br/>
        <w:t>vn 0.8551 -0.2854 -0.4329</w:t>
        <w:br/>
        <w:t>vn -0.9976 0.0109 -0.0683</w:t>
        <w:br/>
        <w:t>vn -0.9855 -0.1676 -0.0265</w:t>
        <w:br/>
        <w:t>vn 0.3414 0.9361 0.0845</w:t>
        <w:br/>
        <w:t>vn 0.5568 0.5714 0.6028</w:t>
        <w:br/>
        <w:t>vn 0.3510 0.9284 0.1218</w:t>
        <w:br/>
        <w:t>vn 0.1688 0.8540 -0.4921</w:t>
        <w:br/>
        <w:t>vn -0.9520 -0.3051 0.0240</w:t>
        <w:br/>
        <w:t>vn -0.8437 -0.4526 0.2886</w:t>
        <w:br/>
        <w:t>vn 0.0923 0.6595 -0.7460</w:t>
        <w:br/>
        <w:t>vn 0.0418 0.3128 -0.9489</w:t>
        <w:br/>
        <w:t>vn 0.9515 -0.2718 -0.1444</w:t>
        <w:br/>
        <w:t>vn 0.5550 0.5900 0.5864</w:t>
        <w:br/>
        <w:t>vn 0.6409 0.0433 0.7664</w:t>
        <w:br/>
        <w:t>vn 0.6805 -0.2163 0.7001</w:t>
        <w:br/>
        <w:t>vn 0.7337 0.1930 -0.6514</w:t>
        <w:br/>
        <w:t>vn 0.9765 -0.2107 -0.0459</w:t>
        <w:br/>
        <w:t>vn -0.0867 -0.6369 0.7661</w:t>
        <w:br/>
        <w:t>vn -0.0405 -0.2709 0.9618</w:t>
        <w:br/>
        <w:t>vn 0.0169 0.1585 -0.9872</w:t>
        <w:br/>
        <w:t>vn 0.9968 -0.0722 0.0339</w:t>
        <w:br/>
        <w:t>vn 0.0677 -0.3884 -0.9190</w:t>
        <w:br/>
        <w:t>vn -0.0254 -0.0878 0.9958</w:t>
        <w:br/>
        <w:t>vn 0.9981 0.0016 0.0618</w:t>
        <w:br/>
        <w:t>vn -0.0911 0.4635 0.8814</w:t>
        <w:br/>
        <w:t>vn 0.0738 -0.4168 -0.9060</w:t>
        <w:br/>
        <w:t>vn 0.9682 0.2495 -0.0153</w:t>
        <w:br/>
        <w:t>vn -0.0875 0.4716 0.8775</w:t>
        <w:br/>
        <w:t>vn 0.9663 0.2575 -0.0063</w:t>
        <w:br/>
        <w:t>vn -0.3410 0.8853 0.3160</w:t>
        <w:br/>
        <w:t>vn 0.8665 0.4401 -0.2356</w:t>
        <w:br/>
        <w:t>vn 0.3046 -0.8715 -0.3844</w:t>
        <w:br/>
        <w:t>vn 0.8126 0.4620 -0.3553</w:t>
        <w:br/>
        <w:t>vn 0.2827 -0.8677 -0.4090</w:t>
        <w:br/>
        <w:t>vn 0.5705 -0.8029 0.1730</w:t>
        <w:br/>
        <w:t>vn -0.3327 0.8876 0.3185</w:t>
        <w:br/>
        <w:t>vn -0.8412 -0.4534 0.2946</w:t>
        <w:br/>
        <w:t>vn 0.6342 -0.6321 0.4452</w:t>
        <w:br/>
        <w:t>vn 0.7282 0.3927 -0.5616</w:t>
        <w:br/>
        <w:t>vn 0.7255 0.3995 -0.5604</w:t>
        <w:br/>
        <w:t>vn -0.6486 0.6659 -0.3685</w:t>
        <w:br/>
        <w:t>vn -0.6188 0.6874 -0.3802</w:t>
        <w:br/>
        <w:t>vn -0.7256 -0.4040 0.5571</w:t>
        <w:br/>
        <w:t>vn -0.7252 -0.4123 0.5514</w:t>
        <w:br/>
        <w:t>vn 0.7337 0.2482 0.6325</w:t>
        <w:br/>
        <w:t>vn 0.7298 -0.0246 0.6833</w:t>
        <w:br/>
        <w:t>vn 0.7633 -0.2201 0.6073</w:t>
        <w:br/>
        <w:t>vn 0.6960 0.4663 0.5460</w:t>
        <w:br/>
        <w:t>vn 0.6925 0.5531 0.4631</w:t>
        <w:br/>
        <w:t>vn 0.7312 -0.4881 -0.4765</w:t>
        <w:br/>
        <w:t>vn 0.6799 0.1575 -0.7162</w:t>
        <w:br/>
        <w:t>vn 0.6952 0.1721 -0.6979</w:t>
        <w:br/>
        <w:t>vn 0.6810 0.5788 0.4487</w:t>
        <w:br/>
        <w:t>vn 0.7585 0.5318 0.3766</w:t>
        <w:br/>
        <w:t>vn 0.6990 -0.5110 -0.5002</w:t>
        <w:br/>
        <w:t>vn -0.7510 -0.2403 -0.6150</w:t>
        <w:br/>
        <w:t>vn -0.7583 -0.0512 -0.6499</w:t>
        <w:br/>
        <w:t>vn -0.7096 -0.4434 -0.5476</w:t>
        <w:br/>
        <w:t>vn 0.5447 -0.8290 0.1267</w:t>
        <w:br/>
        <w:t>vn 0.5738 -0.8073 0.1380</w:t>
        <w:br/>
        <w:t>vn 0.8458 0.4701 0.2522</w:t>
        <w:br/>
        <w:t>vn 0.2588 -0.7701 0.5831</w:t>
        <w:br/>
        <w:t>vn 0.9498 0.2791 0.1415</w:t>
        <w:br/>
        <w:t>vn -0.7139 -0.5442 -0.4407</w:t>
        <w:br/>
        <w:t>vn -0.7058 -0.5665 -0.4254</w:t>
        <w:br/>
        <w:t>vn 0.9895 0.1254 0.0723</w:t>
        <w:br/>
        <w:t>vn 0.9851 -0.1456 0.0915</w:t>
        <w:br/>
        <w:t>vn 0.0906 -0.6512 0.7535</w:t>
        <w:br/>
        <w:t>vn -0.0615 -0.3273 0.9429</w:t>
        <w:br/>
        <w:t>vn -0.8071 0.0354 -0.5894</w:t>
        <w:br/>
        <w:t>vn -0.6729 0.5097 0.5361</w:t>
        <w:br/>
        <w:t>vn -0.6058 -0.0724 0.7923</w:t>
        <w:br/>
        <w:t>vn -0.6683 0.4861 0.5631</w:t>
        <w:br/>
        <w:t>vn -0.6022 -0.4423 0.6646</w:t>
        <w:br/>
        <w:t>vn -0.5691 0.8219 -0.0234</w:t>
        <w:br/>
        <w:t>vn -0.6091 0.7927 -0.0259</w:t>
        <w:br/>
        <w:t>vn -0.3043 0.8123 -0.4975</w:t>
        <w:br/>
        <w:t>vn -0.0922 0.6857 -0.7220</w:t>
        <w:br/>
        <w:t>vn -0.7888 -0.5080 -0.3460</w:t>
        <w:br/>
        <w:t>vn -0.8652 -0.4385 -0.2431</w:t>
        <w:br/>
        <w:t>vn 0.0670 0.3987 -0.9146</w:t>
        <w:br/>
        <w:t>vn 0.1322 0.2250 -0.9653</w:t>
        <w:br/>
        <w:t>vn -0.9617 -0.2374 -0.1368</w:t>
        <w:br/>
        <w:t>vn 0.0930 -0.3357 -0.9374</w:t>
        <w:br/>
        <w:t>vn -0.9917 -0.0947 -0.0867</w:t>
        <w:br/>
        <w:t>vn -0.1069 -0.1310 0.9856</w:t>
        <w:br/>
        <w:t>vn 0.0754 -0.3738 -0.9244</w:t>
        <w:br/>
        <w:t>vn -0.9778 0.1768 -0.1123</w:t>
        <w:br/>
        <w:t>vn 0.0117 -0.6906 -0.7231</w:t>
        <w:br/>
        <w:t>vn -0.9258 0.3463 -0.1515</w:t>
        <w:br/>
        <w:t>vn -0.8225 0.4470 -0.3516</w:t>
        <w:br/>
        <w:t>vn -0.0235 0.4549 0.8902</w:t>
        <w:br/>
        <w:t>vn -0.0241 0.4612 0.8870</w:t>
        <w:br/>
        <w:t>vn 0.9328 -0.3381 0.1247</w:t>
        <w:br/>
        <w:t>vn 0.8255 -0.4138 0.3840</w:t>
        <w:br/>
        <w:t>vn 0.0863 0.7720 0.6298</w:t>
        <w:br/>
        <w:t>vn -0.7950 0.5024 -0.3400</w:t>
        <w:br/>
        <w:t>vn 0.7761 -0.5152 0.3637</w:t>
        <w:br/>
        <w:t>vn 0.0706 0.7727 0.6308</w:t>
        <w:br/>
        <w:t>vn 0.7549 -0.3124 0.5766</w:t>
        <w:br/>
        <w:t>vn 0.6335 0.7275 -0.2634</w:t>
        <w:br/>
        <w:t>vn 0.6234 0.6093 -0.4901</w:t>
        <w:br/>
        <w:t>vn 0.6007 0.7345 -0.3156</w:t>
        <w:br/>
        <w:t>vn 0.7888 -0.2434 0.5644</w:t>
        <w:br/>
        <w:t>vn 0.7298 -0.0246 0.6832</w:t>
        <w:br/>
        <w:t>vn 0.5967 0.6155 -0.5150</w:t>
        <w:br/>
        <w:t>vn -0.8072 0.2243 -0.5460</w:t>
        <w:br/>
        <w:t>vn 0.0821 -0.6676 -0.7400</w:t>
        <w:br/>
        <w:t>vn -0.5598 -0.7923 0.2428</w:t>
        <w:br/>
        <w:t>vn -0.5558 -0.7811 0.2847</w:t>
        <w:br/>
        <w:t>vn -0.5727 -0.8082 0.1373</w:t>
        <w:br/>
        <w:t>vn -0.8200 0.1811 -0.5429</w:t>
        <w:br/>
        <w:t>vn -0.5168 -0.7353 0.4385</w:t>
        <w:br/>
        <w:t>vn -0.6058 -0.0723 0.7923</w:t>
        <w:br/>
        <w:t>vn -0.3101 -0.9432 -0.1195</w:t>
        <w:br/>
        <w:t>vn -0.3037 -0.9462 -0.1116</w:t>
        <w:br/>
        <w:t>vn -0.3218 -0.9401 -0.1128</w:t>
        <w:br/>
        <w:t>vn -0.2691 -0.9561 -0.1162</w:t>
        <w:br/>
        <w:t>vn -0.2398 -0.9662 -0.0945</w:t>
        <w:br/>
        <w:t>vn -0.7625 0.3012 0.5726</w:t>
        <w:br/>
        <w:t>vn -0.7831 0.3152 0.5361</w:t>
        <w:br/>
        <w:t>vn -0.7626 0.2995 0.5733</w:t>
        <w:br/>
        <w:t>vn -0.1828 -0.9796 -0.0837</w:t>
        <w:br/>
        <w:t>vn -0.1480 -0.9857 -0.0806</w:t>
        <w:br/>
        <w:t>vn -0.8141 0.2575 0.5205</w:t>
        <w:br/>
        <w:t>vn -0.9239 0.2172 0.3150</w:t>
        <w:br/>
        <w:t>vn 0.3048 0.9461 0.1091</w:t>
        <w:br/>
        <w:t>vn 0.3129 0.9418 0.1233</w:t>
        <w:br/>
        <w:t>vn 0.3252 0.9385 0.1163</w:t>
        <w:br/>
        <w:t>vn 0.2690 0.9568 0.1100</w:t>
        <w:br/>
        <w:t>vn 0.2395 0.9666 0.0914</w:t>
        <w:br/>
        <w:t>vn 0.1830 0.9790 0.0904</w:t>
        <w:br/>
        <w:t>vn -0.9296 0.1623 0.3310</w:t>
        <w:br/>
        <w:t>vn 0.1485 0.9847 0.0908</w:t>
        <w:br/>
        <w:t>vn -0.0730 -0.9930 -0.0924</w:t>
        <w:br/>
        <w:t>vn 0.0729 0.9923 0.1003</w:t>
        <w:br/>
        <w:t>vn -0.9814 0.1863 0.0460</w:t>
        <w:br/>
        <w:t>vn -0.9795 0.1973 0.0403</w:t>
        <w:br/>
        <w:t>vn -0.0156 -0.9983 -0.0555</w:t>
        <w:br/>
        <w:t>vn 0.0119 0.9976 0.0681</w:t>
        <w:br/>
        <w:t>vn 0.0003 -0.9982 -0.0602</w:t>
        <w:br/>
        <w:t>vn -0.9562 0.1729 -0.2364</w:t>
        <w:br/>
        <w:t>vn 0.0506 -0.9986 0.0162</w:t>
        <w:br/>
        <w:t>vn 0.0182 -0.9998 -0.0041</w:t>
        <w:br/>
        <w:t>vn -0.9201 0.0570 -0.3876</w:t>
        <w:br/>
        <w:t>vn -0.8348 0.0039 -0.5505</w:t>
        <w:br/>
        <w:t>vn -0.0016 0.9975 0.0710</w:t>
        <w:br/>
        <w:t>vn -0.8694 -0.1298 -0.4767</w:t>
        <w:br/>
        <w:t>vn -0.0259 0.9994 0.0244</w:t>
        <w:br/>
        <w:t>vn -0.0632 0.9980 0.0097</w:t>
        <w:br/>
        <w:t>vn 0.0713 0.4330 0.8986</w:t>
        <w:br/>
        <w:t>vn 0.0638 0.4476 0.8920</w:t>
        <w:br/>
        <w:t>vn 0.0461 0.4462 0.8938</w:t>
        <w:br/>
        <w:t>vn 0.0882 0.4189 0.9037</w:t>
        <w:br/>
        <w:t>vn 0.0939 0.4107 0.9069</w:t>
        <w:br/>
        <w:t>vn -0.9761 -0.1120 0.1861</w:t>
        <w:br/>
        <w:t>vn -0.9740 -0.1368 0.1806</w:t>
        <w:br/>
        <w:t>vn -0.9807 -0.1392 0.1370</w:t>
        <w:br/>
        <w:t>vn 0.1000 0.4174 0.9032</w:t>
        <w:br/>
        <w:t>vn 0.1041 0.4215 0.9008</w:t>
        <w:br/>
        <w:t>vn -0.9712 -0.0849 0.2227</w:t>
        <w:br/>
        <w:t>vn -0.9790 0.0115 0.2035</w:t>
        <w:br/>
        <w:t>vn -0.0622 -0.4494 -0.8912</w:t>
        <w:br/>
        <w:t>vn -0.0698 -0.4354 -0.8975</w:t>
        <w:br/>
        <w:t>vn -0.0437 -0.4473 -0.8933</w:t>
        <w:br/>
        <w:t>vn -0.0877 -0.4223 -0.9022</w:t>
        <w:br/>
        <w:t>vn -0.0938 -0.4133 -0.9057</w:t>
        <w:br/>
        <w:t>vn -0.1007 -0.4187 -0.9025</w:t>
        <w:br/>
        <w:t>vn -0.9761 0.0848 0.1999</w:t>
        <w:br/>
        <w:t>vn -0.1034 -0.4170 -0.9030</w:t>
        <w:br/>
        <w:t>vn -0.9472 0.2995 0.1146</w:t>
        <w:br/>
        <w:t>vn 0.1039 0.4217 0.9008</w:t>
        <w:br/>
        <w:t>vn -0.1039 -0.4173 -0.9028</w:t>
        <w:br/>
        <w:t>vn -0.8972 0.4376 0.0601</w:t>
        <w:br/>
        <w:t>vn -0.1070 -0.4089 -0.9063</w:t>
        <w:br/>
        <w:t>vn -0.1044 -0.4099 -0.9061</w:t>
        <w:br/>
        <w:t>vn -0.8294 0.5587 0.0042</w:t>
        <w:br/>
        <w:t>vn -0.8272 0.5619 -0.0051</w:t>
        <w:br/>
        <w:t>vn 0.1062 0.4185 0.9020</w:t>
        <w:br/>
        <w:t>vn 0.1091 0.4173 0.9022</w:t>
        <w:br/>
        <w:t>vn 0.2713 -0.9541 -0.1271</w:t>
        <w:br/>
        <w:t>vn 0.2754 -0.9533 -0.1240</w:t>
        <w:br/>
        <w:t>vn 0.2880 -0.9505 -0.1164</w:t>
        <w:br/>
        <w:t>vn 0.2348 -0.9622 -0.1378</w:t>
        <w:br/>
        <w:t>vn 0.8224 0.2851 0.4923</w:t>
        <w:br/>
        <w:t>vn 0.7652 0.2511 0.5928</w:t>
        <w:br/>
        <w:t>vn 0.7655 0.2462 0.5945</w:t>
        <w:br/>
        <w:t>vn 0.1707 -0.9758 -0.1370</w:t>
        <w:br/>
        <w:t>vn -0.2822 0.9499 0.1344</w:t>
        <w:br/>
        <w:t>vn -0.2774 0.9510 0.1365</w:t>
        <w:br/>
        <w:t>vn -0.2964 0.9467 0.1259</w:t>
        <w:br/>
        <w:t>vn 0.1773 -0.9743 -0.1391</w:t>
        <w:br/>
        <w:t>vn -0.2397 0.9596 0.1477</w:t>
        <w:br/>
        <w:t>vn 0.8741 0.2862 0.3925</w:t>
        <w:br/>
        <w:t>vn 0.9370 0.2988 0.1809</w:t>
        <w:br/>
        <w:t>vn -0.2107 0.9663 0.1478</w:t>
        <w:br/>
        <w:t>vn 0.1060 -0.9889 -0.1039</w:t>
        <w:br/>
        <w:t>vn -0.1441 0.9788 0.1457</w:t>
        <w:br/>
        <w:t>vn 0.9667 0.2368 0.0974</w:t>
        <w:br/>
        <w:t>vn 0.9697 0.1875 -0.1566</w:t>
        <w:br/>
        <w:t>vn -0.0752 0.9930 0.0905</w:t>
        <w:br/>
        <w:t>vn 0.0368 -0.9971 -0.0672</w:t>
        <w:br/>
        <w:t>vn -0.0744 0.9928 0.0934</w:t>
        <w:br/>
        <w:t>vn 0.9769 0.1666 -0.1337</w:t>
        <w:br/>
        <w:t>vn 0.0426 0.9967 0.0695</w:t>
        <w:br/>
        <w:t>vn 0.9312 0.0533 -0.3607</w:t>
        <w:br/>
        <w:t>vn 0.0499 0.9960 0.0737</w:t>
        <w:br/>
        <w:t>vn 0.1102 0.9892 0.0969</w:t>
        <w:br/>
        <w:t>vn 0.1506 0.9856 0.0768</w:t>
        <w:br/>
        <w:t>vn 0.9090 -0.0398 -0.4149</w:t>
        <w:br/>
        <w:t>vn 0.9266 -0.1903 -0.3243</w:t>
        <w:br/>
        <w:t>vn 0.9058 0.1145 -0.4080</w:t>
        <w:br/>
        <w:t>vn -0.0039 -0.9988 -0.0497</w:t>
        <w:br/>
        <w:t>vn -0.0751 -0.9959 -0.0507</w:t>
        <w:br/>
        <w:t>vn -0.0974 -0.9931 -0.0658</w:t>
        <w:br/>
        <w:t>vn -0.1360 -0.9895 -0.0489</w:t>
        <w:br/>
        <w:t>vn 0.0056 0.4823 0.8760</w:t>
        <w:br/>
        <w:t>vn -0.0037 0.4565 0.8897</w:t>
        <w:br/>
        <w:t>vn 0.0202 0.4802 0.8769</w:t>
        <w:br/>
        <w:t>vn -0.0239 0.4312 0.9020</w:t>
        <w:br/>
        <w:t>vn -0.0358 0.4021 0.9149</w:t>
        <w:br/>
        <w:t>vn 0.9503 -0.2548 0.1790</w:t>
        <w:br/>
        <w:t>vn 0.9719 -0.1619 0.1710</w:t>
        <w:br/>
        <w:t>vn 0.9575 -0.2490 0.1453</w:t>
        <w:br/>
        <w:t>vn 0.0004 -0.4553 -0.8903</w:t>
        <w:br/>
        <w:t>vn -0.0091 -0.4796 -0.8774</w:t>
        <w:br/>
        <w:t>vn -0.0247 -0.4766 -0.8788</w:t>
        <w:br/>
        <w:t>vn 0.0214 -0.4319 -0.9017</w:t>
        <w:br/>
        <w:t>vn 0.9683 -0.1753 0.1782</w:t>
        <w:br/>
        <w:t>vn 0.0337 -0.4038 -0.9142</w:t>
        <w:br/>
        <w:t>vn 0.9892 0.0293 0.1437</w:t>
        <w:br/>
        <w:t>vn 0.0384 -0.4040 -0.9140</w:t>
        <w:br/>
        <w:t>vn -0.0403 0.4022 0.9147</w:t>
        <w:br/>
        <w:t>vn 0.9887 0.0393 0.1445</w:t>
        <w:br/>
        <w:t>vn -0.0448 0.4150 0.9087</w:t>
        <w:br/>
        <w:t>vn 0.9833 0.1278 0.1295</w:t>
        <w:br/>
        <w:t>vn -0.0415 0.4155 0.9086</w:t>
        <w:br/>
        <w:t>vn -0.0533 0.4257 0.9033</w:t>
        <w:br/>
        <w:t>vn 0.0430 -0.4161 -0.9083</w:t>
        <w:br/>
        <w:t>vn 0.9811 0.1302 0.1430</w:t>
        <w:br/>
        <w:t>vn 0.0402 -0.4162 -0.9084</w:t>
        <w:br/>
        <w:t>vn 0.0497 -0.4231 -0.9047</w:t>
        <w:br/>
        <w:t>vn -0.0546 0.4256 0.9033</w:t>
        <w:br/>
        <w:t>vn 0.9665 0.2373 0.0977</w:t>
        <w:br/>
        <w:t>vn -0.0573 0.4217 0.9049</w:t>
        <w:br/>
        <w:t>vn -0.0610 0.4208 0.9051</w:t>
        <w:br/>
        <w:t>vn 0.9393 0.3385 0.0565</w:t>
        <w:br/>
        <w:t>vn 0.9003 0.4352 0.0096</w:t>
        <w:br/>
        <w:t>vn 0.0511 -0.4231 -0.9047</w:t>
        <w:br/>
        <w:t>vn 0.9017 0.4320 0.0175</w:t>
        <w:br/>
        <w:t>vn 0.0519 -0.4156 -0.9081</w:t>
        <w:br/>
        <w:t>vn 0.0548 -0.4149 -0.9082</w:t>
        <w:br/>
        <w:t>vn 0.0316 0.3652 0.9304</w:t>
        <w:br/>
        <w:t>vn 0.0317 0.3760 0.9261</w:t>
        <w:br/>
        <w:t>vn 0.0653 0.3540 0.9330</w:t>
        <w:br/>
        <w:t>vn 0.0989 0.3340 0.9374</w:t>
        <w:br/>
        <w:t>vn 0.9515 -0.2377 -0.1954</w:t>
        <w:br/>
        <w:t>vn 0.9599 -0.2017 -0.1946</w:t>
        <w:br/>
        <w:t>vn 0.9429 -0.2352 -0.2357</w:t>
        <w:br/>
        <w:t>vn 0.2100 0.3295 0.9205</w:t>
        <w:br/>
        <w:t>vn 0.3008 0.3786 0.8753</w:t>
        <w:br/>
        <w:t>vn 0.9720 -0.1652 -0.1670</w:t>
        <w:br/>
        <w:t>vn 0.9800 -0.0879 -0.1788</w:t>
        <w:br/>
        <w:t>vn -0.0317 -0.3723 -0.9276</w:t>
        <w:br/>
        <w:t>vn -0.0318 -0.3856 -0.9221</w:t>
        <w:br/>
        <w:t>vn -0.0659 -0.3581 -0.9313</w:t>
        <w:br/>
        <w:t>vn -0.1709 -0.3268 -0.9295</w:t>
        <w:br/>
        <w:t>vn 0.9715 -0.0485 -0.2321</w:t>
        <w:br/>
        <w:t>vn -0.1342 -0.3266 -0.9356</w:t>
        <w:br/>
        <w:t>vn 0.3443 0.3777 0.8595</w:t>
        <w:br/>
        <w:t>vn 0.9160 0.1094 -0.3860</w:t>
        <w:br/>
        <w:t>vn 0.3505 0.4312 0.8314</w:t>
        <w:br/>
        <w:t>vn 0.3745 0.4328 0.8200</w:t>
        <w:br/>
        <w:t>vn 0.8228 0.1471 -0.5490</w:t>
        <w:br/>
        <w:t>vn 0.8422 0.2250 -0.4900</w:t>
        <w:br/>
        <w:t>vn -0.2915 -0.3269 -0.8990</w:t>
        <w:br/>
        <w:t>vn 0.9075 0.1472 -0.3934</w:t>
        <w:br/>
        <w:t>vn -0.3800 -0.3458 -0.8579</w:t>
        <w:br/>
        <w:t>vn -0.3807 -0.3695 -0.8477</w:t>
        <w:br/>
        <w:t>vn -0.4048 -0.3736 -0.8346</w:t>
        <w:br/>
        <w:t>vn -0.4352 0.8604 -0.2651</w:t>
        <w:br/>
        <w:t>vn -0.0068 0.9954 0.0960</w:t>
        <w:br/>
        <w:t>vn -0.5441 0.1674 -0.8221</w:t>
        <w:br/>
        <w:t>vn -0.6716 0.4117 -0.6160</w:t>
        <w:br/>
        <w:t>vn -0.5442 0.1674 -0.8221</w:t>
        <w:br/>
        <w:t>vn -0.5139 0.7289 -0.4524</w:t>
        <w:br/>
        <w:t>vn -0.7957 0.5266 -0.2993</w:t>
        <w:br/>
        <w:t>vn -0.6196 0.7691 -0.1569</w:t>
        <w:br/>
        <w:t>vn -0.6219 -0.2572 -0.7397</w:t>
        <w:br/>
        <w:t>vn -0.7007 -0.2585 -0.6650</w:t>
        <w:br/>
        <w:t>vn -0.8643 -0.2264 -0.4492</w:t>
        <w:br/>
        <w:t>vn -0.4193 -0.3032 -0.8557</w:t>
        <w:br/>
        <w:t>vn -0.5723 0.8200 0.0131</w:t>
        <w:br/>
        <w:t>vn -0.3993 -0.2838 -0.8718</w:t>
        <w:br/>
        <w:t>vn -0.5552 0.8316 0.0092</w:t>
        <w:br/>
        <w:t>vn -0.5879 -0.2061 -0.7822</w:t>
        <w:br/>
        <w:t>vn -0.3893 -0.1035 -0.9153</w:t>
        <w:br/>
        <w:t>vn -0.8953 -0.1748 -0.4096</w:t>
        <w:br/>
        <w:t>vn -0.9813 -0.1847 -0.0536</w:t>
        <w:br/>
        <w:t>vn -0.3409 -0.0227 -0.9398</w:t>
        <w:br/>
        <w:t>vn -0.0730 -0.0614 -0.9954</w:t>
        <w:br/>
        <w:t>vn -0.9181 -0.1453 -0.3689</w:t>
        <w:br/>
        <w:t>vn -0.0562 -0.0471 -0.9973</w:t>
        <w:br/>
        <w:t>vn -0.9815 -0.1651 -0.0972</w:t>
        <w:br/>
        <w:t>vn -0.5207 0.8279 0.2083</w:t>
        <w:br/>
        <w:t>vn -0.4220 0.8684 0.2605</w:t>
        <w:br/>
        <w:t>vn -0.9581 -0.1550 0.2409</w:t>
        <w:br/>
        <w:t>vn -0.9223 -0.1546 0.3541</w:t>
        <w:br/>
        <w:t>vn -0.2287 0.8019 0.5520</w:t>
        <w:br/>
        <w:t>vn -0.0012 0.6609 0.7504</w:t>
        <w:br/>
        <w:t>vn -0.8843 -0.1395 0.4456</w:t>
        <w:br/>
        <w:t>vn -0.8884 -0.1118 0.4453</w:t>
        <w:br/>
        <w:t>vn 0.1497 0.2395 0.9593</w:t>
        <w:br/>
        <w:t>vn -0.8962 -0.1627 0.4128</w:t>
        <w:br/>
        <w:t>vn 0.3002 -0.0926 0.9494</w:t>
        <w:br/>
        <w:t>vn -0.8875 -0.1216 0.4445</w:t>
        <w:br/>
        <w:t>vn -0.8632 -0.1697 0.4755</w:t>
        <w:br/>
        <w:t>vn 0.3701 -0.2160 0.9035</w:t>
        <w:br/>
        <w:t>vn -0.9723 -0.1287 0.1951</w:t>
        <w:br/>
        <w:t>vn 0.4103 -0.2542 0.8758</w:t>
        <w:br/>
        <w:t>vn 0.3992 -0.2898 0.8699</w:t>
        <w:br/>
        <w:t>vn 0.4312 -0.1713 0.8859</w:t>
        <w:br/>
        <w:t>vn 0.4031 -0.2089 0.8910</w:t>
        <w:br/>
        <w:t>vn 0.3804 -0.2547 0.8891</w:t>
        <w:br/>
        <w:t>vn 0.3645 -0.3007 0.8813</w:t>
        <w:br/>
        <w:t>vn 0.3881 -0.3078 0.8687</w:t>
        <w:br/>
        <w:t>vn -0.8701 -0.0961 0.4835</w:t>
        <w:br/>
        <w:t>vn -0.7870 -0.1447 0.5997</w:t>
        <w:br/>
        <w:t>vn -0.8195 -0.2097 0.5334</w:t>
        <w:br/>
        <w:t>vn -0.8495 -0.0691 0.5230</w:t>
        <w:br/>
        <w:t>vn -0.9439 -0.0754 0.3215</w:t>
        <w:br/>
        <w:t>vn -0.9746 -0.0621 0.2152</w:t>
        <w:br/>
        <w:t>vn -0.9773 -0.0696 0.2001</w:t>
        <w:br/>
        <w:t>vn -0.9400 -0.0968 0.3272</w:t>
        <w:br/>
        <w:t>vn -0.9941 -0.0625 0.0887</w:t>
        <w:br/>
        <w:t>vn -0.8160 -0.1169 0.5662</w:t>
        <w:br/>
        <w:t>vn -0.9749 -0.0518 0.2167</w:t>
        <w:br/>
        <w:t>vn -0.9414 -0.0288 0.3361</w:t>
        <w:br/>
        <w:t>vn -0.9504 -0.0215 0.3103</w:t>
        <w:br/>
        <w:t>vn -0.9939 -0.0552 -0.0954</w:t>
        <w:br/>
        <w:t>vn -0.6579 -0.1124 0.7447</w:t>
        <w:br/>
        <w:t>vn -0.6323 -0.1134 0.7664</w:t>
        <w:br/>
        <w:t>vn -0.8699 -0.0349 -0.4920</w:t>
        <w:br/>
        <w:t>vn -0.6074 -0.1085 0.7869</w:t>
        <w:br/>
        <w:t>vn -0.5933 -0.1103 0.7974</w:t>
        <w:br/>
        <w:t>vn -0.7816 -0.1114 0.6138</w:t>
        <w:br/>
        <w:t>vn -0.3752 -0.9156 -0.1444</w:t>
        <w:br/>
        <w:t>vn -0.3448 -0.9216 -0.1783</w:t>
        <w:br/>
        <w:t>vn -0.3999 -0.9025 -0.1598</w:t>
        <w:br/>
        <w:t>vn -0.8482 -0.0065 -0.5296</w:t>
        <w:br/>
        <w:t>vn -0.9762 -0.1142 0.1843</w:t>
        <w:br/>
        <w:t>vn -0.2356 0.9690 -0.0740</w:t>
        <w:br/>
        <w:t>vn -0.2511 0.9669 -0.0455</w:t>
        <w:br/>
        <w:t>vn -0.2462 0.9683 -0.0431</w:t>
        <w:br/>
        <w:t>vn -0.2388 0.9634 -0.1217</w:t>
        <w:br/>
        <w:t>vn -0.9487 -0.0653 -0.3093</w:t>
        <w:br/>
        <w:t>vn -0.8825 -0.0342 -0.4692</w:t>
        <w:br/>
        <w:t>vn -0.9593 -0.0464 -0.2787</w:t>
        <w:br/>
        <w:t>vn -0.2089 0.9579 -0.1969</w:t>
        <w:br/>
        <w:t>vn -0.8866 -0.0186 -0.4621</w:t>
        <w:br/>
        <w:t>vn -0.3152 -0.9228 -0.2217</w:t>
        <w:br/>
        <w:t>vn -0.1924 0.9527 -0.2354</w:t>
        <w:br/>
        <w:t>vn -0.1301 0.9562 -0.2620</w:t>
        <w:br/>
        <w:t>vn -0.6213 -0.2155 -0.7534</w:t>
        <w:br/>
        <w:t>vn -0.6689 -0.0238 -0.7430</w:t>
        <w:br/>
        <w:t>vn -0.0978 0.9541 -0.2831</w:t>
        <w:br/>
        <w:t>vn -0.4336 -0.0409 -0.9002</w:t>
        <w:br/>
        <w:t>vn -0.0071 0.9525 -0.3046</w:t>
        <w:br/>
        <w:t>vn -0.3040 -0.9127 -0.2732</w:t>
        <w:br/>
        <w:t>vn -0.3148 -0.9046 -0.2873</w:t>
        <w:br/>
        <w:t>vn -0.3124 -0.5287 -0.7892</w:t>
        <w:br/>
        <w:t>vn -0.7098 -0.0641 -0.7015</w:t>
        <w:br/>
        <w:t>vn -0.7804 -0.0162 -0.6251</w:t>
        <w:br/>
        <w:t>vn -0.2739 -0.8821 -0.3833</w:t>
        <w:br/>
        <w:t>vn -0.6497 -0.1457 -0.7461</w:t>
        <w:br/>
        <w:t>vn -0.6547 -0.0274 -0.7554</w:t>
        <w:br/>
        <w:t>vn -0.3330 -0.4382 -0.8349</w:t>
        <w:br/>
        <w:t>vn -0.1024 -0.0666 -0.9925</w:t>
        <w:br/>
        <w:t>vn -0.0113 0.9414 -0.3371</w:t>
        <w:br/>
        <w:t>vn -0.1037 -0.6289 -0.7705</w:t>
        <w:br/>
        <w:t>vn -0.4825 -0.1482 -0.8633</w:t>
        <w:br/>
        <w:t>vn -0.0782 -0.0043 -0.9969</w:t>
        <w:br/>
        <w:t>vn -0.5126 -0.1658 -0.8424</w:t>
        <w:br/>
        <w:t>vn 0.0848 -0.0139 -0.9963</w:t>
        <w:br/>
        <w:t>vn -0.0326 -0.8985 -0.4378</w:t>
        <w:br/>
        <w:t>vn 0.3763 -0.1371 -0.9163</w:t>
        <w:br/>
        <w:t>vn -0.6476 -0.0297 -0.7614</w:t>
        <w:br/>
        <w:t>vn 0.3232 -0.0549 -0.9447</w:t>
        <w:br/>
        <w:t>vn -0.6553 -0.0142 -0.7552</w:t>
        <w:br/>
        <w:t>vn 0.0860 -0.8985 -0.4304</w:t>
        <w:br/>
        <w:t>vn 0.0617 -0.9282 -0.3669</w:t>
        <w:br/>
        <w:t>vn 0.1906 -0.0856 -0.9779</w:t>
        <w:br/>
        <w:t>vn 0.5492 -0.2012 -0.8111</w:t>
        <w:br/>
        <w:t>vn 0.4368 -0.1913 -0.8790</w:t>
        <w:br/>
        <w:t>vn 0.3563 -0.7725 -0.5257</w:t>
        <w:br/>
        <w:t>vn 0.3184 -0.0991 -0.9427</w:t>
        <w:br/>
        <w:t>vn 0.3199 -0.0983 -0.9423</w:t>
        <w:br/>
        <w:t>vn 0.0979 0.9501 -0.2963</w:t>
        <w:br/>
        <w:t>vn 0.5349 -0.5120 -0.6721</w:t>
        <w:br/>
        <w:t>vn 0.5798 -0.5855 -0.5666</w:t>
        <w:br/>
        <w:t>vn 0.1442 0.9499 -0.2773</w:t>
        <w:br/>
        <w:t>vn 0.2050 -0.1179 -0.9716</w:t>
        <w:br/>
        <w:t>vn 0.2451 -0.2346 -0.9407</w:t>
        <w:br/>
        <w:t>vn 0.2316 0.9437 -0.2361</w:t>
        <w:br/>
        <w:t>vn 0.6425 -0.1423 -0.7530</w:t>
        <w:br/>
        <w:t>vn 0.5663 -0.2811 -0.7748</w:t>
        <w:br/>
        <w:t>vn 0.2792 0.9400 -0.1960</w:t>
        <w:br/>
        <w:t>vn 0.3936 -0.3064 -0.8667</w:t>
        <w:br/>
        <w:t>vn 0.8447 -0.1479 -0.5144</w:t>
        <w:br/>
        <w:t>vn 0.3489 0.9295 -0.1196</w:t>
        <w:br/>
        <w:t>vn 0.6816 -0.6016 -0.4166</w:t>
        <w:br/>
        <w:t>vn 0.3573 0.9308 -0.0771</w:t>
        <w:br/>
        <w:t>vn 0.2730 -0.9375 -0.2157</w:t>
        <w:br/>
        <w:t>vn 0.9245 -0.1315 -0.3578</w:t>
        <w:br/>
        <w:t>vn 0.3721 0.9274 -0.0385</w:t>
        <w:br/>
        <w:t>vn 0.2690 -0.9464 -0.1789</w:t>
        <w:br/>
        <w:t>vn 0.9181 -0.1113 -0.3804</w:t>
        <w:br/>
        <w:t>vn 0.8551 -0.1048 -0.5078</w:t>
        <w:br/>
        <w:t>vn 0.6721 -0.1417 -0.7268</w:t>
        <w:br/>
        <w:t>vn 0.4173 -0.1414 0.8977</w:t>
        <w:br/>
        <w:t>vn 0.4441 -0.1444 0.8843</w:t>
        <w:br/>
        <w:t>vn 0.4320 -0.1419 0.8906</w:t>
        <w:br/>
        <w:t>vn 0.4512 -0.1434 0.8808</w:t>
        <w:br/>
        <w:t>vn 0.6610 -0.1830 0.7277</w:t>
        <w:br/>
        <w:t>vn 0.6762 -0.1822 0.7138</w:t>
        <w:br/>
        <w:t>vn 0.9716 -0.1687 0.1658</w:t>
        <w:br/>
        <w:t>vn 0.2116 -0.9677 -0.1369</w:t>
        <w:br/>
        <w:t>vn 0.9704 -0.1216 0.2086</w:t>
        <w:br/>
        <w:t>vn 0.9263 -0.2640 0.2689</w:t>
        <w:br/>
        <w:t>vn 0.3480 0.9372 -0.0236</w:t>
        <w:br/>
        <w:t>vn 0.9330 -0.2417 0.2666</w:t>
        <w:br/>
        <w:t>vn 0.8921 -0.2537 -0.3739</w:t>
        <w:br/>
        <w:t>vn 0.9555 -0.2836 -0.0809</w:t>
        <w:br/>
        <w:t>vn 0.9097 -0.2848 0.3023</w:t>
        <w:br/>
        <w:t>vn 0.8366 -0.2649 0.4796</w:t>
        <w:br/>
        <w:t>vn 0.8757 -0.2615 -0.4059</w:t>
        <w:br/>
        <w:t>vn 0.8172 -0.2655 0.5116</w:t>
        <w:br/>
        <w:t>vn 0.1949 -0.3098 0.9306</w:t>
        <w:br/>
        <w:t>vn 0.9574 -0.2872 -0.0283</w:t>
        <w:br/>
        <w:t>vn 0.9099 0.1063 0.4010</w:t>
        <w:br/>
        <w:t>vn 0.6345 -0.3246 -0.7014</w:t>
        <w:br/>
        <w:t>vn 0.4373 -0.3198 -0.8405</w:t>
        <w:br/>
        <w:t>vn 0.5303 -0.0655 -0.8453</w:t>
        <w:br/>
        <w:t>vn 0.9138 0.2139 -0.3453</w:t>
        <w:br/>
        <w:t>vn 0.7379 0.2832 -0.6126</w:t>
        <w:br/>
        <w:t>vn 0.4126 0.8230 -0.3905</w:t>
        <w:br/>
        <w:t>vn 0.5426 0.8039 -0.2437</w:t>
        <w:br/>
        <w:t>vn 0.0750 0.9967 0.0320</w:t>
        <w:br/>
        <w:t>vn 0.7158 0.6807 -0.1557</w:t>
        <w:br/>
        <w:t>vn 0.7325 0.6800 0.0325</w:t>
        <w:br/>
        <w:t>vn 0.7269 0.6859 0.0326</w:t>
        <w:br/>
        <w:t>vn 0.6416 0.7071 0.2971</w:t>
        <w:br/>
        <w:t>vn 0.6464 0.3446 0.6807</w:t>
        <w:br/>
        <w:t>vn 0.0904 0.5923 0.8006</w:t>
        <w:br/>
        <w:t>vn 0.5632 -0.3170 0.7631</w:t>
        <w:br/>
        <w:t>vn -0.0934 0.4069 0.9087</w:t>
        <w:br/>
        <w:t>vn -0.1119 -0.1532 0.9818</w:t>
        <w:br/>
        <w:t>vn -0.1238 -0.3340 0.9344</w:t>
        <w:br/>
        <w:t>vn -0.1176 -0.2973 0.9475</w:t>
        <w:br/>
        <w:t>vn -0.1716 -0.2006 0.9645</w:t>
        <w:br/>
        <w:t>vn -0.1715 -0.2221 0.9598</w:t>
        <w:br/>
        <w:t>vn -0.1413 -0.2527 0.9572</w:t>
        <w:br/>
        <w:t>vn 0.1811 -0.2735 0.9447</w:t>
        <w:br/>
        <w:t>vn -0.1207 -0.2859 0.9506</w:t>
        <w:br/>
        <w:t>vn 0.7963 -0.2488 0.5514</w:t>
        <w:br/>
        <w:t>vn 0.8266 -0.1418 0.5446</w:t>
        <w:br/>
        <w:t>vn 0.1812 -0.2735 0.9447</w:t>
        <w:br/>
        <w:t>vn 0.7801 -0.1587 0.6052</w:t>
        <w:br/>
        <w:t>vn 0.9498 -0.1387 0.2806</w:t>
        <w:br/>
        <w:t>vn 0.9728 -0.1683 0.1592</w:t>
        <w:br/>
        <w:t>vn 0.9487 -0.1970 0.2471</w:t>
        <w:br/>
        <w:t>vn 0.9483 -0.1413 0.2842</w:t>
        <w:br/>
        <w:t>vn 0.9250 -0.1651 0.3423</w:t>
        <w:br/>
        <w:t>vn 0.9296 -0.1359 0.3425</w:t>
        <w:br/>
        <w:t>vn 0.9888 -0.1434 -0.0421</w:t>
        <w:br/>
        <w:t>vn 0.8844 -0.2016 0.4209</w:t>
        <w:br/>
        <w:t>vn 0.8407 -0.1529 0.5194</w:t>
        <w:br/>
        <w:t>vn 0.9612 -0.2042 0.1854</w:t>
        <w:br/>
        <w:t>vn 0.4704 -0.4153 0.7786</w:t>
        <w:br/>
        <w:t>vn 0.4273 -0.1865 0.8847</w:t>
        <w:br/>
        <w:t>vn 0.0320 -0.1598 0.9866</w:t>
        <w:br/>
        <w:t>vn 0.1601 -0.5249 0.8360</w:t>
        <w:br/>
        <w:t>vn 0.3091 -0.8081 0.5015</w:t>
        <w:br/>
        <w:t>vn 0.6449 -0.6056 0.4662</w:t>
        <w:br/>
        <w:t>vn 0.3489 -0.8439 0.4075</w:t>
        <w:br/>
        <w:t>vn 0.7304 -0.6154 0.2962</w:t>
        <w:br/>
        <w:t>vn 0.3266 -0.8708 0.3675</w:t>
        <w:br/>
        <w:t>vn 0.9815 -0.1653 -0.0967</w:t>
        <w:br/>
        <w:t>vn 0.3033 -0.8752 0.3769</w:t>
        <w:br/>
        <w:t>vn 0.9916 -0.1053 -0.0745</w:t>
        <w:br/>
        <w:t>vn 0.9255 -0.1151 -0.3609</w:t>
        <w:br/>
        <w:t>vn 0.8744 -0.1217 -0.4698</w:t>
        <w:br/>
        <w:t>vn 0.6063 -0.0921 -0.7899</w:t>
        <w:br/>
        <w:t>vn 0.6313 -0.0672 -0.7726</w:t>
        <w:br/>
        <w:t>vn 0.3065 -0.0459 -0.9508</w:t>
        <w:br/>
        <w:t>vn -0.0006 -0.0729 -0.9973</w:t>
        <w:br/>
        <w:t>vn 0.8978 -0.0536 -0.4371</w:t>
        <w:br/>
        <w:t>vn 0.3635 0.1229 -0.9235</w:t>
        <w:br/>
        <w:t>vn 0.6733 0.0781 -0.7352</w:t>
        <w:br/>
        <w:t>vn 0.0424 -0.0225 -0.9988</w:t>
        <w:br/>
        <w:t>vn -0.0781 0.0171 -0.9968</w:t>
        <w:br/>
        <w:t>vn 0.3833 -0.0214 -0.9234</w:t>
        <w:br/>
        <w:t>vn -0.3205 -0.0182 -0.9471</w:t>
        <w:br/>
        <w:t>vn -0.4328 0.1777 -0.8838</w:t>
        <w:br/>
        <w:t>vn -0.6670 0.1282 -0.7340</w:t>
        <w:br/>
        <w:t>vn -0.4458 0.0737 -0.8921</w:t>
        <w:br/>
        <w:t>vn -0.9050 -0.0018 -0.4254</w:t>
        <w:br/>
        <w:t>vn -0.6411 0.1513 -0.7524</w:t>
        <w:br/>
        <w:t>vn -0.9167 -0.0215 -0.3989</w:t>
        <w:br/>
        <w:t>vn -0.9312 0.0868 -0.3540</w:t>
        <w:br/>
        <w:t>vn -0.9984 -0.0326 -0.0452</w:t>
        <w:br/>
        <w:t>vn -0.9967 -0.0448 -0.0684</w:t>
        <w:br/>
        <w:t>vn -0.9998 -0.0181 0.0089</w:t>
        <w:br/>
        <w:t>vn -0.9913 -0.0429 0.1248</w:t>
        <w:br/>
        <w:t>vn -0.9938 0.0889 0.0671</w:t>
        <w:br/>
        <w:t>vn -0.9940 -0.0235 0.1068</w:t>
        <w:br/>
        <w:t>vn -0.8837 -0.0744 0.4621</w:t>
        <w:br/>
        <w:t>vn -0.8394 -0.0998 0.5342</w:t>
        <w:br/>
        <w:t>vn -0.5004 -0.1620 0.8505</w:t>
        <w:br/>
        <w:t>vn -0.9308 -0.0361 0.3636</w:t>
        <w:br/>
        <w:t>vn -0.3641 -0.4562 0.8120</w:t>
        <w:br/>
        <w:t>vn -0.1188 -0.1618 0.9796</w:t>
        <w:br/>
        <w:t>vn -0.1929 -0.5960 0.7794</w:t>
        <w:br/>
        <w:t>vn -0.1025 -0.9127 0.3955</w:t>
        <w:br/>
        <w:t>vn -0.1416 -0.9174 0.3719</w:t>
        <w:br/>
        <w:t>vn -0.1983 -0.9096 0.3652</w:t>
        <w:br/>
        <w:t>vn -0.2347 -0.8993 0.3690</w:t>
        <w:br/>
        <w:t>vn -0.2207 -0.8946 0.3886</w:t>
        <w:br/>
        <w:t>vn -0.1913 -0.8966 0.3993</w:t>
        <w:br/>
        <w:t>vn -0.3815 0.9047 0.1897</w:t>
        <w:br/>
        <w:t>vn -0.3744 0.9114 0.1708</w:t>
        <w:br/>
        <w:t>vn -0.3737 0.9074 0.1922</w:t>
        <w:br/>
        <w:t>vn -0.3609 0.9200 0.1530</w:t>
        <w:br/>
        <w:t>vn -0.9885 -0.0674 0.1357</w:t>
        <w:br/>
        <w:t>vn -0.9729 -0.0691 0.2208</w:t>
        <w:br/>
        <w:t>vn -0.3498 0.9221 0.1654</w:t>
        <w:br/>
        <w:t>vn -0.9803 0.0500 0.1911</w:t>
        <w:br/>
        <w:t>vn -0.9435 -0.0561 0.3265</w:t>
        <w:br/>
        <w:t>vn -0.8947 -0.0639 0.4421</w:t>
        <w:br/>
        <w:t>vn -0.3181 0.9269 0.1991</w:t>
        <w:br/>
        <w:t>vn -0.9951 0.0332 0.0931</w:t>
        <w:br/>
        <w:t>vn -0.3063 0.9237 0.2303</w:t>
        <w:br/>
        <w:t>vn -0.2804 0.9322 0.2289</w:t>
        <w:br/>
        <w:t>vn -0.4503 0.0055 0.8929</w:t>
        <w:br/>
        <w:t>vn 0.1319 0.0664 0.9890</w:t>
        <w:br/>
        <w:t>vn -0.0152 0.0240 0.9996</w:t>
        <w:br/>
        <w:t>vn -0.8852 -0.0358 0.4639</w:t>
        <w:br/>
        <w:t>vn -0.9266 0.0071 0.3760</w:t>
        <w:br/>
        <w:t>vn 0.1853 0.0773 0.9796</w:t>
        <w:br/>
        <w:t>vn -0.8657 -0.0202 0.5002</w:t>
        <w:br/>
        <w:t>vn 0.1782 0.0828 0.9805</w:t>
        <w:br/>
        <w:t>vn 0.1661 0.0859 0.9824</w:t>
        <w:br/>
        <w:t>vn -0.8834 -0.0156 0.4685</w:t>
        <w:br/>
        <w:t>vn -0.8598 -0.0149 0.5103</w:t>
        <w:br/>
        <w:t>vn 0.1793 0.1749 0.9681</w:t>
        <w:br/>
        <w:t>vn 0.1594 0.2710 0.9493</w:t>
        <w:br/>
        <w:t>vn -0.8814 0.0816 0.4653</w:t>
        <w:br/>
        <w:t>vn -0.8473 0.1263 0.5158</w:t>
        <w:br/>
        <w:t>vn -0.9490 0.0565 0.3101</w:t>
        <w:br/>
        <w:t>vn 0.1478 0.3582 0.9219</w:t>
        <w:br/>
        <w:t>vn 0.0954 0.3765 0.9215</w:t>
        <w:br/>
        <w:t>vn -0.8342 0.2020 0.5131</w:t>
        <w:br/>
        <w:t>vn -0.8313 0.1997 0.5186</w:t>
        <w:br/>
        <w:t>vn -0.9463 0.1004 0.3074</w:t>
        <w:br/>
        <w:t>vn -0.8840 0.1933 0.4256</w:t>
        <w:br/>
        <w:t>vn -0.8980 0.1663 0.4073</w:t>
        <w:br/>
        <w:t>vn -0.8440 0.2224 0.4881</w:t>
        <w:br/>
        <w:t>vn -0.2637 0.3801 0.8866</w:t>
        <w:br/>
        <w:t>vn -0.8278 0.2003 0.5240</w:t>
        <w:br/>
        <w:t>vn 0.0455 0.3925 0.9186</w:t>
        <w:br/>
        <w:t>vn -0.0080 0.3679 0.9298</w:t>
        <w:br/>
        <w:t>vn -0.4509 0.3369 0.8265</w:t>
        <w:br/>
        <w:t>vn 0.1035 -0.7595 0.6422</w:t>
        <w:br/>
        <w:t>vn -0.0757 -0.7991 0.5964</w:t>
        <w:br/>
        <w:t>vn 0.0812 -0.7726 0.6297</w:t>
        <w:br/>
        <w:t>vn -0.1135 -0.7980 0.5919</w:t>
        <w:br/>
        <w:t>vn -0.2244 -0.8328 0.5060</w:t>
        <w:br/>
        <w:t>vn -0.8340 0.2717 0.4802</w:t>
        <w:br/>
        <w:t>vn -0.2311 -0.8551 0.4642</w:t>
        <w:br/>
        <w:t>vn -0.2817 -0.8772 0.3888</w:t>
        <w:br/>
        <w:t>vn -0.9322 0.1566 0.3263</w:t>
        <w:br/>
        <w:t>vn -0.3501 -0.8675 0.3532</w:t>
        <w:br/>
        <w:t>vn -0.4203 -0.7716 0.4775</w:t>
        <w:br/>
        <w:t>vn -0.9623 0.0791 0.2601</w:t>
        <w:br/>
        <w:t>vn -0.4093 -0.7931 0.4511</w:t>
        <w:br/>
        <w:t>vn -0.9628 0.0514 0.2655</w:t>
        <w:br/>
        <w:t>vn -0.4483 -0.6826 0.5772</w:t>
        <w:br/>
        <w:t>vn -0.5228 -0.6411 0.5618</w:t>
        <w:br/>
        <w:t>vn -0.9929 0.1006 0.0632</w:t>
        <w:br/>
        <w:t>vn -0.5719 -0.5986 0.5609</w:t>
        <w:br/>
        <w:t>vn -0.4010 -0.6976 0.5938</w:t>
        <w:br/>
        <w:t>vn -0.9914 0.0958 0.0889</w:t>
        <w:br/>
        <w:t>vn -0.4741 -0.6781 0.5617</w:t>
        <w:br/>
        <w:t>vn -0.3569 -0.6915 0.6281</w:t>
        <w:br/>
        <w:t>vn -0.2361 -0.7207 0.6518</w:t>
        <w:br/>
        <w:t>vn -0.9518 0.0666 -0.2993</w:t>
        <w:br/>
        <w:t>vn -0.9748 0.0660 -0.2131</w:t>
        <w:br/>
        <w:t>vn -0.9358 -0.0822 -0.3427</w:t>
        <w:br/>
        <w:t>vn -0.7920 -0.1549 -0.5906</w:t>
        <w:br/>
        <w:t>vn -0.8098 -0.3210 -0.4910</w:t>
        <w:br/>
        <w:t>vn -0.6152 -0.3617 -0.7005</w:t>
        <w:br/>
        <w:t>vn -0.4179 -0.0426 -0.9075</w:t>
        <w:br/>
        <w:t>vn -0.9504 0.1126 -0.2900</w:t>
        <w:br/>
        <w:t>vn -0.7426 0.0761 -0.6655</w:t>
        <w:br/>
        <w:t>vn -0.2563 0.0818 -0.9631</w:t>
        <w:br/>
        <w:t>vn 0.3517 -0.0250 -0.9358</w:t>
        <w:br/>
        <w:t>vn -0.7068 0.0570 -0.7051</w:t>
        <w:br/>
        <w:t>vn -0.9474 0.0170 -0.3195</w:t>
        <w:br/>
        <w:t>vn -0.2327 -0.0662 -0.9703</w:t>
        <w:br/>
        <w:t>vn -0.9390 0.0025 -0.3440</w:t>
        <w:br/>
        <w:t>vn 0.2381 0.0724 -0.9685</w:t>
        <w:br/>
        <w:t>vn 0.2849 -0.0147 -0.9584</w:t>
        <w:br/>
        <w:t>vn -0.5392 -0.1622 -0.8264</w:t>
        <w:br/>
        <w:t>vn 0.6661 0.0976 -0.7395</w:t>
        <w:br/>
        <w:t>vn 0.4287 0.1756 -0.8862</w:t>
        <w:br/>
        <w:t>vn 0.6796 0.0133 -0.7335</w:t>
        <w:br/>
        <w:t>vn 0.6910 -0.1645 -0.7039</w:t>
        <w:br/>
        <w:t>vn 0.6982 -0.2954 -0.6521</w:t>
        <w:br/>
        <w:t>vn 0.8867 -0.2219 -0.4057</w:t>
        <w:br/>
        <w:t>vn 0.8114 -0.5285 -0.2497</w:t>
        <w:br/>
        <w:t>vn 0.9408 0.0576 -0.3341</w:t>
        <w:br/>
        <w:t>vn 0.7653 -0.6348 0.1067</w:t>
        <w:br/>
        <w:t>vn 0.6395 -0.7455 0.1877</w:t>
        <w:br/>
        <w:t>vn 0.5792 -0.7375 0.3472</w:t>
        <w:br/>
        <w:t>vn 0.8796 -0.4153 0.2322</w:t>
        <w:br/>
        <w:t>vn 0.6305 -0.6359 0.4451</w:t>
        <w:br/>
        <w:t>vn 0.6718 -0.6772 0.3003</w:t>
        <w:br/>
        <w:t>vn 0.9194 -0.3273 0.2182</w:t>
        <w:br/>
        <w:t>vn 0.6618 -0.7177 0.2165</w:t>
        <w:br/>
        <w:t>vn 0.9992 0.0383 -0.0074</w:t>
        <w:br/>
        <w:t>vn 0.9483 0.0883 -0.3049</w:t>
        <w:br/>
        <w:t>vn 0.9782 0.0531 0.2007</w:t>
        <w:br/>
        <w:t>vn 0.7972 -0.4076 0.4453</w:t>
        <w:br/>
        <w:t>vn 0.3859 -0.8288 0.4052</w:t>
        <w:br/>
        <w:t>vn 0.4532 -0.7280 0.5144</w:t>
        <w:br/>
        <w:t>vn 0.9977 0.0629 -0.0236</w:t>
        <w:br/>
        <w:t>vn 0.5302 -0.2915 0.7962</w:t>
        <w:br/>
        <w:t>vn 0.3384 -0.7177 0.6086</w:t>
        <w:br/>
        <w:t>vn 0.1719 -0.5061 0.8451</w:t>
        <w:br/>
        <w:t>vn -0.0353 0.1692 0.9850</w:t>
        <w:br/>
        <w:t>vn 0.9181 0.1035 0.3826</w:t>
        <w:br/>
        <w:t>vn 0.4618 0.2487 0.8514</w:t>
        <w:br/>
        <w:t>vn -0.2507 0.2943 0.9222</w:t>
        <w:br/>
        <w:t>vn 0.9720 0.0637 0.2263</w:t>
        <w:br/>
        <w:t>vn 0.9086 0.0809 0.4098</w:t>
        <w:br/>
        <w:t>vn -0.3311 0.2246 0.9165</w:t>
        <w:br/>
        <w:t>vn 0.8738 0.0928 0.4773</w:t>
        <w:br/>
        <w:t>vn -0.3326 0.2562 0.9076</w:t>
        <w:br/>
        <w:t>vn -0.4029 0.1720 0.8989</w:t>
        <w:br/>
        <w:t>vn -0.4333 0.1220 0.8929</w:t>
        <w:br/>
        <w:t>vn 0.8724 0.0441 0.4868</w:t>
        <w:br/>
        <w:t>vn -0.4367 0.0751 0.8965</w:t>
        <w:br/>
        <w:t>vn -0.4274 0.0699 0.9013</w:t>
        <w:br/>
        <w:t>vn -0.3760 0.0287 0.9262</w:t>
        <w:br/>
        <w:t>vn 0.9148 -0.0047 0.4039</w:t>
        <w:br/>
        <w:t>vn 0.8546 -0.0689 0.5146</w:t>
        <w:br/>
        <w:t>vn 0.9725 0.0455 0.2283</w:t>
        <w:br/>
        <w:t>vn -0.4164 0.0487 0.9079</w:t>
        <w:br/>
        <w:t>vn 0.9182 -0.0882 0.3862</w:t>
        <w:br/>
        <w:t>vn 0.8333 -0.0841 0.5464</w:t>
        <w:br/>
        <w:t>vn 0.9701 -0.0218 0.2417</w:t>
        <w:br/>
        <w:t>vn 0.9908 0.0076 0.1351</w:t>
        <w:br/>
        <w:t>vn 0.9764 -0.1026 0.1898</w:t>
        <w:br/>
        <w:t>vn 0.9997 0.0055 0.0227</w:t>
        <w:br/>
        <w:t>vn 0.8950 -0.1028 0.4341</w:t>
        <w:br/>
        <w:t>vn 0.9290 0.0022 -0.3701</w:t>
        <w:br/>
        <w:t>vn 0.8054 -0.0928 0.5854</w:t>
        <w:br/>
        <w:t>vn -0.3265 -0.0032 0.9452</w:t>
        <w:br/>
        <w:t>vn -0.2279 -0.0376 0.9730</w:t>
        <w:br/>
        <w:t>vn 0.3278 0.9065 0.2662</w:t>
        <w:br/>
        <w:t>vn 0.3245 0.9232 0.2058</w:t>
        <w:br/>
        <w:t>vn 0.3190 0.9096 0.2662</w:t>
        <w:br/>
        <w:t>vn 0.9307 -0.1196 0.3455</w:t>
        <w:br/>
        <w:t>vn 0.3247 0.9348 0.1437</w:t>
        <w:br/>
        <w:t>vn 0.3180 0.9434 0.0939</w:t>
        <w:br/>
        <w:t>vn 0.9862 -0.1125 0.1213</w:t>
        <w:br/>
        <w:t>vn 0.3237 0.9403 0.1050</w:t>
        <w:br/>
        <w:t>vn 0.3256 0.9382 0.1170</w:t>
        <w:br/>
        <w:t>vn 0.9918 -0.0845 0.0958</w:t>
        <w:br/>
        <w:t>vn 0.3311 0.9365 0.1157</w:t>
        <w:br/>
        <w:t>vn 0.9986 -0.0452 0.0266</w:t>
        <w:br/>
        <w:t>vn 0.9411 0.0076 -0.3380</w:t>
        <w:br/>
        <w:t>vn 0.9994 0.0292 0.0166</w:t>
        <w:br/>
        <w:t>vn 0.9248 -0.0489 -0.3772</w:t>
        <w:br/>
        <w:t>vn 0.6303 0.1072 -0.7689</w:t>
        <w:br/>
        <w:t>vn 0.6535 -0.0177 -0.7567</w:t>
        <w:br/>
        <w:t>vn 0.6765 -0.0026 -0.7365</w:t>
        <w:br/>
        <w:t>vn 0.3844 0.0506 -0.9218</w:t>
        <w:br/>
        <w:t>vn 0.3356 0.0932 -0.9374</w:t>
        <w:br/>
        <w:t>vn 0.1327 0.4320 -0.8921</w:t>
        <w:br/>
        <w:t>vn 0.2966 0.1150 -0.9480</w:t>
        <w:br/>
        <w:t>vn 0.0515 0.0525 -0.9973</w:t>
        <w:br/>
        <w:t>vn -0.0007 0.2517 -0.9678</w:t>
        <w:br/>
        <w:t>vn -0.2498 0.4777 -0.8423</w:t>
        <w:br/>
        <w:t>vn 0.0310 0.0572 -0.9979</w:t>
        <w:br/>
        <w:t>vn -0.0549 -0.2058 -0.9770</w:t>
        <w:br/>
        <w:t>vn -0.3086 0.1012 -0.9458</w:t>
        <w:br/>
        <w:t>vn -0.3561 0.1133 -0.9275</w:t>
        <w:br/>
        <w:t>vn -0.3034 0.0156 -0.9527</w:t>
        <w:br/>
        <w:t>vn -0.6872 0.0194 -0.7262</w:t>
        <w:br/>
        <w:t>vn -0.6915 0.0421 -0.7211</w:t>
        <w:br/>
        <w:t>vn -0.9942 0.0437 0.0982</w:t>
        <w:br/>
        <w:t>vn -0.9864 0.0722 0.1476</w:t>
        <w:br/>
        <w:t>vn -0.9974 0.0218 0.0687</w:t>
        <w:br/>
        <w:t>vn -0.9999 -0.0060 0.0158</w:t>
        <w:br/>
        <w:t>vn -0.9998 -0.0218 -0.0001</w:t>
        <w:br/>
        <w:t>vn -0.9849 -0.0612 -0.1618</w:t>
        <w:br/>
        <w:t>vn -0.9343 -0.0774 -0.3479</w:t>
        <w:br/>
        <w:t>vn -0.6236 -0.1752 -0.7618</w:t>
        <w:br/>
        <w:t>vn -0.5851 -0.1773 -0.7913</w:t>
        <w:br/>
        <w:t>vn 0.1522 -0.4048 -0.9016</w:t>
        <w:br/>
        <w:t>vn -0.0329 0.9809 -0.1916</w:t>
        <w:br/>
        <w:t>vn -0.0130 0.9757 -0.2188</w:t>
        <w:br/>
        <w:t>vn -0.0496 0.9870 -0.1531</w:t>
        <w:br/>
        <w:t>vn -0.0015 0.9604 -0.2787</w:t>
        <w:br/>
        <w:t>vn -0.0593 0.9771 -0.2045</w:t>
        <w:br/>
        <w:t>vn -0.3328 -0.2028 -0.9209</w:t>
        <w:br/>
        <w:t>vn 0.0043 0.9557 -0.2944</w:t>
        <w:br/>
        <w:t>vn 0.0053 0.9568 -0.2906</w:t>
        <w:br/>
        <w:t>vn 0.0763 0.9234 -0.3761</w:t>
        <w:br/>
        <w:t>vn 0.3164 0.8793 -0.3558</w:t>
        <w:br/>
        <w:t>vn 0.9999 0.0119 0.0031</w:t>
        <w:br/>
        <w:t>vn 0.9578 0.0840 0.2750</w:t>
        <w:br/>
        <w:t>vn 0.9991 0.0296 0.0315</w:t>
        <w:br/>
        <w:t>vn 0.8613 0.1157 0.4948</w:t>
        <w:br/>
        <w:t>vn 0.5744 0.1950 0.7950</w:t>
        <w:br/>
        <w:t>vn 0.3266 0.8663 -0.3780</w:t>
        <w:br/>
        <w:t>vn 0.0401 -0.9847 0.1698</w:t>
        <w:br/>
        <w:t>vn 0.0344 -0.9819 0.1861</w:t>
        <w:br/>
        <w:t>vn 0.0430 -0.9733 0.2254</w:t>
        <w:br/>
        <w:t>vn -0.0239 -0.9524 0.3038</w:t>
        <w:br/>
        <w:t>vn 0.0136 -0.9772 0.2120</w:t>
        <w:br/>
        <w:t>vn -0.0931 -0.9197 0.3814</w:t>
        <w:br/>
        <w:t>vn 0.3811 0.2330 0.8947</w:t>
        <w:br/>
        <w:t>vn -0.0595 0.3605 0.9308</w:t>
        <w:br/>
        <w:t>vn -0.2704 -0.8833 0.3829</w:t>
        <w:br/>
        <w:t>vn 0.0016 -0.9619 0.2735</w:t>
        <w:br/>
        <w:t>vn 0.9978 -0.0198 -0.0632</w:t>
        <w:br/>
        <w:t>vn -0.0117 -0.9534 0.3013</w:t>
        <w:br/>
        <w:t>vn 0.9946 -0.0422 -0.0952</w:t>
        <w:br/>
        <w:t>vn -0.3763 -0.8563 0.3539</w:t>
        <w:br/>
        <w:t>vn -0.5088 -0.8363 0.2042</w:t>
        <w:br/>
        <w:t>vn -0.3139 0.4344 0.8442</w:t>
        <w:br/>
        <w:t>vn 0.0064 -0.8825 0.4702</w:t>
        <w:br/>
        <w:t>vn 0.9865 -0.0719 -0.1470</w:t>
        <w:br/>
        <w:t>vn 0.0025 -0.8832 0.4689</w:t>
        <w:br/>
        <w:t>vn 0.0825 -0.6627 0.7443</w:t>
        <w:br/>
        <w:t>vn -0.7200 0.5366 0.4401</w:t>
        <w:br/>
        <w:t>vn 0.5059 0.8309 -0.2317</w:t>
        <w:br/>
        <w:t>vn -0.7112 0.5456 0.4432</w:t>
        <w:br/>
        <w:t>vn -0.5110 -0.8342 0.2074</w:t>
        <w:br/>
        <w:t>vn -0.5229 -0.8340 0.1762</w:t>
        <w:br/>
        <w:t>vn -0.8207 0.5473 0.1640</w:t>
        <w:br/>
        <w:t>vn -0.5146 -0.8400 0.1721</w:t>
        <w:br/>
        <w:t>vn -0.4860 -0.8085 0.3318</w:t>
        <w:br/>
        <w:t>vn 0.5216 0.8385 -0.1577</w:t>
        <w:br/>
        <w:t>vn 0.1522 -0.4048 -0.9017</w:t>
        <w:br/>
        <w:t>vn 0.7383 -0.5354 -0.4103</w:t>
        <w:br/>
        <w:t>vn 0.6080 -0.4598 -0.6472</w:t>
        <w:br/>
        <w:t>vn 0.7229 -0.5475 -0.4214</w:t>
        <w:br/>
        <w:t>vn 0.8226 -0.5466 -0.1570</w:t>
        <w:br/>
        <w:t>vn -0.8041 0.5618 0.1944</w:t>
        <w:br/>
        <w:t>vn 0.5223 0.8337 -0.1796</w:t>
        <w:br/>
        <w:t>vn 0.8051 -0.5615 -0.1910</w:t>
        <w:br/>
        <w:t>vn 0.5141 0.8396 -0.1756</w:t>
        <w:br/>
        <w:t>vn 0.7820 -0.5775 -0.2345</w:t>
        <w:br/>
        <w:t>vn -0.4684 -0.7838 0.4078</w:t>
        <w:br/>
        <w:t>vn -0.7816 0.5776 0.2355</w:t>
        <w:br/>
        <w:t>vn -0.4124 -0.7213 0.5565</w:t>
        <w:br/>
        <w:t>vn 0.7671 -0.6001 -0.2266</w:t>
        <w:br/>
        <w:t>vn 0.4846 0.8069 -0.3376</w:t>
        <w:br/>
        <w:t>vn 0.7627 -0.6091 -0.2175</w:t>
        <w:br/>
        <w:t>vn -0.7662 0.6007 0.2283</w:t>
        <w:br/>
        <w:t>vn 0.4662 0.7812 -0.4151</w:t>
        <w:br/>
        <w:t>vn -0.3781 -0.6797 0.6285</w:t>
        <w:br/>
        <w:t>vn -0.7616 0.6098 0.2195</w:t>
        <w:br/>
        <w:t>vn -0.2877 -0.5799 0.7622</w:t>
        <w:br/>
        <w:t>vn 0.7612 -0.6194 -0.1923</w:t>
        <w:br/>
        <w:t>vn 0.4091 0.7175 -0.5638</w:t>
        <w:br/>
        <w:t>vn 0.7573 -0.6265 -0.1845</w:t>
        <w:br/>
        <w:t>vn -0.7604 0.6201 0.1933</w:t>
        <w:br/>
        <w:t>vn 0.3748 0.6760 -0.6345</w:t>
        <w:br/>
        <w:t>vn -0.2367 -0.5170 0.8226</w:t>
        <w:br/>
        <w:t>vn -0.7571 0.6266 0.1848</w:t>
        <w:br/>
        <w:t>vn -0.0635 -0.3748 0.9249</w:t>
        <w:br/>
        <w:t>vn 0.7478 -0.6381 -0.1830</w:t>
        <w:br/>
        <w:t>vn 0.2853 0.5771 -0.7652</w:t>
        <w:br/>
        <w:t>vn 0.7047 -0.6675 -0.2403</w:t>
        <w:br/>
        <w:t>vn -0.7480 0.6376 0.1845</w:t>
        <w:br/>
        <w:t>vn 0.2343 0.5157 -0.8241</w:t>
        <w:br/>
        <w:t>vn 0.6981 -0.6845 -0.2097</w:t>
        <w:br/>
        <w:t>vn 0.0575 0.3735 -0.9258</w:t>
        <w:br/>
        <w:t>vn 0.5893 -0.7404 -0.3234</w:t>
        <w:br/>
        <w:t>vn -0.7115 0.6605 0.2396</w:t>
        <w:br/>
        <w:t>vn -0.0792 -0.3463 0.9348</w:t>
        <w:br/>
        <w:t>vn 0.0719 0.3442 -0.9361</w:t>
        <w:br/>
        <w:t>vn -0.7052 0.6769 0.2109</w:t>
        <w:br/>
        <w:t>vn -0.1470 0.2686 -0.9520</w:t>
        <w:br/>
        <w:t>vn -0.5975 0.7345 0.3217</w:t>
        <w:br/>
        <w:t>vn -0.2289 0.2448 -0.9422</w:t>
        <w:br/>
        <w:t>vn 0.1482 -0.2665 0.9524</w:t>
        <w:br/>
        <w:t>vn -0.5865 0.7150 0.3806</w:t>
        <w:br/>
        <w:t>vn 0.2436 -0.2382 0.9402</w:t>
        <w:br/>
        <w:t>vn 0.5781 -0.7203 -0.3833</w:t>
        <w:br/>
        <w:t>vn 0.5065 -0.7870 -0.3524</w:t>
        <w:br/>
        <w:t>vn 0.2481 -0.1571 0.9559</w:t>
        <w:br/>
        <w:t>vn -0.5079 0.7863 0.3517</w:t>
        <w:br/>
        <w:t>vn 0.2404 -0.1703 0.9556</w:t>
        <w:br/>
        <w:t>vn 0.1735 -0.1311 0.9761</w:t>
        <w:br/>
        <w:t>vn 0.1788 -0.0732 0.9812</w:t>
        <w:br/>
        <w:t>vn -0.5398 0.7893 0.2925</w:t>
        <w:br/>
        <w:t>vn 0.6540 0.7381 -0.1655</w:t>
        <w:br/>
        <w:t>vn 0.6541 0.7381 -0.1655</w:t>
        <w:br/>
        <w:t>vn 0.6704 0.7274 -0.1465</w:t>
        <w:br/>
        <w:t>vn -0.2396 0.1622 -0.9572</w:t>
        <w:br/>
        <w:t>vn 0.6372 0.7484 -0.1843</w:t>
        <w:br/>
        <w:t>vn -0.1823 0.1305 -0.9745</w:t>
        <w:br/>
        <w:t>vn -0.1869 0.0745 -0.9795</w:t>
        <w:br/>
        <w:t>vn -0.2306 0.1729 -0.9576</w:t>
        <w:br/>
        <w:t>vn 0.5390 -0.7900 -0.2922</w:t>
        <w:br/>
        <w:t>vn -0.5508 -0.8268 0.1141</w:t>
        <w:br/>
        <w:t>vn -0.5363 -0.8338 0.1309</w:t>
        <w:br/>
        <w:t>vn -0.5508 -0.8268 0.1142</w:t>
        <w:br/>
        <w:t>vn -0.5650 -0.8193 0.0973</w:t>
        <w:br/>
        <w:t>vn -0.7952 0.5904 0.1380</w:t>
        <w:br/>
        <w:t>vn -0.7656 0.6267 0.1451</w:t>
        <w:br/>
        <w:t>vn -0.7483 0.6429 0.1636</w:t>
        <w:br/>
        <w:t>vn -0.7338 0.6653 0.1376</w:t>
        <w:br/>
        <w:t>vn -0.7202 0.6833 0.1198</w:t>
        <w:br/>
        <w:t>vn -0.6986 0.7151 0.0244</w:t>
        <w:br/>
        <w:t>vn -0.6462 0.7632 -0.0045</w:t>
        <w:br/>
        <w:t>vn 0.5566 0.5146 0.6522</w:t>
        <w:br/>
        <w:t>vn 0.6397 0.6116 0.4656</w:t>
        <w:br/>
        <w:t>vn 0.5560 0.5148 0.6526</w:t>
        <w:br/>
        <w:t>vn -0.6083 0.7919 -0.0537</w:t>
        <w:br/>
        <w:t>vn -0.5561 0.8311 0.0040</w:t>
        <w:br/>
        <w:t>vn 0.6609 0.6371 0.3966</w:t>
        <w:br/>
        <w:t>vn 0.6811 0.6883 0.2497</w:t>
        <w:br/>
        <w:t>vn 0.6134 0.7598 0.2153</w:t>
        <w:br/>
        <w:t>vn 0.5028 0.7742 0.3844</w:t>
        <w:br/>
        <w:t>vn -0.3287 -0.5122 0.7935</w:t>
        <w:br/>
        <w:t>vn -0.2150 -0.5757 0.7889</w:t>
        <w:br/>
        <w:t>vn -0.4176 -0.2821 0.8637</w:t>
        <w:br/>
        <w:t>vn -0.4913 -0.2899 0.8213</w:t>
        <w:br/>
        <w:t>vn -0.4788 -0.0337 0.8773</w:t>
        <w:br/>
        <w:t>vn -0.4182 0.0651 0.9060</w:t>
        <w:br/>
        <w:t>vn -0.0261 -0.9936 0.1096</w:t>
        <w:br/>
        <w:t>vn 0.0241 -0.9990 -0.0374</w:t>
        <w:br/>
        <w:t>vn -0.0207 -0.9928 0.1177</w:t>
        <w:br/>
        <w:t>vn 0.3963 0.6971 0.5975</w:t>
        <w:br/>
        <w:t>vn 0.0949 0.7567 0.6468</w:t>
        <w:br/>
        <w:t>vn 0.9536 -0.2584 0.1543</w:t>
        <w:br/>
        <w:t>vn 0.9564 -0.1272 0.2630</w:t>
        <w:br/>
        <w:t>vn 0.8924 -0.4297 0.1380</w:t>
        <w:br/>
        <w:t>vn 0.5766 0.7317 0.3636</w:t>
        <w:br/>
        <w:t>vn 0.6850 -0.7199 -0.1123</w:t>
        <w:br/>
        <w:t>vn 0.6703 -0.7323 -0.1201</w:t>
        <w:br/>
        <w:t>vn 0.7134 -0.6949 -0.0900</w:t>
        <w:br/>
        <w:t>vn 0.4727 0.2822 -0.8348</w:t>
        <w:br/>
        <w:t>vn 0.4363 0.3645 -0.8226</w:t>
        <w:br/>
        <w:t>vn 0.4500 0.2867 -0.8457</w:t>
        <w:br/>
        <w:t>vn 0.6279 -0.7617 -0.1595</w:t>
        <w:br/>
        <w:t>vn 0.7207 -0.6824 -0.1222</w:t>
        <w:br/>
        <w:t>vn 0.7344 -0.6644 -0.1389</w:t>
        <w:br/>
        <w:t>vn -0.6230 -0.7425 -0.2462</w:t>
        <w:br/>
        <w:t>vn -0.5856 -0.6923 -0.4217</w:t>
        <w:br/>
        <w:t>vn -0.6047 -0.6865 -0.4039</w:t>
        <w:br/>
        <w:t>vn -0.6807 -0.6821 -0.2674</w:t>
        <w:br/>
        <w:t>vn -0.6610 -0.6368 -0.3970</w:t>
        <w:br/>
        <w:t>vn -0.6397 -0.6111 -0.4662</w:t>
        <w:br/>
        <w:t>vn -0.7494 -0.3909 -0.5344</w:t>
        <w:br/>
        <w:t>vn 0.4619 0.3766 -0.8030</w:t>
        <w:br/>
        <w:t>vn -0.3967 -0.6062 -0.6893</w:t>
        <w:br/>
        <w:t>vn -0.9197 0.2962 -0.2579</w:t>
        <w:br/>
        <w:t>vn -0.9470 0.0841 -0.3099</w:t>
        <w:br/>
        <w:t>vn -0.5558 -0.5133 -0.6539</w:t>
        <w:br/>
        <w:t>vn 0.7491 -0.6417 -0.1643</w:t>
        <w:br/>
        <w:t>vn -0.5550 -0.5137 -0.6542</w:t>
        <w:br/>
        <w:t>vn 0.7664 -0.6253 -0.1470</w:t>
        <w:br/>
        <w:t>vn -0.3881 -0.2957 -0.8729</w:t>
        <w:br/>
        <w:t>vn -0.2778 -0.1313 -0.9516</w:t>
        <w:br/>
        <w:t>vn 0.7960 -0.5889 -0.1400</w:t>
        <w:br/>
        <w:t>vn -0.1333 0.0705 -0.9886</w:t>
        <w:br/>
        <w:t>vn 0.7969 -0.5880 -0.1383</w:t>
        <w:br/>
        <w:t>vn -0.1141 0.1196 -0.9862</w:t>
        <w:br/>
        <w:t>vn -0.0842 0.1662 -0.9825</w:t>
        <w:br/>
        <w:t>vn 0.2909 0.1506 0.9448</w:t>
        <w:br/>
        <w:t>vn 0.3947 0.3051 0.8667</w:t>
        <w:br/>
        <w:t>vn -0.7971 0.5888 0.1340</w:t>
        <w:br/>
        <w:t>vn -0.8302 0.5416 0.1322</w:t>
        <w:br/>
        <w:t>vn 0.1469 -0.0523 0.9878</w:t>
        <w:br/>
        <w:t>vn -0.8421 0.5222 0.1351</w:t>
        <w:br/>
        <w:t>vn 0.8306 -0.5411 -0.1318</w:t>
        <w:br/>
        <w:t>vn 0.1207 -0.1101 0.9866</w:t>
        <w:br/>
        <w:t>vn 0.8419 -0.5228 -0.1337</w:t>
        <w:br/>
        <w:t>vn -0.8619 0.4867 0.1422</w:t>
        <w:br/>
        <w:t>vn 0.0811 -0.1712 0.9819</w:t>
        <w:br/>
        <w:t>vn -0.8608 0.4859 0.1514</w:t>
        <w:br/>
        <w:t>vn -0.8725 0.4683 0.1394</w:t>
        <w:br/>
        <w:t>vn 0.0394 0.8377 0.5448</w:t>
        <w:br/>
        <w:t>vn 0.0394 0.8376 0.5448</w:t>
        <w:br/>
        <w:t>vn 0.0547 0.7715 0.6339</w:t>
        <w:br/>
        <w:t>vn 0.0237 0.8933 0.4488</w:t>
        <w:br/>
        <w:t>vn -0.8714 0.4722 0.1330</w:t>
        <w:br/>
        <w:t>vn -0.4578 -0.5875 0.6673</w:t>
        <w:br/>
        <w:t>vn -0.2058 -0.4237 0.8821</w:t>
        <w:br/>
        <w:t>vn -0.4289 -0.6245 0.6527</w:t>
        <w:br/>
        <w:t>vn 0.0793 -0.1888 0.9788</w:t>
        <w:br/>
        <w:t>vn 0.8482 -0.5080 -0.1500</w:t>
        <w:br/>
        <w:t>vn -0.2181 -0.4061 0.8874</w:t>
        <w:br/>
        <w:t>vn 0.0253 -0.8463 -0.5322</w:t>
        <w:br/>
        <w:t>vn 0.4989 -0.7729 -0.3922</w:t>
        <w:br/>
        <w:t>vn 0.4982 -0.7979 -0.3394</w:t>
        <w:br/>
        <w:t>vn 0.0191 -0.7879 -0.6155</w:t>
        <w:br/>
        <w:t>vn 0.8462 -0.5089 -0.1577</w:t>
        <w:br/>
        <w:t>vn -0.0868 0.1807 -0.9797</w:t>
        <w:br/>
        <w:t>vn 0.2288 0.4329 -0.8719</w:t>
        <w:br/>
        <w:t>vn 0.2383 0.4182 -0.8766</w:t>
        <w:br/>
        <w:t>vn 0.5045 0.6028 -0.6181</w:t>
        <w:br/>
        <w:t>vn 0.4789 0.6367 -0.6043</w:t>
        <w:br/>
        <w:t>vn 0.4375 0.8582 -0.2686</w:t>
        <w:br/>
        <w:t>vn 0.0095 0.9957 0.0921</w:t>
        <w:br/>
        <w:t>vn 0.6726 0.4074 -0.6178</w:t>
        <w:br/>
        <w:t>vn 0.5443 0.1627 -0.8230</w:t>
        <w:br/>
        <w:t>vn 0.5444 0.1627 -0.8229</w:t>
        <w:br/>
        <w:t>vn 0.5157 0.7257 -0.4554</w:t>
        <w:br/>
        <w:t>vn 0.6209 -0.2618 -0.7389</w:t>
        <w:br/>
        <w:t>vn 0.6997 -0.2631 -0.6642</w:t>
        <w:br/>
        <w:t>vn 0.4182 -0.3073 -0.8548</w:t>
        <w:br/>
        <w:t>vn 0.3982 -0.2883 -0.8708</w:t>
        <w:br/>
        <w:t>vn 0.8415 0.4210 -0.3385</w:t>
        <w:br/>
        <w:t>vn 0.6216 0.7667 -0.1602</w:t>
        <w:br/>
        <w:t>vn 0.5746 0.8184 0.0097</w:t>
        <w:br/>
        <w:t>vn 0.5871 -0.2108 -0.7816</w:t>
        <w:br/>
        <w:t>vn 0.3887 -0.1082 -0.9150</w:t>
        <w:br/>
        <w:t>vn 0.8947 -0.1789 -0.4092</w:t>
        <w:br/>
        <w:t>vn 0.5575 0.8301 0.0058</w:t>
        <w:br/>
        <w:t>vn 0.9808 -0.1876 -0.0533</w:t>
        <w:br/>
        <w:t>vn 0.5231 0.8273 0.2049</w:t>
        <w:br/>
        <w:t>vn 0.4245 0.8682 0.2570</w:t>
        <w:br/>
        <w:t>vn 0.9810 -0.1682 -0.0969</w:t>
        <w:br/>
        <w:t>vn 0.2311 0.8034 0.5488</w:t>
        <w:br/>
        <w:t>vn 0.0033 0.6639 0.7479</w:t>
        <w:br/>
        <w:t>vn 0.9220 -0.1557 0.3544</w:t>
        <w:br/>
        <w:t>vn 0.9577 -0.1567 0.2412</w:t>
        <w:br/>
        <w:t>vn 0.8841 -0.1402 0.4459</w:t>
        <w:br/>
        <w:t>vn 0.8882 -0.1125 0.4454</w:t>
        <w:br/>
        <w:t>vn -0.1488 0.2437 0.9584</w:t>
        <w:br/>
        <w:t>vn 0.8959 -0.1635 0.4132</w:t>
        <w:br/>
        <w:t>vn -0.3002 -0.0881 0.9498</w:t>
        <w:br/>
        <w:t>vn 0.8873 -0.1223 0.4447</w:t>
        <w:br/>
        <w:t>vn 0.8629 -0.1702 0.4759</w:t>
        <w:br/>
        <w:t>vn -0.3704 -0.2115 0.9045</w:t>
        <w:br/>
        <w:t>vn 0.9720 -0.1306 0.1953</w:t>
        <w:br/>
        <w:t>vn -0.4107 -0.2497 0.8769</w:t>
        <w:br/>
        <w:t>vn -0.3997 -0.2853 0.8711</w:t>
        <w:br/>
        <w:t>vn -0.4314 -0.1666 0.8867</w:t>
        <w:br/>
        <w:t>vn -0.4034 -0.2043 0.8919</w:t>
        <w:br/>
        <w:t>vn -0.3808 -0.2501 0.8902</w:t>
        <w:br/>
        <w:t>vn -0.3650 -0.2962 0.8826</w:t>
        <w:br/>
        <w:t>vn -0.3887 -0.3033 0.8700</w:t>
        <w:br/>
        <w:t>vn 0.7868 -0.1445 0.6000</w:t>
        <w:br/>
        <w:t>vn 0.8700 -0.0965 0.4836</w:t>
        <w:br/>
        <w:t>vn 0.8191 -0.2099 0.5339</w:t>
        <w:br/>
        <w:t>vn 0.8495 -0.0694 0.5230</w:t>
        <w:br/>
        <w:t>vn 0.9438 -0.0768 0.3215</w:t>
        <w:br/>
        <w:t>vn 0.9745 -0.0639 0.2151</w:t>
        <w:br/>
        <w:t>vn 0.9772 -0.0715 0.2000</w:t>
        <w:br/>
        <w:t>vn 0.9398 -0.0981 0.3272</w:t>
        <w:br/>
        <w:t>vn 0.9939 -0.0649 0.0886</w:t>
        <w:br/>
        <w:t>vn 0.8158 -0.1169 0.5664</w:t>
        <w:br/>
        <w:t>vn 0.9748 -0.0537 0.2166</w:t>
        <w:br/>
        <w:t>vn 0.9414 -0.0301 0.3359</w:t>
        <w:br/>
        <w:t>vn 0.9504 -0.0229 0.3101</w:t>
        <w:br/>
        <w:t>vn 0.9937 -0.0587 -0.0955</w:t>
        <w:br/>
        <w:t>vn 0.6578 -0.1113 0.7449</w:t>
        <w:br/>
        <w:t>vn 0.6321 -0.1121 0.7667</w:t>
        <w:br/>
        <w:t>vn 0.8696 -0.0392 -0.4921</w:t>
        <w:br/>
        <w:t>vn 0.6074 -0.1071 0.7872</w:t>
        <w:br/>
        <w:t>vn 0.5933 -0.1088 0.7976</w:t>
        <w:br/>
        <w:t>vn 0.7813 -0.1128 0.6139</w:t>
        <w:br/>
        <w:t>vn 0.3422 -0.9232 -0.1748</w:t>
        <w:br/>
        <w:t>vn 0.3726 -0.9172 -0.1409</w:t>
        <w:br/>
        <w:t>vn 0.3974 -0.9042 -0.1564</w:t>
        <w:br/>
        <w:t>vn 0.8480 -0.0101 -0.5299</w:t>
        <w:br/>
        <w:t>vn 0.9760 -0.1161 0.1844</w:t>
        <w:br/>
        <w:t>vn 0.9175 -0.1493 -0.3686</w:t>
        <w:br/>
        <w:t>vn 0.2538 0.9660 -0.0494</w:t>
        <w:br/>
        <w:t>vn 0.2382 0.9681 -0.0778</w:t>
        <w:br/>
        <w:t>vn 0.2489 0.9674 -0.0470</w:t>
        <w:br/>
        <w:t>vn 0.2414 0.9623 -0.1255</w:t>
        <w:br/>
        <w:t>vn 0.2114 0.9565 -0.2008</w:t>
        <w:br/>
        <w:t>vn 0.9484 -0.0691 -0.3093</w:t>
        <w:br/>
        <w:t>vn 0.9590 -0.0502 -0.2788</w:t>
        <w:br/>
        <w:t>vn 0.8822 -0.0385 -0.4693</w:t>
        <w:br/>
        <w:t>vn 0.8863 -0.0228 -0.4625</w:t>
        <w:br/>
        <w:t>vn 0.3126 -0.9245 -0.2182</w:t>
        <w:br/>
        <w:t>vn 0.1950 0.9512 -0.2392</w:t>
        <w:br/>
        <w:t>vn 0.6015 -0.3660 -0.7101</w:t>
        <w:br/>
        <w:t>vn 0.6686 -0.0285 -0.7431</w:t>
        <w:br/>
        <w:t>vn 0.3014 -0.9146 -0.2697</w:t>
        <w:br/>
        <w:t>vn 0.3086 -0.9072 -0.2861</w:t>
        <w:br/>
        <w:t>vn 0.1327 0.9548 -0.2658</w:t>
        <w:br/>
        <w:t>vn 0.3405 -0.0273 -0.9398</w:t>
        <w:br/>
        <w:t>vn 0.0725 -0.0655 -0.9952</w:t>
        <w:br/>
        <w:t>vn 0.1003 0.9527 -0.2869</w:t>
        <w:br/>
        <w:t>vn 0.4332 -0.0456 -0.9001</w:t>
        <w:br/>
        <w:t>vn 0.0557 -0.0511 -0.9971</w:t>
        <w:br/>
        <w:t>vn 0.0097 0.9512 -0.3083</w:t>
        <w:br/>
        <w:t>vn -0.2056 -0.1211 -0.9711</w:t>
        <w:br/>
        <w:t>vn -0.2460 -0.2376 -0.9397</w:t>
        <w:br/>
        <w:t>vn 0.0138 0.9401 -0.3407</w:t>
        <w:br/>
        <w:t>vn -0.5674 -0.2826 -0.7735</w:t>
        <w:br/>
        <w:t>vn -0.3947 -0.3087 -0.8654</w:t>
        <w:br/>
        <w:t>vn -0.1417 0.9492 -0.2809</w:t>
        <w:br/>
        <w:t>vn -0.0954 0.9491 -0.3000</w:t>
        <w:br/>
        <w:t>vn -0.2291 0.9434 -0.2397</w:t>
        <w:br/>
        <w:t>vn -0.2766 0.9400 -0.1995</w:t>
        <w:br/>
        <w:t>vn 0.3107 -0.5327 -0.7872</w:t>
        <w:br/>
        <w:t>vn 0.1020 -0.0708 -0.9923</w:t>
        <w:br/>
        <w:t>vn -0.1514 -0.6357 -0.7569</w:t>
        <w:br/>
        <w:t>vn -0.3204 -0.1011 -0.9419</w:t>
        <w:br/>
        <w:t>vn 0.2713 -0.8843 -0.3799</w:t>
        <w:br/>
        <w:t>vn 0.1017 -0.6322 -0.7681</w:t>
        <w:br/>
        <w:t>vn 0.3315 -0.4424 -0.8333</w:t>
        <w:br/>
        <w:t>vn 0.7801 -0.0208 -0.6253</w:t>
        <w:br/>
        <w:t>vn 0.6490 -0.1505 -0.7458</w:t>
        <w:br/>
        <w:t>vn 0.6543 -0.0321 -0.7555</w:t>
        <w:br/>
        <w:t>vn 0.7093 -0.0688 -0.7015</w:t>
        <w:br/>
        <w:t>vn 0.4818 -0.1529 -0.8628</w:t>
        <w:br/>
        <w:t>vn 0.0778 -0.0084 -0.9969</w:t>
        <w:br/>
        <w:t>vn 0.5119 -0.1705 -0.8420</w:t>
        <w:br/>
        <w:t>vn -0.0851 -0.0175 -0.9962</w:t>
        <w:br/>
        <w:t>vn 0.0300 -0.9003 -0.4342</w:t>
        <w:br/>
        <w:t>vn -0.3770 -0.1396 -0.9156</w:t>
        <w:br/>
        <w:t>vn -0.0644 -0.9295 -0.3633</w:t>
        <w:br/>
        <w:t>vn -0.3237 -0.0577 -0.9444</w:t>
        <w:br/>
        <w:t>vn -0.3586 -0.7736 -0.5225</w:t>
        <w:br/>
        <w:t>vn -0.5500 -0.2029 -0.8102</w:t>
        <w:br/>
        <w:t>vn -0.3190 -0.1019 -0.9423</w:t>
        <w:br/>
        <w:t>vn -0.4376 -0.1935 -0.8781</w:t>
        <w:br/>
        <w:t>vn -0.5365 -0.5131 -0.6699</w:t>
        <w:br/>
        <w:t>vn -0.6431 -0.1435 -0.7522</w:t>
        <w:br/>
        <w:t>vn -0.5816 -0.5862 -0.5641</w:t>
        <w:br/>
        <w:t>vn -0.8452 -0.1483 -0.5135</w:t>
        <w:br/>
        <w:t>vn -0.3463 0.9300 -0.1231</w:t>
        <w:br/>
        <w:t>vn -0.6834 -0.6013 -0.4140</w:t>
        <w:br/>
        <w:t>vn -0.6728 -0.1427 -0.7259</w:t>
        <w:br/>
        <w:t>vn -0.2756 -0.9376 -0.2119</w:t>
        <w:br/>
        <w:t>vn -0.8556 -0.1039 -0.5071</w:t>
        <w:br/>
        <w:t>vn -0.9250 -0.1304 -0.3570</w:t>
        <w:br/>
        <w:t>vn -0.6067 -0.0935 -0.7894</w:t>
        <w:br/>
        <w:t>vn -0.2716 -0.9463 -0.1751</w:t>
        <w:br/>
        <w:t>vn -0.9185 -0.1102 -0.3797</w:t>
        <w:br/>
        <w:t>vn -0.8748 -0.1211 -0.4690</w:t>
        <w:br/>
        <w:t>vn -0.2143 -0.9677 -0.1330</w:t>
        <w:br/>
        <w:t>vn -0.9881 -0.1536 0.0000</w:t>
        <w:br/>
        <w:t>vn -0.6317 -0.0685 -0.7722</w:t>
        <w:br/>
        <w:t>vn -0.6615 -0.1772 0.7287</w:t>
        <w:br/>
        <w:t>vn -0.4174 -0.1367 0.8984</w:t>
        <w:br/>
        <w:t>vn -0.4120 -0.1409 0.9002</w:t>
        <w:br/>
        <w:t>vn -0.4321 -0.1372 0.8913</w:t>
        <w:br/>
        <w:t>vn -0.4442 -0.1397 0.8850</w:t>
        <w:br/>
        <w:t>vn -0.9707 -0.1181 0.2094</w:t>
        <w:br/>
        <w:t>vn -0.4513 -0.1387 0.8815</w:t>
        <w:br/>
        <w:t>vn -0.6765 -0.1775 0.7147</w:t>
        <w:br/>
        <w:t>vn -0.9732 -0.1650 0.1602</w:t>
        <w:br/>
        <w:t>vn -0.9269 -0.2604 0.2702</w:t>
        <w:br/>
        <w:t>vn -0.9336 -0.2381 0.2679</w:t>
        <w:br/>
        <w:t>vn -0.9501 -0.1350 0.2814</w:t>
        <w:br/>
        <w:t>vn -0.8268 -0.1374 0.5454</w:t>
        <w:br/>
        <w:t>vn -0.7804 -0.1542 0.6060</w:t>
        <w:br/>
        <w:t>vn -0.3674 -0.2776 0.8877</w:t>
        <w:br/>
        <w:t>vn -0.9492 -0.1934 0.2482</w:t>
        <w:br/>
        <w:t>vn -0.7968 -0.2444 0.5526</w:t>
        <w:br/>
        <w:t>vn 0.1410 -0.2493 0.9581</w:t>
        <w:br/>
        <w:t>vn -0.3674 -0.2775 0.8877</w:t>
        <w:br/>
        <w:t>vn 0.1202 -0.2825 0.9517</w:t>
        <w:br/>
        <w:t>vn 0.1712 -0.2188 0.9606</w:t>
        <w:br/>
        <w:t>vn 0.1714 -0.1973 0.9653</w:t>
        <w:br/>
        <w:t>vn -0.0551 -0.2883 0.9560</w:t>
        <w:br/>
        <w:t>vn 0.1170 -0.2939 0.9487</w:t>
        <w:br/>
        <w:t>vn 0.1232 -0.3307 0.9357</w:t>
        <w:br/>
        <w:t>vn 0.1118 -0.1497 0.9824</w:t>
        <w:br/>
        <w:t>vn 0.0914 0.1779 0.9798</w:t>
        <w:br/>
        <w:t>vn -0.0885 0.5957 0.7983</w:t>
        <w:br/>
        <w:t>vn -0.8177 -0.2612 0.5129</w:t>
        <w:br/>
        <w:t>vn -0.7843 -0.2955 0.5455</w:t>
        <w:br/>
        <w:t>vn -0.7912 -0.2599 0.5536</w:t>
        <w:br/>
        <w:t>vn -0.8371 -0.2607 0.4809</w:t>
        <w:br/>
        <w:t>vn -0.3729 0.6853 0.6255</w:t>
        <w:br/>
        <w:t>vn -0.8131 -0.2194 0.5391</w:t>
        <w:br/>
        <w:t>vn -0.6396 0.7101 0.2945</w:t>
        <w:br/>
        <w:t>vn -0.9095 0.1104 0.4008</w:t>
        <w:br/>
        <w:t>vn -0.9103 -0.2811 0.3037</w:t>
        <w:br/>
        <w:t>vn -0.9721 0.2345 0.0021</w:t>
        <w:br/>
        <w:t>vn -0.7250 0.6881 0.0301</w:t>
        <w:br/>
        <w:t>vn -0.7140 0.6821 -0.1582</w:t>
        <w:br/>
        <w:t>vn -0.9563 -0.2813 -0.0795</w:t>
        <w:br/>
        <w:t>vn -0.8929 -0.2527 -0.3726</w:t>
        <w:br/>
        <w:t>vn -0.3547 0.9315 -0.0806</w:t>
        <w:br/>
        <w:t>vn -0.3696 0.9282 -0.0420</w:t>
        <w:br/>
        <w:t>vn -0.3454 0.9380 -0.0271</w:t>
        <w:br/>
        <w:t>vn -0.8766 -0.2607 -0.4046</w:t>
        <w:br/>
        <w:t>vn -0.9133 0.2151 -0.3459</w:t>
        <w:br/>
        <w:t>vn -0.5405 0.8044 -0.2466</w:t>
        <w:br/>
        <w:t>vn -0.6357 -0.3256 -0.6999</w:t>
        <w:br/>
        <w:t>vn -0.4384 -0.3219 -0.8391</w:t>
        <w:br/>
        <w:t>vn -0.5308 -0.0674 -0.8448</w:t>
        <w:br/>
        <w:t>vn -0.7073 0.1593 -0.6887</w:t>
        <w:br/>
        <w:t>vn -0.7142 0.6508 -0.2577</w:t>
        <w:br/>
        <w:t>vn -0.4104 0.8226 -0.3935</w:t>
        <w:br/>
        <w:t>vn -0.5404 0.8044 -0.2466</w:t>
        <w:br/>
        <w:t>vn -0.0723 0.9970 0.0281</w:t>
        <w:br/>
        <w:t>vn -0.9828 0.0825 0.1654</w:t>
        <w:br/>
        <w:t>vn -0.9568 0.1600 0.2429</w:t>
        <w:br/>
        <w:t>vn -0.0017 0.9033 -0.4291</w:t>
        <w:br/>
        <w:t>vn -0.0109 0.8547 -0.5190</w:t>
        <w:br/>
        <w:t>vn 0.9828 -0.0825 -0.1653</w:t>
        <w:br/>
        <w:t>vn -0.0839 0.6633 -0.7437</w:t>
        <w:br/>
        <w:t>vn -0.9565 0.1577 0.2454</w:t>
        <w:br/>
        <w:t>vn 0.9570 -0.1607 -0.2414</w:t>
        <w:br/>
        <w:t>vn 0.0797 -0.6622 0.7450</w:t>
        <w:br/>
        <w:t>vn -0.0796 0.6627 -0.7446</w:t>
        <w:br/>
        <w:t>vn 0.9566 -0.1574 -0.2451</w:t>
        <w:br/>
        <w:t>vn -0.9071 0.2694 0.3234</w:t>
        <w:br/>
        <w:t>vn -0.8851 0.3127 0.3446</w:t>
        <w:br/>
        <w:t>vn -0.1652 0.4093 -0.8973</w:t>
        <w:br/>
        <w:t>vn 0.9083 -0.2708 -0.3187</w:t>
        <w:br/>
        <w:t>vn -0.2096 0.3164 -0.9252</w:t>
        <w:br/>
        <w:t>vn 0.1618 -0.4020 0.9012</w:t>
        <w:br/>
        <w:t>vn 0.8871 -0.3158 -0.3367</w:t>
        <w:br/>
        <w:t>vn 0.2033 -0.3055 0.9302</w:t>
        <w:br/>
        <w:t>vn -0.3266 0.0645 -0.9430</w:t>
        <w:br/>
        <w:t>vn 0.8366 -0.4069 -0.3667</w:t>
        <w:br/>
        <w:t>vn -0.8398 0.3927 0.3749</w:t>
        <w:br/>
        <w:t>vn -0.3437 0.0727 -0.9363</w:t>
        <w:br/>
        <w:t>vn -0.8111 0.4239 0.4030</w:t>
        <w:br/>
        <w:t>vn 0.2897 -0.0364 0.9564</w:t>
        <w:br/>
        <w:t>vn 0.8071 -0.4558 -0.3752</w:t>
        <w:br/>
        <w:t>vn 0.3273 -0.0695 0.9424</w:t>
        <w:br/>
        <w:t>vn 0.2833 0.1834 0.9413</w:t>
        <w:br/>
        <w:t>vn -0.7837 0.4576 0.4200</w:t>
        <w:br/>
        <w:t>vn -0.3143 -0.0756 -0.9463</w:t>
        <w:br/>
        <w:t>vn -0.7735 0.4464 0.4499</w:t>
        <w:br/>
        <w:t>vn 0.0966 0.9754 0.1983</w:t>
        <w:br/>
        <w:t>vn 0.3518 0.8298 0.4331</w:t>
        <w:br/>
        <w:t>vn 0.1113 0.9724 0.2051</w:t>
        <w:br/>
        <w:t>vn 0.5629 -0.7501 -0.3470</w:t>
        <w:br/>
        <w:t>vn -0.3428 -0.0666 -0.9370</w:t>
        <w:br/>
        <w:t>vn 0.2858 0.2005 0.9371</w:t>
        <w:br/>
        <w:t>vn 0.7745 -0.5023 -0.3844</w:t>
        <w:br/>
        <w:t>vn 0.2696 0.2740 0.9232</w:t>
        <w:br/>
        <w:t>vn -0.1324 -0.9827 -0.1294</w:t>
        <w:br/>
        <w:t>vn -0.0751 -0.9837 -0.1634</w:t>
        <w:br/>
        <w:t>vn 0.1645 0.2579 0.9521</w:t>
        <w:br/>
        <w:t>vn -0.2555 -0.1015 -0.9615</w:t>
        <w:br/>
        <w:t>vn 0.5629 -0.7502 -0.3470</w:t>
        <w:br/>
        <w:t>vn -0.1324 -0.9827 -0.1295</w:t>
        <w:br/>
        <w:t>vn -0.1795 -0.9803 -0.0821</w:t>
        <w:br/>
        <w:t>vn 0.4415 0.1360 0.8869</w:t>
        <w:br/>
        <w:t>vn 0.5074 -0.0921 0.8568</w:t>
        <w:br/>
        <w:t>vn -0.2402 -0.9697 -0.0448</w:t>
        <w:br/>
        <w:t>vn -0.2156 -0.9762 -0.0222</w:t>
        <w:br/>
        <w:t>vn -0.3047 -0.0516 -0.9511</w:t>
        <w:br/>
        <w:t>vn -0.3796 -0.0325 -0.9246</w:t>
        <w:br/>
        <w:t>vn 0.2136 0.9685 0.1279</w:t>
        <w:br/>
        <w:t>vn -0.4286 0.1238 -0.8950</w:t>
        <w:br/>
        <w:t>vn 0.3424 0.9395 0.0078</w:t>
        <w:br/>
        <w:t>vn 0.3429 0.9382 -0.0461</w:t>
        <w:br/>
        <w:t>vn 0.1805 -0.9025 -0.3911</w:t>
        <w:br/>
        <w:t>vn 0.2389 -0.8630 -0.4452</w:t>
        <w:br/>
        <w:t>vn 0.2668 -0.8380 -0.4759</w:t>
        <w:br/>
        <w:t>vn 0.3655 -0.7792 -0.5091</w:t>
        <w:br/>
        <w:t>vn 0.4093 -0.7314 -0.5454</w:t>
        <w:br/>
        <w:t>vn 0.4923 -0.6845 -0.5377</w:t>
        <w:br/>
        <w:t>vn 0.4858 -0.6449 -0.5900</w:t>
        <w:br/>
        <w:t>vn 0.3464 -0.7280 -0.5916</w:t>
        <w:br/>
        <w:t>vn 0.5446 -0.2436 0.8026</w:t>
        <w:br/>
        <w:t>vn 0.3536 -0.3866 0.8518</w:t>
        <w:br/>
        <w:t>vn 0.3486 -0.3815 0.8561</w:t>
        <w:br/>
        <w:t>vn 0.1864 -0.4982 0.8468</w:t>
        <w:br/>
        <w:t>vn 0.1585 -0.7603 -0.6300</w:t>
        <w:br/>
        <w:t>vn -0.0276 -0.7245 -0.6887</w:t>
        <w:br/>
        <w:t>vn -0.0102 -0.7159 -0.6981</w:t>
        <w:br/>
        <w:t>vn 0.1770 -0.5199 0.8357</w:t>
        <w:br/>
        <w:t>vn -0.0674 -0.6002 0.7970</w:t>
        <w:br/>
        <w:t>vn -0.3070 -0.6241 0.7184</w:t>
        <w:br/>
        <w:t>vn -0.5154 -0.6112 0.6006</w:t>
        <w:br/>
        <w:t>vn -0.5220 -0.5970 0.6092</w:t>
        <w:br/>
        <w:t>vn 0.0532 0.7164 0.6956</w:t>
        <w:br/>
        <w:t>vn 0.0326 0.7075 0.7059</w:t>
        <w:br/>
        <w:t>vn -0.2373 0.7344 0.6358</w:t>
        <w:br/>
        <w:t>vn -0.2537 0.7730 0.5814</w:t>
        <w:br/>
        <w:t>vn 0.5254 0.6088 -0.5944</w:t>
        <w:br/>
        <w:t>vn 0.5328 0.5934 -0.6034</w:t>
        <w:br/>
        <w:t>vn 0.1992 0.6108 -0.7663</w:t>
        <w:br/>
        <w:t>vn 0.1932 0.6247 -0.7566</w:t>
        <w:br/>
        <w:t>vn -0.1928 0.4955 -0.8469</w:t>
        <w:br/>
        <w:t>vn -0.4913 0.6718 0.5544</w:t>
        <w:br/>
        <w:t>vn -0.1916 0.4900 -0.8504</w:t>
        <w:br/>
        <w:t>vn -0.4756 0.6532 0.5891</w:t>
        <w:br/>
        <w:t>vn -0.3695 0.3763 -0.8496</w:t>
        <w:br/>
        <w:t>vn -0.4250 0.7184 0.5507</w:t>
        <w:br/>
        <w:t>vn -0.3770 0.7781 0.5025</w:t>
        <w:br/>
        <w:t>vn -0.3688 0.3749 -0.8506</w:t>
        <w:br/>
        <w:t>vn -0.5476 0.2479 -0.7992</w:t>
        <w:br/>
        <w:t>vn -0.5951 0.2128 -0.7750</w:t>
        <w:br/>
        <w:t>vn -0.2693 0.8407 0.4698</w:t>
        <w:br/>
        <w:t>vn -0.6797 0.1538 -0.7172</w:t>
        <w:br/>
        <w:t>vn -0.2416 0.8639 0.4419</w:t>
        <w:br/>
        <w:t>vn 0.5938 -0.2099 0.7767</w:t>
        <w:br/>
        <w:t>vn -0.7176 0.1272 -0.6847</w:t>
        <w:br/>
        <w:t>vn -0.1835 0.9021 0.3905</w:t>
        <w:br/>
        <w:t>vn -0.8001 0.0773 -0.5948</w:t>
        <w:br/>
        <w:t>vn 0.6808 -0.1509 0.7167</w:t>
        <w:br/>
        <w:t>vn 0.1663 -0.9202 -0.3544</w:t>
        <w:br/>
        <w:t>vn 0.1180 -0.9530 -0.2791</w:t>
        <w:br/>
        <w:t>vn -0.1671 0.9197 0.3552</w:t>
        <w:br/>
        <w:t>vn 0.7199 -0.1260 0.6826</w:t>
        <w:br/>
        <w:t>vn -0.8432 0.0423 -0.5359</w:t>
        <w:br/>
        <w:t>vn -0.1183 0.9529 0.2793</w:t>
        <w:br/>
        <w:t>vn -0.8994 0.0076 -0.4370</w:t>
        <w:br/>
        <w:t>vn 0.0977 -0.9681 -0.2308</w:t>
        <w:br/>
        <w:t>vn 0.8025 -0.0758 0.5918</w:t>
        <w:br/>
        <w:t>vn -0.0978 0.9681 0.2305</w:t>
        <w:br/>
        <w:t>vn 0.8448 -0.0416 0.5335</w:t>
        <w:br/>
        <w:t>vn 0.0232 -0.9989 -0.0410</w:t>
        <w:br/>
        <w:t>vn 0.9003 -0.0073 0.4353</w:t>
        <w:br/>
        <w:t>vn 0.9168 0.0021 0.3993</w:t>
        <w:br/>
        <w:t>vn -0.0227 0.9992 0.0340</w:t>
        <w:br/>
        <w:t>vn -0.0217 0.9991 0.0368</w:t>
        <w:br/>
        <w:t>vn -0.9161 -0.0021 -0.4009</w:t>
        <w:br/>
        <w:t>vn -0.9471 0.0841 -0.3099</w:t>
        <w:br/>
        <w:t>vn 0.9630 -0.0382 0.2667</w:t>
        <w:br/>
        <w:t>vn 0.1599 0.9026 -0.3996</w:t>
        <w:br/>
        <w:t>vn -0.9522 0.0226 -0.3045</w:t>
        <w:br/>
        <w:t>vn 0.3040 0.7013 -0.6448</w:t>
        <w:br/>
        <w:t>vn -0.7494 -0.3908 -0.5344</w:t>
        <w:br/>
        <w:t>vn 0.2546 0.4955 -0.8305</w:t>
        <w:br/>
        <w:t>vn 0.0126 0.0740 -0.9972</w:t>
        <w:br/>
        <w:t>vn 0.5729 0.8190 -0.0311</w:t>
        <w:br/>
        <w:t>vn 0.0062 0.0683 -0.9976</w:t>
        <w:br/>
        <w:t>vn 0.5025 0.8062 -0.3122</w:t>
        <w:br/>
        <w:t>vn 0.5915 0.7456 0.3071</w:t>
        <w:br/>
        <w:t>vn 0.1192 -0.0547 0.9914</w:t>
        <w:br/>
        <w:t>vn 0.6058 0.7948 0.0359</w:t>
        <w:br/>
        <w:t>vn 0.3565 -0.4865 0.7977</w:t>
        <w:br/>
        <w:t>vn 0.6193 0.7271 0.2964</w:t>
        <w:br/>
        <w:t>vn 0.7208 -0.6840 -0.1121</w:t>
        <w:br/>
        <w:t>vn 0.6414 0.7648 0.0605</w:t>
        <w:br/>
        <w:t>vn 0.5612 0.8011 -0.2081</w:t>
        <w:br/>
        <w:t>vn 0.2480 -0.2899 -0.9244</w:t>
        <w:br/>
        <w:t>vn -0.1560 -0.6880 -0.7088</w:t>
        <w:br/>
        <w:t>vn 0.2669 -0.6984 -0.6640</w:t>
        <w:br/>
        <w:t>vn 0.7208 -0.6841 -0.1121</w:t>
        <w:br/>
        <w:t>vn 0.6458 -0.3573 -0.6748</w:t>
        <w:br/>
        <w:t>vn 0.2362 -0.9667 0.0989</w:t>
        <w:br/>
        <w:t>vn 0.2983 -0.7166 -0.6305</w:t>
        <w:br/>
        <w:t>vn 0.6057 -0.5191 -0.6030</w:t>
        <w:br/>
        <w:t>vn 0.6217 -0.5701 0.5371</w:t>
        <w:br/>
        <w:t>vn 0.3453 -0.9279 -0.1406</w:t>
        <w:br/>
        <w:t>vn 0.1887 -0.3888 0.9018</w:t>
        <w:br/>
        <w:t>vn -0.0905 -0.1272 0.9877</w:t>
        <w:br/>
        <w:t>vn 0.4733 0.8386 0.2696</w:t>
        <w:br/>
        <w:t>vn 0.5237 0.8157 0.2456</w:t>
        <w:br/>
        <w:t>vn 0.5218 0.8494 0.0788</w:t>
        <w:br/>
        <w:t>vn 0.5519 0.8292 0.0886</w:t>
        <w:br/>
        <w:t>vn 0.5338 0.8417 -0.0812</w:t>
        <w:br/>
        <w:t>vn 0.3376 -0.3149 -0.8870</w:t>
        <w:br/>
        <w:t>vn -0.8251 -0.1979 -0.5292</w:t>
        <w:br/>
        <w:t>vn -0.8547 -0.0740 -0.5138</w:t>
        <w:br/>
        <w:t>vn -0.8524 -0.0768 -0.5172</w:t>
        <w:br/>
        <w:t>vn -0.8250 0.0305 -0.5644</w:t>
        <w:br/>
        <w:t>vn -0.6423 0.0787 -0.7624</w:t>
        <w:br/>
        <w:t>vn -0.7766 0.0797 -0.6249</w:t>
        <w:br/>
        <w:t>vn -0.8771 0.0281 -0.4795</w:t>
        <w:br/>
        <w:t>vn -0.5455 -0.2652 0.7950</w:t>
        <w:br/>
        <w:t>vn -0.5313 -0.2431 0.8115</w:t>
        <w:br/>
        <w:t>vn -0.5078 -0.2250 0.8316</w:t>
        <w:br/>
        <w:t>vn -0.5941 -0.2456 0.7659</w:t>
        <w:br/>
        <w:t>vn -0.5231 -0.1482 0.8393</w:t>
        <w:br/>
        <w:t>vn -0.5328 -0.1488 0.8330</w:t>
        <w:br/>
        <w:t>vn 0.7775 -0.1240 0.6165</w:t>
        <w:br/>
        <w:t>vn 0.8048 -0.0720 0.5891</w:t>
        <w:br/>
        <w:t>vn 0.7969 -0.0862 0.5979</w:t>
        <w:br/>
        <w:t>vn 0.8346 0.0586 0.5477</w:t>
        <w:br/>
        <w:t>vn 0.7528 -0.1227 0.6467</w:t>
        <w:br/>
        <w:t>vn 0.5869 0.2010 -0.7843</w:t>
        <w:br/>
        <w:t>vn 0.6952 0.1769 -0.6967</w:t>
        <w:br/>
        <w:t>vn 0.6143 0.2080 -0.7611</w:t>
        <w:br/>
        <w:t>vn 0.5278 0.2034 -0.8246</w:t>
        <w:br/>
        <w:t>vn 0.5301 0.1459 -0.8353</w:t>
        <w:br/>
        <w:t>vn 0.8550 0.0715 0.5137</w:t>
        <w:br/>
        <w:t>vn 0.5333 0.1480 -0.8329</w:t>
        <w:br/>
        <w:t>vn 0.5449 0.0480 -0.8371</w:t>
        <w:br/>
        <w:t>vn 0.5529 -0.0113 -0.8332</w:t>
        <w:br/>
        <w:t>vn 0.8245 0.1991 0.5297</w:t>
        <w:br/>
        <w:t>vn 0.5652 -0.0675 -0.8222</w:t>
        <w:br/>
        <w:t>vn 0.5631 -0.0689 -0.8235</w:t>
        <w:br/>
        <w:t>vn 0.8105 0.2607 0.5244</w:t>
        <w:br/>
        <w:t>vn 0.8082 0.2599 0.5284</w:t>
        <w:br/>
        <w:t>vn 0.8210 0.2004 0.5346</w:t>
        <w:br/>
        <w:t>vn -0.5653 0.0674 0.8221</w:t>
        <w:br/>
        <w:t>vn -0.5533 0.0126 0.8329</w:t>
        <w:br/>
        <w:t>vn -0.5633 0.0688 0.8234</w:t>
        <w:br/>
        <w:t>vn -0.5453 -0.0452 0.8370</w:t>
        <w:br/>
        <w:t>vn -0.8218 -0.1994 -0.5337</w:t>
        <w:br/>
        <w:t>vn -0.8112 -0.2599 -0.5239</w:t>
        <w:br/>
        <w:t>vn -0.8087 -0.2590 -0.5282</w:t>
        <w:br/>
        <w:t>vn -0.8809 0.4162 -0.2252</w:t>
        <w:br/>
        <w:t>vn -0.8757 0.4827 -0.0125</w:t>
        <w:br/>
        <w:t>vn -0.8024 0.4751 -0.3613</w:t>
        <w:br/>
        <w:t>vn -0.7340 0.4983 -0.4614</w:t>
        <w:br/>
        <w:t>vn -0.6414 0.5594 -0.5250</w:t>
        <w:br/>
        <w:t>vn -0.5405 0.5813 -0.6082</w:t>
        <w:br/>
        <w:t>vn -0.4720 0.6205 -0.6263</w:t>
        <w:br/>
        <w:t>vn 0.2646 0.7864 0.5582</w:t>
        <w:br/>
        <w:t>vn 0.4593 0.7914 0.4035</w:t>
        <w:br/>
        <w:t>vn 0.2360 0.8120 0.5338</w:t>
        <w:br/>
        <w:t>vn -0.2502 0.6811 -0.6881</w:t>
        <w:br/>
        <w:t>vn 0.0172 0.7585 0.6515</w:t>
        <w:br/>
        <w:t>vn -0.2486 0.6814 -0.6884</w:t>
        <w:br/>
        <w:t>vn 0.0205 0.7312 -0.6819</w:t>
        <w:br/>
        <w:t>vn 0.6052 0.7377 0.2993</w:t>
        <w:br/>
        <w:t>vn 0.6878 0.7258 -0.0121</w:t>
        <w:br/>
        <w:t>vn 0.0156 0.7570 0.6532</w:t>
        <w:br/>
        <w:t>vn 0.7054 -0.5417 0.4571</w:t>
        <w:br/>
        <w:t>vn 0.5199 -0.6115 0.5965</w:t>
        <w:br/>
        <w:t>vn 0.5222 -0.5989 0.6071</w:t>
        <w:br/>
        <w:t>vn 0.2551 -0.6927 0.6746</w:t>
        <w:br/>
        <w:t>vn 0.6936 0.6930 -0.1965</w:t>
        <w:br/>
        <w:t>vn -0.3111 0.6577 0.6860</w:t>
        <w:br/>
        <w:t>vn 0.5465 0.6698 -0.5028</w:t>
        <w:br/>
        <w:t>vn -0.8359 0.5169 0.1844</w:t>
        <w:br/>
        <w:t>vn -0.7700 0.5783 0.2695</w:t>
        <w:br/>
        <w:t>vn -0.7679 0.5785 0.2752</w:t>
        <w:br/>
        <w:t>vn 0.4405 0.6446 -0.6248</w:t>
        <w:br/>
        <w:t>vn 0.3281 0.5997 -0.7299</w:t>
        <w:br/>
        <w:t>vn 0.3276 0.5991 -0.7306</w:t>
        <w:br/>
        <w:t>vn 0.6762 -0.6480 -0.3504</w:t>
        <w:br/>
        <w:t>vn 0.4997 -0.7164 -0.4868</w:t>
        <w:br/>
        <w:t>vn 0.5041 -0.7229 -0.4724</w:t>
        <w:br/>
        <w:t>vn 0.8053 -0.5853 -0.0942</w:t>
        <w:br/>
        <w:t>vn 0.8638 -0.4659 0.1919</w:t>
        <w:br/>
        <w:t>vn -0.5716 -0.6499 0.5008</w:t>
        <w:br/>
        <w:t>vn -0.4684 -0.6143 0.6350</w:t>
        <w:br/>
        <w:t>vn -0.4500 -0.5665 0.6904</w:t>
        <w:br/>
        <w:t>vn -0.6596 -0.6786 0.3233</w:t>
        <w:br/>
        <w:t>vn 0.7967 -0.5155 0.3154</w:t>
        <w:br/>
        <w:t>vn -0.7554 -0.6542 0.0367</w:t>
        <w:br/>
        <w:t>vn -0.7098 -0.6940 -0.1203</w:t>
        <w:br/>
        <w:t>vn 0.6874 -0.5490 0.4755</w:t>
        <w:br/>
        <w:t>vn -0.6032 -0.7026 -0.3775</w:t>
        <w:br/>
        <w:t>vn -0.4408 -0.7723 -0.4575</w:t>
        <w:br/>
        <w:t>vn -0.2982 -0.7720 -0.5613</w:t>
        <w:br/>
        <w:t>vn -0.2222 -0.7881 -0.5741</w:t>
        <w:br/>
        <w:t>vn -0.0875 -0.7635 -0.6398</w:t>
        <w:br/>
        <w:t>vn 0.2523 -0.6940 0.6743</w:t>
        <w:br/>
        <w:t>vn 0.0005 -0.7330 -0.6803</w:t>
        <w:br/>
        <w:t>vn -0.0575 -0.7529 0.6556</w:t>
        <w:br/>
        <w:t>vn 0.3028 -0.6526 -0.6945</w:t>
        <w:br/>
        <w:t>vn 0.2995 -0.6477 -0.7006</w:t>
        <w:br/>
        <w:t>vn -0.0564 -0.7543 0.6541</w:t>
        <w:br/>
        <w:t>vn 0.6650 -0.5228 -0.5334</w:t>
        <w:br/>
        <w:t>vn 0.6691 -0.4994 -0.5504</w:t>
        <w:br/>
        <w:t>vn -0.2905 -0.7741 0.5624</w:t>
        <w:br/>
        <w:t>vn -0.2794 -0.7806 0.5591</w:t>
        <w:br/>
        <w:t>vn 0.8453 -0.4409 -0.3018</w:t>
        <w:br/>
        <w:t>vn -0.4185 -0.7806 0.4643</w:t>
        <w:br/>
        <w:t>vn 0.8642 -0.4691 -0.1818</w:t>
        <w:br/>
        <w:t>vn -0.6718 0.4958 0.5503</w:t>
        <w:br/>
        <w:t>vn -0.6673 0.5178 0.5353</w:t>
        <w:br/>
        <w:t>vn 0.8919 -0.4479 -0.0615</w:t>
        <w:br/>
        <w:t>vn 0.8856 -0.4643 0.0070</w:t>
        <w:br/>
        <w:t>vn -0.4369 -0.7914 0.4276</w:t>
        <w:br/>
        <w:t>vn -0.4413 -0.8098 0.3866</w:t>
        <w:br/>
        <w:t>vn -0.8510 0.4299 0.3016</w:t>
        <w:br/>
        <w:t>vn 0.9657 -0.1863 0.1808</w:t>
        <w:br/>
        <w:t>vn 0.9358 -0.2172 0.2776</w:t>
        <w:br/>
        <w:t>vn 0.9571 0.1512 0.2470</w:t>
        <w:br/>
        <w:t>vn -0.4161 -0.8197 0.3937</w:t>
        <w:br/>
        <w:t>vn -0.4124 -0.8211 0.3945</w:t>
        <w:br/>
        <w:t>vn -0.8662 0.4675 0.1767</w:t>
        <w:br/>
        <w:t>vn -0.8853 0.4623 0.0497</w:t>
        <w:br/>
        <w:t>vn -0.3061 0.6542 0.6916</w:t>
        <w:br/>
        <w:t>vn 0.1101 0.7473 -0.6553</w:t>
        <w:br/>
        <w:t>vn 0.2804 0.7837 -0.5542</w:t>
        <w:br/>
        <w:t>vn 0.2898 0.7757 -0.5606</w:t>
        <w:br/>
        <w:t>vn 0.3740 0.8159 -0.4410</w:t>
        <w:br/>
        <w:t>vn 0.3558 0.8279 -0.4336</w:t>
        <w:br/>
        <w:t>vn 0.3932 0.8227 -0.4107</w:t>
        <w:br/>
        <w:t>vn 0.4051 0.8153 -0.4138</w:t>
        <w:br/>
        <w:t>vn 0.4198 0.5076 -0.7524</w:t>
        <w:br/>
        <w:t>vn -0.8723 0.4888 -0.0155</w:t>
        <w:br/>
        <w:t>vn -0.9584 0.2136 -0.1894</w:t>
        <w:br/>
        <w:t>vn -0.4011 -0.8223 0.4037</w:t>
        <w:br/>
        <w:t>vn -0.9304 0.2407 -0.2765</w:t>
        <w:br/>
        <w:t>vn 0.4521 0.5014 -0.7378</w:t>
        <w:br/>
        <w:t>vn 0.3532 0.0851 -0.9317</w:t>
        <w:br/>
        <w:t>vn -0.9554 -0.1552 -0.2512</w:t>
        <w:br/>
        <w:t>vn -0.3340 0.0227 0.9423</w:t>
        <w:br/>
        <w:t>vn -0.3684 0.0414 0.9288</w:t>
        <w:br/>
        <w:t>vn -0.3629 0.0265 0.9314</w:t>
        <w:br/>
        <w:t>vn -0.9634 -0.2387 -0.1221</w:t>
        <w:br/>
        <w:t>vn 0.2993 0.0934 -0.9496</w:t>
        <w:br/>
        <w:t>vn 0.2419 -0.9288 -0.2808</w:t>
        <w:br/>
        <w:t>vn 0.2595 -0.9231 -0.2837</w:t>
        <w:br/>
        <w:t>vn 0.1860 -0.9336 -0.3062</w:t>
        <w:br/>
        <w:t>vn -0.9294 -0.3686 0.0175</w:t>
        <w:br/>
        <w:t>vn 0.3661 -0.8870 -0.2814</w:t>
        <w:br/>
        <w:t>vn -0.3969 0.0451 0.9168</w:t>
        <w:br/>
        <w:t>vn 0.9685 0.2145 0.1264</w:t>
        <w:br/>
        <w:t>vn 0.9434 0.3310 -0.0194</w:t>
        <w:br/>
        <w:t>vn -0.8927 -0.4306 0.1326</w:t>
        <w:br/>
        <w:t>vn -0.3318 0.9177 0.2183</w:t>
        <w:br/>
        <w:t>vn -0.2994 0.9413 0.1560</w:t>
        <w:br/>
        <w:t>vn -0.1849 0.9539 0.2362</w:t>
        <w:br/>
        <w:t>vn 0.4118 -0.8438 -0.3441</w:t>
        <w:br/>
        <w:t>vn -0.8170 -0.4985 0.2897</w:t>
        <w:br/>
        <w:t>vn 0.4720 -0.7867 -0.3980</w:t>
        <w:br/>
        <w:t>vn 0.8901 0.4354 -0.1349</w:t>
        <w:br/>
        <w:t>vn -0.4481 0.8580 0.2511</w:t>
        <w:br/>
        <w:t>vn 0.7987 0.5318 -0.2815</w:t>
        <w:br/>
        <w:t>vn -0.7938 -0.4975 0.3498</w:t>
        <w:br/>
        <w:t>vn -0.4651 0.8016 0.3757</w:t>
        <w:br/>
        <w:t>vn 0.7783 0.5371 -0.3251</w:t>
        <w:br/>
        <w:t>vn -0.4921 0.7641 0.4171</w:t>
        <w:br/>
        <w:t>vn 0.7425 0.5230 -0.4185</w:t>
        <w:br/>
        <w:t>vn -0.7451 -0.5041 0.4367</w:t>
        <w:br/>
        <w:t>vn 0.4265 -0.7635 -0.4850</w:t>
        <w:br/>
        <w:t>vn 0.4419 -0.7508 -0.4909</w:t>
        <w:br/>
        <w:t>vn 0.2440 -0.7710 -0.5882</w:t>
        <w:br/>
        <w:t>vn 0.7232 0.4938 -0.4828</w:t>
        <w:br/>
        <w:t>vn 0.5487 0.5331 -0.6440</w:t>
        <w:br/>
        <w:t>vn -0.4251 0.7583 0.4943</w:t>
        <w:br/>
        <w:t>vn -0.4321 0.7484 0.5031</w:t>
        <w:br/>
        <w:t>vn -0.7239 -0.4938 0.4819</w:t>
        <w:br/>
        <w:t>vn 0.5491 0.5243 -0.6509</w:t>
        <w:br/>
        <w:t>vn -0.2338 0.7797 0.5809</w:t>
        <w:br/>
        <w:t>vn -0.5573 -0.5360 0.6341</w:t>
        <w:br/>
        <w:t>vn 0.2531 -0.7637 -0.5940</w:t>
        <w:br/>
        <w:t>vn -0.2403 0.7759 0.5833</w:t>
        <w:br/>
        <w:t>vn -0.5578 -0.5284 0.6401</w:t>
        <w:br/>
        <w:t>vn 0.2770 0.5704 -0.7732</w:t>
        <w:br/>
        <w:t>vn 0.1706 0.5990 -0.7824</w:t>
        <w:br/>
        <w:t>vn 0.0177 0.7782 0.6277</w:t>
        <w:br/>
        <w:t>vn -0.2961 -0.5794 0.7593</w:t>
        <w:br/>
        <w:t>vn 0.1356 0.7827 0.6074</w:t>
        <w:br/>
        <w:t>vn -0.0173 -0.7607 -0.6489</w:t>
        <w:br/>
        <w:t>vn -0.1913 -0.6071 0.7713</w:t>
        <w:br/>
        <w:t>vn -0.1371 -0.7678 -0.6259</w:t>
        <w:br/>
        <w:t>vn 0.3239 0.7418 0.5872</w:t>
        <w:br/>
        <w:t>vn 0.0099 -0.6408 0.7677</w:t>
        <w:br/>
        <w:t>vn -0.3223 -0.7311 -0.6014</w:t>
        <w:br/>
        <w:t>vn 0.0041 -0.6505 0.7595</w:t>
        <w:br/>
        <w:t>vn -0.4159 -0.7207 -0.5547</w:t>
        <w:br/>
        <w:t>vn -0.5739 -0.6570 -0.4889</w:t>
        <w:br/>
        <w:t>vn 0.1439 -0.6542 0.7425</w:t>
        <w:br/>
        <w:t>vn -0.6525 -0.6381 -0.4088</w:t>
        <w:br/>
        <w:t>vn -0.7513 -0.5978 -0.2797</w:t>
        <w:br/>
        <w:t>vn 0.2008 -0.6450 0.7373</w:t>
        <w:br/>
        <w:t>vn 0.2527 -0.6405 0.7252</w:t>
        <w:br/>
        <w:t>vn 0.4192 0.7238 0.5481</w:t>
        <w:br/>
        <w:t>vn 0.5761 0.6539 0.4905</w:t>
        <w:br/>
        <w:t>vn -0.0202 0.6317 -0.7749</w:t>
        <w:br/>
        <w:t>vn -0.0148 0.6427 -0.7659</w:t>
        <w:br/>
        <w:t>vn -0.1392 0.6481 -0.7487</w:t>
        <w:br/>
        <w:t>vn -0.1883 0.6437 -0.7417</w:t>
        <w:br/>
        <w:t>vn 0.6488 0.6332 0.4220</w:t>
        <w:br/>
        <w:t>vn -0.2244 0.6393 -0.7355</w:t>
        <w:br/>
        <w:t>vn -0.2992 0.6038 -0.7388</w:t>
        <w:br/>
        <w:t>vn -0.5015 0.6055 -0.6179</w:t>
        <w:br/>
        <w:t>vn 0.7512 0.5917 0.2925</w:t>
        <w:br/>
        <w:t>vn 0.7567 0.5928 0.2757</w:t>
        <w:br/>
        <w:t>vn 0.3350 -0.6036 0.7235</w:t>
        <w:br/>
        <w:t>vn -0.7563 -0.6004 -0.2599</w:t>
        <w:br/>
        <w:t>vn -0.8189 -0.5689 -0.0759</w:t>
        <w:br/>
        <w:t>vn -0.8453 -0.5305 0.0640</w:t>
        <w:br/>
        <w:t>vn 0.5269 -0.6100 0.5919</w:t>
        <w:br/>
        <w:t>vn -0.8576 -0.4668 0.2159</w:t>
        <w:br/>
        <w:t>vn 0.8213 0.5655 0.0746</w:t>
        <w:br/>
        <w:t>vn -0.5074 0.6299 -0.5880</w:t>
        <w:br/>
        <w:t>vn 0.8436 0.5322 -0.0720</w:t>
        <w:br/>
        <w:t>vn 0.5288 -0.6278 0.5711</w:t>
        <w:br/>
        <w:t>vn -0.7226 0.6180 -0.3098</w:t>
        <w:br/>
        <w:t>vn 0.8281 0.4494 -0.3349</w:t>
        <w:br/>
        <w:t>vn -0.7287 0.5573 -0.3981</w:t>
        <w:br/>
        <w:t>vn -0.7718 0.6193 -0.1443</w:t>
        <w:br/>
        <w:t>vn -0.8002 0.5998 0.0067</w:t>
        <w:br/>
        <w:t>vn 0.7899 0.4036 -0.4617</w:t>
        <w:br/>
        <w:t>vn 0.7330 0.3616 -0.5761</w:t>
        <w:br/>
        <w:t>vn 0.6768 -0.7103 0.1935</w:t>
        <w:br/>
        <w:t>vn 0.7333 0.3598 -0.5769</w:t>
        <w:br/>
        <w:t>vn 0.6435 -0.7627 -0.0642</w:t>
        <w:br/>
        <w:t>vn 0.6478 -0.7577 -0.0790</w:t>
        <w:br/>
        <w:t>vn 0.7170 -0.6634 0.2138</w:t>
        <w:br/>
        <w:t>vn -0.8659 -0.4188 0.2735</w:t>
        <w:br/>
        <w:t>vn -0.8638 -0.3954 0.3122</w:t>
        <w:br/>
        <w:t>vn -0.8691 -0.3395 0.3598</w:t>
        <w:br/>
        <w:t>vn 0.5181 -0.4475 -0.7289</w:t>
        <w:br/>
        <w:t>vn 0.5989 -0.4275 -0.6772</w:t>
        <w:br/>
        <w:t>vn 0.4285 -0.4765 -0.7677</w:t>
        <w:br/>
        <w:t>vn 0.2353 -0.5412 -0.8073</w:t>
        <w:br/>
        <w:t>vn 0.2324 -0.5508 -0.8016</w:t>
        <w:br/>
        <w:t>vn 0.0681 -0.5936 -0.8019</w:t>
        <w:br/>
        <w:t>vn -0.0069 -0.6076 -0.7942</w:t>
        <w:br/>
        <w:t>vn -0.0688 -0.6144 -0.7860</w:t>
        <w:br/>
        <w:t>vn -0.0758 -0.5881 -0.8052</w:t>
        <w:br/>
        <w:t>vn -0.1537 -0.6050 -0.7813</w:t>
        <w:br/>
        <w:t>vn 0.2282 -0.7717 0.5936</w:t>
        <w:br/>
        <w:t>vn 0.1514 -0.7912 0.5925</w:t>
        <w:br/>
        <w:t>vn 0.2497 -0.7635 0.5956</w:t>
        <w:br/>
        <w:t>vn -0.2660 -0.6019 -0.7529</w:t>
        <w:br/>
        <w:t>vn -0.4049 -0.6336 -0.6592</w:t>
        <w:br/>
        <w:t>vn 0.2722 -0.7526 0.5996</w:t>
        <w:br/>
        <w:t>vn 0.2698 -0.7507 0.6031</w:t>
        <w:br/>
        <w:t>vn 0.4244 -0.7335 0.5309</w:t>
        <w:br/>
        <w:t>vn -0.5056 -0.6110 -0.6091</w:t>
        <w:br/>
        <w:t>vn -0.5937 -0.6656 -0.4522</w:t>
        <w:br/>
        <w:t>vn 0.4250 -0.7317 0.5328</w:t>
        <w:br/>
        <w:t>vn -0.6280 -0.6959 -0.3484</w:t>
        <w:br/>
        <w:t>vn -0.6454 -0.6667 -0.3728</w:t>
        <w:br/>
        <w:t>vn 0.7024 -0.6349 0.3218</w:t>
        <w:br/>
        <w:t>vn 0.6335 -0.6759 0.3766</w:t>
        <w:br/>
        <w:t>vn -0.7200 -0.6495 -0.2444</w:t>
        <w:br/>
        <w:t>vn -0.7712 -0.5915 -0.2352</w:t>
        <w:br/>
        <w:t>vn -0.7701 -0.6151 0.1692</w:t>
        <w:br/>
        <w:t>vn 0.8238 -0.5644 0.0530</w:t>
        <w:br/>
        <w:t>vn 0.8372 -0.5437 0.0591</w:t>
        <w:br/>
        <w:t>vn 0.8168 -0.4771 -0.3245</w:t>
        <w:br/>
        <w:t>vn 0.6777 -0.4185 -0.6047</w:t>
        <w:br/>
        <w:t>vn 0.7512 -0.4699 -0.4636</w:t>
        <w:br/>
        <w:t>vn 0.6738 -0.4656 -0.5737</w:t>
        <w:br/>
        <w:t>vn 0.6232 0.7796 -0.0616</w:t>
        <w:br/>
        <w:t>vn 0.6133 0.7897 0.0180</w:t>
        <w:br/>
        <w:t>vn 0.6553 0.7146 -0.2449</w:t>
        <w:br/>
        <w:t>vn 0.5910 0.7941 0.1422</w:t>
        <w:br/>
        <w:t>vn 0.6148 0.7379 0.2785</w:t>
        <w:br/>
        <w:t>vn -0.8519 0.4606 0.2491</w:t>
        <w:br/>
        <w:t>vn -0.8527 0.4876 0.1874</w:t>
        <w:br/>
        <w:t>vn -0.8589 0.3971 0.3234</w:t>
        <w:br/>
        <w:t>vn -0.8448 0.5253 0.1022</w:t>
        <w:br/>
        <w:t>vn 0.5928 0.6985 0.4010</w:t>
        <w:br/>
        <w:t>vn -0.8062 0.5782 -0.1251</w:t>
        <w:br/>
        <w:t>vn 0.4972 0.6408 0.5850</w:t>
        <w:br/>
        <w:t>vn -0.8166 0.5581 -0.1473</w:t>
        <w:br/>
        <w:t>vn -0.6768 0.6389 -0.3656</w:t>
        <w:br/>
        <w:t>vn 0.3987 0.6599 0.6368</w:t>
        <w:br/>
        <w:t>vn -0.6129 0.6847 -0.3944</w:t>
        <w:br/>
        <w:t>vn 0.2556 0.6325 0.7312</w:t>
        <w:br/>
        <w:t>vn -0.4115 0.7310 -0.5443</w:t>
        <w:br/>
        <w:t>vn 0.1537 0.6288 0.7622</w:t>
        <w:br/>
        <w:t>vn -0.4127 0.7317 -0.5425</w:t>
        <w:br/>
        <w:t>vn 0.0744 0.6101 0.7888</w:t>
        <w:br/>
        <w:t>vn -0.2582 0.7490 -0.6102</w:t>
        <w:br/>
        <w:t>vn 0.0711 0.6253 0.7771</w:t>
        <w:br/>
        <w:t>vn -0.2539 0.7480 -0.6132</w:t>
        <w:br/>
        <w:t>vn 0.0064 0.6135 0.7896</w:t>
        <w:br/>
        <w:t>vn -0.2390 0.7622 -0.6016</w:t>
        <w:br/>
        <w:t>vn -0.2227 0.7710 -0.5966</w:t>
        <w:br/>
        <w:t>vn -0.0663 0.5960 0.8002</w:t>
        <w:br/>
        <w:t>vn -0.1524 0.7895 -0.5945</w:t>
        <w:br/>
        <w:t>vn -0.2410 0.5419 0.8051</w:t>
        <w:br/>
        <w:t>vn 0.0946 -0.8023 0.5895</w:t>
        <w:br/>
        <w:t>vn -0.0971 0.7999 -0.5923</w:t>
        <w:br/>
        <w:t>vn -0.2382 0.5504 0.8002</w:t>
        <w:br/>
        <w:t>vn 0.0237 0.8265 -0.5624</w:t>
        <w:br/>
        <w:t>vn -0.0244 -0.8284 0.5596</w:t>
        <w:br/>
        <w:t>vn 0.0906 0.8394 -0.5360</w:t>
        <w:br/>
        <w:t>vn -0.4306 0.4770 0.7662</w:t>
        <w:br/>
        <w:t>vn 0.1737 0.8576 -0.4841</w:t>
        <w:br/>
        <w:t>vn -0.0894 -0.8400 0.5351</w:t>
        <w:br/>
        <w:t>vn -0.5125 0.4484 0.7323</w:t>
        <w:br/>
        <w:t>vn 0.1868 0.8670 -0.4619</w:t>
        <w:br/>
        <w:t>vn -0.6030 0.4351 0.6686</w:t>
        <w:br/>
        <w:t>vn 0.2074 0.8759 -0.4357</w:t>
        <w:br/>
        <w:t>vn -0.1701 -0.8563 0.4876</w:t>
        <w:br/>
        <w:t>vn 0.5950 -0.4386 -0.6735</w:t>
        <w:br/>
        <w:t>vn 0.6497 -0.4242 -0.6308</w:t>
        <w:br/>
        <w:t>vn -0.1818 -0.8653 0.4670</w:t>
        <w:br/>
        <w:t>vn -0.5984 0.4347 0.6730</w:t>
        <w:br/>
        <w:t>vn 0.6519 -0.4301 -0.6246</w:t>
        <w:br/>
        <w:t>vn -0.2033 -0.8764 0.4366</w:t>
        <w:br/>
        <w:t>vn 0.8339 -0.3707 -0.4089</w:t>
        <w:br/>
        <w:t>vn 0.9288 -0.2998 -0.2178</w:t>
        <w:br/>
        <w:t>vn -0.2111 -0.8801 0.4252</w:t>
        <w:br/>
        <w:t>vn -0.2694 -0.9113 0.3113</w:t>
        <w:br/>
        <w:t>vn -0.6533 0.4467 0.6112</w:t>
        <w:br/>
        <w:t>vn 0.9805 -0.1215 0.1546</w:t>
        <w:br/>
        <w:t>vn 0.9794 -0.1883 0.0735</w:t>
        <w:br/>
        <w:t>vn 0.9483 -0.0067 0.3173</w:t>
        <w:br/>
        <w:t>vn 0.8841 0.1409 0.4455</w:t>
        <w:br/>
        <w:t>vn -0.2745 -0.9323 0.2357</w:t>
        <w:br/>
        <w:t>vn -0.2750 -0.9469 0.1663</w:t>
        <w:br/>
        <w:t>vn -0.6875 0.4426 0.5757</w:t>
        <w:br/>
        <w:t>vn -0.8593 0.3871 0.3342</w:t>
        <w:br/>
        <w:t>vn 0.2167 0.8761 -0.4307</w:t>
        <w:br/>
        <w:t>vn 0.2488 0.8879 -0.3870</w:t>
        <w:br/>
        <w:t>vn 0.2740 0.8963 -0.3486</w:t>
        <w:br/>
        <w:t>vn -0.9491 0.3000 0.0956</w:t>
        <w:br/>
        <w:t>vn 0.3100 0.8785 -0.3635</w:t>
        <w:br/>
        <w:t>vn -0.2396 -0.9503 0.1986</w:t>
        <w:br/>
        <w:t>vn -0.9100 0.0661 -0.4093</w:t>
        <w:br/>
        <w:t>vn -0.2435 -0.9487 0.2016</w:t>
        <w:br/>
        <w:t>vn -0.2463 -0.9509 0.1876</w:t>
        <w:br/>
        <w:t>vn -0.7668 -0.0835 -0.6365</w:t>
        <w:br/>
        <w:t>vn -0.7452 -0.1610 -0.6471</w:t>
        <w:br/>
        <w:t>vn 0.3430 0.8792 -0.3306</w:t>
        <w:br/>
        <w:t>vn -0.9136 0.1017 -0.3936</w:t>
        <w:br/>
        <w:t>vn 0.3704 0.8641 -0.3408</w:t>
        <w:br/>
        <w:t>vn 0.3868 0.8994 -0.2037</w:t>
        <w:br/>
        <w:t>vn -0.1522 -0.4048 -0.9017</w:t>
        <w:br/>
        <w:t>vn -0.7465 -0.5358 -0.3945</w:t>
        <w:br/>
        <w:t>vn -0.7311 -0.5486 -0.4055</w:t>
        <w:br/>
        <w:t>vn -0.8304 -0.5426 -0.1268</w:t>
        <w:br/>
        <w:t>vn -0.8116 -0.5612 -0.1624</w:t>
        <w:br/>
        <w:t>vn -0.7852 -0.5833 -0.2080</w:t>
        <w:br/>
        <w:t>vn -0.7686 -0.6090 -0.1960</w:t>
        <w:br/>
        <w:t>vn -0.7332 -0.6463 -0.2115</w:t>
        <w:br/>
        <w:t>vn -0.5078 0.8368 -0.2047</w:t>
        <w:br/>
        <w:t>vn -0.4996 0.8191 -0.2819</w:t>
        <w:br/>
        <w:t>vn -0.4942 0.8229 -0.2803</w:t>
        <w:br/>
        <w:t>vn -0.4323 0.7466 -0.5057</w:t>
        <w:br/>
        <w:t>vn -0.7037 -0.6712 -0.2332</w:t>
        <w:br/>
        <w:t>vn -0.6276 -0.7237 -0.2871</w:t>
        <w:br/>
        <w:t>vn -0.3859 0.6875 -0.6152</w:t>
        <w:br/>
        <w:t>vn -0.2856 0.5734 -0.7679</w:t>
        <w:br/>
        <w:t>vn -0.6277 -0.7161 -0.3054</w:t>
        <w:br/>
        <w:t>vn -0.2405 0.5210 -0.8190</w:t>
        <w:br/>
        <w:t>vn -0.0318 0.3487 -0.9367</w:t>
        <w:br/>
        <w:t>vn -0.5761 -0.7550 -0.3132</w:t>
        <w:br/>
        <w:t>vn -0.5766 -0.7593 -0.3017</w:t>
        <w:br/>
        <w:t>vn 0.5508 -0.8268 0.1142</w:t>
        <w:br/>
        <w:t>vn 0.5650 -0.8193 0.0974</w:t>
        <w:br/>
        <w:t>vn 0.5363 -0.8338 0.1309</w:t>
        <w:br/>
        <w:t>vn 0.1824 0.1305 -0.9745</w:t>
        <w:br/>
        <w:t>vn 0.1498 0.1927 -0.9698</w:t>
        <w:br/>
        <w:t>vn 0.1569 0.1735 -0.9723</w:t>
        <w:br/>
        <w:t>vn 0.1869 0.0745 -0.9795</w:t>
        <w:br/>
        <w:t>vn -0.6540 0.7381 -0.1655</w:t>
        <w:br/>
        <w:t>vn -0.6540 0.7381 -0.1656</w:t>
        <w:br/>
        <w:t>vn -0.6372 0.7483 -0.1844</w:t>
        <w:br/>
        <w:t>vn -0.0292 0.3558 -0.9341</w:t>
        <w:br/>
        <w:t>vn -0.6704 0.7274 -0.1467</w:t>
        <w:br/>
        <w:t>vn -0.1553 -0.1714 0.9729</w:t>
        <w:br/>
        <w:t>vn -0.1734 -0.1310 0.9761</w:t>
        <w:br/>
        <w:t>vn -0.1788 -0.0731 0.9812</w:t>
        <w:br/>
        <w:t>vn -0.1488 -0.1929 0.9699</w:t>
        <w:br/>
        <w:t>vn 0.0321 -0.3482 0.9369</w:t>
        <w:br/>
        <w:t>vn 0.6311 0.7204 0.2875</w:t>
        <w:br/>
        <w:t>vn 0.5798 0.7518 0.3142</w:t>
        <w:br/>
        <w:t>vn 0.6312 0.7124 0.3067</w:t>
        <w:br/>
        <w:t>vn 0.5800 0.7563 0.3025</w:t>
        <w:br/>
        <w:t>vn 0.7055 0.6692 0.2332</w:t>
        <w:br/>
        <w:t>vn 0.0317 -0.3530 0.9351</w:t>
        <w:br/>
        <w:t>vn 0.7337 0.6458 0.2115</w:t>
        <w:br/>
        <w:t>vn 0.2445 -0.5223 0.8170</w:t>
        <w:br/>
        <w:t>vn 0.7679 0.6095 0.1969</w:t>
        <w:br/>
        <w:t>vn 0.2864 -0.5744 0.7668</w:t>
        <w:br/>
        <w:t>vn 0.7848 0.5835 0.2089</w:t>
        <w:br/>
        <w:t>vn 0.3863 -0.6880 0.6144</w:t>
        <w:br/>
        <w:t>vn 0.8102 0.5617 0.1672</w:t>
        <w:br/>
        <w:t>vn 0.4332 -0.7476 0.5034</w:t>
        <w:br/>
        <w:t>vn 0.5003 -0.8196 0.2791</w:t>
        <w:br/>
        <w:t>vn 0.8282 0.5437 0.1359</w:t>
        <w:br/>
        <w:t>vn 0.4948 -0.8235 0.2775</w:t>
        <w:br/>
        <w:t>vn 0.4975 -0.8337 0.2397</w:t>
        <w:br/>
        <w:t>vn 0.7279 0.5373 0.4259</w:t>
        <w:br/>
        <w:t>vn -0.4954 0.8309 -0.2532</w:t>
        <w:br/>
        <w:t>vn 0.4954 -0.8348 0.2402</w:t>
        <w:br/>
        <w:t>vn 0.7190 0.5469 0.4289</w:t>
        <w:br/>
        <w:t>vn 0.3762 -0.8563 0.3539</w:t>
        <w:br/>
        <w:t>vn 0.3139 0.4344 0.8443</w:t>
        <w:br/>
        <w:t>vn 0.2703 -0.8834 0.3828</w:t>
        <w:br/>
        <w:t>vn -0.3164 0.8794 -0.3558</w:t>
        <w:br/>
        <w:t>vn -0.6081 -0.4598 -0.6472</w:t>
        <w:br/>
        <w:t>vn 0.0595 0.3605 0.9309</w:t>
        <w:br/>
        <w:t>vn -0.3266 0.8663 -0.3780</w:t>
        <w:br/>
        <w:t>vn 0.0932 -0.9197 0.3814</w:t>
        <w:br/>
        <w:t>vn -0.3811 0.2329 0.8947</w:t>
        <w:br/>
        <w:t>vn 0.0240 -0.9524 0.3038</w:t>
        <w:br/>
        <w:t>vn -0.0763 0.9234 -0.3761</w:t>
        <w:br/>
        <w:t>vn -0.5744 0.1950 0.7950</w:t>
        <w:br/>
        <w:t>vn -0.0282 -0.9674 0.2517</w:t>
        <w:br/>
        <w:t>vn -0.8638 0.1149 0.4906</w:t>
        <w:br/>
        <w:t>vn -0.0201 -0.9735 0.2278</w:t>
        <w:br/>
        <w:t>vn 0.0015 0.9604 -0.2787</w:t>
        <w:br/>
        <w:t>vn 0.6236 -0.1752 -0.7618</w:t>
        <w:br/>
        <w:t>vn 0.3329 -0.2027 -0.9209</w:t>
        <w:br/>
        <w:t>vn 0.5850 -0.1773 -0.7914</w:t>
        <w:br/>
        <w:t>vn 0.9364 -0.0764 -0.3426</w:t>
        <w:br/>
        <w:t>vn -0.9607 0.0816 0.2653</w:t>
        <w:br/>
        <w:t>vn 0.0452 0.9722 -0.2298</w:t>
        <w:br/>
        <w:t>vn 0.9868 -0.0586 -0.1511</w:t>
        <w:br/>
        <w:t>vn 0.0307 0.9775 -0.2089</w:t>
        <w:br/>
        <w:t>vn 0.9989 0.0003 0.0473</w:t>
        <w:br/>
        <w:t>vn -0.9998 0.0066 -0.0214</w:t>
        <w:br/>
        <w:t>vn -0.0035 -0.9517 0.3071</w:t>
        <w:br/>
        <w:t>vn 0.0000 -0.9283 0.3719</w:t>
        <w:br/>
        <w:t>vn 0.0035 0.9517 -0.3069</w:t>
        <w:br/>
        <w:t>vn -0.9997 0.0097 -0.0204</w:t>
        <w:br/>
        <w:t>vn 0.9990 -0.0023 0.0454</w:t>
        <w:br/>
        <w:t>vn 0.0001 0.9287 -0.3709</w:t>
        <w:br/>
        <w:t>vn 0.9894 0.0532 0.1351</w:t>
        <w:br/>
        <w:t>vn 0.0027 0.8676 -0.4973</w:t>
        <w:br/>
        <w:t>vn -0.9903 -0.0509 -0.1297</w:t>
        <w:br/>
        <w:t>vn 0.0187 0.8276 -0.5609</w:t>
        <w:br/>
        <w:t>vn -0.0026 -0.8670 0.4984</w:t>
        <w:br/>
        <w:t>vn -0.9827 -0.0829 -0.1655</w:t>
        <w:br/>
        <w:t>vn -0.0186 -0.8274 0.5613</w:t>
        <w:br/>
        <w:t>vn -0.9564 -0.1563 -0.2466</w:t>
        <w:br/>
        <w:t>vn 0.0652 0.6961 -0.7149</w:t>
        <w:br/>
        <w:t>vn -0.0656 -0.6948 0.7162</w:t>
        <w:br/>
        <w:t>vn -0.9354 -0.2121 -0.2830</w:t>
        <w:br/>
        <w:t>vn -0.1057 -0.5909 0.7998</w:t>
        <w:br/>
        <w:t>vn 0.9820 0.0847 0.1686</w:t>
        <w:br/>
        <w:t>vn -0.1561 -0.4234 0.8924</w:t>
        <w:br/>
        <w:t>vn -0.1758 -0.3677 0.9132</w:t>
        <w:br/>
        <w:t>vn 0.9560 0.1571 0.2477</w:t>
        <w:br/>
        <w:t>vn 0.1070 0.5945 -0.7969</w:t>
        <w:br/>
        <w:t>vn 0.9346 0.2117 0.2858</w:t>
        <w:br/>
        <w:t>vn -0.8938 -0.2969 -0.3360</w:t>
        <w:br/>
        <w:t>vn 0.1596 0.4294 -0.8889</w:t>
        <w:br/>
        <w:t>vn -0.8769 -0.3343 -0.3454</w:t>
        <w:br/>
        <w:t>vn 0.8925 0.2955 0.3409</w:t>
        <w:br/>
        <w:t>vn 0.1830 0.3740 -0.9092</w:t>
        <w:br/>
        <w:t>vn 0.8749 0.3312 0.3535</w:t>
        <w:br/>
        <w:t>vn -0.8156 -0.4418 -0.3737</w:t>
        <w:br/>
        <w:t>vn 0.2118 0.1912 -0.9584</w:t>
        <w:br/>
        <w:t>vn 0.8219 0.4228 0.3818</w:t>
        <w:br/>
        <w:t>vn 0.2450 0.2537 -0.9358</w:t>
        <w:br/>
        <w:t>vn 0.7841 0.4811 0.3922</w:t>
        <w:br/>
        <w:t>vn 0.3714 0.8679 0.3298</w:t>
        <w:br/>
        <w:t>vn 0.2234 -0.0683 -0.9723</w:t>
        <w:br/>
        <w:t>vn 0.3641 0.8692 0.3346</w:t>
        <w:br/>
        <w:t>vn -0.2206 0.9711 0.0906</w:t>
        <w:br/>
        <w:t>vn -0.3428 0.9383 -0.0460</w:t>
        <w:br/>
        <w:t>vn -0.3425 0.9395 0.0039</w:t>
        <w:br/>
        <w:t>vn -0.2123 0.9707 0.1126</w:t>
        <w:br/>
        <w:t>vn 0.4238 -0.1136 -0.8986</w:t>
        <w:br/>
        <w:t>vn 0.3361 -0.1529 -0.9293</w:t>
        <w:br/>
        <w:t>vn 0.4905 0.0993 -0.8658</w:t>
        <w:br/>
        <w:t>vn 0.2612 -0.2382 -0.9354</w:t>
        <w:br/>
        <w:t>vn 0.2401 -0.9697 -0.0447</w:t>
        <w:br/>
        <w:t>vn 0.1795 -0.9803 -0.0820</w:t>
        <w:br/>
        <w:t>vn 0.2155 -0.9762 -0.0220</w:t>
        <w:br/>
        <w:t>vn 0.2220 -0.1166 -0.9680</w:t>
        <w:br/>
        <w:t>vn 0.1325 -0.9827 -0.1293</w:t>
        <w:br/>
        <w:t>vn -0.3625 -0.8807 -0.3050</w:t>
        <w:br/>
        <w:t>vn -0.3512 0.1793 0.9190</w:t>
        <w:br/>
        <w:t>vn -0.4414 0.1360 0.8869</w:t>
        <w:br/>
        <w:t>vn -0.5074 -0.0921 0.8568</w:t>
        <w:br/>
        <w:t>vn -0.2697 0.2740 0.9231</w:t>
        <w:br/>
        <w:t>vn -0.2229 0.0989 0.9698</w:t>
        <w:br/>
        <w:t>vn -0.2194 0.1514 0.9638</w:t>
        <w:br/>
        <w:t>vn -0.3579 -0.8829 -0.3039</w:t>
        <w:br/>
        <w:t>vn -0.2046 -0.1759 0.9629</w:t>
        <w:br/>
        <w:t>vn -0.7671 -0.5176 -0.3790</w:t>
        <w:br/>
        <w:t>vn -0.2368 -0.2414 0.9411</w:t>
        <w:br/>
        <w:t>vn -0.7499 0.1346 -0.6478</w:t>
        <w:br/>
        <w:t>vn -0.8624 0.0062 -0.5062</w:t>
        <w:br/>
        <w:t>vn -0.8609 0.0180 -0.5085</w:t>
        <w:br/>
        <w:t>vn -0.8745 -0.0462 -0.4828</w:t>
        <w:br/>
        <w:t>vn -0.8701 -0.0837 -0.4858</w:t>
        <w:br/>
        <w:t>vn -0.2926 0.8698 0.3972</w:t>
        <w:br/>
        <w:t>vn -0.3647 0.8169 0.4468</w:t>
        <w:br/>
        <w:t>vn -0.3612 0.8152 0.4527</w:t>
        <w:br/>
        <w:t>vn -0.2144 0.9138 0.3450</w:t>
        <w:br/>
        <w:t>vn 0.8605 -0.0186 0.5092</w:t>
        <w:br/>
        <w:t>vn 0.8721 0.0327 0.4882</w:t>
        <w:br/>
        <w:t>vn 0.8686 0.0694 0.4907</w:t>
        <w:br/>
        <w:t>vn 0.2915 -0.8706 -0.3964</w:t>
        <w:br/>
        <w:t>vn 0.3527 -0.8212 -0.4486</w:t>
        <w:br/>
        <w:t>vn 0.3571 -0.8232 -0.4415</w:t>
        <w:br/>
        <w:t>vn 0.2192 -0.9105 -0.3505</w:t>
        <w:br/>
        <w:t>vn 0.8582 -0.0288 0.5125</w:t>
        <w:br/>
        <w:t>vn 0.1924 -0.9229 -0.3335</w:t>
        <w:br/>
        <w:t>vn 0.2329 -0.8964 -0.3771</w:t>
        <w:br/>
        <w:t>vn 0.7451 -0.1464 0.6507</w:t>
        <w:br/>
        <w:t>vn 0.4383 -0.7886 -0.4313</w:t>
        <w:br/>
        <w:t>vn -0.1836 0.9286 0.3224</w:t>
        <w:br/>
        <w:t>vn -0.7524 0.1383 -0.6440</w:t>
        <w:br/>
        <w:t>vn -0.2261 0.9016 0.3687</w:t>
        <w:br/>
        <w:t>vn 0.7479 -0.1520 0.6461</w:t>
        <w:br/>
        <w:t>vn -0.4584 0.3051 -0.8347</w:t>
        <w:br/>
        <w:t>vn -0.4276 0.7957 0.4290</w:t>
        <w:br/>
        <w:t>vn -0.2568 0.4056 -0.8772</w:t>
        <w:br/>
        <w:t>vn 0.4578 -0.3098 0.8334</w:t>
        <w:br/>
        <w:t>vn -0.4211 0.7908 0.4443</w:t>
        <w:br/>
        <w:t>vn 0.4322 -0.7840 -0.4456</w:t>
        <w:br/>
        <w:t>vn 0.2689 -0.4012 0.8756</w:t>
        <w:br/>
        <w:t>vn 0.6286 -0.6575 -0.4155</w:t>
        <w:br/>
        <w:t>vn -0.1295 -0.5529 0.8231</w:t>
        <w:br/>
        <w:t>vn -0.1364 -0.5533 0.8217</w:t>
        <w:br/>
        <w:t>vn -0.6153 0.6686 0.4175</w:t>
        <w:br/>
        <w:t>vn 0.6732 -0.6282 -0.3901</w:t>
        <w:br/>
        <w:t>vn 0.1445 0.5571 -0.8178</w:t>
        <w:br/>
        <w:t>vn -0.6612 0.6384 0.3941</w:t>
        <w:br/>
        <w:t>vn 0.1520 0.5587 -0.8153</w:t>
        <w:br/>
        <w:t>vn 0.3764 0.6359 -0.6738</w:t>
        <w:br/>
        <w:t>vn 0.7538 -0.5645 -0.3364</w:t>
        <w:br/>
        <w:t>vn -0.3707 -0.6337 0.6790</w:t>
        <w:br/>
        <w:t>vn 0.7927 -0.5253 -0.3094</w:t>
        <w:br/>
        <w:t>vn -0.7437 0.5743 0.3421</w:t>
        <w:br/>
        <w:t>vn -0.3973 -0.6604 0.6372</w:t>
        <w:br/>
        <w:t>vn 0.4021 0.6628 -0.6316</w:t>
        <w:br/>
        <w:t>vn -0.7832 0.5349 0.3170</w:t>
        <w:br/>
        <w:t>vn 0.4992 0.7104 -0.4961</w:t>
        <w:br/>
        <w:t>vn 0.8517 -0.4693 -0.2334</w:t>
        <w:br/>
        <w:t>vn -0.4916 -0.7075 0.5077</w:t>
        <w:br/>
        <w:t>vn 0.8719 -0.4498 -0.1937</w:t>
        <w:br/>
        <w:t>vn -0.8422 0.4809 0.2439</w:t>
        <w:br/>
        <w:t>vn -0.5250 -0.7422 0.4166</w:t>
        <w:br/>
        <w:t>vn 0.8900 -0.4304 -0.1508</w:t>
        <w:br/>
        <w:t>vn 0.8885 -0.4346 -0.1473</w:t>
        <w:br/>
        <w:t>vn -0.5667 -0.7597 0.3189</w:t>
        <w:br/>
        <w:t>vn -0.5540 -0.7675 0.3226</w:t>
        <w:br/>
        <w:t>vn -0.8627 0.4609 0.2082</w:t>
        <w:br/>
        <w:t>vn -0.8809 0.4422 0.1685</w:t>
        <w:br/>
        <w:t>vn 0.5333 0.7455 -0.3998</w:t>
        <w:br/>
        <w:t>vn -0.8804 0.4437 0.1674</w:t>
        <w:br/>
        <w:t>vn 0.5758 0.7621 -0.2961</w:t>
        <w:br/>
        <w:t>vn 0.5617 0.7708 -0.3007</w:t>
        <w:br/>
        <w:t>vn 0.8724 -0.4538 -0.1816</w:t>
        <w:br/>
        <w:t>vn 0.9112 -0.4052 0.0746</w:t>
        <w:br/>
        <w:t>vn 0.9151 -0.2168 -0.3399</w:t>
        <w:br/>
        <w:t>vn 0.7369 -0.5546 -0.3865</w:t>
        <w:br/>
        <w:t>vn 0.6297 -0.6055 -0.4867</w:t>
        <w:br/>
        <w:t>vn 0.4217 -0.6993 -0.5772</w:t>
        <w:br/>
        <w:t>vn 0.3270 -0.7300 -0.6001</w:t>
        <w:br/>
        <w:t>vn 0.0570 -0.7879 -0.6132</w:t>
        <w:br/>
        <w:t>vn -0.2471 -0.6232 0.7420</w:t>
        <w:br/>
        <w:t>vn -0.4240 -0.6359 0.6448</w:t>
        <w:br/>
        <w:t>vn -0.5715 -0.5678 0.5925</w:t>
        <w:br/>
        <w:t>vn 0.0570 -0.7896 -0.6110</w:t>
        <w:br/>
        <w:t>vn -0.1946 -0.7993 -0.5686</w:t>
        <w:br/>
        <w:t>vn 0.0264 -0.6443 0.7643</w:t>
        <w:br/>
        <w:t>vn -0.1230 -0.6530 0.7473</w:t>
        <w:br/>
        <w:t>vn 0.2512 -0.6033 0.7569</w:t>
        <w:br/>
        <w:t>vn 0.0815 -0.6362 0.7672</w:t>
        <w:br/>
        <w:t>vn 0.3685 -0.5659 0.7376</w:t>
        <w:br/>
        <w:t>vn 0.5584 -0.5302 0.6381</w:t>
        <w:br/>
        <w:t>vn -0.4112 0.7094 0.5724</w:t>
        <w:br/>
        <w:t>vn -0.6237 0.6089 0.4902</w:t>
        <w:br/>
        <w:t>vn -0.3134 0.7429 0.5914</w:t>
        <w:br/>
        <w:t>vn -0.1902 -0.7991 -0.5703</w:t>
        <w:br/>
        <w:t>vn -0.3128 -0.8401 -0.4432</w:t>
        <w:br/>
        <w:t>vn -0.0458 0.7994 0.5990</w:t>
        <w:br/>
        <w:t>vn -0.0473 0.8036 0.5932</w:t>
        <w:br/>
        <w:t>vn 0.5599 -0.5188 0.6460</w:t>
        <w:br/>
        <w:t>vn 0.1920 0.8032 0.5639</w:t>
        <w:br/>
        <w:t>vn -0.3577 0.5562 -0.7501</w:t>
        <w:br/>
        <w:t>vn -0.5532 0.5239 -0.6478</w:t>
        <w:br/>
        <w:t>vn -0.2384 0.5932 -0.7690</w:t>
        <w:br/>
        <w:t>vn -0.0723 0.6256 -0.7768</w:t>
        <w:br/>
        <w:t>vn -0.0233 0.6350 -0.7721</w:t>
        <w:br/>
        <w:t>vn 0.1855 0.8034 0.5658</w:t>
        <w:br/>
        <w:t>vn -0.5542 0.5127 -0.6557</w:t>
        <w:br/>
        <w:t>vn -0.7236 0.5066 -0.4688</w:t>
        <w:br/>
        <w:t>vn 0.3297 0.8146 0.4773</w:t>
        <w:br/>
        <w:t>vn 0.1127 0.6477 -0.7536</w:t>
        <w:br/>
        <w:t>vn -0.7312 0.5533 0.3990</w:t>
        <w:br/>
        <w:t>vn 0.2269 0.6256 -0.7464</w:t>
        <w:br/>
        <w:t>vn -0.8790 0.4467 0.1668</w:t>
        <w:br/>
        <w:t>vn 0.3870 0.6395 -0.6643</w:t>
        <w:br/>
        <w:t>vn -0.8710 0.4694 0.1450</w:t>
        <w:br/>
        <w:t>vn 0.4361 0.6274 -0.6451</w:t>
        <w:br/>
        <w:t>vn 0.7036 0.6626 -0.2565</w:t>
        <w:br/>
        <w:t>vn -0.9031 0.3968 -0.1639</w:t>
        <w:br/>
        <w:t>vn 0.7036 0.6627 -0.2565</w:t>
        <w:br/>
        <w:t>vn 0.9151 -0.2168 -0.3400</w:t>
        <w:br/>
        <w:t>vn 0.7542 0.5915 -0.2852</w:t>
        <w:br/>
        <w:t>vn 0.7024 0.7057 0.0926</w:t>
        <w:br/>
        <w:t>vn 0.7069 0.6960 0.1257</w:t>
        <w:br/>
        <w:t>vn -0.8649 0.3565 -0.3534</w:t>
        <w:br/>
        <w:t>vn -0.7894 0.3218 -0.5227</w:t>
        <w:br/>
        <w:t>vn -0.6882 -0.7005 0.1889</w:t>
        <w:br/>
        <w:t>vn -0.7912 0.3020 -0.5317</w:t>
        <w:br/>
        <w:t>vn -0.6385 -0.7537 -0.1556</w:t>
        <w:br/>
        <w:t>vn -0.6343 -0.7601 -0.1410</w:t>
        <w:br/>
        <w:t>vn -0.7444 -0.6403 0.1896</w:t>
        <w:br/>
        <w:t>vn 0.9034 -0.3506 0.2469</w:t>
        <w:br/>
        <w:t>vn 0.8589 -0.3189 0.4006</w:t>
        <w:br/>
        <w:t>vn 0.8536 -0.2819 0.4381</w:t>
        <w:br/>
        <w:t>vn -0.7903 0.5219 -0.3210</w:t>
        <w:br/>
        <w:t>vn -0.8452 0.5097 -0.1609</w:t>
        <w:br/>
        <w:t>vn -0.8304 0.5473 -0.1045</w:t>
        <w:br/>
        <w:t>vn 0.3465 0.8484 0.4001</w:t>
        <w:br/>
        <w:t>vn 0.3541 0.8865 0.2978</w:t>
        <w:br/>
        <w:t>vn 0.7205 -0.5115 0.4682</w:t>
        <w:br/>
        <w:t>vn -0.9118 0.4084 0.0428</w:t>
        <w:br/>
        <w:t>vn -0.9400 0.2424 0.2402</w:t>
        <w:br/>
        <w:t>vn 0.7767 -0.5450 0.3159</w:t>
        <w:br/>
        <w:t>vn -0.3542 -0.8122 -0.4636</w:t>
        <w:br/>
        <w:t>vn 0.2575 0.9207 0.2933</w:t>
        <w:br/>
        <w:t>vn 0.8300 -0.5425 0.1296</w:t>
        <w:br/>
        <w:t>vn 0.2396 0.9291 0.2817</w:t>
        <w:br/>
        <w:t>vn -0.2887 -0.8952 -0.3395</w:t>
        <w:br/>
        <w:t>vn 0.8221 -0.5653 0.0674</w:t>
        <w:br/>
        <w:t>vn -0.2717 -0.9095 -0.3147</w:t>
        <w:br/>
        <w:t>vn -0.2258 -0.9131 -0.3395</w:t>
        <w:br/>
        <w:t>vn 0.1698 0.9365 0.3067</w:t>
        <w:br/>
        <w:t>vn 0.9125 -0.3996 -0.0874</w:t>
        <w:br/>
        <w:t>vn -0.1843 -0.9188 -0.3490</w:t>
        <w:br/>
        <w:t>vn 0.9425 -0.2164 -0.2547</w:t>
        <w:br/>
        <w:t>vn -0.4463 0.4407 -0.7789</w:t>
        <w:br/>
        <w:t>vn -0.3144 -0.0137 -0.9492</w:t>
        <w:br/>
        <w:t>vn -0.2660 -0.0048 -0.9640</w:t>
        <w:br/>
        <w:t>vn 0.4713 -0.4492 0.7591</w:t>
        <w:br/>
        <w:t>vn 0.3325 0.0342 0.9425</w:t>
        <w:br/>
        <w:t>vn 0.3264 0.0327 0.9447</w:t>
        <w:br/>
        <w:t>vn -0.9480 -0.0996 0.3022</w:t>
        <w:br/>
        <w:t>vn -0.9279 -0.1120 0.3556</w:t>
        <w:br/>
        <w:t>vn -0.9401 -0.3114 0.1390</w:t>
        <w:br/>
        <w:t>vn -0.4667 0.4338 -0.7708</w:t>
        <w:br/>
        <w:t>vn -0.4722 0.7824 -0.4061</w:t>
        <w:br/>
        <w:t>vn 0.9260 0.1467 -0.3479</w:t>
        <w:br/>
        <w:t>vn 0.9427 0.1359 -0.3047</w:t>
        <w:br/>
        <w:t>vn 0.9280 0.3502 -0.1270</w:t>
        <w:br/>
        <w:t>vn 0.4431 -0.4480 0.7765</w:t>
        <w:br/>
        <w:t>vn -0.4604 0.7969 -0.3911</w:t>
        <w:br/>
        <w:t>vn 0.4924 -0.7891 0.3672</w:t>
        <w:br/>
        <w:t>vn 0.9248 0.3801 -0.0182</w:t>
        <w:br/>
        <w:t>vn -0.9350 -0.3537 0.0248</w:t>
        <w:br/>
        <w:t>vn 0.5134 -0.7816 0.3543</w:t>
        <w:br/>
        <w:t>vn -0.8793 -0.4452 -0.1691</w:t>
        <w:br/>
        <w:t>vn -0.4224 0.7983 -0.4293</w:t>
        <w:br/>
        <w:t>vn 0.8763 0.4491 0.1745</w:t>
        <w:br/>
        <w:t>vn -0.3967 0.8132 -0.4258</w:t>
        <w:br/>
        <w:t>vn -0.3003 0.7704 -0.5624</w:t>
        <w:br/>
        <w:t>vn 0.4890 -0.7672 0.4151</w:t>
        <w:br/>
        <w:t>vn 0.8435 0.4420 0.3051</w:t>
        <w:br/>
        <w:t>vn -0.8419 -0.4463 -0.3034</w:t>
        <w:br/>
        <w:t>vn 0.4490 -0.7656 0.4607</w:t>
        <w:br/>
        <w:t>vn -0.6287 -0.5460 -0.5537</w:t>
        <w:br/>
        <w:t>vn 0.6296 0.5447 0.5541</w:t>
        <w:br/>
        <w:t>vn -0.3116 0.7594 -0.5711</w:t>
        <w:br/>
        <w:t>vn 0.3481 -0.7596 0.5493</w:t>
        <w:br/>
        <w:t>vn 0.6349 0.5248 0.5670</w:t>
        <w:br/>
        <w:t>vn -0.6344 -0.5219 -0.5701</w:t>
        <w:br/>
        <w:t>vn 0.2640 -0.7643 0.5883</w:t>
        <w:br/>
        <w:t>vn -0.1036 0.7354 -0.6697</w:t>
        <w:br/>
        <w:t>vn 0.0023 0.7243 -0.6895</w:t>
        <w:br/>
        <w:t>vn 0.2503 0.6759 0.6932</w:t>
        <w:br/>
        <w:t>vn 0.2422 0.6736 0.6983</w:t>
        <w:br/>
        <w:t>vn 0.0961 -0.7484 0.6563</w:t>
        <w:br/>
        <w:t>vn 0.1954 0.6841 -0.7027</w:t>
        <w:br/>
        <w:t>vn 0.0002 0.7379 0.6749</w:t>
        <w:br/>
        <w:t>vn 0.1931 0.6923 -0.6953</w:t>
        <w:br/>
        <w:t>vn 0.3707 0.6519 -0.6616</w:t>
        <w:br/>
        <w:t>vn -0.0092 -0.7396 0.6729</w:t>
        <w:br/>
        <w:t>vn -0.2428 -0.6689 -0.7025</w:t>
        <w:br/>
        <w:t>vn -0.2356 -0.6658 -0.7080</w:t>
        <w:br/>
        <w:t>vn 0.0206 -0.7282 -0.6850</w:t>
        <w:br/>
        <w:t>vn 0.4763 0.6046 -0.6384</w:t>
        <w:br/>
        <w:t>vn 0.5931 0.5718 -0.5668</w:t>
        <w:br/>
        <w:t>vn 0.0688 -0.7496 -0.6583</w:t>
        <w:br/>
        <w:t>vn 0.1935 -0.7745 -0.6023</w:t>
        <w:br/>
        <w:t>vn -0.2033 -0.6974 0.6872</w:t>
        <w:br/>
        <w:t>vn -0.2006 -0.7056 0.6796</w:t>
        <w:br/>
        <w:t>vn -0.0496 0.7610 0.6468</w:t>
        <w:br/>
        <w:t>vn -0.1918 0.7863 0.5874</w:t>
        <w:br/>
        <w:t>vn 0.2998 -0.7565 -0.5812</w:t>
        <w:br/>
        <w:t>vn -0.3872 -0.6565 0.6474</w:t>
        <w:br/>
        <w:t>vn 0.4517 -0.7473 -0.4873</w:t>
        <w:br/>
        <w:t>vn -0.3047 0.7732 0.5562</w:t>
        <w:br/>
        <w:t>vn -0.4921 -0.6107 0.6204</w:t>
        <w:br/>
        <w:t>vn 0.6028 -0.6621 -0.4453</w:t>
        <w:br/>
        <w:t>vn -0.6136 -0.5802 0.5355</w:t>
        <w:br/>
        <w:t>vn 0.7210 -0.6781 -0.1425</w:t>
        <w:br/>
        <w:t>vn -0.4767 0.7657 0.4317</w:t>
        <w:br/>
        <w:t>vn 0.6909 0.4855 -0.5357</w:t>
        <w:br/>
        <w:t>vn 0.7728 0.5089 -0.3793</w:t>
        <w:br/>
        <w:t>vn -0.6971 -0.5212 0.4924</w:t>
        <w:br/>
        <w:t>vn -0.6156 0.7004 0.3612</w:t>
        <w:br/>
        <w:t>vn 0.7609 -0.6407 0.1026</w:t>
        <w:br/>
        <w:t>vn -0.7655 -0.5466 0.3394</w:t>
        <w:br/>
        <w:t>vn 0.6601 -0.6416 0.3907</w:t>
        <w:br/>
        <w:t>vn -0.7058 0.7012 -0.1007</w:t>
        <w:br/>
        <w:t>vn 0.8536 0.4981 -0.1523</w:t>
        <w:br/>
        <w:t>vn 0.8332 0.5472 0.0805</w:t>
        <w:br/>
        <w:t>vn -0.8354 -0.5322 0.1373</w:t>
        <w:br/>
        <w:t>vn -0.7474 0.6577 -0.0937</w:t>
        <w:br/>
        <w:t>vn 0.6100 -0.6062 0.5103</w:t>
        <w:br/>
        <w:t>vn -0.7468 -0.6387 -0.1851</w:t>
        <w:br/>
        <w:t>vn 0.5596 -0.5796 0.5923</w:t>
        <w:br/>
        <w:t>vn 0.5252 -0.5152 0.6773</w:t>
        <w:br/>
        <w:t>vn -0.6390 -0.6654 -0.3859</w:t>
        <w:br/>
        <w:t>vn -0.5061 -0.7121 -0.4866</w:t>
        <w:br/>
        <w:t>vn -0.5357 0.6052 -0.5889</w:t>
        <w:br/>
        <w:t>vn -0.5107 -0.7191 -0.4713</w:t>
        <w:br/>
        <w:t>vn -0.4233 0.5612 -0.7113</w:t>
        <w:br/>
        <w:t>vn -0.4138 0.5389 -0.7338</w:t>
        <w:br/>
        <w:t>vn -0.5359 0.6161 -0.5773</w:t>
        <w:br/>
        <w:t>vn 0.8258 0.5266 0.2018</w:t>
        <w:br/>
        <w:t>vn 0.8148 0.5364 0.2197</w:t>
        <w:br/>
        <w:t>vn 0.8108 0.5369 0.2329</w:t>
        <w:br/>
        <w:t>vn 0.8614 0.0057 -0.5078</w:t>
        <w:br/>
        <w:t>vn 0.7486 0.1343 -0.6493</w:t>
        <w:br/>
        <w:t>vn 0.8599 0.0175 -0.5101</w:t>
        <w:br/>
        <w:t>vn 0.8735 -0.0467 -0.4845</w:t>
        <w:br/>
        <w:t>vn 0.8690 -0.0842 -0.4876</w:t>
        <w:br/>
        <w:t>vn 0.3667 0.8157 0.4475</w:t>
        <w:br/>
        <w:t>vn 0.2947 0.8687 0.3981</w:t>
        <w:br/>
        <w:t>vn 0.3631 0.8140 0.4533</w:t>
        <w:br/>
        <w:t>vn 0.2164 0.9130 0.3460</w:t>
        <w:br/>
        <w:t>vn -0.8711 0.0332 0.4899</w:t>
        <w:br/>
        <w:t>vn -0.8595 -0.0182 0.5108</w:t>
        <w:br/>
        <w:t>vn -0.8675 0.0700 0.4925</w:t>
        <w:br/>
        <w:t>vn -0.2935 -0.8695 -0.3972</w:t>
        <w:br/>
        <w:t>vn -0.3592 -0.8219 -0.4421</w:t>
        <w:br/>
        <w:t>vn -0.3549 -0.8199 -0.4492</w:t>
        <w:br/>
        <w:t>vn -0.2212 -0.9097 -0.3515</w:t>
        <w:br/>
        <w:t>vn -0.8573 -0.0284 0.5141</w:t>
        <w:br/>
        <w:t>vn -0.1943 -0.9223 -0.3341</w:t>
        <w:br/>
        <w:t>vn 0.1854 0.9280 0.3230</w:t>
        <w:br/>
        <w:t>vn 0.7511 0.1381 -0.6455</w:t>
        <w:br/>
        <w:t>vn -0.2348 -0.8957 -0.3776</w:t>
        <w:br/>
        <w:t>vn -0.7438 -0.1462 0.6522</w:t>
        <w:br/>
        <w:t>vn -0.4402 -0.7881 -0.4303</w:t>
        <w:br/>
        <w:t>vn 0.2281 0.9009 0.3692</w:t>
        <w:br/>
        <w:t>vn -0.7467 -0.1518 0.6476</w:t>
        <w:br/>
        <w:t>vn 0.4563 0.3050 -0.8359</w:t>
        <w:br/>
        <w:t>vn 0.4294 0.7952 0.4281</w:t>
        <w:br/>
        <w:t>vn 0.2546 0.4057 -0.8778</w:t>
        <w:br/>
        <w:t>vn -0.4556 -0.3097 0.8346</w:t>
        <w:br/>
        <w:t>vn 0.4229 0.7903 0.4433</w:t>
        <w:br/>
        <w:t>vn -0.4340 -0.7836 -0.4446</w:t>
        <w:br/>
        <w:t>vn -0.2668 -0.4012 0.8763</w:t>
        <w:br/>
        <w:t>vn -0.6301 -0.6578 -0.4126</w:t>
        <w:br/>
        <w:t>vn -0.6746 -0.6285 -0.3871</w:t>
        <w:br/>
        <w:t>vn 0.1324 -0.5521 0.8232</w:t>
        <w:br/>
        <w:t>vn 0.1393 -0.5526 0.8217</w:t>
        <w:br/>
        <w:t>vn 0.6169 0.6689 0.4147</w:t>
        <w:br/>
        <w:t>vn -0.7550 -0.5653 -0.3324</w:t>
        <w:br/>
        <w:t>vn 0.3736 -0.6325 0.6785</w:t>
        <w:br/>
        <w:t>vn -0.7938 -0.5260 -0.3053</w:t>
        <w:br/>
        <w:t>vn 0.6626 0.6387 0.3911</w:t>
        <w:br/>
        <w:t>vn -0.1473 0.5563 -0.8178</w:t>
        <w:br/>
        <w:t>vn -0.1549 0.5580 -0.8152</w:t>
        <w:br/>
        <w:t>vn -0.3793 0.6347 -0.6733</w:t>
        <w:br/>
        <w:t>vn 0.4000 -0.6593 0.6366</w:t>
        <w:br/>
        <w:t>vn 0.7450 0.5750 0.3381</w:t>
        <w:br/>
        <w:t>vn -0.8524 -0.4705 -0.2281</w:t>
        <w:br/>
        <w:t>vn 0.4945 -0.7058 0.5072</w:t>
        <w:br/>
        <w:t>vn -0.8724 -0.4509 -0.1884</w:t>
        <w:br/>
        <w:t>vn -0.4049 0.6617 -0.6310</w:t>
        <w:br/>
        <w:t>vn 0.7844 0.5356 0.3130</w:t>
        <w:br/>
        <w:t>vn -0.5020 0.7088 -0.4955</w:t>
        <w:br/>
        <w:t>vn 0.5275 -0.7408 0.4159</w:t>
        <w:br/>
        <w:t>vn 0.8430 0.4821 0.2387</w:t>
        <w:br/>
        <w:t>vn -0.8904 -0.4314 -0.1454</w:t>
        <w:br/>
        <w:t>vn -0.8889 -0.4355 -0.1419</w:t>
        <w:br/>
        <w:t>vn 0.5687 -0.7585 0.3182</w:t>
        <w:br/>
        <w:t>vn 0.5561 -0.7663 0.3219</w:t>
        <w:br/>
        <w:t>vn -0.5357 0.7441 -0.3992</w:t>
        <w:br/>
        <w:t>vn 0.8633 0.4621 0.2029</w:t>
        <w:br/>
        <w:t>vn 0.8814 0.4433 0.1632</w:t>
        <w:br/>
        <w:t>vn -0.5777 0.7609 -0.2953</w:t>
        <w:br/>
        <w:t>vn 0.8808 0.4448 0.1621</w:t>
        <w:br/>
        <w:t>vn -0.5636 0.7696 -0.3000</w:t>
        <w:br/>
        <w:t>vn 0.4608 0.7969 -0.3907</w:t>
        <w:br/>
        <w:t>vn 0.4232 0.7984 -0.4282</w:t>
        <w:br/>
        <w:t>vn 0.3975 0.8134 -0.4247</w:t>
        <w:br/>
        <w:t>vn 0.3018 0.7715 -0.5601</w:t>
        <w:br/>
        <w:t>vn 0.3130 0.7606 -0.5688</w:t>
        <w:br/>
        <w:t>vn 0.1049 0.7373 -0.6673</w:t>
        <w:br/>
        <w:t>vn -0.0010 0.7266 -0.6871</w:t>
        <w:br/>
        <w:t>vn -0.1942 0.6869 -0.7003</w:t>
        <w:br/>
        <w:t>vn -0.1919 0.6951 -0.6928</w:t>
        <w:br/>
        <w:t>vn -0.3696 0.6550 -0.6591</w:t>
        <w:br/>
        <w:t>vn -0.2400 0.6717 0.7008</w:t>
        <w:br/>
        <w:t>vn -0.6278 0.5444 0.5563</w:t>
        <w:br/>
        <w:t>vn -0.2482 0.6742 0.6956</w:t>
        <w:br/>
        <w:t>vn 0.0020 0.7357 0.6773</w:t>
        <w:br/>
        <w:t>vn -0.4753 0.6079 -0.6361</w:t>
        <w:br/>
        <w:t>vn -0.5921 0.5751 -0.5644</w:t>
        <w:br/>
        <w:t>vn 0.0519 0.7587 0.6493</w:t>
        <w:br/>
        <w:t>vn 0.1941 0.7839 0.5898</w:t>
        <w:br/>
        <w:t>vn -0.6901 0.4890 -0.5336</w:t>
        <w:br/>
        <w:t>vn -0.7718 0.5121 -0.3770</w:t>
        <w:br/>
        <w:t>vn 0.3070 0.7706 0.5586</w:t>
        <w:br/>
        <w:t>vn 0.4789 0.7631 0.4339</w:t>
        <w:br/>
        <w:t>vn -0.8525 0.5007 -0.1500</w:t>
        <w:br/>
        <w:t>vn -0.8318 0.5489 0.0829</w:t>
        <w:br/>
        <w:t>vn 0.6176 0.6976 0.3631</w:t>
        <w:br/>
        <w:t>vn 0.7075 0.6998 -0.0989</w:t>
        <w:br/>
        <w:t>vn 0.4911 -0.6139 0.6180</w:t>
        <w:br/>
        <w:t>vn 0.2021 -0.7002 0.6848</w:t>
        <w:br/>
        <w:t>vn 0.3860 -0.6595 0.6450</w:t>
        <w:br/>
        <w:t>vn 0.6126 -0.5835 0.5332</w:t>
        <w:br/>
        <w:t>vn 0.6961 -0.5245 0.4902</w:t>
        <w:br/>
        <w:t>vn 0.7489 0.6562 -0.0920</w:t>
        <w:br/>
        <w:t>vn -0.3021 -0.7539 -0.5835</w:t>
        <w:br/>
        <w:t>vn -0.4539 -0.7446 -0.4895</w:t>
        <w:br/>
        <w:t>vn -0.6047 -0.6591 -0.4471</w:t>
        <w:br/>
        <w:t>vn -0.1958 -0.7720 -0.6047</w:t>
        <w:br/>
        <w:t>vn -0.7228 -0.6758 -0.1443</w:t>
        <w:br/>
        <w:t>vn -0.0711 -0.7473 -0.6607</w:t>
        <w:br/>
        <w:t>vn 0.1993 -0.7084 0.6771</w:t>
        <w:br/>
        <w:t>vn -0.0229 -0.7259 -0.6874</w:t>
        <w:br/>
        <w:t>vn -0.7624 -0.6392 0.1010</w:t>
        <w:br/>
        <w:t>vn 0.7644 -0.5496 0.3371</w:t>
        <w:br/>
        <w:t>vn 0.8342 -0.5347 0.1349</w:t>
        <w:br/>
        <w:t>vn -0.6614 -0.6413 0.3890</w:t>
        <w:br/>
        <w:t>vn -0.6111 -0.6064 0.5088</w:t>
        <w:br/>
        <w:t>vn 0.7450 -0.6402 -0.1877</w:t>
        <w:br/>
        <w:t>vn -0.5606 -0.5802 0.5908</w:t>
        <w:br/>
        <w:t>vn -0.5263 -0.5160 0.6758</w:t>
        <w:br/>
        <w:t>vn 0.6371 -0.6657 -0.3886</w:t>
        <w:br/>
        <w:t>vn 0.5040 -0.7117 -0.4893</w:t>
        <w:br/>
        <w:t>vn 0.5367 0.6058 -0.5873</w:t>
        <w:br/>
        <w:t>vn 0.5086 -0.7188 -0.4740</w:t>
        <w:br/>
        <w:t>vn 0.4241 0.5625 -0.7097</w:t>
        <w:br/>
        <w:t>vn 0.4143 0.5403 -0.7324</w:t>
        <w:br/>
        <w:t>vn 0.5370 0.6167 -0.5756</w:t>
        <w:br/>
        <w:t>vn -0.8244 0.5279 0.2042</w:t>
        <w:br/>
        <w:t>vn -0.8134 0.5377 0.2221</w:t>
        <w:br/>
        <w:t>vn -0.8091 0.5385 0.2355</w:t>
        <w:br/>
        <w:t>vn 0.2406 -0.6672 -0.7049</w:t>
        <w:br/>
        <w:t>vn 0.0078 -0.7419 0.6705</w:t>
        <w:br/>
        <w:t>vn 0.2335 -0.6640 -0.7103</w:t>
        <w:br/>
        <w:t>vn -0.0975 -0.7503 0.6538</w:t>
        <w:br/>
        <w:t>vn 0.6270 -0.5457 -0.5560</w:t>
        <w:br/>
        <w:t>vn -0.2656 -0.7654 0.5862</w:t>
        <w:br/>
        <w:t>vn 0.6328 -0.5216 -0.5723</w:t>
        <w:br/>
        <w:t>vn -0.3496 -0.7606 0.5470</w:t>
        <w:br/>
        <w:t>vn -0.6332 0.5245 0.5692</w:t>
        <w:br/>
        <w:t>vn 0.8406 -0.4472 -0.3056</w:t>
        <w:br/>
        <w:t>vn -0.4496 -0.7658 0.4598</w:t>
        <w:br/>
        <w:t>vn 0.8782 -0.4464 -0.1714</w:t>
        <w:br/>
        <w:t>vn -0.8423 0.4429 0.3074</w:t>
        <w:br/>
        <w:t>vn -0.4897 -0.7672 0.4142</w:t>
        <w:br/>
        <w:t>vn -0.8752 0.4503 0.1768</w:t>
        <w:br/>
        <w:t>vn 0.9345 -0.3551 0.0225</w:t>
        <w:br/>
        <w:t>vn -0.5139 -0.7814 0.3540</w:t>
        <w:br/>
        <w:t>vn 0.9399 -0.3130 0.1368</w:t>
        <w:br/>
        <w:t>vn -0.9242 0.3815 -0.0159</w:t>
        <w:br/>
        <w:t>vn -0.4929 -0.7890 0.3669</w:t>
        <w:br/>
        <w:t>vn 0.9484 -0.1015 0.3003</w:t>
        <w:br/>
        <w:t>vn -0.4826 -0.7954 0.3667</w:t>
        <w:br/>
        <w:t>vn 0.9284 -0.1139 0.3537</w:t>
        <w:br/>
        <w:t>vn 0.9409 0.2431 0.2360</w:t>
        <w:br/>
        <w:t>vn -0.9277 0.3519 -0.1248</w:t>
        <w:br/>
        <w:t>vn 0.4725 0.7823 -0.4058</w:t>
        <w:br/>
        <w:t>vn 0.4455 0.4412 -0.7790</w:t>
        <w:br/>
        <w:t>vn -0.9431 0.1377 -0.3027</w:t>
        <w:br/>
        <w:t>vn -0.4423 -0.4486 0.7766</w:t>
        <w:br/>
        <w:t>vn 0.4658 0.4343 -0.7710</w:t>
        <w:br/>
        <w:t>vn -0.9264 0.1486 -0.3459</w:t>
        <w:br/>
        <w:t>vn 0.3105 -0.0152 -0.9505</w:t>
        <w:br/>
        <w:t>vn -0.9435 -0.2171 -0.2504</w:t>
        <w:br/>
        <w:t>vn -0.3225 0.0343 0.9460</w:t>
        <w:br/>
        <w:t>vn -0.3297 0.0185 0.9439</w:t>
        <w:br/>
        <w:t>vn -0.9127 -0.4000 -0.0830</w:t>
        <w:br/>
        <w:t>vn 0.9118 0.4088 0.0384</w:t>
        <w:br/>
        <w:t>vn -0.3286 0.0356 0.9438</w:t>
        <w:br/>
        <w:t>vn 0.8298 0.5473 -0.1088</w:t>
        <w:br/>
        <w:t>vn 0.2620 -0.0063 -0.9650</w:t>
        <w:br/>
        <w:t>vn 0.8444 0.5096 -0.1651</w:t>
        <w:br/>
        <w:t>vn 0.7883 0.5216 -0.3263</w:t>
        <w:br/>
        <w:t>vn 0.2246 -0.9136 -0.3389</w:t>
        <w:br/>
        <w:t>vn 0.2875 -0.8957 -0.3393</w:t>
        <w:br/>
        <w:t>vn 0.1831 -0.9193 -0.3483</w:t>
        <w:br/>
        <w:t>vn -0.8217 -0.5654 0.0717</w:t>
        <w:br/>
        <w:t>vn 0.2706 -0.9099 -0.3143</w:t>
        <w:br/>
        <w:t>vn 0.3112 -0.8411 -0.4425</w:t>
        <w:br/>
        <w:t>vn -0.2565 0.9211 0.2929</w:t>
        <w:br/>
        <w:t>vn -0.2385 0.9296 0.2810</w:t>
        <w:br/>
        <w:t>vn -0.1688 0.9370 0.3058</w:t>
        <w:br/>
        <w:t>vn -0.8293 -0.5425 0.1339</w:t>
        <w:br/>
        <w:t>vn -0.3531 0.8869 0.2978</w:t>
        <w:br/>
        <w:t>vn 0.3525 -0.8132 -0.4632</w:t>
        <w:br/>
        <w:t>vn -0.7747 -0.5447 0.3211</w:t>
        <w:br/>
        <w:t>vn 0.1924 -0.8011 -0.5667</w:t>
        <w:br/>
        <w:t>vn -0.7179 -0.5108 0.4731</w:t>
        <w:br/>
        <w:t>vn -0.3452 0.8493 0.3995</w:t>
        <w:br/>
        <w:t>vn -0.5541 -0.5286 0.6431</w:t>
        <w:br/>
        <w:t>vn 0.7213 0.5052 -0.4739</w:t>
        <w:br/>
        <w:t>vn -0.3279 0.8156 0.4767</w:t>
        <w:br/>
        <w:t>vn 0.5488 0.5222 -0.6528</w:t>
        <w:br/>
        <w:t>vn 0.1879 -0.8010 -0.5684</w:t>
        <w:br/>
        <w:t>vn -0.0594 -0.7909 -0.6091</w:t>
        <w:br/>
        <w:t>vn -0.1898 0.8051 0.5619</w:t>
        <w:br/>
        <w:t>vn -0.5556 -0.5171 0.6511</w:t>
        <w:br/>
        <w:t>vn -0.1834 0.8053 0.5638</w:t>
        <w:br/>
        <w:t>vn 0.5498 0.5110 -0.6607</w:t>
        <w:br/>
        <w:t>vn 0.3519 0.5534 -0.7549</w:t>
        <w:br/>
        <w:t>vn 0.0482 0.8023 0.5950</w:t>
        <w:br/>
        <w:t>vn -0.3628 -0.5631 0.7425</w:t>
        <w:br/>
        <w:t>vn 0.0496 0.8065 0.5892</w:t>
        <w:br/>
        <w:t>vn -0.2453 -0.5999 0.7615</w:t>
        <w:br/>
        <w:t>vn -0.0594 -0.7925 -0.6069</w:t>
        <w:br/>
        <w:t>vn 0.3159 0.7466 0.5855</w:t>
        <w:br/>
        <w:t>vn -0.0751 -0.6324 0.7710</w:t>
        <w:br/>
        <w:t>vn 0.2325 0.5900 -0.7732</w:t>
        <w:br/>
        <w:t>vn -0.3295 -0.7338 -0.5942</w:t>
        <w:br/>
        <w:t>vn -0.0199 -0.6404 0.7678</w:t>
        <w:br/>
        <w:t>vn -0.4241 -0.7031 -0.5708</w:t>
        <w:br/>
        <w:t>vn 0.0659 0.6217 -0.7805</w:t>
        <w:br/>
        <w:t>vn 0.4135 0.7132 0.5660</w:t>
        <w:br/>
        <w:t>vn 0.0169 0.6311 -0.7755</w:t>
        <w:br/>
        <w:t>vn 0.1301 -0.6481 0.7504</w:t>
        <w:br/>
        <w:t>vn 0.6257 0.6134 0.4819</w:t>
        <w:br/>
        <w:t>vn -0.6317 -0.6100 -0.4784</w:t>
        <w:br/>
        <w:t>vn 0.2541 -0.6181 0.7439</w:t>
        <w:br/>
        <w:t>vn -0.7383 -0.5588 -0.3777</w:t>
        <w:br/>
        <w:t>vn -0.8725 -0.4576 -0.1713</w:t>
        <w:br/>
        <w:t>vn -0.1198 0.6428 -0.7566</w:t>
        <w:br/>
        <w:t>vn 0.7328 0.5575 0.3902</w:t>
        <w:br/>
        <w:t>vn -0.2339 0.6205 -0.7485</w:t>
        <w:br/>
        <w:t>vn 0.4311 -0.6302 0.6458</w:t>
        <w:br/>
        <w:t>vn 0.8790 0.4504 0.1566</w:t>
        <w:br/>
        <w:t>vn 0.5779 -0.5620 0.5918</w:t>
        <w:br/>
        <w:t>vn -0.3942 0.6337 -0.6656</w:t>
        <w:br/>
        <w:t>vn 0.8707 0.4729 0.1347</w:t>
        <w:br/>
        <w:t>vn -0.5418 0.5497 -0.6359</w:t>
        <w:br/>
        <w:t>vn -0.8612 -0.4872 -0.1450</w:t>
        <w:br/>
        <w:t>vn -0.9092 -0.4074 0.0853</w:t>
        <w:br/>
        <w:t>vn -0.7079 0.6585 -0.2555</w:t>
        <w:br/>
        <w:t>vn 0.9005 0.3984 -0.1745</w:t>
        <w:br/>
        <w:t>vn -0.7584 0.5870 -0.2833</w:t>
        <w:br/>
        <w:t>vn -0.7038 0.7042 0.0933</w:t>
        <w:br/>
        <w:t>vn -0.7080 0.6948 0.1265</w:t>
        <w:br/>
        <w:t>vn 0.8607 0.3565 -0.3634</w:t>
        <w:br/>
        <w:t>vn 0.7840 0.3203 -0.5317</w:t>
        <w:br/>
        <w:t>vn 0.6920 -0.6969 0.1883</w:t>
        <w:br/>
        <w:t>vn 0.7860 0.3004 -0.5403</w:t>
        <w:br/>
        <w:t>vn 0.6396 -0.7529 -0.1554</w:t>
        <w:br/>
        <w:t>vn 0.6355 -0.7591 -0.1407</w:t>
        <w:br/>
        <w:t>vn 0.7479 -0.6366 0.1881</w:t>
        <w:br/>
        <w:t>vn -0.9002 -0.3515 0.2571</w:t>
        <w:br/>
        <w:t>vn -0.8545 -0.3186 0.4102</w:t>
        <w:br/>
        <w:t>vn -0.8488 -0.2813 0.4476</w:t>
        <w:br/>
        <w:t>vn -0.2789 0.7862 -0.5514</w:t>
        <w:br/>
        <w:t>vn -0.3732 0.8175 -0.4387</w:t>
        <w:br/>
        <w:t>vn -0.3550 0.8294 -0.4313</w:t>
        <w:br/>
        <w:t>vn -0.3928 0.8239 -0.4086</w:t>
        <w:br/>
        <w:t>vn -0.4047 0.8165 -0.4118</w:t>
        <w:br/>
        <w:t>vn -0.4205 0.5093 -0.7508</w:t>
        <w:br/>
        <w:t>vn 0.8673 0.4656 0.1764</w:t>
        <w:br/>
        <w:t>vn 0.8861 0.4610 0.0488</w:t>
        <w:br/>
        <w:t>vn 0.8730 0.4875 -0.0164</w:t>
        <w:br/>
        <w:t>vn 0.8522 0.4278 0.3012</w:t>
        <w:br/>
        <w:t>vn 0.9583 0.2125 -0.1908</w:t>
        <w:br/>
        <w:t>vn 0.6690 0.5144 0.5366</w:t>
        <w:br/>
        <w:t>vn -0.2883 0.7782 -0.5579</w:t>
        <w:br/>
        <w:t>vn 0.9302 0.2398 -0.2779</w:t>
        <w:br/>
        <w:t>vn -0.4527 0.5032 -0.7361</w:t>
        <w:br/>
        <w:t>vn -0.3571 0.0835 -0.9303</w:t>
        <w:br/>
        <w:t>vn 0.9544 -0.1554 -0.2548</w:t>
        <w:br/>
        <w:t>vn -0.1087 0.7498 -0.6527</w:t>
        <w:br/>
        <w:t>vn -0.0191 0.7335 -0.6795</w:t>
        <w:br/>
        <w:t>vn 0.2514 0.6828 -0.6860</w:t>
        <w:br/>
        <w:t>vn 0.3082 0.6511 0.6936</w:t>
        <w:br/>
        <w:t>vn 0.3132 0.6547 0.6879</w:t>
        <w:br/>
        <w:t>vn -0.0149 0.7563 0.6540</w:t>
        <w:br/>
        <w:t>vn 0.2497 0.6831 -0.6863</w:t>
        <w:br/>
        <w:t>vn 0.4731 0.6214 -0.6245</w:t>
        <w:br/>
        <w:t>vn 0.6734 0.4923 0.5515</w:t>
        <w:br/>
        <w:t>vn 0.5415 0.5820 -0.6067</w:t>
        <w:br/>
        <w:t>vn 0.6424 0.5596 -0.5236</w:t>
        <w:br/>
        <w:t>vn 0.8033 0.4743 -0.3603</w:t>
        <w:br/>
        <w:t>vn 0.7349 0.4980 -0.4603</w:t>
        <w:br/>
        <w:t>vn -0.2623 0.7852 0.5610</w:t>
        <w:br/>
        <w:t>vn -0.2336 0.8108 0.5367</w:t>
        <w:br/>
        <w:t>vn -0.4571 0.7911 0.4065</w:t>
        <w:br/>
        <w:t>vn -0.0132 0.7548 0.6558</w:t>
        <w:br/>
        <w:t>vn -0.2563 -0.6943 0.6725</w:t>
        <w:br/>
        <w:t>vn 0.0561 -0.7553 0.6530</w:t>
        <w:br/>
        <w:t>vn 0.0550 -0.7566 0.6516</w:t>
        <w:br/>
        <w:t>vn 0.2890 -0.7767 0.5596</w:t>
        <w:br/>
        <w:t>vn -0.3015 -0.6446 -0.7025</w:t>
        <w:br/>
        <w:t>vn -0.6666 -0.5194 -0.5347</w:t>
        <w:br/>
        <w:t>vn -0.3049 -0.6496 -0.6965</w:t>
        <w:br/>
        <w:t>vn -0.0028 -0.7307 -0.6827</w:t>
        <w:br/>
        <w:t>vn 0.2779 -0.7831 0.5563</w:t>
        <w:br/>
        <w:t>vn 0.0851 -0.7616 -0.6424</w:t>
        <w:br/>
        <w:t>vn -0.2535 -0.6956 0.6722</w:t>
        <w:br/>
        <w:t>vn 0.2199 -0.7867 -0.5768</w:t>
        <w:br/>
        <w:t>vn -0.6707 -0.4960 -0.5516</w:t>
        <w:br/>
        <w:t>vn 0.2959 -0.7708 -0.5641</w:t>
        <w:br/>
        <w:t>vn -0.5233 -0.5996 0.6055</w:t>
        <w:br/>
        <w:t>vn -0.5209 -0.6122 0.5948</w:t>
        <w:br/>
        <w:t>vn 0.4386 -0.7718 -0.4604</w:t>
        <w:br/>
        <w:t>vn -0.8465 -0.4388 -0.3015</w:t>
        <w:br/>
        <w:t>vn 0.4177 -0.7823 0.4620</w:t>
        <w:br/>
        <w:t>vn -0.8653 -0.4672 -0.1816</w:t>
        <w:br/>
        <w:t>vn 0.4361 -0.7931 0.4252</w:t>
        <w:br/>
        <w:t>vn -0.8927 -0.4466 -0.0605</w:t>
        <w:br/>
        <w:t>vn 0.4408 -0.8111 0.3845</w:t>
        <w:br/>
        <w:t>vn -0.8863 -0.4631 0.0079</w:t>
        <w:br/>
        <w:t>vn 0.4156 -0.8209 0.3917</w:t>
        <w:br/>
        <w:t>vn -0.9656 -0.1852 0.1823</w:t>
        <w:br/>
        <w:t>vn 0.4119 -0.8224 0.3925</w:t>
        <w:br/>
        <w:t>vn -0.9356 -0.2163 0.2790</w:t>
        <w:br/>
        <w:t>vn 0.4008 -0.8235 0.4016</w:t>
        <w:br/>
        <w:t>vn -0.9562 0.1514 0.2507</w:t>
        <w:br/>
        <w:t>vn 0.3648 0.0246 0.9308</w:t>
        <w:br/>
        <w:t>vn 0.3722 0.0430 0.9272</w:t>
        <w:br/>
        <w:t>vn 0.3359 0.0207 0.9417</w:t>
        <w:br/>
        <w:t>vn -0.9680 0.2145 0.1300</w:t>
        <w:br/>
        <w:t>vn 0.4006 0.0467 0.9151</w:t>
        <w:br/>
        <w:t>vn -0.9436 0.3308 -0.0160</w:t>
        <w:br/>
        <w:t>vn 0.9629 -0.2387 -0.1257</w:t>
        <w:br/>
        <w:t>vn -0.8907 0.4350 -0.1319</w:t>
        <w:br/>
        <w:t>vn -0.8004 0.5306 -0.2790</w:t>
        <w:br/>
        <w:t>vn -0.3032 0.0917 -0.9485</w:t>
        <w:br/>
        <w:t>vn -0.7802 0.5358 -0.3228</w:t>
        <w:br/>
        <w:t>vn -0.7452 0.5209 -0.4163</w:t>
        <w:br/>
        <w:t>vn -0.2604 -0.9236 -0.2812</w:t>
        <w:br/>
        <w:t>vn -0.2429 -0.9293 -0.2783</w:t>
        <w:br/>
        <w:t>vn -0.1870 -0.9342 -0.3040</w:t>
        <w:br/>
        <w:t>vn 0.9296 -0.3684 0.0143</w:t>
        <w:br/>
        <w:t>vn -0.3670 -0.8876 -0.2784</w:t>
        <w:br/>
        <w:t>vn 0.2998 0.9416 0.1533</w:t>
        <w:br/>
        <w:t>vn 0.3325 0.9182 0.2155</w:t>
        <w:br/>
        <w:t>vn 0.1857 0.9543 0.2339</w:t>
        <w:br/>
        <w:t>vn 0.8934 -0.4302 0.1297</w:t>
        <w:br/>
        <w:t>vn 0.4489 0.8585 0.2478</w:t>
        <w:br/>
        <w:t>vn -0.4128 -0.8450 -0.3399</w:t>
        <w:br/>
        <w:t>vn 0.8188 -0.4972 0.2871</w:t>
        <w:br/>
        <w:t>vn -0.4733 -0.7880 -0.3937</w:t>
        <w:br/>
        <w:t>vn 0.4662 0.8029 0.3715</w:t>
        <w:br/>
        <w:t>vn 0.7958 -0.4961 0.3473</w:t>
        <w:br/>
        <w:t>vn 0.4936 0.7655 0.4128</w:t>
        <w:br/>
        <w:t>vn -0.4282 -0.7654 -0.4804</w:t>
        <w:br/>
        <w:t>vn 0.7479 -0.5020 0.4343</w:t>
        <w:br/>
        <w:t>vn -0.4437 -0.7528 -0.4862</w:t>
        <w:br/>
        <w:t>vn -0.2462 -0.7735 -0.5840</w:t>
        <w:br/>
        <w:t>vn 0.4269 0.7603 0.4897</w:t>
        <w:br/>
        <w:t>vn 0.7269 -0.4915 0.4797</w:t>
        <w:br/>
        <w:t>vn -0.7262 0.4916 -0.4807</w:t>
        <w:br/>
        <w:t>vn 0.4340 0.7504 0.4985</w:t>
        <w:br/>
        <w:t>vn -0.5530 0.5300 -0.6429</w:t>
        <w:br/>
        <w:t>vn 0.5615 -0.5329 0.6330</w:t>
        <w:br/>
        <w:t>vn -0.2554 -0.7662 -0.5897</w:t>
        <w:br/>
        <w:t>vn 0.2360 0.7822 0.5766</w:t>
        <w:br/>
        <w:t>vn -0.5534 0.5212 -0.6497</w:t>
        <w:br/>
        <w:t>vn 0.5620 -0.5252 0.6389</w:t>
        <w:br/>
        <w:t>vn 0.2426 0.7784 0.5791</w:t>
        <w:br/>
        <w:t>vn 0.0146 -0.7637 -0.6454</w:t>
        <w:br/>
        <w:t>vn 0.1345 -0.7704 -0.6232</w:t>
        <w:br/>
        <w:t>vn 0.3019 -0.5754 0.7601</w:t>
        <w:br/>
        <w:t>vn -0.0150 0.7811 0.6242</w:t>
        <w:br/>
        <w:t>vn 0.1973 -0.6031 0.7729</w:t>
        <w:br/>
        <w:t>vn -0.2829 0.5663 -0.7741</w:t>
        <w:br/>
        <w:t>vn -0.1331 0.7853 0.6046</w:t>
        <w:br/>
        <w:t>vn -0.1766 0.5950 -0.7841</w:t>
        <w:br/>
        <w:t>vn -0.0035 -0.6368 0.7710</w:t>
        <w:br/>
        <w:t>vn -0.3214 0.7442 0.5855</w:t>
        <w:br/>
        <w:t>vn 0.3197 -0.7335 -0.5998</w:t>
        <w:br/>
        <w:t>vn 0.0023 -0.6467 0.7627</w:t>
        <w:br/>
        <w:t>vn 0.4136 -0.7227 -0.5538</w:t>
        <w:br/>
        <w:t>vn 0.5719 -0.6586 -0.4891</w:t>
        <w:br/>
        <w:t>vn -0.1368 -0.6501 0.7475</w:t>
        <w:br/>
        <w:t>vn 0.0138 0.6277 -0.7783</w:t>
        <w:br/>
        <w:t>vn -0.4170 0.7257 0.5472</w:t>
        <w:br/>
        <w:t>vn 0.0083 0.6388 -0.7693</w:t>
        <w:br/>
        <w:t>vn 0.1321 0.6439 -0.7537</w:t>
        <w:br/>
        <w:t>vn -0.5741 0.6554 0.4907</w:t>
        <w:br/>
        <w:t>vn -0.1938 -0.6410 0.7427</w:t>
        <w:br/>
        <w:t>vn 0.1812 0.6397 -0.7470</w:t>
        <w:br/>
        <w:t>vn -0.6472 0.6342 0.4229</w:t>
        <w:br/>
        <w:t>vn 0.2166 0.6348 -0.7417</w:t>
        <w:br/>
        <w:t>vn 0.6510 -0.6390 -0.4097</w:t>
        <w:br/>
        <w:t>vn 0.2915 0.5995 -0.7454</w:t>
        <w:br/>
        <w:t>vn 0.4944 0.6024 -0.6266</w:t>
        <w:br/>
        <w:t>vn 0.7508 -0.5976 -0.2815</w:t>
        <w:br/>
        <w:t>vn -0.2450 -0.6361 0.7317</w:t>
        <w:br/>
        <w:t>vn 0.7559 -0.6001 -0.2618</w:t>
        <w:br/>
        <w:t>vn 0.8201 -0.5669 -0.0785</w:t>
        <w:br/>
        <w:t>vn -0.7506 0.5916 0.2944</w:t>
        <w:br/>
        <w:t>vn -0.3273 -0.5995 0.7304</w:t>
        <w:br/>
        <w:t>vn -0.7562 0.5925 0.2777</w:t>
        <w:br/>
        <w:t>vn 0.8475 -0.5273 0.0608</w:t>
        <w:br/>
        <w:t>vn 0.8609 -0.4625 0.2122</w:t>
        <w:br/>
        <w:t>vn -0.5200 -0.6072 0.6008</w:t>
        <w:br/>
        <w:t>vn -0.8225 0.5635 0.0773</w:t>
        <w:br/>
        <w:t>vn 0.5005 0.6271 -0.5969</w:t>
        <w:br/>
        <w:t>vn -0.5220 -0.6252 0.5802</w:t>
        <w:br/>
        <w:t>vn -0.8457 0.5292 -0.0690</w:t>
        <w:br/>
        <w:t>vn 0.7180 0.6179 -0.3204</w:t>
        <w:br/>
        <w:t>vn -0.8323 0.4444 -0.3313</w:t>
        <w:br/>
        <w:t>vn 0.7236 0.5565 -0.4083</w:t>
        <w:br/>
        <w:t>vn 0.7686 0.6206 -0.1554</w:t>
        <w:br/>
        <w:t>vn 0.7983 0.6023 -0.0045</w:t>
        <w:br/>
        <w:t>vn -0.7950 0.3977 -0.4580</w:t>
        <w:br/>
        <w:t>vn -0.7390 0.3551 -0.5725</w:t>
        <w:br/>
        <w:t>vn -0.6729 -0.7109 0.2045</w:t>
        <w:br/>
        <w:t>vn -0.7393 0.3532 -0.5733</w:t>
        <w:br/>
        <w:t>vn -0.6416 -0.7652 -0.0532</w:t>
        <w:br/>
        <w:t>vn -0.6460 -0.7603 -0.0679</w:t>
        <w:br/>
        <w:t>vn -0.7131 -0.6641 0.2248</w:t>
        <w:br/>
        <w:t>vn 0.8695 -0.4140 0.2693</w:t>
        <w:br/>
        <w:t>vn 0.8677 -0.3903 0.3079</w:t>
        <w:br/>
        <w:t>vn 0.8729 -0.3344 0.3552</w:t>
        <w:br/>
        <w:t>vn 0.3658 -0.7013 0.6118</w:t>
        <w:br/>
        <w:t>vn 0.3290 -0.5613 0.7594</w:t>
        <w:br/>
        <w:t>vn 0.3521 -0.5577 0.7516</w:t>
        <w:br/>
        <w:t>vn 0.3208 -0.4723 0.8210</w:t>
        <w:br/>
        <w:t>vn 0.3405 -0.6998 0.6279</w:t>
        <w:br/>
        <w:t>vn 0.3487 -0.4812 0.8043</w:t>
        <w:br/>
        <w:t>vn 0.3926 -0.4947 0.7753</w:t>
        <w:br/>
        <w:t>vn 0.3456 -0.4459 0.8257</w:t>
        <w:br/>
        <w:t>vn -0.1677 -0.9062 -0.3882</w:t>
        <w:br/>
        <w:t>vn -0.6536 -0.7373 -0.1710</w:t>
        <w:br/>
        <w:t>vn -0.1265 -0.8864 -0.4452</w:t>
        <w:br/>
        <w:t>vn -0.9477 -0.3086 0.0817</w:t>
        <w:br/>
        <w:t>vn -0.9325 -0.3553 0.0654</w:t>
        <w:br/>
        <w:t>vn -0.9425 -0.2797 0.1832</w:t>
        <w:br/>
        <w:t>vn -0.6536 -0.7372 -0.1711</w:t>
        <w:br/>
        <w:t>vn -0.9310 -0.3637 0.0310</w:t>
        <w:br/>
        <w:t>vn -0.2379 0.4183 -0.8766</w:t>
        <w:br/>
        <w:t>vn -0.1305 0.4206 -0.8978</w:t>
        <w:br/>
        <w:t>vn -0.2902 0.3966 -0.8709</w:t>
        <w:br/>
        <w:t>vn -0.3438 0.4941 -0.7985</w:t>
        <w:br/>
        <w:t>vn -0.0202 0.4623 -0.8865</w:t>
        <w:br/>
        <w:t>vn 0.6881 0.7169 0.1119</w:t>
        <w:br/>
        <w:t>vn 0.5066 0.8277 0.2414</w:t>
        <w:br/>
        <w:t>vn 0.2633 0.8660 0.4251</w:t>
        <w:br/>
        <w:t>vn 0.8618 0.4981 -0.0955</w:t>
        <w:br/>
        <w:t>vn 0.9423 0.2896 -0.1682</w:t>
        <w:br/>
        <w:t>vn -0.3550 0.5645 -0.7452</w:t>
        <w:br/>
        <w:t>vn 0.9374 0.2256 -0.2654</w:t>
        <w:br/>
        <w:t>vn -0.9100 -0.1646 0.3806</w:t>
        <w:br/>
        <w:t>vn -0.3541 0.6848 -0.6370</w:t>
        <w:br/>
        <w:t>vn -0.8906 -0.1730 0.4207</w:t>
        <w:br/>
        <w:t>vn -0.3648 0.6805 -0.6354</w:t>
        <w:br/>
        <w:t>vn 0.9016 0.1260 -0.4139</w:t>
        <w:br/>
        <w:t>vn 0.8695 0.1421 -0.4731</w:t>
        <w:br/>
        <w:t>vn 0.8494 0.0880 -0.5204</w:t>
        <w:br/>
        <w:t>vn 0.8472 0.0596 -0.5280</w:t>
        <w:br/>
        <w:t>vn -0.3406 0.7466 -0.5714</w:t>
        <w:br/>
        <w:t>vn 0.8293 0.0085 -0.5588</w:t>
        <w:br/>
        <w:t>vn -0.8486 -0.0794 0.5230</w:t>
        <w:br/>
        <w:t>vn 0.3327 -0.7533 0.5673</w:t>
        <w:br/>
        <w:t>vn 0.3394 -0.7527 0.5641</w:t>
        <w:br/>
        <w:t>vn 0.3162 -0.7820 0.5371</w:t>
        <w:br/>
        <w:t>vn -0.3268 0.7629 -0.5578</w:t>
        <w:br/>
        <w:t>vn -0.8444 -0.0621 0.5321</w:t>
        <w:br/>
        <w:t>vn 0.3131 -0.7896 0.5277</w:t>
        <w:br/>
        <w:t>vn -0.8266 -0.0098 0.5627</w:t>
        <w:br/>
        <w:t>vn 0.2855 -0.8293 0.4804</w:t>
        <w:br/>
        <w:t>vn -0.3094 0.7912 -0.5276</w:t>
        <w:br/>
        <w:t>vn 0.8214 -0.0508 -0.5681</w:t>
        <w:br/>
        <w:t>vn 0.7003 -0.1707 -0.6931</w:t>
        <w:br/>
        <w:t>vn -0.8170 0.0518 0.5743</w:t>
        <w:br/>
        <w:t>vn -0.3039 0.7910 -0.5309</w:t>
        <w:br/>
        <w:t>vn 0.2838 -0.8290 0.4820</w:t>
        <w:br/>
        <w:t>vn -0.6972 0.1710 0.6962</w:t>
        <w:br/>
        <w:t>vn 0.2598 -0.8592 0.4408</w:t>
        <w:br/>
        <w:t>vn 0.2696 -0.8618 0.4297</w:t>
        <w:br/>
        <w:t>vn -0.5739 0.2637 0.7753</w:t>
        <w:br/>
        <w:t>vn -0.4352 0.3261 0.8392</w:t>
        <w:br/>
        <w:t>vn -0.2829 0.8224 -0.4936</w:t>
        <w:br/>
        <w:t>vn -0.4352 0.3254 0.8395</w:t>
        <w:br/>
        <w:t>vn -0.2718 0.8428 -0.4645</w:t>
        <w:br/>
        <w:t>vn -0.2521 0.8616 -0.4405</w:t>
        <w:br/>
        <w:t>vn 0.5713 -0.2652 -0.7767</w:t>
        <w:br/>
        <w:t>vn -0.2610 0.8642 -0.4302</w:t>
        <w:br/>
        <w:t>vn 0.4263 -0.3274 -0.8432</w:t>
        <w:br/>
        <w:t>vn 0.4264 -0.3251 -0.8441</w:t>
        <w:br/>
        <w:t>vn 0.2272 -0.1120 0.9674</w:t>
        <w:br/>
        <w:t>vn 0.0387 -0.1056 0.9937</w:t>
        <w:br/>
        <w:t>vn 0.2337 -0.0887 0.9683</w:t>
        <w:br/>
        <w:t>vn -0.1289 -0.1343 0.9825</w:t>
        <w:br/>
        <w:t>vn -0.2231 -0.1402 0.9647</w:t>
        <w:br/>
        <w:t>vn 0.0684 -0.1397 0.9878</w:t>
        <w:br/>
        <w:t>vn 0.2039 0.1314 0.9701</w:t>
        <w:br/>
        <w:t>vn -0.0902 0.0303 0.9955</w:t>
        <w:br/>
        <w:t>vn 0.0216 0.1912 0.9813</w:t>
        <w:br/>
        <w:t>vn -0.0945 0.7198 0.6877</w:t>
        <w:br/>
        <w:t>vn 0.0531 0.6583 0.7509</w:t>
        <w:br/>
        <w:t>vn 0.0948 0.7977 0.5956</w:t>
        <w:br/>
        <w:t>vn -0.0184 0.9224 0.3858</w:t>
        <w:br/>
        <w:t>vn -0.1081 0.9331 0.3429</w:t>
        <w:br/>
        <w:t>vn 0.0438 0.9167 0.3973</w:t>
        <w:br/>
        <w:t>vn 0.9808 0.1731 -0.0902</w:t>
        <w:br/>
        <w:t>vn 0.9854 0.1403 -0.0968</w:t>
        <w:br/>
        <w:t>vn 0.9819 0.1690 -0.0857</w:t>
        <w:br/>
        <w:t>vn 0.9879 0.0515 -0.1460</w:t>
        <w:br/>
        <w:t>vn 0.9982 -0.0593 -0.0055</w:t>
        <w:br/>
        <w:t>vn 0.1612 0.0252 0.9866</w:t>
        <w:br/>
        <w:t>vn 0.1613 0.0252 0.9866</w:t>
        <w:br/>
        <w:t>vn 0.1478 0.0392 0.9882</w:t>
        <w:br/>
        <w:t>vn 0.1746 0.0113 0.9846</w:t>
        <w:br/>
        <w:t>vn 0.9960 -0.0832 -0.0323</w:t>
        <w:br/>
        <w:t>vn 0.9511 0.3032 0.0589</w:t>
        <w:br/>
        <w:t>vn 0.9975 0.0329 0.0624</w:t>
        <w:br/>
        <w:t>vn 0.9819 0.1521 0.1124</w:t>
        <w:br/>
        <w:t>vn 0.9962 -0.0526 0.0697</w:t>
        <w:br/>
        <w:t>vn 0.9909 0.0371 0.1293</w:t>
        <w:br/>
        <w:t>vn 0.9807 0.0866 0.1755</w:t>
        <w:br/>
        <w:t>vn 0.5775 0.7566 0.3068</w:t>
        <w:br/>
        <w:t>vn 0.1733 0.9055 0.3874</w:t>
        <w:br/>
        <w:t>vn 0.1908 0.9005 0.3908</w:t>
        <w:br/>
        <w:t>vn 0.1545 0.8980 0.4120</w:t>
        <w:br/>
        <w:t>vn 0.9430 0.2462 0.2237</w:t>
        <w:br/>
        <w:t>vn 0.9670 0.1328 0.2175</w:t>
        <w:br/>
        <w:t>vn 0.9729 0.0873 0.2142</w:t>
        <w:br/>
        <w:t>vn 0.3809 0.8417 0.3827</w:t>
        <w:br/>
        <w:t>vn 0.9809 -0.1207 0.1528</w:t>
        <w:br/>
        <w:t>vn 0.9833 -0.1110 0.1441</w:t>
        <w:br/>
        <w:t>vn 0.6843 0.6515 0.3274</w:t>
        <w:br/>
        <w:t>vn 0.9409 0.2661 0.2093</w:t>
        <w:br/>
        <w:t>vn 0.9901 0.1248 0.0642</w:t>
        <w:br/>
        <w:t>vn 0.9886 -0.0853 0.1241</w:t>
        <w:br/>
        <w:t>vn 0.4262 0.8593 0.2829</w:t>
        <w:br/>
        <w:t>vn 0.9843 -0.0025 0.1763</w:t>
        <w:br/>
        <w:t>vn 0.9927 -0.1016 0.0647</w:t>
        <w:br/>
        <w:t>vn 0.6737 0.7158 0.1835</w:t>
        <w:br/>
        <w:t>vn 0.9482 0.3173 -0.0181</w:t>
        <w:br/>
        <w:t>vn 0.9540 0.2099 -0.2141</w:t>
        <w:br/>
        <w:t>vn 0.9830 -0.1775 -0.0462</w:t>
        <w:br/>
        <w:t>vn 0.3575 0.9324 0.0540</w:t>
        <w:br/>
        <w:t>vn 0.9806 -0.1682 -0.1009</w:t>
        <w:br/>
        <w:t>vn 0.6771 0.7358 -0.0111</w:t>
        <w:br/>
        <w:t>vn 0.9807 -0.1442 -0.1317</w:t>
        <w:br/>
        <w:t>vn 0.3748 0.9268 0.0217</w:t>
        <w:br/>
        <w:t>vn 0.9304 -0.0803 -0.3578</w:t>
        <w:br/>
        <w:t>vn 0.9266 0.3314 -0.1778</w:t>
        <w:br/>
        <w:t>vn 0.6595 0.7507 -0.0384</w:t>
        <w:br/>
        <w:t>vn 0.9390 -0.1037 -0.3279</w:t>
        <w:br/>
        <w:t>vn 0.4055 0.9130 -0.0457</w:t>
        <w:br/>
        <w:t>vn 0.7170 -0.0205 -0.6968</w:t>
        <w:br/>
        <w:t>vn 0.5700 0.0293 -0.8211</w:t>
        <w:br/>
        <w:t>vn 0.7089 0.6668 -0.2299</w:t>
        <w:br/>
        <w:t>vn 0.3133 0.9259 -0.2109</w:t>
        <w:br/>
        <w:t>vn 0.0903 0.0679 -0.9936</w:t>
        <w:br/>
        <w:t>vn 0.0763 0.0302 -0.9966</w:t>
        <w:br/>
        <w:t>vn -0.5079 0.0646 -0.8590</w:t>
        <w:br/>
        <w:t>vn 0.8768 0.2421 -0.4155</w:t>
        <w:br/>
        <w:t>vn 0.8404 0.1356 -0.5247</w:t>
        <w:br/>
        <w:t>vn 0.5126 0.6070 -0.6073</w:t>
        <w:br/>
        <w:t>vn 0.0296 0.9424 -0.3332</w:t>
        <w:br/>
        <w:t>vn 0.6016 0.1237 -0.7892</w:t>
        <w:br/>
        <w:t>vn 0.5620 0.0211 -0.8268</w:t>
        <w:br/>
        <w:t>vn 0.0668 0.0083 -0.9977</w:t>
        <w:br/>
        <w:t>vn 0.0697 0.1317 -0.9888</w:t>
        <w:br/>
        <w:t>vn 0.0700 0.6400 -0.7652</w:t>
        <w:br/>
        <w:t>vn -0.4453 0.0909 -0.8908</w:t>
        <w:br/>
        <w:t>vn -0.5305 0.1177 -0.8395</w:t>
        <w:br/>
        <w:t>vn -0.4170 0.5924 -0.6894</w:t>
        <w:br/>
        <w:t>vn -0.7886 0.2128 -0.5769</w:t>
        <w:br/>
        <w:t>vn -0.7558 0.2367 -0.6106</w:t>
        <w:br/>
        <w:t>vn -0.8974 0.2968 -0.3265</w:t>
        <w:br/>
        <w:t>vn -0.2527 0.9401 -0.2287</w:t>
        <w:br/>
        <w:t>vn -0.5175 0.1602 -0.8405</w:t>
        <w:br/>
        <w:t>vn -0.9154 0.2687 -0.2998</w:t>
        <w:br/>
        <w:t>vn -0.9725 0.2269 -0.0525</w:t>
        <w:br/>
        <w:t>vn -0.6295 0.7114 -0.3125</w:t>
        <w:br/>
        <w:t>vn -0.8349 -0.0211 -0.5500</w:t>
        <w:br/>
        <w:t>vn -0.3472 0.9261 -0.1476</w:t>
        <w:br/>
        <w:t>vn -0.8178 -0.0907 -0.5684</w:t>
        <w:br/>
        <w:t>vn -0.9475 -0.0099 -0.3195</w:t>
        <w:br/>
        <w:t>vn -0.3500 0.9336 -0.0760</w:t>
        <w:br/>
        <w:t>vn -0.9403 -0.0349 -0.3384</w:t>
        <w:br/>
        <w:t>vn -0.7699 0.5957 -0.2291</w:t>
        <w:br/>
        <w:t>vn -0.9656 0.2443 -0.0889</w:t>
        <w:br/>
        <w:t>vn -0.6532 0.7553 -0.0533</w:t>
        <w:br/>
        <w:t>vn -0.9861 0.0222 -0.1649</w:t>
        <w:br/>
        <w:t>vn -0.3617 0.9316 0.0360</w:t>
        <w:br/>
        <w:t>vn -0.9817 0.0814 -0.1721</w:t>
        <w:br/>
        <w:t>vn -0.9854 -0.0809 -0.1500</w:t>
        <w:br/>
        <w:t>vn -0.7596 0.6241 0.1831</w:t>
        <w:br/>
        <w:t>vn -0.9631 0.2259 0.1462</w:t>
        <w:br/>
        <w:t>vn -0.9749 0.1796 0.1314</w:t>
        <w:br/>
        <w:t>vn -0.9596 -0.2560 -0.1164</w:t>
        <w:br/>
        <w:t>vn -0.4381 0.8468 0.3016</w:t>
        <w:br/>
        <w:t>vn -0.9537 -0.2474 -0.1708</w:t>
        <w:br/>
        <w:t>vn -0.9130 -0.4018 -0.0700</w:t>
        <w:br/>
        <w:t>vn -0.7328 0.5908 0.3377</w:t>
        <w:br/>
        <w:t>vn -0.8913 -0.4483 -0.0683</w:t>
        <w:br/>
        <w:t>vn -0.4209 0.7983 0.4307</w:t>
        <w:br/>
        <w:t>vn -0.8991 -0.3811 -0.2153</w:t>
        <w:br/>
        <w:t>vn -0.9474 0.2915 0.1320</w:t>
        <w:br/>
        <w:t>vn -0.9786 0.1850 0.0901</w:t>
        <w:br/>
        <w:t>vn -0.9777 0.2081 0.0295</w:t>
        <w:br/>
        <w:t>vn -0.6544 0.6972 0.2927</w:t>
        <w:br/>
        <w:t>vn -0.9245 0.3755 0.0663</w:t>
        <w:br/>
        <w:t>vn -0.9735 0.2273 -0.0233</w:t>
        <w:br/>
        <w:t>vn -0.9415 0.3312 0.0625</w:t>
        <w:br/>
        <w:t>vn -0.8411 0.3682 0.3962</w:t>
        <w:br/>
        <w:t>vn -0.7206 0.5594 0.4097</w:t>
        <w:br/>
        <w:t>vn -0.8298 0.1940 0.5233</w:t>
        <w:br/>
        <w:t>vn -0.4043 0.8450 0.3501</w:t>
        <w:br/>
        <w:t>vn -0.9000 -0.3265 -0.2889</w:t>
        <w:br/>
        <w:t>vn -0.7999 0.4746 0.3673</w:t>
        <w:br/>
        <w:t>vn -0.8260 -0.2447 -0.5078</w:t>
        <w:br/>
        <w:t>vn -0.9019 0.3728 0.2181</w:t>
        <w:br/>
        <w:t>vn -0.7260 0.5289 0.4394</w:t>
        <w:br/>
        <w:t>vn -0.7290 0.5232 0.4414</w:t>
        <w:br/>
        <w:t>vn -0.0387 -0.1094 0.9932</w:t>
        <w:br/>
        <w:t>vn -0.2272 -0.1152 0.9670</w:t>
        <w:br/>
        <w:t>vn -0.2336 -0.0918 0.9680</w:t>
        <w:br/>
        <w:t>vn 0.2230 -0.1446 0.9640</w:t>
        <w:br/>
        <w:t>vn 0.1288 -0.1385 0.9819</w:t>
        <w:br/>
        <w:t>vn -0.0685 -0.1434 0.9873</w:t>
        <w:br/>
        <w:t>vn -0.2033 0.1282 0.9707</w:t>
        <w:br/>
        <w:t>vn 0.0901 0.0262 0.9956</w:t>
        <w:br/>
        <w:t>vn -0.0207 0.1874 0.9821</w:t>
        <w:br/>
        <w:t>vn 0.0967 0.7169 0.6905</w:t>
        <w:br/>
        <w:t>vn -0.0510 0.6554 0.7535</w:t>
        <w:br/>
        <w:t>vn -0.0924 0.7956 0.5988</w:t>
        <w:br/>
        <w:t>vn 0.0211 0.9208 0.3894</w:t>
        <w:br/>
        <w:t>vn 0.1108 0.9315 0.3466</w:t>
        <w:br/>
        <w:t>vn -0.0411 0.9152 0.4009</w:t>
        <w:br/>
        <w:t>vn -0.9866 0.1363 -0.0892</w:t>
        <w:br/>
        <w:t>vn -0.9821 0.1692 -0.0831</w:t>
        <w:br/>
        <w:t>vn -0.9831 0.1651 -0.0785</w:t>
        <w:br/>
        <w:t>vn -0.9893 0.0471 -0.1378</w:t>
        <w:br/>
        <w:t>vn -0.9980 -0.0626 0.0036</w:t>
        <w:br/>
        <w:t>vn -0.1527 0.0324 0.9877</w:t>
        <w:br/>
        <w:t>vn -0.1527 0.0325 0.9877</w:t>
        <w:br/>
        <w:t>vn -0.1393 0.0464 0.9892</w:t>
        <w:br/>
        <w:t>vn -0.1661 0.0185 0.9859</w:t>
        <w:br/>
        <w:t>vn -0.9960 -0.0867 -0.0230</w:t>
        <w:br/>
        <w:t>vn -0.9516 0.3006 0.0648</w:t>
        <w:br/>
        <w:t>vn -0.9814 0.1498 0.1198</w:t>
        <w:br/>
        <w:t>vn -0.9970 0.0301 0.0708</w:t>
        <w:br/>
        <w:t>vn -0.9954 -0.0553 0.0788</w:t>
        <w:br/>
        <w:t>vn -0.9899 0.0348 0.1376</w:t>
        <w:br/>
        <w:t>vn -0.9794 0.0848 0.1833</w:t>
        <w:br/>
        <w:t>vn -0.1730 0.9079 0.3819</w:t>
        <w:br/>
        <w:t>vn -0.5773 0.7571 0.3058</w:t>
        <w:br/>
        <w:t>vn -0.1904 0.9029 0.3854</w:t>
        <w:br/>
        <w:t>vn -0.1539 0.9007 0.4063</w:t>
        <w:br/>
        <w:t>vn -0.9419 0.2448 0.2299</w:t>
        <w:br/>
        <w:t>vn -0.9655 0.1313 0.2249</w:t>
        <w:br/>
        <w:t>vn -0.9713 0.0858 0.2219</w:t>
        <w:br/>
        <w:t>vn -0.3803 0.8435 0.3794</w:t>
        <w:br/>
        <w:t>vn -0.9791 -0.1226 0.1622</w:t>
        <w:br/>
        <w:t>vn -0.9817 -0.1131 0.1535</w:t>
        <w:br/>
        <w:t>vn -0.6836 0.6519 0.3283</w:t>
        <w:br/>
        <w:t>vn -0.9400 0.2647 0.2154</w:t>
        <w:br/>
        <w:t>vn -0.9899 0.1221 0.0719</w:t>
        <w:br/>
        <w:t>vn -0.9872 -0.0876 0.1333</w:t>
        <w:br/>
        <w:t>vn -0.4266 0.8600 0.2799</w:t>
        <w:br/>
        <w:t>vn -0.9828 -0.0043 0.1848</w:t>
        <w:br/>
        <w:t>vn -0.9918 -0.1043 0.0741</w:t>
        <w:br/>
        <w:t>vn -0.6745 0.7151 0.1838</w:t>
        <w:br/>
        <w:t>vn -0.9493 0.3140 -0.0124</w:t>
        <w:br/>
        <w:t>vn -0.9565 0.2051 -0.2074</w:t>
        <w:br/>
        <w:t>vn -0.9828 -0.1810 -0.0363</w:t>
        <w:br/>
        <w:t>vn -0.3601 0.9316 0.0498</w:t>
        <w:br/>
        <w:t>vn -0.9809 -0.1722 -0.0910</w:t>
        <w:br/>
        <w:t>vn -0.6796 0.7335 -0.0110</w:t>
        <w:br/>
        <w:t>vn -0.9814 -0.1485 -0.1220</w:t>
        <w:br/>
        <w:t>vn -0.3777 0.9258 0.0177</w:t>
        <w:br/>
        <w:t>vn -0.9331 -0.0861 -0.3490</w:t>
        <w:br/>
        <w:t>vn -0.9292 0.3270 -0.1723</w:t>
        <w:br/>
        <w:t>vn -0.6623 0.7483 -0.0385</w:t>
        <w:br/>
        <w:t>vn -0.9415 -0.1094 -0.3189</w:t>
        <w:br/>
        <w:t>vn -0.4089 0.9113 -0.0493</w:t>
        <w:br/>
        <w:t>vn -0.8811 0.2360 -0.4098</w:t>
        <w:br/>
        <w:t>vn -0.8454 0.1287 -0.5184</w:t>
        <w:br/>
        <w:t>vn -0.7131 0.6627 -0.2289</w:t>
        <w:br/>
        <w:t>vn -0.7229 -0.0283 -0.6903</w:t>
        <w:br/>
        <w:t>vn -0.3182 0.9232 -0.2154</w:t>
        <w:br/>
        <w:t>vn -0.5772 0.0210 -0.8163</w:t>
        <w:br/>
        <w:t>vn -0.5198 0.6006 -0.6075</w:t>
        <w:br/>
        <w:t>vn -0.6088 0.1156 -0.7849</w:t>
        <w:br/>
        <w:t>vn -0.5693 0.0127 -0.8221</w:t>
        <w:br/>
        <w:t>vn -0.0754 0.0002 -0.9972</w:t>
        <w:br/>
        <w:t>vn -0.0991 0.0598 -0.9933</w:t>
        <w:br/>
        <w:t>vn -0.0356 0.9397 -0.3403</w:t>
        <w:br/>
        <w:t>vn -0.0850 0.0221 -0.9961</w:t>
        <w:br/>
        <w:t>vn 0.5002 0.0595 -0.8639</w:t>
        <w:br/>
        <w:t>vn -0.0787 0.1238 -0.9892</w:t>
        <w:br/>
        <w:t>vn -0.0787 0.6338 -0.7695</w:t>
        <w:br/>
        <w:t>vn 0.4373 0.0853 -0.8953</w:t>
        <w:br/>
        <w:t>vn 0.5228 0.1128 -0.8450</w:t>
        <w:br/>
        <w:t>vn 0.4090 0.5883 -0.6976</w:t>
        <w:br/>
        <w:t>vn 0.7828 0.2108 -0.5854</w:t>
        <w:br/>
        <w:t>vn 0.7497 0.2344 -0.6189</w:t>
        <w:br/>
        <w:t>vn 0.8936 0.2972 -0.3365</w:t>
        <w:br/>
        <w:t>vn 0.2476 0.9391 -0.2382</w:t>
        <w:br/>
        <w:t>vn 0.5097 0.1553 -0.8462</w:t>
        <w:br/>
        <w:t>vn 0.6244 0.7110 -0.3235</w:t>
        <w:br/>
        <w:t>vn 0.9118 0.2693 -0.3099</w:t>
        <w:br/>
        <w:t>vn 0.9712 0.2297 -0.0628</w:t>
        <w:br/>
        <w:t>vn 0.8302 -0.0227 -0.5570</w:t>
        <w:br/>
        <w:t>vn 0.3428 0.9260 -0.1578</w:t>
        <w:br/>
        <w:t>vn 0.8131 -0.0925 -0.5747</w:t>
        <w:br/>
        <w:t>vn 0.9447 -0.0094 -0.3277</w:t>
        <w:br/>
        <w:t>vn 0.3463 0.9342 -0.0863</w:t>
        <w:br/>
        <w:t>vn 0.9373 -0.0345 -0.3467</w:t>
        <w:br/>
        <w:t>vn 0.7659 0.5964 -0.2404</w:t>
        <w:br/>
        <w:t>vn 0.9640 0.2468 -0.0992</w:t>
        <w:br/>
        <w:t>vn 0.6502 0.7570 -0.0648</w:t>
        <w:br/>
        <w:t>vn 0.9845 0.0242 -0.1736</w:t>
        <w:br/>
        <w:t>vn 0.3589 0.9330 0.0256</w:t>
        <w:br/>
        <w:t>vn 0.9799 0.0833 -0.1813</w:t>
        <w:br/>
        <w:t>vn 0.9843 -0.0788 -0.1579</w:t>
        <w:br/>
        <w:t>vn 0.7591 0.6280 0.1716</w:t>
        <w:br/>
        <w:t>vn 0.9636 0.2302 0.1361</w:t>
        <w:br/>
        <w:t>vn 0.9754 0.1838 0.1215</w:t>
        <w:br/>
        <w:t>vn 0.9594 -0.2538 -0.1228</w:t>
        <w:br/>
        <w:t>vn 0.4378 0.8506 0.2912</w:t>
        <w:br/>
        <w:t>vn 0.9530 -0.2456 -0.1771</w:t>
        <w:br/>
        <w:t>vn 0.9137 -0.3994 -0.0748</w:t>
        <w:br/>
        <w:t>vn 0.7337 0.5958 0.3267</w:t>
        <w:br/>
        <w:t>vn 0.8921 -0.4459 -0.0725</w:t>
        <w:br/>
        <w:t>vn 0.4219 0.8030 0.4208</w:t>
        <w:br/>
        <w:t>vn 0.8985 -0.3798 -0.2201</w:t>
        <w:br/>
        <w:t>vn 0.9475 0.2956 0.1215</w:t>
        <w:br/>
        <w:t>vn 0.9787 0.1889 0.0801</w:t>
        <w:br/>
        <w:t>vn 0.9772 0.2115 0.0194</w:t>
        <w:br/>
        <w:t>vn 0.6545 0.7016 0.2816</w:t>
        <w:br/>
        <w:t>vn 0.9237 0.3790 0.0554</w:t>
        <w:br/>
        <w:t>vn 0.9725 0.2303 -0.0336</w:t>
        <w:br/>
        <w:t>vn 0.9409 0.3348 0.0518</w:t>
        <w:br/>
        <w:t>vn 0.8433 0.3741 0.3860</w:t>
        <w:br/>
        <w:t>vn 0.7223 0.5649 0.3990</w:t>
        <w:br/>
        <w:t>vn 0.8336 0.2008 0.5146</w:t>
        <w:br/>
        <w:t>vn 0.4045 0.8490 0.3399</w:t>
        <w:br/>
        <w:t>vn 0.8985 -0.3258 -0.2941</w:t>
        <w:br/>
        <w:t>vn 0.8015 0.4801 0.3566</w:t>
        <w:br/>
        <w:t>vn 0.8224 -0.2460 -0.5131</w:t>
        <w:br/>
        <w:t>vn 0.9025 0.3774 0.2073</w:t>
        <w:br/>
        <w:t>vn 0.7311 0.5290 0.4309</w:t>
        <w:br/>
        <w:t>vn 0.7281 0.5347 0.4290</w:t>
        <w:br/>
        <w:t>vn -0.3307 0.9388 -0.0965</w:t>
        <w:br/>
        <w:t>vn -0.1735 0.9723 -0.1566</w:t>
        <w:br/>
        <w:t>vn -0.3486 0.9236 -0.1598</w:t>
        <w:br/>
        <w:t>vn -0.3096 0.8867 -0.3433</w:t>
        <w:br/>
        <w:t>vn -0.2029 0.9437 -0.2612</w:t>
        <w:br/>
        <w:t>vn -0.4203 0.7566 -0.5010</w:t>
        <w:br/>
        <w:t>vn -0.0155 0.0638 -0.9978</w:t>
        <w:br/>
        <w:t>vn -0.1252 0.3506 -0.9281</w:t>
        <w:br/>
        <w:t>vn -0.1215 0.3567 -0.9263</w:t>
        <w:br/>
        <w:t>vn -0.3211 0.6056 -0.7281</w:t>
        <w:br/>
        <w:t>vn 0.1018 0.0244 -0.9945</w:t>
        <w:br/>
        <w:t>vn 0.2026 -0.4232 -0.8831</w:t>
        <w:br/>
        <w:t>vn 0.4753 -0.2777 -0.8349</w:t>
        <w:br/>
        <w:t>vn -0.4736 0.6153 -0.6301</w:t>
        <w:br/>
        <w:t>vn 0.2050 0.0279 -0.9784</w:t>
        <w:br/>
        <w:t>vn 0.5561 -0.4145 -0.7204</w:t>
        <w:br/>
        <w:t>vn -0.6353 0.6572 -0.4056</w:t>
        <w:br/>
        <w:t>vn -0.3845 0.7165 -0.5820</w:t>
        <w:br/>
        <w:t>vn -0.0513 -0.5043 -0.8620</w:t>
        <w:br/>
        <w:t>vn -0.2629 0.2586 -0.9295</w:t>
        <w:br/>
        <w:t>vn 0.0570 -0.6528 -0.7554</w:t>
        <w:br/>
        <w:t>vn -0.4607 -0.7128 -0.5288</w:t>
        <w:br/>
        <w:t>vn -0.5958 -0.3056 -0.7427</w:t>
        <w:br/>
        <w:t>vn -0.4879 -0.6939 -0.5296</w:t>
        <w:br/>
        <w:t>vn -0.5624 0.8177 -0.1227</w:t>
        <w:br/>
        <w:t>vn -0.7055 0.7069 0.0510</w:t>
        <w:br/>
        <w:t>vn -0.0490 0.9716 -0.2317</w:t>
        <w:br/>
        <w:t>vn -0.3308 -0.6740 -0.6605</w:t>
        <w:br/>
        <w:t>vn -0.3207 -0.2333 -0.9180</w:t>
        <w:br/>
        <w:t>vn -0.3418 -0.5939 -0.7283</w:t>
        <w:br/>
        <w:t>vn -0.0512 -0.7210 -0.6910</w:t>
        <w:br/>
        <w:t>vn 0.1748 -0.6118 -0.7715</w:t>
        <w:br/>
        <w:t>vn 0.1333 0.9376 -0.3211</w:t>
        <w:br/>
        <w:t>vn 0.1312 -0.5851 -0.8003</w:t>
        <w:br/>
        <w:t>vn -0.2792 0.6908 -0.6670</w:t>
        <w:br/>
        <w:t>vn -0.4767 0.1937 -0.8574</w:t>
        <w:br/>
        <w:t>vn -0.5911 0.3316 -0.7353</w:t>
        <w:br/>
        <w:t>vn -0.7069 0.4995 -0.5008</w:t>
        <w:br/>
        <w:t>vn -0.5177 0.3468 -0.7821</w:t>
        <w:br/>
        <w:t>vn -0.3937 0.9131 0.1060</w:t>
        <w:br/>
        <w:t>vn -0.6141 0.7872 0.0569</w:t>
        <w:br/>
        <w:t>vn -0.5601 0.7996 -0.2166</w:t>
        <w:br/>
        <w:t>vn -0.0617 0.9878 -0.1427</w:t>
        <w:br/>
        <w:t>vn -0.1504 0.7212 -0.6762</w:t>
        <w:br/>
        <w:t>vn -0.0620 0.9918 0.1113</w:t>
        <w:br/>
        <w:t>vn -0.0214 0.9962 0.0842</w:t>
        <w:br/>
        <w:t>vn -0.1064 0.9920 -0.0677</w:t>
        <w:br/>
        <w:t>vn -0.6830 0.5966 -0.4214</w:t>
        <w:br/>
        <w:t>vn -0.5533 0.3299 -0.7649</w:t>
        <w:br/>
        <w:t>vn -0.2160 0.8911 -0.3992</w:t>
        <w:br/>
        <w:t>vn -0.2160 0.8911 -0.3991</w:t>
        <w:br/>
        <w:t>vn -0.3041 0.9523 0.0271</w:t>
        <w:br/>
        <w:t>vn -0.6402 0.7602 0.1109</w:t>
        <w:br/>
        <w:t>vn -0.6366 0.7689 0.0595</w:t>
        <w:br/>
        <w:t>vn -0.4368 -0.7675 -0.4691</w:t>
        <w:br/>
        <w:t>vn -0.4377 -0.7606 -0.4795</w:t>
        <w:br/>
        <w:t>vn -0.4676 -0.7109 -0.5254</w:t>
        <w:br/>
        <w:t>vn 0.3074 0.8410 -0.4453</w:t>
        <w:br/>
        <w:t>vn 0.1993 0.8288 -0.5229</w:t>
        <w:br/>
        <w:t>vn -0.1133 0.7127 -0.6923</w:t>
        <w:br/>
        <w:t>vn -0.2970 -0.7839 -0.5453</w:t>
        <w:br/>
        <w:t>vn -0.5261 0.2368 -0.8168</w:t>
        <w:br/>
        <w:t>vn -0.2392 -0.7568 -0.6084</w:t>
        <w:br/>
        <w:t>vn -0.6722 0.2466 -0.6981</w:t>
        <w:br/>
        <w:t>vn -0.5146 -0.3661 -0.7753</w:t>
        <w:br/>
        <w:t>vn -0.0263 -0.7280 -0.6851</w:t>
        <w:br/>
        <w:t>vn -0.7963 0.0234 -0.6045</w:t>
        <w:br/>
        <w:t>vn -0.6751 0.6320 -0.3806</w:t>
        <w:br/>
        <w:t>vn -0.2866 0.9039 0.3176</w:t>
        <w:br/>
        <w:t>vn -0.5261 0.2367 -0.8168</w:t>
        <w:br/>
        <w:t>vn -0.5147 -0.3661 -0.7753</w:t>
        <w:br/>
        <w:t>vn -0.2963 -0.4681 -0.8326</w:t>
        <w:br/>
        <w:t>vn -0.6901 0.5067 -0.5167</w:t>
        <w:br/>
        <w:t>vn -0.6570 0.7245 -0.2085</w:t>
        <w:br/>
        <w:t>vn -0.3413 0.9000 0.2711</w:t>
        <w:br/>
        <w:t>vn -0.3415 0.9000 0.2710</w:t>
        <w:br/>
        <w:t>vn -0.3674 0.8015 -0.4719</w:t>
        <w:br/>
        <w:t>vn -0.2739 -0.5352 -0.7991</w:t>
        <w:br/>
        <w:t>vn -0.1466 0.9200 -0.3634</w:t>
        <w:br/>
        <w:t>vn -0.8713 -0.3323 -0.3612</w:t>
        <w:br/>
        <w:t>vn -0.7116 0.4196 -0.5636</w:t>
        <w:br/>
        <w:t>vn -0.9183 0.0419 -0.3936</w:t>
        <w:br/>
        <w:t>vn -0.3039 0.9471 0.1030</w:t>
        <w:br/>
        <w:t>vn -0.9221 -0.3765 -0.0891</w:t>
        <w:br/>
        <w:t>vn -0.2412 0.8991 -0.3652</w:t>
        <w:br/>
        <w:t>vn -0.8732 -0.4260 -0.2369</w:t>
        <w:br/>
        <w:t>vn 0.0660 0.7718 -0.6324</w:t>
        <w:br/>
        <w:t>vn -0.7372 -0.5562 -0.3837</w:t>
        <w:br/>
        <w:t>vn 0.2464 0.7548 -0.6079</w:t>
        <w:br/>
        <w:t>vn -0.6916 -0.4029 -0.5995</w:t>
        <w:br/>
        <w:t>vn -0.2513 0.8643 -0.4357</w:t>
        <w:br/>
        <w:t>vn -0.5397 0.6660 -0.5149</w:t>
        <w:br/>
        <w:t>vn 0.0104 0.9232 -0.3841</w:t>
        <w:br/>
        <w:t>vn -0.3807 0.8954 -0.2309</w:t>
        <w:br/>
        <w:t>vn -0.2485 0.9595 -0.1325</w:t>
        <w:br/>
        <w:t>vn -0.1166 0.9841 -0.1337</w:t>
        <w:br/>
        <w:t>vn -0.6245 0.6587 -0.4197</w:t>
        <w:br/>
        <w:t>vn -0.5943 -0.5128 -0.6196</w:t>
        <w:br/>
        <w:t>vn -0.5219 0.8508 -0.0607</w:t>
        <w:br/>
        <w:t>vn -0.6786 0.7259 -0.1120</w:t>
        <w:br/>
        <w:t>vn -0.8700 0.4511 -0.1992</w:t>
        <w:br/>
        <w:t>vn -0.4412 -0.5827 -0.6825</w:t>
        <w:br/>
        <w:t>vn -0.6764 0.7344 -0.0565</w:t>
        <w:br/>
        <w:t>vn -0.4150 0.8395 -0.3508</w:t>
        <w:br/>
        <w:t>vn -0.0404 0.9887 -0.1443</w:t>
        <w:br/>
        <w:t>vn -0.4508 0.8921 0.0299</w:t>
        <w:br/>
        <w:t>vn -0.4544 0.8905 -0.0220</w:t>
        <w:br/>
        <w:t>vn -0.1775 0.9704 0.1640</w:t>
        <w:br/>
        <w:t>vn -0.2038 0.9675 -0.1500</w:t>
        <w:br/>
        <w:t>vn 0.0655 0.9116 0.4059</w:t>
        <w:br/>
        <w:t>vn -0.7985 0.4833 -0.3590</w:t>
        <w:br/>
        <w:t>vn -0.7869 0.5308 -0.3148</w:t>
        <w:br/>
        <w:t>vn -0.7634 -0.5052 0.4025</w:t>
        <w:br/>
        <w:t>vn -0.7743 -0.5928 0.2214</w:t>
        <w:br/>
        <w:t>vn -0.7576 -0.5082 0.4095</w:t>
        <w:br/>
        <w:t>vn -0.7616 -0.6478 0.0151</w:t>
        <w:br/>
        <w:t>vn -0.6215 -0.6683 -0.4087</w:t>
        <w:br/>
        <w:t>vn -0.0370 0.9987 -0.0358</w:t>
        <w:br/>
        <w:t>vn -0.2189 0.9680 0.1231</w:t>
        <w:br/>
        <w:t>vn -0.6214 -0.6667 -0.4115</w:t>
        <w:br/>
        <w:t>vn -0.4935 -0.6141 -0.6159</w:t>
        <w:br/>
        <w:t>vn -0.5043 -0.6032 -0.6179</w:t>
        <w:br/>
        <w:t>vn -0.0116 0.9473 -0.3203</w:t>
        <w:br/>
        <w:t>vn 0.2720 0.9415 0.1989</w:t>
        <w:br/>
        <w:t>vn 0.2273 0.9561 0.1850</w:t>
        <w:br/>
        <w:t>vn 0.2447 0.9694 -0.0215</w:t>
        <w:br/>
        <w:t>vn 0.2794 0.9597 0.0303</w:t>
        <w:br/>
        <w:t>vn -0.6257 0.4137 -0.6613</w:t>
        <w:br/>
        <w:t>vn -0.8485 0.4806 -0.2215</w:t>
        <w:br/>
        <w:t>vn -0.6256 0.4138 -0.6614</w:t>
        <w:br/>
        <w:t>vn 0.3433 0.8510 -0.3974</w:t>
        <w:br/>
        <w:t>vn -0.5660 -0.6531 -0.5031</w:t>
        <w:br/>
        <w:t>vn -0.4070 -0.2503 -0.8785</w:t>
        <w:br/>
        <w:t>vn -0.8764 0.4535 -0.1621</w:t>
        <w:br/>
        <w:t>vn -0.6918 -0.6742 -0.2587</w:t>
        <w:br/>
        <w:t>vn -0.5439 -0.8385 -0.0327</w:t>
        <w:br/>
        <w:t>vn -0.5660 -0.6530 -0.5032</w:t>
        <w:br/>
        <w:t>vn -0.8735 0.4557 -0.1710</w:t>
        <w:br/>
        <w:t>vn -0.8394 0.4221 -0.3424</w:t>
        <w:br/>
        <w:t>vn -0.4814 -0.8635 -0.1508</w:t>
        <w:br/>
        <w:t>vn -0.3878 -0.9166 0.0969</w:t>
        <w:br/>
        <w:t>vn 0.0506 0.8346 -0.5485</w:t>
        <w:br/>
        <w:t>vn -0.2948 0.8845 -0.3615</w:t>
        <w:br/>
        <w:t>vn 0.0653 0.8312 -0.5521</w:t>
        <w:br/>
        <w:t>vn -0.0715 0.9968 0.0368</w:t>
        <w:br/>
        <w:t>vn -0.9371 0.3035 -0.1726</w:t>
        <w:br/>
        <w:t>vn -0.1158 0.9383 0.3258</w:t>
        <w:br/>
        <w:t>vn 0.0298 0.9340 0.3559</w:t>
        <w:br/>
        <w:t>vn -0.6175 -0.7272 0.2999</w:t>
        <w:br/>
        <w:t>vn -0.6944 -0.6630 0.2796</w:t>
        <w:br/>
        <w:t>vn -0.8738 0.3599 -0.3270</w:t>
        <w:br/>
        <w:t>vn -0.8311 0.3783 -0.4077</w:t>
        <w:br/>
        <w:t>vn -0.8738 0.3600 -0.3270</w:t>
        <w:br/>
        <w:t>vn -0.5936 -0.6340 -0.4956</w:t>
        <w:br/>
        <w:t>vn -0.4396 -0.5782 -0.6873</w:t>
        <w:br/>
        <w:t>vn -0.8300 0.3779 -0.4102</w:t>
        <w:br/>
        <w:t>vn -0.4604 -0.5528 -0.6945</w:t>
        <w:br/>
        <w:t>vn -0.7269 -0.5817 0.3651</w:t>
        <w:br/>
        <w:t>vn -0.7487 -0.5652 0.3466</w:t>
        <w:br/>
        <w:t>vn -0.8284 0.3620 -0.4274</w:t>
        <w:br/>
        <w:t>vn -0.7027 -0.7111 0.0249</w:t>
        <w:br/>
        <w:t>vn -0.7314 -0.5835 0.3530</w:t>
        <w:br/>
        <w:t>vn -0.6063 -0.7944 -0.0352</w:t>
        <w:br/>
        <w:t>vn -0.6065 -0.7009 -0.3753</w:t>
        <w:br/>
        <w:t>vn -0.8317 0.3312 -0.4456</w:t>
        <w:br/>
        <w:t>vn 0.3463 0.7323 -0.5864</w:t>
        <w:br/>
        <w:t>vn -0.7810 -0.6203 -0.0731</w:t>
        <w:br/>
        <w:t>vn -0.6842 -0.7137 -0.1497</w:t>
        <w:br/>
        <w:t>vn 0.3100 0.7564 -0.5760</w:t>
        <w:br/>
        <w:t>vn -0.8256 -0.0439 -0.5626</w:t>
        <w:br/>
        <w:t>vn -0.7140 0.5900 -0.3769</w:t>
        <w:br/>
        <w:t>vn 0.2055 0.8667 -0.4545</w:t>
        <w:br/>
        <w:t>vn -0.8084 0.4376 -0.3937</w:t>
        <w:br/>
        <w:t>vn -0.8960 -0.3733 -0.2407</w:t>
        <w:br/>
        <w:t>vn -0.4783 -0.6472 -0.5935</w:t>
        <w:br/>
        <w:t>vn 0.2591 0.7646 -0.5902</w:t>
        <w:br/>
        <w:t>vn -0.8256 -0.0438 -0.5626</w:t>
        <w:br/>
        <w:t>vn -0.7995 -0.4404 -0.4083</w:t>
        <w:br/>
        <w:t>vn -0.6251 -0.4658 -0.6263</w:t>
        <w:br/>
        <w:t>vn -0.8960 -0.3733 -0.2406</w:t>
        <w:br/>
        <w:t>vn 0.1326 0.9371 -0.3229</w:t>
        <w:br/>
        <w:t>vn -0.8977 -0.3243 0.2981</w:t>
        <w:br/>
        <w:t>vn -0.1466 0.9885 -0.0378</w:t>
        <w:br/>
        <w:t>vn -0.1464 0.9885 -0.0379</w:t>
        <w:br/>
        <w:t>vn -0.6597 0.6874 -0.3039</w:t>
        <w:br/>
        <w:t>vn -0.8775 -0.3225 0.3550</w:t>
        <w:br/>
        <w:t>vn -0.8228 0.4559 -0.3393</w:t>
        <w:br/>
        <w:t>vn -0.9780 0.1765 -0.1109</w:t>
        <w:br/>
        <w:t>vn -0.8653 0.4074 -0.2920</w:t>
        <w:br/>
        <w:t>vn -0.8666 -0.4490 0.2177</w:t>
        <w:br/>
        <w:t>vn -0.9780 0.1765 -0.1108</w:t>
        <w:br/>
        <w:t>vn -0.7885 0.4477 -0.4217</w:t>
        <w:br/>
        <w:t>vn -0.7617 0.4403 -0.4753</w:t>
        <w:br/>
        <w:t>vn 0.2393 0.7841 -0.5726</w:t>
        <w:br/>
        <w:t>vn 0.2249 0.7989 -0.5579</w:t>
        <w:br/>
        <w:t>vn -0.5570 0.5557 -0.6172</w:t>
        <w:br/>
        <w:t>vn 0.2105 0.7999 -0.5620</w:t>
        <w:br/>
        <w:t>vn -0.6234 -0.7638 -0.1670</w:t>
        <w:br/>
        <w:t>vn -0.6673 0.3522 -0.6562</w:t>
        <w:br/>
        <w:t>vn -0.3627 -0.7987 -0.4801</w:t>
        <w:br/>
        <w:t>vn -0.3673 0.8015 -0.4720</w:t>
        <w:br/>
        <w:t>vn -0.2067 0.8630 -0.4611</w:t>
        <w:br/>
        <w:t>vn -0.3334 -0.8217 -0.4623</w:t>
        <w:br/>
        <w:t>vn -0.6084 0.4061 -0.6818</w:t>
        <w:br/>
        <w:t>vn -0.5046 -0.6968 -0.5098</w:t>
        <w:br/>
        <w:t>vn -0.6995 -0.6203 -0.3549</w:t>
        <w:br/>
        <w:t>vn -0.7963 0.0234 -0.6044</w:t>
        <w:br/>
        <w:t>vn -0.5339 0.3798 -0.7555</w:t>
        <w:br/>
        <w:t>vn 0.0051 0.9977 -0.0678</w:t>
        <w:br/>
        <w:t>vn 0.0364 0.9993 0.0122</w:t>
        <w:br/>
        <w:t>vn -0.7032 -0.6831 0.1971</w:t>
        <w:br/>
        <w:t>vn -0.8037 -0.5875 -0.0945</w:t>
        <w:br/>
        <w:t>vn 0.0969 0.9715 -0.2165</w:t>
        <w:br/>
        <w:t>vn -0.8038 -0.5874 -0.0945</w:t>
        <w:br/>
        <w:t>vn -0.5083 -0.6044 -0.6135</w:t>
        <w:br/>
        <w:t>vn 0.2067 0.9350 -0.2883</w:t>
        <w:br/>
        <w:t>vn -0.1729 -0.6215 -0.7641</w:t>
        <w:br/>
        <w:t>vn -0.1282 -0.6784 0.7234</w:t>
        <w:br/>
        <w:t>vn -0.1282 -0.6785 0.7233</w:t>
        <w:br/>
        <w:t>vn -0.1129 -0.6670 0.7364</w:t>
        <w:br/>
        <w:t>vn -0.1434 -0.6895 0.7099</w:t>
        <w:br/>
        <w:t>vn 0.4978 0.6715 0.5489</w:t>
        <w:br/>
        <w:t>vn 0.4979 0.6717 0.5486</w:t>
        <w:br/>
        <w:t>vn 0.4978 0.6715 0.5488</w:t>
        <w:br/>
        <w:t>vn -0.4845 0.3775 0.7891</w:t>
        <w:br/>
        <w:t>vn -0.4846 0.3775 0.7891</w:t>
        <w:br/>
        <w:t>vn -0.4945 0.3797 0.7818</w:t>
        <w:br/>
        <w:t>vn 0.8039 -0.3378 0.4895</w:t>
        <w:br/>
        <w:t>vn 0.8184 -0.3567 0.4505</w:t>
        <w:br/>
        <w:t>vn -0.4744 0.3753 0.7963</w:t>
        <w:br/>
        <w:t>vn 0.8312 -0.3749 0.4105</w:t>
        <w:br/>
        <w:t>vn 0.5364 0.6452 0.5442</w:t>
        <w:br/>
        <w:t>vn 0.5364 0.6451 0.5442</w:t>
        <w:br/>
        <w:t>vn 0.5410 0.6558 0.5265</w:t>
        <w:br/>
        <w:t>vn -0.1516 -0.6632 0.7329</w:t>
        <w:br/>
        <w:t>vn -0.1515 -0.6632 0.7329</w:t>
        <w:br/>
        <w:t>vn -0.1605 -0.6789 0.7165</w:t>
        <w:br/>
        <w:t>vn 0.5314 0.6341 0.5617</w:t>
        <w:br/>
        <w:t>vn -0.1424 -0.6472 0.7489</w:t>
        <w:br/>
        <w:t>vn 0.0554 -0.8025 -0.5940</w:t>
        <w:br/>
        <w:t>vn 0.0553 -0.8026 -0.5940</w:t>
        <w:br/>
        <w:t>vn 0.0751 -0.7942 -0.6030</w:t>
        <w:br/>
        <w:t>vn 0.0356 -0.8104 -0.5847</w:t>
        <w:br/>
        <w:t>vn 0.7094 0.5384 -0.4548</w:t>
        <w:br/>
        <w:t>vn 0.7094 0.5381 -0.4552</w:t>
        <w:br/>
        <w:t>vn 0.7094 0.5382 -0.4551</w:t>
        <w:br/>
        <w:t>vn 0.8851 -0.4602 -0.0702</w:t>
        <w:br/>
        <w:t>vn 0.8820 -0.4568 -0.1156</w:t>
        <w:br/>
        <w:t>vn -0.1620 0.2296 -0.9597</w:t>
        <w:br/>
        <w:t>vn -0.1736 0.2334 -0.9568</w:t>
        <w:br/>
        <w:t>vn 0.9706 -0.0196 -0.2399</w:t>
        <w:br/>
        <w:t>vn -0.1503 0.2257 -0.9625</w:t>
        <w:br/>
        <w:t>vn 0.0868 -0.8097 -0.5804</w:t>
        <w:br/>
        <w:t>vn 0.0867 -0.8098 -0.5803</w:t>
        <w:br/>
        <w:t>vn 0.0877 -0.8092 -0.5810</w:t>
        <w:br/>
        <w:t>vn 0.7992 0.5201 -0.3012</w:t>
        <w:br/>
        <w:t>vn 0.8077 0.4752 -0.3490</w:t>
        <w:br/>
        <w:t>vn 0.0857 -0.8104 -0.5796</w:t>
        <w:br/>
        <w:t>vn 0.8077 0.4753 -0.3488</w:t>
        <w:br/>
        <w:t>vn 0.9706 -0.0196 -0.2398</w:t>
        <w:br/>
        <w:t>vn 0.8127 0.4283 -0.3952</w:t>
        <w:br/>
        <w:t>vn -0.3202 -0.3945 -0.8613</w:t>
        <w:br/>
        <w:t>vn -0.2837 -0.3831 -0.8790</w:t>
        <w:br/>
        <w:t>vn -0.3440 -0.4001 -0.8494</w:t>
        <w:br/>
        <w:t>vn -0.2991 -0.3809 -0.8749</w:t>
        <w:br/>
        <w:t>vn 0.8456 0.2966 -0.4438</w:t>
        <w:br/>
        <w:t>vn 0.9009 0.1803 -0.3947</w:t>
        <w:br/>
        <w:t>vn 0.7992 0.3048 -0.5180</w:t>
        <w:br/>
        <w:t>vn -0.2180 -0.4066 -0.8872</w:t>
        <w:br/>
        <w:t>vn -0.1839 -0.4056 -0.8953</w:t>
        <w:br/>
        <w:t>vn -0.1898 -0.4207 -0.8871</w:t>
        <w:br/>
        <w:t>vn 0.9523 0.0549 -0.3001</w:t>
        <w:br/>
        <w:t>vn 0.9646 -0.0637 -0.2560</w:t>
        <w:br/>
        <w:t>vn 0.2631 0.4307 0.8633</w:t>
        <w:br/>
        <w:t>vn 0.2899 0.4574 0.8407</w:t>
        <w:br/>
        <w:t>vn 0.3137 0.4605 0.8304</w:t>
        <w:br/>
        <w:t>vn 0.2761 0.4292 0.8600</w:t>
        <w:br/>
        <w:t>vn -0.2156 -0.3956 -0.8928</w:t>
        <w:br/>
        <w:t>vn -0.2213 -0.3471 -0.9114</w:t>
        <w:br/>
        <w:t>vn 0.9769 -0.0620 -0.2044</w:t>
        <w:br/>
        <w:t>vn 0.2123 0.4183 0.8832</w:t>
        <w:br/>
        <w:t>vn 0.9849 -0.0696 -0.1584</w:t>
        <w:br/>
        <w:t>vn 0.1820 0.4179 0.8901</w:t>
        <w:br/>
        <w:t>vn 0.1890 0.4151 0.8899</w:t>
        <w:br/>
        <w:t>vn 0.2135 0.3929 0.8945</w:t>
        <w:br/>
        <w:t>vn 0.9884 -0.0760 -0.1318</w:t>
        <w:br/>
        <w:t>vn 0.2192 0.3470 0.9119</w:t>
        <w:br/>
        <w:t>vn -0.2376 -0.3130 -0.9195</w:t>
        <w:br/>
        <w:t>vn 0.9693 -0.2224 -0.1052</w:t>
        <w:br/>
        <w:t>vn -0.2290 -0.2857 -0.9306</w:t>
        <w:br/>
        <w:t>vn -0.2403 -0.2772 -0.9303</w:t>
        <w:br/>
        <w:t>vn 0.2353 0.3133 0.9201</w:t>
        <w:br/>
        <w:t>vn 0.9305 -0.3518 -0.1024</w:t>
        <w:br/>
        <w:t>vn 0.8777 -0.4745 -0.0670</w:t>
        <w:br/>
        <w:t>vn 0.2265 0.2857 0.9312</w:t>
        <w:br/>
        <w:t>vn 0.8785 -0.4668 -0.1014</w:t>
        <w:br/>
        <w:t>vn 0.2380 0.2777 0.9307</w:t>
        <w:br/>
        <w:t>vn 0.0924 -0.9693 -0.2280</w:t>
        <w:br/>
        <w:t>vn 0.1172 -0.9769 -0.1784</w:t>
        <w:br/>
        <w:t>vn 0.1291 -0.9759 -0.1759</w:t>
        <w:br/>
        <w:t>vn 0.1150 -0.9678 -0.2237</w:t>
        <w:br/>
        <w:t>vn 0.9083 0.1356 0.3957</w:t>
        <w:br/>
        <w:t>vn 0.9093 0.1469 0.3894</w:t>
        <w:br/>
        <w:t>vn 0.9413 0.1372 0.3085</w:t>
        <w:br/>
        <w:t>vn 0.0502 -0.9510 -0.3052</w:t>
        <w:br/>
        <w:t>vn -0.0480 -0.9416 -0.3332</w:t>
        <w:br/>
        <w:t>vn 0.9686 0.1086 0.2237</w:t>
        <w:br/>
        <w:t>vn 0.9928 0.1037 0.0592</w:t>
        <w:br/>
        <w:t>vn -0.1184 0.9764 0.1807</w:t>
        <w:br/>
        <w:t>vn -0.0951 0.9669 0.2369</w:t>
        <w:br/>
        <w:t>vn -0.1302 0.9754 0.1779</w:t>
        <w:br/>
        <w:t>vn -0.1175 0.9657 0.2313</w:t>
        <w:br/>
        <w:t>vn 0.0005 0.9451 0.3268</w:t>
        <w:br/>
        <w:t>vn 0.9992 0.0361 -0.0143</w:t>
        <w:br/>
        <w:t>vn -0.0176 0.9408 0.3386</w:t>
        <w:br/>
        <w:t>vn 0.1125 0.9138 0.3902</w:t>
        <w:br/>
        <w:t>vn -0.1857 -0.9043 -0.3843</w:t>
        <w:br/>
        <w:t>vn 0.9921 0.0012 -0.1258</w:t>
        <w:br/>
        <w:t>vn -0.1814 -0.8996 -0.3973</w:t>
        <w:br/>
        <w:t>vn -0.3034 -0.8775 -0.3714</w:t>
        <w:br/>
        <w:t>vn 0.2513 0.8849 0.3922</w:t>
        <w:br/>
        <w:t>vn 0.9841 -0.0821 -0.1576</w:t>
        <w:br/>
        <w:t>vn 0.3050 0.8736 0.3792</w:t>
        <w:br/>
        <w:t>vn -0.3591 -0.8820 -0.3052</w:t>
        <w:br/>
        <w:t>vn 0.9292 -0.0665 -0.3636</w:t>
        <w:br/>
        <w:t>vn -0.3437 -0.8980 -0.2745</w:t>
        <w:br/>
        <w:t>vn -0.3628 -0.8973 -0.2514</w:t>
        <w:br/>
        <w:t>vn 0.3633 0.8769 0.3148</w:t>
        <w:br/>
        <w:t>vn 0.8463 -0.0844 -0.5260</w:t>
        <w:br/>
        <w:t>vn 0.7395 -0.0528 -0.6711</w:t>
        <w:br/>
        <w:t>vn 0.3478 0.8938 0.2830</w:t>
        <w:br/>
        <w:t>vn 0.7393 -0.0937 -0.6668</w:t>
        <w:br/>
        <w:t>vn 0.3684 0.8926 0.2597</w:t>
        <w:br/>
        <w:t>vn -0.0108 -0.9780 -0.2085</w:t>
        <w:br/>
        <w:t>vn 0.0216 -0.9678 -0.2508</w:t>
        <w:br/>
        <w:t>vn -0.0216 -0.9782 -0.2067</w:t>
        <w:br/>
        <w:t>vn -0.0076 -0.9669 -0.2549</w:t>
        <w:br/>
        <w:t>vn -0.9505 0.0282 0.3095</w:t>
        <w:br/>
        <w:t>vn -0.9851 0.0549 0.1629</w:t>
        <w:br/>
        <w:t>vn -0.9515 0.0467 0.3039</w:t>
        <w:br/>
        <w:t>vn 0.1449 -0.9339 -0.3270</w:t>
        <w:br/>
        <w:t>vn 0.1254 -0.9297 -0.3464</w:t>
        <w:br/>
        <w:t>vn 0.2843 -0.8880 -0.3613</w:t>
        <w:br/>
        <w:t>vn -0.9996 0.0253 0.0128</w:t>
        <w:br/>
        <w:t>vn -0.9789 0.0228 -0.2028</w:t>
        <w:br/>
        <w:t>vn 0.0264 0.9771 0.2110</w:t>
        <w:br/>
        <w:t>vn -0.0185 0.9669 0.2544</w:t>
        <w:br/>
        <w:t>vn 0.0145 0.9769 0.2132</w:t>
        <w:br/>
        <w:t>vn 0.0098 0.9664 0.2570</w:t>
        <w:br/>
        <w:t>vn 0.4043 -0.8591 -0.3139</w:t>
        <w:br/>
        <w:t>vn 0.4363 -0.8418 -0.3178</w:t>
        <w:br/>
        <w:t>vn 0.4901 -0.8290 -0.2694</w:t>
        <w:br/>
        <w:t>vn -0.9615 -0.0668 -0.2667</w:t>
        <w:br/>
        <w:t>vn -0.1440 0.9325 0.3312</w:t>
        <w:br/>
        <w:t>vn -0.9111 -0.0882 -0.4025</w:t>
        <w:br/>
        <w:t>vn -0.1219 0.9290 0.3495</w:t>
        <w:br/>
        <w:t>vn -0.2854 0.8850 0.3680</w:t>
        <w:br/>
        <w:t>vn -0.8670 -0.1617 -0.4714</w:t>
        <w:br/>
        <w:t>vn -0.8280 -0.1598 -0.5375</w:t>
        <w:br/>
        <w:t>vn -0.4095 0.8529 0.3239</w:t>
        <w:br/>
        <w:t>vn -0.8173 -0.2157 -0.5343</w:t>
        <w:br/>
        <w:t>vn -0.4416 0.8354 0.3273</w:t>
        <w:br/>
        <w:t>vn -0.4985 0.8203 0.2804</w:t>
        <w:br/>
        <w:t>vn 0.9401 -0.2125 -0.2666</w:t>
        <w:br/>
        <w:t>vn 0.9401 -0.2124 -0.2667</w:t>
        <w:br/>
        <w:t>vn 0.9344 -0.2397 -0.2634</w:t>
        <w:br/>
        <w:t>vn 0.9289 -0.2682 -0.2555</w:t>
        <w:br/>
        <w:t>vn 0.9229 -0.2964 -0.2457</w:t>
        <w:br/>
        <w:t>vn 0.2746 0.0236 0.9613</w:t>
        <w:br/>
        <w:t>vn 0.2724 0.0154 0.9621</w:t>
        <w:br/>
        <w:t>vn 0.2672 0.0098 0.9636</w:t>
        <w:br/>
        <w:t>vn 0.2757 0.0221 0.9610</w:t>
        <w:br/>
        <w:t>vn 0.9233 -0.2976 -0.2428</w:t>
        <w:br/>
        <w:t>vn -0.9409 0.2096 0.2659</w:t>
        <w:br/>
        <w:t>vn -0.9353 0.2374 0.2625</w:t>
        <w:br/>
        <w:t>vn -0.9298 0.2670 0.2536</w:t>
        <w:br/>
        <w:t>vn -0.9409 0.2096 0.2658</w:t>
        <w:br/>
        <w:t>vn -0.2747 -0.0220 -0.9613</w:t>
        <w:br/>
        <w:t>vn -0.2719 -0.0118 -0.9623</w:t>
        <w:br/>
        <w:t>vn -0.2757 -0.0208 -0.9610</w:t>
        <w:br/>
        <w:t>vn -0.2663 -0.0039 -0.9639</w:t>
        <w:br/>
        <w:t>vn 0.2513 -0.1341 0.9586</w:t>
        <w:br/>
        <w:t>vn 0.2129 -0.1304 0.9683</w:t>
        <w:br/>
        <w:t>vn -0.9231 0.3001 0.2405</w:t>
        <w:br/>
        <w:t>vn -0.2516 0.1413 -0.9575</w:t>
        <w:br/>
        <w:t>vn -0.9232 0.3011 0.2386</w:t>
        <w:br/>
        <w:t>vn -0.2115 0.1381 -0.9676</w:t>
        <w:br/>
        <w:t>vn -0.2501 0.3057 -0.9187</w:t>
        <w:br/>
        <w:t>vn 0.2462 -0.3019 0.9210</w:t>
        <w:br/>
        <w:t>vn 0.9197 -0.3107 -0.2400</w:t>
        <w:br/>
        <w:t>vn 0.9197 -0.3081 -0.2434</w:t>
        <w:br/>
        <w:t>vn 0.9184 -0.3198 -0.2329</w:t>
        <w:br/>
        <w:t>vn -0.2847 0.3368 -0.8975</w:t>
        <w:br/>
        <w:t>vn -0.2621 0.3820 -0.8862</w:t>
        <w:br/>
        <w:t>vn -0.9201 0.3152 0.2324</w:t>
        <w:br/>
        <w:t>vn -0.9205 0.3145 0.2317</w:t>
        <w:br/>
        <w:t>vn 0.2799 -0.3358 0.8994</w:t>
        <w:br/>
        <w:t>vn -0.2150 0.4009 -0.8905</w:t>
        <w:br/>
        <w:t>vn -0.9208 0.3175 0.2264</w:t>
        <w:br/>
        <w:t>vn -0.0965 0.3846 -0.9180</w:t>
        <w:br/>
        <w:t>vn 0.2577 -0.3848 0.8863</w:t>
        <w:br/>
        <w:t>vn 0.9177 -0.3491 -0.1896</w:t>
        <w:br/>
        <w:t>vn 0.9112 -0.3819 -0.1542</w:t>
        <w:br/>
        <w:t>vn 0.1216 0.2415 -0.9627</w:t>
        <w:br/>
        <w:t>vn -0.0013 0.3466 -0.9380</w:t>
        <w:br/>
        <w:t>vn 0.9013 -0.4140 -0.1276</w:t>
        <w:br/>
        <w:t>vn 0.8983 -0.4183 -0.1342</w:t>
        <w:br/>
        <w:t>vn 0.9006 -0.4100 -0.1445</w:t>
        <w:br/>
        <w:t>vn -0.1298 0.4319 -0.8925</w:t>
        <w:br/>
        <w:t>vn -0.9300 0.3435 0.1307</w:t>
        <w:br/>
        <w:t>vn -0.9289 0.3670 -0.0497</w:t>
        <w:br/>
        <w:t>vn -0.9296 0.3628 0.0647</w:t>
        <w:br/>
        <w:t>vn 0.0195 -0.4169 0.9088</w:t>
        <w:br/>
        <w:t>vn 0.0203 -0.4181 0.9082</w:t>
        <w:br/>
        <w:t>vn 0.0150 -0.4165 0.9090</w:t>
        <w:br/>
        <w:t>vn -0.9205 0.3488 0.1760</w:t>
        <w:br/>
        <w:t>vn 0.0956 -0.4214 0.9018</w:t>
        <w:br/>
        <w:t>vn -0.9232 0.3242 0.2064</w:t>
        <w:br/>
        <w:t>vn 0.1762 -0.4050 0.8972</w:t>
        <w:br/>
        <w:t>vn 0.1980 0.9800 0.0192</w:t>
        <w:br/>
        <w:t>vn 0.1171 0.9883 -0.0977</w:t>
        <w:br/>
        <w:t>vn 0.3349 0.9421 0.0136</w:t>
        <w:br/>
        <w:t>vn 0.0581 0.9940 -0.0925</w:t>
        <w:br/>
        <w:t>vn 0.0281 0.9775 -0.2091</w:t>
        <w:br/>
        <w:t>vn -0.8444 -0.0401 -0.5342</w:t>
        <w:br/>
        <w:t>vn -0.9613 -0.0953 -0.2585</w:t>
        <w:br/>
        <w:t>vn -0.9818 -0.1835 0.0489</w:t>
        <w:br/>
        <w:t>vn -0.8869 0.0803 -0.4550</w:t>
        <w:br/>
        <w:t>vn 0.0377 -0.9985 -0.0405</w:t>
        <w:br/>
        <w:t>vn -0.0117 -0.9754 -0.2201</w:t>
        <w:br/>
        <w:t>vn 0.0294 -0.9890 -0.1447</w:t>
        <w:br/>
        <w:t>vn -0.8933 -0.1503 0.4235</w:t>
        <w:br/>
        <w:t>vn -0.8662 -0.1165 0.4859</w:t>
        <w:br/>
        <w:t>vn 0.0312 -0.9958 0.0866</w:t>
        <w:br/>
        <w:t>vn 0.0021 -0.9842 0.1768</w:t>
        <w:br/>
        <w:t>vn 0.8708 0.0977 0.4818</w:t>
        <w:br/>
        <w:t>vn 0.9665 0.1346 0.2187</w:t>
        <w:br/>
        <w:t>vn 0.9581 -0.0145 0.2860</w:t>
        <w:br/>
        <w:t>vn 0.7325 0.2043 0.6494</w:t>
        <w:br/>
        <w:t>vn 0.9232 0.1467 -0.3552</w:t>
        <w:br/>
        <w:t>vn 0.8832 0.0906 -0.4601</w:t>
        <w:br/>
        <w:t>vn -0.0160 -0.9821 0.1879</w:t>
        <w:br/>
        <w:t>vn 0.8754 0.0896 -0.4750</w:t>
        <w:br/>
        <w:t>vn 0.6862 -0.0468 -0.7259</w:t>
        <w:br/>
        <w:t>vn 0.0293 -0.9683 0.2483</w:t>
        <w:br/>
        <w:t>vn -0.7450 -0.0494 0.6653</w:t>
        <w:br/>
        <w:t>vn 0.6943 -0.0739 -0.7159</w:t>
        <w:br/>
        <w:t>vn 0.0883 -0.9579 0.2733</w:t>
        <w:br/>
        <w:t>vn -0.0024 0.9786 -0.2058</w:t>
        <w:br/>
        <w:t>vn -0.0505 0.9703 -0.2367</w:t>
        <w:br/>
        <w:t>vn -0.6306 0.0240 0.7758</w:t>
        <w:br/>
        <w:t>vn -0.1070 0.9589 -0.2629</w:t>
        <w:br/>
        <w:t>vn 0.1634 -0.9389 0.3029</w:t>
        <w:br/>
        <w:t>vn -0.3501 0.1535 0.9241</w:t>
        <w:br/>
        <w:t>vn -0.1703 0.9398 -0.2963</w:t>
        <w:br/>
        <w:t>vn -0.3465 0.1585 0.9246</w:t>
        <w:br/>
        <w:t>vn -0.2029 0.9357 -0.2885</w:t>
        <w:br/>
        <w:t>vn -0.2414 0.9249 -0.2939</w:t>
        <w:br/>
        <w:t>vn -0.1333 0.2486 0.9594</w:t>
        <w:br/>
        <w:t>vn -0.2414 0.9285 -0.2822</w:t>
        <w:br/>
        <w:t>vn -0.2688 0.9157 -0.2987</w:t>
        <w:br/>
        <w:t>vn 0.2048 -0.9367 0.2839</w:t>
        <w:br/>
        <w:t>vn 0.3311 -0.1853 -0.9252</w:t>
        <w:br/>
        <w:t>vn 0.3283 -0.1654 -0.9300</w:t>
        <w:br/>
        <w:t>vn 0.1141 -0.2532 -0.9607</w:t>
        <w:br/>
        <w:t>vn -0.0833 0.2692 0.9595</w:t>
        <w:br/>
        <w:t>vn 0.2391 -0.9284 0.2846</w:t>
        <w:br/>
        <w:t>vn -0.2826 0.9097 -0.3042</w:t>
        <w:br/>
        <w:t>vn 0.0382 0.2984 0.9537</w:t>
        <w:br/>
        <w:t>vn -0.3500 0.9010 -0.2563</w:t>
        <w:br/>
        <w:t>vn 0.0823 -0.2646 -0.9608</w:t>
        <w:br/>
        <w:t>vn 0.2487 -0.9242 0.2899</w:t>
        <w:br/>
        <w:t>vn -0.0245 -0.2865 -0.9578</w:t>
        <w:br/>
        <w:t>vn 0.1086 0.3092 0.9448</w:t>
        <w:br/>
        <w:t>vn 0.2760 -0.9144 0.2962</w:t>
        <w:br/>
        <w:t>vn -0.1010 -0.2948 -0.9502</w:t>
        <w:br/>
        <w:t>vn 0.2740 -0.9125 0.3037</w:t>
        <w:br/>
        <w:t>vn -0.3065 -0.3447 -0.8873</w:t>
        <w:br/>
        <w:t>vn 0.3051 0.3518 0.8850</w:t>
        <w:br/>
        <w:t>vn -0.3514 0.8985 -0.2630</w:t>
        <w:br/>
        <w:t>vn -0.4411 -0.3689 -0.8182</w:t>
        <w:br/>
        <w:t>vn 0.3492 -0.9017 0.2549</w:t>
        <w:br/>
        <w:t>vn -0.6257 -0.3823 -0.6800</w:t>
        <w:br/>
        <w:t>vn 0.4331 0.3721 0.8210</w:t>
        <w:br/>
        <w:t>vn 0.3511 -0.8988 0.2626</w:t>
        <w:br/>
        <w:t>vn -0.4318 0.8760 -0.2149</w:t>
        <w:br/>
        <w:t>vn 0.6395 0.3978 0.6579</w:t>
        <w:br/>
        <w:t>vn -0.3943 0.8962 -0.2031</w:t>
        <w:br/>
        <w:t>vn -0.5019 0.8530 -0.1430</w:t>
        <w:br/>
        <w:t>vn 0.4379 -0.8773 0.1963</w:t>
        <w:br/>
        <w:t>vn 0.6386 0.4088 0.6520</w:t>
        <w:br/>
        <w:t>vn -0.6261 -0.4023 -0.6680</w:t>
        <w:br/>
        <w:t>vn 0.4068 -0.8950 0.1829</w:t>
        <w:br/>
        <w:t>vn -0.8176 -0.4696 -0.3331</w:t>
        <w:br/>
        <w:t>vn 0.5281 -0.8476 -0.0519</w:t>
        <w:br/>
        <w:t>vn -0.8121 -0.4524 -0.3687</w:t>
        <w:br/>
        <w:t>vn -0.8366 -0.5393 0.0959</w:t>
        <w:br/>
        <w:t>vn 0.8345 0.5068 0.2161</w:t>
        <w:br/>
        <w:t>vn 0.5731 -0.8189 -0.0293</w:t>
        <w:br/>
        <w:t>vn -0.5721 0.8185 -0.0525</w:t>
        <w:br/>
        <w:t>vn 0.8395 0.4954 0.2233</w:t>
        <w:br/>
        <w:t>vn -0.5656 0.8120 0.1440</w:t>
        <w:br/>
        <w:t>vn -0.5375 0.7925 0.2882</w:t>
        <w:br/>
        <w:t>vn 0.7720 0.5653 -0.2905</w:t>
        <w:br/>
        <w:t>vn -0.4950 0.7728 0.3972</w:t>
        <w:br/>
        <w:t>vn -0.4889 0.7551 0.4368</w:t>
        <w:br/>
        <w:t>vn 0.6994 0.5695 -0.4320</w:t>
        <w:br/>
        <w:t>vn 0.6123 0.5661 -0.5519</w:t>
        <w:br/>
        <w:t>vn 0.4892 -0.7777 -0.3949</w:t>
        <w:br/>
        <w:t>vn 0.6080 0.5468 -0.5756</w:t>
        <w:br/>
        <w:t>vn 0.4168 -0.7583 -0.5012</w:t>
        <w:br/>
        <w:t>vn 0.4178 -0.7748 -0.4746</w:t>
        <w:br/>
        <w:t>vn 0.4687 -0.7746 -0.4246</w:t>
        <w:br/>
        <w:t>vn -0.7876 -0.5431 0.2912</w:t>
        <w:br/>
        <w:t>vn -0.7273 -0.5502 0.4103</w:t>
        <w:br/>
        <w:t>vn -0.6785 -0.5212 0.5177</w:t>
        <w:br/>
        <w:t>vn 0.2652 -0.8823 0.3888</w:t>
        <w:br/>
        <w:t>vn 0.2950 -0.8658 0.4042</w:t>
        <w:br/>
        <w:t>vn 0.2680 -0.8825 0.3864</w:t>
        <w:br/>
        <w:t>vn 0.2964 -0.8691 0.3961</w:t>
        <w:br/>
        <w:t>vn 0.3491 -0.8274 0.4398</w:t>
        <w:br/>
        <w:t>vn -0.2962 0.3291 0.8966</w:t>
        <w:br/>
        <w:t>vn -0.4170 0.2963 0.8592</w:t>
        <w:br/>
        <w:t>vn -0.5321 0.2684 0.8031</w:t>
        <w:br/>
        <w:t>vn -0.2978 0.3245 0.8978</w:t>
        <w:br/>
        <w:t>vn -0.7032 0.1950 0.6838</w:t>
        <w:br/>
        <w:t>vn -0.7608 0.1371 0.6344</w:t>
        <w:br/>
        <w:t>vn -0.2620 0.8817 -0.3923</w:t>
        <w:br/>
        <w:t>vn -0.2955 0.8647 -0.4062</w:t>
        <w:br/>
        <w:t>vn -0.2958 0.8671 -0.4008</w:t>
        <w:br/>
        <w:t>vn -0.3482 0.8301 -0.4355</w:t>
        <w:br/>
        <w:t>vn -0.2660 0.8821 -0.3888</w:t>
        <w:br/>
        <w:t>vn 0.4325 -0.2911 -0.8533</w:t>
        <w:br/>
        <w:t>vn 0.3140 -0.3179 -0.8946</w:t>
        <w:br/>
        <w:t>vn 0.3115 -0.3246 -0.8931</w:t>
        <w:br/>
        <w:t>vn 0.5473 -0.2565 -0.7967</w:t>
        <w:br/>
        <w:t>vn 0.7158 -0.1743 -0.6762</w:t>
        <w:br/>
        <w:t>vn -0.3533 0.8072 -0.4729</w:t>
        <w:br/>
        <w:t>vn 0.7718 -0.1151 -0.6253</w:t>
        <w:br/>
        <w:t>vn -0.3632 0.7841 -0.5032</w:t>
        <w:br/>
        <w:t>vn -0.8305 0.0430 0.5553</w:t>
        <w:br/>
        <w:t>vn 0.8373 -0.0298 -0.5459</w:t>
        <w:br/>
        <w:t>vn -0.3502 0.7760 -0.5246</w:t>
        <w:br/>
        <w:t>vn 0.8461 0.0253 -0.5324</w:t>
        <w:br/>
        <w:t>vn 0.3595 -0.7991 0.4819</w:t>
        <w:br/>
        <w:t>vn 0.8647 0.0754 -0.4967</w:t>
        <w:br/>
        <w:t>vn 0.8661 0.1074 -0.4881</w:t>
        <w:br/>
        <w:t>vn 0.3732 -0.7745 0.5108</w:t>
        <w:br/>
        <w:t>vn -0.8402 -0.0228 0.5418</w:t>
        <w:br/>
        <w:t>vn 0.3591 -0.7697 0.5279</w:t>
        <w:br/>
        <w:t>vn -0.3561 0.7606 -0.5429</w:t>
        <w:br/>
        <w:t>vn -0.8606 -0.0773 0.5034</w:t>
        <w:br/>
        <w:t>vn -0.3645 0.7481 -0.5545</w:t>
        <w:br/>
        <w:t>vn 0.3623 -0.7583 0.5420</w:t>
        <w:br/>
        <w:t>vn -0.8611 -0.1116 0.4960</w:t>
        <w:br/>
        <w:t>vn 0.3703 -0.7469 0.5523</w:t>
        <w:br/>
        <w:t>vn -0.3859 0.7031 -0.5973</w:t>
        <w:br/>
        <w:t>vn -0.8732 -0.1560 0.4617</w:t>
        <w:br/>
        <w:t>vn 0.3904 -0.7062 0.5906</w:t>
        <w:br/>
        <w:t>vn -0.8812 -0.1748 0.4393</w:t>
        <w:br/>
        <w:t>vn 0.4104 -0.6776 0.6102</w:t>
        <w:br/>
        <w:t>vn -0.4055 0.6702 -0.6216</w:t>
        <w:br/>
        <w:t>vn 0.8769 0.1451 -0.4583</w:t>
        <w:br/>
        <w:t>vn 0.8846 0.1532 -0.4406</w:t>
        <w:br/>
        <w:t>vn -0.9119 -0.2984 0.2817</w:t>
        <w:br/>
        <w:t>vn -0.3901 0.5248 -0.7566</w:t>
        <w:br/>
        <w:t>vn 0.4062 -0.5532 0.7273</w:t>
        <w:br/>
        <w:t>vn -0.8958 -0.2856 0.3404</w:t>
        <w:br/>
        <w:t>vn 0.4140 -0.5512 0.7244</w:t>
        <w:br/>
        <w:t>vn 0.4151 -0.4903 0.7664</w:t>
        <w:br/>
        <w:t>vn 0.9240 0.2299 -0.3055</w:t>
        <w:br/>
        <w:t>vn -0.4020 0.5157 -0.7566</w:t>
        <w:br/>
        <w:t>vn 0.9024 0.2007 -0.3812</w:t>
        <w:br/>
        <w:t>vn 0.9606 0.2312 -0.1543</w:t>
        <w:br/>
        <w:t>vn 0.4310 -0.3783 0.8192</w:t>
        <w:br/>
        <w:t>vn -0.8604 -0.5071 0.0502</w:t>
        <w:br/>
        <w:t>vn 0.4571 -0.3356 0.8236</w:t>
        <w:br/>
        <w:t>vn 0.4069 -0.0816 0.9098</w:t>
        <w:br/>
        <w:t>vn 0.9752 0.2207 -0.0156</w:t>
        <w:br/>
        <w:t>vn -0.3327 0.3906 -0.8583</w:t>
        <w:br/>
        <w:t>vn 0.9853 0.1701 -0.0164</w:t>
        <w:br/>
        <w:t>vn 0.9703 0.2328 0.0660</w:t>
        <w:br/>
        <w:t>vn -0.7888 -0.6072 -0.0954</w:t>
        <w:br/>
        <w:t>vn -0.3040 0.2888 -0.9078</w:t>
        <w:br/>
        <w:t>vn -0.7032 -0.6959 -0.1459</w:t>
        <w:br/>
        <w:t>vn -0.2836 0.2183 -0.9338</w:t>
        <w:br/>
        <w:t>vn -0.6963 -0.6990 -0.1631</w:t>
        <w:br/>
        <w:t>vn -0.2700 0.0635 -0.9608</w:t>
        <w:br/>
        <w:t>vn 0.2773 -0.3891 -0.8785</w:t>
        <w:br/>
        <w:t>vn 0.3141 -0.4002 -0.8609</w:t>
        <w:br/>
        <w:t>vn 0.3380 -0.4057 -0.8492</w:t>
        <w:br/>
        <w:t>vn 0.2928 -0.3866 -0.8745</w:t>
        <w:br/>
        <w:t>vn -0.9049 0.1743 -0.3883</w:t>
        <w:br/>
        <w:t>vn -0.8504 0.2903 -0.4387</w:t>
        <w:br/>
        <w:t>vn -0.8047 0.2982 -0.5134</w:t>
        <w:br/>
        <w:t>vn 0.2117 -0.4128 -0.8859</w:t>
        <w:br/>
        <w:t>vn 0.1775 -0.4120 -0.8937</w:t>
        <w:br/>
        <w:t>vn 0.1836 -0.4270 -0.8854</w:t>
        <w:br/>
        <w:t>vn -0.9549 0.0493 -0.2928</w:t>
        <w:br/>
        <w:t>vn -0.9665 -0.0688 -0.2471</w:t>
        <w:br/>
        <w:t>vn -0.2841 0.4630 0.8396</w:t>
        <w:br/>
        <w:t>vn -0.2571 0.4366 0.8622</w:t>
        <w:br/>
        <w:t>vn -0.3080 0.4660 0.8295</w:t>
        <w:br/>
        <w:t>vn -0.2700 0.4351 0.8589</w:t>
        <w:br/>
        <w:t>vn -0.2060 0.4245 0.8817</w:t>
        <w:br/>
        <w:t>vn -0.9785 -0.0668 -0.1954</w:t>
        <w:br/>
        <w:t>vn -0.1757 0.4242 0.8884</w:t>
        <w:br/>
        <w:t>vn -0.1827 0.4215 0.8882</w:t>
        <w:br/>
        <w:t>vn 0.2092 -0.4018 -0.8915</w:t>
        <w:br/>
        <w:t>vn -0.9860 -0.0741 -0.1492</w:t>
        <w:br/>
        <w:t>vn 0.2145 -0.3535 -0.9105</w:t>
        <w:br/>
        <w:t>vn -0.2071 0.3992 0.8932</w:t>
        <w:br/>
        <w:t>vn -0.9892 -0.0803 -0.1226</w:t>
        <w:br/>
        <w:t>vn -0.2125 0.3534 0.9110</w:t>
        <w:br/>
        <w:t>vn 0.2307 -0.3194 -0.9191</w:t>
        <w:br/>
        <w:t>vn -0.9694 -0.2264 -0.0951</w:t>
        <w:br/>
        <w:t>vn 0.2218 -0.2922 -0.9303</w:t>
        <w:br/>
        <w:t>vn 0.2332 -0.2837 -0.9301</w:t>
        <w:br/>
        <w:t>vn -0.2284 0.3197 0.9196</w:t>
        <w:br/>
        <w:t>vn -0.9301 -0.3556 -0.0916</w:t>
        <w:br/>
        <w:t>vn -0.8766 -0.4779 -0.0556</w:t>
        <w:br/>
        <w:t>vn -0.2194 0.2922 0.9308</w:t>
        <w:br/>
        <w:t>vn -0.8778 -0.4704 -0.0902</w:t>
        <w:br/>
        <w:t>vn -0.2309 0.2842 0.9306</w:t>
        <w:br/>
        <w:t>vn -0.1155 -0.9787 -0.1698</w:t>
        <w:br/>
        <w:t>vn -0.0911 -0.9713 -0.2196</w:t>
        <w:br/>
        <w:t>vn -0.1274 -0.9777 -0.1671</w:t>
        <w:br/>
        <w:t>vn -0.1137 -0.9699 -0.2152</w:t>
        <w:br/>
        <w:t>vn -0.9053 0.1357 0.4025</w:t>
        <w:br/>
        <w:t>vn -0.9390 0.1365 0.3156</w:t>
        <w:br/>
        <w:t>vn -0.9064 0.1469 0.3961</w:t>
        <w:br/>
        <w:t>vn -0.0497 -0.9535 -0.2973</w:t>
        <w:br/>
        <w:t>vn 0.0483 -0.9440 -0.3263</w:t>
        <w:br/>
        <w:t>vn -0.9670 0.1072 0.2312</w:t>
        <w:br/>
        <w:t>vn -0.9926 0.1009 0.0671</w:t>
        <w:br/>
        <w:t>vn 0.0939 0.9690 0.2285</w:t>
        <w:br/>
        <w:t>vn 0.1166 0.9782 0.1721</w:t>
        <w:br/>
        <w:t>vn 0.1285 0.9772 0.1692</w:t>
        <w:br/>
        <w:t>vn 0.1163 0.9679 0.2228</w:t>
        <w:br/>
        <w:t>vn -0.0008 0.9476 0.3194</w:t>
        <w:br/>
        <w:t>vn -0.9994 0.0328 -0.0059</w:t>
        <w:br/>
        <w:t>vn 0.0174 0.9434 0.3311</w:t>
        <w:br/>
        <w:t>vn -0.1121 0.9165 0.3840</w:t>
        <w:br/>
        <w:t>vn 0.1854 -0.9067 -0.3788</w:t>
        <w:br/>
        <w:t>vn -0.9931 -0.0030 -0.1172</w:t>
        <w:br/>
        <w:t>vn 0.1809 -0.9021 -0.3918</w:t>
        <w:br/>
        <w:t>vn 0.3031 -0.8794 -0.3672</w:t>
        <w:br/>
        <w:t>vn -0.2508 0.8871 0.3874</w:t>
        <w:br/>
        <w:t>vn -0.9851 -0.0866 -0.1484</w:t>
        <w:br/>
        <w:t>vn -0.3046 0.8756 0.3750</w:t>
        <w:br/>
        <w:t>vn 0.3593 -0.8832 -0.3014</w:t>
        <w:br/>
        <w:t>vn -0.9321 -0.0724 -0.3550</w:t>
        <w:br/>
        <w:t>vn 0.3443 -0.8991 -0.2705</w:t>
        <w:br/>
        <w:t>vn 0.3636 -0.8981 -0.2476</w:t>
        <w:br/>
        <w:t>vn -0.3635 0.8781 0.3110</w:t>
        <w:br/>
        <w:t>vn -0.8505 -0.0913 -0.5180</w:t>
        <w:br/>
        <w:t>vn -0.7451 -0.0604 -0.6643</w:t>
        <w:br/>
        <w:t>vn -0.3483 0.8949 0.2790</w:t>
        <w:br/>
        <w:t>vn -0.7447 -0.1013 -0.6596</w:t>
        <w:br/>
        <w:t>vn -0.3691 0.8934 0.2559</w:t>
        <w:br/>
        <w:t>vn -0.0205 -0.9698 -0.2430</w:t>
        <w:br/>
        <w:t>vn 0.0123 -0.9795 -0.2010</w:t>
        <w:br/>
        <w:t>vn 0.0231 -0.9797 -0.1992</w:t>
        <w:br/>
        <w:t>vn 0.0086 -0.9689 -0.2474</w:t>
        <w:br/>
        <w:t>vn 0.9863 0.0594 0.1539</w:t>
        <w:br/>
        <w:t>vn 0.9530 0.0337 0.3010</w:t>
        <w:br/>
        <w:t>vn 0.9540 0.0522 0.2953</w:t>
        <w:br/>
        <w:t>vn -0.1447 -0.9369 -0.3184</w:t>
        <w:br/>
        <w:t>vn -0.1253 -0.9328 -0.3380</w:t>
        <w:br/>
        <w:t>vn -0.2844 -0.8918 -0.3519</w:t>
        <w:br/>
        <w:t>vn 0.9996 0.0287 0.0039</w:t>
        <w:br/>
        <w:t>vn 0.9771 0.0244 -0.2115</w:t>
        <w:br/>
        <w:t>vn -0.0159 0.9785 0.2057</w:t>
        <w:br/>
        <w:t>vn 0.0174 0.9689 0.2466</w:t>
        <w:br/>
        <w:t>vn -0.0278 0.9787 0.2036</w:t>
        <w:br/>
        <w:t>vn -0.0108 0.9683 0.2495</w:t>
        <w:br/>
        <w:t>vn -0.4041 -0.8628 -0.3037</w:t>
        <w:br/>
        <w:t>vn -0.4362 -0.8457 -0.3074</w:t>
        <w:br/>
        <w:t>vn -0.4896 -0.8327 -0.2587</w:t>
        <w:br/>
        <w:t>vn 0.9593 -0.0658 -0.2745</w:t>
        <w:br/>
        <w:t>vn 0.1438 0.9355 0.3226</w:t>
        <w:br/>
        <w:t>vn 0.9079 -0.0884 -0.4097</w:t>
        <w:br/>
        <w:t>vn 0.1219 0.9321 0.3412</w:t>
        <w:br/>
        <w:t>vn 0.2856 0.8888 0.3586</w:t>
        <w:br/>
        <w:t>vn 0.8238 -0.1613 -0.5434</w:t>
        <w:br/>
        <w:t>vn 0.8634 -0.1626 -0.4776</w:t>
        <w:br/>
        <w:t>vn 0.4094 0.8567 0.3137</w:t>
        <w:br/>
        <w:t>vn 0.8134 -0.2172 -0.5397</w:t>
        <w:br/>
        <w:t>vn 0.4416 0.8394 0.3169</w:t>
        <w:br/>
        <w:t>vn 0.4982 0.8241 0.2697</w:t>
        <w:br/>
        <w:t>vn 0.0024 0.7360 0.6770</w:t>
        <w:br/>
        <w:t>vn 0.4186 0.7966 0.4361</w:t>
        <w:br/>
        <w:t>vn 0.9579 0.2847 -0.0361</w:t>
        <w:br/>
        <w:t>vn 0.9339 0.3565 -0.0266</w:t>
        <w:br/>
        <w:t>vn 0.9409 0.3336 0.0588</w:t>
        <w:br/>
        <w:t>vn 0.9258 0.3194 0.2020</w:t>
        <w:br/>
        <w:t>vn 0.9720 0.2193 0.0845</w:t>
        <w:br/>
        <w:t>vn 0.8288 0.2515 0.4999</w:t>
        <w:br/>
        <w:t>vn 0.9588 0.2072 -0.1945</w:t>
        <w:br/>
        <w:t>vn 0.9583 0.0793 0.2744</w:t>
        <w:br/>
        <w:t>vn 0.4909 0.0722 0.8682</w:t>
        <w:br/>
        <w:t>vn 0.9649 0.0762 -0.2513</w:t>
        <w:br/>
        <w:t>vn 0.4186 -0.0262 0.9078</w:t>
        <w:br/>
        <w:t>vn 0.2180 -0.0307 0.9755</w:t>
        <w:br/>
        <w:t>vn 0.5357 -0.8416 -0.0688</w:t>
        <w:br/>
        <w:t>vn 0.7525 -0.6565 -0.0524</w:t>
        <w:br/>
        <w:t>vn 0.4808 -0.8768 -0.0104</w:t>
        <w:br/>
        <w:t>vn 0.8918 -0.4116 -0.1879</w:t>
        <w:br/>
        <w:t>vn 0.6740 -0.6723 -0.3062</w:t>
        <w:br/>
        <w:t>vn 0.8452 -0.3172 -0.4302</w:t>
        <w:br/>
        <w:t>vn 0.5025 -0.7052 -0.5001</w:t>
        <w:br/>
        <w:t>vn 0.8795 0.0630 -0.4716</w:t>
        <w:br/>
        <w:t>vn 0.5873 -0.4316 -0.6847</w:t>
        <w:br/>
        <w:t>vn 0.0632 -0.8219 -0.5662</w:t>
        <w:br/>
        <w:t>vn 0.8814 0.1234 -0.4561</w:t>
        <w:br/>
        <w:t>vn 0.0762 -0.3404 -0.9372</w:t>
        <w:br/>
        <w:t>vn 0.5774 0.0357 -0.8157</w:t>
        <w:br/>
        <w:t>vn 0.6246 0.1327 -0.7696</w:t>
        <w:br/>
        <w:t>vn 0.8250 0.4673 -0.3179</w:t>
        <w:br/>
        <w:t>vn 0.6561 0.7507 0.0776</w:t>
        <w:br/>
        <w:t>vn 0.4187 0.7966 0.4361</w:t>
        <w:br/>
        <w:t>vn 0.6303 0.7686 -0.1098</w:t>
        <w:br/>
        <w:t>vn 0.5428 0.4225 -0.7258</w:t>
        <w:br/>
        <w:t>vn 0.5212 0.2174 -0.8253</w:t>
        <w:br/>
        <w:t>vn 0.0690 0.2561 -0.9642</w:t>
        <w:br/>
        <w:t>vn 0.0398 0.3057 -0.9513</w:t>
        <w:br/>
        <w:t>vn -0.5255 0.4574 -0.7174</w:t>
        <w:br/>
        <w:t>vn 0.0801 0.1338 -0.9878</w:t>
        <w:br/>
        <w:t>vn 0.0730 0.0641 -0.9953</w:t>
        <w:br/>
        <w:t>vn -0.5160 0.2473 -0.8201</w:t>
        <w:br/>
        <w:t>vn -0.5083 0.1073 -0.8545</w:t>
        <w:br/>
        <w:t>vn -0.4612 -0.0004 -0.8873</w:t>
        <w:br/>
        <w:t>vn -0.8131 0.4987 -0.3004</w:t>
        <w:br/>
        <w:t>vn -0.7321 0.6675 -0.1360</w:t>
        <w:br/>
        <w:t>vn -0.7560 0.6544 -0.0159</w:t>
        <w:br/>
        <w:t>vn -0.8537 0.1727 -0.4914</w:t>
        <w:br/>
        <w:t>vn -0.8969 0.4150 -0.1530</w:t>
        <w:br/>
        <w:t>vn -0.7000 0.6271 0.3417</w:t>
        <w:br/>
        <w:t>vn -0.8364 0.0223 -0.5477</w:t>
        <w:br/>
        <w:t>vn -0.9311 0.1200 -0.3444</w:t>
        <w:br/>
        <w:t>vn -0.9300 0.3636 -0.0547</w:t>
        <w:br/>
        <w:t>vn -0.4733 0.6361 0.6094</w:t>
        <w:br/>
        <w:t>vn -0.1978 0.6221 0.7575</w:t>
        <w:br/>
        <w:t>vn -0.1981 0.6214 0.7580</w:t>
        <w:br/>
        <w:t>vn -0.4257 0.6647 0.6140</w:t>
        <w:br/>
        <w:t>vn -0.6067 0.5495 0.5744</w:t>
        <w:br/>
        <w:t>vn -0.6079 0.5338 0.5878</w:t>
        <w:br/>
        <w:t>vn -0.5141 0.2887 0.8077</w:t>
        <w:br/>
        <w:t>vn -0.9319 0.0371 -0.3607</w:t>
        <w:br/>
        <w:t>vn -0.9419 0.0621 -0.3301</w:t>
        <w:br/>
        <w:t>vn -0.4788 0.3138 0.8199</w:t>
        <w:br/>
        <w:t>vn -0.9529 -0.0149 -0.3028</w:t>
        <w:br/>
        <w:t>vn -0.4514 0.2061 0.8682</w:t>
        <w:br/>
        <w:t>vn -0.4292 0.1996 0.8809</w:t>
        <w:br/>
        <w:t>vn -0.5534 -0.8083 -0.2011</w:t>
        <w:br/>
        <w:t>vn -0.3181 -0.9444 -0.0826</w:t>
        <w:br/>
        <w:t>vn -0.5013 -0.8511 -0.1561</w:t>
        <w:br/>
        <w:t>vn -0.8851 -0.3003 -0.3555</w:t>
        <w:br/>
        <w:t>vn -0.9559 -0.0406 -0.2910</w:t>
        <w:br/>
        <w:t>vn -0.7543 -0.4219 -0.5030</w:t>
        <w:br/>
        <w:t>vn -0.8016 -0.2565 -0.5401</w:t>
        <w:br/>
        <w:t>vn -0.4328 -0.6776 -0.5947</w:t>
        <w:br/>
        <w:t>vn -0.4675 -0.5019 -0.7277</w:t>
        <w:br/>
        <w:t>vn 0.4555 -0.6856 0.5679</w:t>
        <w:br/>
        <w:t>vn 0.4269 -0.7739 0.4678</w:t>
        <w:br/>
        <w:t>vn 0.5298 -0.6437 0.5522</w:t>
        <w:br/>
        <w:t>vn 0.5787 -0.6010 0.5512</w:t>
        <w:br/>
        <w:t>vn 0.4084 -0.7009 0.5848</w:t>
        <w:br/>
        <w:t>vn 0.3646 -0.6952 0.6195</w:t>
        <w:br/>
        <w:t>vn 0.2441 -0.7250 0.6441</w:t>
        <w:br/>
        <w:t>vn 0.4811 -0.6808 0.5522</w:t>
        <w:br/>
        <w:t>vn 0.9331 -0.0764 -0.3514</w:t>
        <w:br/>
        <w:t>vn 0.8066 -0.3145 -0.5005</w:t>
        <w:br/>
        <w:t>vn 0.7873 -0.1477 -0.5986</w:t>
        <w:br/>
        <w:t>vn 0.6102 -0.3542 -0.7086</w:t>
        <w:br/>
        <w:t>vn 0.4101 -0.0341 -0.9114</w:t>
        <w:br/>
        <w:t>vn 0.9491 0.0716 -0.3067</w:t>
        <w:br/>
        <w:t>vn 0.9727 0.0709 -0.2210</w:t>
        <w:br/>
        <w:t>vn 0.7368 0.0832 -0.6710</w:t>
        <w:br/>
        <w:t>vn 0.2481 0.0896 -0.9646</w:t>
        <w:br/>
        <w:t>vn -0.3597 -0.0188 -0.9329</w:t>
        <w:br/>
        <w:t>vn 0.9479 0.1167 -0.2963</w:t>
        <w:br/>
        <w:t>vn 0.9918 0.0982 0.0814</w:t>
        <w:br/>
        <w:t>vn 0.8633 -0.3293 0.3824</w:t>
        <w:br/>
        <w:t>vn 0.7015 0.0630 -0.7099</w:t>
        <w:br/>
        <w:t>vn 0.3560 -0.8691 0.3434</w:t>
        <w:br/>
        <w:t>vn 0.2880 -0.8793 0.3795</w:t>
        <w:br/>
        <w:t>vn 0.9642 0.0801 0.2528</w:t>
        <w:br/>
        <w:t>vn 0.9345 0.1572 0.3194</w:t>
        <w:br/>
        <w:t>vn 0.9931 0.1026 0.0566</w:t>
        <w:br/>
        <w:t>vn 0.9456 0.0195 -0.3247</w:t>
        <w:br/>
        <w:t>vn 0.9483 0.1009 0.3010</w:t>
        <w:br/>
        <w:t>vn 0.9956 0.0342 0.0876</w:t>
        <w:br/>
        <w:t>vn 0.9008 0.1661 0.4011</w:t>
        <w:br/>
        <w:t>vn 0.2379 -0.8579 0.4554</w:t>
        <w:br/>
        <w:t>vn 0.2315 -0.8360 0.4975</w:t>
        <w:br/>
        <w:t>vn 0.8473 0.2214 0.4827</w:t>
        <w:br/>
        <w:t>vn 0.8372 0.2708 0.4751</w:t>
        <w:br/>
        <w:t>vn 0.0835 -0.8035 0.5895</w:t>
        <w:br/>
        <w:t>vn 0.1212 -0.8022 0.5846</w:t>
        <w:br/>
        <w:t>vn -0.0732 -0.7778 0.6243</w:t>
        <w:br/>
        <w:t>vn -0.0954 -0.7648 0.6371</w:t>
        <w:br/>
        <w:t>vn 0.3695 0.3586 0.8572</w:t>
        <w:br/>
        <w:t>vn 0.4570 0.3320 0.8252</w:t>
        <w:br/>
        <w:t>vn 0.0148 0.3606 0.9326</w:t>
        <w:br/>
        <w:t>vn -0.0391 0.3857 0.9218</w:t>
        <w:br/>
        <w:t>vn -0.0896 0.3707 0.9244</w:t>
        <w:br/>
        <w:t>vn -0.1418 0.3522 0.9251</w:t>
        <w:br/>
        <w:t>vn 0.8347 0.1986 0.5137</w:t>
        <w:br/>
        <w:t>vn -0.1544 0.2672 0.9512</w:t>
        <w:br/>
        <w:t>vn 0.8376 0.2010 0.5080</w:t>
        <w:br/>
        <w:t>vn -0.1741 0.1711 0.9698</w:t>
        <w:br/>
        <w:t>vn 0.8501 0.1254 0.5115</w:t>
        <w:br/>
        <w:t>vn -0.1622 0.0845 0.9831</w:t>
        <w:br/>
        <w:t>vn 0.8867 0.1929 0.4202</w:t>
        <w:br/>
        <w:t>vn 0.8839 0.0809 0.4607</w:t>
        <w:br/>
        <w:t>vn -0.1744 0.0815 0.9813</w:t>
        <w:br/>
        <w:t>vn 0.8619 -0.0156 0.5069</w:t>
        <w:br/>
        <w:t>vn -0.1299 0.0681 0.9892</w:t>
        <w:br/>
        <w:t>vn 0.9507 0.0566 0.3050</w:t>
        <w:br/>
        <w:t>vn 0.8852 -0.0162 0.4649</w:t>
        <w:br/>
        <w:t>vn 0.9281 0.0067 0.3724</w:t>
        <w:br/>
        <w:t>vn 0.9810 0.0498 0.1873</w:t>
        <w:br/>
        <w:t>vn 0.8860 -0.0363 0.4622</w:t>
        <w:br/>
        <w:t>vn 0.9441 -0.0570 0.3248</w:t>
        <w:br/>
        <w:t>vn 0.8666 -0.0206 0.4986</w:t>
        <w:br/>
        <w:t>vn -0.1833 0.0790 0.9799</w:t>
        <w:br/>
        <w:t>vn -0.0823 0.0555 0.9951</w:t>
        <w:br/>
        <w:t>vn 0.8484 -0.0421 0.5276</w:t>
        <w:br/>
        <w:t>vn 0.0156 0.0279 0.9995</w:t>
        <w:br/>
        <w:t>vn 0.3089 0.9237 0.2266</w:t>
        <w:br/>
        <w:t>vn 0.3208 0.9268 0.1954</w:t>
        <w:br/>
        <w:t>vn 0.2831 0.9323 0.2252</w:t>
        <w:br/>
        <w:t>vn 0.8947 -0.0646 0.4421</w:t>
        <w:br/>
        <w:t>vn 0.3523 0.9218 0.1617</w:t>
        <w:br/>
        <w:t>vn 0.3635 0.9196 0.1493</w:t>
        <w:br/>
        <w:t>vn 0.9728 -0.0709 0.2207</w:t>
        <w:br/>
        <w:t>vn 0.3770 0.9110 0.1671</w:t>
        <w:br/>
        <w:t>vn 0.9886 -0.0686 0.1339</w:t>
        <w:br/>
        <w:t>vn 0.3763 0.9071 0.1885</w:t>
        <w:br/>
        <w:t>vn 0.9965 -0.0478 -0.0685</w:t>
        <w:br/>
        <w:t>vn 0.3841 0.9044 0.1860</w:t>
        <w:br/>
        <w:t>vn 0.9998 -0.0195 0.0071</w:t>
        <w:br/>
        <w:t>vn 0.2323 -0.8985 0.3724</w:t>
        <w:br/>
        <w:t>vn 0.2183 -0.8937 0.3920</w:t>
        <w:br/>
        <w:t>vn 0.1890 -0.8956 0.4028</w:t>
        <w:br/>
        <w:t>vn 0.1959 -0.9087 0.3687</w:t>
        <w:br/>
        <w:t>vn 0.9940 0.0889 0.0633</w:t>
        <w:br/>
        <w:t>vn 0.1392 -0.9163 0.3755</w:t>
        <w:br/>
        <w:t>vn 0.1001 -0.9114 0.3991</w:t>
        <w:br/>
        <w:t>vn 0.9376 0.0030 -0.3476</w:t>
        <w:br/>
        <w:t>vn 0.9306 0.0849 -0.3559</w:t>
        <w:br/>
        <w:t>vn 0.9048 -0.0060 -0.4257</w:t>
        <w:br/>
        <w:t>vn 0.6831 0.0231 -0.7300</w:t>
        <w:br/>
        <w:t>vn 0.6399 0.1492 -0.7538</w:t>
        <w:br/>
        <w:t>vn 0.6887 0.0432 -0.7238</w:t>
        <w:br/>
        <w:t>vn 0.6671 0.1235 -0.7347</w:t>
        <w:br/>
        <w:t>vn 0.3524 0.1147 -0.9288</w:t>
        <w:br/>
        <w:t>vn 0.3757 0.2554 -0.8908</w:t>
        <w:br/>
        <w:t>vn 0.2257 -0.0597 -0.9724</w:t>
        <w:br/>
        <w:t>vn 0.3032 0.1052 -0.9471</w:t>
        <w:br/>
        <w:t>vn -0.2463 0.0787 -0.9660</w:t>
        <w:br/>
        <w:t>vn -0.2920 -0.0096 -0.9564</w:t>
        <w:br/>
        <w:t>vn -0.6718 0.1004 -0.7339</w:t>
        <w:br/>
        <w:t>vn -0.4356 0.1799 -0.8820</w:t>
        <w:br/>
        <w:t>vn -0.6856 0.0166 -0.7278</w:t>
        <w:br/>
        <w:t>vn -0.6965 -0.1613 -0.6992</w:t>
        <w:br/>
        <w:t>vn -0.7029 -0.2926 -0.6483</w:t>
        <w:br/>
        <w:t>vn -0.8894 -0.2216 -0.3997</w:t>
        <w:br/>
        <w:t>vn -0.8118 -0.5292 -0.2468</w:t>
        <w:br/>
        <w:t>vn -0.9437 0.0575 -0.3256</w:t>
        <w:br/>
        <w:t>vn -0.7622 -0.6382 0.1083</w:t>
        <w:br/>
        <w:t>vn -0.6354 -0.7491 0.1873</w:t>
        <w:br/>
        <w:t>vn -0.5737 -0.7422 0.3464</w:t>
        <w:br/>
        <w:t>vn -0.8762 -0.4200 0.2365</w:t>
        <w:br/>
        <w:t>vn -0.6246 -0.6414 0.4455</w:t>
        <w:br/>
        <w:t>vn -0.6669 -0.6817 0.3008</w:t>
        <w:br/>
        <w:t>vn -0.9164 -0.3321 0.2236</w:t>
        <w:br/>
        <w:t>vn -0.6576 -0.7216 0.2166</w:t>
        <w:br/>
        <w:t>vn -0.9994 0.0353 0.0011</w:t>
        <w:br/>
        <w:t>vn -0.9507 0.0878 -0.2974</w:t>
        <w:br/>
        <w:t>vn -0.9767 0.0487 0.2091</w:t>
        <w:br/>
        <w:t>vn -0.7920 -0.4138 0.4490</w:t>
        <w:br/>
        <w:t>vn -0.3797 -0.8332 0.4019</w:t>
        <w:br/>
        <w:t>vn -0.4463 -0.7335 0.5126</w:t>
        <w:br/>
        <w:t>vn -0.9980 0.0605 -0.0159</w:t>
        <w:br/>
        <w:t>vn -0.5223 -0.2994 0.7984</w:t>
        <w:br/>
        <w:t>vn -0.3308 -0.7235 0.6059</w:t>
        <w:br/>
        <w:t>vn -0.1629 -0.5133 0.8426</w:t>
        <w:br/>
        <w:t>vn 0.0432 0.1616 0.9859</w:t>
        <w:br/>
        <w:t>vn -0.9152 0.0980 0.3908</w:t>
        <w:br/>
        <w:t>vn -0.4555 0.2411 0.8570</w:t>
        <w:br/>
        <w:t>vn 0.2575 0.2883 0.9223</w:t>
        <w:br/>
        <w:t>vn -0.9704 0.0599 0.2338</w:t>
        <w:br/>
        <w:t>vn -0.9058 0.0762 0.4169</w:t>
        <w:br/>
        <w:t>vn 0.3373 0.2198 0.9154</w:t>
        <w:br/>
        <w:t>vn -0.8705 0.0878 0.4843</w:t>
        <w:br/>
        <w:t>vn 0.3387 0.2515 0.9067</w:t>
        <w:br/>
        <w:t>vn 0.4078 0.1692 0.8973</w:t>
        <w:br/>
        <w:t>vn 0.4383 0.1193 0.8909</w:t>
        <w:br/>
        <w:t>vn -0.8697 0.0412 0.4919</w:t>
        <w:br/>
        <w:t>vn 0.4402 0.0739 0.8948</w:t>
        <w:br/>
        <w:t>vn 0.4310 0.0688 0.8997</w:t>
        <w:br/>
        <w:t>vn 0.3779 0.0295 0.9254</w:t>
        <w:br/>
        <w:t>vn -0.9125 -0.0075 0.4090</w:t>
        <w:br/>
        <w:t>vn -0.8526 -0.0698 0.5179</w:t>
        <w:br/>
        <w:t>vn -0.9713 0.0434 0.2339</w:t>
        <w:br/>
        <w:t>vn 0.4182 0.0494 0.9070</w:t>
        <w:br/>
        <w:t>vn -0.9167 -0.0888 0.3897</w:t>
        <w:br/>
        <w:t>vn -0.8323 -0.0821 0.5482</w:t>
        <w:br/>
        <w:t>vn -0.9692 -0.0222 0.2454</w:t>
        <w:br/>
        <w:t>vn -0.9903 0.0074 0.1390</w:t>
        <w:br/>
        <w:t>vn -0.9762 -0.1009 0.1918</w:t>
        <w:br/>
        <w:t>vn -0.9996 0.0041 0.0284</w:t>
        <w:br/>
        <w:t>vn -0.8943 -0.1008 0.4359</w:t>
        <w:br/>
        <w:t>vn 0.3268 -0.0004 0.9451</w:t>
        <w:br/>
        <w:t>vn -0.8055 -0.0883 0.5861</w:t>
        <w:br/>
        <w:t>vn 0.2281 -0.0344 0.9730</w:t>
        <w:br/>
        <w:t>vn -0.3218 0.9250 0.2022</w:t>
        <w:br/>
        <w:t>vn -0.3252 0.9084 0.2627</w:t>
        <w:br/>
        <w:t>vn -0.3164 0.9115 0.2627</w:t>
        <w:br/>
        <w:t>vn -0.9310 -0.1157 0.3463</w:t>
        <w:br/>
        <w:t>vn -0.3221 0.9363 0.1402</w:t>
        <w:br/>
        <w:t>vn -0.3153 0.9447 0.0904</w:t>
        <w:br/>
        <w:t>vn -0.9865 -0.1093 0.1220</w:t>
        <w:br/>
        <w:t>vn -0.3211 0.9416 0.1014</w:t>
        <w:br/>
        <w:t>vn -0.9917 -0.0829 0.0978</w:t>
        <w:br/>
        <w:t>vn -0.3230 0.9396 0.1134</w:t>
        <w:br/>
        <w:t>vn -0.9919 -0.1029 -0.0738</w:t>
        <w:br/>
        <w:t>vn -0.3284 0.9378 0.1121</w:t>
        <w:br/>
        <w:t>vn -0.9986 -0.0437 0.0286</w:t>
        <w:br/>
        <w:t>vn -0.9994 0.0291 0.0205</w:t>
        <w:br/>
        <w:t>vn -0.9417 0.0083 -0.3363</w:t>
        <w:br/>
        <w:t>vn -0.9263 -0.0485 -0.3736</w:t>
        <w:br/>
        <w:t>vn -0.9311 0.0024 -0.3649</w:t>
        <w:br/>
        <w:t>vn -0.6578 -0.0158 -0.7530</w:t>
        <w:br/>
        <w:t>vn -0.6795 -0.0016 -0.7337</w:t>
        <w:br/>
        <w:t>vn -0.3411 0.0962 -0.9351</w:t>
        <w:br/>
        <w:t>vn -0.1403 0.4373 -0.8883</w:t>
        <w:br/>
        <w:t>vn -0.3881 0.0518 -0.9201</w:t>
        <w:br/>
        <w:t>vn -0.6316 0.1069 -0.7679</w:t>
        <w:br/>
        <w:t>vn -0.0050 0.2553 -0.9669</w:t>
        <w:br/>
        <w:t>vn -0.0555 0.0539 -0.9970</w:t>
        <w:br/>
        <w:t>vn -0.2983 0.1140 -0.9476</w:t>
        <w:br/>
        <w:t>vn -0.0328 0.0557 -0.9979</w:t>
        <w:br/>
        <w:t>vn -0.3836 -0.0239 -0.9232</w:t>
        <w:br/>
        <w:t>vn -0.6734 0.0771 -0.7353</w:t>
        <w:br/>
        <w:t>vn 0.0540 -0.2098 -0.9762</w:t>
        <w:br/>
        <w:t>vn -0.3635 0.1202 -0.9238</w:t>
        <w:br/>
        <w:t>vn 0.3016 0.0137 -0.9533</w:t>
        <w:br/>
        <w:t>vn 0.4457 0.0690 -0.8925</w:t>
        <w:br/>
        <w:t>vn 0.4330 0.1730 -0.8846</w:t>
        <w:br/>
        <w:t>vn -0.8981 -0.0528 -0.4366</w:t>
        <w:br/>
        <w:t>vn -0.9259 -0.1140 -0.3602</w:t>
        <w:br/>
        <w:t>vn -0.3070 -0.0488 -0.9505</w:t>
        <w:br/>
        <w:t>vn 0.0000 -0.0769 -0.9970</w:t>
        <w:br/>
        <w:t>vn -0.0427 -0.0263 -0.9987</w:t>
        <w:br/>
        <w:t>vn 0.0778 0.0131 -0.9969</w:t>
        <w:br/>
        <w:t>vn 0.3201 -0.0228 -0.9471</w:t>
        <w:br/>
        <w:t>vn 0.6550 -0.0190 -0.7554</w:t>
        <w:br/>
        <w:t>vn 0.6474 -0.0344 -0.7614</w:t>
        <w:br/>
        <w:t>vn 0.9165 -0.0256 -0.3991</w:t>
        <w:br/>
        <w:t>vn 0.9983 -0.0355 -0.0454</w:t>
        <w:br/>
        <w:t>vn 0.9940 -0.0258 0.1066</w:t>
        <w:br/>
        <w:t>vn 0.9912 -0.0452 0.1246</w:t>
        <w:br/>
        <w:t>vn 0.9309 -0.0373 0.3635</w:t>
        <w:br/>
        <w:t>vn 0.8837 -0.0750 0.4621</w:t>
        <w:br/>
        <w:t>vn 0.8393 -0.1000 0.5343</w:t>
        <w:br/>
        <w:t>vn 0.5003 -0.1600 0.8510</w:t>
        <w:br/>
        <w:t>vn 0.4050 -0.3211 0.8561</w:t>
        <w:br/>
        <w:t>vn 0.0778 -0.9129 0.4007</w:t>
        <w:br/>
        <w:t>vn 0.1187 -0.1583 0.9802</w:t>
        <w:br/>
        <w:t>vn 0.1915 -0.5935 0.7817</w:t>
        <w:br/>
        <w:t>vn -0.9892 -0.1408 -0.0412</w:t>
        <w:br/>
        <w:t>vn -0.9486 -0.1376 0.2851</w:t>
        <w:br/>
        <w:t>vn -0.9253 -0.1612 0.3432</w:t>
        <w:br/>
        <w:t>vn -0.9299 -0.1320 0.3433</w:t>
        <w:br/>
        <w:t>vn -0.9820 -0.1629 -0.0958</w:t>
        <w:br/>
        <w:t>vn -0.9617 -0.2008 0.1865</w:t>
        <w:br/>
        <w:t>vn -0.8848 -0.1975 0.4220</w:t>
        <w:br/>
        <w:t>vn -0.8410 -0.1486 0.5203</w:t>
        <w:br/>
        <w:t>vn -0.8027 -0.5318 0.2700</w:t>
        <w:br/>
        <w:t>vn -0.3056 -0.8729 0.3804</w:t>
        <w:br/>
        <w:t>vn -0.3289 -0.8684 0.3710</w:t>
        <w:br/>
        <w:t>vn -0.3511 -0.8413 0.4110</w:t>
        <w:br/>
        <w:t>vn -0.6464 -0.6020 0.4688</w:t>
        <w:br/>
        <w:t>vn -0.3112 -0.8052 0.5047</w:t>
        <w:br/>
        <w:t>vn -0.4712 -0.4110 0.7804</w:t>
        <w:br/>
        <w:t>vn -0.1613 -0.5212 0.8381</w:t>
        <w:br/>
        <w:t>vn -0.4275 -0.1819 0.8855</w:t>
        <w:br/>
        <w:t>vn -0.0321 -0.1559 0.9873</w:t>
        <w:br/>
        <w:t>vn 0.0010 0.7412 0.6712</w:t>
        <w:br/>
        <w:t>vn -0.4175 0.7986 0.4335</w:t>
        <w:br/>
        <w:t>vn -0.9414 0.3310 0.0643</w:t>
        <w:br/>
        <w:t>vn -0.9353 0.3533 -0.0213</w:t>
        <w:br/>
        <w:t>vn -0.9592 0.2812 -0.0300</w:t>
        <w:br/>
        <w:t>vn -0.9251 0.3180 0.2075</w:t>
        <w:br/>
        <w:t>vn -0.9719 0.2168 0.0912</w:t>
        <w:br/>
        <w:t>vn -0.8252 0.2527 0.5051</w:t>
        <w:br/>
        <w:t>vn -0.9611 0.2025 -0.1878</w:t>
        <w:br/>
        <w:t>vn -0.9562 0.0783 0.2821</w:t>
        <w:br/>
        <w:t>vn -0.4836 0.0774 0.8718</w:t>
        <w:br/>
        <w:t>vn -0.9673 0.0711 -0.2435</w:t>
        <w:br/>
        <w:t>vn -0.4106 -0.0205 0.9116</w:t>
        <w:br/>
        <w:t>vn -0.2094 -0.0238 0.9775</w:t>
        <w:br/>
        <w:t>vn -0.7508 -0.6593 -0.0408</w:t>
        <w:br/>
        <w:t>vn -0.5335 -0.8438 -0.0576</w:t>
        <w:br/>
        <w:t>vn -0.4779 -0.8784 0.0006</w:t>
        <w:br/>
        <w:t>vn -0.8920 -0.4159 -0.1769</w:t>
        <w:br/>
        <w:t>vn -0.6744 -0.6769 -0.2950</w:t>
        <w:br/>
        <w:t>vn -0.8478 -0.3233 -0.4203</w:t>
        <w:br/>
        <w:t>vn -0.5045 -0.7108 -0.4902</w:t>
        <w:br/>
        <w:t>vn -0.8838 0.0564 -0.4645</w:t>
        <w:br/>
        <w:t>vn -0.5917 -0.4389 -0.6762</w:t>
        <w:br/>
        <w:t>vn -0.0654 -0.8265 -0.5592</w:t>
        <w:br/>
        <w:t>vn -0.8857 0.1168 -0.4494</w:t>
        <w:br/>
        <w:t>vn -0.0832 -0.3480 -0.9338</w:t>
        <w:br/>
        <w:t>vn -0.5845 0.0274 -0.8109</w:t>
        <w:br/>
        <w:t>vn -0.6316 0.1246 -0.7652</w:t>
        <w:br/>
        <w:t>vn -0.8292 0.4621 -0.3143</w:t>
        <w:br/>
        <w:t>vn -0.6579 0.7491 0.0775</w:t>
        <w:br/>
        <w:t>vn -0.6337 0.7656 -0.1103</w:t>
        <w:br/>
        <w:t>vn -0.5505 0.4150 -0.7244</w:t>
        <w:br/>
        <w:t>vn -0.5291 0.2093 -0.8224</w:t>
        <w:br/>
        <w:t>vn -0.0782 0.2483 -0.9655</w:t>
        <w:br/>
        <w:t>vn -0.0490 0.2981 -0.9533</w:t>
        <w:br/>
        <w:t>vn 0.5178 0.4534 -0.7255</w:t>
        <w:br/>
        <w:t>vn -0.0891 0.1258 -0.9880</w:t>
        <w:br/>
        <w:t>vn -0.0819 0.0561 -0.9951</w:t>
        <w:br/>
        <w:t>vn 0.5081 0.2426 -0.8264</w:t>
        <w:br/>
        <w:t>vn 0.5005 0.1022 -0.8597</w:t>
        <w:br/>
        <w:t>vn 0.4535 -0.0058 -0.8912</w:t>
        <w:br/>
        <w:t>vn 0.4629 -0.5060 -0.7278</w:t>
        <w:br/>
        <w:t>vn 0.4299 -0.6808 -0.5931</w:t>
        <w:br/>
        <w:t>vn 0.8315 0.0207 -0.5551</w:t>
        <w:br/>
        <w:t>vn 0.7977 -0.2581 -0.5450</w:t>
        <w:br/>
        <w:t>vn 0.7513 -0.4234 -0.5062</w:t>
        <w:br/>
        <w:t>vn 0.8488 0.1716 -0.5001</w:t>
        <w:br/>
        <w:t>vn 0.8830 -0.3002 -0.3608</w:t>
        <w:br/>
        <w:t>vn 0.5543 -0.8080 -0.1996</w:t>
        <w:br/>
        <w:t>vn 0.9286 0.0373 -0.3691</w:t>
        <w:br/>
        <w:t>vn 0.7316 -0.6429 -0.2266</w:t>
        <w:br/>
        <w:t>vn 0.3205 -0.9440 -0.0780</w:t>
        <w:br/>
        <w:t>vn 0.4582 0.2144 0.8626</w:t>
        <w:br/>
        <w:t>vn 0.5201 0.2967 0.8009</w:t>
        <w:br/>
        <w:t>vn 0.4362 0.2078 0.8755</w:t>
        <w:br/>
        <w:t>vn 0.9503 -0.0141 -0.3109</w:t>
        <w:br/>
        <w:t>vn 0.4849 0.3217 0.8133</w:t>
        <w:br/>
        <w:t>vn 0.6098 0.5560 0.5648</w:t>
        <w:br/>
        <w:t>vn 0.9388 0.0626 -0.3387</w:t>
        <w:br/>
        <w:t>vn 0.6112 0.5404 0.5783</w:t>
        <w:br/>
        <w:t>vn 0.4288 0.6709 0.6051</w:t>
        <w:br/>
        <w:t>vn 0.9277 0.1203 -0.3535</w:t>
        <w:br/>
        <w:t>vn 0.9282 0.3662 -0.0656</w:t>
        <w:br/>
        <w:t>vn 0.4765 0.6424 0.6003</w:t>
        <w:br/>
        <w:t>vn 0.2026 0.6280 0.7514</w:t>
        <w:br/>
        <w:t>vn 0.2027 0.6288 0.7507</w:t>
        <w:br/>
        <w:t>vn 0.7008 0.6321 0.3307</w:t>
        <w:br/>
        <w:t>vn 0.8941 0.4167 -0.1640</w:t>
        <w:br/>
        <w:t>vn 0.7536 0.6567 -0.0276</w:t>
        <w:br/>
        <w:t>vn 0.8088 0.4990 -0.3113</w:t>
        <w:br/>
        <w:t>vn 0.7286 0.6688 -0.1475</w:t>
        <w:br/>
        <w:t>vn -0.5869 0.8054 0.0827</w:t>
        <w:br/>
        <w:t>vn -0.5749 0.8140 0.0830</w:t>
        <w:br/>
        <w:t>vn -0.5875 0.8051 0.0817</w:t>
        <w:br/>
        <w:t>vn -0.5729 0.8154 0.0833</w:t>
        <w:br/>
        <w:t>vn -0.1822 0.1356 -0.9739</w:t>
        <w:br/>
        <w:t>vn -0.1596 0.1140 -0.9806</w:t>
        <w:br/>
        <w:t>vn -0.1999 0.1951 -0.9602</w:t>
        <w:br/>
        <w:t>vn -0.1365 0.0962 -0.9860</w:t>
        <w:br/>
        <w:t>vn -0.5611 0.8236 0.0829</w:t>
        <w:br/>
        <w:t>vn -0.1144 0.0687 -0.9911</w:t>
        <w:br/>
        <w:t>vn -0.5522 0.8296 0.0826</w:t>
        <w:br/>
        <w:t>vn -0.5584 0.8254 0.0834</w:t>
        <w:br/>
        <w:t>vn -0.2104 0.9677 0.1387</w:t>
        <w:br/>
        <w:t>vn -0.5720 0.8157 0.0859</w:t>
        <w:br/>
        <w:t>vn -0.2773 0.1811 -0.9436</w:t>
        <w:br/>
        <w:t>vn -0.2127 0.9753 0.0589</w:t>
        <w:br/>
        <w:t>vn -0.4068 0.2777 -0.8703</w:t>
        <w:br/>
        <w:t>vn 0.2633 0.9603 0.0921</w:t>
        <w:br/>
        <w:t>vn -0.6901 0.4627 -0.5565</w:t>
        <w:br/>
        <w:t>vn 0.2678 0.9488 0.1673</w:t>
        <w:br/>
        <w:t>vn -0.7862 0.5755 -0.2252</w:t>
        <w:br/>
        <w:t>vn 0.2832 0.9554 -0.0838</w:t>
        <w:br/>
        <w:t>vn -0.6703 0.4820 0.5642</w:t>
        <w:br/>
        <w:t>vn 0.2101 0.9747 -0.0766</w:t>
        <w:br/>
        <w:t>vn -0.6577 0.4997 0.5637</w:t>
        <w:br/>
        <w:t>vn -0.1031 0.9932 -0.0537</w:t>
        <w:br/>
        <w:t>vn -0.2479 0.2028 0.9473</w:t>
        <w:br/>
        <w:t>vn -0.3336 0.9402 0.0684</w:t>
        <w:br/>
        <w:t>vn -0.1112 0.1053 0.9882</w:t>
        <w:br/>
        <w:t>vn 0.0266 0.0109 0.9996</w:t>
        <w:br/>
        <w:t>vn -0.5589 0.8248 0.0849</w:t>
        <w:br/>
        <w:t>vn 0.0491 -0.0143 0.9987</w:t>
        <w:br/>
        <w:t>vn 0.0029 0.0023 1.0000</w:t>
        <w:br/>
        <w:t>vn -0.5788 0.8104 0.0907</w:t>
        <w:br/>
        <w:t>vn -0.0185 0.0157 0.9997</w:t>
        <w:br/>
        <w:t>vn -0.5859 0.8051 0.0926</w:t>
        <w:br/>
        <w:t>vn -0.0292 0.0505 0.9983</w:t>
        <w:br/>
        <w:t>vn -0.5833 0.8065 0.0965</w:t>
        <w:br/>
        <w:t>vn 0.8103 -0.2600 -0.5252</w:t>
        <w:br/>
        <w:t>vn 0.8244 -0.1981 -0.5302</w:t>
        <w:br/>
        <w:t>vn 0.8078 -0.2591 -0.5295</w:t>
        <w:br/>
        <w:t>vn 0.8211 -0.1995 -0.5348</w:t>
        <w:br/>
        <w:t>vn 0.5658 0.0626 0.8222</w:t>
        <w:br/>
        <w:t>vn 0.5536 0.0078 0.8327</w:t>
        <w:br/>
        <w:t>vn 0.5455 -0.0500 0.8366</w:t>
        <w:br/>
        <w:t>vn 0.5637 0.0640 0.8235</w:t>
        <w:br/>
        <w:t>vn 0.8520 -0.0771 -0.5178</w:t>
        <w:br/>
        <w:t>vn 0.8544 -0.0741 -0.5143</w:t>
        <w:br/>
        <w:t>vn 0.8249 0.0304 -0.5645</w:t>
        <w:br/>
        <w:t>vn 0.5230 -0.1529 0.8385</w:t>
        <w:br/>
        <w:t>vn 0.5328 -0.1530 0.8323</w:t>
        <w:br/>
        <w:t>vn -0.8203 0.2006 0.5356</w:t>
        <w:br/>
        <w:t>vn -0.8097 0.2609 0.5257</w:t>
        <w:br/>
        <w:t>vn -0.8238 0.1993 0.5307</w:t>
        <w:br/>
        <w:t>vn -0.8343 0.0588 0.5482</w:t>
        <w:br/>
        <w:t>vn -0.8074 0.2600 0.5297</w:t>
        <w:br/>
        <w:t>vn -0.5657 -0.0627 -0.8222</w:t>
        <w:br/>
        <w:t>vn -0.5532 -0.0065 -0.8330</w:t>
        <w:br/>
        <w:t>vn -0.5635 -0.0641 -0.8236</w:t>
        <w:br/>
        <w:t>vn -0.5450 0.0527 -0.8367</w:t>
        <w:br/>
        <w:t>vn -0.5299 0.1506 -0.8346</w:t>
        <w:br/>
        <w:t>vn -0.8545 0.0724 0.5143</w:t>
        <w:br/>
        <w:t>vn -0.5331 0.1532 -0.8321</w:t>
        <w:br/>
        <w:t>vn -0.5275 0.2081 -0.8237</w:t>
        <w:br/>
        <w:t>vn -0.5866 0.2057 -0.7833</w:t>
        <w:br/>
        <w:t>vn -0.8048 -0.0721 0.5891</w:t>
        <w:br/>
        <w:t>vn -0.6140 0.2126 -0.7601</w:t>
        <w:br/>
        <w:t>vn -0.6949 0.1816 -0.6958</w:t>
        <w:br/>
        <w:t>vn -0.7777 -0.1240 0.6163</w:t>
        <w:br/>
        <w:t>vn -0.7530 -0.1232 0.6464</w:t>
        <w:br/>
        <w:t>vn -0.7969 -0.0864 0.5978</w:t>
        <w:br/>
        <w:t>vn 0.5450 -0.2698 0.7938</w:t>
        <w:br/>
        <w:t>vn 0.5309 -0.2477 0.8104</w:t>
        <w:br/>
        <w:t>vn 0.5937 -0.2503 0.7648</w:t>
        <w:br/>
        <w:t>vn 0.5074 -0.2297 0.8305</w:t>
        <w:br/>
        <w:t>vn 0.8770 0.0276 -0.4797</w:t>
        <w:br/>
        <w:t>vn 0.7766 0.0800 -0.6249</w:t>
        <w:br/>
        <w:t>vn 0.6423 0.0800 -0.7623</w:t>
        <w:br/>
        <w:t>vn -0.2588 -0.8801 0.3980</w:t>
        <w:br/>
        <w:t>vn -0.2617 -0.8804 0.3955</w:t>
        <w:br/>
        <w:t>vn -0.2886 -0.8635 0.4135</w:t>
        <w:br/>
        <w:t>vn -0.2900 -0.8669 0.4054</w:t>
        <w:br/>
        <w:t>vn 0.4235 0.3044 0.8533</w:t>
        <w:br/>
        <w:t>vn 0.3028 0.3372 0.8914</w:t>
        <w:br/>
        <w:t>vn 0.5381 0.2764 0.7963</w:t>
        <w:br/>
        <w:t>vn 0.3045 0.3325 0.8926</w:t>
        <w:br/>
        <w:t>vn -0.3425 -0.8251 0.4493</w:t>
        <w:br/>
        <w:t>vn -0.3526 -0.7965 0.4912</w:t>
        <w:br/>
        <w:t>vn 0.7085 0.2026 0.6761</w:t>
        <w:br/>
        <w:t>vn 0.7658 0.1445 0.6266</w:t>
        <w:br/>
        <w:t>vn 0.2891 0.8624 -0.4155</w:t>
        <w:br/>
        <w:t>vn 0.2557 0.8795 -0.4014</w:t>
        <w:br/>
        <w:t>vn 0.2895 0.8649 -0.4102</w:t>
        <w:br/>
        <w:t>vn 0.3416 0.8278 -0.4450</w:t>
        <w:br/>
        <w:t>vn 0.2597 0.8799 -0.3980</w:t>
        <w:br/>
        <w:t>vn -0.4389 -0.2992 -0.8472</w:t>
        <w:br/>
        <w:t>vn -0.3181 -0.3326 -0.8878</w:t>
        <w:br/>
        <w:t>vn -0.3206 -0.3259 -0.8894</w:t>
        <w:br/>
        <w:t>vn -0.5533 -0.2645 -0.7899</w:t>
        <w:br/>
        <w:t>vn -0.7210 -0.1819 -0.6686</w:t>
        <w:br/>
        <w:t>vn 0.3465 0.8046 -0.4822</w:t>
        <w:br/>
        <w:t>vn -0.7768 -0.1225 -0.6177</w:t>
        <w:br/>
        <w:t>vn 0.3562 0.7813 -0.5124</w:t>
        <w:br/>
        <w:t>vn 0.8351 0.0500 0.5477</w:t>
        <w:br/>
        <w:t>vn -0.8419 -0.0368 -0.5384</w:t>
        <w:br/>
        <w:t>vn 0.3430 0.7730 -0.5336</w:t>
        <w:br/>
        <w:t>vn -0.8508 0.0183 -0.5252</w:t>
        <w:br/>
        <w:t>vn 0.8449 -0.0158 0.5346</w:t>
        <w:br/>
        <w:t>vn -0.3662 -0.7717 0.5200</w:t>
        <w:br/>
        <w:t>vn -0.3518 -0.7667 0.5371</w:t>
        <w:br/>
        <w:t>vn 0.3489 0.7575 -0.5518</w:t>
        <w:br/>
        <w:t>vn 0.8652 -0.0705 0.4965</w:t>
        <w:br/>
        <w:t>vn -0.8692 0.0687 -0.4897</w:t>
        <w:br/>
        <w:t>vn 0.3572 0.7450 -0.5634</w:t>
        <w:br/>
        <w:t>vn -0.8707 0.1008 -0.4814</w:t>
        <w:br/>
        <w:t>vn -0.3551 -0.7552 0.5510</w:t>
        <w:br/>
        <w:t>vn 0.8658 -0.1049 0.4893</w:t>
        <w:br/>
        <w:t>vn -0.3629 -0.7438 0.5613</w:t>
        <w:br/>
        <w:t>vn 0.3784 0.6996 -0.6061</w:t>
        <w:br/>
        <w:t>vn 0.8777 -0.1495 0.4553</w:t>
        <w:br/>
        <w:t>vn -0.8813 0.1387 -0.4518</w:t>
        <w:br/>
        <w:t>vn 0.3979 0.6666 -0.6303</w:t>
        <w:br/>
        <w:t>vn -0.8888 0.1468 -0.4341</w:t>
        <w:br/>
        <w:t>vn -0.3829 -0.7028 0.5995</w:t>
        <w:br/>
        <w:t>vn 0.8855 -0.1684 0.4330</w:t>
        <w:br/>
        <w:t>vn -0.4028 -0.6742 0.6190</w:t>
        <w:br/>
        <w:t>vn -0.9274 0.2245 -0.2992</w:t>
        <w:br/>
        <w:t>vn -0.9064 0.1947 -0.3750</w:t>
        <w:br/>
        <w:t>vn -0.9626 0.2269 -0.1477</w:t>
        <w:br/>
        <w:t>vn 0.3818 0.5201 -0.7640</w:t>
        <w:br/>
        <w:t>vn 0.3937 0.5111 -0.7641</w:t>
        <w:br/>
        <w:t>vn 0.9153 -0.2932 0.2761</w:t>
        <w:br/>
        <w:t>vn -0.9760 0.2174 -0.0088</w:t>
        <w:br/>
        <w:t>vn 0.3240 0.3850 -0.8642</w:t>
        <w:br/>
        <w:t>vn -0.9860 0.1668 -0.0092</w:t>
        <w:br/>
        <w:t>vn -0.9704 0.2302 0.0726</w:t>
        <w:br/>
        <w:t>vn 0.2951 0.2827 -0.9127</w:t>
        <w:br/>
        <w:t>vn 0.2748 0.2119 -0.9379</w:t>
        <w:br/>
        <w:t>vn 0.2614 0.0568 -0.9636</w:t>
        <w:br/>
        <w:t>vn 0.7900 -0.6053 -0.0975</w:t>
        <w:br/>
        <w:t>vn 0.7042 -0.6947 -0.1466</w:t>
        <w:br/>
        <w:t>vn 0.6972 -0.6980 -0.1637</w:t>
        <w:br/>
        <w:t>vn 0.8625 -0.5039 0.0467</w:t>
        <w:br/>
        <w:t>vn -0.4489 -0.3307 0.8302</w:t>
        <w:br/>
        <w:t>vn -0.3987 -0.0757 0.9139</w:t>
        <w:br/>
        <w:t>vn -0.4226 -0.3733 0.8259</w:t>
        <w:br/>
        <w:t>vn -0.4068 -0.4856 0.7738</w:t>
        <w:br/>
        <w:t>vn 0.8997 -0.2800 0.3349</w:t>
        <w:br/>
        <w:t>vn -0.3981 -0.5488 0.7351</w:t>
        <w:br/>
        <w:t>vn -0.4059 -0.5469 0.7323</w:t>
        <w:br/>
        <w:t>vn -0.2717 0.8957 -0.3521</w:t>
        <w:br/>
        <w:t>vn -0.3077 0.8779 -0.3669</w:t>
        <w:br/>
        <w:t>vn -0.2465 0.8870 -0.3904</w:t>
        <w:br/>
        <w:t>vn -0.2145 0.8750 -0.4340</w:t>
        <w:br/>
        <w:t>vn -0.2051 0.8748 -0.4389</w:t>
        <w:br/>
        <w:t>vn -0.1846 0.8657 -0.4652</w:t>
        <w:br/>
        <w:t>vn -0.1715 0.8562 -0.4874</w:t>
        <w:br/>
        <w:t>vn 0.6889 0.4429 0.5738</w:t>
        <w:br/>
        <w:t>vn 0.8605 0.3860 0.3324</w:t>
        <w:br/>
        <w:t>vn 0.9500 0.2977 0.0942</w:t>
        <w:br/>
        <w:t>vn -0.0885 0.8375 -0.5392</w:t>
        <w:br/>
        <w:t>vn -0.0217 0.8244 -0.5656</w:t>
        <w:br/>
        <w:t>vn 0.6044 0.4360 0.6667</w:t>
        <w:br/>
        <w:t>vn 0.6548 0.4473 0.6093</w:t>
        <w:br/>
        <w:t>vn 0.0991 0.7973 -0.5954</w:t>
        <w:br/>
        <w:t>vn 0.1544 0.7868 -0.5976</w:t>
        <w:br/>
        <w:t>vn 0.4321 0.4788 0.7642</w:t>
        <w:br/>
        <w:t>vn 0.5140 0.4498 0.7304</w:t>
        <w:br/>
        <w:t>vn 0.2247 0.7681 -0.5997</w:t>
        <w:br/>
        <w:t>vn 0.2408 0.7592 -0.6047</w:t>
        <w:br/>
        <w:t>vn 0.2402 0.5528 0.7979</w:t>
        <w:br/>
        <w:t>vn 0.2428 0.5444 0.8029</w:t>
        <w:br/>
        <w:t>vn 0.0682 0.5989 0.7979</w:t>
        <w:br/>
        <w:t>vn 0.2600 0.7459 -0.6132</w:t>
        <w:br/>
        <w:t>vn 0.2562 0.7448 -0.6161</w:t>
        <w:br/>
        <w:t>vn 0.4133 0.7277 -0.5473</w:t>
        <w:br/>
        <w:t>vn -0.0045 0.6167 0.7872</w:t>
        <w:br/>
        <w:t>vn -0.0691 0.6286 0.7747</w:t>
        <w:br/>
        <w:t>vn 0.4146 0.7284 -0.5455</w:t>
        <w:br/>
        <w:t>vn -0.0725 0.6134 0.7864</w:t>
        <w:br/>
        <w:t>vn -0.1516 0.6326 0.7595</w:t>
        <w:br/>
        <w:t>vn 0.6147 0.6814 -0.3973</w:t>
        <w:br/>
        <w:t>vn 0.6785 0.6356 -0.3683</w:t>
        <w:br/>
        <w:t>vn -0.2537 0.6360 0.7288</w:t>
        <w:br/>
        <w:t>vn -0.3967 0.6635 0.6343</w:t>
        <w:br/>
        <w:t>vn 0.8078 0.5755 -0.1276</w:t>
        <w:br/>
        <w:t>vn 0.8181 0.5552 -0.1498</w:t>
        <w:br/>
        <w:t>vn 0.8462 0.5233 0.0999</w:t>
        <w:br/>
        <w:t>vn -0.4952 0.6444 0.5826</w:t>
        <w:br/>
        <w:t>vn -0.5907 0.7017 0.3984</w:t>
        <w:br/>
        <w:t>vn 0.8541 0.4860 0.1852</w:t>
        <w:br/>
        <w:t>vn 0.8532 0.4593 0.2471</w:t>
        <w:br/>
        <w:t>vn 0.8601 0.3961 0.3216</w:t>
        <w:br/>
        <w:t>vn -0.5887 0.7963 0.1393</w:t>
        <w:br/>
        <w:t>vn -0.6126 0.7407 0.2758</w:t>
        <w:br/>
        <w:t>vn -0.6211 0.7811 -0.0644</w:t>
        <w:br/>
        <w:t>vn -0.6111 0.7914 0.0151</w:t>
        <w:br/>
        <w:t>vn -0.6534 0.7154 -0.2475</w:t>
        <w:br/>
        <w:t>vn -0.7526 -0.4696 -0.4616</w:t>
        <w:br/>
        <w:t>vn -0.6753 -0.4660 -0.5717</w:t>
        <w:br/>
        <w:t>vn -0.6791 -0.4189 -0.6028</w:t>
        <w:br/>
        <w:t>vn -0.8182 -0.4761 -0.3223</w:t>
        <w:br/>
        <w:t>vn -0.8253 -0.5619 0.0555</w:t>
        <w:br/>
        <w:t>vn 0.7181 -0.6525 -0.2421</w:t>
        <w:br/>
        <w:t>vn 0.7684 -0.6166 0.1713</w:t>
        <w:br/>
        <w:t>vn 0.7695 -0.5946 -0.2331</w:t>
        <w:br/>
        <w:t>vn 0.6434 -0.6699 -0.3704</w:t>
        <w:br/>
        <w:t>vn 0.6259 -0.6990 -0.3459</w:t>
        <w:br/>
        <w:t>vn -0.8386 -0.5413 0.0614</w:t>
        <w:br/>
        <w:t>vn 0.5917 -0.6690 -0.4498</w:t>
        <w:br/>
        <w:t>vn -0.7040 -0.6317 0.3245</w:t>
        <w:br/>
        <w:t>vn 0.5038 -0.6147 -0.6069</w:t>
        <w:br/>
        <w:t>vn -0.6353 -0.6727 0.3794</w:t>
        <w:br/>
        <w:t>vn 0.4030 -0.6373 -0.6568</w:t>
        <w:br/>
        <w:t>vn -0.4262 -0.7302 0.5339</w:t>
        <w:br/>
        <w:t>vn 0.2641 -0.6056 -0.7507</w:t>
        <w:br/>
        <w:t>vn -0.4269 -0.7285 0.5358</w:t>
        <w:br/>
        <w:t>vn 0.1518 -0.6085 -0.7789</w:t>
        <w:br/>
        <w:t>vn -0.2741 -0.7495 0.6026</w:t>
        <w:br/>
        <w:t>vn 0.0739 -0.5915 -0.8029</w:t>
        <w:br/>
        <w:t>vn -0.2717 -0.7476 0.6061</w:t>
        <w:br/>
        <w:t>vn 0.0668 -0.6177 -0.7836</w:t>
        <w:br/>
        <w:t>vn -0.2515 -0.7605 0.5987</w:t>
        <w:br/>
        <w:t>vn 0.0050 -0.6107 -0.7918</w:t>
        <w:br/>
        <w:t>vn -0.2302 -0.7687 0.5967</w:t>
        <w:br/>
        <w:t>vn -0.0700 -0.5965 -0.7995</w:t>
        <w:br/>
        <w:t>vn -0.1535 -0.7885 0.5956</w:t>
        <w:br/>
        <w:t>vn -0.2371 -0.5438 -0.8050</w:t>
        <w:br/>
        <w:t>vn -0.2346 -0.5532 -0.7993</w:t>
        <w:br/>
        <w:t>vn -0.0966 -0.7997 0.5926</w:t>
        <w:br/>
        <w:t>vn -0.4301 -0.4783 -0.7657</w:t>
        <w:br/>
        <w:t>vn 0.0223 -0.8263 0.5628</w:t>
        <w:br/>
        <w:t>vn -0.5196 -0.4489 -0.7270</w:t>
        <w:br/>
        <w:t>vn 0.0872 -0.8382 0.5384</w:t>
        <w:br/>
        <w:t>vn -0.6003 -0.4284 -0.6753</w:t>
        <w:br/>
        <w:t>vn -0.5963 -0.4398 -0.6716</w:t>
        <w:br/>
        <w:t>vn 0.1679 -0.8549 0.4909</w:t>
        <w:br/>
        <w:t>vn -0.6511 -0.4249 -0.6289</w:t>
        <w:br/>
        <w:t>vn 0.1796 -0.8640 0.4703</w:t>
        <w:br/>
        <w:t>vn 0.6002 0.4356 0.6708</w:t>
        <w:br/>
        <w:t>vn 0.2010 -0.8752 0.4400</w:t>
        <w:br/>
        <w:t>vn 0.2089 -0.8790 0.4286</w:t>
        <w:br/>
        <w:t>vn -0.6533 -0.4307 -0.6227</w:t>
        <w:br/>
        <w:t>vn 0.2670 -0.9109 0.3148</w:t>
        <w:br/>
        <w:t>vn -0.8351 -0.3700 -0.4072</w:t>
        <w:br/>
        <w:t>vn 0.2720 -0.9321 0.2393</w:t>
        <w:br/>
        <w:t>vn -0.9297 -0.2981 -0.2163</w:t>
        <w:br/>
        <w:t>vn -0.9808 -0.1182 0.1554</w:t>
        <w:br/>
        <w:t>vn 0.2724 -0.9470 0.1700</w:t>
        <w:br/>
        <w:t>vn -0.9798 -0.1854 0.0745</w:t>
        <w:br/>
        <w:t>vn -0.9482 -0.0028 0.3176</w:t>
        <w:br/>
        <w:t>vn -0.8836 0.1451 0.4452</w:t>
        <w:br/>
        <w:t>vn 0.2371 -0.9502 0.2022</w:t>
        <w:br/>
        <w:t>vn 0.2410 -0.9486 0.2052</w:t>
        <w:br/>
        <w:t>vn 0.2437 -0.9508 0.1913</w:t>
        <w:br/>
        <w:t>vn 0.9101 0.0620 -0.4098</w:t>
        <w:br/>
        <w:t>vn 0.7663 -0.0881 -0.6364</w:t>
        <w:br/>
        <w:t>vn 0.7446 -0.1656 -0.6467</w:t>
        <w:br/>
        <w:t>vn 0.9138 0.0977 -0.3943</w:t>
        <w:br/>
        <w:t>vn -0.3407 0.8789 -0.3339</w:t>
        <w:br/>
        <w:t>vn -0.3844 0.8996 -0.2071</w:t>
        <w:br/>
        <w:t>vn -0.3682 0.8637 -0.3441</w:t>
        <w:br/>
        <w:t>vn 0.9733 0.0586 -0.2220</w:t>
        <w:br/>
        <w:t>vn 0.9653 0.1412 -0.2195</w:t>
        <w:br/>
        <w:t>vn 0.9632 0.1215 -0.2397</w:t>
        <w:br/>
        <w:t>vn -0.1714 -0.9433 -0.2843</w:t>
        <w:br/>
        <w:t>vn 0.2759 -0.8785 -0.3899</w:t>
        <w:br/>
        <w:t>vn 0.9693 0.1438 -0.1993</w:t>
        <w:br/>
        <w:t>vn -0.0599 -0.9697 -0.2368</w:t>
        <w:br/>
        <w:t>vn -0.4709 -0.8751 -0.1116</w:t>
        <w:br/>
        <w:t>vn -0.2725 -0.9558 -0.1105</w:t>
        <w:br/>
        <w:t>vn 0.9028 -0.0805 -0.4224</w:t>
        <w:br/>
        <w:t>vn 0.2706 -0.9333 -0.2362</w:t>
        <w:br/>
        <w:t>vn 0.9188 0.1789 -0.3519</w:t>
        <w:br/>
        <w:t>vn -0.0568 -0.9821 -0.1798</w:t>
        <w:br/>
        <w:t>vn -0.2402 -0.9671 -0.0838</w:t>
        <w:br/>
        <w:t>vn 0.2439 -0.9670 -0.0733</w:t>
        <w:br/>
        <w:t>vn 0.5585 0.0238 -0.8292</w:t>
        <w:br/>
        <w:t>vn 0.7306 0.3547 -0.5835</w:t>
        <w:br/>
        <w:t>vn 0.3650 -0.7924 -0.4887</w:t>
        <w:br/>
        <w:t>vn 0.4662 -0.6637 -0.5850</w:t>
        <w:br/>
        <w:t>vn 0.3771 -0.8473 -0.3740</w:t>
        <w:br/>
        <w:t>vn 0.2224 0.0977 -0.9701</w:t>
        <w:br/>
        <w:t>vn 0.2641 0.2471 -0.9323</w:t>
        <w:br/>
        <w:t>vn 0.5442 0.0095 -0.8389</w:t>
        <w:br/>
        <w:t>vn 0.7056 0.6054 -0.3682</w:t>
        <w:br/>
        <w:t>vn -0.0989 0.7396 -0.6658</w:t>
        <w:br/>
        <w:t>vn 0.1318 -0.5355 -0.8342</w:t>
        <w:br/>
        <w:t>vn 0.2543 0.8353 -0.4875</w:t>
        <w:br/>
        <w:t>vn 0.2519 0.8420 -0.4771</w:t>
        <w:br/>
        <w:t>vn -0.0533 0.8213 -0.5680</w:t>
        <w:br/>
        <w:t>vn -0.0313 -0.4951 -0.8683</w:t>
        <w:br/>
        <w:t>vn 0.0362 -0.0964 -0.9947</w:t>
        <w:br/>
        <w:t>vn -0.2381 0.8671 -0.4375</w:t>
        <w:br/>
        <w:t>vn -0.0762 -0.0841 -0.9935</w:t>
        <w:br/>
        <w:t>vn -0.0681 0.7198 -0.6908</w:t>
        <w:br/>
        <w:t>vn 0.4599 0.6350 -0.6207</w:t>
        <w:br/>
        <w:t>vn -0.2110 -0.7830 -0.5851</w:t>
        <w:br/>
        <w:t>vn 0.5412 0.6984 -0.4683</w:t>
        <w:br/>
        <w:t>vn 0.3137 0.8510 -0.4211</w:t>
        <w:br/>
        <w:t>vn -0.1514 -0.8644 -0.4794</w:t>
        <w:br/>
        <w:t>vn 0.1046 0.9471 -0.3036</w:t>
        <w:br/>
        <w:t>vn -0.1823 0.9552 -0.2332</w:t>
        <w:br/>
        <w:t>vn -0.0450 -0.6134 -0.7885</w:t>
        <w:br/>
        <w:t>vn 0.0647 -0.8576 -0.5103</w:t>
        <w:br/>
        <w:t>vn 0.1605 -0.8318 -0.5313</w:t>
        <w:br/>
        <w:t>vn -0.2716 -0.2058 -0.9402</w:t>
        <w:br/>
        <w:t>vn -0.4222 0.8384 -0.3447</w:t>
        <w:br/>
        <w:t>vn -0.1767 -0.4904 -0.8534</w:t>
        <w:br/>
        <w:t>vn -0.4192 0.8811 -0.2191</w:t>
        <w:br/>
        <w:t>vn -0.0277 -0.1116 -0.9934</w:t>
        <w:br/>
        <w:t>vn -0.0091 -0.0730 -0.9973</w:t>
        <w:br/>
        <w:t>vn -0.3433 -0.2709 -0.8993</w:t>
        <w:br/>
        <w:t>vn -0.3829 0.8565 -0.3462</w:t>
        <w:br/>
        <w:t>vn 0.6242 0.5577 -0.5471</w:t>
        <w:br/>
        <w:t>vn 0.5373 0.6667 -0.5165</w:t>
        <w:br/>
        <w:t>vn 0.5973 0.6085 -0.5224</w:t>
        <w:br/>
        <w:t>vn 0.6152 0.5754 -0.5389</w:t>
        <w:br/>
        <w:t>vn -0.0126 -0.2143 -0.9767</w:t>
        <w:br/>
        <w:t>vn -0.0437 0.0344 -0.9985</w:t>
        <w:br/>
        <w:t>vn -0.3609 0.8536 -0.3758</w:t>
        <w:br/>
        <w:t>vn -0.3885 -0.8718 -0.2984</w:t>
        <w:br/>
        <w:t>vn -0.1234 -0.9369 -0.3271</w:t>
        <w:br/>
        <w:t>vn -0.4049 -0.8758 -0.2628</w:t>
        <w:br/>
        <w:t>vn 0.3514 0.7007 -0.6210</w:t>
        <w:br/>
        <w:t>vn -0.1142 -0.9318 -0.3445</w:t>
        <w:br/>
        <w:t>vn 0.1509 -0.9314 -0.3312</w:t>
        <w:br/>
        <w:t>vn 0.3514 0.7006 -0.6210</w:t>
        <w:br/>
        <w:t>vn 0.6166 0.5852 -0.5267</w:t>
        <w:br/>
        <w:t>vn 0.6187 0.5890 -0.5198</w:t>
        <w:br/>
        <w:t>vn -0.0048 -0.6621 -0.7494</w:t>
        <w:br/>
        <w:t>vn 0.6129 0.5721 -0.5451</w:t>
        <w:br/>
        <w:t>vn 0.0069 -0.8549 -0.5188</w:t>
        <w:br/>
        <w:t>vn -0.0125 -0.2143 -0.9767</w:t>
        <w:br/>
        <w:t>vn -0.0047 -0.6621 -0.7494</w:t>
        <w:br/>
        <w:t>vn -0.3055 0.1653 -0.9377</w:t>
        <w:br/>
        <w:t>vn -0.5064 0.2475 -0.8260</w:t>
        <w:br/>
        <w:t>vn -0.2602 0.9600 -0.1034</w:t>
        <w:br/>
        <w:t>vn -0.2352 0.9145 -0.3291</w:t>
        <w:br/>
        <w:t>vn 0.0785 0.9399 -0.3323</w:t>
        <w:br/>
        <w:t>vn -0.0598 0.8967 -0.4386</w:t>
        <w:br/>
        <w:t>vn -0.4826 0.7825 -0.3935</w:t>
        <w:br/>
        <w:t>vn -0.5534 0.5302 -0.6423</w:t>
        <w:br/>
        <w:t>vn -0.6270 0.6143 -0.4791</w:t>
        <w:br/>
        <w:t>vn -0.5837 -0.0841 -0.8076</w:t>
        <w:br/>
        <w:t>vn -0.7388 0.0898 -0.6679</w:t>
        <w:br/>
        <w:t>vn -0.0533 0.8199 -0.5701</w:t>
        <w:br/>
        <w:t>vn -0.7770 0.3585 -0.5174</w:t>
        <w:br/>
        <w:t>vn -0.7769 0.3584 -0.5176</w:t>
        <w:br/>
        <w:t>vn -0.9267 -0.3402 -0.1595</w:t>
        <w:br/>
        <w:t>vn -0.6618 -0.5242 -0.5359</w:t>
        <w:br/>
        <w:t>vn -0.7886 -0.2664 -0.5542</w:t>
        <w:br/>
        <w:t>vn -0.8109 -0.1933 -0.5523</w:t>
        <w:br/>
        <w:t>vn 0.0618 0.8968 0.4380</w:t>
        <w:br/>
        <w:t>vn -0.0974 0.9790 0.1793</w:t>
        <w:br/>
        <w:t>vn -0.8049 -0.3111 -0.5054</w:t>
        <w:br/>
        <w:t>vn -0.0971 0.9790 0.1791</w:t>
        <w:br/>
        <w:t>vn -0.0534 0.8198 -0.5701</w:t>
        <w:br/>
        <w:t>vn 0.0335 0.9046 -0.4250</w:t>
        <w:br/>
        <w:t>vn -0.7689 -0.4701 -0.4333</w:t>
        <w:br/>
        <w:t>vn 0.6765 0.5237 -0.5177</w:t>
        <w:br/>
        <w:t>vn 0.2009 0.7892 -0.5803</w:t>
        <w:br/>
        <w:t>vn 0.2008 0.7892 -0.5803</w:t>
        <w:br/>
        <w:t>vn -0.0273 0.7008 -0.7129</w:t>
        <w:br/>
        <w:t>vn 0.4902 0.5064 -0.7094</w:t>
        <w:br/>
        <w:t>vn -0.3645 0.7996 -0.4774</w:t>
        <w:br/>
        <w:t>vn -0.2773 0.8545 -0.4393</w:t>
        <w:br/>
        <w:t>vn -0.5052 0.3485 -0.7895</w:t>
        <w:br/>
        <w:t>vn -0.9267 -0.3403 -0.1596</w:t>
        <w:br/>
        <w:t>vn -0.9341 -0.1252 0.3342</w:t>
        <w:br/>
        <w:t>vn -0.9036 -0.1733 0.3917</w:t>
        <w:br/>
        <w:t>vn -0.1739 0.1851 -0.9672</w:t>
        <w:br/>
        <w:t>vn -0.9485 -0.2917 0.1237</w:t>
        <w:br/>
        <w:t>vn -0.9261 -0.3003 0.2285</w:t>
        <w:br/>
        <w:t>vn -0.8297 -0.2320 0.5077</w:t>
        <w:br/>
        <w:t>vn -0.7981 -0.2314 0.5562</w:t>
        <w:br/>
        <w:t>vn -0.5752 -0.6456 -0.5023</w:t>
        <w:br/>
        <w:t>vn 0.3438 0.8743 -0.3426</w:t>
        <w:br/>
        <w:t>vn 0.1998 0.9505 -0.2380</w:t>
        <w:br/>
        <w:t>vn 0.0822 0.8985 -0.4311</w:t>
        <w:br/>
        <w:t>vn -0.6044 -0.5391 -0.5866</w:t>
        <w:br/>
        <w:t>vn -0.0600 0.7796 -0.6234</w:t>
        <w:br/>
        <w:t>vn 0.5161 0.6311 -0.5791</w:t>
        <w:br/>
        <w:t>vn -0.4288 0.5448 -0.7206</w:t>
        <w:br/>
        <w:t>vn -0.6114 0.5335 -0.5844</w:t>
        <w:br/>
        <w:t>vn -0.5968 0.6749 -0.4340</w:t>
        <w:br/>
        <w:t>vn -0.1510 0.7657 -0.6252</w:t>
        <w:br/>
        <w:t>vn -0.7119 -0.6892 -0.1350</w:t>
        <w:br/>
        <w:t>vn -0.4642 -0.8144 -0.3482</w:t>
        <w:br/>
        <w:t>vn -0.3551 -0.1287 -0.9259</w:t>
        <w:br/>
        <w:t>vn -0.1193 -0.5284 -0.8405</w:t>
        <w:br/>
        <w:t>vn -0.1326 -0.8132 -0.5666</w:t>
        <w:br/>
        <w:t>vn -0.3469 -0.5141 -0.7845</w:t>
        <w:br/>
        <w:t>vn -0.3963 -0.6293 -0.6685</w:t>
        <w:br/>
        <w:t>vn -0.3466 -0.2656 -0.8996</w:t>
        <w:br/>
        <w:t>vn 0.2381 0.8981 -0.3697</w:t>
        <w:br/>
        <w:t>vn 0.4591 0.7808 -0.4237</w:t>
        <w:br/>
        <w:t>vn 0.2211 0.9322 -0.2866</w:t>
        <w:br/>
        <w:t>vn 0.2023 0.9584 -0.2013</w:t>
        <w:br/>
        <w:t>vn 0.4592 0.7809 -0.4235</w:t>
        <w:br/>
        <w:t>vn 0.4902 0.5065 -0.7094</w:t>
        <w:br/>
        <w:t>vn 0.7907 0.2369 -0.5646</w:t>
        <w:br/>
        <w:t>vn -0.2575 -0.5265 -0.8102</w:t>
        <w:br/>
        <w:t>vn -0.3068 -0.2550 -0.9170</w:t>
        <w:br/>
        <w:t>vn -0.2709 -0.6751 -0.6861</w:t>
        <w:br/>
        <w:t>vn -0.4124 -0.6876 -0.5976</w:t>
        <w:br/>
        <w:t>vn -0.6344 -0.6305 -0.4472</w:t>
        <w:br/>
        <w:t>vn -0.2709 -0.6752 -0.6861</w:t>
        <w:br/>
        <w:t>vn -0.1003 -0.8915 -0.4417</w:t>
        <w:br/>
        <w:t>vn -0.4044 -0.2993 -0.8642</w:t>
        <w:br/>
        <w:t>vn -0.1631 -0.0684 -0.9842</w:t>
        <w:br/>
        <w:t>vn -0.3143 -0.2964 -0.9018</w:t>
        <w:br/>
        <w:t>vn -0.0690 -0.0981 -0.9928</w:t>
        <w:br/>
        <w:t>vn -0.3885 -0.4346 -0.8126</w:t>
        <w:br/>
        <w:t>vn -0.5655 -0.6278 -0.5348</w:t>
        <w:br/>
        <w:t>vn -0.2835 -0.4637 -0.8394</w:t>
        <w:br/>
        <w:t>vn -0.4106 -0.7105 -0.5715</w:t>
        <w:br/>
        <w:t>vn 0.0599 -0.2599 -0.9638</w:t>
        <w:br/>
        <w:t>vn 0.2954 0.8127 -0.5023</w:t>
        <w:br/>
        <w:t>vn 0.0639 0.8250 -0.5615</w:t>
        <w:br/>
        <w:t>vn 0.0321 -0.6511 -0.7583</w:t>
        <w:br/>
        <w:t>vn -0.0522 -0.8352 -0.5475</w:t>
        <w:br/>
        <w:t>vn -0.1218 0.7994 -0.5883</w:t>
        <w:br/>
        <w:t>vn 0.2038 -0.3346 -0.9200</w:t>
        <w:br/>
        <w:t>vn -0.1215 0.7813 -0.6122</w:t>
        <w:br/>
        <w:t>vn -0.1488 0.8087 -0.5691</w:t>
        <w:br/>
        <w:t>vn -0.6578 0.7176 0.2290</w:t>
        <w:br/>
        <w:t>vn -0.7984 0.5452 0.2558</w:t>
        <w:br/>
        <w:t>vn -0.8033 0.5388 0.2537</w:t>
        <w:br/>
        <w:t>vn -0.5822 0.7675 0.2685</w:t>
        <w:br/>
        <w:t>vn -0.9801 -0.0202 0.1977</w:t>
        <w:br/>
        <w:t>vn -0.4102 0.8323 0.3729</w:t>
        <w:br/>
        <w:t>vn 0.0302 0.9070 0.4201</w:t>
        <w:br/>
        <w:t>vn -0.9731 -0.0296 0.2283</w:t>
        <w:br/>
        <w:t>vn 0.0282 0.8648 0.5014</w:t>
        <w:br/>
        <w:t>vn -0.8856 -0.4377 0.1550</w:t>
        <w:br/>
        <w:t>vn -0.7935 -0.5908 0.1457</w:t>
        <w:br/>
        <w:t>vn 0.4649 0.8055 0.3676</w:t>
        <w:br/>
        <w:t>vn 0.6174 0.7326 0.2866</w:t>
        <w:br/>
        <w:t>vn -0.4950 -0.8388 0.2268</w:t>
        <w:br/>
        <w:t>vn -0.5124 -0.8434 0.1619</w:t>
        <w:br/>
        <w:t>vn -0.0253 -0.9602 0.2782</w:t>
        <w:br/>
        <w:t>vn 0.8089 0.5325 0.2492</w:t>
        <w:br/>
        <w:t>vn 0.7327 0.6305 0.2562</w:t>
        <w:br/>
        <w:t>vn 0.9113 0.3453 0.2243</w:t>
        <w:br/>
        <w:t>vn -0.0093 -0.2638 0.9645</w:t>
        <w:br/>
        <w:t>vn 0.0473 -0.1744 0.9835</w:t>
        <w:br/>
        <w:t>vn -0.0061 -0.1587 0.9873</w:t>
        <w:br/>
        <w:t>vn 0.0856 -0.2137 0.9731</w:t>
        <w:br/>
        <w:t>vn -0.0603 -0.1708 0.9835</w:t>
        <w:br/>
        <w:t>vn -0.1010 -0.2075 0.9730</w:t>
        <w:br/>
        <w:t>vn -0.1171 -0.2590 0.9588</w:t>
        <w:br/>
        <w:t>vn -0.1054 -0.3095 0.9450</w:t>
        <w:br/>
        <w:t>vn -0.0650 -0.3490 0.9349</w:t>
        <w:br/>
        <w:t>vn 0.9837 0.0163 0.1789</w:t>
        <w:br/>
        <w:t>vn 0.0983 -0.2661 0.9589</w:t>
        <w:br/>
        <w:t>vn 0.9760 -0.1693 0.1369</w:t>
        <w:br/>
        <w:t>vn -0.0213 -0.6932 0.7205</w:t>
        <w:br/>
        <w:t>vn 0.8652 -0.4918 0.0975</w:t>
        <w:br/>
        <w:t>vn 0.0821 -0.3175 0.9447</w:t>
        <w:br/>
        <w:t>vn 0.7677 -0.6344 0.0904</w:t>
        <w:br/>
        <w:t>vn 0.3597 -0.7885 0.4989</w:t>
        <w:br/>
        <w:t>vn 0.4819 -0.8687 0.1144</w:t>
        <w:br/>
        <w:t>vn -0.2239 -0.9738 0.0401</w:t>
        <w:br/>
        <w:t>vn -0.2413 -0.9704 0.0104</w:t>
        <w:br/>
        <w:t>vn -0.2132 -0.9762 0.0384</w:t>
        <w:br/>
        <w:t>vn -0.2586 -0.9659 0.0107</w:t>
        <w:br/>
        <w:t>vn -0.1997 -0.9769 0.0757</w:t>
        <w:br/>
        <w:t>vn -0.9602 -0.1451 0.2387</w:t>
        <w:br/>
        <w:t>vn -0.9788 -0.1474 0.1423</w:t>
        <w:br/>
        <w:t>vn -0.9776 -0.1651 0.1308</w:t>
        <w:br/>
        <w:t>vn -0.2263 -0.9655 0.1291</w:t>
        <w:br/>
        <w:t>vn -0.2341 -0.9594 0.1572</w:t>
        <w:br/>
        <w:t>vn -0.9411 0.1117 0.3191</w:t>
        <w:br/>
        <w:t>vn -0.8559 -0.1230 0.5023</w:t>
        <w:br/>
        <w:t>vn -0.4349 0.8923 0.1210</w:t>
        <w:br/>
        <w:t>vn -0.6111 0.7815 0.1259</w:t>
        <w:br/>
        <w:t>vn -0.2393 0.9623 0.1295</w:t>
        <w:br/>
        <w:t>vn -0.2602 0.9551 0.1418</w:t>
        <w:br/>
        <w:t>vn -0.2799 -0.9331 0.2257</w:t>
        <w:br/>
        <w:t>vn 0.2970 -0.1844 0.9369</w:t>
        <w:br/>
        <w:t>vn 0.3146 -0.1863 0.9308</w:t>
        <w:br/>
        <w:t>vn -0.8209 -0.1281 0.5565</w:t>
        <w:br/>
        <w:t>vn -0.2779 0.9462 0.1659</w:t>
        <w:br/>
        <w:t>vn -0.7806 -0.1337 0.6106</w:t>
        <w:br/>
        <w:t>vn -0.2678 0.9492 0.1654</w:t>
        <w:br/>
        <w:t>vn 0.3322 -0.1881 0.9243</w:t>
        <w:br/>
        <w:t>vn -0.7942 -0.1520 0.5883</w:t>
        <w:br/>
        <w:t>vn -0.2080 0.9672 0.1461</w:t>
        <w:br/>
        <w:t>vn -0.2508 0.9539 0.1649</w:t>
        <w:br/>
        <w:t>vn 0.5168 -0.8561 -0.0023</w:t>
        <w:br/>
        <w:t>vn 0.7869 -0.6078 0.1060</w:t>
        <w:br/>
        <w:t>vn 0.4937 -0.8676 0.0596</w:t>
        <w:br/>
        <w:t>vn 0.8446 -0.5342 0.0353</w:t>
        <w:br/>
        <w:t>vn 0.4301 -0.8879 0.1633</w:t>
        <w:br/>
        <w:t>vn 0.9935 -0.0785 0.0819</w:t>
        <w:br/>
        <w:t>vn 0.3532 -0.9270 0.1265</w:t>
        <w:br/>
        <w:t>vn 0.9356 0.2611 0.2379</w:t>
        <w:br/>
        <w:t>vn 0.9076 -0.0630 0.4151</w:t>
        <w:br/>
        <w:t>vn 0.5539 0.8259 0.1048</w:t>
        <w:br/>
        <w:t>vn 0.3732 0.9215 0.1077</w:t>
        <w:br/>
        <w:t>vn 0.6034 0.7710 0.2037</w:t>
        <w:br/>
        <w:t>vn 0.6060 -0.4880 0.6282</w:t>
        <w:br/>
        <w:t>vn 0.5329 -0.8004 0.2746</w:t>
        <w:br/>
        <w:t>vn -0.3694 -0.1772 0.9122</w:t>
        <w:br/>
        <w:t>vn -0.1443 -0.1577 0.9769</w:t>
        <w:br/>
        <w:t>vn 0.7771 0.4344 0.4553</w:t>
        <w:br/>
        <w:t>vn 0.3720 0.8812 0.2918</w:t>
        <w:br/>
        <w:t>vn 0.4941 -0.1312 0.8594</w:t>
        <w:br/>
        <w:t>vn 0.3686 0.8715 0.3235</w:t>
        <w:br/>
        <w:t>vn 0.3722 0.8694 0.3250</w:t>
        <w:br/>
        <w:t>vn 0.6598 0.7166 0.2260</w:t>
        <w:br/>
        <w:t>vn 0.8049 0.5374 0.2518</w:t>
        <w:br/>
        <w:t>vn 0.8000 0.5439 0.2534</w:t>
        <w:br/>
        <w:t>vn 0.5844 0.7669 0.2653</w:t>
        <w:br/>
        <w:t>vn 0.9801 -0.0221 0.1975</w:t>
        <w:br/>
        <w:t>vn 0.4126 0.8326 0.3695</w:t>
        <w:br/>
        <w:t>vn -0.0276 0.9087 0.4165</w:t>
        <w:br/>
        <w:t>vn 0.9731 -0.0314 0.2281</w:t>
        <w:br/>
        <w:t>vn -0.0251 0.8668 0.4980</w:t>
        <w:br/>
        <w:t>vn 0.8845 -0.4396 0.1564</w:t>
        <w:br/>
        <w:t>vn 0.7919 -0.5924 0.1477</w:t>
        <w:br/>
        <w:t>vn -0.4626 0.8082 0.3646</w:t>
        <w:br/>
        <w:t>vn -0.6152 0.7354 0.2839</w:t>
        <w:br/>
        <w:t>vn 0.0089 -0.2600 0.9656</w:t>
        <w:br/>
        <w:t>vn 0.0602 -0.1671 0.9841</w:t>
        <w:br/>
        <w:t>vn 0.0059 -0.1548 0.9879</w:t>
        <w:br/>
        <w:t>vn 0.1007 -0.2040 0.9738</w:t>
        <w:br/>
        <w:t>vn -0.0475 -0.1704 0.9842</w:t>
        <w:br/>
        <w:t>vn 0.1167 -0.2556 0.9597</w:t>
        <w:br/>
        <w:t>vn 0.1049 -0.3061 0.9462</w:t>
        <w:br/>
        <w:t>vn -0.8074 0.5357 0.2474</w:t>
        <w:br/>
        <w:t>vn -0.0858 -0.2097 0.9740</w:t>
        <w:br/>
        <w:t>vn -0.7308 0.6336 0.2539</w:t>
        <w:br/>
        <w:t>vn -0.9103 0.3486 0.2232</w:t>
        <w:br/>
        <w:t>vn -0.9836 0.0198 0.1791</w:t>
        <w:br/>
        <w:t>vn -0.0987 -0.2621 0.9600</w:t>
        <w:br/>
        <w:t>vn -0.9764 -0.1661 0.1379</w:t>
        <w:br/>
        <w:t>vn -0.8665 -0.4890 0.0997</w:t>
        <w:br/>
        <w:t>vn -0.0827 -0.3136 0.9459</w:t>
        <w:br/>
        <w:t>vn -0.7694 -0.6319 0.0931</w:t>
        <w:br/>
        <w:t>vn -0.4613 -0.8676 0.1859</w:t>
        <w:br/>
        <w:t>vn -0.0421 -0.3505 0.9356</w:t>
        <w:br/>
        <w:t>vn -0.4843 -0.8669 0.1179</w:t>
        <w:br/>
        <w:t>vn 0.0228 -0.9592 0.2819</w:t>
        <w:br/>
        <w:t>vn 0.0196 -0.6904 0.7232</w:t>
        <w:br/>
        <w:t>vn 0.3899 -0.7542 0.5283</w:t>
        <w:br/>
        <w:t>vn 0.5101 -0.8441 0.1650</w:t>
        <w:br/>
        <w:t>vn 0.2386 -0.9711 0.0065</w:t>
        <w:br/>
        <w:t>vn 0.2212 -0.9746 0.0363</w:t>
        <w:br/>
        <w:t>vn 0.2105 -0.9770 0.0345</w:t>
        <w:br/>
        <w:t>vn 0.2559 -0.9667 0.0069</w:t>
        <w:br/>
        <w:t>vn 0.1970 -0.9778 0.0719</w:t>
        <w:br/>
        <w:t>vn 0.9784 -0.1507 0.1414</w:t>
        <w:br/>
        <w:t>vn 0.9599 -0.1487 0.2378</w:t>
        <w:br/>
        <w:t>vn 0.9771 -0.1683 0.1299</w:t>
        <w:br/>
        <w:t>vn 0.2236 -0.9666 0.1253</w:t>
        <w:br/>
        <w:t>vn 0.2315 -0.9607 0.1534</w:t>
        <w:br/>
        <w:t>vn 0.9415 0.1078 0.3192</w:t>
        <w:br/>
        <w:t>vn 0.8557 -0.1273 0.5015</w:t>
        <w:br/>
        <w:t>vn 0.4374 0.8906 0.1244</w:t>
        <w:br/>
        <w:t>vn 0.6133 0.7793 0.1287</w:t>
        <w:br/>
        <w:t>vn 0.2421 0.9611 0.1332</w:t>
        <w:br/>
        <w:t>vn 0.2630 0.9538 0.1455</w:t>
        <w:br/>
        <w:t>vn 0.2774 -0.9348 0.2220</w:t>
        <w:br/>
        <w:t>vn -0.3148 -0.1890 0.9301</w:t>
        <w:br/>
        <w:t>vn -0.2972 -0.1872 0.9363</w:t>
        <w:br/>
        <w:t>vn 0.8208 -0.1325 0.5557</w:t>
        <w:br/>
        <w:t>vn 0.2806 0.9447 0.1696</w:t>
        <w:br/>
        <w:t>vn 0.7804 -0.1382 0.6098</w:t>
        <w:br/>
        <w:t>vn 0.2705 0.9478 0.1690</w:t>
        <w:br/>
        <w:t>vn -0.3324 -0.1908 0.9236</w:t>
        <w:br/>
        <w:t>vn 0.7940 -0.1565 0.5875</w:t>
        <w:br/>
        <w:t>vn 0.2535 0.9526 0.1685</w:t>
        <w:br/>
        <w:t>vn 0.2107 0.9660 0.1499</w:t>
        <w:br/>
        <w:t>vn -0.7886 -0.6061 0.1039</w:t>
        <w:br/>
        <w:t>vn -0.5191 -0.8547 -0.0055</w:t>
        <w:br/>
        <w:t>vn -0.4961 -0.8664 0.0563</w:t>
        <w:br/>
        <w:t>vn -0.8461 -0.5320 0.0335</w:t>
        <w:br/>
        <w:t>vn -0.4326 -0.8873 0.1599</w:t>
        <w:br/>
        <w:t>vn -0.9937 -0.0761 0.0819</w:t>
        <w:br/>
        <w:t>vn -0.3557 -0.9265 0.1230</w:t>
        <w:br/>
        <w:t>vn -0.9347 0.2628 0.2392</w:t>
        <w:br/>
        <w:t>vn -0.9076 -0.0622 0.4151</w:t>
        <w:br/>
        <w:t>vn -0.3706 0.9221 0.1114</w:t>
        <w:br/>
        <w:t>vn -0.5516 0.8270 0.1083</w:t>
        <w:br/>
        <w:t>vn -0.5516 0.8271 0.1083</w:t>
        <w:br/>
        <w:t>vn -0.6012 0.7719 0.2069</w:t>
        <w:br/>
        <w:t>vn -0.6072 -0.4888 0.6264</w:t>
        <w:br/>
        <w:t>vn -0.5350 -0.8000 0.2716</w:t>
        <w:br/>
        <w:t>vn 0.1441 -0.1620 0.9762</w:t>
        <w:br/>
        <w:t>vn 0.3692 -0.1818 0.9114</w:t>
        <w:br/>
        <w:t>vn -0.7758 0.4348 0.4573</w:t>
        <w:br/>
        <w:t>vn -0.6072 -0.4887 0.6265</w:t>
        <w:br/>
        <w:t>vn -0.3694 0.8811 0.2953</w:t>
        <w:br/>
        <w:t>vn 0.1442 -0.1620 0.9762</w:t>
        <w:br/>
        <w:t>vn -0.4942 -0.1332 0.8591</w:t>
        <w:br/>
        <w:t>vn -0.3661 0.8712 0.3270</w:t>
        <w:br/>
        <w:t>vn -0.3697 0.8691 0.3285</w:t>
        <w:br/>
        <w:t>vn 0.9109 0.2711 -0.3111</w:t>
        <w:br/>
        <w:t>vn 0.7739 -0.1708 -0.6099</w:t>
        <w:br/>
        <w:t>vn 0.8133 0.3380 -0.4737</w:t>
        <w:br/>
        <w:t>vn 0.6972 0.7157 0.0401</w:t>
        <w:br/>
        <w:t>vn 0.9556 -0.2729 -0.1115</w:t>
        <w:br/>
        <w:t>vn 0.7879 -0.5975 -0.1491</w:t>
        <w:br/>
        <w:t>vn 0.9411 0.1935 0.2772</w:t>
        <w:br/>
        <w:t>vn 0.8815 -0.4420 0.1661</w:t>
        <w:br/>
        <w:t>vn 0.6743 -0.7380 0.0263</w:t>
        <w:br/>
        <w:t>vn 0.8658 0.5003 -0.0124</w:t>
        <w:br/>
        <w:t>vn 0.3436 0.9327 0.1100</w:t>
        <w:br/>
        <w:t>vn 0.9617 -0.2739 -0.0050</w:t>
        <w:br/>
        <w:t>vn 0.9096 -0.1164 -0.3988</w:t>
        <w:br/>
        <w:t>vn 0.2381 -0.9576 0.1623</w:t>
        <w:br/>
        <w:t>vn 0.3248 -0.9347 0.1443</w:t>
        <w:br/>
        <w:t>vn 0.7914 0.5233 -0.3159</w:t>
        <w:br/>
        <w:t>vn 0.0281 0.9591 0.2817</w:t>
        <w:br/>
        <w:t>vn 0.0839 0.9601 0.2668</w:t>
        <w:br/>
        <w:t>vn 0.1684 -0.9757 0.1400</w:t>
        <w:br/>
        <w:t>vn 0.0924 -0.9873 0.1290</w:t>
        <w:br/>
        <w:t>vn 0.5928 -0.0988 0.7993</w:t>
        <w:br/>
        <w:t>vn 0.6965 -0.0871 0.7122</w:t>
        <w:br/>
        <w:t>vn 0.6989 -0.0831 0.7104</w:t>
        <w:br/>
        <w:t>vn 0.0818 0.9337 0.3487</w:t>
        <w:br/>
        <w:t>vn 0.4653 -0.1184 0.8772</w:t>
        <w:br/>
        <w:t>vn -0.0163 0.9561 0.2925</w:t>
        <w:br/>
        <w:t>vn 0.2412 -0.1376 0.9607</w:t>
        <w:br/>
        <w:t>vn -0.0451 0.9757 0.2144</w:t>
        <w:br/>
        <w:t>vn -0.0398 0.9523 0.3024</w:t>
        <w:br/>
        <w:t>vn 0.0963 -0.9883 0.1183</w:t>
        <w:br/>
        <w:t>vn 0.1461 -0.1400 0.9793</w:t>
        <w:br/>
        <w:t>vn 0.0172 -0.9923 0.1229</w:t>
        <w:br/>
        <w:t>vn -0.0465 0.9348 0.3520</w:t>
        <w:br/>
        <w:t>vn -0.0614 -0.1293 0.9897</w:t>
        <w:br/>
        <w:t>vn 0.0145 -0.9878 0.1549</w:t>
        <w:br/>
        <w:t>vn -0.0472 -0.1284 0.9906</w:t>
        <w:br/>
        <w:t>vn -0.0691 -0.9919 0.1066</w:t>
        <w:br/>
        <w:t>vn -0.2759 -0.1173 0.9540</w:t>
        <w:br/>
        <w:t>vn -0.0613 -0.9820 0.1789</w:t>
        <w:br/>
        <w:t>vn -0.0667 0.9426 0.3273</w:t>
        <w:br/>
        <w:t>vn -0.3545 -0.1279 0.9263</w:t>
        <w:br/>
        <w:t>vn -0.0321 0.9638 0.2646</w:t>
        <w:br/>
        <w:t>vn -0.1260 0.9332 0.3365</w:t>
        <w:br/>
        <w:t>vn -0.1509 -0.9636 0.2209</w:t>
        <w:br/>
        <w:t>vn -0.5272 -0.1404 0.8381</w:t>
        <w:br/>
        <w:t>vn -0.2052 -0.9521 0.2269</w:t>
        <w:br/>
        <w:t>vn -0.2004 0.9147 0.3511</w:t>
        <w:br/>
        <w:t>vn -0.6103 -0.1488 0.7781</w:t>
        <w:br/>
        <w:t>vn -0.4693 0.8534 0.2268</w:t>
        <w:br/>
        <w:t>vn -0.2955 -0.9425 0.1561</w:t>
        <w:br/>
        <w:t>vn -0.7015 -0.1386 0.6990</w:t>
        <w:br/>
        <w:t>vn -0.4368 -0.8933 0.1059</w:t>
        <w:br/>
        <w:t>vn -0.5014 0.8648 0.0249</w:t>
        <w:br/>
        <w:t>vn -0.7047 -0.1348 0.6966</w:t>
        <w:br/>
        <w:t>vn -0.8432 0.5323 -0.0751</w:t>
        <w:br/>
        <w:t>vn -0.8433 0.5322 -0.0751</w:t>
        <w:br/>
        <w:t>vn -0.8853 -0.0551 -0.4617</w:t>
        <w:br/>
        <w:t>vn -0.9038 -0.0169 -0.4275</w:t>
        <w:br/>
        <w:t>vn -0.4614 0.7721 0.4369</w:t>
        <w:br/>
        <w:t>vn -0.9670 -0.1611 -0.1974</w:t>
        <w:br/>
        <w:t>vn -0.8733 -0.1292 -0.4697</w:t>
        <w:br/>
        <w:t>vn -0.7815 -0.6230 -0.0337</w:t>
        <w:br/>
        <w:t>vn -0.7153 -0.5556 0.4238</w:t>
        <w:br/>
        <w:t>vn -0.6301 -0.7462 -0.2150</w:t>
        <w:br/>
        <w:t>vn -0.6974 -0.3815 -0.6068</w:t>
        <w:br/>
        <w:t>vn -0.9303 -0.2139 0.2978</w:t>
        <w:br/>
        <w:t>vn -0.7153 -0.5557 0.4237</w:t>
        <w:br/>
        <w:t>vn -0.7540 -0.1791 0.6319</w:t>
        <w:br/>
        <w:t>vn -0.9670 -0.1610 -0.1974</w:t>
        <w:br/>
        <w:t>vn -0.3467 0.8514 0.3936</w:t>
        <w:br/>
        <w:t>vn -0.8781 -0.2046 -0.4324</w:t>
        <w:br/>
        <w:t>vn -0.6962 0.1775 -0.6956</w:t>
        <w:br/>
        <w:t>vn -0.7075 0.4972 -0.5022</w:t>
        <w:br/>
        <w:t>vn -0.8320 0.2438 -0.4983</w:t>
        <w:br/>
        <w:t>vn -0.7204 0.4898 -0.4911</w:t>
        <w:br/>
        <w:t>vn -0.7746 -0.1662 -0.6103</w:t>
        <w:br/>
        <w:t>vn -0.9103 0.2748 -0.3097</w:t>
        <w:br/>
        <w:t>vn -0.8125 0.3421 -0.4721</w:t>
        <w:br/>
        <w:t>vn -0.6952 0.7175 0.0432</w:t>
        <w:br/>
        <w:t>vn -0.9563 -0.2698 -0.1122</w:t>
        <w:br/>
        <w:t>vn -0.7896 -0.5947 -0.1512</w:t>
        <w:br/>
        <w:t>vn -0.9405 0.1950 0.2783</w:t>
        <w:br/>
        <w:t>vn -0.8827 -0.4402 0.1646</w:t>
        <w:br/>
        <w:t>vn -0.6764 -0.7362 0.0236</w:t>
        <w:br/>
        <w:t>vn -0.8644 0.5027 -0.0101</w:t>
        <w:br/>
        <w:t>vn -0.3410 0.9332 0.1138</w:t>
        <w:br/>
        <w:t>vn -0.9625 -0.2712 -0.0058</w:t>
        <w:br/>
        <w:t>vn -0.9101 -0.1124 -0.3989</w:t>
        <w:br/>
        <w:t>vn -0.2407 -0.9575 0.1586</w:t>
        <w:br/>
        <w:t>vn -0.3273 -0.9344 0.1407</w:t>
        <w:br/>
        <w:t>vn -0.7901 0.5267 -0.3136</w:t>
        <w:br/>
        <w:t>vn -0.0811 0.9593 0.2706</w:t>
        <w:br/>
        <w:t>vn -0.0254 0.9581 0.2855</w:t>
        <w:br/>
        <w:t>vn -0.1711 -0.9758 0.1362</w:t>
        <w:br/>
        <w:t>vn -0.0951 -0.9876 0.1252</w:t>
        <w:br/>
        <w:t>vn -0.6965 -0.0880 0.7121</w:t>
        <w:br/>
        <w:t>vn -0.5928 -0.1003 0.7991</w:t>
        <w:br/>
        <w:t>vn -0.6989 -0.0840 0.7103</w:t>
        <w:br/>
        <w:t>vn -0.0791 0.9325 0.3523</w:t>
        <w:br/>
        <w:t>vn -0.4653 -0.1206 0.8769</w:t>
        <w:br/>
        <w:t>vn 0.0190 0.9549 0.2963</w:t>
        <w:br/>
        <w:t>vn -0.2413 -0.1407 0.9602</w:t>
        <w:br/>
        <w:t>vn 0.0479 0.9747 0.2182</w:t>
        <w:br/>
        <w:t>vn 0.0425 0.9510 0.3061</w:t>
        <w:br/>
        <w:t>vn -0.0990 -0.9885 0.1144</w:t>
        <w:br/>
        <w:t>vn -0.1462 -0.1434 0.9788</w:t>
        <w:br/>
        <w:t>vn -0.0199 -0.9927 0.1190</w:t>
        <w:br/>
        <w:t>vn 0.0492 0.9333 0.3557</w:t>
        <w:br/>
        <w:t>vn 0.0612 -0.1333 0.9892</w:t>
        <w:br/>
        <w:t>vn -0.0172 -0.9884 0.1510</w:t>
        <w:br/>
        <w:t>vn 0.0471 -0.1324 0.9901</w:t>
        <w:br/>
        <w:t>vn 0.0664 -0.9925 0.1026</w:t>
        <w:br/>
        <w:t>vn 0.2759 -0.1218 0.9534</w:t>
        <w:br/>
        <w:t>vn 0.0586 -0.9828 0.1750</w:t>
        <w:br/>
        <w:t>vn 0.0694 0.9411 0.3310</w:t>
        <w:br/>
        <w:t>vn 0.3544 -0.1325 0.9256</w:t>
        <w:br/>
        <w:t>vn 0.0348 0.9627 0.2684</w:t>
        <w:br/>
        <w:t>vn 0.1286 0.9315 0.3402</w:t>
        <w:br/>
        <w:t>vn 0.1483 -0.9648 0.2171</w:t>
        <w:br/>
        <w:t>vn 0.5271 -0.1452 0.8373</w:t>
        <w:br/>
        <w:t>vn 0.2027 -0.9535 0.2231</w:t>
        <w:br/>
        <w:t>vn 0.2030 0.9127 0.3546</w:t>
        <w:br/>
        <w:t>vn 0.6101 -0.1536 0.7773</w:t>
        <w:br/>
        <w:t>vn 0.4718 0.8512 0.2300</w:t>
        <w:br/>
        <w:t>vn 0.2929 -0.9439 0.1523</w:t>
        <w:br/>
        <w:t>vn 0.7013 -0.1433 0.6983</w:t>
        <w:br/>
        <w:t>vn 0.4344 -0.8949 0.1022</w:t>
        <w:br/>
        <w:t>vn 0.5038 0.8633 0.0281</w:t>
        <w:br/>
        <w:t>vn 0.7046 -0.1395 0.6958</w:t>
        <w:br/>
        <w:t>vn 0.8447 0.5302 -0.0733</w:t>
        <w:br/>
        <w:t>vn 0.8850 -0.0558 -0.4622</w:t>
        <w:br/>
        <w:t>vn 0.9037 -0.0177 -0.4279</w:t>
        <w:br/>
        <w:t>vn 0.4636 0.7692 0.4398</w:t>
        <w:br/>
        <w:t>vn 0.8729 -0.1298 -0.4704</w:t>
        <w:br/>
        <w:t>vn 0.9665 -0.1629 -0.1984</w:t>
        <w:br/>
        <w:t>vn 0.7797 -0.6251 -0.0364</w:t>
        <w:br/>
        <w:t>vn 0.7139 -0.5593 0.4214</w:t>
        <w:br/>
        <w:t>vn 0.4343 -0.8949 0.1022</w:t>
        <w:br/>
        <w:t>vn 0.6279 -0.7471 -0.2181</w:t>
        <w:br/>
        <w:t>vn 0.6961 -0.3810 -0.6085</w:t>
        <w:br/>
        <w:t>vn 0.7537 -0.1837 0.6310</w:t>
        <w:br/>
        <w:t>vn 0.7139 -0.5593 0.4213</w:t>
        <w:br/>
        <w:t>vn 0.9298 -0.2177 0.2967</w:t>
        <w:br/>
        <w:t>vn 0.3491 0.8489 0.3968</w:t>
        <w:br/>
        <w:t>vn 0.8774 -0.2053 -0.4335</w:t>
        <w:br/>
        <w:t>vn 0.6964 0.1783 -0.6951</w:t>
        <w:br/>
        <w:t>vn 0.8325 0.2435 -0.4976</w:t>
        <w:br/>
        <w:t>vn 0.7087 0.4972 -0.5005</w:t>
        <w:br/>
        <w:t>vn 0.7215 0.4897 -0.4895</w:t>
        <w:br/>
        <w:t>vn -0.4834 0.3683 0.7941</w:t>
        <w:br/>
        <w:t>vn -0.5254 0.6293 0.5727</w:t>
        <w:br/>
        <w:t>vn -0.8598 -0.0259 0.5100</w:t>
        <w:br/>
        <w:t>vn 0.0474 0.7774 0.6272</w:t>
        <w:br/>
        <w:t>vn -0.7571 -0.4841 0.4387</w:t>
        <w:br/>
        <w:t>vn -0.7076 -0.5921 0.3857</w:t>
        <w:br/>
        <w:t>vn -0.0411 -0.9297 0.3660</w:t>
        <w:br/>
        <w:t>vn 0.4037 0.2928 0.8668</w:t>
        <w:br/>
        <w:t>vn 0.0766 -0.4340 0.8976</w:t>
        <w:br/>
        <w:t>vn 0.7060 0.4590 0.5394</w:t>
        <w:br/>
        <w:t>vn 0.8670 -0.1118 0.4855</w:t>
        <w:br/>
        <w:t>vn 0.3504 -0.7171 0.6024</w:t>
        <w:br/>
        <w:t>vn 0.8179 0.1127 0.5642</w:t>
        <w:br/>
        <w:t>vn 0.5367 -0.7672 0.3514</w:t>
        <w:br/>
        <w:t>vn 0.8671 -0.1118 0.4855</w:t>
        <w:br/>
        <w:t>vn -0.0411 -0.9297 0.3661</w:t>
        <w:br/>
        <w:t>vn 0.8179 0.1127 0.5643</w:t>
        <w:br/>
        <w:t>vn 0.5367 -0.7671 0.3514</w:t>
        <w:br/>
        <w:t>vn 0.6013 -0.7028 -0.3803</w:t>
        <w:br/>
        <w:t>vn 0.7081 -0.6953 -0.1231</w:t>
        <w:br/>
        <w:t>vn 0.7539 -0.6562 0.0339</w:t>
        <w:br/>
        <w:t>vn 0.6581 -0.6813 0.3206</w:t>
        <w:br/>
        <w:t>vn -0.7064 -0.5415 0.4558</w:t>
        <w:br/>
        <w:t>vn -0.6884 -0.5489 0.4741</w:t>
        <w:br/>
        <w:t>vn -0.7977 -0.5147 0.3143</w:t>
        <w:br/>
        <w:t>vn -0.6031 0.7382 0.3022</w:t>
        <w:br/>
        <w:t>vn 0.5704 -0.6530 0.4983</w:t>
        <w:br/>
        <w:t>vn 0.4673 -0.6176 0.6326</w:t>
        <w:br/>
        <w:t>vn 0.4491 -0.5699 0.6882</w:t>
        <w:br/>
        <w:t>vn -0.8648 -0.4645 0.1909</w:t>
        <w:br/>
        <w:t>vn -0.8068 -0.5830 -0.0956</w:t>
        <w:br/>
        <w:t>vn -0.6861 0.7275 -0.0092</w:t>
        <w:br/>
        <w:t>vn -0.6921 0.6953 -0.1937</w:t>
        <w:br/>
        <w:t>vn 0.8818 0.4148 -0.2244</w:t>
        <w:br/>
        <w:t>vn 0.8768 0.4806 -0.0115</w:t>
        <w:br/>
        <w:t>vn -0.6780 -0.6452 -0.3521</w:t>
        <w:br/>
        <w:t>vn -0.5018 -0.7136 -0.4888</w:t>
        <w:br/>
        <w:t>vn -0.5060 -0.7203 -0.4746</w:t>
        <w:br/>
        <w:t>vn -0.4394 0.6478 -0.6224</w:t>
        <w:br/>
        <w:t>vn -0.3269 0.6029 -0.7278</w:t>
        <w:br/>
        <w:t>vn -0.3267 0.6023 -0.7283</w:t>
        <w:br/>
        <w:t>vn -0.5452 0.6728 -0.5002</w:t>
        <w:br/>
        <w:t>vn 0.8373 0.5143 0.1855</w:t>
        <w:br/>
        <w:t>vn 0.7716 0.5756 0.2708</w:t>
        <w:br/>
        <w:t>vn 0.7695 0.5757 0.2765</w:t>
        <w:br/>
        <w:t>vn 0.4847 0.3639 0.7954</w:t>
        <w:br/>
        <w:t>vn 0.8598 -0.0303 0.5096</w:t>
        <w:br/>
        <w:t>vn 0.5273 0.6256 0.5750</w:t>
        <w:br/>
        <w:t>vn -0.0451 0.7751 0.6302</w:t>
        <w:br/>
        <w:t>vn 0.7559 -0.4879 0.4365</w:t>
        <w:br/>
        <w:t>vn 0.7061 -0.5955 0.3831</w:t>
        <w:br/>
        <w:t>vn 0.0387 -0.9312 0.3624</w:t>
        <w:br/>
        <w:t>vn -0.4026 0.2906 0.8680</w:t>
        <w:br/>
        <w:t>vn -0.0775 -0.4374 0.8959</w:t>
        <w:br/>
        <w:t>vn -0.7046 0.4588 0.5414</w:t>
        <w:br/>
        <w:t>vn -0.8672 -0.1113 0.4854</w:t>
        <w:br/>
        <w:t>vn -0.3522 -0.7185 0.5997</w:t>
        <w:br/>
        <w:t>vn -0.8174 0.1128 0.5650</w:t>
        <w:br/>
        <w:t>vn -0.5387 -0.7670 0.3486</w:t>
        <w:br/>
        <w:t>vn 0.8598 -0.0303 0.5097</w:t>
        <w:br/>
        <w:t>vn -0.0450 0.7751 0.6302</w:t>
        <w:br/>
        <w:t>vn 0.7559 -0.4879 0.4366</w:t>
        <w:br/>
        <w:t>vn 0.7061 -0.5955 0.3832</w:t>
        <w:br/>
        <w:t>vn 0.0386 -0.9312 0.3624</w:t>
        <w:br/>
        <w:t>vn -0.0775 -0.4373 0.8960</w:t>
        <w:br/>
        <w:t>vn -0.4236 0.8340 -0.3536</w:t>
        <w:br/>
        <w:t>vn -0.4253 0.8431 -0.3291</w:t>
        <w:br/>
        <w:t>vn -0.4235 0.8340 -0.3537</w:t>
        <w:br/>
        <w:t>vn -0.4216 0.8242 -0.3781</w:t>
        <w:br/>
        <w:t>vn -0.4215 0.8243 -0.3781</w:t>
        <w:br/>
        <w:t>vn -0.4253 0.8431 -0.3290</w:t>
        <w:br/>
        <w:t>vn 0.8966 0.4245 -0.1261</w:t>
        <w:br/>
        <w:t>vn 0.8966 0.4244 -0.1261</w:t>
        <w:br/>
        <w:t>vn -0.0692 0.3589 0.9308</w:t>
        <w:br/>
        <w:t>vn 0.0691 -0.3589 -0.9308</w:t>
        <w:br/>
        <w:t>vn 0.0691 -0.3588 -0.9309</w:t>
        <w:br/>
        <w:t>vn -0.8966 -0.4245 0.1261</w:t>
        <w:br/>
        <w:t>vn -0.8966 -0.4244 0.1261</w:t>
        <w:br/>
        <w:t>vn -0.8967 -0.4244 0.1261</w:t>
        <w:br/>
        <w:t>vn 0.4236 -0.8340 0.3536</w:t>
        <w:br/>
        <w:t>vn 0.4215 -0.8242 0.3781</w:t>
        <w:br/>
        <w:t>vn 0.4236 -0.8339 0.3537</w:t>
        <w:br/>
        <w:t>vn 0.4235 -0.8340 0.3537</w:t>
        <w:br/>
        <w:t>vn 0.4252 -0.8432 0.3290</w:t>
        <w:br/>
        <w:t>vn 0.4254 -0.8431 0.3290</w:t>
        <w:br/>
        <w:t>vn -0.0671 0.3598 0.9306</w:t>
        <w:br/>
        <w:t>vn 0.8964 0.4261 -0.1217</w:t>
        <w:br/>
        <w:t>vn 0.8964 0.4262 -0.1218</w:t>
        <w:br/>
        <w:t>vn -0.8964 -0.4262 0.1218</w:t>
        <w:br/>
        <w:t>vn -0.8965 -0.4261 0.1218</w:t>
        <w:br/>
        <w:t>vn 0.0671 -0.3599 -0.9306</w:t>
        <w:br/>
        <w:t>vn 0.0671 -0.3598 -0.9306</w:t>
        <w:br/>
        <w:t>vn 0.9927 -0.1052 0.0582</w:t>
        <w:br/>
        <w:t>vn 0.9885 -0.1050 0.1087</w:t>
        <w:br/>
        <w:t>vn 0.9946 -0.0861 0.0582</w:t>
        <w:br/>
        <w:t>vn 0.9944 -0.1052 0.0076</w:t>
        <w:br/>
        <w:t>vn 0.9867 -0.1246 0.1040</w:t>
        <w:br/>
        <w:t>vn 0.2371 0.4184 -0.8767</w:t>
        <w:br/>
        <w:t>vn 0.2371 0.4185 -0.8767</w:t>
        <w:br/>
        <w:t>vn 0.2279 0.4105 -0.8829</w:t>
        <w:br/>
        <w:t>vn 0.9923 -0.1236 0.0123</w:t>
        <w:br/>
        <w:t>vn 0.1771 0.9166 0.3585</w:t>
        <w:br/>
        <w:t>vn -0.0607 0.9980 -0.0147</w:t>
        <w:br/>
        <w:t>vn -0.0417 0.9990 -0.0136</w:t>
        <w:br/>
        <w:t>vn 0.2278 0.9043 -0.3611</w:t>
        <w:br/>
        <w:t>vn 0.1906 0.9168 0.3511</w:t>
        <w:br/>
        <w:t>vn 0.2264 0.8969 -0.3798</w:t>
        <w:br/>
        <w:t>vn 0.5884 0.6642 0.4612</w:t>
        <w:br/>
        <w:t>vn 0.6465 0.6383 -0.4178</w:t>
        <w:br/>
        <w:t>vn 0.7772 0.5647 0.2776</w:t>
        <w:br/>
        <w:t>vn 0.2462 0.4263 -0.8704</w:t>
        <w:br/>
        <w:t>vn 0.8998 0.4352 0.0317</w:t>
        <w:br/>
        <w:t>vn -0.5585 0.8277 -0.0537</w:t>
        <w:br/>
        <w:t>vn -0.5593 0.8283 -0.0332</w:t>
        <w:br/>
        <w:t>vn -0.5676 0.8225 -0.0356</w:t>
        <w:br/>
        <w:t>vn 0.9043 0.4257 0.0322</w:t>
        <w:br/>
        <w:t>vn -0.5498 0.8336 -0.0535</w:t>
        <w:br/>
        <w:t>vn -0.5577 0.8267 -0.0741</w:t>
        <w:br/>
        <w:t>vn 0.8089 0.5520 -0.2025</w:t>
        <w:br/>
        <w:t>vn -0.5668 0.8207 -0.0720</w:t>
        <w:br/>
        <w:t>vn 0.2326 0.3975 0.8876</w:t>
        <w:br/>
        <w:t>vn 0.2232 0.3597 0.9060</w:t>
        <w:br/>
        <w:t>vn 0.2326 0.3976 0.8876</w:t>
        <w:br/>
        <w:t>vn 0.2416 0.4347 0.8676</w:t>
        <w:br/>
        <w:t>vn -0.8093 -0.5517 0.2018</w:t>
        <w:br/>
        <w:t>vn -0.8999 -0.4350 -0.0317</w:t>
        <w:br/>
        <w:t>vn -0.9043 -0.4257 -0.0322</w:t>
        <w:br/>
        <w:t>vn -0.7775 -0.5646 -0.2772</w:t>
        <w:br/>
        <w:t>vn -0.6461 -0.6398 0.4162</w:t>
        <w:br/>
        <w:t>vn -0.2272 -0.9051 0.3594</w:t>
        <w:br/>
        <w:t>vn -0.5888 -0.6637 -0.4613</w:t>
        <w:br/>
        <w:t>vn -0.1772 -0.9166 -0.3584</w:t>
        <w:br/>
        <w:t>vn 0.5578 -0.8266 0.0745</w:t>
        <w:br/>
        <w:t>vn 0.5587 -0.8277 0.0537</w:t>
        <w:br/>
        <w:t>vn 0.5498 -0.8336 0.0535</w:t>
        <w:br/>
        <w:t>vn 0.5593 -0.8283 0.0328</w:t>
        <w:br/>
        <w:t>vn 0.5670 -0.8205 0.0727</w:t>
        <w:br/>
        <w:t>vn 0.5679 -0.8224 0.0350</w:t>
        <w:br/>
        <w:t>vn -0.2367 -0.4193 0.8765</w:t>
        <w:br/>
        <w:t>vn -0.2367 -0.4193 0.8764</w:t>
        <w:br/>
        <w:t>vn -0.2447 -0.4280 0.8700</w:t>
        <w:br/>
        <w:t>vn -0.2354 -0.3974 -0.8869</w:t>
        <w:br/>
        <w:t>vn -0.2223 -0.3610 -0.9057</w:t>
        <w:br/>
        <w:t>vn -0.2243 -0.8985 0.3774</w:t>
        <w:br/>
        <w:t>vn -0.2481 -0.4332 -0.8665</w:t>
        <w:br/>
        <w:t>vn -0.9927 0.1056 -0.0582</w:t>
        <w:br/>
        <w:t>vn -0.9922 0.1243 -0.0111</w:t>
        <w:br/>
        <w:t>vn -0.9944 0.1055 -0.0068</w:t>
        <w:br/>
        <w:t>vn -0.2287 -0.4104 0.8828</w:t>
        <w:br/>
        <w:t>vn -0.9884 0.1053 -0.1095</w:t>
        <w:br/>
        <w:t>vn -0.9865 0.1252 -0.1052</w:t>
        <w:br/>
        <w:t>vn -0.1907 -0.9166 -0.3513</w:t>
        <w:br/>
        <w:t>vn -0.9946 0.0862 -0.0581</w:t>
        <w:br/>
        <w:t>vn 0.0420 -0.9990 0.0136</w:t>
        <w:br/>
        <w:t>vn 0.0606 -0.9981 0.0147</w:t>
        <w:br/>
        <w:t>vn 0.5627 0.8266 -0.0050</w:t>
        <w:br/>
        <w:t>vn -0.0853 -0.1233 -0.9887</w:t>
        <w:br/>
        <w:t>vn 0.5561 0.8259 0.0927</w:t>
        <w:br/>
        <w:t>vn -0.0639 -0.0984 -0.9931</w:t>
        <w:br/>
        <w:t>vn 0.5409 0.8267 0.1550</w:t>
        <w:br/>
        <w:t>vn -0.0506 -0.0885 -0.9948</w:t>
        <w:br/>
        <w:t>vn -0.1724 -0.1582 0.9722</w:t>
        <w:br/>
        <w:t>vn 0.7183 0.6914 0.0781</w:t>
        <w:br/>
        <w:t>vn 0.7189 0.6951 -0.0038</w:t>
        <w:br/>
        <w:t>vn -0.1207 -0.0980 0.9878</w:t>
        <w:br/>
        <w:t>vn 0.7120 0.6845 0.1568</w:t>
        <w:br/>
        <w:t>vn -0.0815 -0.1074 0.9909</w:t>
        <w:br/>
        <w:t>vn 0.6107 0.7918 -0.0065</w:t>
        <w:br/>
        <w:t>vn -0.0437 -0.0742 -0.9963</w:t>
        <w:br/>
        <w:t>vn 0.6015 0.7838 0.1544</w:t>
        <w:br/>
        <w:t>vn -0.0795 -0.1332 0.9879</w:t>
        <w:br/>
        <w:t>vn 0.6072 0.7911 0.0744</w:t>
        <w:br/>
        <w:t>vn -0.0368 -0.0997 -0.9943</w:t>
        <w:br/>
        <w:t>vn 0.2721 0.9603 0.0614</w:t>
        <w:br/>
        <w:t>vn 0.2754 0.9613 -0.0118</w:t>
        <w:br/>
        <w:t>vn -0.8127 0.5825 -0.0157</w:t>
        <w:br/>
        <w:t>vn -0.8127 0.5823 -0.0198</w:t>
        <w:br/>
        <w:t>vn -0.8126 0.5826 -0.0157</w:t>
        <w:br/>
        <w:t>vn -0.0670 -0.1790 0.9816</w:t>
        <w:br/>
        <w:t>vn 0.2724 0.9529 0.1335</w:t>
        <w:br/>
        <w:t>vn -0.8087 0.5875 -0.0287</w:t>
        <w:br/>
        <w:t>vn -0.8102 0.5857 -0.0243</w:t>
        <w:br/>
        <w:t>vn -0.8049 0.5927 -0.0290</w:t>
        <w:br/>
        <w:t>vn 0.4730 0.8782 0.0703</w:t>
        <w:br/>
        <w:t>vn 0.9051 0.3493 -0.2425</w:t>
        <w:br/>
        <w:t>vn 0.7356 0.0070 -0.6774</w:t>
        <w:br/>
        <w:t>vn 0.7172 0.5125 -0.4723</w:t>
        <w:br/>
        <w:t>vn 0.5776 0.8110 0.0930</w:t>
        <w:br/>
        <w:t>vn 0.9626 -0.1709 -0.2101</w:t>
        <w:br/>
        <w:t>vn 0.6356 -0.6058 -0.4785</w:t>
        <w:br/>
        <w:t>vn 0.5774 0.8112 0.0926</w:t>
        <w:br/>
        <w:t>vn 0.8842 -0.4669 -0.0148</w:t>
        <w:br/>
        <w:t>vn 0.9598 -0.0739 0.2708</w:t>
        <w:br/>
        <w:t>vn 0.9599 -0.0717 0.2711</w:t>
        <w:br/>
        <w:t>vn 0.3963 0.6102 0.6860</w:t>
        <w:br/>
        <w:t>vn 0.3962 0.6102 0.6861</w:t>
        <w:br/>
        <w:t>vn 0.2801 0.0306 0.9595</w:t>
        <w:br/>
        <w:t>vn 0.4326 -0.8810 0.1919</w:t>
        <w:br/>
        <w:t>vn 0.9596 -0.0774 0.2705</w:t>
        <w:br/>
        <w:t>vn 0.2801 0.0305 0.9595</w:t>
        <w:br/>
        <w:t>vn 0.6914 -0.6792 0.2462</w:t>
        <w:br/>
        <w:t>vn 0.2958 -0.5868 0.7538</w:t>
        <w:br/>
        <w:t>vn 0.9595 -0.0797 0.2701</w:t>
        <w:br/>
        <w:t>vn 0.2960 -0.5867 0.7538</w:t>
        <w:br/>
        <w:t>vn -0.7367 -0.0384 -0.6752</w:t>
        <w:br/>
        <w:t>vn -0.9256 0.2928 -0.2397</w:t>
        <w:br/>
        <w:t>vn -0.7488 0.4672 -0.4701</w:t>
        <w:br/>
        <w:t>vn -0.6261 0.7740 0.0945</w:t>
        <w:br/>
        <w:t>vn -0.9509 -0.2299 -0.2073</w:t>
        <w:br/>
        <w:t>vn -0.5985 -0.6439 -0.4766</w:t>
        <w:br/>
        <w:t>vn -0.6260 0.7741 0.0945</w:t>
        <w:br/>
        <w:t>vn -0.8538 -0.5205 -0.0122</w:t>
        <w:br/>
        <w:t>vn -0.9526 -0.1329 0.2737</w:t>
        <w:br/>
        <w:t>vn -0.9528 -0.1308 0.2740</w:t>
        <w:br/>
        <w:t>vn -0.4311 0.5846 0.6873</w:t>
        <w:br/>
        <w:t>vn -0.4310 0.5846 0.6874</w:t>
        <w:br/>
        <w:t>vn -0.2785 0.0134 0.9603</w:t>
        <w:br/>
        <w:t>vn -0.3768 -0.9059 0.1931</w:t>
        <w:br/>
        <w:t>vn -0.9522 -0.1364 0.2734</w:t>
        <w:br/>
        <w:t>vn -0.2785 0.0132 0.9603</w:t>
        <w:br/>
        <w:t>vn -0.4375 -0.5509 0.7107</w:t>
        <w:br/>
        <w:t>vn -0.9522 -0.1372 0.2729</w:t>
        <w:br/>
        <w:t>vn -0.2570 -0.6038 0.7545</w:t>
        <w:br/>
        <w:t>vn -0.6475 -0.7205 0.2482</w:t>
        <w:br/>
        <w:t>vn -0.7488 0.4671 -0.4702</w:t>
        <w:br/>
        <w:t>vn -0.9509 -0.2299 -0.2072</w:t>
        <w:br/>
        <w:t>vn -0.9525 -0.1328 0.2740</w:t>
        <w:br/>
        <w:t>vn -0.4310 0.5847 0.6873</w:t>
        <w:br/>
        <w:t>vn -0.3769 -0.9060 0.1928</w:t>
        <w:br/>
        <w:t>vn -0.7358 0.0117 -0.6771</w:t>
        <w:br/>
        <w:t>vn -0.9042 0.3527 -0.2408</w:t>
        <w:br/>
        <w:t>vn -0.7159 0.5162 -0.4701</w:t>
        <w:br/>
        <w:t>vn -0.5752 0.8123 0.0961</w:t>
        <w:br/>
        <w:t>vn -0.9632 -0.1674 -0.2104</w:t>
        <w:br/>
        <w:t>vn -0.6374 -0.6022 -0.4806</w:t>
        <w:br/>
        <w:t>vn -0.5751 0.8124 0.0960</w:t>
        <w:br/>
        <w:t>vn -0.8855 -0.4644 -0.0164</w:t>
        <w:br/>
        <w:t>vn -0.9599 -0.0723 0.2708</w:t>
        <w:br/>
        <w:t>vn -0.9600 -0.0702 0.2712</w:t>
        <w:br/>
        <w:t>vn -0.3944 0.6085 0.6886</w:t>
        <w:br/>
        <w:t>vn -0.3943 0.6085 0.6886</w:t>
        <w:br/>
        <w:t>vn -0.2797 0.0276 0.9597</w:t>
        <w:br/>
        <w:t>vn -0.4351 -0.8805 0.1881</w:t>
        <w:br/>
        <w:t>vn -0.9597 -0.0759 0.2705</w:t>
        <w:br/>
        <w:t>vn -0.2797 0.0274 0.9597</w:t>
        <w:br/>
        <w:t>vn -0.4740 -0.5243 0.7074</w:t>
        <w:br/>
        <w:t>vn -0.9598 -0.0767 0.2700</w:t>
        <w:br/>
        <w:t>vn -0.2974 -0.5888 0.7516</w:t>
        <w:br/>
        <w:t>vn -0.6932 -0.6783 0.2438</w:t>
        <w:br/>
        <w:t>vn 0.9264 0.2912 -0.2389</w:t>
        <w:br/>
        <w:t>vn 0.7363 -0.0378 -0.6755</w:t>
        <w:br/>
        <w:t>vn 0.7500 0.4669 -0.4686</w:t>
        <w:br/>
        <w:t>vn 0.6283 0.7719 0.0973</w:t>
        <w:br/>
        <w:t>vn 0.9502 -0.2317 -0.2085</w:t>
        <w:br/>
        <w:t>vn 0.5966 -0.6437 -0.4793</w:t>
        <w:br/>
        <w:t>vn 0.6282 0.7720 0.0973</w:t>
        <w:br/>
        <w:t>vn 0.8523 -0.5228 -0.0145</w:t>
        <w:br/>
        <w:t>vn 0.9522 -0.1365 0.2731</w:t>
        <w:br/>
        <w:t>vn 0.9525 -0.1345 0.2732</w:t>
        <w:br/>
        <w:t>vn 0.4329 0.5807 0.6894</w:t>
        <w:br/>
        <w:t>vn 0.4328 0.5808 0.6895</w:t>
        <w:br/>
        <w:t>vn 0.2789 0.0088 0.9603</w:t>
        <w:br/>
        <w:t>vn 0.3744 -0.9077 0.1894</w:t>
        <w:br/>
        <w:t>vn 0.9519 -0.1402 0.2725</w:t>
        <w:br/>
        <w:t>vn 0.2788 0.0087 0.9603</w:t>
        <w:br/>
        <w:t>vn 0.6456 -0.7233 0.2452</w:t>
        <w:br/>
        <w:t>vn 0.2554 -0.6075 0.7522</w:t>
        <w:br/>
        <w:t>vn 0.9516 -0.1426 0.2722</w:t>
        <w:br/>
        <w:t>vn 0.2556 -0.6074 0.7522</w:t>
        <w:br/>
        <w:t>vn 0.7364 -0.0378 -0.6755</w:t>
        <w:br/>
        <w:t>vn 0.7500 0.4670 -0.4685</w:t>
        <w:br/>
        <w:t>vn 0.6283 0.7719 0.0974</w:t>
        <w:br/>
        <w:t>vn 0.9502 -0.2317 -0.2084</w:t>
        <w:br/>
        <w:t>vn 0.9523 -0.1366 0.2728</w:t>
        <w:br/>
        <w:t>vn 0.4329 0.5807 0.6895</w:t>
        <w:br/>
        <w:t>vn 0.6455 -0.7233 0.2452</w:t>
        <w:br/>
        <w:t>vn 0.2556 -0.6074 0.7521</w:t>
        <w:br/>
        <w:t>vn -0.4485 0.3419 -0.8258</w:t>
        <w:br/>
        <w:t>vn 0.0329 -0.0021 -0.9995</w:t>
        <w:br/>
        <w:t>vn 0.6456 -0.2954 -0.7042</w:t>
        <w:br/>
        <w:t>vn -0.5901 0.4797 -0.6494</w:t>
        <w:br/>
        <w:t>vn -0.6986 0.7101 -0.0879</w:t>
        <w:br/>
        <w:t>vn 0.5100 0.8269 -0.2368</w:t>
        <w:br/>
        <w:t>vn 0.5098 0.8270 -0.2370</w:t>
        <w:br/>
        <w:t>vn 0.5100 0.8269 -0.2369</w:t>
        <w:br/>
        <w:t>vn 0.9554 -0.2938 -0.0314</w:t>
        <w:br/>
        <w:t>vn 0.8446 -0.0671 0.5312</w:t>
        <w:br/>
        <w:t>vn -0.3888 0.7117 0.5850</w:t>
        <w:br/>
        <w:t>vn 0.5101 0.8269 -0.2367</w:t>
        <w:br/>
        <w:t>vn 0.2239 0.4183 0.8802</w:t>
        <w:br/>
        <w:t>vn 0.7030 0.0708 0.7076</w:t>
        <w:br/>
        <w:t>vn 0.2239 0.4184 0.8802</w:t>
        <w:br/>
        <w:t>vn -0.3451 0.2870 -0.8936</w:t>
        <w:br/>
        <w:t>vn 0.1394 -0.0829 -0.9868</w:t>
        <w:br/>
        <w:t>vn 0.7061 -0.3684 -0.6047</w:t>
        <w:br/>
        <w:t>vn -0.4996 0.4423 -0.7448</w:t>
        <w:br/>
        <w:t>vn -0.6592 0.7198 -0.2178</w:t>
        <w:br/>
        <w:t>vn 0.5618 0.7910 -0.2421</w:t>
        <w:br/>
        <w:t>vn 0.5619 0.7910 -0.2422</w:t>
        <w:br/>
        <w:t>vn 0.5616 0.7912 -0.2421</w:t>
        <w:br/>
        <w:t>vn 0.5618 0.7910 -0.2423</w:t>
        <w:br/>
        <w:t>vn -0.6592 0.7197 -0.2178</w:t>
        <w:br/>
        <w:t>vn 0.9420 -0.3215 0.0959</w:t>
        <w:br/>
        <w:t>vn 0.5618 0.7910 -0.2422</w:t>
        <w:br/>
        <w:t>vn 0.7800 -0.0476 0.6240</w:t>
        <w:br/>
        <w:t>vn -0.4233 0.7667 0.4828</w:t>
        <w:br/>
        <w:t>vn 0.5618 0.7911 -0.2421</w:t>
        <w:br/>
        <w:t>vn -0.4232 0.7667 0.4827</w:t>
        <w:br/>
        <w:t>vn 0.1434 0.4811 0.8648</w:t>
        <w:br/>
        <w:t>vn 0.6254 0.1077 0.7728</w:t>
        <w:br/>
        <w:t>vn 0.5619 0.7910 -0.2421</w:t>
        <w:br/>
        <w:t>vn -0.4688 0.1233 -0.8747</w:t>
        <w:br/>
        <w:t>vn 0.0008 -0.2663 -0.9639</w:t>
        <w:br/>
        <w:t>vn 0.0008 -0.2662 -0.9639</w:t>
        <w:br/>
        <w:t>vn 0.6175 -0.4867 -0.6179</w:t>
        <w:br/>
        <w:t>vn -0.6022 0.3062 -0.7373</w:t>
        <w:br/>
        <w:t>vn -0.6887 0.6792 -0.2539</w:t>
        <w:br/>
        <w:t>vn 0.5164 0.7222 -0.4602</w:t>
        <w:br/>
        <w:t>vn 0.5163 0.7222 -0.4603</w:t>
        <w:br/>
        <w:t>vn 0.5166 0.7221 -0.4601</w:t>
        <w:br/>
        <w:t>vn -0.6887 0.6791 -0.2539</w:t>
        <w:br/>
        <w:t>vn 0.9486 -0.3156 0.0222</w:t>
        <w:br/>
        <w:t>vn 0.8599 0.0541 0.5076</w:t>
        <w:br/>
        <w:t>vn -0.3576 0.8503 0.3862</w:t>
        <w:br/>
        <w:t>vn -0.3576 0.8503 0.3861</w:t>
        <w:br/>
        <w:t>vn 0.2591 0.6299 0.7322</w:t>
        <w:br/>
        <w:t>vn 0.7264 0.2371 0.6450</w:t>
        <w:br/>
        <w:t>vn 0.5162 0.7222 -0.4604</w:t>
        <w:br/>
        <w:t>vn 0.2592 0.6298 0.7322</w:t>
        <w:br/>
        <w:t>vn -0.0947 -0.3053 0.9475</w:t>
        <w:br/>
        <w:t>vn -0.5979 0.0197 0.8014</w:t>
        <w:br/>
        <w:t>vn 0.5889 -0.4239 0.6881</w:t>
        <w:br/>
        <w:t>vn -0.7356 0.1885 0.6507</w:t>
        <w:br/>
        <w:t>vn -0.8064 0.5667 0.1689</w:t>
        <w:br/>
        <w:t>vn 0.3402 0.7654 0.5463</w:t>
        <w:br/>
        <w:t>vn 0.3401 0.7654 0.5464</w:t>
        <w:br/>
        <w:t>vn 0.9777 -0.1813 0.1061</w:t>
        <w:br/>
        <w:t>vn 0.9777 -0.1814 0.1062</w:t>
        <w:br/>
        <w:t>vn 0.9053 0.1934 -0.3781</w:t>
        <w:br/>
        <w:t>vn -0.4176 0.8093 -0.4131</w:t>
        <w:br/>
        <w:t>vn 0.3402 0.7654 0.5462</w:t>
        <w:br/>
        <w:t>vn 0.2659 0.6906 -0.6725</w:t>
        <w:br/>
        <w:t>vn 0.7676 0.3622 -0.5288</w:t>
        <w:br/>
        <w:t>vn 0.3401 0.7654 0.5463</w:t>
        <w:br/>
        <w:t>vn 0.2659 0.6906 -0.6726</w:t>
        <w:br/>
        <w:t>vn -0.0946 -0.3053 0.9475</w:t>
        <w:br/>
        <w:t>vn -0.5978 0.0198 0.8014</w:t>
        <w:br/>
        <w:t>vn 0.9777 -0.1814 0.1061</w:t>
        <w:br/>
        <w:t>vn -0.4177 0.8092 -0.4131</w:t>
        <w:br/>
        <w:t>vn -0.4177 0.8092 -0.4132</w:t>
        <w:br/>
        <w:t>vn 0.3402 0.7655 0.5462</w:t>
        <w:br/>
        <w:t>vn 0.2660 0.6906 -0.6726</w:t>
        <w:br/>
        <w:t>vn 0.3400 0.7655 0.5463</w:t>
        <w:br/>
        <w:t>vn -0.0506 0.0237 0.9984</w:t>
        <w:br/>
        <w:t>vn -0.5338 0.3356 0.7762</w:t>
        <w:br/>
        <w:t>vn 0.5997 -0.2415 0.7629</w:t>
        <w:br/>
        <w:t>vn -0.6674 0.4610 0.5849</w:t>
        <w:br/>
        <w:t>vn -0.7411 0.6714 0.0100</w:t>
        <w:br/>
        <w:t>vn 0.4428 0.8599 0.2541</w:t>
        <w:br/>
        <w:t>vn 0.4427 0.8599 0.2541</w:t>
        <w:br/>
        <w:t>vn 0.4427 0.8599 0.2542</w:t>
        <w:br/>
        <w:t>vn -0.7410 0.6714 0.0100</w:t>
        <w:br/>
        <w:t>vn 0.9640 -0.2385 0.1179</w:t>
        <w:br/>
        <w:t>vn 0.8884 -0.0319 -0.4580</w:t>
        <w:br/>
        <w:t>vn -0.3768 0.6744 -0.6350</w:t>
        <w:br/>
        <w:t>vn 0.2735 0.4092 -0.8705</w:t>
        <w:br/>
        <w:t>vn 0.7547 0.0935 -0.6494</w:t>
        <w:br/>
        <w:t>vn 0.4427 0.8599 0.2543</w:t>
        <w:br/>
        <w:t>vn 0.2734 0.4092 -0.8705</w:t>
        <w:br/>
        <w:t>vn 0.4428 0.8598 0.2541</w:t>
        <w:br/>
        <w:t>vn 0.9805 -0.0323 -0.1939</w:t>
        <w:br/>
        <w:t>vn 0.7438 -0.5889 -0.3163</w:t>
        <w:br/>
        <w:t>vn 0.8008 -0.1230 -0.5861</w:t>
        <w:br/>
        <w:t>vn 0.7253 0.4153 -0.5490</w:t>
        <w:br/>
        <w:t>vn 0.9283 -0.3466 0.1346</w:t>
        <w:br/>
        <w:t>vn 0.5079 -0.7763 0.3734</w:t>
        <w:br/>
        <w:t>vn 0.8820 0.4541 -0.1255</w:t>
        <w:br/>
        <w:t>vn 0.4705 0.8824 -0.0029</w:t>
        <w:br/>
        <w:t>vn 0.7359 -0.5371 0.4123</w:t>
        <w:br/>
        <w:t>vn 0.4707 0.8823 -0.0031</w:t>
        <w:br/>
        <w:t>vn 0.5725 -0.2714 0.7737</w:t>
        <w:br/>
        <w:t>vn 0.2847 -0.4153 0.8640</w:t>
        <w:br/>
        <w:t>vn 0.1792 0.2200 0.9589</w:t>
        <w:br/>
        <w:t>vn 0.9310 0.0901 0.3538</w:t>
        <w:br/>
        <w:t>vn 0.1792 0.2198 0.9590</w:t>
        <w:br/>
        <w:t>vn 0.2558 0.7579 0.6001</w:t>
        <w:br/>
        <w:t>vn 0.9307 0.0935 0.3537</w:t>
        <w:br/>
        <w:t>vn 0.9306 0.0956 0.3534</w:t>
        <w:br/>
        <w:t>vn 0.2557 0.7580 0.6000</w:t>
        <w:br/>
        <w:t>vn 0.9680 -0.0220 -0.2501</w:t>
        <w:br/>
        <w:t>vn 0.7139 -0.5566 -0.4248</w:t>
        <w:br/>
        <w:t>vn 0.7659 -0.0624 -0.6399</w:t>
        <w:br/>
        <w:t>vn 0.7032 0.4685 -0.5348</w:t>
        <w:br/>
        <w:t>vn 0.9270 -0.3728 0.0409</w:t>
        <w:br/>
        <w:t>vn 0.5115 -0.8223 0.2495</w:t>
        <w:br/>
        <w:t>vn 0.8830 0.4541 -0.1189</w:t>
        <w:br/>
        <w:t>vn 0.4873 0.8699 0.0763</w:t>
        <w:br/>
        <w:t>vn 0.7459 -0.5926 0.3041</w:t>
        <w:br/>
        <w:t>vn 0.4872 0.8699 0.0763</w:t>
        <w:br/>
        <w:t>vn 0.6072 -0.3702 0.7031</w:t>
        <w:br/>
        <w:t>vn 0.3218 -0.5199 0.7913</w:t>
        <w:br/>
        <w:t>vn 0.2342 0.1007 0.9670</w:t>
        <w:br/>
        <w:t>vn 0.9501 0.0342 0.3102</w:t>
        <w:br/>
        <w:t>vn 0.2342 0.1005 0.9670</w:t>
        <w:br/>
        <w:t>vn 0.3023 0.6768 0.6713</w:t>
        <w:br/>
        <w:t>vn 0.9499 0.0378 0.3104</w:t>
        <w:br/>
        <w:t>vn 0.9497 0.0399 0.3106</w:t>
        <w:br/>
        <w:t>vn 0.3023 0.6769 0.6712</w:t>
        <w:br/>
        <w:t>vn -0.7054 -0.6211 -0.3416</w:t>
        <w:br/>
        <w:t>vn -0.9708 -0.0757 -0.2278</w:t>
        <w:br/>
        <w:t>vn -0.7736 -0.1579 -0.6136</w:t>
        <w:br/>
        <w:t>vn -0.7234 0.3831 -0.5743</w:t>
        <w:br/>
        <w:t>vn -0.9161 -0.3876 0.1024</w:t>
        <w:br/>
        <w:t>vn -0.4856 -0.7984 0.3560</w:t>
        <w:br/>
        <w:t>vn -0.8964 0.4146 -0.1565</w:t>
        <w:br/>
        <w:t>vn -0.5088 0.8606 -0.0201</w:t>
        <w:br/>
        <w:t>vn -0.7253 -0.5695 0.3868</w:t>
        <w:br/>
        <w:t>vn -0.5091 0.8605 -0.0202</w:t>
        <w:br/>
        <w:t>vn -0.5865 -0.2972 0.7534</w:t>
        <w:br/>
        <w:t>vn -0.2960 -0.4282 0.8538</w:t>
        <w:br/>
        <w:t>vn -0.2221 0.2110 0.9519</w:t>
        <w:br/>
        <w:t>vn -0.9458 0.0483 0.3211</w:t>
        <w:br/>
        <w:t>vn -0.2221 0.2108 0.9519</w:t>
        <w:br/>
        <w:t>vn -0.3100 0.7454 0.5902</w:t>
        <w:br/>
        <w:t>vn -0.9457 0.0518 0.3209</w:t>
        <w:br/>
        <w:t>vn -0.9456 0.0540 0.3209</w:t>
        <w:br/>
        <w:t>vn -0.3099 0.7454 0.5902</w:t>
        <w:br/>
        <w:t>vn -0.7445 -0.5935 -0.3056</w:t>
        <w:br/>
        <w:t>vn -0.9820 -0.0368 -0.1853</w:t>
        <w:br/>
        <w:t>vn -0.8053 -0.1299 -0.5784</w:t>
        <w:br/>
        <w:t>vn -0.7312 0.4089 -0.5460</w:t>
        <w:br/>
        <w:t>vn -0.9260 -0.3485 0.1449</w:t>
        <w:br/>
        <w:t>vn -0.5026 -0.7750 0.3831</w:t>
        <w:br/>
        <w:t>vn -0.8845 0.4505 -0.1215</w:t>
        <w:br/>
        <w:t>vn -0.4733 0.8809 -0.0055</w:t>
        <w:br/>
        <w:t>vn -0.7308 -0.5362 0.4224</w:t>
        <w:br/>
        <w:t>vn -0.4732 0.8809 -0.0057</w:t>
        <w:br/>
        <w:t>vn -0.5651 -0.2674 0.7805</w:t>
        <w:br/>
        <w:t>vn -0.2761 -0.4097 0.8695</w:t>
        <w:br/>
        <w:t>vn -0.1718 0.2265 0.9587</w:t>
        <w:br/>
        <w:t>vn -0.9283 0.0897 0.3610</w:t>
        <w:br/>
        <w:t>vn -0.1718 0.2264 0.9588</w:t>
        <w:br/>
        <w:t>vn -0.2531 0.7617 0.5965</w:t>
        <w:br/>
        <w:t>vn -0.9280 0.0933 0.3608</w:t>
        <w:br/>
        <w:t>vn -0.9279 0.0953 0.3603</w:t>
        <w:br/>
        <w:t>vn -0.2530 0.7617 0.5965</w:t>
        <w:br/>
        <w:t>vn -0.7156 -0.5530 -0.4268</w:t>
        <w:br/>
        <w:t>vn -0.9681 -0.0184 -0.2499</w:t>
        <w:br/>
        <w:t>vn -0.7663 -0.0578 -0.6399</w:t>
        <w:br/>
        <w:t>vn -0.7021 0.4725 -0.5327</w:t>
        <w:br/>
        <w:t>vn -0.9280 -0.3704 0.0398</w:t>
        <w:br/>
        <w:t>vn -0.5137 -0.8218 0.2464</w:t>
        <w:br/>
        <w:t>vn -0.8818 0.4570 -0.1168</w:t>
        <w:br/>
        <w:t>vn -0.4849 0.8709 0.0799</w:t>
        <w:br/>
        <w:t>vn -0.7474 -0.5918 0.3020</w:t>
        <w:br/>
        <w:t>vn -0.4848 0.8710 0.0798</w:t>
        <w:br/>
        <w:t>vn -0.6080 -0.3713 0.7018</w:t>
        <w:br/>
        <w:t>vn -0.3230 -0.5221 0.7893</w:t>
        <w:br/>
        <w:t>vn -0.2336 0.0975 0.9674</w:t>
        <w:br/>
        <w:t>vn -0.9499 0.0356 0.3107</w:t>
        <w:br/>
        <w:t>vn -0.2336 0.0973 0.9675</w:t>
        <w:br/>
        <w:t>vn -0.3003 0.6751 0.6739</w:t>
        <w:br/>
        <w:t>vn -0.9497 0.0392 0.3108</w:t>
        <w:br/>
        <w:t>vn -0.9495 0.0413 0.3111</w:t>
        <w:br/>
        <w:t>vn -0.3002 0.6751 0.6739</w:t>
        <w:br/>
        <w:t>vn 0.9690 -0.0743 -0.2354</w:t>
        <w:br/>
        <w:t>vn 0.7045 -0.6214 -0.3429</w:t>
        <w:br/>
        <w:t>vn 0.7689 -0.1601 -0.6189</w:t>
        <w:br/>
        <w:t>vn 0.7174 0.3811 -0.5832</w:t>
        <w:br/>
        <w:t>vn 0.9182 -0.3840 0.0976</w:t>
        <w:br/>
        <w:t>vn 0.4915 -0.7941 0.3575</w:t>
        <w:br/>
        <w:t>vn 0.8938 0.4162 -0.1672</w:t>
        <w:br/>
        <w:t>vn 0.5063 0.8618 -0.0305</w:t>
        <w:br/>
        <w:t>vn 0.7303 -0.5643 0.3849</w:t>
        <w:br/>
        <w:t>vn 0.5058 0.8621 -0.0309</w:t>
        <w:br/>
        <w:t>vn 0.5937 -0.2897 0.7507</w:t>
        <w:br/>
        <w:t>vn 0.3045 -0.4209 0.8545</w:t>
        <w:br/>
        <w:t>vn 0.2295 0.2188 0.9484</w:t>
        <w:br/>
        <w:t>vn 0.9483 0.0536 0.3127</w:t>
        <w:br/>
        <w:t>vn 0.2295 0.2187 0.9484</w:t>
        <w:br/>
        <w:t>vn 0.3126 0.7508 0.5819</w:t>
        <w:br/>
        <w:t>vn 0.9482 0.0571 0.3125</w:t>
        <w:br/>
        <w:t>vn 0.9481 0.0593 0.3125</w:t>
        <w:br/>
        <w:t>vn 0.3125 0.7508 0.5819</w:t>
        <w:br/>
        <w:t>vn 0.8151 -0.2185 -0.5365</w:t>
        <w:br/>
        <w:t>vn 0.9505 -0.3052 0.0587</w:t>
        <w:br/>
        <w:t>vn 0.7534 -0.1861 0.6307</w:t>
        <w:br/>
        <w:t>vn 0.6671 -0.1235 -0.7346</w:t>
        <w:br/>
        <w:t>vn 0.1859 0.1858 -0.9649</w:t>
        <w:br/>
        <w:t>vn 0.5857 -0.0807 0.8065</w:t>
        <w:br/>
        <w:t>vn 0.0838 0.2394 0.9673</w:t>
        <w:br/>
        <w:t>vn 0.1859 0.1857 -0.9649</w:t>
        <w:br/>
        <w:t>vn 0.0837 0.2394 0.9673</w:t>
        <w:br/>
        <w:t>vn -0.4058 0.5597 -0.7225</w:t>
        <w:br/>
        <w:t>vn 0.5357 0.8444 0.0050</w:t>
        <w:br/>
        <w:t>vn 0.5357 0.8444 0.0049</w:t>
        <w:br/>
        <w:t>vn 0.5356 0.8444 0.0051</w:t>
        <w:br/>
        <w:t>vn -0.4058 0.5597 -0.7226</w:t>
        <w:br/>
        <w:t>vn -0.6808 0.7303 -0.0562</w:t>
        <w:br/>
        <w:t>vn -0.4780 0.5976 0.6437</w:t>
        <w:br/>
        <w:t>vn 0.5358 0.8444 0.0046</w:t>
        <w:br/>
        <w:t>vn -0.4780 0.5976 0.6438</w:t>
        <w:br/>
        <w:t>vn 0.1859 0.1858 -0.9648</w:t>
        <w:br/>
        <w:t>vn 0.5856 -0.0807 0.8065</w:t>
        <w:br/>
        <w:t>vn 0.5356 0.8444 0.0050</w:t>
        <w:br/>
        <w:t>vn -0.6808 0.7303 -0.0563</w:t>
        <w:br/>
        <w:t>vn 0.5357 0.8444 0.0048</w:t>
        <w:br/>
        <w:t>vn -0.6807 0.7304 -0.0563</w:t>
        <w:br/>
        <w:t>vn 0.5357 0.8444 0.0052</w:t>
        <w:br/>
        <w:t>vn 0.9505 -0.3053 0.0587</w:t>
        <w:br/>
        <w:t>vn 0.5358 0.8443 0.0049</w:t>
        <w:br/>
        <w:t>vn 0.5357 0.8444 0.0047</w:t>
        <w:br/>
        <w:t>vn 0.5358 0.8443 0.0047</w:t>
        <w:br/>
        <w:t>vn -0.4780 0.5977 0.6436</w:t>
        <w:br/>
        <w:t>vn 0.6460 -0.1236 -0.7533</w:t>
        <w:br/>
        <w:t>vn 0.9332 -0.2766 -0.2295</w:t>
        <w:br/>
        <w:t>vn 0.9331 -0.2766 -0.2296</w:t>
        <w:br/>
        <w:t>vn 0.8930 -0.2342 0.3843</w:t>
        <w:br/>
        <w:t>vn 0.4509 -0.0107 -0.8925</w:t>
        <w:br/>
        <w:t>vn -0.0746 0.3070 -0.9488</w:t>
        <w:br/>
        <w:t>vn 0.7772 -0.1566 0.6095</w:t>
        <w:br/>
        <w:t>vn -0.0745 0.3070 -0.9488</w:t>
        <w:br/>
        <w:t>vn 0.3345 0.1239 0.9342</w:t>
        <w:br/>
        <w:t>vn 0.5163 0.8559 -0.0290</w:t>
        <w:br/>
        <w:t>vn 0.5163 0.8559 -0.0291</w:t>
        <w:br/>
        <w:t>vn 0.5163 0.8559 -0.0287</w:t>
        <w:br/>
        <w:t>vn -0.5826 0.6281 -0.5158</w:t>
        <w:br/>
        <w:t>vn -0.5826 0.6280 -0.5159</w:t>
        <w:br/>
        <w:t>vn -0.6733 0.7075 0.2150</w:t>
        <w:br/>
        <w:t>vn -0.6733 0.7074 0.2150</w:t>
        <w:br/>
        <w:t>vn 0.5164 0.8559 -0.0289</w:t>
        <w:br/>
        <w:t>vn -0.2934 0.4986 0.8156</w:t>
        <w:br/>
        <w:t>vn 0.5164 0.8559 -0.0290</w:t>
        <w:br/>
        <w:t>vn -0.2934 0.4987 0.8156</w:t>
        <w:br/>
        <w:t>vn 0.5164 0.8559 -0.0288</w:t>
        <w:br/>
        <w:t>vn 0.6327 -0.1794 -0.7533</w:t>
        <w:br/>
        <w:t>vn 0.9055 -0.3568 -0.2296</w:t>
        <w:br/>
        <w:t>vn 0.9055 -0.3569 -0.2295</w:t>
        <w:br/>
        <w:t>vn 0.8692 -0.3111 0.3842</w:t>
        <w:br/>
        <w:t>vn 0.4483 -0.0499 -0.8925</w:t>
        <w:br/>
        <w:t>vn -0.0475 0.3123 -0.9488</w:t>
        <w:br/>
        <w:t>vn 0.7606 -0.2238 0.6095</w:t>
        <w:br/>
        <w:t>vn 0.3440 0.0943 0.9342</w:t>
        <w:br/>
        <w:t>vn 0.5890 0.8076 -0.0290</w:t>
        <w:br/>
        <w:t>vn 0.5890 0.8076 -0.0291</w:t>
        <w:br/>
        <w:t>vn 0.5889 0.8077 -0.0292</w:t>
        <w:br/>
        <w:t>vn -0.5256 0.6765 -0.5159</w:t>
        <w:br/>
        <w:t>vn -0.5256 0.6765 -0.5158</w:t>
        <w:br/>
        <w:t>vn -0.6304 0.7717 0.0842</w:t>
        <w:br/>
        <w:t>vn -0.5769 0.7418 0.3419</w:t>
        <w:br/>
        <w:t>vn 0.5890 0.8076 -0.0289</w:t>
        <w:br/>
        <w:t>vn -0.3388 0.5825 0.7389</w:t>
        <w:br/>
        <w:t>vn -0.1543 0.4530 0.8781</w:t>
        <w:br/>
        <w:t>vn 0.5890 0.8077 -0.0288</w:t>
        <w:br/>
        <w:t>vn 0.8152 -0.1605 -0.5565</w:t>
        <w:br/>
        <w:t>vn 0.9504 -0.3099 0.0262</w:t>
        <w:br/>
        <w:t>vn 0.9504 -0.3100 0.0263</w:t>
        <w:br/>
        <w:t>vn 0.7532 -0.2522 0.6075</w:t>
        <w:br/>
        <w:t>vn 0.6673 -0.0450 -0.7434</w:t>
        <w:br/>
        <w:t>vn 0.1862 0.2871 -0.9396</w:t>
        <w:br/>
        <w:t>vn 0.5854 -0.1660 0.7936</w:t>
        <w:br/>
        <w:t>vn 0.1863 0.2871 -0.9396</w:t>
        <w:br/>
        <w:t>vn 0.0836 0.1353 0.9873</w:t>
        <w:br/>
        <w:t>vn 0.5358 0.8390 0.0946</w:t>
        <w:br/>
        <w:t>vn 0.5359 0.8389 0.0948</w:t>
        <w:br/>
        <w:t>vn -0.4055 0.6334 -0.6591</w:t>
        <w:br/>
        <w:t>vn -0.4055 0.6333 -0.6591</w:t>
        <w:br/>
        <w:t>vn -0.6806 0.7323 0.0214</w:t>
        <w:br/>
        <w:t>vn -0.6806 0.7324 0.0214</w:t>
        <w:br/>
        <w:t>vn -0.4780 0.5261 0.7034</w:t>
        <w:br/>
        <w:t>vn 0.5359 0.8390 0.0945</w:t>
        <w:br/>
        <w:t>vn 0.0836 0.1354 0.9873</w:t>
        <w:br/>
        <w:t>vn 0.5359 0.8390 0.0943</w:t>
        <w:br/>
        <w:t>vn 0.8140 -0.1577 -0.5590</w:t>
        <w:br/>
        <w:t>vn 0.9476 -0.3187 0.0209</w:t>
        <w:br/>
        <w:t>vn 0.7507 -0.2697 0.6031</w:t>
        <w:br/>
        <w:t>vn 0.6672 -0.0375 -0.7439</w:t>
        <w:br/>
        <w:t>vn 0.1892 0.3022 -0.9343</w:t>
        <w:br/>
        <w:t>vn 0.5836 -0.1853 0.7906</w:t>
        <w:br/>
        <w:t>vn 0.0843 0.1169 0.9896</w:t>
        <w:br/>
        <w:t>vn 0.5432 0.8324 0.1098</w:t>
        <w:br/>
        <w:t>vn 0.5432 0.8324 0.1097</w:t>
        <w:br/>
        <w:t>vn 0.5432 0.8324 0.1100</w:t>
        <w:br/>
        <w:t>vn -0.3996 0.6486 -0.6478</w:t>
        <w:br/>
        <w:t>vn -0.6741 0.7378 0.0343</w:t>
        <w:br/>
        <w:t>vn -0.4737 0.5176 0.7125</w:t>
        <w:br/>
        <w:t>vn -0.4737 0.5176 0.7126</w:t>
        <w:br/>
        <w:t>vn 0.5432 0.8324 0.1096</w:t>
        <w:br/>
        <w:t>vn 0.5295 0.4779 -0.7009</w:t>
        <w:br/>
        <w:t>vn 0.4653 0.8669 -0.1788</w:t>
        <w:br/>
        <w:t>vn 0.6839 0.4290 -0.5901</w:t>
        <w:br/>
        <w:t>vn 0.5886 -0.1677 -0.7908</w:t>
        <w:br/>
        <w:t>vn 0.7336 0.6707 -0.1092</w:t>
        <w:br/>
        <w:t>vn 0.8236 -0.0954 -0.5590</w:t>
        <w:br/>
        <w:t>vn 0.9953 0.0751 0.0620</w:t>
        <w:br/>
        <w:t>vn 0.9953 0.0761 0.0603</w:t>
        <w:br/>
        <w:t>vn 0.7124 0.5980 0.3672</w:t>
        <w:br/>
        <w:t>vn 0.9953 0.0761 0.0602</w:t>
        <w:br/>
        <w:t>vn 0.9953 0.0771 0.0585</w:t>
        <w:br/>
        <w:t>vn 0.4363 0.7701 0.4655</w:t>
        <w:br/>
        <w:t>vn 0.4592 0.2473 0.8532</w:t>
        <w:br/>
        <w:t>vn 0.8365 -0.4759 -0.2717</w:t>
        <w:br/>
        <w:t>vn 0.8237 -0.0954 -0.5590</w:t>
        <w:br/>
        <w:t>vn 0.7124 0.5980 0.3673</w:t>
        <w:br/>
        <w:t>vn 0.9954 0.0725 0.0620</w:t>
        <w:br/>
        <w:t>vn 0.6087 -0.6853 -0.3999</w:t>
        <w:br/>
        <w:t>vn 0.5809 -0.7781 0.2390</w:t>
        <w:br/>
        <w:t>vn 0.4592 0.2472 0.8532</w:t>
        <w:br/>
        <w:t>vn 0.7124 0.5979 0.3673</w:t>
        <w:br/>
        <w:t>vn 0.9956 0.0733 0.0580</w:t>
        <w:br/>
        <w:t>vn 0.8154 -0.5440 0.1981</w:t>
        <w:br/>
        <w:t>vn 0.9956 0.0713 0.0600</w:t>
        <w:br/>
        <w:t>vn 0.5196 -0.3939 0.7582</w:t>
        <w:br/>
        <w:t>vn 0.9957 0.0730 0.0572</w:t>
        <w:br/>
        <w:t>vn 0.5198 -0.3938 0.7581</w:t>
        <w:br/>
        <w:t>vn -0.5544 -0.8032 0.2180</w:t>
        <w:br/>
        <w:t>vn -0.5290 -0.4168 0.7392</w:t>
        <w:br/>
        <w:t>vn -0.6825 -0.3519 0.6406</w:t>
        <w:br/>
        <w:t>vn -0.5001 0.2262 0.8359</w:t>
        <w:br/>
        <w:t>vn -0.7969 -0.5798 0.1700</w:t>
        <w:br/>
        <w:t>vn -0.7599 0.1792 0.6249</w:t>
        <w:br/>
        <w:t>vn -0.9993 0.0283 0.0226</w:t>
        <w:br/>
        <w:t>vn -0.9994 0.0291 0.0212</w:t>
        <w:br/>
        <w:t>vn -0.8046 -0.5119 -0.3010</w:t>
        <w:br/>
        <w:t>vn -0.7968 -0.5798 0.1699</w:t>
        <w:br/>
        <w:t>vn -0.9993 0.0275 0.0240</w:t>
        <w:br/>
        <w:t>vn -0.5631 -0.7110 -0.4211</w:t>
        <w:br/>
        <w:t>vn -0.5518 -0.1928 -0.8114</w:t>
        <w:br/>
        <w:t>vn -0.7506 0.5660 0.3410</w:t>
        <w:br/>
        <w:t>vn -0.9993 0.0318 0.0208</w:t>
        <w:br/>
        <w:t>vn -0.4861 0.7498 0.4488</w:t>
        <w:br/>
        <w:t>vn -0.4962 0.8458 -0.1961</w:t>
        <w:br/>
        <w:t>vn -0.5519 -0.1928 -0.8113</w:t>
        <w:br/>
        <w:t>vn -0.7505 0.5660 0.3410</w:t>
        <w:br/>
        <w:t>vn -0.9992 0.0310 0.0248</w:t>
        <w:br/>
        <w:t>vn -0.7585 0.6376 -0.1349</w:t>
        <w:br/>
        <w:t>vn -0.9992 0.0333 0.0225</w:t>
        <w:br/>
        <w:t>vn -0.5242 0.4548 -0.7200</w:t>
        <w:br/>
        <w:t>vn -0.9992 0.0311 0.0249</w:t>
        <w:br/>
        <w:t>vn -0.9992 0.0313 0.0259</w:t>
        <w:br/>
        <w:t>vn -0.5243 0.4548 -0.7199</w:t>
        <w:br/>
        <w:t>vn -0.5762 -0.7781 0.2501</w:t>
        <w:br/>
        <w:t>vn -0.5119 -0.3895 0.7657</w:t>
        <w:br/>
        <w:t>vn -0.6669 -0.3190 0.6734</w:t>
        <w:br/>
        <w:t>vn -0.4527 0.2524 0.8552</w:t>
        <w:br/>
        <w:t>vn -0.8113 -0.5455 0.2104</w:t>
        <w:br/>
        <w:t>vn -0.7233 0.2146 0.6564</w:t>
        <w:br/>
        <w:t>vn -0.9954 0.0694 0.0666</w:t>
        <w:br/>
        <w:t>vn -0.9954 0.0702 0.0653</w:t>
        <w:br/>
        <w:t>vn -0.6669 -0.3191 0.6734</w:t>
        <w:br/>
        <w:t>vn -0.8374 -0.4806 -0.2604</w:t>
        <w:br/>
        <w:t>vn -0.8113 -0.5455 0.2103</w:t>
        <w:br/>
        <w:t>vn -0.9954 0.0693 0.0667</w:t>
        <w:br/>
        <w:t>vn -0.9953 0.0685 0.0681</w:t>
        <w:br/>
        <w:t>vn -0.6098 -0.6904 -0.3893</w:t>
        <w:br/>
        <w:t>vn -0.5949 -0.1758 -0.7844</w:t>
        <w:br/>
        <w:t>vn -0.7109 0.5987 0.3690</w:t>
        <w:br/>
        <w:t>vn -0.9952 0.0728 0.0648</w:t>
        <w:br/>
        <w:t>vn -0.8374 -0.4807 -0.2604</w:t>
        <w:br/>
        <w:t>vn -0.4348 0.7722 0.4633</w:t>
        <w:br/>
        <w:t>vn -0.4697 0.8640 -0.1815</w:t>
        <w:br/>
        <w:t>vn -0.5950 -0.1758 -0.7842</w:t>
        <w:br/>
        <w:t>vn -0.7110 0.5987 0.3690</w:t>
        <w:br/>
        <w:t>vn -0.9950 0.0723 0.0688</w:t>
        <w:br/>
        <w:t>vn -0.7373 0.6671 -0.1068</w:t>
        <w:br/>
        <w:t>vn -0.9950 0.0743 0.0666</w:t>
        <w:br/>
        <w:t>vn -0.5370 0.4707 -0.7000</w:t>
        <w:br/>
        <w:t>vn -0.9950 0.0721 0.0688</w:t>
        <w:br/>
        <w:t>vn -0.9949 0.0723 0.0700</w:t>
        <w:br/>
        <w:t>vn -0.5371 0.4707 -0.7000</w:t>
        <w:br/>
        <w:t>vn 0.5165 0.4508 -0.7280</w:t>
        <w:br/>
        <w:t>vn 0.4916 0.8458 -0.2070</w:t>
        <w:br/>
        <w:t>vn 0.6737 0.3965 -0.6237</w:t>
        <w:br/>
        <w:t>vn 0.5453 -0.1973 -0.8147</w:t>
        <w:br/>
        <w:t>vn 0.7546 0.6393 -0.1477</w:t>
        <w:br/>
        <w:t>vn 0.7933 -0.1330 -0.5942</w:t>
        <w:br/>
        <w:t>vn 0.9993 0.0347 0.0170</w:t>
        <w:br/>
        <w:t>vn 0.9992 0.0357 0.0153</w:t>
        <w:br/>
        <w:t>vn 0.6737 0.3964 -0.6237</w:t>
        <w:br/>
        <w:t>vn 0.7518 0.5709 0.3298</w:t>
        <w:br/>
        <w:t>vn 0.9992 0.0358 0.0153</w:t>
        <w:br/>
        <w:t>vn 0.9992 0.0368 0.0136</w:t>
        <w:br/>
        <w:t>vn 0.4875 0.7548 0.4388</w:t>
        <w:br/>
        <w:t>vn 0.5066 0.2344 0.8297</w:t>
        <w:br/>
        <w:t>vn 0.8035 -0.5117 -0.3043</w:t>
        <w:br/>
        <w:t>vn 0.7518 0.5709 0.3299</w:t>
        <w:br/>
        <w:t>vn 0.9993 0.0321 0.0171</w:t>
        <w:br/>
        <w:t>vn 0.5618 -0.7125 -0.4204</w:t>
        <w:br/>
        <w:t>vn 0.5589 -0.7995 0.2200</w:t>
        <w:br/>
        <w:t>vn 0.5066 0.2342 0.8298</w:t>
        <w:br/>
        <w:t>vn 0.8035 -0.5117 -0.3042</w:t>
        <w:br/>
        <w:t>vn 0.9994 0.0329 0.0130</w:t>
        <w:br/>
        <w:t>vn 0.8007 -0.5755 0.1666</w:t>
        <w:br/>
        <w:t>vn 0.9994 0.0309 0.0151</w:t>
        <w:br/>
        <w:t>vn 0.5366 -0.4094 0.7379</w:t>
        <w:br/>
        <w:t>vn 0.8006 -0.5755 0.1665</w:t>
        <w:br/>
        <w:t>vn 0.9994 0.0325 0.0123</w:t>
        <w:br/>
        <w:t>vn 0.5368 -0.4093 0.7378</w:t>
        <w:br/>
        <w:t>vn 0.8501 -0.4632 -0.2506</w:t>
        <w:br/>
        <w:t>vn 0.8051 -0.5394 0.2466</w:t>
        <w:br/>
        <w:t>vn 0.8421 -0.4710 0.2628</w:t>
        <w:br/>
        <w:t>vn 0.2759 -0.9280 0.2504</w:t>
        <w:br/>
        <w:t>vn 0.6233 -0.6397 -0.4497</w:t>
        <w:br/>
        <w:t>vn 0.2960 -0.8433 -0.4486</w:t>
        <w:br/>
        <w:t>vn 0.1291 -0.9514 -0.2797</w:t>
        <w:br/>
        <w:t>vn 0.2836 -0.9295 0.2357</w:t>
        <w:br/>
        <w:t>vn 0.4229 -0.5195 0.7425</w:t>
        <w:br/>
        <w:t>vn 0.4230 -0.5195 0.7425</w:t>
        <w:br/>
        <w:t>vn 0.4851 -0.5896 0.6458</w:t>
        <w:br/>
        <w:t>vn 0.9810 0.1850 -0.0588</w:t>
        <w:br/>
        <w:t>vn 0.9887 0.1376 -0.0597</w:t>
        <w:br/>
        <w:t>vn 0.9887 0.1377 -0.0597</w:t>
        <w:br/>
        <w:t>vn 0.3532 -0.4399 0.8257</w:t>
        <w:br/>
        <w:t>vn -0.2809 -0.9581 -0.0565</w:t>
        <w:br/>
        <w:t>vn -0.4393 -0.8967 -0.0551</w:t>
        <w:br/>
        <w:t>vn 0.9941 0.0900 -0.0604</w:t>
        <w:br/>
        <w:t>vn 0.3479 -0.5375 -0.7681</w:t>
        <w:br/>
        <w:t>vn 0.3479 -0.5376 -0.7681</w:t>
        <w:br/>
        <w:t>vn 0.3355 -0.5272 -0.7807</w:t>
        <w:br/>
        <w:t>vn 0.1398 -0.8760 -0.4616</w:t>
        <w:br/>
        <w:t>vn 0.1397 -0.8760 -0.4617</w:t>
        <w:br/>
        <w:t>vn -0.3282 0.5343 0.7790</w:t>
        <w:br/>
        <w:t>vn -0.1843 0.7741 0.6057</w:t>
        <w:br/>
        <w:t>vn -0.3232 0.5218 0.7894</w:t>
        <w:br/>
        <w:t>vn -0.9962 -0.0527 0.0688</w:t>
        <w:br/>
        <w:t>vn -0.9962 -0.0528 0.0688</w:t>
        <w:br/>
        <w:t>vn -0.9976 0.0166 0.0671</w:t>
        <w:br/>
        <w:t>vn -0.8448 0.4029 0.3522</w:t>
        <w:br/>
        <w:t>vn 0.5956 0.8030 0.0203</w:t>
        <w:br/>
        <w:t>vn 0.5597 0.8284 0.0216</w:t>
        <w:br/>
        <w:t>vn 0.5599 0.8282 0.0216</w:t>
        <w:br/>
        <w:t>vn -0.4403 0.5761 -0.6886</w:t>
        <w:br/>
        <w:t>vn -0.4403 0.5761 -0.6887</w:t>
        <w:br/>
        <w:t>vn -0.4239 0.5263 -0.7371</w:t>
        <w:br/>
        <w:t>vn -0.9901 -0.1219 0.0703</w:t>
        <w:br/>
        <w:t>vn 0.5232 0.8519 0.0229</w:t>
        <w:br/>
        <w:t>vn -0.8158 0.4856 -0.3140</w:t>
        <w:br/>
        <w:t>vn -0.8448 0.4006 0.3546</w:t>
        <w:br/>
        <w:t>vn -0.8447 0.4029 0.3523</w:t>
        <w:br/>
        <w:t>vn -0.8159 0.4856 -0.3139</w:t>
        <w:br/>
        <w:t>vn -0.3283 0.5291 0.7825</w:t>
        <w:br/>
        <w:t>vn -0.3249 0.5185 0.7910</w:t>
        <w:br/>
        <w:t>vn -0.6821 0.5556 -0.4755</w:t>
        <w:br/>
        <w:t>vn -0.4375 0.5916 -0.6772</w:t>
        <w:br/>
        <w:t>vn -0.4410 0.6078 -0.6603</w:t>
        <w:br/>
        <w:t>vn -0.8449 0.4006 0.3546</w:t>
        <w:br/>
        <w:t>vn 0.0046 0.9446 0.3283</w:t>
        <w:br/>
        <w:t>vn 0.1766 0.9831 0.0488</w:t>
        <w:br/>
        <w:t>vn 0.0046 0.9446 0.3282</w:t>
        <w:br/>
        <w:t>vn -0.4338 0.5750 -0.6937</w:t>
        <w:br/>
        <w:t>vn 0.0047 0.9446 0.3282</w:t>
        <w:br/>
        <w:t>vn -0.1842 0.7741 0.6056</w:t>
        <w:br/>
        <w:t>vn 0.1675 0.9847 0.0486</w:t>
        <w:br/>
        <w:t>vn 0.6578 0.5125 -0.5520</w:t>
        <w:br/>
        <w:t>vn 0.5804 0.8140 0.0233</w:t>
        <w:br/>
        <w:t>vn 0.8709 0.3516 -0.3435</w:t>
        <w:br/>
        <w:t>vn 0.6515 -0.1110 -0.7505</w:t>
        <w:br/>
        <w:t>vn 0.8138 0.5754 0.0810</w:t>
        <w:br/>
        <w:t>vn 0.7303 0.4282 0.5322</w:t>
        <w:br/>
        <w:t>vn 0.9844 -0.0658 0.1634</w:t>
        <w:br/>
        <w:t>vn 0.4669 0.6163 0.6341</w:t>
        <w:br/>
        <w:t>vn 0.3848 0.0381 0.9222</w:t>
        <w:br/>
        <w:t>vn 0.8650 -0.1108 -0.4894</w:t>
        <w:br/>
        <w:t>vn 0.9842 -0.0687 0.1630</w:t>
        <w:br/>
        <w:t>vn 0.8708 0.3517 -0.3435</w:t>
        <w:br/>
        <w:t>vn 0.6686 -0.0003 0.7436</w:t>
        <w:br/>
        <w:t>vn 0.9841 -0.0709 0.1628</w:t>
        <w:br/>
        <w:t>vn 0.8007 -0.5325 -0.2744</w:t>
        <w:br/>
        <w:t>vn 0.9841 -0.0710 0.1628</w:t>
        <w:br/>
        <w:t>vn 0.9838 -0.0740 0.1632</w:t>
        <w:br/>
        <w:t>vn 0.5667 -0.6844 -0.4588</w:t>
        <w:br/>
        <w:t>vn 0.4560 -0.8777 0.1475</w:t>
        <w:br/>
        <w:t>vn 0.5513 -0.5161 0.6555</w:t>
        <w:br/>
        <w:t>vn 0.8007 -0.5325 -0.2743</w:t>
        <w:br/>
        <w:t>vn 0.6687 -0.0003 0.7436</w:t>
        <w:br/>
        <w:t>vn 0.9841 -0.0722 0.1623</w:t>
        <w:br/>
        <w:t>vn 0.3810 -0.5805 0.7196</w:t>
        <w:br/>
        <w:t>vn 0.7180 -0.6745 0.1719</w:t>
        <w:br/>
        <w:t>vn -0.4017 -0.9037 0.1481</w:t>
        <w:br/>
        <w:t>vn -0.3443 -0.6025 0.7200</w:t>
        <w:br/>
        <w:t>vn -0.6344 -0.4953 0.5935</w:t>
        <w:br/>
        <w:t>vn -0.3854 0.0146 0.9226</w:t>
        <w:br/>
        <w:t>vn -0.6756 -0.7168 0.1726</w:t>
        <w:br/>
        <w:t>vn -0.8264 -0.5231 -0.2084</w:t>
        <w:br/>
        <w:t>vn -0.5246 -0.7176 -0.4582</w:t>
        <w:br/>
        <w:t>vn -0.6443 -0.1505 -0.7498</w:t>
        <w:br/>
        <w:t>vn -0.6666 -0.0392 0.7444</w:t>
        <w:br/>
        <w:t>vn -0.9776 -0.1325 0.1636</w:t>
        <w:br/>
        <w:t>vn -0.8576 -0.1615 -0.4883</w:t>
        <w:br/>
        <w:t>vn -0.9778 -0.1305 0.1640</w:t>
        <w:br/>
        <w:t>vn -0.7543 0.3834 0.5330</w:t>
        <w:br/>
        <w:t>vn -0.9778 -0.1306 0.1640</w:t>
        <w:br/>
        <w:t>vn -0.6667 -0.0391 0.7443</w:t>
        <w:br/>
        <w:t>vn -0.9782 -0.1276 0.1638</w:t>
        <w:br/>
        <w:t>vn -0.5028 0.5868 0.6347</w:t>
        <w:br/>
        <w:t>vn -0.6286 0.7773 0.0240</w:t>
        <w:br/>
        <w:t>vn -0.8163 0.3774 -0.4373</w:t>
        <w:br/>
        <w:t>vn -0.8576 -0.1616 -0.4883</w:t>
        <w:br/>
        <w:t>vn -0.7543 0.3833 0.5331</w:t>
        <w:br/>
        <w:t>vn -0.9779 -0.1291 0.1646</w:t>
        <w:br/>
        <w:t>vn -0.6883 0.4716 -0.5512</w:t>
        <w:br/>
        <w:t>vn -0.8163 0.3775 -0.4373</w:t>
        <w:br/>
        <w:t>vn -0.7542 0.3834 0.5330</w:t>
        <w:br/>
        <w:t>vn -0.9784 -0.1254 0.1644</w:t>
        <w:br/>
        <w:t>vn -0.6282 0.7777 0.0238</w:t>
        <w:br/>
        <w:t>vn -0.4576 -0.8772 0.1453</w:t>
        <w:br/>
        <w:t>vn -0.3819 -0.5820 0.7180</w:t>
        <w:br/>
        <w:t>vn -0.6646 -0.4562 0.5917</w:t>
        <w:br/>
        <w:t>vn -0.3840 0.0359 0.9226</w:t>
        <w:br/>
        <w:t>vn -0.7195 -0.6733 0.1702</w:t>
        <w:br/>
        <w:t>vn -0.8577 -0.4692 -0.2103</w:t>
        <w:br/>
        <w:t>vn -0.5687 -0.6815 -0.4606</w:t>
        <w:br/>
        <w:t>vn -0.6523 -0.1070 -0.7504</w:t>
        <w:br/>
        <w:t>vn -0.6680 0.0005 0.7441</w:t>
        <w:br/>
        <w:t>vn -0.9841 -0.0710 0.1631</w:t>
        <w:br/>
        <w:t>vn -0.8658 -0.1055 -0.4891</w:t>
        <w:br/>
        <w:t>vn -0.9842 -0.0691 0.1633</w:t>
        <w:br/>
        <w:t>vn -0.7287 0.4285 0.5342</w:t>
        <w:br/>
        <w:t>vn -0.6681 0.0005 0.7441</w:t>
        <w:br/>
        <w:t>vn -0.9844 -0.0661 0.1633</w:t>
        <w:br/>
        <w:t>vn -0.4649 0.6154 0.6365</w:t>
        <w:br/>
        <w:t>vn -0.5784 0.8154 0.0264</w:t>
        <w:br/>
        <w:t>vn -0.7906 0.4297 -0.4363</w:t>
        <w:br/>
        <w:t>vn -0.8658 -0.1054 -0.4891</w:t>
        <w:br/>
        <w:t>vn -0.7288 0.4285 0.5341</w:t>
        <w:br/>
        <w:t>vn -0.9842 -0.0678 0.1637</w:t>
        <w:br/>
        <w:t>vn -0.6569 0.5159 -0.5499</w:t>
        <w:br/>
        <w:t>vn -0.7906 0.4297 -0.4362</w:t>
        <w:br/>
        <w:t>vn -0.9845 -0.0639 0.1635</w:t>
        <w:br/>
        <w:t>vn -0.5778 0.8157 0.0263</w:t>
        <w:br/>
        <w:t>vn 0.6890 0.4718 -0.5502</w:t>
        <w:br/>
        <w:t>vn 0.6305 0.7757 0.0262</w:t>
        <w:br/>
        <w:t>vn 0.8915 0.2971 -0.3421</w:t>
        <w:br/>
        <w:t>vn 0.6434 -0.1495 -0.7508</w:t>
        <w:br/>
        <w:t>vn 0.8485 0.5227 0.0831</w:t>
        <w:br/>
        <w:t>vn 0.7557 0.3795 0.5338</w:t>
        <w:br/>
        <w:t>vn 0.9782 -0.1283 0.1632</w:t>
        <w:br/>
        <w:t>vn 0.5047 0.5835 0.6363</w:t>
        <w:br/>
        <w:t>vn 0.3861 0.0106 0.9224</w:t>
        <w:br/>
        <w:t>vn 0.8564 -0.1636 -0.4896</w:t>
        <w:br/>
        <w:t>vn 0.7557 0.3794 0.5338</w:t>
        <w:br/>
        <w:t>vn 0.9778 -0.1314 0.1631</w:t>
        <w:br/>
        <w:t>vn 0.8914 0.2971 -0.3422</w:t>
        <w:br/>
        <w:t>vn 0.6670 -0.0449 0.7437</w:t>
        <w:br/>
        <w:t>vn 0.9776 -0.1335 0.1628</w:t>
        <w:br/>
        <w:t>vn 0.7656 -0.5811 -0.2760</w:t>
        <w:br/>
        <w:t>vn 0.8565 -0.1636 -0.4896</w:t>
        <w:br/>
        <w:t>vn 0.9776 -0.1334 0.1628</w:t>
        <w:br/>
        <w:t>vn 0.9771 -0.1366 0.1631</w:t>
        <w:br/>
        <w:t>vn 0.5225 -0.7173 -0.4609</w:t>
        <w:br/>
        <w:t>vn 0.3992 -0.9053 0.1450</w:t>
        <w:br/>
        <w:t>vn 0.5174 -0.5520 0.6539</w:t>
        <w:br/>
        <w:t>vn 0.9775 -0.1348 0.1622</w:t>
        <w:br/>
        <w:t>vn 0.3433 -0.6057 0.7178</w:t>
        <w:br/>
        <w:t>vn 0.6739 -0.7190 0.1698</w:t>
        <w:br/>
        <w:t>vn -0.2436 0.0207 -0.9697</w:t>
        <w:br/>
        <w:t>vn -0.3067 -0.0039 -0.9518</w:t>
        <w:br/>
        <w:t>vn -0.3335 -0.0054 -0.9428</w:t>
        <w:br/>
        <w:t>vn -0.2270 0.0253 -0.9736</w:t>
        <w:br/>
        <w:t>vn -0.5540 0.7599 -0.3402</w:t>
        <w:br/>
        <w:t>vn -0.5817 0.8082 0.0912</w:t>
        <w:br/>
        <w:t>vn -0.5799 0.7508 -0.3161</w:t>
        <w:br/>
        <w:t>vn -0.1372 0.0728 -0.9879</w:t>
        <w:br/>
        <w:t>vn -0.1357 0.0673 -0.9885</w:t>
        <w:br/>
        <w:t>vn -0.0974 0.1015 -0.9901</w:t>
        <w:br/>
        <w:t>vn -0.5717 0.8162 0.0831</w:t>
        <w:br/>
        <w:t>vn -0.5270 0.7770 -0.3444</w:t>
        <w:br/>
        <w:t>vn -0.4897 0.7142 0.5001</w:t>
        <w:br/>
        <w:t>vn -0.4962 0.7101 0.4994</w:t>
        <w:br/>
        <w:t>vn -0.0563 -0.0457 0.9974</w:t>
        <w:br/>
        <w:t>vn -0.0730 -0.0527 0.9959</w:t>
        <w:br/>
        <w:t>vn -0.0652 -0.0441 0.9969</w:t>
        <w:br/>
        <w:t>vn -0.5320 0.8429 0.0806</w:t>
        <w:br/>
        <w:t>vn -0.4634 0.7353 0.4946</w:t>
        <w:br/>
        <w:t>vn -0.0569 -0.0601 0.9966</w:t>
        <w:br/>
        <w:t>vn 0.0001 -0.0607 0.9982</w:t>
        <w:br/>
        <w:t>vn 0.3815 -0.9240 -0.0262</w:t>
        <w:br/>
        <w:t>vn 0.4338 -0.8507 0.2968</w:t>
        <w:br/>
        <w:t>vn 0.4239 -0.8517 0.3080</w:t>
        <w:br/>
        <w:t>vn 0.4588 -0.8879 0.0338</w:t>
        <w:br/>
        <w:t>vn 0.2246 -0.9278 -0.2979</w:t>
        <w:br/>
        <w:t>vn 0.2237 -0.8652 -0.4487</w:t>
        <w:br/>
        <w:t>vn 0.4303 -0.8969 -0.1024</w:t>
        <w:br/>
        <w:t>vn 0.3467 -0.7721 -0.5326</w:t>
        <w:br/>
        <w:t>vn 0.4209 -0.8407 0.3408</w:t>
        <w:br/>
        <w:t>vn -0.0326 -0.0666 0.9972</w:t>
        <w:br/>
        <w:t>vn 0.4051 -0.9086 -0.1013</w:t>
        <w:br/>
        <w:t>vn 0.2840 -0.7901 -0.5432</w:t>
        <w:br/>
        <w:t>vn 0.0372 -0.0855 0.9956</w:t>
        <w:br/>
        <w:t>vn 0.3234 -0.8649 0.3838</w:t>
        <w:br/>
        <w:t>vn 0.2966 -0.9512 -0.0853</w:t>
        <w:br/>
        <w:t>vn 0.2271 -0.8112 -0.5388</w:t>
        <w:br/>
        <w:t>vn 0.0531 -0.1104 0.9925</w:t>
        <w:br/>
        <w:t>vn -0.4594 0.7679 0.4464</w:t>
        <w:br/>
        <w:t>vn 0.2298 -0.7688 0.5968</w:t>
        <w:br/>
        <w:t>vn 0.0353 -0.1266 0.9913</w:t>
        <w:br/>
        <w:t>vn 0.3216 -0.9429 -0.0864</w:t>
        <w:br/>
        <w:t>vn 0.2725 -0.7766 -0.5680</w:t>
        <w:br/>
        <w:t>vn 0.0405 -0.1315 0.9905</w:t>
        <w:br/>
        <w:t>vn 0.2709 -0.7688 -0.5793</w:t>
        <w:br/>
        <w:t>vn 0.2375 -0.7785 -0.5810</w:t>
        <w:br/>
        <w:t>vn 0.2259 -0.5562 0.7998</w:t>
        <w:br/>
        <w:t>vn 0.3489 -0.8419 0.4116</w:t>
        <w:br/>
        <w:t>vn 0.2745 -0.9568 -0.0952</w:t>
        <w:br/>
        <w:t>vn 0.2058 -0.7925 -0.5741</w:t>
        <w:br/>
        <w:t>vn 0.2799 -0.9553 -0.0953</w:t>
        <w:br/>
        <w:t>vn 0.2208 -0.5547 0.8022</w:t>
        <w:br/>
        <w:t>vn 0.0726 -0.1148 0.9907</w:t>
        <w:br/>
        <w:t>vn 0.1884 -0.5700 0.7997</w:t>
        <w:br/>
        <w:t>vn 0.0674 -0.1193 0.9906</w:t>
        <w:br/>
        <w:t>vn 0.2231 -0.7976 -0.5604</w:t>
        <w:br/>
        <w:t>vn 0.0605 -0.1260 0.9902</w:t>
        <w:br/>
        <w:t>vn 0.1873 -0.9765 -0.1070</w:t>
        <w:br/>
        <w:t>vn -0.0441 -0.3660 -0.9296</w:t>
        <w:br/>
        <w:t>vn -0.2786 -0.7298 -0.6243</w:t>
        <w:br/>
        <w:t>vn -0.3228 -0.9346 -0.1493</w:t>
        <w:br/>
        <w:t>vn -0.2135 -0.8256 0.5223</w:t>
        <w:br/>
        <w:t>vn 0.1599 -0.5884 0.7926</w:t>
        <w:br/>
        <w:t>vn 0.2073 -0.5727 0.7931</w:t>
        <w:br/>
        <w:t>vn 0.0707 -0.1215 0.9901</w:t>
        <w:br/>
        <w:t>vn 0.0746 -0.1292 0.9888</w:t>
        <w:br/>
        <w:t>vn -0.1772 -0.4067 0.8962</w:t>
        <w:br/>
        <w:t>vn 0.0939 -0.1368 0.9861</w:t>
        <w:br/>
        <w:t>vn -0.4971 0.8668 0.0404</w:t>
        <w:br/>
        <w:t>vn -0.4415 0.8371 0.3230</w:t>
        <w:br/>
        <w:t>vn -0.4310 0.8275 0.3597</w:t>
        <w:br/>
        <w:t>vn -0.4860 0.8729 0.0433</w:t>
        <w:br/>
        <w:t>vn -0.4733 0.8464 0.2443</w:t>
        <w:br/>
        <w:t>vn -0.5084 0.8331 0.2180</w:t>
        <w:br/>
        <w:t>vn -0.5084 0.8576 0.0774</w:t>
        <w:br/>
        <w:t>vn -0.6001 -0.5928 0.5371</w:t>
        <w:br/>
        <w:t>vn -0.5251 0.8465 0.0877</w:t>
        <w:br/>
        <w:t>vn -0.3229 -0.9346 -0.1492</w:t>
        <w:br/>
        <w:t>vn -0.5756 -0.5441 -0.6104</w:t>
        <w:br/>
        <w:t>vn -0.3228 -0.9346 -0.1492</w:t>
        <w:br/>
        <w:t>vn -0.5136 0.8563 -0.0551</w:t>
        <w:br/>
        <w:t>vn -0.3200 -0.3410 -0.8840</w:t>
        <w:br/>
        <w:t>vn -0.1160 0.0928 -0.9889</w:t>
        <w:br/>
        <w:t>vn -0.4792 0.8678 -0.1313</w:t>
        <w:br/>
        <w:t>vn -0.4701 0.8443 -0.2573</w:t>
        <w:br/>
        <w:t>vn -0.0987 0.0870 -0.9913</w:t>
        <w:br/>
        <w:t>vn -0.0925 0.0818 -0.9923</w:t>
        <w:br/>
        <w:t>vn -0.0937 0.0806 -0.9923</w:t>
        <w:br/>
        <w:t>vn -0.4851 0.8321 -0.2688</w:t>
        <w:br/>
        <w:t>vn -0.0925 0.0804 -0.9925</w:t>
        <w:br/>
        <w:t>vn -0.4927 0.8686 0.0534</w:t>
        <w:br/>
        <w:t>vn -0.4248 0.8140 0.3961</w:t>
        <w:br/>
        <w:t>vn -0.0956 0.0779 -0.9924</w:t>
        <w:br/>
        <w:t>vn -0.4845 0.8293 -0.2784</w:t>
        <w:br/>
        <w:t>vn -0.1042 0.0811 -0.9912</w:t>
        <w:br/>
        <w:t>vn -0.1078 0.0888 -0.9902</w:t>
        <w:br/>
        <w:t>vn -0.5143 0.8548 0.0693</w:t>
        <w:br/>
        <w:t>vn -0.5208 0.8069 -0.2786</w:t>
        <w:br/>
        <w:t>vn -0.4813 0.7696 0.4197</w:t>
        <w:br/>
        <w:t>vn -0.5548 0.8285 0.0757</w:t>
        <w:br/>
        <w:t>vn -0.4995 0.7572 0.4210</w:t>
        <w:br/>
        <w:t>vn -0.1093 0.0980 -0.9892</w:t>
        <w:br/>
        <w:t>vn -0.5387 0.8390 0.0762</w:t>
        <w:br/>
        <w:t>vn -0.5312 0.8002 -0.2784</w:t>
        <w:br/>
        <w:t>vn -0.1026 0.1034 -0.9893</w:t>
        <w:br/>
        <w:t>vn -0.1031 0.1036 -0.9893</w:t>
        <w:br/>
        <w:t>vn -0.1023 0.1043 -0.9893</w:t>
        <w:br/>
        <w:t>vn -0.5067 0.8075 -0.3020</w:t>
        <w:br/>
        <w:t>vn -0.4320 -0.8781 0.2056</w:t>
        <w:br/>
        <w:t>vn -0.4523 -0.8671 0.2086</w:t>
        <w:br/>
        <w:t>vn -0.4213 -0.8523 -0.3101</w:t>
        <w:br/>
        <w:t>vn -0.3793 -0.8419 -0.3839</w:t>
        <w:br/>
        <w:t>vn -0.3845 -0.9008 0.2020</w:t>
        <w:br/>
        <w:t>vn -0.2968 -0.5914 -0.7498</w:t>
        <w:br/>
        <w:t>vn -0.3437 -0.8698 -0.3540</w:t>
        <w:br/>
        <w:t>vn -0.3629 -0.9113 0.1944</w:t>
        <w:br/>
        <w:t>vn -0.2373 -0.5483 -0.8019</w:t>
        <w:br/>
        <w:t>vn -0.0432 -0.1363 -0.9897</w:t>
        <w:br/>
        <w:t>vn -0.3418 -0.8872 -0.3099</w:t>
        <w:br/>
        <w:t>vn -0.3699 -0.9142 0.1655</w:t>
        <w:br/>
        <w:t>vn -0.1988 -0.5734 -0.7948</w:t>
        <w:br/>
        <w:t>vn 0.0705 -0.0098 -0.9975</w:t>
        <w:br/>
        <w:t>vn 0.2673 0.4374 -0.8587</w:t>
        <w:br/>
        <w:t>vn -0.1714 -0.5850 -0.7927</w:t>
        <w:br/>
        <w:t>vn 0.0948 -0.0604 -0.9937</w:t>
        <w:br/>
        <w:t>vn -0.3303 -0.8861 -0.3251</w:t>
        <w:br/>
        <w:t>vn -0.3300 -0.9075 -0.2600</w:t>
        <w:br/>
        <w:t>vn -0.3787 -0.8978 0.2249</w:t>
        <w:br/>
        <w:t>vn -0.1348 -0.5742 -0.8075</w:t>
        <w:br/>
        <w:t>vn -0.1594 -0.6416 -0.7503</w:t>
        <w:br/>
        <w:t>vn -0.0752 -0.3392 -0.9377</w:t>
        <w:br/>
        <w:t>vn -0.1344 -0.2774 -0.9513</w:t>
        <w:br/>
        <w:t>vn -0.1692 -0.1773 -0.9695</w:t>
        <w:br/>
        <w:t>vn 0.0500 -0.1732 -0.9836</w:t>
        <w:br/>
        <w:t>vn 0.1339 -0.0596 -0.9892</w:t>
        <w:br/>
        <w:t>vn 0.4161 0.4462 -0.7923</w:t>
        <w:br/>
        <w:t>vn 0.1239 -0.0613 -0.9904</w:t>
        <w:br/>
        <w:t>vn 0.3753 0.3796 -0.8456</w:t>
        <w:br/>
        <w:t>vn 0.5595 0.7313 -0.3901</w:t>
        <w:br/>
        <w:t>vn 0.5791 0.7841 -0.2231</w:t>
        <w:br/>
        <w:t>vn 0.3713 0.4016 -0.8371</w:t>
        <w:br/>
        <w:t>vn 0.3343 0.4149 -0.8462</w:t>
        <w:br/>
        <w:t>vn 0.5328 0.7587 -0.3749</w:t>
        <w:br/>
        <w:t>vn 0.3183 0.4719 -0.8222</w:t>
        <w:br/>
        <w:t>vn 0.5023 0.7730 -0.3875</w:t>
        <w:br/>
        <w:t>vn 0.4587 0.7528 -0.4722</w:t>
        <w:br/>
        <w:t>vn 0.4913 0.8175 -0.3005</w:t>
        <w:br/>
        <w:t>vn 0.5083 0.8536 0.1141</w:t>
        <w:br/>
        <w:t>vn 0.4893 0.8464 0.2103</w:t>
        <w:br/>
        <w:t>vn 0.5146 0.8437 0.1527</w:t>
        <w:br/>
        <w:t>vn 0.3997 0.7237 0.5626</w:t>
        <w:br/>
        <w:t>vn 0.3518 0.6841 0.6390</w:t>
        <w:br/>
        <w:t>vn 0.4288 0.7420 0.5153</w:t>
        <w:br/>
        <w:t>vn 0.5461 0.8207 0.1681</w:t>
        <w:br/>
        <w:t>vn 0.4322 0.7088 0.5575</w:t>
        <w:br/>
        <w:t>vn 0.2763 0.5204 0.8080</w:t>
        <w:br/>
        <w:t>vn 0.2304 0.4904 0.8405</w:t>
        <w:br/>
        <w:t>vn 0.1797 0.4570 0.8711</w:t>
        <w:br/>
        <w:t>vn 0.2731 0.4968 0.8238</w:t>
        <w:br/>
        <w:t>vn 0.0423 0.1938 0.9801</w:t>
        <w:br/>
        <w:t>vn -0.0149 0.1415 0.9898</w:t>
        <w:br/>
        <w:t>vn 0.1079 0.2505 0.9621</w:t>
        <w:br/>
        <w:t>vn -0.2166 -0.3182 0.9229</w:t>
        <w:br/>
        <w:t>vn -0.2115 -0.2569 0.9430</w:t>
        <w:br/>
        <w:t>vn -0.3742 -0.6446 0.6667</w:t>
        <w:br/>
        <w:t>vn -0.1570 -0.2728 0.9492</w:t>
        <w:br/>
        <w:t>vn -0.3573 -0.6892 0.6304</w:t>
        <w:br/>
        <w:t>vn -0.3313 -0.6920 0.6414</w:t>
        <w:br/>
        <w:t>vn -0.3274 -0.7253 0.6055</w:t>
        <w:br/>
        <w:t>vn -0.3699 -0.9142 0.1656</w:t>
        <w:br/>
        <w:t>vn 0.0722 0.1744 0.9820</w:t>
        <w:br/>
        <w:t>vn -0.1785 -0.3543 0.9180</w:t>
        <w:br/>
        <w:t>vn -0.3346 -0.7349 0.5899</w:t>
        <w:br/>
        <w:t>vn -0.3787 -0.8977 0.2249</w:t>
        <w:br/>
        <w:t>vn -0.3503 -0.7652 0.5402</w:t>
        <w:br/>
        <w:t>vn -0.1957 -0.3349 0.9217</w:t>
        <w:br/>
        <w:t>vn -0.1912 -0.3991 0.8968</w:t>
        <w:br/>
        <w:t>vn -0.0051 0.0142 0.9999</w:t>
        <w:br/>
        <w:t>vn -0.3122 -0.0008 0.9500</w:t>
        <w:br/>
        <w:t>vn -0.1563 -0.1661 0.9736</w:t>
        <w:br/>
        <w:t>vn 0.0649 0.0484 0.9967</w:t>
        <w:br/>
        <w:t>vn 0.2553 0.4745 0.8424</w:t>
        <w:br/>
        <w:t>vn 0.3422 0.5765 0.7420</w:t>
        <w:br/>
        <w:t>vn 0.4455 0.7036 0.5537</w:t>
        <w:br/>
        <w:t>vn 0.4755 0.7405 0.4749</w:t>
        <w:br/>
        <w:t>vn 0.5522 0.8128 0.1855</w:t>
        <w:br/>
        <w:t>vn 0.5516 0.8132 0.1856</w:t>
        <w:br/>
        <w:t>vn 0.2129 0.0504 -0.9758</w:t>
        <w:br/>
        <w:t>vn 0.2717 0.1174 -0.9552</w:t>
        <w:br/>
        <w:t>vn 0.1395 0.0871 -0.9864</w:t>
        <w:br/>
        <w:t>vn 0.4161 0.0352 -0.9086</w:t>
        <w:br/>
        <w:t>vn 0.5947 0.1066 -0.7968</w:t>
        <w:br/>
        <w:t>vn 0.2866 -0.1188 -0.9507</w:t>
        <w:br/>
        <w:t>vn 0.7810 -0.0309 -0.6237</w:t>
        <w:br/>
        <w:t>vn 0.8117 0.0495 -0.5820</w:t>
        <w:br/>
        <w:t>vn 0.4144 -0.2274 -0.8812</w:t>
        <w:br/>
        <w:t>vn 0.2412 -0.3925 -0.8875</w:t>
        <w:br/>
        <w:t>vn 0.9945 -0.0169 -0.1033</w:t>
        <w:br/>
        <w:t>vn 0.3594 -0.4847 -0.7974</w:t>
        <w:br/>
        <w:t>vn 0.1838 -0.5646 -0.8046</w:t>
        <w:br/>
        <w:t>vn 0.8071 -0.3363 -0.4853</w:t>
        <w:br/>
        <w:t>vn 0.9847 -0.1740 0.0033</w:t>
        <w:br/>
        <w:t>vn 0.4162 -0.5736 -0.7056</w:t>
        <w:br/>
        <w:t>vn 0.1573 -0.6093 -0.7772</w:t>
        <w:br/>
        <w:t>vn 0.4118 -0.6253 -0.6628</w:t>
        <w:br/>
        <w:t>vn 0.7490 -0.4893 -0.4468</w:t>
        <w:br/>
        <w:t>vn 0.7939 -0.4505 -0.4084</w:t>
        <w:br/>
        <w:t>vn 0.8263 -0.4163 -0.3793</w:t>
        <w:br/>
        <w:t>vn 0.9320 -0.3204 -0.1695</w:t>
        <w:br/>
        <w:t>vn 0.9143 -0.3315 -0.2328</w:t>
        <w:br/>
        <w:t>vn 0.9496 -0.2536 -0.1843</w:t>
        <w:br/>
        <w:t>vn 0.9612 -0.2434 -0.1301</w:t>
        <w:br/>
        <w:t>vn 0.9084 -0.3452 -0.2359</w:t>
        <w:br/>
        <w:t>vn 0.8840 -0.4263 -0.1918</w:t>
        <w:br/>
        <w:t>vn 0.8890 -0.4471 -0.0994</w:t>
        <w:br/>
        <w:t>vn 0.9036 -0.4154 -0.1043</w:t>
        <w:br/>
        <w:t>vn 0.8953 -0.4388 -0.0761</w:t>
        <w:br/>
        <w:t>vn 0.9036 -0.4224 -0.0716</w:t>
        <w:br/>
        <w:t>vn 0.8946 -0.4439 -0.0526</w:t>
        <w:br/>
        <w:t>vn 0.9360 -0.3512 -0.0236</w:t>
        <w:br/>
        <w:t>vn 0.9170 -0.3821 0.1145</w:t>
        <w:br/>
        <w:t>vn 0.8484 -0.5287 -0.0257</w:t>
        <w:br/>
        <w:t>vn 0.8720 -0.4145 0.2603</w:t>
        <w:br/>
        <w:t>vn 0.9410 -0.1900 0.2800</w:t>
        <w:br/>
        <w:t>vn 0.9581 -0.0829 0.2743</w:t>
        <w:br/>
        <w:t>vn 0.8232 -0.1756 0.5399</w:t>
        <w:br/>
        <w:t>vn 0.8030 -0.3447 0.4861</w:t>
        <w:br/>
        <w:t>vn 0.7125 -0.4386 0.5477</w:t>
        <w:br/>
        <w:t>vn 0.6621 -0.3533 0.6609</w:t>
        <w:br/>
        <w:t>vn 0.6516 -0.4299 0.6250</w:t>
        <w:br/>
        <w:t>vn 0.5397 -0.0733 0.8386</w:t>
        <w:br/>
        <w:t>vn 0.5736 -0.6435 0.5069</w:t>
        <w:br/>
        <w:t>vn 0.4968 -0.5053 0.7056</w:t>
        <w:br/>
        <w:t>vn 0.4169 -0.1241 0.9004</w:t>
        <w:br/>
        <w:t>vn 0.4660 -0.7737 0.4291</w:t>
        <w:br/>
        <w:t>vn 0.4608 -0.5366 0.7069</w:t>
        <w:br/>
        <w:t>vn 0.4183 -0.7285 0.5425</w:t>
        <w:br/>
        <w:t>vn 0.3871 -0.6474 0.6565</w:t>
        <w:br/>
        <w:t>vn -0.2717 0.1174 -0.9552</w:t>
        <w:br/>
        <w:t>vn -0.2129 0.0505 -0.9758</w:t>
        <w:br/>
        <w:t>vn -0.1395 0.0871 -0.9864</w:t>
        <w:br/>
        <w:t>vn -0.4161 0.0352 -0.9087</w:t>
        <w:br/>
        <w:t>vn -0.2866 -0.1188 -0.9507</w:t>
        <w:br/>
        <w:t>vn -0.5947 0.1066 -0.7968</w:t>
        <w:br/>
        <w:t>vn -0.4144 -0.2274 -0.8812</w:t>
        <w:br/>
        <w:t>vn -0.2412 -0.3925 -0.8875</w:t>
        <w:br/>
        <w:t>vn -0.7810 -0.0308 -0.6237</w:t>
        <w:br/>
        <w:t>vn -0.8117 0.0496 -0.5820</w:t>
        <w:br/>
        <w:t>vn -0.9945 -0.0169 -0.1033</w:t>
        <w:br/>
        <w:t>vn -0.3594 -0.4847 -0.7974</w:t>
        <w:br/>
        <w:t>vn -0.1838 -0.5646 -0.8046</w:t>
        <w:br/>
        <w:t>vn -0.8071 -0.3363 -0.4853</w:t>
        <w:br/>
        <w:t>vn -0.9847 -0.1740 0.0033</w:t>
        <w:br/>
        <w:t>vn -0.4162 -0.5735 -0.7056</w:t>
        <w:br/>
        <w:t>vn -0.1573 -0.6093 -0.7772</w:t>
        <w:br/>
        <w:t>vn -0.4118 -0.6253 -0.6628</w:t>
        <w:br/>
        <w:t>vn -0.7490 -0.4893 -0.4468</w:t>
        <w:br/>
        <w:t>vn -0.7939 -0.4505 -0.4084</w:t>
        <w:br/>
        <w:t>vn -0.8263 -0.4163 -0.3793</w:t>
        <w:br/>
        <w:t>vn -0.9320 -0.3204 -0.1695</w:t>
        <w:br/>
        <w:t>vn -0.9143 -0.3315 -0.2328</w:t>
        <w:br/>
        <w:t>vn -0.9496 -0.2536 -0.1844</w:t>
        <w:br/>
        <w:t>vn -0.9084 -0.3452 -0.2359</w:t>
        <w:br/>
        <w:t>vn -0.9612 -0.2434 -0.1301</w:t>
        <w:br/>
        <w:t>vn -0.8840 -0.4263 -0.1918</w:t>
        <w:br/>
        <w:t>vn -0.8890 -0.4471 -0.0994</w:t>
        <w:br/>
        <w:t>vn -0.9036 -0.4154 -0.1043</w:t>
        <w:br/>
        <w:t>vn -0.8955 -0.4386 -0.0763</w:t>
        <w:br/>
        <w:t>vn -0.9036 -0.4224 -0.0716</w:t>
        <w:br/>
        <w:t>vn -0.8945 -0.4439 -0.0526</w:t>
        <w:br/>
        <w:t>vn -0.9360 -0.3512 -0.0236</w:t>
        <w:br/>
        <w:t>vn -0.9170 -0.3821 0.1145</w:t>
        <w:br/>
        <w:t>vn -0.8484 -0.5287 -0.0257</w:t>
        <w:br/>
        <w:t>vn -0.8720 -0.4145 0.2603</w:t>
        <w:br/>
        <w:t>vn -0.9410 -0.1900 0.2800</w:t>
        <w:br/>
        <w:t>vn -0.9581 -0.0829 0.2743</w:t>
        <w:br/>
        <w:t>vn -0.8232 -0.1756 0.5399</w:t>
        <w:br/>
        <w:t>vn -0.8031 -0.3447 0.4861</w:t>
        <w:br/>
        <w:t>vn -0.7125 -0.4386 0.5477</w:t>
        <w:br/>
        <w:t>vn -0.6621 -0.3533 0.6609</w:t>
        <w:br/>
        <w:t>vn -0.6516 -0.4298 0.6250</w:t>
        <w:br/>
        <w:t>vn -0.5397 -0.0733 0.8386</w:t>
        <w:br/>
        <w:t>vn -0.5736 -0.6434 0.5070</w:t>
        <w:br/>
        <w:t>vn -0.4968 -0.5053 0.7056</w:t>
        <w:br/>
        <w:t>vn -0.4170 -0.1241 0.9004</w:t>
        <w:br/>
        <w:t>vn -0.4661 -0.7737 0.4292</w:t>
        <w:br/>
        <w:t>vn -0.4608 -0.5366 0.7069</w:t>
        <w:br/>
        <w:t>vn -0.4183 -0.7285 0.5424</w:t>
        <w:br/>
        <w:t>vn -0.3872 -0.6475 0.6564</w:t>
        <w:br/>
        <w:t>vn 0.4320 -0.8781 0.2056</w:t>
        <w:br/>
        <w:t>vn 0.4213 -0.8523 -0.3101</w:t>
        <w:br/>
        <w:t>vn 0.4523 -0.8671 0.2086</w:t>
        <w:br/>
        <w:t>vn 0.3793 -0.8419 -0.3840</w:t>
        <w:br/>
        <w:t>vn 0.2968 -0.5914 -0.7498</w:t>
        <w:br/>
        <w:t>vn 0.3845 -0.9008 0.2020</w:t>
        <w:br/>
        <w:t>vn 0.2373 -0.5483 -0.8019</w:t>
        <w:br/>
        <w:t>vn 0.0432 -0.1363 -0.9897</w:t>
        <w:br/>
        <w:t>vn 0.3437 -0.8698 -0.3539</w:t>
        <w:br/>
        <w:t>vn 0.3732 -0.9068 0.1959</w:t>
        <w:br/>
        <w:t>vn 0.3286 -0.8511 -0.4094</w:t>
        <w:br/>
        <w:t>vn 0.1988 -0.5734 -0.7948</w:t>
        <w:br/>
        <w:t>vn 0.1395 -0.4919 -0.8594</w:t>
        <w:br/>
        <w:t>vn -0.0705 -0.0098 -0.9975</w:t>
        <w:br/>
        <w:t>vn -0.2673 0.4374 -0.8587</w:t>
        <w:br/>
        <w:t>vn -0.0948 -0.0604 -0.9937</w:t>
        <w:br/>
        <w:t>vn -0.1119 -0.0595 -0.9919</w:t>
        <w:br/>
        <w:t>vn -0.3111 0.3352 -0.8893</w:t>
        <w:br/>
        <w:t>vn -0.3343 0.4149 -0.8462</w:t>
        <w:br/>
        <w:t>vn -0.5143 0.7699 -0.3779</w:t>
        <w:br/>
        <w:t>vn -0.3182 0.4719 -0.8222</w:t>
        <w:br/>
        <w:t>vn -0.4587 0.7528 -0.4722</w:t>
        <w:br/>
        <w:t>vn -0.4913 0.8175 -0.3005</w:t>
        <w:br/>
        <w:t>vn -0.5022 0.7730 -0.3876</w:t>
        <w:br/>
        <w:t>vn -0.5083 0.8536 0.1141</w:t>
        <w:br/>
        <w:t>vn -0.4893 0.8464 0.2103</w:t>
        <w:br/>
        <w:t>vn -0.5146 0.8437 0.1528</w:t>
        <w:br/>
        <w:t>vn -0.5177 0.8407 0.1587</w:t>
        <w:br/>
        <w:t>vn -0.4169 0.7179 0.5576</w:t>
        <w:br/>
        <w:t>vn -0.4288 0.7420 0.5153</w:t>
        <w:br/>
        <w:t>vn -0.3998 0.7235 0.5628</w:t>
        <w:br/>
        <w:t>vn -0.3515 0.6843 0.6389</w:t>
        <w:br/>
        <w:t>vn -0.2763 0.5204 0.8080</w:t>
        <w:br/>
        <w:t>vn -0.2367 0.4494 0.8614</w:t>
        <w:br/>
        <w:t>vn -0.2304 0.4904 0.8405</w:t>
        <w:br/>
        <w:t>vn -0.1797 0.4570 0.8711</w:t>
        <w:br/>
        <w:t>vn -0.1079 0.2505 0.9621</w:t>
        <w:br/>
        <w:t>vn -0.0399 0.1061 0.9936</w:t>
        <w:br/>
        <w:t>vn -0.0423 0.1937 0.9801</w:t>
        <w:br/>
        <w:t>vn 0.0149 0.1415 0.9898</w:t>
        <w:br/>
        <w:t>vn 0.1570 -0.2728 0.9492</w:t>
        <w:br/>
        <w:t>vn 0.1767 -0.3285 0.9278</w:t>
        <w:br/>
        <w:t>vn 0.3199 -0.6659 0.6740</w:t>
        <w:br/>
        <w:t>vn 0.2166 -0.3182 0.9229</w:t>
        <w:br/>
        <w:t>vn 0.2115 -0.2569 0.9430</w:t>
        <w:br/>
        <w:t>vn 0.3741 -0.6446 0.6668</w:t>
        <w:br/>
        <w:t>vn 0.3313 -0.6919 0.6414</w:t>
        <w:br/>
        <w:t>vn 0.3845 -0.9007 0.2020</w:t>
        <w:br/>
        <w:t>vn 0.3573 -0.6892 0.6304</w:t>
        <w:br/>
        <w:t>vn -0.1050 0.0692 -0.9921</w:t>
        <w:br/>
        <w:t>vn -0.1172 0.0654 -0.9909</w:t>
        <w:br/>
        <w:t>vn -0.1284 0.0611 -0.9898</w:t>
        <w:br/>
        <w:t>vn -0.1395 0.0538 -0.9888</w:t>
        <w:br/>
        <w:t>vn -0.1366 0.0539 -0.9892</w:t>
        <w:br/>
        <w:t>vn -0.1234 0.0624 -0.9904</w:t>
        <w:br/>
        <w:t>vn -0.1109 0.0735 -0.9911</w:t>
        <w:br/>
        <w:t>vn -0.1259 0.0723 -0.9894</w:t>
        <w:br/>
        <w:t>vn -0.1405 0.0627 -0.9881</w:t>
        <w:br/>
        <w:t>vn -0.5800 0.7902 -0.1978</w:t>
        <w:br/>
        <w:t>vn -0.5341 0.8242 0.1882</w:t>
        <w:br/>
        <w:t>vn -0.5173 0.8287 -0.2138</w:t>
        <w:br/>
        <w:t>vn -0.1635 0.0507 -0.9852</w:t>
        <w:br/>
        <w:t>vn -0.1548 0.0551 -0.9864</w:t>
        <w:br/>
        <w:t>vn -0.1712 0.0500 -0.9840</w:t>
        <w:br/>
        <w:t>vn -0.1781 0.0426 -0.9831</w:t>
        <w:br/>
        <w:t>vn -0.5776 0.7781 -0.2469</w:t>
        <w:br/>
        <w:t>vn -0.5886 0.7996 0.1196</w:t>
        <w:br/>
        <w:t>vn -0.5766 0.7783 -0.2486</w:t>
        <w:br/>
        <w:t>vn -0.5463 0.8024 -0.2402</w:t>
        <w:br/>
        <w:t>vn -0.5844 0.8011 0.1293</w:t>
        <w:br/>
        <w:t>vn -0.5220 0.8389 0.1540</w:t>
        <w:br/>
        <w:t>vn -0.5241 0.7168 0.4599</w:t>
        <w:br/>
        <w:t>vn -0.5335 0.7148 0.4521</w:t>
        <w:br/>
        <w:t>vn -0.0433 -0.0204 0.9989</w:t>
        <w:br/>
        <w:t>vn -0.0373 -0.0162 0.9992</w:t>
        <w:br/>
        <w:t>vn -0.0242 -0.0012 0.9997</w:t>
        <w:br/>
        <w:t>vn -0.4917 0.7274 0.4787</w:t>
        <w:br/>
        <w:t>vn -0.4413 0.7268 0.5263</w:t>
        <w:br/>
        <w:t>vn -0.0609 -0.0293 0.9977</w:t>
        <w:br/>
        <w:t>vn -0.0278 -0.0141 0.9995</w:t>
        <w:br/>
        <w:t>vn 0.0074 -0.0064 1.0000</w:t>
        <w:br/>
        <w:t>vn 0.3065 -0.8644 0.3986</w:t>
        <w:br/>
        <w:t>vn 0.3097 -0.9508 -0.0071</w:t>
        <w:br/>
        <w:t>vn 0.3153 -0.8630 0.3948</w:t>
        <w:br/>
        <w:t>vn 0.3080 -0.9513 -0.0144</w:t>
        <w:br/>
        <w:t>vn 0.2579 -0.8710 -0.4182</w:t>
        <w:br/>
        <w:t>vn 0.2617 -0.8757 -0.4059</w:t>
        <w:br/>
        <w:t>vn 0.3516 -0.9361 0.0008</w:t>
        <w:br/>
        <w:t>vn 0.3798 -0.8292 0.4100</w:t>
        <w:br/>
        <w:t>vn 0.3457 -0.8434 -0.4113</w:t>
        <w:br/>
        <w:t>vn 0.4132 -0.9106 -0.0004</w:t>
        <w:br/>
        <w:t>vn 0.0161 -0.0038 0.9999</w:t>
        <w:br/>
        <w:t>vn 0.3619 -0.8388 0.4068</w:t>
        <w:br/>
        <w:t>vn 0.0262 -0.0091 0.9996</w:t>
        <w:br/>
        <w:t>vn 0.3210 -0.8523 -0.4130</w:t>
        <w:br/>
        <w:t>vn 0.3480 -0.9375 -0.0065</w:t>
        <w:br/>
        <w:t>vn 0.2811 -0.8587 -0.4284</w:t>
        <w:br/>
        <w:t>vn 0.0226 -0.0188 0.9996</w:t>
        <w:br/>
        <w:t>vn 0.3331 -0.8513 0.4055</w:t>
        <w:br/>
        <w:t>vn 0.3915 -0.9200 -0.0188</w:t>
        <w:br/>
        <w:t>vn 0.3383 -0.8049 -0.4875</w:t>
        <w:br/>
        <w:t>vn -0.3105 0.4634 0.8299</w:t>
        <w:br/>
        <w:t>vn 0.4403 -0.8967 -0.0467</w:t>
        <w:br/>
        <w:t>vn 0.2979 -0.7690 -0.5656</w:t>
        <w:br/>
        <w:t>vn 0.2895 -0.7661 -0.5739</w:t>
        <w:br/>
        <w:t>vn 0.4037 -0.8095 0.4263</w:t>
        <w:br/>
        <w:t>vn 0.2640 -0.7633 -0.5896</w:t>
        <w:br/>
        <w:t>vn 0.3889 -0.7998 0.4572</w:t>
        <w:br/>
        <w:t>vn 0.3701 -0.8103 0.4544</w:t>
        <w:br/>
        <w:t>vn 0.2734 -0.7523 -0.5995</w:t>
        <w:br/>
        <w:t>vn -0.2098 0.3182 0.9245</w:t>
        <w:br/>
        <w:t>vn 0.0209 -0.0321 0.9993</w:t>
        <w:br/>
        <w:t>vn 0.0273 -0.0395 0.9988</w:t>
        <w:br/>
        <w:t>vn 0.2704 -0.5856 0.7642</w:t>
        <w:br/>
        <w:t>vn 0.3681 -0.8150 0.4475</w:t>
        <w:br/>
        <w:t>vn -0.2283 0.3832 0.8950</w:t>
        <w:br/>
        <w:t>vn 0.0071 -0.0596 0.9982</w:t>
        <w:br/>
        <w:t>vn -0.5756 0.7953 0.1903</w:t>
        <w:br/>
        <w:t>vn -0.5687 0.7963 -0.2062</w:t>
        <w:br/>
        <w:t>vn -0.5321 0.8244 0.1930</w:t>
        <w:br/>
        <w:t>vn -0.5561 0.8088 -0.1915</w:t>
        <w:br/>
        <w:t>vn -0.1118 0.0647 -0.9916</w:t>
        <w:br/>
        <w:t>vn -0.1142 0.0663 -0.9912</w:t>
        <w:br/>
        <w:t>vn -0.5598 0.8053 0.1953</w:t>
        <w:br/>
        <w:t>vn -0.1284 0.0678 -0.9894</w:t>
        <w:br/>
        <w:t>vn -0.6198 0.7624 -0.1860</w:t>
        <w:br/>
        <w:t>vn 0.1036 -0.4008 -0.9103</w:t>
        <w:br/>
        <w:t>vn -0.4588 0.7058 0.5398</w:t>
        <w:br/>
        <w:t>vn 0.0367 -0.0695 0.9969</w:t>
        <w:br/>
        <w:t>vn -0.5861 0.7904 0.1783</w:t>
        <w:br/>
        <w:t>vn -0.1262 0.0949 -0.9875</w:t>
        <w:br/>
        <w:t>vn -0.1361 0.0277 -0.9903</w:t>
        <w:br/>
        <w:t>vn -0.5686 0.7984 -0.1982</w:t>
        <w:br/>
        <w:t>vn 0.2363 -0.5152 0.8238</w:t>
        <w:br/>
        <w:t>vn -0.4392 0.7328 0.5197</w:t>
        <w:br/>
        <w:t>vn 0.0453 -0.0652 0.9968</w:t>
        <w:br/>
        <w:t>vn 0.1595 -0.9802 -0.1172</w:t>
        <w:br/>
        <w:t>vn 0.3561 -0.8219 0.4447</w:t>
        <w:br/>
        <w:t>vn 0.2110 -0.8726 -0.4406</w:t>
        <w:br/>
        <w:t>vn -0.3902 -0.7644 -0.5133</w:t>
        <w:br/>
        <w:t>vn -0.4203 -0.9070 0.0270</w:t>
        <w:br/>
        <w:t>vn -0.3233 -0.8071 0.4941</w:t>
        <w:br/>
        <w:t>vn 0.0877 -0.5573 0.8257</w:t>
        <w:br/>
        <w:t>vn 0.0548 -0.0742 0.9957</w:t>
        <w:br/>
        <w:t>vn -0.2833 -0.4281 0.8582</w:t>
        <w:br/>
        <w:t>vn 0.0252 -0.0476 0.9985</w:t>
        <w:br/>
        <w:t>vn -0.4058 0.8173 0.4091</w:t>
        <w:br/>
        <w:t>vn -0.5153 0.8427 0.1561</w:t>
        <w:br/>
        <w:t>vn -0.4382 0.8495 0.2938</w:t>
        <w:br/>
        <w:t>vn -0.4782 0.8691 0.1269</w:t>
        <w:br/>
        <w:t>vn -0.4753 0.8695 -0.1347</w:t>
        <w:br/>
        <w:t>vn -0.1211 0.1194 -0.9854</w:t>
        <w:br/>
        <w:t>vn -0.1567 -0.0535 -0.9862</w:t>
        <w:br/>
        <w:t>vn -0.4820 0.8745 -0.0530</w:t>
        <w:br/>
        <w:t>vn -0.5117 0.8509 0.1189</w:t>
        <w:br/>
        <w:t>vn -0.7740 -0.6308 0.0546</w:t>
        <w:br/>
        <w:t>vn -0.7566 -0.5279 -0.3858</w:t>
        <w:br/>
        <w:t>vn -0.7315 -0.6817 0.0133</w:t>
        <w:br/>
        <w:t>vn -0.3462 -0.7810 -0.5198</w:t>
        <w:br/>
        <w:t>vn -0.4134 -0.9097 0.0404</w:t>
        <w:br/>
        <w:t>vn -0.3424 -0.8169 0.4641</w:t>
        <w:br/>
        <w:t>vn -0.3432 -0.4634 0.8170</w:t>
        <w:br/>
        <w:t>vn -0.1012 -0.1312 0.9862</w:t>
        <w:br/>
        <w:t>vn -0.4451 -0.4708 -0.7617</w:t>
        <w:br/>
        <w:t>vn -0.0648 0.0352 0.9973</w:t>
        <w:br/>
        <w:t>vn -0.5192 0.8357 -0.1789</w:t>
        <w:br/>
        <w:t>vn -0.5488 0.8206 -0.1596</w:t>
        <w:br/>
        <w:t>vn -0.5312 0.8446 -0.0674</w:t>
        <w:br/>
        <w:t>vn -0.5289 0.8484 0.0200</w:t>
        <w:br/>
        <w:t>vn -0.4746 0.8368 -0.2731</w:t>
        <w:br/>
        <w:t>vn -0.0570 0.0139 0.9983</w:t>
        <w:br/>
        <w:t>vn -0.4618 0.8030 -0.3766</w:t>
        <w:br/>
        <w:t>vn -0.5482 0.8173 -0.1774</w:t>
        <w:br/>
        <w:t>vn -0.5622 0.8155 0.1375</w:t>
        <w:br/>
        <w:t>vn -0.0003 -0.1210 -0.9927</w:t>
        <w:br/>
        <w:t>vn 0.0158 -0.0534 -0.9985</w:t>
        <w:br/>
        <w:t>vn 0.0191 -0.0510 -0.9985</w:t>
        <w:br/>
        <w:t>vn -0.0003 -0.1209 -0.9927</w:t>
        <w:br/>
        <w:t>vn -0.4921 0.7388 -0.4604</w:t>
        <w:br/>
        <w:t>vn -0.0039 -0.0432 -0.9991</w:t>
        <w:br/>
        <w:t>vn -0.5774 0.7985 -0.1701</w:t>
        <w:br/>
        <w:t>vn -0.0625 -0.0038 0.9980</w:t>
        <w:br/>
        <w:t>vn -0.0794 -0.0150 0.9967</w:t>
        <w:br/>
        <w:t>vn -0.5793 0.8015 0.1486</w:t>
        <w:br/>
        <w:t>vn -0.0774 -0.0146 0.9969</w:t>
        <w:br/>
        <w:t>vn -0.4978 0.7254 -0.4754</w:t>
        <w:br/>
        <w:t>vn -0.0718 -0.0114 0.9974</w:t>
        <w:br/>
        <w:t>vn -0.0497 -0.0163 0.9986</w:t>
        <w:br/>
        <w:t>vn -0.5562 0.8128 -0.1733</w:t>
        <w:br/>
        <w:t>vn -0.5460 0.8226 0.1588</w:t>
        <w:br/>
        <w:t>vn -0.0239 -0.0179 0.9996</w:t>
        <w:br/>
        <w:t>vn -0.0035 -0.0229 0.9997</w:t>
        <w:br/>
        <w:t>vn -0.5083 0.8368 -0.2035</w:t>
        <w:br/>
        <w:t>vn -0.5110 0.8429 0.1682</w:t>
        <w:br/>
        <w:t>vn -0.4486 0.7309 -0.5143</w:t>
        <w:br/>
        <w:t>vn 0.0003 -0.0201 0.9998</w:t>
        <w:br/>
        <w:t>vn -0.5016 0.8373 -0.2173</w:t>
        <w:br/>
        <w:t>vn -0.5087 0.8446 0.1668</w:t>
        <w:br/>
        <w:t>vn -0.0038 -0.0232 0.9997</w:t>
        <w:br/>
        <w:t>vn -0.0150 -0.0226 0.9996</w:t>
        <w:br/>
        <w:t>vn -0.4959 0.8539 -0.1579</w:t>
        <w:br/>
        <w:t>vn -0.4947 0.8529 0.1665</w:t>
        <w:br/>
        <w:t>vn -0.0306 -0.0249 0.9992</w:t>
        <w:br/>
        <w:t>vn -0.4826 0.8580 0.1759</w:t>
        <w:br/>
        <w:t>vn -0.0467 -0.0251 0.9986</w:t>
        <w:br/>
        <w:t>vn -0.2456 0.4128 -0.8771</w:t>
        <w:br/>
        <w:t>vn -0.1119 -0.0535 0.9923</w:t>
        <w:br/>
        <w:t>vn -0.1207 -0.0616 0.9908</w:t>
        <w:br/>
        <w:t>vn -0.1704 -0.0787 0.9822</w:t>
        <w:br/>
        <w:t>vn -0.1582 -0.0630 0.9854</w:t>
        <w:br/>
        <w:t>vn -0.4990 0.8454 -0.1908</w:t>
        <w:br/>
        <w:t>vn -0.4990 0.8491 0.1733</w:t>
        <w:br/>
        <w:t>vn -0.5110 0.8449 0.1583</w:t>
        <w:br/>
        <w:t>vn -0.4788 0.8534 -0.2060</w:t>
        <w:br/>
        <w:t>vn -0.4827 0.8322 -0.2729</w:t>
        <w:br/>
        <w:t>vn -0.2654 0.3867 -0.8832</w:t>
        <w:br/>
        <w:t>vn -0.2952 0.4593 -0.8378</w:t>
        <w:br/>
        <w:t>vn -0.0991 0.0713 -0.9925</w:t>
        <w:br/>
        <w:t>vn -0.2566 0.4384 -0.8614</w:t>
        <w:br/>
        <w:t>vn -0.2511 0.4306 -0.8669</w:t>
        <w:br/>
        <w:t>vn -0.2664 0.4162 -0.8694</w:t>
        <w:br/>
        <w:t>vn -0.0450 0.0618 -0.9971</w:t>
        <w:br/>
        <w:t>vn -0.0569 0.0475 -0.9972</w:t>
        <w:br/>
        <w:t>vn 0.1172 -0.2955 -0.9481</w:t>
        <w:br/>
        <w:t>vn 0.1416 -0.3885 -0.9105</w:t>
        <w:br/>
        <w:t>vn -0.0232 -0.0349 -0.9991</w:t>
        <w:br/>
        <w:t>vn 0.4251 -0.9014 -0.0823</w:t>
        <w:br/>
        <w:t>vn 0.3286 -0.7765 -0.5376</w:t>
        <w:br/>
        <w:t>vn 0.3410 -0.7741 -0.5334</w:t>
        <w:br/>
        <w:t>vn 0.1255 -0.4158 -0.9008</w:t>
        <w:br/>
        <w:t>vn -0.0414 -0.0518 -0.9978</w:t>
        <w:br/>
        <w:t>vn 0.3147 -0.7202 -0.6183</w:t>
        <w:br/>
        <w:t>vn 0.2704 -0.7089 -0.6514</w:t>
        <w:br/>
        <w:t>vn 0.1561 -0.4497 -0.8794</w:t>
        <w:br/>
        <w:t>vn 0.2623 -0.7175 -0.6452</w:t>
        <w:br/>
        <w:t>vn 0.1486 -0.9884 -0.0309</w:t>
        <w:br/>
        <w:t>vn 0.2323 -0.8842 -0.4054</w:t>
        <w:br/>
        <w:t>vn 0.3035 -0.8514 0.4278</w:t>
        <w:br/>
        <w:t>vn 0.3223 -0.8444 0.4280</w:t>
        <w:br/>
        <w:t>vn 0.3179 -0.8458 0.4284</w:t>
        <w:br/>
        <w:t>vn 0.3038 -0.8621 0.4055</w:t>
        <w:br/>
        <w:t>vn 0.3467 -0.8341 0.4290</w:t>
        <w:br/>
        <w:t>vn 0.3750 -0.8277 0.4175</w:t>
        <w:br/>
        <w:t>vn 0.1356 -0.9204 0.3668</w:t>
        <w:br/>
        <w:t>vn 0.3976 -0.8233 0.4051</w:t>
        <w:br/>
        <w:t>vn 0.3983 -0.8296 0.3914</w:t>
        <w:br/>
        <w:t>vn 0.4256 -0.9016 -0.0775</w:t>
        <w:br/>
        <w:t>vn 0.3901 -0.8344 0.3892</w:t>
        <w:br/>
        <w:t>vn 0.3479 -0.7764 -0.5256</w:t>
        <w:br/>
        <w:t>vn 0.4085 -0.9099 -0.0718</w:t>
        <w:br/>
        <w:t>vn 0.3726 -0.8451 0.3833</w:t>
        <w:br/>
        <w:t>vn 0.3616 -0.7841 -0.5044</w:t>
        <w:br/>
        <w:t>vn -0.0708 0.0569 -0.9959</w:t>
        <w:br/>
        <w:t>vn 0.4372 -0.8970 -0.0651</w:t>
        <w:br/>
        <w:t>vn 0.3981 -0.8428 0.3622</w:t>
        <w:br/>
        <w:t>vn -0.1107 0.0509 -0.9925</w:t>
        <w:br/>
        <w:t>vn 0.4028 -0.7746 -0.4876</w:t>
        <w:br/>
        <w:t>vn 0.4527 -0.8880 -0.0811</w:t>
        <w:br/>
        <w:t>vn 0.4067 -0.7787 -0.4778</w:t>
        <w:br/>
        <w:t>vn 0.4048 -0.8568 0.3195</w:t>
        <w:br/>
        <w:t>vn 0.4676 -0.8786 -0.0964</w:t>
        <w:br/>
        <w:t>vn -0.6617 -0.6826 -0.3101</w:t>
        <w:br/>
        <w:t>vn -0.2504 -0.7115 -0.6566</w:t>
        <w:br/>
        <w:t>vn -0.3358 -0.7401 -0.5827</w:t>
        <w:br/>
        <w:t>vn -0.3035 -0.8529 0.4248</w:t>
        <w:br/>
        <w:t>vn -0.6147 -0.6658 0.4230</w:t>
        <w:br/>
        <w:t>vn -0.3384 -0.8817 0.3288</w:t>
        <w:br/>
        <w:t>vn -0.2265 -0.3128 -0.9224</w:t>
        <w:br/>
        <w:t>vn -0.0231 0.0066 -0.9997</w:t>
        <w:br/>
        <w:t>vn -0.5875 0.8083 0.0375</w:t>
        <w:br/>
        <w:t>vn -0.5388 0.8221 -0.1840</w:t>
        <w:br/>
        <w:t>vn -0.6075 0.7919 0.0617</w:t>
        <w:br/>
        <w:t>vn -0.0031 0.0714 -0.9974</w:t>
        <w:br/>
        <w:t>vn -0.5013 0.8139 -0.2936</w:t>
        <w:br/>
        <w:t>vn -0.5955 0.7542 0.2768</w:t>
        <w:br/>
        <w:t>vn -0.3355 -0.5170 0.7875</w:t>
        <w:br/>
        <w:t>vn -0.6617 -0.6827 -0.3101</w:t>
        <w:br/>
        <w:t>vn -0.3035 -0.8529 0.4247</w:t>
        <w:br/>
        <w:t>vn -0.1250 -0.2048 0.9708</w:t>
        <w:br/>
        <w:t>vn -0.1212 -0.0498 0.9914</w:t>
        <w:br/>
        <w:t>vn -0.5870 0.7565 0.2885</w:t>
        <w:br/>
        <w:t>vn -0.0752 -0.0878 0.9933</w:t>
        <w:br/>
        <w:t>vn -0.5730 0.8189 -0.0331</w:t>
        <w:br/>
        <w:t>vn -0.5864 0.7584 0.2843</w:t>
        <w:br/>
        <w:t>vn -0.0752 -0.1060 0.9915</w:t>
        <w:br/>
        <w:t>vn -0.3608 0.6736 -0.6451</w:t>
        <w:br/>
        <w:t>vn -0.0117 0.0792 -0.9968</w:t>
        <w:br/>
        <w:t>vn -0.5572 0.8216 -0.1203</w:t>
        <w:br/>
        <w:t>vn -0.0948 -0.1030 0.9902</w:t>
        <w:br/>
        <w:t>vn -0.1073 -0.0927 0.9899</w:t>
        <w:br/>
        <w:t>vn -0.5948 0.7665 0.2423</w:t>
        <w:br/>
        <w:t>vn 0.1852 -0.3439 -0.9206</w:t>
        <w:br/>
        <w:t>vn -0.2298 0.4793 -0.8470</w:t>
        <w:br/>
        <w:t>vn 0.1852 -0.3440 -0.9205</w:t>
        <w:br/>
        <w:t>vn -0.5552 0.8158 -0.1619</w:t>
        <w:br/>
        <w:t>vn -0.5821 0.7773 0.2389</w:t>
        <w:br/>
        <w:t>vn -0.0977 -0.0841 0.9917</w:t>
        <w:br/>
        <w:t>vn -0.0968 -0.0813 0.9920</w:t>
        <w:br/>
        <w:t>vn -0.2409 0.4665 -0.8511</w:t>
        <w:br/>
        <w:t>vn -0.0881 -0.0746 0.9933</w:t>
        <w:br/>
        <w:t>vn -0.0881 -0.0711 0.9936</w:t>
        <w:br/>
        <w:t>vn -0.5463 0.8204 -0.1687</w:t>
        <w:br/>
        <w:t>vn -0.5617 0.7912 0.2419</w:t>
        <w:br/>
        <w:t>vn -0.0849 -0.0657 0.9942</w:t>
        <w:br/>
        <w:t>vn -0.0890 -0.0641 0.9940</w:t>
        <w:br/>
        <w:t>vn -0.5315 0.8282 -0.1777</w:t>
        <w:br/>
        <w:t>vn -0.5500 0.7990 0.2432</w:t>
        <w:br/>
        <w:t>vn -0.2406 0.4599 -0.8548</w:t>
        <w:br/>
        <w:t>vn -0.0887 -0.0627 0.9941</w:t>
        <w:br/>
        <w:t>vn -0.0956 -0.0643 0.9933</w:t>
        <w:br/>
        <w:t>vn -0.5263 0.8301 -0.1843</w:t>
        <w:br/>
        <w:t>vn -0.5480 0.8005 0.2426</w:t>
        <w:br/>
        <w:t>vn -0.2308 0.4532 -0.8610</w:t>
        <w:br/>
        <w:t>vn -0.1018 -0.0620 0.9929</w:t>
        <w:br/>
        <w:t>vn -0.1071 -0.0685 0.9919</w:t>
        <w:br/>
        <w:t>vn -0.1170 -0.0623 0.9912</w:t>
        <w:br/>
        <w:t>vn -0.5275 0.8285 -0.1880</w:t>
        <w:br/>
        <w:t>vn -0.5494 0.8004 0.2399</w:t>
        <w:br/>
        <w:t>vn -0.2299 0.4488 -0.8635</w:t>
        <w:br/>
        <w:t>vn -0.0159 0.1183 -0.9928</w:t>
        <w:br/>
        <w:t>vn -0.0132 0.1139 -0.9934</w:t>
        <w:br/>
        <w:t>vn -0.2325 0.4433 -0.8657</w:t>
        <w:br/>
        <w:t>vn -0.0156 0.1204 -0.9926</w:t>
        <w:br/>
        <w:t>vn -0.0182 0.1105 -0.9937</w:t>
        <w:br/>
        <w:t>vn 0.1647 -0.2315 -0.9588</w:t>
        <w:br/>
        <w:t>vn 0.4468 -0.8894 -0.0967</w:t>
        <w:br/>
        <w:t>vn 0.3917 -0.7279 -0.5629</w:t>
        <w:br/>
        <w:t>vn 0.4201 -0.7228 -0.5488</w:t>
        <w:br/>
        <w:t>vn 0.3950 -0.8765 -0.2753</w:t>
        <w:br/>
        <w:t>vn 0.4469 -0.8894 -0.0967</w:t>
        <w:br/>
        <w:t>vn 0.4766 -0.8752 -0.0826</w:t>
        <w:br/>
        <w:t>vn 0.4393 -0.7198 -0.5375</w:t>
        <w:br/>
        <w:t>vn 0.3683 -0.8516 0.3729</w:t>
        <w:br/>
        <w:t>vn 0.3430 -0.8594 0.3792</w:t>
        <w:br/>
        <w:t>vn 0.3954 -0.8311 0.3911</w:t>
        <w:br/>
        <w:t>vn 0.3950 -0.8765 -0.2754</w:t>
        <w:br/>
        <w:t>vn 0.3683 -0.8517 0.3729</w:t>
        <w:br/>
        <w:t>vn 0.3535 -0.8675 0.3500</w:t>
        <w:br/>
        <w:t>vn 0.4138 -0.8203 0.3948</w:t>
        <w:br/>
        <w:t>vn 0.1877 -0.9820 -0.0185</w:t>
        <w:br/>
        <w:t>vn 0.2603 -0.6966 -0.6686</w:t>
        <w:br/>
        <w:t>vn 0.1766 -0.9388 0.2957</w:t>
        <w:br/>
        <w:t>vn 0.1877 -0.9820 -0.0186</w:t>
        <w:br/>
        <w:t>vn 0.2483 -0.8519 -0.4612</w:t>
        <w:br/>
        <w:t>vn -0.3384 -0.8817 0.3287</w:t>
        <w:br/>
        <w:t>vn -0.3357 -0.7401 -0.5827</w:t>
        <w:br/>
        <w:t>vn 0.4851 -0.8710 -0.0783</w:t>
        <w:br/>
        <w:t>vn 0.4160 -0.8205 0.3921</w:t>
        <w:br/>
        <w:t>vn 0.4402 -0.7252 -0.5294</w:t>
        <w:br/>
        <w:t>vn 0.4851 -0.8712 -0.0757</w:t>
        <w:br/>
        <w:t>vn 0.4205 -0.8188 0.3908</w:t>
        <w:br/>
        <w:t>vn 0.4421 -0.7281 -0.5239</w:t>
        <w:br/>
        <w:t>vn 0.4922 -0.8674 -0.0732</w:t>
        <w:br/>
        <w:t>vn 0.4303 -0.8144 0.3895</w:t>
        <w:br/>
        <w:t>vn 0.4483 -0.7286 -0.5178</w:t>
        <w:br/>
        <w:t>vn -0.0283 0.1111 -0.9934</w:t>
        <w:br/>
        <w:t>vn 0.5015 -0.8625 -0.0681</w:t>
        <w:br/>
        <w:t>vn 0.4571 -0.8024 0.3837</w:t>
        <w:br/>
        <w:t>vn 0.4668 -0.7311 -0.4975</w:t>
        <w:br/>
        <w:t>vn 0.5471 -0.8357 -0.0480</w:t>
        <w:br/>
        <w:t>vn 0.4995 -0.7777 0.3817</w:t>
        <w:br/>
        <w:t>vn 0.5869 -0.8093 -0.0248</w:t>
        <w:br/>
        <w:t>vn 0.5250 -0.7183 -0.4566</w:t>
        <w:br/>
        <w:t>vn -0.2010 0.4025 -0.8931</w:t>
        <w:br/>
        <w:t>vn -0.0319 0.1193 -0.9923</w:t>
        <w:br/>
        <w:t>vn -0.0187 0.1409 -0.9899</w:t>
        <w:br/>
        <w:t>vn -0.2204 0.4622 -0.8589</w:t>
        <w:br/>
        <w:t>vn -0.5374 0.8186 -0.2028</w:t>
        <w:br/>
        <w:t>vn -0.5309 0.8245 -0.1959</w:t>
        <w:br/>
        <w:t>vn -0.5657 0.7911 0.2327</w:t>
        <w:br/>
        <w:t>vn -0.5754 0.7854 0.2281</w:t>
        <w:br/>
        <w:t>vn -0.1159 -0.0463 0.9922</w:t>
        <w:br/>
        <w:t>vn -0.1222 -0.0449 0.9915</w:t>
        <w:br/>
        <w:t>vn -0.1069 -0.0226 0.9940</w:t>
        <w:br/>
        <w:t>vn 0.3781 0.3786 -0.8448</w:t>
        <w:br/>
        <w:t>vn -0.1221 0.3528 -0.9277</w:t>
        <w:br/>
        <w:t>vn 0.6407 0.3416 -0.6876</w:t>
        <w:br/>
        <w:t>vn 0.6611 0.3310 -0.6733</w:t>
        <w:br/>
        <w:t>vn -0.1401 0.4021 -0.9048</w:t>
        <w:br/>
        <w:t>vn -0.1294 0.4071 -0.9042</w:t>
        <w:br/>
        <w:t>vn -0.1877 0.3874 -0.9026</w:t>
        <w:br/>
        <w:t>vn -0.2216 0.3831 -0.8967</w:t>
        <w:br/>
        <w:t>vn 0.3133 -0.2560 0.9145</w:t>
        <w:br/>
        <w:t>vn 0.2515 -0.2078 0.9453</w:t>
        <w:br/>
        <w:t>vn 0.3157 -0.2662 0.9108</w:t>
        <w:br/>
        <w:t>vn 0.2574 -0.1672 0.9517</w:t>
        <w:br/>
        <w:t>vn 0.3202 -0.1256 0.9390</w:t>
        <w:br/>
        <w:t>vn 0.3590 -0.1415 0.9225</w:t>
        <w:br/>
        <w:t>vn 0.4076 -0.1230 0.9049</w:t>
        <w:br/>
        <w:t>vn 0.4305 -0.1085 0.8960</w:t>
        <w:br/>
        <w:t>vn -0.7606 0.1743 0.6253</w:t>
        <w:br/>
        <w:t>vn -0.8159 0.1890 0.5465</w:t>
        <w:br/>
        <w:t>vn -0.7622 0.1820 0.6212</w:t>
        <w:br/>
        <w:t>vn -0.5482 -0.8274 0.1220</w:t>
        <w:br/>
        <w:t>vn -0.5171 -0.8435 0.1456</w:t>
        <w:br/>
        <w:t>vn -0.5865 -0.8026 0.1091</w:t>
        <w:br/>
        <w:t>vn -0.4612 -0.8808 0.1070</w:t>
        <w:br/>
        <w:t>vn -0.6125 -0.7891 0.0471</w:t>
        <w:br/>
        <w:t>vn -0.8647 0.2059 0.4581</w:t>
        <w:br/>
        <w:t>vn -0.5856 -0.8098 0.0374</w:t>
        <w:br/>
        <w:t>vn -0.9333 0.2339 0.2724</w:t>
        <w:br/>
        <w:t>vn -0.6428 -0.7658 -0.0182</w:t>
        <w:br/>
        <w:t>vn -0.6547 -0.7539 -0.0545</w:t>
        <w:br/>
        <w:t>vn -0.9534 0.2491 0.1702</w:t>
        <w:br/>
        <w:t>vn -0.9565 0.2717 -0.1062</w:t>
        <w:br/>
        <w:t>vn 0.0729 0.9586 0.2754</w:t>
        <w:br/>
        <w:t>vn 0.0306 0.9679 0.2496</w:t>
        <w:br/>
        <w:t>vn -0.0060 0.9720 0.2350</w:t>
        <w:br/>
        <w:t>vn 0.1597 0.9609 0.2263</w:t>
        <w:br/>
        <w:t>vn 0.0261 0.9921 0.1224</w:t>
        <w:br/>
        <w:t>vn 0.0388 0.9916 0.1235</w:t>
        <w:br/>
        <w:t>vn 0.0647 0.9978 0.0140</w:t>
        <w:br/>
        <w:t>vn -0.9564 0.2644 -0.1237</w:t>
        <w:br/>
        <w:t>vn 0.0677 0.9973 -0.0279</w:t>
        <w:br/>
        <w:t>vn 0.0541 0.9960 -0.0712</w:t>
        <w:br/>
        <w:t>vn -0.9113 0.2854 -0.2967</w:t>
        <w:br/>
        <w:t>vn 0.0279 0.9965 -0.0785</w:t>
        <w:br/>
        <w:t>vn -0.9076 0.3109 -0.2820</w:t>
        <w:br/>
        <w:t>vn -0.6399 -0.7622 -0.0983</w:t>
        <w:br/>
        <w:t>vn -0.6128 -0.7843 -0.0961</w:t>
        <w:br/>
        <w:t>vn 0.0277 0.9911 -0.1305</w:t>
        <w:br/>
        <w:t>vn -0.8634 0.3191 -0.3909</w:t>
        <w:br/>
        <w:t>vn 0.0669 0.9848 -0.1602</w:t>
        <w:br/>
        <w:t>vn -0.5945 -0.7964 -0.1108</w:t>
        <w:br/>
        <w:t>vn -0.8203 0.3394 -0.4603</w:t>
        <w:br/>
        <w:t>vn -0.5759 -0.8072 -0.1290</w:t>
        <w:br/>
        <w:t>vn 0.1176 0.9744 -0.1918</w:t>
        <w:br/>
        <w:t>vn -0.7091 0.3263 -0.6251</w:t>
        <w:br/>
        <w:t>vn 0.2201 0.9635 -0.1522</w:t>
        <w:br/>
        <w:t>vn 0.2517 0.9574 -0.1416</w:t>
        <w:br/>
        <w:t>vn 0.3405 0.9349 -0.0999</w:t>
        <w:br/>
        <w:t>vn -0.2679 0.1695 -0.9484</w:t>
        <w:br/>
        <w:t>vn -0.0923 0.0984 -0.9909</w:t>
        <w:br/>
        <w:t>vn -0.6969 0.3441 -0.6292</w:t>
        <w:br/>
        <w:t>vn -0.5585 -0.8084 -0.1859</w:t>
        <w:br/>
        <w:t>vn -0.5864 -0.7720 -0.2455</w:t>
        <w:br/>
        <w:t>vn -0.5902 -0.7520 -0.2936</w:t>
        <w:br/>
        <w:t>vn -0.6482 -0.6899 -0.3224</w:t>
        <w:br/>
        <w:t>vn 0.5046 -0.0441 -0.8623</w:t>
        <w:br/>
        <w:t>vn 0.5045 -0.0442 -0.8623</w:t>
        <w:br/>
        <w:t>vn 0.4507 -0.0615 -0.8905</w:t>
        <w:br/>
        <w:t>vn 0.2507 0.0309 -0.9676</w:t>
        <w:br/>
        <w:t>vn 0.1593 -0.0437 -0.9863</w:t>
        <w:br/>
        <w:t>vn 0.3188 -0.1133 -0.9410</w:t>
        <w:br/>
        <w:t>vn 0.2830 -0.0178 -0.9590</w:t>
        <w:br/>
        <w:t>vn -0.1378 0.9905 -0.0011</w:t>
        <w:br/>
        <w:t>vn -0.1383 0.9904 0.0048</w:t>
        <w:br/>
        <w:t>vn -0.1373 0.9905 -0.0071</w:t>
        <w:br/>
        <w:t>vn -0.3003 -0.0299 0.9534</w:t>
        <w:br/>
        <w:t>vn -0.3007 -0.0365 0.9530</w:t>
        <w:br/>
        <w:t>vn -0.2993 -0.0475 0.9530</w:t>
        <w:br/>
        <w:t>vn -0.3008 -0.0447 0.9526</w:t>
        <w:br/>
        <w:t>vn -0.9458 -0.1339 -0.2958</w:t>
        <w:br/>
        <w:t>vn -0.8915 -0.3485 -0.2894</w:t>
        <w:br/>
        <w:t>vn -0.8631 -0.4177 -0.2840</w:t>
        <w:br/>
        <w:t>vn -0.9458 -0.1338 -0.2958</w:t>
        <w:br/>
        <w:t>vn -0.5395 -0.8168 -0.2041</w:t>
        <w:br/>
        <w:t>vn -0.2988 -0.0531 0.9528</w:t>
        <w:br/>
        <w:t>vn -0.5394 -0.8169 -0.2041</w:t>
        <w:br/>
        <w:t>vn -0.2972 -0.0589 0.9530</w:t>
        <w:br/>
        <w:t>vn -0.0342 -0.9977 -0.0581</w:t>
        <w:br/>
        <w:t>vn -0.2975 -0.0583 0.9530</w:t>
        <w:br/>
        <w:t>vn -0.0347 -0.9977 -0.0583</w:t>
        <w:br/>
        <w:t>vn 0.1406 -0.9901 -0.0042</w:t>
        <w:br/>
        <w:t>vn 0.1406 -0.9901 -0.0041</w:t>
        <w:br/>
        <w:t>vn 0.1337 0.9910 0.0113</w:t>
        <w:br/>
        <w:t>vn 0.1331 0.9910 0.0173</w:t>
        <w:br/>
        <w:t>vn 0.1324 0.9909 0.0233</w:t>
        <w:br/>
        <w:t>vn -0.1053 0.0245 -0.9941</w:t>
        <w:br/>
        <w:t>vn -0.1036 0.0355 -0.9940</w:t>
        <w:br/>
        <w:t>vn -0.1014 0.0417 -0.9940</w:t>
        <w:br/>
        <w:t>vn -0.1061 0.0277 -0.9940</w:t>
        <w:br/>
        <w:t>vn -0.9912 -0.0926 0.0950</w:t>
        <w:br/>
        <w:t>vn -0.9866 0.1288 0.1000</w:t>
        <w:br/>
        <w:t>vn -0.9913 -0.0925 0.0941</w:t>
        <w:br/>
        <w:t>vn -0.8437 -0.5325 0.0685</w:t>
        <w:br/>
        <w:t>vn -0.6764 -0.7349 0.0481</w:t>
        <w:br/>
        <w:t>vn -0.1063 0.0190 -0.9941</w:t>
        <w:br/>
        <w:t>vn -0.3675 -0.9299 0.0130</w:t>
        <w:br/>
        <w:t>vn -0.1063 0.0126 -0.9943</w:t>
        <w:br/>
        <w:t>vn -0.2504 -0.9681 0.0004</w:t>
        <w:br/>
        <w:t>vn -0.1064 0.0136 -0.9942</w:t>
        <w:br/>
        <w:t>vn -0.1314 -0.9913 -0.0115</w:t>
        <w:br/>
        <w:t>vn 0.1303 0.9914 -0.0111</w:t>
        <w:br/>
        <w:t>vn 0.1321 0.9912 -0.0054</w:t>
        <w:br/>
        <w:t>vn 0.1285 0.9916 -0.0168</w:t>
        <w:br/>
        <w:t>vn 0.0910 0.0100 0.9958</w:t>
        <w:br/>
        <w:t>vn 0.0888 0.0038 0.9960</w:t>
        <w:br/>
        <w:t>vn 0.0872 -0.0072 0.9962</w:t>
        <w:br/>
        <w:t>vn 0.0863 -0.0046 0.9963</w:t>
        <w:br/>
        <w:t>vn -0.9871 0.1289 0.0950</w:t>
        <w:br/>
        <w:t>vn -0.9913 -0.0925 0.0942</w:t>
        <w:br/>
        <w:t>vn -0.9913 -0.0927 0.0937</w:t>
        <w:br/>
        <w:t>vn -0.9871 0.1289 0.0949</w:t>
        <w:br/>
        <w:t>vn -0.8430 -0.5326 0.0757</w:t>
        <w:br/>
        <w:t>vn 0.0861 -0.0128 0.9962</w:t>
        <w:br/>
        <w:t>vn -0.6755 -0.7351 0.0581</w:t>
        <w:br/>
        <w:t>vn 0.0861 -0.0186 0.9961</w:t>
        <w:br/>
        <w:t>vn -0.3079 -0.9512 0.0223</w:t>
        <w:br/>
        <w:t>vn 0.0861 -0.0181 0.9961</w:t>
        <w:br/>
        <w:t>vn -0.3080 -0.9511 0.0223</w:t>
        <w:br/>
        <w:t>vn -0.1298 -0.9915 0.0051</w:t>
        <w:br/>
        <w:t>vn 0.2652 0.9642 0.0000</w:t>
        <w:br/>
        <w:t>vn -0.2771 0.5994 0.7509</w:t>
        <w:br/>
        <w:t>vn 0.2733 0.4814 0.8328</w:t>
        <w:br/>
        <w:t>vn -0.4016 0.9158 -0.0000</w:t>
        <w:br/>
        <w:t>vn -0.3622 0.8262 -0.4315</w:t>
        <w:br/>
        <w:t>vn 0.4789 0.7679 -0.4254</w:t>
        <w:br/>
        <w:t>vn 0.2733 -0.4814 0.8328</w:t>
        <w:br/>
        <w:t>vn -0.2770 -0.5995 0.7509</w:t>
        <w:br/>
        <w:t>vn 0.2652 -0.9642 -0.0000</w:t>
        <w:br/>
        <w:t>vn -0.4015 -0.9159 0.0000</w:t>
        <w:br/>
        <w:t>vn -0.3622 -0.8262 -0.4315</w:t>
        <w:br/>
        <w:t>vn 0.4788 -0.7679 -0.4255</w:t>
        <w:br/>
        <w:t>vn -0.9336 -0.3494 0.0799</w:t>
        <w:br/>
        <w:t>vn -0.9339 -0.3489 0.0784</w:t>
        <w:br/>
        <w:t>vn -0.9333 -0.3499 0.0814</w:t>
        <w:br/>
        <w:t>vn 0.7499 -0.5282 -0.3983</w:t>
        <w:br/>
        <w:t>vn 0.3558 -0.8316 -0.4264</w:t>
        <w:br/>
        <w:t>vn 0.3563 -0.8317 -0.4259</w:t>
        <w:br/>
        <w:t>vn 0.7510 -0.5307 -0.3928</w:t>
        <w:br/>
        <w:t>vn 0.2609 0.9147 0.3087</w:t>
        <w:br/>
        <w:t>vn -0.2372 0.8786 0.4144</w:t>
        <w:br/>
        <w:t>vn 0.2612 0.9146 0.3086</w:t>
        <w:br/>
        <w:t>vn -0.2376 0.8787 0.4140</w:t>
        <w:br/>
        <w:t>vn -0.9707 -0.0761 0.2280</w:t>
        <w:br/>
        <w:t>vn -0.9738 -0.0779 0.2137</w:t>
        <w:br/>
        <w:t>vn -0.9674 -0.0743 0.2422</w:t>
        <w:br/>
        <w:t>vn 0.3346 0.0409 -0.9415</w:t>
        <w:br/>
        <w:t>vn 0.3467 0.0344 -0.9374</w:t>
        <w:br/>
        <w:t>vn 0.2922 0.9538 0.0695</w:t>
        <w:br/>
        <w:t>vn 0.3087 0.9430 0.1240</w:t>
        <w:br/>
        <w:t>vn 0.3042 0.9506 -0.0619</w:t>
        <w:br/>
        <w:t>vn 0.2396 0.9415 0.2370</w:t>
        <w:br/>
        <w:t>vn 0.2145 0.9684 0.1274</w:t>
        <w:br/>
        <w:t>vn 0.2626 0.9553 0.1357</w:t>
        <w:br/>
        <w:t>vn 0.3225 0.0473 -0.9454</w:t>
        <w:br/>
        <w:t>vn 0.9972 0.0743 0.0029</w:t>
        <w:br/>
        <w:t>vn 0.9905 0.1201 -0.0675</w:t>
        <w:br/>
        <w:t>vn 0.9905 0.1202 -0.0675</w:t>
        <w:br/>
        <w:t>vn -0.3048 -0.9498 0.0707</w:t>
        <w:br/>
        <w:t>vn -0.2109 -0.9749 -0.0717</w:t>
        <w:br/>
        <w:t>vn -0.2926 -0.9540 -0.0650</w:t>
        <w:br/>
        <w:t>vn -0.1625 -0.9806 -0.1099</w:t>
        <w:br/>
        <w:t>vn -0.1093 -0.9836 -0.1434</w:t>
        <w:br/>
        <w:t>vn 0.9766 0.1652 -0.1374</w:t>
        <w:br/>
        <w:t>vn -0.1280 -0.9856 -0.1105</w:t>
        <w:br/>
        <w:t>vn -0.2774 -0.8696 -0.4084</w:t>
        <w:br/>
        <w:t>vn 0.4926 0.0602 0.8682</w:t>
        <w:br/>
        <w:t>vn 0.5545 0.0390 0.8313</w:t>
        <w:br/>
        <w:t>vn -0.3836 -0.8670 -0.3180</w:t>
        <w:br/>
        <w:t>vn 0.5766 0.8094 0.1116</w:t>
        <w:br/>
        <w:t>vn 0.4278 0.0811 0.9002</w:t>
        <w:br/>
        <w:t>vn 0.6316 0.6382 0.4402</w:t>
        <w:br/>
        <w:t>vn -0.3331 -0.7157 -0.6139</w:t>
        <w:br/>
        <w:t>vn -0.7440 0.0443 0.6667</w:t>
        <w:br/>
        <w:t>vn -0.7419 0.0800 0.6658</w:t>
        <w:br/>
        <w:t>vn -0.6993 -0.0735 0.7111</w:t>
        <w:br/>
        <w:t>vn -0.1957 -0.7017 -0.6851</w:t>
        <w:br/>
        <w:t>vn 0.5247 0.5498 0.6500</w:t>
        <w:br/>
        <w:t>vn -0.7200 0.0639 0.6911</w:t>
        <w:br/>
        <w:t>vn 0.3403 0.5484 0.7639</w:t>
        <w:br/>
        <w:t>vn 0.3721 0.5612 0.7393</w:t>
        <w:br/>
        <w:t>vn -0.3157 -0.6773 -0.6645</w:t>
        <w:br/>
        <w:t>vn -0.6837 -0.0225 0.7294</w:t>
        <w:br/>
        <w:t>vn -0.2999 -0.6762 -0.6729</w:t>
        <w:br/>
        <w:t>vn -0.4741 -0.5923 -0.6514</w:t>
        <w:br/>
        <w:t>vn 0.4476 0.5595 0.6976</w:t>
        <w:br/>
        <w:t>vn -0.6444 -0.1480 0.7502</w:t>
        <w:br/>
        <w:t>vn 0.5507 0.5603 0.6188</w:t>
        <w:br/>
        <w:t>vn -0.5624 -0.6046 -0.5641</w:t>
        <w:br/>
        <w:t>vn -0.5469 -0.2299 0.8050</w:t>
        <w:br/>
        <w:t>vn -0.5510 -0.6600 -0.5107</w:t>
        <w:br/>
        <w:t>vn 0.5631 0.5355 0.6294</w:t>
        <w:br/>
        <w:t>vn -0.4142 -0.3171 0.8532</w:t>
        <w:br/>
        <w:t>vn -0.5077 -0.7079 -0.4910</w:t>
        <w:br/>
        <w:t>vn -0.2337 -0.3653 0.9011</w:t>
        <w:br/>
        <w:t>vn -0.4419 -0.7409 -0.5057</w:t>
        <w:br/>
        <w:t>vn -0.4135 -0.7139 -0.5652</w:t>
        <w:br/>
        <w:t>vn 0.5050 0.6853 0.5247</w:t>
        <w:br/>
        <w:t>vn -0.1525 -0.3846 0.9104</w:t>
        <w:br/>
        <w:t>vn -0.0807 -0.3961 0.9146</w:t>
        <w:br/>
        <w:t>vn 0.5265 0.7218 0.4493</w:t>
        <w:br/>
        <w:t>vn -0.0512 -0.4093 0.9110</w:t>
        <w:br/>
        <w:t>vn 0.3823 0.7844 0.4885</w:t>
        <w:br/>
        <w:t>vn 0.3651 0.7580 0.5404</w:t>
        <w:br/>
        <w:t>vn -0.2513 -0.7708 -0.5855</w:t>
        <w:br/>
        <w:t>vn -0.2500 -0.7529 -0.6088</w:t>
        <w:br/>
        <w:t>vn -0.2561 -0.7643 -0.5918</w:t>
        <w:br/>
        <w:t>vn -0.2558 -0.7824 -0.5679</w:t>
        <w:br/>
        <w:t>vn -0.2529 -0.7859 -0.5643</w:t>
        <w:br/>
        <w:t>vn -0.2636 -0.7881 -0.5563</w:t>
        <w:br/>
        <w:t>vn -0.9909 0.0248 -0.1323</w:t>
        <w:br/>
        <w:t>vn -0.9502 0.1832 -0.2520</w:t>
        <w:br/>
        <w:t>vn -0.9864 -0.0012 -0.1646</w:t>
        <w:br/>
        <w:t>vn 0.1224 0.4145 -0.9018</w:t>
        <w:br/>
        <w:t>vn 0.0876 0.3840 -0.9192</w:t>
        <w:br/>
        <w:t>vn 0.1205 0.4032 -0.9072</w:t>
        <w:br/>
        <w:t>vn -0.9629 0.1544 -0.2212</w:t>
        <w:br/>
        <w:t>vn -0.1145 -0.7468 -0.6551</w:t>
        <w:br/>
        <w:t>vn 0.4273 -0.7255 -0.5396</w:t>
        <w:br/>
        <w:t>vn -0.1545 -0.7638 -0.6267</w:t>
        <w:br/>
        <w:t>vn 0.1465 0.4126 -0.8990</w:t>
        <w:br/>
        <w:t>vn 0.1417 0.4144 -0.8990</w:t>
        <w:br/>
        <w:t>vn -0.8274 0.3900 -0.4041</w:t>
        <w:br/>
        <w:t>vn -0.8232 0.3862 -0.4161</w:t>
        <w:br/>
        <w:t>vn 0.6366 -0.4810 -0.6028</w:t>
        <w:br/>
        <w:t>vn 0.1533 0.4264 -0.8914</w:t>
        <w:br/>
        <w:t>vn 0.1671 0.4185 -0.8927</w:t>
        <w:br/>
        <w:t>vn 0.2083 0.4207 -0.8829</w:t>
        <w:br/>
        <w:t>vn 0.9073 -0.2370 -0.3473</w:t>
        <w:br/>
        <w:t>vn 0.8893 -0.4358 -0.1386</w:t>
        <w:br/>
        <w:t>vn -0.0532 -0.7577 -0.6504</w:t>
        <w:br/>
        <w:t>vn -0.0339 -0.7726 -0.6340</w:t>
        <w:br/>
        <w:t>vn -0.0292 -0.7297 -0.6832</w:t>
        <w:br/>
        <w:t>vn 0.6730 0.2158 -0.7075</w:t>
        <w:br/>
        <w:t>vn 0.6730 0.2159 -0.7075</w:t>
        <w:br/>
        <w:t>vn -0.8111 0.5483 -0.2038</w:t>
        <w:br/>
        <w:t>vn 0.1497 0.4116 -0.8990</w:t>
        <w:br/>
        <w:t>vn -0.3795 0.6162 -0.6902</w:t>
        <w:br/>
        <w:t>vn 0.1082 0.3698 -0.9228</w:t>
        <w:br/>
        <w:t>vn -0.9050 0.3221 -0.2779</w:t>
        <w:br/>
        <w:t>vn -0.9043 0.3230 -0.2790</w:t>
        <w:br/>
        <w:t>vn -0.9060 0.3227 -0.2738</w:t>
        <w:br/>
        <w:t>vn -0.9021 0.3237 -0.2853</w:t>
        <w:br/>
        <w:t>vn -0.9012 0.3248 -0.2870</w:t>
        <w:br/>
        <w:t>vn -0.8993 0.3248 -0.2928</w:t>
        <w:br/>
        <w:t>vn 0.1257 0.3901 -0.9122</w:t>
        <w:br/>
        <w:t>vn 0.1268 0.3431 -0.9307</w:t>
        <w:br/>
        <w:t>vn 0.2824 0.9302 0.2346</w:t>
        <w:br/>
        <w:t>vn 0.2662 0.9356 0.2320</w:t>
        <w:br/>
        <w:t>vn 0.2469 0.9403 0.2345</w:t>
        <w:br/>
        <w:t>vn 0.2831 0.9306 0.2321</w:t>
        <w:br/>
        <w:t>vn 0.2293 0.9450 0.2331</w:t>
        <w:br/>
        <w:t>vn 0.2250 0.9445 0.2395</w:t>
        <w:br/>
        <w:t>vn -0.7722 0.6294 0.0868</w:t>
        <w:br/>
        <w:t>vn -0.8196 0.5658 0.0901</w:t>
        <w:br/>
        <w:t>vn 0.2341 0.9497 0.2082</w:t>
        <w:br/>
        <w:t>vn 0.1949 0.9676 0.1602</w:t>
        <w:br/>
        <w:t>vn 0.2342 0.9496 0.2082</w:t>
        <w:br/>
        <w:t>vn 0.0847 0.4243 -0.9016</w:t>
        <w:br/>
        <w:t>vn 0.7111 0.6777 0.1869</w:t>
        <w:br/>
        <w:t>vn 0.9877 0.0770 -0.1360</w:t>
        <w:br/>
        <w:t>vn 0.9809 0.1794 0.0757</w:t>
        <w:br/>
        <w:t>vn 0.9839 0.1035 -0.1456</w:t>
        <w:br/>
        <w:t>vn 0.9839 0.1036 -0.1456</w:t>
        <w:br/>
        <w:t>vn 0.7111 0.6778 0.1869</w:t>
        <w:br/>
        <w:t>vn 0.9652 0.2518 0.0700</w:t>
        <w:br/>
        <w:t>vn 0.6087 0.2600 -0.7496</w:t>
        <w:br/>
        <w:t>vn 0.2121 0.9561 0.2021</w:t>
        <w:br/>
        <w:t>vn 0.2023 0.9523 0.2284</w:t>
        <w:br/>
        <w:t>vn 0.2081 0.9610 0.1822</w:t>
        <w:br/>
        <w:t>vn 0.3192 0.4055 -0.8565</w:t>
        <w:br/>
        <w:t>vn 0.3074 0.3654 -0.8786</w:t>
        <w:br/>
        <w:t>vn 0.2141 0.9514 0.2215</w:t>
        <w:br/>
        <w:t>vn 0.1667 0.9483 0.2700</w:t>
        <w:br/>
        <w:t>vn 0.3026 0.4167 -0.8572</w:t>
        <w:br/>
        <w:t>vn 0.2465 0.4034 -0.8812</w:t>
        <w:br/>
        <w:t>vn 0.3110 0.4333 -0.8459</w:t>
        <w:br/>
        <w:t>vn -0.0287 -0.8013 -0.5975</w:t>
        <w:br/>
        <w:t>vn 0.3770 0.4302 -0.8202</w:t>
        <w:br/>
        <w:t>vn 0.1563 0.9471 0.2803</w:t>
        <w:br/>
        <w:t>vn 0.0158 -0.8287 -0.5594</w:t>
        <w:br/>
        <w:t>vn 0.1410 0.9480 0.2852</w:t>
        <w:br/>
        <w:t>vn 0.1413 0.9442 0.2976</w:t>
        <w:br/>
        <w:t>vn 0.4102 0.4311 -0.8037</w:t>
        <w:br/>
        <w:t>vn 0.4381 0.4263 -0.7914</w:t>
        <w:br/>
        <w:t>vn 0.0092 -0.8230 -0.5679</w:t>
        <w:br/>
        <w:t>vn 0.4574 0.4165 -0.7857</w:t>
        <w:br/>
        <w:t>vn 0.0361 -0.8470 -0.5304</w:t>
        <w:br/>
        <w:t>vn 0.0404 -0.8651 -0.5000</w:t>
        <w:br/>
        <w:t>vn -0.2336 0.0870 -0.9684</w:t>
        <w:br/>
        <w:t>vn -0.2336 0.0926 -0.9679</w:t>
        <w:br/>
        <w:t>vn -0.2337 0.0815 -0.9689</w:t>
        <w:br/>
        <w:t>vn -0.2336 0.0655 -0.9701</w:t>
        <w:br/>
        <w:t>vn -0.2338 0.0549 -0.9707</w:t>
        <w:br/>
        <w:t>vn -0.2340 0.0454 -0.9712</w:t>
        <w:br/>
        <w:t>vn -0.9831 -0.1114 0.1455</w:t>
        <w:br/>
        <w:t>vn -0.9747 -0.1024 0.1989</w:t>
        <w:br/>
        <w:t>vn -0.9687 -0.0594 0.2410</w:t>
        <w:br/>
        <w:t>vn -0.2350 0.0464 -0.9709</w:t>
        <w:br/>
        <w:t>vn -0.2356 0.0496 -0.9706</w:t>
        <w:br/>
        <w:t>vn -0.9877 -0.0910 0.1272</w:t>
        <w:br/>
        <w:t>vn -0.9716 -0.0867 0.2202</w:t>
        <w:br/>
        <w:t>vn -0.9878 -0.0745 0.1367</w:t>
        <w:br/>
        <w:t>vn -0.9641 -0.0865 0.2509</w:t>
        <w:br/>
        <w:t>vn -0.2369 0.0520 -0.9701</w:t>
        <w:br/>
        <w:t>vn -0.2389 0.0643 -0.9689</w:t>
        <w:br/>
        <w:t>vn -0.9890 -0.0770 0.1261</w:t>
        <w:br/>
        <w:t>vn -0.9617 -0.0850 0.2608</w:t>
        <w:br/>
        <w:t>vn 0.0271 -0.9996 0.0005</w:t>
        <w:br/>
        <w:t>vn 0.0245 -0.9997 0.0081</w:t>
        <w:br/>
        <w:t>vn 0.0288 -0.9996 0.0004</w:t>
        <w:br/>
        <w:t>vn 0.0262 -0.9996 0.0077</w:t>
        <w:br/>
        <w:t>vn 0.0200 -0.9998 -0.0003</w:t>
        <w:br/>
        <w:t>vn 0.0178 -0.9998 0.0005</w:t>
        <w:br/>
        <w:t>vn -0.9972 -0.0677 -0.0326</w:t>
        <w:br/>
        <w:t>vn 0.0092 -1.0000 -0.0007</w:t>
        <w:br/>
        <w:t>vn 0.0129 -0.9999 -0.0002</w:t>
        <w:br/>
        <w:t>vn 0.0001 -0.9999 0.0148</w:t>
        <w:br/>
        <w:t>vn -0.0084 -0.9999 0.0135</w:t>
        <w:br/>
        <w:t>vn -0.9954 -0.0578 -0.0767</w:t>
        <w:br/>
        <w:t>vn -0.9671 -0.0375 -0.2518</w:t>
        <w:br/>
        <w:t>vn -0.9626 -0.0396 -0.2682</w:t>
        <w:br/>
        <w:t>vn -0.9390 -0.0143 -0.3436</w:t>
        <w:br/>
        <w:t>vn -0.9931 -0.0704 -0.0941</w:t>
        <w:br/>
        <w:t>vn -0.9495 -0.0092 -0.3135</w:t>
        <w:br/>
        <w:t>vn -0.9728 -0.0346 -0.2291</w:t>
        <w:br/>
        <w:t>vn -0.9944 -0.0658 -0.0831</w:t>
        <w:br/>
        <w:t>vn -0.2680 -0.1088 0.9572</w:t>
        <w:br/>
        <w:t>vn -0.2310 -0.1106 0.9666</w:t>
        <w:br/>
        <w:t>vn -0.2351 -0.1117 0.9655</w:t>
        <w:br/>
        <w:t>vn -0.2183 -0.1145 0.9691</w:t>
        <w:br/>
        <w:t>vn -0.2923 -0.1084 0.9502</w:t>
        <w:br/>
        <w:t>vn -0.3278 -0.1046 0.9389</w:t>
        <w:br/>
        <w:t>vn -0.9565 -0.0220 -0.2910</w:t>
        <w:br/>
        <w:t>vn -0.3391 -0.1033 0.9350</w:t>
        <w:br/>
        <w:t>vn -0.9740 -0.0530 -0.2202</w:t>
        <w:br/>
        <w:t>vn -0.3571 -0.1015 0.9285</w:t>
        <w:br/>
        <w:t>vn -0.9506 -0.0548 -0.3055</w:t>
        <w:br/>
        <w:t>vn -0.3640 -0.0992 0.9261</w:t>
        <w:br/>
        <w:t>vn -0.9922 -0.0927 -0.0829</w:t>
        <w:br/>
        <w:t>vn -0.3736 -0.0967 0.9226</w:t>
        <w:br/>
        <w:t>vn -0.3765 -0.0957 0.9215</w:t>
        <w:br/>
        <w:t>vn -0.9719 -0.0768 -0.2225</w:t>
        <w:br/>
        <w:t>vn -0.9517 -0.0685 -0.2994</w:t>
        <w:br/>
        <w:t>vn -0.3804 -0.0960 0.9198</w:t>
        <w:br/>
        <w:t>vn -0.3813 -0.0999 0.9190</w:t>
        <w:br/>
        <w:t>vn -0.9719 -0.0821 -0.2207</w:t>
        <w:br/>
        <w:t>vn -0.9521 -0.0778 -0.2958</w:t>
        <w:br/>
        <w:t>vn -0.3730 -0.1037 0.9220</w:t>
        <w:br/>
        <w:t>vn -0.3637 -0.1058 0.9255</w:t>
        <w:br/>
        <w:t>vn -0.9693 -0.0986 -0.2252</w:t>
        <w:br/>
        <w:t>vn -0.9508 -0.1040 -0.2917</w:t>
        <w:br/>
        <w:t>vn -0.9928 -0.0921 -0.0762</w:t>
        <w:br/>
        <w:t>vn -0.3451 -0.1052 0.9327</w:t>
        <w:br/>
        <w:t>vn -0.3349 -0.1088 0.9360</w:t>
        <w:br/>
        <w:t>vn -0.9645 -0.1240 -0.2332</w:t>
        <w:br/>
        <w:t>vn -0.9452 -0.1276 -0.3004</w:t>
        <w:br/>
        <w:t>vn -0.9922 -0.0994 -0.0759</w:t>
        <w:br/>
        <w:t>vn -0.2955 -0.1131 0.9486</w:t>
        <w:br/>
        <w:t>vn -0.2353 -0.1122 0.9654</w:t>
        <w:br/>
        <w:t>vn -0.9602 -0.1473 -0.2375</w:t>
        <w:br/>
        <w:t>vn -0.9391 -0.1485 -0.3099</w:t>
        <w:br/>
        <w:t>vn -0.9890 -0.1220 -0.0836</w:t>
        <w:br/>
        <w:t>vn -0.9826 -0.1620 -0.0910</w:t>
        <w:br/>
        <w:t>vn -0.9484 -0.2040 -0.2429</w:t>
        <w:br/>
        <w:t>vn -0.9733 -0.2141 -0.0831</w:t>
        <w:br/>
        <w:t>vn -0.2348 -0.1205 0.9646</w:t>
        <w:br/>
        <w:t>vn -0.9293 -0.2042 -0.3076</w:t>
        <w:br/>
        <w:t>vn -0.2122 -0.1024 0.9719</w:t>
        <w:br/>
        <w:t>vn -0.1470 -0.0838 0.9856</w:t>
        <w:br/>
        <w:t>vn -0.2343 -0.0982 0.9672</w:t>
        <w:br/>
        <w:t>vn -0.3186 -0.1155 0.9408</w:t>
        <w:br/>
        <w:t>vn -0.9283 -0.2465 -0.2782</w:t>
        <w:br/>
        <w:t>vn -0.9200 -0.2747 -0.2794</w:t>
        <w:br/>
        <w:t>vn -0.9191 -0.2662 -0.2905</w:t>
        <w:br/>
        <w:t>vn -0.9328 -0.2478 -0.2616</w:t>
        <w:br/>
        <w:t>vn -0.9378 -0.2821 -0.2026</w:t>
        <w:br/>
        <w:t>vn -0.9532 -0.2918 -0.0796</w:t>
        <w:br/>
        <w:t>vn -0.9399 -0.3403 -0.0259</w:t>
        <w:br/>
        <w:t>vn -0.9258 -0.3632 0.1046</w:t>
        <w:br/>
        <w:t>vn -0.9387 -0.3220 0.1232</w:t>
        <w:br/>
        <w:t>vn -0.8947 -0.3784 0.2373</w:t>
        <w:br/>
        <w:t>vn -0.9617 -0.2653 0.0687</w:t>
        <w:br/>
        <w:t>vn -0.9109 -0.3680 0.1865</w:t>
        <w:br/>
        <w:t>vn -0.2933 -0.0572 -0.9543</w:t>
        <w:br/>
        <w:t>vn -0.4179 -0.0907 -0.9040</w:t>
        <w:br/>
        <w:t>vn -0.3253 -0.0648 -0.9434</w:t>
        <w:br/>
        <w:t>vn -0.2294 -0.0408 -0.9725</w:t>
        <w:br/>
        <w:t>vn -0.2327 -0.0285 -0.9721</w:t>
        <w:br/>
        <w:t>vn -0.9498 -0.3046 0.0718</w:t>
        <w:br/>
        <w:t>vn -0.2353 -0.0147 -0.9718</w:t>
        <w:br/>
        <w:t>vn -0.9838 -0.1786 0.0179</w:t>
        <w:br/>
        <w:t>vn -0.2400 0.0224 -0.9705</w:t>
        <w:br/>
        <w:t>vn -0.9864 -0.1621 0.0287</w:t>
        <w:br/>
        <w:t>vn -0.2391 0.0225 -0.9707</w:t>
        <w:br/>
        <w:t>vn -0.2429 0.0498 -0.9688</w:t>
        <w:br/>
        <w:t>vn -0.9930 -0.1162 0.0205</w:t>
        <w:br/>
        <w:t>vn -0.2426 0.0542 -0.9686</w:t>
        <w:br/>
        <w:t>vn -0.9933 -0.0781 0.0855</w:t>
        <w:br/>
        <w:t>vn -0.2423 0.0639 -0.9681</w:t>
        <w:br/>
        <w:t>vn -0.9942 -0.0946 0.0504</w:t>
        <w:br/>
        <w:t>vn -0.2406 0.0693 -0.9681</w:t>
        <w:br/>
        <w:t>vn -0.9846 -0.0471 0.1681</w:t>
        <w:br/>
        <w:t>vn -0.9914 -0.0943 0.0906</w:t>
        <w:br/>
        <w:t>vn -0.2385 0.0644 -0.9690</w:t>
        <w:br/>
        <w:t>vn -0.9671 -0.0696 0.2445</w:t>
        <w:br/>
        <w:t>vn -0.9888 -0.0934 0.1168</w:t>
        <w:br/>
        <w:t>vn 0.0885 -0.9941 0.0622</w:t>
        <w:br/>
        <w:t>vn 0.0865 -0.9938 0.0701</w:t>
        <w:br/>
        <w:t>vn 0.0897 -0.9934 0.0711</w:t>
        <w:br/>
        <w:t>vn 0.0953 -0.9939 0.0547</w:t>
        <w:br/>
        <w:t>vn 0.1054 -0.9936 0.0414</w:t>
        <w:br/>
        <w:t>vn 0.9141 0.0642 0.4004</w:t>
        <w:br/>
        <w:t>vn 0.8814 0.0657 0.4677</w:t>
        <w:br/>
        <w:t>vn 0.8825 0.0666 0.4655</w:t>
        <w:br/>
        <w:t>vn 0.1117 -0.9931 0.0357</w:t>
        <w:br/>
        <w:t>vn 0.1134 -0.9928 0.0394</w:t>
        <w:br/>
        <w:t>vn 0.1149 -0.9921 0.0496</w:t>
        <w:br/>
        <w:t>vn 0.1158 -0.9920 0.0495</w:t>
        <w:br/>
        <w:t>vn 0.9820 0.0690 0.1761</w:t>
        <w:br/>
        <w:t>vn 0.9229 0.0585 0.3805</w:t>
        <w:br/>
        <w:t>vn 0.1126 -0.9928 0.0396</w:t>
        <w:br/>
        <w:t>vn -0.4276 0.0206 0.9037</w:t>
        <w:br/>
        <w:t>vn -0.4302 0.0203 0.9025</w:t>
        <w:br/>
        <w:t>vn -0.4192 0.0225 0.9076</w:t>
        <w:br/>
        <w:t>vn -0.4375 0.0179 0.8990</w:t>
        <w:br/>
        <w:t>vn -0.4159 0.0285 0.9090</w:t>
        <w:br/>
        <w:t>vn -0.4365 0.0272 0.8993</w:t>
        <w:br/>
        <w:t>vn 0.8799 0.0747 0.4692</w:t>
        <w:br/>
        <w:t>vn -0.4604 0.0256 0.8874</w:t>
        <w:br/>
        <w:t>vn -0.4891 0.0158 0.8721</w:t>
        <w:br/>
        <w:t>vn -0.4916 0.0099 0.8707</w:t>
        <w:br/>
        <w:t>vn 0.8918 0.1134 0.4380</w:t>
        <w:br/>
        <w:t>vn 0.8890 0.1088 0.4448</w:t>
        <w:br/>
        <w:t>vn -0.5000 0.0091 0.8660</w:t>
        <w:br/>
        <w:t>vn 0.9250 0.1333 0.3557</w:t>
        <w:br/>
        <w:t>vn 0.8971 0.1293 0.4224</w:t>
        <w:br/>
        <w:t>vn 0.9511 0.1011 0.2919</w:t>
        <w:br/>
        <w:t>vn -0.4805 0.0065 0.8770</w:t>
        <w:br/>
        <w:t>vn -0.4829 0.0027 0.8757</w:t>
        <w:br/>
        <w:t>vn -0.4614 0.0054 0.8872</w:t>
        <w:br/>
        <w:t>vn 0.9917 0.0624 0.1125</w:t>
        <w:br/>
        <w:t>vn 0.9904 0.0601 -0.1248</w:t>
        <w:br/>
        <w:t>vn 0.9539 0.1482 0.2608</w:t>
        <w:br/>
        <w:t>vn 0.9917 0.1074 0.0705</w:t>
        <w:br/>
        <w:t>vn 0.9934 0.0659 -0.0940</w:t>
        <w:br/>
        <w:t>vn 0.9652 0.0512 -0.2565</w:t>
        <w:br/>
        <w:t>vn 0.9634 0.0456 -0.2641</w:t>
        <w:br/>
        <w:t>vn 0.9904 0.0844 -0.1095</w:t>
        <w:br/>
        <w:t>vn 0.9918 0.1192 0.0468</w:t>
        <w:br/>
        <w:t>vn 0.9441 0.1501 0.2934</w:t>
        <w:br/>
        <w:t>vn 0.9757 0.1292 0.1767</w:t>
        <w:br/>
        <w:t>vn 0.9403 0.1331 0.3133</w:t>
        <w:br/>
        <w:t>vn 0.8977 0.1417 0.4173</w:t>
        <w:br/>
        <w:t>vn 0.9495 0.1491 0.2762</w:t>
        <w:br/>
        <w:t>vn 0.9966 0.0782 -0.0273</w:t>
        <w:br/>
        <w:t>vn 0.9267 0.1400 0.3487</w:t>
        <w:br/>
        <w:t>vn 0.9937 0.0953 0.0591</w:t>
        <w:br/>
        <w:t>vn 0.9936 0.1091 0.0292</w:t>
        <w:br/>
        <w:t>vn 0.9579 0.1403 0.2504</w:t>
        <w:br/>
        <w:t>vn 0.9904 0.1071 -0.0873</w:t>
        <w:br/>
        <w:t>vn 0.8969 0.1445 0.4180</w:t>
        <w:br/>
        <w:t>vn -0.4555 0.0085 0.8902</w:t>
        <w:br/>
        <w:t>vn 0.9326 0.1445 0.3307</w:t>
        <w:br/>
        <w:t>vn -0.4513 0.0028 0.8924</w:t>
        <w:br/>
        <w:t>vn 0.8965 0.1518 0.4162</w:t>
        <w:br/>
        <w:t>vn -0.4517 0.0023 0.8922</w:t>
        <w:br/>
        <w:t>vn -0.4490 0.0080 0.8935</w:t>
        <w:br/>
        <w:t>vn -0.4572 0.0101 0.8893</w:t>
        <w:br/>
        <w:t>vn -0.4673 0.0153 0.8839</w:t>
        <w:br/>
        <w:t>vn 0.9307 0.1459 0.3354</w:t>
        <w:br/>
        <w:t>vn 0.8980 0.1502 0.4135</w:t>
        <w:br/>
        <w:t>vn 0.9613 0.1470 0.2330</w:t>
        <w:br/>
        <w:t>vn -0.4893 0.0113 0.8721</w:t>
        <w:br/>
        <w:t>vn -0.4991 -0.0077 0.8665</w:t>
        <w:br/>
        <w:t>vn 0.9083 0.1333 0.3965</w:t>
        <w:br/>
        <w:t>vn 0.8975 0.1432 0.4170</w:t>
        <w:br/>
        <w:t>vn 0.9697 0.1332 0.2045</w:t>
        <w:br/>
        <w:t>vn -0.4810 -0.0159 0.8766</w:t>
        <w:br/>
        <w:t>vn -0.4354 -0.0579 0.8984</w:t>
        <w:br/>
        <w:t>vn 0.8459 0.1166 0.5205</w:t>
        <w:br/>
        <w:t>vn 0.8872 0.1520 0.4357</w:t>
        <w:br/>
        <w:t>vn -0.3434 -0.0512 0.9378</w:t>
        <w:br/>
        <w:t>vn -0.1442 -0.1496 0.9782</w:t>
        <w:br/>
        <w:t>vn 0.8639 0.1517 0.4802</w:t>
        <w:br/>
        <w:t>vn 0.8648 0.2383 0.4419</w:t>
        <w:br/>
        <w:t>vn 0.8876 0.1182 0.4452</w:t>
        <w:br/>
        <w:t>vn 0.9717 0.1260 0.1997</w:t>
        <w:br/>
        <w:t>vn 0.9688 0.1606 0.1888</w:t>
        <w:br/>
        <w:t>vn 0.9746 0.1654 0.1512</w:t>
        <w:br/>
        <w:t>vn 0.9628 0.1620 0.2163</w:t>
        <w:br/>
        <w:t>vn 0.9784 0.1586 0.1329</w:t>
        <w:br/>
        <w:t>vn 0.9607 0.1831 0.2088</w:t>
        <w:br/>
        <w:t>vn 0.9772 0.1723 0.1241</w:t>
        <w:br/>
        <w:t>vn 0.9895 0.1336 0.0543</w:t>
        <w:br/>
        <w:t>vn 0.9892 0.1061 -0.1007</w:t>
        <w:br/>
        <w:t>vn 0.9904 0.1358 0.0271</w:t>
        <w:br/>
        <w:t>vn 0.9869 0.1564 -0.0399</w:t>
        <w:br/>
        <w:t>vn 0.9823 0.1191 -0.1446</w:t>
        <w:br/>
        <w:t>vn 0.9931 0.1046 0.0524</w:t>
        <w:br/>
        <w:t>vn 0.9672 0.1236 -0.2218</w:t>
        <w:br/>
        <w:t>vn 0.9909 0.1192 -0.0632</w:t>
        <w:br/>
        <w:t>vn 0.9893 0.1195 -0.0833</w:t>
        <w:br/>
        <w:t>vn 0.9698 0.1040 -0.2206</w:t>
        <w:br/>
        <w:t>vn 0.9666 0.0979 -0.2370</w:t>
        <w:br/>
        <w:t>vn 0.9651 0.0899 -0.2462</w:t>
        <w:br/>
        <w:t>vn -0.2590 -0.0846 -0.9622</w:t>
        <w:br/>
        <w:t>vn -0.2492 -0.0937 -0.9639</w:t>
        <w:br/>
        <w:t>vn -0.2594 -0.0832 -0.9622</w:t>
        <w:br/>
        <w:t>vn -0.2694 -0.0682 -0.9606</w:t>
        <w:br/>
        <w:t>vn -0.2381 -0.0939 -0.9667</w:t>
        <w:br/>
        <w:t>vn -0.2769 -0.0630 -0.9588</w:t>
        <w:br/>
        <w:t>vn -0.2322 -0.0871 -0.9688</w:t>
        <w:br/>
        <w:t>vn 0.9748 0.1112 -0.1934</w:t>
        <w:br/>
        <w:t>vn -0.2203 -0.0822 -0.9720</w:t>
        <w:br/>
        <w:t>vn -0.2798 -0.0623 -0.9580</w:t>
        <w:br/>
        <w:t>vn 0.9660 0.0729 -0.2482</w:t>
        <w:br/>
        <w:t>vn -0.2828 -0.0688 -0.9567</w:t>
        <w:br/>
        <w:t>vn -0.2830 -0.0751 -0.9562</w:t>
        <w:br/>
        <w:t>vn -0.2842 -0.0758 -0.9558</w:t>
        <w:br/>
        <w:t>vn -0.2845 -0.0764 -0.9556</w:t>
        <w:br/>
        <w:t>vn -0.2850 -0.0765 -0.9555</w:t>
        <w:br/>
        <w:t>vn -0.2152 -0.0754 -0.9737</w:t>
        <w:br/>
        <w:t>vn 0.9813 0.1173 -0.1527</w:t>
        <w:br/>
        <w:t>vn -0.2020 -0.0754 -0.9765</w:t>
        <w:br/>
        <w:t>vn 0.9687 0.1228 -0.2159</w:t>
        <w:br/>
        <w:t>vn -0.1942 -0.0804 -0.9777</w:t>
        <w:br/>
        <w:t>vn 0.9823 0.1497 -0.1129</w:t>
        <w:br/>
        <w:t>vn -0.1834 -0.0866 -0.9792</w:t>
        <w:br/>
        <w:t>vn -0.1796 -0.0945 -0.9792</w:t>
        <w:br/>
        <w:t>vn -0.1760 -0.0968 -0.9796</w:t>
        <w:br/>
        <w:t>vn 0.9561 0.1256 -0.2646</w:t>
        <w:br/>
        <w:t>vn 0.9746 0.1799 -0.1338</w:t>
        <w:br/>
        <w:t>vn -0.1746 -0.1029 -0.9793</w:t>
        <w:br/>
        <w:t>vn -0.1727 -0.1066 -0.9792</w:t>
        <w:br/>
        <w:t>vn 0.9229 0.1785 -0.3413</w:t>
        <w:br/>
        <w:t>vn 0.9476 0.2733 -0.1651</w:t>
        <w:br/>
        <w:t>vn 0.9759 0.1611 -0.1473</w:t>
        <w:br/>
        <w:t>vn 0.9508 0.2180 -0.2200</w:t>
        <w:br/>
        <w:t>vn 0.9743 0.2230 0.0313</w:t>
        <w:br/>
        <w:t>vn 0.9827 0.1810 0.0385</w:t>
        <w:br/>
        <w:t>vn 0.9749 0.2213 -0.0229</w:t>
        <w:br/>
        <w:t>vn 0.9835 0.1386 0.1160</w:t>
        <w:br/>
        <w:t>vn 0.9773 0.1622 0.1364</w:t>
        <w:br/>
        <w:t>vn 0.9793 0.1827 0.0868</w:t>
        <w:br/>
        <w:t>vn 0.9672 0.2192 0.1285</w:t>
        <w:br/>
        <w:t>vn 0.9400 0.1986 0.2774</w:t>
        <w:br/>
        <w:t>vn 0.9560 0.2770 0.0968</w:t>
        <w:br/>
        <w:t>vn 0.9443 0.3166 0.0899</w:t>
        <w:br/>
        <w:t>vn 0.8449 0.2188 0.4881</w:t>
        <w:br/>
        <w:t>vn 0.9229 0.2912 0.2520</w:t>
        <w:br/>
        <w:t>vn 0.6980 0.5905 0.4051</w:t>
        <w:br/>
        <w:t>vn -0.1363 -0.1379 0.9810</w:t>
        <w:br/>
        <w:t>vn 0.7662 0.5631 0.3097</w:t>
        <w:br/>
        <w:t>vn 0.7720 0.6336 0.0502</w:t>
        <w:br/>
        <w:t>vn -0.0036 -0.1677 0.9858</w:t>
        <w:br/>
        <w:t>vn 0.0694 -0.1918 0.9790</w:t>
        <w:br/>
        <w:t>vn -0.0243 -0.0723 0.9971</w:t>
        <w:br/>
        <w:t>vn 0.3238 0.9389 0.1164</w:t>
        <w:br/>
        <w:t>vn 0.1875 0.9599 0.2083</w:t>
        <w:br/>
        <w:t>vn -0.0839 0.0187 0.9963</w:t>
        <w:br/>
        <w:t>vn -0.0408 0.0965 0.9945</w:t>
        <w:br/>
        <w:t>vn -0.1823 0.9832 -0.0026</w:t>
        <w:br/>
        <w:t>vn -0.2674 0.9629 0.0366</w:t>
        <w:br/>
        <w:t>vn -0.1246 0.1602 0.9792</w:t>
        <w:br/>
        <w:t>vn -0.1270 0.1990 0.9717</w:t>
        <w:br/>
        <w:t>vn -0.2697 0.2006 0.9418</w:t>
        <w:br/>
        <w:t>vn -0.6714 0.7232 -0.1619</w:t>
        <w:br/>
        <w:t>vn -0.6265 0.7719 -0.1077</w:t>
        <w:br/>
        <w:t>vn -0.8621 0.4506 -0.2318</w:t>
        <w:br/>
        <w:t>vn -0.8878 0.3666 -0.2784</w:t>
        <w:br/>
        <w:t>vn -0.7080 0.6819 -0.1838</w:t>
        <w:br/>
        <w:t>vn -0.8941 0.4130 -0.1734</w:t>
        <w:br/>
        <w:t>vn -0.1923 0.9800 -0.0519</w:t>
        <w:br/>
        <w:t>vn -0.6430 0.7638 -0.0563</w:t>
        <w:br/>
        <w:t>vn -0.8520 0.5233 -0.0146</w:t>
        <w:br/>
        <w:t>vn 0.3338 0.9418 0.0407</w:t>
        <w:br/>
        <w:t>vn -0.0804 0.9965 -0.0229</w:t>
        <w:br/>
        <w:t>vn -0.6321 0.7718 0.0687</w:t>
        <w:br/>
        <w:t>vn -0.8264 0.5492 0.1245</w:t>
        <w:br/>
        <w:t>vn -0.7588 0.6257 0.1810</w:t>
        <w:br/>
        <w:t>vn -0.1376 0.9895 -0.0442</w:t>
        <w:br/>
        <w:t>vn -0.4883 0.8683 0.0874</w:t>
        <w:br/>
        <w:t>vn -0.2202 0.3547 -0.9087</w:t>
        <w:br/>
        <w:t>vn -0.3316 0.2659 -0.9052</w:t>
        <w:br/>
        <w:t>vn -0.3416 0.2651 -0.9017</w:t>
        <w:br/>
        <w:t>vn -0.1203 0.4474 -0.8862</w:t>
        <w:br/>
        <w:t>vn -0.0775 0.9948 -0.0656</w:t>
        <w:br/>
        <w:t>vn 0.0402 0.5533 -0.8320</w:t>
        <w:br/>
        <w:t>vn 0.1123 0.5509 -0.8270</w:t>
        <w:br/>
        <w:t>vn 0.4262 0.6447 -0.6346</w:t>
        <w:br/>
        <w:t>vn 0.3742 0.3997 -0.8368</w:t>
        <w:br/>
        <w:t>vn 0.3755 0.8951 -0.2403</w:t>
        <w:br/>
        <w:t>vn 0.4913 0.3971 -0.7752</w:t>
        <w:br/>
        <w:t>vn 0.1784 0.1198 -0.9766</w:t>
        <w:br/>
        <w:t>vn 0.3777 0.9189 -0.1140</w:t>
        <w:br/>
        <w:t>vn 0.0907 0.0828 -0.9924</w:t>
        <w:br/>
        <w:t>vn -0.1677 -0.1169 -0.9789</w:t>
        <w:br/>
        <w:t>vn 0.6978 0.4589 -0.5500</w:t>
        <w:br/>
        <w:t>vn 0.8661 0.3017 -0.3986</w:t>
        <w:br/>
        <w:t>vn 0.9027 0.4048 -0.1459</w:t>
        <w:br/>
        <w:t>vn 0.7002 0.4900 -0.5193</w:t>
        <w:br/>
        <w:t>vn 0.8775 0.3253 -0.3525</w:t>
        <w:br/>
        <w:t>vn 0.7798 0.5792 -0.2374</w:t>
        <w:br/>
        <w:t>vn 0.9319 0.3491 -0.0984</w:t>
        <w:br/>
        <w:t>vn 0.9452 0.2979 -0.1335</w:t>
        <w:br/>
        <w:t>vn 0.7794 0.6168 -0.1102</w:t>
        <w:br/>
        <w:t>vn 0.8498 0.5250 0.0472</w:t>
        <w:br/>
        <w:t>vn 0.4993 0.8661 0.0255</w:t>
        <w:br/>
        <w:t>vn 0.8078 0.5763 0.1236</w:t>
        <w:br/>
        <w:t>vn 0.8691 0.4301 -0.2442</w:t>
        <w:br/>
        <w:t>vn 0.8890 0.3603 -0.2826</w:t>
        <w:br/>
        <w:t>vn 0.8890 0.4009 -0.2212</w:t>
        <w:br/>
        <w:t>vn 0.8961 0.2987 -0.3282</w:t>
        <w:br/>
        <w:t>vn 0.9214 0.1153 -0.3711</w:t>
        <w:br/>
        <w:t>vn 0.9235 0.0137 -0.3835</w:t>
        <w:br/>
        <w:t>vn 0.9160 -0.0880 -0.3913</w:t>
        <w:br/>
        <w:t>vn 0.3009 0.7516 0.5870</w:t>
        <w:br/>
        <w:t>vn 0.5640 0.2140 0.7976</w:t>
        <w:br/>
        <w:t>vn 0.5658 0.2738 0.7778</w:t>
        <w:br/>
        <w:t>vn 0.5987 -0.1072 0.7937</w:t>
        <w:br/>
        <w:t>vn 0.5476 -0.1471 0.8237</w:t>
        <w:br/>
        <w:t>vn 0.5725 -0.1127 0.8121</w:t>
        <w:br/>
        <w:t>vn 0.5516 -0.1106 0.8267</w:t>
        <w:br/>
        <w:t>vn 0.5485 -0.1147 0.8282</w:t>
        <w:br/>
        <w:t>vn 0.5335 -0.1111 0.8385</w:t>
        <w:br/>
        <w:t>vn 0.5494 -0.1153 0.8276</w:t>
        <w:br/>
        <w:t>vn 0.5267 -0.1328 0.8396</w:t>
        <w:br/>
        <w:t>vn 0.5537 -0.1091 0.8255</w:t>
        <w:br/>
        <w:t>vn 0.5618 -0.1170 0.8190</w:t>
        <w:br/>
        <w:t>vn -0.9225 0.2052 0.3270</w:t>
        <w:br/>
        <w:t>vn -0.9242 0.1876 0.3326</w:t>
        <w:br/>
        <w:t>vn -0.9192 0.1849 0.3477</w:t>
        <w:br/>
        <w:t>vn -0.0878 -0.9939 -0.0672</w:t>
        <w:br/>
        <w:t>vn -0.0852 -0.9940 -0.0682</w:t>
        <w:br/>
        <w:t>vn -0.0879 -0.9939 -0.0672</w:t>
        <w:br/>
        <w:t>vn -0.9196 0.2124 0.3304</w:t>
        <w:br/>
        <w:t>vn -0.0826 -0.9942 -0.0693</w:t>
        <w:br/>
        <w:t>vn -0.9154 0.1862 0.3568</w:t>
        <w:br/>
        <w:t>vn -0.0799 -0.9943 -0.0704</w:t>
        <w:br/>
        <w:t>vn -0.9085 0.1831 0.3756</w:t>
        <w:br/>
        <w:t>vn 0.5776 -0.1133 0.8084</w:t>
        <w:br/>
        <w:t>vn 0.5916 -0.1102 0.7987</w:t>
        <w:br/>
        <w:t>vn -0.9064 0.1837 0.3803</w:t>
        <w:br/>
        <w:t>vn -0.9011 0.1798 0.3947</w:t>
        <w:br/>
        <w:t>vn -0.9015 0.2633 0.3433</w:t>
        <w:br/>
        <w:t>vn 0.5594 0.1529 0.8146</w:t>
        <w:br/>
        <w:t>vn -0.8869 0.2885 0.3609</w:t>
        <w:br/>
        <w:t>vn -0.8705 0.3291 0.3660</w:t>
        <w:br/>
        <w:t>vn -0.8716 0.3169 0.3740</w:t>
        <w:br/>
        <w:t>vn 0.4235 0.7201 0.5497</w:t>
        <w:br/>
        <w:t>vn 0.4841 0.7078 0.5145</w:t>
        <w:br/>
        <w:t>vn 0.3495 0.8932 0.2830</w:t>
        <w:br/>
        <w:t>vn 0.1939 0.9003 0.3898</w:t>
        <w:br/>
        <w:t>vn -0.4189 0.6072 -0.6751</w:t>
        <w:br/>
        <w:t>vn -0.3505 0.6176 -0.7041</w:t>
        <w:br/>
        <w:t>vn -0.5819 0.4188 -0.6971</w:t>
        <w:br/>
        <w:t>vn -0.2917 0.6697 -0.6829</w:t>
        <w:br/>
        <w:t>vn -0.6610 0.3364 -0.6708</w:t>
        <w:br/>
        <w:t>vn -0.7245 0.0711 -0.6856</w:t>
        <w:br/>
        <w:t>vn 0.0690 0.9275 0.3673</w:t>
        <w:br/>
        <w:t>vn 0.6053 0.6159 -0.5043</w:t>
        <w:br/>
        <w:t>vn 0.6510 0.5801 -0.4896</w:t>
        <w:br/>
        <w:t>vn 0.6051 0.6157 -0.5047</w:t>
        <w:br/>
        <w:t>vn 0.6508 0.5811 -0.4886</w:t>
        <w:br/>
        <w:t>vn -0.0394 -0.6157 -0.7870</w:t>
        <w:br/>
        <w:t>vn -0.0666 -0.5924 -0.8029</w:t>
        <w:br/>
        <w:t>vn -0.0385 -0.6153 -0.7874</w:t>
        <w:br/>
        <w:t>vn 0.7628 0.4694 -0.4448</w:t>
        <w:br/>
        <w:t>vn 0.8237 0.3897 -0.4118</w:t>
        <w:br/>
        <w:t>vn -0.0928 -0.5681 -0.8177</w:t>
        <w:br/>
        <w:t>vn -0.1748 -0.4818 -0.8587</w:t>
        <w:br/>
        <w:t>vn -0.6504 -0.5814 0.4888</w:t>
        <w:br/>
        <w:t>vn -0.6061 -0.6156 0.5037</w:t>
        <w:br/>
        <w:t>vn -0.6505 -0.5805 0.4898</w:t>
        <w:br/>
        <w:t>vn -0.6057 -0.6152 0.5046</w:t>
        <w:br/>
        <w:t>vn -0.2277 -0.4164 -0.8802</w:t>
        <w:br/>
        <w:t>vn -0.7618 -0.4705 0.4453</w:t>
        <w:br/>
        <w:t>vn 0.0380 0.6158 0.7870</w:t>
        <w:br/>
        <w:t>vn 0.0667 0.5924 0.8029</w:t>
        <w:br/>
        <w:t>vn 0.0388 0.6162 0.7866</w:t>
        <w:br/>
        <w:t>vn 0.0936 0.5675 0.8181</w:t>
        <w:br/>
        <w:t>vn 0.1758 0.4808 0.8590</w:t>
        <w:br/>
        <w:t>vn 0.2283 0.4156 0.8804</w:t>
        <w:br/>
        <w:t>vn -0.8231 -0.3906 0.4122</w:t>
        <w:br/>
        <w:t>vn 0.2959 0.2910 0.9098</w:t>
        <w:br/>
        <w:t>vn -0.2956 -0.2914 -0.9098</w:t>
        <w:br/>
        <w:t>vn 0.9043 0.2272 -0.3614</w:t>
        <w:br/>
        <w:t>vn 0.9272 0.1443 -0.3457</w:t>
        <w:br/>
        <w:t>vn 0.9470 -0.0366 -0.3192</w:t>
        <w:br/>
        <w:t>vn -0.3089 -0.2329 -0.9221</w:t>
        <w:br/>
        <w:t>vn -0.9042 -0.2275 0.3615</w:t>
        <w:br/>
        <w:t>vn -0.3215 -0.1284 -0.9382</w:t>
        <w:br/>
        <w:t>vn 0.3090 0.2327 0.9222</w:t>
        <w:br/>
        <w:t>vn -0.9272 -0.1441 0.3457</w:t>
        <w:br/>
        <w:t>vn 0.3215 0.1283 0.9382</w:t>
        <w:br/>
        <w:t>vn 0.9473 -0.0364 -0.3184</w:t>
        <w:br/>
        <w:t>vn 0.9376 -0.1635 -0.3068</w:t>
        <w:br/>
        <w:t>vn 0.3194 0.0826 0.9440</w:t>
        <w:br/>
        <w:t>vn 0.3112 -0.0007 0.9504</w:t>
        <w:br/>
        <w:t>vn -0.9470 0.0368 0.3191</w:t>
        <w:br/>
        <w:t>vn -0.9473 0.0365 0.3184</w:t>
        <w:br/>
        <w:t>vn -0.3194 -0.0826 -0.9440</w:t>
        <w:br/>
        <w:t>vn 0.3111 -0.0007 0.9504</w:t>
        <w:br/>
        <w:t>vn -0.9377 0.1632 0.3068</w:t>
        <w:br/>
        <w:t>vn 0.9322 -0.1924 -0.3064</w:t>
        <w:br/>
        <w:t>vn -0.3110 0.0011 -0.9504</w:t>
        <w:br/>
        <w:t>vn 0.9271 -0.2171 -0.3054</w:t>
        <w:br/>
        <w:t>vn -0.9323 0.1921 0.3064</w:t>
        <w:br/>
        <w:t>vn -0.3111 0.0005 -0.9504</w:t>
        <w:br/>
        <w:t>vn 0.2958 -0.0944 0.9506</w:t>
        <w:br/>
        <w:t>vn -0.9270 0.2178 0.3054</w:t>
        <w:br/>
        <w:t>vn 0.2936 -0.0930 0.9514</w:t>
        <w:br/>
        <w:t>vn 0.2095 -0.3762 0.9025</w:t>
        <w:br/>
        <w:t>vn -0.2953 0.0961 -0.9506</w:t>
        <w:br/>
        <w:t>vn -0.9279 0.2157 0.3040</w:t>
        <w:br/>
        <w:t>vn 0.1882 -0.3730 0.9085</w:t>
        <w:br/>
        <w:t>vn -0.8794 0.3404 0.3328</w:t>
        <w:br/>
        <w:t>vn -0.3032 -0.6925 0.6546</w:t>
        <w:br/>
        <w:t>vn -0.2835 -0.7124 0.6419</w:t>
        <w:br/>
        <w:t>vn -0.7697 -0.5574 0.3112</w:t>
        <w:br/>
        <w:t>vn -0.8075 0.4826 0.3393</w:t>
        <w:br/>
        <w:t>vn -0.5485 0.6631 0.5093</w:t>
        <w:br/>
        <w:t>vn -0.2932 0.0949 -0.9513</w:t>
        <w:br/>
        <w:t>vn 0.9284 -0.2142 -0.3037</w:t>
        <w:br/>
        <w:t>vn 0.8849 -0.3285 -0.3303</w:t>
        <w:br/>
        <w:t>vn -0.1936 0.3901 -0.9002</w:t>
        <w:br/>
        <w:t>vn 0.8182 -0.4695 -0.3319</w:t>
        <w:br/>
        <w:t>vn -0.1812 0.3865 -0.9043</w:t>
        <w:br/>
        <w:t>vn 0.5588 -0.6549 -0.5088</w:t>
        <w:br/>
        <w:t>vn -0.3414 0.6871 0.6413</w:t>
        <w:br/>
        <w:t>vn 0.3068 0.6984 -0.6466</w:t>
        <w:br/>
        <w:t>vn -0.7678 -0.5535 0.3227</w:t>
        <w:br/>
        <w:t>vn -0.0763 0.6005 0.7960</w:t>
        <w:br/>
        <w:t>vn -0.8782 -0.4143 0.2390</w:t>
        <w:br/>
        <w:t>vn -0.8960 -0.3820 0.2266</w:t>
        <w:br/>
        <w:t>vn -0.0333 0.5350 0.8442</w:t>
        <w:br/>
        <w:t>vn 0.0391 0.4438 0.8953</w:t>
        <w:br/>
        <w:t>vn 0.2945 0.7134 -0.6358</w:t>
        <w:br/>
        <w:t>vn 0.3388 -0.6855 -0.6445</w:t>
        <w:br/>
        <w:t>vn 0.0674 -0.5964 -0.7999</w:t>
        <w:br/>
        <w:t>vn 0.7622 0.5633 -0.3190</w:t>
        <w:br/>
        <w:t>vn 0.0306 -0.5321 -0.8461</w:t>
        <w:br/>
        <w:t>vn 0.7613 0.5599 -0.3271</w:t>
        <w:br/>
        <w:t>vn -0.0394 -0.4432 -0.8956</w:t>
        <w:br/>
        <w:t>vn 0.0533 0.4143 0.9086</w:t>
        <w:br/>
        <w:t>vn 0.8776 0.4153 -0.2395</w:t>
        <w:br/>
        <w:t>vn -0.0535 -0.4140 -0.9087</w:t>
        <w:br/>
        <w:t>vn 0.8957 0.3826 -0.2268</w:t>
        <w:br/>
        <w:t>vn -0.0784 -0.3591 -0.9300</w:t>
        <w:br/>
        <w:t>vn 0.0785 0.3590 0.9300</w:t>
        <w:br/>
        <w:t>vn -0.9345 -0.2979 0.1950</w:t>
        <w:br/>
        <w:t>vn -0.9535 -0.2445 0.1762</w:t>
        <w:br/>
        <w:t>vn 0.9345 0.2979 -0.1950</w:t>
        <w:br/>
        <w:t>vn 0.0884 0.3330 0.9388</w:t>
        <w:br/>
        <w:t>vn -0.0883 -0.3333 -0.9387</w:t>
        <w:br/>
        <w:t>vn 0.9535 0.2445 -0.1762</w:t>
        <w:br/>
        <w:t>vn -0.1075 -0.2515 -0.9619</w:t>
        <w:br/>
        <w:t>vn -0.9756 -0.1595 0.1506</w:t>
        <w:br/>
        <w:t>vn 0.1076 0.2510 0.9620</w:t>
        <w:br/>
        <w:t>vn -0.9814 -0.1298 0.1414</w:t>
        <w:br/>
        <w:t>vn 0.9757 0.1594 -0.1506</w:t>
        <w:br/>
        <w:t>vn 0.1167 0.1942 0.9740</w:t>
        <w:br/>
        <w:t>vn -0.1167 -0.1945 -0.9739</w:t>
        <w:br/>
        <w:t>vn 0.9815 0.1294 -0.1414</w:t>
        <w:br/>
        <w:t>vn -0.1275 -0.0501 -0.9906</w:t>
        <w:br/>
        <w:t>vn -0.9897 -0.0554 0.1317</w:t>
        <w:br/>
        <w:t>vn 0.1275 0.0501 0.9906</w:t>
        <w:br/>
        <w:t>vn -0.9915 -0.0115 0.1294</w:t>
        <w:br/>
        <w:t>vn -0.9910 0.0333 0.1299</w:t>
        <w:br/>
        <w:t>vn -0.9911 0.0331 0.1289</w:t>
        <w:br/>
        <w:t>vn 0.1289 -0.0373 0.9910</w:t>
        <w:br/>
        <w:t>vn 0.1273 0.0501 0.9906</w:t>
        <w:br/>
        <w:t>vn 0.9898 0.0549 -0.1317</w:t>
        <w:br/>
        <w:t>vn 0.9911 -0.0330 -0.1287</w:t>
        <w:br/>
        <w:t>vn 0.9915 0.0114 -0.1294</w:t>
        <w:br/>
        <w:t>vn -0.1273 -0.0501 -0.9906</w:t>
        <w:br/>
        <w:t>vn 0.9910 -0.0332 -0.1299</w:t>
        <w:br/>
        <w:t>vn -0.1290 0.0373 -0.9909</w:t>
        <w:br/>
        <w:t>vn -0.1289 0.0373 -0.9909</w:t>
        <w:br/>
        <w:t>vn 0.7921 0.6077 0.0563</w:t>
        <w:br/>
        <w:t>vn 0.8746 0.4847 -0.0144</w:t>
        <w:br/>
        <w:t>vn 0.9742 0.1332 -0.1823</w:t>
        <w:br/>
        <w:t>vn 0.7497 -0.5284 -0.3984</w:t>
        <w:br/>
        <w:t>vn 0.9741 0.1333 -0.1826</w:t>
        <w:br/>
        <w:t>vn -0.2720 0.3670 -0.8896</w:t>
        <w:br/>
        <w:t>vn -0.2415 0.3898 -0.8887</w:t>
        <w:br/>
        <w:t>vn -0.8506 0.2005 0.4860</w:t>
        <w:br/>
        <w:t>vn -0.8506 0.2005 0.4861</w:t>
        <w:br/>
        <w:t>vn -0.3424 0.5004 -0.7952</w:t>
        <w:br/>
        <w:t>vn -0.2727 -0.8628 -0.4256</w:t>
        <w:br/>
        <w:t>vn -0.4029 -0.8425 -0.3577</w:t>
        <w:br/>
        <w:t>vn -0.2721 -0.8629 -0.4258</w:t>
        <w:br/>
        <w:t>vn -0.4029 -0.8424 -0.3577</w:t>
        <w:br/>
        <w:t>vn 0.0519 -0.8360 -0.5463</w:t>
        <w:br/>
        <w:t>vn 0.2459 -0.7708 -0.5876</w:t>
        <w:br/>
        <w:t>vn 0.5575 -0.5763 -0.5976</w:t>
        <w:br/>
        <w:t>vn 0.5573 -0.5765 -0.5976</w:t>
        <w:br/>
        <w:t>vn 0.7435 -0.3778 -0.5517</w:t>
        <w:br/>
        <w:t>vn 0.8021 -0.2903 -0.5219</w:t>
        <w:br/>
        <w:t>vn 0.8892 -0.1084 -0.4446</w:t>
        <w:br/>
        <w:t>vn 0.9176 -0.0138 -0.3973</w:t>
        <w:br/>
        <w:t>vn 0.9399 0.2233 -0.2581</w:t>
        <w:br/>
        <w:t>vn 0.9399 0.2237 -0.2579</w:t>
        <w:br/>
        <w:t>vn 0.8588 0.5105 -0.0436</w:t>
        <w:br/>
        <w:t>vn 0.7601 0.6446 0.0823</w:t>
        <w:br/>
        <w:t>vn 0.5627 0.7864 0.2548</w:t>
        <w:br/>
        <w:t>vn 0.4848 0.8186 0.3079</w:t>
        <w:br/>
        <w:t>vn 0.4029 0.8425 0.3576</w:t>
        <w:br/>
        <w:t>vn 0.4029 0.8425 0.3577</w:t>
        <w:br/>
        <w:t>vn 0.2829 0.9591 0.0041</w:t>
        <w:br/>
        <w:t>vn 0.3674 0.9290 0.0449</w:t>
        <w:br/>
        <w:t>vn 0.4490 0.8894 0.0864</w:t>
        <w:br/>
        <w:t>vn 0.6647 0.7193 0.2020</w:t>
        <w:br/>
        <w:t>vn 0.7808 0.5614 0.2741</w:t>
        <w:br/>
        <w:t>vn 0.8905 0.2822 0.3568</w:t>
        <w:br/>
        <w:t>vn -0.4050 0.1165 0.9069</w:t>
        <w:br/>
        <w:t>vn 0.9091 0.1725 0.3792</w:t>
        <w:br/>
        <w:t>vn 0.9058 -0.0995 0.4119</w:t>
        <w:br/>
        <w:t>vn 0.9057 -0.0998 0.4120</w:t>
        <w:br/>
        <w:t>vn -0.4051 0.1165 0.9068</w:t>
        <w:br/>
        <w:t>vn 0.8358 -0.3608 0.4139</w:t>
        <w:br/>
        <w:t>vn 0.7897 -0.4599 0.4060</w:t>
        <w:br/>
        <w:t>vn 0.6325 -0.6833 0.3648</w:t>
        <w:br/>
        <w:t>vn 0.6325 -0.6833 0.3649</w:t>
        <w:br/>
        <w:t>vn 0.2605 -0.9370 0.2328</w:t>
        <w:br/>
        <w:t>vn 0.2605 -0.9370 0.2327</w:t>
        <w:br/>
        <w:t>vn -0.1056 -0.9913 0.0782</w:t>
        <w:br/>
        <w:t>vn -0.1957 -0.9800 0.0372</w:t>
        <w:br/>
        <w:t>vn -0.2829 -0.9591 -0.0039</w:t>
        <w:br/>
        <w:t>vn -0.2829 -0.9591 -0.0038</w:t>
        <w:br/>
        <w:t>vn -0.8714 0.2588 -0.4168</w:t>
        <w:br/>
        <w:t>vn -0.8714 0.2588 -0.4167</w:t>
        <w:br/>
        <w:t>vn -0.8714 0.2587 -0.4168</w:t>
        <w:br/>
        <w:t>vn 0.0898 0.9821 0.1653</w:t>
        <w:br/>
        <w:t>vn 0.0900 0.9821 0.1653</w:t>
        <w:br/>
        <w:t>vn 0.0607 0.9844 0.1652</w:t>
        <w:br/>
        <w:t>vn 0.6890 -0.0612 0.7222</w:t>
        <w:br/>
        <w:t>vn 0.6508 0.0694 0.7561</w:t>
        <w:br/>
        <w:t>vn 0.6519 0.0732 0.7547</w:t>
        <w:br/>
        <w:t>vn 0.8018 -0.0211 0.5972</w:t>
        <w:br/>
        <w:t>vn 0.1190 0.9791 0.1652</w:t>
        <w:br/>
        <w:t>vn -0.5556 0.3909 -0.7338</w:t>
        <w:br/>
        <w:t>vn -0.5799 0.3200 -0.7492</w:t>
        <w:br/>
        <w:t>vn -0.4707 0.4779 -0.7417</w:t>
        <w:br/>
        <w:t>vn -0.6322 0.2982 -0.7151</w:t>
        <w:br/>
        <w:t>vn 0.0776 0.9947 0.0680</w:t>
        <w:br/>
        <w:t>vn 0.1276 0.9891 0.0741</w:t>
        <w:br/>
        <w:t>vn 0.0129 0.9983 0.0567</w:t>
        <w:br/>
        <w:t>vn 0.1664 0.9835 0.0710</w:t>
        <w:br/>
        <w:t>vn 0.1882 0.9789 0.0800</w:t>
        <w:br/>
        <w:t>vn 0.0638 0.9297 0.3629</w:t>
        <w:br/>
        <w:t>vn 0.1302 0.1222 0.9839</w:t>
        <w:br/>
        <w:t>vn 0.1816 0.1005 0.9782</w:t>
        <w:br/>
        <w:t>vn 0.2623 0.0865 0.9611</w:t>
        <w:br/>
        <w:t>vn 0.0764 0.9298 0.3601</w:t>
        <w:br/>
        <w:t>vn 0.4044 0.5928 0.6964</w:t>
        <w:br/>
        <w:t>vn 0.5749 0.0191 0.8180</w:t>
        <w:br/>
        <w:t>vn 0.7318 0.2049 0.6500</w:t>
        <w:br/>
        <w:t>vn 0.8855 -0.0459 0.4625</w:t>
        <w:br/>
        <w:t>vn 0.0397 0.8940 0.4463</w:t>
        <w:br/>
        <w:t>vn 0.0573 0.9774 0.2034</w:t>
        <w:br/>
        <w:t>vn 0.8916 0.0092 0.4527</w:t>
        <w:br/>
        <w:t>vn 0.9363 0.0507 0.3476</w:t>
        <w:br/>
        <w:t>vn 0.5384 0.7335 0.4149</w:t>
        <w:br/>
        <w:t>vn 0.4104 0.8592 0.3056</w:t>
        <w:br/>
        <w:t>vn 0.4104 0.8591 0.3057</w:t>
        <w:br/>
        <w:t>vn 0.6462 0.6210 0.4436</w:t>
        <w:br/>
        <w:t>vn 0.4651 0.8556 0.2273</w:t>
        <w:br/>
        <w:t>vn 0.5385 0.7334 0.4149</w:t>
        <w:br/>
        <w:t>vn 0.6463 0.6210 0.4436</w:t>
        <w:br/>
        <w:t>vn 0.7318 0.2048 0.6500</w:t>
        <w:br/>
        <w:t>vn 0.8910 0.1373 0.4328</w:t>
        <w:br/>
        <w:t>vn 0.7892 -0.0639 0.6108</w:t>
        <w:br/>
        <w:t>vn 0.8161 -0.0696 0.5737</w:t>
        <w:br/>
        <w:t>vn 0.6342 -0.4905 0.5977</w:t>
        <w:br/>
        <w:t>vn 0.5391 -0.5659 0.6238</w:t>
        <w:br/>
        <w:t>vn 0.2307 0.9584 0.1683</w:t>
        <w:br/>
        <w:t>vn -0.0302 0.9901 0.1374</w:t>
        <w:br/>
        <w:t>vn 0.6711 0.0178 0.7411</w:t>
        <w:br/>
        <w:t>vn 0.4515 0.1067 0.8859</w:t>
        <w:br/>
        <w:t>vn 0.6711 0.0178 0.7412</w:t>
        <w:br/>
        <w:t>vn 0.6167 -0.3757 0.6917</w:t>
        <w:br/>
        <w:t>vn 0.7517 -0.1643 0.6387</w:t>
        <w:br/>
        <w:t>vn 0.4987 -0.4973 0.7099</w:t>
        <w:br/>
        <w:t>vn 0.1627 -0.8679 0.4694</w:t>
        <w:br/>
        <w:t>vn 0.2918 0.1384 0.9464</w:t>
        <w:br/>
        <w:t>vn -0.2425 -0.8312 0.5003</w:t>
        <w:br/>
        <w:t>vn -0.2540 -0.8150 0.5208</w:t>
        <w:br/>
        <w:t>vn 0.5295 0.0085 0.8483</w:t>
        <w:br/>
        <w:t>vn 0.5627 -0.0101 0.8266</w:t>
        <w:br/>
        <w:t>vn 0.2096 0.1828 0.9605</w:t>
        <w:br/>
        <w:t>vn -0.0398 0.9844 0.1715</w:t>
        <w:br/>
        <w:t>vn -0.9095 -0.1836 0.3729</w:t>
        <w:br/>
        <w:t>vn -0.7889 0.1571 0.5941</w:t>
        <w:br/>
        <w:t>vn -0.8265 0.1835 0.5322</w:t>
        <w:br/>
        <w:t>vn -0.2369 0.9681 0.0821</w:t>
        <w:br/>
        <w:t>vn -0.9359 0.1275 0.3284</w:t>
        <w:br/>
        <w:t>vn -0.2327 0.9717 0.0409</w:t>
        <w:br/>
        <w:t>vn -0.9594 0.1380 0.2458</w:t>
        <w:br/>
        <w:t>vn -0.8260 0.1679 0.5381</w:t>
        <w:br/>
        <w:t>vn -0.9594 0.1379 0.2458</w:t>
        <w:br/>
        <w:t>vn -0.8216 0.1638 0.5460</w:t>
        <w:br/>
        <w:t>vn -0.8303 0.1720 0.5302</w:t>
        <w:br/>
        <w:t>vn -0.8934 0.1375 0.4277</w:t>
        <w:br/>
        <w:t>vn -0.5485 -0.7017 0.4547</w:t>
        <w:br/>
        <w:t>vn -0.8934 0.1375 0.4276</w:t>
        <w:br/>
        <w:t>vn -0.7478 0.1514 0.6464</w:t>
        <w:br/>
        <w:t>vn -0.7586 0.1442 0.6354</w:t>
        <w:br/>
        <w:t>vn -0.7368 0.1585 0.6573</w:t>
        <w:br/>
        <w:t>vn 0.6750 -0.0094 0.7378</w:t>
        <w:br/>
        <w:t>vn 0.1850 -0.8643 0.4677</w:t>
        <w:br/>
        <w:t>vn -0.0056 -0.8589 0.5120</w:t>
        <w:br/>
        <w:t>vn 0.1098 -0.8671 0.4859</w:t>
        <w:br/>
        <w:t>vn -0.1579 -0.8487 0.5047</w:t>
        <w:br/>
        <w:t>vn 0.2391 -0.8555 0.4593</w:t>
        <w:br/>
        <w:t>vn 0.6967 -0.0134 0.7173</w:t>
        <w:br/>
        <w:t>vn 0.1968 -0.6965 0.6900</w:t>
        <w:br/>
        <w:t>vn 0.5630 -0.3046 0.7683</w:t>
        <w:br/>
        <w:t>vn 0.5705 -0.4162 0.7080</w:t>
        <w:br/>
        <w:t>vn 0.3041 -0.6616 0.6854</w:t>
        <w:br/>
        <w:t>vn 0.4214 -0.8306 0.3639</w:t>
        <w:br/>
        <w:t>vn 0.8357 0.0890 0.5420</w:t>
        <w:br/>
        <w:t>vn 0.3946 -0.8695 0.2971</w:t>
        <w:br/>
        <w:t>vn 0.8364 0.1741 0.5197</w:t>
        <w:br/>
        <w:t>vn 0.3852 -0.9011 0.1989</w:t>
        <w:br/>
        <w:t>vn 0.3465 -0.9257 0.1519</w:t>
        <w:br/>
        <w:t>vn 0.3367 -0.9392 0.0680</w:t>
        <w:br/>
        <w:t>vn 0.8708 0.2074 0.4458</w:t>
        <w:br/>
        <w:t>vn 0.9224 0.2404 0.3023</w:t>
        <w:br/>
        <w:t>vn 0.3392 -0.9029 0.2642</w:t>
        <w:br/>
        <w:t>vn 0.3213 -0.9027 0.2861</w:t>
        <w:br/>
        <w:t>vn 0.2992 -0.9113 0.2828</w:t>
        <w:br/>
        <w:t>vn 0.3329 -0.9425 0.0280</w:t>
        <w:br/>
        <w:t>vn 0.3143 -0.9458 -0.0823</w:t>
        <w:br/>
        <w:t>vn 0.3914 -0.8853 0.2511</w:t>
        <w:br/>
        <w:t>vn 0.8526 0.1684 0.4947</w:t>
        <w:br/>
        <w:t>vn 0.8340 0.1475 0.5317</w:t>
        <w:br/>
        <w:t>vn 0.8696 0.1754 0.4615</w:t>
        <w:br/>
        <w:t>vn 0.9265 0.2395 0.2902</w:t>
        <w:br/>
        <w:t>vn 0.4377 -0.8749 0.2075</w:t>
        <w:br/>
        <w:t>vn 0.9930 0.0670 0.0977</w:t>
        <w:br/>
        <w:t>vn 0.9367 0.3472 0.0445</w:t>
        <w:br/>
        <w:t>vn 0.5202 -0.8331 0.1882</w:t>
        <w:br/>
        <w:t>vn 0.5769 -0.8081 0.1193</w:t>
        <w:br/>
        <w:t>vn 0.8909 0.2061 0.4047</w:t>
        <w:br/>
        <w:t>vn 0.9348 0.2227 0.2765</w:t>
        <w:br/>
        <w:t>vn 0.1250 0.9914 0.0376</w:t>
        <w:br/>
        <w:t>vn 0.0818 0.9966 0.0117</w:t>
        <w:br/>
        <w:t>vn 0.1212 0.9922 0.0289</w:t>
        <w:br/>
        <w:t>vn 0.1463 0.9885 0.0386</w:t>
        <w:br/>
        <w:t>vn 0.9314 0.2415 0.2724</w:t>
        <w:br/>
        <w:t>vn 0.8982 0.2205 0.3803</w:t>
        <w:br/>
        <w:t>vn 0.8841 0.2316 0.4059</w:t>
        <w:br/>
        <w:t>vn 0.0292 0.9990 -0.0333</w:t>
        <w:br/>
        <w:t>vn -0.0303 0.9968 -0.0744</w:t>
        <w:br/>
        <w:t>vn -0.0587 0.9977 -0.0346</w:t>
        <w:br/>
        <w:t>vn 0.0542 0.9985 0.0036</w:t>
        <w:br/>
        <w:t>vn 0.9313 0.2529 0.2621</w:t>
        <w:br/>
        <w:t>vn 0.0033 1.0000 0.0028</w:t>
        <w:br/>
        <w:t>vn -0.0322 0.9991 -0.0260</w:t>
        <w:br/>
        <w:t>vn 0.9371 0.2397 0.2537</w:t>
        <w:br/>
        <w:t>vn 0.0014 0.9995 -0.0318</w:t>
        <w:br/>
        <w:t>vn 0.0198 0.9987 -0.0472</w:t>
        <w:br/>
        <w:t>vn 0.9564 0.2833 0.0707</w:t>
        <w:br/>
        <w:t>vn 0.0295 0.9987 -0.0404</w:t>
        <w:br/>
        <w:t>vn -0.0178 0.9992 0.0348</w:t>
        <w:br/>
        <w:t>vn 0.9349 0.3546 0.0135</w:t>
        <w:br/>
        <w:t>vn -0.0065 0.9994 -0.0330</w:t>
        <w:br/>
        <w:t>vn 0.8866 0.4203 -0.1929</w:t>
        <w:br/>
        <w:t>vn 0.4716 0.8422 -0.2614</w:t>
        <w:br/>
        <w:t>vn 0.0755 0.9971 0.0029</w:t>
        <w:br/>
        <w:t>vn 0.8252 0.4776 -0.3015</w:t>
        <w:br/>
        <w:t>vn -0.0488 0.9970 0.0604</w:t>
        <w:br/>
        <w:t>vn -0.0665 0.9953 0.0703</w:t>
        <w:br/>
        <w:t>vn 0.9683 0.2297 0.0980</w:t>
        <w:br/>
        <w:t>vn 0.4629 0.8372 -0.2912</w:t>
        <w:br/>
        <w:t>vn 0.0117 0.9997 0.0213</w:t>
        <w:br/>
        <w:t>vn 0.7441 0.4554 -0.4887</w:t>
        <w:br/>
        <w:t>vn 0.7290 0.4030 -0.5533</w:t>
        <w:br/>
        <w:t>vn -0.0422 0.9943 0.0979</w:t>
        <w:br/>
        <w:t>vn -0.0239 0.9925 0.1196</w:t>
        <w:br/>
        <w:t>vn -0.0067 0.9939 0.1101</w:t>
        <w:br/>
        <w:t>vn -0.0667 0.9946 0.0795</w:t>
        <w:br/>
        <w:t>vn -0.0760 0.9945 0.0721</w:t>
        <w:br/>
        <w:t>vn 0.9769 0.2136 0.0118</w:t>
        <w:br/>
        <w:t>vn 0.9539 0.2194 -0.2050</w:t>
        <w:br/>
        <w:t>vn 0.6218 -0.7769 0.0991</w:t>
        <w:br/>
        <w:t>vn 0.9492 -0.1045 -0.2968</w:t>
        <w:br/>
        <w:t>vn 0.6235 -0.7810 0.0369</w:t>
        <w:br/>
        <w:t>vn 0.8283 0.2567 -0.4981</w:t>
        <w:br/>
        <w:t>vn 0.8119 -0.2492 -0.5279</w:t>
        <w:br/>
        <w:t>vn 0.7614 0.2715 -0.5886</w:t>
        <w:br/>
        <w:t>vn 0.7591 0.2675 -0.5935</w:t>
        <w:br/>
        <w:t>vn 0.9616 -0.1436 -0.2340</w:t>
        <w:br/>
        <w:t>vn 0.4650 -0.7867 -0.4060</w:t>
        <w:br/>
        <w:t>vn 0.4971 -0.7827 -0.3745</w:t>
        <w:br/>
        <w:t>vn 0.4311 -0.8150 -0.3873</w:t>
        <w:br/>
        <w:t>vn 0.8331 0.4694 -0.2925</w:t>
        <w:br/>
        <w:t>vn 0.7486 0.4711 -0.4665</w:t>
        <w:br/>
        <w:t>vn 0.3095 -0.9475 -0.0808</w:t>
        <w:br/>
        <w:t>vn 0.6936 0.4417 -0.5691</w:t>
        <w:br/>
        <w:t>vn 0.7227 0.4523 -0.5226</w:t>
        <w:br/>
        <w:t>vn 0.2813 -0.9431 -0.1770</w:t>
        <w:br/>
        <w:t>vn 0.6940 0.4114 -0.5908</w:t>
        <w:br/>
        <w:t>vn 0.2923 -0.9324 -0.2124</w:t>
        <w:br/>
        <w:t>vn 0.2891 -0.9262 -0.2422</w:t>
        <w:br/>
        <w:t>vn 0.3229 -0.9110 -0.2564</w:t>
        <w:br/>
        <w:t>vn 0.2476 0.9586 0.1403</w:t>
        <w:br/>
        <w:t>vn 0.2263 0.9676 0.1120</w:t>
        <w:br/>
        <w:t>vn 0.2344 0.9620 0.1401</w:t>
        <w:br/>
        <w:t>vn 0.2464 0.9545 0.1680</w:t>
        <w:br/>
        <w:t>vn -0.0501 -0.0455 0.9977</w:t>
        <w:br/>
        <w:t>vn -0.0543 -0.0995 0.9936</w:t>
        <w:br/>
        <w:t>vn -0.0753 -0.0558 0.9956</w:t>
        <w:br/>
        <w:t>vn 0.2530 0.9585 0.1312</w:t>
        <w:br/>
        <w:t>vn 0.2490 0.9620 0.1122</w:t>
        <w:br/>
        <w:t>vn -0.0174 -0.0015 0.9998</w:t>
        <w:br/>
        <w:t>vn -0.0495 -0.0089 0.9987</w:t>
        <w:br/>
        <w:t>vn 0.5250 0.8463 0.0907</w:t>
        <w:br/>
        <w:t>vn 0.5313 0.8410 0.1016</w:t>
        <w:br/>
        <w:t>vn 0.5827 0.8097 0.0704</w:t>
        <w:br/>
        <w:t>vn -0.0194 0.0114 0.9997</w:t>
        <w:br/>
        <w:t>vn -0.0350 0.0234 0.9991</w:t>
        <w:br/>
        <w:t>vn -0.0420 0.0002 0.9991</w:t>
        <w:br/>
        <w:t>vn -0.0295 0.0076 0.9995</w:t>
        <w:br/>
        <w:t>vn -0.0237 0.0237 0.9994</w:t>
        <w:br/>
        <w:t>vn -0.0939 -0.0315 0.9951</w:t>
        <w:br/>
        <w:t>vn 0.1284 -0.0451 0.9907</w:t>
        <w:br/>
        <w:t>vn 0.2437 -0.0928 0.9654</w:t>
        <w:br/>
        <w:t>vn 0.5685 0.8199 0.0684</w:t>
        <w:br/>
        <w:t>vn 0.4959 0.8679 0.0289</w:t>
        <w:br/>
        <w:t>vn 0.6246 0.7785 -0.0618</w:t>
        <w:br/>
        <w:t>vn 0.9854 0.1168 -0.1240</w:t>
        <w:br/>
        <w:t>vn 0.8998 0.2682 -0.3442</w:t>
        <w:br/>
        <w:t>vn 0.7460 -0.1592 0.6466</w:t>
        <w:br/>
        <w:t>vn 0.8082 -0.1375 0.5726</w:t>
        <w:br/>
        <w:t>vn 0.2430 -0.0249 0.9697</w:t>
        <w:br/>
        <w:t>vn 0.2082 -0.0300 0.9776</w:t>
        <w:br/>
        <w:t>vn 0.9791 -0.2011 -0.0299</w:t>
        <w:br/>
        <w:t>vn 0.9553 -0.1771 0.2369</w:t>
        <w:br/>
        <w:t>vn 0.8998 0.2682 -0.3443</w:t>
        <w:br/>
        <w:t>vn 0.8864 -0.2004 -0.4173</w:t>
        <w:br/>
        <w:t>vn 0.9721 -0.1997 -0.1227</w:t>
        <w:br/>
        <w:t>vn 0.9031 -0.1894 -0.3855</w:t>
        <w:br/>
        <w:t>vn 0.9101 -0.1971 -0.3646</w:t>
        <w:br/>
        <w:t>vn 0.2407 0.0099 0.9705</w:t>
        <w:br/>
        <w:t>vn 0.9531 -0.1762 0.2460</w:t>
        <w:br/>
        <w:t>vn 0.0476 0.0369 0.9982</w:t>
        <w:br/>
        <w:t>vn 0.9789 -0.1984 -0.0489</w:t>
        <w:br/>
        <w:t>vn 0.9184 -0.2010 -0.3407</w:t>
        <w:br/>
        <w:t>vn 0.9790 -0.2007 -0.0362</w:t>
        <w:br/>
        <w:t>vn 0.8353 -0.1424 0.5311</w:t>
        <w:br/>
        <w:t>vn 0.1526 0.0424 0.9874</w:t>
        <w:br/>
        <w:t>vn 0.0643 -0.9918 0.1100</w:t>
        <w:br/>
        <w:t>vn -0.1068 -0.9874 0.1170</w:t>
        <w:br/>
        <w:t>vn 0.0617 -0.9928 0.1026</w:t>
        <w:br/>
        <w:t>vn -0.0678 0.0243 0.9974</w:t>
        <w:br/>
        <w:t>vn 0.0822 -0.9910 0.1056</w:t>
        <w:br/>
        <w:t>vn -0.0367 0.0137 0.9992</w:t>
        <w:br/>
        <w:t>vn -0.0887 -0.9899 0.1109</w:t>
        <w:br/>
        <w:t>vn -0.0897 -0.9891 0.1166</w:t>
        <w:br/>
        <w:t>vn -0.0694 -0.9921 0.1043</w:t>
        <w:br/>
        <w:t>vn -0.0646 -0.9930 0.0988</w:t>
        <w:br/>
        <w:t>vn -0.2594 -0.9587 0.1165</w:t>
        <w:br/>
        <w:t>vn -0.0203 0.0102 0.9997</w:t>
        <w:br/>
        <w:t>vn -0.2598 -0.9587 0.1162</w:t>
        <w:br/>
        <w:t>vn -0.0221 0.0005 0.9998</w:t>
        <w:br/>
        <w:t>vn -0.2680 -0.9554 0.1241</w:t>
        <w:br/>
        <w:t>vn -0.1012 0.0102 0.9948</w:t>
        <w:br/>
        <w:t>vn -0.2700 -0.9559 0.1157</w:t>
        <w:br/>
        <w:t>vn -0.0809 0.0026 0.9967</w:t>
        <w:br/>
        <w:t>vn -0.1390 0.0237 0.9900</w:t>
        <w:br/>
        <w:t>vn -0.1447 -0.0103 0.9894</w:t>
        <w:br/>
        <w:t>vn -0.2795 -0.9503 0.1369</w:t>
        <w:br/>
        <w:t>vn -0.1725 -0.0514 0.9837</w:t>
        <w:br/>
        <w:t>vn -0.2784 -0.9482 0.1531</w:t>
        <w:br/>
        <w:t>vn -0.2768 -0.9470 0.1630</w:t>
        <w:br/>
        <w:t>vn -0.2813 -0.9470 0.1553</w:t>
        <w:br/>
        <w:t>vn -0.1674 -0.0522 0.9845</w:t>
        <w:br/>
        <w:t>vn -0.2118 -0.0710 0.9747</w:t>
        <w:br/>
        <w:t>vn -0.1385 -0.0607 0.9885</w:t>
        <w:br/>
        <w:t>vn -0.2223 -0.0561 0.9734</w:t>
        <w:br/>
        <w:t>vn -0.9717 0.2145 0.0992</w:t>
        <w:br/>
        <w:t>vn -0.9665 0.2275 0.1187</w:t>
        <w:br/>
        <w:t>vn -0.9640 0.2259 0.1405</w:t>
        <w:br/>
        <w:t>vn -0.9553 0.2431 0.1684</w:t>
        <w:br/>
        <w:t>vn -0.9413 0.2533 0.2231</w:t>
        <w:br/>
        <w:t>vn -0.9759 0.2024 0.0821</w:t>
        <w:br/>
        <w:t>vn -0.9736 0.2166 0.0726</w:t>
        <w:br/>
        <w:t>vn -0.9785 0.2015 0.0449</w:t>
        <w:br/>
        <w:t>vn -0.9715 0.2291 0.0610</w:t>
        <w:br/>
        <w:t>vn -0.9699 0.2354 0.0626</w:t>
        <w:br/>
        <w:t>vn -0.9690 0.2381 0.0662</w:t>
        <w:br/>
        <w:t>vn -0.9668 0.2448 0.0728</w:t>
        <w:br/>
        <w:t>vn -0.9712 0.2265 0.0745</w:t>
        <w:br/>
        <w:t>vn -0.9716 0.2240 0.0766</w:t>
        <w:br/>
        <w:t>vn -0.9732 0.2175 0.0749</w:t>
        <w:br/>
        <w:t>vn -0.9731 0.2183 0.0737</w:t>
        <w:br/>
        <w:t>vn 0.5187 0.6208 0.5879</w:t>
        <w:br/>
        <w:t>vn 0.4230 0.8559 0.2976</w:t>
        <w:br/>
        <w:t>vn 0.4133 0.8966 0.1589</w:t>
        <w:br/>
        <w:t>vn 0.4729 0.8715 0.1299</w:t>
        <w:br/>
        <w:t>vn -0.6514 0.5513 0.5212</w:t>
        <w:br/>
        <w:t>vn -0.6665 0.2157 0.7136</w:t>
        <w:br/>
        <w:t>vn -0.4822 0.2247 0.8467</w:t>
        <w:br/>
        <w:t>vn -0.0302 0.9978 0.0597</w:t>
        <w:br/>
        <w:t>vn 0.2659 0.9636 0.0287</w:t>
        <w:br/>
        <w:t>vn 0.2137 0.9767 -0.0201</w:t>
        <w:br/>
        <w:t>vn -0.8276 0.4657 0.3135</w:t>
        <w:br/>
        <w:t>vn -0.2572 0.9645 0.0590</w:t>
        <w:br/>
        <w:t>vn 0.2145 0.9767 0.0048</w:t>
        <w:br/>
        <w:t>vn -0.3146 0.9489 -0.0265</w:t>
        <w:br/>
        <w:t>vn 0.2061 0.9785 -0.0029</w:t>
        <w:br/>
        <w:t>vn -0.8416 0.5288 0.1098</w:t>
        <w:br/>
        <w:t>vn -0.1284 0.9897 -0.0627</w:t>
        <w:br/>
        <w:t>vn 0.3696 0.9184 -0.1409</w:t>
        <w:br/>
        <w:t>vn -0.9125 0.4055 -0.0529</w:t>
        <w:br/>
        <w:t>vn 0.4088 0.8738 -0.2632</w:t>
        <w:br/>
        <w:t>vn 0.4596 0.8413 -0.2844</w:t>
        <w:br/>
        <w:t>vn 0.4272 0.8967 -0.1158</w:t>
        <w:br/>
        <w:t>vn -0.6650 0.6011 -0.4433</w:t>
        <w:br/>
        <w:t>vn -0.4974 0.2497 -0.8308</w:t>
        <w:br/>
        <w:t>vn -0.7117 0.2276 -0.6646</w:t>
        <w:br/>
        <w:t>vn -0.8425 0.4779 -0.2485</w:t>
        <w:br/>
        <w:t>vn -0.9858 0.1221 0.1153</w:t>
        <w:br/>
        <w:t>vn -0.9909 0.1032 -0.0862</w:t>
        <w:br/>
        <w:t>vn -0.9364 0.0870 -0.3401</w:t>
        <w:br/>
        <w:t>vn -0.9120 0.1222 0.3915</w:t>
        <w:br/>
        <w:t>vn -0.6599 0.0942 0.7454</w:t>
        <w:br/>
        <w:t>vn -0.9699 -0.2002 0.1387</w:t>
        <w:br/>
        <w:t>vn -0.8943 -0.1587 0.4184</w:t>
        <w:br/>
        <w:t>vn -0.7071 -0.2959 0.6423</w:t>
        <w:br/>
        <w:t>vn -0.9991 0.0416 0.0071</w:t>
        <w:br/>
        <w:t>vn -0.8583 -0.3644 0.3612</w:t>
        <w:br/>
        <w:t>vn -0.6211 -0.0214 0.7834</w:t>
        <w:br/>
        <w:t>vn -0.1446 0.0744 0.9867</w:t>
        <w:br/>
        <w:t>vn -0.4823 0.2248 0.8467</w:t>
        <w:br/>
        <w:t>vn 0.3507 0.0450 0.9354</w:t>
        <w:br/>
        <w:t>vn 0.5187 0.6207 0.5879</w:t>
        <w:br/>
        <w:t>vn 0.2750 0.0474 0.9603</w:t>
        <w:br/>
        <w:t>vn -0.0384 0.0570 0.9976</w:t>
        <w:br/>
        <w:t>vn 0.2724 0.0374 0.9614</w:t>
        <w:br/>
        <w:t>vn -0.2050 0.0707 0.9762</w:t>
        <w:br/>
        <w:t>vn -0.6990 0.0788 0.7108</w:t>
        <w:br/>
        <w:t>vn -0.1780 0.0763 0.9811</w:t>
        <w:br/>
        <w:t>vn 0.2813 0.0377 0.9589</w:t>
        <w:br/>
        <w:t>vn -0.9270 0.0377 0.3732</w:t>
        <w:br/>
        <w:t>vn -0.7112 0.0910 0.6970</w:t>
        <w:br/>
        <w:t>vn -0.9773 -0.1497 0.1499</w:t>
        <w:br/>
        <w:t>vn -0.9229 0.0455 0.3823</w:t>
        <w:br/>
        <w:t>vn -0.9805 -0.1966 0.0031</w:t>
        <w:br/>
        <w:t>vn -0.9977 0.0238 0.0635</w:t>
        <w:br/>
        <w:t>vn -0.9941 0.0278 0.1052</w:t>
        <w:br/>
        <w:t>vn -0.6099 0.0879 0.7876</w:t>
        <w:br/>
        <w:t>vn -0.0880 0.0835 0.9926</w:t>
        <w:br/>
        <w:t>vn 0.3360 0.0382 0.9411</w:t>
        <w:br/>
        <w:t>vn -0.0475 0.0883 0.9950</w:t>
        <w:br/>
        <w:t>vn 0.4594 0.0469 0.8870</w:t>
        <w:br/>
        <w:t>vn 0.0078 -0.2486 0.9686</w:t>
        <w:br/>
        <w:t>vn 0.4949 -0.3286 0.8044</w:t>
        <w:br/>
        <w:t>vn -0.6734 0.0905 0.7337</w:t>
        <w:br/>
        <w:t>vn -0.7217 -0.1564 0.6743</w:t>
        <w:br/>
        <w:t>vn -0.5888 0.0924 0.8030</w:t>
        <w:br/>
        <w:t>vn -0.8804 0.0802 0.4675</w:t>
        <w:br/>
        <w:t>vn -0.7244 0.0887 0.6836</w:t>
        <w:br/>
        <w:t>vn -0.8728 0.0985 0.4780</w:t>
        <w:br/>
        <w:t>vn -0.4225 0.8978 0.1240</w:t>
        <w:br/>
        <w:t>vn -0.4221 0.8931 0.1555</w:t>
        <w:br/>
        <w:t>vn -0.4476 0.8790 0.1645</w:t>
        <w:br/>
        <w:t>vn -0.9369 0.0312 0.3481</w:t>
        <w:br/>
        <w:t>vn -0.4070 0.9092 0.0884</w:t>
        <w:br/>
        <w:t>vn -0.9128 0.0875 0.3990</w:t>
        <w:br/>
        <w:t>vn -0.9859 0.0226 0.1659</w:t>
        <w:br/>
        <w:t>vn -0.4103 0.9113 0.0328</w:t>
        <w:br/>
        <w:t>vn -0.4051 0.9143 0.0057</w:t>
        <w:br/>
        <w:t>vn -0.9972 0.0133 -0.0734</w:t>
        <w:br/>
        <w:t>vn -0.4095 0.9102 -0.0612</w:t>
        <w:br/>
        <w:t>vn -0.9423 0.0911 0.3222</w:t>
        <w:br/>
        <w:t>vn -0.9879 0.0901 0.1259</w:t>
        <w:br/>
        <w:t>vn -0.3708 -0.8895 0.2671</w:t>
        <w:br/>
        <w:t>vn -0.4530 -0.8582 0.2413</w:t>
        <w:br/>
        <w:t>vn -0.4117 -0.8592 0.3039</w:t>
        <w:br/>
        <w:t>vn -0.4040 0.9128 -0.0604</w:t>
        <w:br/>
        <w:t>vn -0.9766 0.1851 -0.1091</w:t>
        <w:br/>
        <w:t>vn -0.6811 0.5478 -0.4857</w:t>
        <w:br/>
        <w:t>vn -0.7747 0.5266 -0.3500</w:t>
        <w:br/>
        <w:t>vn -0.8750 -0.2055 0.4384</w:t>
        <w:br/>
        <w:t>vn -0.4802 -0.8378 0.2598</w:t>
        <w:br/>
        <w:t>vn -0.9196 -0.3852 0.0773</w:t>
        <w:br/>
        <w:t>vn -0.9326 0.0641 0.3553</w:t>
        <w:br/>
        <w:t>vn -0.9845 0.1138 0.1335</w:t>
        <w:br/>
        <w:t>vn -0.8802 0.0654 0.4700</w:t>
        <w:br/>
        <w:t>vn -0.4904 -0.8616 0.1312</w:t>
        <w:br/>
        <w:t>vn -0.9830 0.0818 0.1644</w:t>
        <w:br/>
        <w:t>vn -0.9619 -0.2444 -0.1226</w:t>
        <w:br/>
        <w:t>vn -0.5556 -0.6683 0.4948</w:t>
        <w:br/>
        <w:t>vn -0.4793 -0.8629 0.1599</w:t>
        <w:br/>
        <w:t>vn 0.2120 -0.8783 0.4286</w:t>
        <w:br/>
        <w:t>vn 0.3255 -0.6466 0.6898</w:t>
        <w:br/>
        <w:t>vn 0.4949 -0.3285 0.8044</w:t>
        <w:br/>
        <w:t>vn 0.0665 -0.9953 0.0703</w:t>
        <w:br/>
        <w:t>vn -0.4207 -0.9016 0.1003</w:t>
        <w:br/>
        <w:t>vn -0.0098 -0.9968 0.0796</w:t>
        <w:br/>
        <w:t>vn -0.9555 -0.2403 0.1708</w:t>
        <w:br/>
        <w:t>vn -0.3613 -0.9324 -0.0046</w:t>
        <w:br/>
        <w:t>vn -0.0445 -0.9979 0.0477</w:t>
        <w:br/>
        <w:t>vn -0.9921 0.0718 0.1032</w:t>
        <w:br/>
        <w:t>vn -0.9190 -0.3682 -0.1408</w:t>
        <w:br/>
        <w:t>vn -0.9913 0.0526 -0.1203</w:t>
        <w:br/>
        <w:t>vn -0.4337 -0.9006 -0.0273</w:t>
        <w:br/>
        <w:t>vn -0.0392 -0.9987 0.0329</w:t>
        <w:br/>
        <w:t>vn 0.0958 -0.9783 -0.1836</w:t>
        <w:br/>
        <w:t>vn -0.9506 -0.2676 0.1570</w:t>
        <w:br/>
        <w:t>vn -0.2974 -0.8272 -0.4768</w:t>
        <w:br/>
        <w:t>vn 0.3965 -0.4323 -0.8099</w:t>
        <w:br/>
        <w:t>vn -0.0396 -0.4127 -0.9100</w:t>
        <w:br/>
        <w:t>vn -0.6390 -0.2206 -0.7369</w:t>
        <w:br/>
        <w:t>vn -0.9038 -0.4280 -0.0023</w:t>
        <w:br/>
        <w:t>vn -0.8698 -0.2691 -0.4136</w:t>
        <w:br/>
        <w:t>vn -0.9769 0.1932 0.0913</w:t>
        <w:br/>
        <w:t>vn -0.9867 0.1076 -0.1219</w:t>
        <w:br/>
        <w:t>vn -0.8798 0.0344 -0.4742</w:t>
        <w:br/>
        <w:t>vn -0.9058 0.4203 0.0537</w:t>
        <w:br/>
        <w:t>vn -0.9467 0.0523 -0.3179</w:t>
        <w:br/>
        <w:t>vn -0.9937 0.0845 -0.0737</w:t>
        <w:br/>
        <w:t>vn -0.4537 -0.8740 -0.1740</w:t>
        <w:br/>
        <w:t>vn -0.4120 -0.8793 -0.2389</w:t>
        <w:br/>
        <w:t>vn -0.4813 -0.8548 -0.1940</w:t>
        <w:br/>
        <w:t>vn -0.4901 -0.8709 -0.0354</w:t>
        <w:br/>
        <w:t>vn -0.9288 0.1695 -0.3295</w:t>
        <w:br/>
        <w:t>vn -0.3710 -0.9068 -0.2000</w:t>
        <w:br/>
        <w:t>vn -0.4836 -0.8712 0.0841</w:t>
        <w:br/>
        <w:t>vn -0.9882 0.0884 0.1255</w:t>
        <w:br/>
        <w:t>vn -0.4830 -0.8749 -0.0347</w:t>
        <w:br/>
        <w:t>vn -0.9937 0.0813 -0.0768</w:t>
        <w:br/>
        <w:t>vn -0.9840 0.0823 -0.1582</w:t>
        <w:br/>
        <w:t>vn -0.9446 0.0671 -0.3213</w:t>
        <w:br/>
        <w:t>vn -0.9144 0.0674 -0.3992</w:t>
        <w:br/>
        <w:t>vn -0.4071 0.9038 -0.1318</w:t>
        <w:br/>
        <w:t>vn -0.7240 0.2981 -0.6220</w:t>
        <w:br/>
        <w:t>vn -0.4229 0.8905 -0.1677</w:t>
        <w:br/>
        <w:t>vn -0.3961 0.8981 -0.1914</w:t>
        <w:br/>
        <w:t>vn -0.6067 0.0338 -0.7942</w:t>
        <w:br/>
        <w:t>vn -0.6120 -0.0030 -0.7909</w:t>
        <w:br/>
        <w:t>vn -0.0838 -0.0321 -0.9960</w:t>
        <w:br/>
        <w:t>vn 0.3964 -0.4323 -0.8099</w:t>
        <w:br/>
        <w:t>vn 0.3398 -0.0531 -0.9390</w:t>
        <w:br/>
        <w:t>vn 0.0045 -0.0165 -0.9999</w:t>
        <w:br/>
        <w:t>vn 0.3442 -0.0415 -0.9380</w:t>
        <w:br/>
        <w:t>vn 0.3451 -0.0338 -0.9380</w:t>
        <w:br/>
        <w:t>vn -0.5499 0.0424 -0.8341</w:t>
        <w:br/>
        <w:t>vn -0.7240 0.2982 -0.6221</w:t>
        <w:br/>
        <w:t>vn -0.4475 0.8697 -0.2080</w:t>
        <w:br/>
        <w:t>vn -0.1644 -0.0066 -0.9864</w:t>
        <w:br/>
        <w:t>vn 0.3507 -0.0287 -0.9360</w:t>
        <w:br/>
        <w:t>vn -0.9365 0.0200 -0.3501</w:t>
        <w:br/>
        <w:t>vn -0.7696 0.0305 -0.6378</w:t>
        <w:br/>
        <w:t>vn -0.0958 0.0027 -0.9954</w:t>
        <w:br/>
        <w:t>vn 0.3101 0.0154 -0.9506</w:t>
        <w:br/>
        <w:t>vn -0.7206 0.0252 -0.6929</w:t>
        <w:br/>
        <w:t>vn -0.9326 0.0148 -0.3606</w:t>
        <w:br/>
        <w:t>vn -0.1396 0.0379 -0.9895</w:t>
        <w:br/>
        <w:t>vn 0.3682 0.0452 -0.9286</w:t>
        <w:br/>
        <w:t>vn 0.4395 0.0153 -0.8981</w:t>
        <w:br/>
        <w:t>vn -0.6523 -0.0709 -0.7547</w:t>
        <w:br/>
        <w:t>vn -0.9181 0.0191 -0.3958</w:t>
        <w:br/>
        <w:t>vn -0.9954 0.0255 -0.0927</w:t>
        <w:br/>
        <w:t>vn -0.9956 0.0197 -0.0911</w:t>
        <w:br/>
        <w:t>vn -0.9905 -0.1374 -0.0009</w:t>
        <w:br/>
        <w:t>vn -0.9486 -0.3152 0.0286</w:t>
        <w:br/>
        <w:t>vn -0.9998 0.0171 -0.0122</w:t>
        <w:br/>
        <w:t>vn -0.8219 -0.5695 0.0137</w:t>
        <w:br/>
        <w:t>vn -0.1284 0.0173 0.9916</w:t>
        <w:br/>
        <w:t>vn -0.1336 0.0230 0.9908</w:t>
        <w:br/>
        <w:t>vn -0.1315 0.0243 0.9910</w:t>
        <w:br/>
        <w:t>vn -0.9999 0.0143 -0.0050</w:t>
        <w:br/>
        <w:t>vn -0.1249 0.0234 0.9919</w:t>
        <w:br/>
        <w:t>vn -0.1783 0.0266 0.9836</w:t>
        <w:br/>
        <w:t>vn -0.1564 0.0294 0.9872</w:t>
        <w:br/>
        <w:t>vn -0.1425 0.0230 0.9895</w:t>
        <w:br/>
        <w:t>vn -0.2138 0.0369 0.9762</w:t>
        <w:br/>
        <w:t>vn -1.0000 0.0067 0.0006</w:t>
        <w:br/>
        <w:t>vn -0.9534 -0.3018 0.0047</w:t>
        <w:br/>
        <w:t>vn -0.9907 0.1364 0.0007</w:t>
        <w:br/>
        <w:t>vn -0.9979 0.0654 0.0004</w:t>
        <w:br/>
        <w:t>vn -0.0063 -0.0100 -0.9999</w:t>
        <w:br/>
        <w:t>vn -0.0278 0.0060 -0.9996</w:t>
        <w:br/>
        <w:t>vn -0.0162 -0.0027 -0.9999</w:t>
        <w:br/>
        <w:t>vn -0.0040 -0.0160 -0.9999</w:t>
        <w:br/>
        <w:t>vn -0.9994 0.0183 0.0290</w:t>
        <w:br/>
        <w:t>vn -0.9895 0.1445 0.0022</w:t>
        <w:br/>
        <w:t>vn 0.0235 -0.0129 -0.9996</w:t>
        <w:br/>
        <w:t>vn -0.9997 0.0151 0.0206</w:t>
        <w:br/>
        <w:t>vn 0.0107 -0.0073 -0.9999</w:t>
        <w:br/>
        <w:t>vn -0.9953 -0.0971 0.0050</w:t>
        <w:br/>
        <w:t>vn 0.0434 -0.0085 -0.9990</w:t>
        <w:br/>
        <w:t>vn 0.0758 -0.0175 -0.9970</w:t>
        <w:br/>
        <w:t>vn -0.9926 -0.1212 0.0112</w:t>
        <w:br/>
        <w:t>vn -0.9728 -0.1781 -0.1482</w:t>
        <w:br/>
        <w:t>vn -0.9672 -0.2379 -0.0886</w:t>
        <w:br/>
        <w:t>vn -0.8989 -0.2949 -0.3241</w:t>
        <w:br/>
        <w:t>vn -0.9143 -0.1516 -0.3757</w:t>
        <w:br/>
        <w:t>vn -0.7437 -0.2835 -0.6054</w:t>
        <w:br/>
        <w:t>vn -0.6936 0.0622 -0.7177</w:t>
        <w:br/>
        <w:t>vn -0.1242 -0.3081 0.9432</w:t>
        <w:br/>
        <w:t>vn 0.1243 -0.3533 0.9272</w:t>
        <w:br/>
        <w:t>vn -0.3370 -0.1214 0.9337</w:t>
        <w:br/>
        <w:t>vn -0.1970 -0.2813 0.9392</w:t>
        <w:br/>
        <w:t>vn 0.1971 -0.1842 0.9629</w:t>
        <w:br/>
        <w:t>vn -0.2149 0.2014 0.9557</w:t>
        <w:br/>
        <w:t>vn 0.3370 -0.1214 0.9337</w:t>
        <w:br/>
        <w:t>vn 0.6033 -0.1485 0.7836</w:t>
        <w:br/>
        <w:t>vn 0.3001 0.1842 0.9360</w:t>
        <w:br/>
        <w:t>vn 0.2922 0.1211 0.9487</w:t>
        <w:br/>
        <w:t>vn 0.1243 0.3533 0.9272</w:t>
        <w:br/>
        <w:t>vn 0.5745 0.2235 0.7874</w:t>
        <w:br/>
        <w:t>vn -0.1242 0.3081 0.9432</w:t>
        <w:br/>
        <w:t>vn -0.2922 0.1211 0.9486</w:t>
        <w:br/>
        <w:t>vn -0.6033 -0.1485 0.7836</w:t>
        <w:br/>
        <w:t>vn -0.5745 0.2235 0.7874</w:t>
        <w:br/>
        <w:t>vn -0.9314 0.3640 -0.0000</w:t>
        <w:br/>
        <w:t>vn -0.4015 0.9158 0.0000</w:t>
        <w:br/>
        <w:t>vn -0.8484 0.3315 -0.4127</w:t>
        <w:br/>
        <w:t>vn -0.8863 -0.2194 -0.4077</w:t>
        <w:br/>
        <w:t>vn -0.8763 -0.4817 0.0000</w:t>
        <w:br/>
        <w:t>vn -0.4015 -0.9158 0.0000</w:t>
        <w:br/>
        <w:t>vn 0.9314 0.3640 0.0000</w:t>
        <w:br/>
        <w:t>vn 0.8763 -0.4817 0.0000</w:t>
        <w:br/>
        <w:t>vn 0.4789 -0.7679 -0.4255</w:t>
        <w:br/>
        <w:t>vn 0.8863 -0.2194 -0.4077</w:t>
        <w:br/>
        <w:t>vn 0.8484 0.3315 -0.4127</w:t>
        <w:br/>
        <w:t>vn 0.8506 -0.2005 -0.4860</w:t>
        <w:br/>
        <w:t>vn -0.9589 0.2707 -0.0851</w:t>
        <w:br/>
        <w:t>vn 0.8714 -0.2588 0.4167</w:t>
        <w:br/>
        <w:t>vn 0.8714 -0.2588 0.4168</w:t>
        <w:br/>
        <w:t>vn -0.9720 0.2231 -0.0732</w:t>
        <w:br/>
        <w:t>vn -0.9720 0.2231 -0.0733</w:t>
        <w:br/>
        <w:t>vn -0.5592 0.1902 -0.8069</w:t>
        <w:br/>
        <w:t>vn -0.6157 0.1668 -0.7701</w:t>
        <w:br/>
        <w:t>vn -0.5456 0.1798 -0.8186</w:t>
        <w:br/>
        <w:t>vn -0.5323 0.1672 -0.8299</w:t>
        <w:br/>
        <w:t>vn 0.2653 -0.8855 -0.3815</w:t>
        <w:br/>
        <w:t>vn 0.2654 -0.8854 -0.3815</w:t>
        <w:br/>
        <w:t>vn 0.2728 -0.8828 -0.3824</w:t>
        <w:br/>
        <w:t>vn 0.2579 -0.8880 -0.3807</w:t>
        <w:br/>
        <w:t>vn 0.7283 -0.2040 0.6542</w:t>
        <w:br/>
        <w:t>vn 0.7379 -0.2168 0.6392</w:t>
        <w:br/>
        <w:t>vn 0.7302 -0.1891 0.6565</w:t>
        <w:br/>
        <w:t>vn 0.7989 -0.1481 0.5829</w:t>
        <w:br/>
        <w:t>vn 0.6736 -0.1738 0.7184</w:t>
        <w:br/>
        <w:t>vn 0.7302 -0.1890 0.6565</w:t>
        <w:br/>
        <w:t>vn 0.7277 -0.1639 0.6660</w:t>
        <w:br/>
        <w:t>vn 0.7989 -0.1480 0.5830</w:t>
        <w:br/>
        <w:t>vn 0.7792 -0.1501 0.6085</w:t>
        <w:br/>
        <w:t>vn 0.6890 -0.0613 0.7222</w:t>
        <w:br/>
        <w:t>vn 0.6094 -0.2918 0.7372</w:t>
        <w:br/>
        <w:t>vn -0.2196 0.9752 -0.0292</w:t>
        <w:br/>
        <w:t>vn -0.2369 0.9712 -0.0248</w:t>
        <w:br/>
        <w:t>vn -0.1917 0.9811 -0.0250</w:t>
        <w:br/>
        <w:t>vn -0.1676 0.9856 -0.0212</w:t>
        <w:br/>
        <w:t>vn -0.1463 0.9892 -0.0120</w:t>
        <w:br/>
        <w:t>vn -0.1517 0.9884 -0.0083</w:t>
        <w:br/>
        <w:t>vn -0.1434 0.9897 -0.0045</w:t>
        <w:br/>
        <w:t>vn -0.1451 0.9894 -0.0031</w:t>
        <w:br/>
        <w:t>vn -0.1397 0.9902 -0.0016</w:t>
        <w:br/>
        <w:t>vn -0.1395 0.9902 -0.0006</w:t>
        <w:br/>
        <w:t>vn -0.1373 0.9905 -0.0011</w:t>
        <w:br/>
        <w:t>vn -0.1388 0.9903 -0.0024</w:t>
        <w:br/>
        <w:t>vn -0.1384 0.9904 -0.0024</w:t>
        <w:br/>
        <w:t>vn -0.1397 0.9902 -0.0030</w:t>
        <w:br/>
        <w:t>vn -0.9481 -0.1462 -0.2825</w:t>
        <w:br/>
        <w:t>vn -0.9564 0.0252 -0.2908</w:t>
        <w:br/>
        <w:t>vn -0.9117 -0.3133 -0.2658</w:t>
        <w:br/>
        <w:t>vn -0.5115 0.8544 -0.0920</w:t>
        <w:br/>
        <w:t>vn -0.5114 0.8544 -0.0920</w:t>
        <w:br/>
        <w:t>vn -0.4637 0.8831 -0.0716</w:t>
        <w:br/>
        <w:t>vn -0.5573 0.8227 -0.1121</w:t>
        <w:br/>
        <w:t>vn -0.8084 -0.5208 -0.2744</w:t>
        <w:br/>
        <w:t>vn -0.8084 -0.5208 -0.2745</w:t>
        <w:br/>
        <w:t>vn 0.1420 -0.9896 -0.0224</w:t>
        <w:br/>
        <w:t>vn 0.1414 -0.9897 -0.0226</w:t>
        <w:br/>
        <w:t>vn 0.1407 -0.9898 -0.0228</w:t>
        <w:br/>
        <w:t>vn 0.1439 -0.9894 -0.0218</w:t>
        <w:br/>
        <w:t>vn 0.1474 -0.9889 -0.0207</w:t>
        <w:br/>
        <w:t>vn 0.3651 -0.9297 0.0484</w:t>
        <w:br/>
        <w:t>vn 0.5709 -0.8127 0.1168</w:t>
        <w:br/>
        <w:t>vn 0.4697 -0.8790 0.0823</w:t>
        <w:br/>
        <w:t>vn 0.4695 -0.8791 0.0823</w:t>
        <w:br/>
        <w:t>vn 0.1463 -0.9890 -0.0211</w:t>
        <w:br/>
        <w:t>vn 0.1468 -0.9889 -0.0210</w:t>
        <w:br/>
        <w:t>vn 0.2974 0.0334 -0.9542</w:t>
        <w:br/>
        <w:t>vn 0.2967 0.0333 -0.9544</w:t>
        <w:br/>
        <w:t>vn 0.2972 0.0332 -0.9542</w:t>
        <w:br/>
        <w:t>vn 0.2973 0.0333 -0.9542</w:t>
        <w:br/>
        <w:t>vn 0.2973 0.0332 -0.9542</w:t>
        <w:br/>
        <w:t>vn 0.2974 0.0333 -0.9542</w:t>
        <w:br/>
        <w:t>vn 0.2975 0.0333 -0.9541</w:t>
        <w:br/>
        <w:t>vn 0.2978 0.0334 -0.9540</w:t>
        <w:br/>
        <w:t>vn 0.1270 0.9919 0.0037</w:t>
        <w:br/>
        <w:t>vn 0.1270 0.9919 0.0036</w:t>
        <w:br/>
        <w:t>vn 0.1271 0.9919 0.0037</w:t>
        <w:br/>
        <w:t>vn 0.1270 0.9919 0.0035</w:t>
        <w:br/>
        <w:t>vn 0.0431 0.9991 -0.0050</w:t>
        <w:br/>
        <w:t>vn 0.0284 0.9996 0.0059</w:t>
        <w:br/>
        <w:t>vn 0.0709 0.9974 -0.0121</w:t>
        <w:br/>
        <w:t>vn 0.0950 0.9953 -0.0180</w:t>
        <w:br/>
        <w:t>vn 0.1183 0.9928 -0.0178</w:t>
        <w:br/>
        <w:t>vn 0.1147 0.9933 -0.0123</w:t>
        <w:br/>
        <w:t>vn 0.1240 0.9922 -0.0120</w:t>
        <w:br/>
        <w:t>vn 0.1228 0.9924 -0.0101</w:t>
        <w:br/>
        <w:t>vn 0.1284 0.9917 -0.0106</w:t>
        <w:br/>
        <w:t>vn 0.1289 0.9916 -0.0099</w:t>
        <w:br/>
        <w:t>vn 0.1308 0.9913 -0.0113</w:t>
        <w:br/>
        <w:t>vn 0.1290 0.9916 -0.0119</w:t>
        <w:br/>
        <w:t>vn 0.1295 0.9915 -0.0120</w:t>
        <w:br/>
        <w:t>vn 0.1279 0.9917 -0.0121</w:t>
        <w:br/>
        <w:t>vn -0.9871 0.1171 0.1088</w:t>
        <w:br/>
        <w:t>vn -0.9871 0.1170 0.1088</w:t>
        <w:br/>
        <w:t>vn -0.9540 0.2849 0.0935</w:t>
        <w:br/>
        <w:t>vn -0.9912 -0.0543 0.1209</w:t>
        <w:br/>
        <w:t>vn -0.2709 0.9610 0.0556</w:t>
        <w:br/>
        <w:t>vn -0.2135 0.9754 0.0545</w:t>
        <w:br/>
        <w:t>vn -0.3274 0.9432 0.0565</w:t>
        <w:br/>
        <w:t>vn -0.9558 -0.2810 0.0868</w:t>
        <w:br/>
        <w:t>vn -0.1355 -0.9907 -0.0122</w:t>
        <w:br/>
        <w:t>vn -0.1354 -0.9907 -0.0122</w:t>
        <w:br/>
        <w:t>vn -0.1363 -0.9906 -0.0121</w:t>
        <w:br/>
        <w:t>vn -0.1364 -0.9906 -0.0121</w:t>
        <w:br/>
        <w:t>vn -0.1336 -0.9910 -0.0124</w:t>
        <w:br/>
        <w:t>vn -0.1299 -0.9914 -0.0128</w:t>
        <w:br/>
        <w:t>vn 0.2262 -0.9729 -0.0473</w:t>
        <w:br/>
        <w:t>vn 0.2262 -0.9729 -0.0474</w:t>
        <w:br/>
        <w:t>vn 0.2238 -0.9735 -0.0472</w:t>
        <w:br/>
        <w:t>vn 0.2237 -0.9735 -0.0470</w:t>
        <w:br/>
        <w:t>vn -0.1308 -0.9913 -0.0127</w:t>
        <w:br/>
        <w:t>vn -0.1304 -0.9914 -0.0129</w:t>
        <w:br/>
        <w:t>vn -0.0929 -0.0059 -0.9957</w:t>
        <w:br/>
        <w:t>vn -0.0937 -0.0057 -0.9956</w:t>
        <w:br/>
        <w:t>vn -0.0932 -0.0059 -0.9956</w:t>
        <w:br/>
        <w:t>vn -0.0930 -0.0059 -0.9956</w:t>
        <w:br/>
        <w:t>vn -0.0931 -0.0060 -0.9956</w:t>
        <w:br/>
        <w:t>vn -0.0930 -0.0060 -0.9956</w:t>
        <w:br/>
        <w:t>vn -0.0925 -0.0059 -0.9957</w:t>
        <w:br/>
        <w:t>vn 0.1270 0.9919 0.0034</w:t>
        <w:br/>
        <w:t>vn 0.1270 0.9919 0.0033</w:t>
        <w:br/>
        <w:t>vn -0.3580 -0.0497 0.9324</w:t>
        <w:br/>
        <w:t>vn -0.9825 -0.0690 -0.1733</w:t>
        <w:br/>
        <w:t>vn -0.9901 -0.1261 -0.0608</w:t>
        <w:br/>
        <w:t>vn -0.8756 -0.1115 -0.4700</w:t>
        <w:br/>
        <w:t>vn -0.9243 -0.1306 -0.3587</w:t>
        <w:br/>
        <w:t>vn -0.6024 -0.0767 -0.7945</w:t>
        <w:br/>
        <w:t>vn -0.4888 -0.0948 -0.8672</w:t>
        <w:br/>
        <w:t>vn 0.7845 -0.0663 -0.6166</w:t>
        <w:br/>
        <w:t>vn 0.8008 -0.0319 -0.5981</w:t>
        <w:br/>
        <w:t>vn 0.7527 0.0921 -0.6518</w:t>
        <w:br/>
        <w:t>vn 0.7542 -0.0615 -0.6538</w:t>
        <w:br/>
        <w:t>vn 0.6969 0.0229 -0.7168</w:t>
        <w:br/>
        <w:t>vn 0.6543 0.1430 -0.7426</w:t>
        <w:br/>
        <w:t>vn 0.5503 0.2285 -0.8031</w:t>
        <w:br/>
        <w:t>vn 0.4215 0.3149 -0.8504</w:t>
        <w:br/>
        <w:t>vn 0.2225 0.3667 -0.9033</w:t>
        <w:br/>
        <w:t>vn 0.1195 0.3873 -0.9142</w:t>
        <w:br/>
        <w:t>vn 0.0255 0.3990 -0.9166</w:t>
        <w:br/>
        <w:t>vn -0.0010 0.4095 -0.9123</w:t>
        <w:br/>
        <w:t>vn -0.5153 -0.7445 -0.4244</w:t>
        <w:br/>
        <w:t>vn -0.5153 -0.7446 -0.4244</w:t>
        <w:br/>
        <w:t>vn -0.4651 -0.5937 -0.6567</w:t>
        <w:br/>
        <w:t>vn -0.3682 -0.3756 -0.8505</w:t>
        <w:br/>
        <w:t>vn -0.1690 -0.0025 -0.9856</w:t>
        <w:br/>
        <w:t>vn -0.0791 0.1360 -0.9875</w:t>
        <w:br/>
        <w:t>vn 0.2088 0.5427 -0.8136</w:t>
        <w:br/>
        <w:t>vn 0.2431 0.5538 -0.7964</w:t>
        <w:br/>
        <w:t>vn 0.3806 0.7413 -0.5529</w:t>
        <w:br/>
        <w:t>vn 0.3269 0.7230 -0.6086</w:t>
        <w:br/>
        <w:t>vn 0.3166 0.2724 0.9086</w:t>
        <w:br/>
        <w:t>vn -0.6824 0.1523 -0.7150</w:t>
        <w:br/>
        <w:t>vn -0.6157 0.1668 -0.7702</w:t>
        <w:br/>
        <w:t>vn -0.8075 0.1339 -0.5745</w:t>
        <w:br/>
        <w:t>vn -0.3050 0.3304 -0.8932</w:t>
        <w:br/>
        <w:t>vn 0.4257 0.3996 -0.8119</w:t>
        <w:br/>
        <w:t>vn -0.5800 0.3200 -0.7492</w:t>
        <w:br/>
        <w:t>vn -0.5984 0.2503 -0.7611</w:t>
        <w:br/>
        <w:t>vn -0.1464 0.9892 0.0113</w:t>
        <w:br/>
        <w:t>vn -0.1464 0.9892 0.0111</w:t>
        <w:br/>
        <w:t>vn 0.9917 0.1016 0.0794</w:t>
        <w:br/>
        <w:t>vn 0.9930 0.1181 -0.0057</w:t>
        <w:br/>
        <w:t>vn 0.9813 0.1410 0.1312</w:t>
        <w:br/>
        <w:t>vn 0.9799 0.0908 -0.1777</w:t>
        <w:br/>
        <w:t>vn 0.9316 0.1166 -0.3442</w:t>
        <w:br/>
        <w:t>vn 0.7726 0.0892 -0.6285</w:t>
        <w:br/>
        <w:t>vn 0.7741 0.1008 -0.6250</w:t>
        <w:br/>
        <w:t>vn 0.7451 0.0418 -0.6657</w:t>
        <w:br/>
        <w:t>vn 0.7050 0.0925 -0.7031</w:t>
        <w:br/>
        <w:t>vn 0.5824 0.0689 -0.8100</w:t>
        <w:br/>
        <w:t>vn 0.4385 0.0132 -0.8986</w:t>
        <w:br/>
        <w:t>vn 0.2727 0.0263 -0.9617</w:t>
        <w:br/>
        <w:t>vn -0.0172 -0.0171 -0.9997</w:t>
        <w:br/>
        <w:t>vn -0.0223 0.0192 -0.9996</w:t>
        <w:br/>
        <w:t>vn -0.2093 -0.0717 -0.9752</w:t>
        <w:br/>
        <w:t>vn -0.3976 -0.0998 -0.9121</w:t>
        <w:br/>
        <w:t>vn -0.2883 -0.0927 -0.9530</w:t>
        <w:br/>
        <w:t>vn -0.1925 -0.1037 -0.9758</w:t>
        <w:br/>
        <w:t>vn -0.6086 -0.1022 -0.7869</w:t>
        <w:br/>
        <w:t>vn -0.7925 -0.1271 -0.5965</w:t>
        <w:br/>
        <w:t>vn -0.8106 -0.1075 -0.5756</w:t>
        <w:br/>
        <w:t>vn -0.8877 -0.1228 -0.4438</w:t>
        <w:br/>
        <w:t>vn -0.8880 -0.1237 -0.4429</w:t>
        <w:br/>
        <w:t>vn -0.1461 0.9889 0.0261</w:t>
        <w:br/>
        <w:t>vn -0.1456 0.9891 0.0201</w:t>
        <w:br/>
        <w:t>vn -0.1465 0.9887 0.0321</w:t>
        <w:br/>
        <w:t>vn 0.2765 0.0705 -0.9584</w:t>
        <w:br/>
        <w:t>vn 0.2768 0.0770 -0.9578</w:t>
        <w:br/>
        <w:t>vn 0.2780 0.0594 -0.9587</w:t>
        <w:br/>
        <w:t>vn 0.2765 0.0619 -0.9590</w:t>
        <w:br/>
        <w:t>vn -0.9157 -0.2774 -0.2907</w:t>
        <w:br/>
        <w:t>vn -0.9473 -0.1341 -0.2909</w:t>
        <w:br/>
        <w:t>vn -0.5370 -0.8164 -0.2123</w:t>
        <w:br/>
        <w:t>vn 0.2785 0.0538 -0.9589</w:t>
        <w:br/>
        <w:t>vn -0.0304 -0.9969 -0.0730</w:t>
        <w:br/>
        <w:t>vn 0.2800 0.0482 -0.9588</w:t>
        <w:br/>
        <w:t>vn -0.0303 -0.9969 -0.0729</w:t>
        <w:br/>
        <w:t>vn 0.2799 0.0486 -0.9588</w:t>
        <w:br/>
        <w:t>vn 0.1454 -0.9892 -0.0202</w:t>
        <w:br/>
        <w:t>vn 0.8386 -0.4937 0.2302</w:t>
        <w:br/>
        <w:t>vn 0.9465 0.1303 0.2951</w:t>
        <w:br/>
        <w:t>vn 0.9473 0.1306 0.2926</w:t>
        <w:br/>
        <w:t>vn 0.6825 -0.7105 0.1715</w:t>
        <w:br/>
        <w:t>vn 0.1425 -0.9898 -0.0070</w:t>
        <w:br/>
        <w:t>vn 0.1425 -0.9898 -0.0071</w:t>
        <w:br/>
        <w:t>vn -0.5656 -0.7968 -0.2126</w:t>
        <w:br/>
        <w:t>vn -0.5656 -0.7968 -0.2127</w:t>
        <w:br/>
        <w:t>vn -0.9461 -0.1370 -0.2935</w:t>
        <w:br/>
        <w:t>vn -0.9456 -0.1379 -0.2947</w:t>
        <w:br/>
        <w:t>vn -0.8406 0.4911 -0.2286</w:t>
        <w:br/>
        <w:t>vn -0.7694 0.6073 -0.1981</w:t>
        <w:br/>
        <w:t>vn -0.1455 0.9893 0.0105</w:t>
        <w:br/>
        <w:t>vn -0.1453 0.9893 0.0106</w:t>
        <w:br/>
        <w:t>vn 0.5642 0.7973 0.2147</w:t>
        <w:br/>
        <w:t>vn 0.5648 0.7966 0.2155</w:t>
        <w:br/>
        <w:t>vn 0.9466 0.1302 0.2951</w:t>
        <w:br/>
        <w:t>vn 0.9473 0.1306 0.2925</w:t>
        <w:br/>
        <w:t>vn -0.1463 0.9892 0.0109</w:t>
        <w:br/>
        <w:t>vn -0.1464 0.9892 0.0110</w:t>
        <w:br/>
        <w:t>vn -0.9894 -0.1410 -0.0338</w:t>
        <w:br/>
        <w:t>vn -0.9809 -0.1409 -0.1340</w:t>
        <w:br/>
        <w:t>vn -0.9809 -0.1401 -0.1349</w:t>
        <w:br/>
        <w:t>vn -0.9802 -0.1691 0.1030</w:t>
        <w:br/>
        <w:t>vn -0.9383 -0.1633 0.3049</w:t>
        <w:br/>
        <w:t>vn -0.8316 -0.1802 0.5253</w:t>
        <w:br/>
        <w:t>vn -0.7634 -0.1807 0.6201</w:t>
        <w:br/>
        <w:t>vn -0.7104 -0.1645 0.6843</w:t>
        <w:br/>
        <w:t>vn -0.6958 -0.1970 0.6907</w:t>
        <w:br/>
        <w:t>vn -0.5655 -0.1186 0.8162</w:t>
        <w:br/>
        <w:t>vn -0.5708 -0.0824 0.8169</w:t>
        <w:br/>
        <w:t>vn -0.3043 -0.0806 0.9492</w:t>
        <w:br/>
        <w:t>vn -0.1309 -0.0922 0.9871</w:t>
        <w:br/>
        <w:t>vn 0.0362 -0.0323 0.9988</w:t>
        <w:br/>
        <w:t>vn 0.2942 0.0006 0.9557</w:t>
        <w:br/>
        <w:t>vn 0.1966 -0.0016 0.9805</w:t>
        <w:br/>
        <w:t>vn 0.2970 0.0124 0.9548</w:t>
        <w:br/>
        <w:t>vn 0.2522 -0.0495 0.9664</w:t>
        <w:br/>
        <w:t>vn 0.5828 0.0520 0.8110</w:t>
        <w:br/>
        <w:t>vn 0.7157 0.0419 0.6971</w:t>
        <w:br/>
        <w:t>vn 0.8207 0.0862 0.5648</w:t>
        <w:br/>
        <w:t>vn 0.8671 0.0785 0.4920</w:t>
        <w:br/>
        <w:t>vn 0.8858 0.1233 0.4474</w:t>
        <w:br/>
        <w:t>vn 0.1413 -0.9900 -0.0027</w:t>
        <w:br/>
        <w:t>vn 0.3566 -0.9319 0.0659</w:t>
        <w:br/>
        <w:t>vn 0.1408 -0.9900 -0.0029</w:t>
        <w:br/>
        <w:t>vn 0.5640 -0.8147 0.1349</w:t>
        <w:br/>
        <w:t>vn 0.5654 -0.8137 0.1350</w:t>
        <w:br/>
        <w:t>vn 0.3597 -0.9307 0.0669</w:t>
        <w:br/>
        <w:t>vn 0.1418 -0.9899 -0.0026</w:t>
        <w:br/>
        <w:t>vn 0.1384 -0.9904 -0.0037</w:t>
        <w:br/>
        <w:t>vn 0.1357 -0.9907 -0.0045</w:t>
        <w:br/>
        <w:t>vn 0.1356 -0.9908 -0.0046</w:t>
        <w:br/>
        <w:t>vn 0.1365 -0.9906 -0.0043</w:t>
        <w:br/>
        <w:t>vn -0.8090 -0.5209 -0.2723</w:t>
        <w:br/>
        <w:t>vn -0.8090 -0.5209 -0.2722</w:t>
        <w:br/>
        <w:t>vn -0.7352 0.6491 -0.1954</w:t>
        <w:br/>
        <w:t>vn -0.5033 0.8559 -0.1188</w:t>
        <w:br/>
        <w:t>vn -0.5516 0.8238 -0.1307</w:t>
        <w:br/>
        <w:t>vn -0.4533 0.8850 -0.1064</w:t>
        <w:br/>
        <w:t>vn -0.8968 -0.3105 -0.3152</w:t>
        <w:br/>
        <w:t>vn -0.9415 -0.1450 -0.3044</w:t>
        <w:br/>
        <w:t>vn -0.9583 0.0248 -0.2846</w:t>
        <w:br/>
        <w:t>vn -0.9414 -0.1450 -0.3044</w:t>
        <w:br/>
        <w:t>vn -0.1475 0.9887 0.0266</w:t>
        <w:br/>
        <w:t>vn -0.1471 0.9888 0.0268</w:t>
        <w:br/>
        <w:t>vn -0.1487 0.9885 0.0267</w:t>
        <w:br/>
        <w:t>vn -0.1457 0.9890 0.0264</w:t>
        <w:br/>
        <w:t>vn -0.1478 0.9887 0.0253</w:t>
        <w:br/>
        <w:t>vn -0.1472 0.9888 0.0247</w:t>
        <w:br/>
        <w:t>vn -0.1531 0.9879 0.0236</w:t>
        <w:br/>
        <w:t>vn -0.1524 0.9880 0.0258</w:t>
        <w:br/>
        <w:t>vn -0.1615 0.9866 0.0242</w:t>
        <w:br/>
        <w:t>vn -0.1591 0.9868 0.0303</w:t>
        <w:br/>
        <w:t>vn -0.1817 0.9830 0.0258</w:t>
        <w:br/>
        <w:t>vn -0.2039 0.9789 0.0152</w:t>
        <w:br/>
        <w:t>vn -0.2292 0.9734 0.0027</w:t>
        <w:br/>
        <w:t>vn -0.2411 0.9704 -0.0109</w:t>
        <w:br/>
        <w:t>vn -0.2798 -0.0737 0.9572</w:t>
        <w:br/>
        <w:t>vn -0.2797 -0.0736 0.9573</w:t>
        <w:br/>
        <w:t>vn -0.2794 -0.0735 0.9574</w:t>
        <w:br/>
        <w:t>vn -0.2799 -0.0736 0.9572</w:t>
        <w:br/>
        <w:t>vn -0.2801 -0.0736 0.9571</w:t>
        <w:br/>
        <w:t>vn -0.2805 -0.0736 0.9570</w:t>
        <w:br/>
        <w:t>vn 0.8411 -0.4933 0.2220</w:t>
        <w:br/>
        <w:t>vn 0.9476 0.1298 0.2919</w:t>
        <w:br/>
        <w:t>vn 0.6854 -0.7099 0.1621</w:t>
        <w:br/>
        <w:t>vn 0.1454 -0.9892 -0.0167</w:t>
        <w:br/>
        <w:t>vn 0.1454 -0.9892 -0.0166</w:t>
        <w:br/>
        <w:t>vn -0.5641 -0.7966 -0.2176</w:t>
        <w:br/>
        <w:t>vn -0.5640 -0.7966 -0.2176</w:t>
        <w:br/>
        <w:t>vn -0.9464 -0.1373 -0.2924</w:t>
        <w:br/>
        <w:t>vn -0.6838 0.7109 -0.1646</w:t>
        <w:br/>
        <w:t>vn -0.1460 0.9892 0.0121</w:t>
        <w:br/>
        <w:t>vn 0.5645 0.7969 0.2151</w:t>
        <w:br/>
        <w:t>vn -0.9775 0.1307 -0.1655</w:t>
        <w:br/>
        <w:t>vn -0.9893 0.1307 -0.0644</w:t>
        <w:br/>
        <w:t>vn -0.9894 0.1297 -0.0657</w:t>
        <w:br/>
        <w:t>vn -0.9490 0.0998 -0.2990</w:t>
        <w:br/>
        <w:t>vn -0.8677 0.0920 -0.4885</w:t>
        <w:br/>
        <w:t>vn -0.7278 0.0446 -0.6844</w:t>
        <w:br/>
        <w:t>vn -0.6447 0.0248 -0.7641</w:t>
        <w:br/>
        <w:t>vn -0.5776 0.0254 -0.8159</w:t>
        <w:br/>
        <w:t>vn -0.5711 -0.0099 -0.8208</w:t>
        <w:br/>
        <w:t>vn -0.4025 0.0291 -0.9149</w:t>
        <w:br/>
        <w:t>vn -0.3977 0.0654 -0.9152</w:t>
        <w:br/>
        <w:t>vn -0.1196 -0.0059 -0.9928</w:t>
        <w:br/>
        <w:t>vn 0.0485 -0.0642 -0.9968</w:t>
        <w:br/>
        <w:t>vn 0.2244 -0.0516 -0.9731</w:t>
        <w:br/>
        <w:t>vn 0.4679 -0.0889 -0.8793</w:t>
        <w:br/>
        <w:t>vn 0.3802 -0.0650 -0.9226</w:t>
        <w:br/>
        <w:t>vn 0.4735 -0.0782 -0.8773</w:t>
        <w:br/>
        <w:t>vn 0.4171 -0.1259 -0.9001</w:t>
        <w:br/>
        <w:t>vn 0.7249 -0.1155 -0.6791</w:t>
        <w:br/>
        <w:t>vn 0.8250 -0.1598 -0.5421</w:t>
        <w:br/>
        <w:t>vn 0.9095 -0.1439 -0.3901</w:t>
        <w:br/>
        <w:t>vn 0.9366 -0.1630 -0.3100</w:t>
        <w:br/>
        <w:t>vn 0.9573 -0.1245 -0.2608</w:t>
        <w:br/>
        <w:t>vn 0.8646 0.4968 -0.0756</w:t>
        <w:br/>
        <w:t>vn 0.9866 -0.1325 -0.0956</w:t>
        <w:br/>
        <w:t>vn 0.9864 -0.1331 -0.0960</w:t>
        <w:br/>
        <w:t>vn 0.7869 0.6135 -0.0662</w:t>
        <w:br/>
        <w:t>vn 0.1277 0.9918 0.0026</w:t>
        <w:br/>
        <w:t>vn 0.1274 0.9919 0.0027</w:t>
        <w:br/>
        <w:t>vn -0.6039 0.7940 0.0702</w:t>
        <w:br/>
        <w:t>vn -0.6047 0.7934 0.0695</w:t>
        <w:br/>
        <w:t>vn -0.9874 0.1256 0.0965</w:t>
        <w:br/>
        <w:t>vn -0.9873 0.1263 0.0961</w:t>
        <w:br/>
        <w:t>vn -0.8630 -0.4991 0.0782</w:t>
        <w:br/>
        <w:t>vn -0.6962 -0.7152 0.0607</w:t>
        <w:br/>
        <w:t>vn -0.1294 -0.9916 0.0018</w:t>
        <w:br/>
        <w:t>vn -0.1291 -0.9916 0.0017</w:t>
        <w:br/>
        <w:t>vn 0.6040 -0.7942 -0.0664</w:t>
        <w:br/>
        <w:t>vn 0.6039 -0.7943 -0.0664</w:t>
        <w:br/>
        <w:t>vn -0.9273 0.1226 0.3538</w:t>
        <w:br/>
        <w:t>vn -0.9581 0.1246 0.2580</w:t>
        <w:br/>
        <w:t>vn -0.9583 0.1256 0.2568</w:t>
        <w:br/>
        <w:t>vn -0.8739 0.0874 0.4783</w:t>
        <w:br/>
        <w:t>vn -0.7578 0.0738 0.6483</w:t>
        <w:br/>
        <w:t>vn -0.5831 0.0208 0.8121</w:t>
        <w:br/>
        <w:t>vn -0.4863 -0.0014 0.8738</w:t>
        <w:br/>
        <w:t>vn -0.4106 -0.0022 0.9118</w:t>
        <w:br/>
        <w:t>vn -0.4034 -0.0376 0.9143</w:t>
        <w:br/>
        <w:t>vn -0.2197 -0.0010 0.9756</w:t>
        <w:br/>
        <w:t>vn -0.2149 0.0352 0.9760</w:t>
        <w:br/>
        <w:t>vn 0.0728 -0.0377 0.9966</w:t>
        <w:br/>
        <w:t>vn 0.2383 -0.0956 0.9665</w:t>
        <w:br/>
        <w:t>vn 0.4065 -0.0816 0.9100</w:t>
        <w:br/>
        <w:t>vn 0.6274 -0.1152 0.7701</w:t>
        <w:br/>
        <w:t>vn 0.5496 -0.0930 0.8302</w:t>
        <w:br/>
        <w:t>vn 0.5813 -0.1530 0.7992</w:t>
        <w:br/>
        <w:t>vn 0.6325 -0.1045 0.7675</w:t>
        <w:br/>
        <w:t>vn 0.8412 -0.1347 0.5236</w:t>
        <w:br/>
        <w:t>vn 0.9131 -0.1743 0.3687</w:t>
        <w:br/>
        <w:t>vn 0.9669 -0.1534 0.2039</w:t>
        <w:br/>
        <w:t>vn 0.9782 -0.1699 0.1196</w:t>
        <w:br/>
        <w:t>vn 0.9892 -0.1297 0.0685</w:t>
        <w:br/>
        <w:t>vn 0.0463 0.9985 0.0282</w:t>
        <w:br/>
        <w:t>vn 0.0750 0.9967 0.0298</w:t>
        <w:br/>
        <w:t>vn 0.0298 0.9993 0.0204</w:t>
        <w:br/>
        <w:t>vn 0.0997 0.9945 0.0309</w:t>
        <w:br/>
        <w:t>vn 0.1225 0.9921 0.0262</w:t>
        <w:br/>
        <w:t>vn 0.1180 0.9928 0.0214</w:t>
        <w:br/>
        <w:t>vn 0.1270 0.9917 0.0194</w:t>
        <w:br/>
        <w:t>vn 0.1255 0.9919 0.0177</w:t>
        <w:br/>
        <w:t>vn 0.1311 0.9912 0.0172</w:t>
        <w:br/>
        <w:t>vn 0.1315 0.9912 0.0164</w:t>
        <w:br/>
        <w:t>vn 0.1337 0.9909 0.0173</w:t>
        <w:br/>
        <w:t>vn 0.1319 0.9911 0.0183</w:t>
        <w:br/>
        <w:t>vn 0.1324 0.9910 0.0183</w:t>
        <w:br/>
        <w:t>vn 0.1309 0.9912 0.0188</w:t>
        <w:br/>
        <w:t>vn -0.9534 0.2848 0.1000</w:t>
        <w:br/>
        <w:t>vn -0.9894 0.1174 0.0860</w:t>
        <w:br/>
        <w:t>vn -0.9893 0.1174 0.0860</w:t>
        <w:br/>
        <w:t>vn -0.9961 -0.0535 0.0695</w:t>
        <w:br/>
        <w:t>vn -0.2736 0.9614 0.0277</w:t>
        <w:br/>
        <w:t>vn -0.2171 0.9760 0.0182</w:t>
        <w:br/>
        <w:t>vn -0.3292 0.9435 0.0371</w:t>
        <w:br/>
        <w:t>vn -0.9556 -0.2810 0.0891</w:t>
        <w:br/>
        <w:t>vn -0.1337 -0.9910 0.0066</w:t>
        <w:br/>
        <w:t>vn -0.1345 -0.9909 0.0067</w:t>
        <w:br/>
        <w:t>vn -0.1336 -0.9910 0.0066</w:t>
        <w:br/>
        <w:t>vn -0.1346 -0.9909 0.0067</w:t>
        <w:br/>
        <w:t>vn -0.1317 -0.9913 0.0064</w:t>
        <w:br/>
        <w:t>vn -0.1281 -0.9917 0.0061</w:t>
        <w:br/>
        <w:t>vn 0.1069 -0.9941 -0.0162</w:t>
        <w:br/>
        <w:t>vn 0.3457 -0.9375 -0.0386</w:t>
        <w:br/>
        <w:t>vn 0.2258 -0.9738 -0.0274</w:t>
        <w:br/>
        <w:t>vn 0.2256 -0.9738 -0.0275</w:t>
        <w:br/>
        <w:t>vn -0.1295 -0.9916 0.0062</w:t>
        <w:br/>
        <w:t>vn -0.1285 -0.9917 0.0063</w:t>
        <w:br/>
        <w:t>vn 0.0994 -0.0377 0.9943</w:t>
        <w:br/>
        <w:t>vn 0.0996 -0.0377 0.9943</w:t>
        <w:br/>
        <w:t>vn 0.0999 -0.0377 0.9943</w:t>
        <w:br/>
        <w:t>vn 0.0993 -0.0377 0.9943</w:t>
        <w:br/>
        <w:t>vn 0.0992 -0.0376 0.9944</w:t>
        <w:br/>
        <w:t>vn 0.0987 -0.0375 0.9944</w:t>
        <w:br/>
        <w:t>vn 0.7870 0.6134 -0.0663</w:t>
        <w:br/>
        <w:t>vn 0.9862 -0.1325 -0.0993</w:t>
        <w:br/>
        <w:t>vn 0.9863 -0.1318 -0.0989</w:t>
        <w:br/>
        <w:t>vn 0.6944 0.7174 -0.0559</w:t>
        <w:br/>
        <w:t>vn 0.1275 0.9918 0.0043</w:t>
        <w:br/>
        <w:t>vn 0.1279 0.9918 0.0043</w:t>
        <w:br/>
        <w:t>vn -0.6038 0.7938 0.0731</w:t>
        <w:br/>
        <w:t>vn -0.9872 0.1256 0.0984</w:t>
        <w:br/>
        <w:t>vn -0.9872 0.1249 0.0989</w:t>
        <w:br/>
        <w:t>vn -0.8634 -0.4991 0.0736</w:t>
        <w:br/>
        <w:t>vn -0.6969 -0.7152 0.0533</w:t>
        <w:br/>
        <w:t>vn -0.1302 -0.9915 -0.0083</w:t>
        <w:br/>
        <w:t>vn -0.1299 -0.9915 -0.0083</w:t>
        <w:br/>
        <w:t>vn 0.6029 -0.7942 -0.0756</w:t>
        <w:br/>
        <w:t>vn 0.6030 -0.7942 -0.0757</w:t>
        <w:br/>
        <w:t>vn 0.9862 -0.1325 -0.0994</w:t>
        <w:br/>
        <w:t>vn 0.9303 -0.1815 -0.3187</w:t>
        <w:br/>
        <w:t>vn 0.9267 -0.1804 -0.3296</w:t>
        <w:br/>
        <w:t>vn 0.9282 -0.1822 -0.3243</w:t>
        <w:br/>
        <w:t>vn 0.9321 -0.1819 -0.3132</w:t>
        <w:br/>
        <w:t>vn 0.9344 -0.1797 -0.3075</w:t>
        <w:br/>
        <w:t>vn -0.2037 -0.9750 0.0884</w:t>
        <w:br/>
        <w:t>vn -0.2040 -0.9750 0.0882</w:t>
        <w:br/>
        <w:t>vn -0.2034 -0.9751 0.0885</w:t>
        <w:br/>
        <w:t>vn -0.9316 0.1738 0.3192</w:t>
        <w:br/>
        <w:t>vn -0.9319 0.1739 0.3182</w:t>
        <w:br/>
        <w:t>vn -0.9318 0.1740 0.3184</w:t>
        <w:br/>
        <w:t>vn -0.9321 0.1740 0.3176</w:t>
        <w:br/>
        <w:t>vn -0.9322 0.1739 0.3173</w:t>
        <w:br/>
        <w:t>vn -0.9325 0.1742 0.3163</w:t>
        <w:br/>
        <w:t>vn 0.1712 0.9822 -0.0773</w:t>
        <w:br/>
        <w:t>vn 0.1714 0.9822 -0.0772</w:t>
        <w:br/>
        <w:t>vn 0.1710 0.9822 -0.0775</w:t>
        <w:br/>
        <w:t>vn -0.6869 -0.6693 0.2832</w:t>
        <w:br/>
        <w:t>vn -0.5163 -0.8265 0.2244</w:t>
        <w:br/>
        <w:t>vn -0.6869 -0.6697 0.2823</w:t>
        <w:br/>
        <w:t>vn -0.3027 -0.9415 0.1482</w:t>
        <w:br/>
        <w:t>vn -0.0837 -0.9942 0.0671</w:t>
        <w:br/>
        <w:t>vn 0.9261 -0.1474 -0.3472</w:t>
        <w:br/>
        <w:t>vn -0.0000 -0.0351 -0.9994</w:t>
        <w:br/>
        <w:t>vn 0.6031 0.0000 -0.7977</w:t>
        <w:br/>
        <w:t>vn -0.0000 -0.0352 -0.9994</w:t>
        <w:br/>
        <w:t>vn 0.7963 0.0159 -0.6047</w:t>
        <w:br/>
        <w:t>vn 0.9989 0.0466 -0.0016</w:t>
        <w:br/>
        <w:t>vn 0.7063 0.0579 0.7055</w:t>
        <w:br/>
        <w:t>vn -0.0000 0.0352 0.9994</w:t>
        <w:br/>
        <w:t>vn -0.6031 -0.0000 0.7977</w:t>
        <w:br/>
        <w:t>vn -0.7963 -0.0158 0.6047</w:t>
        <w:br/>
        <w:t>vn -0.9989 -0.0466 0.0017</w:t>
        <w:br/>
        <w:t>vn -0.9989 -0.0466 0.0016</w:t>
        <w:br/>
        <w:t>vn -0.7063 -0.0579 -0.7055</w:t>
        <w:br/>
        <w:t>vn -0.7063 -0.0578 -0.7055</w:t>
        <w:br/>
        <w:t>vn 0.0000 -0.0353 -0.9994</w:t>
        <w:br/>
        <w:t>vn -0.0888 -0.9875 -0.1301</w:t>
        <w:br/>
        <w:t>vn -0.0592 -0.9869 -0.1504</w:t>
        <w:br/>
        <w:t>vn -0.1183 -0.9869 -0.1097</w:t>
        <w:br/>
        <w:t>vn 0.3069 -0.2890 -0.9068</w:t>
        <w:br/>
        <w:t>vn 0.2962 -0.3343 -0.8947</w:t>
        <w:br/>
        <w:t>vn 0.3015 -0.3296 -0.8947</w:t>
        <w:br/>
        <w:t>vn 0.3147 -0.2446 -0.9172</w:t>
        <w:br/>
        <w:t>vn 0.3250 -0.1964 -0.9251</w:t>
        <w:br/>
        <w:t>vn 0.3248 -0.1964 -0.9252</w:t>
        <w:br/>
        <w:t>vn 0.3179 -0.1714 -0.9325</w:t>
        <w:br/>
        <w:t>vn 0.3241 -0.1978 -0.9251</w:t>
        <w:br/>
        <w:t>vn 0.3109 -0.1464 -0.9391</w:t>
        <w:br/>
        <w:t>vn 0.2970 -0.0934 -0.9503</w:t>
        <w:br/>
        <w:t>vn 0.5929 0.6828 0.4269</w:t>
        <w:br/>
        <w:t>vn 0.2937 0.5051 0.8115</w:t>
        <w:br/>
        <w:t>vn 0.5268 0.7013 0.4803</w:t>
        <w:br/>
        <w:t>vn 0.6545 0.6592 0.3702</w:t>
        <w:br/>
        <w:t>vn -0.0580 0.1778 0.9824</w:t>
        <w:br/>
        <w:t>vn 0.2938 0.5051 0.8115</w:t>
        <w:br/>
        <w:t>vn -0.1227 0.2725 0.9543</w:t>
        <w:br/>
        <w:t>vn -0.0413 0.1346 0.9900</w:t>
        <w:br/>
        <w:t>vn -0.0296 0.1624 0.9863</w:t>
        <w:br/>
        <w:t>vn -0.0181 0.1638 0.9863</w:t>
        <w:br/>
        <w:t>vn -0.0261 0.0234 0.9994</w:t>
        <w:br/>
        <w:t>vn -0.0243 0.0299 0.9993</w:t>
        <w:br/>
        <w:t>vn -0.0377 -0.1154 0.9926</w:t>
        <w:br/>
        <w:t>vn -0.0289 -0.1250 0.9917</w:t>
        <w:br/>
        <w:t>vn 0.9172 0.3603 0.1700</w:t>
        <w:br/>
        <w:t>vn 0.9302 0.3599 0.0726</w:t>
        <w:br/>
        <w:t>vn 0.9299 0.3618 0.0658</w:t>
        <w:br/>
        <w:t>vn 0.8981 0.3684 0.2403</w:t>
        <w:br/>
        <w:t>vn 0.8344 0.3670 0.4111</w:t>
        <w:br/>
        <w:t>vn 0.7880 0.3595 0.4998</w:t>
        <w:br/>
        <w:t>vn 0.6891 0.3504 0.6344</w:t>
        <w:br/>
        <w:t>vn 0.7443 0.2586 0.6158</w:t>
        <w:br/>
        <w:t>vn 0.7465 0.2813 0.6030</w:t>
        <w:br/>
        <w:t>vn 0.7206 0.4860 0.4945</w:t>
        <w:br/>
        <w:t>vn 0.8580 0.0421 0.5119</w:t>
        <w:br/>
        <w:t>vn 0.7010 0.2681 0.6609</w:t>
        <w:br/>
        <w:t>vn 0.6933 0.4568 0.5574</w:t>
        <w:br/>
        <w:t>vn 0.4370 0.7870 0.4355</w:t>
        <w:br/>
        <w:t>vn 0.7442 0.0522 0.6659</w:t>
        <w:br/>
        <w:t>vn 0.9082 0.0220 0.4180</w:t>
        <w:br/>
        <w:t>vn 0.1663 -0.9740 0.1541</w:t>
        <w:br/>
        <w:t>vn 0.1892 -0.9770 0.0988</w:t>
        <w:br/>
        <w:t>vn 0.1754 -0.9795 0.0989</w:t>
        <w:br/>
        <w:t>vn -0.4415 0.8928 0.0897</w:t>
        <w:br/>
        <w:t>vn 0.0499 0.6896 0.7225</w:t>
        <w:br/>
        <w:t>vn -0.6526 0.5770 0.4910</w:t>
        <w:br/>
        <w:t>vn 0.0498 0.6895 0.7226</w:t>
        <w:br/>
        <w:t>vn 0.4367 0.7871 0.4356</w:t>
        <w:br/>
        <w:t>vn 0.1528 0.8610 0.4851</w:t>
        <w:br/>
        <w:t>vn 0.0148 0.8434 0.5371</w:t>
        <w:br/>
        <w:t>vn 0.1691 -0.9759 0.1380</w:t>
        <w:br/>
        <w:t>vn 0.8975 -0.0051 0.4410</w:t>
        <w:br/>
        <w:t>vn 0.8973 -0.0051 0.4413</w:t>
        <w:br/>
        <w:t>vn 0.8141 0.0061 0.5807</w:t>
        <w:br/>
        <w:t>vn 0.0215 0.6362 0.7712</w:t>
        <w:br/>
        <w:t>vn 0.7602 0.0114 0.6496</w:t>
        <w:br/>
        <w:t>vn 0.8979 -0.0052 0.4402</w:t>
        <w:br/>
        <w:t>vn -0.3759 0.5679 0.7322</w:t>
        <w:br/>
        <w:t>vn -0.5100 0.6815 0.5248</w:t>
        <w:br/>
        <w:t>vn -0.7805 0.3552 0.5145</w:t>
        <w:br/>
        <w:t>vn 0.0278 0.1677 0.9855</w:t>
        <w:br/>
        <w:t>vn -0.6358 0.2038 0.7445</w:t>
        <w:br/>
        <w:t>vn -0.8711 -0.0107 0.4910</w:t>
        <w:br/>
        <w:t>vn 0.0325 0.0408 0.9986</w:t>
        <w:br/>
        <w:t>vn 0.0249 -0.0651 0.9976</w:t>
        <w:br/>
        <w:t>vn -0.7163 0.0071 0.6977</w:t>
        <w:br/>
        <w:t>vn -0.8703 -0.0107 0.4924</w:t>
        <w:br/>
        <w:t>vn -0.0111 0.0568 0.9983</w:t>
        <w:br/>
        <w:t>vn 0.0269 -0.3194 0.9472</w:t>
        <w:br/>
        <w:t>vn 0.3574 -0.1508 0.9217</w:t>
        <w:br/>
        <w:t>vn 0.1333 -0.0369 0.9904</w:t>
        <w:br/>
        <w:t>vn -0.6352 0.5107 0.5795</w:t>
        <w:br/>
        <w:t>vn -0.1845 -0.2986 0.9364</w:t>
        <w:br/>
        <w:t>vn -0.4078 0.2023 0.8904</w:t>
        <w:br/>
        <w:t>vn 0.3296 0.2615 0.9072</w:t>
        <w:br/>
        <w:t>vn -0.6718 0.6911 0.2665</w:t>
        <w:br/>
        <w:t>vn -0.7195 0.6661 0.1965</w:t>
        <w:br/>
        <w:t>vn 0.0031 -0.9981 0.0611</w:t>
        <w:br/>
        <w:t>vn -0.3669 -0.9278 0.0677</w:t>
        <w:br/>
        <w:t>vn -0.7316 0.6817 0.0110</w:t>
        <w:br/>
        <w:t>vn 0.0029 -0.9981 0.0611</w:t>
        <w:br/>
        <w:t>vn 0.6052 -0.7955 0.0310</w:t>
        <w:br/>
        <w:t>vn 0.7993 -0.5995 0.0415</w:t>
        <w:br/>
        <w:t>vn -0.6455 0.7630 0.0343</w:t>
        <w:br/>
        <w:t>vn 0.9695 -0.2412 0.0429</w:t>
        <w:br/>
        <w:t>vn -0.8718 -0.4895 0.0197</w:t>
        <w:br/>
        <w:t>vn -0.8467 -0.2182 0.4852</w:t>
        <w:br/>
        <w:t>vn -0.8896 -0.4530 0.0579</w:t>
        <w:br/>
        <w:t>vn -0.3143 -0.2362 0.9195</w:t>
        <w:br/>
        <w:t>vn -0.4076 0.2022 0.8905</w:t>
        <w:br/>
        <w:t>vn -0.9809 -0.1897 -0.0434</w:t>
        <w:br/>
        <w:t>vn 0.9925 -0.1071 0.0583</w:t>
        <w:br/>
        <w:t>vn 0.3932 0.0504 0.9181</w:t>
        <w:br/>
        <w:t>vn 0.9983 0.0356 0.0451</w:t>
        <w:br/>
        <w:t>vn -0.0616 0.0452 0.9971</w:t>
        <w:br/>
        <w:t>vn 0.9990 0.0372 0.0262</w:t>
        <w:br/>
        <w:t>vn 0.3708 0.0579 0.9269</w:t>
        <w:br/>
        <w:t>vn 0.9993 0.0342 0.0130</w:t>
        <w:br/>
        <w:t>vn -0.6356 0.0142 0.7719</w:t>
        <w:br/>
        <w:t>vn 0.9993 0.0357 -0.0069</w:t>
        <w:br/>
        <w:t>vn 0.9611 0.2748 -0.0270</w:t>
        <w:br/>
        <w:t>vn 0.0745 0.0498 0.9960</w:t>
        <w:br/>
        <w:t>vn 0.3400 0.0591 0.9386</w:t>
        <w:br/>
        <w:t>vn 0.8547 0.5168 -0.0499</w:t>
        <w:br/>
        <w:t>vn 0.2697 0.0956 0.9582</w:t>
        <w:br/>
        <w:t>vn 0.3701 0.9265 -0.0686</w:t>
        <w:br/>
        <w:t>vn -0.1297 0.0152 0.9914</w:t>
        <w:br/>
        <w:t>vn -0.6547 -0.1538 0.7401</w:t>
        <w:br/>
        <w:t>vn -0.6747 -0.2554 0.6925</w:t>
        <w:br/>
        <w:t>vn -0.2245 -0.3831 0.8960</w:t>
        <w:br/>
        <w:t>vn -0.2590 -0.4007 0.8789</w:t>
        <w:br/>
        <w:t>vn 0.2156 -0.4608 0.8609</w:t>
        <w:br/>
        <w:t>vn 0.0888 0.2207 0.9713</w:t>
        <w:br/>
        <w:t>vn 0.3674 0.9274 -0.0707</w:t>
        <w:br/>
        <w:t>vn 0.0051 -0.0807 0.9967</w:t>
        <w:br/>
        <w:t>vn 0.2712 -0.3619 0.8919</w:t>
        <w:br/>
        <w:t>vn 0.7156 -0.2509 0.6519</w:t>
        <w:br/>
        <w:t>vn 0.1086 0.0065 0.9941</w:t>
        <w:br/>
        <w:t>vn -0.2689 0.9617 -0.0538</w:t>
        <w:br/>
        <w:t>vn -0.0544 0.2142 0.9753</w:t>
        <w:br/>
        <w:t>vn -0.5158 0.8559 -0.0380</w:t>
        <w:br/>
        <w:t>vn 0.6334 -0.1550 0.7582</w:t>
        <w:br/>
        <w:t>vn 0.1608 0.0475 0.9858</w:t>
        <w:br/>
        <w:t>vn -0.8607 0.5091 -0.0019</w:t>
        <w:br/>
        <w:t>vn -0.2543 0.1116 0.9607</w:t>
        <w:br/>
        <w:t>vn -0.9620 0.2728 0.0101</w:t>
        <w:br/>
        <w:t>vn 0.6828 0.0181 0.7303</w:t>
        <w:br/>
        <w:t>vn -0.0946 0.0643 0.9934</w:t>
        <w:br/>
        <w:t>vn -0.9993 0.0328 0.0199</w:t>
        <w:br/>
        <w:t>vn -0.3827 0.0856 0.9199</w:t>
        <w:br/>
        <w:t>vn -0.9994 0.0339 -0.0037</w:t>
        <w:br/>
        <w:t>vn 0.5613 0.0268 0.8272</w:t>
        <w:br/>
        <w:t>vn -0.4923 0.0769 0.8670</w:t>
        <w:br/>
        <w:t>vn -0.9994 0.0299 -0.0201</w:t>
        <w:br/>
        <w:t>vn -0.5592 0.0683 0.8262</w:t>
        <w:br/>
        <w:t>vn -0.9986 0.0312 -0.0431</w:t>
        <w:br/>
        <w:t>vn -0.8947 0.0580 0.4428</w:t>
        <w:br/>
        <w:t>vn -0.8948 0.0580 0.4428</w:t>
        <w:br/>
        <w:t>vn -0.9978 0.0335 -0.0564</w:t>
        <w:br/>
        <w:t>vn 0.5768 0.0264 0.8165</w:t>
        <w:br/>
        <w:t>vn -0.5884 0.0607 0.8063</w:t>
        <w:br/>
        <w:t>vn 0.0076 -0.9780 0.2083</w:t>
        <w:br/>
        <w:t>vn -0.1841 -0.9829 -0.0072</w:t>
        <w:br/>
        <w:t>vn -0.1542 -0.9851 0.0765</w:t>
        <w:br/>
        <w:t>vn -0.1570 -0.9826 0.0989</w:t>
        <w:br/>
        <w:t>vn -0.1728 -0.9850 -0.0037</w:t>
        <w:br/>
        <w:t>vn -0.9635 -0.0106 0.2676</w:t>
        <w:br/>
        <w:t>vn -0.9977 -0.0280 -0.0620</w:t>
        <w:br/>
        <w:t>vn 0.0037 -0.9695 0.2451</w:t>
        <w:br/>
        <w:t>vn -0.5673 0.0058 0.8235</w:t>
        <w:br/>
        <w:t>vn -0.2680 0.0621 0.9614</w:t>
        <w:br/>
        <w:t>vn 0.5186 0.0745 0.8518</w:t>
        <w:br/>
        <w:t>vn 0.5416 0.0968 0.8351</w:t>
        <w:br/>
        <w:t>vn -0.4077 0.2022 0.8904</w:t>
        <w:br/>
        <w:t>vn 0.0003 0.9997 -0.0260</w:t>
        <w:br/>
        <w:t>vn 0.0003 0.9997 -0.0259</w:t>
        <w:br/>
        <w:t>vn -0.9977 -0.0041 -0.0681</w:t>
        <w:br/>
        <w:t>vn -0.9060 -0.4202 -0.0510</w:t>
        <w:br/>
        <w:t>vn -0.9061 -0.4199 -0.0510</w:t>
        <w:br/>
        <w:t>vn -0.9061 -0.4199 -0.0511</w:t>
        <w:br/>
        <w:t>vn -0.9451 0.3187 -0.0728</w:t>
        <w:br/>
        <w:t>vn -0.7646 0.6408 -0.0689</w:t>
        <w:br/>
        <w:t>vn -0.7645 0.6409 -0.0688</w:t>
        <w:br/>
        <w:t>vn -0.9451 0.3184 -0.0730</w:t>
        <w:br/>
        <w:t>vn -0.9061 -0.4200 -0.0511</w:t>
        <w:br/>
        <w:t>vn -0.9060 -0.4201 -0.0510</w:t>
        <w:br/>
        <w:t>vn -0.9732 0.2182 -0.0722</w:t>
        <w:br/>
        <w:t>vn -0.8950 0.4401 -0.0726</w:t>
        <w:br/>
        <w:t>vn -0.8928 0.4446 -0.0725</w:t>
        <w:br/>
        <w:t>vn -0.9707 0.2291 -0.0724</w:t>
        <w:br/>
        <w:t>vn -0.9976 0.0128 -0.0685</w:t>
        <w:br/>
        <w:t>vn 0.5602 -0.8262 0.0597</w:t>
        <w:br/>
        <w:t>vn 0.7708 -0.6333 0.0691</w:t>
        <w:br/>
        <w:t>vn 0.7708 -0.6333 0.0692</w:t>
        <w:br/>
        <w:t>vn 0.2774 -0.9598 0.0438</w:t>
        <w:br/>
        <w:t>vn -0.0050 -0.9997 0.0255</w:t>
        <w:br/>
        <w:t>vn -0.0050 -0.9997 0.0256</w:t>
        <w:br/>
        <w:t>vn 0.9949 0.0768 0.0660</w:t>
        <w:br/>
        <w:t>vn 0.9725 -0.2216 0.0722</w:t>
        <w:br/>
        <w:t>vn 0.9949 0.0767 0.0660</w:t>
        <w:br/>
        <w:t>vn 0.8463 -0.5279 0.0715</w:t>
        <w:br/>
        <w:t>vn 0.9075 -0.4137 0.0728</w:t>
        <w:br/>
        <w:t>vn 0.9075 -0.4137 0.0727</w:t>
        <w:br/>
        <w:t>vn 0.8682 0.4940 0.0465</w:t>
        <w:br/>
        <w:t>vn 0.8683 0.4939 0.0466</w:t>
        <w:br/>
        <w:t>vn 0.8682 0.4940 0.0466</w:t>
        <w:br/>
        <w:t>vn 0.9075 -0.4138 0.0727</w:t>
        <w:br/>
        <w:t>vn 0.9395 0.3379 0.0555</w:t>
        <w:br/>
        <w:t>vn 0.9396 0.3378 0.0555</w:t>
        <w:br/>
        <w:t>vn 0.9396 0.3379 0.0555</w:t>
        <w:br/>
        <w:t>vn 0.9977 0.0034 0.0681</w:t>
        <w:br/>
        <w:t>vn 0.0057 0.9997 -0.0255</w:t>
        <w:br/>
        <w:t>vn 0.3211 0.9470 -0.0026</w:t>
        <w:br/>
        <w:t>vn 0.0058 0.9997 -0.0254</w:t>
        <w:br/>
        <w:t>vn 0.6357 0.7716 0.0248</w:t>
        <w:br/>
        <w:t>vn 0.8464 0.5308 0.0440</w:t>
        <w:br/>
        <w:t>vn 0.8464 0.5308 0.0441</w:t>
        <w:br/>
        <w:t>vn -0.0085 -0.9996 0.0253</w:t>
        <w:br/>
        <w:t>vn 0.3819 0.8531 0.3555</w:t>
        <w:br/>
        <w:t>vn 0.3819 0.8531 0.3554</w:t>
        <w:br/>
        <w:t>vn 0.3897 0.8577 0.3353</w:t>
        <w:br/>
        <w:t>vn 0.3740 0.8481 0.3754</w:t>
        <w:br/>
        <w:t>vn -0.4831 0.7438 0.4619</w:t>
        <w:br/>
        <w:t>vn -0.6615 0.6172 0.4259</w:t>
        <w:br/>
        <w:t>vn -0.6615 0.6173 0.4259</w:t>
        <w:br/>
        <w:t>vn -0.4831 0.7437 0.4620</w:t>
        <w:br/>
        <w:t>vn -0.6302 0.6436 0.4342</w:t>
        <w:br/>
        <w:t>vn -0.6303 0.6437 0.4341</w:t>
        <w:br/>
        <w:t>vn -0.9850 0.0203 0.1712</w:t>
        <w:br/>
        <w:t>vn -0.8518 -0.5093 -0.1230</w:t>
        <w:br/>
        <w:t>vn -0.6888 -0.6838 -0.2407</w:t>
        <w:br/>
        <w:t>vn -0.1154 -0.8906 -0.4398</w:t>
        <w:br/>
        <w:t>vn -0.1152 -0.8906 -0.4399</w:t>
        <w:br/>
        <w:t>vn 0.2798 -0.8342 -0.4753</w:t>
        <w:br/>
        <w:t>vn -0.9497 -0.3130 -0.0058</w:t>
        <w:br/>
        <w:t>vn -0.9497 -0.3130 -0.0059</w:t>
        <w:br/>
        <w:t>vn -0.2798 0.8341 0.4753</w:t>
        <w:br/>
        <w:t>vn -0.6290 0.6445 0.4347</w:t>
        <w:br/>
        <w:t>vn -0.2799 0.8341 0.4753</w:t>
        <w:br/>
        <w:t>vn -0.6289 0.6445 0.4347</w:t>
        <w:br/>
        <w:t>vn -0.9849 0.0211 0.1717</w:t>
        <w:br/>
        <w:t>vn -0.8513 -0.5101 -0.1224</w:t>
        <w:br/>
        <w:t>vn -0.6882 -0.6845 -0.2407</w:t>
        <w:br/>
        <w:t>vn -0.1148 -0.8906 -0.4401</w:t>
        <w:br/>
        <w:t>vn -0.1150 -0.8906 -0.4400</w:t>
        <w:br/>
        <w:t>vn 0.0639 -0.8828 -0.4653</w:t>
        <w:br/>
        <w:t>vn 0.0639 -0.8827 -0.4655</w:t>
        <w:br/>
        <w:t>vn -0.1551 -0.8883 -0.4324</w:t>
        <w:br/>
        <w:t>vn -0.1552 -0.8883 -0.4323</w:t>
        <w:br/>
        <w:t>vn 0.8294 -0.4585 -0.3193</w:t>
        <w:br/>
        <w:t>vn 0.8413 -0.4124 -0.3496</w:t>
        <w:br/>
        <w:t>vn 0.8148 -0.5031 -0.2880</w:t>
        <w:br/>
        <w:t>vn -0.9349 -0.3173 -0.1589</w:t>
        <w:br/>
        <w:t>vn -0.9377 -0.3123 -0.1520</w:t>
        <w:br/>
        <w:t>vn -0.8262 -0.5203 -0.2159</w:t>
        <w:br/>
        <w:t>vn -0.6580 -0.7056 -0.2631</w:t>
        <w:br/>
        <w:t>vn -0.0849 -0.9292 -0.3598</w:t>
        <w:br/>
        <w:t>vn -0.0880 -0.9299 -0.3571</w:t>
        <w:br/>
        <w:t>vn 0.2985 -0.8806 -0.3681</w:t>
        <w:br/>
        <w:t>vn 0.2986 -0.8806 -0.3679</w:t>
        <w:br/>
        <w:t>vn 0.9543 0.2962 0.0394</w:t>
        <w:br/>
        <w:t>vn 0.9543 0.2962 0.0393</w:t>
        <w:br/>
        <w:t>vn 0.9544 0.2960 0.0399</w:t>
        <w:br/>
        <w:t>vn -0.2980 0.8807 0.3681</w:t>
        <w:br/>
        <w:t>vn -0.5145 0.7840 0.3474</w:t>
        <w:br/>
        <w:t>vn -0.2981 0.8808 0.3680</w:t>
        <w:br/>
        <w:t>vn -0.7268 0.6250 0.2849</w:t>
        <w:br/>
        <w:t>vn -0.9908 0.1199 0.0623</w:t>
        <w:br/>
        <w:t>vn -0.9876 0.1522 0.0373</w:t>
        <w:br/>
        <w:t>vn -0.9712 -0.2165 -0.0991</w:t>
        <w:br/>
        <w:t>vn -0.9514 -0.2961 -0.0845</w:t>
        <w:br/>
        <w:t>vn -0.1416 0.4617 -0.8757</w:t>
        <w:br/>
        <w:t>vn -0.1415 0.4617 -0.8757</w:t>
        <w:br/>
        <w:t>vn -0.1417 0.4617 -0.8756</w:t>
        <w:br/>
        <w:t>vn -0.1416 0.4616 -0.8757</w:t>
        <w:br/>
        <w:t>vn -0.1376 0.4641 -0.8750</w:t>
        <w:br/>
        <w:t>vn -0.1415 0.4615 -0.8758</w:t>
        <w:br/>
        <w:t>vn -0.1545 0.4601 -0.8743</w:t>
        <w:br/>
        <w:t>vn -0.1443 0.4654 -0.8733</w:t>
        <w:br/>
        <w:t>vn -0.1408 0.4689 -0.8720</w:t>
        <w:br/>
        <w:t>vn -0.1717 0.4555 -0.8735</w:t>
        <w:br/>
        <w:t>vn -0.1449 0.4692 -0.8711</w:t>
        <w:br/>
        <w:t>vn -0.1762 0.4546 -0.8731</w:t>
        <w:br/>
        <w:t>vn -0.1434 0.4691 -0.8714</w:t>
        <w:br/>
        <w:t>vn -0.9514 -0.1592 -0.2634</w:t>
        <w:br/>
        <w:t>vn -0.9515 -0.1592 -0.2634</w:t>
        <w:br/>
        <w:t>vn -0.9571 -0.1916 -0.2172</w:t>
        <w:br/>
        <w:t>vn -0.1418 0.4690 -0.8717</w:t>
        <w:br/>
        <w:t>vn -0.9427 -0.1262 -0.3089</w:t>
        <w:br/>
        <w:t>vn -0.1418 0.4688 -0.8718</w:t>
        <w:br/>
        <w:t>vn -0.2274 0.4347 -0.8714</w:t>
        <w:br/>
        <w:t>vn -0.1760 0.4529 -0.8740</w:t>
        <w:br/>
        <w:t>vn -0.2288 0.4341 -0.8713</w:t>
        <w:br/>
        <w:t>vn -0.1773 0.4529 -0.8737</w:t>
        <w:br/>
        <w:t>vn -0.1241 0.4697 -0.8741</w:t>
        <w:br/>
        <w:t>vn -0.1202 0.4701 -0.8744</w:t>
        <w:br/>
        <w:t>vn -0.0003 0.9997 -0.0259</w:t>
        <w:br/>
        <w:t>vn 0.9977 -0.0041 -0.0681</w:t>
        <w:br/>
        <w:t>vn 0.9060 -0.4202 -0.0510</w:t>
        <w:br/>
        <w:t>vn 0.9061 -0.4199 -0.0510</w:t>
        <w:br/>
        <w:t>vn 0.9061 -0.4199 -0.0511</w:t>
        <w:br/>
        <w:t>vn 0.9451 0.3186 -0.0729</w:t>
        <w:br/>
        <w:t>vn 0.7647 0.6407 -0.0687</w:t>
        <w:br/>
        <w:t>vn 0.7646 0.6408 -0.0688</w:t>
        <w:br/>
        <w:t>vn 0.9451 0.3185 -0.0729</w:t>
        <w:br/>
        <w:t>vn 0.9061 -0.4200 -0.0510</w:t>
        <w:br/>
        <w:t>vn 0.9060 -0.4201 -0.0510</w:t>
        <w:br/>
        <w:t>vn 0.9732 0.2183 -0.0721</w:t>
        <w:br/>
        <w:t>vn 0.8950 0.4401 -0.0724</w:t>
        <w:br/>
        <w:t>vn 0.8928 0.4447 -0.0725</w:t>
        <w:br/>
        <w:t>vn 0.9707 0.2290 -0.0723</w:t>
        <w:br/>
        <w:t>vn 0.9976 0.0128 -0.0685</w:t>
        <w:br/>
        <w:t>vn -0.7708 -0.6333 0.0691</w:t>
        <w:br/>
        <w:t>vn -0.5600 -0.8262 0.0615</w:t>
        <w:br/>
        <w:t>vn -0.2774 -0.9598 0.0438</w:t>
        <w:br/>
        <w:t>vn 0.0050 -0.9997 0.0256</w:t>
        <w:br/>
        <w:t>vn -0.9949 0.0767 0.0660</w:t>
        <w:br/>
        <w:t>vn -0.9725 -0.2215 0.0722</w:t>
        <w:br/>
        <w:t>vn -0.8463 -0.5278 0.0716</w:t>
        <w:br/>
        <w:t>vn -0.9075 -0.4136 0.0727</w:t>
        <w:br/>
        <w:t>vn -0.9075 -0.4136 0.0728</w:t>
        <w:br/>
        <w:t>vn -0.8682 0.4941 0.0465</w:t>
        <w:br/>
        <w:t>vn -0.8683 0.4939 0.0466</w:t>
        <w:br/>
        <w:t>vn -0.8682 0.4940 0.0466</w:t>
        <w:br/>
        <w:t>vn -0.9075 -0.4138 0.0727</w:t>
        <w:br/>
        <w:t>vn -0.9075 -0.4137 0.0727</w:t>
        <w:br/>
        <w:t>vn -0.9396 0.3378 0.0555</w:t>
        <w:br/>
        <w:t>vn -0.9396 0.3379 0.0554</w:t>
        <w:br/>
        <w:t>vn -0.9396 0.3378 0.0554</w:t>
        <w:br/>
        <w:t>vn -0.9977 0.0034 0.0681</w:t>
        <w:br/>
        <w:t>vn -0.3211 0.9470 -0.0026</w:t>
        <w:br/>
        <w:t>vn -0.0057 0.9997 -0.0255</w:t>
        <w:br/>
        <w:t>vn -0.0058 0.9997 -0.0254</w:t>
        <w:br/>
        <w:t>vn -0.6358 0.7715 0.0235</w:t>
        <w:br/>
        <w:t>vn -0.8464 0.5308 0.0441</w:t>
        <w:br/>
        <w:t>vn 0.0085 -0.9996 0.0253</w:t>
        <w:br/>
        <w:t>vn 0.1273 0.8637 0.4877</w:t>
        <w:br/>
        <w:t>vn -0.0622 0.8335 0.5491</w:t>
        <w:br/>
        <w:t>vn 0.1272 0.8637 0.4877</w:t>
        <w:br/>
        <w:t>vn -0.2572 0.7659 0.5893</w:t>
        <w:br/>
        <w:t>vn -0.5558 0.5778 0.5977</w:t>
        <w:br/>
        <w:t>vn -0.5557 0.5778 0.5978</w:t>
        <w:br/>
        <w:t>vn -0.7364 0.3873 0.5547</w:t>
        <w:br/>
        <w:t>vn -0.7991 0.2952 0.5237</w:t>
        <w:br/>
        <w:t>vn -0.8910 0.1032 0.4421</w:t>
        <w:br/>
        <w:t>vn -0.9201 0.0031 0.3917</w:t>
        <w:br/>
        <w:t>vn -0.9398 -0.2257 0.2566</w:t>
        <w:br/>
        <w:t>vn -0.9398 -0.2254 0.2567</w:t>
        <w:br/>
        <w:t>vn -0.8635 -0.5018 0.0510</w:t>
        <w:br/>
        <w:t>vn -0.7661 -0.6382 -0.0758</w:t>
        <w:br/>
        <w:t>vn -0.6411 -0.7425 -0.1941</w:t>
        <w:br/>
        <w:t>vn -0.6411 -0.7425 -0.1940</w:t>
        <w:br/>
        <w:t>vn 0.9589 -0.2707 0.0852</w:t>
        <w:br/>
        <w:t>vn 0.9589 -0.2707 0.0851</w:t>
        <w:br/>
        <w:t>vn 0.1806 0.3296 -0.9267</w:t>
        <w:br/>
        <w:t>vn 0.1807 0.3296 -0.9267</w:t>
        <w:br/>
        <w:t>vn 0.1689 0.3348 -0.9270</w:t>
        <w:br/>
        <w:t>vn 0.0781 0.9344 0.3475</w:t>
        <w:br/>
        <w:t>vn 0.2230 0.9043 0.3641</w:t>
        <w:br/>
        <w:t>vn 0.0790 0.9343 0.3477</w:t>
        <w:br/>
        <w:t>vn -0.2619 0.9236 0.2800</w:t>
        <w:br/>
        <w:t>vn -0.4531 0.8635 0.2214</w:t>
        <w:br/>
        <w:t>vn -0.6706 0.7298 0.1331</w:t>
        <w:br/>
        <w:t>vn 0.1731 0.3249 -0.9298</w:t>
        <w:br/>
        <w:t>vn -0.7199 0.6857 0.1079</w:t>
        <w:br/>
        <w:t>vn 0.1671 0.3156 -0.9341</w:t>
        <w:br/>
        <w:t>vn -0.8434 0.5364 0.0314</w:t>
        <w:br/>
        <w:t>vn 0.1695 0.3157 -0.9336</w:t>
        <w:br/>
        <w:t>vn -0.9064 0.4219 -0.0209</w:t>
        <w:br/>
        <w:t>vn 0.1695 0.3122 -0.9348</w:t>
        <w:br/>
        <w:t>vn -0.9826 0.1162 -0.1447</w:t>
        <w:br/>
        <w:t>vn 0.1790 0.3284 -0.9274</w:t>
        <w:br/>
        <w:t>vn 0.1792 0.3332 -0.9257</w:t>
        <w:br/>
        <w:t>vn -0.9826 0.1160 -0.1447</w:t>
        <w:br/>
        <w:t>vn 0.1787 0.3359 -0.9248</w:t>
        <w:br/>
        <w:t>vn -0.9561 -0.1673 -0.2406</w:t>
        <w:br/>
        <w:t>vn 0.1786 0.3327 -0.9260</w:t>
        <w:br/>
        <w:t>vn -0.9278 -0.2596 -0.2681</w:t>
        <w:br/>
        <w:t>vn 0.1671 0.3378 -0.9263</w:t>
        <w:br/>
        <w:t>vn -0.6940 -0.6267 -0.3545</w:t>
        <w:br/>
        <w:t>vn 0.1565 0.3403 -0.9272</w:t>
        <w:br/>
        <w:t>vn -0.3521 -0.8587 -0.3724</w:t>
        <w:br/>
        <w:t>vn 0.1643 0.3342 -0.9281</w:t>
        <w:br/>
        <w:t>vn -0.2881 -0.8837 -0.3689</w:t>
        <w:br/>
        <w:t>vn -0.2229 -0.9042 -0.3642</w:t>
        <w:br/>
        <w:t>vn 0.2722 -0.9215 -0.2770</w:t>
        <w:br/>
        <w:t>vn 0.0771 -0.9438 -0.3214</w:t>
        <w:br/>
        <w:t>vn 0.0771 -0.9438 -0.3215</w:t>
        <w:br/>
        <w:t>vn 0.4638 -0.8589 -0.2174</w:t>
        <w:br/>
        <w:t>vn 0.6643 -0.7350 -0.1359</w:t>
        <w:br/>
        <w:t>vn 0.6987 -0.7054 -0.1188</w:t>
        <w:br/>
        <w:t>vn 0.8223 -0.5672 -0.0457</w:t>
        <w:br/>
        <w:t>vn 0.8961 -0.4438 0.0116</w:t>
        <w:br/>
        <w:t>vn 0.9832 -0.1070 0.1480</w:t>
        <w:br/>
        <w:t>vn 0.9832 -0.1071 0.1480</w:t>
        <w:br/>
        <w:t>vn 0.9516 0.1844 0.2458</w:t>
        <w:br/>
        <w:t>vn 0.9265 0.2632 0.2691</w:t>
        <w:br/>
        <w:t>vn 0.6896 0.6311 0.3552</w:t>
        <w:br/>
        <w:t>vn 0.3938 0.8399 0.3736</w:t>
        <w:br/>
        <w:t>vn -0.6715 -0.7117 -0.2061</w:t>
        <w:br/>
        <w:t>vn -0.5329 -0.8362 -0.1298</w:t>
        <w:br/>
        <w:t>vn -0.5328 -0.8362 -0.1298</w:t>
        <w:br/>
        <w:t>vn -0.7866 -0.5513 -0.2781</w:t>
        <w:br/>
        <w:t>vn -0.8911 -0.2792 -0.3577</w:t>
        <w:br/>
        <w:t>vn -0.9081 -0.1801 -0.3780</w:t>
        <w:br/>
        <w:t>vn -0.9070 0.0905 -0.4113</w:t>
        <w:br/>
        <w:t>vn -0.8335 0.3664 -0.4136</w:t>
        <w:br/>
        <w:t>vn -0.7840 0.4706 -0.4049</w:t>
        <w:br/>
        <w:t>vn -0.6311 0.6847 -0.3644</w:t>
        <w:br/>
        <w:t>vn -0.6313 0.6847 -0.3643</w:t>
        <w:br/>
        <w:t>vn -0.3609 0.8921 -0.2720</w:t>
        <w:br/>
        <w:t>vn -0.1773 0.9638 -0.1992</w:t>
        <w:br/>
        <w:t>vn 0.0065 0.9925 -0.1221</w:t>
        <w:br/>
        <w:t>vn 0.9720 -0.2231 0.0732</w:t>
        <w:br/>
        <w:t>vn 0.9720 -0.2231 0.0733</w:t>
        <w:br/>
        <w:t>vn -0.0651 0.0211 0.9977</w:t>
        <w:br/>
        <w:t>vn -0.0650 0.0211 0.9977</w:t>
        <w:br/>
        <w:t>vn -0.3189 -0.9478 -0.0005</w:t>
        <w:br/>
        <w:t>vn -0.2242 -0.9745 0.0068</w:t>
        <w:br/>
        <w:t>vn -0.2242 -0.9745 0.0069</w:t>
        <w:br/>
        <w:t>vn -0.4114 -0.9114 -0.0078</w:t>
        <w:br/>
        <w:t>vn -0.6610 -0.7499 -0.0290</w:t>
        <w:br/>
        <w:t>vn -0.8017 -0.5962 -0.0425</w:t>
        <w:br/>
        <w:t>vn -0.9454 -0.3206 -0.0588</w:t>
        <w:br/>
        <w:t>vn -0.9754 -0.2113 -0.0634</w:t>
        <w:br/>
        <w:t>vn -0.9955 0.0622 -0.0712</w:t>
        <w:br/>
        <w:t>vn -0.9955 0.0619 -0.0711</w:t>
        <w:br/>
        <w:t>vn -0.9421 0.3271 -0.0736</w:t>
        <w:br/>
        <w:t>vn -0.9006 0.4284 -0.0730</w:t>
        <w:br/>
        <w:t>vn -0.7491 0.6590 -0.0676</w:t>
        <w:br/>
        <w:t>vn -0.7491 0.6590 -0.0677</w:t>
        <w:br/>
        <w:t>vn -0.4607 0.8860 -0.0528</w:t>
        <w:br/>
        <w:t>vn -0.2669 0.9628 -0.0410</w:t>
        <w:br/>
        <w:t>vn 0.0778 0.9968 -0.0176</w:t>
        <w:br/>
        <w:t>vn 0.2243 0.9745 -0.0068</w:t>
        <w:br/>
        <w:t>vn 0.5073 0.8616 0.0156</w:t>
        <w:br/>
        <w:t>vn 0.6691 0.7426 0.0297</w:t>
        <w:br/>
        <w:t>vn 0.8090 0.5862 0.0431</w:t>
        <w:br/>
        <w:t>vn 0.9464 0.3176 0.0589</w:t>
        <w:br/>
        <w:t>vn 0.9737 0.2188 0.0631</w:t>
        <w:br/>
        <w:t>vn 0.9961 -0.0531 0.0710</w:t>
        <w:br/>
        <w:t>vn 0.9961 -0.0528 0.0710</w:t>
        <w:br/>
        <w:t>vn 0.9401 -0.3328 0.0735</w:t>
        <w:br/>
        <w:t>vn 0.8953 -0.4394 0.0728</w:t>
        <w:br/>
        <w:t>vn 0.7474 -0.6610 0.0675</w:t>
        <w:br/>
        <w:t>vn 0.7476 -0.6607 0.0675</w:t>
        <w:br/>
        <w:t>vn 0.4716 -0.8802 0.0533</w:t>
        <w:br/>
        <w:t>vn 0.2775 -0.9598 0.0416</w:t>
        <w:br/>
        <w:t>vn 0.0799 -0.9964 0.0284</w:t>
        <w:br/>
        <w:t>vn 0.0798 -0.9964 0.0287</w:t>
        <w:br/>
        <w:t>vn 0.9916 0.0583 -0.1151</w:t>
        <w:br/>
        <w:t>vn 0.9958 -0.0295 0.0866</w:t>
        <w:br/>
        <w:t>vn 0.9927 0.0559 -0.1067</w:t>
        <w:br/>
        <w:t>vn 0.9661 -0.1072 0.2348</w:t>
        <w:br/>
        <w:t>vn 0.8972 -0.1852 0.4009</w:t>
        <w:br/>
        <w:t>vn 0.9317 -0.1685 0.3217</w:t>
        <w:br/>
        <w:t>vn -0.0117 -0.3496 0.9368</w:t>
        <w:br/>
        <w:t>vn -0.0203 -0.3473 0.9375</w:t>
        <w:br/>
        <w:t>vn -0.1962 -0.3284 0.9239</w:t>
        <w:br/>
        <w:t>vn -0.3914 -0.2844 0.8752</w:t>
        <w:br/>
        <w:t>vn -0.5117 -0.2493 0.8222</w:t>
        <w:br/>
        <w:t>vn -0.4860 -0.2220 0.8453</w:t>
        <w:br/>
        <w:t>vn -0.4427 -0.2074 0.8724</w:t>
        <w:br/>
        <w:t>vn -0.4568 -0.1228 0.8810</w:t>
        <w:br/>
        <w:t>vn -0.4374 -0.0803 0.8957</w:t>
        <w:br/>
        <w:t>vn -0.4141 0.0164 0.9101</w:t>
        <w:br/>
        <w:t>vn -0.3398 0.0251 0.9402</w:t>
        <w:br/>
        <w:t>vn -0.2556 0.0795 0.9635</w:t>
        <w:br/>
        <w:t>vn -0.1457 0.0444 0.9883</w:t>
        <w:br/>
        <w:t>vn -0.0334 0.0720 0.9968</w:t>
        <w:br/>
        <w:t>vn 0.0650 0.0064 0.9979</w:t>
        <w:br/>
        <w:t>vn 0.0906 0.0406 0.9951</w:t>
        <w:br/>
        <w:t>vn 0.1093 -0.0381 0.9933</w:t>
        <w:br/>
        <w:t>vn 0.1308 -0.0628 0.9894</w:t>
        <w:br/>
        <w:t>vn -0.3852 -0.7855 0.4844</w:t>
        <w:br/>
        <w:t>vn -0.2505 -0.0678 0.9657</w:t>
        <w:br/>
        <w:t>vn -0.2609 -0.0150 0.9652</w:t>
        <w:br/>
        <w:t>vn -0.1573 0.2755 0.9483</w:t>
        <w:br/>
        <w:t>vn -0.0624 0.5226 0.8503</w:t>
        <w:br/>
        <w:t>vn 0.0844 0.7538 0.6516</w:t>
        <w:br/>
        <w:t>vn 0.0460 0.7409 0.6701</w:t>
        <w:br/>
        <w:t>vn -0.2562 0.0289 0.9662</w:t>
        <w:br/>
        <w:t>vn 0.3458 0.6363 0.6896</w:t>
        <w:br/>
        <w:t>vn 0.2984 -0.0582 0.9527</w:t>
        <w:br/>
        <w:t>vn 0.2302 0.8877 0.3988</w:t>
        <w:br/>
        <w:t>vn 0.0357 -0.0533 0.9979</w:t>
        <w:br/>
        <w:t>vn 0.7027 0.0564 0.7092</w:t>
        <w:br/>
        <w:t>vn 0.3458 0.6363 0.6895</w:t>
        <w:br/>
        <w:t>vn 0.3669 -0.1853 0.9116</w:t>
        <w:br/>
        <w:t>vn 0.6106 0.0874 0.7871</w:t>
        <w:br/>
        <w:t>vn 0.5071 0.5744 0.6426</w:t>
        <w:br/>
        <w:t>vn -0.6469 0.0536 0.7607</w:t>
        <w:br/>
        <w:t>vn -0.6062 0.0588 0.7931</w:t>
        <w:br/>
        <w:t>vn -0.6070 0.0569 0.7926</w:t>
        <w:br/>
        <w:t>vn -0.6066 0.0062 0.7950</w:t>
        <w:br/>
        <w:t>vn 0.2843 0.8296 0.4806</w:t>
        <w:br/>
        <w:t>vn -0.6195 0.0250 0.7846</w:t>
        <w:br/>
        <w:t>vn 0.1416 0.9502 0.2777</w:t>
        <w:br/>
        <w:t>vn -0.7274 0.1261 0.6745</w:t>
        <w:br/>
        <w:t>vn 0.1084 0.9562 0.2719</w:t>
        <w:br/>
        <w:t>vn -0.8351 0.1736 0.5220</w:t>
        <w:br/>
        <w:t>vn 0.0784 0.9716 0.2233</w:t>
        <w:br/>
        <w:t>vn -0.8867 0.2282 0.4022</w:t>
        <w:br/>
        <w:t>vn 0.0584 0.9801 0.1898</w:t>
        <w:br/>
        <w:t>vn -0.9417 0.2582 0.2156</w:t>
        <w:br/>
        <w:t>vn 0.0228 0.9948 0.0989</w:t>
        <w:br/>
        <w:t>vn -0.9508 0.2792 0.1339</w:t>
        <w:br/>
        <w:t>vn 0.0285 0.9950 0.0959</w:t>
        <w:br/>
        <w:t>vn -0.9478 0.2946 -0.1217</w:t>
        <w:br/>
        <w:t>vn -0.0055 1.0000 0.0000</w:t>
        <w:br/>
        <w:t>vn -0.9467 0.2969 -0.1254</w:t>
        <w:br/>
        <w:t>vn -0.0039 0.9991 -0.0427</w:t>
        <w:br/>
        <w:t>vn -0.9044 0.2959 -0.3073</w:t>
        <w:br/>
        <w:t>vn 0.0095 0.9960 -0.0885</w:t>
        <w:br/>
        <w:t>vn -0.9011 0.2992 -0.3138</w:t>
        <w:br/>
        <w:t>vn 0.0344 0.9955 -0.0886</w:t>
        <w:br/>
        <w:t>vn -0.8573 0.2960 -0.4211</w:t>
        <w:br/>
        <w:t>vn 0.0552 0.9910 -0.1216</w:t>
        <w:br/>
        <w:t>vn -0.8062 0.3001 -0.5099</w:t>
        <w:br/>
        <w:t>vn 0.0973 0.9841 -0.1486</w:t>
        <w:br/>
        <w:t>vn -0.6873 0.2896 -0.6662</w:t>
        <w:br/>
        <w:t>vn 0.1344 0.9702 -0.2018</w:t>
        <w:br/>
        <w:t>vn -0.5940 0.4309 -0.6794</w:t>
        <w:br/>
        <w:t>vn 0.2107 0.9583 -0.1929</w:t>
        <w:br/>
        <w:t>vn 0.4046 0.8217 -0.4014</w:t>
        <w:br/>
        <w:t>vn -0.5503 0.3811 -0.7429</w:t>
        <w:br/>
        <w:t>vn 0.4285 0.7803 -0.4556</w:t>
        <w:br/>
        <w:t>vn 0.5907 0.4517 -0.6686</w:t>
        <w:br/>
        <w:t>vn -0.5039 0.4670 -0.7267</w:t>
        <w:br/>
        <w:t>vn 0.5922 0.2104 -0.7778</w:t>
        <w:br/>
        <w:t>vn -0.4804 0.3523 -0.8032</w:t>
        <w:br/>
        <w:t>vn 0.6211 0.0462 -0.7823</w:t>
        <w:br/>
        <w:t>vn -0.0604 0.1574 -0.9857</w:t>
        <w:br/>
        <w:t>vn -0.4913 0.2207 -0.8426</w:t>
        <w:br/>
        <w:t>vn -0.0244 0.1408 -0.9897</w:t>
        <w:br/>
        <w:t>vn 0.2803 0.1081 -0.9538</w:t>
        <w:br/>
        <w:t>vn 0.2882 0.9500 -0.1202</w:t>
        <w:br/>
        <w:t>vn 0.2828 0.9505 -0.1291</w:t>
        <w:br/>
        <w:t>vn 0.2861 0.9452 -0.1570</w:t>
        <w:br/>
        <w:t>vn -0.2347 0.3356 -0.9123</w:t>
        <w:br/>
        <w:t>vn 0.2915 0.9521 -0.0928</w:t>
        <w:br/>
        <w:t>vn -0.3947 0.4374 -0.8080</w:t>
        <w:br/>
        <w:t>vn 0.2952 0.9518 -0.0837</w:t>
        <w:br/>
        <w:t>vn -0.3828 0.4563 -0.8032</w:t>
        <w:br/>
        <w:t>vn 0.2924 0.9540 -0.0669</w:t>
        <w:br/>
        <w:t>vn 0.2902 0.9551 -0.0591</w:t>
        <w:br/>
        <w:t>vn -0.2732 0.4730 -0.8377</w:t>
        <w:br/>
        <w:t>vn -0.2477 0.4776 -0.8429</w:t>
        <w:br/>
        <w:t>vn -0.2690 0.4727 -0.8391</w:t>
        <w:br/>
        <w:t>vn 0.2928 0.9534 -0.0730</w:t>
        <w:br/>
        <w:t>vn 0.2939 0.9522 -0.0835</w:t>
        <w:br/>
        <w:t>vn 0.1275 0.7175 -0.6848</w:t>
        <w:br/>
        <w:t>vn -0.1213 0.4834 -0.8670</w:t>
        <w:br/>
        <w:t>vn -0.1089 0.4681 -0.8769</w:t>
        <w:br/>
        <w:t>vn 0.1274 0.7175 -0.6848</w:t>
        <w:br/>
        <w:t>vn -0.0192 0.5016 -0.8649</w:t>
        <w:br/>
        <w:t>vn -0.1970 0.4673 -0.8619</w:t>
        <w:br/>
        <w:t>vn -0.2492 0.4502 -0.8574</w:t>
        <w:br/>
        <w:t>vn 0.5179 0.8268 -0.2193</w:t>
        <w:br/>
        <w:t>vn 0.7800 0.5346 -0.3252</w:t>
        <w:br/>
        <w:t>vn 0.7842 0.4973 -0.3710</w:t>
        <w:br/>
        <w:t>vn 0.5099 0.8385 -0.1921</w:t>
        <w:br/>
        <w:t>vn 0.1708 0.9822 -0.0775</w:t>
        <w:br/>
        <w:t>vn 0.1708 0.9823 -0.0776</w:t>
        <w:br/>
        <w:t>vn -0.9310 0.1770 0.3192</w:t>
        <w:br/>
        <w:t>vn -0.9315 0.1771 0.3178</w:t>
        <w:br/>
        <w:t>vn -0.9312 0.1771 0.3185</w:t>
        <w:br/>
        <w:t>vn -0.9316 0.1772 0.3175</w:t>
        <w:br/>
        <w:t>vn -0.9318 0.1771 0.3168</w:t>
        <w:br/>
        <w:t>vn -0.9320 0.1773 0.3161</w:t>
        <w:br/>
        <w:t>vn -0.1658 -0.9833 0.0752</w:t>
        <w:br/>
        <w:t>vn -0.1659 -0.9833 0.0752</w:t>
        <w:br/>
        <w:t>vn 0.1031 -0.9945 -0.0167</w:t>
        <w:br/>
        <w:t>vn 0.4048 -0.9083 -0.1056</w:t>
        <w:br/>
        <w:t>vn 0.6365 -0.7495 -0.1818</w:t>
        <w:br/>
        <w:t>vn 0.6572 -0.7349 -0.1674</w:t>
        <w:br/>
        <w:t>vn -0.6992 -0.6555 0.2854</w:t>
        <w:br/>
        <w:t>vn 0.7644 -0.5873 -0.2658</w:t>
        <w:br/>
        <w:t>vn 0.7645 -0.5873 -0.2658</w:t>
        <w:br/>
        <w:t>vn -0.0871 -0.9939 0.0680</w:t>
        <w:br/>
        <w:t>vn -0.0920 -0.9933 0.0698</w:t>
        <w:br/>
        <w:t>vn -0.0921 -0.9933 0.0698</w:t>
        <w:br/>
        <w:t>vn -0.0822 -0.9944 0.0662</w:t>
        <w:br/>
        <w:t>vn 0.3070 -0.9482 -0.0818</w:t>
        <w:br/>
        <w:t>vn 0.4326 -0.8920 -0.1311</w:t>
        <w:br/>
        <w:t>vn 0.6385 -0.7393 -0.2139</w:t>
        <w:br/>
        <w:t>vn 0.6383 -0.7394 -0.2140</w:t>
        <w:br/>
        <w:t>vn 0.6387 -0.7391 -0.2141</w:t>
        <w:br/>
        <w:t>vn -0.2146 0.9756 0.0471</w:t>
        <w:br/>
        <w:t>vn 0.1440 0.9855 -0.0898</w:t>
        <w:br/>
        <w:t>vn -0.2146 0.9756 0.0470</w:t>
        <w:br/>
        <w:t>vn -0.5414 0.8219 0.1771</w:t>
        <w:br/>
        <w:t>vn 0.7886 0.5256 -0.3192</w:t>
        <w:br/>
        <w:t>vn 0.7886 0.5257 -0.3191</w:t>
        <w:br/>
        <w:t>vn 0.5165 0.8259 -0.2261</w:t>
        <w:br/>
        <w:t>vn 0.6251 0.7343 -0.2647</w:t>
        <w:br/>
        <w:t>vn 0.1642 0.9816 -0.0974</w:t>
        <w:br/>
        <w:t>vn 0.1729 0.9798 -0.1007</w:t>
        <w:br/>
        <w:t>vn 0.1817 0.9778 -0.1040</w:t>
        <w:br/>
        <w:t>vn 0.8874 0.3008 -0.3493</w:t>
        <w:br/>
        <w:t>vn -0.4896 0.8578 0.1564</w:t>
        <w:br/>
        <w:t>vn -0.4896 0.8578 0.1563</w:t>
        <w:br/>
        <w:t>vn -0.1208 0.0377 0.9920</w:t>
        <w:br/>
        <w:t>vn -0.1027 0.0310 0.9942</w:t>
        <w:br/>
        <w:t>vn -0.1396 0.0697 0.9877</w:t>
        <w:br/>
        <w:t>vn -0.0932 0.0150 0.9955</w:t>
        <w:br/>
        <w:t>vn -0.0816 -0.2202 0.9720</w:t>
        <w:br/>
        <w:t>vn -0.0729 -0.4663 0.8816</w:t>
        <w:br/>
        <w:t>vn -0.0779 -0.3463 0.9349</w:t>
        <w:br/>
        <w:t>vn -0.0779 -0.3462 0.9349</w:t>
        <w:br/>
        <w:t>vn -0.0764 0.4708 0.8789</w:t>
        <w:br/>
        <w:t>vn -0.0765 0.4709 0.8789</w:t>
        <w:br/>
        <w:t>vn -0.0765 0.4707 0.8790</w:t>
        <w:br/>
        <w:t>vn -0.0764 0.4706 0.8790</w:t>
        <w:br/>
        <w:t>vn -0.0779 -0.3465 0.9348</w:t>
        <w:br/>
        <w:t>vn -0.0779 -0.3464 0.9349</w:t>
        <w:br/>
        <w:t>vn -0.0834 0.2149 0.9731</w:t>
        <w:br/>
        <w:t>vn -0.0789 0.4042 0.9113</w:t>
        <w:br/>
        <w:t>vn -0.0789 0.4044 0.9112</w:t>
        <w:br/>
        <w:t>vn -0.0834 0.2148 0.9731</w:t>
        <w:br/>
        <w:t>vn -0.1095 0.0197 0.9938</w:t>
        <w:br/>
        <w:t>vn -0.0961 0.0391 0.9946</w:t>
        <w:br/>
        <w:t>vn -0.1343 0.0150 0.9908</w:t>
        <w:br/>
        <w:t>vn -0.1607 -0.0238 0.9867</w:t>
        <w:br/>
        <w:t>vn 0.9338 0.3491 -0.0780</w:t>
        <w:br/>
        <w:t>vn 0.9335 0.3497 -0.0800</w:t>
        <w:br/>
        <w:t>vn 0.9342 0.3485 -0.0760</w:t>
        <w:br/>
        <w:t>vn -0.2838 0.8616 0.4209</w:t>
        <w:br/>
        <w:t>vn -0.2837 0.8616 0.4210</w:t>
        <w:br/>
        <w:t>vn -0.2847 0.8618 0.4197</w:t>
        <w:br/>
        <w:t>vn -0.2828 0.8614 0.4220</w:t>
        <w:br/>
        <w:t>vn -0.9748 -0.1218 0.1870</w:t>
        <w:br/>
        <w:t>vn -0.9540 0.1124 0.2780</w:t>
        <w:br/>
        <w:t>vn -0.9540 0.1125 0.2779</w:t>
        <w:br/>
        <w:t>vn -0.9747 -0.1219 0.1872</w:t>
        <w:br/>
        <w:t>vn -0.8720 -0.4894 0.0114</w:t>
        <w:br/>
        <w:t>vn -0.7819 -0.6201 -0.0634</w:t>
        <w:br/>
        <w:t>vn -0.6716 -0.7287 -0.1343</w:t>
        <w:br/>
        <w:t>vn -0.6716 -0.7289 -0.1332</w:t>
        <w:br/>
        <w:t>vn 0.3147 -0.8507 -0.4211</w:t>
        <w:br/>
        <w:t>vn 0.3148 -0.8507 -0.4210</w:t>
        <w:br/>
        <w:t>vn 0.3140 -0.8505 -0.4220</w:t>
        <w:br/>
        <w:t>vn 0.3155 -0.8509 -0.4201</w:t>
        <w:br/>
        <w:t>vn 0.1027 0.0310 0.9942</w:t>
        <w:br/>
        <w:t>vn 0.1208 0.0377 0.9920</w:t>
        <w:br/>
        <w:t>vn 0.1396 0.0697 0.9877</w:t>
        <w:br/>
        <w:t>vn 0.0932 0.0150 0.9955</w:t>
        <w:br/>
        <w:t>vn 0.0816 -0.2202 0.9720</w:t>
        <w:br/>
        <w:t>vn 0.0729 -0.4663 0.8816</w:t>
        <w:br/>
        <w:t>vn 0.0779 -0.3462 0.9349</w:t>
        <w:br/>
        <w:t>vn 0.0765 0.4709 0.8789</w:t>
        <w:br/>
        <w:t>vn 0.0765 0.4707 0.8790</w:t>
        <w:br/>
        <w:t>vn 0.0779 -0.3465 0.9348</w:t>
        <w:br/>
        <w:t>vn 0.0779 -0.3466 0.9348</w:t>
        <w:br/>
        <w:t>vn 0.0834 0.2148 0.9731</w:t>
        <w:br/>
        <w:t>vn 0.0789 0.4043 0.9112</w:t>
        <w:br/>
        <w:t>vn 0.0789 0.4044 0.9112</w:t>
        <w:br/>
        <w:t>vn 0.1095 0.0197 0.9938</w:t>
        <w:br/>
        <w:t>vn 0.0961 0.0391 0.9946</w:t>
        <w:br/>
        <w:t>vn 0.1343 0.0150 0.9908</w:t>
        <w:br/>
        <w:t>vn 0.1607 -0.0238 0.9867</w:t>
        <w:br/>
        <w:t>vn -0.8847 0.4394 -0.1555</w:t>
        <w:br/>
        <w:t>vn -0.8881 0.4405 -0.1317</w:t>
        <w:br/>
        <w:t>vn -0.8647 0.4708 -0.1750</w:t>
        <w:br/>
        <w:t>vn -0.6762 0.4914 -0.5489</w:t>
        <w:br/>
        <w:t>vn -0.8049 0.4682 -0.3647</w:t>
        <w:br/>
        <w:t>vn 0.0003 0.9958 0.0911</w:t>
        <w:br/>
        <w:t>vn 0.0375 0.9972 0.0650</w:t>
        <w:br/>
        <w:t>vn 0.0784 0.9921 0.0974</w:t>
        <w:br/>
        <w:t>vn -0.7946 0.4367 -0.4218</w:t>
        <w:br/>
        <w:t>vn 0.1626 0.9828 0.0874</w:t>
        <w:br/>
        <w:t>vn 0.2665 0.9621 0.0582</w:t>
        <w:br/>
        <w:t>vn -0.8575 0.4116 -0.3085</w:t>
        <w:br/>
        <w:t>vn 0.2837 0.9586 0.0261</w:t>
        <w:br/>
        <w:t>vn 0.2787 0.9602 0.0176</w:t>
        <w:br/>
        <w:t>vn -0.0781 0.3677 -0.9266</w:t>
        <w:br/>
        <w:t>vn 0.0227 0.3633 -0.9314</w:t>
        <w:br/>
        <w:t>vn 0.1170 0.3154 -0.9417</w:t>
        <w:br/>
        <w:t>vn 0.0041 0.3886 -0.9214</w:t>
        <w:br/>
        <w:t>vn 0.2794 0.9602 0.0020</w:t>
        <w:br/>
        <w:t>vn 0.2904 0.9568 0.0154</w:t>
        <w:br/>
        <w:t>vn 0.1209 0.3249 -0.9380</w:t>
        <w:br/>
        <w:t>vn 0.1502 0.3182 -0.9361</w:t>
        <w:br/>
        <w:t>vn 0.0971 0.3408 -0.9351</w:t>
        <w:br/>
        <w:t>vn 0.1575 0.3366 -0.9284</w:t>
        <w:br/>
        <w:t>vn 0.1344 0.3260 -0.9358</w:t>
        <w:br/>
        <w:t>vn 0.0490 0.3430 -0.9381</w:t>
        <w:br/>
        <w:t>vn 0.0720 0.3604 -0.9300</w:t>
        <w:br/>
        <w:t>vn 0.1745 0.3515 -0.9198</w:t>
        <w:br/>
        <w:t>vn 0.1395 0.3319 -0.9329</w:t>
        <w:br/>
        <w:t>vn 0.2680 0.3239 -0.9073</w:t>
        <w:br/>
        <w:t>vn 0.2936 0.9559 -0.0114</w:t>
        <w:br/>
        <w:t>vn 0.2841 0.3472 -0.8937</w:t>
        <w:br/>
        <w:t>vn 0.2782 0.9602 0.0250</w:t>
        <w:br/>
        <w:t>vn 0.2664 0.9622 0.0569</w:t>
        <w:br/>
        <w:t>vn 0.2521 0.9676 0.0161</w:t>
        <w:br/>
        <w:t>vn 0.4938 0.6215 -0.6083</w:t>
        <w:br/>
        <w:t>vn 0.3638 0.3060 -0.8798</w:t>
        <w:br/>
        <w:t>vn 0.4520 0.3573 -0.8173</w:t>
        <w:br/>
        <w:t>vn 0.3561 0.3612 -0.8618</w:t>
        <w:br/>
        <w:t>vn 0.3384 0.4596 -0.8211</w:t>
        <w:br/>
        <w:t>vn 0.4525 0.3908 -0.8016</w:t>
        <w:br/>
        <w:t>vn 0.4938 0.6215 -0.6082</w:t>
        <w:br/>
        <w:t>vn 0.4299 0.4036 -0.8077</w:t>
        <w:br/>
        <w:t>vn 0.4976 0.4309 -0.7528</w:t>
        <w:br/>
        <w:t>vn 0.4989 0.4283 -0.7534</w:t>
        <w:br/>
        <w:t>vn 0.5068 0.4624 -0.7275</w:t>
        <w:br/>
        <w:t>vn 0.4923 0.4388 -0.7517</w:t>
        <w:br/>
        <w:t>vn 0.5010 0.4933 -0.7111</w:t>
        <w:br/>
        <w:t>vn 0.4642 0.5233 -0.7146</w:t>
        <w:br/>
        <w:t>vn 0.0512 -0.9275 -0.3704</w:t>
        <w:br/>
        <w:t>vn 0.0126 -0.9246 -0.3806</w:t>
        <w:br/>
        <w:t>vn 0.0643 -0.9225 -0.3806</w:t>
        <w:br/>
        <w:t>vn 0.4166 0.5115 -0.7516</w:t>
        <w:br/>
        <w:t>vn -0.0293 -0.9211 -0.3882</w:t>
        <w:br/>
        <w:t>vn 0.2798 0.4831 -0.8297</w:t>
        <w:br/>
        <w:t>vn -0.0967 -0.9074 -0.4089</w:t>
        <w:br/>
        <w:t>vn 0.2810 0.4221 -0.8619</w:t>
        <w:br/>
        <w:t>vn -0.1358 -0.9043 -0.4047</w:t>
        <w:br/>
        <w:t>vn 0.1963 0.4017 -0.8945</w:t>
        <w:br/>
        <w:t>vn 0.2305 0.2784 -0.9324</w:t>
        <w:br/>
        <w:t>vn -0.2141 -0.8873 -0.4085</w:t>
        <w:br/>
        <w:t>vn 0.1340 0.4184 -0.8983</w:t>
        <w:br/>
        <w:t>vn -0.2593 -0.8782 -0.4020</w:t>
        <w:br/>
        <w:t>vn 0.1526 0.4108 -0.8989</w:t>
        <w:br/>
        <w:t>vn 0.1061 0.4050 -0.9082</w:t>
        <w:br/>
        <w:t>vn 0.1435 0.3930 -0.9083</w:t>
        <w:br/>
        <w:t>vn -0.2968 -0.8640 -0.4067</w:t>
        <w:br/>
        <w:t>vn 0.0614 0.3960 -0.9162</w:t>
        <w:br/>
        <w:t>vn -0.3004 -0.8679 -0.3956</w:t>
        <w:br/>
        <w:t>vn -0.5166 -0.7425 -0.4263</w:t>
        <w:br/>
        <w:t>vn 0.0653 0.3465 -0.9358</w:t>
        <w:br/>
        <w:t>vn -0.5215 -0.7410 -0.4230</w:t>
        <w:br/>
        <w:t>vn -0.9265 -0.1729 -0.3342</w:t>
        <w:br/>
        <w:t>vn -0.9494 0.2826 -0.1373</w:t>
        <w:br/>
        <w:t>vn -0.9432 0.2813 -0.1766</w:t>
        <w:br/>
        <w:t>vn -0.9237 0.1736 -0.3416</w:t>
        <w:br/>
        <w:t>vn 0.0417 0.3478 -0.9366</w:t>
        <w:br/>
        <w:t>vn -0.8999 0.3526 -0.2566</w:t>
        <w:br/>
        <w:t>vn -0.8166 0.4212 -0.3948</w:t>
        <w:br/>
        <w:t>vn -0.5464 0.4580 -0.7012</w:t>
        <w:br/>
        <w:t>vn 0.1116 -0.7735 0.6239</w:t>
        <w:br/>
        <w:t>vn 0.0400 -0.4965 0.8671</w:t>
        <w:br/>
        <w:t>vn 0.0443 -0.6949 0.7177</w:t>
        <w:br/>
        <w:t>vn 0.2231 -0.4408 0.8695</w:t>
        <w:br/>
        <w:t>vn 0.2438 -0.8909 0.3832</w:t>
        <w:br/>
        <w:t>vn 0.1067 0.5539 0.8257</w:t>
        <w:br/>
        <w:t>vn 0.2498 -0.9130 0.3227</w:t>
        <w:br/>
        <w:t>vn 0.3627 -0.9168 0.1672</w:t>
        <w:br/>
        <w:t>vn 0.3181 0.6117 0.7243</w:t>
        <w:br/>
        <w:t>vn 0.6153 0.0801 0.7842</w:t>
        <w:br/>
        <w:t>vn 0.1405 0.9067 0.3978</w:t>
        <w:br/>
        <w:t>vn 0.1024 0.8715 0.4797</w:t>
        <w:br/>
        <w:t>vn 0.2029 0.9600 0.1929</w:t>
        <w:br/>
        <w:t>vn 0.1826 0.9738 0.1356</w:t>
        <w:br/>
        <w:t>vn 0.7488 0.0825 0.6576</w:t>
        <w:br/>
        <w:t>vn 0.2119 0.9769 0.0292</w:t>
        <w:br/>
        <w:t>vn 0.9240 0.0522 0.3789</w:t>
        <w:br/>
        <w:t>vn 0.3654 -0.9162 0.1645</w:t>
        <w:br/>
        <w:t>vn 0.2107 0.9770 0.0326</w:t>
        <w:br/>
        <w:t>vn 0.9867 0.0443 0.1565</w:t>
        <w:br/>
        <w:t>vn 0.4301 -0.8999 0.0718</w:t>
        <w:br/>
        <w:t>vn 0.9993 0.0354 0.0126</w:t>
        <w:br/>
        <w:t>vn 0.4227 -0.9023 0.0845</w:t>
        <w:br/>
        <w:t>vn 0.2168 0.9758 -0.0290</w:t>
        <w:br/>
        <w:t>vn 0.9983 0.0574 0.0074</w:t>
        <w:br/>
        <w:t>vn 0.1987 0.9795 -0.0326</w:t>
        <w:br/>
        <w:t>vn 0.4119 -0.9060 0.0971</w:t>
        <w:br/>
        <w:t>vn 0.9967 0.0681 0.0434</w:t>
        <w:br/>
        <w:t>vn 0.4030 -0.9112 0.0859</w:t>
        <w:br/>
        <w:t>vn 0.9970 0.0767 -0.0087</w:t>
        <w:br/>
        <w:t>vn 0.1924 0.9809 -0.0289</w:t>
        <w:br/>
        <w:t>vn 0.1827 0.9824 -0.0382</w:t>
        <w:br/>
        <w:t>vn -0.0430 0.9705 0.2373</w:t>
        <w:br/>
        <w:t>vn -0.0836 0.9584 0.2730</w:t>
        <w:br/>
        <w:t>vn -0.0698 0.9694 0.2354</w:t>
        <w:br/>
        <w:t>vn -0.0110 0.9736 0.2281</w:t>
        <w:br/>
        <w:t>vn 0.8011 0.3197 -0.5059</w:t>
        <w:br/>
        <w:t>vn 0.7746 0.3172 -0.5472</w:t>
        <w:br/>
        <w:t>vn 0.6678 0.3512 -0.6563</w:t>
        <w:br/>
        <w:t>vn 0.0655 0.9638 0.2584</w:t>
        <w:br/>
        <w:t>vn 0.2927 -0.8564 -0.4253</w:t>
        <w:br/>
        <w:t>vn 0.3353 -0.8586 -0.3879</w:t>
        <w:br/>
        <w:t>vn 0.3307 -0.8656 -0.3761</w:t>
        <w:br/>
        <w:t>vn 0.2502 -0.8484 -0.4664</w:t>
        <w:br/>
        <w:t>vn 0.6575 0.3446 -0.6700</w:t>
        <w:br/>
        <w:t>vn 0.0719 -0.8537 -0.5159</w:t>
        <w:br/>
        <w:t>vn 0.4158 0.4002 -0.8166</w:t>
        <w:br/>
        <w:t>vn 0.0726 -0.8526 -0.5175</w:t>
        <w:br/>
        <w:t>vn 0.0760 0.9651 0.2508</w:t>
        <w:br/>
        <w:t>vn 0.2094 0.4329 -0.8768</w:t>
        <w:br/>
        <w:t>vn 0.1193 0.9546 0.2729</w:t>
        <w:br/>
        <w:t>vn 0.0994 0.9517 0.2905</w:t>
        <w:br/>
        <w:t>vn 0.0384 0.4384 -0.8979</w:t>
        <w:br/>
        <w:t>vn -0.0543 0.4516 -0.8906</w:t>
        <w:br/>
        <w:t>vn -0.0618 -0.8490 -0.5248</w:t>
        <w:br/>
        <w:t>vn -0.0638 -0.8498 -0.5232</w:t>
        <w:br/>
        <w:t>vn -0.5619 -0.8230 -0.0837</w:t>
        <w:br/>
        <w:t>vn -0.5687 -0.8218 -0.0353</w:t>
        <w:br/>
        <w:t>vn -0.8065 -0.5829 -0.0991</w:t>
        <w:br/>
        <w:t>vn -0.8951 -0.4449 0.0293</w:t>
        <w:br/>
        <w:t>vn -0.9958 0.0583 -0.0708</w:t>
        <w:br/>
        <w:t>vn -0.5124 -0.8569 0.0557</w:t>
        <w:br/>
        <w:t>vn -0.9947 0.0166 0.1014</w:t>
        <w:br/>
        <w:t>vn -0.9988 -0.0051 -0.0495</w:t>
        <w:br/>
        <w:t>vn -0.7274 -0.6051 0.3238</w:t>
        <w:br/>
        <w:t>vn -0.9646 0.0196 0.2629</w:t>
        <w:br/>
        <w:t>vn -0.4637 -0.8718 0.1579</w:t>
        <w:br/>
        <w:t>vn -0.9912 -0.0200 0.1312</w:t>
        <w:br/>
        <w:t>vn -0.9998 -0.0144 -0.0157</w:t>
        <w:br/>
        <w:t>vn -0.8929 -0.0397 0.4485</w:t>
        <w:br/>
        <w:t>vn -0.4312 -0.8632 0.2627</w:t>
        <w:br/>
        <w:t>vn -0.1385 -0.9203 0.3659</w:t>
        <w:br/>
        <w:t>vn -0.9830 -0.0380 0.1799</w:t>
        <w:br/>
        <w:t>vn -0.9995 -0.0305 0.0100</w:t>
        <w:br/>
        <w:t>vn -0.8869 -0.0503 0.4592</w:t>
        <w:br/>
        <w:t>vn -0.9763 -0.0545 0.2093</w:t>
        <w:br/>
        <w:t>vn -0.9991 -0.0345 0.0264</w:t>
        <w:br/>
        <w:t>vn -0.8500 -0.0745 0.5215</w:t>
        <w:br/>
        <w:t>vn -0.6525 -0.0755 0.7540</w:t>
        <w:br/>
        <w:t>vn -0.9703 -0.0603 0.2342</w:t>
        <w:br/>
        <w:t>vn -0.9981 -0.0456 0.0408</w:t>
        <w:br/>
        <w:t>vn -0.8227 -0.0976 0.5600</w:t>
        <w:br/>
        <w:t>vn -0.9644 -0.0677 0.2556</w:t>
        <w:br/>
        <w:t>vn -0.9985 -0.0308 0.0456</w:t>
        <w:br/>
        <w:t>vn -0.8529 -0.0941 0.5136</w:t>
        <w:br/>
        <w:t>vn -0.6278 -0.0954 0.7725</w:t>
        <w:br/>
        <w:t>vn -0.9737 -0.0593 0.2198</w:t>
        <w:br/>
        <w:t>vn -0.9992 -0.0163 0.0355</w:t>
        <w:br/>
        <w:t>vn -0.9981 -0.0552 0.0277</w:t>
        <w:br/>
        <w:t>vn -0.8227 -0.1006 0.5595</w:t>
        <w:br/>
        <w:t>vn -0.7375 -0.1185 0.6649</w:t>
        <w:br/>
        <w:t>vn -0.5996 -0.1450 0.7871</w:t>
        <w:br/>
        <w:t>vn -0.6236 -0.1816 0.7604</w:t>
        <w:br/>
        <w:t>vn -0.4763 -0.1083 0.8726</w:t>
        <w:br/>
        <w:t>vn -0.2419 -0.2031 0.9488</w:t>
        <w:br/>
        <w:t>vn -0.6315 -0.1149 0.7668</w:t>
        <w:br/>
        <w:t>vn -0.2028 -0.2508 0.9465</w:t>
        <w:br/>
        <w:t>vn -0.1279 -0.1198 0.9845</w:t>
        <w:br/>
        <w:t>vn -0.8185 -0.0894 0.5675</w:t>
        <w:br/>
        <w:t>vn -0.2259 -0.0843 0.9705</w:t>
        <w:br/>
        <w:t>vn 0.2207 -0.1733 0.9598</w:t>
        <w:br/>
        <w:t>vn -0.6686 -0.0428 0.7424</w:t>
        <w:br/>
        <w:t>vn -0.7273 -0.6051 0.3238</w:t>
        <w:br/>
        <w:t>vn -0.6253 -0.0345 0.7796</w:t>
        <w:br/>
        <w:t>vn 0.2903 -0.1196 0.9494</w:t>
        <w:br/>
        <w:t>vn -0.1591 -0.0597 0.9855</w:t>
        <w:br/>
        <w:t>vn 0.3243 -0.0840 0.9422</w:t>
        <w:br/>
        <w:t>vn -0.0761 -0.4800 0.8740</w:t>
        <w:br/>
        <w:t>vn 0.3211 -0.0697 0.9445</w:t>
        <w:br/>
        <w:t>vn 0.1748 -0.9255 0.3361</w:t>
        <w:br/>
        <w:t>vn 0.3133 -0.0770 0.9465</w:t>
        <w:br/>
        <w:t>vn 0.1737 -0.9305 0.3225</w:t>
        <w:br/>
        <w:t>vn 0.3131 -0.9276 0.2040</w:t>
        <w:br/>
        <w:t>vn 0.5352 -0.0729 0.8416</w:t>
        <w:br/>
        <w:t>vn 0.3151 -0.9263 0.2066</w:t>
        <w:br/>
        <w:t>vn 0.6463 -0.0340 0.7623</w:t>
        <w:br/>
        <w:t>vn 0.3760 -0.9184 0.1230</w:t>
        <w:br/>
        <w:t>vn 0.7996 -0.0390 0.5993</w:t>
        <w:br/>
        <w:t>vn 0.3721 -0.9207 0.1179</w:t>
        <w:br/>
        <w:t>vn 0.5973 0.1619 -0.7855</w:t>
        <w:br/>
        <w:t>vn 0.6807 0.1485 -0.7173</w:t>
        <w:br/>
        <w:t>vn 0.6567 0.1668 -0.7354</w:t>
        <w:br/>
        <w:t>vn 0.7483 0.1323 -0.6501</w:t>
        <w:br/>
        <w:t>vn 0.7692 -0.0244 0.6385</w:t>
        <w:br/>
        <w:t>vn 0.7775 0.1156 -0.6181</w:t>
        <w:br/>
        <w:t>vn 0.6086 -0.0475 0.7921</w:t>
        <w:br/>
        <w:t>vn 0.7633 0.1171 -0.6353</w:t>
        <w:br/>
        <w:t>vn 0.7088 -0.0612 0.7027</w:t>
        <w:br/>
        <w:t>vn 0.7011 0.1159 -0.7036</w:t>
        <w:br/>
        <w:t>vn 0.5934 -0.0858 0.8003</w:t>
        <w:br/>
        <w:t>vn 0.7163 -0.0526 0.6958</w:t>
        <w:br/>
        <w:t>vn 0.6785 0.1111 -0.7261</w:t>
        <w:br/>
        <w:t>vn 0.6495 0.1074 -0.7528</w:t>
        <w:br/>
        <w:t>vn 0.7277 -0.0469 0.6843</w:t>
        <w:br/>
        <w:t>vn 0.6275 0.1117 -0.7706</w:t>
        <w:br/>
        <w:t>vn 0.4714 -0.1450 0.8699</w:t>
        <w:br/>
        <w:t>vn 0.6802 -0.0890 0.7276</w:t>
        <w:br/>
        <w:t>vn 0.6196 0.1046 -0.7779</w:t>
        <w:br/>
        <w:t>vn 0.7639 -0.0506 0.6433</w:t>
        <w:br/>
        <w:t>vn 0.6603 0.1063 -0.7434</w:t>
        <w:br/>
        <w:t>vn 0.6939 -0.1161 0.7106</w:t>
        <w:br/>
        <w:t>vn 0.3491 -0.2135 0.9125</w:t>
        <w:br/>
        <w:t>vn 0.6736 0.0755 -0.7352</w:t>
        <w:br/>
        <w:t>vn 0.8501 -0.0435 0.5248</w:t>
        <w:br/>
        <w:t>vn 0.7463 0.0743 -0.6614</w:t>
        <w:br/>
        <w:t>vn 0.6340 0.0479 -0.7719</w:t>
        <w:br/>
        <w:t>vn 0.8147 -0.0275 0.5792</w:t>
        <w:br/>
        <w:t>vn 0.5410 0.0378 -0.8402</w:t>
        <w:br/>
        <w:t>vn 0.8293 0.0393 0.5574</w:t>
        <w:br/>
        <w:t>vn 0.5060 0.0253 -0.8622</w:t>
        <w:br/>
        <w:t>vn 0.6884 -0.0519 0.7235</w:t>
        <w:br/>
        <w:t>vn 0.4494 0.0183 -0.8931</w:t>
        <w:br/>
        <w:t>vn 0.4102 0.0105 -0.9119</w:t>
        <w:br/>
        <w:t>vn 0.6229 0.0558 0.7803</w:t>
        <w:br/>
        <w:t>vn 0.8100 0.0213 0.5860</w:t>
        <w:br/>
        <w:t>vn 0.3206 -0.0503 0.9459</w:t>
        <w:br/>
        <w:t>vn 0.2390 0.1266 0.9627</w:t>
        <w:br/>
        <w:t>vn -0.1789 -0.0054 0.9838</w:t>
        <w:br/>
        <w:t>vn 0.2934 0.0490 0.9547</w:t>
        <w:br/>
        <w:t>vn 0.6544 0.0209 0.7559</w:t>
        <w:br/>
        <w:t>vn 0.7964 -0.0020 0.6047</w:t>
        <w:br/>
        <w:t>vn 0.4033 0.0069 -0.9151</w:t>
        <w:br/>
        <w:t>vn 0.3551 -0.0201 0.9346</w:t>
        <w:br/>
        <w:t>vn 0.3751 0.0059 -0.9270</w:t>
        <w:br/>
        <w:t>vn 0.3951 0.0048 -0.9186</w:t>
        <w:br/>
        <w:t>vn 0.6779 -0.0052 0.7351</w:t>
        <w:br/>
        <w:t>vn 0.7883 -0.0047 0.6153</w:t>
        <w:br/>
        <w:t>vn 0.4290 0.0038 -0.9033</w:t>
        <w:br/>
        <w:t>vn 0.4117 0.0074 -0.9113</w:t>
        <w:br/>
        <w:t>vn 0.7031 -0.0287 0.7106</w:t>
        <w:br/>
        <w:t>vn 0.8180 -0.0535 0.5727</w:t>
        <w:br/>
        <w:t>vn 0.3964 -0.0335 0.9175</w:t>
        <w:br/>
        <w:t>vn 0.3593 0.0152 -0.9331</w:t>
        <w:br/>
        <w:t>vn 0.3104 0.0174 -0.9504</w:t>
        <w:br/>
        <w:t>vn 0.7194 -0.0532 0.6926</w:t>
        <w:br/>
        <w:t>vn 0.8003 -0.0429 0.5981</w:t>
        <w:br/>
        <w:t>vn 0.3121 0.0249 -0.9497</w:t>
        <w:br/>
        <w:t>vn 0.3186 0.0239 -0.9476</w:t>
        <w:br/>
        <w:t>vn 0.7925 -0.0451 0.6082</w:t>
        <w:br/>
        <w:t>vn 0.7208 -0.0433 0.6918</w:t>
        <w:br/>
        <w:t>vn 0.7043 -0.0516 0.7081</w:t>
        <w:br/>
        <w:t>vn 0.4419 -0.0625 0.8949</w:t>
        <w:br/>
        <w:t>vn 0.4651 -0.0718 0.8824</w:t>
        <w:br/>
        <w:t>vn 0.4778 -0.0685 0.8758</w:t>
        <w:br/>
        <w:t>vn 0.3843 -0.0412 0.9223</w:t>
        <w:br/>
        <w:t>vn 0.0220 -0.1029 0.9945</w:t>
        <w:br/>
        <w:t>vn 0.0806 -0.0503 0.9955</w:t>
        <w:br/>
        <w:t>vn 0.0650 -0.0275 0.9975</w:t>
        <w:br/>
        <w:t>vn 0.0869 -0.0951 0.9917</w:t>
        <w:br/>
        <w:t>vn -0.1898 -0.0252 0.9815</w:t>
        <w:br/>
        <w:t>vn -0.1400 -0.0769 0.9872</w:t>
        <w:br/>
        <w:t>vn -0.2615 -0.1206 0.9576</w:t>
        <w:br/>
        <w:t>vn -0.4937 -0.1088 0.8628</w:t>
        <w:br/>
        <w:t>vn -0.7348 -0.1067 0.6698</w:t>
        <w:br/>
        <w:t>vn -0.8163 -0.1174 0.5655</w:t>
        <w:br/>
        <w:t>vn -0.8519 -0.0648 0.5197</w:t>
        <w:br/>
        <w:t>vn -0.6682 -0.1162 0.7349</w:t>
        <w:br/>
        <w:t>vn -0.8620 -0.0711 0.5018</w:t>
        <w:br/>
        <w:t>vn -0.9480 -0.0560 0.3133</w:t>
        <w:br/>
        <w:t>vn -0.4715 -0.1339 0.8716</w:t>
        <w:br/>
        <w:t>vn -0.9928 -0.0744 0.0943</w:t>
        <w:br/>
        <w:t>vn -0.9971 -0.0607 0.0451</w:t>
        <w:br/>
        <w:t>vn -0.9950 -0.0637 -0.0764</w:t>
        <w:br/>
        <w:t>vn -0.9952 -0.0651 -0.0734</w:t>
        <w:br/>
        <w:t>vn -0.8917 -0.0904 0.4436</w:t>
        <w:br/>
        <w:t>vn -0.9904 -0.0844 0.1096</w:t>
        <w:br/>
        <w:t>vn -0.9967 -0.0710 -0.0386</w:t>
        <w:br/>
        <w:t>vn -0.8412 -0.1173 0.5279</w:t>
        <w:br/>
        <w:t>vn -0.9825 -0.0909 0.1623</w:t>
        <w:br/>
        <w:t>vn -0.9973 -0.0734 0.0092</w:t>
        <w:br/>
        <w:t>vn -0.8059 -0.1397 0.5753</w:t>
        <w:br/>
        <w:t>vn -0.9636 -0.0845 0.2535</w:t>
        <w:br/>
        <w:t>vn -0.9974 -0.0704 0.0147</w:t>
        <w:br/>
        <w:t>vn -0.4437 -0.1390 0.8853</w:t>
        <w:br/>
        <w:t>vn -0.7652 -0.1075 0.6348</w:t>
        <w:br/>
        <w:t>vn -0.9590 -0.0781 0.2723</w:t>
        <w:br/>
        <w:t>vn -0.8766 -0.0884 0.4730</w:t>
        <w:br/>
        <w:t>vn -0.7867 -0.0507 0.6152</w:t>
        <w:br/>
        <w:t>vn -0.4673 -0.0995 0.8785</w:t>
        <w:br/>
        <w:t>vn -0.6631 -0.0257 0.7481</w:t>
        <w:br/>
        <w:t>vn -0.5136 -0.0082 0.8580</w:t>
        <w:br/>
        <w:t>vn -0.5944 -0.0270 0.8037</w:t>
        <w:br/>
        <w:t>vn -0.0847 0.0108 0.9963</w:t>
        <w:br/>
        <w:t>vn -0.0944 -0.0614 0.9936</w:t>
        <w:br/>
        <w:t>vn -0.0276 -0.0821 0.9962</w:t>
        <w:br/>
        <w:t>vn 0.0185 -0.7910 -0.6115</w:t>
        <w:br/>
        <w:t>vn -0.0455 -0.8175 -0.5741</w:t>
        <w:br/>
        <w:t>vn -0.0459 -0.7945 -0.6055</w:t>
        <w:br/>
        <w:t>vn 0.0782 -0.7934 -0.6037</w:t>
        <w:br/>
        <w:t>vn -0.0786 0.2284 -0.9704</w:t>
        <w:br/>
        <w:t>vn -0.0115 0.2418 -0.9703</w:t>
        <w:br/>
        <w:t>vn -0.1062 0.1905 -0.9759</w:t>
        <w:br/>
        <w:t>vn 0.1909 -0.8424 -0.5039</w:t>
        <w:br/>
        <w:t>vn -0.0172 0.9977 -0.0653</w:t>
        <w:br/>
        <w:t>vn -0.0176 0.9930 -0.1165</w:t>
        <w:br/>
        <w:t>vn -0.0155 0.9965 -0.0824</w:t>
        <w:br/>
        <w:t>vn 0.0682 0.2714 -0.9600</w:t>
        <w:br/>
        <w:t>vn -0.0169 0.9949 -0.0997</w:t>
        <w:br/>
        <w:t>vn 0.1958 -0.8313 -0.5202</w:t>
        <w:br/>
        <w:t>vn 0.2476 0.2782 -0.9281</w:t>
        <w:br/>
        <w:t>vn -0.0024 0.9865 -0.1638</w:t>
        <w:br/>
        <w:t>vn 0.2513 0.2803 -0.9265</w:t>
        <w:br/>
        <w:t>vn 0.0124 0.9831 -0.1827</w:t>
        <w:br/>
        <w:t>vn 0.2680 -0.8843 -0.3824</w:t>
        <w:br/>
        <w:t>vn 0.2927 -0.8977 -0.3293</w:t>
        <w:br/>
        <w:t>vn 0.4216 0.2782 -0.8630</w:t>
        <w:br/>
        <w:t>vn 0.0210 0.9845 -0.1739</w:t>
        <w:br/>
        <w:t>vn 0.4765 0.2776 -0.8342</w:t>
        <w:br/>
        <w:t>vn 0.0147 0.9868 -0.1615</w:t>
        <w:br/>
        <w:t>vn 0.0337 0.9873 -0.1551</w:t>
        <w:br/>
        <w:t>vn 0.3720 -0.8848 -0.2807</w:t>
        <w:br/>
        <w:t>vn 0.4332 -0.8636 -0.2579</w:t>
        <w:br/>
        <w:t>vn 0.6907 0.2582 -0.6755</w:t>
        <w:br/>
        <w:t>vn 0.0544 0.9890 -0.1377</w:t>
        <w:br/>
        <w:t>vn 0.6952 0.2983 -0.6540</w:t>
        <w:br/>
        <w:t>vn 0.1099 0.9896 -0.0924</w:t>
        <w:br/>
        <w:t>vn 0.5262 -0.8266 -0.1993</w:t>
        <w:br/>
        <w:t>vn 0.8728 0.2088 -0.4412</w:t>
        <w:br/>
        <w:t>vn 0.4697 -0.8758 -0.1113</w:t>
        <w:br/>
        <w:t>vn 0.0827 0.9932 -0.0825</w:t>
        <w:br/>
        <w:t>vn 0.9177 0.1960 -0.3455</w:t>
        <w:br/>
        <w:t>vn 0.3569 -0.9341 -0.0118</w:t>
        <w:br/>
        <w:t>vn 0.4010 -0.9157 -0.0250</w:t>
        <w:br/>
        <w:t>vn 0.1765 0.9833 -0.0452</w:t>
        <w:br/>
        <w:t>vn 0.2279 0.9733 -0.0279</w:t>
        <w:br/>
        <w:t>vn 0.4255 -0.9043 -0.0337</w:t>
        <w:br/>
        <w:t>vn 0.9677 0.2390 -0.0798</w:t>
        <w:br/>
        <w:t>vn 0.9598 0.2732 -0.0641</w:t>
        <w:br/>
        <w:t>vn 0.4052 -0.9114 0.0714</w:t>
        <w:br/>
        <w:t>vn 0.2437 0.9697 0.0200</w:t>
        <w:br/>
        <w:t>vn 0.9574 0.2551 0.1353</w:t>
        <w:br/>
        <w:t>vn 0.2696 0.9621 0.0399</w:t>
        <w:br/>
        <w:t>vn 0.9487 0.2294 0.2174</w:t>
        <w:br/>
        <w:t>vn 0.3884 -0.9186 0.0732</w:t>
        <w:br/>
        <w:t>vn 0.2733 0.9570 0.0970</w:t>
        <w:br/>
        <w:t>vn 0.9159 0.2107 0.3416</w:t>
        <w:br/>
        <w:t>vn 0.2601 0.9568 0.1297</w:t>
        <w:br/>
        <w:t>vn 0.4641 -0.8730 0.1497</w:t>
        <w:br/>
        <w:t>vn 0.8908 0.1751 0.4194</w:t>
        <w:br/>
        <w:t>vn 0.4077 -0.9085 0.0916</w:t>
        <w:br/>
        <w:t>vn 0.4669 -0.8701 0.1580</w:t>
        <w:br/>
        <w:t>vn 0.1845 0.9652 0.1853</w:t>
        <w:br/>
        <w:t>vn 0.8310 0.1496 0.5358</w:t>
        <w:br/>
        <w:t>vn 0.1802 0.9643 0.1940</w:t>
        <w:br/>
        <w:t>vn 0.1039 0.9710 0.2154</w:t>
        <w:br/>
        <w:t>vn 0.4558 -0.8578 0.2374</w:t>
        <w:br/>
        <w:t>vn 0.7865 0.1155 0.6067</w:t>
        <w:br/>
        <w:t>vn 0.4099 -0.8785 0.2453</w:t>
        <w:br/>
        <w:t>vn 0.0770 0.9689 0.2350</w:t>
        <w:br/>
        <w:t>vn 0.6297 0.1049 0.7697</w:t>
        <w:br/>
        <w:t>vn 0.0589 0.9633 0.2620</w:t>
        <w:br/>
        <w:t>vn 0.0715 0.9537 0.2923</w:t>
        <w:br/>
        <w:t>vn 0.4980 0.1024 0.8611</w:t>
        <w:br/>
        <w:t>vn 0.4744 0.1323 0.8703</w:t>
        <w:br/>
        <w:t>vn 0.3232 -0.9057 0.2743</w:t>
        <w:br/>
        <w:t>vn 0.6364 0.0808 0.7671</w:t>
        <w:br/>
        <w:t>vn 0.3202 -0.9018 0.2902</w:t>
        <w:br/>
        <w:t>vn 0.2339 -0.9443 0.2317</w:t>
        <w:br/>
        <w:t>vn 0.2522 -0.9261 0.2807</w:t>
        <w:br/>
        <w:t>vn 0.9190 0.2948 0.2617</w:t>
        <w:br/>
        <w:t>vn 0.9084 0.3495 0.2295</w:t>
        <w:br/>
        <w:t>vn 0.9137 0.3596 0.1895</w:t>
        <w:br/>
        <w:t>vn 0.8908 0.3282 0.3143</w:t>
        <w:br/>
        <w:t>vn 0.8702 0.4330 0.2352</w:t>
        <w:br/>
        <w:t>vn 0.8496 0.1761 0.4971</w:t>
        <w:br/>
        <w:t>vn 0.8472 0.3838 0.3673</w:t>
        <w:br/>
        <w:t>vn 0.7922 0.2453 0.5588</w:t>
        <w:br/>
        <w:t>vn 0.6213 0.1988 0.7579</w:t>
        <w:br/>
        <w:t>vn 0.7558 0.2137 0.6190</w:t>
        <w:br/>
        <w:t>vn 0.6276 0.1758 0.7584</w:t>
        <w:br/>
        <w:t>vn 0.5984 0.1280 0.7909</w:t>
        <w:br/>
        <w:t>vn 0.4802 0.1344 0.8668</w:t>
        <w:br/>
        <w:t>vn 0.5417 0.1748 0.8222</w:t>
        <w:br/>
        <w:t>vn 0.4101 0.1737 0.8953</w:t>
        <w:br/>
        <w:t>vn 0.3989 0.1602 0.9029</w:t>
        <w:br/>
        <w:t>vn 0.2506 0.1292 0.9594</w:t>
        <w:br/>
        <w:t>vn 0.2494 0.1184 0.9611</w:t>
        <w:br/>
        <w:t>vn 0.2501 0.0632 0.9662</w:t>
        <w:br/>
        <w:t>vn 0.2213 0.0955 0.9705</w:t>
        <w:br/>
        <w:t>vn 0.1525 0.1117 0.9820</w:t>
        <w:br/>
        <w:t>vn 0.1015 0.0840 0.9913</w:t>
        <w:br/>
        <w:t>vn 0.1652 0.0679 0.9839</w:t>
        <w:br/>
        <w:t>vn 0.1965 -0.0013 0.9805</w:t>
        <w:br/>
        <w:t>vn 0.0877 0.0125 0.9961</w:t>
        <w:br/>
        <w:t>vn 0.0014 0.1264 0.9920</w:t>
        <w:br/>
        <w:t>vn -0.0679 0.1348 0.9885</w:t>
        <w:br/>
        <w:t>vn -0.0034 0.0901 0.9959</w:t>
        <w:br/>
        <w:t>vn -0.0006 0.0005 1.0000</w:t>
        <w:br/>
        <w:t>vn -0.0893 0.0172 0.9959</w:t>
        <w:br/>
        <w:t>vn -0.1494 0.1515 0.9771</w:t>
        <w:br/>
        <w:t>vn -0.1865 0.1743 0.9669</w:t>
        <w:br/>
        <w:t>vn -0.1594 0.0755 0.9843</w:t>
        <w:br/>
        <w:t>vn -0.1853 0.0087 0.9826</w:t>
        <w:br/>
        <w:t>vn -0.2124 0.1124 0.9707</w:t>
        <w:br/>
        <w:t>vn -0.2284 0.1680 0.9590</w:t>
        <w:br/>
        <w:t>vn -0.2627 0.1931 0.9454</w:t>
        <w:br/>
        <w:t>vn -0.2488 0.1650 0.9544</w:t>
        <w:br/>
        <w:t>vn -0.3608 0.1873 0.9136</w:t>
        <w:br/>
        <w:t>vn -0.4280 0.1745 0.8868</w:t>
        <w:br/>
        <w:t>vn -0.4708 0.1806 0.8636</w:t>
        <w:br/>
        <w:t>vn -0.5798 0.1689 0.7970</w:t>
        <w:br/>
        <w:t>vn -0.6304 0.1478 0.7621</w:t>
        <w:br/>
        <w:t>vn -0.6213 0.1660 0.7658</w:t>
        <w:br/>
        <w:t>vn -0.5418 0.1748 0.8222</w:t>
        <w:br/>
        <w:t>vn -0.7801 0.1805 0.5991</w:t>
        <w:br/>
        <w:t>vn -0.7777 0.1869 0.6002</w:t>
        <w:br/>
        <w:t>vn -0.8529 0.1807 0.4899</w:t>
        <w:br/>
        <w:t>vn -0.8865 0.2547 0.3863</w:t>
        <w:br/>
        <w:t>vn -0.9135 0.2450 0.3249</w:t>
        <w:br/>
        <w:t>vn -0.9309 0.2689 0.2472</w:t>
        <w:br/>
        <w:t>vn -0.9438 0.3017 0.1354</w:t>
        <w:br/>
        <w:t>vn -0.9509 0.2943 0.0958</w:t>
        <w:br/>
        <w:t>vn -0.9458 0.3198 0.0556</w:t>
        <w:br/>
        <w:t>vn -0.9448 0.3238 -0.0490</w:t>
        <w:br/>
        <w:t>vn -0.9455 0.3256 -0.0114</w:t>
        <w:br/>
        <w:t>vn -0.9266 0.3713 0.0601</w:t>
        <w:br/>
        <w:t>vn -0.8813 0.3607 -0.3053</w:t>
        <w:br/>
        <w:t>vn -0.8749 0.3158 -0.3671</w:t>
        <w:br/>
        <w:t>vn -0.8342 0.3537 -0.4230</w:t>
        <w:br/>
        <w:t>vn -0.8074 0.4200 -0.4145</w:t>
        <w:br/>
        <w:t>vn -0.8754 0.4252 -0.2300</w:t>
        <w:br/>
        <w:t>vn -0.6013 0.4111 -0.6852</w:t>
        <w:br/>
        <w:t>vn -0.7649 0.4678 -0.4429</w:t>
        <w:br/>
        <w:t>vn -0.6057 0.4425 -0.6613</w:t>
        <w:br/>
        <w:t>vn -0.6018 0.4428 -0.6647</w:t>
        <w:br/>
        <w:t>vn -0.4455 0.4434 -0.7778</w:t>
        <w:br/>
        <w:t>vn -0.4083 0.4376 -0.8011</w:t>
        <w:br/>
        <w:t>vn -0.3735 0.4366 -0.8185</w:t>
        <w:br/>
        <w:t>vn -0.2427 0.4371 -0.8660</w:t>
        <w:br/>
        <w:t>vn -0.2691 0.4257 -0.8639</w:t>
        <w:br/>
        <w:t>vn -0.2998 0.4340 -0.8496</w:t>
        <w:br/>
        <w:t>vn -0.1890 0.3801 -0.9054</w:t>
        <w:br/>
        <w:t>vn -0.1009 0.3679 -0.9244</w:t>
        <w:br/>
        <w:t>vn -0.0141 0.3728 -0.9278</w:t>
        <w:br/>
        <w:t>vn -0.0336 0.2694 -0.9624</w:t>
        <w:br/>
        <w:t>vn 0.0018 0.2947 -0.9556</w:t>
        <w:br/>
        <w:t>vn -0.0173 0.3065 -0.9517</w:t>
        <w:br/>
        <w:t>vn 0.0861 0.2898 -0.9532</w:t>
        <w:br/>
        <w:t>vn 0.0577 0.3501 -0.9349</w:t>
        <w:br/>
        <w:t>vn 0.0646 0.3388 -0.9386</w:t>
        <w:br/>
        <w:t>vn 0.2697 0.4338 -0.8597</w:t>
        <w:br/>
        <w:t>vn 0.2367 0.4334 -0.8695</w:t>
        <w:br/>
        <w:t>vn 0.2811 0.3090 -0.9086</w:t>
        <w:br/>
        <w:t>vn 0.3958 0.5689 -0.7209</w:t>
        <w:br/>
        <w:t>vn 0.4358 0.4615 -0.7727</w:t>
        <w:br/>
        <w:t>vn 0.4995 0.3145 -0.8072</w:t>
        <w:br/>
        <w:t>vn 0.5710 0.6111 -0.5481</w:t>
        <w:br/>
        <w:t>vn 0.6164 0.4889 -0.6172</w:t>
        <w:br/>
        <w:t>vn 0.6204 0.3928 -0.6788</w:t>
        <w:br/>
        <w:t>vn 0.7424 0.5209 -0.4212</w:t>
        <w:br/>
        <w:t>vn 0.7340 0.5891 -0.3379</w:t>
        <w:br/>
        <w:t>vn 0.7464 0.5753 -0.3345</w:t>
        <w:br/>
        <w:t>vn 0.8445 0.5285 -0.0869</w:t>
        <w:br/>
        <w:t>vn 0.8387 0.5248 -0.1451</w:t>
        <w:br/>
        <w:t>vn 0.8166 0.5349 -0.2169</w:t>
        <w:br/>
        <w:t>vn 0.8894 0.4509 -0.0756</w:t>
        <w:br/>
        <w:t>vn 0.8948 0.4463 0.0100</w:t>
        <w:br/>
        <w:t>vn 0.9022 0.4275 0.0574</w:t>
        <w:br/>
        <w:t>vn 0.9238 -0.3129 0.2206</w:t>
        <w:br/>
        <w:t>vn 0.9167 -0.2746 0.2904</w:t>
        <w:br/>
        <w:t>vn 0.7082 -0.4109 0.5741</w:t>
        <w:br/>
        <w:t>vn 0.6411 -0.3941 0.6585</w:t>
        <w:br/>
        <w:t>vn 0.8972 -0.2461 0.3667</w:t>
        <w:br/>
        <w:t>vn 0.3267 -0.5072 0.7975</w:t>
        <w:br/>
        <w:t>vn 0.5719 -0.3637 0.7352</w:t>
        <w:br/>
        <w:t>vn 0.2214 -0.4668 0.8562</w:t>
        <w:br/>
        <w:t>vn -0.0020 -0.5339 0.8456</w:t>
        <w:br/>
        <w:t>vn 0.0940 -0.4020 0.9108</w:t>
        <w:br/>
        <w:t>vn -0.2951 -0.4386 0.8489</w:t>
        <w:br/>
        <w:t>vn -0.2989 -0.5153 0.8032</w:t>
        <w:br/>
        <w:t>vn -0.3374 -0.3781 0.8621</w:t>
        <w:br/>
        <w:t>vn -0.6630 -0.2622 0.7012</w:t>
        <w:br/>
        <w:t>vn -0.6650 -0.4119 0.6230</w:t>
        <w:br/>
        <w:t>vn -0.7363 -0.2818 0.6152</w:t>
        <w:br/>
        <w:t>vn -0.8610 -0.1677 0.4802</w:t>
        <w:br/>
        <w:t>vn -0.8627 -0.1375 0.4867</w:t>
        <w:br/>
        <w:t>vn -0.8106 -0.2781 0.5153</w:t>
        <w:br/>
        <w:t>vn 0.0178 -0.9939 -0.1088</w:t>
        <w:br/>
        <w:t>vn 0.0252 -0.9935 -0.1106</w:t>
        <w:br/>
        <w:t>vn 0.0179 -0.9939 -0.1088</w:t>
        <w:br/>
        <w:t>vn -0.2689 0.1622 -0.9494</w:t>
        <w:br/>
        <w:t>vn 0.0104 -0.9942 -0.1069</w:t>
        <w:br/>
        <w:t>vn -0.8227 -0.2940 0.4866</w:t>
        <w:br/>
        <w:t>vn -0.8184 -0.3071 0.4856</w:t>
        <w:br/>
        <w:t>vn -0.8654 -0.3200 0.3857</w:t>
        <w:br/>
        <w:t>vn -0.9308 -0.3302 0.1568</w:t>
        <w:br/>
        <w:t>vn -0.9472 -0.3202 -0.0145</w:t>
        <w:br/>
        <w:t>vn -0.9331 -0.2483 -0.2601</w:t>
        <w:br/>
        <w:t>vn -0.9112 -0.1863 -0.3675</w:t>
        <w:br/>
        <w:t>vn -0.8106 -0.1120 -0.5748</w:t>
        <w:br/>
        <w:t>vn -0.6985 -0.1012 -0.7084</w:t>
        <w:br/>
        <w:t>vn -0.5852 -0.0884 -0.8060</w:t>
        <w:br/>
        <w:t>vn -0.4114 -0.1976 -0.8898</w:t>
        <w:br/>
        <w:t>vn 0.0589 -0.9799 -0.1904</w:t>
        <w:br/>
        <w:t>vn 0.0397 -0.9790 -0.1997</w:t>
        <w:br/>
        <w:t>vn -0.5523 -0.2961 0.7793</w:t>
        <w:br/>
        <w:t>vn 0.0780 -0.9804 -0.1809</w:t>
        <w:br/>
        <w:t>vn -0.7615 0.0504 -0.6462</w:t>
        <w:br/>
        <w:t>vn -0.6709 -0.0423 -0.7403</w:t>
        <w:br/>
        <w:t>vn -0.7236 0.0806 -0.6855</w:t>
        <w:br/>
        <w:t>vn -0.5622 -0.0002 -0.8270</w:t>
        <w:br/>
        <w:t>vn -0.4980 -0.1245 -0.8582</w:t>
        <w:br/>
        <w:t>vn -0.3002 -0.0902 -0.9496</w:t>
        <w:br/>
        <w:t>vn -0.3064 0.0320 -0.9514</w:t>
        <w:br/>
        <w:t>vn -0.0348 -0.2547 -0.9664</w:t>
        <w:br/>
        <w:t>vn 0.0239 -0.0004 -0.9997</w:t>
        <w:br/>
        <w:t>vn 0.2464 -0.1437 -0.9585</w:t>
        <w:br/>
        <w:t>vn 0.4655 -0.2826 -0.8387</w:t>
        <w:br/>
        <w:t>vn 0.6182 -0.0362 -0.7852</w:t>
        <w:br/>
        <w:t>vn 0.6811 -0.1524 -0.7161</w:t>
        <w:br/>
        <w:t>vn 0.7226 -0.2372 -0.6493</w:t>
        <w:br/>
        <w:t>vn 0.8770 -0.0544 -0.4773</w:t>
        <w:br/>
        <w:t>vn 0.8942 -0.1441 -0.4238</w:t>
        <w:br/>
        <w:t>vn 0.9217 -0.2369 -0.3072</w:t>
        <w:br/>
        <w:t>vn 0.9887 -0.1351 -0.0646</w:t>
        <w:br/>
        <w:t>vn 0.9731 -0.2295 -0.0211</w:t>
        <w:br/>
        <w:t>vn 0.9579 -0.2858 0.0290</w:t>
        <w:br/>
        <w:t>vn 0.8972 -0.2462 0.3666</w:t>
        <w:br/>
        <w:t>vn 0.0455 -0.8175 -0.5741</w:t>
        <w:br/>
        <w:t>vn -0.0185 -0.7910 -0.6116</w:t>
        <w:br/>
        <w:t>vn 0.0459 -0.7945 -0.6055</w:t>
        <w:br/>
        <w:t>vn -0.0782 -0.7934 -0.6037</w:t>
        <w:br/>
        <w:t>vn -0.1909 -0.8424 -0.5039</w:t>
        <w:br/>
        <w:t>vn 0.0786 0.2284 -0.9704</w:t>
        <w:br/>
        <w:t>vn 0.1062 0.1905 -0.9759</w:t>
        <w:br/>
        <w:t>vn 0.0115 0.2418 -0.9703</w:t>
        <w:br/>
        <w:t>vn 0.0155 0.9965 -0.0824</w:t>
        <w:br/>
        <w:t>vn 0.0176 0.9930 -0.1165</w:t>
        <w:br/>
        <w:t>vn 0.0172 0.9977 -0.0653</w:t>
        <w:br/>
        <w:t>vn -0.0682 0.2714 -0.9600</w:t>
        <w:br/>
        <w:t>vn 0.0169 0.9949 -0.0997</w:t>
        <w:br/>
        <w:t>vn -0.1958 -0.8313 -0.5202</w:t>
        <w:br/>
        <w:t>vn -0.2476 0.2782 -0.9281</w:t>
        <w:br/>
        <w:t>vn 0.0024 0.9865 -0.1638</w:t>
        <w:br/>
        <w:t>vn -0.2512 0.2803 -0.9265</w:t>
        <w:br/>
        <w:t>vn -0.0123 0.9831 -0.1828</w:t>
        <w:br/>
        <w:t>vn -0.2680 -0.8843 -0.3824</w:t>
        <w:br/>
        <w:t>vn -0.2927 -0.8977 -0.3293</w:t>
        <w:br/>
        <w:t>vn -0.4216 0.2782 -0.8630</w:t>
        <w:br/>
        <w:t>vn -0.0210 0.9845 -0.1739</w:t>
        <w:br/>
        <w:t>vn -0.4765 0.2776 -0.8342</w:t>
        <w:br/>
        <w:t>vn -0.0144 0.9867 -0.1617</w:t>
        <w:br/>
        <w:t>vn -0.0337 0.9873 -0.1550</w:t>
        <w:br/>
        <w:t>vn -0.3719 -0.8848 -0.2807</w:t>
        <w:br/>
        <w:t>vn -0.4332 -0.8636 -0.2579</w:t>
        <w:br/>
        <w:t>vn -0.6907 0.2582 -0.6755</w:t>
        <w:br/>
        <w:t>vn -0.0544 0.9890 -0.1377</w:t>
        <w:br/>
        <w:t>vn -0.6952 0.2983 -0.6540</w:t>
        <w:br/>
        <w:t>vn -0.1098 0.9896 -0.0924</w:t>
        <w:br/>
        <w:t>vn -0.5262 -0.8266 -0.1994</w:t>
        <w:br/>
        <w:t>vn -0.8728 0.2088 -0.4411</w:t>
        <w:br/>
        <w:t>vn -0.4697 -0.8758 -0.1114</w:t>
        <w:br/>
        <w:t>vn -0.0826 0.9932 -0.0825</w:t>
        <w:br/>
        <w:t>vn -0.9177 0.1960 -0.3455</w:t>
        <w:br/>
        <w:t>vn -0.1764 0.9833 -0.0452</w:t>
        <w:br/>
        <w:t>vn -0.2279 0.9733 -0.0279</w:t>
        <w:br/>
        <w:t>vn -0.9677 0.2390 -0.0798</w:t>
        <w:br/>
        <w:t>vn -0.9598 0.2732 -0.0641</w:t>
        <w:br/>
        <w:t>vn -0.4255 -0.9043 -0.0337</w:t>
        <w:br/>
        <w:t>vn -0.2437 0.9697 0.0200</w:t>
        <w:br/>
        <w:t>vn -0.9574 0.2551 0.1353</w:t>
        <w:br/>
        <w:t>vn -0.2696 0.9622 0.0399</w:t>
        <w:br/>
        <w:t>vn -0.3569 -0.9341 -0.0118</w:t>
        <w:br/>
        <w:t>vn -0.4011 -0.9157 -0.0250</w:t>
        <w:br/>
        <w:t>vn -0.4052 -0.9115 0.0714</w:t>
        <w:br/>
        <w:t>vn -0.9487 0.2294 0.2174</w:t>
        <w:br/>
        <w:t>vn -0.3884 -0.9186 0.0733</w:t>
        <w:br/>
        <w:t>vn -0.2733 0.9570 0.0970</w:t>
        <w:br/>
        <w:t>vn -0.9159 0.2107 0.3416</w:t>
        <w:br/>
        <w:t>vn -0.2601 0.9568 0.1297</w:t>
        <w:br/>
        <w:t>vn -0.4639 -0.8731 0.1497</w:t>
        <w:br/>
        <w:t>vn -0.8908 0.1751 0.4194</w:t>
        <w:br/>
        <w:t>vn -0.4080 -0.9083 0.0917</w:t>
        <w:br/>
        <w:t>vn -0.4668 -0.8701 0.1580</w:t>
        <w:br/>
        <w:t>vn -0.1845 0.9652 0.1853</w:t>
        <w:br/>
        <w:t>vn -0.8310 0.1496 0.5358</w:t>
        <w:br/>
        <w:t>vn -0.1802 0.9643 0.1940</w:t>
        <w:br/>
        <w:t>vn -0.1039 0.9710 0.2154</w:t>
        <w:br/>
        <w:t>vn -0.4556 -0.8580 0.2372</w:t>
        <w:br/>
        <w:t>vn -0.7865 0.1155 0.6067</w:t>
        <w:br/>
        <w:t>vn -0.4098 -0.8786 0.2452</w:t>
        <w:br/>
        <w:t>vn -0.0770 0.9689 0.2350</w:t>
        <w:br/>
        <w:t>vn -0.6297 0.1049 0.7697</w:t>
        <w:br/>
        <w:t>vn -0.0590 0.9632 0.2621</w:t>
        <w:br/>
        <w:t>vn -0.0716 0.9537 0.2923</w:t>
        <w:br/>
        <w:t>vn -0.4744 0.1323 0.8703</w:t>
        <w:br/>
        <w:t>vn -0.4980 0.1024 0.8611</w:t>
        <w:br/>
        <w:t>vn -0.3232 -0.9058 0.2742</w:t>
        <w:br/>
        <w:t>vn -0.6364 0.0808 0.7671</w:t>
        <w:br/>
        <w:t>vn -0.3206 -0.9018 0.2898</w:t>
        <w:br/>
        <w:t>vn -0.2522 -0.9260 0.2808</w:t>
        <w:br/>
        <w:t>vn -0.2339 -0.9442 0.2318</w:t>
        <w:br/>
        <w:t>vn -0.7092 -0.4067 0.5759</w:t>
        <w:br/>
        <w:t>vn -0.9173 -0.2709 0.2918</w:t>
        <w:br/>
        <w:t>vn -0.9246 -0.3095 0.2221</w:t>
        <w:br/>
        <w:t>vn -0.6420 -0.3898 0.6603</w:t>
        <w:br/>
        <w:t>vn -0.8978 -0.2422 0.3679</w:t>
        <w:br/>
        <w:t>vn -0.3278 -0.5032 0.7996</w:t>
        <w:br/>
        <w:t>vn -0.5727 -0.3593 0.7369</w:t>
        <w:br/>
        <w:t>vn -0.2224 -0.4628 0.8581</w:t>
        <w:br/>
        <w:t>vn 0.0008 -0.5306 0.8477</w:t>
        <w:br/>
        <w:t>vn -0.0948 -0.3982 0.9124</w:t>
        <w:br/>
        <w:t>vn 0.2942 -0.4361 0.8505</w:t>
        <w:br/>
        <w:t>vn 0.2978 -0.5129 0.8051</w:t>
        <w:br/>
        <w:t>vn 0.3367 -0.3756 0.8635</w:t>
        <w:br/>
        <w:t>vn 0.6625 -0.2613 0.7020</w:t>
        <w:br/>
        <w:t>vn 0.6641 -0.4113 0.6244</w:t>
        <w:br/>
        <w:t>vn 0.7357 -0.2814 0.6161</w:t>
        <w:br/>
        <w:t>vn 0.8606 -0.1679 0.4809</w:t>
        <w:br/>
        <w:t>vn 0.8624 -0.1380 0.4870</w:t>
        <w:br/>
        <w:t>vn 0.8100 -0.2783 0.5162</w:t>
        <w:br/>
        <w:t>vn -0.0206 -0.9943 -0.1049</w:t>
        <w:br/>
        <w:t>vn -0.0280 -0.9939 -0.1067</w:t>
        <w:br/>
        <w:t>vn 0.2690 0.1577 -0.9501</w:t>
        <w:br/>
        <w:t>vn -0.0132 -0.9946 -0.1030</w:t>
        <w:br/>
        <w:t>vn 0.8220 -0.2943 0.4875</w:t>
        <w:br/>
        <w:t>vn 0.8178 -0.3075 0.4866</w:t>
        <w:br/>
        <w:t>vn 0.8646 -0.3209 0.3867</w:t>
        <w:br/>
        <w:t>vn 0.9299 -0.3321 0.1578</w:t>
        <w:br/>
        <w:t>vn 0.9464 -0.3228 -0.0136</w:t>
        <w:br/>
        <w:t>vn 0.9323 -0.2519 -0.2594</w:t>
        <w:br/>
        <w:t>vn 0.9105 -0.1902 -0.3670</w:t>
        <w:br/>
        <w:t>vn 0.8101 -0.1165 -0.5746</w:t>
        <w:br/>
        <w:t>vn 0.6980 -0.1059 -0.7083</w:t>
        <w:br/>
        <w:t>vn 0.5847 -0.0932 -0.8059</w:t>
        <w:br/>
        <w:t>vn 0.4106 -0.2022 -0.8891</w:t>
        <w:br/>
        <w:t>vn -0.0617 -0.9805 -0.1865</w:t>
        <w:br/>
        <w:t>vn -0.0425 -0.9797 -0.1959</w:t>
        <w:br/>
        <w:t>vn 0.5518 -0.2946 0.7802</w:t>
        <w:br/>
        <w:t>vn -0.0808 -0.9809 -0.1770</w:t>
        <w:br/>
        <w:t>vn 0.6706 -0.0471 -0.7404</w:t>
        <w:br/>
        <w:t>vn 0.7614 0.0457 -0.6467</w:t>
        <w:br/>
        <w:t>vn 0.7236 0.0759 -0.6860</w:t>
        <w:br/>
        <w:t>vn 0.5619 -0.0050 -0.8272</w:t>
        <w:br/>
        <w:t>vn 0.4973 -0.1293 -0.8579</w:t>
        <w:br/>
        <w:t>vn 0.2996 -0.0948 -0.9493</w:t>
        <w:br/>
        <w:t>vn 0.3062 0.0274 -0.9516</w:t>
        <w:br/>
        <w:t>vn 0.0338 -0.2586 -0.9654</w:t>
        <w:br/>
        <w:t>vn -0.0242 -0.0043 -0.9997</w:t>
        <w:br/>
        <w:t>vn -0.2471 -0.1468 -0.9578</w:t>
        <w:br/>
        <w:t>vn -0.4665 -0.2846 -0.8374</w:t>
        <w:br/>
        <w:t>vn -0.6185 -0.0376 -0.7849</w:t>
        <w:br/>
        <w:t>vn -0.6817 -0.1536 -0.7153</w:t>
        <w:br/>
        <w:t>vn -0.7234 -0.2378 -0.6482</w:t>
        <w:br/>
        <w:t>vn -0.8773 -0.0539 -0.4768</w:t>
        <w:br/>
        <w:t>vn -0.8948 -0.1433 -0.4229</w:t>
        <w:br/>
        <w:t>vn -0.9224 -0.2356 -0.3060</w:t>
        <w:br/>
        <w:t>vn -0.9891 -0.1326 -0.0638</w:t>
        <w:br/>
        <w:t>vn -0.9737 -0.2269 -0.0199</w:t>
        <w:br/>
        <w:t>vn -0.9586 -0.2830 0.0304</w:t>
        <w:br/>
        <w:t>vn 0.8048 -0.5855 -0.0971</w:t>
        <w:br/>
        <w:t>vn 0.5665 -0.8235 -0.0322</w:t>
        <w:br/>
        <w:t>vn 0.5596 -0.8248 -0.0807</w:t>
        <w:br/>
        <w:t>vn 0.8939 -0.4472 0.0308</w:t>
        <w:br/>
        <w:t>vn 0.5100 -0.8581 0.0589</w:t>
        <w:br/>
        <w:t>vn 0.9959 0.0552 -0.0713</w:t>
        <w:br/>
        <w:t>vn 0.7987 -0.5094 0.3203</w:t>
        <w:br/>
        <w:t>vn 0.4614 -0.8724 0.1612</w:t>
        <w:br/>
        <w:t>vn 0.9948 0.0142 0.1009</w:t>
        <w:br/>
        <w:t>vn 0.9574 0.0351 0.2867</w:t>
        <w:br/>
        <w:t>vn 0.9987 -0.0080 -0.0498</w:t>
        <w:br/>
        <w:t>vn 0.4289 -0.8633 0.2659</w:t>
        <w:br/>
        <w:t>vn 0.1361 -0.9192 0.3694</w:t>
        <w:br/>
        <w:t>vn 0.9911 -0.0222 0.1309</w:t>
        <w:br/>
        <w:t>vn 0.9997 -0.0172 -0.0160</w:t>
        <w:br/>
        <w:t>vn 0.8929 -0.0405 0.4484</w:t>
        <w:br/>
        <w:t>vn 0.9829 -0.0400 0.1798</w:t>
        <w:br/>
        <w:t>vn 0.9994 -0.0332 0.0099</w:t>
        <w:br/>
        <w:t>vn 0.8869 -0.0510 0.4591</w:t>
        <w:br/>
        <w:t>vn 0.6687 -0.0417 0.7423</w:t>
        <w:br/>
        <w:t>vn 0.6254 -0.0332 0.7796</w:t>
        <w:br/>
        <w:t>vn 0.6525 -0.0744 0.7541</w:t>
        <w:br/>
        <w:t>vn 0.8500 -0.0748 0.5215</w:t>
        <w:br/>
        <w:t>vn 0.9762 -0.0564 0.2092</w:t>
        <w:br/>
        <w:t>vn 0.9990 -0.0372 0.0262</w:t>
        <w:br/>
        <w:t>vn 0.6278 -0.0941 0.7726</w:t>
        <w:br/>
        <w:t>vn 0.9702 -0.0621 0.2341</w:t>
        <w:br/>
        <w:t>vn 0.9980 -0.0482 0.0407</w:t>
        <w:br/>
        <w:t>vn 0.8226 -0.0977 0.5602</w:t>
        <w:br/>
        <w:t>vn 0.9643 -0.0694 0.2556</w:t>
        <w:br/>
        <w:t>vn 0.9984 -0.0334 0.0455</w:t>
        <w:br/>
        <w:t>vn 0.8528 -0.0945 0.5137</w:t>
        <w:br/>
        <w:t>vn 0.9736 -0.0612 0.2199</w:t>
        <w:br/>
        <w:t>vn 0.9992 -0.0191 0.0353</w:t>
        <w:br/>
        <w:t>vn 0.9979 -0.0579 0.0277</w:t>
        <w:br/>
        <w:t>vn 0.8225 -0.1008 0.5597</w:t>
        <w:br/>
        <w:t>vn 0.7374 -0.1180 0.6651</w:t>
        <w:br/>
        <w:t>vn 0.5994 -0.1436 0.7875</w:t>
        <w:br/>
        <w:t>vn 0.6233 -0.1804 0.7609</w:t>
        <w:br/>
        <w:t>vn 0.4762 -0.1063 0.8729</w:t>
        <w:br/>
        <w:t>vn 0.2417 -0.2001 0.9495</w:t>
        <w:br/>
        <w:t>vn 0.2260 -0.0811 0.9708</w:t>
        <w:br/>
        <w:t>vn 0.1279 -0.1163 0.9849</w:t>
        <w:br/>
        <w:t>vn 0.1592 -0.0563 0.9856</w:t>
        <w:br/>
        <w:t>vn -0.2904 -0.1151 0.9500</w:t>
        <w:br/>
        <w:t>vn 0.0750 -0.4768 0.8758</w:t>
        <w:br/>
        <w:t>vn -0.3243 -0.0794 0.9426</w:t>
        <w:br/>
        <w:t>vn -0.3210 -0.0651 0.9448</w:t>
        <w:br/>
        <w:t>vn -0.1772 -0.9236 0.3398</w:t>
        <w:br/>
        <w:t>vn -0.3134 -0.0724 0.9469</w:t>
        <w:br/>
        <w:t>vn -0.1761 -0.9287 0.3262</w:t>
        <w:br/>
        <w:t>vn -0.3156 -0.9259 0.2077</w:t>
        <w:br/>
        <w:t>vn -0.3176 -0.9246 0.2103</w:t>
        <w:br/>
        <w:t>vn -0.5351 -0.0681 0.8420</w:t>
        <w:br/>
        <w:t>vn -0.3786 -0.9169 0.1267</w:t>
        <w:br/>
        <w:t>vn -0.3746 -0.9192 0.1216</w:t>
        <w:br/>
        <w:t>vn -0.6805 0.1476 -0.7177</w:t>
        <w:br/>
        <w:t>vn -0.5971 0.1605 -0.7859</w:t>
        <w:br/>
        <w:t>vn -0.6565 0.1657 -0.7359</w:t>
        <w:br/>
        <w:t>vn -0.6462 -0.0292 0.7626</w:t>
        <w:br/>
        <w:t>vn -0.7994 -0.0345 0.5998</w:t>
        <w:br/>
        <w:t>vn -0.7481 0.1318 -0.6504</w:t>
        <w:br/>
        <w:t>vn -0.7691 -0.0198 0.6388</w:t>
        <w:br/>
        <w:t>vn -0.7774 0.1154 -0.6183</w:t>
        <w:br/>
        <w:t>vn -0.6084 -0.0427 0.7925</w:t>
        <w:br/>
        <w:t>vn -0.7632 0.1168 -0.6355</w:t>
        <w:br/>
        <w:t>vn -0.7088 -0.0563 0.7032</w:t>
        <w:br/>
        <w:t>vn -0.7010 0.1151 -0.7038</w:t>
        <w:br/>
        <w:t>vn -0.7162 -0.0479 0.6962</w:t>
        <w:br/>
        <w:t>vn -0.6784 0.1102 -0.7263</w:t>
        <w:br/>
        <w:t>vn -0.5934 -0.0811 0.8008</w:t>
        <w:br/>
        <w:t>vn -0.6494 0.1063 -0.7530</w:t>
        <w:br/>
        <w:t>vn -0.7276 -0.0422 0.6847</w:t>
        <w:br/>
        <w:t>vn -0.6274 0.1104 -0.7708</w:t>
        <w:br/>
        <w:t>vn -0.4715 -0.1403 0.8706</w:t>
        <w:br/>
        <w:t>vn -0.6195 0.1033 -0.7781</w:t>
        <w:br/>
        <w:t>vn -0.6603 0.1053 -0.7436</w:t>
        <w:br/>
        <w:t>vn -0.6802 -0.0843 0.7282</w:t>
        <w:br/>
        <w:t>vn -0.7639 -0.0460 0.6437</w:t>
        <w:br/>
        <w:t>vn -0.6735 0.0747 -0.7354</w:t>
        <w:br/>
        <w:t>vn -0.7463 0.0739 -0.6615</w:t>
        <w:br/>
        <w:t>vn -0.6340 0.0470 -0.7719</w:t>
        <w:br/>
        <w:t>vn -0.6940 -0.1114 0.7113</w:t>
        <w:br/>
        <w:t>vn -0.8501 -0.0393 0.5252</w:t>
        <w:br/>
        <w:t>vn -0.5410 0.0363 -0.8402</w:t>
        <w:br/>
        <w:t>vn -0.5061 0.0237 -0.8622</w:t>
        <w:br/>
        <w:t>vn -0.8147 -0.0231 0.5795</w:t>
        <w:br/>
        <w:t>vn -0.8291 0.0436 0.5574</w:t>
        <w:br/>
        <w:t>vn -0.6884 -0.0474 0.7238</w:t>
        <w:br/>
        <w:t>vn -0.3494 -0.2090 0.9134</w:t>
        <w:br/>
        <w:t>vn -0.4495 0.0164 -0.8931</w:t>
        <w:br/>
        <w:t>vn -0.4104 0.0084 -0.9119</w:t>
        <w:br/>
        <w:t>vn -0.6226 0.0603 0.7802</w:t>
        <w:br/>
        <w:t>vn -0.8099 0.0256 0.5860</w:t>
        <w:br/>
        <w:t>vn -0.3205 -0.0459 0.9461</w:t>
        <w:br/>
        <w:t>vn -0.2209 -0.1690 0.9606</w:t>
        <w:br/>
        <w:t>vn 0.2024 -0.2478 0.9474</w:t>
        <w:br/>
        <w:t>vn 0.6314 -0.1139 0.7671</w:t>
        <w:br/>
        <w:t>vn 0.1791 -0.0023 0.9838</w:t>
        <w:br/>
        <w:t>vn 0.8184 -0.0896 0.5676</w:t>
        <w:br/>
        <w:t>vn 0.5945 -0.0257 0.8037</w:t>
        <w:br/>
        <w:t>vn -0.2385 0.1307 0.9623</w:t>
        <w:br/>
        <w:t>vn -0.2930 0.0532 0.9546</w:t>
        <w:br/>
        <w:t>vn 0.5137 -0.0066 0.8579</w:t>
        <w:br/>
        <w:t>vn -0.6542 0.0254 0.7559</w:t>
        <w:br/>
        <w:t>vn 0.0849 0.0141 0.9963</w:t>
        <w:br/>
        <w:t>vn -0.3550 -0.0159 0.9347</w:t>
        <w:br/>
        <w:t>vn -0.7964 0.0022 0.6048</w:t>
        <w:br/>
        <w:t>vn -0.4034 0.0052 -0.9150</w:t>
        <w:br/>
        <w:t>vn -0.6778 -0.0007 0.7352</w:t>
        <w:br/>
        <w:t>vn -0.3752 0.0038 -0.9269</w:t>
        <w:br/>
        <w:t>vn -0.7882 -0.0004 0.6154</w:t>
        <w:br/>
        <w:t>vn -0.3953 0.0027 -0.9186</w:t>
        <w:br/>
        <w:t>vn -0.3964 -0.0293 0.9176</w:t>
        <w:br/>
        <w:t>vn -0.4291 0.0019 -0.9032</w:t>
        <w:br/>
        <w:t>vn -0.4118 0.0054 -0.9112</w:t>
        <w:br/>
        <w:t>vn -0.7031 -0.0243 0.7107</w:t>
        <w:br/>
        <w:t>vn -0.8181 -0.0494 0.5730</w:t>
        <w:br/>
        <w:t>vn -0.3594 0.0132 -0.9331</w:t>
        <w:br/>
        <w:t>vn -0.3106 0.0151 -0.9504</w:t>
        <w:br/>
        <w:t>vn -0.7194 -0.0489 0.6929</w:t>
        <w:br/>
        <w:t>vn -0.8003 -0.0389 0.5983</w:t>
        <w:br/>
        <w:t>vn -0.3122 0.0230 -0.9497</w:t>
        <w:br/>
        <w:t>vn -0.3188 0.0221 -0.9476</w:t>
        <w:br/>
        <w:t>vn -0.7925 -0.0417 0.6085</w:t>
        <w:br/>
        <w:t>vn -0.7208 -0.0392 0.6921</w:t>
        <w:br/>
        <w:t>vn -0.7043 -0.0482 0.7083</w:t>
        <w:br/>
        <w:t>vn -0.4419 -0.0581 0.8952</w:t>
        <w:br/>
        <w:t>vn -0.4651 -0.0676 0.8827</w:t>
        <w:br/>
        <w:t>vn -0.4779 -0.0645 0.8760</w:t>
        <w:br/>
        <w:t>vn -0.3843 -0.0377 0.9224</w:t>
        <w:br/>
        <w:t>vn -0.0805 -0.0470 0.9956</w:t>
        <w:br/>
        <w:t>vn -0.0649 -0.0256 0.9976</w:t>
        <w:br/>
        <w:t>vn 0.1899 -0.0240 0.9815</w:t>
        <w:br/>
        <w:t>vn -0.0870 -0.0915 0.9920</w:t>
        <w:br/>
        <w:t>vn 0.1400 -0.0741 0.9874</w:t>
        <w:br/>
        <w:t>vn 0.4936 -0.1073 0.8631</w:t>
        <w:br/>
        <w:t>vn 0.7347 -0.1083 0.6697</w:t>
        <w:br/>
        <w:t>vn 0.2614 -0.1181 0.9580</w:t>
        <w:br/>
        <w:t>vn -0.0221 -0.0993 0.9948</w:t>
        <w:br/>
        <w:t>vn 0.8161 -0.1177 0.5658</w:t>
        <w:br/>
        <w:t>vn 0.8518 -0.0652 0.5197</w:t>
        <w:br/>
        <w:t>vn 0.6680 -0.1155 0.7352</w:t>
        <w:br/>
        <w:t>vn 0.8619 -0.0717 0.5019</w:t>
        <w:br/>
        <w:t>vn 0.9479 -0.0572 0.3133</w:t>
        <w:br/>
        <w:t>vn 0.4713 -0.1322 0.8720</w:t>
        <w:br/>
        <w:t>vn 0.8915 -0.0913 0.4437</w:t>
        <w:br/>
        <w:t>vn 0.9926 -0.0766 0.0943</w:t>
        <w:br/>
        <w:t>vn 0.9970 -0.0627 0.0451</w:t>
        <w:br/>
        <w:t>vn 0.9949 -0.0660 -0.0764</w:t>
        <w:br/>
        <w:t>vn 0.9950 -0.0678 -0.0733</w:t>
        <w:br/>
        <w:t>vn 0.9902 -0.0867 0.1097</w:t>
        <w:br/>
        <w:t>vn 0.9965 -0.0738 -0.0386</w:t>
        <w:br/>
        <w:t>vn 0.8410 -0.1178 0.5281</w:t>
        <w:br/>
        <w:t>vn 0.9823 -0.0931 0.1624</w:t>
        <w:br/>
        <w:t>vn 0.9971 -0.0762 0.0093</w:t>
        <w:br/>
        <w:t>vn 0.8056 -0.1399 0.5757</w:t>
        <w:br/>
        <w:t>vn 0.9634 -0.0863 0.2537</w:t>
        <w:br/>
        <w:t>vn 0.9972 -0.0730 0.0148</w:t>
        <w:br/>
        <w:t>vn 0.4434 -0.1371 0.8858</w:t>
        <w:br/>
        <w:t>vn 0.7650 -0.1074 0.6350</w:t>
        <w:br/>
        <w:t>vn 0.9589 -0.0798 0.2724</w:t>
        <w:br/>
        <w:t>vn 0.8764 -0.0892 0.4732</w:t>
        <w:br/>
        <w:t>vn 0.7867 -0.0507 0.6153</w:t>
        <w:br/>
        <w:t>vn 0.6631 -0.0249 0.7481</w:t>
        <w:br/>
        <w:t>vn 0.4672 -0.0977 0.8787</w:t>
        <w:br/>
        <w:t>vn 0.0944 -0.0582 0.9938</w:t>
        <w:br/>
        <w:t>vn 0.0275 -0.0787 0.9965</w:t>
        <w:br/>
        <w:t>vn 0.9689 0.0773 -0.2352</w:t>
        <w:br/>
        <w:t>vn 0.9850 0.0562 -0.1632</w:t>
        <w:br/>
        <w:t>vn 0.9693 0.0589 -0.2385</w:t>
        <w:br/>
        <w:t>vn 0.9892 0.0743 -0.1263</w:t>
        <w:br/>
        <w:t>vn 0.9985 0.0381 0.0395</w:t>
        <w:br/>
        <w:t>vn 0.9656 0.0995 -0.2402</w:t>
        <w:br/>
        <w:t>vn 0.9974 0.0457 0.0552</w:t>
        <w:br/>
        <w:t>vn 0.9793 -0.0120 0.2021</w:t>
        <w:br/>
        <w:t>vn 0.9877 0.0788 -0.1349</w:t>
        <w:br/>
        <w:t>vn 0.9614 0.0821 -0.2627</w:t>
        <w:br/>
        <w:t>vn 0.9701 0.0188 0.2421</w:t>
        <w:br/>
        <w:t>vn 0.9322 -0.0089 0.3617</w:t>
        <w:br/>
        <w:t>vn 0.9256 0.0221 0.3778</w:t>
        <w:br/>
        <w:t>vn 0.9968 0.0624 0.0505</w:t>
        <w:br/>
        <w:t>vn 0.9873 0.0763 -0.1391</w:t>
        <w:br/>
        <w:t>vn 0.9595 0.0903 -0.2668</w:t>
        <w:br/>
        <w:t>vn 0.9685 0.0400 0.2458</w:t>
        <w:br/>
        <w:t>vn 0.9231 0.0300 0.3834</w:t>
        <w:br/>
        <w:t>vn 0.9965 0.0648 0.0527</w:t>
        <w:br/>
        <w:t>vn 0.9866 0.0933 -0.1338</w:t>
        <w:br/>
        <w:t>vn 0.9659 0.0643 -0.2509</w:t>
        <w:br/>
        <w:t>vn 0.9658 0.0510 0.2542</w:t>
        <w:br/>
        <w:t>vn 0.9154 0.0465 0.3999</w:t>
        <w:br/>
        <w:t>vn 0.9952 0.0835 0.0514</w:t>
        <w:br/>
        <w:t>vn 0.9898 0.0855 -0.1137</w:t>
        <w:br/>
        <w:t>vn 0.9821 0.0453 -0.1828</w:t>
        <w:br/>
        <w:t>vn 0.9624 0.0711 0.2621</w:t>
        <w:br/>
        <w:t>vn 0.9138 0.0624 0.4014</w:t>
        <w:br/>
        <w:t>vn 0.9942 0.0934 0.0525</w:t>
        <w:br/>
        <w:t>vn 0.9925 0.0999 -0.0699</w:t>
        <w:br/>
        <w:t>vn 0.9917 0.0826 -0.0988</w:t>
        <w:br/>
        <w:t>vn 0.9613 0.0810 0.2632</w:t>
        <w:br/>
        <w:t>vn 0.9155 0.0667 0.3968</w:t>
        <w:br/>
        <w:t>vn 0.9923 0.1114 0.0547</w:t>
        <w:br/>
        <w:t>vn 0.9915 0.1253 -0.0339</w:t>
        <w:br/>
        <w:t>vn 0.9859 0.1629 -0.0370</w:t>
        <w:br/>
        <w:t>vn 0.9602 0.0971 0.2620</w:t>
        <w:br/>
        <w:t>vn 0.9148 0.0894 0.3939</w:t>
        <w:br/>
        <w:t>vn 0.9900 0.1295 0.0555</w:t>
        <w:br/>
        <w:t>vn 0.9832 0.1796 -0.0315</w:t>
        <w:br/>
        <w:t>vn 0.9496 0.3037 -0.0782</w:t>
        <w:br/>
        <w:t>vn 0.9580 0.1147 0.2629</w:t>
        <w:br/>
        <w:t>vn 0.9119 0.1040 0.3971</w:t>
        <w:br/>
        <w:t>vn 0.9844 0.1663 0.0581</w:t>
        <w:br/>
        <w:t>vn 0.9600 0.2692 -0.0772</w:t>
        <w:br/>
        <w:t>vn 0.9071 0.3773 -0.1867</w:t>
        <w:br/>
        <w:t>vn 0.9531 0.1494 0.2633</w:t>
        <w:br/>
        <w:t>vn 0.9051 0.1439 0.4000</w:t>
        <w:br/>
        <w:t>vn 0.9721 0.2279 0.0555</w:t>
        <w:br/>
        <w:t>vn 0.9342 0.3326 -0.1289</w:t>
        <w:br/>
        <w:t>vn 0.8867 0.3949 -0.2404</w:t>
        <w:br/>
        <w:t>vn 0.9392 0.2160 0.2671</w:t>
        <w:br/>
        <w:t>vn 0.8970 0.2058 0.3913</w:t>
        <w:br/>
        <w:t>vn 0.9485 0.3122 0.0534</w:t>
        <w:br/>
        <w:t>vn 0.9195 0.3774 -0.1096</w:t>
        <w:br/>
        <w:t>vn 0.6265 -0.7638 -0.1550</w:t>
        <w:br/>
        <w:t>vn 0.7634 -0.6317 -0.1347</w:t>
        <w:br/>
        <w:t>vn 0.7301 -0.6566 -0.1892</w:t>
        <w:br/>
        <w:t>vn 0.9203 0.2877 0.2653</w:t>
        <w:br/>
        <w:t>vn 0.8877 0.2582 0.3812</w:t>
        <w:br/>
        <w:t>vn 0.9939 -0.0337 0.1051</w:t>
        <w:br/>
        <w:t>vn 0.5761 -0.8150 -0.0628</w:t>
        <w:br/>
        <w:t>vn 0.7786 -0.6272 -0.0195</w:t>
        <w:br/>
        <w:t>vn 0.1645 -0.9860 -0.0272</w:t>
        <w:br/>
        <w:t>vn 0.9466 0.0640 0.3160</w:t>
        <w:br/>
        <w:t>vn 0.8973 -0.1290 0.4222</w:t>
        <w:br/>
        <w:t>vn 0.7791 -0.5425 0.3141</w:t>
        <w:br/>
        <w:t>vn 0.7952 -0.5717 0.2018</w:t>
        <w:br/>
        <w:t>vn 0.7791 -0.5425 0.3140</w:t>
        <w:br/>
        <w:t>vn 0.3621 -0.9231 0.1296</w:t>
        <w:br/>
        <w:t>vn 0.2491 -0.9644 0.0893</w:t>
        <w:br/>
        <w:t>vn 0.5144 -0.8561 0.0508</w:t>
        <w:br/>
        <w:t>vn 0.1232 -0.9919 0.0322</w:t>
        <w:br/>
        <w:t>vn 0.2490 -0.9644 0.0893</w:t>
        <w:br/>
        <w:t>vn -0.2659 -0.9597 -0.0908</w:t>
        <w:br/>
        <w:t>vn 0.0902 -0.9958 0.0126</w:t>
        <w:br/>
        <w:t>vn -0.3723 -0.9227 0.1002</w:t>
        <w:br/>
        <w:t>vn 0.0103 -0.9999 0.0090</w:t>
        <w:br/>
        <w:t>vn -0.3883 -0.9142 -0.1157</w:t>
        <w:br/>
        <w:t>vn -0.7102 -0.6433 -0.2860</w:t>
        <w:br/>
        <w:t>vn -0.5043 -0.8599 0.0787</w:t>
        <w:br/>
        <w:t>vn -0.7974 -0.5719 0.1923</w:t>
        <w:br/>
        <w:t>vn -0.4834 -0.8742 -0.0457</w:t>
        <w:br/>
        <w:t>vn -0.8046 -0.5424 -0.2418</w:t>
        <w:br/>
        <w:t>vn -0.8976 -0.2279 -0.3772</w:t>
        <w:br/>
        <w:t>vn -0.8568 -0.5126 -0.0555</w:t>
        <w:br/>
        <w:t>vn -0.8463 -0.5143 0.1389</w:t>
        <w:br/>
        <w:t>vn -0.9152 -0.3332 0.2266</w:t>
        <w:br/>
        <w:t>vn -0.9361 -0.2145 -0.2786</w:t>
        <w:br/>
        <w:t>vn -0.9321 -0.1054 -0.3465</w:t>
        <w:br/>
        <w:t>vn -0.9631 -0.2478 0.1046</w:t>
        <w:br/>
        <w:t>vn -0.9737 -0.1657 0.1565</w:t>
        <w:br/>
        <w:t>vn -0.9850 -0.1432 -0.0961</w:t>
        <w:br/>
        <w:t>vn -0.9892 -0.1325 0.0633</w:t>
        <w:br/>
        <w:t>vn -0.9631 -0.2159 0.1607</w:t>
        <w:br/>
        <w:t>vn -0.9653 -0.0834 -0.2473</w:t>
        <w:br/>
        <w:t>vn -0.9878 -0.1280 -0.0886</w:t>
        <w:br/>
        <w:t>vn -0.9833 -0.1787 0.0337</w:t>
        <w:br/>
        <w:t>vn -0.9886 -0.1153 0.0972</w:t>
        <w:br/>
        <w:t>vn -0.9785 -0.1553 -0.1359</w:t>
        <w:br/>
        <w:t>vn -0.9468 -0.1398 -0.2897</w:t>
        <w:br/>
        <w:t>vn -0.9327 -0.1479 -0.3288</w:t>
        <w:br/>
        <w:t>vn -0.9896 -0.1377 0.0409</w:t>
        <w:br/>
        <w:t>vn -0.9856 -0.1324 0.1051</w:t>
        <w:br/>
        <w:t>vn -0.9751 -0.1926 -0.1102</w:t>
        <w:br/>
        <w:t>vn -0.9339 -0.1703 -0.3143</w:t>
        <w:br/>
        <w:t>vn -0.9094 -0.1406 -0.3914</w:t>
        <w:br/>
        <w:t>vn -0.9853 -0.1478 0.0858</w:t>
        <w:br/>
        <w:t>vn -0.9839 -0.1108 0.1401</w:t>
        <w:br/>
        <w:t>vn -0.9831 -0.1201 -0.1385</w:t>
        <w:br/>
        <w:t>vn -0.9345 -0.1390 -0.3277</w:t>
        <w:br/>
        <w:t>vn -0.9000 -0.1446 -0.4111</w:t>
        <w:br/>
        <w:t>vn -0.9929 -0.1019 0.0617</w:t>
        <w:br/>
        <w:t>vn -0.9845 -0.1016 0.1427</w:t>
        <w:br/>
        <w:t>vn -0.9857 -0.0846 -0.1460</w:t>
        <w:br/>
        <w:t>vn -0.9426 -0.1353 -0.3053</w:t>
        <w:br/>
        <w:t>vn -0.8941 -0.1340 -0.4272</w:t>
        <w:br/>
        <w:t>vn -0.9962 -0.0822 0.0284</w:t>
        <w:br/>
        <w:t>vn -0.9897 -0.0837 0.1160</w:t>
        <w:br/>
        <w:t>vn -0.9874 -0.1023 -0.1207</w:t>
        <w:br/>
        <w:t>vn -0.9451 -0.1376 -0.2963</w:t>
        <w:br/>
        <w:t>vn -0.8888 -0.1302 -0.4394</w:t>
        <w:br/>
        <w:t>vn -0.9954 -0.0922 0.0256</w:t>
        <w:br/>
        <w:t>vn -0.9898 -0.0968 0.1046</w:t>
        <w:br/>
        <w:t>vn -0.9854 -0.1479 -0.0846</w:t>
        <w:br/>
        <w:t>vn -0.9396 -0.1398 -0.3123</w:t>
        <w:br/>
        <w:t>vn -0.8853 -0.1196 -0.4494</w:t>
        <w:br/>
        <w:t>vn -0.9941 -0.0969 0.0479</w:t>
        <w:br/>
        <w:t>vn -0.9953 -0.0686 0.0683</w:t>
        <w:br/>
        <w:t>vn -0.9908 -0.1041 -0.0861</w:t>
        <w:br/>
        <w:t>vn -0.9389 -0.1022 -0.3286</w:t>
        <w:br/>
        <w:t>vn -0.8813 -0.1053 -0.4608</w:t>
        <w:br/>
        <w:t>vn -0.9956 -0.0768 0.0532</w:t>
        <w:br/>
        <w:t>vn -0.9820 -0.0982 0.1615</w:t>
        <w:br/>
        <w:t>vn -0.9917 -0.0968 -0.0847</w:t>
        <w:br/>
        <w:t>vn -0.9393 -0.0990 -0.3284</w:t>
        <w:br/>
        <w:t>vn -0.8796 -0.0829 -0.4684</w:t>
        <w:br/>
        <w:t>vn -0.9872 -0.1429 0.0705</w:t>
        <w:br/>
        <w:t>vn -0.9854 -0.1350 -0.1039</w:t>
        <w:br/>
        <w:t>vn -0.9855 -0.1309 0.1079</w:t>
        <w:br/>
        <w:t>vn -0.9623 -0.0454 0.2682</w:t>
        <w:br/>
        <w:t>vn -0.9755 -0.1261 -0.1804</w:t>
        <w:br/>
        <w:t>vn -0.9275 -0.0878 -0.3633</w:t>
        <w:br/>
        <w:t>vn -0.9084 -0.0735 -0.4115</w:t>
        <w:br/>
        <w:t>vn -0.8812 -0.0743 -0.4669</w:t>
        <w:br/>
        <w:t>vn -0.8819 -0.0744 -0.4656</w:t>
        <w:br/>
        <w:t>vn -0.5527 -0.7162 -0.4261</w:t>
        <w:br/>
        <w:t>vn -0.5930 -0.7203 -0.3598</w:t>
        <w:br/>
        <w:t>vn -0.5088 -0.7077 -0.4902</w:t>
        <w:br/>
        <w:t>vn -0.4011 -0.6887 -0.6040</w:t>
        <w:br/>
        <w:t>vn -0.7959 0.4056 -0.4495</w:t>
        <w:br/>
        <w:t>vn -0.8955 0.1209 -0.4283</w:t>
        <w:br/>
        <w:t>vn -0.8395 0.3923 -0.3760</w:t>
        <w:br/>
        <w:t>vn -0.3372 -0.6779 -0.6533</w:t>
        <w:br/>
        <w:t>vn -0.1971 -0.6550 -0.7294</w:t>
        <w:br/>
        <w:t>vn -0.7921 0.1427 -0.5934</w:t>
        <w:br/>
        <w:t>vn -0.5902 0.4423 -0.6753</w:t>
        <w:br/>
        <w:t>vn -0.7785 -0.3160 -0.5422</w:t>
        <w:br/>
        <w:t>vn -0.7937 -0.4307 -0.4296</w:t>
        <w:br/>
        <w:t>vn -0.6564 -0.5432 -0.5235</w:t>
        <w:br/>
        <w:t>vn -0.7268 -0.5523 -0.4082</w:t>
        <w:br/>
        <w:t>vn -0.5678 -0.2923 -0.7695</w:t>
        <w:br/>
        <w:t>vn -0.4307 -0.5042 -0.7485</w:t>
        <w:br/>
        <w:t>vn -0.6168 0.1726 -0.7680</w:t>
        <w:br/>
        <w:t>vn -0.3998 0.2071 -0.8929</w:t>
        <w:br/>
        <w:t>vn -0.2764 -0.2765 -0.9204</w:t>
        <w:br/>
        <w:t>vn -0.1810 -0.4643 -0.8670</w:t>
        <w:br/>
        <w:t>vn -0.3130 0.4860 -0.8160</w:t>
        <w:br/>
        <w:t>vn -0.1211 -0.6430 -0.7562</w:t>
        <w:br/>
        <w:t>vn 0.0761 -0.6130 -0.7864</w:t>
        <w:br/>
        <w:t>vn -0.0573 0.2598 -0.9640</w:t>
        <w:br/>
        <w:t>vn 0.0263 -0.3006 -0.9534</w:t>
        <w:br/>
        <w:t>vn 0.0466 -0.4301 -0.9016</w:t>
        <w:br/>
        <w:t>vn 0.2754 -0.3960 -0.8760</w:t>
        <w:br/>
        <w:t>vn 0.0760 -0.6133 -0.7862</w:t>
        <w:br/>
        <w:t>vn -0.0938 0.5199 -0.8491</w:t>
        <w:br/>
        <w:t>vn 0.3098 -0.1890 -0.9318</w:t>
        <w:br/>
        <w:t>vn 0.5692 -0.3555 -0.7413</w:t>
        <w:br/>
        <w:t>vn 0.2734 -0.5834 -0.7648</w:t>
        <w:br/>
        <w:t>vn 0.1284 0.5523 -0.8237</w:t>
        <w:br/>
        <w:t>vn 0.3539 -0.5610 -0.7483</w:t>
        <w:br/>
        <w:t>vn 0.2877 0.3139 -0.9048</w:t>
        <w:br/>
        <w:t>vn 0.5552 -0.1119 -0.8242</w:t>
        <w:br/>
        <w:t>vn 0.5464 -0.5068 -0.6668</w:t>
        <w:br/>
        <w:t>vn 0.3653 0.6014 -0.7105</w:t>
        <w:br/>
        <w:t>vn 0.5475 -0.5095 -0.6638</w:t>
        <w:br/>
        <w:t>vn 0.6921 -0.3214 -0.6463</w:t>
        <w:br/>
        <w:t>vn 0.5466 0.3589 -0.7566</w:t>
        <w:br/>
        <w:t>vn 0.7671 -0.1266 -0.6289</w:t>
        <w:br/>
        <w:t>vn 0.7962 -0.3261 -0.5096</w:t>
        <w:br/>
        <w:t>vn 0.7713 0.2954 -0.5638</w:t>
        <w:br/>
        <w:t>vn 0.6559 -0.4402 -0.6132</w:t>
        <w:br/>
        <w:t>vn 0.7622 0.3240 -0.5604</w:t>
        <w:br/>
        <w:t>vn 0.9228 -0.1086 -0.3696</w:t>
        <w:br/>
        <w:t>vn 0.9141 -0.3138 -0.2566</w:t>
        <w:br/>
        <w:t>vn 0.8692 0.3860 -0.3089</w:t>
        <w:br/>
        <w:t>vn 0.9941 -0.1053 -0.0276</w:t>
        <w:br/>
        <w:t>vn 0.9490 -0.3139 -0.0301</w:t>
        <w:br/>
        <w:t>vn 0.9435 -0.3138 0.1068</w:t>
        <w:br/>
        <w:t>vn 0.9869 -0.1072 0.1206</w:t>
        <w:br/>
        <w:t>vn 0.9494 0.2854 0.1313</w:t>
        <w:br/>
        <w:t>vn 0.8820 0.4710 -0.0151</w:t>
        <w:br/>
        <w:t>vn 0.9131 0.3864 0.1298</w:t>
        <w:br/>
        <w:t>vn 0.9317 0.2419 -0.2711</w:t>
        <w:br/>
        <w:t>vn 0.9850 0.1723 0.0061</w:t>
        <w:br/>
        <w:t>vn 0.9663 -0.2415 0.0895</w:t>
        <w:br/>
        <w:t>vn 0.9783 0.1001 -0.1814</w:t>
        <w:br/>
        <w:t>vn 0.8836 0.1382 -0.4474</w:t>
        <w:br/>
        <w:t>vn 0.9577 0.1637 -0.2368</w:t>
        <w:br/>
        <w:t>vn 0.9951 -0.0900 0.0421</w:t>
        <w:br/>
        <w:t>vn 0.8596 0.5102 0.0283</w:t>
        <w:br/>
        <w:t>vn 0.7834 0.5488 -0.2918</w:t>
        <w:br/>
        <w:t>vn 0.6696 0.7427 0.0044</w:t>
        <w:br/>
        <w:t>vn 0.7155 0.4932 -0.4948</w:t>
        <w:br/>
        <w:t>vn 0.5899 0.7126 -0.3798</w:t>
        <w:br/>
        <w:t>vn 0.2828 0.9590 0.0166</w:t>
        <w:br/>
        <w:t>vn 0.7561 0.5770 -0.3088</w:t>
        <w:br/>
        <w:t>vn 0.2239 0.9265 -0.3023</w:t>
        <w:br/>
        <w:t>vn -0.1142 0.9933 0.0187</w:t>
        <w:br/>
        <w:t>vn 0.5336 0.6701 -0.5159</w:t>
        <w:br/>
        <w:t>vn 0.1863 0.9617 -0.2012</w:t>
        <w:br/>
        <w:t>vn -0.0875 0.9960 0.0161</w:t>
        <w:br/>
        <w:t>vn 0.5791 0.7531 -0.3122</w:t>
        <w:br/>
        <w:t>vn -0.0939 0.9953 -0.0230</w:t>
        <w:br/>
        <w:t>vn 0.5203 0.5746 -0.6318</w:t>
        <w:br/>
        <w:t>vn 0.3829 0.7445 -0.5469</w:t>
        <w:br/>
        <w:t>vn 0.1990 0.9151 -0.3508</w:t>
        <w:br/>
        <w:t>vn 0.0635 0.9041 -0.4225</w:t>
        <w:br/>
        <w:t>vn -0.1123 0.9922 -0.0536</w:t>
        <w:br/>
        <w:t>vn 0.2305 0.6624 -0.7128</w:t>
        <w:br/>
        <w:t>vn -0.0149 0.9250 -0.3796</w:t>
        <w:br/>
        <w:t>vn -0.1437 0.9889 -0.0374</w:t>
        <w:br/>
        <w:t>vn 0.1493 0.6172 -0.7725</w:t>
        <w:br/>
        <w:t>vn -0.0028 0.8952 -0.4457</w:t>
        <w:br/>
        <w:t>vn -0.6168 0.7759 -0.1325</w:t>
        <w:br/>
        <w:t>vn -0.8990 0.3641 -0.2435</w:t>
        <w:br/>
        <w:t>vn -0.8942 0.3771 -0.2412</w:t>
        <w:br/>
        <w:t>vn -0.9036 0.3509 -0.2458</w:t>
        <w:br/>
        <w:t>vn 0.1482 0.6053 -0.7821</w:t>
        <w:br/>
        <w:t>vn -0.9578 0.0625 -0.2804</w:t>
        <w:br/>
        <w:t>vn -0.9489 -0.1238 -0.2903</w:t>
        <w:br/>
        <w:t>vn -0.9489 -0.1237 -0.2903</w:t>
        <w:br/>
        <w:t>vn -0.9546 0.1101 -0.2767</w:t>
        <w:br/>
        <w:t>vn 0.1111 0.3362 -0.9352</w:t>
        <w:br/>
        <w:t>vn 0.1204 0.4632 -0.8780</w:t>
        <w:br/>
        <w:t>vn 0.0967 0.3200 -0.9425</w:t>
        <w:br/>
        <w:t>vn 0.1304 0.4961 -0.8584</w:t>
        <w:br/>
        <w:t>vn 0.1525 0.5945 -0.7895</w:t>
        <w:br/>
        <w:t>vn 0.1718 0.5536 -0.8149</w:t>
        <w:br/>
        <w:t>vn 0.2553 0.6025 -0.7562</w:t>
        <w:br/>
        <w:t>vn 0.2545 0.5581 -0.7898</w:t>
        <w:br/>
        <w:t>vn 0.4632 0.4897 -0.7387</w:t>
        <w:br/>
        <w:t>vn 0.4280 0.7220 -0.5436</w:t>
        <w:br/>
        <w:t>vn 0.5774 0.3706 -0.7275</w:t>
        <w:br/>
        <w:t>vn 0.0927 0.9900 -0.1061</w:t>
        <w:br/>
        <w:t>vn 0.0261 0.9918 -0.1254</w:t>
        <w:br/>
        <w:t>vn -0.0072 0.9909 -0.1347</w:t>
        <w:br/>
        <w:t>vn 0.7730 -0.1872 -0.6061</w:t>
        <w:br/>
        <w:t>vn -0.0050 0.9915 -0.1303</w:t>
        <w:br/>
        <w:t>vn 0.6921 -0.3214 -0.6462</w:t>
        <w:br/>
        <w:t>vn 0.6885 -0.1076 -0.7172</w:t>
        <w:br/>
        <w:t>vn -0.2861 0.9557 -0.0694</w:t>
        <w:br/>
        <w:t>vn -0.5517 0.8113 -0.1936</w:t>
        <w:br/>
        <w:t>vn -0.2959 0.9536 -0.0552</w:t>
        <w:br/>
        <w:t>vn -0.6330 0.7026 -0.3250</w:t>
        <w:br/>
        <w:t>vn -0.8782 0.2552 -0.4046</w:t>
        <w:br/>
        <w:t>vn -0.2526 0.9615 -0.1086</w:t>
        <w:br/>
        <w:t>vn -0.7783 0.2776 -0.5632</w:t>
        <w:br/>
        <w:t>vn -0.0170 -0.9911 -0.1323</w:t>
        <w:br/>
        <w:t>vn -0.2344 -0.9506 -0.2034</w:t>
        <w:br/>
        <w:t>vn -0.0131 -0.9949 -0.0996</w:t>
        <w:br/>
        <w:t>vn -0.5132 0.6730 -0.5326</w:t>
        <w:br/>
        <w:t>vn -0.2080 0.9686 -0.1359</w:t>
        <w:br/>
        <w:t>vn -0.3795 -0.8652 -0.3279</w:t>
        <w:br/>
        <w:t>vn -0.4727 -0.8261 -0.3069</w:t>
        <w:br/>
        <w:t>vn -0.2875 0.7596 -0.5834</w:t>
        <w:br/>
        <w:t>vn -0.1572 0.9764 -0.1480</w:t>
        <w:br/>
        <w:t>vn -0.3132 -0.8857 -0.3427</w:t>
        <w:br/>
        <w:t>vn -0.0754 -0.9891 -0.1265</w:t>
        <w:br/>
        <w:t>vn -0.0465 -0.9845 -0.1689</w:t>
        <w:br/>
        <w:t>vn -0.1170 -0.8979 -0.4244</w:t>
        <w:br/>
        <w:t>vn -0.0567 -0.7864 -0.6151</w:t>
        <w:br/>
        <w:t>vn -0.1274 -0.7090 -0.6936</w:t>
        <w:br/>
        <w:t>vn 0.0269 -0.9819 -0.1876</w:t>
        <w:br/>
        <w:t>vn -0.6101 0.3068 -0.7305</w:t>
        <w:br/>
        <w:t>vn 0.0301 -0.8202 -0.5712</w:t>
        <w:br/>
        <w:t>vn 0.0637 -0.9818 -0.1792</w:t>
        <w:br/>
        <w:t>vn -0.4030 0.3398 -0.8498</w:t>
        <w:br/>
        <w:t>vn 0.0872 -0.9786 -0.1863</w:t>
        <w:br/>
        <w:t>vn -0.1058 -0.8098 -0.5771</w:t>
        <w:br/>
        <w:t>vn -0.1519 -0.5821 -0.7988</w:t>
        <w:br/>
        <w:t>vn -0.2501 -0.7693 -0.5880</w:t>
        <w:br/>
        <w:t>vn -0.5052 -0.4599 -0.7303</w:t>
        <w:br/>
        <w:t>vn 0.1025 -0.9351 -0.3393</w:t>
        <w:br/>
        <w:t>vn -0.2800 -0.6924 -0.6650</w:t>
        <w:br/>
        <w:t>vn -0.7282 -0.4853 -0.4839</w:t>
        <w:br/>
        <w:t>vn -0.6847 -0.2648 -0.6790</w:t>
        <w:br/>
        <w:t>vn 0.1384 -0.9364 -0.3224</w:t>
        <w:br/>
        <w:t>vn 0.0887 -0.9472 -0.3082</w:t>
        <w:br/>
        <w:t>vn 0.1315 -0.9718 -0.1958</w:t>
        <w:br/>
        <w:t>vn -0.0759 0.3903 -0.9176</w:t>
        <w:br/>
        <w:t>vn 0.1628 -0.8177 -0.5522</w:t>
        <w:br/>
        <w:t>vn 0.2195 -0.9305 -0.2931</w:t>
        <w:br/>
        <w:t>vn 0.1472 -0.7809 -0.6070</w:t>
        <w:br/>
        <w:t>vn 0.2635 -0.7214 -0.6404</w:t>
        <w:br/>
        <w:t>vn 0.4145 -0.7430 -0.5255</w:t>
        <w:br/>
        <w:t>vn 0.3013 -0.9228 -0.2402</w:t>
        <w:br/>
        <w:t>vn 0.3049 -0.7912 -0.5302</w:t>
        <w:br/>
        <w:t>vn 0.1858 -0.9638 -0.1911</w:t>
        <w:br/>
        <w:t>vn 0.7501 -0.5931 -0.2925</w:t>
        <w:br/>
        <w:t>vn 0.3155 -0.9270 -0.2029</w:t>
        <w:br/>
        <w:t>vn 0.9112 -0.2973 -0.2852</w:t>
        <w:br/>
        <w:t>vn 0.9993 -0.0072 0.0363</w:t>
        <w:br/>
        <w:t>vn 0.4715 -0.7168 -0.5136</w:t>
        <w:br/>
        <w:t>vn 0.2435 -0.9558 -0.1645</w:t>
        <w:br/>
        <w:t>vn 0.5090 -0.8353 -0.2081</w:t>
        <w:br/>
        <w:t>vn 0.7535 -0.6365 -0.1646</w:t>
        <w:br/>
        <w:t>vn 0.5426 -0.7648 -0.3474</w:t>
        <w:br/>
        <w:t>vn 0.7646 -0.4583 -0.4532</w:t>
        <w:br/>
        <w:t>vn 0.2828 -0.9508 -0.1263</w:t>
        <w:br/>
        <w:t>vn 0.2773 -0.9514 -0.1337</w:t>
        <w:br/>
        <w:t>vn 0.6004 -0.6573 -0.4555</w:t>
        <w:br/>
        <w:t>vn 0.6277 -0.6384 -0.4454</w:t>
        <w:br/>
        <w:t>vn 0.3038 -0.9483 -0.0913</w:t>
        <w:br/>
        <w:t>vn 0.3146 -0.9455 -0.0844</w:t>
        <w:br/>
        <w:t>vn 0.6531 -0.6631 -0.3657</w:t>
        <w:br/>
        <w:t>vn 0.3797 -0.9241 -0.0435</w:t>
        <w:br/>
        <w:t>vn 0.4857 -0.8493 -0.2067</w:t>
        <w:br/>
        <w:t>vn 0.6075 -0.7938 -0.0275</w:t>
        <w:br/>
        <w:t>vn 0.3702 -0.9289 0.0128</w:t>
        <w:br/>
        <w:t>vn 0.7469 -0.6604 0.0777</w:t>
        <w:br/>
        <w:t>vn 0.7300 -0.6827 -0.0313</w:t>
        <w:br/>
        <w:t>vn 0.5350 -0.8442 0.0348</w:t>
        <w:br/>
        <w:t>vn 0.3262 -0.9450 -0.0238</w:t>
        <w:br/>
        <w:t>vn 0.3190 -0.9477 0.0029</w:t>
        <w:br/>
        <w:t>vn 0.8607 0.5089 -0.0128</w:t>
        <w:br/>
        <w:t>vn 0.6510 0.7506 0.1136</w:t>
        <w:br/>
        <w:t>vn 0.8564 0.4995 0.1304</w:t>
        <w:br/>
        <w:t>vn 0.4041 0.9146 0.0115</w:t>
        <w:br/>
        <w:t>vn 0.0226 0.9988 0.0429</w:t>
        <w:br/>
        <w:t>vn 0.0216 0.9997 0.0079</w:t>
        <w:br/>
        <w:t>vn 0.4783 0.8641 -0.1568</w:t>
        <w:br/>
        <w:t>vn 0.7923 0.5059 -0.3409</w:t>
        <w:br/>
        <w:t>vn 0.0097 0.9990 -0.0432</w:t>
        <w:br/>
        <w:t>vn 0.4337 0.8105 -0.3937</w:t>
        <w:br/>
        <w:t>vn 0.6733 0.4934 -0.5507</w:t>
        <w:br/>
        <w:t>vn -0.0173 0.9959 -0.0884</w:t>
        <w:br/>
        <w:t>vn 0.5053 0.4718 -0.7225</w:t>
        <w:br/>
        <w:t>vn 0.2181 0.8332 -0.5081</w:t>
        <w:br/>
        <w:t>vn -0.0569 0.9908 -0.1229</w:t>
        <w:br/>
        <w:t>vn 0.2540 0.4376 -0.8625</w:t>
        <w:br/>
        <w:t>vn 0.0412 0.8086 -0.5868</w:t>
        <w:br/>
        <w:t>vn -0.1051 0.9840 -0.1435</w:t>
        <w:br/>
        <w:t>vn -0.1299 0.8466 -0.5161</w:t>
        <w:br/>
        <w:t>vn -0.7326 -0.0988 -0.6735</w:t>
        <w:br/>
        <w:t>vn -0.5515 -0.0750 -0.8308</w:t>
        <w:br/>
        <w:t>vn -0.6990 -0.0907 -0.7093</w:t>
        <w:br/>
        <w:t>vn -0.3251 0.2019 -0.9239</w:t>
        <w:br/>
        <w:t>vn -0.4549 0.8577 -0.2395</w:t>
        <w:br/>
        <w:t>vn -0.4548 0.8578 -0.2395</w:t>
        <w:br/>
        <w:t>vn -0.4193 0.8759 -0.2386</w:t>
        <w:br/>
        <w:t>vn 0.2929 0.0420 -0.9552</w:t>
        <w:br/>
        <w:t>vn -0.2814 0.8472 -0.4506</w:t>
        <w:br/>
        <w:t>vn -0.7995 -0.2379 -0.5515</w:t>
        <w:br/>
        <w:t>vn -0.4847 -0.1923 -0.8533</w:t>
        <w:br/>
        <w:t>vn -0.8011 -0.2470 -0.5452</w:t>
        <w:br/>
        <w:t>vn 0.1288 0.6817 -0.7202</w:t>
        <w:br/>
        <w:t>vn -0.2815 0.8472 -0.4506</w:t>
        <w:br/>
        <w:t>vn 0.7613 0.4656 -0.4512</w:t>
        <w:br/>
        <w:t>vn 0.8520 0.1219 -0.5091</w:t>
        <w:br/>
        <w:t>vn 0.9797 0.1434 -0.1402</w:t>
        <w:br/>
        <w:t>vn 0.9850 0.1470 -0.0905</w:t>
        <w:br/>
        <w:t>vn 0.2416 0.9698 -0.0326</w:t>
        <w:br/>
        <w:t>vn 0.2750 0.9614 -0.0117</w:t>
        <w:br/>
        <w:t>vn 0.2594 0.9238 -0.2814</w:t>
        <w:br/>
        <w:t>vn 0.2751 0.9613 -0.0117</w:t>
        <w:br/>
        <w:t>vn 0.0300 0.8711 -0.4902</w:t>
        <w:br/>
        <w:t>vn 0.8091 -0.5006 -0.3077</w:t>
        <w:br/>
        <w:t>vn 0.9998 0.0175 0.0105</w:t>
        <w:br/>
        <w:t>vn 0.8338 0.0040 -0.5520</w:t>
        <w:br/>
        <w:t>vn 1.0000 0.0087 0.0036</w:t>
        <w:br/>
        <w:t>vn 0.3250 -0.3760 -0.8678</w:t>
        <w:br/>
        <w:t>vn 0.3063 -0.0635 -0.9498</w:t>
        <w:br/>
        <w:t>vn -0.2091 -0.7244 -0.6569</w:t>
        <w:br/>
        <w:t>vn 0.2626 -0.8520 -0.4529</w:t>
        <w:br/>
        <w:t>vn 0.4516 -0.8807 -0.1433</w:t>
        <w:br/>
        <w:t>vn 0.4468 -0.8944 -0.0174</w:t>
        <w:br/>
        <w:t>vn 0.4171 -0.9082 -0.0345</w:t>
        <w:br/>
        <w:t>vn -0.1164 -0.9742 -0.1932</w:t>
        <w:br/>
        <w:t>vn -0.0530 -0.9522 -0.3009</w:t>
        <w:br/>
        <w:t>vn -0.0800 -0.9786 -0.1895</w:t>
        <w:br/>
        <w:t>vn -0.7621 0.0306 -0.6467</w:t>
        <w:br/>
        <w:t>vn -0.5669 -0.0782 -0.8201</w:t>
        <w:br/>
        <w:t>vn -0.7498 -0.1012 -0.6539</w:t>
        <w:br/>
        <w:t>vn 0.8528 0.2216 -0.4729</w:t>
        <w:br/>
        <w:t>vn 0.9833 0.1424 -0.1132</w:t>
        <w:br/>
        <w:t>vn 0.8705 0.1251 -0.4760</w:t>
        <w:br/>
        <w:t>vn 0.2928 0.0438 -0.9552</w:t>
        <w:br/>
        <w:t>vn 0.9415 0.3184 -0.1106</w:t>
        <w:br/>
        <w:t>vn -0.3944 0.0633 -0.9168</w:t>
        <w:br/>
        <w:t>vn 0.2598 0.2355 -0.9365</w:t>
        <w:br/>
        <w:t>vn 0.7629 0.4703 -0.4436</w:t>
        <w:br/>
        <w:t>vn 0.8455 0.5236 -0.1051</w:t>
        <w:br/>
        <w:t>vn -0.4739 0.2949 -0.8297</w:t>
        <w:br/>
        <w:t>vn -0.7425 0.2986 -0.5997</w:t>
        <w:br/>
        <w:t>vn 0.2053 0.4598 -0.8640</w:t>
        <w:br/>
        <w:t>vn 0.5641 0.7428 -0.3606</w:t>
        <w:br/>
        <w:t>vn 0.5933 0.8007 -0.0826</w:t>
        <w:br/>
        <w:t>vn -0.0418 0.9438 -0.3280</w:t>
        <w:br/>
        <w:t>vn 0.0981 0.7473 -0.6572</w:t>
        <w:br/>
        <w:t>vn -0.4351 0.5947 -0.6760</w:t>
        <w:br/>
        <w:t>vn -0.6341 0.6130 -0.4713</w:t>
        <w:br/>
        <w:t>vn 0.6909 -0.6258 0.3621</w:t>
        <w:br/>
        <w:t>vn 0.6428 -0.6180 0.4526</w:t>
        <w:br/>
        <w:t>vn 0.7067 -0.6012 0.3729</w:t>
        <w:br/>
        <w:t>vn 0.5862 -0.6607 0.4689</w:t>
        <w:br/>
        <w:t>vn 0.3255 -0.6711 0.6661</w:t>
        <w:br/>
        <w:t>vn 0.8259 -0.3059 0.4736</w:t>
        <w:br/>
        <w:t>vn 0.3498 -0.7056 0.6163</w:t>
        <w:br/>
        <w:t>vn 0.6597 -0.3355 0.6725</w:t>
        <w:br/>
        <w:t>vn 0.0267 -0.7379 0.6743</w:t>
        <w:br/>
        <w:t>vn -0.0002 -0.7142 0.6999</w:t>
        <w:br/>
        <w:t>vn -0.2506 -0.7527 0.6088</w:t>
        <w:br/>
        <w:t>vn 0.2725 -0.3939 0.8778</w:t>
        <w:br/>
        <w:t>vn 0.6601 0.4553 0.5975</w:t>
        <w:br/>
        <w:t>vn 0.7404 0.4590 0.4911</w:t>
        <w:br/>
        <w:t>vn 0.7383 0.4594 0.4939</w:t>
        <w:br/>
        <w:t>vn 0.3220 0.4114 0.8527</w:t>
        <w:br/>
        <w:t>vn 0.5670 0.4414 0.6954</w:t>
        <w:br/>
        <w:t>vn 0.6550 0.4573 0.6016</w:t>
        <w:br/>
        <w:t>vn 0.7328 0.4607 0.5008</w:t>
        <w:br/>
        <w:t>vn 0.5305 0.7464 0.4018</w:t>
        <w:br/>
        <w:t>vn 0.3915 0.7342 0.5547</w:t>
        <w:br/>
        <w:t>vn 0.3213 0.4136 0.8519</w:t>
        <w:br/>
        <w:t>vn 0.0768 0.6931 0.7167</w:t>
        <w:br/>
        <w:t>vn 0.1674 0.3870 0.9068</w:t>
        <w:br/>
        <w:t>vn -0.1829 0.3391 0.9228</w:t>
        <w:br/>
        <w:t>vn -0.1995 0.6506 0.7327</w:t>
        <w:br/>
        <w:t>vn -0.5149 0.6106 0.6017</w:t>
        <w:br/>
        <w:t>vn -0.1552 0.3911 0.9072</w:t>
        <w:br/>
        <w:t>vn -0.1825 0.3342 0.9247</w:t>
        <w:br/>
        <w:t>vn -0.5826 0.2865 0.7606</w:t>
        <w:br/>
        <w:t>vn -0.5830 0.2815 0.7622</w:t>
        <w:br/>
        <w:t>vn -0.8347 0.2464 0.4925</w:t>
        <w:br/>
        <w:t>vn -0.7651 0.5701 0.2993</w:t>
        <w:br/>
        <w:t>vn -0.1310 -0.4472 0.8848</w:t>
        <w:br/>
        <w:t>vn -0.5401 0.2177 0.8129</w:t>
        <w:br/>
        <w:t>vn -0.2808 -0.7902 0.5447</w:t>
        <w:br/>
        <w:t>vn -0.4986 -0.7825 0.3730</w:t>
        <w:br/>
        <w:t>vn -0.5192 -0.5059 0.6888</w:t>
        <w:br/>
        <w:t>vn -0.4898 -0.8144 0.3111</w:t>
        <w:br/>
        <w:t>vn -0.5998 -0.7991 0.0420</w:t>
        <w:br/>
        <w:t>vn -0.8320 0.2449 0.4977</w:t>
        <w:br/>
        <w:t>vn -0.5730 -0.8125 -0.1068</w:t>
        <w:br/>
        <w:t>vn -0.5983 -0.7936 -0.1109</w:t>
        <w:br/>
        <w:t>vn -0.5480 -0.8356 0.0393</w:t>
        <w:br/>
        <w:t>vn -0.8271 -0.5449 -0.1377</w:t>
        <w:br/>
        <w:t>vn -0.7615 -0.5368 0.3634</w:t>
        <w:br/>
        <w:t>vn -0.8327 -0.5510 0.0551</w:t>
        <w:br/>
        <w:t>vn -0.9713 0.2281 0.0678</w:t>
        <w:br/>
        <w:t>vn -0.9647 0.2235 -0.1389</w:t>
        <w:br/>
        <w:t>vn -0.9651 0.2238 -0.1359</w:t>
        <w:br/>
        <w:t>vn -0.8922 0.2330 0.3869</w:t>
        <w:br/>
        <w:t>vn -0.9717 0.2263 0.0681</w:t>
        <w:br/>
        <w:t>vn -0.9709 0.2310 0.0634</w:t>
        <w:br/>
        <w:t>vn -0.9655 0.2267 -0.1282</w:t>
        <w:br/>
        <w:t>vn -0.8198 0.5640 -0.0996</w:t>
        <w:br/>
        <w:t>vn -0.8216 0.5675 0.0536</w:t>
        <w:br/>
        <w:t>vn -0.9516 -0.3051 -0.0358</w:t>
        <w:br/>
        <w:t>vn -0.8651 -0.4842 -0.1308</w:t>
        <w:br/>
        <w:t>vn -0.9477 -0.2890 -0.1358</w:t>
        <w:br/>
        <w:t>vn -0.8101 -0.5860 0.0210</w:t>
        <w:br/>
        <w:t>vn -0.8834 -0.3319 0.3307</w:t>
        <w:br/>
        <w:t>vn -0.8686 -0.4781 -0.1299</w:t>
        <w:br/>
        <w:t>vn -0.7099 -0.5949 0.3769</w:t>
        <w:br/>
        <w:t>vn -0.4628 -0.3136 0.8292</w:t>
        <w:br/>
        <w:t>vn -0.8765 -0.4771 0.0644</w:t>
        <w:br/>
        <w:t>vn -0.9968 -0.0721 -0.0342</w:t>
        <w:br/>
        <w:t>vn -0.9879 -0.0735 -0.1366</w:t>
        <w:br/>
        <w:t>vn -0.2756 0.9611 -0.0167</w:t>
        <w:br/>
        <w:t>vn -0.2736 0.9618 0.0050</w:t>
        <w:br/>
        <w:t>vn -0.2629 0.9648 -0.0077</w:t>
        <w:br/>
        <w:t>vn -0.2651 0.9633 0.0425</w:t>
        <w:br/>
        <w:t>vn -0.2647 0.9615 0.0739</w:t>
        <w:br/>
        <w:t>vn -0.9057 -0.0522 0.4207</w:t>
        <w:br/>
        <w:t>vn -0.2227 0.9688 0.1091</w:t>
        <w:br/>
        <w:t>vn -0.7243 -0.5520 0.4132</w:t>
        <w:br/>
        <w:t>vn -0.3283 -0.6512 0.6843</w:t>
        <w:br/>
        <w:t>vn -0.5155 -0.3543 0.7802</w:t>
        <w:br/>
        <w:t>vn -0.1958 0.9730 0.1224</w:t>
        <w:br/>
        <w:t>vn -0.4231 0.0237 0.9057</w:t>
        <w:br/>
        <w:t>vn -0.1144 0.9842 0.1352</w:t>
        <w:br/>
        <w:t>vn 0.1612 -0.2909 0.9431</w:t>
        <w:br/>
        <w:t>vn 0.2570 -0.4426 0.8591</w:t>
        <w:br/>
        <w:t>vn 0.1968 -0.2133 0.9570</w:t>
        <w:br/>
        <w:t>vn 0.7105 -0.0854 0.6985</w:t>
        <w:br/>
        <w:t>vn 0.1538 0.1050 0.9825</w:t>
        <w:br/>
        <w:t>vn 0.8327 -0.2411 0.4985</w:t>
        <w:br/>
        <w:t>vn 0.8476 -0.0321 0.5296</w:t>
        <w:br/>
        <w:t>vn -0.0385 0.9919 0.1212</w:t>
        <w:br/>
        <w:t>vn 0.6832 0.1684 0.7105</w:t>
        <w:br/>
        <w:t>vn -0.0169 0.9940 0.1082</w:t>
        <w:br/>
        <w:t>vn 0.6917 -0.4294 0.5807</w:t>
        <w:br/>
        <w:t>vn 0.8337 -0.2308 0.5017</w:t>
        <w:br/>
        <w:t>vn 0.6627 -0.3430 0.6657</w:t>
        <w:br/>
        <w:t>vn 0.8249 0.1820 0.5352</w:t>
        <w:br/>
        <w:t>vn 0.0045 0.9955 0.0949</w:t>
        <w:br/>
        <w:t>vn 0.0050 0.9954 0.0955</w:t>
        <w:br/>
        <w:t>vn -0.7778 -0.6271 -0.0421</w:t>
        <w:br/>
        <w:t>vn -0.7812 -0.6078 -0.1425</w:t>
        <w:br/>
        <w:t>vn -0.7973 -0.6020 -0.0422</w:t>
        <w:br/>
        <w:t>vn -0.7404 -0.6458 -0.1867</w:t>
        <w:br/>
        <w:t>vn -0.6677 -0.6155 -0.4188</w:t>
        <w:br/>
        <w:t>vn -0.9524 -0.3007 -0.0496</w:t>
        <w:br/>
        <w:t>vn -0.6134 -0.6564 -0.4392</w:t>
        <w:br/>
        <w:t>vn -0.3729 -0.6580 -0.6542</w:t>
        <w:br/>
        <w:t>vn -0.9025 -0.3065 -0.3025</w:t>
        <w:br/>
        <w:t>vn -0.8882 0.4104 -0.2068</w:t>
        <w:br/>
        <w:t>vn -0.8109 0.5839 -0.0378</w:t>
        <w:br/>
        <w:t>vn -0.7080 -0.4098 -0.5751</w:t>
        <w:br/>
        <w:t>vn -0.8056 0.5263 -0.2721</w:t>
        <w:br/>
        <w:t>vn -0.9310 0.3616 -0.0492</w:t>
        <w:br/>
        <w:t>vn -0.6979 0.4118 -0.5860</w:t>
        <w:br/>
        <w:t>vn -0.8569 0.4841 -0.1772</w:t>
        <w:br/>
        <w:t>vn -0.8760 0.4795 -0.0524</w:t>
        <w:br/>
        <w:t>vn -0.6432 0.7648 -0.0374</w:t>
        <w:br/>
        <w:t>vn -0.6005 0.7637 -0.2370</w:t>
        <w:br/>
        <w:t>vn -0.7028 0.4145 -0.5782</w:t>
        <w:br/>
        <w:t>vn -0.4447 0.7441 -0.4985</w:t>
        <w:br/>
        <w:t>vn -0.6102 0.5207 -0.5970</w:t>
        <w:br/>
        <w:t>vn -0.3110 0.4231 -0.8511</w:t>
        <w:br/>
        <w:t>vn -0.1439 0.7111 -0.6882</w:t>
        <w:br/>
        <w:t>vn -0.3340 0.4210 -0.8433</w:t>
        <w:br/>
        <w:t>vn -0.3118 0.4215 -0.8515</w:t>
        <w:br/>
        <w:t>vn 0.1132 0.4805 -0.8696</w:t>
        <w:br/>
        <w:t>vn 0.1306 0.6724 -0.7286</w:t>
        <w:br/>
        <w:t>vn 0.4563 0.6327 -0.6257</w:t>
        <w:br/>
        <w:t>vn 0.0872 0.2415 -0.9665</w:t>
        <w:br/>
        <w:t>vn 0.4675 0.2456 -0.8492</w:t>
        <w:br/>
        <w:t>vn 0.7876 0.2693 -0.5543</w:t>
        <w:br/>
        <w:t>vn 0.7313 0.5865 -0.3482</w:t>
        <w:br/>
        <w:t>vn 0.5440 0.3552 -0.7602</w:t>
        <w:br/>
        <w:t>vn 0.1128 0.4761 -0.8721</w:t>
        <w:br/>
        <w:t>vn 0.9141 0.2421 -0.3252</w:t>
        <w:br/>
        <w:t>vn 0.7793 0.5704 -0.2595</w:t>
        <w:br/>
        <w:t>vn 0.8616 0.2538 -0.4396</w:t>
        <w:br/>
        <w:t>vn 0.9181 0.2380 -0.3170</w:t>
        <w:br/>
        <w:t>vn 0.9180 0.2382 -0.3170</w:t>
        <w:br/>
        <w:t>vn 0.7903 0.2664 -0.5517</w:t>
        <w:br/>
        <w:t>vn 0.4676 0.2452 -0.8493</w:t>
        <w:br/>
        <w:t>vn 0.0284 -0.3553 -0.9343</w:t>
        <w:br/>
        <w:t>vn 0.4645 -0.4816 -0.7431</w:t>
        <w:br/>
        <w:t>vn 0.7362 -0.5197 -0.4336</w:t>
        <w:br/>
        <w:t>vn 0.7911 -0.5236 -0.3164</w:t>
        <w:br/>
        <w:t>vn 0.5328 -0.8114 -0.2403</w:t>
        <w:br/>
        <w:t>vn 0.4737 -0.7992 -0.3699</w:t>
        <w:br/>
        <w:t>vn 0.5814 -0.7726 -0.2550</w:t>
        <w:br/>
        <w:t>vn 0.4768 -0.7651 -0.4328</w:t>
        <w:br/>
        <w:t>vn 0.2428 -0.7713 -0.5884</w:t>
        <w:br/>
        <w:t>vn 0.2069 -0.7324 -0.6487</w:t>
        <w:br/>
        <w:t>vn -0.0754 -0.7200 -0.6898</w:t>
        <w:br/>
        <w:t>vn -0.0511 -0.6953 -0.7169</w:t>
        <w:br/>
        <w:t>vn -0.4310 -0.3633 -0.8260</w:t>
        <w:br/>
        <w:t>vn -0.3927 -0.6939 -0.6036</w:t>
        <w:br/>
        <w:t>vn 0.7682 -0.5509 -0.3261</w:t>
        <w:br/>
        <w:t>vn 0.8666 -0.4304 -0.2526</w:t>
        <w:br/>
        <w:t>vn 0.7982 -0.5524 -0.2401</w:t>
        <w:br/>
        <w:t>vn 0.8461 -0.3589 -0.3941</w:t>
        <w:br/>
        <w:t>vn 0.9604 0.1191 -0.2520</w:t>
        <w:br/>
        <w:t>vn 0.6026 -0.5259 -0.6002</w:t>
        <w:br/>
        <w:t>vn 0.8898 0.1339 -0.4363</w:t>
        <w:br/>
        <w:t>vn 0.7051 -0.2661 -0.6573</w:t>
        <w:br/>
        <w:t>vn 0.4496 -0.3018 -0.8407</w:t>
        <w:br/>
        <w:t>vn 0.3477 -0.4894 -0.7997</w:t>
        <w:br/>
        <w:t>vn 0.7501 0.1554 -0.6428</w:t>
        <w:br/>
        <w:t>vn 0.1696 -0.2639 -0.9495</w:t>
        <w:br/>
        <w:t>vn 0.0847 -0.4538 -0.8871</w:t>
        <w:br/>
        <w:t>vn 0.5599 0.1911 -0.8062</w:t>
        <w:br/>
        <w:t>vn 0.2871 0.2352 -0.9286</w:t>
        <w:br/>
        <w:t>vn -0.1344 -0.2938 -0.9464</w:t>
        <w:br/>
        <w:t>vn -0.1460 -0.4241 -0.8938</w:t>
        <w:br/>
        <w:t>vn -0.3707 -0.3949 -0.8406</w:t>
        <w:br/>
        <w:t>vn -0.0619 0.2711 -0.9606</w:t>
        <w:br/>
        <w:t>vn -0.4153 -0.1881 -0.8900</w:t>
        <w:br/>
        <w:t>vn -0.6469 -0.3615 -0.6714</w:t>
        <w:br/>
        <w:t>vn -0.6474 -0.1167 -0.7531</w:t>
        <w:br/>
        <w:t>vn -0.3997 0.3105 -0.8624</w:t>
        <w:br/>
        <w:t>vn -0.8343 -0.1373 -0.5340</w:t>
        <w:br/>
        <w:t>vn -0.8450 -0.3385 -0.4139</w:t>
        <w:br/>
        <w:t>vn -0.6469 0.2831 -0.7080</w:t>
        <w:br/>
        <w:t>vn -0.9572 -0.1244 -0.2613</w:t>
        <w:br/>
        <w:t>vn -0.9308 -0.3309 -0.1550</w:t>
        <w:br/>
        <w:t>vn -0.7994 0.3588 -0.4819</w:t>
        <w:br/>
        <w:t>vn -0.9904 -0.1205 -0.0683</w:t>
        <w:br/>
        <w:t>vn -0.9427 -0.3271 -0.0657</w:t>
        <w:br/>
        <w:t>vn -0.9067 0.3692 -0.2041</w:t>
        <w:br/>
        <w:t>vn -0.8883 0.4553 -0.0597</w:t>
        <w:br/>
        <w:t>vn -0.5004 0.5884 -0.6351</w:t>
        <w:br/>
        <w:t>vn -0.6916 0.6097 -0.3872</w:t>
        <w:br/>
        <w:t>vn -0.7750 0.6167 -0.1380</w:t>
        <w:br/>
        <w:t>vn -0.7890 0.6121 -0.0527</w:t>
        <w:br/>
        <w:t>vn -0.8482 -0.5261 -0.0613</w:t>
        <w:br/>
        <w:t>vn -0.8368 -0.5298 -0.1381</w:t>
        <w:br/>
        <w:t>vn -0.8202 -0.5304 -0.2145</w:t>
        <w:br/>
        <w:t>vn -0.7634 -0.5354 -0.3614</w:t>
        <w:br/>
        <w:t>vn -0.7228 -0.5395 -0.4320</w:t>
        <w:br/>
        <w:t>vn -0.5920 -0.5546 -0.5848</w:t>
        <w:br/>
        <w:t>vn -0.5920 -0.5546 -0.5847</w:t>
        <w:br/>
        <w:t>vn -0.4270 -0.5741 -0.6986</w:t>
        <w:br/>
        <w:t>vn -0.3530 -0.5830 -0.7318</w:t>
        <w:br/>
        <w:t>vn -0.2341 0.5553 -0.7980</w:t>
        <w:br/>
        <w:t>vn -0.1568 -0.6005 -0.7841</w:t>
        <w:br/>
        <w:t>vn -0.1595 -0.6079 -0.7778</w:t>
        <w:br/>
        <w:t>vn -0.0144 0.5281 -0.8491</w:t>
        <w:br/>
        <w:t>vn 0.1001 -0.6035 -0.7910</w:t>
        <w:br/>
        <w:t>vn 0.2058 0.5145 -0.8324</w:t>
        <w:br/>
        <w:t>vn 0.1015 -0.6065 -0.7886</w:t>
        <w:br/>
        <w:t>vn 0.2848 -0.4635 -0.8391</w:t>
        <w:br/>
        <w:t>vn 0.5022 0.1444 -0.8526</w:t>
        <w:br/>
        <w:t>vn 0.2350 -0.5700 -0.7873</w:t>
        <w:br/>
        <w:t>vn 0.2848 -0.4634 -0.8391</w:t>
        <w:br/>
        <w:t>vn 0.4431 -0.3702 -0.8165</w:t>
        <w:br/>
        <w:t>vn 0.3090 -0.2533 -0.9167</w:t>
        <w:br/>
        <w:t>vn 0.1991 0.9632 -0.1808</w:t>
        <w:br/>
        <w:t>vn 0.1953 0.9633 -0.1840</w:t>
        <w:br/>
        <w:t>vn 0.2286 0.9552 -0.1881</w:t>
        <w:br/>
        <w:t>vn 0.7517 0.0077 -0.6594</w:t>
        <w:br/>
        <w:t>vn 0.3953 0.6305 -0.6680</w:t>
        <w:br/>
        <w:t>vn 0.2533 0.3824 -0.8886</w:t>
        <w:br/>
        <w:t>vn 0.3286 0.2374 -0.9142</w:t>
        <w:br/>
        <w:t>vn 0.6973 -0.0654 -0.7138</w:t>
        <w:br/>
        <w:t>vn 0.2946 0.9354 -0.1955</w:t>
        <w:br/>
        <w:t>vn 0.9338 -0.0040 -0.3579</w:t>
        <w:br/>
        <w:t>vn 0.9653 -0.0164 -0.2606</w:t>
        <w:br/>
        <w:t>vn 0.8303 -0.4879 -0.2694</w:t>
        <w:br/>
        <w:t>vn 0.8245 -0.1503 -0.5455</w:t>
        <w:br/>
        <w:t>vn 0.8012 -0.0813 -0.5929</w:t>
        <w:br/>
        <w:t>vn 0.8764 -0.3473 -0.3336</w:t>
        <w:br/>
        <w:t>vn 0.8883 0.3156 -0.3338</w:t>
        <w:br/>
        <w:t>vn 0.6581 0.3583 -0.6622</w:t>
        <w:br/>
        <w:t>vn 0.3953 0.6304 -0.6681</w:t>
        <w:br/>
        <w:t>vn 0.5716 0.3102 -0.7596</w:t>
        <w:br/>
        <w:t>vn 0.6811 0.3093 -0.6637</w:t>
        <w:br/>
        <w:t>vn 0.6129 0.5369 -0.5797</w:t>
        <w:br/>
        <w:t>vn 0.7581 0.5833 -0.2918</w:t>
        <w:br/>
        <w:t>vn 0.5024 0.8511 -0.1526</w:t>
        <w:br/>
        <w:t>vn 0.3197 0.8481 -0.4225</w:t>
        <w:br/>
        <w:t>vn 0.1596 0.9872 -0.0020</w:t>
        <w:br/>
        <w:t>vn 0.4473 0.5290 -0.7211</w:t>
        <w:br/>
        <w:t>vn 0.3341 0.8876 -0.3171</w:t>
        <w:br/>
        <w:t>vn 0.1830 0.9830 -0.0147</w:t>
        <w:br/>
        <w:t>vn 0.5869 0.5889 -0.5557</w:t>
        <w:br/>
        <w:t>vn 0.1621 0.9856 -0.0483</w:t>
        <w:br/>
        <w:t>vn 0.3644 0.4560 -0.8119</w:t>
        <w:br/>
        <w:t>vn 0.3207 0.6412 -0.6971</w:t>
        <w:br/>
        <w:t>vn 0.2761 0.8455 -0.4571</w:t>
        <w:br/>
        <w:t>vn 0.0922 0.5548 -0.8269</w:t>
        <w:br/>
        <w:t>vn 0.0381 0.5128 -0.8577</w:t>
        <w:br/>
        <w:t>vn 0.1221 0.6114 -0.7818</w:t>
        <w:br/>
        <w:t>vn 0.1255 0.8731 -0.4710</w:t>
        <w:br/>
        <w:t>vn 0.1333 0.9886 -0.0693</w:t>
        <w:br/>
        <w:t>vn -0.0055 0.5887 -0.8083</w:t>
        <w:br/>
        <w:t>vn 0.0778 0.9119 -0.4030</w:t>
        <w:br/>
        <w:t>vn 0.1108 0.9929 -0.0422</w:t>
        <w:br/>
        <w:t>vn 0.0556 0.8827 -0.4667</w:t>
        <w:br/>
        <w:t>vn -0.4000 0.9143 0.0632</w:t>
        <w:br/>
        <w:t>vn -0.7898 0.6062 0.0935</w:t>
        <w:br/>
        <w:t>vn -0.7982 0.5950 0.0940</w:t>
        <w:br/>
        <w:t>vn -0.8066 0.5836 0.0945</w:t>
        <w:br/>
        <w:t>vn -0.0133 0.5777 -0.8162</w:t>
        <w:br/>
        <w:t>vn -0.9417 0.3209 0.1013</w:t>
        <w:br/>
        <w:t>vn -0.9851 0.1392 0.1005</w:t>
        <w:br/>
        <w:t>vn -0.9852 0.1392 0.1005</w:t>
        <w:br/>
        <w:t>vn -0.9253 0.3658 0.1005</w:t>
        <w:br/>
        <w:t>vn -0.1737 0.3340 -0.9264</w:t>
        <w:br/>
        <w:t>vn -0.1111 0.4517 -0.8852</w:t>
        <w:br/>
        <w:t>vn -0.1935 0.3223 -0.9266</w:t>
        <w:br/>
        <w:t>vn -0.0863 0.4801 -0.8730</w:t>
        <w:br/>
        <w:t>vn -0.0167 0.5555 -0.8313</w:t>
        <w:br/>
        <w:t>vn -0.0170 0.5277 -0.8493</w:t>
        <w:br/>
        <w:t>vn 0.5710 0.8131 -0.1132</w:t>
        <w:br/>
        <w:t>vn 0.2847 0.9574 -0.0479</w:t>
        <w:br/>
        <w:t>vn 0.2918 0.9560 -0.0321</w:t>
        <w:br/>
        <w:t>vn 0.6769 0.7015 -0.2230</w:t>
        <w:br/>
        <w:t>vn 0.2591 0.9613 -0.0932</w:t>
        <w:br/>
        <w:t>vn 0.9374 0.2550 -0.2370</w:t>
        <w:br/>
        <w:t>vn 0.5987 0.6629 -0.4495</w:t>
        <w:br/>
        <w:t>vn 0.2205 0.9669 -0.1287</w:t>
        <w:br/>
        <w:t>vn 0.8690 0.2708 -0.4140</w:t>
        <w:br/>
        <w:t>vn 0.3942 -0.9078 -0.1431</w:t>
        <w:br/>
        <w:t>vn 0.0390 -0.9955 -0.0864</w:t>
        <w:br/>
        <w:t>vn 0.0423 -0.9974 -0.0588</w:t>
        <w:br/>
        <w:t>vn 0.3858 0.7442 -0.5453</w:t>
        <w:br/>
        <w:t>vn 0.1728 0.9734 -0.1505</w:t>
        <w:br/>
        <w:t>vn 0.3650 -0.9047 -0.2197</w:t>
        <w:br/>
        <w:t>vn 0.2020 0.7692 -0.6063</w:t>
        <w:br/>
        <w:t>vn 0.1207 0.9803 -0.1563</w:t>
        <w:br/>
        <w:t>vn 0.4228 -0.8727 -0.2442</w:t>
        <w:br/>
        <w:t>vn 0.4197 -0.8965 -0.1417</w:t>
        <w:br/>
        <w:t>vn 0.0961 -0.9929 -0.0703</w:t>
        <w:br/>
        <w:t>vn 0.0844 -0.9884 -0.1261</w:t>
        <w:br/>
        <w:t>vn 0.2053 -0.9133 -0.3518</w:t>
        <w:br/>
        <w:t>vn 0.1940 -0.8069 -0.5579</w:t>
        <w:br/>
        <w:t>vn 0.2835 -0.7296 -0.6223</w:t>
        <w:br/>
        <w:t>vn 0.0127 -0.9909 -0.1339</w:t>
        <w:br/>
        <w:t>vn 0.7350 0.2918 -0.6120</w:t>
        <w:br/>
        <w:t>vn 0.1075 -0.8463 -0.5217</w:t>
        <w:br/>
        <w:t>vn -0.0076 -0.9901 -0.1400</w:t>
        <w:br/>
        <w:t>vn 0.5541 0.3174 -0.7696</w:t>
        <w:br/>
        <w:t>vn -0.0404 -0.9856 -0.1640</w:t>
        <w:br/>
        <w:t>vn -0.0403 -0.9856 -0.1640</w:t>
        <w:br/>
        <w:t>vn 0.2218 -0.8269 -0.5167</w:t>
        <w:br/>
        <w:t>vn 0.3180 -0.6064 -0.7288</w:t>
        <w:br/>
        <w:t>vn 0.4184 -0.7750 -0.4737</w:t>
        <w:br/>
        <w:t>vn 0.7392 -0.4529 -0.4985</w:t>
        <w:br/>
        <w:t>vn -0.0099 -0.9481 -0.3178</w:t>
        <w:br/>
        <w:t>vn 0.2924 0.3536 -0.8885</w:t>
        <w:br/>
        <w:t>vn -0.0821 -0.9798 -0.1821</w:t>
        <w:br/>
        <w:t>vn 0.5807 -0.6151 -0.5333</w:t>
        <w:br/>
        <w:t>vn 0.8831 -0.3995 -0.2462</w:t>
        <w:br/>
        <w:t>vn 0.8992 -0.2682 -0.3458</w:t>
        <w:br/>
        <w:t>vn -0.0345 -0.9680 -0.2486</w:t>
        <w:br/>
        <w:t>vn -0.0603 -0.9587 -0.2779</w:t>
        <w:br/>
        <w:t>vn 0.0109 -0.8399 -0.5427</w:t>
        <w:br/>
        <w:t>vn -0.0232 -0.8029 -0.5956</w:t>
        <w:br/>
        <w:t>vn -0.1551 -0.9428 -0.2952</w:t>
        <w:br/>
        <w:t>vn -0.1363 -0.9727 -0.1880</w:t>
        <w:br/>
        <w:t>vn -0.0413 0.3984 -0.9163</w:t>
        <w:br/>
        <w:t>vn -0.1706 -0.7820 -0.5994</w:t>
        <w:br/>
        <w:t>vn -0.1706 -0.7853 -0.5951</w:t>
        <w:br/>
        <w:t>vn -0.2806 -0.7653 -0.5793</w:t>
        <w:br/>
        <w:t>vn -0.2400 -0.9261 -0.2912</w:t>
        <w:br/>
        <w:t>vn -0.3187 -0.7517 -0.5774</w:t>
        <w:br/>
        <w:t>vn -0.6057 -0.6440 -0.4673</w:t>
        <w:br/>
        <w:t>vn -0.2815 -0.9241 -0.2584</w:t>
        <w:br/>
        <w:t>vn -0.9355 -0.0495 -0.3497</w:t>
        <w:br/>
        <w:t>vn -0.8457 -0.2823 -0.4529</w:t>
        <w:br/>
        <w:t>vn -0.1982 -0.9648 -0.1731</w:t>
        <w:br/>
        <w:t>vn -0.4245 -0.8591 -0.2858</w:t>
        <w:br/>
        <w:t>vn -0.6437 -0.6530 -0.3991</w:t>
        <w:br/>
        <w:t>vn -0.6198 -0.4873 -0.6151</w:t>
        <w:br/>
        <w:t>vn -0.2372 -0.9599 -0.1497</w:t>
        <w:br/>
        <w:t>vn -0.4261 -0.8327 -0.3537</w:t>
        <w:br/>
        <w:t>vn -0.2441 -0.9591 -0.1435</w:t>
        <w:br/>
        <w:t>vn -0.4788 -0.6793 -0.5561</w:t>
        <w:br/>
        <w:t>vn -0.5008 -0.6695 -0.5487</w:t>
        <w:br/>
        <w:t>vn -0.2631 -0.9563 -0.1272</w:t>
        <w:br/>
        <w:t>vn -0.2902 -0.9491 -0.1223</w:t>
        <w:br/>
        <w:t>vn -0.5572 -0.6887 -0.4640</w:t>
        <w:br/>
        <w:t>vn -0.3575 -0.9308 -0.0761</w:t>
        <w:br/>
        <w:t>vn -0.4281 -0.8592 -0.2804</w:t>
        <w:br/>
        <w:t>vn -0.6500 -0.7527 -0.1044</w:t>
        <w:br/>
        <w:t>vn -0.3681 -0.9294 -0.0258</w:t>
        <w:br/>
        <w:t>vn -0.6654 -0.7451 -0.0459</w:t>
        <w:br/>
        <w:t>vn -0.6360 -0.7703 -0.0462</w:t>
        <w:br/>
        <w:t>vn -0.6642 -0.7311 -0.1557</w:t>
        <w:br/>
        <w:t>vn -0.3191 -0.9462 -0.0532</w:t>
        <w:br/>
        <w:t>vn -0.3041 -0.9523 -0.0242</w:t>
        <w:br/>
        <w:t>vn -0.8694 0.4910 -0.0558</w:t>
        <w:br/>
        <w:t>vn -0.5089 0.8557 -0.0938</w:t>
        <w:br/>
        <w:t>vn -0.8357 0.4933 -0.2415</w:t>
        <w:br/>
        <w:t>vn -0.5212 0.8528 -0.0315</w:t>
        <w:br/>
        <w:t>vn -0.0401 0.9992 0.0015</w:t>
        <w:br/>
        <w:t>vn -0.0326 0.9989 -0.0325</w:t>
        <w:br/>
        <w:t>vn -0.4481 0.8504 -0.2757</w:t>
        <w:br/>
        <w:t>vn -0.7176 0.4814 -0.5032</w:t>
        <w:br/>
        <w:t>vn -0.0113 0.9967 -0.0802</w:t>
        <w:br/>
        <w:t>vn -0.3586 0.7897 -0.4978</w:t>
        <w:br/>
        <w:t>vn -0.5609 0.4637 -0.6859</w:t>
        <w:br/>
        <w:t>vn 0.0239 0.9926 -0.1193</w:t>
        <w:br/>
        <w:t>vn -0.3630 0.4391 -0.8218</w:t>
        <w:br/>
        <w:t>vn -0.1256 0.8120 -0.5699</w:t>
        <w:br/>
        <w:t>vn 0.0694 0.9869 -0.1455</w:t>
        <w:br/>
        <w:t>vn 0.0520 0.8527 -0.5197</w:t>
        <w:br/>
        <w:t>vn -0.9708 -0.2321 -0.0612</w:t>
        <w:br/>
        <w:t>vn -0.9859 -0.0374 -0.1633</w:t>
        <w:br/>
        <w:t>vn -0.9977 -0.0218 -0.0638</w:t>
        <w:br/>
        <w:t>vn -0.9157 -0.3466 -0.2036</w:t>
        <w:br/>
        <w:t>vn -0.8072 -0.0980 -0.5821</w:t>
        <w:br/>
        <w:t>vn -0.9723 -0.2252 -0.0624</w:t>
        <w:br/>
        <w:t>vn -0.7659 -0.4339 -0.4746</w:t>
        <w:br/>
        <w:t>vn -0.9408 -0.2243 -0.2543</w:t>
        <w:br/>
        <w:t>vn -0.4431 -0.4447 -0.7784</w:t>
        <w:br/>
        <w:t>vn -0.2502 -0.2016 -0.9470</w:t>
        <w:br/>
        <w:t>vn -0.7476 -0.3412 -0.5698</w:t>
        <w:br/>
        <w:t>vn -0.9662 0.1992 -0.1635</w:t>
        <w:br/>
        <w:t>vn -0.9786 0.1966 -0.0616</w:t>
        <w:br/>
        <w:t>vn -0.0078 1.0000 0.0044</w:t>
        <w:br/>
        <w:t>vn 0.0069 1.0000 -0.0018</w:t>
        <w:br/>
        <w:t>vn -0.0014 0.9999 -0.0164</w:t>
        <w:br/>
        <w:t>vn 0.0145 0.9986 -0.0514</w:t>
        <w:br/>
        <w:t>vn -0.7845 0.1889 -0.5906</w:t>
        <w:br/>
        <w:t>vn 0.0206 0.9964 -0.0822</w:t>
        <w:br/>
        <w:t>vn 0.0837 0.9902 -0.1120</w:t>
        <w:br/>
        <w:t>vn -0.3759 -0.3135 -0.8720</w:t>
        <w:br/>
        <w:t>vn 0.0838 0.9902 -0.1120</w:t>
        <w:br/>
        <w:t>vn -0.2126 0.1269 -0.9689</w:t>
        <w:br/>
        <w:t>vn 0.1629 0.9798 -0.1158</w:t>
        <w:br/>
        <w:t>vn 0.1983 0.9742 -0.1082</w:t>
        <w:br/>
        <w:t>vn 0.3241 -0.2485 -0.9128</w:t>
        <w:br/>
        <w:t>vn 0.3686 0.0491 -0.9283</w:t>
        <w:br/>
        <w:t>vn 0.2446 -0.5392 -0.8059</w:t>
        <w:br/>
        <w:t>vn 0.3194 -0.2687 -0.9087</w:t>
        <w:br/>
        <w:t>vn 0.7865 -0.2810 -0.5499</w:t>
        <w:br/>
        <w:t>vn 0.2515 0.9643 -0.0832</w:t>
        <w:br/>
        <w:t>vn 0.7860 -0.0212 -0.6179</w:t>
        <w:br/>
        <w:t>vn 0.2698 0.9606 -0.0662</w:t>
        <w:br/>
        <w:t>vn 0.7164 -0.5027 -0.4839</w:t>
        <w:br/>
        <w:t>vn 0.2879 0.9564 -0.0491</w:t>
        <w:br/>
        <w:t>vn 0.2883 0.9563 -0.0494</w:t>
        <w:br/>
        <w:t>vn 0.9331 -0.0512 -0.3559</w:t>
        <w:br/>
        <w:t>vn 0.8217 -0.4581 -0.3391</w:t>
        <w:br/>
        <w:t>vn 0.7710 -0.5482 -0.3241</w:t>
        <w:br/>
        <w:t>vn 0.8964 -0.2647 -0.3555</w:t>
        <w:br/>
        <w:t>vn 0.6695 -0.5510 -0.4982</w:t>
        <w:br/>
        <w:t>vn -0.7413 -0.6144 0.2702</w:t>
        <w:br/>
        <w:t>vn -0.7573 -0.6305 0.1704</w:t>
        <w:br/>
        <w:t>vn -0.7763 -0.6055 0.1751</w:t>
        <w:br/>
        <w:t>vn -0.6929 -0.6536 0.3045</w:t>
        <w:br/>
        <w:t>vn -0.5770 -0.6305 0.5192</w:t>
        <w:br/>
        <w:t>vn -0.9262 -0.3050 0.2216</w:t>
        <w:br/>
        <w:t>vn -0.5200 -0.6718 0.5275</w:t>
        <w:br/>
        <w:t>vn -0.3031 -0.6702 0.6775</w:t>
        <w:br/>
        <w:t>vn -0.8288 -0.3186 0.4599</w:t>
        <w:br/>
        <w:t>vn -0.2368 -0.7126 0.6604</w:t>
        <w:br/>
        <w:t>vn 0.0369 -0.7106 0.7026</w:t>
        <w:br/>
        <w:t>vn -0.5860 -0.4299 0.6868</w:t>
        <w:br/>
        <w:t>vn -0.8075 0.4719 0.3540</w:t>
        <w:br/>
        <w:t>vn -0.8525 0.4722 0.2243</w:t>
        <w:br/>
        <w:t>vn -0.8516 0.4723 0.2272</w:t>
        <w:br/>
        <w:t>vn -0.5714 0.3909 0.7216</w:t>
        <w:br/>
        <w:t>vn -0.2659 -0.3906 0.8813</w:t>
        <w:br/>
        <w:t>vn 0.0752 -0.7489 0.6584</w:t>
        <w:br/>
        <w:t>vn 0.3251 -0.7519 0.5736</w:t>
        <w:br/>
        <w:t>vn -0.7455 0.4635 0.4789</w:t>
        <w:br/>
        <w:t>vn 0.3487 -0.7887 0.5063</w:t>
        <w:br/>
        <w:t>vn 0.5485 -0.7769 0.3091</w:t>
        <w:br/>
        <w:t>vn 0.2057 -0.3846 0.8999</w:t>
        <w:br/>
        <w:t>vn 0.5333 -0.8091 0.2469</w:t>
        <w:br/>
        <w:t>vn 0.6175 -0.7782 0.1142</w:t>
        <w:br/>
        <w:t>vn 0.5666 -0.8169 0.1080</w:t>
        <w:br/>
        <w:t>vn 0.5967 -0.5035 0.6248</w:t>
        <w:br/>
        <w:t>vn 0.8040 -0.5309 0.2679</w:t>
        <w:br/>
        <w:t>vn 0.8354 -0.5308 0.1423</w:t>
        <w:br/>
        <w:t>vn 0.9625 0.2309 0.1427</w:t>
        <w:br/>
        <w:t>vn 0.8822 0.2512 0.3983</w:t>
        <w:br/>
        <w:t>vn 0.6224 0.2196 0.7513</w:t>
        <w:br/>
        <w:t>vn 0.9306 0.2424 0.2742</w:t>
        <w:br/>
        <w:t>vn 0.9625 0.2306 0.1427</w:t>
        <w:br/>
        <w:t>vn 0.9602 0.2345 0.1516</w:t>
        <w:br/>
        <w:t>vn 0.6807 0.3326 0.6527</w:t>
        <w:br/>
        <w:t>vn 0.7862 0.5774 0.2201</w:t>
        <w:br/>
        <w:t>vn 0.8163 0.5643 0.1233</w:t>
        <w:br/>
        <w:t>vn 0.8799 0.2541 0.4014</w:t>
        <w:br/>
        <w:t>vn 0.5696 0.6139 0.5464</w:t>
        <w:br/>
        <w:t>vn 0.3115 0.3997 0.8621</w:t>
        <w:br/>
        <w:t>vn 0.6223 0.2200 0.7512</w:t>
        <w:br/>
        <w:t>vn 0.2520 0.2834 0.9253</w:t>
        <w:br/>
        <w:t>vn -0.1027 0.4383 0.8930</w:t>
        <w:br/>
        <w:t>vn 0.3114 0.4032 0.8605</w:t>
        <w:br/>
        <w:t>vn 0.2191 0.6551 0.7231</w:t>
        <w:br/>
        <w:t>vn -0.4830 0.4997 0.7190</w:t>
        <w:br/>
        <w:t>vn -0.1019 0.4411 0.8916</w:t>
        <w:br/>
        <w:t>vn -0.0706 0.6981 0.7125</w:t>
        <w:br/>
        <w:t>vn -0.3387 0.7266 0.5977</w:t>
        <w:br/>
        <w:t>vn -0.2231 0.3270 0.9183</w:t>
        <w:br/>
        <w:t>vn -0.5777 0.3938 0.7149</w:t>
        <w:br/>
        <w:t>vn -0.5416 0.7540 0.3717</w:t>
        <w:br/>
        <w:t>vn -0.8056 0.4756 0.3533</w:t>
        <w:br/>
        <w:t>vn -0.6218 0.7613 0.1841</w:t>
        <w:br/>
        <w:t>vn -0.8483 0.4749 0.2343</w:t>
        <w:br/>
        <w:t>vn 0.8976 -0.4356 0.0682</w:t>
        <w:br/>
        <w:t>vn 0.8148 -0.5585 0.1553</w:t>
        <w:br/>
        <w:t>vn 0.8278 -0.5573 0.0652</w:t>
        <w:br/>
        <w:t>vn 0.9048 -0.3686 0.2132</w:t>
        <w:br/>
        <w:t>vn 0.7278 -0.5455 0.4157</w:t>
        <w:br/>
        <w:t>vn 0.9912 0.1141 0.0670</w:t>
        <w:br/>
        <w:t>vn 0.7962 -0.3531 0.4914</w:t>
        <w:br/>
        <w:t>vn 0.5286 -0.5187 0.6720</w:t>
        <w:br/>
        <w:t>vn 0.9573 0.1228 0.2618</w:t>
        <w:br/>
        <w:t>vn 0.9850 -0.0124 0.1721</w:t>
        <w:br/>
        <w:t>vn 0.9973 -0.0216 0.0703</w:t>
        <w:br/>
        <w:t>vn 0.8650 -0.4936 0.0899</w:t>
        <w:br/>
        <w:t>vn 0.8323 0.1447 0.5352</w:t>
        <w:br/>
        <w:t>vn 0.8891 -0.0149 0.4575</w:t>
        <w:br/>
        <w:t>vn 0.9133 -0.1649 0.3724</w:t>
        <w:br/>
        <w:t>vn 0.6228 -0.2584 0.7385</w:t>
        <w:br/>
        <w:t>vn 0.6938 0.0829 0.7154</w:t>
        <w:br/>
        <w:t>vn 0.6679 0.1769 0.7229</w:t>
        <w:br/>
        <w:t>vn 0.3475 -0.2932 0.8906</w:t>
        <w:br/>
        <w:t>vn 0.2517 -0.4814 0.8396</w:t>
        <w:br/>
        <w:t>vn 0.4604 0.2067 0.8633</w:t>
        <w:br/>
        <w:t>vn 0.0484 -0.3240 0.9448</w:t>
        <w:br/>
        <w:t>vn 0.0266 -0.4525 0.8914</w:t>
        <w:br/>
        <w:t>vn -0.2040 -0.4224 0.8832</w:t>
        <w:br/>
        <w:t>vn 0.1241 0.2405 0.9627</w:t>
        <w:br/>
        <w:t>vn -0.2377 -0.2175 0.9467</w:t>
        <w:br/>
        <w:t>vn -0.4667 -0.3892 0.7942</w:t>
        <w:br/>
        <w:t>vn 0.3630 0.4886 0.7934</w:t>
        <w:br/>
        <w:t>vn -0.5174 -0.1820 0.8362</w:t>
        <w:br/>
        <w:t>vn -0.7210 -0.3582 0.5932</w:t>
        <w:br/>
        <w:t>vn -0.2262 0.2819 0.9324</w:t>
        <w:br/>
        <w:t>vn -0.7318 -0.1124 0.6722</w:t>
        <w:br/>
        <w:t>vn -0.4998 0.3166 0.8062</w:t>
        <w:br/>
        <w:t>vn -0.8898 -0.1356 0.4357</w:t>
        <w:br/>
        <w:t>vn -0.8849 -0.3385 0.3199</w:t>
        <w:br/>
        <w:t>vn -0.7269 0.2871 0.6239</w:t>
        <w:br/>
        <w:t>vn -0.9593 -0.1256 0.2529</w:t>
        <w:br/>
        <w:t>vn -0.9136 -0.3319 0.2347</w:t>
        <w:br/>
        <w:t>vn -0.8496 0.3598 0.3856</w:t>
        <w:br/>
        <w:t>vn -0.8590 0.4505 0.2432</w:t>
        <w:br/>
        <w:t>vn -0.5736 0.5920 0.5661</w:t>
        <w:br/>
        <w:t>vn -0.7324 0.6096 0.3033</w:t>
        <w:br/>
        <w:t>vn -0.7624 0.6077 0.2222</w:t>
        <w:br/>
        <w:t>vn -0.7964 -0.5365 0.2790</w:t>
        <w:br/>
        <w:t>vn -0.8224 -0.5303 0.2060</w:t>
        <w:br/>
        <w:t>vn -0.7655 -0.5394 0.3507</w:t>
        <w:br/>
        <w:t>vn -0.6556 -0.5524 0.5148</w:t>
        <w:br/>
        <w:t>vn -0.6555 -0.5525 0.5149</w:t>
        <w:br/>
        <w:t>vn -0.5053 -0.5699 0.6480</w:t>
        <w:br/>
        <w:t>vn -0.4357 -0.5785 0.6896</w:t>
        <w:br/>
        <w:t>vn -0.3285 0.5611 0.7598</w:t>
        <w:br/>
        <w:t>vn -0.2871 -0.5971 0.7490</w:t>
        <w:br/>
        <w:t>vn -0.0752 0.5291 0.8452</w:t>
        <w:br/>
        <w:t>vn -0.2081 -0.6069 0.7671</w:t>
        <w:br/>
        <w:t>vn -0.0055 -0.6255 0.7802</w:t>
        <w:br/>
        <w:t>vn 0.1497 0.5010 0.8524</w:t>
        <w:br/>
        <w:t>vn -0.0095 -0.6328 0.7743</w:t>
        <w:br/>
        <w:t>vn 0.2479 -0.6279 0.7378</w:t>
        <w:br/>
        <w:t>vn 0.2489 -0.6308 0.7349</w:t>
        <w:br/>
        <w:t>vn 0.4388 -0.4888 0.7540</w:t>
        <w:br/>
        <w:t>vn 0.3797 -0.5938 0.7094</w:t>
        <w:br/>
        <w:t>vn 0.5588 -0.3818 0.7362</w:t>
        <w:br/>
        <w:t>vn 0.4781 -0.2812 0.8321</w:t>
        <w:br/>
        <w:t>vn 0.2298 0.9576 0.1736</w:t>
        <w:br/>
        <w:t>vn 0.2329 0.9576 0.1697</w:t>
        <w:br/>
        <w:t>vn 0.2633 0.9494 0.1710</w:t>
        <w:br/>
        <w:t>vn 0.7986 -0.1635 0.5792</w:t>
        <w:br/>
        <w:t>vn 0.5179 0.6102 0.5996</w:t>
        <w:br/>
        <w:t>vn 0.3295 0.9296 0.1650</w:t>
        <w:br/>
        <w:t>vn 0.4200 0.3549 0.8352</w:t>
        <w:br/>
        <w:t>vn 0.4983 0.2094 0.8413</w:t>
        <w:br/>
        <w:t>vn 0.7739 0.3392 0.5349</w:t>
        <w:br/>
        <w:t>vn 0.5146 0.4313 0.7411</w:t>
        <w:br/>
        <w:t>vn 0.4200 0.3549 0.8353</w:t>
        <w:br/>
        <w:t>vn 0.2505 0.5197 0.8168</w:t>
        <w:br/>
        <w:t>vn 0.2313 0.4775 0.8476</w:t>
        <w:br/>
        <w:t>vn 0.1470 0.4957 0.8560</w:t>
        <w:br/>
        <w:t>vn 0.6843 0.5728 0.4513</w:t>
        <w:br/>
        <w:t>vn 0.1448 0.5400 0.8291</w:t>
        <w:br/>
        <w:t>vn 0.0840 0.4520 0.8880</w:t>
        <w:br/>
        <w:t>vn 0.4502 0.6198 0.6427</w:t>
        <w:br/>
        <w:t>vn 0.2516 0.5835 0.7721</w:t>
        <w:br/>
        <w:t>vn 0.0619 0.4232 0.9039</w:t>
        <w:br/>
        <w:t>vn -0.0114 0.2923 0.9563</w:t>
        <w:br/>
        <w:t>vn 0.0080 0.3040 0.9526</w:t>
        <w:br/>
        <w:t>vn -0.9426 0.3210 0.0915</w:t>
        <w:br/>
        <w:t>vn -0.9857 0.1394 0.0945</w:t>
        <w:br/>
        <w:t>vn -0.9262 0.3660 0.0902</w:t>
        <w:br/>
        <w:t>vn -0.9857 0.1393 0.0945</w:t>
        <w:br/>
        <w:t>vn -0.8079 0.5838 0.0803</w:t>
        <w:br/>
        <w:t>vn 0.1450 0.5515 0.8215</w:t>
        <w:br/>
        <w:t>vn -0.7996 0.5952 0.0795</w:t>
        <w:br/>
        <w:t>vn 0.1512 0.5628 0.8126</w:t>
        <w:br/>
        <w:t>vn -0.2958 0.9203 0.2562</w:t>
        <w:br/>
        <w:t>vn 0.1512 0.5624 0.8129</w:t>
        <w:br/>
        <w:t>vn -0.4019 0.9146 0.0435</w:t>
        <w:br/>
        <w:t>vn 0.1199 0.9915 0.0515</w:t>
        <w:br/>
        <w:t>vn 0.1563 0.8989 0.4092</w:t>
        <w:br/>
        <w:t>vn 0.1472 0.9864 0.0737</w:t>
        <w:br/>
        <w:t>vn 0.2161 0.8582 0.4656</w:t>
        <w:br/>
        <w:t>vn 0.1714 0.9841 0.0475</w:t>
        <w:br/>
        <w:t>vn 0.3611 0.8315 0.4222</w:t>
        <w:br/>
        <w:t>vn 0.3913 0.8782 0.2751</w:t>
        <w:br/>
        <w:t>vn 0.1854 0.9826 0.0104</w:t>
        <w:br/>
        <w:t>vn 0.1602 0.9871 0.0028</w:t>
        <w:br/>
        <w:t>vn 0.3973 0.8353 0.3800</w:t>
        <w:br/>
        <w:t>vn 0.5250 0.8473 0.0803</w:t>
        <w:br/>
        <w:t>vn 0.5788 0.5073 0.6384</w:t>
        <w:br/>
        <w:t>vn 0.6703 0.5316 0.5178</w:t>
        <w:br/>
        <w:t>vn 0.8299 0.5350 0.1582</w:t>
        <w:br/>
        <w:t>vn 0.7075 0.2877 0.6455</w:t>
        <w:br/>
        <w:t>vn 0.8267 0.3209 0.4621</w:t>
        <w:br/>
        <w:t>vn 0.9521 0.2597 0.1616</w:t>
        <w:br/>
        <w:t>vn 0.8997 -0.0976 0.4255</w:t>
        <w:br/>
        <w:t>vn 0.9230 -0.3550 0.1485</w:t>
        <w:br/>
        <w:t>vn -0.9364 -0.0455 0.3479</w:t>
        <w:br/>
        <w:t>vn -0.9418 -0.2368 0.2386</w:t>
        <w:br/>
        <w:t>vn -0.9671 -0.0268 0.2530</w:t>
        <w:br/>
        <w:t>vn -0.8608 -0.3556 0.3642</w:t>
        <w:br/>
        <w:t>vn -0.9430 -0.2300 0.2404</w:t>
        <w:br/>
        <w:t>vn -0.6810 -0.1188 0.7225</w:t>
        <w:br/>
        <w:t>vn -0.8753 -0.2350 0.4226</w:t>
        <w:br/>
        <w:t>vn -0.6621 -0.4510 0.5985</w:t>
        <w:br/>
        <w:t>vn -0.2251 -0.4447 0.8669</w:t>
        <w:br/>
        <w:t>vn -0.1733 -0.2163 0.9608</w:t>
        <w:br/>
        <w:t>vn 0.4867 -0.2964 0.8218</w:t>
        <w:br/>
        <w:t>vn -0.6257 -0.3613 0.6913</w:t>
        <w:br/>
        <w:t>vn -0.9164 0.1909 0.3518</w:t>
        <w:br/>
        <w:t>vn -0.9480 0.1915 0.2541</w:t>
        <w:br/>
        <w:t>vn -0.0054 0.9996 0.0287</w:t>
        <w:br/>
        <w:t>vn 0.0048 0.9988 0.0479</w:t>
        <w:br/>
        <w:t>vn 0.0101 0.9994 0.0320</w:t>
        <w:br/>
        <w:t>vn 0.0271 0.9965 0.0792</w:t>
        <w:br/>
        <w:t>vn -0.6563 0.1677 0.7357</w:t>
        <w:br/>
        <w:t>vn 0.0390 0.9934 0.1082</w:t>
        <w:br/>
        <w:t>vn 0.1067 0.9864 0.1251</w:t>
        <w:br/>
        <w:t>vn -0.1425 -0.2823 0.9487</w:t>
        <w:br/>
        <w:t>vn -0.1343 0.1096 0.9849</w:t>
        <w:br/>
        <w:t>vn 0.1851 0.9762 0.1133</w:t>
        <w:br/>
        <w:t>vn 0.4241 0.0371 0.9049</w:t>
        <w:br/>
        <w:t>vn 0.2183 0.9709 0.0989</w:t>
        <w:br/>
        <w:t>vn 0.3532 -0.6427 0.6798</w:t>
        <w:br/>
        <w:t>vn 0.5468 -0.3472 0.7619</w:t>
        <w:br/>
        <w:t>vn 0.2657 0.9619 0.0639</w:t>
        <w:br/>
        <w:t>vn 0.8897 -0.0381 0.4550</w:t>
        <w:br/>
        <w:t>vn 0.2804 0.9589 0.0436</w:t>
        <w:br/>
        <w:t>vn 0.2948 0.9553 0.0232</w:t>
        <w:br/>
        <w:t>vn 0.2954 0.9551 0.0235</w:t>
        <w:br/>
        <w:t>vn 0.7943 -0.5155 0.3216</w:t>
        <w:br/>
        <w:t>vn 0.9839 -0.0597 0.1687</w:t>
        <w:br/>
        <w:t>vn 0.8700 -0.4662 0.1607</w:t>
        <w:br/>
        <w:t>vn 0.8171 -0.5559 0.1529</w:t>
        <w:br/>
        <w:t>vn 0.7614 -0.5135 0.3958</w:t>
        <w:br/>
        <w:t>vn 0.9050 -0.2919 0.3094</w:t>
        <w:br/>
        <w:t>vn 0.9471 -0.2731 0.1687</w:t>
        <w:br/>
        <w:t>vn -0.8418 0.5308 0.0984</w:t>
        <w:br/>
        <w:t>vn -0.7125 0.6959 0.0904</w:t>
        <w:br/>
        <w:t>vn -0.7124 0.6959 0.0904</w:t>
        <w:br/>
        <w:t>vn -0.9375 0.3327 0.1023</w:t>
        <w:br/>
        <w:t>vn -0.0175 0.0853 0.9962</w:t>
        <w:br/>
        <w:t>vn -0.0238 0.0380 0.9990</w:t>
        <w:br/>
        <w:t>vn -0.0259 0.0221 0.9994</w:t>
        <w:br/>
        <w:t>vn -0.9865 0.1286 0.1014</w:t>
        <w:br/>
        <w:t>vn -0.0301 -0.0095 0.9995</w:t>
        <w:br/>
        <w:t>vn -0.9586 -0.2709 0.0875</w:t>
        <w:br/>
        <w:t>vn -0.0359 -0.0536 0.9979</w:t>
        <w:br/>
        <w:t>vn -0.9587 -0.2710 0.0864</w:t>
        <w:br/>
        <w:t>vn -0.0387 -0.0756 0.9964</w:t>
        <w:br/>
        <w:t>vn -0.0472 -0.1414 0.9888</w:t>
        <w:br/>
        <w:t>vn -0.7770 -0.6270 0.0568</w:t>
        <w:br/>
        <w:t>vn -0.7770 -0.6270 0.0567</w:t>
        <w:br/>
        <w:t>vn -0.5877 0.1042 -0.8024</w:t>
        <w:br/>
        <w:t>vn -0.5676 0.1039 -0.8167</w:t>
        <w:br/>
        <w:t>vn -0.5922 0.1032 -0.7991</w:t>
        <w:br/>
        <w:t>vn -0.5515 0.1037 -0.8277</w:t>
        <w:br/>
        <w:t>vn -0.5209 0.1029 -0.8474</w:t>
        <w:br/>
        <w:t>vn -0.5792 0.1027 -0.8087</w:t>
        <w:br/>
        <w:t>vn -0.5150 0.1031 -0.8509</w:t>
        <w:br/>
        <w:t>vn -0.5433 0.1027 -0.8332</w:t>
        <w:br/>
        <w:t>vn -0.5701 0.0266 -0.8212</w:t>
        <w:br/>
        <w:t>vn -0.5085 0.1025 -0.8549</w:t>
        <w:br/>
        <w:t>vn -0.5338 0.0685 -0.8428</w:t>
        <w:br/>
        <w:t>vn -0.5197 -0.0311 -0.8538</w:t>
        <w:br/>
        <w:t>vn -0.5446 -0.0743 -0.8354</w:t>
        <w:br/>
        <w:t>vn -0.5446 -0.1245 -0.8294</w:t>
        <w:br/>
        <w:t>vn -0.5408 -0.2046 -0.8159</w:t>
        <w:br/>
        <w:t>vn -0.8055 0.0424 0.5911</w:t>
        <w:br/>
        <w:t>vn -0.8114 0.0534 0.5820</w:t>
        <w:br/>
        <w:t>vn -0.8110 0.0359 0.5839</w:t>
        <w:br/>
        <w:t>vn -0.8197 0.0726 0.5681</w:t>
        <w:br/>
        <w:t>vn -0.5638 -0.3902 -0.7279</w:t>
        <w:br/>
        <w:t>vn -0.4800 -0.6589 -0.5792</w:t>
        <w:br/>
        <w:t>vn -0.8115 0.1196 0.5720</w:t>
        <w:br/>
        <w:t>vn 0.8110 -0.0359 -0.5839</w:t>
        <w:br/>
        <w:t>vn 0.8126 -0.0376 -0.5816</w:t>
        <w:br/>
        <w:t>vn 0.8055 -0.0424 -0.5911</w:t>
        <w:br/>
        <w:t>vn -0.8015 0.1449 0.5802</w:t>
        <w:br/>
        <w:t>vn -0.8015 0.1455 0.5800</w:t>
        <w:br/>
        <w:t>vn 0.8278 -0.0453 -0.5591</w:t>
        <w:br/>
        <w:t>vn -0.5763 -0.0343 -0.8165</w:t>
        <w:br/>
        <w:t>vn 0.8185 -0.0992 -0.5659</w:t>
        <w:br/>
        <w:t>vn -0.8160 0.1222 0.5649</w:t>
        <w:br/>
        <w:t>vn -0.5288 0.2838 -0.7999</w:t>
        <w:br/>
        <w:t>vn -0.5084 0.2939 -0.8094</w:t>
        <w:br/>
        <w:t>vn 0.0356 0.9814 -0.1889</w:t>
        <w:br/>
        <w:t>vn 0.8269 -0.1049 -0.5524</w:t>
        <w:br/>
        <w:t>vn 0.8015 -0.1450 -0.5802</w:t>
        <w:br/>
        <w:t>vn 0.8015 -0.1456 -0.5800</w:t>
        <w:br/>
        <w:t>vn 0.4814 0.0379 0.8757</w:t>
        <w:br/>
        <w:t>vn 0.4365 0.0044 0.8997</w:t>
        <w:br/>
        <w:t>vn 0.4509 0.0045 0.8925</w:t>
        <w:br/>
        <w:t>vn 0.4041 -0.0050 0.9147</w:t>
        <w:br/>
        <w:t>vn -0.4858 -0.8293 0.2761</w:t>
        <w:br/>
        <w:t>vn -0.4741 -0.8344 0.2811</w:t>
        <w:br/>
        <w:t>vn 0.4084 0.0005 0.9128</w:t>
        <w:br/>
        <w:t>vn -0.5969 -0.2236 -0.7706</w:t>
        <w:br/>
        <w:t>vn -0.6190 -0.1295 -0.7747</w:t>
        <w:br/>
        <w:t>vn -0.6223 -0.2556 -0.7399</w:t>
        <w:br/>
        <w:t>vn 0.4204 -0.0061 0.9073</w:t>
        <w:br/>
        <w:t>vn 0.4345 -0.0415 0.8997</w:t>
        <w:br/>
        <w:t>vn -0.6120 -0.0264 -0.7904</w:t>
        <w:br/>
        <w:t>vn -0.4974 -0.8241 0.2711</w:t>
        <w:br/>
        <w:t>vn -0.5527 0.1515 -0.8195</w:t>
        <w:br/>
        <w:t>vn 0.3955 0.0196 0.9183</w:t>
        <w:br/>
        <w:t>vn -0.8070 0.1277 0.5765</w:t>
        <w:br/>
        <w:t>vn -0.8070 0.1277 0.5766</w:t>
        <w:br/>
        <w:t>vn -0.8153 0.1341 0.5634</w:t>
        <w:br/>
        <w:t>vn -0.1143 0.9819 0.1508</w:t>
        <w:br/>
        <w:t>vn -0.1498 0.9796 0.1338</w:t>
        <w:br/>
        <w:t>vn -0.4753 0.2680 -0.8380</w:t>
        <w:br/>
        <w:t>vn -0.4699 0.2443 -0.8482</w:t>
        <w:br/>
        <w:t>vn -0.7985 0.1213 0.5896</w:t>
        <w:br/>
        <w:t>vn -0.5391 0.1362 -0.8312</w:t>
        <w:br/>
        <w:t>vn -0.0785 0.9827 0.1676</w:t>
        <w:br/>
        <w:t>vn -0.9890 -0.1341 -0.0624</w:t>
        <w:br/>
        <w:t>vn -0.9520 -0.2249 -0.2079</w:t>
        <w:br/>
        <w:t>vn -0.9748 -0.1382 -0.1753</w:t>
        <w:br/>
        <w:t>vn -0.8856 -0.3099 -0.3459</w:t>
        <w:br/>
        <w:t>vn -0.8101 -0.4330 -0.3954</w:t>
        <w:br/>
        <w:t>vn 0.2555 -0.0793 -0.9635</w:t>
        <w:br/>
        <w:t>vn 0.1914 -0.0623 -0.9795</w:t>
        <w:br/>
        <w:t>vn 0.1393 -0.1117 -0.9839</w:t>
        <w:br/>
        <w:t>vn -0.7414 -0.4661 -0.4828</w:t>
        <w:br/>
        <w:t>vn -0.6863 -0.5325 -0.4955</w:t>
        <w:br/>
        <w:t>vn 0.3404 -0.0255 -0.9399</w:t>
        <w:br/>
        <w:t>vn 0.4142 -0.0165 -0.9100</w:t>
        <w:br/>
        <w:t>vn 0.9682 0.1793 0.1744</w:t>
        <w:br/>
        <w:t>vn 0.9387 0.2776 0.2045</w:t>
        <w:br/>
        <w:t>vn 0.9812 0.1829 0.0619</w:t>
        <w:br/>
        <w:t>vn 0.8681 0.3625 0.3392</w:t>
        <w:br/>
        <w:t>vn 0.7893 0.4769 0.3867</w:t>
        <w:br/>
        <w:t>vn 0.7322 0.4855 0.4776</w:t>
        <w:br/>
        <w:t>vn 0.4377 0.0801 -0.8956</w:t>
        <w:br/>
        <w:t>vn 0.6932 0.5210 0.4980</w:t>
        <w:br/>
        <w:t>vn -0.6397 -0.5493 -0.5377</w:t>
        <w:br/>
        <w:t>vn 0.4569 0.1224 -0.8811</w:t>
        <w:br/>
        <w:t>vn -0.6127 -0.5683 -0.5491</w:t>
        <w:br/>
        <w:t>vn 0.6594 0.5180 0.5448</w:t>
        <w:br/>
        <w:t>vn 0.4434 0.2071 -0.8721</w:t>
        <w:br/>
        <w:t>vn 0.6286 0.5838 0.5139</w:t>
        <w:br/>
        <w:t>vn -0.6263 -0.5784 -0.5227</w:t>
        <w:br/>
        <w:t>vn 0.4778 0.2246 -0.8493</w:t>
        <w:br/>
        <w:t>vn -0.6701 -0.5707 -0.4745</w:t>
        <w:br/>
        <w:t>vn 0.5927 0.5741 0.5649</w:t>
        <w:br/>
        <w:t>vn 0.4964 0.2543 -0.8300</w:t>
        <w:br/>
        <w:t>vn -0.6926 -0.6467 -0.3195</w:t>
        <w:br/>
        <w:t>vn 0.3721 0.2899 -0.8818</w:t>
        <w:br/>
        <w:t>vn -0.5269 -0.8308 -0.1792</w:t>
        <w:br/>
        <w:t>vn 0.5996 0.6629 0.4483</w:t>
        <w:br/>
        <w:t>vn 0.1866 0.3307 -0.9251</w:t>
        <w:br/>
        <w:t>vn 0.6379 0.7104 0.2973</w:t>
        <w:br/>
        <w:t>vn -0.5407 -0.8251 -0.1638</w:t>
        <w:br/>
        <w:t>vn 0.0177 0.3483 -0.9372</w:t>
        <w:br/>
        <w:t>vn 0.5483 0.7986 0.2482</w:t>
        <w:br/>
        <w:t>vn -0.4689 0.3209 -0.8229</w:t>
        <w:br/>
        <w:t>vn 0.4201 0.8998 0.1178</w:t>
        <w:br/>
        <w:t>vn -0.1968 -0.9647 -0.1751</w:t>
        <w:br/>
        <w:t>vn -0.9559 0.1188 -0.2685</w:t>
        <w:br/>
        <w:t>vn -0.8792 0.2061 -0.4296</w:t>
        <w:br/>
        <w:t>vn -0.1739 -0.9820 -0.0735</w:t>
        <w:br/>
        <w:t>vn -0.0744 -0.9623 -0.2616</w:t>
        <w:br/>
        <w:t>vn -0.0028 -0.9510 -0.3091</w:t>
        <w:br/>
        <w:t>vn 0.1848 0.9613 0.2045</w:t>
        <w:br/>
        <w:t>vn -0.9982 0.0168 -0.0581</w:t>
        <w:br/>
        <w:t>vn -0.9817 -0.0830 0.1713</w:t>
        <w:br/>
        <w:t>vn 0.1645 0.9789 0.1212</w:t>
        <w:br/>
        <w:t>vn -0.9830 -0.0817 0.1645</w:t>
        <w:br/>
        <w:t>vn 0.0764 0.9578 0.2771</w:t>
        <w:br/>
        <w:t>vn 0.0122 0.9487 0.3160</w:t>
        <w:br/>
        <w:t>vn -0.9550 0.0631 -0.2898</w:t>
        <w:br/>
        <w:t>vn -0.9471 -0.1235 -0.2961</w:t>
        <w:br/>
        <w:t>vn -0.9472 -0.1234 -0.2961</w:t>
        <w:br/>
        <w:t>vn -0.9516 0.1106 -0.2866</w:t>
        <w:br/>
        <w:t>vn -0.4339 0.2353 0.8697</w:t>
        <w:br/>
        <w:t>vn -0.4495 0.2188 0.8661</w:t>
        <w:br/>
        <w:t>vn -0.3985 0.3671 0.8405</w:t>
        <w:br/>
        <w:t>vn -0.3804 0.4015 0.8331</w:t>
        <w:br/>
        <w:t>vn -0.8993 0.3520 -0.2594</w:t>
        <w:br/>
        <w:t>vn -0.8947 0.3649 -0.2574</w:t>
        <w:br/>
        <w:t>vn -0.3270 0.4945 0.8053</w:t>
        <w:br/>
        <w:t>vn -0.3268 0.5173 0.7909</w:t>
        <w:br/>
        <w:t>vn -0.3233 0.4669 0.8231</w:t>
        <w:br/>
        <w:t>vn -0.2689 0.4668 0.8425</w:t>
        <w:br/>
        <w:t>vn -0.5992 0.7961 0.0852</w:t>
        <w:br/>
        <w:t>vn -0.6111 0.7770 -0.1514</w:t>
        <w:br/>
        <w:t>vn -0.1709 0.9839 0.0527</w:t>
        <w:br/>
        <w:t>vn -0.3209 0.5304 0.7847</w:t>
        <w:br/>
        <w:t>vn -0.3210 0.5300 0.7849</w:t>
        <w:br/>
        <w:t>vn -0.2232 0.5229 0.8226</w:t>
        <w:br/>
        <w:t>vn -0.0369 0.3971 0.9171</w:t>
        <w:br/>
        <w:t>vn -0.2687 0.8353 0.4797</w:t>
        <w:br/>
        <w:t>vn -0.1538 0.9845 0.0838</w:t>
        <w:br/>
        <w:t>vn -0.2218 0.5785 0.7850</w:t>
        <w:br/>
        <w:t>vn -0.1777 0.9007 0.3964</w:t>
        <w:br/>
        <w:t>vn -0.1216 0.9902 0.0689</w:t>
        <w:br/>
        <w:t>vn -0.0561 0.8678 0.4937</w:t>
        <w:br/>
        <w:t>vn -0.0057 0.6725 0.7401</w:t>
        <w:br/>
        <w:t>vn 0.0146 0.9299 0.3676</w:t>
        <w:br/>
        <w:t>vn -0.0948 0.9947 0.0402</w:t>
        <w:br/>
        <w:t>vn -0.1155 0.9930 0.0233</w:t>
        <w:br/>
        <w:t>vn 0.0630 0.5008 0.8633</w:t>
        <w:br/>
        <w:t>vn 0.2344 0.7131 0.6607</w:t>
        <w:br/>
        <w:t>vn -0.0089 0.8834 0.4684</w:t>
        <w:br/>
        <w:t>vn 0.2153 0.9465 0.2403</w:t>
        <w:br/>
        <w:t>vn 0.2046 0.6156 0.7610</w:t>
        <w:br/>
        <w:t>vn 0.2600 0.6515 0.7127</w:t>
        <w:br/>
        <w:t>vn 0.5375 0.7182 0.4418</w:t>
        <w:br/>
        <w:t>vn 0.3721 0.5235 0.7665</w:t>
        <w:br/>
        <w:t>vn 0.5343 0.4779 0.6973</w:t>
        <w:br/>
        <w:t>vn 0.6973 0.5052 0.5085</w:t>
        <w:br/>
        <w:t>vn 0.7542 0.4091 0.5137</w:t>
        <w:br/>
        <w:t>vn 0.3301 0.3828 0.8628</w:t>
        <w:br/>
        <w:t>vn 0.5411 0.2157 0.8128</w:t>
        <w:br/>
        <w:t>vn 0.7150 -0.5876 0.3788</w:t>
        <w:br/>
        <w:t>vn 0.8620 -0.2609 0.4345</w:t>
        <w:br/>
        <w:t>vn 0.7167 -0.0146 0.6973</w:t>
        <w:br/>
        <w:t>vn 0.8620 -0.2608 0.4346</w:t>
        <w:br/>
        <w:t>vn 0.5116 0.3431 0.7878</w:t>
        <w:br/>
        <w:t>vn 0.0735 0.6183 0.7825</w:t>
        <w:br/>
        <w:t>vn 0.0682 0.2763 0.9587</w:t>
        <w:br/>
        <w:t>vn -0.1109 0.9717 0.2088</w:t>
        <w:br/>
        <w:t>vn -0.0780 0.9725 0.2195</w:t>
        <w:br/>
        <w:t>vn -0.1066 0.9726 0.2064</w:t>
        <w:br/>
        <w:t>vn 0.2301 -0.4070 0.8840</w:t>
        <w:br/>
        <w:t>vn 0.3587 -0.2741 0.8923</w:t>
        <w:br/>
        <w:t>vn 0.1812 -0.2015 0.9626</w:t>
        <w:br/>
        <w:t>vn 0.5738 0.1111 0.8115</w:t>
        <w:br/>
        <w:t>vn 0.2726 0.1017 0.9568</w:t>
        <w:br/>
        <w:t>vn 0.7809 0.2875 0.5546</w:t>
        <w:br/>
        <w:t>vn 0.8642 0.2295 0.4477</w:t>
        <w:br/>
        <w:t>vn 0.7875 0.4464 0.4249</w:t>
        <w:br/>
        <w:t>vn 0.7842 0.2985 0.5440</w:t>
        <w:br/>
        <w:t>vn 0.8922 -0.1244 0.4341</w:t>
        <w:br/>
        <w:t>vn 0.5805 0.3265 0.7459</w:t>
        <w:br/>
        <w:t>vn 0.8095 -0.3405 0.4784</w:t>
        <w:br/>
        <w:t>vn 0.8549 -0.3302 0.4002</w:t>
        <w:br/>
        <w:t>vn 0.7869 -0.1421 0.6005</w:t>
        <w:br/>
        <w:t>vn 0.5932 -0.3723 0.7138</w:t>
        <w:br/>
        <w:t>vn 0.5836 -0.1296 0.8016</w:t>
        <w:br/>
        <w:t>vn 0.3199 0.2979 0.8994</w:t>
        <w:br/>
        <w:t>vn 0.3418 -0.2076 0.9166</w:t>
        <w:br/>
        <w:t>vn 0.3041 -0.4136 0.8582</w:t>
        <w:br/>
        <w:t>vn -0.0225 0.2525 0.9673</w:t>
        <w:br/>
        <w:t>vn 0.0585 -0.3182 0.9462</w:t>
        <w:br/>
        <w:t>vn 0.0762 -0.4469 0.8913</w:t>
        <w:br/>
        <w:t>vn -0.1528 -0.4791 0.8644</w:t>
        <w:br/>
        <w:t>vn -0.2450 -0.2919 0.9245</w:t>
        <w:br/>
        <w:t>vn -0.4070 -0.5153 0.7542</w:t>
        <w:br/>
        <w:t>vn -0.0621 0.5294 0.8461</w:t>
        <w:br/>
        <w:t>vn 0.1432 -0.5692 0.8097</w:t>
        <w:br/>
        <w:t>vn 0.0626 -0.6091 0.7906</w:t>
        <w:br/>
        <w:t>vn -0.1008 -0.6450 0.7575</w:t>
        <w:br/>
        <w:t>vn -0.2792 0.4809 0.8311</w:t>
        <w:br/>
        <w:t>vn -0.1745 -0.6665 0.7248</w:t>
        <w:br/>
        <w:t>vn -0.3663 0.1927 0.9103</w:t>
        <w:br/>
        <w:t>vn -0.3184 -0.6870 0.6531</w:t>
        <w:br/>
        <w:t>vn -0.5629 0.4330 0.7040</w:t>
        <w:br/>
        <w:t>vn -0.3842 -0.6967 0.6058</w:t>
        <w:br/>
        <w:t>vn -0.5143 -0.3302 0.7915</w:t>
        <w:br/>
        <w:t>vn -0.6435 -0.5493 0.5331</w:t>
        <w:br/>
        <w:t>vn -0.6133 0.0993 0.7836</w:t>
        <w:br/>
        <w:t>vn -0.7538 -0.2927 0.5883</w:t>
        <w:br/>
        <w:t>vn -0.7812 0.1918 0.5941</w:t>
        <w:br/>
        <w:t>vn -0.4985 -0.7129 0.4933</w:t>
        <w:br/>
        <w:t>vn -0.7800 0.4020 0.4796</w:t>
        <w:br/>
        <w:t>vn -0.5467 -0.7197 0.4279</w:t>
        <w:br/>
        <w:t>vn -0.9256 0.1142 0.3608</w:t>
        <w:br/>
        <w:t>vn -0.8722 -0.3799 0.3082</w:t>
        <w:br/>
        <w:t>vn -0.7865 -0.5686 0.2411</w:t>
        <w:br/>
        <w:t>vn -0.6205 -0.7304 0.2853</w:t>
        <w:br/>
        <w:t>vn -0.8918 0.3866 0.2352</w:t>
        <w:br/>
        <w:t>vn -0.6463 -0.7342 0.2080</w:t>
        <w:br/>
        <w:t>vn -0.9942 0.1054 0.0193</w:t>
        <w:br/>
        <w:t>vn -0.8919 -0.4518 0.0170</w:t>
        <w:br/>
        <w:t>vn -0.8192 -0.5733 0.0158</w:t>
        <w:br/>
        <w:t>vn -0.8140 -0.5685 -0.1197</w:t>
        <w:br/>
        <w:t>vn -0.9400 -0.3151 -0.1307</w:t>
        <w:br/>
        <w:t>vn -0.9865 0.1032 -0.1274</w:t>
        <w:br/>
        <w:t>vn -0.9187 0.3788 -0.1123</w:t>
        <w:br/>
        <w:t>vn -0.9236 0.3830 0.0184</w:t>
        <w:br/>
        <w:t>vn -0.6737 -0.7389 0.0135</w:t>
        <w:br/>
        <w:t>vn -0.6705 -0.7347 -0.1031</w:t>
        <w:br/>
        <w:t>vn -0.6737 -0.7389 0.0136</w:t>
        <w:br/>
        <w:t>vn 0.0156 0.9071 0.4207</w:t>
        <w:br/>
        <w:t>vn 0.1624 0.8792 0.4479</w:t>
        <w:br/>
        <w:t>vn 0.1210 0.9508 0.2851</w:t>
        <w:br/>
        <w:t>vn 0.2069 0.8619 0.4629</w:t>
        <w:br/>
        <w:t>vn 0.3290 0.8690 0.3695</w:t>
        <w:br/>
        <w:t>vn -0.5732 0.1118 0.8117</w:t>
        <w:br/>
        <w:t>vn -0.4810 0.0667 0.8742</w:t>
        <w:br/>
        <w:t>vn -0.4844 0.0502 0.8734</w:t>
        <w:br/>
        <w:t>vn -0.5606 0.1075 0.8211</w:t>
        <w:br/>
        <w:t>vn 0.2603 0.9223 0.2857</w:t>
        <w:br/>
        <w:t>vn -0.3012 0.0219 0.9533</w:t>
        <w:br/>
        <w:t>vn 0.3261 0.8902 0.3181</w:t>
        <w:br/>
        <w:t>vn -0.5534 -0.7505 0.3613</w:t>
        <w:br/>
        <w:t>vn -0.4675 -0.8186 0.3337</w:t>
        <w:br/>
        <w:t>vn -0.5469 -0.7660 0.3379</w:t>
        <w:br/>
        <w:t>vn -0.4339 -0.8558 0.2816</w:t>
        <w:br/>
        <w:t>vn -0.4887 0.0515 0.8709</w:t>
        <w:br/>
        <w:t>vn -0.3842 -0.8973 0.2174</w:t>
        <w:br/>
        <w:t>vn -0.3315 0.0298 0.9430</w:t>
        <w:br/>
        <w:t>vn -0.3777 -0.9029 0.2052</w:t>
        <w:br/>
        <w:t>vn -0.3204 -0.9149 0.2456</w:t>
        <w:br/>
        <w:t>vn 0.0967 -0.0869 0.9915</w:t>
        <w:br/>
        <w:t>vn -0.2391 -0.9223 0.3037</w:t>
        <w:br/>
        <w:t>vn 0.3874 0.8637 0.3225</w:t>
        <w:br/>
        <w:t>vn 0.0905 -0.0884 0.9920</w:t>
        <w:br/>
        <w:t>vn 0.3387 0.8428 0.4182</w:t>
        <w:br/>
        <w:t>vn 0.2195 -0.1211 0.9681</w:t>
        <w:br/>
        <w:t>vn 0.2260 0.8644 0.4492</w:t>
        <w:br/>
        <w:t>vn -0.3329 -0.8949 0.2972</w:t>
        <w:br/>
        <w:t>vn 0.0070 -0.0593 0.9982</w:t>
        <w:br/>
        <w:t>vn -0.3852 -0.8751 0.2931</w:t>
        <w:br/>
        <w:t>vn 0.2055 0.8297 0.5190</w:t>
        <w:br/>
        <w:t>vn -0.1837 -0.0006 0.9830</w:t>
        <w:br/>
        <w:t>vn 0.1877 0.8292 0.5264</w:t>
        <w:br/>
        <w:t>vn 0.1838 0.8186 0.5442</w:t>
        <w:br/>
        <w:t>vn -0.3744 -0.8759 0.3043</w:t>
        <w:br/>
        <w:t>vn -0.1763 -0.0037 0.9843</w:t>
        <w:br/>
        <w:t>vn -0.1689 -0.0061 0.9856</w:t>
        <w:br/>
        <w:t>vn -0.3659 -0.8814 0.2988</w:t>
        <w:br/>
        <w:t>vn -0.1658 -0.0127 0.9861</w:t>
        <w:br/>
        <w:t>vn -0.3689 -0.8866 0.2789</w:t>
        <w:br/>
        <w:t>vn -0.9939 -0.0884 -0.0657</w:t>
        <w:br/>
        <w:t>vn -0.9935 -0.0883 -0.0715</w:t>
        <w:br/>
        <w:t>vn -0.9960 -0.0679 0.0572</w:t>
        <w:br/>
        <w:t>vn -0.9967 -0.0599 0.0548</w:t>
        <w:br/>
        <w:t>vn -0.9983 -0.0553 -0.0200</w:t>
        <w:br/>
        <w:t>vn -0.9544 0.0149 0.2980</w:t>
        <w:br/>
        <w:t>vn -0.9202 0.0615 0.3865</w:t>
        <w:br/>
        <w:t>vn -0.9888 -0.0719 0.1305</w:t>
        <w:br/>
        <w:t>vn -0.9721 -0.2331 0.0270</w:t>
        <w:br/>
        <w:t>vn -0.9399 -0.0570 0.3366</w:t>
        <w:br/>
        <w:t>vn -0.9296 -0.0869 0.3582</w:t>
        <w:br/>
        <w:t>vn -0.9337 -0.1828 0.3078</w:t>
        <w:br/>
        <w:t>vn -0.8092 -0.5833 0.0710</w:t>
        <w:br/>
        <w:t>vn -0.7175 -0.6962 0.0227</w:t>
        <w:br/>
        <w:t>vn -0.7469 -0.6293 0.2146</w:t>
        <w:br/>
        <w:t>vn -0.9168 -0.2012 0.3448</w:t>
        <w:br/>
        <w:t>vn -0.8709 -0.0021 0.4915</w:t>
        <w:br/>
        <w:t>vn -0.6735 0.0295 0.7386</w:t>
        <w:br/>
        <w:t>vn -0.6053 -0.0210 0.7957</w:t>
        <w:br/>
        <w:t>vn -0.3434 0.0360 0.9385</w:t>
        <w:br/>
        <w:t>vn -0.8192 -0.0287 0.5728</w:t>
        <w:br/>
        <w:t>vn -0.3081 -0.0661 0.9490</w:t>
        <w:br/>
        <w:t>vn -0.0011 -0.0276 0.9996</w:t>
        <w:br/>
        <w:t>vn -0.7244 -0.2821 0.6290</w:t>
        <w:br/>
        <w:t>vn 0.0580 -0.0191 0.9981</w:t>
        <w:br/>
        <w:t>vn 0.4502 -0.0116 0.8929</w:t>
        <w:br/>
        <w:t>vn -0.5395 -0.1120 0.8345</w:t>
        <w:br/>
        <w:t>vn -0.2452 -0.0563 0.9678</w:t>
        <w:br/>
        <w:t>vn 0.4546 0.0300 0.8902</w:t>
        <w:br/>
        <w:t>vn -0.4678 -0.1048 0.8776</w:t>
        <w:br/>
        <w:t>vn 0.0716 0.0106 0.9974</w:t>
        <w:br/>
        <w:t>vn -0.2160 -0.0459 0.9753</w:t>
        <w:br/>
        <w:t>vn 0.7268 0.0181 0.6866</w:t>
        <w:br/>
        <w:t>vn 0.7483 0.0212 0.6630</w:t>
        <w:br/>
        <w:t>vn -0.1189 -0.2849 0.9511</w:t>
        <w:br/>
        <w:t>vn 0.7956 0.0281 0.6052</w:t>
        <w:br/>
        <w:t>vn 0.8048 0.0105 0.5935</w:t>
        <w:br/>
        <w:t>vn 0.3312 0.0362 -0.9429</w:t>
        <w:br/>
        <w:t>vn 0.3352 0.0468 -0.9410</w:t>
        <w:br/>
        <w:t>vn 0.3187 0.0380 -0.9471</w:t>
        <w:br/>
        <w:t>vn 0.3548 0.0390 -0.9341</w:t>
        <w:br/>
        <w:t>vn 0.3661 0.0364 -0.9299</w:t>
        <w:br/>
        <w:t>vn 0.8007 0.0446 0.5974</w:t>
        <w:br/>
        <w:t>vn 0.3825 0.0292 -0.9235</w:t>
        <w:br/>
        <w:t>vn 0.7232 0.0466 0.6891</w:t>
        <w:br/>
        <w:t>vn 0.4591 0.0487 -0.8870</w:t>
        <w:br/>
        <w:t>vn 0.8059 0.0622 0.5888</w:t>
        <w:br/>
        <w:t>vn 0.3934 0.0295 -0.9189</w:t>
        <w:br/>
        <w:t>vn 0.5727 0.0934 -0.8144</w:t>
        <w:br/>
        <w:t>vn 0.4447 0.0571 0.8939</w:t>
        <w:br/>
        <w:t>vn 0.7097 0.0224 0.7042</w:t>
        <w:br/>
        <w:t>vn 0.6111 0.1016 -0.7850</w:t>
        <w:br/>
        <w:t>vn 0.8169 0.0869 0.5702</w:t>
        <w:br/>
        <w:t>vn 0.5695 0.0867 -0.8174</w:t>
        <w:br/>
        <w:t>vn 0.1713 -0.1826 0.9681</w:t>
        <w:br/>
        <w:t>vn 0.4349 -0.0757 0.8973</w:t>
        <w:br/>
        <w:t>vn 0.5769 0.0758 -0.8133</w:t>
        <w:br/>
        <w:t>vn 0.6283 0.0901 -0.7728</w:t>
        <w:br/>
        <w:t>vn 0.6919 0.1019 0.7148</w:t>
        <w:br/>
        <w:t>vn 0.6479 0.0843 -0.7570</w:t>
        <w:br/>
        <w:t>vn 0.6361 0.0680 -0.7686</w:t>
        <w:br/>
        <w:t>vn 0.5924 0.0444 -0.8044</w:t>
        <w:br/>
        <w:t>vn 0.8274 0.2345 0.5103</w:t>
        <w:br/>
        <w:t>vn 0.7614 0.1436 0.6322</w:t>
        <w:br/>
        <w:t>vn 0.8115 0.1807 0.5558</w:t>
        <w:br/>
        <w:t>vn 0.7174 0.1265 0.6850</w:t>
        <w:br/>
        <w:t>vn 0.8010 0.1385 0.5825</w:t>
        <w:br/>
        <w:t>vn 0.7318 0.1378 0.6674</w:t>
        <w:br/>
        <w:t>vn 0.5606 0.0494 0.8266</w:t>
        <w:br/>
        <w:t>vn 0.5908 -0.0181 0.8066</w:t>
        <w:br/>
        <w:t>vn 0.5599 0.0782 0.8249</w:t>
        <w:br/>
        <w:t>vn 0.5191 -0.1192 0.8463</w:t>
        <w:br/>
        <w:t>vn 0.4418 -0.0684 0.8945</w:t>
        <w:br/>
        <w:t>vn 0.4798 0.0887 0.8729</w:t>
        <w:br/>
        <w:t>vn 0.3797 -0.0080 0.9251</w:t>
        <w:br/>
        <w:t>vn 0.2704 0.0459 0.9617</w:t>
        <w:br/>
        <w:t>vn 0.3373 -0.0066 0.9414</w:t>
        <w:br/>
        <w:t>vn 0.2177 0.0003 0.9760</w:t>
        <w:br/>
        <w:t>vn 0.1496 0.0641 0.9867</w:t>
        <w:br/>
        <w:t>vn 0.4658 0.0436 0.8838</w:t>
        <w:br/>
        <w:t>vn 0.1129 -0.0670 0.9913</w:t>
        <w:br/>
        <w:t>vn 0.1265 -0.0372 0.9913</w:t>
        <w:br/>
        <w:t>vn 0.2187 -0.0753 0.9729</w:t>
        <w:br/>
        <w:t>vn 0.2555 -0.0465 0.9657</w:t>
        <w:br/>
        <w:t>vn 0.0688 -0.2517 0.9654</w:t>
        <w:br/>
        <w:t>vn 0.1280 -0.1694 0.9772</w:t>
        <w:br/>
        <w:t>vn 0.1728 -0.1424 0.9746</w:t>
        <w:br/>
        <w:t>vn 0.1626 -0.0552 0.9851</w:t>
        <w:br/>
        <w:t>vn 0.1044 -0.0650 0.9924</w:t>
        <w:br/>
        <w:t>vn 0.1060 -0.2552 0.9611</w:t>
        <w:br/>
        <w:t>vn 0.4808 -0.0619 0.8746</w:t>
        <w:br/>
        <w:t>vn 0.7020 -0.0197 0.7119</w:t>
        <w:br/>
        <w:t>vn 0.5570 -0.0752 0.8271</w:t>
        <w:br/>
        <w:t>vn 0.1027 -0.1241 0.9869</w:t>
        <w:br/>
        <w:t>vn 0.5344 -0.3078 0.7872</w:t>
        <w:br/>
        <w:t>vn 0.6571 -0.0651 0.7510</w:t>
        <w:br/>
        <w:t>vn 0.5643 -0.2117 0.7979</w:t>
        <w:br/>
        <w:t>vn 0.5483 -0.1560 0.8216</w:t>
        <w:br/>
        <w:t>vn 0.4880 -0.0370 0.8720</w:t>
        <w:br/>
        <w:t>vn 0.5917 -0.2379 0.7702</w:t>
        <w:br/>
        <w:t>vn 0.9082 -0.0045 0.4186</w:t>
        <w:br/>
        <w:t>vn -0.0108 0.9621 0.2724</w:t>
        <w:br/>
        <w:t>vn -0.0042 0.9720 0.2349</w:t>
        <w:br/>
        <w:t>vn 0.0070 0.9841 0.1775</w:t>
        <w:br/>
        <w:t>vn -0.0081 -0.0224 0.9997</w:t>
        <w:br/>
        <w:t>vn 0.0639 -0.0320 0.9974</w:t>
        <w:br/>
        <w:t>vn -0.0181 0.9564 0.2914</w:t>
        <w:br/>
        <w:t>vn 0.0264 -0.1231 0.9920</w:t>
        <w:br/>
        <w:t>vn -0.0040 -0.0306 0.9995</w:t>
        <w:br/>
        <w:t>vn -0.0174 0.9507 0.3095</w:t>
        <w:br/>
        <w:t>vn -0.0140 0.9448 0.3275</w:t>
        <w:br/>
        <w:t>vn -0.5450 -0.0054 0.8384</w:t>
        <w:br/>
        <w:t>vn -0.6832 -0.0008 0.7302</w:t>
        <w:br/>
        <w:t>vn -0.4503 -0.0047 0.8929</w:t>
        <w:br/>
        <w:t>vn -0.5744 -0.0203 0.8183</w:t>
        <w:br/>
        <w:t>vn -0.1220 -0.0320 0.9920</w:t>
        <w:br/>
        <w:t>vn -0.0815 -0.1097 0.9906</w:t>
        <w:br/>
        <w:t>vn -0.0872 0.0380 0.9955</w:t>
        <w:br/>
        <w:t>vn -0.1399 0.1159 0.9834</w:t>
        <w:br/>
        <w:t>vn -0.7115 -0.1542 0.6855</w:t>
        <w:br/>
        <w:t>vn -0.9119 -0.0584 0.4062</w:t>
        <w:br/>
        <w:t>vn -0.1027 -0.1309 0.9861</w:t>
        <w:br/>
        <w:t>vn 0.0569 -0.0238 0.9981</w:t>
        <w:br/>
        <w:t>vn -0.2354 0.0063 0.9719</w:t>
        <w:br/>
        <w:t>vn -0.1828 0.2662 0.9464</w:t>
        <w:br/>
        <w:t>vn -0.4337 0.0143 0.9009</w:t>
        <w:br/>
        <w:t>vn -0.5191 -0.1192 0.8464</w:t>
        <w:br/>
        <w:t>vn -0.5931 -0.0496 0.8036</w:t>
        <w:br/>
        <w:t>vn -0.4458 -0.0788 0.8917</w:t>
        <w:br/>
        <w:t>vn -0.5691 0.0349 0.8215</w:t>
        <w:br/>
        <w:t>vn -0.7583 0.1325 0.6383</w:t>
        <w:br/>
        <w:t>vn -0.3732 -0.0586 0.9259</w:t>
        <w:br/>
        <w:t>vn -0.2420 -0.1637 0.9564</w:t>
        <w:br/>
        <w:t>vn -0.1454 -0.1693 0.9748</w:t>
        <w:br/>
        <w:t>vn -0.2975 0.0051 0.9547</w:t>
        <w:br/>
        <w:t>vn -0.1978 -0.0457 0.9792</w:t>
        <w:br/>
        <w:t>vn -0.5142 0.0928 0.8527</w:t>
        <w:br/>
        <w:t>vn -0.7255 0.1455 0.6727</w:t>
        <w:br/>
        <w:t>vn -0.8113 0.1806 0.5560</w:t>
        <w:br/>
        <w:t>vn -0.8274 0.2346 0.5102</w:t>
        <w:br/>
        <w:t>vn -0.6361 0.0686 -0.7686</w:t>
        <w:br/>
        <w:t>vn -0.6481 0.0844 -0.7569</w:t>
        <w:br/>
        <w:t>vn -0.5928 0.0446 -0.8041</w:t>
        <w:br/>
        <w:t>vn -0.6283 0.0901 -0.7728</w:t>
        <w:br/>
        <w:t>vn -0.5769 0.0756 -0.8133</w:t>
        <w:br/>
        <w:t>vn -0.7974 0.1209 0.5912</w:t>
        <w:br/>
        <w:t>vn -0.5696 0.0866 -0.8174</w:t>
        <w:br/>
        <w:t>vn -0.7144 0.0924 0.6936</w:t>
        <w:br/>
        <w:t>vn -0.6111 0.1024 -0.7849</w:t>
        <w:br/>
        <w:t>vn -0.5727 0.0941 -0.8144</w:t>
        <w:br/>
        <w:t>vn -0.7316 0.0757 0.6775</w:t>
        <w:br/>
        <w:t>vn -0.7854 0.0841 0.6133</w:t>
        <w:br/>
        <w:t>vn -0.4649 0.0071 0.8853</w:t>
        <w:br/>
        <w:t>vn -0.4592 0.0479 -0.8870</w:t>
        <w:br/>
        <w:t>vn -0.8006 0.0742 0.5946</w:t>
        <w:br/>
        <w:t>vn -0.3936 0.0242 -0.9189</w:t>
        <w:br/>
        <w:t>vn -0.3826 0.0280 -0.9235</w:t>
        <w:br/>
        <w:t>vn -0.2496 0.0404 0.9675</w:t>
        <w:br/>
        <w:t>vn -0.3662 0.0352 -0.9299</w:t>
        <w:br/>
        <w:t>vn -0.3550 0.0321 -0.9343</w:t>
        <w:br/>
        <w:t>vn -0.1524 0.0207 0.9881</w:t>
        <w:br/>
        <w:t>vn -0.3355 0.0399 -0.9412</w:t>
        <w:br/>
        <w:t>vn -0.3313 0.0344 -0.9429</w:t>
        <w:br/>
        <w:t>vn -0.3188 0.0361 -0.9471</w:t>
        <w:br/>
        <w:t>vn -0.7481 0.0248 0.6631</w:t>
        <w:br/>
        <w:t>vn -0.7953 0.0329 0.6054</w:t>
        <w:br/>
        <w:t>vn -0.8046 0.0138 0.5936</w:t>
        <w:br/>
        <w:t>vn -0.7266 0.0234 0.6867</w:t>
        <w:br/>
        <w:t>vn -0.8004 0.0469 0.5976</w:t>
        <w:br/>
        <w:t>vn -0.4501 -0.0080 0.8929</w:t>
        <w:br/>
        <w:t>vn -0.7230 0.0500 0.6890</w:t>
        <w:br/>
        <w:t>vn -0.4545 0.0329 0.8901</w:t>
        <w:br/>
        <w:t>vn -0.6959 0.0741 0.7143</w:t>
        <w:br/>
        <w:t>vn -0.4447 0.0608 0.8936</w:t>
        <w:br/>
        <w:t>vn -0.4510 0.0495 0.8911</w:t>
        <w:br/>
        <w:t>vn -0.0579 -0.0168 0.9982</w:t>
        <w:br/>
        <w:t>vn 0.0012 -0.0258 0.9997</w:t>
        <w:br/>
        <w:t>vn -0.0714 0.0123 0.9974</w:t>
        <w:br/>
        <w:t>vn -0.1364 0.0308 0.9902</w:t>
        <w:br/>
        <w:t>vn 0.3082 -0.0644 0.9491</w:t>
        <w:br/>
        <w:t>vn 0.3436 0.0368 0.9384</w:t>
        <w:br/>
        <w:t>vn 0.2454 -0.0527 0.9680</w:t>
        <w:br/>
        <w:t>vn 0.6054 -0.0202 0.7956</w:t>
        <w:br/>
        <w:t>vn 0.6738 0.0281 0.7384</w:t>
        <w:br/>
        <w:t>vn 0.5396 -0.1091 0.8349</w:t>
        <w:br/>
        <w:t>vn 0.2161 -0.0435 0.9754</w:t>
        <w:br/>
        <w:t>vn 0.8710 0.0007 0.4913</w:t>
        <w:br/>
        <w:t>vn 0.9295 -0.0879 0.3583</w:t>
        <w:br/>
        <w:t>vn 0.1319 -0.1144 0.9846</w:t>
        <w:br/>
        <w:t>vn 0.4681 -0.0976 0.8783</w:t>
        <w:br/>
        <w:t>vn -0.1757 -0.1590 0.9715</w:t>
        <w:br/>
        <w:t>vn 0.7250 -0.2748 0.6316</w:t>
        <w:br/>
        <w:t>vn -0.2815 -0.1676 0.9448</w:t>
        <w:br/>
        <w:t>vn 0.8194 -0.0246 0.5728</w:t>
        <w:br/>
        <w:t>vn -0.1149 -0.1857 0.9759</w:t>
        <w:br/>
        <w:t>vn -0.1375 -0.5065 0.8512</w:t>
        <w:br/>
        <w:t>vn -0.0417 -0.3710 0.9277</w:t>
        <w:br/>
        <w:t>vn 0.0129 -0.5462 0.8375</w:t>
        <w:br/>
        <w:t>vn -0.0309 -0.5510 0.8339</w:t>
        <w:br/>
        <w:t>vn 0.2494 -0.4714 0.8459</w:t>
        <w:br/>
        <w:t>vn 0.0816 -0.7610 0.6436</w:t>
        <w:br/>
        <w:t>vn 0.4362 -0.5849 0.6839</w:t>
        <w:br/>
        <w:t>vn 0.1305 -0.8520 0.5070</w:t>
        <w:br/>
        <w:t>vn 0.4460 -0.7497 0.4890</w:t>
        <w:br/>
        <w:t>vn 0.8174 -0.3614 0.4487</w:t>
        <w:br/>
        <w:t>vn -0.0057 -0.8991 0.4377</w:t>
        <w:br/>
        <w:t>vn 0.9170 -0.1980 0.3462</w:t>
        <w:br/>
        <w:t>vn 0.4768 -0.7941 0.3768</w:t>
        <w:br/>
        <w:t>vn 0.9399 -0.0580 0.3365</w:t>
        <w:br/>
        <w:t>vn 0.9204 0.0605 0.3862</w:t>
        <w:br/>
        <w:t>vn 0.6182 -0.6950 0.3671</w:t>
        <w:br/>
        <w:t>vn 0.9545 0.0120 0.2979</w:t>
        <w:br/>
        <w:t>vn 0.9959 -0.0699 0.0573</w:t>
        <w:br/>
        <w:t>vn 0.9335 -0.1836 0.3080</w:t>
        <w:br/>
        <w:t>vn 0.9936 -0.0912 -0.0659</w:t>
        <w:br/>
        <w:t>vn 0.9933 -0.0907 -0.0714</w:t>
        <w:br/>
        <w:t>vn 0.9965 -0.0628 0.0547</w:t>
        <w:br/>
        <w:t>vn 0.9982 -0.0569 -0.0200</w:t>
        <w:br/>
        <w:t>vn 0.9888 -0.0731 0.1305</w:t>
        <w:br/>
        <w:t>vn 0.9719 -0.2339 0.0272</w:t>
        <w:br/>
        <w:t>vn 0.7464 -0.6297 0.2153</w:t>
        <w:br/>
        <w:t>vn 0.8087 -0.5839 0.0716</w:t>
        <w:br/>
        <w:t>vn 0.7085 -0.7053 0.0233</w:t>
        <w:br/>
        <w:t>vn 0.5894 -0.8078 0.0074</w:t>
        <w:br/>
        <w:t>vn -0.5998 -0.8001 0.0069</w:t>
        <w:br/>
        <w:t>vn 0.1235 -0.9847 0.1227</w:t>
        <w:br/>
        <w:t>vn -0.5925 -0.8042 0.0473</w:t>
        <w:br/>
        <w:t>vn -0.0063 -0.9777 0.2101</w:t>
        <w:br/>
        <w:t>vn -0.6188 -0.6949 0.3664</w:t>
        <w:br/>
        <w:t>vn -0.0060 -0.9432 0.3323</w:t>
        <w:br/>
        <w:t>vn -0.8168 -0.3668 0.4452</w:t>
        <w:br/>
        <w:t>vn -0.4775 -0.7941 0.3759</w:t>
        <w:br/>
        <w:t>vn -0.0061 -0.9458 0.3248</w:t>
        <w:br/>
        <w:t>vn -0.4466 -0.7498 0.4881</w:t>
        <w:br/>
        <w:t>vn -0.4351 -0.5921 0.6783</w:t>
        <w:br/>
        <w:t>vn -0.1301 -0.8547 0.5025</w:t>
        <w:br/>
        <w:t>vn -0.2439 -0.5275 0.8138</w:t>
        <w:br/>
        <w:t>vn -0.1027 -0.8038 0.5859</w:t>
        <w:br/>
        <w:t>vn -0.0080 -0.8421 0.5392</w:t>
        <w:br/>
        <w:t>vn -0.0306 -0.6515 0.7581</w:t>
        <w:br/>
        <w:t>vn 0.0914 -0.7653 0.6372</w:t>
        <w:br/>
        <w:t>vn 0.0260 -0.3618 0.9319</w:t>
        <w:br/>
        <w:t>vn 0.5745 -0.2065 0.7921</w:t>
        <w:br/>
        <w:t>vn -0.0251 -0.9267 0.3751</w:t>
        <w:br/>
        <w:t>vn 0.2897 -0.7695 0.5692</w:t>
        <w:br/>
        <w:t>vn 0.3728 -0.2182 0.9019</w:t>
        <w:br/>
        <w:t>vn -0.1230 -0.7727 0.6228</w:t>
        <w:br/>
        <w:t>vn -0.0305 -0.8200 0.5716</w:t>
        <w:br/>
        <w:t>vn -0.2819 -0.7663 0.5774</w:t>
        <w:br/>
        <w:t>vn -0.4390 -0.4211 0.7937</w:t>
        <w:br/>
        <w:t>vn -0.0102 -0.3762 0.9265</w:t>
        <w:br/>
        <w:t>vn -0.5547 -0.2973 0.7771</w:t>
        <w:br/>
        <w:t>vn -0.0105 -0.2290 0.9734</w:t>
        <w:br/>
        <w:t>vn -0.4602 -0.2091 0.8628</w:t>
        <w:br/>
        <w:t>vn -0.0007 -0.2464 0.9692</w:t>
        <w:br/>
        <w:t>vn -0.0951 -0.0902 0.9914</w:t>
        <w:br/>
        <w:t>vn -0.4837 -0.2434 0.8407</w:t>
        <w:br/>
        <w:t>vn -0.5689 -0.1189 0.8137</w:t>
        <w:br/>
        <w:t>vn -0.3905 -0.2562 0.8842</w:t>
        <w:br/>
        <w:t>vn -0.6064 -0.2127 0.7661</w:t>
        <w:br/>
        <w:t>vn -0.5878 -0.1613 0.7928</w:t>
        <w:br/>
        <w:t>vn 0.0050 -0.3404 0.9403</w:t>
        <w:br/>
        <w:t>vn 0.0338 -0.1916 0.9809</w:t>
        <w:br/>
        <w:t>vn -0.0440 -0.9980 -0.0458</w:t>
        <w:br/>
        <w:t>vn 0.0400 -0.9989 -0.0239</w:t>
        <w:br/>
        <w:t>vn 0.0146 -0.9997 -0.0193</w:t>
        <w:br/>
        <w:t>vn 0.1093 -0.9938 -0.0209</w:t>
        <w:br/>
        <w:t>vn 0.1036 -0.9897 -0.0984</w:t>
        <w:br/>
        <w:t>vn 0.0794 -0.9837 -0.1614</w:t>
        <w:br/>
        <w:t>vn 0.0177 -0.9888 -0.1483</w:t>
        <w:br/>
        <w:t>vn 0.1527 -0.9826 -0.1055</w:t>
        <w:br/>
        <w:t>vn 0.9106 0.1558 -0.3827</w:t>
        <w:br/>
        <w:t>vn 0.9622 0.1550 -0.2241</w:t>
        <w:br/>
        <w:t>vn 0.8898 0.1500 -0.4310</w:t>
        <w:br/>
        <w:t>vn 0.9859 0.1290 -0.1069</w:t>
        <w:br/>
        <w:t>vn 0.9495 0.0910 0.3002</w:t>
        <w:br/>
        <w:t>vn 0.9265 0.1385 -0.3498</w:t>
        <w:br/>
        <w:t>vn 0.9419 0.0333 0.3342</w:t>
        <w:br/>
        <w:t>vn 0.8485 -0.0106 0.5291</w:t>
        <w:br/>
        <w:t>vn 0.8787 -0.0218 0.4769</w:t>
        <w:br/>
        <w:t>vn 0.9891 0.0957 -0.1118</w:t>
        <w:br/>
        <w:t>vn 0.9204 0.1349 -0.3671</w:t>
        <w:br/>
        <w:t>vn 0.9503 0.0119 0.3111</w:t>
        <w:br/>
        <w:t>vn 0.8648 -0.0157 0.5019</w:t>
        <w:br/>
        <w:t>vn 0.9867 0.0863 -0.1374</w:t>
        <w:br/>
        <w:t>vn 0.9121 0.1043 -0.3964</w:t>
        <w:br/>
        <w:t>vn 0.9483 0.0065 0.3174</w:t>
        <w:br/>
        <w:t>vn 0.8485 -0.0179 0.5288</w:t>
        <w:br/>
        <w:t>vn 0.9862 0.0695 -0.1505</w:t>
        <w:br/>
        <w:t>vn 0.9184 0.0679 -0.3897</w:t>
        <w:br/>
        <w:t>vn 0.9456 0.0136 0.3252</w:t>
        <w:br/>
        <w:t>vn 0.8475 -0.0206 0.5305</w:t>
        <w:br/>
        <w:t>vn 0.9861 0.0593 -0.1550</w:t>
        <w:br/>
        <w:t>vn 0.9112 0.0395 -0.4101</w:t>
        <w:br/>
        <w:t>vn 0.9507 0.0179 0.3096</w:t>
        <w:br/>
        <w:t>vn 0.8564 0.0005 0.5163</w:t>
        <w:br/>
        <w:t>vn 0.9847 0.0355 -0.1704</w:t>
        <w:br/>
        <w:t>vn 0.9204 0.0196 -0.3904</w:t>
        <w:br/>
        <w:t>vn 0.9428 0.0294 0.3322</w:t>
        <w:br/>
        <w:t>vn 0.8441 0.0243 0.5356</w:t>
        <w:br/>
        <w:t>vn 0.8654 0.0207 0.5007</w:t>
        <w:br/>
        <w:t>vn 0.9863 0.0304 -0.1619</w:t>
        <w:br/>
        <w:t>vn 0.9317 0.0183 -0.3628</w:t>
        <w:br/>
        <w:t>vn 0.9725 0.0296 0.2311</w:t>
        <w:br/>
        <w:t>vn 0.9853 0.0151 -0.1700</w:t>
        <w:br/>
        <w:t>vn 0.9219 0.0098 -0.3874</w:t>
        <w:br/>
        <w:t>vn 0.9634 0.0125 0.2677</w:t>
        <w:br/>
        <w:t>vn 0.8873 0.0041 0.4611</w:t>
        <w:br/>
        <w:t>vn 0.9841 0.0129 -0.1771</w:t>
        <w:br/>
        <w:t>vn 0.9230 0.0289 -0.3836</w:t>
        <w:br/>
        <w:t>vn 0.9692 0.0034 0.2464</w:t>
        <w:br/>
        <w:t>vn 0.9028 -0.0213 0.4294</w:t>
        <w:br/>
        <w:t>vn 0.9784 0.0070 -0.2068</w:t>
        <w:br/>
        <w:t>vn 0.8985 0.0030 -0.4390</w:t>
        <w:br/>
        <w:t>vn 0.9784 -0.0176 0.2059</w:t>
        <w:br/>
        <w:t>vn 0.9273 -0.0310 0.3732</w:t>
        <w:br/>
        <w:t>vn 0.9705 -0.0165 -0.2406</w:t>
        <w:br/>
        <w:t>vn 0.8813 -0.0132 -0.4724</w:t>
        <w:br/>
        <w:t>vn 0.9819 -0.0143 0.1887</w:t>
        <w:br/>
        <w:t>vn 0.9474 -0.0267 0.3189</w:t>
        <w:br/>
        <w:t>vn 0.9743 -0.0037 -0.2252</w:t>
        <w:br/>
        <w:t>vn 0.8920 0.0402 -0.4503</w:t>
        <w:br/>
        <w:t>vn 0.9859 -0.0000 0.1672</w:t>
        <w:br/>
        <w:t>vn 0.9554 0.0033 0.2954</w:t>
        <w:br/>
        <w:t>vn 0.9735 0.0461 -0.2238</w:t>
        <w:br/>
        <w:t>vn 0.8755 0.0639 -0.4791</w:t>
        <w:br/>
        <w:t>vn 0.9867 0.0286 0.1600</w:t>
        <w:br/>
        <w:t>vn 0.9515 0.0408 0.3048</w:t>
        <w:br/>
        <w:t>vn 0.9684 0.0501 -0.2443</w:t>
        <w:br/>
        <w:t>vn 0.8803 0.0219 -0.4738</w:t>
        <w:br/>
        <w:t>vn 0.9850 0.0602 0.1619</w:t>
        <w:br/>
        <w:t>vn 0.9462 0.0688 0.3162</w:t>
        <w:br/>
        <w:t>vn 0.9743 0.0586 -0.2176</w:t>
        <w:br/>
        <w:t>vn 0.9187 0.0217 -0.3944</w:t>
        <w:br/>
        <w:t>vn 0.9842 0.0736 0.1609</w:t>
        <w:br/>
        <w:t>vn 0.9512 0.0517 0.3043</w:t>
        <w:br/>
        <w:t>vn 0.9825 0.0836 -0.1666</w:t>
        <w:br/>
        <w:t>vn 0.9521 0.0814 -0.2947</w:t>
        <w:br/>
        <w:t>vn 0.9863 0.0802 0.1440</w:t>
        <w:br/>
        <w:t>vn 0.9484 0.0995 0.3012</w:t>
        <w:br/>
        <w:t>vn 0.9839 0.1315 -0.1213</w:t>
        <w:br/>
        <w:t>vn 0.9663 0.1692 -0.1941</w:t>
        <w:br/>
        <w:t>vn 0.9716 0.1530 0.1807</w:t>
        <w:br/>
        <w:t>vn 0.9243 0.1603 0.3463</w:t>
        <w:br/>
        <w:t>vn 0.9278 0.1868 0.3228</w:t>
        <w:br/>
        <w:t>vn 0.9770 0.1970 -0.0813</w:t>
        <w:br/>
        <w:t>vn 0.9637 0.2110 -0.1634</w:t>
        <w:br/>
        <w:t>vn 0.9750 0.2191 -0.0372</w:t>
        <w:br/>
        <w:t>vn 0.9607 0.2195 0.1699</w:t>
        <w:br/>
        <w:t>vn 0.9182 0.2391 0.3157</w:t>
        <w:br/>
        <w:t>vn 0.9525 0.2404 0.1871</w:t>
        <w:br/>
        <w:t>vn 0.9661 -0.1729 -0.1919</w:t>
        <w:br/>
        <w:t>vn 0.9715 -0.0035 -0.2369</w:t>
        <w:br/>
        <w:t>vn 0.9621 -0.0889 -0.2578</w:t>
        <w:br/>
        <w:t>vn 0.9657 0.1101 -0.2351</w:t>
        <w:br/>
        <w:t>vn 0.9698 0.1769 -0.1679</w:t>
        <w:br/>
        <w:t>vn 0.1733 -0.9801 0.0965</w:t>
        <w:br/>
        <w:t>vn 0.1929 -0.9785 0.0729</w:t>
        <w:br/>
        <w:t>vn 0.1910 -0.9791 0.0698</w:t>
        <w:br/>
        <w:t>vn 0.1766 -0.9810 0.0806</w:t>
        <w:br/>
        <w:t>vn -0.1619 -0.9746 0.1546</w:t>
        <w:br/>
        <w:t>vn 0.9698 0.1600 -0.1842</w:t>
        <w:br/>
        <w:t>vn 0.2298 0.0746 0.9704</w:t>
        <w:br/>
        <w:t>vn 0.2331 0.0651 0.9703</w:t>
        <w:br/>
        <w:t>vn 0.1915 0.0984 0.9765</w:t>
        <w:br/>
        <w:t>vn 0.9715 0.1874 -0.1451</w:t>
        <w:br/>
        <w:t>vn 0.9688 0.2205 -0.1127</w:t>
        <w:br/>
        <w:t>vn -0.4982 -0.8420 0.2069</w:t>
        <w:br/>
        <w:t>vn -0.0982 0.9759 0.1948</w:t>
        <w:br/>
        <w:t>vn -0.0837 0.9772 0.1952</w:t>
        <w:br/>
        <w:t>vn -0.1086 0.9778 0.1791</w:t>
        <w:br/>
        <w:t>vn 0.2495 0.0472 0.9672</w:t>
        <w:br/>
        <w:t>vn 0.1939 0.0382 0.9803</w:t>
        <w:br/>
        <w:t>vn -0.0802 0.9808 0.1779</w:t>
        <w:br/>
        <w:t>vn -0.7420 -0.6400 0.1997</w:t>
        <w:br/>
        <w:t>vn -0.5458 0.8153 0.1933</w:t>
        <w:br/>
        <w:t>vn 0.1708 0.0342 0.9847</w:t>
        <w:br/>
        <w:t>vn -0.5544 0.8174 0.1568</w:t>
        <w:br/>
        <w:t>vn -0.8788 0.4432 0.1768</w:t>
        <w:br/>
        <w:t>vn -0.7429 -0.6303 0.2254</w:t>
        <w:br/>
        <w:t>vn -0.8780 0.4330 0.2041</w:t>
        <w:br/>
        <w:t>vn 0.0995 0.0231 0.9948</w:t>
        <w:br/>
        <w:t>vn -0.9621 -0.0889 -0.2578</w:t>
        <w:br/>
        <w:t>vn -0.9715 -0.0035 -0.2369</w:t>
        <w:br/>
        <w:t>vn -0.9661 -0.1729 -0.1919</w:t>
        <w:br/>
        <w:t>vn -0.9657 0.1101 -0.2351</w:t>
        <w:br/>
        <w:t>vn -0.9698 0.1769 -0.1679</w:t>
        <w:br/>
        <w:t>vn -0.1733 -0.9801 0.0966</w:t>
        <w:br/>
        <w:t>vn -0.1910 -0.9791 0.0698</w:t>
        <w:br/>
        <w:t>vn -0.1929 -0.9785 0.0730</w:t>
        <w:br/>
        <w:t>vn -0.1766 -0.9810 0.0806</w:t>
        <w:br/>
        <w:t>vn 0.1619 -0.9746 0.1545</w:t>
        <w:br/>
        <w:t>vn -0.9698 0.1600 -0.1842</w:t>
        <w:br/>
        <w:t>vn -0.2331 0.0651 0.9703</w:t>
        <w:br/>
        <w:t>vn -0.2298 0.0746 0.9704</w:t>
        <w:br/>
        <w:t>vn -0.1916 0.0984 0.9765</w:t>
        <w:br/>
        <w:t>vn -0.9715 0.1874 -0.1452</w:t>
        <w:br/>
        <w:t>vn -0.9688 0.2205 -0.1127</w:t>
        <w:br/>
        <w:t>vn 0.0837 0.9772 0.1952</w:t>
        <w:br/>
        <w:t>vn 0.0982 0.9759 0.1948</w:t>
        <w:br/>
        <w:t>vn 0.1086 0.9778 0.1791</w:t>
        <w:br/>
        <w:t>vn -0.2495 0.0472 0.9672</w:t>
        <w:br/>
        <w:t>vn 0.0802 0.9808 0.1780</w:t>
        <w:br/>
        <w:t>vn 0.4982 -0.8421 0.2069</w:t>
        <w:br/>
        <w:t>vn -0.1939 0.0382 0.9803</w:t>
        <w:br/>
        <w:t>vn 0.7420 -0.6400 0.1997</w:t>
        <w:br/>
        <w:t>vn 0.5458 0.8153 0.1933</w:t>
        <w:br/>
        <w:t>vn -0.1708 0.0342 0.9847</w:t>
        <w:br/>
        <w:t>vn 0.5544 0.8174 0.1568</w:t>
        <w:br/>
        <w:t>vn 0.8788 0.4432 0.1768</w:t>
        <w:br/>
        <w:t>vn 0.7429 -0.6303 0.2254</w:t>
        <w:br/>
        <w:t>vn -0.0995 0.0231 0.9948</w:t>
        <w:br/>
        <w:t>vn 0.8780 0.4330 0.2041</w:t>
        <w:br/>
        <w:t>vn -0.0428 -0.9989 -0.0200</w:t>
        <w:br/>
        <w:t>vn 0.0412 -0.9983 -0.0419</w:t>
        <w:br/>
        <w:t>vn -0.0174 -0.9997 -0.0153</w:t>
        <w:br/>
        <w:t>vn -0.1120 -0.9936 -0.0170</w:t>
        <w:br/>
        <w:t>vn -0.1064 -0.9898 -0.0945</w:t>
        <w:br/>
        <w:t>vn -0.0822 -0.9841 -0.1575</w:t>
        <w:br/>
        <w:t>vn -0.0205 -0.9893 -0.1445</w:t>
        <w:br/>
        <w:t>vn -0.1554 -0.9826 -0.1016</w:t>
        <w:br/>
        <w:t>vn -0.9618 0.1571 -0.2243</w:t>
        <w:br/>
        <w:t>vn -0.9103 0.1568 -0.3831</w:t>
        <w:br/>
        <w:t>vn -0.8895 0.1508 -0.4313</w:t>
        <w:br/>
        <w:t>vn -0.9855 0.1313 -0.1071</w:t>
        <w:br/>
        <w:t>vn -0.9492 0.0948 0.3001</w:t>
        <w:br/>
        <w:t>vn -0.9263 0.1396 -0.3500</w:t>
        <w:br/>
        <w:t>vn -0.8483 -0.0061 0.5295</w:t>
        <w:br/>
        <w:t>vn -0.9417 0.0372 0.3343</w:t>
        <w:br/>
        <w:t>vn -0.8786 -0.0175 0.4773</w:t>
        <w:br/>
        <w:t>vn -0.9889 0.0980 -0.1119</w:t>
        <w:br/>
        <w:t>vn -0.9201 0.1360 -0.3673</w:t>
        <w:br/>
        <w:t>vn -0.9501 0.0157 0.3114</w:t>
        <w:br/>
        <w:t>vn -0.8647 -0.0113 0.5022</w:t>
        <w:br/>
        <w:t>vn -0.9865 0.0885 -0.1374</w:t>
        <w:br/>
        <w:t>vn -0.9119 0.1053 -0.3966</w:t>
        <w:br/>
        <w:t>vn -0.9481 0.0103 0.3177</w:t>
        <w:br/>
        <w:t>vn -0.8484 -0.0135 0.5291</w:t>
        <w:br/>
        <w:t>vn -0.9860 0.0716 -0.1505</w:t>
        <w:br/>
        <w:t>vn -0.9183 0.0690 -0.3898</w:t>
        <w:br/>
        <w:t>vn -0.9454 0.0174 0.3254</w:t>
        <w:br/>
        <w:t>vn -0.8474 -0.0163 0.5308</w:t>
        <w:br/>
        <w:t>vn -0.9860 0.0614 -0.1550</w:t>
        <w:br/>
        <w:t>vn -0.9111 0.0406 -0.4101</w:t>
        <w:br/>
        <w:t>vn -0.9506 0.0216 0.3097</w:t>
        <w:br/>
        <w:t>vn -0.8563 0.0048 0.5164</w:t>
        <w:br/>
        <w:t>vn -0.9847 0.0376 -0.1703</w:t>
        <w:br/>
        <w:t>vn -0.9205 0.0208 -0.3903</w:t>
        <w:br/>
        <w:t>vn -0.9426 0.0332 0.3322</w:t>
        <w:br/>
        <w:t>vn -0.8439 0.0285 0.5357</w:t>
        <w:br/>
        <w:t>vn -0.9863 0.0326 -0.1618</w:t>
        <w:br/>
        <w:t>vn -0.9317 0.0196 -0.3626</w:t>
        <w:br/>
        <w:t>vn -0.8652 0.0249 0.5008</w:t>
        <w:br/>
        <w:t>vn -0.9853 0.0172 -0.1699</w:t>
        <w:br/>
        <w:t>vn -0.9219 0.0110 -0.3873</w:t>
        <w:br/>
        <w:t>vn -0.9724 0.0329 0.2311</w:t>
        <w:br/>
        <w:t>vn -0.9633 0.0161 0.2679</w:t>
        <w:br/>
        <w:t>vn -0.8872 0.0081 0.4612</w:t>
        <w:br/>
        <w:t>vn -0.9841 0.0151 -0.1770</w:t>
        <w:br/>
        <w:t>vn -0.9230 0.0301 -0.3836</w:t>
        <w:br/>
        <w:t>vn -0.9691 0.0070 0.2465</w:t>
        <w:br/>
        <w:t>vn -0.9028 -0.0173 0.4297</w:t>
        <w:br/>
        <w:t>vn -0.9784 0.0089 -0.2067</w:t>
        <w:br/>
        <w:t>vn -0.8985 0.0039 -0.4389</w:t>
        <w:br/>
        <w:t>vn -0.9784 -0.0143 0.2061</w:t>
        <w:br/>
        <w:t>vn -0.9273 -0.0272 0.3734</w:t>
        <w:br/>
        <w:t>vn -0.9706 -0.0148 -0.2404</w:t>
        <w:br/>
        <w:t>vn -0.8814 -0.0126 -0.4722</w:t>
        <w:br/>
        <w:t>vn -0.9819 -0.0112 0.1889</w:t>
        <w:br/>
        <w:t>vn -0.9474 -0.0233 0.3191</w:t>
        <w:br/>
        <w:t>vn -0.9744 -0.0021 -0.2250</w:t>
        <w:br/>
        <w:t>vn -0.8918 0.0468 -0.4499</w:t>
        <w:br/>
        <w:t>vn -0.9859 0.0026 0.1674</w:t>
        <w:br/>
        <w:t>vn -0.9553 0.0061 0.2955</w:t>
        <w:br/>
        <w:t>vn -0.9734 0.0500 -0.2235</w:t>
        <w:br/>
        <w:t>vn -0.8752 0.0698 -0.4786</w:t>
        <w:br/>
        <w:t>vn -0.9866 0.0307 0.1601</w:t>
        <w:br/>
        <w:t>vn -0.9515 0.0429 0.3047</w:t>
        <w:br/>
        <w:t>vn -0.9682 0.0551 -0.2440</w:t>
        <w:br/>
        <w:t>vn -0.8804 0.0223 -0.4737</w:t>
        <w:br/>
        <w:t>vn -0.9849 0.0620 0.1619</w:t>
        <w:br/>
        <w:t>vn -0.9460 0.0711 0.3162</w:t>
        <w:br/>
        <w:t>vn -0.9742 0.0595 -0.2175</w:t>
        <w:br/>
        <w:t>vn -0.9187 0.0220 -0.3943</w:t>
        <w:br/>
        <w:t>vn -0.9841 0.0751 0.1608</w:t>
        <w:br/>
        <w:t>vn -0.9511 0.0534 0.3042</w:t>
        <w:br/>
        <w:t>vn -0.9824 0.0842 -0.1665</w:t>
        <w:br/>
        <w:t>vn -0.9521 0.0817 -0.2947</w:t>
        <w:br/>
        <w:t>vn -0.9862 0.0812 0.1440</w:t>
        <w:br/>
        <w:t>vn -0.9482 0.1004 0.3013</w:t>
        <w:br/>
        <w:t>vn -0.9838 0.1319 -0.1213</w:t>
        <w:br/>
        <w:t>vn -0.9663 0.1692 -0.1941</w:t>
        <w:br/>
        <w:t>vn -0.9714 0.1539 0.1810</w:t>
        <w:br/>
        <w:t>vn -0.9242 0.1609 0.3464</w:t>
        <w:br/>
        <w:t>vn -0.9278 0.1868 0.3228</w:t>
        <w:br/>
        <w:t>vn -0.9770 0.1970 -0.0813</w:t>
        <w:br/>
        <w:t>vn -0.9637 0.2110 -0.1634</w:t>
        <w:br/>
        <w:t>vn -0.9750 0.2191 -0.0372</w:t>
        <w:br/>
        <w:t>vn -0.9607 0.2195 0.1699</w:t>
        <w:br/>
        <w:t>vn -0.9182 0.2391 0.3157</w:t>
        <w:br/>
        <w:t>vn -0.9525 0.2404 0.1871</w:t>
        <w:br/>
        <w:t>vn -0.7400 -0.0899 -0.6665</w:t>
        <w:br/>
        <w:t>vn -0.5716 -0.0578 -0.8185</w:t>
        <w:br/>
        <w:t>vn -0.7425 -0.0936 -0.6633</w:t>
        <w:br/>
        <w:t>vn -0.3597 -0.0220 -0.9328</w:t>
        <w:br/>
        <w:t>vn 0.2812 0.0756 -0.9567</w:t>
        <w:br/>
        <w:t>vn -0.0264 -0.9021 -0.4308</w:t>
        <w:br/>
        <w:t>vn -0.2087 -0.9217 -0.3270</w:t>
        <w:br/>
        <w:t>vn -0.1189 -0.9170 -0.3808</w:t>
        <w:br/>
        <w:t>vn -0.7357 -0.0953 -0.6706</w:t>
        <w:br/>
        <w:t>vn -0.5677 -0.0656 -0.8206</w:t>
        <w:br/>
        <w:t>vn -0.7358 -0.0982 -0.6700</w:t>
        <w:br/>
        <w:t>vn -0.3583 -0.0298 -0.9331</w:t>
        <w:br/>
        <w:t>vn 0.2837 0.0665 -0.9566</w:t>
        <w:br/>
        <w:t>vn 0.1913 -0.8747 -0.4453</w:t>
        <w:br/>
        <w:t>vn 0.2841 0.0666 -0.9565</w:t>
        <w:br/>
        <w:t>vn 0.8704 0.1398 -0.4720</w:t>
        <w:br/>
        <w:t>vn 0.3161 -0.8570 -0.4070</w:t>
        <w:br/>
        <w:t>vn 0.2828 0.0744 -0.9563</w:t>
        <w:br/>
        <w:t>vn 0.8705 0.1413 -0.4714</w:t>
        <w:br/>
        <w:t>vn 0.5142 -0.8275 -0.2255</w:t>
        <w:br/>
        <w:t>vn 0.9791 0.1462 -0.1416</w:t>
        <w:br/>
        <w:t>vn 0.9793 0.1435 -0.1424</w:t>
        <w:br/>
        <w:t>vn 0.5817 -0.8091 -0.0834</w:t>
        <w:br/>
        <w:t>vn 0.8576 0.3037 -0.4151</w:t>
        <w:br/>
        <w:t>vn 0.5140 -0.8275 -0.2258</w:t>
        <w:br/>
        <w:t>vn 0.9331 0.0731 -0.3520</w:t>
        <w:br/>
        <w:t>vn 0.9796 0.1435 -0.1410</w:t>
        <w:br/>
        <w:t>vn 0.8699 0.4792 -0.1164</w:t>
        <w:br/>
        <w:t>vn 0.9567 0.1737 -0.2334</w:t>
        <w:br/>
        <w:t>vn 0.7991 0.5807 -0.1554</w:t>
        <w:br/>
        <w:t>vn 0.1789 -0.8805 0.4389</w:t>
        <w:br/>
        <w:t>vn 0.0880 -0.6998 0.7089</w:t>
        <w:br/>
        <w:t>vn 0.1735 -0.8846 0.4328</w:t>
        <w:br/>
        <w:t>vn 0.9983 0.0525 0.0265</w:t>
        <w:br/>
        <w:t>vn 0.9918 0.0909 0.0900</w:t>
        <w:br/>
        <w:t>vn 0.9380 0.1645 0.3051</w:t>
        <w:br/>
        <w:t>vn -0.1174 0.6640 0.7385</w:t>
        <w:br/>
        <w:t>vn -0.0873 0.8795 0.4679</w:t>
        <w:br/>
        <w:t>vn -0.0929 0.8816 0.4628</w:t>
        <w:br/>
        <w:t>vn -0.0801 -0.0389 0.9960</w:t>
        <w:br/>
        <w:t>vn -0.0762 -0.0377 0.9964</w:t>
        <w:br/>
        <w:t>vn -0.1166 0.6605 0.7417</w:t>
        <w:br/>
        <w:t>vn 0.9889 0.1453 0.0323</w:t>
        <w:br/>
        <w:t>vn 0.9889 0.1449 0.0318</w:t>
        <w:br/>
        <w:t>vn 0.9890 0.1435 0.0350</w:t>
        <w:br/>
        <w:t>vn 0.0892 -0.6963 0.7122</w:t>
        <w:br/>
        <w:t>vn 0.9887 0.1461 0.0332</w:t>
        <w:br/>
        <w:t>vn 0.9888 0.1461 0.0309</w:t>
        <w:br/>
        <w:t>vn -0.7027 0.5899 -0.3979</w:t>
        <w:br/>
        <w:t>vn -0.8834 0.2426 -0.4010</w:t>
        <w:br/>
        <w:t>vn -0.7556 0.5751 -0.3134</w:t>
        <w:br/>
        <w:t>vn -0.7460 0.3424 -0.5711</w:t>
        <w:br/>
        <w:t>vn -0.4450 0.6292 -0.6372</w:t>
        <w:br/>
        <w:t>vn -0.8019 0.2068 -0.5606</w:t>
        <w:br/>
        <w:t>vn -0.8876 0.2379 -0.3944</w:t>
        <w:br/>
        <w:t>vn -0.8876 0.2381 -0.3944</w:t>
        <w:br/>
        <w:t>vn -0.4901 0.1896 -0.8508</w:t>
        <w:br/>
        <w:t>vn -0.0904 0.4949 -0.8642</w:t>
        <w:br/>
        <w:t>vn -0.1159 0.6845 -0.7197</w:t>
        <w:br/>
        <w:t>vn 0.1711 0.7205 -0.6720</w:t>
        <w:br/>
        <w:t>vn -0.4727 0.4242 -0.7724</w:t>
        <w:br/>
        <w:t>vn 0.3378 0.4359 -0.8342</w:t>
        <w:br/>
        <w:t>vn 0.4381 0.7601 -0.4799</w:t>
        <w:br/>
        <w:t>vn -0.0568 0.2560 -0.9650</w:t>
        <w:br/>
        <w:t>vn 0.7185 0.4367 -0.5413</w:t>
        <w:br/>
        <w:t>vn 0.6097 0.7746 -0.1680</w:t>
        <w:br/>
        <w:t>vn 0.3562 0.4336 -0.8277</w:t>
        <w:br/>
        <w:t>vn -0.0898 0.4906 -0.8668</w:t>
        <w:br/>
        <w:t>vn 0.8186 0.5623 -0.1170</w:t>
        <w:br/>
        <w:t>vn 0.6411 0.7666 0.0368</w:t>
        <w:br/>
        <w:t>vn 0.9268 0.3733 0.0404</w:t>
        <w:br/>
        <w:t>vn 0.6195 0.5419 -0.5680</w:t>
        <w:br/>
        <w:t>vn 0.8561 0.4936 -0.1528</w:t>
        <w:br/>
        <w:t>vn 0.8736 0.4841 0.0493</w:t>
        <w:br/>
        <w:t>vn 0.8735 0.4844 0.0493</w:t>
        <w:br/>
        <w:t>vn 0.3386 0.4344 -0.8347</w:t>
        <w:br/>
        <w:t>vn 0.7190 0.4358 -0.5414</w:t>
        <w:br/>
        <w:t>vn 0.8557 0.4949 -0.1509</w:t>
        <w:br/>
        <w:t>vn 0.9443 -0.2864 -0.1621</w:t>
        <w:br/>
        <w:t>vn 0.9586 -0.2830 0.0326</w:t>
        <w:br/>
        <w:t>vn 0.7753 -0.6315 0.0157</w:t>
        <w:br/>
        <w:t>vn 0.4633 -0.3414 -0.8178</w:t>
        <w:br/>
        <w:t>vn 0.7780 -0.6145 -0.1312</w:t>
        <w:br/>
        <w:t>vn 0.8141 -0.5804 0.0194</w:t>
        <w:br/>
        <w:t>vn 0.7970 -0.5890 -0.1341</w:t>
        <w:br/>
        <w:t>vn 0.6962 -0.6031 -0.3894</w:t>
        <w:br/>
        <w:t>vn 0.7285 -0.3964 -0.5587</w:t>
        <w:br/>
        <w:t>vn 0.6360 -0.6455 -0.4228</w:t>
        <w:br/>
        <w:t>vn 0.4082 -0.6386 -0.6524</w:t>
        <w:br/>
        <w:t>vn 0.4207 -0.6760 -0.6050</w:t>
        <w:br/>
        <w:t>vn 0.1172 -0.7127 -0.6916</w:t>
        <w:br/>
        <w:t>vn 0.0882 -0.6889 -0.7195</w:t>
        <w:br/>
        <w:t>vn -0.1855 -0.7245 -0.6639</w:t>
        <w:br/>
        <w:t>vn 0.0060 -0.3476 -0.9376</w:t>
        <w:br/>
        <w:t>vn -0.2113 -0.7629 -0.6110</w:t>
        <w:br/>
        <w:t>vn -0.4218 -0.7643 -0.4878</w:t>
        <w:br/>
        <w:t>vn -0.4853 0.1907 -0.8533</w:t>
        <w:br/>
        <w:t>vn -0.3562 -0.5483 -0.7567</w:t>
        <w:br/>
        <w:t>vn -0.4218 -0.8008 -0.4253</w:t>
        <w:br/>
        <w:t>vn -0.5357 -0.7813 -0.3202</w:t>
        <w:br/>
        <w:t>vn -0.4871 -0.8196 -0.3017</w:t>
        <w:br/>
        <w:t>vn -0.6892 -0.4610 -0.5589</w:t>
        <w:br/>
        <w:t>vn -0.7480 -0.5311 -0.3980</w:t>
        <w:br/>
        <w:t>vn -0.7409 0.3393 -0.5796</w:t>
        <w:br/>
        <w:t>vn -0.2535 0.9651 -0.0651</w:t>
        <w:br/>
        <w:t>vn -0.5320 0.8282 -0.1763</w:t>
        <w:br/>
        <w:t>vn -0.2682 0.9626 -0.0389</w:t>
        <w:br/>
        <w:t>vn -0.6765 0.5920 -0.4380</w:t>
        <w:br/>
        <w:t>vn -0.8928 -0.1242 -0.4331</w:t>
        <w:br/>
        <w:t>vn -0.3468 0.8032 -0.4843</w:t>
        <w:br/>
        <w:t>vn -0.2121 0.9715 -0.1062</w:t>
        <w:br/>
        <w:t>vn -0.1427 0.9822 -0.1220</w:t>
        <w:br/>
        <w:t>vn -0.7835 -0.1035 -0.6127</w:t>
        <w:br/>
        <w:t>vn -0.1484 0.9812 -0.1232</w:t>
        <w:br/>
        <w:t>vn -0.5207 -0.0595 -0.8517</w:t>
        <w:br/>
        <w:t>vn -0.7812 -0.1206 -0.6125</w:t>
        <w:br/>
        <w:t>vn -0.8899 -0.1435 -0.4329</w:t>
        <w:br/>
        <w:t>vn -0.8900 0.2216 -0.3985</w:t>
        <w:br/>
        <w:t>vn -0.3181 -0.0002 -0.9480</w:t>
        <w:br/>
        <w:t>vn -0.0682 0.3294 -0.9417</w:t>
        <w:br/>
        <w:t>vn -0.4020 -0.0274 -0.9152</w:t>
        <w:br/>
        <w:t>vn -0.7895 0.2241 -0.5714</w:t>
        <w:br/>
        <w:t>vn -0.8679 -0.2495 -0.4295</w:t>
        <w:br/>
        <w:t>vn -0.4900 0.2840 -0.8242</w:t>
        <w:br/>
        <w:t>vn -0.5832 -0.6180 -0.5272</w:t>
        <w:br/>
        <w:t>vn -0.6782 -0.6323 -0.3745</w:t>
        <w:br/>
        <w:t>vn -0.7588 -0.2307 -0.6091</w:t>
        <w:br/>
        <w:t>vn -0.5060 -0.1869 -0.8421</w:t>
        <w:br/>
        <w:t>vn -0.2661 -0.5595 -0.7850</w:t>
        <w:br/>
        <w:t>vn -0.0629 -0.0527 -0.9966</w:t>
        <w:br/>
        <w:t>vn 0.1229 -0.5642 -0.8165</w:t>
        <w:br/>
        <w:t>vn -0.0476 0.3703 -0.9277</w:t>
        <w:br/>
        <w:t>vn 0.3492 -0.2064 -0.9140</w:t>
        <w:br/>
        <w:t>vn 0.3389 -0.6167 -0.7105</w:t>
        <w:br/>
        <w:t>vn 0.4536 -0.5910 -0.6671</w:t>
        <w:br/>
        <w:t>vn 0.2263 0.3228 -0.9190</w:t>
        <w:br/>
        <w:t>vn 0.5714 -0.0887 -0.8158</w:t>
        <w:br/>
        <w:t>vn 0.7367 -0.4581 -0.4974</w:t>
        <w:br/>
        <w:t>vn 0.4018 0.4348 -0.8059</w:t>
        <w:br/>
        <w:t>vn 0.8065 0.0004 -0.5913</w:t>
        <w:br/>
        <w:t>vn 0.2252 0.4256 -0.8764</w:t>
        <w:br/>
        <w:t>vn 0.6677 0.4709 -0.5766</w:t>
        <w:br/>
        <w:t>vn 0.9851 0.0187 -0.1711</w:t>
        <w:br/>
        <w:t>vn 0.9031 -0.4007 -0.1543</w:t>
        <w:br/>
        <w:t>vn 0.9184 -0.3947 0.0276</w:t>
        <w:br/>
        <w:t>vn 0.9990 0.0174 0.0418</w:t>
        <w:br/>
        <w:t>vn 0.8928 0.4479 0.0486</w:t>
        <w:br/>
        <w:t>vn 0.8641 0.4796 -0.1527</w:t>
        <w:br/>
        <w:t>vn 0.9911 0.1266 0.0421</w:t>
        <w:br/>
        <w:t>vn 0.6027 0.5039 -0.6187</w:t>
        <w:br/>
        <w:t>vn 0.7892 0.1081 -0.6045</w:t>
        <w:br/>
        <w:t>vn 0.9763 0.1320 -0.1713</w:t>
        <w:br/>
        <w:t>vn 0.9741 0.1474 -0.1716</w:t>
        <w:br/>
        <w:t>vn 0.9889 0.1430 0.0413</w:t>
        <w:br/>
        <w:t>vn 0.6408 0.7665 0.0443</w:t>
        <w:br/>
        <w:t>vn 0.3715 0.9263 -0.0631</w:t>
        <w:br/>
        <w:t>vn -0.0051 0.9996 0.0264</w:t>
        <w:br/>
        <w:t>vn -0.0091 0.9999 -0.0141</w:t>
        <w:br/>
        <w:t>vn 0.4118 0.8315 -0.3729</w:t>
        <w:br/>
        <w:t>vn -0.0406 0.9963 -0.0761</w:t>
        <w:br/>
        <w:t>vn 0.7906 0.1297 -0.5984</w:t>
        <w:br/>
        <w:t>vn 0.1597 0.9692 -0.1876</w:t>
        <w:br/>
        <w:t>vn -0.0837 0.9901 -0.1126</w:t>
        <w:br/>
        <w:t>vn 0.8493 0.1662 -0.5011</w:t>
        <w:br/>
        <w:t>vn -0.1364 0.9905 -0.0171</w:t>
        <w:br/>
        <w:t>vn 0.3748 0.8725 -0.3135</w:t>
        <w:br/>
        <w:t>vn 0.9064 0.0849 -0.4138</w:t>
        <w:br/>
        <w:t>vn 0.7099 0.7017 0.0608</w:t>
        <w:br/>
        <w:t>vn 0.8578 0.4150 -0.3032</w:t>
        <w:br/>
        <w:t>vn 0.3264 -0.6746 -0.6621</w:t>
        <w:br/>
        <w:t>vn 0.4624 -0.6465 -0.6068</w:t>
        <w:br/>
        <w:t>vn 0.4608 -0.6663 -0.5863</w:t>
        <w:br/>
        <w:t>vn 0.8467 -0.2649 -0.4615</w:t>
        <w:br/>
        <w:t>vn 0.7575 -0.4397 -0.4826</w:t>
        <w:br/>
        <w:t>vn 0.3290 -0.6548 -0.6804</w:t>
        <w:br/>
        <w:t>vn 0.3595 0.5348 -0.7647</w:t>
        <w:br/>
        <w:t>vn 0.2550 0.5289 -0.8095</w:t>
        <w:br/>
        <w:t>vn 0.3749 0.8725 -0.3134</w:t>
        <w:br/>
        <w:t>vn 0.3460 0.4384 -0.8295</w:t>
        <w:br/>
        <w:t>vn 0.2949 0.0067 -0.9555</w:t>
        <w:br/>
        <w:t>vn 0.2369 0.1897 -0.9528</w:t>
        <w:br/>
        <w:t>vn 0.1831 -0.6878 -0.7024</w:t>
        <w:br/>
        <w:t>vn -0.2184 0.4355 -0.8733</w:t>
        <w:br/>
        <w:t>vn 0.1785 -0.7058 -0.6856</w:t>
        <w:br/>
        <w:t>vn 0.1587 0.4433 -0.8822</w:t>
        <w:br/>
        <w:t>vn -0.1895 -0.2320 -0.9541</w:t>
        <w:br/>
        <w:t>vn -0.6156 -0.0884 -0.7831</w:t>
        <w:br/>
        <w:t>vn -0.8158 0.0114 -0.5782</w:t>
        <w:br/>
        <w:t>vn 0.0346 0.1430 -0.9891</w:t>
        <w:br/>
        <w:t>vn 0.2306 0.0836 -0.9694</w:t>
        <w:br/>
        <w:t>vn -0.3181 -0.0003 -0.9481</w:t>
        <w:br/>
        <w:t>vn -0.0764 -0.2695 -0.9600</w:t>
        <w:br/>
        <w:t>vn -0.3181 -0.0002 -0.9481</w:t>
        <w:br/>
        <w:t>vn -0.3359 0.7607 -0.5554</w:t>
        <w:br/>
        <w:t>vn -0.7195 0.4832 -0.4988</w:t>
        <w:br/>
        <w:t>vn -0.3359 0.7607 -0.5555</w:t>
        <w:br/>
        <w:t>vn -0.3045 0.9358 -0.1775</w:t>
        <w:br/>
        <w:t>vn 0.1759 0.3650 -0.9143</w:t>
        <w:br/>
        <w:t>vn 0.2182 0.4023 -0.8891</w:t>
        <w:br/>
        <w:t>vn -0.1578 0.9858 0.0582</w:t>
        <w:br/>
        <w:t>vn 0.5214 -0.8533 0.0009</w:t>
        <w:br/>
        <w:t>vn 0.2562 -0.9658 -0.0395</w:t>
        <w:br/>
        <w:t>vn 0.2600 -0.9655 -0.0149</w:t>
        <w:br/>
        <w:t>vn 0.7496 -0.6502 -0.1239</w:t>
        <w:br/>
        <w:t>vn 0.7387 -0.6737 0.0194</w:t>
        <w:br/>
        <w:t>vn 0.4408 -0.8611 -0.2535</w:t>
        <w:br/>
        <w:t>vn 0.2341 -0.9682 -0.0881</w:t>
        <w:br/>
        <w:t>vn 0.2093 -0.9706 -0.1187</w:t>
        <w:br/>
        <w:t>vn 0.4446 -0.8930 -0.0703</w:t>
        <w:br/>
        <w:t>vn -0.1414 -0.9786 -0.1496</w:t>
        <w:br/>
        <w:t>vn 0.6125 -0.6832 -0.3977</w:t>
        <w:br/>
        <w:t>vn 0.3842 -0.7842 -0.4873</w:t>
        <w:br/>
        <w:t>vn 0.1806 -0.9746 -0.1327</w:t>
        <w:br/>
        <w:t>vn -0.3770 -0.8370 -0.3967</w:t>
        <w:br/>
        <w:t>vn -0.4745 -0.8309 -0.2908</w:t>
        <w:br/>
        <w:t>vn -0.0343 -0.9170 -0.3973</w:t>
        <w:br/>
        <w:t>vn 0.3325 -0.7592 -0.5594</w:t>
        <w:br/>
        <w:t>vn 0.1128 -0.8278 -0.5495</w:t>
        <w:br/>
        <w:t>vn 0.1434 -0.9807 -0.1325</w:t>
        <w:br/>
        <w:t>vn -0.0093 -0.8699 -0.4931</w:t>
        <w:br/>
        <w:t>vn 0.2764 -0.4525 -0.8478</w:t>
        <w:br/>
        <w:t>vn 0.0927 -0.9884 -0.1206</w:t>
        <w:br/>
        <w:t>vn -0.2050 -0.8182 -0.5372</w:t>
        <w:br/>
        <w:t>vn -0.1674 -0.9525 -0.2544</w:t>
        <w:br/>
        <w:t>vn 0.0579 -0.9943 -0.0891</w:t>
        <w:br/>
        <w:t>vn 0.0442 -0.9967 -0.0682</w:t>
        <w:br/>
        <w:t>vn -0.8615 0.4537 -0.2278</w:t>
        <w:br/>
        <w:t>vn -0.8965 0.3873 -0.2151</w:t>
        <w:br/>
        <w:t>vn -0.8613 0.4545 -0.2273</w:t>
        <w:br/>
        <w:t>vn -0.8977 0.3982 -0.1885</w:t>
        <w:br/>
        <w:t>vn -0.2358 -0.9627 -0.1329</w:t>
        <w:br/>
        <w:t>vn -0.2362 -0.9626 -0.1329</w:t>
        <w:br/>
        <w:t>vn -0.2368 -0.9624 -0.1329</w:t>
        <w:br/>
        <w:t>vn -0.2356 -0.9627 -0.1329</w:t>
        <w:br/>
        <w:t>vn -0.9121 0.3290 -0.2445</w:t>
        <w:br/>
        <w:t>vn -0.1590 0.2272 -0.9608</w:t>
        <w:br/>
        <w:t>vn -0.1715 0.2252 -0.9591</w:t>
        <w:br/>
        <w:t>vn -0.1625 0.2267 -0.9603</w:t>
        <w:br/>
        <w:t>vn -0.9178 0.3072 -0.2516</w:t>
        <w:br/>
        <w:t>vn -0.1767 0.2374 -0.9552</w:t>
        <w:br/>
        <w:t>vn -0.8902 0.3728 -0.2618</w:t>
        <w:br/>
        <w:t>vn 0.0067 0.4029 -0.9152</w:t>
        <w:br/>
        <w:t>vn -0.8802 0.3831 -0.2802</w:t>
        <w:br/>
        <w:t>vn 0.0332 0.3701 -0.9284</w:t>
        <w:br/>
        <w:t>vn -0.5895 0.7982 -0.1235</w:t>
        <w:br/>
        <w:t>vn -0.8832 0.4052 -0.2361</w:t>
        <w:br/>
        <w:t>vn 0.0414 0.8395 -0.5418</w:t>
        <w:br/>
        <w:t>vn -0.5895 0.7983 -0.1235</w:t>
        <w:br/>
        <w:t>vn -0.1468 0.9890 0.0206</w:t>
        <w:br/>
        <w:t>vn 0.1698 0.5604 -0.8106</w:t>
        <w:br/>
        <w:t>vn 0.0879 0.8969 -0.4334</w:t>
        <w:br/>
        <w:t>vn 0.4238 0.5382 -0.7285</w:t>
        <w:br/>
        <w:t>vn -0.1467 0.9890 0.0207</w:t>
        <w:br/>
        <w:t>vn 0.7655 0.5556 -0.3246</w:t>
        <w:br/>
        <w:t>vn -0.1459 0.9891 0.0210</w:t>
        <w:br/>
        <w:t>vn 0.7668 0.5533 -0.3254</w:t>
        <w:br/>
        <w:t>vn -0.1456 0.9891 0.0211</w:t>
        <w:br/>
        <w:t>vn 0.8835 0.4647 0.0596</w:t>
        <w:br/>
        <w:t>vn -0.1443 0.9893 0.0215</w:t>
        <w:br/>
        <w:t>vn 0.8811 0.4690 0.0610</w:t>
        <w:br/>
        <w:t>vn 0.9924 -0.0271 -0.1200</w:t>
        <w:br/>
        <w:t>vn 0.9500 -0.3116 0.0187</w:t>
        <w:br/>
        <w:t>vn 0.9996 -0.0039 0.0262</w:t>
        <w:br/>
        <w:t>vn 0.9334 -0.2750 -0.2307</w:t>
        <w:br/>
        <w:t>vn 0.6987 -0.1204 -0.7052</w:t>
        <w:br/>
        <w:t>vn 0.9594 -0.2082 -0.1904</w:t>
        <w:br/>
        <w:t>vn 0.9773 -0.2108 0.0207</w:t>
        <w:br/>
        <w:t>vn 0.6902 -0.4511 -0.5659</w:t>
        <w:br/>
        <w:t>vn 0.9769 0.2115 0.0311</w:t>
        <w:br/>
        <w:t>vn 0.2111 -0.4711 -0.8565</w:t>
        <w:br/>
        <w:t>vn -0.0278 -0.2242 -0.9742</w:t>
        <w:br/>
        <w:t>vn 0.6300 -0.3604 -0.6878</w:t>
        <w:br/>
        <w:t>vn 0.0254 0.9993 0.0257</w:t>
        <w:br/>
        <w:t>vn 0.0150 0.9999 0.0027</w:t>
        <w:br/>
        <w:t>vn 0.0261 0.9993 0.0255</w:t>
        <w:br/>
        <w:t>vn 0.0041 0.9998 -0.0201</w:t>
        <w:br/>
        <w:t>vn 0.9561 0.2196 -0.1940</w:t>
        <w:br/>
        <w:t>vn -0.0360 0.9973 -0.0640</w:t>
        <w:br/>
        <w:t>vn 0.6672 0.2000 -0.7175</w:t>
        <w:br/>
        <w:t>vn -0.0660 0.9942 -0.0848</w:t>
        <w:br/>
        <w:t>vn -0.1405 0.9837 -0.1120</w:t>
        <w:br/>
        <w:t>vn 0.0520 -0.2764 -0.9596</w:t>
        <w:br/>
        <w:t>vn 0.0354 0.1126 -0.9930</w:t>
        <w:br/>
        <w:t>vn -0.2095 0.9717 -0.1089</w:t>
        <w:br/>
        <w:t>vn -0.4439 0.0329 -0.8955</w:t>
        <w:br/>
        <w:t>vn -0.2272 0.9703 -0.0829</w:t>
        <w:br/>
        <w:t>vn -0.3680 -0.4914 -0.7894</w:t>
        <w:br/>
        <w:t>vn -0.4698 -0.2641 -0.8423</w:t>
        <w:br/>
        <w:t>vn -0.7738 -0.2775 -0.5694</w:t>
        <w:br/>
        <w:t>vn -0.4952 -0.4160 -0.7627</w:t>
        <w:br/>
        <w:t>vn -0.2549 0.9653 -0.0567</w:t>
        <w:br/>
        <w:t>vn -0.7886 -0.0322 -0.6141</w:t>
        <w:br/>
        <w:t>vn -0.2532 0.9666 -0.0401</w:t>
        <w:br/>
        <w:t>vn -0.2685 0.9624 -0.0400</w:t>
        <w:br/>
        <w:t>vn -0.6065 -0.5999 -0.5218</w:t>
        <w:br/>
        <w:t>vn -0.7339 -0.4540 -0.5052</w:t>
        <w:br/>
        <w:t>vn -0.8965 -0.0560 -0.4395</w:t>
        <w:br/>
        <w:t>vn -0.7787 -0.4655 -0.4206</w:t>
        <w:br/>
        <w:t>vn -0.7260 -0.5577 -0.4023</w:t>
        <w:br/>
        <w:t>vn -0.8558 -0.2719 -0.4401</w:t>
        <w:br/>
        <w:t>vn -0.8417 0.4847 -0.2378</w:t>
        <w:br/>
        <w:t>vn -0.9415 0.1848 -0.2818</w:t>
        <w:br/>
        <w:t>vn 0.1544 0.1207 -0.9806</w:t>
        <w:br/>
        <w:t>vn 0.1640 0.0578 -0.9848</w:t>
        <w:br/>
        <w:t>vn 0.1617 0.0736 -0.9841</w:t>
        <w:br/>
        <w:t>vn -0.9454 -0.1340 -0.2971</w:t>
        <w:br/>
        <w:t>vn 0.1686 0.0262 -0.9853</w:t>
        <w:br/>
        <w:t>vn -0.8146 -0.5120 -0.2724</w:t>
        <w:br/>
        <w:t>vn 0.1747 -0.0178 -0.9845</w:t>
        <w:br/>
        <w:t>vn -0.8138 -0.5119 -0.2752</w:t>
        <w:br/>
        <w:t>vn 0.1776 -0.0395 -0.9833</w:t>
        <w:br/>
        <w:t>vn -0.5531 -0.8078 -0.2035</w:t>
        <w:br/>
        <w:t>vn 0.1859 -0.1059 -0.9768</w:t>
        <w:br/>
        <w:t>vn -0.5532 -0.8078 -0.2035</w:t>
        <w:br/>
        <w:t>vn -0.9261 -0.1247 0.3560</w:t>
        <w:br/>
        <w:t>vn -0.9818 -0.1347 0.1340</w:t>
        <w:br/>
        <w:t>vn -0.9819 -0.1380 0.1296</w:t>
        <w:br/>
        <w:t>vn -0.8139 -0.1061 0.5712</w:t>
        <w:br/>
        <w:t>vn -0.2960 -0.0313 0.9547</w:t>
        <w:br/>
        <w:t>vn -0.2568 -0.9449 0.2031</w:t>
        <w:br/>
        <w:t>vn -0.3265 -0.9432 0.0613</w:t>
        <w:br/>
        <w:t>vn -0.2567 -0.9449 0.2030</w:t>
        <w:br/>
        <w:t>vn -0.8746 -0.1239 0.4687</w:t>
        <w:br/>
        <w:t>vn -0.9802 -0.1405 0.1392</w:t>
        <w:br/>
        <w:t>vn -0.9799 -0.1435 0.1384</w:t>
        <w:br/>
        <w:t>vn -0.8747 -0.1225 0.4689</w:t>
        <w:br/>
        <w:t>vn -0.2933 -0.0404 0.9552</w:t>
        <w:br/>
        <w:t>vn -0.2942 -0.0325 0.9552</w:t>
        <w:br/>
        <w:t>vn 0.0029 -0.9142 0.4052</w:t>
        <w:br/>
        <w:t>vn -0.2936 -0.0404 0.9551</w:t>
        <w:br/>
        <w:t>vn 0.3514 0.0501 0.9349</w:t>
        <w:br/>
        <w:t>vn 0.2822 -0.8672 0.4103</w:t>
        <w:br/>
        <w:t>vn 0.5630 0.0777 0.8228</w:t>
        <w:br/>
        <w:t>vn 0.4762 0.2330 0.8479</w:t>
        <w:br/>
        <w:t>vn 0.3756 -0.8538 0.3605</w:t>
        <w:br/>
        <w:t>vn 0.5811 0.0078 0.8138</w:t>
        <w:br/>
        <w:t>vn 0.7332 0.1007 0.6725</w:t>
        <w:br/>
        <w:t>vn 0.7331 0.0979 0.6731</w:t>
        <w:br/>
        <w:t>vn 0.4638 -0.8309 0.3074</w:t>
        <w:br/>
        <w:t>vn 0.6462 0.4379 0.6250</w:t>
        <w:br/>
        <w:t>vn 0.7345 0.0980 0.6715</w:t>
        <w:br/>
        <w:t>vn 0.5622 0.5369 0.6290</w:t>
        <w:br/>
        <w:t>vn 0.6632 0.1193 0.7389</w:t>
        <w:br/>
        <w:t>vn 0.4859 -0.6256 -0.6104</w:t>
        <w:br/>
        <w:t>vn 0.4180 -0.8355 -0.3567</w:t>
        <w:br/>
        <w:t>vn 0.4879 -0.6281 -0.6062</w:t>
        <w:br/>
        <w:t>vn 0.4847 0.0658 -0.8722</w:t>
        <w:br/>
        <w:t>vn 0.4123 -0.8344 -0.3659</w:t>
        <w:br/>
        <w:t>vn 0.8380 0.1169 0.5330</w:t>
        <w:br/>
        <w:t>vn 0.8365 0.1153 0.5358</w:t>
        <w:br/>
        <w:t>vn 0.8379 0.1172 0.5331</w:t>
        <w:br/>
        <w:t>vn 0.8449 0.0241 0.5344</w:t>
        <w:br/>
        <w:t>vn 0.8734 0.0690 0.4821</w:t>
        <w:br/>
        <w:t>vn 0.9450 0.1657 0.2820</w:t>
        <w:br/>
        <w:t>vn 0.1582 0.9250 -0.3455</w:t>
        <w:br/>
        <w:t>vn 0.2454 0.8158 -0.5237</w:t>
        <w:br/>
        <w:t>vn 0.1511 0.9267 -0.3440</w:t>
        <w:br/>
        <w:t>vn 0.3297 0.6520 -0.6827</w:t>
        <w:br/>
        <w:t>vn 0.8385 0.1182 0.5319</w:t>
        <w:br/>
        <w:t>vn 0.4879 0.0654 -0.8705</w:t>
        <w:br/>
        <w:t>vn 0.8377 0.1181 0.5331</w:t>
        <w:br/>
        <w:t>vn -0.8777 0.3908 -0.2772</w:t>
        <w:br/>
        <w:t>vn -0.8577 0.4545 -0.2406</w:t>
        <w:br/>
        <w:t>vn -0.8573 0.4551 -0.2407</w:t>
        <w:br/>
        <w:t>vn -0.8644 0.4044 -0.2987</w:t>
        <w:br/>
        <w:t>vn -0.2405 -0.9634 -0.1188</w:t>
        <w:br/>
        <w:t>vn -0.2404 -0.9634 -0.1187</w:t>
        <w:br/>
        <w:t>vn -0.2410 -0.9632 -0.1191</w:t>
        <w:br/>
        <w:t>vn -0.2400 -0.9635 -0.1184</w:t>
        <w:br/>
        <w:t>vn -0.6745 0.1248 0.7276</w:t>
        <w:br/>
        <w:t>vn -0.6786 0.1400 0.7210</w:t>
        <w:br/>
        <w:t>vn -0.6791 0.1312 0.7222</w:t>
        <w:br/>
        <w:t>vn -0.9052 0.3302 -0.2674</w:t>
        <w:br/>
        <w:t>vn -0.6681 0.1352 0.7317</w:t>
        <w:br/>
        <w:t>vn -0.9132 0.3081 -0.2669</w:t>
        <w:br/>
        <w:t>vn -0.5120 0.3068 0.8023</w:t>
        <w:br/>
        <w:t>vn -0.8979 0.3714 -0.2365</w:t>
        <w:br/>
        <w:t>vn -0.4962 0.2721 0.8245</w:t>
        <w:br/>
        <w:t>vn -0.9000 0.3794 -0.2147</w:t>
        <w:br/>
        <w:t>vn -0.5841 0.7993 -0.1416</w:t>
        <w:br/>
        <w:t>vn -0.8788 0.4060 -0.2507</w:t>
        <w:br/>
        <w:t>vn -0.2687 0.8352 0.4798</w:t>
        <w:br/>
        <w:t>vn -0.1415 0.9899 0.0030</w:t>
        <w:br/>
        <w:t>vn -0.5840 0.7993 -0.1416</w:t>
        <w:br/>
        <w:t>vn -0.3223 0.5088 0.7983</w:t>
        <w:br/>
        <w:t>vn -0.1415 0.9899 0.0031</w:t>
        <w:br/>
        <w:t>vn -0.1414 0.9899 0.0026</w:t>
        <w:br/>
        <w:t>vn -0.1319 0.4658 0.8750</w:t>
        <w:br/>
        <w:t>vn -0.1414 0.9899 0.0029</w:t>
        <w:br/>
        <w:t>vn -0.1384 0.4329 0.8908</w:t>
        <w:br/>
        <w:t>vn -0.1414 0.9900 0.0031</w:t>
        <w:br/>
        <w:t>vn 0.4416 0.4956 0.7479</w:t>
        <w:br/>
        <w:t>vn -0.1406 0.9901 0.0033</w:t>
        <w:br/>
        <w:t>vn 0.4424 0.4931 0.7491</w:t>
        <w:br/>
        <w:t>vn -0.1401 0.9901 0.0034</w:t>
        <w:br/>
        <w:t>vn 0.7548 0.4409 0.4858</w:t>
        <w:br/>
        <w:t>vn -0.1389 0.9903 0.0038</w:t>
        <w:br/>
        <w:t>vn 0.7534 0.4454 0.4837</w:t>
        <w:br/>
        <w:t>vn -0.8602 -0.1372 0.4912</w:t>
        <w:br/>
        <w:t>vn -0.9791 -0.1445 0.1430</w:t>
        <w:br/>
        <w:t>vn -0.9712 -0.1411 0.1920</w:t>
        <w:br/>
        <w:t>vn -0.8719 -0.1402 0.4692</w:t>
        <w:br/>
        <w:t>vn -0.5082 0.8595 0.0556</w:t>
        <w:br/>
        <w:t>vn -0.5235 0.8343 0.1731</w:t>
        <w:br/>
        <w:t>vn -0.5377 0.8424 0.0349</w:t>
        <w:br/>
        <w:t>vn -0.3786 0.5052 0.7755</w:t>
        <w:br/>
        <w:t>vn -0.1520 -0.0462 0.9873</w:t>
        <w:br/>
        <w:t>vn -0.5094 0.8050 0.3042</w:t>
        <w:br/>
        <w:t>vn -0.7003 -0.6177 0.3580</w:t>
        <w:br/>
        <w:t>vn -0.9635 -0.2677 -0.0091</w:t>
        <w:br/>
        <w:t>vn -0.7956 -0.2463 0.5535</w:t>
        <w:br/>
        <w:t>vn -0.9611 -0.2762 -0.0025</w:t>
        <w:br/>
        <w:t>vn -0.2725 0.8152 0.5111</w:t>
        <w:br/>
        <w:t>vn -0.1809 -0.9759 0.1224</w:t>
        <w:br/>
        <w:t>vn -0.1735 -0.9848 -0.0039</w:t>
        <w:br/>
        <w:t>vn -0.2058 -0.9784 -0.0206</w:t>
        <w:br/>
        <w:t>vn -0.1410 -0.9899 0.0127</w:t>
        <w:br/>
        <w:t>vn -0.9826 -0.1443 0.1170</w:t>
        <w:br/>
        <w:t>vn -0.8669 -0.1385 0.4789</w:t>
        <w:br/>
        <w:t>vn -0.9930 -0.0122 0.1178</w:t>
        <w:br/>
        <w:t>vn -0.1965 -0.4725 0.8591</w:t>
        <w:br/>
        <w:t>vn -0.2670 -0.1697 0.9486</w:t>
        <w:br/>
        <w:t>vn -0.0049 -0.9015 0.4328</w:t>
        <w:br/>
        <w:t>vn -0.1808 -0.9759 0.1225</w:t>
        <w:br/>
        <w:t>vn -0.8791 0.0065 0.4767</w:t>
        <w:br/>
        <w:t>vn 0.3901 -0.0782 0.9175</w:t>
        <w:br/>
        <w:t>vn 0.0323 0.8818 0.4705</w:t>
        <w:br/>
        <w:t>vn -0.8619 0.2231 0.4553</w:t>
        <w:br/>
        <w:t>vn -0.9589 0.2585 0.1170</w:t>
        <w:br/>
        <w:t>vn -0.3029 0.0821 0.9495</w:t>
        <w:br/>
        <w:t>vn -0.2845 -0.0631 0.9566</w:t>
        <w:br/>
        <w:t>vn -0.7541 0.5356 0.3802</w:t>
        <w:br/>
        <w:t>vn -0.8075 0.5809 0.1027</w:t>
        <w:br/>
        <w:t>vn -0.2449 0.9061 0.3449</w:t>
        <w:br/>
        <w:t>vn -0.3199 0.3625 0.8754</w:t>
        <w:br/>
        <w:t>vn -0.3033 0.6730 0.6747</w:t>
        <w:br/>
        <w:t>vn 0.2482 0.6842 0.6857</w:t>
        <w:br/>
        <w:t>vn 0.4241 0.7694 0.4777</w:t>
        <w:br/>
        <w:t>vn 0.6304 0.4837 0.6071</w:t>
        <w:br/>
        <w:t>vn 0.3764 0.3987 0.8362</w:t>
        <w:br/>
        <w:t>vn 0.7137 0.2762 0.6437</w:t>
        <w:br/>
        <w:t>vn 0.5083 0.1757 0.8431</w:t>
        <w:br/>
        <w:t>vn 0.7525 0.0997 0.6510</w:t>
        <w:br/>
        <w:t>vn 0.3387 0.0298 0.9404</w:t>
        <w:br/>
        <w:t>vn 0.3245 -0.9042 0.2778</w:t>
        <w:br/>
        <w:t>vn 0.3904 -0.9049 0.1696</w:t>
        <w:br/>
        <w:t>vn 0.3566 -0.9194 0.1659</w:t>
        <w:br/>
        <w:t>vn 0.2638 -0.8845 0.3848</w:t>
        <w:br/>
        <w:t>vn 0.8350 -0.0219 0.5498</w:t>
        <w:br/>
        <w:t>vn 0.6521 -0.0475 0.7566</w:t>
        <w:br/>
        <w:t>vn 0.8384 -0.0123 0.5449</w:t>
        <w:br/>
        <w:t>vn 0.1078 0.9239 0.3672</w:t>
        <w:br/>
        <w:t>vn 0.1931 0.9462 0.2597</w:t>
        <w:br/>
        <w:t>vn 0.1534 0.9535 0.2595</w:t>
        <w:br/>
        <w:t>vn 0.4471 0.0479 0.8932</w:t>
        <w:br/>
        <w:t>vn 0.7346 0.0980 0.6714</w:t>
        <w:br/>
        <w:t>vn 0.7664 0.1065 0.6335</w:t>
        <w:br/>
        <w:t>vn 0.4254 0.0428 0.9040</w:t>
        <w:br/>
        <w:t>vn -0.5483 -0.8070 -0.2193</w:t>
        <w:br/>
        <w:t>vn -0.8134 -0.5119 -0.2764</w:t>
        <w:br/>
        <w:t>vn -0.3972 -0.1233 0.9094</w:t>
        <w:br/>
        <w:t>vn -0.3809 -0.2109 0.9002</w:t>
        <w:br/>
        <w:t>vn -0.3934 -0.1457 0.9078</w:t>
        <w:br/>
        <w:t>vn -0.4041 -0.0799 0.9112</w:t>
        <w:br/>
        <w:t>vn -0.9477 -0.1344 -0.2896</w:t>
        <w:br/>
        <w:t>vn -0.4086 -0.0483 0.9114</w:t>
        <w:br/>
        <w:t>vn -0.9458 0.1839 -0.2675</w:t>
        <w:br/>
        <w:t>vn -0.4107 -0.0324 0.9112</w:t>
        <w:br/>
        <w:t>vn -0.9458 0.1840 -0.2675</w:t>
        <w:br/>
        <w:t>vn -0.4163 0.0150 0.9091</w:t>
        <w:br/>
        <w:t>vn -0.8477 0.4836 -0.2178</w:t>
        <w:br/>
        <w:t>vn -0.8477 0.4836 -0.2183</w:t>
        <w:br/>
        <w:t>vn -0.7647 0.1109 -0.6347</w:t>
        <w:br/>
        <w:t>vn -0.9343 0.1269 -0.3332</w:t>
        <w:br/>
        <w:t>vn -0.9344 0.1240 -0.3341</w:t>
        <w:br/>
        <w:t>vn -0.7648 0.1124 -0.6344</w:t>
        <w:br/>
        <w:t>vn -0.5462 -0.8213 -0.1645</w:t>
        <w:br/>
        <w:t>vn -0.4528 -0.8432 -0.2899</w:t>
        <w:br/>
        <w:t>vn -0.2469 0.0494 -0.9678</w:t>
        <w:br/>
        <w:t>vn 0.0549 0.0111 -0.9984</w:t>
        <w:br/>
        <w:t>vn -0.4528 -0.8432 -0.2900</w:t>
        <w:br/>
        <w:t>vn -0.7653 0.1183 -0.6327</w:t>
        <w:br/>
        <w:t>vn -0.9352 0.1330 -0.3282</w:t>
        <w:br/>
        <w:t>vn -0.9342 0.1296 -0.3325</w:t>
        <w:br/>
        <w:t>vn -0.7663 0.1203 -0.6311</w:t>
        <w:br/>
        <w:t>vn -0.0975 0.0392 -0.9945</w:t>
        <w:br/>
        <w:t>vn -0.2242 -0.8753 -0.4286</w:t>
        <w:br/>
        <w:t>vn -0.0962 0.0376 -0.9947</w:t>
        <w:br/>
        <w:t>vn -0.0942 -0.8922 -0.4418</w:t>
        <w:br/>
        <w:t>vn 0.6799 0.0871 -0.7281</w:t>
        <w:br/>
        <w:t>vn 0.1173 -0.9156 -0.3847</w:t>
        <w:br/>
        <w:t>vn 0.7122 -0.1576 -0.6841</w:t>
        <w:br/>
        <w:t>vn 0.6276 -0.0720 -0.7752</w:t>
        <w:br/>
        <w:t>vn 0.1991 -0.9272 -0.3172</w:t>
        <w:br/>
        <w:t>vn 0.6275 -0.0705 -0.7754</w:t>
        <w:br/>
        <w:t>vn 0.8522 -0.1076 -0.5120</w:t>
        <w:br/>
        <w:t>vn 0.8523 -0.1104 -0.5113</w:t>
        <w:br/>
        <w:t>vn 0.2780 -0.9283 -0.2471</w:t>
        <w:br/>
        <w:t>vn 0.2781 -0.9282 -0.2471</w:t>
        <w:br/>
        <w:t>vn 0.8523 -0.1105 -0.5113</w:t>
        <w:br/>
        <w:t>vn 0.8503 0.2411 -0.4679</w:t>
        <w:br/>
        <w:t>vn 0.7982 0.3589 -0.4837</w:t>
        <w:br/>
        <w:t>vn 0.1018 -0.9141 0.3926</w:t>
        <w:br/>
        <w:t>vn 0.1478 -0.8028 0.5776</w:t>
        <w:br/>
        <w:t>vn 0.0936 -0.9164 0.3892</w:t>
        <w:br/>
        <w:t>vn 0.8043 -0.0715 -0.5899</w:t>
        <w:br/>
        <w:t>vn 0.1933 -0.6409 0.7429</w:t>
        <w:br/>
        <w:t>vn 0.3010 -0.0576 0.9519</w:t>
        <w:br/>
        <w:t>vn 0.9271 -0.1187 -0.3555</w:t>
        <w:br/>
        <w:t>vn 0.9273 -0.1182 -0.3551</w:t>
        <w:br/>
        <w:t>vn 0.9269 -0.1173 -0.3564</w:t>
        <w:br/>
        <w:t>vn 0.9281 -0.1201 -0.3525</w:t>
        <w:br/>
        <w:t>vn 0.3256 0.8514 0.4113</w:t>
        <w:br/>
        <w:t>vn 0.3481 0.6404 0.6847</w:t>
        <w:br/>
        <w:t>vn 0.3198 0.8505 0.4177</w:t>
        <w:br/>
        <w:t>vn 0.3044 -0.0588 0.9507</w:t>
        <w:br/>
        <w:t>vn 0.9277 -0.1174 -0.3543</w:t>
        <w:br/>
        <w:t>vn 0.3494 0.6433 0.6812</w:t>
        <w:br/>
        <w:t>vn 0.9097 -0.2099 -0.3582</w:t>
        <w:br/>
        <w:t>vn 0.9916 -0.0977 -0.0853</w:t>
        <w:br/>
        <w:t>vn 0.9381 -0.1738 -0.2996</w:t>
        <w:br/>
        <w:t>vn -0.9987 0.0026 -0.0507</w:t>
        <w:br/>
        <w:t>vn -0.8909 -0.4225 -0.1667</w:t>
        <w:br/>
        <w:t>vn -0.9071 -0.4183 -0.0481</w:t>
        <w:br/>
        <w:t>vn -0.9449 -0.0015 -0.3272</w:t>
        <w:br/>
        <w:t>vn -0.7188 -0.4347 -0.5426</w:t>
        <w:br/>
        <w:t>vn -0.8572 0.4559 -0.2395</w:t>
        <w:br/>
        <w:t>vn -0.8861 0.4615 -0.0435</w:t>
        <w:br/>
        <w:t>vn -0.7772 -0.0194 -0.6289</w:t>
        <w:br/>
        <w:t>vn -0.9751 0.1125 -0.1910</w:t>
        <w:br/>
        <w:t>vn -0.9925 0.1107 -0.0522</w:t>
        <w:br/>
        <w:t>vn -0.9901 0.1301 -0.0525</w:t>
        <w:br/>
        <w:t>vn -0.6832 0.4243 -0.5943</w:t>
        <w:br/>
        <w:t>vn -0.7628 0.1145 -0.6364</w:t>
        <w:br/>
        <w:t>vn -0.4996 -0.0539 -0.8646</w:t>
        <w:br/>
        <w:t>vn -0.3478 -0.5427 -0.7645</w:t>
        <w:br/>
        <w:t>vn -0.2822 0.3981 -0.8729</w:t>
        <w:br/>
        <w:t>vn -0.1051 -0.0912 -0.9903</w:t>
        <w:br/>
        <w:t>vn -0.1076 -0.6566 -0.7465</w:t>
        <w:br/>
        <w:t>vn -0.9356 0.1271 -0.3293</w:t>
        <w:br/>
        <w:t>vn 0.1380 -0.2771 -0.9509</w:t>
        <w:br/>
        <w:t>vn 0.0256 -0.6673 -0.7444</w:t>
        <w:br/>
        <w:t>vn 0.2792 -0.6144 -0.7380</w:t>
        <w:br/>
        <w:t>vn -0.4796 0.8711 -0.1055</w:t>
        <w:br/>
        <w:t>vn -0.4961 0.8680 -0.0224</w:t>
        <w:br/>
        <w:t>vn -0.0078 1.0000 0.0050</w:t>
        <w:br/>
        <w:t>vn -0.0022 0.9994 -0.0343</w:t>
        <w:br/>
        <w:t>vn -0.4215 0.8044 -0.4187</w:t>
        <w:br/>
        <w:t>vn 0.0252 0.9959 -0.0867</w:t>
        <w:br/>
        <w:t>vn -0.7570 0.1077 -0.6444</w:t>
        <w:br/>
        <w:t>vn 0.0604 0.9917 -0.1138</w:t>
        <w:br/>
        <w:t>vn 0.0877 0.9883 -0.1246</w:t>
        <w:br/>
        <w:t>vn -0.6456 0.1214 -0.7540</w:t>
        <w:br/>
        <w:t>vn -0.3370 0.3742 -0.8639</w:t>
        <w:br/>
        <w:t>vn -0.0992 0.9893 -0.1070</w:t>
        <w:br/>
        <w:t>vn -0.1008 0.3440 -0.9335</w:t>
        <w:br/>
        <w:t>vn 0.1255 0.9917 -0.0264</w:t>
        <w:br/>
        <w:t>vn 0.1356 0.9816 -0.1346</w:t>
        <w:br/>
        <w:t>vn -0.3216 0.9433 -0.0819</w:t>
        <w:br/>
        <w:t>vn -0.6455 0.1215 -0.7540</w:t>
        <w:br/>
        <w:t>vn -0.3116 0.1696 -0.9350</w:t>
        <w:br/>
        <w:t>vn 0.3175 0.9012 -0.2949</w:t>
        <w:br/>
        <w:t>vn 0.2000 0.9735 -0.1109</w:t>
        <w:br/>
        <w:t>vn 0.1341 0.9896 0.0514</w:t>
        <w:br/>
        <w:t>vn 0.5351 0.8329 -0.1411</w:t>
        <w:br/>
        <w:t>vn 0.4583 0.6355 -0.6214</w:t>
        <w:br/>
        <w:t>vn -0.1025 -0.0309 -0.9943</w:t>
        <w:br/>
        <w:t>vn -0.1987 0.3792 -0.9037</w:t>
        <w:br/>
        <w:t>vn -0.0441 0.3680 -0.9288</w:t>
        <w:br/>
        <w:t>vn 0.1069 0.3578 -0.9276</w:t>
        <w:br/>
        <w:t>vn -0.5070 0.5902 -0.6282</w:t>
        <w:br/>
        <w:t>vn -0.5806 -0.4756 -0.6608</w:t>
        <w:br/>
        <w:t>vn -0.5467 -0.0317 -0.8368</w:t>
        <w:br/>
        <w:t>vn -0.5000 0.0472 -0.8647</w:t>
        <w:br/>
        <w:t>vn -0.0837 0.4228 -0.9024</w:t>
        <w:br/>
        <w:t>vn -0.9427 0.2469 -0.2243</w:t>
        <w:br/>
        <w:t>vn -0.7131 0.4360 -0.5489</w:t>
        <w:br/>
        <w:t>vn -0.0270 0.3881 -0.9212</w:t>
        <w:br/>
        <w:t>vn -0.1363 -0.7085 -0.6925</w:t>
        <w:br/>
        <w:t>vn -0.2844 -0.6991 -0.6560</w:t>
        <w:br/>
        <w:t>vn -0.2822 -0.6823 -0.6744</w:t>
        <w:br/>
        <w:t>vn -0.0613 0.5061 -0.8603</w:t>
        <w:br/>
        <w:t>vn -0.1356 -0.6893 -0.7116</w:t>
        <w:br/>
        <w:t>vn -0.0295 0.1405 -0.9896</w:t>
        <w:br/>
        <w:t>vn 0.6192 0.2806 -0.7334</w:t>
        <w:br/>
        <w:t>vn 0.0128 -0.7189 -0.6950</w:t>
        <w:br/>
        <w:t>vn 0.3445 -0.3791 -0.8588</w:t>
        <w:br/>
        <w:t>vn 0.0570 -0.0620 -0.9964</w:t>
        <w:br/>
        <w:t>vn 0.6677 -0.1367 -0.7317</w:t>
        <w:br/>
        <w:t>vn 0.9038 0.0585 -0.4239</w:t>
        <w:br/>
        <w:t>vn 0.8327 0.4900 -0.2581</w:t>
        <w:br/>
        <w:t>vn 0.6073 0.4705 -0.6402</w:t>
        <w:br/>
        <w:t>vn 0.4373 -0.5247 -0.7304</w:t>
        <w:br/>
        <w:t>vn 0.6797 -0.6126 -0.4034</w:t>
        <w:br/>
        <w:t>vn 0.4268 0.3550 -0.8318</w:t>
        <w:br/>
        <w:t>vn 0.0141 -0.7385 -0.6741</w:t>
        <w:br/>
        <w:t>vn 0.4712 -0.0127 -0.8820</w:t>
        <w:br/>
        <w:t>vn 0.5362 -0.1479 -0.8311</w:t>
        <w:br/>
        <w:t>vn 0.8211 -0.0144 -0.5706</w:t>
        <w:br/>
        <w:t>vn 0.8408 -0.1817 -0.5099</w:t>
        <w:br/>
        <w:t>vn 0.5762 0.7777 -0.2515</w:t>
        <w:br/>
        <w:t>vn 0.2471 0.9669 -0.0637</w:t>
        <w:br/>
        <w:t>vn 0.2608 0.9647 -0.0367</w:t>
        <w:br/>
        <w:t>vn 0.6713 0.7130 -0.2023</w:t>
        <w:br/>
        <w:t>vn 0.9303 -0.1197 -0.3466</w:t>
        <w:br/>
        <w:t>vn 0.9278 -0.1391 -0.3462</w:t>
        <w:br/>
        <w:t>vn 0.9213 0.2200 -0.3207</w:t>
        <w:br/>
        <w:t>vn 0.8335 0.2337 -0.5006</w:t>
        <w:br/>
        <w:t>vn 0.9075 -0.2434 -0.3422</w:t>
        <w:br/>
        <w:t>vn 0.4922 0.3044 -0.8155</w:t>
        <w:br/>
        <w:t>vn 0.8072 -0.1363 -0.5744</w:t>
        <w:br/>
        <w:t>vn 0.6394 -0.6158 -0.4604</w:t>
        <w:br/>
        <w:t>vn 0.7237 -0.6224 -0.2981</w:t>
        <w:br/>
        <w:t>vn 0.5090 -0.2798 -0.8140</w:t>
        <w:br/>
        <w:t>vn 0.1591 0.3482 -0.9238</w:t>
        <w:br/>
        <w:t>vn -0.0516 0.2805 -0.9585</w:t>
        <w:br/>
        <w:t>vn -0.7361 0.6710 0.0886</w:t>
        <w:br/>
        <w:t>vn -0.7792 0.6156 0.1178</w:t>
        <w:br/>
        <w:t>vn -0.7355 0.6717 0.0889</w:t>
        <w:br/>
        <w:t>vn -0.7674 0.6253 0.1421</w:t>
        <w:br/>
        <w:t>vn -0.5071 -0.8614 0.0280</w:t>
        <w:br/>
        <w:t>vn -0.5066 -0.8618 0.0278</w:t>
        <w:br/>
        <w:t>vn -0.5065 -0.8618 0.0278</w:t>
        <w:br/>
        <w:t>vn -0.5060 -0.8621 0.0275</w:t>
        <w:br/>
        <w:t>vn -0.8193 0.5645 0.1003</w:t>
        <w:br/>
        <w:t>vn -0.4511 0.3000 -0.8405</w:t>
        <w:br/>
        <w:t>vn -0.4620 0.3014 -0.8341</w:t>
        <w:br/>
        <w:t>vn -0.4542 0.3005 -0.8387</w:t>
        <w:br/>
        <w:t>vn -0.8326 0.5453 0.0972</w:t>
        <w:br/>
        <w:t>vn -0.4620 0.3142 -0.8293</w:t>
        <w:br/>
        <w:t>vn -0.7953 0.6018 0.0733</w:t>
        <w:br/>
        <w:t>vn -0.2417 0.4246 -0.8725</w:t>
        <w:br/>
        <w:t>vn -0.7908 0.6099 0.0517</w:t>
        <w:br/>
        <w:t>vn -0.2316 0.3867 -0.8927</w:t>
        <w:br/>
        <w:t>vn -0.3666 0.9284 0.0598</w:t>
        <w:br/>
        <w:t>vn -0.7709 0.6302 0.0923</w:t>
        <w:br/>
        <w:t>vn 0.0437 0.8214 -0.5687</w:t>
        <w:br/>
        <w:t>vn 0.1303 0.9914 0.0125</w:t>
        <w:br/>
        <w:t>vn 0.1303 0.9914 0.0124</w:t>
        <w:br/>
        <w:t>vn -0.0166 0.5298 -0.8479</w:t>
        <w:br/>
        <w:t>vn 0.1303 0.9914 0.0127</w:t>
        <w:br/>
        <w:t>vn 0.1412 0.8603 -0.4898</w:t>
        <w:br/>
        <w:t>vn 0.2347 0.4391 -0.8673</w:t>
        <w:br/>
        <w:t>vn 0.1303 0.9914 0.0126</w:t>
        <w:br/>
        <w:t>vn 0.6971 0.3503 -0.6255</w:t>
        <w:br/>
        <w:t>vn 0.1309 0.9913 0.0126</w:t>
        <w:br/>
        <w:t>vn 0.6974 0.3478 -0.6266</w:t>
        <w:br/>
        <w:t>vn 0.1315 0.9912 0.0125</w:t>
        <w:br/>
        <w:t>vn 0.9258 0.2162 -0.3100</w:t>
        <w:br/>
        <w:t>vn 0.1327 0.9911 0.0123</w:t>
        <w:br/>
        <w:t>vn 0.9253 0.2210 -0.3081</w:t>
        <w:br/>
        <w:t>vn 0.6123 -0.0835 -0.7862</w:t>
        <w:br/>
        <w:t>vn 0.8527 -0.1100 -0.5107</w:t>
        <w:br/>
        <w:t>vn 0.8267 -0.1037 -0.5530</w:t>
        <w:br/>
        <w:t>vn 0.6315 -0.0877 -0.7704</w:t>
        <w:br/>
        <w:t>vn 0.4204 0.8567 -0.2988</w:t>
        <w:br/>
        <w:t>vn 0.4853 0.8565 -0.1759</w:t>
        <w:br/>
        <w:t>vn 0.4498 0.8742 -0.1831</w:t>
        <w:br/>
        <w:t>vn 0.0606 0.5633 -0.8241</w:t>
        <w:br/>
        <w:t>vn -0.2292 0.0204 -0.9732</w:t>
        <w:br/>
        <w:t>vn 0.3586 0.8354 -0.4165</w:t>
        <w:br/>
        <w:t>vn 0.6480 -0.2141 -0.7310</w:t>
        <w:br/>
        <w:t>vn 0.8959 -0.2440 -0.3713</w:t>
        <w:br/>
        <w:t>vn 0.8963 -0.2529 -0.3643</w:t>
        <w:br/>
        <w:t>vn -0.6597 0.4372 -0.6113</w:t>
        <w:br/>
        <w:t>vn -0.7341 0.0900 -0.6730</w:t>
        <w:br/>
        <w:t>vn -0.9336 0.1223 -0.3369</w:t>
        <w:br/>
        <w:t>vn -0.9486 0.1275 -0.2897</w:t>
        <w:br/>
        <w:t>vn -0.2762 0.9556 -0.1022</w:t>
        <w:br/>
        <w:t>vn -0.2398 0.9639 -0.1161</w:t>
        <w:br/>
        <w:t>vn -0.2059 0.9091 -0.3622</w:t>
        <w:br/>
        <w:t>vn -0.2763 0.9556 -0.1022</w:t>
        <w:br/>
        <w:t>vn 0.0614 0.8528 -0.5186</w:t>
        <w:br/>
        <w:t>vn -0.1400 -0.4115 -0.9006</w:t>
        <w:br/>
        <w:t>vn -0.1081 -0.1018 -0.9889</w:t>
        <w:br/>
        <w:t>vn -0.7058 -0.0291 -0.7079</w:t>
        <w:br/>
        <w:t>vn -0.9818 0.0016 -0.1901</w:t>
        <w:br/>
        <w:t>vn -0.7262 -0.5244 -0.4445</w:t>
        <w:br/>
        <w:t>vn -0.9805 -0.0074 -0.1966</w:t>
        <w:br/>
        <w:t>vn 0.3435 -0.7433 -0.5740</w:t>
        <w:br/>
        <w:t>vn -0.1581 -0.8716 -0.4641</w:t>
        <w:br/>
        <w:t>vn -0.4262 -0.9017 -0.0727</w:t>
        <w:br/>
        <w:t>vn -0.4056 -0.8925 -0.1975</w:t>
        <w:br/>
        <w:t>vn -0.3934 -0.9156 -0.0828</w:t>
        <w:br/>
        <w:t>vn 0.1210 -0.9611 -0.2483</w:t>
        <w:br/>
        <w:t>vn 0.1614 -0.9784 -0.1295</w:t>
        <w:br/>
        <w:t>vn 0.1247 -0.9832 -0.1331</w:t>
        <w:br/>
        <w:t>vn 0.6230 -0.0852 -0.7776</w:t>
        <w:br/>
        <w:t>vn 0.8751 0.0211 -0.4835</w:t>
        <w:br/>
        <w:t>vn 0.8657 -0.1116 -0.4880</w:t>
        <w:br/>
        <w:t>vn -0.6671 0.0815 -0.7405</w:t>
        <w:br/>
        <w:t>vn -0.0750 0.1504 -0.9858</w:t>
        <w:br/>
        <w:t>vn -0.0948 0.0055 -0.9955</w:t>
        <w:br/>
        <w:t>vn -0.9425 0.1223 -0.3112</w:t>
        <w:br/>
        <w:t>vn -0.7882 0.2164 -0.5762</w:t>
        <w:br/>
        <w:t>vn -0.9038 0.2982 -0.3068</w:t>
        <w:br/>
        <w:t>vn 0.6352 0.0596 -0.7700</w:t>
        <w:br/>
        <w:t>vn -0.6631 0.4419 -0.6042</w:t>
        <w:br/>
        <w:t>vn -0.8125 0.5057 -0.2900</w:t>
        <w:br/>
        <w:t>vn 0.6275 0.2737 -0.7289</w:t>
        <w:br/>
        <w:t>vn 0.8440 0.2897 -0.4513</w:t>
        <w:br/>
        <w:t>vn -0.0312 0.4257 -0.9043</w:t>
        <w:br/>
        <w:t>vn -0.4931 0.7146 -0.4961</w:t>
        <w:br/>
        <w:t>vn -0.5868 0.7756 -0.2326</w:t>
        <w:br/>
        <w:t>vn 0.0785 0.9348 -0.3463</w:t>
        <w:br/>
        <w:t>vn 0.0264 0.7225 -0.6909</w:t>
        <w:br/>
        <w:t>vn 0.5525 0.5848 -0.5940</w:t>
        <w:br/>
        <w:t>vn 0.6996 0.6217 -0.3522</w:t>
        <w:br/>
        <w:t>vn -0.6287 0.0884 0.7726</w:t>
        <w:br/>
        <w:t>vn -0.8527 0.1105 0.5106</w:t>
        <w:br/>
        <w:t>vn -0.8527 0.1135 0.5099</w:t>
        <w:br/>
        <w:t>vn -0.6286 0.0900 0.7725</w:t>
        <w:br/>
        <w:t>vn -0.5071 -0.8278 0.2401</w:t>
        <w:br/>
        <w:t>vn -0.3915 -0.8533 0.3445</w:t>
        <w:br/>
        <w:t>vn -0.0568 0.0179 0.9982</w:t>
        <w:br/>
        <w:t>vn 0.2450 -0.0218 0.9693</w:t>
        <w:br/>
        <w:t>vn -0.3914 -0.8532 0.3446</w:t>
        <w:br/>
        <w:t>vn -0.6297 0.0958 0.7709</w:t>
        <w:br/>
        <w:t>vn -0.8528 0.1162 0.5092</w:t>
        <w:br/>
        <w:t>vn -0.8546 0.1198 0.5052</w:t>
        <w:br/>
        <w:t>vn -0.6310 0.0980 0.7696</w:t>
        <w:br/>
        <w:t>vn 0.0949 0.0075 0.9955</w:t>
        <w:br/>
        <w:t>vn -0.1406 -0.8891 0.4357</w:t>
        <w:br/>
        <w:t>vn 0.0962 0.0058 0.9953</w:t>
        <w:br/>
        <w:t>vn -0.0106 -0.9060 0.4232</w:t>
        <w:br/>
        <w:t>vn 0.8070 0.0661 0.5868</w:t>
        <w:br/>
        <w:t>vn 0.1860 -0.9269 0.3260</w:t>
        <w:br/>
        <w:t>vn 0.8295 -0.1769 0.5297</w:t>
        <w:br/>
        <w:t>vn 0.7643 -0.0945 0.6380</w:t>
        <w:br/>
        <w:t>vn 0.2533 -0.9362 0.2437</w:t>
        <w:br/>
        <w:t>vn 0.7642 -0.0931 0.6382</w:t>
        <w:br/>
        <w:t>vn 0.9342 -0.1212 0.3356</w:t>
        <w:br/>
        <w:t>vn 0.9341 -0.1239 0.3348</w:t>
        <w:br/>
        <w:t>vn 0.3170 -0.9349 0.1597</w:t>
        <w:br/>
        <w:t>vn 0.3174 -0.9347 0.1598</w:t>
        <w:br/>
        <w:t>vn 0.9248 0.2285 0.3043</w:t>
        <w:br/>
        <w:t>vn 0.9338 -0.1244 0.3354</w:t>
        <w:br/>
        <w:t>vn 0.8772 0.3459 0.3329</w:t>
        <w:br/>
        <w:t>vn 0.0320 -0.7837 -0.6203</w:t>
        <w:br/>
        <w:t>vn 0.0221 -0.9008 -0.4336</w:t>
        <w:br/>
        <w:t>vn 0.0144 -0.9033 -0.4288</w:t>
        <w:br/>
        <w:t>vn 0.9022 -0.0876 0.4223</w:t>
        <w:br/>
        <w:t>vn 0.0455 -0.6165 -0.7860</w:t>
        <w:br/>
        <w:t>vn 0.1129 -0.0268 -0.9932</w:t>
        <w:br/>
        <w:t>vn 0.9778 -0.1266 0.1670</w:t>
        <w:br/>
        <w:t>vn 0.9777 -0.1269 0.1675</w:t>
        <w:br/>
        <w:t>vn 0.9777 -0.1257 0.1684</w:t>
        <w:br/>
        <w:t>vn 0.9780 -0.1283 0.1642</w:t>
        <w:br/>
        <w:t>vn 0.2125 0.6627 -0.7181</w:t>
        <w:br/>
        <w:t>vn 0.2433 0.8650 -0.4389</w:t>
        <w:br/>
        <w:t>vn 0.2362 0.8644 -0.4439</w:t>
        <w:br/>
        <w:t>vn 0.1163 -0.0277 -0.9928</w:t>
        <w:br/>
        <w:t>vn 0.9780 -0.1257 0.1662</w:t>
        <w:br/>
        <w:t>vn 0.2144 0.6655 -0.7149</w:t>
        <w:br/>
        <w:t>vn 0.9609 -0.2184 0.1705</w:t>
        <w:br/>
        <w:t>vn 0.9776 -0.1803 0.1086</w:t>
        <w:br/>
        <w:t>vn 0.9892 -0.0973 -0.1093</w:t>
        <w:br/>
        <w:t>vn -0.8823 -0.4223 0.2077</w:t>
        <w:br/>
        <w:t>vn -0.8438 -0.4303 0.3208</w:t>
        <w:br/>
        <w:t>vn -0.9705 -0.0021 0.2412</w:t>
        <w:br/>
        <w:t>vn -0.8647 -0.0148 0.5020</w:t>
        <w:br/>
        <w:t>vn -0.6029 -0.4538 0.6562</w:t>
        <w:br/>
        <w:t>vn -0.7941 0.4454 0.4135</w:t>
        <w:br/>
        <w:t>vn -0.8599 0.4572 0.2270</w:t>
        <w:br/>
        <w:t>vn -0.6424 -0.0416 0.7652</w:t>
        <w:br/>
        <w:t>vn -0.9201 0.1034 0.3777</w:t>
        <w:br/>
        <w:t>vn -0.9638 0.1059 0.2449</w:t>
        <w:br/>
        <w:t>vn -0.9613 0.1254 0.2453</w:t>
        <w:br/>
        <w:t>vn -0.5554 0.4032 0.7273</w:t>
        <w:br/>
        <w:t>vn -0.6264 0.0919 0.7740</w:t>
        <w:br/>
        <w:t>vn -0.3249 -0.0825 0.9422</w:t>
        <w:br/>
        <w:t>vn -0.1966 -0.5676 0.7995</w:t>
        <w:br/>
        <w:t>vn -0.1086 0.3694 0.9229</w:t>
        <w:br/>
        <w:t>vn 0.0863 -0.1228 0.9887</w:t>
        <w:br/>
        <w:t>vn 0.0354 -0.6802 0.7322</w:t>
        <w:br/>
        <w:t>vn -0.8548 0.1138 0.5062</w:t>
        <w:br/>
        <w:t>vn 0.3167 -0.3066 0.8976</w:t>
        <w:br/>
        <w:t>vn 0.1656 -0.6904 0.7042</w:t>
        <w:br/>
        <w:t>vn 0.4741 -0.6341 0.6109</w:t>
        <w:br/>
        <w:t>vn -0.4478 0.8659 0.2229</w:t>
        <w:br/>
        <w:t>vn -0.4800 0.8653 0.1445</w:t>
        <w:br/>
        <w:t>vn -0.0055 0.9996 0.0282</w:t>
        <w:br/>
        <w:t>vn 0.0075 0.9978 0.0656</w:t>
        <w:br/>
        <w:t>vn -0.3310 0.7894 0.5169</w:t>
        <w:br/>
        <w:t>vn 0.0444 0.9928 0.1117</w:t>
        <w:br/>
        <w:t>vn -0.6193 0.0849 0.7805</w:t>
        <w:br/>
        <w:t>vn 0.0841 0.9878 0.1314</w:t>
        <w:br/>
        <w:t>vn 0.1130 0.9842 0.1366</w:t>
        <w:br/>
        <w:t>vn -0.4334 0.0884 0.8969</w:t>
        <w:br/>
        <w:t>vn -0.1642 0.3457 0.9239</w:t>
        <w:br/>
        <w:t>vn -0.2053 0.9560 0.2094</w:t>
        <w:br/>
        <w:t>vn 0.0809 0.3140 0.9460</w:t>
        <w:br/>
        <w:t>vn -0.1262 0.1390 0.9822</w:t>
        <w:br/>
        <w:t>vn 0.1312 0.9908 0.0331</w:t>
        <w:br/>
        <w:t>vn 0.1619 0.9772 0.1371</w:t>
        <w:br/>
        <w:t>vn -0.4919 0.6239 0.6072</w:t>
        <w:br/>
        <w:t>vn -0.4333 0.0884 0.8969</w:t>
        <w:br/>
        <w:t>vn 0.3709 0.8924 0.2570</w:t>
        <w:br/>
        <w:t>vn 0.2114 0.9712 0.1099</w:t>
        <w:br/>
        <w:t>vn -0.1504 0.9846 0.0889</w:t>
        <w:br/>
        <w:t>vn 0.1248 0.9912 -0.0449</w:t>
        <w:br/>
        <w:t>vn -0.5388 -0.0412 0.8415</w:t>
        <w:br/>
        <w:t>vn -0.4511 -0.4674 0.7603</w:t>
        <w:br/>
        <w:t>vn 0.5548 0.8297 0.0622</w:t>
        <w:br/>
        <w:t>vn 0.1358 0.3383 0.9312</w:t>
        <w:br/>
        <w:t>vn -0.0209 0.3496 0.9367</w:t>
        <w:br/>
        <w:t>vn 0.0898 -0.0626 0.9940</w:t>
        <w:br/>
        <w:t>vn 0.2837 0.3287 0.9008</w:t>
        <w:br/>
        <w:t>vn -0.4920 0.6239 0.6072</w:t>
        <w:br/>
        <w:t>vn 0.7201 0.4518 0.5265</w:t>
        <w:br/>
        <w:t>vn -0.1921 -0.2373 0.9522</w:t>
        <w:br/>
        <w:t>vn 0.2466 -0.0933 0.9646</w:t>
        <w:br/>
        <w:t>vn 0.8682 0.4841 0.1090</w:t>
        <w:br/>
        <w:t>vn 0.6364 -0.4780 0.6055</w:t>
        <w:br/>
        <w:t>vn 0.6363 -0.4780 0.6055</w:t>
        <w:br/>
        <w:t>vn 0.5675 -0.5462 0.6162</w:t>
        <w:br/>
        <w:t>vn 0.7425 -0.6230 0.2462</w:t>
        <w:br/>
        <w:t>vn 0.0842 0.1292 0.9880</w:t>
        <w:br/>
        <w:t>vn -0.5387 -0.0412 0.8415</w:t>
        <w:br/>
        <w:t>vn -0.4551 0.4496 0.7686</w:t>
        <w:br/>
        <w:t>vn -0.7152 0.3875 0.5817</w:t>
        <w:br/>
        <w:t>vn -0.4552 0.4497 0.7685</w:t>
        <w:br/>
        <w:t>vn 0.0920 0.3938 0.9146</w:t>
        <w:br/>
        <w:t>vn -0.8816 0.2368 0.4084</w:t>
        <w:br/>
        <w:t>vn 0.2200 0.4494 0.8658</w:t>
        <w:br/>
        <w:t>vn 0.3291 0.4266 0.8425</w:t>
        <w:br/>
        <w:t>vn -0.0033 -0.7304 0.6830</w:t>
        <w:br/>
        <w:t>vn -0.1499 -0.7041 0.6941</w:t>
        <w:br/>
        <w:t>vn -0.1557 -0.7203 0.6760</w:t>
        <w:br/>
        <w:t>vn 0.0010 -0.7119 0.7023</w:t>
        <w:br/>
        <w:t>vn 0.1511 0.3587 0.9211</w:t>
        <w:br/>
        <w:t>vn 0.8591 0.1721 0.4820</w:t>
        <w:br/>
        <w:t>vn 0.1435 -0.7404 0.6566</w:t>
        <w:br/>
        <w:t>vn 0.7951 -0.1577 0.5856</w:t>
        <w:br/>
        <w:t>vn 0.1408 -0.7594 0.6353</w:t>
        <w:br/>
        <w:t>vn 0.6384 0.2852 0.7150</w:t>
        <w:br/>
        <w:t>vn 0.1338 0.2499 0.9590</w:t>
        <w:br/>
        <w:t>vn 0.3342 0.3193 0.8868</w:t>
        <w:br/>
        <w:t>vn 0.3291 0.4756 0.8158</w:t>
        <w:br/>
        <w:t>vn 0.6529 -0.1017 0.7506</w:t>
        <w:br/>
        <w:t>vn 0.6402 0.2800 0.7153</w:t>
        <w:br/>
        <w:t>vn 0.6431 -0.2102 0.7363</w:t>
        <w:br/>
        <w:t>vn 0.8721 -0.2402 0.4263</w:t>
        <w:br/>
        <w:t>vn 0.7345 -0.6303 0.2516</w:t>
        <w:br/>
        <w:t>vn 0.9555 -0.2514 0.1542</w:t>
        <w:br/>
        <w:t>vn 0.7655 -0.6292 0.1341</w:t>
        <w:br/>
        <w:t>vn 0.9147 0.2204 0.3388</w:t>
        <w:br/>
        <w:t>vn 0.9663 0.2126 0.1451</w:t>
        <w:br/>
        <w:t>vn 0.9453 -0.1391 0.2950</w:t>
        <w:br/>
        <w:t>vn 0.9765 -0.1471 0.1575</w:t>
        <w:br/>
        <w:t>vn 0.9791 -0.1277 0.1580</w:t>
        <w:br/>
        <w:t>vn 0.8955 -0.1141 0.4302</w:t>
        <w:br/>
        <w:t>vn 0.6611 -0.0814 0.7459</w:t>
        <w:br/>
        <w:t>vn 0.6743 0.7176 0.1741</w:t>
        <w:br/>
        <w:t>vn 0.6999 0.7083 0.0924</w:t>
        <w:br/>
        <w:t>vn 0.2661 0.9638 0.0166</w:t>
        <w:br/>
        <w:t>vn 0.2544 0.9655 0.0554</w:t>
        <w:br/>
        <w:t>vn 0.5352 0.6939 0.4816</w:t>
        <w:br/>
        <w:t>vn -0.7855 0.6166 0.0531</w:t>
        <w:br/>
        <w:t>vn -0.7374 0.6712 0.0753</w:t>
        <w:br/>
        <w:t>vn -0.7368 0.6719 0.0749</w:t>
        <w:br/>
        <w:t>vn -0.7785 0.6271 0.0274</w:t>
        <w:br/>
        <w:t>vn -0.5055 -0.8618 0.0425</w:t>
        <w:br/>
        <w:t>vn -0.5052 -0.8620 0.0425</w:t>
        <w:br/>
        <w:t>vn -0.5057 -0.8617 0.0424</w:t>
        <w:br/>
        <w:t>vn -0.5046 -0.8623 0.0427</w:t>
        <w:br/>
        <w:t>vn -0.8216 0.5649 0.0764</w:t>
        <w:br/>
        <w:t>vn -0.2928 0.2734 0.9163</w:t>
        <w:br/>
        <w:t>vn -0.2808 0.2719 0.9204</w:t>
        <w:br/>
        <w:t>vn -0.2841 0.2724 0.9193</w:t>
        <w:br/>
        <w:t>vn -0.8341 0.5456 0.0813</w:t>
        <w:br/>
        <w:t>vn -0.2936 0.2865 0.9120</w:t>
        <w:br/>
        <w:t>vn -0.7927 0.6014 0.0995</w:t>
        <w:br/>
        <w:t>vn -0.0688 0.3961 0.9156</w:t>
        <w:br/>
        <w:t>vn -0.7842 0.6088 0.1200</w:t>
        <w:br/>
        <w:t>vn -0.0551 0.3575 0.9323</w:t>
        <w:br/>
        <w:t>vn -0.3685 0.9287 0.0409</w:t>
        <w:br/>
        <w:t>vn -0.7724 0.6305 0.0771</w:t>
        <w:br/>
        <w:t>vn 0.1544 0.8031 0.5754</w:t>
        <w:br/>
        <w:t>vn 0.1285 0.9917 -0.0058</w:t>
        <w:br/>
        <w:t>vn 0.1477 0.5027 0.8517</w:t>
        <w:br/>
        <w:t>vn 0.1286 0.9917 -0.0055</w:t>
        <w:br/>
        <w:t>vn 0.2351 0.8448 0.4807</w:t>
        <w:br/>
        <w:t>vn 0.3978 0.4122 0.8197</w:t>
        <w:br/>
        <w:t>vn 0.1286 0.9917 -0.0059</w:t>
        <w:br/>
        <w:t>vn 0.8051 0.3326 0.4912</w:t>
        <w:br/>
        <w:t>vn 0.1292 0.9916 -0.0060</w:t>
        <w:br/>
        <w:t>vn 0.8056 0.3300 0.4921</w:t>
        <w:br/>
        <w:t>vn 0.1298 0.9915 -0.0061</w:t>
        <w:br/>
        <w:t>vn 0.9687 0.2092 0.1336</w:t>
        <w:br/>
        <w:t>vn 0.1309 0.9914 -0.0062</w:t>
        <w:br/>
        <w:t>vn 0.9679 0.2140 0.1320</w:t>
        <w:br/>
        <w:t>vn 0.9344 -0.1235 0.3341</w:t>
        <w:br/>
        <w:t>vn 0.7513 -0.1065 0.6513</w:t>
        <w:br/>
        <w:t>vn 0.9170 -0.1186 0.3808</w:t>
        <w:br/>
        <w:t>vn 0.7672 -0.1100 0.6319</w:t>
        <w:br/>
        <w:t>vn 0.5126 0.8520 0.1066</w:t>
        <w:br/>
        <w:t>vn 0.4725 0.8481 0.2396</w:t>
        <w:br/>
        <w:t>vn 0.4792 0.8693 0.1210</w:t>
        <w:br/>
        <w:t>vn 0.1503 0.4785 0.8651</w:t>
        <w:br/>
        <w:t>vn 0.0973 -0.0281 0.9949</w:t>
        <w:br/>
        <w:t>vn 0.4343 0.8229 0.3663</w:t>
        <w:br/>
        <w:t>vn -0.4924 0.0532 0.8687</w:t>
        <w:br/>
        <w:t>vn 0.9497 -0.2528 0.1849</w:t>
        <w:br/>
        <w:t>vn 0.7753 -0.2351 0.5862</w:t>
        <w:br/>
        <w:t>vn 0.9487 -0.2616 0.1777</w:t>
        <w:br/>
        <w:t>vn -0.7054 0.0860 0.7035</w:t>
        <w:br/>
        <w:t>vn -0.8514 0.1087 0.5132</w:t>
        <w:br/>
        <w:t>vn -0.8751 0.1154 0.4699</w:t>
        <w:br/>
        <w:t>vn -0.1851 0.9338 0.3061</w:t>
        <w:br/>
        <w:t>vn -0.2488 0.9510 0.1834</w:t>
        <w:br/>
        <w:t>vn -0.2102 0.9590 0.1903</w:t>
        <w:br/>
        <w:t>vn -0.1300 0.8965 0.4235</w:t>
        <w:br/>
        <w:t>vn 0.1622 0.8362 0.5239</w:t>
        <w:br/>
        <w:t>vn 0.0339 -0.4402 0.8973</w:t>
        <w:br/>
        <w:t>vn 0.0830 -0.1334 0.9876</w:t>
        <w:br/>
        <w:t>vn -0.5572 -0.0536 0.8287</w:t>
        <w:br/>
        <w:t>vn -0.6292 -0.5404 0.5586</w:t>
        <w:br/>
        <w:t>vn -0.9271 -0.0074 0.3746</w:t>
        <w:br/>
        <w:t>vn -0.9247 -0.0166 0.3804</w:t>
        <w:br/>
        <w:t>vn 0.4449 -0.7601 0.4737</w:t>
        <w:br/>
        <w:t>vn -0.0690 -0.8863 0.4580</w:t>
        <w:br/>
        <w:t>vn -0.3630 -0.8995 0.2432</w:t>
        <w:br/>
        <w:t>vn -0.4071 -0.9048 0.1244</w:t>
        <w:br/>
        <w:t>vn -0.3734 -0.9188 0.1277</w:t>
        <w:br/>
        <w:t>vn 0.1802 -0.9815 0.0652</w:t>
        <w:br/>
        <w:t>vn 0.1633 -0.9681 0.1900</w:t>
        <w:br/>
        <w:t>vn 0.1452 -0.9865 0.0756</w:t>
        <w:br/>
        <w:t>vn 0.9516 0.0085 0.3073</w:t>
        <w:br/>
        <w:t>vn 0.7601 -0.1076 0.6408</w:t>
        <w:br/>
        <w:t>vn 0.9428 -0.1243 0.3094</w:t>
        <w:br/>
        <w:t>vn 0.1157 0.1189 0.9861</w:t>
        <w:br/>
        <w:t>vn -0.5127 0.0560 0.8567</w:t>
        <w:br/>
        <w:t>vn 0.0977 -0.0263 0.9949</w:t>
        <w:br/>
        <w:t>vn -0.6625 0.1957 0.7230</w:t>
        <w:br/>
        <w:t>vn -0.8650 0.1094 0.4897</w:t>
        <w:br/>
        <w:t>vn -0.8274 0.2856 0.4835</w:t>
        <w:br/>
        <w:t>vn 0.7711 0.0372 0.6356</w:t>
        <w:br/>
        <w:t>vn 0.7564 0.2524 0.6035</w:t>
        <w:br/>
        <w:t>vn 0.9157 0.2778 0.2902</w:t>
        <w:br/>
        <w:t>vn -0.5337 0.4205 0.7337</w:t>
        <w:br/>
        <w:t>vn -0.7404 0.4938 0.4561</w:t>
        <w:br/>
        <w:t>vn 0.1439 0.3968 0.9065</w:t>
        <w:br/>
        <w:t>vn 0.6578 0.5674 0.4954</w:t>
        <w:br/>
        <w:t>vn 0.7560 0.6124 0.2311</w:t>
        <w:br/>
        <w:t>vn 0.1462 0.9237 0.3542</w:t>
        <w:br/>
        <w:t>vn 0.1604 0.7004 0.6955</w:t>
        <w:br/>
        <w:t>vn -0.3868 0.6971 0.6037</w:t>
        <w:br/>
        <w:t>vn -0.5290 0.7661 0.3650</w:t>
        <w:br/>
        <w:t>vn -0.0672 0.9225 0.3801</w:t>
        <w:br/>
        <w:t>vn -0.0075 0.8930 0.4501</w:t>
        <w:br/>
        <w:t>vn -0.2819 0.9273 0.2464</w:t>
        <w:br/>
        <w:t>vn 0.1869 0.8416 0.5068</w:t>
        <w:br/>
        <w:t>vn 0.0926 0.9255 0.3672</w:t>
        <w:br/>
        <w:t>vn 0.1438 -0.2817 0.9487</w:t>
        <w:br/>
        <w:t>vn 0.4563 -0.2036 0.8662</w:t>
        <w:br/>
        <w:t>vn -0.1845 -0.3287 0.9262</w:t>
        <w:br/>
        <w:t>vn -0.0140 0.9691 0.2463</w:t>
        <w:br/>
        <w:t>vn -0.1927 0.9666 0.1690</w:t>
        <w:br/>
        <w:t>vn 0.1875 -0.8457 -0.4997</w:t>
        <w:br/>
        <w:t>vn 0.1918 -0.9057 -0.3780</w:t>
        <w:br/>
        <w:t>vn 0.0932 -0.8879 -0.4505</w:t>
        <w:br/>
        <w:t>vn 0.1858 -0.9522 -0.2426</w:t>
        <w:br/>
        <w:t>vn 0.9826 0.0603 -0.1759</w:t>
        <w:br/>
        <w:t>vn 0.9952 0.0232 -0.0947</w:t>
        <w:br/>
        <w:t>vn 0.8756 0.1351 -0.4638</w:t>
        <w:br/>
        <w:t>vn 0.0413 -0.9049 -0.4237</w:t>
        <w:br/>
        <w:t>vn 0.6203 0.2190 -0.7532</w:t>
        <w:br/>
        <w:t>vn 0.0376 -0.9360 -0.3500</w:t>
        <w:br/>
        <w:t>vn -0.2046 0.9359 0.2868</w:t>
        <w:br/>
        <w:t>vn -0.2085 0.9262 0.3140</w:t>
        <w:br/>
        <w:t>vn 0.3367 0.2507 -0.9076</w:t>
        <w:br/>
        <w:t>vn 0.2466 -0.9106 -0.3318</w:t>
        <w:br/>
        <w:t>vn 0.1302 0.2704 -0.9539</w:t>
        <w:br/>
        <w:t>vn 0.2526 -0.9317 -0.2610</w:t>
        <w:br/>
        <w:t>vn 0.3371 -0.8491 -0.4067</w:t>
        <w:br/>
        <w:t>vn -0.1791 0.9077 0.3795</w:t>
        <w:br/>
        <w:t>vn 0.8828 0.3633 -0.2977</w:t>
        <w:br/>
        <w:t>vn 0.8831 0.3630 -0.2973</w:t>
        <w:br/>
        <w:t>vn 0.8851 0.3638 -0.2902</w:t>
        <w:br/>
        <w:t>vn 0.0185 0.2720 -0.9621</w:t>
        <w:br/>
        <w:t>vn 0.3314 -0.7598 -0.5593</w:t>
        <w:br/>
        <w:t>vn -0.2466 0.2726 -0.9300</w:t>
        <w:br/>
        <w:t>vn 0.8798 0.3772 -0.2893</w:t>
        <w:br/>
        <w:t>vn 0.8790 0.3775 -0.2912</w:t>
        <w:br/>
        <w:t>vn 0.8872 0.3698 -0.2758</w:t>
        <w:br/>
        <w:t>vn 0.7027 0.4349 -0.5630</w:t>
        <w:br/>
        <w:t>vn -0.2415 0.8637 0.4423</w:t>
        <w:br/>
        <w:t>vn -0.1665 0.8380 0.5197</w:t>
        <w:br/>
        <w:t>vn -0.3451 0.8220 0.4530</w:t>
        <w:br/>
        <w:t>vn -0.2612 0.8760 0.4054</w:t>
        <w:br/>
        <w:t>vn 0.7764 0.4110 -0.4778</w:t>
        <w:br/>
        <w:t>vn 0.1728 -0.8375 -0.5184</w:t>
        <w:br/>
        <w:t>vn 0.2455 -0.8678 -0.4321</w:t>
        <w:br/>
        <w:t>vn 0.3484 -0.8212 -0.4520</w:t>
        <w:br/>
        <w:t>vn 0.1549 -0.8743 -0.4600</w:t>
        <w:br/>
        <w:t>vn 0.3333 -0.8785 -0.3423</w:t>
        <w:br/>
        <w:t>vn 0.3439 -0.8607 -0.3754</w:t>
        <w:br/>
        <w:t>vn 0.1108 0.4357 -0.8932</w:t>
        <w:br/>
        <w:t>vn 0.2337 -0.8868 -0.3986</w:t>
        <w:br/>
        <w:t>vn -0.3900 0.8550 0.3419</w:t>
        <w:br/>
        <w:t>vn 0.0008 0.4236 -0.9059</w:t>
        <w:br/>
        <w:t>vn -0.4025 0.8495 0.3411</w:t>
        <w:br/>
        <w:t>vn -0.3425 0.8514 0.3973</w:t>
        <w:br/>
        <w:t>vn -0.2952 0.8590 0.4184</w:t>
        <w:br/>
        <w:t>vn -0.2496 0.8571 0.4507</w:t>
        <w:br/>
        <w:t>vn -0.3562 0.8459 0.3970</w:t>
        <w:br/>
        <w:t>vn -0.0202 0.4260 -0.9045</w:t>
        <w:br/>
        <w:t>vn -0.9319 -0.1396 -0.3348</w:t>
        <w:br/>
        <w:t>vn -0.9351 -0.1431 -0.3243</w:t>
        <w:br/>
        <w:t>vn 0.1047 -0.9098 -0.4016</w:t>
        <w:br/>
        <w:t>vn 0.0044 -0.8875 -0.4608</w:t>
        <w:br/>
        <w:t>vn 0.0245 0.4454 -0.8950</w:t>
        <w:br/>
        <w:t>vn -0.9286 -0.1361 -0.3452</w:t>
        <w:br/>
        <w:t>vn 0.2746 -0.8803 -0.3869</w:t>
        <w:br/>
        <w:t>vn -0.3875 0.2831 -0.8773</w:t>
        <w:br/>
        <w:t>vn -0.2563 0.3974 -0.8812</w:t>
        <w:br/>
        <w:t>vn -0.2344 0.4012 -0.8855</w:t>
        <w:br/>
        <w:t>vn -0.3716 0.3425 -0.8629</w:t>
        <w:br/>
        <w:t>vn -0.1262 0.4029 -0.9065</w:t>
        <w:br/>
        <w:t>vn -0.0337 0.3671 -0.9296</w:t>
        <w:br/>
        <w:t>vn 0.0038 0.2817 -0.9595</w:t>
        <w:br/>
        <w:t>vn -0.3637 -0.8142 -0.4525</w:t>
        <w:br/>
        <w:t>vn -0.3165 -0.8640 -0.3917</w:t>
        <w:br/>
        <w:t>vn -0.2915 -0.8477 -0.4433</w:t>
        <w:br/>
        <w:t>vn -0.4262 -0.7582 -0.4935</w:t>
        <w:br/>
        <w:t>vn -0.5191 -0.6996 -0.4909</w:t>
        <w:br/>
        <w:t>vn -0.5359 -0.6711 -0.5123</w:t>
        <w:br/>
        <w:t>vn -0.6065 -0.1378 -0.7830</w:t>
        <w:br/>
        <w:t>vn -0.5532 -0.6691 -0.4963</w:t>
        <w:br/>
        <w:t>vn -0.5503 0.1959 -0.8116</w:t>
        <w:br/>
        <w:t>vn -0.5449 -0.6476 -0.5326</w:t>
        <w:br/>
        <w:t>vn -0.3880 0.2474 -0.8878</w:t>
        <w:br/>
        <w:t>vn -0.5628 -0.6089 -0.5591</w:t>
        <w:br/>
        <w:t>vn -0.1314 -0.0189 -0.9911</w:t>
        <w:br/>
        <w:t>vn -0.1144 0.2170 -0.9694</w:t>
        <w:br/>
        <w:t>vn 0.3741 -0.0841 -0.9236</w:t>
        <w:br/>
        <w:t>vn -0.1723 0.0337 -0.9845</w:t>
        <w:br/>
        <w:t>vn 0.3662 -0.0370 -0.9298</w:t>
        <w:br/>
        <w:t>vn -0.5724 0.2850 -0.7689</w:t>
        <w:br/>
        <w:t>vn -0.3561 -0.7255 -0.5889</w:t>
        <w:br/>
        <w:t>vn -0.4179 -0.7655 -0.4892</w:t>
        <w:br/>
        <w:t>vn -0.6280 0.3059 -0.7156</w:t>
        <w:br/>
        <w:t>vn -0.4620 -0.8118 -0.3570</w:t>
        <w:br/>
        <w:t>vn -0.4178 -0.7655 -0.4892</w:t>
        <w:br/>
        <w:t>vn -0.5724 0.3356 -0.7481</w:t>
        <w:br/>
        <w:t>vn -0.5274 -0.8313 -0.1756</w:t>
        <w:br/>
        <w:t>vn -0.7215 0.3148 -0.6167</w:t>
        <w:br/>
        <w:t>vn -0.4986 -0.8576 -0.1265</w:t>
        <w:br/>
        <w:t>vn -0.7579 0.3265 -0.5648</w:t>
        <w:br/>
        <w:t>vn -0.5055 -0.8605 -0.0635</w:t>
        <w:br/>
        <w:t>vn -0.8343 0.3233 -0.4465</w:t>
        <w:br/>
        <w:t>vn -0.4836 -0.8744 -0.0399</w:t>
        <w:br/>
        <w:t>vn -0.8763 0.3037 -0.3741</w:t>
        <w:br/>
        <w:t>vn -0.4739 -0.8805 -0.0059</w:t>
        <w:br/>
        <w:t>vn -0.9137 0.2977 -0.2767</w:t>
        <w:br/>
        <w:t>vn -0.4471 -0.8945 -0.0051</w:t>
        <w:br/>
        <w:t>vn -0.9199 0.2802 -0.2744</w:t>
        <w:br/>
        <w:t>vn -0.4186 -0.9081 0.0109</w:t>
        <w:br/>
        <w:t>vn -0.9566 0.2783 -0.0859</w:t>
        <w:br/>
        <w:t>vn -0.4229 -0.9062 -0.0005</w:t>
        <w:br/>
        <w:t>vn -0.9602 0.2655 -0.0871</w:t>
        <w:br/>
        <w:t>vn -0.9468 0.2721 0.1721</w:t>
        <w:br/>
        <w:t>vn -0.3864 -0.9223 0.0078</w:t>
        <w:br/>
        <w:t>vn -0.9306 0.2646 0.2528</w:t>
        <w:br/>
        <w:t>vn -0.3684 -0.9297 0.0010</w:t>
        <w:br/>
        <w:t>vn -0.8639 0.2305 0.4479</w:t>
        <w:br/>
        <w:t>vn -0.3711 -0.9284 -0.0196</w:t>
        <w:br/>
        <w:t>vn -0.8046 0.2021 0.5584</w:t>
        <w:br/>
        <w:t>vn -0.3910 -0.9202 -0.0169</w:t>
        <w:br/>
        <w:t>vn -0.6175 0.1229 0.7769</w:t>
        <w:br/>
        <w:t>vn -0.4056 -0.9140 -0.0049</w:t>
        <w:br/>
        <w:t>vn -0.6484 0.1492 0.7466</w:t>
        <w:br/>
        <w:t>vn -0.4035 -0.9150 0.0016</w:t>
        <w:br/>
        <w:t>vn -0.2292 -0.9585 0.1697</w:t>
        <w:br/>
        <w:t>vn -0.5305 0.1273 0.8381</w:t>
        <w:br/>
        <w:t>vn -0.2227 -0.9671 0.1228</w:t>
        <w:br/>
        <w:t>vn 0.2872 -0.7948 0.5346</w:t>
        <w:br/>
        <w:t>vn -0.3127 0.0137 0.9498</w:t>
        <w:br/>
        <w:t>vn 0.2689 -0.7725 0.5753</w:t>
        <w:br/>
        <w:t>vn -0.2394 -0.0646 0.9688</w:t>
        <w:br/>
        <w:t>vn -0.5735 0.0486 0.8177</w:t>
        <w:br/>
        <w:t>vn 0.1435 -0.2657 0.9533</w:t>
        <w:br/>
        <w:t>vn 0.1436 -0.2657 0.9533</w:t>
        <w:br/>
        <w:t>vn 0.6128 -0.4866 0.6227</w:t>
        <w:br/>
        <w:t>vn -0.1350 -0.1394 0.9810</w:t>
        <w:br/>
        <w:t>vn -0.4460 -0.8226 0.3526</w:t>
        <w:br/>
        <w:t>vn -0.4577 -0.8218 0.3393</w:t>
        <w:br/>
        <w:t>vn -0.4607 -0.8304 0.3134</w:t>
        <w:br/>
        <w:t>vn -0.3030 -0.0155 0.9529</w:t>
        <w:br/>
        <w:t>vn -0.4361 -0.8277 0.3532</w:t>
        <w:br/>
        <w:t>vn -0.3031 0.0105 0.9529</w:t>
        <w:br/>
        <w:t>vn -0.4039 -0.8480 0.3430</w:t>
        <w:br/>
        <w:t>vn -0.2321 0.0099 0.9727</w:t>
        <w:br/>
        <w:t>vn -0.2149 0.0125 0.9766</w:t>
        <w:br/>
        <w:t>vn -0.1365 -0.0269 0.9903</w:t>
        <w:br/>
        <w:t>vn -0.3740 -0.8596 0.3481</w:t>
        <w:br/>
        <w:t>vn -0.1843 -0.0256 0.9825</w:t>
        <w:br/>
        <w:t>vn -0.3449 -0.8652 0.3640</w:t>
        <w:br/>
        <w:t>vn -0.2556 -0.5512 0.7943</w:t>
        <w:br/>
        <w:t>vn -0.2555 -0.5512 0.7943</w:t>
        <w:br/>
        <w:t>vn -0.5938 -0.7571 -0.2724</w:t>
        <w:br/>
        <w:t>vn -0.4871 -0.8057 -0.3370</w:t>
        <w:br/>
        <w:t>vn -0.5272 -0.8231 -0.2110</w:t>
        <w:br/>
        <w:t>vn -0.6814 -0.1350 -0.7193</w:t>
        <w:br/>
        <w:t>vn -0.2578 -0.8933 -0.3682</w:t>
        <w:br/>
        <w:t>vn -0.1060 -0.9510 -0.2906</w:t>
        <w:br/>
        <w:t>vn -0.8410 0.2015 -0.5021</w:t>
        <w:br/>
        <w:t>vn -0.6925 0.2341 -0.6824</w:t>
        <w:br/>
        <w:t>vn -0.6815 -0.1350 -0.7193</w:t>
        <w:br/>
        <w:t>vn -0.8561 0.1587 -0.4918</w:t>
        <w:br/>
        <w:t>vn -0.2579 0.3168 -0.9128</w:t>
        <w:br/>
        <w:t>vn -0.1341 0.3383 -0.9314</w:t>
        <w:br/>
        <w:t>vn 0.0819 -0.9510 -0.2980</w:t>
        <w:br/>
        <w:t>vn 0.2318 -0.9062 -0.3536</w:t>
        <w:br/>
        <w:t>vn -0.6999 0.1788 -0.6915</w:t>
        <w:br/>
        <w:t>vn -0.8593 0.1049 -0.5005</w:t>
        <w:br/>
        <w:t>vn 0.4245 -0.8472 -0.3194</w:t>
        <w:br/>
        <w:t>vn 0.4946 -0.8115 -0.3111</w:t>
        <w:br/>
        <w:t>vn 0.3161 0.2933 -0.9023</w:t>
        <w:br/>
        <w:t>vn 0.3320 0.3238 -0.8859</w:t>
        <w:br/>
        <w:t>vn 0.6697 0.2298 -0.7062</w:t>
        <w:br/>
        <w:t>vn 0.5326 -0.8119 -0.2389</w:t>
        <w:br/>
        <w:t>vn 0.5167 -0.8259 -0.2256</w:t>
        <w:br/>
        <w:t>vn 0.4435 -0.0779 0.8929</w:t>
        <w:br/>
        <w:t>vn 0.4321 -0.0736 0.8988</w:t>
        <w:br/>
        <w:t>vn 0.4405 -0.0706 0.8950</w:t>
        <w:br/>
        <w:t>vn 0.8669 0.1650 -0.4703</w:t>
        <w:br/>
        <w:t>vn 0.7512 0.1940 -0.6309</w:t>
        <w:br/>
        <w:t>vn 0.4110 -0.0964 0.9065</w:t>
        <w:br/>
        <w:t>vn 0.8682 0.1702 -0.4661</w:t>
        <w:br/>
        <w:t>vn 0.3710 -0.1083 0.9223</w:t>
        <w:br/>
        <w:t>vn 0.7013 0.2084 -0.6817</w:t>
        <w:br/>
        <w:t>vn 0.3049 -0.1179 0.9451</w:t>
        <w:br/>
        <w:t>vn 0.8625 0.1602 -0.4800</w:t>
        <w:br/>
        <w:t>vn 0.2777 -0.1109 0.9543</w:t>
        <w:br/>
        <w:t>vn 0.2008 0.2858 -0.9370</w:t>
        <w:br/>
        <w:t>vn 0.6654 0.2081 -0.7169</w:t>
        <w:br/>
        <w:t>vn 0.2351 -0.1172 0.9649</w:t>
        <w:br/>
        <w:t>vn 0.8566 0.1543 -0.4924</w:t>
        <w:br/>
        <w:t>vn 0.2181 -0.1070 0.9700</w:t>
        <w:br/>
        <w:t>vn -0.2932 0.2772 -0.9150</w:t>
        <w:br/>
        <w:t>vn 0.1440 0.2800 -0.9491</w:t>
        <w:br/>
        <w:t>vn 0.6299 0.2038 -0.7495</w:t>
        <w:br/>
        <w:t>vn 0.1911 -0.1124 0.9751</w:t>
        <w:br/>
        <w:t>vn 0.8503 0.1471 -0.5054</w:t>
        <w:br/>
        <w:t>vn 0.1809 -0.0843 0.9799</w:t>
        <w:br/>
        <w:t>vn -0.2850 0.2696 -0.9198</w:t>
        <w:br/>
        <w:t>vn 0.1775 -0.0815 0.9807</w:t>
        <w:br/>
        <w:t>vn 0.2092 -0.0228 0.9776</w:t>
        <w:br/>
        <w:t>vn 0.5981 0.1936 -0.7777</w:t>
        <w:br/>
        <w:t>vn 0.8313 0.1239 -0.5419</w:t>
        <w:br/>
        <w:t>vn 0.1018 0.2761 -0.9557</w:t>
        <w:br/>
        <w:t>vn 0.5823 0.0301 -0.8124</w:t>
        <w:br/>
        <w:t>vn 0.0730 0.2302 -0.9704</w:t>
        <w:br/>
        <w:t>vn -0.2695 0.2708 -0.9241</w:t>
        <w:br/>
        <w:t>vn -0.6819 0.1687 -0.7117</w:t>
        <w:br/>
        <w:t>vn -0.8587 0.0950 -0.5036</w:t>
        <w:br/>
        <w:t>vn -0.6587 0.1679 -0.7334</w:t>
        <w:br/>
        <w:t>vn -0.8545 0.0908 -0.5114</w:t>
        <w:br/>
        <w:t>vn -0.2525 0.1972 -0.9473</w:t>
        <w:br/>
        <w:t>vn -0.6558 0.1327 -0.7432</w:t>
        <w:br/>
        <w:t>vn -0.8522 0.0790 -0.5171</w:t>
        <w:br/>
        <w:t>vn 0.0696 0.0970 -0.9928</w:t>
        <w:br/>
        <w:t>vn -0.7356 -0.0932 -0.6709</w:t>
        <w:br/>
        <w:t>vn -0.8736 -0.0774 -0.4805</w:t>
        <w:br/>
        <w:t>vn -0.2856 0.0960 -0.9535</w:t>
        <w:br/>
        <w:t>vn -0.7006 -0.0475 -0.7119</w:t>
        <w:br/>
        <w:t>vn -0.9082 0.0388 -0.4167</w:t>
        <w:br/>
        <w:t>vn -0.8910 0.0503 -0.4512</w:t>
        <w:br/>
        <w:t>vn -0.2055 -0.0456 -0.9776</w:t>
        <w:br/>
        <w:t>vn -0.7483 0.0788 -0.6586</w:t>
        <w:br/>
        <w:t>vn -0.8676 0.0086 -0.4972</w:t>
        <w:br/>
        <w:t>vn -0.0593 -0.0228 -0.9980</w:t>
        <w:br/>
        <w:t>vn -0.2645 0.0508 -0.9630</w:t>
        <w:br/>
        <w:t>vn 0.4245 0.1410 -0.8944</w:t>
        <w:br/>
        <w:t>vn 0.0721 0.0575 -0.9957</w:t>
        <w:br/>
        <w:t>vn 0.1349 0.2088 -0.9686</w:t>
        <w:br/>
        <w:t>vn -0.5200 0.1326 -0.8438</w:t>
        <w:br/>
        <w:t>vn 0.6522 -0.0601 -0.7557</w:t>
        <w:br/>
        <w:t>vn -0.8054 0.0201 -0.5924</w:t>
        <w:br/>
        <w:t>vn 0.8171 0.0087 -0.5764</w:t>
        <w:br/>
        <w:t>vn 0.1934 -0.0207 0.9809</w:t>
        <w:br/>
        <w:t>vn 0.8572 0.0362 -0.5137</w:t>
        <w:br/>
        <w:t>vn 0.2508 0.0272 0.9677</w:t>
        <w:br/>
        <w:t>vn 0.4138 0.0238 0.9101</w:t>
        <w:br/>
        <w:t>vn 0.6950 0.2008 -0.6904</w:t>
        <w:br/>
        <w:t>vn 0.6184 0.0505 0.7843</w:t>
        <w:br/>
        <w:t>vn 0.6980 0.1581 -0.6984</w:t>
        <w:br/>
        <w:t>vn 0.7176 0.0229 0.6961</w:t>
        <w:br/>
        <w:t>vn 0.5100 0.1957 -0.8376</w:t>
        <w:br/>
        <w:t>vn 0.8242 0.0271 0.5656</w:t>
        <w:br/>
        <w:t>vn 0.7632 0.0075 -0.6461</w:t>
        <w:br/>
        <w:t>vn 0.4833 -0.0201 -0.8752</w:t>
        <w:br/>
        <w:t>vn 0.6016 0.0118 0.7987</w:t>
        <w:br/>
        <w:t>vn 0.5179 0.0178 0.8552</w:t>
        <w:br/>
        <w:t>vn 0.5247 0.0205 0.8511</w:t>
        <w:br/>
        <w:t>vn 0.5162 -0.0009 -0.8565</w:t>
        <w:br/>
        <w:t>vn 0.7460 0.0024 -0.6660</w:t>
        <w:br/>
        <w:t>vn 0.0441 -0.0111 -0.9990</w:t>
        <w:br/>
        <w:t>vn 0.5066 0.0200 0.8620</w:t>
        <w:br/>
        <w:t>vn 0.5369 0.0284 0.8432</w:t>
        <w:br/>
        <w:t>vn 0.5229 -0.0268 -0.8520</w:t>
        <w:br/>
        <w:t>vn 0.7572 -0.0114 -0.6531</w:t>
        <w:br/>
        <w:t>vn 0.0341 -0.0307 -0.9989</w:t>
        <w:br/>
        <w:t>vn -0.2121 0.1786 -0.9608</w:t>
        <w:br/>
        <w:t>vn -0.3191 -0.0018 -0.9477</w:t>
        <w:br/>
        <w:t>vn -0.6626 0.0304 -0.7484</w:t>
        <w:br/>
        <w:t>vn -0.3891 -0.0286 -0.9208</w:t>
        <w:br/>
        <w:t>vn -0.8790 -0.0269 -0.4760</w:t>
        <w:br/>
        <w:t>vn -0.8699 -0.0431 -0.4914</w:t>
        <w:br/>
        <w:t>vn -0.7511 -0.0271 -0.6597</w:t>
        <w:br/>
        <w:t>vn -0.7796 -0.1063 -0.6171</w:t>
        <w:br/>
        <w:t>vn -0.8797 -0.0754 -0.4696</w:t>
        <w:br/>
        <w:t>vn -0.4088 -0.1166 -0.9051</w:t>
        <w:br/>
        <w:t>vn 0.0585 -0.0834 -0.9948</w:t>
        <w:br/>
        <w:t>vn -0.8836 -0.1272 -0.4506</w:t>
        <w:br/>
        <w:t>vn -0.9261 -0.0671 -0.3711</w:t>
        <w:br/>
        <w:t>vn 0.5782 -0.0446 -0.8147</w:t>
        <w:br/>
        <w:t>vn -0.9507 -0.1358 -0.2789</w:t>
        <w:br/>
        <w:t>vn -0.9631 -0.0614 -0.2621</w:t>
        <w:br/>
        <w:t>vn 0.8029 0.0110 -0.5960</w:t>
        <w:br/>
        <w:t>vn 0.4635 0.0306 0.8856</w:t>
        <w:br/>
        <w:t>vn 0.0957 -0.0939 -0.9910</w:t>
        <w:br/>
        <w:t>vn 0.6195 0.0043 -0.7850</w:t>
        <w:br/>
        <w:t>vn 0.6423 0.0253 0.7661</w:t>
        <w:br/>
        <w:t>vn 0.8115 0.0175 -0.5840</w:t>
        <w:br/>
        <w:t>vn 0.6799 0.0201 0.7330</w:t>
        <w:br/>
        <w:t>vn 0.7095 -0.0059 0.7047</w:t>
        <w:br/>
        <w:t>vn 0.7426 -0.0165 0.6695</w:t>
        <w:br/>
        <w:t>vn 0.7577 -0.0139 0.6525</w:t>
        <w:br/>
        <w:t>vn 0.5825 -0.0095 -0.8128</w:t>
        <w:br/>
        <w:t>vn 0.7924 0.0071 -0.6100</w:t>
        <w:br/>
        <w:t>vn 0.7567 0.0011 0.6538</w:t>
        <w:br/>
        <w:t>vn 0.7015 -0.0108 0.7126</w:t>
        <w:br/>
        <w:t>vn 0.7349 -0.0745 -0.6740</w:t>
        <w:br/>
        <w:t>vn 0.7797 0.0504 -0.6241</w:t>
        <w:br/>
        <w:t>vn 0.7186 -0.0227 0.6950</w:t>
        <w:br/>
        <w:t>vn 0.8669 -0.0493 -0.4961</w:t>
        <w:br/>
        <w:t>vn 0.5831 -0.0358 0.8116</w:t>
        <w:br/>
        <w:t>vn 0.5874 -0.0243 0.8089</w:t>
        <w:br/>
        <w:t>vn 0.6674 0.0529 -0.7428</w:t>
        <w:br/>
        <w:t>vn 0.7804 0.0570 -0.6226</w:t>
        <w:br/>
        <w:t>vn 0.4783 -0.0368 0.8774</w:t>
        <w:br/>
        <w:t>vn 0.2039 0.0717 -0.9764</w:t>
        <w:br/>
        <w:t>vn 0.4859 0.1439 -0.8621</w:t>
        <w:br/>
        <w:t>vn 0.4104 -0.0382 0.9111</w:t>
        <w:br/>
        <w:t>vn 0.4007 -0.0427 0.9152</w:t>
        <w:br/>
        <w:t>vn 0.6612 -0.1082 -0.7424</w:t>
        <w:br/>
        <w:t>vn 0.3861 -0.0470 0.9213</w:t>
        <w:br/>
        <w:t>vn 0.3800 -0.0549 0.9233</w:t>
        <w:br/>
        <w:t>vn 0.7167 -0.0692 -0.6940</w:t>
        <w:br/>
        <w:t>vn 0.8312 -0.0122 -0.5559</w:t>
        <w:br/>
        <w:t>vn 0.7539 0.0720 -0.6530</w:t>
        <w:br/>
        <w:t>vn 0.8253 0.1042 -0.5551</w:t>
        <w:br/>
        <w:t>vn 0.4680 -0.0021 0.8837</w:t>
        <w:br/>
        <w:t>vn 0.5117 0.0304 0.8586</w:t>
        <w:br/>
        <w:t>vn 0.6370 0.0964 0.7648</w:t>
        <w:br/>
        <w:t>vn 0.7540 0.1916 -0.6283</w:t>
        <w:br/>
        <w:t>vn 0.8313 0.3102 -0.4613</w:t>
        <w:br/>
        <w:t>vn 0.8247 0.1965 -0.5304</w:t>
        <w:br/>
        <w:t>vn 0.6983 0.1724 -0.6948</w:t>
        <w:br/>
        <w:t>vn 0.4823 0.2287 -0.8456</w:t>
        <w:br/>
        <w:t>vn 0.5201 0.0614 -0.8519</w:t>
        <w:br/>
        <w:t>vn 0.4591 0.1989 -0.8658</w:t>
        <w:br/>
        <w:t>vn 0.2540 0.1969 -0.9469</w:t>
        <w:br/>
        <w:t>vn 0.2653 0.2515 -0.9308</w:t>
        <w:br/>
        <w:t>vn 0.0378 0.2262 -0.9733</w:t>
        <w:br/>
        <w:t>vn 0.2141 -0.0084 -0.9768</w:t>
        <w:br/>
        <w:t>vn 0.4377 -0.1470 -0.8870</w:t>
        <w:br/>
        <w:t>vn -0.0325 0.1179 -0.9925</w:t>
        <w:br/>
        <w:t>vn -0.1470 0.1857 -0.9716</w:t>
        <w:br/>
        <w:t>vn -0.1779 0.0505 -0.9828</w:t>
        <w:br/>
        <w:t>vn -0.1149 -0.1387 -0.9836</w:t>
        <w:br/>
        <w:t>vn -0.2081 -0.1509 -0.9664</w:t>
        <w:br/>
        <w:t>vn -0.2669 -0.3768 -0.8870</w:t>
        <w:br/>
        <w:t>vn 0.0938 -0.2720 -0.9577</w:t>
        <w:br/>
        <w:t>vn -0.1406 -0.3636 -0.9209</w:t>
        <w:br/>
        <w:t>vn -0.2882 -0.5888 -0.7552</w:t>
        <w:br/>
        <w:t>vn -0.3539 -0.6873 -0.6344</w:t>
        <w:br/>
        <w:t>vn -0.0607 -0.4032 -0.9131</w:t>
        <w:br/>
        <w:t>vn 0.3544 -0.2183 -0.9092</w:t>
        <w:br/>
        <w:t>vn 0.1637 -0.0607 -0.9846</w:t>
        <w:br/>
        <w:t>vn -0.2113 -0.0069 -0.9774</w:t>
        <w:br/>
        <w:t>vn -0.4282 -0.5123 -0.7445</w:t>
        <w:br/>
        <w:t>vn -0.4563 -0.7797 -0.4288</w:t>
        <w:br/>
        <w:t>vn -0.3794 -0.8208 -0.4269</w:t>
        <w:br/>
        <w:t>vn -0.4254 -0.8585 -0.2862</w:t>
        <w:br/>
        <w:t>vn -0.6623 -0.6190 -0.4221</w:t>
        <w:br/>
        <w:t>vn -0.5555 -0.7827 -0.2807</w:t>
        <w:br/>
        <w:t>vn -0.6722 -0.4515 -0.5868</w:t>
        <w:br/>
        <w:t>vn -0.5370 -0.0734 -0.8404</w:t>
        <w:br/>
        <w:t>vn -0.8171 -0.2494 -0.5197</w:t>
        <w:br/>
        <w:t>vn -0.7336 -0.5962 -0.3262</w:t>
        <w:br/>
        <w:t>vn -0.7717 -0.5521 -0.3156</w:t>
        <w:br/>
        <w:t>vn -0.7435 -0.6120 -0.2695</w:t>
        <w:br/>
        <w:t>vn -0.5732 -0.0843 -0.8151</w:t>
        <w:br/>
        <w:t>vn -0.9367 -0.2662 -0.2276</w:t>
        <w:br/>
        <w:t>vn -0.8312 -0.5560 0.0029</w:t>
        <w:br/>
        <w:t>vn -0.9762 -0.2148 -0.0311</w:t>
        <w:br/>
        <w:t>vn -0.8960 -0.0464 -0.4417</w:t>
        <w:br/>
        <w:t>vn -0.8111 -0.2077 -0.5469</w:t>
        <w:br/>
        <w:t>vn -0.9954 -0.0649 -0.0699</w:t>
        <w:br/>
        <w:t>vn -0.9971 -0.0586 -0.0479</w:t>
        <w:br/>
        <w:t>vn -0.9939 -0.0958 -0.0548</w:t>
        <w:br/>
        <w:t>vn -0.9705 0.0216 -0.2401</w:t>
        <w:br/>
        <w:t>vn -0.9883 -0.1179 -0.0967</w:t>
        <w:br/>
        <w:t>vn -0.9852 -0.1011 -0.1382</w:t>
        <w:br/>
        <w:t>vn -0.9349 0.0150 -0.3545</w:t>
        <w:br/>
        <w:t>vn -0.9781 -0.1452 -0.1489</w:t>
        <w:br/>
        <w:t>vn -0.7185 0.0835 -0.6905</w:t>
        <w:br/>
        <w:t>vn -0.8711 -0.0566 -0.4879</w:t>
        <w:br/>
        <w:t>vn -0.7473 -0.1117 -0.6550</w:t>
        <w:br/>
        <w:t>vn -0.5902 0.0329 -0.8066</w:t>
        <w:br/>
        <w:t>vn -0.5950 -0.1219 -0.7944</w:t>
        <w:br/>
        <w:t>vn -0.6109 -0.1548 -0.7764</w:t>
        <w:br/>
        <w:t>vn -0.4545 -0.0417 -0.8898</w:t>
        <w:br/>
        <w:t>vn -0.3054 -0.0992 -0.9470</w:t>
        <w:br/>
        <w:t>vn -0.5087 0.0007 -0.8609</w:t>
        <w:br/>
        <w:t>vn -0.2866 -0.0367 -0.9574</w:t>
        <w:br/>
        <w:t>vn -0.3210 -0.0554 -0.9455</w:t>
        <w:br/>
        <w:t>vn 0.0753 -0.0226 -0.9969</w:t>
        <w:br/>
        <w:t>vn 0.0867 -0.0694 -0.9938</w:t>
        <w:br/>
        <w:t>vn -0.2601 -0.0848 -0.9619</w:t>
        <w:br/>
        <w:t>vn 0.1630 -0.1131 -0.9801</w:t>
        <w:br/>
        <w:t>vn 0.4848 -0.8083 -0.3340</w:t>
        <w:br/>
        <w:t>vn 0.5917 -0.7598 -0.2696</w:t>
        <w:br/>
        <w:t>vn 0.5249 -0.8254 -0.2080</w:t>
        <w:br/>
        <w:t>vn 0.6808 -0.1397 -0.7190</w:t>
        <w:br/>
        <w:t>vn 0.8414 0.1972 -0.5032</w:t>
        <w:br/>
        <w:t>vn 0.6809 -0.1397 -0.7190</w:t>
        <w:br/>
        <w:t>vn 0.6929 0.2295 -0.6835</w:t>
        <w:br/>
        <w:t>vn 0.8564 0.1544 -0.4927</w:t>
        <w:br/>
        <w:t>vn 0.2552 -0.8955 -0.3647</w:t>
        <w:br/>
        <w:t>vn 0.1033 -0.9524 -0.2869</w:t>
        <w:br/>
        <w:t>vn 0.2585 0.3125 -0.9141</w:t>
        <w:br/>
        <w:t>vn 0.1347 0.3343 -0.9328</w:t>
        <w:br/>
        <w:t>vn 0.7002 0.1742 -0.6924</w:t>
        <w:br/>
        <w:t>vn 0.8595 0.1005 -0.5012</w:t>
        <w:br/>
        <w:t>vn 0.2937 0.2728 -0.9162</w:t>
        <w:br/>
        <w:t>vn 0.6821 0.1640 -0.7126</w:t>
        <w:br/>
        <w:t>vn 0.8588 0.0907 -0.5042</w:t>
        <w:br/>
        <w:t>vn 0.2854 0.2652 -0.9210</w:t>
        <w:br/>
        <w:t>vn 0.6589 0.1633 -0.7343</w:t>
        <w:br/>
        <w:t>vn 0.8546 0.0865 -0.5120</w:t>
        <w:br/>
        <w:t>vn 0.2700 0.2665 -0.9253</w:t>
        <w:br/>
        <w:t>vn 0.6559 0.1280 -0.7439</w:t>
        <w:br/>
        <w:t>vn 0.8523 0.0747 -0.5177</w:t>
        <w:br/>
        <w:t>vn 0.2528 0.1929 -0.9481</w:t>
        <w:br/>
        <w:t>vn 0.7352 -0.0977 -0.6707</w:t>
        <w:br/>
        <w:t>vn 0.8732 -0.0815 -0.4804</w:t>
        <w:br/>
        <w:t>vn 0.2856 0.0917 -0.9540</w:t>
        <w:br/>
        <w:t>vn 0.7003 -0.0521 -0.7119</w:t>
        <w:br/>
        <w:t>vn 0.9082 0.0348 -0.4170</w:t>
        <w:br/>
        <w:t>vn 0.8910 0.0462 -0.4516</w:t>
        <w:br/>
        <w:t>vn 0.7484 0.0744 -0.6590</w:t>
        <w:br/>
        <w:t>vn 0.8676 0.0044 -0.4973</w:t>
        <w:br/>
        <w:t>vn 0.2051 -0.0498 -0.9775</w:t>
        <w:br/>
        <w:t>vn 0.8053 0.0158 -0.5926</w:t>
        <w:br/>
        <w:t>vn 0.2645 0.0466 -0.9633</w:t>
        <w:br/>
        <w:t>vn 0.0591 -0.0266 -0.9979</w:t>
        <w:br/>
        <w:t>vn 0.5209 0.1275 -0.8440</w:t>
        <w:br/>
        <w:t>vn 0.8789 -0.0310 -0.4760</w:t>
        <w:br/>
        <w:t>vn 0.8698 -0.0470 -0.4912</w:t>
        <w:br/>
        <w:t>vn 0.6626 0.0259 -0.7486</w:t>
        <w:br/>
        <w:t>vn 0.7509 -0.0315 -0.6596</w:t>
        <w:br/>
        <w:t>vn 0.7792 -0.1106 -0.6169</w:t>
        <w:br/>
        <w:t>vn 0.8794 -0.0795 -0.4695</w:t>
        <w:br/>
        <w:t>vn 0.2124 0.1746 -0.9615</w:t>
        <w:br/>
        <w:t>vn 0.8832 -0.1311 -0.4503</w:t>
        <w:br/>
        <w:t>vn 0.9259 -0.0709 -0.3711</w:t>
        <w:br/>
        <w:t>vn 0.3189 -0.0060 -0.9478</w:t>
        <w:br/>
        <w:t>vn 0.9503 -0.1391 -0.2786</w:t>
        <w:br/>
        <w:t>vn 0.9629 -0.0647 -0.2620</w:t>
        <w:br/>
        <w:t>vn 0.3888 -0.0329 -0.9207</w:t>
        <w:br/>
        <w:t>vn 0.9778 -0.1477 -0.1486</w:t>
        <w:br/>
        <w:t>vn 0.9850 -0.1036 -0.1381</w:t>
        <w:br/>
        <w:t>vn 0.4084 -0.1209 -0.9048</w:t>
        <w:br/>
        <w:t>vn 0.9879 -0.1207 -0.0969</w:t>
        <w:br/>
        <w:t>vn 0.9936 -0.0987 -0.0550</w:t>
        <w:br/>
        <w:t>vn 0.6104 -0.1591 -0.7760</w:t>
        <w:br/>
        <w:t>vn 0.9953 -0.0665 -0.0699</w:t>
        <w:br/>
        <w:t>vn 0.9970 -0.0602 -0.0479</w:t>
        <w:br/>
        <w:t>vn 0.9760 -0.2157 -0.0309</w:t>
        <w:br/>
        <w:t>vn 0.9705 0.0197 -0.2403</w:t>
        <w:br/>
        <w:t>vn 0.9363 -0.2676 -0.2273</w:t>
        <w:br/>
        <w:t>vn 0.8240 -0.5665 0.0035</w:t>
        <w:br/>
        <w:t>vn 0.7358 -0.6215 -0.2689</w:t>
        <w:br/>
        <w:t>vn 0.9349 0.0126 -0.3546</w:t>
        <w:br/>
        <w:t>vn 0.7712 -0.5532 -0.3150</w:t>
        <w:br/>
        <w:t>vn 0.5455 -0.7899 -0.2803</w:t>
        <w:br/>
        <w:t>vn 0.8958 -0.0487 -0.4417</w:t>
        <w:br/>
        <w:t>vn 0.7330 -0.5972 -0.3255</w:t>
        <w:br/>
        <w:t>vn 0.8709 -0.0598 -0.4879</w:t>
        <w:br/>
        <w:t>vn 0.6616 -0.6203 -0.4214</w:t>
        <w:br/>
        <w:t>vn 0.4145 -0.8640 -0.2859</w:t>
        <w:br/>
        <w:t>vn 0.8167 -0.2518 -0.5192</w:t>
        <w:br/>
        <w:t>vn 0.4548 -0.7798 -0.4303</w:t>
        <w:br/>
        <w:t>vn 0.3689 -0.8257 -0.4267</w:t>
        <w:br/>
        <w:t>vn 0.3465 -0.6911 -0.6342</w:t>
        <w:br/>
        <w:t>vn 0.6712 -0.4520 -0.5876</w:t>
        <w:br/>
        <w:t>vn 0.2876 -0.5898 -0.7546</w:t>
        <w:br/>
        <w:t>vn 0.2646 -0.3784 -0.8870</w:t>
        <w:br/>
        <w:t>vn 0.4276 -0.5148 -0.7431</w:t>
        <w:br/>
        <w:t>vn 0.5368 -0.0772 -0.8401</w:t>
        <w:br/>
        <w:t>vn 0.1405 -0.3652 -0.9203</w:t>
        <w:br/>
        <w:t>vn 0.0602 -0.4045 -0.9125</w:t>
        <w:br/>
        <w:t>vn 0.2111 -0.0131 -0.9774</w:t>
        <w:br/>
        <w:t>vn 0.5730 -0.0898 -0.8146</w:t>
        <w:br/>
        <w:t>vn 0.8106 -0.2103 -0.5465</w:t>
        <w:br/>
        <w:t>vn 0.7187 0.0815 -0.6906</w:t>
        <w:br/>
        <w:t>vn 0.5947 -0.1250 -0.7942</w:t>
        <w:br/>
        <w:t>vn 0.5901 0.0295 -0.8068</w:t>
        <w:br/>
        <w:t>vn 0.7469 -0.1157 -0.6548</w:t>
        <w:br/>
        <w:t>vn 0.4543 -0.0457 -0.8897</w:t>
        <w:br/>
        <w:t>vn 0.5086 -0.0042 -0.8610</w:t>
        <w:br/>
        <w:t>vn 0.3207 -0.0579 -0.9454</w:t>
        <w:br/>
        <w:t>vn 0.2598 -0.0877 -0.9617</w:t>
        <w:br/>
        <w:t>vn 0.2864 -0.0404 -0.9573</w:t>
        <w:br/>
        <w:t>vn 0.3050 -0.1032 -0.9467</w:t>
        <w:br/>
        <w:t>vn -0.0756 -0.0255 -0.9968</w:t>
        <w:br/>
        <w:t>vn -0.0961 -0.0970 -0.9906</w:t>
        <w:br/>
        <w:t>vn -0.0589 -0.0867 -0.9945</w:t>
        <w:br/>
        <w:t>vn -0.0870 -0.0720 -0.9936</w:t>
        <w:br/>
        <w:t>vn -0.0344 -0.0341 -0.9988</w:t>
        <w:br/>
        <w:t>vn -0.1634 -0.1144 -0.9799</w:t>
        <w:br/>
        <w:t>vn -0.0443 -0.0144 -0.9989</w:t>
        <w:br/>
        <w:t>vn -0.2039 0.0684 -0.9766</w:t>
        <w:br/>
        <w:t>vn -0.5827 -0.0094 -0.8127</w:t>
        <w:br/>
        <w:t>vn -0.1640 -0.0594 -0.9847</w:t>
        <w:br/>
        <w:t>vn -0.6197 0.0033 -0.7849</w:t>
        <w:br/>
        <w:t>vn -0.3550 -0.2160 -0.9096</w:t>
        <w:br/>
        <w:t>vn -0.5784 -0.0458 -0.8144</w:t>
        <w:br/>
        <w:t>vn -0.0940 -0.2727 -0.9575</w:t>
        <w:br/>
        <w:t>vn -0.4854 0.1503 -0.8613</w:t>
        <w:br/>
        <w:t>vn 0.1149 -0.1391 -0.9836</w:t>
        <w:br/>
        <w:t>vn 0.2076 -0.1516 -0.9664</w:t>
        <w:br/>
        <w:t>vn 0.1779 0.0505 -0.9828</w:t>
        <w:br/>
        <w:t>vn 0.0325 0.1179 -0.9925</w:t>
        <w:br/>
        <w:t>vn 0.1470 0.1857 -0.9716</w:t>
        <w:br/>
        <w:t>vn -0.0378 0.2262 -0.9733</w:t>
        <w:br/>
        <w:t>vn -0.2141 -0.0076 -0.9768</w:t>
        <w:br/>
        <w:t>vn -0.2540 0.1969 -0.9469</w:t>
        <w:br/>
        <w:t>vn -0.2653 0.2515 -0.9308</w:t>
        <w:br/>
        <w:t>vn -0.4823 0.2287 -0.8456</w:t>
        <w:br/>
        <w:t>vn -0.4591 0.1989 -0.8658</w:t>
        <w:br/>
        <w:t>vn -0.6983 0.1724 -0.6948</w:t>
        <w:br/>
        <w:t>vn -0.7540 0.1916 -0.6283</w:t>
        <w:br/>
        <w:t>vn -0.5202 0.0602 -0.8519</w:t>
        <w:br/>
        <w:t>vn -0.4380 -0.1442 -0.8873</w:t>
        <w:br/>
        <w:t>vn -0.6616 -0.1055 -0.7424</w:t>
        <w:br/>
        <w:t>vn -0.7168 -0.0655 -0.6942</w:t>
        <w:br/>
        <w:t>vn -0.7540 0.0720 -0.6530</w:t>
        <w:br/>
        <w:t>vn -0.7805 0.0570 -0.6226</w:t>
        <w:br/>
        <w:t>vn -0.8313 -0.0121 -0.5557</w:t>
        <w:br/>
        <w:t>vn -0.8253 0.1043 -0.5551</w:t>
        <w:br/>
        <w:t>vn -0.8247 0.1964 -0.5304</w:t>
        <w:br/>
        <w:t>vn -0.8313 0.3102 -0.4613</w:t>
        <w:br/>
        <w:t>vn -0.4680 -0.0021 0.8837</w:t>
        <w:br/>
        <w:t>vn -0.5117 0.0304 0.8586</w:t>
        <w:br/>
        <w:t>vn -0.6370 0.0964 0.7648</w:t>
        <w:br/>
        <w:t>vn -0.3800 -0.0549 0.9234</w:t>
        <w:br/>
        <w:t>vn -0.3860 -0.0462 0.9213</w:t>
        <w:br/>
        <w:t>vn -0.4007 -0.0419 0.9153</w:t>
        <w:br/>
        <w:t>vn -0.4104 -0.0369 0.9112</w:t>
        <w:br/>
        <w:t>vn -0.4782 -0.0354 0.8775</w:t>
        <w:br/>
        <w:t>vn -0.5831 -0.0337 0.8117</w:t>
        <w:br/>
        <w:t>vn -0.5874 -0.0222 0.8090</w:t>
        <w:br/>
        <w:t>vn -0.7015 -0.0118 0.7125</w:t>
        <w:br/>
        <w:t>vn -0.7187 -0.0236 0.6949</w:t>
        <w:br/>
        <w:t>vn -0.6674 0.0534 -0.7428</w:t>
        <w:br/>
        <w:t>vn -0.8671 -0.0433 -0.4962</w:t>
        <w:br/>
        <w:t>vn -0.7567 0.0006 0.6538</w:t>
        <w:br/>
        <w:t>vn -0.7578 -0.0144 0.6524</w:t>
        <w:br/>
        <w:t>vn -0.7356 -0.0756 -0.6731</w:t>
        <w:br/>
        <w:t>vn -0.7795 0.0576 -0.6237</w:t>
        <w:br/>
        <w:t>vn -0.7426 -0.0131 0.6697</w:t>
        <w:br/>
        <w:t>vn -0.7925 0.0072 -0.6099</w:t>
        <w:br/>
        <w:t>vn -0.7094 -0.0025 0.7048</w:t>
        <w:br/>
        <w:t>vn -0.8116 0.0178 -0.5839</w:t>
        <w:br/>
        <w:t>vn -0.6421 0.0293 0.7661</w:t>
        <w:br/>
        <w:t>vn -0.6797 0.0242 0.7331</w:t>
        <w:br/>
        <w:t>vn -0.5367 0.0327 0.8431</w:t>
        <w:br/>
        <w:t>vn -0.8030 0.0111 -0.5959</w:t>
        <w:br/>
        <w:t>vn -0.4632 0.0349 0.8856</w:t>
        <w:br/>
        <w:t>vn -0.5064 0.0244 0.8620</w:t>
        <w:br/>
        <w:t>vn -0.7574 -0.0116 -0.6529</w:t>
        <w:br/>
        <w:t>vn -0.5244 0.0249 0.8511</w:t>
        <w:br/>
        <w:t>vn -0.5231 -0.0283 -0.8518</w:t>
        <w:br/>
        <w:t>vn -0.6014 0.0162 0.7987</w:t>
        <w:br/>
        <w:t>vn -0.7461 0.0021 -0.6659</w:t>
        <w:br/>
        <w:t>vn -0.5178 0.0222 0.8552</w:t>
        <w:br/>
        <w:t>vn -0.7174 0.0273 0.6961</w:t>
        <w:br/>
        <w:t>vn -0.5163 -0.0024 -0.8564</w:t>
        <w:br/>
        <w:t>vn -0.8241 0.0314 0.5656</w:t>
        <w:br/>
        <w:t>vn -0.7633 0.0074 -0.6460</w:t>
        <w:br/>
        <w:t>vn -0.4835 -0.0218 -0.8751</w:t>
        <w:br/>
        <w:t>vn -0.1341 0.2060 -0.9693</w:t>
        <w:br/>
        <w:t>vn -0.5096 0.1942 -0.8382</w:t>
        <w:br/>
        <w:t>vn -0.6181 0.0550 0.7842</w:t>
        <w:br/>
        <w:t>vn -0.6977 0.1576 -0.6988</w:t>
        <w:br/>
        <w:t>vn -0.4136 0.0282 0.9100</w:t>
        <w:br/>
        <w:t>vn -0.0721 0.0541 -0.9959</w:t>
        <w:br/>
        <w:t>vn -0.4243 0.1390 -0.8948</w:t>
        <w:br/>
        <w:t>vn -0.6946 0.2002 -0.6910</w:t>
        <w:br/>
        <w:t>vn -0.2505 0.0313 0.9676</w:t>
        <w:br/>
        <w:t>vn -0.8572 0.0368 -0.5137</w:t>
        <w:br/>
        <w:t>vn -0.2090 -0.0186 0.9777</w:t>
        <w:br/>
        <w:t>vn -0.0695 0.0936 -0.9932</w:t>
        <w:br/>
        <w:t>vn -0.6525 -0.0611 -0.7553</w:t>
        <w:br/>
        <w:t>vn -0.1929 -0.0165 0.9811</w:t>
        <w:br/>
        <w:t>vn -0.8172 0.0089 -0.5762</w:t>
        <w:br/>
        <w:t>vn -0.0727 0.2267 -0.9712</w:t>
        <w:br/>
        <w:t>vn -0.5824 0.0287 -0.8124</w:t>
        <w:br/>
        <w:t>vn -0.1775 -0.0772 0.9811</w:t>
        <w:br/>
        <w:t>vn -0.8311 0.1242 -0.5421</w:t>
        <w:br/>
        <w:t>vn -0.1808 -0.0800 0.9803</w:t>
        <w:br/>
        <w:t>vn -0.5978 0.1923 -0.7783</w:t>
        <w:br/>
        <w:t>vn -0.1013 0.2727 -0.9568</w:t>
        <w:br/>
        <w:t>vn -0.1911 -0.1081 0.9756</w:t>
        <w:br/>
        <w:t>vn -0.8500 0.1475 -0.5057</w:t>
        <w:br/>
        <w:t>vn -0.2181 -0.1026 0.9705</w:t>
        <w:br/>
        <w:t>vn -0.6296 0.2026 -0.7501</w:t>
        <w:br/>
        <w:t>vn -0.1436 0.2766 -0.9502</w:t>
        <w:br/>
        <w:t>vn -0.2351 -0.1128 0.9654</w:t>
        <w:br/>
        <w:t>vn -0.8563 0.1547 -0.4927</w:t>
        <w:br/>
        <w:t>vn -0.2776 -0.1064 0.9548</w:t>
        <w:br/>
        <w:t>vn -0.6651 0.2071 -0.7175</w:t>
        <w:br/>
        <w:t>vn -0.2003 0.2827 -0.9381</w:t>
        <w:br/>
        <w:t>vn -0.3049 -0.1134 0.9456</w:t>
        <w:br/>
        <w:t>vn -0.8622 0.1607 -0.4804</w:t>
        <w:br/>
        <w:t>vn -0.3710 -0.1037 0.9228</w:t>
        <w:br/>
        <w:t>vn -0.7009 0.2077 -0.6823</w:t>
        <w:br/>
        <w:t>vn -0.3156 0.2906 -0.9033</w:t>
        <w:br/>
        <w:t>vn -0.4110 -0.0917 0.9070</w:t>
        <w:br/>
        <w:t>vn -0.8679 0.1707 -0.4665</w:t>
        <w:br/>
        <w:t>vn -0.4435 -0.0732 0.8933</w:t>
        <w:br/>
        <w:t>vn -0.7509 0.1936 -0.6315</w:t>
        <w:br/>
        <w:t>vn -0.4404 -0.0658 0.8954</w:t>
        <w:br/>
        <w:t>vn -0.8666 0.1655 -0.4707</w:t>
        <w:br/>
        <w:t>vn -0.4320 -0.0688 0.8992</w:t>
        <w:br/>
        <w:t>vn -0.5350 -0.8114 -0.2355</w:t>
        <w:br/>
        <w:t>vn -0.4969 -0.8114 -0.3078</w:t>
        <w:br/>
        <w:t>vn -0.5190 -0.8254 -0.2222</w:t>
        <w:br/>
        <w:t>vn -0.6693 0.2288 -0.7069</w:t>
        <w:br/>
        <w:t>vn -0.4269 -0.8473 -0.3159</w:t>
        <w:br/>
        <w:t>vn -0.2344 -0.9070 -0.3499</w:t>
        <w:br/>
        <w:t>vn -0.3314 0.3213 -0.8871</w:t>
        <w:br/>
        <w:t>vn -0.0846 -0.9520 -0.2943</w:t>
        <w:br/>
        <w:t>vn 0.8549 -0.0081 0.5187</w:t>
        <w:br/>
        <w:t>vn 0.6793 -0.4430 0.5851</w:t>
        <w:br/>
        <w:t>vn 0.7922 -0.4199 0.4429</w:t>
        <w:br/>
        <w:t>vn 0.7259 -0.0287 0.6872</w:t>
        <w:br/>
        <w:t>vn 0.4229 -0.0733 0.9032</w:t>
        <w:br/>
        <w:t>vn 0.2852 -0.5494 0.7854</w:t>
        <w:br/>
        <w:t>vn 0.6299 0.4136 0.6574</w:t>
        <w:br/>
        <w:t>vn 0.7474 0.4429 0.4953</w:t>
        <w:br/>
        <w:t>vn 0.0198 -0.2715 0.9622</w:t>
        <w:br/>
        <w:t>vn 0.0589 -0.6682 0.7417</w:t>
        <w:br/>
        <w:t>vn -0.0700 -0.6933 0.7172</w:t>
        <w:br/>
        <w:t>vn 0.2202 0.3983 0.8904</w:t>
        <w:br/>
        <w:t>vn 0.7153 0.0826 0.6939</w:t>
        <w:br/>
        <w:t>vn 0.8452 0.0977 0.5254</w:t>
        <w:br/>
        <w:t>vn 0.8423 0.1170 0.5261</w:t>
        <w:br/>
        <w:t>vn -0.2672 -0.1588 0.9505</w:t>
        <w:br/>
        <w:t>vn -0.3307 -0.6483 0.6859</w:t>
        <w:br/>
        <w:t>vn 0.7124 0.0991 0.6947</w:t>
        <w:br/>
        <w:t>vn -0.5752 -0.3074 0.7580</w:t>
        <w:br/>
        <w:t>vn -0.6666 -0.6333 0.3933</w:t>
        <w:br/>
        <w:t>vn 0.3710 0.8065 0.4603</w:t>
        <w:br/>
        <w:t>vn 0.4020 0.8563 0.3241</w:t>
        <w:br/>
        <w:t>vn -0.0207 0.9968 0.0775</w:t>
        <w:br/>
        <w:t>vn -0.0462 0.9930 0.1088</w:t>
        <w:br/>
        <w:t>vn 0.4045 0.0548 0.9129</w:t>
        <w:br/>
        <w:t>vn 0.0431 0.8164 0.5758</w:t>
        <w:br/>
        <w:t>vn -0.1066 0.9840 0.1425</w:t>
        <w:br/>
        <w:t>vn 0.2360 0.0071 0.9717</w:t>
        <w:br/>
        <w:t>vn 0.3045 -0.1488 0.9408</w:t>
        <w:br/>
        <w:t>vn 0.0977 0.9261 0.3643</w:t>
        <w:br/>
        <w:t>vn -0.1624 0.9755 0.1483</w:t>
        <w:br/>
        <w:t>vn 0.5243 0.0141 0.8514</w:t>
        <w:br/>
        <w:t>vn -0.1537 0.9873 0.0401</w:t>
        <w:br/>
        <w:t>vn -0.2165 0.9685 0.1226</w:t>
        <w:br/>
        <w:t>vn 0.3663 0.6280 0.6866</w:t>
        <w:br/>
        <w:t>vn 0.6177 0.6622 0.4242</w:t>
        <w:br/>
        <w:t>vn 0.1452 0.4192 0.8962</w:t>
        <w:br/>
        <w:t>vn 0.4590 -0.3367 0.8222</w:t>
        <w:br/>
        <w:t>vn 0.3785 -0.5099 0.7725</w:t>
        <w:br/>
        <w:t>vn 0.3659 0.4030 0.8389</w:t>
        <w:br/>
        <w:t>vn -0.1234 0.3376 0.9332</w:t>
        <w:br/>
        <w:t>vn -0.3092 0.3267 0.8932</w:t>
        <w:br/>
        <w:t>vn 0.0703 -0.7191 0.6914</w:t>
        <w:br/>
        <w:t>vn -0.0726 -0.7486 0.6591</w:t>
        <w:br/>
        <w:t>vn 0.0809 -0.7367 0.6713</w:t>
        <w:br/>
        <w:t>vn -0.3107 0.2150 0.9259</w:t>
        <w:br/>
        <w:t>vn -0.5445 0.2610 0.7972</w:t>
        <w:br/>
        <w:t>vn -0.0810 -0.7308 0.6778</w:t>
        <w:br/>
        <w:t>vn -0.8485 -0.1596 0.5045</w:t>
        <w:br/>
        <w:t>vn -0.2581 0.0846 0.9624</w:t>
        <w:br/>
        <w:t>vn -0.3614 0.4338 0.8254</w:t>
        <w:br/>
        <w:t>vn -0.1476 0.4278 0.8918</w:t>
        <w:br/>
        <w:t>vn -0.9613 -0.2686 0.0618</w:t>
        <w:br/>
        <w:t>vn -0.7583 -0.6499 0.0512</w:t>
        <w:br/>
        <w:t>vn -0.7532 -0.6450 -0.1289</w:t>
        <w:br/>
        <w:t>vn -0.9524 -0.2659 -0.1491</w:t>
        <w:br/>
        <w:t>vn -0.9726 0.1851 -0.1407</w:t>
        <w:br/>
        <w:t>vn -0.8726 0.2139 0.4391</w:t>
        <w:br/>
        <w:t>vn -0.9755 0.2117 0.0600</w:t>
        <w:br/>
        <w:t>vn -0.9763 -0.1581 -0.1479</w:t>
        <w:br/>
        <w:t>vn -0.5938 -0.0071 0.8046</w:t>
        <w:br/>
        <w:t>vn -0.9854 -0.1578 0.0637</w:t>
        <w:br/>
        <w:t>vn -0.9041 -0.1447 0.4021</w:t>
        <w:br/>
        <w:t>vn -0.9878 -0.1417 0.0641</w:t>
        <w:br/>
        <w:t>vn -0.9791 -0.1408 -0.1469</w:t>
        <w:br/>
        <w:t>vn -0.8215 0.5601 -0.1066</w:t>
        <w:br/>
        <w:t>vn -0.8353 -0.1119 0.5382</w:t>
        <w:br/>
        <w:t>vn -0.6234 0.7814 0.0289</w:t>
        <w:br/>
        <w:t>vn -0.2752 0.9612 -0.0170</w:t>
        <w:br/>
        <w:t>vn -0.2777 0.9604 0.0223</w:t>
        <w:br/>
        <w:t>vn -0.6049 0.7636 0.2257</w:t>
        <w:br/>
        <w:t>vn -0.2654 0.9616 0.0702</w:t>
        <w:br/>
        <w:t>vn -0.5449 0.6293 0.5541</w:t>
        <w:br/>
        <w:t>vn -0.7319 -0.1661 0.6609</w:t>
        <w:br/>
        <w:t>vn -0.5103 0.8567 0.0753</w:t>
        <w:br/>
        <w:t>vn -0.3693 0.2640 0.8910</w:t>
        <w:br/>
        <w:t>vn -0.7754 -0.1082 0.6222</w:t>
        <w:br/>
        <w:t>vn -0.4232 0.9059 -0.0161</w:t>
        <w:br/>
        <w:t>vn -0.7319 -0.1660 0.6609</w:t>
        <w:br/>
        <w:t>vn -0.8296 0.4380 0.3462</w:t>
        <w:br/>
        <w:t>vn -0.6679 -0.4629 0.5827</w:t>
        <w:br/>
        <w:t>vn -0.5483 -0.6410 0.5371</w:t>
        <w:br/>
        <w:t>vn -0.2818 -0.1002 0.9542</w:t>
        <w:br/>
        <w:t>vn -0.4655 0.2727 0.8420</w:t>
        <w:br/>
        <w:t>vn -0.1298 0.9909 -0.0345</w:t>
        <w:br/>
        <w:t>vn -0.3213 0.3024 0.8974</w:t>
        <w:br/>
        <w:t>vn 0.1024 0.9831 0.1515</w:t>
        <w:br/>
        <w:t>vn -0.1760 0.3328 0.9264</w:t>
        <w:br/>
        <w:t>vn -0.4689 0.4127 0.7809</w:t>
        <w:br/>
        <w:t>vn -0.8968 0.2065 0.3913</w:t>
        <w:br/>
        <w:t>vn -0.2138 -0.7614 0.6121</w:t>
        <w:br/>
        <w:t>vn -0.9993 -0.0226 0.0294</w:t>
        <w:br/>
        <w:t>vn -0.2078 -0.7773 0.5938</w:t>
        <w:br/>
        <w:t>vn -0.3683 0.3457 0.8630</w:t>
        <w:br/>
        <w:t>vn 0.3875 -0.9025 -0.1882</w:t>
        <w:br/>
        <w:t>vn -0.0345 -0.9967 -0.0729</w:t>
        <w:br/>
        <w:t>vn -0.0216 -0.9984 -0.0517</w:t>
        <w:br/>
        <w:t>vn 0.3333 -0.8961 -0.2932</w:t>
        <w:br/>
        <w:t>vn 0.1500 -0.9048 -0.3986</w:t>
        <w:br/>
        <w:t>vn -0.0734 -0.9913 -0.1092</w:t>
        <w:br/>
        <w:t>vn -0.1076 -0.9859 -0.1279</w:t>
        <w:br/>
        <w:t>vn 0.2865 -0.9206 -0.2652</w:t>
        <w:br/>
        <w:t>vn 0.3344 -0.9273 -0.1680</w:t>
        <w:br/>
        <w:t>vn -0.4329 -0.9012 -0.0226</w:t>
        <w:br/>
        <w:t>vn -0.0706 -0.7925 -0.6058</w:t>
        <w:br/>
        <w:t>vn -0.1394 -0.9817 -0.1297</w:t>
        <w:br/>
        <w:t>vn 0.1375 -0.8347 -0.5333</w:t>
        <w:br/>
        <w:t>vn -0.6590 -0.7433 -0.1148</w:t>
        <w:br/>
        <w:t>vn -0.7449 -0.6663 -0.0356</w:t>
        <w:br/>
        <w:t>vn -0.4849 -0.8149 -0.3174</w:t>
        <w:br/>
        <w:t>vn -0.5553 -0.8162 -0.1596</w:t>
        <w:br/>
        <w:t>vn -0.2418 -0.9702 -0.0172</w:t>
        <w:br/>
        <w:t>vn -0.2369 -0.9707 -0.0415</w:t>
        <w:br/>
        <w:t>vn -0.2164 -0.9727 -0.0842</w:t>
        <w:br/>
        <w:t>vn -0.5191 -0.7806 -0.3483</w:t>
        <w:br/>
        <w:t>vn -0.3346 -0.8394 -0.4282</w:t>
        <w:br/>
        <w:t>vn -0.1741 -0.9780 -0.1150</w:t>
        <w:br/>
        <w:t>vn -0.3147 -0.6654 -0.6769</w:t>
        <w:br/>
        <w:t>vn -0.0379 -0.9449 -0.3252</w:t>
        <w:br/>
        <w:t>vn -0.1950 -0.4735 -0.8589</w:t>
        <w:br/>
        <w:t>vn -0.0229 -0.9987 0.0466</w:t>
        <w:br/>
        <w:t>vn 0.4136 -0.9068 0.0819</w:t>
        <w:br/>
        <w:t>vn -0.0144 -0.9996 0.0233</w:t>
        <w:br/>
        <w:t>vn 0.4465 -0.8555 0.2622</w:t>
        <w:br/>
        <w:t>vn 0.1364 -0.9452 0.2968</w:t>
        <w:br/>
        <w:t>vn -0.0541 -0.9945 0.0899</w:t>
        <w:br/>
        <w:t>vn -0.0842 -0.9898 0.1149</w:t>
        <w:br/>
        <w:t>vn 0.2693 -0.9553 0.1223</w:t>
        <w:br/>
        <w:t>vn 0.3575 -0.9312 0.0715</w:t>
        <w:br/>
        <w:t>vn -0.4233 -0.9028 0.0766</w:t>
        <w:br/>
        <w:t>vn 0.3162 -0.8183 0.4799</w:t>
        <w:br/>
        <w:t>vn 0.0570 -0.8533 0.5182</w:t>
        <w:br/>
        <w:t>vn -0.1151 -0.9857 0.1229</w:t>
        <w:br/>
        <w:t>vn -0.6271 -0.7486 0.2153</w:t>
        <w:br/>
        <w:t>vn -0.7263 -0.6693 0.1566</w:t>
        <w:br/>
        <w:t>vn -0.2230 -0.8217 0.5245</w:t>
        <w:br/>
        <w:t>vn -0.1518 -0.9817 0.1152</w:t>
        <w:br/>
        <w:t>vn -0.1993 -0.9755 0.0933</w:t>
        <w:br/>
        <w:t>vn 0.0005 -0.8146 0.5800</w:t>
        <w:br/>
        <w:t>vn -0.4176 -0.8260 0.3785</w:t>
        <w:br/>
        <w:t>vn -0.2501 -0.4882 0.8361</w:t>
        <w:br/>
        <w:t>vn -0.1285 -0.9917 0.0059</w:t>
        <w:br/>
        <w:t>vn -0.5169 -0.8226 0.2372</w:t>
        <w:br/>
        <w:t>vn -0.2370 -0.9710 0.0326</w:t>
        <w:br/>
        <w:t>vn -0.2275 -0.9722 0.0554</w:t>
        <w:br/>
        <w:t>vn -0.4451 -0.7928 0.4164</w:t>
        <w:br/>
        <w:t>vn -0.7145 0.6962 0.0697</w:t>
        <w:br/>
        <w:t>vn -0.8435 0.5310 0.0815</w:t>
        <w:br/>
        <w:t>vn -0.2077 0.1167 -0.9712</w:t>
        <w:br/>
        <w:t>vn -0.2168 0.0536 -0.9747</w:t>
        <w:br/>
        <w:t>vn -0.2146 0.0695 -0.9742</w:t>
        <w:br/>
        <w:t>vn -0.9387 0.3329 0.0897</w:t>
        <w:br/>
        <w:t>vn -0.2210 0.0220 -0.9750</w:t>
        <w:br/>
        <w:t>vn -0.9873 0.1287 0.0936</w:t>
        <w:br/>
        <w:t>vn -0.2265 -0.0221 -0.9738</w:t>
        <w:br/>
        <w:t>vn -0.9583 -0.2710 0.0905</w:t>
        <w:br/>
        <w:t>vn -0.2291 -0.0443 -0.9724</w:t>
        <w:br/>
        <w:t>vn -0.9586 -0.2709 0.0876</w:t>
        <w:br/>
        <w:t>vn -0.2362 -0.1103 -0.9654</w:t>
        <w:br/>
        <w:t>vn -0.7754 -0.6273 0.0729</w:t>
        <w:br/>
        <w:t>vn -0.7754 -0.6272 0.0734</w:t>
        <w:br/>
        <w:t>vn -0.4993 -0.0459 -0.8652</w:t>
        <w:br/>
        <w:t>vn -0.6428 -0.3586 -0.6769</w:t>
        <w:br/>
        <w:t>vn -0.6089 -0.0471 -0.7919</w:t>
        <w:br/>
        <w:t>vn -0.3131 0.5784 -0.7533</w:t>
        <w:br/>
        <w:t>vn -0.4376 -0.4190 -0.7956</w:t>
        <w:br/>
        <w:t>vn -0.0531 0.6759 -0.7350</w:t>
        <w:br/>
        <w:t>vn 0.1271 0.9290 -0.3475</w:t>
        <w:br/>
        <w:t>vn 0.3018 0.9030 -0.3060</w:t>
        <w:br/>
        <w:t>vn -0.4676 -0.1571 -0.8699</w:t>
        <w:br/>
        <w:t>vn -0.4910 -0.4498 -0.7461</w:t>
        <w:br/>
        <w:t>vn 0.1504 0.8629 -0.4826</w:t>
        <w:br/>
        <w:t>vn 0.4030 0.9094 -0.1032</w:t>
        <w:br/>
        <w:t>vn -0.5921 -0.5739 -0.5657</w:t>
        <w:br/>
        <w:t>vn 0.2954 0.9543 -0.0460</w:t>
        <w:br/>
        <w:t>vn -0.6798 0.1512 -0.7176</w:t>
        <w:br/>
        <w:t>vn -0.6073 0.3612 -0.7076</w:t>
        <w:br/>
        <w:t>vn 0.2244 0.9716 -0.0750</w:t>
        <w:br/>
        <w:t>vn -0.4953 0.5020 -0.7090</w:t>
        <w:br/>
        <w:t>vn 0.1504 0.8628 -0.4826</w:t>
        <w:br/>
        <w:t>vn 0.2672 0.9634 -0.0226</w:t>
        <w:br/>
        <w:t>vn -0.4130 0.5060 -0.7572</w:t>
        <w:br/>
        <w:t>vn -0.5841 -0.6070 -0.5388</w:t>
        <w:br/>
        <w:t>vn -0.4084 0.5168 -0.7524</w:t>
        <w:br/>
        <w:t>vn -0.4953 -0.6999 -0.5146</w:t>
        <w:br/>
        <w:t>vn 0.0818 0.3825 -0.9203</w:t>
        <w:br/>
        <w:t>vn 0.3948 0.9182 0.0306</w:t>
        <w:br/>
        <w:t>vn 0.0583 0.3224 -0.9448</w:t>
        <w:br/>
        <w:t>vn 0.3446 0.9377 -0.0455</w:t>
        <w:br/>
        <w:t>vn 0.2396 0.9596 -0.1477</w:t>
        <w:br/>
        <w:t>vn 0.6881 -0.0293 -0.7250</w:t>
        <w:br/>
        <w:t>vn 0.5383 0.0554 -0.8409</w:t>
        <w:br/>
        <w:t>vn 0.7105 0.0158 -0.7036</w:t>
        <w:br/>
        <w:t>vn 0.2281 0.2309 -0.9459</w:t>
        <w:br/>
        <w:t>vn 0.2253 0.9599 -0.1670</w:t>
        <w:br/>
        <w:t>vn 0.2351 0.9642 -0.1227</w:t>
        <w:br/>
        <w:t>vn 0.2534 0.9598 -0.1210</w:t>
        <w:br/>
        <w:t>vn 0.2148 0.9533 -0.2123</w:t>
        <w:br/>
        <w:t>vn 0.2445 0.9665 -0.0779</w:t>
        <w:br/>
        <w:t>vn 0.2516 0.9661 0.0579</w:t>
        <w:br/>
        <w:t>vn 0.1835 0.3236 -0.9282</w:t>
        <w:br/>
        <w:t>vn -0.1634 0.4200 -0.8927</w:t>
        <w:br/>
        <w:t>vn -0.0445 0.4051 -0.9132</w:t>
        <w:br/>
        <w:t>vn -0.3079 -0.1075 -0.9453</w:t>
        <w:br/>
        <w:t>vn -0.1736 0.0690 -0.9824</w:t>
        <w:br/>
        <w:t>vn -0.3199 -0.3686 -0.8728</w:t>
        <w:br/>
        <w:t>vn -0.4211 -0.4344 -0.7962</w:t>
        <w:br/>
        <w:t>vn -0.4699 -0.5895 -0.6570</w:t>
        <w:br/>
        <w:t>vn -0.4333 -0.7429 -0.5102</w:t>
        <w:br/>
        <w:t>vn 0.7147 -0.1243 -0.6883</w:t>
        <w:br/>
        <w:t>vn 0.6123 0.0662 -0.7878</w:t>
        <w:br/>
        <w:t>vn -0.5054 -0.6453 -0.5729</w:t>
        <w:br/>
        <w:t>vn 0.6906 -0.1795 -0.7006</w:t>
        <w:br/>
        <w:t>vn -0.5591 -0.5239 -0.6426</w:t>
        <w:br/>
        <w:t>vn 0.6449 -0.7642 -0.0119</w:t>
        <w:br/>
        <w:t>vn 0.6290 -0.7759 0.0489</w:t>
        <w:br/>
        <w:t>vn 0.4639 -0.8856 0.0237</w:t>
        <w:br/>
        <w:t>vn 0.4622 -0.8855 -0.0475</w:t>
        <w:br/>
        <w:t>vn 0.7313 -0.6811 0.0362</w:t>
        <w:br/>
        <w:t>vn 0.5352 -0.8109 -0.2368</w:t>
        <w:br/>
        <w:t>vn 0.4287 -0.8536 -0.2960</w:t>
        <w:br/>
        <w:t>vn 0.3010 -0.8508 -0.4308</w:t>
        <w:br/>
        <w:t>vn 0.7091 -0.7031 -0.0528</w:t>
        <w:br/>
        <w:t>vn 0.6201 -0.7845 0.0055</w:t>
        <w:br/>
        <w:t>vn 0.4590 -0.8601 -0.2224</w:t>
        <w:br/>
        <w:t>vn 0.2743 -0.9204 -0.2785</w:t>
        <w:br/>
        <w:t>vn 0.5968 -0.8005 -0.0542</w:t>
        <w:br/>
        <w:t>vn 0.9803 0.1937 0.0377</w:t>
        <w:br/>
        <w:t>vn 0.9716 0.2354 -0.0245</w:t>
        <w:br/>
        <w:t>vn 0.9738 0.2255 0.0294</w:t>
        <w:br/>
        <w:t>vn 0.3942 -0.9081 -0.1415</w:t>
        <w:br/>
        <w:t>vn -0.3862 0.3685 -0.8456</w:t>
        <w:br/>
        <w:t>vn -0.1955 -0.0729 -0.9780</w:t>
        <w:br/>
        <w:t>vn -0.1919 -0.0591 -0.9796</w:t>
        <w:br/>
        <w:t>vn 0.6739 0.7371 -0.0503</w:t>
        <w:br/>
        <w:t>vn 0.9496 0.2806 -0.1401</w:t>
        <w:br/>
        <w:t>vn 0.0940 0.9950 0.0326</w:t>
        <w:br/>
        <w:t>vn 0.1131 0.9929 0.0367</w:t>
        <w:br/>
        <w:t>vn -0.3684 0.3327 -0.8681</w:t>
        <w:br/>
        <w:t>vn 0.6980 0.7083 -0.1059</w:t>
        <w:br/>
        <w:t>vn -0.1471 0.9456 -0.2903</w:t>
        <w:br/>
        <w:t>vn -0.1470 0.9456 -0.2904</w:t>
        <w:br/>
        <w:t>vn -0.5005 0.7532 -0.4269</w:t>
        <w:br/>
        <w:t>vn 0.0598 -0.5294 -0.8463</w:t>
        <w:br/>
        <w:t>vn -0.0677 -0.3688 -0.9270</w:t>
        <w:br/>
        <w:t>vn -0.0640 -0.3895 -0.9188</w:t>
        <w:br/>
        <w:t>vn 0.1319 0.9910 0.0217</w:t>
        <w:br/>
        <w:t>vn 0.1132 0.9929 0.0368</w:t>
        <w:br/>
        <w:t>vn 0.9836 0.1762 0.0379</w:t>
        <w:br/>
        <w:t>vn 0.9825 0.1681 0.0797</w:t>
        <w:br/>
        <w:t>vn 0.9840 0.1774 -0.0154</w:t>
        <w:br/>
        <w:t>vn 0.9805 0.1754 0.0881</w:t>
        <w:br/>
        <w:t>vn 0.0713 0.9972 0.0212</w:t>
        <w:br/>
        <w:t>vn 0.0841 0.9958 0.0362</w:t>
        <w:br/>
        <w:t>vn 0.0970 0.9944 0.0415</w:t>
        <w:br/>
        <w:t>vn 0.0716 0.9973 0.0152</w:t>
        <w:br/>
        <w:t>vn 0.0316 0.9952 -0.0930</w:t>
        <w:br/>
        <w:t>vn 0.9344 0.2692 -0.2331</w:t>
        <w:br/>
        <w:t>vn 0.0068 0.9630 -0.2695</w:t>
        <w:br/>
        <w:t>vn 0.8259 0.3530 -0.4396</w:t>
        <w:br/>
        <w:t>vn 0.0976 0.9873 -0.1255</w:t>
        <w:br/>
        <w:t>vn 0.7409 0.4762 -0.4735</w:t>
        <w:br/>
        <w:t>vn 0.7410 0.4762 -0.4735</w:t>
        <w:br/>
        <w:t>vn 0.3188 0.8389 0.4411</w:t>
        <w:br/>
        <w:t>vn 0.3599 0.8365 0.4131</w:t>
        <w:br/>
        <w:t>vn 0.0975 0.9873 -0.1254</w:t>
        <w:br/>
        <w:t>vn 0.1971 -0.6600 -0.7249</w:t>
        <w:br/>
        <w:t>vn 0.8323 0.3417 -0.4365</w:t>
        <w:br/>
        <w:t>vn 0.2960 -0.7416 -0.6019</w:t>
        <w:br/>
        <w:t>vn 0.9388 0.2274 -0.2585</w:t>
        <w:br/>
        <w:t>vn 0.2965 -0.7399 -0.6039</w:t>
        <w:br/>
        <w:t>vn 0.3481 0.8419 0.4124</w:t>
        <w:br/>
        <w:t>vn 0.9271 0.2098 -0.3107</w:t>
        <w:br/>
        <w:t>vn 0.2400 -0.7004 -0.6722</w:t>
        <w:br/>
        <w:t>vn 0.8461 0.2235 -0.4840</w:t>
        <w:br/>
        <w:t>vn 0.1612 -0.7113 -0.6842</w:t>
        <w:br/>
        <w:t>vn 0.4056 0.8453 0.3479</w:t>
        <w:br/>
        <w:t>vn 0.7821 0.1780 -0.5972</w:t>
        <w:br/>
        <w:t>vn 0.4753 0.8422 0.2547</w:t>
        <w:br/>
        <w:t>vn 0.0211 -0.6130 -0.7898</w:t>
        <w:br/>
        <w:t>vn 0.6950 0.1727 -0.6979</w:t>
        <w:br/>
        <w:t>vn -0.0733 -0.7121 -0.6983</w:t>
        <w:br/>
        <w:t>vn 0.4848 0.8613 0.1522</w:t>
        <w:br/>
        <w:t>vn 0.4749 0.0969 -0.8747</w:t>
        <w:br/>
        <w:t>vn 0.5372 0.8434 -0.0112</w:t>
        <w:br/>
        <w:t>vn -0.3458 -0.7758 -0.5278</w:t>
        <w:br/>
        <w:t>vn 0.4440 0.8809 -0.1641</w:t>
        <w:br/>
        <w:t>vn 0.3501 0.8711 -0.3443</w:t>
        <w:br/>
        <w:t>vn 0.1391 0.0470 -0.9892</w:t>
        <w:br/>
        <w:t>vn -0.3621 -0.7730 -0.5209</w:t>
        <w:br/>
        <w:t>vn -0.0873 0.0139 -0.9961</w:t>
        <w:br/>
        <w:t>vn -0.4913 -0.5542 -0.6719</w:t>
        <w:br/>
        <w:t>vn -0.4810 -0.8241 -0.2993</w:t>
        <w:br/>
        <w:t>vn -0.4686 -0.8591 -0.2059</w:t>
        <w:br/>
        <w:t>vn 0.1681 0.8899 -0.4241</w:t>
        <w:br/>
        <w:t>vn -0.4458 -0.0253 -0.8948</w:t>
        <w:br/>
        <w:t>vn 0.0751 0.8636 -0.4985</w:t>
        <w:br/>
        <w:t>vn -0.4362 -0.8894 -0.1365</w:t>
        <w:br/>
        <w:t>vn -0.5618 -0.0454 -0.8260</w:t>
        <w:br/>
        <w:t>vn -0.4350 -0.8931 -0.1150</w:t>
        <w:br/>
        <w:t>vn -0.4055 -0.9105 -0.0808</w:t>
        <w:br/>
        <w:t>vn -0.0667 0.8528 -0.5179</w:t>
        <w:br/>
        <w:t>vn -0.6059 -0.0603 -0.7932</w:t>
        <w:br/>
        <w:t>vn -0.6486 -0.0732 -0.7576</w:t>
        <w:br/>
        <w:t>vn -0.0593 0.8501 -0.5233</w:t>
        <w:br/>
        <w:t>vn -0.6449 -0.0847 -0.7595</w:t>
        <w:br/>
        <w:t>vn -0.1410 0.8381 -0.5271</w:t>
        <w:br/>
        <w:t>vn -0.1797 0.8128 -0.5541</w:t>
        <w:br/>
        <w:t>vn 0.6096 -0.7580 0.2320</w:t>
        <w:br/>
        <w:t>vn 0.5710 -0.7665 0.2941</w:t>
        <w:br/>
        <w:t>vn 0.3442 -0.9337 0.0988</w:t>
        <w:br/>
        <w:t>vn 0.6724 -0.6873 0.2749</w:t>
        <w:br/>
        <w:t>vn 0.3210 -0.9350 0.1511</w:t>
        <w:br/>
        <w:t>vn 0.5255 -0.7907 0.3141</w:t>
        <w:br/>
        <w:t>vn 0.3629 -0.7168 0.5954</w:t>
        <w:br/>
        <w:t>vn 0.3427 -0.6543 0.6741</w:t>
        <w:br/>
        <w:t>vn 0.2967 -0.9519 0.0768</w:t>
        <w:br/>
        <w:t>vn 0.2237 -0.7559 0.6153</w:t>
        <w:br/>
        <w:t>vn 0.3169 -0.8806 0.3523</w:t>
        <w:br/>
        <w:t>vn 0.2849 -0.9520 0.1119</w:t>
        <w:br/>
        <w:t>vn 0.3167 -0.8090 0.4953</w:t>
        <w:br/>
        <w:t>vn 0.3214 -0.5310 0.7840</w:t>
        <w:br/>
        <w:t>vn 0.2321 -0.9616 0.1464</w:t>
        <w:br/>
        <w:t>vn 0.2448 -0.9584 0.1470</w:t>
        <w:br/>
        <w:t>vn 0.7695 0.4844 0.4161</w:t>
        <w:br/>
        <w:t>vn 0.4518 0.7999 0.3949</w:t>
        <w:br/>
        <w:t>vn 0.6945 0.4785 0.5373</w:t>
        <w:br/>
        <w:t>vn 0.5340 0.4549 0.7127</w:t>
        <w:br/>
        <w:t>vn 0.4478 0.8478 0.2840</w:t>
        <w:br/>
        <w:t>vn 0.0117 0.9968 0.0790</w:t>
        <w:br/>
        <w:t>vn -0.0085 0.9942 0.1076</w:t>
        <w:br/>
        <w:t>vn 0.2414 0.8222 0.5154</w:t>
        <w:br/>
        <w:t>vn -0.0465 0.9886 0.1432</w:t>
        <w:br/>
        <w:t>vn 0.1953 -0.9670 0.1635</w:t>
        <w:br/>
        <w:t>vn 0.2875 0.4195 0.8610</w:t>
        <w:br/>
        <w:t>vn 0.1866 -0.9682 0.1665</w:t>
        <w:br/>
        <w:t>vn 0.0672 0.7972 0.6000</w:t>
        <w:br/>
        <w:t>vn -0.0940 0.9818 0.1653</w:t>
        <w:br/>
        <w:t>vn 0.5110 -0.6557 0.5558</w:t>
        <w:br/>
        <w:t>vn 0.7222 -0.2613 0.6404</w:t>
        <w:br/>
        <w:t>vn -0.1062 0.8375 0.5361</w:t>
        <w:br/>
        <w:t>vn -0.1459 0.9743 0.1716</w:t>
        <w:br/>
        <w:t>vn 0.6631 -0.3197 0.6768</w:t>
        <w:br/>
        <w:t>vn 0.8530 -0.0343 0.5207</w:t>
        <w:br/>
        <w:t>vn 0.1470 -0.9514 0.2707</w:t>
        <w:br/>
        <w:t>vn 0.1796 -0.9522 0.2472</w:t>
        <w:br/>
        <w:t>vn 0.1727 -0.9481 0.2669</w:t>
        <w:br/>
        <w:t>vn 0.1840 -0.9295 0.3196</w:t>
        <w:br/>
        <w:t>vn 0.8926 -0.1606 0.4213</w:t>
        <w:br/>
        <w:t>vn 0.1020 -0.8427 0.5287</w:t>
        <w:br/>
        <w:t>vn 0.0499 -0.9620 0.2686</w:t>
        <w:br/>
        <w:t>vn 0.1017 -0.7486 0.6552</w:t>
        <w:br/>
        <w:t>vn 0.6631 -0.3198 0.6768</w:t>
        <w:br/>
        <w:t>vn 0.1417 -0.9747 0.1728</w:t>
        <w:br/>
        <w:t>vn -0.0407 0.3732 0.9269</w:t>
        <w:br/>
        <w:t>vn -0.0606 -0.7816 0.6209</w:t>
        <w:br/>
        <w:t>vn -0.0612 -0.8582 0.5096</w:t>
        <w:br/>
        <w:t>vn -0.1714 -0.8368 0.5200</w:t>
        <w:br/>
        <w:t>vn -0.0337 -0.9683 0.2475</w:t>
        <w:br/>
        <w:t>vn 0.0791 -0.9836 0.1622</w:t>
        <w:br/>
        <w:t>vn -0.4889 -0.8015 0.3443</w:t>
        <w:br/>
        <w:t>vn -0.0669 -0.9760 0.2071</w:t>
        <w:br/>
        <w:t>vn -0.9372 -0.3116 0.1570</w:t>
        <w:br/>
        <w:t>vn -0.8098 -0.5163 0.2785</w:t>
        <w:br/>
        <w:t>vn -0.1649 -0.8751 0.4550</w:t>
        <w:br/>
        <w:t>vn -0.5091 -0.8173 0.2700</w:t>
        <w:br/>
        <w:t>vn -0.5495 -0.6557 0.5178</w:t>
        <w:br/>
        <w:t>vn -0.2248 -0.9526 0.2049</w:t>
        <w:br/>
        <w:t>vn -0.3817 -0.8609 0.3364</w:t>
        <w:br/>
        <w:t>vn -0.4671 -0.7719 0.4313</w:t>
        <w:br/>
        <w:t>vn 0.0000 -0.9948 0.1022</w:t>
        <w:br/>
        <w:t>vn -0.2649 -0.8749 0.4055</w:t>
        <w:br/>
        <w:t>vn 0.0315 -0.9903 0.1353</w:t>
        <w:br/>
        <w:t>vn -0.0155 -0.9964 0.0829</w:t>
        <w:br/>
        <w:t>vn -0.3624 -0.8430 0.3974</w:t>
        <w:br/>
        <w:t>vn -0.1016 -0.9947 0.0135</w:t>
        <w:br/>
        <w:t>vn -0.3040 -0.9325 0.1949</w:t>
        <w:br/>
        <w:t>vn -0.4228 -0.9060 0.0203</w:t>
        <w:br/>
        <w:t>vn -0.1022 -0.9940 -0.0380</w:t>
        <w:br/>
        <w:t>vn -0.5377 -0.8382 -0.0913</w:t>
        <w:br/>
        <w:t>vn -0.4705 -0.8820 -0.0265</w:t>
        <w:br/>
        <w:t>vn -0.2782 -0.9588 -0.0582</w:t>
        <w:br/>
        <w:t>vn -0.0507 -0.9963 0.0698</w:t>
        <w:br/>
        <w:t>vn -0.0567 -0.9984 -0.0012</w:t>
        <w:br/>
        <w:t>vn -0.0352 -0.9990 -0.0265</w:t>
        <w:br/>
        <w:t>vn -0.9701 0.2420 0.0176</w:t>
        <w:br/>
        <w:t>vn -0.8378 0.5367 -0.1003</w:t>
        <w:br/>
        <w:t>vn -0.9632 0.2383 -0.1242</w:t>
        <w:br/>
        <w:t>vn -0.5914 0.8063 0.0111</w:t>
        <w:br/>
        <w:t>vn -0.3065 0.9517 -0.0202</w:t>
        <w:br/>
        <w:t>vn -0.3061 0.9520 0.0060</w:t>
        <w:br/>
        <w:t>vn -0.3001 0.9527 0.0488</w:t>
        <w:br/>
        <w:t>vn -0.7021 0.6885 0.1816</w:t>
        <w:br/>
        <w:t>vn -0.9044 0.2510 0.3450</w:t>
        <w:br/>
        <w:t>vn -0.2783 0.9556 0.0967</w:t>
        <w:br/>
        <w:t>vn -0.6182 0.7001 0.3574</w:t>
        <w:br/>
        <w:t>vn -0.7574 0.2715 0.5939</w:t>
        <w:br/>
        <w:t>vn -0.2428 0.9606 0.1356</w:t>
        <w:br/>
        <w:t>vn -0.4897 0.6657 0.5631</w:t>
        <w:br/>
        <w:t>vn -0.5817 0.2966 0.7574</w:t>
        <w:br/>
        <w:t>vn -0.1972 0.9670 0.1614</w:t>
        <w:br/>
        <w:t>vn -0.3702 0.3260 0.8699</w:t>
        <w:br/>
        <w:t>vn -0.2618 0.7500 0.6074</w:t>
        <w:br/>
        <w:t>vn 0.5751 -0.7859 0.2274</w:t>
        <w:br/>
        <w:t>vn 0.5544 -0.7809 0.2877</w:t>
        <w:br/>
        <w:t>vn 0.4269 -0.8924 0.1459</w:t>
        <w:br/>
        <w:t>vn 0.6504 -0.6961 0.3039</w:t>
        <w:br/>
        <w:t>vn 0.3863 -0.8996 0.2039</w:t>
        <w:br/>
        <w:t>vn 0.5834 -0.7264 0.3632</w:t>
        <w:br/>
        <w:t>vn 0.3403 -0.8470 0.4085</w:t>
        <w:br/>
        <w:t>vn 0.2202 -0.8922 0.3943</w:t>
        <w:br/>
        <w:t>vn 0.5440 -0.7986 0.2574</w:t>
        <w:br/>
        <w:t>vn 0.0393 -0.8992 0.4357</w:t>
        <w:br/>
        <w:t>vn 0.2863 -0.8921 0.3495</w:t>
        <w:br/>
        <w:t>vn 0.1033 -0.9521 0.2877</w:t>
        <w:br/>
        <w:t>vn 0.4921 -0.8200 0.2923</w:t>
        <w:br/>
        <w:t>vn 0.2785 -0.9295 0.2419</w:t>
        <w:br/>
        <w:t>vn -0.7004 -0.1664 0.6941</w:t>
        <w:br/>
        <w:t>vn -0.7999 0.2918 0.5244</w:t>
        <w:br/>
        <w:t>vn -0.6988 -0.1530 0.6988</w:t>
        <w:br/>
        <w:t>vn 0.7455 0.2344 0.6240</w:t>
        <w:br/>
        <w:t>vn 0.5983 0.5221 0.6078</w:t>
        <w:br/>
        <w:t>vn 0.7039 0.2648 0.6591</w:t>
        <w:br/>
        <w:t>vn -0.7964 0.2534 0.5491</w:t>
        <w:br/>
        <w:t>vn 0.8206 0.1972 0.5364</w:t>
        <w:br/>
        <w:t>vn 0.5428 0.6964 0.4695</w:t>
        <w:br/>
        <w:t>vn 0.8221 0.1644 0.5451</w:t>
        <w:br/>
        <w:t>vn 0.0656 0.9898 0.1266</w:t>
        <w:br/>
        <w:t>vn 0.0839 0.9875 0.1335</w:t>
        <w:br/>
        <w:t>vn -0.3122 0.9149 0.2559</w:t>
        <w:br/>
        <w:t>vn -0.3121 0.9150 0.2556</w:t>
        <w:br/>
        <w:t>vn -0.6760 0.7206 0.1542</w:t>
        <w:br/>
        <w:t>vn -0.5566 -0.4593 0.6922</w:t>
        <w:br/>
        <w:t>vn -0.4009 -0.6147 0.6793</w:t>
        <w:br/>
        <w:t>vn -0.5483 -0.4793 0.6853</w:t>
        <w:br/>
        <w:t>vn 0.0841 0.9875 0.1335</w:t>
        <w:br/>
        <w:t>vn 0.0915 0.9835 0.1559</w:t>
        <w:br/>
        <w:t>vn 0.8351 0.1488 0.5295</w:t>
        <w:br/>
        <w:t>vn 0.8060 0.1445 0.5740</w:t>
        <w:br/>
        <w:t>vn 0.8576 0.1451 0.4934</w:t>
        <w:br/>
        <w:t>vn 0.8604 0.1532 0.4861</w:t>
        <w:br/>
        <w:t>vn 0.0404 0.9915 0.1238</w:t>
        <w:br/>
        <w:t>vn 0.0730 0.9900 0.1209</w:t>
        <w:br/>
        <w:t>vn 0.0594 0.9912 0.1183</w:t>
        <w:br/>
        <w:t>vn 0.0372 0.9909 0.1290</w:t>
        <w:br/>
        <w:t>vn -0.0558 0.9790 0.1961</w:t>
        <w:br/>
        <w:t>vn 0.6417 0.2150 0.7362</w:t>
        <w:br/>
        <w:t>vn -0.1728 0.9297 0.3252</w:t>
        <w:br/>
        <w:t>vn 0.4348 0.2806 0.8557</w:t>
        <w:br/>
        <w:t>vn -0.0185 0.9658 0.2586</w:t>
        <w:br/>
        <w:t>vn 0.3414 0.4022 0.8495</w:t>
        <w:br/>
        <w:t>vn 0.3414 0.4021 0.8495</w:t>
        <w:br/>
        <w:t>vn 0.5020 0.8629 -0.0578</w:t>
        <w:br/>
        <w:t>vn 0.4832 0.8694 -0.1032</w:t>
        <w:br/>
        <w:t>vn -0.0184 0.9658 0.2586</w:t>
        <w:br/>
        <w:t>vn -0.2154 -0.7364 0.6413</w:t>
        <w:br/>
        <w:t>vn 0.4421 0.2694 0.8555</w:t>
        <w:br/>
        <w:t>vn -0.0508 -0.8162 0.5756</w:t>
        <w:br/>
        <w:t>vn -0.0736 -0.7992 0.5965</w:t>
        <w:br/>
        <w:t>vn 0.6327 0.1707 0.7554</w:t>
        <w:br/>
        <w:t>vn -0.1932 -0.7854 0.5880</w:t>
        <w:br/>
        <w:t>vn 0.4917 0.8684 -0.0634</w:t>
        <w:br/>
        <w:t>vn 0.5947 0.1482 0.7902</w:t>
        <w:br/>
        <w:t>vn -0.1713 -0.7622 0.6243</w:t>
        <w:br/>
        <w:t>vn 0.4310 0.1466 0.8904</w:t>
        <w:br/>
        <w:t>vn 0.5039 0.8635 0.0223</w:t>
        <w:br/>
        <w:t>vn 0.3167 0.0918 0.9441</w:t>
        <w:br/>
        <w:t>vn 0.5107 0.8487 0.1376</w:t>
        <w:br/>
        <w:t>vn -0.3994 -0.6909 0.6026</w:t>
        <w:br/>
        <w:t>vn 0.1887 0.0790 0.9789</w:t>
        <w:br/>
        <w:t>vn -0.4245 -0.7771 0.4646</w:t>
        <w:br/>
        <w:t>vn -0.5555 -0.8146 0.1666</w:t>
        <w:br/>
        <w:t>vn 0.4614 0.8569 0.2296</w:t>
        <w:br/>
        <w:t>vn -0.0899 -0.0077 0.9959</w:t>
        <w:br/>
        <w:t>vn 0.4155 0.8208 0.3919</w:t>
        <w:br/>
        <w:t>vn -0.6947 -0.6341 0.3396</w:t>
        <w:br/>
        <w:t>vn -0.3994 -0.6909 0.6027</w:t>
        <w:br/>
        <w:t>vn -0.0900 -0.0077 0.9959</w:t>
        <w:br/>
        <w:t>vn -0.2299 -0.0246 0.9729</w:t>
        <w:br/>
        <w:t>vn 0.2523 0.8454 0.4708</w:t>
        <w:br/>
        <w:t>vn -0.6229 -0.0853 0.7776</w:t>
        <w:br/>
        <w:t>vn 0.0749 0.8202 0.5672</w:t>
        <w:br/>
        <w:t>vn -0.7631 -0.6046 0.2283</w:t>
        <w:br/>
        <w:t>vn -0.5406 -0.8351 -0.1019</w:t>
        <w:br/>
        <w:t>vn -0.4776 -0.8608 -0.1760</w:t>
        <w:br/>
        <w:t>vn -0.1215 0.8362 0.5347</w:t>
        <w:br/>
        <w:t>vn -0.8645 -0.1029 0.4920</w:t>
        <w:br/>
        <w:t>vn -0.2392 0.8054 0.5423</w:t>
        <w:br/>
        <w:t>vn -0.4113 -0.8849 -0.2187</w:t>
        <w:br/>
        <w:t>vn -0.9226 -0.1122 0.3690</w:t>
        <w:br/>
        <w:t>vn -0.3984 -0.8863 -0.2362</w:t>
        <w:br/>
        <w:t>vn -0.3545 -0.9010 -0.2500</w:t>
        <w:br/>
        <w:t>vn -0.3678 0.7971 0.4790</w:t>
        <w:br/>
        <w:t>vn -0.9409 -0.1224 0.3159</w:t>
        <w:br/>
        <w:t>vn -0.9564 -0.1301 0.2616</w:t>
        <w:br/>
        <w:t>vn -0.3644 0.7936 0.4873</w:t>
        <w:br/>
        <w:t>vn -0.9540 -0.1419 0.2640</w:t>
        <w:br/>
        <w:t>vn -0.4343 0.7837 0.4441</w:t>
        <w:br/>
        <w:t>vn -0.4807 0.7570 0.4426</w:t>
        <w:br/>
        <w:t>vn 0.3726 -0.9044 -0.2079</w:t>
        <w:br/>
        <w:t>vn 0.3788 -0.9140 -0.1450</w:t>
        <w:br/>
        <w:t>vn 0.1946 -0.9759 -0.0986</w:t>
        <w:br/>
        <w:t>vn 0.1658 -0.9725 -0.1637</w:t>
        <w:br/>
        <w:t>vn 0.4890 -0.8487 -0.2015</w:t>
        <w:br/>
        <w:t>vn 0.1772 -0.9117 -0.3708</w:t>
        <w:br/>
        <w:t>vn 0.0490 -0.9228 -0.3822</w:t>
        <w:br/>
        <w:t>vn -0.1152 -0.8813 -0.4584</w:t>
        <w:br/>
        <w:t>vn 0.4295 -0.8605 -0.2739</w:t>
        <w:br/>
        <w:t>vn 0.3521 -0.9183 -0.1811</w:t>
        <w:br/>
        <w:t>vn 0.1025 -0.9400 -0.3255</w:t>
        <w:br/>
        <w:t>vn -0.0983 -0.9478 -0.3033</w:t>
        <w:br/>
        <w:t>vn 0.3045 -0.9252 -0.2263</w:t>
        <w:br/>
        <w:t>vn 0.9342 -0.0695 -0.3500</w:t>
        <w:br/>
        <w:t>vn 0.9132 -0.0244 -0.4067</w:t>
        <w:br/>
        <w:t>vn 0.9333 -0.0368 -0.3571</w:t>
        <w:br/>
        <w:t>vn 0.0638 -0.9727 -0.2232</w:t>
        <w:br/>
        <w:t>vn -0.5668 0.0207 -0.8236</w:t>
        <w:br/>
        <w:t>vn -0.5607 0.0332 -0.8274</w:t>
        <w:br/>
        <w:t>vn -0.5726 0.4907 -0.6568</w:t>
        <w:br/>
        <w:t>vn 0.7673 0.5381 -0.3489</w:t>
        <w:br/>
        <w:t>vn 0.8610 0.0296 -0.5078</w:t>
        <w:br/>
        <w:t>vn 0.3500 0.9343 -0.0683</w:t>
        <w:br/>
        <w:t>vn 0.3681 0.9270 -0.0716</w:t>
        <w:br/>
        <w:t>vn -0.5745 0.4525 -0.6820</w:t>
        <w:br/>
        <w:t>vn 0.7599 0.5064 -0.4076</w:t>
        <w:br/>
        <w:t>vn -0.0002 0.9624 -0.2716</w:t>
        <w:br/>
        <w:t>vn -0.0004 0.9624 -0.2716</w:t>
        <w:br/>
        <w:t>vn -0.4154 0.8742 -0.2514</w:t>
        <w:br/>
        <w:t>vn -0.4064 -0.4914 -0.7703</w:t>
        <w:br/>
        <w:t>vn -0.5094 -0.3000 -0.8065</w:t>
        <w:br/>
        <w:t>vn -0.5082 -0.3215 -0.7990</w:t>
        <w:br/>
        <w:t>vn 0.3786 0.9209 -0.0926</w:t>
        <w:br/>
        <w:t>vn 0.3682 0.9270 -0.0717</w:t>
        <w:br/>
        <w:t>vn 0.9327 -0.0872 -0.3500</w:t>
        <w:br/>
        <w:t>vn 0.9457 -0.0965 -0.3105</w:t>
        <w:br/>
        <w:t>vn 0.9129 -0.0840 -0.3994</w:t>
        <w:br/>
        <w:t>vn 0.9490 -0.0893 -0.3024</w:t>
        <w:br/>
        <w:t>vn 0.3560 0.9325 -0.0613</w:t>
        <w:br/>
        <w:t>vn 0.3262 0.9427 -0.0704</w:t>
        <w:br/>
        <w:t>vn 0.3430 0.9373 -0.0613</w:t>
        <w:br/>
        <w:t>vn 0.3240 0.9430 -0.0767</w:t>
        <w:br/>
        <w:t>vn 0.2467 0.9557 -0.1604</w:t>
        <w:br/>
        <w:t>vn 0.8090 0.0264 -0.5873</w:t>
        <w:br/>
        <w:t>vn 0.1489 0.9384 -0.3119</w:t>
        <w:br/>
        <w:t>vn 0.6550 0.1440 -0.7418</w:t>
        <w:br/>
        <w:t>vn 0.2908 0.9323 -0.2149</w:t>
        <w:br/>
        <w:t>vn 0.5981 0.2863 -0.7486</w:t>
        <w:br/>
        <w:t>vn 0.5980 0.2862 -0.7486</w:t>
        <w:br/>
        <w:t>vn 0.6663 0.7084 0.2329</w:t>
        <w:br/>
        <w:t>vn 0.6738 0.7041 0.2244</w:t>
        <w:br/>
        <w:t>vn 0.2908 0.9323 -0.2151</w:t>
        <w:br/>
        <w:t>vn -0.2713 -0.6582 -0.7023</w:t>
        <w:br/>
        <w:t>vn 0.6589 0.1312 -0.7407</w:t>
        <w:br/>
        <w:t>vn -0.1503 -0.7785 -0.6093</w:t>
        <w:br/>
        <w:t>vn 0.7047 0.6895 0.1675</w:t>
        <w:br/>
        <w:t>vn -0.1631 -0.7563 -0.6336</w:t>
        <w:br/>
        <w:t>vn 0.7925 -0.0140 -0.6097</w:t>
        <w:br/>
        <w:t>vn 0.7576 -0.0258 -0.6522</w:t>
        <w:br/>
        <w:t>vn -0.2740 -0.7107 -0.6479</w:t>
        <w:br/>
        <w:t>vn 0.7234 0.6886 0.0498</w:t>
        <w:br/>
        <w:t>vn -0.2399 -0.6946 -0.6782</w:t>
        <w:br/>
        <w:t>vn 0.6227 0.0156 -0.7823</w:t>
        <w:br/>
        <w:t>vn 0.7170 0.6938 0.0677</w:t>
        <w:br/>
        <w:t>vn 0.5110 -0.0070 -0.8596</w:t>
        <w:br/>
        <w:t>vn -0.4404 -0.5644 -0.6982</w:t>
        <w:br/>
        <w:t>vn 0.3938 0.0147 -0.9191</w:t>
        <w:br/>
        <w:t>vn -0.5145 -0.6392 -0.5716</w:t>
        <w:br/>
        <w:t>vn -0.7074 -0.6368 -0.3067</w:t>
        <w:br/>
        <w:t>vn 0.6973 0.6916 -0.1886</w:t>
        <w:br/>
        <w:t>vn 0.1113 0.0060 -0.9938</w:t>
        <w:br/>
        <w:t>vn 0.7228 0.6724 -0.1595</w:t>
        <w:br/>
        <w:t>vn 0.4795 0.7652 -0.4296</w:t>
        <w:br/>
        <w:t>vn -0.7562 -0.4274 -0.4955</w:t>
        <w:br/>
        <w:t>vn -0.0298 0.0277 -0.9992</w:t>
        <w:br/>
        <w:t>vn 0.4751 0.7480 -0.4635</w:t>
        <w:br/>
        <w:t>vn -0.4554 0.0771 -0.8869</w:t>
        <w:br/>
        <w:t>vn -0.8291 -0.2993 -0.4723</w:t>
        <w:br/>
        <w:t>vn -0.4555 0.0771 -0.8869</w:t>
        <w:br/>
        <w:t>vn -0.7293 -0.6842 -0.0068</w:t>
        <w:br/>
        <w:t>vn 0.2141 0.8323 -0.5113</w:t>
        <w:br/>
        <w:t>vn -0.7449 0.1283 -0.6547</w:t>
        <w:br/>
        <w:t>vn 0.0963 0.8342 -0.5430</w:t>
        <w:br/>
        <w:t>vn -0.8809 -0.4138 -0.2296</w:t>
        <w:br/>
        <w:t>vn -0.6897 -0.7191 0.0854</w:t>
        <w:br/>
        <w:t>vn -0.6584 -0.7438 0.1154</w:t>
        <w:br/>
        <w:t>vn -0.6237 -0.7696 0.1368</w:t>
        <w:br/>
        <w:t>vn -0.0397 0.8614 -0.5063</w:t>
        <w:br/>
        <w:t>vn -0.8571 0.1319 -0.4979</w:t>
        <w:br/>
        <w:t>vn -0.8846 0.1292 -0.4481</w:t>
        <w:br/>
        <w:t>vn -0.0358 0.8571 -0.5140</w:t>
        <w:br/>
        <w:t>vn -0.8851 0.1172 -0.4505</w:t>
        <w:br/>
        <w:t>vn -0.1129 0.8668 -0.4857</w:t>
        <w:br/>
        <w:t>vn -0.1641 0.8536 -0.4944</w:t>
        <w:br/>
        <w:t>vn -0.4788 0.8508 0.2165</w:t>
        <w:br/>
        <w:t>vn -0.0366 0.9986 0.0378</w:t>
        <w:br/>
        <w:t>vn -0.5029 0.8498 0.1577</w:t>
        <w:br/>
        <w:t>vn -0.0228 0.9973 0.0697</w:t>
        <w:br/>
        <w:t>vn -0.8411 0.4862 0.2369</w:t>
        <w:br/>
        <w:t>vn -0.4170 0.7927 0.4447</w:t>
        <w:br/>
        <w:t>vn 0.0074 0.9936 0.1123</w:t>
        <w:br/>
        <w:t>vn -0.7724 0.4829 0.4126</w:t>
        <w:br/>
        <w:t>vn -0.2967 -0.9536 0.0519</w:t>
        <w:br/>
        <w:t>vn -0.5747 -0.7871 0.2239</w:t>
        <w:br/>
        <w:t>vn -0.3089 -0.9465 0.0938</w:t>
        <w:br/>
        <w:t>vn -0.7108 -0.6824 0.1703</w:t>
        <w:br/>
        <w:t>vn -0.1942 0.8165 0.5437</w:t>
        <w:br/>
        <w:t>vn 0.0494 0.9884 0.1438</w:t>
        <w:br/>
        <w:t>vn -0.6203 -0.7576 0.2032</w:t>
        <w:br/>
        <w:t>vn -0.6465 -0.7482 0.1489</w:t>
        <w:br/>
        <w:t>vn -0.3592 -0.9309 0.0664</w:t>
        <w:br/>
        <w:t>vn -0.3392 -0.9338 0.1138</w:t>
        <w:br/>
        <w:t>vn -0.4600 -0.7047 0.5401</w:t>
        <w:br/>
        <w:t>vn -0.4466 -0.6411 0.6241</w:t>
        <w:br/>
        <w:t>vn -0.3691 -0.8689 0.3299</w:t>
        <w:br/>
        <w:t>vn -0.3103 -0.7345 0.6035</w:t>
        <w:br/>
        <w:t>vn -0.4023 -0.7963 0.4517</w:t>
        <w:br/>
        <w:t>vn -0.4570 -0.5111 0.7280</w:t>
        <w:br/>
        <w:t>vn -0.2367 -0.9607 0.1452</w:t>
        <w:br/>
        <w:t>vn -0.2643 -0.9534 0.1456</w:t>
        <w:br/>
        <w:t>vn -0.6393 0.4675 0.6105</w:t>
        <w:br/>
        <w:t>vn -0.2150 -0.9639 0.1571</w:t>
        <w:br/>
        <w:t>vn -0.5574 -0.6672 0.4941</w:t>
        <w:br/>
        <w:t>vn -0.7441 -0.2991 0.5974</w:t>
        <w:br/>
        <w:t>vn -0.4589 0.4448 0.7691</w:t>
        <w:br/>
        <w:t>vn -0.2070 -0.9648 0.1619</w:t>
        <w:br/>
        <w:t>vn -0.2195 -0.9244 0.3119</w:t>
        <w:br/>
        <w:t>vn -0.5805 -0.5843 0.5671</w:t>
        <w:br/>
        <w:t>vn -0.9122 -0.2662 0.3114</w:t>
        <w:br/>
        <w:t>vn -0.8514 -0.0634 0.5207</w:t>
        <w:br/>
        <w:t>vn -0.1825 -0.9356 0.3024</w:t>
        <w:br/>
        <w:t>vn -0.2295 -0.9327 0.2781</w:t>
        <w:br/>
        <w:t>vn -0.1643 -0.9703 0.1774</w:t>
        <w:br/>
        <w:t>vn -0.1976 0.4118 0.8896</w:t>
        <w:br/>
        <w:t>vn -0.2045 -0.7705 0.6037</w:t>
        <w:br/>
        <w:t>vn -0.1668 -0.7841 0.5978</w:t>
        <w:br/>
        <w:t>vn -0.0986 -0.9521 0.2895</w:t>
        <w:br/>
        <w:t>vn -0.0550 -0.8011 0.5960</w:t>
        <w:br/>
        <w:t>vn -0.0559 -0.8043 0.5916</w:t>
        <w:br/>
        <w:t>vn 0.0889 -0.8214 0.5634</w:t>
        <w:br/>
        <w:t>vn -0.0089 -0.9672 0.2539</w:t>
        <w:br/>
        <w:t>vn -0.1007 -0.9785 0.1798</w:t>
        <w:br/>
        <w:t>vn 0.4917 -0.7699 0.4068</w:t>
        <w:br/>
        <w:t>vn 0.0107 -0.9755 0.2199</w:t>
        <w:br/>
        <w:t>vn 0.8196 -0.4662 0.3330</w:t>
        <w:br/>
        <w:t>vn 0.9479 -0.2762 0.1585</w:t>
        <w:br/>
        <w:t>vn 0.1121 -0.8565 0.5038</w:t>
        <w:br/>
        <w:t>vn 0.4990 -0.7883 0.3600</w:t>
        <w:br/>
        <w:t>vn 0.4499 -0.6281 0.6348</w:t>
        <w:br/>
        <w:t>vn 0.2167 -0.9391 0.2667</w:t>
        <w:br/>
        <w:t>vn 0.3141 -0.8422 0.4383</w:t>
        <w:br/>
        <w:t>vn 0.3953 -0.7480 0.5331</w:t>
        <w:br/>
        <w:t>vn -0.0111 -0.9904 0.1375</w:t>
        <w:br/>
        <w:t>vn 0.2028 -0.8621 0.4645</w:t>
        <w:br/>
        <w:t>vn -0.0486 -0.9853 0.1635</w:t>
        <w:br/>
        <w:t>vn 0.0164 -0.9941 0.1075</w:t>
        <w:br/>
        <w:t>vn 0.2948 -0.8236 0.4846</w:t>
        <w:br/>
        <w:t>vn 0.1039 -0.9917 0.0763</w:t>
        <w:br/>
        <w:t>vn 0.2660 -0.9233 0.2769</w:t>
        <w:br/>
        <w:t>vn 0.0350 -0.9946 0.0975</w:t>
        <w:br/>
        <w:t>vn 0.4590 -0.8787 0.1310</w:t>
        <w:br/>
        <w:t>vn 0.1048 -0.9943 0.0192</w:t>
        <w:br/>
        <w:t>vn 0.4363 -0.8993 0.0302</w:t>
        <w:br/>
        <w:t>vn 0.4115 -0.9107 0.0362</w:t>
        <w:br/>
        <w:t>vn 0.3975 -0.9101 0.1169</w:t>
        <w:br/>
        <w:t>vn 0.0518 -0.9976 0.0458</w:t>
        <w:br/>
        <w:t>vn 0.0497 -0.9986 0.0181</w:t>
        <w:br/>
        <w:t>vn 0.8140 0.2777 0.5102</w:t>
        <w:br/>
        <w:t>vn 0.5396 0.6690 0.5112</w:t>
        <w:br/>
        <w:t>vn 0.6566 0.2999 0.6920</w:t>
        <w:br/>
        <w:t>vn 0.4582 0.3262 0.8268</w:t>
        <w:br/>
        <w:t>vn 0.9331 0.2603 0.2483</w:t>
        <w:br/>
        <w:t>vn 0.6447 0.7060 0.2930</w:t>
        <w:br/>
        <w:t>vn 0.9663 0.2502 0.0610</w:t>
        <w:br/>
        <w:t>vn 0.6537 0.7506 0.0959</w:t>
        <w:br/>
        <w:t>vn 0.7228 0.6899 0.0385</w:t>
        <w:br/>
        <w:t>vn 0.2953 0.9554 0.0057</w:t>
        <w:br/>
        <w:t>vn 0.2895 0.9566 0.0314</w:t>
        <w:br/>
        <w:t>vn 0.2751 0.9587 0.0721</w:t>
        <w:br/>
        <w:t>vn 0.2440 0.9630 0.1147</w:t>
        <w:br/>
        <w:t>vn 0.2014 0.9687 0.1453</w:t>
        <w:br/>
        <w:t>vn 0.3167 0.7502 0.5804</w:t>
        <w:br/>
        <w:t>vn 0.1514 0.9752 0.1612</w:t>
        <w:br/>
        <w:t>vn 0.1362 0.3691 0.9193</w:t>
        <w:br/>
        <w:t>vn 0.1532 0.8360 0.5269</w:t>
        <w:br/>
        <w:t>vn 0.0990 0.9820 0.1607</w:t>
        <w:br/>
        <w:t>vn -0.0117 0.7932 0.6088</w:t>
        <w:br/>
        <w:t>vn 0.2069 -0.9779 0.0286</w:t>
        <w:br/>
        <w:t>vn 0.3969 -0.9170 0.0408</w:t>
        <w:br/>
        <w:t>vn 0.4028 -0.9094 0.1040</w:t>
        <w:br/>
        <w:t>vn 0.1911 -0.9767 0.0980</w:t>
        <w:br/>
        <w:t>vn 0.5158 -0.8532 0.0772</w:t>
        <w:br/>
        <w:t>vn 0.2421 -0.9224 0.3010</w:t>
        <w:br/>
        <w:t>vn 0.1185 -0.9342 0.3364</w:t>
        <w:br/>
        <w:t>vn -0.0280 -0.8957 0.4438</w:t>
        <w:br/>
        <w:t>vn 0.4715 -0.8674 0.1592</w:t>
        <w:br/>
        <w:t>vn 0.3772 -0.9226 0.0812</w:t>
        <w:br/>
        <w:t>vn 0.1602 -0.9495 0.2699</w:t>
        <w:br/>
        <w:t>vn -0.0414 -0.9573 0.2863</w:t>
        <w:br/>
        <w:t>vn 0.3395 -0.9310 0.1344</w:t>
        <w:br/>
        <w:t>vn 0.9843 -0.0452 0.1704</w:t>
        <w:br/>
        <w:t>vn 0.9741 -0.0345 0.2233</w:t>
        <w:br/>
        <w:t>vn 0.9837 -0.0777 0.1622</w:t>
        <w:br/>
        <w:t>vn 0.1024 -0.9791 0.1760</w:t>
        <w:br/>
        <w:t>vn -0.3984 -0.0070 0.9172</w:t>
        <w:br/>
        <w:t>vn -0.4347 0.4679 0.7695</w:t>
        <w:br/>
        <w:t>vn -0.3917 0.0053 0.9201</w:t>
        <w:br/>
        <w:t>vn 0.8216 0.5291 0.2124</w:t>
        <w:br/>
        <w:t>vn 0.9424 0.0161 0.3342</w:t>
        <w:br/>
        <w:t>vn 0.3598 0.9326 0.0295</w:t>
        <w:br/>
        <w:t>vn 0.3779 0.9254 0.0291</w:t>
        <w:br/>
        <w:t>vn -0.4319 0.4289 0.7934</w:t>
        <w:br/>
        <w:t>vn 0.8255 0.4955 0.2703</w:t>
        <w:br/>
        <w:t>vn 0.0548 0.9533 0.2970</w:t>
        <w:br/>
        <w:t>vn 0.0548 0.9533 0.2969</w:t>
        <w:br/>
        <w:t>vn -0.3569 0.8645 0.3538</w:t>
        <w:br/>
        <w:t>vn -0.3464 -0.3269 0.8793</w:t>
        <w:br/>
        <w:t>vn -0.2528 -0.5168 0.8179</w:t>
        <w:br/>
        <w:t>vn -0.3467 -0.3481 0.8710</w:t>
        <w:br/>
        <w:t>vn 0.3780 0.9254 0.0291</w:t>
        <w:br/>
        <w:t>vn 0.3922 0.9186 0.0476</w:t>
        <w:br/>
        <w:t>vn -0.1338 -0.6809 0.7201</w:t>
        <w:br/>
        <w:t>vn -0.0332 -0.7979 0.6019</w:t>
        <w:br/>
        <w:t>vn 0.9723 -0.0938 0.2142</w:t>
        <w:br/>
        <w:t>vn 0.8515 0.0689 0.5199</w:t>
        <w:br/>
        <w:t>vn 0.8341 0.0825 0.5454</w:t>
        <w:br/>
        <w:t>vn 0.7594 0.1374 0.6359</w:t>
        <w:br/>
        <w:t>vn 0.9822 -0.0954 0.1619</w:t>
        <w:br/>
        <w:t>vn 0.9873 -0.1034 0.1203</w:t>
        <w:br/>
        <w:t>vn 0.9891 -0.0959 0.1120</w:t>
        <w:br/>
        <w:t>vn 0.3365 0.9410 0.0364</w:t>
        <w:br/>
        <w:t>vn 0.3640 0.9312 0.0215</w:t>
        <w:br/>
        <w:t>vn 0.3513 0.9359 0.0241</w:t>
        <w:br/>
        <w:t>vn 0.3355 0.9411 0.0429</w:t>
        <w:br/>
        <w:t>vn 0.2758 0.9509 0.1404</w:t>
        <w:br/>
        <w:t>vn 0.2087 0.9285 0.3071</w:t>
        <w:br/>
        <w:t>vn 0.3294 0.9259 0.1847</w:t>
        <w:br/>
        <w:t>vn 0.7662 0.2650 0.5854</w:t>
        <w:br/>
        <w:t>vn 0.7662 0.2649 0.5855</w:t>
        <w:br/>
        <w:t>vn 0.6205 0.7128 -0.3269</w:t>
        <w:br/>
        <w:t>vn 0.6115 0.7174 -0.3338</w:t>
        <w:br/>
        <w:t>vn 0.3295 0.9259 0.1847</w:t>
        <w:br/>
        <w:t>vn -0.0411 -0.7764 0.6289</w:t>
        <w:br/>
        <w:t>vn 0.8946 -0.0308 0.4459</w:t>
        <w:br/>
        <w:t>vn -0.1470 -0.7317 0.6656</w:t>
        <w:br/>
        <w:t>vn 0.6617 0.6965 -0.2775</w:t>
        <w:br/>
        <w:t>vn 0.8684 -0.0441 0.4939</w:t>
        <w:br/>
        <w:t>vn 0.6794 0.6958 -0.2329</w:t>
        <w:br/>
        <w:t>vn -0.1077 -0.7164 0.6893</w:t>
        <w:br/>
        <w:t>vn 0.7611 -0.0073 0.6486</w:t>
        <w:br/>
        <w:t>vn 0.7194 0.6845 -0.1179</w:t>
        <w:br/>
        <w:t>vn 0.6662 -0.0326 0.7451</w:t>
        <w:br/>
        <w:t>vn 0.7219 0.6880 0.0747</w:t>
        <w:br/>
        <w:t>vn -0.2093 -0.5442 0.8125</w:t>
        <w:br/>
        <w:t>vn 0.5626 -0.0132 0.8266</w:t>
        <w:br/>
        <w:t>vn -0.4633 -0.6762 0.5728</w:t>
        <w:br/>
        <w:t>vn 0.7240 0.6876 0.0554</w:t>
        <w:br/>
        <w:t>vn 0.2996 -0.0250 0.9537</w:t>
        <w:br/>
        <w:t>vn -0.3843 -0.3595 0.8503</w:t>
        <w:br/>
        <w:t>vn -0.6861 -0.6492 0.3284</w:t>
        <w:br/>
        <w:t>vn 0.6203 0.7306 0.2853</w:t>
        <w:br/>
        <w:t>vn -0.2769 0.0476 0.9597</w:t>
        <w:br/>
        <w:t>vn 0.4933 0.7485 0.4432</w:t>
        <w:br/>
        <w:t>vn -0.7242 -0.3167 0.6126</w:t>
        <w:br/>
        <w:t>vn -0.7165 -0.6863 0.1247</w:t>
        <w:br/>
        <w:t>vn 0.3107 0.8164 0.4869</w:t>
        <w:br/>
        <w:t>vn -0.6053 0.1052 0.7891</w:t>
        <w:br/>
        <w:t>vn 0.2012 0.8169 0.5406</w:t>
        <w:br/>
        <w:t>vn -0.8219 -0.4235 0.3809</w:t>
        <w:br/>
        <w:t>vn -0.6954 -0.7182 0.0256</w:t>
        <w:br/>
        <w:t>vn -0.6707 -0.7417 -0.0106</w:t>
        <w:br/>
        <w:t>vn -0.6407 -0.7668 -0.0391</w:t>
        <w:br/>
        <w:t>vn 0.0606 0.8449 0.5315</w:t>
        <w:br/>
        <w:t>vn -0.7455 0.1136 0.6568</w:t>
        <w:br/>
        <w:t>vn -0.7820 0.1122 0.6131</w:t>
        <w:br/>
        <w:t>vn 0.0659 0.8402 0.5382</w:t>
        <w:br/>
        <w:t>vn -0.7820 0.1002 0.6152</w:t>
        <w:br/>
        <w:t>vn -0.0152 0.8507 0.5254</w:t>
        <w:br/>
        <w:t>vn -0.0637 0.8371 0.5433</w:t>
        <w:br/>
        <w:t>vn 0.9259 -0.0334 0.3763</w:t>
        <w:br/>
        <w:t>vn 0.9591 -0.1113 0.2602</w:t>
        <w:br/>
        <w:t>vn 0.9323 -0.0094 0.3616</w:t>
        <w:br/>
        <w:t>vn 0.1046 0.9919 0.0725</w:t>
        <w:br/>
        <w:t>vn 0.1046 0.9919 0.0724</w:t>
        <w:br/>
        <w:t>vn 0.0690 0.9936 0.0894</w:t>
        <w:br/>
        <w:t>vn 0.9495 -0.0810 0.3031</w:t>
        <w:br/>
        <w:t>vn 0.1402 0.9886 0.0553</w:t>
        <w:br/>
        <w:t>vn -0.9143 0.1304 -0.3834</w:t>
        <w:br/>
        <w:t>vn -0.8846 0.1597 -0.4382</w:t>
        <w:br/>
        <w:t>vn -0.9098 0.1347 -0.3926</w:t>
        <w:br/>
        <w:t>vn -0.8647 0.2158 -0.4536</w:t>
        <w:br/>
        <w:t>vn 0.9277 -0.0958 0.3608</w:t>
        <w:br/>
        <w:t>vn -0.2546 0.4250 0.8687</w:t>
        <w:br/>
        <w:t>vn -0.2708 0.3468 0.8980</w:t>
        <w:br/>
        <w:t>vn -0.2782 0.4092 0.8690</w:t>
        <w:br/>
        <w:t>vn 0.9099 -0.0967 0.4033</w:t>
        <w:br/>
        <w:t>vn -0.8596 0.2362 -0.4531</w:t>
        <w:br/>
        <w:t>vn -0.2813 0.2703 0.9208</w:t>
        <w:br/>
        <w:t>vn -0.8826 0.2354 -0.4070</w:t>
        <w:br/>
        <w:t>vn 0.8930 -0.1136 0.4355</w:t>
        <w:br/>
        <w:t>vn -0.3042 0.1826 0.9349</w:t>
        <w:br/>
        <w:t>vn 0.8924 -0.1116 0.4373</w:t>
        <w:br/>
        <w:t>vn 0.8848 -0.0941 0.4564</w:t>
        <w:br/>
        <w:t>vn -0.8953 0.1990 -0.3986</w:t>
        <w:br/>
        <w:t>vn -0.3092 0.1821 0.9334</w:t>
        <w:br/>
        <w:t>vn -0.8950 0.1982 -0.3996</w:t>
        <w:br/>
        <w:t>vn -0.8868 0.2341 -0.3985</w:t>
        <w:br/>
        <w:t>vn 0.8959 -0.0772 0.4376</w:t>
        <w:br/>
        <w:t>vn -0.3076 0.1454 0.9403</w:t>
        <w:br/>
        <w:t>vn 0.8826 0.0089 0.4701</w:t>
        <w:br/>
        <w:t>vn -0.9244 0.2564 -0.2823</w:t>
        <w:br/>
        <w:t>vn -0.3163 0.1632 0.9345</w:t>
        <w:br/>
        <w:t>vn -0.9085 0.0642 -0.4129</w:t>
        <w:br/>
        <w:t>vn 0.8712 -0.0641 0.4867</w:t>
        <w:br/>
        <w:t>vn -0.8312 -0.1378 -0.5387</w:t>
        <w:br/>
        <w:t>vn -0.3048 0.1077 0.9463</w:t>
        <w:br/>
        <w:t>vn -0.2890 0.0703 0.9547</w:t>
        <w:br/>
        <w:t>vn -0.8051 0.1005 -0.5846</w:t>
        <w:br/>
        <w:t>vn 0.8759 -0.1099 0.4698</w:t>
        <w:br/>
        <w:t>vn -0.7891 0.3030 -0.5343</w:t>
        <w:br/>
        <w:t>vn -0.6112 -0.6951 -0.3785</w:t>
        <w:br/>
        <w:t>vn -0.6112 -0.6952 -0.3785</w:t>
        <w:br/>
        <w:t>vn -0.8312 -0.1377 -0.5387</w:t>
        <w:br/>
        <w:t>vn 0.8717 -0.2234 0.4362</w:t>
        <w:br/>
        <w:t>vn -0.6768 -0.6599 -0.3264</w:t>
        <w:br/>
        <w:t>vn 0.9093 -0.0970 0.4048</w:t>
        <w:br/>
        <w:t>vn 0.0685 -0.2165 -0.9739</w:t>
        <w:br/>
        <w:t>vn 0.0465 -0.1899 -0.9807</w:t>
        <w:br/>
        <w:t>vn 0.1056 -0.2853 -0.9526</w:t>
        <w:br/>
        <w:t>vn 0.9018 -0.0889 0.4230</w:t>
        <w:br/>
        <w:t>vn 0.9119 -0.0419 0.4082</w:t>
        <w:br/>
        <w:t>vn -0.8865 0.1539 -0.4365</w:t>
        <w:br/>
        <w:t>vn 0.0298 -0.1532 -0.9877</w:t>
        <w:br/>
        <w:t>vn -0.8752 0.1460 -0.4612</w:t>
        <w:br/>
        <w:t>vn -0.8933 0.1266 -0.4313</w:t>
        <w:br/>
        <w:t>vn 0.9151 -0.0430 0.4010</w:t>
        <w:br/>
        <w:t>vn -0.9093 0.1336 -0.3942</w:t>
        <w:br/>
        <w:t>vn 0.0232 -0.1619 -0.9865</w:t>
        <w:br/>
        <w:t>vn 0.0144 -0.1629 -0.9865</w:t>
        <w:br/>
        <w:t>vn -0.9181 0.1292 -0.3747</w:t>
        <w:br/>
        <w:t>vn 0.9081 0.0063 0.4187</w:t>
        <w:br/>
        <w:t>vn -0.9209 0.1289 -0.3679</w:t>
        <w:br/>
        <w:t>vn 0.0055 0.0147 -0.9999</w:t>
        <w:br/>
        <w:t>vn -0.9144 0.1304 -0.3833</w:t>
        <w:br/>
        <w:t>vn -0.0003 0.1906 -0.9817</w:t>
        <w:br/>
        <w:t>vn -0.0531 0.2378 -0.9699</w:t>
        <w:br/>
        <w:t>vn 0.8914 0.0478 0.4507</w:t>
        <w:br/>
        <w:t>vn 0.0275 -0.0107 -0.9996</w:t>
        <w:br/>
        <w:t>vn -0.9445 0.3206 0.0715</w:t>
        <w:br/>
        <w:t>vn -0.8408 0.5162 0.1629</w:t>
        <w:br/>
        <w:t>vn -0.9364 0.3508 0.0004</w:t>
        <w:br/>
        <w:t>vn -0.9883 0.1506 0.0259</w:t>
        <w:br/>
        <w:t>vn -0.8419 0.5129 0.1677</w:t>
        <w:br/>
        <w:t>vn -0.9693 0.1649 0.1826</w:t>
        <w:br/>
        <w:t>vn -0.8991 0.2071 0.3856</w:t>
        <w:br/>
        <w:t>vn -0.2197 -0.5564 0.8014</w:t>
        <w:br/>
        <w:t>vn -0.4123 -0.7722 0.4835</w:t>
        <w:br/>
        <w:t>vn -0.2603 -0.5740 0.7764</w:t>
        <w:br/>
        <w:t>vn 0.0879 -0.1232 0.9885</w:t>
        <w:br/>
        <w:t>vn -0.3510 -0.7499 0.5608</w:t>
        <w:br/>
        <w:t>vn 0.9550 -0.2953 -0.0280</w:t>
        <w:br/>
        <w:t>vn 0.8816 -0.4660 -0.0749</w:t>
        <w:br/>
        <w:t>vn 0.8772 -0.4769 -0.0548</w:t>
        <w:br/>
        <w:t>vn 0.9474 -0.3188 0.0274</w:t>
        <w:br/>
        <w:t>vn 0.9874 -0.1556 -0.0290</w:t>
        <w:br/>
        <w:t>vn 0.9690 -0.1662 -0.1827</w:t>
        <w:br/>
        <w:t>vn 0.1645 -0.0053 0.9864</w:t>
        <w:br/>
        <w:t>vn 0.8991 -0.2071 -0.3856</w:t>
        <w:br/>
        <w:t>vn 0.3476 0.3336 0.8763</w:t>
        <w:br/>
        <w:t>vn -0.9249 0.0417 0.3778</w:t>
        <w:br/>
        <w:t>vn 0.9249 -0.0417 -0.3778</w:t>
        <w:br/>
        <w:t>vn 0.4436 0.5413 0.7143</w:t>
        <w:br/>
        <w:t>vn -0.9087 0.2983 0.2919</w:t>
        <w:br/>
        <w:t>vn 0.5017 0.6962 0.5134</w:t>
        <w:br/>
        <w:t>vn -0.9007 0.4142 0.1310</w:t>
        <w:br/>
        <w:t>vn 0.9087 -0.2984 -0.2918</w:t>
        <w:br/>
        <w:t>vn 0.5017 0.6962 0.5135</w:t>
        <w:br/>
        <w:t>vn 0.9007 -0.4143 -0.1310</w:t>
        <w:br/>
        <w:t>vn -0.9835 0.1706 -0.0602</w:t>
        <w:br/>
        <w:t>vn -0.9927 0.1199 -0.0143</w:t>
        <w:br/>
        <w:t>vn -0.9997 -0.0133 0.0226</w:t>
        <w:br/>
        <w:t>vn 0.3825 0.7828 -0.4908</w:t>
        <w:br/>
        <w:t>vn 0.9802 -0.1898 0.0568</w:t>
        <w:br/>
        <w:t>vn 0.9904 -0.1378 0.0080</w:t>
        <w:br/>
        <w:t>vn 0.9993 -0.0281 -0.0266</w:t>
        <w:br/>
        <w:t>vn -0.9995 -0.0257 0.0195</w:t>
        <w:br/>
        <w:t>vn -0.9995 -0.0306 -0.0011</w:t>
        <w:br/>
        <w:t>vn -0.9976 -0.0294 -0.0630</w:t>
        <w:br/>
        <w:t>vn -0.1142 0.0183 -0.9933</w:t>
        <w:br/>
        <w:t>vn -0.0674 -0.0161 -0.9976</w:t>
        <w:br/>
        <w:t>vn -0.1393 0.0485 -0.9891</w:t>
        <w:br/>
        <w:t>vn -0.0912 -0.0525 -0.9944</w:t>
        <w:br/>
        <w:t>vn 0.9996 -0.0211 -0.0193</w:t>
        <w:br/>
        <w:t>vn -0.0202 -0.0505 -0.9985</w:t>
        <w:br/>
        <w:t>vn 0.9998 -0.0191 0.0013</w:t>
        <w:br/>
        <w:t>vn 0.0530 -0.0077 -0.9986</w:t>
        <w:br/>
        <w:t>vn 0.9978 -0.0230 0.0630</w:t>
        <w:br/>
        <w:t>vn 0.9472 0.0512 0.3164</w:t>
        <w:br/>
        <w:t>vn 0.9281 -0.0085 0.3723</w:t>
        <w:br/>
        <w:t>vn 0.9486 0.0235 0.3155</w:t>
        <w:br/>
        <w:t>vn 0.9622 0.0735 0.2621</w:t>
        <w:br/>
        <w:t>vn 0.9129 -0.0318 0.4070</w:t>
        <w:br/>
        <w:t>vn 0.9894 0.0467 0.1377</w:t>
        <w:br/>
        <w:t>vn 0.9365 -0.0390 0.3486</w:t>
        <w:br/>
        <w:t>vn 0.9211 -0.0572 0.3851</w:t>
        <w:br/>
        <w:t>vn 0.9894 0.0240 0.1432</w:t>
        <w:br/>
        <w:t>vn 0.9392 -0.0806 0.3339</w:t>
        <w:br/>
        <w:t>vn 0.9384 -0.0492 0.3420</w:t>
        <w:br/>
        <w:t>vn 0.9791 -0.0534 0.1962</w:t>
        <w:br/>
        <w:t>vn 0.9951 0.0102 -0.0980</w:t>
        <w:br/>
        <w:t>vn 0.9920 0.0100 -0.1256</w:t>
        <w:br/>
        <w:t>vn 0.9950 -0.0486 -0.0871</w:t>
        <w:br/>
        <w:t>vn 0.9808 -0.0762 0.1795</w:t>
        <w:br/>
        <w:t>vn 0.9423 -0.0408 0.3322</w:t>
        <w:br/>
        <w:t>vn 0.9411 -0.0276 0.3370</w:t>
        <w:br/>
        <w:t>vn 0.9409 -0.0231 0.3378</w:t>
        <w:br/>
        <w:t>vn 0.9331 -0.0599 0.3547</w:t>
        <w:br/>
        <w:t>vn 0.9816 -0.0344 0.1876</w:t>
        <w:br/>
        <w:t>vn 0.9375 -0.0638 0.3420</w:t>
        <w:br/>
        <w:t>vn 0.9085 -0.0858 0.4090</w:t>
        <w:br/>
        <w:t>vn 0.9103 -0.0719 0.4078</w:t>
        <w:br/>
        <w:t>vn 0.9594 -0.1020 0.2630</w:t>
        <w:br/>
        <w:t>vn 0.9852 -0.0617 0.1602</w:t>
        <w:br/>
        <w:t>vn 0.9875 -0.1009 0.1214</w:t>
        <w:br/>
        <w:t>vn 0.9884 -0.1462 0.0417</w:t>
        <w:br/>
        <w:t>vn 0.9861 -0.0671 -0.1520</w:t>
        <w:br/>
        <w:t>vn 0.9791 -0.1288 -0.1574</w:t>
        <w:br/>
        <w:t>vn 0.9699 -0.1691 -0.1755</w:t>
        <w:br/>
        <w:t>vn 0.9431 -0.1542 -0.2945</w:t>
        <w:br/>
        <w:t>vn 0.9835 -0.0806 -0.1622</w:t>
        <w:br/>
        <w:t>vn 0.9417 -0.1058 -0.3193</w:t>
        <w:br/>
        <w:t>vn 0.9359 -0.1294 -0.3277</w:t>
        <w:br/>
        <w:t>vn 0.9295 -0.1284 -0.3457</w:t>
        <w:br/>
        <w:t>vn 0.9466 -0.0895 -0.3097</w:t>
        <w:br/>
        <w:t>vn 0.9454 -0.0750 -0.3171</w:t>
        <w:br/>
        <w:t>vn 0.9481 -0.0776 -0.3085</w:t>
        <w:br/>
        <w:t>vn 0.9477 -0.1054 -0.3014</w:t>
        <w:br/>
        <w:t>vn 0.9325 -0.0919 -0.3492</w:t>
        <w:br/>
        <w:t>vn 0.9906 -0.0812 -0.1100</w:t>
        <w:br/>
        <w:t>vn 0.9477 -0.1055 -0.3011</w:t>
        <w:br/>
        <w:t>vn 0.9099 -0.0646 -0.4099</w:t>
        <w:br/>
        <w:t>vn 0.9454 -0.0467 -0.3226</w:t>
        <w:br/>
        <w:t>vn 0.9040 -0.0442 -0.4252</w:t>
        <w:br/>
        <w:t>vn 0.9483 -0.0293 -0.3159</w:t>
        <w:br/>
        <w:t>vn 0.9064 -0.0716 -0.4163</w:t>
        <w:br/>
        <w:t>vn 0.9621 -0.0028 -0.2726</w:t>
        <w:br/>
        <w:t>vn 0.9235 -0.0562 -0.3795</w:t>
        <w:br/>
        <w:t>vn 0.2662 0.0417 0.9630</w:t>
        <w:br/>
        <w:t>vn 0.3126 0.0367 0.9492</w:t>
        <w:br/>
        <w:t>vn 0.3347 0.0554 0.9407</w:t>
        <w:br/>
        <w:t>vn 0.3571 0.0234 0.9338</w:t>
        <w:br/>
        <w:t>vn 0.2688 0.0288 0.9628</w:t>
        <w:br/>
        <w:t>vn 0.3573 0.0216 0.9337</w:t>
        <w:br/>
        <w:t>vn 0.2835 0.0309 0.9585</w:t>
        <w:br/>
        <w:t>vn 0.3120 0.0356 0.9494</w:t>
        <w:br/>
        <w:t>vn 0.3165 0.0183 0.9484</w:t>
        <w:br/>
        <w:t>vn 0.2882 0.0488 0.9563</w:t>
        <w:br/>
        <w:t>vn 0.3008 0.0521 0.9523</w:t>
        <w:br/>
        <w:t>vn 0.3161 0.0450 0.9476</w:t>
        <w:br/>
        <w:t>vn 0.3103 0.0365 0.9499</w:t>
        <w:br/>
        <w:t>vn 0.3005 0.0380 0.9530</w:t>
        <w:br/>
        <w:t>vn -0.7536 0.5749 0.3186</w:t>
        <w:br/>
        <w:t>vn -0.4660 0.8657 0.1830</w:t>
        <w:br/>
        <w:t>vn -0.7418 0.5803 0.3361</w:t>
        <w:br/>
        <w:t>vn 0.3006 0.0391 0.9529</w:t>
        <w:br/>
        <w:t>vn -0.9019 0.1775 0.3938</w:t>
        <w:br/>
        <w:t>vn 0.2911 0.0393 0.9559</w:t>
        <w:br/>
        <w:t>vn -0.9039 0.1778 0.3890</w:t>
        <w:br/>
        <w:t>vn -0.9012 -0.1203 0.4163</w:t>
        <w:br/>
        <w:t>vn -0.6700 -0.6695 0.3209</w:t>
        <w:br/>
        <w:t>vn -0.8233 -0.4253 0.3759</w:t>
        <w:br/>
        <w:t>vn 0.3582 0.0265 0.9333</w:t>
        <w:br/>
        <w:t>vn 0.3558 0.0257 0.9342</w:t>
        <w:br/>
        <w:t>vn 0.3566 0.0272 0.9339</w:t>
        <w:br/>
        <w:t>vn 0.3535 0.0274 0.9350</w:t>
        <w:br/>
        <w:t>vn 0.3598 0.0274 0.9326</w:t>
        <w:br/>
        <w:t>vn 0.3536 0.0284 0.9350</w:t>
        <w:br/>
        <w:t>vn 0.3575 0.0277 0.9335</w:t>
        <w:br/>
        <w:t>vn 0.3613 0.0273 0.9321</w:t>
        <w:br/>
        <w:t>vn 0.3567 0.0288 0.9338</w:t>
        <w:br/>
        <w:t>vn 0.3500 0.0291 0.9363</w:t>
        <w:br/>
        <w:t>vn 0.3540 0.0290 0.9348</w:t>
        <w:br/>
        <w:t>vn 0.9203 -0.1922 -0.3406</w:t>
        <w:br/>
        <w:t>vn 0.7679 0.5609 -0.3093</w:t>
        <w:br/>
        <w:t>vn 0.9204 -0.1920 -0.3406</w:t>
        <w:br/>
        <w:t>vn 0.5415 -0.8221 -0.1757</w:t>
        <w:br/>
        <w:t>vn 0.3234 0.0358 0.9456</w:t>
        <w:br/>
        <w:t>vn 0.3239 0.0363 0.9454</w:t>
        <w:br/>
        <w:t>vn 0.3261 0.0378 0.9446</w:t>
        <w:br/>
        <w:t>vn 0.7680 0.5610 -0.3090</w:t>
        <w:br/>
        <w:t>vn 0.3326 0.0344 0.9424</w:t>
        <w:br/>
        <w:t>vn 0.3639 0.9159 -0.1695</w:t>
        <w:br/>
        <w:t>vn 0.2591 0.9569 -0.1315</w:t>
        <w:br/>
        <w:t>vn 0.3587 0.0337 0.9328</w:t>
        <w:br/>
        <w:t>vn 0.3437 0.0404 0.9382</w:t>
        <w:br/>
        <w:t>vn 0.5230 0.8331 -0.1798</w:t>
        <w:br/>
        <w:t>vn 0.5233 0.8215 -0.2263</w:t>
        <w:br/>
        <w:t>vn 0.9158 0.3340 -0.2230</w:t>
        <w:br/>
        <w:t>vn 0.9563 -0.1504 -0.2507</w:t>
        <w:br/>
        <w:t>vn 0.9678 0.0959 -0.2329</w:t>
        <w:br/>
        <w:t>vn 0.9250 -0.1652 -0.3423</w:t>
        <w:br/>
        <w:t>vn 0.1734 -0.1457 0.9740</w:t>
        <w:br/>
        <w:t>vn 0.2288 -0.0067 0.9735</w:t>
        <w:br/>
        <w:t>vn 0.1350 -0.1346 0.9817</w:t>
        <w:br/>
        <w:t>vn 0.1730 -0.0640 0.9828</w:t>
        <w:br/>
        <w:t>vn 0.1485 -0.0308 0.9884</w:t>
        <w:br/>
        <w:t>vn 0.1181 -0.0571 0.9914</w:t>
        <w:br/>
        <w:t>vn 0.1941 -0.0576 0.9793</w:t>
        <w:br/>
        <w:t>vn 0.1963 -0.0348 0.9799</w:t>
        <w:br/>
        <w:t>vn 0.1146 0.0258 0.9931</w:t>
        <w:br/>
        <w:t>vn 0.1434 0.0252 0.9893</w:t>
        <w:br/>
        <w:t>vn 0.2661 0.0257 0.9636</w:t>
        <w:br/>
        <w:t>vn 0.2086 0.0310 0.9775</w:t>
        <w:br/>
        <w:t>vn 0.3181 0.0393 0.9472</w:t>
        <w:br/>
        <w:t>vn 0.3737 0.0378 0.9268</w:t>
        <w:br/>
        <w:t>vn 0.3742 0.0414 0.9264</w:t>
        <w:br/>
        <w:t>vn 0.3585 0.0384 0.9327</w:t>
        <w:br/>
        <w:t>vn 0.3585 0.0393 0.9327</w:t>
        <w:br/>
        <w:t>vn 0.3704 0.0278 0.9285</w:t>
        <w:br/>
        <w:t>vn 0.3653 0.0209 0.9307</w:t>
        <w:br/>
        <w:t>vn 0.3070 0.0339 0.9511</w:t>
        <w:br/>
        <w:t>vn 0.3213 0.0359 0.9463</w:t>
        <w:br/>
        <w:t>vn 0.2244 0.0638 0.9724</w:t>
        <w:br/>
        <w:t>vn 0.2035 0.0817 0.9757</w:t>
        <w:br/>
        <w:t>vn 0.2416 0.1306 0.9616</w:t>
        <w:br/>
        <w:t>vn 0.2685 0.1281 0.9547</w:t>
        <w:br/>
        <w:t>vn 0.9348 -0.1676 -0.3131</w:t>
        <w:br/>
        <w:t>vn 0.8685 -0.4130 -0.2740</w:t>
        <w:br/>
        <w:t>vn 0.9239 -0.1625 -0.3463</w:t>
        <w:br/>
        <w:t>vn 0.2435 0.1639 0.9560</w:t>
        <w:br/>
        <w:t>vn 0.7342 -0.6442 -0.2144</w:t>
        <w:br/>
        <w:t>vn 0.2629 0.1457 0.9538</w:t>
        <w:br/>
        <w:t>vn 0.2419 -0.9692 -0.0458</w:t>
        <w:br/>
        <w:t>vn 0.3626 0.0273 0.9315</w:t>
        <w:br/>
        <w:t>vn 0.3412 0.0318 0.9395</w:t>
        <w:br/>
        <w:t>vn 0.3688 0.0241 0.9292</w:t>
        <w:br/>
        <w:t>vn 0.2413 -0.9688 -0.0571</w:t>
        <w:br/>
        <w:t>vn 0.3200 0.0357 0.9467</w:t>
        <w:br/>
        <w:t>vn 0.2682 0.0080 0.9633</w:t>
        <w:br/>
        <w:t>vn 0.3292 0.0337 0.9437</w:t>
        <w:br/>
        <w:t>vn -0.0115 -0.9991 0.0400</w:t>
        <w:br/>
        <w:t>vn 0.3318 0.0328 0.9428</w:t>
        <w:br/>
        <w:t>vn 0.0825 -0.9966 0.0042</w:t>
        <w:br/>
        <w:t>vn 0.3096 0.1436 0.9400</w:t>
        <w:br/>
        <w:t>vn 0.5415 -0.8221 -0.1759</w:t>
        <w:br/>
        <w:t>vn 0.2431 0.1056 0.9642</w:t>
        <w:br/>
        <w:t>vn -0.1358 0.4256 -0.8947</w:t>
        <w:br/>
        <w:t>vn -0.0917 0.3997 -0.9121</w:t>
        <w:br/>
        <w:t>vn -0.1364 0.4193 -0.8975</w:t>
        <w:br/>
        <w:t>vn -0.1804 0.4161 -0.8913</w:t>
        <w:br/>
        <w:t>vn -0.1250 0.3831 -0.9152</w:t>
        <w:br/>
        <w:t>vn -0.2040 0.4248 -0.8820</w:t>
        <w:br/>
        <w:t>vn -0.1548 0.3659 -0.9177</w:t>
        <w:br/>
        <w:t>vn -0.2197 0.4017 -0.8891</w:t>
        <w:br/>
        <w:t>vn -0.1810 0.3431 -0.9217</w:t>
        <w:br/>
        <w:t>vn -0.2449 0.4130 -0.8772</w:t>
        <w:br/>
        <w:t>vn -0.2004 0.3406 -0.9186</w:t>
        <w:br/>
        <w:t>vn -0.2294 0.3362 -0.9134</w:t>
        <w:br/>
        <w:t>vn 0.0299 -0.9993 -0.0210</w:t>
        <w:br/>
        <w:t>vn -0.3974 -0.9172 0.0287</w:t>
        <w:br/>
        <w:t>vn 0.0297 -0.9995 0.0041</w:t>
        <w:br/>
        <w:t>vn -0.3928 -0.9158 -0.0843</w:t>
        <w:br/>
        <w:t>vn 0.0412 -0.9979 0.0499</w:t>
        <w:br/>
        <w:t>vn -0.3424 -0.9362 -0.0790</w:t>
        <w:br/>
        <w:t>vn -0.3473 -0.9048 0.2464</w:t>
        <w:br/>
        <w:t>vn -0.3456 -0.9381 0.0244</w:t>
        <w:br/>
        <w:t>vn -0.1730 -0.9160 0.3620</w:t>
        <w:br/>
        <w:t>vn 0.0766 -0.9931 0.0886</w:t>
        <w:br/>
        <w:t>vn 0.1074 -0.9881 0.1100</w:t>
        <w:br/>
        <w:t>vn -0.2999 -0.9275 0.2233</w:t>
        <w:br/>
        <w:t>vn 0.0288 -0.8083 0.5881</w:t>
        <w:br/>
        <w:t>vn 0.1389 -0.9837 0.1145</w:t>
        <w:br/>
        <w:t>vn -0.2495 -0.7538 0.6079</w:t>
        <w:br/>
        <w:t>vn 0.1552 -0.9341 0.3213</w:t>
        <w:br/>
        <w:t>vn -0.2236 -0.5452 0.8080</w:t>
        <w:br/>
        <w:t>vn 0.2505 -0.7904 0.5590</w:t>
        <w:br/>
        <w:t>vn 0.4664 -0.8219 0.3269</w:t>
        <w:br/>
        <w:t>vn 0.5323 -0.8115 0.2412</w:t>
        <w:br/>
        <w:t>vn 0.6657 -0.6662 0.3363</w:t>
        <w:br/>
        <w:t>vn 0.3074 -0.8487 0.4302</w:t>
        <w:br/>
        <w:t>vn 0.1763 -0.9789 0.1031</w:t>
        <w:br/>
        <w:t>vn 0.2159 -0.9730 0.0815</w:t>
        <w:br/>
        <w:t>vn 0.4491 -0.8411 0.3014</w:t>
        <w:br/>
        <w:t>vn 0.2387 -0.9694 0.0570</w:t>
        <w:br/>
        <w:t>vn 0.0466 -0.9983 0.0352</w:t>
        <w:br/>
        <w:t>vn -0.0466 0.9983 -0.0352</w:t>
        <w:br/>
        <w:t>vn -0.0467 0.9983 -0.0352</w:t>
        <w:br/>
        <w:t>vn -0.0465 0.9983 -0.0352</w:t>
        <w:br/>
        <w:t>vn -0.8797 0.1700 0.4441</w:t>
        <w:br/>
        <w:t>vn -0.8816 0.1713 0.4398</w:t>
        <w:br/>
        <w:t>vn -0.8087 0.1582 0.5666</w:t>
        <w:br/>
        <w:t>vn 0.2045 0.9259 0.3175</w:t>
        <w:br/>
        <w:t>vn 0.1179 0.9544 0.2742</w:t>
        <w:br/>
        <w:t>vn 0.1081 0.9584 0.2640</w:t>
        <w:br/>
        <w:t>vn -0.7199 0.1432 0.6791</w:t>
        <w:br/>
        <w:t>vn -0.2780 -0.9269 0.2521</w:t>
        <w:br/>
        <w:t>vn -0.2730 -0.9256 0.2620</w:t>
        <w:br/>
        <w:t>vn -0.1764 -0.9093 0.3768</w:t>
        <w:br/>
        <w:t>vn 0.2487 0.9345 0.2547</w:t>
        <w:br/>
        <w:t>vn -0.6148 0.1239 0.7789</w:t>
        <w:br/>
        <w:t>vn -0.0962 -0.9325 0.3482</w:t>
        <w:br/>
        <w:t>vn -0.6196 0.1260 0.7747</w:t>
        <w:br/>
        <w:t>vn 0.2733 0.8373 0.4735</w:t>
        <w:br/>
        <w:t>vn 0.4832 -0.0913 0.8707</w:t>
        <w:br/>
        <w:t>vn 0.2735 -0.0474 0.9607</w:t>
        <w:br/>
        <w:t>vn 0.4804 -0.0898 0.8724</w:t>
        <w:br/>
        <w:t>vn 0.1810 0.7704 0.6113</w:t>
        <w:br/>
        <w:t>vn 0.0594 -0.4682 0.8816</w:t>
        <w:br/>
        <w:t>vn -0.1657 -0.6781 0.7161</w:t>
        <w:br/>
        <w:t>vn 0.0967 0.3072 0.9467</w:t>
        <w:br/>
        <w:t>vn -0.0447 -0.3446 0.9377</w:t>
        <w:br/>
        <w:t>vn 0.0570 0.0013 0.9984</w:t>
        <w:br/>
        <w:t>vn -0.2101 -0.3023 0.9298</w:t>
        <w:br/>
        <w:t>vn -0.3032 -0.7039 0.6423</w:t>
        <w:br/>
        <w:t>vn -0.2212 0.0414 0.9743</w:t>
        <w:br/>
        <w:t>vn -0.0819 0.4435 0.8925</w:t>
        <w:br/>
        <w:t>vn 0.1240 0.8191 0.5601</w:t>
        <w:br/>
        <w:t>vn -0.4719 -0.3492 0.8095</w:t>
        <w:br/>
        <w:t>vn -0.1909 -0.8971 0.3985</w:t>
        <w:br/>
        <w:t>vn 0.5944 -0.1213 0.7950</w:t>
        <w:br/>
        <w:t>vn 0.6204 -0.1288 0.7736</w:t>
        <w:br/>
        <w:t>vn 0.6386 -0.1451 0.7558</w:t>
        <w:br/>
        <w:t>vn -0.3925 0.0783 0.9164</w:t>
        <w:br/>
        <w:t>vn 0.6019 -0.1102 0.7909</w:t>
        <w:br/>
        <w:t>vn 0.2664 0.3703 0.8899</w:t>
        <w:br/>
        <w:t>vn 0.2664 0.3704 0.8899</w:t>
        <w:br/>
        <w:t>vn 0.5320 -0.1196 0.8382</w:t>
        <w:br/>
        <w:t>vn 0.2029 0.8778 0.4340</w:t>
        <w:br/>
        <w:t>vn -0.1949 -0.1475 -0.9697</w:t>
        <w:br/>
        <w:t>vn -0.1815 -0.1393 -0.9735</w:t>
        <w:br/>
        <w:t>vn -0.1816 -0.1393 -0.9735</w:t>
        <w:br/>
        <w:t>vn -0.5213 0.8531 -0.0203</w:t>
        <w:br/>
        <w:t>vn -0.5187 0.8546 -0.0257</w:t>
        <w:br/>
        <w:t>vn -0.5267 0.8499 -0.0166</w:t>
        <w:br/>
        <w:t>vn -0.1682 -0.1311 -0.9770</w:t>
        <w:br/>
        <w:t>vn 0.5693 -0.8219 -0.0192</w:t>
        <w:br/>
        <w:t>vn 0.5887 -0.8074 -0.0387</w:t>
        <w:br/>
        <w:t>vn 0.5661 -0.8239 -0.0264</w:t>
        <w:br/>
        <w:t>vn -0.5192 0.8541 -0.0317</w:t>
        <w:br/>
        <w:t>vn -0.9177 -0.3871 -0.0890</w:t>
        <w:br/>
        <w:t>vn -0.9012 -0.3861 -0.1967</w:t>
        <w:br/>
        <w:t>vn -0.9178 -0.3890 -0.0797</w:t>
        <w:br/>
        <w:t>vn -0.5031 0.8612 -0.0719</w:t>
        <w:br/>
        <w:t>vn 0.6011 -0.7991 -0.0031</w:t>
        <w:br/>
        <w:t>vn -0.8777 -0.3934 -0.2736</w:t>
        <w:br/>
        <w:t>vn 0.5204 -0.8536 0.0250</w:t>
        <w:br/>
        <w:t>vn 0.4750 -0.8794 0.0308</w:t>
        <w:br/>
        <w:t>vn -0.7586 -0.3558 -0.5458</w:t>
        <w:br/>
        <w:t>vn -0.7293 -0.3746 -0.5726</w:t>
        <w:br/>
        <w:t>vn -0.5121 0.8545 -0.0876</w:t>
        <w:br/>
        <w:t>vn 0.4068 -0.9088 0.0926</w:t>
        <w:br/>
        <w:t>vn -0.5239 -0.2315 -0.8197</w:t>
        <w:br/>
        <w:t>vn 0.3715 -0.9261 0.0664</w:t>
        <w:br/>
        <w:t>vn -0.4429 0.8901 -0.1071</w:t>
        <w:br/>
        <w:t>vn -0.4644 -0.2350 -0.8539</w:t>
        <w:br/>
        <w:t>vn -0.4149 0.9073 -0.0684</w:t>
        <w:br/>
        <w:t>vn 0.3275 -0.9424 0.0683</w:t>
        <w:br/>
        <w:t>vn 0.3539 -0.9353 -0.0042</w:t>
        <w:br/>
        <w:t>vn 0.8950 -0.0204 -0.4457</w:t>
        <w:br/>
        <w:t>vn 0.8967 -0.0176 -0.4423</w:t>
        <w:br/>
        <w:t>vn 0.6794 -0.0333 -0.7330</w:t>
        <w:br/>
        <w:t>vn 0.0036 -0.0567 -0.9984</w:t>
        <w:br/>
        <w:t>vn -0.3598 -0.1057 -0.9270</w:t>
        <w:br/>
        <w:t>vn -0.3845 0.9209 -0.0647</w:t>
        <w:br/>
        <w:t>vn -0.0011 0.0381 -0.9993</w:t>
        <w:br/>
        <w:t>vn -0.4112 0.9112 -0.0244</w:t>
        <w:br/>
        <w:t>vn 0.0852 -0.0330 -0.9958</w:t>
        <w:br/>
        <w:t>vn 0.7326 0.5936 -0.3330</w:t>
        <w:br/>
        <w:t>vn 0.6720 0.6995 -0.2432</w:t>
        <w:br/>
        <w:t>vn 0.4023 0.7438 -0.5338</w:t>
        <w:br/>
        <w:t>vn -0.1743 0.1468 -0.9737</w:t>
        <w:br/>
        <w:t>vn -0.5578 0.3024 -0.7729</w:t>
        <w:br/>
        <w:t>vn -0.0103 0.6122 -0.7906</w:t>
        <w:br/>
        <w:t>vn -0.4500 0.8774 -0.1663</w:t>
        <w:br/>
        <w:t>vn 0.4024 0.7437 -0.5339</w:t>
        <w:br/>
        <w:t>vn -0.0102 0.6123 -0.7906</w:t>
        <w:br/>
        <w:t>vn 0.1200 0.8124 -0.5706</w:t>
        <w:br/>
        <w:t>vn -0.0177 0.7903 -0.6125</w:t>
        <w:br/>
        <w:t>vn -0.5578 0.3025 -0.7729</w:t>
        <w:br/>
        <w:t>vn -0.8247 0.3162 -0.4690</w:t>
        <w:br/>
        <w:t>vn -0.6737 0.3926 -0.6261</w:t>
        <w:br/>
        <w:t>vn -0.4208 -0.1178 -0.8995</w:t>
        <w:br/>
        <w:t>vn -0.5930 0.4917 -0.6377</w:t>
        <w:br/>
        <w:t>vn -0.5400 0.8100 -0.2286</w:t>
        <w:br/>
        <w:t>vn 0.0409 -0.0425 -0.9983</w:t>
        <w:br/>
        <w:t>vn -0.3990 -0.0267 -0.9166</w:t>
        <w:br/>
        <w:t>vn -0.0120 -0.9893 -0.1454</w:t>
        <w:br/>
        <w:t>vn -0.0603 -0.9866 -0.1515</w:t>
        <w:br/>
        <w:t>vn -0.0649 -0.9855 -0.1566</w:t>
        <w:br/>
        <w:t>vn -0.3206 -0.3635 -0.8747</w:t>
        <w:br/>
        <w:t>vn -0.0921 -0.1502 -0.9844</w:t>
        <w:br/>
        <w:t>vn 0.3081 0.1667 -0.9366</w:t>
        <w:br/>
        <w:t>vn -0.0241 -0.4325 -0.9013</w:t>
        <w:br/>
        <w:t>vn -0.0275 0.0453 -0.9986</w:t>
        <w:br/>
        <w:t>vn -0.0236 0.5488 -0.8356</w:t>
        <w:br/>
        <w:t>vn -0.0249 -0.0871 -0.9959</w:t>
        <w:br/>
        <w:t>vn 0.3319 -0.3449 -0.8780</w:t>
        <w:br/>
        <w:t>vn -0.4263 0.4857 -0.7631</w:t>
        <w:br/>
        <w:t>vn -0.5511 0.6279 -0.5496</w:t>
        <w:br/>
        <w:t>vn -0.8227 0.2990 -0.4835</w:t>
        <w:br/>
        <w:t>vn -0.6828 0.1127 -0.7219</w:t>
        <w:br/>
        <w:t>vn -0.9090 -0.0650 -0.4118</w:t>
        <w:br/>
        <w:t>vn 0.0086 -0.1151 -0.9933</w:t>
        <w:br/>
        <w:t>vn 0.5492 -0.1238 -0.8265</w:t>
        <w:br/>
        <w:t>vn -0.7161 -0.0736 -0.6941</w:t>
        <w:br/>
        <w:t>vn 0.5868 -0.0300 -0.8092</w:t>
        <w:br/>
        <w:t>vn -0.5358 -0.0752 -0.8410</w:t>
        <w:br/>
        <w:t>vn 0.5073 -0.0262 -0.8614</w:t>
        <w:br/>
        <w:t>vn -0.7212 -0.0737 -0.6888</w:t>
        <w:br/>
        <w:t>vn -0.9085 -0.0649 -0.4128</w:t>
        <w:br/>
        <w:t>vn 0.2269 -0.0486 -0.9727</w:t>
        <w:br/>
        <w:t>vn -0.5278 -0.0757 -0.8460</w:t>
        <w:br/>
        <w:t>vn 0.3791 -0.0240 -0.9250</w:t>
        <w:br/>
        <w:t>vn 0.2363 -0.0095 -0.9716</w:t>
        <w:br/>
        <w:t>vn -0.1949 -0.1099 -0.9747</w:t>
        <w:br/>
        <w:t>vn 0.0088 0.0741 -0.9972</w:t>
        <w:br/>
        <w:t>vn -0.6915 -0.3608 -0.6258</w:t>
        <w:br/>
        <w:t>vn -0.7399 -0.4411 -0.5080</w:t>
        <w:br/>
        <w:t>vn -0.3758 -0.8390 -0.3935</w:t>
        <w:br/>
        <w:t>vn -0.2231 -0.6679 -0.7100</w:t>
        <w:br/>
        <w:t>vn 0.2536 -0.8887 -0.3820</w:t>
        <w:br/>
        <w:t>vn -0.0766 -0.1542 -0.9851</w:t>
        <w:br/>
        <w:t>vn -0.0242 -0.1713 -0.9849</w:t>
        <w:br/>
        <w:t>vn -0.1200 0.0527 -0.9914</w:t>
        <w:br/>
        <w:t>vn 0.2391 -0.6162 -0.7504</w:t>
        <w:br/>
        <w:t>vn 0.1395 -0.1088 -0.9842</w:t>
        <w:br/>
        <w:t>vn -0.2474 -0.0199 -0.9687</w:t>
        <w:br/>
        <w:t>vn 0.6541 -0.3580 -0.6663</w:t>
        <w:br/>
        <w:t>vn 0.7090 -0.4414 -0.5500</w:t>
        <w:br/>
        <w:t>vn 0.8835 -0.0571 -0.4649</w:t>
        <w:br/>
        <w:t>vn 0.6881 -0.0656 -0.7227</w:t>
        <w:br/>
        <w:t>vn 0.8822 -0.0572 -0.4674</w:t>
        <w:br/>
        <w:t>vn -0.0520 -0.0599 -0.9969</w:t>
        <w:br/>
        <w:t>vn -0.3117 -0.0450 -0.9491</w:t>
        <w:br/>
        <w:t>vn -0.3506 -0.0452 -0.9354</w:t>
        <w:br/>
        <w:t>vn 0.0762 -0.0639 -0.9950</w:t>
        <w:br/>
        <w:t>vn -0.3806 -0.0447 -0.9237</w:t>
        <w:br/>
        <w:t>vn 0.7287 -0.0642 -0.6818</w:t>
        <w:br/>
        <w:t>vn 0.8814 -0.0571 -0.4688</w:t>
        <w:br/>
        <w:t>vn 0.2453 -0.0677 -0.9671</w:t>
        <w:br/>
        <w:t>vn 0.0369 -0.9906 -0.1317</w:t>
        <w:br/>
        <w:t>vn 0.7308 -0.0635 -0.6797</w:t>
        <w:br/>
        <w:t>vn 0.1175 -0.9885 -0.0954</w:t>
        <w:br/>
        <w:t>vn 0.1517 -0.9862 -0.0668</w:t>
        <w:br/>
        <w:t>vn 0.1041 -0.9904 -0.0907</w:t>
        <w:br/>
        <w:t>vn 0.1762 -0.9820 -0.0679</w:t>
        <w:br/>
        <w:t>vn 0.7363 -0.0267 -0.6762</w:t>
        <w:br/>
        <w:t>vn -0.5274 0.1881 0.8285</w:t>
        <w:br/>
        <w:t>vn -0.8972 0.2185 0.3837</w:t>
        <w:br/>
        <w:t>vn -0.8957 0.2104 0.3916</w:t>
        <w:br/>
        <w:t>vn -0.8753 -0.4691 0.1178</w:t>
        <w:br/>
        <w:t>vn -0.4853 -0.3402 0.8054</w:t>
        <w:br/>
        <w:t>vn -0.3882 -0.5771 0.7185</w:t>
        <w:br/>
        <w:t>vn -0.5209 -0.7160 0.4648</w:t>
        <w:br/>
        <w:t>vn -0.8778 -0.4663 0.1094</w:t>
        <w:br/>
        <w:t>vn -0.4464 -0.8913 0.0795</w:t>
        <w:br/>
        <w:t>vn -0.3584 -0.7077 0.6089</w:t>
        <w:br/>
        <w:t>vn -0.3617 -0.7440 0.5619</w:t>
        <w:br/>
        <w:t>vn -0.1316 -0.3979 0.9079</w:t>
        <w:br/>
        <w:t>vn -0.5493 -0.7989 0.2450</w:t>
        <w:br/>
        <w:t>vn -0.3584 -0.7077 0.6088</w:t>
        <w:br/>
        <w:t>vn -0.4853 -0.3401 0.8055</w:t>
        <w:br/>
        <w:t>vn -0.0804 -0.3928 0.9161</w:t>
        <w:br/>
        <w:t>vn -0.9859 0.0368 -0.1635</w:t>
        <w:br/>
        <w:t>vn -0.9112 0.3014 0.2807</w:t>
        <w:br/>
        <w:t>vn -0.9935 0.0189 -0.1122</w:t>
        <w:br/>
        <w:t>vn -0.9113 0.3014 0.2807</w:t>
        <w:br/>
        <w:t>vn -0.5886 0.4836 0.6479</w:t>
        <w:br/>
        <w:t>vn -0.6017 0.4668 0.6481</w:t>
        <w:br/>
        <w:t>vn -0.9753 0.0546 -0.2142</w:t>
        <w:br/>
        <w:t>vn -0.5752 0.5001 0.6473</w:t>
        <w:br/>
        <w:t>vn 0.8766 0.3367 -0.3438</w:t>
        <w:br/>
        <w:t>vn 0.9194 -0.1954 -0.3414</w:t>
        <w:br/>
        <w:t>vn 0.9193 -0.1955 -0.3414</w:t>
        <w:br/>
        <w:t>vn 0.6654 -0.7110 -0.2272</w:t>
        <w:br/>
        <w:t>vn 0.8108 0.4876 -0.3238</w:t>
        <w:br/>
        <w:t>vn 0.8937 0.2827 -0.3483</w:t>
        <w:br/>
        <w:t>vn 0.5005 -0.8508 -0.1599</w:t>
        <w:br/>
        <w:t>vn 0.3196 -0.9435 -0.0881</w:t>
        <w:br/>
        <w:t>vn 0.3491 0.0302 0.9366</w:t>
        <w:br/>
        <w:t>vn 0.3490 0.0333 0.9365</w:t>
        <w:br/>
        <w:t>vn 0.3516 0.0294 0.9357</w:t>
        <w:br/>
        <w:t>vn 0.3538 0.0322 0.9347</w:t>
        <w:br/>
        <w:t>vn 0.3196 -0.9434 -0.0882</w:t>
        <w:br/>
        <w:t>vn 0.8186 -0.4934 -0.2941</w:t>
        <w:br/>
        <w:t>vn 0.9245 -0.1594 -0.3461</w:t>
        <w:br/>
        <w:t>vn 0.9245 -0.1594 -0.3462</w:t>
        <w:br/>
        <w:t>vn 0.4058 0.0239 0.9136</w:t>
        <w:br/>
        <w:t>vn 0.3391 0.0351 0.9401</w:t>
        <w:br/>
        <w:t>vn 0.8937 0.2825 -0.3485</w:t>
        <w:br/>
        <w:t>vn 0.3826 0.0283 0.9235</w:t>
        <w:br/>
        <w:t>vn 0.9319 -0.0977 -0.3492</w:t>
        <w:br/>
        <w:t>vn 0.9320 -0.0977 -0.3491</w:t>
        <w:br/>
        <w:t>vn 0.4669 0.0101 0.8842</w:t>
        <w:br/>
        <w:t>vn 0.4385 0.1223 0.8904</w:t>
        <w:br/>
        <w:t>vn 0.3254 0.9337 -0.1491</w:t>
        <w:br/>
        <w:t>vn 0.5162 0.8265 -0.2246</w:t>
        <w:br/>
        <w:t>vn 0.5161 0.8265 -0.2247</w:t>
        <w:br/>
        <w:t>vn 0.3237 0.9332 -0.1559</w:t>
        <w:br/>
        <w:t>vn 0.1174 0.9909 -0.0654</w:t>
        <w:br/>
        <w:t>vn 0.4749 0.3184 0.8204</w:t>
        <w:br/>
        <w:t>vn 0.4895 0.2127 0.8457</w:t>
        <w:br/>
        <w:t>vn 0.1204 0.9913 -0.0523</w:t>
        <w:br/>
        <w:t>vn -0.9470 0.1439 0.2871</w:t>
        <w:br/>
        <w:t>vn 0.5298 0.3608 0.7675</w:t>
        <w:br/>
        <w:t>vn 0.5753 -0.0258 0.8176</w:t>
        <w:br/>
        <w:t>vn 0.5403 0.0168 0.8413</w:t>
        <w:br/>
        <w:t>vn 0.3618 0.8286 0.4273</w:t>
        <w:br/>
        <w:t>vn 0.3645 0.8451 0.3910</w:t>
        <w:br/>
        <w:t>vn -0.1386 -0.9877 0.0727</w:t>
        <w:br/>
        <w:t>vn 0.2590 -0.9631 -0.0725</w:t>
        <w:br/>
        <w:t>vn -0.1421 -0.9881 0.0589</w:t>
        <w:br/>
        <w:t>vn 0.2609 -0.9632 -0.0651</w:t>
        <w:br/>
        <w:t>vn -0.8295 0.1310 0.5430</w:t>
        <w:br/>
        <w:t>vn -0.8462 0.1358 0.5153</w:t>
        <w:br/>
        <w:t>vn -0.8124 0.1375 0.5666</w:t>
        <w:br/>
        <w:t>vn 0.5347 0.0262 0.8446</w:t>
        <w:br/>
        <w:t>vn -0.8111 0.1326 0.5698</w:t>
        <w:br/>
        <w:t>vn -0.7947 0.1440 0.5896</w:t>
        <w:br/>
        <w:t>vn 0.5080 -0.0601 0.8593</w:t>
        <w:br/>
        <w:t>vn -0.7786 0.1493 0.6095</w:t>
        <w:br/>
        <w:t>vn 0.5163 -0.0234 0.8561</w:t>
        <w:br/>
        <w:t>vn 0.4824 -0.1670 0.8599</w:t>
        <w:br/>
        <w:t>vn 0.4434 -0.3878 0.8081</w:t>
        <w:br/>
        <w:t>vn 0.1884 -0.8495 0.4929</w:t>
        <w:br/>
        <w:t>vn 0.1680 -0.8604 0.4811</w:t>
        <w:br/>
        <w:t>vn 0.2088 -0.8379 0.5043</w:t>
        <w:br/>
        <w:t>vn 0.4511 -0.0529 0.8909</w:t>
        <w:br/>
        <w:t>vn 0.4672 0.0211 0.8839</w:t>
        <w:br/>
        <w:t>vn 0.9633 -0.1416 -0.2281</w:t>
        <w:br/>
        <w:t>vn 0.9802 -0.1227 -0.1555</w:t>
        <w:br/>
        <w:t>vn 0.9720 -0.1326 -0.1943</w:t>
        <w:br/>
        <w:t>vn 0.5367 0.0069 0.8437</w:t>
        <w:br/>
        <w:t>vn 0.9801 -0.1160 -0.1612</w:t>
        <w:br/>
        <w:t>vn 0.9868 -0.1126 -0.1164</w:t>
        <w:br/>
        <w:t>vn 0.9907 -0.1164 -0.0703</w:t>
        <w:br/>
        <w:t>vn -0.4792 0.7179 -0.5050</w:t>
        <w:br/>
        <w:t>vn -0.8515 0.3753 -0.3662</w:t>
        <w:br/>
        <w:t>vn -0.5759 0.7730 -0.2660</w:t>
        <w:br/>
        <w:t>vn 0.0000 0.9637 -0.2671</w:t>
        <w:br/>
        <w:t>vn -0.6883 0.2041 -0.6961</w:t>
        <w:br/>
        <w:t>vn -0.9054 -0.2122 -0.3678</w:t>
        <w:br/>
        <w:t>vn -0.0000 0.7832 -0.6218</w:t>
        <w:br/>
        <w:t>vn -0.6905 -0.2398 -0.6825</w:t>
        <w:br/>
        <w:t>vn -0.0000 0.3801 -0.9250</w:t>
        <w:br/>
        <w:t>vn 0.4792 0.7179 -0.5050</w:t>
        <w:br/>
        <w:t>vn 0.5759 0.7730 -0.2660</w:t>
        <w:br/>
        <w:t>vn 0.8515 0.3753 -0.3662</w:t>
        <w:br/>
        <w:t>vn 0.6883 0.2041 -0.6961</w:t>
        <w:br/>
        <w:t>vn 0.9054 -0.2122 -0.3678</w:t>
        <w:br/>
        <w:t>vn -0.0000 -0.2506 -0.9681</w:t>
        <w:br/>
        <w:t>vn 0.6905 -0.2397 -0.6825</w:t>
        <w:br/>
        <w:t>vn 0.5404 -0.6637 -0.5173</w:t>
        <w:br/>
        <w:t>vn 0.6564 -0.7129 -0.2469</w:t>
        <w:br/>
        <w:t>vn -0.0000 -0.9642 -0.2653</w:t>
        <w:br/>
        <w:t>vn -0.0000 -0.7549 -0.6558</w:t>
        <w:br/>
        <w:t>vn -0.5404 -0.6637 -0.5173</w:t>
        <w:br/>
        <w:t>vn -0.6564 -0.7129 -0.2469</w:t>
        <w:br/>
        <w:t>vn 0.4777 0.7538 0.4512</w:t>
        <w:br/>
        <w:t>vn 0.8504 0.4030 0.3383</w:t>
        <w:br/>
        <w:t>vn 0.5749 0.7907 0.2105</w:t>
        <w:br/>
        <w:t>vn -0.0000 0.9801 0.1985</w:t>
        <w:br/>
        <w:t>vn 0.6874 0.2590 0.6786</w:t>
        <w:br/>
        <w:t>vn 0.9057 -0.1838 0.3819</w:t>
        <w:br/>
        <w:t>vn 0.0000 0.8269 0.5624</w:t>
        <w:br/>
        <w:t>vn 0.6911 -0.1875 0.6981</w:t>
        <w:br/>
        <w:t>vn 0.0000 0.4515 0.8923</w:t>
        <w:br/>
        <w:t>vn -0.4777 0.7538 0.4512</w:t>
        <w:br/>
        <w:t>vn -0.5749 0.7907 0.2104</w:t>
        <w:br/>
        <w:t>vn -0.8504 0.4030 0.3383</w:t>
        <w:br/>
        <w:t>vn -0.6874 0.2590 0.6785</w:t>
        <w:br/>
        <w:t>vn -0.9057 -0.1838 0.3819</w:t>
        <w:br/>
        <w:t>vn 0.0000 -0.1766 0.9843</w:t>
        <w:br/>
        <w:t>vn -0.6911 -0.1875 0.6981</w:t>
        <w:br/>
        <w:t>vn -0.5403 -0.6256 0.5627</w:t>
        <w:br/>
        <w:t>vn -0.6564 -0.6937 0.2965</w:t>
        <w:br/>
        <w:t>vn -0.0000 -0.9431 0.3326</w:t>
        <w:br/>
        <w:t>vn 0.0000 -0.7068 0.7074</w:t>
        <w:br/>
        <w:t>vn 0.5404 -0.6256 0.5627</w:t>
        <w:br/>
        <w:t>vn 0.6564 -0.6937 0.2965</w:t>
        <w:br/>
        <w:t>vn 0.3343 -0.0075 0.9424</w:t>
        <w:br/>
        <w:t>vn 0.3504 -0.1206 0.9288</w:t>
        <w:br/>
        <w:t>vn 0.3569 0.1044 0.9283</w:t>
        <w:br/>
        <w:t>vn 0.3687 -0.1623 0.9153</w:t>
        <w:br/>
        <w:t>vn 0.4367 -0.2414 0.8666</w:t>
        <w:br/>
        <w:t>vn 0.3776 0.1450 0.9145</w:t>
        <w:br/>
        <w:t>vn 0.4501 0.2198 0.8655</w:t>
        <w:br/>
        <w:t>vn -0.8760 -0.3811 0.2955</w:t>
        <w:br/>
        <w:t>vn -0.9382 0.0281 0.3450</w:t>
        <w:br/>
        <w:t>vn -0.8524 0.4327 0.2935</w:t>
        <w:br/>
        <w:t>vn -0.8099 -0.5322 0.2465</w:t>
        <w:br/>
        <w:t>vn -0.7776 0.5795 0.2439</w:t>
        <w:br/>
        <w:t>vn -0.6242 -0.7731 0.1123</w:t>
        <w:br/>
        <w:t>vn -0.5047 -0.8629 0.0271</w:t>
        <w:br/>
        <w:t>vn -0.5783 0.8086 0.1084</w:t>
        <w:br/>
        <w:t>vn 0.4501 0.2197 0.8655</w:t>
        <w:br/>
        <w:t>vn -0.4537 0.8908 0.0228</w:t>
        <w:br/>
        <w:t>vn 0.5406 0.2526 0.8025</w:t>
        <w:br/>
        <w:t>vn -0.1183 0.9702 -0.2117</w:t>
        <w:br/>
        <w:t>vn 0.5795 0.2515 0.7752</w:t>
        <w:br/>
        <w:t>vn 0.2131 0.8704 -0.4440</w:t>
        <w:br/>
        <w:t>vn 0.6516 0.2254 0.7243</w:t>
        <w:br/>
        <w:t>vn 0.3326 0.7806 -0.5292</w:t>
        <w:br/>
        <w:t>vn 0.6846 0.2006 0.7008</w:t>
        <w:br/>
        <w:t>vn 0.5181 0.5397 -0.6635</w:t>
        <w:br/>
        <w:t>vn 0.7359 0.1340 0.6637</w:t>
        <w:br/>
        <w:t>vn 0.5842 0.3886 -0.7125</w:t>
        <w:br/>
        <w:t>vn 0.7542 0.0922 0.6501</w:t>
        <w:br/>
        <w:t>vn 0.6453 -0.0206 -0.7636</w:t>
        <w:br/>
        <w:t>vn 0.7706 -0.0209 0.6369</w:t>
        <w:br/>
        <w:t>vn 0.7477 -0.1328 0.6507</w:t>
        <w:br/>
        <w:t>vn 0.5606 -0.4253 -0.7105</w:t>
        <w:br/>
        <w:t>vn 0.7270 -0.1734 0.6644</w:t>
        <w:br/>
        <w:t>vn 0.4859 -0.5720 -0.6608</w:t>
        <w:br/>
        <w:t>vn 0.6719 -0.2367 0.7018</w:t>
        <w:br/>
        <w:t>vn 0.2865 -0.8011 -0.5255</w:t>
        <w:br/>
        <w:t>vn 0.6375 -0.2594 0.7255</w:t>
        <w:br/>
        <w:t>vn 0.1620 -0.8833 -0.4398</w:t>
        <w:br/>
        <w:t>vn 0.5641 -0.2810 0.7764</w:t>
        <w:br/>
        <w:t>vn -0.1745 -0.9627 -0.2070</w:t>
        <w:br/>
        <w:t>vn 0.5251 -0.2798 0.8037</w:t>
        <w:br/>
        <w:t>vn -0.1742 -0.9628 -0.2066</w:t>
        <w:br/>
        <w:t>vn 0.9096 -0.2260 -0.3488</w:t>
        <w:br/>
        <w:t>vn 0.6237 -0.4241 -0.6566</w:t>
        <w:br/>
        <w:t>vn 0.9060 -0.2237 -0.3592</w:t>
        <w:br/>
        <w:t>vn 0.8754 0.4760 -0.0846</w:t>
        <w:br/>
        <w:t>vn 0.9535 -0.0915 -0.2870</w:t>
        <w:br/>
        <w:t>vn 0.2704 0.5913 -0.7598</w:t>
        <w:br/>
        <w:t>vn 0.2649 0.6053 -0.7506</w:t>
        <w:br/>
        <w:t>vn 0.0940 0.3978 -0.9126</w:t>
        <w:br/>
        <w:t>vn 0.8781 0.4725 -0.0757</w:t>
        <w:br/>
        <w:t>vn 0.6486 0.6408 -0.4107</w:t>
        <w:br/>
        <w:t>vn -0.0961 0.3920 -0.9150</w:t>
        <w:br/>
        <w:t>vn -0.0718 0.3916 -0.9173</w:t>
        <w:br/>
        <w:t>vn 0.4765 -0.6310 -0.6122</w:t>
        <w:br/>
        <w:t>vn 0.4927 -0.6058 -0.6248</w:t>
        <w:br/>
        <w:t>vn -0.1202 0.3921 -0.9121</w:t>
        <w:br/>
        <w:t>vn 0.5150 0.8458 -0.1390</w:t>
        <w:br/>
        <w:t>vn 0.4607 0.8858 -0.0553</w:t>
        <w:br/>
        <w:t>vn 0.4599 -0.6556 -0.5989</w:t>
        <w:br/>
        <w:t>vn 0.9536 -0.0915 -0.2870</w:t>
        <w:br/>
        <w:t>vn 0.9942 0.0851 -0.0653</w:t>
        <w:br/>
        <w:t>vn 0.8621 0.4844 -0.1489</w:t>
        <w:br/>
        <w:t>vn 0.8621 0.4843 -0.1490</w:t>
        <w:br/>
        <w:t>vn -0.5162 -0.0358 -0.8557</w:t>
        <w:br/>
        <w:t>vn -0.5380 -0.0622 -0.8407</w:t>
        <w:br/>
        <w:t>vn -0.5379 -0.0622 -0.8407</w:t>
        <w:br/>
        <w:t>vn -0.5673 -0.0773 -0.8199</w:t>
        <w:br/>
        <w:t>vn -0.5104 -0.0226 -0.8597</w:t>
        <w:br/>
        <w:t>vn -0.5038 0.0125 -0.8637</w:t>
        <w:br/>
        <w:t>vn -0.5809 -0.0791 -0.8102</w:t>
        <w:br/>
        <w:t>vn -0.6076 -0.0735 -0.7908</w:t>
        <w:br/>
        <w:t>vn -0.3088 0.9170 0.2526</w:t>
        <w:br/>
        <w:t>vn 0.0770 0.9931 -0.0883</w:t>
        <w:br/>
        <w:t>vn -0.0568 0.9979 0.0307</w:t>
        <w:br/>
        <w:t>vn -0.4272 0.8313 0.3556</w:t>
        <w:br/>
        <w:t>vn -0.6545 0.5197 0.5491</w:t>
        <w:br/>
        <w:t>vn 0.3225 0.8945 -0.3095</w:t>
        <w:br/>
        <w:t>vn -0.7698 0.0239 0.6378</w:t>
        <w:br/>
        <w:t>vn 0.4345 0.8011 -0.4118</w:t>
        <w:br/>
        <w:t>vn -0.6208 -0.0661 -0.7812</w:t>
        <w:br/>
        <w:t>vn 0.6396 0.4761 -0.6035</w:t>
        <w:br/>
        <w:t>vn -0.6421 -0.0429 -0.7654</w:t>
        <w:br/>
        <w:t>vn -0.6503 -0.0272 -0.7592</w:t>
        <w:br/>
        <w:t>vn -0.6578 0.0173 -0.7530</w:t>
        <w:br/>
        <w:t>vn 0.7224 -0.0227 -0.6911</w:t>
        <w:br/>
        <w:t>vn -0.6578 0.0174 -0.7530</w:t>
        <w:br/>
        <w:t>vn 0.7224 -0.0225 -0.6911</w:t>
        <w:br/>
        <w:t>vn 0.6085 -0.5150 -0.6038</w:t>
        <w:br/>
        <w:t>vn -0.6480 0.0615 -0.7591</w:t>
        <w:br/>
        <w:t>vn -0.6390 0.0769 -0.7654</w:t>
        <w:br/>
        <w:t>vn 0.3836 -0.8263 -0.4124</w:t>
        <w:br/>
        <w:t>vn -0.6162 0.0989 -0.7813</w:t>
        <w:br/>
        <w:t>vn 0.2661 -0.9126 -0.3104</w:t>
        <w:br/>
        <w:t>vn -0.6026 0.1056 -0.7910</w:t>
        <w:br/>
        <w:t>vn 0.0149 -0.9959 -0.0894</w:t>
        <w:br/>
        <w:t>vn -0.5754 0.1096 -0.8105</w:t>
        <w:br/>
        <w:t>vn -0.1188 -0.9925 0.0296</w:t>
        <w:br/>
        <w:t>vn -0.5619 0.1070 -0.8202</w:t>
        <w:br/>
        <w:t>vn -0.3652 -0.8962 0.2517</w:t>
        <w:br/>
        <w:t>vn -0.5333 0.0899 -0.8411</w:t>
        <w:br/>
        <w:t>vn -0.4781 -0.8035 0.3548</w:t>
        <w:br/>
        <w:t>vn -0.5132 0.0618 -0.8560</w:t>
        <w:br/>
        <w:t>vn -0.6857 -0.4782 0.5487</w:t>
        <w:br/>
        <w:t>vn -0.5081 0.0482 -0.8599</w:t>
        <w:br/>
        <w:t>vn -0.5038 0.0127 -0.8637</w:t>
        <w:br/>
        <w:t>vn -0.7698 0.0233 0.6378</w:t>
        <w:br/>
        <w:t>vn 0.1170 0.9825 -0.1452</w:t>
        <w:br/>
        <w:t>vn -0.1543 0.7731 -0.6153</w:t>
        <w:br/>
        <w:t>vn 0.3730 0.8630 -0.3408</w:t>
        <w:br/>
        <w:t>vn 0.4672 0.8336 0.2946</w:t>
        <w:br/>
        <w:t>vn 0.1809 0.5442 -0.8192</w:t>
        <w:br/>
        <w:t>vn -0.1890 0.0477 -0.9808</w:t>
        <w:br/>
        <w:t>vn 0.7948 0.6068 0.0082</w:t>
        <w:br/>
        <w:t>vn 0.8389 0.1478 0.5239</w:t>
        <w:br/>
        <w:t>vn 0.2013 0.1383 -0.9697</w:t>
        <w:br/>
        <w:t>vn 0.9656 0.2127 0.1493</w:t>
        <w:br/>
        <w:t>vn 0.3685 -0.2542 -0.8942</w:t>
        <w:br/>
        <w:t>vn 0.1777 -0.6395 -0.7480</w:t>
        <w:br/>
        <w:t>vn 0.7167 0.2301 -0.6583</w:t>
        <w:br/>
        <w:t>vn 0.8057 0.2769 -0.5236</w:t>
        <w:br/>
        <w:t>vn 0.7380 -0.4823 -0.4720</w:t>
        <w:br/>
        <w:t>vn 0.5328 -0.7868 -0.3116</w:t>
        <w:br/>
        <w:t>vn 0.7991 -0.5790 0.1619</w:t>
        <w:br/>
        <w:t>vn 0.8185 0.2635 -0.5104</w:t>
        <w:br/>
        <w:t>vn 0.9809 -0.1946 0.0024</w:t>
        <w:br/>
        <w:t>vn 0.8592 0.2440 -0.4497</w:t>
        <w:br/>
        <w:t>vn 0.7807 0.2004 -0.5919</w:t>
        <w:br/>
        <w:t>vn 0.7565 0.3104 -0.5757</w:t>
        <w:br/>
        <w:t>vn 0.7559 0.2034 -0.6223</w:t>
        <w:br/>
        <w:t>vn 0.5033 0.7871 -0.3566</w:t>
        <w:br/>
        <w:t>vn 0.2012 0.1383 -0.9697</w:t>
        <w:br/>
        <w:t>vn 0.2252 0.6793 -0.6984</w:t>
        <w:br/>
        <w:t>vn 0.1171 0.9824 -0.1453</w:t>
        <w:br/>
        <w:t>vn -0.2134 0.5920 -0.7772</w:t>
        <w:br/>
        <w:t>vn -0.1889 0.0477 -0.9808</w:t>
        <w:br/>
        <w:t>vn 0.0377 -0.4779 -0.8776</w:t>
        <w:br/>
        <w:t>vn 0.6649 0.7446 0.0582</w:t>
        <w:br/>
        <w:t>vn 0.6071 0.6719 0.4242</w:t>
        <w:br/>
        <w:t>vn 0.4728 -0.3749 -0.7975</w:t>
        <w:br/>
        <w:t>vn 0.5328 -0.7868 -0.3115</w:t>
        <w:br/>
        <w:t>vn 0.9656 0.2128 0.1493</w:t>
        <w:br/>
        <w:t>vn 0.8584 -0.3980 0.3238</w:t>
        <w:br/>
        <w:t>vn 0.9366 -0.3297 -0.1184</w:t>
        <w:br/>
        <w:t>vn 0.8181 0.1869 -0.5439</w:t>
        <w:br/>
        <w:t>vn -0.6112 0.7760 0.1560</w:t>
        <w:br/>
        <w:t>vn -0.1188 0.9907 -0.0671</w:t>
        <w:br/>
        <w:t>vn -0.1188 0.9906 -0.0671</w:t>
        <w:br/>
        <w:t>vn 0.3433 0.8532 -0.3926</w:t>
        <w:br/>
        <w:t>vn -0.7802 0.5953 0.1921</w:t>
        <w:br/>
        <w:t>vn -0.9912 0.0582 0.1193</w:t>
        <w:br/>
        <w:t>vn 0.4801 0.6974 -0.5321</w:t>
        <w:br/>
        <w:t>vn 0.5941 0.3035 -0.7450</w:t>
        <w:br/>
        <w:t>vn 0.5713 0.0656 -0.8181</w:t>
        <w:br/>
        <w:t>vn 0.2974 -0.4469 -0.8437</w:t>
        <w:br/>
        <w:t>vn -0.4936 0.2985 -0.8169</w:t>
        <w:br/>
        <w:t>vn -0.4936 0.2984 -0.8169</w:t>
        <w:br/>
        <w:t>vn -0.8808 -0.4551 -0.1310</w:t>
        <w:br/>
        <w:t>vn -0.7440 -0.6110 -0.2706</w:t>
        <w:br/>
        <w:t>vn 0.2974 -0.4468 -0.8437</w:t>
        <w:br/>
        <w:t>vn 0.5941 0.3036 -0.7449</w:t>
        <w:br/>
        <w:t>vn 0.4801 0.6974 -0.5322</w:t>
        <w:br/>
        <w:t>vn -0.2851 -0.7464 -0.6013</w:t>
        <w:br/>
        <w:t>vn 0.3432 0.8533 -0.3926</w:t>
        <w:br/>
        <w:t>vn -0.1189 0.9906 -0.0672</w:t>
        <w:br/>
        <w:t>vn -0.8807 -0.4551 -0.1310</w:t>
        <w:br/>
        <w:t>vn -0.9911 0.0582 0.1193</w:t>
        <w:br/>
        <w:t>vn -0.7802 0.5953 0.1920</w:t>
        <w:br/>
        <w:t>vn -0.6112 0.7759 0.1559</w:t>
        <w:br/>
        <w:t>vn -0.2850 -0.7465 -0.6013</w:t>
        <w:br/>
        <w:t>vn -0.2851 -0.7465 -0.6012</w:t>
        <w:br/>
        <w:t>vn -0.9709 0.0575 0.2327</w:t>
        <w:br/>
        <w:t>vn -0.9024 -0.4215 -0.0902</w:t>
        <w:br/>
        <w:t>vn -0.6585 0.6736 0.3355</w:t>
        <w:br/>
        <w:t>vn -0.7857 -0.5604 -0.2622</w:t>
        <w:br/>
        <w:t>vn -0.3684 -0.6596 -0.6551</w:t>
        <w:br/>
        <w:t>vn -0.5686 0.4072 -0.7147</w:t>
        <w:br/>
        <w:t>vn -0.5686 0.4073 -0.7147</w:t>
        <w:br/>
        <w:t>vn -0.5687 0.4072 -0.7147</w:t>
        <w:br/>
        <w:t>vn 0.1933 -0.3404 -0.9202</w:t>
        <w:br/>
        <w:t>vn 0.4831 0.1604 -0.8608</w:t>
        <w:br/>
        <w:t>vn 0.5202 0.3868 -0.7614</w:t>
        <w:br/>
        <w:t>vn 0.3854 0.8280 -0.4072</w:t>
        <w:br/>
        <w:t>vn -0.0968 0.9928 0.0703</w:t>
        <w:br/>
        <w:t>vn -0.9708 0.0575 0.2327</w:t>
        <w:br/>
        <w:t>vn -0.9024 -0.4214 -0.0901</w:t>
        <w:br/>
        <w:t>vn -0.9708 0.0576 0.2328</w:t>
        <w:br/>
        <w:t>vn -0.6586 0.6737 0.3353</w:t>
        <w:br/>
        <w:t>vn -0.6585 0.6737 0.3354</w:t>
        <w:br/>
        <w:t>vn -0.7857 -0.5603 -0.2622</w:t>
        <w:br/>
        <w:t>vn -0.0969 0.9928 0.0701</w:t>
        <w:br/>
        <w:t>vn -0.0969 0.9928 0.0700</w:t>
        <w:br/>
        <w:t>vn 0.3854 0.8280 -0.4073</w:t>
        <w:br/>
        <w:t>vn 0.4830 0.1604 -0.8608</w:t>
        <w:br/>
        <w:t>vn 0.1932 -0.3405 -0.9202</w:t>
        <w:br/>
        <w:t>vn -0.5686 0.4072 -0.7148</w:t>
        <w:br/>
        <w:t>vn -0.3685 -0.6596 -0.6551</w:t>
        <w:br/>
        <w:t>vn -0.3684 -0.6596 -0.6552</w:t>
        <w:br/>
        <w:t>vn 0.2972 0.6176 0.7282</w:t>
        <w:br/>
        <w:t>vn 0.4360 0.0784 0.8965</w:t>
        <w:br/>
        <w:t>vn 0.4360 0.0785 0.8965</w:t>
        <w:br/>
        <w:t>vn 0.2972 -0.4818 0.8243</w:t>
        <w:br/>
        <w:t>vn 0.1617 0.7838 0.5996</w:t>
        <w:br/>
        <w:t>vn -0.2631 0.9363 0.2328</w:t>
        <w:br/>
        <w:t>vn 0.1618 -0.6678 0.7266</w:t>
        <w:br/>
        <w:t>vn -0.2629 -0.8817 0.3917</w:t>
        <w:br/>
        <w:t>vn -0.6836 0.7220 -0.1070</w:t>
        <w:br/>
        <w:t>vn -0.8190 0.5360 -0.2048</w:t>
        <w:br/>
        <w:t>vn -0.6836 -0.7296 0.0200</w:t>
        <w:br/>
        <w:t>vn -0.8190 -0.5634 -0.1086</w:t>
        <w:br/>
        <w:t>vn -0.6428 0.0668 0.7631</w:t>
        <w:br/>
        <w:t>vn -0.9620 -0.0238 -0.2721</w:t>
        <w:br/>
        <w:t>vn 0.2971 0.6176 0.7282</w:t>
        <w:br/>
        <w:t>vn 0.2972 -0.4817 0.8244</w:t>
        <w:br/>
        <w:t>vn -0.2630 0.9363 0.2326</w:t>
        <w:br/>
        <w:t>vn 0.1619 -0.6677 0.7266</w:t>
        <w:br/>
        <w:t>vn -0.2630 0.9363 0.2327</w:t>
        <w:br/>
        <w:t>vn -0.6836 0.7220 -0.1071</w:t>
        <w:br/>
        <w:t>vn -0.6836 -0.7296 0.0199</w:t>
        <w:br/>
        <w:t>vn -0.9620 -0.0237 -0.2721</w:t>
        <w:br/>
        <w:t>vn -0.9620 -0.0239 -0.2721</w:t>
        <w:br/>
        <w:t>vn -0.8190 0.5360 -0.2050</w:t>
        <w:br/>
        <w:t>vn 0.3572 0.6369 0.6832</w:t>
        <w:br/>
        <w:t>vn 0.5012 0.1017 0.8593</w:t>
        <w:br/>
        <w:t>vn 0.3506 -0.4584 0.8166</w:t>
        <w:br/>
        <w:t>vn 0.2148 0.8007 0.5591</w:t>
        <w:br/>
        <w:t>vn -0.2337 0.9473 0.2191</w:t>
        <w:br/>
        <w:t>vn 0.2061 -0.6456 0.7354</w:t>
        <w:br/>
        <w:t>vn -0.2446 -0.8642 0.4397</w:t>
        <w:br/>
        <w:t>vn -0.2338 0.9473 0.2191</w:t>
        <w:br/>
        <w:t>vn -0.6806 0.7281 -0.0818</w:t>
        <w:br/>
        <w:t>vn -0.8250 0.5410 -0.1631</w:t>
        <w:br/>
        <w:t>vn -0.6893 -0.7183 0.0943</w:t>
        <w:br/>
        <w:t>vn -0.8317 -0.5544 -0.0297</w:t>
        <w:br/>
        <w:t>vn -0.5845 0.1016 0.8050</w:t>
        <w:br/>
        <w:t>vn -0.5845 0.1017 0.8050</w:t>
        <w:br/>
        <w:t>vn -0.9795 -0.0186 -0.2006</w:t>
        <w:br/>
        <w:t>vn -0.9795 -0.0185 -0.2007</w:t>
        <w:br/>
        <w:t>vn 0.3506 -0.4584 0.8167</w:t>
        <w:br/>
        <w:t>vn 0.2148 0.8008 0.5591</w:t>
        <w:br/>
        <w:t>vn -0.2336 0.9474 0.2189</w:t>
        <w:br/>
        <w:t>vn 0.2060 -0.6456 0.7354</w:t>
        <w:br/>
        <w:t>vn -0.2447 -0.8642 0.4398</w:t>
        <w:br/>
        <w:t>vn -0.6893 -0.7183 0.0944</w:t>
        <w:br/>
        <w:t>vn -0.8317 -0.5545 -0.0297</w:t>
        <w:br/>
        <w:t>vn -0.9795 -0.0185 -0.2006</w:t>
        <w:br/>
        <w:t>vn -0.8251 0.5410 -0.1631</w:t>
        <w:br/>
        <w:t>vn 0.4966 0.5894 0.6372</w:t>
        <w:br/>
        <w:t>vn 0.6828 0.0461 0.7292</w:t>
        <w:br/>
        <w:t>vn 0.6828 0.0460 0.7292</w:t>
        <w:br/>
        <w:t>vn 0.5324 -0.5130 0.6733</w:t>
        <w:br/>
        <w:t>vn 0.3280 0.7584 0.5632</w:t>
        <w:br/>
        <w:t>vn -0.1878 0.9187 0.3474</w:t>
        <w:br/>
        <w:t>vn 0.3752 -0.6971 0.6109</w:t>
        <w:br/>
        <w:t>vn -0.1285 -0.9043 0.4070</w:t>
        <w:br/>
        <w:t>vn -0.1878 0.9187 0.3475</w:t>
        <w:br/>
        <w:t>vn -0.6891 0.7115 0.1376</w:t>
        <w:br/>
        <w:t>vn -0.8463 0.5273 0.0751</w:t>
        <w:br/>
        <w:t>vn -0.6419 -0.7442 0.1851</w:t>
        <w:br/>
        <w:t>vn -0.8105 -0.5751 0.1112</w:t>
        <w:br/>
        <w:t>vn -0.3867 0.0176 0.9220</w:t>
        <w:br/>
        <w:t>vn -0.9992 -0.0317 0.0253</w:t>
        <w:br/>
        <w:t>vn -0.9992 -0.0316 0.0253</w:t>
        <w:br/>
        <w:t>vn 0.4966 0.5893 0.6373</w:t>
        <w:br/>
        <w:t>vn 0.3280 0.7584 0.5633</w:t>
        <w:br/>
        <w:t>vn -0.1878 0.9187 0.3473</w:t>
        <w:br/>
        <w:t>vn -0.6892 0.7114 0.1377</w:t>
        <w:br/>
        <w:t>vn -0.1287 -0.9042 0.4072</w:t>
        <w:br/>
        <w:t>vn -0.1286 -0.9042 0.4072</w:t>
        <w:br/>
        <w:t>vn -0.6419 -0.7441 0.1853</w:t>
        <w:br/>
        <w:t>vn -0.3867 0.0176 0.9221</w:t>
        <w:br/>
        <w:t>vn -0.8105 -0.5750 0.1113</w:t>
        <w:br/>
        <w:t>vn -0.8463 0.5273 0.0753</w:t>
        <w:br/>
        <w:t>vn -0.6071 0.6719 0.4242</w:t>
        <w:br/>
        <w:t>vn -0.8389 0.1478 0.5239</w:t>
        <w:br/>
        <w:t>vn -0.8584 -0.3980 0.3238</w:t>
        <w:br/>
        <w:t>vn -0.4673 0.8336 0.2946</w:t>
        <w:br/>
        <w:t>vn -0.1171 0.9824 -0.1453</w:t>
        <w:br/>
        <w:t>vn -0.7991 -0.5790 0.1620</w:t>
        <w:br/>
        <w:t>vn -0.5328 -0.7868 -0.3115</w:t>
        <w:br/>
        <w:t>vn -0.1170 0.9824 -0.1453</w:t>
        <w:br/>
        <w:t>vn 0.1541 0.7731 -0.6153</w:t>
        <w:br/>
        <w:t>vn 0.2133 0.5920 -0.7772</w:t>
        <w:br/>
        <w:t>vn -0.1775 -0.6395 -0.7480</w:t>
        <w:br/>
        <w:t>vn -0.0377 -0.4778 -0.8776</w:t>
        <w:br/>
        <w:t>vn -0.7943 0.2390 -0.5585</w:t>
        <w:br/>
        <w:t>vn -0.7944 0.2390 -0.5585</w:t>
        <w:br/>
        <w:t>vn 0.1889 0.0477 -0.9808</w:t>
        <w:br/>
        <w:t>vn -0.8388 0.1478 0.5239</w:t>
        <w:br/>
        <w:t>vn -0.8388 0.1477 0.5239</w:t>
        <w:br/>
        <w:t>vn -0.8583 -0.3980 0.3238</w:t>
        <w:br/>
        <w:t>vn -0.1173 0.9824 -0.1454</w:t>
        <w:br/>
        <w:t>vn -0.7991 -0.5790 0.1619</w:t>
        <w:br/>
        <w:t>vn -0.1170 0.9825 -0.1451</w:t>
        <w:br/>
        <w:t>vn 0.1542 0.7731 -0.6153</w:t>
        <w:br/>
        <w:t>vn -0.5327 -0.7868 -0.3116</w:t>
        <w:br/>
        <w:t>vn -0.5328 -0.7868 -0.3116</w:t>
        <w:br/>
        <w:t>vn -0.1776 -0.6395 -0.7480</w:t>
        <w:br/>
        <w:t>vn -0.0378 -0.4778 -0.8776</w:t>
        <w:br/>
        <w:t>vn 0.1890 0.0477 -0.9808</w:t>
        <w:br/>
        <w:t>vn 0.2135 0.5920 -0.7772</w:t>
        <w:br/>
        <w:t>vn -0.8184 -0.2419 0.5212</w:t>
        <w:br/>
        <w:t>vn -0.8422 0.4000 0.3616</w:t>
        <w:br/>
        <w:t>vn -0.8308 0.4194 0.3658</w:t>
        <w:br/>
        <w:t>vn -0.7070 0.7072 -0.0076</w:t>
        <w:br/>
        <w:t>vn -0.8180 -0.2446 0.5207</w:t>
        <w:br/>
        <w:t>vn -0.6754 0.7374 -0.0081</w:t>
        <w:br/>
        <w:t>vn -0.8452 -0.5343 0.0113</w:t>
        <w:br/>
        <w:t>vn -0.8482 -0.5295 0.0111</w:t>
        <w:br/>
        <w:t>vn -0.8187 -0.2614 -0.5112</w:t>
        <w:br/>
        <w:t>vn -0.7431 0.3348 -0.5795</w:t>
        <w:br/>
        <w:t>vn -0.8346 -0.3616 -0.4155</w:t>
        <w:br/>
        <w:t>vn -0.8335 -0.3666 -0.4134</w:t>
        <w:br/>
        <w:t>vn -0.7477 -0.6640 0.0082</w:t>
        <w:br/>
        <w:t>vn -0.7425 0.3396 -0.5774</w:t>
        <w:br/>
        <w:t>vn -0.7380 -0.6747 0.0083</w:t>
        <w:br/>
        <w:t>vn -0.7491 0.6623 -0.0124</w:t>
        <w:br/>
        <w:t>vn -0.7561 0.6543 -0.0122</w:t>
        <w:br/>
        <w:t>vn -0.8335 -0.3552 0.4233</w:t>
        <w:br/>
        <w:t>vn -0.7416 0.3564 0.5683</w:t>
        <w:br/>
        <w:t>vn -0.8187 -0.2639 -0.5099</w:t>
        <w:br/>
        <w:t>vn -0.7418 0.3610 0.5651</w:t>
        <w:br/>
        <w:t>vn -0.8492 -0.2309 -0.4749</w:t>
        <w:br/>
        <w:t>vn -0.8161 0.4101 0.4073</w:t>
        <w:br/>
        <w:t>vn -0.6754 0.7372 -0.0198</w:t>
        <w:br/>
        <w:t>vn -0.8427 0.3907 -0.3706</w:t>
        <w:br/>
        <w:t>vn -0.7071 0.7071 -0.0077</w:t>
        <w:br/>
        <w:t>vn -0.8427 0.3906 -0.3706</w:t>
        <w:br/>
        <w:t>vn 0.7682 0.6402 -0.0080</w:t>
        <w:br/>
        <w:t>vn 0.8752 0.3248 0.3586</w:t>
        <w:br/>
        <w:t>vn 0.8646 0.3458 0.3646</w:t>
        <w:br/>
        <w:t>vn 0.7958 -0.3051 0.5231</w:t>
        <w:br/>
        <w:t>vn 0.7395 0.6731 -0.0083</w:t>
        <w:br/>
        <w:t>vn 0.7935 -0.3083 0.5248</w:t>
        <w:br/>
        <w:t>vn 0.8645 0.3358 -0.3740</w:t>
        <w:br/>
        <w:t>vn 0.8747 0.3152 -0.3682</w:t>
        <w:br/>
        <w:t>vn 0.7946 -0.3245 -0.5131</w:t>
        <w:br/>
        <w:t>vn 0.6844 -0.7291 0.0079</w:t>
        <w:br/>
        <w:t>vn 0.7984 -0.4327 -0.4188</w:t>
        <w:br/>
        <w:t>vn 0.7982 -0.4369 -0.4147</w:t>
        <w:br/>
        <w:t>vn 0.7683 0.2759 -0.5776</w:t>
        <w:br/>
        <w:t>vn 0.6739 -0.7387 0.0080</w:t>
        <w:br/>
        <w:t>vn 0.7700 0.2801 -0.5733</w:t>
        <w:br/>
        <w:t>vn 0.7846 -0.5520 0.2824</w:t>
        <w:br/>
        <w:t>vn 0.6947 -0.7190 0.0220</w:t>
        <w:br/>
        <w:t>vn 0.7991 0.6010 -0.0126</w:t>
        <w:br/>
        <w:t>vn 0.6913 -0.0125 0.7224</w:t>
        <w:br/>
        <w:t>vn 0.7684 0.2978 0.5665</w:t>
        <w:br/>
        <w:t>vn 0.7928 -0.3275 -0.5140</w:t>
        <w:br/>
        <w:t>vn 0.7707 0.3018 0.5611</w:t>
        <w:br/>
        <w:t>vn 0.8011 -0.5985 0.0112</w:t>
        <w:br/>
        <w:t>vn 0.8043 0.5941 -0.0124</w:t>
        <w:br/>
        <w:t>vn 0.8057 -0.5922 0.0110</w:t>
        <w:br/>
        <w:t>vn -0.5842 -0.5128 -0.6290</w:t>
        <w:br/>
        <w:t>vn 0.0696 -0.7575 -0.6491</w:t>
        <w:br/>
        <w:t>vn 0.7013 -0.4900 -0.5178</w:t>
        <w:br/>
        <w:t>vn -0.8772 0.1007 -0.4694</w:t>
        <w:br/>
        <w:t>vn 0.0776 0.2856 -0.9552</w:t>
        <w:br/>
        <w:t>vn -0.6378 0.7236 -0.2637</w:t>
        <w:br/>
        <w:t>vn 0.9407 0.1330 -0.3121</w:t>
        <w:br/>
        <w:t>vn 0.6477 0.7465 -0.1526</w:t>
        <w:br/>
        <w:t>vn -0.6378 0.7237 -0.2636</w:t>
        <w:br/>
        <w:t>vn -0.0061 0.9911 -0.1326</w:t>
        <w:br/>
        <w:t>vn -0.0062 0.9912 -0.1323</w:t>
        <w:br/>
        <w:t>vn 0.6477 0.7465 -0.1524</w:t>
        <w:br/>
        <w:t>vn 0.9407 0.1329 -0.3121</w:t>
        <w:br/>
        <w:t>vn 0.7013 -0.4900 -0.5177</w:t>
        <w:br/>
        <w:t>vn -0.0062 0.9912 -0.1325</w:t>
        <w:br/>
        <w:t>vn 0.6476 0.7465 -0.1526</w:t>
        <w:br/>
        <w:t>vn -0.5842 -0.5128 -0.6291</w:t>
        <w:br/>
        <w:t>vn -0.2113 -0.7574 -0.6178</w:t>
        <w:br/>
        <w:t>vn -0.7953 -0.5128 -0.3232</w:t>
        <w:br/>
        <w:t>vn -0.7953 -0.5129 -0.3232</w:t>
        <w:br/>
        <w:t>vn -0.9934 0.1007 -0.0547</w:t>
        <w:br/>
        <w:t>vn -0.2112 -0.7577 -0.6175</w:t>
        <w:br/>
        <w:t>vn -0.9934 0.1006 -0.0548</w:t>
        <w:br/>
        <w:t>vn 0.4167 -0.4898 -0.7658</w:t>
        <w:br/>
        <w:t>vn 0.4166 -0.4899 -0.7658</w:t>
        <w:br/>
        <w:t>vn -0.3333 0.2856 -0.8985</w:t>
        <w:br/>
        <w:t>vn -0.3334 0.2856 -0.8985</w:t>
        <w:br/>
        <w:t>vn 0.7207 0.1330 -0.6804</w:t>
        <w:br/>
        <w:t>vn -0.6894 0.7237 0.0307</w:t>
        <w:br/>
        <w:t>vn -0.6895 0.7237 0.0307</w:t>
        <w:br/>
        <w:t>vn -0.0615 0.9912 -0.1173</w:t>
        <w:br/>
        <w:t>vn 0.5225 0.7465 -0.4119</w:t>
        <w:br/>
        <w:t>vn 0.4167 -0.4900 -0.7657</w:t>
        <w:br/>
        <w:t>vn -0.6895 0.7237 0.0305</w:t>
        <w:br/>
        <w:t>vn -0.6894 0.7237 0.0304</w:t>
        <w:br/>
        <w:t>vn -0.7951 -0.5129 -0.3236</w:t>
        <w:br/>
        <w:t>vn 0.5226 0.7465 -0.4118</w:t>
        <w:br/>
        <w:t>vn 0.5226 0.7465 -0.4119</w:t>
        <w:br/>
        <w:t>vn -0.2112 -0.7575 -0.6178</w:t>
        <w:br/>
        <w:t>vn -0.5811 -0.7869 0.2078</w:t>
        <w:br/>
        <w:t>vn -0.3494 -0.4924 0.7972</w:t>
        <w:br/>
        <w:t>vn -0.1379 0.1479 0.9793</w:t>
        <w:br/>
        <w:t>vn -0.1380 0.1477 0.9794</w:t>
        <w:br/>
        <w:t>vn -0.6973 -0.5631 -0.4435</w:t>
        <w:br/>
        <w:t>vn -0.9384 0.2390 0.2495</w:t>
        <w:br/>
        <w:t>vn -0.6299 0.0477 -0.7752</w:t>
        <w:br/>
        <w:t>vn -0.0704 0.7587 0.6476</w:t>
        <w:br/>
        <w:t>vn -0.0703 0.7587 0.6476</w:t>
        <w:br/>
        <w:t>vn -0.1867 0.9824 -0.0037</w:t>
        <w:br/>
        <w:t>vn -0.4184 0.6879 -0.5930</w:t>
        <w:br/>
        <w:t>vn -0.1866 0.9824 -0.0037</w:t>
        <w:br/>
        <w:t>vn -0.6299 0.0478 -0.7752</w:t>
        <w:br/>
        <w:t>vn -0.6974 -0.5631 -0.4434</w:t>
        <w:br/>
        <w:t>vn -0.0707 0.7586 0.6477</w:t>
        <w:br/>
        <w:t>vn -0.0703 0.7587 0.6477</w:t>
        <w:br/>
        <w:t>vn -0.1379 0.1478 0.9794</w:t>
        <w:br/>
        <w:t>vn -0.3494 -0.4923 0.7972</w:t>
        <w:br/>
        <w:t>vn -0.4184 0.6879 -0.5931</w:t>
        <w:br/>
        <w:t>vn -0.1868 0.9824 -0.0037</w:t>
        <w:br/>
        <w:t>vn -0.5812 -0.7868 0.2079</w:t>
        <w:br/>
        <w:t>vn -0.5812 -0.7867 0.2079</w:t>
        <w:br/>
        <w:t>vn -0.0696 -0.7575 -0.6492</w:t>
        <w:br/>
        <w:t>vn 0.5842 -0.5128 -0.6291</w:t>
        <w:br/>
        <w:t>vn -0.0696 -0.7575 -0.6491</w:t>
        <w:br/>
        <w:t>vn -0.7013 -0.4900 -0.5178</w:t>
        <w:br/>
        <w:t>vn -0.7014 -0.4900 -0.5177</w:t>
        <w:br/>
        <w:t>vn 0.8772 0.1007 -0.4694</w:t>
        <w:br/>
        <w:t>vn 0.6378 0.7236 -0.2638</w:t>
        <w:br/>
        <w:t>vn -0.0776 0.2856 -0.9552</w:t>
        <w:br/>
        <w:t>vn 0.0061 0.9912 -0.1323</w:t>
        <w:br/>
        <w:t>vn -0.6477 0.7465 -0.1524</w:t>
        <w:br/>
        <w:t>vn 0.6378 0.7237 -0.2636</w:t>
        <w:br/>
        <w:t>vn -0.6477 0.7465 -0.1523</w:t>
        <w:br/>
        <w:t>vn 0.6377 0.7237 -0.2639</w:t>
        <w:br/>
        <w:t>vn -0.9407 0.1330 -0.3121</w:t>
        <w:br/>
        <w:t>vn -0.9407 0.1329 -0.3121</w:t>
        <w:br/>
        <w:t>vn 0.6378 0.7236 -0.2637</w:t>
        <w:br/>
        <w:t>vn 0.0062 0.9912 -0.1326</w:t>
        <w:br/>
        <w:t>vn 0.0062 0.9911 -0.1326</w:t>
        <w:br/>
        <w:t>vn -0.6477 0.7465 -0.1525</w:t>
        <w:br/>
        <w:t>vn -0.9407 0.1331 -0.3121</w:t>
        <w:br/>
        <w:t>vn 0.7953 -0.5128 -0.3232</w:t>
        <w:br/>
        <w:t>vn 0.9934 0.1007 -0.0547</w:t>
        <w:br/>
        <w:t>vn 0.2113 -0.7574 -0.6178</w:t>
        <w:br/>
        <w:t>vn 0.9934 0.1006 -0.0547</w:t>
        <w:br/>
        <w:t>vn 0.2111 -0.7577 -0.6175</w:t>
        <w:br/>
        <w:t>vn 0.6894 0.7237 0.0307</w:t>
        <w:br/>
        <w:t>vn 0.6895 0.7237 0.0308</w:t>
        <w:br/>
        <w:t>vn 0.0615 0.9912 -0.1174</w:t>
        <w:br/>
        <w:t>vn 0.3334 0.2856 -0.8985</w:t>
        <w:br/>
        <w:t>vn 0.3333 0.2856 -0.8985</w:t>
        <w:br/>
        <w:t>vn -0.5226 0.7465 -0.4119</w:t>
        <w:br/>
        <w:t>vn -0.7206 0.1330 -0.6804</w:t>
        <w:br/>
        <w:t>vn -0.5226 0.7465 -0.4118</w:t>
        <w:br/>
        <w:t>vn -0.4167 -0.4900 -0.7657</w:t>
        <w:br/>
        <w:t>vn 0.0616 0.9912 -0.1175</w:t>
        <w:br/>
        <w:t>vn 0.0616 0.9912 -0.1174</w:t>
        <w:br/>
        <w:t>vn 0.6895 0.7237 0.0304</w:t>
        <w:br/>
        <w:t>vn 0.2113 -0.7575 -0.6178</w:t>
        <w:br/>
        <w:t>vn 0.7954 -0.5128 -0.3231</w:t>
        <w:br/>
        <w:t>vn -0.7206 0.1329 -0.6804</w:t>
        <w:br/>
        <w:t>vn 0.6894 0.7237 0.0303</w:t>
        <w:br/>
        <w:t>vn -0.4166 -0.4899 -0.7658</w:t>
        <w:br/>
        <w:t>vn 0.8577 0.3777 0.3487</w:t>
        <w:br/>
        <w:t>vn 0.7912 0.5359 0.2946</w:t>
        <w:br/>
        <w:t>vn 0.7913 0.5358 0.2946</w:t>
        <w:br/>
        <w:t>vn 0.4673 -0.5399 0.7001</w:t>
        <w:br/>
        <w:t>vn 0.4944 -0.5090 0.7046</w:t>
        <w:br/>
        <w:t>vn 0.5093 -0.4629 0.7255</w:t>
        <w:br/>
        <w:t>vn 0.4165 -0.5632 0.7137</w:t>
        <w:br/>
        <w:t>vn -0.6813 -0.5590 -0.4725</w:t>
        <w:br/>
        <w:t>vn -0.6813 -0.5591 -0.4725</w:t>
        <w:br/>
        <w:t>vn -0.6996 -0.5479 -0.4587</w:t>
        <w:br/>
        <w:t>vn -0.7496 -0.4324 -0.5011</w:t>
        <w:br/>
        <w:t>vn -0.9195 0.1543 0.3616</w:t>
        <w:br/>
        <w:t>vn -0.9411 -0.1820 0.2851</w:t>
        <w:br/>
        <w:t>vn -0.8952 0.4195 0.1505</w:t>
        <w:br/>
        <w:t>vn -0.7702 0.0117 0.6377</w:t>
        <w:br/>
        <w:t>vn -0.7947 -0.1012 0.5985</w:t>
        <w:br/>
        <w:t>vn -0.7298 -0.3515 0.5864</w:t>
        <w:br/>
        <w:t>vn -0.7282 -0.3664 0.5792</w:t>
        <w:br/>
        <w:t>vn 0.6439 0.2227 -0.7320</w:t>
        <w:br/>
        <w:t>vn 0.6437 0.2226 -0.7322</w:t>
        <w:br/>
        <w:t>vn 0.6429 0.2229 -0.7328</w:t>
        <w:br/>
        <w:t>vn 0.6425 -0.2878 0.7102</w:t>
        <w:br/>
        <w:t>vn 0.5743 -0.3464 0.7417</w:t>
        <w:br/>
        <w:t>vn -0.2582 0.6356 -0.7276</w:t>
        <w:br/>
        <w:t>vn 0.2327 0.6492 -0.7241</w:t>
        <w:br/>
        <w:t>vn -0.7393 -0.1302 -0.6606</w:t>
        <w:br/>
        <w:t>vn -0.7394 -0.1302 -0.6606</w:t>
        <w:br/>
        <w:t>vn -0.7334 -0.1712 -0.6579</w:t>
        <w:br/>
        <w:t>vn 0.6132 -0.0664 0.7871</w:t>
        <w:br/>
        <w:t>vn 0.6159 -0.0334 0.7871</w:t>
        <w:br/>
        <w:t>vn -0.7856 -0.1816 0.5915</w:t>
        <w:br/>
        <w:t>vn 0.7921 0.1324 -0.5959</w:t>
        <w:br/>
        <w:t>vn 0.8055 0.0742 -0.5879</w:t>
        <w:br/>
        <w:t>vn 0.7774 0.0167 -0.6288</w:t>
        <w:br/>
        <w:t>vn -0.7029 0.3818 -0.6002</w:t>
        <w:br/>
        <w:t>vn -0.7809 0.1993 -0.5920</w:t>
        <w:br/>
        <w:t>vn -0.7809 0.1992 -0.5920</w:t>
        <w:br/>
        <w:t>vn -0.7028 0.3818 -0.6002</w:t>
        <w:br/>
        <w:t>vn -0.7329 -0.3325 0.5935</w:t>
        <w:br/>
        <w:t>vn -0.7440 -0.2991 0.5975</w:t>
        <w:br/>
        <w:t>vn -0.7650 -0.2361 0.5991</w:t>
        <w:br/>
        <w:t>vn 0.6888 0.2325 -0.6867</w:t>
        <w:br/>
        <w:t>vn 0.7677 0.1781 -0.6156</w:t>
        <w:br/>
        <w:t>vn 0.7904 0.1302 -0.5986</w:t>
        <w:br/>
        <w:t>vn -0.7620 -0.0505 -0.6456</w:t>
        <w:br/>
        <w:t>vn -0.7890 0.0151 -0.6142</w:t>
        <w:br/>
        <w:t>vn -0.7922 0.0652 -0.6068</w:t>
        <w:br/>
        <w:t>vn -0.7921 0.0655 -0.6069</w:t>
        <w:br/>
        <w:t>vn -0.7837 0.1176 -0.6099</w:t>
        <w:br/>
        <w:t>vn 0.6137 -0.1503 0.7751</w:t>
        <w:br/>
        <w:t>vn 0.6335 -0.2180 0.7424</w:t>
        <w:br/>
        <w:t>vn 0.6607 -0.2429 0.7103</w:t>
        <w:br/>
        <w:t>vn 0.3279 0.6235 -0.7097</w:t>
        <w:br/>
        <w:t>vn 0.3280 0.6236 -0.7096</w:t>
        <w:br/>
        <w:t>vn -0.8357 -0.1402 -0.5310</w:t>
        <w:br/>
        <w:t>vn -0.7782 -0.3643 -0.5116</w:t>
        <w:br/>
        <w:t>vn -0.9227 -0.1970 -0.3313</w:t>
        <w:br/>
        <w:t>vn 0.3110 -0.5223 0.7940</w:t>
        <w:br/>
        <w:t>vn 0.8965 0.2074 0.3916</w:t>
        <w:br/>
        <w:t>vn -0.7450 0.0646 0.6639</w:t>
        <w:br/>
        <w:t>vn -0.7450 0.0647 0.6639</w:t>
        <w:br/>
        <w:t>vn 0.4664 -0.4475 0.7630</w:t>
        <w:br/>
        <w:t>vn 0.7233 -0.0643 -0.6875</w:t>
        <w:br/>
        <w:t>vn 0.7156 -0.0813 -0.6938</w:t>
        <w:br/>
        <w:t>vn 0.7481 -0.0442 -0.6621</w:t>
        <w:br/>
        <w:t>vn -0.3900 -0.7850 0.4813</w:t>
        <w:br/>
        <w:t>vn -0.4734 -0.6063 0.6390</w:t>
        <w:br/>
        <w:t>vn -0.7054 -0.4271 0.5657</w:t>
        <w:br/>
        <w:t>vn -0.7795 -0.4655 0.4191</w:t>
        <w:br/>
        <w:t>vn -0.9925 0.0462 0.1130</w:t>
        <w:br/>
        <w:t>vn -0.9867 -0.1487 -0.0659</w:t>
        <w:br/>
        <w:t>vn -0.6766 -0.7225 0.1423</w:t>
        <w:br/>
        <w:t>vn -0.7403 -0.5953 0.3123</w:t>
        <w:br/>
        <w:t>vn -0.9879 0.1017 0.1169</w:t>
        <w:br/>
        <w:t>vn -0.9966 -0.0484 -0.0669</w:t>
        <w:br/>
        <w:t>vn 0.9542 -0.2723 -0.1239</w:t>
        <w:br/>
        <w:t>vn 0.9326 -0.3563 -0.0576</w:t>
        <w:br/>
        <w:t>vn 0.9099 -0.3911 -0.1379</w:t>
        <w:br/>
        <w:t>vn 0.9251 -0.3352 -0.1785</w:t>
        <w:br/>
        <w:t>vn -0.6844 0.6940 0.2236</w:t>
        <w:br/>
        <w:t>vn -0.7379 0.6629 0.1267</w:t>
        <w:br/>
        <w:t>vn -0.8951 0.3985 0.1999</w:t>
        <w:br/>
        <w:t>vn -0.8356 0.4946 0.2390</w:t>
        <w:br/>
        <w:t>vn -0.7929 0.3245 -0.5158</w:t>
        <w:br/>
        <w:t>vn -0.9336 -0.2344 -0.2709</w:t>
        <w:br/>
        <w:t>vn -0.3400 -0.9187 0.2010</w:t>
        <w:br/>
        <w:t>vn -0.3660 -0.8649 0.3436</w:t>
        <w:br/>
        <w:t>vn -0.6509 -0.7501 -0.1165</w:t>
        <w:br/>
        <w:t>vn -0.3470 -0.9375 0.0240</w:t>
        <w:br/>
        <w:t>vn -0.6485 -0.7567 -0.0822</w:t>
        <w:br/>
        <w:t>vn 0.9690 -0.2359 -0.0739</w:t>
        <w:br/>
        <w:t>vn 0.9828 -0.1799 -0.0418</w:t>
        <w:br/>
        <w:t>vn -0.9851 0.0693 0.1571</w:t>
        <w:br/>
        <w:t>vn -0.9975 -0.0261 -0.0650</w:t>
        <w:br/>
        <w:t>vn -0.6892 -0.7199 -0.0821</w:t>
        <w:br/>
        <w:t>vn -0.7125 -0.7013 0.0225</w:t>
        <w:br/>
        <w:t>vn -0.9527 -0.0922 -0.2896</w:t>
        <w:br/>
        <w:t>vn -0.8898 -0.0943 -0.4466</w:t>
        <w:br/>
        <w:t>vn -0.4039 -0.9133 0.0521</w:t>
        <w:br/>
        <w:t>vn -0.3874 -0.9130 0.1279</w:t>
        <w:br/>
        <w:t>vn -0.6890 -0.6927 -0.2134</w:t>
        <w:br/>
        <w:t>vn -0.8333 -0.0721 -0.5482</w:t>
        <w:br/>
        <w:t>vn -0.3780 -0.9083 0.1789</w:t>
        <w:br/>
        <w:t>vn 0.9980 0.0113 0.0615</w:t>
        <w:br/>
        <w:t>vn 0.9610 0.2692 -0.0637</w:t>
        <w:br/>
        <w:t>vn 0.9419 0.1319 -0.3089</w:t>
        <w:br/>
        <w:t>vn 0.9995 -0.0281 0.0106</w:t>
        <w:br/>
        <w:t>vn 0.9268 -0.2706 0.2604</w:t>
        <w:br/>
        <w:t>vn 0.9523 -0.2459 0.1808</w:t>
        <w:br/>
        <w:t>vn 0.7451 0.5139 0.4251</w:t>
        <w:br/>
        <w:t>vn 0.5513 0.6176 0.5609</w:t>
        <w:br/>
        <w:t>vn 0.5943 0.4039 0.6954</w:t>
        <w:br/>
        <w:t>vn 0.8052 0.2725 0.5267</w:t>
        <w:br/>
        <w:t>vn -0.7067 0.4627 -0.5353</w:t>
        <w:br/>
        <w:t>vn -0.5365 0.5853 -0.6080</w:t>
        <w:br/>
        <w:t>vn -0.2885 0.5460 -0.7866</w:t>
        <w:br/>
        <w:t>vn -0.5736 0.3679 -0.7319</w:t>
        <w:br/>
        <w:t>vn -0.7921 0.1470 -0.5924</w:t>
        <w:br/>
        <w:t>vn -0.8893 0.2088 -0.4070</w:t>
        <w:br/>
        <w:t>vn 0.9038 0.3500 -0.2465</w:t>
        <w:br/>
        <w:t>vn 0.9926 0.0603 0.1052</w:t>
        <w:br/>
        <w:t>vn 0.9735 0.1454 0.1764</w:t>
        <w:br/>
        <w:t>vn 0.8746 0.4226 -0.2378</w:t>
        <w:br/>
        <w:t>vn -0.4040 -0.9061 0.1255</w:t>
        <w:br/>
        <w:t>vn -0.4250 -0.8941 0.1409</w:t>
        <w:br/>
        <w:t>vn -0.6260 0.6877 -0.3677</w:t>
        <w:br/>
        <w:t>vn -0.7631 0.5644 -0.3150</w:t>
        <w:br/>
        <w:t>vn -0.9496 0.2391 -0.2025</w:t>
        <w:br/>
        <w:t>vn -0.9462 0.3194 0.0511</w:t>
        <w:br/>
        <w:t>vn -0.6392 0.7563 -0.1397</w:t>
        <w:br/>
        <w:t>vn -0.7643 0.6413 -0.0680</w:t>
        <w:br/>
        <w:t>vn -0.4649 -0.8717 0.1552</w:t>
        <w:br/>
        <w:t>vn -0.5199 -0.8100 0.2713</w:t>
        <w:br/>
        <w:t>vn 0.9063 0.3348 -0.2581</w:t>
        <w:br/>
        <w:t>vn 0.9838 -0.0415 0.1744</w:t>
        <w:br/>
        <w:t>vn -0.5276 -0.7632 0.3731</w:t>
        <w:br/>
        <w:t>vn -0.5277 -0.7631 0.3731</w:t>
        <w:br/>
        <w:t>vn -0.5510 0.7936 0.2582</w:t>
        <w:br/>
        <w:t>vn -0.5773 0.7915 0.2006</w:t>
        <w:br/>
        <w:t>vn -0.6481 0.7202 0.2474</w:t>
        <w:br/>
        <w:t>vn -0.7914 0.5587 0.2482</w:t>
        <w:br/>
        <w:t>vn -0.5876 0.4065 -0.6996</w:t>
        <w:br/>
        <w:t>vn 0.9813 -0.1912 -0.0214</w:t>
        <w:br/>
        <w:t>vn 0.9869 0.0604 -0.1494</w:t>
        <w:br/>
        <w:t>vn 0.9731 0.2193 -0.0707</w:t>
        <w:br/>
        <w:t>vn 0.9731 0.2194 -0.0707</w:t>
        <w:br/>
        <w:t>vn 0.9261 -0.3562 -0.1245</w:t>
        <w:br/>
        <w:t>vn 0.9702 -0.1708 -0.1718</w:t>
        <w:br/>
        <w:t>vn -0.1981 0.6786 -0.7073</w:t>
        <w:br/>
        <w:t>vn -0.2504 0.7191 -0.6483</w:t>
        <w:br/>
        <w:t>vn 0.9632 -0.2636 -0.0530</w:t>
        <w:br/>
        <w:t>vn 0.9379 -0.3292 -0.1096</w:t>
        <w:br/>
        <w:t>vn 0.7255 -0.4648 0.5076</w:t>
        <w:br/>
        <w:t>vn 0.6607 -0.4034 0.6330</w:t>
        <w:br/>
        <w:t>vn 0.5297 -0.6518 0.5427</w:t>
        <w:br/>
        <w:t>vn 0.4420 -0.6020 0.6650</w:t>
        <w:br/>
        <w:t>vn 0.9838 -0.0415 0.1743</w:t>
        <w:br/>
        <w:t>vn 0.7520 -0.5167 0.4094</w:t>
        <w:br/>
        <w:t>vn 0.7092 -0.6407 0.2942</w:t>
        <w:br/>
        <w:t>vn 0.8685 -0.4861 0.0972</w:t>
        <w:br/>
        <w:t>vn 0.6154 -0.7078 0.3469</w:t>
        <w:br/>
        <w:t>vn 0.6013 -0.6651 0.4428</w:t>
        <w:br/>
        <w:t>vn -0.1774 0.9841 0.0130</w:t>
        <w:br/>
        <w:t>vn -0.0793 0.9773 -0.1964</w:t>
        <w:br/>
        <w:t>vn -0.2901 0.9017 -0.3205</w:t>
        <w:br/>
        <w:t>vn -0.3646 0.9236 -0.1184</w:t>
        <w:br/>
        <w:t>vn 0.0627 0.9896 -0.1298</w:t>
        <w:br/>
        <w:t>vn -0.1176 0.9916 0.0532</w:t>
        <w:br/>
        <w:t>vn 0.0449 0.9744 0.2201</w:t>
        <w:br/>
        <w:t>vn 0.0766 0.9947 -0.0687</w:t>
        <w:br/>
        <w:t>vn 0.4146 -0.8339 0.3643</w:t>
        <w:br/>
        <w:t>vn 0.1892 -0.9571 0.2194</w:t>
        <w:br/>
        <w:t>vn 0.1626 -0.9828 0.0880</w:t>
        <w:br/>
        <w:t>vn 0.4054 -0.8928 0.1962</w:t>
        <w:br/>
        <w:t>vn -0.3981 0.8998 0.1786</w:t>
        <w:br/>
        <w:t>vn -0.2912 0.9349 0.2030</w:t>
        <w:br/>
        <w:t>vn -0.3219 0.9424 0.0912</w:t>
        <w:br/>
        <w:t>vn 0.1970 0.9025 -0.3830</w:t>
        <w:br/>
        <w:t>vn 0.0978 0.8804 -0.4640</w:t>
        <w:br/>
        <w:t>vn 0.2771 0.8005 -0.5315</w:t>
        <w:br/>
        <w:t>vn 0.3274 0.6793 -0.6568</w:t>
        <w:br/>
        <w:t>vn 0.2073 0.6599 -0.7222</w:t>
        <w:br/>
        <w:t>vn 0.1855 0.7395 -0.6471</w:t>
        <w:br/>
        <w:t>vn -0.4785 0.8354 0.2706</w:t>
        <w:br/>
        <w:t>vn -0.4880 0.8488 0.2033</w:t>
        <w:br/>
        <w:t>vn -0.3718 0.8825 0.2881</w:t>
        <w:br/>
        <w:t>vn -0.1188 0.9356 0.3326</w:t>
        <w:br/>
        <w:t>vn 0.1667 0.8642 0.4747</w:t>
        <w:br/>
        <w:t>vn 0.3636 0.8330 0.4170</w:t>
        <w:br/>
        <w:t>vn -0.4910 0.8638 -0.1126</w:t>
        <w:br/>
        <w:t>vn -0.4880 0.8048 -0.3378</w:t>
        <w:br/>
        <w:t>vn -0.1524 0.7853 -0.6000</w:t>
        <w:br/>
        <w:t>vn 0.3853 -0.7095 0.5901</w:t>
        <w:br/>
        <w:t>vn 0.2203 -0.7986 0.5600</w:t>
        <w:br/>
        <w:t>vn 0.1220 -0.8479 0.5158</w:t>
        <w:br/>
        <w:t>vn -0.3954 0.6859 -0.6109</w:t>
        <w:br/>
        <w:t>vn 0.3296 -0.6405 0.6936</w:t>
        <w:br/>
        <w:t>vn 0.2120 -0.7273 0.6527</w:t>
        <w:br/>
        <w:t>vn 0.2046 -0.6452 0.7361</w:t>
        <w:br/>
        <w:t>vn 0.2642 -0.5889 0.7638</w:t>
        <w:br/>
        <w:t>vn 0.4398 -0.5387 0.7186</w:t>
        <w:br/>
        <w:t>vn 0.3218 -0.5281 0.7858</w:t>
        <w:br/>
        <w:t>vn 0.8228 0.4634 0.3290</w:t>
        <w:br/>
        <w:t>vn 0.8063 0.5191 0.2835</w:t>
        <w:br/>
        <w:t>vn -0.7344 0.0103 -0.6786</w:t>
        <w:br/>
        <w:t>vn -0.5946 -0.0684 -0.8011</w:t>
        <w:br/>
        <w:t>vn -0.6955 -0.4502 -0.5600</w:t>
        <w:br/>
        <w:t>vn -0.8279 -0.3760 -0.4162</w:t>
        <w:br/>
        <w:t>vn -0.2752 0.5622 -0.7799</w:t>
        <w:br/>
        <w:t>vn -0.2006 0.4982 -0.8435</w:t>
        <w:br/>
        <w:t>vn -0.0558 0.6928 -0.7189</w:t>
        <w:br/>
        <w:t>vn -0.0223 0.6408 -0.7674</w:t>
        <w:br/>
        <w:t>vn -0.4844 -0.8010 -0.3518</w:t>
        <w:br/>
        <w:t>vn -0.5061 -0.7874 -0.3520</w:t>
        <w:br/>
        <w:t>vn 0.8916 0.4369 0.1191</w:t>
        <w:br/>
        <w:t>vn 0.9134 0.3938 0.1026</w:t>
        <w:br/>
        <w:t>vn 0.8774 0.4634 0.1244</w:t>
        <w:br/>
        <w:t>vn 0.8678 0.4784 0.1346</w:t>
        <w:br/>
        <w:t>vn 0.8678 0.4784 0.1345</w:t>
        <w:br/>
        <w:t>vn 0.1836 0.0524 -0.9816</w:t>
        <w:br/>
        <w:t>vn 0.2628 0.1273 -0.9564</w:t>
        <w:br/>
        <w:t>vn 0.2057 0.0349 -0.9780</w:t>
        <w:br/>
        <w:t>vn 0.1109 0.1189 -0.9867</w:t>
        <w:br/>
        <w:t>vn 0.0148 0.2377 -0.9712</w:t>
        <w:br/>
        <w:t>vn 0.1425 0.3680 -0.9189</w:t>
        <w:br/>
        <w:t>vn 0.2266 0.2226 -0.9482</w:t>
        <w:br/>
        <w:t>vn -0.0075 0.0120 -0.9999</w:t>
        <w:br/>
        <w:t>vn -0.1129 0.0993 -0.9886</w:t>
        <w:br/>
        <w:t>vn 0.0621 -0.2461 0.9672</w:t>
        <w:br/>
        <w:t>vn 0.1751 -0.1305 0.9759</w:t>
        <w:br/>
        <w:t>vn 0.1757 -0.2893 0.9410</w:t>
        <w:br/>
        <w:t>vn 0.1050 -0.3325 0.9372</w:t>
        <w:br/>
        <w:t>vn 0.1659 -0.0498 0.9849</w:t>
        <w:br/>
        <w:t>vn 0.0242 -0.2117 0.9770</w:t>
        <w:br/>
        <w:t>vn 0.0128 -0.2101 0.9776</w:t>
        <w:br/>
        <w:t>vn 0.1022 -0.0231 -0.9945</w:t>
        <w:br/>
        <w:t>vn -0.1951 -0.1258 -0.9727</w:t>
        <w:br/>
        <w:t>vn -0.5713 -0.3740 -0.7306</w:t>
        <w:br/>
        <w:t>vn -0.5612 -0.2257 -0.7963</w:t>
        <w:br/>
        <w:t>vn -0.2362 0.0523 -0.9703</w:t>
        <w:br/>
        <w:t>vn 0.0328 0.8612 -0.5072</w:t>
        <w:br/>
        <w:t>vn 0.1222 0.7744 -0.6207</w:t>
        <w:br/>
        <w:t>vn 0.5093 0.7817 0.3599</w:t>
        <w:br/>
        <w:t>vn 0.6497 0.7062 0.2814</w:t>
        <w:br/>
        <w:t>vn 0.6226 0.7148 0.3185</w:t>
        <w:br/>
        <w:t>vn 0.5665 0.7339 0.3749</w:t>
        <w:br/>
        <w:t>vn 0.7679 0.6091 0.1981</w:t>
        <w:br/>
        <w:t>vn 0.9189 0.3426 0.1958</w:t>
        <w:br/>
        <w:t>vn 0.8630 0.4936 0.1078</w:t>
        <w:br/>
        <w:t>vn 0.7439 0.6343 0.2106</w:t>
        <w:br/>
        <w:t>vn 0.2988 0.7584 0.5792</w:t>
        <w:br/>
        <w:t>vn 0.4716 0.7344 0.4880</w:t>
        <w:br/>
        <w:t>vn 0.9963 0.0045 -0.0853</w:t>
        <w:br/>
        <w:t>vn 0.9665 -0.1767 0.1863</w:t>
        <w:br/>
        <w:t>vn 0.9648 -0.1944 0.1769</w:t>
        <w:br/>
        <w:t>vn 0.9325 -0.3589 0.0401</w:t>
        <w:br/>
        <w:t>vn 0.9925 -0.1154 -0.0404</w:t>
        <w:br/>
        <w:t>vn 0.9938 -0.1056 -0.0340</w:t>
        <w:br/>
        <w:t>vn 0.9335 -0.3549 0.0511</w:t>
        <w:br/>
        <w:t>vn 0.7982 -0.3466 0.4928</w:t>
        <w:br/>
        <w:t>vn 0.9642 -0.1003 0.2454</w:t>
        <w:br/>
        <w:t>vn 0.9443 0.0097 0.3289</w:t>
        <w:br/>
        <w:t>vn 0.6875 -0.3561 0.6329</w:t>
        <w:br/>
        <w:t>vn -0.3261 0.7929 -0.5147</w:t>
        <w:br/>
        <w:t>vn -0.7078 0.5445 -0.4500</w:t>
        <w:br/>
        <w:t>vn -0.6913 0.5115 -0.5105</w:t>
        <w:br/>
        <w:t>vn 0.2344 0.4704 -0.8507</w:t>
        <w:br/>
        <w:t>vn 0.2080 0.6310 -0.7474</w:t>
        <w:br/>
        <w:t>vn 0.2344 0.4705 -0.8507</w:t>
        <w:br/>
        <w:t>vn -0.2060 0.9006 0.3826</w:t>
        <w:br/>
        <w:t>vn 0.0406 0.8618 0.5056</w:t>
        <w:br/>
        <w:t>vn -0.4233 -0.3510 0.8353</w:t>
        <w:br/>
        <w:t>vn -0.6622 -0.4069 0.6293</w:t>
        <w:br/>
        <w:t>vn -0.4439 -0.2786 0.8517</w:t>
        <w:br/>
        <w:t>vn 0.3090 0.3860 -0.8692</w:t>
        <w:br/>
        <w:t>vn 0.3487 0.1932 -0.9171</w:t>
        <w:br/>
        <w:t>vn -0.3814 -0.4712 0.7953</w:t>
        <w:br/>
        <w:t>vn -0.1117 -0.3859 0.9157</w:t>
        <w:br/>
        <w:t>vn -0.1063 -0.5090 0.8541</w:t>
        <w:br/>
        <w:t>vn -0.3386 -0.5752 0.7447</w:t>
        <w:br/>
        <w:t>vn 0.3724 0.0057 -0.9280</w:t>
        <w:br/>
        <w:t>vn 0.8195 -0.1006 -0.5642</w:t>
        <w:br/>
        <w:t>vn 0.3800 -0.0869 -0.9209</w:t>
        <w:br/>
        <w:t>vn 0.4182 -0.8956 0.1515</w:t>
        <w:br/>
        <w:t>vn 0.1342 -0.9860 0.0992</w:t>
        <w:br/>
        <w:t>vn 0.1377 -0.9863 0.0909</w:t>
        <w:br/>
        <w:t>vn 0.4340 -0.8938 0.1134</w:t>
        <w:br/>
        <w:t>vn 0.4094 -0.9072 0.0972</w:t>
        <w:br/>
        <w:t>vn 0.3739 -0.9170 0.1388</w:t>
        <w:br/>
        <w:t>vn 0.8680 -0.4556 -0.1976</w:t>
        <w:br/>
        <w:t>vn 0.2886 -0.9371 0.1964</w:t>
        <w:br/>
        <w:t>vn 0.9480 -0.3176 -0.0187</w:t>
        <w:br/>
        <w:t>vn 0.9532 -0.3021 0.0065</w:t>
        <w:br/>
        <w:t>vn -0.5392 -0.4741 -0.6961</w:t>
        <w:br/>
        <w:t>vn -0.1398 -0.2822 -0.9491</w:t>
        <w:br/>
        <w:t>vn -0.5281 -0.5025 -0.6846</w:t>
        <w:br/>
        <w:t>vn 0.9990 -0.0423 0.0132</w:t>
        <w:br/>
        <w:t>vn 0.9849 0.0742 0.1567</w:t>
        <w:br/>
        <w:t>vn 0.4675 0.4382 -0.7678</w:t>
        <w:br/>
        <w:t>vn 0.4590 0.2276 -0.8588</w:t>
        <w:br/>
        <w:t>vn 0.8195 -0.1005 -0.5642</w:t>
        <w:br/>
        <w:t>vn 0.9759 -0.2012 -0.0843</w:t>
        <w:br/>
        <w:t>vn 0.9571 -0.2668 -0.1135</w:t>
        <w:br/>
        <w:t>vn -0.5920 -0.1794 -0.7857</w:t>
        <w:br/>
        <w:t>vn -0.6226 -0.5787 -0.5267</w:t>
        <w:br/>
        <w:t>vn -0.6229 -0.2224 -0.7500</w:t>
        <w:br/>
        <w:t>vn 0.9244 -0.3812 0.0090</w:t>
        <w:br/>
        <w:t>vn 0.9232 -0.3768 -0.0752</w:t>
        <w:br/>
        <w:t>vn -0.6069 -0.6200 0.4973</w:t>
        <w:br/>
        <w:t>vn -0.5481 -0.7453 0.3796</w:t>
        <w:br/>
        <w:t>vn -0.6394 -0.7069 0.3024</w:t>
        <w:br/>
        <w:t>vn -0.6771 -0.6039 0.4204</w:t>
        <w:br/>
        <w:t>vn -0.3445 0.3257 -0.8805</w:t>
        <w:br/>
        <w:t>vn -0.4616 0.2764 -0.8429</w:t>
        <w:br/>
        <w:t>vn -0.5987 0.0493 -0.7994</w:t>
        <w:br/>
        <w:t>vn -0.7354 -0.1227 -0.6664</w:t>
        <w:br/>
        <w:t>vn -0.9495 0.1664 0.2662</w:t>
        <w:br/>
        <w:t>vn -0.9118 0.2484 0.3270</w:t>
        <w:br/>
        <w:t>vn -0.4886 0.8705 0.0586</w:t>
        <w:br/>
        <w:t>vn -0.6190 0.7831 0.0595</w:t>
        <w:br/>
        <w:t>vn -0.8848 0.2842 0.3691</w:t>
        <w:br/>
        <w:t>vn -0.9149 0.3310 0.2312</w:t>
        <w:br/>
        <w:t>vn -0.8515 0.0410 0.5228</w:t>
        <w:br/>
        <w:t>vn -0.8940 0.3310 0.3021</w:t>
        <w:br/>
        <w:t>vn 0.8716 0.3703 0.3213</w:t>
        <w:br/>
        <w:t>vn 0.7775 0.5301 0.3384</w:t>
        <w:br/>
        <w:t>vn 0.6363 0.6591 0.4009</w:t>
        <w:br/>
        <w:t>vn 0.9066 0.2672 0.3266</w:t>
        <w:br/>
        <w:t>vn 0.9443 0.1565 0.2895</w:t>
        <w:br/>
        <w:t>vn 0.9345 0.2930 0.2021</w:t>
        <w:br/>
        <w:t>vn 0.8525 0.4215 0.3090</w:t>
        <w:br/>
        <w:t>vn 0.3683 0.6752 0.6391</w:t>
        <w:br/>
        <w:t>vn 0.4259 0.4881 0.7618</w:t>
        <w:br/>
        <w:t>vn -0.9245 0.2857 0.2523</w:t>
        <w:br/>
        <w:t>vn 0.3683 -0.8742 0.3164</w:t>
        <w:br/>
        <w:t>vn 0.4413 -0.8821 0.1648</w:t>
        <w:br/>
        <w:t>vn 0.7760 -0.6288 0.0499</w:t>
        <w:br/>
        <w:t>vn -0.2127 -0.8118 0.5439</w:t>
        <w:br/>
        <w:t>vn -0.3495 -0.8966 0.2720</w:t>
        <w:br/>
        <w:t>vn -0.2997 -0.9294 0.2154</w:t>
        <w:br/>
        <w:t>vn -0.1517 -0.9070 0.3928</w:t>
        <w:br/>
        <w:t>vn 0.8522 -0.1750 -0.4931</w:t>
        <w:br/>
        <w:t>vn 0.6679 -0.7283 -0.1532</w:t>
        <w:br/>
        <w:t>vn 0.7054 -0.5341 -0.4661</w:t>
        <w:br/>
        <w:t>vn -0.3467 0.4642 -0.8150</w:t>
        <w:br/>
        <w:t>vn -0.2557 0.4798 -0.8393</w:t>
        <w:br/>
        <w:t>vn -0.2586 0.6401 -0.7234</w:t>
        <w:br/>
        <w:t>vn -0.3748 -0.8091 0.4526</w:t>
        <w:br/>
        <w:t>vn 0.9895 -0.0672 0.1280</w:t>
        <w:br/>
        <w:t>vn 0.9940 0.1015 -0.0415</w:t>
        <w:br/>
        <w:t>vn -0.8964 0.2163 0.3870</w:t>
        <w:br/>
        <w:t>vn 0.6430 -0.3368 0.6878</w:t>
        <w:br/>
        <w:t>vn 0.4614 -0.2266 0.8577</w:t>
        <w:br/>
        <w:t>vn 0.2796 -0.5436 0.7914</w:t>
        <w:br/>
        <w:t>vn 0.4499 -0.6005 0.6611</w:t>
        <w:br/>
        <w:t>vn 0.2057 0.7596 0.6170</w:t>
        <w:br/>
        <w:t>vn 0.2804 0.6992 0.6576</w:t>
        <w:br/>
        <w:t>vn -0.4061 0.9138 -0.0026</w:t>
        <w:br/>
        <w:t>vn 0.9379 -0.3293 -0.1096</w:t>
        <w:br/>
        <w:t>vn 0.3309 -0.1566 0.9306</w:t>
        <w:br/>
        <w:t>vn 0.1575 -0.5358 0.8295</w:t>
        <w:br/>
        <w:t>vn 0.3394 0.5292 0.7776</w:t>
        <w:br/>
        <w:t>vn 0.2480 -0.1243 0.9608</w:t>
        <w:br/>
        <w:t>vn 0.9345 0.0306 0.3547</w:t>
        <w:br/>
        <w:t>vn 0.9246 0.1124 0.3640</w:t>
        <w:br/>
        <w:t>vn 0.7431 -0.4283 0.5141</w:t>
        <w:br/>
        <w:t>vn 0.7245 -0.4801 0.4946</w:t>
        <w:br/>
        <w:t>vn -0.8260 -0.3056 -0.4736</w:t>
        <w:br/>
        <w:t>vn -0.7842 -0.5594 -0.2685</w:t>
        <w:br/>
        <w:t>vn -0.6263 -0.5993 -0.4986</w:t>
        <w:br/>
        <w:t>vn -0.6544 -0.3905 -0.6475</w:t>
        <w:br/>
        <w:t>vn 0.6842 -0.6269 0.3726</w:t>
        <w:br/>
        <w:t>vn 0.7014 -0.5367 0.4690</w:t>
        <w:br/>
        <w:t>vn 0.4798 -0.7499 0.4554</w:t>
        <w:br/>
        <w:t>vn 0.4220 -0.8316 0.3610</w:t>
        <w:br/>
        <w:t>vn 0.5648 -0.6409 0.5198</w:t>
        <w:br/>
        <w:t>vn 0.5254 -0.6888 0.4995</w:t>
        <w:br/>
        <w:t>vn 0.9368 -0.0408 0.3475</w:t>
        <w:br/>
        <w:t>vn 0.9771 -0.0994 0.1880</w:t>
        <w:br/>
        <w:t>vn 0.9858 0.1673 0.0117</w:t>
        <w:br/>
        <w:t>vn 0.0725 -0.5454 0.8350</w:t>
        <w:br/>
        <w:t>vn -0.0300 -0.9856 0.1664</w:t>
        <w:br/>
        <w:t>vn -0.1177 -0.9872 0.1080</w:t>
        <w:br/>
        <w:t>vn 0.3050 -0.8798 0.3647</w:t>
        <w:br/>
        <w:t>vn 0.3050 -0.8798 0.3646</w:t>
        <w:br/>
        <w:t>vn -0.9288 -0.3237 0.1803</w:t>
        <w:br/>
        <w:t>vn -0.9151 -0.4019 0.0319</w:t>
        <w:br/>
        <w:t>vn -0.9682 -0.2501 0.0099</w:t>
        <w:br/>
        <w:t>vn -0.9703 -0.1831 0.1579</w:t>
        <w:br/>
        <w:t>vn -0.1884 0.1081 -0.9761</w:t>
        <w:br/>
        <w:t>vn -0.5483 -0.1367 -0.8250</w:t>
        <w:br/>
        <w:t>vn 0.3607 0.6315 -0.6864</w:t>
        <w:br/>
        <w:t>vn 0.2661 0.6064 -0.7493</w:t>
        <w:br/>
        <w:t>vn -0.3804 0.4050 -0.8315</w:t>
        <w:br/>
        <w:t>vn -0.8528 -0.0696 -0.5175</w:t>
        <w:br/>
        <w:t>vn -0.8793 -0.4410 -0.1799</w:t>
        <w:br/>
        <w:t>vn -0.9304 -0.2230 -0.2910</w:t>
        <w:br/>
        <w:t>vn -0.7399 -0.5811 0.3388</w:t>
        <w:br/>
        <w:t>vn -0.7203 -0.6577 0.2207</w:t>
        <w:br/>
        <w:t>vn 0.7566 0.4134 -0.5067</w:t>
        <w:br/>
        <w:t>vn 0.9812 -0.1307 -0.1423</w:t>
        <w:br/>
        <w:t>vn 0.8763 0.0928 -0.4728</w:t>
        <w:br/>
        <w:t>vn 0.5080 0.5879 -0.6295</w:t>
        <w:br/>
        <w:t>vn 0.6745 -0.7220 0.1541</w:t>
        <w:br/>
        <w:t>vn -0.9719 0.2244 -0.0716</w:t>
        <w:br/>
        <w:t>vn -0.9909 0.0642 -0.1181</w:t>
        <w:br/>
        <w:t>vn -0.9699 0.1541 -0.1884</w:t>
        <w:br/>
        <w:t>vn -0.5377 -0.4571 0.7084</w:t>
        <w:br/>
        <w:t>vn 0.8241 -0.5184 -0.2282</w:t>
        <w:br/>
        <w:t>vn 0.8580 -0.4534 -0.2413</w:t>
        <w:br/>
        <w:t>vn -0.3301 -0.9430 0.0416</w:t>
        <w:br/>
        <w:t>vn -0.2247 -0.9743 0.0149</w:t>
        <w:br/>
        <w:t>vn 0.0211 -0.9915 0.1282</w:t>
        <w:br/>
        <w:t>vn 0.0567 -0.9870 0.1507</w:t>
        <w:br/>
        <w:t>vn 0.0505 -0.9901 0.1312</w:t>
        <w:br/>
        <w:t>vn -0.9957 -0.0917 -0.0125</w:t>
        <w:br/>
        <w:t>vn -0.9905 -0.0389 0.1321</w:t>
        <w:br/>
        <w:t>vn -0.9177 -0.0922 -0.3864</w:t>
        <w:br/>
        <w:t>vn -0.9437 0.0108 -0.3306</w:t>
        <w:br/>
        <w:t>vn -0.9650 -0.1348 -0.2249</w:t>
        <w:br/>
        <w:t>vn -0.9128 -0.3120 -0.2634</w:t>
        <w:br/>
        <w:t>vn -0.8886 -0.4084 -0.2086</w:t>
        <w:br/>
        <w:t>vn -0.8720 -0.4646 -0.1542</w:t>
        <w:br/>
        <w:t>vn -0.9047 -0.1972 -0.3778</w:t>
        <w:br/>
        <w:t>vn -0.9077 -0.1379 -0.3963</w:t>
        <w:br/>
        <w:t>vn -0.7138 -0.6999 -0.0246</w:t>
        <w:br/>
        <w:t>vn -0.8707 -0.3681 -0.3263</w:t>
        <w:br/>
        <w:t>vn -0.7907 -0.5853 -0.1792</w:t>
        <w:br/>
        <w:t>vn -0.7769 -0.5858 -0.2310</w:t>
        <w:br/>
        <w:t>vn -0.4992 -0.8658 0.0351</w:t>
        <w:br/>
        <w:t>vn -0.6628 -0.7389 -0.1216</w:t>
        <w:br/>
        <w:t>vn -0.6792 -0.7322 -0.0510</w:t>
        <w:br/>
        <w:t>vn -0.4754 -0.8751 0.0905</w:t>
        <w:br/>
        <w:t>vn -0.5689 -0.8133 -0.1218</w:t>
        <w:br/>
        <w:t>vn -0.8053 -0.4397 -0.3976</w:t>
        <w:br/>
        <w:t>vn -0.7254 -0.6464 -0.2367</w:t>
        <w:br/>
        <w:t>vn -0.6506 -0.5278 -0.5460</w:t>
        <w:br/>
        <w:t>vn -0.5320 -0.5797 -0.6171</w:t>
        <w:br/>
        <w:t>vn -0.5548 -0.4120 -0.7228</w:t>
        <w:br/>
        <w:t>vn -0.6032 -0.7158 -0.3517</w:t>
        <w:br/>
        <w:t>vn -0.5277 -0.7367 -0.4230</w:t>
        <w:br/>
        <w:t>vn -0.4090 -0.8806 -0.2395</w:t>
        <w:br/>
        <w:t>vn -0.4534 -0.8673 -0.2053</w:t>
        <w:br/>
        <w:t>vn -0.4854 0.5215 -0.7018</w:t>
        <w:br/>
        <w:t>vn -0.6903 0.2548 -0.6772</w:t>
        <w:br/>
        <w:t>vn -0.8126 -0.0513 -0.5806</w:t>
        <w:br/>
        <w:t>vn -0.4653 -0.8835 -0.0543</w:t>
        <w:br/>
        <w:t>vn 0.9186 -0.2787 0.2800</w:t>
        <w:br/>
        <w:t>vn 0.9822 0.0236 0.1862</w:t>
        <w:br/>
        <w:t>vn -0.5152 0.4362 -0.7378</w:t>
        <w:br/>
        <w:t>vn 0.9439 0.3219 0.0737</w:t>
        <w:br/>
        <w:t>vn -0.1922 0.5370 -0.8214</w:t>
        <w:br/>
        <w:t>vn -0.2119 0.5354 -0.8176</w:t>
        <w:br/>
        <w:t>vn -0.2055 -0.9785 0.0178</w:t>
        <w:br/>
        <w:t>vn 0.0901 -0.9834 0.1575</w:t>
        <w:br/>
        <w:t>vn -0.4431 -0.8721 0.2079</w:t>
        <w:br/>
        <w:t>vn -0.5404 -0.8372 0.0844</w:t>
        <w:br/>
        <w:t>vn -0.2808 -0.7921 0.5419</w:t>
        <w:br/>
        <w:t>vn -0.8528 -0.0697 -0.5175</w:t>
        <w:br/>
        <w:t>vn -0.5495 -0.5596 -0.6204</w:t>
        <w:br/>
        <w:t>vn -0.8283 0.1471 -0.5406</w:t>
        <w:br/>
        <w:t>vn -0.9357 0.2424 -0.2564</w:t>
        <w:br/>
        <w:t>vn -0.8917 0.1555 -0.4250</w:t>
        <w:br/>
        <w:t>vn -0.0333 0.1420 -0.9893</w:t>
        <w:br/>
        <w:t>vn -0.3332 -0.0585 -0.9410</w:t>
        <w:br/>
        <w:t>vn -0.0982 0.1794 -0.9789</w:t>
        <w:br/>
        <w:t>vn 0.8183 0.5124 -0.2606</w:t>
        <w:br/>
        <w:t>vn 0.4962 0.5434 -0.6771</w:t>
        <w:br/>
        <w:t>vn 0.3665 -0.5278 0.7662</w:t>
        <w:br/>
        <w:t>vn 0.5459 -0.3749 0.7493</w:t>
        <w:br/>
        <w:t>vn 0.6959 -0.1995 0.6898</w:t>
        <w:br/>
        <w:t>vn -0.4009 0.2788 -0.8727</w:t>
        <w:br/>
        <w:t>vn -0.6409 0.0730 -0.7642</w:t>
        <w:br/>
        <w:t>vn 0.1396 -0.4964 0.8568</w:t>
        <w:br/>
        <w:t>vn 0.1764 -0.4741 0.8626</w:t>
        <w:br/>
        <w:t>vn -0.4285 -0.2575 -0.8661</w:t>
        <w:br/>
        <w:t>vn -0.5072 -0.6714 -0.5403</w:t>
        <w:br/>
        <w:t>vn 0.8288 0.5245 0.1952</w:t>
        <w:br/>
        <w:t>vn 0.8287 0.5245 0.1952</w:t>
        <w:br/>
        <w:t>vn 0.2128 -0.4509 0.8669</w:t>
        <w:br/>
        <w:t>vn -0.0967 0.3910 -0.9153</w:t>
        <w:br/>
        <w:t>vn 0.0421 0.5397 -0.8408</w:t>
        <w:br/>
        <w:t>vn -0.4383 -0.7305 0.5237</w:t>
        <w:br/>
        <w:t>vn -0.2630 -0.7046 0.6591</w:t>
        <w:br/>
        <w:t>vn -0.2027 -0.7902 0.5783</w:t>
        <w:br/>
        <w:t>vn -0.3685 -0.8110 0.4543</w:t>
        <w:br/>
        <w:t>vn -0.2681 0.2404 -0.9329</w:t>
        <w:br/>
        <w:t>vn -0.5249 -0.0418 -0.8502</w:t>
        <w:br/>
        <w:t>vn -0.0752 -0.6439 0.7614</w:t>
        <w:br/>
        <w:t>vn -0.2809 -0.7921 0.5419</w:t>
        <w:br/>
        <w:t>vn 0.2455 0.5725 -0.7823</w:t>
        <w:br/>
        <w:t>vn 0.9074 0.1890 0.3754</w:t>
        <w:br/>
        <w:t>vn 0.9415 0.1439 0.3047</w:t>
        <w:br/>
        <w:t>vn 0.4458 0.6232 -0.6426</w:t>
        <w:br/>
        <w:t>vn -0.4496 -0.8162 -0.3629</w:t>
        <w:br/>
        <w:t>vn -0.4121 -0.8062 -0.4246</w:t>
        <w:br/>
        <w:t>vn 0.9412 0.2651 -0.2093</w:t>
        <w:br/>
        <w:t>vn 0.9577 -0.0424 -0.2846</w:t>
        <w:br/>
        <w:t>vn 0.8659 0.1741 -0.4690</w:t>
        <w:br/>
        <w:t>vn 0.7433 0.1492 -0.6521</w:t>
        <w:br/>
        <w:t>vn 0.4317 -0.9014 -0.0320</w:t>
        <w:br/>
        <w:t>vn -0.2227 0.7143 -0.6635</w:t>
        <w:br/>
        <w:t>vn -0.2051 0.7268 -0.6555</w:t>
        <w:br/>
        <w:t>vn -0.2227 0.7143 -0.6634</w:t>
        <w:br/>
        <w:t>vn -0.9505 -0.0877 0.2981</w:t>
        <w:br/>
        <w:t>vn -0.9234 -0.2412 0.2985</w:t>
        <w:br/>
        <w:t>vn -0.9571 -0.1066 0.2693</w:t>
        <w:br/>
        <w:t>vn -0.9716 0.0301 0.2348</w:t>
        <w:br/>
        <w:t>vn 0.2126 0.3305 -0.9195</w:t>
        <w:br/>
        <w:t>vn -0.1594 -0.0326 -0.9867</w:t>
        <w:br/>
        <w:t>vn -0.1728 0.0184 -0.9848</w:t>
        <w:br/>
        <w:t>vn 0.2184 0.1884 -0.9575</w:t>
        <w:br/>
        <w:t>vn -0.5315 -0.1545 -0.8329</w:t>
        <w:br/>
        <w:t>vn 0.8330 -0.3386 0.4376</w:t>
        <w:br/>
        <w:t>vn -0.7192 -0.4984 0.4840</w:t>
        <w:br/>
        <w:t>vn -0.6225 -0.5464 0.5603</w:t>
        <w:br/>
        <w:t>vn -0.7053 -0.5350 0.4651</w:t>
        <w:br/>
        <w:t>vn -0.7767 -0.5150 0.3627</w:t>
        <w:br/>
        <w:t>vn 0.9415 0.3361 0.0249</w:t>
        <w:br/>
        <w:t>vn 0.3642 -0.9047 0.2212</w:t>
        <w:br/>
        <w:t>vn 0.3520 -0.9267 0.1315</w:t>
        <w:br/>
        <w:t>vn -0.5468 -0.6008 0.5831</w:t>
        <w:br/>
        <w:t>vn -0.1408 -0.2590 0.9556</w:t>
        <w:br/>
        <w:t>vn -0.7710 -0.2733 -0.5751</w:t>
        <w:br/>
        <w:t>vn -0.8734 -0.3811 -0.3031</w:t>
        <w:br/>
        <w:t>vn 0.8425 0.4290 0.3258</w:t>
        <w:br/>
        <w:t>vn 0.8425 0.4290 0.3259</w:t>
        <w:br/>
        <w:t>vn 0.0338 -0.3734 0.9271</w:t>
        <w:br/>
        <w:t>vn -0.0524 -0.3551 0.9333</w:t>
        <w:br/>
        <w:t>vn -0.6150 -0.5120 0.5998</w:t>
        <w:br/>
        <w:t>vn 0.5176 0.5361 -0.6669</w:t>
        <w:br/>
        <w:t>vn -0.3393 -0.9367 0.0861</w:t>
        <w:br/>
        <w:t>vn -0.3602 -0.9275 0.0997</w:t>
        <w:br/>
        <w:t>vn -0.3602 -0.9275 0.0996</w:t>
        <w:br/>
        <w:t>vn 0.7638 0.5772 -0.2890</w:t>
        <w:br/>
        <w:t>vn 0.7771 0.5612 -0.2849</w:t>
        <w:br/>
        <w:t>vn 0.2695 -0.4190 0.8671</w:t>
        <w:br/>
        <w:t>vn 0.2296 -0.2879 0.9297</w:t>
        <w:br/>
        <w:t>vn 0.3571 -0.3429 0.8689</w:t>
        <w:br/>
        <w:t>vn -0.4910 0.0112 -0.8711</w:t>
        <w:br/>
        <w:t>vn -0.2416 0.2306 -0.9426</w:t>
        <w:br/>
        <w:t>vn 0.4405 -0.2615 0.8588</w:t>
        <w:br/>
        <w:t>vn -0.1166 0.4532 -0.8838</w:t>
        <w:br/>
        <w:t>vn -0.2353 0.6933 -0.6812</w:t>
        <w:br/>
        <w:t>vn -0.6981 -0.6488 -0.3029</w:t>
        <w:br/>
        <w:t>vn -0.5181 -0.8356 -0.1828</w:t>
        <w:br/>
        <w:t>vn -0.5162 -0.8415 -0.1593</w:t>
        <w:br/>
        <w:t>vn -0.4829 0.4891 -0.7264</w:t>
        <w:br/>
        <w:t>vn 0.8703 -0.3102 0.3827</w:t>
        <w:br/>
        <w:t>vn 0.9592 0.0144 0.2825</w:t>
        <w:br/>
        <w:t>vn 0.9631 0.0134 0.2690</w:t>
        <w:br/>
        <w:t>vn 0.9343 0.3353 0.1213</w:t>
        <w:br/>
        <w:t>vn -0.2279 0.5734 -0.7869</w:t>
        <w:br/>
        <w:t>vn -0.9346 -0.1856 -0.3034</w:t>
        <w:br/>
        <w:t>vn -0.6402 -0.7682 -0.0099</w:t>
        <w:br/>
        <w:t>vn -0.3417 -0.9350 0.0952</w:t>
        <w:br/>
        <w:t>vn 0.9860 0.1620 -0.0398</w:t>
        <w:br/>
        <w:t>vn 0.9280 -0.3403 -0.1520</w:t>
        <w:br/>
        <w:t>vn -0.9628 0.1992 0.1827</w:t>
        <w:br/>
        <w:t>vn -0.0009 -0.9947 0.1031</w:t>
        <w:br/>
        <w:t>vn 0.9862 -0.1535 -0.0620</w:t>
        <w:br/>
        <w:t>vn -0.9703 0.1937 0.1450</w:t>
        <w:br/>
        <w:t>vn -0.8424 0.4805 -0.2437</w:t>
        <w:br/>
        <w:t>vn -0.8519 0.4660 -0.2392</w:t>
        <w:br/>
        <w:t>vn -0.8518 0.4660 -0.2392</w:t>
        <w:br/>
        <w:t>vn -0.5395 -0.3206 0.7785</w:t>
        <w:br/>
        <w:t>vn -0.8010 -0.2732 0.5327</w:t>
        <w:br/>
        <w:t>vn -0.6133 -0.4366 0.6582</w:t>
        <w:br/>
        <w:t>vn -0.9571 0.2045 0.2053</w:t>
        <w:br/>
        <w:t>vn -0.8977 0.1697 0.4066</w:t>
        <w:br/>
        <w:t>vn -0.8677 0.4589 -0.1909</w:t>
        <w:br/>
        <w:t>vn -0.7742 -0.1937 0.6026</w:t>
        <w:br/>
        <w:t>vn -0.4967 -0.4712 0.7289</w:t>
        <w:br/>
        <w:t>vn -0.5399 -0.4247 0.7267</w:t>
        <w:br/>
        <w:t>vn -0.8142 0.3435 0.4680</w:t>
        <w:br/>
        <w:t>vn -0.8046 0.5739 -0.1525</w:t>
        <w:br/>
        <w:t>vn 0.4930 0.5291 0.6906</w:t>
        <w:br/>
        <w:t>vn 0.3994 0.3181 0.8598</w:t>
        <w:br/>
        <w:t>vn 0.4891 0.7936 0.3618</w:t>
        <w:br/>
        <w:t>vn 0.2251 0.5207 0.8235</w:t>
        <w:br/>
        <w:t>vn 0.3214 0.5860 0.7439</w:t>
        <w:br/>
        <w:t>vn 0.3746 0.5721 0.7296</w:t>
        <w:br/>
        <w:t>vn 0.2689 0.4948 0.8263</w:t>
        <w:br/>
        <w:t>vn 0.7995 -0.4258 0.4236</w:t>
        <w:br/>
        <w:t>vn 0.7321 -0.5485 0.4040</w:t>
        <w:br/>
        <w:t>vn 0.7320 -0.5485 0.4041</w:t>
        <w:br/>
        <w:t>vn 0.7995 -0.4258 0.4237</w:t>
        <w:br/>
        <w:t>vn 0.5286 0.4763 0.7027</w:t>
        <w:br/>
        <w:t>vn 0.4169 0.3890 0.8216</w:t>
        <w:br/>
        <w:t>vn 0.0444 0.4112 0.9105</w:t>
        <w:br/>
        <w:t>vn -0.0355 0.4505 0.8921</w:t>
        <w:br/>
        <w:t>vn 0.1783 0.2394 0.9544</w:t>
        <w:br/>
        <w:t>vn 0.7274 0.2250 0.6482</w:t>
        <w:br/>
        <w:t>vn 0.5894 0.1632 0.7912</w:t>
        <w:br/>
        <w:t>vn -0.5376 0.0817 -0.8392</w:t>
        <w:br/>
        <w:t>vn -0.5330 0.2512 -0.8080</w:t>
        <w:br/>
        <w:t>vn -0.7161 0.2395 -0.6556</w:t>
        <w:br/>
        <w:t>vn -0.7441 0.0680 -0.6646</w:t>
        <w:br/>
        <w:t>vn 0.9688 -0.2283 0.0959</w:t>
        <w:br/>
        <w:t>vn 0.8266 -0.2777 0.4895</w:t>
        <w:br/>
        <w:t>vn 0.7735 -0.4519 0.4445</w:t>
        <w:br/>
        <w:t>vn 0.9148 -0.3837 0.1265</w:t>
        <w:br/>
        <w:t>vn 0.4041 -0.4345 0.8049</w:t>
        <w:br/>
        <w:t>vn 0.3912 -0.2449 0.8872</w:t>
        <w:br/>
        <w:t>vn 0.0045 -0.1294 0.9916</w:t>
        <w:br/>
        <w:t>vn 0.0242 -0.2887 0.9571</w:t>
        <w:br/>
        <w:t>vn -0.8587 -0.0814 0.5059</w:t>
        <w:br/>
        <w:t>vn -0.6623 0.0597 0.7468</w:t>
        <w:br/>
        <w:t>vn -0.8346 -0.0748 0.5457</w:t>
        <w:br/>
        <w:t>vn -0.8587 -0.0815 0.5059</w:t>
        <w:br/>
        <w:t>vn -0.5262 0.4020 -0.7494</w:t>
        <w:br/>
        <w:t>vn -0.6964 0.3804 -0.6085</w:t>
        <w:br/>
        <w:t>vn -0.5289 0.3826 -0.7575</w:t>
        <w:br/>
        <w:t>vn -0.6236 0.5758 -0.5287</w:t>
        <w:br/>
        <w:t>vn -0.2984 0.4815 -0.8241</w:t>
        <w:br/>
        <w:t>vn -0.2845 0.5138 -0.8094</w:t>
        <w:br/>
        <w:t>vn 0.3842 -0.7598 0.5245</w:t>
        <w:br/>
        <w:t>vn 0.7023 -0.6814 0.2063</w:t>
        <w:br/>
        <w:t>vn 0.6085 -0.7020 0.3701</w:t>
        <w:br/>
        <w:t>vn 0.6917 -0.5965 0.4071</w:t>
        <w:br/>
        <w:t>vn 0.8134 -0.5526 0.1817</w:t>
        <w:br/>
        <w:t>vn -0.3254 -0.5530 0.7670</w:t>
        <w:br/>
        <w:t>vn -0.2758 -0.5879 0.7604</w:t>
        <w:br/>
        <w:t>vn -0.0599 -0.7454 0.6639</w:t>
        <w:br/>
        <w:t>vn 0.2469 0.3089 0.9185</w:t>
        <w:br/>
        <w:t>vn 0.1218 0.4191 0.8997</w:t>
        <w:br/>
        <w:t>vn 0.3439 0.1139 0.9321</w:t>
        <w:br/>
        <w:t>vn 0.0072 0.0593 -0.9982</w:t>
        <w:br/>
        <w:t>vn 0.3046 0.0239 -0.9522</w:t>
        <w:br/>
        <w:t>vn 0.3185 0.0955 -0.9431</w:t>
        <w:br/>
        <w:t>vn -0.0002 0.1820 -0.9833</w:t>
        <w:br/>
        <w:t>vn -0.7368 0.4362 -0.5166</w:t>
        <w:br/>
        <w:t>vn -0.7866 0.3004 -0.5395</w:t>
        <w:br/>
        <w:t>vn -0.4719 0.4737 -0.7436</w:t>
        <w:br/>
        <w:t>vn -0.6815 0.5139 -0.5211</w:t>
        <w:br/>
        <w:t>vn 0.0679 0.4591 0.8858</w:t>
        <w:br/>
        <w:t>vn 0.4749 -0.7045 0.5274</w:t>
        <w:br/>
        <w:t>vn 0.2443 -0.6458 0.7233</w:t>
        <w:br/>
        <w:t>vn 0.2177 -0.6778 0.7023</w:t>
        <w:br/>
        <w:t>vn 0.8691 -0.2648 0.4179</w:t>
        <w:br/>
        <w:t>vn 0.8690 -0.2649 0.4179</w:t>
        <w:br/>
        <w:t>vn 0.7079 -0.4982 0.5007</w:t>
        <w:br/>
        <w:t>vn 0.7121 -0.3181 0.6258</w:t>
        <w:br/>
        <w:t>vn 0.7750 0.0922 0.6252</w:t>
        <w:br/>
        <w:t>vn 0.6626 0.3429 0.6658</w:t>
        <w:br/>
        <w:t>vn 0.3390 0.5864 0.7357</w:t>
        <w:br/>
        <w:t>vn 0.2689 0.7982 0.5391</w:t>
        <w:br/>
        <w:t>vn 0.3019 0.9355 0.1837</w:t>
        <w:br/>
        <w:t>vn 0.4021 0.8984 0.1764</w:t>
        <w:br/>
        <w:t>vn 0.0668 0.9081 -0.4133</w:t>
        <w:br/>
        <w:t>vn -0.0769 0.7785 -0.6229</w:t>
        <w:br/>
        <w:t>vn -0.2196 0.9597 -0.1755</w:t>
        <w:br/>
        <w:t>vn 0.0134 -0.4250 0.9051</w:t>
        <w:br/>
        <w:t>vn 0.3286 -0.5619 0.7591</w:t>
        <w:br/>
        <w:t>vn 0.0871 0.2900 -0.9530</w:t>
        <w:br/>
        <w:t>vn -0.5379 0.6071 0.5848</w:t>
        <w:br/>
        <w:t>vn -0.9302 0.2839 0.2325</w:t>
        <w:br/>
        <w:t>vn -0.9328 0.2760 0.2318</w:t>
        <w:br/>
        <w:t>vn -0.9328 0.2761 0.2318</w:t>
        <w:br/>
        <w:t>vn 0.4452 0.1418 0.8841</w:t>
        <w:br/>
        <w:t>vn 0.8980 0.0709 0.4343</w:t>
        <w:br/>
        <w:t>vn -0.9501 0.1935 0.2447</w:t>
        <w:br/>
        <w:t>vn -0.9424 0.2381 0.2351</w:t>
        <w:br/>
        <w:t>vn -0.9424 0.2381 0.2350</w:t>
        <w:br/>
        <w:t>vn 0.7973 -0.1250 0.5905</w:t>
        <w:br/>
        <w:t>vn 0.9004 -0.1284 0.4157</w:t>
        <w:br/>
        <w:t>vn -0.1598 -0.2131 0.9639</w:t>
        <w:br/>
        <w:t>vn -0.4696 0.1964 0.8608</w:t>
        <w:br/>
        <w:t>vn -0.8383 -0.0399 0.5437</w:t>
        <w:br/>
        <w:t>vn -0.4503 -0.3364 0.8270</w:t>
        <w:br/>
        <w:t>vn -0.4543 0.4370 0.7763</w:t>
        <w:br/>
        <w:t>vn -0.5112 0.5817 0.6327</w:t>
        <w:br/>
        <w:t>vn -0.5970 0.5760 0.5585</w:t>
        <w:br/>
        <w:t>vn -0.5393 0.4647 0.7023</w:t>
        <w:br/>
        <w:t>vn -0.1257 0.6370 -0.7606</w:t>
        <w:br/>
        <w:t>vn -0.3514 0.9044 -0.2419</w:t>
        <w:br/>
        <w:t>vn 0.0469 0.9687 -0.2438</w:t>
        <w:br/>
        <w:t>vn 0.0470 0.9687 -0.2438</w:t>
        <w:br/>
        <w:t>vn 0.4892 0.7936 0.3619</w:t>
        <w:br/>
        <w:t>vn -0.8486 0.2533 -0.4644</w:t>
        <w:br/>
        <w:t>vn -0.7199 0.4203 -0.5524</w:t>
        <w:br/>
        <w:t>vn -0.6766 0.3665 0.6387</w:t>
        <w:br/>
        <w:t>vn -0.4322 0.3053 0.8485</w:t>
        <w:br/>
        <w:t>vn -0.3498 0.4901 0.7984</w:t>
        <w:br/>
        <w:t>vn -0.5304 0.6009 0.5980</w:t>
        <w:br/>
        <w:t>vn -0.3835 0.3727 0.8450</w:t>
        <w:br/>
        <w:t>vn -0.4170 0.5810 0.6990</w:t>
        <w:br/>
        <w:t>vn 0.8928 0.2288 0.3880</w:t>
        <w:br/>
        <w:t>vn 0.8530 0.1021 0.5117</w:t>
        <w:br/>
        <w:t>vn 0.8854 0.0872 0.4567</w:t>
        <w:br/>
        <w:t>vn 0.9189 0.1890 0.3463</w:t>
        <w:br/>
        <w:t>vn 0.8396 0.4572 0.2934</w:t>
        <w:br/>
        <w:t>vn 0.7855 0.2059 0.5837</w:t>
        <w:br/>
        <w:t>vn 0.6832 0.3444 0.6439</w:t>
        <w:br/>
        <w:t>vn 0.7233 0.6236 0.2967</w:t>
        <w:br/>
        <w:t>vn -0.6726 0.4951 -0.5501</w:t>
        <w:br/>
        <w:t>vn -0.6726 0.4951 -0.5500</w:t>
        <w:br/>
        <w:t>vn -0.7206 0.3964 -0.5689</w:t>
        <w:br/>
        <w:t>vn -0.6361 0.2612 -0.7261</w:t>
        <w:br/>
        <w:t>vn -0.4247 0.7637 0.4861</w:t>
        <w:br/>
        <w:t>vn -0.2604 0.6634 0.7015</w:t>
        <w:br/>
        <w:t>vn -0.2173 0.7369 0.6402</w:t>
        <w:br/>
        <w:t>vn -0.4491 0.7795 0.4367</w:t>
        <w:br/>
        <w:t>vn -0.3067 0.6875 0.6583</w:t>
        <w:br/>
        <w:t>vn -0.1767 0.7999 0.5736</w:t>
        <w:br/>
        <w:t>vn -0.5824 0.6660 0.4661</w:t>
        <w:br/>
        <w:t>vn -0.2235 0.6927 0.6858</w:t>
        <w:br/>
        <w:t>vn -0.7271 0.4392 0.5277</w:t>
        <w:br/>
        <w:t>vn -0.7271 0.4391 0.5277</w:t>
        <w:br/>
        <w:t>vn 0.0125 0.6756 0.7372</w:t>
        <w:br/>
        <w:t>vn -0.4527 0.0862 -0.8875</w:t>
        <w:br/>
        <w:t>vn -0.7730 0.2152 -0.5968</w:t>
        <w:br/>
        <w:t>vn -0.7964 0.1143 -0.5939</w:t>
        <w:br/>
        <w:t>vn -0.6075 0.0719 -0.7910</w:t>
        <w:br/>
        <w:t>vn 0.7880 0.1575 -0.5952</w:t>
        <w:br/>
        <w:t>vn 0.6471 0.2017 -0.7352</w:t>
        <w:br/>
        <w:t>vn 0.6372 0.2522 -0.7283</w:t>
        <w:br/>
        <w:t>vn 0.7343 0.3799 0.5625</w:t>
        <w:br/>
        <w:t>vn 0.9287 0.2753 0.2486</w:t>
        <w:br/>
        <w:t>vn 0.6724 0.3824 0.6338</w:t>
        <w:br/>
        <w:t>vn -0.8048 0.0995 -0.5851</w:t>
        <w:br/>
        <w:t>vn -0.7766 0.3047 0.5514</w:t>
        <w:br/>
        <w:t>vn 0.2516 0.4522 0.8557</w:t>
        <w:br/>
        <w:t>vn 0.9196 0.2436 0.3082</w:t>
        <w:br/>
        <w:t>vn 0.9762 0.1871 0.1095</w:t>
        <w:br/>
        <w:t>vn 0.1365 0.3569 0.9241</w:t>
        <w:br/>
        <w:t>vn 0.0934 -0.0135 0.9955</w:t>
        <w:br/>
        <w:t>vn 0.4597 0.0534 0.8865</w:t>
        <w:br/>
        <w:t>vn 0.0329 -0.4677 0.8833</w:t>
        <w:br/>
        <w:t>vn -0.4606 -0.1394 0.8766</w:t>
        <w:br/>
        <w:t>vn -0.2831 -0.5810 0.7631</w:t>
        <w:br/>
        <w:t>vn -0.5667 0.1648 0.8073</w:t>
        <w:br/>
        <w:t>vn -0.8085 0.0620 0.5852</w:t>
        <w:br/>
        <w:t>vn -0.6537 -0.2471 0.7153</w:t>
        <w:br/>
        <w:t>vn -0.3021 -0.6607 0.6872</w:t>
        <w:br/>
        <w:t>vn -0.6725 -0.3526 0.6507</w:t>
        <w:br/>
        <w:t>vn -0.2732 -0.6905 0.6698</w:t>
        <w:br/>
        <w:t>vn -0.2753 -0.6712 0.6883</w:t>
        <w:br/>
        <w:t>vn -0.6212 -0.4278 0.6566</w:t>
        <w:br/>
        <w:t>vn -0.5486 -0.4775 0.6863</w:t>
        <w:br/>
        <w:t>vn -0.8847 -0.2134 0.4144</w:t>
        <w:br/>
        <w:t>vn -0.4032 -0.5616 0.7225</w:t>
        <w:br/>
        <w:t>vn -0.5755 -0.4611 0.6755</w:t>
        <w:br/>
        <w:t>vn -0.8953 -0.1040 0.4332</w:t>
        <w:br/>
        <w:t>vn -0.8913 -0.1734 0.4189</w:t>
        <w:br/>
        <w:t>vn 0.0107 -0.7748 0.6321</w:t>
        <w:br/>
        <w:t>vn 0.4739 -0.8317 0.2892</w:t>
        <w:br/>
        <w:t>vn 0.1365 0.8556 0.4994</w:t>
        <w:br/>
        <w:t>vn -0.4729 0.7693 0.4296</w:t>
        <w:br/>
        <w:t>vn -0.5824 0.1876 0.7910</w:t>
        <w:br/>
        <w:t>vn -0.0595 0.4453 0.8934</w:t>
        <w:br/>
        <w:t>vn -0.5422 -0.0806 0.8364</w:t>
        <w:br/>
        <w:t>vn -0.2481 0.1079 0.9627</w:t>
        <w:br/>
        <w:t>vn 0.1254 0.5795 0.8053</w:t>
        <w:br/>
        <w:t>vn 0.2021 0.3868 0.8997</w:t>
        <w:br/>
        <w:t>vn 0.2232 0.9343 0.2781</w:t>
        <w:br/>
        <w:t>vn -0.1463 0.7371 0.6598</w:t>
        <w:br/>
        <w:t>vn -0.0627 0.7300 0.6805</w:t>
        <w:br/>
        <w:t>vn -0.8408 0.0280 0.5406</w:t>
        <w:br/>
        <w:t>vn -0.6804 -0.4171 0.6025</w:t>
        <w:br/>
        <w:t>vn -0.9261 -0.0064 0.3771</w:t>
        <w:br/>
        <w:t>vn -0.7012 -0.5448 0.4599</w:t>
        <w:br/>
        <w:t>vn -0.8675 0.4881 0.0955</w:t>
        <w:br/>
        <w:t>vn -0.7931 0.5650 0.2274</w:t>
        <w:br/>
        <w:t>vn -0.8307 0.5554 0.0387</w:t>
        <w:br/>
        <w:t>vn -0.9454 0.0587 0.3206</w:t>
        <w:br/>
        <w:t>vn -0.7525 -0.5539 0.3564</w:t>
        <w:br/>
        <w:t>vn -0.7427 0.6677 0.0507</w:t>
        <w:br/>
        <w:t>vn -0.9453 0.1611 0.2838</w:t>
        <w:br/>
        <w:t>vn -0.7888 -0.5554 0.2633</w:t>
        <w:br/>
        <w:t>vn -0.9352 0.1969 0.2945</w:t>
        <w:br/>
        <w:t>vn -0.9385 0.2025 0.2795</w:t>
        <w:br/>
        <w:t>vn -0.6450 0.7550 0.1182</w:t>
        <w:br/>
        <w:t>vn -0.8389 -0.5098 0.1905</w:t>
        <w:br/>
        <w:t>vn -0.8211 -0.5369 0.1940</w:t>
        <w:br/>
        <w:t>vn -0.5040 -0.8613 0.0652</w:t>
        <w:br/>
        <w:t>vn -0.4679 -0.8736 0.1336</w:t>
        <w:br/>
        <w:t>vn -0.3123 0.9498 -0.0162</w:t>
        <w:br/>
        <w:t>vn -0.3608 0.9323 -0.0273</w:t>
        <w:br/>
        <w:t>vn -0.3497 0.5224 0.7777</w:t>
        <w:br/>
        <w:t>vn -0.6273 0.4924 0.6034</w:t>
        <w:br/>
        <w:t>vn 0.3126 0.7223 0.6170</w:t>
        <w:br/>
        <w:t>vn -0.0179 0.7923 0.6099</w:t>
        <w:br/>
        <w:t>vn 0.1412 0.5832 0.8000</w:t>
        <w:br/>
        <w:t>vn -0.4743 0.8785 -0.0574</w:t>
        <w:br/>
        <w:t>vn -0.4790 0.8770 -0.0390</w:t>
        <w:br/>
        <w:t>vn -0.8466 0.4705 0.2487</w:t>
        <w:br/>
        <w:t>vn -0.7610 0.5241 0.3823</w:t>
        <w:br/>
        <w:t>vn -0.8098 0.2578 0.5270</w:t>
        <w:br/>
        <w:t>vn -0.5094 0.8569 -0.0784</w:t>
        <w:br/>
        <w:t>vn -0.8890 0.4305 0.1560</w:t>
        <w:br/>
        <w:t>vn -0.5428 0.8386 -0.0455</w:t>
        <w:br/>
        <w:t>vn -0.8894 0.4290 0.1578</w:t>
        <w:br/>
        <w:t>vn -0.9425 -0.1989 0.2686</w:t>
        <w:br/>
        <w:t>vn -0.5450 0.8322 0.1016</w:t>
        <w:br/>
        <w:t>vn -0.8469 0.4646 0.2587</w:t>
        <w:br/>
        <w:t>vn -0.9547 -0.1601 0.2510</w:t>
        <w:br/>
        <w:t>vn -0.7623 0.5092 0.3996</w:t>
        <w:br/>
        <w:t>vn -0.4974 0.8261 0.2650</w:t>
        <w:br/>
        <w:t>vn -0.6182 0.6952 0.3667</w:t>
        <w:br/>
        <w:t>vn -0.9576 -0.1057 0.2681</w:t>
        <w:br/>
        <w:t>vn -0.3040 0.9430 0.1352</w:t>
        <w:br/>
        <w:t>vn -0.9604 -0.1286 0.2471</w:t>
        <w:br/>
        <w:t>vn -0.8447 -0.5266 0.0955</w:t>
        <w:br/>
        <w:t>vn -0.8398 -0.5153 0.1710</w:t>
        <w:br/>
        <w:t>vn 0.0462 0.6402 0.7668</w:t>
        <w:br/>
        <w:t>vn 0.3393 0.6435 0.6861</w:t>
        <w:br/>
        <w:t>vn -0.3524 -0.0567 -0.9341</w:t>
        <w:br/>
        <w:t>vn -0.2651 -0.1828 -0.9467</w:t>
        <w:br/>
        <w:t>vn -0.2650 -0.1828 -0.9468</w:t>
        <w:br/>
        <w:t>vn -0.3525 -0.0567 -0.9341</w:t>
        <w:br/>
        <w:t>vn -0.1047 0.8903 0.4432</w:t>
        <w:br/>
        <w:t>vn -0.1316 0.9327 0.3359</w:t>
        <w:br/>
        <w:t>vn -0.3258 0.8642 0.3833</w:t>
        <w:br/>
        <w:t>vn -0.0506 -0.9663 -0.2525</w:t>
        <w:br/>
        <w:t>vn -0.0506 -0.9663 -0.2524</w:t>
        <w:br/>
        <w:t>vn -0.0758 -0.9617 -0.2634</w:t>
        <w:br/>
        <w:t>vn 0.7597 0.5549 0.3391</w:t>
        <w:br/>
        <w:t>vn 0.6042 0.7191 0.3431</w:t>
        <w:br/>
        <w:t>vn 0.6612 0.5537 0.5063</w:t>
        <w:br/>
        <w:t>vn 0.7882 0.3447 0.5099</w:t>
        <w:br/>
        <w:t>vn -0.4567 -0.4932 -0.7404</w:t>
        <w:br/>
        <w:t>vn -0.4366 -0.5184 -0.7353</w:t>
        <w:br/>
        <w:t>vn 0.0426 -0.9800 -0.1943</w:t>
        <w:br/>
        <w:t>vn -0.0217 -0.9450 -0.3262</w:t>
        <w:br/>
        <w:t>vn -0.1245 0.9850 -0.1195</w:t>
        <w:br/>
        <w:t>vn -0.2329 0.9572 -0.1719</w:t>
        <w:br/>
        <w:t>vn -0.1572 0.9736 -0.1656</w:t>
        <w:br/>
        <w:t>vn 0.5913 0.5694 0.5711</w:t>
        <w:br/>
        <w:t>vn 0.5538 0.5205 0.6500</w:t>
        <w:br/>
        <w:t>vn 0.6093 0.6028 0.5152</w:t>
        <w:br/>
        <w:t>vn 0.2574 0.9217 0.2902</w:t>
        <w:br/>
        <w:t>vn -0.1019 0.9932 -0.0570</w:t>
        <w:br/>
        <w:t>vn -0.1019 0.9932 -0.0571</w:t>
        <w:br/>
        <w:t>vn 0.2575 0.9217 0.2902</w:t>
        <w:br/>
        <w:t>vn -0.1662 0.9860 -0.0154</w:t>
        <w:br/>
        <w:t>vn 0.6582 0.6028 0.4510</w:t>
        <w:br/>
        <w:t>vn -0.3016 0.9532 0.0191</w:t>
        <w:br/>
        <w:t>vn -0.3735 0.9266 0.0439</w:t>
        <w:br/>
        <w:t>vn 0.6922 0.5938 0.4102</w:t>
        <w:br/>
        <w:t>vn -0.4313 -0.5115 -0.7432</w:t>
        <w:br/>
        <w:t>vn -0.3707 -0.6697 -0.6435</w:t>
        <w:br/>
        <w:t>vn 0.1031 -0.9714 -0.2138</w:t>
        <w:br/>
        <w:t>vn 0.0371 -0.9792 -0.1996</w:t>
        <w:br/>
        <w:t>vn -0.0823 -0.8831 -0.4620</w:t>
        <w:br/>
        <w:t>vn 0.2313 -0.9415 -0.2450</w:t>
        <w:br/>
        <w:t>vn 0.0318 -0.8535 -0.5202</w:t>
        <w:br/>
        <w:t>vn 0.3824 -0.8670 -0.3195</w:t>
        <w:br/>
        <w:t>vn 0.4570 -0.8094 -0.3688</w:t>
        <w:br/>
        <w:t>vn -0.2066 0.5046 0.8383</w:t>
        <w:br/>
        <w:t>vn -0.2177 0.6835 0.6968</w:t>
        <w:br/>
        <w:t>vn -0.5335 0.5120 -0.6732</w:t>
        <w:br/>
        <w:t>vn -0.3894 0.4872 -0.7817</w:t>
        <w:br/>
        <w:t>vn -0.0496 0.3059 -0.9508</w:t>
        <w:br/>
        <w:t>vn 0.2860 -0.9451 0.1582</w:t>
        <w:br/>
        <w:t>vn -0.0216 -0.9450 -0.3263</w:t>
        <w:br/>
        <w:t>vn 0.2911 -0.9477 0.1309</w:t>
        <w:br/>
        <w:t>vn 0.0372 -0.9792 -0.1995</w:t>
        <w:br/>
        <w:t>vn 0.6720 -0.7377 -0.0649</w:t>
        <w:br/>
        <w:t>vn 0.5108 -0.8596 0.0089</w:t>
        <w:br/>
        <w:t>vn 0.3823 -0.8670 -0.3195</w:t>
        <w:br/>
        <w:t>vn -0.9760 -0.1314 0.1736</w:t>
        <w:br/>
        <w:t>vn -0.8581 -0.2628 0.4412</w:t>
        <w:br/>
        <w:t>vn -0.9318 0.2385 0.2735</w:t>
        <w:br/>
        <w:t>vn -0.9585 0.2284 0.1703</w:t>
        <w:br/>
        <w:t>vn -0.9981 0.0232 -0.0570</w:t>
        <w:br/>
        <w:t>vn -0.9968 -0.0758 0.0255</w:t>
        <w:br/>
        <w:t>vn -0.9202 0.0853 0.3821</w:t>
        <w:br/>
        <w:t>vn -0.6011 0.4108 0.6855</w:t>
        <w:br/>
        <w:t>vn -0.6696 0.5442 0.5054</w:t>
        <w:br/>
        <w:t>vn 0.4654 0.8300 0.3073</w:t>
        <w:br/>
        <w:t>vn 0.1441 0.2663 0.9531</w:t>
        <w:br/>
        <w:t>vn 0.3763 0.5032 0.7780</w:t>
        <w:br/>
        <w:t>vn 0.2226 0.5340 0.8157</w:t>
        <w:br/>
        <w:t>vn 0.3443 0.1359 0.9290</w:t>
        <w:br/>
        <w:t>vn 0.5418 0.1006 0.8345</w:t>
        <w:br/>
        <w:t>vn 0.6872 0.3109 0.6566</w:t>
        <w:br/>
        <w:t>vn 0.5388 0.4290 0.7250</w:t>
        <w:br/>
        <w:t>vn -0.2954 0.8026 -0.5183</w:t>
        <w:br/>
        <w:t>vn -0.3717 0.7715 -0.5163</w:t>
        <w:br/>
        <w:t>vn -0.2954 0.8026 -0.5182</w:t>
        <w:br/>
        <w:t>vn 0.7233 0.6235 0.2966</w:t>
        <w:br/>
        <w:t>vn 0.7407 0.6236 0.2500</w:t>
        <w:br/>
        <w:t>vn 0.8498 0.4729 0.2327</w:t>
        <w:br/>
        <w:t>vn 0.7870 0.1673 0.5938</w:t>
        <w:br/>
        <w:t>vn 0.6215 -0.0494 0.7819</w:t>
        <w:br/>
        <w:t>vn 0.9194 0.3314 0.2117</w:t>
        <w:br/>
        <w:t>vn 0.9168 0.3460 0.1994</w:t>
        <w:br/>
        <w:t>vn 0.6221 -0.4126 0.6653</w:t>
        <w:br/>
        <w:t>vn 0.8814 -0.0559 0.4690</w:t>
        <w:br/>
        <w:t>vn 0.8467 0.0329 0.5311</w:t>
        <w:br/>
        <w:t>vn 0.6104 -0.2773 0.7420</w:t>
        <w:br/>
        <w:t>vn 0.6013 -0.5150 0.6110</w:t>
        <w:br/>
        <w:t>vn 0.9155 -0.0958 0.3906</w:t>
        <w:br/>
        <w:t>vn 0.9462 0.3171 0.0647</w:t>
        <w:br/>
        <w:t>vn 0.9473 0.3138 -0.0644</w:t>
        <w:br/>
        <w:t>vn 0.8557 0.4381 -0.2753</w:t>
        <w:br/>
        <w:t>vn 0.8988 0.4135 -0.1454</w:t>
        <w:br/>
        <w:t>vn 0.8021 0.5945 -0.0570</w:t>
        <w:br/>
        <w:t>vn 0.6515 0.7089 -0.2701</w:t>
        <w:br/>
        <w:t>vn 0.7308 0.6233 -0.2783</w:t>
        <w:br/>
        <w:t>vn 0.8621 0.5012 -0.0748</w:t>
        <w:br/>
        <w:t>vn 0.9389 -0.0591 0.3390</w:t>
        <w:br/>
        <w:t>vn 0.9170 0.3851 -0.1042</w:t>
        <w:br/>
        <w:t>vn 0.8012 0.5143 -0.3060</w:t>
        <w:br/>
        <w:t>vn -0.9561 0.2903 0.0387</w:t>
        <w:br/>
        <w:t>vn -0.9942 0.0964 -0.0481</w:t>
        <w:br/>
        <w:t>vn -0.9921 0.0003 0.1253</w:t>
        <w:br/>
        <w:t>vn -0.1632 0.5255 0.8350</w:t>
        <w:br/>
        <w:t>vn -0.2349 0.6961 0.6785</w:t>
        <w:br/>
        <w:t>vn -0.4829 0.6583 0.5775</w:t>
        <w:br/>
        <w:t>vn -0.3859 0.5721 0.7237</w:t>
        <w:br/>
        <w:t>vn 0.2688 0.7982 0.5391</w:t>
        <w:br/>
        <w:t>vn 0.4021 0.8984 0.1763</w:t>
        <w:br/>
        <w:t>vn 0.3913 0.6185 0.6815</w:t>
        <w:br/>
        <w:t>vn -0.0503 0.8749 0.4817</w:t>
        <w:br/>
        <w:t>vn -0.2930 0.8261 0.4814</w:t>
        <w:br/>
        <w:t>vn -0.0066 0.6988 0.7153</w:t>
        <w:br/>
        <w:t>vn 0.5546 0.4949 0.6689</w:t>
        <w:br/>
        <w:t>vn 0.5857 0.7626 0.2745</w:t>
        <w:br/>
        <w:t>vn 0.5035 0.7475 0.4333</w:t>
        <w:br/>
        <w:t>vn 0.2999 0.8169 0.4926</w:t>
        <w:br/>
        <w:t>vn 0.3211 0.5697 0.7565</w:t>
        <w:br/>
        <w:t>vn 0.5202 0.5265 0.6724</w:t>
        <w:br/>
        <w:t>vn 0.8227 0.3245 0.4667</w:t>
        <w:br/>
        <w:t>vn 0.6981 0.4258 0.5756</w:t>
        <w:br/>
        <w:t>vn 0.6981 0.6443 0.3124</w:t>
        <w:br/>
        <w:t>vn 0.8195 0.5369 0.2006</w:t>
        <w:br/>
        <w:t>vn 0.9168 0.3459 0.1994</w:t>
        <w:br/>
        <w:t>vn 0.8770 0.4638 0.1260</w:t>
        <w:br/>
        <w:t>vn -0.8909 0.4453 -0.0897</w:t>
        <w:br/>
        <w:t>vn -0.9513 0.1786 -0.2513</w:t>
        <w:br/>
        <w:t>vn 0.9189 0.2805 0.2774</w:t>
        <w:br/>
        <w:t>vn 0.9286 0.1874 0.3202</w:t>
        <w:br/>
        <w:t>vn 0.9355 0.2726 0.2246</w:t>
        <w:br/>
        <w:t>vn 0.9225 0.1942 0.3336</w:t>
        <w:br/>
        <w:t>vn 0.9305 0.0924 0.3544</w:t>
        <w:br/>
        <w:t>vn 0.6759 -0.6126 0.4097</w:t>
        <w:br/>
        <w:t>vn 0.8878 0.2368 0.3946</w:t>
        <w:br/>
        <w:t>vn 0.8295 0.5456 0.1190</w:t>
        <w:br/>
        <w:t>vn 0.7744 0.5836 0.2444</w:t>
        <w:br/>
        <w:t>vn 0.0738 -0.4183 0.9053</w:t>
        <w:br/>
        <w:t>vn 0.0835 -0.4514 0.8884</w:t>
        <w:br/>
        <w:t>vn 0.7962 -0.4003 0.4537</w:t>
        <w:br/>
        <w:t>vn 0.8439 0.2865 0.4537</w:t>
        <w:br/>
        <w:t>vn 0.7151 0.6159 0.3307</w:t>
        <w:br/>
        <w:t>vn -0.8328 -0.0248 -0.5530</w:t>
        <w:br/>
        <w:t>vn -0.7940 -0.0768 -0.6030</w:t>
        <w:br/>
        <w:t>vn -0.8218 -0.4707 -0.3211</w:t>
        <w:br/>
        <w:t>vn -0.8722 -0.3950 -0.2886</w:t>
        <w:br/>
        <w:t>vn 0.2055 -0.0291 0.9782</w:t>
        <w:br/>
        <w:t>vn 0.2029 -0.1199 0.9718</w:t>
        <w:br/>
        <w:t>vn 0.5255 -0.3594 0.7712</w:t>
        <w:br/>
        <w:t>vn 0.6990 -0.0422 0.7138</w:t>
        <w:br/>
        <w:t>vn 0.7130 -0.1676 0.6808</w:t>
        <w:br/>
        <w:t>vn 0.7130 -0.1677 0.6808</w:t>
        <w:br/>
        <w:t>vn 0.5218 -0.5202 0.6762</w:t>
        <w:br/>
        <w:t>vn 0.4356 -0.6588 0.6134</w:t>
        <w:br/>
        <w:t>vn -0.5560 0.4169 -0.7191</w:t>
        <w:br/>
        <w:t>vn -0.5797 0.3348 -0.7429</w:t>
        <w:br/>
        <w:t>vn -0.1914 -0.2563 0.9474</w:t>
        <w:br/>
        <w:t>vn -0.3032 -0.2758 0.9122</w:t>
        <w:br/>
        <w:t>vn -0.3927 -0.2682 0.8797</w:t>
        <w:br/>
        <w:t>vn -0.3928 -0.2682 0.8797</w:t>
        <w:br/>
        <w:t>vn -0.4249 -0.2676 0.8648</w:t>
        <w:br/>
        <w:t>vn -0.4212 -0.2873 0.8603</w:t>
        <w:br/>
        <w:t>vn -0.4248 -0.2676 0.8648</w:t>
        <w:br/>
        <w:t>vn 0.6476 0.0430 -0.7608</w:t>
        <w:br/>
        <w:t>vn 0.6476 0.0431 -0.7608</w:t>
        <w:br/>
        <w:t>vn 0.6446 -0.0190 -0.7643</w:t>
        <w:br/>
        <w:t>vn -0.8284 0.0057 -0.5602</w:t>
        <w:br/>
        <w:t>vn -0.8361 0.0182 -0.5484</w:t>
        <w:br/>
        <w:t>vn -0.8622 0.0656 -0.5022</w:t>
        <w:br/>
        <w:t>vn -0.8623 0.0656 -0.5022</w:t>
        <w:br/>
        <w:t>vn 0.7880 -0.0875 0.6094</w:t>
        <w:br/>
        <w:t>vn 0.5562 0.1494 -0.8175</w:t>
        <w:br/>
        <w:t>vn 0.2650 0.8318 0.4877</w:t>
        <w:br/>
        <w:t>vn 0.2473 0.8702 0.4261</w:t>
        <w:br/>
        <w:t>vn 0.0489 0.8927 0.4480</w:t>
        <w:br/>
        <w:t>vn 0.0668 0.8843 0.4621</w:t>
        <w:br/>
        <w:t>vn 0.8561 0.4007 0.3265</w:t>
        <w:br/>
        <w:t>vn 0.8454 0.1701 0.5063</w:t>
        <w:br/>
        <w:t>vn 0.9002 0.3293 0.2850</w:t>
        <w:br/>
        <w:t>vn 0.8593 0.3830 0.3390</w:t>
        <w:br/>
        <w:t>vn 0.8344 0.5455 0.0793</w:t>
        <w:br/>
        <w:t>vn 0.9261 0.3022 0.2259</w:t>
        <w:br/>
        <w:t>vn 0.8345 0.5485 0.0519</w:t>
        <w:br/>
        <w:t>vn 0.2486 0.9318 0.2643</w:t>
        <w:br/>
        <w:t>vn 0.2665 0.8012 0.5358</w:t>
        <w:br/>
        <w:t>vn 0.0677 0.9571 0.2816</w:t>
        <w:br/>
        <w:t>vn 0.2149 0.9417 -0.2587</w:t>
        <w:br/>
        <w:t>vn 0.6763 0.7301 0.0979</w:t>
        <w:br/>
        <w:t>vn 0.0812 0.8651 -0.4949</w:t>
        <w:br/>
        <w:t>vn -0.0135 0.8774 -0.4795</w:t>
        <w:br/>
        <w:t>vn 0.8955 0.2446 0.3717</w:t>
        <w:br/>
        <w:t>vn 0.8401 0.2514 0.4807</w:t>
        <w:br/>
        <w:t>vn 0.1766 0.8433 -0.5076</w:t>
        <w:br/>
        <w:t>vn 0.7588 0.6487 0.0577</w:t>
        <w:br/>
        <w:t>vn 0.8013 0.5981 0.0163</w:t>
        <w:br/>
        <w:t>vn 0.9218 0.2482 0.2976</w:t>
        <w:br/>
        <w:t>vn 0.2201 0.8139 -0.5377</w:t>
        <w:br/>
        <w:t>vn 0.2240 0.8032 -0.5520</w:t>
        <w:br/>
        <w:t>vn 0.2911 -0.9255 0.2422</w:t>
        <w:br/>
        <w:t>vn 0.3222 -0.9015 0.2890</w:t>
        <w:br/>
        <w:t>vn 0.3349 -0.8887 0.3131</w:t>
        <w:br/>
        <w:t>vn 0.7484 0.5199 0.4118</w:t>
        <w:br/>
        <w:t>vn 0.5729 0.7298 0.3731</w:t>
        <w:br/>
        <w:t>vn -0.0055 0.7629 -0.6465</w:t>
        <w:br/>
        <w:t>vn 0.0509 0.7385 -0.6724</w:t>
        <w:br/>
        <w:t>vn 0.0509 0.7385 -0.6723</w:t>
        <w:br/>
        <w:t>vn 0.7196 0.4503 0.5286</w:t>
        <w:br/>
        <w:t>vn 0.5974 0.5717 0.5623</w:t>
        <w:br/>
        <w:t>vn 0.4012 0.8333 0.3804</w:t>
        <w:br/>
        <w:t>vn 0.4780 0.6966 0.5351</w:t>
        <w:br/>
        <w:t>vn -0.7858 0.5515 0.2798</w:t>
        <w:br/>
        <w:t>vn -0.7517 0.5861 -0.3024</w:t>
        <w:br/>
        <w:t>vn -0.5088 0.8591 -0.0555</w:t>
        <w:br/>
        <w:t>vn -0.6865 0.7191 0.1078</w:t>
        <w:br/>
        <w:t>vn -0.4199 0.7671 0.4851</w:t>
        <w:br/>
        <w:t>vn 0.0705 0.7017 -0.7090</w:t>
        <w:br/>
        <w:t>vn 0.0763 0.6999 -0.7102</w:t>
        <w:br/>
        <w:t>vn 0.0707 0.7143 -0.6962</w:t>
        <w:br/>
        <w:t>vn -0.3560 0.5489 -0.7563</w:t>
        <w:br/>
        <w:t>vn -0.4410 0.5927 -0.6740</w:t>
        <w:br/>
        <w:t>vn -0.6353 0.3454 -0.6907</w:t>
        <w:br/>
        <w:t>vn -0.6203 0.2818 -0.7320</w:t>
        <w:br/>
        <w:t>vn -0.5584 0.2945 -0.7756</w:t>
        <w:br/>
        <w:t>vn -0.5848 0.3235 -0.7438</w:t>
        <w:br/>
        <w:t>vn -0.4338 0.6655 -0.6073</w:t>
        <w:br/>
        <w:t>vn -0.3333 0.5767 -0.7459</w:t>
        <w:br/>
        <w:t>vn -0.4288 0.5626 -0.7068</w:t>
        <w:br/>
        <w:t>vn -0.6021 0.6419 -0.4748</w:t>
        <w:br/>
        <w:t>vn -0.8782 -0.2880 -0.3819</w:t>
        <w:br/>
        <w:t>vn -0.9040 -0.2612 -0.3386</w:t>
        <w:br/>
        <w:t>vn -0.8879 -0.3814 -0.2571</w:t>
        <w:br/>
        <w:t>vn -0.8772 -0.3381 -0.3410</w:t>
        <w:br/>
        <w:t>vn 0.9128 0.0934 0.3977</w:t>
        <w:br/>
        <w:t>vn 0.9249 0.0518 0.3766</w:t>
        <w:br/>
        <w:t>vn 0.9124 0.3660 0.1832</w:t>
        <w:br/>
        <w:t>vn 0.9118 0.3807 0.1541</w:t>
        <w:br/>
        <w:t>vn -0.9777 -0.1400 0.1565</w:t>
        <w:br/>
        <w:t>vn 0.4393 -0.4242 0.7919</w:t>
        <w:br/>
        <w:t>vn 0.4854 -0.4318 0.7602</w:t>
        <w:br/>
        <w:t>vn 0.5920 -0.4854 0.6433</w:t>
        <w:br/>
        <w:t>vn 0.5300 -0.4381 0.7261</w:t>
        <w:br/>
        <w:t>vn 0.9249 0.0519 0.3766</w:t>
        <w:br/>
        <w:t>vn 0.5921 -0.4854 0.6433</w:t>
        <w:br/>
        <w:t>vn 0.6555 -0.5652 0.5009</w:t>
        <w:br/>
        <w:t>vn -0.8669 -0.3188 -0.3833</w:t>
        <w:br/>
        <w:t>vn -0.8494 -0.3718 -0.3746</w:t>
        <w:br/>
        <w:t>vn -0.6677 -0.7242 -0.1725</w:t>
        <w:br/>
        <w:t>vn -0.7065 -0.6892 -0.1608</w:t>
        <w:br/>
        <w:t>vn 0.3732 -0.9082 0.1894</w:t>
        <w:br/>
        <w:t>vn 0.3406 -0.9187 0.2001</w:t>
        <w:br/>
        <w:t>vn 0.3144 -0.9209 0.2305</w:t>
        <w:br/>
        <w:t>vn 0.2875 -0.9217 0.2604</w:t>
        <w:br/>
        <w:t>vn 0.5857 0.7626 0.2744</w:t>
        <w:br/>
        <w:t>vn 0.6084 0.7438 0.2768</w:t>
        <w:br/>
        <w:t>vn 0.7365 -0.5763 0.3541</w:t>
        <w:br/>
        <w:t>vn 0.7544 -0.5681 0.3287</w:t>
        <w:br/>
        <w:t>vn -0.6532 0.4551 -0.6051</w:t>
        <w:br/>
        <w:t>vn -0.7174 0.3626 -0.5948</w:t>
        <w:br/>
        <w:t>vn -0.2859 0.7580 -0.5863</w:t>
        <w:br/>
        <w:t>vn -0.3051 0.7566 -0.5783</w:t>
        <w:br/>
        <w:t>vn -0.8110 -0.5619 -0.1627</w:t>
        <w:br/>
        <w:t>vn -0.8653 -0.0405 -0.4997</w:t>
        <w:br/>
        <w:t>vn 0.3603 -0.7581 0.5436</w:t>
        <w:br/>
        <w:t>vn 0.3578 -0.7963 0.4878</w:t>
        <w:br/>
        <w:t>vn 0.6160 -0.5859 0.5265</w:t>
        <w:br/>
        <w:t>vn 0.5975 -0.5739 0.5600</w:t>
        <w:br/>
        <w:t>vn -0.3497 0.7713 -0.5317</w:t>
        <w:br/>
        <w:t>vn -0.5760 0.5609 -0.5947</w:t>
        <w:br/>
        <w:t>vn -0.3372 0.7633 -0.5511</w:t>
        <w:br/>
        <w:t>vn -0.6523 -0.7323 -0.1956</w:t>
        <w:br/>
        <w:t>vn -0.8229 -0.4351 -0.3654</w:t>
        <w:br/>
        <w:t>vn -0.8148 -0.4585 -0.3549</w:t>
        <w:br/>
        <w:t>vn -0.3343 0.6766 -0.6561</w:t>
        <w:br/>
        <w:t>vn -0.3408 0.6740 -0.6554</w:t>
        <w:br/>
        <w:t>vn -0.6197 0.4180 -0.6642</w:t>
        <w:br/>
        <w:t>vn -0.6306 0.3498 -0.6928</w:t>
        <w:br/>
        <w:t>vn -0.3830 0.6740 -0.6317</w:t>
        <w:br/>
        <w:t>vn -0.6820 0.3809 -0.6243</w:t>
        <w:br/>
        <w:t>vn 0.0987 -0.5548 0.8261</w:t>
        <w:br/>
        <w:t>vn -0.1291 -0.9549 0.2675</w:t>
        <w:br/>
        <w:t>vn 0.0171 -0.9877 0.1551</w:t>
        <w:br/>
        <w:t>vn -0.4352 -0.8401 0.3239</w:t>
        <w:br/>
        <w:t>vn -0.1475 -0.9785 0.1442</w:t>
        <w:br/>
        <w:t>vn 0.5172 -0.8483 -0.1132</w:t>
        <w:br/>
        <w:t>vn 0.0137 -0.9980 0.0614</w:t>
        <w:br/>
        <w:t>vn 0.8029 -0.5533 -0.2219</w:t>
        <w:br/>
        <w:t>vn 0.3443 -0.9018 0.2611</w:t>
        <w:br/>
        <w:t>vn 0.9219 -0.2885 -0.2585</w:t>
        <w:br/>
        <w:t>vn 0.9175 -0.3028 -0.2580</w:t>
        <w:br/>
        <w:t>vn 0.8917 -0.4507 -0.0421</w:t>
        <w:br/>
        <w:t>vn 0.8404 -0.5388 -0.0576</w:t>
        <w:br/>
        <w:t>vn 0.8784 -0.4102 -0.2454</w:t>
        <w:br/>
        <w:t>vn -0.1345 0.4810 -0.8663</w:t>
        <w:br/>
        <w:t>vn -0.1315 0.4677 -0.8741</w:t>
        <w:br/>
        <w:t>vn -0.5365 0.4768 -0.6963</w:t>
        <w:br/>
        <w:t>vn -0.0531 -0.7207 0.6912</w:t>
        <w:br/>
        <w:t>vn -0.2701 -0.6414 0.7181</w:t>
        <w:br/>
        <w:t>vn -0.4436 -0.7960 0.4119</w:t>
        <w:br/>
        <w:t>vn -0.4212 -0.7646 0.4879</w:t>
        <w:br/>
        <w:t>vn -0.7861 0.5398 0.3012</w:t>
        <w:br/>
        <w:t>vn -0.6297 0.7589 -0.1662</w:t>
        <w:br/>
        <w:t>vn -0.4658 -0.8437 0.2671</w:t>
        <w:br/>
        <w:t>vn -0.5277 0.8417 -0.1142</w:t>
        <w:br/>
        <w:t>vn -0.6832 0.7259 0.0793</w:t>
        <w:br/>
        <w:t>vn -0.9459 0.2052 0.2512</w:t>
        <w:br/>
        <w:t>vn -0.5739 -0.8175 0.0480</w:t>
        <w:br/>
        <w:t>vn -0.5570 -0.8286 0.0559</w:t>
        <w:br/>
        <w:t>vn 0.7420 0.4438 -0.5025</w:t>
        <w:br/>
        <w:t>vn 0.7421 0.4350 -0.5100</w:t>
        <w:br/>
        <w:t>vn 0.7421 0.4351 -0.5099</w:t>
        <w:br/>
        <w:t>vn 0.7419 0.4439 -0.5025</w:t>
        <w:br/>
        <w:t>vn 0.4137 0.9083 0.0618</w:t>
        <w:br/>
        <w:t>vn -0.1440 0.9655 -0.2170</w:t>
        <w:br/>
        <w:t>vn -0.2061 0.9580 -0.1994</w:t>
        <w:br/>
        <w:t>vn -0.7688 -0.5819 0.2651</w:t>
        <w:br/>
        <w:t>vn -0.7556 -0.6139 0.2283</w:t>
        <w:br/>
        <w:t>vn -0.2976 0.9427 -0.1510</w:t>
        <w:br/>
        <w:t>vn -0.8063 -0.5288 0.2649</w:t>
        <w:br/>
        <w:t>vn -0.3525 0.9358 -0.0079</w:t>
        <w:br/>
        <w:t>vn -0.5308 0.8255 0.1917</w:t>
        <w:br/>
        <w:t>vn -0.8036 0.4935 0.3327</w:t>
        <w:br/>
        <w:t>vn -0.8420 -0.5374 0.0476</w:t>
        <w:br/>
        <w:t>vn -0.8426 -0.5348 0.0625</w:t>
        <w:br/>
        <w:t>vn 0.7712 0.3446 -0.5352</w:t>
        <w:br/>
        <w:t>vn 0.8314 -0.0413 -0.5542</w:t>
        <w:br/>
        <w:t>vn 0.7601 -0.0270 -0.6492</w:t>
        <w:br/>
        <w:t>vn 0.7109 0.3868 -0.5874</w:t>
        <w:br/>
        <w:t>vn 0.1241 0.4497 0.8845</w:t>
        <w:br/>
        <w:t>vn 0.3006 0.7388 0.6031</w:t>
        <w:br/>
        <w:t>vn -0.8483 0.0065 -0.5295</w:t>
        <w:br/>
        <w:t>vn -0.5633 0.4102 -0.7172</w:t>
        <w:br/>
        <w:t>vn -0.8977 -0.3357 -0.2855</w:t>
        <w:br/>
        <w:t>vn -0.9191 -0.2775 -0.2796</w:t>
        <w:br/>
        <w:t>vn -0.8600 0.0297 -0.5094</w:t>
        <w:br/>
        <w:t>vn -0.8847 -0.1027 -0.4547</w:t>
        <w:br/>
        <w:t>vn -0.9131 -0.0208 -0.4072</w:t>
        <w:br/>
        <w:t>vn 0.9112 0.3876 0.1397</w:t>
        <w:br/>
        <w:t>vn 0.9032 0.4017 0.1514</w:t>
        <w:br/>
        <w:t>vn -0.8738 -0.1247 -0.4700</w:t>
        <w:br/>
        <w:t>vn -0.7174 0.3625 -0.5949</w:t>
        <w:br/>
        <w:t>vn -0.4713 -0.7703 -0.4296</w:t>
        <w:br/>
        <w:t>vn -0.5695 -0.7642 -0.3028</w:t>
        <w:br/>
        <w:t>vn -0.7518 -0.3920 -0.5302</w:t>
        <w:br/>
        <w:t>vn -0.6612 -0.4113 -0.6274</w:t>
        <w:br/>
        <w:t>vn -0.6354 0.3454 -0.6907</w:t>
        <w:br/>
        <w:t>vn -0.8205 -0.3840 -0.4235</w:t>
        <w:br/>
        <w:t>vn -0.3507 -0.6753 -0.6489</w:t>
        <w:br/>
        <w:t>vn -0.4142 -0.7149 -0.5633</w:t>
        <w:br/>
        <w:t>vn -0.5659 -0.4202 -0.7093</w:t>
        <w:br/>
        <w:t>vn -0.7112 -0.6811 -0.1739</w:t>
        <w:br/>
        <w:t>vn -0.8563 -0.3051 -0.4168</w:t>
        <w:br/>
        <w:t>vn -0.8542 -0.3738 -0.3614</w:t>
        <w:br/>
        <w:t>vn -0.8823 -0.2522 -0.3974</w:t>
        <w:br/>
        <w:t>vn -0.8575 -0.2853 -0.4281</w:t>
        <w:br/>
        <w:t>vn -0.8885 -0.2683 -0.3723</w:t>
        <w:br/>
        <w:t>vn 0.9339 0.2472 0.2582</w:t>
        <w:br/>
        <w:t>vn 0.8233 -0.5491 0.1436</w:t>
        <w:br/>
        <w:t>vn 0.8056 -0.5817 0.1123</w:t>
        <w:br/>
        <w:t>vn 0.9093 0.2443 0.3369</w:t>
        <w:br/>
        <w:t>vn 0.9366 0.2682 0.2255</w:t>
        <w:br/>
        <w:t>vn 0.8193 0.5513 0.1576</w:t>
        <w:br/>
        <w:t>vn 0.8304 0.5501 0.0882</w:t>
        <w:br/>
        <w:t>vn 0.9360 0.2841 0.2080</w:t>
        <w:br/>
        <w:t>vn 0.4856 -0.8739 -0.0206</w:t>
        <w:br/>
        <w:t>vn 0.4530 -0.8828 -0.1244</w:t>
        <w:br/>
        <w:t>vn -0.7154 -0.4540 -0.5311</w:t>
        <w:br/>
        <w:t>vn -0.7726 -0.4683 -0.4286</w:t>
        <w:br/>
        <w:t>vn -0.8419 -0.2508 -0.4778</w:t>
        <w:br/>
        <w:t>vn -0.7900 -0.2523 -0.5587</w:t>
        <w:br/>
        <w:t>vn -0.7571 0.3898 -0.5243</w:t>
        <w:br/>
        <w:t>vn -0.7501 0.4011 -0.5258</w:t>
        <w:br/>
        <w:t>vn -0.5127 0.7292 -0.4533</w:t>
        <w:br/>
        <w:t>vn -0.5216 0.7612 -0.3854</w:t>
        <w:br/>
        <w:t>vn -0.7501 0.4011 -0.5257</w:t>
        <w:br/>
        <w:t>vn -0.7570 0.3899 -0.5243</w:t>
        <w:br/>
        <w:t>vn 0.9514 -0.0092 0.3078</w:t>
        <w:br/>
        <w:t>vn 0.8848 0.2513 0.3923</w:t>
        <w:br/>
        <w:t>vn 0.7541 0.5796 0.3091</w:t>
        <w:br/>
        <w:t>vn -0.7753 -0.5235 -0.3534</w:t>
        <w:br/>
        <w:t>vn -0.7932 -0.5456 -0.2704</w:t>
        <w:br/>
        <w:t>vn -0.8784 -0.2819 -0.3860</w:t>
        <w:br/>
        <w:t>vn -0.8630 -0.2704 -0.4267</w:t>
        <w:br/>
        <w:t>vn -0.4706 0.6814 -0.5606</w:t>
        <w:br/>
        <w:t>vn -0.7389 0.3747 -0.5600</w:t>
        <w:br/>
        <w:t>vn -0.7946 0.1070 -0.5976</w:t>
        <w:br/>
        <w:t>vn -0.7644 0.3818 -0.5195</w:t>
        <w:br/>
        <w:t>vn -0.7644 0.3818 -0.5196</w:t>
        <w:br/>
        <w:t>vn -0.5219 0.6991 -0.4887</w:t>
        <w:br/>
        <w:t>vn 0.3445 -0.9003 0.2659</w:t>
        <w:br/>
        <w:t>vn 0.3445 -0.9003 0.2660</w:t>
        <w:br/>
        <w:t>vn 0.2726 -0.8938 0.3560</w:t>
        <w:br/>
        <w:t>vn 0.2726 -0.8939 0.3560</w:t>
        <w:br/>
        <w:t>vn -0.2400 0.7214 -0.6496</w:t>
        <w:br/>
        <w:t>vn -0.2665 0.7425 -0.6146</w:t>
        <w:br/>
        <w:t>vn -0.0663 0.9055 -0.4191</w:t>
        <w:br/>
        <w:t>vn -0.1973 0.7172 -0.6684</w:t>
        <w:br/>
        <w:t>vn -0.1363 0.7016 -0.6994</w:t>
        <w:br/>
        <w:t>vn -0.1015 0.6828 -0.7236</w:t>
        <w:br/>
        <w:t>vn 0.3337 -0.8814 0.3344</w:t>
        <w:br/>
        <w:t>vn 0.2693 -0.9043 0.3313</w:t>
        <w:br/>
        <w:t>vn -0.1589 -0.9862 0.0457</w:t>
        <w:br/>
        <w:t>vn -0.4434 -0.8731 -0.2028</w:t>
        <w:br/>
        <w:t>vn -0.6820 -0.4051 -0.6089</w:t>
        <w:br/>
        <w:t>vn -0.6138 -0.6443 -0.4562</w:t>
        <w:br/>
        <w:t>vn -0.5909 -0.6604 -0.4634</w:t>
        <w:br/>
        <w:t>vn -0.6635 -0.4308 -0.6117</w:t>
        <w:br/>
        <w:t>vn -0.5191 0.7533 0.4040</w:t>
        <w:br/>
        <w:t>vn -0.7084 -0.4039 -0.5788</w:t>
        <w:br/>
        <w:t>vn -0.6501 -0.6254 -0.4315</w:t>
        <w:br/>
        <w:t>vn -0.5404 0.8364 0.0923</w:t>
        <w:br/>
        <w:t>vn -0.6626 0.7272 -0.1792</w:t>
        <w:br/>
        <w:t>vn -0.8380 0.5030 0.2117</w:t>
        <w:br/>
        <w:t>vn -0.6242 0.6510 0.4320</w:t>
        <w:br/>
        <w:t>vn 0.7438 0.4209 -0.5192</w:t>
        <w:br/>
        <w:t>vn 0.6372 -0.7126 -0.2936</w:t>
        <w:br/>
        <w:t>vn 0.6372 -0.7125 -0.2936</w:t>
        <w:br/>
        <w:t>vn 0.7179 -0.6520 -0.2438</w:t>
        <w:br/>
        <w:t>vn 0.7320 0.4434 -0.5172</w:t>
        <w:br/>
        <w:t>vn 0.7356 0.4443 -0.5114</w:t>
        <w:br/>
        <w:t>vn 0.4565 -0.7940 -0.4015</w:t>
        <w:br/>
        <w:t>vn 0.4194 -0.7950 -0.4383</w:t>
        <w:br/>
        <w:t>vn 0.4565 -0.7940 -0.4016</w:t>
        <w:br/>
        <w:t>vn 0.5400 -0.7706 -0.3386</w:t>
        <w:br/>
        <w:t>vn 0.5400 -0.7705 -0.3386</w:t>
        <w:br/>
        <w:t>vn 0.9041 -0.0314 -0.4262</w:t>
        <w:br/>
        <w:t>vn 0.6549 -0.7169 -0.2391</w:t>
        <w:br/>
        <w:t>vn 0.5408 -0.7347 -0.4095</w:t>
        <w:br/>
        <w:t>vn 0.3233 -0.9427 -0.0830</w:t>
        <w:br/>
        <w:t>vn 0.2336 -0.9348 -0.2676</w:t>
        <w:br/>
        <w:t>vn 0.3178 -0.7178 -0.6195</w:t>
        <w:br/>
        <w:t>vn 0.2751 -0.7014 -0.6575</w:t>
        <w:br/>
        <w:t>vn 0.7140 -0.0093 -0.7000</w:t>
        <w:br/>
        <w:t>vn -0.0291 -0.8829 -0.4686</w:t>
        <w:br/>
        <w:t>vn 0.4133 -0.7340 -0.5389</w:t>
        <w:br/>
        <w:t>vn 0.0852 -0.9146 -0.3954</w:t>
        <w:br/>
        <w:t>vn -0.1355 0.9428 -0.3046</w:t>
        <w:br/>
        <w:t>vn -0.4712 0.8802 -0.0567</w:t>
        <w:br/>
        <w:t>vn 0.4138 0.9083 0.0618</w:t>
        <w:br/>
        <w:t>vn -0.7372 0.6284 -0.2482</w:t>
        <w:br/>
        <w:t>vn -0.8430 0.5314 0.0836</w:t>
        <w:br/>
        <w:t>vn -0.3682 0.2067 0.9065</w:t>
        <w:br/>
        <w:t>vn -0.3106 0.1837 0.9326</w:t>
        <w:br/>
        <w:t>vn -0.8771 -0.1087 0.4678</w:t>
        <w:br/>
        <w:t>vn -0.8765 -0.1067 0.4694</w:t>
        <w:br/>
        <w:t>vn -0.8771 -0.1088 0.4678</w:t>
        <w:br/>
        <w:t>vn -0.1417 -0.2337 0.9619</w:t>
        <w:br/>
        <w:t>vn -0.6609 0.6685 0.3411</w:t>
        <w:br/>
        <w:t>vn -0.6589 0.6177 0.4294</w:t>
        <w:br/>
        <w:t>vn -0.5616 0.7195 0.4085</w:t>
        <w:br/>
        <w:t>vn -0.5970 0.5759 0.5585</w:t>
        <w:br/>
        <w:t>vn -0.7177 0.5414 0.4379</w:t>
        <w:br/>
        <w:t>vn 0.1567 0.2784 0.9476</w:t>
        <w:br/>
        <w:t>vn -0.2396 0.0917 0.9665</w:t>
        <w:br/>
        <w:t>vn -0.1610 -0.0868 0.9831</w:t>
        <w:br/>
        <w:t>vn 0.1412 0.9736 -0.1793</w:t>
        <w:br/>
        <w:t>vn -0.1079 0.9350 -0.3377</w:t>
        <w:br/>
        <w:t>vn 0.1457 0.6246 0.7672</w:t>
        <w:br/>
        <w:t>vn -0.0420 0.9848 0.1683</w:t>
        <w:br/>
        <w:t>vn -0.6272 0.4924 0.6035</w:t>
        <w:br/>
        <w:t>vn 0.6335 0.6949 0.3404</w:t>
        <w:br/>
        <w:t>vn -0.5653 0.7590 0.3231</w:t>
        <w:br/>
        <w:t>vn -0.6160 0.6717 0.4115</w:t>
        <w:br/>
        <w:t>vn -0.1123 0.7332 -0.6707</w:t>
        <w:br/>
        <w:t>vn -0.0789 0.7541 -0.6520</w:t>
        <w:br/>
        <w:t>vn -0.1125 0.7331 -0.6708</w:t>
        <w:br/>
        <w:t>vn -0.5632 -0.5290 0.6348</w:t>
        <w:br/>
        <w:t>vn -0.5633 -0.5290 0.6348</w:t>
        <w:br/>
        <w:t>vn -0.5847 -0.3852 0.7140</w:t>
        <w:br/>
        <w:t>vn 0.4693 0.2040 -0.8591</w:t>
        <w:br/>
        <w:t>vn 0.7327 0.6800 -0.0264</w:t>
        <w:br/>
        <w:t>vn 0.8901 0.1570 0.4279</w:t>
        <w:br/>
        <w:t>vn 0.8406 0.4801 0.2508</w:t>
        <w:br/>
        <w:t>vn 0.9380 0.0173 0.3462</w:t>
        <w:br/>
        <w:t>vn 0.3704 -0.8003 0.4715</w:t>
        <w:br/>
        <w:t>vn 0.6242 -0.5751 0.5288</w:t>
        <w:br/>
        <w:t>vn -0.7539 -0.1130 -0.6471</w:t>
        <w:br/>
        <w:t>vn -0.5525 0.3208 -0.7693</w:t>
        <w:br/>
        <w:t>vn -0.7716 -0.5194 -0.3671</w:t>
        <w:br/>
        <w:t>vn 0.4473 -0.8864 0.1191</w:t>
        <w:br/>
        <w:t>vn 0.4868 -0.8715 0.0591</w:t>
        <w:br/>
        <w:t>vn -0.5848 0.3235 -0.7439</w:t>
        <w:br/>
        <w:t>vn -0.5582 0.2944 -0.7757</w:t>
        <w:br/>
        <w:t>vn -0.6157 0.3633 -0.6992</w:t>
        <w:br/>
        <w:t>vn -0.4417 0.6508 -0.6176</w:t>
        <w:br/>
        <w:t>vn 0.6083 0.6835 0.4034</w:t>
        <w:br/>
        <w:t>vn 0.7774 0.3334 0.5333</w:t>
        <w:br/>
        <w:t>vn 0.7287 0.3556 0.5853</w:t>
        <w:br/>
        <w:t>vn -0.7945 0.1070 -0.5977</w:t>
        <w:br/>
        <w:t>vn 0.4315 -0.8862 -0.1689</w:t>
        <w:br/>
        <w:t>vn 0.4553 -0.8840 0.1058</w:t>
        <w:br/>
        <w:t>vn 0.8031 0.5558 0.2148</w:t>
        <w:br/>
        <w:t>vn -0.7273 0.3802 0.5713</w:t>
        <w:br/>
        <w:t>vn -0.7235 0.5920 0.3551</w:t>
        <w:br/>
        <w:t>vn -0.7235 0.5919 0.3552</w:t>
        <w:br/>
        <w:t>vn -0.7273 0.3803 0.5713</w:t>
        <w:br/>
        <w:t>vn 0.1959 0.7017 -0.6850</w:t>
        <w:br/>
        <w:t>vn 0.2131 0.6576 -0.7227</w:t>
        <w:br/>
        <w:t>vn -0.0990 0.6967 -0.7105</w:t>
        <w:br/>
        <w:t>vn -0.0807 0.9931 0.0855</w:t>
        <w:br/>
        <w:t>vn -0.0859 0.8603 0.5026</w:t>
        <w:br/>
        <w:t>vn -0.8835 -0.0105 0.4683</w:t>
        <w:br/>
        <w:t>vn -0.8219 0.5555 -0.1262</w:t>
        <w:br/>
        <w:t>vn 0.2162 0.9761 0.0234</w:t>
        <w:br/>
        <w:t>vn -0.5365 0.1981 0.8203</w:t>
        <w:br/>
        <w:t>vn -0.6828 -0.2099 0.6998</w:t>
        <w:br/>
        <w:t>vn -0.0010 0.2247 -0.9744</w:t>
        <w:br/>
        <w:t>vn -0.5306 0.3388 -0.7769</w:t>
        <w:br/>
        <w:t>vn 0.3021 -0.0301 0.9528</w:t>
        <w:br/>
        <w:t>vn 0.0256 0.1119 0.9934</w:t>
        <w:br/>
        <w:t>vn 0.0782 -0.0133 0.9968</w:t>
        <w:br/>
        <w:t>vn 0.0160 -0.1085 -0.9940</w:t>
        <w:br/>
        <w:t>vn -0.5045 -0.1176 -0.8553</w:t>
        <w:br/>
        <w:t>vn -0.4091 -0.3386 -0.8474</w:t>
        <w:br/>
        <w:t>vn 0.0280 -0.2617 -0.9647</w:t>
        <w:br/>
        <w:t>vn -0.5326 0.1428 0.8342</w:t>
        <w:br/>
        <w:t>vn -0.7954 -0.0706 0.6020</w:t>
        <w:br/>
        <w:t>vn -0.1060 -0.0214 -0.9941</w:t>
        <w:br/>
        <w:t>vn -0.1060 -0.0213 -0.9941</w:t>
        <w:br/>
        <w:t>vn -0.0920 0.0722 -0.9931</w:t>
        <w:br/>
        <w:t>vn -0.9585 0.2285 0.1703</w:t>
        <w:br/>
        <w:t>vn 0.9466 0.2986 0.1214</w:t>
        <w:br/>
        <w:t>vn 0.9289 0.3005 0.2166</w:t>
        <w:br/>
        <w:t>vn 0.1483 0.6722 0.7254</w:t>
        <w:br/>
        <w:t>vn -0.1089 0.8956 0.4313</w:t>
        <w:br/>
        <w:t>vn 0.8115 0.5113 0.2829</w:t>
        <w:br/>
        <w:t>vn 0.8836 0.4559 0.1066</w:t>
        <w:br/>
        <w:t>vn 0.9067 0.4215 0.0168</w:t>
        <w:br/>
        <w:t>vn 0.9441 0.3276 0.0375</w:t>
        <w:br/>
        <w:t>vn 0.9265 0.3755 0.0242</w:t>
        <w:br/>
        <w:t>vn 0.7971 0.1627 0.5816</w:t>
        <w:br/>
        <w:t>vn 0.7971 0.1628 0.5815</w:t>
        <w:br/>
        <w:t>vn 0.7433 0.0947 0.6623</w:t>
        <w:br/>
        <w:t>vn 0.4357 0.8152 0.3817</w:t>
        <w:br/>
        <w:t>vn 0.0377 0.4618 0.8862</w:t>
        <w:br/>
        <w:t>vn 0.0700 0.5459 0.8349</w:t>
        <w:br/>
        <w:t>vn 0.1186 0.9775 0.1746</w:t>
        <w:br/>
        <w:t>vn 0.0333 0.2514 0.9673</w:t>
        <w:br/>
        <w:t>vn 0.0957 0.9293 -0.3567</w:t>
        <w:br/>
        <w:t>vn 0.0397 0.1995 0.9791</w:t>
        <w:br/>
        <w:t>vn -0.1258 0.2156 -0.9683</w:t>
        <w:br/>
        <w:t>vn -0.1258 0.2156 -0.9684</w:t>
        <w:br/>
        <w:t>vn -0.0052 0.7956 0.6058</w:t>
        <w:br/>
        <w:t>vn -0.0307 0.9449 0.3261</w:t>
        <w:br/>
        <w:t>vn -0.1529 0.7041 -0.6934</w:t>
        <w:br/>
        <w:t>vn -0.1118 0.9065 0.4071</w:t>
        <w:br/>
        <w:t>vn 0.1163 0.8624 0.4927</w:t>
        <w:br/>
        <w:t>vn -0.2942 0.9294 -0.2229</w:t>
        <w:br/>
        <w:t>vn 0.5186 0.4765 0.7100</w:t>
        <w:br/>
        <w:t>vn 0.4983 0.4716 0.7276</w:t>
        <w:br/>
        <w:t>vn 0.2222 0.5583 0.7993</w:t>
        <w:br/>
        <w:t>vn -0.7177 0.5415 0.4378</w:t>
        <w:br/>
        <w:t>vn -0.7372 0.6284 -0.2483</w:t>
        <w:br/>
        <w:t>vn 0.1241 0.4496 0.8846</w:t>
        <w:br/>
        <w:t>vn -0.9326 0.3125 0.1808</w:t>
        <w:br/>
        <w:t>vn -0.9118 0.1667 -0.3752</w:t>
        <w:br/>
        <w:t>vn -0.9134 0.2276 -0.3375</w:t>
        <w:br/>
        <w:t>vn 0.0800 -0.8796 0.4690</w:t>
        <w:br/>
        <w:t>vn -0.8471 0.4445 -0.2914</w:t>
        <w:br/>
        <w:t>vn -0.3010 0.8536 0.4251</w:t>
        <w:br/>
        <w:t>vn -0.1534 0.2060 0.9665</w:t>
        <w:br/>
        <w:t>vn -0.1201 0.1068 0.9870</w:t>
        <w:br/>
        <w:t>vn -0.2318 0.6437 -0.7293</w:t>
        <w:br/>
        <w:t>vn -0.2318 0.6438 -0.7292</w:t>
        <w:br/>
        <w:t>vn -0.0899 0.8670 -0.4902</w:t>
        <w:br/>
        <w:t>vn 0.0980 -0.4866 -0.8681</w:t>
        <w:br/>
        <w:t>vn 0.0979 -0.4866 -0.8681</w:t>
        <w:br/>
        <w:t>vn -0.0729 -0.3811 -0.9217</w:t>
        <w:br/>
        <w:t>vn 0.1765 -0.9138 -0.3659</w:t>
        <w:br/>
        <w:t>vn 0.0473 -0.9585 -0.2812</w:t>
        <w:br/>
        <w:t>vn 0.8989 0.2973 0.3218</w:t>
        <w:br/>
        <w:t>vn 0.8585 0.2474 0.4492</w:t>
        <w:br/>
        <w:t>vn 0.8585 0.2474 0.4493</w:t>
        <w:br/>
        <w:t>vn -0.7114 0.1688 0.6823</w:t>
        <w:br/>
        <w:t>vn -0.7113 0.1688 0.6823</w:t>
        <w:br/>
        <w:t>vn -0.6592 -0.0707 0.7487</w:t>
        <w:br/>
        <w:t>vn 0.4356 0.0657 -0.8977</w:t>
        <w:br/>
        <w:t>vn -0.3912 0.8957 -0.2113</w:t>
        <w:br/>
        <w:t>vn -0.3365 0.9325 -0.1312</w:t>
        <w:br/>
        <w:t>vn -0.3912 0.8825 -0.2612</w:t>
        <w:br/>
        <w:t>vn -0.4771 0.8678 -0.1390</w:t>
        <w:br/>
        <w:t>vn -0.8725 -0.2998 -0.3858</w:t>
        <w:br/>
        <w:t>vn -0.8626 -0.3641 -0.3512</w:t>
        <w:br/>
        <w:t>vn -0.0642 0.1549 -0.9858</w:t>
        <w:br/>
        <w:t>vn -0.0642 0.1550 -0.9858</w:t>
        <w:br/>
        <w:t>vn -0.0787 0.0306 -0.9964</w:t>
        <w:br/>
        <w:t>vn 0.0302 -0.0656 -0.9974</w:t>
        <w:br/>
        <w:t>vn -0.2201 -0.1652 -0.9614</w:t>
        <w:br/>
        <w:t>vn 0.1139 -0.0849 -0.9899</w:t>
        <w:br/>
        <w:t>vn -0.0234 -0.6084 0.7933</w:t>
        <w:br/>
        <w:t>vn 0.2455 -0.6833 0.6876</w:t>
        <w:br/>
        <w:t>vn -0.0342 0.2644 -0.9638</w:t>
        <w:br/>
        <w:t>vn 0.3533 -0.4561 0.8168</w:t>
        <w:br/>
        <w:t>vn 0.3529 -0.2617 0.8983</w:t>
        <w:br/>
        <w:t>vn 0.1543 -0.2342 0.9599</w:t>
        <w:br/>
        <w:t>vn 0.1554 -0.4284 0.8902</w:t>
        <w:br/>
        <w:t>vn -0.0235 0.3178 -0.9479</w:t>
        <w:br/>
        <w:t>vn -0.0268 0.3426 -0.9391</w:t>
        <w:br/>
        <w:t>vn -0.0235 0.3179 -0.9478</w:t>
        <w:br/>
        <w:t>vn 0.6991 -0.6162 0.3628</w:t>
        <w:br/>
        <w:t>vn 0.6873 -0.6418 0.3402</w:t>
        <w:br/>
        <w:t>vn 0.2879 -0.0758 -0.9547</w:t>
        <w:br/>
        <w:t>vn 0.0813 -0.2372 -0.9680</w:t>
        <w:br/>
        <w:t>vn 0.3044 -0.1599 -0.9390</w:t>
        <w:br/>
        <w:t>vn 0.2940 -0.1184 -0.9484</w:t>
        <w:br/>
        <w:t>vn 0.0391 -0.2826 -0.9584</w:t>
        <w:br/>
        <w:t>vn 0.0927 0.1788 -0.9795</w:t>
        <w:br/>
        <w:t>vn 0.0961 0.1057 -0.9897</w:t>
        <w:br/>
        <w:t>vn 0.1298 0.1106 -0.9854</w:t>
        <w:br/>
        <w:t>vn 0.1298 0.1106 -0.9853</w:t>
        <w:br/>
        <w:t>vn 0.3284 0.0179 -0.9444</w:t>
        <w:br/>
        <w:t>vn 0.3241 -0.0176 -0.9459</w:t>
        <w:br/>
        <w:t>vn -0.0036 0.2070 -0.9783</w:t>
        <w:br/>
        <w:t>vn 0.2239 0.0488 -0.9734</w:t>
        <w:br/>
        <w:t>vn -0.9377 0.2598 0.2306</w:t>
        <w:br/>
        <w:t>vn 0.3056 -0.5966 0.7421</w:t>
        <w:br/>
        <w:t>vn -0.8694 -0.0939 0.4850</w:t>
        <w:br/>
        <w:t>vn -0.5432 -0.6620 -0.5165</w:t>
        <w:br/>
        <w:t>vn -0.2698 -0.6329 -0.7257</w:t>
        <w:br/>
        <w:t>vn -0.4091 -0.3385 -0.8474</w:t>
        <w:br/>
        <w:t>vn -0.6026 -0.3755 -0.7042</w:t>
        <w:br/>
        <w:t>vn -0.5303 -0.7804 -0.3314</w:t>
        <w:br/>
        <w:t>vn -0.1818 -0.7857 -0.5913</w:t>
        <w:br/>
        <w:t>vn -0.8775 -0.0788 0.4730</w:t>
        <w:br/>
        <w:t>vn -0.8776 -0.0635 0.4751</w:t>
        <w:br/>
        <w:t>vn 0.8282 -0.0701 0.5560</w:t>
        <w:br/>
        <w:t>vn -0.5262 0.4019 -0.7494</w:t>
        <w:br/>
        <w:t>vn -0.5289 0.3826 -0.7576</w:t>
        <w:br/>
        <w:t>vn 0.3315 0.0877 -0.9394</w:t>
        <w:br/>
        <w:t>vn 0.5984 -0.6206 0.5067</w:t>
        <w:br/>
        <w:t>vn 0.3625 -0.0716 0.9292</w:t>
        <w:br/>
        <w:t>vn -0.0093 -0.5259 0.8505</w:t>
        <w:br/>
        <w:t>vn -0.4647 0.8188 -0.3369</w:t>
        <w:br/>
        <w:t>vn -0.4648 0.8188 -0.3369</w:t>
        <w:br/>
        <w:t>vn -0.5889 0.7965 -0.1370</w:t>
        <w:br/>
        <w:t>vn -0.5889 0.7965 -0.1369</w:t>
        <w:br/>
        <w:t>vn -0.3699 0.8156 -0.4449</w:t>
        <w:br/>
        <w:t>vn 0.2327 -0.6301 -0.7408</w:t>
        <w:br/>
        <w:t>vn 0.2327 -0.6302 -0.7408</w:t>
        <w:br/>
        <w:t>vn -0.6737 0.7331 0.0935</w:t>
        <w:br/>
        <w:t>vn 0.8055 -0.4299 -0.4079</w:t>
        <w:br/>
        <w:t>vn 0.7414 -0.6410 -0.1988</w:t>
        <w:br/>
        <w:t>vn 0.7482 0.4141 -0.5184</w:t>
        <w:br/>
        <w:t>vn 0.7347 0.2704 -0.6222</w:t>
        <w:br/>
        <w:t>vn 0.5465 -0.8351 -0.0630</w:t>
        <w:br/>
        <w:t>vn 0.2754 -0.9594 0.0607</w:t>
        <w:br/>
        <w:t>vn 0.2046 -0.9775 0.0502</w:t>
        <w:br/>
        <w:t>vn 0.8813 -0.2357 -0.4095</w:t>
        <w:br/>
        <w:t>vn 0.8986 -0.2401 -0.3672</w:t>
        <w:br/>
        <w:t>vn 0.9194 -0.0088 -0.3932</w:t>
        <w:br/>
        <w:t>vn 0.8846 0.0099 -0.4663</w:t>
        <w:br/>
        <w:t>vn -0.2777 0.7655 -0.5804</w:t>
        <w:br/>
        <w:t>vn -0.2760 0.7713 -0.5736</w:t>
        <w:br/>
        <w:t>vn -0.5617 -0.6770 -0.4757</w:t>
        <w:br/>
        <w:t>vn -0.6265 -0.4795 -0.6145</w:t>
        <w:br/>
        <w:t>vn 0.0069 -0.4982 -0.8670</w:t>
        <w:br/>
        <w:t>vn -0.0237 -0.6350 -0.7722</w:t>
        <w:br/>
        <w:t>vn -0.1766 -0.4595 -0.8704</w:t>
        <w:br/>
        <w:t>vn -0.1043 -0.4377 -0.8931</w:t>
        <w:br/>
        <w:t>vn -0.2865 -0.3432 -0.8945</w:t>
        <w:br/>
        <w:t>vn 0.2113 -0.3288 -0.9205</w:t>
        <w:br/>
        <w:t>vn 0.0839 -0.3957 -0.9146</w:t>
        <w:br/>
        <w:t>vn 0.0512 -0.4392 -0.8969</w:t>
        <w:br/>
        <w:t>vn 0.2795 -0.4025 -0.8717</w:t>
        <w:br/>
        <w:t>vn -0.6361 0.2613 -0.7260</w:t>
        <w:br/>
        <w:t>vn 0.2946 -0.4276 -0.8546</w:t>
        <w:br/>
        <w:t>vn 0.3788 -0.5002 -0.7787</w:t>
        <w:br/>
        <w:t>vn -0.5773 0.0140 -0.8164</w:t>
        <w:br/>
        <w:t>vn -0.6170 -0.0375 -0.7861</w:t>
        <w:br/>
        <w:t>vn 0.3838 -0.9213 0.0621</w:t>
        <w:br/>
        <w:t>vn 0.1030 -0.9714 -0.2138</w:t>
        <w:br/>
        <w:t>vn 0.5256 0.4871 0.6975</w:t>
        <w:br/>
        <w:t>vn -0.9325 0.3125 0.1808</w:t>
        <w:br/>
        <w:t>vn -0.9134 0.2276 -0.3374</w:t>
        <w:br/>
        <w:t>vn -0.9103 0.2873 -0.2980</w:t>
        <w:br/>
        <w:t>vn 0.4233 -0.8555 -0.2981</w:t>
        <w:br/>
        <w:t>vn 0.2280 -0.9700 -0.0841</w:t>
        <w:br/>
        <w:t>vn 0.7873 0.0523 -0.6143</w:t>
        <w:br/>
        <w:t>vn 0.8121 0.2960 -0.5028</w:t>
        <w:br/>
        <w:t>vn 0.7077 -0.2215 -0.6709</w:t>
        <w:br/>
        <w:t>vn 0.8641 0.3270 -0.3825</w:t>
        <w:br/>
        <w:t>vn 0.7595 0.3186 -0.5671</w:t>
        <w:br/>
        <w:t>vn 0.7154 0.3666 -0.5948</w:t>
        <w:br/>
        <w:t>vn 0.8315 0.2549 -0.4935</w:t>
        <w:br/>
        <w:t>vn 0.8401 0.2985 -0.4529</w:t>
        <w:br/>
        <w:t>vn 0.8658 0.2587 -0.4283</w:t>
        <w:br/>
        <w:t>vn 0.6763 0.4228 -0.6032</w:t>
        <w:br/>
        <w:t>vn 0.6825 0.4134 -0.6028</w:t>
        <w:br/>
        <w:t>vn 0.7650 -0.0359 -0.6430</w:t>
        <w:br/>
        <w:t>vn 0.7897 -0.3458 -0.5068</w:t>
        <w:br/>
        <w:t>vn 0.7873 0.0522 -0.6143</w:t>
        <w:br/>
        <w:t>vn 0.7521 -0.2726 -0.6000</w:t>
        <w:br/>
        <w:t>vn 0.7242 -0.6141 -0.3137</w:t>
        <w:br/>
        <w:t>vn 0.2130 0.6575 -0.7227</w:t>
        <w:br/>
        <w:t>vn 0.3845 0.5221 -0.7613</w:t>
        <w:br/>
        <w:t>vn 0.2105 0.5553 -0.8046</w:t>
        <w:br/>
        <w:t>vn 0.8075 -0.1887 -0.5589</w:t>
        <w:br/>
        <w:t>vn 0.7704 -0.3842 -0.5088</w:t>
        <w:br/>
        <w:t>vn 0.3643 -0.1800 0.9137</w:t>
        <w:br/>
        <w:t>vn -0.7673 -0.0012 -0.6413</w:t>
        <w:br/>
        <w:t>vn -0.6861 -0.2065 -0.6976</w:t>
        <w:br/>
        <w:t>vn -0.9661 0.1160 0.2305</w:t>
        <w:br/>
        <w:t>vn -0.9828 -0.0442 0.1792</w:t>
        <w:br/>
        <w:t>vn -0.0657 -0.0289 -0.9974</w:t>
        <w:br/>
        <w:t>vn 0.0192 -0.0178 0.9997</w:t>
        <w:br/>
        <w:t>vn -0.0898 -0.3112 -0.9461</w:t>
        <w:br/>
        <w:t>vn -0.0334 -0.2875 -0.9572</w:t>
        <w:br/>
        <w:t>vn 0.0957 -0.4373 -0.8942</w:t>
        <w:br/>
        <w:t>vn 0.3162 -0.1865 -0.9302</w:t>
        <w:br/>
        <w:t>vn -0.9769 -0.1572 0.1448</w:t>
        <w:br/>
        <w:t>vn -0.0596 -0.5652 0.8228</w:t>
        <w:br/>
        <w:t>vn -0.3254 -0.5529 0.7670</w:t>
        <w:br/>
        <w:t>vn -0.3239 -0.4427 0.8361</w:t>
        <w:br/>
        <w:t>vn 0.0801 -0.8796 0.4690</w:t>
        <w:br/>
        <w:t>vn 0.2396 -0.7891 0.5657</w:t>
        <w:br/>
        <w:t>vn -0.9614 -0.2731 0.0325</w:t>
        <w:br/>
        <w:t>vn -0.9527 -0.2796 0.1190</w:t>
        <w:br/>
        <w:t>vn 0.0962 -0.5974 0.7962</w:t>
        <w:br/>
        <w:t>vn -0.2697 -0.6329 -0.7257</w:t>
        <w:br/>
        <w:t>vn 0.2506 -0.9072 0.3378</w:t>
        <w:br/>
        <w:t>vn 0.2782 -0.8589 0.4299</w:t>
        <w:br/>
        <w:t>vn -0.0946 -0.2366 0.9670</w:t>
        <w:br/>
        <w:t>vn -0.3493 -0.2195 0.9109</w:t>
        <w:br/>
        <w:t>vn 0.2815 -0.9131 0.2949</w:t>
        <w:br/>
        <w:t>vn 0.2767 -0.8977 0.3428</w:t>
        <w:br/>
        <w:t>vn -0.3756 -0.4424 0.8144</w:t>
        <w:br/>
        <w:t>vn 0.3530 -0.9225 0.1560</w:t>
        <w:br/>
        <w:t>vn -0.0582 0.0613 0.9964</w:t>
        <w:br/>
        <w:t>vn -0.1649 0.1081 0.9804</w:t>
        <w:br/>
        <w:t>vn -0.2685 0.0010 0.9633</w:t>
        <w:br/>
        <w:t>vn 0.3159 -0.8983 0.3053</w:t>
        <w:br/>
        <w:t>vn 0.4214 -0.8828 -0.2074</w:t>
        <w:br/>
        <w:t>vn -0.6124 -0.2400 -0.7532</w:t>
        <w:br/>
        <w:t>vn -0.2208 -0.1642 -0.9614</w:t>
        <w:br/>
        <w:t>vn -0.7567 -0.5043 -0.4161</w:t>
        <w:br/>
        <w:t>vn -0.7420 -0.3151 -0.5917</w:t>
        <w:br/>
        <w:t>vn -0.7437 -0.1893 -0.6411</w:t>
        <w:br/>
        <w:t>vn -0.8729 -0.2081 -0.4413</w:t>
        <w:br/>
        <w:t>vn -0.8972 -0.1342 -0.4208</w:t>
        <w:br/>
        <w:t>vn -0.8092 -0.0792 -0.5821</w:t>
        <w:br/>
        <w:t>vn -0.2813 -0.2032 0.9379</w:t>
        <w:br/>
        <w:t>vn 0.2762 0.0913 0.9567</w:t>
        <w:br/>
        <w:t>vn 0.0623 0.1021 0.9928</w:t>
        <w:br/>
        <w:t>vn 0.2787 0.1632 0.9464</w:t>
        <w:br/>
        <w:t>vn -0.0521 0.2297 0.9719</w:t>
        <w:br/>
        <w:t>vn -0.0866 -0.1158 0.9895</w:t>
        <w:br/>
        <w:t>vn 0.4060 0.0791 0.9105</w:t>
        <w:br/>
        <w:t>vn 0.4105 0.0154 0.9117</w:t>
        <w:br/>
        <w:t>vn 0.1580 0.1814 0.9706</w:t>
        <w:br/>
        <w:t>vn 0.3845 0.0799 0.9197</w:t>
        <w:br/>
        <w:t>vn 0.4176 -0.0772 0.9054</w:t>
        <w:br/>
        <w:t>vn 0.3877 -0.1107 0.9151</w:t>
        <w:br/>
        <w:t>vn 0.0718 0.1142 0.9909</w:t>
        <w:br/>
        <w:t>vn 0.3393 0.1205 0.9329</w:t>
        <w:br/>
        <w:t>vn 0.2721 -0.0185 0.9621</w:t>
        <w:br/>
        <w:t>vn 0.4070 -0.8989 -0.1624</w:t>
        <w:br/>
        <w:t>vn 0.4170 -0.8761 -0.2419</w:t>
        <w:br/>
        <w:t>vn 0.4227 -0.9028 0.0788</w:t>
        <w:br/>
        <w:t>vn 0.3972 0.0323 0.9172</w:t>
        <w:br/>
        <w:t>vn -0.9154 -0.2468 -0.3180</w:t>
        <w:br/>
        <w:t>vn -0.8227 -0.5168 -0.2371</w:t>
        <w:br/>
        <w:t>vn 0.4567 -0.2353 0.8579</w:t>
        <w:br/>
        <w:t>vn 0.4581 -0.1623 0.8740</w:t>
        <w:br/>
        <w:t>vn 0.4927 -0.1991 0.8471</w:t>
        <w:br/>
        <w:t>vn -0.7088 -0.2742 -0.6499</w:t>
        <w:br/>
        <w:t>vn -0.6670 -0.2449 -0.7036</w:t>
        <w:br/>
        <w:t>vn -0.6505 -0.2150 -0.7284</w:t>
        <w:br/>
        <w:t>vn -0.7205 -0.2452 -0.6486</w:t>
        <w:br/>
        <w:t>vn 0.9857 -0.0814 0.1474</w:t>
        <w:br/>
        <w:t>vn -0.6225 0.7423 -0.2479</w:t>
        <w:br/>
        <w:t>vn 0.0670 -0.5534 0.8302</w:t>
        <w:br/>
        <w:t>vn -0.6767 -0.7251 0.1282</w:t>
        <w:br/>
        <w:t>vn -0.8227 -0.5167 -0.2371</w:t>
        <w:br/>
        <w:t>vn 0.5007 -0.7982 -0.3350</w:t>
        <w:br/>
        <w:t>vn 0.8153 -0.4378 -0.3788</w:t>
        <w:br/>
        <w:t>vn -0.1729 0.5695 -0.8036</w:t>
        <w:br/>
        <w:t>vn 0.2335 0.4478 -0.8631</w:t>
        <w:br/>
        <w:t>vn 0.8695 -0.2597 -0.4201</w:t>
        <w:br/>
        <w:t>vn -0.5277 -0.7767 0.3438</w:t>
        <w:br/>
        <w:t>vn -0.3801 -0.9207 0.0884</w:t>
        <w:br/>
        <w:t>vn -0.3588 -0.9279 0.1012</w:t>
        <w:br/>
        <w:t>vn -0.7382 -0.6301 0.2410</w:t>
        <w:br/>
        <w:t>vn 0.4659 -0.7031 -0.5372</w:t>
        <w:br/>
        <w:t>vn 0.0989 -0.9667 -0.2360</w:t>
        <w:br/>
        <w:t>vn 0.2335 0.6356 -0.7358</w:t>
        <w:br/>
        <w:t>vn 0.3141 0.3664 -0.8759</w:t>
        <w:br/>
        <w:t>vn 0.7009 -0.5634 -0.4374</w:t>
        <w:br/>
        <w:t>vn 0.0933 -0.9734 0.2092</w:t>
        <w:br/>
        <w:t>vn 0.8739 -0.4838 -0.0478</w:t>
        <w:br/>
        <w:t>vn 0.9047 -0.3433 -0.2524</w:t>
        <w:br/>
        <w:t>vn 0.6546 0.1311 -0.7445</w:t>
        <w:br/>
        <w:t>vn -0.1477 0.5131 -0.8455</w:t>
        <w:br/>
        <w:t>vn -0.2102 -0.9554 0.2072</w:t>
        <w:br/>
        <w:t>vn -0.2173 -0.9759 0.0213</w:t>
        <w:br/>
        <w:t>vn 0.6422 0.2838 0.7121</w:t>
        <w:br/>
        <w:t>vn -0.2800 0.5390 -0.7944</w:t>
        <w:br/>
        <w:t>vn -0.2800 0.5391 -0.7944</w:t>
        <w:br/>
        <w:t>vn -0.8902 -0.3453 -0.2972</w:t>
        <w:br/>
        <w:t>vn -0.6364 0.3455 -0.6897</w:t>
        <w:br/>
        <w:t>vn -0.6840 0.2906 -0.6691</w:t>
        <w:br/>
        <w:t>vn -0.9135 -0.2803 -0.2948</w:t>
        <w:br/>
        <w:t>vn -0.8907 -0.4042 -0.2082</w:t>
        <w:br/>
        <w:t>vn -0.8909 -0.3604 -0.2763</w:t>
        <w:br/>
        <w:t>vn -0.8872 -0.0741 -0.4555</w:t>
        <w:br/>
        <w:t>vn -0.7610 -0.5798 -0.2912</w:t>
        <w:br/>
        <w:t>vn -0.7695 -0.5078 -0.3872</w:t>
        <w:br/>
        <w:t>vn -0.7227 -0.5450 -0.4252</w:t>
        <w:br/>
        <w:t>vn -0.5214 -0.8301 -0.1979</w:t>
        <w:br/>
        <w:t>vn -0.7721 -0.3133 -0.5529</w:t>
        <w:br/>
        <w:t>vn -0.7876 -0.4786 -0.3882</w:t>
        <w:br/>
        <w:t>vn -0.6964 -0.3030 -0.6506</w:t>
        <w:br/>
        <w:t>vn -0.6883 0.1601 -0.7075</w:t>
        <w:br/>
        <w:t>vn -0.6601 0.1035 -0.7440</w:t>
        <w:br/>
        <w:t>vn -0.4724 0.4680 -0.7469</w:t>
        <w:br/>
        <w:t>vn 0.0633 -0.2808 0.9577</w:t>
        <w:br/>
        <w:t>vn -0.2634 -0.5236 -0.8102</w:t>
        <w:br/>
        <w:t>vn -0.4519 -0.2702 -0.8502</w:t>
        <w:br/>
        <w:t>vn -0.3149 -0.6185 -0.7199</w:t>
        <w:br/>
        <w:t>vn -0.2328 -0.5927 -0.7710</w:t>
        <w:br/>
        <w:t>vn -0.5208 -0.3963 -0.7561</w:t>
        <w:br/>
        <w:t>vn -0.4164 -0.6656 -0.6193</w:t>
        <w:br/>
        <w:t>vn -0.1615 -0.6060 -0.7789</w:t>
        <w:br/>
        <w:t>vn -0.0665 -0.6346 -0.7699</w:t>
        <w:br/>
        <w:t>vn 0.0211 -0.8559 -0.5167</w:t>
        <w:br/>
        <w:t>vn 0.0879 -0.8292 -0.5520</w:t>
        <w:br/>
        <w:t>vn 0.1110 -0.6353 -0.7643</w:t>
        <w:br/>
        <w:t>vn 0.3477 -0.5991 -0.7212</w:t>
        <w:br/>
        <w:t>vn -0.5731 -0.4841 -0.6612</w:t>
        <w:br/>
        <w:t>vn -0.5047 -0.6868 -0.5230</w:t>
        <w:br/>
        <w:t>vn 0.4659 -0.5552 -0.6890</w:t>
        <w:br/>
        <w:t>vn -0.1287 -0.8695 -0.4769</w:t>
        <w:br/>
        <w:t>vn -0.0422 -0.8648 -0.5003</w:t>
        <w:br/>
        <w:t>vn -0.5213 -0.8301 -0.1979</w:t>
        <w:br/>
        <w:t>vn -0.4111 -0.8676 -0.2797</w:t>
        <w:br/>
        <w:t>vn -0.2695 -0.8669 -0.4194</w:t>
        <w:br/>
        <w:t>vn 0.4568 -0.5712 -0.6819</w:t>
        <w:br/>
        <w:t>vn 0.2686 -0.8037 -0.5310</w:t>
        <w:br/>
        <w:t>vn 0.1983 -0.7594 -0.6197</w:t>
        <w:br/>
        <w:t>vn 0.3169 -0.6623 -0.6790</w:t>
        <w:br/>
        <w:t>vn -0.5045 -0.1176 -0.8554</w:t>
        <w:br/>
        <w:t>vn -0.7111 -0.1371 -0.6896</w:t>
        <w:br/>
        <w:t>vn -0.4082 -0.3309 0.8508</w:t>
        <w:br/>
        <w:t>vn -0.4108 -0.3171 0.8548</w:t>
        <w:br/>
        <w:t>vn 0.6866 -0.3651 0.6287</w:t>
        <w:br/>
        <w:t>vn 0.6936 -0.3309 0.6398</w:t>
        <w:br/>
        <w:t>vn 0.6937 -0.3309 0.6398</w:t>
        <w:br/>
        <w:t>vn 0.6261 -0.0340 -0.7790</w:t>
        <w:br/>
        <w:t>vn 0.6205 -0.0371 -0.7833</w:t>
        <w:br/>
        <w:t>vn -0.8744 0.1343 -0.4662</w:t>
        <w:br/>
        <w:t>vn -0.8747 0.1176 -0.4703</w:t>
        <w:br/>
        <w:t>vn -0.8746 0.1176 -0.4703</w:t>
        <w:br/>
        <w:t>vn 0.3046 -0.9143 0.2670</w:t>
        <w:br/>
        <w:t>vn -0.0993 -0.9950 0.0052</w:t>
        <w:br/>
        <w:t>vn -0.4433 -0.8731 -0.2029</w:t>
        <w:br/>
        <w:t>vn -0.1588 -0.9863 0.0457</w:t>
        <w:br/>
        <w:t>vn -0.4933 -0.8286 -0.2646</w:t>
        <w:br/>
        <w:t>vn -0.5726 -0.1822 -0.7993</w:t>
        <w:br/>
        <w:t>vn 0.6788 -0.1201 -0.7245</w:t>
        <w:br/>
        <w:t>vn 0.7467 -0.1278 -0.6527</w:t>
        <w:br/>
        <w:t>vn 0.6387 -0.2335 -0.7332</w:t>
        <w:br/>
        <w:t>vn 0.7945 0.1061 -0.5980</w:t>
        <w:br/>
        <w:t>vn 0.7496 0.1028 -0.6538</w:t>
        <w:br/>
        <w:t>vn 0.7381 -0.2479 -0.6275</w:t>
        <w:br/>
        <w:t>vn 0.5894 -0.3435 -0.7312</w:t>
        <w:br/>
        <w:t>vn 0.5914 0.2845 -0.7545</w:t>
        <w:br/>
        <w:t>vn -0.2658 0.1335 -0.9547</w:t>
        <w:br/>
        <w:t>vn -0.8734 0.4250 -0.2378</w:t>
        <w:br/>
        <w:t>vn -0.1256 0.6369 -0.7606</w:t>
        <w:br/>
        <w:t>vn -0.5769 -0.0957 -0.8112</w:t>
        <w:br/>
        <w:t>vn -0.5479 -0.0735 -0.8333</w:t>
        <w:br/>
        <w:t>vn -0.6936 0.0863 -0.7152</w:t>
        <w:br/>
        <w:t>vn -0.7619 0.1279 -0.6349</w:t>
        <w:br/>
        <w:t>vn -0.6254 0.0012 -0.7803</w:t>
        <w:br/>
        <w:t>vn -0.6503 0.0475 -0.7582</w:t>
        <w:br/>
        <w:t>vn -0.7891 0.1307 -0.6002</w:t>
        <w:br/>
        <w:t>vn -0.2678 -0.6238 0.7342</w:t>
        <w:br/>
        <w:t>vn 0.6546 0.1311 -0.7446</w:t>
        <w:br/>
        <w:t>vn -0.9874 0.0651 0.1445</w:t>
        <w:br/>
        <w:t>vn 0.6552 0.1451 -0.7414</w:t>
        <w:br/>
        <w:t>vn -0.1316 0.4677 -0.8741</w:t>
        <w:br/>
        <w:t>vn -0.1344 0.4810 -0.8663</w:t>
        <w:br/>
        <w:t>vn -0.0901 -0.6874 0.7207</w:t>
        <w:br/>
        <w:t>vn -0.9914 0.0126 0.1303</w:t>
        <w:br/>
        <w:t>vn -0.9925 -0.0073 0.1222</w:t>
        <w:br/>
        <w:t>vn 0.6088 -0.5575 0.5645</w:t>
        <w:br/>
        <w:t>vn 0.9239 0.0819 0.3739</w:t>
        <w:br/>
        <w:t>vn 0.5777 0.7782 -0.2464</w:t>
        <w:br/>
        <w:t>vn 0.3459 -0.7980 0.4935</w:t>
        <w:br/>
        <w:t>vn 0.3588 -0.8011 0.4792</w:t>
        <w:br/>
        <w:t>vn -0.6928 -0.1662 -0.7017</w:t>
        <w:br/>
        <w:t>vn -0.5208 0.2726 -0.8090</w:t>
        <w:br/>
        <w:t>vn -0.6447 -0.2069 -0.7359</w:t>
        <w:br/>
        <w:t>vn -0.7029 -0.5665 -0.4301</w:t>
        <w:br/>
        <w:t>vn 0.9334 0.2281 0.2770</w:t>
        <w:br/>
        <w:t>vn 0.6905 -0.5933 0.4137</w:t>
        <w:br/>
        <w:t>vn 0.2640 -0.8111 -0.5219</w:t>
        <w:br/>
        <w:t>vn 0.2641 -0.8111 -0.5219</w:t>
        <w:br/>
        <w:t>vn -0.5307 0.3388 -0.7769</w:t>
        <w:br/>
        <w:t>vn -0.7015 0.3283 -0.6326</w:t>
        <w:br/>
        <w:t>vn 0.7066 -0.2549 0.6601</w:t>
        <w:br/>
        <w:t>vn 0.7066 -0.2548 0.6601</w:t>
        <w:br/>
        <w:t>vn 0.7962 -0.4004 0.4536</w:t>
        <w:br/>
        <w:t>vn 0.8161 -0.0710 0.5736</w:t>
        <w:br/>
        <w:t>vn -0.5410 0.5178 -0.6627</w:t>
        <w:br/>
        <w:t>vn -0.4466 0.8934 -0.0496</w:t>
        <w:br/>
        <w:t>vn -0.3498 0.9340 0.0732</w:t>
        <w:br/>
        <w:t>vn 0.9617 -0.0413 0.2711</w:t>
        <w:br/>
        <w:t>vn -0.1185 -0.3638 0.9239</w:t>
        <w:br/>
        <w:t>vn -0.2288 0.6428 -0.7311</w:t>
        <w:br/>
        <w:t>vn -0.2503 0.7190 -0.6483</w:t>
        <w:br/>
        <w:t>vn 0.9657 0.2592 -0.0138</w:t>
        <w:br/>
        <w:t>vn 0.9610 0.2761 0.0146</w:t>
        <w:br/>
        <w:t>vn -0.7431 -0.3506 0.5699</w:t>
        <w:br/>
        <w:t>vn 0.2979 -0.4919 0.8181</w:t>
        <w:br/>
        <w:t>vn 0.0961 -0.5974 0.7962</w:t>
        <w:br/>
        <w:t>vn -0.5395 -0.3206 0.7786</w:t>
        <w:br/>
        <w:t>vn 0.8983 0.1761 -0.4026</w:t>
        <w:br/>
        <w:t>vn 0.9841 0.1340 -0.1164</w:t>
        <w:br/>
        <w:t>vn 0.6877 0.2442 -0.6837</w:t>
        <w:br/>
        <w:t>vn 0.3814 0.3397 -0.8597</w:t>
        <w:br/>
        <w:t>vn -0.0344 0.3596 -0.9325</w:t>
        <w:br/>
        <w:t>vn -0.4263 0.2681 -0.8639</w:t>
        <w:br/>
        <w:t>vn -0.5761 0.2001 -0.7925</w:t>
        <w:br/>
        <w:t>vn -0.5761 0.2002 -0.7925</w:t>
        <w:br/>
        <w:t>vn 0.2246 -0.9631 -0.1481</w:t>
        <w:br/>
        <w:t>vn 0.1793 -0.9794 -0.0924</w:t>
        <w:br/>
        <w:t>vn 0.1934 -0.9361 -0.2938</w:t>
        <w:br/>
        <w:t>vn -0.9550 0.0053 -0.2964</w:t>
        <w:br/>
        <w:t>vn -0.9938 -0.0497 -0.0992</w:t>
        <w:br/>
        <w:t>vn -0.9951 -0.0844 0.0522</w:t>
        <w:br/>
        <w:t>vn -0.9951 -0.0845 0.0521</w:t>
        <w:br/>
        <w:t>vn -0.9719 -0.0926 0.2163</w:t>
        <w:br/>
        <w:t>vn -0.9719 -0.0926 0.2164</w:t>
        <w:br/>
        <w:t>vn -0.8769 -0.0843 0.4733</w:t>
        <w:br/>
        <w:t>vn -0.6520 -0.0617 0.7557</w:t>
        <w:br/>
        <w:t>vn -0.6521 -0.0617 0.7556</w:t>
        <w:br/>
        <w:t>vn -0.3494 -0.0337 0.9364</w:t>
        <w:br/>
        <w:t>vn -0.0056 -0.0078 1.0000</w:t>
        <w:br/>
        <w:t>vn -0.0056 -0.0079 1.0000</w:t>
        <w:br/>
        <w:t>vn 0.3725 0.0126 0.9279</w:t>
        <w:br/>
        <w:t>vn 0.6280 0.0198 0.7780</w:t>
        <w:br/>
        <w:t>vn 0.6280 0.0199 0.7780</w:t>
        <w:br/>
        <w:t>vn 0.8113 0.0266 0.5840</w:t>
        <w:br/>
        <w:t>vn 0.8114 0.0266 0.5839</w:t>
        <w:br/>
        <w:t>vn 0.9560 0.0462 0.2896</w:t>
        <w:br/>
        <w:t>vn 0.9560 0.0463 0.2896</w:t>
        <w:br/>
        <w:t>vn 0.9949 0.0835 0.0574</w:t>
        <w:br/>
        <w:t>vn 0.0973 -0.9908 -0.0945</w:t>
        <w:br/>
        <w:t>vn 0.1281 -0.9888 -0.0761</w:t>
        <w:br/>
        <w:t>vn 0.0974 -0.9908 -0.0945</w:t>
        <w:br/>
        <w:t>vn 0.1537 -0.9868 -0.0513</w:t>
        <w:br/>
        <w:t>vn 0.1482 -0.9888 -0.0185</w:t>
        <w:br/>
        <w:t>vn 0.1345 -0.9909 0.0038</w:t>
        <w:br/>
        <w:t>vn 0.1309 -0.9914 0.0040</w:t>
        <w:br/>
        <w:t>vn 0.1310 -0.9914 0.0040</w:t>
        <w:br/>
        <w:t>vn 0.1239 -0.9923 -0.0041</w:t>
        <w:br/>
        <w:t>vn 0.1259 -0.9920 -0.0087</w:t>
        <w:br/>
        <w:t>vn 0.1523 -0.9883 -0.0063</w:t>
        <w:br/>
        <w:t>vn 0.1769 -0.9842 -0.0122</w:t>
        <w:br/>
        <w:t>vn 0.1791 -0.9831 -0.0373</w:t>
        <w:br/>
        <w:t>vn 0.2021 -0.9763 -0.0775</w:t>
        <w:br/>
        <w:t>vn 0.2424 -0.9680 -0.0647</w:t>
        <w:br/>
        <w:t>vn 0.2501 -0.9682 -0.0024</w:t>
        <w:br/>
        <w:t>vn 0.2246 -0.9631 -0.1482</w:t>
        <w:br/>
        <w:t>vn 0.2156 -0.9761 0.0271</w:t>
        <w:br/>
        <w:t>vn 0.1644 -0.9856 0.0386</w:t>
        <w:br/>
        <w:t>vn 0.1050 -0.9938 0.0359</w:t>
        <w:br/>
        <w:t>vn 0.0594 -0.9982 0.0009</w:t>
        <w:br/>
        <w:t>vn 0.0566 -0.9976 -0.0400</w:t>
        <w:br/>
        <w:t>vn 0.0745 -0.9940 -0.0796</w:t>
        <w:br/>
        <w:t>vn -0.0773 0.9931 0.0881</w:t>
        <w:br/>
        <w:t>vn -0.0515 0.9929 0.1074</w:t>
        <w:br/>
        <w:t>vn -0.0320 0.9956 0.0884</w:t>
        <w:br/>
        <w:t>vn -0.0544 0.9985 0.0112</w:t>
        <w:br/>
        <w:t>vn -0.0543 0.9985 0.0112</w:t>
        <w:br/>
        <w:t>vn -0.1132 0.9925 -0.0450</w:t>
        <w:br/>
        <w:t>vn -0.1132 0.9926 -0.0450</w:t>
        <w:br/>
        <w:t>vn -0.1740 0.9828 -0.0618</w:t>
        <w:br/>
        <w:t>vn -0.2095 0.9766 -0.0477</w:t>
        <w:br/>
        <w:t>vn -0.0926 0.9946 -0.0460</w:t>
        <w:br/>
        <w:t>vn -0.2165 0.9762 0.0123</w:t>
        <w:br/>
        <w:t>vn -0.1804 0.9790 0.0955</w:t>
        <w:br/>
        <w:t>vn -0.2132 0.9732 0.0864</w:t>
        <w:br/>
        <w:t>vn -0.2165 0.9762 0.0124</w:t>
        <w:br/>
        <w:t>vn -0.1853 0.9778 0.0976</w:t>
        <w:br/>
        <w:t>vn -0.1852 0.9778 0.0976</w:t>
        <w:br/>
        <w:t>vn -0.1428 0.9889 0.0421</w:t>
        <w:br/>
        <w:t>vn -0.1229 0.9924 -0.0016</w:t>
        <w:br/>
        <w:t>vn -0.1230 0.9924 -0.0016</w:t>
        <w:br/>
        <w:t>vn -0.1187 0.9929 -0.0079</w:t>
        <w:br/>
        <w:t>vn -0.1169 0.9931 -0.0032</w:t>
        <w:br/>
        <w:t>vn -0.1168 0.9931 -0.0033</w:t>
        <w:br/>
        <w:t>vn -0.1116 0.9937 -0.0028</w:t>
        <w:br/>
        <w:t>vn -0.1116 0.9937 -0.0029</w:t>
        <w:br/>
        <w:t>vn -0.1057 0.9944 -0.0048</w:t>
        <w:br/>
        <w:t>vn -0.1057 0.9944 -0.0049</w:t>
        <w:br/>
        <w:t>vn -0.1161 0.9932 0.0013</w:t>
        <w:br/>
        <w:t>vn -0.1336 0.9907 0.0251</w:t>
        <w:br/>
        <w:t>vn -0.1336 0.9907 0.0252</w:t>
        <w:br/>
        <w:t>vn -0.1265 0.9907 0.0493</w:t>
        <w:br/>
        <w:t>vn -0.1005 0.9925 0.0701</w:t>
        <w:br/>
        <w:t>vn -0.1004 0.9925 0.0701</w:t>
        <w:br/>
        <w:t>vn -0.8644 0.0637 -0.4988</w:t>
        <w:br/>
        <w:t>vn 0.0375 0.9937 -0.1055</w:t>
        <w:br/>
        <w:t>vn 0.4582 -0.0332 -0.8882</w:t>
        <w:br/>
        <w:t>vn 0.1399 0.0743 -0.9874</w:t>
        <w:br/>
        <w:t>vn 0.0246 0.4063 -0.9134</w:t>
        <w:br/>
        <w:t>vn 0.2863 0.4398 -0.8512</w:t>
        <w:br/>
        <w:t>vn 0.4601 -0.6382 -0.6173</w:t>
        <w:br/>
        <w:t>vn 0.2369 0.7810 -0.5778</w:t>
        <w:br/>
        <w:t>vn -0.6616 0.1743 -0.7294</w:t>
        <w:br/>
        <w:t>vn -0.6616 0.1742 -0.7294</w:t>
        <w:br/>
        <w:t>vn 0.8016 -0.0979 0.5898</w:t>
        <w:br/>
        <w:t>vn 0.8212 -0.0967 0.5624</w:t>
        <w:br/>
        <w:t>vn 0.7811 -0.0991 0.6166</w:t>
        <w:br/>
        <w:t>vn 0.7811 -0.0991 0.6165</w:t>
        <w:br/>
        <w:t>vn 0.3251 -0.1965 0.9250</w:t>
        <w:br/>
        <w:t>vn -0.6183 -0.4887 -0.6155</w:t>
        <w:br/>
        <w:t>vn -0.6267 -0.6204 -0.4715</w:t>
        <w:br/>
        <w:t>vn -0.6147 -0.7036 -0.3564</w:t>
        <w:br/>
        <w:t>vn -0.5630 -0.6568 -0.5017</w:t>
        <w:br/>
        <w:t>vn -0.6323 -0.6105 -0.4770</w:t>
        <w:br/>
        <w:t>vn -0.5459 -0.2130 -0.8103</w:t>
        <w:br/>
        <w:t>vn 0.8578 -0.2343 0.4575</w:t>
        <w:br/>
        <w:t>vn 0.7196 0.2979 0.6272</w:t>
        <w:br/>
        <w:t>vn 0.7197 0.2979 0.6272</w:t>
        <w:br/>
        <w:t>vn 0.5376 -0.2236 0.8130</w:t>
        <w:br/>
        <w:t>vn 0.5190 -0.4211 0.7439</w:t>
        <w:br/>
        <w:t>vn 0.3866 0.4794 0.7879</w:t>
        <w:br/>
        <w:t>vn -0.8475 0.1825 0.4985</w:t>
        <w:br/>
        <w:t>vn -0.8553 0.3769 0.3555</w:t>
        <w:br/>
        <w:t>vn -0.9540 0.0319 0.2980</w:t>
        <w:br/>
        <w:t>vn -0.4193 0.6915 0.5883</w:t>
        <w:br/>
        <w:t>vn -0.3678 0.8501 0.3769</w:t>
        <w:br/>
        <w:t>vn -0.1820 0.8588 0.4789</w:t>
        <w:br/>
        <w:t>vn -0.9474 -0.1879 0.2591</w:t>
        <w:br/>
        <w:t>vn -0.8784 -0.2505 0.4070</w:t>
        <w:br/>
        <w:t>vn -0.8652 0.4950 0.0799</w:t>
        <w:br/>
        <w:t>vn -0.9917 0.1243 0.0342</w:t>
        <w:br/>
        <w:t>vn -0.2729 0.9526 0.1346</w:t>
        <w:br/>
        <w:t>vn -0.0879 0.9589 0.2699</w:t>
        <w:br/>
        <w:t>vn -0.9734 0.1526 -0.1706</w:t>
        <w:br/>
        <w:t>vn -0.9833 -0.0690 -0.1684</w:t>
        <w:br/>
        <w:t>vn -0.9948 -0.1013 0.0110</w:t>
        <w:br/>
        <w:t>vn -0.8325 0.5336 -0.1492</w:t>
        <w:br/>
        <w:t>vn -0.1846 0.9805 -0.0675</w:t>
        <w:br/>
        <w:t>vn -0.0236 0.9966 0.0795</w:t>
        <w:br/>
        <w:t>vn -0.9156 0.1263 -0.3818</w:t>
        <w:br/>
        <w:t>vn -0.9349 -0.0906 -0.3432</w:t>
        <w:br/>
        <w:t>vn -0.7544 0.5097 -0.4137</w:t>
        <w:br/>
        <w:t>vn 0.6137 0.7661 0.1907</w:t>
        <w:br/>
        <w:t>vn 0.0005 0.9797 -0.2006</w:t>
        <w:br/>
        <w:t>vn 0.8381 0.3683 0.4024</w:t>
        <w:br/>
        <w:t>vn 0.8470 0.4714 0.2455</w:t>
        <w:br/>
        <w:t>vn 0.6064 0.7931 -0.0581</w:t>
        <w:br/>
        <w:t>vn -0.8202 0.0594 -0.5690</w:t>
        <w:br/>
        <w:t>vn -0.8590 -0.1856 -0.4771</w:t>
        <w:br/>
        <w:t>vn 0.1984 -0.9622 0.1866</w:t>
        <w:br/>
        <w:t>vn 0.1285 -0.9102 0.3937</w:t>
        <w:br/>
        <w:t>vn 0.3096 -0.8333 0.4580</w:t>
        <w:br/>
        <w:t>vn 0.3932 -0.8829 0.2568</w:t>
        <w:br/>
        <w:t>vn 0.5680 -0.7608 0.3141</w:t>
        <w:br/>
        <w:t>vn 0.4781 -0.7201 0.5029</w:t>
        <w:br/>
        <w:t>vn -0.6106 0.4568 -0.6468</w:t>
        <w:br/>
        <w:t>vn 0.0201 0.8811 -0.4725</w:t>
        <w:br/>
        <w:t>vn 0.8923 0.4270 0.1465</w:t>
        <w:br/>
        <w:t>vn 0.6477 0.7324 -0.2099</w:t>
        <w:br/>
        <w:t>vn -0.7388 -0.0192 -0.6736</w:t>
        <w:br/>
        <w:t>vn -0.7915 -0.3074 -0.5282</w:t>
        <w:br/>
        <w:t>vn 0.1061 -0.8316 0.5451</w:t>
        <w:br/>
        <w:t>vn 0.2400 -0.7662 0.5961</w:t>
        <w:br/>
        <w:t>vn 0.3677 -0.6820 0.6322</w:t>
        <w:br/>
        <w:t>vn -0.4973 0.4142 -0.7623</w:t>
        <w:br/>
        <w:t>vn 0.0340 0.7881 -0.6146</w:t>
        <w:br/>
        <w:t>vn 0.9294 0.3614 0.0744</w:t>
        <w:br/>
        <w:t>vn 0.8474 0.4978 -0.1846</w:t>
        <w:br/>
        <w:t>vn -0.6676 -0.1079 -0.7367</w:t>
        <w:br/>
        <w:t>vn -0.7368 -0.4456 -0.5085</w:t>
        <w:br/>
        <w:t>vn 0.0744 -0.7506 0.6566</w:t>
        <w:br/>
        <w:t>vn 0.1825 -0.6996 0.6908</w:t>
        <w:br/>
        <w:t>vn 0.2879 -0.6377 0.7144</w:t>
        <w:br/>
        <w:t>vn -0.3919 0.3534 -0.8494</w:t>
        <w:br/>
        <w:t>vn 0.2387 0.7873 -0.5684</w:t>
        <w:br/>
        <w:t>vn 0.1231 0.6733 -0.7290</w:t>
        <w:br/>
        <w:t>vn 0.9360 0.3513 -0.0211</w:t>
        <w:br/>
        <w:t>vn 0.7833 0.5089 -0.3570</w:t>
        <w:br/>
        <w:t>vn -0.5725 -0.1997 -0.7952</w:t>
        <w:br/>
        <w:t>vn -0.6731 -0.5577 -0.4856</w:t>
        <w:br/>
        <w:t>vn -0.0022 -0.6774 0.7356</w:t>
        <w:br/>
        <w:t>vn 0.1333 -0.6139 0.7781</w:t>
        <w:br/>
        <w:t>vn 0.2655 -0.5355 0.8017</w:t>
        <w:br/>
        <w:t>vn -0.2506 0.2906 -0.9234</w:t>
        <w:br/>
        <w:t>vn 0.2558 0.5414 -0.8009</w:t>
        <w:br/>
        <w:t>vn 0.2137 -0.3577 0.9090</w:t>
        <w:br/>
        <w:t>vn 0.0479 -0.5063 0.8610</w:t>
        <w:br/>
        <w:t>vn -0.0063 -0.4807 0.8769</w:t>
        <w:br/>
        <w:t>vn -0.5089 -0.7032 -0.4965</w:t>
        <w:br/>
        <w:t>vn -0.4442 -0.5058 -0.7395</w:t>
        <w:br/>
        <w:t>vn -0.4683 -0.7522 -0.4635</w:t>
        <w:br/>
        <w:t>vn -0.4627 -0.2907 -0.8375</w:t>
        <w:br/>
        <w:t>vn -0.5937 -0.6237 -0.5084</w:t>
        <w:br/>
        <w:t>vn 0.9270 0.3741 -0.0275</w:t>
        <w:br/>
        <w:t>vn 0.8078 0.4872 -0.3318</w:t>
        <w:br/>
        <w:t>vn -0.0509 0.0172 -0.9986</w:t>
        <w:br/>
        <w:t>vn -0.0260 0.1321 -0.9909</w:t>
        <w:br/>
        <w:t>vn 0.2376 0.2675 -0.9338</w:t>
        <w:br/>
        <w:t>vn 0.4151 0.4533 -0.7888</w:t>
        <w:br/>
        <w:t>vn 0.8169 0.5090 -0.2711</w:t>
        <w:br/>
        <w:t>vn -0.1196 0.2240 -0.9672</w:t>
        <w:br/>
        <w:t>vn 0.1128 -0.5534 0.8252</w:t>
        <w:br/>
        <w:t>vn 0.2752 -0.4374 0.8561</w:t>
        <w:br/>
        <w:t>vn -0.0540 -0.6468 0.7608</w:t>
        <w:br/>
        <w:t>vn 0.9056 0.4213 0.0480</w:t>
        <w:br/>
        <w:t>vn 0.8852 0.4556 0.0939</w:t>
        <w:br/>
        <w:t>vn 0.3423 0.4815 -0.8068</w:t>
        <w:br/>
        <w:t>vn 0.2129 0.5178 0.8286</w:t>
        <w:br/>
        <w:t>vn 0.4345 0.3048 0.8476</w:t>
        <w:br/>
        <w:t>vn 0.6434 0.3501 0.6808</w:t>
        <w:br/>
        <w:t>vn 0.4266 0.6477 0.6312</w:t>
        <w:br/>
        <w:t>vn 0.7964 0.3676 0.4802</w:t>
        <w:br/>
        <w:t>vn 0.6093 0.6911 0.3888</w:t>
        <w:br/>
        <w:t>vn -0.4765 0.8756 0.0791</w:t>
        <w:br/>
        <w:t>vn -0.3781 0.9091 -0.1748</w:t>
        <w:br/>
        <w:t>vn 0.0874 0.9911 0.1008</w:t>
        <w:br/>
        <w:t>vn -0.0633 0.9258 0.3727</w:t>
        <w:br/>
        <w:t>vn -0.0182 -0.9884 0.1508</w:t>
        <w:br/>
        <w:t>vn -0.1820 -0.9409 0.2857</w:t>
        <w:br/>
        <w:t>vn 0.1996 -0.8232 0.5315</w:t>
        <w:br/>
        <w:t>vn 0.2452 -0.9069 0.3428</w:t>
        <w:br/>
        <w:t>vn 0.0002 0.7550 -0.6557</w:t>
        <w:br/>
        <w:t>vn -0.4593 0.3082 -0.8331</w:t>
        <w:br/>
        <w:t>vn -0.5856 0.3611 -0.7257</w:t>
        <w:br/>
        <w:t>vn -0.1243 0.8687 -0.4794</w:t>
        <w:br/>
        <w:t>vn 0.2996 0.9327 -0.2006</w:t>
        <w:br/>
        <w:t>vn 0.7497 0.6460 0.1436</w:t>
        <w:br/>
        <w:t>vn 0.8042 0.5944 0.0010</w:t>
        <w:br/>
        <w:t>vn 0.4136 0.8314 -0.3711</w:t>
        <w:br/>
        <w:t>vn -0.7874 -0.1709 -0.5923</w:t>
        <w:br/>
        <w:t>vn -0.7639 -0.1748 -0.6212</w:t>
        <w:br/>
        <w:t>vn 0.8829 0.3670 0.2929</w:t>
        <w:br/>
        <w:t>vn 0.9121 0.3600 0.1961</w:t>
        <w:br/>
        <w:t>vn -0.2522 0.9098 -0.3296</w:t>
        <w:br/>
        <w:t>vn -0.4349 0.7917 -0.4290</w:t>
        <w:br/>
        <w:t>vn -0.2799 -0.9582 -0.0585</w:t>
        <w:br/>
        <w:t>vn -0.5260 -0.8501 -0.0255</w:t>
        <w:br/>
        <w:t>vn 0.7107 0.6612 0.2403</w:t>
        <w:br/>
        <w:t>vn 0.2136 0.9751 -0.0589</w:t>
        <w:br/>
        <w:t>vn -0.6463 -0.0692 -0.7600</w:t>
        <w:br/>
        <w:t>vn -0.4067 0.2093 -0.8893</w:t>
        <w:br/>
        <w:t>vn -0.5750 -0.0339 -0.8175</w:t>
        <w:br/>
        <w:t>vn 0.0693 0.6059 -0.7926</w:t>
        <w:br/>
        <w:t>vn 0.9293 0.3316 -0.1626</w:t>
        <w:br/>
        <w:t>vn 0.9684 0.2481 -0.0254</w:t>
        <w:br/>
        <w:t>vn 0.8377 0.3742 -0.3977</w:t>
        <w:br/>
        <w:t>vn -0.7488 -0.6628 0.0014</w:t>
        <w:br/>
        <w:t>vn -0.7635 -0.6457 0.0151</w:t>
        <w:br/>
        <w:t>vn 0.9064 0.3974 -0.1432</w:t>
        <w:br/>
        <w:t>vn 0.6502 0.5637 -0.5094</w:t>
        <w:br/>
        <w:t>vn 0.5466 0.6875 -0.4780</w:t>
        <w:br/>
        <w:t>vn 0.8659 0.4859 -0.1187</w:t>
        <w:br/>
        <w:t>vn -0.6829 -0.7305 0.0071</w:t>
        <w:br/>
        <w:t>vn 0.0987 0.4749 -0.8745</w:t>
        <w:br/>
        <w:t>vn -0.4079 0.1351 -0.9030</w:t>
        <w:br/>
        <w:t>vn 0.1784 -0.7273 0.6628</w:t>
        <w:br/>
        <w:t>vn 0.1784 -0.7272 0.6628</w:t>
        <w:br/>
        <w:t>vn 0.9442 0.3213 0.0727</w:t>
        <w:br/>
        <w:t>vn 0.1240 -0.9923 -0.0004</w:t>
        <w:br/>
        <w:t>vn 0.0785 -0.9947 0.0670</w:t>
        <w:br/>
        <w:t>vn 0.2806 -0.9376 0.2052</w:t>
        <w:br/>
        <w:t>vn 0.3453 -0.9319 0.1112</w:t>
        <w:br/>
        <w:t>vn 0.8436 0.2631 0.4682</w:t>
        <w:br/>
        <w:t>vn 0.8436 0.2632 0.4681</w:t>
        <w:br/>
        <w:t>vn -0.4461 0.7558 0.4794</w:t>
        <w:br/>
        <w:t>vn -0.0477 0.5665 0.8227</w:t>
        <w:br/>
        <w:t>vn 0.3173 0.2840 0.9048</w:t>
        <w:br/>
        <w:t>vn -0.1836 0.7308 0.6574</w:t>
        <w:br/>
        <w:t>vn 0.2928 -0.9551 0.0447</w:t>
        <w:br/>
        <w:t>vn 0.4601 -0.8810 0.1104</w:t>
        <w:br/>
        <w:t>vn -0.7233 -0.1394 -0.6763</w:t>
        <w:br/>
        <w:t>vn 0.8665 0.3562 0.3498</w:t>
        <w:br/>
        <w:t>vn 0.2569 -0.9662 0.0213</w:t>
        <w:br/>
        <w:t>vn 0.4326 -0.9016 0.0009</w:t>
        <w:br/>
        <w:t>vn 0.1434 -0.9846 -0.1003</w:t>
        <w:br/>
        <w:t>vn 0.3277 -0.9431 -0.0566</w:t>
        <w:br/>
        <w:t>vn 0.5063 -0.8600 0.0640</w:t>
        <w:br/>
        <w:t>vn 0.2952 -0.9530 -0.0674</w:t>
        <w:br/>
        <w:t>vn 0.4909 -0.8599 -0.1399</w:t>
        <w:br/>
        <w:t>vn 0.3054 -0.9206 -0.2435</w:t>
        <w:br/>
        <w:t>vn 0.3850 -0.8986 -0.2106</w:t>
        <w:br/>
        <w:t>vn 0.3426 -0.7387 -0.5804</w:t>
        <w:br/>
        <w:t>vn 0.4727 -0.6914 -0.5464</w:t>
        <w:br/>
        <w:t>vn 0.5930 -0.6301 -0.5013</w:t>
        <w:br/>
        <w:t>vn -0.5150 -0.0246 -0.8568</w:t>
        <w:br/>
        <w:t>vn -0.3690 0.1021 -0.9238</w:t>
        <w:br/>
        <w:t>vn -0.3404 0.0935 -0.9356</w:t>
        <w:br/>
        <w:t>vn -0.7207 -0.6932 -0.0070</w:t>
        <w:br/>
        <w:t>vn 0.1723 -0.6490 0.7410</w:t>
        <w:br/>
        <w:t>vn 0.1474 -0.6304 0.7621</w:t>
        <w:br/>
        <w:t>vn 0.9577 0.2877 0.0062</w:t>
        <w:br/>
        <w:t>vn 0.1459 0.3797 -0.9135</w:t>
        <w:br/>
        <w:t>vn 0.7026 0.4627 -0.5406</w:t>
        <w:br/>
        <w:t>vn 0.1922 -0.6793 0.7083</w:t>
        <w:br/>
        <w:t>vn -0.1287 -0.9888 -0.0755</w:t>
        <w:br/>
        <w:t>vn -0.5533 -0.0267 -0.8325</w:t>
        <w:br/>
        <w:t>vn -0.1202 -0.6285 0.7685</w:t>
        <w:br/>
        <w:t>vn -0.6388 0.6222 0.4525</w:t>
        <w:br/>
        <w:t>vn -0.5716 0.8047 0.1605</w:t>
        <w:br/>
        <w:t>vn -0.5216 0.8498 -0.0765</w:t>
        <w:br/>
        <w:t>vn -0.4417 0.8156 -0.3738</w:t>
        <w:br/>
        <w:t>vn -0.3291 0.7112 -0.6212</w:t>
        <w:br/>
        <w:t>vn -0.2653 0.6308 -0.7292</w:t>
        <w:br/>
        <w:t>vn -0.1980 0.5259 -0.8272</w:t>
        <w:br/>
        <w:t>vn -0.0881 0.4116 -0.9071</w:t>
        <w:br/>
        <w:t>vn 0.0201 0.3498 -0.9366</w:t>
        <w:br/>
        <w:t>vn 0.1061 0.2743 -0.9558</w:t>
        <w:br/>
        <w:t>vn -0.2720 -0.9586 -0.0840</w:t>
        <w:br/>
        <w:t>vn -0.0125 -0.9962 0.0859</w:t>
        <w:br/>
        <w:t>vn -0.2200 -0.8315 0.5102</w:t>
        <w:br/>
        <w:t>vn -0.4947 -0.7893 0.3638</w:t>
        <w:br/>
        <w:t>vn 0.7968 -0.2756 0.5377</w:t>
        <w:br/>
        <w:t>vn 0.7982 -0.2744 0.5363</w:t>
        <w:br/>
        <w:t>vn 0.7981 -0.2745 0.5363</w:t>
        <w:br/>
        <w:t>vn 0.2724 0.9622 0.0006</w:t>
        <w:br/>
        <w:t>vn 0.4950 0.7551 -0.4300</w:t>
        <w:br/>
        <w:t>vn 0.7218 0.6685 -0.1792</w:t>
        <w:br/>
        <w:t>vn 0.5059 0.8267 0.2464</w:t>
        <w:br/>
        <w:t>vn 0.0120 0.9850 -0.1722</w:t>
        <w:br/>
        <w:t>vn 0.2191 0.7844 -0.5802</w:t>
        <w:br/>
        <w:t>vn 0.4950 0.7550 -0.4300</w:t>
        <w:br/>
        <w:t>vn 0.2723 0.9622 0.0006</w:t>
        <w:br/>
        <w:t>vn -0.7956 0.2759 -0.5394</w:t>
        <w:br/>
        <w:t>vn -0.7969 0.2268 -0.5599</w:t>
        <w:br/>
        <w:t>vn -0.7970 0.2268 -0.5598</w:t>
        <w:br/>
        <w:t>vn -0.7955 0.2280 -0.5614</w:t>
        <w:br/>
        <w:t>vn -0.5051 -0.8273 -0.2458</w:t>
        <w:br/>
        <w:t>vn -0.7208 -0.6506 0.2391</w:t>
        <w:br/>
        <w:t>vn -0.3002 -0.4613 0.8349</w:t>
        <w:br/>
        <w:t>vn -0.5792 -0.3999 0.7104</w:t>
        <w:br/>
        <w:t>vn 0.7993 -0.2250 0.5572</w:t>
        <w:br/>
        <w:t>vn 0.7993 -0.2727 0.5355</w:t>
        <w:br/>
        <w:t>vn 0.5801 0.3370 -0.7415</w:t>
        <w:br/>
        <w:t>vn 0.8040 0.2532 -0.5380</w:t>
        <w:br/>
        <w:t>vn 0.2996 0.3876 -0.8718</w:t>
        <w:br/>
        <w:t>vn 0.5802 0.3370 -0.7415</w:t>
        <w:br/>
        <w:t>vn -0.7981 0.2249 -0.5589</w:t>
        <w:br/>
        <w:t>vn -0.8022 -0.2532 0.5407</w:t>
        <w:br/>
        <w:t>vn -0.2337 0.0882 0.9683</w:t>
        <w:br/>
        <w:t>vn -0.5058 0.1654 0.8467</w:t>
        <w:br/>
        <w:t>vn 0.8000 -0.2228 0.5571</w:t>
        <w:br/>
        <w:t>vn 0.7999 -0.2229 0.5572</w:t>
        <w:br/>
        <w:t>vn 0.5066 -0.1657 -0.8461</w:t>
        <w:br/>
        <w:t>vn 0.7317 -0.2275 -0.6426</w:t>
        <w:br/>
        <w:t>vn 0.2333 -0.0880 -0.9684</w:t>
        <w:br/>
        <w:t>vn -0.7988 0.2227 -0.5589</w:t>
        <w:br/>
        <w:t>vn -0.7301 0.2270 0.6445</w:t>
        <w:br/>
        <w:t>vn -0.0424 0.5153 0.8560</w:t>
        <w:br/>
        <w:t>vn -0.3015 0.6162 0.7276</w:t>
        <w:br/>
        <w:t>vn 0.8000 -0.2206 0.5580</w:t>
        <w:br/>
        <w:t>vn 0.8000 -0.2207 0.5579</w:t>
        <w:br/>
        <w:t>vn 0.3020 -0.6165 -0.7271</w:t>
        <w:br/>
        <w:t>vn 0.5332 -0.6598 -0.5294</w:t>
        <w:br/>
        <w:t>vn 0.0425 -0.5151 -0.8560</w:t>
        <w:br/>
        <w:t>vn -0.7989 0.2204 -0.5597</w:t>
        <w:br/>
        <w:t>vn -0.5325 0.6593 0.5307</w:t>
        <w:br/>
        <w:t>vn 0.2250 0.7916 0.5682</w:t>
        <w:br/>
        <w:t>vn -0.0196 0.9068 0.4210</w:t>
        <w:br/>
        <w:t>vn 0.7995 -0.2189 0.5593</w:t>
        <w:br/>
        <w:t>vn 0.7995 -0.2189 0.5594</w:t>
        <w:br/>
        <w:t>vn 0.0201 -0.9068 -0.4211</w:t>
        <w:br/>
        <w:t>vn 0.2625 -0.9363 -0.2333</w:t>
        <w:br/>
        <w:t>vn -0.2240 -0.7915 -0.5687</w:t>
        <w:br/>
        <w:t>vn 0.0203 -0.9068 -0.4210</w:t>
        <w:br/>
        <w:t>vn -0.7985 0.2186 -0.5610</w:t>
        <w:br/>
        <w:t>vn -0.7985 0.2186 -0.5609</w:t>
        <w:br/>
        <w:t>vn -0.2626 0.9362 0.2337</w:t>
        <w:br/>
        <w:t>vn 0.5035 0.8464 0.1736</w:t>
        <w:br/>
        <w:t>vn 0.2712 0.9625 0.0016</w:t>
        <w:br/>
        <w:t>vn 0.7985 -0.2178 0.5612</w:t>
        <w:br/>
        <w:t>vn 0.7984 -0.2178 0.5613</w:t>
        <w:br/>
        <w:t>vn -0.2709 -0.9626 -0.0015</w:t>
        <w:br/>
        <w:t>vn -0.0129 -0.9852 0.1711</w:t>
        <w:br/>
        <w:t>vn -0.5024 -0.8470 -0.1738</w:t>
        <w:br/>
        <w:t>vn -0.2706 -0.9627 -0.0013</w:t>
        <w:br/>
        <w:t>vn -0.7973 0.2176 -0.5630</w:t>
        <w:br/>
        <w:t>vn -0.7974 0.2176 -0.5629</w:t>
        <w:br/>
        <w:t>vn 0.0123 0.9852 -0.1708</w:t>
        <w:br/>
        <w:t>vn 0.5036 0.8463 0.1738</w:t>
        <w:br/>
        <w:t>vn 0.7202 0.6546 -0.2300</w:t>
        <w:br/>
        <w:t>vn 0.4946 0.7583 -0.4247</w:t>
        <w:br/>
        <w:t>vn 0.2713 0.9625 0.0016</w:t>
        <w:br/>
        <w:t>vn 0.7986 -0.2179 0.5611</w:t>
        <w:br/>
        <w:t>vn 0.7976 -0.2182 0.5624</w:t>
        <w:br/>
        <w:t>vn -0.0128 -0.9852 0.1710</w:t>
        <w:br/>
        <w:t>vn -0.4941 -0.7581 0.4256</w:t>
        <w:br/>
        <w:t>vn -0.2206 -0.7861 0.5774</w:t>
        <w:br/>
        <w:t>vn -0.5026 -0.8469 -0.1739</w:t>
        <w:br/>
        <w:t>vn -0.7191 -0.6552 0.2317</w:t>
        <w:br/>
        <w:t>vn -0.4942 -0.7580 0.4256</w:t>
        <w:br/>
        <w:t>vn -0.7975 0.2176 -0.5628</w:t>
        <w:br/>
        <w:t>vn -0.7966 0.2178 -0.5640</w:t>
        <w:br/>
        <w:t>vn -0.7965 0.2178 -0.5640</w:t>
        <w:br/>
        <w:t>vn -0.7974 0.2176 -0.5628</w:t>
        <w:br/>
        <w:t>vn 0.2198 0.7865 -0.5771</w:t>
        <w:br/>
        <w:t>vn 0.0125 0.9852 -0.1709</w:t>
        <w:br/>
        <w:t>vn 0.8074 0.2575 -0.5309</w:t>
        <w:br/>
        <w:t>vn 0.5831 0.3408 -0.7375</w:t>
        <w:br/>
        <w:t>vn 0.7967 -0.2202 0.5628</w:t>
        <w:br/>
        <w:t>vn 0.7967 -0.2201 0.5629</w:t>
        <w:br/>
        <w:t>vn -0.5821 -0.3404 0.7384</w:t>
        <w:br/>
        <w:t>vn -0.3016 -0.3894 0.8703</w:t>
        <w:br/>
        <w:t>vn -0.8056 -0.2577 0.5335</w:t>
        <w:br/>
        <w:t>vn -0.7957 0.2198 -0.5645</w:t>
        <w:br/>
        <w:t>vn -0.7956 0.2198 -0.5645</w:t>
        <w:br/>
        <w:t>vn 0.3009 0.3901 -0.8702</w:t>
        <w:br/>
        <w:t>vn 0.7353 -0.2293 -0.6378</w:t>
        <w:br/>
        <w:t>vn 0.5093 -0.1667 -0.8443</w:t>
        <w:br/>
        <w:t>vn 0.7960 -0.2233 0.5626</w:t>
        <w:br/>
        <w:t>vn -0.5084 0.1664 0.8449</w:t>
        <w:br/>
        <w:t>vn -0.2345 0.0881 0.9681</w:t>
        <w:br/>
        <w:t>vn -0.7336 0.2287 0.6399</w:t>
        <w:br/>
        <w:t>vn -0.7948 0.2232 -0.5643</w:t>
        <w:br/>
        <w:t>vn 0.2340 -0.0880 -0.9683</w:t>
        <w:br/>
        <w:t>vn 0.5330 -0.6629 -0.5258</w:t>
        <w:br/>
        <w:t>vn 0.3022 -0.6181 -0.7257</w:t>
        <w:br/>
        <w:t>vn 0.7955 -0.2262 0.5621</w:t>
        <w:br/>
        <w:t>vn 0.7955 -0.2262 0.5622</w:t>
        <w:br/>
        <w:t>vn -0.3017 0.6178 0.7262</w:t>
        <w:br/>
        <w:t>vn -0.0428 0.5147 0.8563</w:t>
        <w:br/>
        <w:t>vn -0.5322 0.6625 0.5271</w:t>
        <w:br/>
        <w:t>vn -0.3015 0.6178 0.7262</w:t>
        <w:br/>
        <w:t>vn -0.7943 0.2262 -0.5639</w:t>
        <w:br/>
        <w:t>vn 0.0429 -0.5147 -0.8563</w:t>
        <w:br/>
        <w:t>vn 0.2619 -0.9131 -0.3126</w:t>
        <w:br/>
        <w:t>vn 0.0198 -0.8664 -0.4989</w:t>
        <w:br/>
        <w:t>vn 0.7957 -0.2757 0.5392</w:t>
        <w:br/>
        <w:t>vn 0.7957 -0.2757 0.5393</w:t>
        <w:br/>
        <w:t>vn -0.0192 0.9066 0.4216</w:t>
        <w:br/>
        <w:t>vn 0.2251 0.7371 0.6373</w:t>
        <w:br/>
        <w:t>vn -0.2619 0.9367 0.2323</w:t>
        <w:br/>
        <w:t>vn -0.7945 0.2277 -0.5629</w:t>
        <w:br/>
        <w:t>vn -0.2242 -0.7899 -0.5708</w:t>
        <w:br/>
        <w:t>vn -0.9493 0.0057 0.3143</w:t>
        <w:br/>
        <w:t>vn -0.6929 -0.2787 0.6651</w:t>
        <w:br/>
        <w:t>vn -0.5867 -0.0256 0.8094</w:t>
        <w:br/>
        <w:t>vn -0.8536 0.2734 0.4434</w:t>
        <w:br/>
        <w:t>vn -0.4287 -0.8290 -0.3593</w:t>
        <w:br/>
        <w:t>vn -0.4285 -0.8293 -0.3586</w:t>
        <w:br/>
        <w:t>vn -0.4286 -0.8293 -0.3585</w:t>
        <w:br/>
        <w:t>vn -0.4288 -0.8289 -0.3593</w:t>
        <w:br/>
        <w:t>vn 0.8543 -0.2740 -0.4417</w:t>
        <w:br/>
        <w:t>vn 0.5873 0.0254 -0.8090</w:t>
        <w:br/>
        <w:t>vn 0.4234 -0.2297 -0.8763</w:t>
        <w:br/>
        <w:t>vn 0.6743 -0.5144 -0.5298</w:t>
        <w:br/>
        <w:t>vn 0.8543 -0.2739 -0.4417</w:t>
        <w:br/>
        <w:t>vn 0.9507 -0.0063 -0.3102</w:t>
        <w:br/>
        <w:t>vn 0.6946 0.2782 -0.6634</w:t>
        <w:br/>
        <w:t>vn 0.4305 0.8273 0.3608</w:t>
        <w:br/>
        <w:t>vn 0.4306 0.8273 0.3608</w:t>
        <w:br/>
        <w:t>vn 0.4304 0.8278 0.3599</w:t>
        <w:br/>
        <w:t>vn 0.4303 0.8278 0.3599</w:t>
        <w:br/>
        <w:t>vn -0.6749 0.5143 0.5292</w:t>
        <w:br/>
        <w:t>vn -0.4244 0.2296 0.8759</w:t>
        <w:br/>
        <w:t>vn -0.2854 -0.5409 0.7912</w:t>
        <w:br/>
        <w:t>vn -0.1642 -0.3057 0.9379</w:t>
        <w:br/>
        <w:t>vn -0.4273 -0.8298 -0.3589</w:t>
        <w:br/>
        <w:t>vn 0.1645 0.3056 -0.9379</w:t>
        <w:br/>
        <w:t>vn 0.0279 0.0426 -0.9987</w:t>
        <w:br/>
        <w:t>vn 0.2860 0.5408 -0.7910</w:t>
        <w:br/>
        <w:t>vn 0.1644 0.3057 -0.9378</w:t>
        <w:br/>
        <w:t>vn 0.4295 0.8282 0.3600</w:t>
        <w:br/>
        <w:t>vn 0.4295 0.8282 0.3599</w:t>
        <w:br/>
        <w:t>vn -0.0279 -0.0426 0.9987</w:t>
        <w:br/>
        <w:t>vn 0.1344 -0.7108 0.6904</w:t>
        <w:br/>
        <w:t>vn 0.2727 -0.4871 0.8297</w:t>
        <w:br/>
        <w:t>vn -0.4229 -0.8308 -0.3619</w:t>
        <w:br/>
        <w:t>vn -0.2693 0.4868 -0.8310</w:t>
        <w:br/>
        <w:t>vn -0.3785 0.2196 -0.8992</w:t>
        <w:br/>
        <w:t>vn -0.1360 0.7116 -0.6893</w:t>
        <w:br/>
        <w:t>vn -0.2692 0.4868 -0.8310</w:t>
        <w:br/>
        <w:t>vn 0.4266 0.8287 0.3623</w:t>
        <w:br/>
        <w:t>vn 0.4267 0.8286 0.3624</w:t>
        <w:br/>
        <w:t>vn 0.3869 -0.2202 0.8955</w:t>
        <w:br/>
        <w:t>vn 0.4764 -0.7755 0.4143</w:t>
        <w:br/>
        <w:t>vn 0.6322 -0.5492 0.5465</w:t>
        <w:br/>
        <w:t>vn -0.4142 -0.8313 -0.3707</w:t>
        <w:br/>
        <w:t>vn -0.4143 -0.8312 -0.3707</w:t>
        <w:br/>
        <w:t>vn -0.6323 0.5515 -0.5440</w:t>
        <w:br/>
        <w:t>vn -0.7243 0.2761 -0.6318</w:t>
        <w:br/>
        <w:t>vn -0.4820 0.7763 -0.4062</w:t>
        <w:br/>
        <w:t>vn -0.6323 0.5515 -0.5441</w:t>
        <w:br/>
        <w:t>vn 0.4195 0.8293 0.3691</w:t>
        <w:br/>
        <w:t>vn 0.4196 0.8293 0.3692</w:t>
        <w:br/>
        <w:t>vn 0.7290 -0.2725 0.6279</w:t>
        <w:br/>
        <w:t>vn 0.6954 -0.7174 -0.0428</w:t>
        <w:br/>
        <w:t>vn 0.8705 -0.4860 0.0782</w:t>
        <w:br/>
        <w:t>vn -0.4051 -0.8312 -0.3808</w:t>
        <w:br/>
        <w:t>vn -0.4051 -0.8312 -0.3809</w:t>
        <w:br/>
        <w:t>vn -0.8707 0.4863 -0.0738</w:t>
        <w:br/>
        <w:t>vn -0.9602 0.2080 -0.1865</w:t>
        <w:br/>
        <w:t>vn -0.6961 0.7165 0.0459</w:t>
        <w:br/>
        <w:t>vn -0.8707 0.4862 -0.0738</w:t>
        <w:br/>
        <w:t>vn 0.4090 0.8298 0.3796</w:t>
        <w:br/>
        <w:t>vn 0.4091 0.8298 0.3796</w:t>
        <w:br/>
        <w:t>vn 0.9594 -0.2071 0.1913</w:t>
        <w:br/>
        <w:t>vn 0.6793 -0.5024 -0.5350</w:t>
        <w:br/>
        <w:t>vn 0.8464 -0.2816 -0.4520</w:t>
        <w:br/>
        <w:t>vn -0.3998 -0.8319 -0.3847</w:t>
        <w:br/>
        <w:t>vn -0.3997 -0.8320 -0.3848</w:t>
        <w:br/>
        <w:t>vn -0.8490 0.2796 0.4483</w:t>
        <w:br/>
        <w:t>vn -0.9452 0.0251 0.3256</w:t>
        <w:br/>
        <w:t>vn -0.6772 0.5093 0.5310</w:t>
        <w:br/>
        <w:t>vn -0.8490 0.2795 0.4483</w:t>
        <w:br/>
        <w:t>vn 0.4030 0.8307 0.3840</w:t>
        <w:br/>
        <w:t>vn 0.4033 0.8307 0.3839</w:t>
        <w:br/>
        <w:t>vn 0.9431 -0.0360 -0.3306</w:t>
        <w:br/>
        <w:t>vn 0.6792 -0.5024 -0.5350</w:t>
        <w:br/>
        <w:t>vn 0.4700 -0.2505 -0.8464</w:t>
        <w:br/>
        <w:t>vn 0.6079 -0.0348 -0.7933</w:t>
        <w:br/>
        <w:t>vn -0.3996 -0.8320 -0.3849</w:t>
        <w:br/>
        <w:t>vn -0.3991 -0.8332 -0.3827</w:t>
        <w:br/>
        <w:t>vn -0.3991 -0.8332 -0.3828</w:t>
        <w:br/>
        <w:t>vn -0.3995 -0.8320 -0.3849</w:t>
        <w:br/>
        <w:t>vn -0.6033 0.0222 0.7972</w:t>
        <w:br/>
        <w:t>vn -0.7056 -0.2077 0.6775</w:t>
        <w:br/>
        <w:t>vn -0.9453 0.0243 0.3253</w:t>
        <w:br/>
        <w:t>vn -0.6773 0.5093 0.5309</w:t>
        <w:br/>
        <w:t>vn -0.4544 0.2501 0.8550</w:t>
        <w:br/>
        <w:t>vn -0.6032 0.0221 0.7973</w:t>
        <w:br/>
        <w:t>vn 0.4026 0.8308 0.3843</w:t>
        <w:br/>
        <w:t>vn 0.4025 0.8308 0.3844</w:t>
        <w:br/>
        <w:t>vn 0.4044 0.8314 0.3812</w:t>
        <w:br/>
        <w:t>vn 0.4045 0.8314 0.3811</w:t>
        <w:br/>
        <w:t>vn 0.9431 -0.0361 -0.3307</w:t>
        <w:br/>
        <w:t>vn 0.7044 0.1839 -0.6856</w:t>
        <w:br/>
        <w:t>vn 0.1370 -0.0160 -0.9904</w:t>
        <w:br/>
        <w:t>vn 0.2546 0.2185 -0.9420</w:t>
        <w:br/>
        <w:t>vn -0.4042 -0.8328 -0.3781</w:t>
        <w:br/>
        <w:t>vn -0.4041 -0.8329 -0.3781</w:t>
        <w:br/>
        <w:t>vn -0.2346 -0.2358 0.9431</w:t>
        <w:br/>
        <w:t>vn -0.3479 -0.4574 0.8184</w:t>
        <w:br/>
        <w:t>vn -0.1034 0.0038 0.9946</w:t>
        <w:br/>
        <w:t>vn -0.2347 -0.2359 0.9430</w:t>
        <w:br/>
        <w:t>vn 0.4103 0.8305 0.3768</w:t>
        <w:br/>
        <w:t>vn 0.3543 0.4381 -0.8262</w:t>
        <w:br/>
        <w:t>vn -0.3233 0.1993 -0.9251</w:t>
        <w:br/>
        <w:t>vn -0.2190 0.4598 -0.8606</w:t>
        <w:br/>
        <w:t>vn -0.4144 -0.8308 -0.3715</w:t>
        <w:br/>
        <w:t>vn -0.4144 -0.8308 -0.3714</w:t>
        <w:br/>
        <w:t>vn 0.2271 -0.4643 0.8561</w:t>
        <w:br/>
        <w:t>vn 0.0926 -0.6845 0.7231</w:t>
        <w:br/>
        <w:t>vn 0.3425 -0.2050 0.9169</w:t>
        <w:br/>
        <w:t>vn 0.2272 -0.4641 0.8561</w:t>
        <w:br/>
        <w:t>vn 0.4195 0.8287 0.3706</w:t>
        <w:br/>
        <w:t>vn 0.4194 0.8287 0.3706</w:t>
        <w:br/>
        <w:t>vn -0.0965 0.6821 -0.7248</w:t>
        <w:br/>
        <w:t>vn -0.7401 0.2948 -0.6045</w:t>
        <w:br/>
        <w:t>vn -0.6433 0.5632 -0.5186</w:t>
        <w:br/>
        <w:t>vn -0.4239 -0.8292 -0.3644</w:t>
        <w:br/>
        <w:t>vn -0.4240 -0.8292 -0.3644</w:t>
        <w:br/>
        <w:t>vn 0.6418 -0.5625 0.5212</w:t>
        <w:br/>
        <w:t>vn 0.4851 -0.7815 0.3923</w:t>
        <w:br/>
        <w:t>vn 0.7412 -0.2936 0.6037</w:t>
        <w:br/>
        <w:t>vn 0.6417 -0.5624 0.5214</w:t>
        <w:br/>
        <w:t>vn 0.4270 0.8274 0.3647</w:t>
        <w:br/>
        <w:t>vn 0.4269 0.8275 0.3647</w:t>
        <w:br/>
        <w:t>vn -0.4898 0.7812 -0.3871</w:t>
        <w:br/>
        <w:t>vn -0.9632 0.2198 -0.1550</w:t>
        <w:br/>
        <w:t>vn -0.8696 0.4913 -0.0489</w:t>
        <w:br/>
        <w:t>vn -0.4277 -0.8289 -0.3607</w:t>
        <w:br/>
        <w:t>vn -0.4277 -0.8288 -0.3607</w:t>
        <w:br/>
        <w:t>vn 0.8696 -0.4911 0.0509</w:t>
        <w:br/>
        <w:t>vn 0.6948 -0.7165 -0.0620</w:t>
        <w:br/>
        <w:t>vn 0.9627 -0.2192 0.1589</w:t>
        <w:br/>
        <w:t>vn 0.8697 -0.4910 0.0509</w:t>
        <w:br/>
        <w:t>vn 0.4295 0.8273 0.3621</w:t>
        <w:br/>
        <w:t>vn 0.4294 0.8273 0.3621</w:t>
        <w:br/>
        <w:t>vn -0.6947 0.7166 0.0618</w:t>
        <w:br/>
        <w:t>vn -0.9516 -0.0711 0.2991</w:t>
        <w:br/>
        <w:t>vn -0.6961 -0.4224 0.5806</w:t>
        <w:br/>
        <w:t>vn -0.5900 -0.2095 0.7797</w:t>
        <w:br/>
        <w:t>vn -0.8582 0.1605 0.4876</w:t>
        <w:br/>
        <w:t>vn -0.4312 -0.7246 -0.5377</w:t>
        <w:br/>
        <w:t>vn -0.4321 -0.7249 -0.5365</w:t>
        <w:br/>
        <w:t>vn -0.4321 -0.7248 -0.5366</w:t>
        <w:br/>
        <w:t>vn -0.4311 -0.7246 -0.5377</w:t>
        <w:br/>
        <w:t>vn 0.6804 -0.3786 -0.6274</w:t>
        <w:br/>
        <w:t>vn 0.8590 -0.1618 -0.4857</w:t>
        <w:br/>
        <w:t>vn 0.5912 0.2090 -0.7790</w:t>
        <w:br/>
        <w:t>vn 0.4274 -0.0249 -0.9037</w:t>
        <w:br/>
        <w:t>vn 0.8591 -0.1618 -0.4856</w:t>
        <w:br/>
        <w:t>vn 0.9527 0.0712 -0.2956</w:t>
        <w:br/>
        <w:t>vn 0.6977 0.4227 -0.5785</w:t>
        <w:br/>
        <w:t>vn 0.5912 0.2089 -0.7790</w:t>
        <w:br/>
        <w:t>vn 0.4314 0.7247 0.5374</w:t>
        <w:br/>
        <w:t>vn 0.4313 0.7247 0.5374</w:t>
        <w:br/>
        <w:t>vn 0.4326 0.7248 0.5362</w:t>
        <w:br/>
        <w:t>vn 0.4325 0.7249 0.5362</w:t>
        <w:br/>
        <w:t>vn -0.4274 0.0234 0.9038</w:t>
        <w:br/>
        <w:t>vn -0.6810 0.3762 0.6283</w:t>
        <w:br/>
        <w:t>vn -0.2882 -0.7047 0.6483</w:t>
        <w:br/>
        <w:t>vn -0.1656 -0.5092 0.8446</w:t>
        <w:br/>
        <w:t>vn -0.4318 -0.7252 -0.5363</w:t>
        <w:br/>
        <w:t>vn -0.4318 -0.7252 -0.5364</w:t>
        <w:br/>
        <w:t>vn 0.1662 0.5093 -0.8444</w:t>
        <w:br/>
        <w:t>vn 0.0283 0.2669 -0.9633</w:t>
        <w:br/>
        <w:t>vn 0.2890 0.7049 -0.6477</w:t>
        <w:br/>
        <w:t>vn 0.4333 0.7246 0.5359</w:t>
        <w:br/>
        <w:t>vn 0.4333 0.7246 0.5358</w:t>
        <w:br/>
        <w:t>vn -0.0279 -0.2671 0.9633</w:t>
        <w:br/>
        <w:t>vn 0.1453 -0.8515 0.5039</w:t>
        <w:br/>
        <w:t>vn 0.2844 -0.6651 0.6904</w:t>
        <w:br/>
        <w:t>vn -0.4303 -0.7253 -0.5374</w:t>
        <w:br/>
        <w:t>vn -0.4302 -0.7253 -0.5374</w:t>
        <w:br/>
        <w:t>vn -0.2836 0.6652 -0.6907</w:t>
        <w:br/>
        <w:t>vn -0.3967 0.4205 -0.8160</w:t>
        <w:br/>
        <w:t>vn -0.1453 0.8513 -0.5042</w:t>
        <w:br/>
        <w:t>vn -0.2837 0.6653 -0.6906</w:t>
        <w:br/>
        <w:t>vn 0.4328 0.7244 0.5366</w:t>
        <w:br/>
        <w:t>vn 0.3983 -0.4199 0.8155</w:t>
        <w:br/>
        <w:t>vn 0.5023 -0.8418 0.1975</w:t>
        <w:br/>
        <w:t>vn 0.6581 -0.6542 0.3727</w:t>
        <w:br/>
        <w:t>vn -0.4267 -0.7256 -0.5398</w:t>
        <w:br/>
        <w:t>vn -0.4267 -0.7257 -0.5398</w:t>
        <w:br/>
        <w:t>vn -0.6571 0.6552 -0.3726</w:t>
        <w:br/>
        <w:t>vn -0.7529 0.4100 -0.5148</w:t>
        <w:br/>
        <w:t>vn -0.5025 0.8418 -0.1971</w:t>
        <w:br/>
        <w:t>vn -0.6573 0.6550 -0.3726</w:t>
        <w:br/>
        <w:t>vn 0.4312 0.7238 0.5386</w:t>
        <w:br/>
        <w:t>vn 0.4312 0.7238 0.5387</w:t>
        <w:br/>
        <w:t>vn 0.7546 -0.4077 0.5141</w:t>
        <w:br/>
        <w:t>vn 0.7039 -0.6773 -0.2139</w:t>
        <w:br/>
        <w:t>vn 0.8768 -0.4783 -0.0500</w:t>
        <w:br/>
        <w:t>vn -0.4202 -0.7250 -0.5457</w:t>
        <w:br/>
        <w:t>vn -0.8763 0.4792 0.0487</w:t>
        <w:br/>
        <w:t>vn -0.9645 0.2362 -0.1179</w:t>
        <w:br/>
        <w:t>vn -0.7052 0.6770 0.2107</w:t>
        <w:br/>
        <w:t>vn 0.4307 0.7229 0.5403</w:t>
        <w:br/>
        <w:t>vn 0.9651 -0.2335 0.1185</w:t>
        <w:br/>
        <w:t>vn 0.6794 -0.3857 -0.6241</w:t>
        <w:br/>
        <w:t>vn 0.8607 -0.1675 -0.4807</w:t>
        <w:br/>
        <w:t>vn -0.4146 -0.7246 -0.5505</w:t>
        <w:br/>
        <w:t>vn -0.4146 -0.7246 -0.5506</w:t>
        <w:br/>
        <w:t>vn -0.8626 0.1626 0.4791</w:t>
        <w:br/>
        <w:t>vn -0.9548 -0.0693 0.2889</w:t>
        <w:br/>
        <w:t>vn -0.6854 0.3786 0.6220</w:t>
        <w:br/>
        <w:t>vn -0.8626 0.1627 0.4791</w:t>
        <w:br/>
        <w:t>vn 0.4306 0.7221 0.5414</w:t>
        <w:br/>
        <w:t>vn 0.4307 0.7221 0.5414</w:t>
        <w:br/>
        <w:t>vn 0.9551 0.0681 -0.2883</w:t>
        <w:br/>
        <w:t>vn 0.8607 -0.1675 -0.4808</w:t>
        <w:br/>
        <w:t>vn 0.6794 -0.3858 -0.6242</w:t>
        <w:br/>
        <w:t>vn 0.4310 -0.0413 -0.9014</w:t>
        <w:br/>
        <w:t>vn 0.5963 0.1980 -0.7779</w:t>
        <w:br/>
        <w:t>vn -0.4147 -0.7245 -0.5506</w:t>
        <w:br/>
        <w:t>vn -0.4180 -0.7239 -0.5488</w:t>
        <w:br/>
        <w:t>vn -0.5944 -0.2081 0.7768</w:t>
        <w:br/>
        <w:t>vn -0.7008 -0.4212 0.5757</w:t>
        <w:br/>
        <w:t>vn -0.9548 -0.0694 0.2890</w:t>
        <w:br/>
        <w:t>vn -0.4304 0.0252 0.9023</w:t>
        <w:br/>
        <w:t>vn -0.5944 -0.2080 0.7768</w:t>
        <w:br/>
        <w:t>vn -0.8625 0.1626 0.4792</w:t>
        <w:br/>
        <w:t>vn 0.4305 0.7222 0.5414</w:t>
        <w:br/>
        <w:t>vn 0.4309 0.7217 0.5418</w:t>
        <w:br/>
        <w:t>vn 0.4309 0.7216 0.5418</w:t>
        <w:br/>
        <w:t>vn 0.9551 0.0682 -0.2884</w:t>
        <w:br/>
        <w:t>vn 0.7022 0.4179 -0.5764</w:t>
        <w:br/>
        <w:t>vn 0.0329 0.2599 -0.9651</w:t>
        <w:br/>
        <w:t>vn 0.1696 0.5059 -0.8458</w:t>
        <w:br/>
        <w:t>vn -0.4254 -0.7229 -0.5445</w:t>
        <w:br/>
        <w:t>vn -0.4254 -0.7228 -0.5445</w:t>
        <w:br/>
        <w:t>vn -0.1666 -0.5096 0.8441</w:t>
        <w:br/>
        <w:t>vn -0.2891 -0.7054 0.6471</w:t>
        <w:br/>
        <w:t>vn -0.0289 -0.2669 0.9633</w:t>
        <w:br/>
        <w:t>vn -0.1667 -0.5095 0.8441</w:t>
        <w:br/>
        <w:t>vn 0.4307 0.7217 0.5418</w:t>
        <w:br/>
        <w:t>vn 0.2904 0.7046 -0.6475</w:t>
        <w:br/>
        <w:t>vn -0.3935 0.4220 -0.8168</w:t>
        <w:br/>
        <w:t>vn -0.2810 0.6657 -0.6913</w:t>
        <w:br/>
        <w:t>vn -0.4292 -0.7228 -0.5416</w:t>
        <w:br/>
        <w:t>vn -0.4291 -0.7228 -0.5416</w:t>
        <w:br/>
        <w:t>vn 0.2817 -0.6656 0.6911</w:t>
        <w:br/>
        <w:t>vn 0.1439 -0.8513 0.5045</w:t>
        <w:br/>
        <w:t>vn 0.3946 -0.4211 0.8167</w:t>
        <w:br/>
        <w:t>vn 0.2816 -0.6656 0.6912</w:t>
        <w:br/>
        <w:t>vn 0.4302 0.7225 0.5413</w:t>
        <w:br/>
        <w:t>vn 0.4303 0.7224 0.5413</w:t>
        <w:br/>
        <w:t>vn -0.1438 0.8511 -0.5050</w:t>
        <w:br/>
        <w:t>vn -0.7506 0.4143 -0.5147</w:t>
        <w:br/>
        <w:t>vn -0.6541 0.6582 -0.3728</w:t>
        <w:br/>
        <w:t>vn -0.4297 -0.7234 -0.5404</w:t>
        <w:br/>
        <w:t>vn -0.4295 -0.7235 -0.5405</w:t>
        <w:br/>
        <w:t>vn 0.6547 -0.6578 0.3724</w:t>
        <w:br/>
        <w:t>vn 0.4989 -0.8441 0.1966</w:t>
        <w:br/>
        <w:t>vn 0.7515 -0.4125 0.5149</w:t>
        <w:br/>
        <w:t>vn 0.6546 -0.6578 0.3724</w:t>
        <w:br/>
        <w:t>vn 0.4296 0.7235 0.5404</w:t>
        <w:br/>
        <w:t>vn 0.4296 0.7234 0.5404</w:t>
        <w:br/>
        <w:t>vn -0.4995 0.8435 -0.1976</w:t>
        <w:br/>
        <w:t>vn -0.9646 0.2393 -0.1109</w:t>
        <w:br/>
        <w:t>vn -0.8747 0.4815 0.0549</w:t>
        <w:br/>
        <w:t>vn -0.4302 -0.7241 -0.5390</w:t>
        <w:br/>
        <w:t>vn -0.4300 -0.7242 -0.5391</w:t>
        <w:br/>
        <w:t>vn 0.8746 -0.4819 -0.0538</w:t>
        <w:br/>
        <w:t>vn 0.7011 -0.6797 -0.2154</w:t>
        <w:br/>
        <w:t>vn 0.9646 -0.2381 0.1130</w:t>
        <w:br/>
        <w:t>vn 0.4303 0.7241 0.5389</w:t>
        <w:br/>
        <w:t>vn -0.7024 0.6783 0.2157</w:t>
        <w:br/>
        <w:t>vn -0.7172 -0.4585 0.5247</w:t>
        <w:br/>
        <w:t>vn -0.0662 -0.5392 0.8396</w:t>
        <w:br/>
        <w:t>vn -0.0486 -0.5937 0.8032</w:t>
        <w:br/>
        <w:t>vn -0.7207 -0.4865 0.4939</w:t>
        <w:br/>
        <w:t>vn -0.6574 0.0237 -0.7532</w:t>
        <w:br/>
        <w:t>vn -0.6340 -0.0997 -0.7669</w:t>
        <w:br/>
        <w:t>vn -0.7401 -0.1298 -0.6599</w:t>
        <w:br/>
        <w:t>vn -0.9450 -0.2061 -0.2538</w:t>
        <w:br/>
        <w:t>vn -0.2131 -0.1005 -0.9718</w:t>
        <w:br/>
        <w:t>vn -0.0368 0.2484 -0.9679</w:t>
        <w:br/>
        <w:t>vn -0.7750 -0.3267 0.5410</w:t>
        <w:br/>
        <w:t>vn -0.7483 -0.4117 0.5201</w:t>
        <w:br/>
        <w:t>vn -0.1278 -0.6221 0.7724</w:t>
        <w:br/>
        <w:t>vn -0.2763 -0.5941 0.7554</w:t>
        <w:br/>
        <w:t>vn -0.8506 -0.2809 0.4444</w:t>
        <w:br/>
        <w:t>vn -0.7240 -0.2437 0.6453</w:t>
        <w:br/>
        <w:t>vn -0.7248 -0.2919 0.6240</w:t>
        <w:br/>
        <w:t>vn -0.6374 0.4183 -0.6472</w:t>
        <w:br/>
        <w:t>vn -0.7823 0.3316 -0.5273</w:t>
        <w:br/>
        <w:t>vn -0.7745 0.4109 -0.4809</w:t>
        <w:br/>
        <w:t>vn -0.5906 0.5095 -0.6258</w:t>
        <w:br/>
        <w:t>vn -0.7218 -0.3802 0.5784</w:t>
        <w:br/>
        <w:t>vn -0.0829 -0.4610 0.8835</w:t>
        <w:br/>
        <w:t>vn 0.7938 -0.1132 -0.5975</w:t>
        <w:br/>
        <w:t>vn 0.7277 -0.2553 -0.6366</w:t>
        <w:br/>
        <w:t>vn 0.5975 -0.2282 -0.7688</w:t>
        <w:br/>
        <w:t>vn 0.6522 -0.0808 -0.7538</w:t>
        <w:br/>
        <w:t>vn -0.9962 0.0653 0.0572</w:t>
        <w:br/>
        <w:t>vn -0.9944 0.0074 -0.1051</w:t>
        <w:br/>
        <w:t>vn -0.5207 0.7625 -0.3840</w:t>
        <w:br/>
        <w:t>vn -0.5441 0.6994 -0.4635</w:t>
        <w:br/>
        <w:t>vn -0.7450 0.5948 -0.3018</w:t>
        <w:br/>
        <w:t>vn -0.7687 0.6017 -0.2171</w:t>
        <w:br/>
        <w:t>vn 0.6778 -0.4301 0.5963</w:t>
        <w:br/>
        <w:t>vn 0.6487 -0.4435 0.6185</w:t>
        <w:br/>
        <w:t>vn 0.8299 -0.3792 0.4093</w:t>
        <w:br/>
        <w:t>vn 0.8560 -0.3215 0.4049</w:t>
        <w:br/>
        <w:t>vn -0.9606 0.1462 0.2363</w:t>
        <w:br/>
        <w:t>vn -0.9233 0.3841 0.0051</w:t>
        <w:br/>
        <w:t>vn -0.9364 -0.0530 0.3470</w:t>
        <w:br/>
        <w:t>vn -0.7664 -0.2004 0.6103</w:t>
        <w:br/>
        <w:t>vn -0.9107 -0.0482 0.4103</w:t>
        <w:br/>
        <w:t>vn -0.9627 0.0230 0.2694</w:t>
        <w:br/>
        <w:t>vn -0.9641 0.2654 -0.0036</w:t>
        <w:br/>
        <w:t>vn -0.9804 0.1305 0.1478</w:t>
        <w:br/>
        <w:t>vn -0.9480 -0.0201 0.3175</w:t>
        <w:br/>
        <w:t>vn -0.9690 0.1516 0.1953</w:t>
        <w:br/>
        <w:t>vn -0.7193 0.5638 -0.4058</w:t>
        <w:br/>
        <w:t>vn -0.9793 0.1315 0.1542</w:t>
        <w:br/>
        <w:t>vn -0.5342 0.6440 -0.5476</w:t>
        <w:br/>
        <w:t>vn -0.9853 -0.1570 -0.0679</w:t>
        <w:br/>
        <w:t>vn -0.7304 -0.4661 0.4994</w:t>
        <w:br/>
        <w:t>vn -0.7828 0.1682 -0.5991</w:t>
        <w:br/>
        <w:t>vn -0.0557 -0.6366 0.7692</w:t>
        <w:br/>
        <w:t>vn -0.6797 0.2979 -0.6703</w:t>
        <w:br/>
        <w:t>vn -0.0377 -0.1962 -0.9798</w:t>
        <w:br/>
        <w:t>vn -0.6166 -0.1636 -0.7701</w:t>
        <w:br/>
        <w:t>vn -0.0662 -0.5392 0.8395</w:t>
        <w:br/>
        <w:t>vn 0.8622 0.0866 -0.4991</w:t>
        <w:br/>
        <w:t>vn 0.7180 0.1444 -0.6809</w:t>
        <w:br/>
        <w:t>vn 0.5012 0.0445 -0.8642</w:t>
        <w:br/>
        <w:t>vn 0.7858 -0.4269 0.4475</w:t>
        <w:br/>
        <w:t>vn 0.6197 -0.4139 0.6668</w:t>
        <w:br/>
        <w:t>vn 0.6185 -0.3972 0.6780</w:t>
        <w:br/>
        <w:t>vn 0.6571 0.4905 -0.5724</w:t>
        <w:br/>
        <w:t>vn 0.7089 0.3960 -0.5836</w:t>
        <w:br/>
        <w:t>vn 0.5195 0.4884 -0.7012</w:t>
        <w:br/>
        <w:t>vn 0.5020 0.5290 -0.6842</w:t>
        <w:br/>
        <w:t>vn 0.8813 -0.1583 0.4452</w:t>
        <w:br/>
        <w:t>vn 0.8017 -0.2666 0.5351</w:t>
        <w:br/>
        <w:t>vn 0.7765 -0.3630 0.5150</w:t>
        <w:br/>
        <w:t>vn 0.8542 -0.2203 0.4709</w:t>
        <w:br/>
        <w:t>vn 0.7218 0.6382 -0.2678</w:t>
        <w:br/>
        <w:t>vn 0.7037 0.6154 -0.3550</w:t>
        <w:br/>
        <w:t>vn 0.4888 0.7153 -0.4994</w:t>
        <w:br/>
        <w:t>vn 0.4863 0.7708 -0.4117</w:t>
        <w:br/>
        <w:t>vn 0.7874 0.4333 -0.4386</w:t>
        <w:br/>
        <w:t>vn 0.7488 0.4084 -0.5220</w:t>
        <w:br/>
        <w:t>vn 0.8222 -0.1918 0.5359</w:t>
        <w:br/>
        <w:t>vn 0.8335 -0.1479 0.5323</w:t>
        <w:br/>
        <w:t>vn 0.5179 -0.3787 0.7671</w:t>
        <w:br/>
        <w:t>vn 0.4894 -0.4182 0.7652</w:t>
        <w:br/>
        <w:t>vn 0.6939 0.5793 -0.4278</w:t>
        <w:br/>
        <w:t>vn 0.9628 0.2432 0.1176</w:t>
        <w:br/>
        <w:t>vn 0.9736 0.2088 0.0923</w:t>
        <w:br/>
        <w:t>vn 0.4766 0.6607 -0.5800</w:t>
        <w:br/>
        <w:t>vn 0.9517 0.2655 0.1543</w:t>
        <w:br/>
        <w:t>vn 0.9380 0.0991 0.3323</w:t>
        <w:br/>
        <w:t>vn 0.8790 -0.0747 0.4709</w:t>
        <w:br/>
        <w:t>vn 0.7076 -0.4513 0.5437</w:t>
        <w:br/>
        <w:t>vn 0.9984 -0.0402 -0.0409</w:t>
        <w:br/>
        <w:t>vn 0.9977 -0.0204 -0.0639</w:t>
        <w:br/>
        <w:t>vn 0.7766 -0.3630 0.5149</w:t>
        <w:br/>
        <w:t>vn 0.0664 -0.4694 0.8805</w:t>
        <w:br/>
        <w:t>vn 0.4643 -0.4238 0.7777</w:t>
        <w:br/>
        <w:t>vn 0.4241 -0.5295 0.7347</w:t>
        <w:br/>
        <w:t>vn -0.1279 -0.6221 0.7724</w:t>
        <w:br/>
        <w:t>vn 0.5664 0.3717 -0.7355</w:t>
        <w:br/>
        <w:t>vn 0.5157 0.4328 -0.7394</w:t>
        <w:br/>
        <w:t>vn -0.0828 -0.4610 0.8835</w:t>
        <w:br/>
        <w:t>vn 0.6274 -0.4410 0.6417</w:t>
        <w:br/>
        <w:t>vn 0.7255 0.3679 -0.5816</w:t>
        <w:br/>
        <w:t>vn -0.9678 -0.2271 -0.1089</w:t>
        <w:br/>
        <w:t>vn -0.9695 -0.2204 -0.1071</w:t>
        <w:br/>
        <w:t>vn 0.6846 0.2113 -0.6976</w:t>
        <w:br/>
        <w:t>vn 0.6761 0.1771 -0.7152</w:t>
        <w:br/>
        <w:t>vn -0.9592 -0.2742 -0.0692</w:t>
        <w:br/>
        <w:t>vn -0.9626 -0.2588 -0.0801</w:t>
        <w:br/>
        <w:t>vn -0.9626 -0.2587 -0.0801</w:t>
        <w:br/>
        <w:t>vn 0.4227 -0.5354 0.7312</w:t>
        <w:br/>
        <w:t>vn -0.4339 -0.0873 0.8967</w:t>
        <w:br/>
        <w:t>vn -0.4383 0.0363 0.8981</w:t>
        <w:br/>
        <w:t>vn 0.6982 -0.1227 -0.7053</w:t>
        <w:br/>
        <w:t>vn 0.5033 -0.0893 -0.8595</w:t>
        <w:br/>
        <w:t>vn 0.4660 -0.1434 -0.8731</w:t>
        <w:br/>
        <w:t>vn 0.7645 -0.2526 0.5931</w:t>
        <w:br/>
        <w:t>vn 0.7642 -0.2551 0.5924</w:t>
        <w:br/>
        <w:t>vn 0.8932 0.4494 -0.0115</w:t>
        <w:br/>
        <w:t>vn -0.8073 -0.2173 0.5486</w:t>
        <w:br/>
        <w:t>vn -0.7914 -0.2042 0.5762</w:t>
        <w:br/>
        <w:t>vn -0.8818 -0.1433 0.4493</w:t>
        <w:br/>
        <w:t>vn 0.9315 -0.2738 -0.2395</w:t>
        <w:br/>
        <w:t>vn 0.9094 -0.3098 -0.2777</w:t>
        <w:br/>
        <w:t>vn 0.1159 0.8416 0.5276</w:t>
        <w:br/>
        <w:t>vn -0.7956 0.4422 -0.4141</w:t>
        <w:br/>
        <w:t>vn -0.8246 0.4638 -0.3239</w:t>
        <w:br/>
        <w:t>vn -0.7553 0.4940 -0.4306</w:t>
        <w:br/>
        <w:t>vn -0.1173 0.7138 0.6905</w:t>
        <w:br/>
        <w:t>vn 0.5707 0.0197 -0.8210</w:t>
        <w:br/>
        <w:t>vn -0.4213 0.2430 0.8737</w:t>
        <w:br/>
        <w:t>vn -0.4214 0.2430 0.8737</w:t>
        <w:br/>
        <w:t>vn -0.4212 0.1827 0.8884</w:t>
        <w:br/>
        <w:t>vn -0.4221 0.1361 0.8963</w:t>
        <w:br/>
        <w:t>vn -0.9413 0.2481 -0.2288</w:t>
        <w:br/>
        <w:t>vn -0.9137 0.1623 -0.3727</w:t>
        <w:br/>
        <w:t>vn -0.8981 0.0891 -0.4306</w:t>
        <w:br/>
        <w:t>vn -0.8981 0.0892 -0.4306</w:t>
        <w:br/>
        <w:t>vn -0.8708 -0.0402 -0.4901</w:t>
        <w:br/>
        <w:t>vn -0.8674 -0.3648 -0.3384</w:t>
        <w:br/>
        <w:t>vn -0.8673 -0.3755 -0.3269</w:t>
        <w:br/>
        <w:t>vn -0.8674 -0.3648 -0.3385</w:t>
        <w:br/>
        <w:t>vn 0.7500 0.0587 0.6588</w:t>
        <w:br/>
        <w:t>vn 0.7409 -0.0645 0.6685</w:t>
        <w:br/>
        <w:t>vn 0.3741 -0.4845 0.7907</w:t>
        <w:br/>
        <w:t>vn 0.0839 -0.4416 0.8933</w:t>
        <w:br/>
        <w:t>vn 0.0716 -0.3882 0.9188</w:t>
        <w:br/>
        <w:t>vn -0.0874 0.3724 -0.9239</w:t>
        <w:br/>
        <w:t>vn 0.8158 0.2516 -0.5207</w:t>
        <w:br/>
        <w:t>vn 0.7090 0.3960 -0.5836</w:t>
        <w:br/>
        <w:t>vn 0.5664 0.3718 -0.7355</w:t>
        <w:br/>
        <w:t>vn -0.6906 0.1538 -0.7067</w:t>
        <w:br/>
        <w:t>vn -0.7110 -0.1731 -0.6815</w:t>
        <w:br/>
        <w:t>vn -0.6035 -0.2133 -0.7683</w:t>
        <w:br/>
        <w:t>vn -0.5972 -0.2358 -0.7666</w:t>
        <w:br/>
        <w:t>vn -0.6892 -0.2109 -0.6932</w:t>
        <w:br/>
        <w:t>vn -0.0900 -0.3773 0.9217</w:t>
        <w:br/>
        <w:t>vn -0.0507 -0.2911 -0.9554</w:t>
        <w:br/>
        <w:t>vn 0.5556 -0.3310 -0.7627</w:t>
        <w:br/>
        <w:t>vn 0.6751 -0.3511 -0.6488</w:t>
        <w:br/>
        <w:t>vn 0.5342 -0.3773 -0.7565</w:t>
        <w:br/>
        <w:t>vn 0.8024 -0.4226 0.4213</w:t>
        <w:br/>
        <w:t>vn -0.0900 -0.3772 0.9217</w:t>
        <w:br/>
        <w:t>vn -0.8555 -0.4104 0.3157</w:t>
        <w:br/>
        <w:t>vn -0.0281 -0.4514 0.8919</w:t>
        <w:br/>
        <w:t>vn 0.5465 -0.3406 0.7651</w:t>
        <w:br/>
        <w:t>vn 0.4946 -0.3544 0.7936</w:t>
        <w:br/>
        <w:t>vn 0.5821 -0.4391 0.6844</w:t>
        <w:br/>
        <w:t>vn 0.6981 -0.2988 0.6507</w:t>
        <w:br/>
        <w:t>vn 0.6981 -0.2987 0.6507</w:t>
        <w:br/>
        <w:t>vn 0.3824 -0.5177 0.7653</w:t>
        <w:br/>
        <w:t>vn 0.9561 -0.2252 -0.1874</w:t>
        <w:br/>
        <w:t>vn 0.4716 -0.2294 -0.8514</w:t>
        <w:br/>
        <w:t>vn 0.4716 -0.2294 -0.8515</w:t>
        <w:br/>
        <w:t>vn -0.4273 0.1009 0.8985</w:t>
        <w:br/>
        <w:t>vn -0.4273 0.1009 0.8984</w:t>
        <w:br/>
        <w:t>vn 0.7414 -0.1400 0.6563</w:t>
        <w:br/>
        <w:t>vn -0.8698 -0.1411 -0.4728</w:t>
        <w:br/>
        <w:t>vn -0.8705 -0.2615 -0.4169</w:t>
        <w:br/>
        <w:t>vn -0.4230 0.2974 0.8559</w:t>
        <w:br/>
        <w:t>vn -0.4228 0.3244 0.8461</w:t>
        <w:br/>
        <w:t>vn -0.3310 -0.3470 0.8775</w:t>
        <w:br/>
        <w:t>vn -0.4466 0.4362 -0.7812</w:t>
        <w:br/>
        <w:t>vn -0.4835 0.3493 -0.8026</w:t>
        <w:br/>
        <w:t>vn 0.5143 -0.5081 -0.6909</w:t>
        <w:br/>
        <w:t>vn 0.5139 -0.5287 -0.6756</w:t>
        <w:br/>
        <w:t>vn -0.8647 -0.3446 -0.3653</w:t>
        <w:br/>
        <w:t>vn 0.7512 0.2008 0.6288</w:t>
        <w:br/>
        <w:t>vn 0.7512 0.2202 0.6222</w:t>
        <w:br/>
        <w:t>vn 0.7517 0.1617 0.6394</w:t>
        <w:br/>
        <w:t>vn 0.7834 -0.3054 0.5414</w:t>
        <w:br/>
        <w:t>vn 0.8237 -0.2173 0.5238</w:t>
        <w:br/>
        <w:t>vn 0.8020 -0.2289 0.5518</w:t>
        <w:br/>
        <w:t>vn 0.5023 -0.3297 0.7994</w:t>
        <w:br/>
        <w:t>vn 0.5471 -0.2797 0.7889</w:t>
        <w:br/>
        <w:t>vn -0.8540 -0.3530 0.3822</w:t>
        <w:br/>
        <w:t>vn -0.5646 0.1996 -0.8008</w:t>
        <w:br/>
        <w:t>vn -0.5276 0.2389 -0.8152</w:t>
        <w:br/>
        <w:t>vn 0.1206 -0.3774 0.9182</w:t>
        <w:br/>
        <w:t>vn 0.5899 -0.2574 0.7654</w:t>
        <w:br/>
        <w:t>vn 0.6046 -0.2482 0.7569</w:t>
        <w:br/>
        <w:t>vn 0.8526 -0.2116 0.4779</w:t>
        <w:br/>
        <w:t>vn -0.6022 0.1730 -0.7794</w:t>
        <w:br/>
        <w:t>vn -0.6147 0.1655 -0.7712</w:t>
        <w:br/>
        <w:t>vn -0.6022 0.1729 -0.7794</w:t>
        <w:br/>
        <w:t>vn 0.1881 -0.3000 0.9352</w:t>
        <w:br/>
        <w:t>vn 0.4573 -0.4704 0.7547</w:t>
        <w:br/>
        <w:t>vn 0.8144 -0.2215 0.5363</w:t>
        <w:br/>
        <w:t>vn 0.9516 0.2920 -0.0962</w:t>
        <w:br/>
        <w:t>vn 0.6765 0.5366 -0.5044</w:t>
        <w:br/>
        <w:t>vn 0.8888 -0.1184 0.4427</w:t>
        <w:br/>
        <w:t>vn 0.4821 0.5953 -0.6428</w:t>
        <w:br/>
        <w:t>vn -0.9929 0.0855 0.0831</w:t>
        <w:br/>
        <w:t>vn -0.7554 0.4940 -0.4306</w:t>
        <w:br/>
        <w:t>vn -0.8817 -0.1425 0.4499</w:t>
        <w:br/>
        <w:t>vn -0.5538 0.5897 -0.5878</w:t>
        <w:br/>
        <w:t>vn -0.6410 -0.4178 0.6439</w:t>
        <w:br/>
        <w:t>vn -0.3778 -0.2323 0.8963</w:t>
        <w:br/>
        <w:t>vn 0.7055 0.2948 -0.6445</w:t>
        <w:br/>
        <w:t>vn 0.7054 0.2949 -0.6445</w:t>
        <w:br/>
        <w:t>vn 0.7788 -0.2562 0.5725</w:t>
        <w:br/>
        <w:t>vn 0.8142 -0.2524 0.5229</w:t>
        <w:br/>
        <w:t>vn 0.8141 -0.2524 0.5229</w:t>
        <w:br/>
        <w:t>vn -0.9659 -0.2385 -0.1009</w:t>
        <w:br/>
        <w:t>vn -0.6468 0.0124 -0.7626</w:t>
        <w:br/>
        <w:t>vn 0.5020 -0.2586 -0.8253</w:t>
        <w:br/>
        <w:t>vn 0.5123 -0.3688 -0.7756</w:t>
        <w:br/>
        <w:t>vn -0.6738 0.6853 -0.2764</w:t>
        <w:br/>
        <w:t>vn 0.6583 0.7013 -0.2734</w:t>
        <w:br/>
        <w:t>vn -0.5445 -0.3384 0.7674</w:t>
        <w:br/>
        <w:t>vn -0.0000 -0.4605 0.8876</w:t>
        <w:br/>
        <w:t>vn 0.8808 -0.0717 0.4681</w:t>
        <w:br/>
        <w:t>vn -0.9427 0.1321 0.3064</w:t>
        <w:br/>
        <w:t>vn -0.0068 0.9046 -0.4262</w:t>
        <w:br/>
        <w:t>vn -0.0069 0.9046 -0.4262</w:t>
        <w:br/>
        <w:t>vn -0.8818 -0.1433 0.4492</w:t>
        <w:br/>
        <w:t>vn -0.9413 0.2480 -0.2288</w:t>
        <w:br/>
        <w:t>vn -0.4341 0.3198 -0.8422</w:t>
        <w:br/>
        <w:t>vn -0.1457 0.0459 -0.9883</w:t>
        <w:br/>
        <w:t>vn -0.5434 0.0845 -0.8352</w:t>
        <w:br/>
        <w:t>vn -0.7777 0.4208 -0.4669</w:t>
        <w:br/>
        <w:t>vn -0.7401 -0.6385 -0.2113</w:t>
        <w:br/>
        <w:t>vn -0.8941 -0.4242 0.1439</w:t>
        <w:br/>
        <w:t>vn -0.9729 0.0557 0.2245</w:t>
        <w:br/>
        <w:t>vn -0.7987 -0.4661 -0.3806</w:t>
        <w:br/>
        <w:t>vn -0.6172 -0.3316 0.7135</w:t>
        <w:br/>
        <w:t>vn 0.0000 -0.5208 0.8537</w:t>
        <w:br/>
        <w:t>vn 0.0000 -0.0819 0.9966</w:t>
        <w:br/>
        <w:t>vn -0.4263 0.0659 0.9022</w:t>
        <w:br/>
        <w:t>vn -0.5938 -0.1543 -0.7897</w:t>
        <w:br/>
        <w:t>vn -0.5450 -0.1211 -0.8296</w:t>
        <w:br/>
        <w:t>vn -0.3746 -0.3782 -0.8465</w:t>
        <w:br/>
        <w:t>vn -0.4383 -0.4255 -0.7917</w:t>
        <w:br/>
        <w:t>vn -0.0027 -0.2405 -0.9707</w:t>
        <w:br/>
        <w:t>vn -0.1129 -0.2535 -0.9607</w:t>
        <w:br/>
        <w:t>vn -0.1543 0.0252 -0.9877</w:t>
        <w:br/>
        <w:t>vn 0.0078 0.0438 -0.9990</w:t>
        <w:br/>
        <w:t>vn -0.1760 -0.7204 -0.6709</w:t>
        <w:br/>
        <w:t>vn -0.3425 -0.7131 -0.6116</w:t>
        <w:br/>
        <w:t>vn -0.3037 -0.6128 -0.7295</w:t>
        <w:br/>
        <w:t>vn -0.4510 -0.5877 -0.6717</w:t>
        <w:br/>
        <w:t>vn -0.6444 -0.4677 -0.6050</w:t>
        <w:br/>
        <w:t>vn -0.6509 -0.3363 -0.6806</w:t>
        <w:br/>
        <w:t>vn -0.4198 -0.5059 -0.7535</w:t>
        <w:br/>
        <w:t>vn -0.4100 -0.5797 -0.7042</w:t>
        <w:br/>
        <w:t>vn -0.8151 0.1311 -0.5643</w:t>
        <w:br/>
        <w:t>vn -0.7473 0.2155 -0.6286</w:t>
        <w:br/>
        <w:t>vn -0.8046 0.3008 -0.5121</w:t>
        <w:br/>
        <w:t>vn -0.8354 0.2870 -0.4687</w:t>
        <w:br/>
        <w:t>vn -0.3144 0.6002 -0.7355</w:t>
        <w:br/>
        <w:t>vn 0.0049 0.6384 -0.7697</w:t>
        <w:br/>
        <w:t>vn 0.0149 0.5044 -0.8633</w:t>
        <w:br/>
        <w:t>vn -0.2705 0.4795 -0.8348</w:t>
        <w:br/>
        <w:t>vn -0.6502 -0.5230 -0.5511</w:t>
        <w:br/>
        <w:t>vn -0.5486 -0.3825 -0.7434</w:t>
        <w:br/>
        <w:t>vn -0.6487 -0.3974 -0.6491</w:t>
        <w:br/>
        <w:t>vn -0.7944 -0.5229 -0.3091</w:t>
        <w:br/>
        <w:t>vn -0.7965 -0.6037 0.0331</w:t>
        <w:br/>
        <w:t>vn -0.7176 -0.6197 -0.3177</w:t>
        <w:br/>
        <w:t>vn -0.7027 -0.6697 -0.2404</w:t>
        <w:br/>
        <w:t>vn -0.6357 -0.5678 -0.5229</w:t>
        <w:br/>
        <w:t>vn -0.5726 -0.7043 -0.4196</w:t>
        <w:br/>
        <w:t>vn -0.9260 -0.1278 -0.3552</w:t>
        <w:br/>
        <w:t>vn -0.9037 -0.4148 -0.1067</w:t>
        <w:br/>
        <w:t>vn -0.9026 -0.4145 0.1158</w:t>
        <w:br/>
        <w:t>vn -0.9725 -0.0304 -0.2309</w:t>
        <w:br/>
        <w:t>vn -0.5750 -0.1786 -0.7984</w:t>
        <w:br/>
        <w:t>vn -0.7989 -0.1019 -0.5928</w:t>
        <w:br/>
        <w:t>vn -0.7034 0.1041 -0.7032</w:t>
        <w:br/>
        <w:t>vn -0.8083 -0.4865 -0.3316</w:t>
        <w:br/>
        <w:t>vn -0.3453 -0.5462 -0.7632</w:t>
        <w:br/>
        <w:t>vn -0.3309 -0.5657 -0.7553</w:t>
        <w:br/>
        <w:t>vn -0.2096 -0.4606 -0.8625</w:t>
        <w:br/>
        <w:t>vn -0.4498 -0.5257 -0.7220</w:t>
        <w:br/>
        <w:t>vn -0.5426 -0.5443 -0.6398</w:t>
        <w:br/>
        <w:t>vn -0.5193 -0.7440 -0.4204</w:t>
        <w:br/>
        <w:t>vn -0.3882 -0.4029 -0.8288</w:t>
        <w:br/>
        <w:t>vn -0.6734 -0.3719 -0.6389</w:t>
        <w:br/>
        <w:t>vn -0.7027 -0.4084 -0.5826</w:t>
        <w:br/>
        <w:t>vn -0.9559 -0.2818 -0.0833</w:t>
        <w:br/>
        <w:t>vn -0.5536 -0.1739 -0.8145</w:t>
        <w:br/>
        <w:t>vn -0.7103 -0.1549 -0.6866</w:t>
        <w:br/>
        <w:t>vn -0.6045 -0.4666 -0.6457</w:t>
        <w:br/>
        <w:t>vn -0.3655 -0.3702 -0.8540</w:t>
        <w:br/>
        <w:t>vn -0.3645 -0.1644 -0.9166</w:t>
        <w:br/>
        <w:t>vn -0.5348 -0.2553 -0.8055</w:t>
        <w:br/>
        <w:t>vn -0.1460 -0.4650 -0.8732</w:t>
        <w:br/>
        <w:t>vn 0.0000 -0.0718 -0.9974</w:t>
        <w:br/>
        <w:t>vn -0.6568 -0.4456 -0.6083</w:t>
        <w:br/>
        <w:t>vn -0.4949 -0.0566 -0.8671</w:t>
        <w:br/>
        <w:t>vn -0.9551 -0.2924 -0.0488</w:t>
        <w:br/>
        <w:t>vn -0.8298 -0.5565 -0.0421</w:t>
        <w:br/>
        <w:t>vn -0.9088 -0.3291 0.2567</w:t>
        <w:br/>
        <w:t>vn -0.8468 -0.2503 0.4693</w:t>
        <w:br/>
        <w:t>vn -0.8410 -0.3273 0.4308</w:t>
        <w:br/>
        <w:t>vn -0.8203 -0.5719 -0.0104</w:t>
        <w:br/>
        <w:t>vn -0.7755 -0.6287 0.0576</w:t>
        <w:br/>
        <w:t>vn -0.7993 -0.5841 0.1410</w:t>
        <w:br/>
        <w:t>vn -0.8328 -0.4454 0.3286</w:t>
        <w:br/>
        <w:t>vn -0.3734 -0.1856 -0.9089</w:t>
        <w:br/>
        <w:t>vn -0.3139 -0.4283 -0.8474</w:t>
        <w:br/>
        <w:t>vn -0.3138 -0.4283 -0.8474</w:t>
        <w:br/>
        <w:t>vn -0.3100 -0.3671 -0.8770</w:t>
        <w:br/>
        <w:t>vn -0.4447 0.2547 -0.8587</w:t>
        <w:br/>
        <w:t>vn -0.2251 0.3171 -0.9213</w:t>
        <w:br/>
        <w:t>vn -0.3043 -0.0022 -0.9526</w:t>
        <w:br/>
        <w:t>vn -0.5916 -0.6707 -0.4474</w:t>
        <w:br/>
        <w:t>vn -0.5680 -0.6819 -0.4609</w:t>
        <w:br/>
        <w:t>vn -0.3473 -0.4258 -0.8355</w:t>
        <w:br/>
        <w:t>vn -0.0115 -0.5268 -0.8499</w:t>
        <w:br/>
        <w:t>vn -0.0740 -0.4332 -0.8983</w:t>
        <w:br/>
        <w:t>vn -0.0837 -0.5120 -0.8549</w:t>
        <w:br/>
        <w:t>vn -0.3453 -0.5462 -0.7631</w:t>
        <w:br/>
        <w:t>vn -0.7589 0.0559 -0.6488</w:t>
        <w:br/>
        <w:t>vn -0.7862 0.1764 -0.5923</w:t>
        <w:br/>
        <w:t>vn -0.8253 0.3166 -0.4675</w:t>
        <w:br/>
        <w:t>vn -0.3064 -0.5625 -0.7680</w:t>
        <w:br/>
        <w:t>vn -0.5478 0.2874 0.7857</w:t>
        <w:br/>
        <w:t>vn -0.5652 0.3084 0.7652</w:t>
        <w:br/>
        <w:t>vn -0.3157 -0.7554 -0.5742</w:t>
        <w:br/>
        <w:t>vn -0.2633 -0.7944 -0.5473</w:t>
        <w:br/>
        <w:t>vn -0.0000 -0.8186 -0.5744</w:t>
        <w:br/>
        <w:t>vn -0.0000 -0.7878 -0.6160</w:t>
        <w:br/>
        <w:t>vn 0.0000 -0.5798 -0.8147</w:t>
        <w:br/>
        <w:t>vn 0.0000 -0.2672 -0.9636</w:t>
        <w:br/>
        <w:t>vn 0.0000 -0.0668 -0.9978</w:t>
        <w:br/>
        <w:t>vn -0.2806 0.9308 0.2341</w:t>
        <w:br/>
        <w:t>vn -0.0909 0.9494 0.3006</w:t>
        <w:br/>
        <w:t>vn -0.3259 0.9187 0.2231</w:t>
        <w:br/>
        <w:t>vn 0.0142 -0.0995 -0.9949</w:t>
        <w:br/>
        <w:t>vn -0.3724 -0.0968 -0.9230</w:t>
        <w:br/>
        <w:t>vn -0.5410 -0.8402 -0.0366</w:t>
        <w:br/>
        <w:t>vn 0.0000 -0.9978 0.0665</w:t>
        <w:br/>
        <w:t>vn -0.5866 0.3646 0.7232</w:t>
        <w:br/>
        <w:t>vn -0.3162 -0.8565 -0.4080</w:t>
        <w:br/>
        <w:t>vn 0.0000 -0.9380 -0.3467</w:t>
        <w:br/>
        <w:t>vn -0.7808 0.5648 0.2671</w:t>
        <w:br/>
        <w:t>vn -0.7210 0.4719 0.5075</w:t>
        <w:br/>
        <w:t>vn -0.5559 0.7729 0.3061</w:t>
        <w:br/>
        <w:t>vn -0.8232 -0.2776 -0.4953</w:t>
        <w:br/>
        <w:t>vn -0.5840 0.5069 -0.6341</w:t>
        <w:br/>
        <w:t>vn -0.5036 0.4004 -0.7656</w:t>
        <w:br/>
        <w:t>vn -0.1047 -0.4378 -0.8930</w:t>
        <w:br/>
        <w:t>vn 0.0040 -0.4940 -0.8695</w:t>
        <w:br/>
        <w:t>vn -0.5559 0.7728 0.3061</w:t>
        <w:br/>
        <w:t>vn -0.7814 -0.1863 -0.5956</w:t>
        <w:br/>
        <w:t>vn -0.9468 0.0729 -0.3133</w:t>
        <w:br/>
        <w:t>vn -0.4800 -0.4129 -0.7740</w:t>
        <w:br/>
        <w:t>vn -0.7740 0.6324 -0.0324</w:t>
        <w:br/>
        <w:t>vn -0.7460 0.6289 0.2192</w:t>
        <w:br/>
        <w:t>vn -0.5144 0.8317 0.2090</w:t>
        <w:br/>
        <w:t>vn -0.5540 0.8320 -0.0300</w:t>
        <w:br/>
        <w:t>vn -0.6694 0.5751 0.4702</w:t>
        <w:br/>
        <w:t>vn -0.4318 0.7664 0.4756</w:t>
        <w:br/>
        <w:t>vn -0.6250 0.6558 -0.4234</w:t>
        <w:br/>
        <w:t>vn -0.3369 0.8176 -0.4669</w:t>
        <w:br/>
        <w:t>vn -0.6015 0.5339 0.5943</w:t>
        <w:br/>
        <w:t>vn -0.3733 0.7063 0.6015</w:t>
        <w:br/>
        <w:t>vn 0.0004 0.8775 -0.4795</w:t>
        <w:br/>
        <w:t>vn -0.7578 -0.6173 0.2114</w:t>
        <w:br/>
        <w:t>vn -0.9909 -0.0281 -0.1314</w:t>
        <w:br/>
        <w:t>vn -0.9496 0.1693 -0.2637</w:t>
        <w:br/>
        <w:t>vn -0.9202 0.1377 -0.3664</w:t>
        <w:br/>
        <w:t>vn -0.7592 0.6031 -0.2445</w:t>
        <w:br/>
        <w:t>vn -0.8190 0.4993 -0.2827</w:t>
        <w:br/>
        <w:t>vn -0.8026 0.4614 -0.3780</w:t>
        <w:br/>
        <w:t>vn -0.1439 0.7840 0.6038</w:t>
        <w:br/>
        <w:t>vn -0.0354 0.7875 0.6154</w:t>
        <w:br/>
        <w:t>vn -0.0335 0.8715 0.4893</w:t>
        <w:br/>
        <w:t>vn -0.1749 0.8569 0.4849</w:t>
        <w:br/>
        <w:t>vn -0.2279 0.9475 0.2244</w:t>
        <w:br/>
        <w:t>vn -0.9998 -0.0169 0.0057</w:t>
        <w:br/>
        <w:t>vn -0.9692 -0.1411 0.2019</w:t>
        <w:br/>
        <w:t>vn -0.9876 0.0424 0.1512</w:t>
        <w:br/>
        <w:t>vn -0.8958 0.4441 0.0203</w:t>
        <w:br/>
        <w:t>vn -0.8854 0.4166 -0.2061</w:t>
        <w:br/>
        <w:t>vn -0.9426 -0.0415 0.3312</w:t>
        <w:br/>
        <w:t>vn -0.9059 0.0897 0.4139</w:t>
        <w:br/>
        <w:t>vn -0.9493 0.1506 0.2758</w:t>
        <w:br/>
        <w:t>vn -0.8713 -0.2625 0.4145</w:t>
        <w:br/>
        <w:t>vn -0.9545 -0.0736 0.2891</w:t>
        <w:br/>
        <w:t>vn -0.7730 0.3106 0.5531</w:t>
        <w:br/>
        <w:t>vn -0.8283 0.3321 0.4512</w:t>
        <w:br/>
        <w:t>vn -0.8487 0.1334 0.5117</w:t>
        <w:br/>
        <w:t>vn -0.7399 -0.6155 -0.2716</w:t>
        <w:br/>
        <w:t>vn -0.7780 -0.3939 -0.4894</w:t>
        <w:br/>
        <w:t>vn -0.8728 -0.4701 0.1314</w:t>
        <w:br/>
        <w:t>vn -0.8887 -0.4584 0.0009</w:t>
        <w:br/>
        <w:t>vn -0.3116 0.9309 -0.1907</w:t>
        <w:br/>
        <w:t>vn -0.6011 0.7694 -0.2162</w:t>
        <w:br/>
        <w:t>vn -0.9776 0.1679 0.1271</w:t>
        <w:br/>
        <w:t>vn -0.8935 0.3713 0.2526</w:t>
        <w:br/>
        <w:t>vn -0.9808 0.1811 -0.0721</w:t>
        <w:br/>
        <w:t>vn -0.8191 0.4103 -0.4008</w:t>
        <w:br/>
        <w:t>vn -0.8141 0.4285 -0.3919</w:t>
        <w:br/>
        <w:t>vn -0.0031 0.9827 -0.1853</w:t>
        <w:br/>
        <w:t>vn -0.2690 0.9629 -0.0229</w:t>
        <w:br/>
        <w:t>vn -0.0103 0.9996 -0.0255</w:t>
        <w:br/>
        <w:t>vn -0.0232 0.9747 0.2221</w:t>
        <w:br/>
        <w:t>vn -0.7786 -0.3160 0.5422</w:t>
        <w:br/>
        <w:t>vn -0.7687 -0.3853 0.5105</w:t>
        <w:br/>
        <w:t>vn -0.9298 -0.0472 0.3650</w:t>
        <w:br/>
        <w:t>vn -0.9052 -0.0071 0.4250</w:t>
        <w:br/>
        <w:t>vn -0.1434 -0.2599 -0.9549</w:t>
        <w:br/>
        <w:t>vn -0.8734 0.0569 -0.4836</w:t>
        <w:br/>
        <w:t>vn -0.4491 -0.6332 -0.6304</w:t>
        <w:br/>
        <w:t>vn -0.7155 0.0663 -0.6954</w:t>
        <w:br/>
        <w:t>vn -0.9002 -0.4225 0.1059</w:t>
        <w:br/>
        <w:t>vn -0.0076 0.9650 0.2622</w:t>
        <w:br/>
        <w:t>vn 0.0199 0.3374 -0.9411</w:t>
        <w:br/>
        <w:t>vn -0.0002 -0.4106 -0.9118</w:t>
        <w:br/>
        <w:t>vn -0.7777 0.4208 -0.4670</w:t>
        <w:br/>
        <w:t>vn -0.1879 -0.7601 -0.6221</w:t>
        <w:br/>
        <w:t>vn -0.0000 -0.7975 -0.6034</w:t>
        <w:br/>
        <w:t>vn -0.4430 -0.7277 -0.5236</w:t>
        <w:br/>
        <w:t>vn -0.8347 -0.5475 -0.0594</w:t>
        <w:br/>
        <w:t>vn -0.9393 -0.0058 0.3430</w:t>
        <w:br/>
        <w:t>vn -0.8799 -0.0920 0.4662</w:t>
        <w:br/>
        <w:t>vn 0.7610 0.5608 -0.3263</w:t>
        <w:br/>
        <w:t>vn 0.6032 0.1258 -0.7876</w:t>
        <w:br/>
        <w:t>vn 0.5389 0.5577 -0.6313</w:t>
        <w:br/>
        <w:t>vn 0.7377 -0.6414 -0.2106</w:t>
        <w:br/>
        <w:t>vn 0.8189 -0.4352 -0.3740</w:t>
        <w:br/>
        <w:t>vn 0.9433 0.0528 0.3278</w:t>
        <w:br/>
        <w:t>vn 0.8483 -0.2207 0.4813</w:t>
        <w:br/>
        <w:t>vn 0.6207 -0.3798 0.6859</w:t>
        <w:br/>
        <w:t>vn 0.4628 -0.0380 0.8857</w:t>
        <w:br/>
        <w:t>vn 0.4259 -0.4026 -0.8103</w:t>
        <w:br/>
        <w:t>vn 0.5625 -0.1490 -0.8132</w:t>
        <w:br/>
        <w:t>vn 0.5582 -0.1607 -0.8140</w:t>
        <w:br/>
        <w:t>vn 0.3657 -0.3695 -0.8542</w:t>
        <w:br/>
        <w:t>vn 0.1727 0.0382 -0.9842</w:t>
        <w:br/>
        <w:t>vn 0.1155 -0.2495 -0.9615</w:t>
        <w:br/>
        <w:t>vn 0.2026 -0.6795 -0.7052</w:t>
        <w:br/>
        <w:t>vn 0.2769 -0.6052 -0.7463</w:t>
        <w:br/>
        <w:t>vn 0.3442 -0.6918 -0.6348</w:t>
        <w:br/>
        <w:t>vn 0.4305 -0.5876 -0.6851</w:t>
        <w:br/>
        <w:t>vn 0.3883 -0.4910 -0.7798</w:t>
        <w:br/>
        <w:t>vn 0.5904 -0.3184 -0.7416</w:t>
        <w:br/>
        <w:t>vn 0.6269 -0.4852 -0.6095</w:t>
        <w:br/>
        <w:t>vn 0.3876 -0.5807 -0.7159</w:t>
        <w:br/>
        <w:t>vn 0.7624 0.3097 -0.5682</w:t>
        <w:br/>
        <w:t>vn 0.6882 0.2364 -0.6859</w:t>
        <w:br/>
        <w:t>vn 0.7563 0.1641 -0.6333</w:t>
        <w:br/>
        <w:t>vn 0.8004 0.2970 -0.5207</w:t>
        <w:br/>
        <w:t>vn 0.2753 0.4664 -0.8407</w:t>
        <w:br/>
        <w:t>vn 0.3123 0.5935 -0.7418</w:t>
        <w:br/>
        <w:t>vn 0.6502 -0.5230 -0.5511</w:t>
        <w:br/>
        <w:t>vn 0.6487 -0.3974 -0.6491</w:t>
        <w:br/>
        <w:t>vn 0.5485 -0.3825 -0.7435</w:t>
        <w:br/>
        <w:t>vn 0.7944 -0.5229 -0.3091</w:t>
        <w:br/>
        <w:t>vn 0.7176 -0.6197 -0.3177</w:t>
        <w:br/>
        <w:t>vn 0.7965 -0.6037 0.0332</w:t>
        <w:br/>
        <w:t>vn 0.7027 -0.6697 -0.2403</w:t>
        <w:br/>
        <w:t>vn 0.5619 -0.7047 -0.4331</w:t>
        <w:br/>
        <w:t>vn 0.6250 -0.5726 -0.5306</w:t>
        <w:br/>
        <w:t>vn 0.9094 -0.1733 -0.3781</w:t>
        <w:br/>
        <w:t>vn 0.9540 -0.1381 -0.2662</w:t>
        <w:br/>
        <w:t>vn 0.8803 -0.4631 0.1030</w:t>
        <w:br/>
        <w:t>vn 0.8951 -0.4312 -0.1130</w:t>
        <w:br/>
        <w:t>vn 0.4639 -0.1282 -0.8766</w:t>
        <w:br/>
        <w:t>vn 0.6025 0.1268 -0.7880</w:t>
        <w:br/>
        <w:t>vn 0.7755 -0.1122 -0.6212</w:t>
        <w:br/>
        <w:t>vn 0.8076 -0.4968 -0.3176</w:t>
        <w:br/>
        <w:t>vn 0.2841 -0.5452 -0.7887</w:t>
        <w:br/>
        <w:t>vn 0.1869 -0.4817 -0.8562</w:t>
        <w:br/>
        <w:t>vn 0.2898 -0.5661 -0.7717</w:t>
        <w:br/>
        <w:t>vn 0.2397 -0.4791 -0.8444</w:t>
        <w:br/>
        <w:t>vn 0.3697 -0.5244 -0.7670</w:t>
        <w:br/>
        <w:t>vn 0.5193 -0.7465 -0.4160</w:t>
        <w:br/>
        <w:t>vn 0.6734 -0.3719 -0.6389</w:t>
        <w:br/>
        <w:t>vn 0.3882 -0.4029 -0.8288</w:t>
        <w:br/>
        <w:t>vn 0.9559 -0.2818 -0.0833</w:t>
        <w:br/>
        <w:t>vn 0.7027 -0.4084 -0.5826</w:t>
        <w:br/>
        <w:t>vn 0.7103 -0.1549 -0.6866</w:t>
        <w:br/>
        <w:t>vn 0.5536 -0.1739 -0.8145</w:t>
        <w:br/>
        <w:t>vn 0.6045 -0.4666 -0.6456</w:t>
        <w:br/>
        <w:t>vn 0.5348 -0.2554 -0.8054</w:t>
        <w:br/>
        <w:t>vn 0.3645 -0.1644 -0.9166</w:t>
        <w:br/>
        <w:t>vn 0.3655 -0.3702 -0.8541</w:t>
        <w:br/>
        <w:t>vn 0.1460 -0.4650 -0.8732</w:t>
        <w:br/>
        <w:t>vn 0.6568 -0.4456 -0.6083</w:t>
        <w:br/>
        <w:t>vn 0.4949 -0.0566 -0.8671</w:t>
        <w:br/>
        <w:t>vn 0.9551 -0.2924 -0.0488</w:t>
        <w:br/>
        <w:t>vn 0.8298 -0.5564 -0.0421</w:t>
        <w:br/>
        <w:t>vn 0.9088 -0.3291 0.2566</w:t>
        <w:br/>
        <w:t>vn 0.8468 -0.2503 0.4693</w:t>
        <w:br/>
        <w:t>vn 0.8203 -0.5719 -0.0104</w:t>
        <w:br/>
        <w:t>vn 0.8410 -0.3273 0.4308</w:t>
        <w:br/>
        <w:t>vn 0.7755 -0.6288 0.0576</w:t>
        <w:br/>
        <w:t>vn 0.7972 -0.5872 0.1400</w:t>
        <w:br/>
        <w:t>vn 0.8291 -0.4490 0.3332</w:t>
        <w:br/>
        <w:t>vn 0.3734 -0.1856 -0.9089</w:t>
        <w:br/>
        <w:t>vn 0.3139 -0.4283 -0.8474</w:t>
        <w:br/>
        <w:t>vn 0.3100 -0.3670 -0.8770</w:t>
        <w:br/>
        <w:t>vn 0.4324 0.2512 -0.8660</w:t>
        <w:br/>
        <w:t>vn 0.3209 -0.0000 -0.9471</w:t>
        <w:br/>
        <w:t>vn 0.2426 0.3160 -0.9172</w:t>
        <w:br/>
        <w:t>vn 0.5916 -0.6707 -0.4474</w:t>
        <w:br/>
        <w:t>vn 0.5680 -0.6819 -0.4609</w:t>
        <w:br/>
        <w:t>vn 0.2712 -0.3547 -0.8948</w:t>
        <w:br/>
        <w:t>vn 0.2287 -0.5259 -0.8192</w:t>
        <w:br/>
        <w:t>vn 0.2425 -0.4759 -0.8454</w:t>
        <w:br/>
        <w:t>vn 0.6835 0.0643 -0.7271</w:t>
        <w:br/>
        <w:t>vn 0.7476 0.1793 -0.6395</w:t>
        <w:br/>
        <w:t>vn 0.7837 0.3404 -0.5196</w:t>
        <w:br/>
        <w:t>vn 0.3064 -0.5625 -0.7680</w:t>
        <w:br/>
        <w:t>vn 0.6534 0.1318 0.7454</w:t>
        <w:br/>
        <w:t>vn 0.2786 -0.7760 -0.5659</w:t>
        <w:br/>
        <w:t>vn 0.3157 -0.7554 -0.5742</w:t>
        <w:br/>
        <w:t>vn 0.0208 0.9043 0.4264</w:t>
        <w:br/>
        <w:t>vn -0.0560 0.8639 0.5006</w:t>
        <w:br/>
        <w:t>vn 0.3713 -0.2225 -0.9015</w:t>
        <w:br/>
        <w:t>vn 0.5410 -0.8402 -0.0366</w:t>
        <w:br/>
        <w:t>vn -0.0000 -0.9380 -0.3465</w:t>
        <w:br/>
        <w:t>vn 0.3162 -0.8564 -0.4081</w:t>
        <w:br/>
        <w:t>vn 0.7714 0.5742 0.2744</w:t>
        <w:br/>
        <w:t>vn 0.4218 0.8166 0.3940</w:t>
        <w:br/>
        <w:t>vn 0.7326 0.4576 0.5039</w:t>
        <w:br/>
        <w:t>vn 0.8260 -0.2997 -0.4774</w:t>
        <w:br/>
        <w:t>vn 0.5674 0.5024 -0.6524</w:t>
        <w:br/>
        <w:t>vn 0.4835 0.3885 -0.7844</w:t>
        <w:br/>
        <w:t>vn 0.1045 -0.4377 -0.8930</w:t>
        <w:br/>
        <w:t>vn 0.4221 0.8165 0.3938</w:t>
        <w:br/>
        <w:t>vn 0.9511 0.1552 -0.2672</w:t>
        <w:br/>
        <w:t>vn 0.8102 -0.1168 -0.5744</w:t>
        <w:br/>
        <w:t>vn 0.5211 -0.3642 -0.7719</w:t>
        <w:br/>
        <w:t>vn 0.7773 0.6230 -0.0871</w:t>
        <w:br/>
        <w:t>vn 0.5287 0.8450 -0.0806</w:t>
        <w:br/>
        <w:t>vn 0.4846 0.8561 0.1795</w:t>
        <w:br/>
        <w:t>vn 0.7602 0.6189 0.1976</w:t>
        <w:br/>
        <w:t>vn 0.3909 0.7743 0.4976</w:t>
        <w:br/>
        <w:t>vn 0.6694 0.5449 0.5049</w:t>
        <w:br/>
        <w:t>vn 0.6121 0.6566 -0.4406</w:t>
        <w:br/>
        <w:t>vn 0.3305 0.8160 -0.4743</w:t>
        <w:br/>
        <w:t>vn 0.5840 0.4883 0.6485</w:t>
        <w:br/>
        <w:t>vn 0.3226 0.6922 0.6456</w:t>
        <w:br/>
        <w:t>vn 0.7242 -0.6555 0.2142</w:t>
        <w:br/>
        <w:t>vn 0.9878 -0.0914 -0.1264</w:t>
        <w:br/>
        <w:t>vn 0.8915 0.1135 -0.4386</w:t>
        <w:br/>
        <w:t>vn 0.9384 0.2209 -0.2658</w:t>
        <w:br/>
        <w:t>vn 0.8017 0.5229 -0.2896</w:t>
        <w:br/>
        <w:t>vn 0.7490 0.5964 -0.2886</w:t>
        <w:br/>
        <w:t>vn 0.7498 0.5182 -0.4114</w:t>
        <w:br/>
        <w:t>vn 0.0751 0.7792 0.6223</w:t>
        <w:br/>
        <w:t>vn 0.1090 0.8656 0.4887</w:t>
        <w:br/>
        <w:t>vn 0.1763 0.9634 0.2017</w:t>
        <w:br/>
        <w:t>vn 0.9948 -0.0612 0.0809</w:t>
        <w:br/>
        <w:t>vn 0.9681 -0.0087 0.2504</w:t>
        <w:br/>
        <w:t>vn 0.9342 -0.2050 0.2920</w:t>
        <w:br/>
        <w:t>vn 0.9102 0.4139 -0.0135</w:t>
        <w:br/>
        <w:t>vn 0.8846 0.4252 -0.1914</w:t>
        <w:br/>
        <w:t>vn 0.9275 -0.0979 0.3608</w:t>
        <w:br/>
        <w:t>vn 0.9539 0.0896 0.2863</w:t>
        <w:br/>
        <w:t>vn 0.9066 0.0118 0.4218</w:t>
        <w:br/>
        <w:t>vn 0.9449 -0.1172 0.3057</w:t>
        <w:br/>
        <w:t>vn 0.8663 -0.2697 0.4204</w:t>
        <w:br/>
        <w:t>vn 0.7706 0.2368 0.5917</w:t>
        <w:br/>
        <w:t>vn 0.8441 0.0580 0.5330</w:t>
        <w:br/>
        <w:t>vn 0.8396 0.2600 0.4770</w:t>
        <w:br/>
        <w:t>vn 0.7235 -0.6442 -0.2482</w:t>
        <w:br/>
        <w:t>vn 0.8696 -0.4652 0.1655</w:t>
        <w:br/>
        <w:t>vn 0.7872 -0.3905 -0.4772</w:t>
        <w:br/>
        <w:t>vn 0.8541 -0.5156 0.0677</w:t>
        <w:br/>
        <w:t>vn 0.2966 0.9326 -0.2055</w:t>
        <w:br/>
        <w:t>vn 0.5828 0.7732 -0.2501</w:t>
        <w:br/>
        <w:t>vn 0.9194 0.3104 0.2416</w:t>
        <w:br/>
        <w:t>vn 0.9730 0.1737 0.1520</w:t>
        <w:br/>
        <w:t>vn 0.9694 0.2400 -0.0513</w:t>
        <w:br/>
        <w:t>vn 0.7632 0.4932 -0.4175</w:t>
        <w:br/>
        <w:t>vn 0.8110 0.4371 -0.3889</w:t>
        <w:br/>
        <w:t>vn 0.2379 0.9700 -0.0498</w:t>
        <w:br/>
        <w:t>vn 0.7810 -0.3103 0.5419</w:t>
        <w:br/>
        <w:t>vn 0.7724 -0.3744 0.5130</w:t>
        <w:br/>
        <w:t>vn 0.9317 -0.1022 0.3486</w:t>
        <w:br/>
        <w:t>vn 0.9032 -0.0659 0.4242</w:t>
        <w:br/>
        <w:t>vn 0.2255 -0.2952 -0.9284</w:t>
        <w:br/>
        <w:t>vn 0.8454 0.0130 -0.5340</w:t>
        <w:br/>
        <w:t>vn 0.5051 -0.5901 -0.6298</w:t>
        <w:br/>
        <w:t>vn 0.6913 0.0576 -0.7203</w:t>
        <w:br/>
        <w:t>vn 0.8591 -0.5007 0.1057</w:t>
        <w:br/>
        <w:t>vn 0.7610 0.5607 -0.3262</w:t>
        <w:br/>
        <w:t>vn 0.2165 -0.7248 -0.6540</w:t>
        <w:br/>
        <w:t>vn 0.4430 -0.7277 -0.5236</w:t>
        <w:br/>
        <w:t>vn 0.8347 -0.5475 -0.0594</w:t>
        <w:br/>
        <w:t>vn 0.9502 -0.0657 0.3047</w:t>
        <w:br/>
        <w:t>vn 0.9050 -0.1329 0.4041</w:t>
        <w:br/>
        <w:t>vn 0.2365 -0.2637 0.9352</w:t>
        <w:br/>
        <w:t>vn 0.5115 -0.4661 -0.7219</w:t>
        <w:br/>
        <w:t>vn 0.1988 -0.5483 0.8123</w:t>
        <w:br/>
        <w:t>vn 0.1969 -0.6178 0.7612</w:t>
        <w:br/>
        <w:t>vn 0.1969 -0.6178 0.7613</w:t>
        <w:br/>
        <w:t>vn 0.9626 -0.2106 -0.1704</w:t>
        <w:br/>
        <w:t>vn 0.9639 -0.2079 -0.1667</w:t>
        <w:br/>
        <w:t>vn -0.7666 0.3785 -0.5187</w:t>
        <w:br/>
        <w:t>vn -0.7257 -0.2440 0.6433</w:t>
        <w:br/>
        <w:t>vn -0.7093 -0.2402 0.6627</w:t>
        <w:br/>
        <w:t>vn -0.7330 0.3130 -0.6039</w:t>
        <w:br/>
        <w:t>vn -0.7171 0.2887 -0.6343</w:t>
        <w:br/>
        <w:t>vn -0.7331 0.3130 -0.6038</w:t>
        <w:br/>
        <w:t>vn -0.7656 -0.2316 0.6002</w:t>
        <w:br/>
        <w:t>vn 0.5454 0.3112 -0.7783</w:t>
        <w:br/>
        <w:t>vn 0.5453 0.3112 -0.7783</w:t>
        <w:br/>
        <w:t>vn 0.6048 0.2213 -0.7650</w:t>
        <w:br/>
        <w:t>vn -0.5795 -0.1186 -0.8063</w:t>
        <w:br/>
        <w:t>vn -0.5466 -0.1822 -0.8173</w:t>
        <w:br/>
        <w:t>vn -0.5796 -0.1186 -0.8062</w:t>
        <w:br/>
        <w:t>vn 0.6654 0.2240 -0.7121</w:t>
        <w:br/>
        <w:t>vn 0.6866 0.2351 -0.6880</w:t>
        <w:br/>
        <w:t>vn 0.1389 -0.3003 0.9437</w:t>
        <w:br/>
        <w:t>vn 0.1244 -0.2422 0.9622</w:t>
        <w:br/>
        <w:t>vn 0.1764 -0.4170 0.8916</w:t>
        <w:br/>
        <w:t>vn 0.3542 -0.0892 -0.9309</w:t>
        <w:br/>
        <w:t>vn 0.3543 -0.0892 -0.9309</w:t>
        <w:br/>
        <w:t>vn 0.3256 -0.3023 -0.8959</w:t>
        <w:br/>
        <w:t>vn 0.3660 0.1282 -0.9217</w:t>
        <w:br/>
        <w:t>vn -0.3542 -0.0892 -0.9309</w:t>
        <w:br/>
        <w:t>vn -0.3256 -0.3023 -0.8959</w:t>
        <w:br/>
        <w:t>vn -0.3660 0.1282 -0.9217</w:t>
        <w:br/>
        <w:t>vn -0.4513 -0.7027 -0.5501</w:t>
        <w:br/>
        <w:t>vn -0.5227 -0.6735 -0.5226</w:t>
        <w:br/>
        <w:t>vn -0.4991 -0.6329 -0.5919</w:t>
        <w:br/>
        <w:t>vn -0.0548 -0.9945 0.0890</w:t>
        <w:br/>
        <w:t>vn -0.1733 -0.9689 0.1767</w:t>
        <w:br/>
        <w:t>vn 0.2838 -0.9524 -0.1110</w:t>
        <w:br/>
        <w:t>vn 0.5639 -0.7255 -0.3946</w:t>
        <w:br/>
        <w:t>vn 0.4364 0.3282 0.8378</w:t>
        <w:br/>
        <w:t>vn 0.0315 0.0877 0.9956</w:t>
        <w:br/>
        <w:t>vn -0.0003 0.1609 0.9870</w:t>
        <w:br/>
        <w:t>vn 0.6660 0.3971 -0.6315</w:t>
        <w:br/>
        <w:t>vn 0.6688 0.1149 -0.7345</w:t>
        <w:br/>
        <w:t>vn 0.6686 0.4298 -0.6068</w:t>
        <w:br/>
        <w:t>vn -0.0914 -0.0593 0.9940</w:t>
        <w:br/>
        <w:t>vn -0.7402 -0.3618 0.5667</w:t>
        <w:br/>
        <w:t>vn -0.5028 -0.3026 0.8097</w:t>
        <w:br/>
        <w:t>vn 0.3935 0.1813 0.9013</w:t>
        <w:br/>
        <w:t>vn 0.3018 -0.8811 -0.3640</w:t>
        <w:br/>
        <w:t>vn 0.4907 -0.6698 -0.5573</w:t>
        <w:br/>
        <w:t>vn 0.3066 -0.6459 -0.6992</w:t>
        <w:br/>
        <w:t>vn 0.1886 -0.8171 -0.5447</w:t>
        <w:br/>
        <w:t>vn -0.6394 -0.5898 0.4934</w:t>
        <w:br/>
        <w:t>vn -0.6518 0.0850 0.7536</w:t>
        <w:br/>
        <w:t>vn -0.6518 0.0849 0.7537</w:t>
        <w:br/>
        <w:t>vn -0.8189 0.0172 0.5737</w:t>
        <w:br/>
        <w:t>vn -0.3990 0.1450 0.9054</w:t>
        <w:br/>
        <w:t>vn 0.0663 0.0870 0.9940</w:t>
        <w:br/>
        <w:t>vn -0.1271 0.1634 0.9783</w:t>
        <w:br/>
        <w:t>vn -0.0961 -0.3684 0.9247</w:t>
        <w:br/>
        <w:t>vn 0.0384 -0.7351 -0.6769</w:t>
        <w:br/>
        <w:t>vn 0.0006 -0.4884 -0.8726</w:t>
        <w:br/>
        <w:t>vn -0.1306 -0.7215 -0.6800</w:t>
        <w:br/>
        <w:t>vn -0.2913 -0.7938 0.5338</w:t>
        <w:br/>
        <w:t>vn -0.2913 -0.7939 0.5338</w:t>
        <w:br/>
        <w:t>vn -0.3181 -0.8342 0.4505</w:t>
        <w:br/>
        <w:t>vn 0.5956 0.6010 -0.5329</w:t>
        <w:br/>
        <w:t>vn 0.6012 0.6292 -0.4927</w:t>
        <w:br/>
        <w:t>vn -0.4548 -0.2293 0.8606</w:t>
        <w:br/>
        <w:t>vn -0.5452 -0.3139 0.7773</w:t>
        <w:br/>
        <w:t>vn -0.4957 -0.2507 0.8315</w:t>
        <w:br/>
        <w:t>vn -0.8412 -0.3870 0.3776</w:t>
        <w:br/>
        <w:t>vn -0.7250 -0.4050 0.5571</w:t>
        <w:br/>
        <w:t>vn -0.8446 -0.0028 0.5354</w:t>
        <w:br/>
        <w:t>vn -0.8461 -0.1925 0.4971</w:t>
        <w:br/>
        <w:t>vn 0.0593 -0.1175 -0.9913</w:t>
        <w:br/>
        <w:t>vn -0.2373 -0.7809 -0.5778</w:t>
        <w:br/>
        <w:t>vn -0.0921 -0.3522 0.9314</w:t>
        <w:br/>
        <w:t>vn -0.1496 -0.3298 0.9321</w:t>
        <w:br/>
        <w:t>vn 0.1196 0.0282 0.9924</w:t>
        <w:br/>
        <w:t>vn -0.2868 -0.6657 0.6890</w:t>
        <w:br/>
        <w:t>vn 0.3258 0.5261 -0.7855</w:t>
        <w:br/>
        <w:t>vn 0.4150 0.4546 -0.7881</w:t>
        <w:br/>
        <w:t>vn 0.0592 -0.1177 -0.9913</w:t>
        <w:br/>
        <w:t>vn -0.2102 -0.7235 -0.6576</w:t>
        <w:br/>
        <w:t>vn -0.2967 -0.7221 -0.6249</w:t>
        <w:br/>
        <w:t>vn -0.2967 -0.7221 -0.6250</w:t>
        <w:br/>
        <w:t>vn -0.3478 -0.8445 0.4072</w:t>
        <w:br/>
        <w:t>vn -0.2354 -0.7353 0.6356</w:t>
        <w:br/>
        <w:t>vn -0.2556 -0.8156 -0.5190</w:t>
        <w:br/>
        <w:t>vn 0.4836 0.4938 0.7227</w:t>
        <w:br/>
        <w:t>vn -0.5044 -0.2405 0.8293</w:t>
        <w:br/>
        <w:t>vn 0.4415 0.5720 0.6913</w:t>
        <w:br/>
        <w:t>vn 0.3712 0.7320 -0.5713</w:t>
        <w:br/>
        <w:t>vn 0.3064 0.7183 -0.6247</w:t>
        <w:br/>
        <w:t>vn 0.2628 0.6447 -0.7179</w:t>
        <w:br/>
        <w:t>vn 0.4628 0.7130 -0.5268</w:t>
        <w:br/>
        <w:t>vn 0.5517 0.6962 -0.4592</w:t>
        <w:br/>
        <w:t>vn 0.5517 0.6962 -0.4593</w:t>
        <w:br/>
        <w:t>vn -0.4314 -0.6217 -0.6537</w:t>
        <w:br/>
        <w:t>vn 0.5554 0.1802 -0.8118</w:t>
        <w:br/>
        <w:t>vn 0.7298 0.2357 -0.6417</w:t>
        <w:br/>
        <w:t>vn 0.5068 0.0602 -0.8600</w:t>
        <w:br/>
        <w:t>vn 0.6687 0.1149 -0.7346</w:t>
        <w:br/>
        <w:t>vn 0.5050 -0.0521 -0.8616</w:t>
        <w:br/>
        <w:t>vn -0.3800 -0.5966 -0.7069</w:t>
        <w:br/>
        <w:t>vn -0.3163 -0.6507 -0.6903</w:t>
        <w:br/>
        <w:t>vn 0.4511 -0.7027 -0.5502</w:t>
        <w:br/>
        <w:t>vn 0.4990 -0.6329 -0.5920</w:t>
        <w:br/>
        <w:t>vn 0.5227 -0.6736 -0.5226</w:t>
        <w:br/>
        <w:t>vn 0.4511 -0.7027 -0.5501</w:t>
        <w:br/>
        <w:t>vn 0.0548 -0.9945 0.0891</w:t>
        <w:br/>
        <w:t>vn -0.5639 -0.7255 -0.3946</w:t>
        <w:br/>
        <w:t>vn -0.2838 -0.9524 -0.1109</w:t>
        <w:br/>
        <w:t>vn 0.1733 -0.9689 0.1768</w:t>
        <w:br/>
        <w:t>vn -0.4367 0.3283 0.8376</w:t>
        <w:br/>
        <w:t>vn 0.0003 0.1609 0.9870</w:t>
        <w:br/>
        <w:t>vn -0.0317 0.0877 0.9956</w:t>
        <w:br/>
        <w:t>vn -0.6659 0.3971 -0.6316</w:t>
        <w:br/>
        <w:t>vn -0.6686 0.4298 -0.6068</w:t>
        <w:br/>
        <w:t>vn -0.6687 0.1150 -0.7346</w:t>
        <w:br/>
        <w:t>vn 0.0913 -0.0593 0.9941</w:t>
        <w:br/>
        <w:t>vn 0.5027 -0.3026 0.8098</w:t>
        <w:br/>
        <w:t>vn 0.7402 -0.3618 0.5667</w:t>
        <w:br/>
        <w:t>vn -0.3937 0.1815 0.9011</w:t>
        <w:br/>
        <w:t>vn -0.3018 -0.8811 -0.3640</w:t>
        <w:br/>
        <w:t>vn -0.1886 -0.8172 -0.5447</w:t>
        <w:br/>
        <w:t>vn -0.3066 -0.6459 -0.6992</w:t>
        <w:br/>
        <w:t>vn -0.4907 -0.6698 -0.5573</w:t>
        <w:br/>
        <w:t>vn 0.6518 0.0849 0.7537</w:t>
        <w:br/>
        <w:t>vn 0.6517 0.0849 0.7537</w:t>
        <w:br/>
        <w:t>vn 0.6394 -0.5898 0.4934</w:t>
        <w:br/>
        <w:t>vn 0.8189 0.0172 0.5737</w:t>
        <w:br/>
        <w:t>vn 0.3990 0.1450 0.9054</w:t>
        <w:br/>
        <w:t>vn 0.1271 0.1634 0.9783</w:t>
        <w:br/>
        <w:t>vn -0.0663 0.0870 0.9940</w:t>
        <w:br/>
        <w:t>vn 0.0961 -0.3684 0.9247</w:t>
        <w:br/>
        <w:t>vn -0.0384 -0.7351 -0.6769</w:t>
        <w:br/>
        <w:t>vn 0.1306 -0.7214 -0.6801</w:t>
        <w:br/>
        <w:t>vn -0.0006 -0.4883 -0.8726</w:t>
        <w:br/>
        <w:t>vn 0.2913 -0.7939 0.5338</w:t>
        <w:br/>
        <w:t>vn 0.3181 -0.8342 0.4505</w:t>
        <w:br/>
        <w:t>vn -0.5956 0.6010 -0.5329</w:t>
        <w:br/>
        <w:t>vn -0.6012 0.6292 -0.4926</w:t>
        <w:br/>
        <w:t>vn 0.4548 -0.2294 0.8605</w:t>
        <w:br/>
        <w:t>vn 0.4959 -0.2508 0.8314</w:t>
        <w:br/>
        <w:t>vn 0.5450 -0.3139 0.7775</w:t>
        <w:br/>
        <w:t>vn 0.8412 -0.3870 0.3776</w:t>
        <w:br/>
        <w:t>vn 0.7249 -0.4050 0.5572</w:t>
        <w:br/>
        <w:t>vn 0.8446 -0.0028 0.5354</w:t>
        <w:br/>
        <w:t>vn 0.8461 -0.1925 0.4971</w:t>
        <w:br/>
        <w:t>vn 0.2373 -0.7811 -0.5776</w:t>
        <w:br/>
        <w:t>vn -0.0592 -0.1174 -0.9913</w:t>
        <w:br/>
        <w:t>vn 0.0921 -0.3522 0.9314</w:t>
        <w:br/>
        <w:t>vn -0.1196 0.0282 0.9924</w:t>
        <w:br/>
        <w:t>vn 0.1496 -0.3299 0.9321</w:t>
        <w:br/>
        <w:t>vn 0.2868 -0.6657 0.6889</w:t>
        <w:br/>
        <w:t>vn -0.3258 0.5261 -0.7856</w:t>
        <w:br/>
        <w:t>vn -0.0592 -0.1177 -0.9913</w:t>
        <w:br/>
        <w:t>vn -0.4150 0.4546 -0.7881</w:t>
        <w:br/>
        <w:t>vn 0.2109 -0.7236 -0.6572</w:t>
        <w:br/>
        <w:t>vn 0.2970 -0.7222 -0.6247</w:t>
        <w:br/>
        <w:t>vn 0.2970 -0.7222 -0.6246</w:t>
        <w:br/>
        <w:t>vn 0.3478 -0.8445 0.4072</w:t>
        <w:br/>
        <w:t>vn 0.2354 -0.7352 0.6356</w:t>
        <w:br/>
        <w:t>vn 0.2557 -0.8160 -0.5184</w:t>
        <w:br/>
        <w:t>vn -0.4838 0.4939 0.7226</w:t>
        <w:br/>
        <w:t>vn 0.5049 -0.2408 0.8289</w:t>
        <w:br/>
        <w:t>vn -0.4417 0.5720 0.6911</w:t>
        <w:br/>
        <w:t>vn -0.3064 0.7183 -0.6246</w:t>
        <w:br/>
        <w:t>vn -0.3712 0.7320 -0.5714</w:t>
        <w:br/>
        <w:t>vn -0.2628 0.6447 -0.7179</w:t>
        <w:br/>
        <w:t>vn -0.4628 0.7130 -0.5268</w:t>
        <w:br/>
        <w:t>vn -0.5517 0.6962 -0.4592</w:t>
        <w:br/>
        <w:t>vn -0.5517 0.6962 -0.4593</w:t>
        <w:br/>
        <w:t>vn 0.4314 -0.6217 -0.6537</w:t>
        <w:br/>
        <w:t>vn -0.5554 0.1802 -0.8118</w:t>
        <w:br/>
        <w:t>vn -0.5072 0.0604 -0.8597</w:t>
        <w:br/>
        <w:t>vn -0.7302 0.2358 -0.6413</w:t>
        <w:br/>
        <w:t>vn -0.6686 0.1150 -0.7346</w:t>
        <w:br/>
        <w:t>vn -0.5057 -0.0518 -0.8612</w:t>
        <w:br/>
        <w:t>vn 0.3800 -0.5966 -0.7069</w:t>
        <w:br/>
        <w:t>vn 0.3163 -0.6507 -0.6903</w:t>
        <w:br/>
        <w:t>vn -0.3793 -0.5553 0.7401</w:t>
        <w:br/>
        <w:t>vn -0.3792 -0.5553 0.7402</w:t>
        <w:br/>
        <w:t>vn -0.1937 -0.6415 0.7423</w:t>
        <w:br/>
        <w:t>vn -0.4761 -0.5025 0.7217</w:t>
        <w:br/>
        <w:t>vn -0.4331 -0.5359 0.7247</w:t>
        <w:br/>
        <w:t>vn -0.4331 -0.5358 0.7248</w:t>
        <w:br/>
        <w:t>vn -0.5362 -0.4149 0.7350</w:t>
        <w:br/>
        <w:t>vn -0.5099 -0.3891 0.7672</w:t>
        <w:br/>
        <w:t>vn -0.5363 -0.4149 0.7350</w:t>
        <w:br/>
        <w:t>vn -0.5224 -0.4590 0.7186</w:t>
        <w:br/>
        <w:t>vn -0.2599 -0.6189 0.7412</w:t>
        <w:br/>
        <w:t>vn -0.2600 -0.6189 0.7412</w:t>
        <w:br/>
        <w:t>vn -0.3755 -0.5641 0.7354</w:t>
        <w:br/>
        <w:t>vn -0.1224 0.7959 0.5929</w:t>
        <w:br/>
        <w:t>vn 0.0515 0.7363 0.6747</w:t>
        <w:br/>
        <w:t>vn -0.1223 0.7959 0.5930</w:t>
        <w:br/>
        <w:t>vn -0.3498 0.7878 0.5070</w:t>
        <w:br/>
        <w:t>vn -0.3498 0.7878 0.5069</w:t>
        <w:br/>
        <w:t>vn -0.3609 0.7724 0.5226</w:t>
        <w:br/>
        <w:t>vn -0.2568 0.8234 0.5060</w:t>
        <w:br/>
        <w:t>vn -0.1984 0.8488 0.4900</w:t>
        <w:br/>
        <w:t>vn 0.1935 -0.6411 0.7426</w:t>
        <w:br/>
        <w:t>vn 0.3792 -0.5551 0.7404</w:t>
        <w:br/>
        <w:t>vn 0.3792 -0.5550 0.7404</w:t>
        <w:br/>
        <w:t>vn 0.1935 -0.6411 0.7427</w:t>
        <w:br/>
        <w:t>vn 0.4763 -0.5025 0.7216</w:t>
        <w:br/>
        <w:t>vn 0.4762 -0.5025 0.7216</w:t>
        <w:br/>
        <w:t>vn 0.4333 -0.5360 0.7246</w:t>
        <w:br/>
        <w:t>vn 0.5366 -0.4143 0.7351</w:t>
        <w:br/>
        <w:t>vn 0.5105 -0.3883 0.7672</w:t>
        <w:br/>
        <w:t>vn 0.5223 -0.4589 0.7187</w:t>
        <w:br/>
        <w:t>vn 0.3755 -0.5642 0.7353</w:t>
        <w:br/>
        <w:t>vn 0.2599 -0.6187 0.7414</w:t>
        <w:br/>
        <w:t>vn 0.2598 -0.6187 0.7414</w:t>
        <w:br/>
        <w:t>vn 0.1213 0.7965 0.5924</w:t>
        <w:br/>
        <w:t>vn -0.0530 0.7371 0.6737</w:t>
        <w:br/>
        <w:t>vn 0.3496 0.7881 0.5067</w:t>
        <w:br/>
        <w:t>vn 0.2568 0.8234 0.5060</w:t>
        <w:br/>
        <w:t>vn 0.3609 0.7725 0.5226</w:t>
        <w:br/>
        <w:t>vn 0.1984 0.8490 0.4898</w:t>
        <w:br/>
        <w:t>vn 0.9205 0.0232 -0.3901</w:t>
        <w:br/>
        <w:t>vn 0.7810 0.5528 -0.2906</w:t>
        <w:br/>
        <w:t>vn 0.8173 0.4548 -0.3538</w:t>
        <w:br/>
        <w:t>vn 0.8572 -0.0855 -0.5078</w:t>
        <w:br/>
        <w:t>vn 0.3723 -0.6130 0.6969</w:t>
        <w:br/>
        <w:t>vn 0.0000 -0.6551 0.7556</w:t>
        <w:br/>
        <w:t>vn 0.0000 -0.9709 0.2394</w:t>
        <w:br/>
        <w:t>vn 0.2797 -0.9332 0.2256</w:t>
        <w:br/>
        <w:t>vn 0.5297 -0.8220 0.2092</w:t>
        <w:br/>
        <w:t>vn 0.6201 -0.5145 0.5923</w:t>
        <w:br/>
        <w:t>vn 0.8006 -0.2967 0.5206</w:t>
        <w:br/>
        <w:t>vn 0.8555 -0.4813 0.1910</w:t>
        <w:br/>
        <w:t>vn 0.8689 0.0114 0.4948</w:t>
        <w:br/>
        <w:t>vn 0.6394 0.0306 0.7683</w:t>
        <w:br/>
        <w:t>vn 0.9837 0.0086 0.1796</w:t>
        <w:br/>
        <w:t>vn 0.7760 0.2876 0.5613</w:t>
        <w:br/>
        <w:t>vn 0.5764 0.4976 0.6481</w:t>
        <w:br/>
        <w:t>vn 0.8686 0.4349 0.2372</w:t>
        <w:br/>
        <w:t>vn 0.5420 0.7628 0.3527</w:t>
        <w:br/>
        <w:t>vn 0.2063 0.9109 0.3575</w:t>
        <w:br/>
        <w:t>vn 0.3044 0.6456 0.7004</w:t>
        <w:br/>
        <w:t>vn -0.0000 0.9383 0.3458</w:t>
        <w:br/>
        <w:t>vn -0.0000 0.7067 0.7075</w:t>
        <w:br/>
        <w:t>vn 0.0000 -0.7179 -0.6961</w:t>
        <w:br/>
        <w:t>vn -0.0000 -0.9870 -0.1610</w:t>
        <w:br/>
        <w:t>vn 0.0248 -0.9852 -0.1699</w:t>
        <w:br/>
        <w:t>vn 0.1332 -0.7047 -0.6968</w:t>
        <w:br/>
        <w:t>vn 0.2031 -0.6272 -0.7519</w:t>
        <w:br/>
        <w:t>vn 0.0000 -0.6729 -0.7397</w:t>
        <w:br/>
        <w:t>vn 0.1388 -0.9619 -0.2354</w:t>
        <w:br/>
        <w:t>vn 0.2643 -0.6727 -0.6911</w:t>
        <w:br/>
        <w:t>vn 0.1868 -0.6709 -0.7177</w:t>
        <w:br/>
        <w:t>vn 0.0593 -0.9791 -0.1945</w:t>
        <w:br/>
        <w:t>vn 0.2461 -0.8031 -0.5427</w:t>
        <w:br/>
        <w:t>vn 0.0000 -0.8593 -0.5115</w:t>
        <w:br/>
        <w:t>vn 0.2508 -0.9516 -0.1778</w:t>
        <w:br/>
        <w:t>vn 0.4768 -0.7955 -0.3740</w:t>
        <w:br/>
        <w:t>vn 0.4765 -0.7957 -0.3739</w:t>
        <w:br/>
        <w:t>vn 0.6150 -0.4816 -0.6244</w:t>
        <w:br/>
        <w:t>vn 0.2903 -0.6427 -0.7090</w:t>
        <w:br/>
        <w:t>vn 0.2116 -0.9023 -0.3755</w:t>
        <w:br/>
        <w:t>vn -0.0000 -0.9398 -0.3417</w:t>
        <w:br/>
        <w:t>vn 0.2130 -0.9642 -0.1580</w:t>
        <w:br/>
        <w:t>vn 0.0000 -0.9861 -0.1659</w:t>
        <w:br/>
        <w:t>vn 0.3011 -0.7864 -0.5393</w:t>
        <w:br/>
        <w:t>vn 0.3934 -0.6241 -0.6751</w:t>
        <w:br/>
        <w:t>vn 0.4200 -0.8958 -0.1456</w:t>
        <w:br/>
        <w:t>vn 0.3496 -0.8464 -0.4018</w:t>
        <w:br/>
        <w:t>vn 0.8149 -0.5645 -0.1317</w:t>
        <w:br/>
        <w:t>vn 0.7366 -0.5519 -0.3909</w:t>
        <w:br/>
        <w:t>vn 0.3962 -0.7550 -0.5225</w:t>
        <w:br/>
        <w:t>vn 0.6431 -0.5209 -0.5614</w:t>
        <w:br/>
        <w:t>vn 0.9916 0.0399 -0.1230</w:t>
        <w:br/>
        <w:t>vn 0.9352 -0.0195 -0.3535</w:t>
        <w:br/>
        <w:t>vn 0.9568 -0.0144 -0.2903</w:t>
        <w:br/>
        <w:t>vn 0.6201 -0.4102 -0.6687</w:t>
        <w:br/>
        <w:t>vn 0.8778 0.4758 -0.0551</w:t>
        <w:br/>
        <w:t>vn 0.8829 0.4087 -0.2313</w:t>
        <w:br/>
        <w:t>vn 0.5133 0.8581 0.0087</w:t>
        <w:br/>
        <w:t>vn 0.4853 0.8642 -0.1326</w:t>
        <w:br/>
        <w:t>vn 0.1870 0.9794 0.0766</w:t>
        <w:br/>
        <w:t>vn 0.2254 0.9725 -0.0582</w:t>
        <w:br/>
        <w:t>vn 0.0000 0.9950 0.1002</w:t>
        <w:br/>
        <w:t>vn 0.0000 0.9999 -0.0103</w:t>
        <w:br/>
        <w:t>vn 0.3066 0.9298 -0.2034</w:t>
        <w:br/>
        <w:t>vn 0.1957 0.9543 -0.2258</w:t>
        <w:br/>
        <w:t>vn 0.0000 0.9753 -0.2209</w:t>
        <w:br/>
        <w:t>vn 0.3544 0.8503 -0.3890</w:t>
        <w:br/>
        <w:t>vn 0.3439 0.8090 -0.4768</w:t>
        <w:br/>
        <w:t>vn 0.2983 0.8231 -0.4832</w:t>
        <w:br/>
        <w:t>vn 0.3334 0.7919 -0.5117</w:t>
        <w:br/>
        <w:t>vn 0.0594 0.9804 -0.1878</w:t>
        <w:br/>
        <w:t>vn 0.1672 0.8613 -0.4798</w:t>
        <w:br/>
        <w:t>vn 0.1849 0.8591 -0.4772</w:t>
        <w:br/>
        <w:t>vn 0.0751 0.9777 -0.1960</w:t>
        <w:br/>
        <w:t>vn 0.0746 0.9816 -0.1758</w:t>
        <w:br/>
        <w:t>vn -0.0000 0.8724 -0.4888</w:t>
        <w:br/>
        <w:t>vn -0.0000 0.9865 -0.1636</w:t>
        <w:br/>
        <w:t>vn 0.0656 0.9759 -0.2081</w:t>
        <w:br/>
        <w:t>vn 0.2249 0.8484 -0.4792</w:t>
        <w:br/>
        <w:t>vn 0.3778 0.0639 0.9237</w:t>
        <w:br/>
        <w:t>vn 0.0000 0.0859 0.9963</w:t>
        <w:br/>
        <w:t>vn 0.4924 -0.5220 -0.6965</w:t>
        <w:br/>
        <w:t>vn 0.4802 -0.5132 -0.7113</w:t>
        <w:br/>
        <w:t>vn 0.3824 -0.5946 -0.7073</w:t>
        <w:br/>
        <w:t>vn 0.4962 -0.5363 -0.6827</w:t>
        <w:br/>
        <w:t>vn 0.8080 0.5483 -0.2155</w:t>
        <w:br/>
        <w:t>vn 0.2539 0.8808 -0.3998</w:t>
        <w:br/>
        <w:t>vn 0.1844 0.8840 -0.4296</w:t>
        <w:br/>
        <w:t>vn 0.0000 0.9024 -0.4309</w:t>
        <w:br/>
        <w:t>vn 0.0868 -0.9888 -0.1216</w:t>
        <w:br/>
        <w:t>vn 0.3141 0.8020 -0.5080</w:t>
        <w:br/>
        <w:t>vn 0.4271 0.8214 -0.3781</w:t>
        <w:br/>
        <w:t>vn 0.5029 0.8405 -0.2016</w:t>
        <w:br/>
        <w:t>vn 0.5628 0.7717 -0.2962</w:t>
        <w:br/>
        <w:t>vn 0.9809 0.1849 -0.0596</w:t>
        <w:br/>
        <w:t>vn 0.9810 0.1848 -0.0596</w:t>
        <w:br/>
        <w:t>vn -0.0272 0.9180 0.3956</w:t>
        <w:br/>
        <w:t>vn 0.3251 0.9337 -0.1497</w:t>
        <w:br/>
        <w:t>vn -0.9151 0.0715 -0.3969</w:t>
        <w:br/>
        <w:t>vn -0.8572 -0.0855 -0.5078</w:t>
        <w:br/>
        <w:t>vn -0.8173 0.4548 -0.3538</w:t>
        <w:br/>
        <w:t>vn -0.7602 0.5817 -0.2893</w:t>
        <w:br/>
        <w:t>vn -0.3723 -0.6130 0.6969</w:t>
        <w:br/>
        <w:t>vn -0.2797 -0.9332 0.2256</w:t>
        <w:br/>
        <w:t>vn -0.6201 -0.5145 0.5923</w:t>
        <w:br/>
        <w:t>vn -0.5297 -0.8220 0.2092</w:t>
        <w:br/>
        <w:t>vn -0.8006 -0.2967 0.5206</w:t>
        <w:br/>
        <w:t>vn -0.8555 -0.4813 0.1910</w:t>
        <w:br/>
        <w:t>vn -0.6394 0.0306 0.7683</w:t>
        <w:br/>
        <w:t>vn -0.8689 0.0114 0.4948</w:t>
        <w:br/>
        <w:t>vn -0.9837 0.0086 0.1796</w:t>
        <w:br/>
        <w:t>vn -0.7760 0.2876 0.5613</w:t>
        <w:br/>
        <w:t>vn -0.5764 0.4976 0.6481</w:t>
        <w:br/>
        <w:t>vn -0.8686 0.4349 0.2372</w:t>
        <w:br/>
        <w:t>vn -0.5420 0.7627 0.3527</w:t>
        <w:br/>
        <w:t>vn -0.2063 0.9109 0.3574</w:t>
        <w:br/>
        <w:t>vn -0.3044 0.6456 0.7004</w:t>
        <w:br/>
        <w:t>vn -0.1333 -0.7047 -0.6969</w:t>
        <w:br/>
        <w:t>vn -0.0248 -0.9851 -0.1700</w:t>
        <w:br/>
        <w:t>vn -0.2031 -0.6272 -0.7519</w:t>
        <w:br/>
        <w:t>vn -0.1868 -0.6708 -0.7177</w:t>
        <w:br/>
        <w:t>vn -0.2643 -0.6726 -0.6912</w:t>
        <w:br/>
        <w:t>vn -0.1389 -0.9619 -0.2355</w:t>
        <w:br/>
        <w:t>vn -0.0593 -0.9791 -0.1947</w:t>
        <w:br/>
        <w:t>vn -0.2460 -0.8031 -0.5427</w:t>
        <w:br/>
        <w:t>vn -0.2505 -0.9517 -0.1774</w:t>
        <w:br/>
        <w:t>vn -0.6150 -0.4816 -0.6244</w:t>
        <w:br/>
        <w:t>vn -0.4765 -0.7958 -0.3738</w:t>
        <w:br/>
        <w:t>vn -0.4768 -0.7956 -0.3738</w:t>
        <w:br/>
        <w:t>vn -0.2903 -0.6427 -0.7090</w:t>
        <w:br/>
        <w:t>vn -0.2116 -0.9023 -0.3755</w:t>
        <w:br/>
        <w:t>vn -0.2130 -0.9642 -0.1580</w:t>
        <w:br/>
        <w:t>vn -0.3011 -0.7864 -0.5393</w:t>
        <w:br/>
        <w:t>vn -0.3934 -0.6241 -0.6751</w:t>
        <w:br/>
        <w:t>vn -0.4200 -0.8958 -0.1456</w:t>
        <w:br/>
        <w:t>vn -0.3496 -0.8464 -0.4018</w:t>
        <w:br/>
        <w:t>vn -0.8149 -0.5645 -0.1317</w:t>
        <w:br/>
        <w:t>vn -0.7366 -0.5519 -0.3909</w:t>
        <w:br/>
        <w:t>vn -0.6431 -0.5208 -0.5614</w:t>
        <w:br/>
        <w:t>vn -0.3962 -0.7550 -0.5225</w:t>
        <w:br/>
        <w:t>vn -0.9916 0.0399 -0.1231</w:t>
        <w:br/>
        <w:t>vn -0.9352 -0.0195 -0.3535</w:t>
        <w:br/>
        <w:t>vn -0.9568 -0.0144 -0.2903</w:t>
        <w:br/>
        <w:t>vn -0.6201 -0.4102 -0.6687</w:t>
        <w:br/>
        <w:t>vn -0.8778 0.4758 -0.0551</w:t>
        <w:br/>
        <w:t>vn -0.8829 0.4087 -0.2313</w:t>
        <w:br/>
        <w:t>vn -0.5133 0.8581 0.0087</w:t>
        <w:br/>
        <w:t>vn -0.4853 0.8643 -0.1326</w:t>
        <w:br/>
        <w:t>vn -0.1871 0.9794 0.0766</w:t>
        <w:br/>
        <w:t>vn -0.2254 0.9725 -0.0582</w:t>
        <w:br/>
        <w:t>vn -0.3066 0.9298 -0.2034</w:t>
        <w:br/>
        <w:t>vn -0.1957 0.9543 -0.2258</w:t>
        <w:br/>
        <w:t>vn -0.3544 0.8503 -0.3890</w:t>
        <w:br/>
        <w:t>vn -0.2984 0.8230 -0.4834</w:t>
        <w:br/>
        <w:t>vn -0.3439 0.8089 -0.4769</w:t>
        <w:br/>
        <w:t>vn -0.3334 0.7916 -0.5121</w:t>
        <w:br/>
        <w:t>vn -0.0595 0.9804 -0.1879</w:t>
        <w:br/>
        <w:t>vn -0.1672 0.8613 -0.4799</w:t>
        <w:br/>
        <w:t>vn -0.0746 0.9816 -0.1759</w:t>
        <w:br/>
        <w:t>vn -0.0750 0.9777 -0.1960</w:t>
        <w:br/>
        <w:t>vn -0.1849 0.8590 -0.4773</w:t>
        <w:br/>
        <w:t>vn -0.0656 0.9759 -0.2081</w:t>
        <w:br/>
        <w:t>vn -0.2250 0.8484 -0.4792</w:t>
        <w:br/>
        <w:t>vn -0.3778 0.0639 0.9237</w:t>
        <w:br/>
        <w:t>vn -0.3823 -0.5945 -0.7074</w:t>
        <w:br/>
        <w:t>vn -0.4802 -0.5132 -0.7114</w:t>
        <w:br/>
        <w:t>vn -0.4923 -0.5219 -0.6966</w:t>
        <w:br/>
        <w:t>vn -0.4960 -0.5362 -0.6830</w:t>
        <w:br/>
        <w:t>vn -0.8080 0.5484 -0.2155</w:t>
        <w:br/>
        <w:t>vn -0.2539 0.8808 -0.3998</w:t>
        <w:br/>
        <w:t>vn -0.1844 0.8840 -0.4296</w:t>
        <w:br/>
        <w:t>vn -0.0868 -0.9888 -0.1216</w:t>
        <w:br/>
        <w:t>vn -0.3140 0.8019 -0.5083</w:t>
        <w:br/>
        <w:t>vn -0.4271 0.8214 -0.3781</w:t>
        <w:br/>
        <w:t>vn -0.5029 0.8405 -0.2015</w:t>
        <w:br/>
        <w:t>vn -0.5628 0.7717 -0.2962</w:t>
        <w:br/>
        <w:t>vn -0.9454 0.3183 -0.0697</w:t>
        <w:br/>
        <w:t>vn -0.7070 0.6966 -0.1221</w:t>
        <w:br/>
        <w:t>vn 0.0305 0.9152 0.4018</w:t>
        <w:br/>
        <w:t>vn -0.9075 0.0387 0.4183</w:t>
        <w:br/>
        <w:t>vn -0.9075 0.0387 0.4184</w:t>
        <w:br/>
        <w:t>vn -0.9381 0.0599 0.3411</w:t>
        <w:br/>
        <w:t>vn -0.8089 -0.0185 0.5876</w:t>
        <w:br/>
        <w:t>vn -0.6623 -0.0828 0.7447</w:t>
        <w:br/>
        <w:t>vn -0.4755 -0.1443 0.8678</w:t>
        <w:br/>
        <w:t>vn -0.2254 -0.1992 0.9537</w:t>
        <w:br/>
        <w:t>vn -0.0501 -0.2172 0.9748</w:t>
        <w:br/>
        <w:t>vn 0.0000 -0.2157 0.9765</w:t>
        <w:br/>
        <w:t>vn 0.0000 -0.9677 -0.2522</w:t>
        <w:br/>
        <w:t>vn -0.0074 -0.9685 -0.2491</w:t>
        <w:br/>
        <w:t>vn -0.0074 -0.9684 -0.2491</w:t>
        <w:br/>
        <w:t>vn 0.0000 -0.9678 -0.2519</w:t>
        <w:br/>
        <w:t>vn 0.0015 -0.9708 -0.2397</w:t>
        <w:br/>
        <w:t>vn 0.0014 -0.9708 -0.2397</w:t>
        <w:br/>
        <w:t>vn -0.0077 -0.9721 -0.2343</w:t>
        <w:br/>
        <w:t>vn -0.0076 -0.9721 -0.2343</w:t>
        <w:br/>
        <w:t>vn -0.0195 -0.9738 -0.2264</w:t>
        <w:br/>
        <w:t>vn -0.0194 -0.9738 -0.2265</w:t>
        <w:br/>
        <w:t>vn -0.0181 -0.9739 -0.2261</w:t>
        <w:br/>
        <w:t>vn -0.0181 -0.9740 -0.2260</w:t>
        <w:br/>
        <w:t>vn -0.0136 -0.9687 -0.2479</w:t>
        <w:br/>
        <w:t>vn -0.0097 -0.9653 -0.2610</w:t>
        <w:br/>
        <w:t>vn 0.9263 -0.1193 -0.3573</w:t>
        <w:br/>
        <w:t>vn 0.9528 -0.1251 -0.2766</w:t>
        <w:br/>
        <w:t>vn 0.8481 -0.0766 -0.5242</w:t>
        <w:br/>
        <w:t>vn 0.8481 -0.0765 -0.5242</w:t>
        <w:br/>
        <w:t>vn 0.6456 0.0437 -0.7624</w:t>
        <w:br/>
        <w:t>vn 0.3658 0.1719 -0.9147</w:t>
        <w:br/>
        <w:t>vn 0.2127 0.2338 -0.9487</w:t>
        <w:br/>
        <w:t>vn -0.0000 0.2560 -0.9667</w:t>
        <w:br/>
        <w:t>vn 0.0855 0.2537 -0.9635</w:t>
        <w:br/>
        <w:t>vn 0.0855 0.2538 -0.9635</w:t>
        <w:br/>
        <w:t>vn -0.0000 0.2561 -0.9667</w:t>
        <w:br/>
        <w:t>vn 0.9075 0.0388 0.4183</w:t>
        <w:br/>
        <w:t>vn 0.9381 0.0599 0.3411</w:t>
        <w:br/>
        <w:t>vn 0.8089 -0.0185 0.5876</w:t>
        <w:br/>
        <w:t>vn 0.6623 -0.0828 0.7447</w:t>
        <w:br/>
        <w:t>vn 0.4755 -0.1442 0.8678</w:t>
        <w:br/>
        <w:t>vn 0.4755 -0.1443 0.8678</w:t>
        <w:br/>
        <w:t>vn 0.2254 -0.1992 0.9537</w:t>
        <w:br/>
        <w:t>vn 0.0501 -0.2172 0.9748</w:t>
        <w:br/>
        <w:t>vn 0.0074 -0.9684 -0.2491</w:t>
        <w:br/>
        <w:t>vn 0.0074 -0.9685 -0.2491</w:t>
        <w:br/>
        <w:t>vn -0.0015 -0.9708 -0.2397</w:t>
        <w:br/>
        <w:t>vn -0.0015 -0.9709 -0.2397</w:t>
        <w:br/>
        <w:t>vn 0.0077 -0.9721 -0.2343</w:t>
        <w:br/>
        <w:t>vn 0.0195 -0.9738 -0.2265</w:t>
        <w:br/>
        <w:t>vn 0.0182 -0.9739 -0.2261</w:t>
        <w:br/>
        <w:t>vn 0.0183 -0.9740 -0.2260</w:t>
        <w:br/>
        <w:t>vn 0.0136 -0.9687 -0.2479</w:t>
        <w:br/>
        <w:t>vn 0.0136 -0.9687 -0.2478</w:t>
        <w:br/>
        <w:t>vn 0.0098 -0.9653 -0.2610</w:t>
        <w:br/>
        <w:t>vn -0.9528 -0.1251 -0.2766</w:t>
        <w:br/>
        <w:t>vn -0.9263 -0.1192 -0.3574</w:t>
        <w:br/>
        <w:t>vn -0.8482 -0.0764 -0.5242</w:t>
        <w:br/>
        <w:t>vn -0.6457 0.0437 -0.7623</w:t>
        <w:br/>
        <w:t>vn -0.3658 0.1719 -0.9147</w:t>
        <w:br/>
        <w:t>vn -0.2127 0.2338 -0.9487</w:t>
        <w:br/>
        <w:t>vn -0.0855 0.2537 -0.9635</w:t>
        <w:br/>
        <w:t>vn -0.0855 0.2538 -0.9635</w:t>
        <w:br/>
        <w:t>vn 0.0833 0.2538 -0.9637</w:t>
        <w:br/>
        <w:t>vn 0.0833 0.2537 -0.9637</w:t>
        <w:br/>
        <w:t>vn -0.0000 0.2532 -0.9674</w:t>
        <w:br/>
        <w:t>vn -0.9623 -0.1109 0.2482</w:t>
        <w:br/>
        <w:t>vn -0.9141 -0.1350 0.3824</w:t>
        <w:br/>
        <w:t>vn -0.7936 -0.1969 0.5757</w:t>
        <w:br/>
        <w:t>vn -0.6826 -0.2333 0.6925</w:t>
        <w:br/>
        <w:t>vn -0.4922 -0.2346 0.8383</w:t>
        <w:br/>
        <w:t>vn -0.2196 -0.2346 0.9469</w:t>
        <w:br/>
        <w:t>vn -0.2196 -0.2347 0.9469</w:t>
        <w:br/>
        <w:t>vn -0.0662 -0.2268 0.9717</w:t>
        <w:br/>
        <w:t>vn -0.0001 -0.2212 0.9752</w:t>
        <w:br/>
        <w:t>vn -0.0001 -0.2213 0.9752</w:t>
        <w:br/>
        <w:t>vn 0.9546 0.1633 -0.2491</w:t>
        <w:br/>
        <w:t>vn 0.9546 0.1633 -0.2490</w:t>
        <w:br/>
        <w:t>vn 0.9789 0.1538 -0.1344</w:t>
        <w:br/>
        <w:t>vn 0.8490 0.2093 -0.4853</w:t>
        <w:br/>
        <w:t>vn 0.8490 0.2093 -0.4852</w:t>
        <w:br/>
        <w:t>vn 0.6168 0.2723 -0.7385</w:t>
        <w:br/>
        <w:t>vn 0.3639 0.2796 -0.8885</w:t>
        <w:br/>
        <w:t>vn 0.2126 0.2608 -0.9417</w:t>
        <w:br/>
        <w:t>vn 0.2126 0.2607 -0.9417</w:t>
        <w:br/>
        <w:t>vn -0.0023 0.9664 0.2570</w:t>
        <w:br/>
        <w:t>vn -0.0022 0.9664 0.2569</w:t>
        <w:br/>
        <w:t>vn -0.0118 0.9649 0.2622</w:t>
        <w:br/>
        <w:t>vn 0.0099 0.9715 0.2367</w:t>
        <w:br/>
        <w:t>vn 0.0158 0.9733 0.2291</w:t>
        <w:br/>
        <w:t>vn 0.0159 0.9733 0.2291</w:t>
        <w:br/>
        <w:t>vn 0.0062 0.9725 0.2330</w:t>
        <w:br/>
        <w:t>vn 0.0061 0.9725 0.2330</w:t>
        <w:br/>
        <w:t>vn -0.0024 0.9718 0.2360</w:t>
        <w:br/>
        <w:t>vn -0.0024 0.9718 0.2359</w:t>
        <w:br/>
        <w:t>vn 0.0053 0.9694 0.2455</w:t>
        <w:br/>
        <w:t>vn 0.0053 0.9693 0.2456</w:t>
        <w:br/>
        <w:t>vn -0.0000 0.9686 0.2486</w:t>
        <w:br/>
        <w:t>vn -0.0834 0.2537 -0.9637</w:t>
        <w:br/>
        <w:t>vn 0.9623 -0.1109 0.2482</w:t>
        <w:br/>
        <w:t>vn 0.9142 -0.1349 0.3822</w:t>
        <w:br/>
        <w:t>vn 0.7938 -0.1966 0.5756</w:t>
        <w:br/>
        <w:t>vn 0.6831 -0.2324 0.6923</w:t>
        <w:br/>
        <w:t>vn 0.4922 -0.2333 0.8387</w:t>
        <w:br/>
        <w:t>vn 0.2187 -0.2337 0.9474</w:t>
        <w:br/>
        <w:t>vn 0.0658 -0.2265 0.9718</w:t>
        <w:br/>
        <w:t>vn 0.0658 -0.2264 0.9718</w:t>
        <w:br/>
        <w:t>vn -0.9546 0.1633 -0.2491</w:t>
        <w:br/>
        <w:t>vn -0.9789 0.1538 -0.1344</w:t>
        <w:br/>
        <w:t>vn -0.8490 0.2093 -0.4853</w:t>
        <w:br/>
        <w:t>vn -0.8490 0.2093 -0.4852</w:t>
        <w:br/>
        <w:t>vn -0.6168 0.2723 -0.7385</w:t>
        <w:br/>
        <w:t>vn -0.3638 0.2796 -0.8885</w:t>
        <w:br/>
        <w:t>vn -0.2126 0.2607 -0.9417</w:t>
        <w:br/>
        <w:t>vn 0.0118 0.9649 0.2622</w:t>
        <w:br/>
        <w:t>vn 0.0023 0.9664 0.2570</w:t>
        <w:br/>
        <w:t>vn 0.0117 0.9649 0.2622</w:t>
        <w:br/>
        <w:t>vn -0.0098 0.9715 0.2366</w:t>
        <w:br/>
        <w:t>vn -0.0098 0.9716 0.2366</w:t>
        <w:br/>
        <w:t>vn -0.0159 0.9733 0.2292</w:t>
        <w:br/>
        <w:t>vn -0.0159 0.9732 0.2293</w:t>
        <w:br/>
        <w:t>vn -0.0059 0.9724 0.2333</w:t>
        <w:br/>
        <w:t>vn -0.0061 0.9724 0.2333</w:t>
        <w:br/>
        <w:t>vn 0.0026 0.9718 0.2360</w:t>
        <w:br/>
        <w:t>vn 0.0026 0.9717 0.2360</w:t>
        <w:br/>
        <w:t>vn -0.0052 0.9694 0.2456</w:t>
        <w:br/>
        <w:t>vn -0.0052 0.9694 0.2453</w:t>
        <w:br/>
        <w:t>vn -0.8453 0.4959 -0.1989</w:t>
        <w:br/>
        <w:t>vn -0.7384 0.6514 -0.1746</w:t>
        <w:br/>
        <w:t>vn -0.9392 0.2207 -0.2632</w:t>
        <w:br/>
        <w:t>vn -0.9568 0.2232 -0.1862</w:t>
        <w:br/>
        <w:t>vn -0.9766 0.2130 -0.0309</w:t>
        <w:br/>
        <w:t>vn -0.8537 0.5193 -0.0389</w:t>
        <w:br/>
        <w:t>vn -0.9754 0.2009 0.0905</w:t>
        <w:br/>
        <w:t>vn -0.9713 0.1704 0.1661</w:t>
        <w:br/>
        <w:t>vn -0.9588 0.1334 0.2509</w:t>
        <w:br/>
        <w:t>vn -0.9477 0.1035 0.3019</w:t>
        <w:br/>
        <w:t>vn -0.6938 0.4736 0.5425</w:t>
        <w:br/>
        <w:t>vn -0.9152 0.0293 0.4019</w:t>
        <w:br/>
        <w:t>vn -0.6360 0.3347 0.6953</w:t>
        <w:br/>
        <w:t>vn -0.8006 -0.1342 0.5839</w:t>
        <w:br/>
        <w:t>vn -0.5567 -0.3050 0.7727</w:t>
        <w:br/>
        <w:t>vn -0.5046 0.2032 0.8391</w:t>
        <w:br/>
        <w:t>vn -0.2640 -0.3533 0.8975</w:t>
        <w:br/>
        <w:t>vn -0.1954 -0.3740 0.9066</w:t>
        <w:br/>
        <w:t>vn -0.0867 -0.3882 0.9175</w:t>
        <w:br/>
        <w:t>vn -0.0000 -0.4147 0.9100</w:t>
        <w:br/>
        <w:t>vn -0.0000 -0.4195 0.9077</w:t>
        <w:br/>
        <w:t>vn -0.0000 0.7130 0.7012</w:t>
        <w:br/>
        <w:t>vn -0.0455 0.7067 0.7061</w:t>
        <w:br/>
        <w:t>vn -0.0517 0.6626 0.7472</w:t>
        <w:br/>
        <w:t>vn 0.0000 0.6594 0.7518</w:t>
        <w:br/>
        <w:t>vn -0.0000 0.8188 0.5740</w:t>
        <w:br/>
        <w:t>vn -0.0269 0.8051 0.5925</w:t>
        <w:br/>
        <w:t>vn -0.2595 0.7451 0.6144</w:t>
        <w:br/>
        <w:t>vn -0.2512 0.6722 0.6965</w:t>
        <w:br/>
        <w:t>vn -0.0001 0.8875 0.4607</w:t>
        <w:br/>
        <w:t>vn 0.0177 0.8707 0.4915</w:t>
        <w:br/>
        <w:t>vn -0.0166 -0.9589 -0.2833</w:t>
        <w:br/>
        <w:t>vn -0.0204 -0.9471 -0.3202</w:t>
        <w:br/>
        <w:t>vn -0.0000 -0.9509 -0.3094</w:t>
        <w:br/>
        <w:t>vn -0.0000 -0.9372 -0.3489</w:t>
        <w:br/>
        <w:t>vn -0.2417 0.6473 0.7229</w:t>
        <w:br/>
        <w:t>vn -0.0000 0.9271 0.3749</w:t>
        <w:br/>
        <w:t>vn 0.0780 0.9078 0.4120</w:t>
        <w:br/>
        <w:t>vn -0.2504 0.8135 0.5250</w:t>
        <w:br/>
        <w:t>vn -0.0000 0.9603 0.2790</w:t>
        <w:br/>
        <w:t>vn 0.1090 0.9493 0.2947</w:t>
        <w:br/>
        <w:t>vn -0.2492 0.8633 0.4388</w:t>
        <w:br/>
        <w:t>vn -0.2935 0.8503 0.4369</w:t>
        <w:br/>
        <w:t>vn -0.2603 0.9170 0.3024</w:t>
        <w:br/>
        <w:t>vn -0.0001 0.9785 0.2061</w:t>
        <w:br/>
        <w:t>vn 0.0956 0.9777 0.1872</w:t>
        <w:br/>
        <w:t>vn -0.3143 0.9014 0.2977</w:t>
        <w:br/>
        <w:t>vn -0.2703 0.9499 0.1572</w:t>
        <w:br/>
        <w:t>vn -0.3202 0.9359 0.1471</w:t>
        <w:br/>
        <w:t>vn -0.0001 0.9890 0.1478</w:t>
        <w:br/>
        <w:t>vn 0.0543 0.9916 0.1174</w:t>
        <w:br/>
        <w:t>vn -0.2758 0.9575 0.0841</w:t>
        <w:br/>
        <w:t>vn -0.3087 0.9476 0.0827</w:t>
        <w:br/>
        <w:t>vn -0.3000 0.9502 0.0843</w:t>
        <w:br/>
        <w:t>vn -0.2752 0.9612 0.0191</w:t>
        <w:br/>
        <w:t>vn 0.0201 0.9995 0.0249</w:t>
        <w:br/>
        <w:t>vn -0.2817 0.9567 -0.0737</w:t>
        <w:br/>
        <w:t>vn -0.3131 0.9488 -0.0413</w:t>
        <w:br/>
        <w:t>vn -0.0001 0.9995 0.0327</w:t>
        <w:br/>
        <w:t>vn -0.0078 0.9973 -0.0727</w:t>
        <w:br/>
        <w:t>vn -0.2329 0.9702 -0.0674</w:t>
        <w:br/>
        <w:t>vn -0.0000 1.0000 0.0013</w:t>
        <w:br/>
        <w:t>vn -0.0000 1.0000 -0.0037</w:t>
        <w:br/>
        <w:t>vn 0.0000 -0.9949 0.1004</w:t>
        <w:br/>
        <w:t>vn -0.3612 -0.9325 0.0063</w:t>
        <w:br/>
        <w:t>vn -0.3984 -0.9170 0.0185</w:t>
        <w:br/>
        <w:t>vn 0.0000 -0.9930 0.1177</w:t>
        <w:br/>
        <w:t>vn -0.5109 -0.8553 -0.0860</w:t>
        <w:br/>
        <w:t>vn -0.3026 -0.9526 -0.0317</w:t>
        <w:br/>
        <w:t>vn -0.4403 -0.8978 -0.0106</w:t>
        <w:br/>
        <w:t>vn 0.0000 -0.9996 0.0267</w:t>
        <w:br/>
        <w:t>vn 0.0000 -0.9992 0.0409</w:t>
        <w:br/>
        <w:t>vn -0.2687 -0.9631 0.0119</w:t>
        <w:br/>
        <w:t>vn -0.3863 -0.9222 -0.0168</w:t>
        <w:br/>
        <w:t>vn -0.3362 -0.9395 -0.0658</w:t>
        <w:br/>
        <w:t>vn -0.2400 -0.9699 -0.0415</w:t>
        <w:br/>
        <w:t>vn 0.0000 -0.9999 -0.0169</w:t>
        <w:br/>
        <w:t>vn -0.1982 -0.9704 -0.1378</w:t>
        <w:br/>
        <w:t>vn -0.2799 -0.9459 -0.1640</w:t>
        <w:br/>
        <w:t>vn 0.0000 -0.9938 -0.1112</w:t>
        <w:br/>
        <w:t>vn -0.1380 -0.9651 -0.2227</w:t>
        <w:br/>
        <w:t>vn -0.2130 -0.9399 -0.2669</w:t>
        <w:br/>
        <w:t>vn -0.0000 -0.9842 -0.1769</w:t>
        <w:br/>
        <w:t>vn -0.0971 -0.9391 -0.3297</w:t>
        <w:br/>
        <w:t>vn -0.1405 -0.9361 -0.3224</w:t>
        <w:br/>
        <w:t>vn -0.0672 -0.9607 -0.2692</w:t>
        <w:br/>
        <w:t>vn -0.0978 -0.9717 -0.2152</w:t>
        <w:br/>
        <w:t>vn -0.0228 -0.9769 -0.2124</w:t>
        <w:br/>
        <w:t>vn -0.5518 -0.8303 -0.0784</w:t>
        <w:br/>
        <w:t>vn -0.0000 -0.9483 -0.3173</w:t>
        <w:br/>
        <w:t>vn -0.0000 -0.9769 -0.2137</w:t>
        <w:br/>
        <w:t>vn 0.8453 0.4959 -0.1989</w:t>
        <w:br/>
        <w:t>vn 0.9568 0.2232 -0.1862</w:t>
        <w:br/>
        <w:t>vn 0.9392 0.2207 -0.2631</w:t>
        <w:br/>
        <w:t>vn 0.7384 0.6514 -0.1746</w:t>
        <w:br/>
        <w:t>vn 0.8537 0.5193 -0.0388</w:t>
        <w:br/>
        <w:t>vn 0.9766 0.2130 -0.0309</w:t>
        <w:br/>
        <w:t>vn 0.9754 0.2009 0.0905</w:t>
        <w:br/>
        <w:t>vn 0.9713 0.1704 0.1661</w:t>
        <w:br/>
        <w:t>vn 0.9588 0.1335 0.2509</w:t>
        <w:br/>
        <w:t>vn 0.9588 0.1334 0.2509</w:t>
        <w:br/>
        <w:t>vn 0.9477 0.1036 0.3019</w:t>
        <w:br/>
        <w:t>vn 0.6938 0.4736 0.5425</w:t>
        <w:br/>
        <w:t>vn 0.9152 0.0293 0.4019</w:t>
        <w:br/>
        <w:t>vn 0.6360 0.3347 0.6953</w:t>
        <w:br/>
        <w:t>vn 0.8006 -0.1342 0.5839</w:t>
        <w:br/>
        <w:t>vn 0.5046 0.2032 0.8391</w:t>
        <w:br/>
        <w:t>vn 0.5567 -0.3050 0.7727</w:t>
        <w:br/>
        <w:t>vn 0.2640 -0.3533 0.8975</w:t>
        <w:br/>
        <w:t>vn 0.1954 -0.3740 0.9066</w:t>
        <w:br/>
        <w:t>vn 0.0867 -0.3882 0.9175</w:t>
        <w:br/>
        <w:t>vn 0.0517 0.6626 0.7472</w:t>
        <w:br/>
        <w:t>vn 0.0454 0.7067 0.7061</w:t>
        <w:br/>
        <w:t>vn 0.0269 0.8051 0.5925</w:t>
        <w:br/>
        <w:t>vn 0.2595 0.7451 0.6145</w:t>
        <w:br/>
        <w:t>vn 0.2512 0.6722 0.6965</w:t>
        <w:br/>
        <w:t>vn -0.0178 0.8707 0.4915</w:t>
        <w:br/>
        <w:t>vn 0.0166 -0.9589 -0.2834</w:t>
        <w:br/>
        <w:t>vn 0.0204 -0.9471 -0.3202</w:t>
        <w:br/>
        <w:t>vn 0.2417 0.6474 0.7228</w:t>
        <w:br/>
        <w:t>vn -0.0780 0.9079 0.4120</w:t>
        <w:br/>
        <w:t>vn 0.2504 0.8134 0.5250</w:t>
        <w:br/>
        <w:t>vn -0.1090 0.9493 0.2947</w:t>
        <w:br/>
        <w:t>vn 0.2492 0.8633 0.4388</w:t>
        <w:br/>
        <w:t>vn 0.2935 0.8503 0.4369</w:t>
        <w:br/>
        <w:t>vn 0.2603 0.9169 0.3024</w:t>
        <w:br/>
        <w:t>vn -0.0957 0.9776 0.1873</w:t>
        <w:br/>
        <w:t>vn 0.3144 0.9014 0.2977</w:t>
        <w:br/>
        <w:t>vn 0.2703 0.9498 0.1573</w:t>
        <w:br/>
        <w:t>vn 0.3202 0.9359 0.1472</w:t>
        <w:br/>
        <w:t>vn -0.0544 0.9916 0.1173</w:t>
        <w:br/>
        <w:t>vn 0.2758 0.9575 0.0841</w:t>
        <w:br/>
        <w:t>vn 0.3087 0.9476 0.0827</w:t>
        <w:br/>
        <w:t>vn 0.3000 0.9502 0.0843</w:t>
        <w:br/>
        <w:t>vn 0.2752 0.9612 0.0191</w:t>
        <w:br/>
        <w:t>vn -0.0202 0.9995 0.0248</w:t>
        <w:br/>
        <w:t>vn 0.3131 0.9488 -0.0413</w:t>
        <w:br/>
        <w:t>vn 0.2817 0.9567 -0.0737</w:t>
        <w:br/>
        <w:t>vn 0.0078 0.9973 -0.0728</w:t>
        <w:br/>
        <w:t>vn 0.2329 0.9702 -0.0674</w:t>
        <w:br/>
        <w:t>vn 0.3983 -0.9171 0.0185</w:t>
        <w:br/>
        <w:t>vn 0.3611 -0.9325 0.0063</w:t>
        <w:br/>
        <w:t>vn 0.5109 -0.8553 -0.0860</w:t>
        <w:br/>
        <w:t>vn 0.4403 -0.8978 -0.0106</w:t>
        <w:br/>
        <w:t>vn 0.3026 -0.9526 -0.0317</w:t>
        <w:br/>
        <w:t>vn 0.2687 -0.9631 0.0120</w:t>
        <w:br/>
        <w:t>vn 0.3863 -0.9222 -0.0168</w:t>
        <w:br/>
        <w:t>vn 0.3362 -0.9395 -0.0659</w:t>
        <w:br/>
        <w:t>vn 0.2400 -0.9699 -0.0414</w:t>
        <w:br/>
        <w:t>vn 0.2799 -0.9459 -0.1640</w:t>
        <w:br/>
        <w:t>vn 0.1982 -0.9704 -0.1378</w:t>
        <w:br/>
        <w:t>vn 0.2130 -0.9399 -0.2670</w:t>
        <w:br/>
        <w:t>vn 0.1380 -0.9651 -0.2227</w:t>
        <w:br/>
        <w:t>vn 0.0971 -0.9391 -0.3296</w:t>
        <w:br/>
        <w:t>vn 0.0672 -0.9607 -0.2692</w:t>
        <w:br/>
        <w:t>vn 0.1405 -0.9361 -0.3224</w:t>
        <w:br/>
        <w:t>vn 0.0978 -0.9716 -0.2153</w:t>
        <w:br/>
        <w:t>vn 0.0227 -0.9769 -0.2124</w:t>
        <w:br/>
        <w:t>vn 0.5518 -0.8303 -0.0784</w:t>
        <w:br/>
        <w:t>vn -0.4557 -0.2633 0.8503</w:t>
        <w:br/>
        <w:t>vn -0.4557 -0.2634 0.8503</w:t>
        <w:br/>
        <w:t>vn -0.5340 -0.2113 0.8186</w:t>
        <w:br/>
        <w:t>vn -0.5895 -0.1727 0.7891</w:t>
        <w:br/>
        <w:t>vn -0.3856 -0.2819 0.8785</w:t>
        <w:br/>
        <w:t>vn -0.3550 -0.2694 0.8952</w:t>
        <w:br/>
        <w:t>vn -0.8305 -0.0883 0.5500</w:t>
        <w:br/>
        <w:t>vn -0.8188 -0.0895 0.5671</w:t>
        <w:br/>
        <w:t>vn -0.3657 -0.2664 0.8918</w:t>
        <w:br/>
        <w:t>vn -0.3878 -0.2646 0.8830</w:t>
        <w:br/>
        <w:t>vn -0.7618 -0.1002 0.6400</w:t>
        <w:br/>
        <w:t>vn -0.7618 -0.1002 0.6401</w:t>
        <w:br/>
        <w:t>vn -0.6660 -0.1327 0.7340</w:t>
        <w:br/>
        <w:t>vn -0.6660 -0.1327 0.7341</w:t>
        <w:br/>
        <w:t>vn 0.5018 -0.3213 0.8031</w:t>
        <w:br/>
        <w:t>vn 0.4538 -0.3079 0.8362</w:t>
        <w:br/>
        <w:t>vn 0.3554 -0.2703 0.8948</w:t>
        <w:br/>
        <w:t>vn 0.3857 -0.2825 0.8783</w:t>
        <w:br/>
        <w:t>vn 0.3857 -0.2824 0.8783</w:t>
        <w:br/>
        <w:t>vn 0.8305 -0.0883 0.5500</w:t>
        <w:br/>
        <w:t>vn 0.8188 -0.0895 0.5671</w:t>
        <w:br/>
        <w:t>vn 0.3671 -0.2670 0.8910</w:t>
        <w:br/>
        <w:t>vn 0.3902 -0.2647 0.8819</w:t>
        <w:br/>
        <w:t>vn 0.7618 -0.1002 0.6400</w:t>
        <w:br/>
        <w:t>vn 0.6836 -0.1376 0.7168</w:t>
        <w:br/>
        <w:t>vn 0.6529 -0.1655 0.7392</w:t>
        <w:br/>
        <w:t>vn -0.3899 0.2382 0.8895</w:t>
        <w:br/>
        <w:t>vn -0.3200 0.2488 0.9142</w:t>
        <w:br/>
        <w:t>vn -0.1300 0.6616 0.7385</w:t>
        <w:br/>
        <w:t>vn -0.2779 0.6507 0.7067</w:t>
        <w:br/>
        <w:t>vn -0.2439 0.2457 0.9382</w:t>
        <w:br/>
        <w:t>vn 0.0259 0.6441 0.7645</w:t>
        <w:br/>
        <w:t>vn 0.1839 0.5946 0.7827</w:t>
        <w:br/>
        <w:t>vn 0.3369 0.5116 0.7905</w:t>
        <w:br/>
        <w:t>vn 0.3368 0.5116 0.7905</w:t>
        <w:br/>
        <w:t>vn 0.4753 0.3951 0.7861</w:t>
        <w:br/>
        <w:t>vn 0.5892 0.2489 0.7687</w:t>
        <w:br/>
        <w:t>vn 0.5891 0.2489 0.7687</w:t>
        <w:br/>
        <w:t>vn 0.6696 0.0796 0.7385</w:t>
        <w:br/>
        <w:t>vn 0.6695 0.0796 0.7385</w:t>
        <w:br/>
        <w:t>vn 0.7093 -0.1031 0.6974</w:t>
        <w:br/>
        <w:t>vn 0.7092 -0.1031 0.6974</w:t>
        <w:br/>
        <w:t>vn 0.7049 -0.2882 0.6481</w:t>
        <w:br/>
        <w:t>vn 0.6568 -0.4646 0.5940</w:t>
        <w:br/>
        <w:t>vn 0.6567 -0.4646 0.5941</w:t>
        <w:br/>
        <w:t>vn 0.5681 -0.6220 0.5389</w:t>
        <w:br/>
        <w:t>vn 0.5681 -0.6219 0.5390</w:t>
        <w:br/>
        <w:t>vn 0.4450 -0.7519 0.4865</w:t>
        <w:br/>
        <w:t>vn 0.2959 -0.8487 0.4383</w:t>
        <w:br/>
        <w:t>vn 0.2959 -0.8488 0.4381</w:t>
        <w:br/>
        <w:t>vn 0.1297 -0.9087 0.3969</w:t>
        <w:br/>
        <w:t>vn 0.1298 -0.9087 0.3968</w:t>
        <w:br/>
        <w:t>vn -0.0439 -0.9304 0.3640</w:t>
        <w:br/>
        <w:t>vn -0.2156 -0.9153 0.3401</w:t>
        <w:br/>
        <w:t>vn -0.3772 -0.8672 0.3251</w:t>
        <w:br/>
        <w:t>vn -0.3771 -0.8673 0.3250</w:t>
        <w:br/>
        <w:t>vn -0.5186 -0.4785 0.7085</w:t>
        <w:br/>
        <w:t>vn -0.5221 -0.7911 0.3187</w:t>
        <w:br/>
        <w:t>vn -0.5729 -0.4220 0.7027</w:t>
        <w:br/>
        <w:t>vn -0.6459 -0.6928 0.3208</w:t>
        <w:br/>
        <w:t>vn -0.6148 -0.3604 0.7015</w:t>
        <w:br/>
        <w:t>vn -0.7461 -0.5785 0.3297</w:t>
        <w:br/>
        <w:t>vn -0.6449 -0.2965 0.7044</w:t>
        <w:br/>
        <w:t>vn -0.8217 -0.4540 0.3447</w:t>
        <w:br/>
        <w:t>vn -0.6640 -0.2323 0.7107</w:t>
        <w:br/>
        <w:t>vn -0.8729 -0.3238 0.3649</w:t>
        <w:br/>
        <w:t>vn -0.6730 -0.1691 0.7200</w:t>
        <w:br/>
        <w:t>vn -0.9008 -0.1919 0.3895</w:t>
        <w:br/>
        <w:t>vn -0.6731 -0.1076 0.7317</w:t>
        <w:br/>
        <w:t>vn -0.9066 -0.0613 0.4174</w:t>
        <w:br/>
        <w:t>vn -0.6648 -0.0486 0.7454</w:t>
        <w:br/>
        <w:t>vn -0.8915 0.0654 0.4482</w:t>
        <w:br/>
        <w:t>vn -0.6486 0.0071 0.7611</w:t>
        <w:br/>
        <w:t>vn -0.8565 0.1853 0.4816</w:t>
        <w:br/>
        <w:t>vn -0.6248 0.0589 0.7785</w:t>
        <w:br/>
        <w:t>vn -0.8028 0.2965 0.5173</w:t>
        <w:br/>
        <w:t>vn -0.5934 0.1065 0.7978</w:t>
        <w:br/>
        <w:t>vn -0.7310 0.3972 0.5548</w:t>
        <w:br/>
        <w:t>vn -0.5544 0.1494 0.8188</w:t>
        <w:br/>
        <w:t>vn -0.6419 0.4856 0.5935</w:t>
        <w:br/>
        <w:t>vn -0.5075 0.1865 0.8412</w:t>
        <w:br/>
        <w:t>vn -0.5360 0.5592 0.6325</w:t>
        <w:br/>
        <w:t>vn -0.4940 -0.1621 0.8542</w:t>
        <w:br/>
        <w:t>vn -0.4863 -0.1787 0.8553</w:t>
        <w:br/>
        <w:t>vn -0.4197 -0.1322 0.8980</w:t>
        <w:br/>
        <w:t>vn -0.4526 0.2167 0.8650</w:t>
        <w:br/>
        <w:t>vn -0.4140 0.6153 0.6708</w:t>
        <w:br/>
        <w:t>vn -0.4338 -0.0395 0.9001</w:t>
        <w:br/>
        <w:t>vn -0.4492 -0.0437 0.8923</w:t>
        <w:br/>
        <w:t>vn -0.3358 -0.1372 0.9319</w:t>
        <w:br/>
        <w:t>vn -0.3374 -0.1190 0.9338</w:t>
        <w:br/>
        <w:t>vn -0.4492 -0.2153 0.8671</w:t>
        <w:br/>
        <w:t>vn -0.4338 -0.2216 0.8733</w:t>
        <w:br/>
        <w:t>vn -0.4863 -0.0753 0.8705</w:t>
        <w:br/>
        <w:t>vn -0.4941 -0.0909 0.8647</w:t>
        <w:br/>
        <w:t>vn -0.3597 -0.0701 0.9304</w:t>
        <w:br/>
        <w:t>vn -0.3721 -0.0577 0.9264</w:t>
        <w:br/>
        <w:t>vn -0.3722 -0.2117 0.9037</w:t>
        <w:br/>
        <w:t>vn -0.3598 -0.2010 0.9111</w:t>
        <w:br/>
        <w:t>vn -0.4988 -0.1443 0.8546</w:t>
        <w:br/>
        <w:t>vn -0.4177 -0.0389 0.9077</w:t>
        <w:br/>
        <w:t>vn -0.3373 -0.1551 0.9285</w:t>
        <w:br/>
        <w:t>vn -0.4635 -0.2058 0.8619</w:t>
        <w:br/>
        <w:t>vn -0.4760 -0.0620 0.8772</w:t>
        <w:br/>
        <w:t>vn -0.3496 -0.0848 0.9330</w:t>
        <w:br/>
        <w:t>vn -0.3864 -0.2194 0.8959</w:t>
        <w:br/>
        <w:t>vn -0.5005 -0.1261 0.8565</w:t>
        <w:br/>
        <w:t>vn -0.4017 -0.0418 0.9148</w:t>
        <w:br/>
        <w:t>vn -0.3419 -0.1720 0.9239</w:t>
        <w:br/>
        <w:t>vn -0.4760 -0.1935 0.8579</w:t>
        <w:br/>
        <w:t>vn -0.4635 -0.0513 0.8846</w:t>
        <w:br/>
        <w:t>vn -0.3422 -0.1014 0.9341</w:t>
        <w:br/>
        <w:t>vn -0.4017 -0.2236 0.8880</w:t>
        <w:br/>
        <w:t>vn -0.4988 -0.1080 0.8599</w:t>
        <w:br/>
        <w:t>vn -0.3863 -0.0481 0.9211</w:t>
        <w:br/>
        <w:t>vn -0.3496 -0.1876 0.9179</w:t>
        <w:br/>
        <w:t>vn -0.4177 -0.2244 0.8804</w:t>
        <w:br/>
        <w:t>vn -0.4940 -0.0909 0.8647</w:t>
        <w:br/>
        <w:t>vn -0.4988 -0.1081 0.8600</w:t>
        <w:br/>
        <w:t>vn -0.4636 -0.0513 0.8846</w:t>
        <w:br/>
        <w:t>vn -0.4864 -0.1787 0.8553</w:t>
        <w:br/>
        <w:t>vn -0.5003 -0.1261 0.8566</w:t>
        <w:br/>
        <w:t>vn -0.4761 -0.0620 0.8772</w:t>
        <w:br/>
        <w:t>vn -0.4636 -0.2058 0.8618</w:t>
        <w:br/>
        <w:t>vn -0.4177 -0.0388 0.9078</w:t>
        <w:br/>
        <w:t>vn -0.4987 -0.1443 0.8547</w:t>
        <w:br/>
        <w:t>vn -0.4864 -0.0754 0.8705</w:t>
        <w:br/>
        <w:t>vn -0.4337 -0.0395 0.9002</w:t>
        <w:br/>
        <w:t>vn 0.1300 0.6615 0.7386</w:t>
        <w:br/>
        <w:t>vn 0.3200 0.2487 0.9142</w:t>
        <w:br/>
        <w:t>vn 0.3899 0.2382 0.8895</w:t>
        <w:br/>
        <w:t>vn 0.2779 0.6506 0.7067</w:t>
        <w:br/>
        <w:t>vn -0.0259 0.6440 0.7645</w:t>
        <w:br/>
        <w:t>vn 0.2439 0.2457 0.9382</w:t>
        <w:br/>
        <w:t>vn -0.1839 0.5946 0.7827</w:t>
        <w:br/>
        <w:t>vn -0.3369 0.5115 0.7905</w:t>
        <w:br/>
        <w:t>vn -0.3369 0.5116 0.7905</w:t>
        <w:br/>
        <w:t>vn -0.4754 0.3951 0.7861</w:t>
        <w:br/>
        <w:t>vn -0.4753 0.3952 0.7861</w:t>
        <w:br/>
        <w:t>vn -0.5891 0.2489 0.7687</w:t>
        <w:br/>
        <w:t>vn -0.5891 0.2489 0.7688</w:t>
        <w:br/>
        <w:t>vn -0.6695 0.0796 0.7385</w:t>
        <w:br/>
        <w:t>vn -0.7092 -0.1031 0.6974</w:t>
        <w:br/>
        <w:t>vn -0.7093 -0.1031 0.6973</w:t>
        <w:br/>
        <w:t>vn -0.7049 -0.2882 0.6481</w:t>
        <w:br/>
        <w:t>vn -0.6567 -0.4645 0.5941</w:t>
        <w:br/>
        <w:t>vn -0.6568 -0.4645 0.5940</w:t>
        <w:br/>
        <w:t>vn -0.5681 -0.6219 0.5390</w:t>
        <w:br/>
        <w:t>vn -0.5681 -0.6219 0.5389</w:t>
        <w:br/>
        <w:t>vn -0.4451 -0.7519 0.4863</w:t>
        <w:br/>
        <w:t>vn -0.2959 -0.8488 0.4381</w:t>
        <w:br/>
        <w:t>vn -0.2959 -0.8488 0.4382</w:t>
        <w:br/>
        <w:t>vn -0.1297 -0.9087 0.3968</w:t>
        <w:br/>
        <w:t>vn -0.1297 -0.9087 0.3967</w:t>
        <w:br/>
        <w:t>vn 0.0439 -0.9303 0.3641</w:t>
        <w:br/>
        <w:t>vn 0.2156 -0.9153 0.3401</w:t>
        <w:br/>
        <w:t>vn 0.3771 -0.8672 0.3251</w:t>
        <w:br/>
        <w:t>vn 0.3772 -0.8672 0.3251</w:t>
        <w:br/>
        <w:t>vn 0.5221 -0.7911 0.3187</w:t>
        <w:br/>
        <w:t>vn 0.5186 -0.4785 0.7086</w:t>
        <w:br/>
        <w:t>vn 0.6459 -0.6928 0.3207</w:t>
        <w:br/>
        <w:t>vn 0.5729 -0.4220 0.7026</w:t>
        <w:br/>
        <w:t>vn 0.7461 -0.5786 0.3296</w:t>
        <w:br/>
        <w:t>vn 0.6148 -0.3605 0.7014</w:t>
        <w:br/>
        <w:t>vn 0.8216 -0.4540 0.3447</w:t>
        <w:br/>
        <w:t>vn 0.6449 -0.2966 0.7044</w:t>
        <w:br/>
        <w:t>vn 0.8729 -0.3238 0.3649</w:t>
        <w:br/>
        <w:t>vn 0.6640 -0.2323 0.7107</w:t>
        <w:br/>
        <w:t>vn 0.9008 -0.1919 0.3895</w:t>
        <w:br/>
        <w:t>vn 0.6730 -0.1691 0.7200</w:t>
        <w:br/>
        <w:t>vn 0.9066 -0.0613 0.4175</w:t>
        <w:br/>
        <w:t>vn 0.6731 -0.1076 0.7317</w:t>
        <w:br/>
        <w:t>vn 0.8915 0.0654 0.4482</w:t>
        <w:br/>
        <w:t>vn 0.6648 -0.0486 0.7454</w:t>
        <w:br/>
        <w:t>vn 0.8566 0.1853 0.4816</w:t>
        <w:br/>
        <w:t>vn 0.6486 0.0071 0.7611</w:t>
        <w:br/>
        <w:t>vn 0.8028 0.2965 0.5173</w:t>
        <w:br/>
        <w:t>vn 0.6248 0.0589 0.7786</w:t>
        <w:br/>
        <w:t>vn 0.7310 0.3972 0.5549</w:t>
        <w:br/>
        <w:t>vn 0.5934 0.1065 0.7978</w:t>
        <w:br/>
        <w:t>vn 0.6418 0.4856 0.5935</w:t>
        <w:br/>
        <w:t>vn 0.5544 0.1494 0.8188</w:t>
        <w:br/>
        <w:t>vn 0.5359 0.5592 0.6325</w:t>
        <w:br/>
        <w:t>vn 0.5075 0.1865 0.8412</w:t>
        <w:br/>
        <w:t>vn 0.4940 -0.1621 0.8542</w:t>
        <w:br/>
        <w:t>vn 0.4197 -0.1322 0.8980</w:t>
        <w:br/>
        <w:t>vn 0.4864 -0.1787 0.8553</w:t>
        <w:br/>
        <w:t>vn 0.4140 0.6153 0.6708</w:t>
        <w:br/>
        <w:t>vn 0.4526 0.2167 0.8650</w:t>
        <w:br/>
        <w:t>vn 0.4338 -0.0395 0.9002</w:t>
        <w:br/>
        <w:t>vn 0.4493 -0.0437 0.8923</w:t>
        <w:br/>
        <w:t>vn 0.3358 -0.1372 0.9319</w:t>
        <w:br/>
        <w:t>vn 0.3374 -0.1190 0.9338</w:t>
        <w:br/>
        <w:t>vn 0.4492 -0.2153 0.8671</w:t>
        <w:br/>
        <w:t>vn 0.4338 -0.2216 0.8734</w:t>
        <w:br/>
        <w:t>vn 0.4863 -0.0753 0.8705</w:t>
        <w:br/>
        <w:t>vn 0.4940 -0.0909 0.8647</w:t>
        <w:br/>
        <w:t>vn 0.3597 -0.0701 0.9304</w:t>
        <w:br/>
        <w:t>vn 0.3721 -0.0577 0.9264</w:t>
        <w:br/>
        <w:t>vn 0.3722 -0.2116 0.9037</w:t>
        <w:br/>
        <w:t>vn 0.3599 -0.2010 0.9111</w:t>
        <w:br/>
        <w:t>vn 0.4988 -0.1443 0.8546</w:t>
        <w:br/>
        <w:t>vn 0.4177 -0.0389 0.9077</w:t>
        <w:br/>
        <w:t>vn 0.3373 -0.1550 0.9285</w:t>
        <w:br/>
        <w:t>vn 0.4635 -0.2058 0.8619</w:t>
        <w:br/>
        <w:t>vn 0.4760 -0.0620 0.8772</w:t>
        <w:br/>
        <w:t>vn 0.3496 -0.0848 0.9330</w:t>
        <w:br/>
        <w:t>vn 0.3864 -0.2194 0.8959</w:t>
        <w:br/>
        <w:t>vn 0.5005 -0.1261 0.8565</w:t>
        <w:br/>
        <w:t>vn 0.4017 -0.0418 0.9148</w:t>
        <w:br/>
        <w:t>vn 0.3419 -0.1720 0.9239</w:t>
        <w:br/>
        <w:t>vn 0.4760 -0.1935 0.8579</w:t>
        <w:br/>
        <w:t>vn 0.4635 -0.0513 0.8846</w:t>
        <w:br/>
        <w:t>vn 0.3422 -0.1014 0.9342</w:t>
        <w:br/>
        <w:t>vn 0.4017 -0.2236 0.8880</w:t>
        <w:br/>
        <w:t>vn 0.4989 -0.1081 0.8599</w:t>
        <w:br/>
        <w:t>vn 0.3863 -0.0481 0.9211</w:t>
        <w:br/>
        <w:t>vn 0.3496 -0.1876 0.9179</w:t>
        <w:br/>
        <w:t>vn 0.4177 -0.2244 0.8804</w:t>
        <w:br/>
        <w:t>vn 0.4987 -0.1080 0.8600</w:t>
        <w:br/>
        <w:t>vn 0.4492 -0.0437 0.8923</w:t>
        <w:br/>
        <w:t>vn 0.4636 -0.0513 0.8846</w:t>
        <w:br/>
        <w:t>vn 0.5003 -0.1261 0.8566</w:t>
        <w:br/>
        <w:t>vn 0.4761 -0.0620 0.8772</w:t>
        <w:br/>
        <w:t>vn 0.4177 -0.0389 0.9078</w:t>
        <w:br/>
        <w:t>vn 0.4988 -0.1444 0.8546</w:t>
        <w:br/>
        <w:t>vn 0.4864 -0.0754 0.8705</w:t>
        <w:br/>
        <w:t>vn 0.4337 -0.0395 0.9002</w:t>
        <w:br/>
        <w:t>vn 0.4941 -0.1621 0.8542</w:t>
        <w:br/>
        <w:t>vn 0.0591 -0.1178 -0.9913</w:t>
        <w:br/>
        <w:t>vn 0.0006 -0.4885 -0.8726</w:t>
        <w:br/>
        <w:t>vn 0.1320 -0.2017 -0.9705</w:t>
        <w:br/>
        <w:t>vn -0.0128 0.0074 -0.9999</w:t>
        <w:br/>
        <w:t>vn -0.2943 -0.9470 0.1290</w:t>
        <w:br/>
        <w:t>vn -0.4572 -0.7099 0.5357</w:t>
        <w:br/>
        <w:t>vn -0.5704 -0.6269 0.5307</w:t>
        <w:br/>
        <w:t>vn -0.5062 -0.8466 0.1643</w:t>
        <w:br/>
        <w:t>vn 0.4647 -0.4832 -0.7420</w:t>
        <w:br/>
        <w:t>vn 0.3066 -0.6459 -0.6991</w:t>
        <w:br/>
        <w:t>vn 0.2496 -0.3691 -0.8952</w:t>
        <w:br/>
        <w:t>vn 0.7046 -0.4491 -0.5494</w:t>
        <w:br/>
        <w:t>vn 0.9680 0.1224 -0.2191</w:t>
        <w:br/>
        <w:t>vn 0.8991 -0.0476 -0.4352</w:t>
        <w:br/>
        <w:t>vn 0.9189 0.3816 -0.0995</w:t>
        <w:br/>
        <w:t>vn 0.8690 0.4819 -0.1126</w:t>
        <w:br/>
        <w:t>vn 0.8852 0.3352 -0.3227</w:t>
        <w:br/>
        <w:t>vn 0.7299 0.2357 -0.6416</w:t>
        <w:br/>
        <w:t>vn -0.5001 -0.1584 0.8514</w:t>
        <w:br/>
        <w:t>vn -0.6254 -0.5811 0.5208</w:t>
        <w:br/>
        <w:t>vn -0.6660 -0.7223 0.1866</w:t>
        <w:br/>
        <w:t>vn -0.0148 -0.9947 0.1017</w:t>
        <w:br/>
        <w:t>vn 0.1640 -0.9795 0.1166</w:t>
        <w:br/>
        <w:t>vn 0.1981 0.9611 0.1926</w:t>
        <w:br/>
        <w:t>vn 0.6334 0.7433 0.2151</w:t>
        <w:br/>
        <w:t>vn 0.7076 0.6763 -0.2047</w:t>
        <w:br/>
        <w:t>vn 0.2856 0.9210 -0.2650</w:t>
        <w:br/>
        <w:t>vn 0.8698 0.4342 0.2342</w:t>
        <w:br/>
        <w:t>vn 0.8812 0.4099 0.2355</w:t>
        <w:br/>
        <w:t>vn -0.9424 -0.2724 0.1940</w:t>
        <w:br/>
        <w:t>vn -0.7724 -0.2981 0.5608</w:t>
        <w:br/>
        <w:t>vn -0.1773 0.1409 -0.9740</w:t>
        <w:br/>
        <w:t>vn -0.0907 0.1851 -0.9785</w:t>
        <w:br/>
        <w:t>vn -0.0832 0.4348 -0.8967</w:t>
        <w:br/>
        <w:t>vn 0.1578 0.8499 -0.5028</w:t>
        <w:br/>
        <w:t>vn 0.1899 0.8059 -0.5607</w:t>
        <w:br/>
        <w:t>vn 0.0232 0.9560 -0.2924</w:t>
        <w:br/>
        <w:t>vn 0.0142 0.9805 -0.1958</w:t>
        <w:br/>
        <w:t>vn 0.5203 0.7251 -0.4511</w:t>
        <w:br/>
        <w:t>vn 0.1649 0.8813 -0.4428</w:t>
        <w:br/>
        <w:t>vn 0.8115 0.5388 0.2261</w:t>
        <w:br/>
        <w:t>vn -0.1709 0.9724 0.1591</w:t>
        <w:br/>
        <w:t>vn -0.0532 0.9278 -0.3693</w:t>
        <w:br/>
        <w:t>vn -0.2004 0.9699 0.1381</w:t>
        <w:br/>
        <w:t>vn -0.3352 0.9331 0.1302</w:t>
        <w:br/>
        <w:t>vn -0.8100 0.5635 0.1624</w:t>
        <w:br/>
        <w:t>vn -0.7510 0.2713 0.6020</w:t>
        <w:br/>
        <w:t>vn 0.1871 -0.9727 0.1371</w:t>
        <w:br/>
        <w:t>vn -0.4702 -0.0225 0.8823</w:t>
        <w:br/>
        <w:t>vn -0.5182 -0.2651 0.8131</w:t>
        <w:br/>
        <w:t>vn -0.4713 0.0202 0.8818</w:t>
        <w:br/>
        <w:t>vn -0.5072 -0.0349 0.8611</w:t>
        <w:br/>
        <w:t>vn -0.4694 -0.0110 0.8829</w:t>
        <w:br/>
        <w:t>vn -0.5193 -0.0275 0.8541</w:t>
        <w:br/>
        <w:t>vn -0.4737 -0.3132 0.8231</w:t>
        <w:br/>
        <w:t>vn -0.5039 -0.3967 0.7673</w:t>
        <w:br/>
        <w:t>vn -0.4618 0.0126 0.8869</w:t>
        <w:br/>
        <w:t>vn -0.4528 -0.0195 0.8914</w:t>
        <w:br/>
        <w:t>vn 0.7811 0.5060 -0.3658</w:t>
        <w:br/>
        <w:t>vn 0.1052 0.7347 -0.6702</w:t>
        <w:br/>
        <w:t>vn -0.0178 0.5356 -0.8443</w:t>
        <w:br/>
        <w:t>vn 0.6558 0.6180 -0.4335</w:t>
        <w:br/>
        <w:t>vn -0.0591 -0.1177 -0.9913</w:t>
        <w:br/>
        <w:t>vn 0.0128 0.0074 -0.9999</w:t>
        <w:br/>
        <w:t>vn -0.1320 -0.2017 -0.9705</w:t>
        <w:br/>
        <w:t>vn -0.0006 -0.4885 -0.8726</w:t>
        <w:br/>
        <w:t>vn 0.2943 -0.9470 0.1290</w:t>
        <w:br/>
        <w:t>vn 0.5062 -0.8466 0.1643</w:t>
        <w:br/>
        <w:t>vn 0.5703 -0.6269 0.5307</w:t>
        <w:br/>
        <w:t>vn 0.4572 -0.7099 0.5357</w:t>
        <w:br/>
        <w:t>vn -0.4647 -0.4832 -0.7420</w:t>
        <w:br/>
        <w:t>vn -0.3066 -0.6459 -0.6991</w:t>
        <w:br/>
        <w:t>vn -0.2496 -0.3691 -0.8952</w:t>
        <w:br/>
        <w:t>vn -0.7046 -0.4491 -0.5494</w:t>
        <w:br/>
        <w:t>vn -0.9680 0.1225 -0.2191</w:t>
        <w:br/>
        <w:t>vn -0.9189 0.3817 -0.0994</w:t>
        <w:br/>
        <w:t>vn -0.8991 -0.0475 -0.4351</w:t>
        <w:br/>
        <w:t>vn -0.8690 0.4818 -0.1126</w:t>
        <w:br/>
        <w:t>vn -0.7301 0.2358 -0.6414</w:t>
        <w:br/>
        <w:t>vn -0.8852 0.3353 -0.3224</w:t>
        <w:br/>
        <w:t>vn 0.5001 -0.1584 0.8514</w:t>
        <w:br/>
        <w:t>vn 0.6659 -0.7223 0.1866</w:t>
        <w:br/>
        <w:t>vn 0.6254 -0.5811 0.5208</w:t>
        <w:br/>
        <w:t>vn 0.0148 -0.9947 0.1017</w:t>
        <w:br/>
        <w:t>vn -0.1640 -0.9795 0.1166</w:t>
        <w:br/>
        <w:t>vn -0.1640 -0.9796 0.1166</w:t>
        <w:br/>
        <w:t>vn 0.0148 -0.9947 0.1016</w:t>
        <w:br/>
        <w:t>vn -0.1980 0.9611 0.1927</w:t>
        <w:br/>
        <w:t>vn -0.2855 0.9210 -0.2650</w:t>
        <w:br/>
        <w:t>vn -0.7076 0.6764 -0.2046</w:t>
        <w:br/>
        <w:t>vn -0.6335 0.7432 0.2151</w:t>
        <w:br/>
        <w:t>vn -0.8698 0.4343 0.2341</w:t>
        <w:br/>
        <w:t>vn -0.8812 0.4100 0.2354</w:t>
        <w:br/>
        <w:t>vn 0.9424 -0.2724 0.1940</w:t>
        <w:br/>
        <w:t>vn 0.7724 -0.2981 0.5608</w:t>
        <w:br/>
        <w:t>vn 0.0908 0.1850 -0.9785</w:t>
        <w:br/>
        <w:t>vn 0.1773 0.1409 -0.9740</w:t>
        <w:br/>
        <w:t>vn 0.0835 0.4348 -0.8967</w:t>
        <w:br/>
        <w:t>vn -0.1578 0.8499 -0.5028</w:t>
        <w:br/>
        <w:t>vn -0.0232 0.9560 -0.2924</w:t>
        <w:br/>
        <w:t>vn -0.1900 0.8061 -0.5605</w:t>
        <w:br/>
        <w:t>vn -0.0142 0.9805 -0.1958</w:t>
        <w:br/>
        <w:t>vn -0.5199 0.7255 -0.4509</w:t>
        <w:br/>
        <w:t>vn -0.1648 0.8814 -0.4427</w:t>
        <w:br/>
        <w:t>vn -0.8117 0.5387 0.2259</w:t>
        <w:br/>
        <w:t>vn 0.1708 0.9724 0.1591</w:t>
        <w:br/>
        <w:t>vn 0.0532 0.9278 -0.3691</w:t>
        <w:br/>
        <w:t>vn 0.2003 0.9700 0.1380</w:t>
        <w:br/>
        <w:t>vn 0.3352 0.9331 0.1301</w:t>
        <w:br/>
        <w:t>vn 0.7510 0.2712 0.6020</w:t>
        <w:br/>
        <w:t>vn 0.8100 0.5635 0.1624</w:t>
        <w:br/>
        <w:t>vn -0.1871 -0.9727 0.1371</w:t>
        <w:br/>
        <w:t>vn 0.4702 -0.0225 0.8823</w:t>
        <w:br/>
        <w:t>vn 0.5182 -0.2651 0.8131</w:t>
        <w:br/>
        <w:t>vn 0.4713 0.0203 0.8817</w:t>
        <w:br/>
        <w:t>vn 0.5072 -0.0349 0.8611</w:t>
        <w:br/>
        <w:t>vn 0.4694 -0.0110 0.8829</w:t>
        <w:br/>
        <w:t>vn 0.5193 -0.0275 0.8541</w:t>
        <w:br/>
        <w:t>vn 0.4737 -0.3132 0.8231</w:t>
        <w:br/>
        <w:t>vn 0.5039 -0.3967 0.7673</w:t>
        <w:br/>
        <w:t>vn 0.4618 0.0126 0.8869</w:t>
        <w:br/>
        <w:t>vn 0.4528 -0.0196 0.8914</w:t>
        <w:br/>
        <w:t>vn -0.7813 0.5059 -0.3656</w:t>
        <w:br/>
        <w:t>vn 0.0183 0.5357 -0.8442</w:t>
        <w:br/>
        <w:t>vn -0.1051 0.7351 -0.6697</w:t>
        <w:br/>
        <w:t>vn -0.6555 0.6186 -0.4331</w:t>
        <w:br/>
        <w:t>vn -0.6887 -0.5856 -0.4276</w:t>
        <w:br/>
        <w:t>vn -0.7472 -0.4723 -0.4676</w:t>
        <w:br/>
        <w:t>vn -0.5261 -0.4278 -0.7350</w:t>
        <w:br/>
        <w:t>vn -0.5094 -0.5370 -0.6724</w:t>
        <w:br/>
        <w:t>vn -0.6457 -0.7541 -0.1198</w:t>
        <w:br/>
        <w:t>vn -0.5410 -0.7857 -0.3000</w:t>
        <w:br/>
        <w:t>vn -0.4812 -0.8299 -0.2824</w:t>
        <w:br/>
        <w:t>vn -0.5902 -0.7925 -0.1533</w:t>
        <w:br/>
        <w:t>vn -0.8465 -0.4868 0.2156</w:t>
        <w:br/>
        <w:t>vn -0.8422 -0.5295 0.1015</w:t>
        <w:br/>
        <w:t>vn -0.7930 -0.6028 0.0883</w:t>
        <w:br/>
        <w:t>vn -0.7984 -0.5658 0.2059</w:t>
        <w:br/>
        <w:t>vn -0.6230 -0.6931 -0.3625</w:t>
        <w:br/>
        <w:t>vn -0.4987 -0.6636 -0.5576</w:t>
        <w:br/>
        <w:t>vn -0.4532 -0.7760 -0.4386</w:t>
        <w:br/>
        <w:t>vn -0.3989 -0.8318 -0.3858</w:t>
        <w:br/>
        <w:t>vn -0.3474 -0.8937 -0.2838</w:t>
        <w:br/>
        <w:t>vn -0.1912 -0.9162 -0.3522</w:t>
        <w:br/>
        <w:t>vn -0.1797 -0.9287 -0.3244</w:t>
        <w:br/>
        <w:t>vn -0.3238 -0.8860 -0.3319</w:t>
        <w:br/>
        <w:t>vn -0.4768 -0.8460 -0.2386</w:t>
        <w:br/>
        <w:t>vn -0.5591 -0.8054 -0.1968</w:t>
        <w:br/>
        <w:t>vn -0.4322 -0.8489 -0.3043</w:t>
        <w:br/>
        <w:t>vn -0.2365 -0.8914 -0.3865</w:t>
        <w:br/>
        <w:t>vn -0.3425 -0.8588 -0.3809</w:t>
        <w:br/>
        <w:t>vn -0.1358 -0.9114 -0.3885</w:t>
        <w:br/>
        <w:t>vn 0.0000 -0.9334 -0.3589</w:t>
        <w:br/>
        <w:t>vn -0.0887 -0.9286 -0.3602</w:t>
        <w:br/>
        <w:t>vn -0.0000 -0.9249 -0.3803</w:t>
        <w:br/>
        <w:t>vn -0.0913 -0.9394 -0.3304</w:t>
        <w:br/>
        <w:t>vn 0.0000 -0.9595 -0.2816</w:t>
        <w:br/>
        <w:t>vn -0.4970 -0.2397 0.8340</w:t>
        <w:br/>
        <w:t>vn -0.4647 -0.1113 0.8785</w:t>
        <w:br/>
        <w:t>vn -0.4911 -0.1757 0.8532</w:t>
        <w:br/>
        <w:t>vn -0.4822 -0.2775 0.8309</w:t>
        <w:br/>
        <w:t>vn -0.5744 -0.6897 0.4409</w:t>
        <w:br/>
        <w:t>vn -0.5441 -0.7166 0.4363</w:t>
        <w:br/>
        <w:t>vn 0.0000 -0.8722 0.4892</w:t>
        <w:br/>
        <w:t>vn -0.5520 -0.6551 0.5158</w:t>
        <w:br/>
        <w:t>vn -0.4227 0.0550 0.9046</w:t>
        <w:br/>
        <w:t>vn -0.4481 -0.0145 0.8939</w:t>
        <w:br/>
        <w:t>vn -0.3745 0.0346 0.9266</w:t>
        <w:br/>
        <w:t>vn -0.3578 0.0945 0.9290</w:t>
        <w:br/>
        <w:t>vn -0.4209 0.1376 0.8966</w:t>
        <w:br/>
        <w:t>vn -0.3847 0.3021 0.8722</w:t>
        <w:br/>
        <w:t>vn -0.4849 0.2196 0.8466</w:t>
        <w:br/>
        <w:t>vn -0.5061 0.0564 0.8606</w:t>
        <w:br/>
        <w:t>vn -0.8772 -0.1367 0.4603</w:t>
        <w:br/>
        <w:t>vn -0.7034 -0.0954 0.7043</w:t>
        <w:br/>
        <w:t>vn -0.6977 -0.0496 0.7146</w:t>
        <w:br/>
        <w:t>vn -0.8435 -0.0978 0.5282</w:t>
        <w:br/>
        <w:t>vn -0.3741 0.2320 0.8979</w:t>
        <w:br/>
        <w:t>vn -0.4142 0.2078 0.8862</w:t>
        <w:br/>
        <w:t>vn -0.4731 0.2788 0.8357</w:t>
        <w:br/>
        <w:t>vn -0.3450 0.3911 0.8532</w:t>
        <w:br/>
        <w:t>vn -0.6922 0.3194 0.6472</w:t>
        <w:br/>
        <w:t>vn -0.6235 0.3537 0.6972</w:t>
        <w:br/>
        <w:t>vn -0.5875 0.3121 0.7466</w:t>
        <w:br/>
        <w:t>vn -0.6455 0.2684 0.7150</w:t>
        <w:br/>
        <w:t>vn -0.4711 -0.4325 0.7688</w:t>
        <w:br/>
        <w:t>vn -0.4335 -0.4331 0.7902</w:t>
        <w:br/>
        <w:t>vn -0.5753 -0.4606 0.6760</w:t>
        <w:br/>
        <w:t>vn -0.5715 0.1786 0.8009</w:t>
        <w:br/>
        <w:t>vn -0.0000 0.2461 0.9693</w:t>
        <w:br/>
        <w:t>vn -0.0000 -0.0326 0.9995</w:t>
        <w:br/>
        <w:t>vn -0.5249 -0.0544 0.8494</w:t>
        <w:br/>
        <w:t>vn -0.0000 -0.3345 0.9424</w:t>
        <w:br/>
        <w:t>vn -0.4589 -0.3328 0.8238</w:t>
        <w:br/>
        <w:t>vn -0.5683 0.1260 0.8131</w:t>
        <w:br/>
        <w:t>vn -0.5042 -0.2369 0.8304</w:t>
        <w:br/>
        <w:t>vn -0.5210 -0.2072 0.8280</w:t>
        <w:br/>
        <w:t>vn -0.6032 0.1699 0.7793</w:t>
        <w:br/>
        <w:t>vn -0.7094 -0.3355 0.6198</w:t>
        <w:br/>
        <w:t>vn -0.6650 -0.3276 0.6712</w:t>
        <w:br/>
        <w:t>vn -0.6754 0.1455 0.7229</w:t>
        <w:br/>
        <w:t>vn -0.7389 0.1276 0.6616</w:t>
        <w:br/>
        <w:t>vn 0.0000 0.2362 0.9717</w:t>
        <w:br/>
        <w:t>vn -0.2960 0.2443 0.9234</w:t>
        <w:br/>
        <w:t>vn -0.2670 0.1733 0.9480</w:t>
        <w:br/>
        <w:t>vn 0.0000 0.1671 0.9859</w:t>
        <w:br/>
        <w:t>vn -0.6557 0.1122 0.7466</w:t>
        <w:br/>
        <w:t>vn -0.5835 -0.1059 0.8052</w:t>
        <w:br/>
        <w:t>vn -0.6544 -0.1348 0.7440</w:t>
        <w:br/>
        <w:t>vn -0.7252 0.0461 0.6870</w:t>
        <w:br/>
        <w:t>vn -0.2045 -0.9355 0.2880</w:t>
        <w:br/>
        <w:t>vn -0.0769 -0.9835 0.1636</w:t>
        <w:br/>
        <w:t>vn 0.0868 -0.9888 -0.1215</w:t>
        <w:br/>
        <w:t>vn -0.2258 -0.9236 0.3098</w:t>
        <w:br/>
        <w:t>vn -0.1616 -0.9298 0.3306</w:t>
        <w:br/>
        <w:t>vn 0.1389 -0.9619 -0.2354</w:t>
        <w:br/>
        <w:t>vn 0.0593 -0.9791 -0.1946</w:t>
        <w:br/>
        <w:t>vn -0.1187 -0.9371 0.3282</w:t>
        <w:br/>
        <w:t>vn 0.0657 0.9759 -0.2082</w:t>
        <w:br/>
        <w:t>vn 0.0595 0.9804 -0.1876</w:t>
        <w:br/>
        <w:t>vn -0.4832 0.7379 0.4712</w:t>
        <w:br/>
        <w:t>vn -0.0987 0.9912 0.0881</w:t>
        <w:br/>
        <w:t>vn -0.1443 -0.9436 0.2980</w:t>
        <w:br/>
        <w:t>vn -0.1047 -0.7479 0.6555</w:t>
        <w:br/>
        <w:t>vn 0.0384 -0.7292 0.6832</w:t>
        <w:br/>
        <w:t>vn 0.2512 -0.9515 -0.1779</w:t>
        <w:br/>
        <w:t>vn 0.0752 0.9777 -0.1960</w:t>
        <w:br/>
        <w:t>vn -0.0448 0.9940 0.1001</w:t>
        <w:br/>
        <w:t>vn 0.0746 0.9816 -0.1759</w:t>
        <w:br/>
        <w:t>vn -0.0497 0.8987 0.4356</w:t>
        <w:br/>
        <w:t>vn -0.0000 -0.9869 -0.1612</w:t>
        <w:br/>
        <w:t>vn -0.0000 -0.9397 0.3421</w:t>
        <w:br/>
        <w:t>vn -0.0941 -0.9386 0.3319</w:t>
        <w:br/>
        <w:t>vn 0.0247 -0.9851 -0.1699</w:t>
        <w:br/>
        <w:t>vn -0.9880 -0.1255 0.0903</w:t>
        <w:br/>
        <w:t>vn -0.9796 -0.1859 0.0764</w:t>
        <w:br/>
        <w:t>vn -0.9750 -0.1712 0.1414</w:t>
        <w:br/>
        <w:t>vn -0.9814 -0.1150 0.1535</w:t>
        <w:br/>
        <w:t>vn -0.6592 -0.7457 -0.0968</w:t>
        <w:br/>
        <w:t>vn -0.7195 -0.6925 0.0533</w:t>
        <w:br/>
        <w:t>vn -0.7542 -0.6520 0.0782</w:t>
        <w:br/>
        <w:t>vn -0.7081 -0.7042 -0.0514</w:t>
        <w:br/>
        <w:t>vn -0.6969 -0.5004 0.5137</w:t>
        <w:br/>
        <w:t>vn -0.7650 -0.6020 0.2289</w:t>
        <w:br/>
        <w:t>vn -0.7415 -0.6151 0.2682</w:t>
        <w:br/>
        <w:t>vn -0.6749 -0.4826 0.5582</w:t>
        <w:br/>
        <w:t>vn -0.7749 -0.6320 -0.0138</w:t>
        <w:br/>
        <w:t>vn -0.8307 -0.5566 0.0038</w:t>
        <w:br/>
        <w:t>vn -0.7024 -0.7084 0.0695</w:t>
        <w:br/>
        <w:t>vn -0.7341 -0.5900 0.3362</w:t>
        <w:br/>
        <w:t>vn -0.9463 -0.3232 0.0051</w:t>
        <w:br/>
        <w:t>vn -0.9661 -0.2538 0.0464</w:t>
        <w:br/>
        <w:t>vn -0.8759 -0.2155 0.4316</w:t>
        <w:br/>
        <w:t>vn -0.8398 -0.2141 0.4989</w:t>
        <w:br/>
        <w:t>vn -0.9562 -0.1948 0.2186</w:t>
        <w:br/>
        <w:t>vn -0.9641 -0.1940 0.1813</w:t>
        <w:br/>
        <w:t>vn -0.9611 -0.2202 0.1667</w:t>
        <w:br/>
        <w:t>vn -0.9482 -0.1875 0.2564</w:t>
        <w:br/>
        <w:t>vn -0.8154 -0.5727 -0.0850</w:t>
        <w:br/>
        <w:t>vn -0.8910 -0.4465 -0.0824</w:t>
        <w:br/>
        <w:t>vn -0.9889 -0.1314 0.0699</w:t>
        <w:br/>
        <w:t>vn -0.9793 -0.1952 0.0528</w:t>
        <w:br/>
        <w:t>vn -0.6349 -0.7629 -0.1219</w:t>
        <w:br/>
        <w:t>vn -0.9359 -0.3473 -0.0583</w:t>
        <w:br/>
        <w:t>vn -0.9520 -0.2985 0.0671</w:t>
        <w:br/>
        <w:t>vn -0.9601 -0.2656 0.0879</w:t>
        <w:br/>
        <w:t>vn -0.9710 -0.2309 0.0626</w:t>
        <w:br/>
        <w:t>vn -0.8889 -0.2866 0.3573</w:t>
        <w:br/>
        <w:t>vn -0.9071 -0.4205 0.0183</w:t>
        <w:br/>
        <w:t>vn -0.9657 -0.2382 0.1034</w:t>
        <w:br/>
        <w:t>vn -0.9696 -0.2123 0.1217</w:t>
        <w:br/>
        <w:t>vn -0.9134 -0.3910 0.1134</w:t>
        <w:br/>
        <w:t>vn -0.9635 -0.1716 0.2056</w:t>
        <w:br/>
        <w:t>vn -0.9682 -0.1658 0.1874</w:t>
        <w:br/>
        <w:t>vn -0.9387 0.0445 0.3420</w:t>
        <w:br/>
        <w:t>vn -0.9149 0.0868 0.3943</w:t>
        <w:br/>
        <w:t>vn -0.9581 0.0163 0.2861</w:t>
        <w:br/>
        <w:t>vn -0.9740 -0.0212 0.2254</w:t>
        <w:br/>
        <w:t>vn -0.9463 0.0269 0.3222</w:t>
        <w:br/>
        <w:t>vn -0.9648 -0.0584 0.2563</w:t>
        <w:br/>
        <w:t>vn -0.9734 -0.0497 0.2236</w:t>
        <w:br/>
        <w:t>vn -0.9427 -0.2567 0.2131</w:t>
        <w:br/>
        <w:t>vn -0.9554 -0.2684 0.1232</w:t>
        <w:br/>
        <w:t>vn -0.9036 -0.3663 0.2221</w:t>
        <w:br/>
        <w:t>vn -0.9611 -0.2362 0.1433</w:t>
        <w:br/>
        <w:t>vn -0.6025 -0.7928 -0.0919</w:t>
        <w:br/>
        <w:t>vn -0.7389 -0.6668 -0.0972</w:t>
        <w:br/>
        <w:t>vn -0.7883 -0.4015 -0.4663</w:t>
        <w:br/>
        <w:t>vn -0.9758 -0.0986 0.1950</w:t>
        <w:br/>
        <w:t>vn -0.4889 -0.8643 -0.1185</w:t>
        <w:br/>
        <w:t>vn -0.6158 -0.7825 0.0921</w:t>
        <w:br/>
        <w:t>vn -0.7000 -0.7086 0.0887</w:t>
        <w:br/>
        <w:t>vn -0.3760 -0.9222 0.0903</w:t>
        <w:br/>
        <w:t>vn -0.2704 -0.9508 -0.1513</w:t>
        <w:br/>
        <w:t>vn -0.1131 -0.9812 -0.1562</w:t>
        <w:br/>
        <w:t>vn -0.1441 -0.9844 0.1012</w:t>
        <w:br/>
        <w:t>vn -0.0001 -0.9888 -0.1491</w:t>
        <w:br/>
        <w:t>vn 0.0000 -0.9938 0.1114</w:t>
        <w:br/>
        <w:t>vn -0.2063 -0.7842 0.5852</w:t>
        <w:br/>
        <w:t>vn 0.0000 -0.8128 0.5825</w:t>
        <w:br/>
        <w:t>vn -0.9542 -0.2086 0.2145</w:t>
        <w:br/>
        <w:t>vn -0.9824 -0.0659 0.1747</w:t>
        <w:br/>
        <w:t>vn -0.9559 -0.0562 0.2882</w:t>
        <w:br/>
        <w:t>vn -0.7319 -0.5487 0.4041</w:t>
        <w:br/>
        <w:t>vn -0.5952 0.2678 0.7576</w:t>
        <w:br/>
        <w:t>vn -0.6368 0.0339 0.7702</w:t>
        <w:br/>
        <w:t>vn -0.4768 -0.6798 0.5573</w:t>
        <w:br/>
        <w:t>vn -0.5235 -0.2218 0.8226</w:t>
        <w:br/>
        <w:t>vn -0.5156 -0.1371 0.8458</w:t>
        <w:br/>
        <w:t>vn -0.5688 -0.1835 0.8018</w:t>
        <w:br/>
        <w:t>vn -0.5644 -0.2621 0.7828</w:t>
        <w:br/>
        <w:t>vn -0.7186 -0.0530 0.6934</w:t>
        <w:br/>
        <w:t>vn -0.5913 -0.3700 0.7166</w:t>
        <w:br/>
        <w:t>vn -0.6104 -0.3788 0.6956</w:t>
        <w:br/>
        <w:t>vn -0.5805 -0.4832 0.6554</w:t>
        <w:br/>
        <w:t>vn -0.4392 -0.5124 0.7380</w:t>
        <w:br/>
        <w:t>vn -0.4532 -0.4016 0.7958</w:t>
        <w:br/>
        <w:t>vn -0.6626 -0.4118 0.6256</w:t>
        <w:br/>
        <w:t>vn -0.5618 -0.3007 0.7707</w:t>
        <w:br/>
        <w:t>vn -0.5596 -0.3327 0.7590</w:t>
        <w:br/>
        <w:t>vn -0.8621 -0.2534 0.4388</w:t>
        <w:br/>
        <w:t>vn -0.6916 -0.2258 0.6860</w:t>
        <w:br/>
        <w:t>vn -0.7057 -0.1517 0.6921</w:t>
        <w:br/>
        <w:t>vn -0.8840 -0.1893 0.4273</w:t>
        <w:br/>
        <w:t>vn -0.5998 0.0651 0.7975</w:t>
        <w:br/>
        <w:t>vn -0.5713 0.0619 0.8184</w:t>
        <w:br/>
        <w:t>vn -0.8452 0.1165 0.5216</w:t>
        <w:br/>
        <w:t>vn -0.8257 0.1400 0.5465</w:t>
        <w:br/>
        <w:t>vn -0.6566 0.0409 0.7532</w:t>
        <w:br/>
        <w:t>vn -0.5800 0.0749 0.8111</w:t>
        <w:br/>
        <w:t>vn -0.6166 -0.1492 0.7730</w:t>
        <w:br/>
        <w:t>vn -0.6881 -0.1603 0.7077</w:t>
        <w:br/>
        <w:t>vn -0.3412 -0.4710 0.8135</w:t>
        <w:br/>
        <w:t>vn -0.3387 -0.6041 0.7213</w:t>
        <w:br/>
        <w:t>vn -0.2524 -0.6173 0.7452</w:t>
        <w:br/>
        <w:t>vn -0.2595 -0.5242 0.8111</w:t>
        <w:br/>
        <w:t>vn -0.7966 0.1060 0.5952</w:t>
        <w:br/>
        <w:t>vn -0.9429 -0.1912 0.2727</w:t>
        <w:br/>
        <w:t>vn -0.9353 -0.1187 0.3334</w:t>
        <w:br/>
        <w:t>vn 0.0000 -0.8805 0.4741</w:t>
        <w:br/>
        <w:t>vn -0.4631 -0.7656 0.4465</w:t>
        <w:br/>
        <w:t>vn -0.0000 -0.2432 0.9700</w:t>
        <w:br/>
        <w:t>vn -0.3335 -0.3099 0.8904</w:t>
        <w:br/>
        <w:t>vn -0.7762 -0.4194 0.4707</w:t>
        <w:br/>
        <w:t>vn -0.8228 -0.3347 0.4593</w:t>
        <w:br/>
        <w:t>vn -0.5622 -0.2738 0.7804</w:t>
        <w:br/>
        <w:t>vn -0.4239 -0.2779 0.8620</w:t>
        <w:br/>
        <w:t>vn -0.3725 -0.2177 0.9021</w:t>
        <w:br/>
        <w:t>vn -0.4876 -0.2301 0.8422</w:t>
        <w:br/>
        <w:t>vn -0.6569 0.0580 0.7518</w:t>
        <w:br/>
        <w:t>vn -0.4124 -0.0224 0.9107</w:t>
        <w:br/>
        <w:t>vn -0.3574 -0.5317 0.7679</w:t>
        <w:br/>
        <w:t>vn -0.3856 -0.4292 0.8168</w:t>
        <w:br/>
        <w:t>vn -0.5736 -0.2217 0.7885</w:t>
        <w:br/>
        <w:t>vn -0.5246 -0.3003 0.7966</w:t>
        <w:br/>
        <w:t>vn -0.6201 -0.2958 0.7266</w:t>
        <w:br/>
        <w:t>vn -0.6794 -0.1467 0.7190</w:t>
        <w:br/>
        <w:t>vn -0.6404 0.2305 0.7327</w:t>
        <w:br/>
        <w:t>vn -0.7447 -0.0008 0.6674</w:t>
        <w:br/>
        <w:t>vn -0.2117 -0.2214 0.9519</w:t>
        <w:br/>
        <w:t>vn -0.2308 -0.3347 0.9136</w:t>
        <w:br/>
        <w:t>vn -0.3616 -0.3230 0.8746</w:t>
        <w:br/>
        <w:t>vn -0.5908 -0.2628 0.7628</w:t>
        <w:br/>
        <w:t>vn -0.5388 -0.2513 0.8041</w:t>
        <w:br/>
        <w:t>vn -0.5272 -0.2963 0.7964</w:t>
        <w:br/>
        <w:t>vn -0.5787 -0.3626 0.7305</w:t>
        <w:br/>
        <w:t>vn -0.2358 -0.4793 0.8454</w:t>
        <w:br/>
        <w:t>vn -0.3539 -0.4615 0.8135</w:t>
        <w:br/>
        <w:t>vn -0.5270 -0.5095 0.6802</w:t>
        <w:br/>
        <w:t>vn -0.3336 -0.4726 0.8157</w:t>
        <w:br/>
        <w:t>vn -0.6319 -0.2001 0.7488</w:t>
        <w:br/>
        <w:t>vn -0.2111 -0.3346 0.9184</w:t>
        <w:br/>
        <w:t>vn -0.7357 0.1640 0.6571</w:t>
        <w:br/>
        <w:t>vn -0.7352 0.1132 0.6684</w:t>
        <w:br/>
        <w:t>vn -0.5875 0.0987 0.8032</w:t>
        <w:br/>
        <w:t>vn -0.6127 0.1733 0.7711</w:t>
        <w:br/>
        <w:t>vn -0.7060 -0.0833 0.7033</w:t>
        <w:br/>
        <w:t>vn -0.6509 -0.2424 0.7194</w:t>
        <w:br/>
        <w:t>vn -0.4774 -0.3285 0.8150</w:t>
        <w:br/>
        <w:t>vn -0.5443 -0.1774 0.8199</w:t>
        <w:br/>
        <w:t>vn -0.3858 0.1879 0.9032</w:t>
        <w:br/>
        <w:t>vn -0.4779 0.2000 0.8553</w:t>
        <w:br/>
        <w:t>vn -0.4357 0.1173 0.8924</w:t>
        <w:br/>
        <w:t>vn -0.3473 0.0866 0.9337</w:t>
        <w:br/>
        <w:t>vn -0.6796 -0.0608 0.7311</w:t>
        <w:br/>
        <w:t>vn -0.5359 -0.2605 0.8031</w:t>
        <w:br/>
        <w:t>vn -0.6314 -0.3346 0.6996</w:t>
        <w:br/>
        <w:t>vn -0.5080 -0.7625 0.4007</w:t>
        <w:br/>
        <w:t>vn -0.7576 -0.3904 0.5231</w:t>
        <w:br/>
        <w:t>vn -0.5073 0.1523 0.8482</w:t>
        <w:br/>
        <w:t>vn -0.4725 0.0642 0.8790</w:t>
        <w:br/>
        <w:t>vn -0.7122 -0.2529 0.6548</w:t>
        <w:br/>
        <w:t>vn -0.8654 -0.2316 0.4443</w:t>
        <w:br/>
        <w:t>vn -0.8306 -0.1838 0.5256</w:t>
        <w:br/>
        <w:t>vn 0.0000 -0.3436 0.9391</w:t>
        <w:br/>
        <w:t>vn 0.0000 -0.4960 0.8683</w:t>
        <w:br/>
        <w:t>vn -0.8655 0.0708 0.4958</w:t>
        <w:br/>
        <w:t>vn -0.6620 -0.2960 0.6886</w:t>
        <w:br/>
        <w:t>vn -0.0000 -0.3656 0.9308</w:t>
        <w:br/>
        <w:t>vn -0.3684 -0.3863 0.8456</w:t>
        <w:br/>
        <w:t>vn -0.4644 -0.3468 0.8149</w:t>
        <w:br/>
        <w:t>vn -0.4870 -0.2960 0.8217</w:t>
        <w:br/>
        <w:t>vn -0.4477 -0.3087 0.8392</w:t>
        <w:br/>
        <w:t>vn -0.5407 0.4524 0.7092</w:t>
        <w:br/>
        <w:t>vn -0.5540 0.3769 0.7424</w:t>
        <w:br/>
        <w:t>vn -0.9106 -0.1564 0.3825</w:t>
        <w:br/>
        <w:t>vn -0.9253 -0.1987 0.3231</w:t>
        <w:br/>
        <w:t>vn -0.4787 -0.7401 0.4723</w:t>
        <w:br/>
        <w:t>vn -0.4977 -0.6876 0.5286</w:t>
        <w:br/>
        <w:t>vn -0.5345 -0.7179 0.4460</w:t>
        <w:br/>
        <w:t>vn -0.2879 -0.5020 0.8155</w:t>
        <w:br/>
        <w:t>vn -0.6210 -0.2475 0.7437</w:t>
        <w:br/>
        <w:t>vn -0.4770 -0.3092 0.8227</w:t>
        <w:br/>
        <w:t>vn -0.6701 -0.5643 0.4822</w:t>
        <w:br/>
        <w:t>vn -0.4000 0.1324 0.9069</w:t>
        <w:br/>
        <w:t>vn -0.3686 0.1534 0.9169</w:t>
        <w:br/>
        <w:t>vn -0.7399 0.1796 0.6483</w:t>
        <w:br/>
        <w:t>vn -0.5413 0.2088 0.8145</w:t>
        <w:br/>
        <w:t>vn -0.6263 0.2011 0.7532</w:t>
        <w:br/>
        <w:t>vn -0.5478 0.2506 0.7982</w:t>
        <w:br/>
        <w:t>vn -0.6257 0.2287 0.7458</w:t>
        <w:br/>
        <w:t>vn -0.5186 -0.3824 0.7647</w:t>
        <w:br/>
        <w:t>vn -0.5123 -0.3822 0.7691</w:t>
        <w:br/>
        <w:t>vn -0.4658 -0.4559 0.7584</w:t>
        <w:br/>
        <w:t>vn -0.5474 -0.4522 0.7041</w:t>
        <w:br/>
        <w:t>vn -0.5369 0.0728 0.8405</w:t>
        <w:br/>
        <w:t>vn -0.5646 -0.1031 0.8189</w:t>
        <w:br/>
        <w:t>vn -0.5004 -0.0608 0.8637</w:t>
        <w:br/>
        <w:t>vn -0.4760 -0.0832 0.8755</w:t>
        <w:br/>
        <w:t>vn -0.4988 0.3200 0.8055</w:t>
        <w:br/>
        <w:t>vn -0.3273 0.4845 0.8112</w:t>
        <w:br/>
        <w:t>vn -0.8622 -0.0463 0.5045</w:t>
        <w:br/>
        <w:t>vn -0.7272 0.1761 0.6634</w:t>
        <w:br/>
        <w:t>vn -0.4630 -0.2775 0.8418</w:t>
        <w:br/>
        <w:t>vn -0.7236 -0.4207 0.5472</w:t>
        <w:br/>
        <w:t>vn -0.6581 -0.5406 0.5242</w:t>
        <w:br/>
        <w:t>vn -0.8055 0.2369 0.5431</w:t>
        <w:br/>
        <w:t>vn -0.8504 0.0765 0.5206</w:t>
        <w:br/>
        <w:t>vn -0.7320 -0.4838 0.4797</w:t>
        <w:br/>
        <w:t>vn -0.5605 -0.3796 0.7360</w:t>
        <w:br/>
        <w:t>vn -0.5505 -0.0435 0.8337</w:t>
        <w:br/>
        <w:t>vn -0.4848 0.0051 0.8746</w:t>
        <w:br/>
        <w:t>vn -0.8625 0.1435 0.4854</w:t>
        <w:br/>
        <w:t>vn -0.6547 -0.0137 0.7558</w:t>
        <w:br/>
        <w:t>vn -0.5768 -0.1248 0.8073</w:t>
        <w:br/>
        <w:t>vn -0.5823 -0.3895 0.7136</w:t>
        <w:br/>
        <w:t>vn -0.6185 -0.3588 0.6991</w:t>
        <w:br/>
        <w:t>vn -0.5414 -0.3406 0.7687</w:t>
        <w:br/>
        <w:t>vn -0.5124 -0.3141 0.7993</w:t>
        <w:br/>
        <w:t>vn -0.4685 0.0935 0.8785</w:t>
        <w:br/>
        <w:t>vn -0.4491 -0.0336 0.8929</w:t>
        <w:br/>
        <w:t>vn -0.1557 0.1220 0.9802</w:t>
        <w:br/>
        <w:t>vn -0.2072 -0.0231 0.9780</w:t>
        <w:br/>
        <w:t>vn -0.5479 -0.3736 -0.7485</w:t>
        <w:br/>
        <w:t>vn -0.6701 -0.1032 0.7351</w:t>
        <w:br/>
        <w:t>vn -0.4368 -0.2972 0.8490</w:t>
        <w:br/>
        <w:t>vn -0.4583 0.0641 0.8865</w:t>
        <w:br/>
        <w:t>vn -0.5297 -0.0020 0.8482</w:t>
        <w:br/>
        <w:t>vn -0.4709 -0.7157 0.5157</w:t>
        <w:br/>
        <w:t>vn -0.5105 -0.6586 0.5529</w:t>
        <w:br/>
        <w:t>vn -0.4342 -0.6719 0.6000</w:t>
        <w:br/>
        <w:t>vn -0.2925 -0.7164 0.6335</w:t>
        <w:br/>
        <w:t>vn -0.6723 -0.2131 0.7090</w:t>
        <w:br/>
        <w:t>vn -0.4780 -0.4343 0.7635</w:t>
        <w:br/>
        <w:t>vn -0.5085 -0.2996 0.8073</w:t>
        <w:br/>
        <w:t>vn -0.6395 -0.2419 0.7298</w:t>
        <w:br/>
        <w:t>vn -0.4592 -0.1862 0.8686</w:t>
        <w:br/>
        <w:t>vn -0.0000 -0.7368 0.6761</w:t>
        <w:br/>
        <w:t>vn -0.1570 -0.7342 0.6605</w:t>
        <w:br/>
        <w:t>vn -0.2684 0.3956 0.8783</w:t>
        <w:br/>
        <w:t>vn -0.3060 0.3919 0.8676</w:t>
        <w:br/>
        <w:t>vn -0.3423 0.1918 0.9198</w:t>
        <w:br/>
        <w:t>vn -0.2333 0.2290 0.9451</w:t>
        <w:br/>
        <w:t>vn -0.0000 -0.1731 0.9849</w:t>
        <w:br/>
        <w:t>vn -0.1792 -0.1693 0.9691</w:t>
        <w:br/>
        <w:t>vn 0.0000 0.2550 0.9670</w:t>
        <w:br/>
        <w:t>vn -0.0000 0.8033 0.5956</w:t>
        <w:br/>
        <w:t>vn -0.6750 -0.3274 0.6612</w:t>
        <w:br/>
        <w:t>vn -0.4618 0.3846 0.7992</w:t>
        <w:br/>
        <w:t>vn -0.4967 0.1771 0.8497</w:t>
        <w:br/>
        <w:t>vn -0.6854 0.1807 0.7054</w:t>
        <w:br/>
        <w:t>vn -0.4011 -0.7864 0.4698</w:t>
        <w:br/>
        <w:t>vn -0.3709 -0.3066 0.8766</w:t>
        <w:br/>
        <w:t>vn -0.2669 -0.3012 0.9155</w:t>
        <w:br/>
        <w:t>vn 0.0000 -0.3069 0.9517</w:t>
        <w:br/>
        <w:t>vn 0.0000 0.1055 0.9944</w:t>
        <w:br/>
        <w:t>vn -0.6699 0.1942 0.7166</w:t>
        <w:br/>
        <w:t>vn -0.5063 0.6591 0.5561</w:t>
        <w:br/>
        <w:t>vn -0.3299 0.3800 0.8642</w:t>
        <w:br/>
        <w:t>vn -0.4112 -0.2087 0.8873</w:t>
        <w:br/>
        <w:t>vn -0.3373 -0.6657 0.6657</w:t>
        <w:br/>
        <w:t>vn -0.6308 -0.4313 0.6450</w:t>
        <w:br/>
        <w:t>vn -0.5547 -0.5619 0.6137</w:t>
        <w:br/>
        <w:t>vn -0.0845 -0.4778 0.8744</w:t>
        <w:br/>
        <w:t>vn -0.2150 -0.5228 0.8249</w:t>
        <w:br/>
        <w:t>vn -0.2800 -0.4648 0.8400</w:t>
        <w:br/>
        <w:t>vn -0.4266 -0.5395 0.7259</w:t>
        <w:br/>
        <w:t>vn -0.7201 0.2004 0.6643</w:t>
        <w:br/>
        <w:t>vn -0.9895 -0.0956 0.1084</w:t>
        <w:br/>
        <w:t>vn -0.9898 -0.1070 0.0939</w:t>
        <w:br/>
        <w:t>vn -0.5917 -0.2593 0.7633</w:t>
        <w:br/>
        <w:t>vn -0.5950 -0.2068 0.7766</w:t>
        <w:br/>
        <w:t>vn -0.6691 -0.2230 0.7090</w:t>
        <w:br/>
        <w:t>vn -0.3627 0.4187 0.8326</w:t>
        <w:br/>
        <w:t>vn -0.4687 0.3431 0.8140</w:t>
        <w:br/>
        <w:t>vn -0.6472 -0.0316 0.7617</w:t>
        <w:br/>
        <w:t>vn -0.6551 0.0132 0.7554</w:t>
        <w:br/>
        <w:t>vn 0.1019 -0.3446 0.9332</w:t>
        <w:br/>
        <w:t>vn -0.9059 0.0051 0.4234</w:t>
        <w:br/>
        <w:t>vn -0.0891 0.6227 0.7773</w:t>
        <w:br/>
        <w:t>vn -0.0891 0.6229 0.7772</w:t>
        <w:br/>
        <w:t>vn -0.0288 0.9177 0.3963</w:t>
        <w:br/>
        <w:t>vn -0.2833 0.9022 0.3253</w:t>
        <w:br/>
        <w:t>vn -0.3962 0.0267 0.9178</w:t>
        <w:br/>
        <w:t>vn -0.0000 -0.2291 0.9734</w:t>
        <w:br/>
        <w:t>vn -0.3169 -0.0085 0.9484</w:t>
        <w:br/>
        <w:t>vn -0.4358 -0.3522 0.8283</w:t>
        <w:br/>
        <w:t>vn -0.0000 0.0625 0.9980</w:t>
        <w:br/>
        <w:t>vn -0.2237 0.0681 0.9723</w:t>
        <w:br/>
        <w:t>vn -0.2229 -0.0200 0.9746</w:t>
        <w:br/>
        <w:t>vn 0.0000 -0.0180 0.9998</w:t>
        <w:br/>
        <w:t>vn -0.0000 -0.0468 0.9989</w:t>
        <w:br/>
        <w:t>vn 0.0000 -0.5460 0.8378</w:t>
        <w:br/>
        <w:t>vn -0.3880 -0.5257 0.7570</w:t>
        <w:br/>
        <w:t>vn -0.6756 -0.4158 0.6089</w:t>
        <w:br/>
        <w:t>vn -0.7550 -0.3476 0.5560</w:t>
        <w:br/>
        <w:t>vn -0.8151 -0.2058 0.5415</w:t>
        <w:br/>
        <w:t>vn -0.4477 -0.8781 -0.1689</w:t>
        <w:br/>
        <w:t>vn -0.5485 -0.7947 -0.2599</w:t>
        <w:br/>
        <w:t>vn -0.5485 -0.7947 -0.2600</w:t>
        <w:br/>
        <w:t>vn -0.4476 -0.8781 -0.1689</w:t>
        <w:br/>
        <w:t>vn -0.6241 -0.0995 0.7750</w:t>
        <w:br/>
        <w:t>vn -0.6873 -0.1294 0.7147</w:t>
        <w:br/>
        <w:t>vn -0.5957 -0.1301 0.7926</w:t>
        <w:br/>
        <w:t>vn -0.6606 -0.6811 -0.3157</w:t>
        <w:br/>
        <w:t>vn -0.0446 0.4335 0.9001</w:t>
        <w:br/>
        <w:t>vn -0.0446 0.4335 0.9000</w:t>
        <w:br/>
        <w:t>vn -0.2036 0.8397 0.5034</w:t>
        <w:br/>
        <w:t>vn -0.1252 -0.9687 0.2143</w:t>
        <w:br/>
        <w:t>vn -0.5365 0.8439 0.0040</w:t>
        <w:br/>
        <w:t>vn -0.8225 0.4575 -0.3379</w:t>
        <w:br/>
        <w:t>vn 0.1018 0.0534 0.9934</w:t>
        <w:br/>
        <w:t>vn -0.7891 -0.3372 0.5134</w:t>
        <w:br/>
        <w:t>vn -0.7575 -0.2441 0.6055</w:t>
        <w:br/>
        <w:t>vn -0.5815 -0.1408 0.8013</w:t>
        <w:br/>
        <w:t>vn -0.6232 -0.0272 0.7816</w:t>
        <w:br/>
        <w:t>vn -0.8502 -0.3623 -0.3820</w:t>
        <w:br/>
        <w:t>vn -0.4726 -0.3937 0.7884</w:t>
        <w:br/>
        <w:t>vn -0.8115 -0.0714 0.5800</w:t>
        <w:br/>
        <w:t>vn -0.4776 -0.8065 0.3485</w:t>
        <w:br/>
        <w:t>vn -0.8773 -0.2146 0.4294</w:t>
        <w:br/>
        <w:t>vn -0.4887 0.2626 0.8320</w:t>
        <w:br/>
        <w:t>vn -0.6923 -0.5158 0.5046</w:t>
        <w:br/>
        <w:t>vn -0.3983 0.2634 0.8786</w:t>
        <w:br/>
        <w:t>vn -0.8175 0.1640 0.5521</w:t>
        <w:br/>
        <w:t>vn -0.9015 0.1085 0.4190</w:t>
        <w:br/>
        <w:t>vn -0.9841 -0.1001 0.1470</w:t>
        <w:br/>
        <w:t>vn -0.9852 -0.1192 0.1230</w:t>
        <w:br/>
        <w:t>vn -0.9778 -0.1172 0.1734</w:t>
        <w:br/>
        <w:t>vn -0.5523 0.0596 0.8315</w:t>
        <w:br/>
        <w:t>vn -0.8571 -0.4276 -0.2872</w:t>
        <w:br/>
        <w:t>vn -0.5561 -0.4329 -0.7095</w:t>
        <w:br/>
        <w:t>vn -0.9264 0.0915 -0.3653</w:t>
        <w:br/>
        <w:t>vn -0.5446 -0.1054 0.8320</w:t>
        <w:br/>
        <w:t>vn 0.1245 -0.8724 0.4726</w:t>
        <w:br/>
        <w:t>vn 0.1246 -0.8724 0.4726</w:t>
        <w:br/>
        <w:t>vn 0.5260 -0.4277 -0.7351</w:t>
        <w:br/>
        <w:t>vn 0.7473 -0.4721 -0.4677</w:t>
        <w:br/>
        <w:t>vn 0.6886 -0.5855 -0.4279</w:t>
        <w:br/>
        <w:t>vn 0.5092 -0.5370 -0.6726</w:t>
        <w:br/>
        <w:t>vn 0.6457 -0.7542 -0.1197</w:t>
        <w:br/>
        <w:t>vn 0.5902 -0.7926 -0.1532</w:t>
        <w:br/>
        <w:t>vn 0.4810 -0.8299 -0.2825</w:t>
        <w:br/>
        <w:t>vn 0.5409 -0.7857 -0.3002</w:t>
        <w:br/>
        <w:t>vn 0.8465 -0.4868 0.2156</w:t>
        <w:br/>
        <w:t>vn 0.7984 -0.5658 0.2059</w:t>
        <w:br/>
        <w:t>vn 0.7930 -0.6028 0.0883</w:t>
        <w:br/>
        <w:t>vn 0.8422 -0.5295 0.1014</w:t>
        <w:br/>
        <w:t>vn 0.6228 -0.6931 -0.3628</w:t>
        <w:br/>
        <w:t>vn 0.4986 -0.6635 -0.5577</w:t>
        <w:br/>
        <w:t>vn 0.3987 -0.8319 -0.3861</w:t>
        <w:br/>
        <w:t>vn 0.4530 -0.7760 -0.4389</w:t>
        <w:br/>
        <w:t>vn 0.3470 -0.8939 -0.2838</w:t>
        <w:br/>
        <w:t>vn 0.1797 -0.9287 -0.3244</w:t>
        <w:br/>
        <w:t>vn 0.1912 -0.9162 -0.3523</w:t>
        <w:br/>
        <w:t>vn 0.3238 -0.8860 -0.3319</w:t>
        <w:br/>
        <w:t>vn 0.4322 -0.8489 -0.3043</w:t>
        <w:br/>
        <w:t>vn 0.5591 -0.8054 -0.1967</w:t>
        <w:br/>
        <w:t>vn 0.4768 -0.8460 -0.2385</w:t>
        <w:br/>
        <w:t>vn 0.2365 -0.8914 -0.3866</w:t>
        <w:br/>
        <w:t>vn 0.3424 -0.8588 -0.3810</w:t>
        <w:br/>
        <w:t>vn 0.1357 -0.9114 -0.3885</w:t>
        <w:br/>
        <w:t>vn -0.0000 -0.9334 -0.3588</w:t>
        <w:br/>
        <w:t>vn 0.0887 -0.9286 -0.3602</w:t>
        <w:br/>
        <w:t>vn 0.0913 -0.9394 -0.3304</w:t>
        <w:br/>
        <w:t>vn 0.4970 -0.2396 0.8340</w:t>
        <w:br/>
        <w:t>vn 0.4822 -0.2775 0.8309</w:t>
        <w:br/>
        <w:t>vn 0.4911 -0.1757 0.8532</w:t>
        <w:br/>
        <w:t>vn 0.4647 -0.1113 0.8785</w:t>
        <w:br/>
        <w:t>vn 0.5744 -0.6897 0.4409</w:t>
        <w:br/>
        <w:t>vn 0.5521 -0.6551 0.5158</w:t>
        <w:br/>
        <w:t>vn 0.5441 -0.7166 0.4363</w:t>
        <w:br/>
        <w:t>vn 0.3745 0.0346 0.9266</w:t>
        <w:br/>
        <w:t>vn 0.4481 -0.0145 0.8939</w:t>
        <w:br/>
        <w:t>vn 0.4227 0.0550 0.9046</w:t>
        <w:br/>
        <w:t>vn 0.3578 0.0945 0.9290</w:t>
        <w:br/>
        <w:t>vn 0.4849 0.2195 0.8466</w:t>
        <w:br/>
        <w:t>vn 0.3847 0.3021 0.8722</w:t>
        <w:br/>
        <w:t>vn 0.4209 0.1376 0.8966</w:t>
        <w:br/>
        <w:t>vn 0.5061 0.0565 0.8606</w:t>
        <w:br/>
        <w:t>vn 0.6978 -0.0495 0.7146</w:t>
        <w:br/>
        <w:t>vn 0.7034 -0.0955 0.7043</w:t>
        <w:br/>
        <w:t>vn 0.8772 -0.1366 0.4603</w:t>
        <w:br/>
        <w:t>vn 0.8435 -0.0978 0.5282</w:t>
        <w:br/>
        <w:t>vn 0.4726 0.2787 0.8360</w:t>
        <w:br/>
        <w:t>vn 0.4140 0.2081 0.8862</w:t>
        <w:br/>
        <w:t>vn 0.3741 0.2319 0.8979</w:t>
        <w:br/>
        <w:t>vn 0.3450 0.3914 0.8531</w:t>
        <w:br/>
        <w:t>vn 0.5875 0.3121 0.7466</w:t>
        <w:br/>
        <w:t>vn 0.6236 0.3537 0.6972</w:t>
        <w:br/>
        <w:t>vn 0.6922 0.3194 0.6472</w:t>
        <w:br/>
        <w:t>vn 0.6456 0.2684 0.7150</w:t>
        <w:br/>
        <w:t>vn 0.4711 -0.4325 0.7688</w:t>
        <w:br/>
        <w:t>vn 0.5753 -0.4606 0.6760</w:t>
        <w:br/>
        <w:t>vn 0.4335 -0.4331 0.7902</w:t>
        <w:br/>
        <w:t>vn 0.5715 0.1786 0.8009</w:t>
        <w:br/>
        <w:t>vn 0.5249 -0.0544 0.8494</w:t>
        <w:br/>
        <w:t>vn 0.4589 -0.3328 0.8238</w:t>
        <w:br/>
        <w:t>vn 0.5197 -0.2085 0.8285</w:t>
        <w:br/>
        <w:t>vn 0.5039 -0.2375 0.8305</w:t>
        <w:br/>
        <w:t>vn 0.5675 0.1250 0.8138</w:t>
        <w:br/>
        <w:t>vn 0.6016 0.1677 0.7810</w:t>
        <w:br/>
        <w:t>vn 0.7093 -0.3358 0.6197</w:t>
        <w:br/>
        <w:t>vn 0.7389 0.1276 0.6616</w:t>
        <w:br/>
        <w:t>vn 0.6754 0.1455 0.7229</w:t>
        <w:br/>
        <w:t>vn 0.6650 -0.3276 0.6712</w:t>
        <w:br/>
        <w:t>vn 0.2670 0.1733 0.9480</w:t>
        <w:br/>
        <w:t>vn 0.2960 0.2443 0.9234</w:t>
        <w:br/>
        <w:t>vn 0.6544 -0.1348 0.7440</w:t>
        <w:br/>
        <w:t>vn 0.5835 -0.1059 0.8052</w:t>
        <w:br/>
        <w:t>vn 0.6557 0.1123 0.7466</w:t>
        <w:br/>
        <w:t>vn 0.7252 0.0461 0.6870</w:t>
        <w:br/>
        <w:t>vn 0.2047 -0.9354 0.2883</w:t>
        <w:br/>
        <w:t>vn 0.2258 -0.9236 0.3098</w:t>
        <w:br/>
        <w:t>vn -0.0868 -0.9888 -0.1217</w:t>
        <w:br/>
        <w:t>vn 0.0772 -0.9834 0.1642</w:t>
        <w:br/>
        <w:t>vn 0.1616 -0.9298 0.3307</w:t>
        <w:br/>
        <w:t>vn 0.1187 -0.9371 0.3282</w:t>
        <w:br/>
        <w:t>vn 0.0988 0.9912 0.0884</w:t>
        <w:br/>
        <w:t>vn 0.4833 0.7378 0.4712</w:t>
        <w:br/>
        <w:t>vn -0.0595 0.9804 -0.1880</w:t>
        <w:br/>
        <w:t>vn 0.1446 -0.9434 0.2985</w:t>
        <w:br/>
        <w:t>vn -0.2507 -0.9518 -0.1769</w:t>
        <w:br/>
        <w:t>vn -0.0386 -0.7266 0.6860</w:t>
        <w:br/>
        <w:t>vn 0.1045 -0.7463 0.6574</w:t>
        <w:br/>
        <w:t>vn -0.0752 0.9777 -0.1962</w:t>
        <w:br/>
        <w:t>vn 0.0448 0.9940 0.1001</w:t>
        <w:br/>
        <w:t>vn -0.0746 0.9816 -0.1760</w:t>
        <w:br/>
        <w:t>vn 0.0497 0.8987 0.4357</w:t>
        <w:br/>
        <w:t>vn 0.0941 -0.9386 0.3319</w:t>
        <w:br/>
        <w:t>vn 0.9750 -0.1712 0.1414</w:t>
        <w:br/>
        <w:t>vn 0.9796 -0.1859 0.0763</w:t>
        <w:br/>
        <w:t>vn 0.9880 -0.1255 0.0903</w:t>
        <w:br/>
        <w:t>vn 0.9814 -0.1150 0.1535</w:t>
        <w:br/>
        <w:t>vn 0.6592 -0.7457 -0.0967</w:t>
        <w:br/>
        <w:t>vn 0.7081 -0.7042 -0.0512</w:t>
        <w:br/>
        <w:t>vn 0.7542 -0.6520 0.0782</w:t>
        <w:br/>
        <w:t>vn 0.7195 -0.6902 0.0775</w:t>
        <w:br/>
        <w:t>vn 0.6969 -0.5004 0.5137</w:t>
        <w:br/>
        <w:t>vn 0.6749 -0.4628 0.5747</w:t>
        <w:br/>
        <w:t>vn 0.7415 -0.6150 0.2682</w:t>
        <w:br/>
        <w:t>vn 0.7650 -0.6020 0.2289</w:t>
        <w:br/>
        <w:t>vn 0.7749 -0.6319 -0.0136</w:t>
        <w:br/>
        <w:t>vn 0.8308 -0.5566 0.0039</w:t>
        <w:br/>
        <w:t>vn 0.7342 -0.5899 0.3362</w:t>
        <w:br/>
        <w:t>vn 0.7024 -0.7084 0.0694</w:t>
        <w:br/>
        <w:t>vn 0.9463 -0.3232 0.0051</w:t>
        <w:br/>
        <w:t>vn 0.8398 -0.2141 0.4989</w:t>
        <w:br/>
        <w:t>vn 0.8759 -0.2155 0.4316</w:t>
        <w:br/>
        <w:t>vn 0.9661 -0.2538 0.0464</w:t>
        <w:br/>
        <w:t>vn 0.9611 -0.2202 0.1667</w:t>
        <w:br/>
        <w:t>vn 0.9641 -0.1940 0.1813</w:t>
        <w:br/>
        <w:t>vn 0.9562 -0.1948 0.2186</w:t>
        <w:br/>
        <w:t>vn 0.9482 -0.1875 0.2564</w:t>
        <w:br/>
        <w:t>vn 0.8911 -0.4463 -0.0824</w:t>
        <w:br/>
        <w:t>vn 0.8154 -0.5726 -0.0849</w:t>
        <w:br/>
        <w:t>vn 0.9793 -0.1952 0.0529</w:t>
        <w:br/>
        <w:t>vn 0.9889 -0.1313 0.0699</w:t>
        <w:br/>
        <w:t>vn 0.6350 -0.7629 -0.1219</w:t>
        <w:br/>
        <w:t>vn 0.9359 -0.3473 -0.0583</w:t>
        <w:br/>
        <w:t>vn 0.9601 -0.2656 0.0879</w:t>
        <w:br/>
        <w:t>vn 0.9520 -0.2985 0.0671</w:t>
        <w:br/>
        <w:t>vn 0.9710 -0.2309 0.0626</w:t>
        <w:br/>
        <w:t>vn 0.8889 -0.2866 0.3573</w:t>
        <w:br/>
        <w:t>vn 0.9071 -0.4204 0.0183</w:t>
        <w:br/>
        <w:t>vn 0.9696 -0.2124 0.1217</w:t>
        <w:br/>
        <w:t>vn 0.9657 -0.2382 0.1034</w:t>
        <w:br/>
        <w:t>vn 0.9134 -0.3910 0.1134</w:t>
        <w:br/>
        <w:t>vn 0.9682 -0.1658 0.1874</w:t>
        <w:br/>
        <w:t>vn 0.9635 -0.1716 0.2056</w:t>
        <w:br/>
        <w:t>vn 0.9387 0.0445 0.3420</w:t>
        <w:br/>
        <w:t>vn 0.9740 -0.0212 0.2254</w:t>
        <w:br/>
        <w:t>vn 0.9581 0.0163 0.2861</w:t>
        <w:br/>
        <w:t>vn 0.9149 0.0868 0.3943</w:t>
        <w:br/>
        <w:t>vn 0.9648 -0.0584 0.2563</w:t>
        <w:br/>
        <w:t>vn 0.9463 0.0269 0.3222</w:t>
        <w:br/>
        <w:t>vn 0.9734 -0.0497 0.2236</w:t>
        <w:br/>
        <w:t>vn 0.9427 -0.2567 0.2131</w:t>
        <w:br/>
        <w:t>vn 0.9036 -0.3663 0.2221</w:t>
        <w:br/>
        <w:t>vn 0.9554 -0.2684 0.1232</w:t>
        <w:br/>
        <w:t>vn 0.9611 -0.2362 0.1433</w:t>
        <w:br/>
        <w:t>vn 0.6025 -0.7928 -0.0919</w:t>
        <w:br/>
        <w:t>vn 0.7388 -0.6668 -0.0972</w:t>
        <w:br/>
        <w:t>vn 0.7883 -0.4014 -0.4663</w:t>
        <w:br/>
        <w:t>vn 0.9758 -0.0986 0.1950</w:t>
        <w:br/>
        <w:t>vn 0.4889 -0.8643 -0.1185</w:t>
        <w:br/>
        <w:t>vn 0.6999 -0.7087 0.0885</w:t>
        <w:br/>
        <w:t>vn 0.6157 -0.7826 0.0921</w:t>
        <w:br/>
        <w:t>vn 0.3760 -0.9222 0.0902</w:t>
        <w:br/>
        <w:t>vn 0.1442 -0.9844 0.1011</w:t>
        <w:br/>
        <w:t>vn 0.1131 -0.9812 -0.1562</w:t>
        <w:br/>
        <w:t>vn 0.2704 -0.9508 -0.1513</w:t>
        <w:br/>
        <w:t>vn 0.0000 -0.9888 -0.1491</w:t>
        <w:br/>
        <w:t>vn 0.2063 -0.7842 0.5852</w:t>
        <w:br/>
        <w:t>vn 0.9542 -0.2086 0.2145</w:t>
        <w:br/>
        <w:t>vn 0.9824 -0.0659 0.1747</w:t>
        <w:br/>
        <w:t>vn 0.9559 -0.0562 0.2882</w:t>
        <w:br/>
        <w:t>vn 0.7319 -0.5487 0.4042</w:t>
        <w:br/>
        <w:t>vn 0.5952 0.2678 0.7576</w:t>
        <w:br/>
        <w:t>vn 0.6368 0.0340 0.7703</w:t>
        <w:br/>
        <w:t>vn 0.4768 -0.6798 0.5572</w:t>
        <w:br/>
        <w:t>vn 0.5235 -0.2218 0.8227</w:t>
        <w:br/>
        <w:t>vn 0.5644 -0.2621 0.7828</w:t>
        <w:br/>
        <w:t>vn 0.5688 -0.1835 0.8018</w:t>
        <w:br/>
        <w:t>vn 0.5156 -0.1371 0.8458</w:t>
        <w:br/>
        <w:t>vn 0.7186 -0.0530 0.6934</w:t>
        <w:br/>
        <w:t>vn 0.5913 -0.3700 0.7166</w:t>
        <w:br/>
        <w:t>vn 0.6104 -0.3788 0.6956</w:t>
        <w:br/>
        <w:t>vn 0.4531 -0.4016 0.7958</w:t>
        <w:br/>
        <w:t>vn 0.4392 -0.5123 0.7380</w:t>
        <w:br/>
        <w:t>vn 0.5805 -0.4832 0.6554</w:t>
        <w:br/>
        <w:t>vn 0.6626 -0.4117 0.6257</w:t>
        <w:br/>
        <w:t>vn 0.5597 -0.3327 0.7590</w:t>
        <w:br/>
        <w:t>vn 0.5619 -0.3007 0.7706</w:t>
        <w:br/>
        <w:t>vn 0.7057 -0.1517 0.6920</w:t>
        <w:br/>
        <w:t>vn 0.6917 -0.2258 0.6860</w:t>
        <w:br/>
        <w:t>vn 0.8621 -0.2534 0.4388</w:t>
        <w:br/>
        <w:t>vn 0.8840 -0.1893 0.4273</w:t>
        <w:br/>
        <w:t>vn 0.5713 0.0619 0.8184</w:t>
        <w:br/>
        <w:t>vn 0.5998 0.0651 0.7975</w:t>
        <w:br/>
        <w:t>vn 0.8452 0.1165 0.5216</w:t>
        <w:br/>
        <w:t>vn 0.8257 0.1400 0.5465</w:t>
        <w:br/>
        <w:t>vn 0.6566 0.0409 0.7531</w:t>
        <w:br/>
        <w:t>vn 0.6881 -0.1603 0.7076</w:t>
        <w:br/>
        <w:t>vn 0.6167 -0.1491 0.7729</w:t>
        <w:br/>
        <w:t>vn 0.5802 0.0748 0.8111</w:t>
        <w:br/>
        <w:t>vn 0.3412 -0.4711 0.8135</w:t>
        <w:br/>
        <w:t>vn 0.2595 -0.5242 0.8111</w:t>
        <w:br/>
        <w:t>vn 0.2524 -0.6173 0.7451</w:t>
        <w:br/>
        <w:t>vn 0.3387 -0.6041 0.7213</w:t>
        <w:br/>
        <w:t>vn 0.7966 0.1060 0.5952</w:t>
        <w:br/>
        <w:t>vn 0.9353 -0.1186 0.3334</w:t>
        <w:br/>
        <w:t>vn 0.9429 -0.1913 0.2727</w:t>
        <w:br/>
        <w:t>vn 0.4631 -0.7656 0.4465</w:t>
        <w:br/>
        <w:t>vn 0.3335 -0.3099 0.8904</w:t>
        <w:br/>
        <w:t>vn 0.8228 -0.3347 0.4593</w:t>
        <w:br/>
        <w:t>vn 0.7762 -0.4194 0.4707</w:t>
        <w:br/>
        <w:t>vn 0.5621 -0.2738 0.7804</w:t>
        <w:br/>
        <w:t>vn 0.4876 -0.2301 0.8422</w:t>
        <w:br/>
        <w:t>vn 0.3725 -0.2177 0.9022</w:t>
        <w:br/>
        <w:t>vn 0.4239 -0.2779 0.8621</w:t>
        <w:br/>
        <w:t>vn 0.4123 -0.0224 0.9108</w:t>
        <w:br/>
        <w:t>vn 0.6569 0.0580 0.7518</w:t>
        <w:br/>
        <w:t>vn 0.3574 -0.5317 0.7679</w:t>
        <w:br/>
        <w:t>vn 0.3855 -0.4292 0.8168</w:t>
        <w:br/>
        <w:t>vn 0.5736 -0.2217 0.7885</w:t>
        <w:br/>
        <w:t>vn 0.6794 -0.1467 0.7190</w:t>
        <w:br/>
        <w:t>vn 0.6201 -0.2958 0.7266</w:t>
        <w:br/>
        <w:t>vn 0.5246 -0.3003 0.7966</w:t>
        <w:br/>
        <w:t>vn 0.7447 -0.0008 0.6674</w:t>
        <w:br/>
        <w:t>vn 0.6404 0.2304 0.7327</w:t>
        <w:br/>
        <w:t>vn 0.3616 -0.3230 0.8746</w:t>
        <w:br/>
        <w:t>vn 0.2308 -0.3346 0.9136</w:t>
        <w:br/>
        <w:t>vn 0.2117 -0.2214 0.9519</w:t>
        <w:br/>
        <w:t>vn 0.5908 -0.2628 0.7628</w:t>
        <w:br/>
        <w:t>vn 0.5787 -0.3626 0.7305</w:t>
        <w:br/>
        <w:t>vn 0.5272 -0.2684 0.8063</w:t>
        <w:br/>
        <w:t>vn 0.5389 -0.2513 0.8040</w:t>
        <w:br/>
        <w:t>vn 0.3539 -0.4615 0.8135</w:t>
        <w:br/>
        <w:t>vn 0.2358 -0.4793 0.8454</w:t>
        <w:br/>
        <w:t>vn 0.5270 -0.5095 0.6802</w:t>
        <w:br/>
        <w:t>vn 0.6321 -0.2002 0.7486</w:t>
        <w:br/>
        <w:t>vn 0.3336 -0.4727 0.8157</w:t>
        <w:br/>
        <w:t>vn 0.2111 -0.3346 0.9184</w:t>
        <w:br/>
        <w:t>vn 0.5875 0.0987 0.8032</w:t>
        <w:br/>
        <w:t>vn 0.7352 0.1132 0.6683</w:t>
        <w:br/>
        <w:t>vn 0.7357 0.1640 0.6571</w:t>
        <w:br/>
        <w:t>vn 0.6130 0.1732 0.7708</w:t>
        <w:br/>
        <w:t>vn 0.4774 -0.3286 0.8150</w:t>
        <w:br/>
        <w:t>vn 0.6509 -0.2424 0.7194</w:t>
        <w:br/>
        <w:t>vn 0.7060 -0.0833 0.7033</w:t>
        <w:br/>
        <w:t>vn 0.5443 -0.1774 0.8199</w:t>
        <w:br/>
        <w:t>vn 0.3858 0.1879 0.9032</w:t>
        <w:br/>
        <w:t>vn 0.3473 0.0866 0.9337</w:t>
        <w:br/>
        <w:t>vn 0.4357 0.1173 0.8924</w:t>
        <w:br/>
        <w:t>vn 0.4779 0.2000 0.8553</w:t>
        <w:br/>
        <w:t>vn 0.6796 -0.0608 0.7311</w:t>
        <w:br/>
        <w:t>vn 0.6313 -0.3344 0.6997</w:t>
        <w:br/>
        <w:t>vn 0.5359 -0.2605 0.8031</w:t>
        <w:br/>
        <w:t>vn 0.5079 -0.7625 0.4007</w:t>
        <w:br/>
        <w:t>vn 0.7576 -0.3904 0.5231</w:t>
        <w:br/>
        <w:t>vn 0.5074 0.1523 0.8482</w:t>
        <w:br/>
        <w:t>vn 0.4725 0.0642 0.8790</w:t>
        <w:br/>
        <w:t>vn 0.7122 -0.2530 0.6548</w:t>
        <w:br/>
        <w:t>vn 0.8306 -0.1838 0.5257</w:t>
        <w:br/>
        <w:t>vn 0.8654 -0.2316 0.4444</w:t>
        <w:br/>
        <w:t>vn 0.8655 0.0708 0.4958</w:t>
        <w:br/>
        <w:t>vn 0.6620 -0.2960 0.6886</w:t>
        <w:br/>
        <w:t>vn 0.4870 -0.2960 0.8217</w:t>
        <w:br/>
        <w:t>vn 0.4644 -0.3468 0.8149</w:t>
        <w:br/>
        <w:t>vn 0.3684 -0.3863 0.8456</w:t>
        <w:br/>
        <w:t>vn 0.4477 -0.3087 0.8392</w:t>
        <w:br/>
        <w:t>vn 0.5540 0.3768 0.7424</w:t>
        <w:br/>
        <w:t>vn 0.5406 0.4524 0.7092</w:t>
        <w:br/>
        <w:t>vn 0.9106 -0.1564 0.3825</w:t>
        <w:br/>
        <w:t>vn 0.9253 -0.1987 0.3231</w:t>
        <w:br/>
        <w:t>vn 0.4787 -0.7401 0.4723</w:t>
        <w:br/>
        <w:t>vn 0.5345 -0.7179 0.4460</w:t>
        <w:br/>
        <w:t>vn 0.4978 -0.6876 0.5286</w:t>
        <w:br/>
        <w:t>vn 0.2879 -0.5019 0.8156</w:t>
        <w:br/>
        <w:t>vn 0.6209 -0.2475 0.7438</w:t>
        <w:br/>
        <w:t>vn 0.4770 -0.3092 0.8227</w:t>
        <w:br/>
        <w:t>vn 0.6701 -0.5643 0.4822</w:t>
        <w:br/>
        <w:t>vn 0.4000 0.1323 0.9069</w:t>
        <w:br/>
        <w:t>vn 0.3686 0.1534 0.9169</w:t>
        <w:br/>
        <w:t>vn 0.7399 0.1796 0.6483</w:t>
        <w:br/>
        <w:t>vn 0.5413 0.2088 0.8145</w:t>
        <w:br/>
        <w:t>vn 0.6263 0.2011 0.7532</w:t>
        <w:br/>
        <w:t>vn 0.6257 0.2287 0.7458</w:t>
        <w:br/>
        <w:t>vn 0.5477 0.2506 0.7982</w:t>
        <w:br/>
        <w:t>vn 0.4657 -0.4559 0.7585</w:t>
        <w:br/>
        <w:t>vn 0.5123 -0.3823 0.7691</w:t>
        <w:br/>
        <w:t>vn 0.5186 -0.3824 0.7647</w:t>
        <w:br/>
        <w:t>vn 0.5474 -0.4522 0.7042</w:t>
        <w:br/>
        <w:t>vn 0.5370 0.0729 0.8404</w:t>
        <w:br/>
        <w:t>vn 0.5646 -0.1031 0.8189</w:t>
        <w:br/>
        <w:t>vn 0.5004 -0.0608 0.8637</w:t>
        <w:br/>
        <w:t>vn 0.4760 -0.0832 0.8755</w:t>
        <w:br/>
        <w:t>vn 0.3273 0.4850 0.8110</w:t>
        <w:br/>
        <w:t>vn 0.4980 0.3195 0.8062</w:t>
        <w:br/>
        <w:t>vn 0.8622 -0.0463 0.5045</w:t>
        <w:br/>
        <w:t>vn 0.7272 0.1761 0.6634</w:t>
        <w:br/>
        <w:t>vn 0.4630 -0.2775 0.8418</w:t>
        <w:br/>
        <w:t>vn 0.7236 -0.4207 0.5472</w:t>
        <w:br/>
        <w:t>vn 0.6581 -0.5406 0.5241</w:t>
        <w:br/>
        <w:t>vn 0.8504 0.0765 0.5206</w:t>
        <w:br/>
        <w:t>vn 0.8056 0.2369 0.5431</w:t>
        <w:br/>
        <w:t>vn 0.7320 -0.4838 0.4797</w:t>
        <w:br/>
        <w:t>vn 0.5605 -0.3797 0.7360</w:t>
        <w:br/>
        <w:t>vn 0.5505 -0.0435 0.8337</w:t>
        <w:br/>
        <w:t>vn 0.4848 0.0051 0.8746</w:t>
        <w:br/>
        <w:t>vn 0.8625 0.1435 0.4854</w:t>
        <w:br/>
        <w:t>vn 0.5768 -0.1248 0.8073</w:t>
        <w:br/>
        <w:t>vn 0.6547 -0.0137 0.7558</w:t>
        <w:br/>
        <w:t>vn 0.6185 -0.3588 0.6991</w:t>
        <w:br/>
        <w:t>vn 0.5823 -0.3895 0.7136</w:t>
        <w:br/>
        <w:t>vn 0.5414 -0.3406 0.7687</w:t>
        <w:br/>
        <w:t>vn 0.5123 -0.3141 0.7993</w:t>
        <w:br/>
        <w:t>vn 0.4491 -0.0336 0.8929</w:t>
        <w:br/>
        <w:t>vn 0.4685 0.0935 0.8785</w:t>
        <w:br/>
        <w:t>vn 0.2072 -0.0231 0.9780</w:t>
        <w:br/>
        <w:t>vn 0.1557 0.1220 0.9802</w:t>
        <w:br/>
        <w:t>vn 0.5479 -0.3736 -0.7485</w:t>
        <w:br/>
        <w:t>vn 0.4368 -0.2972 0.8490</w:t>
        <w:br/>
        <w:t>vn 0.6700 -0.1032 0.7351</w:t>
        <w:br/>
        <w:t>vn 0.5297 -0.0020 0.8482</w:t>
        <w:br/>
        <w:t>vn 0.4583 0.0641 0.8865</w:t>
        <w:br/>
        <w:t>vn 0.4709 -0.7158 0.5157</w:t>
        <w:br/>
        <w:t>vn 0.5105 -0.6586 0.5529</w:t>
        <w:br/>
        <w:t>vn 0.4342 -0.6719 0.6001</w:t>
        <w:br/>
        <w:t>vn 0.2925 -0.7164 0.6335</w:t>
        <w:br/>
        <w:t>vn 0.4780 -0.4343 0.7635</w:t>
        <w:br/>
        <w:t>vn 0.6723 -0.2131 0.7090</w:t>
        <w:br/>
        <w:t>vn 0.5085 -0.2996 0.8073</w:t>
        <w:br/>
        <w:t>vn 0.6395 -0.2419 0.7298</w:t>
        <w:br/>
        <w:t>vn 0.4593 -0.1862 0.8686</w:t>
        <w:br/>
        <w:t>vn 0.1570 -0.7343 0.6605</w:t>
        <w:br/>
        <w:t>vn 0.2684 0.3956 0.8783</w:t>
        <w:br/>
        <w:t>vn 0.2333 0.2290 0.9451</w:t>
        <w:br/>
        <w:t>vn 0.3423 0.1918 0.9198</w:t>
        <w:br/>
        <w:t>vn 0.3061 0.3920 0.8676</w:t>
        <w:br/>
        <w:t>vn 0.1792 -0.1693 0.9692</w:t>
        <w:br/>
        <w:t>vn 0.6750 -0.3274 0.6612</w:t>
        <w:br/>
        <w:t>vn 0.4967 0.1770 0.8497</w:t>
        <w:br/>
        <w:t>vn 0.4619 0.3846 0.7992</w:t>
        <w:br/>
        <w:t>vn 0.6854 0.1807 0.7054</w:t>
        <w:br/>
        <w:t>vn 0.4011 -0.7864 0.4698</w:t>
        <w:br/>
        <w:t>vn 0.3709 -0.3066 0.8766</w:t>
        <w:br/>
        <w:t>vn 0.2669 -0.3012 0.9154</w:t>
        <w:br/>
        <w:t>vn 0.3312 0.3739 0.8663</w:t>
        <w:br/>
        <w:t>vn 0.5076 0.6561 0.5584</w:t>
        <w:br/>
        <w:t>vn 0.6699 0.1942 0.7167</w:t>
        <w:br/>
        <w:t>vn 0.4112 -0.2086 0.8874</w:t>
        <w:br/>
        <w:t>vn 0.3372 -0.6656 0.6658</w:t>
        <w:br/>
        <w:t>vn 0.5547 -0.5619 0.6137</w:t>
        <w:br/>
        <w:t>vn 0.6308 -0.4313 0.6450</w:t>
        <w:br/>
        <w:t>vn 0.2151 -0.5228 0.8249</w:t>
        <w:br/>
        <w:t>vn 0.0842 -0.4755 0.8757</w:t>
        <w:br/>
        <w:t>vn 0.2800 -0.4647 0.8400</w:t>
        <w:br/>
        <w:t>vn 0.4266 -0.5395 0.7259</w:t>
        <w:br/>
        <w:t>vn 0.7201 0.2004 0.6643</w:t>
        <w:br/>
        <w:t>vn 0.9898 -0.1070 0.0939</w:t>
        <w:br/>
        <w:t>vn 0.9895 -0.0956 0.1084</w:t>
        <w:br/>
        <w:t>vn 0.5917 -0.2593 0.7633</w:t>
        <w:br/>
        <w:t>vn 0.6691 -0.2230 0.7089</w:t>
        <w:br/>
        <w:t>vn 0.5950 -0.2068 0.7766</w:t>
        <w:br/>
        <w:t>vn 0.4687 0.3431 0.8140</w:t>
        <w:br/>
        <w:t>vn 0.3627 0.4187 0.8326</w:t>
        <w:br/>
        <w:t>vn 0.6472 -0.0316 0.7617</w:t>
        <w:br/>
        <w:t>vn 0.6551 0.0132 0.7554</w:t>
        <w:br/>
        <w:t>vn -0.0070 0.1603 0.9870</w:t>
        <w:br/>
        <w:t>vn 0.9059 0.0051 0.4234</w:t>
        <w:br/>
        <w:t>vn 0.0907 0.6207 0.7788</w:t>
        <w:br/>
        <w:t>vn -0.0071 0.1638 0.9865</w:t>
        <w:br/>
        <w:t>vn 0.0318 0.9151 0.4019</w:t>
        <w:br/>
        <w:t>vn 0.2872 0.8989 0.3309</w:t>
        <w:br/>
        <w:t>vn 0.3962 0.0267 0.9178</w:t>
        <w:br/>
        <w:t>vn 0.3169 -0.0085 0.9484</w:t>
        <w:br/>
        <w:t>vn 0.4358 -0.3522 0.8283</w:t>
        <w:br/>
        <w:t>vn 0.2229 -0.0200 0.9746</w:t>
        <w:br/>
        <w:t>vn 0.2237 0.0681 0.9723</w:t>
        <w:br/>
        <w:t>vn 0.3880 -0.5257 0.7570</w:t>
        <w:br/>
        <w:t>vn 0.7550 -0.3476 0.5561</w:t>
        <w:br/>
        <w:t>vn 0.6755 -0.4158 0.6089</w:t>
        <w:br/>
        <w:t>vn 0.8151 -0.2057 0.5415</w:t>
        <w:br/>
        <w:t>vn 0.5485 -0.7947 -0.2600</w:t>
        <w:br/>
        <w:t>vn 0.4476 -0.8782 -0.1689</w:t>
        <w:br/>
        <w:t>vn 0.6241 -0.0995 0.7750</w:t>
        <w:br/>
        <w:t>vn 0.5957 -0.1301 0.7926</w:t>
        <w:br/>
        <w:t>vn 0.6873 -0.1294 0.7147</w:t>
        <w:br/>
        <w:t>vn 0.6606 -0.6811 -0.3157</w:t>
        <w:br/>
        <w:t>vn 0.0446 0.4335 0.9000</w:t>
        <w:br/>
        <w:t>vn 0.2036 0.8397 0.5034</w:t>
        <w:br/>
        <w:t>vn 0.2036 0.8397 0.5035</w:t>
        <w:br/>
        <w:t>vn 0.1252 -0.9687 0.2144</w:t>
        <w:br/>
        <w:t>vn 0.1252 -0.9687 0.2143</w:t>
        <w:br/>
        <w:t>vn 0.8225 0.4575 -0.3379</w:t>
        <w:br/>
        <w:t>vn 0.5365 0.8439 0.0040</w:t>
        <w:br/>
        <w:t>vn -0.1018 0.0534 0.9934</w:t>
        <w:br/>
        <w:t>vn 0.7891 -0.3373 0.5134</w:t>
        <w:br/>
        <w:t>vn 0.7575 -0.2441 0.6055</w:t>
        <w:br/>
        <w:t>vn 0.5815 -0.1408 0.8013</w:t>
        <w:br/>
        <w:t>vn 0.6232 -0.0272 0.7816</w:t>
        <w:br/>
        <w:t>vn 0.8502 -0.3623 -0.3819</w:t>
        <w:br/>
        <w:t>vn 0.4726 -0.3937 0.7884</w:t>
        <w:br/>
        <w:t>vn 0.8115 -0.0714 0.5800</w:t>
        <w:br/>
        <w:t>vn 0.4776 -0.8065 0.3485</w:t>
        <w:br/>
        <w:t>vn 0.8773 -0.2146 0.4294</w:t>
        <w:br/>
        <w:t>vn 0.4887 0.2626 0.8320</w:t>
        <w:br/>
        <w:t>vn 0.6923 -0.5158 0.5046</w:t>
        <w:br/>
        <w:t>vn 0.3983 0.2634 0.8786</w:t>
        <w:br/>
        <w:t>vn 0.8175 0.1640 0.5521</w:t>
        <w:br/>
        <w:t>vn 0.9015 0.1085 0.4190</w:t>
        <w:br/>
        <w:t>vn 0.9841 -0.1001 0.1470</w:t>
        <w:br/>
        <w:t>vn 0.9852 -0.1192 0.1230</w:t>
        <w:br/>
        <w:t>vn 0.9778 -0.1172 0.1734</w:t>
        <w:br/>
        <w:t>vn 0.5524 0.0596 0.8315</w:t>
        <w:br/>
        <w:t>vn 0.8571 -0.4277 -0.2872</w:t>
        <w:br/>
        <w:t>vn 0.5561 -0.4329 -0.7095</w:t>
        <w:br/>
        <w:t>vn 0.9264 0.0915 -0.3652</w:t>
        <w:br/>
        <w:t>vn 0.9264 0.0915 -0.3653</w:t>
        <w:br/>
        <w:t>vn 0.5446 -0.1053 0.8320</w:t>
        <w:br/>
        <w:t>vn -0.1246 -0.8724 0.4726</w:t>
        <w:br/>
        <w:t>vn 0.3760 0.6725 -0.6374</w:t>
        <w:br/>
        <w:t>vn 0.4912 0.4396 -0.7520</w:t>
        <w:br/>
        <w:t>vn 0.3067 0.3640 -0.8794</w:t>
        <w:br/>
        <w:t>vn 0.3307 -0.0919 -0.9393</w:t>
        <w:br/>
        <w:t>vn 0.3809 0.0716 -0.9218</w:t>
        <w:br/>
        <w:t>vn 0.3061 -0.3281 -0.8937</w:t>
        <w:br/>
        <w:t>vn 0.2836 -0.3385 -0.8972</w:t>
        <w:br/>
        <w:t>vn 0.2505 -0.5127 -0.8212</w:t>
        <w:br/>
        <w:t>vn 0.2853 -0.7926 -0.5388</w:t>
        <w:br/>
        <w:t>vn 0.2474 -0.7638 -0.5961</w:t>
        <w:br/>
        <w:t>vn 0.2517 -0.6474 -0.7194</w:t>
        <w:br/>
        <w:t>vn 0.6306 0.7518 -0.1929</w:t>
        <w:br/>
        <w:t>vn 0.7580 0.6517 0.0267</w:t>
        <w:br/>
        <w:t>vn 0.3844 0.1571 -0.9097</w:t>
        <w:br/>
        <w:t>vn -0.3760 0.6725 -0.6374</w:t>
        <w:br/>
        <w:t>vn -0.3067 0.3640 -0.8794</w:t>
        <w:br/>
        <w:t>vn -0.4912 0.4397 -0.7520</w:t>
        <w:br/>
        <w:t>vn -0.3307 -0.0919 -0.9393</w:t>
        <w:br/>
        <w:t>vn -0.3809 0.0716 -0.9219</w:t>
        <w:br/>
        <w:t>vn -0.3061 -0.3281 -0.8937</w:t>
        <w:br/>
        <w:t>vn -0.2836 -0.3385 -0.8972</w:t>
        <w:br/>
        <w:t>vn -0.2505 -0.5127 -0.8212</w:t>
        <w:br/>
        <w:t>vn -0.2853 -0.7926 -0.5389</w:t>
        <w:br/>
        <w:t>vn -0.2517 -0.6474 -0.7194</w:t>
        <w:br/>
        <w:t>vn -0.2474 -0.7638 -0.5961</w:t>
        <w:br/>
        <w:t>vn -0.6305 0.7518 -0.1929</w:t>
        <w:br/>
        <w:t>vn -0.7580 0.6517 0.0266</w:t>
        <w:br/>
        <w:t>vn -0.3844 0.1571 -0.9097</w:t>
        <w:br/>
        <w:t>vn -0.5178 0.0793 0.8518</w:t>
        <w:br/>
        <w:t>vn -0.5176 0.0793 0.8519</w:t>
        <w:br/>
        <w:t>vn -0.5180 0.0793 0.8517</w:t>
        <w:br/>
        <w:t>vn -0.5181 0.0793 0.8516</w:t>
        <w:br/>
        <w:t>vn -0.5179 0.0793 0.8518</w:t>
        <w:br/>
        <w:t>vn -0.5190 0.0794 0.8511</w:t>
        <w:br/>
        <w:t>vn -0.5175 0.0793 0.8520</w:t>
        <w:br/>
        <w:t>vn -0.5188 0.0793 0.8512</w:t>
        <w:br/>
        <w:t>vn -0.5186 0.0793 0.8513</w:t>
        <w:br/>
        <w:t>vn -0.5182 0.0794 0.8516</w:t>
        <w:br/>
        <w:t>vn -0.5184 0.0793 0.8515</w:t>
        <w:br/>
        <w:t>vn -0.5182 0.0793 0.8516</w:t>
        <w:br/>
        <w:t>vn 0.3314 0.0793 0.9402</w:t>
        <w:br/>
        <w:t>vn 0.3318 0.0793 0.9400</w:t>
        <w:br/>
        <w:t>vn 0.3315 0.0793 0.9401</w:t>
        <w:br/>
        <w:t>vn 0.3314 0.0793 0.9401</w:t>
        <w:br/>
        <w:t>vn 0.3321 0.0794 0.9399</w:t>
        <w:br/>
        <w:t>vn 0.3312 0.0792 0.9402</w:t>
        <w:br/>
        <w:t>vn 0.3315 0.0794 0.9401</w:t>
        <w:br/>
        <w:t>vn 0.3316 0.0793 0.9401</w:t>
        <w:br/>
        <w:t>vn 0.3317 0.0793 0.9401</w:t>
        <w:br/>
        <w:t>vn 0.3317 0.0793 0.9400</w:t>
        <w:br/>
        <w:t>vn 0.3311 0.0793 0.9403</w:t>
        <w:br/>
        <w:t>usemtl 下身</w:t>
        <w:br/>
        <w:t>s 1</w:t>
        <w:br/>
        <w:t>f 13296/1/1 13295/2/2 13294/3/2</w:t>
        <w:br/>
        <w:t>f 13299/4/3 13298/5/4 13297/6/5</w:t>
        <w:br/>
        <w:t>f 13302/7/6 13301/8/7 13300/9/8</w:t>
        <w:br/>
        <w:t>f 13305/10/9 13304/11/10 13303/12/11</w:t>
        <w:br/>
        <w:t>f 13308/13/12 13307/14/13 13306/15/14</w:t>
        <w:br/>
        <w:t>f 13311/16/15 13310/17/15 13309/18/15</w:t>
        <w:br/>
        <w:t>f 13310/17/15 13311/16/15 13312/19/15</w:t>
        <w:br/>
        <w:t>f 13315/20/16 13314/21/17 13313/22/18</w:t>
        <w:br/>
        <w:t>f 13314/21/17 13315/20/16 13316/23/19</w:t>
        <w:br/>
        <w:t>f 13319/24/20 13318/25/20 13317/26/21</w:t>
        <w:br/>
        <w:t>f 13320/27/22 13318/25/20 13319/24/20</w:t>
        <w:br/>
        <w:t>f 13323/28/23 13322/29/24 13321/30/25</w:t>
        <w:br/>
        <w:t>f 13322/29/24 13323/28/23 13324/31/26</w:t>
        <w:br/>
        <w:t>f 13327/32/27 13326/33/28 13325/34/29</w:t>
        <w:br/>
        <w:t>f 13327/32/27 13325/34/29 13328/35/30</w:t>
        <w:br/>
        <w:t>f 13331/36/31 13330/37/32 13329/38/32</w:t>
        <w:br/>
        <w:t>f 13330/37/32 13331/36/31 13332/39/31</w:t>
        <w:br/>
        <w:t>f 13335/40/33 13334/41/34 13333/42/35</w:t>
        <w:br/>
        <w:t>f 13334/41/34 13336/43/36 13333/42/35</w:t>
        <w:br/>
        <w:t>f 13339/44/37 13338/45/37 13337/46/37</w:t>
        <w:br/>
        <w:t>f 13338/45/37 13339/44/37 13340/47/37</w:t>
        <w:br/>
        <w:t>f 13343/48/38 13342/49/39 13341/50/38</w:t>
        <w:br/>
        <w:t>f 13342/49/39 13343/48/38 13344/51/39</w:t>
        <w:br/>
        <w:t>f 13294/3/2 13345/52/40 13296/1/1</w:t>
        <w:br/>
        <w:t>f 13348/53/41 13347/54/42 13346/55/43</w:t>
        <w:br/>
        <w:t>f 13346/55/43 13349/56/44 13348/53/41</w:t>
        <w:br/>
        <w:t>f 13346/55/43 13350/57/45 13349/56/44</w:t>
        <w:br/>
        <w:t>f 13350/57/45 13346/55/43 13351/58/46</w:t>
        <w:br/>
        <w:t>f 13352/59/47 13350/57/45 13351/58/46</w:t>
        <w:br/>
        <w:t>f 13352/59/47 13353/60/48 13350/57/45</w:t>
        <w:br/>
        <w:t>f 13352/59/47 13354/61/49 13353/60/48</w:t>
        <w:br/>
        <w:t>f 13357/62/50 13356/63/51 13355/64/52</w:t>
        <w:br/>
        <w:t>f 13356/63/51 13357/62/50 13358/65/53</w:t>
        <w:br/>
        <w:t>f 13359/66/54 13358/65/53 13357/62/50</w:t>
        <w:br/>
        <w:t>f 13358/65/53 13359/66/54 13360/67/55</w:t>
        <w:br/>
        <w:t>f 13361/68/56 13360/67/55 13359/66/54</w:t>
        <w:br/>
        <w:t>f 13354/61/49 13352/59/47 13362/69/57</w:t>
        <w:br/>
        <w:t>f 13362/69/57 13363/70/58 13354/61/49</w:t>
        <w:br/>
        <w:t>f 13366/71/59 13365/72/60 13364/73/61</w:t>
        <w:br/>
        <w:t>f 13365/72/60 13366/71/59 13367/74/62</w:t>
        <w:br/>
        <w:t>f 13368/75/63 13365/72/60 13367/74/62</w:t>
        <w:br/>
        <w:t>f 13365/72/60 13368/75/63 13369/76/64</w:t>
        <w:br/>
        <w:t>f 13363/70/58 13362/69/57 13370/77/65</w:t>
        <w:br/>
        <w:t>f 13371/78/66 13369/76/64 13368/75/63</w:t>
        <w:br/>
        <w:t>f 13369/76/64 13371/78/66 13372/79/67</w:t>
        <w:br/>
        <w:t>f 13372/79/67 13363/70/58 13370/77/65</w:t>
        <w:br/>
        <w:t>f 13373/80/68 13372/79/67 13371/78/66</w:t>
        <w:br/>
        <w:t>f 13372/79/67 13374/81/69 13363/70/58</w:t>
        <w:br/>
        <w:t>f 13359/66/54 13374/81/69 13361/68/56</w:t>
        <w:br/>
        <w:t>f 13372/79/67 13373/80/68 13375/82/70</w:t>
        <w:br/>
        <w:t>f 13376/83/71 13375/82/70 13373/80/68</w:t>
        <w:br/>
        <w:t>f 13377/84/72 13374/81/69 13372/79/67</w:t>
        <w:br/>
        <w:t>f 13377/84/72 13361/68/56 13374/81/69</w:t>
        <w:br/>
        <w:t>f 13375/82/70 13377/84/72 13372/79/67</w:t>
        <w:br/>
        <w:t>f 13361/68/56 13377/84/72 13378/85/73</w:t>
        <w:br/>
        <w:t>f 13375/82/70 13376/83/71 13379/86/74</w:t>
        <w:br/>
        <w:t>f 13380/87/75 13379/86/74 13376/83/71</w:t>
        <w:br/>
        <w:t>f 13381/88/76 13377/84/72 13375/82/70</w:t>
        <w:br/>
        <w:t>f 13381/88/76 13378/85/73 13377/84/72</w:t>
        <w:br/>
        <w:t>f 13379/86/74 13381/88/76 13375/82/70</w:t>
        <w:br/>
        <w:t>f 13378/85/73 13381/88/76 13382/89/77</w:t>
        <w:br/>
        <w:t>f 13381/88/76 13383/90/78 13382/89/77</w:t>
        <w:br/>
        <w:t>f 13379/86/74 13380/87/75 13384/91/79</w:t>
        <w:br/>
        <w:t>f 13380/87/75 13385/92/80 13384/91/79</w:t>
        <w:br/>
        <w:t>f 13379/86/74 13386/93/81 13381/88/76</w:t>
        <w:br/>
        <w:t>f 13381/88/76 13386/93/81 13383/90/78</w:t>
        <w:br/>
        <w:t>f 13386/93/81 13379/86/74 13384/91/79</w:t>
        <w:br/>
        <w:t>f 13386/93/81 13387/94/82 13383/90/78</w:t>
        <w:br/>
        <w:t>f 13388/95/83 13384/91/79 13385/92/80</w:t>
        <w:br/>
        <w:t>f 13388/95/83 13386/93/81 13384/91/79</w:t>
        <w:br/>
        <w:t>f 13385/92/80 13389/96/84 13388/95/83</w:t>
        <w:br/>
        <w:t>f 13387/94/82 13386/93/81 13390/97/85</w:t>
        <w:br/>
        <w:t>f 13390/97/85 13386/93/81 13388/95/83</w:t>
        <w:br/>
        <w:t>f 13390/97/85 13391/98/86 13387/94/82</w:t>
        <w:br/>
        <w:t>f 13392/99/87 13388/95/83 13389/96/84</w:t>
        <w:br/>
        <w:t>f 13392/99/87 13390/97/85 13388/95/83</w:t>
        <w:br/>
        <w:t>f 13393/100/88 13392/99/87 13389/96/84</w:t>
        <w:br/>
        <w:t>f 13391/98/86 13390/97/85 13394/101/89</w:t>
        <w:br/>
        <w:t>f 13392/99/87 13394/101/89 13390/97/85</w:t>
        <w:br/>
        <w:t>f 13395/102/90 13391/98/86 13394/101/89</w:t>
        <w:br/>
        <w:t>f 13392/99/87 13393/100/88 13396/103/91</w:t>
        <w:br/>
        <w:t>f 13396/103/91 13394/101/89 13392/99/87</w:t>
        <w:br/>
        <w:t>f 13397/104/92 13396/103/91 13393/100/88</w:t>
        <w:br/>
        <w:t>f 13394/101/89 13398/105/93 13395/102/90</w:t>
        <w:br/>
        <w:t>f 13398/105/93 13394/101/89 13396/103/91</w:t>
        <w:br/>
        <w:t>f 13399/106/94 13395/102/90 13398/105/93</w:t>
        <w:br/>
        <w:t>f 13396/103/91 13397/104/92 13400/107/95</w:t>
        <w:br/>
        <w:t>f 13400/107/95 13398/105/93 13396/103/91</w:t>
        <w:br/>
        <w:t>f 13399/106/94 13398/105/93 13401/108/96</w:t>
        <w:br/>
        <w:t>f 13398/105/93 13400/107/95 13401/108/96</w:t>
        <w:br/>
        <w:t>f 13401/108/96 13402/109/97 13399/106/94</w:t>
        <w:br/>
        <w:t>f 13397/104/92 13403/110/98 13400/107/95</w:t>
        <w:br/>
        <w:t>f 13401/108/96 13400/107/95 13404/111/99</w:t>
        <w:br/>
        <w:t>f 13403/110/98 13397/104/92 13405/112/100</w:t>
        <w:br/>
        <w:t>f 13402/109/97 13401/108/96 13406/113/101</w:t>
        <w:br/>
        <w:t>f 13404/111/99 13406/113/101 13401/108/96</w:t>
        <w:br/>
        <w:t>f 13407/114/102 13403/110/98 13405/112/100</w:t>
        <w:br/>
        <w:t>f 13406/113/101 13404/111/99 13408/115/103</w:t>
        <w:br/>
        <w:t>f 13409/116/104 13407/114/102 13405/112/100</w:t>
        <w:br/>
        <w:t>f 13410/117/105 13402/109/97 13406/113/101</w:t>
        <w:br/>
        <w:t>f 13406/113/101 13408/115/103 13410/117/105</w:t>
        <w:br/>
        <w:t>f 13402/109/97 13410/117/105 13411/118/106</w:t>
        <w:br/>
        <w:t>f 13410/117/105 13412/119/107 13411/118/106</w:t>
        <w:br/>
        <w:t>f 13414/120/108 13413/121/109 13412/119/107</w:t>
        <w:br/>
        <w:t>f 13415/122/110 13412/119/107 13410/117/105</w:t>
        <w:br/>
        <w:t>f 13415/122/110 13414/120/108 13412/119/107</w:t>
        <w:br/>
        <w:t>f 13418/123/111 13417/124/112 13416/125/113</w:t>
        <w:br/>
        <w:t>f 13418/123/111 13416/125/113 13408/115/103</w:t>
        <w:br/>
        <w:t>f 13409/116/104 13418/123/114 13407/114/102</w:t>
        <w:br/>
        <w:t>f 13421/126/115 13420/127/116 13419/128/117</w:t>
        <w:br/>
        <w:t>f 13422/129/118 13420/127/116 13421/126/115</w:t>
        <w:br/>
        <w:t>f 13424/130/119 13423/131/120 13409/116/121</w:t>
        <w:br/>
        <w:t>f 13425/132/122 13423/131/120 13424/130/119</w:t>
        <w:br/>
        <w:t>f 13426/133/123 13425/132/122 13424/130/119</w:t>
        <w:br/>
        <w:t>f 13429/134/124 13428/135/125 13427/136/126</w:t>
        <w:br/>
        <w:t>f 13430/137/127 13427/136/126 13428/135/125</w:t>
        <w:br/>
        <w:t>f 13433/138/128 13432/139/129 13431/140/130</w:t>
        <w:br/>
        <w:t>f 13434/141/131 13432/139/129 13433/138/128</w:t>
        <w:br/>
        <w:t>f 13432/139/129 13435/142/132 13431/140/130</w:t>
        <w:br/>
        <w:t>f 13431/140/130 13435/142/132 13436/143/133</w:t>
        <w:br/>
        <w:t>f 13435/142/132 13437/144/134 13436/143/133</w:t>
        <w:br/>
        <w:t>f 13436/143/133 13437/144/134 13438/145/135</w:t>
        <w:br/>
        <w:t>f 13437/144/134 13439/146/136 13438/145/135</w:t>
        <w:br/>
        <w:t>f 13442/147/137 13441/148/138 13440/149/139</w:t>
        <w:br/>
        <w:t>f 13444/150/140 13443/151/141 13436/143/142</w:t>
        <w:br/>
        <w:t>f 13443/151/141 13442/147/137 13436/143/142</w:t>
        <w:br/>
        <w:t>f 13445/152/143 13438/145/135 13439/146/136</w:t>
        <w:br/>
        <w:t>f 13444/150/140 13446/153/144 13443/151/141</w:t>
        <w:br/>
        <w:t>f 13447/154/145 13446/153/144 13444/150/140</w:t>
        <w:br/>
        <w:t>f 13449/155/146 13448/156/147 13443/151/141</w:t>
        <w:br/>
        <w:t>f 13446/153/144 13449/155/146 13443/151/141</w:t>
        <w:br/>
        <w:t>f 13448/156/147 13449/155/146 13450/157/148</w:t>
        <w:br/>
        <w:t>f 13449/155/146 13446/153/144 13451/158/149</w:t>
        <w:br/>
        <w:t>f 13452/159/150 13448/156/147 13450/157/148</w:t>
        <w:br/>
        <w:t>f 13454/160/151 13452/159/150 13453/161/152</w:t>
        <w:br/>
        <w:t>f 13452/159/150 13455/162/153 13448/156/147</w:t>
        <w:br/>
        <w:t>f 13441/148/138 13442/147/137 13456/163/154</w:t>
        <w:br/>
        <w:t>f 13455/162/153 13452/159/150 13454/160/151</w:t>
        <w:br/>
        <w:t>f 13427/136/126 13430/137/127 13457/164/155</w:t>
        <w:br/>
        <w:t>f 13458/165/156 13451/158/149 13446/153/144</w:t>
        <w:br/>
        <w:t>f 13446/153/144 13447/154/145 13458/165/156</w:t>
        <w:br/>
        <w:t>f 13451/158/149 13458/165/156 13459/166/157</w:t>
        <w:br/>
        <w:t>f 13445/152/143 13460/167/158 13458/165/156</w:t>
        <w:br/>
        <w:t>f 13439/146/136 13460/167/158 13445/152/143</w:t>
        <w:br/>
        <w:t>f 13460/167/158 13439/146/136 13461/168/159</w:t>
        <w:br/>
        <w:t>f 13458/165/156 13462/169/160 13459/166/157</w:t>
        <w:br/>
        <w:t>f 13458/165/156 13460/167/158 13462/169/160</w:t>
        <w:br/>
        <w:t>f 13463/170/161 13459/166/157 13462/169/160</w:t>
        <w:br/>
        <w:t>f 13461/168/159 13464/171/162 13460/167/158</w:t>
        <w:br/>
        <w:t>f 13460/167/158 13464/171/162 13462/169/160</w:t>
        <w:br/>
        <w:t>f 13464/171/162 13461/168/159 13465/172/163</w:t>
        <w:br/>
        <w:t>f 13462/169/160 13466/173/164 13463/170/161</w:t>
        <w:br/>
        <w:t>f 13464/171/162 13466/173/164 13462/169/160</w:t>
        <w:br/>
        <w:t>f 13466/173/164 13467/174/165 13463/170/161</w:t>
        <w:br/>
        <w:t>f 13465/172/163 13468/175/166 13464/171/162</w:t>
        <w:br/>
        <w:t>f 13466/173/164 13464/171/162 13468/175/166</w:t>
        <w:br/>
        <w:t>f 13468/175/166 13465/172/163 13469/176/167</w:t>
        <w:br/>
        <w:t>f 13466/173/164 13470/177/168 13467/174/165</w:t>
        <w:br/>
        <w:t>f 13468/175/166 13470/177/168 13466/173/164</w:t>
        <w:br/>
        <w:t>f 13471/178/169 13467/174/165 13470/177/168</w:t>
        <w:br/>
        <w:t>f 13472/179/170 13468/175/166 13469/176/167</w:t>
        <w:br/>
        <w:t>f 13468/175/166 13472/179/170 13470/177/168</w:t>
        <w:br/>
        <w:t>f 13469/176/167 13473/180/171 13472/179/170</w:t>
        <w:br/>
        <w:t>f 13474/181/172 13471/178/169 13470/177/168</w:t>
        <w:br/>
        <w:t>f 13471/178/169 13474/181/172 13475/182/173</w:t>
        <w:br/>
        <w:t>f 13474/181/172 13476/183/174 13475/182/173</w:t>
        <w:br/>
        <w:t>f 13477/184/175 13470/177/168 13472/179/170</w:t>
        <w:br/>
        <w:t>f 13473/180/171 13477/184/175 13472/179/170</w:t>
        <w:br/>
        <w:t>f 13470/177/168 13477/184/175 13474/181/172</w:t>
        <w:br/>
        <w:t>f 13477/184/175 13473/180/171 13478/185/176</w:t>
        <w:br/>
        <w:t>f 13476/183/174 13474/181/172 13479/186/177</w:t>
        <w:br/>
        <w:t>f 13478/185/176 13480/187/178 13477/184/175</w:t>
        <w:br/>
        <w:t>f 13480/187/178 13474/181/172 13477/184/175</w:t>
        <w:br/>
        <w:t>f 13474/181/172 13480/187/178 13479/186/177</w:t>
        <w:br/>
        <w:t>f 13480/187/178 13478/185/176 13481/188/179</w:t>
        <w:br/>
        <w:t>f 13479/186/177 13482/189/180 13476/183/174</w:t>
        <w:br/>
        <w:t>f 13481/188/179 13483/190/181 13480/187/178</w:t>
        <w:br/>
        <w:t>f 13483/190/181 13479/186/177 13480/187/178</w:t>
        <w:br/>
        <w:t>f 13483/190/181 13481/188/179 13484/191/182</w:t>
        <w:br/>
        <w:t>f 13482/189/180 13479/186/177 13485/192/183</w:t>
        <w:br/>
        <w:t>f 13479/186/177 13483/190/181 13485/192/183</w:t>
        <w:br/>
        <w:t>f 13486/193/184 13482/189/180 13485/192/183</w:t>
        <w:br/>
        <w:t>f 13483/190/181 13486/193/184 13485/192/183</w:t>
        <w:br/>
        <w:t>f 13488/194/185 13482/189/186 13487/195/187</w:t>
        <w:br/>
        <w:t>f 13487/195/187 13489/196/188 13488/194/185</w:t>
        <w:br/>
        <w:t>f 13484/191/182 13490/197/189 13483/190/181</w:t>
        <w:br/>
        <w:t>f 13486/193/184 13483/190/181 13490/197/189</w:t>
        <w:br/>
        <w:t>f 13490/197/189 13484/191/182 13491/198/190</w:t>
        <w:br/>
        <w:t>f 13489/196/188 13487/195/187 13492/199/191</w:t>
        <w:br/>
        <w:t>f 13492/199/191 13493/200/192 13489/196/188</w:t>
        <w:br/>
        <w:t>f 13493/200/192 13492/199/191 13494/201/193</w:t>
        <w:br/>
        <w:t>f 13495/202/194 13486/193/184 13490/197/189</w:t>
        <w:br/>
        <w:t>f 13491/198/190 13496/203/195 13490/197/189</w:t>
        <w:br/>
        <w:t>f 13486/193/184 13495/202/194 13497/204/196</w:t>
        <w:br/>
        <w:t>f 13496/203/195 13491/198/190 13498/205/197</w:t>
        <w:br/>
        <w:t>f 13499/206/198 13497/204/196 13495/202/194</w:t>
        <w:br/>
        <w:t>f 13500/207/199 13496/203/195 13498/205/197</w:t>
        <w:br/>
        <w:t>f 13496/203/195 13500/207/199 13501/208/200</w:t>
        <w:br/>
        <w:t>f 13497/204/196 13499/206/198 13502/209/201</w:t>
        <w:br/>
        <w:t>f 13504/210/202 13503/211/203 13502/209/204</w:t>
        <w:br/>
        <w:t>f 13506/212/205 13503/211/203 13505/213/206</w:t>
        <w:br/>
        <w:t>f 13505/213/206 13503/211/203 13504/210/202</w:t>
        <w:br/>
        <w:t>f 13508/214/207 13506/212/205 13507/215/208</w:t>
        <w:br/>
        <w:t>f 13506/212/205 13508/214/207 13509/216/209</w:t>
        <w:br/>
        <w:t>f 13503/211/203 13506/212/205 13509/216/209</w:t>
        <w:br/>
        <w:t>f 13512/217/210 13511/218/211 13510/219/212</w:t>
        <w:br/>
        <w:t>f 13510/219/212 13511/218/211 13513/220/213</w:t>
        <w:br/>
        <w:t>f 13516/221/214 13515/222/215 13514/223/216</w:t>
        <w:br/>
        <w:t>f 13519/224/217 13518/225/218 13517/226/219</w:t>
        <w:br/>
        <w:t>f 13518/225/218 13519/224/217 13520/227/220</w:t>
        <w:br/>
        <w:t>f 13520/227/220 13521/228/221 13518/225/218</w:t>
        <w:br/>
        <w:t>f 13521/228/221 13520/227/220 13522/229/222</w:t>
        <w:br/>
        <w:t>f 13522/229/222 13523/230/223 13521/228/221</w:t>
        <w:br/>
        <w:t>f 13515/222/215 13516/221/214 13524/231/224</w:t>
        <w:br/>
        <w:t>f 13525/232/225 13524/231/224 13516/221/214</w:t>
        <w:br/>
        <w:t>f 13528/233/226 13527/234/227 13526/235/228</w:t>
        <w:br/>
        <w:t>f 13527/234/227 13528/233/226 13529/236/229</w:t>
        <w:br/>
        <w:t>f 13528/233/226 13530/237/230 13529/236/229</w:t>
        <w:br/>
        <w:t>f 13530/237/230 13528/233/226 13531/238/231</w:t>
        <w:br/>
        <w:t>f 13524/231/224 13525/232/225 13532/239/232</w:t>
        <w:br/>
        <w:t>f 13531/238/231 13533/240/233 13530/237/230</w:t>
        <w:br/>
        <w:t>f 13534/241/234 13532/239/232 13525/232/225</w:t>
        <w:br/>
        <w:t>f 13523/230/223 13534/241/234 13521/228/221</w:t>
        <w:br/>
        <w:t>f 13533/240/233 13531/238/231 13535/242/235</w:t>
        <w:br/>
        <w:t>f 13532/239/232 13534/241/234 13535/242/235</w:t>
        <w:br/>
        <w:t>f 13535/242/235 13536/243/236 13533/240/233</w:t>
        <w:br/>
        <w:t>f 13523/230/223 13537/244/237 13534/241/234</w:t>
        <w:br/>
        <w:t>f 13537/244/237 13535/242/235 13534/241/234</w:t>
        <w:br/>
        <w:t>f 13537/244/237 13523/230/223 13538/245/238</w:t>
        <w:br/>
        <w:t>f 13536/243/236 13535/242/235 13539/246/239</w:t>
        <w:br/>
        <w:t>f 13535/242/235 13537/244/237 13539/246/239</w:t>
        <w:br/>
        <w:t>f 13539/246/239 13540/247/240 13536/243/236</w:t>
        <w:br/>
        <w:t>f 13538/245/238 13541/248/241 13537/244/237</w:t>
        <w:br/>
        <w:t>f 13541/248/241 13539/246/239 13537/244/237</w:t>
        <w:br/>
        <w:t>f 13541/248/241 13538/245/238 13542/249/242</w:t>
        <w:br/>
        <w:t>f 13543/250/243 13541/248/241 13542/249/242</w:t>
        <w:br/>
        <w:t>f 13540/247/240 13539/246/239 13544/251/244</w:t>
        <w:br/>
        <w:t>f 13539/246/239 13541/248/241 13544/251/244</w:t>
        <w:br/>
        <w:t>f 13544/251/244 13545/252/245 13540/247/240</w:t>
        <w:br/>
        <w:t>f 13541/248/241 13543/250/243 13546/253/246</w:t>
        <w:br/>
        <w:t>f 13546/253/246 13544/251/244 13541/248/241</w:t>
        <w:br/>
        <w:t>f 13543/250/243 13547/254/247 13546/253/246</w:t>
        <w:br/>
        <w:t>f 13545/252/245 13544/251/244 13548/255/248</w:t>
        <w:br/>
        <w:t>f 13544/251/244 13546/253/246 13548/255/248</w:t>
        <w:br/>
        <w:t>f 13549/256/249 13545/252/245 13548/255/248</w:t>
        <w:br/>
        <w:t>f 13550/257/250 13546/253/246 13547/254/247</w:t>
        <w:br/>
        <w:t>f 13551/258/251 13550/257/250 13547/254/247</w:t>
        <w:br/>
        <w:t>f 13552/259/252 13548/255/248 13546/253/246</w:t>
        <w:br/>
        <w:t>f 13548/255/248 13552/259/252 13549/256/249</w:t>
        <w:br/>
        <w:t>f 13552/259/252 13546/253/246 13550/257/250</w:t>
        <w:br/>
        <w:t>f 13552/259/252 13553/260/253 13549/256/249</w:t>
        <w:br/>
        <w:t>f 13554/261/254 13550/257/250 13551/258/251</w:t>
        <w:br/>
        <w:t>f 13553/260/253 13552/259/252 13555/262/255</w:t>
        <w:br/>
        <w:t>f 13550/257/250 13555/262/255 13552/259/252</w:t>
        <w:br/>
        <w:t>f 13555/262/255 13550/257/250 13554/261/254</w:t>
        <w:br/>
        <w:t>f 13555/262/255 13556/263/256 13553/260/253</w:t>
        <w:br/>
        <w:t>f 13551/258/251 13557/264/257 13554/261/254</w:t>
        <w:br/>
        <w:t>f 13556/263/256 13555/262/255 13558/265/258</w:t>
        <w:br/>
        <w:t>f 13558/265/258 13555/262/255 13554/261/254</w:t>
        <w:br/>
        <w:t>f 13558/265/258 13559/266/259 13556/263/256</w:t>
        <w:br/>
        <w:t>f 13560/267/260 13554/261/254 13557/264/257</w:t>
        <w:br/>
        <w:t>f 13554/261/254 13561/268/261 13558/265/258</w:t>
        <w:br/>
        <w:t>f 13562/269/262 13560/267/260 13557/264/257</w:t>
        <w:br/>
        <w:t>f 13559/266/259 13558/265/258 13563/270/263</w:t>
        <w:br/>
        <w:t>f 13563/270/263 13558/265/258 13561/268/261</w:t>
        <w:br/>
        <w:t>f 13563/270/263 13564/271/264 13559/266/259</w:t>
        <w:br/>
        <w:t>f 13560/267/260 13562/269/262 13565/272/265</w:t>
        <w:br/>
        <w:t>f 13565/272/265 13563/270/263 13560/267/260</w:t>
        <w:br/>
        <w:t>f 13566/273/266 13565/272/265 13562/269/262</w:t>
        <w:br/>
        <w:t>f 13564/271/264 13563/270/263 13567/274/267</w:t>
        <w:br/>
        <w:t>f 13567/274/267 13563/270/263 13565/272/265</w:t>
        <w:br/>
        <w:t>f 13567/274/267 13568/275/268 13564/271/264</w:t>
        <w:br/>
        <w:t>f 13565/272/265 13566/273/266 13569/276/269</w:t>
        <w:br/>
        <w:t>f 13569/276/269 13567/274/267 13565/272/265</w:t>
        <w:br/>
        <w:t>f 13566/273/266 13570/277/270 13569/276/269</w:t>
        <w:br/>
        <w:t>f 13570/277/270 13566/273/266 13571/278/271</w:t>
        <w:br/>
        <w:t>f 13567/274/267 13569/276/269 13572/279/272</w:t>
        <w:br/>
        <w:t>f 13572/279/272 13569/276/269 13573/280/273</w:t>
        <w:br/>
        <w:t>f 13568/275/268 13567/274/267 13572/279/272</w:t>
        <w:br/>
        <w:t>f 13572/279/272 13574/281/274 13568/275/268</w:t>
        <w:br/>
        <w:t>f 13307/14/13 13570/277/270 13571/278/271</w:t>
        <w:br/>
        <w:t>f 13573/280/273 13576/282/275 13575/283/276</w:t>
        <w:br/>
        <w:t>f 13574/281/274 13572/279/272 13577/284/277</w:t>
        <w:br/>
        <w:t>f 13578/285/278 13574/281/274 13304/11/10</w:t>
        <w:br/>
        <w:t>f 13304/11/10 13574/281/274 13577/284/277</w:t>
        <w:br/>
        <w:t>f 13307/14/13 13579/286/279 13570/277/270</w:t>
        <w:br/>
        <w:t>f 13576/282/275 13573/280/273 13580/287/280</w:t>
        <w:br/>
        <w:t>f 13579/286/279 13307/14/13 13308/13/12</w:t>
        <w:br/>
        <w:t>f 13583/288/281 13582/289/281 13581/290/282</w:t>
        <w:br/>
        <w:t>f 13582/289/281 13583/288/281 13303/12/283</w:t>
        <w:br/>
        <w:t>f 13586/291/284 13585/292/285 13584/293/284</w:t>
        <w:br/>
        <w:t>f 13585/292/285 13586/291/284 13587/294/285</w:t>
        <w:br/>
        <w:t>f 13590/295/286 13589/296/286 13588/297/286</w:t>
        <w:br/>
        <w:t>f 13589/296/286 13590/295/286 13591/298/286</w:t>
        <w:br/>
        <w:t>f 13594/299/287 13593/300/287 13592/301/287</w:t>
        <w:br/>
        <w:t>f 13593/300/287 13594/299/287 13595/302/287</w:t>
        <w:br/>
        <w:t>f 13598/303/288 13597/304/289 13596/305/290</w:t>
        <w:br/>
        <w:t>f 13596/305/290 13597/304/289 13599/306/291</w:t>
        <w:br/>
        <w:t>f 13602/307/292 13601/308/293 13600/309/294</w:t>
        <w:br/>
        <w:t>f 13603/310/295 13601/308/293 13602/307/292</w:t>
        <w:br/>
        <w:t>f 13601/308/293 13603/310/295 13604/311/296</w:t>
        <w:br/>
        <w:t>f 13600/309/294 13601/308/293 13605/312/297</w:t>
        <w:br/>
        <w:t>f 13605/312/297 13606/313/298 13600/309/294</w:t>
        <w:br/>
        <w:t>f 13601/308/293 13604/311/296 13607/314/299</w:t>
        <w:br/>
        <w:t>f 13607/314/299 13604/311/296 13608/315/300</w:t>
        <w:br/>
        <w:t>f 13601/308/293 13610/316/301 13609/317/302</w:t>
        <w:br/>
        <w:t>f 13610/316/301 13601/308/293 13607/314/299</w:t>
        <w:br/>
        <w:t>f 13611/318/303 13609/317/302 13610/316/301</w:t>
        <w:br/>
        <w:t>f 13614/319/304 13613/320/305 13612/321/306</w:t>
        <w:br/>
        <w:t>f 13614/319/304 13612/321/306 13615/322/307</w:t>
        <w:br/>
        <w:t>f 13607/314/299 13616/323/308 13610/316/301</w:t>
        <w:br/>
        <w:t>f 13615/322/307 13617/324/309 13614/319/304</w:t>
        <w:br/>
        <w:t>f 13607/314/299 13608/315/300 13618/325/310</w:t>
        <w:br/>
        <w:t>f 13607/314/299 13618/325/310 13615/322/311</w:t>
        <w:br/>
        <w:t>f 13618/325/310 13608/315/300 13619/326/312</w:t>
        <w:br/>
        <w:t>f 13617/324/309 13615/322/307 13620/327/313</w:t>
        <w:br/>
        <w:t>f 13618/325/310 13621/328/314 13615/322/311</w:t>
        <w:br/>
        <w:t>f 13620/327/313 13622/329/315 13617/324/309</w:t>
        <w:br/>
        <w:t>f 13618/325/310 13619/326/312 13623/330/316</w:t>
        <w:br/>
        <w:t>f 13620/327/313 13624/331/317 13622/329/315</w:t>
        <w:br/>
        <w:t>f 13625/332/318 13621/328/314 13618/325/310</w:t>
        <w:br/>
        <w:t>f 13618/325/310 13623/330/316 13625/332/318</w:t>
        <w:br/>
        <w:t>f 13626/333/319 13622/329/315 13624/331/317</w:t>
        <w:br/>
        <w:t>f 13623/330/316 13619/326/312 13627/334/320</w:t>
        <w:br/>
        <w:t>f 13624/331/317 13628/335/321 13626/333/319</w:t>
        <w:br/>
        <w:t>f 13623/330/316 13629/336/322 13625/332/318</w:t>
        <w:br/>
        <w:t>f 13628/335/321 13630/337/323 13626/333/319</w:t>
        <w:br/>
        <w:t>f 13631/338/324 13623/330/316 13627/334/320</w:t>
        <w:br/>
        <w:t>f 13630/337/323 13628/335/321 13632/339/325</w:t>
        <w:br/>
        <w:t>f 13633/340/326 13629/336/322 13623/330/316</w:t>
        <w:br/>
        <w:t>f 13623/330/316 13631/338/324 13633/340/326</w:t>
        <w:br/>
        <w:t>f 13632/339/325 13634/341/327 13630/337/323</w:t>
        <w:br/>
        <w:t>f 13631/338/324 13627/334/320 13635/342/328</w:t>
        <w:br/>
        <w:t>f 13634/341/327 13632/339/325 13636/343/329</w:t>
        <w:br/>
        <w:t>f 13631/338/324 13637/344/330 13633/340/326</w:t>
        <w:br/>
        <w:t>f 13636/343/329 13638/345/331 13634/341/327</w:t>
        <w:br/>
        <w:t>f 13639/346/332 13631/338/324 13635/342/328</w:t>
        <w:br/>
        <w:t>f 13638/345/331 13636/343/329 13640/347/333</w:t>
        <w:br/>
        <w:t>f 13641/348/334 13637/344/330 13631/338/324</w:t>
        <w:br/>
        <w:t>f 13641/348/334 13631/338/324 13639/346/332</w:t>
        <w:br/>
        <w:t>f 13640/347/333 13642/349/335 13638/345/331</w:t>
        <w:br/>
        <w:t>f 13639/346/332 13635/342/328 13643/350/336</w:t>
        <w:br/>
        <w:t>f 13642/349/335 13640/347/333 13644/351/337</w:t>
        <w:br/>
        <w:t>f 13639/346/332 13645/352/338 13641/348/334</w:t>
        <w:br/>
        <w:t>f 13644/351/337 13646/353/339 13642/349/335</w:t>
        <w:br/>
        <w:t>f 13646/353/339 13644/351/337 13647/354/340</w:t>
        <w:br/>
        <w:t>f 13645/352/338 13639/346/332 13648/355/341</w:t>
        <w:br/>
        <w:t>f 13647/354/340 13649/356/342 13646/353/339</w:t>
        <w:br/>
        <w:t>f 13650/357/343 13639/346/332 13643/350/336</w:t>
        <w:br/>
        <w:t>f 13639/346/332 13650/357/343 13648/355/341</w:t>
        <w:br/>
        <w:t>f 13649/356/342 13647/354/340 13651/358/344</w:t>
        <w:br/>
        <w:t>f 13650/357/343 13652/359/345 13648/355/341</w:t>
        <w:br/>
        <w:t>f 13653/360/346 13649/356/342 13651/358/344</w:t>
        <w:br/>
        <w:t>f 13643/350/336 13654/361/347 13650/357/343</w:t>
        <w:br/>
        <w:t>f 13654/361/347 13643/350/336 13655/362/348</w:t>
        <w:br/>
        <w:t>f 13655/362/348 13656/363/349 13654/361/347</w:t>
        <w:br/>
        <w:t>f 13654/361/347 13657/364/350 13650/357/343</w:t>
        <w:br/>
        <w:t>f 13656/363/349 13657/364/350 13654/361/347</w:t>
        <w:br/>
        <w:t>f 13652/359/345 13650/357/343 13657/364/350</w:t>
        <w:br/>
        <w:t>f 13651/358/344 13658/365/351 13653/360/346</w:t>
        <w:br/>
        <w:t>f 13657/364/350 13659/366/352 13652/359/345</w:t>
        <w:br/>
        <w:t>f 13658/365/351 13660/367/353 13653/360/346</w:t>
        <w:br/>
        <w:t>f 13657/364/350 13656/363/349 13661/368/354</w:t>
        <w:br/>
        <w:t>f 13658/365/351 13662/369/355 13660/367/353</w:t>
        <w:br/>
        <w:t>f 13663/370/356 13659/366/352 13657/364/350</w:t>
        <w:br/>
        <w:t>f 13661/368/354 13663/370/356 13657/364/350</w:t>
        <w:br/>
        <w:t>f 13662/369/355 13664/371/357 13660/367/353</w:t>
        <w:br/>
        <w:t>f 13665/372/358 13661/368/354 13656/363/349</w:t>
        <w:br/>
        <w:t>f 13662/369/355 13666/373/359 13664/371/357</w:t>
        <w:br/>
        <w:t>f 13661/368/354 13667/374/360 13663/370/356</w:t>
        <w:br/>
        <w:t>f 13666/373/359 13668/375/361 13664/371/357</w:t>
        <w:br/>
        <w:t>f 13666/373/359 13669/376/362 13668/375/361</w:t>
        <w:br/>
        <w:t>f 13670/377/363 13667/374/360 13661/368/354</w:t>
        <w:br/>
        <w:t>f 13665/372/358 13671/378/364 13661/368/354</w:t>
        <w:br/>
        <w:t>f 13671/378/364 13670/377/363 13661/368/354</w:t>
        <w:br/>
        <w:t>f 13672/379/365 13671/378/364 13665/372/358</w:t>
        <w:br/>
        <w:t>f 13674/380/366 13673/381/367 13672/379/365</w:t>
        <w:br/>
        <w:t>f 13675/382/368 13672/379/365 13673/381/367</w:t>
        <w:br/>
        <w:t>f 13676/383/369 13675/382/368 13673/381/367</w:t>
        <w:br/>
        <w:t>f 13675/382/368 13676/383/369 13677/384/370</w:t>
        <w:br/>
        <w:t>f 13680/385/371 13679/386/371 13678/387/372</w:t>
        <w:br/>
        <w:t>f 13679/386/371 13680/385/371 13681/388/373</w:t>
        <w:br/>
        <w:t>f 13684/389/374 13683/390/375 13682/391/376</w:t>
        <w:br/>
        <w:t>f 13682/391/376 13683/390/375 13685/392/377</w:t>
        <w:br/>
        <w:t>f 13688/393/378 13687/394/379 13686/395/380</w:t>
        <w:br/>
        <w:t>f 13687/394/379 13688/393/378 13689/396/381</w:t>
        <w:br/>
        <w:t>f 13692/397/382 13691/398/383 13690/399/384</w:t>
        <w:br/>
        <w:t>f 13693/400/385 13690/399/384 13691/398/383</w:t>
        <w:br/>
        <w:t>f 13696/401/386 13695/402/387 13694/403/388</w:t>
        <w:br/>
        <w:t>f 13694/403/388 13697/404/389 13696/401/386</w:t>
        <w:br/>
        <w:t>f 13700/405/390 13699/406/391 13698/407/392</w:t>
        <w:br/>
        <w:t>f 13700/405/390 13698/407/392 13701/408/393</w:t>
        <w:br/>
        <w:t>f 13698/407/392 13702/409/394 13701/408/393</w:t>
        <w:br/>
        <w:t>f 13698/407/392 13699/406/391 13703/410/395</w:t>
        <w:br/>
        <w:t>f 13704/411/396 13703/410/395 13699/406/391</w:t>
        <w:br/>
        <w:t>f 13698/407/392 13705/412/397 13702/409/394</w:t>
        <w:br/>
        <w:t>f 13705/412/397 13706/413/398 13702/409/394</w:t>
        <w:br/>
        <w:t>f 13708/414/399 13707/415/400 13698/407/392</w:t>
        <w:br/>
        <w:t>f 13707/415/400 13705/412/397 13698/407/392</w:t>
        <w:br/>
        <w:t>f 13708/414/399 13709/416/401 13707/415/400</w:t>
        <w:br/>
        <w:t>f 13712/417/402 13711/418/403 13710/419/404</w:t>
        <w:br/>
        <w:t>f 13710/419/404 13711/418/403 13713/420/405</w:t>
        <w:br/>
        <w:t>f 13705/412/397 13707/415/400 13714/421/406</w:t>
        <w:br/>
        <w:t>f 13715/422/407 13713/420/405 13711/418/403</w:t>
        <w:br/>
        <w:t>f 13705/412/397 13716/423/408 13706/413/398</w:t>
        <w:br/>
        <w:t>f 13705/412/397 13713/420/405 13716/423/408</w:t>
        <w:br/>
        <w:t>f 13716/423/408 13717/424/409 13706/413/398</w:t>
        <w:br/>
        <w:t>f 13713/420/405 13715/422/407 13718/425/410</w:t>
        <w:br/>
        <w:t>f 13716/423/408 13713/420/405 13719/426/411</w:t>
        <w:br/>
        <w:t>f 13715/422/407 13720/427/412 13718/425/410</w:t>
        <w:br/>
        <w:t>f 13716/423/408 13721/428/413 13717/424/409</w:t>
        <w:br/>
        <w:t>f 13722/429/414 13718/425/410 13720/427/412</w:t>
        <w:br/>
        <w:t>f 13723/430/415 13716/423/408 13719/426/411</w:t>
        <w:br/>
        <w:t>f 13716/423/408 13723/430/415 13721/428/413</w:t>
        <w:br/>
        <w:t>f 13724/431/416 13722/429/414 13720/427/412</w:t>
        <w:br/>
        <w:t>f 13721/428/413 13725/432/417 13717/424/409</w:t>
        <w:br/>
        <w:t>f 13726/433/418 13722/429/414 13724/431/416</w:t>
        <w:br/>
        <w:t>f 13721/428/413 13723/430/415 13727/434/419</w:t>
        <w:br/>
        <w:t>f 13728/435/420 13726/433/418 13724/431/416</w:t>
        <w:br/>
        <w:t>f 13729/436/421 13725/432/417 13721/428/413</w:t>
        <w:br/>
        <w:t>f 13726/433/418 13728/435/420 13730/437/422</w:t>
        <w:br/>
        <w:t>f 13731/438/423 13721/428/413 13727/434/419</w:t>
        <w:br/>
        <w:t>f 13721/428/413 13731/438/423 13729/436/421</w:t>
        <w:br/>
        <w:t>f 13732/439/424 13730/437/422 13728/435/420</w:t>
        <w:br/>
        <w:t>f 13729/436/421 13733/440/425 13725/432/417</w:t>
        <w:br/>
        <w:t>f 13730/437/422 13732/439/424 13734/441/426</w:t>
        <w:br/>
        <w:t>f 13729/436/421 13731/438/423 13735/442/427</w:t>
        <w:br/>
        <w:t>f 13736/443/428 13734/441/426 13732/439/424</w:t>
        <w:br/>
        <w:t>f 13737/444/429 13733/440/425 13729/436/421</w:t>
        <w:br/>
        <w:t>f 13734/441/426 13736/443/428 13738/445/430</w:t>
        <w:br/>
        <w:t>f 13739/446/431 13729/436/421 13735/442/427</w:t>
        <w:br/>
        <w:t>f 13739/446/431 13737/444/429 13729/436/421</w:t>
        <w:br/>
        <w:t>f 13740/447/432 13738/445/430 13736/443/428</w:t>
        <w:br/>
        <w:t>f 13737/444/429 13741/448/433 13733/440/425</w:t>
        <w:br/>
        <w:t>f 13738/445/430 13740/447/432 13742/449/434</w:t>
        <w:br/>
        <w:t>f 13737/444/429 13739/446/431 13743/450/435</w:t>
        <w:br/>
        <w:t>f 13740/447/432 13744/451/436 13742/449/434</w:t>
        <w:br/>
        <w:t>f 13745/452/437 13742/449/434 13744/451/436</w:t>
        <w:br/>
        <w:t>f 13746/453/438 13737/444/429 13743/450/435</w:t>
        <w:br/>
        <w:t>f 13744/451/436 13747/454/439 13745/452/437</w:t>
        <w:br/>
        <w:t>f 13748/455/440 13741/448/433 13737/444/429</w:t>
        <w:br/>
        <w:t>f 13737/444/429 13746/453/438 13748/455/440</w:t>
        <w:br/>
        <w:t>f 13747/454/439 13749/456/441 13745/452/437</w:t>
        <w:br/>
        <w:t>f 13748/455/440 13746/453/438 13750/457/442</w:t>
        <w:br/>
        <w:t>f 13747/454/439 13751/458/443 13749/456/441</w:t>
        <w:br/>
        <w:t>f 13741/448/433 13748/455/440 13752/459/444</w:t>
        <w:br/>
        <w:t>f 13741/448/433 13752/459/444 13753/460/445</w:t>
        <w:br/>
        <w:t>f 13753/460/445 13752/459/444 13754/461/446</w:t>
        <w:br/>
        <w:t>f 13752/459/444 13748/455/440 13755/462/447</w:t>
        <w:br/>
        <w:t>f 13755/462/447 13754/461/446 13752/459/444</w:t>
        <w:br/>
        <w:t>f 13750/457/442 13755/462/447 13748/455/440</w:t>
        <w:br/>
        <w:t>f 13749/456/441 13751/458/443 13756/463/448</w:t>
        <w:br/>
        <w:t>f 13755/462/447 13750/457/442 13757/464/449</w:t>
        <w:br/>
        <w:t>f 13751/458/443 13758/465/450 13756/463/448</w:t>
        <w:br/>
        <w:t>f 13754/461/446 13755/462/447 13759/466/451</w:t>
        <w:br/>
        <w:t>f 13756/463/448 13758/465/450 13760/467/452</w:t>
        <w:br/>
        <w:t>f 13761/468/453 13755/462/447 13757/464/449</w:t>
        <w:br/>
        <w:t>f 13759/466/451 13755/462/447 13761/468/453</w:t>
        <w:br/>
        <w:t>f 13762/469/454 13760/467/452 13758/465/450</w:t>
        <w:br/>
        <w:t>f 13763/470/455 13754/461/446 13759/466/451</w:t>
        <w:br/>
        <w:t>f 13760/467/452 13762/469/454 13764/471/456</w:t>
        <w:br/>
        <w:t>f 13759/466/451 13761/468/453 13765/472/457</w:t>
        <w:br/>
        <w:t>f 13762/469/454 13766/473/458 13764/471/456</w:t>
        <w:br/>
        <w:t>f 13767/474/459 13764/471/456 13766/473/458</w:t>
        <w:br/>
        <w:t>f 13768/475/460 13759/466/451 13765/472/457</w:t>
        <w:br/>
        <w:t>f 13763/470/455 13759/466/451 13769/476/461</w:t>
        <w:br/>
        <w:t>f 13769/476/461 13759/466/451 13768/475/460</w:t>
        <w:br/>
        <w:t>f 13770/477/462 13763/470/455 13769/476/461</w:t>
        <w:br/>
        <w:t>f 13770/477/462 13772/478/463 13771/479/464</w:t>
        <w:br/>
        <w:t>f 13772/478/463 13770/477/462 13773/480/465</w:t>
        <w:br/>
        <w:t>f 13774/481/466 13772/478/463 13773/480/465</w:t>
        <w:br/>
        <w:t>f 13773/480/465 13775/482/467 13774/481/466</w:t>
        <w:br/>
        <w:t>f 13778/483/468 13777/484/469 13776/485/470</w:t>
        <w:br/>
        <w:t>f 13777/484/469 13778/483/468 13779/486/471</w:t>
        <w:br/>
        <w:t>f 13782/487/472 13781/488/473 13780/489/474</w:t>
        <w:br/>
        <w:t>f 13780/489/474 13783/490/475 13782/487/472</w:t>
        <w:br/>
        <w:t>f 13786/491/476 13785/492/477 13784/493/478</w:t>
        <w:br/>
        <w:t>f 13785/492/477 13786/491/476 13787/494/479</w:t>
        <w:br/>
        <w:t>f 13790/495/480 13789/496/481 13788/497/482</w:t>
        <w:br/>
        <w:t>f 13790/495/480 13788/497/482 13791/498/483</w:t>
        <w:br/>
        <w:t>f 13792/499/484 13790/495/480 13791/498/483</w:t>
        <w:br/>
        <w:t>f 13791/498/483 13793/500/485 13792/499/484</w:t>
        <w:br/>
        <w:t>f 13794/501/486 13792/499/484 13793/500/485</w:t>
        <w:br/>
        <w:t>f 13797/502/487 13796/503/488 13795/504/489</w:t>
        <w:br/>
        <w:t>f 13793/500/485 13798/505/490 13794/501/486</w:t>
        <w:br/>
        <w:t>f 13798/505/490 13799/506/491 13794/501/486</w:t>
        <w:br/>
        <w:t>f 13796/503/488 13800/507/492 13795/504/489</w:t>
        <w:br/>
        <w:t>f 13801/508/493 13800/507/492 13796/503/488</w:t>
        <w:br/>
        <w:t>f 13800/507/492 13801/508/493 13314/21/17</w:t>
        <w:br/>
        <w:t>f 13795/504/489 13802/509/494 13797/502/487</w:t>
        <w:br/>
        <w:t>f 13802/509/494 13803/510/495 13797/502/487</w:t>
        <w:br/>
        <w:t>f 13806/511/496 13805/512/497 13804/513/498</w:t>
        <w:br/>
        <w:t>f 13804/513/498 13807/514/499 13806/511/496</w:t>
        <w:br/>
        <w:t>f 13808/515/500 13804/513/501 13800/507/492</w:t>
        <w:br/>
        <w:t>f 13314/21/17 13808/515/500 13800/507/492</w:t>
        <w:br/>
        <w:t>f 13808/515/500 13314/21/17 13809/516/502</w:t>
        <w:br/>
        <w:t>f 13809/516/502 13314/21/17 13810/517/503</w:t>
        <w:br/>
        <w:t>f 13813/518/504 13812/519/505 13811/520/506</w:t>
        <w:br/>
        <w:t>f 13816/521/507 13815/522/508 13814/523/509</w:t>
        <w:br/>
        <w:t>f 13815/522/508 13816/521/507 13817/524/510</w:t>
        <w:br/>
        <w:t>f 13814/523/509 13818/525/511 13811/520/506</w:t>
        <w:br/>
        <w:t>f 13818/525/511 13814/523/509 13815/522/508</w:t>
        <w:br/>
        <w:t>f 13818/525/511 13813/518/504 13811/520/506</w:t>
        <w:br/>
        <w:t>f 13817/524/510 13819/526/512 13815/522/508</w:t>
        <w:br/>
        <w:t>f 13819/526/512 13817/524/510 13820/527/513</w:t>
        <w:br/>
        <w:t>f 13815/522/508 13821/528/514 13818/525/511</w:t>
        <w:br/>
        <w:t>f 13821/528/514 13815/522/508 13819/526/512</w:t>
        <w:br/>
        <w:t>f 13819/526/512 13820/527/513 13822/529/515</w:t>
        <w:br/>
        <w:t>f 13823/530/516 13822/529/515 13820/527/513</w:t>
        <w:br/>
        <w:t>f 13824/531/517 13821/528/514 13819/526/512</w:t>
        <w:br/>
        <w:t>f 13824/531/517 13819/526/512 13822/529/515</w:t>
        <w:br/>
        <w:t>f 13823/530/516 13825/532/518 13822/529/515</w:t>
        <w:br/>
        <w:t>f 13825/532/518 13824/531/517 13822/529/515</w:t>
        <w:br/>
        <w:t>f 13825/532/518 13823/530/516 13826/533/519</w:t>
        <w:br/>
        <w:t>f 13826/533/519 13827/534/520 13825/532/518</w:t>
        <w:br/>
        <w:t>f 13827/534/520 13826/533/519 13828/535/521</w:t>
        <w:br/>
        <w:t>f 13824/531/517 13825/532/518 13829/536/522</w:t>
        <w:br/>
        <w:t>f 13827/534/520 13829/536/522 13825/532/518</w:t>
        <w:br/>
        <w:t>f 13830/537/523 13827/534/520 13828/535/521</w:t>
        <w:br/>
        <w:t>f 13828/535/521 13831/538/524 13830/537/523</w:t>
        <w:br/>
        <w:t>f 13832/539/525 13829/536/522 13827/534/520</w:t>
        <w:br/>
        <w:t>f 13830/537/523 13832/539/525 13827/534/520</w:t>
        <w:br/>
        <w:t>f 13833/540/526 13830/537/523 13831/538/524</w:t>
        <w:br/>
        <w:t>f 13831/538/524 13834/541/527 13833/540/526</w:t>
        <w:br/>
        <w:t>f 13835/542/528 13832/539/525 13830/537/523</w:t>
        <w:br/>
        <w:t>f 13836/543/529 13835/542/528 13830/537/523</w:t>
        <w:br/>
        <w:t>f 13837/544/530 13833/540/526 13834/541/527</w:t>
        <w:br/>
        <w:t>f 13834/541/527 13838/545/531 13837/544/530</w:t>
        <w:br/>
        <w:t>f 13835/542/528 13836/543/529 13839/546/532</w:t>
        <w:br/>
        <w:t>f 13838/545/531 13840/547/533 13837/544/530</w:t>
        <w:br/>
        <w:t>f 13840/547/533 13838/545/531 13841/548/534</w:t>
        <w:br/>
        <w:t>f 13842/549/535 13840/547/533 13841/548/534</w:t>
        <w:br/>
        <w:t>f 13844/550/536 13836/543/529 13843/551/537</w:t>
        <w:br/>
        <w:t>f 13840/547/538 13844/550/536 13843/551/537</w:t>
        <w:br/>
        <w:t>f 13836/543/529 13844/550/536 13839/546/532</w:t>
        <w:br/>
        <w:t>f 13840/547/533 13842/549/535 13845/552/539</w:t>
        <w:br/>
        <w:t>f 13846/553/540 13844/550/536 13840/547/538</w:t>
        <w:br/>
        <w:t>f 13847/554/541 13845/552/539 13842/549/535</w:t>
        <w:br/>
        <w:t>f 13849/555/542 13844/550/543 13848/556/544</w:t>
        <w:br/>
        <w:t>f 13845/552/539 13848/556/544 13844/550/543</w:t>
        <w:br/>
        <w:t>f 13851/557/545 13849/555/542 13850/558/546</w:t>
        <w:br/>
        <w:t>f 13848/556/544 13850/558/546 13849/555/542</w:t>
        <w:br/>
        <w:t>f 13850/558/546 13852/559/547 13851/557/545</w:t>
        <w:br/>
        <w:t>f 13853/560/548 13851/557/545 13852/559/547</w:t>
        <w:br/>
        <w:t>f 13856/561/549 13855/562/550 13854/563/551</w:t>
        <w:br/>
        <w:t>f 13854/563/551 13857/564/552 13856/561/549</w:t>
        <w:br/>
        <w:t>f 13852/559/547 13858/565/553 13832/539/525</w:t>
        <w:br/>
        <w:t>f 13858/565/553 13829/536/522 13832/539/525</w:t>
        <w:br/>
        <w:t>f 13857/564/552 13854/563/551 13859/566/554</w:t>
        <w:br/>
        <w:t>f 13859/566/554 13860/567/555 13857/564/552</w:t>
        <w:br/>
        <w:t>f 13829/536/522 13858/565/553 13861/568/556</w:t>
        <w:br/>
        <w:t>f 13861/568/556 13824/531/517 13829/536/522</w:t>
        <w:br/>
        <w:t>f 13860/567/555 13859/566/554 13862/569/557</w:t>
        <w:br/>
        <w:t>f 13863/570/558 13860/567/555 13862/569/557</w:t>
        <w:br/>
        <w:t>f 13824/531/517 13861/568/556 13864/571/559</w:t>
        <w:br/>
        <w:t>f 13864/571/559 13821/528/514 13824/531/517</w:t>
        <w:br/>
        <w:t>f 13862/569/557 13865/572/560 13863/570/558</w:t>
        <w:br/>
        <w:t>f 13866/573/561 13863/570/558 13865/572/560</w:t>
        <w:br/>
        <w:t>f 13821/528/514 13864/571/559 13867/574/562</w:t>
        <w:br/>
        <w:t>f 13867/574/562 13818/525/511 13821/528/514</w:t>
        <w:br/>
        <w:t>f 13818/525/511 13867/574/562 13813/518/504</w:t>
        <w:br/>
        <w:t>f 13865/572/560 13868/575/563 13866/573/561</w:t>
        <w:br/>
        <w:t>f 13868/575/563 13869/576/564 13866/573/561</w:t>
        <w:br/>
        <w:t>f 13872/577/565 13871/578/566 13870/579/567</w:t>
        <w:br/>
        <w:t>f 13869/576/564 13868/575/563 13873/580/568</w:t>
        <w:br/>
        <w:t>f 13872/577/565 13874/581/569 13871/578/566</w:t>
        <w:br/>
        <w:t>f 13874/581/569 13872/577/565 13875/582/570</w:t>
        <w:br/>
        <w:t>f 13871/578/566 13876/583/571 13870/579/567</w:t>
        <w:br/>
        <w:t>f 13870/579/567 13876/583/571 13877/584/572</w:t>
        <w:br/>
        <w:t>f 13878/585/573 13874/581/569 13875/582/570</w:t>
        <w:br/>
        <w:t>f 13879/586/574 13878/585/573 13875/582/570</w:t>
        <w:br/>
        <w:t>f 13874/581/569 13880/587/575 13871/578/566</w:t>
        <w:br/>
        <w:t>f 13871/578/566 13881/588/576 13876/583/571</w:t>
        <w:br/>
        <w:t>f 13881/588/576 13871/578/566 13880/587/575</w:t>
        <w:br/>
        <w:t>f 13874/581/569 13882/589/577 13880/587/575</w:t>
        <w:br/>
        <w:t>f 13878/585/573 13882/589/577 13874/581/569</w:t>
        <w:br/>
        <w:t>f 13880/587/575 13883/590/578 13881/588/576</w:t>
        <w:br/>
        <w:t>f 13882/589/577 13884/591/579 13880/587/575</w:t>
        <w:br/>
        <w:t>f 13883/590/578 13880/587/575 13884/591/579</w:t>
        <w:br/>
        <w:t>f 13876/583/571 13881/588/576 13885/592/580</w:t>
        <w:br/>
        <w:t>f 13885/592/580 13881/588/576 13883/590/578</w:t>
        <w:br/>
        <w:t>f 13876/583/571 13886/593/581 13877/584/572</w:t>
        <w:br/>
        <w:t>f 13876/583/571 13885/592/580 13886/593/581</w:t>
        <w:br/>
        <w:t>f 13887/594/582 13877/584/572 13886/593/581</w:t>
        <w:br/>
        <w:t>f 13877/584/572 13887/594/582 13888/595/583</w:t>
        <w:br/>
        <w:t>f 13886/593/581 13885/592/580 13889/596/584</w:t>
        <w:br/>
        <w:t>f 13886/593/581 13889/596/584 13887/594/582</w:t>
        <w:br/>
        <w:t>f 13890/597/585 13888/595/583 13887/594/582</w:t>
        <w:br/>
        <w:t>f 13887/594/582 13889/596/584 13891/598/586</w:t>
        <w:br/>
        <w:t>f 13887/594/582 13891/598/586 13890/597/585</w:t>
        <w:br/>
        <w:t>f 13885/592/580 13892/599/587 13889/596/584</w:t>
        <w:br/>
        <w:t>f 13892/599/587 13891/598/586 13889/596/584</w:t>
        <w:br/>
        <w:t>f 13888/595/583 13890/597/585 13893/600/588</w:t>
        <w:br/>
        <w:t>f 13873/580/568 13894/601/589 13869/576/564</w:t>
        <w:br/>
        <w:t>f 13869/576/564 13894/601/589 13895/602/590</w:t>
        <w:br/>
        <w:t>f 13896/603/591 13895/602/590 13894/601/589</w:t>
        <w:br/>
        <w:t>f 13813/518/504 13896/603/591 13812/519/505</w:t>
        <w:br/>
        <w:t>f 13897/604/592 13802/509/494 13804/513/498</w:t>
        <w:br/>
        <w:t>f 13893/600/588 13898/605/593 13896/603/591</w:t>
        <w:br/>
        <w:t>f 13802/509/494 13897/604/592 13899/606/594</w:t>
        <w:br/>
        <w:t>f 13898/605/593 13893/600/588 13890/597/585</w:t>
        <w:br/>
        <w:t>f 13890/597/585 13900/607/595 13898/605/593</w:t>
        <w:br/>
        <w:t>f 13901/608/596 13802/509/494 13899/606/594</w:t>
        <w:br/>
        <w:t>f 13890/597/585 13891/598/586 13900/607/595</w:t>
        <w:br/>
        <w:t>f 13802/509/494 13901/608/596 13902/609/597</w:t>
        <w:br/>
        <w:t>f 13902/609/597 13803/510/495 13802/509/494</w:t>
        <w:br/>
        <w:t>f 13903/610/598 13900/607/595 13891/598/586</w:t>
        <w:br/>
        <w:t>f 13892/599/587 13903/610/598 13891/598/586</w:t>
        <w:br/>
        <w:t>f 13902/609/597 13904/611/599 13803/510/495</w:t>
        <w:br/>
        <w:t>f 13799/506/491 13798/505/490 13905/612/600</w:t>
        <w:br/>
        <w:t>f 13906/613/601 13902/609/597 13901/608/596</w:t>
        <w:br/>
        <w:t>f 13900/607/595 13903/610/598 13907/614/602</w:t>
        <w:br/>
        <w:t>f 13902/609/597 13908/615/603 13904/611/599</w:t>
        <w:br/>
        <w:t>f 13909/616/604 13902/609/597 13906/613/601</w:t>
        <w:br/>
        <w:t>f 13910/617/605 13799/506/491 13905/612/600</w:t>
        <w:br/>
        <w:t>f 13908/615/603 13911/618/606 13904/611/599</w:t>
        <w:br/>
        <w:t>f 13799/506/491 13910/617/605 13912/619/607</w:t>
        <w:br/>
        <w:t>f 13906/613/601 13913/620/608 13909/616/604</w:t>
        <w:br/>
        <w:t>f 13914/621/609 13911/618/606 13908/615/603</w:t>
        <w:br/>
        <w:t>f 13903/610/598 13915/622/610 13907/614/602</w:t>
        <w:br/>
        <w:t>f 13892/599/587 13915/622/610 13903/610/598</w:t>
        <w:br/>
        <w:t>f 13913/620/608 13906/613/601 13916/623/611</w:t>
        <w:br/>
        <w:t>f 13915/622/610 13917/624/612 13907/614/602</w:t>
        <w:br/>
        <w:t>f 13910/617/605 13918/625/613 13912/619/607</w:t>
        <w:br/>
        <w:t>f 13918/625/613 13919/626/614 13912/619/607</w:t>
        <w:br/>
        <w:t>f 13920/627/615 13911/618/606 13914/621/609</w:t>
        <w:br/>
        <w:t>f 13911/618/606 13920/627/615 13921/628/616</w:t>
        <w:br/>
        <w:t>f 13922/629/617 13913/620/608 13916/623/611</w:t>
        <w:br/>
        <w:t>f 13913/620/608 13922/629/617 13923/630/618</w:t>
        <w:br/>
        <w:t>f 13915/622/610 13924/631/619 13917/624/612</w:t>
        <w:br/>
        <w:t>f 13924/631/619 13925/632/620 13917/624/612</w:t>
        <w:br/>
        <w:t>f 13926/633/621 13924/631/619 13915/622/610</w:t>
        <w:br/>
        <w:t>f 13892/599/587 13926/633/621 13915/622/610</w:t>
        <w:br/>
        <w:t>f 13926/633/621 13927/634/622 13924/631/619</w:t>
        <w:br/>
        <w:t>f 13928/635/623 13926/633/621 13892/599/587</w:t>
        <w:br/>
        <w:t>f 13928/635/623 13927/634/622 13926/633/621</w:t>
        <w:br/>
        <w:t>f 13929/636/624 13928/635/623 13892/599/587</w:t>
        <w:br/>
        <w:t>f 13927/634/622 13930/637/625 13924/631/619</w:t>
        <w:br/>
        <w:t>f 13930/637/625 13925/632/620 13924/631/619</w:t>
        <w:br/>
        <w:t>f 13928/635/623 13931/638/626 13927/634/622</w:t>
        <w:br/>
        <w:t>f 13931/638/626 13928/635/623 13929/636/624</w:t>
        <w:br/>
        <w:t>f 13927/634/622 13932/639/627 13930/637/625</w:t>
        <w:br/>
        <w:t>f 13931/638/626 13932/639/627 13927/634/622</w:t>
        <w:br/>
        <w:t>f 13933/640/628 13930/637/625 13932/639/627</w:t>
        <w:br/>
        <w:t>f 13932/639/627 13934/641/629 13933/640/628</w:t>
        <w:br/>
        <w:t>f 13930/637/625 13933/640/628 13935/642/630</w:t>
        <w:br/>
        <w:t>f 13934/641/629 13932/639/627 13936/643/631</w:t>
        <w:br/>
        <w:t>f 13931/638/626 13936/643/631 13932/639/627</w:t>
        <w:br/>
        <w:t>f 13936/643/631 13937/644/632 13934/641/629</w:t>
        <w:br/>
        <w:t>f 13935/642/630 13938/645/633 13930/637/625</w:t>
        <w:br/>
        <w:t>f 13925/632/620 13930/637/625 13938/645/633</w:t>
        <w:br/>
        <w:t>f 13939/646/634 13938/645/633 13935/642/630</w:t>
        <w:br/>
        <w:t>f 13937/644/632 13936/643/631 13940/647/635</w:t>
        <w:br/>
        <w:t>f 13939/646/634 13941/648/636 13938/645/633</w:t>
        <w:br/>
        <w:t>f 13940/647/635 13942/649/637 13937/644/632</w:t>
        <w:br/>
        <w:t>f 13941/648/636 13939/646/634 13943/650/638</w:t>
        <w:br/>
        <w:t>f 13944/651/639 13938/645/633 13941/648/636</w:t>
        <w:br/>
        <w:t>f 13922/629/617 13938/645/633 13944/651/639</w:t>
        <w:br/>
        <w:t>f 13947/652/640 13946/653/641 13945/654/642</w:t>
        <w:br/>
        <w:t>f 13944/651/639 13945/654/642 13946/653/641</w:t>
        <w:br/>
        <w:t>f 13946/653/641 13947/652/640 13948/655/643</w:t>
        <w:br/>
        <w:t>f 13922/629/617 13944/651/639 13949/656/644</w:t>
        <w:br/>
        <w:t>f 13946/653/641 13949/656/644 13944/651/639</w:t>
        <w:br/>
        <w:t>f 13949/656/644 13923/630/618 13922/629/617</w:t>
        <w:br/>
        <w:t>f 13952/657/645 13951/658/646 13950/659/647</w:t>
        <w:br/>
        <w:t>f 13951/658/646 13953/660/648 13950/659/647</w:t>
        <w:br/>
        <w:t>f 13949/656/644 13946/653/641 13954/661/649</w:t>
        <w:br/>
        <w:t>f 13954/661/649 13923/630/618 13949/656/644</w:t>
        <w:br/>
        <w:t>f 13946/653/641 13950/659/647 13954/661/649</w:t>
        <w:br/>
        <w:t>f 13956/662/650 13953/660/651 13955/663/652</w:t>
        <w:br/>
        <w:t>f 13957/664/653 13920/627/615 13954/661/649</w:t>
        <w:br/>
        <w:t>f 13920/627/615 13957/664/653 13921/628/616</w:t>
        <w:br/>
        <w:t>f 13959/665/654 13950/659/655 13958/666/656</w:t>
        <w:br/>
        <w:t>f 13957/664/653 13954/661/649 13960/667/657</w:t>
        <w:br/>
        <w:t>f 13950/659/655 13955/663/658 13961/668/659</w:t>
        <w:br/>
        <w:t>f 13958/666/656 13950/659/655 13961/668/659</w:t>
        <w:br/>
        <w:t>f 13964/669/660 13963/670/661 13962/671/662</w:t>
        <w:br/>
        <w:t>f 13964/669/660 13962/671/662 13958/666/663</w:t>
        <w:br/>
        <w:t>f 13960/667/657 13965/672/664 13957/664/653</w:t>
        <w:br/>
        <w:t>f 13918/625/613 13967/673/665 13966/674/666</w:t>
        <w:br/>
        <w:t>f 13918/625/613 13966/674/666 13919/626/614</w:t>
        <w:br/>
        <w:t>f 13955/663/667 13968/675/668 13962/671/662</w:t>
        <w:br/>
        <w:t>f 13969/676/669 13919/626/614 13966/674/666</w:t>
        <w:br/>
        <w:t>f 13970/677/670 13969/676/669 13966/674/666</w:t>
        <w:br/>
        <w:t>f 13971/678/671 13969/676/669 13970/677/670</w:t>
        <w:br/>
        <w:t>f 13972/679/672 13936/643/631 13931/638/626</w:t>
        <w:br/>
        <w:t>f 13940/647/635 13936/643/631 13972/679/672</w:t>
        <w:br/>
        <w:t>f 13972/679/672 13931/638/626 13929/636/624</w:t>
        <w:br/>
        <w:t>f 13940/647/635 13972/679/672 13973/680/673</w:t>
        <w:br/>
        <w:t>f 13929/636/624 13974/681/674 13972/679/672</w:t>
        <w:br/>
        <w:t>f 13974/681/674 13973/680/673 13972/679/672</w:t>
        <w:br/>
        <w:t>f 13974/681/674 13929/636/624 13975/682/675</w:t>
        <w:br/>
        <w:t>f 13929/636/624 13892/599/587 13975/682/675</w:t>
        <w:br/>
        <w:t>f 13885/592/580 13975/682/675 13892/599/587</w:t>
        <w:br/>
        <w:t>f 13975/682/675 13885/592/580 13883/590/578</w:t>
        <w:br/>
        <w:t>f 13976/683/676 13974/681/674 13975/682/675</w:t>
        <w:br/>
        <w:t>f 13883/590/578 13976/683/676 13975/682/675</w:t>
        <w:br/>
        <w:t>f 13973/680/673 13974/681/674 13976/683/676</w:t>
        <w:br/>
        <w:t>f 13977/684/677 13976/683/676 13883/590/578</w:t>
        <w:br/>
        <w:t>f 13883/590/578 13884/591/579 13977/684/677</w:t>
        <w:br/>
        <w:t>f 13978/685/678 13973/680/673 13976/683/676</w:t>
        <w:br/>
        <w:t>f 13978/685/678 13976/683/676 13977/684/677</w:t>
        <w:br/>
        <w:t>f 13979/686/679 13940/647/635 13973/680/673</w:t>
        <w:br/>
        <w:t>f 13973/680/673 13978/685/678 13979/686/679</w:t>
        <w:br/>
        <w:t>f 13942/649/637 13940/647/635 13979/686/679</w:t>
        <w:br/>
        <w:t>f 13980/687/680 13979/686/679 13978/685/678</w:t>
        <w:br/>
        <w:t>f 13942/649/637 13979/686/679 13981/688/681</w:t>
        <w:br/>
        <w:t>f 13981/688/681 13979/686/679 13980/687/680</w:t>
        <w:br/>
        <w:t>f 13982/689/682 13942/649/637 13981/688/681</w:t>
        <w:br/>
        <w:t>f 13983/690/683 13982/689/682 13981/688/681</w:t>
        <w:br/>
        <w:t>f 13980/687/680 13978/685/678 13984/691/684</w:t>
        <w:br/>
        <w:t>f 13984/691/684 13978/685/678 13977/684/677</w:t>
        <w:br/>
        <w:t>f 13980/687/680 13985/692/685 13981/688/681</w:t>
        <w:br/>
        <w:t>f 13985/692/685 13983/690/683 13981/688/681</w:t>
        <w:br/>
        <w:t>f 13984/691/684 13985/692/685 13980/687/680</w:t>
        <w:br/>
        <w:t>f 13988/693/686 13987/694/687 13986/695/686</w:t>
        <w:br/>
        <w:t>f 13985/692/685 13989/696/688 13987/694/687</w:t>
        <w:br/>
        <w:t>f 13977/684/677 13990/697/689 13984/691/684</w:t>
        <w:br/>
        <w:t>f 13991/698/690 13989/696/688 13985/692/685</w:t>
        <w:br/>
        <w:t>f 13991/698/690 13992/699/691 13989/696/688</w:t>
        <w:br/>
        <w:t>f 13993/700/692 13992/699/691 13991/698/690</w:t>
        <w:br/>
        <w:t>f 13985/692/685 13984/691/684 13994/701/693</w:t>
        <w:br/>
        <w:t>f 13994/701/693 13991/698/690 13985/692/685</w:t>
        <w:br/>
        <w:t>f 13990/697/689 13995/702/694 13984/691/684</w:t>
        <w:br/>
        <w:t>f 13995/702/694 13994/701/693 13984/691/684</w:t>
        <w:br/>
        <w:t>f 13990/697/689 13977/684/677 13996/703/695</w:t>
        <w:br/>
        <w:t>f 13996/703/695 13995/702/694 13990/697/689</w:t>
        <w:br/>
        <w:t>f 13996/703/695 13977/684/677 13884/591/579</w:t>
        <w:br/>
        <w:t>f 13995/702/694 13997/704/696 13994/701/693</w:t>
        <w:br/>
        <w:t>f 13997/704/696 13991/698/690 13994/701/693</w:t>
        <w:br/>
        <w:t>f 13991/698/690 13998/705/697 13993/700/692</w:t>
        <w:br/>
        <w:t>f 13997/704/696 13998/705/697 13991/698/690</w:t>
        <w:br/>
        <w:t>f 13993/700/692 13998/705/697 13999/706/698</w:t>
        <w:br/>
        <w:t>f 13995/702/694 14000/707/699 13997/704/696</w:t>
        <w:br/>
        <w:t>f 13996/703/695 14000/707/699 13995/702/694</w:t>
        <w:br/>
        <w:t>f 14001/708/700 13998/705/697 13997/704/696</w:t>
        <w:br/>
        <w:t>f 13997/704/696 14000/707/699 14001/708/700</w:t>
        <w:br/>
        <w:t>f 13999/706/698 13998/705/697 14002/709/701</w:t>
        <w:br/>
        <w:t>f 14001/708/700 14002/709/701 13998/705/697</w:t>
        <w:br/>
        <w:t>f 14003/710/702 13999/706/698 14002/709/701</w:t>
        <w:br/>
        <w:t>f 14003/710/702 14002/709/701 14004/711/703</w:t>
        <w:br/>
        <w:t>f 14004/711/703 14002/709/701 14001/708/700</w:t>
        <w:br/>
        <w:t>f 14005/712/704 14003/710/702 14004/711/703</w:t>
        <w:br/>
        <w:t>f 14004/711/703 14006/713/705 14005/712/704</w:t>
        <w:br/>
        <w:t>f 14007/714/706 14004/711/703 14001/708/700</w:t>
        <w:br/>
        <w:t>f 14007/714/706 14001/708/700 14000/707/699</w:t>
        <w:br/>
        <w:t>f 14006/713/705 14004/711/703 14008/715/707</w:t>
        <w:br/>
        <w:t>f 14007/714/706 14008/715/707 14004/711/703</w:t>
        <w:br/>
        <w:t>f 14008/715/707 14009/716/708 14006/713/705</w:t>
        <w:br/>
        <w:t>f 14010/717/709 14007/714/706 14000/707/699</w:t>
        <w:br/>
        <w:t>f 14009/716/708 14008/715/707 14011/718/710</w:t>
        <w:br/>
        <w:t>f 14012/719/711 14009/716/708 14011/718/710</w:t>
        <w:br/>
        <w:t>f 14008/715/707 14007/714/706 14013/720/712</w:t>
        <w:br/>
        <w:t>f 14013/720/712 14011/718/710 14008/715/707</w:t>
        <w:br/>
        <w:t>f 14013/720/712 14007/714/706 14010/717/709</w:t>
        <w:br/>
        <w:t>f 14011/718/710 14014/721/713 14012/719/711</w:t>
        <w:br/>
        <w:t>f 14014/721/713 14015/722/714 14012/719/711</w:t>
        <w:br/>
        <w:t>f 14011/718/710 14013/720/712 14016/723/715</w:t>
        <w:br/>
        <w:t>f 14011/718/710 14017/724/716 14014/721/713</w:t>
        <w:br/>
        <w:t>f 14016/723/715 14017/724/716 14011/718/710</w:t>
        <w:br/>
        <w:t>f 14016/723/715 14013/720/712 14018/725/717</w:t>
        <w:br/>
        <w:t>f 14016/723/715 14019/726/718 14017/724/716</w:t>
        <w:br/>
        <w:t>f 14018/725/717 14019/726/718 14016/723/715</w:t>
        <w:br/>
        <w:t>f 14017/724/716 14020/727/719 14014/721/713</w:t>
        <w:br/>
        <w:t>f 14018/725/717 14013/720/712 14021/728/720</w:t>
        <w:br/>
        <w:t>f 14010/717/709 14021/728/720 14013/720/712</w:t>
        <w:br/>
        <w:t>f 14014/721/713 14020/727/719 14022/729/721</w:t>
        <w:br/>
        <w:t>f 14015/722/714 14014/721/713 14023/730/722</w:t>
        <w:br/>
        <w:t>f 14023/730/722 14024/731/723 14015/722/714</w:t>
        <w:br/>
        <w:t>f 14024/731/724 14022/729/721 14020/727/719</w:t>
        <w:br/>
        <w:t>f 14025/732/725 14015/722/714 14024/731/723</w:t>
        <w:br/>
        <w:t>f 14017/724/716 14026/733/726 14020/727/719</w:t>
        <w:br/>
        <w:t>f 14019/726/718 14026/733/726 14017/724/716</w:t>
        <w:br/>
        <w:t>f 14020/727/719 14027/734/727 14024/731/724</w:t>
        <w:br/>
        <w:t>f 14027/734/727 14020/727/719 14026/733/726</w:t>
        <w:br/>
        <w:t>f 14024/731/723 14028/735/728 14025/732/725</w:t>
        <w:br/>
        <w:t>f 14029/736/729 14024/731/724 14027/734/727</w:t>
        <w:br/>
        <w:t>f 14030/737/730 14025/732/725 14028/735/728</w:t>
        <w:br/>
        <w:t>f 14030/737/730 14032/738/731 14031/739/732</w:t>
        <w:br/>
        <w:t>f 14032/738/731 14030/737/730 14028/735/728</w:t>
        <w:br/>
        <w:t>f 14032/738/731 14028/735/728 14033/740/733</w:t>
        <w:br/>
        <w:t>f 14033/740/733 14028/735/728 14034/741/734</w:t>
        <w:br/>
        <w:t>f 14027/734/727 14034/741/734 14028/735/728</w:t>
        <w:br/>
        <w:t>f 14034/741/734 14035/742/735 14033/740/733</w:t>
        <w:br/>
        <w:t>f 14034/741/734 14027/734/727 14036/743/736</w:t>
        <w:br/>
        <w:t>f 14026/733/726 14036/743/736 14027/734/727</w:t>
        <w:br/>
        <w:t>f 14034/741/734 14037/744/737 14035/742/735</w:t>
        <w:br/>
        <w:t>f 14036/743/736 14037/744/737 14034/741/734</w:t>
        <w:br/>
        <w:t>f 14037/744/737 14038/745/738 14035/742/735</w:t>
        <w:br/>
        <w:t>f 14026/733/726 14039/746/739 14036/743/736</w:t>
        <w:br/>
        <w:t>f 14019/726/718 14039/746/739 14026/733/726</w:t>
        <w:br/>
        <w:t>f 14040/747/740 14037/744/737 14036/743/736</w:t>
        <w:br/>
        <w:t>f 14039/746/739 14040/747/740 14036/743/736</w:t>
        <w:br/>
        <w:t>f 14038/745/738 14037/744/737 14041/748/741</w:t>
        <w:br/>
        <w:t>f 14037/744/737 14040/747/740 14041/748/741</w:t>
        <w:br/>
        <w:t>f 14039/746/739 14019/726/718 14042/749/742</w:t>
        <w:br/>
        <w:t>f 14018/725/717 14042/749/742 14019/726/718</w:t>
        <w:br/>
        <w:t>f 14043/750/743 14040/747/740 14039/746/739</w:t>
        <w:br/>
        <w:t>f 14042/749/742 14043/750/743 14039/746/739</w:t>
        <w:br/>
        <w:t>f 14044/751/744 14041/748/741 14040/747/740</w:t>
        <w:br/>
        <w:t>f 14040/747/740 14043/750/743 14044/751/744</w:t>
        <w:br/>
        <w:t>f 14041/748/741 14045/752/745 14038/745/738</w:t>
        <w:br/>
        <w:t>f 14041/748/741 14044/751/744 14045/752/745</w:t>
        <w:br/>
        <w:t>f 14045/752/745 14046/753/746 14038/745/738</w:t>
        <w:br/>
        <w:t>f 14047/754/747 14045/752/745 14044/751/744</w:t>
        <w:br/>
        <w:t>f 14043/750/743 14047/754/747 14044/751/744</w:t>
        <w:br/>
        <w:t>f 14048/755/748 14046/753/746 14045/752/745</w:t>
        <w:br/>
        <w:t>f 14045/752/745 14047/754/747 14048/755/748</w:t>
        <w:br/>
        <w:t>f 14046/753/746 14048/755/748 14049/756/749</w:t>
        <w:br/>
        <w:t>f 14050/757/750 14049/756/749 14048/755/748</w:t>
        <w:br/>
        <w:t>f 14047/754/747 14050/757/750 14048/755/748</w:t>
        <w:br/>
        <w:t>f 14049/756/749 14050/757/750 14051/758/751</w:t>
        <w:br/>
        <w:t>f 14047/754/747 14043/750/743 14052/759/752</w:t>
        <w:br/>
        <w:t>f 14053/760/753 14051/758/751 14050/757/750</w:t>
        <w:br/>
        <w:t>f 14051/758/751 14053/760/753 14054/761/754</w:t>
        <w:br/>
        <w:t>f 14055/762/755 14050/757/750 14047/754/747</w:t>
        <w:br/>
        <w:t>f 14053/760/753 14050/757/750 14055/762/755</w:t>
        <w:br/>
        <w:t>f 14055/762/755 14047/754/747 14052/759/752</w:t>
        <w:br/>
        <w:t>f 14056/763/756 14054/761/754 14053/760/753</w:t>
        <w:br/>
        <w:t>f 14054/761/754 14056/763/756 14057/764/757</w:t>
        <w:br/>
        <w:t>f 14060/765/758 14059/766/759 14058/767/760</w:t>
        <w:br/>
        <w:t>f 14059/766/759 14060/765/758 14061/768/761</w:t>
        <w:br/>
        <w:t>f 14061/768/761 14062/769/762 14059/766/759</w:t>
        <w:br/>
        <w:t>f 14062/769/762 14061/768/761 14063/770/763</w:t>
        <w:br/>
        <w:t>f 14064/771/764 14062/769/762 14063/770/763</w:t>
        <w:br/>
        <w:t>f 14056/763/756 14053/760/753 14065/772/765</w:t>
        <w:br/>
        <w:t>f 14066/773/766 14065/772/765 14053/760/753</w:t>
        <w:br/>
        <w:t>f 14066/773/766 14053/760/753 14055/762/755</w:t>
        <w:br/>
        <w:t>f 14065/772/765 14066/773/766 14067/774/767</w:t>
        <w:br/>
        <w:t>f 14067/774/767 14066/773/766 14068/775/768</w:t>
        <w:br/>
        <w:t>f 14066/773/766 14055/762/755 14069/776/769</w:t>
        <w:br/>
        <w:t>f 14068/775/768 14066/773/766 14069/776/769</w:t>
        <w:br/>
        <w:t>f 14069/776/769 14055/762/755 14052/759/752</w:t>
        <w:br/>
        <w:t>f 14068/775/768 14069/776/769 14070/777/770</w:t>
        <w:br/>
        <w:t>f 14071/778/771 14070/777/770 14069/776/769</w:t>
        <w:br/>
        <w:t>f 14069/776/769 14052/759/752 14071/778/771</w:t>
        <w:br/>
        <w:t>f 14070/777/770 14071/778/771 14072/779/772</w:t>
        <w:br/>
        <w:t>f 14071/778/771 14052/759/752 14073/780/773</w:t>
        <w:br/>
        <w:t>f 14073/780/773 14052/759/752 14043/750/743</w:t>
        <w:br/>
        <w:t>f 14042/749/742 14073/780/773 14043/750/743</w:t>
        <w:br/>
        <w:t>f 14074/781/774 14072/779/772 14071/778/771</w:t>
        <w:br/>
        <w:t>f 14075/782/775 14073/780/773 14042/749/742</w:t>
        <w:br/>
        <w:t>f 14018/725/717 14075/782/775 14042/749/742</w:t>
        <w:br/>
        <w:t>f 14076/783/776 14071/778/771 14073/780/773</w:t>
        <w:br/>
        <w:t>f 14075/782/775 14076/783/776 14073/780/773</w:t>
        <w:br/>
        <w:t>f 14076/783/776 14074/781/774 14071/778/771</w:t>
        <w:br/>
        <w:t>f 14018/725/717 14077/784/777 14075/782/775</w:t>
        <w:br/>
        <w:t>f 14077/784/777 14018/725/717 14021/728/720</w:t>
        <w:br/>
        <w:t>f 14076/783/776 14075/782/775 14078/785/778</w:t>
        <w:br/>
        <w:t>f 14075/782/775 14077/784/777 14078/785/778</w:t>
        <w:br/>
        <w:t>f 14078/785/778 14074/781/774 14076/783/776</w:t>
        <w:br/>
        <w:t>f 14021/728/720 14079/786/779 14077/784/777</w:t>
        <w:br/>
        <w:t>f 14079/786/779 14021/728/720 14010/717/709</w:t>
        <w:br/>
        <w:t>f 14077/784/777 14080/787/780 14078/785/778</w:t>
        <w:br/>
        <w:t>f 14080/787/780 14077/784/777 14079/786/779</w:t>
        <w:br/>
        <w:t>f 14081/788/781 14079/786/779 14010/717/709</w:t>
        <w:br/>
        <w:t>f 14079/786/779 14081/788/781 14080/787/780</w:t>
        <w:br/>
        <w:t>f 14010/717/709 14000/707/699 14081/788/781</w:t>
        <w:br/>
        <w:t>f 13996/703/695 14081/788/781 14000/707/699</w:t>
        <w:br/>
        <w:t>f 14080/787/780 14081/788/781 14082/789/782</w:t>
        <w:br/>
        <w:t>f 13996/703/695 14082/789/782 14081/788/781</w:t>
        <w:br/>
        <w:t>f 14083/790/783 14078/785/778 14080/787/780</w:t>
        <w:br/>
        <w:t>f 14083/790/783 14080/787/780 14082/789/782</w:t>
        <w:br/>
        <w:t>f 14082/789/782 13996/703/695 14084/791/784</w:t>
        <w:br/>
        <w:t>f 13996/703/695 13884/591/579 14084/791/784</w:t>
        <w:br/>
        <w:t>f 14084/791/784 13884/591/579 13882/589/577</w:t>
        <w:br/>
        <w:t>f 14082/789/782 14084/791/784 14085/792/785</w:t>
        <w:br/>
        <w:t>f 14085/792/785 14084/791/784 13882/589/577</w:t>
        <w:br/>
        <w:t>f 14083/790/783 14082/789/782 14085/792/785</w:t>
        <w:br/>
        <w:t>f 14085/792/785 13882/589/577 13878/585/573</w:t>
        <w:br/>
        <w:t>f 13878/585/573 14083/790/783 14085/792/785</w:t>
        <w:br/>
        <w:t>f 14078/785/778 14083/790/783 14086/793/786</w:t>
        <w:br/>
        <w:t>f 14074/781/774 14078/785/778 14086/793/786</w:t>
        <w:br/>
        <w:t>f 14083/790/783 13878/585/573 14087/794/787</w:t>
        <w:br/>
        <w:t>f 14087/794/787 14086/793/786 14083/790/783</w:t>
        <w:br/>
        <w:t>f 14087/794/787 13878/585/573 13879/586/574</w:t>
        <w:br/>
        <w:t>f 14086/793/786 14088/795/788 14074/781/774</w:t>
        <w:br/>
        <w:t>f 14072/779/772 14074/781/774 14088/795/788</w:t>
        <w:br/>
        <w:t>f 14072/779/772 14088/795/788 14089/796/789</w:t>
        <w:br/>
        <w:t>f 14088/795/788 14086/793/786 14090/797/790</w:t>
        <w:br/>
        <w:t>f 14090/797/790 14089/796/789 14088/795/788</w:t>
        <w:br/>
        <w:t>f 14086/793/786 14087/794/787 14090/797/790</w:t>
        <w:br/>
        <w:t>f 14090/797/790 14091/798/791 14089/796/789</w:t>
        <w:br/>
        <w:t>f 14090/797/790 14092/799/792 14091/798/791</w:t>
        <w:br/>
        <w:t>f 14093/800/793 14090/797/790 14087/794/787</w:t>
        <w:br/>
        <w:t>f 14090/797/790 14093/800/793 14092/799/792</w:t>
        <w:br/>
        <w:t>f 14094/801/794 14087/794/787 13879/586/574</w:t>
        <w:br/>
        <w:t>f 14094/801/794 14093/800/793 14087/794/787</w:t>
        <w:br/>
        <w:t>f 14095/802/795 13854/563/551 13855/562/550</w:t>
        <w:br/>
        <w:t>f 14094/801/794 14096/803/796 14093/800/793</w:t>
        <w:br/>
        <w:t>f 14096/803/796 14094/801/794 13855/562/550</w:t>
        <w:br/>
        <w:t>f 14093/800/793 14096/803/796 14097/804/797</w:t>
        <w:br/>
        <w:t>f 14096/803/796 13848/556/544 13845/552/539</w:t>
        <w:br/>
        <w:t>f 13847/554/541 14096/803/796 13845/552/539</w:t>
        <w:br/>
        <w:t>f 14096/803/796 13847/554/541 14098/805/798</w:t>
        <w:br/>
        <w:t>f 14099/806/799 14098/805/798 13847/554/541</w:t>
        <w:br/>
        <w:t>f 14092/799/800 14096/803/796 14100/807/801</w:t>
        <w:br/>
        <w:t>f 14096/803/796 14098/805/798 14100/807/801</w:t>
        <w:br/>
        <w:t>f 14100/807/801 14101/808/802 14092/799/800</w:t>
        <w:br/>
        <w:t>f 14100/807/801 14098/805/798 14101/808/802</w:t>
        <w:br/>
        <w:t>f 14101/808/802 14098/805/798 14099/806/799</w:t>
        <w:br/>
        <w:t>f 14102/809/803 14092/799/800 14101/808/802</w:t>
        <w:br/>
        <w:t>f 14101/808/802 14099/806/799 14103/810/804</w:t>
        <w:br/>
        <w:t>f 14106/811/805 14105/812/805 14104/813/806</w:t>
        <w:br/>
        <w:t>f 14105/812/805 14106/811/805 14107/814/807</w:t>
        <w:br/>
        <w:t>f 14110/815/808 14109/816/809 14108/817/810</w:t>
        <w:br/>
        <w:t>f 14108/817/810 14109/816/809 14111/818/811</w:t>
        <w:br/>
        <w:t>f 14112/819/812 14111/818/811 14109/816/809</w:t>
        <w:br/>
        <w:t>f 14115/820/813 14114/821/814 14113/822/815</w:t>
        <w:br/>
        <w:t>f 14114/821/814 14115/820/813 13323/28/23</w:t>
        <w:br/>
        <w:t>f 14111/818/811 14112/819/812 14116/823/816</w:t>
        <w:br/>
        <w:t>f 14117/824/817 14116/823/816 14112/819/812</w:t>
        <w:br/>
        <w:t>f 14113/822/815 14118/825/818 14115/820/813</w:t>
        <w:br/>
        <w:t>f 14119/826/819 14118/825/818 14113/822/815</w:t>
        <w:br/>
        <w:t>f 14116/823/816 14117/824/817 14120/827/820</w:t>
        <w:br/>
        <w:t>f 14117/824/817 14121/828/821 14120/827/820</w:t>
        <w:br/>
        <w:t>f 14118/825/818 14119/826/819 14122/829/822</w:t>
        <w:br/>
        <w:t>f 14122/829/822 14119/826/819 14123/830/823</w:t>
        <w:br/>
        <w:t>f 14126/831/824 14125/832/825 14124/833/826</w:t>
        <w:br/>
        <w:t>f 14126/831/824 14124/833/826 14127/834/827</w:t>
        <w:br/>
        <w:t>f 14115/820/813 14126/831/828 14128/835/829</w:t>
        <w:br/>
        <w:t>f 13323/28/23 14115/820/813 14128/835/829</w:t>
        <w:br/>
        <w:t>f 13323/28/23 14128/835/829 14129/836/830</w:t>
        <w:br/>
        <w:t>f 14129/836/830 14130/837/831 13323/28/23</w:t>
        <w:br/>
        <w:t>f 14133/838/832 14132/839/833 14131/840/834</w:t>
        <w:br/>
        <w:t>f 14136/841/835 14135/842/836 14134/843/837</w:t>
        <w:br/>
        <w:t>f 14136/841/835 14137/844/838 14135/842/836</w:t>
        <w:br/>
        <w:t>f 14138/845/839 14134/843/837 14132/839/833</w:t>
        <w:br/>
        <w:t>f 14134/843/837 14138/845/839 14136/841/835</w:t>
        <w:br/>
        <w:t>f 14138/845/839 14132/839/833 14133/838/832</w:t>
        <w:br/>
        <w:t>f 14139/846/840 14137/844/838 14136/841/835</w:t>
        <w:br/>
        <w:t>f 14139/846/840 14140/847/841 14137/844/838</w:t>
        <w:br/>
        <w:t>f 14141/848/842 14136/841/835 14138/845/839</w:t>
        <w:br/>
        <w:t>f 14139/846/840 14136/841/835 14141/848/842</w:t>
        <w:br/>
        <w:t>f 14142/849/843 14140/847/841 14139/846/840</w:t>
        <w:br/>
        <w:t>f 14142/849/843 14143/850/844 14140/847/841</w:t>
        <w:br/>
        <w:t>f 14142/849/843 14139/846/840 14144/851/845</w:t>
        <w:br/>
        <w:t>f 14144/851/845 14139/846/840 14141/848/842</w:t>
        <w:br/>
        <w:t>f 14145/852/846 14143/850/844 14142/849/843</w:t>
        <w:br/>
        <w:t>f 14145/852/846 14142/849/843 14144/851/845</w:t>
        <w:br/>
        <w:t>f 14146/853/847 14143/850/844 14145/852/846</w:t>
        <w:br/>
        <w:t>f 14147/854/848 14146/853/847 14145/852/846</w:t>
        <w:br/>
        <w:t>f 14148/855/849 14146/853/847 14147/854/848</w:t>
        <w:br/>
        <w:t>f 14144/851/845 14149/856/850 14145/852/846</w:t>
        <w:br/>
        <w:t>f 14147/854/848 14145/852/846 14149/856/850</w:t>
        <w:br/>
        <w:t>f 14150/857/851 14148/855/849 14147/854/848</w:t>
        <w:br/>
        <w:t>f 14151/858/852 14148/855/849 14150/857/851</w:t>
        <w:br/>
        <w:t>f 14149/856/850 14152/859/853 14147/854/848</w:t>
        <w:br/>
        <w:t>f 14150/857/851 14147/854/848 14152/859/853</w:t>
        <w:br/>
        <w:t>f 14153/860/854 14151/858/852 14150/857/851</w:t>
        <w:br/>
        <w:t>f 14154/861/855 14151/858/852 14153/860/854</w:t>
        <w:br/>
        <w:t>f 14152/859/853 14155/862/856 14150/857/851</w:t>
        <w:br/>
        <w:t>f 14156/863/857 14150/857/851 14155/862/856</w:t>
        <w:br/>
        <w:t>f 14157/864/858 14154/861/855 14153/860/854</w:t>
        <w:br/>
        <w:t>f 14158/865/859 14154/861/855 14157/864/858</w:t>
        <w:br/>
        <w:t>f 14155/862/856 14159/866/860 14156/863/857</w:t>
        <w:br/>
        <w:t>f 14160/867/861 14158/865/859 14157/864/858</w:t>
        <w:br/>
        <w:t>f 14161/868/862 14158/865/859 14160/867/861</w:t>
        <w:br/>
        <w:t>f 14160/867/861 14162/869/863 14161/868/862</w:t>
        <w:br/>
        <w:t>f 14156/863/857 14164/870/864 14163/871/865</w:t>
        <w:br/>
        <w:t>f 14164/870/864 14160/867/861 14163/871/865</w:t>
        <w:br/>
        <w:t>f 14164/870/864 14156/863/857 14159/866/860</w:t>
        <w:br/>
        <w:t>f 14162/869/863 14160/867/861 14165/872/866</w:t>
        <w:br/>
        <w:t>f 14164/870/864 14166/873/867 14160/867/861</w:t>
        <w:br/>
        <w:t>f 14162/869/863 14165/872/866 14167/874/868</w:t>
        <w:br/>
        <w:t>f 14164/870/869 14169/875/870 14168/876/871</w:t>
        <w:br/>
        <w:t>f 14165/872/866 14164/870/869 14168/876/871</w:t>
        <w:br/>
        <w:t>f 14169/875/870 14171/877/872 14170/878/873</w:t>
        <w:br/>
        <w:t>f 14168/876/871 14169/875/870 14170/878/873</w:t>
        <w:br/>
        <w:t>f 14170/878/873 14171/877/872 14172/879/874</w:t>
        <w:br/>
        <w:t>f 14171/877/872 14173/880/875 14172/879/874</w:t>
        <w:br/>
        <w:t>f 14176/881/876 14175/882/877 14174/883/878</w:t>
        <w:br/>
        <w:t>f 14177/884/879 14176/881/876 14174/883/878</w:t>
        <w:br/>
        <w:t>f 14168/876/871 14178/885/880 14165/872/866</w:t>
        <w:br/>
        <w:t>f 14178/885/880 14167/874/868 14165/872/866</w:t>
        <w:br/>
        <w:t>f 14175/882/877 14176/881/876 14179/886/881</w:t>
        <w:br/>
        <w:t>f 14179/886/881 14180/887/882 14175/882/877</w:t>
        <w:br/>
        <w:t>f 14172/879/874 14152/859/853 14181/888/883</w:t>
        <w:br/>
        <w:t>f 14152/859/853 14149/856/850 14181/888/883</w:t>
        <w:br/>
        <w:t>f 14176/881/876 14177/884/879 14182/889/884</w:t>
        <w:br/>
        <w:t>f 14183/890/885 14182/889/884 14177/884/879</w:t>
        <w:br/>
        <w:t>f 14149/856/850 14184/891/886 14181/888/883</w:t>
        <w:br/>
        <w:t>f 14149/856/850 14144/851/845 14184/891/886</w:t>
        <w:br/>
        <w:t>f 14182/889/884 14183/890/885 14185/892/887</w:t>
        <w:br/>
        <w:t>f 14186/893/888 14185/892/887 14183/890/885</w:t>
        <w:br/>
        <w:t>f 14184/891/886 14144/851/845 14187/894/889</w:t>
        <w:br/>
        <w:t>f 14187/894/889 14144/851/845 14141/848/842</w:t>
        <w:br/>
        <w:t>f 14185/892/887 14186/893/888 14188/895/890</w:t>
        <w:br/>
        <w:t>f 14189/896/891 14188/895/890 14186/893/888</w:t>
        <w:br/>
        <w:t>f 14187/894/889 14141/848/842 14190/897/892</w:t>
        <w:br/>
        <w:t>f 14190/897/892 14141/848/842 14138/845/839</w:t>
        <w:br/>
        <w:t>f 14190/897/892 14138/845/839 14133/838/832</w:t>
        <w:br/>
        <w:t>f 14188/895/890 14189/896/891 14191/898/893</w:t>
        <w:br/>
        <w:t>f 14192/899/894 14191/898/893 14189/896/891</w:t>
        <w:br/>
        <w:t>f 14195/900/895 14194/901/896 14193/902/897</w:t>
        <w:br/>
        <w:t>f 14192/899/894 14197/903/898 14196/904/899</w:t>
        <w:br/>
        <w:t>f 14198/905/900 14195/900/895 14193/902/897</w:t>
        <w:br/>
        <w:t>f 14198/905/900 14199/906/901 14195/900/895</w:t>
        <w:br/>
        <w:t>f 14193/902/897 14194/901/896 14200/907/902</w:t>
        <w:br/>
        <w:t>f 14201/908/903 14200/907/902 14194/901/896</w:t>
        <w:br/>
        <w:t>f 14202/909/904 14199/906/901 14198/905/900</w:t>
        <w:br/>
        <w:t>f 14199/906/901 14202/909/904 14203/910/905</w:t>
        <w:br/>
        <w:t>f 14191/898/893 14192/899/894 14204/911/906</w:t>
        <w:br/>
        <w:t>f 14192/899/894 14196/904/899 14204/911/906</w:t>
        <w:br/>
        <w:t>f 14206/912/907 14201/908/903 14205/913/908</w:t>
        <w:br/>
        <w:t>f 14208/914/909 14205/913/908 14207/915/910</w:t>
        <w:br/>
        <w:t>f 14205/913/908 14208/914/909 14206/912/907</w:t>
        <w:br/>
        <w:t>f 14201/908/903 14206/912/907 14209/916/911</w:t>
        <w:br/>
        <w:t>f 14200/907/902 14201/908/903 14209/916/911</w:t>
        <w:br/>
        <w:t>f 14206/912/907 14210/917/912 14209/916/911</w:t>
        <w:br/>
        <w:t>f 14211/918/913 14200/907/902 14209/916/911</w:t>
        <w:br/>
        <w:t>f 14211/918/913 14209/916/911 14210/917/912</w:t>
        <w:br/>
        <w:t>f 14210/917/912 14206/912/907 14212/919/914</w:t>
        <w:br/>
        <w:t>f 14208/914/909 14212/919/914 14206/912/907</w:t>
        <w:br/>
        <w:t>f 14200/907/902 14211/918/913 14213/920/915</w:t>
        <w:br/>
        <w:t>f 14213/920/915 14193/902/897 14200/907/902</w:t>
        <w:br/>
        <w:t>f 14193/902/897 14213/920/915 14214/921/916</w:t>
        <w:br/>
        <w:t>f 14214/921/916 14198/905/900 14193/902/897</w:t>
        <w:br/>
        <w:t>f 14211/918/913 14215/922/917 14213/920/915</w:t>
        <w:br/>
        <w:t>f 14215/922/917 14214/921/916 14213/920/915</w:t>
        <w:br/>
        <w:t>f 14198/905/900 14214/921/916 14216/923/918</w:t>
        <w:br/>
        <w:t>f 14202/909/904 14198/905/900 14216/923/918</w:t>
        <w:br/>
        <w:t>f 14214/921/916 14215/922/917 14217/924/919</w:t>
        <w:br/>
        <w:t>f 14216/923/918 14214/921/916 14217/924/919</w:t>
        <w:br/>
        <w:t>f 14218/925/920 14215/922/917 14211/918/913</w:t>
        <w:br/>
        <w:t>f 14217/924/919 14219/926/921 14216/923/918</w:t>
        <w:br/>
        <w:t>f 14218/925/920 14211/918/913 14220/927/922</w:t>
        <w:br/>
        <w:t>f 14210/917/912 14220/927/922 14211/918/913</w:t>
        <w:br/>
        <w:t>f 14220/927/922 14210/917/912 14212/919/914</w:t>
        <w:br/>
        <w:t>f 14219/926/921 14221/928/923 14216/923/918</w:t>
        <w:br/>
        <w:t>f 14221/928/923 14202/909/904 14216/923/918</w:t>
        <w:br/>
        <w:t>f 14221/928/923 14219/926/921 14222/929/924</w:t>
        <w:br/>
        <w:t>f 14223/930/925 14202/909/904 14221/928/923</w:t>
        <w:br/>
        <w:t>f 14222/929/924 14223/930/925 14221/928/923</w:t>
        <w:br/>
        <w:t>f 14224/931/926 14219/926/921 14217/924/919</w:t>
        <w:br/>
        <w:t>f 14224/931/926 14222/929/924 14219/926/921</w:t>
        <w:br/>
        <w:t>f 14202/909/904 14223/930/925 14225/932/927</w:t>
        <w:br/>
        <w:t>f 14225/932/927 14203/910/905 14202/909/904</w:t>
        <w:br/>
        <w:t>f 14226/933/928 14203/910/905 14225/932/927</w:t>
        <w:br/>
        <w:t>f 14226/933/928 14225/932/927 14227/934/929</w:t>
        <w:br/>
        <w:t>f 14178/885/880 14179/886/881 14227/934/930</w:t>
        <w:br/>
        <w:t>f 14228/935/931 14225/932/927 14223/930/925</w:t>
        <w:br/>
        <w:t>f 14227/934/929 14225/932/927 14229/936/932</w:t>
        <w:br/>
        <w:t>f 14225/932/927 14228/935/931 14229/936/932</w:t>
        <w:br/>
        <w:t>f 14227/934/930 14230/937/933 14178/885/880</w:t>
        <w:br/>
        <w:t>f 14229/936/932 14231/938/934 14227/934/929</w:t>
        <w:br/>
        <w:t>f 14229/936/932 14232/939/935 14231/938/934</w:t>
        <w:br/>
        <w:t>f 14229/936/932 14233/940/936 14232/939/935</w:t>
        <w:br/>
        <w:t>f 14229/936/932 14234/941/937 14233/940/936</w:t>
        <w:br/>
        <w:t>f 14228/935/931 14234/941/937 14229/936/932</w:t>
        <w:br/>
        <w:t>f 14235/942/938 14233/940/936 14234/941/937</w:t>
        <w:br/>
        <w:t>f 14234/941/937 14228/935/931 14236/943/939</w:t>
        <w:br/>
        <w:t>f 14235/942/938 14234/941/937 14236/943/939</w:t>
        <w:br/>
        <w:t>f 14223/930/925 14237/944/940 14228/935/931</w:t>
        <w:br/>
        <w:t>f 14237/944/940 14236/943/939 14228/935/931</w:t>
        <w:br/>
        <w:t>f 14235/942/938 14236/943/939 14238/945/941</w:t>
        <w:br/>
        <w:t>f 14235/942/938 14238/945/941 14239/946/942</w:t>
        <w:br/>
        <w:t>f 14236/943/939 14237/944/940 14240/947/943</w:t>
        <w:br/>
        <w:t>f 14240/947/943 14238/945/941 14236/943/939</w:t>
        <w:br/>
        <w:t>f 14237/944/940 14223/930/925 14241/948/944</w:t>
        <w:br/>
        <w:t>f 14223/930/925 14222/929/924 14241/948/944</w:t>
        <w:br/>
        <w:t>f 14240/947/943 14237/944/940 14242/949/945</w:t>
        <w:br/>
        <w:t>f 14243/950/946 14241/948/944 14222/929/924</w:t>
        <w:br/>
        <w:t>f 14222/929/924 14224/931/926 14243/950/946</w:t>
        <w:br/>
        <w:t>f 14241/948/944 14244/951/947 14237/944/940</w:t>
        <w:br/>
        <w:t>f 14242/949/945 14237/944/940 14244/951/947</w:t>
        <w:br/>
        <w:t>f 14241/948/944 14243/950/946 14245/952/948</w:t>
        <w:br/>
        <w:t>f 14244/951/947 14241/948/944 14245/952/948</w:t>
        <w:br/>
        <w:t>f 14242/949/945 14246/953/949 14240/947/943</w:t>
        <w:br/>
        <w:t>f 14238/945/941 14240/947/943 14246/953/949</w:t>
        <w:br/>
        <w:t>f 14244/951/947 14247/954/950 14242/949/945</w:t>
        <w:br/>
        <w:t>f 14245/952/948 14248/955/951 14244/951/947</w:t>
        <w:br/>
        <w:t>f 14247/954/950 14244/951/947 14248/955/951</w:t>
        <w:br/>
        <w:t>f 14248/955/951 14245/952/948 14249/956/952</w:t>
        <w:br/>
        <w:t>f 14245/952/948 14243/950/946 14249/956/952</w:t>
        <w:br/>
        <w:t>f 14247/954/950 14248/955/951 14250/957/953</w:t>
        <w:br/>
        <w:t>f 14248/955/951 14249/956/952 14250/957/953</w:t>
        <w:br/>
        <w:t>f 14247/954/950 14251/958/954 14242/949/945</w:t>
        <w:br/>
        <w:t>f 14246/953/949 14242/949/945 14251/958/954</w:t>
        <w:br/>
        <w:t>f 14249/956/952 14243/950/946 14252/959/955</w:t>
        <w:br/>
        <w:t>f 14224/931/926 14252/959/955 14243/950/946</w:t>
        <w:br/>
        <w:t>f 14249/956/952 14252/959/955 14253/960/956</w:t>
        <w:br/>
        <w:t>f 14250/957/953 14249/956/952 14253/960/956</w:t>
        <w:br/>
        <w:t>f 14224/931/926 14254/961/957 14252/959/955</w:t>
        <w:br/>
        <w:t>f 14253/960/956 14255/962/958 14250/957/953</w:t>
        <w:br/>
        <w:t>f 14224/931/926 14256/963/959 14254/961/957</w:t>
        <w:br/>
        <w:t>f 14253/960/956 14252/959/955 14257/964/960</w:t>
        <w:br/>
        <w:t>f 14256/963/959 14224/931/926 14258/965/961</w:t>
        <w:br/>
        <w:t>f 14224/931/926 14217/924/919 14258/965/961</w:t>
        <w:br/>
        <w:t>f 14215/922/917 14258/965/961 14217/924/919</w:t>
        <w:br/>
        <w:t>f 14256/963/959 14259/966/962 14254/961/957</w:t>
        <w:br/>
        <w:t>f 14258/965/961 14259/966/962 14256/963/959</w:t>
        <w:br/>
        <w:t>f 14254/961/957 14260/967/963 14252/959/955</w:t>
        <w:br/>
        <w:t>f 14260/967/963 14257/964/960 14252/959/955</w:t>
        <w:br/>
        <w:t>f 14258/965/961 14215/922/917 14261/968/964</w:t>
        <w:br/>
        <w:t>f 14215/922/917 14218/925/920 14261/968/964</w:t>
        <w:br/>
        <w:t>f 14254/961/957 14262/969/965 14260/967/963</w:t>
        <w:br/>
        <w:t>f 14254/961/957 14259/966/962 14262/969/965</w:t>
        <w:br/>
        <w:t>f 14263/970/966 14258/965/961 14261/968/964</w:t>
        <w:br/>
        <w:t>f 14259/966/962 14258/965/961 14263/970/966</w:t>
        <w:br/>
        <w:t>f 14261/968/964 14218/925/920 14264/971/967</w:t>
        <w:br/>
        <w:t>f 14265/972/968 14259/966/962 14263/970/966</w:t>
        <w:br/>
        <w:t>f 14263/970/966 14261/968/964 14266/973/969</w:t>
        <w:br/>
        <w:t>f 14266/973/969 14261/968/964 14264/971/967</w:t>
        <w:br/>
        <w:t>f 14265/972/968 14263/970/966 14267/974/970</w:t>
        <w:br/>
        <w:t>f 14266/973/969 14267/974/970 14263/970/966</w:t>
        <w:br/>
        <w:t>f 14259/966/962 14265/972/968 14268/975/971</w:t>
        <w:br/>
        <w:t>f 14269/976/972 14262/969/965 14259/966/962</w:t>
        <w:br/>
        <w:t>f 14270/977/973 14265/972/968 14267/974/970</w:t>
        <w:br/>
        <w:t>f 14265/972/968 14270/977/973 14268/975/971</w:t>
        <w:br/>
        <w:t>f 14267/974/970 14266/973/969 14271/978/974</w:t>
        <w:br/>
        <w:t>f 14272/979/975 14270/977/973 14267/974/970</w:t>
        <w:br/>
        <w:t>f 14271/978/974 14272/979/975 14267/974/970</w:t>
        <w:br/>
        <w:t>f 14273/980/976 14270/977/973 14272/979/975</w:t>
        <w:br/>
        <w:t>f 14274/981/977 14270/977/973 14273/980/976</w:t>
        <w:br/>
        <w:t>f 14268/975/971 14270/977/973 14274/981/977</w:t>
        <w:br/>
        <w:t>f 14272/979/975 14271/978/974 14275/982/978</w:t>
        <w:br/>
        <w:t>f 14269/976/972 14277/983/979 14276/984/980</w:t>
        <w:br/>
        <w:t>f 14268/975/971 14276/984/980 14278/985/981</w:t>
        <w:br/>
        <w:t>f 14279/986/982 14275/982/978 14271/978/974</w:t>
        <w:br/>
        <w:t>f 14275/982/978 14279/986/982 14280/987/983</w:t>
        <w:br/>
        <w:t>f 14281/988/984 14268/975/971 14278/985/981</w:t>
        <w:br/>
        <w:t>f 14262/969/965 14268/975/971 14281/988/984</w:t>
        <w:br/>
        <w:t>f 14281/988/984 14278/985/981 14282/989/985</w:t>
        <w:br/>
        <w:t>f 14260/967/963 14262/969/965 14281/988/984</w:t>
        <w:br/>
        <w:t>f 14282/989/985 14283/990/986 14281/988/984</w:t>
        <w:br/>
        <w:t>f 14260/967/963 14281/988/984 14284/991/987</w:t>
        <w:br/>
        <w:t>f 14284/991/987 14281/988/984 14283/990/986</w:t>
        <w:br/>
        <w:t>f 14257/964/960 14260/967/963 14284/991/987</w:t>
        <w:br/>
        <w:t>f 14283/990/986 14285/992/988 14284/991/987</w:t>
        <w:br/>
        <w:t>f 14285/992/988 14286/993/989 14284/991/987</w:t>
        <w:br/>
        <w:t>f 14257/964/960 14284/991/987 14286/993/989</w:t>
        <w:br/>
        <w:t>f 14287/994/990 14286/993/989 14285/992/988</w:t>
        <w:br/>
        <w:t>f 14288/995/991 14257/964/960 14286/993/989</w:t>
        <w:br/>
        <w:t>f 14287/994/990 14288/995/991 14286/993/989</w:t>
        <w:br/>
        <w:t>f 14253/960/956 14257/964/960 14288/995/991</w:t>
        <w:br/>
        <w:t>f 14289/996/992 14288/995/991 14287/994/990</w:t>
        <w:br/>
        <w:t>f 14290/997/993 14288/995/991 14289/996/992</w:t>
        <w:br/>
        <w:t>f 14255/962/958 14253/960/956 14288/995/991</w:t>
        <w:br/>
        <w:t>f 14288/995/991 14290/997/993 14255/962/958</w:t>
        <w:br/>
        <w:t>f 14291/998/994 14255/962/958 14290/997/993</w:t>
        <w:br/>
        <w:t>f 14255/962/958 14291/998/994 14292/999/995</w:t>
        <w:br/>
        <w:t>f 14292/999/995 14250/957/953 14255/962/958</w:t>
        <w:br/>
        <w:t>f 14291/998/994 14293/1000/996 14292/999/995</w:t>
        <w:br/>
        <w:t>f 14250/957/953 14292/999/995 14294/1001/997</w:t>
        <w:br/>
        <w:t>f 14250/957/953 14294/1001/997 14247/954/950</w:t>
        <w:br/>
        <w:t>f 14295/1002/998 14292/999/995 14293/1000/996</w:t>
        <w:br/>
        <w:t>f 14293/1000/996 14296/1003/999 14295/1002/998</w:t>
        <w:br/>
        <w:t>f 14297/1004/1000 14294/1001/997 14292/999/995</w:t>
        <w:br/>
        <w:t>f 14292/999/995 14295/1002/998 14297/1004/1000</w:t>
        <w:br/>
        <w:t>f 14298/1005/1001 14247/954/950 14294/1001/997</w:t>
        <w:br/>
        <w:t>f 14294/1001/997 14297/1004/1000 14298/1005/1001</w:t>
        <w:br/>
        <w:t>f 14251/958/954 14247/954/950 14298/1005/1001</w:t>
        <w:br/>
        <w:t>f 14299/1006/1002 14297/1004/1000 14295/1002/998</w:t>
        <w:br/>
        <w:t>f 14300/1007/1003 14298/1005/1001 14297/1004/1000</w:t>
        <w:br/>
        <w:t>f 14297/1004/1000 14299/1006/1002 14300/1007/1003</w:t>
        <w:br/>
        <w:t>f 14298/1005/1001 14301/1008/1004 14251/958/954</w:t>
        <w:br/>
        <w:t>f 14301/1008/1004 14298/1005/1001 14300/1007/1003</w:t>
        <w:br/>
        <w:t>f 14295/1002/998 14302/1009/1005 14299/1006/1002</w:t>
        <w:br/>
        <w:t>f 14295/1002/998 14296/1003/999 14303/1010/1006</w:t>
        <w:br/>
        <w:t>f 14304/1011/1007 14303/1010/1006 14296/1003/999</w:t>
        <w:br/>
        <w:t>f 14302/1009/1005 14304/1011/1007 14299/1006/1002</w:t>
        <w:br/>
        <w:t>f 14296/1003/999 14305/1012/1008 14304/1011/1007</w:t>
        <w:br/>
        <w:t>f 14299/1006/1002 14306/1013/1009 14300/1007/1003</w:t>
        <w:br/>
        <w:t>f 14299/1006/1002 14304/1011/1007 14306/1013/1009</w:t>
        <w:br/>
        <w:t>f 14307/1014/1010 14304/1011/1007 14305/1012/1008</w:t>
        <w:br/>
        <w:t>f 14304/1011/1007 14308/1015/1011 14306/1013/1009</w:t>
        <w:br/>
        <w:t>f 14305/1012/1008 14309/1016/1012 14307/1014/1010</w:t>
        <w:br/>
        <w:t>f 14311/1017/1013 14309/1016/1012 14310/1018/1014</w:t>
        <w:br/>
        <w:t>f 14309/1016/1012 14311/1017/1013 14307/1014/1010</w:t>
        <w:br/>
        <w:t>f 14311/1017/1013 14312/1019/1015 14307/1014/1010</w:t>
        <w:br/>
        <w:t>f 14312/1019/1015 14313/1020/1016 14307/1014/1010</w:t>
        <w:br/>
        <w:t>f 14306/1013/1009 14307/1014/1010 14313/1020/1016</w:t>
        <w:br/>
        <w:t>f 14313/1020/1016 14312/1019/1015 14314/1021/1017</w:t>
        <w:br/>
        <w:t>f 14300/1007/1003 14306/1013/1009 14315/1022/1018</w:t>
        <w:br/>
        <w:t>f 14306/1013/1009 14313/1020/1016 14315/1022/1018</w:t>
        <w:br/>
        <w:t>f 14300/1007/1003 14315/1022/1018 14301/1008/1004</w:t>
        <w:br/>
        <w:t>f 14313/1020/1016 14314/1021/1017 14316/1023/1019</w:t>
        <w:br/>
        <w:t>f 14315/1022/1018 14313/1020/1016 14316/1023/1019</w:t>
        <w:br/>
        <w:t>f 14317/1024/1020 14316/1023/1019 14314/1021/1017</w:t>
        <w:br/>
        <w:t>f 14301/1008/1004 14315/1022/1018 14318/1025/1021</w:t>
        <w:br/>
        <w:t>f 14318/1025/1021 14315/1022/1018 14316/1023/1019</w:t>
        <w:br/>
        <w:t>f 14316/1023/1019 14317/1024/1020 14319/1026/1022</w:t>
        <w:br/>
        <w:t>f 14318/1025/1021 14316/1023/1019 14319/1026/1022</w:t>
        <w:br/>
        <w:t>f 14319/1026/1022 14317/1024/1020 14320/1027/1023</w:t>
        <w:br/>
        <w:t>f 14320/1027/1023 14317/1024/1020 14321/1028/1024</w:t>
        <w:br/>
        <w:t>f 14319/1026/1022 14322/1029/1025 14318/1025/1021</w:t>
        <w:br/>
        <w:t>f 14322/1029/1025 14319/1026/1022 14320/1027/1023</w:t>
        <w:br/>
        <w:t>f 14318/1025/1021 14323/1030/1026 14301/1008/1004</w:t>
        <w:br/>
        <w:t>f 14323/1030/1026 14318/1025/1021 14322/1029/1025</w:t>
        <w:br/>
        <w:t>f 14323/1030/1026 14251/958/954 14301/1008/1004</w:t>
        <w:br/>
        <w:t>f 14251/958/954 14323/1030/1026 14246/953/949</w:t>
        <w:br/>
        <w:t>f 14320/1027/1023 14324/1031/1027 14322/1029/1025</w:t>
        <w:br/>
        <w:t>f 14324/1031/1027 14323/1030/1026 14322/1029/1025</w:t>
        <w:br/>
        <w:t>f 14321/1028/1024 14325/1032/1028 14320/1027/1023</w:t>
        <w:br/>
        <w:t>f 14324/1031/1027 14320/1027/1023 14325/1032/1028</w:t>
        <w:br/>
        <w:t>f 14325/1032/1028 14321/1028/1024 14326/1033/1029</w:t>
        <w:br/>
        <w:t>f 14327/1034/1030 14246/953/949 14323/1030/1026</w:t>
        <w:br/>
        <w:t>f 14323/1030/1026 14324/1031/1027 14327/1034/1030</w:t>
        <w:br/>
        <w:t>f 14246/953/949 14327/1034/1030 14238/945/941</w:t>
        <w:br/>
        <w:t>f 14326/1033/1029 14328/1035/1031 14325/1032/1028</w:t>
        <w:br/>
        <w:t>f 14328/1035/1031 14324/1031/1027 14325/1032/1028</w:t>
        <w:br/>
        <w:t>f 14328/1035/1031 14326/1033/1029 14329/1036/1032</w:t>
        <w:br/>
        <w:t>f 14330/1037/1033 14327/1034/1030 14324/1031/1027</w:t>
        <w:br/>
        <w:t>f 14324/1031/1027 14328/1035/1031 14330/1037/1033</w:t>
        <w:br/>
        <w:t>f 14331/1038/1034 14238/945/941 14327/1034/1030</w:t>
        <w:br/>
        <w:t>f 14327/1034/1030 14330/1037/1033 14331/1038/1034</w:t>
        <w:br/>
        <w:t>f 14238/945/941 14331/1038/1034 14239/946/942</w:t>
        <w:br/>
        <w:t>f 14332/1039/1035 14239/946/942 14331/1038/1034</w:t>
        <w:br/>
        <w:t>f 14331/1038/1034 14333/1040/1036 14332/1039/1035</w:t>
        <w:br/>
        <w:t>f 14333/1040/1036 14331/1038/1034 14330/1037/1033</w:t>
        <w:br/>
        <w:t>f 14334/1041/1037 14332/1039/1035 14333/1040/1036</w:t>
        <w:br/>
        <w:t>f 14333/1040/1036 14335/1042/1038 14334/1041/1037</w:t>
        <w:br/>
        <w:t>f 14330/1037/1033 14336/1043/1039 14333/1040/1036</w:t>
        <w:br/>
        <w:t>f 14336/1043/1039 14330/1037/1033 14328/1035/1031</w:t>
        <w:br/>
        <w:t>f 14335/1042/1038 14333/1040/1036 14336/1043/1039</w:t>
        <w:br/>
        <w:t>f 14329/1036/1032 14336/1043/1039 14328/1035/1031</w:t>
        <w:br/>
        <w:t>f 14336/1043/1039 14329/1036/1032 14337/1044/1040</w:t>
        <w:br/>
        <w:t>f 14340/1045/1041 14339/1046/1042 14338/1047/1043</w:t>
        <w:br/>
        <w:t>f 14337/1044/1040 14341/1048/1044 14336/1043/1039</w:t>
        <w:br/>
        <w:t>f 14341/1048/1044 14335/1042/1038 14336/1043/1039</w:t>
        <w:br/>
        <w:t>f 14342/1049/1045 14338/1047/1043 14339/1046/1042</w:t>
        <w:br/>
        <w:t>f 14341/1048/1044 14337/1044/1040 14343/1050/1046</w:t>
        <w:br/>
        <w:t>f 14338/1047/1043 14342/1049/1045 14344/1051/1047</w:t>
        <w:br/>
        <w:t>f 14345/1052/1048 14344/1051/1047 14342/1049/1045</w:t>
        <w:br/>
        <w:t>f 14344/1051/1047 14345/1052/1048 14346/1053/1048</w:t>
        <w:br/>
        <w:t>f 14349/1054/1049 14348/1055/1050 14347/1056/1051</w:t>
        <w:br/>
        <w:t>f 14348/1055/1050 14349/1054/1049 14350/1057/1052</w:t>
        <w:br/>
        <w:t>f 14351/1058/1053 14350/1057/1052 14349/1054/1049</w:t>
        <w:br/>
        <w:t>f 14354/1059/1054 14353/1060/1055 14352/1061/1055</w:t>
        <w:br/>
        <w:t>f 14356/1062/1056 14355/1063/1057 14351/1058/1053</w:t>
        <w:br/>
        <w:t>f 14350/1057/1052 14351/1058/1053 14355/1063/1057</w:t>
        <w:br/>
        <w:t>f 14353/1060/1055 14354/1059/1054 14357/1064/1058</w:t>
        <w:br/>
        <w:t>f 14358/1065/1059 14357/1064/1058 14354/1059/1054</w:t>
        <w:br/>
        <w:t>f 14361/1066/1060 14360/1067/1061 14359/1068/1062</w:t>
        <w:br/>
        <w:t>f 14359/1068/1062 14362/1069/1060 14361/1066/1060</w:t>
        <w:br/>
        <w:t>f 14365/1070/1063 14364/1071/1064 14363/1072/1064</w:t>
        <w:br/>
        <w:t>f 14363/1072/1064 14366/1073/1065 14365/1070/1063</w:t>
        <w:br/>
        <w:t>f 14366/1073/1065 14367/1074/1066 14365/1070/1063</w:t>
        <w:br/>
        <w:t>f 14367/1074/1066 14366/1073/1065 14368/1075/1067</w:t>
        <w:br/>
        <w:t>f 14369/1076/1068 14359/1068/1062 14360/1067/1061</w:t>
        <w:br/>
        <w:t>f 14370/1077/1069 14367/1074/1066 14368/1075/1067</w:t>
        <w:br/>
        <w:t>f 14360/1067/1061 14371/1078/1070 14369/1076/1068</w:t>
        <w:br/>
        <w:t>f 14357/1064/1058 14358/1065/1059 14372/1079/1071</w:t>
        <w:br/>
        <w:t>f 14368/1075/1067 14373/1080/1072 14370/1077/1069</w:t>
        <w:br/>
        <w:t>f 14374/1081/1073 14369/1076/1068 14371/1078/1070</w:t>
        <w:br/>
        <w:t>f 14375/1082/1074 14370/1077/1069 14373/1080/1072</w:t>
        <w:br/>
        <w:t>f 14376/1083/1075 14372/1079/1071 14358/1065/1059</w:t>
        <w:br/>
        <w:t>f 14355/1063/1057 14356/1062/1056 14377/1084/1076</w:t>
        <w:br/>
        <w:t>f 14378/1085/1077 14377/1084/1076 14356/1062/1056</w:t>
        <w:br/>
        <w:t>f 14371/1078/1070 14379/1086/1078 14374/1081/1073</w:t>
        <w:br/>
        <w:t>f 14372/1079/1071 14376/1083/1075 14380/1087/1079</w:t>
        <w:br/>
        <w:t>f 14373/1080/1072 14381/1088/1080 14375/1082/1074</w:t>
        <w:br/>
        <w:t>f 14382/1089/1081 14374/1081/1073 14379/1086/1078</w:t>
        <w:br/>
        <w:t>f 14383/1090/1082 14375/1082/1074 14381/1088/1080</w:t>
        <w:br/>
        <w:t>f 14377/1084/1076 14378/1085/1077 14384/1091/1083</w:t>
        <w:br/>
        <w:t>f 14385/1092/1084 14380/1087/1079 14376/1083/1075</w:t>
        <w:br/>
        <w:t>f 14386/1093/1085 14384/1091/1083 14378/1085/1077</w:t>
        <w:br/>
        <w:t>f 14379/1086/1078 14387/1094/1086 14382/1089/1081</w:t>
        <w:br/>
        <w:t>f 14380/1087/1079 14385/1092/1084 14388/1095/1087</w:t>
        <w:br/>
        <w:t>f 14381/1088/1080 14389/1096/1088 14383/1090/1082</w:t>
        <w:br/>
        <w:t>f 14390/1097/1089 14382/1089/1081 14387/1094/1086</w:t>
        <w:br/>
        <w:t>f 14384/1091/1083 14386/1093/1085 14391/1098/1090</w:t>
        <w:br/>
        <w:t>f 14392/1099/1091 14388/1095/1087 14385/1092/1084</w:t>
        <w:br/>
        <w:t>f 14387/1094/1086 14393/1100/1092 14390/1097/1089</w:t>
        <w:br/>
        <w:t>f 14388/1095/1087 14392/1099/1091 14394/1101/1093</w:t>
        <w:br/>
        <w:t>f 14397/1102/1094 14396/1103/1095 14395/1104/1096</w:t>
        <w:br/>
        <w:t>f 14396/1103/1095 14397/1102/1094 14398/1105/1097</w:t>
        <w:br/>
        <w:t>f 14399/1106/1098 14390/1097/1089 14393/1100/1092</w:t>
        <w:br/>
        <w:t>f 14402/1107/1099 14401/1108/1100 14400/1109/1101</w:t>
        <w:br/>
        <w:t>f 14390/1097/1089 14399/1106/1098 14403/1110/1102</w:t>
        <w:br/>
        <w:t>f 14404/1111/1103 14391/1098/1090 14386/1093/1085</w:t>
        <w:br/>
        <w:t>f 14402/1107/1099 14400/1109/1101 14405/1112/1104</w:t>
        <w:br/>
        <w:t>f 14404/1111/1103 14386/1093/1085 14406/1113/1105</w:t>
        <w:br/>
        <w:t>f 14407/1114/1106 14403/1110/1102 14399/1106/1098</w:t>
        <w:br/>
        <w:t>f 14405/1112/1104 14408/1115/1107 14402/1107/1099</w:t>
        <w:br/>
        <w:t>f 14409/1116/1108 14398/1105/1097 14397/1102/1094</w:t>
        <w:br/>
        <w:t>f 14403/1110/1102 14407/1114/1106 14410/1117/1109</w:t>
        <w:br/>
        <w:t>f 14398/1105/1097 14409/1116/1108 14411/1118/1110</w:t>
        <w:br/>
        <w:t>f 14412/1119/1111 14411/1118/1110 14409/1116/1108</w:t>
        <w:br/>
        <w:t>f 14406/1113/1105 14413/1120/1112 14404/1111/1103</w:t>
        <w:br/>
        <w:t>f 14405/1112/1104 14414/1121/1113 14408/1115/1107</w:t>
        <w:br/>
        <w:t>f 14413/1120/1112 14406/1113/1105 14415/1122/1114</w:t>
        <w:br/>
        <w:t>f 14418/1123/1115 14417/1124/1116 14416/1125/1117</w:t>
        <w:br/>
        <w:t>f 14412/1119/1111 14409/1116/1108 14419/1126/1118</w:t>
        <w:br/>
        <w:t>f 14422/1127/1119 14421/1128/1120 14420/1129/1121</w:t>
        <w:br/>
        <w:t>f 14423/1130/1122 14412/1119/1111 14419/1126/1118</w:t>
        <w:br/>
        <w:t>f 14417/1124/1116 14418/1123/1115 14424/1131/1123</w:t>
        <w:br/>
        <w:t>f 14425/1132/1124 14408/1115/1107 14414/1121/1113</w:t>
        <w:br/>
        <w:t>f 14426/1133/1125 14424/1131/1123 14418/1123/1115</w:t>
        <w:br/>
        <w:t>f 14420/1129/1121 14427/1134/1126 14422/1127/1119</w:t>
        <w:br/>
        <w:t>f 14408/1115/1107 14425/1132/1124 14428/1135/1127</w:t>
        <w:br/>
        <w:t>f 14424/1131/1123 14426/1133/1125 14429/1136/1128</w:t>
        <w:br/>
        <w:t>f 14430/1137/1129 14429/1136/1128 14426/1133/1125</w:t>
        <w:br/>
        <w:t>f 14431/1138/1130 14428/1135/1127 14425/1132/1124</w:t>
        <w:br/>
        <w:t>f 14432/1139/1131 14422/1127/1119 14427/1134/1126</w:t>
        <w:br/>
        <w:t>f 14423/1130/1122 14419/1126/1118 14433/1140/1132</w:t>
        <w:br/>
        <w:t>f 14428/1135/1127 14431/1138/1130 14434/1141/1133</w:t>
        <w:br/>
        <w:t>f 14427/1134/1126 14435/1142/1134 14432/1139/1131</w:t>
        <w:br/>
        <w:t>f 14436/1143/1135 14423/1130/1122 14433/1140/1132</w:t>
        <w:br/>
        <w:t>f 14437/1144/1136 14432/1139/1131 14435/1142/1134</w:t>
        <w:br/>
        <w:t>f 14423/1130/1122 14436/1143/1135 14438/1145/1137</w:t>
        <w:br/>
        <w:t>f 14439/1146/1138 14438/1145/1137 14436/1143/1135</w:t>
        <w:br/>
        <w:t>f 14431/1138/1130 14440/1147/1139 14434/1141/1133</w:t>
        <w:br/>
        <w:t>f 14435/1142/1134 14441/1148/1140 14437/1144/1136</w:t>
        <w:br/>
        <w:t>f 14439/1146/1138 14436/1143/1135 14442/1149/1141</w:t>
        <w:br/>
        <w:t>f 14441/1148/1140 14443/1150/1142 14437/1144/1136</w:t>
        <w:br/>
        <w:t>f 14444/1151/1143 14439/1146/1138 14442/1149/1141</w:t>
        <w:br/>
        <w:t>f 14440/1147/1139 14431/1138/1130 14445/1152/1144</w:t>
        <w:br/>
        <w:t>f 14429/1136/1128 14430/1137/1129 14446/1153/1145</w:t>
        <w:br/>
        <w:t>f 14447/1154/1146 14446/1153/1145 14430/1137/1129</w:t>
        <w:br/>
        <w:t>f 14448/1155/1147 14440/1147/1139 14445/1152/1144</w:t>
        <w:br/>
        <w:t>f 14444/1151/1143 14442/1149/1141 14449/1156/1148</w:t>
        <w:br/>
        <w:t>f 14450/1157/1149 14444/1151/1143 14449/1156/1148</w:t>
        <w:br/>
        <w:t>f 14441/1148/1140 14451/1158/1150 14443/1150/1142</w:t>
        <w:br/>
        <w:t>f 14440/1147/1139 14448/1155/1147 14452/1159/1151</w:t>
        <w:br/>
        <w:t>f 14453/1160/1152 14443/1150/1142 14451/1158/1150</w:t>
        <w:br/>
        <w:t>f 14443/1150/1142 14453/1160/1152 14454/1161/1153</w:t>
        <w:br/>
        <w:t>f 14455/1162/1154 14452/1159/1151 14448/1155/1147</w:t>
        <w:br/>
        <w:t>f 14452/1159/1151 14455/1162/1154 14456/1163/1155</w:t>
        <w:br/>
        <w:t>f 14447/1154/1146 14430/1137/1129 14457/1164/1156</w:t>
        <w:br/>
        <w:t>f 14458/1165/1157 14447/1154/1146 14457/1164/1156</w:t>
        <w:br/>
        <w:t>f 14458/1165/1157 14457/1164/1156 14459/1166/1158</w:t>
        <w:br/>
        <w:t>f 14460/1167/1159 14458/1165/1157 14459/1166/1158</w:t>
        <w:br/>
        <w:t>f 14461/1168/1160 14456/1163/1155 14455/1162/1154</w:t>
        <w:br/>
        <w:t>f 14460/1167/1159 14459/1166/1158 14462/1169/1161</w:t>
        <w:br/>
        <w:t>f 14456/1163/1155 14461/1168/1160 14463/1170/1162</w:t>
        <w:br/>
        <w:t>f 14464/1171/1163 14454/1161/1153 14453/1160/1152</w:t>
        <w:br/>
        <w:t>f 14465/1172/1164 14460/1167/1159 14462/1169/1161</w:t>
        <w:br/>
        <w:t>f 14466/1173/1165 14463/1170/1162 14461/1168/1160</w:t>
        <w:br/>
        <w:t>f 14465/1172/1164 14462/1169/1161 14467/1174/1166</w:t>
        <w:br/>
        <w:t>f 14454/1161/1153 14464/1171/1163 14468/1175/1167</w:t>
        <w:br/>
        <w:t>f 14450/1157/1149 14449/1156/1148 14469/1176/1168</w:t>
        <w:br/>
        <w:t>f 14469/1176/1168 14470/1177/1169 14450/1157/1149</w:t>
        <w:br/>
        <w:t>f 14463/1170/1162 14466/1173/1165 14471/1178/1170</w:t>
        <w:br/>
        <w:t>f 14472/1179/1171 14468/1175/1167 14464/1171/1163</w:t>
        <w:br/>
        <w:t>f 14467/1174/1166 14473/1180/1172 14465/1172/1164</w:t>
        <w:br/>
        <w:t>f 14474/1181/1173 14471/1178/1170 14466/1173/1165</w:t>
        <w:br/>
        <w:t>f 14473/1180/1172 14467/1174/1166 14475/1182/1174</w:t>
        <w:br/>
        <w:t>f 14470/1177/1169 14469/1176/1168 14476/1183/1175</w:t>
        <w:br/>
        <w:t>f 14468/1175/1167 14472/1179/1171 14477/1184/1176</w:t>
        <w:br/>
        <w:t>f 14478/1185/1177 14470/1177/1169 14476/1183/1175</w:t>
        <w:br/>
        <w:t>f 14475/1182/1174 14479/1186/1178 14473/1180/1172</w:t>
        <w:br/>
        <w:t>f 14479/1186/1178 14475/1182/1174 14480/1187/1178</w:t>
        <w:br/>
        <w:t>f 14471/1178/1170 14474/1181/1173 14481/1188/1179</w:t>
        <w:br/>
        <w:t>f 14482/1189/1180 14481/1188/1179 14474/1181/1173</w:t>
        <w:br/>
        <w:t>f 14483/1190/1181 14477/1184/1176 14472/1179/1171</w:t>
        <w:br/>
        <w:t>f 14481/1188/1179 14482/1189/1180 14484/1191/1180</w:t>
        <w:br/>
        <w:t>f 14478/1185/1177 14476/1183/1175 14485/1192/1182</w:t>
        <w:br/>
        <w:t>f 14477/1184/1176 14483/1190/1181 14486/1193/1183</w:t>
        <w:br/>
        <w:t>f 14487/1194/1184 14486/1193/1183 14483/1190/1181</w:t>
        <w:br/>
        <w:t>f 14488/1195/1185 14478/1185/1177 14485/1192/1182</w:t>
        <w:br/>
        <w:t>f 14486/1193/1183 14487/1194/1184 14489/1196/1186</w:t>
        <w:br/>
        <w:t>f 14488/1195/1185 14485/1192/1182 14490/1197/1185</w:t>
        <w:br/>
        <w:t>f 14493/1198/1187 14492/1199/1188 14491/1200/1189</w:t>
        <w:br/>
        <w:t>f 14492/1199/1188 14493/1198/1187 14494/1201/1190</w:t>
        <w:br/>
        <w:t>f 14493/1198/1187 14495/1202/1191 14494/1201/1190</w:t>
        <w:br/>
        <w:t>f 14496/1203/1192 14492/1199/1188 14494/1201/1190</w:t>
        <w:br/>
        <w:t>f 14492/1199/1188 14496/1203/1192 14497/1204/1193</w:t>
        <w:br/>
        <w:t>f 14500/1205/1194 14499/1206/1195 14498/1207/1196</w:t>
        <w:br/>
        <w:t>f 14501/1208/1197 14496/1203/1192 14494/1201/1190</w:t>
        <w:br/>
        <w:t>f 14499/1206/1195 14500/1205/1194 14502/1209/1198</w:t>
        <w:br/>
        <w:t>f 14501/1208/1197 14494/1201/1190 14503/1210/1199</w:t>
        <w:br/>
        <w:t>f 14503/1210/1199 14494/1201/1190 14495/1202/1191</w:t>
        <w:br/>
        <w:t>f 14505/1211/1200 14500/1205/1194 14504/1212/1201</w:t>
        <w:br/>
        <w:t>f 14500/1205/1194 14505/1211/1200 14502/1209/1198</w:t>
        <w:br/>
        <w:t>f 14495/1202/1191 14506/1213/1202 14503/1210/1199</w:t>
        <w:br/>
        <w:t>f 14506/1213/1202 14495/1202/1191 14507/1214/1203</w:t>
        <w:br/>
        <w:t>f 14503/1210/1199 14508/1215/1204 14501/1208/1197</w:t>
        <w:br/>
        <w:t>f 14508/1215/1204 14503/1210/1199 14506/1213/1202</w:t>
        <w:br/>
        <w:t>f 14504/1212/1201 14509/1216/1205 14505/1211/1200</w:t>
        <w:br/>
        <w:t>f 14509/1216/1205 14504/1212/1201 14510/1217/1206</w:t>
        <w:br/>
        <w:t>f 14511/1218/1207 14506/1213/1202 14507/1214/1203</w:t>
        <w:br/>
        <w:t>f 14511/1218/1207 14507/1214/1203 14512/1219/1208</w:t>
        <w:br/>
        <w:t>f 14506/1213/1202 14513/1220/1209 14508/1215/1204</w:t>
        <w:br/>
        <w:t>f 14513/1220/1209 14506/1213/1202 14511/1218/1207</w:t>
        <w:br/>
        <w:t>f 14514/1221/1210 14511/1218/1207 14512/1219/1208</w:t>
        <w:br/>
        <w:t>f 14514/1221/1210 14513/1220/1209 14511/1218/1207</w:t>
        <w:br/>
        <w:t>f 14512/1219/1208 14515/1222/1211 14514/1221/1210</w:t>
        <w:br/>
        <w:t>f 14517/1223/1212 14510/1217/1206 14516/1224/1213</w:t>
        <w:br/>
        <w:t>f 14510/1217/1206 14517/1223/1212 14509/1216/1205</w:t>
        <w:br/>
        <w:t>f 14518/1225/1214 14513/1220/1209 14514/1221/1210</w:t>
        <w:br/>
        <w:t>f 14515/1222/1211 14519/1226/1215 14514/1221/1210</w:t>
        <w:br/>
        <w:t>f 14519/1226/1215 14515/1222/1211 14520/1227/1216</w:t>
        <w:br/>
        <w:t>f 14521/1228/1217 14519/1226/1215 14520/1227/1216</w:t>
        <w:br/>
        <w:t>f 14514/1221/1210 14522/1229/1218 14518/1225/1214</w:t>
        <w:br/>
        <w:t>f 14522/1229/1218 14514/1221/1210 14519/1226/1215</w:t>
        <w:br/>
        <w:t>f 14524/1230/1219 14516/1224/1213 14523/1231/1220</w:t>
        <w:br/>
        <w:t>f 14523/1231/1220 14525/1232/1221 14524/1230/1219</w:t>
        <w:br/>
        <w:t>f 14516/1224/1213 14524/1230/1219 14517/1223/1212</w:t>
        <w:br/>
        <w:t>f 14519/1226/1215 14521/1228/1217 14526/1233/1222</w:t>
        <w:br/>
        <w:t>f 14527/1234/1223 14526/1233/1222 14521/1228/1217</w:t>
        <w:br/>
        <w:t>f 14519/1226/1215 14528/1235/1224 14522/1229/1218</w:t>
        <w:br/>
        <w:t>f 14528/1235/1224 14519/1226/1215 14529/1236/1225</w:t>
        <w:br/>
        <w:t>f 14527/1234/1223 14521/1228/1217 14530/1237/1226</w:t>
        <w:br/>
        <w:t>f 14531/1238/1227 14528/1235/1224 14529/1236/1225</w:t>
        <w:br/>
        <w:t>f 14531/1238/1227 14529/1236/1225 14532/1239/1228</w:t>
        <w:br/>
        <w:t>f 14525/1232/1221 14534/1240/1229 14533/1241/1230</w:t>
        <w:br/>
        <w:t>f 14533/1241/1230 14524/1230/1219 14525/1232/1221</w:t>
        <w:br/>
        <w:t>f 14536/1242/1231 14535/1243/1232 14534/1240/1229</w:t>
        <w:br/>
        <w:t>f 14535/1243/1232 14533/1241/1230 14534/1240/1229</w:t>
        <w:br/>
        <w:t>f 14537/1244/1233 14527/1234/1223 14530/1237/1226</w:t>
        <w:br/>
        <w:t>f 14530/1237/1226 14538/1245/1234 14537/1244/1233</w:t>
        <w:br/>
        <w:t>f 14539/1246/1235 14531/1238/1227 14532/1239/1228</w:t>
        <w:br/>
        <w:t>f 14532/1239/1228 14540/1247/1236 14539/1246/1235</w:t>
        <w:br/>
        <w:t>f 14541/1248/1237 14537/1244/1233 14538/1245/1234</w:t>
        <w:br/>
        <w:t>f 14542/1249/1238 14539/1246/1235 14540/1247/1236</w:t>
        <w:br/>
        <w:t>f 14538/1245/1234 14543/1250/1239 14541/1248/1237</w:t>
        <w:br/>
        <w:t>f 14545/1251/1240 14544/1252/1241 14536/1242/1231</w:t>
        <w:br/>
        <w:t>f 14535/1243/1232 14536/1242/1231 14544/1252/1241</w:t>
        <w:br/>
        <w:t>f 14543/1250/1239 14546/1253/1242 14541/1248/1237</w:t>
        <w:br/>
        <w:t>f 14546/1253/1242 14543/1250/1239 14547/1254/1243</w:t>
        <w:br/>
        <w:t>f 14548/1255/1244 14546/1253/1242 14547/1254/1243</w:t>
        <w:br/>
        <w:t>f 14546/1253/1242 14548/1255/1244 14549/1256/1245</w:t>
        <w:br/>
        <w:t>f 14551/1257/1246 14550/1258/1247 14542/1249/1238</w:t>
        <w:br/>
        <w:t>f 14539/1246/1235 14542/1249/1238 14550/1258/1247</w:t>
        <w:br/>
        <w:t>f 14549/1256/1248 14552/1259/1249 14551/1257/1246</w:t>
        <w:br/>
        <w:t>f 14550/1258/1247 14551/1257/1246 14552/1259/1249</w:t>
        <w:br/>
        <w:t>f 14552/1259/1249 14549/1256/1248 14553/1260/1193</w:t>
        <w:br/>
        <w:t>f 14556/1261/1250 14555/1262/1251 14554/1263/1252</w:t>
        <w:br/>
        <w:t>f 14556/1261/1250 14557/1264/1253 14555/1262/1251</w:t>
        <w:br/>
        <w:t>f 14557/1264/1253 14558/1265/1254 14555/1262/1251</w:t>
        <w:br/>
        <w:t>f 14559/1266/1255 14557/1264/1253 14556/1261/1250</w:t>
        <w:br/>
        <w:t>f 14545/1251/1240 14558/1265/1254 14560/1267/1256</w:t>
        <w:br/>
        <w:t>f 14557/1264/1253 14560/1267/1256 14558/1265/1254</w:t>
        <w:br/>
        <w:t>f 14560/1267/1256 14561/1268/1257 14545/1251/1240</w:t>
        <w:br/>
        <w:t>f 14544/1252/1241 14545/1251/1240 14561/1268/1257</w:t>
        <w:br/>
        <w:t>f 14557/1264/1253 14562/1269/1258 14560/1267/1256</w:t>
        <w:br/>
        <w:t>f 14561/1268/1257 14563/1270/1259 14544/1252/1241</w:t>
        <w:br/>
        <w:t>f 14563/1270/1259 14535/1243/1232 14544/1252/1241</w:t>
        <w:br/>
        <w:t>f 14560/1267/1256 14564/1271/1260 14561/1268/1257</w:t>
        <w:br/>
        <w:t>f 14563/1270/1259 14561/1268/1257 14564/1271/1260</w:t>
        <w:br/>
        <w:t>f 14564/1271/1260 14560/1267/1256 14562/1269/1258</w:t>
        <w:br/>
        <w:t>f 14535/1243/1232 14563/1270/1259 14565/1272/1261</w:t>
        <w:br/>
        <w:t>f 14565/1272/1261 14533/1241/1230 14535/1243/1232</w:t>
        <w:br/>
        <w:t>f 14568/1273/1262 14567/1274/1263 14566/1275/1264</w:t>
        <w:br/>
        <w:t>f 14533/1241/1230 14565/1272/1261 14569/1276/1265</w:t>
        <w:br/>
        <w:t>f 14567/1274/1263 14568/1273/1262 14570/1277/1266</w:t>
        <w:br/>
        <w:t>f 14571/1278/1267 14570/1277/1266 14568/1273/1262</w:t>
        <w:br/>
        <w:t>f 14567/1274/1263 14572/1279/1268 14566/1275/1264</w:t>
        <w:br/>
        <w:t>f 14573/1280/1269 14566/1275/1264 14572/1279/1268</w:t>
        <w:br/>
        <w:t>f 14570/1277/1266 14574/1281/1226 14567/1274/1263</w:t>
        <w:br/>
        <w:t>f 14572/1279/1268 14567/1274/1263 14574/1281/1226</w:t>
        <w:br/>
        <w:t>f 14572/1279/1268 14574/1281/1226 14575/1282/1217</w:t>
        <w:br/>
        <w:t>f 14574/1281/1226 14570/1277/1266 14576/1283/1234</w:t>
        <w:br/>
        <w:t>f 14577/1284/1270 14572/1279/1268 14575/1282/1217</w:t>
        <w:br/>
        <w:t>f 14577/1284/1270 14573/1280/1269 14572/1279/1268</w:t>
        <w:br/>
        <w:t>f 14573/1280/1269 14577/1284/1270 14578/1285/1271</w:t>
        <w:br/>
        <w:t>f 14577/1284/1270 14575/1282/1217 14579/1286/1272</w:t>
        <w:br/>
        <w:t>f 14580/1287/1273 14576/1283/1234 14570/1277/1266</w:t>
        <w:br/>
        <w:t>f 14570/1277/1266 14571/1278/1267 14580/1287/1273</w:t>
        <w:br/>
        <w:t>f 14576/1283/1234 14580/1287/1273 14581/1288/1274</w:t>
        <w:br/>
        <w:t>f 14582/1289/1275 14581/1288/1274 14580/1287/1273</w:t>
        <w:br/>
        <w:t>f 14571/1278/1267 14582/1289/1275 14580/1287/1273</w:t>
        <w:br/>
        <w:t>f 14581/1288/1274 14582/1289/1275 14583/1290/1243</w:t>
        <w:br/>
        <w:t>f 14583/1290/1243 14585/1291/1276 14584/1292/1277</w:t>
        <w:br/>
        <w:t>f 14585/1291/1276 14583/1290/1243 14582/1289/1275</w:t>
        <w:br/>
        <w:t>f 14582/1289/1275 14586/1293/1278 14585/1291/1276</w:t>
        <w:br/>
        <w:t>f 14582/1289/1275 14571/1278/1267 14587/1294/1279</w:t>
        <w:br/>
        <w:t>f 14562/1269/1258 14557/1264/1253 14588/1295/1280</w:t>
        <w:br/>
        <w:t>f 14586/1293/1278 14582/1289/1275 14587/1294/1279</w:t>
        <w:br/>
        <w:t>f 14559/1266/1255 14588/1295/1280 14557/1264/1253</w:t>
        <w:br/>
        <w:t>f 14589/1296/1281 14577/1284/1270 14579/1286/1272</w:t>
        <w:br/>
        <w:t>f 14589/1296/1281 14579/1286/1272 14590/1297/1282</w:t>
        <w:br/>
        <w:t>f 14591/1298/1283 14589/1296/1281 14590/1297/1282</w:t>
        <w:br/>
        <w:t>f 14593/1299/1284 14577/1284/1270 14592/1300/1285</w:t>
        <w:br/>
        <w:t>f 14577/1284/1270 14593/1299/1284 14578/1285/1271</w:t>
        <w:br/>
        <w:t>f 14569/1276/1265 14594/1301/1286 14533/1241/1230</w:t>
        <w:br/>
        <w:t>f 14524/1230/1219 14533/1241/1230 14594/1301/1286</w:t>
        <w:br/>
        <w:t>f 14594/1301/1286 14595/1302/1287 14524/1230/1219</w:t>
        <w:br/>
        <w:t>f 14596/1303/1288 14593/1299/1284 14592/1300/1285</w:t>
        <w:br/>
        <w:t>f 14517/1223/1212 14524/1230/1219 14595/1302/1287</w:t>
        <w:br/>
        <w:t>f 14589/1296/1281 14591/1298/1283 14597/1304/1289</w:t>
        <w:br/>
        <w:t>f 14592/1300/1285 14598/1305/1290 14596/1303/1288</w:t>
        <w:br/>
        <w:t>f 14599/1306/1291 14597/1304/1289 14591/1298/1283</w:t>
        <w:br/>
        <w:t>f 14595/1302/1287 14600/1307/1292 14517/1223/1212</w:t>
        <w:br/>
        <w:t>f 14598/1305/1290 14601/1308/1293 14596/1303/1288</w:t>
        <w:br/>
        <w:t>f 14509/1216/1205 14517/1223/1212 14600/1307/1292</w:t>
        <w:br/>
        <w:t>f 14597/1304/1289 14599/1306/1291 14602/1309/1294</w:t>
        <w:br/>
        <w:t>f 14601/1308/1293 14598/1305/1290 14603/1310/1295</w:t>
        <w:br/>
        <w:t>f 14602/1309/1294 14599/1306/1291 14604/1311/1296</w:t>
        <w:br/>
        <w:t>f 14605/1312/1297 14509/1216/1205 14600/1307/1292</w:t>
        <w:br/>
        <w:t>f 14509/1216/1205 14605/1312/1297 14505/1211/1200</w:t>
        <w:br/>
        <w:t>f 14606/1313/1298 14601/1308/1293 14603/1310/1295</w:t>
        <w:br/>
        <w:t>f 14607/1314/1299 14602/1309/1294 14604/1311/1296</w:t>
        <w:br/>
        <w:t>f 14608/1315/1300 14601/1308/1293 14606/1313/1298</w:t>
        <w:br/>
        <w:t>f 14609/1316/1301 14607/1314/1299 14604/1311/1296</w:t>
        <w:br/>
        <w:t>f 14605/1312/1297 14502/1209/1198 14505/1211/1200</w:t>
        <w:br/>
        <w:t>f 14610/1317/1302 14608/1315/1300 14606/1313/1298</w:t>
        <w:br/>
        <w:t>f 14611/1318/1303 14607/1314/1299 14609/1316/1301</w:t>
        <w:br/>
        <w:t>f 14502/1209/1198 14605/1312/1297 14612/1319/1304</w:t>
        <w:br/>
        <w:t>f 14608/1315/1300 14610/1317/1302 14613/1320/1305</w:t>
        <w:br/>
        <w:t>f 14612/1319/1304 14499/1206/1195 14502/1209/1198</w:t>
        <w:br/>
        <w:t>f 14612/1319/1304 14614/1321/1306 14499/1206/1195</w:t>
        <w:br/>
        <w:t>f 14613/1320/1305 14616/1322/1276 14615/1323/1307</w:t>
        <w:br/>
        <w:t>f 14616/1322/1276 14613/1320/1305 14610/1317/1302</w:t>
        <w:br/>
        <w:t>f 14609/1316/1301 14616/1322/1308 14611/1318/1303</w:t>
        <w:br/>
        <w:t>f 14616/1322/1308 14609/1316/1301 14617/1324/1309</w:t>
        <w:br/>
        <w:t>f 14620/1325/1310 14619/1326/1311 14618/1327/1312</w:t>
        <w:br/>
        <w:t>f 14619/1326/1311 14620/1325/1310 14621/1328/1313</w:t>
        <w:br/>
        <w:t>f 14624/1329/1314 14623/1330/1315 14622/1331/1316</w:t>
        <w:br/>
        <w:t>f 14621/1328/1313 14625/1332/1317 14619/1326/1311</w:t>
        <w:br/>
        <w:t>f 14623/1330/1315 14624/1329/1314 14626/1333/1318</w:t>
        <w:br/>
        <w:t>f 14627/1334/1319 14623/1330/1315 14626/1333/1318</w:t>
        <w:br/>
        <w:t>f 14630/1335/1320 14629/1336/1321 14628/1337/1322</w:t>
        <w:br/>
        <w:t>f 14629/1336/1321 14630/1335/1320 14631/1338/1323</w:t>
        <w:br/>
        <w:t>f 14626/1333/1318 14632/1339/1324 14627/1334/1319</w:t>
        <w:br/>
        <w:t>f 14629/1336/1321 14633/1340/1325 14628/1337/1322</w:t>
        <w:br/>
        <w:t>f 14619/1326/1311 14625/1332/1317 14634/1341/1326</w:t>
        <w:br/>
        <w:t>f 14631/1338/1323 14635/1342/1327 14629/1336/1321</w:t>
        <w:br/>
        <w:t>f 14635/1342/1327 14631/1338/1323 14636/1343/1328</w:t>
        <w:br/>
        <w:t>f 14633/1340/1325 14629/1336/1321 14637/1344/1329</w:t>
        <w:br/>
        <w:t>f 14635/1342/1327 14637/1344/1329 14629/1336/1321</w:t>
        <w:br/>
        <w:t>f 14638/1345/1330 14627/1334/1319 14632/1339/1324</w:t>
        <w:br/>
        <w:t>f 14637/1344/1329 14639/1346/1331 14633/1340/1325</w:t>
        <w:br/>
        <w:t>f 14640/1347/1332 14634/1341/1326 14625/1332/1317</w:t>
        <w:br/>
        <w:t>f 14627/1334/1319 14638/1345/1330 14641/1348/1333</w:t>
        <w:br/>
        <w:t>f 14634/1341/1326 14640/1347/1332 14642/1349/1334</w:t>
        <w:br/>
        <w:t>f 14640/1347/1332 14643/1350/1335 14642/1349/1334</w:t>
        <w:br/>
        <w:t>f 14643/1350/1335 14640/1347/1332 14644/1351/1336</w:t>
        <w:br/>
        <w:t>f 14641/1348/1333 14646/1352/1337 14645/1353/1338</w:t>
        <w:br/>
        <w:t>f 14646/1352/1337 14641/1348/1333 14638/1345/1330</w:t>
        <w:br/>
        <w:t>f 14647/1354/1339 14643/1350/1335 14644/1351/1336</w:t>
        <w:br/>
        <w:t>f 14646/1352/1337 14648/1355/1340 14645/1353/1338</w:t>
        <w:br/>
        <w:t>f 14643/1350/1335 14647/1354/1339 14649/1356/1341</w:t>
        <w:br/>
        <w:t>f 14649/1356/1341 14647/1354/1339 14650/1357/1342</w:t>
        <w:br/>
        <w:t>f 14652/1358/1343 14639/1346/1331 14651/1359/1344</w:t>
        <w:br/>
        <w:t>f 14647/1354/1339 14653/1360/1345 14650/1357/1342</w:t>
        <w:br/>
        <w:t>f 14653/1360/1345 14654/1361/1346 14650/1357/1342</w:t>
        <w:br/>
        <w:t>f 14648/1355/1340 14646/1352/1337 14655/1362/1347</w:t>
        <w:br/>
        <w:t>f 14655/1362/1347 14656/1363/1348 14648/1355/1340</w:t>
        <w:br/>
        <w:t>f 14651/1359/1344 14657/1364/1349 14652/1358/1343</w:t>
        <w:br/>
        <w:t>f 14654/1361/1346 14653/1360/1345 14658/1365/1350</w:t>
        <w:br/>
        <w:t>f 14659/1366/1310 14654/1361/1346 14658/1365/1350</w:t>
        <w:br/>
        <w:t>f 14654/1361/1346 14659/1366/1310 14660/1367/1351</w:t>
        <w:br/>
        <w:t>f 14663/1368/1352 14662/1369/1353 14661/1370/1354</w:t>
        <w:br/>
        <w:t>f 14656/1363/1348 14664/1371/1355 14663/1368/1352</w:t>
        <w:br/>
        <w:t>f 14662/1369/1353 14663/1368/1352 14664/1371/1355</w:t>
        <w:br/>
        <w:t>f 14664/1371/1355 14656/1363/1348 14665/1372/1356</w:t>
        <w:br/>
        <w:t>f 14656/1363/1348 14655/1362/1347 14665/1372/1356</w:t>
        <w:br/>
        <w:t>f 14668/1373/1357 14667/1374/1358 14666/1375/1359</w:t>
        <w:br/>
        <w:t>f 14669/1376/1360 14668/1373/1357 14666/1375/1359</w:t>
        <w:br/>
        <w:t>f 14668/1373/1357 14670/1377/1361 14667/1374/1358</w:t>
        <w:br/>
        <w:t>f 14657/1364/1349 14671/1378/1362 14669/1376/1360</w:t>
        <w:br/>
        <w:t>f 14668/1373/1357 14669/1376/1360 14671/1378/1362</w:t>
        <w:br/>
        <w:t>f 14672/1379/1363 14670/1377/1361 14668/1373/1357</w:t>
        <w:br/>
        <w:t>f 14671/1378/1362 14672/1379/1363 14668/1373/1357</w:t>
        <w:br/>
        <w:t>f 14672/1379/1363 14673/1380/1364 14670/1377/1361</w:t>
        <w:br/>
        <w:t>f 14671/1378/1362 14657/1364/1349 14674/1381/1365</w:t>
        <w:br/>
        <w:t>f 14657/1364/1349 14651/1359/1344 14674/1381/1365</w:t>
        <w:br/>
        <w:t>f 14672/1379/1363 14671/1378/1362 14675/1382/1366</w:t>
        <w:br/>
        <w:t>f 14671/1378/1362 14674/1381/1365 14675/1382/1366</w:t>
        <w:br/>
        <w:t>f 14678/1383/1367 14677/1384/1368 14676/1385/1369</w:t>
        <w:br/>
        <w:t>f 14678/1383/1367 14676/1385/1369 14679/1386/1370</w:t>
        <w:br/>
        <w:t>f 14682/1387/1371 14681/1388/1372 14680/1389/1373</w:t>
        <w:br/>
        <w:t>f 14683/1390/1374 14681/1388/1372 14682/1387/1371</w:t>
        <w:br/>
        <w:t>f 14682/1387/1371 14684/1391/1375 14683/1390/1374</w:t>
        <w:br/>
        <w:t>f 14677/1384/1368 14685/1392/1376 14676/1385/1369</w:t>
        <w:br/>
        <w:t>f 14684/1391/1375 14682/1387/1371 14686/1393/1377</w:t>
        <w:br/>
        <w:t>f 14685/1392/1376 14677/1384/1368 14687/1394/1378</w:t>
        <w:br/>
        <w:t>f 14686/1393/1377 14688/1395/1379 14684/1391/1375</w:t>
        <w:br/>
        <w:t>f 14689/1396/1380 14685/1392/1376 14687/1394/1378</w:t>
        <w:br/>
        <w:t>f 14674/1381/1365 14690/1397/1381 14675/1382/1366</w:t>
        <w:br/>
        <w:t>f 14685/1392/1376 14689/1396/1380 14691/1398/1382</w:t>
        <w:br/>
        <w:t>f 14686/1393/1377 14692/1399/1383 14688/1395/1379</w:t>
        <w:br/>
        <w:t>f 14674/1381/1365 14693/1400/1384 14690/1397/1381</w:t>
        <w:br/>
        <w:t>f 14694/1401/1385 14691/1398/1382 14689/1396/1380</w:t>
        <w:br/>
        <w:t>f 14693/1400/1384 14674/1381/1365 14651/1359/1344</w:t>
        <w:br/>
        <w:t>f 14695/1402/1386 14688/1395/1379 14692/1399/1383</w:t>
        <w:br/>
        <w:t>f 14691/1398/1382 14694/1401/1385 14696/1403/1387</w:t>
        <w:br/>
        <w:t>f 14688/1395/1379 14695/1402/1386 14697/1404/1335</w:t>
        <w:br/>
        <w:t>f 14695/1402/1386 14698/1405/1388 14697/1404/1335</w:t>
        <w:br/>
        <w:t>f 14694/1401/1385 14699/1406/1389 14696/1403/1387</w:t>
        <w:br/>
        <w:t>f 14695/1402/1386 14700/1407/1390 14698/1405/1388</w:t>
        <w:br/>
        <w:t>f 14701/1408/1391 14698/1405/1388 14700/1407/1390</w:t>
        <w:br/>
        <w:t>f 14699/1406/1389 14694/1401/1385 14702/1409/1392</w:t>
        <w:br/>
        <w:t>f 14702/1409/1392 14703/1410/1393 14699/1406/1389</w:t>
        <w:br/>
        <w:t>f 14704/1411/1394 14693/1400/1384 14651/1359/1344</w:t>
        <w:br/>
        <w:t>f 14693/1400/1384 14704/1411/1394 14705/1412/1395</w:t>
        <w:br/>
        <w:t>f 14704/1411/1394 14651/1359/1344 14639/1346/1331</w:t>
        <w:br/>
        <w:t>f 14639/1346/1331 14637/1344/1329 14704/1411/1394</w:t>
        <w:br/>
        <w:t>f 14704/1411/1394 14706/1413/1396 14705/1412/1395</w:t>
        <w:br/>
        <w:t>f 14706/1413/1396 14704/1411/1394 14637/1344/1329</w:t>
        <w:br/>
        <w:t>f 14703/1410/1393 14702/1409/1392 14707/1414/1397</w:t>
        <w:br/>
        <w:t>f 14635/1342/1327 14706/1413/1396 14637/1344/1329</w:t>
        <w:br/>
        <w:t>f 14708/1415/1398 14703/1410/1393 14707/1414/1397</w:t>
        <w:br/>
        <w:t>f 14698/1405/1388 14701/1408/1391 14709/1416/1399</w:t>
        <w:br/>
        <w:t>f 14703/1410/1393 14708/1415/1398 14710/1417/1400</w:t>
        <w:br/>
        <w:t>f 14711/1418/1401 14709/1416/1399 14701/1408/1391</w:t>
        <w:br/>
        <w:t>f 14712/1419/1402 14710/1417/1400 14708/1415/1398</w:t>
        <w:br/>
        <w:t>f 14713/1420/1403 14709/1416/1399 14711/1418/1401</w:t>
        <w:br/>
        <w:t>f 14710/1417/1400 14712/1419/1402 14714/1421/1404</w:t>
        <w:br/>
        <w:t>f 14711/1418/1401 14715/1422/1351 14713/1420/1403</w:t>
        <w:br/>
        <w:t>f 14715/1422/1351 14711/1418/1401 14716/1423/1405</w:t>
        <w:br/>
        <w:t>f 13422/129/118 14717/1424/1406 13420/127/116</w:t>
        <w:br/>
        <w:t>f 14717/1424/1406 13422/129/118 14718/1425/1407</w:t>
        <w:br/>
        <w:t>f 14721/1426/1408 14720/1427/1409 14719/1428/1410</w:t>
        <w:br/>
        <w:t>f 14720/1427/1409 14721/1426/1408 14722/1429/1411</w:t>
        <w:br/>
        <w:t>f 14723/1430/1412 14720/1427/1409 14722/1429/1411</w:t>
        <w:br/>
        <w:t>f 14720/1427/1409 14723/1430/1412 14724/1431/1413</w:t>
        <w:br/>
        <w:t>f 14727/1432/1414 14726/1433/1415 14725/1434/1416</w:t>
        <w:br/>
        <w:t>f 14726/1433/1415 14727/1432/1414 14728/1435/1417</w:t>
        <w:br/>
        <w:t>f 14731/1436/1418 14730/1437/1419 14729/1438/1420</w:t>
        <w:br/>
        <w:t>f 14730/1437/1419 14731/1436/1418 14732/1439/1421</w:t>
        <w:br/>
        <w:t>f 14730/1437/1419 14732/1439/1421 14733/1440/1422</w:t>
        <w:br/>
        <w:t>f 14734/1441/1423 14733/1440/1422 14732/1439/1421</w:t>
        <w:br/>
        <w:t>f 14735/1442/1424 14733/1440/1422 14734/1441/1423</w:t>
        <w:br/>
        <w:t>f 14736/1443/1425 14735/1442/1424 14734/1441/1423</w:t>
        <w:br/>
        <w:t>f 14739/1444/1426 14738/1445/1427 14737/1446/1428</w:t>
        <w:br/>
        <w:t>f 14740/1447/1429 14739/1444/1426 14737/1446/1428</w:t>
        <w:br/>
        <w:t>f 14741/1448/1430 14727/1432/1414 14725/1434/1416</w:t>
        <w:br/>
        <w:t>f 14740/1447/1429 14737/1446/1428 14742/1449/1431</w:t>
        <w:br/>
        <w:t>f 14727/1432/1414 14741/1448/1430 14743/1450/1432</w:t>
        <w:br/>
        <w:t>f 14746/1451/1433 14745/1452/1434 14744/1453/1435</w:t>
        <w:br/>
        <w:t>f 14742/1449/1431 14737/1446/1428 14747/1454/1436</w:t>
        <w:br/>
        <w:t>f 14748/1455/1437 14742/1449/1431 14747/1454/1436</w:t>
        <w:br/>
        <w:t>f 14751/1456/1438 14750/1457/1439 14749/1458/1440</w:t>
        <w:br/>
        <w:t>f 14752/1459/1441 14751/1456/1438 14749/1458/1440</w:t>
        <w:br/>
        <w:t>f 14753/1460/1442 14749/1458/1440 14750/1457/1439</w:t>
        <w:br/>
        <w:t>f 14746/1451/1433 14744/1453/1435 14754/1461/1443</w:t>
        <w:br/>
        <w:t>f 14749/1458/1440 14753/1460/1442 14755/1462/1444</w:t>
        <w:br/>
        <w:t>f 14756/1463/1445 14755/1462/1444 14753/1460/1442</w:t>
        <w:br/>
        <w:t>f 14754/1461/1443 14744/1453/1435 14757/1464/1446</w:t>
        <w:br/>
        <w:t>f 14757/1464/1446 14756/1463/1445 14754/1461/1443</w:t>
        <w:br/>
        <w:t>f 14742/1449/1431 14748/1455/1437 14757/1464/1446</w:t>
        <w:br/>
        <w:t>f 14755/1462/1444 14756/1463/1445 14758/1465/1447</w:t>
        <w:br/>
        <w:t>f 14748/1455/1437 14759/1466/1448 14757/1464/1446</w:t>
        <w:br/>
        <w:t>f 14757/1464/1446 14759/1466/1448 14756/1463/1445</w:t>
        <w:br/>
        <w:t>f 14759/1466/1448 14748/1455/1437 14760/1467/1449</w:t>
        <w:br/>
        <w:t>f 14756/1463/1445 14761/1468/1450 14758/1465/1447</w:t>
        <w:br/>
        <w:t>f 14756/1463/1445 14759/1466/1448 14761/1468/1450</w:t>
        <w:br/>
        <w:t>f 14758/1465/1447 14761/1468/1450 14762/1469/1451</w:t>
        <w:br/>
        <w:t>f 14760/1467/1449 14763/1470/1452 14759/1466/1448</w:t>
        <w:br/>
        <w:t>f 14759/1466/1448 14763/1470/1452 14761/1468/1450</w:t>
        <w:br/>
        <w:t>f 14760/1467/1449 14764/1471/1453 14763/1470/1452</w:t>
        <w:br/>
        <w:t>f 14765/1472/1454 14762/1469/1451 14761/1468/1450</w:t>
        <w:br/>
        <w:t>f 14761/1468/1450 14763/1470/1452 14765/1472/1454</w:t>
        <w:br/>
        <w:t>f 14762/1469/1451 14765/1472/1454 14766/1473/1455</w:t>
        <w:br/>
        <w:t>f 14767/1474/1456 14763/1470/1452 14764/1471/1453</w:t>
        <w:br/>
        <w:t>f 14763/1470/1452 14768/1475/1457 14765/1472/1454</w:t>
        <w:br/>
        <w:t>f 14764/1471/1453 14769/1476/1458 14767/1474/1456</w:t>
        <w:br/>
        <w:t>f 14770/1477/1459 14766/1473/1455 14765/1472/1454</w:t>
        <w:br/>
        <w:t>f 14765/1472/1454 14768/1475/1457 14770/1477/1459</w:t>
        <w:br/>
        <w:t>f 14766/1473/1455 14770/1477/1459 14771/1478/1460</w:t>
        <w:br/>
        <w:t>f 14769/1476/1458 14772/1479/1461 14767/1474/1456</w:t>
        <w:br/>
        <w:t>f 14770/1477/1459 14768/1475/1457 14772/1479/1461</w:t>
        <w:br/>
        <w:t>f 14772/1479/1461 14769/1476/1458 14773/1480/1462</w:t>
        <w:br/>
        <w:t>f 14770/1477/1459 14774/1481/1463 14771/1478/1460</w:t>
        <w:br/>
        <w:t>f 14770/1477/1459 14772/1479/1461 14774/1481/1463</w:t>
        <w:br/>
        <w:t>f 14775/1482/1464 14771/1478/1460 14774/1481/1463</w:t>
        <w:br/>
        <w:t>f 14773/1480/1462 14776/1483/1465 14772/1479/1461</w:t>
        <w:br/>
        <w:t>f 14772/1479/1461 14776/1483/1465 14774/1481/1463</w:t>
        <w:br/>
        <w:t>f 14776/1483/1465 14773/1480/1462 14777/1484/1466</w:t>
        <w:br/>
        <w:t>f 14774/1481/1463 14778/1485/1467 14775/1482/1464</w:t>
        <w:br/>
        <w:t>f 14774/1481/1463 14776/1483/1465 14778/1485/1467</w:t>
        <w:br/>
        <w:t>f 14779/1486/1468 14775/1482/1464 14778/1485/1467</w:t>
        <w:br/>
        <w:t>f 14780/1487/1469 14779/1486/1468 14778/1485/1467</w:t>
        <w:br/>
        <w:t>f 14776/1483/1465 14780/1487/1469 14778/1485/1467</w:t>
        <w:br/>
        <w:t>f 14779/1486/1468 14780/1487/1469 14781/1488/1470</w:t>
        <w:br/>
        <w:t>f 14782/1489/1471 14776/1483/1465 14777/1484/1466</w:t>
        <w:br/>
        <w:t>f 14780/1487/1469 14776/1483/1465 14782/1489/1471</w:t>
        <w:br/>
        <w:t>f 14782/1489/1471 14777/1484/1466 14783/1490/1472</w:t>
        <w:br/>
        <w:t>f 14784/1491/1473 14782/1489/1471 14783/1490/1472</w:t>
        <w:br/>
        <w:t>f 14785/1492/1474 14781/1488/1470 14780/1487/1469</w:t>
        <w:br/>
        <w:t>f 14785/1492/1474 14780/1487/1469 14782/1489/1471</w:t>
        <w:br/>
        <w:t>f 14781/1488/1470 14785/1492/1474 14786/1493/1475</w:t>
        <w:br/>
        <w:t>f 14782/1489/1471 14784/1491/1473 14787/1494/1476</w:t>
        <w:br/>
        <w:t>f 14782/1489/1471 14787/1494/1476 14785/1492/1474</w:t>
        <w:br/>
        <w:t>f 14788/1495/1477 14787/1494/1476 14784/1491/1473</w:t>
        <w:br/>
        <w:t>f 14789/1496/1478 14786/1493/1475 14785/1492/1474</w:t>
        <w:br/>
        <w:t>f 14785/1492/1474 14787/1494/1476 14789/1496/1478</w:t>
        <w:br/>
        <w:t>f 14786/1493/1475 14789/1496/1478 14790/1497/1479</w:t>
        <w:br/>
        <w:t>f 14787/1494/1476 14788/1495/1477 14791/1498/1480</w:t>
        <w:br/>
        <w:t>f 14787/1494/1476 14791/1498/1480 14789/1496/1478</w:t>
        <w:br/>
        <w:t>f 14792/1499/1481 14790/1497/1479 14789/1496/1478</w:t>
        <w:br/>
        <w:t>f 14791/1498/1480 14792/1499/1481 14789/1496/1478</w:t>
        <w:br/>
        <w:t>f 14790/1497/1479 14792/1499/1481 14793/1500/1482</w:t>
        <w:br/>
        <w:t>f 14788/1495/1477 14794/1501/1483 14791/1498/1480</w:t>
        <w:br/>
        <w:t>f 14792/1499/1481 14791/1498/1480 14794/1501/1483</w:t>
        <w:br/>
        <w:t>f 14796/1502/1484 14795/1503/1485 14788/1495/1477</w:t>
        <w:br/>
        <w:t>f 14797/1504/1486 14795/1503/1485 14796/1502/1484</w:t>
        <w:br/>
        <w:t>f 14798/1505/1487 14793/1500/1482 14792/1499/1481</w:t>
        <w:br/>
        <w:t>f 14794/1501/1483 14799/1506/1488 14792/1499/1481</w:t>
        <w:br/>
        <w:t>f 14793/1500/1482 14798/1505/1487 14800/1507/1489</w:t>
        <w:br/>
        <w:t>f 14798/1505/1487 14801/1508/1490 14800/1507/1489</w:t>
        <w:br/>
        <w:t>f 14801/1508/1490 14798/1505/1487 14802/1509/1491</w:t>
        <w:br/>
        <w:t>f 14795/1503/1485 14797/1504/1486 14803/1510/1492</w:t>
        <w:br/>
        <w:t>f 14799/1506/1488 14794/1501/1483 14804/1511/1493</w:t>
        <w:br/>
        <w:t>f 14804/1511/1493 14805/1512/1494 14799/1506/1488</w:t>
        <w:br/>
        <w:t>f 14806/1513/1495 14803/1510/1492 14797/1504/1486</w:t>
        <w:br/>
        <w:t>f 14803/1510/1492 14806/1513/1495 14807/1514/1496</w:t>
        <w:br/>
        <w:t>f 14805/1512/1494 14804/1511/1493 14808/1515/1497</w:t>
        <w:br/>
        <w:t>f 14811/1516/1498 14810/1517/1499 14809/1518/1500</w:t>
        <w:br/>
        <w:t>f 14811/1516/1498 14809/1518/1500 14812/1519/1501</w:t>
        <w:br/>
        <w:t>f 14812/1519/1501 14809/1518/1500 14813/1520/1502</w:t>
        <w:br/>
        <w:t>f 14813/1520/1502 14814/1521/1503 14812/1519/1501</w:t>
        <w:br/>
        <w:t>f 14814/1521/1503 14813/1520/1502 14815/1522/1504</w:t>
        <w:br/>
        <w:t>f 14815/1522/1504 14816/1523/1505 14814/1521/1503</w:t>
        <w:br/>
        <w:t>f 14819/1524/1506 14818/1525/1507 14817/1526/1506</w:t>
        <w:br/>
        <w:t>f 14818/1525/1507 14820/1527/1508 14817/1526/1506</w:t>
        <w:br/>
        <w:t>f 14820/1527/1508 14818/1525/1507 14821/1528/1508</w:t>
        <w:br/>
        <w:t>f 14821/1528/1508 14822/1529/1509 14820/1527/1508</w:t>
        <w:br/>
        <w:t>f 14823/1530/1510 14822/1529/1509 14821/1528/1508</w:t>
        <w:br/>
        <w:t>f 14826/1531/1511 14825/1532/1512 14824/1533/1513</w:t>
        <w:br/>
        <w:t>f 14825/1532/1512 14827/1534/1514 14824/1533/1513</w:t>
        <w:br/>
        <w:t>f 14822/1529/1509 14823/1530/1510 14828/1535/1515</w:t>
        <w:br/>
        <w:t>f 14827/1534/1514 14825/1532/1512 14829/1536/1516</w:t>
        <w:br/>
        <w:t>f 14828/1535/1515 14823/1530/1510 14830/1537/1517</w:t>
        <w:br/>
        <w:t>f 14833/1538/1518 14832/1539/1519 14831/1540/1520</w:t>
        <w:br/>
        <w:t>f 14834/1541/1521 14832/1539/1519 14833/1538/1518</w:t>
        <w:br/>
        <w:t>f 14833/1538/1518 14835/1542/1522 14834/1541/1521</w:t>
        <w:br/>
        <w:t>f 14830/1537/1517 14836/1543/1523 14828/1535/1515</w:t>
        <w:br/>
        <w:t>f 14830/1537/1517 14837/1544/1506 14836/1543/1523</w:t>
        <w:br/>
        <w:t>f 14837/1544/1506 14838/1545/1524 14836/1543/1523</w:t>
        <w:br/>
        <w:t>f 14841/1546/1525 14840/1547/1526 14839/1548/1527</w:t>
        <w:br/>
        <w:t>f 14842/1549/1528 14840/1547/1526 14841/1546/1525</w:t>
        <w:br/>
        <w:t>f 14840/1547/1526 14826/1531/1511 14839/1548/1527</w:t>
        <w:br/>
        <w:t>f 14826/1531/1511 14840/1547/1526 14825/1532/1512</w:t>
        <w:br/>
        <w:t>f 14833/1538/1518 14844/1550/1529 14843/1551/1530</w:t>
        <w:br/>
        <w:t>f 14845/1552/1531 14843/1551/1530 14844/1550/1529</w:t>
        <w:br/>
        <w:t>f 14846/1553/1532 14835/1542/1522 14833/1538/1518</w:t>
        <w:br/>
        <w:t>f 14843/1551/1530 14846/1553/1532 14833/1538/1518</w:t>
        <w:br/>
        <w:t>f 14847/1554/1533 14835/1542/1522 14846/1553/1532</w:t>
        <w:br/>
        <w:t>f 14835/1542/1522 14847/1554/1533 14848/1555/1534</w:t>
        <w:br/>
        <w:t>f 14847/1554/1533 14849/1556/1535 14848/1555/1534</w:t>
        <w:br/>
        <w:t>f 14849/1556/1535 14847/1554/1533 14850/1557/1536</w:t>
        <w:br/>
        <w:t>f 14853/1558/1537 14852/1559/1538 14851/1560/1539</w:t>
        <w:br/>
        <w:t>f 14856/1561/1540 14855/1562/1541 14854/1563/1542</w:t>
        <w:br/>
        <w:t>f 14853/1558/1537 14851/1560/1539 14857/1564/1543</w:t>
        <w:br/>
        <w:t>f 14859/1565/1544 14854/1563/1542 14858/1566/1544</w:t>
        <w:br/>
        <w:t>f 14857/1564/1543 14851/1560/1539 14860/1567/1545</w:t>
        <w:br/>
        <w:t>f 14858/1566/1544 14854/1563/1542 14855/1562/1541</w:t>
        <w:br/>
        <w:t>f 14863/1568/1546 14862/1569/1546 14861/1570/1546</w:t>
        <w:br/>
        <w:t>f 14862/1569/1546 14863/1568/1546 14864/1571/1546</w:t>
        <w:br/>
        <w:t>f 14860/1567/1545 14865/1572/1547 14857/1564/1543</w:t>
        <w:br/>
        <w:t>f 14864/1571/1546 14863/1568/1546 14866/1573/1548</w:t>
        <w:br/>
        <w:t>f 14867/1574/1549 14864/1571/1546 14866/1573/1548</w:t>
        <w:br/>
        <w:t>f 14870/1575/1550 14869/1576/1550 14868/1577/1550</w:t>
        <w:br/>
        <w:t>f 14869/1576/1550 14870/1575/1550 14871/1578/1550</w:t>
        <w:br/>
        <w:t>f 14872/1579/1551 14867/1574/1549 14866/1573/1548</w:t>
        <w:br/>
        <w:t>f 14867/1574/1549 14872/1579/1551 14873/1580/1552</w:t>
        <w:br/>
        <w:t>f 14868/1577/1550 14875/1581/1553 14874/1582/1554</w:t>
        <w:br/>
        <w:t>f 14873/1580/1552 14872/1579/1551 14876/1583/1555</w:t>
        <w:br/>
        <w:t>f 14876/1583/1555 14877/1584/1556 14873/1580/1552</w:t>
        <w:br/>
        <w:t>f 14879/1585/1557 14874/1582/1554 14878/1586/1558</w:t>
        <w:br/>
        <w:t>f 14879/1585/1557 14878/1586/1558 14880/1587/1559</w:t>
        <w:br/>
        <w:t>f 14878/1586/1558 14874/1582/1554 14875/1581/1553</w:t>
        <w:br/>
        <w:t>f 14883/1588/1560 14882/1589/1561 14881/1590/1562</w:t>
        <w:br/>
        <w:t>f 14883/1588/1560 14881/1590/1562 14884/1591/1563</w:t>
        <w:br/>
        <w:t>f 14868/1577/1550 14885/1592/1564 14875/1581/1553</w:t>
        <w:br/>
        <w:t>f 14885/1592/1564 14886/1593/1565 14875/1581/1553</w:t>
        <w:br/>
        <w:t>f 14885/1592/1564 14868/1577/1550 14869/1576/1550</w:t>
        <w:br/>
        <w:t>f 14876/1583/1566 14883/1588/1560 14887/1594/1567</w:t>
        <w:br/>
        <w:t>f 14888/1595/1568 14876/1583/1566 14887/1594/1567</w:t>
        <w:br/>
        <w:t>f 14886/1593/1565 14885/1592/1564 14889/1596/1569</w:t>
        <w:br/>
        <w:t>f 14888/1595/1568 14887/1594/1567 14890/1597/1570</w:t>
        <w:br/>
        <w:t>f 14890/1597/1570 14891/1598/1571 14888/1595/1568</w:t>
        <w:br/>
        <w:t>f 14894/1599/1572 14893/1600/1573 14892/1601/1574</w:t>
        <w:br/>
        <w:t>f 14896/1602/1575 14895/1603/1576 14886/1593/1565</w:t>
        <w:br/>
        <w:t>f 14896/1602/1575 14886/1593/1565 14889/1596/1569</w:t>
        <w:br/>
        <w:t>f 14893/1600/1573 14897/1604/1577 14892/1601/1574</w:t>
        <w:br/>
        <w:t>f 14891/1598/1571 14890/1597/1570 14898/1605/1578</w:t>
        <w:br/>
        <w:t>f 14899/1606/1579 14892/1601/1574 14897/1604/1577</w:t>
        <w:br/>
        <w:t>f 14902/1607/1580 14901/1608/1581 14900/1609/1582</w:t>
        <w:br/>
        <w:t>f 14899/1606/1579 14897/1604/1577 14903/1610/1583</w:t>
        <w:br/>
        <w:t>f 14901/1608/1581 14895/1603/1576 14904/1611/1584</w:t>
        <w:br/>
        <w:t>f 14900/1609/1582 14901/1608/1581 14904/1611/1584</w:t>
        <w:br/>
        <w:t>f 14904/1611/1584 14895/1603/1576 14896/1602/1575</w:t>
        <w:br/>
        <w:t>f 14905/1612/1585 14899/1606/1579 14903/1610/1583</w:t>
        <w:br/>
        <w:t>f 14908/1613/1586 14907/1614/1587 14906/1615/1588</w:t>
        <w:br/>
        <w:t>f 14899/1606/1579 14905/1612/1585 14909/1616/1585</w:t>
        <w:br/>
        <w:t>f 14907/1614/1587 14908/1613/1586 14910/1617/1589</w:t>
        <w:br/>
        <w:t>f 14911/1618/1590 14910/1617/1589 14908/1613/1586</w:t>
        <w:br/>
        <w:t>f 14910/1617/1589 14911/1618/1590 14912/1619/1591</w:t>
        <w:br/>
        <w:t>f 14896/1602/1575 14913/1620/1592 14912/1619/1591</w:t>
        <w:br/>
        <w:t>f 14912/1619/1591 14915/1621/1593 14914/1622/1594</w:t>
        <w:br/>
        <w:t>f 14912/1619/1591 14913/1620/1592 14916/1623/1595</w:t>
        <w:br/>
        <w:t>f 14885/1592/1564 14916/1623/1595 14889/1596/1569</w:t>
        <w:br/>
        <w:t>f 14917/1624/1596 14915/1621/1593 14912/1619/1591</w:t>
        <w:br/>
        <w:t>f 14920/1625/1597 14919/1626/1598 14918/1627/1599</w:t>
        <w:br/>
        <w:t>f 14917/1624/1596 14921/1628/1600 14915/1621/1593</w:t>
        <w:br/>
        <w:t>f 14920/1625/1597 14885/1592/1564 14922/1629/1601</w:t>
        <w:br/>
        <w:t>f 14920/1625/1597 14922/1629/1601 14919/1626/1598</w:t>
        <w:br/>
        <w:t>f 14921/1628/1600 14917/1624/1596 14923/1630/1602</w:t>
        <w:br/>
        <w:t>f 14869/1576/1550 14922/1629/1601 14885/1592/1564</w:t>
        <w:br/>
        <w:t>f 14923/1630/1602 14924/1631/1603 14921/1628/1600</w:t>
        <w:br/>
        <w:t>f 14924/1631/1603 14923/1630/1602 14925/1632/1603</w:t>
        <w:br/>
        <w:t>f 14925/1632/1603 14926/1633/1603 14924/1631/1603</w:t>
        <w:br/>
        <w:t>f 14926/1633/1603 14925/1632/1603 14927/1634/1603</w:t>
        <w:br/>
        <w:t>f 14929/1635/1604 14865/1572/1547 14928/1636/1605</w:t>
        <w:br/>
        <w:t>f 14930/1637/1606 14929/1635/1604 14928/1636/1605</w:t>
        <w:br/>
        <w:t>f 14928/1636/1605 14865/1572/1547 14931/1638/1607</w:t>
        <w:br/>
        <w:t>f 14865/1572/1547 14860/1567/1545 14931/1638/1607</w:t>
        <w:br/>
        <w:t>f 14934/1639/1608 14933/1640/1609 14932/1641/1610</w:t>
        <w:br/>
        <w:t>f 14937/1642/1611 14936/1643/1612 14935/1644/1613</w:t>
        <w:br/>
        <w:t>f 14932/1641/1610 14933/1640/1609 14938/1645/1614</w:t>
        <w:br/>
        <w:t>f 14933/1640/1609 14939/1646/1615 14938/1645/1614</w:t>
        <w:br/>
        <w:t>f 14931/1638/1607 14860/1567/1545 14940/1647/1616</w:t>
        <w:br/>
        <w:t>f 14940/1647/1616 14860/1567/1545 14941/1648/1617</w:t>
        <w:br/>
        <w:t>f 14944/1649/1618 14943/1650/1619 14942/1651/1620</w:t>
        <w:br/>
        <w:t>f 14942/1651/1620 14943/1650/1619 14945/1652/1621</w:t>
        <w:br/>
        <w:t>f 14943/1650/1619 14946/1653/1622 14945/1652/1621</w:t>
        <w:br/>
        <w:t>f 14949/1654/1623 14948/1655/1624 14947/1656/1625</w:t>
        <w:br/>
        <w:t>f 14936/1643/1612 14937/1642/1611 14950/1657/1626</w:t>
        <w:br/>
        <w:t>f 14948/1655/1624 14949/1654/1623 14951/1658/1627</w:t>
        <w:br/>
        <w:t>f 14951/1658/1627 14952/1659/1628 14948/1655/1624</w:t>
        <w:br/>
        <w:t>f 14946/1653/1622 14943/1650/1619 14953/1660/1629</w:t>
        <w:br/>
        <w:t>f 14855/1562/1541 14856/1561/1540 14954/1661/1630</w:t>
        <w:br/>
        <w:t>f 14953/1660/1629 14955/1662/1631 14946/1653/1622</w:t>
        <w:br/>
        <w:t>f 14856/1561/1540 14956/1663/1632 14954/1661/1630</w:t>
        <w:br/>
        <w:t>f 14955/1662/1631 14953/1660/1629 14957/1664/1633</w:t>
        <w:br/>
        <w:t>f 14954/1661/1630 14956/1663/1632 14958/1665/1634</w:t>
        <w:br/>
        <w:t>f 14957/1664/1633 14959/1666/1635 14955/1662/1631</w:t>
        <w:br/>
        <w:t>f 14956/1663/1632 14960/1667/1636 14958/1665/1634</w:t>
        <w:br/>
        <w:t>f 14961/1668/1637 14955/1662/1631 14959/1666/1635</w:t>
        <w:br/>
        <w:t>f 14959/1666/1635 14952/1659/1628 14961/1668/1637</w:t>
        <w:br/>
        <w:t>f 14960/1667/1636 14956/1663/1632 14962/1669/1638</w:t>
        <w:br/>
        <w:t>f 14843/1551/1530 14845/1552/1531 14963/1670/1639</w:t>
        <w:br/>
        <w:t>f 14952/1659/1628 14959/1666/1635 14964/1671/1640</w:t>
        <w:br/>
        <w:t>f 14962/1669/1638 14965/1672/1641 14960/1667/1636</w:t>
        <w:br/>
        <w:t>f 14952/1659/1628 14964/1671/1640 14948/1655/1624</w:t>
        <w:br/>
        <w:t>f 14966/1673/1642 14963/1670/1639 14845/1552/1531</w:t>
        <w:br/>
        <w:t>f 14840/1547/1526 14842/1549/1528 14967/1674/1643</w:t>
        <w:br/>
        <w:t>f 14969/1675/1644 14966/1673/1642 14968/1676/1645</w:t>
        <w:br/>
        <w:t>f 14966/1673/1642 14969/1675/1644 14970/1677/1646</w:t>
        <w:br/>
        <w:t>f 14939/1646/1615 14966/1673/1642 14970/1677/1646</w:t>
        <w:br/>
        <w:t>f 14965/1672/1641 14962/1669/1638 14971/1678/1647</w:t>
        <w:br/>
        <w:t>f 14972/1679/1648 14963/1670/1639 14966/1673/1642</w:t>
        <w:br/>
        <w:t>f 14939/1646/1615 14972/1679/1648 14966/1673/1642</w:t>
        <w:br/>
        <w:t>f 14971/1678/1647 14950/1657/1626 14965/1672/1641</w:t>
        <w:br/>
        <w:t>f 14939/1646/1615 14933/1640/1609 14972/1679/1648</w:t>
        <w:br/>
        <w:t>f 14950/1657/1626 14971/1678/1647 14936/1643/1612</w:t>
        <w:br/>
        <w:t>f 14975/1680/1649 14974/1681/374 14973/1682/1650</w:t>
        <w:br/>
        <w:t>f 13682/391/376 14976/1683/1651 14975/1680/1652</w:t>
        <w:br/>
        <w:t>f 14979/1684/1653 14978/1685/1653 14977/1686/1653</w:t>
        <w:br/>
        <w:t>f 14979/1684/1653 14980/1687/1654 14978/1685/1653</w:t>
        <w:br/>
        <w:t>f 14983/1688/1655 14982/1689/1656 14981/1690/1655</w:t>
        <w:br/>
        <w:t>f 13682/391/376 14984/1691/1657 14976/1683/1651</w:t>
        <w:br/>
        <w:t>f 14984/1691/1657 14980/1687/1658 14976/1683/1651</w:t>
        <w:br/>
        <w:t>f 14984/1691/1657 13682/391/376 14985/1692/1659</w:t>
        <w:br/>
        <w:t>f 14981/1690/1655 14986/1693/1660 14983/1688/1655</w:t>
        <w:br/>
        <w:t>f 14989/1694/1661 14988/1695/1662 14987/1696/1663</w:t>
        <w:br/>
        <w:t>f 14992/1697/1664 14991/1698/1665 14990/1699/1666</w:t>
        <w:br/>
        <w:t>f 14993/1700/1667 14990/1699/1666 14991/1698/1665</w:t>
        <w:br/>
        <w:t>f 14984/1691/1657 14995/1701/1668 14994/1702/1669</w:t>
        <w:br/>
        <w:t>f 14994/1702/1669 14996/1703/1670 14984/1691/1657</w:t>
        <w:br/>
        <w:t>f 14996/1703/1670 14980/1687/1658 14984/1691/1657</w:t>
        <w:br/>
        <w:t>f 14999/1704/1671 14998/1705/1671 14997/1706/1672</w:t>
        <w:br/>
        <w:t>f 15002/1707/1673 15001/1708/1674 15000/1709/1675</w:t>
        <w:br/>
        <w:t>f 15003/1710/1676 14998/1705/1671 14999/1704/1671</w:t>
        <w:br/>
        <w:t>f 15002/1707/1673 15004/1711/1677 15001/1708/1674</w:t>
        <w:br/>
        <w:t>f 15007/1712/1678 15006/1713/1679 15005/1714/1680</w:t>
        <w:br/>
        <w:t>f 15007/1712/1678 15005/1714/1680 15008/1715/1681</w:t>
        <w:br/>
        <w:t>f 15011/1716/1682 15010/1717/1682 15009/1718/1683</w:t>
        <w:br/>
        <w:t>f 15012/1719/1684 14987/1696/1663 15002/1707/1673</w:t>
        <w:br/>
        <w:t>f 15012/1719/1684 15002/1707/1673 15008/1715/1685</w:t>
        <w:br/>
        <w:t>f 15015/1720/1686 15014/1721/1687 15013/1722/1688</w:t>
        <w:br/>
        <w:t>f 15011/1716/1682 15016/1723/1689 15010/1717/1682</w:t>
        <w:br/>
        <w:t>f 15014/1721/1687 15015/1720/1686 15017/1724/1690</w:t>
        <w:br/>
        <w:t>f 15020/1725/1691 15019/1726/1692 15018/1727/1693</w:t>
        <w:br/>
        <w:t>f 15018/1727/1693 15012/1719/1684 15020/1725/1691</w:t>
        <w:br/>
        <w:t>f 15017/1724/1690 15015/1720/1686 15021/1728/1694</w:t>
        <w:br/>
        <w:t>f 15018/1727/1693 15019/1726/1692 15022/1729/1695</w:t>
        <w:br/>
        <w:t>f 15025/1730/1696 15024/1731/1697 15023/1732/1696</w:t>
        <w:br/>
        <w:t>f 15022/1729/1695 15024/1731/1698 15018/1727/1693</w:t>
        <w:br/>
        <w:t>f 15028/1733/1699 15027/1734/1700 15026/1735/1700</w:t>
        <w:br/>
        <w:t>f 15018/1727/1693 15029/1736/1701 15012/1719/1684</w:t>
        <w:br/>
        <w:t>f 15029/1736/1701 15018/1727/1693 15028/1733/1702</w:t>
        <w:br/>
        <w:t>f 15012/1719/1684 15030/1737/1703 14987/1696/1663</w:t>
        <w:br/>
        <w:t>f 15031/1738/1704 15012/1719/1684 15029/1736/1701</w:t>
        <w:br/>
        <w:t>f 14987/1696/1663 15030/1737/1703 15032/1739/1705</w:t>
        <w:br/>
        <w:t>f 15033/1740/1706 15031/1738/1704 15029/1736/1701</w:t>
        <w:br/>
        <w:t>f 15032/1739/1705 14989/1694/1661 14987/1696/1663</w:t>
        <w:br/>
        <w:t>f 15036/1741/1707 15035/1742/1708 15034/1743/1708</w:t>
        <w:br/>
        <w:t>f 15037/1744/1709 15029/1736/1701 15028/1733/1702</w:t>
        <w:br/>
        <w:t>f 15028/1733/1702 15038/1745/1710 15037/1744/1709</w:t>
        <w:br/>
        <w:t>f 15039/1746/1692 15033/1740/1706 15029/1736/1701</w:t>
        <w:br/>
        <w:t>f 15037/1744/1709 15039/1746/1692 15029/1736/1701</w:t>
        <w:br/>
        <w:t>f 15034/1743/1708 15040/1747/1711 15036/1741/1707</w:t>
        <w:br/>
        <w:t>f 15043/1748/1712 15042/1749/1713 15041/1750/1714</w:t>
        <w:br/>
        <w:t>f 15045/1751/1715 15044/1752/1716 15041/1750/1714</w:t>
        <w:br/>
        <w:t>f 15041/1750/1714 15042/1749/1713 15045/1751/1715</w:t>
        <w:br/>
        <w:t>f 15048/1753/1717 15047/1754/1718 15046/1755/1719</w:t>
        <w:br/>
        <w:t>f 15048/1753/1717 15046/1755/1719 15049/1756/1720</w:t>
        <w:br/>
        <w:t>f 15046/1755/1719 15050/1757/1721 15049/1756/1720</w:t>
        <w:br/>
        <w:t>f 15051/1758/1722 15048/1753/1717 15049/1756/1720</w:t>
        <w:br/>
        <w:t>f 15051/1758/1722 15049/1756/1720 15052/1759/1723</w:t>
        <w:br/>
        <w:t>f 15052/1759/1723 15053/1760/1724 15051/1758/1722</w:t>
        <w:br/>
        <w:t>f 15049/1756/1720 15050/1757/1721 15054/1761/1725</w:t>
        <w:br/>
        <w:t>f 15049/1756/1720 15054/1761/1725 15052/1759/1723</w:t>
        <w:br/>
        <w:t>f 15053/1760/1724 15052/1759/1723 15055/1762/1726</w:t>
        <w:br/>
        <w:t>f 15055/1762/1726 15056/1763/1727 15053/1760/1724</w:t>
        <w:br/>
        <w:t>f 15052/1759/1723 15054/1761/1725 15057/1764/1728</w:t>
        <w:br/>
        <w:t>f 15057/1764/1728 15055/1762/1726 15052/1759/1723</w:t>
        <w:br/>
        <w:t>f 15060/1765/1729 15059/1766/1730 15058/1767/1731</w:t>
        <w:br/>
        <w:t>f 15059/1766/1730 15061/1768/1732 15058/1767/1731</w:t>
        <w:br/>
        <w:t>f 15059/1766/1730 15060/1765/1729 15062/1769/1733</w:t>
        <w:br/>
        <w:t>f 15061/1768/1732 15059/1766/1730 15063/1770/1734</w:t>
        <w:br/>
        <w:t>f 15064/1771/1735 15061/1768/1732 15063/1770/1734</w:t>
        <w:br/>
        <w:t>f 15055/1762/1726 15057/1764/1728 15065/1772/1736</w:t>
        <w:br/>
        <w:t>f 15061/1768/1732 15064/1771/1735 15066/1773/1737</w:t>
        <w:br/>
        <w:t>f 15055/1762/1726 15067/1774/1738 15056/1763/1727</w:t>
        <w:br/>
        <w:t>f 15055/1762/1726 15065/1772/1736 15067/1774/1738</w:t>
        <w:br/>
        <w:t>f 15067/1774/1738 15068/1775/1739 15056/1763/1727</w:t>
        <w:br/>
        <w:t>f 15069/1776/1740 15066/1773/1737 15064/1771/1735</w:t>
        <w:br/>
        <w:t>f 15065/1772/1736 15070/1777/1741 15067/1774/1738</w:t>
        <w:br/>
        <w:t>f 15064/1771/1735 15071/1778/1742 15069/1776/1740</w:t>
        <w:br/>
        <w:t>f 15072/1779/1743 15069/1776/1740 15071/1778/1742</w:t>
        <w:br/>
        <w:t>f 15067/1774/1738 15073/1780/1744 15068/1775/1739</w:t>
        <w:br/>
        <w:t>f 15067/1774/1738 15070/1777/1741 15073/1780/1744</w:t>
        <w:br/>
        <w:t>f 15073/1780/1744 15074/1781/1745 15068/1775/1739</w:t>
        <w:br/>
        <w:t>f 15069/1776/1740 15072/1779/1743 15075/1782/1746</w:t>
        <w:br/>
        <w:t>f 15070/1777/1741 15076/1783/1747 15073/1780/1744</w:t>
        <w:br/>
        <w:t>f 15077/1784/1748 15075/1782/1746 15072/1779/1743</w:t>
        <w:br/>
        <w:t>f 15073/1780/1744 15078/1785/1749 15074/1781/1745</w:t>
        <w:br/>
        <w:t>f 15073/1780/1744 15076/1783/1747 15078/1785/1749</w:t>
        <w:br/>
        <w:t>f 15078/1785/1749 15079/1786/1750 15074/1781/1745</w:t>
        <w:br/>
        <w:t>f 15075/1782/1746 15077/1784/1748 15080/1787/1751</w:t>
        <w:br/>
        <w:t>f 15076/1783/1747 15081/1788/1752 15078/1785/1749</w:t>
        <w:br/>
        <w:t>f 15078/1785/1749 15082/1789/1753 15079/1786/1750</w:t>
        <w:br/>
        <w:t>f 15078/1785/1749 15081/1788/1752 15082/1789/1753</w:t>
        <w:br/>
        <w:t>f 15083/1790/1754 15080/1787/1751 15077/1784/1748</w:t>
        <w:br/>
        <w:t>f 15081/1788/1752 15084/1791/1755 15082/1789/1753</w:t>
        <w:br/>
        <w:t>f 15083/1790/1754 15077/1784/1748 15085/1792/1756</w:t>
        <w:br/>
        <w:t>f 15082/1789/1753 15086/1793/1757 15079/1786/1750</w:t>
        <w:br/>
        <w:t>f 15084/1791/1755 15086/1793/1757 15082/1789/1753</w:t>
        <w:br/>
        <w:t>f 15087/1794/1758 15079/1786/1750 15086/1793/1757</w:t>
        <w:br/>
        <w:t>f 15085/1792/1756 15088/1795/1759 15083/1790/1754</w:t>
        <w:br/>
        <w:t>f 15086/1793/1757 15084/1791/1755 15089/1796/1760</w:t>
        <w:br/>
        <w:t>f 15088/1795/1759 15085/1792/1756 15090/1797/1761</w:t>
        <w:br/>
        <w:t>f 15091/1798/1762 15088/1795/1759 15090/1797/1761</w:t>
        <w:br/>
        <w:t>f 15092/1799/1763 15087/1794/1758 15086/1793/1757</w:t>
        <w:br/>
        <w:t>f 15093/1800/1764 15088/1795/1759 15091/1798/1762</w:t>
        <w:br/>
        <w:t>f 15094/1801/1765 15086/1793/1757 15089/1796/1760</w:t>
        <w:br/>
        <w:t>f 15086/1793/1757 15094/1801/1765 15092/1799/1763</w:t>
        <w:br/>
        <w:t>f 15095/1802/1766 15093/1800/1764 15091/1798/1762</w:t>
        <w:br/>
        <w:t>f 15096/1803/1767 15087/1794/1758 15092/1799/1763</w:t>
        <w:br/>
        <w:t>f 15097/1804/1768 15093/1800/1764 15095/1802/1766</w:t>
        <w:br/>
        <w:t>f 15098/1805/1769 15092/1799/1763 15094/1801/1765</w:t>
        <w:br/>
        <w:t>f 15099/1806/1770 15096/1803/1767 15092/1799/1763</w:t>
        <w:br/>
        <w:t>f 15092/1799/1763 15098/1805/1769 15099/1806/1770</w:t>
        <w:br/>
        <w:t>f 15096/1803/1767 15099/1806/1770 15100/1807/1771</w:t>
        <w:br/>
        <w:t>f 15095/1802/1766 15101/1808/1772 15097/1804/1768</w:t>
        <w:br/>
        <w:t>f 15098/1805/1769 15102/1809/1773 15099/1806/1770</w:t>
        <w:br/>
        <w:t>f 15101/1808/1772 15095/1802/1766 15103/1810/1774</w:t>
        <w:br/>
        <w:t>f 15104/1811/1775 15100/1807/1771 15099/1806/1770</w:t>
        <w:br/>
        <w:t>f 15099/1806/1770 15102/1809/1773 15105/1812/1776</w:t>
        <w:br/>
        <w:t>f 15100/1807/1771 15104/1811/1775 15106/1813/1777</w:t>
        <w:br/>
        <w:t>f 15107/1814/1778 15101/1808/1772 15103/1810/1774</w:t>
        <w:br/>
        <w:t>f 15102/1809/1773 15108/1815/1779 15105/1812/1776</w:t>
        <w:br/>
        <w:t>f 15103/1810/1774 15109/1816/1780 15107/1814/1778</w:t>
        <w:br/>
        <w:t>f 15104/1811/1775 15110/1817/1781 15106/1813/1777</w:t>
        <w:br/>
        <w:t>f 15105/1812/1776 15108/1815/1779 15111/1818/1782</w:t>
        <w:br/>
        <w:t>f 15106/1813/1777 15110/1817/1781 15112/1819/1783</w:t>
        <w:br/>
        <w:t>f 15113/1820/1784 15111/1818/1782 15108/1815/1779</w:t>
        <w:br/>
        <w:t>f 15111/1818/1782 15113/1820/1784 15114/1821/1785</w:t>
        <w:br/>
        <w:t>f 15117/1822/1786 15116/1823/1787 15115/1824/1788</w:t>
        <w:br/>
        <w:t>f 15116/1823/1787 15117/1822/1786 15118/1825/1789</w:t>
        <w:br/>
        <w:t>f 15121/1826/1790 15120/1827/1791 15119/1828/1792</w:t>
        <w:br/>
        <w:t>f 15116/1823/1787 15118/1825/1789 15122/1829/1793</w:t>
        <w:br/>
        <w:t>f 15122/1829/1793 15118/1825/1789 15123/1830/1794</w:t>
        <w:br/>
        <w:t>f 15123/1830/1794 15124/1831/1795 15122/1829/1793</w:t>
        <w:br/>
        <w:t>f 15119/1828/1792 15120/1827/1791 15125/1832/1796</w:t>
        <w:br/>
        <w:t>f 15119/1828/1792 15125/1832/1796 15123/1830/1794</w:t>
        <w:br/>
        <w:t>f 15124/1831/1795 15123/1830/1794 15126/1833/1797</w:t>
        <w:br/>
        <w:t>f 15126/1833/1797 15127/1834/1798 15124/1831/1795</w:t>
        <w:br/>
        <w:t>f 15123/1830/1794 15125/1832/1796 15128/1835/1799</w:t>
        <w:br/>
        <w:t>f 15128/1835/1799 15126/1833/1797 15123/1830/1794</w:t>
        <w:br/>
        <w:t>f 15131/1836/1800 15130/1837/1801 15129/1838/1802</w:t>
        <w:br/>
        <w:t>f 15130/1837/1801 15132/1839/1803 15129/1838/1802</w:t>
        <w:br/>
        <w:t>f 15130/1837/1801 15131/1836/1800 15133/1840/1804</w:t>
        <w:br/>
        <w:t>f 15130/1837/1801 15134/1841/1805 15132/1839/1803</w:t>
        <w:br/>
        <w:t>f 15135/1842/1806 15132/1839/1803 15134/1841/1805</w:t>
        <w:br/>
        <w:t>f 15126/1833/1797 15128/1835/1799 15136/1843/1807</w:t>
        <w:br/>
        <w:t>f 15134/1841/1805 15137/1844/1808 15135/1842/1806</w:t>
        <w:br/>
        <w:t>f 15138/1845/1809 15135/1842/1806 15137/1844/1808</w:t>
        <w:br/>
        <w:t>f 15127/1834/1798 15126/1833/1797 15139/1846/1810</w:t>
        <w:br/>
        <w:t>f 15126/1833/1797 15136/1843/1807 15139/1846/1810</w:t>
        <w:br/>
        <w:t>f 15139/1846/1810 15140/1847/1811 15127/1834/1798</w:t>
        <w:br/>
        <w:t>f 15135/1842/1806 15138/1845/1809 15141/1848/1812</w:t>
        <w:br/>
        <w:t>f 15136/1843/1807 15142/1849/1813 15139/1846/1810</w:t>
        <w:br/>
        <w:t>f 15138/1845/1809 15143/1850/1814 15141/1848/1812</w:t>
        <w:br/>
        <w:t>f 15139/1846/1810 15144/1851/1815 15140/1847/1811</w:t>
        <w:br/>
        <w:t>f 15139/1846/1810 15142/1849/1813 15144/1851/1815</w:t>
        <w:br/>
        <w:t>f 15144/1851/1815 15145/1852/1816 15140/1847/1811</w:t>
        <w:br/>
        <w:t>f 15146/1853/1817 15141/1848/1812 15143/1850/1814</w:t>
        <w:br/>
        <w:t>f 15142/1849/1813 15147/1854/1818 15144/1851/1815</w:t>
        <w:br/>
        <w:t>f 15143/1850/1814 15148/1855/1819 15146/1853/1817</w:t>
        <w:br/>
        <w:t>f 15144/1851/1815 15149/1856/1820 15145/1852/1816</w:t>
        <w:br/>
        <w:t>f 15144/1851/1815 15147/1854/1818 15149/1856/1820</w:t>
        <w:br/>
        <w:t>f 15149/1856/1820 15150/1857/1821 15145/1852/1816</w:t>
        <w:br/>
        <w:t>f 15151/1858/1822 15146/1853/1817 15148/1855/1819</w:t>
        <w:br/>
        <w:t>f 15147/1854/1818 15152/1859/1823 15149/1856/1820</w:t>
        <w:br/>
        <w:t>f 15148/1855/1819 15153/1860/1824 15151/1858/1822</w:t>
        <w:br/>
        <w:t>f 15149/1856/1820 15154/1861/1825 15150/1857/1821</w:t>
        <w:br/>
        <w:t>f 15149/1856/1820 15152/1859/1823 15154/1861/1825</w:t>
        <w:br/>
        <w:t>f 15155/1862/1826 15151/1858/1822 15153/1860/1824</w:t>
        <w:br/>
        <w:t>f 15152/1859/1823 15156/1863/1827 15154/1861/1825</w:t>
        <w:br/>
        <w:t>f 15153/1860/1824 15157/1864/1828 15155/1862/1826</w:t>
        <w:br/>
        <w:t>f 15154/1861/1825 15158/1865/1829 15150/1857/1821</w:t>
        <w:br/>
        <w:t>f 15156/1863/1827 15158/1865/1829 15154/1861/1825</w:t>
        <w:br/>
        <w:t>f 15159/1866/1830 15150/1857/1821 15158/1865/1829</w:t>
        <w:br/>
        <w:t>f 15160/1867/1831 15155/1862/1826 15157/1864/1828</w:t>
        <w:br/>
        <w:t>f 15158/1865/1829 15156/1863/1827 15161/1868/1832</w:t>
        <w:br/>
        <w:t>f 15160/1867/1831 15157/1864/1828 15162/1869/1833</w:t>
        <w:br/>
        <w:t>f 15163/1870/1834 15159/1866/1830 15158/1865/1829</w:t>
        <w:br/>
        <w:t>f 15161/1868/1832 15163/1870/1834 15158/1865/1829</w:t>
        <w:br/>
        <w:t>f 15164/1871/1835 15159/1866/1830 15163/1870/1834</w:t>
        <w:br/>
        <w:t>f 15165/1872/1836 15160/1867/1831 15162/1869/1833</w:t>
        <w:br/>
        <w:t>f 15163/1870/1834 15161/1868/1832 15166/1873/1837</w:t>
        <w:br/>
        <w:t>f 15167/1874/1838 15165/1872/1836 15162/1869/1833</w:t>
        <w:br/>
        <w:t>f 15168/1875/1839 15164/1871/1835 15163/1870/1834</w:t>
        <w:br/>
        <w:t>f 15166/1873/1837 15168/1875/1839 15163/1870/1834</w:t>
        <w:br/>
        <w:t>f 15164/1871/1835 15168/1875/1839 15169/1876/1840</w:t>
        <w:br/>
        <w:t>f 15170/1877/1841 15165/1872/1836 15167/1874/1838</w:t>
        <w:br/>
        <w:t>f 15168/1875/1839 15166/1873/1837 15171/1878/1842</w:t>
        <w:br/>
        <w:t>f 15172/1879/1843 15170/1877/1841 15167/1874/1838</w:t>
        <w:br/>
        <w:t>f 15173/1880/1844 15169/1876/1840 15168/1875/1839</w:t>
        <w:br/>
        <w:t>f 15170/1877/1841 15172/1879/1843 15174/1881/1845</w:t>
        <w:br/>
        <w:t>f 15171/1878/1842 15175/1882/1846 15168/1875/1839</w:t>
        <w:br/>
        <w:t>f 15168/1875/1839 15175/1882/1846 15176/1883/1847</w:t>
        <w:br/>
        <w:t>f 15177/1884/1848 15174/1881/1845 15172/1879/1843</w:t>
        <w:br/>
        <w:t>f 15169/1876/1840 15173/1880/1844 15178/1885/1849</w:t>
        <w:br/>
        <w:t>f 15174/1881/1845 15177/1884/1848 15179/1886/1850</w:t>
        <w:br/>
        <w:t>f 15176/1883/1847 15175/1882/1846 15180/1887/1851</w:t>
        <w:br/>
        <w:t>f 15173/1880/1844 15181/1888/1852 15178/1885/1849</w:t>
        <w:br/>
        <w:t>f 15176/1883/1847 15180/1887/1851 15182/1889/1853</w:t>
        <w:br/>
        <w:t>f 15178/1885/1849 15181/1888/1852 15183/1890/1854</w:t>
        <w:br/>
        <w:t>f 15184/1891/1855 15182/1889/1853 15180/1887/1851</w:t>
        <w:br/>
        <w:t>f 15182/1889/1853 15184/1891/1855 15185/1892/1856</w:t>
        <w:br/>
        <w:t>f 15188/1893/1857 15187/1894/1858 15186/1895/1858</w:t>
        <w:br/>
        <w:t>f 15189/1896/1859 15186/1895/1858 15187/1894/1858</w:t>
        <w:br/>
        <w:t>f 15192/1897/1860 15191/1898/1861 15190/1899/1862</w:t>
        <w:br/>
        <w:t>f 15195/1900/1863 15194/1901/1864 15193/1902/1865</w:t>
        <w:br/>
        <w:t>f 15194/1901/1864 15195/1900/1863 15196/1903/1866</w:t>
        <w:br/>
        <w:t>f 15199/1904/1867 15198/1905/1868 15197/1906/1869</w:t>
        <w:br/>
        <w:t>f 15192/1897/1860 15200/1907/1870 15191/1898/1861</w:t>
        <w:br/>
        <w:t>f 15196/1903/1866 15200/1907/1871 15194/1901/1864</w:t>
        <w:br/>
        <w:t>f 15201/1908/1872 15198/1905/1868 15199/1904/1867</w:t>
        <w:br/>
        <w:t>f 15204/1909/1873 15203/1910/1874 15202/1911/1875</w:t>
        <w:br/>
        <w:t>f 15196/1903/1866 15205/1912/1876 15200/1907/1871</w:t>
        <w:br/>
        <w:t>f 15208/1913/1877 15207/1914/1878 15206/1915/1878</w:t>
        <w:br/>
        <w:t>f 15191/1898/1879 15210/1916/1880 15209/1917/1881</w:t>
        <w:br/>
        <w:t>f 15200/1907/1871 15205/1912/1876 15211/1918/1882</w:t>
        <w:br/>
        <w:t>f 15209/1917/1881 15212/1919/1883 15191/1898/1879</w:t>
        <w:br/>
        <w:t>f 15211/1918/1882 15205/1912/1876 15213/1920/1882</w:t>
        <w:br/>
        <w:t>f 15216/1921/1884 15215/1922/1885 15214/1923/1884</w:t>
        <w:br/>
        <w:t>f 15214/1923/1884 15217/1924/1886 15216/1921/1884</w:t>
        <w:br/>
        <w:t>f 15208/1913/1877 15218/1925/1887 15205/1912/1888</w:t>
        <w:br/>
        <w:t>f 15221/1926/1889 15220/1927/1890 15219/1928/1891</w:t>
        <w:br/>
        <w:t>f 15204/1909/1873 15222/1929/1892 15219/1928/1891</w:t>
        <w:br/>
        <w:t>f 15223/1930/1893 15221/1926/1889 15219/1928/1891</w:t>
        <w:br/>
        <w:t>f 15219/1928/1891 15222/1929/1892 15223/1930/1893</w:t>
        <w:br/>
        <w:t>f 15226/1931/1894 15225/1932/1895 15224/1933/1896</w:t>
        <w:br/>
        <w:t>f 15227/1934/1897 15225/1932/1895 15226/1931/1894</w:t>
        <w:br/>
        <w:t>f 15230/1935/1898 15229/1936/1899 15228/1937/1900</w:t>
        <w:br/>
        <w:t>f 15229/1936/1899 15230/1935/1898 15231/1938/1901</w:t>
        <w:br/>
        <w:t>f 15232/1939/1902 15231/1938/1901 15230/1935/1898</w:t>
        <w:br/>
        <w:t>f 15235/1940/1903 15234/1941/1904 15233/1942/1905</w:t>
        <w:br/>
        <w:t>f 15238/1943/1906 15237/1944/1907 15236/1945/1908</w:t>
        <w:br/>
        <w:t>f 15239/1946/1909 15238/1943/1906 15236/1945/1908</w:t>
        <w:br/>
        <w:t>f 15233/1942/1905 15240/1947/1910 15235/1940/1903</w:t>
        <w:br/>
        <w:t>f 15237/1944/1907 15241/1948/1911 15236/1945/1908</w:t>
        <w:br/>
        <w:t>f 15244/1949/1912 15243/1950/1913 15242/1951/1914</w:t>
        <w:br/>
        <w:t>f 15245/1952/1915 15236/1945/1908 15241/1948/1911</w:t>
        <w:br/>
        <w:t>f 15242/1951/1914 15246/1953/1916 15244/1949/1912</w:t>
        <w:br/>
        <w:t>f 15222/1929/1892 15204/1909/1873 15247/1954/1917</w:t>
        <w:br/>
        <w:t>f 15241/1948/1911 15248/1955/1918 15245/1952/1915</w:t>
        <w:br/>
        <w:t>f 15247/1954/1917 15204/1909/1873 15249/1956/1919</w:t>
        <w:br/>
        <w:t>f 15245/1952/1915 15248/1955/1918 15250/1957/1920</w:t>
        <w:br/>
        <w:t>f 15204/1909/1873 15202/1911/1875 15249/1956/1919</w:t>
        <w:br/>
        <w:t>f 15253/1958/1921 15252/1959/1922 15251/1960/1923</w:t>
        <w:br/>
        <w:t>f 15254/1961/1924 15252/1959/1922 15253/1958/1921</w:t>
        <w:br/>
        <w:t>f 15250/1957/1920 15255/1962/1925 15245/1952/1915</w:t>
        <w:br/>
        <w:t>f 15256/1963/1926 15245/1952/1915 15255/1962/1925</w:t>
        <w:br/>
        <w:t>f 15259/1964/1927 15258/1965/1928 15257/1966/1929</w:t>
        <w:br/>
        <w:t>f 15262/1967/1930 15261/1968/1931 15260/1969/1932</w:t>
        <w:br/>
        <w:t>f 15258/1965/1928 15259/1964/1927 15263/1970/1933</w:t>
        <w:br/>
        <w:t>f 15262/1967/1930 15264/1971/1934 15261/1968/1931</w:t>
        <w:br/>
        <w:t>f 15264/1971/1934 15262/1967/1930 15265/1972/1935</w:t>
        <w:br/>
        <w:t>f 15268/1973/1936 15267/1974/1937 15266/1975/1936</w:t>
        <w:br/>
        <w:t>f 15267/1974/1937 15268/1973/1936 15269/1976/1938</w:t>
        <w:br/>
        <w:t>f 15269/1976/1938 15270/1977/1939 15267/1974/1937</w:t>
        <w:br/>
        <w:t>f 15273/1978/1940 15272/1979/1941 15271/1980/1942</w:t>
        <w:br/>
        <w:t>f 15270/1977/1939 15269/1976/1938 15274/1981/1943</w:t>
        <w:br/>
        <w:t>f 15275/1982/1944 15272/1979/1941 15273/1978/1940</w:t>
        <w:br/>
        <w:t>f 15274/1981/1943 15276/1983/1945 15270/1977/1939</w:t>
        <w:br/>
        <w:t>f 15277/1984/1946 15270/1977/1939 15276/1983/1945</w:t>
        <w:br/>
        <w:t>f 15275/1982/1944 15273/1978/1940 15278/1985/1947</w:t>
        <w:br/>
        <w:t>f 15278/1985/1947 15279/1986/1948 15275/1982/1944</w:t>
        <w:br/>
        <w:t>f 15279/1986/1948 15278/1985/1947 15280/1987/1949</w:t>
        <w:br/>
        <w:t>f 15276/1983/1945 15281/1988/1950 15277/1984/1946</w:t>
        <w:br/>
        <w:t>f 15280/1987/1949 15282/1989/1951 15279/1986/1948</w:t>
        <w:br/>
        <w:t>f 15283/1990/1952 15277/1984/1946 15281/1988/1950</w:t>
        <w:br/>
        <w:t>f 15280/1987/1949 15284/1991/1953 15282/1989/1951</w:t>
        <w:br/>
        <w:t>f 15285/1992/1954 15283/1990/1952 15281/1988/1950</w:t>
        <w:br/>
        <w:t>f 15284/1991/1953 15286/1993/1955 15282/1989/1951</w:t>
        <w:br/>
        <w:t>f 15283/1990/1952 15285/1992/1954 15287/1994/1956</w:t>
        <w:br/>
        <w:t>f 15286/1993/1955 15284/1991/1953 15288/1995/1957</w:t>
        <w:br/>
        <w:t>f 15285/1992/1954 15289/1996/1958 15287/1994/1956</w:t>
        <w:br/>
        <w:t>f 15288/1995/1957 15290/1997/1959 15286/1993/1955</w:t>
        <w:br/>
        <w:t>f 15289/1996/1958 15285/1992/1954 15291/1998/1960</w:t>
        <w:br/>
        <w:t>f 15292/1999/1961 15286/1993/1955 15290/1997/1959</w:t>
        <w:br/>
        <w:t>f 15291/1998/1960 15293/2000/1962 15289/1996/1958</w:t>
        <w:br/>
        <w:t>f 15292/1999/1961 15290/1997/1959 15294/2001/1963</w:t>
        <w:br/>
        <w:t>f 15295/2002/1964 15292/1999/1961 15294/2001/1963</w:t>
        <w:br/>
        <w:t>f 15293/2000/1962 15291/1998/1960 15296/2003/1965</w:t>
        <w:br/>
        <w:t>f 15297/2004/1966 15295/2002/1964 15294/2001/1963</w:t>
        <w:br/>
        <w:t>f 15296/2003/1965 15298/2005/1967 15293/2000/1962</w:t>
        <w:br/>
        <w:t>f 15295/2002/1964 15297/2004/1966 15299/2006/1940</w:t>
        <w:br/>
        <w:t>f 15298/2005/1967 15300/2007/1968 15293/2000/1962</w:t>
        <w:br/>
        <w:t>f 15301/2008/1969 15299/2006/1940 15297/2004/1966</w:t>
        <w:br/>
        <w:t>f 15298/2005/1967 15302/2009/1970 15300/2007/1968</w:t>
        <w:br/>
        <w:t>f 15302/2009/1970 15303/2010/1970 15300/2007/1968</w:t>
        <w:br/>
        <w:t>f 15304/2011/1969 15301/2008/1969 15297/2004/1966</w:t>
        <w:br/>
        <w:t>f 15307/2012/1971 15306/2013/1972 15305/2014/1973</w:t>
        <w:br/>
        <w:t>f 15306/2013/1972 15307/2012/1971 15308/2015/1974</w:t>
        <w:br/>
        <w:t>f 15305/2014/1973 15309/2016/1975 15307/2012/1971</w:t>
        <w:br/>
        <w:t>f 15297/2004/1966 15310/2017/1976 15304/2011/1969</w:t>
        <w:br/>
        <w:t>f 15309/2016/1975 15305/2014/1973 15311/2018/1977</w:t>
        <w:br/>
        <w:t>f 15310/2017/1976 15297/2004/1966 15273/1978/1940</w:t>
        <w:br/>
        <w:t>f 15273/1978/1940 15271/1980/1942 15310/2017/1976</w:t>
        <w:br/>
        <w:t>f 15311/2018/1977 15312/2019/1978 15309/2016/1975</w:t>
        <w:br/>
        <w:t>f 15312/2019/1978 15311/2018/1977 15313/2020/1978</w:t>
        <w:br/>
        <w:t>f 15316/2021/1979 15315/2022/1980 15314/2023/1981</w:t>
        <w:br/>
        <w:t>f 15317/2024/1982 15315/2022/1980 15316/2021/1979</w:t>
        <w:br/>
        <w:t>f 15317/2024/1982 15318/2025/1983 15315/2022/1980</w:t>
        <w:br/>
        <w:t>f 15319/2026/1984 15317/2024/1982 15316/2021/1979</w:t>
        <w:br/>
        <w:t>f 15320/2027/1985 15317/2024/1982 15319/2026/1984</w:t>
        <w:br/>
        <w:t>f 15320/2027/1985 15319/2026/1984 15321/2028/1986</w:t>
        <w:br/>
        <w:t>f 15321/2028/1986 15319/2026/1984 15322/2029/1987</w:t>
        <w:br/>
        <w:t>f 15320/2027/1985 15323/2030/1988 15317/2024/1982</w:t>
        <w:br/>
        <w:t>f 15323/2030/1988 15318/2025/1983 15317/2024/1982</w:t>
        <w:br/>
        <w:t>f 15318/2025/1983 15325/2031/1989 15324/2032/1990</w:t>
        <w:br/>
        <w:t>f 15325/2031/1989 15318/2025/1983 15323/2030/1988</w:t>
        <w:br/>
        <w:t>f 15325/2031/1989 15323/2030/1988 15326/2033/1991</w:t>
        <w:br/>
        <w:t>f 15327/2034/1992 15326/2033/1991 15323/2030/1988</w:t>
        <w:br/>
        <w:t>f 15327/2034/1992 15323/2030/1988 15320/2027/1985</w:t>
        <w:br/>
        <w:t>f 15326/2033/1991 15327/2034/1992 15328/2035/1993</w:t>
        <w:br/>
        <w:t>f 15328/2035/1993 15327/2034/1992 15329/2036/1994</w:t>
        <w:br/>
        <w:t>f 15329/2036/1994 15327/2034/1992 15330/2037/1995</w:t>
        <w:br/>
        <w:t>f 15327/2034/1992 15320/2027/1985 15331/2038/1996</w:t>
        <w:br/>
        <w:t>f 15330/2037/1995 15327/2034/1992 15331/2038/1996</w:t>
        <w:br/>
        <w:t>f 15331/2038/1996 15320/2027/1985 15321/2028/1986</w:t>
        <w:br/>
        <w:t>f 15330/2037/1995 15331/2038/1996 15332/2039/1997</w:t>
        <w:br/>
        <w:t>f 15332/2039/1997 15331/2038/1996 15333/2040/1998</w:t>
        <w:br/>
        <w:t>f 15334/2041/1999 15331/2038/1996 15321/2028/1986</w:t>
        <w:br/>
        <w:t>f 15334/2041/1999 15321/2028/1986 15322/2029/1987</w:t>
        <w:br/>
        <w:t>f 15334/2041/1999 15322/2029/1987 15335/2042/2000</w:t>
        <w:br/>
        <w:t>f 15333/2040/1998 15331/2038/1996 15336/2043/2001</w:t>
        <w:br/>
        <w:t>f 15336/2043/2001 15331/2038/1996 15334/2041/1999</w:t>
        <w:br/>
        <w:t>f 15333/2040/1998 15336/2043/2001 15337/2044/2002</w:t>
        <w:br/>
        <w:t>f 15335/2042/2000 15338/2045/2003 15334/2041/1999</w:t>
        <w:br/>
        <w:t>f 15338/2045/2003 15336/2043/2001 15334/2041/1999</w:t>
        <w:br/>
        <w:t>f 15338/2045/2003 15335/2042/2000 15339/2046/2004</w:t>
        <w:br/>
        <w:t>f 15340/2047/2005 15337/2044/2002 15336/2043/2001</w:t>
        <w:br/>
        <w:t>f 15336/2043/2001 15338/2045/2003 15340/2047/2005</w:t>
        <w:br/>
        <w:t>f 15337/2044/2002 15340/2047/2005 15341/2048/2006</w:t>
        <w:br/>
        <w:t>f 15339/2046/2004 15342/2049/2007 15338/2045/2003</w:t>
        <w:br/>
        <w:t>f 15342/2049/2007 15340/2047/2005 15338/2045/2003</w:t>
        <w:br/>
        <w:t>f 15343/2050/2008 15342/2049/2007 15339/2046/2004</w:t>
        <w:br/>
        <w:t>f 15344/2051/2009 15341/2048/2006 15340/2047/2005</w:t>
        <w:br/>
        <w:t>f 15344/2051/2009 15340/2047/2005 15342/2049/2007</w:t>
        <w:br/>
        <w:t>f 15341/2048/2006 15344/2051/2009 15345/2052/2010</w:t>
        <w:br/>
        <w:t>f 15342/2049/2007 15343/2050/2008 15346/2053/2011</w:t>
        <w:br/>
        <w:t>f 15346/2053/2011 15344/2051/2009 15342/2049/2007</w:t>
        <w:br/>
        <w:t>f 15347/2054/2012 15345/2052/2010 15344/2051/2009</w:t>
        <w:br/>
        <w:t>f 15347/2054/2012 15344/2051/2009 15346/2053/2011</w:t>
        <w:br/>
        <w:t>f 15348/2055/2013 15345/2052/2010 15347/2054/2012</w:t>
        <w:br/>
        <w:t>f 15343/2050/2008 15349/2056/2014 15346/2053/2011</w:t>
        <w:br/>
        <w:t>f 15349/2056/2014 15343/2050/2008 15350/2057/2015</w:t>
        <w:br/>
        <w:t>f 15346/2053/2011 15351/2058/2016 15347/2054/2012</w:t>
        <w:br/>
        <w:t>f 15351/2058/2016 15348/2055/2013 15347/2054/2012</w:t>
        <w:br/>
        <w:t>f 15351/2058/2016 15346/2053/2011 15349/2056/2014</w:t>
        <w:br/>
        <w:t>f 15352/2059/2017 15348/2055/2013 15351/2058/2016</w:t>
        <w:br/>
        <w:t>f 15351/2058/2016 15353/2060/2018 15352/2059/2017</w:t>
        <w:br/>
        <w:t>f 15349/2056/2014 15354/2061/2019 15351/2058/2016</w:t>
        <w:br/>
        <w:t>f 15353/2060/2018 15351/2058/2016 15354/2061/2019</w:t>
        <w:br/>
        <w:t>f 15350/2057/2015 15355/2062/2020 15349/2056/2014</w:t>
        <w:br/>
        <w:t>f 15354/2061/2019 15349/2056/2014 15355/2062/2020</w:t>
        <w:br/>
        <w:t>f 15355/2062/2020 15350/2057/2015 15356/2063/2021</w:t>
        <w:br/>
        <w:t>f 15353/2060/2018 15354/2061/2019 15357/2064/2022</w:t>
        <w:br/>
        <w:t>f 15354/2061/2019 15355/2062/2020 15357/2064/2022</w:t>
        <w:br/>
        <w:t>f 15353/2060/2018 15357/2064/2022 15358/2065/2023</w:t>
        <w:br/>
        <w:t>f 15357/2064/2022 15359/2066/2024 15358/2065/2023</w:t>
        <w:br/>
        <w:t>f 15355/2062/2020 15356/2063/2021 15360/2067/2025</w:t>
        <w:br/>
        <w:t>f 15355/2062/2020 15360/2067/2025 15357/2064/2022</w:t>
        <w:br/>
        <w:t>f 15356/2063/2021 15361/2068/2026 15360/2067/2025</w:t>
        <w:br/>
        <w:t>f 15362/2069/2027 15360/2067/2025 15361/2068/2026</w:t>
        <w:br/>
        <w:t>f 15360/2067/2025 15362/2069/2027 15363/2070/2028</w:t>
        <w:br/>
        <w:t>f 15363/2070/2028 15357/2064/2022 15360/2067/2025</w:t>
        <w:br/>
        <w:t>f 15363/2070/2028 15362/2069/2027 15364/2071/2029</w:t>
        <w:br/>
        <w:t>f 15359/2066/2024 15357/2064/2022 15365/2072/2030</w:t>
        <w:br/>
        <w:t>f 15357/2064/2022 15363/2070/2028 15365/2072/2030</w:t>
        <w:br/>
        <w:t>f 15359/2066/2024 15365/2072/2030 15366/2073/2031</w:t>
        <w:br/>
        <w:t>f 15367/2074/2032 15363/2070/2028 15364/2071/2029</w:t>
        <w:br/>
        <w:t>f 15367/2074/2032 15365/2072/2030 15363/2070/2028</w:t>
        <w:br/>
        <w:t>f 15369/2075/1980 15364/2071/2029 15368/2076/1981</w:t>
        <w:br/>
        <w:t>f 15364/2071/2029 15369/2075/1980 15367/2074/2032</w:t>
        <w:br/>
        <w:t>f 15370/2077/1983 15367/2074/2032 15369/2075/1980</w:t>
        <w:br/>
        <w:t>f 15371/2078/2033 15366/2073/2031 15365/2072/2030</w:t>
        <w:br/>
        <w:t>f 15365/2072/2030 15367/2074/2032 15371/2078/2033</w:t>
        <w:br/>
        <w:t>f 15367/2074/2032 15370/2077/1983 15371/2078/2033</w:t>
        <w:br/>
        <w:t>f 15366/2073/2031 15371/2078/2033 15372/2079/2034</w:t>
        <w:br/>
        <w:t>f 15372/2079/2034 15371/2078/2033 15373/2080/2035</w:t>
        <w:br/>
        <w:t>f 15373/2080/2035 15371/2078/2033 15374/2081/2036</w:t>
        <w:br/>
        <w:t>f 15370/2077/1983 15374/2081/2036 15371/2078/2033</w:t>
        <w:br/>
        <w:t>f 15374/2081/2036 15370/2077/1983 15375/2082/1990</w:t>
        <w:br/>
        <w:t>f 15378/2083/2037 15377/2084/2038 15376/2085/2039</w:t>
        <w:br/>
        <w:t>f 15379/2086/2040 13780/489/474 15377/2084/2041</w:t>
        <w:br/>
        <w:t>f 15382/2087/2042 15381/2088/2042 15380/2089/2043</w:t>
        <w:br/>
        <w:t>f 15380/2089/2043 15383/2090/2044 15382/2087/2042</w:t>
        <w:br/>
        <w:t>f 15386/2091/2045 15385/2092/2046 15384/2093/2046</w:t>
        <w:br/>
        <w:t>f 15387/2094/2047 13780/489/474 15379/2086/2040</w:t>
        <w:br/>
        <w:t>f 15387/2094/2047 15379/2086/2040 15383/2090/2044</w:t>
        <w:br/>
        <w:t>f 13780/489/474 15387/2094/2047 15388/2095/2048</w:t>
        <w:br/>
        <w:t>f 15389/2096/2049 15384/2093/2046 15385/2092/2046</w:t>
        <w:br/>
        <w:t>f 15392/2097/2050 15391/2098/2051 15390/2099/2052</w:t>
        <w:br/>
        <w:t>f 15395/2100/2053 15394/2101/2054 15393/2102/2055</w:t>
        <w:br/>
        <w:t>f 15393/2102/2055 15396/2103/2056 15395/2100/2053</w:t>
        <w:br/>
        <w:t>f 15387/2094/2047 15398/2104/2057 15397/2105/2058</w:t>
        <w:br/>
        <w:t>f 15398/2104/2057 15387/2094/2047 15399/2106/2059</w:t>
        <w:br/>
        <w:t>f 15383/2090/2044 15399/2106/2059 15387/2094/2047</w:t>
        <w:br/>
        <w:t>f 15402/2107/2060 15401/2108/2061 15400/2109/2060</w:t>
        <w:br/>
        <w:t>f 15405/2110/2062 15404/2111/2063 15403/2112/2064</w:t>
        <w:br/>
        <w:t>f 15402/2107/2060 15400/2109/2060 15406/2113/2065</w:t>
        <w:br/>
        <w:t>f 15404/2111/2063 15405/2110/2062 15407/2114/2066</w:t>
        <w:br/>
        <w:t>f 15410/2115/2067 15409/2116/2068 15408/2117/2069</w:t>
        <w:br/>
        <w:t>f 15410/2115/2067 15411/2118/2070 15409/2116/2068</w:t>
        <w:br/>
        <w:t>f 15414/2119/2071 15413/2120/2072 15412/2121/2071</w:t>
        <w:br/>
        <w:t>f 15391/2098/2051 15415/2122/2073 15404/2111/2074</w:t>
        <w:br/>
        <w:t>f 15415/2122/2073 15411/2118/2075 15404/2111/2074</w:t>
        <w:br/>
        <w:t>f 15418/2123/2076 15417/2124/2077 15416/2125/2078</w:t>
        <w:br/>
        <w:t>f 15414/2119/2071 15412/2121/2071 15419/2126/2079</w:t>
        <w:br/>
        <w:t>f 15417/2124/2077 15418/2123/2076 15420/2127/2080</w:t>
        <w:br/>
        <w:t>f 15423/2128/2081 15422/2129/2082 15421/2130/2083</w:t>
        <w:br/>
        <w:t>f 15421/2130/2083 15422/2129/2082 15415/2122/2084</w:t>
        <w:br/>
        <w:t>f 15420/2127/2080 15424/2131/2085 15417/2124/2077</w:t>
        <w:br/>
        <w:t>f 15425/2132/2086 15423/2128/2081 15421/2130/2083</w:t>
        <w:br/>
        <w:t>f 15428/2133/2087 15427/2134/2088 15426/2135/2088</w:t>
        <w:br/>
        <w:t>f 15425/2132/2086 15421/2130/2083 15428/2133/2089</w:t>
        <w:br/>
        <w:t>f 15431/2136/2090 15430/2137/2091 15429/2138/2091</w:t>
        <w:br/>
        <w:t>f 15432/2139/2092 15421/2130/2083 15415/2122/2084</w:t>
        <w:br/>
        <w:t>f 15421/2130/2083 15432/2139/2092 15431/2136/2093</w:t>
        <w:br/>
        <w:t>f 15415/2122/2073 15391/2098/2051 15433/2140/2094</w:t>
        <w:br/>
        <w:t>f 15432/2139/2092 15415/2122/2084 15434/2141/2095</w:t>
        <w:br/>
        <w:t>f 15391/2098/2051 15435/2142/2096 15433/2140/2094</w:t>
        <w:br/>
        <w:t>f 15436/2143/2097 15432/2139/2092 15434/2141/2095</w:t>
        <w:br/>
        <w:t>f 15435/2142/2096 15391/2098/2051 15392/2097/2050</w:t>
        <w:br/>
        <w:t>f 15439/2144/2098 15438/2145/2099 15437/2146/2099</w:t>
        <w:br/>
        <w:t>f 15432/2139/2092 15440/2147/2100 15431/2136/2093</w:t>
        <w:br/>
        <w:t>f 15431/2136/2093 15440/2147/2100 15441/2148/2101</w:t>
        <w:br/>
        <w:t>f 15436/2143/2097 15442/2149/2081 15432/2139/2092</w:t>
        <w:br/>
        <w:t>f 15440/2147/2100 15432/2139/2092 15442/2149/2081</w:t>
        <w:br/>
        <w:t>f 15438/2145/2099 15439/2144/2098 15443/2150/2102</w:t>
        <w:br/>
        <w:t>f 15446/2151/2103 15445/2152/2104 15444/2153/2105</w:t>
        <w:br/>
        <w:t>f 15448/2154/2106 15445/2152/2104 15447/2155/2107</w:t>
        <w:br/>
        <w:t>f 15445/2152/2104 15448/2154/2106 15444/2153/2105</w:t>
        <w:br/>
        <w:t>f 15451/2156/2108 15450/2157/2109 15449/2158/2110</w:t>
        <w:br/>
        <w:t>f 15452/2159/2111 15449/2158/2110 15450/2157/2109</w:t>
        <w:br/>
        <w:t>f 15450/2157/2109 15453/2160/2112 15452/2159/2111</w:t>
        <w:br/>
        <w:t>f 15452/2159/2111 15454/2161/2113 15449/2158/2110</w:t>
        <w:br/>
        <w:t>f 15452/2159/2111 15455/2162/2114 15454/2161/2113</w:t>
        <w:br/>
        <w:t>f 15456/2163/2115 15452/2159/2111 15453/2160/2112</w:t>
        <w:br/>
        <w:t>f 15456/2163/2115 15455/2162/2114 15452/2159/2111</w:t>
        <w:br/>
        <w:t>f 15453/2160/2112 15457/2164/2116 15456/2163/2115</w:t>
        <w:br/>
        <w:t>f 15460/2165/2117 15459/2166/2118 15458/2167/2119</w:t>
        <w:br/>
        <w:t>f 15460/2165/2117 15461/2168/2120 15459/2166/2118</w:t>
        <w:br/>
        <w:t>f 15462/2169/2121 15460/2165/2117 15458/2167/2119</w:t>
        <w:br/>
        <w:t>f 15455/2162/2114 15456/2163/2115 15463/2170/2122</w:t>
        <w:br/>
        <w:t>f 15460/2165/2117 15462/2169/2121 15464/2171/2123</w:t>
        <w:br/>
        <w:t>f 15462/2169/2121 15465/2172/2124 15464/2171/2123</w:t>
        <w:br/>
        <w:t>f 15466/2173/2125 15456/2163/2115 15457/2164/2116</w:t>
        <w:br/>
        <w:t>f 15463/2170/2122 15456/2163/2115 15466/2173/2125</w:t>
        <w:br/>
        <w:t>f 15457/2164/2116 15467/2174/2126 15466/2173/2125</w:t>
        <w:br/>
        <w:t>f 15465/2172/2124 15462/2169/2121 15468/2175/2127</w:t>
        <w:br/>
        <w:t>f 15466/2173/2125 15469/2176/2128 15463/2170/2122</w:t>
        <w:br/>
        <w:t>f 15470/2177/2129 15466/2173/2125 15467/2174/2126</w:t>
        <w:br/>
        <w:t>f 15470/2177/2129 15469/2176/2128 15466/2173/2125</w:t>
        <w:br/>
        <w:t>f 15467/2174/2126 15471/2178/2130 15470/2177/2129</w:t>
        <w:br/>
        <w:t>f 15468/2175/2127 15472/2179/2131 15465/2172/2124</w:t>
        <w:br/>
        <w:t>f 15469/2176/2128 15470/2177/2129 15473/2180/2132</w:t>
        <w:br/>
        <w:t>f 15465/2172/2124 15472/2179/2131 15474/2181/2133</w:t>
        <w:br/>
        <w:t>f 15472/2179/2131 15475/2182/2134 15474/2181/2133</w:t>
        <w:br/>
        <w:t>f 15470/2177/2129 15471/2178/2130 15476/2183/2135</w:t>
        <w:br/>
        <w:t>f 15476/2183/2135 15473/2180/2132 15470/2177/2129</w:t>
        <w:br/>
        <w:t>f 15471/2178/2130 15477/2184/2136 15476/2183/2135</w:t>
        <w:br/>
        <w:t>f 15475/2182/2134 15472/2179/2131 15478/2185/2137</w:t>
        <w:br/>
        <w:t>f 15473/2180/2132 15476/2183/2135 15479/2186/2138</w:t>
        <w:br/>
        <w:t>f 15478/2185/2137 15480/2187/2139 15475/2182/2134</w:t>
        <w:br/>
        <w:t>f 15476/2183/2135 15477/2184/2136 15481/2188/2140</w:t>
        <w:br/>
        <w:t>f 15476/2183/2135 15481/2188/2140 15479/2186/2138</w:t>
        <w:br/>
        <w:t>f 15482/2189/2141 15481/2188/2140 15477/2184/2136</w:t>
        <w:br/>
        <w:t>f 15480/2187/2139 15478/2185/2137 15483/2190/2142</w:t>
        <w:br/>
        <w:t>f 15479/2186/2138 15481/2188/2140 15484/2191/2143</w:t>
        <w:br/>
        <w:t>f 15481/2188/2140 15482/2189/2141 15485/2192/2144</w:t>
        <w:br/>
        <w:t>f 15481/2188/2140 15485/2192/2144 15484/2191/2143</w:t>
        <w:br/>
        <w:t>f 15486/2193/2145 15480/2187/2139 15483/2190/2142</w:t>
        <w:br/>
        <w:t>f 15484/2191/2143 15485/2192/2144 15487/2194/2146</w:t>
        <w:br/>
        <w:t>f 15488/2195/2147 15480/2187/2139 15486/2193/2145</w:t>
        <w:br/>
        <w:t>f 15489/2196/2148 15485/2192/2144 15482/2189/2141</w:t>
        <w:br/>
        <w:t>f 15489/2196/2148 15487/2194/2146 15485/2192/2144</w:t>
        <w:br/>
        <w:t>f 15482/2189/2141 15490/2197/2149 15489/2196/2148</w:t>
        <w:br/>
        <w:t>f 15491/2198/2150 15488/2195/2147 15486/2193/2145</w:t>
        <w:br/>
        <w:t>f 15487/2194/2146 15489/2196/2148 15492/2199/2151</w:t>
        <w:br/>
        <w:t>f 15488/2195/2147 15491/2198/2150 15493/2200/2152</w:t>
        <w:br/>
        <w:t>f 15491/2198/2150 15494/2201/2153 15493/2200/2152</w:t>
        <w:br/>
        <w:t>f 15494/2201/2153 15491/2198/2150 15495/2202/2154</w:t>
        <w:br/>
        <w:t>f 15492/2199/2151 15489/2196/2148 15496/2203/2155</w:t>
        <w:br/>
        <w:t>f 15495/2202/2154 15497/2204/2156 15494/2201/2153</w:t>
        <w:br/>
        <w:t>f 15498/2205/2157 15489/2196/2148 15490/2197/2149</w:t>
        <w:br/>
        <w:t>f 15489/2196/2148 15498/2205/2157 15496/2203/2155</w:t>
        <w:br/>
        <w:t>f 15490/2197/2149 15499/2206/2158 15498/2205/2157</w:t>
        <w:br/>
        <w:t>f 15497/2204/2156 15495/2202/2154 15500/2207/2159</w:t>
        <w:br/>
        <w:t>f 15496/2203/2155 15498/2205/2157 15501/2208/2160</w:t>
        <w:br/>
        <w:t>f 15502/2209/2161 15498/2205/2157 15499/2206/2158</w:t>
        <w:br/>
        <w:t>f 15498/2205/2157 15502/2209/2161 15501/2208/2160</w:t>
        <w:br/>
        <w:t>f 15499/2206/2158 15503/2210/2162 15502/2209/2161</w:t>
        <w:br/>
        <w:t>f 15504/2211/2163 15497/2204/2156 15500/2207/2159</w:t>
        <w:br/>
        <w:t>f 15501/2208/2160 15502/2209/2161 15505/2212/2164</w:t>
        <w:br/>
        <w:t>f 15497/2204/2156 15504/2211/2163 15506/2213/2165</w:t>
        <w:br/>
        <w:t>f 15507/2214/2166 15502/2209/2161 15503/2210/2162</w:t>
        <w:br/>
        <w:t>f 15502/2209/2161 15508/2215/2167 15505/2212/2164</w:t>
        <w:br/>
        <w:t>f 15503/2210/2162 15509/2216/2168 15507/2214/2166</w:t>
        <w:br/>
        <w:t>f 15504/2211/2163 15510/2217/2169 15506/2213/2165</w:t>
        <w:br/>
        <w:t>f 15505/2212/2164 15508/2215/2167 15511/2218/2170</w:t>
        <w:br/>
        <w:t>f 15506/2213/2165 15510/2217/2169 15512/2219/2171</w:t>
        <w:br/>
        <w:t>f 15513/2220/2172 15507/2214/2166 15509/2216/2168</w:t>
        <w:br/>
        <w:t>f 15508/2215/2167 15514/2221/2173 15511/2218/2170</w:t>
        <w:br/>
        <w:t>f 15509/2216/2168 15515/2222/2174 15513/2220/2172</w:t>
        <w:br/>
        <w:t>f 15511/2218/2170 15514/2221/2173 15516/2223/2175</w:t>
        <w:br/>
        <w:t>f 15517/2224/2176 15516/2223/2175 15514/2221/2173</w:t>
        <w:br/>
        <w:t>f 15520/2225/2177 15519/2226/2178 15518/2227/2179</w:t>
        <w:br/>
        <w:t>f 15519/2226/2178 15521/2228/2180 15518/2227/2179</w:t>
        <w:br/>
        <w:t>f 15524/2229/2181 15523/2230/2182 15522/2231/2183</w:t>
        <w:br/>
        <w:t>f 15519/2226/2178 15525/2232/2184 15521/2228/2180</w:t>
        <w:br/>
        <w:t>f 15524/2229/2181 15526/2233/2185 15523/2230/2182</w:t>
        <w:br/>
        <w:t>f 15525/2232/2184 15527/2234/2186 15521/2228/2180</w:t>
        <w:br/>
        <w:t>f 15527/2234/2186 15526/2233/2185 15524/2229/2181</w:t>
        <w:br/>
        <w:t>f 15525/2232/2184 15528/2235/2187 15527/2234/2186</w:t>
        <w:br/>
        <w:t>f 15531/2236/2188 15530/2237/2189 15529/2238/2190</w:t>
        <w:br/>
        <w:t>f 15531/2236/2188 15532/2239/2191 15530/2237/2189</w:t>
        <w:br/>
        <w:t>f 15529/2238/2190 15533/2240/2192 15531/2236/2188</w:t>
        <w:br/>
        <w:t>f 15526/2233/2185 15527/2234/2186 15534/2241/2193</w:t>
        <w:br/>
        <w:t>f 15535/2242/2194 15531/2236/2188 15533/2240/2192</w:t>
        <w:br/>
        <w:t>f 15536/2243/2195 15527/2234/2186 15528/2235/2187</w:t>
        <w:br/>
        <w:t>f 15534/2241/2193 15527/2234/2186 15536/2243/2195</w:t>
        <w:br/>
        <w:t>f 15528/2235/2187 15537/2244/2196 15536/2243/2195</w:t>
        <w:br/>
        <w:t>f 15533/2240/2192 15538/2245/2197 15535/2242/2194</w:t>
        <w:br/>
        <w:t>f 15536/2243/2195 15539/2246/2198 15534/2241/2193</w:t>
        <w:br/>
        <w:t>f 15535/2242/2194 15538/2245/2197 15540/2247/2199</w:t>
        <w:br/>
        <w:t>f 15538/2245/2197 15541/2248/2200 15540/2247/2199</w:t>
        <w:br/>
        <w:t>f 15537/2244/2196 15542/2249/2201 15536/2243/2195</w:t>
        <w:br/>
        <w:t>f 15542/2249/2201 15539/2246/2198 15536/2243/2195</w:t>
        <w:br/>
        <w:t>f 15537/2244/2196 15543/2250/2202 15542/2249/2201</w:t>
        <w:br/>
        <w:t>f 15541/2248/2200 15538/2245/2197 15544/2251/2203</w:t>
        <w:br/>
        <w:t>f 15539/2246/2198 15542/2249/2201 15545/2252/2204</w:t>
        <w:br/>
        <w:t>f 15546/2253/2205 15541/2248/2200 15544/2251/2203</w:t>
        <w:br/>
        <w:t>f 15542/2249/2201 15543/2250/2202 15547/2254/2206</w:t>
        <w:br/>
        <w:t>f 15547/2254/2206 15545/2252/2204 15542/2249/2201</w:t>
        <w:br/>
        <w:t>f 15543/2250/2202 15548/2255/2207 15547/2254/2206</w:t>
        <w:br/>
        <w:t>f 15544/2251/2203 15549/2256/2208 15546/2253/2205</w:t>
        <w:br/>
        <w:t>f 15545/2252/2204 15547/2254/2206 15550/2257/2209</w:t>
        <w:br/>
        <w:t>f 15551/2258/2210 15546/2253/2205 15549/2256/2208</w:t>
        <w:br/>
        <w:t>f 15547/2254/2206 15548/2255/2207 15552/2259/2211</w:t>
        <w:br/>
        <w:t>f 15547/2254/2206 15552/2259/2211 15550/2257/2209</w:t>
        <w:br/>
        <w:t>f 15553/2260/2212 15552/2259/2211 15548/2255/2207</w:t>
        <w:br/>
        <w:t>f 15549/2256/2208 15554/2261/2213 15551/2258/2210</w:t>
        <w:br/>
        <w:t>f 15550/2257/2209 15552/2259/2211 15555/2262/2214</w:t>
        <w:br/>
        <w:t>f 15554/2261/2213 15556/2263/2215 15551/2258/2210</w:t>
        <w:br/>
        <w:t>f 15552/2259/2211 15553/2260/2212 15557/2264/2216</w:t>
        <w:br/>
        <w:t>f 15552/2259/2211 15557/2264/2216 15555/2262/2214</w:t>
        <w:br/>
        <w:t>f 15556/2263/2215 15554/2261/2213 15558/2265/2217</w:t>
        <w:br/>
        <w:t>f 15555/2262/2214 15557/2264/2216 15559/2266/2218</w:t>
        <w:br/>
        <w:t>f 15558/2265/2217 15560/2267/2219 15556/2263/2215</w:t>
        <w:br/>
        <w:t>f 15561/2268/2220 15557/2264/2216 15553/2260/2212</w:t>
        <w:br/>
        <w:t>f 15561/2268/2220 15559/2266/2218 15557/2264/2216</w:t>
        <w:br/>
        <w:t>f 15553/2260/2212 15562/2269/2221 15561/2268/2220</w:t>
        <w:br/>
        <w:t>f 15560/2267/2219 15558/2265/2217 15563/2270/2222</w:t>
        <w:br/>
        <w:t>f 15559/2266/2218 15561/2268/2220 15564/2271/2223</w:t>
        <w:br/>
        <w:t>f 15563/2270/2222 15565/2272/2224 15560/2267/2219</w:t>
        <w:br/>
        <w:t>f 15566/2273/2225 15561/2268/2220 15562/2269/2221</w:t>
        <w:br/>
        <w:t>f 15566/2273/2225 15564/2271/2223 15561/2268/2220</w:t>
        <w:br/>
        <w:t>f 15562/2269/2221 15567/2274/2226 15566/2273/2225</w:t>
        <w:br/>
        <w:t>f 15565/2272/2224 15563/2270/2222 15568/2275/2227</w:t>
        <w:br/>
        <w:t>f 15564/2271/2223 15566/2273/2225 15569/2276/2228</w:t>
        <w:br/>
        <w:t>f 15568/2275/2227 15570/2277/2229 15565/2272/2224</w:t>
        <w:br/>
        <w:t>f 15571/2278/2230 15566/2273/2225 15567/2274/2226</w:t>
        <w:br/>
        <w:t>f 15571/2278/2230 15569/2276/2228 15566/2273/2225</w:t>
        <w:br/>
        <w:t>f 15567/2274/2226 15572/2279/2231 15571/2278/2230</w:t>
        <w:br/>
        <w:t>f 15570/2277/2229 15568/2275/2227 15573/2280/2232</w:t>
        <w:br/>
        <w:t>f 15569/2276/2228 15571/2278/2230 15574/2281/2233</w:t>
        <w:br/>
        <w:t>f 15575/2282/2234 15570/2277/2229 15573/2280/2232</w:t>
        <w:br/>
        <w:t>f 15576/2283/2235 15571/2278/2230 15572/2279/2231</w:t>
        <w:br/>
        <w:t>f 15572/2279/2231 15577/2284/2236 15576/2283/2235</w:t>
        <w:br/>
        <w:t>f 15574/2281/2233 15571/2278/2230 15578/2285/2237</w:t>
        <w:br/>
        <w:t>f 15575/2282/2234 15573/2280/2232 15579/2286/2238</w:t>
        <w:br/>
        <w:t>f 15571/2278/2230 15580/2287/2239 15578/2285/2237</w:t>
        <w:br/>
        <w:t>f 15581/2288/2240 15575/2282/2234 15579/2286/2238</w:t>
        <w:br/>
        <w:t>f 15579/2286/2238 15582/2289/2241 15581/2288/2240</w:t>
        <w:br/>
        <w:t>f 15578/2285/2237 15580/2287/2239 15583/2290/2242</w:t>
        <w:br/>
        <w:t>f 15577/2284/2236 15584/2291/2243 15576/2283/2235</w:t>
        <w:br/>
        <w:t>f 15585/2292/2244 15583/2290/2242 15580/2287/2239</w:t>
        <w:br/>
        <w:t>f 15577/2284/2236 15586/2293/2245 15584/2291/2243</w:t>
        <w:br/>
        <w:t>f 15583/2290/2242 15585/2292/2244 15587/2294/2246</w:t>
        <w:br/>
        <w:t>f 15588/2295/2247 15587/2294/2246 15585/2292/2244</w:t>
        <w:br/>
        <w:t>f 15591/2296/2248 15590/2297/2249 15589/2298/2248</w:t>
        <w:br/>
        <w:t>f 15589/2298/2248 15592/2299/2250 15591/2296/2248</w:t>
        <w:br/>
        <w:t>f 15595/2300/2251 15594/2301/2252 15593/2302/2253</w:t>
        <w:br/>
        <w:t>f 15598/2303/2254 15597/2304/2255 15596/2305/2256</w:t>
        <w:br/>
        <w:t>f 15598/2303/2254 15599/2306/2257 15597/2304/2255</w:t>
        <w:br/>
        <w:t>f 15602/2307/2258 15601/2308/2259 15600/2309/2258</w:t>
        <w:br/>
        <w:t>f 15594/2301/2252 15595/2300/2251 15603/2310/2260</w:t>
        <w:br/>
        <w:t>f 15603/2310/2261 15599/2306/2257 15598/2303/2254</w:t>
        <w:br/>
        <w:t>f 15602/2307/2258 15600/2309/2258 15604/2311/2262</w:t>
        <w:br/>
        <w:t>f 15607/2312/2263 15606/2313/2264 15605/2314/2265</w:t>
        <w:br/>
        <w:t>f 15608/2315/2266 15599/2306/2257 15603/2310/2261</w:t>
        <w:br/>
        <w:t>f 15611/2316/2267 15610/2317/2268 15609/2318/2267</w:t>
        <w:br/>
        <w:t>f 15613/2319/2269 15595/2300/2270 15612/2320/2271</w:t>
        <w:br/>
        <w:t>f 15603/2310/2261 15614/2321/2272 15608/2315/2266</w:t>
        <w:br/>
        <w:t>f 15615/2322/2273 15612/2320/2271 15595/2300/2270</w:t>
        <w:br/>
        <w:t>f 15614/2321/2272 15616/2323/2274 15608/2315/2266</w:t>
        <w:br/>
        <w:t>f 15619/2324/2275 15618/2325/2276 15617/2326/2276</w:t>
        <w:br/>
        <w:t>f 15620/2327/2277 15617/2326/2276 15618/2325/2276</w:t>
        <w:br/>
        <w:t>f 15610/2317/2268 15608/2315/2278 15621/2328/2279</w:t>
        <w:br/>
        <w:t>f 15624/2329/2280 15623/2330/2281 15622/2331/2282</w:t>
        <w:br/>
        <w:t>f 15607/2312/2263 15623/2330/2281 15625/2332/2283</w:t>
        <w:br/>
        <w:t>f 15626/2333/2284 15623/2330/2281 15624/2329/2280</w:t>
        <w:br/>
        <w:t>f 15623/2330/2281 15626/2333/2284 15625/2332/2283</w:t>
        <w:br/>
        <w:t>f 15629/2334/2285 15628/2335/2286 15627/2336/2287</w:t>
        <w:br/>
        <w:t>f 15629/2334/2285 15630/2337/2288 15628/2335/2286</w:t>
        <w:br/>
        <w:t>f 15633/2338/2289 15632/2339/2290 15631/2340/2291</w:t>
        <w:br/>
        <w:t>f 15632/2339/2290 15633/2338/2289 15634/2341/2292</w:t>
        <w:br/>
        <w:t>f 15635/2342/2293 15632/2339/2290 15634/2341/2292</w:t>
        <w:br/>
        <w:t>f 15638/2343/2294 15637/2344/2295 15636/2345/2296</w:t>
        <w:br/>
        <w:t>f 15641/2346/2297 15640/2347/2298 15639/2348/2299</w:t>
        <w:br/>
        <w:t>f 15639/2348/2299 15640/2347/2298 15642/2349/2300</w:t>
        <w:br/>
        <w:t>f 15636/2345/2296 15637/2344/2295 15643/2350/2301</w:t>
        <w:br/>
        <w:t>f 15641/2346/2297 15639/2348/2299 15644/2351/2302</w:t>
        <w:br/>
        <w:t>f 15647/2352/2303 15646/2353/2303 15645/2354/2304</w:t>
        <w:br/>
        <w:t>f 15648/2355/2305 15644/2351/2302 15639/2348/2299</w:t>
        <w:br/>
        <w:t>f 15646/2353/2303 15647/2352/2303 15649/2356/2306</w:t>
        <w:br/>
        <w:t>f 15625/2332/2283 15650/2357/2307 15607/2312/2263</w:t>
        <w:br/>
        <w:t>f 15644/2351/2302 15648/2355/2305 15651/2358/2308</w:t>
        <w:br/>
        <w:t>f 15650/2357/2307 15652/2359/2309 15607/2312/2263</w:t>
        <w:br/>
        <w:t>f 15648/2355/2305 15653/2360/2310 15651/2358/2308</w:t>
        <w:br/>
        <w:t>f 15607/2312/2263 15652/2359/2309 15606/2313/2264</w:t>
        <w:br/>
        <w:t>f 15656/2361/2311 15655/2362/2312 15654/2363/2311</w:t>
        <w:br/>
        <w:t>f 15654/2363/2311 15657/2364/2313 15656/2361/2311</w:t>
        <w:br/>
        <w:t>f 15658/2365/2314 15653/2360/2310 15648/2355/2305</w:t>
        <w:br/>
        <w:t>f 15659/2366/2315 15658/2365/2314 15648/2355/2305</w:t>
        <w:br/>
        <w:t>f 15662/2367/2316 15661/2368/2317 15660/2369/2318</w:t>
        <w:br/>
        <w:t>f 15665/2370/2319 15664/2371/2320 15663/2372/2321</w:t>
        <w:br/>
        <w:t>f 15666/2373/2322 15662/2367/2316 15660/2369/2318</w:t>
        <w:br/>
        <w:t>f 15667/2374/2323 15665/2370/2319 15663/2372/2321</w:t>
        <w:br/>
        <w:t>f 15665/2370/2319 15667/2374/2323 15668/2375/2324</w:t>
        <w:br/>
        <w:t>f 15671/2376/2325 15670/2377/2326 15669/2378/2327</w:t>
        <w:br/>
        <w:t>f 15672/2379/2328 15671/2376/2325 15669/2378/2327</w:t>
        <w:br/>
        <w:t>f 15672/2379/2328 15669/2378/2327 15673/2380/2329</w:t>
        <w:br/>
        <w:t>f 15676/2381/2330 15675/2382/2331 15674/2383/2332</w:t>
        <w:br/>
        <w:t>f 15677/2384/2333 15672/2379/2328 15673/2380/2329</w:t>
        <w:br/>
        <w:t>f 15678/2385/2334 15676/2381/2330 15674/2383/2332</w:t>
        <w:br/>
        <w:t>f 15679/2386/2335 15677/2384/2333 15673/2380/2329</w:t>
        <w:br/>
        <w:t>f 15673/2380/2329 15680/2387/2336 15679/2386/2335</w:t>
        <w:br/>
        <w:t>f 15676/2381/2330 15678/2385/2334 15681/2388/2337</w:t>
        <w:br/>
        <w:t>f 15681/2388/2337 15678/2385/2334 15682/2389/2338</w:t>
        <w:br/>
        <w:t>f 15683/2390/2339 15681/2388/2337 15682/2389/2338</w:t>
        <w:br/>
        <w:t>f 15684/2391/2340 15679/2386/2335 15680/2387/2336</w:t>
        <w:br/>
        <w:t>f 15682/2389/2338 15685/2392/2341 15683/2390/2339</w:t>
        <w:br/>
        <w:t>f 15684/2391/2340 15680/2387/2336 15686/2393/2342</w:t>
        <w:br/>
        <w:t>f 15683/2390/2339 15685/2392/2341 15687/2394/2343</w:t>
        <w:br/>
        <w:t>f 15688/2395/2344 15684/2391/2340 15686/2393/2342</w:t>
        <w:br/>
        <w:t>f 15689/2396/2345 15687/2394/2343 15685/2392/2341</w:t>
        <w:br/>
        <w:t>f 15688/2395/2344 15686/2393/2342 15690/2397/2346</w:t>
        <w:br/>
        <w:t>f 15687/2394/2343 15689/2396/2345 15691/2398/2347</w:t>
        <w:br/>
        <w:t>f 15692/2399/2348 15688/2395/2344 15690/2397/2346</w:t>
        <w:br/>
        <w:t>f 15689/2396/2345 15693/2400/2349 15691/2398/2347</w:t>
        <w:br/>
        <w:t>f 15688/2395/2344 15692/2399/2348 15694/2401/2350</w:t>
        <w:br/>
        <w:t>f 15689/2396/2345 15695/2402/2351 15693/2400/2349</w:t>
        <w:br/>
        <w:t>f 15696/2403/2352 15694/2401/2350 15692/2399/2348</w:t>
        <w:br/>
        <w:t>f 15695/2402/2351 15697/2404/2353 15693/2400/2349</w:t>
        <w:br/>
        <w:t>f 15697/2404/2353 15695/2402/2351 15698/2405/2354</w:t>
        <w:br/>
        <w:t>f 15694/2401/2350 15696/2403/2352 15699/2406/2355</w:t>
        <w:br/>
        <w:t>f 15698/2405/2354 15700/2407/2356 15697/2404/2353</w:t>
        <w:br/>
        <w:t>f 15696/2403/2352 15701/2408/2357 15699/2406/2355</w:t>
        <w:br/>
        <w:t>f 15700/2407/2356 15698/2405/2354 15702/2409/2330</w:t>
        <w:br/>
        <w:t>f 15701/2408/2357 15696/2403/2352 15703/2410/2358</w:t>
        <w:br/>
        <w:t>f 15704/2411/2359 15700/2407/2356 15702/2409/2330</w:t>
        <w:br/>
        <w:t>f 15703/2410/2358 15705/2412/2360 15701/2408/2357</w:t>
        <w:br/>
        <w:t>f 15705/2412/2360 15703/2410/2358 15706/2413/2360</w:t>
        <w:br/>
        <w:t>f 15707/2414/2359 15700/2407/2356 15704/2411/2359</w:t>
        <w:br/>
        <w:t>f 15710/2415/2361 15709/2416/2362 15708/2417/2363</w:t>
        <w:br/>
        <w:t>f 15709/2416/2362 15710/2415/2361 15711/2418/2361</w:t>
        <w:br/>
        <w:t>f 15712/2419/2364 15708/2417/2363 15709/2416/2362</w:t>
        <w:br/>
        <w:t>f 15713/2420/2365 15700/2407/2356 15707/2414/2359</w:t>
        <w:br/>
        <w:t>f 15708/2417/2363 15712/2419/2364 15714/2421/2366</w:t>
        <w:br/>
        <w:t>f 15700/2407/2356 15713/2420/2365 15676/2381/2330</w:t>
        <w:br/>
        <w:t>f 15676/2381/2330 15713/2420/2365 15675/2382/2331</w:t>
        <w:br/>
        <w:t>f 15715/2422/2367 15714/2421/2366 15712/2419/2364</w:t>
        <w:br/>
        <w:t>f 15714/2421/2366 15715/2422/2367 15716/2423/2368</w:t>
        <w:br/>
        <w:t>f 15719/2424/2369 15718/2425/2370 15717/2426/2371</w:t>
        <w:br/>
        <w:t>f 15718/2425/2370 15719/2424/2369 15720/2427/2372</w:t>
        <w:br/>
        <w:t>f 15719/2424/2369 15721/2428/2373 15720/2427/2372</w:t>
        <w:br/>
        <w:t>f 15721/2428/2373 15719/2424/2369 15722/2429/2374</w:t>
        <w:br/>
        <w:t>f 15723/2430/2375 15721/2428/2373 15722/2429/2374</w:t>
        <w:br/>
        <w:t>f 15724/2431/2376 15718/2425/2370 15720/2427/2372</w:t>
        <w:br/>
        <w:t>f 15724/2431/2376 15720/2427/2372 15725/2432/2377</w:t>
        <w:br/>
        <w:t>f 15721/2428/2373 15723/2430/2375 15726/2433/2378</w:t>
        <w:br/>
        <w:t>f 15727/2434/2379 15726/2433/2378 15723/2430/2375</w:t>
        <w:br/>
        <w:t>f 15718/2425/2370 15724/2431/2376 15728/2435/2380</w:t>
        <w:br/>
        <w:t>f 15731/2436/2381 15730/2437/2382 15729/2438/2383</w:t>
        <w:br/>
        <w:t>f 15730/2437/2382 15731/2436/2381 15732/2439/2384</w:t>
        <w:br/>
        <w:t>f 15725/2432/2377 15733/2440/2385 15724/2431/2376</w:t>
        <w:br/>
        <w:t>f 15733/2440/2385 15725/2432/2377 15734/2441/2386</w:t>
        <w:br/>
        <w:t>f 15729/2438/2383 15735/2442/2387 15731/2436/2381</w:t>
        <w:br/>
        <w:t>f 15735/2442/2387 15729/2438/2383 15736/2443/2388</w:t>
        <w:br/>
        <w:t>f 15739/2444/2389 15738/2445/2390 15737/2446/2391</w:t>
        <w:br/>
        <w:t>f 15740/2447/2392 15739/2444/2389 15737/2446/2391</w:t>
        <w:br/>
        <w:t>f 15737/2446/2391 15741/2448/2393 15740/2447/2392</w:t>
        <w:br/>
        <w:t>f 15736/2443/2388 15742/2449/2394 15735/2442/2387</w:t>
        <w:br/>
        <w:t>f 15741/2448/2393 15737/2446/2391 15743/2450/2395</w:t>
        <w:br/>
        <w:t>f 15744/2451/2396 15737/2446/2391 15738/2445/2390</w:t>
        <w:br/>
        <w:t>f 15744/2451/2396 15743/2450/2395 15737/2446/2391</w:t>
        <w:br/>
        <w:t>f 15745/2452/2397 15744/2451/2396 15738/2445/2390</w:t>
        <w:br/>
        <w:t>f 15743/2450/2395 15746/2453/2398 15741/2448/2393</w:t>
        <w:br/>
        <w:t>f 15747/2454/2399 15741/2448/2393 15746/2453/2398</w:t>
        <w:br/>
        <w:t>f 15743/2450/2395 15744/2451/2396 15748/2455/2400</w:t>
        <w:br/>
        <w:t>f 15748/2455/2400 15746/2453/2398 15743/2450/2395</w:t>
        <w:br/>
        <w:t>f 15744/2451/2396 15745/2452/2397 15749/2456/2401</w:t>
        <w:br/>
        <w:t>f 15749/2456/2401 15748/2455/2400 15744/2451/2396</w:t>
        <w:br/>
        <w:t>f 15742/2449/2394 15736/2443/2388 15750/2457/2402</w:t>
        <w:br/>
        <w:t>f 15734/2441/2386 15751/2458/2403 15733/2440/2385</w:t>
        <w:br/>
        <w:t>f 15752/2459/2404 15749/2456/2401 15745/2452/2397</w:t>
        <w:br/>
        <w:t>f 15750/2457/2402 15753/2460/2405 15742/2449/2394</w:t>
        <w:br/>
        <w:t>f 15751/2458/2403 15734/2441/2386 15754/2461/2406</w:t>
        <w:br/>
        <w:t>f 15726/2433/2378 15727/2434/2379 15755/2462/2407</w:t>
        <w:br/>
        <w:t>f 15756/2463/2408 15755/2462/2407 15727/2434/2379</w:t>
        <w:br/>
        <w:t>f 15754/2461/2406 15757/2464/2409 15751/2458/2403</w:t>
        <w:br/>
        <w:t>f 15753/2460/2405 15750/2457/2402 15758/2465/2410</w:t>
        <w:br/>
        <w:t>f 15755/2462/2407 15756/2463/2408 15759/2466/2411</w:t>
        <w:br/>
        <w:t>f 15760/2467/2412 15757/2464/2409 15754/2461/2406</w:t>
        <w:br/>
        <w:t>f 15761/2468/2413 15759/2466/2411 15756/2463/2408</w:t>
        <w:br/>
        <w:t>f 15758/2465/2410 15762/2469/2414 15753/2460/2405</w:t>
        <w:br/>
        <w:t>f 15757/2464/2409 15760/2467/2412 15763/2470/2415</w:t>
        <w:br/>
        <w:t>f 15762/2469/2414 15758/2465/2410 15764/2471/2416</w:t>
        <w:br/>
        <w:t>f 15759/2466/2411 15761/2468/2413 15765/2472/2417</w:t>
        <w:br/>
        <w:t>f 15766/2473/2418 15763/2470/2415 15760/2467/2412</w:t>
        <w:br/>
        <w:t>f 15761/2468/2413 15767/2474/2419 15765/2472/2417</w:t>
        <w:br/>
        <w:t>f 15767/2474/2419 15761/2468/2413 15768/2475/2420</w:t>
        <w:br/>
        <w:t>f 15763/2470/2415 15766/2473/2418 15769/2476/2421</w:t>
        <w:br/>
        <w:t>f 15768/2475/2420 15770/2477/2422 15767/2474/2419</w:t>
        <w:br/>
        <w:t>f 15768/2475/2420 15771/2478/2423 15770/2477/2422</w:t>
        <w:br/>
        <w:t>f 15765/2472/2417 15767/2474/2419 15772/2479/2424</w:t>
        <w:br/>
        <w:t>f 15772/2479/2424 15769/2476/2421 15766/2473/2418</w:t>
        <w:br/>
        <w:t>f 15775/2480/2425 15774/2481/2426 15773/2482/2427</w:t>
        <w:br/>
        <w:t>f 15775/2480/2425 15776/2483/2428 15774/2481/2426</w:t>
        <w:br/>
        <w:t>f 15771/2478/2423 15777/2484/2429 15770/2477/2422</w:t>
        <w:br/>
        <w:t>f 15777/2484/2429 15771/2478/2423 15778/2485/2430</w:t>
        <w:br/>
        <w:t>f 15778/2485/2430 15779/2486/2431 15777/2484/2429</w:t>
        <w:br/>
        <w:t>f 15777/2484/2429 15779/2486/2431 15780/2487/2432</w:t>
        <w:br/>
        <w:t>f 15782/2488/2433 15781/2489/2434 15773/2482/2427</w:t>
        <w:br/>
        <w:t>f 15781/2489/2434 15775/2480/2425 15773/2482/2427</w:t>
        <w:br/>
        <w:t>f 15784/2490/2435 15782/2488/2433 15783/2491/2436</w:t>
        <w:br/>
        <w:t>f 15781/2489/2434 15782/2488/2433 15784/2490/2435</w:t>
        <w:br/>
        <w:t>f 15785/2492/2437 15784/2490/2435 15783/2491/2436</w:t>
        <w:br/>
        <w:t>f 15788/2493/2438 15787/2494/2439 15786/2495/2440</w:t>
        <w:br/>
        <w:t>f 15787/2494/2439 15789/2496/2441 15786/2495/2440</w:t>
        <w:br/>
        <w:t>f 15791/2497/2442 15790/2498/2443 15789/2496/2441</w:t>
        <w:br/>
        <w:t>f 15790/2498/2443 15786/2495/2440 15789/2496/2441</w:t>
        <w:br/>
        <w:t>f 15790/2498/2443 15791/2497/2442 15792/2499/2444</w:t>
        <w:br/>
        <w:t>f 15786/2495/2440 15793/2500/2445 15788/2493/2438</w:t>
        <w:br/>
        <w:t>f 15776/2483/2428 15775/2480/2425 15794/2501/2446</w:t>
        <w:br/>
        <w:t>f 15797/2502/2447 15796/2503/2448 15795/2504/2449</w:t>
        <w:br/>
        <w:t>f 15798/2505/2450 15797/2502/2447 15795/2504/2449</w:t>
        <w:br/>
        <w:t>f 15801/2506/2451 15800/2507/2452 15799/2508/2453</w:t>
        <w:br/>
        <w:t>f 15796/2503/2448 15803/2509/2454 15802/2510/2455</w:t>
        <w:br/>
        <w:t>f 15803/2509/2454 15796/2503/2448 15797/2502/2447</w:t>
        <w:br/>
        <w:t>f 15794/2501/2446 15802/2510/2455 15804/2511/2456</w:t>
        <w:br/>
        <w:t>f 15803/2509/2454 15804/2511/2456 15802/2510/2455</w:t>
        <w:br/>
        <w:t>f 15805/2512/2457 15772/2479/2424 15794/2501/2446</w:t>
        <w:br/>
        <w:t>f 15805/2512/2457 15794/2501/2446 15804/2511/2456</w:t>
        <w:br/>
        <w:t>f 15769/2476/2421 15772/2479/2424 15805/2512/2457</w:t>
        <w:br/>
        <w:t>f 15803/2509/2454 15806/2513/2458 15804/2511/2456</w:t>
        <w:br/>
        <w:t>f 15805/2512/2457 15804/2511/2456 15806/2513/2458</w:t>
        <w:br/>
        <w:t>f 15803/2509/2454 15801/2506/2451 15807/2514/2459</w:t>
        <w:br/>
        <w:t>f 15799/2508/2453 15807/2514/2459 15801/2506/2451</w:t>
        <w:br/>
        <w:t>f 15806/2513/2458 15803/2509/2454 15808/2515/2460</w:t>
        <w:br/>
        <w:t>f 15807/2514/2459 15808/2515/2460 15803/2509/2454</w:t>
        <w:br/>
        <w:t>f 15805/2512/2457 15806/2513/2458 15809/2516/2461</w:t>
        <w:br/>
        <w:t>f 15808/2515/2460 15809/2516/2461 15806/2513/2458</w:t>
        <w:br/>
        <w:t>f 15812/2517/2462 15811/2518/2463 15810/2519/2464</w:t>
        <w:br/>
        <w:t>f 15813/2520/2465 15810/2519/2464 15811/2518/2463</w:t>
        <w:br/>
        <w:t>f 15764/2471/2416 15812/2517/2462 15810/2519/2464</w:t>
        <w:br/>
        <w:t>f 15810/2519/2464 15762/2469/2414 15764/2471/2416</w:t>
        <w:br/>
        <w:t>f 15809/2516/2461 15808/2515/2460 15814/2521/2466</w:t>
        <w:br/>
        <w:t>f 15808/2515/2460 15807/2514/2459 15814/2521/2466</w:t>
        <w:br/>
        <w:t>f 15816/2522/2467 15815/2523/2468 15807/2514/2459</w:t>
        <w:br/>
        <w:t>f 15815/2523/2468 15814/2521/2466 15807/2514/2459</w:t>
        <w:br/>
        <w:t>f 15815/2523/2468 15816/2522/2467 15817/2524/2469</w:t>
        <w:br/>
        <w:t>f 15820/2525/2470 15819/2526/2471 15818/2527/2472</w:t>
        <w:br/>
        <w:t>f 15821/2528/2473 15820/2525/2470 15818/2527/2472</w:t>
        <w:br/>
        <w:t>f 15817/2524/2469 15822/2529/2474 15815/2523/2468</w:t>
        <w:br/>
        <w:t>f 15820/2525/2470 15815/2523/2468 15822/2529/2474</w:t>
        <w:br/>
        <w:t>f 15822/2529/2474 15817/2524/2469 15823/2530/2475</w:t>
        <w:br/>
        <w:t>f 15809/2516/2476 15820/2525/2470 15824/2531/2477</w:t>
        <w:br/>
        <w:t>f 15825/2532/2478 15809/2516/2476 15824/2531/2477</w:t>
        <w:br/>
        <w:t>f 15823/2530/2475 15826/2533/2479 15822/2529/2474</w:t>
        <w:br/>
        <w:t>f 15826/2533/2479 15823/2530/2475 15827/2534/2480</w:t>
        <w:br/>
        <w:t>f 15822/2529/2474 15829/2535/2481 15828/2536/2482</w:t>
        <w:br/>
        <w:t>f 15829/2535/2481 15822/2529/2474 15826/2533/2479</w:t>
        <w:br/>
        <w:t>f 15827/2534/2480 15830/2537/2483 15826/2533/2479</w:t>
        <w:br/>
        <w:t>f 15830/2537/2483 15827/2534/2480 15831/2538/2484</w:t>
        <w:br/>
        <w:t>f 15826/2533/2479 15832/2539/2485 15829/2535/2481</w:t>
        <w:br/>
        <w:t>f 15832/2539/2485 15826/2533/2479 15830/2537/2483</w:t>
        <w:br/>
        <w:t>f 15829/2535/2481 15833/2540/2486 15828/2536/2482</w:t>
        <w:br/>
        <w:t>f 15833/2540/2486 15829/2535/2481 15832/2539/2485</w:t>
        <w:br/>
        <w:t>f 15834/2541/2487 15828/2536/2482 15833/2540/2486</w:t>
        <w:br/>
        <w:t>f 15835/2542/2488 15832/2539/2485 15830/2537/2483</w:t>
        <w:br/>
        <w:t>f 15833/2540/2486 15832/2539/2485 15835/2542/2488</w:t>
        <w:br/>
        <w:t>f 15836/2543/2489 15830/2537/2483 15831/2538/2484</w:t>
        <w:br/>
        <w:t>f 15835/2542/2488 15830/2537/2483 15836/2543/2489</w:t>
        <w:br/>
        <w:t>f 15831/2538/2484 15837/2544/2490 15836/2543/2489</w:t>
        <w:br/>
        <w:t>f 15836/2543/2489 15837/2544/2490 15838/2545/2491</w:t>
        <w:br/>
        <w:t>f 15839/2546/2492 15834/2541/2487 15833/2540/2486</w:t>
        <w:br/>
        <w:t>f 15825/2532/2478 15824/2531/2477 15839/2546/2492</w:t>
        <w:br/>
        <w:t>f 15838/2545/2491 15840/2547/2493 15836/2543/2489</w:t>
        <w:br/>
        <w:t>f 15841/2548/2494 15840/2547/2493 15838/2545/2491</w:t>
        <w:br/>
        <w:t>f 15842/2549/2495 15825/2532/2478 15839/2546/2492</w:t>
        <w:br/>
        <w:t>f 15825/2532/2478 15842/2549/2495 15843/2550/2496</w:t>
        <w:br/>
        <w:t>f 15842/2549/2495 15752/2459/2404 15843/2550/2496</w:t>
        <w:br/>
        <w:t>f 15844/2551/2497 15839/2546/2492 15833/2540/2486</w:t>
        <w:br/>
        <w:t>f 15842/2549/2495 15839/2546/2492 15844/2551/2497</w:t>
        <w:br/>
        <w:t>f 15845/2552/2498 15752/2459/2404 15842/2549/2495</w:t>
        <w:br/>
        <w:t>f 15749/2456/2401 15752/2459/2404 15845/2552/2498</w:t>
        <w:br/>
        <w:t>f 15844/2551/2497 15833/2540/2486 15846/2553/2499</w:t>
        <w:br/>
        <w:t>f 15833/2540/2486 15835/2542/2488 15846/2553/2499</w:t>
        <w:br/>
        <w:t>f 15845/2552/2498 15847/2554/2500 15749/2456/2401</w:t>
        <w:br/>
        <w:t>f 15748/2455/2400 15749/2456/2401 15847/2554/2500</w:t>
        <w:br/>
        <w:t>f 15835/2542/2488 15848/2555/2501 15846/2553/2499</w:t>
        <w:br/>
        <w:t>f 15846/2553/2499 15848/2555/2501 15844/2551/2497</w:t>
        <w:br/>
        <w:t>f 15849/2556/2502 15748/2455/2400 15847/2554/2500</w:t>
        <w:br/>
        <w:t>f 15849/2556/2502 15746/2453/2398 15748/2455/2400</w:t>
        <w:br/>
        <w:t>f 15847/2554/2500 15845/2552/2498 15850/2557/2503</w:t>
        <w:br/>
        <w:t>f 15849/2556/2502 15847/2554/2500 15850/2557/2503</w:t>
        <w:br/>
        <w:t>f 15845/2552/2498 15842/2549/2495 15850/2557/2503</w:t>
        <w:br/>
        <w:t>f 15851/2558/2504 15850/2557/2503 15842/2549/2495</w:t>
        <w:br/>
        <w:t>f 15844/2551/2497 15851/2558/2504 15842/2549/2495</w:t>
        <w:br/>
        <w:t>f 15852/2559/2505 15850/2557/2503 15851/2558/2504</w:t>
        <w:br/>
        <w:t>f 15844/2551/2497 15852/2559/2505 15851/2558/2504</w:t>
        <w:br/>
        <w:t>f 15853/2560/2506 15849/2556/2502 15850/2557/2503</w:t>
        <w:br/>
        <w:t>f 15852/2559/2505 15853/2560/2506 15850/2557/2503</w:t>
        <w:br/>
        <w:t>f 15852/2559/2505 15844/2551/2497 15854/2561/2507</w:t>
        <w:br/>
        <w:t>f 15848/2555/2501 15854/2561/2507 15844/2551/2497</w:t>
        <w:br/>
        <w:t>f 15855/2562/2508 15853/2560/2506 15852/2559/2505</w:t>
        <w:br/>
        <w:t>f 15856/2563/2509 15852/2559/2505 15854/2561/2507</w:t>
        <w:br/>
        <w:t>f 15852/2559/2505 15856/2563/2509 15855/2562/2508</w:t>
        <w:br/>
        <w:t>f 15857/2564/2510 15854/2561/2507 15848/2555/2501</w:t>
        <w:br/>
        <w:t>f 15854/2561/2507 15857/2564/2510 15856/2563/2509</w:t>
        <w:br/>
        <w:t>f 15848/2555/2501 15835/2542/2488 15858/2565/2511</w:t>
        <w:br/>
        <w:t>f 15858/2565/2511 15857/2564/2510 15848/2555/2501</w:t>
        <w:br/>
        <w:t>f 15836/2543/2489 15858/2565/2511 15835/2542/2488</w:t>
        <w:br/>
        <w:t>f 15858/2565/2511 15836/2543/2489 15840/2547/2493</w:t>
        <w:br/>
        <w:t>f 15859/2566/2512 15857/2564/2510 15858/2565/2511</w:t>
        <w:br/>
        <w:t>f 15840/2547/2493 15859/2566/2512 15858/2565/2511</w:t>
        <w:br/>
        <w:t>f 15860/2567/2513 15856/2563/2509 15857/2564/2510</w:t>
        <w:br/>
        <w:t>f 15859/2566/2512 15860/2567/2513 15857/2564/2510</w:t>
        <w:br/>
        <w:t>f 15861/2568/2514 15859/2566/2512 15840/2547/2493</w:t>
        <w:br/>
        <w:t>f 15841/2548/2494 15861/2568/2514 15840/2547/2493</w:t>
        <w:br/>
        <w:t>f 15856/2563/2509 15860/2567/2513 15862/2569/2515</w:t>
        <w:br/>
        <w:t>f 15862/2569/2515 15855/2562/2508 15856/2563/2509</w:t>
        <w:br/>
        <w:t>f 15861/2568/2514 15841/2548/2494 15863/2570/2516</w:t>
        <w:br/>
        <w:t>f 15855/2562/2508 15862/2569/2515 15864/2571/2517</w:t>
        <w:br/>
        <w:t>f 15865/2572/2518 15861/2568/2514 15863/2570/2516</w:t>
        <w:br/>
        <w:t>f 15861/2568/2514 15865/2572/2518 15859/2566/2512</w:t>
        <w:br/>
        <w:t>f 15841/2548/2494 15866/2573/2519 15863/2570/2516</w:t>
        <w:br/>
        <w:t>f 15866/2573/2519 15865/2572/2518 15863/2570/2516</w:t>
        <w:br/>
        <w:t>f 15866/2573/2519 15841/2548/2494 15867/2574/2520</w:t>
        <w:br/>
        <w:t>f 15870/2575/2521 15869/2576/2522 15868/2577/2522</w:t>
        <w:br/>
        <w:t>f 15866/2573/2519 15867/2574/2520 15870/2575/2523</w:t>
        <w:br/>
        <w:t>f 15870/2575/2523 15871/2578/2524 15866/2573/2519</w:t>
        <w:br/>
        <w:t>f 15872/2579/2525 15871/2578/2524 15870/2575/2523</w:t>
        <w:br/>
        <w:t>f 15871/2578/2524 15873/2580/2526 15866/2573/2519</w:t>
        <w:br/>
        <w:t>f 15873/2580/2526 15865/2572/2518 15866/2573/2519</w:t>
        <w:br/>
        <w:t>f 15872/2579/2525 15874/2581/2527 15871/2578/2524</w:t>
        <w:br/>
        <w:t>f 15871/2578/2524 15874/2581/2527 15873/2580/2526</w:t>
        <w:br/>
        <w:t>f 15874/2581/2527 15872/2579/2525 15875/2582/2528</w:t>
        <w:br/>
        <w:t>f 15874/2581/2527 15875/2582/2528 15876/2583/2529</w:t>
        <w:br/>
        <w:t>f 15877/2584/2530 15865/2572/2518 15873/2580/2526</w:t>
        <w:br/>
        <w:t>f 15874/2581/2527 15878/2585/2531 15873/2580/2526</w:t>
        <w:br/>
        <w:t>f 15878/2585/2531 15877/2584/2530 15873/2580/2526</w:t>
        <w:br/>
        <w:t>f 15879/2586/2532 15874/2581/2527 15876/2583/2529</w:t>
        <w:br/>
        <w:t>f 15879/2586/2532 15876/2583/2529 15880/2587/2533</w:t>
        <w:br/>
        <w:t>f 15881/2588/2534 15879/2586/2532 15880/2587/2533</w:t>
        <w:br/>
        <w:t>f 15879/2586/2532 15881/2588/2534 15882/2589/2535</w:t>
        <w:br/>
        <w:t>f 15878/2585/2531 15874/2581/2527 15883/2590/2536</w:t>
        <w:br/>
        <w:t>f 15874/2581/2527 15879/2586/2532 15883/2590/2536</w:t>
        <w:br/>
        <w:t>f 15883/2590/2536 15877/2584/2530 15878/2585/2531</w:t>
        <w:br/>
        <w:t>f 15879/2586/2532 15882/2589/2535 15884/2591/2537</w:t>
        <w:br/>
        <w:t>f 15879/2586/2532 15884/2591/2537 15883/2590/2536</w:t>
        <w:br/>
        <w:t>f 15882/2589/2535 15885/2592/2538 15884/2591/2537</w:t>
        <w:br/>
        <w:t>f 15884/2591/2537 15886/2593/2539 15883/2590/2536</w:t>
        <w:br/>
        <w:t>f 15883/2590/2536 15886/2593/2539 15877/2584/2530</w:t>
        <w:br/>
        <w:t>f 15885/2592/2538 15887/2594/2540 15884/2591/2537</w:t>
        <w:br/>
        <w:t>f 15884/2591/2537 15887/2594/2540 15886/2593/2539</w:t>
        <w:br/>
        <w:t>f 15885/2592/2538 15888/2595/2541 15887/2594/2540</w:t>
        <w:br/>
        <w:t>f 15889/2596/2542 15886/2593/2539 15887/2594/2540</w:t>
        <w:br/>
        <w:t>f 15888/2595/2541 15890/2597/2543 15887/2594/2540</w:t>
        <w:br/>
        <w:t>f 15890/2597/2543 15889/2596/2542 15887/2594/2540</w:t>
        <w:br/>
        <w:t>f 15890/2597/2543 15888/2595/2541 15891/2598/2544</w:t>
        <w:br/>
        <w:t>f 15889/2596/2542 15892/2599/2545 15886/2593/2539</w:t>
        <w:br/>
        <w:t>f 15892/2599/2545 15877/2584/2530 15886/2593/2539</w:t>
        <w:br/>
        <w:t>f 15890/2597/2543 15893/2600/2546 15889/2596/2542</w:t>
        <w:br/>
        <w:t>f 15892/2599/2545 15889/2596/2542 15893/2600/2546</w:t>
        <w:br/>
        <w:t>f 15891/2598/2544 15894/2601/2547 15890/2597/2543</w:t>
        <w:br/>
        <w:t>f 15893/2600/2546 15890/2597/2543 15894/2601/2547</w:t>
        <w:br/>
        <w:t>f 15895/2602/2548 15894/2601/2547 15891/2598/2544</w:t>
        <w:br/>
        <w:t>f 15877/2584/2530 15892/2599/2545 15896/2603/2549</w:t>
        <w:br/>
        <w:t>f 15877/2584/2530 15896/2603/2549 15865/2572/2518</w:t>
        <w:br/>
        <w:t>f 15865/2572/2518 15896/2603/2549 15859/2566/2512</w:t>
        <w:br/>
        <w:t>f 15896/2603/2549 15860/2567/2513 15859/2566/2512</w:t>
        <w:br/>
        <w:t>f 15892/2599/2545 15860/2567/2513 15896/2603/2549</w:t>
        <w:br/>
        <w:t>f 15892/2599/2545 15862/2569/2515 15860/2567/2513</w:t>
        <w:br/>
        <w:t>f 15862/2569/2515 15892/2599/2545 15897/2604/2550</w:t>
        <w:br/>
        <w:t>f 15893/2600/2546 15897/2604/2550 15892/2599/2545</w:t>
        <w:br/>
        <w:t>f 15897/2604/2550 15864/2571/2517 15862/2569/2515</w:t>
        <w:br/>
        <w:t>f 15893/2600/2546 15898/2605/2551 15897/2604/2550</w:t>
        <w:br/>
        <w:t>f 15898/2605/2551 15864/2571/2517 15897/2604/2550</w:t>
        <w:br/>
        <w:t>f 15898/2605/2551 15893/2600/2546 15899/2606/2552</w:t>
        <w:br/>
        <w:t>f 15894/2601/2547 15899/2606/2552 15893/2600/2546</w:t>
        <w:br/>
        <w:t>f 15898/2605/2551 15900/2607/2553 15864/2571/2517</w:t>
        <w:br/>
        <w:t>f 15899/2606/2552 15894/2601/2547 15901/2608/2554</w:t>
        <w:br/>
        <w:t>f 15895/2602/2548 15901/2608/2554 15894/2601/2547</w:t>
        <w:br/>
        <w:t>f 15901/2608/2554 15895/2602/2548 15902/2609/2555</w:t>
        <w:br/>
        <w:t>f 15899/2606/2552 15903/2610/2556 15898/2605/2551</w:t>
        <w:br/>
        <w:t>f 15900/2607/2553 15898/2605/2551 15903/2610/2556</w:t>
        <w:br/>
        <w:t>f 15901/2608/2554 15904/2611/2557 15899/2606/2552</w:t>
        <w:br/>
        <w:t>f 15903/2610/2556 15899/2606/2552 15904/2611/2557</w:t>
        <w:br/>
        <w:t>f 15902/2609/2555 15905/2612/2558 15901/2608/2554</w:t>
        <w:br/>
        <w:t>f 15904/2611/2557 15901/2608/2554 15905/2612/2558</w:t>
        <w:br/>
        <w:t>f 15905/2612/2558 15902/2609/2555 15906/2613/2559</w:t>
        <w:br/>
        <w:t>f 15904/2611/2557 15907/2614/2560 15903/2610/2556</w:t>
        <w:br/>
        <w:t>f 15906/2613/2559 15908/2615/2561 15905/2612/2558</w:t>
        <w:br/>
        <w:t>f 15909/2616/2562 15908/2615/2561 15906/2613/2559</w:t>
        <w:br/>
        <w:t>f 15905/2612/2558 15910/2617/2563 15904/2611/2557</w:t>
        <w:br/>
        <w:t>f 15910/2617/2563 15905/2612/2558 15908/2615/2561</w:t>
        <w:br/>
        <w:t>f 15907/2614/2560 15904/2611/2557 15910/2617/2563</w:t>
        <w:br/>
        <w:t>f 15909/2616/2562 15911/2618/2564 15908/2615/2561</w:t>
        <w:br/>
        <w:t>f 15911/2618/2564 15909/2616/2562 15912/2619/2565</w:t>
        <w:br/>
        <w:t>f 15913/2620/2566 15908/2615/2561 15911/2618/2564</w:t>
        <w:br/>
        <w:t>f 15908/2615/2561 15913/2620/2566 15910/2617/2563</w:t>
        <w:br/>
        <w:t>f 15914/2621/2567 15910/2617/2563 15913/2620/2566</w:t>
        <w:br/>
        <w:t>f 15910/2617/2563 15914/2621/2567 15907/2614/2560</w:t>
        <w:br/>
        <w:t>f 15915/2622/2568 15907/2614/2560 15914/2621/2567</w:t>
        <w:br/>
        <w:t>f 15914/2621/2567 15916/2623/2569 15915/2622/2568</w:t>
        <w:br/>
        <w:t>f 15917/2624/2570 15903/2610/2556 15907/2614/2560</w:t>
        <w:br/>
        <w:t>f 15907/2614/2560 15915/2622/2568 15917/2624/2570</w:t>
        <w:br/>
        <w:t>f 15903/2610/2556 15917/2624/2570 15900/2607/2553</w:t>
        <w:br/>
        <w:t>f 15916/2623/2569 15918/2625/2571 15915/2622/2568</w:t>
        <w:br/>
        <w:t>f 15915/2622/2568 15918/2625/2571 15917/2624/2570</w:t>
        <w:br/>
        <w:t>f 15916/2623/2569 15919/2626/2572 15918/2625/2571</w:t>
        <w:br/>
        <w:t>f 15747/2454/2399 15918/2625/2571 15919/2626/2572</w:t>
        <w:br/>
        <w:t>f 15918/2625/2571 15747/2454/2399 15746/2453/2398</w:t>
        <w:br/>
        <w:t>f 15920/2627/2573 15917/2624/2570 15918/2625/2571</w:t>
        <w:br/>
        <w:t>f 15918/2625/2571 15746/2453/2398 15920/2627/2573</w:t>
        <w:br/>
        <w:t>f 15920/2627/2573 15900/2607/2553 15917/2624/2570</w:t>
        <w:br/>
        <w:t>f 15920/2627/2573 15746/2453/2398 15849/2556/2502</w:t>
        <w:br/>
        <w:t>f 15900/2607/2553 15920/2627/2573 15921/2628/2574</w:t>
        <w:br/>
        <w:t>f 15920/2627/2573 15849/2556/2502 15921/2628/2574</w:t>
        <w:br/>
        <w:t>f 15921/2628/2574 15864/2571/2517 15900/2607/2553</w:t>
        <w:br/>
        <w:t>f 15921/2628/2574 15849/2556/2502 15853/2560/2506</w:t>
        <w:br/>
        <w:t>f 15864/2571/2517 15921/2628/2574 15855/2562/2508</w:t>
        <w:br/>
        <w:t>f 15921/2628/2574 15853/2560/2506 15855/2562/2508</w:t>
        <w:br/>
        <w:t>f 15924/2629/2575 15923/2630/2576 15922/2631/2577</w:t>
        <w:br/>
        <w:t>f 15922/2631/2577 15925/2632/2578 15924/2629/2575</w:t>
        <w:br/>
        <w:t>f 15922/2631/2577 15926/2633/2579 15925/2632/2578</w:t>
        <w:br/>
        <w:t>f 15927/2634/2580 15924/2629/2575 15925/2632/2578</w:t>
        <w:br/>
        <w:t>f 15926/2633/2579 15927/2634/2580 15925/2632/2578</w:t>
        <w:br/>
        <w:t>f 15928/2635/2581 15924/2629/2575 15927/2634/2580</w:t>
        <w:br/>
        <w:t>f 15927/2634/2580 15929/2636/2582 15928/2635/2581</w:t>
        <w:br/>
        <w:t>f 15926/2633/2579 15922/2631/2577 15930/2637/2583</w:t>
        <w:br/>
        <w:t>f 15933/2638/2584 15932/2639/2585 15931/2640/2586</w:t>
        <w:br/>
        <w:t>f 15932/2639/2585 15933/2638/2584 15934/2641/2587</w:t>
        <w:br/>
        <w:t>f 15929/2636/2582 15927/2634/2580 15935/2642/2588</w:t>
        <w:br/>
        <w:t>f 15935/2642/2588 15936/2643/2589 15929/2636/2582</w:t>
        <w:br/>
        <w:t>f 15937/2644/2590 15927/2634/2580 15926/2633/2579</w:t>
        <w:br/>
        <w:t>f 15937/2644/2590 15938/2645/2591 15927/2634/2580</w:t>
        <w:br/>
        <w:t>f 15939/2646/2592 15931/2640/2586 15932/2639/2585</w:t>
        <w:br/>
        <w:t>f 15931/2640/2586 15939/2646/2592 15940/2647/2593</w:t>
        <w:br/>
        <w:t>f 15936/2643/2589 15935/2642/2588 15941/2648/2594</w:t>
        <w:br/>
        <w:t>f 15941/2648/2594 15942/2649/2595 15936/2643/2589</w:t>
        <w:br/>
        <w:t>f 15943/2650/2596 15938/2645/2591 15937/2644/2590</w:t>
        <w:br/>
        <w:t>f 15943/2650/2596 15944/2651/2597 15938/2645/2591</w:t>
        <w:br/>
        <w:t>f 15942/2649/2595 15941/2648/2594 15945/2652/2598</w:t>
        <w:br/>
        <w:t>f 15945/2652/2598 15946/2653/2599 15942/2649/2595</w:t>
        <w:br/>
        <w:t>f 15947/2654/2600 15944/2651/2597 15943/2650/2596</w:t>
        <w:br/>
        <w:t>f 15947/2654/2600 15948/2655/2601 15944/2651/2597</w:t>
        <w:br/>
        <w:t>f 15950/2656/2602 15949/2657/2603 15940/2647/2593</w:t>
        <w:br/>
        <w:t>f 15939/2646/2592 15950/2656/2602 15940/2647/2593</w:t>
        <w:br/>
        <w:t>f 15949/2657/2603 15952/2658/2604 15951/2659/2605</w:t>
        <w:br/>
        <w:t>f 15950/2656/2602 15952/2658/2604 15949/2657/2603</w:t>
        <w:br/>
        <w:t>f 15948/2655/2601 15947/2654/2600 15953/2660/2606</w:t>
        <w:br/>
        <w:t>f 15956/2661/2607 15955/2662/2608 15954/2663/2609</w:t>
        <w:br/>
        <w:t>f 15951/2659/2605 15958/2664/2610 15957/2665/2611</w:t>
        <w:br/>
        <w:t>f 15952/2658/2604 15958/2664/2610 15951/2659/2605</w:t>
        <w:br/>
        <w:t>f 15953/2660/2606 15959/2666/2612 15948/2655/2601</w:t>
        <w:br/>
        <w:t>f 15946/2653/2599 15945/2652/2598 15960/2667/2613</w:t>
        <w:br/>
        <w:t>f 15962/2668/2614 15961/2669/2615 15955/2662/2608</w:t>
        <w:br/>
        <w:t>f 15956/2661/2607 15962/2668/2614 15955/2662/2608</w:t>
        <w:br/>
        <w:t>f 15960/2667/2613 15963/2670/2616 15946/2653/2599</w:t>
        <w:br/>
        <w:t>f 15964/2671/2617 15946/2653/2599 15963/2670/2616</w:t>
        <w:br/>
        <w:t>f 15953/2660/2606 15965/2672/2618 15959/2666/2612</w:t>
        <w:br/>
        <w:t>f 15963/2670/2616 15966/2673/2619 15964/2671/2617</w:t>
        <w:br/>
        <w:t>f 15964/2671/2617 15966/2673/2619 15967/2674/2620</w:t>
        <w:br/>
        <w:t>f 15960/2667/2613 15968/2675/2621 15963/2670/2616</w:t>
        <w:br/>
        <w:t>f 15965/2672/2618 15968/2675/2621 15959/2666/2612</w:t>
        <w:br/>
        <w:t>f 15971/2676/2622 15970/2677/2623 15969/2678/2624</w:t>
        <w:br/>
        <w:t>f 15972/2679/2625 15971/2676/2622 15969/2678/2624</w:t>
        <w:br/>
        <w:t>f 15973/2680/2626 15967/2674/2620 15966/2673/2619</w:t>
        <w:br/>
        <w:t>f 15967/2674/2620 15973/2680/2626 15974/2681/2627</w:t>
        <w:br/>
        <w:t>f 15973/2680/2626 15975/2682/2628 15974/2681/2627</w:t>
        <w:br/>
        <w:t>f 15975/2682/2628 15973/2680/2626 15976/2683/2629</w:t>
        <w:br/>
        <w:t>f 15978/2684/2630 15977/2685/2631 15970/2677/2623</w:t>
        <w:br/>
        <w:t>f 15978/2684/2630 15970/2677/2623 15971/2676/2622</w:t>
        <w:br/>
        <w:t>f 15980/2686/2632 15979/2687/2633 15977/2685/2631</w:t>
        <w:br/>
        <w:t>f 15978/2684/2630 15980/2686/2632 15977/2685/2631</w:t>
        <w:br/>
        <w:t>f 15979/2687/2633 15980/2686/2632 15981/2688/2634</w:t>
        <w:br/>
        <w:t>f 15984/2689/2635 15983/2690/2636 15982/2691/2637</w:t>
        <w:br/>
        <w:t>f 15983/2690/2636 15985/2692/2638 15982/2691/2637</w:t>
        <w:br/>
        <w:t>f 15987/2693/2639 15986/2694/2640 15985/2692/2638</w:t>
        <w:br/>
        <w:t>f 15985/2692/2638 15983/2690/2636 15987/2693/2639</w:t>
        <w:br/>
        <w:t>f 15986/2694/2640 15987/2693/2639 15988/2695/2641</w:t>
        <w:br/>
        <w:t>f 15989/2696/2642 15983/2690/2636 15984/2689/2635</w:t>
        <w:br/>
        <w:t>f 15971/2676/2622 15972/2679/2625 15990/2697/2643</w:t>
        <w:br/>
        <w:t>f 15993/2698/2644 15992/2699/2645 15991/2700/2646</w:t>
        <w:br/>
        <w:t>f 15992/2699/2645 15993/2698/2644 15994/2701/2647</w:t>
        <w:br/>
        <w:t>f 15997/2702/2648 15996/2703/2649 15995/2704/2650</w:t>
        <w:br/>
        <w:t>f 15999/2705/2651 15991/2700/2646 15998/2706/2652</w:t>
        <w:br/>
        <w:t>f 15999/2705/2651 15993/2698/2644 15991/2700/2646</w:t>
        <w:br/>
        <w:t>f 16000/2707/2653 15998/2706/2652 15990/2697/2643</w:t>
        <w:br/>
        <w:t>f 16000/2707/2653 15999/2705/2651 15998/2706/2652</w:t>
        <w:br/>
        <w:t>f 15968/2675/2621 16001/2708/2654 15990/2697/2643</w:t>
        <w:br/>
        <w:t>f 15990/2697/2643 16001/2708/2654 16000/2707/2653</w:t>
        <w:br/>
        <w:t>f 15965/2672/2618 16001/2708/2654 15968/2675/2621</w:t>
        <w:br/>
        <w:t>f 16002/2709/2655 15999/2705/2651 16000/2707/2653</w:t>
        <w:br/>
        <w:t>f 16001/2708/2654 16002/2709/2655 16000/2707/2653</w:t>
        <w:br/>
        <w:t>f 15999/2705/2651 16003/2710/2656 15996/2703/2649</w:t>
        <w:br/>
        <w:t>f 15995/2704/2650 15996/2703/2649 16003/2710/2656</w:t>
        <w:br/>
        <w:t>f 15999/2705/2651 16002/2709/2655 16004/2711/2657</w:t>
        <w:br/>
        <w:t>f 16003/2710/2656 15999/2705/2651 16004/2711/2657</w:t>
        <w:br/>
        <w:t>f 16001/2708/2654 16005/2712/2658 16002/2709/2655</w:t>
        <w:br/>
        <w:t>f 16005/2712/2658 16004/2711/2657 16002/2709/2655</w:t>
        <w:br/>
        <w:t>f 16008/2713/2659 16007/2714/2660 16006/2715/2661</w:t>
        <w:br/>
        <w:t>f 16008/2713/2659 16009/2716/2662 16007/2714/2660</w:t>
        <w:br/>
        <w:t>f 16006/2715/2661 15957/2665/2611 16008/2713/2659</w:t>
        <w:br/>
        <w:t>f 15958/2664/2610 16008/2713/2659 15957/2665/2611</w:t>
        <w:br/>
        <w:t>f 16005/2712/2658 16010/2717/2663 16004/2711/2657</w:t>
        <w:br/>
        <w:t>f 16010/2717/2663 16003/2710/2656 16004/2711/2657</w:t>
        <w:br/>
        <w:t>f 16012/2718/2664 16011/2719/2665 16003/2710/2656</w:t>
        <w:br/>
        <w:t>f 16010/2717/2663 16012/2718/2664 16003/2710/2656</w:t>
        <w:br/>
        <w:t>f 16012/2718/2664 16013/2720/2666 16011/2719/2665</w:t>
        <w:br/>
        <w:t>f 16016/2721/2667 16015/2722/2668 16014/2723/2669</w:t>
        <w:br/>
        <w:t>f 16017/2724/2670 16014/2723/2669 16015/2722/2668</w:t>
        <w:br/>
        <w:t>f 16018/2725/2671 16013/2720/2666 16012/2718/2664</w:t>
        <w:br/>
        <w:t>f 16015/2722/2672 16018/2725/2671 16012/2718/2664</w:t>
        <w:br/>
        <w:t>f 16013/2720/2666 16018/2725/2671 16019/2726/2673</w:t>
        <w:br/>
        <w:t>f 16015/2722/2668 16005/2712/2658 16020/2727/2674</w:t>
        <w:br/>
        <w:t>f 16005/2712/2658 16021/2728/2675 16020/2727/2674</w:t>
        <w:br/>
        <w:t>f 16022/2729/2676 16019/2726/2673 16018/2725/2671</w:t>
        <w:br/>
        <w:t>f 16022/2729/2676 16023/2730/2677 16019/2726/2673</w:t>
        <w:br/>
        <w:t>f 16018/2725/2671 16025/2731/2678 16024/2732/2679</w:t>
        <w:br/>
        <w:t>f 16024/2732/2679 16022/2729/2676 16018/2725/2671</w:t>
        <w:br/>
        <w:t>f 16026/2733/2680 16023/2730/2677 16022/2729/2676</w:t>
        <w:br/>
        <w:t>f 16026/2733/2680 16027/2734/2681 16023/2730/2677</w:t>
        <w:br/>
        <w:t>f 16022/2729/2676 16024/2732/2679 16028/2735/2682</w:t>
        <w:br/>
        <w:t>f 16028/2735/2682 16026/2733/2680 16022/2729/2676</w:t>
        <w:br/>
        <w:t>f 16029/2736/2683 16024/2732/2679 16025/2731/2678</w:t>
        <w:br/>
        <w:t>f 16029/2736/2683 16028/2735/2682 16024/2732/2679</w:t>
        <w:br/>
        <w:t>f 16029/2736/2683 16025/2731/2678 16030/2737/2684</w:t>
        <w:br/>
        <w:t>f 16031/2738/2685 16026/2733/2680 16028/2735/2682</w:t>
        <w:br/>
        <w:t>f 16029/2736/2683 16031/2738/2685 16028/2735/2682</w:t>
        <w:br/>
        <w:t>f 16032/2739/2686 16027/2734/2681 16026/2733/2680</w:t>
        <w:br/>
        <w:t>f 16031/2738/2685 16032/2739/2686 16026/2733/2680</w:t>
        <w:br/>
        <w:t>f 16027/2734/2681 16032/2739/2686 16033/2740/2687</w:t>
        <w:br/>
        <w:t>f 16032/2739/2686 16034/2741/2688 16033/2740/2687</w:t>
        <w:br/>
        <w:t>f 16034/2741/2688 16032/2739/2686 16035/2742/2689</w:t>
        <w:br/>
        <w:t>f 16036/2743/2690 16034/2741/2688 16035/2742/2689</w:t>
        <w:br/>
        <w:t>f 16032/2739/2686 16031/2738/2685 16037/2744/2691</w:t>
        <w:br/>
        <w:t>f 16037/2744/2691 16035/2742/2689 16032/2739/2686</w:t>
        <w:br/>
        <w:t>f 16029/2736/2683 16038/2745/2692 16031/2738/2685</w:t>
        <w:br/>
        <w:t>f 16039/2746/2693 16037/2744/2691 16031/2738/2685</w:t>
        <w:br/>
        <w:t>f 16031/2738/2685 16038/2745/2692 16039/2746/2693</w:t>
        <w:br/>
        <w:t>f 16040/2747/2694 16038/2745/2692 16029/2736/2683</w:t>
        <w:br/>
        <w:t>f 16038/2745/2692 16040/2747/2694 16039/2746/2693</w:t>
        <w:br/>
        <w:t>f 16041/2748/2695 16029/2736/2683 16030/2737/2684</w:t>
        <w:br/>
        <w:t>f 16040/2747/2694 16029/2736/2683 16041/2748/2695</w:t>
        <w:br/>
        <w:t>f 16020/2727/2674 16021/2728/2675 16042/2749/2696</w:t>
        <w:br/>
        <w:t>f 16021/2728/2675 16043/2750/2697 16041/2748/2695</w:t>
        <w:br/>
        <w:t>f 16043/2750/2697 16040/2747/2694 16041/2748/2695</w:t>
        <w:br/>
        <w:t>f 16043/2750/2697 16021/2728/2675 16044/2751/2698</w:t>
        <w:br/>
        <w:t>f 16043/2750/2697 16044/2751/2698 15961/2669/2615</w:t>
        <w:br/>
        <w:t>f 16045/2752/2699 16043/2750/2697 15961/2669/2615</w:t>
        <w:br/>
        <w:t>f 15962/2668/2614 16045/2752/2699 15961/2669/2615</w:t>
        <w:br/>
        <w:t>f 16040/2747/2694 16043/2750/2697 16046/2753/2700</w:t>
        <w:br/>
        <w:t>f 16047/2754/2701 16045/2752/2699 15962/2668/2614</w:t>
        <w:br/>
        <w:t>f 16048/2755/2702 16043/2750/2697 16045/2752/2699</w:t>
        <w:br/>
        <w:t>f 16043/2750/2697 16048/2755/2702 16046/2753/2700</w:t>
        <w:br/>
        <w:t>f 16047/2754/2701 16048/2755/2702 16045/2752/2699</w:t>
        <w:br/>
        <w:t>f 16049/2756/2703 16040/2747/2694 16046/2753/2700</w:t>
        <w:br/>
        <w:t>f 16048/2755/2702 16049/2756/2703 16046/2753/2700</w:t>
        <w:br/>
        <w:t>f 16050/2757/2704 16047/2754/2701 15962/2668/2614</w:t>
        <w:br/>
        <w:t>f 16050/2757/2704 15962/2668/2614 15956/2661/2607</w:t>
        <w:br/>
        <w:t>f 16051/2758/2705 16048/2755/2702 16047/2754/2701</w:t>
        <w:br/>
        <w:t>f 16050/2757/2704 16051/2758/2705 16047/2754/2701</w:t>
        <w:br/>
        <w:t>f 16049/2756/2703 16048/2755/2702 16052/2759/2706</w:t>
        <w:br/>
        <w:t>f 16048/2755/2702 16051/2758/2705 16052/2759/2706</w:t>
        <w:br/>
        <w:t>f 16049/2756/2703 16053/2760/2707 16040/2747/2694</w:t>
        <w:br/>
        <w:t>f 16039/2746/2693 16040/2747/2694 16053/2760/2707</w:t>
        <w:br/>
        <w:t>f 16054/2761/2708 16049/2756/2703 16052/2759/2706</w:t>
        <w:br/>
        <w:t>f 16053/2760/2707 16055/2762/2709 16039/2746/2693</w:t>
        <w:br/>
        <w:t>f 16037/2744/2691 16039/2746/2693 16055/2762/2709</w:t>
        <w:br/>
        <w:t>f 16049/2756/2703 16056/2763/2710 16053/2760/2707</w:t>
        <w:br/>
        <w:t>f 16055/2762/2709 16053/2760/2707 16056/2763/2710</w:t>
        <w:br/>
        <w:t>f 16056/2763/2710 16049/2756/2703 16054/2761/2708</w:t>
        <w:br/>
        <w:t>f 16057/2764/2711 16037/2744/2691 16055/2762/2709</w:t>
        <w:br/>
        <w:t>f 16035/2742/2689 16037/2744/2691 16057/2764/2711</w:t>
        <w:br/>
        <w:t>f 16056/2763/2710 16058/2765/2712 16055/2762/2709</w:t>
        <w:br/>
        <w:t>f 16057/2764/2711 16055/2762/2709 16058/2765/2712</w:t>
        <w:br/>
        <w:t>f 16054/2761/2708 16059/2766/2713 16056/2763/2710</w:t>
        <w:br/>
        <w:t>f 16058/2765/2712 16056/2763/2710 16059/2766/2713</w:t>
        <w:br/>
        <w:t>f 16060/2767/2714 16035/2742/2689 16057/2764/2711</w:t>
        <w:br/>
        <w:t>f 16036/2743/2690 16035/2742/2689 16060/2767/2714</w:t>
        <w:br/>
        <w:t>f 16061/2768/2715 16057/2764/2711 16058/2765/2712</w:t>
        <w:br/>
        <w:t>f 16060/2767/2714 16062/2769/2716 16036/2743/2690</w:t>
        <w:br/>
        <w:t>f 16060/2767/2714 16057/2764/2711 16063/2770/2717</w:t>
        <w:br/>
        <w:t>f 16063/2770/2717 16062/2769/2716 16060/2767/2714</w:t>
        <w:br/>
        <w:t>f 16063/2770/2717 16057/2764/2711 16061/2768/2715</w:t>
        <w:br/>
        <w:t>f 16064/2771/2718 16036/2743/2690 16062/2769/2716</w:t>
        <w:br/>
        <w:t>f 16064/2771/2718 16062/2769/2716 16063/2770/2717</w:t>
        <w:br/>
        <w:t>f 16036/2743/2690 16064/2771/2718 16065/2772/2719</w:t>
        <w:br/>
        <w:t>f 16068/2773/2720 16067/2774/2721 16066/2775/2721</w:t>
        <w:br/>
        <w:t>f 16065/2772/2719 16064/2771/2718 16068/2773/2722</w:t>
        <w:br/>
        <w:t>f 16068/2773/2722 16064/2771/2718 16069/2776/2723</w:t>
        <w:br/>
        <w:t>f 16070/2777/2724 16068/2773/2722 16069/2776/2723</w:t>
        <w:br/>
        <w:t>f 16071/2778/2725 16064/2771/2718 16063/2770/2717</w:t>
        <w:br/>
        <w:t>f 16069/2776/2723 16064/2771/2718 16071/2778/2725</w:t>
        <w:br/>
        <w:t>f 16069/2776/2723 16072/2779/2726 16070/2777/2724</w:t>
        <w:br/>
        <w:t>f 16069/2776/2723 16071/2778/2725 16072/2779/2726</w:t>
        <w:br/>
        <w:t>f 16073/2780/2727 16070/2777/2724 16072/2779/2726</w:t>
        <w:br/>
        <w:t>f 16072/2779/2726 16074/2781/2728 16073/2780/2727</w:t>
        <w:br/>
        <w:t>f 16075/2782/2729 16071/2778/2725 16063/2770/2717</w:t>
        <w:br/>
        <w:t>f 16075/2782/2729 16063/2770/2717 16061/2768/2715</w:t>
        <w:br/>
        <w:t>f 16072/2779/2726 16071/2778/2725 16076/2783/2730</w:t>
        <w:br/>
        <w:t>f 16076/2783/2730 16071/2778/2725 16075/2782/2729</w:t>
        <w:br/>
        <w:t>f 16074/2781/2728 16072/2779/2726 16077/2784/2731</w:t>
        <w:br/>
        <w:t>f 16078/2785/2732 16074/2781/2728 16077/2784/2731</w:t>
        <w:br/>
        <w:t>f 16077/2784/2731 16079/2786/2733 16078/2785/2732</w:t>
        <w:br/>
        <w:t>f 16079/2786/2733 16077/2784/2731 16080/2787/2734</w:t>
        <w:br/>
        <w:t>f 16076/2783/2730 16081/2788/2735 16072/2779/2726</w:t>
        <w:br/>
        <w:t>f 16072/2779/2726 16081/2788/2735 16077/2784/2731</w:t>
        <w:br/>
        <w:t>f 16081/2788/2735 16076/2783/2730 16075/2782/2729</w:t>
        <w:br/>
        <w:t>f 16077/2784/2731 16082/2789/2736 16080/2787/2734</w:t>
        <w:br/>
        <w:t>f 16077/2784/2731 16081/2788/2735 16082/2789/2736</w:t>
        <w:br/>
        <w:t>f 16080/2787/2734 16082/2789/2736 16083/2790/2737</w:t>
        <w:br/>
        <w:t>f 16081/2788/2735 16075/2782/2729 16084/2791/2738</w:t>
        <w:br/>
        <w:t>f 16082/2789/2736 16081/2788/2735 16084/2791/2738</w:t>
        <w:br/>
        <w:t>f 16083/2790/2737 16082/2789/2736 16085/2792/2739</w:t>
        <w:br/>
        <w:t>f 16082/2789/2736 16084/2791/2738 16085/2792/2739</w:t>
        <w:br/>
        <w:t>f 16083/2790/2737 16085/2792/2739 16086/2793/2740</w:t>
        <w:br/>
        <w:t>f 16087/2794/2741 16084/2791/2738 16075/2782/2729</w:t>
        <w:br/>
        <w:t>f 16075/2782/2729 16061/2768/2715 16087/2794/2741</w:t>
        <w:br/>
        <w:t>f 16087/2794/2741 16061/2768/2715 16058/2765/2712</w:t>
        <w:br/>
        <w:t>f 16059/2766/2713 16087/2794/2741 16058/2765/2712</w:t>
        <w:br/>
        <w:t>f 16088/2795/2742 16085/2792/2739 16084/2791/2738</w:t>
        <w:br/>
        <w:t>f 16088/2795/2742 16084/2791/2738 16087/2794/2741</w:t>
        <w:br/>
        <w:t>f 16086/2793/2740 16085/2792/2739 16089/2796/2743</w:t>
        <w:br/>
        <w:t>f 16089/2796/2743 16085/2792/2739 16088/2795/2742</w:t>
        <w:br/>
        <w:t>f 16086/2793/2740 16089/2796/2743 16090/2797/2744</w:t>
        <w:br/>
        <w:t>f 16087/2794/2741 16091/2798/2745 16088/2795/2742</w:t>
        <w:br/>
        <w:t>f 16091/2798/2745 16089/2796/2743 16088/2795/2742</w:t>
        <w:br/>
        <w:t>f 16090/2797/2744 16089/2796/2743 16092/2799/2746</w:t>
        <w:br/>
        <w:t>f 16089/2796/2743 16091/2798/2745 16092/2799/2746</w:t>
        <w:br/>
        <w:t>f 16093/2800/2747 16090/2797/2744 16092/2799/2746</w:t>
        <w:br/>
        <w:t>f 16091/2798/2745 16087/2794/2741 16094/2801/2748</w:t>
        <w:br/>
        <w:t>f 16087/2794/2741 16059/2766/2713 16094/2801/2748</w:t>
        <w:br/>
        <w:t>f 16095/2802/2749 16093/2800/2747 16092/2799/2746</w:t>
        <w:br/>
        <w:t>f 16093/2800/2747 16095/2802/2749 16096/2803/2750</w:t>
        <w:br/>
        <w:t>f 16097/2804/2751 16092/2799/2746 16091/2798/2745</w:t>
        <w:br/>
        <w:t>f 16092/2799/2746 16097/2804/2751 16095/2802/2749</w:t>
        <w:br/>
        <w:t>f 16098/2805/2752 16091/2798/2745 16094/2801/2748</w:t>
        <w:br/>
        <w:t>f 16091/2798/2745 16098/2805/2752 16097/2804/2751</w:t>
        <w:br/>
        <w:t>f 16094/2801/2748 16059/2766/2713 16099/2806/2753</w:t>
        <w:br/>
        <w:t>f 16099/2806/2753 16098/2805/2752 16094/2801/2748</w:t>
        <w:br/>
        <w:t>f 16059/2766/2713 16054/2761/2708 16099/2806/2753</w:t>
        <w:br/>
        <w:t>f 16100/2807/2754 16097/2804/2751 16098/2805/2752</w:t>
        <w:br/>
        <w:t>f 16101/2808/2755 16099/2806/2753 16054/2761/2708</w:t>
        <w:br/>
        <w:t>f 16052/2759/2706 16101/2808/2755 16054/2761/2708</w:t>
        <w:br/>
        <w:t>f 16051/2758/2705 16101/2808/2755 16052/2759/2706</w:t>
        <w:br/>
        <w:t>f 16102/2809/2756 16098/2805/2752 16099/2806/2753</w:t>
        <w:br/>
        <w:t>f 16099/2806/2753 16101/2808/2755 16102/2809/2756</w:t>
        <w:br/>
        <w:t>f 16098/2805/2752 16102/2809/2756 16100/2807/2754</w:t>
        <w:br/>
        <w:t>f 16101/2808/2755 16051/2758/2705 16103/2810/2757</w:t>
        <w:br/>
        <w:t>f 16103/2810/2757 16102/2809/2756 16101/2808/2755</w:t>
        <w:br/>
        <w:t>f 16103/2810/2757 16051/2758/2705 16104/2811/2758</w:t>
        <w:br/>
        <w:t>f 16051/2758/2705 16050/2757/2704 16104/2811/2758</w:t>
        <w:br/>
        <w:t>f 16102/2809/2756 16103/2810/2757 16105/2812/2759</w:t>
        <w:br/>
        <w:t>f 16105/2812/2759 16100/2807/2754 16102/2809/2756</w:t>
        <w:br/>
        <w:t>f 16050/2757/2704 16106/2813/2760 16104/2811/2758</w:t>
        <w:br/>
        <w:t>f 15956/2661/2607 16106/2813/2760 16050/2757/2704</w:t>
        <w:br/>
        <w:t>f 16104/2811/2758 16107/2814/2761 16103/2810/2757</w:t>
        <w:br/>
        <w:t>f 16105/2812/2759 16103/2810/2757 16107/2814/2761</w:t>
        <w:br/>
        <w:t>f 16106/2813/2760 15956/2661/2607 16108/2815/2762</w:t>
        <w:br/>
        <w:t>f 16108/2815/2762 15956/2661/2607 15954/2663/2609</w:t>
        <w:br/>
        <w:t>f 16108/2815/2762 15954/2663/2609 16109/2816/2763</w:t>
        <w:br/>
        <w:t>f 16110/2817/2764 16108/2815/2762 16109/2816/2763</w:t>
        <w:br/>
        <w:t>f 16111/2818/2765 16108/2815/2762 16110/2817/2764</w:t>
        <w:br/>
        <w:t>f 16108/2815/2762 16111/2818/2765 16106/2813/2760</w:t>
        <w:br/>
        <w:t>f 16106/2813/2760 16111/2818/2765 16104/2811/2758</w:t>
        <w:br/>
        <w:t>f 16112/2819/2766 16104/2811/2758 16111/2818/2765</w:t>
        <w:br/>
        <w:t>f 16112/2819/2766 16107/2814/2761 16104/2811/2758</w:t>
        <w:br/>
        <w:t>f 16107/2814/2761 16112/2819/2766 16113/2820/2767</w:t>
        <w:br/>
        <w:t>f 16107/2814/2761 16113/2820/2767 16114/2821/2768</w:t>
        <w:br/>
        <w:t>f 16115/2822/2769 16107/2814/2761 16114/2821/2768</w:t>
        <w:br/>
        <w:t>f 16107/2814/2761 16115/2822/2769 16105/2812/2759</w:t>
        <w:br/>
        <w:t>f 16116/2823/2770 16115/2822/2769 16114/2821/2768</w:t>
        <w:br/>
        <w:t>f 16115/2822/2769 16117/2824/2771 16105/2812/2759</w:t>
        <w:br/>
        <w:t>f 16117/2824/2771 16115/2822/2769 16116/2823/2770</w:t>
        <w:br/>
        <w:t>f 16100/2807/2754 16105/2812/2759 16117/2824/2771</w:t>
        <w:br/>
        <w:t>f 16116/2823/2770 16118/2825/2772 16117/2824/2771</w:t>
        <w:br/>
        <w:t>f 16118/2825/2772 16116/2823/2770 16119/2826/2773</w:t>
        <w:br/>
        <w:t>f 16117/2824/2771 16120/2827/2774 16100/2807/2754</w:t>
        <w:br/>
        <w:t>f 16120/2827/2774 16117/2824/2771 16118/2825/2772</w:t>
        <w:br/>
        <w:t>f 16097/2804/2751 16100/2807/2754 16120/2827/2774</w:t>
        <w:br/>
        <w:t>f 16120/2827/2774 16095/2802/2749 16097/2804/2751</w:t>
        <w:br/>
        <w:t>f 16095/2802/2749 16120/2827/2774 16121/2828/2775</w:t>
        <w:br/>
        <w:t>f 16118/2825/2772 16121/2828/2775 16120/2827/2774</w:t>
        <w:br/>
        <w:t>f 16121/2828/2775 16096/2803/2750 16095/2802/2749</w:t>
        <w:br/>
        <w:t>f 16096/2803/2750 16121/2828/2775 16122/2829/2776</w:t>
        <w:br/>
        <w:t>f 16121/2828/2775 16118/2825/2772 16123/2830/2777</w:t>
        <w:br/>
        <w:t>f 16122/2829/2776 16121/2828/2775 16123/2830/2777</w:t>
        <w:br/>
        <w:t>f 16119/2826/2773 16123/2830/2777 16118/2825/2772</w:t>
        <w:br/>
        <w:t>f 16124/2831/2778 16122/2829/2776 16123/2830/2777</w:t>
        <w:br/>
        <w:t>f 16123/2830/2777 16119/2826/2773 16125/2832/2779</w:t>
        <w:br/>
        <w:t>f 16125/2832/2779 16124/2831/2778 16123/2830/2777</w:t>
        <w:br/>
        <w:t>f 16124/2831/2778 16125/2832/2779 16126/2833/2780</w:t>
        <w:br/>
        <w:t>f 16129/2834/2781 16128/2835/2782 16127/2836/2783</w:t>
        <w:br/>
        <w:t>f 16127/2836/2783 16130/2837/2784 16129/2834/2781</w:t>
        <w:br/>
        <w:t>f 16133/2838/2785 16132/2839/2786 16131/2840/2787</w:t>
        <w:br/>
        <w:t>f 16134/2841/2788 16129/2834/2781 16130/2837/2784</w:t>
        <w:br/>
        <w:t>f 16129/2834/2781 16134/2841/2788 16135/2842/2789</w:t>
        <w:br/>
        <w:t>f 16131/2840/2787 16136/2843/2790 16133/2838/2785</w:t>
        <w:br/>
        <w:t>f 16137/2844/2791 16135/2842/2789 16134/2841/2788</w:t>
        <w:br/>
        <w:t>f 16135/2842/2789 16137/2844/2791 16138/2845/2792</w:t>
        <w:br/>
        <w:t>f 16133/2838/2785 16140/2846/2793 16139/2847/2794</w:t>
        <w:br/>
        <w:t>f 16139/2847/2794 16140/2846/2793 16141/2848/2795</w:t>
        <w:br/>
        <w:t>f 16140/2846/2793 16133/2838/2785 16136/2843/2790</w:t>
        <w:br/>
        <w:t>f 16144/2849/2796 16143/2850/2797 16142/2851/2798</w:t>
        <w:br/>
        <w:t>f 16142/2851/2798 16145/2852/2799 16144/2849/2796</w:t>
        <w:br/>
        <w:t>f 16146/2853/2800 16144/2849/2796 16145/2852/2799</w:t>
        <w:br/>
        <w:t>f 16145/2852/2799 16147/2854/2801 16146/2853/2800</w:t>
        <w:br/>
        <w:t>f 16148/2855/2802 16146/2853/2800 16147/2854/2801</w:t>
        <w:br/>
        <w:t>f 16140/2846/2793 16149/2856/2803 16141/2848/2795</w:t>
        <w:br/>
        <w:t>f 16147/2854/2801 16150/2857/2804 16148/2855/2802</w:t>
        <w:br/>
        <w:t>f 16151/2858/2805 16138/2845/2792 16137/2844/2791</w:t>
        <w:br/>
        <w:t>f 16149/2856/2803 16152/2859/2806 16141/2848/2795</w:t>
        <w:br/>
        <w:t>f 16138/2845/2792 16151/2858/2805 16153/2860/2807</w:t>
        <w:br/>
        <w:t>f 16156/2861/2808 16155/2862/2809 16154/2863/2810</w:t>
        <w:br/>
        <w:t>f 16157/2864/2811 16148/2855/2802 16150/2857/2804</w:t>
        <w:br/>
        <w:t>f 16152/2859/2806 16149/2856/2803 16158/2865/2812</w:t>
        <w:br/>
        <w:t>f 16150/2857/2804 16159/2866/2813 16157/2864/2811</w:t>
        <w:br/>
        <w:t>f 16162/2867/2814 16161/2868/2815 16160/2869/2816</w:t>
        <w:br/>
        <w:t>f 16156/2861/2808 16163/2870/2817 16155/2862/2809</w:t>
        <w:br/>
        <w:t>f 16158/2865/2812 16164/2871/2818 16152/2859/2806</w:t>
        <w:br/>
        <w:t>f 16155/2862/2809 16165/2872/2819 16162/2867/2814</w:t>
        <w:br/>
        <w:t>f 16161/2868/2815 16162/2867/2814 16165/2872/2819</w:t>
        <w:br/>
        <w:t>f 16165/2872/2819 16155/2862/2809 16163/2870/2817</w:t>
        <w:br/>
        <w:t>f 16164/2871/2818 16158/2865/2812 16166/2873/2820</w:t>
        <w:br/>
        <w:t>f 16169/2874/2821 16168/2875/2822 16167/2876/2823</w:t>
        <w:br/>
        <w:t>f 16171/2877/2824 16169/2874/2821 16170/2878/2825</w:t>
        <w:br/>
        <w:t>f 16168/2875/2822 16169/2874/2821 16172/2879/2826</w:t>
        <w:br/>
        <w:t>f 16171/2877/2824 16172/2879/2826 16169/2874/2821</w:t>
        <w:br/>
        <w:t>f 16175/2880/2827 16174/2881/2828 16173/2882/2829</w:t>
        <w:br/>
        <w:t>f 16178/2883/2830 16177/2884/2831 16176/2885/2832</w:t>
        <w:br/>
        <w:t>f 16175/2880/2827 16180/2886/2833 16179/2887/2834</w:t>
        <w:br/>
        <w:t>f 16181/2888/2835 16178/2883/2830 16176/2885/2832</w:t>
        <w:br/>
        <w:t>f 16182/2889/2836 16178/2883/2830 16181/2888/2835</w:t>
        <w:br/>
        <w:t>f 16181/2888/2835 16183/2890/2837 16182/2889/2836</w:t>
        <w:br/>
        <w:t>f 16185/2891/2838 16184/2892/2839 16183/2890/2837</w:t>
        <w:br/>
        <w:t>f 16186/2893/2840 16174/2881/2828 16175/2880/2827</w:t>
        <w:br/>
        <w:t>f 16186/2893/2840 16185/2891/2838 16174/2881/2828</w:t>
        <w:br/>
        <w:t>f 16179/2887/2834 16186/2893/2840 16175/2880/2827</w:t>
        <w:br/>
        <w:t>f 16184/2892/2839 16185/2891/2838 16187/2894/2841</w:t>
        <w:br/>
        <w:t>f 16185/2891/2838 16186/2893/2840 16187/2894/2841</w:t>
        <w:br/>
        <w:t>f 16188/2895/2842 16184/2892/2839 16187/2894/2841</w:t>
        <w:br/>
        <w:t>f 16189/2896/2843 16187/2894/2841 16186/2893/2840</w:t>
        <w:br/>
        <w:t>f 16189/2896/2843 16188/2895/2842 16187/2894/2841</w:t>
        <w:br/>
        <w:t>f 16186/2893/2840 16179/2887/2834 16189/2896/2843</w:t>
        <w:br/>
        <w:t>f 16189/2896/2843 16190/2897/2844 16188/2895/2842</w:t>
        <w:br/>
        <w:t>f 16191/2898/2845 16190/2897/2844 16189/2896/2843</w:t>
        <w:br/>
        <w:t>f 16193/2899/2846 16192/2900/2847 16191/2898/2845</w:t>
        <w:br/>
        <w:t>f 16191/2898/2845 16192/2900/2847 16194/2901/2848</w:t>
        <w:br/>
        <w:t>f 16197/2902/2849 16196/2903/2850 16195/2904/2851</w:t>
        <w:br/>
        <w:t>f 16199/2905/2852 16196/2903/2850 16198/2906/2853</w:t>
        <w:br/>
        <w:t>f 16197/2902/2849 16200/2907/2854 16196/2903/2850</w:t>
        <w:br/>
        <w:t>f 16200/2907/2854 16198/2906/2853 16196/2903/2850</w:t>
        <w:br/>
        <w:t>f 16203/2908/2855 16202/2909/2856 16201/2910/2857</w:t>
        <w:br/>
        <w:t>f 16206/2911/2858 16205/2912/2859 16204/2913/2860</w:t>
        <w:br/>
        <w:t>f 16208/2914/2861 16203/2908/2855 16207/2915/2862</w:t>
        <w:br/>
        <w:t>f 16209/2916/2863 16205/2912/2859 16206/2911/2858</w:t>
        <w:br/>
        <w:t>f 16206/2911/2858 16210/2917/2864 16209/2916/2863</w:t>
        <w:br/>
        <w:t>f 16211/2918/2865 16209/2916/2863 16210/2917/2864</w:t>
        <w:br/>
        <w:t>f 16213/2919/2866 16212/2920/2867 16211/2918/2868</w:t>
        <w:br/>
        <w:t>f 16201/2910/2857 16214/2921/2869 16203/2908/2855</w:t>
        <w:br/>
        <w:t>f 16212/2920/2867 16214/2921/2869 16201/2910/2857</w:t>
        <w:br/>
        <w:t>f 16207/2915/2862 16203/2908/2855 16214/2921/2869</w:t>
        <w:br/>
        <w:t>f 16212/2920/2867 16213/2919/2866 16215/2922/2870</w:t>
        <w:br/>
        <w:t>f 16214/2921/2869 16212/2920/2867 16215/2922/2870</w:t>
        <w:br/>
        <w:t>f 16216/2923/2871 16215/2922/2870 16213/2919/2866</w:t>
        <w:br/>
        <w:t>f 16217/2924/2872 16214/2921/2869 16215/2922/2870</w:t>
        <w:br/>
        <w:t>f 16215/2922/2870 16216/2923/2871 16217/2924/2872</w:t>
        <w:br/>
        <w:t>f 16207/2915/2862 16214/2921/2869 16217/2924/2872</w:t>
        <w:br/>
        <w:t>f 16218/2925/2873 16217/2924/2872 16216/2923/2871</w:t>
        <w:br/>
        <w:t>f 16218/2925/2873 16219/2926/2874 16217/2924/2872</w:t>
        <w:br/>
        <w:t>f 16221/2927/2875 16219/2926/2874 16220/2928/2876</w:t>
        <w:br/>
        <w:t>f 16219/2926/2874 16222/2929/2877 16220/2928/2876</w:t>
        <w:br/>
        <w:t>f 16225/2930/2878 16224/2931/2879 16223/2932/2878</w:t>
        <w:br/>
        <w:t>f 16223/2932/2878 16226/2933/2880 16225/2930/2878</w:t>
        <w:br/>
        <w:t>f 13428/135/125 13429/134/124 16227/2934/2881</w:t>
        <w:br/>
        <w:t>f 16230/2935/2882 16229/2936/2883 16228/2937/2884</w:t>
        <w:br/>
        <w:t>f 16232/2938/2885 16230/2935/2882 16231/2939/2886</w:t>
        <w:br/>
        <w:t>f 16230/2935/2882 16232/2938/2885 16233/2940/2887</w:t>
        <w:br/>
        <w:t>f 16229/2936/2883 16230/2935/2882 16233/2940/2887</w:t>
        <w:br/>
        <w:t>f 13304/11/10 13305/10/9 16234/2941/2888</w:t>
        <w:br/>
        <w:t>f 16237/2942/2889 16236/2943/2890 16235/2944/2891</w:t>
        <w:br/>
        <w:t>f 16236/2943/2890 16237/2942/2889 16238/2945/2892</w:t>
        <w:br/>
        <w:t>f 16239/2946/2893 16238/2945/2892 16237/2942/2889</w:t>
        <w:br/>
        <w:t>f 16238/2945/2892 16239/2946/2893 16240/2947/2894</w:t>
        <w:br/>
        <w:t>f 16241/2948/2895 16240/2947/2894 16239/2946/2893</w:t>
        <w:br/>
        <w:t>f 16241/2948/2895 16242/2949/2896 16240/2947/2894</w:t>
        <w:br/>
        <w:t>f 16245/2950/2897 16244/2951/2897 16243/2952/2898</w:t>
        <w:br/>
        <w:t>f 16244/2951/2897 16245/2950/2897 16246/2953/2899</w:t>
        <w:br/>
        <w:t>f 16249/2954/2900 16248/2955/2901 16247/2956/2902</w:t>
        <w:br/>
        <w:t>f 16249/2954/2900 16247/2956/2902 16250/2957/2903</w:t>
        <w:br/>
        <w:t>f 16253/2958/2904 16252/2959/2905 16251/2960/2906</w:t>
        <w:br/>
        <w:t>f 16253/2958/2904 16251/2960/2906 16254/2961/2907</w:t>
        <w:br/>
        <w:t>f 16257/2962/2908 16256/2963/2909 16255/2964/2910</w:t>
        <w:br/>
        <w:t>f 16255/2964/2910 16258/2965/2911 16257/2962/2908</w:t>
        <w:br/>
        <w:t>f 16261/2966/2912 16260/2967/2913 16259/2968/2912</w:t>
        <w:br/>
        <w:t>f 16259/2968/2912 16262/2969/2914 16261/2966/2912</w:t>
        <w:br/>
        <w:t>f 16265/2970/2915 16264/2971/2916 16263/2972/2917</w:t>
        <w:br/>
        <w:t>f 16264/2971/2916 16265/2970/2915 16266/2973/2918</w:t>
        <w:br/>
        <w:t>f 16266/2973/2918 16267/2974/2919 16264/2971/2916</w:t>
        <w:br/>
        <w:t>f 16268/2975/2920 16266/2973/2918 16265/2970/2915</w:t>
        <w:br/>
        <w:t>f 16267/2974/2919 16266/2973/2918 16269/2976/2921</w:t>
        <w:br/>
        <w:t>f 16266/2973/2918 16268/2975/2920 16270/2977/2922</w:t>
        <w:br/>
        <w:t>f 16270/2977/2922 16269/2976/2921 16266/2973/2918</w:t>
        <w:br/>
        <w:t>f 16269/2976/2921 16270/2977/2922 16271/2978/2923</w:t>
        <w:br/>
        <w:t>f 16272/2979/2924 16270/2977/2922 16268/2975/2920</w:t>
        <w:br/>
        <w:t>f 16270/2977/2922 16273/2980/2925 16271/2978/2923</w:t>
        <w:br/>
        <w:t>f 16270/2977/2922 16272/2979/2924 16274/2981/2926</w:t>
        <w:br/>
        <w:t>f 16274/2981/2926 16273/2980/2925 16270/2977/2922</w:t>
        <w:br/>
        <w:t>f 16275/2982/2927 16274/2981/2926 16272/2979/2924</w:t>
        <w:br/>
        <w:t>f 16274/2981/2926 16276/2983/2928 16273/2980/2925</w:t>
        <w:br/>
        <w:t>f 16274/2981/2926 16275/2982/2927 16277/2984/2929</w:t>
        <w:br/>
        <w:t>f 16277/2984/2929 16276/2983/2928 16274/2981/2926</w:t>
        <w:br/>
        <w:t>f 16278/2985/2930 16277/2984/2929 16275/2982/2927</w:t>
        <w:br/>
        <w:t>f 16277/2984/2929 16279/2986/2931 16276/2983/2928</w:t>
        <w:br/>
        <w:t>f 16280/2987/2932 16279/2986/2931 16277/2984/2929</w:t>
        <w:br/>
        <w:t>f 16277/2984/2929 16278/2985/2930 16280/2987/2932</w:t>
        <w:br/>
        <w:t>f 16280/2987/2932 16281/2988/2933 16279/2986/2931</w:t>
        <w:br/>
        <w:t>f 16278/2985/2930 16282/2989/2934 16280/2987/2932</w:t>
        <w:br/>
        <w:t>f 16282/2989/2934 16281/2988/2933 16280/2987/2932</w:t>
        <w:br/>
        <w:t>f 16282/2989/2934 16278/2985/2930 16283/2990/2935</w:t>
        <w:br/>
        <w:t>f 16282/2989/2934 16284/2991/2936 16281/2988/2933</w:t>
        <w:br/>
        <w:t>f 16285/2992/2937 16282/2989/2934 16283/2990/2935</w:t>
        <w:br/>
        <w:t>f 16286/2993/2938 16284/2991/2936 16282/2989/2934</w:t>
        <w:br/>
        <w:t>f 16282/2989/2934 16285/2992/2937 16286/2993/2938</w:t>
        <w:br/>
        <w:t>f 16286/2993/2938 16287/2994/2939 16284/2991/2936</w:t>
        <w:br/>
        <w:t>f 16288/2995/2940 16286/2993/2938 16285/2992/2937</w:t>
        <w:br/>
        <w:t>f 16286/2993/2938 16288/2995/2940 16289/2996/2941</w:t>
        <w:br/>
        <w:t>f 16289/2996/2941 16287/2994/2939 16286/2993/2938</w:t>
        <w:br/>
        <w:t>f 16290/2997/2942 16289/2996/2941 16288/2995/2940</w:t>
        <w:br/>
        <w:t>f 16291/2998/2943 16287/2994/2939 16289/2996/2941</w:t>
        <w:br/>
        <w:t>f 16289/2996/2941 16290/2997/2942 16291/2998/2943</w:t>
        <w:br/>
        <w:t>f 16287/2994/2939 16291/2998/2943 16292/2999/2944</w:t>
        <w:br/>
        <w:t>f 16293/3000/2945 16291/2998/2943 16290/2997/2942</w:t>
        <w:br/>
        <w:t>f 16294/3001/2946 16292/2999/2944 16291/2998/2943</w:t>
        <w:br/>
        <w:t>f 16291/2998/2943 16293/3000/2945 16294/3001/2946</w:t>
        <w:br/>
        <w:t>f 16292/2999/2944 16294/3001/2946 16295/3002/2947</w:t>
        <w:br/>
        <w:t>f 16296/3003/2948 16294/3001/2946 16293/3000/2945</w:t>
        <w:br/>
        <w:t>f 16297/3004/2949 16295/3002/2947 16294/3001/2946</w:t>
        <w:br/>
        <w:t>f 16294/3001/2946 16296/3003/2948 16297/3004/2949</w:t>
        <w:br/>
        <w:t>f 16295/3002/2947 16297/3004/2949 16298/3005/2950</w:t>
        <w:br/>
        <w:t>f 16299/3006/2951 16297/3004/2949 16296/3003/2948</w:t>
        <w:br/>
        <w:t>f 16300/3007/2952 16298/3005/2950 16297/3004/2949</w:t>
        <w:br/>
        <w:t>f 16297/3004/2949 16299/3006/2951 16300/3007/2952</w:t>
        <w:br/>
        <w:t>f 16298/3005/2950 16300/3007/2952 16301/3008/2953</w:t>
        <w:br/>
        <w:t>f 16302/3009/2954 16300/3007/2952 16299/3006/2951</w:t>
        <w:br/>
        <w:t>f 16303/3010/2955 16301/3008/2953 16300/3007/2952</w:t>
        <w:br/>
        <w:t>f 16300/3007/2952 16302/3009/2954 16303/3010/2955</w:t>
        <w:br/>
        <w:t>f 16301/3008/2953 16303/3010/2955 16304/3011/2956</w:t>
        <w:br/>
        <w:t>f 16305/3012/2957 16303/3010/2955 16302/3009/2954</w:t>
        <w:br/>
        <w:t>f 16306/3013/2958 16304/3011/2956 16303/3010/2955</w:t>
        <w:br/>
        <w:t>f 16303/3010/2955 16305/3012/2957 16306/3013/2958</w:t>
        <w:br/>
        <w:t>f 16304/3011/2956 16306/3013/2958 16307/3014/2959</w:t>
        <w:br/>
        <w:t>f 16308/3015/2960 16306/3013/2958 16305/3012/2957</w:t>
        <w:br/>
        <w:t>f 16309/3016/2961 16307/3014/2959 16306/3013/2958</w:t>
        <w:br/>
        <w:t>f 16306/3013/2958 16308/3015/2960 16309/3016/2961</w:t>
        <w:br/>
        <w:t>f 16307/3014/2959 16309/3016/2961 16310/3017/2962</w:t>
        <w:br/>
        <w:t>f 16311/3018/2963 16309/3016/2961 16308/3015/2960</w:t>
        <w:br/>
        <w:t>f 16312/3019/2964 16310/3017/2962 16309/3016/2961</w:t>
        <w:br/>
        <w:t>f 16309/3016/2961 16311/3018/2963 16312/3019/2964</w:t>
        <w:br/>
        <w:t>f 16313/3020/2965 16312/3019/2964 16311/3018/2963</w:t>
        <w:br/>
        <w:t>f 16310/3017/2962 16312/3019/2964 16314/3021/2966</w:t>
        <w:br/>
        <w:t>f 16312/3019/2964 16313/3020/2965 16315/3022/2967</w:t>
        <w:br/>
        <w:t>f 16315/3022/2967 16314/3021/2966 16312/3019/2964</w:t>
        <w:br/>
        <w:t>f 16314/3021/2966 16315/3022/2967 16316/3023/2968</w:t>
        <w:br/>
        <w:t>f 16319/3024/2969 16318/3025/2970 16317/3026/2971</w:t>
        <w:br/>
        <w:t>f 16317/3026/2971 16318/3025/2970 16320/3027/2972</w:t>
        <w:br/>
        <w:t>f 16323/3028/2973 16322/3029/2974 16321/3030/2974</w:t>
        <w:br/>
        <w:t>f 16321/3030/2974 16322/3029/2974 16324/3031/2975</w:t>
        <w:br/>
        <w:t>f 16327/3032/2976 16326/3033/2977 16325/3034/2978</w:t>
        <w:br/>
        <w:t>f 16326/3033/2977 16327/3032/2976 16328/3035/2979</w:t>
        <w:br/>
        <w:t>f 16329/3036/2980 16328/3035/2979 16327/3032/2976</w:t>
        <w:br/>
        <w:t>f 16328/3035/2979 16330/3037/2981 16326/3033/2977</w:t>
        <w:br/>
        <w:t>f 16328/3035/2979 16329/3036/2980 16331/3038/2982</w:t>
        <w:br/>
        <w:t>f 16330/3037/2981 16328/3035/2979 16332/3039/2983</w:t>
        <w:br/>
        <w:t>f 16331/3038/2982 16332/3039/2983 16328/3035/2979</w:t>
        <w:br/>
        <w:t>f 16332/3039/2983 16331/3038/2982 16333/3040/2984</w:t>
        <w:br/>
        <w:t>f 16332/3039/2983 16334/3041/2985 16330/3037/2981</w:t>
        <w:br/>
        <w:t>f 16332/3039/2983 16333/3040/2984 16335/3042/2986</w:t>
        <w:br/>
        <w:t>f 16334/3041/2985 16332/3039/2983 16336/3043/2987</w:t>
        <w:br/>
        <w:t>f 16336/3043/2987 16332/3039/2983 16335/3042/2986</w:t>
        <w:br/>
        <w:t>f 16336/3043/2987 16337/3044/2988 16334/3041/2985</w:t>
        <w:br/>
        <w:t>f 16336/3043/2987 16335/3042/2986 16338/3045/2989</w:t>
        <w:br/>
        <w:t>f 16337/3044/2988 16336/3043/2987 16339/3046/2990</w:t>
        <w:br/>
        <w:t>f 16339/3046/2990 16336/3043/2987 16338/3045/2989</w:t>
        <w:br/>
        <w:t>f 16339/3046/2990 16340/3047/2991 16337/3044/2988</w:t>
        <w:br/>
        <w:t>f 16339/3046/2990 16338/3045/2989 16341/3048/2992</w:t>
        <w:br/>
        <w:t>f 16342/3049/2993 16339/3046/2990 16341/3048/2992</w:t>
        <w:br/>
        <w:t>f 16340/3047/2991 16339/3046/2990 16342/3049/2993</w:t>
        <w:br/>
        <w:t>f 16342/3049/2993 16341/3048/2992 16343/3050/2994</w:t>
        <w:br/>
        <w:t>f 16340/3047/2991 16342/3049/2993 16344/3051/2995</w:t>
        <w:br/>
        <w:t>f 16344/3051/2995 16342/3049/2993 16343/3050/2994</w:t>
        <w:br/>
        <w:t>f 16345/3052/2996 16340/3047/2991 16344/3051/2995</w:t>
        <w:br/>
        <w:t>f 16344/3051/2995 16343/3050/2994 16346/3053/2997</w:t>
        <w:br/>
        <w:t>f 16344/3051/2995 16347/3054/2998 16345/3052/2996</w:t>
        <w:br/>
        <w:t>f 16346/3053/2997 16348/3055/2999 16344/3051/2995</w:t>
        <w:br/>
        <w:t>f 16347/3054/2998 16344/3051/2995 16348/3055/2999</w:t>
        <w:br/>
        <w:t>f 16348/3055/2999 16346/3053/2997 16349/3056/3000</w:t>
        <w:br/>
        <w:t>f 16348/3055/2999 16350/3057/3001 16347/3054/2998</w:t>
        <w:br/>
        <w:t>f 16350/3057/3001 16348/3055/2999 16351/3058/3002</w:t>
        <w:br/>
        <w:t>f 16351/3058/3002 16348/3055/2999 16349/3056/3000</w:t>
        <w:br/>
        <w:t>f 16351/3058/3002 16352/3059/3003 16350/3057/3001</w:t>
        <w:br/>
        <w:t>f 16349/3056/3000 16353/3060/3004 16351/3058/3002</w:t>
        <w:br/>
        <w:t>f 16352/3059/3003 16351/3058/3002 16353/3060/3004</w:t>
        <w:br/>
        <w:t>f 16353/3060/3004 16349/3056/3000 16354/3061/3005</w:t>
        <w:br/>
        <w:t>f 16353/3060/3004 16355/3062/3006 16352/3059/3003</w:t>
        <w:br/>
        <w:t>f 16354/3061/3005 16356/3063/3007 16353/3060/3004</w:t>
        <w:br/>
        <w:t>f 16355/3062/3006 16353/3060/3004 16356/3063/3007</w:t>
        <w:br/>
        <w:t>f 16356/3063/3007 16354/3061/3005 16357/3064/3008</w:t>
        <w:br/>
        <w:t>f 16356/3063/3007 16358/3065/3009 16355/3062/3006</w:t>
        <w:br/>
        <w:t>f 16357/3064/3008 16359/3066/3010 16356/3063/3007</w:t>
        <w:br/>
        <w:t>f 16358/3065/3009 16356/3063/3007 16359/3066/3010</w:t>
        <w:br/>
        <w:t>f 16359/3066/3010 16357/3064/3008 16360/3067/3011</w:t>
        <w:br/>
        <w:t>f 16359/3066/3010 16361/3068/3012 16358/3065/3009</w:t>
        <w:br/>
        <w:t>f 16360/3067/3011 16362/3069/3013 16359/3066/3010</w:t>
        <w:br/>
        <w:t>f 16361/3068/3012 16359/3066/3010 16362/3069/3013</w:t>
        <w:br/>
        <w:t>f 16362/3069/3013 16360/3067/3011 16363/3070/3014</w:t>
        <w:br/>
        <w:t>f 16362/3069/3013 16364/3071/3015 16361/3068/3012</w:t>
        <w:br/>
        <w:t>f 16363/3070/3014 16365/3072/3016 16362/3069/3013</w:t>
        <w:br/>
        <w:t>f 16364/3071/3015 16362/3069/3013 16365/3072/3016</w:t>
        <w:br/>
        <w:t>f 16365/3072/3016 16363/3070/3014 16366/3073/3017</w:t>
        <w:br/>
        <w:t>f 16365/3072/3016 16367/3074/3018 16364/3071/3015</w:t>
        <w:br/>
        <w:t>f 16366/3073/3017 16368/3075/3019 16365/3072/3016</w:t>
        <w:br/>
        <w:t>f 16367/3074/3018 16365/3072/3016 16368/3075/3019</w:t>
        <w:br/>
        <w:t>f 16368/3075/3019 16366/3073/3017 16369/3076/3020</w:t>
        <w:br/>
        <w:t>f 16368/3075/3019 16370/3077/3021 16367/3074/3018</w:t>
        <w:br/>
        <w:t>f 16369/3076/3020 16371/3078/3022 16368/3075/3019</w:t>
        <w:br/>
        <w:t>f 16370/3077/3021 16368/3075/3019 16371/3078/3022</w:t>
        <w:br/>
        <w:t>f 16371/3078/3022 16369/3076/3020 16372/3079/3023</w:t>
        <w:br/>
        <w:t>f 16371/3078/3022 16373/3080/3024 16370/3077/3021</w:t>
        <w:br/>
        <w:t>f 16372/3079/3023 16374/3081/3025 16371/3078/3022</w:t>
        <w:br/>
        <w:t>f 16373/3080/3024 16371/3078/3022 16374/3081/3025</w:t>
        <w:br/>
        <w:t>f 16374/3081/3025 16375/3082/3026 16373/3080/3024</w:t>
        <w:br/>
        <w:t>f 16374/3081/3025 16372/3079/3023 16376/3083/3027</w:t>
        <w:br/>
        <w:t>f 16375/3082/3026 16374/3081/3025 16377/3084/3028</w:t>
        <w:br/>
        <w:t>f 16376/3083/3027 16377/3084/3028 16374/3081/3025</w:t>
        <w:br/>
        <w:t>f 16377/3084/3028 16376/3083/3027 16378/3085/3029</w:t>
        <w:br/>
        <w:t>f 16381/3086/3030 16380/3087/3031 16379/3088/3032</w:t>
        <w:br/>
        <w:t>f 16379/3088/3032 16382/3089/3033 16381/3086/3030</w:t>
        <w:br/>
        <w:t>f 16382/3089/3033 16379/3088/3032 16383/3090/3034</w:t>
        <w:br/>
        <w:t>f 16382/3089/3033 16383/3090/3034 16384/3091/3035</w:t>
        <w:br/>
        <w:t>f 16382/3089/3033 16384/3091/3035 16385/3092/3036</w:t>
        <w:br/>
        <w:t>f 16384/3091/3035 16386/3093/3037 16385/3092/3036</w:t>
        <w:br/>
        <w:t>f 16386/3093/3037 16384/3091/3035 16387/3094/3030</w:t>
        <w:br/>
        <w:t>f 16388/3095/3038 16386/3093/3037 16387/3094/3030</w:t>
        <w:br/>
        <w:t>f 16388/3095/3038 16389/3096/3039 16386/3093/3037</w:t>
        <w:br/>
        <w:t>f 16390/3097/3040 16389/3096/3039 16388/3095/3038</w:t>
        <w:br/>
        <w:t>f 16390/3097/3040 16388/3095/3038 16391/3098/3041</w:t>
        <w:br/>
        <w:t>f 16391/3098/3041 16392/3099/3042 16390/3097/3040</w:t>
        <w:br/>
        <w:t>f 16390/3097/3040 16392/3099/3042 16393/3100/3043</w:t>
        <w:br/>
        <w:t>f 16390/3097/3040 16394/3101/3044 16389/3096/3039</w:t>
        <w:br/>
        <w:t>f 16390/3097/3040 16393/3100/3043 16395/3102/3045</w:t>
        <w:br/>
        <w:t>f 16393/3100/3043 16396/3103/3046 16395/3102/3045</w:t>
        <w:br/>
        <w:t>f 16395/3102/3045 16396/3103/3046 16397/3104/3047</w:t>
        <w:br/>
        <w:t>f 16397/3104/3047 16398/3105/3048 16395/3102/3045</w:t>
        <w:br/>
        <w:t>f 16394/3101/3044 16399/3106/3049 16389/3096/3039</w:t>
        <w:br/>
        <w:t>f 16394/3101/3044 16400/3107/3050 16399/3106/3049</w:t>
        <w:br/>
        <w:t>f 16399/3106/3049 16400/3107/3050 16401/3108/3051</w:t>
        <w:br/>
        <w:t>f 16399/3106/3049 16401/3108/3051 16402/3109/3052</w:t>
        <w:br/>
        <w:t>f 16394/3101/3044 16403/3110/3053 16400/3107/3050</w:t>
        <w:br/>
        <w:t>f 16401/3108/3051 16404/3111/3054 16402/3109/3052</w:t>
        <w:br/>
        <w:t>f 16394/3101/3044 16405/3112/3055 16403/3110/3053</w:t>
        <w:br/>
        <w:t>f 16404/3111/3054 16401/3108/3051 16406/3113/3056</w:t>
        <w:br/>
        <w:t>f 16405/3112/3055 16407/3114/3057 16403/3110/3053</w:t>
        <w:br/>
        <w:t>f 16408/3115/3058 16404/3111/3054 16406/3113/3056</w:t>
        <w:br/>
        <w:t>f 16403/3110/3053 16407/3114/3057 16409/3116/3059</w:t>
        <w:br/>
        <w:t>f 16408/3115/3058 16410/3117/3060 16404/3111/3054</w:t>
        <w:br/>
        <w:t>f 16403/3110/3053 16409/3116/3059 16411/3118/3061</w:t>
        <w:br/>
        <w:t>f 16412/3119/3062 16410/3117/3060 16408/3115/3058</w:t>
        <w:br/>
        <w:t>f 16410/3117/3060 16412/3119/3062 16413/3120/3051</w:t>
        <w:br/>
        <w:t>f 16412/3119/3062 16414/3121/3063 16413/3120/3051</w:t>
        <w:br/>
        <w:t>f 16409/3116/3059 16415/3122/3064 16411/3118/3061</w:t>
        <w:br/>
        <w:t>f 16415/3122/3064 16409/3116/3059 16416/3123/3065</w:t>
        <w:br/>
        <w:t>f 16417/3124/3066 16415/3122/3064 16416/3123/3065</w:t>
        <w:br/>
        <w:t>f 16417/3124/3066 16418/3125/3067 16415/3122/3064</w:t>
        <w:br/>
        <w:t>f 16419/3126/3067 16418/3125/3067 16417/3124/3066</w:t>
        <w:br/>
        <w:t>f 16418/3125/3067 16419/3126/3067 16420/3127/3068</w:t>
        <w:br/>
        <w:t>f 16419/3126/3067 16421/3128/3069 16420/3127/3068</w:t>
        <w:br/>
        <w:t>f 16424/3129/3070 16423/3130/3071 16422/3131/3072</w:t>
        <w:br/>
        <w:t>f 16422/3131/3072 16425/3132/3073 16424/3129/3070</w:t>
        <w:br/>
        <w:t>f 16422/3131/3072 16426/3133/3074 16425/3132/3073</w:t>
        <w:br/>
        <w:t>f 16425/3132/3073 16426/3133/3074 16427/3134/3075</w:t>
        <w:br/>
        <w:t>f 16428/3135/3076 16425/3132/3073 16427/3134/3075</w:t>
        <w:br/>
        <w:t>f 16427/3134/3075 16429/3136/3077 16428/3135/3076</w:t>
        <w:br/>
        <w:t>f 16429/3136/3077 16427/3134/3075 16430/3137/3078</w:t>
        <w:br/>
        <w:t>f 16429/3136/3077 16430/3137/3078 16431/3138/3079</w:t>
        <w:br/>
        <w:t>f 16432/3139/3080 16429/3136/3077 16431/3138/3079</w:t>
        <w:br/>
        <w:t>f 16431/3138/3079 16433/3140/3081 16432/3139/3080</w:t>
        <w:br/>
        <w:t>f 16434/3141/3082 16432/3139/3080 16433/3140/3081</w:t>
        <w:br/>
        <w:t>f 16434/3141/3082 16433/3140/3081 16435/3142/3083</w:t>
        <w:br/>
        <w:t>f 16436/3143/3084 16434/3141/3082 16435/3142/3083</w:t>
        <w:br/>
        <w:t>f 16436/3143/3084 16435/3142/3083 16437/3144/3085</w:t>
        <w:br/>
        <w:t>f 16437/3144/3085 16438/3145/3086 16436/3143/3084</w:t>
        <w:br/>
        <w:t>f 16437/3144/3085 16439/3146/3087 16438/3145/3086</w:t>
        <w:br/>
        <w:t>f 16442/3147/3088 16441/3148/3089 16440/3149/3090</w:t>
        <w:br/>
        <w:t>f 16443/3150/3091 16440/3149/3090 16441/3148/3089</w:t>
        <w:br/>
        <w:t>f 16440/3149/3090 16443/3150/3091 16444/3151/3092</w:t>
        <w:br/>
        <w:t>f 16443/3150/3091 16445/3152/3093 16444/3151/3092</w:t>
        <w:br/>
        <w:t>f 16446/3153/3094 16444/3151/3092 16445/3152/3093</w:t>
        <w:br/>
        <w:t>f 16447/3154/3095 16446/3153/3094 16445/3152/3093</w:t>
        <w:br/>
        <w:t>f 16446/3153/3094 16447/3154/3095 16448/3155/3096</w:t>
        <w:br/>
        <w:t>f 16449/3156/3097 16448/3155/3096 16447/3154/3095</w:t>
        <w:br/>
        <w:t>f 16450/3157/3098 16448/3155/3096 16449/3156/3097</w:t>
        <w:br/>
        <w:t>f 16449/3156/3097 16451/3158/3099 16450/3157/3098</w:t>
        <w:br/>
        <w:t>f 16451/3158/3099 16449/3156/3097 16452/3159/3100</w:t>
        <w:br/>
        <w:t>f 16455/3160/3101 16454/3161/3101 16453/3162/3102</w:t>
        <w:br/>
        <w:t>f 16454/3161/3101 16455/3160/3101 16456/3163/3103</w:t>
        <w:br/>
        <w:t>f 16459/3164/3104 16458/3165/3105 16457/3166/3106</w:t>
        <w:br/>
        <w:t>f 16458/3165/3105 16459/3164/3104 16460/3167/3107</w:t>
        <w:br/>
        <w:t>f 16463/3168/3108 16462/3169/3109 16461/3170/3110</w:t>
        <w:br/>
        <w:t>f 16460/3167/3107 16464/3171/3111 16458/3165/3105</w:t>
        <w:br/>
        <w:t>f 16461/3170/3110 16465/3172/3112 16463/3168/3108</w:t>
        <w:br/>
        <w:t>f 16466/3173/3113 16463/3168/3108 16465/3172/3112</w:t>
        <w:br/>
        <w:t>f 16464/3171/3111 16460/3167/3107 16467/3174/3114</w:t>
        <w:br/>
        <w:t>f 16465/3172/3112 16468/3175/3115 16466/3173/3113</w:t>
        <w:br/>
        <w:t>f 16469/3176/3116 16464/3171/3111 16467/3174/3114</w:t>
        <w:br/>
        <w:t>f 16470/3177/3117 16466/3173/3113 16468/3175/3115</w:t>
        <w:br/>
        <w:t>f 16464/3171/3111 16469/3176/3116 16471/3178/3118</w:t>
        <w:br/>
        <w:t>f 16468/3175/3115 16472/3179/3119 16470/3177/3117</w:t>
        <w:br/>
        <w:t>f 16473/3180/3120 16471/3178/3118 16469/3176/3116</w:t>
        <w:br/>
        <w:t>f 16474/3181/3121 16470/3177/3117 16472/3179/3119</w:t>
        <w:br/>
        <w:t>f 16471/3178/3118 16473/3180/3120 16475/3182/3122</w:t>
        <w:br/>
        <w:t>f 16472/3179/3119 16476/3183/3123 16474/3181/3121</w:t>
        <w:br/>
        <w:t>f 16477/3184/3124 16475/3182/3122 16473/3180/3120</w:t>
        <w:br/>
        <w:t>f 16478/3185/3125 16474/3181/3121 16476/3183/3123</w:t>
        <w:br/>
        <w:t>f 16475/3182/3122 16477/3184/3124 16479/3186/3126</w:t>
        <w:br/>
        <w:t>f 16476/3183/3123 16480/3187/3127 16478/3185/3125</w:t>
        <w:br/>
        <w:t>f 16479/3186/3126 16477/3184/3124 16481/3188/3128</w:t>
        <w:br/>
        <w:t>f 16482/3189/3129 16478/3185/3125 16480/3187/3127</w:t>
        <w:br/>
        <w:t>f 16483/3190/3130 16479/3186/3126 16481/3188/3128</w:t>
        <w:br/>
        <w:t>f 16480/3187/3127 16484/3191/3131 16482/3189/3129</w:t>
        <w:br/>
        <w:t>f 16485/3192/3132 16483/3190/3130 16481/3188/3128</w:t>
        <w:br/>
        <w:t>f 16484/3191/3131 16486/3193/3133 16482/3189/3129</w:t>
        <w:br/>
        <w:t>f 16483/3190/3130 16485/3192/3132 16487/3194/3134</w:t>
        <w:br/>
        <w:t>f 16484/3191/3131 16488/3195/3135 16486/3193/3133</w:t>
        <w:br/>
        <w:t>f 16487/3194/3134 16485/3192/3132 16489/3196/3136</w:t>
        <w:br/>
        <w:t>f 16488/3195/3135 16490/3197/3137 16486/3193/3133</w:t>
        <w:br/>
        <w:t>f 16491/3198/3138 16487/3194/3134 16489/3196/3136</w:t>
        <w:br/>
        <w:t>f 16490/3197/3137 16488/3195/3135 16492/3199/3139</w:t>
        <w:br/>
        <w:t>f 16491/3198/3138 16489/3196/3136 16493/3200/3140</w:t>
        <w:br/>
        <w:t>f 16494/3201/3141 16490/3197/3137 16492/3199/3139</w:t>
        <w:br/>
        <w:t>f 16493/3200/3140 16489/3196/3136 16495/3202/3142</w:t>
        <w:br/>
        <w:t>f 16490/3197/3137 16494/3201/3141 16496/3203/3143</w:t>
        <w:br/>
        <w:t>f 16493/3200/3140 16495/3202/3142 16497/3204/3144</w:t>
        <w:br/>
        <w:t>f 16498/3205/3145 16496/3203/3143 16494/3201/3141</w:t>
        <w:br/>
        <w:t>f 16497/3204/3144 16495/3202/3142 16499/3206/3146</w:t>
        <w:br/>
        <w:t>f 16496/3203/3143 16498/3205/3145 16500/3207/3147</w:t>
        <w:br/>
        <w:t>f 16497/3204/3144 16499/3206/3146 16501/3208/3148</w:t>
        <w:br/>
        <w:t>f 16502/3209/3149 16500/3207/3147 16498/3205/3145</w:t>
        <w:br/>
        <w:t>f 16501/3208/3148 16499/3206/3146 16503/3210/3150</w:t>
        <w:br/>
        <w:t>f 16500/3207/3147 16502/3209/3149 16504/3211/3151</w:t>
        <w:br/>
        <w:t>f 16503/3210/3150 16505/3212/3152 16501/3208/3148</w:t>
        <w:br/>
        <w:t>f 16506/3213/3153 16504/3211/3151 16502/3209/3149</w:t>
        <w:br/>
        <w:t>f 16505/3212/3152 16503/3210/3150 16507/3214/3154</w:t>
        <w:br/>
        <w:t>f 16504/3211/3151 16506/3213/3153 16508/3215/3155</w:t>
        <w:br/>
        <w:t>f 16507/3214/3154 16509/3216/3156 16505/3212/3152</w:t>
        <w:br/>
        <w:t>f 16510/3217/3157 16508/3215/3155 16506/3213/3153</w:t>
        <w:br/>
        <w:t>f 16509/3216/3156 16507/3214/3154 16511/3218/3158</w:t>
        <w:br/>
        <w:t>f 16508/3215/3155 16510/3217/3157 16512/3219/3159</w:t>
        <w:br/>
        <w:t>f 16509/3216/3156 16511/3218/3158 16513/3220/3160</w:t>
        <w:br/>
        <w:t>f 16514/3221/3161 16512/3219/3159 16510/3217/3157</w:t>
        <w:br/>
        <w:t>f 16513/3220/3160 16511/3218/3158 16515/3222/3162</w:t>
        <w:br/>
        <w:t>f 16512/3219/3159 16514/3221/3161 16516/3223/3163</w:t>
        <w:br/>
        <w:t>f 16513/3220/3160 16515/3222/3162 16517/3224/3164</w:t>
        <w:br/>
        <w:t>f 16518/3225/3165 16516/3223/3163 16514/3221/3161</w:t>
        <w:br/>
        <w:t>f 16517/3224/3164 16515/3222/3162 16519/3226/3166</w:t>
        <w:br/>
        <w:t>f 16516/3223/3163 16518/3225/3165 16520/3227/3167</w:t>
        <w:br/>
        <w:t>f 16517/3224/3164 16519/3226/3166 16521/3228/3168</w:t>
        <w:br/>
        <w:t>f 16522/3229/3169 16520/3227/3167 16518/3225/3165</w:t>
        <w:br/>
        <w:t>f 16521/3228/3168 16519/3226/3166 16523/3230/3170</w:t>
        <w:br/>
        <w:t>f 16520/3227/3167 16522/3229/3169 16524/3231/3171</w:t>
        <w:br/>
        <w:t>f 16521/3228/3168 16523/3230/3170 16525/3232/3172</w:t>
        <w:br/>
        <w:t>f 16526/3233/3173 16524/3231/3171 16522/3229/3169</w:t>
        <w:br/>
        <w:t>f 16525/3232/3172 16523/3230/3170 16527/3234/3174</w:t>
        <w:br/>
        <w:t>f 16524/3231/3171 16526/3233/3173 16528/3235/3175</w:t>
        <w:br/>
        <w:t>f 16531/3236/3176 16530/3237/3176 16529/3238/3177</w:t>
        <w:br/>
        <w:t>f 16530/3237/3176 16531/3236/3176 16532/3239/3178</w:t>
        <w:br/>
        <w:t>f 16535/3240/3179 16534/3241/3180 16533/3242/3181</w:t>
        <w:br/>
        <w:t>f 16533/3242/3181 16536/3243/3182 16535/3240/3179</w:t>
        <w:br/>
        <w:t>f 16539/3244/3183 16538/3245/3184 16537/3246/3185</w:t>
        <w:br/>
        <w:t>f 16536/3243/3182 16533/3242/3181 16540/3247/3186</w:t>
        <w:br/>
        <w:t>f 16541/3248/3187 16538/3245/3184 16539/3244/3183</w:t>
        <w:br/>
        <w:t>f 16539/3244/3183 16542/3249/3188 16541/3248/3187</w:t>
        <w:br/>
        <w:t>f 16540/3247/3186 16543/3250/3189 16536/3243/3182</w:t>
        <w:br/>
        <w:t>f 16544/3251/3190 16541/3248/3187 16542/3249/3188</w:t>
        <w:br/>
        <w:t>f 16540/3247/3186 16545/3252/3191 16543/3250/3189</w:t>
        <w:br/>
        <w:t>f 16546/3253/3192 16544/3251/3190 16542/3249/3188</w:t>
        <w:br/>
        <w:t>f 16545/3252/3191 16540/3247/3186 16547/3254/3193</w:t>
        <w:br/>
        <w:t>f 16548/3255/3194 16544/3251/3190 16546/3253/3192</w:t>
        <w:br/>
        <w:t>f 16547/3254/3193 16549/3256/3195 16545/3252/3191</w:t>
        <w:br/>
        <w:t>f 16546/3253/3192 16550/3257/3196 16548/3255/3194</w:t>
        <w:br/>
        <w:t>f 16549/3256/3195 16547/3254/3193 16551/3258/3197</w:t>
        <w:br/>
        <w:t>f 16552/3259/3198 16548/3255/3194 16550/3257/3196</w:t>
        <w:br/>
        <w:t>f 16551/3258/3197 16553/3260/3199 16549/3256/3195</w:t>
        <w:br/>
        <w:t>f 16554/3261/3200 16552/3259/3198 16550/3257/3196</w:t>
        <w:br/>
        <w:t>f 16553/3260/3199 16551/3258/3197 16555/3262/3201</w:t>
        <w:br/>
        <w:t>f 16552/3259/3198 16554/3261/3200 16556/3263/3202</w:t>
        <w:br/>
        <w:t>f 16555/3262/3201 16557/3264/3203 16553/3260/3199</w:t>
        <w:br/>
        <w:t>f 16558/3265/3204 16556/3263/3202 16554/3261/3200</w:t>
        <w:br/>
        <w:t>f 16559/3266/3205 16557/3264/3203 16555/3262/3201</w:t>
        <w:br/>
        <w:t>f 16556/3263/3202 16558/3265/3204 16560/3267/3206</w:t>
        <w:br/>
        <w:t>f 16559/3266/3205 16561/3268/3207 16557/3264/3203</w:t>
        <w:br/>
        <w:t>f 16562/3269/3208 16560/3267/3206 16558/3265/3204</w:t>
        <w:br/>
        <w:t>f 16561/3268/3207 16559/3266/3205 16563/3270/3209</w:t>
        <w:br/>
        <w:t>f 16560/3267/3206 16562/3269/3208 16564/3271/3210</w:t>
        <w:br/>
        <w:t>f 16563/3270/3209 16565/3272/3211 16561/3268/3207</w:t>
        <w:br/>
        <w:t>f 16562/3269/3208 16566/3273/3212 16564/3271/3210</w:t>
        <w:br/>
        <w:t>f 16567/3274/3213 16565/3272/3211 16563/3270/3209</w:t>
        <w:br/>
        <w:t>f 16564/3271/3210 16566/3273/3212 16568/3275/3214</w:t>
        <w:br/>
        <w:t>f 16567/3274/3213 16569/3276/3215 16565/3272/3211</w:t>
        <w:br/>
        <w:t>f 16566/3273/3212 16570/3277/3216 16568/3275/3214</w:t>
        <w:br/>
        <w:t>f 16569/3276/3215 16571/3278/3217 16565/3272/3211</w:t>
        <w:br/>
        <w:t>f 16570/3277/3216 16566/3273/3212 16572/3279/3218</w:t>
        <w:br/>
        <w:t>f 16571/3278/3217 16569/3276/3215 16573/3280/3219</w:t>
        <w:br/>
        <w:t>f 16572/3279/3218 16574/3281/3220 16570/3277/3216</w:t>
        <w:br/>
        <w:t>f 16573/3280/3219 16575/3282/3221 16571/3278/3217</w:t>
        <w:br/>
        <w:t>f 16574/3281/3220 16572/3279/3218 16576/3283/3222</w:t>
        <w:br/>
        <w:t>f 16573/3280/3219 16577/3284/3223 16575/3282/3221</w:t>
        <w:br/>
        <w:t>f 16576/3283/3222 16578/3285/3224 16574/3281/3220</w:t>
        <w:br/>
        <w:t>f 16577/3284/3223 16579/3286/3225 16575/3282/3221</w:t>
        <w:br/>
        <w:t>f 16578/3285/3224 16576/3283/3222 16580/3287/3226</w:t>
        <w:br/>
        <w:t>f 16581/3288/3227 16579/3286/3225 16577/3284/3223</w:t>
        <w:br/>
        <w:t>f 16580/3287/3226 16582/3289/3228 16578/3285/3224</w:t>
        <w:br/>
        <w:t>f 16579/3286/3225 16581/3288/3227 16583/3290/3229</w:t>
        <w:br/>
        <w:t>f 16582/3289/3228 16580/3287/3226 16584/3291/3230</w:t>
        <w:br/>
        <w:t>f 16585/3292/3231 16583/3290/3229 16581/3288/3227</w:t>
        <w:br/>
        <w:t>f 16584/3291/3230 16586/3293/3232 16582/3289/3228</w:t>
        <w:br/>
        <w:t>f 16583/3290/3229 16585/3292/3231 16587/3294/3233</w:t>
        <w:br/>
        <w:t>f 16586/3293/3232 16584/3291/3230 16588/3295/3234</w:t>
        <w:br/>
        <w:t>f 16585/3292/3231 16589/3296/3235 16587/3294/3233</w:t>
        <w:br/>
        <w:t>f 16588/3295/3234 16590/3297/3236 16586/3293/3232</w:t>
        <w:br/>
        <w:t>f 16589/3296/3235 16591/3298/3237 16587/3294/3233</w:t>
        <w:br/>
        <w:t>f 16590/3297/3236 16588/3295/3234 16592/3299/3238</w:t>
        <w:br/>
        <w:t>f 16589/3296/3235 16593/3300/3239 16591/3298/3237</w:t>
        <w:br/>
        <w:t>f 16592/3299/3238 16594/3301/3240 16590/3297/3236</w:t>
        <w:br/>
        <w:t>f 16593/3300/3239 16595/3302/3241 16591/3298/3237</w:t>
        <w:br/>
        <w:t>f 16594/3301/3240 16592/3299/3238 16596/3303/3242</w:t>
        <w:br/>
        <w:t>f 16593/3300/3239 16597/3304/3243 16595/3302/3241</w:t>
        <w:br/>
        <w:t>f 16596/3303/3242 16598/3305/3244 16594/3301/3240</w:t>
        <w:br/>
        <w:t>f 16597/3304/3243 16599/3306/3245 16595/3302/3241</w:t>
        <w:br/>
        <w:t>f 16598/3305/3244 16596/3303/3242 16600/3307/3246</w:t>
        <w:br/>
        <w:t>f 16597/3304/3243 16601/3308/3247 16599/3306/3245</w:t>
        <w:br/>
        <w:t>f 16600/3307/3246 16602/3309/3248 16598/3305/3244</w:t>
        <w:br/>
        <w:t>f 16601/3308/3247 16603/3310/3249 16599/3306/3245</w:t>
        <w:br/>
        <w:t>f 16602/3309/3248 16600/3307/3246 16604/3311/3250</w:t>
        <w:br/>
        <w:t>f 16607/3312/3251 16606/3313/3252 16605/3314/3253</w:t>
        <w:br/>
        <w:t>f 16607/3312/3251 16608/3315/3254 16606/3313/3252</w:t>
        <w:br/>
        <w:t>f 16609/3316/3255 16608/3315/3254 16607/3312/3251</w:t>
        <w:br/>
        <w:t>f 16609/3316/3255 16610/3317/3256 16608/3315/3254</w:t>
        <w:br/>
        <w:t>f 16609/3316/3255 16611/3318/3257 16610/3317/3256</w:t>
        <w:br/>
        <w:t>f 16609/3316/3255 16612/3319/3258 16611/3318/3257</w:t>
        <w:br/>
        <w:t>f 16615/3320/3259 16614/3321/3260 16613/3322/3261</w:t>
        <w:br/>
        <w:t>f 16615/3320/3259 16613/3322/3261 16616/3323/3262</w:t>
        <w:br/>
        <w:t>f 16617/3324/3263 16615/3320/3259 16616/3323/3262</w:t>
        <w:br/>
        <w:t>f 16617/3324/3263 16616/3323/3262 16618/3325/3264</w:t>
        <w:br/>
        <w:t>f 16617/3324/3263 16618/3325/3264 16619/3326/3265</w:t>
        <w:br/>
        <w:t>f 16617/3324/3263 16619/3326/3265 16620/3327/3266</w:t>
        <w:br/>
        <w:t>f 16623/3328/3267 16622/3329/3268 16621/3330/3269</w:t>
        <w:br/>
        <w:t>f 16622/3329/3268 16623/3328/3267 16624/3331/3270</w:t>
        <w:br/>
        <w:t>f 16623/3328/3267 16625/3332/3271 16624/3331/3270</w:t>
        <w:br/>
        <w:t>f 16624/3331/3270 16625/3332/3271 16626/3333/3272</w:t>
        <w:br/>
        <w:t>f 16627/3334/3273 16626/3333/3272 16625/3332/3271</w:t>
        <w:br/>
        <w:t>f 16626/3333/3272 16627/3334/3273 16628/3335/3274</w:t>
        <w:br/>
        <w:t>f 16628/3335/3274 16627/3334/3273 16629/3336/3275</w:t>
        <w:br/>
        <w:t>f 16630/3337/3276 16629/3336/3275 16627/3334/3273</w:t>
        <w:br/>
        <w:t>f 16631/3338/3277 16629/3336/3275 16630/3337/3276</w:t>
        <w:br/>
        <w:t>f 16629/3336/3275 16631/3338/3277 16632/3339/3278</w:t>
        <w:br/>
        <w:t>f 16635/3340/3279 16634/3341/3280 16633/3342/3281</w:t>
        <w:br/>
        <w:t>f 16634/3341/3280 16635/3340/3279 16636/3343/3282</w:t>
        <w:br/>
        <w:t>f 16637/3344/3283 16636/3343/3282 16635/3340/3279</w:t>
        <w:br/>
        <w:t>f 16638/3345/3284 16636/3343/3282 16637/3344/3283</w:t>
        <w:br/>
        <w:t>f 16639/3346/3285 16638/3345/3284 16637/3344/3283</w:t>
        <w:br/>
        <w:t>f 16637/3344/3283 16640/3347/3286 16639/3346/3285</w:t>
        <w:br/>
        <w:t>f 16640/3347/3286 16641/3348/3287 16639/3346/3285</w:t>
        <w:br/>
        <w:t>f 16641/3348/3287 16640/3347/3286 16642/3349/3288</w:t>
        <w:br/>
        <w:t>f 16642/3349/3288 16643/3350/3289 16641/3348/3287</w:t>
        <w:br/>
        <w:t>f 16643/3350/3289 16642/3349/3288 16644/3351/3290</w:t>
        <w:br/>
        <w:t>f 16645/3352/3291 16643/3350/3289 16644/3351/3290</w:t>
        <w:br/>
        <w:t>f 16644/3351/3290 16646/3353/3292 16645/3352/3291</w:t>
        <w:br/>
        <w:t>f 16647/3354/3293 16645/3352/3291 16646/3353/3292</w:t>
        <w:br/>
        <w:t>f 16648/3355/3294 16647/3354/3293 16646/3353/3292</w:t>
        <w:br/>
        <w:t>f 16647/3354/3293 16648/3355/3294 16649/3356/3295</w:t>
        <w:br/>
        <w:t>f 16648/3355/3294 16650/3357/3296 16649/3356/3295</w:t>
        <w:br/>
        <w:t>f 16650/3357/3296 16648/3355/3294 16651/3358/3297</w:t>
        <w:br/>
        <w:t>f 16651/3358/3297 16652/3359/3298 16650/3357/3296</w:t>
        <w:br/>
        <w:t>f 16652/3359/3298 16653/3360/3299 16650/3357/3296</w:t>
        <w:br/>
        <w:t>f 16652/3359/3298 16654/3361/3300 16653/3360/3299</w:t>
        <w:br/>
        <w:t>f 16654/3361/3300 16652/3359/3298 16655/3362/3301</w:t>
        <w:br/>
        <w:t>f 16658/3363/3302 16657/3364/3303 16656/3365/3304</w:t>
        <w:br/>
        <w:t>f 16657/3364/3303 16658/3363/3302 16659/3366/3305</w:t>
        <w:br/>
        <w:t>f 16660/3367/3306 16659/3366/3305 16658/3363/3302</w:t>
        <w:br/>
        <w:t>f 16659/3366/3305 16660/3367/3306 16661/3368/3307</w:t>
        <w:br/>
        <w:t>f 16662/3369/3308 16661/3368/3307 16660/3367/3306</w:t>
        <w:br/>
        <w:t>f 16663/3370/3309 16661/3368/3307 16662/3369/3308</w:t>
        <w:br/>
        <w:t>f 16664/3371/3310 16663/3370/3309 16662/3369/3308</w:t>
        <w:br/>
        <w:t>f 16663/3370/3309 16664/3371/3310 16665/3372/3311</w:t>
        <w:br/>
        <w:t>f 16664/3371/3310 16666/3373/3312 16665/3372/3311</w:t>
        <w:br/>
        <w:t>f 16664/3371/3310 16667/3374/3313 16666/3373/3312</w:t>
        <w:br/>
        <w:t>f 16667/3374/3313 16668/3375/3314 16666/3373/3312</w:t>
        <w:br/>
        <w:t>f 16667/3374/3313 16669/3376/3315 16668/3375/3314</w:t>
        <w:br/>
        <w:t>f 16670/3377/3316 16669/3376/3315 16667/3374/3313</w:t>
        <w:br/>
        <w:t>f 16669/3376/3315 16670/3377/3316 16671/3378/3317</w:t>
        <w:br/>
        <w:t>f 13512/217/210 16672/3379/3318 13511/218/211</w:t>
        <w:br/>
        <w:t>f 16672/3379/3318 13512/217/210 16673/3380/3319</w:t>
        <w:br/>
        <w:t>f 16673/3380/3319 16674/3381/3320 16672/3379/3318</w:t>
        <w:br/>
        <w:t>f 16674/3381/3320 16673/3380/3319 16675/3382/3321</w:t>
        <w:br/>
        <w:t>f 16678/3383/3322 16677/3384/3323 16676/3385/3322</w:t>
        <w:br/>
        <w:t>f 16679/3386/3322 16678/3383/3322 16676/3385/3322</w:t>
        <w:br/>
        <w:t>f 16678/3383/3322 16679/3386/3322 16680/3387/3324</w:t>
        <w:br/>
        <w:t>f 16680/3387/3324 16679/3386/3322 16681/3388/3325</w:t>
        <w:br/>
        <w:t>f 16680/3387/3324 16681/3388/3325 16682/3389/3326</w:t>
        <w:br/>
        <w:t>f 16681/3388/3325 16683/3390/3327 16682/3389/3326</w:t>
        <w:br/>
        <w:t>f 16683/3390/3327 16681/3388/3325 16684/3391/3328</w:t>
        <w:br/>
        <w:t>f 16685/3392/3329 16683/3390/3327 16684/3391/3328</w:t>
        <w:br/>
        <w:t>f 16685/3392/3329 16686/3393/3330 16683/3390/3327</w:t>
        <w:br/>
        <w:t>f 16687/3394/3331 16686/3393/3330 16685/3392/3329</w:t>
        <w:br/>
        <w:t>f 16688/3395/3332 16687/3394/3331 16685/3392/3329</w:t>
        <w:br/>
        <w:t>f 16688/3395/3332 16685/3392/3329 16689/3396/3333</w:t>
        <w:br/>
        <w:t>f 16688/3395/3332 16689/3396/3333 16690/3397/3334</w:t>
        <w:br/>
        <w:t>f 16690/3397/3334 16689/3396/3333 16691/3398/3335</w:t>
        <w:br/>
        <w:t>f 16688/3395/3332 16690/3397/3334 16692/3399/3336</w:t>
        <w:br/>
        <w:t>f 16690/3397/3334 16691/3398/3335 16693/3400/3337</w:t>
        <w:br/>
        <w:t>f 16694/3401/3338 16688/3395/3332 16692/3399/3336</w:t>
        <w:br/>
        <w:t>f 16691/3398/3335 16695/3402/3339 16693/3400/3337</w:t>
        <w:br/>
        <w:t>f 16695/3402/3339 16691/3398/3335 16696/3403/3340</w:t>
        <w:br/>
        <w:t>f 16697/3404/3341 16695/3402/3339 16696/3403/3340</w:t>
        <w:br/>
        <w:t>f 16697/3404/3341 16698/3405/3342 16695/3402/3339</w:t>
        <w:br/>
        <w:t>f 16699/3406/3342 16698/3405/3342 16697/3404/3341</w:t>
        <w:br/>
        <w:t>f 16698/3405/3342 16699/3406/3342 16700/3407/3343</w:t>
        <w:br/>
        <w:t>f 16699/3406/3342 16701/3408/3344 16700/3407/3343</w:t>
        <w:br/>
        <w:t>f 16694/3401/3338 16692/3399/3336 16702/3409/3345</w:t>
        <w:br/>
        <w:t>f 16702/3409/3345 16692/3399/3336 16703/3410/3346</w:t>
        <w:br/>
        <w:t>f 16694/3401/3338 16702/3409/3345 16704/3411/3347</w:t>
        <w:br/>
        <w:t>f 16702/3409/3345 16703/3410/3346 16705/3412/3348</w:t>
        <w:br/>
        <w:t>f 16704/3411/3347 16706/3413/3349 16694/3401/3338</w:t>
        <w:br/>
        <w:t>f 16703/3410/3346 16707/3414/3350 16705/3412/3348</w:t>
        <w:br/>
        <w:t>f 16694/3401/3338 16706/3413/3349 16708/3415/3351</w:t>
        <w:br/>
        <w:t>f 16707/3414/3350 16703/3410/3346 16709/3416/3352</w:t>
        <w:br/>
        <w:t>f 16694/3401/3338 16708/3415/3351 16710/3417/3353</w:t>
        <w:br/>
        <w:t>f 16711/3418/3354 16707/3414/3350 16709/3416/3352</w:t>
        <w:br/>
        <w:t>f 16708/3415/3351 16712/3419/3355 16710/3417/3353</w:t>
        <w:br/>
        <w:t>f 16711/3418/3354 16713/3420/3354 16707/3414/3350</w:t>
        <w:br/>
        <w:t>f 16710/3417/3353 16712/3419/3355 16714/3421/3356</w:t>
        <w:br/>
        <w:t>f 16714/3421/3356 16715/3422/3357 16710/3417/3353</w:t>
        <w:br/>
        <w:t>f 16716/3423/3350 16713/3420/3354 16711/3418/3354</w:t>
        <w:br/>
        <w:t>f 16713/3420/3354 16716/3423/3350 16717/3424/3350</w:t>
        <w:br/>
        <w:t>f 16716/3423/3350 16718/3425/3358 16717/3424/3350</w:t>
        <w:br/>
        <w:t>f 16721/3426/3359 16720/3427/3360 16719/3428/3359</w:t>
        <w:br/>
        <w:t>f 16722/3429/3361 16719/3428/3359 16720/3427/3360</w:t>
        <w:br/>
        <w:t>f 16723/3430/3362 16722/3429/3361 16720/3427/3360</w:t>
        <w:br/>
        <w:t>f 16722/3429/3361 16723/3430/3362 16724/3431/3363</w:t>
        <w:br/>
        <w:t>f 16727/3432/3364 16726/3433/3365 16725/3434/3366</w:t>
        <w:br/>
        <w:t>f 16726/3433/3365 16727/3432/3364 16728/3435/3367</w:t>
        <w:br/>
        <w:t>f 16728/3435/3367 16727/3432/3364 16729/3436/3368</w:t>
        <w:br/>
        <w:t>f 16727/3432/3364 16730/3437/3369 16729/3436/3368</w:t>
        <w:br/>
        <w:t>f 16733/3438/3370 16732/3439/3371 16731/3440/3372</w:t>
        <w:br/>
        <w:t>f 16732/3439/3371 16734/3441/3373 16731/3440/3372</w:t>
        <w:br/>
        <w:t>f 16737/3442/3374 16736/3443/3375 16735/3444/3376</w:t>
        <w:br/>
        <w:t>f 16736/3443/3375 16738/3445/3377 16735/3444/3376</w:t>
        <w:br/>
        <w:t>f 16739/3446/3378 16735/3444/3376 16738/3445/3377</w:t>
        <w:br/>
        <w:t>f 16735/3444/3376 16739/3446/3378 16740/3447/3379</w:t>
        <w:br/>
        <w:t>f 16739/3446/3378 16741/3448/3380 16740/3447/3379</w:t>
        <w:br/>
        <w:t>f 16741/3448/3380 16739/3446/3378 16742/3449/3381</w:t>
        <w:br/>
        <w:t>f 16742/3449/3381 16743/3450/3382 16741/3448/3380</w:t>
        <w:br/>
        <w:t>f 16743/3450/3382 16742/3449/3381 16744/3451/3383</w:t>
        <w:br/>
        <w:t>f 16743/3450/3382 16744/3451/3383 16745/3452/3384</w:t>
        <w:br/>
        <w:t>f 16745/3452/3384 16746/3453/3385 16743/3450/3382</w:t>
        <w:br/>
        <w:t>f 16749/3454/3386 16748/3455/3387 16747/3456/3388</w:t>
        <w:br/>
        <w:t>f 16748/3455/3387 16750/3457/3389 16747/3456/3388</w:t>
        <w:br/>
        <w:t>f 16753/3458/3390 16752/3459/3391 16751/3460/3392</w:t>
        <w:br/>
        <w:t>f 16752/3459/3391 16753/3458/3390 16754/3461/3393</w:t>
        <w:br/>
        <w:t>f 16753/3458/3390 16755/3462/3394 16754/3461/3393</w:t>
        <w:br/>
        <w:t>f 16755/3462/3394 16753/3458/3390 16756/3463/3395</w:t>
        <w:br/>
        <w:t>f 16757/3464/3396 16755/3462/3394 16756/3463/3395</w:t>
        <w:br/>
        <w:t>f 16755/3462/3394 16757/3464/3396 16758/3465/3397</w:t>
        <w:br/>
        <w:t>f 16758/3465/3397 16757/3464/3396 16759/3466/3398</w:t>
        <w:br/>
        <w:t>f 16757/3464/3396 16760/3467/3399 16759/3466/3398</w:t>
        <w:br/>
        <w:t>f 16763/3468/3400 16762/3469/3401 16761/3470/3402</w:t>
        <w:br/>
        <w:t>f 16762/3469/3401 16764/3471/3403 16761/3470/3402</w:t>
        <w:br/>
        <w:t>f 16767/3472/3404 16766/3473/3405 16765/3474/3406</w:t>
        <w:br/>
        <w:t>f 16766/3473/3405 16768/3475/3407 16765/3474/3406</w:t>
        <w:br/>
        <w:t>f 16769/3476/3408 16765/3474/3406 16768/3475/3407</w:t>
        <w:br/>
        <w:t>f 16765/3474/3406 16769/3476/3408 16770/3477/3409</w:t>
        <w:br/>
        <w:t>f 16769/3476/3408 16771/3478/3410 16770/3477/3409</w:t>
        <w:br/>
        <w:t>f 16771/3478/3410 16769/3476/3408 16772/3479/3411</w:t>
        <w:br/>
        <w:t>f 16772/3479/3411 16773/3480/3412 16771/3478/3410</w:t>
        <w:br/>
        <w:t>f 16773/3480/3412 16772/3479/3411 16774/3481/3413</w:t>
        <w:br/>
        <w:t>f 16773/3480/3412 16774/3481/3413 16775/3482/3414</w:t>
        <w:br/>
        <w:t>f 16775/3482/3414 16776/3483/3415 16773/3480/3412</w:t>
        <w:br/>
        <w:t>f 16779/3484/3416 16778/3485/3416 16777/3486/3416</w:t>
        <w:br/>
        <w:t>f 16778/3485/3416 16780/3487/3417 16777/3486/3416</w:t>
        <w:br/>
        <w:t>f 16783/3488/3418 16782/3489/3419 16781/3490/3420</w:t>
        <w:br/>
        <w:t>f 16782/3489/3419 16783/3488/3418 16784/3491/3421</w:t>
        <w:br/>
        <w:t>f 16783/3488/3418 16785/3492/3422 16784/3491/3421</w:t>
        <w:br/>
        <w:t>f 16785/3492/3422 16783/3488/3418 16786/3493/3423</w:t>
        <w:br/>
        <w:t>f 16787/3494/3424 16785/3492/3422 16786/3493/3423</w:t>
        <w:br/>
        <w:t>f 16785/3492/3422 16787/3494/3424 16788/3495/3425</w:t>
        <w:br/>
        <w:t>f 16788/3495/3425 16787/3494/3424 16789/3496/3426</w:t>
        <w:br/>
        <w:t>f 16787/3494/3424 16790/3497/3427 16789/3496/3426</w:t>
        <w:br/>
        <w:t>f 16793/3498/3428 16792/3499/3429 16791/3500/3430</w:t>
        <w:br/>
        <w:t>f 16792/3499/3429 16794/3501/3431 16791/3500/3430</w:t>
        <w:br/>
        <w:t>f 16797/3502/3432 16796/3503/3433 16795/3504/3434</w:t>
        <w:br/>
        <w:t>f 16796/3503/3433 16798/3505/3435 16795/3504/3434</w:t>
        <w:br/>
        <w:t>f 16799/3506/3436 16795/3504/3434 16798/3505/3435</w:t>
        <w:br/>
        <w:t>f 16795/3504/3434 16799/3506/3436 16800/3507/3437</w:t>
        <w:br/>
        <w:t>f 16799/3506/3436 16801/3508/3438 16800/3507/3437</w:t>
        <w:br/>
        <w:t>f 16801/3508/3438 16799/3506/3436 16802/3509/3439</w:t>
        <w:br/>
        <w:t>f 16802/3509/3439 16803/3510/3440 16801/3508/3438</w:t>
        <w:br/>
        <w:t>f 16803/3510/3440 16802/3509/3439 16804/3511/3441</w:t>
        <w:br/>
        <w:t>f 16803/3510/3440 16804/3511/3441 16805/3512/3442</w:t>
        <w:br/>
        <w:t>f 16805/3512/3442 16806/3513/3443 16803/3510/3440</w:t>
        <w:br/>
        <w:t>f 16809/3514/3444 16808/3515/3445 16807/3516/3445</w:t>
        <w:br/>
        <w:t>f 16808/3515/3445 16810/3517/3446 16807/3516/3445</w:t>
        <w:br/>
        <w:t>f 16813/3518/3447 16812/3519/3448 16811/3520/3449</w:t>
        <w:br/>
        <w:t>f 16812/3519/3448 16813/3518/3447 16814/3521/3450</w:t>
        <w:br/>
        <w:t>f 16813/3518/3447 16815/3522/3451 16814/3521/3450</w:t>
        <w:br/>
        <w:t>f 16815/3522/3451 16813/3518/3447 16816/3523/3452</w:t>
        <w:br/>
        <w:t>f 16817/3524/3453 16815/3522/3451 16816/3523/3452</w:t>
        <w:br/>
        <w:t>f 16815/3522/3451 16817/3524/3453 16818/3525/3454</w:t>
        <w:br/>
        <w:t>f 16818/3525/3454 16817/3524/3453 16819/3526/3455</w:t>
        <w:br/>
        <w:t>f 16817/3524/3453 16820/3527/3456 16819/3526/3455</w:t>
        <w:br/>
        <w:t>f 16823/3528/3457 16822/3529/3458 16821/3530/3459</w:t>
        <w:br/>
        <w:t>f 16822/3529/3458 16823/3528/3457 16824/3531/3460</w:t>
        <w:br/>
        <w:t>f 16827/3532/3461 16826/3533/3462 16825/3534/3463</w:t>
        <w:br/>
        <w:t>f 16826/3533/3462 16828/3535/3464 16825/3534/3463</w:t>
        <w:br/>
        <w:t>f 16829/3536/3465 16825/3534/3463 16828/3535/3464</w:t>
        <w:br/>
        <w:t>f 16825/3534/3463 16829/3536/3465 16830/3537/3466</w:t>
        <w:br/>
        <w:t>f 16833/3538/3467 16832/3539/3468 16831/3540/3469</w:t>
        <w:br/>
        <w:t>f 16832/3539/3468 16833/3538/3467 16834/3541/3470</w:t>
        <w:br/>
        <w:t>f 16837/3542/3471 16836/3543/3472 16835/3544/3473</w:t>
        <w:br/>
        <w:t>f 16837/3542/3471 16838/3545/3471 16836/3543/3472</w:t>
        <w:br/>
        <w:t>f 16839/3546/3471 16838/3545/3471 16837/3542/3471</w:t>
        <w:br/>
        <w:t>f 16839/3546/3471 16840/3547/3474 16838/3545/3471</w:t>
        <w:br/>
        <w:t>f 16840/3547/3474 16839/3546/3471 16841/3548/3475</w:t>
        <w:br/>
        <w:t>f 16842/3549/3476 16840/3547/3474 16841/3548/3475</w:t>
        <w:br/>
        <w:t>f 16840/3547/3474 16842/3549/3476 16843/3550/3476</w:t>
        <w:br/>
        <w:t>f 16842/3549/3476 16844/3551/3477 16843/3550/3476</w:t>
        <w:br/>
        <w:t>f 16845/3552/3478 16844/3551/3477 16842/3549/3476</w:t>
        <w:br/>
        <w:t>f 16846/3553/3479 16844/3551/3477 16845/3552/3478</w:t>
        <w:br/>
        <w:t>f 16847/3554/3480 16844/3551/3477 16846/3553/3479</w:t>
        <w:br/>
        <w:t>f 16847/3554/3480 16848/3555/3481 16844/3551/3477</w:t>
        <w:br/>
        <w:t>f 16847/3554/3480 16849/3556/3482 16848/3555/3481</w:t>
        <w:br/>
        <w:t>f 16848/3555/3481 16849/3556/3482 16850/3557/3483</w:t>
        <w:br/>
        <w:t>f 16847/3554/3480 16851/3558/3484 16849/3556/3482</w:t>
        <w:br/>
        <w:t>f 16850/3557/3483 16849/3556/3482 16852/3559/3485</w:t>
        <w:br/>
        <w:t>f 16853/3560/3486 16851/3558/3484 16847/3554/3480</w:t>
        <w:br/>
        <w:t>f 16854/3561/3487 16850/3557/3483 16852/3559/3485</w:t>
        <w:br/>
        <w:t>f 16850/3557/3483 16854/3561/3487 16855/3562/3488</w:t>
        <w:br/>
        <w:t>f 16854/3561/3487 16856/3563/3489 16855/3562/3488</w:t>
        <w:br/>
        <w:t>f 16857/3564/3487 16856/3563/3489 16854/3561/3487</w:t>
        <w:br/>
        <w:t>f 16856/3563/3489 16857/3564/3487 16858/3565/3490</w:t>
        <w:br/>
        <w:t>f 16858/3565/3490 16857/3564/3487 16859/3566/3491</w:t>
        <w:br/>
        <w:t>f 16858/3565/3490 16859/3566/3491 16860/3567/3491</w:t>
        <w:br/>
        <w:t>f 16853/3560/3486 16861/3568/3492 16851/3558/3484</w:t>
        <w:br/>
        <w:t>f 16851/3558/3484 16861/3568/3492 16862/3569/3493</w:t>
        <w:br/>
        <w:t>f 16853/3560/3486 16863/3570/3494 16861/3568/3492</w:t>
        <w:br/>
        <w:t>f 16862/3569/3493 16861/3568/3492 16864/3571/3495</w:t>
        <w:br/>
        <w:t>f 16863/3570/3494 16853/3560/3486 16865/3572/3496</w:t>
        <w:br/>
        <w:t>f 16866/3573/3497 16862/3569/3493 16864/3571/3495</w:t>
        <w:br/>
        <w:t>f 16853/3560/3486 16867/3574/3498 16865/3572/3496</w:t>
        <w:br/>
        <w:t>f 16862/3569/3493 16866/3573/3497 16868/3575/3499</w:t>
        <w:br/>
        <w:t>f 16853/3560/3486 16869/3576/3500 16867/3574/3498</w:t>
        <w:br/>
        <w:t>f 16866/3573/3497 16870/3577/3501 16868/3575/3499</w:t>
        <w:br/>
        <w:t>f 16867/3574/3498 16869/3576/3500 16871/3578/3502</w:t>
        <w:br/>
        <w:t>f 16872/3579/3503 16870/3577/3501 16866/3573/3497</w:t>
        <w:br/>
        <w:t>f 16869/3576/3500 16873/3580/3504 16871/3578/3502</w:t>
        <w:br/>
        <w:t>f 16873/3580/3504 16869/3576/3500 16874/3581/3505</w:t>
        <w:br/>
        <w:t>f 16875/3582/3506 16870/3577/3501 16872/3579/3503</w:t>
        <w:br/>
        <w:t>f 16870/3577/3501 16875/3582/3506 16876/3583/3495</w:t>
        <w:br/>
        <w:t>f 16876/3583/3495 16875/3582/3506 16877/3584/3507</w:t>
        <w:br/>
        <w:t>f 16880/3585/3508 16879/3586/3508 16878/3587/3509</w:t>
        <w:br/>
        <w:t>f 16880/3585/3508 16881/3588/3510 16879/3586/3508</w:t>
        <w:br/>
        <w:t>f 16882/3589/3511 16881/3588/3510 16880/3585/3508</w:t>
        <w:br/>
        <w:t>f 16882/3589/3511 16883/3590/3512 16881/3588/3510</w:t>
        <w:br/>
        <w:t>f 16883/3590/3512 16882/3589/3511 16884/3591/3513</w:t>
        <w:br/>
        <w:t>f 16885/3592/3514 16883/3590/3512 16884/3591/3513</w:t>
        <w:br/>
        <w:t>f 16883/3590/3512 16885/3592/3514 16886/3593/3515</w:t>
        <w:br/>
        <w:t>f 16885/3592/3514 16887/3594/3516 16886/3593/3515</w:t>
        <w:br/>
        <w:t>f 16888/3595/3514 16887/3594/3516 16885/3592/3514</w:t>
        <w:br/>
        <w:t>f 16889/3596/3516 16887/3594/3516 16888/3595/3514</w:t>
        <w:br/>
        <w:t>f 16890/3597/3517 16887/3594/3516 16889/3596/3516</w:t>
        <w:br/>
        <w:t>f 16890/3597/3517 16891/3598/3518 16887/3594/3516</w:t>
        <w:br/>
        <w:t>f 16890/3597/3517 16892/3599/3519 16891/3598/3518</w:t>
        <w:br/>
        <w:t>f 16891/3598/3518 16892/3599/3519 16893/3600/3520</w:t>
        <w:br/>
        <w:t>f 16890/3597/3517 16894/3601/3521 16892/3599/3519</w:t>
        <w:br/>
        <w:t>f 16893/3600/3520 16892/3599/3519 16895/3602/3522</w:t>
        <w:br/>
        <w:t>f 16896/3603/3523 16894/3601/3521 16890/3597/3517</w:t>
        <w:br/>
        <w:t>f 16897/3604/3524 16893/3600/3520 16895/3602/3522</w:t>
        <w:br/>
        <w:t>f 16893/3600/3520 16897/3604/3524 16898/3605/3525</w:t>
        <w:br/>
        <w:t>f 16897/3604/3524 16899/3606/3526 16898/3605/3525</w:t>
        <w:br/>
        <w:t>f 16900/3607/3527 16899/3606/3526 16897/3604/3524</w:t>
        <w:br/>
        <w:t>f 16899/3606/3526 16900/3607/3527 16901/3608/3527</w:t>
        <w:br/>
        <w:t>f 16901/3608/3527 16900/3607/3527 16902/3609/3528</w:t>
        <w:br/>
        <w:t>f 16901/3608/3527 16902/3609/3528 16903/3610/3529</w:t>
        <w:br/>
        <w:t>f 16896/3603/3523 16904/3611/3530 16894/3601/3521</w:t>
        <w:br/>
        <w:t>f 16894/3601/3521 16904/3611/3530 16905/3612/3531</w:t>
        <w:br/>
        <w:t>f 16896/3603/3523 16906/3613/3532 16904/3611/3530</w:t>
        <w:br/>
        <w:t>f 16905/3612/3531 16904/3611/3530 16907/3614/3533</w:t>
        <w:br/>
        <w:t>f 16906/3613/3532 16896/3603/3523 16908/3615/3534</w:t>
        <w:br/>
        <w:t>f 16909/3616/3535 16905/3612/3531 16907/3614/3533</w:t>
        <w:br/>
        <w:t>f 16896/3603/3523 16910/3617/3536 16908/3615/3534</w:t>
        <w:br/>
        <w:t>f 16905/3612/3531 16909/3616/3535 16911/3618/3537</w:t>
        <w:br/>
        <w:t>f 16896/3603/3523 16912/3619/3538 16910/3617/3536</w:t>
        <w:br/>
        <w:t>f 16909/3616/3535 16913/3620/3539 16911/3618/3537</w:t>
        <w:br/>
        <w:t>f 16910/3617/3536 16912/3619/3538 16914/3621/3540</w:t>
        <w:br/>
        <w:t>f 16915/3622/3539 16913/3620/3539 16909/3616/3535</w:t>
        <w:br/>
        <w:t>f 16912/3619/3538 16916/3623/3541 16914/3621/3540</w:t>
        <w:br/>
        <w:t>f 16916/3623/3541 16912/3619/3538 16917/3624/3542</w:t>
        <w:br/>
        <w:t>f 16913/3620/3539 16915/3622/3539 16918/3625/3535</w:t>
        <w:br/>
        <w:t>f 16918/3625/3535 16915/3622/3539 16919/3626/3543</w:t>
        <w:br/>
        <w:t>f 16918/3625/3535 16919/3626/3543 16920/3627/3544</w:t>
        <w:br/>
        <w:t>f 16923/3628/3545 16922/3629/3546 16921/3630/3545</w:t>
        <w:br/>
        <w:t>f 16922/3629/3546 16923/3628/3545 16924/3631/3547</w:t>
        <w:br/>
        <w:t>f 16924/3631/3547 16925/3632/3548 16922/3629/3546</w:t>
        <w:br/>
        <w:t>f 16925/3632/3548 16924/3631/3547 16926/3633/3549</w:t>
        <w:br/>
        <w:t>f 16929/3634/3550 16928/3635/3551 16927/3636/3552</w:t>
        <w:br/>
        <w:t>f 16928/3635/3551 16929/3634/3550 16930/3637/3553</w:t>
        <w:br/>
        <w:t>f 16931/3638/3554 16928/3635/3551 16930/3637/3553</w:t>
        <w:br/>
        <w:t>f 16928/3635/3551 16931/3638/3554 16932/3639/3555</w:t>
        <w:br/>
        <w:t>f 16935/3640/3556 16934/3641/3557 16933/3642/3558</w:t>
        <w:br/>
        <w:t>f 16934/3641/3557 16935/3640/3556 16936/3643/3559</w:t>
        <w:br/>
        <w:t>f 16939/3644/3560 16938/3645/3561 16937/3646/3562</w:t>
        <w:br/>
        <w:t>f 16938/3645/3561 16939/3644/3560 16940/3647/3563</w:t>
        <w:br/>
        <w:t>f 16939/3644/3560 16941/3648/3564 16940/3647/3563</w:t>
        <w:br/>
        <w:t>f 16941/3648/3564 16939/3644/3560 16942/3649/3565</w:t>
        <w:br/>
        <w:t>f 16943/3650/3566 16941/3648/3564 16942/3649/3565</w:t>
        <w:br/>
        <w:t>f 16941/3648/3564 16943/3650/3566 16944/3651/3567</w:t>
        <w:br/>
        <w:t>f 16945/3652/3568 16944/3651/3567 16943/3650/3566</w:t>
        <w:br/>
        <w:t>f 16945/3652/3568 16946/3653/3569 16944/3651/3567</w:t>
        <w:br/>
        <w:t>f 16945/3652/3568 16947/3654/3570 16946/3653/3569</w:t>
        <w:br/>
        <w:t>f 16947/3654/3570 16945/3652/3568 16948/3655/3571</w:t>
        <w:br/>
        <w:t>f 16951/3656/3572 16950/3657/3573 16949/3658/3574</w:t>
        <w:br/>
        <w:t>f 16950/3657/3573 16951/3656/3572 16952/3659/3575</w:t>
        <w:br/>
        <w:t>f 16955/3660/3576 16954/3661/3577 16953/3662/3578</w:t>
        <w:br/>
        <w:t>f 16954/3661/3577 16955/3660/3576 16956/3663/3579</w:t>
        <w:br/>
        <w:t>f 16957/3664/3580 16954/3661/3577 16956/3663/3579</w:t>
        <w:br/>
        <w:t>f 16957/3664/3580 16958/3665/3581 16954/3661/3577</w:t>
        <w:br/>
        <w:t>f 16957/3664/3580 16959/3666/3582 16958/3665/3581</w:t>
        <w:br/>
        <w:t>f 16959/3666/3582 16957/3664/3580 16960/3667/3583</w:t>
        <w:br/>
        <w:t>f 16961/3668/3584 16959/3666/3582 16960/3667/3583</w:t>
        <w:br/>
        <w:t>f 16959/3666/3582 16961/3668/3584 16962/3669/3585</w:t>
        <w:br/>
        <w:t>f 16965/3670/3586 16964/3671/3587 16963/3672/3588</w:t>
        <w:br/>
        <w:t>f 16964/3671/3587 16965/3670/3586 16966/3673/3589</w:t>
        <w:br/>
        <w:t>f 16969/3674/3590 16968/3675/3591 16967/3676/3592</w:t>
        <w:br/>
        <w:t>f 16968/3675/3591 16969/3674/3590 16970/3677/3593</w:t>
        <w:br/>
        <w:t>f 16969/3674/3590 16971/3678/3594 16970/3677/3593</w:t>
        <w:br/>
        <w:t>f 16971/3678/3594 16969/3674/3590 16972/3679/3595</w:t>
        <w:br/>
        <w:t>f 16973/3680/3596 16971/3678/3594 16972/3679/3595</w:t>
        <w:br/>
        <w:t>f 16971/3678/3594 16973/3680/3596 16974/3681/3597</w:t>
        <w:br/>
        <w:t>f 16975/3682/3598 16974/3681/3597 16973/3680/3596</w:t>
        <w:br/>
        <w:t>f 16975/3682/3598 16976/3683/3599 16974/3681/3597</w:t>
        <w:br/>
        <w:t>f 16975/3682/3598 16977/3684/3600 16976/3683/3599</w:t>
        <w:br/>
        <w:t>f 16977/3684/3600 16975/3682/3598 16978/3685/3601</w:t>
        <w:br/>
        <w:t>f 16981/3686/3602 16980/3687/3602 16979/3688/3602</w:t>
        <w:br/>
        <w:t>f 16980/3687/3602 16981/3686/3602 16982/3689/3603</w:t>
        <w:br/>
        <w:t>f 16985/3690/3604 16984/3691/3605 16983/3692/3606</w:t>
        <w:br/>
        <w:t>f 16984/3691/3605 16985/3690/3604 16986/3693/3607</w:t>
        <w:br/>
        <w:t>f 16987/3694/3608 16984/3691/3605 16986/3693/3607</w:t>
        <w:br/>
        <w:t>f 16987/3694/3608 16988/3695/3609 16984/3691/3605</w:t>
        <w:br/>
        <w:t>f 16987/3694/3608 16989/3696/3610 16988/3695/3609</w:t>
        <w:br/>
        <w:t>f 16989/3696/3610 16987/3694/3608 16990/3697/3611</w:t>
        <w:br/>
        <w:t>f 16991/3698/3612 16989/3696/3610 16990/3697/3611</w:t>
        <w:br/>
        <w:t>f 16989/3696/3610 16991/3698/3612 16992/3699/3613</w:t>
        <w:br/>
        <w:t>f 16995/3700/3614 16994/3701/3615 16993/3702/3616</w:t>
        <w:br/>
        <w:t>f 16994/3701/3615 16995/3700/3614 16996/3703/3617</w:t>
        <w:br/>
        <w:t>f 16999/3704/3618 16998/3705/3619 16997/3706/3620</w:t>
        <w:br/>
        <w:t>f 16998/3705/3619 16999/3704/3618 17000/3707/3621</w:t>
        <w:br/>
        <w:t>f 16999/3704/3618 17001/3708/3622 17000/3707/3621</w:t>
        <w:br/>
        <w:t>f 17001/3708/3622 16999/3704/3618 17002/3709/3623</w:t>
        <w:br/>
        <w:t>f 17003/3710/3624 17001/3708/3622 17002/3709/3623</w:t>
        <w:br/>
        <w:t>f 17001/3708/3622 17003/3710/3624 17004/3711/3625</w:t>
        <w:br/>
        <w:t>f 17005/3712/3626 17004/3711/3625 17003/3710/3624</w:t>
        <w:br/>
        <w:t>f 17005/3712/3626 17006/3713/3627 17004/3711/3625</w:t>
        <w:br/>
        <w:t>f 17005/3712/3626 17007/3714/3628 17006/3713/3627</w:t>
        <w:br/>
        <w:t>f 17007/3714/3628 17005/3712/3626 17008/3715/3629</w:t>
        <w:br/>
        <w:t>f 17011/3716/3630 17010/3717/3630 17009/3718/3631</w:t>
        <w:br/>
        <w:t>f 17010/3717/3630 17011/3716/3630 17012/3719/3632</w:t>
        <w:br/>
        <w:t>f 17015/3720/3633 17014/3721/3634 17013/3722/3635</w:t>
        <w:br/>
        <w:t>f 17014/3721/3634 17015/3720/3633 17016/3723/3636</w:t>
        <w:br/>
        <w:t>f 17017/3724/3637 17014/3721/3634 17016/3723/3636</w:t>
        <w:br/>
        <w:t>f 17017/3724/3637 17018/3725/3638 17014/3721/3634</w:t>
        <w:br/>
        <w:t>f 17017/3724/3637 17019/3726/3639 17018/3725/3638</w:t>
        <w:br/>
        <w:t>f 17019/3726/3639 17017/3724/3637 17020/3727/3640</w:t>
        <w:br/>
        <w:t>f 17021/3728/3641 17019/3726/3639 17020/3727/3640</w:t>
        <w:br/>
        <w:t>f 17019/3726/3639 17021/3728/3641 17022/3729/3642</w:t>
        <w:br/>
        <w:t>f 17025/3730/3643 17024/3731/3644 17023/3732/3645</w:t>
        <w:br/>
        <w:t>f 17024/3731/3644 17025/3730/3643 17026/3733/3646</w:t>
        <w:br/>
        <w:t>f 17029/3734/3647 17028/3735/3648 17027/3736/3649</w:t>
        <w:br/>
        <w:t>f 17028/3735/3648 17029/3734/3647 17030/3737/3650</w:t>
        <w:br/>
        <w:t>f 17029/3734/3647 17031/3738/3651 17030/3737/3650</w:t>
        <w:br/>
        <w:t>f 17031/3738/3651 17029/3734/3647 17032/3739/3652</w:t>
        <w:br/>
        <w:t>f 17035/3740/3653 17034/3741/3654 17033/3742/3655</w:t>
        <w:br/>
        <w:t>f 17034/3741/3654 17035/3740/3653 17036/3743/3656</w:t>
        <w:br/>
        <w:t>f 17039/3744/3657 17038/3745/3658 17037/3746/3659</w:t>
        <w:br/>
        <w:t>f 17038/3745/3658 17039/3744/3657 17040/3747/3660</w:t>
        <w:br/>
        <w:t>f 17040/3747/3660 17041/3748/3661 17038/3745/3658</w:t>
        <w:br/>
        <w:t>f 17041/3748/3661 17040/3747/3660 17042/3749/3662</w:t>
        <w:br/>
        <w:t>f 17041/3748/3661 17042/3749/3662 17043/3750/3663</w:t>
        <w:br/>
        <w:t>f 17043/3750/3663 17042/3749/3662 17044/3751/3664</w:t>
        <w:br/>
        <w:t>f 17047/3752/3665 17046/3753/3666 17045/3754/3667</w:t>
        <w:br/>
        <w:t>f 17046/3753/3666 17047/3752/3665 17048/3755/3668</w:t>
        <w:br/>
        <w:t>f 17049/3756/3669 17048/3755/3668 17047/3752/3665</w:t>
        <w:br/>
        <w:t>f 17048/3755/3668 17049/3756/3669 17050/3757/3670</w:t>
        <w:br/>
        <w:t>f 17049/3756/3669 17051/3758/3671 17050/3757/3670</w:t>
        <w:br/>
        <w:t>f 17052/3759/3672 17051/3758/3671 17049/3756/3669</w:t>
        <w:br/>
        <w:t>f 17055/3760/3673 17054/3761/3674 17053/3762/3675</w:t>
        <w:br/>
        <w:t>f 17056/3763/3676 17053/3762/3675 17054/3761/3674</w:t>
        <w:br/>
        <w:t>f 17056/3763/3676 17054/3761/3674 17057/3764/3677</w:t>
        <w:br/>
        <w:t>f 17058/3765/3678 17056/3763/3676 17057/3764/3677</w:t>
        <w:br/>
        <w:t>f 17058/3765/3678 17057/3764/3677 17059/3766/3679</w:t>
        <w:br/>
        <w:t>f 17059/3766/3679 17060/3767/3680 17058/3765/3678</w:t>
        <w:br/>
        <w:t>f 17060/3767/3680 17059/3766/3679 17061/3768/3681</w:t>
        <w:br/>
        <w:t>f 17062/3769/3682 17060/3767/3680 17061/3768/3681</w:t>
        <w:br/>
        <w:t>f 17062/3769/3682 17061/3768/3681 17063/3770/3683</w:t>
        <w:br/>
        <w:t>f 17064/3771/3684 17062/3769/3682 17063/3770/3683</w:t>
        <w:br/>
        <w:t>f 17062/3769/3682 17064/3771/3684 17065/3772/3685</w:t>
        <w:br/>
        <w:t>f 17068/3773/3686 17067/3774/3687 17066/3775/3688</w:t>
        <w:br/>
        <w:t>f 17069/3776/3689 17068/3773/3686 17066/3775/3688</w:t>
        <w:br/>
        <w:t>f 17069/3776/3689 17070/3777/3690 17068/3773/3686</w:t>
        <w:br/>
        <w:t>f 17070/3777/3690 17069/3776/3689 17071/3778/3691</w:t>
        <w:br/>
        <w:t>f 17069/3776/3689 17066/3775/3688 17072/3779/3692</w:t>
        <w:br/>
        <w:t>f 17072/3779/3692 17073/3780/3693 17069/3776/3689</w:t>
        <w:br/>
        <w:t>f 17072/3779/3692 17074/3781/3694 17073/3780/3693</w:t>
        <w:br/>
        <w:t>f 17069/3776/3689 17075/3782/3695 17071/3778/3691</w:t>
        <w:br/>
        <w:t>f 17069/3776/3689 17073/3780/3693 17075/3782/3695</w:t>
        <w:br/>
        <w:t>f 17075/3782/3695 17076/3783/3696 17071/3778/3691</w:t>
        <w:br/>
        <w:t>f 17073/3780/3693 17074/3781/3694 17077/3784/3697</w:t>
        <w:br/>
        <w:t>f 17074/3781/3694 17078/3785/3698 17077/3784/3697</w:t>
        <w:br/>
        <w:t>f 17079/3786/3699 17075/3782/3695 17073/3780/3693</w:t>
        <w:br/>
        <w:t>f 17079/3786/3699 17076/3783/3696 17075/3782/3695</w:t>
        <w:br/>
        <w:t>f 17079/3786/3699 17073/3780/3693 17077/3784/3697</w:t>
        <w:br/>
        <w:t>f 17076/3783/3696 17080/3787/3700 17071/3778/3691</w:t>
        <w:br/>
        <w:t>f 17079/3786/3699 17080/3787/3700 17076/3783/3696</w:t>
        <w:br/>
        <w:t>f 17081/3788/3701 17071/3778/3691 17080/3787/3700</w:t>
        <w:br/>
        <w:t>f 17082/3789/3702 17081/3788/3701 17080/3787/3700</w:t>
        <w:br/>
        <w:t>f 17079/3786/3699 17082/3789/3702 17080/3787/3700</w:t>
        <w:br/>
        <w:t>f 17083/3790/3703 17081/3788/3701 17082/3789/3702</w:t>
        <w:br/>
        <w:t>f 17083/3790/3703 17084/3791/3704 17081/3788/3701</w:t>
        <w:br/>
        <w:t>f 17079/3786/3699 17085/3792/3705 17082/3789/3702</w:t>
        <w:br/>
        <w:t>f 17086/3793/3706 17084/3791/3704 17083/3790/3703</w:t>
        <w:br/>
        <w:t>f 17079/3786/3699 17087/3794/3707 17085/3792/3705</w:t>
        <w:br/>
        <w:t>f 17088/3795/3708 17084/3791/3704 17086/3793/3706</w:t>
        <w:br/>
        <w:t>f 17089/3796/3709 17084/3791/3704 17088/3795/3708</w:t>
        <w:br/>
        <w:t>f 17087/3794/3707 17079/3786/3699 17090/3797/3710</w:t>
        <w:br/>
        <w:t>f 17077/3784/3697 17090/3797/3710 17079/3786/3699</w:t>
        <w:br/>
        <w:t>f 17089/3796/3709 17088/3795/3708 17091/3798/3711</w:t>
        <w:br/>
        <w:t>f 17092/3799/3712 17089/3796/3709 17091/3798/3711</w:t>
        <w:br/>
        <w:t>f 17093/3800/3713 17088/3795/3708 17086/3793/3706</w:t>
        <w:br/>
        <w:t>f 17093/3800/3713 17091/3798/3711 17088/3795/3708</w:t>
        <w:br/>
        <w:t>f 17092/3799/3712 17091/3798/3711 17094/3801/3714</w:t>
        <w:br/>
        <w:t>f 17095/3802/3715 17092/3799/3712 17094/3801/3714</w:t>
        <w:br/>
        <w:t>f 17097/3803/3716 17095/3802/3715 17096/3804/3717</w:t>
        <w:br/>
        <w:t>f 17095/3802/3715 17094/3801/3714 17096/3804/3717</w:t>
        <w:br/>
        <w:t>f 17094/3801/3714 17098/3805/3718 17096/3804/3717</w:t>
        <w:br/>
        <w:t>f 17099/3806/3719 17094/3801/3714 17091/3798/3711</w:t>
        <w:br/>
        <w:t>f 17098/3805/3718 17094/3801/3714 17099/3806/3719</w:t>
        <w:br/>
        <w:t>f 17099/3806/3719 17091/3798/3711 17093/3800/3713</w:t>
        <w:br/>
        <w:t>f 17098/3805/3718 17099/3806/3719 17100/3807/3720</w:t>
        <w:br/>
        <w:t>f 17099/3806/3719 17101/3808/3721 17100/3807/3720</w:t>
        <w:br/>
        <w:t>f 17100/3807/3720 17101/3808/3721 17102/3809/3722</w:t>
        <w:br/>
        <w:t>f 17099/3806/3719 17093/3800/3713 17103/3810/3723</w:t>
        <w:br/>
        <w:t>f 17101/3808/3721 17099/3806/3719 17103/3810/3723</w:t>
        <w:br/>
        <w:t>f 17101/3808/3721 17104/3811/3724 17102/3809/3722</w:t>
        <w:br/>
        <w:t>f 17103/3810/3723 17104/3811/3724 17101/3808/3721</w:t>
        <w:br/>
        <w:t>f 17102/3809/3722 17104/3811/3724 17105/3812/3725</w:t>
        <w:br/>
        <w:t>f 17093/3800/3713 17106/3813/3726 17103/3810/3723</w:t>
        <w:br/>
        <w:t>f 17093/3800/3713 17086/3793/3706 17106/3813/3726</w:t>
        <w:br/>
        <w:t>f 17086/3793/3706 17083/3790/3703 17106/3813/3726</w:t>
        <w:br/>
        <w:t>f 17103/3810/3723 17107/3814/3727 17104/3811/3724</w:t>
        <w:br/>
        <w:t>f 17106/3813/3726 17107/3814/3727 17103/3810/3723</w:t>
        <w:br/>
        <w:t>f 17104/3811/3724 17108/3815/3728 17105/3812/3725</w:t>
        <w:br/>
        <w:t>f 17104/3811/3724 17107/3814/3727 17108/3815/3728</w:t>
        <w:br/>
        <w:t>f 17108/3815/3728 17109/3816/3729 17105/3812/3725</w:t>
        <w:br/>
        <w:t>f 17108/3815/3728 17110/3817/3730 17109/3816/3729</w:t>
        <w:br/>
        <w:t>f 17107/3814/3727 17110/3817/3730 17108/3815/3728</w:t>
        <w:br/>
        <w:t>f 17111/3818/3731 17109/3816/3729 17110/3817/3730</w:t>
        <w:br/>
        <w:t>f 17106/3813/3726 17112/3819/3732 17107/3814/3727</w:t>
        <w:br/>
        <w:t>f 17111/3818/3731 17110/3817/3730 17113/3820/3733</w:t>
        <w:br/>
        <w:t>f 17113/3820/3733 17114/3821/3734 17111/3818/3731</w:t>
        <w:br/>
        <w:t>f 17113/3820/3733 17115/3822/3735 17114/3821/3734</w:t>
        <w:br/>
        <w:t>f 17107/3814/3727 17116/3823/3736 17110/3817/3730</w:t>
        <w:br/>
        <w:t>f 17113/3820/3733 17110/3817/3730 17116/3823/3736</w:t>
        <w:br/>
        <w:t>f 17112/3819/3732 17116/3823/3736 17107/3814/3727</w:t>
        <w:br/>
        <w:t>f 17113/3820/3733 17117/3824/3737 17115/3822/3735</w:t>
        <w:br/>
        <w:t>f 17118/3825/3738 17115/3822/3735 17117/3824/3737</w:t>
        <w:br/>
        <w:t>f 17116/3823/3736 17119/3826/3739 17113/3820/3733</w:t>
        <w:br/>
        <w:t>f 17113/3820/3733 17119/3826/3739 17117/3824/3737</w:t>
        <w:br/>
        <w:t>f 17112/3819/3732 17120/3827/3740 17116/3823/3736</w:t>
        <w:br/>
        <w:t>f 17116/3823/3736 17120/3827/3740 17119/3826/3739</w:t>
        <w:br/>
        <w:t>f 17121/3828/3741 17112/3819/3732 17106/3813/3726</w:t>
        <w:br/>
        <w:t>f 17083/3790/3703 17121/3828/3741 17106/3813/3726</w:t>
        <w:br/>
        <w:t>f 17121/3828/3741 17083/3790/3703 17082/3789/3702</w:t>
        <w:br/>
        <w:t>f 17112/3819/3732 17121/3828/3741 17122/3829/3742</w:t>
        <w:br/>
        <w:t>f 17082/3789/3702 17122/3829/3742 17121/3828/3741</w:t>
        <w:br/>
        <w:t>f 17112/3819/3732 17122/3829/3742 17120/3827/3740</w:t>
        <w:br/>
        <w:t>f 17082/3789/3702 17085/3792/3705 17122/3829/3742</w:t>
        <w:br/>
        <w:t>f 17085/3792/3705 17123/3830/3743 17122/3829/3742</w:t>
        <w:br/>
        <w:t>f 17120/3827/3740 17122/3829/3742 17123/3830/3743</w:t>
        <w:br/>
        <w:t>f 17123/3830/3743 17085/3792/3705 17087/3794/3707</w:t>
        <w:br/>
        <w:t>f 17120/3827/3740 17123/3830/3743 17124/3831/3744</w:t>
        <w:br/>
        <w:t>f 17120/3827/3740 17124/3831/3744 17119/3826/3739</w:t>
        <w:br/>
        <w:t>f 17123/3830/3743 17087/3794/3707 17125/3832/3745</w:t>
        <w:br/>
        <w:t>f 17123/3830/3743 17125/3832/3745 17124/3831/3744</w:t>
        <w:br/>
        <w:t>f 17087/3794/3707 17126/3833/3746 17125/3832/3745</w:t>
        <w:br/>
        <w:t>f 17090/3797/3710 17126/3833/3746 17087/3794/3707</w:t>
        <w:br/>
        <w:t>f 17127/3834/3747 17124/3831/3744 17125/3832/3745</w:t>
        <w:br/>
        <w:t>f 17126/3833/3746 17090/3797/3710 17128/3835/3748</w:t>
        <w:br/>
        <w:t>f 17077/3784/3697 17128/3835/3748 17090/3797/3710</w:t>
        <w:br/>
        <w:t>f 17129/3836/3749 17125/3832/3745 17126/3833/3746</w:t>
        <w:br/>
        <w:t>f 17129/3836/3749 17126/3833/3746 17128/3835/3748</w:t>
        <w:br/>
        <w:t>f 17125/3832/3745 17129/3836/3749 17127/3834/3747</w:t>
        <w:br/>
        <w:t>f 17128/3835/3748 17077/3784/3697 17130/3837/3750</w:t>
        <w:br/>
        <w:t>f 17078/3785/3698 17130/3837/3750 17077/3784/3697</w:t>
        <w:br/>
        <w:t>f 17078/3785/3698 17131/3838/3751 17130/3837/3750</w:t>
        <w:br/>
        <w:t>f 17133/3839/3752 17132/3840/3753 17131/3838/3751</w:t>
        <w:br/>
        <w:t>f 17131/3838/3751 17132/3840/3753 17130/3837/3750</w:t>
        <w:br/>
        <w:t>f 17132/3840/3753 17134/3841/3754 17130/3837/3750</w:t>
        <w:br/>
        <w:t>f 17134/3841/3754 17128/3835/3748 17130/3837/3750</w:t>
        <w:br/>
        <w:t>f 17134/3841/3754 17129/3836/3749 17128/3835/3748</w:t>
        <w:br/>
        <w:t>f 17135/3842/3755 17129/3836/3749 17134/3841/3754</w:t>
        <w:br/>
        <w:t>f 17129/3836/3749 17135/3842/3755 17136/3843/3756</w:t>
        <w:br/>
        <w:t>f 17127/3834/3747 17129/3836/3749 17136/3843/3756</w:t>
        <w:br/>
        <w:t>f 17136/3843/3756 17137/3844/3757 17127/3834/3747</w:t>
        <w:br/>
        <w:t>f 17138/3845/3758 17127/3834/3747 17137/3844/3757</w:t>
        <w:br/>
        <w:t>f 17124/3831/3744 17127/3834/3747 17138/3845/3758</w:t>
        <w:br/>
        <w:t>f 17138/3845/3758 17119/3826/3739 17124/3831/3744</w:t>
        <w:br/>
        <w:t>f 17138/3845/3758 17137/3844/3757 17139/3846/3759</w:t>
        <w:br/>
        <w:t>f 17139/3846/3759 17137/3844/3757 17140/3847/3760</w:t>
        <w:br/>
        <w:t>f 17119/3826/3739 17138/3845/3758 17141/3848/3761</w:t>
        <w:br/>
        <w:t>f 17139/3846/3759 17141/3848/3761 17138/3845/3758</w:t>
        <w:br/>
        <w:t>f 17119/3826/3739 17141/3848/3761 17117/3824/3737</w:t>
        <w:br/>
        <w:t>f 17142/3849/3762 17139/3846/3759 17140/3847/3760</w:t>
        <w:br/>
        <w:t>f 17141/3848/3761 17139/3846/3759 17142/3849/3762</w:t>
        <w:br/>
        <w:t>f 17142/3849/3762 17117/3824/3737 17141/3848/3761</w:t>
        <w:br/>
        <w:t>f 17140/3847/3760 17143/3850/3763 17142/3849/3762</w:t>
        <w:br/>
        <w:t>f 17117/3824/3737 17142/3849/3762 17144/3851/3764</w:t>
        <w:br/>
        <w:t>f 17144/3851/3764 17142/3849/3762 17143/3850/3763</w:t>
        <w:br/>
        <w:t>f 17118/3825/3738 17117/3824/3737 17144/3851/3764</w:t>
        <w:br/>
        <w:t>f 17144/3851/3764 17145/3852/3765 17118/3825/3738</w:t>
        <w:br/>
        <w:t>f 17143/3850/3763 17146/3853/3766 17144/3851/3764</w:t>
        <w:br/>
        <w:t>f 17147/3854/3767 17145/3852/3765 17144/3851/3764</w:t>
        <w:br/>
        <w:t>f 17146/3853/3766 17147/3854/3767 17144/3851/3764</w:t>
        <w:br/>
        <w:t>f 17148/3855/3768 17147/3854/3767 17146/3853/3766</w:t>
        <w:br/>
        <w:t>f 17151/3856/3769 17150/3857/3770 17149/3858/3771</w:t>
        <w:br/>
        <w:t>f 17150/3857/3770 17151/3856/3769 17152/3859/3772</w:t>
        <w:br/>
        <w:t>f 17150/3857/3770 17152/3859/3772 17153/3860/3773</w:t>
        <w:br/>
        <w:t>f 17152/3859/3772 17154/3861/3774 17153/3860/3773</w:t>
        <w:br/>
        <w:t>f 17155/3862/3775 17154/3861/3774 17152/3859/3772</w:t>
        <w:br/>
        <w:t>f 17154/3861/3774 17155/3862/3775 17156/3863/3776</w:t>
        <w:br/>
        <w:t>f 17156/3863/3776 17157/3864/3777 17154/3861/3774</w:t>
        <w:br/>
        <w:t>f 17156/3863/3776 17158/3865/3778 17157/3864/3777</w:t>
        <w:br/>
        <w:t>f 17159/3866/3779 17158/3865/3778 17156/3863/3776</w:t>
        <w:br/>
        <w:t>f 17159/3866/3779 17160/3867/3780 17158/3865/3778</w:t>
        <w:br/>
        <w:t>f 17159/3866/3779 17161/3868/3781 17160/3867/3780</w:t>
        <w:br/>
        <w:t>f 17161/3868/3781 17162/3869/3782 17160/3867/3780</w:t>
        <w:br/>
        <w:t>f 17163/3870/3783 17162/3869/3782 17161/3868/3781</w:t>
        <w:br/>
        <w:t>f 17163/3870/3783 17164/3871/3784 17162/3869/3782</w:t>
        <w:br/>
        <w:t>f 17164/3871/3784 17163/3870/3783 17165/3872/3785</w:t>
        <w:br/>
        <w:t>f 17164/3871/3784 17165/3872/3785 17166/3873/3786</w:t>
        <w:br/>
        <w:t>f 17169/3874/3787 17168/3875/3787 17167/3876/3787</w:t>
        <w:br/>
        <w:t>f 17172/3877/3788 17171/3878/3789 17170/3879/3790</w:t>
        <w:br/>
        <w:t>f 17173/3880/3791 17172/3877/3788 17170/3879/3790</w:t>
        <w:br/>
        <w:t>f 17170/3879/3790 17174/3881/3792 17173/3880/3791</w:t>
        <w:br/>
        <w:t>f 17173/3880/3791 17174/3881/3792 17175/3882/3793</w:t>
        <w:br/>
        <w:t>f 17174/3881/3792 17176/3883/3794 17175/3882/3793</w:t>
        <w:br/>
        <w:t>f 17173/3880/3791 17175/3882/3793 17177/3884/3795</w:t>
        <w:br/>
        <w:t>f 17175/3882/3793 17176/3883/3794 17178/3885/3796</w:t>
        <w:br/>
        <w:t>f 17175/3882/3793 17179/3886/3797 17177/3884/3795</w:t>
        <w:br/>
        <w:t>f 17175/3882/3793 17178/3885/3796 17179/3886/3797</w:t>
        <w:br/>
        <w:t>f 17177/3884/3795 17179/3886/3797 17180/3887/3798</w:t>
        <w:br/>
        <w:t>f 17181/3888/3799 17179/3886/3797 17178/3885/3796</w:t>
        <w:br/>
        <w:t>f 17182/3889/3800 17181/3888/3799 17178/3885/3796</w:t>
        <w:br/>
        <w:t>f 17179/3886/3797 17183/3890/3801 17180/3887/3798</w:t>
        <w:br/>
        <w:t>f 17181/3888/3799 17182/3889/3800 17184/3891/3802</w:t>
        <w:br/>
        <w:t>f 17185/3892/3803 17184/3891/3802 17182/3889/3800</w:t>
        <w:br/>
        <w:t>f 17179/3886/3797 17181/3888/3799 17186/3893/3804</w:t>
        <w:br/>
        <w:t>f 17183/3890/3801 17179/3886/3797 17186/3893/3804</w:t>
        <w:br/>
        <w:t>f 17187/3894/3805 17184/3891/3802 17185/3892/3803</w:t>
        <w:br/>
        <w:t>f 17188/3895/3806 17187/3894/3805 17185/3892/3803</w:t>
        <w:br/>
        <w:t>f 17187/3894/3805 17188/3895/3806 17189/3896/3807</w:t>
        <w:br/>
        <w:t>f 17189/3896/3807 17190/3897/3808 17187/3894/3805</w:t>
        <w:br/>
        <w:t>f 17191/3898/3809 17190/3897/3808 17189/3896/3807</w:t>
        <w:br/>
        <w:t>f 17184/3891/3802 17187/3894/3805 17192/3899/3810</w:t>
        <w:br/>
        <w:t>f 17187/3894/3805 17190/3897/3808 17192/3899/3810</w:t>
        <w:br/>
        <w:t>f 17191/3898/3809 17193/3900/3811 17190/3897/3808</w:t>
        <w:br/>
        <w:t>f 17193/3900/3811 17191/3898/3809 17194/3901/3812</w:t>
        <w:br/>
        <w:t>f 17195/3902/3813 17193/3900/3811 17194/3901/3812</w:t>
        <w:br/>
        <w:t>f 17193/3900/3811 17195/3902/3813 17196/3903/3814</w:t>
        <w:br/>
        <w:t>f 17196/3903/3814 17197/3904/3815 17193/3900/3811</w:t>
        <w:br/>
        <w:t>f 17190/3897/3808 17193/3900/3811 17198/3905/3816</w:t>
        <w:br/>
        <w:t>f 17193/3900/3811 17197/3904/3815 17198/3905/3816</w:t>
        <w:br/>
        <w:t>f 17190/3897/3808 17198/3905/3816 17192/3899/3810</w:t>
        <w:br/>
        <w:t>f 17197/3904/3815 17196/3903/3814 17199/3906/3817</w:t>
        <w:br/>
        <w:t>f 17199/3906/3817 17200/3907/3818 17197/3904/3815</w:t>
        <w:br/>
        <w:t>f 17200/3907/3818 17198/3905/3816 17197/3904/3815</w:t>
        <w:br/>
        <w:t>f 17200/3907/3818 17199/3906/3817 17201/3908/3819</w:t>
        <w:br/>
        <w:t>f 17198/3905/3816 17200/3907/3818 17202/3909/3820</w:t>
        <w:br/>
        <w:t>f 17202/3909/3820 17192/3899/3810 17198/3905/3816</w:t>
        <w:br/>
        <w:t>f 17200/3907/3818 17201/3908/3819 17203/3910/3821</w:t>
        <w:br/>
        <w:t>f 17201/3908/3819 17204/3911/3822 17203/3910/3821</w:t>
        <w:br/>
        <w:t>f 17200/3907/3818 17203/3910/3821 17202/3909/3820</w:t>
        <w:br/>
        <w:t>f 17203/3910/3821 17205/3912/3823 17202/3909/3820</w:t>
        <w:br/>
        <w:t>f 17203/3910/3821 17206/3913/3824 17205/3912/3823</w:t>
        <w:br/>
        <w:t>f 17207/3914/3825 17205/3912/3823 17206/3913/3824</w:t>
        <w:br/>
        <w:t>f 17207/3914/3825 17202/3909/3820 17205/3912/3823</w:t>
        <w:br/>
        <w:t>f 17207/3914/3825 17206/3913/3824 17208/3915/3826</w:t>
        <w:br/>
        <w:t>f 17207/3914/3825 17209/3916/3827 17202/3909/3820</w:t>
        <w:br/>
        <w:t>f 17192/3899/3810 17202/3909/3820 17209/3916/3827</w:t>
        <w:br/>
        <w:t>f 17208/3915/3826 17210/3917/3828 17207/3914/3825</w:t>
        <w:br/>
        <w:t>f 17210/3917/3828 17209/3916/3827 17207/3914/3825</w:t>
        <w:br/>
        <w:t>f 17211/3918/3829 17210/3917/3828 17208/3915/3826</w:t>
        <w:br/>
        <w:t>f 17212/3919/3830 17192/3899/3810 17209/3916/3827</w:t>
        <w:br/>
        <w:t>f 17210/3917/3828 17212/3919/3830 17209/3916/3827</w:t>
        <w:br/>
        <w:t>f 17192/3899/3810 17212/3919/3830 17213/3920/3831</w:t>
        <w:br/>
        <w:t>f 17184/3891/3802 17192/3899/3810 17213/3920/3831</w:t>
        <w:br/>
        <w:t>f 17212/3919/3830 17210/3917/3828 17214/3921/3832</w:t>
        <w:br/>
        <w:t>f 17184/3891/3802 17213/3920/3831 17215/3922/3833</w:t>
        <w:br/>
        <w:t>f 17181/3888/3799 17184/3891/3802 17215/3922/3833</w:t>
        <w:br/>
        <w:t>f 17216/3923/3834 17213/3920/3831 17212/3919/3830</w:t>
        <w:br/>
        <w:t>f 17213/3920/3831 17216/3923/3834 17215/3922/3833</w:t>
        <w:br/>
        <w:t>f 17214/3921/3832 17216/3923/3834 17212/3919/3830</w:t>
        <w:br/>
        <w:t>f 17181/3888/3799 17215/3922/3833 17217/3924/3835</w:t>
        <w:br/>
        <w:t>f 17186/3893/3804 17181/3888/3799 17217/3924/3835</w:t>
        <w:br/>
        <w:t>f 17218/3925/3836 17215/3922/3833 17216/3923/3834</w:t>
        <w:br/>
        <w:t>f 17215/3922/3833 17218/3925/3836 17217/3924/3835</w:t>
        <w:br/>
        <w:t>f 17219/3926/3837 17186/3893/3804 17217/3924/3835</w:t>
        <w:br/>
        <w:t>f 17218/3925/3836 17219/3926/3837 17217/3924/3835</w:t>
        <w:br/>
        <w:t>f 17186/3893/3804 17219/3926/3837 17183/3890/3801</w:t>
        <w:br/>
        <w:t>f 17216/3923/3834 17220/3927/3838 17218/3925/3836</w:t>
        <w:br/>
        <w:t>f 17220/3927/3838 17216/3923/3834 17214/3921/3832</w:t>
        <w:br/>
        <w:t>f 17219/3926/3837 17218/3925/3836 17221/3928/3839</w:t>
        <w:br/>
        <w:t>f 17220/3927/3838 17221/3928/3839 17218/3925/3836</w:t>
        <w:br/>
        <w:t>f 17219/3926/3837 17222/3929/3840 17183/3890/3801</w:t>
        <w:br/>
        <w:t>f 17219/3926/3837 17221/3928/3839 17223/3930/3841</w:t>
        <w:br/>
        <w:t>f 17222/3929/3840 17219/3926/3837 17223/3930/3841</w:t>
        <w:br/>
        <w:t>f 17221/3928/3839 17220/3927/3838 17224/3931/3842</w:t>
        <w:br/>
        <w:t>f 17225/3932/3843 17183/3890/3801 17222/3929/3840</w:t>
        <w:br/>
        <w:t>f 17183/3890/3801 17225/3932/3843 17180/3887/3798</w:t>
        <w:br/>
        <w:t>f 17226/3933/3844 17180/3887/3798 17225/3932/3843</w:t>
        <w:br/>
        <w:t>f 17227/3934/3845 17225/3932/3843 17222/3929/3840</w:t>
        <w:br/>
        <w:t>f 17222/3929/3840 17223/3930/3841 17227/3934/3845</w:t>
        <w:br/>
        <w:t>f 17228/3935/3846 17226/3933/3844 17225/3932/3843</w:t>
        <w:br/>
        <w:t>f 17229/3936/3847 17226/3933/3844 17228/3935/3846</w:t>
        <w:br/>
        <w:t>f 17230/3937/3848 17228/3935/3846 17225/3932/3843</w:t>
        <w:br/>
        <w:t>f 17225/3932/3843 17227/3934/3845 17230/3937/3848</w:t>
        <w:br/>
        <w:t>f 17228/3935/3846 17230/3937/3848 17231/3938/3849</w:t>
        <w:br/>
        <w:t>f 17228/3935/3846 17231/3938/3849 17232/3939/3850</w:t>
        <w:br/>
        <w:t>f 17229/3936/3847 17228/3935/3846 17232/3939/3850</w:t>
        <w:br/>
        <w:t>f 17227/3934/3845 17233/3940/3851 17230/3937/3848</w:t>
        <w:br/>
        <w:t>f 17234/3941/3852 17229/3936/3847 17232/3939/3850</w:t>
        <w:br/>
        <w:t>f 17229/3936/3847 17234/3941/3852 17235/3942/3853</w:t>
        <w:br/>
        <w:t>f 17235/3942/3853 17234/3941/3852 17236/3943/3854</w:t>
        <w:br/>
        <w:t>f 17239/3944/3855 17238/3945/3855 17237/3946/3855</w:t>
        <w:br/>
        <w:t>f 17233/3940/3851 17227/3934/3845 17240/3947/3856</w:t>
        <w:br/>
        <w:t>f 17241/3948/3857 17233/3940/3851 17240/3947/3856</w:t>
        <w:br/>
        <w:t>f 17227/3934/3845 17242/3949/3858 17240/3947/3856</w:t>
        <w:br/>
        <w:t>f 17227/3934/3845 17223/3930/3841 17242/3949/3858</w:t>
        <w:br/>
        <w:t>f 17243/3950/3859 17241/3948/3857 17240/3947/3856</w:t>
        <w:br/>
        <w:t>f 17241/3948/3857 17243/3950/3859 17244/3951/3860</w:t>
        <w:br/>
        <w:t>f 17244/3951/3860 17243/3950/3859 17245/3952/3861</w:t>
        <w:br/>
        <w:t>f 17245/3952/3861 17243/3950/3859 17246/3953/3862</w:t>
        <w:br/>
        <w:t>f 17247/3954/3863 17245/3952/3861 17246/3953/3862</w:t>
        <w:br/>
        <w:t>f 17240/3947/3856 17248/3955/3864 17243/3950/3859</w:t>
        <w:br/>
        <w:t>f 17248/3955/3864 17246/3953/3862 17243/3950/3859</w:t>
        <w:br/>
        <w:t>f 17249/3956/3865 17247/3954/3863 17246/3953/3862</w:t>
        <w:br/>
        <w:t>f 17247/3954/3863 17249/3956/3865 17250/3957/3866</w:t>
        <w:br/>
        <w:t>f 17249/3956/3865 17251/3958/3867 17250/3957/3866</w:t>
        <w:br/>
        <w:t>f 17246/3953/3862 17252/3959/3868 17249/3956/3865</w:t>
        <w:br/>
        <w:t>f 17246/3953/3862 17248/3955/3864 17252/3959/3868</w:t>
        <w:br/>
        <w:t>f 17251/3958/3867 17249/3956/3865 17253/3960/3869</w:t>
        <w:br/>
        <w:t>f 17254/3961/3870 17251/3958/3867 17253/3960/3869</w:t>
        <w:br/>
        <w:t>f 17249/3956/3865 17252/3959/3868 17255/3962/3871</w:t>
        <w:br/>
        <w:t>f 17249/3956/3865 17255/3962/3871 17253/3960/3869</w:t>
        <w:br/>
        <w:t>f 17255/3962/3871 17252/3959/3868 17256/3963/3872</w:t>
        <w:br/>
        <w:t>f 17248/3955/3864 17256/3963/3872 17252/3959/3868</w:t>
        <w:br/>
        <w:t>f 17253/3960/3869 17255/3962/3871 17257/3964/3873</w:t>
        <w:br/>
        <w:t>f 17258/3965/3874 17254/3961/3870 17253/3960/3869</w:t>
        <w:br/>
        <w:t>f 17253/3960/3869 17257/3964/3873 17258/3965/3874</w:t>
        <w:br/>
        <w:t>f 17254/3961/3870 17258/3965/3874 17259/3966/3875</w:t>
        <w:br/>
        <w:t>f 17258/3965/3874 17260/3967/3876 17259/3966/3875</w:t>
        <w:br/>
        <w:t>f 17255/3962/3871 17261/3968/3877 17257/3964/3873</w:t>
        <w:br/>
        <w:t>f 17255/3962/3871 17256/3963/3872 17261/3968/3877</w:t>
        <w:br/>
        <w:t>f 17260/3967/3876 17258/3965/3874 17262/3969/3878</w:t>
        <w:br/>
        <w:t>f 17263/3970/3879 17260/3967/3876 17262/3969/3878</w:t>
        <w:br/>
        <w:t>f 17262/3969/3878 17264/3971/3880 17263/3970/3879</w:t>
        <w:br/>
        <w:t>f 17258/3965/3874 17257/3964/3873 17265/3972/3881</w:t>
        <w:br/>
        <w:t>f 17264/3971/3880 17262/3969/3878 17266/3973/3882</w:t>
        <w:br/>
        <w:t>f 17264/3971/3880 17266/3973/3882 17267/3974/3883</w:t>
        <w:br/>
        <w:t>f 17258/3965/3874 17268/3975/3884 17262/3969/3878</w:t>
        <w:br/>
        <w:t>f 17268/3975/3884 17258/3965/3874 17265/3972/3881</w:t>
        <w:br/>
        <w:t>f 17262/3969/3878 17269/3976/3885 17266/3973/3882</w:t>
        <w:br/>
        <w:t>f 17269/3976/3885 17262/3969/3878 17268/3975/3884</w:t>
        <w:br/>
        <w:t>f 17267/3974/3883 17266/3973/3882 17270/3977/3886</w:t>
        <w:br/>
        <w:t>f 17266/3973/3882 17269/3976/3885 17270/3977/3886</w:t>
        <w:br/>
        <w:t>f 17270/3977/3886 17271/3978/3887 17267/3974/3883</w:t>
        <w:br/>
        <w:t>f 17271/3978/3887 17270/3977/3886 17272/3979/3888</w:t>
        <w:br/>
        <w:t>f 17271/3978/3887 17272/3979/3888 17273/3980/3889</w:t>
        <w:br/>
        <w:t>f 17270/3977/3886 17269/3976/3885 17274/3981/3890</w:t>
        <w:br/>
        <w:t>f 17270/3977/3886 17274/3981/3890 17272/3979/3888</w:t>
        <w:br/>
        <w:t>f 17273/3980/3889 17272/3979/3888 17275/3982/3891</w:t>
        <w:br/>
        <w:t>f 17273/3980/3889 17275/3982/3891 17276/3983/3892</w:t>
        <w:br/>
        <w:t>f 17272/3979/3888 17274/3981/3890 17277/3984/3893</w:t>
        <w:br/>
        <w:t>f 17272/3979/3888 17277/3984/3893 17275/3982/3891</w:t>
        <w:br/>
        <w:t>f 17274/3981/3890 17269/3976/3885 17278/3985/3894</w:t>
        <w:br/>
        <w:t>f 17279/3986/3895 17277/3984/3893 17274/3981/3890</w:t>
        <w:br/>
        <w:t>f 17274/3981/3890 17278/3985/3894 17279/3986/3895</w:t>
        <w:br/>
        <w:t>f 17275/3982/3891 17277/3984/3893 17280/3987/3896</w:t>
        <w:br/>
        <w:t>f 17269/3976/3885 17281/3988/3897 17278/3985/3894</w:t>
        <w:br/>
        <w:t>f 17281/3988/3897 17269/3976/3885 17268/3975/3884</w:t>
        <w:br/>
        <w:t>f 17276/3983/3892 17275/3982/3891 17282/3989/3898</w:t>
        <w:br/>
        <w:t>f 17282/3989/3898 17275/3982/3891 17280/3987/3896</w:t>
        <w:br/>
        <w:t>f 17268/3975/3884 17283/3990/3899 17281/3988/3897</w:t>
        <w:br/>
        <w:t>f 17268/3975/3884 17265/3972/3881 17283/3990/3899</w:t>
        <w:br/>
        <w:t>f 17276/3983/3892 17282/3989/3898 17284/3991/3900</w:t>
        <w:br/>
        <w:t>f 17285/3992/3901 17276/3983/3892 17284/3991/3900</w:t>
        <w:br/>
        <w:t>f 17265/3972/3881 17286/3993/3902 17283/3990/3899</w:t>
        <w:br/>
        <w:t>f 17265/3972/3881 17257/3964/3873 17286/3993/3902</w:t>
        <w:br/>
        <w:t>f 17257/3964/3873 17261/3968/3877 17286/3993/3902</w:t>
        <w:br/>
        <w:t>f 17285/3992/3901 17284/3991/3900 17287/3994/3903</w:t>
        <w:br/>
        <w:t>f 17288/3995/3904 17285/3992/3901 17287/3994/3903</w:t>
        <w:br/>
        <w:t>f 17286/3993/3902 17261/3968/3877 17289/3996/3905</w:t>
        <w:br/>
        <w:t>f 17290/3997/3906 17288/3995/3904 17287/3994/3903</w:t>
        <w:br/>
        <w:t>f 17288/3995/3904 17290/3997/3906 17291/3998/3907</w:t>
        <w:br/>
        <w:t>f 17292/3999/3908 17283/3990/3899 17286/3993/3902</w:t>
        <w:br/>
        <w:t>f 17286/3993/3902 17289/3996/3905 17292/3999/3908</w:t>
        <w:br/>
        <w:t>f 17291/3998/3907 17290/3997/3906 17293/4000/3909</w:t>
        <w:br/>
        <w:t>f 17294/4001/3910 17291/3998/3907 17293/4000/3909</w:t>
        <w:br/>
        <w:t>f 17283/3990/3899 17292/3999/3908 17295/4002/3911</w:t>
        <w:br/>
        <w:t>f 17295/4002/3911 17281/3988/3897 17283/3990/3899</w:t>
        <w:br/>
        <w:t>f 17296/4003/3912 17294/4001/3910 17293/4000/3909</w:t>
        <w:br/>
        <w:t>f 17294/4001/3910 17296/4003/3912 17297/4004/3913</w:t>
        <w:br/>
        <w:t>f 17297/4004/3913 17296/4003/3912 17298/4005/3914</w:t>
        <w:br/>
        <w:t>f 17290/3997/3906 17299/4006/3915 17293/4000/3909</w:t>
        <w:br/>
        <w:t>f 17299/4006/3915 17296/4003/3912 17293/4000/3909</w:t>
        <w:br/>
        <w:t>f 17299/4006/3915 17290/3997/3906 17300/4007/3916</w:t>
        <w:br/>
        <w:t>f 17290/3997/3906 17287/3994/3903 17300/4007/3916</w:t>
        <w:br/>
        <w:t>f 17301/4008/3917 17298/4005/3914 17296/4003/3912</w:t>
        <w:br/>
        <w:t>f 17298/4005/3914 17301/4008/3917 17302/4009/3918</w:t>
        <w:br/>
        <w:t>f 17301/4008/3917 17303/4010/3919 17302/4009/3918</w:t>
        <w:br/>
        <w:t>f 17303/4010/3919 17305/4011/3814 17304/4012/3813</w:t>
        <w:br/>
        <w:t>f 17303/4010/3919 17301/4008/3917 17305/4011/3814</w:t>
        <w:br/>
        <w:t>f 17301/4008/3917 17306/4013/3920 17305/4011/3814</w:t>
        <w:br/>
        <w:t>f 17307/4014/3921 17301/4008/3917 17296/4003/3912</w:t>
        <w:br/>
        <w:t>f 17296/4003/3912 17299/4006/3915 17307/4014/3921</w:t>
        <w:br/>
        <w:t>f 17306/4013/3920 17301/4008/3917 17308/4015/3922</w:t>
        <w:br/>
        <w:t>f 17301/4008/3917 17307/4014/3921 17308/4015/3922</w:t>
        <w:br/>
        <w:t>f 17306/4013/3920 17308/4015/3922 17309/4016/3923</w:t>
        <w:br/>
        <w:t>f 17307/4014/3921 17309/4016/3923 17308/4015/3922</w:t>
        <w:br/>
        <w:t>f 17306/4013/3920 17309/4016/3923 17310/4017/3924</w:t>
        <w:br/>
        <w:t>f 17307/4014/3921 17299/4006/3915 17311/4018/3925</w:t>
        <w:br/>
        <w:t>f 17300/4007/3916 17311/4018/3925 17299/4006/3915</w:t>
        <w:br/>
        <w:t>f 17309/4016/3923 17307/4014/3921 17312/4019/3926</w:t>
        <w:br/>
        <w:t>f 17312/4019/3926 17307/4014/3921 17311/4018/3925</w:t>
        <w:br/>
        <w:t>f 17309/4016/3923 17312/4019/3926 17310/4017/3924</w:t>
        <w:br/>
        <w:t>f 17310/4017/3924 17313/4020/3819 17306/4013/3920</w:t>
        <w:br/>
        <w:t>f 17314/4021/3927 17313/4020/3819 17310/4017/3924</w:t>
        <w:br/>
        <w:t>f 17315/4022/3928 17314/4021/3927 17310/4017/3924</w:t>
        <w:br/>
        <w:t>f 17316/4023/3929 17315/4022/3928 17310/4017/3924</w:t>
        <w:br/>
        <w:t>f 17310/4017/3924 17312/4019/3926 17316/4023/3929</w:t>
        <w:br/>
        <w:t>f 17316/4023/3929 17312/4019/3926 17317/4024/3930</w:t>
        <w:br/>
        <w:t>f 17312/4019/3926 17318/4025/3931 17317/4024/3930</w:t>
        <w:br/>
        <w:t>f 17318/4025/3931 17312/4019/3926 17311/4018/3925</w:t>
        <w:br/>
        <w:t>f 17319/4026/3932 17317/4024/3930 17318/4025/3931</w:t>
        <w:br/>
        <w:t>f 17319/4026/3932 17318/4025/3931 17311/4018/3925</w:t>
        <w:br/>
        <w:t>f 17317/4024/3930 17319/4026/3932 17320/4027/3933</w:t>
        <w:br/>
        <w:t>f 17321/4028/3934 17319/4026/3932 17311/4018/3925</w:t>
        <w:br/>
        <w:t>f 17311/4018/3925 17300/4007/3916 17321/4028/3934</w:t>
        <w:br/>
        <w:t>f 17320/4027/3933 17319/4026/3932 17322/4029/3935</w:t>
        <w:br/>
        <w:t>f 17322/4029/3935 17319/4026/3932 17321/4028/3934</w:t>
        <w:br/>
        <w:t>f 17323/4030/3936 17320/4027/3933 17322/4029/3935</w:t>
        <w:br/>
        <w:t>f 17324/4031/3937 17321/4028/3934 17300/4007/3916</w:t>
        <w:br/>
        <w:t>f 17287/3994/3903 17324/4031/3937 17300/4007/3916</w:t>
        <w:br/>
        <w:t>f 17287/3994/3903 17284/3991/3900 17324/4031/3937</w:t>
        <w:br/>
        <w:t>f 17326/4032/3938 17323/4030/3936 17325/4033/3939</w:t>
        <w:br/>
        <w:t>f 17284/3991/3900 17327/4034/3940 17324/4031/3937</w:t>
        <w:br/>
        <w:t>f 17282/3989/3898 17327/4034/3940 17284/3991/3900</w:t>
        <w:br/>
        <w:t>f 17325/4033/3939 17323/4030/3936 17328/4035/3941</w:t>
        <w:br/>
        <w:t>f 17329/4036/3942 17325/4033/3939 17328/4035/3941</w:t>
        <w:br/>
        <w:t>f 17328/4035/3941 17323/4030/3936 17322/4029/3935</w:t>
        <w:br/>
        <w:t>f 17330/4037/3943 17329/4036/3942 17328/4035/3941</w:t>
        <w:br/>
        <w:t>f 17332/4038/3944 17331/4039/3945 17330/4037/3943</w:t>
        <w:br/>
        <w:t>f 17330/4037/3943 17328/4035/3941 17333/4040/3946</w:t>
        <w:br/>
        <w:t>f 17332/4038/3944 17330/4037/3943 17333/4040/3946</w:t>
        <w:br/>
        <w:t>f 17333/4040/3946 17328/4035/3941 17322/4029/3935</w:t>
        <w:br/>
        <w:t>f 17333/4040/3946 17334/4041/3947 17332/4038/3944</w:t>
        <w:br/>
        <w:t>f 17322/4029/3935 17335/4042/3948 17333/4040/3946</w:t>
        <w:br/>
        <w:t>f 17333/4040/3946 17336/4043/3949 17334/4041/3947</w:t>
        <w:br/>
        <w:t>f 17335/4042/3948 17336/4043/3949 17333/4040/3946</w:t>
        <w:br/>
        <w:t>f 17337/4044/3950 17334/4041/3947 17336/4043/3949</w:t>
        <w:br/>
        <w:t>f 17322/4029/3935 17338/4045/3951 17335/4042/3948</w:t>
        <w:br/>
        <w:t>f 17336/4043/3949 17335/4042/3948 17338/4045/3951</w:t>
        <w:br/>
        <w:t>f 17322/4029/3935 17339/4046/3952 17338/4045/3951</w:t>
        <w:br/>
        <w:t>f 17321/4028/3934 17339/4046/3952 17322/4029/3935</w:t>
        <w:br/>
        <w:t>f 17321/4028/3934 17324/4031/3937 17339/4046/3952</w:t>
        <w:br/>
        <w:t>f 17327/4034/3940 17339/4046/3952 17324/4031/3937</w:t>
        <w:br/>
        <w:t>f 17339/4046/3952 17340/4047/3953 17338/4045/3951</w:t>
        <w:br/>
        <w:t>f 17339/4046/3952 17327/4034/3940 17340/4047/3953</w:t>
        <w:br/>
        <w:t>f 17338/4045/3951 17341/4048/3954 17336/4043/3949</w:t>
        <w:br/>
        <w:t>f 17340/4047/3953 17341/4048/3954 17338/4045/3951</w:t>
        <w:br/>
        <w:t>f 17342/4049/3955 17340/4047/3953 17327/4034/3940</w:t>
        <w:br/>
        <w:t>f 17327/4034/3940 17282/3989/3898 17342/4049/3955</w:t>
        <w:br/>
        <w:t>f 17282/3989/3898 17280/3987/3896 17342/4049/3955</w:t>
        <w:br/>
        <w:t>f 17340/4047/3953 17342/4049/3955 17343/4050/3956</w:t>
        <w:br/>
        <w:t>f 17343/4050/3956 17341/4048/3954 17340/4047/3953</w:t>
        <w:br/>
        <w:t>f 17342/4049/3955 17344/4051/3957 17343/4050/3956</w:t>
        <w:br/>
        <w:t>f 17344/4051/3957 17341/4048/3954 17343/4050/3956</w:t>
        <w:br/>
        <w:t>f 17280/3987/3896 17344/4051/3957 17342/4049/3955</w:t>
        <w:br/>
        <w:t>f 17341/4048/3954 17344/4051/3957 17345/4052/3958</w:t>
        <w:br/>
        <w:t>f 17345/4052/3958 17336/4043/3949 17341/4048/3954</w:t>
        <w:br/>
        <w:t>f 17280/3987/3896 17346/4053/3959 17344/4051/3957</w:t>
        <w:br/>
        <w:t>f 17346/4053/3959 17345/4052/3958 17344/4051/3957</w:t>
        <w:br/>
        <w:t>f 17346/4053/3959 17280/3987/3896 17277/3984/3893</w:t>
        <w:br/>
        <w:t>f 17277/3984/3893 17279/3986/3895 17346/4053/3959</w:t>
        <w:br/>
        <w:t>f 17336/4043/3949 17345/4052/3958 17347/4054/3960</w:t>
        <w:br/>
        <w:t>f 17347/4054/3960 17337/4044/3950 17336/4043/3949</w:t>
        <w:br/>
        <w:t>f 17345/4052/3958 17346/4053/3959 17348/4055/3961</w:t>
        <w:br/>
        <w:t>f 17279/3986/3895 17348/4055/3961 17346/4053/3959</w:t>
        <w:br/>
        <w:t>f 17348/4055/3961 17347/4054/3960 17345/4052/3958</w:t>
        <w:br/>
        <w:t>f 17337/4044/3950 17347/4054/3960 17349/4056/3962</w:t>
        <w:br/>
        <w:t>f 17348/4055/3961 17279/3986/3895 17350/4057/3963</w:t>
        <w:br/>
        <w:t>f 17278/3985/3894 17350/4057/3963 17279/3986/3895</w:t>
        <w:br/>
        <w:t>f 17347/4054/3960 17348/4055/3961 17351/4058/3964</w:t>
        <w:br/>
        <w:t>f 17350/4057/3963 17351/4058/3964 17348/4055/3961</w:t>
        <w:br/>
        <w:t>f 17352/4059/3965 17349/4056/3962 17347/4054/3960</w:t>
        <w:br/>
        <w:t>f 17347/4054/3960 17351/4058/3964 17352/4059/3965</w:t>
        <w:br/>
        <w:t>f 17352/4059/3965 17353/4060/3966 17349/4056/3962</w:t>
        <w:br/>
        <w:t>f 17353/4060/3966 17354/4061/3967 17349/4056/3962</w:t>
        <w:br/>
        <w:t>f 17354/4061/3967 17353/4060/3966 17355/4062/3968</w:t>
        <w:br/>
        <w:t>f 17356/4063/3969 17353/4060/3966 17352/4059/3965</w:t>
        <w:br/>
        <w:t>f 17353/4060/3966 17356/4063/3969 17355/4062/3968</w:t>
        <w:br/>
        <w:t>f 17352/4059/3965 17351/4058/3964 17357/4064/3970</w:t>
        <w:br/>
        <w:t>f 17357/4064/3970 17356/4063/3969 17352/4059/3965</w:t>
        <w:br/>
        <w:t>f 17359/4065/3971 17358/4066/3972 17355/4062/3968</w:t>
        <w:br/>
        <w:t>f 17357/4064/3970 17351/4058/3964 17360/4067/3973</w:t>
        <w:br/>
        <w:t>f 17351/4058/3964 17350/4057/3963 17360/4067/3973</w:t>
        <w:br/>
        <w:t>f 17361/4068/3974 17359/4065/3971 17355/4062/3968</w:t>
        <w:br/>
        <w:t>f 17355/4062/3968 17356/4063/3969 17361/4068/3974</w:t>
        <w:br/>
        <w:t>f 17362/4069/3975 17359/4065/3971 17361/4068/3974</w:t>
        <w:br/>
        <w:t>f 17356/4063/3969 17357/4064/3970 17363/4070/3976</w:t>
        <w:br/>
        <w:t>f 17363/4070/3976 17361/4068/3974 17356/4063/3969</w:t>
        <w:br/>
        <w:t>f 17363/4070/3976 17357/4064/3970 17360/4067/3973</w:t>
        <w:br/>
        <w:t>f 17364/4071/3977 17362/4069/3975 17361/4068/3974</w:t>
        <w:br/>
        <w:t>f 17364/4071/3977 17361/4068/3974 17363/4070/3976</w:t>
        <w:br/>
        <w:t>f 17366/4072/3978 17365/4073/3979 17362/4069/3975</w:t>
        <w:br/>
        <w:t>f 17366/4072/3978 17362/4069/3975 17364/4071/3977</w:t>
        <w:br/>
        <w:t>f 17367/4074/3980 17360/4067/3973 17350/4057/3963</w:t>
        <w:br/>
        <w:t>f 17350/4057/3963 17278/3985/3894 17367/4074/3980</w:t>
        <w:br/>
        <w:t>f 17360/4067/3973 17367/4074/3980 17368/4075/3981</w:t>
        <w:br/>
        <w:t>f 17360/4067/3973 17368/4075/3981 17363/4070/3976</w:t>
        <w:br/>
        <w:t>f 17278/3985/3894 17369/4076/3982 17367/4074/3980</w:t>
        <w:br/>
        <w:t>f 17369/4076/3982 17368/4075/3981 17367/4074/3980</w:t>
        <w:br/>
        <w:t>f 17281/3988/3897 17369/4076/3982 17278/3985/3894</w:t>
        <w:br/>
        <w:t>f 17281/3988/3897 17295/4002/3911 17369/4076/3982</w:t>
        <w:br/>
        <w:t>f 17370/4077/3983 17363/4070/3976 17368/4075/3981</w:t>
        <w:br/>
        <w:t>f 17363/4070/3976 17370/4077/3983 17364/4071/3977</w:t>
        <w:br/>
        <w:t>f 17368/4075/3981 17369/4076/3982 17371/4078/3984</w:t>
        <w:br/>
        <w:t>f 17370/4077/3983 17368/4075/3981 17371/4078/3984</w:t>
        <w:br/>
        <w:t>f 17372/4079/3985 17369/4076/3982 17295/4002/3911</w:t>
        <w:br/>
        <w:t>f 17369/4076/3982 17372/4079/3985 17371/4078/3984</w:t>
        <w:br/>
        <w:t>f 17295/4002/3911 17373/4080/3986 17372/4079/3985</w:t>
        <w:br/>
        <w:t>f 17295/4002/3911 17292/3999/3908 17373/4080/3986</w:t>
        <w:br/>
        <w:t>f 17371/4078/3984 17372/4079/3985 17374/4081/3987</w:t>
        <w:br/>
        <w:t>f 17374/4081/3987 17372/4079/3985 17373/4080/3986</w:t>
        <w:br/>
        <w:t>f 17374/4081/3987 17370/4077/3983 17371/4078/3984</w:t>
        <w:br/>
        <w:t>f 17292/3999/3908 17375/4082/3988 17373/4080/3986</w:t>
        <w:br/>
        <w:t>f 17375/4082/3988 17292/3999/3908 17289/3996/3905</w:t>
        <w:br/>
        <w:t>f 17374/4081/3987 17373/4080/3986 17376/4083/3989</w:t>
        <w:br/>
        <w:t>f 17376/4083/3989 17373/4080/3986 17375/4082/3988</w:t>
        <w:br/>
        <w:t>f 17374/4081/3987 17377/4084/3990 17370/4077/3983</w:t>
        <w:br/>
        <w:t>f 17376/4083/3989 17377/4084/3990 17374/4081/3987</w:t>
        <w:br/>
        <w:t>f 17377/4084/3990 17378/4085/3991 17370/4077/3983</w:t>
        <w:br/>
        <w:t>f 17376/4083/3989 17378/4085/3991 17377/4084/3990</w:t>
        <w:br/>
        <w:t>f 17378/4085/3991 17364/4071/3977 17370/4077/3983</w:t>
        <w:br/>
        <w:t>f 17379/4086/3992 17364/4071/3977 17378/4085/3991</w:t>
        <w:br/>
        <w:t>f 17379/4086/3992 17366/4072/3978 17364/4071/3977</w:t>
        <w:br/>
        <w:t>f 17380/4087/3993 17366/4072/3978 17379/4086/3992</w:t>
        <w:br/>
        <w:t>f 17381/4088/3994 17380/4087/3993 17379/4086/3992</w:t>
        <w:br/>
        <w:t>f 17379/4086/3992 17378/4085/3991 17382/4089/3995</w:t>
        <w:br/>
        <w:t>f 17382/4089/3995 17381/4088/3994 17379/4086/3992</w:t>
        <w:br/>
        <w:t>f 17382/4089/3995 17378/4085/3991 17376/4083/3989</w:t>
        <w:br/>
        <w:t>f 17382/4089/3995 17383/4090/3996 17381/4088/3994</w:t>
        <w:br/>
        <w:t>f 17383/4090/3996 17382/4089/3995 17384/4091/3997</w:t>
        <w:br/>
        <w:t>f 17376/4083/3989 17384/4091/3997 17382/4089/3995</w:t>
        <w:br/>
        <w:t>f 17384/4091/3997 17385/4092/3998 17383/4090/3996</w:t>
        <w:br/>
        <w:t>f 17384/4091/3997 17376/4083/3989 17386/4093/3999</w:t>
        <w:br/>
        <w:t>f 17376/4083/3989 17375/4082/3988 17386/4093/3999</w:t>
        <w:br/>
        <w:t>f 17385/4092/3998 17388/4094/4000 17387/4095/4001</w:t>
        <w:br/>
        <w:t>f 17386/4093/3999 17375/4082/3988 17389/4096/4002</w:t>
        <w:br/>
        <w:t>f 17289/3996/3905 17389/4096/4002 17375/4082/3988</w:t>
        <w:br/>
        <w:t>f 17388/4094/4000 17385/4092/3998 17390/4097/4003</w:t>
        <w:br/>
        <w:t>f 17390/4097/4003 17391/4098/4004 17388/4094/4000</w:t>
        <w:br/>
        <w:t>f 17385/4092/3998 17384/4091/3997 17392/4099/4005</w:t>
        <w:br/>
        <w:t>f 17390/4097/4003 17385/4092/3998 17392/4099/4005</w:t>
        <w:br/>
        <w:t>f 17393/4100/4006 17384/4091/3997 17386/4093/3999</w:t>
        <w:br/>
        <w:t>f 17384/4091/3997 17393/4100/4006 17392/4099/4005</w:t>
        <w:br/>
        <w:t>f 17386/4093/3999 17389/4096/4002 17393/4100/4006</w:t>
        <w:br/>
        <w:t>f 17394/4101/4007 17390/4097/4003 17392/4099/4005</w:t>
        <w:br/>
        <w:t>f 17393/4100/4006 17394/4101/4007 17392/4099/4005</w:t>
        <w:br/>
        <w:t>f 17395/4102/4008 17391/4098/4004 17390/4097/4003</w:t>
        <w:br/>
        <w:t>f 17395/4102/4008 17390/4097/4003 17394/4101/4007</w:t>
        <w:br/>
        <w:t>f 17395/4102/4008 17396/4103/4009 17391/4098/4004</w:t>
        <w:br/>
        <w:t>f 17397/4104/4010 17394/4101/4007 17393/4100/4006</w:t>
        <w:br/>
        <w:t>f 17393/4100/4006 17389/4096/4002 17397/4104/4010</w:t>
        <w:br/>
        <w:t>f 17398/4105/4011 17395/4102/4008 17394/4101/4007</w:t>
        <w:br/>
        <w:t>f 17394/4101/4007 17397/4104/4010 17398/4105/4011</w:t>
        <w:br/>
        <w:t>f 17396/4103/4009 17395/4102/4008 17399/4106/4012</w:t>
        <w:br/>
        <w:t>f 17400/4107/4013 17395/4102/4008 17398/4105/4011</w:t>
        <w:br/>
        <w:t>f 17400/4107/4013 17399/4106/4012 17395/4102/4008</w:t>
        <w:br/>
        <w:t>f 17399/4106/4012 17401/4108/4014 17396/4103/4009</w:t>
        <w:br/>
        <w:t>f 17401/4108/4014 17399/4106/4012 17400/4107/4013</w:t>
        <w:br/>
        <w:t>f 17401/4108/4014 17402/4109/4015 17396/4103/4009</w:t>
        <w:br/>
        <w:t>f 17404/4110/4016 17402/4109/4015 17403/4111/4017</w:t>
        <w:br/>
        <w:t>f 17401/4108/4014 17403/4111/4017 17402/4109/4015</w:t>
        <w:br/>
        <w:t>f 17403/4111/4017 17401/4108/4014 17405/4112/4018</w:t>
        <w:br/>
        <w:t>f 17406/4113/4019 17401/4108/4014 17400/4107/4013</w:t>
        <w:br/>
        <w:t>f 17405/4112/4018 17401/4108/4014 17406/4113/4019</w:t>
        <w:br/>
        <w:t>f 17400/4107/4013 17398/4105/4011 17407/4114/4020</w:t>
        <w:br/>
        <w:t>f 17397/4104/4010 17407/4114/4020 17398/4105/4011</w:t>
        <w:br/>
        <w:t>f 17408/4115/4021 17406/4113/4019 17400/4107/4013</w:t>
        <w:br/>
        <w:t>f 17408/4115/4021 17400/4107/4013 17407/4114/4020</w:t>
        <w:br/>
        <w:t>f 17405/4112/4018 17406/4113/4019 17409/4116/4022</w:t>
        <w:br/>
        <w:t>f 17408/4115/4021 17409/4116/4022 17406/4113/4019</w:t>
        <w:br/>
        <w:t>f 17410/4117/4023 17407/4114/4020 17397/4104/4010</w:t>
        <w:br/>
        <w:t>f 17411/4118/4024 17408/4115/4021 17407/4114/4020</w:t>
        <w:br/>
        <w:t>f 17407/4114/4020 17410/4117/4023 17411/4118/4024</w:t>
        <w:br/>
        <w:t>f 17397/4104/4010 17412/4119/4025 17410/4117/4023</w:t>
        <w:br/>
        <w:t>f 17412/4119/4025 17397/4104/4010 17389/4096/4002</w:t>
        <w:br/>
        <w:t>f 17389/4096/4002 17289/3996/3905 17412/4119/4025</w:t>
        <w:br/>
        <w:t>f 17261/3968/3877 17412/4119/4025 17289/3996/3905</w:t>
        <w:br/>
        <w:t>f 17256/3963/3872 17412/4119/4025 17261/3968/3877</w:t>
        <w:br/>
        <w:t>f 17412/4119/4025 17413/4120/4026 17410/4117/4023</w:t>
        <w:br/>
        <w:t>f 17413/4120/4026 17412/4119/4025 17256/3963/3872</w:t>
        <w:br/>
        <w:t>f 17413/4120/4026 17411/4118/4024 17410/4117/4023</w:t>
        <w:br/>
        <w:t>f 17256/3963/3872 17248/3955/3864 17413/4120/4026</w:t>
        <w:br/>
        <w:t>f 17414/4121/4027 17411/4118/4024 17413/4120/4026</w:t>
        <w:br/>
        <w:t>f 17248/3955/3864 17414/4121/4027 17413/4120/4026</w:t>
        <w:br/>
        <w:t>f 17414/4121/4027 17415/4122/4028 17411/4118/4024</w:t>
        <w:br/>
        <w:t>f 17408/4115/4021 17411/4118/4024 17415/4122/4028</w:t>
        <w:br/>
        <w:t>f 17414/4121/4027 17248/3955/3864 17416/4123/4029</w:t>
        <w:br/>
        <w:t>f 17248/3955/3864 17240/3947/3856 17416/4123/4029</w:t>
        <w:br/>
        <w:t>f 17240/3947/3856 17242/3949/3858 17416/4123/4029</w:t>
        <w:br/>
        <w:t>f 17416/4123/4029 17417/4124/4030 17414/4121/4027</w:t>
        <w:br/>
        <w:t>f 17417/4124/4030 17416/4123/4029 17242/3949/3858</w:t>
        <w:br/>
        <w:t>f 17415/4122/4028 17414/4121/4027 17417/4124/4030</w:t>
        <w:br/>
        <w:t>f 17242/3949/3858 17418/4125/4031 17417/4124/4030</w:t>
        <w:br/>
        <w:t>f 17418/4125/4031 17242/3949/3858 17223/3930/3841</w:t>
        <w:br/>
        <w:t>f 17223/3930/3841 17221/3928/3839 17418/4125/4031</w:t>
        <w:br/>
        <w:t>f 17418/4125/4031 17221/3928/3839 17224/3931/3842</w:t>
        <w:br/>
        <w:t>f 17419/4126/4032 17417/4124/4030 17418/4125/4031</w:t>
        <w:br/>
        <w:t>f 17419/4126/4032 17415/4122/4028 17417/4124/4030</w:t>
        <w:br/>
        <w:t>f 17224/3931/3842 17419/4126/4032 17418/4125/4031</w:t>
        <w:br/>
        <w:t>f 17408/4115/4021 17415/4122/4028 17420/4127/4033</w:t>
        <w:br/>
        <w:t>f 17420/4127/4033 17415/4122/4028 17419/4126/4032</w:t>
        <w:br/>
        <w:t>f 17420/4127/4033 17409/4116/4022 17408/4115/4021</w:t>
        <w:br/>
        <w:t>f 17421/4128/4034 17419/4126/4032 17224/3931/3842</w:t>
        <w:br/>
        <w:t>f 17420/4127/4033 17419/4126/4032 17422/4129/4035</w:t>
        <w:br/>
        <w:t>f 17419/4126/4032 17421/4128/4034 17422/4129/4035</w:t>
        <w:br/>
        <w:t>f 17422/4129/4035 17409/4116/4022 17420/4127/4033</w:t>
        <w:br/>
        <w:t>f 17423/4130/4036 17421/4128/4034 17224/3931/3842</w:t>
        <w:br/>
        <w:t>f 17422/4129/4035 17421/4128/4034 17423/4130/4036</w:t>
        <w:br/>
        <w:t>f 17224/3931/3842 17220/3927/3838 17423/4130/4036</w:t>
        <w:br/>
        <w:t>f 17422/4129/4035 17424/4131/4037 17409/4116/4022</w:t>
        <w:br/>
        <w:t>f 17423/4130/4036 17424/4131/4037 17422/4129/4035</w:t>
        <w:br/>
        <w:t>f 17424/4131/4037 17405/4112/4018 17409/4116/4022</w:t>
        <w:br/>
        <w:t>f 17405/4112/4018 17424/4131/4037 17423/4130/4036</w:t>
        <w:br/>
        <w:t>f 17423/4130/4036 17220/3927/3838 17214/3921/3832</w:t>
        <w:br/>
        <w:t>f 17423/4130/4036 17425/4132/4038 17405/4112/4018</w:t>
        <w:br/>
        <w:t>f 17214/3921/3832 17426/4133/4039 17423/4130/4036</w:t>
        <w:br/>
        <w:t>f 17426/4133/4039 17425/4132/4038 17423/4130/4036</w:t>
        <w:br/>
        <w:t>f 17426/4133/4039 17214/3921/3832 17210/3917/3828</w:t>
        <w:br/>
        <w:t>f 17211/3918/3829 17426/4133/4039 17210/3917/3828</w:t>
        <w:br/>
        <w:t>f 17211/3918/3829 17427/4134/4040 17426/4133/4039</w:t>
        <w:br/>
        <w:t>f 17426/4133/4039 17427/4134/4040 17428/4135/4041</w:t>
        <w:br/>
        <w:t>f 17426/4133/4039 17428/4135/4041 17429/4136/4042</w:t>
        <w:br/>
        <w:t>f 17429/4136/4042 17425/4132/4038 17426/4133/4039</w:t>
        <w:br/>
        <w:t>f 17429/4136/4042 17430/4137/4043 17425/4132/4038</w:t>
        <w:br/>
        <w:t>f 17433/4138/4044 17432/4139/4045 17431/4140/4046</w:t>
        <w:br/>
        <w:t>f 17432/4139/4045 17433/4138/4044 17434/4141/4047</w:t>
        <w:br/>
        <w:t>f 17434/4141/4047 17436/4142/4048 17435/4143/4049</w:t>
        <w:br/>
        <w:t>f 17437/4144/4050 17434/4141/4047 17435/4143/4049</w:t>
        <w:br/>
        <w:t>f 17437/4144/4050 17432/4139/4045 17434/4141/4047</w:t>
        <w:br/>
        <w:t>f 17437/4144/4050 17438/4145/4051 17432/4139/4045</w:t>
        <w:br/>
        <w:t>f 17438/4145/4051 17437/4144/4050 17439/4146/4052</w:t>
        <w:br/>
        <w:t>f 17441/4147/4053 17439/4146/4052 17440/4148/4054</w:t>
        <w:br/>
        <w:t>f 17441/4147/4053 17442/4149/4055 17439/4146/4052</w:t>
        <w:br/>
        <w:t>f 17443/4150/4056 17439/4146/4052 17442/4149/4055</w:t>
        <w:br/>
        <w:t>f 17439/4146/4052 17443/4150/4056 17438/4145/4051</w:t>
        <w:br/>
        <w:t>f 17443/4150/4056 17444/4151/4057 17438/4145/4051</w:t>
        <w:br/>
        <w:t>f 17443/4150/4056 17445/4152/4058 17444/4151/4057</w:t>
        <w:br/>
        <w:t>f 17448/4153/4059 17447/4154/4060 17446/4155/4061</w:t>
        <w:br/>
        <w:t>f 17447/4154/4060 17448/4153/4059 17449/4156/4062</w:t>
        <w:br/>
        <w:t>f 17449/4156/4062 17448/4153/4059 17450/4157/4063</w:t>
        <w:br/>
        <w:t>f 17448/4153/4059 17451/4158/4064 17450/4157/4063</w:t>
        <w:br/>
        <w:t>f 17452/4159/4065 17450/4157/4063 17451/4158/4064</w:t>
        <w:br/>
        <w:t>f 17451/4158/4064 17453/4160/4066 17452/4159/4065</w:t>
        <w:br/>
        <w:t>f 17454/4161/4067 17452/4159/4065 17453/4160/4066</w:t>
        <w:br/>
        <w:t>f 17452/4159/4065 17454/4161/4067 17455/4162/4068</w:t>
        <w:br/>
        <w:t>f 17456/4163/4069 17455/4162/4068 17454/4161/4067</w:t>
        <w:br/>
        <w:t>f 17454/4161/4067 17457/4164/4070 17456/4163/4069</w:t>
        <w:br/>
        <w:t>f 17460/4165/4071 17459/4166/4072 17458/4167/4073</w:t>
        <w:br/>
        <w:t>f 17460/4165/4071 17458/4167/4073 17461/4168/4074</w:t>
        <w:br/>
        <w:t>f 17462/4169/4075 17460/4165/4071 17461/4168/4074</w:t>
        <w:br/>
        <w:t>f 17461/4168/4074 17463/4170/4076 17462/4169/4075</w:t>
        <w:br/>
        <w:t>f 17464/4171/4077 17462/4169/4075 17463/4170/4076</w:t>
        <w:br/>
        <w:t>f 17467/4172/4078 17466/4173/4078 17465/4174/4078</w:t>
        <w:br/>
        <w:t>f 17465/4174/4078 17466/4173/4078 17468/4175/4078</w:t>
        <w:br/>
        <w:t>f 17471/4176/4079 17470/4177/4080 17469/4178/4081</w:t>
        <w:br/>
        <w:t>f 17471/4176/4079 17472/4179/4082 17470/4177/4080</w:t>
        <w:br/>
        <w:t>f 17472/4179/4082 17471/4176/4079 17473/4180/4083</w:t>
        <w:br/>
        <w:t>f 17472/4179/4082 17473/4180/4083 17474/4181/4084</w:t>
        <w:br/>
        <w:t>f 17475/4182/4085 17472/4179/4082 17474/4181/4084</w:t>
        <w:br/>
        <w:t>f 17478/4183/4086 17477/4184/4087 17476/4185/4088</w:t>
        <w:br/>
        <w:t>f 17477/4184/4087 17479/4186/4089 17476/4185/4088</w:t>
        <w:br/>
        <w:t>f 17479/4186/4089 17477/4184/4087 17480/4187/4090</w:t>
        <w:br/>
        <w:t>f 17479/4186/4089 17480/4187/4090 17481/4188/4091</w:t>
        <w:br/>
        <w:t>f 17481/4188/4091 17480/4187/4090 17482/4189/4092</w:t>
        <w:br/>
        <w:t>f 17485/4190/4093 17484/4191/4094 17483/4192/4095</w:t>
        <w:br/>
        <w:t>f 17483/4192/4095 17486/4193/4096 17485/4190/4093</w:t>
        <w:br/>
        <w:t>f 17489/4194/4097 17488/4195/4098 17487/4196/4099</w:t>
        <w:br/>
        <w:t>f 17490/4197/4100 17489/4194/4097 17487/4196/4099</w:t>
        <w:br/>
        <w:t>f 17489/4194/4097 17490/4197/4100 17491/4198/4101</w:t>
        <w:br/>
        <w:t>f 17492/4199/4102 17491/4198/4101 17490/4197/4100</w:t>
        <w:br/>
        <w:t>f 17492/4199/4102 17490/4197/4100 17493/4200/4103</w:t>
        <w:br/>
        <w:t>f 17496/4201/4104 17495/4202/4105 17494/4203/4106</w:t>
        <w:br/>
        <w:t>f 17496/4201/4104 17497/4204/4107 17495/4202/4105</w:t>
        <w:br/>
        <w:t>f 17498/4205/4108 17495/4202/4105 17497/4204/4107</w:t>
        <w:br/>
        <w:t>f 17495/4202/4105 17498/4205/4108 17499/4206/4109</w:t>
        <w:br/>
        <w:t>f 17501/4207/4110 17500/4208/4111 17498/4205/4108</w:t>
        <w:br/>
        <w:t>f 17498/4205/4108 17502/4209/4112 17499/4206/4109</w:t>
        <w:br/>
        <w:t>f 17503/4210/4113 17498/4205/4108 17500/4208/4111</w:t>
        <w:br/>
        <w:t>f 17500/4208/4111 17504/4211/4114 17503/4210/4113</w:t>
        <w:br/>
        <w:t>f 17504/4211/4114 17505/4212/4115 17503/4210/4113</w:t>
        <w:br/>
        <w:t>f 17498/4205/4108 17506/4213/4116 17502/4209/4112</w:t>
        <w:br/>
        <w:t>f 17503/4210/4113 17506/4213/4116 17498/4205/4108</w:t>
        <w:br/>
        <w:t>f 17507/4214/4117 17502/4209/4112 17506/4213/4116</w:t>
        <w:br/>
        <w:t>f 17503/4210/4113 17505/4212/4115 17508/4215/4118</w:t>
        <w:br/>
        <w:t>f 17506/4213/4116 17503/4210/4113 17508/4215/4118</w:t>
        <w:br/>
        <w:t>f 17509/4216/4119 17508/4215/4118 17505/4212/4115</w:t>
        <w:br/>
        <w:t>f 17508/4215/4118 17509/4216/4119 17510/4217/4120</w:t>
        <w:br/>
        <w:t>f 17510/4217/4120 17506/4213/4116 17508/4215/4118</w:t>
        <w:br/>
        <w:t>f 17510/4217/4120 17509/4216/4119 17511/4218/4121</w:t>
        <w:br/>
        <w:t>f 17506/4213/4116 17512/4219/4122 17507/4214/4117</w:t>
        <w:br/>
        <w:t>f 17506/4213/4116 17510/4217/4120 17512/4219/4122</w:t>
        <w:br/>
        <w:t>f 17511/4218/4121 17513/4220/4123 17510/4217/4120</w:t>
        <w:br/>
        <w:t>f 17512/4219/4122 17510/4217/4120 17513/4220/4123</w:t>
        <w:br/>
        <w:t>f 17511/4218/4121 17514/4221/4124 17513/4220/4123</w:t>
        <w:br/>
        <w:t>f 17512/4219/4122 17515/4222/4125 17507/4214/4117</w:t>
        <w:br/>
        <w:t>f 17515/4222/4125 17512/4219/4122 17513/4220/4123</w:t>
        <w:br/>
        <w:t>f 17507/4214/4117 17515/4222/4125 17516/4223/4126</w:t>
        <w:br/>
        <w:t>f 17513/4220/4123 17517/4224/4127 17515/4222/4125</w:t>
        <w:br/>
        <w:t>f 17513/4220/4123 17514/4221/4124 17517/4224/4127</w:t>
        <w:br/>
        <w:t>f 17515/4222/4125 17518/4225/4128 17516/4223/4126</w:t>
        <w:br/>
        <w:t>f 17517/4224/4127 17518/4225/4128 17515/4222/4125</w:t>
        <w:br/>
        <w:t>f 17516/4223/4126 17518/4225/4128 17519/4226/4129</w:t>
        <w:br/>
        <w:t>f 17520/4227/4130 17519/4226/4129 17518/4225/4128</w:t>
        <w:br/>
        <w:t>f 17517/4224/4127 17514/4221/4124 17521/4228/4131</w:t>
        <w:br/>
        <w:t>f 17518/4225/4128 17517/4224/4127 17521/4228/4131</w:t>
        <w:br/>
        <w:t>f 17520/4227/4130 17518/4225/4128 17522/4229/4132</w:t>
        <w:br/>
        <w:t>f 17518/4225/4128 17521/4228/4131 17522/4229/4132</w:t>
        <w:br/>
        <w:t>f 17523/4230/4133 17520/4227/4130 17522/4229/4132</w:t>
        <w:br/>
        <w:t>f 17521/4228/4131 17523/4230/4133 17522/4229/4132</w:t>
        <w:br/>
        <w:t>f 17520/4227/4130 17523/4230/4133 17524/4231/4134</w:t>
        <w:br/>
        <w:t>f 17521/4228/4131 17514/4221/4124 17525/4232/4135</w:t>
        <w:br/>
        <w:t>f 17525/4232/4135 17523/4230/4133 17521/4228/4131</w:t>
        <w:br/>
        <w:t>f 17514/4221/4124 17526/4233/4136 17525/4232/4135</w:t>
        <w:br/>
        <w:t>f 17526/4233/4136 17527/4234/4137 17525/4232/4135</w:t>
        <w:br/>
        <w:t>f 17523/4230/4133 17528/4235/4138 17524/4231/4134</w:t>
        <w:br/>
        <w:t>f 17529/4236/4139 17523/4230/4133 17525/4232/4135</w:t>
        <w:br/>
        <w:t>f 17524/4231/4134 17528/4235/4138 17530/4237/4140</w:t>
        <w:br/>
        <w:t>f 17531/4238/4141 17525/4232/4135 17527/4234/4137</w:t>
        <w:br/>
        <w:t>f 17529/4236/4139 17525/4232/4135 17531/4238/4141</w:t>
        <w:br/>
        <w:t>f 17531/4238/4141 17527/4234/4137 17532/4239/4142</w:t>
        <w:br/>
        <w:t>f 17533/4240/4143 17530/4237/4140 17528/4235/4138</w:t>
        <w:br/>
        <w:t>f 17534/4241/4144 17529/4236/4139 17531/4238/4141</w:t>
        <w:br/>
        <w:t>f 17530/4237/4140 17533/4240/4143 17535/4242/4145</w:t>
        <w:br/>
        <w:t>f 17536/4243/4146 17535/4242/4145 17533/4240/4143</w:t>
        <w:br/>
        <w:t>f 17532/4239/4142 17537/4244/4147 17531/4238/4141</w:t>
        <w:br/>
        <w:t>f 17534/4241/4144 17531/4238/4141 17537/4244/4147</w:t>
        <w:br/>
        <w:t>f 17537/4244/4147 17532/4239/4142 17538/4245/4148</w:t>
        <w:br/>
        <w:t>f 17537/4244/4147 17538/4245/4148 17539/4246/4149</w:t>
        <w:br/>
        <w:t>f 17533/4240/4143 17540/4247/4150 17536/4243/4146</w:t>
        <w:br/>
        <w:t>f 17540/4247/4150 17534/4241/4144 17537/4244/4147</w:t>
        <w:br/>
        <w:t>f 17541/4248/4151 17536/4243/4146 17540/4247/4150</w:t>
        <w:br/>
        <w:t>f 17537/4244/4147 17539/4246/4149 17542/4249/4152</w:t>
        <w:br/>
        <w:t>f 17540/4247/4150 17537/4244/4147 17542/4249/4152</w:t>
        <w:br/>
        <w:t>f 17542/4249/4152 17539/4246/4149 17543/4250/4153</w:t>
        <w:br/>
        <w:t>f 17540/4247/4150 17544/4251/4154 17541/4248/4151</w:t>
        <w:br/>
        <w:t>f 17542/4249/4152 17544/4251/4154 17540/4247/4150</w:t>
        <w:br/>
        <w:t>f 17544/4251/4154 17545/4252/4155 17541/4248/4151</w:t>
        <w:br/>
        <w:t>f 17543/4250/4153 17546/4253/4156 17542/4249/4152</w:t>
        <w:br/>
        <w:t>f 17544/4251/4154 17547/4254/4157 17545/4252/4155</w:t>
        <w:br/>
        <w:t>f 17547/4254/4157 17544/4251/4154 17542/4249/4152</w:t>
        <w:br/>
        <w:t>f 17547/4254/4157 17542/4249/4152 17546/4253/4156</w:t>
        <w:br/>
        <w:t>f 17547/4254/4157 17548/4255/4158 17545/4252/4155</w:t>
        <w:br/>
        <w:t>f 17546/4253/4156 17543/4250/4153 17549/4256/4159</w:t>
        <w:br/>
        <w:t>f 17549/4256/4159 17547/4254/4157 17546/4253/4156</w:t>
        <w:br/>
        <w:t>f 17543/4250/4153 17550/4257/4160 17549/4256/4159</w:t>
        <w:br/>
        <w:t>f 17548/4255/4158 17547/4254/4157 17551/4258/4161</w:t>
        <w:br/>
        <w:t>f 17547/4254/4157 17549/4256/4159 17552/4259/4162</w:t>
        <w:br/>
        <w:t>f 17551/4258/4161 17553/4260/4163 17548/4255/4158</w:t>
        <w:br/>
        <w:t>f 17549/4256/4159 17550/4257/4160 17554/4261/4164</w:t>
        <w:br/>
        <w:t>f 17554/4261/4164 17550/4257/4160 17555/4262/4165</w:t>
        <w:br/>
        <w:t>f 17552/4259/4162 17549/4256/4159 17556/4263/4166</w:t>
        <w:br/>
        <w:t>f 17553/4260/4163 17551/4258/4161 17557/4264/4167</w:t>
        <w:br/>
        <w:t>f 17556/4263/4166 17549/4256/4159 17554/4261/4164</w:t>
        <w:br/>
        <w:t>f 17558/4265/4168 17553/4260/4163 17557/4264/4167</w:t>
        <w:br/>
        <w:t>f 17555/4262/4165 17559/4266/4169 17554/4261/4164</w:t>
        <w:br/>
        <w:t>f 17559/4266/4169 17556/4263/4166 17554/4261/4164</w:t>
        <w:br/>
        <w:t>f 17560/4267/4170 17559/4266/4169 17555/4262/4165</w:t>
        <w:br/>
        <w:t>f 17556/4263/4166 17561/4268/4171 17558/4265/4172</w:t>
        <w:br/>
        <w:t>f 17556/4263/4166 17559/4266/4169 17561/4268/4171</w:t>
        <w:br/>
        <w:t>f 17562/4269/4173 17558/4265/4172 17561/4268/4171</w:t>
        <w:br/>
        <w:t>f 17559/4266/4169 17560/4267/4170 17563/4270/4174</w:t>
        <w:br/>
        <w:t>f 17561/4268/4171 17559/4266/4169 17563/4270/4174</w:t>
        <w:br/>
        <w:t>f 17563/4270/4174 17560/4267/4170 17564/4271/4175</w:t>
        <w:br/>
        <w:t>f 17561/4268/4171 17565/4272/4176 17562/4269/4173</w:t>
        <w:br/>
        <w:t>f 17565/4272/4176 17561/4268/4171 17563/4270/4174</w:t>
        <w:br/>
        <w:t>f 17565/4272/4176 17566/4273/4177 17562/4269/4173</w:t>
        <w:br/>
        <w:t>f 17564/4271/4175 17567/4274/4178 17563/4270/4174</w:t>
        <w:br/>
        <w:t>f 17567/4274/4178 17565/4272/4176 17563/4270/4174</w:t>
        <w:br/>
        <w:t>f 17564/4271/4175 17568/4275/4179 17567/4274/4178</w:t>
        <w:br/>
        <w:t>f 17566/4273/4177 17565/4272/4176 17569/4276/4180</w:t>
        <w:br/>
        <w:t>f 17565/4272/4176 17567/4274/4178 17569/4276/4180</w:t>
        <w:br/>
        <w:t>f 17570/4277/4181 17566/4273/4177 17569/4276/4180</w:t>
        <w:br/>
        <w:t>f 17571/4278/4182 17567/4274/4178 17568/4275/4179</w:t>
        <w:br/>
        <w:t>f 17571/4278/4182 17569/4276/4180 17567/4274/4178</w:t>
        <w:br/>
        <w:t>f 17570/4277/4181 17569/4276/4180 17572/4279/4183</w:t>
        <w:br/>
        <w:t>f 17571/4278/4182 17568/4275/4179 17573/4280/4184</w:t>
        <w:br/>
        <w:t>f 17572/4279/4183 17574/4281/4185 17570/4277/4181</w:t>
        <w:br/>
        <w:t>f 17573/4280/4184 17574/4281/4185 17571/4278/4182</w:t>
        <w:br/>
        <w:t>f 17574/4281/4185 17575/4282/4186 17570/4277/4181</w:t>
        <w:br/>
        <w:t>f 17573/4280/4184 17576/4283/4187 17574/4281/4185</w:t>
        <w:br/>
        <w:t>f 17574/4281/4185 17576/4283/4187 17575/4282/4186</w:t>
        <w:br/>
        <w:t>f 17577/4284/4106 17575/4282/4186 17576/4283/4187</w:t>
        <w:br/>
        <w:t>f 17576/4283/4187 17578/4285/4188 17577/4284/4106</w:t>
        <w:br/>
        <w:t>f 17581/4286/4189 17580/4287/4190 17579/4288/4191</w:t>
        <w:br/>
        <w:t>f 17581/4286/4189 17579/4288/4191 17582/4289/4192</w:t>
        <w:br/>
        <w:t>f 17583/4290/4193 17582/4289/4192 17579/4288/4191</w:t>
        <w:br/>
        <w:t>f 17579/4288/4191 17584/4291/4194 17583/4290/4193</w:t>
        <w:br/>
        <w:t>f 17584/4291/4194 17585/4292/4195 17583/4290/4193</w:t>
        <w:br/>
        <w:t>f 17584/4291/4194 17586/4293/4196 17585/4292/4195</w:t>
        <w:br/>
        <w:t>f 17585/4292/4195 17586/4293/4196 17587/4294/4197</w:t>
        <w:br/>
        <w:t>f 17586/4293/4196 17588/4295/4198 17587/4294/4197</w:t>
        <w:br/>
        <w:t>f 17588/4295/4198 17586/4293/4196 17589/4296/4199</w:t>
        <w:br/>
        <w:t>f 17590/4297/4200 17588/4295/4198 17589/4296/4199</w:t>
        <w:br/>
        <w:t>f 17589/4296/4199 17591/4298/4201 17590/4297/4200</w:t>
        <w:br/>
        <w:t>f 17592/4299/4202 17590/4297/4200 17591/4298/4201</w:t>
        <w:br/>
        <w:t>f 17592/4299/4202 17591/4298/4201 17593/4300/4203</w:t>
        <w:br/>
        <w:t>f 17593/4300/4203 17591/4298/4201 17594/4301/4204</w:t>
        <w:br/>
        <w:t>f 17592/4299/4202 17593/4300/4203 17595/4302/4205</w:t>
        <w:br/>
        <w:t>f 17595/4302/4205 17593/4300/4203 17594/4301/4204</w:t>
        <w:br/>
        <w:t>f 17596/4303/4206 17592/4299/4202 17595/4302/4205</w:t>
        <w:br/>
        <w:t>f 17595/4302/4205 17594/4301/4204 17597/4304/4207</w:t>
        <w:br/>
        <w:t>f 17598/4305/4208 17596/4303/4206 17595/4302/4205</w:t>
        <w:br/>
        <w:t>f 17598/4305/4208 17595/4302/4205 17599/4306/4209</w:t>
        <w:br/>
        <w:t>f 17599/4306/4209 17595/4302/4205 17597/4304/4207</w:t>
        <w:br/>
        <w:t>f 17599/4306/4209 17600/4307/4210 17598/4305/4208</w:t>
        <w:br/>
        <w:t>f 17600/4307/4210 17599/4306/4209 17601/4308/4211</w:t>
        <w:br/>
        <w:t>f 17597/4304/4207 17602/4309/4212 17599/4306/4209</w:t>
        <w:br/>
        <w:t>f 17602/4309/4212 17597/4304/4207 17603/4310/4213</w:t>
        <w:br/>
        <w:t>f 17603/4310/4213 17604/4311/4214 17602/4309/4212</w:t>
        <w:br/>
        <w:t>f 17601/4308/4211 17599/4306/4209 17605/4312/4215</w:t>
        <w:br/>
        <w:t>f 17605/4312/4215 17606/4313/4216 17601/4308/4211</w:t>
        <w:br/>
        <w:t>f 17605/4312/4215 17607/4314/4217 17606/4313/4216</w:t>
        <w:br/>
        <w:t>f 17608/4315/4218 17599/4306/4209 17602/4309/4212</w:t>
        <w:br/>
        <w:t>f 17599/4306/4209 17608/4315/4218 17605/4312/4215</w:t>
        <w:br/>
        <w:t>f 17607/4314/4217 17605/4312/4215 17609/4316/4219</w:t>
        <w:br/>
        <w:t>f 17608/4315/4218 17609/4316/4219 17605/4312/4215</w:t>
        <w:br/>
        <w:t>f 17609/4316/4219 17610/4317/4220 17607/4314/4217</w:t>
        <w:br/>
        <w:t>f 17610/4317/4220 17609/4316/4219 17611/4318/4221</w:t>
        <w:br/>
        <w:t>f 17612/4319/4222 17611/4318/4221 17609/4316/4219</w:t>
        <w:br/>
        <w:t>f 17609/4316/4219 17608/4315/4218 17612/4319/4222</w:t>
        <w:br/>
        <w:t>f 17611/4318/4221 17612/4319/4222 17613/4320/4223</w:t>
        <w:br/>
        <w:t>f 17614/4321/4224 17608/4315/4218 17602/4309/4212</w:t>
        <w:br/>
        <w:t>f 17617/4322/4225 17616/4323/4226 17615/4324/4227</w:t>
        <w:br/>
        <w:t>f 17618/4325/4228 17612/4319/4222 17608/4315/4218</w:t>
        <w:br/>
        <w:t>f 17608/4315/4218 17614/4321/4224 17618/4325/4228</w:t>
        <w:br/>
        <w:t>f 17619/4326/4229 17613/4320/4223 17612/4319/4222</w:t>
        <w:br/>
        <w:t>f 17612/4319/4222 17618/4325/4228 17619/4326/4229</w:t>
        <w:br/>
        <w:t>f 17613/4320/4223 17619/4326/4229 17620/4327/4230</w:t>
        <w:br/>
        <w:t>f 17619/4326/4229 17621/4328/4231 17620/4327/4230</w:t>
        <w:br/>
        <w:t>f 17616/4323/4226 17622/4329/4232 17615/4324/4227</w:t>
        <w:br/>
        <w:t>f 17623/4330/4233 17618/4325/4228 17614/4321/4224</w:t>
        <w:br/>
        <w:t>f 17616/4323/4226 17624/4331/4234 17622/4329/4232</w:t>
        <w:br/>
        <w:t>f 17622/4329/4232 17624/4331/4234 17625/4332/4235</w:t>
        <w:br/>
        <w:t>f 17618/4325/4228 17623/4330/4233 17626/4333/4236</w:t>
        <w:br/>
        <w:t>f 17626/4333/4236 17619/4326/4229 17618/4325/4228</w:t>
        <w:br/>
        <w:t>f 17626/4333/4236 17623/4330/4233 17627/4334/4237</w:t>
        <w:br/>
        <w:t>f 17619/4326/4229 17626/4333/4236 17628/4335/4238</w:t>
        <w:br/>
        <w:t>f 17627/4334/4237 17628/4335/4238 17626/4333/4236</w:t>
        <w:br/>
        <w:t>f 17628/4335/4238 17621/4328/4231 17619/4326/4229</w:t>
        <w:br/>
        <w:t>f 17628/4335/4238 17627/4334/4237 17629/4336/4239</w:t>
        <w:br/>
        <w:t>f 17629/4336/4239 17621/4328/4231 17628/4335/4238</w:t>
        <w:br/>
        <w:t>f 17630/4337/4240 17629/4336/4239 17627/4334/4237</w:t>
        <w:br/>
        <w:t>f 17621/4328/4231 17629/4336/4239 17631/4338/4241</w:t>
        <w:br/>
        <w:t>f 17629/4336/4239 17630/4337/4240 17632/4339/4242</w:t>
        <w:br/>
        <w:t>f 17632/4339/4242 17631/4338/4241 17629/4336/4239</w:t>
        <w:br/>
        <w:t>f 17630/4337/4240 17633/4340/4243 17632/4339/4242</w:t>
        <w:br/>
        <w:t>f 17631/4338/4241 17632/4339/4242 17634/4341/4244</w:t>
        <w:br/>
        <w:t>f 17632/4339/4242 17633/4340/4243 17634/4341/4244</w:t>
        <w:br/>
        <w:t>f 17635/4342/4245 17634/4341/4244 17633/4340/4243</w:t>
        <w:br/>
        <w:t>f 17638/4343/4246 17637/4344/4247 17636/4345/4248</w:t>
        <w:br/>
        <w:t>f 17639/4346/4249 17638/4343/4246 17636/4345/4248</w:t>
        <w:br/>
        <w:t>f 17636/4345/4248 17640/4347/4250 17639/4346/4249</w:t>
        <w:br/>
        <w:t>f 17640/4347/4250 17636/4345/4248 17641/4348/4251</w:t>
        <w:br/>
        <w:t>f 17641/4348/4251 17642/4349/4252 17640/4347/4250</w:t>
        <w:br/>
        <w:t>f 17642/4349/4252 17641/4348/4251 17643/4350/4253</w:t>
        <w:br/>
        <w:t>f 17643/4350/4253 17644/4351/4254 17642/4349/4252</w:t>
        <w:br/>
        <w:t>f 17644/4351/4254 17643/4350/4253 17645/4352/4255</w:t>
        <w:br/>
        <w:t>f 17645/4352/4255 17646/4353/4256 17644/4351/4254</w:t>
        <w:br/>
        <w:t>f 17647/4354/4257 17644/4351/4254 17646/4353/4256</w:t>
        <w:br/>
        <w:t>f 17648/4355/4258 17647/4354/4257 17646/4353/4256</w:t>
        <w:br/>
        <w:t>f 17647/4354/4257 17648/4355/4258 17649/4356/4259</w:t>
        <w:br/>
        <w:t>f 17648/4355/4258 17650/4357/4260 17649/4356/4259</w:t>
        <w:br/>
        <w:t>f 17650/4357/4260 17648/4355/4258 17651/4358/4261</w:t>
        <w:br/>
        <w:t>f 17654/4359/4262 17653/4360/4263 17652/4361/4264</w:t>
        <w:br/>
        <w:t>f 17653/4360/4263 17654/4359/4262 17655/4362/4265</w:t>
        <w:br/>
        <w:t>f 17654/4359/4262 17656/4363/4266 17655/4362/4265</w:t>
        <w:br/>
        <w:t>f 17656/4363/4266 17654/4359/4262 17657/4364/4267</w:t>
        <w:br/>
        <w:t>f 17659/4365/4268 17656/4363/4266 17658/4366/4269</w:t>
        <w:br/>
        <w:t>f 17660/4367/4270 17656/4363/4266 17657/4364/4267</w:t>
        <w:br/>
        <w:t>f 17661/4368/4271 17658/4366/4269 17656/4363/4266</w:t>
        <w:br/>
        <w:t>f 17658/4366/4269 17661/4368/4271 17662/4369/4272</w:t>
        <w:br/>
        <w:t>f 17662/4369/4272 17661/4368/4271 17663/4370/4273</w:t>
        <w:br/>
        <w:t>f 17664/4371/4274 17656/4363/4266 17660/4367/4270</w:t>
        <w:br/>
        <w:t>f 17664/4371/4274 17661/4368/4271 17656/4363/4266</w:t>
        <w:br/>
        <w:t>f 17665/4372/4275 17664/4371/4274 17660/4367/4270</w:t>
        <w:br/>
        <w:t>f 17661/4368/4271 17666/4373/4276 17663/4370/4273</w:t>
        <w:br/>
        <w:t>f 17661/4368/4271 17664/4371/4274 17666/4373/4276</w:t>
        <w:br/>
        <w:t>f 17666/4373/4276 17667/4374/4277 17663/4370/4273</w:t>
        <w:br/>
        <w:t>f 17667/4374/4277 17666/4373/4276 17668/4375/4278</w:t>
        <w:br/>
        <w:t>f 17664/4371/4274 17668/4375/4278 17666/4373/4276</w:t>
        <w:br/>
        <w:t>f 17668/4375/4278 17669/4376/4279 17667/4374/4277</w:t>
        <w:br/>
        <w:t>f 17664/4371/4274 17665/4372/4275 17670/4377/4280</w:t>
        <w:br/>
        <w:t>f 17664/4371/4274 17670/4377/4280 17668/4375/4278</w:t>
        <w:br/>
        <w:t>f 17671/4378/4281 17669/4376/4279 17668/4375/4278</w:t>
        <w:br/>
        <w:t>f 17670/4377/4280 17671/4378/4281 17668/4375/4278</w:t>
        <w:br/>
        <w:t>f 17669/4376/4279 17671/4378/4281 17672/4379/4282</w:t>
        <w:br/>
        <w:t>f 17673/4380/4283 17670/4377/4280 17665/4372/4275</w:t>
        <w:br/>
        <w:t>f 17673/4380/4283 17671/4378/4281 17670/4377/4280</w:t>
        <w:br/>
        <w:t>f 17665/4372/4275 17674/4381/4284 17673/4380/4283</w:t>
        <w:br/>
        <w:t>f 17671/4378/4281 17673/4380/4283 17675/4382/4285</w:t>
        <w:br/>
        <w:t>f 17671/4378/4281 17675/4382/4285 17672/4379/4282</w:t>
        <w:br/>
        <w:t>f 17676/4383/4286 17673/4380/4283 17674/4381/4284</w:t>
        <w:br/>
        <w:t>f 17675/4382/4285 17673/4380/4283 17676/4383/4286</w:t>
        <w:br/>
        <w:t>f 17674/4381/4284 17677/4384/4287 17676/4383/4286</w:t>
        <w:br/>
        <w:t>f 17678/4385/4288 17676/4383/4286 17677/4384/4287</w:t>
        <w:br/>
        <w:t>f 17675/4382/4285 17679/4386/4289 17672/4379/4282</w:t>
        <w:br/>
        <w:t>f 17676/4383/4286 17679/4386/4289 17675/4382/4285</w:t>
        <w:br/>
        <w:t>f 17678/4385/4288 17680/4387/4290 17676/4383/4286</w:t>
        <w:br/>
        <w:t>f 17676/4383/4286 17680/4387/4290 17679/4386/4289</w:t>
        <w:br/>
        <w:t>f 17678/4385/4288 17681/4388/4291 17680/4387/4290</w:t>
        <w:br/>
        <w:t>f 17679/4386/4289 17680/4387/4290 17681/4388/4291</w:t>
        <w:br/>
        <w:t>f 17681/4388/4291 17678/4385/4288 17682/4389/4292</w:t>
        <w:br/>
        <w:t>f 17679/4386/4289 17683/4390/4293 17672/4379/4282</w:t>
        <w:br/>
        <w:t>f 17683/4390/4293 17679/4386/4289 17681/4388/4291</w:t>
        <w:br/>
        <w:t>f 17672/4379/4282 17683/4390/4293 17684/4391/4294</w:t>
        <w:br/>
        <w:t>f 17684/4391/4294 17683/4390/4293 17685/4392/4295</w:t>
        <w:br/>
        <w:t>f 17682/4389/4292 17686/4393/4296 17681/4388/4291</w:t>
        <w:br/>
        <w:t>f 17687/4394/4297 17683/4390/4293 17681/4388/4291</w:t>
        <w:br/>
        <w:t>f 17682/4389/4292 17688/4395/4298 17686/4393/4296</w:t>
        <w:br/>
        <w:t>f 17689/4396/4299 17685/4392/4295 17683/4390/4293</w:t>
        <w:br/>
        <w:t>f 17687/4394/4297 17689/4396/4299 17683/4390/4293</w:t>
        <w:br/>
        <w:t>f 17689/4396/4299 17690/4397/4300 17685/4392/4295</w:t>
        <w:br/>
        <w:t>f 17688/4395/4298 17691/4398/4301 17686/4393/4296</w:t>
        <w:br/>
        <w:t>f 17692/4399/4302 17689/4396/4299 17687/4394/4297</w:t>
        <w:br/>
        <w:t>f 17691/4398/4301 17688/4395/4298 17693/4400/4303</w:t>
        <w:br/>
        <w:t>f 17693/4400/4303 17694/4401/4304 17691/4398/4301</w:t>
        <w:br/>
        <w:t>f 17695/4402/4305 17690/4397/4300 17689/4396/4299</w:t>
        <w:br/>
        <w:t>f 17692/4399/4302 17695/4402/4305 17689/4396/4299</w:t>
        <w:br/>
        <w:t>f 17690/4397/4300 17695/4402/4305 17696/4403/4306</w:t>
        <w:br/>
        <w:t>f 17695/4402/4305 17697/4404/4307 17696/4403/4306</w:t>
        <w:br/>
        <w:t>f 17698/4405/4308 17691/4398/4301 17694/4401/4304</w:t>
        <w:br/>
        <w:t>f 17698/4405/4308 17695/4402/4305 17692/4399/4302</w:t>
        <w:br/>
        <w:t>f 17694/4401/4304 17699/4406/4309 17698/4405/4308</w:t>
        <w:br/>
        <w:t>f 17697/4404/4307 17695/4402/4305 17700/4407/4310</w:t>
        <w:br/>
        <w:t>f 17698/4405/4308 17700/4407/4310 17695/4402/4305</w:t>
        <w:br/>
        <w:t>f 17700/4407/4310 17701/4408/4311 17697/4404/4307</w:t>
        <w:br/>
        <w:t>f 17702/4409/4312 17698/4405/4308 17699/4406/4309</w:t>
        <w:br/>
        <w:t>f 17700/4407/4310 17698/4405/4308 17702/4409/4312</w:t>
        <w:br/>
        <w:t>f 17699/4406/4309 17703/4410/4313 17702/4409/4312</w:t>
        <w:br/>
        <w:t>f 17701/4408/4311 17700/4407/4310 17704/4411/4314</w:t>
        <w:br/>
        <w:t>f 17705/4412/4315 17702/4409/4312 17703/4410/4313</w:t>
        <w:br/>
        <w:t>f 17705/4412/4315 17700/4407/4310 17702/4409/4312</w:t>
        <w:br/>
        <w:t>f 17705/4412/4315 17704/4411/4314 17700/4407/4310</w:t>
        <w:br/>
        <w:t>f 17706/4413/4316 17705/4412/4315 17703/4410/4313</w:t>
        <w:br/>
        <w:t>f 17707/4414/4317 17701/4408/4311 17704/4411/4314</w:t>
        <w:br/>
        <w:t>f 17705/4412/4315 17707/4414/4317 17704/4411/4314</w:t>
        <w:br/>
        <w:t>f 17701/4408/4311 17707/4414/4317 17708/4415/4318</w:t>
        <w:br/>
        <w:t>f 17705/4412/4315 17706/4413/4316 17709/4416/4319</w:t>
        <w:br/>
        <w:t>f 17707/4414/4317 17705/4412/4315 17710/4417/4320</w:t>
        <w:br/>
        <w:t>f 17711/4418/4321 17709/4416/4319 17706/4413/4316</w:t>
        <w:br/>
        <w:t>f 17712/4419/4322 17708/4415/4318 17707/4414/4317</w:t>
        <w:br/>
        <w:t>f 17708/4415/4318 17712/4419/4322 17713/4420/4323</w:t>
        <w:br/>
        <w:t>f 17707/4414/4317 17710/4417/4320 17714/4421/4324</w:t>
        <w:br/>
        <w:t>f 17709/4416/4319 17711/4418/4321 17715/4422/4325</w:t>
        <w:br/>
        <w:t>f 17714/4421/4324 17712/4419/4322 17707/4414/4317</w:t>
        <w:br/>
        <w:t>f 17716/4423/4326 17715/4422/4325 17711/4418/4321</w:t>
        <w:br/>
        <w:t>f 17713/4420/4323 17712/4419/4322 17717/4424/4327</w:t>
        <w:br/>
        <w:t>f 17714/4421/4324 17717/4424/4327 17712/4419/4322</w:t>
        <w:br/>
        <w:t>f 17718/4425/4328 17713/4420/4323 17717/4424/4327</w:t>
        <w:br/>
        <w:t>f 17719/4426/4329 17714/4421/4324 17716/4423/4326</w:t>
        <w:br/>
        <w:t>f 17719/4426/4329 17717/4424/4327 17714/4421/4324</w:t>
        <w:br/>
        <w:t>f 17720/4427/4330 17719/4426/4329 17716/4423/4326</w:t>
        <w:br/>
        <w:t>f 17721/4428/4331 17718/4425/4328 17717/4424/4327</w:t>
        <w:br/>
        <w:t>f 17719/4426/4329 17721/4428/4331 17717/4424/4327</w:t>
        <w:br/>
        <w:t>f 17721/4428/4331 17722/4429/4332 17718/4425/4328</w:t>
        <w:br/>
        <w:t>f 17723/4430/4333 17719/4426/4329 17720/4427/4330</w:t>
        <w:br/>
        <w:t>f 17721/4428/4331 17719/4426/4329 17723/4430/4333</w:t>
        <w:br/>
        <w:t>f 17724/4431/4334 17723/4430/4333 17720/4427/4330</w:t>
        <w:br/>
        <w:t>f 17722/4429/4332 17721/4428/4331 17725/4432/4335</w:t>
        <w:br/>
        <w:t>f 17725/4432/4335 17721/4428/4331 17723/4430/4333</w:t>
        <w:br/>
        <w:t>f 17722/4429/4332 17725/4432/4335 17726/4433/4336</w:t>
        <w:br/>
        <w:t>f 17727/4434/4337 17723/4430/4333 17724/4431/4334</w:t>
        <w:br/>
        <w:t>f 17723/4430/4333 17727/4434/4337 17725/4432/4335</w:t>
        <w:br/>
        <w:t>f 17724/4431/4334 17728/4435/4338 17727/4434/4337</w:t>
        <w:br/>
        <w:t>f 17725/4432/4335 17729/4436/4339 17726/4433/4336</w:t>
        <w:br/>
        <w:t>f 17729/4436/4339 17725/4432/4335 17727/4434/4337</w:t>
        <w:br/>
        <w:t>f 17730/4437/4340 17727/4434/4337 17728/4435/4338</w:t>
        <w:br/>
        <w:t>f 17729/4436/4339 17731/4438/4341 17726/4433/4336</w:t>
        <w:br/>
        <w:t>f 17730/4437/4340 17728/4435/4338 17732/4439/4342</w:t>
        <w:br/>
        <w:t>f 17731/4438/4341 17729/4436/4339 17732/4439/4342</w:t>
        <w:br/>
        <w:t>f 17732/4439/4342 17728/4435/4338 17733/4440/4343</w:t>
        <w:br/>
        <w:t>f 17731/4438/4341 17732/4439/4342 17734/4441/4344</w:t>
        <w:br/>
        <w:t>f 17732/4439/4342 17733/4440/4343 17734/4441/4344</w:t>
        <w:br/>
        <w:t>f 17733/4440/4343 17735/4442/4264 17734/4441/4344</w:t>
        <w:br/>
        <w:t>f 17734/4441/4344 17735/4442/4264 17736/4443/4345</w:t>
        <w:br/>
        <w:t>f 17739/4444/4346 17738/4445/4347 17737/4446/4348</w:t>
        <w:br/>
        <w:t>f 17737/4446/4348 17738/4445/4347 17740/4447/4349</w:t>
        <w:br/>
        <w:t>f 17741/4448/4350 17737/4446/4348 17740/4447/4349</w:t>
        <w:br/>
        <w:t>f 17737/4446/4348 17741/4448/4350 17742/4449/4351</w:t>
        <w:br/>
        <w:t>f 17742/4449/4351 17741/4448/4350 17743/4450/4352</w:t>
        <w:br/>
        <w:t>f 17743/4450/4352 17744/4451/4353 17742/4449/4351</w:t>
        <w:br/>
        <w:t>f 17743/4450/4352 17745/4452/4354 17744/4451/4353</w:t>
        <w:br/>
        <w:t>f 17746/4453/4355 17744/4451/4353 17745/4452/4354</w:t>
        <w:br/>
        <w:t>f 17744/4451/4353 17746/4453/4355 17747/4454/4356</w:t>
        <w:br/>
        <w:t>f 17748/4455/4357 17747/4454/4356 17746/4453/4355</w:t>
        <w:br/>
        <w:t>f 17747/4454/4356 17748/4455/4357 17749/4456/4358</w:t>
        <w:br/>
        <w:t>f 17750/4457/4359 17749/4456/4358 17748/4455/4357</w:t>
        <w:br/>
        <w:t>f 17750/4457/4359 17751/4458/4360 17749/4456/4358</w:t>
        <w:br/>
        <w:t>f 17751/4458/4360 17752/4459/4361 17749/4456/4358</w:t>
        <w:br/>
        <w:t>f 17750/4457/4359 17753/4460/4362 17751/4458/4360</w:t>
        <w:br/>
        <w:t>f 17753/4460/4362 17752/4459/4361 17751/4458/4360</w:t>
        <w:br/>
        <w:t>f 17754/4461/4363 17753/4460/4362 17750/4457/4359</w:t>
        <w:br/>
        <w:t>f 17752/4459/4361 17753/4460/4362 17755/4462/4364</w:t>
        <w:br/>
        <w:t>f 17756/4463/4365 17753/4460/4362 17754/4461/4363</w:t>
        <w:br/>
        <w:t>f 17756/4463/4365 17757/4464/4366 17753/4460/4362</w:t>
        <w:br/>
        <w:t>f 17753/4460/4362 17757/4464/4366 17755/4462/4364</w:t>
        <w:br/>
        <w:t>f 17757/4464/4366 17756/4463/4365 17758/4465/4367</w:t>
        <w:br/>
        <w:t>f 17757/4464/4366 17758/4465/4367 17759/4466/4368</w:t>
        <w:br/>
        <w:t>f 17760/4467/4369 17755/4462/4364 17757/4464/4366</w:t>
        <w:br/>
        <w:t>f 17760/4467/4369 17761/4468/4370 17755/4462/4364</w:t>
        <w:br/>
        <w:t>f 17762/4469/4371 17761/4468/4370 17760/4467/4369</w:t>
        <w:br/>
        <w:t>f 17759/4466/4368 17763/4470/4372 17757/4464/4366</w:t>
        <w:br/>
        <w:t>f 17763/4470/4372 17759/4466/4368 17764/4471/4373</w:t>
        <w:br/>
        <w:t>f 17765/4472/4374 17763/4470/4372 17764/4471/4373</w:t>
        <w:br/>
        <w:t>f 17757/4464/4366 17766/4473/4375 17760/4467/4369</w:t>
        <w:br/>
        <w:t>f 17763/4470/4372 17766/4473/4375 17757/4464/4366</w:t>
        <w:br/>
        <w:t>f 17763/4470/4372 17765/4472/4374 17767/4474/4376</w:t>
        <w:br/>
        <w:t>f 17767/4474/4376 17766/4473/4375 17763/4470/4372</w:t>
        <w:br/>
        <w:t>f 17768/4475/4377 17767/4474/4376 17765/4472/4374</w:t>
        <w:br/>
        <w:t>f 17767/4474/4376 17768/4475/4377 17769/4476/4378</w:t>
        <w:br/>
        <w:t>f 17769/4476/4378 17770/4477/4379 17767/4474/4376</w:t>
        <w:br/>
        <w:t>f 17766/4473/4375 17767/4474/4376 17770/4477/4379</w:t>
        <w:br/>
        <w:t>f 17770/4477/4379 17769/4476/4378 17771/4478/4380</w:t>
        <w:br/>
        <w:t>f 17766/4473/4375 17772/4479/4381 17760/4467/4369</w:t>
        <w:br/>
        <w:t>f 17775/4480/4382 17774/4481/4383 17773/4482/4384</w:t>
        <w:br/>
        <w:t>f 17770/4477/4379 17776/4483/4385 17766/4473/4375</w:t>
        <w:br/>
        <w:t>f 17772/4479/4381 17766/4473/4375 17776/4483/4385</w:t>
        <w:br/>
        <w:t>f 17771/4478/4380 17777/4484/4386 17770/4477/4379</w:t>
        <w:br/>
        <w:t>f 17776/4483/4385 17770/4477/4379 17777/4484/4386</w:t>
        <w:br/>
        <w:t>f 17777/4484/4386 17771/4478/4380 17778/4485/4387</w:t>
        <w:br/>
        <w:t>f 17777/4484/4386 17778/4485/4387 17779/4486/4388</w:t>
        <w:br/>
        <w:t>f 17773/4482/4384 17780/4487/4389 17775/4480/4382</w:t>
        <w:br/>
        <w:t>f 17776/4483/4385 17781/4488/4390 17772/4479/4381</w:t>
        <w:br/>
        <w:t>f 17775/4480/4382 17780/4487/4389 17782/4489/4391</w:t>
        <w:br/>
        <w:t>f 17780/4487/4389 17783/4490/4392 17782/4489/4391</w:t>
        <w:br/>
        <w:t>f 17781/4488/4390 17776/4483/4385 17784/4491/4393</w:t>
        <w:br/>
        <w:t>f 17784/4491/4393 17785/4492/4394 17781/4488/4390</w:t>
        <w:br/>
        <w:t>f 17777/4484/4386 17784/4491/4393 17776/4483/4385</w:t>
        <w:br/>
        <w:t>f 17784/4491/4393 17777/4484/4386 17786/4493/4395</w:t>
        <w:br/>
        <w:t>f 17786/4493/4395 17785/4492/4394 17784/4491/4393</w:t>
        <w:br/>
        <w:t>f 17777/4484/4386 17779/4486/4388 17786/4493/4395</w:t>
        <w:br/>
        <w:t>f 17785/4492/4394 17786/4493/4395 17787/4494/4396</w:t>
        <w:br/>
        <w:t>f 17779/4486/4388 17787/4494/4396 17786/4493/4395</w:t>
        <w:br/>
        <w:t>f 17788/4495/4397 17785/4492/4394 17787/4494/4396</w:t>
        <w:br/>
        <w:t>f 17787/4494/4396 17779/4486/4388 17789/4496/4398</w:t>
        <w:br/>
        <w:t>f 17788/4495/4397 17787/4494/4396 17790/4497/4399</w:t>
        <w:br/>
        <w:t>f 17789/4496/4398 17790/4497/4399 17787/4494/4396</w:t>
        <w:br/>
        <w:t>f 17788/4495/4397 17790/4497/4399 17791/4498/4400</w:t>
        <w:br/>
        <w:t>f 17790/4497/4399 17789/4496/4398 17792/4499/4401</w:t>
        <w:br/>
        <w:t>f 17792/4499/4401 17791/4498/4400 17790/4497/4399</w:t>
        <w:br/>
        <w:t>f 17791/4498/4400 17792/4499/4401 17793/4500/4402</w:t>
        <w:br/>
        <w:t>f 17796/4501/4403 17795/4502/4404 17794/4503/4405</w:t>
        <w:br/>
        <w:t>f 17795/4502/4404 17796/4501/4403 17797/4504/4406</w:t>
        <w:br/>
        <w:t>f 17798/4505/4407 17795/4502/4404 17797/4504/4406</w:t>
        <w:br/>
        <w:t>f 17795/4502/4404 17798/4505/4407 17799/4506/4408</w:t>
        <w:br/>
        <w:t>f 17800/4507/4409 17799/4506/4408 17798/4505/4407</w:t>
        <w:br/>
        <w:t>f 17799/4506/4408 17800/4507/4409 17801/4508/4410</w:t>
        <w:br/>
        <w:t>f 17802/4509/4411 17801/4508/4410 17800/4507/4409</w:t>
        <w:br/>
        <w:t>f 17801/4508/4410 17802/4509/4411 17803/4510/4412</w:t>
        <w:br/>
        <w:t>f 17802/4509/4411 17804/4511/4413 17803/4510/4412</w:t>
        <w:br/>
        <w:t>f 17802/4509/4411 17805/4512/4414 17804/4511/4413</w:t>
        <w:br/>
        <w:t>f 17805/4512/4414 17806/4513/4415 17804/4511/4413</w:t>
        <w:br/>
        <w:t>f 17806/4513/4415 17805/4512/4414 17807/4514/4416</w:t>
        <w:br/>
        <w:t>f 17807/4514/4416 17808/4515/4417 17806/4513/4415</w:t>
        <w:br/>
        <w:t>f 17808/4515/4417 17809/4516/4418 17806/4513/4415</w:t>
        <w:br/>
        <w:t>f 17812/4517/4419 17811/4518/4420 17810/4519/4421</w:t>
        <w:br/>
        <w:t>f 17813/4520/4422 17810/4519/4421 17811/4518/4420</w:t>
        <w:br/>
        <w:t>f 17816/4521/4423 17815/4522/4423 17814/4523/4423</w:t>
        <w:br/>
        <w:t>f 17817/4524/4424 17813/4520/4422 17811/4518/4420</w:t>
        <w:br/>
        <w:t>f 17814/4523/4423 17818/4525/4425 17816/4521/4423</w:t>
        <w:br/>
        <w:t>f 17813/4520/4422 17817/4524/4424 17819/4526/4426</w:t>
        <w:br/>
        <w:t>f 17818/4525/4425 17813/4520/4422 17819/4526/4426</w:t>
        <w:br/>
        <w:t>f 17820/4527/4427 17819/4526/4426 17817/4524/4424</w:t>
        <w:br/>
        <w:t>f 17821/4528/4428 17818/4525/4425 17819/4526/4426</w:t>
        <w:br/>
        <w:t>f 17819/4526/4426 17820/4527/4427 17822/4529/4429</w:t>
        <w:br/>
        <w:t>f 17823/4530/4430 17822/4529/4429 17820/4527/4427</w:t>
        <w:br/>
        <w:t>f 17824/4531/4431 17822/4529/4429 17823/4530/4430</w:t>
        <w:br/>
        <w:t>f 17825/4532/4432 17821/4528/4428 17819/4526/4426</w:t>
        <w:br/>
        <w:t>f 17825/4532/4432 17819/4526/4426 17826/4533/4433</w:t>
        <w:br/>
        <w:t>f 17827/4534/4434 17821/4528/4428 17825/4532/4432</w:t>
        <w:br/>
        <w:t>f 17826/4533/4433 17827/4534/4434 17825/4532/4432</w:t>
        <w:br/>
        <w:t>f 17827/4534/4434 17826/4533/4433 17828/4535/4435</w:t>
        <w:br/>
        <w:t>f 17827/4534/4434 17829/4536/4436 17821/4528/4428</w:t>
        <w:br/>
        <w:t>f 17830/4537/4437 17827/4534/4434 17828/4535/4435</w:t>
        <w:br/>
        <w:t>f 17831/4538/4438 17829/4536/4436 17827/4534/4434</w:t>
        <w:br/>
        <w:t>f 17830/4537/4437 17831/4538/4438 17827/4534/4434</w:t>
        <w:br/>
        <w:t>f 17831/4538/4438 17832/4539/4439 17829/4536/4436</w:t>
        <w:br/>
        <w:t>f 17833/4540/4440 17832/4539/4439 17831/4538/4438</w:t>
        <w:br/>
        <w:t>f 17830/4537/4437 17833/4540/4440 17831/4538/4438</w:t>
        <w:br/>
        <w:t>f 17832/4539/4439 17833/4540/4440 17834/4541/4441</w:t>
        <w:br/>
        <w:t>f 17833/4540/4440 17830/4537/4437 17835/4542/4442</w:t>
        <w:br/>
        <w:t>f 17836/4543/4443 17835/4542/4442 17830/4537/4437</w:t>
        <w:br/>
        <w:t>f 17837/4544/4444 17834/4541/4441 17833/4540/4440</w:t>
        <w:br/>
        <w:t>f 17836/4543/4443 17838/4545/4445 17835/4542/4442</w:t>
        <w:br/>
        <w:t>f 17838/4545/4445 17833/4540/4440 17835/4542/4442</w:t>
        <w:br/>
        <w:t>f 17838/4545/4445 17837/4544/4444 17833/4540/4440</w:t>
        <w:br/>
        <w:t>f 17838/4545/4445 17836/4543/4443 17839/4546/4446</w:t>
        <w:br/>
        <w:t>f 17834/4541/4441 17837/4544/4444 17840/4547/4447</w:t>
        <w:br/>
        <w:t>f 17839/4546/4446 17841/4548/4448 17838/4545/4445</w:t>
        <w:br/>
        <w:t>f 17837/4544/4444 17838/4545/4445 17841/4548/4448</w:t>
        <w:br/>
        <w:t>f 17841/4548/4448 17839/4546/4446 17842/4549/4449</w:t>
        <w:br/>
        <w:t>f 17843/4550/4450 17840/4547/4447 17837/4544/4444</w:t>
        <w:br/>
        <w:t>f 17841/4548/4448 17843/4550/4450 17837/4544/4444</w:t>
        <w:br/>
        <w:t>f 17840/4547/4447 17843/4550/4450 17844/4551/4451</w:t>
        <w:br/>
        <w:t>f 17845/4552/4452 17841/4548/4448 17842/4549/4449</w:t>
        <w:br/>
        <w:t>f 17845/4552/4452 17843/4550/4450 17841/4548/4448</w:t>
        <w:br/>
        <w:t>f 17846/4553/4453 17845/4552/4452 17842/4549/4449</w:t>
        <w:br/>
        <w:t>f 17845/4552/4452 17846/4553/4453 17847/4554/4454</w:t>
        <w:br/>
        <w:t>f 17848/4555/4455 17844/4551/4451 17843/4550/4450</w:t>
        <w:br/>
        <w:t>f 17848/4555/4455 17843/4550/4450 17845/4552/4452</w:t>
        <w:br/>
        <w:t>f 17844/4551/4451 17848/4555/4455 17849/4556/4456</w:t>
        <w:br/>
        <w:t>f 17847/4554/4454 17850/4557/4457 17845/4552/4452</w:t>
        <w:br/>
        <w:t>f 17848/4555/4455 17845/4552/4452 17850/4557/4457</w:t>
        <w:br/>
        <w:t>f 17851/4558/4458 17850/4557/4457 17847/4554/4454</w:t>
        <w:br/>
        <w:t>f 17852/4559/4459 17849/4556/4456 17848/4555/4455</w:t>
        <w:br/>
        <w:t>f 17850/4557/4457 17852/4559/4459 17848/4555/4455</w:t>
        <w:br/>
        <w:t>f 17849/4556/4456 17852/4559/4459 17853/4560/4460</w:t>
        <w:br/>
        <w:t>f 17853/4560/4460 17852/4559/4459 17854/4561/4461</w:t>
        <w:br/>
        <w:t>f 17850/4557/4457 17851/4558/4458 17855/4562/4462</w:t>
        <w:br/>
        <w:t>f 17855/4562/4462 17852/4559/4459 17850/4557/4457</w:t>
        <w:br/>
        <w:t>f 17854/4561/4461 17852/4559/4459 17855/4562/4462</w:t>
        <w:br/>
        <w:t>f 17851/4558/4458 17856/4563/4463 17855/4562/4462</w:t>
        <w:br/>
        <w:t>f 17857/4564/4464 17854/4561/4461 17855/4562/4462</w:t>
        <w:br/>
        <w:t>f 17854/4561/4461 17857/4564/4464 17858/4565/4465</w:t>
        <w:br/>
        <w:t>f 17855/4562/4462 17856/4563/4463 17859/4566/4466</w:t>
        <w:br/>
        <w:t>f 17859/4566/4466 17857/4564/4464 17855/4562/4462</w:t>
        <w:br/>
        <w:t>f 17856/4563/4463 17860/4567/4467 17859/4566/4466</w:t>
        <w:br/>
        <w:t>f 17861/4568/4468 17858/4565/4465 17857/4564/4464</w:t>
        <w:br/>
        <w:t>f 17858/4565/4465 17861/4568/4468 17862/4569/4469</w:t>
        <w:br/>
        <w:t>f 17863/4570/4470 17857/4564/4464 17859/4566/4466</w:t>
        <w:br/>
        <w:t>f 17857/4564/4464 17863/4570/4470 17861/4568/4468</w:t>
        <w:br/>
        <w:t>f 17859/4566/4466 17860/4567/4467 17863/4570/4470</w:t>
        <w:br/>
        <w:t>f 17864/4571/4471 17862/4569/4469 17861/4568/4468</w:t>
        <w:br/>
        <w:t>f 17864/4571/4471 17861/4568/4468 17863/4570/4470</w:t>
        <w:br/>
        <w:t>f 17862/4569/4469 17864/4571/4471 17865/4572/4472</w:t>
        <w:br/>
        <w:t>f 17868/4573/4473 17867/4574/4474 17866/4575/4475</w:t>
        <w:br/>
        <w:t>f 17863/4570/4470 17860/4567/4467 17869/4576/4476</w:t>
        <w:br/>
        <w:t>f 17870/4577/4477 17869/4576/4476 17860/4567/4467</w:t>
        <w:br/>
        <w:t>f 17864/4571/4471 17863/4570/4470 17871/4578/4478</w:t>
        <w:br/>
        <w:t>f 17863/4570/4470 17869/4576/4476 17871/4578/4478</w:t>
        <w:br/>
        <w:t>f 17866/4575/4475 17867/4574/4474 17872/4579/4479</w:t>
        <w:br/>
        <w:t>f 17864/4571/4471 17871/4578/4478 17872/4579/4480</w:t>
        <w:br/>
        <w:t>f 17875/4580/4481 17874/4581/4482 17873/4582/4483</w:t>
        <w:br/>
        <w:t>f 17876/4583/4484 17873/4582/4483 17874/4581/4482</w:t>
        <w:br/>
        <w:t>f 17879/4584/4485 17878/4585/4486 17877/4586/4487</w:t>
        <w:br/>
        <w:t>f 17877/4586/4487 17878/4585/4486 17880/4587/4488</w:t>
        <w:br/>
        <w:t>f 17881/4588/4489 17876/4583/4484 17874/4581/4482</w:t>
        <w:br/>
        <w:t>f 17872/4579/4480 17871/4578/4478 17882/4589/4490</w:t>
        <w:br/>
        <w:t>f 17878/4585/4486 17883/4590/4491 17880/4587/4488</w:t>
        <w:br/>
        <w:t>f 17876/4583/4484 17881/4588/4489 17884/4591/4492</w:t>
        <w:br/>
        <w:t>f 17880/4587/4488 17883/4590/4491 17885/4592/4493</w:t>
        <w:br/>
        <w:t>f 17883/4590/4491 17886/4593/4494 17885/4592/4493</w:t>
        <w:br/>
        <w:t>f 17871/4578/4478 17887/4594/4495 17882/4589/4490</w:t>
        <w:br/>
        <w:t>f 17881/4588/4489 17888/4595/4496 17884/4591/4492</w:t>
        <w:br/>
        <w:t>f 17883/4590/4491 17889/4596/4497 17886/4593/4494</w:t>
        <w:br/>
        <w:t>f 17890/4597/4498 17884/4591/4492 17888/4595/4496</w:t>
        <w:br/>
        <w:t>f 17891/4598/4499 17886/4593/4494 17889/4596/4497</w:t>
        <w:br/>
        <w:t>f 17871/4578/4478 17892/4599/4500 17887/4594/4495</w:t>
        <w:br/>
        <w:t>f 17892/4599/4500 17871/4578/4478 17869/4576/4476</w:t>
        <w:br/>
        <w:t>f 17888/4595/4496 17893/4600/4501 17890/4597/4498</w:t>
        <w:br/>
        <w:t>f 17894/4601/4502 17887/4594/4495 17892/4599/4500</w:t>
        <w:br/>
        <w:t>f 17889/4596/4497 17895/4602/4503 17891/4598/4499</w:t>
        <w:br/>
        <w:t>f 17896/4603/4504 17890/4597/4498 17893/4600/4501</w:t>
        <w:br/>
        <w:t>f 17897/4604/4505 17892/4599/4500 17869/4576/4476</w:t>
        <w:br/>
        <w:t>f 17869/4576/4476 17870/4577/4477 17897/4604/4505</w:t>
        <w:br/>
        <w:t>f 17892/4599/4500 17897/4604/4505 17898/4605/4506</w:t>
        <w:br/>
        <w:t>f 17892/4599/4500 17898/4605/4506 17894/4601/4502</w:t>
        <w:br/>
        <w:t>f 17870/4577/4477 17899/4606/4507 17897/4604/4505</w:t>
        <w:br/>
        <w:t>f 17899/4606/4507 17898/4605/4506 17897/4604/4505</w:t>
        <w:br/>
        <w:t>f 17899/4606/4507 17870/4577/4477 17900/4607/4508</w:t>
        <w:br/>
        <w:t>f 17898/4605/4506 17901/4608/4509 17894/4601/4502</w:t>
        <w:br/>
        <w:t>f 17898/4605/4506 17899/4606/4507 17901/4608/4509</w:t>
        <w:br/>
        <w:t>f 17900/4607/4508 17902/4609/4510 17899/4606/4507</w:t>
        <w:br/>
        <w:t>f 17901/4608/4509 17899/4606/4507 17902/4609/4510</w:t>
        <w:br/>
        <w:t>f 17902/4609/4510 17900/4607/4508 17903/4610/4511</w:t>
        <w:br/>
        <w:t>f 17904/4611/4512 17894/4601/4502 17901/4608/4509</w:t>
        <w:br/>
        <w:t>f 17896/4603/4504 17893/4600/4501 17905/4612/4513</w:t>
        <w:br/>
        <w:t>f 17906/4613/4514 17901/4608/4509 17902/4609/4510</w:t>
        <w:br/>
        <w:t>f 17906/4613/4514 17904/4611/4512 17901/4608/4509</w:t>
        <w:br/>
        <w:t>f 17902/4609/4510 17903/4610/4511 17907/4614/4515</w:t>
        <w:br/>
        <w:t>f 17908/4615/4516 17907/4614/4515 17903/4610/4511</w:t>
        <w:br/>
        <w:t>f 17909/4616/4517 17907/4614/4515 17908/4615/4516</w:t>
        <w:br/>
        <w:t>f 17907/4614/4515 17909/4616/4517 17910/4617/4518</w:t>
        <w:br/>
        <w:t>f 17911/4618/4519 17902/4609/4510 17907/4614/4515</w:t>
        <w:br/>
        <w:t>f 17910/4617/4518 17911/4618/4519 17907/4614/4515</w:t>
        <w:br/>
        <w:t>f 17911/4618/4519 17906/4613/4514 17902/4609/4510</w:t>
        <w:br/>
        <w:t>f 17911/4618/4519 17910/4617/4518 17912/4619/4520</w:t>
        <w:br/>
        <w:t>f 17913/4620/4521 17911/4618/4519 17912/4619/4520</w:t>
        <w:br/>
        <w:t>f 17906/4613/4514 17911/4618/4519 17914/4621/4522</w:t>
        <w:br/>
        <w:t>f 17913/4620/4521 17914/4621/4522 17911/4618/4519</w:t>
        <w:br/>
        <w:t>f 17913/4620/4521 17915/4622/4523 17914/4621/4522</w:t>
        <w:br/>
        <w:t>f 17915/4622/4523 17906/4613/4514 17914/4621/4522</w:t>
        <w:br/>
        <w:t>f 17915/4622/4523 17913/4620/4521 17916/4623/4524</w:t>
        <w:br/>
        <w:t>f 17919/4624/4525 17918/4625/4526 17917/4626/4527</w:t>
        <w:br/>
        <w:t>f 17906/4613/4514 17915/4622/4523 17920/4627/4528</w:t>
        <w:br/>
        <w:t>f 17904/4611/4512 17906/4613/4514 17920/4627/4528</w:t>
        <w:br/>
        <w:t>f 17918/4625/4526 17919/4624/4525 17921/4628/4529</w:t>
        <w:br/>
        <w:t>f 17924/4629/4530 17923/4630/4531 17922/4631/4532</w:t>
        <w:br/>
        <w:t>f 17924/4629/4530 17922/4631/4532 17925/4632/4533</w:t>
        <w:br/>
        <w:t>f 17921/4628/4529 17926/4633/4534 17918/4625/4526</w:t>
        <w:br/>
        <w:t>f 17927/4634/4535 17924/4629/4530 17925/4632/4533</w:t>
        <w:br/>
        <w:t>f 17926/4633/4534 17928/4635/4536 17918/4625/4526</w:t>
        <w:br/>
        <w:t>f 17927/4634/4535 17925/4632/4533 17929/4636/4537</w:t>
        <w:br/>
        <w:t>f 17930/4637/4538 17927/4634/4535 17929/4636/4537</w:t>
        <w:br/>
        <w:t>f 17926/4633/4534 17931/4638/4539 17928/4635/4536</w:t>
        <w:br/>
        <w:t>f 17932/4639/4540 17927/4634/4535 17930/4637/4538</w:t>
        <w:br/>
        <w:t>f 17931/4638/4539 17905/4612/4513 17928/4635/4536</w:t>
        <w:br/>
        <w:t>f 17930/4637/4538 17891/4598/4499 17932/4639/4540</w:t>
        <w:br/>
        <w:t>f 17931/4638/4539 17896/4603/4504 17905/4612/4513</w:t>
        <w:br/>
        <w:t>f 17895/4602/4503 17932/4639/4540 17891/4598/4499</w:t>
        <w:br/>
        <w:t>f 17935/4640/4541 17934/4641/4542 17933/4642/4543</w:t>
        <w:br/>
        <w:t>f 17933/4642/4543 17936/4643/4544 17935/4640/4541</w:t>
        <w:br/>
        <w:t>f 17939/4644/4545 17938/4645/4545 17937/4646/4545</w:t>
        <w:br/>
        <w:t>f 17936/4643/4544 17940/4647/4546 17935/4640/4541</w:t>
        <w:br/>
        <w:t>f 17941/4648/4547 17938/4645/4545 17939/4644/4545</w:t>
        <w:br/>
        <w:t>f 17940/4647/4546 17936/4643/4544 17942/4649/4548</w:t>
        <w:br/>
        <w:t>f 17936/4643/4544 17941/4648/4547 17942/4649/4548</w:t>
        <w:br/>
        <w:t>f 17942/4649/4548 17943/4650/4549 17940/4647/4546</w:t>
        <w:br/>
        <w:t>f 17944/4651/4550 17942/4649/4548 17941/4648/4547</w:t>
        <w:br/>
        <w:t>f 17943/4650/4549 17942/4649/4548 17945/4652/4551</w:t>
        <w:br/>
        <w:t>f 17946/4653/4552 17943/4650/4549 17945/4652/4551</w:t>
        <w:br/>
        <w:t>f 17945/4652/4551 17947/4654/4553 17946/4653/4552</w:t>
        <w:br/>
        <w:t>f 17948/4655/4554 17942/4649/4548 17944/4651/4550</w:t>
        <w:br/>
        <w:t>f 17948/4655/4554 17949/4656/4555 17942/4649/4548</w:t>
        <w:br/>
        <w:t>f 17944/4651/4550 17950/4657/4556 17948/4655/4554</w:t>
        <w:br/>
        <w:t>f 17950/4657/4556 17949/4656/4555 17948/4655/4554</w:t>
        <w:br/>
        <w:t>f 17949/4656/4555 17950/4657/4556 17951/4658/4557</w:t>
        <w:br/>
        <w:t>f 17950/4657/4556 17944/4651/4550 17829/4536/4436</w:t>
        <w:br/>
        <w:t>f 17950/4657/4556 17952/4659/4558 17951/4658/4557</w:t>
        <w:br/>
        <w:t>f 17829/4536/4436 17953/4660/4559 17950/4657/4556</w:t>
        <w:br/>
        <w:t>f 17952/4659/4558 17950/4657/4556 17953/4660/4559</w:t>
        <w:br/>
        <w:t>f 17953/4660/4559 17829/4536/4436 17954/4661/4560</w:t>
        <w:br/>
        <w:t>f 17954/4661/4560 17955/4662/4561 17953/4660/4559</w:t>
        <w:br/>
        <w:t>f 17955/4662/4561 17952/4659/4558 17953/4660/4559</w:t>
        <w:br/>
        <w:t>f 17955/4662/4561 17954/4661/4560 17956/4663/4562</w:t>
        <w:br/>
        <w:t>f 17955/4662/4561 17957/4664/4563 17952/4659/4558</w:t>
        <w:br/>
        <w:t>f 17958/4665/4564 17952/4659/4558 17957/4664/4563</w:t>
        <w:br/>
        <w:t>f 17956/4663/4562 17959/4666/4565 17955/4662/4561</w:t>
        <w:br/>
        <w:t>f 17959/4666/4565 17956/4663/4562 17960/4667/4566</w:t>
        <w:br/>
        <w:t>f 17955/4662/4561 17961/4668/4567 17957/4664/4563</w:t>
        <w:br/>
        <w:t>f 17961/4668/4567 17958/4665/4564 17957/4664/4563</w:t>
        <w:br/>
        <w:t>f 17961/4668/4567 17955/4662/4561 17959/4666/4565</w:t>
        <w:br/>
        <w:t>f 17958/4665/4564 17961/4668/4567 17962/4669/4568</w:t>
        <w:br/>
        <w:t>f 17963/4670/4569 17962/4669/4568 17961/4668/4567</w:t>
        <w:br/>
        <w:t>f 17959/4666/4565 17963/4670/4569 17961/4668/4567</w:t>
        <w:br/>
        <w:t>f 17962/4669/4568 17963/4670/4569 17964/4671/4570</w:t>
        <w:br/>
        <w:t>f 17960/4667/4566 17965/4672/4571 17959/4666/4565</w:t>
        <w:br/>
        <w:t>f 17963/4670/4569 17959/4666/4565 17965/4672/4571</w:t>
        <w:br/>
        <w:t>f 17965/4672/4571 17960/4667/4566 17966/4673/4572</w:t>
        <w:br/>
        <w:t>f 17967/4674/4573 17964/4671/4570 17963/4670/4569</w:t>
        <w:br/>
        <w:t>f 17967/4674/4573 17963/4670/4569 17965/4672/4571</w:t>
        <w:br/>
        <w:t>f 17968/4675/4574 17964/4671/4570 17967/4674/4573</w:t>
        <w:br/>
        <w:t>f 17967/4674/4573 17969/4676/4575 17968/4675/4574</w:t>
        <w:br/>
        <w:t>f 17970/4677/4576 17965/4672/4571 17966/4673/4572</w:t>
        <w:br/>
        <w:t>f 17970/4677/4576 17967/4674/4573 17965/4672/4571</w:t>
        <w:br/>
        <w:t>f 17971/4678/4577 17970/4677/4576 17966/4673/4572</w:t>
        <w:br/>
        <w:t>f 17972/4679/4578 17969/4676/4575 17967/4674/4573</w:t>
        <w:br/>
        <w:t>f 17970/4677/4576 17972/4679/4578 17967/4674/4573</w:t>
        <w:br/>
        <w:t>f 17973/4680/4579 17969/4676/4575 17972/4679/4578</w:t>
        <w:br/>
        <w:t>f 17974/4681/4580 17970/4677/4576 17971/4678/4577</w:t>
        <w:br/>
        <w:t>f 17974/4681/4580 17972/4679/4578 17970/4677/4576</w:t>
        <w:br/>
        <w:t>f 17975/4682/4581 17974/4681/4580 17971/4678/4577</w:t>
        <w:br/>
        <w:t>f 17975/4682/4581 17976/4683/4582 17974/4681/4580</w:t>
        <w:br/>
        <w:t>f 17977/4684/4583 17973/4680/4579 17972/4679/4578</w:t>
        <w:br/>
        <w:t>f 17977/4684/4583 17972/4679/4578 17974/4681/4580</w:t>
        <w:br/>
        <w:t>f 17976/4683/4582 17977/4684/4583 17974/4681/4580</w:t>
        <w:br/>
        <w:t>f 17973/4680/4579 17977/4684/4583 17978/4685/4584</w:t>
        <w:br/>
        <w:t>f 17979/4686/4585 17977/4684/4583 17976/4683/4582</w:t>
        <w:br/>
        <w:t>f 17980/4687/4586 17979/4686/4585 17976/4683/4582</w:t>
        <w:br/>
        <w:t>f 17978/4685/4584 17977/4684/4583 17981/4688/4587</w:t>
        <w:br/>
        <w:t>f 17981/4688/4587 17977/4684/4583 17979/4686/4585</w:t>
        <w:br/>
        <w:t>f 17978/4685/4584 17981/4688/4587 17982/4689/4588</w:t>
        <w:br/>
        <w:t>f 17980/4687/4586 17983/4690/4589 17979/4686/4585</w:t>
        <w:br/>
        <w:t>f 17983/4690/4589 17980/4687/4586 17984/4691/4590</w:t>
        <w:br/>
        <w:t>f 17979/4686/4585 17985/4692/4591 17981/4688/4587</w:t>
        <w:br/>
        <w:t>f 17985/4692/4591 17979/4686/4585 17983/4690/4589</w:t>
        <w:br/>
        <w:t>f 17985/4692/4591 17982/4689/4588 17981/4688/4587</w:t>
        <w:br/>
        <w:t>f 17984/4691/4590 17986/4693/4592 17983/4690/4589</w:t>
        <w:br/>
        <w:t>f 17986/4693/4592 17985/4692/4591 17983/4690/4589</w:t>
        <w:br/>
        <w:t>f 17986/4693/4592 17984/4691/4590 17987/4694/4593</w:t>
        <w:br/>
        <w:t>f 17990/4695/4594 17989/4696/4595 17988/4697/4596</w:t>
        <w:br/>
        <w:t>f 17985/4692/4591 17991/4698/4597 17982/4689/4588</w:t>
        <w:br/>
        <w:t>f 17991/4698/4597 17992/4699/4598 17982/4689/4588</w:t>
        <w:br/>
        <w:t>f 17993/4700/4599 17985/4692/4591 17986/4693/4592</w:t>
        <w:br/>
        <w:t>f 17993/4700/4599 17991/4698/4597 17985/4692/4591</w:t>
        <w:br/>
        <w:t>f 17988/4697/4596 17994/4701/4600 17990/4695/4594</w:t>
        <w:br/>
        <w:t>f 17993/4700/4599 17986/4693/4592 17994/4701/4601</w:t>
        <w:br/>
        <w:t>f 17997/4702/4602 17996/4703/4603 17995/4704/4604</w:t>
        <w:br/>
        <w:t>f 17991/4698/4597 17998/4705/4605 17992/4699/4598</w:t>
        <w:br/>
        <w:t>f 17997/4702/4602 17999/4706/4606 17996/4703/4603</w:t>
        <w:br/>
        <w:t>f 18002/4707/4607 18001/4708/4608 18000/4709/4609</w:t>
        <w:br/>
        <w:t>f 18000/4709/4609 18003/4710/4610 18002/4707/4607</w:t>
        <w:br/>
        <w:t>f 17999/4706/4606 18004/4711/4611 17996/4703/4603</w:t>
        <w:br/>
        <w:t>f 17993/4700/4599 17994/4701/4601 18005/4712/4612</w:t>
        <w:br/>
        <w:t>f 18006/4713/4613 18002/4707/4607 18003/4710/4610</w:t>
        <w:br/>
        <w:t>f 18004/4711/4611 17999/4706/4606 18007/4714/4614</w:t>
        <w:br/>
        <w:t>f 18006/4713/4613 18003/4710/4610 18008/4715/4615</w:t>
        <w:br/>
        <w:t>f 18009/4716/4616 18006/4713/4613 18008/4715/4615</w:t>
        <w:br/>
        <w:t>f 18010/4717/4617 17993/4700/4599 18005/4712/4612</w:t>
        <w:br/>
        <w:t>f 18007/4714/4614 18011/4718/4618 18004/4711/4611</w:t>
        <w:br/>
        <w:t>f 18012/4719/4619 18006/4713/4613 18009/4716/4616</w:t>
        <w:br/>
        <w:t>f 18007/4714/4614 18013/4720/4620 18011/4718/4618</w:t>
        <w:br/>
        <w:t>f 18014/4721/4621 18012/4719/4619 18009/4716/4616</w:t>
        <w:br/>
        <w:t>f 18015/4722/4622 17993/4700/4599 18010/4717/4617</w:t>
        <w:br/>
        <w:t>f 17993/4700/4599 18015/4722/4622 17991/4698/4597</w:t>
        <w:br/>
        <w:t>f 18015/4722/4622 17998/4705/4605 17991/4698/4597</w:t>
        <w:br/>
        <w:t>f 18013/4720/4620 18016/4723/4623 18011/4718/4618</w:t>
        <w:br/>
        <w:t>f 18017/4724/4624 18015/4722/4622 18010/4717/4617</w:t>
        <w:br/>
        <w:t>f 18018/4725/4625 18012/4719/4619 18014/4721/4621</w:t>
        <w:br/>
        <w:t>f 18013/4720/4620 18019/4726/4626 18016/4723/4623</w:t>
        <w:br/>
        <w:t>f 18015/4722/4622 18020/4727/4627 17998/4705/4605</w:t>
        <w:br/>
        <w:t>f 18020/4727/4627 18015/4722/4622 18017/4724/4624</w:t>
        <w:br/>
        <w:t>f 18020/4727/4627 18021/4728/4628 17998/4705/4605</w:t>
        <w:br/>
        <w:t>f 17998/4705/4605 18021/4728/4628 17992/4699/4598</w:t>
        <w:br/>
        <w:t>f 18021/4728/4628 18022/4729/4629 17992/4699/4598</w:t>
        <w:br/>
        <w:t>f 18017/4724/4624 18023/4730/4630 18020/4727/4627</w:t>
        <w:br/>
        <w:t>f 18021/4728/4628 18020/4727/4627 18023/4730/4630</w:t>
        <w:br/>
        <w:t>f 18024/4731/4631 18022/4729/4629 18021/4728/4628</w:t>
        <w:br/>
        <w:t>f 18023/4730/4630 18024/4731/4631 18021/4728/4628</w:t>
        <w:br/>
        <w:t>f 18022/4729/4629 18024/4731/4631 18025/4732/4632</w:t>
        <w:br/>
        <w:t>f 18023/4730/4630 18017/4724/4624 18026/4733/4633</w:t>
        <w:br/>
        <w:t>f 18019/4726/4626 18027/4734/4634 18016/4723/4623</w:t>
        <w:br/>
        <w:t>f 18028/4735/4635 18024/4731/4631 18023/4730/4630</w:t>
        <w:br/>
        <w:t>f 18026/4733/4633 18028/4735/4635 18023/4730/4630</w:t>
        <w:br/>
        <w:t>f 18024/4731/4631 18029/4736/4636 18025/4732/4632</w:t>
        <w:br/>
        <w:t>f 18030/4737/4637 18025/4732/4632 18029/4736/4636</w:t>
        <w:br/>
        <w:t>f 18029/4736/4636 18031/4738/4638 18030/4737/4637</w:t>
        <w:br/>
        <w:t>f 18031/4738/4638 18029/4736/4636 18032/4739/4639</w:t>
        <w:br/>
        <w:t>f 18033/4740/4640 18029/4736/4636 18024/4731/4631</w:t>
        <w:br/>
        <w:t>f 18033/4740/4640 18032/4739/4639 18029/4736/4636</w:t>
        <w:br/>
        <w:t>f 18028/4735/4635 18033/4740/4640 18024/4731/4631</w:t>
        <w:br/>
        <w:t>f 18032/4739/4639 18033/4740/4640 18034/4741/4641</w:t>
        <w:br/>
        <w:t>f 18033/4740/4640 18035/4742/4642 18034/4741/4641</w:t>
        <w:br/>
        <w:t>f 18033/4740/4640 18028/4735/4635 18036/4743/4643</w:t>
        <w:br/>
        <w:t>f 18035/4742/4642 18033/4740/4640 18036/4743/4643</w:t>
        <w:br/>
        <w:t>f 18037/4744/4644 18035/4742/4642 18036/4743/4643</w:t>
        <w:br/>
        <w:t>f 18028/4735/4635 18037/4744/4644 18036/4743/4643</w:t>
        <w:br/>
        <w:t>f 18035/4742/4642 18037/4744/4644 18038/4745/4645</w:t>
        <w:br/>
        <w:t>f 18041/4746/4646 18040/4747/4647 18039/4748/4648</w:t>
        <w:br/>
        <w:t>f 18042/4749/4649 18037/4744/4644 18028/4735/4635</w:t>
        <w:br/>
        <w:t>f 18028/4735/4635 18026/4733/4633 18042/4749/4649</w:t>
        <w:br/>
        <w:t>f 18043/4750/4650 18041/4746/4646 18039/4748/4648</w:t>
        <w:br/>
        <w:t>f 18046/4751/4651 18045/4752/4652 18044/4753/4653</w:t>
        <w:br/>
        <w:t>f 18045/4752/4652 18046/4751/4651 18047/4754/4654</w:t>
        <w:br/>
        <w:t>f 18043/4750/4650 18039/4748/4648 18048/4755/4655</w:t>
        <w:br/>
        <w:t>f 18049/4756/4656 18047/4754/4654 18046/4751/4651</w:t>
        <w:br/>
        <w:t>f 18048/4755/4655 18039/4748/4648 18050/4757/4657</w:t>
        <w:br/>
        <w:t>f 18051/4758/4658 18047/4754/4654 18049/4756/4656</w:t>
        <w:br/>
        <w:t>f 18052/4759/4659 18051/4758/4658 18049/4756/4656</w:t>
        <w:br/>
        <w:t>f 18048/4755/4655 18050/4757/4657 18053/4760/4660</w:t>
        <w:br/>
        <w:t>f 18049/4756/4656 18054/4761/4661 18052/4759/4659</w:t>
        <w:br/>
        <w:t>f 18053/4760/4660 18050/4757/4657 18027/4734/4634</w:t>
        <w:br/>
        <w:t>f 18054/4761/4661 18014/4721/4621 18052/4759/4659</w:t>
        <w:br/>
        <w:t>f 18053/4760/4660 18027/4734/4634 18019/4726/4626</w:t>
        <w:br/>
        <w:t>f 18014/4721/4621 18054/4761/4661 18018/4725/4625</w:t>
        <w:br/>
        <w:t>f 18057/4762/4662 18056/4763/4663 18055/4764/4664</w:t>
        <w:br/>
        <w:t>f 18057/4762/4662 18058/4765/4665 18056/4763/4663</w:t>
        <w:br/>
        <w:t>f 18058/4765/4665 18059/4766/4666 18056/4763/4663</w:t>
        <w:br/>
        <w:t>f 18062/4767/4667 18061/4768/4668 18060/4769/4669</w:t>
        <w:br/>
        <w:t>f 18058/4765/4665 18063/4770/4670 18059/4766/4666</w:t>
        <w:br/>
        <w:t>f 18063/4770/4670 18064/4771/4671 18059/4766/4666</w:t>
        <w:br/>
        <w:t>f 18061/4768/4668 18062/4767/4667 18065/4772/4672</w:t>
        <w:br/>
        <w:t>f 18064/4771/4671 18063/4770/4670 18066/4773/4673</w:t>
        <w:br/>
        <w:t>f 18066/4773/4673 14121/828/821 18064/4771/4671</w:t>
        <w:br/>
        <w:t>f 18063/4770/4670 18058/4765/4665 18067/4774/4674</w:t>
        <w:br/>
        <w:t>f 14121/828/821 18066/4773/4673 18068/4775/4675</w:t>
        <w:br/>
        <w:t>f 14120/827/820 14121/828/821 18068/4775/4675</w:t>
        <w:br/>
        <w:t>f 18071/4776/4676 18070/4777/4677 18069/4778/4678</w:t>
        <w:br/>
        <w:t>f 18071/4776/4676 18069/4778/4678 18072/4779/4679</w:t>
        <w:br/>
        <w:t>f 18074/4780/4680 18073/4781/4681 14123/830/823</w:t>
        <w:br/>
        <w:t>f 18073/4781/4681 14122/829/822 14123/830/823</w:t>
        <w:br/>
        <w:t>f 18070/4777/4677 18075/4782/4682 18074/4780/4680</w:t>
        <w:br/>
        <w:t>f 18073/4781/4681 18074/4780/4680 18075/4782/4682</w:t>
        <w:br/>
        <w:t>f 18075/4782/4682 18070/4777/4677 18076/4783/4683</w:t>
        <w:br/>
        <w:t>f 18070/4777/4677 18071/4776/4676 18076/4783/4683</w:t>
        <w:br/>
        <w:t>f 18079/4784/4684 18078/4785/4685 18077/4786/4686</w:t>
        <w:br/>
        <w:t>f 18080/4787/4687 18079/4784/4684 18077/4786/4686</w:t>
        <w:br/>
        <w:t>f 18081/4788/4688 14122/829/822 18073/4781/4681</w:t>
        <w:br/>
        <w:t>f 18079/4784/4684 18081/4788/4688 18073/4781/4681</w:t>
        <w:br/>
        <w:t>f 18079/4784/4684 18080/4787/4687 18082/4789/4689</w:t>
        <w:br/>
        <w:t>f 14122/829/822 18081/4788/4688 18083/4790/4690</w:t>
        <w:br/>
        <w:t>f 18080/4787/4687 18084/4791/4691 18082/4789/4689</w:t>
        <w:br/>
        <w:t>f 18084/4791/4691 18080/4787/4687 18085/4792/4692</w:t>
        <w:br/>
        <w:t>f 18086/4793/4693 14122/829/822 18083/4790/4690</w:t>
        <w:br/>
        <w:t>f 14122/829/822 18086/4793/4693 14126/831/4694</w:t>
        <w:br/>
        <w:t>f 14133/838/832 14131/840/834 18087/4794/4695</w:t>
        <w:br/>
        <w:t>f 14133/838/832 18087/4794/4695 14196/904/899</w:t>
        <w:br/>
        <w:t>f 18088/4795/4696 14207/915/910 18087/4794/4695</w:t>
        <w:br/>
        <w:t>f 14207/915/910 18088/4795/4696 14208/914/909</w:t>
        <w:br/>
        <w:t>f 18089/4796/4697 14208/914/909 18088/4795/4696</w:t>
        <w:br/>
        <w:t>f 14212/919/914 14208/914/909 18089/4796/4697</w:t>
        <w:br/>
        <w:t>f 18089/4796/4697 18090/4797/4698 14212/919/914</w:t>
        <w:br/>
        <w:t>f 18090/4797/4698 18089/4796/4697 18091/4798/4699</w:t>
        <w:br/>
        <w:t>f 14220/927/922 14212/919/914 18090/4797/4698</w:t>
        <w:br/>
        <w:t>f 18091/4798/4699 18092/4799/4700 18090/4797/4698</w:t>
        <w:br/>
        <w:t>f 18090/4797/4698 18092/4799/4700 14220/927/922</w:t>
        <w:br/>
        <w:t>f 18092/4799/4700 18091/4798/4699 18093/4800/4701</w:t>
        <w:br/>
        <w:t>f 18093/4800/4701 18094/4801/4702 18092/4799/4700</w:t>
        <w:br/>
        <w:t>f 18094/4801/4702 18093/4800/4701 18095/4802/4703</w:t>
        <w:br/>
        <w:t>f 18096/4803/4704 14220/927/922 18092/4799/4700</w:t>
        <w:br/>
        <w:t>f 18092/4799/4700 18094/4801/4702 18096/4803/4704</w:t>
        <w:br/>
        <w:t>f 18097/4804/4705 14220/927/922 18096/4803/4704</w:t>
        <w:br/>
        <w:t>f 18098/4805/4706 18096/4803/4704 18094/4801/4702</w:t>
        <w:br/>
        <w:t>f 18098/4805/4706 18097/4804/4705 18096/4803/4704</w:t>
        <w:br/>
        <w:t>f 18099/4806/4707 14220/927/922 18097/4804/4705</w:t>
        <w:br/>
        <w:t>f 18099/4806/4707 14218/925/920 14220/927/922</w:t>
        <w:br/>
        <w:t>f 14264/971/967 14218/925/920 18099/4806/4707</w:t>
        <w:br/>
        <w:t>f 18100/4807/4708 18099/4806/4707 18097/4804/4705</w:t>
        <w:br/>
        <w:t>f 18097/4804/4705 18098/4805/4706 18100/4807/4708</w:t>
        <w:br/>
        <w:t>f 18099/4806/4707 18101/4808/4709 14264/971/967</w:t>
        <w:br/>
        <w:t>f 18101/4808/4709 18099/4806/4707 18100/4807/4708</w:t>
        <w:br/>
        <w:t>f 14264/971/967 18101/4808/4709 14266/973/969</w:t>
        <w:br/>
        <w:t>f 14271/978/974 14266/973/969 18101/4808/4709</w:t>
        <w:br/>
        <w:t>f 18101/4808/4709 14279/986/982 14271/978/974</w:t>
        <w:br/>
        <w:t>f 18101/4808/4709 18100/4807/4708 14279/986/982</w:t>
        <w:br/>
        <w:t>f 18100/4807/4708 18102/4809/4710 14279/986/982</w:t>
        <w:br/>
        <w:t>f 18102/4809/4710 18100/4807/4708 18098/4805/4706</w:t>
        <w:br/>
        <w:t>f 14280/987/983 14279/986/982 18102/4809/4710</w:t>
        <w:br/>
        <w:t>f 14280/987/983 18102/4809/4710 18103/4810/4711</w:t>
        <w:br/>
        <w:t>f 18102/4809/4710 18098/4805/4706 18104/4811/4712</w:t>
        <w:br/>
        <w:t>f 18103/4810/4711 18102/4809/4710 18104/4811/4712</w:t>
        <w:br/>
        <w:t>f 18094/4801/4702 18104/4811/4712 18098/4805/4706</w:t>
        <w:br/>
        <w:t>f 18103/4810/4711 18104/4811/4712 18105/4812/4713</w:t>
        <w:br/>
        <w:t>f 18095/4802/4703 18104/4811/4712 18094/4801/4702</w:t>
        <w:br/>
        <w:t>f 18105/4812/4713 18104/4811/4712 18106/4813/4714</w:t>
        <w:br/>
        <w:t>f 18104/4811/4712 18095/4802/4703 18106/4813/4714</w:t>
        <w:br/>
        <w:t>f 18105/4812/4713 18106/4813/4714 18107/4814/4715</w:t>
        <w:br/>
        <w:t>f 18107/4814/4715 18106/4813/4714 18108/4815/4716</w:t>
        <w:br/>
        <w:t>f 18107/4814/4715 18108/4815/4716 18109/4816/4717</w:t>
        <w:br/>
        <w:t>f 18106/4813/4714 18084/4791/4691 18110/4817/4718</w:t>
        <w:br/>
        <w:t>f 18110/4817/4718 18108/4815/4716 18106/4813/4714</w:t>
        <w:br/>
        <w:t>f 18113/4818/4719 18112/4819/4720 18111/4820/4721</w:t>
        <w:br/>
        <w:t>f 18111/4820/4721 18110/4817/4718 18113/4818/4719</w:t>
        <w:br/>
        <w:t>f 18112/4819/4720 18113/4818/4719 18114/4821/4722</w:t>
        <w:br/>
        <w:t>f 18110/4817/4718 18084/4791/4691 18115/4822/4723</w:t>
        <w:br/>
        <w:t>f 18115/4822/4723 18113/4818/4719 18110/4817/4718</w:t>
        <w:br/>
        <w:t>f 18115/4822/4723 18084/4791/4691 18085/4792/4692</w:t>
        <w:br/>
        <w:t>f 18118/4823/4724 18117/4824/4725 18116/4825/4726</w:t>
        <w:br/>
        <w:t>f 18117/4824/4725 18118/4823/4724 18119/4826/4727</w:t>
        <w:br/>
        <w:t>f 18121/4827/4728 18120/4828/4729 18119/4826/4730</w:t>
        <w:br/>
        <w:t>f 18120/4828/4729 18121/4827/4728 18122/4829/4731</w:t>
        <w:br/>
        <w:t>f 18123/4830/4732 18113/4818/4719 18115/4822/4723</w:t>
        <w:br/>
        <w:t>f 18085/4792/4692 18123/4830/4732 18115/4822/4723</w:t>
        <w:br/>
        <w:t>f 18113/4818/4719 18123/4830/4732 18118/4823/4724</w:t>
        <w:br/>
        <w:t>f 18071/4776/4676 18072/4779/4679 18123/4830/4732</w:t>
        <w:br/>
        <w:t>f 18121/4827/4728 18124/4831/4733 18122/4829/4731</w:t>
        <w:br/>
        <w:t>f 18124/4831/4734 18118/4823/4735 18125/4832/4736</w:t>
        <w:br/>
        <w:t>f 18123/4830/4732 18072/4779/4679 18126/4833/4737</w:t>
        <w:br/>
        <w:t>f 18065/4772/4672 18124/4831/4733 18061/4768/4668</w:t>
        <w:br/>
        <w:t>f 18127/4834/4738 18126/4833/4737 18072/4779/4679</w:t>
        <w:br/>
        <w:t>f 18130/4835/4739 18129/4836/4740 18128/4837/4741</w:t>
        <w:br/>
        <w:t>f 18129/4836/4740 18130/4835/4739 18131/4838/4742</w:t>
        <w:br/>
        <w:t>f 18131/4838/4742 18130/4835/4739 18132/4839/4743</w:t>
        <w:br/>
        <w:t>f 18131/4838/4742 18133/4840/4744 18129/4836/4740</w:t>
        <w:br/>
        <w:t>f 18132/4839/4743 18134/4841/4745 18131/4838/4742</w:t>
        <w:br/>
        <w:t>f 18133/4840/4744 18131/4838/4742 18135/4842/4746</w:t>
        <w:br/>
        <w:t>f 18136/4843/4747 18131/4838/4742 18134/4841/4745</w:t>
        <w:br/>
        <w:t>f 18136/4843/4747 18135/4842/4746 18131/4838/4742</w:t>
        <w:br/>
        <w:t>f 18137/4844/4748 18136/4843/4747 18134/4841/4745</w:t>
        <w:br/>
        <w:t>f 18135/4842/4746 18136/4843/4747 18138/4845/4749</w:t>
        <w:br/>
        <w:t>f 18139/4846/4750 18138/4845/4749 18136/4843/4747</w:t>
        <w:br/>
        <w:t>f 18136/4843/4747 18137/4844/4748 18139/4846/4750</w:t>
        <w:br/>
        <w:t>f 18138/4845/4749 18139/4846/4750 18140/4847/4751</w:t>
        <w:br/>
        <w:t>f 18137/4844/4748 18141/4848/4752 18139/4846/4750</w:t>
        <w:br/>
        <w:t>f 18141/4848/4752 18140/4847/4751 18139/4846/4750</w:t>
        <w:br/>
        <w:t>f 18141/4848/4752 18137/4844/4748 18142/4849/4753</w:t>
        <w:br/>
        <w:t>f 18140/4847/4751 18141/4848/4752 18143/4850/4754</w:t>
        <w:br/>
        <w:t>f 18142/4849/4753 18144/4851/4755 18141/4848/4752</w:t>
        <w:br/>
        <w:t>f 18144/4851/4755 18143/4850/4754 18141/4848/4752</w:t>
        <w:br/>
        <w:t>f 18144/4851/4755 18142/4849/4753 18145/4852/4756</w:t>
        <w:br/>
        <w:t>f 18143/4850/4754 18144/4851/4755 18146/4853/4757</w:t>
        <w:br/>
        <w:t>f 18147/4854/4758 18144/4851/4755 18145/4852/4756</w:t>
        <w:br/>
        <w:t>f 18148/4855/4759 18146/4853/4757 18144/4851/4755</w:t>
        <w:br/>
        <w:t>f 18144/4851/4755 18147/4854/4758 18148/4855/4759</w:t>
        <w:br/>
        <w:t>f 18146/4853/4757 18148/4855/4759 18149/4856/4760</w:t>
        <w:br/>
        <w:t>f 18148/4855/4759 18147/4854/4758 18150/4857/4761</w:t>
        <w:br/>
        <w:t>f 18151/4858/4762 18149/4856/4760 18148/4855/4759</w:t>
        <w:br/>
        <w:t>f 18151/4858/4762 18148/4855/4759 18150/4857/4761</w:t>
        <w:br/>
        <w:t>f 18149/4856/4760 18151/4858/4762 18152/4859/4763</w:t>
        <w:br/>
        <w:t>f 18153/4860/4764 18151/4858/4762 18150/4857/4761</w:t>
        <w:br/>
        <w:t>f 18154/4861/4765 18152/4859/4763 18151/4858/4762</w:t>
        <w:br/>
        <w:t>f 18151/4858/4762 18153/4860/4764 18154/4861/4765</w:t>
        <w:br/>
        <w:t>f 18152/4859/4763 18154/4861/4765 18155/4862/4766</w:t>
        <w:br/>
        <w:t>f 18154/4861/4765 18156/4863/4767 18155/4862/4766</w:t>
        <w:br/>
        <w:t>f 18153/4860/4764 18157/4864/4768 18154/4861/4765</w:t>
        <w:br/>
        <w:t>f 18156/4863/4767 18154/4861/4765 18157/4864/4768</w:t>
        <w:br/>
        <w:t>f 18157/4864/4768 18153/4860/4764 18158/4865/4769</w:t>
        <w:br/>
        <w:t>f 18157/4864/4768 18159/4866/4770 18156/4863/4767</w:t>
        <w:br/>
        <w:t>f 18157/4864/4768 18158/4865/4769 18160/4867/4771</w:t>
        <w:br/>
        <w:t>f 18159/4866/4770 18157/4864/4768 18160/4867/4771</w:t>
        <w:br/>
        <w:t>f 18160/4867/4771 18158/4865/4769 18161/4868/4772</w:t>
        <w:br/>
        <w:t>f 18160/4867/4771 18162/4869/4773 18159/4866/4770</w:t>
        <w:br/>
        <w:t>f 18161/4868/4772 18163/4870/4774 18160/4867/4771</w:t>
        <w:br/>
        <w:t>f 18162/4869/4773 18160/4867/4771 18163/4870/4774</w:t>
        <w:br/>
        <w:t>f 18163/4870/4774 18161/4868/4772 18164/4871/4775</w:t>
        <w:br/>
        <w:t>f 18163/4870/4774 18165/4872/4776 18162/4869/4773</w:t>
        <w:br/>
        <w:t>f 18163/4870/4774 18164/4871/4775 18166/4873/4777</w:t>
        <w:br/>
        <w:t>f 18165/4872/4776 18163/4870/4774 18167/4874/4778</w:t>
        <w:br/>
        <w:t>f 18167/4874/4778 18163/4870/4774 18166/4873/4777</w:t>
        <w:br/>
        <w:t>f 18167/4874/4778 18168/4875/4779 18165/4872/4776</w:t>
        <w:br/>
        <w:t>f 18167/4874/4778 18166/4873/4777 18169/4876/4780</w:t>
        <w:br/>
        <w:t>f 18168/4875/4779 18167/4874/4778 18170/4877/4781</w:t>
        <w:br/>
        <w:t>f 18170/4877/4781 18167/4874/4778 18169/4876/4780</w:t>
        <w:br/>
        <w:t>f 18170/4877/4781 18171/4878/4782 18168/4875/4779</w:t>
        <w:br/>
        <w:t>f 18169/4876/4780 18172/4879/4783 18170/4877/4781</w:t>
        <w:br/>
        <w:t>f 18171/4878/4782 18170/4877/4781 18172/4879/4783</w:t>
        <w:br/>
        <w:t>f 18172/4879/4783 18169/4876/4780 18173/4880/4784</w:t>
        <w:br/>
        <w:t>f 18172/4879/4783 18174/4881/4785 18171/4878/4782</w:t>
        <w:br/>
        <w:t>f 18175/4882/4786 18172/4879/4783 18173/4880/4784</w:t>
        <w:br/>
        <w:t>f 18174/4881/4785 18172/4879/4783 18175/4882/4786</w:t>
        <w:br/>
        <w:t>f 18176/4883/4787 18175/4882/4786 18173/4880/4784</w:t>
        <w:br/>
        <w:t>f 18175/4882/4786 18176/4883/4787 18177/4884/4788</w:t>
        <w:br/>
        <w:t>f 18179/4885/4789 18174/4881/4785 18178/4886/4790</w:t>
        <w:br/>
        <w:t>f 18174/4881/4785 18175/4882/4786 18178/4886/4790</w:t>
        <w:br/>
        <w:t>f 18178/4886/4790 18175/4882/4786 18180/4887/4791</w:t>
        <w:br/>
        <w:t>f 18180/4887/4791 18175/4882/4786 18177/4884/4788</w:t>
        <w:br/>
        <w:t>f 18178/4886/4790 18180/4887/4791 18181/4888/4792</w:t>
        <w:br/>
        <w:t>f 18183/4889/4793 18177/4884/4788 18182/4890/4794</w:t>
        <w:br/>
        <w:t>f 18180/4887/4791 18177/4884/4788 18183/4889/4793</w:t>
        <w:br/>
        <w:t>f 18181/4888/4792 18180/4887/4791 18184/4891/4795</w:t>
        <w:br/>
        <w:t>f 18180/4887/4791 18183/4889/4793 18184/4891/4795</w:t>
        <w:br/>
        <w:t>f 18181/4888/4792 18184/4891/4795 18185/4892/4796</w:t>
        <w:br/>
        <w:t>f 18184/4891/4795 18183/4889/4793 18186/4893/4797</w:t>
        <w:br/>
        <w:t>f 18185/4892/4796 18184/4891/4795 18187/4894/4798</w:t>
        <w:br/>
        <w:t>f 18186/4893/4797 18187/4894/4798 18184/4891/4795</w:t>
        <w:br/>
        <w:t>f 18188/4895/4799 18185/4892/4796 18187/4894/4798</w:t>
        <w:br/>
        <w:t>f 18187/4894/4798 18186/4893/4797 18189/4896/4800</w:t>
        <w:br/>
        <w:t>f 18189/4896/4800 18190/4897/4801 18187/4894/4798</w:t>
        <w:br/>
        <w:t>f 18193/4898/4802 18192/4899/4803 18191/4900/4804</w:t>
        <w:br/>
        <w:t>f 18193/4898/4802 18194/4901/4805 18192/4899/4803</w:t>
        <w:br/>
        <w:t>f 18192/4899/4803 18194/4901/4805 18195/4902/4806</w:t>
        <w:br/>
        <w:t>f 18196/4903/4807 18194/4901/4805 18193/4898/4802</w:t>
        <w:br/>
        <w:t>f 18197/4904/4808 18195/4902/4806 18194/4901/4805</w:t>
        <w:br/>
        <w:t>f 18198/4905/4809 18197/4904/4808 18194/4901/4805</w:t>
        <w:br/>
        <w:t>f 18194/4901/4805 18199/4906/4810 18198/4905/4809</w:t>
        <w:br/>
        <w:t>f 18194/4901/4805 18200/4907/4811 18199/4906/4810</w:t>
        <w:br/>
        <w:t>f 18201/4908/4812 18194/4901/4805 18196/4903/4807</w:t>
        <w:br/>
        <w:t>f 18202/4909/4813 18200/4907/4811 18194/4901/4805</w:t>
        <w:br/>
        <w:t>f 18201/4908/4812 18202/4909/4813 18194/4901/4805</w:t>
        <w:br/>
        <w:t>f 18202/4909/4813 18201/4908/4812 18203/4910/4814</w:t>
        <w:br/>
        <w:t>f 18206/4911/4815 18205/4912/4816 18204/4913/4815</w:t>
        <w:br/>
        <w:t>f 18205/4912/4816 18206/4911/4815 18207/4914/4817</w:t>
        <w:br/>
        <w:t>f 18207/4914/4817 18208/4915/4818 18205/4912/4816</w:t>
        <w:br/>
        <w:t>f 18211/4916/4819 18210/4917/4820 18209/4918/4821</w:t>
        <w:br/>
        <w:t>f 18208/4915/4818 18207/4914/4817 18212/4919/4822</w:t>
        <w:br/>
        <w:t>f 18212/4919/4822 18213/4920/4823 18208/4915/4818</w:t>
        <w:br/>
        <w:t>f 18210/4917/4820 18211/4916/4819 18214/4921/4824</w:t>
        <w:br/>
        <w:t>f 18214/4921/4824 18215/4922/4825 18210/4917/4820</w:t>
        <w:br/>
        <w:t>f 18213/4920/4823 18212/4919/4822 18216/4923/4826</w:t>
        <w:br/>
        <w:t>f 18216/4923/4826 18217/4924/4827 18213/4920/4823</w:t>
        <w:br/>
        <w:t>f 18215/4922/4825 18214/4921/4824 18218/4925/4828</w:t>
        <w:br/>
        <w:t>f 18218/4925/4828 18219/4926/4829 18215/4922/4825</w:t>
        <w:br/>
        <w:t>f 18222/4927/4830 18221/4928/4831 18220/4929/4832</w:t>
        <w:br/>
        <w:t>f 18223/4930/4831 18220/4929/4832 18221/4928/4831</w:t>
        <w:br/>
        <w:t>f 18226/4931/4833 18225/4932/4834 18224/4933/4834</w:t>
        <w:br/>
        <w:t>f 18225/4932/4834 18226/4931/4833 18227/4934/4835</w:t>
        <w:br/>
        <w:t>f 18226/4931/4833 18228/4935/4836 18227/4934/4835</w:t>
        <w:br/>
        <w:t>f 18220/4929/4832 18229/4936/4837 18222/4927/4830</w:t>
        <w:br/>
        <w:t>f 18230/4937/4838 18227/4934/4835 18228/4935/4836</w:t>
        <w:br/>
        <w:t>f 18231/4938/4839 18222/4927/4830 18229/4936/4837</w:t>
        <w:br/>
        <w:t>f 18228/4935/4836 18232/4939/4840 18230/4937/4838</w:t>
        <w:br/>
        <w:t>f 18233/4940/4841 18230/4937/4838 18232/4939/4840</w:t>
        <w:br/>
        <w:t>f 18229/4936/4837 18234/4941/4842 18231/4938/4839</w:t>
        <w:br/>
        <w:t>f 18232/4939/4840 18235/4942/4843 18233/4940/4841</w:t>
        <w:br/>
        <w:t>f 18236/4943/4844 18231/4938/4839 18234/4941/4842</w:t>
        <w:br/>
        <w:t>f 18219/4926/4829 18218/4925/4828 18237/4944/4845</w:t>
        <w:br/>
        <w:t>f 18238/4945/4846 18233/4940/4841 18235/4942/4843</w:t>
        <w:br/>
        <w:t>f 18239/4946/4847 18236/4943/4844 18234/4941/4842</w:t>
        <w:br/>
        <w:t>f 18235/4942/4843 18240/4947/4848 18238/4945/4846</w:t>
        <w:br/>
        <w:t>f 18237/4944/4845 18241/4948/4849 18219/4926/4829</w:t>
        <w:br/>
        <w:t>f 18217/4924/4827 18216/4923/4826 18242/4949/4850</w:t>
        <w:br/>
        <w:t>f 18242/4949/4850 18243/4950/4851 18217/4924/4827</w:t>
        <w:br/>
        <w:t>f 18236/4943/4844 18239/4946/4847 18244/4951/4852</w:t>
        <w:br/>
        <w:t>f 18241/4948/4849 18237/4944/4845 18245/4952/4853</w:t>
        <w:br/>
        <w:t>f 18246/4953/4854 18238/4945/4846 18240/4947/4848</w:t>
        <w:br/>
        <w:t>f 18247/4954/4855 18244/4951/4852 18239/4946/4847</w:t>
        <w:br/>
        <w:t>f 18243/4950/4851 18242/4949/4850 18248/4955/4856</w:t>
        <w:br/>
        <w:t>f 18245/4952/4853 18249/4956/4857 18241/4948/4849</w:t>
        <w:br/>
        <w:t>f 18244/4951/4852 18247/4954/4855 18250/4957/4858</w:t>
        <w:br/>
        <w:t>f 18249/4956/4857 18245/4952/4853 18251/4958/4859</w:t>
        <w:br/>
        <w:t>f 18254/4959/4860 18253/4960/4861 18252/4961/4862</w:t>
        <w:br/>
        <w:t>f 18253/4960/4861 18254/4959/4860 18255/4962/4863</w:t>
        <w:br/>
        <w:t>f 18247/4954/4855 18256/4963/4864 18250/4957/4858</w:t>
        <w:br/>
        <w:t>f 18259/4964/4865 18258/4965/4866 18257/4966/4867</w:t>
        <w:br/>
        <w:t>f 18256/4963/4864 18247/4954/4855 18260/4967/4868</w:t>
        <w:br/>
        <w:t>f 18248/4955/4856 18261/4968/4869 18243/4950/4851</w:t>
        <w:br/>
        <w:t>f 18258/4965/4866 18259/4964/4865 18262/4969/4870</w:t>
        <w:br/>
        <w:t>f 18243/4950/4851 18261/4968/4869 18263/4970/4871</w:t>
        <w:br/>
        <w:t>f 18260/4967/4868 18264/4971/4872 18256/4963/4864</w:t>
        <w:br/>
        <w:t>f 18265/4972/4873 18262/4969/4870 18259/4964/4865</w:t>
        <w:br/>
        <w:t>f 18255/4962/4863 18266/4973/4874 18253/4960/4861</w:t>
        <w:br/>
        <w:t>f 18264/4971/4872 18260/4967/4868 18267/4974/4875</w:t>
        <w:br/>
        <w:t>f 18266/4973/4874 18255/4962/4863 18268/4975/4876</w:t>
        <w:br/>
        <w:t>f 18268/4975/4876 18269/4976/4877 18266/4973/4874</w:t>
        <w:br/>
        <w:t>f 18263/4970/4871 18261/4968/4869 18270/4977/4878</w:t>
        <w:br/>
        <w:t>f 18262/4969/4870 18265/4972/4873 18271/4978/4879</w:t>
        <w:br/>
        <w:t>f 18272/4979/4880 18263/4970/4871 18270/4977/4878</w:t>
        <w:br/>
        <w:t>f 18275/4980/4881 18274/4981/4882 18273/4982/4883</w:t>
        <w:br/>
        <w:t>f 18266/4973/4874 18269/4976/4877 18276/4983/4884</w:t>
        <w:br/>
        <w:t>f 18279/4984/4885 18278/4985/4886 18277/4986/4887</w:t>
        <w:br/>
        <w:t>f 18280/4987/4888 18276/4983/4884 18269/4976/4877</w:t>
        <w:br/>
        <w:t>f 18274/4981/4882 18275/4980/4881 18281/4988/4889</w:t>
        <w:br/>
        <w:t>f 18265/4972/4873 18282/4989/4890 18271/4978/4879</w:t>
        <w:br/>
        <w:t>f 18281/4988/4889 18283/4990/4891 18274/4981/4882</w:t>
        <w:br/>
        <w:t>f 18278/4985/4886 18279/4984/4885 18284/4991/4892</w:t>
        <w:br/>
        <w:t>f 18282/4989/4890 18265/4972/4873 18285/4992/4893</w:t>
        <w:br/>
        <w:t>f 18283/4990/4891 18281/4988/4889 18286/4993/4894</w:t>
        <w:br/>
        <w:t>f 18285/4992/4893 18287/4994/4895 18282/4989/4890</w:t>
        <w:br/>
        <w:t>f 18286/4993/4894 18288/4995/4896 18283/4990/4891</w:t>
        <w:br/>
        <w:t>f 18289/4996/4897 18284/4991/4892 18279/4984/4885</w:t>
        <w:br/>
        <w:t>f 18276/4983/4884 18280/4987/4888 18290/4997/4898</w:t>
        <w:br/>
        <w:t>f 18288/4995/4896 18286/4993/4894 18291/4998/4899</w:t>
        <w:br/>
        <w:t>f 18292/4999/4900 18288/4995/4896 18291/4998/4899</w:t>
        <w:br/>
        <w:t>f 18287/4994/4895 18285/4992/4893 18293/5000/4901</w:t>
        <w:br/>
        <w:t>f 18284/4991/4892 18289/4996/4897 18294/5001/4902</w:t>
        <w:br/>
        <w:t>f 18296/5002/4903 18287/4994/4895 18295/5003/4904</w:t>
        <w:br/>
        <w:t>f 18293/5000/4901 18295/5003/4904 18287/4994/4895</w:t>
        <w:br/>
        <w:t>f 18295/5003/4904 18297/5004/4905 18296/5002/4903</w:t>
        <w:br/>
        <w:t>f 18289/4996/4897 18298/5005/4906 18294/5001/4902</w:t>
        <w:br/>
        <w:t>f 18280/4987/4888 18299/5006/4907 18290/4997/4898</w:t>
        <w:br/>
        <w:t>f 18300/5007/4908 18294/5001/4902 18298/5005/4906</w:t>
        <w:br/>
        <w:t>f 18299/5006/4907 18280/4987/4888 18301/5008/4909</w:t>
        <w:br/>
        <w:t>f 18302/5009/4910 18299/5006/4907 18301/5008/4909</w:t>
        <w:br/>
        <w:t>f 18303/5010/4911 18299/5006/4907 18302/5009/4910</w:t>
        <w:br/>
        <w:t>f 18298/5005/4906 18304/5011/4912 18300/5007/4908</w:t>
        <w:br/>
        <w:t>f 18305/5012/4913 18303/5010/4911 18302/5009/4910</w:t>
        <w:br/>
        <w:t>f 18306/5013/4914 18300/5007/4908 18304/5011/4912</w:t>
        <w:br/>
        <w:t>f 18297/5004/4905 18295/5003/4904 18307/5014/4915</w:t>
        <w:br/>
        <w:t>f 18303/5010/4911 18305/5012/4913 18308/5015/4916</w:t>
        <w:br/>
        <w:t>f 18309/5016/4917 18308/5015/4916 18305/5012/4913</w:t>
        <w:br/>
        <w:t>f 18288/4995/4896 18292/4999/4900 18310/5017/4918</w:t>
        <w:br/>
        <w:t>f 18308/5015/4916 18309/5016/4917 18311/5018/4919</w:t>
        <w:br/>
        <w:t>f 18312/5019/4920 18311/5018/4919 18309/5016/4917</w:t>
        <w:br/>
        <w:t>f 18313/5020/4921 18310/5017/4918 18292/4999/4900</w:t>
        <w:br/>
        <w:t>f 18307/5014/4915 18314/5021/4922 18297/5004/4905</w:t>
        <w:br/>
        <w:t>f 18310/5017/4918 18313/5020/4921 18315/5022/4923</w:t>
        <w:br/>
        <w:t>f 18304/5011/4912 18316/5023/4924 18306/5013/4914</w:t>
        <w:br/>
        <w:t>f 18314/5021/4922 18307/5014/4915 18317/5024/4925</w:t>
        <w:br/>
        <w:t>f 18316/5023/4924 18304/5011/4912 18318/5025/4926</w:t>
        <w:br/>
        <w:t>f 18319/5026/4927 18315/5022/4923 18313/5020/4921</w:t>
        <w:br/>
        <w:t>f 18317/5024/4925 18320/5027/4928 18314/5021/4922</w:t>
        <w:br/>
        <w:t>f 18315/5022/4923 18319/5026/4927 18321/5028/4929</w:t>
        <w:br/>
        <w:t>f 18318/5025/4926 18322/5029/4930 18316/5023/4924</w:t>
        <w:br/>
        <w:t>f 18320/5027/4928 18317/5024/4925 18323/5030/4931</w:t>
        <w:br/>
        <w:t>f 18322/5029/4930 18318/5025/4926 18324/5031/4932</w:t>
        <w:br/>
        <w:t>f 18325/5032/4933 18321/5028/4929 18319/5026/4927</w:t>
        <w:br/>
        <w:t>f 18323/5030/4931 18326/5033/4934 18320/5027/4928</w:t>
        <w:br/>
        <w:t>f 18327/5034/4935 18321/5028/4929 18325/5032/4933</w:t>
        <w:br/>
        <w:t>f 18324/5031/4932 18328/5035/4936 18322/5029/4930</w:t>
        <w:br/>
        <w:t>f 18326/5033/4934 18323/5030/4931 18329/5036/4937</w:t>
        <w:br/>
        <w:t>f 18330/5037/4938 18327/5034/4935 18325/5032/4933</w:t>
        <w:br/>
        <w:t>f 18329/5036/4937 18331/5038/4939 18326/5033/4934</w:t>
        <w:br/>
        <w:t>f 18332/5039/4940 18327/5034/4935 18330/5037/4938</w:t>
        <w:br/>
        <w:t>f 18328/5035/4936 18324/5031/4932 18333/5040/4941</w:t>
        <w:br/>
        <w:t>f 18334/5041/4942 18311/5018/4919 18312/5019/4920</w:t>
        <w:br/>
        <w:t>f 18335/5042/4943 18334/5041/4942 18312/5019/4920</w:t>
        <w:br/>
        <w:t>f 18337/5043/4944 18332/5039/4940 18336/5044/4944</w:t>
        <w:br/>
        <w:t>f 18332/5039/4940 18330/5037/4938 18336/5044/4944</w:t>
        <w:br/>
        <w:t>f 18338/5045/4945 18334/5041/4942 18335/5042/4943</w:t>
        <w:br/>
        <w:t>f 18339/5046/4946 18338/5045/4945 18335/5042/4943</w:t>
        <w:br/>
        <w:t>f 18340/5047/4946 18338/5045/4945 18339/5046/4946</w:t>
        <w:br/>
        <w:t>f 18343/5048/4947 18342/5049/4948 18341/5050/4949</w:t>
        <w:br/>
        <w:t>f 18344/5051/4950 18333/5040/4941 18342/5049/4948</w:t>
        <w:br/>
        <w:t>f 18342/5049/4948 18343/5048/4947 18344/5051/4950</w:t>
        <w:br/>
        <w:t>f 18333/5040/4941 18344/5051/4950 18328/5035/4936</w:t>
        <w:br/>
        <w:t>f 18347/5052/4951 18346/5053/4952 18345/5054/4951</w:t>
        <w:br/>
        <w:t>f 18331/5038/4939 18329/5036/4937 18346/5053/4952</w:t>
        <w:br/>
        <w:t>f 18346/5053/4952 18347/5052/4951 18331/5038/4939</w:t>
        <w:br/>
        <w:t>f 18350/5055/5 18349/5056/4953 18348/5057/4954</w:t>
        <w:br/>
        <w:t>f 18351/5058/4955 18348/5057/4954 18349/5056/4953</w:t>
        <w:br/>
        <w:t>f 18349/5056/4953 18352/5059/4956 18351/5058/4955</w:t>
        <w:br/>
        <w:t>f 18355/5060/4957 18354/5061/4958 18353/5062/4959</w:t>
        <w:br/>
        <w:t>f 18351/5058/4955 18352/5059/4956 18356/5063/4960</w:t>
        <w:br/>
        <w:t>f 18357/5064/4961 18356/5063/4960 18352/5059/4956</w:t>
        <w:br/>
        <w:t>f 18354/5061/4958 18355/5060/4957 18358/5065/4962</w:t>
        <w:br/>
        <w:t>f 18357/5064/4961 18352/5059/4956 18359/5066/4963</w:t>
        <w:br/>
        <w:t>f 18360/5067/4964 18357/5064/4961 18359/5066/4963</w:t>
        <w:br/>
        <w:t>f 18362/5068/4965 18355/5060/4957 18361/5069/4966</w:t>
        <w:br/>
        <w:t>f 18355/5060/4957 18362/5068/4965 18358/5065/4962</w:t>
        <w:br/>
        <w:t>f 18364/5070/4967 18361/5069/4966 18363/5071/4968</w:t>
        <w:br/>
        <w:t>f 18361/5069/4966 18364/5070/4967 18362/5068/4965</w:t>
        <w:br/>
        <w:t>f 18367/5072/4969 18366/5073/4970 18365/5074/4971</w:t>
        <w:br/>
        <w:t>f 18365/5074/4971 18366/5073/4970 18368/5075/4972</w:t>
        <w:br/>
        <w:t>f 18370/5076/4973 18367/5072/4969 18369/5077/4974</w:t>
        <w:br/>
        <w:t>f 18365/5074/4971 18369/5077/4974 18367/5072/4969</w:t>
        <w:br/>
        <w:t>f 18370/5076/4973 18369/5077/4974 18371/5078/4975</w:t>
        <w:br/>
        <w:t>f 18371/5078/4975 18369/5077/4974 18372/5079/4976</w:t>
        <w:br/>
        <w:t>f 18371/5078/4975 18372/5079/4976 18373/5080/4977</w:t>
        <w:br/>
        <w:t>f 18374/5081/4978 18369/5077/4974 18365/5074/4971</w:t>
        <w:br/>
        <w:t>f 18369/5077/4974 18374/5081/4978 18372/5079/4976</w:t>
        <w:br/>
        <w:t>f 18377/5082/4979 18376/5083/4980 18375/5084/4981</w:t>
        <w:br/>
        <w:t>f 18378/5085/4982 18375/5084/4981 18376/5083/4980</w:t>
        <w:br/>
        <w:t>f 18377/5082/4979 18375/5084/4981 18379/5086/4983</w:t>
        <w:br/>
        <w:t>f 18382/5087/4984 18381/5088/4985 18380/5089/5</w:t>
        <w:br/>
        <w:t>f 18380/5089/5 18381/5088/4985 18383/5090/4986</w:t>
        <w:br/>
        <w:t>f 18384/5091/4987 18383/5090/4986 18381/5088/4985</w:t>
        <w:br/>
        <w:t>f 18375/5084/4981 18378/5085/4982 18385/5092/4988</w:t>
        <w:br/>
        <w:t>f 18383/5090/4986 18384/5091/4987 18386/5093/4956</w:t>
        <w:br/>
        <w:t>f 18384/5091/4987 18387/5094/4989 18386/5093/4956</w:t>
        <w:br/>
        <w:t>f 18365/5074/4971 18388/5095/4990 18374/5081/4978</w:t>
        <w:br/>
        <w:t>f 18388/5095/4990 18365/5074/4971 18368/5075/4972</w:t>
        <w:br/>
        <w:t>f 18389/5096/4991 18385/5092/4988 18378/5085/4982</w:t>
        <w:br/>
        <w:t>f 18390/5097/4992 18374/5081/4978 18388/5095/4990</w:t>
        <w:br/>
        <w:t>f 18385/5092/4988 18389/5096/4991 18391/5098/4993</w:t>
        <w:br/>
        <w:t>f 18387/5094/4989 18384/5091/4987 18392/5099/4994</w:t>
        <w:br/>
        <w:t>f 18393/5100/4995 18387/5094/4989 18392/5099/4994</w:t>
        <w:br/>
        <w:t>f 18389/5096/4991 18394/5101/4996 18391/5098/4993</w:t>
        <w:br/>
        <w:t>f 18387/5094/4989 18393/5100/4995 18395/5102/4997</w:t>
        <w:br/>
        <w:t>f 18393/5100/4995 18396/5103/4998 18395/5102/4997</w:t>
        <w:br/>
        <w:t>f 18388/5095/4990 18397/5104/4999 18390/5097/4992</w:t>
        <w:br/>
        <w:t>f 18394/5101/4996 18389/5096/4991 18398/5105/5000</w:t>
        <w:br/>
        <w:t>f 18396/5103/4998 18393/5100/4995 18399/5106/5001</w:t>
        <w:br/>
        <w:t>f 18399/5106/5001 18400/5107/5002 18396/5103/4998</w:t>
        <w:br/>
        <w:t>f 18398/5105/5000 18401/5108/5003 18394/5101/4996</w:t>
        <w:br/>
        <w:t>f 18397/5104/4999 18388/5095/4990 18402/5109/5004</w:t>
        <w:br/>
        <w:t>f 18368/5075/4972 18402/5109/5004 18388/5095/4990</w:t>
        <w:br/>
        <w:t>f 18401/5108/5003 18398/5105/5000 18403/5110/5005</w:t>
        <w:br/>
        <w:t>f 18402/5109/5004 18368/5075/4972 18404/5111/5006</w:t>
        <w:br/>
        <w:t>f 18405/5112/5007 18397/5104/4999 18402/5109/5004</w:t>
        <w:br/>
        <w:t>f 18397/5104/4999 18405/5112/5007 18406/5113/5008</w:t>
        <w:br/>
        <w:t>f 18407/5114/5009 18402/5109/5004 18404/5111/5006</w:t>
        <w:br/>
        <w:t>f 18402/5109/5004 18407/5114/5009 18405/5112/5007</w:t>
        <w:br/>
        <w:t>f 18364/5070/4967 18409/5115/5010 18408/5116/5011</w:t>
        <w:br/>
        <w:t>f 18409/5115/5010 18364/5070/4967 18363/5071/4968</w:t>
        <w:br/>
        <w:t>f 18357/5064/4961 18360/5067/4964 18410/5117/5012</w:t>
        <w:br/>
        <w:t>f 18411/5118/5013 18410/5117/5012 18360/5067/4964</w:t>
        <w:br/>
        <w:t>f 18412/5119/5014 18408/5116/5011 18409/5115/5010</w:t>
        <w:br/>
        <w:t>f 18408/5116/5011 18412/5119/5014 18413/5120/5014</w:t>
        <w:br/>
        <w:t>f 18411/5118/5013 18360/5067/4964 18414/5121/5015</w:t>
        <w:br/>
        <w:t>f 18412/5119/5014 18415/5122/5016 18413/5120/5014</w:t>
        <w:br/>
        <w:t>f 18416/5123/5017 18405/5112/5007 18407/5114/5009</w:t>
        <w:br/>
        <w:t>f 18414/5121/5015 18417/5124/5018 18411/5118/5013</w:t>
        <w:br/>
        <w:t>f 18415/5122/5016 18412/5119/5014 18418/5125/5019</w:t>
        <w:br/>
        <w:t>f 18417/5124/5018 18414/5121/5015 18419/5126/5020</w:t>
        <w:br/>
        <w:t>f 18419/5126/5020 13298/5/4 18417/5124/5018</w:t>
        <w:br/>
        <w:t>f 18417/5124/5018 13298/5/4 18420/5127/5021</w:t>
        <w:br/>
        <w:t>f 13298/5/4 13299/4/3 18420/5127/5021</w:t>
        <w:br/>
        <w:t>f 18418/5125/5019 18422/5128/5022 18421/5129/5023</w:t>
        <w:br/>
        <w:t>f 18423/5130/5024 18421/5129/5023 18422/5128/5022</w:t>
        <w:br/>
        <w:t>f 18421/5129/5023 18415/5122/5016 18418/5125/5019</w:t>
        <w:br/>
        <w:t>f 18421/5129/5023 18423/5130/5024 18424/5131/5025</w:t>
        <w:br/>
        <w:t>f 18427/5132/5026 18426/5133/5027 18425/5134/5028</w:t>
        <w:br/>
        <w:t>f 18416/5123/5017 18425/5134/5028 18426/5133/5027</w:t>
        <w:br/>
        <w:t>f 18426/5133/5027 18427/5132/5026 18428/5135/5029</w:t>
        <w:br/>
        <w:t>f 18405/5112/5007 18416/5123/5017 18429/5136/5030</w:t>
        <w:br/>
        <w:t>f 18416/5123/5017 18426/5133/5027 18429/5136/5030</w:t>
        <w:br/>
        <w:t>f 18429/5136/5030 18406/5113/5008 18405/5112/5007</w:t>
        <w:br/>
        <w:t>f 18428/5135/5029 18430/5137/5031 18426/5133/5027</w:t>
        <w:br/>
        <w:t>f 18429/5136/5030 18426/5133/5027 18430/5137/5031</w:t>
        <w:br/>
        <w:t>f 18430/5137/5031 18428/5135/5029 18431/5138/5032</w:t>
        <w:br/>
        <w:t>f 18434/5139/5033 18433/5140/5034 18432/5141/5035</w:t>
        <w:br/>
        <w:t>f 18406/5113/5008 18429/5136/5030 18435/5142/5036</w:t>
        <w:br/>
        <w:t>f 18430/5137/5031 18435/5142/5036 18429/5136/5030</w:t>
        <w:br/>
        <w:t>f 18436/5143/5037 18401/5108/5003 18403/5110/5005</w:t>
        <w:br/>
        <w:t>f 18401/5108/5003 18436/5143/5037 18437/5144/5038</w:t>
        <w:br/>
        <w:t>f 18433/5140/5034 18437/5144/5038 18436/5143/5037</w:t>
        <w:br/>
        <w:t>f 18399/5106/5001 18438/5145/5039 18400/5107/5002</w:t>
        <w:br/>
        <w:t>f 18439/5146/5040 18400/5107/5002 18438/5145/5039</w:t>
        <w:br/>
        <w:t>f 18437/5144/5038 18433/5140/5034 18440/5147/5041</w:t>
        <w:br/>
        <w:t>f 18433/5140/5034 18434/5139/5033 18440/5147/5041</w:t>
        <w:br/>
        <w:t>f 18442/5148/5042 18439/5146/5040 18441/5149/5043</w:t>
        <w:br/>
        <w:t>f 18439/5146/5040 18442/5148/5042 18443/5150/5044</w:t>
        <w:br/>
        <w:t>f 18400/5107/5002 18439/5146/5040 18443/5150/5044</w:t>
        <w:br/>
        <w:t>f 18446/5151/5045 18445/5152/4986 18444/5153/6</w:t>
        <w:br/>
        <w:t>f 18447/5154/5046 18444/5153/6 18445/5152/4986</w:t>
        <w:br/>
        <w:t>f 18445/5152/4986 18448/5155/5047 18447/5154/5046</w:t>
        <w:br/>
        <w:t>f 18451/5156/5048 18450/5157/5049 18449/5158/5050</w:t>
        <w:br/>
        <w:t>f 18447/5154/5046 18448/5155/5047 18452/5159/5051</w:t>
        <w:br/>
        <w:t>f 18453/5160/5052 18452/5159/5051 18448/5155/5047</w:t>
        <w:br/>
        <w:t>f 18450/5157/5049 18451/5156/5048 18454/5161/5053</w:t>
        <w:br/>
        <w:t>f 18453/5160/5052 18448/5155/5047 18455/5162/5054</w:t>
        <w:br/>
        <w:t>f 18456/5163/5055 18453/5160/5052 18455/5162/5054</w:t>
        <w:br/>
        <w:t>f 18458/5164/5056 18451/5156/5048 18457/5165/5057</w:t>
        <w:br/>
        <w:t>f 18451/5156/5048 18458/5164/5056 18454/5161/5053</w:t>
        <w:br/>
        <w:t>f 18460/5166/5058 18457/5165/5057 18459/5167/5059</w:t>
        <w:br/>
        <w:t>f 18457/5165/5057 18460/5166/5058 18458/5164/5056</w:t>
        <w:br/>
        <w:t>f 18463/5168/5060 18462/5169/5061 18461/5170/5062</w:t>
        <w:br/>
        <w:t>f 18461/5170/5062 18462/5169/5061 18464/5171/5063</w:t>
        <w:br/>
        <w:t>f 18466/5172/5064 18463/5168/5060 18465/5173/5065</w:t>
        <w:br/>
        <w:t>f 18461/5170/5062 18465/5173/5065 18463/5168/5060</w:t>
        <w:br/>
        <w:t>f 18466/5172/5064 18465/5173/5065 18467/5174/5066</w:t>
        <w:br/>
        <w:t>f 18467/5174/5066 18465/5173/5065 18468/5175/5067</w:t>
        <w:br/>
        <w:t>f 18467/5174/5066 18468/5175/5067 18469/5176/5068</w:t>
        <w:br/>
        <w:t>f 18470/5177/5069 18465/5173/5065 18461/5170/5062</w:t>
        <w:br/>
        <w:t>f 18465/5173/5065 18470/5177/5069 18468/5175/5067</w:t>
        <w:br/>
        <w:t>f 18473/5178/5070 18472/5179/4980 18471/5180/4981</w:t>
        <w:br/>
        <w:t>f 18474/5181/5071 18471/5180/4981 18472/5179/4980</w:t>
        <w:br/>
        <w:t>f 18473/5178/5070 18471/5180/4981 18475/5182/5072</w:t>
        <w:br/>
        <w:t>f 18478/5183/5073 18477/5184/5074 18476/5185/5075</w:t>
        <w:br/>
        <w:t>f 18476/5185/5075 18477/5184/5074 18479/5186/5076</w:t>
        <w:br/>
        <w:t>f 18480/5187/5077 18479/5186/5076 18477/5184/5074</w:t>
        <w:br/>
        <w:t>f 18471/5180/4981 18474/5181/5071 18481/5188/5078</w:t>
        <w:br/>
        <w:t>f 18479/5186/5076 18480/5187/5077 18482/5189/5079</w:t>
        <w:br/>
        <w:t>f 18480/5187/5077 18483/5190/5080 18482/5189/5079</w:t>
        <w:br/>
        <w:t>f 18461/5170/5062 18484/5191/5081 18470/5177/5069</w:t>
        <w:br/>
        <w:t>f 18484/5191/5081 18461/5170/5062 18464/5171/5063</w:t>
        <w:br/>
        <w:t>f 18485/5192/5082 18481/5188/5078 18474/5181/5071</w:t>
        <w:br/>
        <w:t>f 18486/5193/5083 18470/5177/5069 18484/5191/5081</w:t>
        <w:br/>
        <w:t>f 18481/5188/5078 18485/5192/5082 18487/5194/5084</w:t>
        <w:br/>
        <w:t>f 18483/5190/5080 18480/5187/5077 18488/5195/5085</w:t>
        <w:br/>
        <w:t>f 18489/5196/5086 18483/5190/5080 18488/5195/5085</w:t>
        <w:br/>
        <w:t>f 18485/5192/5082 18490/5197/5087 18487/5194/5084</w:t>
        <w:br/>
        <w:t>f 18483/5190/5080 18489/5196/5086 18491/5198/5088</w:t>
        <w:br/>
        <w:t>f 18489/5196/5086 18492/5199/5089 18491/5198/5088</w:t>
        <w:br/>
        <w:t>f 18484/5191/5081 18493/5200/5090 18486/5193/5083</w:t>
        <w:br/>
        <w:t>f 18490/5197/5087 18485/5192/5082 18494/5201/5091</w:t>
        <w:br/>
        <w:t>f 18492/5199/5089 18489/5196/5086 18495/5202/5092</w:t>
        <w:br/>
        <w:t>f 18495/5202/5092 18496/5203/5093 18492/5199/5089</w:t>
        <w:br/>
        <w:t>f 18494/5201/5091 18497/5204/5094 18490/5197/5087</w:t>
        <w:br/>
        <w:t>f 18493/5200/5090 18484/5191/5081 18498/5205/5095</w:t>
        <w:br/>
        <w:t>f 18464/5171/5063 18498/5205/5095 18484/5191/5081</w:t>
        <w:br/>
        <w:t>f 18497/5204/5094 18494/5201/5091 18499/5206/5096</w:t>
        <w:br/>
        <w:t>f 18498/5205/5095 18464/5171/5063 18500/5207/5097</w:t>
        <w:br/>
        <w:t>f 18501/5208/5098 18493/5200/5090 18498/5205/5095</w:t>
        <w:br/>
        <w:t>f 18493/5200/5090 18501/5208/5098 18502/5209/5099</w:t>
        <w:br/>
        <w:t>f 18503/5210/5100 18498/5205/5095 18500/5207/5097</w:t>
        <w:br/>
        <w:t>f 18498/5205/5095 18503/5210/5100 18501/5208/5098</w:t>
        <w:br/>
        <w:t>f 18460/5166/5058 18505/5211/5101 18504/5212/5102</w:t>
        <w:br/>
        <w:t>f 18505/5211/5101 18460/5166/5058 18459/5167/5059</w:t>
        <w:br/>
        <w:t>f 18453/5160/5052 18456/5163/5055 18506/5213/5103</w:t>
        <w:br/>
        <w:t>f 18507/5214/5104 18506/5213/5103 18456/5163/5055</w:t>
        <w:br/>
        <w:t>f 18508/5215/5105 18504/5212/5102 18505/5211/5101</w:t>
        <w:br/>
        <w:t>f 18504/5212/5102 18508/5215/5105 18509/5216/5106</w:t>
        <w:br/>
        <w:t>f 18507/5214/5104 18456/5163/5055 18510/5217/5107</w:t>
        <w:br/>
        <w:t>f 18508/5215/5105 18511/5218/5108 18509/5216/5106</w:t>
        <w:br/>
        <w:t>f 18512/5219/5109 18501/5208/5098 18503/5210/5100</w:t>
        <w:br/>
        <w:t>f 18510/5217/5107 18513/5220/5110 18507/5214/5104</w:t>
        <w:br/>
        <w:t>f 18511/5218/5108 18508/5215/5105 18514/5221/5111</w:t>
        <w:br/>
        <w:t>f 18513/5220/5110 18510/5217/5107 18515/5222/5112</w:t>
        <w:br/>
        <w:t>f 18515/5222/5112 13301/8/7 18513/5220/5110</w:t>
        <w:br/>
        <w:t>f 18513/5220/5110 13301/8/7 18516/5223/5113</w:t>
        <w:br/>
        <w:t>f 13301/8/7 13302/7/6 18516/5223/5113</w:t>
        <w:br/>
        <w:t>f 18514/5221/5111 18518/5224/5114 18517/5225/5115</w:t>
        <w:br/>
        <w:t>f 18519/5226/5116 18517/5225/5115 18518/5224/5114</w:t>
        <w:br/>
        <w:t>f 18517/5225/5115 18511/5218/5108 18514/5221/5111</w:t>
        <w:br/>
        <w:t>f 18517/5225/5115 18519/5226/5116 18520/5227/5117</w:t>
        <w:br/>
        <w:t>f 18523/5228/5118 18522/5229/5119 18521/5230/5120</w:t>
        <w:br/>
        <w:t>f 18512/5219/5109 18521/5230/5120 18522/5229/5119</w:t>
        <w:br/>
        <w:t>f 18522/5229/5119 18523/5228/5118 18524/5231/5066</w:t>
        <w:br/>
        <w:t>f 18501/5208/5098 18512/5219/5109 18525/5232/5121</w:t>
        <w:br/>
        <w:t>f 18512/5219/5109 18522/5229/5119 18525/5232/5121</w:t>
        <w:br/>
        <w:t>f 18525/5232/5121 18502/5209/5099 18501/5208/5098</w:t>
        <w:br/>
        <w:t>f 18524/5231/5066 18526/5233/5122 18522/5229/5119</w:t>
        <w:br/>
        <w:t>f 18525/5232/5121 18522/5229/5119 18526/5233/5122</w:t>
        <w:br/>
        <w:t>f 18526/5233/5122 18524/5231/5066 18527/5234/5123</w:t>
        <w:br/>
        <w:t>f 18530/5235/5124 18529/5236/5125 18528/5237/4979</w:t>
        <w:br/>
        <w:t>f 18502/5209/5099 18525/5232/5121 18531/5238/5126</w:t>
        <w:br/>
        <w:t>f 18526/5233/5122 18531/5238/5126 18525/5232/5121</w:t>
        <w:br/>
        <w:t>f 18532/5239/5127 18497/5204/5094 18499/5206/5096</w:t>
        <w:br/>
        <w:t>f 18497/5204/5094 18532/5239/5127 18533/5240/5128</w:t>
        <w:br/>
        <w:t>f 18529/5236/5125 18533/5240/5128 18532/5239/5127</w:t>
        <w:br/>
        <w:t>f 18495/5202/5092 18534/5241/5129 18496/5203/5093</w:t>
        <w:br/>
        <w:t>f 18535/5242/5040 18496/5203/5093 18534/5241/5129</w:t>
        <w:br/>
        <w:t>f 18533/5240/5128 18529/5236/5125 18536/5243/5130</w:t>
        <w:br/>
        <w:t>f 18529/5236/5125 18530/5235/5124 18536/5243/5130</w:t>
        <w:br/>
        <w:t>f 18538/5244/5075 18535/5242/5040 18537/5245/5131</w:t>
        <w:br/>
        <w:t>f 18535/5242/5040 18538/5244/5075 18539/5246/5132</w:t>
        <w:br/>
        <w:t>f 18496/5203/5093 18535/5242/5040 18539/5246/5132</w:t>
        <w:br/>
        <w:t>f 18542/5247/5133 18541/5248/5134 18540/5249/5135</w:t>
        <w:br/>
        <w:t>f 18541/5248/5134 18542/5247/5133 18543/5250/5136</w:t>
        <w:br/>
        <w:t>f 18546/5251/5137 18545/5252/5138 18544/5253/5139</w:t>
        <w:br/>
        <w:t>f 18547/5254/5140 18543/5250/5136 18542/5247/5133</w:t>
        <w:br/>
        <w:t>f 18548/5255/5141 18546/5251/5137 18544/5253/5139</w:t>
        <w:br/>
        <w:t>f 18543/5250/5136 18547/5254/5140 18549/5256/5142</w:t>
        <w:br/>
        <w:t>f 18548/5255/5141 18544/5253/5139 18550/5257/5143</w:t>
        <w:br/>
        <w:t>f 18547/5254/5140 18551/5258/5144 18549/5256/5142</w:t>
        <w:br/>
        <w:t>f 18552/5259/5145 18549/5256/5142 18551/5258/5144</w:t>
        <w:br/>
        <w:t>f 18555/5260/5146 18554/5261/5147 18553/5262/5148</w:t>
        <w:br/>
        <w:t>f 18557/5263/5149 18554/5261/5147 18556/5264/5150</w:t>
        <w:br/>
        <w:t>f 18558/5265/5151 18553/5262/5148 18554/5261/5147</w:t>
        <w:br/>
        <w:t>f 18557/5263/5149 18558/5265/5151 18554/5261/5147</w:t>
        <w:br/>
        <w:t>f 18561/5266/5152 18560/5267/5153 18559/5268/5153</w:t>
        <w:br/>
        <w:t>f 18562/5269/5154 18558/5265/5151 18557/5263/5149</w:t>
        <w:br/>
        <w:t>f 18560/5267/5153 18561/5266/5152 18563/5270/5155</w:t>
        <w:br/>
        <w:t>f 18566/5271/5156 18565/5272/5157 18564/5273/5158</w:t>
        <w:br/>
        <w:t>f 18558/5265/5151 18562/5269/5154 18567/5274/5159</w:t>
        <w:br/>
        <w:t>f 18568/5275/5153 18563/5270/5155 18561/5266/5152</w:t>
        <w:br/>
        <w:t>f 18562/5269/5154 18570/5276/5160 18569/5277/5161</w:t>
        <w:br/>
        <w:t>f 18562/5269/5154 18569/5277/5161 18567/5274/5159</w:t>
        <w:br/>
        <w:t>f 18572/5278/5162 18568/5275/5153 18571/5279/5163</w:t>
        <w:br/>
        <w:t>f 18568/5275/5153 18572/5278/5162 18573/5280/5164</w:t>
        <w:br/>
        <w:t>f 18563/5270/5155 18568/5275/5153 18573/5280/5164</w:t>
        <w:br/>
        <w:t>f 18576/5281/5165 18575/5282/5166 18574/5283/5167</w:t>
        <w:br/>
        <w:t>f 18576/5281/5165 18577/5284/5168 18566/5271/5156</w:t>
        <w:br/>
        <w:t>f 18565/5272/5157 18566/5271/5156 18577/5284/5168</w:t>
        <w:br/>
        <w:t>f 18576/5281/5165 18574/5283/5167 18578/5285/5169</w:t>
        <w:br/>
        <w:t>f 18581/5286/5170 18580/5287/5171 18579/5288/5171</w:t>
        <w:br/>
        <w:t>f 18577/5284/5168 18576/5281/5165 18578/5285/5169</w:t>
        <w:br/>
        <w:t>f 18579/5288/5171 18580/5287/5171 18582/5289/5171</w:t>
        <w:br/>
        <w:t>f 18585/5290/5172 18584/5291/5173 18583/5292/5174</w:t>
        <w:br/>
        <w:t>f 18584/5291/5173 18585/5290/5172 18586/5293/5175</w:t>
        <w:br/>
        <w:t>f 18586/5293/5175 18587/5294/5176 18584/5291/5173</w:t>
        <w:br/>
        <w:t>f 18590/5295/5177 18589/5296/5178 18588/5297/5179</w:t>
        <w:br/>
        <w:t>f 18587/5294/5176 18586/5293/5175 18591/5298/5180</w:t>
        <w:br/>
        <w:t>f 18592/5299/5181 18587/5294/5176 18591/5298/5180</w:t>
        <w:br/>
        <w:t>f 18593/5300/5182 18589/5296/5178 18590/5295/5177</w:t>
        <w:br/>
        <w:t>f 18589/5296/5178 18593/5300/5182 18594/5301/5183</w:t>
        <w:br/>
        <w:t>f 18592/5299/5181 18591/5298/5180 18595/5302/5184</w:t>
        <w:br/>
        <w:t>f 18598/5303/5185 18597/5304/5186 18596/5305/5187</w:t>
        <w:br/>
        <w:t>f 18600/5306/5188 18598/5303/5185 18599/5307/5189</w:t>
        <w:br/>
        <w:t>f 18598/5303/5185 18596/5305/5187 18601/5308/5190</w:t>
        <w:br/>
        <w:t>f 18601/5308/5190 18599/5307/5189 18598/5303/5185</w:t>
        <w:br/>
        <w:t>f 18604/5309/5191 18603/5310/5191 18602/5311/5191</w:t>
        <w:br/>
        <w:t>f 18601/5308/5190 18605/5312/5192 18599/5307/5189</w:t>
        <w:br/>
        <w:t>f 18603/5310/5191 18604/5309/5191 18606/5313/5193</w:t>
        <w:br/>
        <w:t>f 18609/5314/5194 18608/5315/5195 18607/5316/5196</w:t>
        <w:br/>
        <w:t>f 18605/5312/5192 18601/5308/5190 18610/5317/5197</w:t>
        <w:br/>
        <w:t>f 18606/5313/5193 18611/5318/5193 18603/5310/5191</w:t>
        <w:br/>
        <w:t>f 18613/5319/5198 18605/5312/5192 18612/5320/5199</w:t>
        <w:br/>
        <w:t>f 18610/5317/5197 18612/5320/5199 18605/5312/5192</w:t>
        <w:br/>
        <w:t>f 18611/5318/5193 18615/5321/5200 18614/5322/5201</w:t>
        <w:br/>
        <w:t>f 18615/5321/5200 18611/5318/5193 18616/5323/5202</w:t>
        <w:br/>
        <w:t>f 18611/5318/5193 18606/5313/5193 18616/5323/5202</w:t>
        <w:br/>
        <w:t>f 18619/5324/5203 18618/5325/5204 18617/5326/5205</w:t>
        <w:br/>
        <w:t>f 18620/5327/5206 18618/5325/5204 18608/5315/5195</w:t>
        <w:br/>
        <w:t>f 18608/5315/5195 18609/5314/5194 18620/5327/5206</w:t>
        <w:br/>
        <w:t>f 18621/5328/5207 18617/5326/5205 18618/5325/5204</w:t>
        <w:br/>
        <w:t>f 18624/5329/5170 18623/5330/5208 18622/5331/5209</w:t>
        <w:br/>
        <w:t>f 18618/5325/5204 18620/5327/5206 18621/5328/5207</w:t>
        <w:br/>
        <w:t>f 18622/5331/5209 18623/5330/5208 18625/5332/5210</w:t>
        <w:br/>
        <w:t>f 18628/5333/5211 18627/5334/5212 18626/5335/5213</w:t>
        <w:br/>
        <w:t>f 18629/5336/5214 18627/5334/5212 18628/5333/5211</w:t>
        <w:br/>
        <w:t>f 18629/5336/5214 18628/5333/5211 18630/5337/5215</w:t>
        <w:br/>
        <w:t>f 18627/5334/5212 18631/5338/5216 18626/5335/5213</w:t>
        <w:br/>
        <w:t>f 18632/5339/5217 18626/5335/5213 18631/5338/5216</w:t>
        <w:br/>
        <w:t>f 18633/5340/5218 18632/5339/5217 18631/5338/5216</w:t>
        <w:br/>
        <w:t>f 18633/5340/5218 18631/5338/5216 18634/5341/5219</w:t>
        <w:br/>
        <w:t>f 18635/5342/5220 18633/5340/5218 18634/5341/5219</w:t>
        <w:br/>
        <w:t>f 18633/5340/5218 18635/5342/5220 18636/5343/5221</w:t>
        <w:br/>
        <w:t>f 18637/5344/5222 18636/5343/5221 18635/5342/5220</w:t>
        <w:br/>
        <w:t>f 18637/5344/5222 18635/5342/5220 18638/5345/5223</w:t>
        <w:br/>
        <w:t>f 18639/5346/5224 18637/5344/5222 18638/5345/5223</w:t>
        <w:br/>
        <w:t>f 18635/5342/5220 18640/5347/5225 18638/5345/5223</w:t>
        <w:br/>
        <w:t>f 18640/5347/5225 18635/5342/5220 18641/5348/5226</w:t>
        <w:br/>
        <w:t>f 18642/5349/5227 18639/5346/5224 18638/5345/5223</w:t>
        <w:br/>
        <w:t>f 18641/5348/5226 18643/5350/5228 18640/5347/5225</w:t>
        <w:br/>
        <w:t>f 18641/5348/5226 18644/5351/5229 18643/5350/5228</w:t>
        <w:br/>
        <w:t>f 18640/5347/5225 18645/5352/5230 18638/5345/5223</w:t>
        <w:br/>
        <w:t>f 18640/5347/5225 18643/5350/5228 18645/5352/5230</w:t>
        <w:br/>
        <w:t>f 18638/5345/5223 18645/5352/5230 18642/5349/5227</w:t>
        <w:br/>
        <w:t>f 18643/5350/5228 18644/5351/5229 18646/5353/5231</w:t>
        <w:br/>
        <w:t>f 18647/5354/5232 18645/5352/5230 18643/5350/5228</w:t>
        <w:br/>
        <w:t>f 18648/5355/5233 18643/5350/5228 18646/5353/5231</w:t>
        <w:br/>
        <w:t>f 18648/5355/5233 18647/5354/5232 18643/5350/5228</w:t>
        <w:br/>
        <w:t>f 18645/5352/5230 18647/5354/5232 18649/5356/5234</w:t>
        <w:br/>
        <w:t>f 18647/5354/5232 18648/5355/5233 18649/5356/5234</w:t>
        <w:br/>
        <w:t>f 18642/5349/5227 18645/5352/5230 18649/5356/5234</w:t>
        <w:br/>
        <w:t>f 18650/5357/5235 18648/5355/5233 18646/5353/5231</w:t>
        <w:br/>
        <w:t>f 18649/5356/5234 18648/5355/5233 18650/5357/5235</w:t>
        <w:br/>
        <w:t>f 18651/5358/5236 18639/5346/5224 18642/5349/5227</w:t>
        <w:br/>
        <w:t>f 18651/5358/5236 18652/5359/5237 18639/5346/5224</w:t>
        <w:br/>
        <w:t>f 18649/5356/5234 18653/5360/5238 18642/5349/5227</w:t>
        <w:br/>
        <w:t>f 18653/5360/5238 18651/5358/5236 18642/5349/5227</w:t>
        <w:br/>
        <w:t>f 18654/5361/5239 18652/5359/5237 18651/5358/5236</w:t>
        <w:br/>
        <w:t>f 18654/5361/5239 18655/5362/5240 18652/5359/5237</w:t>
        <w:br/>
        <w:t>f 18653/5360/5238 18656/5363/5241 18651/5358/5236</w:t>
        <w:br/>
        <w:t>f 18656/5363/5241 18654/5361/5239 18651/5358/5236</w:t>
        <w:br/>
        <w:t>f 18657/5364/5242 18655/5362/5240 18654/5361/5239</w:t>
        <w:br/>
        <w:t>f 18655/5362/5240 18657/5364/5242 18658/5365/5243</w:t>
        <w:br/>
        <w:t>f 18659/5366/5244 18658/5365/5243 18657/5364/5242</w:t>
        <w:br/>
        <w:t>f 18657/5364/5242 18660/5367/5245 18659/5366/5244</w:t>
        <w:br/>
        <w:t>f 18661/5368/5246 18657/5364/5242 18654/5361/5239</w:t>
        <w:br/>
        <w:t>f 18660/5367/5245 18657/5364/5242 18662/5369/5247</w:t>
        <w:br/>
        <w:t>f 18663/5370/5248 18654/5361/5239 18656/5363/5241</w:t>
        <w:br/>
        <w:t>f 18661/5368/5246 18654/5361/5239 18663/5370/5248</w:t>
        <w:br/>
        <w:t>f 18656/5363/5241 18664/5371/5249 18663/5370/5248</w:t>
        <w:br/>
        <w:t>f 18664/5371/5249 18661/5368/5246 18663/5370/5248</w:t>
        <w:br/>
        <w:t>f 18662/5369/5247 18665/5372/5250 18660/5367/5245</w:t>
        <w:br/>
        <w:t>f 18661/5368/5246 18664/5371/5249 18666/5373/5251</w:t>
        <w:br/>
        <w:t>f 18660/5367/5245 18665/5372/5250 18667/5374/5252</w:t>
        <w:br/>
        <w:t>f 18668/5375/5253 18667/5374/5252 18665/5372/5250</w:t>
        <w:br/>
        <w:t>f 18656/5363/5241 18669/5376/5254 18664/5371/5249</w:t>
        <w:br/>
        <w:t>f 18669/5376/5254 18656/5363/5241 18653/5360/5238</w:t>
        <w:br/>
        <w:t>f 18670/5377/5255 18666/5373/5251 18664/5371/5249</w:t>
        <w:br/>
        <w:t>f 18670/5377/5255 18664/5371/5249 18669/5376/5254</w:t>
        <w:br/>
        <w:t>f 18665/5372/5250 18671/5378/5256 18668/5375/5253</w:t>
        <w:br/>
        <w:t>f 18666/5373/5251 18670/5377/5255 18672/5379/5257</w:t>
        <w:br/>
        <w:t>f 18671/5378/5256 18673/5380/5258 18668/5375/5253</w:t>
        <w:br/>
        <w:t>f 18669/5376/5254 18653/5360/5238 18674/5381/5259</w:t>
        <w:br/>
        <w:t>f 18653/5360/5238 18649/5356/5234 18674/5381/5259</w:t>
        <w:br/>
        <w:t>f 18673/5380/5258 18671/5378/5256 18675/5382/5260</w:t>
        <w:br/>
        <w:t>f 18675/5382/5260 18676/5383/5261 18673/5380/5258</w:t>
        <w:br/>
        <w:t>f 18677/5384/5262 18672/5379/5257 18670/5377/5255</w:t>
        <w:br/>
        <w:t>f 18672/5379/5257 18677/5384/5262 18678/5385/5263</w:t>
        <w:br/>
        <w:t>f 18670/5377/5255 18669/5376/5254 18679/5386/5264</w:t>
        <w:br/>
        <w:t>f 18677/5384/5262 18670/5377/5255 18679/5386/5264</w:t>
        <w:br/>
        <w:t>f 18679/5386/5264 18669/5376/5254 18674/5381/5259</w:t>
        <w:br/>
        <w:t>f 18676/5383/5261 18675/5382/5260 18680/5387/5261</w:t>
        <w:br/>
        <w:t>f 18680/5387/5261 18681/5388/5261 18676/5383/5261</w:t>
        <w:br/>
        <w:t>f 18681/5388/5261 18680/5387/5261 18682/5389/5261</w:t>
        <w:br/>
        <w:t>f 18685/5390/5265 18684/5391/5266 18683/5392/5267</w:t>
        <w:br/>
        <w:t>f 18678/5385/5263 18686/5393/5268 18685/5390/5265</w:t>
        <w:br/>
        <w:t>f 18686/5393/5268 18684/5391/5266 18685/5390/5265</w:t>
        <w:br/>
        <w:t>f 18686/5393/5268 18678/5385/5263 18677/5384/5262</w:t>
        <w:br/>
        <w:t>f 18687/5394/5269 18684/5391/5266 18686/5393/5268</w:t>
        <w:br/>
        <w:t>f 18686/5393/5268 18677/5384/5262 18688/5395/5270</w:t>
        <w:br/>
        <w:t>f 18686/5393/5268 18688/5395/5270 18687/5394/5269</w:t>
        <w:br/>
        <w:t>f 18677/5384/5262 18679/5386/5264 18688/5395/5270</w:t>
        <w:br/>
        <w:t>f 18689/5396/5271 18684/5391/5266 18687/5394/5269</w:t>
        <w:br/>
        <w:t>f 18687/5394/5269 18688/5395/5270 18689/5396/5271</w:t>
        <w:br/>
        <w:t>f 18689/5396/5271 18690/5397/5272 18684/5391/5266</w:t>
        <w:br/>
        <w:t>f 18689/5396/5271 18691/5398/5273 18690/5397/5272</w:t>
        <w:br/>
        <w:t>f 18688/5395/5270 18691/5398/5273 18689/5396/5271</w:t>
        <w:br/>
        <w:t>f 18691/5398/5273 18692/5399/5274 18690/5397/5272</w:t>
        <w:br/>
        <w:t>f 18679/5386/5264 18693/5400/5275 18688/5395/5270</w:t>
        <w:br/>
        <w:t>f 18679/5386/5264 18674/5381/5259 18693/5400/5275</w:t>
        <w:br/>
        <w:t>f 18688/5395/5270 18694/5401/5276 18691/5398/5273</w:t>
        <w:br/>
        <w:t>f 18688/5395/5270 18693/5400/5275 18694/5401/5276</w:t>
        <w:br/>
        <w:t>f 18691/5398/5273 18695/5402/5277 18692/5399/5274</w:t>
        <w:br/>
        <w:t>f 18691/5398/5273 18694/5401/5276 18695/5402/5277</w:t>
        <w:br/>
        <w:t>f 18692/5399/5274 18695/5402/5277 18696/5403/5278</w:t>
        <w:br/>
        <w:t>f 18695/5402/5277 18694/5401/5276 18696/5403/5278</w:t>
        <w:br/>
        <w:t>f 18697/5404/5279 18692/5399/5274 18696/5403/5278</w:t>
        <w:br/>
        <w:t>f 18693/5400/5275 18698/5405/5280 18694/5401/5276</w:t>
        <w:br/>
        <w:t>f 18697/5404/5279 18696/5403/5278 18699/5406/5281</w:t>
        <w:br/>
        <w:t>f 18693/5400/5275 18674/5381/5259 18700/5407/5282</w:t>
        <w:br/>
        <w:t>f 18693/5400/5275 18700/5407/5282 18698/5405/5280</w:t>
        <w:br/>
        <w:t>f 18649/5356/5234 18700/5407/5282 18674/5381/5259</w:t>
        <w:br/>
        <w:t>f 18700/5407/5282 18649/5356/5234 18650/5357/5235</w:t>
        <w:br/>
        <w:t>f 18694/5401/5276 18701/5408/5283 18696/5403/5278</w:t>
        <w:br/>
        <w:t>f 18698/5405/5280 18701/5408/5283 18694/5401/5276</w:t>
        <w:br/>
        <w:t>f 18699/5406/5281 18696/5403/5278 18701/5408/5283</w:t>
        <w:br/>
        <w:t>f 18700/5407/5282 18702/5409/5284 18698/5405/5280</w:t>
        <w:br/>
        <w:t>f 18698/5405/5280 18702/5409/5284 18701/5408/5283</w:t>
        <w:br/>
        <w:t>f 18650/5357/5235 18702/5409/5284 18700/5407/5282</w:t>
        <w:br/>
        <w:t>f 18697/5404/5279 18699/5406/5281 18703/5410/5285</w:t>
        <w:br/>
        <w:t>f 18704/5411/5286 18697/5404/5279 18703/5410/5285</w:t>
        <w:br/>
        <w:t>f 18705/5412/5287 18699/5406/5281 18701/5408/5283</w:t>
        <w:br/>
        <w:t>f 18703/5410/5285 18699/5406/5281 18705/5412/5287</w:t>
        <w:br/>
        <w:t>f 18706/5413/5288 18704/5411/5286 18703/5410/5285</w:t>
        <w:br/>
        <w:t>f 18706/5413/5288 18703/5410/5285 18705/5412/5287</w:t>
        <w:br/>
        <w:t>f 18704/5411/5286 18706/5413/5288 18707/5414/5289</w:t>
        <w:br/>
        <w:t>f 18705/5412/5287 18701/5408/5283 18708/5415/5290</w:t>
        <w:br/>
        <w:t>f 18702/5409/5284 18708/5415/5290 18701/5408/5283</w:t>
        <w:br/>
        <w:t>f 18705/5412/5287 18708/5415/5290 18709/5416/5291</w:t>
        <w:br/>
        <w:t>f 18706/5413/5288 18705/5412/5287 18709/5416/5291</w:t>
        <w:br/>
        <w:t>f 18708/5415/5290 18702/5409/5284 18710/5417/5292</w:t>
        <w:br/>
        <w:t>f 18709/5416/5291 18708/5415/5290 18710/5417/5292</w:t>
        <w:br/>
        <w:t>f 18710/5417/5292 18702/5409/5284 18711/5418/5293</w:t>
        <w:br/>
        <w:t>f 18650/5357/5235 18711/5418/5293 18702/5409/5284</w:t>
        <w:br/>
        <w:t>f 18712/5419/5294 18710/5417/5292 18711/5418/5293</w:t>
        <w:br/>
        <w:t>f 18711/5418/5293 18650/5357/5235 18712/5419/5294</w:t>
        <w:br/>
        <w:t>f 18709/5416/5291 18710/5417/5292 18713/5420/5295</w:t>
        <w:br/>
        <w:t>f 18710/5417/5292 18712/5419/5294 18713/5420/5295</w:t>
        <w:br/>
        <w:t>f 18714/5421/5296 18706/5413/5288 18709/5416/5291</w:t>
        <w:br/>
        <w:t>f 18714/5421/5296 18709/5416/5291 18713/5420/5295</w:t>
        <w:br/>
        <w:t>f 18715/5422/5297 18707/5414/5289 18706/5413/5288</w:t>
        <w:br/>
        <w:t>f 18706/5413/5288 18714/5421/5296 18715/5422/5297</w:t>
        <w:br/>
        <w:t>f 18707/5414/5289 18715/5422/5297 18716/5423/5298</w:t>
        <w:br/>
        <w:t>f 18713/5420/5295 18717/5424/5299 18714/5421/5296</w:t>
        <w:br/>
        <w:t>f 18715/5422/5297 18718/5425/5300 18716/5423/5298</w:t>
        <w:br/>
        <w:t>f 18716/5423/5298 18718/5425/5300 18719/5426/5301</w:t>
        <w:br/>
        <w:t>f 18715/5422/5297 18714/5421/5296 18720/5427/5302</w:t>
        <w:br/>
        <w:t>f 18720/5427/5302 18718/5425/5300 18715/5422/5297</w:t>
        <w:br/>
        <w:t>f 18714/5421/5296 18717/5424/5299 18720/5427/5302</w:t>
        <w:br/>
        <w:t>f 18718/5425/5300 18721/5428/5303 18719/5426/5301</w:t>
        <w:br/>
        <w:t>f 18721/5428/5303 18722/5429/5304 18719/5426/5301</w:t>
        <w:br/>
        <w:t>f 18718/5425/5300 18720/5427/5302 18723/5430/5305</w:t>
        <w:br/>
        <w:t>f 18718/5425/5300 18723/5430/5305 18721/5428/5303</w:t>
        <w:br/>
        <w:t>f 18722/5429/5304 18721/5428/5303 18724/5431/5306</w:t>
        <w:br/>
        <w:t>f 18723/5430/5305 18724/5431/5306 18721/5428/5303</w:t>
        <w:br/>
        <w:t>f 18722/5429/5304 18724/5431/5306 18725/5432/5307</w:t>
        <w:br/>
        <w:t>f 18720/5427/5302 18726/5433/5308 18723/5430/5305</w:t>
        <w:br/>
        <w:t>f 18726/5433/5308 18720/5427/5302 18717/5424/5299</w:t>
        <w:br/>
        <w:t>f 18724/5431/5306 18723/5430/5305 18727/5434/5309</w:t>
        <w:br/>
        <w:t>f 18726/5433/5308 18727/5434/5309 18723/5430/5305</w:t>
        <w:br/>
        <w:t>f 18725/5432/5307 18724/5431/5306 18728/5435/5310</w:t>
        <w:br/>
        <w:t>f 18724/5431/5306 18727/5434/5309 18728/5435/5310</w:t>
        <w:br/>
        <w:t>f 18728/5435/5310 18729/5436/5311 18725/5432/5307</w:t>
        <w:br/>
        <w:t>f 18727/5434/5309 18726/5433/5308 18730/5437/5312</w:t>
        <w:br/>
        <w:t>f 18729/5436/5311 18728/5435/5310 18731/5438/5313</w:t>
        <w:br/>
        <w:t>f 18729/5436/5311 18731/5438/5313 18732/5439/5314</w:t>
        <w:br/>
        <w:t>f 18733/5440/5315 18732/5439/5314 18731/5438/5313</w:t>
        <w:br/>
        <w:t>f 18734/5441/5316 18728/5435/5310 18727/5434/5309</w:t>
        <w:br/>
        <w:t>f 18728/5435/5310 18734/5441/5316 18731/5438/5313</w:t>
        <w:br/>
        <w:t>f 18730/5437/5312 18734/5441/5316 18727/5434/5309</w:t>
        <w:br/>
        <w:t>f 18735/5442/5317 18733/5440/5315 18731/5438/5313</w:t>
        <w:br/>
        <w:t>f 18735/5442/5317 18731/5438/5313 18734/5441/5316</w:t>
        <w:br/>
        <w:t>f 18733/5440/5315 18735/5442/5317 18736/5443/5318</w:t>
        <w:br/>
        <w:t>f 18737/5444/5319 18735/5442/5317 18734/5441/5316</w:t>
        <w:br/>
        <w:t>f 18734/5441/5316 18730/5437/5312 18737/5444/5319</w:t>
        <w:br/>
        <w:t>f 18738/5445/5320 18736/5443/5318 18735/5442/5317</w:t>
        <w:br/>
        <w:t>f 18735/5442/5317 18737/5444/5319 18739/5446/5321</w:t>
        <w:br/>
        <w:t>f 18736/5443/5318 18738/5445/5320 18740/5447/5322</w:t>
        <w:br/>
        <w:t>f 18741/5448/5323 18737/5444/5319 18730/5437/5312</w:t>
        <w:br/>
        <w:t>f 18738/5445/5320 18742/5449/5324 18740/5447/5322</w:t>
        <w:br/>
        <w:t>f 18740/5447/5322 18742/5449/5324 18743/5450/5325</w:t>
        <w:br/>
        <w:t>f 18744/5451/5326 18739/5446/5321 18737/5444/5319</w:t>
        <w:br/>
        <w:t>f 18742/5449/5324 18745/5452/5327 18743/5450/5325</w:t>
        <w:br/>
        <w:t>f 18746/5453/5328 18743/5450/5325 18745/5452/5327</w:t>
        <w:br/>
        <w:t>f 18742/5449/5324 18738/5445/5320 18747/5454/5329</w:t>
        <w:br/>
        <w:t>f 18738/5445/5320 18744/5451/5326 18747/5454/5329</w:t>
        <w:br/>
        <w:t>f 18747/5454/5329 18748/5455/5330 18742/5449/5324</w:t>
        <w:br/>
        <w:t>f 18749/5456/5331 18742/5449/5324 18748/5455/5330</w:t>
        <w:br/>
        <w:t>f 18748/5455/5330 18747/5454/5329 18750/5457/5332</w:t>
        <w:br/>
        <w:t>f 18744/5451/5326 18750/5457/5332 18747/5454/5329</w:t>
        <w:br/>
        <w:t>f 18751/5458/5333 18749/5456/5331 18748/5455/5330</w:t>
        <w:br/>
        <w:t>f 18751/5458/5333 18748/5455/5330 18750/5457/5332</w:t>
        <w:br/>
        <w:t>f 18745/5452/5327 18752/5459/5334 18746/5453/5328</w:t>
        <w:br/>
        <w:t>f 18753/5460/5335 18745/5452/5336 18751/5458/5333</w:t>
        <w:br/>
        <w:t>f 18754/5461/5337 18746/5453/5328 18752/5459/5334</w:t>
        <w:br/>
        <w:t>f 18753/5460/5335 18751/5458/5333 18755/5462/5338</w:t>
        <w:br/>
        <w:t>f 18756/5463/5339 18754/5461/5337 18752/5459/5334</w:t>
        <w:br/>
        <w:t>f 18757/5464/5340 18753/5460/5335 18755/5462/5338</w:t>
        <w:br/>
        <w:t>f 18754/5461/5337 18756/5463/5339 18758/5465/5341</w:t>
        <w:br/>
        <w:t>f 18756/5463/5339 18759/5466/5342 18758/5465/5341</w:t>
        <w:br/>
        <w:t>f 18755/5462/5338 18751/5458/5333 18760/5467/5343</w:t>
        <w:br/>
        <w:t>f 18751/5458/5333 18750/5457/5332 18760/5467/5343</w:t>
        <w:br/>
        <w:t>f 18756/5463/5339 18755/5462/5338 18761/5468/5344</w:t>
        <w:br/>
        <w:t>f 18761/5468/5344 18755/5462/5338 18760/5467/5343</w:t>
        <w:br/>
        <w:t>f 18756/5463/5339 18762/5469/5345 18759/5466/5342</w:t>
        <w:br/>
        <w:t>f 18756/5463/5339 18761/5468/5344 18763/5470/5346</w:t>
        <w:br/>
        <w:t>f 18762/5469/5345 18764/5471/5347 18759/5466/5342</w:t>
        <w:br/>
        <w:t>f 18762/5469/5345 18765/5472/5348 18764/5471/5347</w:t>
        <w:br/>
        <w:t>f 18765/5472/5348 18762/5469/5345 18766/5473/5349</w:t>
        <w:br/>
        <w:t>f 18761/5468/5344 18766/5473/5349 18762/5469/5345</w:t>
        <w:br/>
        <w:t>f 18767/5474/5350 18765/5472/5348 18766/5473/5349</w:t>
        <w:br/>
        <w:t>f 18630/5337/5215 18767/5474/5350 18766/5473/5349</w:t>
        <w:br/>
        <w:t>f 18761/5468/5344 18768/5475/5351 18766/5473/5349</w:t>
        <w:br/>
        <w:t>f 18768/5475/5351 18630/5337/5215 18766/5473/5349</w:t>
        <w:br/>
        <w:t>f 18761/5468/5344 18760/5467/5343 18768/5475/5351</w:t>
        <w:br/>
        <w:t>f 18629/5336/5214 18630/5337/5215 18768/5475/5351</w:t>
        <w:br/>
        <w:t>f 18769/5476/5352 18629/5336/5214 18768/5475/5351</w:t>
        <w:br/>
        <w:t>f 18770/5477/5353 18769/5476/5352 18768/5475/5351</w:t>
        <w:br/>
        <w:t>f 18760/5467/5343 18770/5477/5353 18768/5475/5351</w:t>
        <w:br/>
        <w:t>f 18760/5467/5343 18750/5457/5332 18770/5477/5353</w:t>
        <w:br/>
        <w:t>f 18750/5457/5332 18771/5478/5354 18770/5477/5353</w:t>
        <w:br/>
        <w:t>f 18750/5457/5332 18744/5451/5326 18771/5478/5354</w:t>
        <w:br/>
        <w:t>f 18770/5477/5353 18771/5478/5354 18772/5479/5355</w:t>
        <w:br/>
        <w:t>f 18773/5480/5356 18771/5478/5354 18744/5451/5326</w:t>
        <w:br/>
        <w:t>f 18773/5480/5356 18744/5451/5326 18737/5444/5319</w:t>
        <w:br/>
        <w:t>f 18737/5444/5319 18741/5448/5323 18773/5480/5356</w:t>
        <w:br/>
        <w:t>f 18771/5478/5354 18774/5481/5357 18772/5479/5355</w:t>
        <w:br/>
        <w:t>f 18771/5478/5354 18773/5480/5356 18774/5481/5357</w:t>
        <w:br/>
        <w:t>f 18741/5448/5323 18774/5481/5357 18773/5480/5356</w:t>
        <w:br/>
        <w:t>f 18772/5479/5355 18774/5481/5357 18775/5482/5358</w:t>
        <w:br/>
        <w:t>f 18775/5482/5358 18774/5481/5357 18776/5483/5359</w:t>
        <w:br/>
        <w:t>f 18777/5484/5360 18776/5483/5359 18774/5481/5357</w:t>
        <w:br/>
        <w:t>f 18741/5448/5323 18777/5484/5360 18774/5481/5357</w:t>
        <w:br/>
        <w:t>f 18777/5484/5360 18778/5485/5361 18776/5483/5359</w:t>
        <w:br/>
        <w:t>f 18777/5484/5360 18779/5486/5362 18778/5485/5361</w:t>
        <w:br/>
        <w:t>f 18777/5484/5360 18741/5448/5323 18780/5487/5363</w:t>
        <w:br/>
        <w:t>f 18730/5437/5312 18780/5487/5363 18741/5448/5323</w:t>
        <w:br/>
        <w:t>f 18780/5487/5363 18730/5437/5312 18726/5433/5308</w:t>
        <w:br/>
        <w:t>f 18717/5424/5299 18780/5487/5363 18726/5433/5308</w:t>
        <w:br/>
        <w:t>f 18781/5488/5364 18780/5487/5363 18717/5424/5299</w:t>
        <w:br/>
        <w:t>f 18781/5488/5364 18777/5484/5360 18780/5487/5363</w:t>
        <w:br/>
        <w:t>f 18713/5420/5295 18781/5488/5364 18717/5424/5299</w:t>
        <w:br/>
        <w:t>f 18712/5419/5294 18781/5488/5364 18713/5420/5295</w:t>
        <w:br/>
        <w:t>f 18781/5488/5364 18782/5489/5365 18777/5484/5360</w:t>
        <w:br/>
        <w:t>f 18712/5419/5294 18782/5489/5365 18781/5488/5364</w:t>
        <w:br/>
        <w:t>f 18779/5486/5362 18777/5484/5360 18782/5489/5365</w:t>
        <w:br/>
        <w:t>f 18782/5489/5365 18783/5490/5366 18779/5486/5362</w:t>
        <w:br/>
        <w:t>f 18782/5489/5365 18784/5491/5367 18783/5490/5366</w:t>
        <w:br/>
        <w:t>f 18782/5489/5365 18712/5419/5294 18785/5492/5368</w:t>
        <w:br/>
        <w:t>f 18784/5491/5367 18782/5489/5365 18785/5492/5368</w:t>
        <w:br/>
        <w:t>f 18712/5419/5294 18650/5357/5235 18785/5492/5368</w:t>
        <w:br/>
        <w:t>f 18784/5491/5367 18785/5492/5368 18646/5353/5231</w:t>
        <w:br/>
        <w:t>f 18646/5353/5231 18785/5492/5368 18650/5357/5235</w:t>
        <w:br/>
        <w:t>f 18788/5493/5369 18787/5494/5370 18786/5495/5371</w:t>
        <w:br/>
        <w:t>f 18789/5496/5372 18788/5493/5369 18786/5495/5371</w:t>
        <w:br/>
        <w:t>f 18790/5497/5373 18788/5493/5369 18789/5496/5372</w:t>
        <w:br/>
        <w:t>f 18789/5496/5372 18786/5495/5371 18791/5498/5374</w:t>
        <w:br/>
        <w:t>f 18793/5499/5375 18791/5498/5374 18792/5500/5376</w:t>
        <w:br/>
        <w:t>f 18793/5499/5375 18794/5501/5377 18791/5498/5374</w:t>
        <w:br/>
        <w:t>f 18794/5501/5377 18789/5496/5372 18791/5498/5374</w:t>
        <w:br/>
        <w:t>f 18793/5499/5375 18795/5502/5378 18794/5501/5377</w:t>
        <w:br/>
        <w:t>f 18796/5503/5379 18790/5497/5373 18789/5496/5372</w:t>
        <w:br/>
        <w:t>f 18796/5503/5379 18789/5496/5372 18794/5501/5377</w:t>
        <w:br/>
        <w:t>f 18795/5502/5378 18797/5504/5380 18794/5501/5377</w:t>
        <w:br/>
        <w:t>f 18797/5504/5380 18796/5503/5379 18794/5501/5377</w:t>
        <w:br/>
        <w:t>f 18797/5504/5380 18795/5502/5378 18798/5505/5381</w:t>
        <w:br/>
        <w:t>f 18798/5505/5381 18799/5506/5382 18797/5504/5380</w:t>
        <w:br/>
        <w:t>f 18797/5504/5380 18799/5506/5382 18800/5507/5383</w:t>
        <w:br/>
        <w:t>f 18796/5503/5379 18801/5508/5384 18790/5497/5373</w:t>
        <w:br/>
        <w:t>f 18801/5508/5384 18802/5509/5385 18790/5497/5373</w:t>
        <w:br/>
        <w:t>f 18797/5504/5380 18803/5510/5386 18796/5503/5379</w:t>
        <w:br/>
        <w:t>f 18800/5507/5383 18803/5510/5386 18797/5504/5380</w:t>
        <w:br/>
        <w:t>f 18803/5510/5386 18801/5508/5384 18796/5503/5379</w:t>
        <w:br/>
        <w:t>f 18800/5507/5383 18804/5511/5387 18803/5510/5386</w:t>
        <w:br/>
        <w:t>f 18803/5510/5386 18804/5511/5387 18805/5512/5388</w:t>
        <w:br/>
        <w:t>f 18806/5513/5389 18802/5509/5385 18801/5508/5384</w:t>
        <w:br/>
        <w:t>f 18806/5513/5389 18801/5508/5384 18803/5510/5386</w:t>
        <w:br/>
        <w:t>f 18806/5513/5389 18807/5514/5390 18802/5509/5385</w:t>
        <w:br/>
        <w:t>f 18805/5512/5388 18808/5515/5391 18803/5510/5386</w:t>
        <w:br/>
        <w:t>f 18803/5510/5386 18808/5515/5391 18806/5513/5389</w:t>
        <w:br/>
        <w:t>f 18805/5512/5388 18809/5516/5392 18808/5515/5391</w:t>
        <w:br/>
        <w:t>f 18807/5514/5390 18806/5513/5389 18810/5517/5393</w:t>
        <w:br/>
        <w:t>f 18810/5517/5393 18806/5513/5389 18808/5515/5391</w:t>
        <w:br/>
        <w:t>f 18810/5517/5393 18811/5518/5394 18807/5514/5390</w:t>
        <w:br/>
        <w:t>f 18812/5519/5395 18808/5515/5391 18809/5516/5392</w:t>
        <w:br/>
        <w:t>f 18812/5519/5395 18810/5517/5393 18808/5515/5391</w:t>
        <w:br/>
        <w:t>f 18813/5520/5396 18812/5519/5395 18809/5516/5392</w:t>
        <w:br/>
        <w:t>f 18811/5518/5394 18810/5517/5393 18814/5521/5397</w:t>
        <w:br/>
        <w:t>f 18814/5521/5397 18810/5517/5393 18812/5519/5395</w:t>
        <w:br/>
        <w:t>f 18814/5521/5397 18815/5522/5398 18811/5518/5394</w:t>
        <w:br/>
        <w:t>f 18813/5520/5396 18816/5523/5399 18812/5519/5395</w:t>
        <w:br/>
        <w:t>f 18816/5523/5399 18814/5521/5397 18812/5519/5395</w:t>
        <w:br/>
        <w:t>f 18816/5523/5399 18813/5520/5396 18817/5524/5400</w:t>
        <w:br/>
        <w:t>f 18815/5522/5398 18814/5521/5397 18818/5525/5401</w:t>
        <w:br/>
        <w:t>f 18818/5525/5401 18814/5521/5397 18816/5523/5399</w:t>
        <w:br/>
        <w:t>f 18819/5526/5402 18816/5523/5399 18817/5524/5400</w:t>
        <w:br/>
        <w:t>f 18819/5526/5402 18818/5525/5401 18816/5523/5399</w:t>
        <w:br/>
        <w:t>f 18820/5527/5403 18819/5526/5402 18817/5524/5400</w:t>
        <w:br/>
        <w:t>f 18821/5528/5404 18815/5522/5398 18818/5525/5401</w:t>
        <w:br/>
        <w:t>f 18815/5522/5398 18821/5528/5404 18822/5529/5405</w:t>
        <w:br/>
        <w:t>f 18823/5530/5406 18818/5525/5401 18819/5526/5402</w:t>
        <w:br/>
        <w:t>f 18823/5530/5406 18819/5526/5402 18820/5527/5403</w:t>
        <w:br/>
        <w:t>f 18818/5525/5401 18823/5530/5406 18821/5528/5404</w:t>
        <w:br/>
        <w:t>f 18824/5531/5407 18823/5530/5406 18820/5527/5403</w:t>
        <w:br/>
        <w:t>f 18825/5532/5408 18823/5530/5406 18824/5531/5407</w:t>
        <w:br/>
        <w:t>f 18826/5533/5409 18821/5528/5404 18823/5530/5406</w:t>
        <w:br/>
        <w:t>f 18823/5530/5406 18825/5532/5408 18826/5533/5409</w:t>
        <w:br/>
        <w:t>f 18827/5534/5410 18822/5529/5405 18821/5528/5404</w:t>
        <w:br/>
        <w:t>f 18821/5528/5404 18826/5533/5409 18827/5534/5410</w:t>
        <w:br/>
        <w:t>f 18822/5529/5405 18827/5534/5410 18828/5535/5411</w:t>
        <w:br/>
        <w:t>f 18825/5532/5408 18829/5536/5412 18826/5533/5409</w:t>
        <w:br/>
        <w:t>f 18829/5536/5412 18827/5534/5410 18826/5533/5409</w:t>
        <w:br/>
        <w:t>f 18830/5537/5413 18829/5536/5412 18825/5532/5408</w:t>
        <w:br/>
        <w:t>f 18829/5536/5412 18830/5537/5413 18831/5538/5414</w:t>
        <w:br/>
        <w:t>f 18832/5539/5415 18828/5535/5411 18827/5534/5410</w:t>
        <w:br/>
        <w:t>f 18827/5534/5410 18829/5536/5412 18832/5539/5415</w:t>
        <w:br/>
        <w:t>f 18828/5535/5411 18832/5539/5415 18833/5540/5416</w:t>
        <w:br/>
        <w:t>f 18832/5539/5415 18834/5541/5417 18833/5540/5416</w:t>
        <w:br/>
        <w:t>f 18832/5539/5415 18835/5542/5418 18834/5541/5417</w:t>
        <w:br/>
        <w:t>f 18829/5536/5412 18835/5542/5418 18832/5539/5415</w:t>
        <w:br/>
        <w:t>f 18835/5542/5418 18836/5543/5419 18834/5541/5417</w:t>
        <w:br/>
        <w:t>f 18831/5538/5414 18837/5544/5420 18829/5536/5412</w:t>
        <w:br/>
        <w:t>f 18835/5542/5418 18829/5536/5412 18837/5544/5420</w:t>
        <w:br/>
        <w:t>f 18831/5538/5414 18838/5545/5421 18837/5544/5420</w:t>
        <w:br/>
        <w:t>f 18839/5546/5422 18836/5543/5419 18835/5542/5418</w:t>
        <w:br/>
        <w:t>f 18837/5544/5420 18839/5546/5422 18835/5542/5418</w:t>
        <w:br/>
        <w:t>f 18836/5543/5419 18841/5547/5371 18840/5548/5370</w:t>
        <w:br/>
        <w:t>f 18841/5547/5371 18836/5543/5419 18839/5546/5422</w:t>
        <w:br/>
        <w:t>f 18839/5546/5422 18842/5549/5374 18841/5547/5371</w:t>
        <w:br/>
        <w:t>f 18838/5545/5421 18843/5550/5423 18837/5544/5420</w:t>
        <w:br/>
        <w:t>f 18837/5544/5420 18843/5550/5423 18839/5546/5422</w:t>
        <w:br/>
        <w:t>f 18842/5549/5374 18839/5546/5422 18843/5550/5423</w:t>
        <w:br/>
        <w:t>f 18843/5550/5423 18838/5545/5421 18844/5551/5424</w:t>
        <w:br/>
        <w:t>f 18844/5551/5424 18845/5552/5425 18843/5550/5423</w:t>
        <w:br/>
        <w:t>f 18846/5553/5426 18843/5550/5423 18845/5552/5425</w:t>
        <w:br/>
        <w:t>f 18846/5553/5426 18842/5549/5374 18843/5550/5423</w:t>
        <w:br/>
        <w:t>f 18846/5553/5426 18847/5554/5376 18842/5549/5374</w:t>
        <w:br/>
        <w:t>f 18850/5555/5427 18849/5556/5428 18848/5557/5429</w:t>
        <w:br/>
        <w:t>f 18849/5556/5428 18850/5555/5427 18851/5558/5430</w:t>
        <w:br/>
        <w:t>f 18854/5559/5431 18853/5560/5432 18852/5561/5433</w:t>
        <w:br/>
        <w:t>f 18855/5562/5434 18852/5561/5433 18853/5560/5432</w:t>
        <w:br/>
        <w:t>f 18856/5563/5435 18851/5558/5430 18850/5555/5427</w:t>
        <w:br/>
        <w:t>f 18857/5564/5436 18855/5562/5434 18853/5560/5432</w:t>
        <w:br/>
        <w:t>f 18851/5558/5430 18856/5563/5435 18858/5565/5437</w:t>
        <w:br/>
        <w:t>f 18853/5560/5432 18859/5566/5438 18857/5564/5436</w:t>
        <w:br/>
        <w:t>f 18858/5565/5437 18856/5563/5435 18860/5567/5439</w:t>
        <w:br/>
        <w:t>f 18861/5568/5440 18857/5564/5436 18859/5566/5438</w:t>
        <w:br/>
        <w:t>f 18858/5565/5437 18860/5567/5439 18862/5569/5441</w:t>
        <w:br/>
        <w:t>f 18859/5566/5438 18863/5570/5442 18861/5568/5440</w:t>
        <w:br/>
        <w:t>f 18864/5571/5443 18862/5569/5441 18860/5567/5439</w:t>
        <w:br/>
        <w:t>f 18863/5570/5442 18865/5572/5444 18861/5568/5440</w:t>
        <w:br/>
        <w:t>f 18864/5571/5443 18866/5573/5445 18862/5569/5441</w:t>
        <w:br/>
        <w:t>f 18863/5570/5442 18867/5574/5446 18865/5572/5444</w:t>
        <w:br/>
        <w:t>f 18864/5571/5443 18868/5575/5447 18866/5573/5445</w:t>
        <w:br/>
        <w:t>f 18867/5574/5446 18869/5576/5448 18865/5572/5444</w:t>
        <w:br/>
        <w:t>f 18866/5573/5445 18868/5575/5447 18870/5577/5449</w:t>
        <w:br/>
        <w:t>f 18869/5576/5448 18867/5574/5446 18871/5578/5450</w:t>
        <w:br/>
        <w:t>f 18870/5577/5449 18868/5575/5447 18872/5579/5451</w:t>
        <w:br/>
        <w:t>f 18871/5578/5450 18873/5580/5452 18869/5576/5448</w:t>
        <w:br/>
        <w:t>f 18870/5577/5449 18872/5579/5451 18874/5581/5453</w:t>
        <w:br/>
        <w:t>f 18873/5580/5452 18871/5578/5450 18875/5582/5454</w:t>
        <w:br/>
        <w:t>f 18874/5581/5453 18872/5579/5451 18876/5583/5455</w:t>
        <w:br/>
        <w:t>f 18877/5584/5456 18873/5580/5452 18875/5582/5454</w:t>
        <w:br/>
        <w:t>f 18878/5585/5457 18874/5581/5453 18876/5583/5455</w:t>
        <w:br/>
        <w:t>f 18875/5582/5454 18879/5586/5458 18877/5584/5456</w:t>
        <w:br/>
        <w:t>f 18878/5585/5457 18876/5583/5455 18880/5587/5459</w:t>
        <w:br/>
        <w:t>f 18881/5588/5460 18877/5584/5456 18879/5586/5458</w:t>
        <w:br/>
        <w:t>f 18878/5585/5457 18880/5587/5459 18882/5589/5461</w:t>
        <w:br/>
        <w:t>f 18879/5586/5458 18883/5590/5462 18881/5588/5460</w:t>
        <w:br/>
        <w:t>f 18882/5589/5461 18884/5591/5463 18878/5585/5457</w:t>
        <w:br/>
        <w:t>f 18883/5590/5462 18885/5592/5464 18881/5588/5460</w:t>
        <w:br/>
        <w:t>f 18884/5591/5463 18882/5589/5461 18886/5593/5465</w:t>
        <w:br/>
        <w:t>f 18885/5592/5464 18883/5590/5462 18887/5594/5466</w:t>
        <w:br/>
        <w:t>f 18886/5593/5465 18882/5589/5461 18888/5595/5467</w:t>
        <w:br/>
        <w:t>f 18889/5596/5468 18886/5593/5465 18888/5595/5467</w:t>
        <w:br/>
        <w:t>f 18887/5594/5466 18890/5597/5469 18885/5592/5464</w:t>
        <w:br/>
        <w:t>f 18886/5593/5465 18889/5596/5468 18891/5598/5470</w:t>
        <w:br/>
        <w:t>f 18885/5592/5464 18890/5597/5469 18892/5599/5471</w:t>
        <w:br/>
        <w:t>f 18889/5596/5468 18893/5600/5472 18891/5598/5470</w:t>
        <w:br/>
        <w:t>f 18890/5597/5469 18894/5601/5473 18892/5599/5471</w:t>
        <w:br/>
        <w:t>f 18891/5598/5470 18893/5600/5472 18895/5602/5474</w:t>
        <w:br/>
        <w:t>f 18896/5603/5475 18892/5599/5471 18894/5601/5473</w:t>
        <w:br/>
        <w:t>f 18893/5600/5472 18897/5604/5476 18895/5602/5474</w:t>
        <w:br/>
        <w:t>f 18898/5605/5477 18896/5603/5475 18894/5601/5473</w:t>
        <w:br/>
        <w:t>f 18897/5604/5476 18893/5600/5472 18899/5606/5478</w:t>
        <w:br/>
        <w:t>f 18900/5607/5479 18896/5603/5475 18898/5605/5477</w:t>
        <w:br/>
        <w:t>f 18899/5606/5478 18901/5608/5480 18897/5604/5476</w:t>
        <w:br/>
        <w:t>f 18898/5605/5477 18901/5608/5480 18900/5607/5479</w:t>
        <w:br/>
        <w:t>f 18901/5608/5480 18899/5606/5478 18902/5609/5481</w:t>
        <w:br/>
        <w:t>f 18903/5610/5482 18900/5607/5479 18901/5608/5480</w:t>
        <w:br/>
        <w:t>f 18904/5611/5483 18901/5608/5480 18902/5609/5481</w:t>
        <w:br/>
        <w:t>f 18901/5608/5480 18905/5612/5484 18903/5610/5482</w:t>
        <w:br/>
        <w:t>f 18901/5608/5480 18904/5611/5483 18906/5613/5485</w:t>
        <w:br/>
        <w:t>f 18903/5610/5482 18905/5612/5484 18907/5614/5486</w:t>
        <w:br/>
        <w:t>f 18906/5613/5485 18904/5611/5483 18908/5615/5487</w:t>
        <w:br/>
        <w:t>f 18905/5612/5484 18909/5616/5488 18907/5614/5486</w:t>
        <w:br/>
        <w:t>f 18908/5615/5487 18910/5617/5489 18906/5613/5485</w:t>
        <w:br/>
        <w:t>f 18907/5614/5486 18909/5616/5488 18911/5618/5490</w:t>
        <w:br/>
        <w:t>f 18909/5616/5488 18912/5619/5491 18911/5618/5490</w:t>
        <w:br/>
        <w:t>f 18908/5615/5487 18913/5620/5492 18910/5617/5489</w:t>
        <w:br/>
        <w:t>f 18909/5616/5488 18914/5621/5493 18912/5619/5491</w:t>
        <w:br/>
        <w:t>f 18908/5615/5487 18915/5622/5494 18913/5620/5492</w:t>
        <w:br/>
        <w:t>f 18914/5621/5493 18916/5623/5495 18912/5619/5491</w:t>
        <w:br/>
        <w:t>f 18917/5624/5496 18913/5620/5492 18915/5622/5494</w:t>
        <w:br/>
        <w:t>f 18914/5621/5493 18918/5625/5497 18916/5623/5495</w:t>
        <w:br/>
        <w:t>f 18913/5620/5492 18917/5624/5496 18919/5626/5498</w:t>
        <w:br/>
        <w:t>f 18920/5627/5499 18916/5623/5495 18918/5625/5497</w:t>
        <w:br/>
        <w:t>f 18917/5624/5496 18921/5628/5500 18919/5626/5498</w:t>
        <w:br/>
        <w:t>f 18916/5623/5495 18920/5627/5499 18922/5629/5501</w:t>
        <w:br/>
        <w:t>f 18921/5628/5500 18917/5624/5496 18923/5630/5502</w:t>
        <w:br/>
        <w:t>f 18924/5631/5503 18922/5629/5501 18920/5627/5499</w:t>
        <w:br/>
        <w:t>f 18921/5628/5500 18923/5630/5502 18925/5632/5504</w:t>
        <w:br/>
        <w:t>f 18926/5633/5505 18922/5629/5501 18924/5631/5503</w:t>
        <w:br/>
        <w:t>f 18927/5634/5506 18925/5632/5504 18923/5630/5502</w:t>
        <w:br/>
        <w:t>f 18928/5635/5431 18926/5633/5505 18924/5631/5503</w:t>
        <w:br/>
        <w:t>f 18925/5632/5504 18927/5634/5506 18929/5636/5428</w:t>
        <w:br/>
        <w:t>f 18926/5633/5505 18928/5635/5431 18930/5637/5507</w:t>
        <w:br/>
        <w:t>f 18931/5638/5508 18929/5636/5428 18927/5634/5506</w:t>
        <w:br/>
        <w:t>f 18934/5639/5509 18933/5640/5510 18932/5641/5511</w:t>
        <w:br/>
        <w:t>f 18933/5640/5510 18935/5642/5512 18932/5641/5511</w:t>
        <w:br/>
        <w:t>f 18936/5643/5513 18935/5642/5512 18933/5640/5510</w:t>
        <w:br/>
        <w:t>f 18932/5641/5511 18935/5642/5512 18937/5644/5514</w:t>
        <w:br/>
        <w:t>f 18936/5643/5513 18938/5645/5515 18935/5642/5512</w:t>
        <w:br/>
        <w:t>f 18939/5646/5516 18938/5645/5515 18936/5643/5513</w:t>
        <w:br/>
        <w:t>f 18937/5644/5514 18935/5642/5512 18940/5647/5517</w:t>
        <w:br/>
        <w:t>f 18938/5645/5515 18940/5647/5517 18935/5642/5512</w:t>
        <w:br/>
        <w:t>f 18941/5648/5518 18938/5645/5515 18939/5646/5516</w:t>
        <w:br/>
        <w:t>f 18942/5649/5519 18941/5648/5518 18939/5646/5516</w:t>
        <w:br/>
        <w:t>f 18940/5647/5517 18938/5645/5515 18943/5650/5520</w:t>
        <w:br/>
        <w:t>f 18942/5649/5519 18944/5651/5521 18941/5648/5518</w:t>
        <w:br/>
        <w:t>f 18944/5651/5521 18942/5649/5519 18945/5652/5522</w:t>
        <w:br/>
        <w:t>f 18947/5653/5523 18945/5652/5522 18946/5654/5524</w:t>
        <w:br/>
        <w:t>f 18944/5651/5521 18945/5652/5522 18947/5653/5523</w:t>
        <w:br/>
        <w:t>f 18944/5651/5521 18947/5653/5523 18948/5655/5525</w:t>
        <w:br/>
        <w:t>f 18948/5655/5525 18949/5656/5526 18944/5651/5521</w:t>
        <w:br/>
        <w:t>f 18944/5651/5521 18950/5657/5527 18941/5648/5518</w:t>
        <w:br/>
        <w:t>f 18944/5651/5521 18949/5656/5526 18950/5657/5527</w:t>
        <w:br/>
        <w:t>f 18951/5658/5528 18938/5645/5515 18941/5648/5518</w:t>
        <w:br/>
        <w:t>f 18951/5658/5528 18941/5648/5518 18950/5657/5527</w:t>
        <w:br/>
        <w:t>f 18938/5645/5515 18951/5658/5528 18943/5650/5520</w:t>
        <w:br/>
        <w:t>f 18950/5657/5527 18949/5656/5526 18952/5659/5529</w:t>
        <w:br/>
        <w:t>f 18951/5658/5528 18950/5657/5527 18952/5659/5529</w:t>
        <w:br/>
        <w:t>f 18952/5659/5529 18949/5656/5526 18953/5660/5530</w:t>
        <w:br/>
        <w:t>f 18953/5660/5530 18951/5658/5528 18952/5659/5529</w:t>
        <w:br/>
        <w:t>f 18954/5661/5531 18953/5660/5530 18949/5656/5526</w:t>
        <w:br/>
        <w:t>f 18955/5662/5532 18951/5658/5528 18953/5660/5530</w:t>
        <w:br/>
        <w:t>f 18955/5662/5532 18953/5660/5530 18954/5661/5531</w:t>
        <w:br/>
        <w:t>f 18956/5663/5533 18943/5650/5520 18951/5658/5528</w:t>
        <w:br/>
        <w:t>f 18957/5664/5534 18955/5662/5532 18954/5661/5531</w:t>
        <w:br/>
        <w:t>f 18957/5664/5534 18954/5661/5531 18958/5665/5535</w:t>
        <w:br/>
        <w:t>f 18951/5658/5528 18955/5662/5532 18959/5666/5536</w:t>
        <w:br/>
        <w:t>f 18951/5658/5528 18959/5666/5536 18956/5663/5533</w:t>
        <w:br/>
        <w:t>f 18960/5667/5537 18955/5662/5532 18957/5664/5534</w:t>
        <w:br/>
        <w:t>f 18955/5662/5532 18961/5668/5538 18959/5666/5536</w:t>
        <w:br/>
        <w:t>f 18955/5662/5532 18960/5667/5537 18961/5668/5538</w:t>
        <w:br/>
        <w:t>f 18962/5669/5539 18956/5663/5533 18959/5666/5536</w:t>
        <w:br/>
        <w:t>f 18959/5666/5536 18961/5668/5538 18962/5669/5539</w:t>
        <w:br/>
        <w:t>f 18963/5670/5540 18943/5650/5520 18956/5663/5533</w:t>
        <w:br/>
        <w:t>f 18943/5650/5520 18963/5670/5540 18940/5647/5517</w:t>
        <w:br/>
        <w:t>f 18956/5663/5533 18964/5671/5541 18963/5670/5540</w:t>
        <w:br/>
        <w:t>f 18962/5669/5539 18964/5671/5541 18956/5663/5533</w:t>
        <w:br/>
        <w:t>f 18965/5672/5542 18940/5647/5517 18963/5670/5540</w:t>
        <w:br/>
        <w:t>f 18964/5671/5541 18965/5672/5542 18963/5670/5540</w:t>
        <w:br/>
        <w:t>f 18937/5644/5514 18940/5647/5517 18965/5672/5542</w:t>
        <w:br/>
        <w:t>f 18966/5673/5543 18937/5644/5514 18965/5672/5542</w:t>
        <w:br/>
        <w:t>f 18965/5672/5542 18967/5674/5544 18966/5673/5543</w:t>
        <w:br/>
        <w:t>f 18968/5675/5545 18967/5674/5544 18965/5672/5542</w:t>
        <w:br/>
        <w:t>f 18965/5672/5542 18964/5671/5541 18968/5675/5545</w:t>
        <w:br/>
        <w:t>f 18967/5674/5544 18968/5675/5545 18969/5676/5546</w:t>
        <w:br/>
        <w:t>f 18970/5677/5547 18968/5675/5545 18964/5671/5541</w:t>
        <w:br/>
        <w:t>f 18962/5669/5539 18970/5677/5547 18964/5671/5541</w:t>
        <w:br/>
        <w:t>f 18971/5678/5548 18969/5676/5546 18968/5675/5545</w:t>
        <w:br/>
        <w:t>f 18968/5675/5545 18970/5677/5547 18971/5678/5548</w:t>
        <w:br/>
        <w:t>f 18972/5679/5549 18970/5677/5547 18962/5669/5539</w:t>
        <w:br/>
        <w:t>f 18972/5679/5549 18962/5669/5539 18961/5668/5538</w:t>
        <w:br/>
        <w:t>f 18973/5680/5550 18971/5678/5548 18970/5677/5547</w:t>
        <w:br/>
        <w:t>f 18972/5679/5549 18973/5680/5550 18970/5677/5547</w:t>
        <w:br/>
        <w:t>f 18969/5676/5546 18971/5678/5548 18974/5681/5551</w:t>
        <w:br/>
        <w:t>f 18974/5681/5551 18975/5682/5552 18969/5676/5546</w:t>
        <w:br/>
        <w:t>f 18971/5678/5548 18976/5683/5553 18974/5681/5551</w:t>
        <w:br/>
        <w:t>f 18971/5678/5548 18973/5680/5550 18976/5683/5553</w:t>
        <w:br/>
        <w:t>f 18977/5684/5554 18975/5682/5552 18974/5681/5551</w:t>
        <w:br/>
        <w:t>f 18976/5683/5553 18977/5684/5554 18974/5681/5551</w:t>
        <w:br/>
        <w:t>f 18975/5682/5552 18977/5684/5554 18978/5685/5555</w:t>
        <w:br/>
        <w:t>f 18979/5686/5556 18977/5684/5554 18976/5683/5553</w:t>
        <w:br/>
        <w:t>f 18973/5680/5550 18979/5686/5556 18976/5683/5553</w:t>
        <w:br/>
        <w:t>f 18980/5687/5557 18978/5685/5555 18977/5684/5554</w:t>
        <w:br/>
        <w:t>f 18977/5684/5554 18979/5686/5556 18980/5687/5557</w:t>
        <w:br/>
        <w:t>f 18981/5688/5558 18978/5685/5555 18980/5687/5557</w:t>
        <w:br/>
        <w:t>f 18983/5689/5559 18981/5688/5558 18982/5690/5560</w:t>
        <w:br/>
        <w:t>f 18981/5688/5558 18980/5687/5557 18982/5690/5560</w:t>
        <w:br/>
        <w:t>f 18982/5690/5560 18980/5687/5557 18984/5691/5561</w:t>
        <w:br/>
        <w:t>f 18980/5687/5557 18985/5692/5562 18984/5691/5561</w:t>
        <w:br/>
        <w:t>f 18985/5692/5562 18980/5687/5557 18979/5686/5556</w:t>
        <w:br/>
        <w:t>f 18985/5692/5562 18979/5686/5556 18986/5693/5563</w:t>
        <w:br/>
        <w:t>f 18987/5694/5564 18986/5693/5563 18979/5686/5556</w:t>
        <w:br/>
        <w:t>f 18987/5694/5564 18979/5686/5556 18973/5680/5550</w:t>
        <w:br/>
        <w:t>f 18987/5694/5564 18988/5695/5565 18986/5693/5563</w:t>
        <w:br/>
        <w:t>f 18987/5694/5564 18989/5696/5566 18988/5695/5565</w:t>
        <w:br/>
        <w:t>f 18990/5697/5567 18987/5694/5564 18973/5680/5550</w:t>
        <w:br/>
        <w:t>f 18990/5697/5567 18973/5680/5550 18972/5679/5549</w:t>
        <w:br/>
        <w:t>f 18989/5696/5566 18987/5694/5564 18991/5698/5568</w:t>
        <w:br/>
        <w:t>f 18991/5698/5568 18987/5694/5564 18990/5697/5567</w:t>
        <w:br/>
        <w:t>f 18989/5696/5566 18991/5698/5568 18992/5699/5569</w:t>
        <w:br/>
        <w:t>f 18993/5700/5570 18990/5697/5567 18972/5679/5549</w:t>
        <w:br/>
        <w:t>f 18993/5700/5570 18972/5679/5549 18961/5668/5538</w:t>
        <w:br/>
        <w:t>f 18993/5700/5570 18961/5668/5538 18960/5667/5537</w:t>
        <w:br/>
        <w:t>f 18994/5701/5571 18991/5698/5568 18990/5697/5567</w:t>
        <w:br/>
        <w:t>f 18993/5700/5570 18994/5701/5571 18990/5697/5567</w:t>
        <w:br/>
        <w:t>f 18995/5702/5572 18992/5699/5569 18991/5698/5568</w:t>
        <w:br/>
        <w:t>f 18994/5701/5571 18995/5702/5572 18991/5698/5568</w:t>
        <w:br/>
        <w:t>f 18995/5702/5572 18996/5703/5573 18992/5699/5569</w:t>
        <w:br/>
        <w:t>f 18960/5667/5537 18997/5704/5574 18993/5700/5570</w:t>
        <w:br/>
        <w:t>f 18997/5704/5574 18994/5701/5571 18993/5700/5570</w:t>
        <w:br/>
        <w:t>f 18957/5664/5534 18997/5704/5574 18960/5667/5537</w:t>
        <w:br/>
        <w:t>f 18998/5705/5575 18996/5703/5573 18995/5702/5572</w:t>
        <w:br/>
        <w:t>f 18998/5705/5575 18995/5702/5572 18994/5701/5571</w:t>
        <w:br/>
        <w:t>f 18999/5706/5576 18996/5703/5573 18998/5705/5575</w:t>
        <w:br/>
        <w:t>f 19000/5707/5577 18998/5705/5575 18994/5701/5571</w:t>
        <w:br/>
        <w:t>f 18997/5704/5574 19000/5707/5577 18994/5701/5571</w:t>
        <w:br/>
        <w:t>f 19001/5708/5578 18999/5706/5576 18998/5705/5575</w:t>
        <w:br/>
        <w:t>f 19000/5707/5577 19001/5708/5578 18998/5705/5575</w:t>
        <w:br/>
        <w:t>f 19002/5709/5579 18999/5706/5576 19001/5708/5578</w:t>
        <w:br/>
        <w:t>f 19003/5710/5580 19002/5709/5579 19001/5708/5578</w:t>
        <w:br/>
        <w:t>f 19001/5708/5578 19000/5707/5577 19003/5710/5580</w:t>
        <w:br/>
        <w:t>f 19004/5711/5581 19002/5709/5579 19003/5710/5580</w:t>
        <w:br/>
        <w:t>f 19005/5712/5582 19000/5707/5577 18997/5704/5574</w:t>
        <w:br/>
        <w:t>f 19003/5710/5580 19000/5707/5577 19005/5712/5582</w:t>
        <w:br/>
        <w:t>f 19006/5713/5583 18997/5704/5574 18957/5664/5534</w:t>
        <w:br/>
        <w:t>f 19005/5712/5582 18997/5704/5574 19006/5713/5583</w:t>
        <w:br/>
        <w:t>f 19006/5713/5583 18957/5664/5534 18958/5665/5535</w:t>
        <w:br/>
        <w:t>f 19007/5714/5584 19006/5713/5583 18958/5665/5535</w:t>
        <w:br/>
        <w:t>f 19007/5714/5584 19005/5712/5582 19006/5713/5583</w:t>
        <w:br/>
        <w:t>f 19008/5715/5585 19007/5714/5584 18958/5665/5535</w:t>
        <w:br/>
        <w:t>f 19005/5712/5582 19007/5714/5584 19009/5716/5586</w:t>
        <w:br/>
        <w:t>f 19008/5715/5585 19009/5716/5586 19007/5714/5584</w:t>
        <w:br/>
        <w:t>f 19009/5716/5586 19003/5710/5580 19005/5712/5582</w:t>
        <w:br/>
        <w:t>f 19009/5716/5586 19008/5715/5585 19010/5717/5587</w:t>
        <w:br/>
        <w:t>f 19003/5710/5580 19009/5716/5586 19011/5718/5588</w:t>
        <w:br/>
        <w:t>f 19010/5717/5587 19011/5718/5588 19009/5716/5586</w:t>
        <w:br/>
        <w:t>f 19004/5711/5581 19003/5710/5580 19011/5718/5588</w:t>
        <w:br/>
        <w:t>f 19011/5718/5588 19010/5717/5587 19012/5719/5589</w:t>
        <w:br/>
        <w:t>f 19013/5720/5590 19004/5711/5581 19011/5718/5588</w:t>
        <w:br/>
        <w:t>f 19012/5719/5589 19013/5720/5590 19011/5718/5588</w:t>
        <w:br/>
        <w:t>f 19013/5720/5590 19012/5719/5589 19014/5721/5591</w:t>
        <w:br/>
        <w:t>f 19017/5722/5592 19016/5723/5593 19015/5724/5594</w:t>
        <w:br/>
        <w:t>f 19016/5723/5593 19017/5722/5592 19018/5725/5595</w:t>
        <w:br/>
        <w:t>f 19021/5726/5596 19020/5727/5597 19019/5728/5598</w:t>
        <w:br/>
        <w:t>f 19021/5726/5596 19022/5729/5599 19020/5727/5597</w:t>
        <w:br/>
        <w:t>f 19018/5725/5595 19023/5730/5600 19016/5723/5593</w:t>
        <w:br/>
        <w:t>f 19024/5731/5601 19020/5727/5597 19022/5729/5599</w:t>
        <w:br/>
        <w:t>f 19023/5730/5600 19018/5725/5595 19025/5732/5602</w:t>
        <w:br/>
        <w:t>f 19020/5727/5597 19024/5731/5601 19026/5733/5603</w:t>
        <w:br/>
        <w:t>f 19025/5732/5602 19027/5734/5604 19023/5730/5600</w:t>
        <w:br/>
        <w:t>f 19024/5731/5601 19028/5735/5605 19026/5733/5603</w:t>
        <w:br/>
        <w:t>f 19027/5734/5604 19025/5732/5602 19029/5736/5606</w:t>
        <w:br/>
        <w:t>f 19030/5737/5607 19026/5733/5603 19028/5735/5605</w:t>
        <w:br/>
        <w:t>f 19031/5738/5608 19027/5734/5604 19029/5736/5606</w:t>
        <w:br/>
        <w:t>f 19032/5739/5609 19030/5737/5607 19028/5735/5605</w:t>
        <w:br/>
        <w:t>f 19031/5738/5608 19029/5736/5606 19033/5740/5610</w:t>
        <w:br/>
        <w:t>f 19030/5737/5607 19032/5739/5609 19034/5741/5611</w:t>
        <w:br/>
        <w:t>f 19031/5738/5608 19033/5740/5610 19035/5742/5612</w:t>
        <w:br/>
        <w:t>f 19032/5739/5609 19036/5743/5613 19034/5741/5611</w:t>
        <w:br/>
        <w:t>f 19037/5744/5614 19035/5742/5612 19033/5740/5610</w:t>
        <w:br/>
        <w:t>f 19038/5745/5615 19034/5741/5611 19036/5743/5613</w:t>
        <w:br/>
        <w:t>f 19035/5742/5612 19037/5744/5614 19039/5746/5616</w:t>
        <w:br/>
        <w:t>f 19040/5747/5617 19038/5745/5615 19036/5743/5613</w:t>
        <w:br/>
        <w:t>f 19037/5744/5614 19041/5748/5618 19039/5746/5616</w:t>
        <w:br/>
        <w:t>f 19038/5745/5615 19040/5747/5617 19042/5749/5619</w:t>
        <w:br/>
        <w:t>f 19041/5748/5618 19043/5750/5620 19039/5746/5616</w:t>
        <w:br/>
        <w:t>f 19044/5751/5621 19042/5749/5619 19040/5747/5617</w:t>
        <w:br/>
        <w:t>f 19045/5752/5622 19043/5750/5620 19041/5748/5618</w:t>
        <w:br/>
        <w:t>f 19046/5753/5623 19042/5749/5619 19044/5751/5621</w:t>
        <w:br/>
        <w:t>f 19043/5750/5620 19045/5752/5622 19047/5754/5624</w:t>
        <w:br/>
        <w:t>f 19044/5751/5621 19048/5755/5625 19046/5753/5623</w:t>
        <w:br/>
        <w:t>f 19045/5752/5622 19049/5756/5626 19047/5754/5624</w:t>
        <w:br/>
        <w:t>f 19050/5757/5627 19046/5753/5623 19048/5755/5625</w:t>
        <w:br/>
        <w:t>f 19049/5756/5626 19045/5752/5622 19051/5758/5628</w:t>
        <w:br/>
        <w:t>f 19048/5755/5625 19052/5759/5629 19050/5757/5627</w:t>
        <w:br/>
        <w:t>f 19053/5760/5630 19049/5756/5626 19051/5758/5628</w:t>
        <w:br/>
        <w:t>f 19054/5761/5631 19050/5757/5627 19052/5759/5629</w:t>
        <w:br/>
        <w:t>f 19053/5760/5630 19055/5762/5632 19049/5756/5626</w:t>
        <w:br/>
        <w:t>f 19053/5760/5630 19056/5763/5633 19055/5762/5632</w:t>
        <w:br/>
        <w:t>f 19057/5764/5634 19054/5761/5631 19052/5759/5629</w:t>
        <w:br/>
        <w:t>f 19056/5763/5633 19053/5760/5630 19058/5765/5635</w:t>
        <w:br/>
        <w:t>f 19052/5759/5629 19059/5766/5636 19057/5764/5634</w:t>
        <w:br/>
        <w:t>f 19056/5763/5633 19058/5765/5635 19060/5767/5637</w:t>
        <w:br/>
        <w:t>f 19059/5766/5636 19061/5768/5638 19057/5764/5634</w:t>
        <w:br/>
        <w:t>f 19058/5765/5635 19062/5769/5639 19060/5767/5637</w:t>
        <w:br/>
        <w:t>f 19061/5768/5638 19059/5766/5636 19063/5770/5640</w:t>
        <w:br/>
        <w:t>f 19064/5771/5641 19060/5767/5637 19062/5769/5639</w:t>
        <w:br/>
        <w:t>f 19065/5772/5642 19061/5768/5638 19063/5770/5640</w:t>
        <w:br/>
        <w:t>f 19060/5767/5637 19064/5771/5641 19066/5773/5643</w:t>
        <w:br/>
        <w:t>f 19065/5772/5642 19063/5770/5640 19067/5774/5644</w:t>
        <w:br/>
        <w:t>f 19068/5775/5645 19066/5773/5643 19064/5771/5641</w:t>
        <w:br/>
        <w:t>f 19067/5774/5644 19068/5775/5646 19065/5772/5642</w:t>
        <w:br/>
        <w:t>f 19066/5773/5643 19068/5775/5645 19069/5776/5647</w:t>
        <w:br/>
        <w:t>f 19068/5775/5646 19067/5774/5644 19070/5777/5648</w:t>
        <w:br/>
        <w:t>f 19068/5775/5645 19071/5778/5649 19069/5776/5647</w:t>
        <w:br/>
        <w:t>f 19072/5779/5650 19068/5775/5646 19070/5777/5648</w:t>
        <w:br/>
        <w:t>f 19068/5775/5645 19073/5780/5651 19071/5778/5649</w:t>
        <w:br/>
        <w:t>f 19070/5777/5648 19074/5781/5652 19072/5779/5650</w:t>
        <w:br/>
        <w:t>f 19073/5780/5651 19075/5782/5653 19071/5778/5649</w:t>
        <w:br/>
        <w:t>f 19076/5783/5654 19072/5779/5650 19074/5781/5652</w:t>
        <w:br/>
        <w:t>f 19075/5782/5653 19073/5780/5651 19077/5784/5655</w:t>
        <w:br/>
        <w:t>f 19074/5781/5652 19078/5785/5656 19076/5783/5654</w:t>
        <w:br/>
        <w:t>f 19079/5786/5657 19076/5783/5654 19078/5785/5656</w:t>
        <w:br/>
        <w:t>f 19075/5782/5653 19077/5784/5655 19080/5787/5658</w:t>
        <w:br/>
        <w:t>f 19076/5783/5654 19079/5786/5657 19081/5788/5659</w:t>
        <w:br/>
        <w:t>f 19075/5782/5653 19080/5787/5658 19082/5789/5660</w:t>
        <w:br/>
        <w:t>f 19083/5790/5661 19081/5788/5659 19079/5786/5657</w:t>
        <w:br/>
        <w:t>f 19080/5787/5658 19084/5791/5662 19082/5789/5660</w:t>
        <w:br/>
        <w:t>f 19081/5788/5659 19083/5790/5661 19085/5792/5663</w:t>
        <w:br/>
        <w:t>f 19084/5791/5662 19080/5787/5658 19086/5793/5664</w:t>
        <w:br/>
        <w:t>f 19083/5790/5661 19087/5794/5665 19085/5792/5663</w:t>
        <w:br/>
        <w:t>f 19084/5791/5662 19086/5793/5664 19088/5795/5666</w:t>
        <w:br/>
        <w:t>f 19087/5794/5665 19083/5790/5661 19089/5796/5667</w:t>
        <w:br/>
        <w:t>f 19088/5795/5666 19090/5797/5668 19084/5791/5662</w:t>
        <w:br/>
        <w:t>f 19091/5798/5669 19087/5794/5665 19089/5796/5667</w:t>
        <w:br/>
        <w:t>f 19090/5797/5668 19088/5795/5666 19092/5799/5670</w:t>
        <w:br/>
        <w:t>f 19089/5796/5667 19093/5800/5671 19091/5798/5669</w:t>
        <w:br/>
        <w:t>f 19090/5797/5668 19092/5799/5670 19094/5801/5672</w:t>
        <w:br/>
        <w:t>f 19095/5802/5673 19091/5798/5669 19093/5800/5671</w:t>
        <w:br/>
        <w:t>f 19094/5801/5672 19092/5799/5670 19096/5803/5592</w:t>
        <w:br/>
        <w:t>f 19093/5800/5671 19097/5804/5674 19095/5802/5673</w:t>
        <w:br/>
        <w:t>f 19094/5801/5672 19096/5803/5592 19098/5805/5594</w:t>
        <w:br/>
        <w:t>f 19101/5806/5675 19100/5807/5676 19099/5808/5677</w:t>
        <w:br/>
        <w:t>f 19102/5809/5678 19100/5807/5676 19101/5806/5675</w:t>
        <w:br/>
        <w:t>f 19104/5810/5679 19103/5811/5680 19102/5809/5678</w:t>
        <w:br/>
        <w:t>f 19100/5807/5676 19102/5809/5678 19103/5811/5680</w:t>
        <w:br/>
        <w:t>f 19105/5812/5681 19100/5807/5676 19103/5811/5680</w:t>
        <w:br/>
        <w:t>f 19106/5813/5682 19105/5812/5681 19103/5811/5680</w:t>
        <w:br/>
        <w:t>f 19105/5812/5681 19107/5814/5683 19100/5807/5676</w:t>
        <w:br/>
        <w:t>f 19105/5812/5681 19108/5815/5684 19107/5814/5683</w:t>
        <w:br/>
        <w:t>f 19110/5816/5685 19108/5815/5684 19109/5817/5686</w:t>
        <w:br/>
        <w:t>f 19110/5816/5685 19107/5814/5683 19108/5815/5684</w:t>
        <w:br/>
        <w:t>f 19112/5818/5687 19111/5819/5688 19110/5816/5685</w:t>
        <w:br/>
        <w:t>f 19107/5814/5683 19110/5816/5685 19111/5819/5688</w:t>
        <w:br/>
        <w:t>f 19107/5814/5683 19111/5819/5688 19113/5820/5689</w:t>
        <w:br/>
        <w:t>f 19113/5820/5689 19114/5821/5690 19107/5814/5683</w:t>
        <w:br/>
        <w:t>f 19117/5822/5691 19116/5823/5692 19115/5824/5693</w:t>
        <w:br/>
        <w:t>f 19116/5823/5692 19118/5825/5694 19115/5824/5693</w:t>
        <w:br/>
        <w:t>f 19116/5823/5692 19119/5826/5695 19118/5825/5694</w:t>
        <w:br/>
        <w:t>f 19118/5825/5694 19119/5826/5695 19120/5827/5696</w:t>
        <w:br/>
        <w:t>f 19119/5826/5695 19121/5828/5697 19120/5827/5696</w:t>
        <w:br/>
        <w:t>f 19121/5828/5697 19122/5829/5698 19120/5827/5696</w:t>
        <w:br/>
        <w:t>f 19123/5830/5699 19122/5829/5698 19121/5828/5697</w:t>
        <w:br/>
        <w:t>f 19116/5823/5692 19124/5831/5700 19119/5826/5695</w:t>
        <w:br/>
        <w:t>f 19124/5831/5700 19121/5828/5697 19119/5826/5695</w:t>
        <w:br/>
        <w:t>f 19121/5828/5697 19125/5832/5701 19123/5830/5699</w:t>
        <w:br/>
        <w:t>f 19125/5832/5701 19126/5833/5702 19123/5830/5699</w:t>
        <w:br/>
        <w:t>f 19121/5828/5697 19124/5831/5700 19127/5834/5703</w:t>
        <w:br/>
        <w:t>f 19125/5832/5701 19121/5828/5697 19127/5834/5703</w:t>
        <w:br/>
        <w:t>f 19124/5831/5700 19116/5823/5692 19128/5835/5704</w:t>
        <w:br/>
        <w:t>f 19129/5836/5705 19128/5835/5704 19116/5823/5692</w:t>
        <w:br/>
        <w:t>f 19124/5831/5700 19130/5837/5706 19127/5834/5703</w:t>
        <w:br/>
        <w:t>f 19127/5834/5703 19131/5838/5707 19125/5832/5701</w:t>
        <w:br/>
        <w:t>f 19131/5838/5707 19127/5834/5703 19130/5837/5706</w:t>
        <w:br/>
        <w:t>f 19125/5832/5701 19132/5839/5708 19126/5833/5702</w:t>
        <w:br/>
        <w:t>f 19132/5839/5708 19125/5832/5701 19131/5838/5707</w:t>
        <w:br/>
        <w:t>f 19133/5840/5709 19126/5833/5702 19132/5839/5708</w:t>
        <w:br/>
        <w:t>f 19133/5840/5709 19134/5841/5710 19126/5833/5702</w:t>
        <w:br/>
        <w:t>f 19135/5842/5711 19132/5839/5708 19131/5838/5707</w:t>
        <w:br/>
        <w:t>f 19138/5843/5712 19137/5844/5713 19136/5845/5714</w:t>
        <w:br/>
        <w:t>f 19135/5842/5711 19139/5846/5715 19132/5839/5708</w:t>
        <w:br/>
        <w:t>f 19139/5846/5715 19133/5840/5709 19132/5839/5708</w:t>
        <w:br/>
        <w:t>f 19137/5844/5713 19138/5843/5712 19140/5847/5716</w:t>
        <w:br/>
        <w:t>f 19141/5848/5717 19137/5844/5713 19140/5847/5716</w:t>
        <w:br/>
        <w:t>f 19134/5841/5710 19133/5840/5709 19142/5849/5718</w:t>
        <w:br/>
        <w:t>f 19134/5841/5710 19142/5849/5718 19143/5850/5719</w:t>
        <w:br/>
        <w:t>f 19139/5846/5715 19144/5851/5720 19133/5840/5709</w:t>
        <w:br/>
        <w:t>f 19144/5851/5720 19142/5849/5718 19133/5840/5709</w:t>
        <w:br/>
        <w:t>f 19147/5852/5721 19146/5853/5722 19145/5854/5723</w:t>
        <w:br/>
        <w:t>f 19145/5854/5723 19148/5855/5724 19147/5852/5721</w:t>
        <w:br/>
        <w:t>f 19148/5855/5724 19145/5854/5723 19149/5856/5725</w:t>
        <w:br/>
        <w:t>f 19146/5853/5722 19147/5852/5721 19150/5857/5726</w:t>
        <w:br/>
        <w:t>f 19151/5858/5727 19148/5855/5724 19149/5856/5725</w:t>
        <w:br/>
        <w:t>f 19152/5859/5728 19146/5853/5722 19150/5857/5726</w:t>
        <w:br/>
        <w:t>f 19153/5860/5729 19142/5849/5718 19144/5851/5720</w:t>
        <w:br/>
        <w:t>f 19152/5859/5728 19150/5857/5726 19154/5861/5730</w:t>
        <w:br/>
        <w:t>f 19149/5856/5725 19155/5862/5731 19151/5858/5727</w:t>
        <w:br/>
        <w:t>f 19156/5863/5732 19135/5842/5711 19131/5838/5707</w:t>
        <w:br/>
        <w:t>f 19155/5862/5731 19157/5864/5733 19151/5858/5727</w:t>
        <w:br/>
        <w:t>f 19156/5863/5732 19131/5838/5707 19130/5837/5706</w:t>
        <w:br/>
        <w:t>f 19157/5864/5733 19155/5862/5731 19158/5865/5734</w:t>
        <w:br/>
        <w:t>f 19159/5866/5735 19156/5863/5732 19130/5837/5706</w:t>
        <w:br/>
        <w:t>f 19160/5867/5736 19157/5864/5733 19158/5865/5734</w:t>
        <w:br/>
        <w:t>f 19157/5864/5733 19160/5867/5736 19161/5868/5737</w:t>
        <w:br/>
        <w:t>f 19162/5869/5738 19159/5866/5735 19130/5837/5706</w:t>
        <w:br/>
        <w:t>f 19159/5866/5735 19162/5869/5738 19163/5870/5739</w:t>
        <w:br/>
        <w:t>f 19130/5837/5706 19124/5831/5700 19162/5869/5738</w:t>
        <w:br/>
        <w:t>f 19162/5869/5738 19124/5831/5700 19128/5835/5704</w:t>
        <w:br/>
        <w:t>f 19164/5871/5740 19161/5868/5737 19160/5867/5736</w:t>
        <w:br/>
        <w:t>f 19161/5868/5737 19164/5871/5740 19165/5872/5741</w:t>
        <w:br/>
        <w:t>f 19166/5873/5742 19163/5870/5739 19162/5869/5738</w:t>
        <w:br/>
        <w:t>f 19166/5873/5742 19162/5869/5738 19128/5835/5704</w:t>
        <w:br/>
        <w:t>f 19163/5870/5739 19166/5873/5742 19167/5874/5743</w:t>
        <w:br/>
        <w:t>f 19168/5875/5744 19166/5873/5742 19128/5835/5704</w:t>
        <w:br/>
        <w:t>f 19128/5835/5704 19129/5836/5705 19168/5875/5744</w:t>
        <w:br/>
        <w:t>f 19169/5876/5745 19167/5874/5743 19166/5873/5742</w:t>
        <w:br/>
        <w:t>f 19166/5873/5742 19168/5875/5744 19169/5876/5745</w:t>
        <w:br/>
        <w:t>f 19170/5877/5746 19165/5872/5741 19164/5871/5740</w:t>
        <w:br/>
        <w:t>f 19167/5874/5743 19169/5876/5745 19171/5878/5747</w:t>
        <w:br/>
        <w:t>f 19165/5872/5741 19170/5877/5746 19172/5879/5748</w:t>
        <w:br/>
        <w:t>f 19170/5877/5746 19173/5880/5749 19172/5879/5748</w:t>
        <w:br/>
        <w:t>f 19173/5880/5749 19170/5877/5746 19174/5881/5750</w:t>
        <w:br/>
        <w:t>f 19169/5876/5745 19175/5882/5751 19171/5878/5747</w:t>
        <w:br/>
        <w:t>f 19174/5881/5750 19176/5883/5752 19173/5880/5749</w:t>
        <w:br/>
        <w:t>f 19175/5882/5751 19169/5876/5745 19177/5884/5753</w:t>
        <w:br/>
        <w:t>f 19168/5875/5744 19177/5884/5753 19169/5876/5745</w:t>
        <w:br/>
        <w:t>f 19176/5883/5752 19174/5881/5750 19178/5885/5754</w:t>
        <w:br/>
        <w:t>f 19177/5884/5753 19179/5886/5755 19175/5882/5751</w:t>
        <w:br/>
        <w:t>f 19178/5885/5754 19180/5887/5756 19176/5883/5752</w:t>
        <w:br/>
        <w:t>f 19177/5884/5753 19168/5875/5744 19181/5888/5757</w:t>
        <w:br/>
        <w:t>f 19129/5836/5705 19181/5888/5757 19168/5875/5744</w:t>
        <w:br/>
        <w:t>f 19179/5886/5755 19177/5884/5753 19182/5889/5758</w:t>
        <w:br/>
        <w:t>f 19177/5884/5753 19181/5888/5757 19182/5889/5758</w:t>
        <w:br/>
        <w:t>f 19181/5888/5757 19129/5836/5705 19183/5890/5759</w:t>
        <w:br/>
        <w:t>f 19180/5887/5756 19178/5885/5754 19184/5891/5760</w:t>
        <w:br/>
        <w:t>f 19185/5892/5761 19179/5886/5755 19182/5889/5758</w:t>
        <w:br/>
        <w:t>f 19183/5890/5759 19187/5893/5762 19186/5894/5763</w:t>
        <w:br/>
        <w:t>f 19186/5894/5763 19188/5895/5764 19183/5890/5759</w:t>
        <w:br/>
        <w:t>f 19184/5891/5760 19189/5896/5765 19180/5887/5756</w:t>
        <w:br/>
        <w:t>f 19180/5887/5756 19189/5896/5765 19190/5897/5766</w:t>
        <w:br/>
        <w:t>f 19191/5898/5767 19183/5890/5759 19188/5895/5764</w:t>
        <w:br/>
        <w:t>f 19188/5895/5764 19192/5899/5768 19191/5898/5767</w:t>
        <w:br/>
        <w:t>f 19193/5900/5769 19181/5888/5757 19183/5890/5759</w:t>
        <w:br/>
        <w:t>f 19183/5890/5759 19191/5898/5767 19193/5900/5769</w:t>
        <w:br/>
        <w:t>f 19182/5889/5758 19181/5888/5757 19193/5900/5769</w:t>
        <w:br/>
        <w:t>f 19191/5898/5767 19192/5899/5768 19194/5901/5770</w:t>
        <w:br/>
        <w:t>f 19194/5901/5770 19193/5900/5769 19191/5898/5767</w:t>
        <w:br/>
        <w:t>f 19194/5901/5770 19192/5899/5768 19195/5902/5771</w:t>
        <w:br/>
        <w:t>f 19196/5903/5772 19194/5901/5770 19195/5902/5771</w:t>
        <w:br/>
        <w:t>f 19193/5900/5769 19197/5904/5773 19182/5889/5758</w:t>
        <w:br/>
        <w:t>f 19185/5892/5761 19182/5889/5758 19197/5904/5773</w:t>
        <w:br/>
        <w:t>f 19185/5892/5761 19197/5904/5773 19198/5905/5774</w:t>
        <w:br/>
        <w:t>f 19193/5900/5769 19194/5901/5770 19199/5906/5775</w:t>
        <w:br/>
        <w:t>f 19197/5904/5773 19193/5900/5769 19199/5906/5775</w:t>
        <w:br/>
        <w:t>f 19194/5901/5770 19196/5903/5772 19200/5907/5776</w:t>
        <w:br/>
        <w:t>f 19200/5907/5776 19199/5906/5775 19194/5901/5770</w:t>
        <w:br/>
        <w:t>f 19200/5907/5776 19196/5903/5772 19201/5908/5777</w:t>
        <w:br/>
        <w:t>f 19199/5906/5775 19202/5909/5778 19197/5904/5773</w:t>
        <w:br/>
        <w:t>f 19202/5909/5778 19199/5906/5775 19200/5907/5776</w:t>
        <w:br/>
        <w:t>f 19198/5905/5774 19197/5904/5773 19202/5909/5778</w:t>
        <w:br/>
        <w:t>f 19203/5910/5779 19200/5907/5776 19201/5908/5777</w:t>
        <w:br/>
        <w:t>f 19200/5907/5776 19203/5910/5779 19202/5909/5778</w:t>
        <w:br/>
        <w:t>f 19198/5905/5774 19202/5909/5778 19204/5911/5780</w:t>
        <w:br/>
        <w:t>f 19204/5911/5780 19202/5909/5778 19203/5910/5779</w:t>
        <w:br/>
        <w:t>f 19189/5896/5765 19205/5912/5781 19190/5897/5766</w:t>
        <w:br/>
        <w:t>f 19190/5897/5766 19205/5912/5781 19206/5913/5782</w:t>
        <w:br/>
        <w:t>f 19205/5912/5781 19207/5914/5783 19206/5913/5782</w:t>
        <w:br/>
        <w:t>f 19204/5911/5780 19203/5910/5779 19208/5915/5784</w:t>
        <w:br/>
        <w:t>f 19209/5916/5785 19206/5913/5782 19207/5914/5783</w:t>
        <w:br/>
        <w:t>f 19210/5917/5786 19203/5910/5779 19201/5908/5777</w:t>
        <w:br/>
        <w:t>f 19208/5915/5784 19203/5910/5779 19210/5917/5786</w:t>
        <w:br/>
        <w:t>f 19201/5908/5777 19211/5918/5787 19210/5917/5786</w:t>
        <w:br/>
        <w:t>f 19207/5914/5783 19212/5919/5788 19209/5916/5785</w:t>
        <w:br/>
        <w:t>f 19208/5915/5784 19210/5917/5786 19213/5920/5789</w:t>
        <w:br/>
        <w:t>f 19214/5921/5790 19209/5916/5785 19212/5919/5788</w:t>
        <w:br/>
        <w:t>f 19213/5920/5789 19210/5917/5786 19215/5922/5791</w:t>
        <w:br/>
        <w:t>f 19211/5918/5787 19215/5922/5791 19210/5917/5786</w:t>
        <w:br/>
        <w:t>f 19212/5919/5788 19216/5923/5792 19214/5921/5790</w:t>
        <w:br/>
        <w:t>f 19215/5922/5791 19217/5924/5793 19213/5920/5789</w:t>
        <w:br/>
        <w:t>f 19218/5925/5794 19214/5921/5790 19216/5923/5792</w:t>
        <w:br/>
        <w:t>f 19221/5926/5795 19220/5927/5796 19219/5928/5797</w:t>
        <w:br/>
        <w:t>f 19217/5924/5793 19215/5922/5791 19222/5929/5798</w:t>
        <w:br/>
        <w:t>f 19220/5927/5796 19221/5926/5795 19223/5930/5799</w:t>
        <w:br/>
        <w:t>f 19211/5918/5787 19224/5931/5800 19215/5922/5791</w:t>
        <w:br/>
        <w:t>f 19215/5922/5791 19224/5931/5800 19222/5929/5798</w:t>
        <w:br/>
        <w:t>f 19227/5932/5801 19226/5933/5802 19225/5934/5803</w:t>
        <w:br/>
        <w:t>f 19228/5935/5804 19225/5934/5803 19226/5933/5802</w:t>
        <w:br/>
        <w:t>f 19226/5933/5802 19229/5936/5805 19228/5935/5804</w:t>
        <w:br/>
        <w:t>f 19230/5937/5806 19220/5927/5796 19223/5930/5799</w:t>
        <w:br/>
        <w:t>f 19220/5927/5796 19230/5937/5806 19231/5938/5807</w:t>
        <w:br/>
        <w:t>f 19232/5939/5808 19222/5929/5798 19224/5931/5800</w:t>
        <w:br/>
        <w:t>f 19233/5940/5809 19228/5935/5804 19229/5936/5805</w:t>
        <w:br/>
        <w:t>f 19236/5941/5810 19235/5942/5811 19234/5943/5812</w:t>
        <w:br/>
        <w:t>f 19234/5943/5812 19237/5944/5813 19236/5941/5810</w:t>
        <w:br/>
        <w:t>f 19238/5945/5814 19236/5941/5810 19237/5944/5813</w:t>
        <w:br/>
        <w:t>f 19237/5944/5813 19239/5946/5815 19238/5945/5814</w:t>
        <w:br/>
        <w:t>f 19237/5944/5813 19241/5947/5816 19240/5948/5817</w:t>
        <w:br/>
        <w:t>f 19234/5943/5812 19242/5949/5818 19237/5944/5813</w:t>
        <w:br/>
        <w:t>f 19241/5947/5816 19237/5944/5813 19242/5949/5818</w:t>
        <w:br/>
        <w:t>f 19242/5949/5818 19234/5943/5812 19243/5950/5819</w:t>
        <w:br/>
        <w:t>f 19246/5951/5820 19245/5952/5821 19244/5953/5821</w:t>
        <w:br/>
        <w:t>f 19242/5949/5818 19247/5954/5822 19241/5947/5816</w:t>
        <w:br/>
        <w:t>f 19246/5951/5820 19247/5954/5822 19242/5949/5818</w:t>
        <w:br/>
        <w:t>f 19247/5954/5822 19248/5955/5823 19241/5947/5816</w:t>
        <w:br/>
        <w:t>f 19251/5956/5824 19250/5957/5825 19249/5958/5826</w:t>
        <w:br/>
        <w:t>f 19253/5959/5827 19252/5960/5828 19251/5956/5824</w:t>
        <w:br/>
        <w:t>f 19250/5957/5825 19251/5956/5824 19252/5960/5828</w:t>
        <w:br/>
        <w:t>f 19252/5960/5828 19253/5959/5827 19254/5961/5829</w:t>
        <w:br/>
        <w:t>f 19256/5962/5830 19252/5960/5828 19255/5963/5831</w:t>
        <w:br/>
        <w:t>f 19257/5964/5832 19250/5957/5825 19252/5960/5828</w:t>
        <w:br/>
        <w:t>f 19256/5962/5830 19257/5964/5832 19252/5960/5828</w:t>
        <w:br/>
        <w:t>f 19257/5964/5832 19258/5965/5833 19250/5957/5825</w:t>
        <w:br/>
        <w:t>f 19261/5966/5834 19260/5967/5835 19259/5968/5834</w:t>
        <w:br/>
        <w:t>f 19260/5967/5836 19257/5964/5832 19262/5969/5837</w:t>
        <w:br/>
        <w:t>f 19256/5962/5830 19262/5969/5837 19257/5964/5832</w:t>
        <w:br/>
        <w:t>f 19262/5969/5837 19256/5962/5830 19263/5970/5838</w:t>
        <w:br/>
        <w:t>f 19266/5971/5839 19265/5972/5840 19264/5973/5841</w:t>
        <w:br/>
        <w:t>f 19264/5973/5841 19267/5974/5842 19266/5971/5839</w:t>
        <w:br/>
        <w:t>f 19267/5974/5842 19268/5975/5843 19266/5971/5839</w:t>
        <w:br/>
        <w:t>f 19268/5975/5843 19267/5974/5842 19269/5976/5844</w:t>
        <w:br/>
        <w:t>f 19267/5974/5842 19271/5977/5845 19270/5978/5846</w:t>
        <w:br/>
        <w:t>f 19264/5973/5841 19272/5979/5847 19267/5974/5842</w:t>
        <w:br/>
        <w:t>f 19271/5977/5845 19267/5974/5842 19272/5979/5847</w:t>
        <w:br/>
        <w:t>f 19272/5979/5847 19264/5973/5841 19273/5980/5848</w:t>
        <w:br/>
        <w:t>f 19272/5979/5847 19273/5980/5848 19274/5981/5849</w:t>
        <w:br/>
        <w:t>f 19271/5977/5845 19272/5979/5847 19275/5982/5850</w:t>
        <w:br/>
        <w:t>f 19274/5981/5849 19275/5982/5850 19272/5979/5847</w:t>
        <w:br/>
        <w:t>f 19275/5982/5850 19276/5983/5851 19271/5977/5845</w:t>
        <w:br/>
        <w:t>f 19279/5984/5852 19278/5985/5853 19277/5986/5854</w:t>
        <w:br/>
        <w:t>f 19281/5987/5855 19280/5988/5856 19279/5984/5852</w:t>
        <w:br/>
        <w:t>f 19278/5985/5853 19279/5984/5852 19280/5988/5856</w:t>
        <w:br/>
        <w:t>f 19280/5988/5856 19281/5987/5855 19282/5989/5857</w:t>
        <w:br/>
        <w:t>f 19284/5990/5858 19280/5988/5856 19283/5991/5859</w:t>
        <w:br/>
        <w:t>f 19285/5992/5860 19278/5985/5853 19280/5988/5856</w:t>
        <w:br/>
        <w:t>f 19284/5990/5858 19285/5992/5860 19280/5988/5856</w:t>
        <w:br/>
        <w:t>f 19285/5992/5860 19286/5993/5861 19278/5985/5853</w:t>
        <w:br/>
        <w:t>f 19289/5994/5862 19288/5995/5863 19287/5996/5862</w:t>
        <w:br/>
        <w:t>f 19288/5995/5864 19285/5992/5860 19290/5997/5865</w:t>
        <w:br/>
        <w:t>f 19284/5990/5858 19290/5997/5865 19285/5992/5860</w:t>
        <w:br/>
        <w:t>f 19290/5997/5865 19284/5990/5858 19291/5998/5866</w:t>
        <w:br/>
        <w:t>f 19294/5999/5867 19293/6000/5868 19292/6001/5869</w:t>
        <w:br/>
        <w:t>f 19292/6001/5869 19293/6000/5868 19295/6002/5870</w:t>
        <w:br/>
        <w:t>f 19293/6000/5868 19296/6003/5871 19295/6002/5870</w:t>
        <w:br/>
        <w:t>f 19295/6002/5870 19296/6003/5871 19297/6004/5872</w:t>
        <w:br/>
        <w:t>f 19299/6005/5873 19295/6002/5870 19298/6006/5874</w:t>
        <w:br/>
        <w:t>f 19300/6007/5875 19292/6001/5869 19295/6002/5870</w:t>
        <w:br/>
        <w:t>f 19295/6002/5870 19299/6005/5873 19300/6007/5875</w:t>
        <w:br/>
        <w:t>f 19292/6001/5869 19300/6007/5875 19301/6008/5876</w:t>
        <w:br/>
        <w:t>f 19304/6009/5877 19303/6010/5877 19302/6011/5878</w:t>
        <w:br/>
        <w:t>f 19300/6007/5875 19299/6005/5873 19305/6012/5879</w:t>
        <w:br/>
        <w:t>f 19302/6011/5878 19300/6007/5875 19305/6012/5879</w:t>
        <w:br/>
        <w:t>f 19305/6012/5879 19299/6005/5873 19306/6013/5880</w:t>
        <w:br/>
        <w:t>f 19309/6014/5881 19308/6015/5882 19307/6016/5883</w:t>
        <w:br/>
        <w:t>f 19311/6017/5884 19310/6018/5885 19308/6015/5882</w:t>
        <w:br/>
        <w:t>f 19308/6015/5882 19309/6014/5881 19311/6017/5884</w:t>
        <w:br/>
        <w:t>f 19310/6018/5885 19311/6017/5884 19312/6019/5886</w:t>
        <w:br/>
        <w:t>f 19314/6020/5887 19311/6017/5884 19313/6021/5888</w:t>
        <w:br/>
        <w:t>f 19311/6017/5884 19309/6014/5881 19315/6022/5889</w:t>
        <w:br/>
        <w:t>f 19313/6021/5888 19311/6017/5884 19315/6022/5889</w:t>
        <w:br/>
        <w:t>f 19315/6022/5889 19309/6014/5881 19316/6023/5890</w:t>
        <w:br/>
        <w:t>f 19319/6024/5891 19318/6025/5892 19317/6026/5892</w:t>
        <w:br/>
        <w:t>f 19315/6022/5889 19319/6024/5891 19320/6027/5893</w:t>
        <w:br/>
        <w:t>f 19320/6027/5893 19313/6021/5888 19315/6022/5889</w:t>
        <w:br/>
        <w:t>f 19313/6021/5888 19320/6027/5893 19321/6028/5894</w:t>
        <w:br/>
        <w:t>f 19324/6029/5895 19323/6030/5896 19322/6031/5897</w:t>
        <w:br/>
        <w:t>f 19323/6030/5896 19324/6029/5895 19325/6032/5898</w:t>
        <w:br/>
        <w:t>f 19325/6032/5898 19324/6029/5895 19326/6033/5899</w:t>
        <w:br/>
        <w:t>f 19327/6034/5900 19325/6032/5898 19326/6033/5899</w:t>
        <w:br/>
        <w:t>f 19329/6035/5901 19325/6032/5898 19328/6036/5902</w:t>
        <w:br/>
        <w:t>f 19330/6037/5903 19323/6030/5896 19325/6032/5898</w:t>
        <w:br/>
        <w:t>f 19325/6032/5898 19329/6035/5901 19330/6037/5903</w:t>
        <w:br/>
        <w:t>f 19323/6030/5896 19330/6037/5903 19331/6038/5904</w:t>
        <w:br/>
        <w:t>f 19330/6037/5903 19332/6039/5905 19331/6038/5904</w:t>
        <w:br/>
        <w:t>f 19329/6035/5901 19333/6040/5906 19330/6037/5903</w:t>
        <w:br/>
        <w:t>f 19332/6039/5905 19330/6037/5903 19333/6040/5906</w:t>
        <w:br/>
        <w:t>f 19333/6040/5906 19329/6035/5901 19334/6041/5907</w:t>
        <w:br/>
        <w:t>f 19337/6042/5908 19336/6043/5909 19335/6044/5910</w:t>
        <w:br/>
        <w:t>f 19339/6045/5911 19338/6046/5912 19336/6043/5909</w:t>
        <w:br/>
        <w:t>f 19336/6043/5909 19337/6042/5908 19339/6045/5911</w:t>
        <w:br/>
        <w:t>f 19338/6046/5912 19339/6045/5911 19340/6047/5913</w:t>
        <w:br/>
        <w:t>f 19342/6048/5914 19339/6045/5911 19341/6049/5915</w:t>
        <w:br/>
        <w:t>f 19339/6045/5911 19337/6042/5908 19343/6050/5916</w:t>
        <w:br/>
        <w:t>f 19343/6050/5916 19341/6049/5915 19339/6045/5911</w:t>
        <w:br/>
        <w:t>f 19344/6051/5917 19343/6050/5916 19337/6042/5908</w:t>
        <w:br/>
        <w:t>f 19347/6052/5918 19346/6053/5919 19345/6054/5919</w:t>
        <w:br/>
        <w:t>f 19343/6050/5916 19347/6052/5920 19348/6055/5921</w:t>
        <w:br/>
        <w:t>f 19348/6055/5921 19341/6049/5915 19343/6050/5916</w:t>
        <w:br/>
        <w:t>f 19341/6049/5915 19348/6055/5921 19349/6056/5922</w:t>
        <w:br/>
        <w:t>f 19352/6057/5923 19351/6058/5924 19350/6059/5925</w:t>
        <w:br/>
        <w:t>f 19352/6057/5923 19350/6059/5925 19353/6060/5926</w:t>
        <w:br/>
        <w:t>f 19354/6061/5927 19353/6060/5926 19350/6059/5925</w:t>
        <w:br/>
        <w:t>f 19353/6060/5926 19355/6062/5928 19352/6057/5923</w:t>
        <w:br/>
        <w:t>f 19356/6063/5929 19352/6057/5923 19355/6062/5928</w:t>
        <w:br/>
        <w:t>f 19359/6064/5930 19358/6065/5930 19357/6066/5931</w:t>
        <w:br/>
        <w:t>f 19354/6061/5927 19360/6067/5932 19353/6060/5926</w:t>
        <w:br/>
        <w:t>f 19360/6067/5932 19355/6062/5928 19353/6060/5926</w:t>
        <w:br/>
        <w:t>f 19358/6065/5930 19359/6064/5930 19361/6068/5933</w:t>
        <w:br/>
        <w:t>f 19361/6068/5934 19355/6062/5928 19360/6067/5932</w:t>
        <w:br/>
        <w:t>f 19364/6069/5935 19363/6070/5936 19362/6071/5937</w:t>
        <w:br/>
        <w:t>f 19363/6070/5936 19364/6069/5935 19365/6072/5938</w:t>
        <w:br/>
        <w:t>f 19366/6073/5939 19363/6070/5936 19365/6072/5938</w:t>
        <w:br/>
        <w:t>f 19363/6070/5936 19366/6073/5939 19367/6074/5940</w:t>
        <w:br/>
        <w:t>f 19370/6075/5941 19369/6076/5942 19368/6077/5925</w:t>
        <w:br/>
        <w:t>f 19370/6075/5941 19368/6077/5925 19371/6078/5926</w:t>
        <w:br/>
        <w:t>f 19372/6079/5927 19371/6078/5926 19368/6077/5925</w:t>
        <w:br/>
        <w:t>f 19371/6078/5926 19373/6080/5928 19370/6075/5941</w:t>
        <w:br/>
        <w:t>f 19374/6081/5943 19370/6075/5941 19373/6080/5928</w:t>
        <w:br/>
        <w:t>f 19377/6082/5930 19376/6083/5930 19375/6084/5931</w:t>
        <w:br/>
        <w:t>f 19372/6079/5927 19378/6085/5944 19371/6078/5926</w:t>
        <w:br/>
        <w:t>f 19378/6085/5944 19373/6080/5928 19371/6078/5926</w:t>
        <w:br/>
        <w:t>f 19376/6083/5930 19377/6082/5930 19379/6086/5933</w:t>
        <w:br/>
        <w:t>f 19379/6086/5934 19373/6080/5928 19378/6085/5944</w:t>
        <w:br/>
        <w:t>f 19382/6087/5945 19381/6088/5946 19380/6089/5947</w:t>
        <w:br/>
        <w:t>f 19381/6088/5946 19382/6087/5945 19383/6090/5948</w:t>
        <w:br/>
        <w:t>f 19384/6091/5949 19381/6088/5946 19383/6090/5948</w:t>
        <w:br/>
        <w:t>f 19381/6088/5946 19384/6091/5949 19385/6092/5950</w:t>
        <w:br/>
        <w:t>f 19388/6093/5951 19387/6094/5952 19386/6095/5953</w:t>
        <w:br/>
        <w:t>f 19389/6096/5954 19388/6093/5951 19386/6095/5953</w:t>
        <w:br/>
        <w:t>f 19389/6096/5954 19386/6095/5953 19390/6097/5955</w:t>
        <w:br/>
        <w:t>f 19391/6098/5956 19388/6093/5951 19389/6096/5954</w:t>
        <w:br/>
        <w:t>f 19389/6096/5954 19390/6097/5955 19392/6099/5957</w:t>
        <w:br/>
        <w:t>f 19392/6099/5957 19390/6097/5955 19393/6100/5958</w:t>
        <w:br/>
        <w:t>f 19391/6098/5956 19389/6096/5954 19394/6101/5959</w:t>
        <w:br/>
        <w:t>f 19392/6099/5957 19394/6101/5959 19389/6096/5954</w:t>
        <w:br/>
        <w:t>f 19395/6102/5960 19388/6093/5951 19391/6098/5956</w:t>
        <w:br/>
        <w:t>f 19395/6102/5960 19391/6098/5956 19394/6101/5959</w:t>
        <w:br/>
        <w:t>f 19396/6103/5961 19388/6093/5951 19395/6102/5960</w:t>
        <w:br/>
        <w:t>f 19397/6104/5962 19395/6102/5960 19394/6101/5959</w:t>
        <w:br/>
        <w:t>f 19394/6101/5959 19392/6099/5957 19397/6104/5962</w:t>
        <w:br/>
        <w:t>f 19395/6102/5960 19398/6105/5963 19396/6103/5961</w:t>
        <w:br/>
        <w:t>f 19395/6102/5960 19397/6104/5962 19398/6105/5963</w:t>
        <w:br/>
        <w:t>f 19396/6103/5961 19398/6105/5963 19399/6106/5964</w:t>
        <w:br/>
        <w:t>f 19400/6107/5965 19399/6106/5964 19398/6105/5963</w:t>
        <w:br/>
        <w:t>f 19398/6105/5963 19401/6108/5966 19400/6107/5965</w:t>
        <w:br/>
        <w:t>f 19397/6104/5962 19403/6109/5967 19402/6110/5968</w:t>
        <w:br/>
        <w:t>f 19404/6111/5969 19400/6107/5965 19401/6108/5966</w:t>
        <w:br/>
        <w:t>f 19405/6112/5970 19397/6104/5962 19392/6099/5957</w:t>
        <w:br/>
        <w:t>f 19401/6108/5966 19406/6113/5971 19404/6111/5969</w:t>
        <w:br/>
        <w:t>f 19406/6113/5971 19407/6114/5972 19404/6111/5969</w:t>
        <w:br/>
        <w:t>f 19403/6109/5967 19397/6104/5962 19408/6115/5973</w:t>
        <w:br/>
        <w:t>f 19408/6115/5973 19409/6116/5974 19403/6109/5967</w:t>
        <w:br/>
        <w:t>f 19405/6112/5970 19408/6115/5973 19397/6104/5962</w:t>
        <w:br/>
        <w:t>f 19407/6114/5972 19406/6113/5971 19410/6117/5975</w:t>
        <w:br/>
        <w:t>f 19411/6118/5976 19405/6112/5970 19392/6099/5957</w:t>
        <w:br/>
        <w:t>f 19412/6119/5977 19392/6099/5957 19393/6100/5958</w:t>
        <w:br/>
        <w:t>f 19413/6120/5978 19412/6119/5977 19393/6100/5958</w:t>
        <w:br/>
        <w:t>f 19414/6121/5979 19407/6114/5972 19410/6117/5975</w:t>
        <w:br/>
        <w:t>f 19407/6114/5972 19414/6121/5979 19415/6122/5980</w:t>
        <w:br/>
        <w:t>f 19413/6120/5978 19416/6123/5981 19412/6119/5977</w:t>
        <w:br/>
        <w:t>f 19416/6123/5981 19413/6120/5978 19417/6124/5982</w:t>
        <w:br/>
        <w:t>f 19405/6112/5970 19411/6118/5976 19418/6125/5983</w:t>
        <w:br/>
        <w:t>f 19419/6126/5984 19418/6125/5983 19411/6118/5976</w:t>
        <w:br/>
        <w:t>f 19418/6125/5983 19420/6127/5985 19405/6112/5970</w:t>
        <w:br/>
        <w:t>f 19408/6115/5973 19405/6112/5970 19420/6127/5985</w:t>
        <w:br/>
        <w:t>f 19416/6123/5981 19417/6124/5982 19421/6128/5986</w:t>
        <w:br/>
        <w:t>f 19421/6128/5986 19417/6124/5982 19422/6129/5987</w:t>
        <w:br/>
        <w:t>f 19418/6125/5983 19419/6126/5984 19423/6130/5988</w:t>
        <w:br/>
        <w:t>f 19424/6131/5989 19423/6130/5988 19419/6126/5984</w:t>
        <w:br/>
        <w:t>f 19420/6127/5985 19418/6125/5983 19425/6132/5990</w:t>
        <w:br/>
        <w:t>f 19423/6130/5988 19425/6132/5990 19418/6125/5983</w:t>
        <w:br/>
        <w:t>f 19426/6133/5991 19408/6115/5973 19420/6127/5985</w:t>
        <w:br/>
        <w:t>f 19427/6134/5992 19420/6127/5985 19425/6132/5990</w:t>
        <w:br/>
        <w:t>f 19420/6127/5985 19427/6134/5992 19426/6133/5991</w:t>
        <w:br/>
        <w:t>f 19408/6115/5973 19426/6133/5991 19428/6135/5993</w:t>
        <w:br/>
        <w:t>f 19409/6116/5974 19408/6115/5973 19428/6135/5993</w:t>
        <w:br/>
        <w:t>f 19429/6136/5994 19426/6133/5991 19427/6134/5992</w:t>
        <w:br/>
        <w:t>f 19430/6137/5995 19406/6113/5971 19428/6135/5993</w:t>
        <w:br/>
        <w:t>f 19406/6113/5971 19430/6137/5995 19410/6117/5975</w:t>
        <w:br/>
        <w:t>f 19430/6137/5995 19414/6121/5979 19410/6117/5975</w:t>
        <w:br/>
        <w:t>f 19431/6138/5996 19428/6135/5993 19426/6133/5991</w:t>
        <w:br/>
        <w:t>f 19428/6135/5993 19431/6138/5996 19430/6137/5995</w:t>
        <w:br/>
        <w:t>f 19426/6133/5991 19429/6136/5994 19431/6138/5996</w:t>
        <w:br/>
        <w:t>f 19432/6139/5997 19414/6121/5979 19430/6137/5995</w:t>
        <w:br/>
        <w:t>f 19430/6137/5995 19431/6138/5996 19432/6139/5997</w:t>
        <w:br/>
        <w:t>f 19433/6140/5998 19431/6138/5996 19429/6136/5994</w:t>
        <w:br/>
        <w:t>f 19431/6138/5996 19433/6140/5998 19432/6139/5997</w:t>
        <w:br/>
        <w:t>f 19434/6141/5999 19429/6136/5994 19427/6134/5992</w:t>
        <w:br/>
        <w:t>f 19425/6132/5990 19434/6141/5999 19427/6134/5992</w:t>
        <w:br/>
        <w:t>f 19435/6142/6000 19433/6140/5998 19429/6136/5994</w:t>
        <w:br/>
        <w:t>f 19429/6136/5994 19434/6141/5999 19435/6142/6000</w:t>
        <w:br/>
        <w:t>f 19434/6141/5999 19425/6132/5990 19436/6143/6001</w:t>
        <w:br/>
        <w:t>f 19425/6132/5990 19423/6130/5988 19436/6143/6001</w:t>
        <w:br/>
        <w:t>f 19437/6144/6002 19434/6141/5999 19436/6143/6001</w:t>
        <w:br/>
        <w:t>f 19437/6144/6002 19435/6142/6000 19434/6141/5999</w:t>
        <w:br/>
        <w:t>f 19438/6145/6003 19436/6143/6001 19423/6130/5988</w:t>
        <w:br/>
        <w:t>f 19436/6143/6001 19438/6145/6003 19437/6144/6002</w:t>
        <w:br/>
        <w:t>f 19423/6130/5988 19439/6146/6004 19438/6145/6003</w:t>
        <w:br/>
        <w:t>f 19423/6130/5988 19424/6131/5989 19439/6146/6004</w:t>
        <w:br/>
        <w:t>f 19440/6147/6005 19438/6145/6003 19439/6146/6004</w:t>
        <w:br/>
        <w:t>f 19424/6131/5989 19441/6148/6006 19439/6146/6004</w:t>
        <w:br/>
        <w:t>f 19439/6146/6004 19441/6148/6006 19440/6147/6005</w:t>
        <w:br/>
        <w:t>f 19441/6148/6006 19424/6131/5989 19442/6149/6007</w:t>
        <w:br/>
        <w:t>f 19421/6128/5986 19422/6129/5987 19443/6150/6008</w:t>
        <w:br/>
        <w:t>f 19444/6151/6009 19438/6145/6003 19440/6147/6005</w:t>
        <w:br/>
        <w:t>f 19438/6145/6003 19444/6151/6009 19437/6144/6002</w:t>
        <w:br/>
        <w:t>f 19445/6152/6010 19440/6147/6005 19441/6148/6006</w:t>
        <w:br/>
        <w:t>f 19446/6153/6011 19444/6151/6009 19440/6147/6005</w:t>
        <w:br/>
        <w:t>f 19440/6147/6005 19445/6152/6010 19446/6153/6011</w:t>
        <w:br/>
        <w:t>f 19437/6144/6002 19444/6151/6009 19447/6154/6012</w:t>
        <w:br/>
        <w:t>f 19441/6148/6006 19448/6155/6013 19445/6152/6010</w:t>
        <w:br/>
        <w:t>f 19448/6155/6013 19441/6148/6006 19442/6149/6007</w:t>
        <w:br/>
        <w:t>f 19451/6156/6014 19450/6157/6015 19449/6158/6016</w:t>
        <w:br/>
        <w:t>f 19449/6158/6016 19452/6159/6017 19451/6156/6014</w:t>
        <w:br/>
        <w:t>f 19452/6159/6017 19449/6158/6016 19453/6160/6018</w:t>
        <w:br/>
        <w:t>f 19450/6157/6015 19451/6156/6014 19454/6161/6019</w:t>
        <w:br/>
        <w:t>f 19453/6160/6018 19455/6162/6020 19452/6159/6017</w:t>
        <w:br/>
        <w:t>f 19456/6163/6021 19450/6157/6015 19454/6161/6019</w:t>
        <w:br/>
        <w:t>f 19457/6164/6022 19444/6151/6009 19446/6153/6011</w:t>
        <w:br/>
        <w:t>f 19444/6151/6009 19457/6164/6022 19447/6154/6012</w:t>
        <w:br/>
        <w:t>f 19456/6163/6021 19454/6161/6019 19458/6165/6023</w:t>
        <w:br/>
        <w:t>f 19455/6162/6020 19453/6160/6018 19459/6166/6024</w:t>
        <w:br/>
        <w:t>f 19442/6149/6007 19460/6167/6025 19448/6155/6013</w:t>
        <w:br/>
        <w:t>f 19455/6162/6020 19459/6166/6024 19461/6168/6026</w:t>
        <w:br/>
        <w:t>f 19462/6169/6027 19456/6163/6021 19458/6165/6023</w:t>
        <w:br/>
        <w:t>f 19447/6154/6012 19457/6164/6022 19463/6170/6028</w:t>
        <w:br/>
        <w:t>f 19462/6169/6027 19458/6165/6023 19464/6171/6029</w:t>
        <w:br/>
        <w:t>f 19461/6168/6026 19459/6166/6024 19465/6172/6030</w:t>
        <w:br/>
        <w:t>f 19461/6168/6026 19465/6172/6030 19466/6173/6031</w:t>
        <w:br/>
        <w:t>f 19466/6173/6031 19465/6172/6030 19467/6174/6032</w:t>
        <w:br/>
        <w:t>f 19442/6149/6007 19468/6175/6033 19460/6167/6025</w:t>
        <w:br/>
        <w:t>f 19460/6167/6025 19468/6175/6033 19465/6172/6030</w:t>
        <w:br/>
        <w:t>f 19443/6150/6008 19422/6129/5987 19469/6176/6034</w:t>
        <w:br/>
        <w:t>f 19422/6129/5987 19470/6177/6035 19469/6176/6034</w:t>
        <w:br/>
        <w:t>f 19469/6176/6034 19470/6177/6035 19471/6178/6036</w:t>
        <w:br/>
        <w:t>f 19473/6179/6036 19472/6180/6037 19471/6178/6036</w:t>
        <w:br/>
        <w:t>f 19465/6172/6030 19468/6175/6033 19474/6181/6038</w:t>
        <w:br/>
        <w:t>f 19474/6181/6038 19467/6174/6032 19465/6172/6030</w:t>
        <w:br/>
        <w:t>f 19469/6176/6034 19471/6178/6036 19474/6181/6039</w:t>
        <w:br/>
        <w:t>f 19474/6181/6039 19471/6178/6036 19472/6180/6037</w:t>
        <w:br/>
        <w:t>f 19464/6171/6029 19475/6182/6040 19462/6169/6027</w:t>
        <w:br/>
        <w:t>f 19475/6182/6040 19464/6171/6029 19476/6183/6041</w:t>
        <w:br/>
        <w:t>f 19479/6184/6042 19478/6185/6043 19477/6186/6044</w:t>
        <w:br/>
        <w:t>f 19481/6187/6045 19463/6170/6028 19480/6188/6046</w:t>
        <w:br/>
        <w:t>f 19463/6170/6028 19481/6187/6045 19447/6154/6012</w:t>
        <w:br/>
        <w:t>f 19482/6189/6047 19478/6185/6043 19479/6184/6042</w:t>
        <w:br/>
        <w:t>f 19480/6188/6046 19483/6190/6048 19481/6187/6045</w:t>
        <w:br/>
        <w:t>f 19479/6184/6042 19484/6191/6049 19482/6189/6047</w:t>
        <w:br/>
        <w:t>f 19484/6191/6049 19479/6184/6042 19485/6192/6050</w:t>
        <w:br/>
        <w:t>f 19483/6190/6048 19486/6193/6051 19481/6187/6045</w:t>
        <w:br/>
        <w:t>f 19486/6193/6051 19483/6190/6048 19487/6194/6052</w:t>
        <w:br/>
        <w:t>f 19488/6195/6053 19447/6154/6012 19481/6187/6045</w:t>
        <w:br/>
        <w:t>f 19481/6187/6045 19486/6193/6051 19488/6195/6053</w:t>
        <w:br/>
        <w:t>f 19447/6154/6012 19488/6195/6053 19437/6144/6002</w:t>
        <w:br/>
        <w:t>f 19435/6142/6000 19437/6144/6002 19488/6195/6053</w:t>
        <w:br/>
        <w:t>f 19485/6192/6050 19489/6196/6054 19484/6191/6049</w:t>
        <w:br/>
        <w:t>f 19489/6196/6055 19486/6193/6051 19487/6194/6052</w:t>
        <w:br/>
        <w:t>f 19489/6196/6054 19485/6192/6050 19490/6197/6056</w:t>
        <w:br/>
        <w:t>f 19491/6198/6057 19488/6195/6053 19486/6193/6051</w:t>
        <w:br/>
        <w:t>f 19488/6195/6053 19491/6198/6057 19435/6142/6000</w:t>
        <w:br/>
        <w:t>f 19486/6193/6051 19489/6196/6055 19491/6198/6057</w:t>
        <w:br/>
        <w:t>f 19433/6140/5998 19435/6142/6000 19491/6198/6057</w:t>
        <w:br/>
        <w:t>f 19490/6197/6056 19492/6199/6058 19489/6196/6054</w:t>
        <w:br/>
        <w:t>f 19493/6200/6059 19491/6198/6057 19489/6196/6055</w:t>
        <w:br/>
        <w:t>f 19491/6198/6057 19493/6200/6059 19433/6140/5998</w:t>
        <w:br/>
        <w:t>f 19492/6199/6058 19490/6197/6056 19494/6201/6060</w:t>
        <w:br/>
        <w:t>f 19492/6199/6058 19432/6139/5997 19433/6140/5998</w:t>
        <w:br/>
        <w:t>f 19494/6201/6060 19495/6202/6061 19492/6199/6058</w:t>
        <w:br/>
        <w:t>f 19432/6139/5997 19492/6199/6058 19495/6202/6061</w:t>
        <w:br/>
        <w:t>f 19495/6202/6061 19494/6201/6060 19496/6203/6062</w:t>
        <w:br/>
        <w:t>f 19497/6204/6063 19432/6139/5997 19495/6202/6061</w:t>
        <w:br/>
        <w:t>f 19496/6203/6062 19497/6204/6063 19495/6202/6061</w:t>
        <w:br/>
        <w:t>f 19432/6139/5997 19497/6204/6063 19414/6121/5979</w:t>
        <w:br/>
        <w:t>f 19497/6204/6063 19496/6203/6062 19498/6205/6064</w:t>
        <w:br/>
        <w:t>f 19414/6121/5979 19499/6206/6065 19415/6122/5980</w:t>
        <w:br/>
        <w:t>f 19415/6122/5980 19499/6206/6065 19500/6207/6066</w:t>
        <w:br/>
        <w:t>f 19503/6208/6067 19502/6209/6068 19501/6210/6069</w:t>
        <w:br/>
        <w:t>f 19504/6211/6070 19502/6209/6068 19503/6208/6067</w:t>
        <w:br/>
        <w:t>f 19504/6211/6070 19505/6212/6071 19502/6209/6068</w:t>
        <w:br/>
        <w:t>f 19506/6213/6072 19504/6211/6070 19503/6208/6067</w:t>
        <w:br/>
        <w:t>f 19504/6211/6070 19507/6214/6073 19505/6212/6071</w:t>
        <w:br/>
        <w:t>f 19507/6214/6073 19508/6215/6074 19505/6212/6071</w:t>
        <w:br/>
        <w:t>f 19506/6213/6072 19509/6216/6075 19504/6211/6070</w:t>
        <w:br/>
        <w:t>f 19507/6214/6073 19504/6211/6070 19509/6216/6075</w:t>
        <w:br/>
        <w:t>f 19510/6217/6076 19506/6213/6072 19503/6208/6067</w:t>
        <w:br/>
        <w:t>f 19510/6217/6076 19509/6216/6075 19506/6213/6072</w:t>
        <w:br/>
        <w:t>f 19503/6208/6067 19511/6218/6077 19510/6217/6076</w:t>
        <w:br/>
        <w:t>f 19509/6216/6075 19510/6217/6076 19512/6219/6078</w:t>
        <w:br/>
        <w:t>f 19507/6214/6073 19509/6216/6075 19512/6219/6078</w:t>
        <w:br/>
        <w:t>f 19511/6218/6077 19513/6220/6079 19510/6217/6076</w:t>
        <w:br/>
        <w:t>f 19513/6220/6079 19512/6219/6078 19510/6217/6076</w:t>
        <w:br/>
        <w:t>f 19511/6218/6077 19514/6221/6080 19513/6220/6079</w:t>
        <w:br/>
        <w:t>f 19515/6222/6081 19513/6220/6079 19514/6221/6080</w:t>
        <w:br/>
        <w:t>f 19516/6223/6082 19513/6220/6079 19515/6222/6081</w:t>
        <w:br/>
        <w:t>f 19518/6224/6083 19512/6219/6078 19517/6225/6084</w:t>
        <w:br/>
        <w:t>f 19519/6226/6085 19516/6223/6082 19515/6222/6081</w:t>
        <w:br/>
        <w:t>f 19507/6214/6073 19512/6219/6078 19520/6227/6086</w:t>
        <w:br/>
        <w:t>f 19521/6228/6087 19516/6223/6082 19519/6226/6085</w:t>
        <w:br/>
        <w:t>f 19519/6226/6085 19522/6229/6088 19521/6228/6087</w:t>
        <w:br/>
        <w:t>f 19512/6219/6078 19518/6224/6083 19523/6230/6089</w:t>
        <w:br/>
        <w:t>f 19524/6231/6090 19523/6230/6089 19518/6224/6083</w:t>
        <w:br/>
        <w:t>f 19523/6230/6089 19520/6227/6086 19512/6219/6078</w:t>
        <w:br/>
        <w:t>f 19525/6232/6091 19521/6228/6087 19522/6229/6088</w:t>
        <w:br/>
        <w:t>f 19520/6227/6086 19526/6233/6092 19507/6214/6073</w:t>
        <w:br/>
        <w:t>f 19527/6234/6093 19508/6215/6074 19507/6214/6073</w:t>
        <w:br/>
        <w:t>f 19528/6235/6094 19508/6215/6074 19527/6234/6093</w:t>
        <w:br/>
        <w:t>f 19522/6229/6088 19529/6236/6095 19525/6232/6091</w:t>
        <w:br/>
        <w:t>f 19529/6236/6095 19522/6229/6088 19530/6237/6096</w:t>
        <w:br/>
        <w:t>f 19528/6235/6094 19527/6234/6093 19531/6238/6097</w:t>
        <w:br/>
        <w:t>f 19531/6238/6097 19532/6239/6098 19528/6235/6094</w:t>
        <w:br/>
        <w:t>f 19526/6233/6092 19520/6227/6086 19533/6240/6099</w:t>
        <w:br/>
        <w:t>f 19533/6240/6099 19534/6241/6100 19526/6233/6092</w:t>
        <w:br/>
        <w:t>f 19531/6238/6097 19535/6242/6101 19532/6239/6098</w:t>
        <w:br/>
        <w:t>f 19535/6242/6101 19536/6243/6102 19532/6239/6098</w:t>
        <w:br/>
        <w:t>f 19534/6241/6100 19533/6240/6099 19537/6244/6103</w:t>
        <w:br/>
        <w:t>f 19538/6245/6104 19534/6241/6100 19537/6244/6103</w:t>
        <w:br/>
        <w:t>f 19539/6246/6105 19533/6240/6099 19520/6227/6086</w:t>
        <w:br/>
        <w:t>f 19520/6227/6086 19523/6230/6089 19539/6246/6105</w:t>
        <w:br/>
        <w:t>f 19533/6240/6099 19539/6246/6105 19540/6247/6106</w:t>
        <w:br/>
        <w:t>f 19540/6247/6106 19537/6244/6103 19533/6240/6099</w:t>
        <w:br/>
        <w:t>f 19523/6230/6089 19541/6248/6107 19539/6246/6105</w:t>
        <w:br/>
        <w:t>f 19542/6249/6108 19540/6247/6106 19539/6246/6105</w:t>
        <w:br/>
        <w:t>f 19541/6248/6107 19542/6249/6108 19539/6246/6105</w:t>
        <w:br/>
        <w:t>f 19541/6248/6107 19523/6230/6089 19543/6250/6109</w:t>
        <w:br/>
        <w:t>f 19523/6230/6089 19524/6231/6090 19543/6250/6109</w:t>
        <w:br/>
        <w:t>f 19544/6251/6110 19542/6249/6108 19541/6248/6107</w:t>
        <w:br/>
        <w:t>f 19521/6228/6087 19545/6252/6111 19543/6250/6109</w:t>
        <w:br/>
        <w:t>f 19545/6252/6111 19521/6228/6087 19525/6232/6091</w:t>
        <w:br/>
        <w:t>f 19545/6252/6111 19525/6232/6091 19529/6236/6095</w:t>
        <w:br/>
        <w:t>f 19543/6250/6109 19546/6253/6112 19541/6248/6107</w:t>
        <w:br/>
        <w:t>f 19546/6253/6112 19543/6250/6109 19545/6252/6111</w:t>
        <w:br/>
        <w:t>f 19546/6253/6112 19544/6251/6110 19541/6248/6107</w:t>
        <w:br/>
        <w:t>f 19547/6254/6113 19545/6252/6111 19529/6236/6095</w:t>
        <w:br/>
        <w:t>f 19545/6252/6111 19547/6254/6113 19546/6253/6112</w:t>
        <w:br/>
        <w:t>f 19546/6253/6112 19548/6255/6114 19544/6251/6110</w:t>
        <w:br/>
        <w:t>f 19548/6255/6114 19546/6253/6112 19547/6254/6113</w:t>
        <w:br/>
        <w:t>f 19544/6251/6110 19549/6256/6115 19542/6249/6108</w:t>
        <w:br/>
        <w:t>f 19549/6256/6115 19540/6247/6106 19542/6249/6108</w:t>
        <w:br/>
        <w:t>f 19548/6255/6114 19550/6257/6116 19544/6251/6110</w:t>
        <w:br/>
        <w:t>f 19549/6256/6115 19544/6251/6110 19550/6257/6116</w:t>
        <w:br/>
        <w:t>f 19540/6247/6106 19549/6256/6115 19551/6258/6117</w:t>
        <w:br/>
        <w:t>f 19537/6244/6103 19540/6247/6106 19551/6258/6117</w:t>
        <w:br/>
        <w:t>f 19552/6259/6118 19551/6258/6117 19549/6256/6115</w:t>
        <w:br/>
        <w:t>f 19550/6257/6116 19552/6259/6118 19549/6256/6115</w:t>
        <w:br/>
        <w:t>f 19551/6258/6117 19553/6260/6119 19537/6244/6103</w:t>
        <w:br/>
        <w:t>f 19551/6258/6117 19552/6259/6118 19553/6260/6119</w:t>
        <w:br/>
        <w:t>f 19537/6244/6103 19553/6260/6119 19554/6261/6120</w:t>
        <w:br/>
        <w:t>f 19537/6244/6103 19554/6261/6120 19538/6245/6104</w:t>
        <w:br/>
        <w:t>f 19553/6260/6119 19555/6262/6121 19554/6261/6120</w:t>
        <w:br/>
        <w:t>f 19556/6263/6122 19538/6245/6104 19554/6261/6120</w:t>
        <w:br/>
        <w:t>f 19554/6261/6120 19555/6262/6121 19556/6263/6122</w:t>
        <w:br/>
        <w:t>f 19538/6245/6104 19556/6263/6122 19557/6264/6123</w:t>
        <w:br/>
        <w:t>f 19535/6242/6101 19558/6265/6124 19536/6243/6102</w:t>
        <w:br/>
        <w:t>f 19553/6260/6119 19559/6266/6125 19555/6262/6121</w:t>
        <w:br/>
        <w:t>f 19559/6266/6125 19553/6260/6119 19552/6259/6118</w:t>
        <w:br/>
        <w:t>f 19555/6262/6121 19560/6267/6126 19556/6263/6122</w:t>
        <w:br/>
        <w:t>f 19561/6268/6127 19555/6262/6121 19559/6266/6125</w:t>
        <w:br/>
        <w:t>f 19555/6262/6121 19561/6268/6127 19560/6267/6126</w:t>
        <w:br/>
        <w:t>f 19552/6259/6118 19562/6269/6128 19559/6266/6125</w:t>
        <w:br/>
        <w:t>f 19565/6270/6129 19564/6271/6130 19563/6272/6131</w:t>
        <w:br/>
        <w:t>f 19564/6271/6130 19565/6270/6129 19566/6273/6132</w:t>
        <w:br/>
        <w:t>f 19567/6274/6133 19563/6272/6131 19564/6271/6130</w:t>
        <w:br/>
        <w:t>f 19568/6275/6134 19566/6273/6132 19565/6270/6129</w:t>
        <w:br/>
        <w:t>f 19559/6266/6125 19569/6276/6135 19561/6268/6127</w:t>
        <w:br/>
        <w:t>f 19569/6276/6135 19559/6266/6125 19562/6269/6128</w:t>
        <w:br/>
        <w:t>f 19570/6277/6136 19566/6273/6132 19568/6275/6134</w:t>
        <w:br/>
        <w:t>f 19563/6272/6131 19567/6274/6133 19571/6278/6137</w:t>
        <w:br/>
        <w:t>f 19556/6263/6122 19560/6267/6126 19572/6279/6138</w:t>
        <w:br/>
        <w:t>f 19556/6263/6122 19572/6279/6138 19557/6264/6123</w:t>
        <w:br/>
        <w:t>f 19573/6280/6139 19571/6278/6137 19567/6274/6133</w:t>
        <w:br/>
        <w:t>f 19574/6281/6140 19570/6277/6136 19568/6275/6134</w:t>
        <w:br/>
        <w:t>f 19562/6269/6128 19575/6282/6141 19569/6276/6135</w:t>
        <w:br/>
        <w:t>f 19576/6283/6142 19570/6277/6136 19574/6281/6140</w:t>
        <w:br/>
        <w:t>f 19571/6278/6137 19573/6280/6139 19577/6284/6143</w:t>
        <w:br/>
        <w:t>f 19578/6285/6144 19557/6264/6123 19572/6279/6138</w:t>
        <w:br/>
        <w:t>f 19573/6280/6139 19579/6286/6145 19577/6284/6143</w:t>
        <w:br/>
        <w:t>f 19576/6283/6142 19574/6281/6140 19580/6287/6146</w:t>
        <w:br/>
        <w:t>f 19581/6288/6147 19576/6283/6142 19580/6287/6146</w:t>
        <w:br/>
        <w:t>f 19584/6289/6148 19583/6290/6149 19582/6291/6150</w:t>
        <w:br/>
        <w:t>f 19586/6292/6151 19585/6293/6152 19575/6282/6141</w:t>
        <w:br/>
        <w:t>f 19575/6282/6141 19562/6269/6128 19586/6292/6151</w:t>
        <w:br/>
        <w:t>f 19583/6290/6149 19584/6289/6148 19587/6294/6153</w:t>
        <w:br/>
        <w:t>f 19585/6293/6152 19586/6292/6151 19588/6295/6154</w:t>
        <w:br/>
        <w:t>f 19589/6296/6155 19583/6290/6149 19587/6294/6153</w:t>
        <w:br/>
        <w:t>f 19583/6290/6149 19589/6296/6155 19590/6297/6156</w:t>
        <w:br/>
        <w:t>f 19588/6295/6154 19586/6292/6151 19591/6298/6157</w:t>
        <w:br/>
        <w:t>f 19592/6299/6158 19588/6295/6154 19591/6298/6157</w:t>
        <w:br/>
        <w:t>f 19593/6300/6159 19586/6292/6151 19562/6269/6128</w:t>
        <w:br/>
        <w:t>f 19586/6292/6151 19593/6300/6159 19591/6298/6157</w:t>
        <w:br/>
        <w:t>f 19562/6269/6128 19552/6259/6118 19593/6300/6159</w:t>
        <w:br/>
        <w:t>f 19552/6259/6118 19550/6257/6116 19593/6300/6159</w:t>
        <w:br/>
        <w:t>f 19589/6296/6155 19594/6301/6160 19590/6297/6156</w:t>
        <w:br/>
        <w:t>f 19591/6298/6157 19594/6301/6160 19592/6299/6158</w:t>
        <w:br/>
        <w:t>f 19595/6302/6161 19590/6297/6156 19594/6301/6160</w:t>
        <w:br/>
        <w:t>f 19593/6300/6159 19596/6303/6162 19591/6298/6157</w:t>
        <w:br/>
        <w:t>f 19596/6303/6162 19593/6300/6159 19550/6257/6116</w:t>
        <w:br/>
        <w:t>f 19594/6301/6160 19591/6298/6157 19596/6303/6162</w:t>
        <w:br/>
        <w:t>f 19550/6257/6116 19548/6255/6114 19596/6303/6162</w:t>
        <w:br/>
        <w:t>f 19594/6301/6160 19597/6304/6163 19595/6302/6161</w:t>
        <w:br/>
        <w:t>f 19596/6303/6162 19598/6305/6164 19594/6301/6160</w:t>
        <w:br/>
        <w:t>f 19598/6305/6164 19596/6303/6162 19548/6255/6114</w:t>
        <w:br/>
        <w:t>f 19599/6306/6165 19595/6302/6161 19597/6304/6163</w:t>
        <w:br/>
        <w:t>f 19597/6304/6163 19548/6255/6114 19547/6254/6113</w:t>
        <w:br/>
        <w:t>f 19597/6304/6163 19600/6307/6166 19599/6306/6165</w:t>
        <w:br/>
        <w:t>f 19600/6307/6166 19597/6304/6163 19547/6254/6113</w:t>
        <w:br/>
        <w:t>f 19601/6308/6167 19599/6306/6165 19600/6307/6166</w:t>
        <w:br/>
        <w:t>f 19547/6254/6113 19602/6309/6168 19600/6307/6166</w:t>
        <w:br/>
        <w:t>f 19600/6307/6166 19602/6309/6168 19601/6308/6167</w:t>
        <w:br/>
        <w:t>f 19602/6309/6168 19547/6254/6113 19529/6236/6095</w:t>
        <w:br/>
        <w:t>f 19603/6310/6169 19601/6308/6167 19602/6309/6168</w:t>
        <w:br/>
        <w:t>f 19604/6311/6170 19529/6236/6095 19530/6237/6096</w:t>
        <w:br/>
        <w:t>f 19530/6237/6096 19605/6312/6171 19604/6311/6170</w:t>
        <w:br/>
        <w:t>f 19579/6286/6145 19607/6313/6172 19606/6314/6173</w:t>
        <w:br/>
        <w:t>f 19579/6286/6145 19606/6314/6173 19577/6284/6143</w:t>
        <w:br/>
        <w:t>f 19607/6313/6172 19608/6315/6174 19606/6314/6173</w:t>
        <w:br/>
        <w:t>f 19578/6285/6144 19606/6314/6173 19609/6316/6175</w:t>
        <w:br/>
        <w:t>f 19557/6264/6123 19578/6285/6144 19609/6316/6175</w:t>
        <w:br/>
        <w:t>f 19558/6265/6124 19610/6317/6176 19536/6243/6102</w:t>
        <w:br/>
        <w:t>f 19536/6243/6102 19610/6317/6176 19611/6318/6177</w:t>
        <w:br/>
        <w:t>f 19611/6318/6177 19610/6317/6176 19612/6319/6178</w:t>
        <w:br/>
        <w:t>f 19614/6320/6178 19612/6319/6178 19613/6321/6179</w:t>
        <w:br/>
        <w:t>f 19606/6314/6173 19615/6322/6180 19609/6316/6175</w:t>
        <w:br/>
        <w:t>f 19615/6322/6180 19612/6319/6178 19610/6317/6176</w:t>
        <w:br/>
        <w:t>f 19615/6322/6180 19606/6314/6173 19608/6315/6174</w:t>
        <w:br/>
        <w:t>f 19613/6321/6179 19612/6319/6178 19615/6322/6180</w:t>
        <w:br/>
        <w:t>f 19618/6323/6181 19617/6324/6182 19616/6325/6183</w:t>
        <w:br/>
        <w:t>f 19619/6326/6184 19617/6324/6182 19618/6323/6181</w:t>
        <w:br/>
        <w:t>f 19618/6323/6181 19621/6327/6182 19620/6328/6183</w:t>
        <w:br/>
        <w:t>f 19622/6329/6184 19621/6327/6182 19618/6323/6181</w:t>
        <w:br/>
        <w:t>f 19623/6330/6185 19617/6324/6182 19619/6326/6184</w:t>
        <w:br/>
        <w:t>f 19624/6331/6185 19621/6327/6182 19622/6329/6184</w:t>
        <w:br/>
        <w:t>f 19617/6324/6182 19623/6330/6185 19625/6332/6186</w:t>
        <w:br/>
        <w:t>f 19621/6327/6182 19624/6331/6185 19625/6332/6186</w:t>
        <w:br/>
        <w:t>f 19623/6330/6185 19619/6326/6184 19626/6333/6187</w:t>
        <w:br/>
        <w:t>f 19624/6331/6185 19622/6329/6184 19626/6333/6187</w:t>
        <w:br/>
        <w:t>f 19627/6334/6188 19625/6332/6186 19623/6330/6185</w:t>
        <w:br/>
        <w:t>f 19627/6334/6188 19625/6332/6186 19624/6331/6185</w:t>
        <w:br/>
        <w:t>f 19623/6330/6185 19626/6333/6187 19628/6335/6189</w:t>
        <w:br/>
        <w:t>f 19627/6334/6188 19623/6330/6185 19628/6335/6189</w:t>
        <w:br/>
        <w:t>f 19624/6331/6185 19626/6333/6187 19628/6335/6189</w:t>
        <w:br/>
        <w:t>f 19627/6334/6188 19624/6331/6185 19628/6335/6189</w:t>
        <w:br/>
        <w:t>f 19629/6336/6190 19625/6332/6186 19627/6334/6191</w:t>
        <w:br/>
        <w:t>f 19630/6337/6192 19628/6335/6189 19626/6333/6187</w:t>
        <w:br/>
        <w:t>f 19627/6334/6191 19631/6338/6193 19629/6336/6190</w:t>
        <w:br/>
        <w:t>f 19628/6335/6189 19630/6337/6192 19632/6339/6194</w:t>
        <w:br/>
        <w:t>f 19633/6340/6195 19632/6339/6194 19630/6337/6192</w:t>
        <w:br/>
        <w:t>f 19628/6335/6189 19634/6341/6196 19627/6334/6191</w:t>
        <w:br/>
        <w:t>f 19634/6341/6196 19628/6335/6189 19632/6339/6194</w:t>
        <w:br/>
        <w:t>f 19631/6338/6193 19627/6334/6191 19635/6342/6197</w:t>
        <w:br/>
        <w:t>f 19635/6342/6197 19627/6334/6191 19634/6341/6196</w:t>
        <w:br/>
        <w:t>f 19636/6343/6198 19631/6338/6199 19635/6342/6197</w:t>
        <w:br/>
        <w:t>f 19631/6338/6199 19636/6343/6198 19637/6344/6200</w:t>
        <w:br/>
        <w:t>f 19638/6345/6198 19631/6338/6199 19635/6342/6197</w:t>
        <w:br/>
        <w:t>f 19631/6338/6199 19638/6345/6198 19639/6346/6200</w:t>
        <w:br/>
        <w:t>f 19640/6347/6201 19637/6344/6200 19636/6343/6198</w:t>
        <w:br/>
        <w:t>f 19637/6344/6200 19640/6347/6201 19641/6348/6202</w:t>
        <w:br/>
        <w:t>f 19642/6349/6201 19639/6346/6200 19638/6345/6198</w:t>
        <w:br/>
        <w:t>f 19639/6346/6200 19642/6349/6201 19641/6348/6202</w:t>
        <w:br/>
        <w:t>f 19643/6350/6203 19641/6348/6202 19642/6349/6201</w:t>
        <w:br/>
        <w:t>f 19642/6349/6201 19644/6351/6204 19643/6350/6203</w:t>
        <w:br/>
        <w:t>f 19644/6351/6204 19642/6349/6201 19645/6352/6205</w:t>
        <w:br/>
        <w:t>f 19638/6345/6198 19645/6352/6205 19642/6349/6201</w:t>
        <w:br/>
        <w:t>f 19646/6353/6206 19644/6351/6204 19645/6352/6205</w:t>
        <w:br/>
        <w:t>f 19645/6352/6205 19638/6345/6198 19647/6354/6207</w:t>
        <w:br/>
        <w:t>f 19635/6342/6197 19647/6354/6207 19638/6345/6198</w:t>
        <w:br/>
        <w:t>f 19648/6355/6208 19646/6353/6206 19645/6352/6205</w:t>
        <w:br/>
        <w:t>f 19645/6352/6205 19649/6356/6209 19648/6355/6208</w:t>
        <w:br/>
        <w:t>f 19635/6342/6197 19647/6354/6207 19636/6343/6198</w:t>
        <w:br/>
        <w:t>f 19636/6343/6198 19650/6357/6210 19640/6347/6201</w:t>
        <w:br/>
        <w:t>f 19650/6357/6210 19636/6343/6198 19647/6354/6207</w:t>
        <w:br/>
        <w:t>f 19651/6358/6211 19649/6356/6209 19648/6355/6208</w:t>
        <w:br/>
        <w:t>f 19644/6351/6204 19640/6347/6201 19650/6357/6210</w:t>
        <w:br/>
        <w:t>f 19648/6355/6208 19652/6359/6206 19650/6357/6210</w:t>
        <w:br/>
        <w:t>f 19652/6359/6206 19644/6351/6204 19650/6357/6210</w:t>
        <w:br/>
        <w:t>f 19643/6350/6203 19641/6348/6202 19640/6347/6201</w:t>
        <w:br/>
        <w:t>f 19640/6347/6201 19644/6351/6204 19643/6350/6203</w:t>
        <w:br/>
        <w:t>f 19641/6348/6202 19643/6350/6203 19653/6360/6212</w:t>
        <w:br/>
        <w:t>f 19652/6359/6206 19648/6355/6208 19654/6361/6213</w:t>
        <w:br/>
        <w:t>f 19655/6362/6214 19653/6360/6212 19643/6350/6203</w:t>
        <w:br/>
        <w:t>f 19653/6360/6212 19655/6362/6214 19656/6363/6215</w:t>
        <w:br/>
        <w:t>f 19643/6350/6203 19657/6364/6216 19655/6362/6214</w:t>
        <w:br/>
        <w:t>f 19657/6364/6216 19643/6350/6203 19644/6351/6204</w:t>
        <w:br/>
        <w:t>f 19644/6351/6204 19658/6365/6217 19657/6364/6216</w:t>
        <w:br/>
        <w:t>f 19644/6351/6204 19652/6359/6206 19659/6366/6218</w:t>
        <w:br/>
        <w:t>f 19658/6365/6217 19644/6351/6204 19659/6366/6218</w:t>
        <w:br/>
        <w:t>f 19644/6351/6204 19646/6353/6206 19659/6366/6218</w:t>
        <w:br/>
        <w:t>f 19659/6366/6218 19660/6367/6219 19658/6365/6217</w:t>
        <w:br/>
        <w:t>f 19659/6366/6218 19652/6359/6206 19661/6368/6220</w:t>
        <w:br/>
        <w:t>f 19660/6367/6219 19659/6366/6218 19661/6368/6220</w:t>
        <w:br/>
        <w:t>f 19659/6366/6218 19646/6353/6206 19661/6368/6220</w:t>
        <w:br/>
        <w:t>f 19661/6368/6220 19662/6369/6221 19660/6367/6219</w:t>
        <w:br/>
        <w:t>f 19661/6368/6220 19652/6359/6206 19663/6370/6222</w:t>
        <w:br/>
        <w:t>f 19654/6361/6213 19663/6370/6222 19652/6359/6206</w:t>
        <w:br/>
        <w:t>f 19661/6368/6220 19646/6353/6206 19663/6370/6222</w:t>
        <w:br/>
        <w:t>f 19664/6371/6213 19663/6370/6222 19646/6353/6206</w:t>
        <w:br/>
        <w:t>f 19646/6353/6206 19648/6355/6208 19664/6371/6213</w:t>
        <w:br/>
        <w:t>f 19663/6370/6222 19666/6372/6223 19665/6373/6224</w:t>
        <w:br/>
        <w:t>f 19666/6372/6223 19663/6370/6222 19664/6371/6213</w:t>
        <w:br/>
        <w:t>f 19665/6373/6224 19666/6372/6223 19667/6374/6225</w:t>
        <w:br/>
        <w:t>f 19668/6375/6226 19666/6372/6223 19664/6371/6213</w:t>
        <w:br/>
        <w:t>f 19669/6376/6227 19667/6374/6225 19666/6372/6223</w:t>
        <w:br/>
        <w:t>f 19666/6372/6223 19668/6375/6226 19669/6376/6227</w:t>
        <w:br/>
        <w:t>f 19667/6374/6225 19669/6376/6227 19670/6377/6228</w:t>
        <w:br/>
        <w:t>f 19664/6371/6213 19671/6378/6229 19668/6375/6226</w:t>
        <w:br/>
        <w:t>f 19671/6378/6229 19664/6371/6213 19648/6355/6208</w:t>
        <w:br/>
        <w:t>f 19671/6378/6229 19654/6361/6213 19648/6355/6208</w:t>
        <w:br/>
        <w:t>f 19649/6356/6209 19671/6378/6229 19648/6355/6208</w:t>
        <w:br/>
        <w:t>f 19672/6379/6223 19663/6370/6222 19654/6361/6213</w:t>
        <w:br/>
        <w:t>f 19654/6361/6213 19671/6378/6229 19673/6380/6226</w:t>
        <w:br/>
        <w:t>f 19673/6380/6226 19672/6379/6223 19654/6361/6213</w:t>
        <w:br/>
        <w:t>f 19672/6379/6223 19673/6380/6226 19669/6376/6227</w:t>
        <w:br/>
        <w:t>f 19663/6370/6222 19672/6379/6223 19665/6373/6224</w:t>
        <w:br/>
        <w:t>f 19665/6373/6230 19661/6368/6220 19663/6370/6222</w:t>
        <w:br/>
        <w:t>f 19669/6376/6227 19667/6374/6225 19672/6379/6223</w:t>
        <w:br/>
        <w:t>f 19665/6373/6224 19672/6379/6223 19667/6374/6225</w:t>
        <w:br/>
        <w:t>f 19661/6368/6220 19665/6373/6230 19662/6369/6221</w:t>
        <w:br/>
        <w:t>f 19665/6373/6230 19674/6381/6231 19662/6369/6221</w:t>
        <w:br/>
        <w:t>f 19667/6374/6225 19675/6382/6232 19665/6373/6230</w:t>
        <w:br/>
        <w:t>f 19674/6381/6231 19665/6373/6230 19675/6382/6232</w:t>
        <w:br/>
        <w:t>f 19676/6383/6233 19670/6377/6228 19669/6376/6227</w:t>
        <w:br/>
        <w:t>f 19670/6377/6228 19676/6383/6233 19677/6384/6234</w:t>
        <w:br/>
        <w:t>f 19678/6385/6233 19670/6377/6228 19669/6376/6227</w:t>
        <w:br/>
        <w:t>f 19670/6377/6228 19678/6385/6233 19677/6384/6234</w:t>
        <w:br/>
        <w:t>f 19669/6376/6227 19679/6386/6235 19676/6383/6233</w:t>
        <w:br/>
        <w:t>f 19679/6386/6235 19669/6376/6227 19673/6380/6226</w:t>
        <w:br/>
        <w:t>f 19669/6376/6227 19680/6387/6235 19678/6385/6233</w:t>
        <w:br/>
        <w:t>f 19681/6388/6236 19678/6385/6233 19680/6387/6235</w:t>
        <w:br/>
        <w:t>f 19680/6387/6235 19669/6376/6227 19668/6375/6226</w:t>
        <w:br/>
        <w:t>f 19678/6385/6233 19681/6388/6236 19677/6384/6234</w:t>
        <w:br/>
        <w:t>f 19676/6383/6233 19681/6388/6236 19677/6384/6234</w:t>
        <w:br/>
        <w:t>f 19681/6388/6236 19676/6383/6233 19679/6386/6235</w:t>
        <w:br/>
        <w:t>f 19668/6375/6226 19682/6389/6237 19680/6387/6235</w:t>
        <w:br/>
        <w:t>f 19682/6389/6237 19668/6375/6226 19671/6378/6229</w:t>
        <w:br/>
        <w:t>f 19673/6380/6226 19683/6390/6237 19679/6386/6235</w:t>
        <w:br/>
        <w:t>f 19683/6390/6237 19673/6380/6226 19671/6378/6229</w:t>
        <w:br/>
        <w:t>f 19684/6391/6238 19680/6387/6235 19682/6389/6237</w:t>
        <w:br/>
        <w:t>f 19680/6387/6235 19684/6391/6238 19681/6388/6236</w:t>
        <w:br/>
        <w:t>f 19684/6391/6238 19679/6386/6235 19683/6390/6237</w:t>
        <w:br/>
        <w:t>f 19679/6386/6235 19684/6391/6238 19681/6388/6236</w:t>
        <w:br/>
        <w:t>f 19685/6392/6239 19677/6384/6234 19681/6388/6236</w:t>
        <w:br/>
        <w:t>f 19686/6393/6240 19685/6392/6239 19681/6388/6241</w:t>
        <w:br/>
        <w:t>f 19684/6391/6238 19686/6393/6240 19681/6388/6241</w:t>
        <w:br/>
        <w:t>f 19685/6392/6239 19686/6393/6240 19687/6394/6242</w:t>
        <w:br/>
        <w:t>f 19685/6392/6239 19688/6395/6240 19687/6394/6242</w:t>
        <w:br/>
        <w:t>f 19688/6395/6240 19685/6392/6239 19681/6388/6241</w:t>
        <w:br/>
        <w:t>f 19684/6391/6238 19688/6395/6240 19681/6388/6241</w:t>
        <w:br/>
        <w:t>f 19686/6393/6240 19684/6391/6238 19633/6340/6243</w:t>
        <w:br/>
        <w:t>f 19688/6395/6240 19684/6391/6238 19633/6340/6243</w:t>
        <w:br/>
        <w:t>f 19632/6339/6194 19633/6340/6195 19684/6391/6238</w:t>
        <w:br/>
        <w:t>f 19683/6390/6237 19632/6339/6244 19684/6391/6238</w:t>
        <w:br/>
        <w:t>f 19682/6389/6237 19632/6339/6244 19684/6391/6238</w:t>
        <w:br/>
        <w:t>f 19632/6339/6244 19683/6390/6237 19634/6341/6245</w:t>
        <w:br/>
        <w:t>f 19632/6339/6244 19682/6389/6237 19634/6341/6245</w:t>
        <w:br/>
        <w:t>f 19689/6396/6246 19634/6341/6245 19683/6390/6237</w:t>
        <w:br/>
        <w:t>f 19689/6396/6246 19634/6341/6245 19682/6389/6237</w:t>
        <w:br/>
        <w:t>f 19683/6390/6237 19671/6378/6229 19689/6396/6246</w:t>
        <w:br/>
        <w:t>f 19682/6389/6237 19671/6378/6229 19689/6396/6246</w:t>
        <w:br/>
        <w:t>f 19634/6341/6196 19689/6396/6247 19635/6342/6197</w:t>
        <w:br/>
        <w:t>f 19671/6378/6229 19649/6356/6209 19689/6396/6246</w:t>
        <w:br/>
        <w:t>f 19647/6354/6248 19635/6342/6197 19689/6396/6247</w:t>
        <w:br/>
        <w:t>f 19692/6397/6249 19691/6398/6249 19690/6399/6249</w:t>
        <w:br/>
        <w:t>f 19693/6400/6249 19692/6397/6249 19690/6399/6249</w:t>
        <w:br/>
        <w:t>f 19691/6398/6249 19694/6401/6249 19690/6399/6249</w:t>
        <w:br/>
        <w:t>f 19695/6402/6250 19693/6400/6249 19690/6399/6249</w:t>
        <w:br/>
        <w:t>f 19690/6399/6249 19694/6401/6249 19696/6403/6250</w:t>
        <w:br/>
        <w:t>f 19695/6402/6250 19690/6399/6249 19696/6403/6250</w:t>
        <w:br/>
        <w:t>f 19699/6404/6251 19698/6405/6252 19697/6406/6252</w:t>
        <w:br/>
        <w:t>f 19700/6407/6253 19699/6404/6251 19697/6406/6252</w:t>
        <w:br/>
        <w:t>f 19697/6406/6252 19698/6405/6252 19701/6408/6252</w:t>
        <w:br/>
        <w:t>f 19702/6409/6254 19700/6407/6253 19697/6406/6252</w:t>
        <w:br/>
        <w:t>f 19697/6406/6252 19701/6408/6252 19703/6410/6254</w:t>
        <w:br/>
        <w:t>f 19703/6410/6254 19702/6409/6254 19697/6406/6252</w:t>
        <w:br/>
        <w:t>f 19706/6411/6255 19705/6412/6256 19704/6413/6257</w:t>
        <w:br/>
        <w:t>f 19706/6411/6255 19707/6414/6258 19705/6412/6256</w:t>
        <w:br/>
        <w:t>f 19705/6412/6256 19708/6415/6259 19704/6413/6257</w:t>
        <w:br/>
        <w:t>f 19707/6414/6258 19709/6416/6260 19705/6412/6256</w:t>
        <w:br/>
        <w:t>f 19705/6412/6256 19710/6417/6261 19708/6415/6259</w:t>
        <w:br/>
        <w:t>f 19709/6416/6260 19710/6417/6261 19705/6412/6256</w:t>
        <w:br/>
        <w:t>f 19713/6418/6262 19712/6419/6263 19711/6420/6264</w:t>
        <w:br/>
        <w:t>f 19714/6421/6265 19713/6418/6262 19711/6420/6264</w:t>
        <w:br/>
        <w:t>f 19712/6419/6263 19715/6422/6266 19711/6420/6264</w:t>
        <w:br/>
        <w:t>f 19711/6420/6264 19716/6423/6267 19714/6421/6265</w:t>
        <w:br/>
        <w:t>f 19715/6422/6266 19717/6424/6268 19711/6420/6264</w:t>
        <w:br/>
        <w:t>f 19717/6424/6268 19716/6423/6267 19711/6420/6264</w:t>
        <w:br/>
        <w:t>f 19720/6425/6269 19719/6426/6269 19718/6427/6269</w:t>
        <w:br/>
        <w:t>f 19718/6427/6269 19719/6426/6269 19721/6428/6269</w:t>
        <w:br/>
        <w:t>f 19722/6429/6269 19719/6426/6269 19720/6425/6269</w:t>
        <w:br/>
        <w:t>f 19719/6426/6269 19723/6430/6270 19721/6428/6269</w:t>
        <w:br/>
        <w:t>f 19724/6431/6270 19719/6426/6269 19722/6429/6269</w:t>
        <w:br/>
        <w:t>f 19724/6431/6270 19723/6430/6270 19719/6426/6269</w:t>
        <w:br/>
        <w:t>f 19727/6432/6271 19726/6433/6272 19725/6434/6272</w:t>
        <w:br/>
        <w:t>f 19728/6435/6273 19726/6433/6272 19727/6432/6271</w:t>
        <w:br/>
        <w:t>f 19726/6433/6272 19729/6436/6272 19725/6434/6272</w:t>
        <w:br/>
        <w:t>f 19730/6437/6274 19726/6433/6272 19728/6435/6273</w:t>
        <w:br/>
        <w:t>f 19726/6433/6272 19731/6438/6274 19729/6436/6272</w:t>
        <w:br/>
        <w:t>f 19731/6438/6274 19726/6433/6272 19730/6437/6274</w:t>
        <w:br/>
        <w:t>f 19734/6439/6275 19733/6440/6276 19732/6441/6277</w:t>
        <w:br/>
        <w:t>f 19734/6439/6275 19732/6441/6277 19735/6442/6278</w:t>
        <w:br/>
        <w:t>f 19732/6441/6277 19733/6440/6276 19736/6443/6279</w:t>
        <w:br/>
        <w:t>f 19735/6442/6278 19732/6441/6277 19737/6444/6280</w:t>
        <w:br/>
        <w:t>f 19732/6441/6277 19736/6443/6279 19738/6445/6281</w:t>
        <w:br/>
        <w:t>f 19737/6444/6280 19732/6441/6277 19738/6445/6281</w:t>
        <w:br/>
        <w:t>f 19741/6446/6282 19740/6447/6283 19739/6448/6284</w:t>
        <w:br/>
        <w:t>f 19739/6448/6284 19740/6447/6283 19742/6449/6285</w:t>
        <w:br/>
        <w:t>f 19743/6450/6286 19740/6447/6283 19741/6446/6282</w:t>
        <w:br/>
        <w:t>f 19742/6449/6285 19740/6447/6283 19744/6451/6287</w:t>
        <w:br/>
        <w:t>f 19740/6447/6283 19743/6450/6286 19745/6452/6288</w:t>
        <w:br/>
        <w:t>f 19744/6451/6287 19740/6447/6283 19745/6452/6288</w:t>
        <w:br/>
        <w:t>f 19748/6453/6289 19747/6454/6290 19746/6455/6291</w:t>
        <w:br/>
        <w:t>f 19746/6455/6291 19749/6456/6292 19748/6453/6289</w:t>
        <w:br/>
        <w:t>f 19750/6457/6293 19746/6455/6291 19747/6454/6290</w:t>
        <w:br/>
        <w:t>f 19746/6455/6291 19751/6458/6294 19749/6456/6292</w:t>
        <w:br/>
        <w:t>f 19751/6458/6294 19752/6459/6295 19749/6456/6292</w:t>
        <w:br/>
        <w:t>f 19746/6455/6291 19750/6457/6293 19753/6460/6296</w:t>
        <w:br/>
        <w:t>f 19754/6461/6297 19751/6458/6294 19746/6455/6291</w:t>
        <w:br/>
        <w:t>f 19751/6458/6294 19755/6462/6298 19752/6459/6295</w:t>
        <w:br/>
        <w:t>f 19755/6462/6298 19756/6463/6299 19752/6459/6295</w:t>
        <w:br/>
        <w:t>f 19754/6461/6297 19757/6464/6300 19751/6458/6294</w:t>
        <w:br/>
        <w:t>f 19758/6465/6301 19755/6462/6298 19751/6458/6294</w:t>
        <w:br/>
        <w:t>f 19757/6464/6300 19758/6465/6301 19751/6458/6294</w:t>
        <w:br/>
        <w:t>f 19754/6461/6297 19759/6466/6302 19757/6464/6300</w:t>
        <w:br/>
        <w:t>f 19758/6465/6301 19757/6464/6300 19759/6466/6302</w:t>
        <w:br/>
        <w:t>f 19760/6467/6303 19753/6460/6296 19750/6457/6293</w:t>
        <w:br/>
        <w:t>f 19754/6461/6297 19761/6468/6304 19759/6466/6302</w:t>
        <w:br/>
        <w:t>f 19750/6457/6293 19762/6469/6305 19760/6467/6303</w:t>
        <w:br/>
        <w:t>f 19763/6470/6306 19760/6467/6303 19762/6469/6305</w:t>
        <w:br/>
        <w:t>f 19764/6471/6307 19760/6467/6303 19763/6470/6306</w:t>
        <w:br/>
        <w:t>f 19765/6472/6308 19764/6471/6307 19763/6470/6306</w:t>
        <w:br/>
        <w:t>f 19761/6468/6304 19766/6473/6309 19759/6466/6302</w:t>
        <w:br/>
        <w:t>f 19761/6468/6304 19767/6474/6310 19766/6473/6309</w:t>
        <w:br/>
        <w:t>f 19758/6465/6301 19759/6466/6302 19768/6475/6311</w:t>
        <w:br/>
        <w:t>f 19766/6473/6309 19768/6475/6311 19759/6466/6302</w:t>
        <w:br/>
        <w:t>f 19764/6471/6307 19765/6472/6308 19769/6476/6312</w:t>
        <w:br/>
        <w:t>f 19770/6477/6313 19769/6476/6312 19765/6472/6308</w:t>
        <w:br/>
        <w:t>f 19767/6474/6310 19771/6478/6314 19766/6473/6309</w:t>
        <w:br/>
        <w:t>f 19767/6474/6310 19772/6479/6315 19771/6478/6314</w:t>
        <w:br/>
        <w:t>f 19769/6476/6312 19770/6477/6313 19773/6480/6313</w:t>
        <w:br/>
        <w:t>f 19774/6481/6313 19773/6480/6313 19770/6477/6313</w:t>
        <w:br/>
        <w:t>f 19773/6480/6313 19774/6481/6313 19775/6482/6313</w:t>
        <w:br/>
        <w:t>f 19778/6483/6316 19777/6484/6317 19776/6485/6318</w:t>
        <w:br/>
        <w:t>f 19772/6479/6315 19778/6483/6316 19779/6486/6319</w:t>
        <w:br/>
        <w:t>f 19778/6483/6316 19776/6485/6318 19779/6486/6319</w:t>
        <w:br/>
        <w:t>f 19772/6479/6315 19779/6486/6319 19771/6478/6314</w:t>
        <w:br/>
        <w:t>f 19780/6487/6320 19779/6486/6319 19776/6485/6318</w:t>
        <w:br/>
        <w:t>f 19771/6478/6314 19781/6488/6321 19766/6473/6309</w:t>
        <w:br/>
        <w:t>f 19766/6473/6309 19781/6488/6321 19768/6475/6311</w:t>
        <w:br/>
        <w:t>f 19779/6486/6319 19782/6489/6322 19771/6478/6314</w:t>
        <w:br/>
        <w:t>f 19779/6486/6319 19780/6487/6320 19782/6489/6322</w:t>
        <w:br/>
        <w:t>f 19771/6478/6314 19782/6489/6322 19781/6488/6321</w:t>
        <w:br/>
        <w:t>f 19783/6490/6323 19780/6487/6320 19776/6485/6318</w:t>
        <w:br/>
        <w:t>f 19780/6487/6320 19783/6490/6323 19782/6489/6322</w:t>
        <w:br/>
        <w:t>f 19783/6490/6323 19776/6485/6318 19784/6491/6324</w:t>
        <w:br/>
        <w:t>f 19783/6490/6323 19784/6491/6324 19785/6492/6325</w:t>
        <w:br/>
        <w:t>f 19782/6489/6322 19783/6490/6323 19785/6492/6325</w:t>
        <w:br/>
        <w:t>f 19785/6492/6325 19784/6491/6324 19786/6493/6326</w:t>
        <w:br/>
        <w:t>f 19781/6488/6321 19782/6489/6322 19787/6494/6327</w:t>
        <w:br/>
        <w:t>f 19785/6492/6325 19786/6493/6326 19788/6495/6328</w:t>
        <w:br/>
        <w:t>f 19782/6489/6322 19785/6492/6325 19789/6496/6329</w:t>
        <w:br/>
        <w:t>f 19785/6492/6325 19788/6495/6328 19789/6496/6329</w:t>
        <w:br/>
        <w:t>f 19782/6489/6322 19789/6496/6329 19787/6494/6327</w:t>
        <w:br/>
        <w:t>f 19786/6493/6326 19790/6497/6330 19788/6495/6328</w:t>
        <w:br/>
        <w:t>f 19788/6495/6328 19790/6497/6330 19789/6496/6329</w:t>
        <w:br/>
        <w:t>f 19791/6498/6331 19790/6497/6330 19786/6493/6326</w:t>
        <w:br/>
        <w:t>f 19787/6494/6327 19789/6496/6329 19792/6499/6332</w:t>
        <w:br/>
        <w:t>f 19791/6498/6331 19793/6500/6333 19790/6497/6330</w:t>
        <w:br/>
        <w:t>f 19789/6496/6329 19790/6497/6330 19794/6501/6334</w:t>
        <w:br/>
        <w:t>f 19793/6500/6333 19794/6501/6334 19790/6497/6330</w:t>
        <w:br/>
        <w:t>f 19792/6499/6332 19789/6496/6329 19794/6501/6334</w:t>
        <w:br/>
        <w:t>f 19791/6498/6331 19795/6502/6335 19793/6500/6333</w:t>
        <w:br/>
        <w:t>f 19796/6503/6336 19795/6502/6335 19791/6498/6331</w:t>
        <w:br/>
        <w:t>f 19795/6502/6335 19797/6504/6337 19793/6500/6333</w:t>
        <w:br/>
        <w:t>f 19797/6504/6337 19794/6501/6334 19793/6500/6333</w:t>
        <w:br/>
        <w:t>f 19796/6503/6336 19798/6505/6338 19795/6502/6335</w:t>
        <w:br/>
        <w:t>f 19798/6505/6338 19797/6504/6337 19795/6502/6335</w:t>
        <w:br/>
        <w:t>f 19796/6503/6336 19799/6506/6339 19798/6505/6338</w:t>
        <w:br/>
        <w:t>f 19794/6501/6334 19797/6504/6337 19800/6507/6340</w:t>
        <w:br/>
        <w:t>f 19799/6506/6339 19801/6508/6341 19798/6505/6338</w:t>
        <w:br/>
        <w:t>f 19799/6506/6339 19802/6509/6342 19801/6508/6341</w:t>
        <w:br/>
        <w:t>f 19797/6504/6337 19798/6505/6338 19803/6510/6343</w:t>
        <w:br/>
        <w:t>f 19797/6504/6337 19803/6510/6343 19800/6507/6340</w:t>
        <w:br/>
        <w:t>f 19798/6505/6338 19801/6508/6341 19804/6511/6344</w:t>
        <w:br/>
        <w:t>f 19798/6505/6338 19804/6511/6344 19803/6510/6343</w:t>
        <w:br/>
        <w:t>f 19805/6512/6345 19801/6508/6341 19802/6509/6342</w:t>
        <w:br/>
        <w:t>f 19802/6509/6342 19806/6513/6346 19805/6512/6345</w:t>
        <w:br/>
        <w:t>f 19801/6508/6341 19807/6514/6347 19804/6511/6344</w:t>
        <w:br/>
        <w:t>f 19807/6514/6347 19801/6508/6341 19805/6512/6345</w:t>
        <w:br/>
        <w:t>f 19806/6513/6346 19808/6515/6348 19805/6512/6345</w:t>
        <w:br/>
        <w:t>f 19808/6515/6348 19806/6513/6346 19809/6516/6349</w:t>
        <w:br/>
        <w:t>f 19805/6512/6345 19810/6517/6350 19807/6514/6347</w:t>
        <w:br/>
        <w:t>f 19810/6517/6350 19805/6512/6345 19808/6515/6348</w:t>
        <w:br/>
        <w:t>f 19809/6516/6349 19811/6518/6351 19808/6515/6348</w:t>
        <w:br/>
        <w:t>f 19811/6518/6351 19810/6517/6350 19808/6515/6348</w:t>
        <w:br/>
        <w:t>f 19811/6518/6351 19809/6516/6349 19812/6519/6352</w:t>
        <w:br/>
        <w:t>f 19807/6514/6347 19810/6517/6350 19813/6520/6353</w:t>
        <w:br/>
        <w:t>f 19812/6519/6352 19814/6521/6354 19811/6518/6351</w:t>
        <w:br/>
        <w:t>f 19814/6521/6354 19812/6519/6352 19815/6522/6355</w:t>
        <w:br/>
        <w:t>f 19810/6517/6350 19811/6518/6351 19816/6523/6356</w:t>
        <w:br/>
        <w:t>f 19814/6521/6354 19816/6523/6356 19811/6518/6351</w:t>
        <w:br/>
        <w:t>f 19816/6523/6356 19813/6520/6353 19810/6517/6350</w:t>
        <w:br/>
        <w:t>f 19815/6522/6355 19817/6524/6357 19814/6521/6354</w:t>
        <w:br/>
        <w:t>f 19818/6525/6358 19817/6524/6357 19815/6522/6355</w:t>
        <w:br/>
        <w:t>f 19817/6524/6357 19818/6525/6358 19819/6526/6359</w:t>
        <w:br/>
        <w:t>f 19816/6523/6356 19814/6521/6354 19820/6527/6360</w:t>
        <w:br/>
        <w:t>f 19820/6527/6360 19814/6521/6354 19817/6524/6357</w:t>
        <w:br/>
        <w:t>f 19821/6528/6361 19817/6524/6357 19819/6526/6359</w:t>
        <w:br/>
        <w:t>f 19820/6527/6360 19817/6524/6357 19821/6528/6361</w:t>
        <w:br/>
        <w:t>f 19819/6526/6359 19822/6529/6362 19821/6528/6361</w:t>
        <w:br/>
        <w:t>f 19823/6530/6363 19816/6523/6356 19820/6527/6360</w:t>
        <w:br/>
        <w:t>f 19813/6520/6353 19816/6523/6356 19823/6530/6363</w:t>
        <w:br/>
        <w:t>f 19824/6531/6364 19820/6527/6360 19821/6528/6361</w:t>
        <w:br/>
        <w:t>f 19820/6527/6360 19824/6531/6364 19823/6530/6363</w:t>
        <w:br/>
        <w:t>f 19825/6532/6365 19821/6528/6361 19822/6529/6362</w:t>
        <w:br/>
        <w:t>f 19821/6528/6361 19826/6533/6366 19824/6531/6364</w:t>
        <w:br/>
        <w:t>f 19822/6529/6362 19827/6534/6367 19825/6532/6365</w:t>
        <w:br/>
        <w:t>f 19823/6530/6363 19828/6535/6368 19813/6520/6353</w:t>
        <w:br/>
        <w:t>f 19829/6536/6369 19825/6532/6365 19827/6534/6367</w:t>
        <w:br/>
        <w:t>f 19827/6534/6367 19830/6537/6370 19829/6536/6369</w:t>
        <w:br/>
        <w:t>f 19828/6535/6368 19823/6530/6363 19831/6538/6371</w:t>
        <w:br/>
        <w:t>f 19824/6531/6364 19831/6538/6371 19823/6530/6363</w:t>
        <w:br/>
        <w:t>f 19832/6539/6372 19813/6520/6353 19828/6535/6368</w:t>
        <w:br/>
        <w:t>f 19832/6539/6372 19807/6514/6347 19813/6520/6353</w:t>
        <w:br/>
        <w:t>f 19804/6511/6344 19807/6514/6347 19832/6539/6372</w:t>
        <w:br/>
        <w:t>f 19833/6540/6373 19804/6511/6344 19832/6539/6372</w:t>
        <w:br/>
        <w:t>f 19833/6540/6373 19803/6510/6343 19804/6511/6344</w:t>
        <w:br/>
        <w:t>f 19834/6541/6374 19832/6539/6372 19828/6535/6368</w:t>
        <w:br/>
        <w:t>f 19833/6540/6373 19832/6539/6372 19834/6541/6374</w:t>
        <w:br/>
        <w:t>f 19803/6510/6343 19833/6540/6373 19835/6542/6375</w:t>
        <w:br/>
        <w:t>f 19803/6510/6343 19835/6542/6375 19800/6507/6340</w:t>
        <w:br/>
        <w:t>f 19836/6543/6376 19833/6540/6373 19834/6541/6374</w:t>
        <w:br/>
        <w:t>f 19833/6540/6373 19836/6543/6376 19835/6542/6375</w:t>
        <w:br/>
        <w:t>f 19837/6544/6377 19834/6541/6374 19828/6535/6368</w:t>
        <w:br/>
        <w:t>f 19831/6538/6371 19837/6544/6377 19828/6535/6368</w:t>
        <w:br/>
        <w:t>f 19838/6545/6378 19836/6543/6376 19834/6541/6374</w:t>
        <w:br/>
        <w:t>f 19834/6541/6374 19837/6544/6377 19838/6545/6378</w:t>
        <w:br/>
        <w:t>f 19835/6542/6375 19836/6543/6376 19839/6546/6379</w:t>
        <w:br/>
        <w:t>f 19800/6507/6340 19835/6542/6375 19840/6547/6380</w:t>
        <w:br/>
        <w:t>f 19835/6542/6375 19839/6546/6379 19840/6547/6380</w:t>
        <w:br/>
        <w:t>f 19840/6547/6380 19794/6501/6334 19800/6507/6340</w:t>
        <w:br/>
        <w:t>f 19792/6499/6332 19794/6501/6334 19840/6547/6380</w:t>
        <w:br/>
        <w:t>f 19836/6543/6376 19841/6548/6381 19839/6546/6379</w:t>
        <w:br/>
        <w:t>f 19841/6548/6381 19840/6547/6380 19839/6546/6379</w:t>
        <w:br/>
        <w:t>f 19842/6549/6382 19792/6499/6332 19840/6547/6380</w:t>
        <w:br/>
        <w:t>f 19841/6548/6381 19842/6549/6382 19840/6547/6380</w:t>
        <w:br/>
        <w:t>f 19787/6494/6327 19792/6499/6332 19842/6549/6382</w:t>
        <w:br/>
        <w:t>f 19841/6548/6381 19836/6543/6376 19843/6550/6383</w:t>
        <w:br/>
        <w:t>f 19836/6543/6376 19838/6545/6378 19843/6550/6383</w:t>
        <w:br/>
        <w:t>f 19787/6494/6327 19842/6549/6382 19844/6551/6384</w:t>
        <w:br/>
        <w:t>f 19781/6488/6321 19787/6494/6327 19844/6551/6384</w:t>
        <w:br/>
        <w:t>f 19781/6488/6321 19844/6551/6384 19768/6475/6311</w:t>
        <w:br/>
        <w:t>f 19845/6552/6385 19844/6551/6384 19842/6549/6382</w:t>
        <w:br/>
        <w:t>f 19842/6549/6382 19841/6548/6381 19845/6552/6385</w:t>
        <w:br/>
        <w:t>f 19768/6475/6311 19844/6551/6384 19846/6553/6386</w:t>
        <w:br/>
        <w:t>f 19846/6553/6386 19844/6551/6384 19845/6552/6385</w:t>
        <w:br/>
        <w:t>f 19768/6475/6311 19846/6553/6386 19758/6465/6301</w:t>
        <w:br/>
        <w:t>f 19846/6553/6386 19755/6462/6298 19758/6465/6301</w:t>
        <w:br/>
        <w:t>f 19846/6553/6386 19847/6554/6387 19755/6462/6298</w:t>
        <w:br/>
        <w:t>f 19845/6552/6385 19847/6554/6387 19846/6553/6386</w:t>
        <w:br/>
        <w:t>f 19755/6462/6298 19847/6554/6387 19756/6463/6299</w:t>
        <w:br/>
        <w:t>f 19847/6554/6387 19848/6555/6388 19756/6463/6299</w:t>
        <w:br/>
        <w:t>f 19756/6463/6299 19848/6555/6388 19849/6556/6389</w:t>
        <w:br/>
        <w:t>f 19847/6554/6387 19845/6552/6385 19850/6557/6390</w:t>
        <w:br/>
        <w:t>f 19848/6555/6388 19847/6554/6387 19850/6557/6390</w:t>
        <w:br/>
        <w:t>f 19849/6556/6389 19848/6555/6388 19851/6558/6391</w:t>
        <w:br/>
        <w:t>f 19849/6556/6389 19851/6558/6391 19852/6559/6392</w:t>
        <w:br/>
        <w:t>f 19851/6558/6391 19853/6560/6393 19852/6559/6392</w:t>
        <w:br/>
        <w:t>f 19853/6560/6393 19851/6558/6391 19854/6561/6394</w:t>
        <w:br/>
        <w:t>f 19854/6561/6394 19855/6562/6395 19853/6560/6393</w:t>
        <w:br/>
        <w:t>f 19853/6560/6393 19855/6562/6395 19856/6563/6396</w:t>
        <w:br/>
        <w:t>f 19857/6564/6397 19856/6563/6396 19855/6562/6395</w:t>
        <w:br/>
        <w:t>f 19857/6564/6397 19855/6562/6395 19858/6565/6398</w:t>
        <w:br/>
        <w:t>f 19858/6565/6398 19859/6566/6399 19857/6564/6397</w:t>
        <w:br/>
        <w:t>f 19859/6566/6399 19858/6565/6398 19860/6567/6400</w:t>
        <w:br/>
        <w:t>f 19860/6567/6400 19861/6568/6401 19859/6566/6399</w:t>
        <w:br/>
        <w:t>f 19851/6558/6391 19848/6555/6388 19862/6569/6402</w:t>
        <w:br/>
        <w:t>f 19862/6569/6402 19848/6555/6388 19850/6557/6390</w:t>
        <w:br/>
        <w:t>f 19862/6569/6402 19863/6570/6403 19851/6558/6391</w:t>
        <w:br/>
        <w:t>f 19863/6570/6403 19862/6569/6402 19864/6571/6404</w:t>
        <w:br/>
        <w:t>f 19862/6569/6402 19850/6557/6390 19864/6571/6404</w:t>
        <w:br/>
        <w:t>f 19863/6570/6403 19864/6571/6404 19865/6572/6405</w:t>
        <w:br/>
        <w:t>f 19864/6571/6404 19866/6573/6406 19865/6572/6405</w:t>
        <w:br/>
        <w:t>f 19867/6574/6407 19864/6571/6404 19850/6557/6390</w:t>
        <w:br/>
        <w:t>f 19850/6557/6390 19845/6552/6385 19867/6574/6407</w:t>
        <w:br/>
        <w:t>f 19868/6575/6408 19864/6571/6404 19867/6574/6407</w:t>
        <w:br/>
        <w:t>f 19867/6574/6407 19845/6552/6385 19868/6575/6408</w:t>
        <w:br/>
        <w:t>f 19868/6575/6408 19866/6573/6406 19864/6571/6404</w:t>
        <w:br/>
        <w:t>f 19845/6552/6385 19841/6548/6381 19868/6575/6408</w:t>
        <w:br/>
        <w:t>f 19841/6548/6381 19866/6573/6406 19868/6575/6408</w:t>
        <w:br/>
        <w:t>f 19866/6573/6406 19841/6548/6381 19843/6550/6383</w:t>
        <w:br/>
        <w:t>f 19869/6576/6409 19866/6573/6406 19843/6550/6383</w:t>
        <w:br/>
        <w:t>f 19869/6576/6409 19843/6550/6383 19838/6545/6378</w:t>
        <w:br/>
        <w:t>f 19838/6545/6378 19870/6577/6410 19869/6576/6409</w:t>
        <w:br/>
        <w:t>f 19838/6545/6378 19871/6578/6411 19870/6577/6410</w:t>
        <w:br/>
        <w:t>f 19871/6578/6411 19838/6545/6378 19837/6544/6377</w:t>
        <w:br/>
        <w:t>f 19871/6578/6411 19837/6544/6377 19872/6579/6412</w:t>
        <w:br/>
        <w:t>f 19837/6544/6377 19873/6580/6413 19872/6579/6412</w:t>
        <w:br/>
        <w:t>f 19837/6544/6377 19874/6581/6414 19873/6580/6413</w:t>
        <w:br/>
        <w:t>f 19875/6582/6415 19873/6580/6413 19874/6581/6414</w:t>
        <w:br/>
        <w:t>f 19837/6544/6377 19831/6538/6371 19874/6581/6414</w:t>
        <w:br/>
        <w:t>f 19876/6583/6416 19875/6582/6415 19874/6581/6414</w:t>
        <w:br/>
        <w:t>f 19877/6584/6417 19874/6581/6414 19831/6538/6371</w:t>
        <w:br/>
        <w:t>f 19831/6538/6371 19824/6531/6364 19877/6584/6417</w:t>
        <w:br/>
        <w:t>f 19878/6585/6418 19876/6583/6416 19874/6581/6414</w:t>
        <w:br/>
        <w:t>f 19874/6581/6414 19877/6584/6417 19878/6585/6418</w:t>
        <w:br/>
        <w:t>f 19879/6586/6419 19876/6583/6416 19878/6585/6418</w:t>
        <w:br/>
        <w:t>f 19877/6584/6417 19824/6531/6364 19880/6587/6420</w:t>
        <w:br/>
        <w:t>f 19878/6585/6418 19877/6584/6417 19880/6587/6420</w:t>
        <w:br/>
        <w:t>f 19880/6587/6420 19824/6531/6364 19826/6533/6366</w:t>
        <w:br/>
        <w:t>f 19878/6585/6418 19880/6587/6420 19881/6588/6421</w:t>
        <w:br/>
        <w:t>f 19881/6588/6421 19879/6586/6419 19878/6585/6418</w:t>
        <w:br/>
        <w:t>f 19825/6532/6365 19882/6589/6422 19880/6587/6420</w:t>
        <w:br/>
        <w:t>f 19882/6589/6422 19881/6588/6421 19880/6587/6420</w:t>
        <w:br/>
        <w:t>f 19829/6536/6369 19882/6589/6422 19825/6532/6365</w:t>
        <w:br/>
        <w:t>f 19881/6588/6421 19882/6589/6422 19883/6590/6423</w:t>
        <w:br/>
        <w:t>f 19829/6536/6369 19883/6590/6423 19882/6589/6422</w:t>
        <w:br/>
        <w:t>f 19884/6591/6424 19879/6586/6419 19881/6588/6421</w:t>
        <w:br/>
        <w:t>f 19883/6590/6423 19829/6536/6369 19885/6592/6425</w:t>
        <w:br/>
        <w:t>f 19830/6537/6370 19885/6592/6425 19829/6536/6369</w:t>
        <w:br/>
        <w:t>f 19885/6592/6425 19830/6537/6370 19886/6593/6426</w:t>
        <w:br/>
        <w:t>f 19887/6594/6427 19881/6588/6421 19883/6590/6423</w:t>
        <w:br/>
        <w:t>f 19887/6594/6427 19883/6590/6423 19885/6592/6425</w:t>
        <w:br/>
        <w:t>f 19887/6594/6427 19884/6591/6424 19881/6588/6421</w:t>
        <w:br/>
        <w:t>f 19886/6593/6426 19888/6595/6428 19885/6592/6425</w:t>
        <w:br/>
        <w:t>f 19885/6592/6425 19889/6596/6429 19887/6594/6427</w:t>
        <w:br/>
        <w:t>f 19888/6595/6428 19886/6593/6426 19890/6597/6430</w:t>
        <w:br/>
        <w:t>f 19889/6596/6429 19891/6598/6431 19887/6594/6427</w:t>
        <w:br/>
        <w:t>f 19891/6598/6431 19884/6591/6424 19887/6594/6427</w:t>
        <w:br/>
        <w:t>f 19892/6599/6432 19888/6595/6428 19890/6597/6430</w:t>
        <w:br/>
        <w:t>f 19893/6600/6433 19891/6598/6431 19889/6596/6429</w:t>
        <w:br/>
        <w:t>f 19892/6599/6432 19890/6597/6430 19894/6601/6434</w:t>
        <w:br/>
        <w:t>f 19895/6602/6435 19892/6599/6432 19894/6601/6434</w:t>
        <w:br/>
        <w:t>f 19896/6603/6436 19884/6591/6424 19891/6598/6431</w:t>
        <w:br/>
        <w:t>f 19892/6599/6432 19896/6603/6436 19891/6598/6431</w:t>
        <w:br/>
        <w:t>f 19892/6599/6432 19895/6602/6435 19897/6604/6437</w:t>
        <w:br/>
        <w:t>f 19892/6599/6432 19898/6605/6438 19896/6603/6436</w:t>
        <w:br/>
        <w:t>f 19899/6606/6439 19897/6604/6437 19895/6602/6435</w:t>
        <w:br/>
        <w:t>f 19897/6604/6437 19899/6606/6439 19900/6607/6440</w:t>
        <w:br/>
        <w:t>f 19900/6607/6440 19901/6608/6441 19897/6604/6437</w:t>
        <w:br/>
        <w:t>f 19896/6603/6436 19897/6604/6437 19901/6608/6441</w:t>
        <w:br/>
        <w:t>f 19902/6609/6442 19901/6608/6441 19900/6607/6440</w:t>
        <w:br/>
        <w:t>f 19861/6568/6401 19901/6608/6441 19902/6609/6442</w:t>
        <w:br/>
        <w:t>f 19896/6603/6436 19901/6608/6441 19903/6610/6443</w:t>
        <w:br/>
        <w:t>f 19903/6610/6443 19901/6608/6441 19861/6568/6401</w:t>
        <w:br/>
        <w:t>f 19896/6603/6436 19903/6610/6443 19884/6591/6424</w:t>
        <w:br/>
        <w:t>f 19884/6591/6424 19903/6610/6443 19879/6586/6419</w:t>
        <w:br/>
        <w:t>f 19860/6567/6400 19903/6610/6443 19861/6568/6401</w:t>
        <w:br/>
        <w:t>f 19879/6586/6419 19903/6610/6443 19904/6611/6444</w:t>
        <w:br/>
        <w:t>f 19904/6611/6444 19903/6610/6443 19860/6567/6400</w:t>
        <w:br/>
        <w:t>f 19907/6612/6445 19906/6613/6445 19905/6614/6446</w:t>
        <w:br/>
        <w:t>f 19906/6613/6445 19907/6612/6445 19908/6615/6447</w:t>
        <w:br/>
        <w:t>f 19911/6616/6448 19910/6617/6449 19909/6618/6450</w:t>
        <w:br/>
        <w:t>f 14230/937/6451 19913/6619/6452 19912/6620/6452</w:t>
        <w:br/>
        <w:t>f 19911/6616/6448 19909/6618/6450 19914/6621/6453</w:t>
        <w:br/>
        <w:t>f 14167/874/868 19914/6621/6453 19909/6618/6450</w:t>
        <w:br/>
        <w:t>f 19914/6621/6453 14167/874/868 14178/885/880</w:t>
        <w:br/>
        <w:t>f 14230/937/933 19911/6616/6448 19915/6622/6454</w:t>
        <w:br/>
        <w:t>f 19915/6622/6454 19911/6616/6448 19914/6621/6453</w:t>
        <w:br/>
        <w:t>f 14230/937/933 19915/6622/6454 14178/885/880</w:t>
        <w:br/>
        <w:t>f 14178/885/880 19915/6622/6454 19914/6621/6453</w:t>
        <w:br/>
        <w:t>f 19918/6623/6455 19917/6624/6456 19916/6625/6457</w:t>
        <w:br/>
        <w:t>f 19919/6626/6458 19917/6624/6456 19918/6623/6455</w:t>
        <w:br/>
        <w:t>f 19922/6627/6459 19921/6628/6460 19920/6629/6461</w:t>
        <w:br/>
        <w:t>f 19918/6623/6455 19923/6630/6462 19919/6626/6458</w:t>
        <w:br/>
        <w:t>f 19142/5849/5718 19153/5860/5729 19924/6631/6463</w:t>
        <w:br/>
        <w:t>f 19924/6631/6463 19143/5850/5719 19142/5849/5718</w:t>
        <w:br/>
        <w:t>f 19921/6628/6460 19922/6627/6459 19925/6632/6464</w:t>
        <w:br/>
        <w:t>f 19926/6633/6465 19925/6632/6464 19922/6627/6459</w:t>
        <w:br/>
        <w:t>f 19923/6630/6462 19927/6634/6466 19143/5850/5719</w:t>
        <w:br/>
        <w:t>f 19141/5848/5717 19140/5847/5716 19928/6635/6467</w:t>
        <w:br/>
        <w:t>f 19918/6623/6455 19929/6636/6468 19923/6630/6462</w:t>
        <w:br/>
        <w:t>f 19931/6637/6469 19929/6636/6468 19930/6638/6470</w:t>
        <w:br/>
        <w:t>f 19923/6630/6462 19932/6639/6471 19927/6634/6466</w:t>
        <w:br/>
        <w:t>f 19932/6639/6471 19933/6640/6472 19927/6634/6466</w:t>
        <w:br/>
        <w:t>f 19932/6639/6471 19923/6630/6462 19929/6636/6468</w:t>
        <w:br/>
        <w:t>f 19934/6641/6473 19933/6640/6472 19932/6639/6471</w:t>
        <w:br/>
        <w:t>f 19929/6636/6468 19931/6637/6469 19935/6642/6474</w:t>
        <w:br/>
        <w:t>f 19935/6642/6474 19932/6639/6471 19929/6636/6468</w:t>
        <w:br/>
        <w:t>f 19936/6643/6475 19925/6632/6464 19926/6633/6465</w:t>
        <w:br/>
        <w:t>f 19937/6644/6476 19935/6642/6474 19931/6637/6469</w:t>
        <w:br/>
        <w:t>f 19940/6645/6477 19939/6646/6478 19938/6647/6479</w:t>
        <w:br/>
        <w:t>f 19943/6648/6480 19942/6649/6481 19941/6650/6482</w:t>
        <w:br/>
        <w:t>f 19932/6639/6471 19935/6642/6474 19944/6651/6483</w:t>
        <w:br/>
        <w:t>f 19941/6650/6482 19942/6649/6481 19945/6652/6484</w:t>
        <w:br/>
        <w:t>f 19946/6653/6485 19945/6652/6484 19942/6649/6481</w:t>
        <w:br/>
        <w:t>f 19938/6647/6479 19939/6646/6478 19947/6654/6486</w:t>
        <w:br/>
        <w:t>f 19942/6649/6481 19948/6655/6487 19946/6653/6485</w:t>
        <w:br/>
        <w:t>f 19951/6656/6488 19950/6657/6489 19949/6658/6490</w:t>
        <w:br/>
        <w:t>f 19937/6644/6476 19953/6659/6491 19952/6660/6492</w:t>
        <w:br/>
        <w:t>f 19939/6646/6478 19954/6661/6493 19947/6654/6486</w:t>
        <w:br/>
        <w:t>f 19935/6642/6474 19937/6644/6476 19952/6660/6492</w:t>
        <w:br/>
        <w:t>f 19952/6660/6492 19944/6651/6483 19935/6642/6474</w:t>
        <w:br/>
        <w:t>f 19944/6651/6483 19952/6660/6492 19955/6662/6494</w:t>
        <w:br/>
        <w:t>f 19954/6661/6493 19939/6646/6478 19956/6663/6495</w:t>
        <w:br/>
        <w:t>f 19956/6663/6495 19950/6657/6489 19954/6661/6493</w:t>
        <w:br/>
        <w:t>f 19950/6657/6489 19951/6656/6488 19957/6664/6496</w:t>
        <w:br/>
        <w:t>f 19950/6657/6489 19957/6664/6496 19954/6661/6493</w:t>
        <w:br/>
        <w:t>f 19952/6660/6492 19958/6665/6497 19955/6662/6494</w:t>
        <w:br/>
        <w:t>f 19961/6666/6498 19960/6667/6499 19959/6668/6498</w:t>
        <w:br/>
        <w:t>f 19964/6669/6500 19963/6670/6501 19962/6671/6502</w:t>
        <w:br/>
        <w:t>f 19959/6668/6498 19965/6672/6503 19961/6666/6498</w:t>
        <w:br/>
        <w:t>f 19968/6673/6504 19967/6674/6505 19966/6675/6506</w:t>
        <w:br/>
        <w:t>f 19963/6670/6501 19964/6669/6500 19969/6676/6507</w:t>
        <w:br/>
        <w:t>f 19969/6676/6507 19970/6677/6508 19963/6670/6501</w:t>
        <w:br/>
        <w:t>f 19971/6678/6509 19969/6676/6507 19964/6669/6500</w:t>
        <w:br/>
        <w:t>f 19967/6674/6505 19968/6673/6504 19972/6679/6510</w:t>
        <w:br/>
        <w:t>f 19972/6679/6510 19971/6678/6511 19967/6674/6505</w:t>
        <w:br/>
        <w:t>f 19970/6677/6508 19969/6676/6507 19973/6680/6512</w:t>
        <w:br/>
        <w:t>f 19969/6676/6507 19971/6678/6509 19974/6681/6513</w:t>
        <w:br/>
        <w:t>f 19973/6680/6512 19969/6676/6507 19975/6682/6514</w:t>
        <w:br/>
        <w:t>f 19971/6678/6511 19972/6679/6510 19976/6683/6515</w:t>
        <w:br/>
        <w:t>f 19979/6684/6516 19978/6685/6517 19977/6686/6518</w:t>
        <w:br/>
        <w:t>f 19982/6687/6519 19981/6688/6520 19980/6689/6521</w:t>
        <w:br/>
        <w:t>f 19979/6684/6516 19983/6690/6522 19978/6685/6517</w:t>
        <w:br/>
        <w:t>f 19984/6691/6523 19978/6685/6517 19983/6690/6522</w:t>
        <w:br/>
        <w:t>f 19980/6689/6521 19981/6688/6520 19985/6692/6524</w:t>
        <w:br/>
        <w:t>f 19986/6693/6525 19983/6690/6522 19979/6684/6516</w:t>
        <w:br/>
        <w:t>f 19981/6688/6520 19987/6694/6526 19985/6692/6524</w:t>
        <w:br/>
        <w:t>f 19988/6695/6527 19984/6691/6523 19983/6690/6522</w:t>
        <w:br/>
        <w:t>f 19989/6696/6528 19984/6691/6523 19988/6695/6527</w:t>
        <w:br/>
        <w:t>f 19992/6697/6529 19991/6698/6530 19990/6699/6531</w:t>
        <w:br/>
        <w:t>f 19983/6690/6522 19986/6693/6525 19993/6700/6532</w:t>
        <w:br/>
        <w:t>f 19993/6700/6532 19990/6699/6531 19983/6690/6522</w:t>
        <w:br/>
        <w:t>f 19994/6701/6533 19985/6692/6524 19987/6694/6526</w:t>
        <w:br/>
        <w:t>f 19995/6702/6534 19993/6700/6532 19986/6693/6525</w:t>
        <w:br/>
        <w:t>f 19996/6703/6535 19994/6701/6533 19987/6694/6526</w:t>
        <w:br/>
        <w:t>f 19990/6699/6531 19997/6704/6536 19992/6697/6529</w:t>
        <w:br/>
        <w:t>f 19990/6699/6531 19993/6700/6532 19997/6704/6536</w:t>
        <w:br/>
        <w:t>f 19997/6704/6536 19998/6705/6537 19992/6697/6529</w:t>
        <w:br/>
        <w:t>f 19999/6706/6538 19998/6705/6537 19997/6704/6536</w:t>
        <w:br/>
        <w:t>f 19997/6704/6536 19993/6700/6532 20000/6707/6539</w:t>
        <w:br/>
        <w:t>f 19993/6700/6532 19995/6702/6534 20000/6707/6539</w:t>
        <w:br/>
        <w:t>f 19997/6704/6536 20001/6708/6540 19999/6706/6538</w:t>
        <w:br/>
        <w:t>f 19997/6704/6536 20000/6707/6539 20001/6708/6540</w:t>
        <w:br/>
        <w:t>f 20002/6709/6541 19999/6706/6538 20001/6708/6540</w:t>
        <w:br/>
        <w:t>f 20003/6710/6542 20002/6709/6541 20001/6708/6540</w:t>
        <w:br/>
        <w:t>f 20001/6708/6540 20004/6711/6543 20003/6710/6542</w:t>
        <w:br/>
        <w:t>f 20000/6707/6539 20004/6711/6543 20001/6708/6540</w:t>
        <w:br/>
        <w:t>f 20003/6710/6542 20004/6711/6543 20005/6712/6544</w:t>
        <w:br/>
        <w:t>f 20004/6711/6543 20006/6713/6545 20005/6712/6544</w:t>
        <w:br/>
        <w:t>f 20004/6711/6543 20000/6707/6539 20007/6714/6546</w:t>
        <w:br/>
        <w:t>f 19995/6702/6534 20007/6714/6546 20000/6707/6539</w:t>
        <w:br/>
        <w:t>f 20008/6715/6547 20006/6713/6545 20004/6711/6543</w:t>
        <w:br/>
        <w:t>f 20007/6714/6546 20008/6715/6547 20004/6711/6543</w:t>
        <w:br/>
        <w:t>f 20009/6716/6548 20006/6713/6545 20008/6715/6547</w:t>
        <w:br/>
        <w:t>f 20010/6717/6549 20009/6716/6548 20008/6715/6547</w:t>
        <w:br/>
        <w:t>f 20007/6714/6546 19995/6702/6534 20011/6718/6550</w:t>
        <w:br/>
        <w:t>f 20012/6719/6551 19994/6701/6533 19996/6703/6535</w:t>
        <w:br/>
        <w:t>f 20008/6715/6547 20007/6714/6546 20013/6720/6552</w:t>
        <w:br/>
        <w:t>f 20011/6718/6550 20013/6720/6552 20007/6714/6546</w:t>
        <w:br/>
        <w:t>f 20008/6715/6547 20014/6721/6553 20010/6717/6549</w:t>
        <w:br/>
        <w:t>f 20015/6722/6554 20012/6719/6551 19996/6703/6535</w:t>
        <w:br/>
        <w:t>f 20013/6720/6552 20011/6718/6550 20016/6723/6555</w:t>
        <w:br/>
        <w:t>f 20016/6723/6555 20010/6717/6549 20013/6720/6552</w:t>
        <w:br/>
        <w:t>f 19996/6703/6535 20017/6724/6556 20015/6722/6554</w:t>
        <w:br/>
        <w:t>f 20010/6717/6549 20016/6723/6555 20018/6725/6557</w:t>
        <w:br/>
        <w:t>f 20021/6726/6558 20020/6727/6559 20019/6728/6560</w:t>
        <w:br/>
        <w:t>f 20024/6729/6561 20023/6730/6562 20022/6731/6563</w:t>
        <w:br/>
        <w:t>f 20025/6732/6564 20021/6726/6558 20019/6728/6560</w:t>
        <w:br/>
        <w:t>f 20019/6728/6560 20026/6733/6565 20025/6732/6564</w:t>
        <w:br/>
        <w:t>f 20022/6731/6563 20027/6734/6566 20024/6729/6561</w:t>
        <w:br/>
        <w:t>f 20025/6732/6564 20028/6735/6567 20021/6726/6558</w:t>
        <w:br/>
        <w:t>f 20029/6736/6568 20024/6729/6561 20027/6734/6566</w:t>
        <w:br/>
        <w:t>f 20026/6733/6565 20030/6737/6569 20025/6732/6564</w:t>
        <w:br/>
        <w:t>f 20026/6733/6565 20031/6738/6570 20030/6737/6569</w:t>
        <w:br/>
        <w:t>f 20034/6739/6571 20033/6740/6572 20032/6741/6573</w:t>
        <w:br/>
        <w:t>f 20028/6735/6567 20025/6732/6564 20035/6742/6574</w:t>
        <w:br/>
        <w:t>f 20032/6741/6573 20035/6742/6574 20025/6732/6564</w:t>
        <w:br/>
        <w:t>f 20027/6734/6566 20036/6743/6575 20029/6736/6568</w:t>
        <w:br/>
        <w:t>f 20035/6742/6574 20037/6744/6576 20028/6735/6567</w:t>
        <w:br/>
        <w:t>f 20036/6743/6575 20038/6745/6577 20029/6736/6568</w:t>
        <w:br/>
        <w:t>f 20039/6746/6578 20032/6741/6573 20033/6740/6572</w:t>
        <w:br/>
        <w:t>f 20035/6742/6574 20032/6741/6573 20039/6746/6578</w:t>
        <w:br/>
        <w:t>f 20039/6746/6578 20033/6740/6572 20040/6747/6579</w:t>
        <w:br/>
        <w:t>f 20041/6748/6580 20039/6746/6578 20040/6747/6579</w:t>
        <w:br/>
        <w:t>f 20035/6742/6574 20039/6746/6578 20042/6749/6581</w:t>
        <w:br/>
        <w:t>f 20037/6744/6576 20035/6742/6574 20042/6749/6581</w:t>
        <w:br/>
        <w:t>f 20043/6750/6582 20039/6746/6578 20041/6748/6580</w:t>
        <w:br/>
        <w:t>f 20043/6750/6582 20042/6749/6581 20039/6746/6578</w:t>
        <w:br/>
        <w:t>f 20043/6750/6582 20041/6748/6580 20044/6751/6583</w:t>
        <w:br/>
        <w:t>f 20045/6752/6584 20043/6750/6582 20044/6751/6583</w:t>
        <w:br/>
        <w:t>f 20046/6753/6585 20043/6750/6582 20045/6752/6584</w:t>
        <w:br/>
        <w:t>f 20046/6753/6585 20042/6749/6581 20043/6750/6582</w:t>
        <w:br/>
        <w:t>f 20045/6752/6584 20047/6754/6586 20046/6753/6585</w:t>
        <w:br/>
        <w:t>f 20046/6753/6585 20047/6754/6586 20048/6755/6587</w:t>
        <w:br/>
        <w:t>f 20042/6749/6581 20046/6753/6585 20049/6756/6588</w:t>
        <w:br/>
        <w:t>f 20049/6756/6588 20037/6744/6576 20042/6749/6581</w:t>
        <w:br/>
        <w:t>f 20050/6757/6589 20046/6753/6585 20048/6755/6587</w:t>
        <w:br/>
        <w:t>f 20050/6757/6589 20049/6756/6588 20046/6753/6585</w:t>
        <w:br/>
        <w:t>f 20048/6755/6587 20051/6758/6590 20050/6757/6589</w:t>
        <w:br/>
        <w:t>f 20051/6758/6590 20052/6759/6591 20050/6757/6589</w:t>
        <w:br/>
        <w:t>f 20037/6744/6576 20049/6756/6588 20053/6760/6592</w:t>
        <w:br/>
        <w:t>f 20036/6743/6575 20054/6761/6593 20038/6745/6577</w:t>
        <w:br/>
        <w:t>f 20049/6756/6588 20050/6757/6589 20055/6762/6594</w:t>
        <w:br/>
        <w:t>f 20055/6762/6594 20053/6760/6592 20049/6756/6588</w:t>
        <w:br/>
        <w:t>f 20050/6757/6589 20052/6759/6591 20056/6763/6595</w:t>
        <w:br/>
        <w:t>f 20057/6764/6596 20038/6745/6577 20054/6761/6593</w:t>
        <w:br/>
        <w:t>f 20053/6760/6592 20055/6762/6594 20058/6765/6597</w:t>
        <w:br/>
        <w:t>f 20052/6759/6591 20058/6765/6597 20055/6762/6594</w:t>
        <w:br/>
        <w:t>f 20059/6766/6598 20038/6745/6577 20057/6764/6596</w:t>
        <w:br/>
        <w:t>f 20058/6765/6597 20052/6759/6591 20060/6767/6599</w:t>
        <w:br/>
        <w:t>f 20063/6768/6600 20062/6769/6601 20061/6770/6602</w:t>
        <w:br/>
        <w:t>f 20062/6769/6601 20064/6771/6603 20061/6770/6602</w:t>
        <w:br/>
        <w:t>f 20062/6769/6601 20063/6768/6600 20065/6772/6604</w:t>
        <w:br/>
        <w:t>f 20066/6773/6605 20065/6772/6604 20063/6768/6600</w:t>
        <w:br/>
        <w:t>f 20062/6769/6601 20067/6774/6606 20064/6771/6603</w:t>
        <w:br/>
        <w:t>f 20068/6775/6607 20064/6771/6603 20067/6774/6606</w:t>
        <w:br/>
        <w:t>f 20065/6772/6604 20066/6773/6605 20069/6776/6608</w:t>
        <w:br/>
        <w:t>f 20070/6777/6609 20069/6776/6608 20066/6773/6605</w:t>
        <w:br/>
        <w:t>f 20067/6774/6606 20071/6778/6610 20068/6775/6607</w:t>
        <w:br/>
        <w:t>f 20072/6779/6611 20068/6775/6607 20071/6778/6610</w:t>
        <w:br/>
        <w:t>f 20069/6776/6608 20070/6777/6609 20073/6780/6612</w:t>
        <w:br/>
        <w:t>f 20072/6779/6611 20071/6778/6610 20074/6781/6613</w:t>
        <w:br/>
        <w:t>f 20070/6777/6609 20075/6782/6614 20073/6780/6612</w:t>
        <w:br/>
        <w:t>f 20070/6777/6609 20076/6783/6615 20075/6782/6614</w:t>
        <w:br/>
        <w:t>f 20077/6784/6616 20072/6779/6611 20074/6781/6613</w:t>
        <w:br/>
        <w:t>f 20072/6779/6611 20077/6784/6616 20078/6785/6617</w:t>
        <w:br/>
        <w:t>f 20076/6783/6615 20079/6786/6618 20075/6782/6614</w:t>
        <w:br/>
        <w:t>f 20076/6783/6615 20080/6787/6619 20079/6786/6618</w:t>
        <w:br/>
        <w:t>f 20081/6788/6620 20078/6785/6617 20077/6784/6616</w:t>
        <w:br/>
        <w:t>f 20078/6785/6617 20081/6788/6620 20082/6789/6621</w:t>
        <w:br/>
        <w:t>f 20080/6787/6619 20083/6790/6622 20079/6786/6618</w:t>
        <w:br/>
        <w:t>f 20083/6790/6622 20082/6789/6621 20081/6788/6620</w:t>
        <w:br/>
        <w:t>f 20080/6787/6619 20084/6791/6623 20083/6790/6622</w:t>
        <w:br/>
        <w:t>f 20082/6789/6621 20083/6790/6622 20084/6791/6623</w:t>
        <w:br/>
        <w:t>f 20087/6792/6624 20086/6793/6625 20085/6794/6626</w:t>
        <w:br/>
        <w:t>f 20083/6790/6622 20087/6792/6624 20085/6794/6626</w:t>
        <w:br/>
        <w:t>f 20086/6793/6625 20088/6795/6627 20085/6794/6626</w:t>
        <w:br/>
        <w:t>f 20089/6796/6628 20083/6790/6622 20085/6794/6626</w:t>
        <w:br/>
        <w:t>f 20088/6795/6627 20090/6797/6629 20085/6794/6626</w:t>
        <w:br/>
        <w:t>f 20091/6798/6630 20089/6796/6628 20085/6794/6626</w:t>
        <w:br/>
        <w:t>f 20090/6797/6629 20092/6799/6631 20085/6794/6626</w:t>
        <w:br/>
        <w:t>f 20093/6800/6632 20091/6798/6630 20085/6794/6626</w:t>
        <w:br/>
        <w:t>f 20092/6799/6631 20094/6801/6633 20085/6794/6626</w:t>
        <w:br/>
        <w:t>f 20095/6802/6634 20093/6800/6632 20085/6794/6626</w:t>
        <w:br/>
        <w:t>f 20094/6801/6633 20096/6803/6635 20085/6794/6626</w:t>
        <w:br/>
        <w:t>f 20096/6803/6635 20095/6802/6634 20085/6794/6626</w:t>
        <w:br/>
        <w:t>f 20099/6804/6636 20098/6805/6637 20097/6806/6638</w:t>
        <w:br/>
        <w:t>f 20102/6807/6639 20101/6808/6640 20100/6809/6641</w:t>
        <w:br/>
        <w:t>f 20098/6805/6637 20099/6804/6636 20103/6810/6642</w:t>
        <w:br/>
        <w:t>f 20106/6811/6643 20105/6812/6644 20104/6813/6643</w:t>
        <w:br/>
        <w:t>f 20101/6808/6640 20102/6807/6639 20107/6814/6645</w:t>
        <w:br/>
        <w:t>f 20110/6815/6646 20109/6816/6647 20108/6817/6648</w:t>
        <w:br/>
        <w:t>f 20111/6818/6649 20103/6810/6650 20101/6808/6640</w:t>
        <w:br/>
        <w:t>f 20112/6819/6651 20111/6818/6652 20099/6804/6636</w:t>
        <w:br/>
        <w:t>f 20105/6812/6653 20103/6810/6654 20113/6820/6655</w:t>
        <w:br/>
        <w:t>f 20109/6816/6647 20110/6815/6646 20114/6821/6656</w:t>
        <w:br/>
        <w:t>f 20103/6810/6650 20116/6822/6657 20115/6823/6658</w:t>
        <w:br/>
        <w:t>f 20107/6814/6659 20113/6820/6660 20117/6824/6661</w:t>
        <w:br/>
        <w:t>f 20117/6824/6661 20113/6820/6660 20116/6822/6662</w:t>
        <w:br/>
        <w:t>f 20111/6818/6663 20107/6814/6659 20117/6824/6661</w:t>
        <w:br/>
        <w:t>f 20116/6822/6657 20103/6810/6650 20118/6825/6664</w:t>
        <w:br/>
        <w:t>f 20103/6810/6650 20111/6818/6649 20118/6825/6664</w:t>
        <w:br/>
        <w:t>f 20121/6826/6665 20120/6827/6666 20119/6828/6667</w:t>
        <w:br/>
        <w:t>f 20124/6829/6668 20123/6830/6668 20122/6831/6669</w:t>
        <w:br/>
        <w:t>f 20120/6827/6666 20121/6826/6665 20125/6832/6670</w:t>
        <w:br/>
        <w:t>f 20128/6833/6671 20127/6834/6672 20126/6835/6673</w:t>
        <w:br/>
        <w:t>f 20123/6830/6668 20124/6829/6668 20129/6836/6674</w:t>
        <w:br/>
        <w:t>f 20130/6837/6675 20126/6835/6673 20127/6834/6672</w:t>
        <w:br/>
        <w:t>f 20133/6838/6676 20132/6839/6677 20131/6840/6678</w:t>
        <w:br/>
        <w:t>f 20132/6839/6677 20133/6838/6676 20134/6841/6679</w:t>
        <w:br/>
        <w:t>f 20137/6842/6680 20136/6843/6681 20135/6844/6682</w:t>
        <w:br/>
        <w:t>f 20140/6845/6683 20139/6846/6684 20138/6847/6685</w:t>
        <w:br/>
        <w:t>f 20136/6843/6681 20137/6842/6680 20141/6848/6686</w:t>
        <w:br/>
        <w:t>f 20144/6849/6687 20143/6850/6688 20142/6851/6688</w:t>
        <w:br/>
        <w:t>f 20139/6846/6684 20140/6845/6683 20145/6852/6689</w:t>
        <w:br/>
        <w:t>f 20148/6853/6690 20147/6854/6690 20146/6855/6691</w:t>
        <w:br/>
        <w:t>f 20141/6848/6692 20149/6856/6693 20140/6845/6683</w:t>
        <w:br/>
        <w:t>f 20149/6856/6694 20150/6857/6695 20136/6843/6696</w:t>
        <w:br/>
        <w:t>f 20141/6848/6692 20144/6849/6697 20151/6858/6698</w:t>
        <w:br/>
        <w:t>f 20147/6854/6690 20148/6853/6690 20152/6859/6699</w:t>
        <w:br/>
        <w:t>f 20154/6860/6700 20141/6848/6692 20153/6861/6701</w:t>
        <w:br/>
        <w:t>f 20151/6858/6702 20145/6852/6703 20155/6862/6704</w:t>
        <w:br/>
        <w:t>f 20151/6858/6702 20155/6862/6704 20154/6860/6705</w:t>
        <w:br/>
        <w:t>f 20145/6852/6703 20149/6856/6706 20155/6862/6704</w:t>
        <w:br/>
        <w:t>f 20141/6848/6692 20154/6860/6700 20156/6863/6707</w:t>
        <w:br/>
        <w:t>f 20149/6856/6693 20141/6848/6692 20156/6863/6707</w:t>
        <w:br/>
        <w:t>f 20159/6864/6708 20158/6865/6709 20157/6866/6710</w:t>
        <w:br/>
        <w:t>f 20162/6867/6711 20161/6868/6711 20160/6869/6712</w:t>
        <w:br/>
        <w:t>f 20158/6865/6709 20159/6864/6708 20163/6870/6713</w:t>
        <w:br/>
        <w:t>f 20166/6871/6714 20165/6872/6715 20164/6873/6716</w:t>
        <w:br/>
        <w:t>f 20161/6868/6711 20162/6867/6711 20167/6874/6717</w:t>
        <w:br/>
        <w:t>f 20165/6872/6715 20166/6871/6714 20168/6875/6718</w:t>
        <w:br/>
        <w:t>f 20171/6876/6719 20170/6877/6719 20169/6878/6720</w:t>
        <w:br/>
        <w:t>f 20170/6877/6719 20171/6876/6719 20172/6879/6721</w:t>
        <w:br/>
        <w:t>f 20175/6880/6722 20174/6881/6723 20173/6882/6724</w:t>
        <w:br/>
        <w:t>f 20173/6882/6724 20176/6883/6725 20175/6880/6722</w:t>
        <w:br/>
        <w:t>f 20174/6881/6723 20175/6880/6722 20177/6884/6726</w:t>
        <w:br/>
        <w:t>f 20177/6884/6726 20178/6885/6727 20174/6881/6723</w:t>
        <w:br/>
        <w:t>f 20175/6880/6722 20176/6883/6725 20179/6886/6728</w:t>
        <w:br/>
        <w:t>f 20178/6885/6727 20177/6884/6726 20180/6887/6729</w:t>
        <w:br/>
        <w:t>f 20181/6888/6730 20175/6880/6722 20179/6886/6728</w:t>
        <w:br/>
        <w:t>f 20175/6880/6722 20181/6888/6730 20177/6884/6726</w:t>
        <w:br/>
        <w:t>f 20179/6886/6728 20176/6883/6725 20182/6889/6731</w:t>
        <w:br/>
        <w:t>f 20182/6889/6731 20181/6888/6730 20179/6886/6728</w:t>
        <w:br/>
        <w:t>f 20182/6889/6731 20176/6883/6725 20183/6890/6732</w:t>
        <w:br/>
        <w:t>f 20184/6891/6733 20182/6889/6731 20183/6890/6732</w:t>
        <w:br/>
        <w:t>f 20182/6889/6731 20184/6891/6733 20185/6892/6734</w:t>
        <w:br/>
        <w:t>f 20181/6888/6730 20182/6889/6731 20185/6892/6734</w:t>
        <w:br/>
        <w:t>f 20184/6891/6733 20186/6893/6735 20185/6892/6734</w:t>
        <w:br/>
        <w:t>f 20181/6888/6730 20187/6894/6736 20177/6884/6726</w:t>
        <w:br/>
        <w:t>f 20185/6892/6734 20187/6894/6736 20181/6888/6730</w:t>
        <w:br/>
        <w:t>f 20177/6884/6726 20187/6894/6736 20180/6887/6729</w:t>
        <w:br/>
        <w:t>f 20185/6892/6734 20186/6893/6735 20188/6895/6737</w:t>
        <w:br/>
        <w:t>f 20187/6894/6736 20185/6892/6734 20188/6895/6737</w:t>
        <w:br/>
        <w:t>f 20186/6893/6735 20189/6896/6738 20188/6895/6737</w:t>
        <w:br/>
        <w:t>f 20189/6896/6738 20187/6894/6736 20188/6895/6737</w:t>
        <w:br/>
        <w:t>f 20189/6896/6738 20186/6893/6735 20190/6897/6739</w:t>
        <w:br/>
        <w:t>f 20190/6897/6739 20191/6898/6740 20189/6896/6738</w:t>
        <w:br/>
        <w:t>f 20187/6894/6736 20189/6896/6738 20192/6899/6741</w:t>
        <w:br/>
        <w:t>f 20189/6896/6738 20191/6898/6740 20192/6899/6741</w:t>
        <w:br/>
        <w:t>f 20193/6900/6742 20187/6894/6736 20192/6899/6741</w:t>
        <w:br/>
        <w:t>f 20192/6899/6741 20191/6898/6740 20193/6900/6742</w:t>
        <w:br/>
        <w:t>f 20187/6894/6736 20193/6900/6742 20180/6887/6729</w:t>
        <w:br/>
        <w:t>f 20193/6900/6742 20178/6885/6727 20180/6887/6729</w:t>
        <w:br/>
        <w:t>f 20193/6900/6742 20191/6898/6740 20194/6901/6743</w:t>
        <w:br/>
        <w:t>f 20178/6885/6727 20193/6900/6742 20194/6901/6743</w:t>
        <w:br/>
        <w:t>f 20197/6902/6744 20196/6903/6745 20195/6904/6746</w:t>
        <w:br/>
        <w:t>f 20197/6902/6744 20195/6904/6746 20198/6905/6747</w:t>
        <w:br/>
        <w:t>f 20196/6903/6745 20197/6902/6744 20199/6906/6748</w:t>
        <w:br/>
        <w:t>f 20196/6903/6745 20199/6906/6748 20200/6907/6749</w:t>
        <w:br/>
        <w:t>f 20201/6908/6750 20197/6902/6744 20198/6905/6747</w:t>
        <w:br/>
        <w:t>f 20199/6906/6748 20202/6909/6751 20200/6907/6749</w:t>
        <w:br/>
        <w:t>f 20197/6902/6744 20201/6908/6750 20203/6910/6752</w:t>
        <w:br/>
        <w:t>f 20203/6910/6752 20199/6906/6748 20197/6902/6744</w:t>
        <w:br/>
        <w:t>f 20204/6911/6753 20201/6908/6750 20198/6905/6747</w:t>
        <w:br/>
        <w:t>f 20204/6911/6753 20203/6910/6752 20201/6908/6750</w:t>
        <w:br/>
        <w:t>f 20205/6912/6754 20204/6911/6753 20198/6905/6747</w:t>
        <w:br/>
        <w:t>f 20204/6911/6753 20205/6912/6754 20206/6913/6755</w:t>
        <w:br/>
        <w:t>f 20206/6913/6755 20207/6914/6756 20204/6911/6753</w:t>
        <w:br/>
        <w:t>f 20203/6910/6752 20204/6911/6753 20207/6914/6756</w:t>
        <w:br/>
        <w:t>f 20208/6915/6757 20207/6914/6756 20206/6913/6755</w:t>
        <w:br/>
        <w:t>f 20209/6916/6758 20199/6906/6748 20203/6910/6752</w:t>
        <w:br/>
        <w:t>f 20203/6910/6752 20207/6914/6756 20209/6916/6758</w:t>
        <w:br/>
        <w:t>f 20199/6906/6748 20209/6916/6758 20202/6909/6751</w:t>
        <w:br/>
        <w:t>f 20207/6914/6756 20208/6915/6757 20210/6917/6759</w:t>
        <w:br/>
        <w:t>f 20207/6914/6756 20210/6917/6759 20209/6916/6758</w:t>
        <w:br/>
        <w:t>f 20208/6915/6757 20211/6918/6760 20210/6917/6759</w:t>
        <w:br/>
        <w:t>f 20209/6916/6758 20210/6917/6759 20211/6918/6760</w:t>
        <w:br/>
        <w:t>f 20211/6918/6760 20208/6915/6757 20212/6919/6761</w:t>
        <w:br/>
        <w:t>f 20211/6918/6760 20212/6919/6761 20213/6920/6762</w:t>
        <w:br/>
        <w:t>f 20209/6916/6758 20211/6918/6760 20214/6921/6763</w:t>
        <w:br/>
        <w:t>f 20214/6921/6763 20211/6918/6760 20213/6920/6762</w:t>
        <w:br/>
        <w:t>f 20215/6922/6764 20209/6916/6758 20214/6921/6763</w:t>
        <w:br/>
        <w:t>f 20215/6922/6764 20214/6921/6763 20213/6920/6762</w:t>
        <w:br/>
        <w:t>f 20209/6916/6758 20215/6922/6764 20202/6909/6751</w:t>
        <w:br/>
        <w:t>f 20200/6907/6749 20202/6909/6751 20215/6922/6764</w:t>
        <w:br/>
        <w:t>f 20216/6923/6765 20215/6922/6764 20213/6920/6762</w:t>
        <w:br/>
        <w:t>f 20200/6907/6749 20215/6922/6764 20216/6923/6765</w:t>
        <w:br/>
        <w:t>f 20219/6924/6722 20218/6925/6723 20217/6926/6724</w:t>
        <w:br/>
        <w:t>f 20217/6926/6724 20220/6927/6766 20219/6924/6722</w:t>
        <w:br/>
        <w:t>f 20218/6925/6723 20219/6924/6722 20221/6928/6726</w:t>
        <w:br/>
        <w:t>f 20221/6928/6726 20222/6929/6727 20218/6925/6723</w:t>
        <w:br/>
        <w:t>f 20219/6924/6722 20220/6927/6766 20223/6930/6728</w:t>
        <w:br/>
        <w:t>f 20222/6929/6727 20221/6928/6726 20224/6931/6767</w:t>
        <w:br/>
        <w:t>f 20225/6932/6730 20219/6924/6722 20223/6930/6728</w:t>
        <w:br/>
        <w:t>f 20219/6924/6722 20225/6932/6730 20221/6928/6726</w:t>
        <w:br/>
        <w:t>f 20223/6930/6728 20220/6927/6766 20226/6933/6731</w:t>
        <w:br/>
        <w:t>f 20226/6933/6731 20225/6932/6730 20223/6930/6728</w:t>
        <w:br/>
        <w:t>f 20226/6933/6731 20220/6927/6766 20227/6934/6768</w:t>
        <w:br/>
        <w:t>f 20228/6935/6733 20226/6933/6731 20227/6934/6768</w:t>
        <w:br/>
        <w:t>f 20226/6933/6731 20228/6935/6733 20229/6936/6769</w:t>
        <w:br/>
        <w:t>f 20225/6932/6730 20226/6933/6731 20229/6936/6769</w:t>
        <w:br/>
        <w:t>f 20228/6935/6733 20230/6937/6735 20229/6936/6769</w:t>
        <w:br/>
        <w:t>f 20225/6932/6730 20231/6938/6770 20221/6928/6726</w:t>
        <w:br/>
        <w:t>f 20229/6936/6769 20231/6938/6770 20225/6932/6730</w:t>
        <w:br/>
        <w:t>f 20221/6928/6726 20231/6938/6770 20224/6931/6767</w:t>
        <w:br/>
        <w:t>f 20229/6936/6769 20230/6937/6735 20232/6939/6771</w:t>
        <w:br/>
        <w:t>f 20231/6938/6770 20229/6936/6769 20232/6939/6771</w:t>
        <w:br/>
        <w:t>f 20230/6937/6735 20233/6940/6738 20232/6939/6771</w:t>
        <w:br/>
        <w:t>f 20233/6940/6738 20231/6938/6770 20232/6939/6771</w:t>
        <w:br/>
        <w:t>f 20233/6940/6738 20230/6937/6735 20234/6941/6772</w:t>
        <w:br/>
        <w:t>f 20234/6941/6772 20235/6942/6773 20233/6940/6738</w:t>
        <w:br/>
        <w:t>f 20231/6938/6770 20233/6940/6738 20236/6943/6774</w:t>
        <w:br/>
        <w:t>f 20233/6940/6738 20235/6942/6773 20236/6943/6774</w:t>
        <w:br/>
        <w:t>f 20237/6944/6742 20231/6938/6770 20236/6943/6774</w:t>
        <w:br/>
        <w:t>f 20236/6943/6774 20235/6942/6773 20237/6944/6742</w:t>
        <w:br/>
        <w:t>f 20231/6938/6770 20237/6944/6742 20224/6931/6767</w:t>
        <w:br/>
        <w:t>f 20237/6944/6742 20222/6929/6727 20224/6931/6767</w:t>
        <w:br/>
        <w:t>f 20237/6944/6742 20235/6942/6773 20238/6945/6743</w:t>
        <w:br/>
        <w:t>f 20222/6929/6727 20237/6944/6742 20238/6945/6743</w:t>
        <w:br/>
        <w:t>f 20241/6946/6744 20240/6947/6745 20239/6948/6746</w:t>
        <w:br/>
        <w:t>f 20241/6946/6744 20239/6948/6746 20242/6949/6775</w:t>
        <w:br/>
        <w:t>f 20240/6947/6745 20241/6946/6744 20243/6950/6776</w:t>
        <w:br/>
        <w:t>f 20240/6947/6745 20243/6950/6776 20244/6951/6777</w:t>
        <w:br/>
        <w:t>f 20245/6952/6750 20241/6946/6744 20242/6949/6775</w:t>
        <w:br/>
        <w:t>f 20243/6950/6776 20246/6953/6778 20244/6951/6777</w:t>
        <w:br/>
        <w:t>f 20241/6946/6744 20245/6952/6750 20247/6954/6752</w:t>
        <w:br/>
        <w:t>f 20247/6954/6752 20243/6950/6776 20241/6946/6744</w:t>
        <w:br/>
        <w:t>f 20248/6955/6753 20245/6952/6750 20242/6949/6775</w:t>
        <w:br/>
        <w:t>f 20248/6955/6753 20247/6954/6752 20245/6952/6750</w:t>
        <w:br/>
        <w:t>f 20249/6956/6754 20248/6955/6753 20242/6949/6775</w:t>
        <w:br/>
        <w:t>f 20248/6955/6753 20249/6956/6754 20250/6957/6755</w:t>
        <w:br/>
        <w:t>f 20250/6957/6755 20251/6958/6756 20248/6955/6753</w:t>
        <w:br/>
        <w:t>f 20247/6954/6752 20248/6955/6753 20251/6958/6756</w:t>
        <w:br/>
        <w:t>f 20252/6959/6757 20251/6958/6756 20250/6957/6755</w:t>
        <w:br/>
        <w:t>f 20253/6960/6779 20243/6950/6776 20247/6954/6752</w:t>
        <w:br/>
        <w:t>f 20247/6954/6752 20251/6958/6756 20253/6960/6779</w:t>
        <w:br/>
        <w:t>f 20243/6950/6776 20253/6960/6779 20246/6953/6778</w:t>
        <w:br/>
        <w:t>f 20251/6958/6756 20252/6959/6757 20254/6961/6759</w:t>
        <w:br/>
        <w:t>f 20251/6958/6756 20254/6961/6759 20253/6960/6779</w:t>
        <w:br/>
        <w:t>f 20252/6959/6757 20255/6962/6760 20254/6961/6759</w:t>
        <w:br/>
        <w:t>f 20253/6960/6779 20254/6961/6759 20255/6962/6760</w:t>
        <w:br/>
        <w:t>f 20255/6962/6760 20252/6959/6757 20256/6963/6780</w:t>
        <w:br/>
        <w:t>f 20255/6962/6760 20256/6963/6780 20257/6964/6781</w:t>
        <w:br/>
        <w:t>f 20253/6960/6779 20255/6962/6760 20258/6965/6782</w:t>
        <w:br/>
        <w:t>f 20258/6965/6782 20255/6962/6760 20257/6964/6781</w:t>
        <w:br/>
        <w:t>f 20259/6966/6764 20253/6960/6779 20258/6965/6782</w:t>
        <w:br/>
        <w:t>f 20259/6966/6764 20258/6965/6782 20257/6964/6781</w:t>
        <w:br/>
        <w:t>f 20253/6960/6779 20259/6966/6764 20246/6953/6778</w:t>
        <w:br/>
        <w:t>f 20244/6951/6777 20246/6953/6778 20259/6966/6764</w:t>
        <w:br/>
        <w:t>f 20260/6967/6783 20259/6966/6764 20257/6964/6781</w:t>
        <w:br/>
        <w:t>f 20244/6951/6777 20259/6966/6764 20260/6967/6783</w:t>
        <w:br/>
        <w:t>f 20263/6968/6722 20262/6969/6723 20261/6970/6784</w:t>
        <w:br/>
        <w:t>f 20261/6970/6784 20264/6971/6725 20263/6968/6722</w:t>
        <w:br/>
        <w:t>f 20262/6969/6723 20263/6968/6722 20265/6972/6726</w:t>
        <w:br/>
        <w:t>f 20265/6972/6726 20266/6973/6727 20262/6969/6723</w:t>
        <w:br/>
        <w:t>f 20263/6968/6722 20264/6971/6725 20267/6974/6785</w:t>
        <w:br/>
        <w:t>f 20266/6973/6727 20265/6972/6726 20268/6975/6786</w:t>
        <w:br/>
        <w:t>f 20269/6976/6730 20263/6968/6722 20267/6974/6785</w:t>
        <w:br/>
        <w:t>f 20263/6968/6722 20269/6976/6730 20265/6972/6726</w:t>
        <w:br/>
        <w:t>f 20267/6974/6785 20264/6971/6725 20270/6977/6731</w:t>
        <w:br/>
        <w:t>f 20270/6977/6731 20269/6976/6730 20267/6974/6785</w:t>
        <w:br/>
        <w:t>f 20270/6977/6731 20264/6971/6725 20271/6978/6732</w:t>
        <w:br/>
        <w:t>f 20272/6979/6733 20270/6977/6731 20271/6978/6732</w:t>
        <w:br/>
        <w:t>f 20270/6977/6731 20272/6979/6733 20273/6980/6734</w:t>
        <w:br/>
        <w:t>f 20269/6976/6730 20270/6977/6731 20273/6980/6734</w:t>
        <w:br/>
        <w:t>f 20272/6979/6733 20274/6981/6787 20273/6980/6734</w:t>
        <w:br/>
        <w:t>f 20269/6976/6730 20275/6982/6788 20265/6972/6726</w:t>
        <w:br/>
        <w:t>f 20273/6980/6734 20275/6982/6788 20269/6976/6730</w:t>
        <w:br/>
        <w:t>f 20265/6972/6726 20275/6982/6788 20268/6975/6786</w:t>
        <w:br/>
        <w:t>f 20273/6980/6734 20274/6981/6787 20276/6983/6771</w:t>
        <w:br/>
        <w:t>f 20275/6982/6788 20273/6980/6734 20276/6983/6771</w:t>
        <w:br/>
        <w:t>f 20274/6981/6787 20277/6984/6738 20276/6983/6771</w:t>
        <w:br/>
        <w:t>f 20277/6984/6738 20275/6982/6788 20276/6983/6771</w:t>
        <w:br/>
        <w:t>f 20277/6984/6738 20274/6981/6787 20278/6985/6789</w:t>
        <w:br/>
        <w:t>f 20278/6985/6789 20279/6986/6773 20277/6984/6738</w:t>
        <w:br/>
        <w:t>f 20275/6982/6788 20277/6984/6738 20280/6987/6790</w:t>
        <w:br/>
        <w:t>f 20277/6984/6738 20279/6986/6773 20280/6987/6790</w:t>
        <w:br/>
        <w:t>f 20281/6988/6742 20275/6982/6788 20280/6987/6790</w:t>
        <w:br/>
        <w:t>f 20280/6987/6790 20279/6986/6773 20281/6988/6742</w:t>
        <w:br/>
        <w:t>f 20275/6982/6788 20281/6988/6742 20268/6975/6786</w:t>
        <w:br/>
        <w:t>f 20281/6988/6742 20266/6973/6727 20268/6975/6786</w:t>
        <w:br/>
        <w:t>f 20281/6988/6742 20279/6986/6773 20282/6989/6791</w:t>
        <w:br/>
        <w:t>f 20266/6973/6727 20281/6988/6742 20282/6989/6791</w:t>
        <w:br/>
        <w:t>f 20285/6990/6744 20284/6991/6745 20283/6992/6792</w:t>
        <w:br/>
        <w:t>f 20285/6990/6744 20283/6992/6792 20286/6993/6747</w:t>
        <w:br/>
        <w:t>f 20284/6991/6745 20285/6990/6744 20287/6994/6776</w:t>
        <w:br/>
        <w:t>f 20284/6991/6745 20287/6994/6776 20288/6995/6777</w:t>
        <w:br/>
        <w:t>f 20289/6996/6793 20285/6990/6744 20286/6993/6747</w:t>
        <w:br/>
        <w:t>f 20287/6994/6776 20290/6997/6778 20288/6995/6777</w:t>
        <w:br/>
        <w:t>f 20285/6990/6744 20289/6996/6793 20291/6998/6752</w:t>
        <w:br/>
        <w:t>f 20291/6998/6752 20287/6994/6776 20285/6990/6744</w:t>
        <w:br/>
        <w:t>f 20292/6999/6753 20289/6996/6793 20286/6993/6747</w:t>
        <w:br/>
        <w:t>f 20292/6999/6753 20291/6998/6752 20289/6996/6793</w:t>
        <w:br/>
        <w:t>f 20293/7000/6794 20292/6999/6753 20286/6993/6747</w:t>
        <w:br/>
        <w:t>f 20292/6999/6753 20293/7000/6794 20294/7001/6755</w:t>
        <w:br/>
        <w:t>f 20294/7001/6755 20295/7002/6756 20292/6999/6753</w:t>
        <w:br/>
        <w:t>f 20291/6998/6752 20292/6999/6753 20295/7002/6756</w:t>
        <w:br/>
        <w:t>f 20296/7003/6795 20295/7002/6756 20294/7001/6755</w:t>
        <w:br/>
        <w:t>f 20297/7004/6796 20287/6994/6776 20291/6998/6752</w:t>
        <w:br/>
        <w:t>f 20291/6998/6752 20295/7002/6756 20297/7004/6796</w:t>
        <w:br/>
        <w:t>f 20287/6994/6776 20297/7004/6796 20290/6997/6778</w:t>
        <w:br/>
        <w:t>f 20295/7002/6756 20296/7003/6795 20298/7005/6797</w:t>
        <w:br/>
        <w:t>f 20295/7002/6756 20298/7005/6797 20297/7004/6796</w:t>
        <w:br/>
        <w:t>f 20296/7003/6795 20299/7006/6760 20298/7005/6797</w:t>
        <w:br/>
        <w:t>f 20297/7004/6796 20298/7005/6797 20299/7006/6760</w:t>
        <w:br/>
        <w:t>f 20299/7006/6760 20296/7003/6795 20300/7007/6798</w:t>
        <w:br/>
        <w:t>f 20299/7006/6760 20300/7007/6798 20301/7008/6781</w:t>
        <w:br/>
        <w:t>f 20297/7004/6796 20299/7006/6760 20302/7009/6799</w:t>
        <w:br/>
        <w:t>f 20302/7009/6799 20299/7006/6760 20301/7008/6781</w:t>
        <w:br/>
        <w:t>f 20303/7010/6764 20297/7004/6796 20302/7009/6799</w:t>
        <w:br/>
        <w:t>f 20303/7010/6764 20302/7009/6799 20301/7008/6781</w:t>
        <w:br/>
        <w:t>f 20297/7004/6796 20303/7010/6764 20290/6997/6778</w:t>
        <w:br/>
        <w:t>f 20288/6995/6777 20290/6997/6778 20303/7010/6764</w:t>
        <w:br/>
        <w:t>f 20304/7011/6800 20303/7010/6764 20301/7008/6781</w:t>
        <w:br/>
        <w:t>f 20288/6995/6777 20303/7010/6764 20304/7011/6800</w:t>
        <w:br/>
        <w:t>f 20307/7012/6722 20306/7013/6723 20305/7014/6724</w:t>
        <w:br/>
        <w:t>f 20307/7012/6722 20305/7014/6724 20308/7015/6725</w:t>
        <w:br/>
        <w:t>f 20306/7013/6723 20307/7012/6722 20309/7016/6726</w:t>
        <w:br/>
        <w:t>f 20306/7013/6723 20309/7016/6726 20310/7017/6801</w:t>
        <w:br/>
        <w:t>f 20311/7018/6728 20307/7012/6722 20308/7015/6725</w:t>
        <w:br/>
        <w:t>f 20309/7016/6726 20312/7019/6767 20310/7017/6801</w:t>
        <w:br/>
        <w:t>f 20307/7012/6722 20311/7018/6728 20313/7020/6730</w:t>
        <w:br/>
        <w:t>f 20313/7020/6730 20309/7016/6726 20307/7012/6722</w:t>
        <w:br/>
        <w:t>f 20314/7021/6731 20311/7018/6728 20308/7015/6725</w:t>
        <w:br/>
        <w:t>f 20314/7021/6731 20313/7020/6730 20311/7018/6728</w:t>
        <w:br/>
        <w:t>f 20315/7022/6802 20314/7021/6731 20308/7015/6725</w:t>
        <w:br/>
        <w:t>f 20314/7021/6731 20315/7022/6802 20316/7023/6733</w:t>
        <w:br/>
        <w:t>f 20316/7023/6733 20317/7024/6734 20314/7021/6731</w:t>
        <w:br/>
        <w:t>f 20313/7020/6730 20314/7021/6731 20317/7024/6734</w:t>
        <w:br/>
        <w:t>f 20318/7025/6735 20317/7024/6734 20316/7023/6733</w:t>
        <w:br/>
        <w:t>f 20319/7026/6736 20309/7016/6726 20313/7020/6730</w:t>
        <w:br/>
        <w:t>f 20313/7020/6730 20317/7024/6734 20319/7026/6736</w:t>
        <w:br/>
        <w:t>f 20309/7016/6726 20319/7026/6736 20312/7019/6767</w:t>
        <w:br/>
        <w:t>f 20317/7024/6734 20318/7025/6735 20320/7027/6771</w:t>
        <w:br/>
        <w:t>f 20317/7024/6734 20320/7027/6771 20319/7026/6736</w:t>
        <w:br/>
        <w:t>f 20318/7025/6735 20321/7028/6738 20320/7027/6771</w:t>
        <w:br/>
        <w:t>f 20319/7026/6736 20320/7027/6771 20321/7028/6738</w:t>
        <w:br/>
        <w:t>f 20321/7028/6738 20318/7025/6735 20322/7029/6739</w:t>
        <w:br/>
        <w:t>f 20321/7028/6738 20322/7029/6739 20323/7030/6803</w:t>
        <w:br/>
        <w:t>f 20319/7026/6736 20321/7028/6738 20324/7031/6741</w:t>
        <w:br/>
        <w:t>f 20324/7031/6741 20321/7028/6738 20323/7030/6803</w:t>
        <w:br/>
        <w:t>f 20325/7032/6742 20319/7026/6736 20324/7031/6741</w:t>
        <w:br/>
        <w:t>f 20325/7032/6742 20324/7031/6741 20323/7030/6803</w:t>
        <w:br/>
        <w:t>f 20319/7026/6736 20325/7032/6742 20312/7019/6767</w:t>
        <w:br/>
        <w:t>f 20310/7017/6801 20312/7019/6767 20325/7032/6742</w:t>
        <w:br/>
        <w:t>f 20326/7033/6743 20325/7032/6742 20323/7030/6803</w:t>
        <w:br/>
        <w:t>f 20310/7017/6801 20325/7032/6742 20326/7033/6743</w:t>
        <w:br/>
        <w:t>f 20329/7034/6744 20328/7035/6745 20327/7036/6792</w:t>
        <w:br/>
        <w:t>f 20327/7036/6792 20330/7037/6747 20329/7034/6744</w:t>
        <w:br/>
        <w:t>f 20328/7035/6745 20329/7034/6744 20331/7038/6776</w:t>
        <w:br/>
        <w:t>f 20331/7038/6776 20332/7039/6777 20328/7035/6745</w:t>
        <w:br/>
        <w:t>f 20329/7034/6744 20330/7037/6747 20333/7040/6750</w:t>
        <w:br/>
        <w:t>f 20332/7039/6777 20331/7038/6776 20334/7041/6751</w:t>
        <w:br/>
        <w:t>f 20335/7042/6752 20329/7034/6744 20333/7040/6750</w:t>
        <w:br/>
        <w:t>f 20329/7034/6744 20335/7042/6752 20331/7038/6776</w:t>
        <w:br/>
        <w:t>f 20333/7040/6750 20330/7037/6747 20336/7043/6753</w:t>
        <w:br/>
        <w:t>f 20336/7043/6753 20335/7042/6752 20333/7040/6750</w:t>
        <w:br/>
        <w:t>f 20336/7043/6753 20330/7037/6747 20337/7044/6754</w:t>
        <w:br/>
        <w:t>f 20338/7045/6755 20336/7043/6753 20337/7044/6754</w:t>
        <w:br/>
        <w:t>f 20336/7043/6753 20338/7045/6755 20339/7046/6756</w:t>
        <w:br/>
        <w:t>f 20335/7042/6752 20336/7043/6753 20339/7046/6756</w:t>
        <w:br/>
        <w:t>f 20338/7045/6755 20340/7047/6757 20339/7046/6756</w:t>
        <w:br/>
        <w:t>f 20335/7042/6752 20341/7048/6758 20331/7038/6776</w:t>
        <w:br/>
        <w:t>f 20339/7046/6756 20341/7048/6758 20335/7042/6752</w:t>
        <w:br/>
        <w:t>f 20331/7038/6776 20341/7048/6758 20334/7041/6751</w:t>
        <w:br/>
        <w:t>f 20339/7046/6756 20340/7047/6757 20342/7049/6759</w:t>
        <w:br/>
        <w:t>f 20341/7048/6758 20339/7046/6756 20342/7049/6759</w:t>
        <w:br/>
        <w:t>f 20340/7047/6757 20343/7050/6760 20342/7049/6759</w:t>
        <w:br/>
        <w:t>f 20343/7050/6760 20341/7048/6758 20342/7049/6759</w:t>
        <w:br/>
        <w:t>f 20343/7050/6760 20340/7047/6757 20344/7051/6780</w:t>
        <w:br/>
        <w:t>f 20344/7051/6780 20345/7052/6804 20343/7050/6760</w:t>
        <w:br/>
        <w:t>f 20341/7048/6758 20343/7050/6760 20346/7053/6763</w:t>
        <w:br/>
        <w:t>f 20343/7050/6760 20345/7052/6804 20346/7053/6763</w:t>
        <w:br/>
        <w:t>f 20347/7054/6764 20341/7048/6758 20346/7053/6763</w:t>
        <w:br/>
        <w:t>f 20346/7053/6763 20345/7052/6804 20347/7054/6764</w:t>
        <w:br/>
        <w:t>f 20341/7048/6758 20347/7054/6764 20334/7041/6751</w:t>
        <w:br/>
        <w:t>f 20347/7054/6764 20332/7039/6777 20334/7041/6751</w:t>
        <w:br/>
        <w:t>f 20347/7054/6764 20345/7052/6804 20348/7055/6765</w:t>
        <w:br/>
        <w:t>f 20332/7039/6777 20347/7054/6764 20348/7055/6765</w:t>
        <w:br/>
        <w:t>f 20351/7056/6722 20350/7057/6723 20349/7058/6805</w:t>
        <w:br/>
        <w:t>f 20351/7056/6722 20349/7058/6805 20352/7059/6766</w:t>
        <w:br/>
        <w:t>f 20350/7057/6723 20351/7056/6722 20353/7060/6726</w:t>
        <w:br/>
        <w:t>f 20350/7057/6723 20353/7060/6726 20354/7061/6801</w:t>
        <w:br/>
        <w:t>f 20355/7062/6728 20351/7056/6722 20352/7059/6766</w:t>
        <w:br/>
        <w:t>f 20353/7060/6726 20356/7063/6767 20354/7061/6801</w:t>
        <w:br/>
        <w:t>f 20351/7056/6722 20355/7062/6728 20357/7064/6730</w:t>
        <w:br/>
        <w:t>f 20357/7064/6730 20353/7060/6726 20351/7056/6722</w:t>
        <w:br/>
        <w:t>f 20358/7065/6731 20355/7062/6728 20352/7059/6766</w:t>
        <w:br/>
        <w:t>f 20358/7065/6731 20357/7064/6730 20355/7062/6728</w:t>
        <w:br/>
        <w:t>f 20359/7066/6806 20358/7065/6731 20352/7059/6766</w:t>
        <w:br/>
        <w:t>f 20358/7065/6731 20359/7066/6806 20360/7067/6733</w:t>
        <w:br/>
        <w:t>f 20360/7067/6733 20361/7068/6769 20358/7065/6731</w:t>
        <w:br/>
        <w:t>f 20357/7064/6730 20358/7065/6731 20361/7068/6769</w:t>
        <w:br/>
        <w:t>f 20362/7069/6735 20361/7068/6769 20360/7067/6733</w:t>
        <w:br/>
        <w:t>f 20363/7070/6770 20353/7060/6726 20357/7064/6730</w:t>
        <w:br/>
        <w:t>f 20357/7064/6730 20361/7068/6769 20363/7070/6770</w:t>
        <w:br/>
        <w:t>f 20353/7060/6726 20363/7070/6770 20356/7063/6767</w:t>
        <w:br/>
        <w:t>f 20361/7068/6769 20362/7069/6735 20364/7071/6771</w:t>
        <w:br/>
        <w:t>f 20361/7068/6769 20364/7071/6771 20363/7070/6770</w:t>
        <w:br/>
        <w:t>f 20362/7069/6735 20365/7072/6738 20364/7071/6771</w:t>
        <w:br/>
        <w:t>f 20363/7070/6770 20364/7071/6771 20365/7072/6738</w:t>
        <w:br/>
        <w:t>f 20365/7072/6738 20362/7069/6735 20366/7073/6739</w:t>
        <w:br/>
        <w:t>f 20365/7072/6738 20366/7073/6739 20367/7074/6740</w:t>
        <w:br/>
        <w:t>f 20363/7070/6770 20365/7072/6738 20368/7075/6774</w:t>
        <w:br/>
        <w:t>f 20368/7075/6774 20365/7072/6738 20367/7074/6740</w:t>
        <w:br/>
        <w:t>f 20369/7076/6742 20363/7070/6770 20368/7075/6774</w:t>
        <w:br/>
        <w:t>f 20369/7076/6742 20368/7075/6774 20367/7074/6740</w:t>
        <w:br/>
        <w:t>f 20363/7070/6770 20369/7076/6742 20356/7063/6767</w:t>
        <w:br/>
        <w:t>f 20354/7061/6801 20356/7063/6767 20369/7076/6742</w:t>
        <w:br/>
        <w:t>f 20370/7077/6743 20369/7076/6742 20367/7074/6740</w:t>
        <w:br/>
        <w:t>f 20354/7061/6801 20369/7076/6742 20370/7077/6743</w:t>
        <w:br/>
        <w:t>f 20373/7078/6744 20372/7079/6745 20371/7080/6792</w:t>
        <w:br/>
        <w:t>f 20371/7080/6792 20374/7081/6775 20373/7078/6744</w:t>
        <w:br/>
        <w:t>f 20372/7079/6745 20373/7078/6744 20375/7082/6776</w:t>
        <w:br/>
        <w:t>f 20375/7082/6776 20376/7083/6777 20372/7079/6745</w:t>
        <w:br/>
        <w:t>f 20373/7078/6744 20374/7081/6775 20377/7084/6750</w:t>
        <w:br/>
        <w:t>f 20376/7083/6777 20375/7082/6776 20378/7085/6778</w:t>
        <w:br/>
        <w:t>f 20379/7086/6752 20373/7078/6744 20377/7084/6750</w:t>
        <w:br/>
        <w:t>f 20373/7078/6744 20379/7086/6752 20375/7082/6776</w:t>
        <w:br/>
        <w:t>f 20377/7084/6750 20374/7081/6775 20380/7087/6753</w:t>
        <w:br/>
        <w:t>f 20380/7087/6753 20379/7086/6752 20377/7084/6750</w:t>
        <w:br/>
        <w:t>f 20380/7087/6753 20374/7081/6775 20381/7088/6794</w:t>
        <w:br/>
        <w:t>f 20382/7089/6755 20380/7087/6753 20381/7088/6794</w:t>
        <w:br/>
        <w:t>f 20380/7087/6753 20382/7089/6755 20383/7090/6756</w:t>
        <w:br/>
        <w:t>f 20379/7086/6752 20380/7087/6753 20383/7090/6756</w:t>
        <w:br/>
        <w:t>f 20382/7089/6755 20384/7091/6757 20383/7090/6756</w:t>
        <w:br/>
        <w:t>f 20379/7086/6752 20385/7092/6779 20375/7082/6776</w:t>
        <w:br/>
        <w:t>f 20383/7090/6756 20385/7092/6779 20379/7086/6752</w:t>
        <w:br/>
        <w:t>f 20375/7082/6776 20385/7092/6779 20378/7085/6778</w:t>
        <w:br/>
        <w:t>f 20383/7090/6756 20384/7091/6757 20386/7093/6797</w:t>
        <w:br/>
        <w:t>f 20385/7092/6779 20383/7090/6756 20386/7093/6797</w:t>
        <w:br/>
        <w:t>f 20384/7091/6757 20387/7094/6760 20386/7093/6797</w:t>
        <w:br/>
        <w:t>f 20387/7094/6760 20385/7092/6779 20386/7093/6797</w:t>
        <w:br/>
        <w:t>f 20387/7094/6760 20384/7091/6757 20388/7095/6780</w:t>
        <w:br/>
        <w:t>f 20388/7095/6780 20389/7096/6762 20387/7094/6760</w:t>
        <w:br/>
        <w:t>f 20385/7092/6779 20387/7094/6760 20390/7097/6782</w:t>
        <w:br/>
        <w:t>f 20387/7094/6760 20389/7096/6762 20390/7097/6782</w:t>
        <w:br/>
        <w:t>f 20391/7098/6764 20385/7092/6779 20390/7097/6782</w:t>
        <w:br/>
        <w:t>f 20390/7097/6782 20389/7096/6762 20391/7098/6764</w:t>
        <w:br/>
        <w:t>f 20385/7092/6779 20391/7098/6764 20378/7085/6778</w:t>
        <w:br/>
        <w:t>f 20391/7098/6764 20376/7083/6777 20378/7085/6778</w:t>
        <w:br/>
        <w:t>f 20391/7098/6764 20389/7096/6762 20392/7099/6765</w:t>
        <w:br/>
        <w:t>f 20376/7083/6777 20391/7098/6764 20392/7099/6765</w:t>
        <w:br/>
        <w:t>f 20395/7100/6722 20394/7101/6807 20393/7102/6784</w:t>
        <w:br/>
        <w:t>f 20395/7100/6722 20393/7102/6784 20396/7103/6725</w:t>
        <w:br/>
        <w:t>f 20394/7101/6807 20395/7100/6722 20397/7104/6726</w:t>
        <w:br/>
        <w:t>f 20394/7101/6807 20397/7104/6726 20398/7105/6801</w:t>
        <w:br/>
        <w:t>f 20399/7106/6785 20395/7100/6722 20396/7103/6725</w:t>
        <w:br/>
        <w:t>f 20397/7104/6726 20400/7107/6767 20398/7105/6801</w:t>
        <w:br/>
        <w:t>f 20395/7100/6722 20399/7106/6785 20401/7108/6730</w:t>
        <w:br/>
        <w:t>f 20401/7108/6730 20397/7104/6726 20395/7100/6722</w:t>
        <w:br/>
        <w:t>f 20402/7109/6731 20399/7106/6785 20396/7103/6725</w:t>
        <w:br/>
        <w:t>f 20402/7109/6731 20401/7108/6730 20399/7106/6785</w:t>
        <w:br/>
        <w:t>f 20403/7110/6802 20402/7109/6731 20396/7103/6725</w:t>
        <w:br/>
        <w:t>f 20402/7109/6731 20403/7110/6802 20404/7111/6808</w:t>
        <w:br/>
        <w:t>f 20404/7111/6808 20405/7112/6734 20402/7109/6731</w:t>
        <w:br/>
        <w:t>f 20401/7108/6730 20402/7109/6731 20405/7112/6734</w:t>
        <w:br/>
        <w:t>f 20406/7113/6787 20405/7112/6734 20404/7111/6808</w:t>
        <w:br/>
        <w:t>f 20407/7114/6788 20397/7104/6726 20401/7108/6730</w:t>
        <w:br/>
        <w:t>f 20401/7108/6730 20405/7112/6734 20407/7114/6788</w:t>
        <w:br/>
        <w:t>f 20397/7104/6726 20407/7114/6788 20400/7107/6767</w:t>
        <w:br/>
        <w:t>f 20405/7112/6734 20406/7113/6787 20408/7115/6809</w:t>
        <w:br/>
        <w:t>f 20405/7112/6734 20408/7115/6809 20407/7114/6788</w:t>
        <w:br/>
        <w:t>f 20406/7113/6787 20409/7116/6738 20408/7115/6809</w:t>
        <w:br/>
        <w:t>f 20407/7114/6788 20408/7115/6809 20409/7116/6738</w:t>
        <w:br/>
        <w:t>f 20409/7116/6738 20406/7113/6787 20410/7117/6810</w:t>
        <w:br/>
        <w:t>f 20409/7116/6738 20410/7117/6810 20411/7118/6773</w:t>
        <w:br/>
        <w:t>f 20407/7114/6788 20409/7116/6738 20412/7119/6790</w:t>
        <w:br/>
        <w:t>f 20412/7119/6790 20409/7116/6738 20411/7118/6773</w:t>
        <w:br/>
        <w:t>f 20413/7120/6742 20407/7114/6788 20412/7119/6790</w:t>
        <w:br/>
        <w:t>f 20413/7120/6742 20412/7119/6790 20411/7118/6773</w:t>
        <w:br/>
        <w:t>f 20407/7114/6788 20413/7120/6742 20400/7107/6767</w:t>
        <w:br/>
        <w:t>f 20398/7105/6801 20400/7107/6767 20413/7120/6742</w:t>
        <w:br/>
        <w:t>f 20414/7121/6811 20413/7120/6742 20411/7118/6773</w:t>
        <w:br/>
        <w:t>f 20398/7105/6801 20413/7120/6742 20414/7121/6811</w:t>
        <w:br/>
        <w:t>f 20417/7122/6744 20416/7123/6745 20415/7124/6792</w:t>
        <w:br/>
        <w:t>f 20415/7124/6792 20418/7125/6747 20417/7122/6744</w:t>
        <w:br/>
        <w:t>f 20416/7123/6745 20417/7122/6744 20419/7126/6776</w:t>
        <w:br/>
        <w:t>f 20419/7126/6776 20420/7127/6749 20416/7123/6745</w:t>
        <w:br/>
        <w:t>f 20417/7122/6744 20418/7125/6747 20421/7128/6793</w:t>
        <w:br/>
        <w:t>f 20420/7127/6749 20419/7126/6776 20422/7129/6778</w:t>
        <w:br/>
        <w:t>f 20423/7130/6752 20417/7122/6744 20421/7128/6793</w:t>
        <w:br/>
        <w:t>f 20417/7122/6744 20423/7130/6752 20419/7126/6776</w:t>
        <w:br/>
        <w:t>f 20421/7128/6793 20418/7125/6747 20424/7131/6753</w:t>
        <w:br/>
        <w:t>f 20424/7131/6753 20423/7130/6752 20421/7128/6793</w:t>
        <w:br/>
        <w:t>f 20424/7131/6753 20418/7125/6747 20425/7132/6794</w:t>
        <w:br/>
        <w:t>f 20426/7133/6755 20424/7131/6753 20425/7132/6794</w:t>
        <w:br/>
        <w:t>f 20424/7131/6753 20426/7133/6755 20427/7134/6756</w:t>
        <w:br/>
        <w:t>f 20423/7130/6752 20424/7131/6753 20427/7134/6756</w:t>
        <w:br/>
        <w:t>f 20426/7133/6755 20428/7135/6757 20427/7134/6756</w:t>
        <w:br/>
        <w:t>f 20423/7130/6752 20429/7136/6796 20419/7126/6776</w:t>
        <w:br/>
        <w:t>f 20427/7134/6756 20429/7136/6796 20423/7130/6752</w:t>
        <w:br/>
        <w:t>f 20419/7126/6776 20429/7136/6796 20422/7129/6778</w:t>
        <w:br/>
        <w:t>f 20427/7134/6756 20428/7135/6757 20430/7137/6797</w:t>
        <w:br/>
        <w:t>f 20429/7136/6796 20427/7134/6756 20430/7137/6797</w:t>
        <w:br/>
        <w:t>f 20428/7135/6757 20431/7138/6760 20430/7137/6797</w:t>
        <w:br/>
        <w:t>f 20431/7138/6760 20429/7136/6796 20430/7137/6797</w:t>
        <w:br/>
        <w:t>f 20431/7138/6760 20428/7135/6757 20432/7139/6812</w:t>
        <w:br/>
        <w:t>f 20432/7139/6812 20433/7140/6781 20431/7138/6760</w:t>
        <w:br/>
        <w:t>f 20429/7136/6796 20431/7138/6760 20434/7141/6799</w:t>
        <w:br/>
        <w:t>f 20431/7138/6760 20433/7140/6781 20434/7141/6799</w:t>
        <w:br/>
        <w:t>f 20435/7142/6764 20429/7136/6796 20434/7141/6799</w:t>
        <w:br/>
        <w:t>f 20434/7141/6799 20433/7140/6781 20435/7142/6764</w:t>
        <w:br/>
        <w:t>f 20429/7136/6796 20435/7142/6764 20422/7129/6778</w:t>
        <w:br/>
        <w:t>f 20435/7142/6764 20420/7127/6749 20422/7129/6778</w:t>
        <w:br/>
        <w:t>f 20435/7142/6764 20433/7140/6781 20436/7143/6813</w:t>
        <w:br/>
        <w:t>f 20420/7127/6749 20435/7142/6764 20436/7143/6813</w:t>
        <w:br/>
        <w:t>f 20439/7144/6722 20438/7145/6723 20437/7146/6805</w:t>
        <w:br/>
        <w:t>f 20439/7144/6722 20437/7146/6805 20440/7147/6766</w:t>
        <w:br/>
        <w:t>f 20438/7145/6723 20439/7144/6722 20441/7148/6726</w:t>
        <w:br/>
        <w:t>f 20438/7145/6723 20441/7148/6726 20442/7149/6727</w:t>
        <w:br/>
        <w:t>f 20443/7150/6728 20439/7144/6722 20440/7147/6766</w:t>
        <w:br/>
        <w:t>f 20441/7148/6726 20444/7151/6729 20442/7149/6727</w:t>
        <w:br/>
        <w:t>f 20439/7144/6722 20443/7150/6728 20445/7152/6730</w:t>
        <w:br/>
        <w:t>f 20445/7152/6730 20441/7148/6726 20439/7144/6722</w:t>
        <w:br/>
        <w:t>f 20446/7153/6731 20443/7150/6728 20440/7147/6766</w:t>
        <w:br/>
        <w:t>f 20446/7153/6731 20445/7152/6730 20443/7150/6728</w:t>
        <w:br/>
        <w:t>f 20447/7154/6806 20446/7153/6731 20440/7147/6766</w:t>
        <w:br/>
        <w:t>f 20446/7153/6731 20447/7154/6806 20448/7155/6733</w:t>
        <w:br/>
        <w:t>f 20448/7155/6733 20449/7156/6734 20446/7153/6731</w:t>
        <w:br/>
        <w:t>f 20445/7152/6730 20446/7153/6731 20449/7156/6734</w:t>
        <w:br/>
        <w:t>f 20450/7157/6787 20449/7156/6734 20448/7155/6733</w:t>
        <w:br/>
        <w:t>f 20451/7158/6788 20441/7148/6726 20445/7152/6730</w:t>
        <w:br/>
        <w:t>f 20445/7152/6730 20449/7156/6734 20451/7158/6788</w:t>
        <w:br/>
        <w:t>f 20441/7148/6726 20451/7158/6788 20444/7151/6729</w:t>
        <w:br/>
        <w:t>f 20449/7156/6734 20450/7157/6787 20452/7159/6737</w:t>
        <w:br/>
        <w:t>f 20449/7156/6734 20452/7159/6737 20451/7158/6788</w:t>
        <w:br/>
        <w:t>f 20450/7157/6787 20453/7160/6738 20452/7159/6737</w:t>
        <w:br/>
        <w:t>f 20451/7158/6788 20452/7159/6737 20453/7160/6738</w:t>
        <w:br/>
        <w:t>f 20453/7160/6738 20450/7157/6787 20454/7161/6772</w:t>
        <w:br/>
        <w:t>f 20453/7160/6738 20454/7161/6772 20455/7162/6773</w:t>
        <w:br/>
        <w:t>f 20451/7158/6788 20453/7160/6738 20456/7163/6790</w:t>
        <w:br/>
        <w:t>f 20456/7163/6790 20453/7160/6738 20455/7162/6773</w:t>
        <w:br/>
        <w:t>f 20457/7164/6742 20451/7158/6788 20456/7163/6790</w:t>
        <w:br/>
        <w:t>f 20457/7164/6742 20456/7163/6790 20455/7162/6773</w:t>
        <w:br/>
        <w:t>f 20451/7158/6788 20457/7164/6742 20444/7151/6729</w:t>
        <w:br/>
        <w:t>f 20442/7149/6727 20444/7151/6729 20457/7164/6742</w:t>
        <w:br/>
        <w:t>f 20458/7165/6814 20457/7164/6742 20455/7162/6773</w:t>
        <w:br/>
        <w:t>f 20442/7149/6727 20457/7164/6742 20458/7165/6814</w:t>
        <w:br/>
        <w:t>f 20461/7166/6744 20460/7167/6745 20459/7168/6815</w:t>
        <w:br/>
        <w:t>f 20459/7168/6815 20462/7169/6775 20461/7166/6744</w:t>
        <w:br/>
        <w:t>f 20460/7167/6745 20461/7166/6744 20463/7170/6776</w:t>
        <w:br/>
        <w:t>f 20463/7170/6776 20464/7171/6777 20460/7167/6745</w:t>
        <w:br/>
        <w:t>f 20461/7166/6744 20462/7169/6775 20465/7172/6750</w:t>
        <w:br/>
        <w:t>f 20464/7171/6777 20463/7170/6776 20466/7173/6751</w:t>
        <w:br/>
        <w:t>f 20467/7174/6752 20461/7166/6744 20465/7172/6750</w:t>
        <w:br/>
        <w:t>f 20461/7166/6744 20467/7174/6752 20463/7170/6776</w:t>
        <w:br/>
        <w:t>f 20465/7172/6750 20462/7169/6775 20468/7175/6753</w:t>
        <w:br/>
        <w:t>f 20468/7175/6753 20467/7174/6752 20465/7172/6750</w:t>
        <w:br/>
        <w:t>f 20468/7175/6753 20462/7169/6775 20469/7176/6816</w:t>
        <w:br/>
        <w:t>f 20470/7177/6755 20468/7175/6753 20469/7176/6816</w:t>
        <w:br/>
        <w:t>f 20468/7175/6753 20470/7177/6755 20471/7178/6756</w:t>
        <w:br/>
        <w:t>f 20467/7174/6752 20468/7175/6753 20471/7178/6756</w:t>
        <w:br/>
        <w:t>f 20470/7177/6755 20472/7179/6757 20471/7178/6756</w:t>
        <w:br/>
        <w:t>f 20467/7174/6752 20473/7180/6758 20463/7170/6776</w:t>
        <w:br/>
        <w:t>f 20471/7178/6756 20473/7180/6758 20467/7174/6752</w:t>
        <w:br/>
        <w:t>f 20463/7170/6776 20473/7180/6758 20466/7173/6751</w:t>
        <w:br/>
        <w:t>f 20471/7178/6756 20472/7179/6757 20474/7181/6797</w:t>
        <w:br/>
        <w:t>f 20473/7180/6758 20471/7178/6756 20474/7181/6797</w:t>
        <w:br/>
        <w:t>f 20472/7179/6757 20475/7182/6760 20474/7181/6797</w:t>
        <w:br/>
        <w:t>f 20475/7182/6760 20473/7180/6758 20474/7181/6797</w:t>
        <w:br/>
        <w:t>f 20475/7182/6760 20472/7179/6757 20476/7183/6761</w:t>
        <w:br/>
        <w:t>f 20476/7183/6761 20477/7184/6781 20475/7182/6760</w:t>
        <w:br/>
        <w:t>f 20473/7180/6758 20475/7182/6760 20478/7185/6782</w:t>
        <w:br/>
        <w:t>f 20475/7182/6760 20477/7184/6781 20478/7185/6782</w:t>
        <w:br/>
        <w:t>f 20479/7186/6764 20473/7180/6758 20478/7185/6782</w:t>
        <w:br/>
        <w:t>f 20478/7185/6782 20477/7184/6781 20479/7186/6764</w:t>
        <w:br/>
        <w:t>f 20473/7180/6758 20479/7186/6764 20466/7173/6751</w:t>
        <w:br/>
        <w:t>f 20479/7186/6764 20464/7171/6777 20466/7173/6751</w:t>
        <w:br/>
        <w:t>f 20479/7186/6764 20477/7184/6781 20480/7187/6783</w:t>
        <w:br/>
        <w:t>f 20464/7171/6777 20479/7186/6764 20480/7187/6783</w:t>
        <w:br/>
        <w:t>f 20483/7188/6722 20482/7189/6723 20481/7190/6724</w:t>
        <w:br/>
        <w:t>f 20483/7188/6722 20481/7190/6724 20484/7191/6725</w:t>
        <w:br/>
        <w:t>f 20482/7189/6723 20483/7188/6722 20485/7192/6817</w:t>
        <w:br/>
        <w:t>f 20482/7189/6723 20485/7192/6817 20486/7193/6801</w:t>
        <w:br/>
        <w:t>f 20487/7194/6818 20483/7188/6722 20484/7191/6725</w:t>
        <w:br/>
        <w:t>f 20485/7192/6817 20488/7195/6786 20486/7193/6801</w:t>
        <w:br/>
        <w:t>f 20483/7188/6722 20487/7194/6818 20489/7196/6819</w:t>
        <w:br/>
        <w:t>f 20489/7196/6819 20485/7192/6817 20483/7188/6722</w:t>
        <w:br/>
        <w:t>f 20490/7197/6731 20487/7194/6818 20484/7191/6725</w:t>
        <w:br/>
        <w:t>f 20490/7197/6731 20489/7196/6819 20487/7194/6818</w:t>
        <w:br/>
        <w:t>f 20491/7198/6806 20490/7197/6731 20484/7191/6725</w:t>
        <w:br/>
        <w:t>f 20490/7197/6731 20491/7198/6806 20492/7199/6733</w:t>
        <w:br/>
        <w:t>f 20492/7199/6733 20493/7200/6820 20490/7197/6731</w:t>
        <w:br/>
        <w:t>f 20489/7196/6819 20490/7197/6731 20493/7200/6820</w:t>
        <w:br/>
        <w:t>f 20494/7201/6787 20493/7200/6820 20492/7199/6733</w:t>
        <w:br/>
        <w:t>f 20495/7202/6788 20485/7192/6817 20489/7196/6819</w:t>
        <w:br/>
        <w:t>f 20489/7196/6819 20493/7200/6820 20495/7202/6788</w:t>
        <w:br/>
        <w:t>f 20485/7192/6817 20495/7202/6788 20488/7195/6786</w:t>
        <w:br/>
        <w:t>f 20493/7200/6820 20494/7201/6787 20496/7203/6809</w:t>
        <w:br/>
        <w:t>f 20493/7200/6820 20496/7203/6809 20495/7202/6788</w:t>
        <w:br/>
        <w:t>f 20494/7201/6787 20497/7204/6738 20496/7203/6809</w:t>
        <w:br/>
        <w:t>f 20495/7202/6788 20496/7203/6809 20497/7204/6738</w:t>
        <w:br/>
        <w:t>f 20497/7204/6738 20494/7201/6787 20498/7205/6739</w:t>
        <w:br/>
        <w:t>f 20497/7204/6738 20498/7205/6739 20499/7206/6803</w:t>
        <w:br/>
        <w:t>f 20495/7202/6788 20497/7204/6738 20500/7207/6790</w:t>
        <w:br/>
        <w:t>f 20500/7207/6790 20497/7204/6738 20499/7206/6803</w:t>
        <w:br/>
        <w:t>f 20501/7208/6742 20495/7202/6788 20500/7207/6790</w:t>
        <w:br/>
        <w:t>f 20501/7208/6742 20500/7207/6790 20499/7206/6803</w:t>
        <w:br/>
        <w:t>f 20495/7202/6788 20501/7208/6742 20488/7195/6786</w:t>
        <w:br/>
        <w:t>f 20486/7193/6801 20488/7195/6786 20501/7208/6742</w:t>
        <w:br/>
        <w:t>f 20502/7209/6743 20501/7208/6742 20499/7206/6803</w:t>
        <w:br/>
        <w:t>f 20486/7193/6801 20501/7208/6742 20502/7209/6743</w:t>
        <w:br/>
        <w:t>f 20505/7210/6744 20504/7211/6745 20503/7212/6821</w:t>
        <w:br/>
        <w:t>f 20503/7212/6821 20506/7213/6747 20505/7210/6744</w:t>
        <w:br/>
        <w:t>f 20504/7211/6745 20505/7210/6744 20507/7214/6822</w:t>
        <w:br/>
        <w:t>f 20507/7214/6822 20508/7215/6749 20504/7211/6745</w:t>
        <w:br/>
        <w:t>f 20505/7210/6744 20506/7213/6747 20509/7216/6823</w:t>
        <w:br/>
        <w:t>f 20508/7215/6749 20507/7214/6822 20510/7217/6824</w:t>
        <w:br/>
        <w:t>f 20511/7218/6825 20505/7210/6744 20509/7216/6823</w:t>
        <w:br/>
        <w:t>f 20505/7210/6744 20511/7218/6825 20507/7214/6822</w:t>
        <w:br/>
        <w:t>f 20509/7216/6823 20506/7213/6747 20512/7219/6753</w:t>
        <w:br/>
        <w:t>f 20512/7219/6753 20511/7218/6825 20509/7216/6823</w:t>
        <w:br/>
        <w:t>f 20512/7219/6753 20506/7213/6747 20513/7220/6826</w:t>
        <w:br/>
        <w:t>f 20514/7221/6755 20512/7219/6753 20513/7220/6826</w:t>
        <w:br/>
        <w:t>f 20512/7219/6753 20514/7221/6755 20515/7222/6827</w:t>
        <w:br/>
        <w:t>f 20511/7218/6825 20512/7219/6753 20515/7222/6827</w:t>
        <w:br/>
        <w:t>f 20514/7221/6755 20516/7223/6757 20515/7222/6827</w:t>
        <w:br/>
        <w:t>f 20511/7218/6825 20517/7224/6796 20507/7214/6822</w:t>
        <w:br/>
        <w:t>f 20515/7222/6827 20517/7224/6796 20511/7218/6825</w:t>
        <w:br/>
        <w:t>f 20507/7214/6822 20517/7224/6796 20510/7217/6824</w:t>
        <w:br/>
        <w:t>f 20515/7222/6827 20516/7223/6757 20518/7225/6828</w:t>
        <w:br/>
        <w:t>f 20517/7224/6796 20515/7222/6827 20518/7225/6828</w:t>
        <w:br/>
        <w:t>f 20516/7223/6757 20519/7226/6760 20518/7225/6828</w:t>
        <w:br/>
        <w:t>f 20519/7226/6760 20517/7224/6796 20518/7225/6828</w:t>
        <w:br/>
        <w:t>f 20519/7226/6760 20516/7223/6757 20520/7227/6780</w:t>
        <w:br/>
        <w:t>f 20520/7227/6780 20521/7228/6762 20519/7226/6760</w:t>
        <w:br/>
        <w:t>f 20517/7224/6796 20519/7226/6760 20522/7229/6799</w:t>
        <w:br/>
        <w:t>f 20519/7226/6760 20521/7228/6762 20522/7229/6799</w:t>
        <w:br/>
        <w:t>f 20523/7230/6764 20517/7224/6796 20522/7229/6799</w:t>
        <w:br/>
        <w:t>f 20522/7229/6799 20521/7228/6762 20523/7230/6764</w:t>
        <w:br/>
        <w:t>f 20517/7224/6796 20523/7230/6764 20510/7217/6824</w:t>
        <w:br/>
        <w:t>f 20523/7230/6764 20508/7215/6749 20510/7217/6824</w:t>
        <w:br/>
        <w:t>f 20523/7230/6764 20521/7228/6762 20524/7231/6765</w:t>
        <w:br/>
        <w:t>f 20508/7215/6749 20523/7230/6764 20524/7231/6765</w:t>
        <w:br/>
        <w:t>f 20527/7232/6829 20526/7233/6830 20525/7234/6831</w:t>
        <w:br/>
        <w:t>f 20528/7235/6832 20527/7232/6829 20525/7234/6831</w:t>
        <w:br/>
        <w:t>f 20525/7234/6831 20526/7233/6830 20529/7236/6833</w:t>
        <w:br/>
        <w:t>f 20530/7237/6834 20529/7236/6833 20526/7233/6830</w:t>
        <w:br/>
        <w:t>f 20531/7238/6835 20528/7235/6832 20525/7234/6831</w:t>
        <w:br/>
        <w:t>f 20532/7239/6836 20528/7235/6832 20531/7238/6835</w:t>
        <w:br/>
        <w:t>f 20529/7236/6833 20530/7237/6834 20533/7240/6837</w:t>
        <w:br/>
        <w:t>f 20534/7241/6838 20533/7240/6837 20530/7237/6834</w:t>
        <w:br/>
        <w:t>f 20531/7238/6835 20535/7242/6839 20532/7239/6836</w:t>
        <w:br/>
        <w:t>f 20536/7243/6840 20532/7239/6836 20535/7242/6839</w:t>
        <w:br/>
        <w:t>f 20533/7240/6837 20534/7241/6838 20537/7244/6841</w:t>
        <w:br/>
        <w:t>f 20538/7245/6842 20537/7244/6841 20534/7241/6838</w:t>
        <w:br/>
        <w:t>f 20541/7246/6843 20540/7247/6844 20539/7248/6845</w:t>
        <w:br/>
        <w:t>f 20537/7244/6841 20538/7245/6842 20542/7249/6846</w:t>
        <w:br/>
        <w:t>f 20541/7246/6843 20543/7250/6847 20540/7247/6844</w:t>
        <w:br/>
        <w:t>f 20538/7245/6842 20536/7243/6840 20542/7249/6846</w:t>
        <w:br/>
        <w:t>f 20544/7251/6848 20543/7250/6847 20541/7246/6843</w:t>
        <w:br/>
        <w:t>f 20545/7252/6849 20542/7249/6846 20536/7243/6840</w:t>
        <w:br/>
        <w:t>f 20543/7250/6847 20544/7251/6848 20546/7253/6850</w:t>
        <w:br/>
        <w:t>f 20535/7242/6839 20545/7252/6849 20536/7243/6840</w:t>
        <w:br/>
        <w:t>f 20546/7253/6850 20544/7251/6848 20547/7254/6851</w:t>
        <w:br/>
        <w:t>f 20547/7254/6851 20544/7251/6848 20548/7255/6852</w:t>
        <w:br/>
        <w:t>f 20551/7256/6853 20550/7257/6854 20549/7258/6855</w:t>
        <w:br/>
        <w:t>f 20550/7257/6854 20552/7259/6856 20549/7258/6855</w:t>
        <w:br/>
        <w:t>f 20550/7257/6854 20551/7256/6853 20553/7260/6857</w:t>
        <w:br/>
        <w:t>f 20554/7261/6858 20553/7260/6857 20551/7256/6853</w:t>
        <w:br/>
        <w:t>f 20552/7259/6856 20550/7257/6854 20555/7262/6859</w:t>
        <w:br/>
        <w:t>f 20555/7262/6859 20556/7263/6860 20552/7259/6856</w:t>
        <w:br/>
        <w:t>f 20559/7264/6861 20558/7265/6862 20557/7266/6863</w:t>
        <w:br/>
        <w:t>f 20556/7263/6860 20555/7262/6859 20560/7267/6864</w:t>
        <w:br/>
        <w:t>f 20558/7265/6862 20559/7264/6861 20561/7268/6865</w:t>
        <w:br/>
        <w:t>f 20562/7269/6866 20556/7263/6860 20560/7267/6864</w:t>
        <w:br/>
        <w:t>f 20563/7270/6867 20561/7268/6865 20559/7264/6861</w:t>
        <w:br/>
        <w:t>f 20562/7269/6866 20564/7271/6868 20556/7263/6860</w:t>
        <w:br/>
        <w:t>f 20562/7269/6866 20565/7272/6869 20564/7271/6868</w:t>
        <w:br/>
        <w:t>f 20565/7272/6869 20562/7269/6866 20566/7273/6870</w:t>
        <w:br/>
        <w:t>f 20561/7268/6865 20563/7270/6867 20567/7274/6871</w:t>
        <w:br/>
        <w:t>f 20566/7273/6870 20568/7275/6872 20565/7272/6869</w:t>
        <w:br/>
        <w:t>f 20569/7276/6873 20567/7274/6871 20563/7270/6867</w:t>
        <w:br/>
        <w:t>f 20553/7260/6857 20554/7261/6858 20570/7277/6874</w:t>
        <w:br/>
        <w:t>f 20568/7275/6872 20566/7273/6870 20571/7278/6875</w:t>
        <w:br/>
        <w:t>f 20567/7274/6871 20569/7276/6873 20572/7279/6876</w:t>
        <w:br/>
        <w:t>f 20554/7261/6858 20573/7280/6877 20570/7277/6874</w:t>
        <w:br/>
        <w:t>f 20574/7281/6878 20572/7279/6876 20569/7276/6873</w:t>
        <w:br/>
        <w:t>f 20573/7280/6877 20554/7261/6858 20575/7282/6879</w:t>
        <w:br/>
        <w:t>f 20575/7282/6879 20576/7283/6880 20573/7280/6877</w:t>
        <w:br/>
        <w:t>f 20577/7284/6881 20568/7275/6872 20571/7278/6875</w:t>
        <w:br/>
        <w:t>f 20572/7279/6882 20573/7280/6883 20578/7285/6884</w:t>
        <w:br/>
        <w:t>f 20568/7275/6872 20577/7284/6881 20579/7286/6885</w:t>
        <w:br/>
        <w:t>f 20576/7283/6880 20580/7287/6886 20573/7280/6877</w:t>
        <w:br/>
        <w:t>f 20578/7285/6884 20573/7280/6883 20581/7288/6887</w:t>
        <w:br/>
        <w:t>f 20582/7289/6888 20580/7287/6886 20576/7283/6880</w:t>
        <w:br/>
        <w:t>f 20583/7290/6889 20579/7286/6885 20577/7284/6881</w:t>
        <w:br/>
        <w:t>f 20579/7286/6885 20583/7290/6889 20582/7289/6888</w:t>
        <w:br/>
        <w:t>f 20578/7285/6890 20580/7287/6886 20584/7291/6891</w:t>
        <w:br/>
        <w:t>f 20580/7287/6886 20582/7289/6888 20583/7290/6889</w:t>
        <w:br/>
        <w:t>f 20587/7292/6892 20586/7293/6893 20585/7294/6894</w:t>
        <w:br/>
        <w:t>f 20590/7295/6895 20589/7296/6896 20588/7297/6897</w:t>
        <w:br/>
        <w:t>f 20586/7293/6893 20587/7292/6892 20591/7298/6898</w:t>
        <w:br/>
        <w:t>f 20594/7299/6899 20593/7300/6900 20592/7301/6901</w:t>
        <w:br/>
        <w:t>f 20589/7296/6896 20590/7295/6895 20595/7302/6902</w:t>
        <w:br/>
        <w:t>f 20598/7303/6903 20597/7304/6903 20596/7305/6904</w:t>
        <w:br/>
        <w:t>f 20597/7304/6903 20598/7303/6903 20599/7306/6905</w:t>
        <w:br/>
        <w:t>f 20593/7300/6900 20594/7299/6899 20600/7307/6906</w:t>
        <w:br/>
        <w:t>f 20587/7292/6892 20602/7308/6907 20601/7309/6908</w:t>
        <w:br/>
        <w:t>f 20595/7302/6909 20600/7307/6910 20601/7309/6908</w:t>
        <w:br/>
        <w:t>f 20603/7310/6911 20591/7298/6898 20587/7292/6892</w:t>
        <w:br/>
        <w:t>f 20587/7292/6892 20601/7309/6908 20603/7310/6911</w:t>
        <w:br/>
        <w:t>f 20591/7298/6898 20604/7311/6912 20600/7307/6910</w:t>
        <w:br/>
        <w:t>f 20601/7309/6908 20600/7307/6910 20604/7311/6912</w:t>
        <w:br/>
        <w:t>f 20604/7311/6912 20591/7298/6898 20605/7312/6913</w:t>
        <w:br/>
        <w:t>f 20591/7298/6898 20603/7310/6911 20605/7312/6913</w:t>
        <w:br/>
        <w:t>f 20608/7313/6914 20607/7314/6914 20606/7315/6915</w:t>
        <w:br/>
        <w:t>f 20611/7316/6916 20610/7317/6917 20609/7318/6918</w:t>
        <w:br/>
        <w:t>f 20607/7314/6914 20608/7313/6914 20612/7319/6919</w:t>
        <w:br/>
        <w:t>f 20610/7317/6917 20611/7316/6916 20613/7320/6920</w:t>
        <w:br/>
        <w:t>f 20616/7321/6921 20615/7322/6922 20614/7323/6923</w:t>
        <w:br/>
        <w:t>f 20619/7324/6924 20618/7325/6924 20617/7326/6925</w:t>
        <w:br/>
        <w:t>f 20620/7327/6926 20614/7323/6923 20615/7322/6922</w:t>
        <w:br/>
        <w:t>f 20618/7325/6924 20619/7324/6924 20621/7328/6927</w:t>
        <w:br/>
        <w:t>f 20624/7329/6928 20623/7330/6929 20622/7331/6930</w:t>
        <w:br/>
        <w:t>f 20627/7332/6931 20626/7333/6932 20625/7334/6933</w:t>
        <w:br/>
        <w:t>f 20624/7329/6928 20622/7331/6930 20628/7335/6934</w:t>
        <w:br/>
        <w:t>f 20631/7336/6935 20630/7337/6935 20629/7338/6936</w:t>
        <w:br/>
        <w:t>f 20634/7339/6937 20633/7340/6938 20632/7341/6939</w:t>
        <w:br/>
        <w:t>f 20630/7337/6935 20631/7336/6935 20635/7342/6940</w:t>
        <w:br/>
        <w:t>f 20626/7333/6932 20627/7332/6931 20636/7343/6941</w:t>
        <w:br/>
        <w:t>f 20633/7340/6938 20634/7339/6937 20637/7344/6942</w:t>
        <w:br/>
        <w:t>f 20640/7345/6943 20639/7346/6944 20638/7347/6945</w:t>
        <w:br/>
        <w:t>f 20622/7331/6946 20641/7348/6947 20640/7345/6948</w:t>
        <w:br/>
        <w:t>f 20622/7331/6946 20637/7344/6949 20641/7348/6947</w:t>
        <w:br/>
        <w:t>f 20639/7346/6944 20640/7345/6943 20642/7349/6950</w:t>
        <w:br/>
        <w:t>f 20643/7350/6951 20639/7346/6944 20642/7349/6950</w:t>
        <w:br/>
        <w:t>f 20637/7344/6949 20644/7351/6952 20641/7348/6947</w:t>
        <w:br/>
        <w:t>f 20634/7339/6953 20642/7349/6954 20644/7351/6955</w:t>
        <w:br/>
        <w:t>f 20644/7351/6952 20637/7344/6949 20643/7350/6956</w:t>
        <w:br/>
        <w:t>f 20647/7352/6957 20646/7353/6958 20645/7354/6959</w:t>
        <w:br/>
        <w:t>f 20650/7355/6960 20649/7356/6961 20648/7357/6962</w:t>
        <w:br/>
        <w:t>f 20646/7353/6958 20647/7352/6957 20651/7358/6963</w:t>
        <w:br/>
        <w:t>f 20654/7359/6964 20653/7360/6965 20652/7361/6966</w:t>
        <w:br/>
        <w:t>f 20649/7356/6961 20650/7355/6960 20655/7362/6967</w:t>
        <w:br/>
        <w:t>f 20658/7363/6968 20657/7364/6969 20656/7365/6970</w:t>
        <w:br/>
        <w:t>f 20657/7364/6969 20658/7363/6968 20659/7366/6971</w:t>
        <w:br/>
        <w:t>f 20653/7360/6965 20654/7359/6964 20660/7367/6972</w:t>
        <w:br/>
        <w:t>f 20662/7368/6973 20646/7353/6958 20661/7369/6974</w:t>
        <w:br/>
        <w:t>f 20660/7367/6975 20655/7362/6976 20661/7369/6977</w:t>
        <w:br/>
        <w:t>f 20651/7358/6963 20663/7370/6978 20646/7353/6958</w:t>
        <w:br/>
        <w:t>f 20661/7369/6974 20646/7353/6958 20663/7370/6978</w:t>
        <w:br/>
        <w:t>f 20664/7371/6979 20651/7358/6963 20660/7367/6975</w:t>
        <w:br/>
        <w:t>f 20660/7367/6975 20661/7369/6977 20664/7371/6979</w:t>
        <w:br/>
        <w:t>f 20651/7358/6963 20664/7371/6979 20665/7372/6980</w:t>
        <w:br/>
        <w:t>f 20663/7370/6978 20651/7358/6963 20665/7372/6980</w:t>
        <w:br/>
        <w:t>f 20668/7373/6981 20667/7374/6981 20666/7375/6982</w:t>
        <w:br/>
        <w:t>f 20671/7376/6983 20670/7377/6983 20669/7378/6984</w:t>
        <w:br/>
        <w:t>f 20667/7374/6981 20668/7373/6981 20672/7379/6985</w:t>
        <w:br/>
        <w:t>f 20675/7380/6986 20674/7381/6987 20673/7382/6988</w:t>
        <w:br/>
        <w:t>f 20670/7377/6983 20671/7376/6983 20676/7383/6989</w:t>
        <w:br/>
        <w:t>f 20674/7381/6987 20675/7380/6986 20677/7384/6990</w:t>
        <w:br/>
        <w:t>f 20680/7385/6991 20679/7386/6991 20678/7387/6992</w:t>
        <w:br/>
        <w:t>f 20679/7386/6991 20680/7385/6991 20681/7388/6993</w:t>
        <w:br/>
        <w:t>f 20684/7389/6994 20683/7390/6995 20682/7391/6996</w:t>
        <w:br/>
        <w:t>f 20687/7392/6997 20686/7393/6997 20685/7394/6998</w:t>
        <w:br/>
        <w:t>f 20688/7395/6999 20683/7390/6995 20684/7389/6994</w:t>
        <w:br/>
        <w:t>f 20691/7396/7000 20690/7397/7001 20689/7398/7001</w:t>
        <w:br/>
        <w:t>f 20694/7399/7002 20693/7400/7003 20692/7401/7004</w:t>
        <w:br/>
        <w:t>f 20695/7402/7005 20689/7398/7001 20690/7397/7001</w:t>
        <w:br/>
        <w:t>f 20686/7393/6997 20687/7392/6997 20696/7403/7006</w:t>
        <w:br/>
        <w:t>f 20693/7400/7003 20694/7399/7002 20697/7404/7007</w:t>
        <w:br/>
        <w:t>f 20700/7405/7008 20699/7406/7009 20698/7407/7010</w:t>
        <w:br/>
        <w:t>f 20699/7406/7009 20700/7405/7008 20701/7408/7011</w:t>
        <w:br/>
        <w:t>f 20700/7405/7008 20702/7409/7012 20701/7408/7011</w:t>
        <w:br/>
        <w:t>f 20703/7410/7013 20683/7390/7014 20699/7406/7015</w:t>
        <w:br/>
        <w:t>f 20697/7404/7007 20683/7390/7014 20703/7410/7013</w:t>
        <w:br/>
        <w:t>f 20701/7408/7016 20693/7400/7017 20704/7411/7018</w:t>
        <w:br/>
        <w:t>f 20704/7411/7019 20697/7404/7007 20703/7410/7013</w:t>
        <w:br/>
        <w:t>f 20697/7404/7007 20704/7411/7019 20702/7409/7012</w:t>
        <w:br/>
        <w:t>f 20707/7412/7020 20706/7413/7021 20705/7414/7022</w:t>
        <w:br/>
        <w:t>f 20708/7415/7023 20707/7412/7020 20705/7414/7022</w:t>
        <w:br/>
        <w:t>f 20706/7413/7021 20707/7412/7020 20709/7416/7024</w:t>
        <w:br/>
        <w:t>f 20709/7416/7024 20710/7417/7025 20706/7413/7021</w:t>
        <w:br/>
        <w:t>f 20707/7412/7020 20708/7415/7023 20711/7418/7026</w:t>
        <w:br/>
        <w:t>f 20712/7419/7027 20711/7418/7026 20708/7415/7023</w:t>
        <w:br/>
        <w:t>f 20715/7420/7028 20714/7421/7028 20713/7422/7029</w:t>
        <w:br/>
        <w:t>f 20710/7417/7025 20709/7416/7024 20716/7423/7030</w:t>
        <w:br/>
        <w:t>f 20718/7424/7028 20715/7420/7028 20717/7425/7028</w:t>
        <w:br/>
        <w:t>f 20711/7418/7026 20712/7419/7027 20719/7426/7027</w:t>
        <w:br/>
        <w:t>f 20718/7424/7028 20714/7421/7028 20715/7420/7028</w:t>
        <w:br/>
        <w:t>f 20712/7419/7027 20720/7427/7031 20719/7426/7027</w:t>
        <w:br/>
        <w:t>f 20712/7419/7027 20721/7428/7032 20720/7427/7031</w:t>
        <w:br/>
        <w:t>f 20723/7429/7028 20718/7424/7028 20722/7430/7028</w:t>
        <w:br/>
        <w:t>f 20724/7431/7033 20720/7427/7031 20721/7428/7032</w:t>
        <w:br/>
        <w:t>f 20714/7421/7028 20718/7424/7028 20723/7429/7028</w:t>
        <w:br/>
        <w:t>f 20725/7432/7033 20724/7431/7033 20721/7428/7032</w:t>
        <w:br/>
        <w:t>f 20726/7433/7034 20724/7431/7033 20725/7432/7033</w:t>
        <w:br/>
        <w:t>f 20714/7421/7028 20723/7429/7028 20727/7434/7028</w:t>
        <w:br/>
        <w:t>f 20724/7431/7033 20726/7433/7034 20728/7435/7035</w:t>
        <w:br/>
        <w:t>f 20728/7435/7035 20710/7417/7025 20716/7423/7030</w:t>
        <w:br/>
        <w:t>f 20710/7417/7025 20728/7435/7035 20726/7433/7034</w:t>
        <w:br/>
        <w:t>f 20731/7436/7020 20730/7437/7036 20729/7438/7037</w:t>
        <w:br/>
        <w:t>f 20732/7439/7038 20731/7436/7020 20729/7438/7037</w:t>
        <w:br/>
        <w:t>f 20730/7437/7036 20731/7436/7020 20733/7440/7039</w:t>
        <w:br/>
        <w:t>f 20733/7440/7039 20734/7441/7040 20730/7437/7036</w:t>
        <w:br/>
        <w:t>f 20731/7436/7020 20732/7439/7038 20735/7442/7041</w:t>
        <w:br/>
        <w:t>f 20736/7443/7042 20735/7442/7041 20732/7439/7038</w:t>
        <w:br/>
        <w:t>f 20739/7444/7028 20738/7445/7028 20737/7446/7028</w:t>
        <w:br/>
        <w:t>f 20734/7441/7040 20733/7440/7039 20740/7447/7043</w:t>
        <w:br/>
        <w:t>f 20742/7448/7028 20739/7444/7028 20741/7449/7028</w:t>
        <w:br/>
        <w:t>f 20735/7442/7041 20736/7443/7042 20743/7450/7042</w:t>
        <w:br/>
        <w:t>f 20742/7448/7028 20738/7445/7028 20739/7444/7028</w:t>
        <w:br/>
        <w:t>f 20736/7443/7042 20744/7451/7044 20743/7450/7042</w:t>
        <w:br/>
        <w:t>f 20736/7443/7042 20745/7452/7032 20744/7451/7044</w:t>
        <w:br/>
        <w:t>f 20747/7453/7028 20742/7448/7028 20746/7454/7028</w:t>
        <w:br/>
        <w:t>f 20748/7455/7045 20744/7451/7044 20745/7452/7032</w:t>
        <w:br/>
        <w:t>f 20738/7445/7028 20742/7448/7028 20747/7453/7028</w:t>
        <w:br/>
        <w:t>f 20749/7456/7045 20748/7455/7045 20745/7452/7032</w:t>
        <w:br/>
        <w:t>f 20750/7457/7046 20748/7455/7045 20749/7456/7045</w:t>
        <w:br/>
        <w:t>f 20738/7445/7028 20747/7453/7028 20751/7458/7028</w:t>
        <w:br/>
        <w:t>f 20748/7455/7045 20750/7457/7046 20752/7459/7047</w:t>
        <w:br/>
        <w:t>f 20752/7459/7047 20734/7441/7040 20740/7447/7043</w:t>
        <w:br/>
        <w:t>f 20734/7441/7040 20752/7459/7047 20750/7457/7046</w:t>
        <w:br/>
        <w:t>f 20755/7460/7020 20754/7461/7048 20753/7462/7020</w:t>
        <w:br/>
        <w:t>f 20756/7463/7049 20755/7460/7020 20753/7462/7020</w:t>
        <w:br/>
        <w:t>f 20754/7461/7048 20755/7460/7020 20757/7464/7039</w:t>
        <w:br/>
        <w:t>f 20757/7464/7039 20758/7465/7050 20754/7461/7048</w:t>
        <w:br/>
        <w:t>f 20755/7460/7020 20756/7463/7049 20759/7466/7041</w:t>
        <w:br/>
        <w:t>f 20760/7467/7027 20759/7466/7041 20756/7463/7049</w:t>
        <w:br/>
        <w:t>f 20763/7468/7028 20762/7469/7028 20761/7470/7051</w:t>
        <w:br/>
        <w:t>f 20758/7465/7050 20757/7464/7039 20764/7471/7052</w:t>
        <w:br/>
        <w:t>f 20766/7472/7028 20763/7468/7028 20765/7473/7053</w:t>
        <w:br/>
        <w:t>f 20759/7466/7041 20760/7467/7027 20767/7474/7027</w:t>
        <w:br/>
        <w:t>f 20766/7472/7028 20762/7469/7028 20763/7468/7028</w:t>
        <w:br/>
        <w:t>f 20760/7467/7027 20768/7475/7044 20767/7474/7027</w:t>
        <w:br/>
        <w:t>f 20760/7467/7027 20769/7476/7054 20768/7475/7044</w:t>
        <w:br/>
        <w:t>f 20771/7477/7028 20766/7472/7028 20770/7478/7051</w:t>
        <w:br/>
        <w:t>f 20772/7479/7045 20768/7475/7044 20769/7476/7054</w:t>
        <w:br/>
        <w:t>f 20762/7469/7028 20766/7472/7028 20771/7477/7028</w:t>
        <w:br/>
        <w:t>f 20773/7480/7055 20772/7479/7045 20769/7476/7054</w:t>
        <w:br/>
        <w:t>f 20774/7481/7056 20772/7479/7045 20773/7480/7055</w:t>
        <w:br/>
        <w:t>f 20762/7469/7028 20771/7477/7028 20775/7482/7051</w:t>
        <w:br/>
        <w:t>f 20772/7479/7045 20774/7481/7056 20776/7483/7047</w:t>
        <w:br/>
        <w:t>f 20776/7483/7047 20758/7465/7050 20764/7471/7052</w:t>
        <w:br/>
        <w:t>f 20758/7465/7050 20776/7483/7047 20774/7481/7056</w:t>
        <w:br/>
        <w:t>f 20779/7484/7020 20778/7485/7048 20777/7486/7020</w:t>
        <w:br/>
        <w:t>f 20780/7487/7049 20779/7484/7020 20777/7486/7020</w:t>
        <w:br/>
        <w:t>f 20778/7485/7048 20779/7484/7020 20781/7488/7024</w:t>
        <w:br/>
        <w:t>f 20781/7488/7024 20782/7489/7057 20778/7485/7048</w:t>
        <w:br/>
        <w:t>f 20779/7484/7020 20780/7487/7049 20783/7490/7041</w:t>
        <w:br/>
        <w:t>f 20784/7491/7027 20783/7490/7041 20780/7487/7049</w:t>
        <w:br/>
        <w:t>f 20787/7492/7029 20786/7493/7029 20785/7494/7053</w:t>
        <w:br/>
        <w:t>f 20782/7489/7057 20781/7488/7024 20788/7495/7058</w:t>
        <w:br/>
        <w:t>f 20790/7496/7028 20787/7492/7029 20789/7497/7051</w:t>
        <w:br/>
        <w:t>f 20783/7490/7041 20784/7491/7027 20791/7498/7059</w:t>
        <w:br/>
        <w:t>f 20790/7496/7028 20786/7493/7029 20787/7492/7029</w:t>
        <w:br/>
        <w:t>f 20784/7491/7027 20792/7499/7044 20791/7498/7059</w:t>
        <w:br/>
        <w:t>f 20784/7491/7027 20793/7500/7032 20792/7499/7044</w:t>
        <w:br/>
        <w:t>f 20795/7501/7028 20790/7496/7028 20794/7502/7053</w:t>
        <w:br/>
        <w:t>f 20796/7503/7055 20792/7499/7044 20793/7500/7032</w:t>
        <w:br/>
        <w:t>f 20786/7493/7029 20790/7496/7028 20795/7501/7028</w:t>
        <w:br/>
        <w:t>f 20797/7504/7045 20796/7503/7055 20793/7500/7032</w:t>
        <w:br/>
        <w:t>f 20798/7505/7056 20796/7503/7055 20797/7504/7045</w:t>
        <w:br/>
        <w:t>f 20786/7493/7029 20795/7501/7028 20799/7506/7029</w:t>
        <w:br/>
        <w:t>f 20796/7503/7055 20798/7505/7056 20800/7507/7047</w:t>
        <w:br/>
        <w:t>f 20800/7507/7047 20782/7489/7057 20788/7495/7058</w:t>
        <w:br/>
        <w:t>f 20782/7489/7057 20800/7507/7047 20798/7505/7056</w:t>
        <w:br/>
        <w:t>f 20803/7508/7060 20802/7509/7061 20801/7510/7062</w:t>
        <w:br/>
        <w:t>f 20804/7511/7063 20803/7508/7060 20801/7510/7062</w:t>
        <w:br/>
        <w:t>f 20802/7509/7061 20803/7508/7060 20805/7512/7064</w:t>
        <w:br/>
        <w:t>f 20805/7512/7064 20806/7513/7065 20802/7509/7061</w:t>
        <w:br/>
        <w:t>f 20803/7508/7060 20804/7511/7063 20807/7514/7066</w:t>
        <w:br/>
        <w:t>f 20808/7515/7067 20807/7514/7066 20804/7511/7063</w:t>
        <w:br/>
        <w:t>f 20806/7513/7065 20805/7512/7064 20809/7516/7068</w:t>
        <w:br/>
        <w:t>f 20807/7514/7066 20808/7515/7067 20810/7517/7069</w:t>
        <w:br/>
        <w:t>f 20811/7518/7070 20810/7517/7069 20808/7515/7067</w:t>
        <w:br/>
        <w:t>f 20812/7519/7071 20803/7508/7060 20807/7514/7066</w:t>
        <w:br/>
        <w:t>f 20810/7517/7069 20812/7519/7071 20807/7514/7066</w:t>
        <w:br/>
        <w:t>f 20805/7512/7064 20803/7508/7060 20813/7520/7072</w:t>
        <w:br/>
        <w:t>f 20803/7508/7060 20812/7519/7071 20813/7520/7072</w:t>
        <w:br/>
        <w:t>f 20805/7512/7064 20813/7520/7072 20814/7521/7073</w:t>
        <w:br/>
        <w:t>f 20812/7519/7071 20810/7517/7069 20815/7522/7074</w:t>
        <w:br/>
        <w:t>f 20816/7523/7075 20805/7512/7064 20814/7521/7073</w:t>
        <w:br/>
        <w:t>f 20805/7512/7064 20816/7523/7075 20809/7516/7068</w:t>
        <w:br/>
        <w:t>f 20814/7521/7073 20813/7520/7072 20817/7524/7076</w:t>
        <w:br/>
        <w:t>f 20813/7520/7072 20812/7519/7071 20817/7524/7076</w:t>
        <w:br/>
        <w:t>f 20816/7523/7075 20814/7521/7073 20817/7524/7076</w:t>
        <w:br/>
        <w:t>f 20812/7519/7071 20815/7522/7074 20817/7524/7076</w:t>
        <w:br/>
        <w:t>f 20816/7523/7075 20818/7525/7077 20809/7516/7068</w:t>
        <w:br/>
        <w:t>f 20818/7525/7077 20806/7513/7065 20809/7516/7068</w:t>
        <w:br/>
        <w:t>f 20806/7513/7065 20818/7525/7077 20819/7526/7078</w:t>
        <w:br/>
        <w:t>f 20818/7525/7077 20820/7527/7079 20819/7526/7078</w:t>
        <w:br/>
        <w:t>f 20821/7528/7080 20816/7523/7075 20817/7524/7076</w:t>
        <w:br/>
        <w:t>f 20818/7525/7077 20816/7523/7075 20821/7528/7080</w:t>
        <w:br/>
        <w:t>f 20822/7529/7081 20820/7527/7079 20818/7525/7077</w:t>
        <w:br/>
        <w:t>f 20820/7527/7079 20822/7529/7081 20811/7518/7070</w:t>
        <w:br/>
        <w:t>f 20821/7528/7080 20823/7530/7082 20818/7525/7077</w:t>
        <w:br/>
        <w:t>f 20823/7530/7082 20822/7529/7081 20818/7525/7077</w:t>
        <w:br/>
        <w:t>f 20823/7530/7082 20821/7528/7080 20817/7524/7076</w:t>
        <w:br/>
        <w:t>f 20822/7529/7081 20824/7531/7083 20811/7518/7070</w:t>
        <w:br/>
        <w:t>f 20823/7530/7082 20824/7531/7083 20822/7529/7081</w:t>
        <w:br/>
        <w:t>f 20810/7517/7069 20811/7518/7070 20824/7531/7083</w:t>
        <w:br/>
        <w:t>f 20824/7531/7083 20815/7522/7074 20810/7517/7069</w:t>
        <w:br/>
        <w:t>f 20825/7532/7084 20823/7530/7082 20817/7524/7076</w:t>
        <w:br/>
        <w:t>f 20824/7531/7083 20823/7530/7082 20825/7532/7084</w:t>
        <w:br/>
        <w:t>f 20815/7522/7074 20825/7532/7084 20817/7524/7076</w:t>
        <w:br/>
        <w:t>f 20815/7522/7074 20824/7531/7083 20825/7532/7084</w:t>
        <w:br/>
        <w:t>f 20828/7533/7085 20827/7534/7086 20826/7535/7087</w:t>
        <w:br/>
        <w:t>f 20827/7534/7086 20829/7536/7088 20826/7535/7087</w:t>
        <w:br/>
        <w:t>f 20828/7533/7085 20830/7537/7089 20827/7534/7086</w:t>
        <w:br/>
        <w:t>f 20831/7538/7090 20830/7537/7089 20828/7533/7085</w:t>
        <w:br/>
        <w:t>f 20829/7536/7088 20827/7534/7086 20832/7539/7091</w:t>
        <w:br/>
        <w:t>f 20832/7539/7091 20833/7540/7092 20829/7536/7088</w:t>
        <w:br/>
        <w:t>f 20831/7538/7090 20834/7541/7093 20830/7537/7089</w:t>
        <w:br/>
        <w:t>f 20833/7540/7092 20832/7539/7091 20835/7542/7094</w:t>
        <w:br/>
        <w:t>f 20835/7542/7094 20836/7543/7095 20833/7540/7092</w:t>
        <w:br/>
        <w:t>f 20837/7544/7096 20832/7539/7091 20827/7534/7086</w:t>
        <w:br/>
        <w:t>f 20837/7544/7096 20835/7542/7094 20832/7539/7091</w:t>
        <w:br/>
        <w:t>f 20838/7545/7097 20827/7534/7086 20830/7537/7089</w:t>
        <w:br/>
        <w:t>f 20838/7545/7097 20837/7544/7096 20827/7534/7086</w:t>
        <w:br/>
        <w:t>f 20839/7546/7098 20838/7545/7097 20830/7537/7089</w:t>
        <w:br/>
        <w:t>f 20835/7542/7094 20837/7544/7096 20840/7547/7099</w:t>
        <w:br/>
        <w:t>f 20830/7537/7089 20841/7548/7100 20839/7546/7098</w:t>
        <w:br/>
        <w:t>f 20841/7548/7100 20830/7537/7089 20834/7541/7093</w:t>
        <w:br/>
        <w:t>f 20839/7546/7098 20842/7549/7101 20838/7545/7097</w:t>
        <w:br/>
        <w:t>f 20838/7545/7097 20842/7549/7101 20837/7544/7096</w:t>
        <w:br/>
        <w:t>f 20841/7548/7100 20842/7549/7101 20839/7546/7098</w:t>
        <w:br/>
        <w:t>f 20837/7544/7096 20842/7549/7101 20840/7547/7099</w:t>
        <w:br/>
        <w:t>f 20843/7550/7102 20841/7548/7100 20834/7541/7093</w:t>
        <w:br/>
        <w:t>f 20831/7538/7090 20843/7550/7102 20834/7541/7093</w:t>
        <w:br/>
        <w:t>f 20843/7550/7102 20831/7538/7090 20844/7551/7103</w:t>
        <w:br/>
        <w:t>f 20843/7550/7102 20844/7551/7103 20845/7552/7104</w:t>
        <w:br/>
        <w:t>f 20846/7553/7105 20842/7549/7101 20841/7548/7100</w:t>
        <w:br/>
        <w:t>f 20841/7548/7100 20843/7550/7102 20846/7553/7105</w:t>
        <w:br/>
        <w:t>f 20847/7554/7106 20842/7549/7101 20846/7553/7105</w:t>
        <w:br/>
        <w:t>f 20843/7550/7102 20847/7554/7106 20846/7553/7105</w:t>
        <w:br/>
        <w:t>f 20848/7555/7107 20843/7550/7102 20845/7552/7104</w:t>
        <w:br/>
        <w:t>f 20847/7554/7106 20843/7550/7102 20848/7555/7107</w:t>
        <w:br/>
        <w:t>f 20845/7552/7104 20836/7543/7095 20848/7555/7107</w:t>
        <w:br/>
        <w:t>f 20849/7556/7108 20842/7549/7101 20847/7554/7106</w:t>
        <w:br/>
        <w:t>f 20840/7547/7099 20842/7549/7101 20849/7556/7108</w:t>
        <w:br/>
        <w:t>f 20850/7557/7109 20847/7554/7106 20848/7555/7107</w:t>
        <w:br/>
        <w:t>f 20847/7554/7106 20850/7557/7109 20849/7556/7108</w:t>
        <w:br/>
        <w:t>f 20848/7555/7107 20836/7543/7095 20850/7557/7109</w:t>
        <w:br/>
        <w:t>f 20850/7557/7109 20840/7547/7099 20849/7556/7108</w:t>
        <w:br/>
        <w:t>f 20836/7543/7095 20835/7542/7094 20850/7557/7109</w:t>
        <w:br/>
        <w:t>f 20840/7547/7099 20850/7557/7109 20835/7542/7094</w:t>
        <w:br/>
        <w:t>f 20853/7558/7110 20852/7559/7111 20851/7560/7112</w:t>
        <w:br/>
        <w:t>f 20853/7558/7110 20854/7561/7111 20851/7560/7112</w:t>
        <w:br/>
        <w:t>f 20852/7559/7111 20853/7558/7110 20855/7562/7113</w:t>
        <w:br/>
        <w:t>f 20856/7563/7114 20852/7559/7111 20855/7562/7113</w:t>
        <w:br/>
        <w:t>f 20854/7561/7111 20853/7558/7110 20857/7564/7115</w:t>
        <w:br/>
        <w:t>f 20856/7563/7114 20854/7561/7111 20857/7564/7115</w:t>
        <w:br/>
        <w:t>f 20853/7558/7110 20858/7565/7116 20855/7562/7113</w:t>
        <w:br/>
        <w:t>f 20853/7558/7110 20858/7565/7116 20857/7564/7115</w:t>
        <w:br/>
        <w:t>f 20856/7563/7114 20855/7562/7113 20859/7566/7117</w:t>
        <w:br/>
        <w:t>f 20856/7563/7114 20857/7564/7115 20859/7566/7117</w:t>
        <w:br/>
        <w:t>f 20858/7565/7116 20853/7558/7118 20860/7567/7119</w:t>
        <w:br/>
        <w:t>f 20859/7566/7120 20861/7568/7121 20856/7563/7122</w:t>
        <w:br/>
        <w:t>f 20862/7569/7123 20857/7564/7115 20858/7565/7116</w:t>
        <w:br/>
        <w:t>f 20857/7564/7115 20862/7569/7123 20859/7566/7117</w:t>
        <w:br/>
        <w:t>f 20862/7569/7123 20855/7562/7113 20858/7565/7116</w:t>
        <w:br/>
        <w:t>f 20855/7562/7113 20862/7569/7123 20859/7566/7117</w:t>
        <w:br/>
        <w:t>f 20861/7568/7121 20859/7566/7120 20863/7570/7124</w:t>
        <w:br/>
        <w:t>f 20862/7569/7123 20863/7570/7124 20859/7566/7120</w:t>
        <w:br/>
        <w:t>f 20863/7570/7124 20864/7571/7125 20861/7568/7121</w:t>
        <w:br/>
        <w:t>f 20858/7565/7116 20865/7572/7126 20862/7569/7123</w:t>
        <w:br/>
        <w:t>f 20864/7571/7125 20863/7570/7124 20866/7573/7127</w:t>
        <w:br/>
        <w:t>f 20863/7570/7124 20862/7569/7123 20867/7574/7128</w:t>
        <w:br/>
        <w:t>f 20867/7574/7128 20866/7573/7127 20863/7570/7124</w:t>
        <w:br/>
        <w:t>f 20865/7572/7126 20867/7574/7128 20862/7569/7123</w:t>
        <w:br/>
        <w:t>f 20868/7575/7129 20864/7571/7125 20866/7573/7127</w:t>
        <w:br/>
        <w:t>f 20864/7571/7125 20868/7575/7129 20869/7576/7130</w:t>
        <w:br/>
        <w:t>f 20868/7575/7129 20870/7577/7131 20869/7576/7130</w:t>
        <w:br/>
        <w:t>f 20870/7577/7131 20868/7575/7129 20871/7578/7132</w:t>
        <w:br/>
        <w:t>f 20866/7573/7127 20872/7579/7133 20868/7575/7129</w:t>
        <w:br/>
        <w:t>f 20871/7578/7132 20868/7575/7129 20873/7580/7134</w:t>
        <w:br/>
        <w:t>f 20868/7575/7129 20872/7579/7133 20873/7580/7134</w:t>
        <w:br/>
        <w:t>f 20873/7580/7134 20874/7581/7135 20871/7578/7132</w:t>
        <w:br/>
        <w:t>f 20872/7579/7133 20866/7573/7127 20875/7582/7136</w:t>
        <w:br/>
        <w:t>f 20866/7573/7127 20867/7574/7128 20875/7582/7136</w:t>
        <w:br/>
        <w:t>f 20873/7580/7134 20872/7579/7133 20876/7583/7137</w:t>
        <w:br/>
        <w:t>f 20875/7582/7136 20876/7583/7137 20872/7579/7133</w:t>
        <w:br/>
        <w:t>f 20877/7584/7138 20874/7581/7135 20873/7580/7134</w:t>
        <w:br/>
        <w:t>f 20873/7580/7134 20876/7583/7137 20877/7584/7138</w:t>
        <w:br/>
        <w:t>f 20877/7584/7138 20878/7585/7139 20874/7581/7135</w:t>
        <w:br/>
        <w:t>f 20876/7583/7137 20875/7582/7136 20879/7586/7140</w:t>
        <w:br/>
        <w:t>f 20880/7587/7141 20878/7585/7139 20877/7584/7138</w:t>
        <w:br/>
        <w:t>f 20876/7583/7137 20880/7587/7141 20877/7584/7138</w:t>
        <w:br/>
        <w:t>f 20878/7585/7139 20880/7587/7141 20881/7588/7142</w:t>
        <w:br/>
        <w:t>f 20876/7583/7137 20875/7582/7136 20882/7589/7140</w:t>
        <w:br/>
        <w:t>f 20883/7590/7143 20881/7588/7142 20880/7587/7141</w:t>
        <w:br/>
        <w:t>f 20882/7589/7140 20884/7591/7144 20876/7583/7137</w:t>
        <w:br/>
        <w:t>f 20880/7587/7141 20876/7583/7137 20884/7591/7144</w:t>
        <w:br/>
        <w:t>f 20879/7586/7140 20884/7591/7144 20876/7583/7137</w:t>
        <w:br/>
        <w:t>f 20881/7588/7142 20883/7590/7143 20885/7592/7145</w:t>
        <w:br/>
        <w:t>f 20875/7582/7136 20886/7593/7146 20879/7586/7140</w:t>
        <w:br/>
        <w:t>f 20875/7582/7136 20886/7593/7146 20882/7589/7140</w:t>
        <w:br/>
        <w:t>f 20886/7593/7146 20875/7582/7136 20867/7574/7128</w:t>
        <w:br/>
        <w:t>f 20867/7574/7128 20865/7572/7126 20886/7593/7146</w:t>
        <w:br/>
        <w:t>f 20886/7593/7146 20887/7594/7147 20882/7589/7140</w:t>
        <w:br/>
        <w:t>f 20884/7591/7144 20882/7589/7140 20887/7594/7147</w:t>
        <w:br/>
        <w:t>f 20886/7593/7146 20887/7594/7147 20879/7586/7140</w:t>
        <w:br/>
        <w:t>f 20884/7591/7144 20879/7586/7140 20887/7594/7147</w:t>
        <w:br/>
        <w:t>f 20865/7572/7126 20888/7595/7148 20886/7593/7146</w:t>
        <w:br/>
        <w:t>f 20887/7594/7147 20886/7593/7146 20888/7595/7148</w:t>
        <w:br/>
        <w:t>f 20888/7595/7148 20865/7572/7126 20889/7596/7149</w:t>
        <w:br/>
        <w:t>f 20890/7597/7150 20887/7594/7147 20888/7595/7148</w:t>
        <w:br/>
        <w:t>f 20888/7595/7148 20889/7596/7149 20890/7597/7150</w:t>
        <w:br/>
        <w:t>f 20891/7598/7151 20884/7591/7144 20887/7594/7147</w:t>
        <w:br/>
        <w:t>f 20887/7594/7147 20890/7597/7150 20891/7598/7151</w:t>
        <w:br/>
        <w:t>f 20884/7591/7144 20891/7598/7151 20892/7599/7152</w:t>
        <w:br/>
        <w:t>f 20892/7599/7152 20880/7587/7141 20884/7591/7144</w:t>
        <w:br/>
        <w:t>f 20880/7587/7141 20892/7599/7152 20883/7590/7143</w:t>
        <w:br/>
        <w:t>f 20893/7600/7153 20892/7599/7152 20891/7598/7151</w:t>
        <w:br/>
        <w:t>f 20894/7601/7154 20883/7590/7143 20892/7599/7152</w:t>
        <w:br/>
        <w:t>f 20892/7599/7152 20893/7600/7153 20894/7601/7154</w:t>
        <w:br/>
        <w:t>f 20891/7598/7151 20895/7602/7155 20893/7600/7153</w:t>
        <w:br/>
        <w:t>f 20895/7602/7155 20891/7598/7151 20890/7597/7150</w:t>
        <w:br/>
        <w:t>f 20883/7590/7143 20894/7601/7154 20896/7603/7156</w:t>
        <w:br/>
        <w:t>f 20896/7603/7156 20885/7592/7145 20883/7590/7143</w:t>
        <w:br/>
        <w:t>f 20885/7592/7145 20896/7603/7156 20897/7604/7157</w:t>
        <w:br/>
        <w:t>f 20898/7605/7158 20895/7602/7155 20890/7597/7150</w:t>
        <w:br/>
        <w:t>f 20890/7597/7150 20889/7596/7149 20898/7605/7158</w:t>
        <w:br/>
        <w:t>f 20895/7602/7155 20898/7605/7158 20899/7606/7159</w:t>
        <w:br/>
        <w:t>f 20898/7605/7158 20900/7607/7160 20899/7606/7159</w:t>
        <w:br/>
        <w:t>f 20900/7607/7160 20898/7605/7158 20901/7608/7161</w:t>
        <w:br/>
        <w:t>f 20901/7608/7161 20902/7609/7162 20900/7607/7160</w:t>
        <w:br/>
        <w:t>f 20889/7596/7149 20903/7610/7163 20898/7605/7158</w:t>
        <w:br/>
        <w:t>f 20898/7605/7158 20903/7610/7163 20901/7608/7161</w:t>
        <w:br/>
        <w:t>f 20902/7609/7162 20901/7608/7161 20904/7611/7164</w:t>
        <w:br/>
        <w:t>f 20904/7611/7164 20905/7612/7165 20902/7609/7162</w:t>
        <w:br/>
        <w:t>f 20904/7611/7164 20901/7608/7161 20906/7613/7166</w:t>
        <w:br/>
        <w:t>f 20905/7612/7165 20907/7614/7167 20902/7609/7162</w:t>
        <w:br/>
        <w:t>f 20903/7610/7163 20906/7613/7166 20901/7608/7161</w:t>
        <w:br/>
        <w:t>f 20903/7610/7163 20908/7615/7168 20906/7613/7166</w:t>
        <w:br/>
        <w:t>f 20908/7615/7168 20903/7610/7163 20909/7616/7169</w:t>
        <w:br/>
        <w:t>f 20889/7596/7149 20909/7616/7169 20903/7610/7163</w:t>
        <w:br/>
        <w:t>f 20909/7616/7169 20860/7567/7119 20908/7615/7168</w:t>
        <w:br/>
        <w:t>f 20909/7616/7169 20889/7596/7149 20865/7572/7126</w:t>
        <w:br/>
        <w:t>f 20860/7567/7119 20909/7616/7169 20858/7565/7116</w:t>
        <w:br/>
        <w:t>f 20865/7572/7126 20858/7565/7116 20909/7616/7169</w:t>
        <w:br/>
        <w:t>f 20912/7617/7170 20911/7618/7171 20910/7619/7172</w:t>
        <w:br/>
        <w:t>f 20913/7620/7173 20912/7617/7170 20910/7619/7172</w:t>
        <w:br/>
        <w:t>f 20911/7618/7171 20912/7617/7170 20914/7621/7174</w:t>
        <w:br/>
        <w:t>f 20915/7622/7175 20911/7618/7171 20914/7621/7174</w:t>
        <w:br/>
        <w:t>f 20915/7622/7175 20916/7623/7176 20913/7620/7173</w:t>
        <w:br/>
        <w:t>f 20912/7617/7170 20913/7620/7173 20916/7623/7176</w:t>
        <w:br/>
        <w:t>f 20914/7621/7174 20917/7624/7177 20915/7622/7175</w:t>
        <w:br/>
        <w:t>f 20917/7624/7177 20916/7623/7176 20915/7622/7175</w:t>
        <w:br/>
        <w:t>f 20920/7625/7178 20919/7626/7179 20918/7627/7180</w:t>
        <w:br/>
        <w:t>f 20923/7628/7181 20922/7629/7182 20921/7630/7183</w:t>
        <w:br/>
        <w:t>f 20919/7626/7179 20920/7625/7178 20924/7631/7184</w:t>
        <w:br/>
        <w:t>f 20921/7630/7183 20925/7632/7185 20923/7628/7181</w:t>
        <w:br/>
        <w:t>f 20928/7633/7186 20927/7634/7187 20926/7635/7188</w:t>
        <w:br/>
        <w:t>f 20931/7636/7189 20930/7637/7190 20929/7638/7191</w:t>
        <w:br/>
        <w:t>f 20928/7633/7186 20926/7635/7188 20932/7639/7192</w:t>
        <w:br/>
        <w:t>f 20930/7637/7190 20931/7636/7189 20933/7640/7193</w:t>
        <w:br/>
        <w:t>f 20936/7641/7194 20935/7642/7195 20934/7643/7172</w:t>
        <w:br/>
        <w:t>f 20937/7644/7196 20936/7641/7194 20934/7643/7172</w:t>
        <w:br/>
        <w:t>f 20935/7642/7195 20936/7641/7194 20938/7645/7197</w:t>
        <w:br/>
        <w:t>f 20939/7646/7198 20935/7642/7195 20938/7645/7197</w:t>
        <w:br/>
        <w:t>f 20939/7646/7198 20940/7647/7199 20937/7644/7196</w:t>
        <w:br/>
        <w:t>f 20936/7641/7194 20937/7644/7196 20940/7647/7199</w:t>
        <w:br/>
        <w:t>f 20938/7645/7197 20941/7648/7200 20939/7646/7198</w:t>
        <w:br/>
        <w:t>f 20941/7648/7200 20940/7647/7199 20939/7646/7198</w:t>
        <w:br/>
        <w:t>f 20944/7649/7201 20943/7650/7202 20942/7651/7203</w:t>
        <w:br/>
        <w:t>f 20947/7652/7204 20946/7653/7205 20945/7654/7206</w:t>
        <w:br/>
        <w:t>f 20943/7650/7202 20944/7649/7201 20948/7655/7207</w:t>
        <w:br/>
        <w:t>f 20945/7654/7206 20949/7656/7208 20947/7652/7204</w:t>
        <w:br/>
        <w:t>f 20952/7657/7209 20951/7658/7210 20950/7659/7211</w:t>
        <w:br/>
        <w:t>f 20955/7660/7212 20954/7661/7212 20953/7662/7213</w:t>
        <w:br/>
        <w:t>f 20952/7657/7209 20950/7659/7211 20956/7663/7214</w:t>
        <w:br/>
        <w:t>f 20954/7661/7212 20955/7660/7212 20957/7664/7215</w:t>
        <w:br/>
        <w:t>f 20960/7665/7216 20959/7666/7217 20958/7667/7218</w:t>
        <w:br/>
        <w:t>f 20963/7668/7219 20962/7669/7220 20961/7670/7221</w:t>
        <w:br/>
        <w:t>f 20959/7666/7217 20960/7665/7216 20964/7671/7222</w:t>
        <w:br/>
        <w:t>f 20967/7672/7223 20966/7673/7224 20965/7674/7225</w:t>
        <w:br/>
        <w:t>f 20970/7675/7226 20969/7676/7227 20968/7677/7228</w:t>
        <w:br/>
        <w:t>f 20966/7673/7224 20967/7672/7223 20971/7678/7229</w:t>
        <w:br/>
        <w:t>f 20961/7670/7221 20972/7679/7230 20963/7668/7219</w:t>
        <w:br/>
        <w:t>f 20973/7680/7231 20970/7675/7226 20968/7677/7228</w:t>
        <w:br/>
        <w:t>f 20976/7681/7232 20975/7682/7233 20974/7683/7234</w:t>
        <w:br/>
        <w:t>f 20977/7684/7235 20976/7681/7232 20974/7683/7234</w:t>
        <w:br/>
        <w:t>f 20961/7670/7221 20978/7685/7236 20972/7679/7230</w:t>
        <w:br/>
        <w:t>f 20978/7685/7237 20970/7675/7226 20973/7680/7231</w:t>
        <w:br/>
        <w:t>f 20975/7682/7233 20976/7681/7232 20979/7686/7238</w:t>
        <w:br/>
        <w:t>f 20978/7685/7236 20961/7670/7221 20979/7686/7239</w:t>
        <w:br/>
        <w:t>f 20976/7681/7232 20977/7684/7235 20980/7687/7240</w:t>
        <w:br/>
        <w:t>f 20970/7675/7226 20978/7685/7237 20980/7687/7241</w:t>
        <w:br/>
        <w:t>f 20983/7688/7242 20982/7689/7243 20981/7690/7242</w:t>
        <w:br/>
        <w:t>f 20986/7691/7244 20985/7692/7244 20984/7693/7245</w:t>
        <w:br/>
        <w:t>f 20987/7694/7246 20982/7689/7247 20976/7681/7248</w:t>
        <w:br/>
        <w:t>f 20984/7693/7249 20988/7695/7250 20978/7685/7251</w:t>
        <w:br/>
        <w:t>f 20991/7696/7252 20990/7697/7253 20989/7698/7254</w:t>
        <w:br/>
        <w:t>f 20994/7699/7255 20993/7700/7256 20992/7701/7257</w:t>
        <w:br/>
        <w:t>f 20990/7697/7253 20991/7696/7252 20995/7702/7258</w:t>
        <w:br/>
        <w:t>f 20993/7700/7256 20994/7699/7255 20996/7703/7259</w:t>
        <w:br/>
        <w:t>f 20999/7704/7260 20998/7705/7261 20997/7706/7262</w:t>
        <w:br/>
        <w:t>f 20998/7705/7261 21000/7707/7263 20997/7706/7262</w:t>
        <w:br/>
        <w:t>f 20998/7705/7261 20999/7704/7260 21001/7708/7264</w:t>
        <w:br/>
        <w:t>f 21002/7709/7265 21001/7708/7264 20999/7704/7260</w:t>
        <w:br/>
        <w:t>f 21003/7710/7266 21002/7709/7265 21000/7707/7263</w:t>
        <w:br/>
        <w:t>f 21000/7707/7263 20998/7705/7261 21003/7710/7266</w:t>
        <w:br/>
        <w:t>f 21004/7711/7267 21001/7708/7264 21002/7709/7265</w:t>
        <w:br/>
        <w:t>f 21003/7710/7266 21004/7711/7267 21002/7709/7265</w:t>
        <w:br/>
        <w:t>f 21007/7712/7268 21006/7713/7269 21005/7714/7270</w:t>
        <w:br/>
        <w:t>f 21010/7715/7271 21009/7716/7272 21008/7717/7273</w:t>
        <w:br/>
        <w:t>f 21007/7712/7268 21011/7718/7274 21006/7713/7269</w:t>
        <w:br/>
        <w:t>f 21012/7719/7275 21009/7716/7272 21010/7715/7271</w:t>
        <w:br/>
        <w:t>f 21015/7720/7276 21014/7721/7277 21013/7722/7278</w:t>
        <w:br/>
        <w:t>f 21018/7723/7279 21017/7724/7279 21016/7725/7280</w:t>
        <w:br/>
        <w:t>f 21019/7726/7281 21013/7722/7278 21014/7721/7277</w:t>
        <w:br/>
        <w:t>f 21017/7724/7279 21018/7723/7279 21020/7727/7282</w:t>
        <w:br/>
        <w:t>f 21023/7728/7283 21022/7729/7283 21021/7730/7284</w:t>
        <w:br/>
        <w:t>f 21026/7731/7285 21025/7732/7286 21024/7733/7287</w:t>
        <w:br/>
        <w:t>f 21022/7729/7283 21023/7728/7283 21027/7734/7288</w:t>
        <w:br/>
        <w:t>f 21030/7735/7289 21029/7736/7290 21028/7737/7291</w:t>
        <w:br/>
        <w:t>f 21033/7738/7292 21032/7739/7293 21031/7740/7294</w:t>
        <w:br/>
        <w:t>f 21029/7736/7290 21030/7735/7289 21034/7741/7295</w:t>
        <w:br/>
        <w:t>f 21024/7733/7287 21035/7742/7296 21026/7731/7285</w:t>
        <w:br/>
        <w:t>f 21036/7743/7297 21033/7738/7292 21031/7740/7294</w:t>
        <w:br/>
        <w:t>f 21039/7744/7298 21038/7745/7233 21037/7746/7299</w:t>
        <w:br/>
        <w:t>f 21040/7747/7300 21039/7744/7298 21037/7746/7299</w:t>
        <w:br/>
        <w:t>f 21024/7733/7287 21041/7748/7301 21035/7742/7296</w:t>
        <w:br/>
        <w:t>f 21041/7748/7301 21033/7738/7292 21036/7743/7297</w:t>
        <w:br/>
        <w:t>f 21038/7745/7233 21039/7744/7298 21042/7749/7239</w:t>
        <w:br/>
        <w:t>f 21041/7748/7301 21024/7733/7287 21042/7749/7302</w:t>
        <w:br/>
        <w:t>f 21039/7744/7298 21040/7747/7300 21043/7750/7303</w:t>
        <w:br/>
        <w:t>f 21033/7738/7292 21041/7748/7301 21043/7750/7304</w:t>
        <w:br/>
        <w:t>f 21046/7751/7242 21045/7752/7243 21044/7753/7242</w:t>
        <w:br/>
        <w:t>f 21049/7754/7305 21048/7755/7305 21047/7756/7306</w:t>
        <w:br/>
        <w:t>f 21050/7757/7307 21045/7752/7308 21039/7744/7232</w:t>
        <w:br/>
        <w:t>f 21047/7756/7309 21051/7758/7310 21041/7748/7311</w:t>
        <w:br/>
        <w:t>f 21054/7759/7312 21053/7760/7313 21052/7761/7314</w:t>
        <w:br/>
        <w:t>f 21057/7762/7315 21056/7763/7315 21055/7764/7316</w:t>
        <w:br/>
        <w:t>f 21053/7760/7313 21054/7759/7312 21058/7765/7317</w:t>
        <w:br/>
        <w:t>f 21056/7763/7315 21057/7762/7315 21059/7766/7318</w:t>
        <w:br/>
        <w:t>f 21062/7767/7260 21061/7768/7319 21060/7769/7262</w:t>
        <w:br/>
        <w:t>f 21061/7768/7319 21063/7770/7320 21060/7769/7262</w:t>
        <w:br/>
        <w:t>f 21061/7768/7319 21062/7767/7260 21064/7771/7321</w:t>
        <w:br/>
        <w:t>f 21065/7772/7322 21064/7771/7321 21062/7767/7260</w:t>
        <w:br/>
        <w:t>f 21066/7773/7323 21065/7772/7322 21063/7770/7320</w:t>
        <w:br/>
        <w:t>f 21063/7770/7320 21061/7768/7319 21066/7773/7323</w:t>
        <w:br/>
        <w:t>f 21067/7774/7324 21064/7771/7321 21065/7772/7322</w:t>
        <w:br/>
        <w:t>f 21066/7773/7323 21067/7774/7324 21065/7772/7322</w:t>
        <w:br/>
        <w:t>f 21070/7775/7325 21069/7776/7325 21068/7777/7326</w:t>
        <w:br/>
        <w:t>f 21073/7778/7327 21072/7779/7327 21071/7780/7328</w:t>
        <w:br/>
        <w:t>f 21070/7775/7325 21074/7781/7329 21069/7776/7325</w:t>
        <w:br/>
        <w:t>f 21075/7782/7330 21072/7779/7327 21073/7778/7327</w:t>
        <w:br/>
        <w:t>f 21078/7783/7331 21077/7784/7332 21076/7785/7332</w:t>
        <w:br/>
        <w:t>f 21081/7786/7333 21080/7787/7334 21079/7788/7335</w:t>
        <w:br/>
        <w:t>f 21082/7789/7336 21076/7785/7332 21077/7784/7332</w:t>
        <w:br/>
        <w:t>f 21080/7787/7334 21081/7786/7333 21083/7790/7337</w:t>
        <w:br/>
        <w:t>f 21086/7791/7338 21085/7792/7339 21084/7793/7340</w:t>
        <w:br/>
        <w:t>f 21089/7794/7341 21088/7795/7342 21087/7796/7343</w:t>
        <w:br/>
        <w:t>f 21084/7793/7340 21090/7797/7344 21086/7791/7338</w:t>
        <w:br/>
        <w:t>f 21093/7798/7345 21092/7799/7346 21091/7800/7347</w:t>
        <w:br/>
        <w:t>f 21096/7801/7348 21095/7802/7349 21094/7803/7350</w:t>
        <w:br/>
        <w:t>f 21092/7799/7346 21093/7798/7345 21097/7804/7351</w:t>
        <w:br/>
        <w:t>f 21098/7805/7352 21087/7796/7343 21088/7795/7342</w:t>
        <w:br/>
        <w:t>f 21095/7802/7349 21096/7801/7348 21099/7806/7353</w:t>
        <w:br/>
        <w:t>f 21102/7807/7354 21101/7808/7355 21100/7809/7356</w:t>
        <w:br/>
        <w:t>f 21101/7808/7355 21103/7810/7357 21100/7809/7356</w:t>
        <w:br/>
        <w:t>f 21104/7811/7358 21087/7796/7343 21098/7805/7352</w:t>
        <w:br/>
        <w:t>f 21096/7801/7348 21104/7811/7359 21099/7806/7353</w:t>
        <w:br/>
        <w:t>f 21101/7808/7355 21102/7807/7354 21105/7812/7360</w:t>
        <w:br/>
        <w:t>f 21087/7796/7343 21104/7811/7358 21105/7812/7361</w:t>
        <w:br/>
        <w:t>f 21103/7810/7357 21101/7808/7355 21106/7813/7362</w:t>
        <w:br/>
        <w:t>f 21104/7811/7359 21096/7801/7348 21106/7813/7363</w:t>
        <w:br/>
        <w:t>f 21109/7814/7364 21108/7815/7364 21107/7816/7365</w:t>
        <w:br/>
        <w:t>f 21112/7817/7366 21111/7818/7367 21110/7819/7366</w:t>
        <w:br/>
        <w:t>f 21107/7816/7368 21113/7820/7369 21101/7808/7355</w:t>
        <w:br/>
        <w:t>f 21114/7821/7370 21111/7818/7371 21104/7811/7372</w:t>
        <w:br/>
        <w:t>f 21117/7822/7373 21116/7823/7374 21115/7824/7375</w:t>
        <w:br/>
        <w:t>f 21120/7825/7376 21119/7826/7377 21118/7827/7378</w:t>
        <w:br/>
        <w:t>f 21116/7823/7374 21117/7822/7373 21121/7828/7379</w:t>
        <w:br/>
        <w:t>f 21119/7826/7377 21120/7825/7376 21122/7829/7380</w:t>
        <w:br/>
        <w:t>f 21125/7830/7338 21124/7831/7381 21123/7832/7338</w:t>
        <w:br/>
        <w:t>f 21128/7833/7382 21127/7834/7383 21126/7835/7384</w:t>
        <w:br/>
        <w:t>f 21123/7832/7338 21129/7836/7385 21125/7830/7338</w:t>
        <w:br/>
        <w:t>f 21132/7837/7386 21131/7838/7387 21130/7839/7388</w:t>
        <w:br/>
        <w:t>f 21135/7840/7389 21134/7841/7390 21133/7842/7391</w:t>
        <w:br/>
        <w:t>f 21131/7838/7387 21132/7837/7386 21136/7843/7392</w:t>
        <w:br/>
        <w:t>f 21137/7844/7393 21126/7835/7384 21127/7834/7383</w:t>
        <w:br/>
        <w:t>f 21134/7841/7390 21135/7840/7389 21138/7845/7394</w:t>
        <w:br/>
        <w:t>f 21141/7846/7354 21140/7847/7395 21139/7848/7396</w:t>
        <w:br/>
        <w:t>f 21140/7847/7395 21142/7849/7357 21139/7848/7396</w:t>
        <w:br/>
        <w:t>f 21143/7850/7397 21126/7835/7384 21137/7844/7393</w:t>
        <w:br/>
        <w:t>f 21135/7840/7389 21143/7850/7398 21138/7845/7394</w:t>
        <w:br/>
        <w:t>f 21140/7847/7395 21141/7846/7354 21144/7851/7361</w:t>
        <w:br/>
        <w:t>f 21126/7835/7384 21143/7850/7397 21144/7851/7361</w:t>
        <w:br/>
        <w:t>f 21142/7849/7357 21140/7847/7395 21145/7852/7399</w:t>
        <w:br/>
        <w:t>f 21143/7850/7398 21135/7840/7389 21145/7852/7400</w:t>
        <w:br/>
        <w:t>f 21148/7853/7364 21147/7854/7364 21146/7855/7365</w:t>
        <w:br/>
        <w:t>f 21151/7856/7401 21150/7857/7402 21149/7858/7401</w:t>
        <w:br/>
        <w:t>f 21146/7855/7368 21152/7859/7403 21140/7847/7404</w:t>
        <w:br/>
        <w:t>f 21153/7860/7405 21150/7857/7406 21143/7850/7397</w:t>
        <w:br/>
        <w:t>f 21156/7861/7407 21155/7862/7408 21154/7863/7409</w:t>
        <w:br/>
        <w:t>f 21159/7864/7410 21158/7865/7410 21157/7866/7411</w:t>
        <w:br/>
        <w:t>f 21155/7862/7408 21156/7861/7407 21160/7867/7412</w:t>
        <w:br/>
        <w:t>f 21158/7865/7410 21159/7864/7410 21161/7868/7413</w:t>
        <w:br/>
        <w:t>f 21164/7869/7414 21163/7870/7415 21162/7871/7416</w:t>
        <w:br/>
        <w:t>f 21163/7870/7415 21164/7869/7414 21165/7872/7417</w:t>
        <w:br/>
        <w:t>f 21165/7872/7417 21166/7873/7418 21163/7870/7415</w:t>
        <w:br/>
        <w:t>f 21167/7874/7419 21164/7869/7414 21162/7871/7416</w:t>
        <w:br/>
        <w:t>f 21167/7874/7419 21162/7871/7416 21168/7875/7420</w:t>
        <w:br/>
        <w:t>f 21169/7876/7421 21168/7875/7420 21166/7873/7418</w:t>
        <w:br/>
        <w:t>f 21168/7875/7420 21169/7876/7421 21167/7874/7419</w:t>
        <w:br/>
        <w:t>f 21165/7872/7417 21169/7876/7421 21166/7873/7418</w:t>
        <w:br/>
        <w:t>f 21172/7877/7422 21171/7878/7423 21170/7879/7424</w:t>
        <w:br/>
        <w:t>f 21175/7880/7425 21174/7881/7425 21173/7882/7426</w:t>
        <w:br/>
        <w:t>f 21171/7878/7423 21172/7877/7422 21176/7883/7427</w:t>
        <w:br/>
        <w:t>f 21174/7881/7425 21175/7880/7425 21177/7884/7428</w:t>
        <w:br/>
        <w:t>f 21180/7885/7429 21179/7886/7430 21178/7887/7431</w:t>
        <w:br/>
        <w:t>f 21183/7888/7432 21182/7889/7433 21181/7890/7434</w:t>
        <w:br/>
        <w:t>f 21180/7885/7429 21178/7887/7431 21184/7891/7435</w:t>
        <w:br/>
        <w:t>f 21182/7889/7433 21183/7888/7432 21185/7892/7436</w:t>
        <w:br/>
        <w:t>f 21188/7893/7437 21187/7894/7438 21186/7895/7439</w:t>
        <w:br/>
        <w:t>f 21187/7894/7438 21188/7893/7437 21189/7896/7440</w:t>
        <w:br/>
        <w:t>f 21190/7897/7441 21189/7896/7440 21188/7893/7437</w:t>
        <w:br/>
        <w:t>f 21187/7894/7438 21191/7898/7442 21186/7895/7439</w:t>
        <w:br/>
        <w:t>f 21186/7895/7439 21191/7898/7442 21192/7899/7443</w:t>
        <w:br/>
        <w:t>f 21192/7899/7443 21193/7900/7444 21190/7897/7441</w:t>
        <w:br/>
        <w:t>f 21193/7900/7444 21192/7899/7443 21191/7898/7442</w:t>
        <w:br/>
        <w:t>f 21193/7900/7444 21189/7896/7440 21190/7897/7441</w:t>
        <w:br/>
        <w:t>f 21196/7901/7445 21195/7902/7446 21194/7903/7447</w:t>
        <w:br/>
        <w:t>f 21199/7904/7448 21198/7905/7448 21197/7906/7449</w:t>
        <w:br/>
        <w:t>f 21195/7902/7446 21196/7901/7445 21200/7907/7450</w:t>
        <w:br/>
        <w:t>f 21198/7905/7448 21199/7904/7448 21201/7908/7451</w:t>
        <w:br/>
        <w:t>f 21204/7909/7452 21203/7910/7453 21202/7911/7454</w:t>
        <w:br/>
        <w:t>f 21207/7912/7455 21206/7913/7456 21205/7914/7457</w:t>
        <w:br/>
        <w:t>f 21202/7911/7454 21203/7910/7453 21208/7915/7458</w:t>
        <w:br/>
        <w:t>f 21206/7913/7456 21207/7912/7455 21209/7916/7459</w:t>
        <w:br/>
        <w:t>f 3/7917/7460 2/7918/7461 1/7919/7462</w:t>
        <w:br/>
        <w:t>f 6/7920/7463 5/7921/7463 4/7922/7464</w:t>
        <w:br/>
        <w:t>f 9/7923/7465 8/7924/7466 7/7925/7467</w:t>
        <w:br/>
        <w:t>f 8/7924/7466 9/7923/7465 10/7926/7468</w:t>
        <w:br/>
        <w:t>f 13/7927/7469 12/7928/7470 11/7929/7471</w:t>
        <w:br/>
        <w:t>f 11/7929/7471 14/7930/7472 13/7927/7469</w:t>
        <w:br/>
        <w:t>f 17/7931/7473 16/7932/7474 15/7933/7475</w:t>
        <w:br/>
        <w:t>f 16/7932/7474 17/7931/7473 18/7934/7476</w:t>
        <w:br/>
        <w:t>f 21/7935/7477 20/7936/7478 19/7937/7479</w:t>
        <w:br/>
        <w:t>f 20/7936/7478 21/7935/7477 22/7938/7480</w:t>
        <w:br/>
        <w:t>f 5/7921/7463 6/7920/7463 23/7939/7481</w:t>
        <w:br/>
        <w:t>f 26/7940/7482 25/7941/7483 24/7942/7484</w:t>
        <w:br/>
        <w:t>f 25/7941/7483 26/7940/7482 27/7943/7485</w:t>
        <w:br/>
        <w:t>f 28/7944/7486 25/7941/7483 27/7943/7485</w:t>
        <w:br/>
        <w:t>f 28/7944/7486 27/7943/7485 29/7945/7487</w:t>
        <w:br/>
        <w:t>f 32/7946/7488 31/7947/7489 30/7948/7490</w:t>
        <w:br/>
        <w:t>f 33/7949/7491 32/7946/7488 30/7948/7490</w:t>
        <w:br/>
        <w:t>f 36/7950/7492 35/7951/7493 34/7952/7494</w:t>
        <w:br/>
        <w:t>f 35/7951/7493 36/7950/7492 37/7953/7495</w:t>
        <w:br/>
        <w:t>f 38/7954/7496 32/7946/7488 33/7949/7491</w:t>
        <w:br/>
        <w:t>f 39/7955/7497 34/7952/7494 35/7951/7493</w:t>
        <w:br/>
        <w:t>f 34/7952/7494 39/7955/7497 40/7956/7498</w:t>
        <w:br/>
        <w:t>f 43/7957/7499 42/7958/7500 41/7959/7501</w:t>
        <w:br/>
        <w:t>f 43/7957/7499 44/7960/7502 42/7958/7500</w:t>
        <w:br/>
        <w:t>f 45/7961/7503 43/7957/7499 41/7959/7501</w:t>
        <w:br/>
        <w:t>f 47/7962/7504 40/7956/7498 46/7963/7505</w:t>
        <w:br/>
        <w:t>f 48/7964/7506 44/7960/7502 43/7957/7499</w:t>
        <w:br/>
        <w:t>f 38/7954/7496 49/7965/7507 32/7946/7488</w:t>
        <w:br/>
        <w:t>f 40/7956/7498 47/7962/7504 50/7966/7508</w:t>
        <w:br/>
        <w:t>f 51/7967/7509 32/7946/7488 49/7965/7507</w:t>
        <w:br/>
        <w:t>f 54/7968/7510 53/7969/7511 52/7970/7512</w:t>
        <w:br/>
        <w:t>f 53/7969/7511 55/7971/7513 52/7970/7512</w:t>
        <w:br/>
        <w:t>f 50/7966/7508 47/7962/7504 56/7972/7514</w:t>
        <w:br/>
        <w:t>f 49/7965/7507 57/7973/7515 51/7967/7509</w:t>
        <w:br/>
        <w:t>f 56/7972/7514 58/7974/7516 50/7966/7508</w:t>
        <w:br/>
        <w:t>f 59/7975/7517 55/7971/7513 53/7969/7511</w:t>
        <w:br/>
        <w:t>f 60/7976/7518 51/7967/7509 57/7973/7515</w:t>
        <w:br/>
        <w:t>f 63/7977/7519 62/7978/7520 61/7979/7521</w:t>
        <w:br/>
        <w:t>f 63/7977/7519 61/7979/7521 64/7980/7522</w:t>
        <w:br/>
        <w:t>f 62/7978/7520 65/7981/7523 61/7979/7521</w:t>
        <w:br/>
        <w:t>f 65/7981/7523 62/7978/7520 66/7982/7524</w:t>
        <w:br/>
        <w:t>f 55/7971/7513 59/7975/7517 67/7983/7525</w:t>
        <w:br/>
        <w:t>f 68/7984/7526 65/7981/7523 66/7982/7524</w:t>
        <w:br/>
        <w:t>f 65/7981/7523 68/7984/7526 69/7985/7527</w:t>
        <w:br/>
        <w:t>f 70/7986/7528 67/7983/7525 59/7975/7517</w:t>
        <w:br/>
        <w:t>f 67/7983/7525 70/7986/7528 71/7987/7529</w:t>
        <w:br/>
        <w:t>f 68/7984/7526 72/7988/7530 69/7985/7527</w:t>
        <w:br/>
        <w:t>f 70/7986/7528 73/7989/7531 71/7987/7529</w:t>
        <w:br/>
        <w:t>f 69/7985/7527 72/7988/7530 74/7990/7532</w:t>
        <w:br/>
        <w:t>f 76/7991/7533 60/7976/7518 75/7992/7534</w:t>
        <w:br/>
        <w:t>f 57/7973/7515 75/7992/7534 60/7976/7518</w:t>
        <w:br/>
        <w:t>f 77/7993/7535 74/7990/7532 72/7988/7530</w:t>
        <w:br/>
        <w:t>f 74/7990/7532 77/7993/7535 78/7994/7536</w:t>
        <w:br/>
        <w:t>f 81/7995/7537 80/7996/7538 79/7997/7539</w:t>
        <w:br/>
        <w:t>f 81/7995/7537 82/7998/7540 80/7996/7538</w:t>
        <w:br/>
        <w:t>f 82/7998/7540 83/7999/7541 80/7996/7538</w:t>
        <w:br/>
        <w:t>f 85/8000/7542 73/7989/7531 84/8001/7543</w:t>
        <w:br/>
        <w:t>f 86/8002/7544 80/7996/7538 83/7999/7541</w:t>
        <w:br/>
        <w:t>f 89/8003/7545 88/8004/7546 87/8005/7547</w:t>
        <w:br/>
        <w:t>f 73/7989/7531 70/7986/7528 90/8006/7548</w:t>
        <w:br/>
        <w:t>f 84/8001/7543 73/7989/7531 90/8006/7548</w:t>
        <w:br/>
        <w:t>f 92/8007/7549 91/8008/7550 76/7991/7533</w:t>
        <w:br/>
        <w:t>f 76/7991/7533 75/7992/7534 92/8007/7549</w:t>
        <w:br/>
        <w:t>f 93/8009/7551 88/8004/7546 91/8008/7550</w:t>
        <w:br/>
        <w:t>f 92/8007/7549 93/8009/7551 91/8008/7550</w:t>
        <w:br/>
        <w:t>f 96/8010/7552 95/8011/7553 94/8012/7554</w:t>
        <w:br/>
        <w:t>f 94/8012/7554 97/8013/7555 96/8010/7552</w:t>
        <w:br/>
        <w:t>f 98/8014/7556 95/8011/7553 58/7974/7516</w:t>
        <w:br/>
        <w:t>f 94/8012/7554 95/8011/7553 98/8014/7556</w:t>
        <w:br/>
        <w:t>f 58/7974/7516 56/7972/7514 98/8014/7556</w:t>
        <w:br/>
        <w:t>f 93/8009/7551 99/8015/7557 88/8004/7546</w:t>
        <w:br/>
        <w:t>f 102/8016/7558 101/8017/7559 100/8018/7560</w:t>
        <w:br/>
        <w:t>f 99/8015/7557 103/8019/7561 88/8004/7546</w:t>
        <w:br/>
        <w:t>f 88/8004/7546 103/8019/7561 87/8005/7547</w:t>
        <w:br/>
        <w:t>f 97/8013/7555 105/8020/7562 104/8021/7563</w:t>
        <w:br/>
        <w:t>f 106/8022/7564 104/8021/7563 105/8020/7562</w:t>
        <w:br/>
        <w:t>f 109/8023/7565 108/8024/7566 107/8025/7567</w:t>
        <w:br/>
        <w:t>f 110/8026/7568 106/8022/7564 105/8020/7562</w:t>
        <w:br/>
        <w:t>f 111/8027/7569 107/8025/7567 108/8024/7566</w:t>
        <w:br/>
        <w:t>f 105/8020/7562 97/8013/7555 112/8028/7570</w:t>
        <w:br/>
        <w:t>f 97/8013/7555 94/8012/7554 112/8028/7570</w:t>
        <w:br/>
        <w:t>f 115/8029/7571 114/8030/7572 113/8031/7573</w:t>
        <w:br/>
        <w:t>f 115/8029/7571 113/8031/7573 116/8032/7574</w:t>
        <w:br/>
        <w:t>f 117/8033/7575 113/8031/7573 114/8030/7572</w:t>
        <w:br/>
        <w:t>f 113/8031/7573 118/8034/7576 116/8032/7574</w:t>
        <w:br/>
        <w:t>f 120/8035/7577 119/8036/7578 117/8033/7575</w:t>
        <w:br/>
        <w:t>f 113/8031/7573 117/8033/7575 119/8036/7578</w:t>
        <w:br/>
        <w:t>f 100/8018/7560 121/8037/7579 120/8035/7577</w:t>
        <w:br/>
        <w:t>f 119/8036/7578 120/8035/7577 121/8037/7579</w:t>
        <w:br/>
        <w:t>f 121/8037/7579 100/8018/7560 101/8017/7559</w:t>
        <w:br/>
        <w:t>f 124/8038/7580 123/8039/7581 122/8040/7582</w:t>
        <w:br/>
        <w:t>f 122/8040/7582 125/8041/7583 124/8038/7580</w:t>
        <w:br/>
        <w:t>f 127/8042/7584 126/8043/7585 123/8039/7581</w:t>
        <w:br/>
        <w:t>f 123/8039/7581 124/8038/7580 127/8042/7584</w:t>
        <w:br/>
        <w:t>f 130/8044/7586 129/8045/7587 128/8046/7588</w:t>
        <w:br/>
        <w:t>f 126/8043/7585 127/8042/7584 131/8047/7589</w:t>
        <w:br/>
        <w:t>f 129/8045/7587 130/8044/7586 132/8048/7590</w:t>
        <w:br/>
        <w:t>f 133/8049/7591 127/8042/7584 124/8038/7580</w:t>
        <w:br/>
        <w:t>f 130/8044/7586 134/8050/7592 132/8048/7590</w:t>
        <w:br/>
        <w:t>f 135/8051/7593 132/8048/7590 134/8050/7592</w:t>
        <w:br/>
        <w:t>f 136/8052/7594 131/8047/7589 127/8042/7584</w:t>
        <w:br/>
        <w:t>f 131/8047/7589 136/8052/7594 137/8053/7595</w:t>
        <w:br/>
        <w:t>f 127/8042/7584 133/8049/7591 136/8052/7594</w:t>
        <w:br/>
        <w:t>f 140/8054/7596 139/8055/7597 138/8056/7598</w:t>
        <w:br/>
        <w:t>f 141/8057/7599 133/8049/7591 124/8038/7580</w:t>
        <w:br/>
        <w:t>f 125/8041/7583 141/8057/7599 124/8038/7580</w:t>
        <w:br/>
        <w:t>f 140/8054/7596 142/8058/7600 139/8055/7597</w:t>
        <w:br/>
        <w:t>f 125/8041/7583 143/8059/7601 141/8057/7599</w:t>
        <w:br/>
        <w:t>f 101/8017/7559 102/8016/7558 144/8060/7602</w:t>
        <w:br/>
        <w:t>f 102/8016/7558 48/7964/7506 144/8060/7602</w:t>
        <w:br/>
        <w:t>f 43/7957/7499 144/8060/7602 48/7964/7506</w:t>
        <w:br/>
        <w:t>f 145/8061/7603 141/8057/7599 143/8059/7601</w:t>
        <w:br/>
        <w:t>f 146/8062/7604 145/8061/7603 143/8059/7601</w:t>
        <w:br/>
        <w:t>f 145/8061/7603 147/8063/7605 141/8057/7599</w:t>
        <w:br/>
        <w:t>f 133/8049/7591 141/8057/7599 147/8063/7605</w:t>
        <w:br/>
        <w:t>f 145/8061/7603 146/8062/7604 148/8064/7606</w:t>
        <w:br/>
        <w:t>f 151/8065/7607 150/8066/7608 149/8067/7609</w:t>
        <w:br/>
        <w:t>f 151/8065/7607 149/8067/7609 152/8068/7610</w:t>
        <w:br/>
        <w:t>f 147/8063/7605 145/8061/7603 153/8069/7611</w:t>
        <w:br/>
        <w:t>f 153/8069/7611 145/8061/7603 148/8064/7606</w:t>
        <w:br/>
        <w:t>f 154/8070/7612 151/8065/7607 152/8068/7610</w:t>
        <w:br/>
        <w:t>f 155/8071/7613 153/8069/7611 148/8064/7606</w:t>
        <w:br/>
        <w:t>f 154/8070/7612 152/8068/7610 156/8072/7614</w:t>
        <w:br/>
        <w:t>f 159/8073/7615 158/8074/7616 157/8075/7617</w:t>
        <w:br/>
        <w:t>f 162/8076/7618 161/8077/7619 160/8078/7620</w:t>
        <w:br/>
        <w:t>f 163/8079/7621 160/8078/7620 161/8077/7619</w:t>
        <w:br/>
        <w:t>f 157/8075/7617 158/8074/7616 164/8080/7622</w:t>
        <w:br/>
        <w:t>f 163/8079/7621 161/8077/7619 165/8081/7623</w:t>
        <w:br/>
        <w:t>f 165/8081/7623 166/8082/7624 163/8079/7621</w:t>
        <w:br/>
        <w:t>f 169/8083/7625 168/8084/7626 167/8085/7627</w:t>
        <w:br/>
        <w:t>f 168/8084/7626 169/8083/7625 170/8086/7628</w:t>
        <w:br/>
        <w:t>f 165/8081/7623 171/8087/7629 166/8082/7624</w:t>
        <w:br/>
        <w:t>f 171/8087/7629 140/8054/7596 166/8082/7624</w:t>
        <w:br/>
        <w:t>f 168/8084/7626 172/8088/7630 167/8085/7627</w:t>
        <w:br/>
        <w:t>f 157/8075/7617 164/8080/7622 173/8089/7631</w:t>
        <w:br/>
        <w:t>f 140/8054/7596 171/8087/7629 174/8090/7632</w:t>
        <w:br/>
        <w:t>f 174/8090/7632 142/8058/7600 140/8054/7596</w:t>
        <w:br/>
        <w:t>f 173/8089/7631 175/8091/7633 157/8075/7617</w:t>
        <w:br/>
        <w:t>f 162/8076/7618 157/8075/7617 175/8091/7633</w:t>
        <w:br/>
        <w:t>f 178/8092/7634 177/8093/7635 176/8094/7636</w:t>
        <w:br/>
        <w:t>f 181/8095/7637 180/8096/7638 179/8097/7638</w:t>
        <w:br/>
        <w:t>f 182/8098/7639 179/8097/7638 180/8096/7638</w:t>
        <w:br/>
        <w:t>f 177/8093/7635 178/8092/7634 183/8099/7640</w:t>
        <w:br/>
        <w:t>f 183/8099/7640 178/8092/7634 184/8100/7641</w:t>
        <w:br/>
        <w:t>f 187/8101/7642 186/8102/7643 185/8103/7644</w:t>
        <w:br/>
        <w:t>f 187/8101/7642 185/8103/7644 188/8104/7645</w:t>
        <w:br/>
        <w:t>f 187/8101/7642 189/8105/7646 186/8102/7643</w:t>
        <w:br/>
        <w:t>f 192/8106/7647 191/8107/7648 190/8108/7649</w:t>
        <w:br/>
        <w:t>f 190/8108/7649 194/8109/7650 193/8110/7651</w:t>
        <w:br/>
        <w:t>f 190/8108/7649 191/8107/7648 194/8109/7650</w:t>
        <w:br/>
        <w:t>f 183/8099/7640 184/8100/7641 195/8111/7652</w:t>
        <w:br/>
        <w:t>f 196/8112/7653 187/8101/7642 188/8104/7645</w:t>
        <w:br/>
        <w:t>f 184/8100/7641 197/8113/7654 195/8111/7652</w:t>
        <w:br/>
        <w:t>f 197/8113/7654 184/8100/7641 198/8114/7655</w:t>
        <w:br/>
        <w:t>f 198/8114/7655 199/8115/7656 197/8113/7654</w:t>
        <w:br/>
        <w:t>f 187/8101/7642 196/8112/7653 200/8116/7657</w:t>
        <w:br/>
        <w:t>f 201/8117/7658 200/8116/7657 196/8112/7653</w:t>
        <w:br/>
        <w:t>f 204/8118/7659 203/8119/7660 202/8120/7661</w:t>
        <w:br/>
        <w:t>f 203/8119/7660 204/8118/7659 205/8121/7662</w:t>
        <w:br/>
        <w:t>f 200/8116/7657 201/8117/7658 206/8122/7663</w:t>
        <w:br/>
        <w:t>f 209/8123/7664 208/8124/7665 207/8125/7666</w:t>
        <w:br/>
        <w:t>f 208/8124/7665 211/8126/7667 210/8127/7668</w:t>
        <w:br/>
        <w:t>f 208/8124/7665 209/8123/7664 211/8126/7667</w:t>
        <w:br/>
        <w:t>f 209/8123/7664 212/8128/7669 211/8126/7667</w:t>
        <w:br/>
        <w:t>f 205/8121/7662 213/8129/7670 203/8119/7660</w:t>
        <w:br/>
        <w:t>f 212/8128/7669 209/8123/7664 214/8130/7671</w:t>
        <w:br/>
        <w:t>f 213/8129/7670 205/8121/7662 215/8131/7672</w:t>
        <w:br/>
        <w:t>f 214/8130/7671 216/8132/7673 212/8128/7669</w:t>
        <w:br/>
        <w:t>f 217/8133/7674 206/8122/7663 201/8117/7658</w:t>
        <w:br/>
        <w:t>f 197/8113/7654 199/8115/7656 218/8134/7675</w:t>
        <w:br/>
        <w:t>f 219/8135/7676 213/8129/7670 215/8131/7672</w:t>
        <w:br/>
        <w:t>f 206/8122/7663 217/8133/7674 220/8136/7677</w:t>
        <w:br/>
        <w:t>f 216/8132/7673 214/8130/7671 221/8137/7678</w:t>
        <w:br/>
        <w:t>f 213/8129/7670 219/8135/7676 222/8138/7679</w:t>
        <w:br/>
        <w:t>f 223/8139/7680 216/8132/7673 221/8137/7678</w:t>
        <w:br/>
        <w:t>f 219/8135/7676 224/8140/7681 222/8138/7679</w:t>
        <w:br/>
        <w:t>f 225/8141/7682 220/8136/7677 217/8133/7674</w:t>
        <w:br/>
        <w:t>f 221/8137/7678 226/8142/7683 223/8139/7680</w:t>
        <w:br/>
        <w:t>f 224/8140/7681 227/8143/7684 222/8138/7679</w:t>
        <w:br/>
        <w:t>f 226/8142/7683 228/8144/7685 223/8139/7680</w:t>
        <w:br/>
        <w:t>f 226/8142/7683 229/8145/7686 228/8144/7685</w:t>
        <w:br/>
        <w:t>f 227/8143/7684 231/8146/7687 230/8147/7688</w:t>
        <w:br/>
        <w:t>f 231/8146/7687 227/8143/7684 224/8140/7681</w:t>
        <w:br/>
        <w:t>f 234/8148/7689 233/8149/7690 232/8150/7691</w:t>
        <w:br/>
        <w:t>f 234/8148/7689 232/8150/7691 235/8151/7692</w:t>
        <w:br/>
        <w:t>f 238/8152/7693 237/8153/7694 236/8154/7695</w:t>
        <w:br/>
        <w:t>f 237/8153/7694 239/8155/7696 236/8154/7695</w:t>
        <w:br/>
        <w:t>f 237/8153/7694 240/8156/7697 239/8155/7696</w:t>
        <w:br/>
        <w:t>f 172/8088/7630 168/8084/7626 241/8157/7698</w:t>
        <w:br/>
        <w:t>f 242/8158/7699 240/8156/7697 237/8153/7694</w:t>
        <w:br/>
        <w:t>f 243/8159/7700 172/8088/7630 241/8157/7698</w:t>
        <w:br/>
        <w:t>f 237/8153/7694 225/8141/7682 242/8158/7699</w:t>
        <w:br/>
        <w:t>f 172/8088/7630 243/8159/7700 244/8160/7701</w:t>
        <w:br/>
        <w:t>f 245/8161/7702 242/8158/7699 225/8141/7682</w:t>
        <w:br/>
        <w:t>f 246/8162/7703 244/8160/7701 243/8159/7700</w:t>
        <w:br/>
        <w:t>f 217/8133/7674 245/8161/7702 225/8141/7682</w:t>
        <w:br/>
        <w:t>f 244/8160/7701 246/8162/7703 247/8163/7704</w:t>
        <w:br/>
        <w:t>f 218/8134/7675 247/8163/7704 246/8162/7703</w:t>
        <w:br/>
        <w:t>f 175/8091/7633 248/8164/7705 162/8076/7618</w:t>
        <w:br/>
        <w:t>f 247/8163/7704 218/8134/7675 199/8115/7656</w:t>
        <w:br/>
        <w:t>f 161/8077/7619 162/8076/7618 248/8164/7705</w:t>
        <w:br/>
        <w:t>f 251/8165/7706 250/8166/7707 249/8167/7708</w:t>
        <w:br/>
        <w:t>f 250/8166/7707 251/8165/7706 252/8168/7709</w:t>
        <w:br/>
        <w:t>f 253/8169/7710 252/8168/7709 251/8165/7706</w:t>
        <w:br/>
        <w:t>f 252/8168/7709 253/8169/7710 254/8170/7711</w:t>
        <w:br/>
        <w:t>f 257/8171/7712 256/8172/7713 255/8173/7714</w:t>
        <w:br/>
        <w:t>f 257/8171/7712 258/8174/7715 256/8172/7713</w:t>
        <w:br/>
        <w:t>f 259/8175/7716 258/8174/7715 257/8171/7712</w:t>
        <w:br/>
        <w:t>f 258/8174/7715 259/8175/7716 260/8176/7717</w:t>
        <w:br/>
        <w:t>f 259/8175/7716 261/8177/7718 260/8176/7717</w:t>
        <w:br/>
        <w:t>f 260/8176/7717 261/8177/7718 262/8178/7719</w:t>
        <w:br/>
        <w:t>f 265/8179/7720 264/8180/7721 263/8181/7722</w:t>
        <w:br/>
        <w:t>f 266/8182/7723 265/8179/7720 263/8181/7722</w:t>
        <w:br/>
        <w:t>f 268/8183/7724 267/8184/7725 264/8180/7721</w:t>
        <w:br/>
        <w:t>f 264/8180/7721 265/8179/7720 268/8183/7724</w:t>
        <w:br/>
        <w:t>f 262/8178/7726 269/8185/7727 265/8179/7720</w:t>
        <w:br/>
        <w:t>f 270/8186/7728 269/8185/7727 262/8178/7726</w:t>
        <w:br/>
        <w:t>f 267/8184/7725 268/8183/7724 271/8187/7729</w:t>
        <w:br/>
        <w:t>f 268/8183/7724 272/8188/7730 271/8187/7729</w:t>
        <w:br/>
        <w:t>f 272/8188/7730 273/8189/7731 271/8187/7729</w:t>
        <w:br/>
        <w:t>f 267/8184/7725 271/8187/7729 273/8189/7731</w:t>
        <w:br/>
        <w:t>f 267/8184/7725 273/8189/7731 274/8190/7732</w:t>
        <w:br/>
        <w:t>f 273/8189/7731 272/8188/7730 275/8191/7733</w:t>
        <w:br/>
        <w:t>f 278/8192/7734 277/8193/7735 276/8194/7736</w:t>
        <w:br/>
        <w:t>f 277/8193/7735 274/8190/7732 276/8194/7736</w:t>
        <w:br/>
        <w:t>f 274/8190/7732 277/8193/7735 279/8195/7737</w:t>
        <w:br/>
        <w:t>f 277/8193/7735 278/8192/7734 280/8196/7738</w:t>
        <w:br/>
        <w:t>f 268/8183/7724 281/8197/7739 272/8188/7730</w:t>
        <w:br/>
        <w:t>f 265/8179/7720 281/8197/7739 268/8183/7724</w:t>
        <w:br/>
        <w:t>f 284/8198/7740 283/8199/7741 282/8200/7742</w:t>
        <w:br/>
        <w:t>f 284/8198/7740 285/8201/7743 283/8199/7741</w:t>
        <w:br/>
        <w:t>f 286/8202/7744 284/8198/7740 282/8200/7742</w:t>
        <w:br/>
        <w:t>f 282/8200/7742 287/8203/7745 286/8202/7744</w:t>
        <w:br/>
        <w:t>f 265/8179/7720 288/8204/7746 281/8197/7739</w:t>
        <w:br/>
        <w:t>f 287/8203/7745 289/8205/7747 286/8202/7744</w:t>
        <w:br/>
        <w:t>f 289/8205/7747 287/8203/7745 290/8206/7748</w:t>
        <w:br/>
        <w:t>f 265/8179/7720 290/8206/7748 288/8204/7746</w:t>
        <w:br/>
        <w:t>f 290/8206/7748 265/8179/7720 291/8207/7749</w:t>
        <w:br/>
        <w:t>f 291/8207/7749 292/8208/7750 290/8206/7748</w:t>
        <w:br/>
        <w:t>f 292/8208/7750 291/8207/7749 293/8209/7751</w:t>
        <w:br/>
        <w:t>f 270/8186/7728 294/8210/7752 269/8185/7727</w:t>
        <w:br/>
        <w:t>f 293/8209/7751 295/8211/7753 292/8208/7750</w:t>
        <w:br/>
        <w:t>f 296/8212/7754 294/8210/7752 270/8186/7728</w:t>
        <w:br/>
        <w:t>f 295/8211/7753 293/8209/7751 297/8213/7755</w:t>
        <w:br/>
        <w:t>f 294/8210/7752 296/8212/7754 298/8214/7756</w:t>
        <w:br/>
        <w:t>f 297/8213/7755 299/8215/7757 295/8211/7753</w:t>
        <w:br/>
        <w:t>f 300/8216/7758 298/8214/7756 296/8212/7754</w:t>
        <w:br/>
        <w:t>f 299/8215/7757 297/8213/7755 301/8217/7759</w:t>
        <w:br/>
        <w:t>f 298/8214/7756 300/8216/7758 302/8218/7760</w:t>
        <w:br/>
        <w:t>f 301/8217/7759 303/8219/7761 299/8215/7757</w:t>
        <w:br/>
        <w:t>f 304/8220/7762 302/8218/7760 300/8216/7758</w:t>
        <w:br/>
        <w:t>f 303/8219/7761 301/8217/7759 305/8221/7763</w:t>
        <w:br/>
        <w:t>f 302/8218/7760 304/8220/7762 306/8222/7764</w:t>
        <w:br/>
        <w:t>f 305/8221/7763 307/8223/7765 303/8219/7761</w:t>
        <w:br/>
        <w:t>f 308/8224/7766 306/8222/7764 304/8220/7762</w:t>
        <w:br/>
        <w:t>f 307/8223/7765 305/8221/7763 309/8225/7767</w:t>
        <w:br/>
        <w:t>f 306/8222/7764 308/8224/7766 310/8226/7768</w:t>
        <w:br/>
        <w:t>f 309/8225/7767 311/8227/7769 307/8223/7765</w:t>
        <w:br/>
        <w:t>f 308/8224/7766 312/8228/7770 310/8226/7768</w:t>
        <w:br/>
        <w:t>f 311/8227/7769 309/8225/7767 313/8229/7771</w:t>
        <w:br/>
        <w:t>f 312/8228/7770 308/8224/7766 314/8230/7772</w:t>
        <w:br/>
        <w:t>f 313/8229/7771 315/8231/7773 311/8227/7769</w:t>
        <w:br/>
        <w:t>f 316/8232/7774 311/8227/7769 315/8231/7773</w:t>
        <w:br/>
        <w:t>f 311/8227/7769 316/8232/7774 317/8233/7775</w:t>
        <w:br/>
        <w:t>f 318/8234/7776 317/8233/7775 316/8232/7774</w:t>
        <w:br/>
        <w:t>f 317/8233/7775 318/8234/7776 319/8235/7777</w:t>
        <w:br/>
        <w:t>f 320/8236/7778 319/8235/7777 318/8234/7776</w:t>
        <w:br/>
        <w:t>f 315/8231/7773 313/8229/7771 321/8237/7779</w:t>
        <w:br/>
        <w:t>f 321/8237/7779 322/8238/7780 315/8231/7773</w:t>
        <w:br/>
        <w:t>f 322/8238/7780 321/8237/7779 323/8239/7781</w:t>
        <w:br/>
        <w:t>f 321/8237/7779 324/8240/7782 323/8239/7781</w:t>
        <w:br/>
        <w:t>f 324/8240/7782 321/8237/7779 325/8241/7783</w:t>
        <w:br/>
        <w:t>f 312/8228/7770 325/8241/7783 321/8237/7779</w:t>
        <w:br/>
        <w:t>f 325/8241/7783 312/8228/7770 314/8230/7772</w:t>
        <w:br/>
        <w:t>f 325/8241/7783 314/8230/7772 326/8242/7784</w:t>
        <w:br/>
        <w:t>f 326/8242/7784 314/8230/7772 327/8243/7785</w:t>
        <w:br/>
        <w:t>f 327/8243/7785 328/8244/7786 326/8242/7784</w:t>
        <w:br/>
        <w:t>f 328/8244/7786 327/8243/7785 329/8245/7787</w:t>
        <w:br/>
        <w:t>f 328/8244/7786 329/8245/7787 330/8246/7788</w:t>
        <w:br/>
        <w:t>f 333/8247/7789 332/8248/7790 331/8249/7791</w:t>
        <w:br/>
        <w:t>f 331/8249/7791 332/8248/7790 334/8250/7792</w:t>
        <w:br/>
        <w:t>f 337/8251/7793 336/8252/7794 335/8253/7795</w:t>
        <w:br/>
        <w:t>f 336/8252/7794 337/8251/7793 338/8254/7796</w:t>
        <w:br/>
        <w:t>f 341/8255/7797 340/8256/7798 339/8257/7799</w:t>
        <w:br/>
        <w:t>f 339/8257/7799 340/8256/7798 342/8258/7800</w:t>
        <w:br/>
        <w:t>f 342/8258/7800 343/8259/7801 339/8257/7799</w:t>
        <w:br/>
        <w:t>f 343/8259/7801 342/8258/7800 344/8260/7802</w:t>
        <w:br/>
        <w:t>f 347/8261/7803 346/8262/7804 345/8263/7805</w:t>
        <w:br/>
        <w:t>f 348/8264/7806 347/8261/7803 345/8263/7805</w:t>
        <w:br/>
        <w:t>f 349/8265/7807 348/8264/7806 345/8263/7805</w:t>
        <w:br/>
        <w:t>f 352/8266/7808 351/8267/7809 350/8268/7810</w:t>
        <w:br/>
        <w:t>f 355/8269/7811 354/8270/7812 353/8271/7813</w:t>
        <w:br/>
        <w:t>f 350/8268/7810 356/8272/7814 352/8266/7808</w:t>
        <w:br/>
        <w:t>f 353/8271/7813 357/8273/7815 355/8269/7811</w:t>
        <w:br/>
        <w:t>f 340/8256/7798 359/8274/7816 358/8275/7817</w:t>
        <w:br/>
        <w:t>f 357/8273/7815 360/8276/7818 355/8269/7811</w:t>
        <w:br/>
        <w:t>f 359/8274/7816 340/8256/7798 341/8255/7797</w:t>
        <w:br/>
        <w:t>f 363/8277/7819 362/8278/7820 361/8279/7821</w:t>
        <w:br/>
        <w:t>f 363/8277/7819 361/8279/7821 364/8280/7822</w:t>
        <w:br/>
        <w:t>f 365/8281/7823 363/8277/7819 364/8280/7822</w:t>
        <w:br/>
        <w:t>f 368/8282/7824 367/8283/7825 366/8284/7826</w:t>
        <w:br/>
        <w:t>f 364/8280/7822 369/8285/7827 365/8281/7823</w:t>
        <w:br/>
        <w:t>f 370/8286/7828 365/8281/7823 369/8285/7827</w:t>
        <w:br/>
        <w:t>f 369/8285/7827 371/8287/7829 370/8286/7828</w:t>
        <w:br/>
        <w:t>f 373/8288/7830 372/8289/7831 366/8284/7826</w:t>
        <w:br/>
        <w:t>f 373/8288/7830 374/8290/7832 372/8289/7831</w:t>
        <w:br/>
        <w:t>f 373/8288/7830 366/8284/7826 367/8283/7825</w:t>
        <w:br/>
        <w:t>f 371/8287/7833 373/8288/7830 375/8291/7834</w:t>
        <w:br/>
        <w:t>f 371/8287/7833 375/8291/7834 376/8292/7835</w:t>
        <w:br/>
        <w:t>f 378/8293/7836 377/8294/7837 367/8283/7825</w:t>
        <w:br/>
        <w:t>f 367/8283/7825 368/8282/7824 378/8293/7836</w:t>
        <w:br/>
        <w:t>f 379/8295/7838 367/8283/7825 377/8294/7837</w:t>
        <w:br/>
        <w:t>f 367/8283/7825 379/8295/7838 373/8288/7830</w:t>
        <w:br/>
        <w:t>f 380/8296/7839 377/8294/7837 378/8293/7836</w:t>
        <w:br/>
        <w:t>f 368/8282/7824 380/8296/7839 378/8293/7836</w:t>
        <w:br/>
        <w:t>f 380/8296/7839 368/8282/7824 381/8297/7840</w:t>
        <w:br/>
        <w:t>f 377/8294/7837 380/8296/7839 382/8298/7841</w:t>
        <w:br/>
        <w:t>f 385/8299/7842 384/8300/7843 383/8301/7844</w:t>
        <w:br/>
        <w:t>f 384/8300/7843 385/8299/7842 386/8302/7845</w:t>
        <w:br/>
        <w:t>f 381/8297/7840 385/8299/7842 383/8301/7844</w:t>
        <w:br/>
        <w:t>f 385/8299/7842 381/8297/7840 387/8303/7846</w:t>
        <w:br/>
        <w:t>f 390/8304/7847 389/8305/7848 388/8306/7849</w:t>
        <w:br/>
        <w:t>f 390/8304/7847 388/8306/7849 391/8307/7850</w:t>
        <w:br/>
        <w:t>f 392/8308/7851 389/8305/7848 390/8304/7847</w:t>
        <w:br/>
        <w:t>f 389/8305/7848 392/8308/7851 393/8309/7852</w:t>
        <w:br/>
        <w:t>f 394/8310/7853 373/8288/7830 379/8295/7838</w:t>
        <w:br/>
        <w:t>f 392/8308/7851 395/8311/7854 393/8309/7852</w:t>
        <w:br/>
        <w:t>f 395/8311/7854 396/8312/7855 393/8309/7852</w:t>
        <w:br/>
        <w:t>f 396/8312/7855 373/8288/7830 394/8310/7853</w:t>
        <w:br/>
        <w:t>f 396/8312/7855 397/8313/7856 373/8288/7830</w:t>
        <w:br/>
        <w:t>f 398/8314/7857 397/8313/7856 396/8312/7855</w:t>
        <w:br/>
        <w:t>f 397/8313/7856 398/8314/7857 399/8315/7858</w:t>
        <w:br/>
        <w:t>f 400/8316/7859 376/8292/7835 375/8291/7834</w:t>
        <w:br/>
        <w:t>f 401/8317/7860 399/8315/7858 398/8314/7857</w:t>
        <w:br/>
        <w:t>f 400/8316/7859 402/8318/7861 376/8292/7835</w:t>
        <w:br/>
        <w:t>f 401/8317/7860 403/8319/7862 399/8315/7858</w:t>
        <w:br/>
        <w:t>f 402/8318/7861 400/8316/7859 404/8320/7863</w:t>
        <w:br/>
        <w:t>f 405/8321/7864 403/8319/7862 401/8317/7860</w:t>
        <w:br/>
        <w:t>f 404/8320/7863 406/8322/7865 402/8318/7861</w:t>
        <w:br/>
        <w:t>f 403/8319/7862 405/8321/7864 407/8323/7866</w:t>
        <w:br/>
        <w:t>f 406/8322/7865 404/8320/7863 408/8324/7867</w:t>
        <w:br/>
        <w:t>f 409/8325/7868 407/8323/7866 405/8321/7864</w:t>
        <w:br/>
        <w:t>f 408/8324/7867 410/8326/7869 406/8322/7865</w:t>
        <w:br/>
        <w:t>f 407/8323/7866 409/8325/7868 411/8327/7870</w:t>
        <w:br/>
        <w:t>f 410/8326/7869 408/8324/7867 412/8328/7871</w:t>
        <w:br/>
        <w:t>f 413/8329/7872 411/8327/7870 409/8325/7868</w:t>
        <w:br/>
        <w:t>f 412/8328/7871 414/8330/7873 410/8326/7869</w:t>
        <w:br/>
        <w:t>f 411/8327/7870 413/8329/7872 415/8331/7874</w:t>
        <w:br/>
        <w:t>f 414/8330/7873 412/8328/7871 416/8332/7875</w:t>
        <w:br/>
        <w:t>f 417/8333/7876 415/8331/7874 413/8329/7872</w:t>
        <w:br/>
        <w:t>f 418/8334/7877 414/8330/7873 416/8332/7875</w:t>
        <w:br/>
        <w:t>f 415/8331/7874 417/8333/7876 419/8335/7878</w:t>
        <w:br/>
        <w:t>f 420/8336/7879 414/8330/7873 418/8334/7877</w:t>
        <w:br/>
        <w:t>f 421/8337/7880 419/8335/7878 417/8333/7876</w:t>
        <w:br/>
        <w:t>f 422/8338/7881 421/8337/7880 417/8333/7876</w:t>
        <w:br/>
        <w:t>f 422/8338/7881 417/8333/7876 423/8339/7882</w:t>
        <w:br/>
        <w:t>f 423/8339/7882 424/8340/7883 422/8338/7881</w:t>
        <w:br/>
        <w:t>f 424/8340/7883 423/8339/7882 425/8341/7884</w:t>
        <w:br/>
        <w:t>f 426/8342/7885 424/8340/7883 425/8341/7884</w:t>
        <w:br/>
        <w:t>f 421/8337/7880 427/8343/7886 419/8335/7878</w:t>
        <w:br/>
        <w:t>f 428/8344/7887 427/8343/7886 421/8337/7880</w:t>
        <w:br/>
        <w:t>f 427/8343/7886 428/8344/7887 429/8345/7888</w:t>
        <w:br/>
        <w:t>f 430/8346/7889 427/8343/7886 429/8345/7888</w:t>
        <w:br/>
        <w:t>f 427/8343/7886 430/8346/7889 431/8347/7890</w:t>
        <w:br/>
        <w:t>f 431/8347/7890 418/8334/7877 427/8343/7886</w:t>
        <w:br/>
        <w:t>f 418/8334/7877 431/8347/7890 420/8336/7879</w:t>
        <w:br/>
        <w:t>f 431/8347/7890 432/8348/7891 420/8336/7879</w:t>
        <w:br/>
        <w:t>f 432/8348/7891 433/8349/7892 420/8336/7879</w:t>
        <w:br/>
        <w:t>f 434/8350/7893 433/8349/7892 432/8348/7891</w:t>
        <w:br/>
        <w:t>f 433/8349/7892 434/8350/7893 435/8351/7894</w:t>
        <w:br/>
        <w:t>f 434/8350/7893 436/8352/7895 435/8351/7894</w:t>
        <w:br/>
        <w:t>f 439/8353/7896 438/8354/7897 437/8355/7898</w:t>
        <w:br/>
        <w:t>f 438/8354/7897 439/8353/7896 440/8356/7899</w:t>
        <w:br/>
        <w:t>f 443/8357/7900 442/8358/7901 441/8359/7902</w:t>
        <w:br/>
        <w:t>f 446/8360/7903 445/8361/7904 444/8362/7905</w:t>
        <w:br/>
        <w:t>f 446/8360/7903 444/8362/7905 447/8363/7906</w:t>
        <w:br/>
        <w:t>f 442/8358/7901 443/8357/7900 448/8364/7907</w:t>
        <w:br/>
        <w:t>f 449/8365/7908 446/8360/7903 447/8363/7906</w:t>
        <w:br/>
        <w:t>f 447/8363/7906 450/8366/7909 449/8365/7908</w:t>
        <w:br/>
        <w:t>f 443/8357/7900 452/8367/7910 451/8368/7911</w:t>
        <w:br/>
        <w:t>f 451/8368/7911 448/8364/7907 443/8357/7900</w:t>
        <w:br/>
        <w:t>f 452/8367/7910 454/8369/7912 453/8370/7913</w:t>
        <w:br/>
        <w:t>f 453/8370/7913 451/8368/7911 452/8367/7910</w:t>
        <w:br/>
        <w:t>f 450/8366/7909 455/8371/7914 449/8365/7908</w:t>
        <w:br/>
        <w:t>f 456/8372/7915 453/8370/7913 454/8369/7912</w:t>
        <w:br/>
        <w:t>f 455/8371/7914 450/8366/7909 457/8373/7916</w:t>
        <w:br/>
        <w:t>f 460/8374/7917 459/8375/7918 458/8376/7919</w:t>
        <w:br/>
        <w:t>f 461/8377/7920 458/8376/7919 459/8375/7918</w:t>
        <w:br/>
        <w:t>f 462/8378/7921 455/8371/7914 457/8373/7916</w:t>
        <w:br/>
        <w:t>f 457/8373/7916 463/8379/7922 462/8378/7921</w:t>
        <w:br/>
        <w:t>f 466/8380/7923 465/8381/7923 464/8382/7924</w:t>
        <w:br/>
        <w:t>f 459/8375/7918 467/8383/7925 461/8377/7920</w:t>
        <w:br/>
        <w:t>f 465/8381/7923 466/8380/7923 468/8384/7926</w:t>
        <w:br/>
        <w:t>f 471/8385/7927 470/8386/7928 469/8387/7929</w:t>
        <w:br/>
        <w:t>f 472/8388/7930 471/8385/7927 469/8387/7929</w:t>
        <w:br/>
        <w:t>f 473/8389/7931 469/8387/7929 470/8386/7928</w:t>
        <w:br/>
        <w:t>f 469/8387/7929 473/8389/7931 474/8390/7932</w:t>
        <w:br/>
        <w:t>f 474/8390/7932 473/8389/7931 475/8391/7933</w:t>
        <w:br/>
        <w:t>f 476/8392/7934 459/8375/7918 460/8374/7917</w:t>
        <w:br/>
        <w:t>f 477/8393/7935 474/8390/7932 475/8391/7933</w:t>
        <w:br/>
        <w:t>f 475/8391/7933 478/8394/7936 477/8393/7935</w:t>
        <w:br/>
        <w:t>f 479/8395/7937 476/8392/7934 460/8374/7917</w:t>
        <w:br/>
        <w:t>f 453/8370/7913 456/8372/7915 480/8396/7938</w:t>
        <w:br/>
        <w:t>f 481/8397/7939 480/8396/7938 456/8372/7915</w:t>
        <w:br/>
        <w:t>f 478/8394/7936 475/8391/7933 482/8398/7940</w:t>
        <w:br/>
        <w:t>f 476/8392/7934 479/8395/7937 483/8399/7941</w:t>
        <w:br/>
        <w:t>f 484/8400/7942 478/8394/7936 482/8398/7940</w:t>
        <w:br/>
        <w:t>f 480/8396/7938 481/8397/7939 485/8401/7943</w:t>
        <w:br/>
        <w:t>f 486/8402/7944 483/8399/7941 479/8395/7937</w:t>
        <w:br/>
        <w:t>f 482/8398/7940 487/8403/7945 484/8400/7942</w:t>
        <w:br/>
        <w:t>f 483/8399/7941 486/8402/7944 488/8404/7946</w:t>
        <w:br/>
        <w:t>f 489/8405/7947 484/8400/7942 487/8403/7945</w:t>
        <w:br/>
        <w:t>f 490/8406/7948 485/8401/7943 481/8397/7939</w:t>
        <w:br/>
        <w:t>f 491/8407/7949 462/8378/7921 463/8379/7922</w:t>
        <w:br/>
        <w:t>f 463/8379/7922 492/8408/7950 491/8407/7949</w:t>
        <w:br/>
        <w:t>f 493/8409/7951 488/8404/7946 486/8402/7944</w:t>
        <w:br/>
        <w:t>f 485/8401/7943 490/8406/7948 494/8410/7952</w:t>
        <w:br/>
        <w:t>f 487/8403/7945 495/8411/7953 489/8405/7947</w:t>
        <w:br/>
        <w:t>f 488/8404/7946 493/8409/7951 496/8412/7954</w:t>
        <w:br/>
        <w:t>f 497/8413/7955 489/8405/7947 495/8411/7953</w:t>
        <w:br/>
        <w:t>f 489/8405/7947 497/8413/7955 498/8414/7956</w:t>
        <w:br/>
        <w:t>f 497/8413/7955 499/8415/7957 498/8414/7956</w:t>
        <w:br/>
        <w:t>f 500/8416/7958 496/8412/7954 493/8409/7951</w:t>
        <w:br/>
        <w:t>f 496/8412/7954 500/8416/7958 501/8417/7959</w:t>
        <w:br/>
        <w:t>f 502/8418/7960 494/8410/7952 490/8406/7948</w:t>
        <w:br/>
        <w:t>f 499/8415/7957 497/8413/7955 503/8419/7961</w:t>
        <w:br/>
        <w:t>f 500/8416/7958 504/8420/7962 501/8417/7959</w:t>
        <w:br/>
        <w:t>f 505/8421/7963 499/8415/7957 503/8419/7961</w:t>
        <w:br/>
        <w:t>f 490/8406/7948 506/8422/7964 502/8418/7960</w:t>
        <w:br/>
        <w:t>f 507/8423/7965 491/8407/7949 492/8408/7950</w:t>
        <w:br/>
        <w:t>f 507/8423/7965 492/8408/7950 508/8424/7966</w:t>
        <w:br/>
        <w:t>f 509/8425/7967 507/8423/7965 508/8424/7966</w:t>
        <w:br/>
        <w:t>f 507/8423/7965 509/8425/7967 510/8426/7968</w:t>
        <w:br/>
        <w:t>f 511/8427/7969 502/8418/7960 506/8422/7964</w:t>
        <w:br/>
        <w:t>f 512/8428/7970 510/8426/7968 509/8425/7967</w:t>
        <w:br/>
        <w:t>f 502/8418/7960 511/8427/7969 513/8429/7971</w:t>
        <w:br/>
        <w:t>f 504/8420/7962 500/8416/7958 514/8430/7972</w:t>
        <w:br/>
        <w:t>f 510/8426/7968 512/8428/7970 515/8431/7973</w:t>
        <w:br/>
        <w:t>f 516/8432/7974 513/8429/7971 511/8427/7969</w:t>
        <w:br/>
        <w:t>f 517/8433/7975 504/8420/7962 514/8430/7972</w:t>
        <w:br/>
        <w:t>f 503/8419/7961 518/8434/7976 505/8421/7963</w:t>
        <w:br/>
        <w:t>f 513/8429/7971 516/8432/7974 519/8435/7977</w:t>
        <w:br/>
        <w:t>f 514/8430/7972 520/8436/7978 517/8433/7975</w:t>
        <w:br/>
        <w:t>f 512/8428/7970 521/8437/7979 515/8431/7973</w:t>
        <w:br/>
        <w:t>f 521/8437/7979 512/8428/7970 522/8438/7980</w:t>
        <w:br/>
        <w:t>f 523/8439/7981 521/8437/7979 522/8438/7980</w:t>
        <w:br/>
        <w:t>f 516/8432/7974 524/8440/7982 519/8435/7977</w:t>
        <w:br/>
        <w:t>f 516/8432/7974 525/8441/7983 524/8440/7982</w:t>
        <w:br/>
        <w:t>f 526/8442/7984 517/8433/7975 520/8436/7978</w:t>
        <w:br/>
        <w:t>f 521/8437/7979 523/8439/7981 527/8443/7985</w:t>
        <w:br/>
        <w:t>f 528/8444/7986 527/8443/7985 523/8439/7981</w:t>
        <w:br/>
        <w:t>f 529/8445/7987 505/8421/7963 518/8434/7976</w:t>
        <w:br/>
        <w:t>f 517/8433/7975 526/8442/7984 530/8446/7988</w:t>
        <w:br/>
        <w:t>f 505/8421/7963 529/8445/7987 531/8447/7989</w:t>
        <w:br/>
        <w:t>f 532/8448/7990 531/8447/7989 529/8445/7987</w:t>
        <w:br/>
        <w:t>f 533/8449/7991 530/8446/7988 526/8442/7984</w:t>
        <w:br/>
        <w:t>f 531/8447/7989 532/8448/7990 534/8450/7992</w:t>
        <w:br/>
        <w:t>f 532/8448/7990 535/8451/7993 534/8450/7992</w:t>
        <w:br/>
        <w:t>f 533/8449/7991 526/8442/7984 536/8452/7994</w:t>
        <w:br/>
        <w:t>f 525/8441/7983 537/8453/7995 524/8440/7982</w:t>
        <w:br/>
        <w:t>f 536/8452/7994 538/8454/7996 533/8449/7991</w:t>
        <w:br/>
        <w:t>f 525/8441/7983 539/8455/7997 537/8453/7995</w:t>
        <w:br/>
        <w:t>f 540/8456/7998 534/8450/7992 535/8451/7993</w:t>
        <w:br/>
        <w:t>f 539/8455/7997 541/8457/7999 537/8453/7995</w:t>
        <w:br/>
        <w:t>f 538/8454/7996 536/8452/7994 542/8458/8000</w:t>
        <w:br/>
        <w:t>f 539/8455/7997 543/8459/8001 541/8457/7999</w:t>
        <w:br/>
        <w:t>f 527/8443/7985 528/8444/7986 544/8460/8002</w:t>
        <w:br/>
        <w:t>f 545/8461/8003 544/8460/8002 528/8444/7986</w:t>
        <w:br/>
        <w:t>f 543/8459/8001 546/8462/8004 541/8457/7999</w:t>
        <w:br/>
        <w:t>f 547/8463/8005 538/8454/7996 542/8458/8000</w:t>
        <w:br/>
        <w:t>f 543/8459/8001 548/8464/8006 546/8462/8004</w:t>
        <w:br/>
        <w:t>f 549/8465/8007 540/8456/7998 535/8451/7993</w:t>
        <w:br/>
        <w:t>f 538/8454/7996 547/8463/8005 550/8466/8008</w:t>
        <w:br/>
        <w:t>f 540/8456/7998 549/8465/8007 551/8467/8009</w:t>
        <w:br/>
        <w:t>f 552/8468/8010 551/8467/8009 549/8465/8007</w:t>
        <w:br/>
        <w:t>f 528/8444/7986 553/8469/8011 545/8461/8003</w:t>
        <w:br/>
        <w:t>f 549/8465/8007 554/8470/8012 552/8468/8010</w:t>
        <w:br/>
        <w:t>f 555/8471/8013 552/8468/8010 554/8470/8012</w:t>
        <w:br/>
        <w:t>f 550/8466/8008 557/8472/8014 556/8473/8015</w:t>
        <w:br/>
        <w:t>f 558/8474/8016 556/8473/8015 557/8472/8014</w:t>
        <w:br/>
        <w:t>f 557/8472/8014 550/8466/8008 547/8463/8005</w:t>
        <w:br/>
        <w:t>f 559/8475/8017 545/8461/8003 553/8469/8011</w:t>
        <w:br/>
        <w:t>f 560/8476/8018 546/8462/8004 548/8464/8006</w:t>
        <w:br/>
        <w:t>f 546/8462/8004 560/8476/8018 561/8477/8019</w:t>
        <w:br/>
        <w:t>f 553/8469/8011 562/8478/8020 559/8475/8017</w:t>
        <w:br/>
        <w:t>f 563/8479/8021 559/8475/8017 562/8478/8020</w:t>
        <w:br/>
        <w:t>f 564/8480/8022 561/8477/8019 560/8476/8018</w:t>
        <w:br/>
        <w:t>f 557/8472/8014 565/8481/8023 558/8474/8016</w:t>
        <w:br/>
        <w:t>f 559/8475/8017 563/8479/8021 566/8482/8024</w:t>
        <w:br/>
        <w:t>f 564/8480/8022 560/8476/8018 567/8483/8025</w:t>
        <w:br/>
        <w:t>f 570/8484/8026 569/8485/8027 568/8486/8028</w:t>
        <w:br/>
        <w:t>f 570/8484/8026 568/8486/8028 571/8487/8029</w:t>
        <w:br/>
        <w:t>f 573/8488/8030 572/8489/8031 567/8483/8025</w:t>
        <w:br/>
        <w:t>f 567/8483/8025 572/8489/8031 564/8480/8022</w:t>
        <w:br/>
        <w:t>f 574/8490/8032 558/8474/8016 565/8481/8023</w:t>
        <w:br/>
        <w:t>f 558/8474/8016 574/8490/8032 575/8491/8033</w:t>
        <w:br/>
        <w:t>f 577/8492/8034 576/8493/8035 555/8471/8013</w:t>
        <w:br/>
        <w:t>f 576/8493/8035 577/8492/8034 578/8494/8036</w:t>
        <w:br/>
        <w:t>f 552/8468/8010 555/8471/8013 576/8493/8035</w:t>
        <w:br/>
        <w:t>f 581/8495/8037 580/8496/8038 579/8497/8039</w:t>
        <w:br/>
        <w:t>f 579/8497/8039 582/8498/8040 581/8495/8037</w:t>
        <w:br/>
        <w:t>f 585/8499/8041 584/8500/8042 583/8501/8043</w:t>
        <w:br/>
        <w:t>f 586/8502/8044 581/8495/8037 582/8498/8040</w:t>
        <w:br/>
        <w:t>f 581/8495/8037 586/8502/8044 587/8503/8045</w:t>
        <w:br/>
        <w:t>f 586/8502/8044 588/8504/8046 587/8503/8045</w:t>
        <w:br/>
        <w:t>f 585/8499/8041 589/8505/8047 584/8500/8042</w:t>
        <w:br/>
        <w:t>f 584/8500/8042 591/8506/8048 590/8507/8049</w:t>
        <w:br/>
        <w:t>f 591/8506/8048 584/8500/8042 589/8505/8047</w:t>
        <w:br/>
        <w:t>f 594/8508/8050 593/8509/8051 592/8510/8052</w:t>
        <w:br/>
        <w:t>f 595/8511/8053 592/8510/8052 593/8509/8051</w:t>
        <w:br/>
        <w:t>f 593/8509/8051 594/8508/8050 596/8512/8054</w:t>
        <w:br/>
        <w:t>f 599/8513/8055 598/8514/8056 597/8515/8057</w:t>
        <w:br/>
        <w:t>f 598/8514/8056 599/8513/8055 600/8516/8058</w:t>
        <w:br/>
        <w:t>f 603/8517/8059 602/8518/8060 601/8519/8061</w:t>
        <w:br/>
        <w:t>f 595/8511/8053 593/8509/8051 604/8520/8062</w:t>
        <w:br/>
        <w:t>f 603/8517/8059 601/8519/8061 605/8521/8063</w:t>
        <w:br/>
        <w:t>f 606/8522/8064 603/8517/8059 605/8521/8063</w:t>
        <w:br/>
        <w:t>f 603/8517/8059 606/8522/8064 607/8523/8065</w:t>
        <w:br/>
        <w:t>f 608/8524/8066 607/8523/8065 606/8522/8064</w:t>
        <w:br/>
        <w:t>f 609/8525/8067 595/8511/8053 604/8520/8062</w:t>
        <w:br/>
        <w:t>f 610/8526/8068 590/8507/8049 591/8506/8048</w:t>
        <w:br/>
        <w:t>f 586/8502/8044 611/8527/8069 588/8504/8046</w:t>
        <w:br/>
        <w:t>f 595/8511/8053 609/8525/8067 612/8528/8070</w:t>
        <w:br/>
        <w:t>f 591/8506/8048 613/8529/8071 610/8526/8068</w:t>
        <w:br/>
        <w:t>f 614/8530/8072 588/8504/8046 611/8527/8069</w:t>
        <w:br/>
        <w:t>f 613/8529/8071 615/8531/8073 610/8526/8068</w:t>
        <w:br/>
        <w:t>f 588/8504/8046 614/8530/8072 616/8532/8074</w:t>
        <w:br/>
        <w:t>f 614/8530/8072 617/8533/8075 616/8532/8074</w:t>
        <w:br/>
        <w:t>f 618/8534/8076 612/8528/8070 609/8525/8067</w:t>
        <w:br/>
        <w:t>f 615/8531/8073 613/8529/8071 619/8535/8077</w:t>
        <w:br/>
        <w:t>f 618/8534/8076 609/8525/8067 620/8536/8078</w:t>
        <w:br/>
        <w:t>f 607/8523/8065 608/8524/8066 621/8537/8079</w:t>
        <w:br/>
        <w:t>f 608/8524/8066 622/8538/8080 621/8537/8079</w:t>
        <w:br/>
        <w:t>f 623/8539/8081 618/8534/8076 620/8536/8078</w:t>
        <w:br/>
        <w:t>f 617/8533/8075 614/8530/8072 624/8540/8082</w:t>
        <w:br/>
        <w:t>f 624/8540/8082 625/8541/8083 617/8533/8075</w:t>
        <w:br/>
        <w:t>f 626/8542/8084 615/8531/8073 619/8535/8077</w:t>
        <w:br/>
        <w:t>f 615/8531/8073 626/8542/8084 627/8543/8085</w:t>
        <w:br/>
        <w:t>f 618/8534/8076 623/8539/8081 628/8544/8086</w:t>
        <w:br/>
        <w:t>f 625/8541/8083 624/8540/8082 629/8545/8087</w:t>
        <w:br/>
        <w:t>f 629/8545/8087 630/8546/8088 625/8541/8083</w:t>
        <w:br/>
        <w:t>f 631/8547/8089 627/8543/8085 626/8542/8084</w:t>
        <w:br/>
        <w:t>f 627/8543/8085 631/8547/8089 632/8548/8090</w:t>
        <w:br/>
        <w:t>f 633/8549/8091 628/8544/8086 623/8539/8081</w:t>
        <w:br/>
        <w:t>f 628/8544/8086 633/8549/8091 634/8550/8092</w:t>
        <w:br/>
        <w:t>f 622/8538/8080 608/8524/8066 635/8551/8093</w:t>
        <w:br/>
        <w:t>f 635/8551/8093 636/8552/8094 622/8538/8080</w:t>
        <w:br/>
        <w:t>f 636/8552/8094 635/8551/8093 637/8553/8095</w:t>
        <w:br/>
        <w:t>f 637/8553/8095 638/8554/8096 636/8552/8094</w:t>
        <w:br/>
        <w:t>f 639/8555/8097 634/8550/8092 633/8549/8091</w:t>
        <w:br/>
        <w:t>f 638/8554/8096 637/8553/8095 640/8556/8098</w:t>
        <w:br/>
        <w:t>f 641/8557/8099 632/8548/8090 631/8547/8089</w:t>
        <w:br/>
        <w:t>f 634/8550/8092 639/8555/8097 642/8558/8100</w:t>
        <w:br/>
        <w:t>f 632/8548/8090 641/8557/8099 643/8559/8101</w:t>
        <w:br/>
        <w:t>f 629/8545/8087 644/8560/8102 630/8546/8088</w:t>
        <w:br/>
        <w:t>f 639/8555/8097 645/8561/8103 642/8558/8100</w:t>
        <w:br/>
        <w:t>f 648/8562/8104 647/8563/8105 646/8564/8106</w:t>
        <w:br/>
        <w:t>f 651/8565/8107 650/8566/8108 649/8567/8109</w:t>
        <w:br/>
        <w:t>f 645/8561/8110 638/8554/8111 652/8568/8112</w:t>
        <w:br/>
        <w:t>f 650/8566/8108 653/8569/8113 649/8567/8109</w:t>
        <w:br/>
        <w:t>f 654/8570/8114 649/8567/8109 653/8569/8113</w:t>
        <w:br/>
        <w:t>f 655/8571/8115 630/8546/8088 644/8560/8102</w:t>
        <w:br/>
        <w:t>f 647/8563/8105 648/8562/8104 656/8572/8116</w:t>
        <w:br/>
        <w:t>f 630/8546/8088 655/8571/8115 657/8573/8117</w:t>
        <w:br/>
        <w:t>f 660/8574/8118 659/8575/8118 658/8576/8119</w:t>
        <w:br/>
        <w:t>f 649/8567/8109 654/8570/8114 661/8577/8120</w:t>
        <w:br/>
        <w:t>f 664/8578/8121 663/8579/8122 662/8580/8123</w:t>
        <w:br/>
        <w:t>f 667/8581/8124 666/8582/8125 665/8583/8126</w:t>
        <w:br/>
        <w:t>f 668/8584/8127 656/8572/8116 648/8562/8104</w:t>
        <w:br/>
        <w:t>f 658/8576/8128 655/8571/8129 669/8585/8130</w:t>
        <w:br/>
        <w:t>f 670/8586/8131 668/8584/8127 648/8562/8104</w:t>
        <w:br/>
        <w:t>f 663/8579/8122 664/8578/8121 671/8587/8132</w:t>
        <w:br/>
        <w:t>f 672/8588/8133 658/8576/8128 669/8585/8130</w:t>
        <w:br/>
        <w:t>f 670/8586/8131 673/8589/8134 668/8584/8127</w:t>
        <w:br/>
        <w:t>f 658/8576/8128 672/8588/8133 674/8590/8135</w:t>
        <w:br/>
        <w:t>f 664/8578/8121 675/8591/8136 671/8587/8132</w:t>
        <w:br/>
        <w:t>f 670/8586/8131 676/8592/8137 673/8589/8134</w:t>
        <w:br/>
        <w:t>f 675/8591/8136 664/8578/8121 677/8593/8138</w:t>
        <w:br/>
        <w:t>f 666/8582/8125 667/8581/8124 678/8594/8139</w:t>
        <w:br/>
        <w:t>f 679/8595/8140 673/8589/8134 676/8592/8137</w:t>
        <w:br/>
        <w:t>f 680/8596/8141 675/8591/8136 677/8593/8138</w:t>
        <w:br/>
        <w:t>f 681/8597/8142 674/8590/8135 672/8588/8133</w:t>
        <w:br/>
        <w:t>f 673/8589/8134 679/8595/8140 682/8598/8143</w:t>
        <w:br/>
        <w:t>f 674/8590/8135 681/8597/8142 683/8599/8144</w:t>
        <w:br/>
        <w:t>f 684/8600/8145 683/8599/8144 681/8597/8142</w:t>
        <w:br/>
        <w:t>f 667/8581/8124 685/8601/8146 678/8594/8139</w:t>
        <w:br/>
        <w:t>f 677/8593/8138 686/8602/8147 680/8596/8141</w:t>
        <w:br/>
        <w:t>f 667/8581/8124 687/8603/8148 685/8601/8146</w:t>
        <w:br/>
        <w:t>f 688/8604/8149 682/8598/8143 679/8595/8140</w:t>
        <w:br/>
        <w:t>f 689/8605/8150 680/8596/8141 686/8602/8147</w:t>
        <w:br/>
        <w:t>f 682/8598/8143 688/8604/8149 690/8606/8151</w:t>
        <w:br/>
        <w:t>f 687/8603/8148 691/8607/8152 685/8601/8146</w:t>
        <w:br/>
        <w:t>f 686/8602/8147 692/8608/8153 689/8605/8150</w:t>
        <w:br/>
        <w:t>f 691/8607/8152 687/8603/8148 693/8609/8154</w:t>
        <w:br/>
        <w:t>f 694/8610/8155 689/8605/8150 692/8608/8153</w:t>
        <w:br/>
        <w:t>f 695/8611/8156 690/8606/8151 688/8604/8149</w:t>
        <w:br/>
        <w:t>f 693/8609/8154 696/8612/8157 691/8607/8152</w:t>
        <w:br/>
        <w:t>f 692/8608/8153 697/8613/8158 694/8610/8155</w:t>
        <w:br/>
        <w:t>f 696/8612/8157 693/8609/8154 698/8614/8159</w:t>
        <w:br/>
        <w:t>f 683/8599/8144 684/8600/8145 699/8615/8160</w:t>
        <w:br/>
        <w:t>f 700/8616/8161 696/8612/8157 698/8614/8159</w:t>
        <w:br/>
        <w:t>f 700/8616/8161 698/8614/8159 701/8617/8162</w:t>
        <w:br/>
        <w:t>f 702/8618/8163 700/8616/8161 701/8617/8162</w:t>
        <w:br/>
        <w:t>f 700/8616/8161 702/8618/8163 703/8619/8164</w:t>
        <w:br/>
        <w:t>f 704/8620/8165 699/8615/8160 684/8600/8145</w:t>
        <w:br/>
        <w:t>f 690/8606/8151 695/8611/8156 705/8621/8166</w:t>
        <w:br/>
        <w:t>f 699/8615/8160 704/8620/8165 706/8622/8167</w:t>
        <w:br/>
        <w:t>f 709/8623/8168 708/8624/8169 707/8625/8170</w:t>
        <w:br/>
        <w:t>f 697/8613/8158 707/8625/8170 708/8624/8169</w:t>
        <w:br/>
        <w:t>f 708/8624/8169 694/8610/8155 697/8613/8158</w:t>
        <w:br/>
        <w:t>f 710/8626/8171 705/8621/8166 695/8611/8156</w:t>
        <w:br/>
        <w:t>f 708/8624/8169 709/8623/8168 711/8627/8172</w:t>
        <w:br/>
        <w:t>f 713/8628/8173 710/8626/8171 712/8629/8174</w:t>
        <w:br/>
        <w:t>f 705/8621/8166 710/8626/8171 714/8630/8175</w:t>
        <w:br/>
        <w:t>f 710/8626/8171 713/8628/8173 714/8630/8175</w:t>
        <w:br/>
        <w:t>f 715/8631/8176 706/8622/8167 704/8620/8165</w:t>
        <w:br/>
        <w:t>f 717/8632/8177 715/8631/8176 716/8633/8178</w:t>
        <w:br/>
        <w:t>f 706/8622/8167 715/8631/8176 718/8634/8179</w:t>
        <w:br/>
        <w:t>f 715/8631/8176 717/8632/8177 718/8634/8179</w:t>
        <w:br/>
        <w:t>f 721/8635/8180 720/8636/8181 719/8637/8182</w:t>
        <w:br/>
        <w:t>f 720/8636/8181 721/8635/8180 722/8638/8183</w:t>
        <w:br/>
        <w:t>f 723/8639/8184 720/8636/8181 722/8638/8183</w:t>
        <w:br/>
        <w:t>f 726/8640/8185 725/8641/8186 724/8642/8187</w:t>
        <w:br/>
        <w:t>f 723/8639/8184 728/8643/8188 727/8644/8189</w:t>
        <w:br/>
        <w:t>f 728/8643/8188 723/8639/8184 729/8645/8190</w:t>
        <w:br/>
        <w:t>f 729/8645/8190 723/8639/8184 722/8638/8183</w:t>
        <w:br/>
        <w:t>f 732/8646/8191 731/8647/8192 730/8648/8193</w:t>
        <w:br/>
        <w:t>f 724/8642/8187 733/8649/8194 730/8648/8193</w:t>
        <w:br/>
        <w:t>f 730/8648/8193 733/8649/8194 732/8646/8191</w:t>
        <w:br/>
        <w:t>f 733/8649/8194 724/8642/8187 725/8641/8186</w:t>
        <w:br/>
        <w:t>f 733/8649/8194 734/8650/8195 732/8646/8191</w:t>
        <w:br/>
        <w:t>f 734/8650/8195 733/8649/8194 735/8651/8196</w:t>
        <w:br/>
        <w:t>f 725/8641/8186 726/8640/8185 736/8652/8197</w:t>
        <w:br/>
        <w:t>f 736/8652/8197 737/8653/8198 725/8641/8186</w:t>
        <w:br/>
        <w:t>f 738/8654/8199 734/8650/8195 735/8651/8196</w:t>
        <w:br/>
        <w:t>f 734/8650/8195 738/8654/8199 739/8655/8200</w:t>
        <w:br/>
        <w:t>f 742/8656/8201 741/8657/8202 740/8658/8203</w:t>
        <w:br/>
        <w:t>f 742/8656/8201 740/8658/8203 743/8659/8204</w:t>
        <w:br/>
        <w:t>f 746/8660/8205 745/8661/8206 744/8662/8207</w:t>
        <w:br/>
        <w:t>f 747/8663/8208 745/8661/8206 746/8660/8205</w:t>
        <w:br/>
        <w:t>f 743/8659/8204 748/8664/8209 742/8656/8201</w:t>
        <w:br/>
        <w:t>f 737/8653/8198 736/8652/8197 749/8665/8210</w:t>
        <w:br/>
        <w:t>f 748/8664/8209 743/8659/8204 750/8666/8211</w:t>
        <w:br/>
        <w:t>f 752/8667/8212 750/8666/8211 751/8668/8213</w:t>
        <w:br/>
        <w:t>f 752/8667/8212 748/8664/8209 750/8666/8211</w:t>
        <w:br/>
        <w:t>f 749/8665/8210 753/8669/8214 737/8653/8198</w:t>
        <w:br/>
        <w:t>f 753/8669/8214 749/8665/8210 754/8670/8215</w:t>
        <w:br/>
        <w:t>f 753/8669/8214 735/8651/8196 737/8653/8198</w:t>
        <w:br/>
        <w:t>f 735/8651/8196 753/8669/8214 738/8654/8199</w:t>
        <w:br/>
        <w:t>f 746/8660/8205 744/8662/8207 755/8671/8216</w:t>
        <w:br/>
        <w:t>f 746/8660/8205 755/8671/8216 756/8672/8217</w:t>
        <w:br/>
        <w:t>f 757/8673/8218 756/8672/8217 755/8671/8216</w:t>
        <w:br/>
        <w:t>f 756/8672/8217 757/8673/8218 758/8674/8219</w:t>
        <w:br/>
        <w:t>f 761/8675/8220 760/8676/8221 759/8677/8222</w:t>
        <w:br/>
        <w:t>f 762/8678/8223 759/8677/8222 760/8676/8221</w:t>
        <w:br/>
        <w:t>f 765/8679/8224 764/8680/8225 763/8681/8226</w:t>
        <w:br/>
        <w:t>f 760/8676/8221 766/8682/8227 762/8678/8223</w:t>
        <w:br/>
        <w:t>f 766/8682/8227 760/8676/8221 767/8683/8228</w:t>
        <w:br/>
        <w:t>f 769/8684/8229 768/8685/8230 767/8683/8231</w:t>
        <w:br/>
        <w:t>f 764/8680/8225 770/8686/8232 763/8681/8226</w:t>
        <w:br/>
        <w:t>f 771/8687/8233 770/8686/8232 764/8680/8225</w:t>
        <w:br/>
        <w:t>f 774/8688/8234 773/8689/8235 772/8690/8236</w:t>
        <w:br/>
        <w:t>f 773/8689/8235 774/8688/8234 775/8691/8237</w:t>
        <w:br/>
        <w:t>f 778/8692/8238 777/8693/8239 776/8694/8240</w:t>
        <w:br/>
        <w:t>f 777/8693/8239 778/8692/8238 779/8695/8241</w:t>
        <w:br/>
        <w:t>f 779/8695/8241 780/8696/8242 777/8693/8239</w:t>
        <w:br/>
        <w:t>f 772/8690/8236 781/8697/8243 774/8688/8234</w:t>
        <w:br/>
        <w:t>f 780/8696/8242 779/8695/8241 782/8698/8244</w:t>
        <w:br/>
        <w:t>f 781/8697/8243 772/8690/8236 783/8699/8245</w:t>
        <w:br/>
        <w:t>f 770/8686/8232 771/8687/8233 784/8700/8246</w:t>
        <w:br/>
        <w:t>f 785/8701/8247 780/8696/8242 782/8698/8244</w:t>
        <w:br/>
        <w:t>f 783/8699/8245 786/8702/8248 781/8697/8243</w:t>
        <w:br/>
        <w:t>f 780/8696/8242 785/8701/8247 787/8703/8249</w:t>
        <w:br/>
        <w:t>f 785/8701/8247 788/8704/8250 787/8703/8249</w:t>
        <w:br/>
        <w:t>f 771/8687/8233 789/8705/8251 784/8700/8246</w:t>
        <w:br/>
        <w:t>f 786/8702/8248 783/8699/8245 790/8706/8252</w:t>
        <w:br/>
        <w:t>f 789/8705/8251 771/8687/8233 791/8707/8253</w:t>
        <w:br/>
        <w:t>f 768/8685/8230 769/8684/8229 792/8708/8254</w:t>
        <w:br/>
        <w:t>f 788/8704/8250 785/8701/8247 793/8709/8255</w:t>
        <w:br/>
        <w:t>f 794/8710/8256 788/8704/8250 793/8709/8255</w:t>
        <w:br/>
        <w:t>f 769/8684/8229 795/8711/8257 792/8708/8254</w:t>
        <w:br/>
        <w:t>f 796/8712/8258 789/8705/8251 791/8707/8253</w:t>
        <w:br/>
        <w:t>f 795/8711/8257 769/8684/8229 797/8713/8259</w:t>
        <w:br/>
        <w:t>f 798/8714/8260 786/8702/8248 790/8706/8252</w:t>
        <w:br/>
        <w:t>f 799/8715/8261 789/8705/8251 796/8712/8258</w:t>
        <w:br/>
        <w:t>f 800/8716/8262 786/8702/8248 798/8714/8260</w:t>
        <w:br/>
        <w:t>f 797/8713/8259 801/8717/8263 795/8711/8257</w:t>
        <w:br/>
        <w:t>f 802/8718/8264 799/8715/8261 796/8712/8258</w:t>
        <w:br/>
        <w:t>f 801/8717/8263 797/8713/8259 803/8719/8265</w:t>
        <w:br/>
        <w:t>f 804/8720/8266 800/8716/8262 798/8714/8260</w:t>
        <w:br/>
        <w:t>f 799/8715/8261 802/8718/8264 805/8721/8267</w:t>
        <w:br/>
        <w:t>f 803/8719/8265 806/8722/8268 801/8717/8263</w:t>
        <w:br/>
        <w:t>f 807/8723/8269 805/8721/8267 802/8718/8264</w:t>
        <w:br/>
        <w:t>f 806/8722/8268 803/8719/8265 808/8724/8270</w:t>
        <w:br/>
        <w:t>f 800/8716/8262 804/8720/8266 809/8725/8271</w:t>
        <w:br/>
        <w:t>f 794/8710/8256 793/8709/8255 810/8726/8272</w:t>
        <w:br/>
        <w:t>f 810/8726/8272 811/8727/8273 794/8710/8256</w:t>
        <w:br/>
        <w:t>f 805/8721/8267 807/8723/8269 812/8728/8274</w:t>
        <w:br/>
        <w:t>f 804/8720/8266 813/8729/8275 809/8725/8271</w:t>
        <w:br/>
        <w:t>f 811/8727/8273 810/8726/8272 814/8730/8276</w:t>
        <w:br/>
        <w:t>f 809/8725/8271 813/8729/8275 815/8731/8277</w:t>
        <w:br/>
        <w:t>f 814/8730/8276 816/8732/8278 811/8727/8273</w:t>
        <w:br/>
        <w:t>f 807/8723/8269 817/8733/8279 812/8728/8274</w:t>
        <w:br/>
        <w:t>f 808/8724/8270 818/8734/8280 806/8722/8268</w:t>
        <w:br/>
        <w:t>f 818/8734/8280 808/8724/8270 819/8735/8281</w:t>
        <w:br/>
        <w:t>f 813/8729/8275 820/8736/8282 815/8731/8277</w:t>
        <w:br/>
        <w:t>f 817/8733/8279 821/8737/8283 812/8728/8274</w:t>
        <w:br/>
        <w:t>f 816/8732/8278 814/8730/8276 822/8738/8284</w:t>
        <w:br/>
        <w:t>f 815/8731/8277 820/8736/8282 823/8739/8285</w:t>
        <w:br/>
        <w:t>f 822/8738/8284 824/8740/8286 816/8732/8278</w:t>
        <w:br/>
        <w:t>f 816/8732/8278 824/8740/8286 825/8741/8287</w:t>
        <w:br/>
        <w:t>f 820/8736/8282 826/8742/8288 823/8739/8285</w:t>
        <w:br/>
        <w:t>f 817/8733/8279 827/8743/8289 821/8737/8283</w:t>
        <w:br/>
        <w:t>f 823/8739/8285 826/8742/8288 828/8744/8290</w:t>
        <w:br/>
        <w:t>f 819/8735/8281 829/8745/8291 818/8734/8280</w:t>
        <w:br/>
        <w:t>f 827/8743/8289 817/8733/8279 830/8746/8292</w:t>
        <w:br/>
        <w:t>f 829/8745/8291 819/8735/8281 831/8747/8293</w:t>
        <w:br/>
        <w:t>f 832/8748/8294 828/8744/8290 826/8742/8288</w:t>
        <w:br/>
        <w:t>f 830/8746/8292 833/8749/8295 827/8743/8289</w:t>
        <w:br/>
        <w:t>f 834/8750/8296 825/8741/8287 824/8740/8286</w:t>
        <w:br/>
        <w:t>f 828/8744/8290 832/8748/8294 835/8751/8297</w:t>
        <w:br/>
        <w:t>f 825/8741/8287 834/8750/8296 836/8752/8298</w:t>
        <w:br/>
        <w:t>f 834/8750/8296 837/8753/8299 836/8752/8298</w:t>
        <w:br/>
        <w:t>f 831/8747/8293 838/8754/8300 829/8745/8291</w:t>
        <w:br/>
        <w:t>f 833/8749/8295 830/8746/8292 839/8755/8301</w:t>
        <w:br/>
        <w:t>f 838/8754/8300 831/8747/8293 840/8756/8302</w:t>
        <w:br/>
        <w:t>f 841/8757/8303 838/8754/8300 840/8756/8302</w:t>
        <w:br/>
        <w:t>f 837/8753/8299 834/8750/8296 842/8758/8304</w:t>
        <w:br/>
        <w:t>f 832/8748/8294 843/8759/8305 835/8751/8297</w:t>
        <w:br/>
        <w:t>f 844/8760/8306 838/8754/8300 841/8757/8303</w:t>
        <w:br/>
        <w:t>f 845/8761/8307 833/8749/8295 839/8755/8301</w:t>
        <w:br/>
        <w:t>f 846/8762/8308 844/8760/8306 841/8757/8303</w:t>
        <w:br/>
        <w:t>f 843/8759/8305 832/8748/8294 847/8763/8309</w:t>
        <w:br/>
        <w:t>f 848/8764/8310 833/8749/8295 845/8761/8307</w:t>
        <w:br/>
        <w:t>f 849/8765/8311 837/8753/8299 842/8758/8304</w:t>
        <w:br/>
        <w:t>f 847/8763/8309 850/8766/8312 843/8759/8305</w:t>
        <w:br/>
        <w:t>f 837/8753/8299 849/8765/8311 851/8767/8313</w:t>
        <w:br/>
        <w:t>f 845/8761/8307 852/8768/8314 848/8764/8310</w:t>
        <w:br/>
        <w:t>f 850/8766/8312 847/8763/8309 853/8769/8315</w:t>
        <w:br/>
        <w:t>f 854/8770/8316 844/8760/8306 846/8762/8308</w:t>
        <w:br/>
        <w:t>f 852/8768/8314 845/8761/8307 855/8771/8317</w:t>
        <w:br/>
        <w:t>f 846/8762/8308 856/8772/8318 854/8770/8316</w:t>
        <w:br/>
        <w:t>f 857/8773/8319 851/8767/8313 849/8765/8311</w:t>
        <w:br/>
        <w:t>f 853/8769/8315 858/8774/8320 850/8766/8312</w:t>
        <w:br/>
        <w:t>f 851/8767/8313 857/8773/8319 859/8775/8321</w:t>
        <w:br/>
        <w:t>f 860/8776/8322 859/8775/8321 857/8773/8319</w:t>
        <w:br/>
        <w:t>f 858/8774/8320 853/8769/8315 861/8777/8323</w:t>
        <w:br/>
        <w:t>f 855/8771/8317 862/8778/8324 852/8768/8314</w:t>
        <w:br/>
        <w:t>f 861/8777/8323 863/8779/8325 858/8774/8320</w:t>
        <w:br/>
        <w:t>f 864/8780/8326 854/8770/8316 856/8772/8318</w:t>
        <w:br/>
        <w:t>f 862/8778/8324 855/8771/8317 865/8781/8327</w:t>
        <w:br/>
        <w:t>f 856/8772/8318 866/8782/8328 864/8780/8326</w:t>
        <w:br/>
        <w:t>f 859/8775/8321 860/8776/8322 867/8783/8329</w:t>
        <w:br/>
        <w:t>f 860/8776/8322 868/8784/8330 867/8783/8329</w:t>
        <w:br/>
        <w:t>f 869/8785/8331 864/8780/8326 866/8782/8328</w:t>
        <w:br/>
        <w:t>f 866/8782/8328 870/8786/8332 869/8785/8331</w:t>
        <w:br/>
        <w:t>f 865/8781/8327 871/8787/8333 862/8778/8324</w:t>
        <w:br/>
        <w:t>f 871/8787/8333 865/8781/8327 872/8788/8334</w:t>
        <w:br/>
        <w:t>f 863/8779/8325 861/8777/8323 873/8789/8335</w:t>
        <w:br/>
        <w:t>f 874/8790/8336 869/8785/8331 870/8786/8332</w:t>
        <w:br/>
        <w:t>f 875/8791/8337 871/8787/8333 872/8788/8334</w:t>
        <w:br/>
        <w:t>f 870/8786/8332 876/8792/8338 874/8790/8336</w:t>
        <w:br/>
        <w:t>f 873/8789/8335 877/8793/8339 863/8779/8325</w:t>
        <w:br/>
        <w:t>f 868/8784/8330 860/8776/8322 878/8794/8340</w:t>
        <w:br/>
        <w:t>f 878/8794/8340 879/8795/8341 868/8784/8330</w:t>
        <w:br/>
        <w:t>f 871/8787/8333 875/8791/8337 880/8796/8342</w:t>
        <w:br/>
        <w:t>f 873/8789/8335 881/8797/8343 877/8793/8339</w:t>
        <w:br/>
        <w:t>f 874/8790/8336 876/8792/8338 882/8798/8344</w:t>
        <w:br/>
        <w:t>f 875/8791/8337 883/8799/8345 880/8796/8342</w:t>
        <w:br/>
        <w:t>f 886/8800/8346 885/8801/8347 884/8802/8348</w:t>
        <w:br/>
        <w:t>f 885/8801/8347 886/8800/8346 887/8803/8349</w:t>
        <w:br/>
        <w:t>f 889/8804/8350 883/8799/8345 888/8805/8351</w:t>
        <w:br/>
        <w:t>f 890/8806/8352 880/8796/8342 883/8799/8345</w:t>
        <w:br/>
        <w:t>f 883/8799/8345 889/8804/8350 890/8806/8352</w:t>
        <w:br/>
        <w:t>f 891/8807/8353 877/8793/8339 881/8797/8343</w:t>
        <w:br/>
        <w:t>f 894/8808/8354 893/8809/8355 892/8810/8356</w:t>
        <w:br/>
        <w:t>f 896/8811/8357 879/8795/8341 895/8812/8358</w:t>
        <w:br/>
        <w:t>f 877/8793/8339 891/8807/8353 897/8813/8359</w:t>
        <w:br/>
        <w:t>f 879/8795/8341 878/8794/8340 898/8814/8360</w:t>
        <w:br/>
        <w:t>f 893/8809/8355 894/8808/8354 899/8815/8361</w:t>
        <w:br/>
        <w:t>f 898/8814/8360 895/8812/8358 879/8795/8341</w:t>
        <w:br/>
        <w:t>f 902/8816/8362 901/8817/8363 900/8818/8364</w:t>
        <w:br/>
        <w:t>f 902/8816/8362 903/8819/8365 901/8817/8363</w:t>
        <w:br/>
        <w:t>f 906/8820/8366 905/8821/8367 904/8822/8368</w:t>
        <w:br/>
        <w:t>f 903/8819/8365 907/8823/8369 901/8817/8363</w:t>
        <w:br/>
        <w:t>f 905/8821/8367 906/8820/8366 908/8824/8370</w:t>
        <w:br/>
        <w:t>f 911/8825/8371 910/8826/8372 909/8827/8373</w:t>
        <w:br/>
        <w:t>f 907/8823/8369 903/8819/8365 912/8828/8374</w:t>
        <w:br/>
        <w:t>f 913/8829/8375 907/8823/8369 912/8828/8374</w:t>
        <w:br/>
        <w:t>f 910/8826/8372 911/8825/8371 914/8830/8376</w:t>
        <w:br/>
        <w:t>f 915/8831/8377 914/8830/8376 911/8825/8371</w:t>
        <w:br/>
        <w:t>f 908/8824/8370 916/8832/8378 905/8821/8367</w:t>
        <w:br/>
        <w:t>f 918/8833/8379 916/8832/8380 917/8834/8381</w:t>
        <w:br/>
        <w:t>f 919/8835/8382 905/8821/8367 916/8832/8378</w:t>
        <w:br/>
        <w:t>f 914/8830/8376 915/8831/8377 920/8836/8383</w:t>
        <w:br/>
        <w:t>f 921/8837/8384 920/8836/8383 915/8831/8377</w:t>
        <w:br/>
        <w:t>f 912/8828/8374 922/8838/8385 913/8829/8375</w:t>
        <w:br/>
        <w:t>f 916/8832/8378 923/8839/8386 919/8835/8382</w:t>
        <w:br/>
        <w:t>f 913/8829/8375 925/8840/8387 924/8841/8388</w:t>
        <w:br/>
        <w:t>f 925/8840/8387 913/8829/8375 922/8838/8385</w:t>
        <w:br/>
        <w:t>f 927/8842/8389 926/8843/8390 923/8839/8386</w:t>
        <w:br/>
        <w:t>f 923/8839/8386 916/8832/8378 927/8842/8389</w:t>
        <w:br/>
        <w:t>f 926/8843/8390 927/8842/8389 928/8844/8391</w:t>
        <w:br/>
        <w:t>f 931/8845/8392 930/8846/8393 929/8847/8394</w:t>
        <w:br/>
        <w:t>f 934/8848/8395 933/8849/8395 932/8850/8396</w:t>
        <w:br/>
        <w:t>f 935/8851/8397 929/8847/8394 930/8846/8393</w:t>
        <w:br/>
        <w:t>f 916/8832/8380 918/8833/8379 936/8852/8398</w:t>
        <w:br/>
        <w:t>f 932/8850/8399 916/8832/8380 936/8852/8398</w:t>
        <w:br/>
        <w:t>f 936/8852/8398 914/8830/8376 920/8836/8383</w:t>
        <w:br/>
        <w:t>f 937/8853/8400 929/8847/8394 935/8851/8397</w:t>
        <w:br/>
        <w:t>f 932/8850/8399 936/8852/8398 937/8853/8401</w:t>
        <w:br/>
        <w:t>f 929/8847/8394 937/8853/8400 938/8854/8402</w:t>
        <w:br/>
        <w:t>f 938/8854/8402 937/8853/8400 939/8855/8403</w:t>
        <w:br/>
        <w:t>f 920/8836/8383 940/8856/8404 936/8852/8398</w:t>
        <w:br/>
        <w:t>f 940/8856/8404 937/8853/8401 936/8852/8398</w:t>
        <w:br/>
        <w:t>f 939/8855/8403 937/8853/8400 941/8857/8405</w:t>
        <w:br/>
        <w:t>f 940/8856/8404 943/8858/8406 942/8859/8407</w:t>
        <w:br/>
        <w:t>f 946/8860/8408 945/8861/8409 944/8862/8410</w:t>
        <w:br/>
        <w:t>f 940/8856/8404 948/8863/8411 947/8864/8412</w:t>
        <w:br/>
        <w:t>f 920/8836/8383 921/8837/8384 949/8865/8413</w:t>
        <w:br/>
        <w:t>f 952/8866/8414 951/8867/8415 950/8868/8414</w:t>
        <w:br/>
        <w:t>f 947/8864/8412 953/8869/8416 940/8856/8404</w:t>
        <w:br/>
        <w:t>f 943/8858/8406 940/8856/8404 953/8869/8416</w:t>
        <w:br/>
        <w:t>f 947/8864/8412 955/8870/8417 954/8871/8418</w:t>
        <w:br/>
        <w:t>f 954/8871/8418 953/8869/8416 947/8864/8412</w:t>
        <w:br/>
        <w:t>f 944/8862/8410 945/8861/8409 956/8872/8419</w:t>
        <w:br/>
        <w:t>f 953/8869/8416 957/8873/8420 943/8858/8406</w:t>
        <w:br/>
        <w:t>f 943/8858/8406 957/8873/8420 958/8874/8421</w:t>
        <w:br/>
        <w:t>f 953/8869/8416 954/8871/8418 959/8875/8422</w:t>
        <w:br/>
        <w:t>f 957/8873/8420 953/8869/8416 959/8875/8422</w:t>
        <w:br/>
        <w:t>f 960/8876/8423 944/8862/8410 956/8872/8419</w:t>
        <w:br/>
        <w:t>f 944/8862/8410 960/8876/8423 961/8877/8424</w:t>
        <w:br/>
        <w:t>f 957/8873/8420 962/8878/8425 956/8872/8426</w:t>
        <w:br/>
        <w:t>f 963/8879/8427 961/8877/8424 960/8876/8423</w:t>
        <w:br/>
        <w:t>f 961/8877/8424 963/8879/8427 964/8880/8428</w:t>
        <w:br/>
        <w:t>f 966/8881/8429 965/8882/8430 956/8872/8426</w:t>
        <w:br/>
        <w:t>f 966/8881/8429 963/8879/8431 965/8882/8430</w:t>
        <w:br/>
        <w:t>f 956/8872/8426 962/8878/8425 966/8881/8429</w:t>
        <w:br/>
        <w:t>f 967/8883/8432 964/8880/8428 963/8879/8427</w:t>
        <w:br/>
        <w:t>f 964/8880/8428 967/8883/8432 968/8884/8433</w:t>
        <w:br/>
        <w:t>f 969/8885/8434 966/8881/8429 962/8878/8425</w:t>
        <w:br/>
        <w:t>f 970/8886/8435 969/8885/8434 962/8878/8425</w:t>
        <w:br/>
        <w:t>f 971/8887/8436 966/8881/8429 969/8885/8434</w:t>
        <w:br/>
        <w:t>f 970/8886/8435 962/8878/8425 972/8888/8437</w:t>
        <w:br/>
        <w:t>f 962/8878/8425 957/8873/8420 972/8888/8437</w:t>
        <w:br/>
        <w:t>f 970/8886/8435 972/8888/8437 973/8889/8438</w:t>
        <w:br/>
        <w:t>f 971/8887/8436 974/8890/8439 966/8881/8429</w:t>
        <w:br/>
        <w:t>f 963/8879/8431 966/8881/8429 974/8890/8439</w:t>
        <w:br/>
        <w:t>f 974/8890/8439 971/8887/8436 975/8891/8440</w:t>
        <w:br/>
        <w:t>f 976/8892/8441 963/8879/8431 974/8890/8439</w:t>
        <w:br/>
        <w:t>f 975/8891/8440 976/8892/8441 974/8890/8439</w:t>
        <w:br/>
        <w:t>f 963/8879/8431 976/8892/8441 977/8893/8442</w:t>
        <w:br/>
        <w:t>f 978/8894/8443 976/8892/8441 975/8891/8440</w:t>
        <w:br/>
        <w:t>f 981/8895/8444 980/8896/8445 979/8897/8446</w:t>
        <w:br/>
        <w:t>f 980/8896/8445 981/8895/8444 982/8898/8447</w:t>
        <w:br/>
        <w:t>f 984/8899/8448 983/8900/8449 980/8896/8445</w:t>
        <w:br/>
        <w:t>f 982/8898/8447 984/8899/8448 980/8896/8445</w:t>
        <w:br/>
        <w:t>f 984/8899/8448 985/8901/8450 983/8900/8449</w:t>
        <w:br/>
        <w:t>f 985/8901/8450 984/8899/8448 986/8902/8451</w:t>
        <w:br/>
        <w:t>f 982/8898/8447 988/8903/8452 987/8904/8453</w:t>
        <w:br/>
        <w:t>f 987/8904/8453 989/8905/8454 982/8898/8447</w:t>
        <w:br/>
        <w:t>f 989/8905/8454 984/8899/8448 982/8898/8447</w:t>
        <w:br/>
        <w:t>f 984/8899/8448 989/8905/8454 990/8906/8455</w:t>
        <w:br/>
        <w:t>f 991/8907/8456 984/8899/8448 990/8906/8455</w:t>
        <w:br/>
        <w:t>f 986/8902/8451 990/8906/8457 992/8908/8458</w:t>
        <w:br/>
        <w:t>f 973/8889/8438 972/8888/8437 993/8909/8459</w:t>
        <w:br/>
        <w:t>f 996/8910/8460 995/8911/8461 994/8912/8462</w:t>
        <w:br/>
        <w:t>f 996/8910/8460 994/8912/8462 997/8913/8463</w:t>
        <w:br/>
        <w:t>f 994/8912/8462 998/8914/8464 997/8913/8463</w:t>
        <w:br/>
        <w:t>f 993/8909/8459 972/8888/8437 999/8915/8465</w:t>
        <w:br/>
        <w:t>f 998/8914/8464 994/8912/8462 1000/8916/8466</w:t>
        <w:br/>
        <w:t>f 1000/8916/8466 1001/8917/8467 998/8914/8464</w:t>
        <w:br/>
        <w:t>f 999/8915/8465 972/8888/8437 1002/8918/8468</w:t>
        <w:br/>
        <w:t>f 1002/8918/8468 972/8888/8437 957/8873/8420</w:t>
        <w:br/>
        <w:t>f 1002/8918/8468 957/8873/8420 959/8875/8422</w:t>
        <w:br/>
        <w:t>f 1001/8917/8467 1000/8916/8466 1003/8919/8469</w:t>
        <w:br/>
        <w:t>f 1003/8919/8469 1004/8920/8470 1001/8917/8467</w:t>
        <w:br/>
        <w:t>f 1002/8918/8468 1005/8921/8471 999/8915/8465</w:t>
        <w:br/>
        <w:t>f 999/8915/8465 1005/8921/8471 993/8909/8459</w:t>
        <w:br/>
        <w:t>f 1004/8920/8470 1003/8919/8469 1006/8922/8472</w:t>
        <w:br/>
        <w:t>f 1006/8922/8472 1007/8923/8473 1004/8920/8470</w:t>
        <w:br/>
        <w:t>f 1008/8924/8474 1003/8919/8469 1000/8916/8466</w:t>
        <w:br/>
        <w:t>f 1007/8923/8473 1006/8922/8472 1009/8925/8475</w:t>
        <w:br/>
        <w:t>f 1009/8925/8475 1010/8926/8476 1007/8923/8473</w:t>
        <w:br/>
        <w:t>f 1003/8919/8469 1011/8927/8477 1006/8922/8472</w:t>
        <w:br/>
        <w:t>f 1011/8927/8477 1003/8919/8469 1008/8924/8474</w:t>
        <w:br/>
        <w:t>f 1006/8922/8472 1012/8928/8478 1009/8925/8475</w:t>
        <w:br/>
        <w:t>f 1012/8928/8478 1006/8922/8472 1011/8927/8477</w:t>
        <w:br/>
        <w:t>f 1010/8926/8476 1009/8925/8475 1013/8929/8479</w:t>
        <w:br/>
        <w:t>f 1014/8930/8480 1010/8926/8476 1013/8929/8479</w:t>
        <w:br/>
        <w:t>f 1014/8930/8480 1013/8929/8479 1015/8931/8481</w:t>
        <w:br/>
        <w:t>f 1013/8929/8479 1009/8925/8475 1016/8932/8482</w:t>
        <w:br/>
        <w:t>f 1009/8925/8475 1012/8928/8478 1016/8932/8482</w:t>
        <w:br/>
        <w:t>f 1013/8929/8479 1016/8932/8482 1015/8931/8481</w:t>
        <w:br/>
        <w:t>f 1017/8933/8483 1014/8930/8480 1015/8931/8481</w:t>
        <w:br/>
        <w:t>f 1017/8933/8483 1018/8934/8484 1014/8930/8480</w:t>
        <w:br/>
        <w:t>f 1010/8926/8476 1014/8930/8480 1018/8934/8484</w:t>
        <w:br/>
        <w:t>f 1021/8935/8485 1020/8936/8486 1019/8937/8487</w:t>
        <w:br/>
        <w:t>f 1022/8938/8488 1021/8935/8485 1019/8937/8487</w:t>
        <w:br/>
        <w:t>f 1020/8936/8486 1021/8935/8485 1023/8939/8489</w:t>
        <w:br/>
        <w:t>f 1024/8940/8490 1020/8936/8486 1023/8939/8489</w:t>
        <w:br/>
        <w:t>f 1023/8939/8489 1025/8941/8491 1015/8931/8481</w:t>
        <w:br/>
        <w:t>f 1021/8935/8485 1022/8938/8488 1026/8942/8492</w:t>
        <w:br/>
        <w:t>f 1027/8943/8493 1026/8942/8492 1022/8938/8488</w:t>
        <w:br/>
        <w:t>f 1030/8944/8494 1029/8945/8495 1028/8946/8496</w:t>
        <w:br/>
        <w:t>f 1031/8947/8497 1028/8946/8496 1029/8945/8495</w:t>
        <w:br/>
        <w:t>f 1033/8948/8498 1030/8944/8494 1032/8949/8499</w:t>
        <w:br/>
        <w:t>f 1030/8944/8494 1028/8946/8496 1032/8949/8499</w:t>
        <w:br/>
        <w:t>f 1034/8950/8500 1015/8931/8481 1025/8941/8491</w:t>
        <w:br/>
        <w:t>f 1032/8949/8499 1035/8951/8501 1033/8948/8498</w:t>
        <w:br/>
        <w:t>f 1015/8931/8481 1034/8950/8500 1036/8952/8502</w:t>
        <w:br/>
        <w:t>f 1034/8950/8500 1037/8953/8503 1036/8952/8502</w:t>
        <w:br/>
        <w:t>f 1038/8954/8484 1036/8952/8502 1037/8953/8503</w:t>
        <w:br/>
        <w:t>f 1041/8955/8504 1040/8956/8505 1039/8957/8506</w:t>
        <w:br/>
        <w:t>f 1035/8951/8501 1043/8958/8507 1042/8959/8508</w:t>
        <w:br/>
        <w:t>f 1043/8958/8507 1035/8951/8501 1032/8949/8499</w:t>
        <w:br/>
        <w:t>f 1039/8957/8506 1040/8956/8505 1044/8960/8509</w:t>
        <w:br/>
        <w:t>f 1040/8956/8505 1045/8961/8510 1044/8960/8509</w:t>
        <w:br/>
        <w:t>f 1046/8962/8511 1043/8958/8507 1032/8949/8499</w:t>
        <w:br/>
        <w:t>f 1045/8961/8510 1040/8956/8505 1047/8963/8512</w:t>
        <w:br/>
        <w:t>f 1032/8949/8499 1028/8946/8496 1046/8962/8511</w:t>
        <w:br/>
        <w:t>f 1047/8963/8512 1048/8964/8513 1045/8961/8510</w:t>
        <w:br/>
        <w:t>f 1048/8964/8513 1047/8963/8512 1049/8965/8514</w:t>
        <w:br/>
        <w:t>f 1028/8946/8496 1050/8966/8515 1046/8962/8511</w:t>
        <w:br/>
        <w:t>f 1049/8965/8514 1051/8967/8516 1048/8964/8513</w:t>
        <w:br/>
        <w:t>f 1050/8966/8515 1028/8946/8496 1052/8968/8517</w:t>
        <w:br/>
        <w:t>f 1028/8946/8496 1031/8947/8497 1052/8968/8517</w:t>
        <w:br/>
        <w:t>f 1051/8967/8516 1049/8965/8514 1053/8969/8518</w:t>
        <w:br/>
        <w:t>f 1054/8970/8519 1050/8966/8515 1052/8968/8517</w:t>
        <w:br/>
        <w:t>f 1051/8967/8516 1053/8969/8518 1055/8971/8520</w:t>
        <w:br/>
        <w:t>f 1051/8967/8516 1055/8971/8520 1056/8972/8521</w:t>
        <w:br/>
        <w:t>f 1056/8972/8521 1055/8971/8520 1057/8973/8522</w:t>
        <w:br/>
        <w:t>f 1058/8974/8523 1054/8970/8519 1052/8968/8517</w:t>
        <w:br/>
        <w:t>f 1059/8975/8524 1054/8970/8519 1058/8974/8523</w:t>
        <w:br/>
        <w:t>f 1060/8976/8525 1052/8968/8517 1031/8947/8497</w:t>
        <w:br/>
        <w:t>f 1052/8968/8517 1060/8976/8525 1058/8974/8523</w:t>
        <w:br/>
        <w:t>f 1026/8942/8492 1027/8943/8493 1061/8977/8526</w:t>
        <w:br/>
        <w:t>f 1055/8971/8520 1062/8978/8527 1057/8973/8522</w:t>
        <w:br/>
        <w:t>f 1057/8973/8522 1062/8978/8527 1063/8979/8528</w:t>
        <w:br/>
        <w:t>f 1064/8980/8529 1063/8979/8528 1062/8978/8527</w:t>
        <w:br/>
        <w:t>f 1059/8975/8524 1066/8981/8530 1065/8982/8531</w:t>
        <w:br/>
        <w:t>f 1066/8981/8530 1059/8975/8524 1058/8974/8523</w:t>
        <w:br/>
        <w:t>f 1067/8983/8532 1065/8982/8531 1066/8981/8530</w:t>
        <w:br/>
        <w:t>f 1065/8982/8531 1067/8983/8532 1068/8984/8533</w:t>
        <w:br/>
        <w:t>f 1069/8985/8534 1066/8981/8530 1058/8974/8523</w:t>
        <w:br/>
        <w:t>f 1060/8976/8525 1069/8985/8534 1058/8974/8523</w:t>
        <w:br/>
        <w:t>f 1070/8986/8535 1067/8983/8532 1066/8981/8530</w:t>
        <w:br/>
        <w:t>f 1066/8981/8530 1069/8985/8534 1070/8986/8535</w:t>
        <w:br/>
        <w:t>f 1071/8987/8536 1061/8977/8526 1027/8943/8493</w:t>
        <w:br/>
        <w:t>f 1060/8976/8525 1071/8987/8536 1069/8985/8534</w:t>
        <w:br/>
        <w:t>f 1000/8916/8466 1072/8988/8537 1008/8924/8474</w:t>
        <w:br/>
        <w:t>f 1072/8988/8537 1000/8916/8466 994/8912/8462</w:t>
        <w:br/>
        <w:t>f 1073/8989/8538 1069/8985/8534 1071/8987/8536</w:t>
        <w:br/>
        <w:t>f 994/8912/8462 1074/8990/8539 1072/8988/8537</w:t>
        <w:br/>
        <w:t>f 1069/8985/8534 1073/8989/8538 1070/8986/8535</w:t>
        <w:br/>
        <w:t>f 1074/8990/8539 994/8912/8462 993/8909/8459</w:t>
        <w:br/>
        <w:t>f 993/8909/8459 1075/8991/8540 1074/8990/8539</w:t>
        <w:br/>
        <w:t>f 1070/8986/8535 1073/8989/8538 1076/8992/8541</w:t>
        <w:br/>
        <w:t>f 993/8909/8459 1005/8921/8471 1075/8991/8540</w:t>
        <w:br/>
        <w:t>f 1076/8992/8541 1077/8993/8542 1070/8986/8535</w:t>
        <w:br/>
        <w:t>f 1067/8983/8532 1070/8986/8535 1077/8993/8542</w:t>
        <w:br/>
        <w:t>f 1078/8994/8543 1075/8991/8540 1005/8921/8471</w:t>
        <w:br/>
        <w:t>f 1078/8994/8543 1077/8993/8542 1076/8992/8541</w:t>
        <w:br/>
        <w:t>f 1077/8993/8542 1079/8995/8544 1067/8983/8532</w:t>
        <w:br/>
        <w:t>f 1079/8995/8544 1064/8980/8545 1067/8983/8532</w:t>
        <w:br/>
        <w:t>f 1077/8993/8542 1078/8994/8543 1080/8996/8546</w:t>
        <w:br/>
        <w:t>f 1077/8993/8542 1081/8997/8547 1079/8995/8544</w:t>
        <w:br/>
        <w:t>f 1080/8996/8546 1081/8997/8547 1077/8993/8542</w:t>
        <w:br/>
        <w:t>f 1081/8997/8547 1082/8998/8548 1079/8995/8544</w:t>
        <w:br/>
        <w:t>f 1079/8995/8544 1082/8998/8548 1064/8980/8545</w:t>
        <w:br/>
        <w:t>f 1080/8996/8546 1083/8999/8549 1081/8997/8547</w:t>
        <w:br/>
        <w:t>f 1085/9000/8438 1064/8980/8545 1084/9001/8435</w:t>
        <w:br/>
        <w:t>f 1080/8996/8546 1078/8994/8543 1086/9002/8550</w:t>
        <w:br/>
        <w:t>f 1083/8999/8549 1080/8996/8546 1086/9002/8550</w:t>
        <w:br/>
        <w:t>f 1084/9001/8435 1064/8980/8545 1087/9003/8551</w:t>
        <w:br/>
        <w:t>f 1087/9003/8551 1088/9004/8434 1084/9001/8435</w:t>
        <w:br/>
        <w:t>f 1081/8997/8547 1083/8999/8549 1089/9005/8552</w:t>
        <w:br/>
        <w:t>f 1081/8997/8547 1089/9005/8552 1082/8998/8548</w:t>
        <w:br/>
        <w:t>f 1088/9004/8434 1087/9003/8551 1090/9006/8553</w:t>
        <w:br/>
        <w:t>f 1090/9006/8553 1091/9007/8436 1088/9004/8434</w:t>
        <w:br/>
        <w:t>f 1087/9003/8551 1064/8980/8545 1092/9008/8554</w:t>
        <w:br/>
        <w:t>f 1091/9007/8436 1090/9006/8553 1093/9009/8555</w:t>
        <w:br/>
        <w:t>f 1087/9003/8551 1094/9010/8556 1090/9006/8553</w:t>
        <w:br/>
        <w:t>f 1094/9010/8556 1087/9003/8551 1092/9008/8554</w:t>
        <w:br/>
        <w:t>f 1090/9006/8553 1095/9011/8557 1093/9009/8555</w:t>
        <w:br/>
        <w:t>f 1095/9011/8557 1090/9006/8553 1094/9010/8556</w:t>
        <w:br/>
        <w:t>f 1096/9012/8558 1091/9007/8436 1093/9009/8555</w:t>
        <w:br/>
        <w:t>f 1093/9009/8555 1095/9011/8557 1096/9012/8558</w:t>
        <w:br/>
        <w:t>f 1096/9012/8558 1097/9013/8559 1091/9007/8436</w:t>
        <w:br/>
        <w:t>f 1064/8980/8545 1098/9014/8560 1092/9008/8554</w:t>
        <w:br/>
        <w:t>f 1064/8980/8545 1082/8998/8548 1098/9014/8560</w:t>
        <w:br/>
        <w:t>f 1099/9015/8561 1097/9013/8559 1096/9012/8558</w:t>
        <w:br/>
        <w:t>f 1097/9013/8559 1099/9015/8561 1100/9016/8443</w:t>
        <w:br/>
        <w:t>f 1103/9017/8562 1102/9018/8563 1101/9019/8564</w:t>
        <w:br/>
        <w:t>f 1102/9018/8563 1103/9017/8562 1104/9020/8565</w:t>
        <w:br/>
        <w:t>f 1107/9021/8566 1106/9022/8453 1105/9023/8567</w:t>
        <w:br/>
        <w:t>f 1106/9022/8453 1107/9021/8566 1108/9024/8568</w:t>
        <w:br/>
        <w:t>f 1109/9025/8569 1108/9024/8568 1103/9017/8570</w:t>
        <w:br/>
        <w:t>f 1101/9019/8564 1110/9026/8571 1103/9017/8562</w:t>
        <w:br/>
        <w:t>f 1108/9024/8568 1109/9025/8569 1111/9027/8572</w:t>
        <w:br/>
        <w:t>f 1110/9026/8571 1101/9019/8564 1112/9028/8573</w:t>
        <w:br/>
        <w:t>f 1096/9012/8558 1113/9029/8574 1099/9015/8561</w:t>
        <w:br/>
        <w:t>f 1114/9030/8575 1111/9027/8572 1109/9025/8569</w:t>
        <w:br/>
        <w:t>f 1112/9028/8576 1115/9031/8577 1109/9025/8569</w:t>
        <w:br/>
        <w:t>f 1111/9027/8572 1114/9030/8575 1116/9032/8578</w:t>
        <w:br/>
        <w:t>f 1117/9033/8579 1116/9032/8578 1114/9030/8575</w:t>
        <w:br/>
        <w:t>f 1117/9033/8579 1119/9034/8451 1118/9035/8580</w:t>
        <w:br/>
        <w:t>f 1119/9034/8451 1117/9033/8579 1120/9036/8581</w:t>
        <w:br/>
        <w:t>f 1114/9030/8575 1120/9036/8581 1117/9033/8579</w:t>
        <w:br/>
        <w:t>f 1122/9037/8582 1121/9038/8450 1119/9034/8583</w:t>
        <w:br/>
        <w:t>f 1123/9039/8584 1120/9036/8581 1114/9030/8575</w:t>
        <w:br/>
        <w:t>f 1114/9030/8575 1112/9028/8585 1123/9039/8584</w:t>
        <w:br/>
        <w:t>f 1120/9036/8581 1123/9039/8584 1124/9040/8586</w:t>
        <w:br/>
        <w:t>f 1124/9040/8586 1121/9038/8587 1120/9036/8581</w:t>
        <w:br/>
        <w:t>f 1113/9029/8574 1126/9041/8588 1125/9042/8589</w:t>
        <w:br/>
        <w:t>f 1126/9041/8588 1127/9043/8590 1125/9042/8589</w:t>
        <w:br/>
        <w:t>f 1130/9044/8591 1129/9045/8433 1128/9046/8592</w:t>
        <w:br/>
        <w:t>f 1129/9045/8433 1130/9044/8591 1131/9047/8593</w:t>
        <w:br/>
        <w:t>f 1127/9043/8590 1126/9041/8588 1132/9048/8594</w:t>
        <w:br/>
        <w:t>f 1113/9029/8574 1096/9012/8558 1133/9049/8595</w:t>
        <w:br/>
        <w:t>f 1126/9041/8588 1113/9029/8574 1133/9049/8595</w:t>
        <w:br/>
        <w:t>f 1133/9049/8595 1096/9012/8558 1095/9011/8557</w:t>
        <w:br/>
        <w:t>f 1126/9041/8588 1133/9049/8595 1095/9011/8557</w:t>
        <w:br/>
        <w:t>f 1132/9048/8594 1126/9041/8588 1134/9050/8596</w:t>
        <w:br/>
        <w:t>f 1134/9050/8596 1131/9047/8593 1130/9044/8591</w:t>
        <w:br/>
        <w:t>f 1131/9047/8593 1134/9050/8596 1135/9051/8424</w:t>
        <w:br/>
        <w:t>f 1134/9050/8596 1136/9052/8597 1135/9051/8424</w:t>
        <w:br/>
        <w:t>f 1126/9041/8588 1095/9011/8557 1137/9053/8598</w:t>
        <w:br/>
        <w:t>f 1126/9041/8588 1137/9053/8598 1134/9050/8596</w:t>
        <w:br/>
        <w:t>f 1095/9011/8557 1138/9054/8599 1137/9053/8598</w:t>
        <w:br/>
        <w:t>f 1134/9050/8596 1137/9053/8598 1138/9054/8599</w:t>
        <w:br/>
        <w:t>f 1138/9054/8599 1095/9011/8557 1094/9010/8556</w:t>
        <w:br/>
        <w:t>f 1139/9055/8600 1136/9052/8597 1134/9050/8596</w:t>
        <w:br/>
        <w:t>f 1140/9056/8601 1134/9050/8596 1138/9054/8599</w:t>
        <w:br/>
        <w:t>f 1139/9055/8600 1141/9057/8602 1136/9052/8597</w:t>
        <w:br/>
        <w:t>f 1094/9010/8556 1142/9058/8603 1138/9054/8599</w:t>
        <w:br/>
        <w:t>f 1142/9058/8603 1139/9055/8600 1138/9054/8599</w:t>
        <w:br/>
        <w:t>f 1142/9058/8603 1094/9010/8556 1092/9008/8554</w:t>
        <w:br/>
        <w:t>f 1092/9008/8554 1098/9014/8560 1142/9058/8603</w:t>
        <w:br/>
        <w:t>f 1143/9059/8604 1141/9057/8602 1139/9055/8600</w:t>
        <w:br/>
        <w:t>f 1146/9060/8605 1145/9061/8606 1144/9062/8403</w:t>
        <w:br/>
        <w:t>f 1139/9055/8600 1142/9058/8603 1147/9063/8607</w:t>
        <w:br/>
        <w:t>f 1147/9063/8607 1143/9059/8604 1139/9055/8600</w:t>
        <w:br/>
        <w:t>f 1145/9061/8606 1146/9060/8605 1148/9064/8608</w:t>
        <w:br/>
        <w:t>f 1142/9058/8603 1149/9065/8609 1147/9063/8607</w:t>
        <w:br/>
        <w:t>f 1142/9058/8603 1098/9014/8560 1149/9065/8609</w:t>
        <w:br/>
        <w:t>f 1150/9066/8610 1143/9059/8604 1147/9063/8607</w:t>
        <w:br/>
        <w:t>f 1149/9065/8609 1150/9066/8610 1147/9063/8607</w:t>
        <w:br/>
        <w:t>f 1151/9067/8611 1148/9064/8608 1143/9059/8604</w:t>
        <w:br/>
        <w:t>f 1143/9059/8604 1150/9066/8610 1151/9067/8611</w:t>
        <w:br/>
        <w:t>f 1148/9064/8608 1152/9068/8612 1145/9061/8606</w:t>
        <w:br/>
        <w:t>f 1149/9065/8609 1098/9014/8560 1153/9069/8613</w:t>
        <w:br/>
        <w:t>f 1153/9069/8613 1098/9014/8560 1082/8998/8548</w:t>
        <w:br/>
        <w:t>f 1153/9069/8613 1082/8998/8548 1089/9005/8552</w:t>
        <w:br/>
        <w:t>f 1152/9068/8612 1148/9064/8608 1154/9070/8614</w:t>
        <w:br/>
        <w:t>f 1155/9071/8615 1152/9068/8612 1154/9070/8614</w:t>
        <w:br/>
        <w:t>f 1152/9068/8612 1155/9071/8615 1156/9072/8392</w:t>
        <w:br/>
        <w:t>f 1157/9073/8616 1154/9070/8614 1148/9064/8608</w:t>
        <w:br/>
        <w:t>f 1157/9073/8616 1155/9071/8615 1154/9070/8614</w:t>
        <w:br/>
        <w:t>f 1157/9073/8616 1148/9064/8608 1158/9074/8617</w:t>
        <w:br/>
        <w:t>f 1148/9064/8608 1151/9067/8611 1158/9074/8617</w:t>
        <w:br/>
        <w:t>f 1161/9075/8618 1160/9076/8391 1159/9077/8619</w:t>
        <w:br/>
        <w:t>f 1160/9076/8391 1161/9075/8618 1162/9078/8390</w:t>
        <w:br/>
        <w:t>f 1165/9079/8620 1164/9080/8621 1163/9081/8622</w:t>
        <w:br/>
        <w:t>f 1164/9080/8621 1165/9079/8620 1166/9082/8623</w:t>
        <w:br/>
        <w:t>f 1167/9083/8624 1164/9080/8621 1166/9082/8623</w:t>
        <w:br/>
        <w:t>f 1159/9077/8619 1168/9084/8625 1161/9075/8618</w:t>
        <w:br/>
        <w:t>f 1164/9080/8621 1167/9083/8624 1169/9085/8626</w:t>
        <w:br/>
        <w:t>f 1170/9086/8627 1169/9085/8626 1167/9083/8624</w:t>
        <w:br/>
        <w:t>f 1170/9086/8627 1172/9087/8362 1171/9088/8364</w:t>
        <w:br/>
        <w:t>f 1172/9087/8362 1170/9086/8627 1173/9089/8628</w:t>
        <w:br/>
        <w:t>f 1167/9083/8624 1173/9089/8628 1170/9086/8627</w:t>
        <w:br/>
        <w:t>f 1176/9090/8629 1175/9091/8366 1174/9092/8368</w:t>
        <w:br/>
        <w:t>f 1167/9083/8624 1159/9077/8630 1177/9093/8631</w:t>
        <w:br/>
        <w:t>f 1178/9094/8632 1155/9071/8615 1157/9073/8616</w:t>
        <w:br/>
        <w:t>f 1173/9089/8628 1167/9083/8624 1179/9095/8633</w:t>
        <w:br/>
        <w:t>f 1179/9095/8633 1167/9083/8624 1177/9093/8631</w:t>
        <w:br/>
        <w:t>f 1157/9073/8616 1180/9096/8634 1178/9094/8632</w:t>
        <w:br/>
        <w:t>f 1179/9095/8633 1175/9091/8366 1173/9089/8628</w:t>
        <w:br/>
        <w:t>f 1182/9097/8635 1180/9096/8634 1181/9098/8636</w:t>
        <w:br/>
        <w:t>f 1180/9096/8634 1157/9073/8616 1183/9099/8637</w:t>
        <w:br/>
        <w:t>f 1183/9099/8637 1181/9098/8636 1180/9096/8634</w:t>
        <w:br/>
        <w:t>f 1183/9099/8637 1157/9073/8616 1184/9100/8638</w:t>
        <w:br/>
        <w:t>f 1184/9100/8638 1181/9098/8636 1183/9099/8637</w:t>
        <w:br/>
        <w:t>f 1184/9100/8638 1157/9073/8616 1158/9074/8617</w:t>
        <w:br/>
        <w:t>f 1181/9098/8636 1184/9100/8638 1185/9101/8377</w:t>
        <w:br/>
        <w:t>f 1184/9100/8638 1158/9074/8617 1151/9067/8611</w:t>
        <w:br/>
        <w:t>f 1184/9100/8638 1186/9102/8384 1185/9101/8377</w:t>
        <w:br/>
        <w:t>f 1151/9067/8611 1187/9103/8639 1184/9100/8638</w:t>
        <w:br/>
        <w:t>f 1186/9102/8384 1184/9100/8638 1187/9103/8639</w:t>
        <w:br/>
        <w:t>f 1187/9103/8639 1151/9067/8611 1150/9066/8610</w:t>
        <w:br/>
        <w:t>f 1190/9104/8415 1189/9105/8640 1188/9106/8641</w:t>
        <w:br/>
        <w:t>f 1191/9107/8642 1187/9103/8639 1150/9066/8610</w:t>
        <w:br/>
        <w:t>f 1187/9103/8639 1191/9107/8642 1188/9106/8643</w:t>
        <w:br/>
        <w:t>f 1150/9066/8610 1192/9108/8644 1191/9107/8642</w:t>
        <w:br/>
        <w:t>f 1193/9109/8645 1188/9106/8643 1191/9107/8642</w:t>
        <w:br/>
        <w:t>f 1192/9108/8644 1193/9109/8645 1191/9107/8642</w:t>
        <w:br/>
        <w:t>f 1194/9110/8646 1192/9108/8644 1150/9066/8610</w:t>
        <w:br/>
        <w:t>f 1149/9065/8609 1194/9110/8646 1150/9066/8610</w:t>
        <w:br/>
        <w:t>f 1194/9110/8646 1149/9065/8609 1195/9111/8647</w:t>
        <w:br/>
        <w:t>f 1195/9111/8647 1149/9065/8609 1153/9069/8613</w:t>
        <w:br/>
        <w:t>f 1196/9112/8648 1192/9108/8644 1194/9110/8646</w:t>
        <w:br/>
        <w:t>f 1196/9112/8648 1194/9110/8646 1195/9111/8647</w:t>
        <w:br/>
        <w:t>f 1195/9111/8647 1153/9069/8613 1197/9113/8649</w:t>
        <w:br/>
        <w:t>f 1198/9114/8650 1195/9111/8647 1197/9113/8649</w:t>
        <w:br/>
        <w:t>f 1198/9114/8650 1196/9112/8648 1195/9111/8647</w:t>
        <w:br/>
        <w:t>f 1197/9113/8649 1153/9069/8613 1199/9115/8651</w:t>
        <w:br/>
        <w:t>f 1200/9116/8652 1196/9112/8648 1198/9114/8650</w:t>
        <w:br/>
        <w:t>f 1153/9069/8613 1201/9117/8653 1199/9115/8651</w:t>
        <w:br/>
        <w:t>f 1153/9069/8613 1089/9005/8552 1201/9117/8653</w:t>
        <w:br/>
        <w:t>f 1202/9118/8654 1199/9115/8651 1201/9117/8653</w:t>
        <w:br/>
        <w:t>f 1200/9116/8652 1203/9119/8655 1196/9112/8648</w:t>
        <w:br/>
        <w:t>f 1203/9119/8655 1192/9108/8644 1196/9112/8648</w:t>
        <w:br/>
        <w:t>f 1202/9118/8654 1205/9120/8656 1204/9121/8657</w:t>
        <w:br/>
        <w:t>f 1206/9122/8658 1192/9108/8644 1203/9119/8655</w:t>
        <w:br/>
        <w:t>f 1192/9108/8644 1206/9122/8658 1193/9109/8645</w:t>
        <w:br/>
        <w:t>f 1202/9118/8654 1207/9123/8659 1205/9120/8656</w:t>
        <w:br/>
        <w:t>f 1207/9123/8659 1208/9124/8660 1205/9120/8656</w:t>
        <w:br/>
        <w:t>f 1202/9118/8654 1201/9117/8653 1209/9125/8661</w:t>
        <w:br/>
        <w:t>f 1209/9125/8661 1207/9123/8659 1202/9118/8654</w:t>
        <w:br/>
        <w:t>f 1201/9117/8653 1210/9126/8662 1209/9125/8661</w:t>
        <w:br/>
        <w:t>f 1207/9123/8659 1209/9125/8661 1210/9126/8662</w:t>
        <w:br/>
        <w:t>f 1210/9126/8662 1201/9117/8653 1089/9005/8552</w:t>
        <w:br/>
        <w:t>f 1208/9124/8660 1207/9123/8659 1211/9127/8663</w:t>
        <w:br/>
        <w:t>f 1208/9124/8660 1211/9127/8663 1212/9128/8664</w:t>
        <w:br/>
        <w:t>f 1210/9126/8662 1089/9005/8552 1213/9129/8665</w:t>
        <w:br/>
        <w:t>f 1213/9129/8665 1089/9005/8552 1083/8999/8549</w:t>
        <w:br/>
        <w:t>f 1210/9126/8662 1214/9130/8666 1207/9123/8659</w:t>
        <w:br/>
        <w:t>f 1214/9130/8666 1210/9126/8662 1213/9129/8665</w:t>
        <w:br/>
        <w:t>f 1083/8999/8549 1214/9130/8666 1213/9129/8665</w:t>
        <w:br/>
        <w:t>f 1214/9130/8666 1211/9127/8663 1207/9123/8659</w:t>
        <w:br/>
        <w:t>f 1083/8999/8549 1086/9002/8550 1214/9130/8666</w:t>
        <w:br/>
        <w:t>f 1212/9128/8664 1211/9127/8663 1215/9131/8667</w:t>
        <w:br/>
        <w:t>f 1215/9131/8667 1216/9132/8668 1212/9128/8664</w:t>
        <w:br/>
        <w:t>f 1211/9127/8663 1214/9130/8666 1217/9133/8669</w:t>
        <w:br/>
        <w:t>f 1217/9133/8669 1215/9131/8667 1211/9127/8663</w:t>
        <w:br/>
        <w:t>f 1214/9130/8666 1086/9002/8550 1218/9134/8670</w:t>
        <w:br/>
        <w:t>f 1218/9134/8670 1217/9133/8669 1214/9130/8666</w:t>
        <w:br/>
        <w:t>f 1216/9132/8668 1215/9131/8667 1219/9135/8671</w:t>
        <w:br/>
        <w:t>f 1219/9135/8671 1220/9136/8672 1216/9132/8668</w:t>
        <w:br/>
        <w:t>f 1215/9131/8667 1217/9133/8669 1221/9137/8673</w:t>
        <w:br/>
        <w:t>f 1221/9137/8673 1219/9135/8671 1215/9131/8667</w:t>
        <w:br/>
        <w:t>f 1218/9134/8670 1222/9138/8674 1217/9133/8669</w:t>
        <w:br/>
        <w:t>f 1222/9138/8674 1221/9137/8673 1217/9133/8669</w:t>
        <w:br/>
        <w:t>f 1220/9136/8672 1219/9135/8671 1223/9139/8675</w:t>
        <w:br/>
        <w:t>f 1223/9139/8675 1224/9140/8676 1220/9136/8672</w:t>
        <w:br/>
        <w:t>f 1224/9140/8676 1223/9139/8675 1225/9141/8677</w:t>
        <w:br/>
        <w:t>f 1223/9139/8675 1226/9142/8678 1225/9141/8677</w:t>
        <w:br/>
        <w:t>f 1219/9135/8671 1227/9143/8679 1223/9139/8675</w:t>
        <w:br/>
        <w:t>f 1227/9143/8679 1226/9142/8678 1223/9139/8675</w:t>
        <w:br/>
        <w:t>f 1219/9135/8671 1221/9137/8673 1228/9144/8680</w:t>
        <w:br/>
        <w:t>f 1219/9135/8671 1228/9144/8680 1227/9143/8679</w:t>
        <w:br/>
        <w:t>f 1227/9143/8679 1229/9145/8681 1226/9142/8678</w:t>
        <w:br/>
        <w:t>f 1229/9145/8681 1230/9146/8682 1226/9142/8678</w:t>
        <w:br/>
        <w:t>f 1230/9146/8682 1229/9145/8681 1231/9147/8683</w:t>
        <w:br/>
        <w:t>f 1229/9145/8681 1227/9143/8679 1232/9148/8684</w:t>
        <w:br/>
        <w:t>f 1228/9144/8680 1232/9148/8684 1227/9143/8679</w:t>
        <w:br/>
        <w:t>f 1232/9148/8684 1233/9149/8685 1229/9145/8681</w:t>
        <w:br/>
        <w:t>f 1221/9137/8673 1234/9150/8686 1228/9144/8680</w:t>
        <w:br/>
        <w:t>f 1234/9150/8686 1232/9148/8684 1228/9144/8680</w:t>
        <w:br/>
        <w:t>f 1234/9150/8686 1221/9137/8673 1235/9151/8687</w:t>
        <w:br/>
        <w:t>f 1235/9151/8687 1221/9137/8673 1222/9138/8674</w:t>
        <w:br/>
        <w:t>f 1234/9150/8686 1235/9151/8687 1236/9152/8688</w:t>
        <w:br/>
        <w:t>f 1222/9138/8674 1236/9152/8688 1235/9151/8687</w:t>
        <w:br/>
        <w:t>f 1232/9148/8684 1234/9150/8686 1237/9153/8689</w:t>
        <w:br/>
        <w:t>f 1236/9152/8688 1237/9153/8689 1234/9150/8686</w:t>
        <w:br/>
        <w:t>f 1233/9149/8685 1232/9148/8684 1238/9154/8690</w:t>
        <w:br/>
        <w:t>f 1237/9153/8689 1238/9154/8690 1232/9148/8684</w:t>
        <w:br/>
        <w:t>f 1238/9154/8690 1239/9155/8691 1233/9149/8685</w:t>
        <w:br/>
        <w:t>f 1233/9149/8685 1239/9155/8691 1240/9156/8692</w:t>
        <w:br/>
        <w:t>f 1237/9153/8689 1241/9157/8693 1238/9154/8690</w:t>
        <w:br/>
        <w:t>f 1238/9154/8690 1241/9157/8693 1239/9155/8691</w:t>
        <w:br/>
        <w:t>f 1239/9155/8691 1242/9158/8694 1240/9156/8692</w:t>
        <w:br/>
        <w:t>f 1240/9156/8692 1242/9158/8694 1243/9159/8695</w:t>
        <w:br/>
        <w:t>f 1242/9158/8694 1244/9160/8696 1243/9159/8695</w:t>
        <w:br/>
        <w:t>f 1244/9160/8696 1242/9158/8694 1245/9161/8697</w:t>
        <w:br/>
        <w:t>f 1239/9155/8691 1246/9162/8698 1242/9158/8694</w:t>
        <w:br/>
        <w:t>f 1242/9158/8694 1246/9162/8698 1245/9161/8697</w:t>
        <w:br/>
        <w:t>f 1239/9155/8691 1241/9157/8693 1246/9162/8698</w:t>
        <w:br/>
        <w:t>f 1246/9162/8698 1247/9163/8699 1245/9161/8697</w:t>
        <w:br/>
        <w:t>f 1248/9164/8700 1247/9163/8699 1246/9162/8698</w:t>
        <w:br/>
        <w:t>f 1241/9157/8693 1248/9164/8700 1246/9162/8698</w:t>
        <w:br/>
        <w:t>f 1247/9163/8699 1248/9164/8700 1249/9165/8701</w:t>
        <w:br/>
        <w:t>f 1237/9153/8689 1250/9166/8702 1241/9157/8693</w:t>
        <w:br/>
        <w:t>f 1250/9166/8702 1248/9164/8700 1241/9157/8693</w:t>
        <w:br/>
        <w:t>f 1236/9152/8688 1250/9166/8702 1237/9153/8689</w:t>
        <w:br/>
        <w:t>f 1251/9167/8703 1249/9165/8701 1248/9164/8700</w:t>
        <w:br/>
        <w:t>f 1249/9165/8701 1251/9167/8703 1252/9168/8704</w:t>
        <w:br/>
        <w:t>f 1248/9164/8700 1250/9166/8702 1253/9169/8705</w:t>
        <w:br/>
        <w:t>f 1253/9169/8705 1251/9167/8703 1248/9164/8700</w:t>
        <w:br/>
        <w:t>f 1252/9168/8704 1251/9167/8703 1254/9170/8706</w:t>
        <w:br/>
        <w:t>f 1250/9166/8702 1255/9171/8707 1253/9169/8705</w:t>
        <w:br/>
        <w:t>f 1236/9152/8688 1255/9171/8707 1250/9166/8702</w:t>
        <w:br/>
        <w:t>f 1256/9172/8708 1251/9167/8703 1253/9169/8705</w:t>
        <w:br/>
        <w:t>f 1255/9171/8707 1256/9172/8708 1253/9169/8705</w:t>
        <w:br/>
        <w:t>f 1255/9171/8707 1236/9152/8688 1257/9173/8709</w:t>
        <w:br/>
        <w:t>f 1236/9152/8688 1222/9138/8674 1257/9173/8709</w:t>
        <w:br/>
        <w:t>f 1257/9173/8709 1222/9138/8674 1218/9134/8670</w:t>
        <w:br/>
        <w:t>f 1255/9171/8707 1257/9173/8709 1258/9174/8710</w:t>
        <w:br/>
        <w:t>f 1258/9174/8710 1256/9172/8708 1255/9171/8707</w:t>
        <w:br/>
        <w:t>f 1259/9175/8711 1257/9173/8709 1218/9134/8670</w:t>
        <w:br/>
        <w:t>f 1258/9174/8710 1257/9173/8709 1259/9175/8711</w:t>
        <w:br/>
        <w:t>f 1259/9175/8711 1218/9134/8670 1260/9176/8712</w:t>
        <w:br/>
        <w:t>f 1260/9176/8712 1258/9174/8710 1259/9175/8711</w:t>
        <w:br/>
        <w:t>f 1086/9002/8550 1260/9176/8712 1218/9134/8670</w:t>
        <w:br/>
        <w:t>f 1086/9002/8550 1078/8994/8543 1260/9176/8712</w:t>
        <w:br/>
        <w:t>f 1260/9176/8712 1078/8994/8543 1005/8921/8471</w:t>
        <w:br/>
        <w:t>f 1258/9174/8710 1260/9176/8712 1261/9177/8713</w:t>
        <w:br/>
        <w:t>f 1260/9176/8712 1005/8921/8471 1261/9177/8713</w:t>
        <w:br/>
        <w:t>f 1256/9172/8708 1258/9174/8710 1261/9177/8713</w:t>
        <w:br/>
        <w:t>f 1262/9178/8714 1261/9177/8713 1005/8921/8471</w:t>
        <w:br/>
        <w:t>f 1002/8918/8468 1262/9178/8714 1005/8921/8471</w:t>
        <w:br/>
        <w:t>f 1256/9172/8708 1261/9177/8713 1263/9179/8715</w:t>
        <w:br/>
        <w:t>f 1262/9178/8714 1263/9179/8715 1261/9177/8713</w:t>
        <w:br/>
        <w:t>f 1264/9180/8716 1262/9178/8714 1002/8918/8468</w:t>
        <w:br/>
        <w:t>f 1002/8918/8468 959/8875/8422 1264/9180/8716</w:t>
        <w:br/>
        <w:t>f 1263/9179/8715 1262/9178/8714 1265/9181/8717</w:t>
        <w:br/>
        <w:t>f 1262/9178/8714 1264/9180/8716 1265/9181/8717</w:t>
        <w:br/>
        <w:t>f 1263/9179/8715 1266/9182/8718 1256/9172/8708</w:t>
        <w:br/>
        <w:t>f 1251/9167/8703 1256/9172/8708 1266/9182/8718</w:t>
        <w:br/>
        <w:t>f 1266/9182/8718 1254/9170/8706 1251/9167/8703</w:t>
        <w:br/>
        <w:t>f 1265/9181/8717 1267/9183/8719 1263/9179/8715</w:t>
        <w:br/>
        <w:t>f 1266/9182/8718 1263/9179/8715 1267/9183/8719</w:t>
        <w:br/>
        <w:t>f 1254/9170/8706 1268/9184/8720 1252/9168/8704</w:t>
        <w:br/>
        <w:t>f 1266/9182/8718 1269/9185/8721 1254/9170/8706</w:t>
        <w:br/>
        <w:t>f 1269/9185/8721 1268/9184/8720 1254/9170/8706</w:t>
        <w:br/>
        <w:t>f 1269/9185/8721 1266/9182/8718 1267/9183/8719</w:t>
        <w:br/>
        <w:t>f 1268/9184/8720 1269/9185/8721 1270/9186/8722</w:t>
        <w:br/>
        <w:t>f 1267/9183/8719 1265/9181/8717 1271/9187/8723</w:t>
        <w:br/>
        <w:t>f 1271/9187/8723 1269/9185/8721 1267/9183/8719</w:t>
        <w:br/>
        <w:t>f 1265/9181/8717 1264/9180/8716 1271/9187/8723</w:t>
        <w:br/>
        <w:t>f 1272/9188/8724 1270/9186/8722 1269/9185/8721</w:t>
        <w:br/>
        <w:t>f 1269/9185/8721 1271/9187/8723 1272/9188/8724</w:t>
        <w:br/>
        <w:t>f 1270/9186/8722 1272/9188/8724 1273/9189/8725</w:t>
        <w:br/>
        <w:t>f 1264/9180/8716 1274/9190/8726 1271/9187/8723</w:t>
        <w:br/>
        <w:t>f 959/8875/8422 1274/9190/8726 1264/9180/8716</w:t>
        <w:br/>
        <w:t>f 1274/9190/8726 959/8875/8422 954/8871/8418</w:t>
        <w:br/>
        <w:t>f 1271/9187/8723 1275/9191/8727 1272/9188/8724</w:t>
        <w:br/>
        <w:t>f 1272/9188/8724 1275/9191/8727 1273/9189/8725</w:t>
        <w:br/>
        <w:t>f 1275/9191/8727 1271/9187/8723 1274/9190/8726</w:t>
        <w:br/>
        <w:t>f 1275/9191/8727 1276/9192/8728 1273/9189/8725</w:t>
        <w:br/>
        <w:t>f 1274/9190/8726 954/8871/8418 1277/9193/8729</w:t>
        <w:br/>
        <w:t>f 1277/9193/8729 1275/9191/8727 1274/9190/8726</w:t>
        <w:br/>
        <w:t>f 1278/9194/8730 1276/9192/8728 1275/9191/8727</w:t>
        <w:br/>
        <w:t>f 1279/9195/8731 1276/9192/8728 1278/9194/8730</w:t>
        <w:br/>
        <w:t>f 1280/9196/8732 1275/9191/8727 1277/9193/8729</w:t>
        <w:br/>
        <w:t>f 1278/9194/8730 1275/9191/8727 1280/9196/8732</w:t>
        <w:br/>
        <w:t>f 954/8871/8418 1281/9197/8733 1277/9193/8729</w:t>
        <w:br/>
        <w:t>f 1281/9197/8733 1280/9196/8732 1277/9193/8729</w:t>
        <w:br/>
        <w:t>f 1281/9197/8733 954/8871/8418 955/8870/8417</w:t>
        <w:br/>
        <w:t>f 1282/9198/8734 1279/9195/8731 1278/9194/8730</w:t>
        <w:br/>
        <w:t>f 1280/9196/8732 1282/9198/8734 1278/9194/8730</w:t>
        <w:br/>
        <w:t>f 1279/9195/8731 1282/9198/8734 1283/9199/8735</w:t>
        <w:br/>
        <w:t>f 1280/9196/8732 1281/9197/8733 1284/9200/8736</w:t>
        <w:br/>
        <w:t>f 1283/9199/8735 1282/9198/8734 1285/9201/8737</w:t>
        <w:br/>
        <w:t>f 1285/9201/8737 1286/9202/8738 1283/9199/8735</w:t>
        <w:br/>
        <w:t>f 1280/9196/8732 1287/9203/8739 1282/9198/8734</w:t>
        <w:br/>
        <w:t>f 1290/9204/8740 1289/9205/8741 1288/9206/8740</w:t>
        <w:br/>
        <w:t>f 1287/9203/8739 1285/9201/8737 1282/9198/8734</w:t>
        <w:br/>
        <w:t>f 1289/9205/8741 1292/9207/8742 1291/9208/8743</w:t>
        <w:br/>
        <w:t>f 1284/9200/8744 1294/9209/8745 1293/9210/8745</w:t>
        <w:br/>
        <w:t>f 1286/9202/8738 1285/9201/8737 1295/9211/8746</w:t>
        <w:br/>
        <w:t>f 1295/9211/8746 1296/9212/8747 1286/9202/8738</w:t>
        <w:br/>
        <w:t>f 1297/9213/8748 1296/9212/8747 1295/9211/8746</w:t>
        <w:br/>
        <w:t>f 1285/9201/8737 1287/9203/8739 1298/9214/8749</w:t>
        <w:br/>
        <w:t>f 1291/9208/8743 1299/9215/8750 1289/9205/8741</w:t>
        <w:br/>
        <w:t>f 1299/9215/8750 1291/9208/8743 1300/9216/8751</w:t>
        <w:br/>
        <w:t>f 1285/9201/8737 1301/9217/8752 1295/9211/8746</w:t>
        <w:br/>
        <w:t>f 1301/9217/8752 1285/9201/8737 1298/9214/8749</w:t>
        <w:br/>
        <w:t>f 1300/9216/8751 1301/9217/8752 1298/9214/8749</w:t>
        <w:br/>
        <w:t>f 1295/9211/8746 1301/9217/8752 1297/9213/8748</w:t>
        <w:br/>
        <w:t>f 1302/9218/8753 1301/9217/8752 1300/9216/8751</w:t>
        <w:br/>
        <w:t>f 1301/9217/8752 1302/9218/8753 1303/9219/8754</w:t>
        <w:br/>
        <w:t>f 1304/9220/8755 1297/9213/8748 1301/9217/8752</w:t>
        <w:br/>
        <w:t>f 1307/9221/8756 1306/9222/8757 1305/9223/8758</w:t>
        <w:br/>
        <w:t>f 1296/9212/8747 1297/9213/8748 1308/9224/8759</w:t>
        <w:br/>
        <w:t>f 1310/9225/8760 1309/9226/8761 1308/9224/8762</w:t>
        <w:br/>
        <w:t>f 1306/9222/8757 1307/9221/8756 1311/9227/8763</w:t>
        <w:br/>
        <w:t>f 1311/9227/8763 1310/9225/8760 1306/9222/8757</w:t>
        <w:br/>
        <w:t>f 1314/9228/8764 1313/9229/8765 1312/9230/8766</w:t>
        <w:br/>
        <w:t>f 1313/9229/8765 1314/9228/8764 1315/9231/8767</w:t>
        <w:br/>
        <w:t>f 1316/9232/8768 1309/9226/8761 1310/9225/8760</w:t>
        <w:br/>
        <w:t>f 1310/9225/8760 1311/9227/8763 1316/9232/8768</w:t>
        <w:br/>
        <w:t>f 1317/9233/8769 1315/9231/8767 1314/9228/8764</w:t>
        <w:br/>
        <w:t>f 1317/9233/8769 1319/9234/8770 1318/9235/8771</w:t>
        <w:br/>
        <w:t>f 1314/9228/8764 1320/9236/8772 1317/9233/8769</w:t>
        <w:br/>
        <w:t>f 1319/9234/8770 1317/9233/8769 1320/9236/8772</w:t>
        <w:br/>
        <w:t>f 1284/9200/8736 1281/9197/8733 1321/9237/8773</w:t>
        <w:br/>
        <w:t>f 1321/9237/8773 1322/9238/8774 1284/9200/8736</w:t>
        <w:br/>
        <w:t>f 1321/9237/8773 1323/9239/8775 1322/9238/8774</w:t>
        <w:br/>
        <w:t>f 955/8870/8417 1321/9237/8773 1281/9197/8733</w:t>
        <w:br/>
        <w:t>f 1321/9237/8773 955/8870/8417 1324/9240/8776</w:t>
        <w:br/>
        <w:t>f 1327/9241/8777 1326/9242/8778 1325/9243/8779</w:t>
        <w:br/>
        <w:t>f 1326/9242/8778 1327/9241/8777 1328/9244/8780</w:t>
        <w:br/>
        <w:t>f 1329/9245/8781 1326/9242/8778 1328/9244/8780</w:t>
        <w:br/>
        <w:t>f 1321/9237/8773 1324/9240/8776 1330/9246/8782</w:t>
        <w:br/>
        <w:t>f 1329/9245/8781 1330/9246/8783 1326/9242/8778</w:t>
        <w:br/>
        <w:t>f 1330/9246/8782 1331/9247/8784 1321/9237/8773</w:t>
        <w:br/>
        <w:t>f 1323/9239/8775 1321/9237/8773 1331/9247/8784</w:t>
        <w:br/>
        <w:t>f 1330/9246/8783 1329/9245/8781 1332/9248/8785</w:t>
        <w:br/>
        <w:t>f 1333/9249/8786 1332/9248/8785 1329/9245/8781</w:t>
        <w:br/>
        <w:t>f 1334/9250/8787 1332/9248/8785 1333/9249/8786</w:t>
        <w:br/>
        <w:t>f 1330/9246/8782 1335/9251/8788 1331/9247/8784</w:t>
        <w:br/>
        <w:t>f 1335/9251/8788 1323/9239/8775 1331/9247/8784</w:t>
        <w:br/>
        <w:t>f 1335/9251/8788 1330/9246/8782 1336/9252/8789</w:t>
        <w:br/>
        <w:t>f 1323/9239/8775 1335/9251/8788 1337/9253/8790</w:t>
        <w:br/>
        <w:t>f 1337/9253/8790 1335/9251/8788 1338/9254/8791</w:t>
        <w:br/>
        <w:t>f 1332/9248/8785 1334/9250/8787 1339/9255/8792</w:t>
        <w:br/>
        <w:t>f 1339/9255/8792 1335/9251/8788 1332/9248/8785</w:t>
        <w:br/>
        <w:t>f 1342/9256/8793 1341/9257/8794 1340/9258/8795</w:t>
        <w:br/>
        <w:t>f 1341/9257/8794 1342/9256/8793 1343/9259/8796</w:t>
        <w:br/>
        <w:t>f 1335/9251/8788 1339/9255/8792 1344/9260/8797</w:t>
        <w:br/>
        <w:t>f 1345/9261/8798 1343/9259/8796 1342/9256/8793</w:t>
        <w:br/>
        <w:t>f 1344/9260/8797 1338/9254/8791 1335/9251/8788</w:t>
        <w:br/>
        <w:t>f 1342/9256/8793 1346/9262/8799 1345/9261/8798</w:t>
        <w:br/>
        <w:t>f 1346/9262/8799 1347/9263/8800 1345/9261/8798</w:t>
        <w:br/>
        <w:t>f 1347/9263/8800 1346/9262/8799 1348/9264/8801</w:t>
        <w:br/>
        <w:t>f 1351/9265/8802 1350/9266/8803 1349/9267/8804</w:t>
        <w:br/>
        <w:t>f 1350/9266/8803 1351/9265/8802 1352/9268/8805</w:t>
        <w:br/>
        <w:t>f 1352/9268/8805 1353/9269/8806 1350/9266/8803</w:t>
        <w:br/>
        <w:t>f 1353/9269/8806 1352/9268/8805 1354/9270/8807</w:t>
        <w:br/>
        <w:t>f 1357/9271/8808 1356/9272/8809 1355/9273/8810</w:t>
        <w:br/>
        <w:t>f 1358/9274/8811 1357/9271/8808 1355/9273/8810</w:t>
        <w:br/>
        <w:t>f 1357/9271/8808 1358/9274/8811 1359/9275/8812</w:t>
        <w:br/>
        <w:t>f 1354/9270/8807 1360/9276/8813 1353/9269/8806</w:t>
        <w:br/>
        <w:t>f 1361/9277/8814 1353/9269/8806 1360/9276/8813</w:t>
        <w:br/>
        <w:t>f 1360/9276/8813 1362/9278/8815 1361/9277/8814</w:t>
        <w:br/>
        <w:t>f 1356/9272/8809 1357/9271/8808 1363/9279/8816</w:t>
        <w:br/>
        <w:t>f 1363/9279/8816 1364/9280/8817 1356/9272/8809</w:t>
        <w:br/>
        <w:t>f 1365/9281/8818 1363/9279/8816 1357/9271/8808</w:t>
        <w:br/>
        <w:t>f 1359/9275/8812 1365/9281/8818 1357/9271/8808</w:t>
        <w:br/>
        <w:t>f 1365/9281/8818 1359/9275/8812 1366/9282/8819</w:t>
        <w:br/>
        <w:t>f 1362/9278/8815 1360/9276/8813 1367/9283/8820</w:t>
        <w:br/>
        <w:t>f 1367/9283/8820 1368/9284/8821 1362/9278/8815</w:t>
        <w:br/>
        <w:t>f 1368/9284/8821 1370/9285/8822 1369/9286/8823</w:t>
        <w:br/>
        <w:t>f 1370/9285/8822 1368/9284/8821 1371/9287/8824</w:t>
        <w:br/>
        <w:t>f 1368/9284/8821 1367/9283/8820 1371/9287/8824</w:t>
        <w:br/>
        <w:t>f 1374/9288/8825 1373/9289/8826 1372/9290/8827</w:t>
        <w:br/>
        <w:t>f 1375/9291/8828 1374/9288/8825 1372/9290/8827</w:t>
        <w:br/>
        <w:t>f 1364/9280/8817 1376/9292/8829 1375/9291/8828</w:t>
        <w:br/>
        <w:t>f 1374/9288/8825 1375/9291/8828 1376/9292/8829</w:t>
        <w:br/>
        <w:t>f 1364/9280/8817 1377/9293/8830 1376/9292/8829</w:t>
        <w:br/>
        <w:t>f 1364/9280/8817 1363/9279/8816 1377/9293/8830</w:t>
        <w:br/>
        <w:t>f 1378/9294/8831 1374/9288/8825 1376/9292/8829</w:t>
        <w:br/>
        <w:t>f 1379/9295/8832 1374/9288/8825 1378/9294/8831</w:t>
        <w:br/>
        <w:t>f 1376/9292/8829 1380/9296/8833 1378/9294/8831</w:t>
        <w:br/>
        <w:t>f 1377/9293/8830 1380/9296/8833 1376/9292/8829</w:t>
        <w:br/>
        <w:t>f 1383/9297/8834 1382/9298/8835 1381/9299/8836</w:t>
        <w:br/>
        <w:t>f 1384/9300/8837 1381/9299/8836 1382/9298/8835</w:t>
        <w:br/>
        <w:t>f 1381/9299/8836 1385/9301/8838 1383/9297/8834</w:t>
        <w:br/>
        <w:t>f 1381/9299/8836 1384/9300/8837 1386/9302/8839</w:t>
        <w:br/>
        <w:t>f 1387/9303/8840 1386/9302/8839 1384/9300/8837</w:t>
        <w:br/>
        <w:t>f 1384/9300/8837 1388/9304/8841 1387/9303/8840</w:t>
        <w:br/>
        <w:t>f 1377/9293/8830 1389/9305/8842 1380/9296/8833</w:t>
        <w:br/>
        <w:t>f 1390/9306/8843 1387/9303/8840 1388/9304/8841</w:t>
        <w:br/>
        <w:t>f 1389/9305/8842 1377/9293/8830 1391/9307/8844</w:t>
        <w:br/>
        <w:t>f 1390/9306/8843 1388/9304/8841 1392/9308/8845</w:t>
        <w:br/>
        <w:t>f 1363/9279/8816 1391/9307/8844 1377/9293/8830</w:t>
        <w:br/>
        <w:t>f 1392/9308/8845 1393/9309/8846 1390/9306/8843</w:t>
        <w:br/>
        <w:t>f 1363/9279/8816 1365/9281/8818 1391/9307/8844</w:t>
        <w:br/>
        <w:t>f 1392/9308/8845 1394/9310/8847 1393/9309/8846</w:t>
        <w:br/>
        <w:t>f 1394/9310/8847 1392/9308/8845 1395/9311/8848</w:t>
        <w:br/>
        <w:t>f 1395/9311/8848 1396/9312/8849 1394/9310/8847</w:t>
        <w:br/>
        <w:t>f 1397/9313/8850 1394/9310/8847 1396/9312/8849</w:t>
        <w:br/>
        <w:t>f 1374/9288/8825 1379/9295/8832 1398/9314/8851</w:t>
        <w:br/>
        <w:t>f 1398/9314/8851 1373/9289/8826 1374/9288/8825</w:t>
        <w:br/>
        <w:t>f 1401/9315/8852 1400/9316/8853 1399/9317/8854</w:t>
        <w:br/>
        <w:t>f 1402/9318/8855 1399/9317/8854 1400/9316/8853</w:t>
        <w:br/>
        <w:t>f 1403/9319/8856 1402/9318/8855 1400/9316/8853</w:t>
        <w:br/>
        <w:t>f 1406/9320/8857 1405/9321/8858 1404/9322/8859</w:t>
        <w:br/>
        <w:t>f 1405/9321/8858 1406/9320/8857 1407/9323/8860</w:t>
        <w:br/>
        <w:t>f 1410/9324/8861 1409/9325/8862 1408/9326/8863</w:t>
        <w:br/>
        <w:t>f 1409/9325/8862 1410/9324/8861 1411/9327/8864</w:t>
        <w:br/>
        <w:t>f 1411/9327/8864 1412/9328/8865 1409/9325/8862</w:t>
        <w:br/>
        <w:t>f 1400/9316/8853 1401/9315/8852 1412/9328/8865</w:t>
        <w:br/>
        <w:t>f 1409/9325/8862 1412/9328/8865 1413/9329/8866</w:t>
        <w:br/>
        <w:t>f 1415/9330/8867 1414/9331/8868 1413/9329/8866</w:t>
        <w:br/>
        <w:t>f 1413/9329/8866 1412/9328/8865 1415/9330/8867</w:t>
        <w:br/>
        <w:t>f 1415/9330/8867 1417/9332/8869 1416/9333/8870</w:t>
        <w:br/>
        <w:t>f 1417/9332/8869 1415/9330/8867 1412/9328/8865</w:t>
        <w:br/>
        <w:t>f 1401/9315/8852 1418/9334/8871 1412/9328/8865</w:t>
        <w:br/>
        <w:t>f 1412/9328/8865 1418/9334/8871 1417/9332/8869</w:t>
        <w:br/>
        <w:t>f 1401/9315/8852 1419/9335/8872 1418/9334/8871</w:t>
        <w:br/>
        <w:t>f 1417/9332/8869 1418/9334/8871 1420/9336/8873</w:t>
        <w:br/>
        <w:t>f 1419/9335/8872 1421/9337/8874 1418/9334/8871</w:t>
        <w:br/>
        <w:t>f 1422/9338/8875 1418/9334/8871 1421/9337/8874</w:t>
        <w:br/>
        <w:t>f 1418/9334/8871 1423/9339/8876 1420/9336/8873</w:t>
        <w:br/>
        <w:t>f 1426/9340/8877 1425/9341/8878 1424/9342/8879</w:t>
        <w:br/>
        <w:t>f 1423/9339/8876 1427/9343/8880 1420/9336/8873</w:t>
        <w:br/>
        <w:t>f 1425/9341/8878 1426/9340/8877 1428/9344/8881</w:t>
        <w:br/>
        <w:t>f 1431/9345/8882 1430/9346/8883 1429/9347/8884</w:t>
        <w:br/>
        <w:t>f 1432/9348/8885 1430/9346/8883 1431/9345/8882</w:t>
        <w:br/>
        <w:t>f 1433/9349/8886 1432/9348/8885 1431/9345/8882</w:t>
        <w:br/>
        <w:t>f 1436/9350/8887 1435/9351/8888 1434/9352/8889</w:t>
        <w:br/>
        <w:t>f 1432/9348/8885 1433/9349/8886 1437/9353/8890</w:t>
        <w:br/>
        <w:t>f 1438/9354/8891 1436/9350/8887 1434/9352/8889</w:t>
        <w:br/>
        <w:t>f 1434/9352/8889 1439/9355/8892 1438/9354/8891</w:t>
        <w:br/>
        <w:t>f 1433/9349/8886 1440/9356/8893 1437/9353/8890</w:t>
        <w:br/>
        <w:t>f 1433/9349/8886 1441/9357/8894 1440/9356/8893</w:t>
        <w:br/>
        <w:t>f 1439/9355/8892 1443/9358/8895 1442/9359/8896</w:t>
        <w:br/>
        <w:t>f 1442/9359/8896 1438/9354/8891 1439/9355/8892</w:t>
        <w:br/>
        <w:t>f 1444/9360/8897 1440/9356/8893 1441/9357/8894</w:t>
        <w:br/>
        <w:t>f 1445/9361/8898 1442/9359/8896 1443/9358/8895</w:t>
        <w:br/>
        <w:t>f 1441/9357/8894 1446/9362/8899 1444/9360/8897</w:t>
        <w:br/>
        <w:t>f 1446/9362/8899 1447/9363/8900 1444/9360/8897</w:t>
        <w:br/>
        <w:t>f 1448/9364/8901 1444/9360/8897 1447/9363/8900</w:t>
        <w:br/>
        <w:t>f 1442/9359/8896 1445/9361/8898 1449/9365/8902</w:t>
        <w:br/>
        <w:t>f 1451/9366/8903 1445/9361/8898 1450/9367/8904</w:t>
        <w:br/>
        <w:t>f 1451/9366/8903 1449/9365/8902 1445/9361/8898</w:t>
        <w:br/>
        <w:t>f 1454/9368/8905 1453/9369/8906 1452/9370/8907</w:t>
        <w:br/>
        <w:t>f 1457/9371/8908 1456/9372/8909 1455/9373/8910</w:t>
        <w:br/>
        <w:t>f 1459/9374/8911 1457/9371/8908 1458/9375/8912</w:t>
        <w:br/>
        <w:t>f 1457/9371/8908 1455/9373/8910 1458/9375/8912</w:t>
        <w:br/>
        <w:t>f 1457/9371/8908 1460/9376/8913 1456/9372/8909</w:t>
        <w:br/>
        <w:t>f 1463/9377/8914 1462/9378/8915 1461/9379/8916</w:t>
        <w:br/>
        <w:t>f 1452/9370/8907 1464/9380/8917 1454/9368/8905</w:t>
        <w:br/>
        <w:t>f 1465/9381/8918 1454/9368/8905 1464/9380/8917</w:t>
        <w:br/>
        <w:t>f 1453/9369/8906 1466/9382/8919 1452/9370/8907</w:t>
        <w:br/>
        <w:t>f 1453/9369/8906 1461/9379/8916 1466/9382/8919</w:t>
        <w:br/>
        <w:t>f 1464/9380/8917 1467/9383/8920 1465/9381/8918</w:t>
        <w:br/>
        <w:t>f 1465/9381/8918 1467/9383/8920 1468/9384/8921</w:t>
        <w:br/>
        <w:t>f 1471/9385/8922 1470/9386/8923 1469/9387/8924</w:t>
        <w:br/>
        <w:t>f 1472/9388/8925 1471/9385/8922 1469/9387/8924</w:t>
        <w:br/>
        <w:t>f 1474/9389/8926 1473/9390/8927 1470/9386/8923</w:t>
        <w:br/>
        <w:t>f 1470/9386/8923 1471/9385/8922 1474/9389/8926</w:t>
        <w:br/>
        <w:t>f 1467/9383/8920 1475/9391/8928 1468/9384/8921</w:t>
        <w:br/>
        <w:t>f 1473/9390/8927 1474/9389/8926 1476/9392/8929</w:t>
        <w:br/>
        <w:t>f 1476/9392/8929 1477/9393/8930 1473/9390/8927</w:t>
        <w:br/>
        <w:t>f 1435/9351/8888 1436/9350/8887 1478/9394/8931</w:t>
        <w:br/>
        <w:t>f 1468/9384/8921 1475/9391/8928 1479/9395/8932</w:t>
        <w:br/>
        <w:t>f 1482/9396/8933 1481/9397/8934 1480/9398/8935</w:t>
        <w:br/>
        <w:t>f 1477/9393/8930 1476/9392/8929 1483/9399/8936</w:t>
        <w:br/>
        <w:t>f 1480/9398/8935 1484/9400/8937 1482/9396/8933</w:t>
        <w:br/>
        <w:t>f 1484/9400/8937 1480/9398/8935 1485/9401/8938</w:t>
        <w:br/>
        <w:t>f 1481/9397/8934 1482/9396/8933 1486/9402/8939</w:t>
        <w:br/>
        <w:t>f 1487/9403/8940 1481/9397/8934 1486/9402/8939</w:t>
        <w:br/>
        <w:t>f 1490/9404/8941 1489/9405/8942 1488/9406/8943</w:t>
        <w:br/>
        <w:t>f 1483/9399/8936 1491/9407/8944 1477/9393/8930</w:t>
        <w:br/>
        <w:t>f 1492/9408/8945 1479/9395/8932 1475/9391/8928</w:t>
        <w:br/>
        <w:t>f 1489/9405/8942 1490/9404/8941 1493/9409/8946</w:t>
        <w:br/>
        <w:t>f 1493/9409/8946 1494/9410/8947 1489/9405/8942</w:t>
        <w:br/>
        <w:t>f 1491/9407/8944 1483/9399/8936 1495/9411/8948</w:t>
        <w:br/>
        <w:t>f 1487/9403/8940 1486/9402/8939 1496/9412/8949</w:t>
        <w:br/>
        <w:t>f 1487/9403/8940 1496/9412/8949 1497/9413/8950</w:t>
        <w:br/>
        <w:t>f 1495/9411/8948 1498/9414/8951 1491/9407/8944</w:t>
        <w:br/>
        <w:t>f 1492/9408/8945 1499/9415/8952 1479/9395/8932</w:t>
        <w:br/>
        <w:t>f 1498/9414/8951 1495/9411/8948 1500/9416/8953</w:t>
        <w:br/>
        <w:t>f 1496/9412/8949 1501/9417/8954 1497/9413/8950</w:t>
        <w:br/>
        <w:t>f 1500/9416/8953 1502/9418/8955 1498/9414/8951</w:t>
        <w:br/>
        <w:t>f 1499/9415/8952 1503/9419/8956 1479/9395/8932</w:t>
        <w:br/>
        <w:t>f 1502/9418/8955 1500/9416/8953 1504/9420/8957</w:t>
        <w:br/>
        <w:t>f 1496/9412/8949 1505/9421/8958 1501/9417/8954</w:t>
        <w:br/>
        <w:t>f 1479/9395/8932 1503/9419/8956 1506/9422/8959</w:t>
        <w:br/>
        <w:t>f 1507/9423/8960 1505/9421/8958 1496/9412/8949</w:t>
        <w:br/>
        <w:t>f 1510/9424/8961 1509/9425/8962 1508/9426/8963</w:t>
        <w:br/>
        <w:t>f 1511/9427/8964 1508/9426/8963 1509/9425/8962</w:t>
        <w:br/>
        <w:t>f 1511/9427/8964 1509/9425/8962 1512/9428/8965</w:t>
        <w:br/>
        <w:t>f 1513/9429/8966 1512/9428/8965 1509/9425/8962</w:t>
        <w:br/>
        <w:t>f 1516/9430/8967 1515/9431/8968 1514/9432/8969</w:t>
        <w:br/>
        <w:t>f 1515/9431/8968 1516/9430/8967 1517/9433/8970</w:t>
        <w:br/>
        <w:t>f 1520/9434/8971 1519/9435/8972 1518/9436/8973</w:t>
        <w:br/>
        <w:t>f 1518/9436/8973 1494/9410/8947 1520/9434/8971</w:t>
        <w:br/>
        <w:t>f 1494/9410/8947 1493/9409/8946 1520/9434/8971</w:t>
        <w:br/>
        <w:t>f 1516/9430/8967 1521/9437/8974 1517/9433/8970</w:t>
        <w:br/>
        <w:t>f 1522/9438/8975 1517/9433/8970 1521/9437/8974</w:t>
        <w:br/>
        <w:t>f 1525/9439/8976 1524/9440/8977 1523/9441/8978</w:t>
        <w:br/>
        <w:t>f 1526/9442/8979 1519/9435/8972 1520/9434/8971</w:t>
        <w:br/>
        <w:t>f 1519/9435/8972 1526/9442/8979 1527/9443/8980</w:t>
        <w:br/>
        <w:t>f 1520/9434/8971 1493/9409/8946 1528/9444/8981</w:t>
        <w:br/>
        <w:t>f 1528/9444/8981 1526/9442/8979 1520/9434/8971</w:t>
        <w:br/>
        <w:t>f 1529/9445/8982 1528/9444/8981 1493/9409/8946</w:t>
        <w:br/>
        <w:t>f 1493/9409/8946 1490/9404/8941 1529/9445/8982</w:t>
        <w:br/>
        <w:t>f 1532/9446/8983 1531/9447/8984 1530/9448/8985</w:t>
        <w:br/>
        <w:t>f 1532/9446/8983 1533/9449/8986 1524/9440/8977</w:t>
        <w:br/>
        <w:t>f 1530/9448/8985 1533/9449/8986 1532/9446/8983</w:t>
        <w:br/>
        <w:t>f 1524/9440/8977 1534/9450/8987 1523/9441/8978</w:t>
        <w:br/>
        <w:t>f 1535/9451/8988 1524/9440/8977 1533/9449/8986</w:t>
        <w:br/>
        <w:t>f 1524/9440/8977 1535/9451/8988 1534/9450/8987</w:t>
        <w:br/>
        <w:t>f 1538/9452/8989 1537/9453/8990 1536/9454/8991</w:t>
        <w:br/>
        <w:t>f 1539/9455/8992 1538/9452/8989 1536/9454/8991</w:t>
        <w:br/>
        <w:t>f 1537/9453/8990 1538/9452/8989 1540/9456/8993</w:t>
        <w:br/>
        <w:t>f 1542/9457/8994 1539/9455/8992 1541/9458/8995</w:t>
        <w:br/>
        <w:t>f 1543/9459/8996 1542/9457/8994 1541/9458/8995</w:t>
        <w:br/>
        <w:t>f 1538/9452/8989 1539/9455/8992 1544/9460/8997</w:t>
        <w:br/>
        <w:t>f 1539/9455/8992 1542/9457/8994 1544/9460/8997</w:t>
        <w:br/>
        <w:t>f 1547/9461/8998 1546/9462/8999 1545/9463/9000</w:t>
        <w:br/>
        <w:t>f 1547/9461/8998 1545/9463/9000 1548/9464/9001</w:t>
        <w:br/>
        <w:t>f 1549/9465/9002 1547/9461/8998 1548/9464/9001</w:t>
        <w:br/>
        <w:t>f 1550/9466/9003 1546/9462/8999 1547/9461/8998</w:t>
        <w:br/>
        <w:t>f 1553/9467/9004 1552/9468/9005 1551/9469/9006</w:t>
        <w:br/>
        <w:t>f 1552/9468/9005 1555/9470/9007 1554/9471/9008</w:t>
        <w:br/>
        <w:t>f 1556/9472/9009 1555/9470/9007 1552/9468/9005</w:t>
        <w:br/>
        <w:t>f 1553/9467/9004 1556/9472/9009 1552/9468/9005</w:t>
        <w:br/>
        <w:t>f 1559/9473/9010 1558/9474/9011 1557/9475/9012</w:t>
        <w:br/>
        <w:t>f 1549/9465/9002 1560/9476/9013 1547/9461/8998</w:t>
        <w:br/>
        <w:t>f 1558/9474/9011 1559/9473/9010 1561/9477/9014</w:t>
        <w:br/>
        <w:t>f 1560/9476/9013 1549/9465/9002 1562/9478/9015</w:t>
        <w:br/>
        <w:t>f 1542/9457/8994 1543/9459/8996 1563/9479/9016</w:t>
        <w:br/>
        <w:t>f 1566/9480/9017 1565/9481/9018 1564/9482/9019</w:t>
        <w:br/>
        <w:t>f 1565/9481/9018 1566/9480/9017 1567/9483/9020</w:t>
        <w:br/>
        <w:t>f 1568/9484/9021 1566/9480/9017 1564/9482/9019</w:t>
        <w:br/>
        <w:t>f 1561/9477/9014 1569/9485/9022 1558/9474/9011</w:t>
        <w:br/>
        <w:t>f 1566/9480/9017 1568/9484/9021 1570/9486/9023</w:t>
        <w:br/>
        <w:t>f 1562/9478/9015 1571/9487/9024 1560/9476/9013</w:t>
        <w:br/>
        <w:t>f 1569/9485/9022 1561/9477/9014 1572/9488/9025</w:t>
        <w:br/>
        <w:t>f 1571/9487/9024 1562/9478/9015 1573/9489/9026</w:t>
        <w:br/>
        <w:t>f 1543/9459/8996 1574/9490/9027 1563/9479/9016</w:t>
        <w:br/>
        <w:t>f 1575/9491/9028 1569/9485/9022 1572/9488/9025</w:t>
        <w:br/>
        <w:t>f 1573/9489/9026 1576/9492/9029 1571/9487/9024</w:t>
        <w:br/>
        <w:t>f 1568/9484/9021 1577/9493/9030 1570/9486/9023</w:t>
        <w:br/>
        <w:t>f 1578/9494/9031 1569/9485/9022 1575/9491/9028</w:t>
        <w:br/>
        <w:t>f 1579/9495/9032 1570/9486/9023 1577/9493/9030</w:t>
        <w:br/>
        <w:t>f 1574/9490/9027 1543/9459/8996 1580/9496/9033</w:t>
        <w:br/>
        <w:t>f 1581/9497/9034 1530/9448/8985 1531/9447/8984</w:t>
        <w:br/>
        <w:t>f 1582/9498/9035 1581/9497/9034 1531/9447/8984</w:t>
        <w:br/>
        <w:t>f 1577/9493/9030 1583/9499/9036 1579/9495/9032</w:t>
        <w:br/>
        <w:t>f 1579/9495/9032 1583/9499/9036 1584/9500/9037</w:t>
        <w:br/>
        <w:t>f 1583/9499/9036 1585/9501/9038 1584/9500/9037</w:t>
        <w:br/>
        <w:t>f 1585/9501/9038 1583/9499/9036 1586/9502/9039</w:t>
        <w:br/>
        <w:t>f 1578/9494/9031 1588/9503/9040 1587/9504/9041</w:t>
        <w:br/>
        <w:t>f 1588/9503/9040 1578/9494/9031 1575/9491/9028</w:t>
        <w:br/>
        <w:t>f 1587/9504/9041 1590/9505/9042 1589/9506/9043</w:t>
        <w:br/>
        <w:t>f 1590/9505/9042 1587/9504/9041 1588/9503/9040</w:t>
        <w:br/>
        <w:t>f 1592/9507/9044 1591/9508/9045 1576/9492/9029</w:t>
        <w:br/>
        <w:t>f 1576/9492/9029 1573/9489/9026 1592/9507/9044</w:t>
        <w:br/>
        <w:t>f 1580/9496/9033 1593/9509/9046 1574/9490/9027</w:t>
        <w:br/>
        <w:t>f 1591/9508/9045 1592/9507/9044 1594/9510/9047</w:t>
        <w:br/>
        <w:t>f 1594/9510/9047 1595/9511/9048 1591/9508/9045</w:t>
        <w:br/>
        <w:t>f 1593/9509/9046 1580/9496/9033 1596/9512/9049</w:t>
        <w:br/>
        <w:t>f 1597/9513/9050 1581/9497/9034 1582/9498/9035</w:t>
        <w:br/>
        <w:t>f 1593/9509/9046 1599/9514/9051 1598/9515/9052</w:t>
        <w:br/>
        <w:t>f 1599/9514/9051 1593/9509/9046 1596/9512/9049</w:t>
        <w:br/>
        <w:t>f 1582/9498/9035 1600/9516/9053 1597/9513/9050</w:t>
        <w:br/>
        <w:t>f 1600/9516/9053 1601/9517/9054 1597/9513/9050</w:t>
        <w:br/>
        <w:t>f 1529/9445/8982 1603/9518/9055 1602/9519/9056</w:t>
        <w:br/>
        <w:t>f 1603/9518/9055 1529/9445/8982 1490/9404/8941</w:t>
        <w:br/>
        <w:t>f 1598/9515/9052 1599/9514/9051 1604/9520/9057</w:t>
        <w:br/>
        <w:t>f 1595/9511/9048 1594/9510/9047 1605/9521/9058</w:t>
        <w:br/>
        <w:t>f 1606/9522/9059 1601/9517/9054 1600/9516/9053</w:t>
        <w:br/>
        <w:t>f 1607/9523/9060 1602/9519/9056 1603/9518/9055</w:t>
        <w:br/>
        <w:t>f 1604/9520/9057 1599/9514/9051 1608/9524/9061</w:t>
        <w:br/>
        <w:t>f 1601/9517/9054 1606/9522/9059 1609/9525/9062</w:t>
        <w:br/>
        <w:t>f 1608/9524/9061 1610/9526/9063 1604/9520/9057</w:t>
        <w:br/>
        <w:t>f 1595/9511/9048 1605/9521/9058 1611/9527/9064</w:t>
        <w:br/>
        <w:t>f 1610/9526/9063 1608/9524/9061 1612/9528/9065</w:t>
        <w:br/>
        <w:t>f 1609/9525/9062 1606/9522/9059 1613/9529/9066</w:t>
        <w:br/>
        <w:t>f 1616/9530/9067 1615/9531/9067 1614/9532/9068</w:t>
        <w:br/>
        <w:t>f 1606/9522/9059 1617/9533/9069 1613/9529/9066</w:t>
        <w:br/>
        <w:t>f 1616/9530/9067 1618/9534/9070 1615/9531/9067</w:t>
        <w:br/>
        <w:t>f 1595/9511/9048 1611/9527/9064 1619/9535/9071</w:t>
        <w:br/>
        <w:t>f 1606/9522/9059 1620/9536/9072 1617/9533/9069</w:t>
        <w:br/>
        <w:t>f 1595/9511/9048 1619/9535/9071 1621/9537/9073</w:t>
        <w:br/>
        <w:t>f 1624/9538/9074 1623/9539/9075 1622/9540/9076</w:t>
        <w:br/>
        <w:t>f 1627/9541/9077 1626/9542/9078 1625/9543/9079</w:t>
        <w:br/>
        <w:t>f 1628/9544/9080 1626/9542/9078 1627/9541/9077</w:t>
        <w:br/>
        <w:t>f 1627/9541/9077 1629/9545/9081 1628/9544/9080</w:t>
        <w:br/>
        <w:t>f 1627/9541/9077 1630/9546/9082 1629/9545/9081</w:t>
        <w:br/>
        <w:t>f 1624/9538/9074 1622/9540/9076 1631/9547/9083</w:t>
        <w:br/>
        <w:t>f 1607/9523/9060 1603/9518/9055 1632/9548/9084</w:t>
        <w:br/>
        <w:t>f 1631/9547/9083 1633/9549/9085 1624/9538/9074</w:t>
        <w:br/>
        <w:t>f 1634/9550/9086 1632/9548/9084 1603/9518/9055</w:t>
        <w:br/>
        <w:t>f 1490/9404/8941 1634/9550/9086 1603/9518/9055</w:t>
        <w:br/>
        <w:t>f 1634/9550/9086 1490/9404/8941 1488/9406/8943</w:t>
        <w:br/>
        <w:t>f 1485/9401/8938 1635/9551/9087 1484/9400/8937</w:t>
        <w:br/>
        <w:t>f 1633/9549/9085 1631/9547/9083 1636/9552/9088</w:t>
        <w:br/>
        <w:t>f 1632/9548/9084 1634/9550/9086 1637/9553/9089</w:t>
        <w:br/>
        <w:t>f 1640/9554/9090 1639/9555/9091 1638/9556/9092</w:t>
        <w:br/>
        <w:t>f 1635/9551/9087 1485/9401/8938 1641/9557/9093</w:t>
        <w:br/>
        <w:t>f 1641/9557/9093 1640/9554/9090 1635/9551/9087</w:t>
        <w:br/>
        <w:t>f 1471/9385/8922 1472/9388/8925 1642/9558/9094</w:t>
        <w:br/>
        <w:t>f 1643/9559/9095 1639/9555/9091 1640/9554/9090</w:t>
        <w:br/>
        <w:t>f 1646/9560/9096 1645/9561/9097 1644/9562/9096</w:t>
        <w:br/>
        <w:t>f 1640/9554/9090 1641/9557/9093 1647/9563/9098</w:t>
        <w:br/>
        <w:t>f 1643/9559/9095 1640/9554/9090 1647/9563/9098</w:t>
        <w:br/>
        <w:t>f 1472/9388/8925 1648/9564/9099 1642/9558/9094</w:t>
        <w:br/>
        <w:t>f 1646/9560/9096 1644/9562/9096 1649/9565/9100</w:t>
        <w:br/>
        <w:t>f 1648/9564/9099 1651/9566/9101 1650/9567/9102</w:t>
        <w:br/>
        <w:t>f 1461/9379/8916 1462/9378/8915 1652/9568/9103</w:t>
        <w:br/>
        <w:t>f 1648/9564/9099 1472/9388/8925 1653/9569/9104</w:t>
        <w:br/>
        <w:t>f 1466/9382/8919 1461/9379/8916 1654/9570/9105</w:t>
        <w:br/>
        <w:t>f 1651/9566/9101 1648/9564/9099 1653/9569/9104</w:t>
        <w:br/>
        <w:t>f 1654/9570/9105 1461/9379/8916 1652/9568/9103</w:t>
        <w:br/>
        <w:t>f 1657/9571/9106 1656/9572/9107 1655/9573/9108</w:t>
        <w:br/>
        <w:t>f 1657/9571/9106 1658/9574/9109 1656/9572/9107</w:t>
        <w:br/>
        <w:t>f 1658/9574/9109 1659/9575/9110 1656/9572/9107</w:t>
        <w:br/>
        <w:t>f 1662/9576/9111 1661/9577/9112 1660/9578/9113</w:t>
        <w:br/>
        <w:t>f 1659/9575/9110 1658/9574/9109 1663/9579/9114</w:t>
        <w:br/>
        <w:t>f 1663/9579/9114 1664/9580/9115 1659/9575/9110</w:t>
        <w:br/>
        <w:t>f 1660/9578/9113 1665/9581/9116 1662/9576/9111</w:t>
        <w:br/>
        <w:t>f 1666/9582/9117 1662/9576/9111 1665/9581/9116</w:t>
        <w:br/>
        <w:t>f 1664/9580/9115 1663/9579/9114 1667/9583/9118</w:t>
        <w:br/>
        <w:t>f 1668/9584/9119 1664/9580/9115 1667/9583/9118</w:t>
        <w:br/>
        <w:t>f 1665/9581/9116 1669/9585/9120 1666/9582/9117</w:t>
        <w:br/>
        <w:t>f 1669/9585/9120 1670/9586/9121 1666/9582/9117</w:t>
        <w:br/>
        <w:t>f 1673/9587/9122 1672/9588/9123 1671/9589/9124</w:t>
        <w:br/>
        <w:t>f 1672/9588/9123 1673/9587/9122 1674/9590/9125</w:t>
        <w:br/>
        <w:t>f 1677/9591/9126 1676/9592/9127 1675/9593/9128</w:t>
        <w:br/>
        <w:t>f 1676/9592/9127 1677/9591/9126 1678/9594/9129</w:t>
        <w:br/>
        <w:t>f 1679/9595/9130 1678/9594/9129 1677/9591/9126</w:t>
        <w:br/>
        <w:t>f 1680/9596/9131 1671/9589/9124 1672/9588/9123</w:t>
        <w:br/>
        <w:t>f 1678/9594/9129 1679/9595/9130 1681/9597/9132</w:t>
        <w:br/>
        <w:t>f 1671/9589/9124 1680/9596/9131 1682/9598/9133</w:t>
        <w:br/>
        <w:t>f 1683/9599/9134 1681/9597/9132 1679/9595/9130</w:t>
        <w:br/>
        <w:t>f 1684/9600/9135 1682/9598/9133 1680/9596/9131</w:t>
        <w:br/>
        <w:t>f 1681/9597/9132 1683/9599/9134 1685/9601/9136</w:t>
        <w:br/>
        <w:t>f 1686/9602/9137 1685/9601/9136 1683/9599/9134</w:t>
        <w:br/>
        <w:t>f 1682/9598/9133 1684/9600/9135 1687/9603/9138</w:t>
        <w:br/>
        <w:t>f 1669/9585/9120 1688/9604/9139 1670/9586/9121</w:t>
        <w:br/>
        <w:t>f 1685/9601/9136 1686/9602/9137 1689/9605/9140</w:t>
        <w:br/>
        <w:t>f 1690/9606/9141 1687/9603/9138 1684/9600/9135</w:t>
        <w:br/>
        <w:t>f 1688/9604/9139 1691/9607/9142 1670/9586/9121</w:t>
        <w:br/>
        <w:t>f 1668/9584/9119 1667/9583/9118 1692/9608/9143</w:t>
        <w:br/>
        <w:t>f 1687/9603/9138 1690/9606/9141 1693/9609/9144</w:t>
        <w:br/>
        <w:t>f 1691/9607/9142 1688/9604/9139 1694/9610/9145</w:t>
        <w:br/>
        <w:t>f 1695/9611/9146 1689/9605/9140 1686/9602/9137</w:t>
        <w:br/>
        <w:t>f 1695/9611/9146 1686/9602/9137 1696/9612/9147</w:t>
        <w:br/>
        <w:t>f 1697/9613/9148 1693/9609/9144 1690/9606/9141</w:t>
        <w:br/>
        <w:t>f 1698/9614/9149 1691/9607/9142 1694/9610/9145</w:t>
        <w:br/>
        <w:t>f 1697/9613/9148 1690/9606/9141 1699/9615/9150</w:t>
        <w:br/>
        <w:t>f 1700/9616/9151 1668/9584/9119 1692/9608/9143</w:t>
        <w:br/>
        <w:t>f 1691/9607/9142 1698/9614/9149 1701/9617/9152</w:t>
        <w:br/>
        <w:t>f 1668/9584/9119 1700/9616/9151 1702/9618/9153</w:t>
        <w:br/>
        <w:t>f 1705/9619/9154 1704/9620/9155 1703/9621/9156</w:t>
        <w:br/>
        <w:t>f 1706/9622/9157 1701/9617/9152 1698/9614/9149</w:t>
        <w:br/>
        <w:t>f 1709/9623/9158 1708/9624/9159 1707/9625/9160</w:t>
        <w:br/>
        <w:t>f 1701/9617/9152 1706/9622/9157 1710/9626/9161</w:t>
        <w:br/>
        <w:t>f 1708/9624/9159 1709/9623/9158 1711/9627/9162</w:t>
        <w:br/>
        <w:t>f 1712/9628/9163 1711/9627/9162 1709/9623/9158</w:t>
        <w:br/>
        <w:t>f 1706/9622/9157 1713/9629/9164 1710/9626/9161</w:t>
        <w:br/>
        <w:t>f 1711/9627/9162 1712/9628/9163 1714/9630/9165</w:t>
        <w:br/>
        <w:t>f 1703/9621/9156 1715/9631/9166 1705/9619/9154</w:t>
        <w:br/>
        <w:t>f 1716/9632/9167 1695/9611/9146 1696/9612/9147</w:t>
        <w:br/>
        <w:t>f 1716/9632/9167 1696/9612/9147 1717/9633/9168</w:t>
        <w:br/>
        <w:t>f 1718/9634/9169 1716/9632/9167 1717/9633/9168</w:t>
        <w:br/>
        <w:t>f 1713/9629/9164 1706/9622/9157 1719/9635/9170</w:t>
        <w:br/>
        <w:t>f 1715/9631/9166 1720/9636/9171 1705/9619/9154</w:t>
        <w:br/>
        <w:t>f 1721/9637/9172 1714/9630/9165 1712/9628/9163</w:t>
        <w:br/>
        <w:t>f 1719/9635/9170 1722/9638/9173 1713/9629/9164</w:t>
        <w:br/>
        <w:t>f 1714/9630/9165 1721/9637/9172 1723/9639/9174</w:t>
        <w:br/>
        <w:t>f 1715/9631/9166 1724/9640/9175 1720/9636/9171</w:t>
        <w:br/>
        <w:t>f 1716/9632/9167 1718/9634/9169 1725/9641/9176</w:t>
        <w:br/>
        <w:t>f 1726/9642/9177 1725/9641/9176 1718/9634/9169</w:t>
        <w:br/>
        <w:t>f 1727/9643/9178 1720/9636/9171 1724/9640/9175</w:t>
        <w:br/>
        <w:t>f 1722/9638/9173 1719/9635/9170 1728/9644/9179</w:t>
        <w:br/>
        <w:t>f 1725/9641/9176 1726/9642/9177 1729/9645/9180</w:t>
        <w:br/>
        <w:t>f 1724/9640/9175 1730/9646/9181 1727/9643/9178</w:t>
        <w:br/>
        <w:t>f 1726/9642/9177 1731/9647/9182 1729/9645/9180</w:t>
        <w:br/>
        <w:t>f 1726/9642/9177 1732/9648/9183 1731/9647/9182</w:t>
        <w:br/>
        <w:t>f 1733/9649/9184 1727/9643/9178 1730/9646/9181</w:t>
        <w:br/>
        <w:t>f 1730/9646/9181 1734/9650/9185 1733/9649/9184</w:t>
        <w:br/>
        <w:t>f 1735/9651/9186 1722/9638/9173 1728/9644/9179</w:t>
        <w:br/>
        <w:t>f 1736/9652/9187 1731/9647/9182 1732/9648/9183</w:t>
        <w:br/>
        <w:t>f 1737/9653/9188 1733/9649/9184 1734/9650/9185</w:t>
        <w:br/>
        <w:t>f 1732/9648/9183 1738/9654/9189 1736/9652/9187</w:t>
        <w:br/>
        <w:t>f 1722/9638/9173 1735/9651/9186 1739/9655/9190</w:t>
        <w:br/>
        <w:t>f 1740/9656/9191 1723/9639/9174 1721/9637/9172</w:t>
        <w:br/>
        <w:t>f 1723/9639/9174 1740/9656/9191 1741/9657/9192</w:t>
        <w:br/>
        <w:t>f 1733/9649/9184 1737/9653/9188 1742/9658/9193</w:t>
        <w:br/>
        <w:t>f 1743/9659/9194 1739/9655/9190 1735/9651/9186</w:t>
        <w:br/>
        <w:t>f 1744/9660/9195 1736/9652/9187 1738/9654/9189</w:t>
        <w:br/>
        <w:t>f 1745/9661/9196 1742/9658/9193 1737/9653/9188</w:t>
        <w:br/>
        <w:t>f 1744/9660/9195 1738/9654/9189 1746/9662/9197</w:t>
        <w:br/>
        <w:t>f 1747/9663/9198 1744/9660/9195 1746/9662/9197</w:t>
        <w:br/>
        <w:t>f 1748/9664/9199 1741/9657/9192 1740/9656/9191</w:t>
        <w:br/>
        <w:t>f 1739/9655/9190 1743/9659/9194 1749/9665/9200</w:t>
        <w:br/>
        <w:t>f 1741/9657/9192 1748/9664/9199 1750/9666/9201</w:t>
        <w:br/>
        <w:t>f 1748/9664/9199 1751/9667/9202 1750/9666/9201</w:t>
        <w:br/>
        <w:t>f 1751/9667/9202 1748/9664/9199 1752/9668/9203</w:t>
        <w:br/>
        <w:t>f 1753/9669/9204 1751/9667/9202 1752/9668/9203</w:t>
        <w:br/>
        <w:t>f 1754/9670/9205 1749/9665/9200 1743/9659/9194</w:t>
        <w:br/>
        <w:t>f 1749/9665/9200 1754/9670/9205 1755/9671/9206</w:t>
        <w:br/>
        <w:t>f 1742/9658/9193 1745/9661/9196 1756/9672/9207</w:t>
        <w:br/>
        <w:t>f 1757/9673/9208 1755/9671/9206 1754/9670/9205</w:t>
        <w:br/>
        <w:t>f 1758/9674/9209 1756/9672/9207 1745/9661/9196</w:t>
        <w:br/>
        <w:t>f 1744/9660/9195 1747/9663/9198 1759/9675/9210</w:t>
        <w:br/>
        <w:t>f 1756/9672/9207 1758/9674/9209 1760/9676/9211</w:t>
        <w:br/>
        <w:t>f 1757/9673/9208 1754/9670/9205 1761/9677/9212</w:t>
        <w:br/>
        <w:t>f 1747/9663/9198 1762/9678/9213 1759/9675/9210</w:t>
        <w:br/>
        <w:t>f 1763/9679/9214 1760/9676/9211 1758/9674/9209</w:t>
        <w:br/>
        <w:t>f 1762/9678/9213 1747/9663/9198 1764/9680/9215</w:t>
        <w:br/>
        <w:t>f 1765/9681/9216 1762/9678/9213 1764/9680/9215</w:t>
        <w:br/>
        <w:t>f 1753/9669/9204 1767/9682/9217 1766/9683/9218</w:t>
        <w:br/>
        <w:t>f 1751/9667/9202 1753/9669/9204 1766/9683/9218</w:t>
        <w:br/>
        <w:t>f 1762/9678/9213 1765/9681/9216 1768/9684/9219</w:t>
        <w:br/>
        <w:t>f 1769/9685/9220 1768/9684/9219 1765/9681/9216</w:t>
        <w:br/>
        <w:t>f 1760/9676/9211 1763/9679/9214 1770/9686/9221</w:t>
        <w:br/>
        <w:t>f 1771/9687/9222 1757/9673/9208 1761/9677/9212</w:t>
        <w:br/>
        <w:t>f 1772/9688/9223 1770/9686/9221 1763/9679/9214</w:t>
        <w:br/>
        <w:t>f 1757/9673/9208 1771/9687/9222 1773/9689/9224</w:t>
        <w:br/>
        <w:t>f 1753/9669/9204 1774/9690/9225 1767/9682/9217</w:t>
        <w:br/>
        <w:t>f 1774/9690/9225 1775/9691/9226 1767/9682/9217</w:t>
        <w:br/>
        <w:t>f 1774/9690/9225 1776/9692/9227 1775/9691/9226</w:t>
        <w:br/>
        <w:t>f 1777/9693/9228 1773/9689/9224 1771/9687/9222</w:t>
        <w:br/>
        <w:t>f 1776/9692/9227 1778/9694/9229 1775/9691/9226</w:t>
        <w:br/>
        <w:t>f 1770/9686/9221 1772/9688/9223 1779/9695/9230</w:t>
        <w:br/>
        <w:t>f 1771/9687/9222 1780/9696/9231 1777/9693/9228</w:t>
        <w:br/>
        <w:t>f 1776/9692/9227 1781/9697/9232 1778/9694/9229</w:t>
        <w:br/>
        <w:t>f 1782/9698/9233 1777/9693/9228 1780/9696/9231</w:t>
        <w:br/>
        <w:t>f 1783/9699/9234 1778/9694/9229 1781/9697/9232</w:t>
        <w:br/>
        <w:t>f 1778/9694/9229 1783/9699/9234 1784/9700/9235</w:t>
        <w:br/>
        <w:t>f 1780/9696/9231 1785/9701/9236 1782/9698/9233</w:t>
        <w:br/>
        <w:t>f 1786/9702/9237 1784/9700/9235 1783/9699/9234</w:t>
        <w:br/>
        <w:t>f 1784/9700/9235 1786/9702/9237 1787/9703/9238</w:t>
        <w:br/>
        <w:t>f 1786/9702/9237 1788/9704/9239 1787/9703/9238</w:t>
        <w:br/>
        <w:t>f 1782/9698/9233 1790/9705/9240 1789/9706/9241</w:t>
        <w:br/>
        <w:t>f 1791/9707/9242 1789/9706/9241 1790/9705/9240</w:t>
        <w:br/>
        <w:t>f 1790/9705/9240 1782/9698/9233 1785/9701/9236</w:t>
        <w:br/>
        <w:t>f 1788/9704/9239 1786/9702/9237 1792/9708/9243</w:t>
        <w:br/>
        <w:t>f 1792/9708/9243 1793/9709/9244 1788/9704/9239</w:t>
        <w:br/>
        <w:t>f 1790/9705/9240 1794/9710/9245 1791/9707/9242</w:t>
        <w:br/>
        <w:t>f 1795/9711/9246 1791/9707/9242 1794/9710/9245</w:t>
        <w:br/>
        <w:t>f 1798/9712/9247 1797/9713/9248 1796/9714/9249</w:t>
        <w:br/>
        <w:t>f 1779/9695/9230 1796/9714/9249 1797/9713/9248</w:t>
        <w:br/>
        <w:t>f 1796/9714/9249 1779/9695/9230 1772/9688/9223</w:t>
        <w:br/>
        <w:t>f 1768/9684/9219 1769/9685/9220 1799/9715/9250</w:t>
        <w:br/>
        <w:t>f 1798/9712/9247 1796/9714/9249 1800/9716/9251</w:t>
        <w:br/>
        <w:t>f 1769/9685/9220 1801/9717/9252 1799/9715/9250</w:t>
        <w:br/>
        <w:t>f 1802/9718/9253 1798/9712/9247 1800/9716/9251</w:t>
        <w:br/>
        <w:t>f 1801/9717/9252 1769/9685/9220 1803/9719/9254</w:t>
        <w:br/>
        <w:t>f 1804/9720/9255 1801/9717/9252 1803/9719/9254</w:t>
        <w:br/>
        <w:t>f 1800/9716/9251 1805/9721/9256 1802/9718/9253</w:t>
        <w:br/>
        <w:t>f 1801/9717/9252 1804/9720/9255 1806/9722/9257</w:t>
        <w:br/>
        <w:t>f 1807/9723/9258 1806/9722/9257 1804/9720/9255</w:t>
        <w:br/>
        <w:t>f 1808/9724/9259 1802/9718/9253 1805/9721/9256</w:t>
        <w:br/>
        <w:t>f 1795/9711/9246 1794/9710/9245 1809/9725/9260</w:t>
        <w:br/>
        <w:t>f 1806/9722/9257 1807/9723/9258 1810/9726/9261</w:t>
        <w:br/>
        <w:t>f 1808/9724/9259 1805/9721/9256 1811/9727/9262</w:t>
        <w:br/>
        <w:t>f 1812/9728/9263 1810/9726/9261 1807/9723/9258</w:t>
        <w:br/>
        <w:t>f 1813/9729/9264 1808/9724/9259 1811/9727/9262</w:t>
        <w:br/>
        <w:t>f 1814/9730/9265 1795/9711/9246 1809/9725/9260</w:t>
        <w:br/>
        <w:t>f 1808/9724/9259 1813/9729/9264 1815/9731/9266</w:t>
        <w:br/>
        <w:t>f 1795/9711/9246 1814/9730/9265 1816/9732/9267</w:t>
        <w:br/>
        <w:t>f 1793/9709/9244 1792/9708/9243 1817/9733/9268</w:t>
        <w:br/>
        <w:t>f 1818/9734/9269 1816/9732/9267 1814/9730/9265</w:t>
        <w:br/>
        <w:t>f 1813/9729/9264 1819/9735/9270 1815/9731/9266</w:t>
        <w:br/>
        <w:t>f 1820/9736/9271 1793/9709/9244 1817/9733/9268</w:t>
        <w:br/>
        <w:t>f 1816/9732/9267 1818/9734/9269 1821/9737/9272</w:t>
        <w:br/>
        <w:t>f 1793/9709/9244 1820/9736/9271 1822/9738/9273</w:t>
        <w:br/>
        <w:t>f 1823/9739/9274 1822/9738/9273 1820/9736/9271</w:t>
        <w:br/>
        <w:t>f 1812/9728/9263 1807/9723/9258 1824/9740/9275</w:t>
        <w:br/>
        <w:t>f 1820/9736/9271 1825/9741/9276 1823/9739/9274</w:t>
        <w:br/>
        <w:t>f 1824/9740/9275 1826/9742/9277 1812/9728/9263</w:t>
        <w:br/>
        <w:t>f 1813/9729/9264 1827/9743/9278 1819/9735/9270</w:t>
        <w:br/>
        <w:t>f 1826/9742/9277 1824/9740/9275 1828/9744/9279</w:t>
        <w:br/>
        <w:t>f 1829/9745/9280 1823/9739/9274 1825/9741/9276</w:t>
        <w:br/>
        <w:t>f 1828/9744/9279 1830/9746/9281 1826/9742/9277</w:t>
        <w:br/>
        <w:t>f 1831/9747/9282 1819/9735/9270 1827/9743/9278</w:t>
        <w:br/>
        <w:t>f 1830/9746/9281 1828/9744/9279 1832/9748/9283</w:t>
        <w:br/>
        <w:t>f 1833/9749/9284 1821/9737/9272 1818/9734/9269</w:t>
        <w:br/>
        <w:t>f 1819/9735/9270 1831/9747/9282 1834/9750/9285</w:t>
        <w:br/>
        <w:t>f 1821/9737/9272 1833/9749/9284 1835/9751/9286</w:t>
        <w:br/>
        <w:t>f 1832/9748/9283 1836/9752/9287 1830/9746/9281</w:t>
        <w:br/>
        <w:t>f 1836/9752/9287 1832/9748/9283 1837/9753/9288</w:t>
        <w:br/>
        <w:t>f 1838/9754/9289 1834/9750/9285 1831/9747/9282</w:t>
        <w:br/>
        <w:t>f 1831/9747/9282 1839/9755/9290 1838/9754/9289</w:t>
        <w:br/>
        <w:t>f 1840/9756/9291 1835/9751/9286 1833/9749/9284</w:t>
        <w:br/>
        <w:t>f 1841/9757/9292 1836/9752/9287 1837/9753/9288</w:t>
        <w:br/>
        <w:t>f 1842/9758/9125 1838/9754/9289 1839/9755/9290</w:t>
        <w:br/>
        <w:t>f 1837/9753/9288 1843/9759/9293 1841/9757/9292</w:t>
        <w:br/>
        <w:t>f 1838/9754/9289 1842/9758/9125 1844/9760/9122</w:t>
        <w:br/>
        <w:t>f 1835/9751/9286 1840/9756/9291 1845/9761/9294</w:t>
        <w:br/>
        <w:t>f 1846/9762/9295 1845/9761/9294 1840/9756/9291</w:t>
        <w:br/>
        <w:t>f 1825/9741/9276 1847/9763/9296 1829/9745/9280</w:t>
        <w:br/>
        <w:t>f 1845/9761/9294 1846/9762/9295 1848/9764/9112</w:t>
        <w:br/>
        <w:t>f 1847/9763/9296 1849/9765/9108 1829/9745/9280</w:t>
        <w:br/>
        <w:t>f 1849/9765/9108 1847/9763/9296 1850/9766/9297</w:t>
        <w:br/>
        <w:t>f 1853/9767/9298 1852/9768/9299 1851/9769/9300</w:t>
        <w:br/>
        <w:t>f 1852/9768/9299 1853/9767/9298 1854/9770/9301</w:t>
        <w:br/>
        <w:t>f 1854/9770/9301 1855/9771/9302 1852/9768/9299</w:t>
        <w:br/>
        <w:t>f 1858/9772/9303 1857/9773/9304 1856/9774/9305</w:t>
        <w:br/>
        <w:t>f 1856/9774/9305 1859/9775/9306 1858/9772/9303</w:t>
        <w:br/>
        <w:t>f 1862/9776/9307 1861/9777/9308 1860/9778/9309</w:t>
        <w:br/>
        <w:t>f 1865/9779/9310 1864/9780/9311 1863/9781/9312</w:t>
        <w:br/>
        <w:t>f 1864/9780/9311 1865/9779/9310 1866/9782/9313</w:t>
        <w:br/>
        <w:t>f 1862/9776/9307 1867/9783/9314 1861/9777/9308</w:t>
        <w:br/>
        <w:t>f 1868/9784/9315 1866/9782/9313 1865/9779/9310</w:t>
        <w:br/>
        <w:t>f 1866/9782/9313 1868/9784/9315 1869/9785/9316</w:t>
        <w:br/>
        <w:t>f 1870/9786/9317 1861/9777/9308 1867/9783/9314</w:t>
        <w:br/>
        <w:t>f 1871/9787/9318 1869/9785/9316 1868/9784/9315</w:t>
        <w:br/>
        <w:t>f 1872/9788/9319 1858/9772/9303 1859/9775/9306</w:t>
        <w:br/>
        <w:t>f 1855/9771/9302 1854/9770/9301 1873/9789/9320</w:t>
        <w:br/>
        <w:t>f 1873/9789/9320 1874/9790/9321 1855/9771/9302</w:t>
        <w:br/>
        <w:t>f 1861/9777/9308 1870/9786/9317 1875/9791/9322</w:t>
        <w:br/>
        <w:t>f 1872/9788/9319 1859/9775/9306 1876/9792/9323</w:t>
        <w:br/>
        <w:t>f 1869/9785/9316 1871/9787/9318 1877/9793/9324</w:t>
        <w:br/>
        <w:t>f 1878/9794/9325 1875/9791/9322 1870/9786/9317</w:t>
        <w:br/>
        <w:t>f 1879/9795/9326 1877/9793/9324 1871/9787/9318</w:t>
        <w:br/>
        <w:t>f 1880/9796/9327 1872/9788/9319 1876/9792/9323</w:t>
        <w:br/>
        <w:t>f 1875/9791/9322 1878/9794/9325 1881/9797/9328</w:t>
        <w:br/>
        <w:t>f 1872/9788/9319 1880/9796/9327 1882/9798/9329</w:t>
        <w:br/>
        <w:t>f 1874/9790/9321 1873/9789/9320 1883/9799/9330</w:t>
        <w:br/>
        <w:t>f 1884/9800/9331 1874/9790/9321 1883/9799/9330</w:t>
        <w:br/>
        <w:t>f 1880/9796/9327 1885/9801/9332 1882/9798/9329</w:t>
        <w:br/>
        <w:t>f 1874/9790/9321 1884/9800/9331 1886/9802/9333</w:t>
        <w:br/>
        <w:t>f 1887/9803/9334 1881/9797/9328 1878/9794/9325</w:t>
        <w:br/>
        <w:t>f 1885/9801/9332 1880/9796/9327 1888/9804/9335</w:t>
        <w:br/>
        <w:t>f 1877/9793/9324 1879/9795/9326 1889/9805/9336</w:t>
        <w:br/>
        <w:t>f 1887/9803/9334 1878/9794/9325 1890/9806/9337</w:t>
        <w:br/>
        <w:t>f 1891/9807/9338 1889/9805/9336 1879/9795/9326</w:t>
        <w:br/>
        <w:t>f 1892/9808/9339 1886/9802/9333 1884/9800/9331</w:t>
        <w:br/>
        <w:t>f 1888/9804/9335 1893/9809/9340 1885/9801/9332</w:t>
        <w:br/>
        <w:t>f 1886/9802/9333 1892/9808/9339 1894/9810/9341</w:t>
        <w:br/>
        <w:t>f 1890/9806/9337 1895/9811/9342 1887/9803/9334</w:t>
        <w:br/>
        <w:t>f 1893/9809/9340 1888/9804/9335 1896/9812/9343</w:t>
        <w:br/>
        <w:t>f 1897/9813/9344 1894/9810/9341 1892/9808/9339</w:t>
        <w:br/>
        <w:t>f 1894/9810/9341 1897/9813/9344 1898/9814/9345</w:t>
        <w:br/>
        <w:t>f 1899/9815/9346 1893/9809/9340 1896/9812/9343</w:t>
        <w:br/>
        <w:t>f 1899/9815/9346 1896/9812/9343 1900/9816/9347</w:t>
        <w:br/>
        <w:t>f 1890/9806/9337 1901/9817/9348 1895/9811/9342</w:t>
        <w:br/>
        <w:t>f 1901/9817/9348 1902/9818/9349 1895/9811/9342</w:t>
        <w:br/>
        <w:t>f 1889/9805/9336 1891/9807/9338 1903/9819/9350</w:t>
        <w:br/>
        <w:t>f 1901/9817/9348 1904/9820/9351 1902/9818/9349</w:t>
        <w:br/>
        <w:t>f 1905/9821/9352 1903/9819/9350 1891/9807/9338</w:t>
        <w:br/>
        <w:t>f 1903/9819/9350 1905/9821/9352 1906/9822/9353</w:t>
        <w:br/>
        <w:t>f 1909/9823/9354 1908/9824/9355 1907/9825/9356</w:t>
        <w:br/>
        <w:t>f 1910/9826/9357 1909/9823/9354 1907/9825/9356</w:t>
        <w:br/>
        <w:t>f 1913/9827/9358 1912/9828/9359 1911/9829/9360</w:t>
        <w:br/>
        <w:t>f 1907/9825/9356 1914/9830/9361 1910/9826/9357</w:t>
        <w:br/>
        <w:t>f 1912/9828/9359 1913/9827/9358 1915/9831/9362</w:t>
        <w:br/>
        <w:t>f 1918/9832/9363 1917/9833/9364 1916/9834/9365</w:t>
        <w:br/>
        <w:t>f 1919/9835/9366 1910/9826/9357 1914/9830/9361</w:t>
        <w:br/>
        <w:t>f 1920/9836/9367 1915/9831/9362 1913/9827/9358</w:t>
        <w:br/>
        <w:t>f 1921/9837/9368 1919/9835/9366 1914/9830/9361</w:t>
        <w:br/>
        <w:t>f 1924/9838/9369 1923/9839/9370 1922/9840/9371</w:t>
        <w:br/>
        <w:t>f 1925/9841/9372 1919/9835/9366 1921/9837/9368</w:t>
        <w:br/>
        <w:t>f 1923/9839/9370 1924/9838/9369 1926/9842/9373</w:t>
        <w:br/>
        <w:t>f 1916/9834/9365 1917/9833/9364 1927/9843/9374</w:t>
        <w:br/>
        <w:t>f 1926/9842/9373 1928/9844/9375 1923/9839/9370</w:t>
        <w:br/>
        <w:t>f 1921/9837/9368 1929/9845/9376 1925/9841/9372</w:t>
        <w:br/>
        <w:t>f 1928/9844/9375 1926/9842/9373 1930/9846/9377</w:t>
        <w:br/>
        <w:t>f 1917/9833/9364 1931/9847/9378 1927/9843/9374</w:t>
        <w:br/>
        <w:t>f 1930/9846/9377 1932/9848/9379 1928/9844/9375</w:t>
        <w:br/>
        <w:t>f 1931/9847/9378 1917/9833/9364 1933/9849/9380</w:t>
        <w:br/>
        <w:t>f 1915/9831/9362 1920/9836/9367 1934/9850/9381</w:t>
        <w:br/>
        <w:t>f 1932/9848/9379 1930/9846/9377 1935/9851/9382</w:t>
        <w:br/>
        <w:t>f 1933/9849/9380 1936/9852/9383 1931/9847/9378</w:t>
        <w:br/>
        <w:t>f 1935/9851/9382 1937/9853/9384 1932/9848/9379</w:t>
        <w:br/>
        <w:t>f 1920/9836/9367 1938/9854/9385 1934/9850/9381</w:t>
        <w:br/>
        <w:t>f 1936/9852/9383 1933/9849/9380 1939/9855/9386</w:t>
        <w:br/>
        <w:t>f 1938/9854/9385 1920/9836/9367 1940/9856/9387</w:t>
        <w:br/>
        <w:t>f 1941/9857/9388 1938/9854/9385 1940/9856/9387</w:t>
        <w:br/>
        <w:t>f 1942/9858/9389 1936/9852/9383 1939/9855/9386</w:t>
        <w:br/>
        <w:t>f 1943/9859/9390 1938/9854/9385 1941/9857/9388</w:t>
        <w:br/>
        <w:t>f 1929/9845/9376 1921/9837/9368 1944/9860/9391</w:t>
        <w:br/>
        <w:t>f 1944/9860/9391 1945/9861/9392 1929/9845/9376</w:t>
        <w:br/>
        <w:t>f 1946/9862/9393 1943/9859/9390 1941/9857/9388</w:t>
        <w:br/>
        <w:t>f 1945/9861/9392 1944/9860/9391 1947/9863/9394</w:t>
        <w:br/>
        <w:t>f 1948/9864/9395 1936/9852/9383 1942/9858/9389</w:t>
        <w:br/>
        <w:t>f 1937/9853/9384 1935/9851/9382 1949/9865/9396</w:t>
        <w:br/>
        <w:t>f 1949/9865/9396 1950/9866/9397 1937/9853/9384</w:t>
        <w:br/>
        <w:t>f 1947/9863/9394 1951/9867/9398 1945/9861/9392</w:t>
        <w:br/>
        <w:t>f 1951/9867/9398 1947/9863/9394 1952/9868/9399</w:t>
        <w:br/>
        <w:t>f 1953/9869/9400 1943/9859/9390 1946/9862/9393</w:t>
        <w:br/>
        <w:t>f 1954/9870/9401 1953/9869/9400 1946/9862/9393</w:t>
        <w:br/>
        <w:t>f 1942/9858/9389 1955/9871/9402 1948/9864/9395</w:t>
        <w:br/>
        <w:t>f 1953/9869/9400 1954/9870/9401 1956/9872/9403</w:t>
        <w:br/>
        <w:t>f 1957/9873/9404 1948/9864/9395 1955/9871/9402</w:t>
        <w:br/>
        <w:t>f 1955/9871/9402 1958/9874/9405 1957/9873/9404</w:t>
        <w:br/>
        <w:t>f 1950/9866/9397 1949/9865/9396 1959/9875/9406</w:t>
        <w:br/>
        <w:t>f 1960/9876/9407 1957/9873/9404 1958/9874/9405</w:t>
        <w:br/>
        <w:t>f 1959/9875/9406 1961/9877/9408 1950/9866/9397</w:t>
        <w:br/>
        <w:t>f 1961/9877/9408 1959/9875/9406 1962/9878/9409</w:t>
        <w:br/>
        <w:t>f 1965/9879/9410 1964/9880/9411 1963/9881/9412</w:t>
        <w:br/>
        <w:t>f 1968/9882/9413 1967/9883/9414 1966/9884/9415</w:t>
        <w:br/>
        <w:t>f 1969/9885/9416 1963/9881/9412 1964/9880/9411</w:t>
        <w:br/>
        <w:t>f 1967/9883/9414 1968/9882/9413 1970/9886/9417</w:t>
        <w:br/>
        <w:t>f 1973/9887/9418 1972/9888/9419 1971/9889/9420</w:t>
        <w:br/>
        <w:t>f 1964/9880/9411 1974/9890/9421 1969/9885/9416</w:t>
        <w:br/>
        <w:t>f 1974/9890/9421 1964/9880/9411 1975/9891/9422</w:t>
        <w:br/>
        <w:t>f 1976/9892/9423 1970/9886/9417 1968/9882/9413</w:t>
        <w:br/>
        <w:t>f 1976/9892/9423 1968/9882/9413 1977/9893/9424</w:t>
        <w:br/>
        <w:t>f 1972/9888/9419 1973/9887/9418 1978/9894/9425</w:t>
        <w:br/>
        <w:t>f 1979/9895/9426 1978/9894/9425 1973/9887/9418</w:t>
        <w:br/>
        <w:t>f 1982/9896/9427 1981/9897/9428 1980/9898/9429</w:t>
        <w:br/>
        <w:t>f 1981/9897/9428 1982/9896/9427 1983/9899/9430</w:t>
        <w:br/>
        <w:t>f 1984/9900/9431 1983/9899/9430 1982/9896/9427</w:t>
        <w:br/>
        <w:t>f 1978/9894/9425 1979/9895/9426 1985/9901/9432</w:t>
        <w:br/>
        <w:t>f 1983/9899/9430 1984/9900/9431 1986/9902/9433</w:t>
        <w:br/>
        <w:t>f 1987/9903/9434 1985/9901/9432 1979/9895/9426</w:t>
        <w:br/>
        <w:t>f 1977/9893/9424 1988/9904/9435 1976/9892/9423</w:t>
        <w:br/>
        <w:t>f 1984/9900/9431 1989/9905/9436 1986/9902/9433</w:t>
        <w:br/>
        <w:t>f 1985/9901/9432 1987/9903/9434 1990/9906/9437</w:t>
        <w:br/>
        <w:t>f 1991/9907/9438 1986/9902/9433 1989/9905/9436</w:t>
        <w:br/>
        <w:t>f 1989/9905/9436 1992/9908/9439 1991/9907/9438</w:t>
        <w:br/>
        <w:t>f 1988/9904/9435 1977/9893/9424 1993/9909/9440</w:t>
        <w:br/>
        <w:t>f 1975/9891/9422 1994/9910/9441 1974/9890/9421</w:t>
        <w:br/>
        <w:t>f 1994/9910/9441 1975/9891/9422 1995/9911/9442</w:t>
        <w:br/>
        <w:t>f 1995/9911/9442 1996/9912/9443 1994/9910/9441</w:t>
        <w:br/>
        <w:t>f 1997/9913/9444 1988/9904/9435 1993/9909/9440</w:t>
        <w:br/>
        <w:t>f 1996/9912/9443 1995/9911/9442 1998/9914/9445</w:t>
        <w:br/>
        <w:t>f 1998/9914/9445 1999/9915/9446 1996/9912/9443</w:t>
        <w:br/>
        <w:t>f 2000/9916/9447 1990/9906/9437 1987/9903/9434</w:t>
        <w:br/>
        <w:t>f 2001/9917/9448 1988/9904/9435 1997/9913/9444</w:t>
        <w:br/>
        <w:t>f 1990/9906/9437 2000/9916/9447 2002/9918/9449</w:t>
        <w:br/>
        <w:t>f 1992/9908/9439 1989/9905/9436 2003/9919/9450</w:t>
        <w:br/>
        <w:t>f 2004/9920/9451 1992/9908/9439 2003/9919/9450</w:t>
        <w:br/>
        <w:t>f 2000/9916/9447 2005/9921/9452 2002/9918/9449</w:t>
        <w:br/>
        <w:t>f 1992/9908/9439 2004/9920/9451 2006/9922/9453</w:t>
        <w:br/>
        <w:t>f 1997/9913/9444 2007/9923/9454 2001/9917/9448</w:t>
        <w:br/>
        <w:t>f 2005/9921/9452 2000/9916/9447 2008/9924/9455</w:t>
        <w:br/>
        <w:t>f 2009/9925/9456 2006/9922/9453 2004/9920/9451</w:t>
        <w:br/>
        <w:t>f 2010/9926/9457 2006/9922/9453 2009/9925/9456</w:t>
        <w:br/>
        <w:t>f 2008/9924/9455 2011/9927/9458 2005/9921/9452</w:t>
        <w:br/>
        <w:t>f 2011/9927/9458 2008/9924/9455 2012/9928/9459</w:t>
        <w:br/>
        <w:t>f 2007/9923/9454 1997/9913/9444 2013/9929/9460</w:t>
        <w:br/>
        <w:t>f 2013/9929/9460 2014/9930/9461 2007/9923/9454</w:t>
        <w:br/>
        <w:t>f 2015/9931/9462 1996/9912/9443 1999/9915/9446</w:t>
        <w:br/>
        <w:t>f 2014/9930/9461 2013/9929/9460 2016/9932/9463</w:t>
        <w:br/>
        <w:t>f 2017/9933/9464 2015/9931/9462 1999/9915/9446</w:t>
        <w:br/>
        <w:t>f 2018/9934/9465 2015/9931/9462 2017/9933/9464</w:t>
        <w:br/>
        <w:t>f 2021/9935/9466 2020/9936/9467 2019/9937/9468</w:t>
        <w:br/>
        <w:t>f 2024/9938/9469 2023/9939/9470 2022/9940/9471</w:t>
        <w:br/>
        <w:t>f 2024/9938/9469 2022/9940/9471 2025/9941/9472</w:t>
        <w:br/>
        <w:t>f 2020/9936/9467 2021/9935/9466 2026/9942/9473</w:t>
        <w:br/>
        <w:t>f 2029/9943/9474 2028/9944/9475 2027/9945/9476</w:t>
        <w:br/>
        <w:t>f 2028/9944/9475 2029/9943/9474 2030/9946/9477</w:t>
        <w:br/>
        <w:t>f 2033/9947/9478 2032/9948/9479 2031/9949/9480</w:t>
        <w:br/>
        <w:t>f 2036/9950/9481 2035/9951/9482 2034/9952/9483</w:t>
        <w:br/>
        <w:t>f 2032/9948/9479 2033/9947/9478 2037/9953/9484</w:t>
        <w:br/>
        <w:t>f 2035/9951/9482 2036/9950/9481 2038/9954/9485</w:t>
        <w:br/>
        <w:t>f 2041/9955/9486 2040/9956/9487 2039/9957/9488</w:t>
        <w:br/>
        <w:t>f 2040/9956/9487 2041/9955/9486 2037/9953/9484</w:t>
        <w:br/>
        <w:t>f 2042/9958/9489 2032/9948/9479 2037/9953/9484</w:t>
        <w:br/>
        <w:t>f 2041/9955/9486 2043/9959/9490 2037/9953/9484</w:t>
        <w:br/>
        <w:t>f 2037/9953/9484 2044/9960/9491 2042/9958/9489</w:t>
        <w:br/>
        <w:t>f 2043/9959/9490 2041/9955/9486 2045/9961/9492</w:t>
        <w:br/>
        <w:t>f 2047/9962/9493 2045/9961/9492 2046/9963/9494</w:t>
        <w:br/>
        <w:t>f 2045/9961/9492 2047/9962/9493 2043/9959/9490</w:t>
        <w:br/>
        <w:t>f 2049/9964/9495 2047/9962/9493 2048/9965/9496</w:t>
        <w:br/>
        <w:t>f 2047/9962/9493 2049/9964/9495 2043/9959/9490</w:t>
        <w:br/>
        <w:t>f 2050/9966/9497 2042/9958/9489 2043/9959/9490</w:t>
        <w:br/>
        <w:t>f 2049/9964/9495 2050/9966/9497 2043/9959/9490</w:t>
        <w:br/>
        <w:t>f 2051/9967/9498 2042/9958/9489 2050/9966/9497</w:t>
        <w:br/>
        <w:t>f 2050/9966/9497 2049/9964/9495 2052/9968/9499</w:t>
        <w:br/>
        <w:t>f 2050/9966/9497 2053/9969/9500 2051/9967/9498</w:t>
        <w:br/>
        <w:t>f 2054/9970/9501 2053/9969/9500 2050/9966/9497</w:t>
        <w:br/>
        <w:t>f 2052/9968/9499 2055/9971/9502 2050/9966/9497</w:t>
        <w:br/>
        <w:t>f 2058/9972/9503 2057/9973/9504 2056/9974/9505</w:t>
        <w:br/>
        <w:t>f 2055/9971/9502 2052/9968/9499 2059/9975/9506</w:t>
        <w:br/>
        <w:t>f 2060/9976/9507 2056/9974/9505 2057/9973/9504</w:t>
        <w:br/>
        <w:t>f 2063/9977/9508 2062/9978/9509 2061/9979/9510</w:t>
        <w:br/>
        <w:t>f 2066/9980/9511 2065/9981/9512 2064/9982/9513</w:t>
        <w:br/>
        <w:t>f 2062/9978/9509 2063/9977/9508 2067/9983/9514</w:t>
        <w:br/>
        <w:t>f 2068/9984/9515 2064/9982/9513 2065/9981/9512</w:t>
        <w:br/>
        <w:t>f 2071/9985/9516 2070/9986/9517 2069/9987/9518</w:t>
        <w:br/>
        <w:t>f 2070/9986/9517 2067/9983/9519 2069/9987/9518</w:t>
        <w:br/>
        <w:t>f 2069/9987/9518 2067/9983/9519 2072/9988/9520</w:t>
        <w:br/>
        <w:t>f 2072/9988/9520 2073/9989/9521 2069/9987/9518</w:t>
        <w:br/>
        <w:t>f 2074/9990/9522 2067/9983/9514 2063/9977/9508</w:t>
        <w:br/>
        <w:t>f 2067/9983/9514 2074/9990/9522 2075/9991/9523</w:t>
        <w:br/>
        <w:t>f 2073/9989/9521 2077/9992/9524 2076/9993/9525</w:t>
        <w:br/>
        <w:t>f 2073/9989/9521 2072/9988/9520 2078/9994/9526</w:t>
        <w:br/>
        <w:t>f 2073/9989/9521 2078/9994/9526 2077/9992/9524</w:t>
        <w:br/>
        <w:t>f 2074/9990/9522 2079/9995/9527 2075/9991/9523</w:t>
        <w:br/>
        <w:t>f 2081/9996/9528 2080/9997/9529 2077/9992/9524</w:t>
        <w:br/>
        <w:t>f 2081/9996/9528 2077/9992/9524 2078/9994/9526</w:t>
        <w:br/>
        <w:t>f 2084/9998/9530 2083/9999/9531 2082/10000/9532</w:t>
        <w:br/>
        <w:t>f 2081/9996/9528 2078/9994/9526 2085/10001/9533</w:t>
        <w:br/>
        <w:t>f 2079/9995/9527 2074/9990/9522 2086/10002/9534</w:t>
        <w:br/>
        <w:t>f 2086/10002/9534 2087/10003/9535 2079/9995/9527</w:t>
        <w:br/>
        <w:t>f 2089/10004/9536 2088/10005/9537 2082/10000/9532</w:t>
        <w:br/>
        <w:t>f 2089/10004/9536 2082/10000/9532 2083/9999/9531</w:t>
        <w:br/>
        <w:t>f 2087/10003/9535 2086/10002/9534 2090/10006/9538</w:t>
        <w:br/>
        <w:t>f 2085/10001/9533 2091/10007/9539 2081/9996/9528</w:t>
        <w:br/>
        <w:t>f 2090/10006/9538 2092/10008/9540 2087/10003/9535</w:t>
        <w:br/>
        <w:t>f 2081/9996/9528 2091/10007/9539 2093/10009/9541</w:t>
        <w:br/>
        <w:t>f 2095/10010/9542 2094/10011/9543 2093/10009/9541</w:t>
        <w:br/>
        <w:t>f 2096/10012/9544 2095/10010/9542 2093/10009/9541</w:t>
        <w:br/>
        <w:t>f 2096/10012/9544 2093/10009/9541 2091/10007/9539</w:t>
        <w:br/>
        <w:t>f 2091/10007/9539 2097/10013/9545 2096/10012/9544</w:t>
        <w:br/>
        <w:t>f 2091/10007/9539 2098/10014/9546 2097/10013/9545</w:t>
        <w:br/>
        <w:t>f 2099/10015/9547 2098/10014/9546 2091/10007/9539</w:t>
        <w:br/>
        <w:t>f 2091/10007/9539 2090/10006/9548 2099/10015/9547</w:t>
        <w:br/>
        <w:t>f 2101/10016/9549 2100/10017/9550 2088/10005/9537</w:t>
        <w:br/>
        <w:t>f 2101/10016/9549 2088/10005/9537 2089/10004/9536</w:t>
        <w:br/>
        <w:t>f 2103/10018/9551 2102/10019/9552 2100/10017/9550</w:t>
        <w:br/>
        <w:t>f 2103/10018/9551 2100/10017/9550 2101/10016/9549</w:t>
        <w:br/>
        <w:t>f 2105/10020/9553 2104/10021/9554 2102/10019/9552</w:t>
        <w:br/>
        <w:t>f 2105/10020/9553 2102/10019/9552 2103/10018/9551</w:t>
        <w:br/>
        <w:t>f 2108/10022/9555 2107/10023/9556 2106/10024/9557</w:t>
        <w:br/>
        <w:t>f 2109/10025/9558 2106/10024/9557 2107/10023/9556</w:t>
        <w:br/>
        <w:t>f 2110/10026/9559 2109/10025/9558 2107/10023/9556</w:t>
        <w:br/>
        <w:t>f 2109/10025/9558 2110/10026/9559 2111/10027/9560</w:t>
        <w:br/>
        <w:t>f 2112/10028/9561 2105/10020/9553 2103/10018/9551</w:t>
        <w:br/>
        <w:t>f 2105/10020/9553 2112/10028/9561 2113/10029/9562</w:t>
        <w:br/>
        <w:t>f 2114/10030/9563 2111/10027/9560 2110/10026/9559</w:t>
        <w:br/>
        <w:t>f 2111/10027/9560 2114/10030/9563 2115/10031/9564</w:t>
        <w:br/>
        <w:t>f 2114/10030/9563 2116/10032/9565 2115/10031/9564</w:t>
        <w:br/>
        <w:t>f 2113/10029/9562 2118/10033/9566 2117/10034/9567</w:t>
        <w:br/>
        <w:t>f 2118/10033/9566 2113/10029/9562 2112/10028/9561</w:t>
        <w:br/>
        <w:t>f 2114/10030/9563 2119/10035/9568 2116/10032/9565</w:t>
        <w:br/>
        <w:t>f 2118/10033/9566 2120/10036/9569 2117/10034/9567</w:t>
        <w:br/>
        <w:t>f 2121/10037/9570 2116/10032/9565 2119/10035/9568</w:t>
        <w:br/>
        <w:t>f 2116/10032/9565 2121/10037/9570 2122/10038/9571</w:t>
        <w:br/>
        <w:t>f 2122/10038/9571 2124/10039/9572 2123/10040/9573</w:t>
        <w:br/>
        <w:t>f 2124/10039/9572 2122/10038/9571 2121/10037/9570</w:t>
        <w:br/>
        <w:t>f 2120/10036/9569 2118/10033/9566 2125/10041/9574</w:t>
        <w:br/>
        <w:t>f 2125/10041/9574 2126/10042/9575 2120/10036/9569</w:t>
        <w:br/>
        <w:t>f 2112/10028/9561 2127/10043/9576 2118/10033/9566</w:t>
        <w:br/>
        <w:t>f 2127/10043/9576 2125/10041/9574 2118/10033/9566</w:t>
        <w:br/>
        <w:t>f 2129/10044/9577 2126/10042/9575 2128/10045/9578</w:t>
        <w:br/>
        <w:t>f 2126/10042/9575 2125/10041/9574 2128/10045/9578</w:t>
        <w:br/>
        <w:t>f 2127/10043/9576 2112/10028/9561 2130/10046/9579</w:t>
        <w:br/>
        <w:t>f 2103/10018/9551 2130/10046/9579 2112/10028/9561</w:t>
        <w:br/>
        <w:t>f 2130/10046/9579 2103/10018/9551 2101/10016/9549</w:t>
        <w:br/>
        <w:t>f 2125/10041/9574 2127/10043/9576 2131/10047/9580</w:t>
        <w:br/>
        <w:t>f 2131/10047/9580 2128/10045/9578 2125/10041/9574</w:t>
        <w:br/>
        <w:t>f 2130/10046/9579 2132/10048/9581 2127/10043/9576</w:t>
        <w:br/>
        <w:t>f 2132/10048/9581 2131/10047/9580 2127/10043/9576</w:t>
        <w:br/>
        <w:t>f 2101/10016/9549 2133/10049/9582 2130/10046/9579</w:t>
        <w:br/>
        <w:t>f 2132/10048/9581 2130/10046/9579 2133/10049/9582</w:t>
        <w:br/>
        <w:t>f 2133/10049/9582 2101/10016/9549 2089/10004/9536</w:t>
        <w:br/>
        <w:t>f 2131/10047/9580 2132/10048/9581 2134/10050/9583</w:t>
        <w:br/>
        <w:t>f 2089/10004/9536 2135/10051/9584 2133/10049/9582</w:t>
        <w:br/>
        <w:t>f 2135/10051/9584 2089/10004/9536 2083/9999/9531</w:t>
        <w:br/>
        <w:t>f 2133/10049/9582 2136/10052/9585 2132/10048/9581</w:t>
        <w:br/>
        <w:t>f 2133/10049/9582 2135/10051/9584 2136/10052/9585</w:t>
        <w:br/>
        <w:t>f 2136/10052/9585 2134/10050/9583 2132/10048/9581</w:t>
        <w:br/>
        <w:t>f 2083/9999/9531 2137/10053/9586 2135/10051/9584</w:t>
        <w:br/>
        <w:t>f 2135/10051/9584 2138/10054/9587 2136/10052/9585</w:t>
        <w:br/>
        <w:t>f 2138/10054/9587 2135/10051/9584 2137/10053/9586</w:t>
        <w:br/>
        <w:t>f 2083/9999/9531 2084/9998/9530 2139/10055/9588</w:t>
        <w:br/>
        <w:t>f 2137/10053/9586 2083/9999/9531 2139/10055/9588</w:t>
        <w:br/>
        <w:t>f 2139/10055/9588 2084/9998/9530 2140/10056/9589</w:t>
        <w:br/>
        <w:t>f 2140/10056/9589 2141/10057/9590 2139/10055/9588</w:t>
        <w:br/>
        <w:t>f 2142/10058/9591 2139/10055/9588 2141/10057/9590</w:t>
        <w:br/>
        <w:t>f 2141/10057/9590 2143/10059/9592 2142/10058/9591</w:t>
        <w:br/>
        <w:t>f 2143/10059/9592 2144/10060/9593 2142/10058/9591</w:t>
        <w:br/>
        <w:t>f 2144/10060/9593 2143/10059/9592 2145/10061/9594</w:t>
        <w:br/>
        <w:t>f 2146/10062/9595 2144/10060/9593 2145/10061/9594</w:t>
        <w:br/>
        <w:t>f 2146/10062/9595 2145/10061/9594 2147/10063/9596</w:t>
        <w:br/>
        <w:t>f 2136/10052/9585 2138/10054/9587 2148/10064/9597</w:t>
        <w:br/>
        <w:t>f 2138/10054/9587 2149/10065/9598 2148/10064/9597</w:t>
        <w:br/>
        <w:t>f 2134/10050/9583 2136/10052/9585 2148/10064/9597</w:t>
        <w:br/>
        <w:t>f 2147/10063/9596 2150/10066/9599 2146/10062/9595</w:t>
        <w:br/>
        <w:t>f 2150/10066/9599 2147/10063/9596 2151/10067/9600</w:t>
        <w:br/>
        <w:t>f 2153/10068/9601 2151/10067/9600 2152/10069/9602</w:t>
        <w:br/>
        <w:t>f 2153/10068/9601 2150/10066/9599 2151/10067/9600</w:t>
        <w:br/>
        <w:t>f 2154/10070/9603 2148/10064/9597 2149/10065/9598</w:t>
        <w:br/>
        <w:t>f 2149/10065/9598 2155/10071/9604 2154/10070/9603</w:t>
        <w:br/>
        <w:t>f 2148/10064/9597 2156/10072/9605 2134/10050/9583</w:t>
        <w:br/>
        <w:t>f 2156/10072/9605 2148/10064/9597 2154/10070/9603</w:t>
        <w:br/>
        <w:t>f 2155/10071/9604 2158/10073/9606 2157/10074/9607</w:t>
        <w:br/>
        <w:t>f 2157/10074/9607 2154/10070/9603 2155/10071/9604</w:t>
        <w:br/>
        <w:t>f 2159/10075/9608 2134/10050/9583 2156/10072/9605</w:t>
        <w:br/>
        <w:t>f 2134/10050/9583 2159/10075/9608 2131/10047/9580</w:t>
        <w:br/>
        <w:t>f 2128/10045/9578 2131/10047/9580 2159/10075/9608</w:t>
        <w:br/>
        <w:t>f 2154/10070/9603 2160/10076/9609 2156/10072/9605</w:t>
        <w:br/>
        <w:t>f 2160/10076/9609 2154/10070/9603 2157/10074/9607</w:t>
        <w:br/>
        <w:t>f 2156/10072/9605 2161/10077/9610 2159/10075/9608</w:t>
        <w:br/>
        <w:t>f 2161/10077/9610 2156/10072/9605 2160/10076/9609</w:t>
        <w:br/>
        <w:t>f 2159/10075/9608 2162/10078/9611 2128/10045/9578</w:t>
        <w:br/>
        <w:t>f 2162/10078/9611 2159/10075/9608 2161/10077/9610</w:t>
        <w:br/>
        <w:t>f 2128/10045/9578 2162/10078/9611 2129/10044/9577</w:t>
        <w:br/>
        <w:t>f 2165/10079/9612 2164/10080/9613 2163/10081/9614</w:t>
        <w:br/>
        <w:t>f 2163/10081/9614 2167/10082/9615 2166/10083/9616</w:t>
        <w:br/>
        <w:t>f 2167/10082/9615 2163/10081/9614 2164/10080/9613</w:t>
        <w:br/>
        <w:t>f 2169/10084/9617 2166/10083/9616 2168/10085/9618</w:t>
        <w:br/>
        <w:t>f 2167/10082/9615 2168/10085/9618 2166/10083/9616</w:t>
        <w:br/>
        <w:t>f 2164/10080/9613 2170/10086/9619 2167/10082/9615</w:t>
        <w:br/>
        <w:t>f 2170/10086/9619 2168/10085/9618 2167/10082/9615</w:t>
        <w:br/>
        <w:t>f 2164/10080/9613 2165/10079/9612 2171/10087/9620</w:t>
        <w:br/>
        <w:t>f 2165/10079/9612 2172/10088/9621 2171/10087/9620</w:t>
        <w:br/>
        <w:t>f 2170/10086/9619 2164/10080/9613 2173/10089/9622</w:t>
        <w:br/>
        <w:t>f 2164/10080/9613 2171/10087/9620 2173/10089/9622</w:t>
        <w:br/>
        <w:t>f 2174/10090/9623 2168/10085/9618 2170/10086/9619</w:t>
        <w:br/>
        <w:t>f 2174/10090/9623 2170/10086/9619 2175/10091/9624</w:t>
        <w:br/>
        <w:t>f 2174/10090/9623 2176/10092/9625 2168/10085/9618</w:t>
        <w:br/>
        <w:t>f 2176/10092/9625 2174/10090/9623 2177/10093/9626</w:t>
        <w:br/>
        <w:t>f 2169/10084/9617 2168/10085/9618 2176/10092/9625</w:t>
        <w:br/>
        <w:t>f 2173/10089/9622 2179/10094/9627 2178/10095/9628</w:t>
        <w:br/>
        <w:t>f 2179/10094/9627 2173/10089/9622 2171/10087/9620</w:t>
        <w:br/>
        <w:t>f 2179/10094/9627 2181/10096/9629 2180/10097/9630</w:t>
        <w:br/>
        <w:t>f 2179/10094/9627 2171/10087/9620 2181/10096/9629</w:t>
        <w:br/>
        <w:t>f 2171/10087/9620 2182/10098/9631 2181/10096/9629</w:t>
        <w:br/>
        <w:t>f 2171/10087/9620 2172/10088/9621 2182/10098/9631</w:t>
        <w:br/>
        <w:t>f 2181/10096/9629 2182/10098/9631 2183/10099/9632</w:t>
        <w:br/>
        <w:t>f 2172/10088/9621 2184/10100/9633 2182/10098/9631</w:t>
        <w:br/>
        <w:t>f 2182/10098/9631 2184/10100/9633 2183/10099/9632</w:t>
        <w:br/>
        <w:t>f 2172/10088/9621 2185/10101/9634 2184/10100/9633</w:t>
        <w:br/>
        <w:t>f 2183/10099/9632 2187/10102/9635 2186/10103/9636</w:t>
        <w:br/>
        <w:t>f 2187/10102/9635 2183/10099/9632 2184/10100/9633</w:t>
        <w:br/>
        <w:t>f 2190/10104/9637 2189/10105/9638 2188/10106/9639</w:t>
        <w:br/>
        <w:t>f 2189/10105/9638 2190/10104/9637 2191/10107/9640</w:t>
        <w:br/>
        <w:t>f 2193/10108/9641 2184/10100/9633 2192/10109/9642</w:t>
        <w:br/>
        <w:t>f 2192/10109/9642 2184/10100/9633 2185/10101/9634</w:t>
        <w:br/>
        <w:t>f 2196/10110/9643 2195/10111/9644 2194/10112/9645</w:t>
        <w:br/>
        <w:t>f 2195/10111/9644 2196/10110/9643 2197/10113/9646</w:t>
        <w:br/>
        <w:t>f 2200/10114/9647 2199/10115/9648 2198/10116/9649</w:t>
        <w:br/>
        <w:t>f 2200/10114/9647 2201/10117/9650 2199/10115/9648</w:t>
        <w:br/>
        <w:t>f 2202/10118/9651 2197/10113/9646 2196/10110/9643</w:t>
        <w:br/>
        <w:t>f 2196/10110/9643 2203/10119/9652 2202/10118/9651</w:t>
        <w:br/>
        <w:t>f 2204/10120/9653 2200/10114/9647 2198/10116/9649</w:t>
        <w:br/>
        <w:t>f 2198/10116/9649 2205/10121/9654 2204/10120/9653</w:t>
        <w:br/>
        <w:t>f 2208/10122/9655 2207/10123/9656 2206/10124/9657</w:t>
        <w:br/>
        <w:t>f 2206/10124/9657 2209/10125/9658 2208/10122/9655</w:t>
        <w:br/>
        <w:t>f 2212/10126/9659 2211/10127/9660 2210/10128/9661</w:t>
        <w:br/>
        <w:t>f 2211/10127/9660 2212/10126/9659 2213/10129/9662</w:t>
        <w:br/>
        <w:t>f 2214/10130/9663 2213/10129/9662 2212/10126/9659</w:t>
        <w:br/>
        <w:t>f 2207/10123/9656 2215/10131/9664 2206/10124/9657</w:t>
        <w:br/>
        <w:t>f 2207/10123/9656 2216/10132/9665 2215/10131/9664</w:t>
        <w:br/>
        <w:t>f 2213/10129/9662 2214/10130/9663 2217/10133/9666</w:t>
        <w:br/>
        <w:t>f 2218/10134/9667 2217/10133/9666 2214/10130/9663</w:t>
        <w:br/>
        <w:t>f 2219/10135/9668 2215/10131/9664 2216/10132/9665</w:t>
        <w:br/>
        <w:t>f 2215/10131/9664 2219/10135/9668 2220/10136/9669</w:t>
        <w:br/>
        <w:t>f 2221/10137/9670 2204/10120/9653 2205/10121/9654</w:t>
        <w:br/>
        <w:t>f 2217/10133/9666 2218/10134/9667 2222/10138/9671</w:t>
        <w:br/>
        <w:t>f 2223/10139/9672 2222/10138/9671 2218/10134/9667</w:t>
        <w:br/>
        <w:t>f 2205/10121/9654 2224/10140/9673 2221/10137/9670</w:t>
        <w:br/>
        <w:t>f 2203/10119/9652 2225/10141/9674 2202/10118/9651</w:t>
        <w:br/>
        <w:t>f 2203/10119/9652 2226/10142/9675 2225/10141/9674</w:t>
        <w:br/>
        <w:t>f 2227/10143/9676 2225/10141/9674 2226/10142/9675</w:t>
        <w:br/>
        <w:t>f 2225/10141/9674 2227/10143/9676 2228/10144/9677</w:t>
        <w:br/>
        <w:t>f 2229/10145/9678 2221/10137/9670 2224/10140/9673</w:t>
        <w:br/>
        <w:t>f 2224/10140/9673 2230/10146/9679 2229/10145/9678</w:t>
        <w:br/>
        <w:t>f 2231/10147/9680 2220/10136/9669 2219/10135/9668</w:t>
        <w:br/>
        <w:t>f 2220/10136/9669 2231/10147/9680 2232/10148/9681</w:t>
        <w:br/>
        <w:t>f 2222/10138/9671 2223/10139/9672 2233/10149/9682</w:t>
        <w:br/>
        <w:t>f 2223/10139/9672 2234/10150/9683 2233/10149/9682</w:t>
        <w:br/>
        <w:t>f 2234/10150/9683 2223/10139/9672 2235/10151/9684</w:t>
        <w:br/>
        <w:t>f 2231/10147/9680 2236/10152/9685 2232/10148/9681</w:t>
        <w:br/>
        <w:t>f 2235/10151/9684 2237/10153/9686 2234/10150/9683</w:t>
        <w:br/>
        <w:t>f 2238/10154/9687 2229/10145/9678 2230/10146/9679</w:t>
        <w:br/>
        <w:t>f 2227/10143/9676 2239/10155/9688 2228/10144/9677</w:t>
        <w:br/>
        <w:t>f 2236/10152/9685 2231/10147/9680 2240/10156/9689</w:t>
        <w:br/>
        <w:t>f 2229/10145/9678 2238/10154/9687 2241/10157/9690</w:t>
        <w:br/>
        <w:t>f 2237/10153/9686 2235/10151/9684 2242/10158/9691</w:t>
        <w:br/>
        <w:t>f 2240/10156/9689 2243/10159/9692 2236/10152/9685</w:t>
        <w:br/>
        <w:t>f 2242/10158/9691 2244/10160/9693 2237/10153/9686</w:t>
        <w:br/>
        <w:t>f 2242/10158/9691 2245/10161/9694 2244/10160/9693</w:t>
        <w:br/>
        <w:t>f 2243/10159/9692 2247/10162/9695 2246/10163/9696</w:t>
        <w:br/>
        <w:t>f 2247/10162/9695 2243/10159/9692 2248/10164/9697</w:t>
        <w:br/>
        <w:t>f 2243/10159/9692 2240/10156/9689 2248/10164/9697</w:t>
        <w:br/>
        <w:t>f 2251/10165/9698 2250/10166/9699 2249/10167/9700</w:t>
        <w:br/>
        <w:t>f 2241/10157/9690 2253/10168/9701 2252/10169/9702</w:t>
        <w:br/>
        <w:t>f 2250/10166/9699 2251/10165/9698 2253/10168/9701</w:t>
        <w:br/>
        <w:t>f 2253/10168/9701 2241/10157/9690 2238/10154/9687</w:t>
        <w:br/>
        <w:t>f 2256/10170/9703 2255/10171/9704 2254/10172/9705</w:t>
        <w:br/>
        <w:t>f 2255/10171/9704 2256/10170/9703 2257/10173/9706</w:t>
        <w:br/>
        <w:t>f 2239/10155/9688 2257/10173/9706 2256/10170/9703</w:t>
        <w:br/>
        <w:t>f 2257/10173/9706 2239/10155/9688 2258/10174/9707</w:t>
        <w:br/>
        <w:t>f 2239/10155/9688 2227/10143/9676 2258/10174/9707</w:t>
        <w:br/>
        <w:t>f 2261/10175/9708 2260/10176/9709 2259/10177/9710</w:t>
        <w:br/>
        <w:t>f 2264/10178/9711 2263/10179/9712 2262/10180/9713</w:t>
        <w:br/>
        <w:t>f 2267/10181/9714 2266/10182/9715 2265/10183/9716</w:t>
        <w:br/>
        <w:t>f 2263/10179/9712 2264/10178/9711 2268/10184/9717</w:t>
        <w:br/>
        <w:t>f 2260/10176/9709 2261/10175/9708 2269/10185/9718</w:t>
        <w:br/>
        <w:t>f 2265/10183/9716 2266/10182/9715 2270/10186/9719</w:t>
        <w:br/>
        <w:t>f 2273/10187/9720 2272/10188/9721 2271/10189/9722</w:t>
        <w:br/>
        <w:t>f 2271/10189/9722 2274/10190/9723 2273/10187/9720</w:t>
        <w:br/>
        <w:t>f 2276/10191/9724 2275/10192/9725 2271/10189/9722</w:t>
        <w:br/>
        <w:t>f 2277/10193/9726 2270/10186/9719 2266/10182/9715</w:t>
        <w:br/>
        <w:t>f 2268/10184/9717 2278/10194/9727 2263/10179/9712</w:t>
        <w:br/>
        <w:t>f 2270/10186/9719 2277/10193/9726 2279/10195/9728</w:t>
        <w:br/>
        <w:t>f 2261/10175/9708 2280/10196/9729 2269/10185/9718</w:t>
        <w:br/>
        <w:t>f 2278/10194/9727 2268/10184/9717 2281/10197/9730</w:t>
        <w:br/>
        <w:t>f 2280/10196/9729 2261/10175/9708 2282/10198/9731</w:t>
        <w:br/>
        <w:t>f 2275/10192/9725 2276/10191/9724 2283/10199/9732</w:t>
        <w:br/>
        <w:t>f 2276/10191/9724 2284/10200/9733 2283/10199/9732</w:t>
        <w:br/>
        <w:t>f 2285/10201/9734 2280/10196/9729 2282/10198/9731</w:t>
        <w:br/>
        <w:t>f 2285/10201/9734 2282/10198/9731 2286/10202/9735</w:t>
        <w:br/>
        <w:t>f 2281/10197/9730 2287/10203/9736 2278/10194/9727</w:t>
        <w:br/>
        <w:t>f 2277/10193/9726 2288/10204/9737 2279/10195/9728</w:t>
        <w:br/>
        <w:t>f 2287/10203/9736 2281/10197/9730 2289/10205/9738</w:t>
        <w:br/>
        <w:t>f 2284/10200/9733 2276/10191/9724 2290/10206/9739</w:t>
        <w:br/>
        <w:t>f 2291/10207/9740 2279/10195/9728 2288/10204/9737</w:t>
        <w:br/>
        <w:t>f 2290/10206/9739 2292/10208/9741 2284/10200/9733</w:t>
        <w:br/>
        <w:t>f 2288/10204/9737 2293/10209/9742 2291/10207/9740</w:t>
        <w:br/>
        <w:t>f 2289/10205/9738 2294/10210/9743 2287/10203/9736</w:t>
        <w:br/>
        <w:t>f 2291/10207/9740 2293/10209/9742 2295/10211/9744</w:t>
        <w:br/>
        <w:t>f 2286/10202/9735 2296/10212/9745 2285/10201/9734</w:t>
        <w:br/>
        <w:t>f 2294/10210/9743 2289/10205/9738 2297/10213/9746</w:t>
        <w:br/>
        <w:t>f 2296/10212/9745 2286/10202/9735 2298/10214/9747</w:t>
        <w:br/>
        <w:t>f 2284/10200/9733 2292/10208/9741 2299/10215/9748</w:t>
        <w:br/>
        <w:t>f 2292/10208/9741 2300/10216/9749 2299/10215/9748</w:t>
        <w:br/>
        <w:t>f 2298/10214/9747 2301/10217/9750 2296/10212/9745</w:t>
        <w:br/>
        <w:t>f 2297/10213/9746 2302/10218/9751 2294/10210/9743</w:t>
        <w:br/>
        <w:t>f 2301/10217/9750 2298/10214/9747 2303/10219/9752</w:t>
        <w:br/>
        <w:t>f 2303/10219/9752 2304/10220/9753 2301/10217/9750</w:t>
        <w:br/>
        <w:t>f 2293/10209/9742 2305/10221/9754 2295/10211/9744</w:t>
        <w:br/>
        <w:t>f 2306/10222/9755 2294/10210/9743 2302/10218/9751</w:t>
        <w:br/>
        <w:t>f 2300/10216/9749 2292/10208/9741 2307/10223/9756</w:t>
        <w:br/>
        <w:t>f 2308/10224/9757 2295/10211/9744 2305/10221/9754</w:t>
        <w:br/>
        <w:t>f 2307/10223/9756 2309/10225/9758 2300/10216/9749</w:t>
        <w:br/>
        <w:t>f 2310/10226/9759 2301/10217/9750 2304/10220/9753</w:t>
        <w:br/>
        <w:t>f 2304/10220/9753 2311/10227/9760 2310/10226/9759</w:t>
        <w:br/>
        <w:t>f 2302/10218/9751 2312/10228/9761 2306/10222/9755</w:t>
        <w:br/>
        <w:t>f 2309/10225/9758 2307/10223/9756 2313/10229/9762</w:t>
        <w:br/>
        <w:t>f 2313/10229/9762 2314/10230/9763 2309/10225/9758</w:t>
        <w:br/>
        <w:t>f 2305/10221/9754 2315/10231/9764 2308/10224/9757</w:t>
        <w:br/>
        <w:t>f 2316/10232/9765 2308/10224/9757 2315/10231/9764</w:t>
        <w:br/>
        <w:t>f 2317/10233/9766 2306/10222/9755 2312/10228/9761</w:t>
        <w:br/>
        <w:t>f 2314/10230/9763 2313/10229/9762 2318/10234/9767</w:t>
        <w:br/>
        <w:t>f 2315/10231/9764 2319/10235/9768 2316/10232/9765</w:t>
        <w:br/>
        <w:t>f 2318/10234/9767 2320/10236/9769 2314/10230/9763</w:t>
        <w:br/>
        <w:t>f 2312/10228/9761 2321/10237/9770 2317/10233/9766</w:t>
        <w:br/>
        <w:t>f 2322/10238/9771 2310/10226/9759 2311/10227/9760</w:t>
        <w:br/>
        <w:t>f 2319/10235/9768 2315/10231/9764 2323/10239/9772</w:t>
        <w:br/>
        <w:t>f 2324/10240/9773 2317/10233/9766 2321/10237/9770</w:t>
        <w:br/>
        <w:t>f 2311/10227/9760 2325/10241/9774 2322/10238/9771</w:t>
        <w:br/>
        <w:t>f 2321/10237/9770 2326/10242/9775 2324/10240/9773</w:t>
        <w:br/>
        <w:t>f 2325/10241/9774 2311/10227/9760 2327/10243/9776</w:t>
        <w:br/>
        <w:t>f 2328/10244/9777 2325/10241/9774 2327/10243/9776</w:t>
        <w:br/>
        <w:t>f 2329/10245/9778 2319/10235/9768 2323/10239/9772</w:t>
        <w:br/>
        <w:t>f 2326/10242/9775 2330/10246/9779 2324/10240/9773</w:t>
        <w:br/>
        <w:t>f 2320/10236/9769 2318/10234/9767 2331/10247/9780</w:t>
        <w:br/>
        <w:t>f 2319/10235/9768 2329/10245/9778 2332/10248/9781</w:t>
        <w:br/>
        <w:t>f 2333/10249/9782 2320/10236/9769 2331/10247/9780</w:t>
        <w:br/>
        <w:t>f 2329/10245/9778 2334/10250/9783 2332/10248/9781</w:t>
        <w:br/>
        <w:t>f 2320/10236/9769 2333/10249/9782 2335/10251/9784</w:t>
        <w:br/>
        <w:t>f 2333/10249/9782 2336/10252/9785 2335/10251/9784</w:t>
        <w:br/>
        <w:t>f 2337/10253/9786 2330/10246/9779 2326/10242/9775</w:t>
        <w:br/>
        <w:t>f 2334/10250/9783 2329/10245/9778 2338/10254/9787</w:t>
        <w:br/>
        <w:t>f 2325/10241/9774 2328/10244/9777 2339/10255/9788</w:t>
        <w:br/>
        <w:t>f 2326/10242/9775 2340/10256/9789 2337/10253/9786</w:t>
        <w:br/>
        <w:t>f 2341/10257/9790 2339/10255/9788 2328/10244/9777</w:t>
        <w:br/>
        <w:t>f 2336/10252/9785 2333/10249/9782 2342/10258/9791</w:t>
        <w:br/>
        <w:t>f 2342/10258/9791 2343/10259/9792 2336/10252/9785</w:t>
        <w:br/>
        <w:t>f 2343/10259/9792 2342/10258/9791 2344/10260/9793</w:t>
        <w:br/>
        <w:t>f 2339/10255/9788 2341/10257/9790 2345/10261/9794</w:t>
        <w:br/>
        <w:t>f 2346/10262/9795 2337/10253/9786 2340/10256/9789</w:t>
        <w:br/>
        <w:t>f 2347/10263/9796 2345/10261/9794 2341/10257/9790</w:t>
        <w:br/>
        <w:t>f 2347/10263/9796 2348/10264/9797 2345/10261/9794</w:t>
        <w:br/>
        <w:t>f 2337/10253/9786 2346/10262/9795 2349/10265/9798</w:t>
        <w:br/>
        <w:t>f 2346/10262/9795 2350/10266/9799 2349/10265/9798</w:t>
        <w:br/>
        <w:t>f 2338/10254/9787 2351/10267/9800 2334/10250/9783</w:t>
        <w:br/>
        <w:t>f 2334/10250/9783 2351/10267/9800 2352/10268/9801</w:t>
        <w:br/>
        <w:t>f 2351/10267/9800 2353/10269/9802 2352/10268/9801</w:t>
        <w:br/>
        <w:t>f 2350/10266/9799 2354/10270/9803 2349/10265/9798</w:t>
        <w:br/>
        <w:t>f 2353/10269/9802 2351/10267/9800 2355/10271/9804</w:t>
        <w:br/>
        <w:t>f 249/8167/7708 250/8166/7707 2356/10272/9805</w:t>
        <w:br/>
        <w:t>f 2359/10273/9806 2358/10274/9807 2357/10275/9808</w:t>
        <w:br/>
        <w:t>f 2358/10274/9807 2361/10276/9809 2360/10277/9810</w:t>
        <w:br/>
        <w:t>f 2361/10276/9809 2358/10274/9807 2359/10273/9806</w:t>
        <w:br/>
        <w:t>f 2364/10278/9811 2363/10279/9812 2362/10280/9813</w:t>
        <w:br/>
        <w:t>f 2356/10272/9805 250/8166/7707 2365/10281/9814</w:t>
        <w:br/>
        <w:t>f 2362/10280/9813 2363/10279/9812 2366/10282/9815</w:t>
        <w:br/>
        <w:t>f 2369/10283/9816 2368/10284/9817 2367/10285/9818</w:t>
        <w:br/>
        <w:t>f 2370/10286/9819 2369/10283/9816 2367/10285/9818</w:t>
        <w:br/>
        <w:t>f 2368/10284/9817 2369/10283/9816 2371/10287/9820</w:t>
        <w:br/>
        <w:t>f 2374/10288/9821 2373/10289/9821 2372/10290/9822</w:t>
        <w:br/>
        <w:t>f 2377/10291/9823 2376/10292/9824 2375/10293/9825</w:t>
        <w:br/>
        <w:t>f 2372/10290/9822 2378/10294/9826 18/7934/9827</w:t>
        <w:br/>
        <w:t>f 2379/10295/9828 2377/10291/9823 2375/10293/9825</w:t>
        <w:br/>
        <w:t>f 2378/10294/9826 2372/10290/9822 2380/10296/9829</w:t>
        <w:br/>
        <w:t>f 2381/10297/9830 2379/10295/9828 2375/10293/9825</w:t>
        <w:br/>
        <w:t>f 2375/10293/9825 2382/10298/9831 2381/10297/9830</w:t>
        <w:br/>
        <w:t>f 2380/10296/9829 2383/10299/9832 2378/10294/9826</w:t>
        <w:br/>
        <w:t>f 2386/10300/9833 2385/10301/9834 2384/10302/9835</w:t>
        <w:br/>
        <w:t>f 2385/10301/9834 2387/10303/9836 2384/10302/9835</w:t>
        <w:br/>
        <w:t>f 2380/10296/9829 2388/10304/9837 2383/10299/9832</w:t>
        <w:br/>
        <w:t>f 2387/10303/9836 2389/10305/9838 2384/10302/9835</w:t>
        <w:br/>
        <w:t>f 2390/10306/9839 2388/10304/9837 2380/10296/9829</w:t>
        <w:br/>
        <w:t>f 2389/10305/9838 2391/10307/9840 2384/10302/9835</w:t>
        <w:br/>
        <w:t>f 2389/10305/9838 2392/10308/9841 2391/10307/9840</w:t>
        <w:br/>
        <w:t>f 2382/10298/9831 2393/10309/9842 2381/10297/9830</w:t>
        <w:br/>
        <w:t>f 2393/10309/9843 2395/10310/9844 2394/10311/9845</w:t>
        <w:br/>
        <w:t>f 2393/10309/9842 2382/10298/9831 2396/10312/9846</w:t>
        <w:br/>
        <w:t>f 2392/10308/9841 2389/10305/9838 2397/10313/9847</w:t>
        <w:br/>
        <w:t>f 2395/10310/9844 2393/10309/9843 2398/10314/9848</w:t>
        <w:br/>
        <w:t>f 2399/10315/9849 2393/10309/9842 2396/10312/9846</w:t>
        <w:br/>
        <w:t>f 2397/10313/9847 2400/10316/9850 2392/10308/9841</w:t>
        <w:br/>
        <w:t>f 2392/10308/9841 2400/10316/9850 2401/10317/9851</w:t>
        <w:br/>
        <w:t>f 2400/10316/9850 2402/10318/9852 2401/10317/9851</w:t>
        <w:br/>
        <w:t>f 2393/10309/9843 2403/10319/9853 2398/10314/9848</w:t>
        <w:br/>
        <w:t>f 2403/10319/9853 2404/10320/9854 2398/10314/9848</w:t>
        <w:br/>
        <w:t>f 2393/10309/9842 2399/10315/9849 2405/10321/9855</w:t>
        <w:br/>
        <w:t>f 2402/10318/9852 2400/10316/9850 2406/10322/9856</w:t>
        <w:br/>
        <w:t>f 2406/10322/9856 2407/10323/9857 2402/10318/9852</w:t>
        <w:br/>
        <w:t>f 2408/10324/9858 2393/10309/9842 2405/10321/9855</w:t>
        <w:br/>
        <w:t>f 2409/10325/9859 2393/10309/9842 2408/10324/9858</w:t>
        <w:br/>
        <w:t>f 2399/10315/9849 2410/10326/9860 2405/10321/9855</w:t>
        <w:br/>
        <w:t>f 2413/10327/9861 2412/10328/9862 2411/10329/9861</w:t>
        <w:br/>
        <w:t>f 2410/10326/9860 2399/10315/9849 2414/10330/9863</w:t>
        <w:br/>
        <w:t>f 2415/10331/9864 2409/10325/9859 2408/10324/9858</w:t>
        <w:br/>
        <w:t>f 2418/10332/9865 2417/10333/9866 2416/10334/9867</w:t>
        <w:br/>
        <w:t>f 2416/10334/9867 2417/10333/9866 2419/10335/9868</w:t>
        <w:br/>
        <w:t>f 2415/10331/9864 2420/10336/9869 2409/10325/9859</w:t>
        <w:br/>
        <w:t>f 2419/10335/9868 2421/10337/9870 2416/10334/9867</w:t>
        <w:br/>
        <w:t>f 2421/10337/9870 2419/10335/9868 2422/10338/9871</w:t>
        <w:br/>
        <w:t>f 2423/10339/9872 2409/10325/9859 2420/10336/9869</w:t>
        <w:br/>
        <w:t>f 2400/10316/9850 2403/10319/9873 2424/10340/9874</w:t>
        <w:br/>
        <w:t>f 2424/10340/9874 2406/10322/9856 2400/10316/9850</w:t>
        <w:br/>
        <w:t>f 2420/10336/9869 2425/10341/9875 2423/10339/9872</w:t>
        <w:br/>
        <w:t>f 2428/10342/9876 2427/10343/9877 2426/10344/9878</w:t>
        <w:br/>
        <w:t>f 2412/10328/9862 2410/10326/9879 2429/10345/9880</w:t>
        <w:br/>
        <w:t>f 2426/10344/9878 2427/10343/9877 2430/10346/9881</w:t>
        <w:br/>
        <w:t>f 2427/10343/9877 2431/10347/9882 2430/10346/9881</w:t>
        <w:br/>
        <w:t>f 2431/10347/9882 2427/10343/9877 2432/10348/9883</w:t>
        <w:br/>
        <w:t>f 2425/10341/9875 2433/10349/9884 2423/10339/9872</w:t>
        <w:br/>
        <w:t>f 2434/10350/9885 2429/10345/9880 2410/10326/9879</w:t>
        <w:br/>
        <w:t>f 2429/10345/9880 2434/10350/9885 2432/10348/9886</w:t>
        <w:br/>
        <w:t>f 2435/10351/9887 2418/10332/9865 2416/10334/9867</w:t>
        <w:br/>
        <w:t>f 2436/10352/9888 2418/10332/9865 2435/10351/9887</w:t>
        <w:br/>
        <w:t>f 2416/10334/9867 2437/10353/9889 2435/10351/9887</w:t>
        <w:br/>
        <w:t>f 2433/10349/9884 2438/10354/9890 2423/10339/9872</w:t>
        <w:br/>
        <w:t>f 2434/10350/9885 2439/10355/9891 2432/10348/9886</w:t>
        <w:br/>
        <w:t>f 2439/10355/9891 2438/10354/9890 2433/10349/9884</w:t>
        <w:br/>
        <w:t>f 2440/10356/9892 2423/10339/9872 2438/10354/9890</w:t>
        <w:br/>
        <w:t>f 2440/10356/9892 2406/10322/9856 2423/10339/9872</w:t>
        <w:br/>
        <w:t>f 2438/10354/9890 2439/10355/9891 2441/10357/9893</w:t>
        <w:br/>
        <w:t>f 2440/10356/9892 2438/10354/9890 2441/10357/9893</w:t>
        <w:br/>
        <w:t>f 2436/10352/9888 2442/10358/9894 2439/10355/9891</w:t>
        <w:br/>
        <w:t>f 2442/10358/9894 2436/10352/9888 2443/10359/9895</w:t>
        <w:br/>
        <w:t>f 2443/10359/9895 2436/10352/9888 2435/10351/9887</w:t>
        <w:br/>
        <w:t>f 2442/10358/9894 2444/10360/9896 2439/10355/9891</w:t>
        <w:br/>
        <w:t>f 2447/10361/9897 2446/10362/9898 2445/10363/9899</w:t>
        <w:br/>
        <w:t>f 2444/10360/9896 2448/10364/9900 2439/10355/9891</w:t>
        <w:br/>
        <w:t>f 2449/10365/9901 2445/10363/9899 2446/10362/9898</w:t>
        <w:br/>
        <w:t>f 2448/10364/9900 2441/10357/9893 2439/10355/9891</w:t>
        <w:br/>
        <w:t>f 2450/10366/9902 2445/10363/9899 2449/10365/9901</w:t>
        <w:br/>
        <w:t>f 2435/10351/9887 2421/10337/9870 2451/10367/9903</w:t>
        <w:br/>
        <w:t>f 2452/10368/9904 2441/10357/9893 2448/10364/9900</w:t>
        <w:br/>
        <w:t>f 2441/10357/9893 2452/10368/9904 2440/10356/9892</w:t>
        <w:br/>
        <w:t>f 2453/10369/9905 2445/10363/9899 2450/10366/9902</w:t>
        <w:br/>
        <w:t>f 2456/10370/9906 2455/10371/9907 2454/10372/9908</w:t>
        <w:br/>
        <w:t>f 2456/10370/9906 2454/10372/9908 2406/10322/9856</w:t>
        <w:br/>
        <w:t>f 2407/10323/9857 2406/10322/9856 2454/10372/9908</w:t>
        <w:br/>
        <w:t>f 2452/10368/9904 2448/10364/9900 2457/10373/9909</w:t>
        <w:br/>
        <w:t>f 2445/10363/9899 2453/10369/9905 2458/10374/9910</w:t>
        <w:br/>
        <w:t>f 2459/10375/9911 2454/10372/9908 2455/10371/9907</w:t>
        <w:br/>
        <w:t>f 2459/10375/9911 2455/10371/9907 2460/10376/9912</w:t>
        <w:br/>
        <w:t>f 2454/10372/9908 2461/10377/9913 2407/10323/9857</w:t>
        <w:br/>
        <w:t>f 2464/10378/9914 2463/10379/9915 2462/10380/9916</w:t>
        <w:br/>
        <w:t>f 2465/10381/9917 2407/10323/9857 2461/10377/9913</w:t>
        <w:br/>
        <w:t>f 2460/10376/9912 2466/10382/9918 2459/10375/9911</w:t>
        <w:br/>
        <w:t>f 2461/10377/9913 2467/10383/9919 2465/10381/9917</w:t>
        <w:br/>
        <w:t>f 2468/10384/9920 2465/10381/9917 2467/10383/9919</w:t>
        <w:br/>
        <w:t>f 2467/10383/9919 2469/10385/9921 2468/10384/9920</w:t>
        <w:br/>
        <w:t>f 2464/10378/9914 2462/10380/9916 2470/10386/9922</w:t>
        <w:br/>
        <w:t>f 2473/10387/9923 2472/10388/9924 2471/10389/9925</w:t>
        <w:br/>
        <w:t>f 2474/10390/9926 2464/10378/9914 2470/10386/9922</w:t>
        <w:br/>
        <w:t>f 2466/10382/9918 2460/10376/9912 2475/10391/9927</w:t>
        <w:br/>
        <w:t>f 2458/10374/9910 2477/10392/9928 2476/10393/9929</w:t>
        <w:br/>
        <w:t>f 2478/10394/9930 2472/10388/9924 2473/10387/9923</w:t>
        <w:br/>
        <w:t>f 2477/10392/9928 2458/10374/9910 2479/10395/9931</w:t>
        <w:br/>
        <w:t>f 2481/10396/9932 2478/10394/9930 2480/10397/9933</w:t>
        <w:br/>
        <w:t>f 2478/10394/9930 2481/10396/9932 2472/10388/9924</w:t>
        <w:br/>
        <w:t>f 2453/10369/9905 2479/10395/9931 2458/10374/9910</w:t>
        <w:br/>
        <w:t>f 2474/10390/9926 2470/10386/9922 2482/10398/9934</w:t>
        <w:br/>
        <w:t>f 2481/10396/9935 2482/10398/9934 2470/10386/9922</w:t>
        <w:br/>
        <w:t>f 2469/10385/9921 2467/10383/9919 2483/10399/9936</w:t>
        <w:br/>
        <w:t>f 2483/10399/9936 2484/10400/9937 2469/10385/9921</w:t>
        <w:br/>
        <w:t>f 2485/10401/9938 2474/10390/9926 2482/10398/9934</w:t>
        <w:br/>
        <w:t>f 2467/10383/9919 2486/10402/9939 2483/10399/9936</w:t>
        <w:br/>
        <w:t>f 2487/10403/9940 2482/10398/9934 2481/10396/9935</w:t>
        <w:br/>
        <w:t>f 2487/10403/9940 2485/10401/9938 2482/10398/9934</w:t>
        <w:br/>
        <w:t>f 2484/10400/9937 2483/10399/9936 2488/10404/9941</w:t>
        <w:br/>
        <w:t>f 2486/10402/9939 2489/10405/9942 2483/10399/9936</w:t>
        <w:br/>
        <w:t>f 2492/10406/9943 2491/10407/9944 2490/10408/9945</w:t>
        <w:br/>
        <w:t>f 2485/10401/9938 2487/10403/9940 2493/10409/9946</w:t>
        <w:br/>
        <w:t>f 2489/10405/9942 2486/10402/9939 2493/10409/9946</w:t>
        <w:br/>
        <w:t>f 2484/10400/9937 2488/10404/9941 2494/10410/9947</w:t>
        <w:br/>
        <w:t>f 2495/10411/9948 2484/10400/9937 2494/10410/9947</w:t>
        <w:br/>
        <w:t>f 2492/10406/9943 2490/10408/9945 2496/10412/9949</w:t>
        <w:br/>
        <w:t>f 2497/10413/9950 2492/10406/9943 2496/10412/9949</w:t>
        <w:br/>
        <w:t>f 2498/10414/9951 2495/10411/9948 2494/10410/9947</w:t>
        <w:br/>
        <w:t>f 2495/10411/9948 2498/10414/9951 2499/10415/9952</w:t>
        <w:br/>
        <w:t>f 2496/10412/9949 2490/10408/9945 2500/10416/9953</w:t>
        <w:br/>
        <w:t>f 2501/10417/9954 2499/10415/9952 2498/10414/9951</w:t>
        <w:br/>
        <w:t>f 2499/10415/9952 2501/10417/9954 2502/10418/9955</w:t>
        <w:br/>
        <w:t>f 2496/10412/9949 2500/10416/9953 2503/10419/9956</w:t>
        <w:br/>
        <w:t>f 2505/10420/9957 2504/10421/9958 2489/10405/9942</w:t>
        <w:br/>
        <w:t>f 2505/10420/9957 2489/10405/9942 2493/10409/9946</w:t>
        <w:br/>
        <w:t>f 2505/10420/9957 2506/10422/9959 2504/10421/9958</w:t>
        <w:br/>
        <w:t>f 2507/10423/9960 2506/10422/9959 2505/10420/9957</w:t>
        <w:br/>
        <w:t>f 2509/10424/9961 2503/10419/9956 2508/10425/9962</w:t>
        <w:br/>
        <w:t>f 2503/10419/9956 2509/10424/9961 2496/10412/9949</w:t>
        <w:br/>
        <w:t>f 2507/10423/9960 2505/10420/9957 2510/10426/9963</w:t>
        <w:br/>
        <w:t>f 2496/10412/9949 2509/10424/9961 2511/10427/9964</w:t>
        <w:br/>
        <w:t>f 2511/10427/9964 2497/10413/9950 2496/10412/9949</w:t>
        <w:br/>
        <w:t>f 2497/10413/9950 2511/10427/9964 2512/10428/9965</w:t>
        <w:br/>
        <w:t>f 2494/10410/9947 2513/10429/9966 2498/10414/9951</w:t>
        <w:br/>
        <w:t>f 2512/10428/9965 2511/10427/9964 2514/10430/9967</w:t>
        <w:br/>
        <w:t>f 2515/10431/9968 2498/10414/9951 2513/10429/9966</w:t>
        <w:br/>
        <w:t>f 2512/10428/9965 2514/10430/9967 2516/10432/9969</w:t>
        <w:br/>
        <w:t>f 2498/10414/9951 2515/10431/9968 2517/10433/9970</w:t>
        <w:br/>
        <w:t>f 2519/10434/9971 2517/10433/9972 2518/10435/9973</w:t>
        <w:br/>
        <w:t>f 2511/10427/9964 2520/10436/9974 2514/10430/9967</w:t>
        <w:br/>
        <w:t>f 2520/10436/9974 2511/10427/9964 2509/10424/9961</w:t>
        <w:br/>
        <w:t>f 2521/10437/9975 2514/10430/9967 2520/10436/9974</w:t>
        <w:br/>
        <w:t>f 2522/10438/9976 2514/10430/9967 2521/10437/9975</w:t>
        <w:br/>
        <w:t>f 2520/10436/9974 2523/10439/9977 2521/10437/9975</w:t>
        <w:br/>
        <w:t>f 2514/10430/9967 2522/10438/9976 2524/10440/9978</w:t>
        <w:br/>
        <w:t>f 2515/10431/9968 2514/10430/9967 2524/10440/9978</w:t>
        <w:br/>
        <w:t>f 2523/10439/9977 2520/10436/9974 2525/10441/9979</w:t>
        <w:br/>
        <w:t>f 2524/10440/9978 2526/10442/9980 2515/10431/9968</w:t>
        <w:br/>
        <w:t>f 2517/10433/9970 2515/10431/9968 2526/10442/9980</w:t>
        <w:br/>
        <w:t>f 2529/10443/9981 2528/10444/9982 2527/10445/9983</w:t>
        <w:br/>
        <w:t>f 2529/10443/9981 2527/10445/9983 2530/10446/9984</w:t>
        <w:br/>
        <w:t>f 2531/10447/9985 2529/10443/9981 2530/10446/9984</w:t>
        <w:br/>
        <w:t>f 2532/10448/9986 2529/10443/9981 2531/10447/9985</w:t>
        <w:br/>
        <w:t>f 2533/10449/9987 2528/10444/9982 2529/10443/9981</w:t>
        <w:br/>
        <w:t>f 2533/10449/9987 2526/10442/9988 2528/10444/9982</w:t>
        <w:br/>
        <w:t>f 2532/10448/9986 2535/10450/9989 2534/10451/9990</w:t>
        <w:br/>
        <w:t>f 2533/10449/9987 2534/10451/9990 2536/10452/9991</w:t>
        <w:br/>
        <w:t>f 2536/10452/9991 2534/10451/9990 2535/10450/9989</w:t>
        <w:br/>
        <w:t>f 2520/10436/9974 2537/10453/9992 2525/10441/9979</w:t>
        <w:br/>
        <w:t>f 2540/10454/9993 2539/10455/9994 2538/10456/9995</w:t>
        <w:br/>
        <w:t>f 2535/10450/9989 2532/10448/9986 2541/10457/9996</w:t>
        <w:br/>
        <w:t>f 2542/10458/9997 2525/10441/9979 2537/10453/9992</w:t>
        <w:br/>
        <w:t>f 2543/10459/9998 2538/10456/9995 2539/10455/9994</w:t>
        <w:br/>
        <w:t>f 2544/10460/9999 2510/10426/9963 2505/10420/9957</w:t>
        <w:br/>
        <w:t>f 2543/10459/9998 2545/10461/10000 2538/10456/9995</w:t>
        <w:br/>
        <w:t>f 2537/10453/9992 2546/10462/10001 2542/10458/9997</w:t>
        <w:br/>
        <w:t>f 2505/10420/9957 2547/10463/10002 2544/10460/9999</w:t>
        <w:br/>
        <w:t>f 2543/10459/9998 2548/10464/10003 2545/10461/10000</w:t>
        <w:br/>
        <w:t>f 2547/10463/10002 2505/10420/9957 2549/10465/10004</w:t>
        <w:br/>
        <w:t>f 2551/10466/10005 2493/10409/9946 2550/10467/10006</w:t>
        <w:br/>
        <w:t>f 2493/10409/9946 2487/10403/9940 2550/10467/10006</w:t>
        <w:br/>
        <w:t>f 2548/10464/10003 2552/10468/10007 2545/10461/10000</w:t>
        <w:br/>
        <w:t>f 2546/10462/10001 2553/10469/10008 2542/10458/9997</w:t>
        <w:br/>
        <w:t>f 2555/10470/10009 2487/10403/9940 2554/10471/10010</w:t>
        <w:br/>
        <w:t>f 2556/10472/10011 2541/10457/9996 2552/10468/10007</w:t>
        <w:br/>
        <w:t>f 2541/10457/9996 2556/10472/10011 2557/10473/10012</w:t>
        <w:br/>
        <w:t>f 2560/10474/10013 2559/10475/10014 2558/10476/10015</w:t>
        <w:br/>
        <w:t>f 2558/10476/10015 2559/10475/10014 2561/10477/10016</w:t>
        <w:br/>
        <w:t>f 2552/10468/10007 2562/10478/10017 2556/10472/10011</w:t>
        <w:br/>
        <w:t>f 2563/10479/10018 2561/10477/10016 2559/10475/10014</w:t>
        <w:br/>
        <w:t>f 2561/10477/10016 2563/10479/10018 2536/10452/10019</w:t>
        <w:br/>
        <w:t>f 2562/10478/10017 2552/10468/10007 2564/10480/10020</w:t>
        <w:br/>
        <w:t>f 2564/10480/10020 2552/10468/10007 2548/10464/10003</w:t>
        <w:br/>
        <w:t>f 2564/10480/10020 2565/10481/10021 2562/10478/10017</w:t>
        <w:br/>
        <w:t>f 2547/10463/10002 2549/10465/10004 2566/10482/10022</w:t>
        <w:br/>
        <w:t>f 2564/10480/10020 2548/10464/10003 2566/10482/10023</w:t>
        <w:br/>
        <w:t>f 2568/10483/10024 2567/10484/10025 2549/10465/10026</w:t>
        <w:br/>
        <w:t>f 2565/10481/10021 2564/10480/10020 2569/10485/10027</w:t>
        <w:br/>
        <w:t>f 2569/10485/10027 2422/10338/9871 2565/10481/10021</w:t>
        <w:br/>
        <w:t>f 2422/10338/9871 2569/10485/10027 2421/10337/9870</w:t>
        <w:br/>
        <w:t>f 2568/10483/10028 2570/10486/10029 2566/10482/10023</w:t>
        <w:br/>
        <w:t>f 2571/10487/10030 2566/10482/10023 2570/10486/10029</w:t>
        <w:br/>
        <w:t>f 2564/10480/10020 2566/10482/10023 2572/10488/10031</w:t>
        <w:br/>
        <w:t>f 2566/10482/10023 2571/10487/10030 2573/10489/10032</w:t>
        <w:br/>
        <w:t>f 2572/10488/10031 2569/10485/10027 2564/10480/10020</w:t>
        <w:br/>
        <w:t>f 2576/10490/10033 2575/10491/10034 2574/10492/10035</w:t>
        <w:br/>
        <w:t>f 2576/10490/10033 2554/10471/10010 2577/10493/10036</w:t>
        <w:br/>
        <w:t>f 2575/10491/10034 2576/10490/10033 2577/10493/10036</w:t>
        <w:br/>
        <w:t>f 2487/10403/9940 2577/10493/10036 2554/10471/10010</w:t>
        <w:br/>
        <w:t>f 2481/10396/9935 2577/10493/10036 2487/10403/9940</w:t>
        <w:br/>
        <w:t>f 2577/10493/10037 2578/10494/10038 2572/10488/10031</w:t>
        <w:br/>
        <w:t>f 2580/10495/10039 2578/10494/10038 2579/10496/10040</w:t>
        <w:br/>
        <w:t>f 2578/10494/10038 2569/10485/10027 2572/10488/10031</w:t>
        <w:br/>
        <w:t>f 2581/10497/10041 2578/10494/10038 2580/10495/10039</w:t>
        <w:br/>
        <w:t>f 2578/10494/10038 2582/10498/10042 2569/10485/10027</w:t>
        <w:br/>
        <w:t>f 2581/10497/10041 2583/10499/10043 2578/10494/10038</w:t>
        <w:br/>
        <w:t>f 2421/10337/9870 2569/10485/10027 2582/10498/10042</w:t>
        <w:br/>
        <w:t>f 2583/10499/10043 2581/10497/10041 2451/10367/9903</w:t>
        <w:br/>
        <w:t>f 2451/10367/9903 2421/10337/9870 2583/10499/10043</w:t>
        <w:br/>
        <w:t>f 2563/10479/10018 2584/10500/10044 2536/10452/10019</w:t>
        <w:br/>
        <w:t>f 2584/10500/10044 2563/10479/10018 2585/10501/10045</w:t>
        <w:br/>
        <w:t>f 2536/10452/10019 2584/10500/10044 2586/10502/10046</w:t>
        <w:br/>
        <w:t>f 2587/10503/10047 2533/10449/9987 2536/10452/9991</w:t>
        <w:br/>
        <w:t>f 2588/10504/10048 2584/10500/10044 2585/10501/10045</w:t>
        <w:br/>
        <w:t>f 2585/10501/10045 2589/10505/10049 2588/10504/10048</w:t>
        <w:br/>
        <w:t>f 2590/10506/10050 2533/10449/9987 2587/10503/10047</w:t>
        <w:br/>
        <w:t>f 2592/10507/10051 2533/10449/10052 2591/10508/10051</w:t>
        <w:br/>
        <w:t>f 2593/10509/10053 2586/10502/10046 2584/10500/10044</w:t>
        <w:br/>
        <w:t>f 2596/10510/10054 2595/10511/10055 2594/10512/10056</w:t>
        <w:br/>
        <w:t>f 2590/10506/10050 2587/10503/10047 2597/10513/10057</w:t>
        <w:br/>
        <w:t>f 2586/10502/10046 2593/10509/10053 2598/10514/10058</w:t>
        <w:br/>
        <w:t>f 2590/10506/10050 2597/10513/10057 2599/10515/10059</w:t>
        <w:br/>
        <w:t>f 2592/10507/10051 2591/10508/10051 2600/10516/10060</w:t>
        <w:br/>
        <w:t>f 2598/10514/10058 2593/10509/10053 2601/10517/10061</w:t>
        <w:br/>
        <w:t>f 2597/10513/10057 2602/10518/10062 2599/10515/10059</w:t>
        <w:br/>
        <w:t>f 2593/10509/10053 2603/10519/10063 2601/10517/10061</w:t>
        <w:br/>
        <w:t>f 2603/10519/10063 2593/10509/10053 2604/10520/10064</w:t>
        <w:br/>
        <w:t>f 2605/10521/10065 2601/10517/10061 2603/10519/10063</w:t>
        <w:br/>
        <w:t>f 2608/10522/10066 2607/10523/10067 2606/10524/10068</w:t>
        <w:br/>
        <w:t>f 2596/10510/10054 2594/10512/10056 2609/10525/10069</w:t>
        <w:br/>
        <w:t>f 2610/10526/10070 2606/10524/10068 2607/10523/10067</w:t>
        <w:br/>
        <w:t>f 2607/10523/10067 2611/10527/10071 2610/10526/10070</w:t>
        <w:br/>
        <w:t>f 2607/10523/10067 2612/10528/10072 2611/10527/10071</w:t>
        <w:br/>
        <w:t>f 2601/10517/10061 2605/10521/10065 2613/10529/10073</w:t>
        <w:br/>
        <w:t>f 2594/10512/10056 2614/10530/10074 2609/10525/10069</w:t>
        <w:br/>
        <w:t>f 2607/10523/10067 2614/10530/10074 2612/10528/10072</w:t>
        <w:br/>
        <w:t>f 2615/10531/10075 2614/10530/10074 2594/10512/10056</w:t>
        <w:br/>
        <w:t>f 2589/10505/10049 2616/10532/10076 2588/10504/10048</w:t>
        <w:br/>
        <w:t>f 2616/10532/10076 2589/10505/10049 2617/10533/10077</w:t>
        <w:br/>
        <w:t>f 2618/10534/10078 2616/10532/10076 2617/10533/10077</w:t>
        <w:br/>
        <w:t>f 2614/10530/10074 2615/10531/10075 2619/10535/10079</w:t>
        <w:br/>
        <w:t>f 2620/10536/10080 2616/10532/10076 2618/10534/10078</w:t>
        <w:br/>
        <w:t>f 2620/10536/10080 2621/10537/10081 2616/10532/10076</w:t>
        <w:br/>
        <w:t>f 2624/10538/10082 2623/10539/10083 2622/10540/10084</w:t>
        <w:br/>
        <w:t>f 2625/10541/10085 2614/10530/10074 2619/10535/10079</w:t>
        <w:br/>
        <w:t>f 2614/10530/10074 2625/10541/10085 2612/10528/10072</w:t>
        <w:br/>
        <w:t>f 2626/10542/10086 2621/10537/10081 2620/10536/10080</w:t>
        <w:br/>
        <w:t>f 2625/10541/10085 2619/10535/10079 2627/10543/10087</w:t>
        <w:br/>
        <w:t>f 2628/10544/10088 2622/10540/10084 2623/10539/10083</w:t>
        <w:br/>
        <w:t>f 2629/10545/10089 2628/10544/10088 2623/10539/10083</w:t>
        <w:br/>
        <w:t>f 2626/10542/10086 2620/10536/10080 2630/10546/10090</w:t>
        <w:br/>
        <w:t>f 2631/10547/10091 2622/10540/10084 2628/10544/10088</w:t>
        <w:br/>
        <w:t>f 2628/10544/10088 2629/10545/10089 2632/10548/10092</w:t>
        <w:br/>
        <w:t>f 2635/10549/10093 2634/10550/10094 2633/10551/10095</w:t>
        <w:br/>
        <w:t>f 2631/10547/10091 2628/10544/10088 2636/10552/10096</w:t>
        <w:br/>
        <w:t>f 2628/10544/10088 2632/10548/10092 2636/10552/10096</w:t>
        <w:br/>
        <w:t>f 2634/10550/10094 2635/10549/10093 2637/10553/10097</w:t>
        <w:br/>
        <w:t>f 2640/10554/10098 2639/10555/10098 2638/10556/10099</w:t>
        <w:br/>
        <w:t>f 2642/10557/10100 2630/10546/10090 2641/10558/10101</w:t>
        <w:br/>
        <w:t>f 2639/10555/10098 2640/10554/10098 2643/10559/10102</w:t>
        <w:br/>
        <w:t>f 2630/10546/10090 2642/10557/10100 2644/10560/10103</w:t>
        <w:br/>
        <w:t>f 2644/10560/10103 2626/10542/10086 2630/10546/10090</w:t>
        <w:br/>
        <w:t>f 2646/10561/10104 2645/10562/10105 2642/10557/10106</w:t>
        <w:br/>
        <w:t>f 2649/10563/10107 2648/10564/10108 2647/10565/10108</w:t>
        <w:br/>
        <w:t>f 2650/10566/10109 2627/10543/10087 2645/10562/10110</w:t>
        <w:br/>
        <w:t>f 2625/10541/10085 2627/10543/10087 2650/10566/10109</w:t>
        <w:br/>
        <w:t>f 2651/10567/10111 2645/10562/10105 2646/10561/10104</w:t>
        <w:br/>
        <w:t>f 2649/10563/10112 2636/10552/10096 2652/10568/10113</w:t>
        <w:br/>
        <w:t>f 2651/10567/10111 2653/10569/10114 2645/10562/10105</w:t>
        <w:br/>
        <w:t>f 2653/10569/10114 2654/10570/10115 2645/10562/10105</w:t>
        <w:br/>
        <w:t>f 2636/10552/10096 2655/10571/10116 2652/10568/10113</w:t>
        <w:br/>
        <w:t>f 2658/10572/10117 2657/10573/10118 2656/10574/10119</w:t>
        <w:br/>
        <w:t>f 2655/10571/10116 2659/10575/10120 2652/10568/10113</w:t>
        <w:br/>
        <w:t>f 2636/10552/10096 2661/10576/10121 2660/10577/10122</w:t>
        <w:br/>
        <w:t>f 2661/10576/10121 2636/10552/10096 2632/10548/10092</w:t>
        <w:br/>
        <w:t>f 2634/10550/10094 2637/10553/10097 2661/10576/10123</w:t>
        <w:br/>
        <w:t>f 2659/10575/10120 2655/10571/10116 2662/10578/10124</w:t>
        <w:br/>
        <w:t>f 2661/10576/10121 2663/10579/10125 2660/10577/10122</w:t>
        <w:br/>
        <w:t>f 2664/10580/10126 2659/10575/10120 2662/10578/10124</w:t>
        <w:br/>
        <w:t>f 2663/10579/10125 2661/10576/10121 2665/10581/10127</w:t>
        <w:br/>
        <w:t>f 2665/10581/10127 2666/10582/10128 2663/10579/10125</w:t>
        <w:br/>
        <w:t>f 2637/10553/10097 2667/10583/10129 2661/10576/10123</w:t>
        <w:br/>
        <w:t>f 2668/10584/10130 2661/10576/10123 2667/10583/10129</w:t>
        <w:br/>
        <w:t>f 2658/10572/10117 2664/10580/10126 2669/10585/10131</w:t>
        <w:br/>
        <w:t>f 2666/10582/10128 2665/10581/10127 2670/10586/10132</w:t>
        <w:br/>
        <w:t>f 2658/10572/10117 2669/10585/10131 2671/10587/10133</w:t>
        <w:br/>
        <w:t>f 2657/10573/10118 2658/10572/10117 2671/10587/10133</w:t>
        <w:br/>
        <w:t>f 2664/10580/10126 2672/10588/10134 2669/10585/10131</w:t>
        <w:br/>
        <w:t>f 2664/10580/10126 2670/10586/10135 2672/10588/10134</w:t>
        <w:br/>
        <w:t>f 2673/10589/10136 2671/10587/10133 2669/10585/10131</w:t>
        <w:br/>
        <w:t>f 2669/10585/10131 2672/10588/10134 2673/10589/10136</w:t>
        <w:br/>
        <w:t>f 2671/10587/10133 2673/10589/10136 2674/10590/10137</w:t>
        <w:br/>
        <w:t>f 2675/10591/10138 2673/10589/10136 2672/10588/10134</w:t>
        <w:br/>
        <w:t>f 2676/10592/10139 2671/10587/10133 2674/10590/10137</w:t>
        <w:br/>
        <w:t>f 2672/10588/10134 2677/10593/10140 2675/10591/10138</w:t>
        <w:br/>
        <w:t>f 2671/10587/10133 2676/10592/10139 2678/10594/10141</w:t>
        <w:br/>
        <w:t>f 2679/10595/10142 2678/10594/10141 2676/10592/10139</w:t>
        <w:br/>
        <w:t>f 2680/10596/10143 2657/10573/10118 2671/10587/10133</w:t>
        <w:br/>
        <w:t>f 2671/10587/10133 2681/10597/10144 2680/10596/10143</w:t>
        <w:br/>
        <w:t>f 2653/10569/10114 2682/10598/10145 2654/10570/10115</w:t>
        <w:br/>
        <w:t>f 2683/10599/10146 2678/10594/10141 2679/10595/10142</w:t>
        <w:br/>
        <w:t>f 2684/10600/10147 2683/10599/10146 2679/10595/10142</w:t>
        <w:br/>
        <w:t>f 2681/10597/10144 2685/10601/10148 2680/10596/10143</w:t>
        <w:br/>
        <w:t>f 2685/10601/10148 2681/10597/10144 2686/10602/10149</w:t>
        <w:br/>
        <w:t>f 2654/10570/10115 2682/10598/10145 2687/10603/10150</w:t>
        <w:br/>
        <w:t>f 2688/10604/10151 2683/10599/10146 2684/10600/10147</w:t>
        <w:br/>
        <w:t>f 2502/10418/9955 2688/10604/10151 2684/10600/10147</w:t>
        <w:br/>
        <w:t>f 2688/10604/10151 2502/10418/9955 2501/10417/9954</w:t>
        <w:br/>
        <w:t>f 2654/10570/10115 2687/10603/10150 2689/10605/10152</w:t>
        <w:br/>
        <w:t>f 2691/10606/10153 2518/10435/9973 2690/10607/10154</w:t>
        <w:br/>
        <w:t>f 2690/10607/10154 2518/10435/9973 2517/10433/9972</w:t>
        <w:br/>
        <w:t>f 2694/10608/10155 2693/10609/10156 2692/10610/10157</w:t>
        <w:br/>
        <w:t>f 2694/10608/10155 2625/10541/10085 2650/10566/10109</w:t>
        <w:br/>
        <w:t>f 2694/10608/10155 2692/10610/10157 2695/10611/10158</w:t>
        <w:br/>
        <w:t>f 2694/10608/10155 2612/10528/10072 2625/10541/10085</w:t>
        <w:br/>
        <w:t>f 2696/10612/10159 2694/10608/10155 2695/10611/10158</w:t>
        <w:br/>
        <w:t>f 2689/10605/10152 2687/10603/10150 2697/10613/10160</w:t>
        <w:br/>
        <w:t>f 2698/10614/10161 2694/10608/10155 2696/10612/10159</w:t>
        <w:br/>
        <w:t>f 2699/10615/10162 2694/10608/10155 2698/10614/10161</w:t>
        <w:br/>
        <w:t>f 2612/10528/10072 2694/10608/10155 2699/10615/10162</w:t>
        <w:br/>
        <w:t>f 2683/10599/10146 2699/10615/10162 2685/10601/10163</w:t>
        <w:br/>
        <w:t>f 2699/10615/10162 2700/10616/10164 2612/10528/10072</w:t>
        <w:br/>
        <w:t>f 2613/10529/10073 2701/10617/10165 2601/10517/10061</w:t>
        <w:br/>
        <w:t>f 2702/10618/10166 2699/10615/10162 2683/10599/10146</w:t>
        <w:br/>
        <w:t>f 2702/10618/10166 2700/10616/10164 2699/10615/10162</w:t>
        <w:br/>
        <w:t>f 2702/10618/10166 2683/10599/10146 2688/10604/10151</w:t>
        <w:br/>
        <w:t>f 2701/10617/10165 2703/10619/10167 2601/10517/10061</w:t>
        <w:br/>
        <w:t>f 2700/10616/10164 2702/10618/10166 2703/10619/10167</w:t>
        <w:br/>
        <w:t>f 2691/10606/10153 2703/10619/10167 2702/10618/10166</w:t>
        <w:br/>
        <w:t>f 2703/10619/10167 2691/10606/10153 2690/10607/10154</w:t>
        <w:br/>
        <w:t>f 2704/10620/10168 2601/10517/10061 2703/10619/10167</w:t>
        <w:br/>
        <w:t>f 2690/10607/10154 2704/10620/10168 2703/10619/10167</w:t>
        <w:br/>
        <w:t>f 2704/10620/10168 2706/10621/10169 2705/10622/10170</w:t>
        <w:br/>
        <w:t>f 2526/10442/10171 2600/10516/10060 2707/10623/10172</w:t>
        <w:br/>
        <w:t>f 2705/10622/10170 2690/10607/10173 2708/10624/10174</w:t>
        <w:br/>
        <w:t>f 2526/10442/10171 2707/10623/10172 2709/10625/10175</w:t>
        <w:br/>
        <w:t>f 2710/10626/10176 2708/10624/10174 2690/10607/10173</w:t>
        <w:br/>
        <w:t>f 2712/10627/10177 2711/10628/10178 2526/10442/9980</w:t>
        <w:br/>
        <w:t>f 2713/10629/10179 2710/10626/10176 2690/10607/10173</w:t>
        <w:br/>
        <w:t>f 2711/10628/10178 2517/10433/9970 2526/10442/9980</w:t>
        <w:br/>
        <w:t>f 2716/10630/8696 2715/10631/8697 2714/10632/10180</w:t>
        <w:br/>
        <w:t>f 2714/10632/10180 2718/10633/10181 2717/10634/10182</w:t>
        <w:br/>
        <w:t>f 2718/10633/10181 2714/10632/10180 2719/10635/10183</w:t>
        <w:br/>
        <w:t>f 2714/10632/10180 2720/10636/10184 2719/10635/10183</w:t>
        <w:br/>
        <w:t>f 2720/10636/10184 2714/10632/10180 2715/10631/8697</w:t>
        <w:br/>
        <w:t>f 2721/10637/10185 2719/10635/10183 2720/10636/10184</w:t>
        <w:br/>
        <w:t>f 2719/10635/10183 2721/10637/10185 2722/10638/10186</w:t>
        <w:br/>
        <w:t>f 2722/10638/10186 2721/10637/10185 2723/10639/10187</w:t>
        <w:br/>
        <w:t>f 2721/10637/10185 2724/10640/10188 2723/10639/10187</w:t>
        <w:br/>
        <w:t>f 2725/10641/10189 2724/10640/10188 2721/10637/10185</w:t>
        <w:br/>
        <w:t>f 2725/10641/10189 2721/10637/10185 2720/10636/10184</w:t>
        <w:br/>
        <w:t>f 2724/10640/10188 2725/10641/10189 2726/10642/10190</w:t>
        <w:br/>
        <w:t>f 2727/10643/10191 2720/10636/10184 2715/10631/8697</w:t>
        <w:br/>
        <w:t>f 2727/10643/10191 2725/10641/10189 2720/10636/10184</w:t>
        <w:br/>
        <w:t>f 2728/10644/10192 2727/10643/10191 2715/10631/8697</w:t>
        <w:br/>
        <w:t>f 2729/10645/10193 2726/10642/10190 2725/10641/10189</w:t>
        <w:br/>
        <w:t>f 2725/10641/10189 2727/10643/10191 2729/10645/10193</w:t>
        <w:br/>
        <w:t>f 2726/10642/10190 2729/10645/10193 2730/10646/10194</w:t>
        <w:br/>
        <w:t>f 2727/10643/10191 2728/10644/10192 2731/10647/10195</w:t>
        <w:br/>
        <w:t>f 2732/10648/10196 2729/10645/10193 2727/10643/10191</w:t>
        <w:br/>
        <w:t>f 2733/10649/10197 2731/10647/10195 2728/10644/10192</w:t>
        <w:br/>
        <w:t>f 2734/10650/10198 2730/10646/10194 2729/10645/10193</w:t>
        <w:br/>
        <w:t>f 2729/10645/10193 2732/10648/10196 2734/10650/10198</w:t>
        <w:br/>
        <w:t>f 2730/10646/10194 2734/10650/10198 2735/10651/10199</w:t>
        <w:br/>
        <w:t>f 2733/10649/10197 2736/10652/10200 2731/10647/10195</w:t>
        <w:br/>
        <w:t>f 2737/10653/10201 2734/10650/10198 2732/10648/10196</w:t>
        <w:br/>
        <w:t>f 2736/10652/10200 2733/10649/10197 2738/10654/8704</w:t>
        <w:br/>
        <w:t>f 2739/10655/10202 2735/10651/10199 2734/10650/10198</w:t>
        <w:br/>
        <w:t>f 2734/10650/10198 2736/10652/10200 2739/10655/10202</w:t>
        <w:br/>
        <w:t>f 2735/10651/10199 2739/10655/10202 2740/10656/10203</w:t>
        <w:br/>
        <w:t>f 2738/10654/8704 2741/10657/10204 2736/10652/10200</w:t>
        <w:br/>
        <w:t>f 2741/10657/10204 2739/10655/10202 2736/10652/10200</w:t>
        <w:br/>
        <w:t>f 2741/10657/10204 2738/10654/8704 2742/10658/8720</w:t>
        <w:br/>
        <w:t>f 2743/10659/10205 2740/10656/10203 2739/10655/10202</w:t>
        <w:br/>
        <w:t>f 2741/10657/10204 2743/10659/10205 2739/10655/10202</w:t>
        <w:br/>
        <w:t>f 2745/10660/10206 2740/10656/10203 2744/10661/10207</w:t>
        <w:br/>
        <w:t>f 2740/10656/10203 2743/10659/10205 2744/10661/10207</w:t>
        <w:br/>
        <w:t>f 2742/10658/8720 2746/10662/10208 2741/10657/10204</w:t>
        <w:br/>
        <w:t>f 2743/10659/10205 2741/10657/10204 2746/10662/10208</w:t>
        <w:br/>
        <w:t>f 2746/10662/10208 2742/10658/8720 2747/10663/8722</w:t>
        <w:br/>
        <w:t>f 2748/10664/10209 2744/10661/10207 2743/10659/10205</w:t>
        <w:br/>
        <w:t>f 2748/10664/10209 2743/10659/10205 2746/10662/10208</w:t>
        <w:br/>
        <w:t>f 2744/10661/10207 2748/10664/10209 1200/9116/8652</w:t>
        <w:br/>
        <w:t>f 2748/10664/10209 1203/9119/8655 1200/9116/8652</w:t>
        <w:br/>
        <w:t>f 2746/10662/10208 2747/10663/8722 2749/10665/10210</w:t>
        <w:br/>
        <w:t>f 2749/10665/10210 2748/10664/10209 2746/10662/10208</w:t>
        <w:br/>
        <w:t>f 2750/10666/10211 2749/10665/10210 2747/10663/8722</w:t>
        <w:br/>
        <w:t>f 1203/9119/8655 2748/10664/10209 2751/10667/10212</w:t>
        <w:br/>
        <w:t>f 2751/10667/10212 2748/10664/10209 2749/10665/10210</w:t>
        <w:br/>
        <w:t>f 2750/10666/10211 2752/10668/10213 2749/10665/10210</w:t>
        <w:br/>
        <w:t>f 2752/10668/10213 2751/10667/10212 2749/10665/10210</w:t>
        <w:br/>
        <w:t>f 2752/10668/10213 2750/10666/10211 2753/10669/10214</w:t>
        <w:br/>
        <w:t>f 2753/10669/10214 2754/10670/10215 2752/10668/10213</w:t>
        <w:br/>
        <w:t>f 2754/10670/10215 2751/10667/10212 2752/10668/10213</w:t>
        <w:br/>
        <w:t>f 2751/10667/10212 2755/10671/10216 1203/9119/8655</w:t>
        <w:br/>
        <w:t>f 2751/10667/10212 2754/10670/10215 2755/10671/10216</w:t>
        <w:br/>
        <w:t>f 2755/10671/10216 1206/9122/8658 1203/9119/8655</w:t>
        <w:br/>
        <w:t>f 1206/9122/8658 2755/10671/10216 1193/9109/8645</w:t>
        <w:br/>
        <w:t>f 2756/10672/10217 2754/10670/10215 2753/10669/10214</w:t>
        <w:br/>
        <w:t>f 2758/10673/10218 2757/10674/10219 2756/10672/10217</w:t>
        <w:br/>
        <w:t>f 2756/10672/10217 2757/10674/10219 2754/10670/10215</w:t>
        <w:br/>
        <w:t>f 2755/10671/10216 2754/10670/10215 2759/10675/10220</w:t>
        <w:br/>
        <w:t>f 2759/10675/10220 2754/10670/10215 2757/10674/10219</w:t>
        <w:br/>
        <w:t>f 1193/9109/8645 2755/10671/10216 2760/10676/10221</w:t>
        <w:br/>
        <w:t>f 2755/10671/10216 2759/10675/10220 2760/10676/10221</w:t>
        <w:br/>
        <w:t>f 2761/10677/10222 2759/10675/10220 2757/10674/10219</w:t>
        <w:br/>
        <w:t>f 2757/10674/10219 2758/10673/10218 2761/10677/10222</w:t>
        <w:br/>
        <w:t>f 2760/10676/10221 2759/10675/10220 2762/10678/10223</w:t>
        <w:br/>
        <w:t>f 2758/10673/10218 2763/10679/10224 2761/10677/10222</w:t>
        <w:br/>
        <w:t>f 2763/10679/10224 2758/10673/10218 2764/10680/10225</w:t>
        <w:br/>
        <w:t>f 2759/10675/10220 2761/10677/10222 2765/10681/10226</w:t>
        <w:br/>
        <w:t>f 2765/10681/10226 2761/10677/10222 2763/10679/10224</w:t>
        <w:br/>
        <w:t>f 2759/10675/10220 2765/10681/10226 2762/10678/10223</w:t>
        <w:br/>
        <w:t>f 2768/10682/10227 2767/10683/10228 2766/10684/8747</w:t>
        <w:br/>
        <w:t>f 2767/10683/10228 2768/10682/10227 2763/10679/10224</w:t>
        <w:br/>
        <w:t>f 2763/10679/10224 2769/10685/10229 2765/10681/10226</w:t>
        <w:br/>
        <w:t>f 2768/10682/10227 2770/10686/10230 2763/10679/10224</w:t>
        <w:br/>
        <w:t>f 2763/10679/10224 2770/10686/10230 2769/10685/10229</w:t>
        <w:br/>
        <w:t>f 2771/10687/10231 2765/10681/10226 2769/10685/10229</w:t>
        <w:br/>
        <w:t>f 2770/10686/10230 2771/10687/10231 2769/10685/10229</w:t>
        <w:br/>
        <w:t>f 2765/10681/10226 2771/10687/10231 2762/10678/10223</w:t>
        <w:br/>
        <w:t>f 2771/10687/10231 2773/10688/8742 2772/10689/10232</w:t>
        <w:br/>
        <w:t>f 2773/10688/8742 2771/10687/10231 2774/10690/8743</w:t>
        <w:br/>
        <w:t>f 2771/10687/10231 2775/10691/8751 2774/10690/8743</w:t>
        <w:br/>
        <w:t>f 2773/10688/10233 2776/10692/10234 2762/10678/10223</w:t>
        <w:br/>
        <w:t>f 2778/10693/10235 2760/10676/10221 2777/10694/10236</w:t>
        <w:br/>
        <w:t>f 2778/10693/10235 1193/9109/8645 2760/10676/10221</w:t>
        <w:br/>
        <w:t>f 2779/10695/10237 2775/10691/8751 2771/10687/10231</w:t>
        <w:br/>
        <w:t>f 2770/10686/10230 2779/10695/10237 2771/10687/10231</w:t>
        <w:br/>
        <w:t>f 2780/10696/10238 2775/10691/8751 2779/10695/10237</w:t>
        <w:br/>
        <w:t>f 2770/10686/10230 2780/10696/10238 2779/10695/10237</w:t>
        <w:br/>
        <w:t>f 2775/10691/8751 2780/10696/10238 2781/10697/8753</w:t>
        <w:br/>
        <w:t>f 2782/10698/10239 2776/10692/10234 2773/10688/10233</w:t>
        <w:br/>
        <w:t>f 2785/10699/10240 2784/10700/10241 2783/10701/10242</w:t>
        <w:br/>
        <w:t>f 2784/10700/10241 2785/10699/10240 2786/10702/10243</w:t>
        <w:br/>
        <w:t>f 2787/10703/10244 2780/10696/10238 2770/10686/10230</w:t>
        <w:br/>
        <w:t>f 2783/10701/10242 2788/10704/10245 2785/10699/10240</w:t>
        <w:br/>
        <w:t>f 2791/10705/8765 2790/10706/10246 2789/10707/10247</w:t>
        <w:br/>
        <w:t>f 2790/10706/10246 2791/10705/8765 2792/10708/10248</w:t>
        <w:br/>
        <w:t>f 2793/10709/10249 2790/10706/10250 2785/10699/10240</w:t>
        <w:br/>
        <w:t>f 2785/10699/10240 2788/10704/10245 2794/10710/10251</w:t>
        <w:br/>
        <w:t>f 2790/10706/10250 2793/10709/10249 2795/10711/10252</w:t>
        <w:br/>
        <w:t>f 2793/10709/10249 2796/10712/10253 2795/10711/10252</w:t>
        <w:br/>
        <w:t>f 2770/10686/10230 2797/10713/10254 2787/10703/10244</w:t>
        <w:br/>
        <w:t>f 2788/10704/10245 2798/10714/10255 2793/10709/10256</w:t>
        <w:br/>
        <w:t>f 2797/10713/10254 2770/10686/10230 2768/10682/10227</w:t>
        <w:br/>
        <w:t>f 2766/10684/8747 2797/10713/10254 2768/10682/10227</w:t>
        <w:br/>
        <w:t>f 2797/10713/10254 2766/10684/8747 2799/10715/10257</w:t>
        <w:br/>
        <w:t>f 2798/10714/10255 2801/10716/10258 2800/10717/10259</w:t>
        <w:br/>
        <w:t>f 2793/10709/10256 2798/10714/10255 2800/10717/10259</w:t>
        <w:br/>
        <w:t>f 2793/10709/10249 2802/10718/10260 2796/10712/10253</w:t>
        <w:br/>
        <w:t>f 2803/10719/8770 2796/10712/10253 2802/10718/10260</w:t>
        <w:br/>
        <w:t>f 2802/10718/10260 2804/10720/10261 2803/10719/8770</w:t>
        <w:br/>
        <w:t>f 2800/10717/10259 2799/10715/10262 2805/10721/10263</w:t>
        <w:br/>
        <w:t>f 2808/10722/10264 2807/10723/10265 2806/10724/10266</w:t>
        <w:br/>
        <w:t>f 2809/10725/8736 2808/10722/10264 2778/10693/10235</w:t>
        <w:br/>
        <w:t>f 2810/10726/10267 2778/10693/10235 2808/10722/10264</w:t>
        <w:br/>
        <w:t>f 1193/9109/8645 2778/10693/10235 2810/10726/10267</w:t>
        <w:br/>
        <w:t>f 1193/9109/8645 2810/10726/10267 1188/9106/8643</w:t>
        <w:br/>
        <w:t>f 2808/10722/10264 2811/10727/10268 2810/10726/10267</w:t>
        <w:br/>
        <w:t>f 2810/10726/10267 2812/10728/10269 1188/9106/8643</w:t>
        <w:br/>
        <w:t>f 2812/10728/10269 2810/10726/10267 2811/10727/10268</w:t>
        <w:br/>
        <w:t>f 2815/10729/10270 2814/10730/8777 2813/10731/10271</w:t>
        <w:br/>
        <w:t>f 2814/10730/8777 2815/10729/10270 2816/10732/8780</w:t>
        <w:br/>
        <w:t>f 2816/10732/8780 2815/10729/10270 2817/10733/10272</w:t>
        <w:br/>
        <w:t>f 2808/10722/10264 2818/10734/10273 2811/10727/10268</w:t>
        <w:br/>
        <w:t>f 2818/10734/10273 2812/10728/10269 2811/10727/10268</w:t>
        <w:br/>
        <w:t>f 2819/10735/10274 2817/10733/10272 2815/10729/10270</w:t>
        <w:br/>
        <w:t>f 2818/10734/10273 2820/10736/10275 2812/10728/10269</w:t>
        <w:br/>
        <w:t>f 2821/10737/10276 2817/10733/10272 2819/10735/10274</w:t>
        <w:br/>
        <w:t>f 2818/10734/10273 2822/10738/10277 2820/10736/10275</w:t>
        <w:br/>
        <w:t>f 2817/10733/10272 2821/10737/10276 2823/10739/10278</w:t>
        <w:br/>
        <w:t>f 2824/10740/10279 2818/10734/10273 2808/10722/10264</w:t>
        <w:br/>
        <w:t>f 2806/10724/10266 2824/10740/10279 2808/10722/10264</w:t>
        <w:br/>
        <w:t>f 2824/10740/10279 2806/10724/10266 2825/10741/10280</w:t>
        <w:br/>
        <w:t>f 2824/10740/10279 2825/10741/10280 2826/10742/10281</w:t>
        <w:br/>
        <w:t>f 2826/10742/10281 2818/10734/10273 2824/10740/10279</w:t>
        <w:br/>
        <w:t>f 2827/10743/10282 2826/10742/10281 2825/10741/10280</w:t>
        <w:br/>
        <w:t>f 2826/10742/10281 2829/10744/10283 2828/10745/10284</w:t>
        <w:br/>
        <w:t>f 2818/10734/10273 2826/10742/10281 2830/10746/10285</w:t>
        <w:br/>
        <w:t>f 2822/10738/10277 2818/10734/10273 2830/10746/10285</w:t>
        <w:br/>
        <w:t>f 2828/10745/10284 2829/10744/10283 2831/10747/10286</w:t>
        <w:br/>
        <w:t>f 2834/10748/10287 2833/10749/10288 2832/10750/10289</w:t>
        <w:br/>
        <w:t>f 2832/10750/10289 2835/10751/10290 2834/10748/10287</w:t>
        <w:br/>
        <w:t>f 2828/10745/10284 2836/10752/10291 2826/10742/10281</w:t>
        <w:br/>
        <w:t>f 2837/10753/10292 2834/10748/10287 2835/10751/10290</w:t>
        <w:br/>
        <w:t>f 2826/10742/10281 2836/10752/10291 2838/10754/10293</w:t>
        <w:br/>
        <w:t>f 2837/10753/10292 2835/10751/10290 2839/10755/10294</w:t>
        <w:br/>
        <w:t>f 2840/10756/10295 2837/10753/10292 2839/10755/10294</w:t>
        <w:br/>
        <w:t>f 2836/10752/10291 2841/10757/10296 2838/10754/10293</w:t>
        <w:br/>
        <w:t>f 2837/10753/10292 2840/10756/10295 2842/10758/10297</w:t>
        <w:br/>
        <w:t>f 2822/10738/10277 2830/10746/10285 2841/10757/10296</w:t>
        <w:br/>
        <w:t>f 2841/10757/10298 2823/10739/10278 2821/10737/10276</w:t>
        <w:br/>
        <w:t>f 2823/10739/10278 2841/10757/10298 2843/10759/8787</w:t>
        <w:br/>
        <w:t>f 2840/10756/10295 2844/10760/8794 2842/10758/10297</w:t>
        <w:br/>
        <w:t>f 2844/10760/8794 2840/10756/10295 2845/10761/8795</w:t>
        <w:br/>
        <w:t>f 2848/10762/10299 2847/10763/10300 2846/10764/10301</w:t>
        <w:br/>
        <w:t>f 2848/10762/10299 2849/10765/10302 2847/10763/10300</w:t>
        <w:br/>
        <w:t>f 2848/10762/10299 2850/10766/10303 2849/10765/10302</w:t>
        <w:br/>
        <w:t>f 2853/10767/10304 2852/10768/10305 2851/10769/10306</w:t>
        <w:br/>
        <w:t>f 2850/10766/10303 2848/10762/10299 2854/10770/10307</w:t>
        <w:br/>
        <w:t>f 2851/10769/10306 2855/10771/10308 2853/10767/10304</w:t>
        <w:br/>
        <w:t>f 2856/10772/10309 2846/10764/10301 2847/10763/10300</w:t>
        <w:br/>
        <w:t>f 2846/10764/10301 2856/10772/10309 2857/10773/10310</w:t>
        <w:br/>
        <w:t>f 2856/10772/10309 2858/10774/10311 2857/10773/10310</w:t>
        <w:br/>
        <w:t>f 2858/10774/10311 2856/10772/10309 2859/10775/10312</w:t>
        <w:br/>
        <w:t>f 2855/10771/10308 2851/10769/10306 2860/10776/10313</w:t>
        <w:br/>
        <w:t>f 2859/10775/10312 2861/10777/10314 2858/10774/10311</w:t>
        <w:br/>
        <w:t>f 2861/10777/10314 2859/10775/10312 2862/10778/10315</w:t>
        <w:br/>
        <w:t>f 2860/10776/10313 2851/10769/10306 2863/10779/10316</w:t>
        <w:br/>
        <w:t>f 2864/10780/10317 2861/10777/10314 2862/10778/10315</w:t>
        <w:br/>
        <w:t>f 2851/10769/10306 2865/10781/10318 2863/10779/10316</w:t>
        <w:br/>
        <w:t>f 2852/10768/10305 2865/10781/10318 2851/10769/10306</w:t>
        <w:br/>
        <w:t>f 2863/10779/10316 2865/10781/10318 2866/10782/10319</w:t>
        <w:br/>
        <w:t>f 2852/10768/10305 2867/10783/10320 2865/10781/10318</w:t>
        <w:br/>
        <w:t>f 2861/10777/10314 2864/10780/10317 2868/10784/10321</w:t>
        <w:br/>
        <w:t>f 2867/10783/10320 2869/10785/10322 2865/10781/10318</w:t>
        <w:br/>
        <w:t>f 2869/10785/10322 2866/10782/10319 2865/10781/10318</w:t>
        <w:br/>
        <w:t>f 2868/10784/10321 2864/10780/10317 2870/10786/10323</w:t>
        <w:br/>
        <w:t>f 2866/10782/10319 2869/10785/10322 2871/10787/10324</w:t>
        <w:br/>
        <w:t>f 2870/10786/10323 2872/10788/10325 2868/10784/10321</w:t>
        <w:br/>
        <w:t>f 2869/10785/10322 2867/10783/10320 2873/10789/10326</w:t>
        <w:br/>
        <w:t>f 2850/10766/10303 2854/10770/10307 2874/10790/10327</w:t>
        <w:br/>
        <w:t>f 2854/10770/10307 2875/10791/10328 2874/10790/10327</w:t>
        <w:br/>
        <w:t>f 2876/10792/10329 2871/10787/10324 2869/10785/10322</w:t>
        <w:br/>
        <w:t>f 2873/10789/10326 2876/10792/10329 2869/10785/10322</w:t>
        <w:br/>
        <w:t>f 2872/10788/10325 2870/10786/10323 2877/10793/10330</w:t>
        <w:br/>
        <w:t>f 2871/10787/10324 2876/10792/10329 2878/10794/10331</w:t>
        <w:br/>
        <w:t>f 2877/10793/10330 2879/10795/10332 2872/10788/10325</w:t>
        <w:br/>
        <w:t>f 2875/10791/10328 2880/10796/10333 2874/10790/10327</w:t>
        <w:br/>
        <w:t>f 2876/10792/10329 2873/10789/10326 2881/10797/10334</w:t>
        <w:br/>
        <w:t>f 2880/10796/10333 2875/10791/10328 2882/10798/10335</w:t>
        <w:br/>
        <w:t>f 2882/10798/10335 2883/10799/10336 2880/10796/10333</w:t>
        <w:br/>
        <w:t>f 2881/10797/10334 2884/10800/10337 2876/10792/10329</w:t>
        <w:br/>
        <w:t>f 2876/10792/10329 2884/10800/10337 2878/10794/10331</w:t>
        <w:br/>
        <w:t>f 2881/10797/10334 2885/10801/10338 2884/10800/10337</w:t>
        <w:br/>
        <w:t>f 2886/10802/10339 2879/10795/10332 2877/10793/10330</w:t>
        <w:br/>
        <w:t>f 2884/10800/10337 2886/10802/10339 2877/10793/10330</w:t>
        <w:br/>
        <w:t>f 2879/10795/10332 2886/10802/10339 2887/10803/10340</w:t>
        <w:br/>
        <w:t>f 2886/10802/10339 2888/10804/10341 2887/10803/10340</w:t>
        <w:br/>
        <w:t>f 2889/10805/10342 2886/10802/10339 2884/10800/10337</w:t>
        <w:br/>
        <w:t>f 2885/10801/10338 2889/10805/10342 2884/10800/10337</w:t>
        <w:br/>
        <w:t>f 2888/10804/10341 2886/10802/10339 2890/10806/10343</w:t>
        <w:br/>
        <w:t>f 2886/10802/10339 2889/10805/10342 2890/10806/10343</w:t>
        <w:br/>
        <w:t>f 2883/10799/10336 2882/10798/10335 2891/10807/10344</w:t>
        <w:br/>
        <w:t>f 2883/10799/10336 2891/10807/10344 2892/10808/10345</w:t>
        <w:br/>
        <w:t>f 2889/10805/10342 2885/10801/10338 2893/10809/10346</w:t>
        <w:br/>
        <w:t>f 2894/10810/10347 2892/10808/10345 2891/10807/10344</w:t>
        <w:br/>
        <w:t>f 2894/10810/10347 2895/10811/10348 2892/10808/10345</w:t>
        <w:br/>
        <w:t>f 2893/10809/10346 2896/10812/10349 2889/10805/10342</w:t>
        <w:br/>
        <w:t>f 2896/10812/10349 2890/10806/10343 2889/10805/10342</w:t>
        <w:br/>
        <w:t>f 2896/10812/10349 2893/10809/10346 2897/10813/10350</w:t>
        <w:br/>
        <w:t>f 2898/10814/10351 2888/10804/10341 2890/10806/10343</w:t>
        <w:br/>
        <w:t>f 2890/10806/10343 2896/10812/10349 2898/10814/10351</w:t>
        <w:br/>
        <w:t>f 2888/10804/10341 2898/10814/10351 2899/10815/10352</w:t>
        <w:br/>
        <w:t>f 2895/10811/10348 2894/10810/10347 2900/10816/10353</w:t>
        <w:br/>
        <w:t>f 2901/10817/10354 2895/10811/10348 2900/10816/10353</w:t>
        <w:br/>
        <w:t>f 2897/10813/10350 2902/10818/10355 2896/10812/10349</w:t>
        <w:br/>
        <w:t>f 2896/10812/10349 2902/10818/10355 2898/10814/10351</w:t>
        <w:br/>
        <w:t>f 2902/10818/10355 2897/10813/10350 2903/10819/10356</w:t>
        <w:br/>
        <w:t>f 2904/10820/10357 2899/10815/10352 2898/10814/10351</w:t>
        <w:br/>
        <w:t>f 2902/10818/10355 2905/10821/10358 2898/10814/10351</w:t>
        <w:br/>
        <w:t>f 2899/10815/10352 2904/10820/10357 2906/10822/10359</w:t>
        <w:br/>
        <w:t>f 2907/10823/10360 2905/10821/10358 2902/10818/10355</w:t>
        <w:br/>
        <w:t>f 2903/10819/10356 2907/10823/10360 2902/10818/10355</w:t>
        <w:br/>
        <w:t>f 2908/10824/10361 2906/10822/10359 2904/10820/10357</w:t>
        <w:br/>
        <w:t>f 2905/10821/10358 2907/10823/10360 2909/10825/10362</w:t>
        <w:br/>
        <w:t>f 2906/10822/10359 2908/10824/10361 2910/10826/10363</w:t>
        <w:br/>
        <w:t>f 2908/10824/10361 2911/10827/10364 2910/10826/10363</w:t>
        <w:br/>
        <w:t>f 2900/10816/10353 2912/10828/10365 2901/10817/10354</w:t>
        <w:br/>
        <w:t>f 2912/10828/10365 2913/10829/10366 2901/10817/10354</w:t>
        <w:br/>
        <w:t>f 2907/10823/10360 2903/10819/10356 2914/10830/10367</w:t>
        <w:br/>
        <w:t>f 2913/10829/10366 2912/10828/10365 2915/10831/10368</w:t>
        <w:br/>
        <w:t>f 2913/10829/10366 2915/10831/10368 2916/10832/10369</w:t>
        <w:br/>
        <w:t>f 2917/10833/10370 2909/10825/10362 2907/10823/10360</w:t>
        <w:br/>
        <w:t>f 2914/10830/10367 2917/10833/10370 2907/10823/10360</w:t>
        <w:br/>
        <w:t>f 2911/10827/10364 2908/10824/10361 2918/10834/10371</w:t>
        <w:br/>
        <w:t>f 2909/10825/10362 2917/10833/10370 2919/10835/10372</w:t>
        <w:br/>
        <w:t>f 2913/10829/10366 2916/10832/10369 2920/10836/10373</w:t>
        <w:br/>
        <w:t>f 2917/10833/10370 2914/10830/10367 2921/10837/10374</w:t>
        <w:br/>
        <w:t>f 2922/10838/10375 2920/10836/10373 2916/10832/10369</w:t>
        <w:br/>
        <w:t>f 2923/10839/10376 2919/10835/10372 2917/10833/10370</w:t>
        <w:br/>
        <w:t>f 2921/10837/10374 2923/10839/10376 2917/10833/10370</w:t>
        <w:br/>
        <w:t>f 2920/10836/10373 2922/10838/10375 2924/10840/10377</w:t>
        <w:br/>
        <w:t>f 2927/10841/10378 2926/10842/10379 2925/10843/10380</w:t>
        <w:br/>
        <w:t>f 2928/10844/10381 2925/10843/10380 2926/10842/10379</w:t>
        <w:br/>
        <w:t>f 2925/10843/10380 2928/10844/10381 2929/10845/10382</w:t>
        <w:br/>
        <w:t>f 2931/10846/10383 2921/10837/10374 2930/10847/10384</w:t>
        <w:br/>
        <w:t>f 2921/10837/10374 2931/10846/10383 2923/10839/10376</w:t>
        <w:br/>
        <w:t>f 2932/10848/10385 2929/10845/10382 2928/10844/10381</w:t>
        <w:br/>
        <w:t>f 2933/10849/10386 2929/10845/10382 2932/10848/10385</w:t>
        <w:br/>
        <w:t>f 2934/10850/10387 2929/10845/10382 2933/10849/10386</w:t>
        <w:br/>
        <w:t>f 2935/10851/10388 2934/10850/10387 2933/10849/10386</w:t>
        <w:br/>
        <w:t>f 2938/10852/10389 2937/10853/10390 2936/10854/10391</w:t>
        <w:br/>
        <w:t>f 2935/10851/10388 2939/10855/10392 2934/10850/10387</w:t>
        <w:br/>
        <w:t>f 2940/10856/10393 2939/10855/10392 2935/10851/10388</w:t>
        <w:br/>
        <w:t>f 2942/10857/10394 2941/10858/10395 2938/10852/10389</w:t>
        <w:br/>
        <w:t>f 2937/10853/10390 2938/10852/10389 2941/10858/10395</w:t>
        <w:br/>
        <w:t>f 2944/10859/10396 2943/10860/10397 2942/10857/10394</w:t>
        <w:br/>
        <w:t>f 2941/10858/10395 2942/10857/10394 2943/10860/10397</w:t>
        <w:br/>
        <w:t>f 2940/10856/10393 2945/10861/10398 2939/10855/10392</w:t>
        <w:br/>
        <w:t>f 2946/10862/10399 2945/10861/10398 2940/10856/10393</w:t>
        <w:br/>
        <w:t>f 2943/10860/10397 2944/10859/10396 2947/10863/10400</w:t>
        <w:br/>
        <w:t>f 2948/10864/10401 2947/10863/10400 2944/10859/10396</w:t>
        <w:br/>
        <w:t>f 2945/10861/10398 2946/10862/10399 2949/10865/10402</w:t>
        <w:br/>
        <w:t>f 2950/10866/10403 2949/10865/10402 2946/10862/10399</w:t>
        <w:br/>
        <w:t>f 2947/10863/10400 2948/10864/10401 2951/10867/10404</w:t>
        <w:br/>
        <w:t>f 2948/10864/10401 2952/10868/10405 2951/10867/10404</w:t>
        <w:br/>
        <w:t>f 2949/10865/10402 2950/10866/10403 2953/10869/10406</w:t>
        <w:br/>
        <w:t>f 2954/10870/10407 2953/10869/10406 2950/10866/10403</w:t>
        <w:br/>
        <w:t>f 2953/10869/10406 2954/10870/10407 2955/10871/10408</w:t>
        <w:br/>
        <w:t>f 2956/10872/10409 2955/10871/10408 2954/10870/10407</w:t>
        <w:br/>
        <w:t>f 2958/10873/10410 2957/10874/10411 2952/10868/10405</w:t>
        <w:br/>
        <w:t>f 2957/10874/10411 2951/10867/10404 2952/10868/10405</w:t>
        <w:br/>
        <w:t>f 2960/10875/10412 2959/10876/10413 2958/10873/10410</w:t>
        <w:br/>
        <w:t>f 2957/10874/10411 2958/10873/10410 2959/10876/10413</w:t>
        <w:br/>
        <w:t>f 2961/10877/10414 2951/10867/10404 2957/10874/10411</w:t>
        <w:br/>
        <w:t>f 2962/10878/10415 2957/10874/10411 2959/10876/10413</w:t>
        <w:br/>
        <w:t>f 2957/10874/10411 2962/10878/10415 2961/10877/10414</w:t>
        <w:br/>
        <w:t>f 2959/10876/10413 2960/10875/10412 2963/10879/10416</w:t>
        <w:br/>
        <w:t>f 2966/10880/10417 2965/10881/10418 2964/10882/10419</w:t>
        <w:br/>
        <w:t>f 2965/10881/10418 2966/10880/10417 2967/10883/10420</w:t>
        <w:br/>
        <w:t>f 2966/10880/10417 2964/10882/10419 2968/10884/10421</w:t>
        <w:br/>
        <w:t>f 2967/10883/10420 2969/10885/10422 2965/10881/10418</w:t>
        <w:br/>
        <w:t>f 2961/10877/10414 2970/10886/10423 2951/10867/10404</w:t>
        <w:br/>
        <w:t>f 2970/10886/10423 2947/10863/10400 2951/10867/10404</w:t>
        <w:br/>
        <w:t>f 2971/10887/10424 2968/10884/10421 2964/10882/10419</w:t>
        <w:br/>
        <w:t>f 2959/10876/10413 2972/10888/10425 2962/10878/10415</w:t>
        <w:br/>
        <w:t>f 2973/10889/10426 2968/10884/10421 2971/10887/10424</w:t>
        <w:br/>
        <w:t>f 2972/10888/10425 2959/10876/10413 2963/10879/10416</w:t>
        <w:br/>
        <w:t>f 2971/10887/10424 2974/10890/10427 2973/10889/10426</w:t>
        <w:br/>
        <w:t>f 2975/10891/10428 2972/10888/10425 2963/10879/10416</w:t>
        <w:br/>
        <w:t>f 2969/10885/10422 2967/10883/10420 2976/10892/10429</w:t>
        <w:br/>
        <w:t>f 2969/10885/10422 2976/10892/10429 2977/10893/10430</w:t>
        <w:br/>
        <w:t>f 2947/10863/10400 2970/10886/10423 2978/10894/10431</w:t>
        <w:br/>
        <w:t>f 2979/10895/10432 2977/10893/10430 2976/10892/10429</w:t>
        <w:br/>
        <w:t>f 2978/10894/10431 2943/10860/10397 2947/10863/10400</w:t>
        <w:br/>
        <w:t>f 2979/10895/10432 2980/10896/10433 2977/10893/10430</w:t>
        <w:br/>
        <w:t>f 2943/10860/10397 2978/10894/10431 2981/10897/10434</w:t>
        <w:br/>
        <w:t>f 2981/10897/10434 2941/10858/10395 2943/10860/10397</w:t>
        <w:br/>
        <w:t>f 2980/10896/10433 2979/10895/10432 2982/10898/10435</w:t>
        <w:br/>
        <w:t>f 2980/10896/10433 2982/10898/10435 2983/10899/10436</w:t>
        <w:br/>
        <w:t>f 2981/10897/10434 2984/10900/10437 2941/10858/10395</w:t>
        <w:br/>
        <w:t>f 2984/10900/10437 2937/10853/10390 2941/10858/10395</w:t>
        <w:br/>
        <w:t>f 2982/10898/10435 2985/10901/10438 2983/10899/10436</w:t>
        <w:br/>
        <w:t>f 2986/10902/10439 2983/10899/10436 2985/10901/10438</w:t>
        <w:br/>
        <w:t>f 2983/10899/10436 2986/10902/10439 2987/10903/10440</w:t>
        <w:br/>
        <w:t>f 2937/10853/10390 2984/10900/10437 2988/10904/10441</w:t>
        <w:br/>
        <w:t>f 2986/10902/10439 2989/10905/10442 2987/10903/10440</w:t>
        <w:br/>
        <w:t>f 2988/10904/10441 2990/10906/10443 2937/10853/10390</w:t>
        <w:br/>
        <w:t>f 2990/10906/10443 2988/10904/10441 2991/10907/10444</w:t>
        <w:br/>
        <w:t>f 2990/10906/10443 2936/10854/10391 2937/10853/10390</w:t>
        <w:br/>
        <w:t>f 2936/10854/10391 2990/10906/10443 2930/10847/10384</w:t>
        <w:br/>
        <w:t>f 2989/10905/10442 2986/10902/10439 2992/10908/10445</w:t>
        <w:br/>
        <w:t>f 2993/10909/10446 2930/10847/10384 2990/10906/10443</w:t>
        <w:br/>
        <w:t>f 2991/10907/10444 2993/10909/10446 2990/10906/10443</w:t>
        <w:br/>
        <w:t>f 2930/10847/10384 2993/10909/10446 2931/10846/10383</w:t>
        <w:br/>
        <w:t>f 2996/10910/10447 2995/10911/10448 2994/10912/10449</w:t>
        <w:br/>
        <w:t>f 2997/10913/10450 2993/10909/10446 2991/10907/10444</w:t>
        <w:br/>
        <w:t>f 2989/10905/10451 2998/10914/10452 2997/10913/10450</w:t>
        <w:br/>
        <w:t>f 2999/10915/10453 2931/10846/10383 2993/10909/10446</w:t>
        <w:br/>
        <w:t>f 2997/10913/10450 2999/10915/10453 2993/10909/10446</w:t>
        <w:br/>
        <w:t>f 2994/10912/10449 2995/10911/10448 3000/10916/10454</w:t>
        <w:br/>
        <w:t>f 2931/10846/10383 2999/10915/10453 3001/10917/10455</w:t>
        <w:br/>
        <w:t>f 2923/10839/10376 2931/10846/10383 3001/10917/10455</w:t>
        <w:br/>
        <w:t>f 3004/10918/10456 3003/10919/10457 3002/10920/10458</w:t>
        <w:br/>
        <w:t>f 3003/10919/10457 3004/10918/10456 3005/10921/10459</w:t>
        <w:br/>
        <w:t>f 3003/10919/10457 3005/10921/10459 3006/10922/10460</w:t>
        <w:br/>
        <w:t>f 3006/10922/10460 3007/10923/10461 3003/10919/10457</w:t>
        <w:br/>
        <w:t>f 3008/10924/10462 3007/10923/10461 3006/10922/10460</w:t>
        <w:br/>
        <w:t>f 3007/10923/10461 3008/10924/10462 3009/10925/10463</w:t>
        <w:br/>
        <w:t>f 3010/10926/10464 3009/10925/10463 3008/10924/10462</w:t>
        <w:br/>
        <w:t>f 3013/10927/10465 3012/10928/10466 3011/10929/10467</w:t>
        <w:br/>
        <w:t>f 3014/10930/10468 3013/10927/10465 3011/10929/10467</w:t>
        <w:br/>
        <w:t>f 3016/10931/10469 3015/10932/10470 3010/10926/10464</w:t>
        <w:br/>
        <w:t>f 3009/10925/10463 3010/10926/10464 3015/10932/10470</w:t>
        <w:br/>
        <w:t>f 3013/10927/10465 3014/10930/10468 3017/10933/10471</w:t>
        <w:br/>
        <w:t>f 3018/10934/10472 3017/10933/10471 3014/10930/10468</w:t>
        <w:br/>
        <w:t>f 3012/10928/10466 3013/10927/10465 3019/10935/10473</w:t>
        <w:br/>
        <w:t>f 3017/10933/10471 3018/10934/10472 3020/10936/10474</w:t>
        <w:br/>
        <w:t>f 3021/10937/10475 3012/10928/10466 3019/10935/10473</w:t>
        <w:br/>
        <w:t>f 3012/10928/10466 3021/10937/10475 2998/10914/10476</w:t>
        <w:br/>
        <w:t>f 3022/10938/10477 3019/10935/10473 3013/10927/10465</w:t>
        <w:br/>
        <w:t>f 3024/10939/10478 3023/10940/10479 3022/10938/10477</w:t>
        <w:br/>
        <w:t>f 3022/10938/10477 3023/10940/10479 3025/10941/10480</w:t>
        <w:br/>
        <w:t>f 3019/10935/10473 3022/10938/10477 3025/10941/10480</w:t>
        <w:br/>
        <w:t>f 3025/10941/10480 3021/10937/10475 3019/10935/10473</w:t>
        <w:br/>
        <w:t>f 3026/10942/10481 3022/10938/10477 3013/10927/10465</w:t>
        <w:br/>
        <w:t>f 3026/10942/10481 3013/10927/10465 3017/10933/10471</w:t>
        <w:br/>
        <w:t>f 3022/10938/10477 3026/10942/10481 3024/10939/10478</w:t>
        <w:br/>
        <w:t>f 3026/10942/10481 3027/10943/10482 3024/10939/10478</w:t>
        <w:br/>
        <w:t>f 3026/10942/10481 3017/10933/10471 3028/10944/10483</w:t>
        <w:br/>
        <w:t>f 3027/10943/10482 3026/10942/10481 3028/10944/10483</w:t>
        <w:br/>
        <w:t>f 3017/10933/10471 3020/10936/10474 3028/10944/10483</w:t>
        <w:br/>
        <w:t>f 3027/10943/10482 3028/10944/10483 3029/10945/10484</w:t>
        <w:br/>
        <w:t>f 3030/10946/10485 3029/10945/10484 3028/10944/10483</w:t>
        <w:br/>
        <w:t>f 3030/10946/10485 3031/10947/10486 3029/10945/10484</w:t>
        <w:br/>
        <w:t>f 3020/10936/10474 3030/10946/10485 3028/10944/10483</w:t>
        <w:br/>
        <w:t>f 3023/10940/10479 3032/10948/10487 3025/10941/10480</w:t>
        <w:br/>
        <w:t>f 3025/10941/10480 3032/10948/10487 3033/10949/10488</w:t>
        <w:br/>
        <w:t>f 3030/10946/10485 3020/10936/10474 3034/10950/10489</w:t>
        <w:br/>
        <w:t>f 3025/10941/10480 3033/10949/10488 3035/10951/10490</w:t>
        <w:br/>
        <w:t>f 3021/10937/10475 3025/10941/10480 3035/10951/10490</w:t>
        <w:br/>
        <w:t>f 3036/10952/10491 3030/10946/10485 3034/10950/10489</w:t>
        <w:br/>
        <w:t>f 3031/10947/10486 3030/10946/10485 3036/10952/10491</w:t>
        <w:br/>
        <w:t>f 3036/10952/10491 3037/10953/10492 3031/10947/10486</w:t>
        <w:br/>
        <w:t>f 3020/10936/10474 3038/10954/10493 3034/10950/10489</w:t>
        <w:br/>
        <w:t>f 3038/10954/10493 3020/10936/10474 3018/10934/10472</w:t>
        <w:br/>
        <w:t>f 3015/10932/10470 3016/10931/10469 3039/10955/10494</w:t>
        <w:br/>
        <w:t>f 3040/10956/10495 3039/10955/10494 3016/10931/10469</w:t>
        <w:br/>
        <w:t>f 3039/10955/10494 3040/10956/10495 3041/10957/10496</w:t>
        <w:br/>
        <w:t>f 3038/10954/10493 3042/10958/10497 3034/10950/10489</w:t>
        <w:br/>
        <w:t>f 3043/10959/10498 3041/10957/10496 3040/10956/10495</w:t>
        <w:br/>
        <w:t>f 3034/10950/10489 3044/10960/10499 3036/10952/10491</w:t>
        <w:br/>
        <w:t>f 3044/10960/10499 3034/10950/10489 3042/10958/10497</w:t>
        <w:br/>
        <w:t>f 3041/10957/10496 3043/10959/10498 3045/10961/10500</w:t>
        <w:br/>
        <w:t>f 3046/10962/10501 3044/10960/10499 3042/10958/10497</w:t>
        <w:br/>
        <w:t>f 3047/10963/10502 3045/10961/10500 3043/10959/10498</w:t>
        <w:br/>
        <w:t>f 3044/10960/10499 3048/10964/10503 3036/10952/10491</w:t>
        <w:br/>
        <w:t>f 3037/10953/10492 3036/10952/10491 3049/10965/10504</w:t>
        <w:br/>
        <w:t>f 3037/10953/10492 3049/10965/10504 3050/10966/10505</w:t>
        <w:br/>
        <w:t>f 3044/10960/10499 3046/10962/10501 3051/10967/10506</w:t>
        <w:br/>
        <w:t>f 3048/10964/10503 3044/10960/10499 3051/10967/10506</w:t>
        <w:br/>
        <w:t>f 3045/10961/10500 3047/10963/10502 3052/10968/10507</w:t>
        <w:br/>
        <w:t>f 3053/10969/10508 3052/10968/10507 3047/10963/10502</w:t>
        <w:br/>
        <w:t>f 3054/10970/10509 3051/10967/10506 3046/10962/10501</w:t>
        <w:br/>
        <w:t>f 3055/10971/10510 3050/10966/10505 3049/10965/10504</w:t>
        <w:br/>
        <w:t>f 3051/10967/10506 3056/10972/10511 3048/10964/10503</w:t>
        <w:br/>
        <w:t>f 3057/10973/10512 3050/10966/10505 3055/10971/10510</w:t>
        <w:br/>
        <w:t>f 3055/10971/10510 3058/10974/10513 3057/10973/10512</w:t>
        <w:br/>
        <w:t>f 3056/10972/10511 3051/10967/10506 3059/10975/10514</w:t>
        <w:br/>
        <w:t>f 3060/10976/10515 3056/10972/10511 3059/10975/10514</w:t>
        <w:br/>
        <w:t>f 3051/10967/10506 3054/10970/10509 3059/10975/10514</w:t>
        <w:br/>
        <w:t>f 3061/10977/10516 3059/10975/10514 3054/10970/10509</w:t>
        <w:br/>
        <w:t>f 3062/10978/10517 3052/10968/10507 3053/10969/10508</w:t>
        <w:br/>
        <w:t>f 3059/10975/10514 3063/10979/10518 3060/10976/10515</w:t>
        <w:br/>
        <w:t>f 3059/10975/10514 3061/10977/10516 3063/10979/10518</w:t>
        <w:br/>
        <w:t>f 3053/10969/10508 3064/10980/10519 3062/10978/10517</w:t>
        <w:br/>
        <w:t>f 3065/10981/10520 3064/10980/10519 3053/10969/10508</w:t>
        <w:br/>
        <w:t>f 3066/10982/10521 3063/10979/10518 3061/10977/10516</w:t>
        <w:br/>
        <w:t>f 3060/10976/10515 3063/10979/10518 3067/10983/10522</w:t>
        <w:br/>
        <w:t>f 3057/10973/10512 3058/10974/10513 3068/10984/10523</w:t>
        <w:br/>
        <w:t>f 3057/10973/10512 3068/10984/10523 3069/10985/10524</w:t>
        <w:br/>
        <w:t>f 3070/10986/10525 3069/10985/10524 3068/10984/10523</w:t>
        <w:br/>
        <w:t>f 3063/10979/10518 3071/10987/10526 3067/10983/10522</w:t>
        <w:br/>
        <w:t>f 3063/10979/10518 3066/10982/10521 3071/10987/10526</w:t>
        <w:br/>
        <w:t>f 3070/10986/10525 3064/10980/10519 3065/10981/10520</w:t>
        <w:br/>
        <w:t>f 3070/10986/10525 3065/10981/10520 3072/10988/10527</w:t>
        <w:br/>
        <w:t>f 3069/10985/10524 3070/10986/10525 3072/10988/10527</w:t>
        <w:br/>
        <w:t>f 3075/10989/10528 3074/10990/10529 3073/10991/10530</w:t>
        <w:br/>
        <w:t>f 3073/10991/10530 3074/10990/10529 3076/10992/10531</w:t>
        <w:br/>
        <w:t>f 3079/10993/10532 3078/10994/10533 3077/10995/10534</w:t>
        <w:br/>
        <w:t>f 3082/10996/10535 3081/10997/10536 3080/10998/10537</w:t>
        <w:br/>
        <w:t>f 3083/10999/10538 3081/10997/10536 3082/10996/10535</w:t>
        <w:br/>
        <w:t>f 3081/10997/10536 3083/10999/10538 3084/11000/10539</w:t>
        <w:br/>
        <w:t>f 3086/11001/10540 3085/11002/10541 3077/10995/10534</w:t>
        <w:br/>
        <w:t>f 3077/10995/10534 3085/11002/10541 3079/10993/10532</w:t>
        <w:br/>
        <w:t>f 3085/11002/10541 3086/11001/10540 3087/11003/10542</w:t>
        <w:br/>
        <w:t>f 3090/11004/10543 3089/11005/10544 3088/11006/10545</w:t>
        <w:br/>
        <w:t>f 3089/11005/10544 3090/11004/10543 3091/11007/10546</w:t>
        <w:br/>
        <w:t>f 3091/11007/10546 3092/11008/10547 3089/11005/10544</w:t>
        <w:br/>
        <w:t>f 3095/11009/10548 3094/11010/10549 3093/11011/10550</w:t>
        <w:br/>
        <w:t>f 3098/11012/10551 3097/11013/10552 3096/11014/10553</w:t>
        <w:br/>
        <w:t>f 3096/11014/10553 3099/11015/10554 3098/11012/10551</w:t>
        <w:br/>
        <w:t>f 3099/11015/10554 3096/11014/10553 3100/11016/10555</w:t>
        <w:br/>
        <w:t>f 3093/11011/10550 3102/11017/10556 3101/11018/10557</w:t>
        <w:br/>
        <w:t>f 3093/11011/10550 3094/11010/10549 3102/11017/10556</w:t>
        <w:br/>
        <w:t>f 3101/11018/10557 3102/11017/10556 3103/11019/10558</w:t>
        <w:br/>
        <w:t>f 3106/11020/10559 3105/11021/10560 3104/11022/10561</w:t>
        <w:br/>
        <w:t>f 3105/11021/10560 3106/11020/10559 3107/11023/10562</w:t>
        <w:br/>
        <w:t>f 3107/11023/10562 3106/11020/10559 3108/11024/10563</w:t>
        <w:br/>
        <w:t>f 3111/11025/10564 3110/11026/10565 3109/11027/10566</w:t>
        <w:br/>
        <w:t>f 3111/11025/10564 3113/11028/10567 3112/11029/10568</w:t>
        <w:br/>
        <w:t>f 3109/11027/10566 3114/11030/10569 3111/11025/10564</w:t>
        <w:br/>
        <w:t>f 3113/11028/10567 3111/11025/10564 3114/11030/10569</w:t>
        <w:br/>
        <w:t>f 3112/11029/10568 3115/11031/10570 3111/11025/10564</w:t>
        <w:br/>
        <w:t>f 3110/11026/10565 3111/11025/10564 3115/11031/10570</w:t>
        <w:br/>
        <w:t>f 3115/11031/10570 3112/11029/10568 3116/11032/10571</w:t>
        <w:br/>
        <w:t>f 3117/11033/10572 3115/11031/10570 3116/11032/10571</w:t>
        <w:br/>
        <w:t>f 3118/11034/10573 3110/11026/10565 3115/11031/10570</w:t>
        <w:br/>
        <w:t>f 3110/11026/10565 3118/11034/10573 3119/11035/10574</w:t>
        <w:br/>
        <w:t>f 3115/11031/10570 3117/11033/10572 3118/11034/10573</w:t>
        <w:br/>
        <w:t>f 3122/11036/10575 3121/11037/10576 3120/11038/10577</w:t>
        <w:br/>
        <w:t>f 3121/11037/10576 3122/11036/10575 3123/11039/10578</w:t>
        <w:br/>
        <w:t>f 3121/11037/10576 3124/11040/10579 3120/11038/10577</w:t>
        <w:br/>
        <w:t>f 3121/11037/10576 3125/11041/10580 3124/11040/10579</w:t>
        <w:br/>
        <w:t>f 3114/11030/10569 3109/11027/10566 3126/11042/10581</w:t>
        <w:br/>
        <w:t>f 3129/11043/10582 3128/11044/10583 3127/11045/10584</w:t>
        <w:br/>
        <w:t>f 3131/11046/10585 3130/11047/10574 3128/11044/10583</w:t>
        <w:br/>
        <w:t>f 3131/11046/10585 3128/11044/10583 3129/11043/10582</w:t>
        <w:br/>
        <w:t>f 3127/11045/10584 3128/11044/10583 3132/11048/10586</w:t>
        <w:br/>
        <w:t>f 3128/11044/10583 3133/11049/10587 3132/11048/10586</w:t>
        <w:br/>
        <w:t>f 3133/11049/10587 3128/11044/10583 3134/11050/10588</w:t>
        <w:br/>
        <w:t>f 3137/11051/10589 3136/11052/10590 3135/11053/10591</w:t>
        <w:br/>
        <w:t>f 3137/11051/10589 3133/11049/10587 3136/11052/10590</w:t>
        <w:br/>
        <w:t>f 3136/11052/10590 3138/11054/10592 3126/11042/10581</w:t>
        <w:br/>
        <w:t>f 3134/11050/10588 3139/11055/10593 3133/11049/10587</w:t>
        <w:br/>
        <w:t>f 3139/11055/10593 3134/11050/10588 3140/11056/10594</w:t>
        <w:br/>
        <w:t>f 3139/11055/10593 3141/11057/10595 3133/11049/10587</w:t>
        <w:br/>
        <w:t>f 3141/11057/10595 3136/11052/10590 3133/11049/10587</w:t>
        <w:br/>
        <w:t>f 3141/11057/10595 3139/11055/10593 3142/11058/10596</w:t>
        <w:br/>
        <w:t>f 3141/11057/10595 3142/11058/10596 3143/11059/10597</w:t>
        <w:br/>
        <w:t>f 3144/11060/10598 3138/11054/10592 3136/11052/10590</w:t>
        <w:br/>
        <w:t>f 3138/11054/10592 3144/11060/10598 3145/11061/10599</w:t>
        <w:br/>
        <w:t>f 3146/11062/10600 3136/11052/10590 3141/11057/10595</w:t>
        <w:br/>
        <w:t>f 3141/11057/10595 3143/11059/10597 3146/11062/10600</w:t>
        <w:br/>
        <w:t>f 3136/11052/10590 3146/11062/10600 3144/11060/10598</w:t>
        <w:br/>
        <w:t>f 3147/11063/10601 3146/11062/10600 3143/11059/10597</w:t>
        <w:br/>
        <w:t>f 3146/11062/10600 3147/11063/10601 3148/11064/10602</w:t>
        <w:br/>
        <w:t>f 3148/11064/10602 3149/11065/10603 3146/11062/10600</w:t>
        <w:br/>
        <w:t>f 3146/11062/10600 3149/11065/10603 3144/11060/10598</w:t>
        <w:br/>
        <w:t>f 3144/11060/10598 3149/11065/10603 3150/11066/10604</w:t>
        <w:br/>
        <w:t>f 3150/11066/10604 3149/11065/10603 3151/11067/10605</w:t>
        <w:br/>
        <w:t>f 3151/11067/10605 3149/11065/10603 3152/11068/10606</w:t>
        <w:br/>
        <w:t>f 3153/11069/10607 3152/11068/10606 3149/11065/10603</w:t>
        <w:br/>
        <w:t>f 3156/11070/10608 3155/11071/10609 3154/11072/10610</w:t>
        <w:br/>
        <w:t>f 3158/11073/10403 3156/11070/10608 3157/11074/10407</w:t>
        <w:br/>
        <w:t>f 3156/11070/10608 3158/11073/10403 3159/11075/10611</w:t>
        <w:br/>
        <w:t>f 3160/11076/10612 3159/11075/10611 3158/11073/10403</w:t>
        <w:br/>
        <w:t>f 3159/11075/10611 3155/11071/10609 3156/11070/10608</w:t>
        <w:br/>
        <w:t>f 3161/11077/10613 3155/11071/10609 3159/11075/10611</w:t>
        <w:br/>
        <w:t>f 3162/11078/10614 3157/11074/10407 3156/11070/10608</w:t>
        <w:br/>
        <w:t>f 3162/11078/10614 3156/11070/10608 3154/11072/10610</w:t>
        <w:br/>
        <w:t>f 3157/11074/10407 3162/11078/10614 3163/11079/10615</w:t>
        <w:br/>
        <w:t>f 3154/11072/10610 3164/11080/10616 3162/11078/10614</w:t>
        <w:br/>
        <w:t>f 3165/11081/10617 3163/11079/10615 3162/11078/10614</w:t>
        <w:br/>
        <w:t>f 3166/11082/10618 3162/11078/10614 3164/11080/10616</w:t>
        <w:br/>
        <w:t>f 3162/11078/10614 3167/11083/10619 3165/11081/10617</w:t>
        <w:br/>
        <w:t>f 3167/11083/10619 3162/11078/10614 3166/11082/10618</w:t>
        <w:br/>
        <w:t>f 3159/11075/10611 3160/11076/10612 3168/11084/10620</w:t>
        <w:br/>
        <w:t>f 3168/11084/10620 3161/11077/10613 3159/11075/10611</w:t>
        <w:br/>
        <w:t>f 3169/11085/10621 3168/11084/10620 3160/11076/10612</w:t>
        <w:br/>
        <w:t>f 3168/11084/10620 3170/11086/10622 3161/11077/10613</w:t>
        <w:br/>
        <w:t>f 3168/11084/10620 3169/11085/10621 3171/11087/10623</w:t>
        <w:br/>
        <w:t>f 3170/11086/10622 3168/11084/10620 3171/11087/10623</w:t>
        <w:br/>
        <w:t>f 3172/11088/10624 3171/11087/10623 3169/11085/10621</w:t>
        <w:br/>
        <w:t>f 3171/11087/10623 3173/11089/10625 3170/11086/10622</w:t>
        <w:br/>
        <w:t>f 3171/11087/10623 3172/11088/10624 3174/11090/10626</w:t>
        <w:br/>
        <w:t>f 3174/11090/10626 3173/11089/10625 3171/11087/10623</w:t>
        <w:br/>
        <w:t>f 3175/11091/10627 3174/11090/10626 3172/11088/10624</w:t>
        <w:br/>
        <w:t>f 3176/11092/10628 3173/11089/10625 3174/11090/10626</w:t>
        <w:br/>
        <w:t>f 3174/11090/10626 3175/11091/10627 3177/11093/10629</w:t>
        <w:br/>
        <w:t>f 3177/11093/10629 3176/11092/10628 3174/11090/10626</w:t>
        <w:br/>
        <w:t>f 3178/11094/10630 3177/11093/10629 3175/11091/10627</w:t>
        <w:br/>
        <w:t>f 3177/11093/10629 3179/11095/10631 3176/11092/10628</w:t>
        <w:br/>
        <w:t>f 3177/11093/10629 3178/11094/10630 3180/11096/10632</w:t>
        <w:br/>
        <w:t>f 3179/11095/10631 3177/11093/10629 3180/11096/10632</w:t>
        <w:br/>
        <w:t>f 3180/11096/10632 3178/11094/10630 3181/11097/10633</w:t>
        <w:br/>
        <w:t>f 3180/11096/10632 3182/11098/10634 3179/11095/10631</w:t>
        <w:br/>
        <w:t>f 3181/11097/10633 3183/11099/10635 3180/11096/10632</w:t>
        <w:br/>
        <w:t>f 3183/11099/10635 3182/11098/10634 3180/11096/10632</w:t>
        <w:br/>
        <w:t>f 3183/11099/10635 3184/11100/10636 3182/11098/10634</w:t>
        <w:br/>
        <w:t>f 3183/11099/10635 3181/11097/10633 3185/11101/10637</w:t>
        <w:br/>
        <w:t>f 3185/11101/10637 3186/11102/10638 3183/11099/10635</w:t>
        <w:br/>
        <w:t>f 3186/11102/10638 3184/11100/10636 3183/11099/10635</w:t>
        <w:br/>
        <w:t>f 3187/11103/10639 3186/11102/10638 3185/11101/10637</w:t>
        <w:br/>
        <w:t>f 3185/11101/10637 3188/11104/10640 3187/11103/10639</w:t>
        <w:br/>
        <w:t>f 3186/11102/10638 3189/11105/10641 3184/11100/10636</w:t>
        <w:br/>
        <w:t>f 3184/11100/10636 3189/11105/10641 3190/11106/10642</w:t>
        <w:br/>
        <w:t>f 3186/11102/10638 3187/11103/10639 3191/11107/10643</w:t>
        <w:br/>
        <w:t>f 3189/11105/10641 3186/11102/10638 3191/11107/10643</w:t>
        <w:br/>
        <w:t>f 3192/11108/10644 3187/11103/10639 3188/11104/10640</w:t>
        <w:br/>
        <w:t>f 3188/11104/10640 3193/11109/10645 3192/11108/10644</w:t>
        <w:br/>
        <w:t>f 3193/11109/10645 3188/11104/10640 3194/11110/10646</w:t>
        <w:br/>
        <w:t>f 3194/11110/10646 3195/11111/10647 3193/11109/10645</w:t>
        <w:br/>
        <w:t>f 3195/11111/10647 3194/11110/10646 3196/11112/10648</w:t>
        <w:br/>
        <w:t>f 3196/11112/10648 3197/11113/10649 3195/11111/10647</w:t>
        <w:br/>
        <w:t>f 3198/11114/10650 3193/11109/10645 3195/11111/10647</w:t>
        <w:br/>
        <w:t>f 3193/11109/10645 3198/11114/10650 3199/11115/10651</w:t>
        <w:br/>
        <w:t>f 3199/11115/10651 3192/11108/10644 3193/11109/10645</w:t>
        <w:br/>
        <w:t>f 3195/11111/10647 3200/11116/10652 3198/11114/10650</w:t>
        <w:br/>
        <w:t>f 3197/11113/10649 3200/11116/10652 3195/11111/10647</w:t>
        <w:br/>
        <w:t>f 3201/11117/10653 3192/11108/10644 3199/11115/10651</w:t>
        <w:br/>
        <w:t>f 3200/11116/10652 3197/11113/10649 3202/11118/10654</w:t>
        <w:br/>
        <w:t>f 3201/11117/10653 3203/11119/10655 3192/11108/10644</w:t>
        <w:br/>
        <w:t>f 3187/11103/10639 3192/11108/10644 3203/11119/10655</w:t>
        <w:br/>
        <w:t>f 3201/11117/10653 3204/11120/10656 3203/11119/10655</w:t>
        <w:br/>
        <w:t>f 3204/11120/10656 3205/11121/10657 3203/11119/10655</w:t>
        <w:br/>
        <w:t>f 3197/11113/10649 3196/11112/10648 3206/11122/10658</w:t>
        <w:br/>
        <w:t>f 3197/11113/10649 3206/11122/10658 3207/11123/10659</w:t>
        <w:br/>
        <w:t>f 3207/11123/10659 3202/11118/10654 3197/11113/10649</w:t>
        <w:br/>
        <w:t>f 3206/11122/10658 3208/11124/10660 3207/11123/10659</w:t>
        <w:br/>
        <w:t>f 3202/11118/10654 3207/11123/10659 3209/11125/10661</w:t>
        <w:br/>
        <w:t>f 3208/11124/10660 3210/11126/10662 3207/11123/10659</w:t>
        <w:br/>
        <w:t>f 3210/11126/10662 3209/11125/10661 3207/11123/10659</w:t>
        <w:br/>
        <w:t>f 3210/11126/10662 3208/11124/10660 3211/11127/10663</w:t>
        <w:br/>
        <w:t>f 3209/11125/10661 3210/11126/10662 3212/11128/10664</w:t>
        <w:br/>
        <w:t>f 3211/11127/10663 3213/11129/10665 3210/11126/10662</w:t>
        <w:br/>
        <w:t>f 3213/11129/10665 3212/11128/10664 3210/11126/10662</w:t>
        <w:br/>
        <w:t>f 3213/11129/10665 3211/11127/10663 3214/11130/10666</w:t>
        <w:br/>
        <w:t>f 3212/11128/10664 3213/11129/10665 3215/11131/10667</w:t>
        <w:br/>
        <w:t>f 3213/11129/10665 3214/11130/10666 3216/11132/10668</w:t>
        <w:br/>
        <w:t>f 3217/11133/10669 3215/11131/10667 3213/11129/10665</w:t>
        <w:br/>
        <w:t>f 3215/11131/10667 3217/11133/10669 3218/11134/10670</w:t>
        <w:br/>
        <w:t>f 3214/11130/10666 3219/11135/10671 3216/11132/10668</w:t>
        <w:br/>
        <w:t>f 3219/11135/10671 3220/11136/10672 3216/11132/10668</w:t>
        <w:br/>
        <w:t>f 3221/11137/10673 3218/11134/10670 3217/11133/10669</w:t>
        <w:br/>
        <w:t>f 3218/11134/10670 3221/11137/10673 3222/11138/10674</w:t>
        <w:br/>
        <w:t>f 3220/11136/10675 3224/11139/10328 3223/11140/10676</w:t>
        <w:br/>
        <w:t>f 3225/11141/10677 3222/11138/10674 3221/11137/10673</w:t>
        <w:br/>
        <w:t>f 3223/11140/10676 3226/11142/10678 3220/11136/10675</w:t>
        <w:br/>
        <w:t>f 3222/11138/10674 3225/11141/10677 3227/11143/10314</w:t>
        <w:br/>
        <w:t>f 3225/11141/10677 3223/11140/10676 3228/11144/10679</w:t>
        <w:br/>
        <w:t>f 3229/11145/10311 3227/11143/10314 3225/11141/10677</w:t>
        <w:br/>
        <w:t>f 3230/11146/10301 3225/11141/10677 3228/11144/10679</w:t>
        <w:br/>
        <w:t>f 3225/11141/10677 3231/11147/10310 3229/11145/10311</w:t>
        <w:br/>
        <w:t>f 3231/11147/10310 3225/11141/10677 3230/11146/10301</w:t>
        <w:br/>
        <w:t>f 3234/11148/10680 3233/11149/10681 3232/11150/10682</w:t>
        <w:br/>
        <w:t>f 3232/11150/10682 3233/11149/10681 3235/11151/10683</w:t>
        <w:br/>
        <w:t>f 3236/11152/10684 3232/11150/10682 3235/11151/10683</w:t>
        <w:br/>
        <w:t>f 3232/11150/10682 3236/11152/10684 3237/11153/10685</w:t>
        <w:br/>
        <w:t>f 3237/11153/10685 3236/11152/10684 3238/11154/10686</w:t>
        <w:br/>
        <w:t>f 3238/11154/10686 3236/11152/10684 3239/11155/10687</w:t>
        <w:br/>
        <w:t>f 3238/11154/10686 3239/11155/10687 3240/11156/10688</w:t>
        <w:br/>
        <w:t>f 3237/11153/10685 3241/11157/10689 3232/11150/10682</w:t>
        <w:br/>
        <w:t>f 3240/11156/10688 3242/11158/10690 3238/11154/10686</w:t>
        <w:br/>
        <w:t>f 3242/11158/10690 3240/11156/10688 3243/11159/10691</w:t>
        <w:br/>
        <w:t>f 3244/11160/10692 3237/11153/10685 3238/11154/10686</w:t>
        <w:br/>
        <w:t>f 3241/11157/10689 3237/11153/10685 3244/11160/10692</w:t>
        <w:br/>
        <w:t>f 3238/11154/10686 3242/11158/10690 3245/11161/10693</w:t>
        <w:br/>
        <w:t>f 3244/11160/10692 3238/11154/10686 3245/11161/10693</w:t>
        <w:br/>
        <w:t>f 3243/11159/10691 3246/11162/10694 3242/11158/10690</w:t>
        <w:br/>
        <w:t>f 3246/11162/10694 3243/11159/10691 3247/11163/10695</w:t>
        <w:br/>
        <w:t>f 3245/11161/10693 3242/11158/10690 3248/11164/10696</w:t>
        <w:br/>
        <w:t>f 3242/11158/10690 3246/11162/10694 3248/11164/10696</w:t>
        <w:br/>
        <w:t>f 3247/11163/10695 3249/11165/10697 3246/11162/10694</w:t>
        <w:br/>
        <w:t>f 3250/11166/10698 3249/11165/10697 3247/11163/10695</w:t>
        <w:br/>
        <w:t>f 3248/11164/10696 3246/11162/10694 3251/11167/10699</w:t>
        <w:br/>
        <w:t>f 3246/11162/10694 3249/11165/10697 3251/11167/10699</w:t>
        <w:br/>
        <w:t>f 3249/11165/10697 3250/11166/10698 3252/11168/10700</w:t>
        <w:br/>
        <w:t>f 3250/11166/10698 3253/11169/10701 3252/11168/10700</w:t>
        <w:br/>
        <w:t>f 3254/11170/10702 3252/11168/10700 3253/11169/10701</w:t>
        <w:br/>
        <w:t>f 3252/11168/10700 3255/11171/10703 3249/11165/10697</w:t>
        <w:br/>
        <w:t>f 3252/11168/10700 3254/11170/10702 3255/11171/10703</w:t>
        <w:br/>
        <w:t>f 3249/11165/10697 3255/11171/10703 3251/11167/10699</w:t>
        <w:br/>
        <w:t>f 3253/11169/10701 3250/11166/10698 3256/11172/10704</w:t>
        <w:br/>
        <w:t>f 3257/11173/10705 3253/11169/10701 3256/11172/10704</w:t>
        <w:br/>
        <w:t>f 3257/11173/10705 3254/11170/10702 3253/11169/10701</w:t>
        <w:br/>
        <w:t>f 3260/11174/10706 3259/11175/10707 3258/11176/10708</w:t>
        <w:br/>
        <w:t>f 3258/11176/10708 3259/11175/10707 3261/11177/10709</w:t>
        <w:br/>
        <w:t>f 3259/11175/10707 3260/11174/10706 3262/11178/10710</w:t>
        <w:br/>
        <w:t>f 3263/11179/10711 3262/11178/10710 3260/11174/10706</w:t>
        <w:br/>
        <w:t>f 3262/11178/10712 3254/11170/10713 3264/11180/10714</w:t>
        <w:br/>
        <w:t>f 3259/11175/10707 3265/11181/10715 3261/11177/10709</w:t>
        <w:br/>
        <w:t>f 3261/11177/10709 3265/11181/10715 3266/11182/10716</w:t>
        <w:br/>
        <w:t>f 3269/11183/10717 3268/11184/10718 3267/11185/10719</w:t>
        <w:br/>
        <w:t>f 3270/11186/10720 3269/11183/10717 3267/11185/10719</w:t>
        <w:br/>
        <w:t>f 3272/11187/10721 3271/11188/10722 3268/11184/10718</w:t>
        <w:br/>
        <w:t>f 3268/11184/10718 3269/11183/10717 3272/11187/10721</w:t>
        <w:br/>
        <w:t>f 3254/11170/10713 3273/11189/10723 3264/11180/10714</w:t>
        <w:br/>
        <w:t>f 3269/11183/10717 3270/11186/10720 3274/11190/10724</w:t>
        <w:br/>
        <w:t>f 3273/11189/10723 3254/11170/10713 3275/11191/10705</w:t>
        <w:br/>
        <w:t>f 3275/11191/10705 3276/11192/10725 3273/11189/10723</w:t>
        <w:br/>
        <w:t>f 3275/11191/10705 3277/11193/10704 3276/11192/10725</w:t>
        <w:br/>
        <w:t>f 3279/11194/10726 3274/11190/10724 3278/11195/10727</w:t>
        <w:br/>
        <w:t>f 3282/11196/10728 3281/11197/10729 3280/11198/10730</w:t>
        <w:br/>
        <w:t>f 3274/11190/10724 3279/11194/10726 3269/11183/10717</w:t>
        <w:br/>
        <w:t>f 3282/11196/10728 3283/11199/10731 3281/11197/10729</w:t>
        <w:br/>
        <w:t>f 3284/11200/10732 3281/11197/10729 3283/11199/10731</w:t>
        <w:br/>
        <w:t>f 3285/11201/10733 3269/11183/10717 3279/11194/10726</w:t>
        <w:br/>
        <w:t>f 3281/11197/10729 3284/11200/10732 3286/11202/10734</w:t>
        <w:br/>
        <w:t>f 3269/11183/10717 3285/11201/10733 3272/11187/10721</w:t>
        <w:br/>
        <w:t>f 3286/11202/10734 3284/11200/10732 3287/11203/10735</w:t>
        <w:br/>
        <w:t>f 3287/11203/10735 3288/11204/10736 3286/11202/10734</w:t>
        <w:br/>
        <w:t>f 3289/11205/10737 3272/11187/10721 3285/11201/10733</w:t>
        <w:br/>
        <w:t>f 3288/11204/10736 3287/11203/10735 3290/11206/10738</w:t>
        <w:br/>
        <w:t>f 3272/11187/10721 3289/11205/10737 3291/11207/10739</w:t>
        <w:br/>
        <w:t>f 3271/11188/10722 3272/11187/10721 3291/11207/10739</w:t>
        <w:br/>
        <w:t>f 3292/11208/10740 3291/11207/10739 3289/11205/10737</w:t>
        <w:br/>
        <w:t>f 3290/11206/10738 3293/11209/10741 3288/11204/10736</w:t>
        <w:br/>
        <w:t>f 3291/11207/10739 3294/11210/10742 3271/11188/10722</w:t>
        <w:br/>
        <w:t>f 3265/11181/10715 3295/11211/10743 3266/11182/10716</w:t>
        <w:br/>
        <w:t>f 3295/11211/10743 3296/11212/10744 3266/11182/10716</w:t>
        <w:br/>
        <w:t>f 3291/11207/10739 3292/11208/10740 3297/11213/10745</w:t>
        <w:br/>
        <w:t>f 3294/11210/10742 3291/11207/10739 3297/11213/10745</w:t>
        <w:br/>
        <w:t>f 3290/11206/10738 3298/11214/10746 3293/11209/10741</w:t>
        <w:br/>
        <w:t>f 3299/11215/10747 3297/11213/10745 3292/11208/10740</w:t>
        <w:br/>
        <w:t>f 3298/11214/10746 3290/11206/10738 3300/11216/10748</w:t>
        <w:br/>
        <w:t>f 3298/11214/10746 3300/11216/10748 3301/11217/10749</w:t>
        <w:br/>
        <w:t>f 3296/11212/10744 3295/11211/10743 3302/11218/10750</w:t>
        <w:br/>
        <w:t>f 3296/11212/10744 3302/11218/10750 3303/11219/10751</w:t>
        <w:br/>
        <w:t>f 3301/11217/10749 3304/11220/10752 3298/11214/10746</w:t>
        <w:br/>
        <w:t>f 3305/11221/10753 3304/11220/10752 3301/11217/10749</w:t>
        <w:br/>
        <w:t>f 3307/11222/10754 3299/11215/10747 3306/11223/10755</w:t>
        <w:br/>
        <w:t>f 3297/11213/10745 3299/11215/10747 3307/11222/10754</w:t>
        <w:br/>
        <w:t>f 3304/11220/10752 3305/11221/10753 3308/11224/10756</w:t>
        <w:br/>
        <w:t>f 3309/11225/10757 3308/11224/10756 3305/11221/10753</w:t>
        <w:br/>
        <w:t>f 3306/11223/10755 3310/11226/10758 3307/11222/10754</w:t>
        <w:br/>
        <w:t>f 3310/11226/10758 3306/11223/10755 3311/11227/10759</w:t>
        <w:br/>
        <w:t>f 3308/11224/10756 3309/11225/10757 3312/11228/10760</w:t>
        <w:br/>
        <w:t>f 3310/11226/10758 3313/11229/10761 3307/11222/10754</w:t>
        <w:br/>
        <w:t>f 3297/11213/10745 3307/11222/10754 3313/11229/10761</w:t>
        <w:br/>
        <w:t>f 3308/11224/10762 3314/11230/10763 3310/11226/10758</w:t>
        <w:br/>
        <w:t>f 3314/11230/10763 3308/11224/10762 3315/11231/10764</w:t>
        <w:br/>
        <w:t>f 3314/11230/10763 3316/11232/10765 3310/11226/10758</w:t>
        <w:br/>
        <w:t>f 3313/11229/10761 3310/11226/10758 3316/11232/10765</w:t>
        <w:br/>
        <w:t>f 3318/11233/10656 3317/11234/10766 3315/11231/10764</w:t>
        <w:br/>
        <w:t>f 3297/11213/10745 3313/11229/10761 3319/11235/10767</w:t>
        <w:br/>
        <w:t>f 3319/11235/10767 3294/11210/10742 3297/11213/10745</w:t>
        <w:br/>
        <w:t>f 3302/11218/10750 3294/11210/10742 3319/11235/10767</w:t>
        <w:br/>
        <w:t>f 3317/11234/10766 3320/11236/10768 3315/11231/10764</w:t>
        <w:br/>
        <w:t>f 2911/10827/10364 3320/11236/10768 3317/11234/10766</w:t>
        <w:br/>
        <w:t>f 3320/11236/10768 2911/10827/10364 2918/10834/10371</w:t>
        <w:br/>
        <w:t>f 2919/10835/10372 2923/10839/10376 3321/11237/10769</w:t>
        <w:br/>
        <w:t>f 3315/11231/10764 3320/11236/10768 3322/11238/10770</w:t>
        <w:br/>
        <w:t>f 3320/11236/10768 2923/10839/10376 3322/11238/10770</w:t>
        <w:br/>
        <w:t>f 3315/11231/10764 3322/11238/10770 3323/11239/10771</w:t>
        <w:br/>
        <w:t>f 3324/11240/10772 3322/11238/10770 2923/10839/10376</w:t>
        <w:br/>
        <w:t>f 3325/11241/10773 3312/11228/10760 3323/11239/10771</w:t>
        <w:br/>
        <w:t>f 3312/11228/10760 3325/11241/10773 3314/11230/10763</w:t>
        <w:br/>
        <w:t>f 3326/11242/10774 3322/11238/10770 3324/11240/10772</w:t>
        <w:br/>
        <w:t>f 3322/11238/10770 3326/11242/10774 3323/11239/10771</w:t>
        <w:br/>
        <w:t>f 2923/10839/10376 3327/11243/10775 3324/11240/10772</w:t>
        <w:br/>
        <w:t>f 3001/10917/10455 3327/11243/10775 2923/10839/10376</w:t>
        <w:br/>
        <w:t>f 3324/11240/10772 3328/11244/10776 3326/11242/10774</w:t>
        <w:br/>
        <w:t>f 3328/11244/10776 3324/11240/10772 3327/11243/10775</w:t>
        <w:br/>
        <w:t>f 3331/11245/10777 3330/11246/10778 3329/11247/10779</w:t>
        <w:br/>
        <w:t>f 3334/11248/10780 3333/11249/10781 3332/11250/10782</w:t>
        <w:br/>
        <w:t>f 3336/11251/10783 3335/11252/10784 3330/11246/10778</w:t>
        <w:br/>
        <w:t>f 3330/11246/10778 3331/11245/10777 3336/11251/10783</w:t>
        <w:br/>
        <w:t>f 3337/11253/10785 3332/11250/10782 3333/11249/10781</w:t>
        <w:br/>
        <w:t>f 3340/11254/10786 3339/11255/10787 3338/11256/10788</w:t>
        <w:br/>
        <w:t>f 3339/11255/10787 3340/11254/10786 3341/11257/10789</w:t>
        <w:br/>
        <w:t>f 3333/11249/10781 3342/11258/10790 3337/11253/10785</w:t>
        <w:br/>
        <w:t>f 3343/11259/10791 3339/11255/10787 3341/11257/10789</w:t>
        <w:br/>
        <w:t>f 3342/11258/10790 3333/11249/10781 3344/11260/10792</w:t>
        <w:br/>
        <w:t>f 3345/11261/10793 2999/10915/10453 2997/10913/10450</w:t>
        <w:br/>
        <w:t>f 3343/11259/10791 3346/11262/10794 3339/11255/10787</w:t>
        <w:br/>
        <w:t>f 3349/11263/10795 3348/11264/10796 3347/11265/10797</w:t>
        <w:br/>
        <w:t>f 3347/11265/10797 3348/11264/10796 3350/11266/10798</w:t>
        <w:br/>
        <w:t>f 2997/10913/10450 3351/11267/10799 3345/11261/10793</w:t>
        <w:br/>
        <w:t>f 3351/11267/10799 3352/11268/10800 3345/11261/10793</w:t>
        <w:br/>
        <w:t>f 2994/10912/10449 3351/11267/10799 2997/10913/10450</w:t>
        <w:br/>
        <w:t>f 3351/11267/10799 2998/10914/10476 3021/10937/10475</w:t>
        <w:br/>
        <w:t>f 3351/11267/10799 3021/10937/10475 3035/10951/10490</w:t>
        <w:br/>
        <w:t>f 3348/11264/10796 3353/11269/10801 3350/11266/10798</w:t>
        <w:br/>
        <w:t>f 3354/11270/10802 3352/11268/10800 3351/11267/10799</w:t>
        <w:br/>
        <w:t>f 3354/11270/10802 3355/11271/10803 3352/11268/10800</w:t>
        <w:br/>
        <w:t>f 3035/10951/10490 3356/11272/10804 3351/11267/10799</w:t>
        <w:br/>
        <w:t>f 3351/11267/10799 3357/11273/10805 3354/11270/10802</w:t>
        <w:br/>
        <w:t>f 3351/11267/10799 3356/11272/10804 3357/11273/10805</w:t>
        <w:br/>
        <w:t>f 3035/10951/10490 3358/11274/10806 3356/11272/10804</w:t>
        <w:br/>
        <w:t>f 3361/11275/10807 3360/11276/10808 3359/11277/10809</w:t>
        <w:br/>
        <w:t>f 3362/11278/10810 3359/11277/10809 3360/11276/10808</w:t>
        <w:br/>
        <w:t>f 3356/11272/10804 3358/11274/10806 3363/11279/10811</w:t>
        <w:br/>
        <w:t>f 3356/11272/10804 3363/11279/10811 3357/11273/10805</w:t>
        <w:br/>
        <w:t>f 3366/11280/10812 3365/11281/10813 3364/11282/10814</w:t>
        <w:br/>
        <w:t>f 3365/11281/10813 3366/11280/10812 3367/11283/10815</w:t>
        <w:br/>
        <w:t>f 3363/11279/10811 3358/11274/10806 3368/11284/10816</w:t>
        <w:br/>
        <w:t>f 3369/11285/10817 3368/11284/10816 3358/11274/10806</w:t>
        <w:br/>
        <w:t>f 3367/11283/10815 3370/11286/10818 3365/11281/10813</w:t>
        <w:br/>
        <w:t>f 3370/11286/10818 3367/11283/10815 3371/11287/10819</w:t>
        <w:br/>
        <w:t>f 3372/11288/10820 3370/11286/10818 3371/11287/10819</w:t>
        <w:br/>
        <w:t>f 3368/11284/10816 3369/11285/10817 3373/11289/10821</w:t>
        <w:br/>
        <w:t>f 3374/11290/10822 3373/11289/10821 3369/11285/10817</w:t>
        <w:br/>
        <w:t>f 3370/11286/10818 3372/11288/10820 3375/11291/10823</w:t>
        <w:br/>
        <w:t>f 3376/11292/10824 3375/11291/10823 3372/11288/10820</w:t>
        <w:br/>
        <w:t>f 3373/11289/10821 3374/11290/10822 3377/11293/10825</w:t>
        <w:br/>
        <w:t>f 3378/11294/10826 3377/11293/10825 3374/11290/10822</w:t>
        <w:br/>
        <w:t>f 3375/11291/10823 3376/11292/10824 3379/11295/10827</w:t>
        <w:br/>
        <w:t>f 3380/11296/10828 3379/11295/10827 3376/11292/10824</w:t>
        <w:br/>
        <w:t>f 3377/11293/10825 3378/11294/10826 3381/11297/10829</w:t>
        <w:br/>
        <w:t>f 3382/11298/10830 3381/11297/10829 3378/11294/10826</w:t>
        <w:br/>
        <w:t>f 3379/11295/10827 3380/11296/10828 3383/11299/10831</w:t>
        <w:br/>
        <w:t>f 3384/11300/10832 3383/11299/10831 3380/11296/10828</w:t>
        <w:br/>
        <w:t>f 3381/11297/10829 3382/11298/10830 3385/11301/10833</w:t>
        <w:br/>
        <w:t>f 3386/11302/10834 3385/11301/10833 3382/11298/10830</w:t>
        <w:br/>
        <w:t>f 3384/11300/10832 3387/11303/10835 3383/11299/10831</w:t>
        <w:br/>
        <w:t>f 3388/11304/10836 3387/11303/10835 3384/11300/10832</w:t>
        <w:br/>
        <w:t>f 3388/11304/10836 3389/11305/10837 3387/11303/10835</w:t>
        <w:br/>
        <w:t>f 3391/11306/10838 3390/11307/10839 3386/11302/10834</w:t>
        <w:br/>
        <w:t>f 3385/11301/10833 3386/11302/10834 3390/11307/10839</w:t>
        <w:br/>
        <w:t>f 3393/11308/10840 3392/11309/10841 3391/11306/10838</w:t>
        <w:br/>
        <w:t>f 3390/11307/10839 3391/11306/10838 3392/11309/10841</w:t>
        <w:br/>
        <w:t>f 3394/11310/10842 3389/11305/10837 3388/11304/10836</w:t>
        <w:br/>
        <w:t>f 3396/11311/10843 3395/11312/10844 3394/11310/10842</w:t>
        <w:br/>
        <w:t>f 3389/11305/10837 3394/11310/10842 3395/11312/10844</w:t>
        <w:br/>
        <w:t>f 3392/11309/10841 3393/11308/10840 3397/11313/10845</w:t>
        <w:br/>
        <w:t>f 3393/11308/10840 3398/11314/10846 3397/11313/10845</w:t>
        <w:br/>
        <w:t>f 3399/11315/10847 3390/11307/10839 3392/11309/10841</w:t>
        <w:br/>
        <w:t>f 3401/11316/10848 3400/11317/10849 3399/11315/10847</w:t>
        <w:br/>
        <w:t>f 3400/11317/10849 3402/11318/10850 3399/11315/10847</w:t>
        <w:br/>
        <w:t>f 3390/11307/10839 3399/11315/10847 3402/11318/10850</w:t>
        <w:br/>
        <w:t>f 3385/11301/10833 3390/11307/10839 3402/11318/10850</w:t>
        <w:br/>
        <w:t>f 3392/11309/10841 3403/11319/10851 3399/11315/10847</w:t>
        <w:br/>
        <w:t>f 3403/11319/10851 3392/11309/10841 3397/11313/10845</w:t>
        <w:br/>
        <w:t>f 3403/11319/10851 3401/11316/10848 3399/11315/10847</w:t>
        <w:br/>
        <w:t>f 3403/11319/10851 3404/11320/10852 3401/11316/10848</w:t>
        <w:br/>
        <w:t>f 3402/11318/10850 3400/11317/10849 3405/11321/10853</w:t>
        <w:br/>
        <w:t>f 3406/11322/10854 3402/11318/10850 3405/11321/10853</w:t>
        <w:br/>
        <w:t>f 3402/11318/10850 3406/11322/10854 3385/11301/10833</w:t>
        <w:br/>
        <w:t>f 3406/11322/10854 3381/11297/10829 3385/11301/10833</w:t>
        <w:br/>
        <w:t>f 3405/11321/10853 3407/11323/10855 3406/11322/10854</w:t>
        <w:br/>
        <w:t>f 3407/11323/10855 3408/11324/10856 3406/11322/10854</w:t>
        <w:br/>
        <w:t>f 3381/11297/10829 3406/11322/10854 3408/11324/10856</w:t>
        <w:br/>
        <w:t>f 3408/11324/10856 3377/11293/10825 3381/11297/10829</w:t>
        <w:br/>
        <w:t>f 3408/11324/10856 3407/11323/10855 3409/11325/10857</w:t>
        <w:br/>
        <w:t>f 3409/11325/10857 3410/11326/10858 3408/11324/10856</w:t>
        <w:br/>
        <w:t>f 3377/11293/10825 3408/11324/10856 3410/11326/10858</w:t>
        <w:br/>
        <w:t>f 3410/11326/10858 3373/11289/10821 3377/11293/10825</w:t>
        <w:br/>
        <w:t>f 3410/11326/10858 3409/11325/10857 3411/11327/10859</w:t>
        <w:br/>
        <w:t>f 3410/11326/10858 3411/11327/10859 3412/11328/10860</w:t>
        <w:br/>
        <w:t>f 3373/11289/10821 3410/11326/10858 3412/11328/10860</w:t>
        <w:br/>
        <w:t>f 3412/11328/10860 3368/11284/10816 3373/11289/10821</w:t>
        <w:br/>
        <w:t>f 3414/11329/10861 3412/11328/10860 3413/11330/10862</w:t>
        <w:br/>
        <w:t>f 3411/11327/10859 3413/11330/10862 3412/11328/10860</w:t>
        <w:br/>
        <w:t>f 3368/11284/10816 3412/11328/10860 3415/11331/10863</w:t>
        <w:br/>
        <w:t>f 3412/11328/10860 3414/11329/10861 3415/11331/10863</w:t>
        <w:br/>
        <w:t>f 3415/11331/10863 3363/11279/10811 3368/11284/10816</w:t>
        <w:br/>
        <w:t>f 3414/11329/10861 3416/11332/10864 3415/11331/10863</w:t>
        <w:br/>
        <w:t>f 3363/11279/10811 3415/11331/10863 3416/11332/10864</w:t>
        <w:br/>
        <w:t>f 3416/11332/10864 3414/11329/10861 3417/11333/10865</w:t>
        <w:br/>
        <w:t>f 3363/11279/10811 3416/11332/10864 3418/11334/10866</w:t>
        <w:br/>
        <w:t>f 3417/11333/10865 3418/11334/10866 3416/11332/10864</w:t>
        <w:br/>
        <w:t>f 3417/11333/10865 3419/11335/10867 3418/11334/10866</w:t>
        <w:br/>
        <w:t>f 3357/11273/10805 3363/11279/10811 3418/11334/10866</w:t>
        <w:br/>
        <w:t>f 3418/11334/10866 3420/11336/10868 3357/11273/10805</w:t>
        <w:br/>
        <w:t>f 3420/11336/10868 3418/11334/10866 3421/11337/10869</w:t>
        <w:br/>
        <w:t>f 3419/11335/10867 3421/11337/10869 3418/11334/10866</w:t>
        <w:br/>
        <w:t>f 3422/11338/10870 3357/11273/10805 3420/11336/10868</w:t>
        <w:br/>
        <w:t>f 3357/11273/10805 3422/11338/10870 3354/11270/10802</w:t>
        <w:br/>
        <w:t>f 3355/11271/10803 3354/11270/10802 3422/11338/10870</w:t>
        <w:br/>
        <w:t>f 3419/11335/10867 3423/11339/10871 3421/11337/10869</w:t>
        <w:br/>
        <w:t>f 3423/11339/10871 3419/11335/10867 3424/11340/10872</w:t>
        <w:br/>
        <w:t>f 3425/11341/10873 3423/11339/10871 3424/11340/10872</w:t>
        <w:br/>
        <w:t>f 3421/11337/10869 3426/11342/10874 3420/11336/10868</w:t>
        <w:br/>
        <w:t>f 3426/11342/10874 3421/11337/10869 3423/11339/10871</w:t>
        <w:br/>
        <w:t>f 3427/11343/10875 3422/11338/10870 3420/11336/10868</w:t>
        <w:br/>
        <w:t>f 3420/11336/10868 3426/11342/10874 3427/11343/10875</w:t>
        <w:br/>
        <w:t>f 3423/11339/10871 3425/11341/10873 3428/11344/10876</w:t>
        <w:br/>
        <w:t>f 3428/11344/10876 3425/11341/10873 3429/11345/10877</w:t>
        <w:br/>
        <w:t>f 3426/11342/10874 3423/11339/10871 3430/11346/10878</w:t>
        <w:br/>
        <w:t>f 3423/11339/10871 3428/11344/10876 3430/11346/10878</w:t>
        <w:br/>
        <w:t>f 3427/11343/10875 3426/11342/10874 3431/11347/10879</w:t>
        <w:br/>
        <w:t>f 3426/11342/10874 3430/11346/10878 3431/11347/10879</w:t>
        <w:br/>
        <w:t>f 3428/11344/10876 3429/11345/10877 3432/11348/10880</w:t>
        <w:br/>
        <w:t>f 3433/11349/10881 3432/11348/10880 3429/11345/10877</w:t>
        <w:br/>
        <w:t>f 3432/11348/10880 3433/11349/10881 3434/11350/10882</w:t>
        <w:br/>
        <w:t>f 3435/11351/10883 3432/11348/10880 3434/11350/10882</w:t>
        <w:br/>
        <w:t>f 3432/11348/10880 3435/11351/10883 3436/11352/10884</w:t>
        <w:br/>
        <w:t>f 3436/11352/10884 3428/11344/10876 3432/11348/10880</w:t>
        <w:br/>
        <w:t>f 3439/11353/10885 3438/11354/10886 3437/11355/10887</w:t>
        <w:br/>
        <w:t>f 3428/11344/10876 3436/11352/10884 3440/11356/10888</w:t>
        <w:br/>
        <w:t>f 3430/11346/10878 3428/11344/10876 3440/11356/10888</w:t>
        <w:br/>
        <w:t>f 3439/11353/10885 3437/11355/10887 3441/11357/10889</w:t>
        <w:br/>
        <w:t>f 3442/11358/10890 3439/11353/10885 3441/11357/10889</w:t>
        <w:br/>
        <w:t>f 3445/11359/10891 3444/11360/10892 3443/11361/10893</w:t>
        <w:br/>
        <w:t>f 3440/11356/10894 3447/11362/10895 3446/11363/10896</w:t>
        <w:br/>
        <w:t>f 3445/11359/10891 3448/11364/10897 3444/11360/10892</w:t>
        <w:br/>
        <w:t>f 3449/11365/10898 3448/11364/10897 3445/11359/10891</w:t>
        <w:br/>
        <w:t>f 3440/11356/10894 3441/11357/10899 3450/11366/10900</w:t>
        <w:br/>
        <w:t>f 3447/11362/10895 3440/11356/10894 3450/11366/10900</w:t>
        <w:br/>
        <w:t>f 3444/11360/10892 3452/11367/10901 3451/11368/10902</w:t>
        <w:br/>
        <w:t>f 3452/11367/10901 3444/11360/10892 3448/11364/10897</w:t>
        <w:br/>
        <w:t>f 3452/11367/10901 3453/11369/10903 3451/11368/10902</w:t>
        <w:br/>
        <w:t>f 3448/11364/10897 3449/11365/10898 3454/11370/10904</w:t>
        <w:br/>
        <w:t>f 3454/11370/10904 3452/11367/10901 3448/11364/10897</w:t>
        <w:br/>
        <w:t>f 3455/11371/10905 3454/11370/10904 3449/11365/10898</w:t>
        <w:br/>
        <w:t>f 3453/11369/10903 3452/11367/10901 3456/11372/10906</w:t>
        <w:br/>
        <w:t>f 3454/11370/10904 3455/11371/10905 3457/11373/10907</w:t>
        <w:br/>
        <w:t>f 3457/11373/10907 3455/11371/10905 3458/11374/10908</w:t>
        <w:br/>
        <w:t>f 3452/11367/10901 3454/11370/10904 3459/11375/10909</w:t>
        <w:br/>
        <w:t>f 3457/11373/10907 3459/11375/10909 3454/11370/10904</w:t>
        <w:br/>
        <w:t>f 3452/11367/10901 3459/11375/10909 3456/11372/10906</w:t>
        <w:br/>
        <w:t>f 3457/11373/10907 3458/11374/10908 3460/11376/10910</w:t>
        <w:br/>
        <w:t>f 3456/11372/10906 3461/11377/10911 3453/11369/10903</w:t>
        <w:br/>
        <w:t>f 3447/11362/10895 3461/11377/10912 3446/11363/10896</w:t>
        <w:br/>
        <w:t>f 3446/11363/10896 3461/11377/10912 3462/11378/10913</w:t>
        <w:br/>
        <w:t>f 3464/11379/10914 3463/11380/10915 3456/11372/10906</w:t>
        <w:br/>
        <w:t>f 3456/11372/10906 3459/11375/10909 3464/11379/10914</w:t>
        <w:br/>
        <w:t>f 3461/11377/10912 3465/11381/10916 3462/11378/10913</w:t>
        <w:br/>
        <w:t>f 3463/11380/10915 3464/11379/10914 3466/11382/10917</w:t>
        <w:br/>
        <w:t>f 3459/11375/10909 3457/11373/10907 3467/11383/10918</w:t>
        <w:br/>
        <w:t>f 3464/11379/10914 3459/11375/10909 3467/11383/10918</w:t>
        <w:br/>
        <w:t>f 3467/11383/10918 3457/11373/10907 3460/11376/10910</w:t>
        <w:br/>
        <w:t>f 3464/11379/10914 3467/11383/10918 3468/11384/10919</w:t>
        <w:br/>
        <w:t>f 3466/11382/10917 3464/11379/10914 3468/11384/10919</w:t>
        <w:br/>
        <w:t>f 3467/11383/10918 3460/11376/10910 3469/11385/10920</w:t>
        <w:br/>
        <w:t>f 3462/11378/10913 3465/11381/10916 3470/11386/10921</w:t>
        <w:br/>
        <w:t>f 3431/11347/10879 3471/11387/10922 3427/11343/10875</w:t>
        <w:br/>
        <w:t>f 3468/11384/10919 3467/11383/10918 3472/11388/10923</w:t>
        <w:br/>
        <w:t>f 3467/11383/10918 3469/11385/10920 3472/11388/10923</w:t>
        <w:br/>
        <w:t>f 3466/11382/10917 3468/11384/10919 3473/11389/10924</w:t>
        <w:br/>
        <w:t>f 3473/11389/10924 3468/11384/10919 3472/11388/10923</w:t>
        <w:br/>
        <w:t>f 3474/11390/10925 3470/11386/10921 3465/11381/10916</w:t>
        <w:br/>
        <w:t>f 3473/11389/10924 3475/11391/10926 3466/11382/10917</w:t>
        <w:br/>
        <w:t>f 3427/11343/10875 3471/11387/10922 3476/11392/10927</w:t>
        <w:br/>
        <w:t>f 3474/11390/10925 3477/11393/10928 3470/11386/10921</w:t>
        <w:br/>
        <w:t>f 3478/11394/10929 3427/11343/10875 3476/11392/10927</w:t>
        <w:br/>
        <w:t>f 3422/11338/10870 3427/11343/10875 3478/11394/10929</w:t>
        <w:br/>
        <w:t>f 3481/11395/10930 3480/11396/10931 3479/11397/10932</w:t>
        <w:br/>
        <w:t>f 3482/11398/10933 3478/11394/10929 3476/11392/10927</w:t>
        <w:br/>
        <w:t>f 3422/11338/10870 3478/11394/10929 3355/11271/10803</w:t>
        <w:br/>
        <w:t>f 3480/11396/10931 3481/11395/10930 3483/11399/10934</w:t>
        <w:br/>
        <w:t>f 3475/11391/10926 3473/11389/10924 3484/11400/10935</w:t>
        <w:br/>
        <w:t>f 3485/11401/10936 3484/11400/10935 3473/11389/10924</w:t>
        <w:br/>
        <w:t>f 3483/11399/10934 3486/11402/10937 3480/11396/10931</w:t>
        <w:br/>
        <w:t>f 3473/11389/10924 3487/11403/10938 3485/11401/10936</w:t>
        <w:br/>
        <w:t>f 3473/11389/10924 3472/11388/10923 3487/11403/10938</w:t>
        <w:br/>
        <w:t>f 3488/11404/10939 3480/11396/10931 3486/11402/10937</w:t>
        <w:br/>
        <w:t>f 3491/11405/10940 3490/11406/10941 3489/11407/10942</w:t>
        <w:br/>
        <w:t>f 3490/11406/10941 3491/11405/10940 3492/11408/10943</w:t>
        <w:br/>
        <w:t>f 3487/11403/10938 3472/11388/10923 3493/11409/10944</w:t>
        <w:br/>
        <w:t>f 3489/11407/10942 3494/11410/10945 3491/11405/10940</w:t>
        <w:br/>
        <w:t>f 3494/11410/10945 3489/11407/10942 3495/11411/10946</w:t>
        <w:br/>
        <w:t>f 3498/11412/10947 3497/11413/10948 3496/11414/10949</w:t>
        <w:br/>
        <w:t>f 3497/11413/10948 3499/11415/10950 3496/11414/10949</w:t>
        <w:br/>
        <w:t>f 3493/11409/10944 3472/11388/10923 3500/11416/10951</w:t>
        <w:br/>
        <w:t>f 3469/11385/10920 3500/11416/10951 3472/11388/10923</w:t>
        <w:br/>
        <w:t>f 3495/11411/10946 3501/11417/10952 3494/11410/10945</w:t>
        <w:br/>
        <w:t>f 3500/11416/10951 3469/11385/10920 3502/11418/10953</w:t>
        <w:br/>
        <w:t>f 3493/11409/10944 3500/11416/10951 3503/11419/10954</w:t>
        <w:br/>
        <w:t>f 3500/11416/10951 3502/11418/10953 3503/11419/10954</w:t>
        <w:br/>
        <w:t>f 3501/11417/10952 3495/11411/10946 3504/11420/10955</w:t>
        <w:br/>
        <w:t>f 3469/11385/10920 3505/11421/10956 3502/11418/10953</w:t>
        <w:br/>
        <w:t>f 3505/11421/10956 3469/11385/10920 3460/11376/10910</w:t>
        <w:br/>
        <w:t>f 3458/11374/10908 3505/11421/10956 3460/11376/10910</w:t>
        <w:br/>
        <w:t>f 3505/11421/10956 3458/11374/10908 3506/11422/10957</w:t>
        <w:br/>
        <w:t>f 3505/11421/10956 3507/11423/10958 3502/11418/10953</w:t>
        <w:br/>
        <w:t>f 3502/11418/10953 3507/11423/10958 3503/11419/10954</w:t>
        <w:br/>
        <w:t>f 3505/11421/10956 3506/11422/10957 3508/11424/10959</w:t>
        <w:br/>
        <w:t>f 3507/11423/10958 3505/11421/10956 3508/11424/10959</w:t>
        <w:br/>
        <w:t>f 3506/11422/10957 3509/11425/10960 3508/11424/10959</w:t>
        <w:br/>
        <w:t>f 3509/11425/10960 3510/11426/10961 3508/11424/10959</w:t>
        <w:br/>
        <w:t>f 3510/11426/10961 3507/11423/10958 3508/11424/10959</w:t>
        <w:br/>
        <w:t>f 3511/11427/10962 3510/11426/10961 3509/11425/10960</w:t>
        <w:br/>
        <w:t>f 3507/11423/10958 3510/11426/10961 3512/11428/10963</w:t>
        <w:br/>
        <w:t>f 3510/11426/10961 3511/11427/10962 3513/11429/10962</w:t>
        <w:br/>
        <w:t>f 3513/11429/10962 3512/11428/10963 3510/11426/10961</w:t>
        <w:br/>
        <w:t>f 3516/11430/10964 3515/11431/10965 3514/11432/10966</w:t>
        <w:br/>
        <w:t>f 3517/11433/10967 3516/11430/10964 3514/11432/10966</w:t>
        <w:br/>
        <w:t>f 3519/11434/10968 3515/11431/10965 3518/11435/10969</w:t>
        <w:br/>
        <w:t>f 3516/11430/10964 3518/11435/10969 3515/11431/10965</w:t>
        <w:br/>
        <w:t>f 3522/11436/10970 3521/11437/10971 3520/11438/10972</w:t>
        <w:br/>
        <w:t>f 3520/11438/10972 3523/11439/10973 3522/11436/10970</w:t>
        <w:br/>
        <w:t>f 3524/11440/10974 3520/11438/10972 3521/11437/10971</w:t>
        <w:br/>
        <w:t>f 3524/11440/10974 3521/11437/10971 3525/11441/10975</w:t>
        <w:br/>
        <w:t>f 3523/11439/10973 3520/11438/10972 3526/11442/10976</w:t>
        <w:br/>
        <w:t>f 3524/11440/10974 3526/11442/10976 3520/11438/10972</w:t>
        <w:br/>
        <w:t>f 3518/11435/10969 3527/11443/10977 3519/11434/10968</w:t>
        <w:br/>
        <w:t>f 3526/11442/10976 3528/11444/10978 3523/11439/10973</w:t>
        <w:br/>
        <w:t>f 3529/11445/10979 3507/11423/10958 3512/11428/10963</w:t>
        <w:br/>
        <w:t>f 3519/11434/10968 3527/11443/10977 3530/11446/10980</w:t>
        <w:br/>
        <w:t>f 3507/11423/10958 3529/11445/10979 3503/11419/10954</w:t>
        <w:br/>
        <w:t>f 3528/11444/10978 3526/11442/10976 3531/11447/10981</w:t>
        <w:br/>
        <w:t>f 3527/11443/10977 3532/11448/10982 3530/11446/10980</w:t>
        <w:br/>
        <w:t>f 3531/11447/10981 3533/11449/10983 3528/11444/10978</w:t>
        <w:br/>
        <w:t>f 3529/11445/10979 3534/11450/10984 3503/11419/10954</w:t>
        <w:br/>
        <w:t>f 3535/11451/10985 3530/11446/10980 3532/11448/10982</w:t>
        <w:br/>
        <w:t>f 3534/11450/10984 3529/11445/10979 3536/11452/10986</w:t>
        <w:br/>
        <w:t>f 3533/11449/10983 3531/11447/10981 3537/11453/10987</w:t>
        <w:br/>
        <w:t>f 3538/11454/10988 3535/11451/10985 3532/11448/10982</w:t>
        <w:br/>
        <w:t>f 3537/11453/10987 3539/11455/10989 3533/11449/10983</w:t>
        <w:br/>
        <w:t>f 3540/11456/10990 3534/11450/10984 3536/11452/10986</w:t>
        <w:br/>
        <w:t>f 3535/11451/10985 3538/11454/10988 3541/11457/10991</w:t>
        <w:br/>
        <w:t>f 3503/11419/10954 3534/11450/10984 3542/11458/10992</w:t>
        <w:br/>
        <w:t>f 3542/11458/10992 3543/11459/10993 3503/11419/10954</w:t>
        <w:br/>
        <w:t>f 3544/11460/10994 3534/11450/10984 3540/11456/10990</w:t>
        <w:br/>
        <w:t>f 3544/11460/10994 3542/11458/10992 3534/11450/10984</w:t>
        <w:br/>
        <w:t>f 3542/11458/10992 3546/11461/10995 3545/11462/10996</w:t>
        <w:br/>
        <w:t>f 3546/11461/10995 3499/11415/10950 3543/11459/10993</w:t>
        <w:br/>
        <w:t>f 3546/11461/10995 3496/11414/10949 3499/11415/10950</w:t>
        <w:br/>
        <w:t>f 3542/11458/10992 3547/11463/10997 3546/11461/10995</w:t>
        <w:br/>
        <w:t>f 3323/11239/10771 3496/11414/10949 3546/11461/10995</w:t>
        <w:br/>
        <w:t>f 3546/11461/10995 3547/11463/10997 3323/11239/10771</w:t>
        <w:br/>
        <w:t>f 3496/11414/10949 3323/11239/10771 3326/11242/10774</w:t>
        <w:br/>
        <w:t>f 3547/11463/10997 3325/11241/10773 3323/11239/10771</w:t>
        <w:br/>
        <w:t>f 3548/11464/10998 3496/11414/10949 3326/11242/10774</w:t>
        <w:br/>
        <w:t>f 3496/11414/10949 3548/11464/10998 3498/11412/10947</w:t>
        <w:br/>
        <w:t>f 3328/11244/10776 3548/11464/10998 3326/11242/10774</w:t>
        <w:br/>
        <w:t>f 3548/11464/10998 3482/11398/10933 3498/11412/10947</w:t>
        <w:br/>
        <w:t>f 3549/11465/10999 3547/11463/10997 3542/11458/10992</w:t>
        <w:br/>
        <w:t>f 3547/11463/10997 3549/11465/10999 3325/11241/10773</w:t>
        <w:br/>
        <w:t>f 3549/11465/10999 3542/11458/10992 3544/11460/10994</w:t>
        <w:br/>
        <w:t>f 3550/11466/11000 3325/11241/10773 3549/11465/10999</w:t>
        <w:br/>
        <w:t>f 3325/11241/10773 3550/11466/11000 3314/11230/10763</w:t>
        <w:br/>
        <w:t>f 3316/11232/10765 3314/11230/10763 3550/11466/11000</w:t>
        <w:br/>
        <w:t>f 3550/11466/11000 3549/11465/10999 3551/11467/11001</w:t>
        <w:br/>
        <w:t>f 3551/11467/11001 3316/11232/10765 3550/11466/11000</w:t>
        <w:br/>
        <w:t>f 3551/11467/11001 3549/11465/10999 3544/11460/10994</w:t>
        <w:br/>
        <w:t>f 3316/11232/10765 3551/11467/11001 3552/11468/11002</w:t>
        <w:br/>
        <w:t>f 3552/11468/11002 3313/11229/10761 3316/11232/10765</w:t>
        <w:br/>
        <w:t>f 3544/11460/10994 3553/11469/11003 3551/11467/11001</w:t>
        <w:br/>
        <w:t>f 3553/11469/11003 3544/11460/10994 3540/11456/10990</w:t>
        <w:br/>
        <w:t>f 3313/11229/10761 3552/11468/11002 3554/11470/11004</w:t>
        <w:br/>
        <w:t>f 3557/11471/11005 3556/11472/11006 3555/11473/11007</w:t>
        <w:br/>
        <w:t>f 3551/11467/11001 3558/11474/11008 3552/11468/11002</w:t>
        <w:br/>
        <w:t>f 3558/11474/11008 3551/11467/11001 3553/11469/11003</w:t>
        <w:br/>
        <w:t>f 3552/11468/11002 3560/11475/11009 3559/11476/11010</w:t>
        <w:br/>
        <w:t>f 3560/11475/11009 3552/11468/11002 3558/11474/11008</w:t>
        <w:br/>
        <w:t>f 3556/11472/11006 3557/11471/11005 3561/11477/11011</w:t>
        <w:br/>
        <w:t>f 3564/11478/11012 3563/11479/11013 3562/11480/11014</w:t>
        <w:br/>
        <w:t>f 3563/11479/11013 3564/11478/11012 3565/11481/11015</w:t>
        <w:br/>
        <w:t>f 3566/11482/11016 3564/11478/11012 3562/11480/11014</w:t>
        <w:br/>
        <w:t>f 3566/11482/11016 3541/11457/10991 3567/11483/11017</w:t>
        <w:br/>
        <w:t>f 3567/11483/11017 3564/11478/11012 3566/11482/11016</w:t>
        <w:br/>
        <w:t>f 3538/11454/10988 3567/11483/11017 3541/11457/10991</w:t>
        <w:br/>
        <w:t>f 3569/11484/11018 3319/11235/10767 3568/11485/11019</w:t>
        <w:br/>
        <w:t>f 3319/11235/10767 3569/11484/11018 3302/11218/10750</w:t>
        <w:br/>
        <w:t>f 3302/11218/10750 3569/11484/11018 3303/11219/10751</w:t>
        <w:br/>
        <w:t>f 3568/11485/11019 3571/11486/11020 3570/11487/11021</w:t>
        <w:br/>
        <w:t>f 3569/11484/11018 3568/11485/11019 3570/11487/11021</w:t>
        <w:br/>
        <w:t>f 3571/11486/11020 3539/11455/10989 3572/11488/11022</w:t>
        <w:br/>
        <w:t>f 3570/11487/11021 3571/11486/11020 3572/11488/11022</w:t>
        <w:br/>
        <w:t>f 3539/11455/10989 3537/11453/10987 3572/11488/11022</w:t>
        <w:br/>
        <w:t>f 3303/11219/10751 3569/11484/11018 3573/11489/11023</w:t>
        <w:br/>
        <w:t>f 3570/11487/11021 3573/11489/11023 3569/11484/11018</w:t>
        <w:br/>
        <w:t>f 3574/11490/11024 3232/11150/10682 3241/11157/10689</w:t>
        <w:br/>
        <w:t>f 3232/11150/10682 3574/11490/11024 3234/11148/10680</w:t>
        <w:br/>
        <w:t>f 3570/11487/11021 3575/11491/11025 3573/11489/11023</w:t>
        <w:br/>
        <w:t>f 3576/11492/11026 3234/11148/10680 3574/11490/11024</w:t>
        <w:br/>
        <w:t>f 3575/11491/11025 3570/11487/11021 3572/11488/11022</w:t>
        <w:br/>
        <w:t>f 3577/11493/11027 3572/11488/11022 3537/11453/10987</w:t>
        <w:br/>
        <w:t>f 3572/11488/11022 3577/11493/11027 3575/11491/11025</w:t>
        <w:br/>
        <w:t>f 3537/11453/10987 3531/11447/10981 3577/11493/11027</w:t>
        <w:br/>
        <w:t>f 3205/11121/10657 3576/11492/11028 3578/11494/11029</w:t>
        <w:br/>
        <w:t>f 3577/11493/11027 3578/11494/11029 3575/11491/11025</w:t>
        <w:br/>
        <w:t>f 3531/11447/10981 3579/11495/11030 3577/11493/11027</w:t>
        <w:br/>
        <w:t>f 3579/11495/11030 3578/11494/11029 3577/11493/11027</w:t>
        <w:br/>
        <w:t>f 3531/11447/10981 3526/11442/10976 3579/11495/11030</w:t>
        <w:br/>
        <w:t>f 3205/11121/10657 3578/11494/11029 3580/11496/11031</w:t>
        <w:br/>
        <w:t>f 3580/11496/11031 3203/11119/10655 3205/11121/10657</w:t>
        <w:br/>
        <w:t>f 3581/11497/11032 3203/11119/10655 3580/11496/11031</w:t>
        <w:br/>
        <w:t>f 3578/11494/11029 3581/11497/11032 3580/11496/11031</w:t>
        <w:br/>
        <w:t>f 3581/11497/11032 3187/11103/10639 3203/11119/10655</w:t>
        <w:br/>
        <w:t>f 3581/11497/11032 3191/11107/10643 3187/11103/10639</w:t>
        <w:br/>
        <w:t>f 3578/11494/11029 3582/11498/11033 3581/11497/11032</w:t>
        <w:br/>
        <w:t>f 3579/11495/11030 3582/11498/11033 3578/11494/11029</w:t>
        <w:br/>
        <w:t>f 3191/11107/10643 3581/11497/11032 3583/11499/11034</w:t>
        <w:br/>
        <w:t>f 3583/11499/11034 3581/11497/11032 3582/11498/11033</w:t>
        <w:br/>
        <w:t>f 3189/11105/10641 3191/11107/10643 3583/11499/11034</w:t>
        <w:br/>
        <w:t>f 3526/11442/10976 3584/11500/11035 3579/11495/11030</w:t>
        <w:br/>
        <w:t>f 3584/11500/11035 3582/11498/11033 3579/11495/11030</w:t>
        <w:br/>
        <w:t>f 3584/11500/11035 3526/11442/10976 3524/11440/10974</w:t>
        <w:br/>
        <w:t>f 3584/11500/11035 3524/11440/10974 3585/11501/11036</w:t>
        <w:br/>
        <w:t>f 3524/11440/10974 3525/11441/10975 3585/11501/11036</w:t>
        <w:br/>
        <w:t>f 3525/11441/10975 3586/11502/11037 3585/11501/11036</w:t>
        <w:br/>
        <w:t>f 3584/11500/11035 3585/11501/11036 3586/11502/11037</w:t>
        <w:br/>
        <w:t>f 3586/11502/11037 3525/11441/10975 3587/11503/11038</w:t>
        <w:br/>
        <w:t>f 3582/11498/11033 3584/11500/11035 3588/11504/11039</w:t>
        <w:br/>
        <w:t>f 3586/11502/11037 3588/11504/11039 3584/11500/11035</w:t>
        <w:br/>
        <w:t>f 3586/11502/11037 3587/11503/11038 3589/11505/11040</w:t>
        <w:br/>
        <w:t>f 3588/11504/11039 3586/11502/11037 3589/11505/11040</w:t>
        <w:br/>
        <w:t>f 3587/11503/11038 3590/11506/11041 3589/11505/11040</w:t>
        <w:br/>
        <w:t>f 3590/11506/11041 3591/11507/11042 3589/11505/11040</w:t>
        <w:br/>
        <w:t>f 3589/11505/11040 3591/11507/11042 3588/11504/11039</w:t>
        <w:br/>
        <w:t>f 3591/11507/11042 3590/11506/11041 3592/11508/10881</w:t>
        <w:br/>
        <w:t>f 3592/11508/10881 3593/11509/10877 3591/11507/11042</w:t>
        <w:br/>
        <w:t>f 3594/11510/11043 3591/11507/11042 3593/11509/10877</w:t>
        <w:br/>
        <w:t>f 3591/11507/11042 3594/11510/11043 3588/11504/11039</w:t>
        <w:br/>
        <w:t>f 3582/11498/11033 3588/11504/11039 3595/11511/11044</w:t>
        <w:br/>
        <w:t>f 3595/11511/11044 3588/11504/11039 3594/11510/11043</w:t>
        <w:br/>
        <w:t>f 3583/11499/11034 3582/11498/11033 3595/11511/11044</w:t>
        <w:br/>
        <w:t>f 3594/11510/11043 3593/11509/10877 3596/11512/11045</w:t>
        <w:br/>
        <w:t>f 3597/11513/11046 3594/11510/11043 3596/11512/11045</w:t>
        <w:br/>
        <w:t>f 3594/11510/11043 3597/11513/11046 3595/11511/11044</w:t>
        <w:br/>
        <w:t>f 3597/11513/11046 3596/11512/11045 3598/11514/11047</w:t>
        <w:br/>
        <w:t>f 3598/11514/11047 3599/11515/11048 3597/11513/11046</w:t>
        <w:br/>
        <w:t>f 3599/11515/11048 3595/11511/11044 3597/11513/11046</w:t>
        <w:br/>
        <w:t>f 3599/11515/11048 3583/11499/11034 3595/11511/11044</w:t>
        <w:br/>
        <w:t>f 3598/11514/11047 3600/11516/11049 3599/11515/11048</w:t>
        <w:br/>
        <w:t>f 3601/11517/11050 3583/11499/11034 3599/11515/11048</w:t>
        <w:br/>
        <w:t>f 3583/11499/11034 3601/11517/11050 3189/11105/10641</w:t>
        <w:br/>
        <w:t>f 3602/11518/11051 3599/11515/11048 3600/11516/11049</w:t>
        <w:br/>
        <w:t>f 3603/11519/11052 3602/11518/11051 3600/11516/11049</w:t>
        <w:br/>
        <w:t>f 3604/11520/11053 3601/11517/11050 3599/11515/11048</w:t>
        <w:br/>
        <w:t>f 3602/11518/11051 3604/11520/11053 3599/11515/11048</w:t>
        <w:br/>
        <w:t>f 3605/11521/11054 3189/11105/10641 3601/11517/11050</w:t>
        <w:br/>
        <w:t>f 3604/11520/11053 3605/11521/11054 3601/11517/11050</w:t>
        <w:br/>
        <w:t>f 3189/11105/10641 3605/11521/11054 3190/11106/10642</w:t>
        <w:br/>
        <w:t>f 3603/11519/11052 3606/11522/11055 3602/11518/11051</w:t>
        <w:br/>
        <w:t>f 3606/11522/11055 3604/11520/11053 3602/11518/11051</w:t>
        <w:br/>
        <w:t>f 3606/11522/11055 3603/11519/11052 3607/11523/11056</w:t>
        <w:br/>
        <w:t>f 3605/11521/11054 3604/11520/11053 3608/11524/11057</w:t>
        <w:br/>
        <w:t>f 3611/11525/11058 3610/11526/11058 3609/11527/11059</w:t>
        <w:br/>
        <w:t>f 3604/11520/11053 3606/11522/11055 3612/11528/11060</w:t>
        <w:br/>
        <w:t>f 3605/11521/11054 3614/11529/11061 3613/11530/11062</w:t>
        <w:br/>
        <w:t>f 3190/11106/10642 3605/11521/11054 3613/11530/11062</w:t>
        <w:br/>
        <w:t>f 3613/11530/11062 3615/11531/11063 3190/11106/10642</w:t>
        <w:br/>
        <w:t>f 3612/11528/11060 3606/11522/11055 3616/11532/11064</w:t>
        <w:br/>
        <w:t>f 3606/11522/11055 3607/11523/11056 3616/11532/11064</w:t>
        <w:br/>
        <w:t>f 3616/11532/11064 3617/11533/11065 3612/11528/11060</w:t>
        <w:br/>
        <w:t>f 3616/11532/11064 3607/11523/11056 3618/11534/11066</w:t>
        <w:br/>
        <w:t>f 3617/11533/11065 3616/11532/11064 3619/11535/11067</w:t>
        <w:br/>
        <w:t>f 3616/11532/11064 3618/11534/11066 3619/11535/11067</w:t>
        <w:br/>
        <w:t>f 3620/11536/11068 3617/11533/11065 3619/11535/11067</w:t>
        <w:br/>
        <w:t>f 3619/11535/11067 3618/11534/11066 3621/11537/11069</w:t>
        <w:br/>
        <w:t>f 3622/11538/11070 3620/11536/11068 3619/11535/11067</w:t>
        <w:br/>
        <w:t>f 3621/11537/11069 3622/11538/11070 3619/11535/11067</w:t>
        <w:br/>
        <w:t>f 3620/11536/11068 3622/11538/11070 3623/11539/11071</w:t>
        <w:br/>
        <w:t>f 3622/11538/11070 3621/11537/11069 3624/11540/11072</w:t>
        <w:br/>
        <w:t>f 3625/11541/11073 3623/11539/11071 3622/11538/11070</w:t>
        <w:br/>
        <w:t>f 3624/11540/11072 3625/11541/11073 3622/11538/11070</w:t>
        <w:br/>
        <w:t>f 3623/11539/11071 3625/11541/11073 3626/11542/11074</w:t>
        <w:br/>
        <w:t>f 3625/11541/11073 3624/11540/11072 3627/11543/11075</w:t>
        <w:br/>
        <w:t>f 3626/11542/11074 3625/11541/11073 3628/11544/11076</w:t>
        <w:br/>
        <w:t>f 3627/11543/11075 3628/11544/11076 3625/11541/11073</w:t>
        <w:br/>
        <w:t>f 3629/11545/11077 3626/11542/11074 3628/11544/11076</w:t>
        <w:br/>
        <w:t>f 3628/11544/11076 3627/11543/11075 3630/11546/11078</w:t>
        <w:br/>
        <w:t>f 3631/11547/11079 3629/11545/11077 3628/11544/11076</w:t>
        <w:br/>
        <w:t>f 3628/11544/11076 3630/11546/11078 3631/11547/11079</w:t>
        <w:br/>
        <w:t>f 3629/11545/11077 3631/11547/11079 3632/11548/11080</w:t>
        <w:br/>
        <w:t>f 3630/11546/11078 3633/11549/11081 3631/11547/11079</w:t>
        <w:br/>
        <w:t>f 3634/11550/11082 3632/11548/11080 3631/11547/11079</w:t>
        <w:br/>
        <w:t>f 3631/11547/11079 3633/11549/11081 3634/11550/11082</w:t>
        <w:br/>
        <w:t>f 3632/11548/11080 3634/11550/11082 3635/11551/11083</w:t>
        <w:br/>
        <w:t>f 3634/11550/11082 3633/11549/11081 3636/11552/11084</w:t>
        <w:br/>
        <w:t>f 3635/11551/11083 3634/11550/11082 3637/11553/11085</w:t>
        <w:br/>
        <w:t>f 3636/11552/11084 3637/11553/11085 3634/11550/11082</w:t>
        <w:br/>
        <w:t>f 3638/11554/11086 3635/11551/11083 3637/11553/11085</w:t>
        <w:br/>
        <w:t>f 3637/11553/11085 3640/11555/11087 3639/11556/11088</w:t>
        <w:br/>
        <w:t>f 3641/11557/11089 3638/11554/11086 3637/11553/11085</w:t>
        <w:br/>
        <w:t>f 3639/11556/11088 3642/11558/11090 3637/11553/11085</w:t>
        <w:br/>
        <w:t>f 3638/11554/11086 3641/11557/11089 3643/11559/11091</w:t>
        <w:br/>
        <w:t>f 3641/11557/11089 3639/11556/11088 3644/11560/11092</w:t>
        <w:br/>
        <w:t>f 3641/11557/11089 3645/11561/11093 3643/11559/11091</w:t>
        <w:br/>
        <w:t>f 3646/11562/11094 3641/11557/11089 3644/11560/11092</w:t>
        <w:br/>
        <w:t>f 3641/11557/11089 3647/11563/11095 3645/11561/11093</w:t>
        <w:br/>
        <w:t>f 3647/11563/11095 3641/11557/11089 3646/11562/11094</w:t>
        <w:br/>
        <w:t>f 3650/11564/11096 3649/11565/11097 3648/11566/11098</w:t>
        <w:br/>
        <w:t>f 3651/11567/11099 3650/11564/11096 3648/11566/11098</w:t>
        <w:br/>
        <w:t>f 3650/11564/11096 3652/11568/11100 3649/11565/11097</w:t>
        <w:br/>
        <w:t>f 3651/11567/11099 3653/11569/11101 3650/11564/11096</w:t>
        <w:br/>
        <w:t>f 3652/11568/11100 3650/11564/11096 3654/11570/11102</w:t>
        <w:br/>
        <w:t>f 3653/11569/11101 3654/11570/11102 3650/11564/11096</w:t>
        <w:br/>
        <w:t>f 3655/11571/11103 3652/11568/11100 3654/11570/11102</w:t>
        <w:br/>
        <w:t>f 3655/11571/11103 3654/11570/11102 3653/11569/11101</w:t>
        <w:br/>
        <w:t>f 3656/11572/11104 3649/11565/11097 3652/11568/11100</w:t>
        <w:br/>
        <w:t>f 3652/11568/11100 3655/11571/11103 3657/11573/11105</w:t>
        <w:br/>
        <w:t>f 3657/11573/11105 3656/11572/11104 3652/11568/11100</w:t>
        <w:br/>
        <w:t>f 3658/11574/11106 3655/11571/11103 3653/11569/11101</w:t>
        <w:br/>
        <w:t>f 3655/11571/11103 3659/11575/11107 3657/11573/11105</w:t>
        <w:br/>
        <w:t>f 3660/11576/11108 3655/11571/11103 3658/11574/11106</w:t>
        <w:br/>
        <w:t>f 3659/11575/11107 3655/11571/11103 3660/11576/11108</w:t>
        <w:br/>
        <w:t>f 3653/11569/11101 3661/11577/11109 3658/11574/11106</w:t>
        <w:br/>
        <w:t>f 3661/11577/11109 3660/11576/11108 3658/11574/11106</w:t>
        <w:br/>
        <w:t>f 3662/11578/11110 3653/11569/11101 3651/11567/11099</w:t>
        <w:br/>
        <w:t>f 3661/11577/11109 3653/11569/11101 3662/11578/11110</w:t>
        <w:br/>
        <w:t>f 3662/11578/11110 3651/11567/11099 3663/11579/11111</w:t>
        <w:br/>
        <w:t>f 3663/11579/11111 3651/11567/11099 3648/11566/11098</w:t>
        <w:br/>
        <w:t>f 3664/11580/11112 3663/11579/11111 3648/11566/11098</w:t>
        <w:br/>
        <w:t>f 3664/11580/11112 3662/11578/11110 3663/11579/11111</w:t>
        <w:br/>
        <w:t>f 3662/11578/11110 3664/11580/11112 3665/11581/11113</w:t>
        <w:br/>
        <w:t>f 3662/11578/11110 3665/11581/11113 3661/11577/11109</w:t>
        <w:br/>
        <w:t>f 3661/11577/11109 3665/11581/11113 3666/11582/11114</w:t>
        <w:br/>
        <w:t>f 3667/11583/11115 3661/11577/11109 3666/11582/11114</w:t>
        <w:br/>
        <w:t>f 3661/11577/11109 3667/11583/11115 3668/11584/11116</w:t>
        <w:br/>
        <w:t>f 3660/11576/11108 3661/11577/11109 3668/11584/11116</w:t>
        <w:br/>
        <w:t>f 3671/11585/11117 3670/11586/11118 3669/11587/11119</w:t>
        <w:br/>
        <w:t>f 3671/11585/11117 3672/11588/11120 3670/11586/11118</w:t>
        <w:br/>
        <w:t>f 3660/11576/11108 3671/11585/11117 3673/11589/11121</w:t>
        <w:br/>
        <w:t>f 3673/11589/11121 3659/11575/11107 3660/11576/11108</w:t>
        <w:br/>
        <w:t>f 3673/11589/11121 3674/11590/11122 3659/11575/11107</w:t>
        <w:br/>
        <w:t>f 3675/11591/11123 3659/11575/11107 3674/11590/11122</w:t>
        <w:br/>
        <w:t>f 3659/11575/11107 3675/11591/11123 3657/11573/11105</w:t>
        <w:br/>
        <w:t>f 3674/11590/11122 3676/11592/11124 3675/11591/11123</w:t>
        <w:br/>
        <w:t>f 3674/11590/11122 3677/11593/11125 3676/11592/11124</w:t>
        <w:br/>
        <w:t>f 3657/11573/11105 3675/11591/11123 3678/11594/11126</w:t>
        <w:br/>
        <w:t>f 3678/11594/11126 3675/11591/11123 3676/11592/11124</w:t>
        <w:br/>
        <w:t>f 3656/11572/11104 3657/11573/11105 3678/11594/11126</w:t>
        <w:br/>
        <w:t>f 3676/11592/11124 3677/11593/11125 3679/11595/11127</w:t>
        <w:br/>
        <w:t>f 3679/11595/11127 3678/11594/11126 3676/11592/11124</w:t>
        <w:br/>
        <w:t>f 3677/11593/11125 3680/11596/11128 3679/11595/11127</w:t>
        <w:br/>
        <w:t>f 3681/11597/11117 3680/11596/11128 3677/11593/11125</w:t>
        <w:br/>
        <w:t>f 3682/11598/11129 3680/11596/11128 3681/11597/11117</w:t>
        <w:br/>
        <w:t>f 3684/11599/11114 3680/11596/11128 3683/11600/11115</w:t>
        <w:br/>
        <w:t>f 3678/11594/11126 3679/11595/11127 3685/11601/11130</w:t>
        <w:br/>
        <w:t>f 3685/11601/11130 3656/11572/11104 3678/11594/11126</w:t>
        <w:br/>
        <w:t>f 3679/11595/11127 3680/11596/11128 3686/11602/11131</w:t>
        <w:br/>
        <w:t>f 3679/11595/11127 3686/11602/11131 3685/11601/11130</w:t>
        <w:br/>
        <w:t>f 3684/11599/11114 3686/11602/11131 3680/11596/11128</w:t>
        <w:br/>
        <w:t>f 3684/11599/11114 3687/11603/11132 3686/11602/11131</w:t>
        <w:br/>
        <w:t>f 3687/11603/11132 3685/11601/11130 3686/11602/11131</w:t>
        <w:br/>
        <w:t>f 3688/11604/11113 3687/11603/11132 3684/11599/11114</w:t>
        <w:br/>
        <w:t>f 3688/11604/11113 3689/11605/11133 3687/11603/11132</w:t>
        <w:br/>
        <w:t>f 3685/11601/11130 3687/11603/11132 3690/11606/11134</w:t>
        <w:br/>
        <w:t>f 3656/11572/11104 3685/11601/11130 3690/11606/11134</w:t>
        <w:br/>
        <w:t>f 3687/11603/11132 3691/11607/11135 3690/11606/11134</w:t>
        <w:br/>
        <w:t>f 3690/11606/11134 3691/11607/11135 3656/11572/11104</w:t>
        <w:br/>
        <w:t>f 3691/11607/11135 3687/11603/11132 3689/11605/11133</w:t>
        <w:br/>
        <w:t>f 3691/11607/11135 3689/11605/11133 3692/11608/11136</w:t>
        <w:br/>
        <w:t>f 3689/11605/11133 3688/11604/11113 3693/11609/11112</w:t>
        <w:br/>
        <w:t>f 3689/11605/11133 3693/11609/11112 3692/11608/11136</w:t>
        <w:br/>
        <w:t>f 3656/11572/11104 3691/11607/11135 3694/11610/11137</w:t>
        <w:br/>
        <w:t>f 3649/11565/11097 3656/11572/11104 3694/11610/11137</w:t>
        <w:br/>
        <w:t>f 3694/11610/11137 3691/11607/11135 3692/11608/11136</w:t>
        <w:br/>
        <w:t>f 3649/11565/11097 3694/11610/11137 3692/11608/11136</w:t>
        <w:br/>
        <w:t>f 3697/11611/11138 3696/11612/11139 3695/11613/11140</w:t>
        <w:br/>
        <w:t>f 3698/11614/11141 3697/11611/11138 3695/11613/11140</w:t>
        <w:br/>
        <w:t>f 3697/11611/11138 3699/11615/11142 3696/11612/11139</w:t>
        <w:br/>
        <w:t>f 3700/11616/11143 3697/11611/11138 3698/11614/11141</w:t>
        <w:br/>
        <w:t>f 3699/11615/11142 3697/11611/11138 3701/11617/11144</w:t>
        <w:br/>
        <w:t>f 3697/11611/11138 3700/11616/11143 3701/11617/11144</w:t>
        <w:br/>
        <w:t>f 3702/11618/11145 3700/11616/11143 3698/11614/11141</w:t>
        <w:br/>
        <w:t>f 3702/11618/11145 3698/11614/11141 3695/11613/11140</w:t>
        <w:br/>
        <w:t>f 3703/11619/11146 3702/11618/11145 3695/11613/11140</w:t>
        <w:br/>
        <w:t>f 3703/11619/11146 3704/11620/11147 3702/11618/11145</w:t>
        <w:br/>
        <w:t>f 3700/11616/11143 3702/11618/11145 3704/11620/11147</w:t>
        <w:br/>
        <w:t>f 3704/11620/11147 3703/11619/11146 3705/11621/11148</w:t>
        <w:br/>
        <w:t>f 3706/11622/11149 3704/11620/11147 3705/11621/11148</w:t>
        <w:br/>
        <w:t>f 3706/11622/11149 3700/11616/11143 3704/11620/11147</w:t>
        <w:br/>
        <w:t>f 3707/11623/11150 3706/11622/11149 3705/11621/11148</w:t>
        <w:br/>
        <w:t>f 3700/11616/11143 3706/11622/11149 3708/11624/11151</w:t>
        <w:br/>
        <w:t>f 3708/11624/11151 3701/11617/11144 3700/11616/11143</w:t>
        <w:br/>
        <w:t>f 3707/11623/11150 3709/11625/11152 3706/11622/11149</w:t>
        <w:br/>
        <w:t>f 3709/11625/11152 3708/11624/11151 3706/11622/11149</w:t>
        <w:br/>
        <w:t>f 3709/11625/11152 3707/11623/11150 3710/11626/11153</w:t>
        <w:br/>
        <w:t>f 3713/11627/11154 3712/11628/11155 3711/11629/11156</w:t>
        <w:br/>
        <w:t>f 3714/11630/11157 3712/11628/11155 3713/11627/11154</w:t>
        <w:br/>
        <w:t>f 3715/11631/11158 3708/11624/11151 3709/11625/11152</w:t>
        <w:br/>
        <w:t>f 3709/11625/11152 3714/11630/11157 3715/11631/11158</w:t>
        <w:br/>
        <w:t>f 3701/11617/11144 3708/11624/11151 3716/11632/11159</w:t>
        <w:br/>
        <w:t>f 3715/11631/11158 3716/11632/11159 3708/11624/11151</w:t>
        <w:br/>
        <w:t>f 3716/11632/11159 3699/11615/11142 3701/11617/11144</w:t>
        <w:br/>
        <w:t>f 3714/11630/11157 3717/11633/11160 3715/11631/11158</w:t>
        <w:br/>
        <w:t>f 3716/11632/11159 3715/11631/11158 3717/11633/11160</w:t>
        <w:br/>
        <w:t>f 3718/11634/11161 3717/11633/11160 3714/11630/11157</w:t>
        <w:br/>
        <w:t>f 3717/11633/11160 3719/11635/11162 3716/11632/11159</w:t>
        <w:br/>
        <w:t>f 3699/11615/11142 3716/11632/11159 3719/11635/11162</w:t>
        <w:br/>
        <w:t>f 3717/11633/11160 3718/11634/11161 3720/11636/11163</w:t>
        <w:br/>
        <w:t>f 3720/11636/11163 3719/11635/11162 3717/11633/11160</w:t>
        <w:br/>
        <w:t>f 3718/11634/11161 3721/11637/11164 3720/11636/11163</w:t>
        <w:br/>
        <w:t>f 3721/11637/11164 3719/11635/11162 3720/11636/11163</w:t>
        <w:br/>
        <w:t>f 3718/11634/11161 3722/11638/11165 3721/11637/11164</w:t>
        <w:br/>
        <w:t>f 3719/11635/11162 3723/11639/11166 3699/11615/11142</w:t>
        <w:br/>
        <w:t>f 3719/11635/11162 3721/11637/11164 3723/11639/11166</w:t>
        <w:br/>
        <w:t>f 3722/11638/11165 3724/11640/11167 3721/11637/11164</w:t>
        <w:br/>
        <w:t>f 3723/11639/11166 3725/11641/11168 3699/11615/11142</w:t>
        <w:br/>
        <w:t>f 3722/11638/11165 3726/11642/11169 3724/11640/11167</w:t>
        <w:br/>
        <w:t>f 3722/11638/11165 3727/11643/11154 3726/11642/11169</w:t>
        <w:br/>
        <w:t>f 3728/11644/11156 3726/11642/11169 3727/11643/11154</w:t>
        <w:br/>
        <w:t>f 3730/11645/11153 3729/11646/11150 3726/11642/11169</w:t>
        <w:br/>
        <w:t>f 3724/11640/11167 3731/11647/11170 3721/11637/11164</w:t>
        <w:br/>
        <w:t>f 3726/11642/11169 3731/11647/11170 3724/11640/11167</w:t>
        <w:br/>
        <w:t>f 3721/11637/11164 3731/11647/11170 3723/11639/11166</w:t>
        <w:br/>
        <w:t>f 3726/11642/11169 3729/11646/11150 3732/11648/11171</w:t>
        <w:br/>
        <w:t>f 3731/11647/11170 3726/11642/11169 3732/11648/11171</w:t>
        <w:br/>
        <w:t>f 3733/11649/11172 3732/11648/11171 3729/11646/11150</w:t>
        <w:br/>
        <w:t>f 3734/11650/11173 3723/11639/11166 3731/11647/11170</w:t>
        <w:br/>
        <w:t>f 3731/11647/11170 3732/11648/11171 3734/11650/11173</w:t>
        <w:br/>
        <w:t>f 3723/11639/11166 3734/11650/11173 3725/11641/11168</w:t>
        <w:br/>
        <w:t>f 3732/11648/11171 3735/11651/11174 3734/11650/11173</w:t>
        <w:br/>
        <w:t>f 3732/11648/11171 3733/11649/11172 3735/11651/11174</w:t>
        <w:br/>
        <w:t>f 3734/11650/11173 3736/11652/11175 3725/11641/11168</w:t>
        <w:br/>
        <w:t>f 3736/11652/11175 3699/11615/11142 3725/11641/11168</w:t>
        <w:br/>
        <w:t>f 3699/11615/11142 3736/11652/11175 3696/11612/11139</w:t>
        <w:br/>
        <w:t>f 3696/11612/11139 3736/11652/11175 3737/11653/11176</w:t>
        <w:br/>
        <w:t>f 3736/11652/11175 3738/11654/11177 3737/11653/11176</w:t>
        <w:br/>
        <w:t>f 3736/11652/11175 3734/11650/11173 3738/11654/11177</w:t>
        <w:br/>
        <w:t>f 3735/11651/11174 3738/11654/11177 3734/11650/11173</w:t>
        <w:br/>
        <w:t>f 3738/11654/11177 3735/11651/11174 3739/11655/11178</w:t>
        <w:br/>
        <w:t>f 3733/11649/11172 3739/11655/11178 3735/11651/11174</w:t>
        <w:br/>
        <w:t>f 3738/11654/11177 3739/11655/11178 3737/11653/11176</w:t>
        <w:br/>
        <w:t>f 3739/11655/11178 3733/11649/11172 3740/11656/11146</w:t>
        <w:br/>
        <w:t>f 3739/11655/11178 3740/11656/11146 3737/11653/11176</w:t>
        <w:br/>
        <w:t>f 3743/11657/11179 3742/11658/11180 3741/11659/11181</w:t>
        <w:br/>
        <w:t>f 3744/11660/11182 3742/11658/11180 3743/11657/11179</w:t>
        <w:br/>
        <w:t>f 3745/11661/11183 3743/11657/11179 3741/11659/11181</w:t>
        <w:br/>
        <w:t>f 3743/11657/11179 3746/11662/11184 3744/11660/11182</w:t>
        <w:br/>
        <w:t>f 3743/11657/11179 3745/11661/11183 3747/11663/11185</w:t>
        <w:br/>
        <w:t>f 3746/11662/11184 3743/11657/11179 3747/11663/11185</w:t>
        <w:br/>
        <w:t>f 3745/11661/11183 3748/11664/11186 3747/11663/11185</w:t>
        <w:br/>
        <w:t>f 3748/11664/11186 3746/11662/11184 3747/11663/11185</w:t>
        <w:br/>
        <w:t>f 3749/11665/11187 3744/11660/11182 3746/11662/11184</w:t>
        <w:br/>
        <w:t>f 3744/11660/11182 3749/11665/11187 3750/11666/11188</w:t>
        <w:br/>
        <w:t>f 3750/11666/11188 3742/11658/11180 3744/11660/11182</w:t>
        <w:br/>
        <w:t>f 3751/11667/11189 3742/11658/11180 3750/11666/11188</w:t>
        <w:br/>
        <w:t>f 3749/11665/11187 3751/11667/11189 3750/11666/11188</w:t>
        <w:br/>
        <w:t>f 3751/11667/11189 3749/11665/11187 3752/11668/11190</w:t>
        <w:br/>
        <w:t>f 3749/11665/11187 3753/11669/11191 3752/11668/11190</w:t>
        <w:br/>
        <w:t>f 3746/11662/11184 3753/11669/11191 3749/11665/11187</w:t>
        <w:br/>
        <w:t>f 3753/11669/11191 3754/11670/11192 3752/11668/11190</w:t>
        <w:br/>
        <w:t>f 3753/11669/11191 3755/11671/11193 3754/11670/11192</w:t>
        <w:br/>
        <w:t>f 3753/11669/11191 3746/11662/11184 3756/11672/11194</w:t>
        <w:br/>
        <w:t>f 3746/11662/11184 3748/11664/11186 3756/11672/11194</w:t>
        <w:br/>
        <w:t>f 3753/11669/11191 3757/11673/11195 3755/11671/11193</w:t>
        <w:br/>
        <w:t>f 3760/11674/11196 3759/11675/11197 3758/11676/11198</w:t>
        <w:br/>
        <w:t>f 3761/11677/11199 3753/11669/11191 3756/11672/11194</w:t>
        <w:br/>
        <w:t>f 3753/11669/11191 3761/11677/11199 3757/11673/11195</w:t>
        <w:br/>
        <w:t>f 3762/11678/11200 3760/11674/11196 3758/11676/11198</w:t>
        <w:br/>
        <w:t>f 3761/11677/11199 3756/11672/11194 3748/11664/11186</w:t>
        <w:br/>
        <w:t>f 3760/11674/11196 3761/11677/11199 3763/11679/11201</w:t>
        <w:br/>
        <w:t>f 3763/11679/11201 3761/11677/11199 3764/11680/11202</w:t>
        <w:br/>
        <w:t>f 3761/11677/11199 3748/11664/11186 3764/11680/11202</w:t>
        <w:br/>
        <w:t>f 3765/11681/11203 3763/11679/11201 3764/11680/11202</w:t>
        <w:br/>
        <w:t>f 3748/11664/11186 3766/11682/11204 3764/11680/11202</w:t>
        <w:br/>
        <w:t>f 3748/11664/11186 3745/11661/11183 3766/11682/11204</w:t>
        <w:br/>
        <w:t>f 3765/11681/11203 3764/11680/11202 3767/11683/11205</w:t>
        <w:br/>
        <w:t>f 3764/11680/11202 3766/11682/11204 3767/11683/11205</w:t>
        <w:br/>
        <w:t>f 3765/11681/11203 3767/11683/11205 3768/11684/11206</w:t>
        <w:br/>
        <w:t>f 3769/11685/11207 3765/11681/11203 3768/11684/11206</w:t>
        <w:br/>
        <w:t>f 3770/11686/11208 3767/11683/11205 3766/11682/11204</w:t>
        <w:br/>
        <w:t>f 3767/11683/11205 3770/11686/11208 3768/11684/11206</w:t>
        <w:br/>
        <w:t>f 3771/11687/11209 3766/11682/11204 3745/11661/11183</w:t>
        <w:br/>
        <w:t>f 3766/11682/11204 3771/11687/11209 3770/11686/11208</w:t>
        <w:br/>
        <w:t>f 3741/11659/11181 3771/11687/11209 3745/11661/11183</w:t>
        <w:br/>
        <w:t>f 3771/11687/11209 3741/11659/11181 3772/11688/11210</w:t>
        <w:br/>
        <w:t>f 3741/11659/11181 3773/11689/11180 3772/11688/11210</w:t>
        <w:br/>
        <w:t>f 3772/11688/11210 3773/11689/11180 3774/11690/11211</w:t>
        <w:br/>
        <w:t>f 3771/11687/11209 3772/11688/11210 3774/11690/11211</w:t>
        <w:br/>
        <w:t>f 3770/11686/11208 3775/11691/11212 3768/11684/11206</w:t>
        <w:br/>
        <w:t>f 3769/11685/11207 3768/11684/11206 3775/11691/11212</w:t>
        <w:br/>
        <w:t>f 3776/11692/11213 3770/11686/11208 3771/11687/11209</w:t>
        <w:br/>
        <w:t>f 3775/11691/11212 3770/11686/11208 3776/11692/11213</w:t>
        <w:br/>
        <w:t>f 3771/11687/11209 3774/11690/11211 3777/11693/11214</w:t>
        <w:br/>
        <w:t>f 3771/11687/11209 3777/11693/11214 3776/11692/11213</w:t>
        <w:br/>
        <w:t>f 3769/11685/11207 3775/11691/11212 3778/11694/11215</w:t>
        <w:br/>
        <w:t>f 3779/11695/11196 3769/11685/11207 3778/11694/11215</w:t>
        <w:br/>
        <w:t>f 3778/11694/11215 3780/11696/11216 3779/11695/11196</w:t>
        <w:br/>
        <w:t>f 3778/11694/11215 3782/11697/11217 3781/11698/11218</w:t>
        <w:br/>
        <w:t>f 3775/11691/11212 3783/11699/11219 3778/11694/11215</w:t>
        <w:br/>
        <w:t>f 3776/11692/11213 3783/11699/11219 3775/11691/11212</w:t>
        <w:br/>
        <w:t>f 3783/11699/11219 3782/11697/11217 3778/11694/11215</w:t>
        <w:br/>
        <w:t>f 3776/11692/11213 3784/11700/11220 3783/11699/11219</w:t>
        <w:br/>
        <w:t>f 3782/11697/11217 3783/11699/11219 3784/11700/11220</w:t>
        <w:br/>
        <w:t>f 3784/11700/11220 3776/11692/11213 3777/11693/11214</w:t>
        <w:br/>
        <w:t>f 3774/11690/11211 3784/11700/11220 3777/11693/11214</w:t>
        <w:br/>
        <w:t>f 3785/11701/11221 3782/11697/11217 3784/11700/11220</w:t>
        <w:br/>
        <w:t>f 3784/11700/11220 3774/11690/11211 3786/11702/11222</w:t>
        <w:br/>
        <w:t>f 3786/11702/11222 3785/11701/11221 3784/11700/11220</w:t>
        <w:br/>
        <w:t>f 3774/11690/11211 3773/11689/11180 3786/11702/11222</w:t>
        <w:br/>
        <w:t>f 3785/11701/11221 3786/11702/11222 3787/11703/11189</w:t>
        <w:br/>
        <w:t>f 3786/11702/11222 3773/11689/11180 3787/11703/11189</w:t>
        <w:br/>
        <w:t>f 3790/11704/11223 3789/11705/11224 3788/11706/11225</w:t>
        <w:br/>
        <w:t>f 3791/11707/11226 3789/11705/11224 3790/11704/11223</w:t>
        <w:br/>
        <w:t>f 3792/11708/11227 3790/11704/11223 3788/11706/11225</w:t>
        <w:br/>
        <w:t>f 3793/11709/11228 3791/11707/11226 3790/11704/11223</w:t>
        <w:br/>
        <w:t>f 3790/11704/11223 3792/11708/11227 3794/11710/11229</w:t>
        <w:br/>
        <w:t>f 3794/11710/11229 3793/11709/11228 3790/11704/11223</w:t>
        <w:br/>
        <w:t>f 3793/11709/11228 3795/11711/11230 3791/11707/11226</w:t>
        <w:br/>
        <w:t>f 3795/11711/11230 3789/11705/11224 3791/11707/11226</w:t>
        <w:br/>
        <w:t>f 3796/11712/11231 3789/11705/11224 3795/11711/11230</w:t>
        <w:br/>
        <w:t>f 3797/11713/11232 3796/11712/11231 3795/11711/11230</w:t>
        <w:br/>
        <w:t>f 3795/11711/11230 3793/11709/11228 3797/11713/11232</w:t>
        <w:br/>
        <w:t>f 3796/11712/11231 3797/11713/11232 3798/11714/11233</w:t>
        <w:br/>
        <w:t>f 3799/11715/11234 3798/11714/11233 3797/11713/11232</w:t>
        <w:br/>
        <w:t>f 3793/11709/11228 3799/11715/11234 3797/11713/11232</w:t>
        <w:br/>
        <w:t>f 3798/11714/11233 3799/11715/11234 3800/11716/11235</w:t>
        <w:br/>
        <w:t>f 3799/11715/11234 3793/11709/11228 3801/11717/11236</w:t>
        <w:br/>
        <w:t>f 3794/11710/11229 3801/11717/11236 3793/11709/11228</w:t>
        <w:br/>
        <w:t>f 3802/11718/11237 3800/11716/11235 3799/11715/11234</w:t>
        <w:br/>
        <w:t>f 3802/11718/11237 3799/11715/11234 3801/11717/11236</w:t>
        <w:br/>
        <w:t>f 3800/11716/11235 3802/11718/11237 3803/11719/11238</w:t>
        <w:br/>
        <w:t>f 3806/11720/11239 3805/11721/11240 3804/11722/11241</w:t>
        <w:br/>
        <w:t>f 3807/11723/11242 3806/11720/11239 3804/11722/11241</w:t>
        <w:br/>
        <w:t>f 3808/11724/11243 3802/11718/11237 3801/11717/11236</w:t>
        <w:br/>
        <w:t>f 3802/11718/11237 3808/11724/11243 3807/11723/11242</w:t>
        <w:br/>
        <w:t>f 3801/11717/11236 3794/11710/11229 3809/11725/11244</w:t>
        <w:br/>
        <w:t>f 3808/11724/11243 3801/11717/11236 3809/11725/11244</w:t>
        <w:br/>
        <w:t>f 3792/11708/11227 3809/11725/11244 3794/11710/11229</w:t>
        <w:br/>
        <w:t>f 3807/11723/11242 3808/11724/11243 3810/11726/11245</w:t>
        <w:br/>
        <w:t>f 3808/11724/11243 3809/11725/11244 3810/11726/11245</w:t>
        <w:br/>
        <w:t>f 3811/11727/11246 3807/11723/11242 3810/11726/11245</w:t>
        <w:br/>
        <w:t>f 3810/11726/11245 3809/11725/11244 3812/11728/11247</w:t>
        <w:br/>
        <w:t>f 3809/11725/11244 3792/11708/11227 3812/11728/11247</w:t>
        <w:br/>
        <w:t>f 3811/11727/11246 3810/11726/11245 3813/11729/11248</w:t>
        <w:br/>
        <w:t>f 3812/11728/11247 3813/11729/11248 3810/11726/11245</w:t>
        <w:br/>
        <w:t>f 3811/11727/11246 3813/11729/11248 3814/11730/11249</w:t>
        <w:br/>
        <w:t>f 3812/11728/11247 3814/11730/11249 3813/11729/11248</w:t>
        <w:br/>
        <w:t>f 3814/11730/11249 3815/11731/11250 3811/11727/11246</w:t>
        <w:br/>
        <w:t>f 3812/11728/11247 3792/11708/11227 3816/11732/11251</w:t>
        <w:br/>
        <w:t>f 3814/11730/11249 3812/11728/11247 3816/11732/11251</w:t>
        <w:br/>
        <w:t>f 3815/11731/11250 3814/11730/11249 3817/11733/11252</w:t>
        <w:br/>
        <w:t>f 3816/11732/11251 3792/11708/11227 3818/11734/11253</w:t>
        <w:br/>
        <w:t>f 3817/11733/11252 3814/11730/11249 3819/11735/11254</w:t>
        <w:br/>
        <w:t>f 3814/11730/11249 3816/11732/11251 3819/11735/11254</w:t>
        <w:br/>
        <w:t>f 3815/11731/11250 3817/11733/11252 3820/11736/11255</w:t>
        <w:br/>
        <w:t>f 3819/11735/11254 3820/11736/11255 3817/11733/11252</w:t>
        <w:br/>
        <w:t>f 3821/11737/11256 3815/11731/11250 3820/11736/11255</w:t>
        <w:br/>
        <w:t>f 3821/11737/11256 3820/11736/11255 3822/11738/11240</w:t>
        <w:br/>
        <w:t>f 3824/11739/11238 3820/11736/11255 3823/11740/11257</w:t>
        <w:br/>
        <w:t>f 3820/11736/11255 3825/11741/11258 3823/11740/11257</w:t>
        <w:br/>
        <w:t>f 3820/11736/11255 3819/11735/11254 3825/11741/11258</w:t>
        <w:br/>
        <w:t>f 3825/11741/11258 3826/11742/11233 3823/11740/11257</w:t>
        <w:br/>
        <w:t>f 3816/11732/11251 3827/11743/11259 3819/11735/11254</w:t>
        <w:br/>
        <w:t>f 3827/11743/11259 3825/11741/11258 3819/11735/11254</w:t>
        <w:br/>
        <w:t>f 3827/11743/11259 3816/11732/11251 3818/11734/11253</w:t>
        <w:br/>
        <w:t>f 3826/11742/11233 3825/11741/11258 3828/11744/11260</w:t>
        <w:br/>
        <w:t>f 3825/11741/11258 3827/11743/11259 3828/11744/11260</w:t>
        <w:br/>
        <w:t>f 3829/11745/11261 3826/11742/11233 3828/11744/11260</w:t>
        <w:br/>
        <w:t>f 3826/11742/11233 3829/11745/11261 3830/11746/11231</w:t>
        <w:br/>
        <w:t>f 3829/11745/11261 3831/11747/11262 3830/11746/11231</w:t>
        <w:br/>
        <w:t>f 3828/11744/11260 3832/11748/11263 3829/11745/11261</w:t>
        <w:br/>
        <w:t>f 3832/11748/11263 3831/11747/11262 3829/11745/11261</w:t>
        <w:br/>
        <w:t>f 3832/11748/11263 3828/11744/11260 3827/11743/11259</w:t>
        <w:br/>
        <w:t>f 3827/11743/11259 3833/11749/11264 3832/11748/11263</w:t>
        <w:br/>
        <w:t>f 3833/11749/11264 3827/11743/11259 3818/11734/11253</w:t>
        <w:br/>
        <w:t>f 3818/11734/11253 3792/11708/11227 3833/11749/11264</w:t>
        <w:br/>
        <w:t>f 3833/11749/11264 3831/11747/11262 3832/11748/11263</w:t>
        <w:br/>
        <w:t>f 3792/11708/11227 3788/11706/11225 3833/11749/11264</w:t>
        <w:br/>
        <w:t>f 3788/11706/11225 3831/11747/11262 3833/11749/11264</w:t>
        <w:br/>
        <w:t>f 3836/11750/11265 3835/11751/11266 3834/11752/11267</w:t>
        <w:br/>
        <w:t>f 3839/11753/11268 3838/11754/11269 3837/11755/11269</w:t>
        <w:br/>
        <w:t>f 3834/11752/11267 3839/11753/11268 3840/11756/11270</w:t>
        <w:br/>
        <w:t>f 3841/11757/11271 3834/11752/11267 3840/11756/11270</w:t>
        <w:br/>
        <w:t>f 3834/11752/11267 3842/11758/11272 3836/11750/11265</w:t>
        <w:br/>
        <w:t>f 3834/11752/11267 3841/11757/11271 3843/11759/11273</w:t>
        <w:br/>
        <w:t>f 3844/11760/11274 3842/11758/11272 3834/11752/11267</w:t>
        <w:br/>
        <w:t>f 3847/11761/11275 3846/11762/11276 3845/11763/11277</w:t>
        <w:br/>
        <w:t>f 3848/11764/11278 3846/11762/11276 3847/11761/11275</w:t>
        <w:br/>
        <w:t>f 3847/11761/11275 3849/11765/11279 3848/11764/11278</w:t>
        <w:br/>
        <w:t>f 3849/11765/11279 3847/11761/11275 3850/11766/11280</w:t>
        <w:br/>
        <w:t>f 3844/11760/11274 3851/11767/11274 3842/11758/11272</w:t>
        <w:br/>
        <w:t>f 3850/11766/11280 3852/11768/11281 3849/11765/11279</w:t>
        <w:br/>
        <w:t>f 3844/11760/11274 3853/11769/11282 3851/11767/11274</w:t>
        <w:br/>
        <w:t>f 3852/11768/11281 3854/11770/11283 3849/11765/11279</w:t>
        <w:br/>
        <w:t>f 3841/11757/11271 3855/11771/11284 3843/11759/11273</w:t>
        <w:br/>
        <w:t>f 3853/11769/11282 3844/11760/11274 3856/11772/11285</w:t>
        <w:br/>
        <w:t>f 3855/11771/11284 3841/11757/11271 3857/11773/11286</w:t>
        <w:br/>
        <w:t>f 3852/11768/11281 3858/11774/11287 3854/11770/11283</w:t>
        <w:br/>
        <w:t>f 3856/11772/11285 3859/11775/11288 3853/11769/11282</w:t>
        <w:br/>
        <w:t>f 3858/11774/11287 3860/11776/11289 3854/11770/11283</w:t>
        <w:br/>
        <w:t>f 3857/11773/11286 3861/11777/11290 3855/11771/11284</w:t>
        <w:br/>
        <w:t>f 3859/11775/11288 3856/11772/11285 3862/11778/11291</w:t>
        <w:br/>
        <w:t>f 3861/11777/11290 3857/11773/11286 3863/11779/11292</w:t>
        <w:br/>
        <w:t>f 3860/11776/11289 3858/11774/11287 3864/11780/11293</w:t>
        <w:br/>
        <w:t>f 3863/11779/11292 3865/11781/11294 3861/11777/11290</w:t>
        <w:br/>
        <w:t>f 3858/11774/11287 3866/11782/11295 3864/11780/11293</w:t>
        <w:br/>
        <w:t>f 3867/11783/11296 3859/11775/11288 3862/11778/11291</w:t>
        <w:br/>
        <w:t>f 3867/11783/11296 3868/11784/11297 3859/11775/11288</w:t>
        <w:br/>
        <w:t>f 3861/11777/11290 3865/11781/11294 3867/11783/11296</w:t>
        <w:br/>
        <w:t>f 3864/11780/11293 3866/11782/11295 3869/11785/11298</w:t>
        <w:br/>
        <w:t>f 3867/11783/11296 3870/11786/11299 3868/11784/11297</w:t>
        <w:br/>
        <w:t>f 3869/11785/11298 3871/11787/11300 3864/11780/11293</w:t>
        <w:br/>
        <w:t>f 3865/11781/11294 3872/11788/11301 3867/11783/11296</w:t>
        <w:br/>
        <w:t>f 3870/11786/11299 3867/11783/11296 3873/11789/11302</w:t>
        <w:br/>
        <w:t>f 3872/11788/11301 3865/11781/11294 3874/11790/11303</w:t>
        <w:br/>
        <w:t>f 3871/11787/11300 3869/11785/11298 3875/11791/11304</w:t>
        <w:br/>
        <w:t>f 3873/11789/11302 3875/11791/11304 3870/11786/11299</w:t>
        <w:br/>
        <w:t>f 3876/11792/11305 3871/11787/11300 3875/11791/11304</w:t>
        <w:br/>
        <w:t>f 3872/11788/11301 3874/11790/11303 3877/11793/11306</w:t>
        <w:br/>
        <w:t>f 3875/11791/11304 3873/11789/11302 3877/11793/11307</w:t>
        <w:br/>
        <w:t>f 3874/11790/11303 3878/11794/11308 3877/11793/11306</w:t>
        <w:br/>
        <w:t>f 3879/11795/11309 3876/11792/11305 3875/11791/11304</w:t>
        <w:br/>
        <w:t>f 3878/11794/11308 3880/11796/11310 3877/11793/11306</w:t>
        <w:br/>
        <w:t>f 3883/11797/11311 3882/11798/11312 3881/11799/11313</w:t>
        <w:br/>
        <w:t>f 3882/11798/11312 3883/11797/11311 3884/11800/11314</w:t>
        <w:br/>
        <w:t>f 3878/11794/11308 3885/11801/11315 3880/11796/11310</w:t>
        <w:br/>
        <w:t>f 3886/11802/11316 3876/11792/11305 3879/11795/11309</w:t>
        <w:br/>
        <w:t>f 3880/11796/11310 3885/11801/11315 3887/11803/11317</w:t>
        <w:br/>
        <w:t>f 3888/11804/11318 3884/11800/11314 3883/11797/11311</w:t>
        <w:br/>
        <w:t>f 3889/11805/11319 3886/11802/11316 3879/11795/11309</w:t>
        <w:br/>
        <w:t>f 3888/11804/11318 3890/11806/11320 3884/11800/11314</w:t>
        <w:br/>
        <w:t>f 3887/11803/11317 3885/11801/11315 3891/11807/11321</w:t>
        <w:br/>
        <w:t>f 3890/11806/11320 3888/11804/11318 3892/11808/11322</w:t>
        <w:br/>
        <w:t>f 3893/11809/11323 3886/11802/11316 3889/11805/11319</w:t>
        <w:br/>
        <w:t>f 3892/11808/11322 3894/11810/11324 3890/11806/11320</w:t>
        <w:br/>
        <w:t>f 3897/11811/11325 3896/11812/11325 3895/11813/11326</w:t>
        <w:br/>
        <w:t>f 3895/11813/11327 3894/11810/11324 3892/11808/11322</w:t>
        <w:br/>
        <w:t>f 3895/11813/11328 3885/11801/11329 3898/11814/11330</w:t>
        <w:br/>
        <w:t>f 3901/11815/11331 3900/11816/11332 3899/11817/11333</w:t>
        <w:br/>
        <w:t>f 3894/11810/11324 3895/11813/11327 3901/11815/11334</w:t>
        <w:br/>
        <w:t>f 3901/11815/11331 3902/11818/11335 3900/11816/11332</w:t>
        <w:br/>
        <w:t>f 3905/11819/11336 3904/11820/11337 3903/11821/11338</w:t>
        <w:br/>
        <w:t>f 3898/11814/11339 3907/11822/11340 3906/11823/11341</w:t>
        <w:br/>
        <w:t>f 3904/11820/11337 3905/11819/11336 3908/11824/11342</w:t>
        <w:br/>
        <w:t>f 3910/11825/11343 3909/11826/11344 3906/11823/11341</w:t>
        <w:br/>
        <w:t>f 3908/11824/11342 3911/11827/11345 3904/11820/11337</w:t>
        <w:br/>
        <w:t>f 3906/11823/11341 3907/11822/11340 3912/11828/11346</w:t>
        <w:br/>
        <w:t>f 3910/11825/11343 3906/11823/11341 3912/11828/11346</w:t>
        <w:br/>
        <w:t>f 3908/11824/11342 3913/11829/11347 3911/11827/11345</w:t>
        <w:br/>
        <w:t>f 3910/11825/11343 3912/11828/11346 3914/11830/11348</w:t>
        <w:br/>
        <w:t>f 3915/11831/11349 3911/11827/11345 3913/11829/11347</w:t>
        <w:br/>
        <w:t>f 3907/11822/11340 3916/11832/11350 3912/11828/11346</w:t>
        <w:br/>
        <w:t>f 3912/11828/11346 3916/11832/11350 3914/11830/11348</w:t>
        <w:br/>
        <w:t>f 3916/11832/11350 3907/11822/11340 3917/11833/11351</w:t>
        <w:br/>
        <w:t>f 3917/11833/11351 3918/11834/11352 3916/11832/11350</w:t>
        <w:br/>
        <w:t>f 3913/11829/11347 3919/11835/11353 3915/11831/11349</w:t>
        <w:br/>
        <w:t>f 3914/11830/11348 3916/11832/11350 3920/11836/11354</w:t>
        <w:br/>
        <w:t>f 3921/11837/11355 3915/11831/11349 3919/11835/11353</w:t>
        <w:br/>
        <w:t>f 3915/11831/11349 3921/11837/11355 3922/11838/11356</w:t>
        <w:br/>
        <w:t>f 3916/11832/11350 3923/11839/11357 3920/11836/11354</w:t>
        <w:br/>
        <w:t>f 3923/11839/11357 3924/11840/11358 3920/11836/11354</w:t>
        <w:br/>
        <w:t>f 3916/11832/11350 3918/11834/11352 3923/11839/11357</w:t>
        <w:br/>
        <w:t>f 3921/11837/11355 3925/11841/11359 3922/11838/11356</w:t>
        <w:br/>
        <w:t>f 3925/11841/11359 3926/11842/11360 3922/11838/11356</w:t>
        <w:br/>
        <w:t>f 3924/11840/11358 3923/11839/11357 3927/11843/11361</w:t>
        <w:br/>
        <w:t>f 3918/11834/11352 3927/11843/11361 3923/11839/11357</w:t>
        <w:br/>
        <w:t>f 3927/11843/11361 3928/11844/11362 3924/11840/11358</w:t>
        <w:br/>
        <w:t>f 3927/11843/11361 3918/11834/11352 3929/11845/11363</w:t>
        <w:br/>
        <w:t>f 3925/11841/11359 3930/11846/11364 3926/11842/11360</w:t>
        <w:br/>
        <w:t>f 3926/11842/11360 3930/11846/11364 3931/11847/11365</w:t>
        <w:br/>
        <w:t>f 3928/11844/11362 3927/11843/11361 3932/11848/11366</w:t>
        <w:br/>
        <w:t>f 3932/11848/11366 3930/11846/11367 3928/11844/11362</w:t>
        <w:br/>
        <w:t>f 3929/11845/11363 3933/11849/11368 3927/11843/11361</w:t>
        <w:br/>
        <w:t>f 3930/11846/11367 3932/11848/11366 3934/11850/11369</w:t>
        <w:br/>
        <w:t>f 3932/11848/11366 3929/11845/11370 3935/11851/11371</w:t>
        <w:br/>
        <w:t>f 3935/11851/11371 3934/11850/11369 3932/11848/11366</w:t>
        <w:br/>
        <w:t>f 3934/11850/11369 3935/11851/11371 3936/11852/11372</w:t>
        <w:br/>
        <w:t>f 3939/11853/11373 3938/11854/11374 3937/11855/11375</w:t>
        <w:br/>
        <w:t>f 3940/11856/11376 3937/11855/11375 3938/11854/11374</w:t>
        <w:br/>
        <w:t>f 3937/11855/11375 3940/11856/11376 3941/11857/11377</w:t>
        <w:br/>
        <w:t>f 3940/11856/11376 3942/11858/11378 3941/11857/11377</w:t>
        <w:br/>
        <w:t>f 3943/11859/11379 3942/11858/11378 3940/11856/11376</w:t>
        <w:br/>
        <w:t>f 3944/11860/11380 3942/11858/11378 3943/11859/11379</w:t>
        <w:br/>
        <w:t>f 3942/11858/11378 3944/11860/11380 3945/11861/11381</w:t>
        <w:br/>
        <w:t>f 3946/11862/11382 3945/11861/11381 3944/11860/11380</w:t>
        <w:br/>
        <w:t>f 3945/11861/11381 3946/11862/11382 3947/11863/11383</w:t>
        <w:br/>
        <w:t>f 3948/11864/11384 3947/11863/11383 3946/11862/11382</w:t>
        <w:br/>
        <w:t>f 3947/11863/11383 3948/11864/11384 3949/11865/11385</w:t>
        <w:br/>
        <w:t>f 3950/11866/11386 3949/11865/11385 3948/11864/11384</w:t>
        <w:br/>
        <w:t>f 3949/11865/11385 3950/11866/11386 3951/11867/11387</w:t>
        <w:br/>
        <w:t>f 3952/11868/11388 3951/11867/11387 3950/11866/11386</w:t>
        <w:br/>
        <w:t>f 3951/11867/11387 3952/11868/11388 3953/11869/11389</w:t>
        <w:br/>
        <w:t>f 3953/11869/11389 3952/11868/11388 3954/11870/11390</w:t>
        <w:br/>
        <w:t>f 3955/11871/11391 3954/11870/11390 3952/11868/11388</w:t>
        <w:br/>
        <w:t>f 3955/11871/11391 3956/11872/11392 3954/11870/11390</w:t>
        <w:br/>
        <w:t>f 3956/11872/11392 3955/11871/11391 3957/11873/11393</w:t>
        <w:br/>
        <w:t>f 3960/11874/11394 3959/11875/11395 3958/11876/11396</w:t>
        <w:br/>
        <w:t>f 3960/11874/11394 3958/11876/11396 3961/11877/11397</w:t>
        <w:br/>
        <w:t>f 3958/11876/11396 3962/11878/11398 3961/11877/11397</w:t>
        <w:br/>
        <w:t>f 3962/11878/11398 3958/11876/11396 3963/11879/11399</w:t>
        <w:br/>
        <w:t>f 3966/11880/11400 3965/11881/11400 3964/11882/11401</w:t>
        <w:br/>
        <w:t>f 3965/11881/11400 3966/11880/11400 3967/11883/11402</w:t>
        <w:br/>
        <w:t>f 3970/11884/11403 3969/11885/11403 3968/11886/11404</w:t>
        <w:br/>
        <w:t>f 3969/11885/11403 3970/11884/11403 3971/11887/11405</w:t>
        <w:br/>
        <w:t>f 3974/11888/11406 3973/11889/11407 3972/11890/11407</w:t>
        <w:br/>
        <w:t>f 3975/11891/11408 3972/11890/11407 3973/11889/11407</w:t>
        <w:br/>
        <w:t>f 3978/11892/11409 3977/11893/11410 3976/11894/11411</w:t>
        <w:br/>
        <w:t>f 3977/11893/11410 3978/11892/11409 3979/11895/11412</w:t>
        <w:br/>
        <w:t>f 3982/11896/11413 3981/11897/11414 3980/11898/11414</w:t>
        <w:br/>
        <w:t>f 3983/11899/11415 3980/11898/11414 3981/11897/11414</w:t>
        <w:br/>
        <w:t>f 3986/11900/11416 3985/11901/11417 3984/11902/11418</w:t>
        <w:br/>
        <w:t>f 3985/11901/11417 3986/11900/11416 3987/11903/11419</w:t>
        <w:br/>
        <w:t>f 3990/11904/11420 3989/11905/11421 3988/11906/11421</w:t>
        <w:br/>
        <w:t>f 3991/11907/11422 3988/11906/11421 3989/11905/11421</w:t>
        <w:br/>
        <w:t>f 3994/11908/11423 3993/11909/11424 3992/11910/11425</w:t>
        <w:br/>
        <w:t>f 3995/11911/11426 3992/11910/11425 3993/11909/11424</w:t>
        <w:br/>
        <w:t>f 3998/11912/11427 3997/11913/11428 3996/11914/11428</w:t>
        <w:br/>
        <w:t>f 3999/11915/11429 3996/11914/11428 3997/11913/11428</w:t>
        <w:br/>
        <w:t>f 4002/11916/11430 4001/11917/11431 4000/11918/11432</w:t>
        <w:br/>
        <w:t>f 4003/11919/11433 4000/11918/11432 4001/11917/11431</w:t>
        <w:br/>
        <w:t>f 4006/11920/11434 4005/11921/11435 4004/11922/11436</w:t>
        <w:br/>
        <w:t>f 4007/11923/11437 4004/11922/11436 4005/11921/11435</w:t>
        <w:br/>
        <w:t>f 4004/11922/11436 4007/11923/11437 4008/11924/11438</w:t>
        <w:br/>
        <w:t>f 4009/11925/11439 4008/11924/11438 4007/11923/11437</w:t>
        <w:br/>
        <w:t>f 4008/11924/11438 4011/11926/11440 4010/11927/11441</w:t>
        <w:br/>
        <w:t>f 4012/11928/11442 4010/11927/11441 4011/11926/11440</w:t>
        <w:br/>
        <w:t>f 4013/11929/11443 4010/11927/11441 4012/11928/11442</w:t>
        <w:br/>
        <w:t>f 4010/11927/11441 4013/11929/11443 4014/11930/11444</w:t>
        <w:br/>
        <w:t>f 4015/11931/11445 4014/11930/11444 4013/11929/11443</w:t>
        <w:br/>
        <w:t>f 4014/11930/11444 4015/11931/11445 4016/11932/11446</w:t>
        <w:br/>
        <w:t>f 4015/11931/11445 4017/11933/11447 4016/11932/11446</w:t>
        <w:br/>
        <w:t>f 4017/11933/11447 4015/11931/11445 4018/11934/11448</w:t>
        <w:br/>
        <w:t>f 4017/11933/11447 4018/11934/11448 4019/11935/11449</w:t>
        <w:br/>
        <w:t>f 4019/11935/11449 4020/11936/11450 4017/11933/11447</w:t>
        <w:br/>
        <w:t>f 4021/11937/11451 4020/11936/11450 4019/11935/11449</w:t>
        <w:br/>
        <w:t>f 4024/11938/11452 4023/11939/11453 4022/11940/11454</w:t>
        <w:br/>
        <w:t>f 4022/11940/11454 4025/11941/11455 4024/11938/11452</w:t>
        <w:br/>
        <w:t>f 4025/11941/11455 4022/11940/11454 4026/11942/11456</w:t>
        <w:br/>
        <w:t>f 4027/11943/11457 4025/11941/11455 4026/11942/11456</w:t>
        <w:br/>
        <w:t>f 4025/11941/11455 4027/11943/11457 4028/11944/11458</w:t>
        <w:br/>
        <w:t>f 4029/11945/11459 4028/11944/11458 4027/11943/11457</w:t>
        <w:br/>
        <w:t>f 4032/11946/11460 4031/11947/11461 4030/11948/11462</w:t>
        <w:br/>
        <w:t>f 4033/11949/11463 4030/11948/11462 4031/11947/11461</w:t>
        <w:br/>
        <w:t>f 4030/11948/11462 4033/11949/11463 4034/11950/11464</w:t>
        <w:br/>
        <w:t>f 4033/11949/11463 4035/11951/11465 4034/11950/11464</w:t>
        <w:br/>
        <w:t>f 4035/11951/11465 4033/11949/11463 4036/11952/11466</w:t>
        <w:br/>
        <w:t>f 4035/11951/11465 4036/11952/11466 4037/11953/11467</w:t>
        <w:br/>
        <w:t>f 4040/11954/11468 4039/11955/11469 4038/11956/11470</w:t>
        <w:br/>
        <w:t>f 4039/11955/11469 4040/11954/11468 4041/11957/11471</w:t>
        <w:br/>
        <w:t>f 4041/11957/11471 4042/11958/11472 4039/11955/11469</w:t>
        <w:br/>
        <w:t>f 4042/11958/11472 4041/11957/11471 4043/11959/11473</w:t>
        <w:br/>
        <w:t>f 4044/11960/11474 4042/11958/11472 4043/11959/11473</w:t>
        <w:br/>
        <w:t>f 4042/11958/11472 4044/11960/11474 4045/11961/11475</w:t>
        <w:br/>
        <w:t>f 4048/11962/11476 4047/11963/11476 4046/11964/11476</w:t>
        <w:br/>
        <w:t>f 4050/11965/11477 4049/11966/11478 4045/11961/11475</w:t>
        <w:br/>
        <w:t>f 4049/11966/11478 4051/11967/11479 4045/11961/11475</w:t>
        <w:br/>
        <w:t>f 4052/11968/11480 4051/11967/11479 4049/11966/11478</w:t>
        <w:br/>
        <w:t>f 4053/11969/11481 4051/11967/11479 4052/11968/11480</w:t>
        <w:br/>
        <w:t>f 4051/11967/11479 4053/11969/11481 4054/11970/11482</w:t>
        <w:br/>
        <w:t>f 4053/11969/11481 4055/11971/11483 4054/11970/11482</w:t>
        <w:br/>
        <w:t>f 4055/11971/11483 4056/11972/11484 4054/11970/11482</w:t>
        <w:br/>
        <w:t>f 4054/11970/11482 4058/11973/11485 4057/11974/11486</w:t>
        <w:br/>
        <w:t>f 4059/11975/11487 4057/11974/11486 4058/11973/11485</w:t>
        <w:br/>
        <w:t>f 4057/11974/11486 4059/11975/11487 4060/11976/11488</w:t>
        <w:br/>
        <w:t>f 4060/11976/11488 4061/11977/11489 4057/11974/11486</w:t>
        <w:br/>
        <w:t>f 4061/11977/11489 4060/11976/11488 4062/11978/11490</w:t>
        <w:br/>
        <w:t>f 4062/11978/11490 4063/11979/11491 4061/11977/11489</w:t>
        <w:br/>
        <w:t>f 4062/11978/11490 4064/11980/11492 4063/11979/11491</w:t>
        <w:br/>
        <w:t>f 4064/11980/11492 4062/11978/11490 4065/11981/11493</w:t>
        <w:br/>
        <w:t>f 4066/11982/11494 4064/11980/11492 4065/11981/11493</w:t>
        <w:br/>
        <w:t>f 4066/11982/11494 4067/11983/11495 4064/11980/11492</w:t>
        <w:br/>
        <w:t>f 4068/11984/11496 4066/11982/11494 4065/11981/11493</w:t>
        <w:br/>
        <w:t>f 4066/11982/11494 4069/11985/11497 4067/11983/11495</w:t>
        <w:br/>
        <w:t>f 4068/11984/11496 4070/11986/11498 4066/11982/11494</w:t>
        <w:br/>
        <w:t>f 4069/11985/11497 4066/11982/11494 4071/11987/11499</w:t>
        <w:br/>
        <w:t>f 4074/11988/11500 4073/11989/11501 4072/11990/11502</w:t>
        <w:br/>
        <w:t>f 4071/11987/11499 4075/11991/11503 4069/11985/11497</w:t>
        <w:br/>
        <w:t>f 4072/11990/11502 4076/11992/11504 4074/11988/11500</w:t>
        <w:br/>
        <w:t>f 4075/11991/11503 4071/11987/11499 4077/11993/11505</w:t>
        <w:br/>
        <w:t>f 4076/11992/11504 4072/11990/11502 4078/11994/11506</w:t>
        <w:br/>
        <w:t>f 4079/11995/11507 4076/11992/11504 4078/11994/11506</w:t>
        <w:br/>
        <w:t>f 4080/11996/11508 4075/11991/11503 4077/11993/11505</w:t>
        <w:br/>
        <w:t>f 4076/11992/11504 4079/11995/11507 4081/11997/11509</w:t>
        <w:br/>
        <w:t>f 4075/11991/11503 4080/11996/11508 4082/11998/11510</w:t>
        <w:br/>
        <w:t>f 4080/11996/11508 4083/11999/11511 4082/11998/11510</w:t>
        <w:br/>
        <w:t>f 4084/12000/11512 4081/11997/11509 4079/11995/11507</w:t>
        <w:br/>
        <w:t>f 4083/11999/11511 4080/11996/11508 4085/12001/11513</w:t>
        <w:br/>
        <w:t>f 4085/12001/11513 4087/12002/11514 4086/12003/11515</w:t>
        <w:br/>
        <w:t>f 4083/11999/11511 4085/12001/11513 4088/12004/11516</w:t>
        <w:br/>
        <w:t>f 4089/12005/11517 4085/12001/11513 4086/12003/11515</w:t>
        <w:br/>
        <w:t>f 4085/12001/11513 4089/12005/11517 4088/12004/11516</w:t>
        <w:br/>
        <w:t>f 4088/12004/11516 4089/12005/11517 4090/12006/11468</w:t>
        <w:br/>
        <w:t>f 4090/12006/11468 4091/12007/11470 4088/12004/11516</w:t>
        <w:br/>
        <w:t>f 4094/12008/11518 4093/12009/11519 4092/12010/11520</w:t>
        <w:br/>
        <w:t>f 4095/12011/11521 4094/12008/11518 4092/12010/11520</w:t>
        <w:br/>
        <w:t>f 4094/12008/11518 4095/12011/11521 4096/12012/11522</w:t>
        <w:br/>
        <w:t>f 4095/12011/11521 4097/12013/11523 4096/12012/11522</w:t>
        <w:br/>
        <w:t>f 4097/12013/11523 4095/12011/11521 4098/12014/11524</w:t>
        <w:br/>
        <w:t>f 4099/12015/11525 4097/12013/11523 4098/12014/11524</w:t>
        <w:br/>
        <w:t>f 4102/12016/11526 4101/12017/11527 4100/12018/11528</w:t>
        <w:br/>
        <w:t>f 4101/12017/11527 4102/12016/11526 4103/12019/11529</w:t>
        <w:br/>
        <w:t>f 4104/12020/11530 4103/12019/11529 4102/12016/11526</w:t>
        <w:br/>
        <w:t>f 4103/12019/11529 4104/12020/11530 4105/12021/11531</w:t>
        <w:br/>
        <w:t>f 4104/12020/11530 4106/12022/11532 4105/12021/11531</w:t>
        <w:br/>
        <w:t>f 4106/12022/11532 4104/12020/11530 4107/12023/11533</w:t>
        <w:br/>
        <w:t>f 4110/12024/11534 4109/12025/11534 4108/12026/11534</w:t>
        <w:br/>
        <w:t>f 4112/12027/11535 4107/12023/11533 4111/12028/11536</w:t>
        <w:br/>
        <w:t>f 4113/12029/11537 4111/12028/11536 4107/12023/11533</w:t>
        <w:br/>
        <w:t>f 4111/12028/11536 4113/12029/11537 4114/12030/11538</w:t>
        <w:br/>
        <w:t>f 4113/12029/11537 4115/12031/11539 4114/12030/11538</w:t>
        <w:br/>
        <w:t>f 4115/12031/11539 4113/12029/11537 4116/12032/11540</w:t>
        <w:br/>
        <w:t>f 4115/12031/11539 4116/12032/11540 4117/12033/11541</w:t>
        <w:br/>
        <w:t>f 4117/12033/11541 4116/12032/11540 4118/12034/11542</w:t>
        <w:br/>
        <w:t>f 4120/12035/11543 4119/12036/11544 4116/12032/11545</w:t>
        <w:br/>
        <w:t>f 4119/12036/11544 4120/12035/11543 4121/12037/11546</w:t>
        <w:br/>
        <w:t>f 4121/12037/11546 4120/12035/11543 4122/12038/11547</w:t>
        <w:br/>
        <w:t>f 4122/12038/11547 4120/12035/11543 4123/12039/11548</w:t>
        <w:br/>
        <w:t>f 4122/12038/11547 4123/12039/11548 4124/12040/11549</w:t>
        <w:br/>
        <w:t>f 4124/12040/11549 4123/12039/11548 4125/12041/11550</w:t>
        <w:br/>
        <w:t>f 4126/12042/11551 4124/12040/11549 4125/12041/11550</w:t>
        <w:br/>
        <w:t>f 4124/12040/11549 4126/12042/11551 4127/12043/11552</w:t>
        <w:br/>
        <w:t>f 4127/12043/11552 4126/12042/11551 4128/12044/11553</w:t>
        <w:br/>
        <w:t>f 4128/12044/11553 4126/12042/11551 4129/12045/11554</w:t>
        <w:br/>
        <w:t>f 4130/12046/11555 4127/12043/11552 4128/12044/11553</w:t>
        <w:br/>
        <w:t>f 4131/12047/11556 4128/12044/11553 4129/12045/11554</w:t>
        <w:br/>
        <w:t>f 4130/12046/11555 4128/12044/11553 4132/12048/11557</w:t>
        <w:br/>
        <w:t>f 4128/12044/11553 4131/12047/11556 4133/12049/11558</w:t>
        <w:br/>
        <w:t>f 4136/12050/11559 4135/12051/11560 4134/12052/11561</w:t>
        <w:br/>
        <w:t>f 4137/12053/11562 4133/12049/11558 4131/12047/11556</w:t>
        <w:br/>
        <w:t>f 4138/12054/11563 4135/12051/11560 4136/12050/11559</w:t>
        <w:br/>
        <w:t>f 4133/12049/11558 4137/12053/11562 4139/12055/11564</w:t>
        <w:br/>
        <w:t>f 4140/12056/11565 4135/12051/11560 4138/12054/11563</w:t>
        <w:br/>
        <w:t>f 4138/12054/11563 4141/12057/11566 4140/12056/11565</w:t>
        <w:br/>
        <w:t>f 4137/12053/11562 4142/12058/11567 4139/12055/11564</w:t>
        <w:br/>
        <w:t>f 4141/12057/11566 4138/12054/11563 4143/12059/11568</w:t>
        <w:br/>
        <w:t>f 4137/12053/11562 4144/12060/11569 4142/12058/11567</w:t>
        <w:br/>
        <w:t>f 4145/12061/11570 4142/12058/11567 4144/12060/11569</w:t>
        <w:br/>
        <w:t>f 4146/12062/11571 4141/12057/11566 4143/12059/11568</w:t>
        <w:br/>
        <w:t>f 4142/12058/11567 4145/12061/11570 4147/12063/11572</w:t>
        <w:br/>
        <w:t>f 4147/12063/11572 4149/12064/11573 4148/12065/11574</w:t>
        <w:br/>
        <w:t>f 4145/12061/11570 4150/12066/11575 4147/12063/11572</w:t>
        <w:br/>
        <w:t>f 4147/12063/11572 4151/12067/11576 4149/12064/11573</w:t>
        <w:br/>
        <w:t>f 4151/12067/11576 4147/12063/11572 4150/12066/11575</w:t>
        <w:br/>
        <w:t>f 4151/12067/11576 4150/12066/11575 4152/12068/11577</w:t>
        <w:br/>
        <w:t>f 4152/12068/11577 4150/12066/11575 4153/12069/11528</w:t>
        <w:br/>
        <w:t>f 4156/12070/11578 4155/12071/11579 4154/12072/11580</w:t>
        <w:br/>
        <w:t>f 4155/12071/11579 4157/12073/11581 4154/12072/11580</w:t>
        <w:br/>
        <w:t>f 4157/12073/11581 4155/12071/11579 4158/12074/11582</w:t>
        <w:br/>
        <w:t>f 4159/12075/11583 4157/12073/11581 4158/12074/11582</w:t>
        <w:br/>
        <w:t>f 4159/12075/11583 4160/12076/11584 4157/12073/11581</w:t>
        <w:br/>
        <w:t>f 4159/12075/11583 4161/12077/11585 4160/12076/11584</w:t>
        <w:br/>
        <w:t>f 4161/12077/11585 4159/12075/11583 4162/12078/11586</w:t>
        <w:br/>
        <w:t>f 4162/12078/11586 4163/12079/11587 4161/12077/11585</w:t>
        <w:br/>
        <w:t>f 4163/12079/11587 4162/12078/11586 4164/12080/11588</w:t>
        <w:br/>
        <w:t>f 4164/12080/11588 4165/12081/11589 4163/12079/11587</w:t>
        <w:br/>
        <w:t>f 4165/12081/11589 4164/12080/11588 4166/12082/11590</w:t>
        <w:br/>
        <w:t>f 4166/12082/11590 4167/12083/11591 4165/12081/11589</w:t>
        <w:br/>
        <w:t>f 4167/12083/11591 4166/12082/11590 4168/12084/11592</w:t>
        <w:br/>
        <w:t>f 4168/12084/11592 4169/12085/11593 4167/12083/11591</w:t>
        <w:br/>
        <w:t>f 4169/12085/11593 4168/12084/11592 4170/12086/11594</w:t>
        <w:br/>
        <w:t>f 4169/12085/11593 4170/12086/11594 4171/12087/11595</w:t>
        <w:br/>
        <w:t>f 4171/12087/11595 4172/12088/11596 4169/12085/11593</w:t>
        <w:br/>
        <w:t>f 4173/12089/11597 4172/12088/11596 4171/12087/11595</w:t>
        <w:br/>
        <w:t>f 4172/12088/11596 4173/12089/11597 4174/12090/11598</w:t>
        <w:br/>
        <w:t>f 4177/12091/11599 4176/12092/11600 4175/12093/11601</w:t>
        <w:br/>
        <w:t>f 4175/12093/11601 4176/12092/11600 4178/12094/11602</w:t>
        <w:br/>
        <w:t>f 4179/12095/11603 4175/12093/11601 4178/12094/11602</w:t>
        <w:br/>
        <w:t>f 4179/12095/11603 4180/12096/11604 4175/12093/11601</w:t>
        <w:br/>
        <w:t>f 4183/12097/11605 4182/12098/11605 4181/12099/11606</w:t>
        <w:br/>
        <w:t>f 4182/12098/11605 4183/12097/11605 4184/12100/11607</w:t>
        <w:br/>
        <w:t>f 4187/12101/11608 4186/12102/11608 4185/12103/11609</w:t>
        <w:br/>
        <w:t>f 4186/12102/11608 4187/12101/11608 4188/12104/11610</w:t>
        <w:br/>
        <w:t>f 4191/12105/11611 4190/12106/11611 4189/12107/11612</w:t>
        <w:br/>
        <w:t>f 4191/12105/11611 4192/12108/11613 4190/12106/11611</w:t>
        <w:br/>
        <w:t>f 4195/12109/11614 4194/12110/11615 4193/12111/11616</w:t>
        <w:br/>
        <w:t>f 4194/12110/11615 4195/12109/11614 4196/12112/11617</w:t>
        <w:br/>
        <w:t>f 4199/12113/11618 4198/12114/11618 4197/12115/11619</w:t>
        <w:br/>
        <w:t>f 4198/12114/11618 4199/12113/11618 4200/12116/11620</w:t>
        <w:br/>
        <w:t>f 4203/12117/11621 4202/12118/11621 4201/12119/11622</w:t>
        <w:br/>
        <w:t>f 4202/12118/11621 4203/12117/11621 4204/12120/11623</w:t>
        <w:br/>
        <w:t>f 4207/12121/11624 4206/12122/11624 4205/12123/11625</w:t>
        <w:br/>
        <w:t>f 4207/12121/11624 4208/12124/11626 4206/12122/11624</w:t>
        <w:br/>
        <w:t>f 4211/12125/11627 4210/12126/11627 4209/12127/11628</w:t>
        <w:br/>
        <w:t>f 4211/12125/11627 4212/12128/11629 4210/12126/11627</w:t>
        <w:br/>
        <w:t>f 4215/12129/11630 4214/12130/11630 4213/12131/11631</w:t>
        <w:br/>
        <w:t>f 4215/12129/11630 4216/12132/11632 4214/12130/11630</w:t>
        <w:br/>
        <w:t>f 4219/12133/11633 4218/12134/11633 4217/12135/11634</w:t>
        <w:br/>
        <w:t>f 4219/12133/11633 4220/12136/11635 4218/12134/11633</w:t>
        <w:br/>
        <w:t>f 4223/12137/11636 4222/12138/11637 4221/12139/11638</w:t>
        <w:br/>
        <w:t>f 4223/12137/11636 4224/12140/11639 4222/12138/11637</w:t>
        <w:br/>
        <w:t>f 4225/12141/11640 4224/12140/11639 4223/12137/11636</w:t>
        <w:br/>
        <w:t>f 4225/12141/11640 4226/12142/11641 4224/12140/11639</w:t>
        <w:br/>
        <w:t>f 4228/12143/11642 4227/12144/11643 4225/12141/11640</w:t>
        <w:br/>
        <w:t>f 4228/12143/11642 4229/12145/11644 4227/12144/11643</w:t>
        <w:br/>
        <w:t>f 4228/12143/11642 4230/12146/11645 4229/12145/11644</w:t>
        <w:br/>
        <w:t>f 4230/12146/11645 4228/12143/11642 4231/12147/11646</w:t>
        <w:br/>
        <w:t>f 4231/12147/11646 4232/12148/11647 4230/12146/11645</w:t>
        <w:br/>
        <w:t>f 4232/12148/11647 4231/12147/11646 4233/12149/11648</w:t>
        <w:br/>
        <w:t>f 4232/12148/11647 4233/12149/11648 4234/12150/11649</w:t>
        <w:br/>
        <w:t>f 4232/12148/11647 4234/12150/11649 4235/12151/11650</w:t>
        <w:br/>
        <w:t>f 4235/12151/11650 4234/12150/11649 4236/12152/11651</w:t>
        <w:br/>
        <w:t>f 4236/12152/11651 4234/12150/11649 4237/12153/11652</w:t>
        <w:br/>
        <w:t>f 4238/12154/11653 4236/12152/11651 4237/12153/11652</w:t>
        <w:br/>
        <w:t>f 4241/12155/11654 4240/12156/11655 4239/12157/11656</w:t>
        <w:br/>
        <w:t>f 4242/12158/11657 4240/12156/11655 4241/12155/11654</w:t>
        <w:br/>
        <w:t>f 4240/12156/11655 4242/12158/11657 4243/12159/11658</w:t>
        <w:br/>
        <w:t>f 4242/12158/11657 4244/12160/11659 4243/12159/11658</w:t>
        <w:br/>
        <w:t>f 4244/12160/11659 4242/12158/11657 4245/12161/11660</w:t>
        <w:br/>
        <w:t>f 4246/12162/11661 4244/12160/11659 4245/12161/11660</w:t>
        <w:br/>
        <w:t>f 4249/12163/11662 4248/12164/11663 4247/12165/11664</w:t>
        <w:br/>
        <w:t>f 4248/12164/11663 4249/12163/11662 4250/12166/11665</w:t>
        <w:br/>
        <w:t>f 4251/12167/11666 4250/12166/11665 4249/12163/11662</w:t>
        <w:br/>
        <w:t>f 4250/12166/11665 4251/12167/11666 4252/12168/11667</w:t>
        <w:br/>
        <w:t>f 4252/12168/11667 4251/12167/11666 4253/12169/11668</w:t>
        <w:br/>
        <w:t>f 4251/12167/11666 4254/12170/11669 4253/12169/11668</w:t>
        <w:br/>
        <w:t>f 4254/12170/11669 4255/12171/11670 4253/12169/11668</w:t>
        <w:br/>
        <w:t>f 4256/12172/11671 4255/12171/11670 4254/12170/11669</w:t>
        <w:br/>
        <w:t>f 4257/12173/11672 4253/12169/11668 4255/12171/11670</w:t>
        <w:br/>
        <w:t>f 4255/12171/11670 4256/12172/11671 4258/12174/11673</w:t>
        <w:br/>
        <w:t>f 4257/12173/11672 4259/12175/11674 4253/12169/11668</w:t>
        <w:br/>
        <w:t>f 4256/12172/11671 4260/12176/11675 4258/12174/11673</w:t>
        <w:br/>
        <w:t>f 4259/12175/11674 4257/12173/11672 4261/12177/11676</w:t>
        <w:br/>
        <w:t>f 4262/12178/11677 4258/12174/11673 4260/12176/11675</w:t>
        <w:br/>
        <w:t>f 4261/12177/11676 4263/12179/11678 4259/12175/11674</w:t>
        <w:br/>
        <w:t>f 4258/12174/11673 4262/12178/11677 4264/12180/11679</w:t>
        <w:br/>
        <w:t>f 4261/12177/11676 4265/12181/11680 4263/12179/11678</w:t>
        <w:br/>
        <w:t>f 4265/12181/11680 4261/12177/11676 4266/12182/11681</w:t>
        <w:br/>
        <w:t>f 4265/12181/11680 4266/12182/11681 4267/12183/11682</w:t>
        <w:br/>
        <w:t>f 4267/12183/11682 4266/12182/11681 4268/12184/11683</w:t>
        <w:br/>
        <w:t>f 4269/12185/11684 4264/12180/11679 4262/12178/11677</w:t>
        <w:br/>
        <w:t>f 4264/12180/11679 4269/12185/11684 4266/12182/11681</w:t>
        <w:br/>
        <w:t>f 4262/12178/11677 4270/12186/11685 4269/12185/11684</w:t>
        <w:br/>
        <w:t>f 4269/12185/11684 4271/12187/11686 4266/12182/11681</w:t>
        <w:br/>
        <w:t>f 4266/12182/11681 4271/12187/11686 4268/12184/11683</w:t>
        <w:br/>
        <w:t>f 4269/12185/11684 4270/12186/11685 4272/12188/11687</w:t>
        <w:br/>
        <w:t>f 4270/12186/11685 4273/12189/11688 4272/12188/11687</w:t>
        <w:br/>
        <w:t>f 4274/12190/11689 4272/12188/11687 4273/12189/11688</w:t>
        <w:br/>
        <w:t>f 4275/12191/11690 4272/12188/11687 4274/12190/11689</w:t>
        <w:br/>
        <w:t>f 4271/12187/11686 4276/12192/11691 4268/12184/11683</w:t>
        <w:br/>
        <w:t>f 4271/12187/11686 4275/12191/11692 4276/12192/11691</w:t>
        <w:br/>
        <w:t>f 4276/12192/11691 4277/12193/11693 4268/12184/11683</w:t>
        <w:br/>
        <w:t>f 4275/12191/11692 4278/12194/11694 4276/12192/11691</w:t>
        <w:br/>
        <w:t>f 4279/12195/11695 4277/12193/11693 4276/12192/11691</w:t>
        <w:br/>
        <w:t>f 4277/12193/11693 4279/12195/11695 4280/12196/11696</w:t>
        <w:br/>
        <w:t>f 4281/12197/11697 4280/12196/11696 4279/12195/11695</w:t>
        <w:br/>
        <w:t>f 4282/12198/11698 4275/12191/11690 4274/12190/11689</w:t>
        <w:br/>
        <w:t>f 4275/12191/11690 4282/12198/11698 4283/12199/11699</w:t>
        <w:br/>
        <w:t>f 4274/12190/11689 4284/12200/11700 4282/12198/11698</w:t>
        <w:br/>
        <w:t>f 4285/12201/11701 4282/12198/11698 4284/12200/11700</w:t>
        <w:br/>
        <w:t>f 4283/12199/11699 4286/12202/11702 4279/12195/11695</w:t>
        <w:br/>
        <w:t>f 4286/12202/11702 4283/12199/11699 4282/12198/11698</w:t>
        <w:br/>
        <w:t>f 4286/12202/11702 4281/12197/11697 4279/12195/11695</w:t>
        <w:br/>
        <w:t>f 4282/12198/11698 4285/12201/11701 4287/12203/11703</w:t>
        <w:br/>
        <w:t>f 4281/12197/11697 4286/12202/11702 4288/12204/11704</w:t>
        <w:br/>
        <w:t>f 4288/12204/11704 4286/12202/11702 4287/12203/11703</w:t>
        <w:br/>
        <w:t>f 4287/12203/11703 4285/12201/11701 4289/12205/11705</w:t>
        <w:br/>
        <w:t>f 4281/12197/11697 4288/12204/11704 4290/12206/11706</w:t>
        <w:br/>
        <w:t>f 4291/12207/11707 4288/12204/11704 4287/12203/11703</w:t>
        <w:br/>
        <w:t>f 4289/12205/11705 4291/12207/11707 4287/12203/11703</w:t>
        <w:br/>
        <w:t>f 4290/12206/11706 4292/12208/11708 4281/12197/11697</w:t>
        <w:br/>
        <w:t>f 4293/12209/11709 4292/12208/11708 4290/12206/11706</w:t>
        <w:br/>
        <w:t>f 4291/12207/11707 4289/12205/11705 4294/12210/11710</w:t>
        <w:br/>
        <w:t>f 4291/12207/11707 4294/12210/11710 4293/12209/11709</w:t>
        <w:br/>
        <w:t>f 4295/12211/11711 4294/12210/11710 4289/12205/11705</w:t>
        <w:br/>
        <w:t>f 4292/12208/11708 4293/12209/11709 4296/12212/11712</w:t>
        <w:br/>
        <w:t>f 4294/12210/11710 4295/12211/11711 4297/12213/11713</w:t>
        <w:br/>
        <w:t>f 4294/12210/11710 4298/12214/11714 4293/12209/11709</w:t>
        <w:br/>
        <w:t>f 4295/12211/11711 4299/12215/11715 4297/12213/11713</w:t>
        <w:br/>
        <w:t>f 4300/12216/11716 4293/12209/11709 4298/12214/11714</w:t>
        <w:br/>
        <w:t>f 4293/12209/11709 4300/12216/11716 4296/12212/11712</w:t>
        <w:br/>
        <w:t>f 4300/12216/11716 4298/12214/11714 4297/12213/11713</w:t>
        <w:br/>
        <w:t>f 4301/12217/11717 4296/12212/11712 4300/12216/11716</w:t>
        <w:br/>
        <w:t>f 4300/12216/11716 4302/12218/11718 4301/12217/11717</w:t>
        <w:br/>
        <w:t>f 4302/12218/11718 4300/12216/11716 4303/12219/11719</w:t>
        <w:br/>
        <w:t>f 4300/12216/11716 4297/12213/11713 4304/12220/11720</w:t>
        <w:br/>
        <w:t>f 4299/12215/11715 4304/12220/11720 4297/12213/11713</w:t>
        <w:br/>
        <w:t>f 4305/12221/11721 4302/12218/11718 4303/12219/11719</w:t>
        <w:br/>
        <w:t>f 4304/12220/11720 4299/12215/11715 4306/12222/11722</w:t>
        <w:br/>
        <w:t>f 4306/12222/11722 4305/12221/11721 4304/12220/11720</w:t>
        <w:br/>
        <w:t>f 4299/12215/11715 4307/12223/11723 4306/12222/11722</w:t>
        <w:br/>
        <w:t>f 4302/12218/11718 4305/12221/11721 4308/12224/11724</w:t>
        <w:br/>
        <w:t>f 4307/12223/11723 4309/12225/11725 4306/12222/11722</w:t>
        <w:br/>
        <w:t>f 4305/12221/11721 4306/12222/11722 4310/12226/11726</w:t>
        <w:br/>
        <w:t>f 4310/12226/11726 4308/12224/11724 4305/12221/11721</w:t>
        <w:br/>
        <w:t>f 4309/12225/11725 4307/12223/11723 4311/12227/11727</w:t>
        <w:br/>
        <w:t>f 4308/12224/11724 4310/12226/11726 4312/12228/11728</w:t>
        <w:br/>
        <w:t>f 4313/12229/11729 4308/12224/11724 4312/12228/11728</w:t>
        <w:br/>
        <w:t>f 4310/12226/11726 4314/12230/11730 4312/12228/11728</w:t>
        <w:br/>
        <w:t>f 4308/12224/11724 4313/12229/11729 4315/12231/11731</w:t>
        <w:br/>
        <w:t>f 4314/12230/11730 4310/12226/11726 4316/12232/11732</w:t>
        <w:br/>
        <w:t>f 4315/12231/11731 4313/12229/11729 4317/12233/11733</w:t>
        <w:br/>
        <w:t>f 4317/12233/11733 4318/12234/11734 4315/12231/11731</w:t>
        <w:br/>
        <w:t>f 4319/12235/11735 4318/12234/11734 4317/12233/11733</w:t>
        <w:br/>
        <w:t>f 4318/12234/11734 4319/12235/11735 4320/12236/11736</w:t>
        <w:br/>
        <w:t>f 4316/12232/11732 4321/12237/11737 4314/12230/11730</w:t>
        <w:br/>
        <w:t>f 4321/12237/11737 4322/12238/11738 4314/12230/11730</w:t>
        <w:br/>
        <w:t>f 4322/12238/11738 4321/12237/11737 4323/12239/11739</w:t>
        <w:br/>
        <w:t>f 4322/12238/11738 4325/12240/11740 4324/12241/11741</w:t>
        <w:br/>
        <w:t>f 4326/12242/11742 4324/12241/11741 4325/12240/11740</w:t>
        <w:br/>
        <w:t>f 4324/12241/11741 4326/12242/11742 4327/12243/11743</w:t>
        <w:br/>
        <w:t>f 4321/12237/11737 4316/12232/11732 4328/12244/11744</w:t>
        <w:br/>
        <w:t>f 4309/12225/11725 4328/12244/11744 4316/12232/11732</w:t>
        <w:br/>
        <w:t>f 4311/12227/11727 4328/12244/11744 4309/12225/11725</w:t>
        <w:br/>
        <w:t>f 4328/12244/11744 4311/12227/11727 4329/12245/11745</w:t>
        <w:br/>
        <w:t>f 4329/12245/11745 4330/12246/11746 4328/12244/11744</w:t>
        <w:br/>
        <w:t>f 4328/12244/11744 4331/12247/11747 4321/12237/11737</w:t>
        <w:br/>
        <w:t>f 4330/12246/11746 4331/12247/11747 4328/12244/11744</w:t>
        <w:br/>
        <w:t>f 4332/12248/11748 4331/12247/11747 4330/12246/11746</w:t>
        <w:br/>
        <w:t>f 4332/12248/11748 4326/12242/11742 4331/12247/11747</w:t>
        <w:br/>
        <w:t>f 4326/12242/11742 4332/12248/11748 4333/12249/11749</w:t>
        <w:br/>
        <w:t>f 4333/12249/11749 4334/12250/11750 4326/12242/11742</w:t>
        <w:br/>
        <w:t>f 4326/12242/11742 4334/12250/11750 4327/12243/11743</w:t>
        <w:br/>
        <w:t>f 4334/12250/11750 4319/12235/11735 4327/12243/11743</w:t>
        <w:br/>
        <w:t>f 4335/12251/11751 4334/12250/11750 4333/12249/11749</w:t>
        <w:br/>
        <w:t>f 4319/12235/11735 4334/12250/11750 4336/12252/11752</w:t>
        <w:br/>
        <w:t>f 4335/12251/11751 4337/12253/11753 4334/12250/11750</w:t>
        <w:br/>
        <w:t>f 4336/12252/11752 4320/12236/11736 4319/12235/11735</w:t>
        <w:br/>
        <w:t>f 4337/12253/11753 4335/12251/11751 4338/12254/11754</w:t>
        <w:br/>
        <w:t>f 4338/12254/11754 4339/12255/11755 4337/12253/11753</w:t>
        <w:br/>
        <w:t>f 4339/12255/11755 4340/12256/11756 4337/12253/11753</w:t>
        <w:br/>
        <w:t>f 4340/12256/11756 4339/12255/11755 4341/12257/11757</w:t>
        <w:br/>
        <w:t>f 4320/12236/11736 4336/12252/11752 4342/12258/11758</w:t>
        <w:br/>
        <w:t>f 4342/12258/11758 4336/12252/11752 4340/12256/11756</w:t>
        <w:br/>
        <w:t>f 4343/12259/11759 4320/12236/11736 4342/12258/11758</w:t>
        <w:br/>
        <w:t>f 4342/12258/11758 4340/12256/11756 4344/12260/11760</w:t>
        <w:br/>
        <w:t>f 4345/12261/11761 4343/12259/11759 4342/12258/11758</w:t>
        <w:br/>
        <w:t>f 4340/12256/11756 4346/12262/11762 4344/12260/11760</w:t>
        <w:br/>
        <w:t>f 4346/12262/11762 4340/12256/11756 4341/12257/11757</w:t>
        <w:br/>
        <w:t>f 4347/12263/11763 4343/12259/11759 4345/12261/11761</w:t>
        <w:br/>
        <w:t>f 4348/12264/11764 4346/12262/11762 4341/12257/11757</w:t>
        <w:br/>
        <w:t>f 4343/12259/11759 4347/12263/11763 4349/12265/11765</w:t>
        <w:br/>
        <w:t>f 4350/12266/11766 4346/12262/11762 4348/12264/11764</w:t>
        <w:br/>
        <w:t>f 4351/12267/11767 4349/12265/11765 4347/12263/11763</w:t>
        <w:br/>
        <w:t>f 4350/12266/11766 4348/12264/11764 4352/12268/11768</w:t>
        <w:br/>
        <w:t>f 4353/12269/11769 4351/12267/11767 4347/12263/11763</w:t>
        <w:br/>
        <w:t>f 4353/12269/11769 4354/12270/11770 4351/12267/11767</w:t>
        <w:br/>
        <w:t>f 4354/12270/11770 4353/12269/11769 4350/12266/11766</w:t>
        <w:br/>
        <w:t>f 4352/12268/11768 4354/12270/11770 4350/12266/11766</w:t>
        <w:br/>
        <w:t>f 4354/12270/11770 4352/12268/11768 4355/12271/11771</w:t>
        <w:br/>
        <w:t>f 4356/12272/11772 4354/12270/11770 4355/12271/11771</w:t>
        <w:br/>
        <w:t>f 4357/12273/11773 4356/12272/11772 4355/12271/11771</w:t>
        <w:br/>
        <w:t>f 4357/12273/11773 4358/12274/11774 4356/12272/11772</w:t>
        <w:br/>
        <w:t>f 4359/12275/11775 4358/12274/11774 4357/12273/11773</w:t>
        <w:br/>
        <w:t>f 4358/12274/11774 4359/12275/11775 4360/12276/11776</w:t>
        <w:br/>
        <w:t>f 4361/12277/11777 4360/12276/11776 4359/12275/11775</w:t>
        <w:br/>
        <w:t>f 4360/12276/11776 4361/12277/11777 4362/12278/11663</w:t>
        <w:br/>
        <w:t>f 4365/12279/11778 4364/12280/11779 4363/12281/11780</w:t>
        <w:br/>
        <w:t>f 4364/12280/11779 4365/12279/11778 4366/12282/11781</w:t>
        <w:br/>
        <w:t>f 4365/12279/11778 4367/12283/11782 4366/12282/11781</w:t>
        <w:br/>
        <w:t>f 4366/12282/11781 4367/12283/11782 4368/12284/11783</w:t>
        <w:br/>
        <w:t>f 4371/12285/11784 4370/12286/11785 4369/12287/11784</w:t>
        <w:br/>
        <w:t>f 4370/12286/11785 4371/12285/11784 4372/12288/11786</w:t>
        <w:br/>
        <w:t>f 4375/12289/11787 4374/12290/11788 4373/12291/11789</w:t>
        <w:br/>
        <w:t>f 4374/12290/11788 4375/12289/11787 4376/12292/11790</w:t>
        <w:br/>
        <w:t>f 4377/12293/11791 4374/12290/11788 4376/12292/11790</w:t>
        <w:br/>
        <w:t>f 4376/12292/11790 4378/12294/11792 4377/12293/11791</w:t>
        <w:br/>
        <w:t>f 4381/12295/11793 4380/12296/11794 4379/12297/11794</w:t>
        <w:br/>
        <w:t>f 4380/12296/11794 4381/12295/11793 4382/12298/11793</w:t>
        <w:br/>
        <w:t>f 4385/12299/11795 4384/12300/11796 4383/12301/11797</w:t>
        <w:br/>
        <w:t>f 4384/12300/11796 4385/12299/11795 4386/12302/11798</w:t>
        <w:br/>
        <w:t>f 4389/12303/11799 4388/12304/11799 4387/12305/11800</w:t>
        <w:br/>
        <w:t>f 4389/12303/11799 4390/12306/11801 4388/12304/11799</w:t>
        <w:br/>
        <w:t>f 4393/12307/11802 4392/12308/11803 4391/12309/11804</w:t>
        <w:br/>
        <w:t>f 4392/12308/11803 4394/12310/11805 4391/12309/11804</w:t>
        <w:br/>
        <w:t>f 4397/12311/11806 4396/12312/11807 4395/12313/11807</w:t>
        <w:br/>
        <w:t>f 4396/12312/11807 4398/12314/11808 4395/12313/11807</w:t>
        <w:br/>
        <w:t>f 4401/12315/11809 4400/12316/11809 4399/12317/11810</w:t>
        <w:br/>
        <w:t>f 4400/12316/11809 4401/12315/11809 4402/12318/11811</w:t>
        <w:br/>
        <w:t>f 4405/12319/11812 4404/12320/11812 4403/12321/11813</w:t>
        <w:br/>
        <w:t>f 4404/12320/11812 4405/12319/11812 4406/12322/11814</w:t>
        <w:br/>
        <w:t>f 4409/12323/11815 4408/12324/11816 4407/12325/11817</w:t>
        <w:br/>
        <w:t>f 4407/12325/11817 4410/12326/11818 4409/12323/11815</w:t>
        <w:br/>
        <w:t>f 4413/12327/11819 4412/12328/11820 4411/12329/11819</w:t>
        <w:br/>
        <w:t>f 4412/12328/11820 4413/12327/11819 4414/12330/11820</w:t>
        <w:br/>
        <w:t>f 4417/12331/11821 4416/12332/11821 4415/12333/11822</w:t>
        <w:br/>
        <w:t>f 4416/12332/11821 4417/12331/11821 4418/12334/11823</w:t>
        <w:br/>
        <w:t>f 4421/12335/11824 4420/12336/11825 4419/12337/11824</w:t>
        <w:br/>
        <w:t>f 4422/12338/11825 4419/12337/11824 4420/12336/11825</w:t>
        <w:br/>
        <w:t>f 4425/12339/11826 4424/12340/11826 4423/12341/11827</w:t>
        <w:br/>
        <w:t>f 4424/12340/11826 4425/12339/11826 4426/12342/11828</w:t>
        <w:br/>
        <w:t>f 4429/12343/11829 4428/12344/11829 4427/12345/11830</w:t>
        <w:br/>
        <w:t>f 4428/12344/11829 4429/12343/11829 4430/12346/11831</w:t>
        <w:br/>
        <w:t>f 4433/12347/11832 4432/12348/11833 4431/12349/11834</w:t>
        <w:br/>
        <w:t>f 4432/12348/11833 4433/12347/11832 4434/12350/11835</w:t>
        <w:br/>
        <w:t>f 4437/12351/11836 4436/12352/11837 4435/12353/11838</w:t>
        <w:br/>
        <w:t>f 4437/12351/11836 4435/12353/11838 4438/12354/11839</w:t>
        <w:br/>
        <w:t>f 4435/12353/11838 4439/12355/11840 4438/12354/11839</w:t>
        <w:br/>
        <w:t>f 4439/12355/11840 4435/12353/11838 4440/12356/11841</w:t>
        <w:br/>
        <w:t>f 4443/12357/11842 4442/12358/11843 4441/12359/11842</w:t>
        <w:br/>
        <w:t>f 4442/12358/11843 4443/12357/11842 4444/12360/11844</w:t>
        <w:br/>
        <w:t>f 4444/12360/11844 4445/12361/11845 4442/12358/11843</w:t>
        <w:br/>
        <w:t>f 4445/12361/11845 4444/12360/11844 4446/12362/11846</w:t>
        <w:br/>
        <w:t>f 4446/12362/11846 4447/12363/11847 4445/12361/11845</w:t>
        <w:br/>
        <w:t>f 4447/12363/11847 4446/12362/11846 4448/12364/11848</w:t>
        <w:br/>
        <w:t>f 4448/12364/11848 4449/12365/11849 4447/12363/11847</w:t>
        <w:br/>
        <w:t>f 4449/12365/11849 4448/12364/11848 4450/12366/11849</w:t>
        <w:br/>
        <w:t>f 4453/12367/11850 4452/12368/11851 4451/12369/11852</w:t>
        <w:br/>
        <w:t>f 4453/12367/11850 4454/12370/11853 4452/12368/11851</w:t>
        <w:br/>
        <w:t>f 4457/12371/11854 4456/12372/11855 4455/12373/11856</w:t>
        <w:br/>
        <w:t>f 4456/12372/11855 4458/12374/11857 4455/12373/11856</w:t>
        <w:br/>
        <w:t>f 4461/12375/11858 4460/12376/11859 4459/12377/11859</w:t>
        <w:br/>
        <w:t>f 4460/12376/11859 4461/12375/11858 4462/12378/11858</w:t>
        <w:br/>
        <w:t>f 4465/12379/11860 4464/12380/11861 4463/12381/11862</w:t>
        <w:br/>
        <w:t>f 4464/12380/11861 4465/12379/11860 4466/12382/11863</w:t>
        <w:br/>
        <w:t>f 4469/12383/11864 4468/12384/11865 4467/12385/11866</w:t>
        <w:br/>
        <w:t>f 4468/12384/11865 4469/12383/11864 4470/12386/11867</w:t>
        <w:br/>
        <w:t>f 4473/12387/11868 4472/12388/11869 4471/12389/11869</w:t>
        <w:br/>
        <w:t>f 4472/12388/11869 4473/12387/11868 4474/12390/11870</w:t>
        <w:br/>
        <w:t>f 4475/12391/11871 4474/12390/11870 4473/12387/11868</w:t>
        <w:br/>
        <w:t>f 4474/12390/11870 4475/12391/11871 4476/12392/11872</w:t>
        <w:br/>
        <w:t>f 4477/12393/11873 4476/12392/11872 4475/12391/11871</w:t>
        <w:br/>
        <w:t>f 4476/12392/11872 4477/12393/11873 4478/12394/11874</w:t>
        <w:br/>
        <w:t>f 4479/12395/11875 4478/12394/11874 4477/12393/11873</w:t>
        <w:br/>
        <w:t>f 4478/12394/11874 4479/12395/11875 4480/12396/11875</w:t>
        <w:br/>
        <w:t>f 4483/12397/11876 4482/12398/11877 4481/12399/11878</w:t>
        <w:br/>
        <w:t>f 4481/12399/11878 4482/12398/11877 4484/12400/11879</w:t>
        <w:br/>
        <w:t>f 4483/12397/11876 4481/12399/11878 4485/12401/11880</w:t>
        <w:br/>
        <w:t>f 4481/12399/11878 4486/12402/11881 4485/12401/11880</w:t>
        <w:br/>
        <w:t>f 4488/12403/11882 4487/12404/11882 4486/12402/11883</w:t>
        <w:br/>
        <w:t>f 4487/12404/11882 4488/12403/11882 4489/12405/11884</w:t>
        <w:br/>
        <w:t>f 4492/12406/11885 4491/12407/11885 4490/12408/11886</w:t>
        <w:br/>
        <w:t>f 4491/12407/11885 4492/12406/11885 4493/12409/11887</w:t>
        <w:br/>
        <w:t>f 4496/12410/11888 4495/12411/11888 4494/12412/11889</w:t>
        <w:br/>
        <w:t>f 4495/12411/11888 4496/12410/11888 4497/12413/11890</w:t>
        <w:br/>
        <w:t>f 4500/12414/11891 4499/12415/11892 4498/12416/11893</w:t>
        <w:br/>
        <w:t>f 4499/12415/11892 4500/12414/11891 4501/12417/11894</w:t>
        <w:br/>
        <w:t>f 4504/12418/11895 4503/12419/11896 4502/12420/11896</w:t>
        <w:br/>
        <w:t>f 4502/12420/11896 4503/12419/11896 4505/12421/11897</w:t>
        <w:br/>
        <w:t>f 4508/12422/11898 4507/12423/11898 4506/12424/11899</w:t>
        <w:br/>
        <w:t>f 4507/12423/11898 4508/12422/11898 4509/12425/11900</w:t>
        <w:br/>
        <w:t>f 4512/12426/11901 4511/12427/11902 4510/12428/11903</w:t>
        <w:br/>
        <w:t>f 4512/12426/11901 4513/12429/11904 4511/12427/11902</w:t>
        <w:br/>
        <w:t>f 4515/12430/11905 4511/12427/11902 4514/12431/11906</w:t>
        <w:br/>
        <w:t>f 4511/12427/11902 4513/12429/11904 4514/12431/11906</w:t>
        <w:br/>
        <w:t>f 4518/12432/11907 4517/12433/11908 4516/12434/11907</w:t>
        <w:br/>
        <w:t>f 4517/12433/11908 4518/12432/11907 4519/12435/11909</w:t>
        <w:br/>
        <w:t>f 4519/12435/11909 4520/12436/11910 4517/12433/11908</w:t>
        <w:br/>
        <w:t>f 4520/12436/11910 4519/12435/11909 4521/12437/11911</w:t>
        <w:br/>
        <w:t>f 4521/12437/11911 4522/12438/11912 4520/12436/11910</w:t>
        <w:br/>
        <w:t>f 4522/12438/11912 4521/12437/11911 4523/12439/11913</w:t>
        <w:br/>
        <w:t>f 4524/12440/11914 4522/12438/11912 4523/12439/11913</w:t>
        <w:br/>
        <w:t>f 4525/12441/11914 4524/12440/11914 4523/12439/11913</w:t>
        <w:br/>
        <w:t>f 4528/12442/11915 4527/12443/11916 4526/12444/11917</w:t>
        <w:br/>
        <w:t>f 4527/12443/11916 4528/12442/11915 4529/12445/11918</w:t>
        <w:br/>
        <w:t>f 4532/12446/11919 4531/12447/11920 4530/12448/11921</w:t>
        <w:br/>
        <w:t>f 4530/12448/11921 4533/12449/11922 4532/12446/11919</w:t>
        <w:br/>
        <w:t>f 4536/12450/11923 4535/12451/11924 4534/12452/11924</w:t>
        <w:br/>
        <w:t>f 4534/12452/11924 4537/12453/11923 4536/12450/11923</w:t>
        <w:br/>
        <w:t>f 4540/12454/11925 4539/12455/11926 4538/12456/11927</w:t>
        <w:br/>
        <w:t>f 4539/12455/11926 4540/12454/11925 4541/12457/11928</w:t>
        <w:br/>
        <w:t>f 4544/12458/11929 4543/12459/11930 4542/12460/11931</w:t>
        <w:br/>
        <w:t>f 4543/12459/11930 4544/12458/11929 4545/12461/11932</w:t>
        <w:br/>
        <w:t>f 4548/12462/11933 4547/12463/11934 4546/12464/11934</w:t>
        <w:br/>
        <w:t>f 4547/12463/11934 4548/12462/11933 4549/12465/11935</w:t>
        <w:br/>
        <w:t>f 4548/12462/11933 4550/12466/11936 4549/12465/11935</w:t>
        <w:br/>
        <w:t>f 4550/12466/11936 4548/12462/11933 4551/12467/11937</w:t>
        <w:br/>
        <w:t>f 4551/12467/11937 4552/12468/11938 4550/12466/11936</w:t>
        <w:br/>
        <w:t>f 4552/12468/11938 4551/12467/11937 4553/12469/11939</w:t>
        <w:br/>
        <w:t>f 4553/12469/11939 4554/12470/11940 4552/12468/11938</w:t>
        <w:br/>
        <w:t>f 4554/12470/11940 4553/12469/11939 4555/12471/11941</w:t>
        <w:br/>
        <w:t>f 4558/12472/11942 4557/12473/11943 4556/12474/11944</w:t>
        <w:br/>
        <w:t>f 4558/12472/11942 4556/12474/11944 4559/12475/11945</w:t>
        <w:br/>
        <w:t>f 4556/12474/11944 4557/12473/11943 4560/12476/11946</w:t>
        <w:br/>
        <w:t>f 4556/12474/11944 4560/12476/11946 4561/12477/11947</w:t>
        <w:br/>
        <w:t>f 4563/12478/11948 4562/12479/11949 4561/12477/11947</w:t>
        <w:br/>
        <w:t>f 4562/12479/11949 4563/12478/11948 4564/12480/11950</w:t>
        <w:br/>
        <w:t>f 4567/12481/11821 4566/12482/11821 4565/12483/11951</w:t>
        <w:br/>
        <w:t>f 4566/12482/11821 4567/12481/11821 4568/12484/11952</w:t>
        <w:br/>
        <w:t>f 4571/12485/11953 4570/12486/11954 4569/12487/11955</w:t>
        <w:br/>
        <w:t>f 4572/12488/11956 4569/12487/11955 4570/12486/11954</w:t>
        <w:br/>
        <w:t>f 4575/12489/11957 4574/12490/11958 4573/12491/11959</w:t>
        <w:br/>
        <w:t>f 4574/12490/11958 4575/12489/11957 4576/12492/11960</w:t>
        <w:br/>
        <w:t>f 4579/12493/11961 4578/12494/11961 4577/12495/11962</w:t>
        <w:br/>
        <w:t>f 4578/12494/11961 4579/12493/11961 4580/12496/11963</w:t>
        <w:br/>
        <w:t>f 4583/12497/11964 4582/12498/11965 4581/12499/11966</w:t>
        <w:br/>
        <w:t>f 4582/12498/11965 4583/12497/11964 4584/12500/11967</w:t>
        <w:br/>
        <w:t>f 4587/12501/11968 4586/12502/11969 4585/12503/11970</w:t>
        <w:br/>
        <w:t>f 4587/12501/11968 4585/12503/11970 4588/12504/11971</w:t>
        <w:br/>
        <w:t>f 4585/12503/11970 4589/12505/11972 4588/12504/11971</w:t>
        <w:br/>
        <w:t>f 4589/12505/11972 4585/12503/11970 4590/12506/11973</w:t>
        <w:br/>
        <w:t>f 4593/12507/11974 4592/12508/11975 4591/12509/11976</w:t>
        <w:br/>
        <w:t>f 4592/12508/11975 4593/12507/11974 4594/12510/11977</w:t>
        <w:br/>
        <w:t>f 4594/12510/11977 4595/12511/11978 4592/12508/11975</w:t>
        <w:br/>
        <w:t>f 4595/12511/11978 4594/12510/11977 4596/12512/11979</w:t>
        <w:br/>
        <w:t>f 4596/12512/11979 4597/12513/11980 4595/12511/11978</w:t>
        <w:br/>
        <w:t>f 4597/12513/11980 4596/12512/11979 4598/12514/11981</w:t>
        <w:br/>
        <w:t>f 4598/12514/11981 4599/12515/11982 4597/12513/11980</w:t>
        <w:br/>
        <w:t>f 4599/12515/11982 4598/12514/11981 4600/12516/11982</w:t>
        <w:br/>
        <w:t>f 4603/12517/11983 4602/12518/11983 4601/12519/11984</w:t>
        <w:br/>
        <w:t>f 4603/12517/11983 4604/12520/11985 4602/12518/11983</w:t>
        <w:br/>
        <w:t>f 4607/12521/11986 4606/12522/11987 4605/12523/11988</w:t>
        <w:br/>
        <w:t>f 4606/12522/11987 4608/12524/11989 4605/12523/11988</w:t>
        <w:br/>
        <w:t>f 4611/12525/11990 4610/12526/11991 4609/12527/11992</w:t>
        <w:br/>
        <w:t>f 4610/12526/11991 4611/12525/11990 4612/12528/11993</w:t>
        <w:br/>
        <w:t>f 4615/12529/11994 4614/12530/11995 4613/12531/11996</w:t>
        <w:br/>
        <w:t>f 4614/12530/11995 4615/12529/11994 4616/12532/11997</w:t>
        <w:br/>
        <w:t>f 4619/12533/11998 4618/12534/11999 4617/12535/12000</w:t>
        <w:br/>
        <w:t>f 4618/12534/11999 4619/12533/11998 4620/12536/12001</w:t>
        <w:br/>
        <w:t>f 4623/12537/12002 4622/12538/12003 4621/12539/12003</w:t>
        <w:br/>
        <w:t>f 4622/12538/12003 4623/12537/12002 4624/12540/12004</w:t>
        <w:br/>
        <w:t>f 4625/12541/12005 4624/12540/12004 4623/12537/12002</w:t>
        <w:br/>
        <w:t>f 4624/12540/12004 4625/12541/12005 4626/12542/12006</w:t>
        <w:br/>
        <w:t>f 4627/12543/12007 4626/12542/12006 4625/12541/12005</w:t>
        <w:br/>
        <w:t>f 4626/12542/12006 4627/12543/12007 4628/12544/12008</w:t>
        <w:br/>
        <w:t>f 4629/12545/12009 4628/12544/12008 4627/12543/12007</w:t>
        <w:br/>
        <w:t>f 4628/12544/12008 4629/12545/12009 4630/12546/12010</w:t>
        <w:br/>
        <w:t>f 4633/12547/12011 4632/12548/12012 4631/12549/12013</w:t>
        <w:br/>
        <w:t>f 4631/12549/12013 4632/12548/12012 4634/12550/12014</w:t>
        <w:br/>
        <w:t>f 4633/12547/12011 4631/12549/12013 4635/12551/12015</w:t>
        <w:br/>
        <w:t>f 4631/12549/12013 4636/12552/12016 4635/12551/12015</w:t>
        <w:br/>
        <w:t>f 4638/12553/12017 4637/12554/12017 4636/12552/12018</w:t>
        <w:br/>
        <w:t>f 4637/12554/12017 4638/12553/12017 4639/12555/12019</w:t>
        <w:br/>
        <w:t>f 4642/12556/12020 4641/12557/12020 4640/12558/12021</w:t>
        <w:br/>
        <w:t>f 4641/12557/12020 4642/12556/12020 4643/12559/12022</w:t>
        <w:br/>
        <w:t>f 4646/12560/12023 4645/12561/12023 4644/12562/12024</w:t>
        <w:br/>
        <w:t>f 4645/12561/12023 4646/12560/12023 4647/12563/12025</w:t>
        <w:br/>
        <w:t>f 4650/12564/12026 4649/12565/12026 4648/12566/12027</w:t>
        <w:br/>
        <w:t>f 4649/12565/12026 4650/12564/12026 4651/12567/12028</w:t>
        <w:br/>
        <w:t>f 4654/12568/12029 4653/12569/12030 4652/12570/12030</w:t>
        <w:br/>
        <w:t>f 4652/12570/12030 4653/12569/12030 4655/12571/12031</w:t>
        <w:br/>
        <w:t>f 4658/12572/12032 4657/12573/12032 4656/12574/12033</w:t>
        <w:br/>
        <w:t>f 4657/12573/12032 4658/12572/12032 4659/12575/12034</w:t>
        <w:br/>
        <w:t>f 4662/12576/12035 4661/12577/12036 4660/12578/12037</w:t>
        <w:br/>
        <w:t>f 4662/12576/12035 4663/12579/12038 4661/12577/12036</w:t>
        <w:br/>
        <w:t>f 4665/12580/12039 4661/12577/12036 4664/12581/12040</w:t>
        <w:br/>
        <w:t>f 4661/12577/12036 4663/12579/12038 4664/12581/12040</w:t>
        <w:br/>
        <w:t>f 4668/12582/12041 4667/12583/12042 4666/12584/12043</w:t>
        <w:br/>
        <w:t>f 4667/12583/12042 4668/12582/12041 4669/12585/12044</w:t>
        <w:br/>
        <w:t>f 4669/12585/12044 4670/12586/12045 4667/12583/12042</w:t>
        <w:br/>
        <w:t>f 4670/12586/12045 4669/12585/12044 4671/12587/12046</w:t>
        <w:br/>
        <w:t>f 4671/12587/12046 4672/12588/12047 4670/12586/12045</w:t>
        <w:br/>
        <w:t>f 4672/12588/12047 4671/12587/12046 4673/12589/12048</w:t>
        <w:br/>
        <w:t>f 4674/12590/12049 4672/12588/12047 4673/12589/12048</w:t>
        <w:br/>
        <w:t>f 4675/12591/12050 4674/12590/12049 4673/12589/12048</w:t>
        <w:br/>
        <w:t>f 4678/12592/12051 4677/12593/12051 4676/12594/12052</w:t>
        <w:br/>
        <w:t>f 4677/12593/12051 4678/12592/12051 4679/12595/12053</w:t>
        <w:br/>
        <w:t>f 4682/12596/12054 4681/12597/12055 4680/12598/12056</w:t>
        <w:br/>
        <w:t>f 4680/12598/12056 4683/12599/12057 4682/12596/12054</w:t>
        <w:br/>
        <w:t>f 4686/12600/12058 4685/12601/12059 4684/12602/12060</w:t>
        <w:br/>
        <w:t>f 4684/12602/12060 4687/12603/12061 4686/12600/12058</w:t>
        <w:br/>
        <w:t>f 4690/12604/12062 4689/12605/12062 4688/12606/12063</w:t>
        <w:br/>
        <w:t>f 4689/12605/12062 4690/12604/12062 4691/12607/12064</w:t>
        <w:br/>
        <w:t>f 4694/12608/12065 4693/12609/12066 4692/12610/12067</w:t>
        <w:br/>
        <w:t>f 4693/12609/12066 4694/12608/12065 4695/12611/12068</w:t>
        <w:br/>
        <w:t>f 4698/12612/12069 4697/12613/12070 4696/12614/12071</w:t>
        <w:br/>
        <w:t>f 4697/12613/12070 4698/12612/12069 4699/12615/12072</w:t>
        <w:br/>
        <w:t>f 4699/12615/12072 4700/12616/12073 4697/12613/12070</w:t>
        <w:br/>
        <w:t>f 4700/12616/12073 4699/12615/12072 4701/12617/12074</w:t>
        <w:br/>
        <w:t>f 4701/12617/12074 4702/12618/12075 4700/12616/12073</w:t>
        <w:br/>
        <w:t>f 4702/12618/12075 4701/12617/12074 4703/12619/12076</w:t>
        <w:br/>
        <w:t>f 4703/12619/12076 4704/12620/12077 4702/12618/12075</w:t>
        <w:br/>
        <w:t>f 4704/12620/12077 4703/12619/12076 4705/12621/12078</w:t>
        <w:br/>
        <w:t>f 4708/12622/12079 4707/12623/12080 4706/12624/12081</w:t>
        <w:br/>
        <w:t>f 4708/12622/12079 4706/12624/12081 4709/12625/12082</w:t>
        <w:br/>
        <w:t>f 4706/12624/12081 4707/12623/12080 4710/12626/12083</w:t>
        <w:br/>
        <w:t>f 4706/12624/12081 4710/12626/12083 4711/12627/12084</w:t>
        <w:br/>
        <w:t>f 4713/12628/12085 4712/12629/12085 4711/12627/12084</w:t>
        <w:br/>
        <w:t>f 4712/12629/12085 4713/12628/12085 4714/12630/12086</w:t>
        <w:br/>
        <w:t>f 4717/12631/12087 4716/12632/12088 4715/12633/12089</w:t>
        <w:br/>
        <w:t>f 4718/12634/12090 4717/12631/12087 4715/12633/12089</w:t>
        <w:br/>
        <w:t>f 4721/12635/12091 4720/12636/12092 4719/12637/12093</w:t>
        <w:br/>
        <w:t>f 4719/12637/12093 4722/12638/12091 4721/12635/12091</w:t>
        <w:br/>
        <w:t>f 4725/12639/12094 4724/12640/12095 4723/12641/12096</w:t>
        <w:br/>
        <w:t>f 4723/12641/12096 4726/12642/12097 4725/12639/12094</w:t>
        <w:br/>
        <w:t>f 4729/12643/12098 4728/12644/12099 4727/12645/12099</w:t>
        <w:br/>
        <w:t>f 4730/12646/12100 4727/12645/12099 4728/12644/12099</w:t>
        <w:br/>
        <w:t>f 4733/12647/12101 4732/12648/12102 4731/12649/12103</w:t>
        <w:br/>
        <w:t>f 4732/12648/12102 4733/12647/12101 4734/12650/12104</w:t>
        <w:br/>
        <w:t>f 4737/12651/12105 4736/12652/12106 4735/12653/12107</w:t>
        <w:br/>
        <w:t>f 4737/12651/12105 4738/12654/12108 4736/12652/12106</w:t>
        <w:br/>
        <w:t>f 4736/12652/12106 4738/12654/12108 4739/12655/12109</w:t>
        <w:br/>
        <w:t>f 4740/12656/12110 4736/12652/12106 4739/12655/12109</w:t>
        <w:br/>
        <w:t>f 4743/12657/12111 4742/12658/12112 4741/12659/12112</w:t>
        <w:br/>
        <w:t>f 4742/12658/12112 4743/12657/12111 4744/12660/12113</w:t>
        <w:br/>
        <w:t>f 4745/12661/12114 4744/12660/12113 4743/12657/12111</w:t>
        <w:br/>
        <w:t>f 4744/12660/12113 4745/12661/12114 4746/12662/12115</w:t>
        <w:br/>
        <w:t>f 4747/12663/12116 4746/12662/12115 4745/12661/12114</w:t>
        <w:br/>
        <w:t>f 4746/12662/12115 4747/12663/12116 4748/12664/12117</w:t>
        <w:br/>
        <w:t>f 4749/12665/12118 4748/12664/12117 4747/12663/12116</w:t>
        <w:br/>
        <w:t>f 4748/12664/12117 4749/12665/12118 4750/12666/12119</w:t>
        <w:br/>
        <w:t>f 4753/12667/12120 4752/12668/12120 4751/12669/12121</w:t>
        <w:br/>
        <w:t>f 4752/12668/12120 4753/12667/12120 4754/12670/12122</w:t>
        <w:br/>
        <w:t>f 4757/12671/12123 4756/12672/12124 4755/12673/12125</w:t>
        <w:br/>
        <w:t>f 4756/12672/12124 4757/12671/12123 4758/12674/12126</w:t>
        <w:br/>
        <w:t>f 4761/12675/12127 4760/12676/12127 4759/12677/12127</w:t>
        <w:br/>
        <w:t>f 4759/12677/12127 4762/12678/12127 4761/12675/12127</w:t>
        <w:br/>
        <w:t>f 4765/12679/12128 4764/12680/12129 4763/12681/12130</w:t>
        <w:br/>
        <w:t>f 4764/12680/12129 4765/12679/12128 4766/12682/12131</w:t>
        <w:br/>
        <w:t>f 4769/12683/12132 4768/12684/12133 4767/12685/12134</w:t>
        <w:br/>
        <w:t>f 4768/12684/12133 4769/12683/12132 4770/12686/12135</w:t>
        <w:br/>
        <w:t>f 4773/12687/12136 4772/12688/12137 4771/12689/12138</w:t>
        <w:br/>
        <w:t>f 4772/12688/12137 4774/12690/12139 4771/12689/12138</w:t>
        <w:br/>
        <w:t>f 4774/12690/12139 4775/12691/12140 4771/12689/12138</w:t>
        <w:br/>
        <w:t>f 4775/12691/12140 4774/12690/12139 4776/12692/12141</w:t>
        <w:br/>
        <w:t>f 4776/12692/12141 4777/12693/12142 4775/12691/12140</w:t>
        <w:br/>
        <w:t>f 4777/12693/12142 4776/12692/12141 4778/12694/12143</w:t>
        <w:br/>
        <w:t>f 4778/12694/12143 4779/12695/12144 4777/12693/12142</w:t>
        <w:br/>
        <w:t>f 4779/12695/12144 4778/12694/12143 4780/12696/12144</w:t>
        <w:br/>
        <w:t>f 4783/12697/12145 4782/12698/12146 4781/12699/12147</w:t>
        <w:br/>
        <w:t>f 4783/12697/12145 4781/12699/12147 4784/12700/12148</w:t>
        <w:br/>
        <w:t>f 4782/12698/12146 4785/12701/12149 4781/12699/12147</w:t>
        <w:br/>
        <w:t>f 4781/12699/12147 4785/12701/12149 4786/12702/12150</w:t>
        <w:br/>
        <w:t>f 4788/12703/12151 4787/12704/12151 4786/12702/12150</w:t>
        <w:br/>
        <w:t>f 4787/12704/12151 4788/12703/12151 4789/12705/12152</w:t>
        <w:br/>
        <w:t>f 4792/12706/12153 4791/12707/12154 4790/12708/12155</w:t>
        <w:br/>
        <w:t>f 4791/12707/12154 4792/12706/12153 4793/12709/12156</w:t>
        <w:br/>
        <w:t>f 4796/12710/12157 4795/12711/12157 4794/12712/12158</w:t>
        <w:br/>
        <w:t>f 4795/12711/12157 4796/12710/12157 4797/12713/12159</w:t>
        <w:br/>
        <w:t>f 4800/12714/12160 4799/12715/12161 4798/12716/12162</w:t>
        <w:br/>
        <w:t>f 4799/12715/12161 4801/12717/12163 4798/12716/12162</w:t>
        <w:br/>
        <w:t>f 4804/12718/12164 4803/12719/12164 4802/12720/12165</w:t>
        <w:br/>
        <w:t>f 4803/12719/12164 4804/12718/12164 4805/12721/12166</w:t>
        <w:br/>
        <w:t>f 4808/12722/12167 4807/12723/12167 4806/12724/12168</w:t>
        <w:br/>
        <w:t>f 4807/12723/12167 4808/12722/12167 4809/12725/12169</w:t>
        <w:br/>
        <w:t>f 4812/12726/12170 4811/12727/12171 4810/12728/12172</w:t>
        <w:br/>
        <w:t>f 4810/12728/12172 4813/12729/12173 4812/12726/12170</w:t>
        <w:br/>
        <w:t>f 4815/12730/12174 4810/12728/12172 4814/12731/12175</w:t>
        <w:br/>
        <w:t>f 4815/12730/12174 4813/12729/12173 4810/12728/12172</w:t>
        <w:br/>
        <w:t>f 4818/12732/12176 4817/12733/12177 4816/12734/12177</w:t>
        <w:br/>
        <w:t>f 4818/12732/12176 4819/12735/12178 4817/12733/12177</w:t>
        <w:br/>
        <w:t>f 4820/12736/12179 4819/12735/12178 4818/12732/12176</w:t>
        <w:br/>
        <w:t>f 4820/12736/12179 4821/12737/12180 4819/12735/12178</w:t>
        <w:br/>
        <w:t>f 4822/12738/12181 4821/12737/12180 4820/12736/12179</w:t>
        <w:br/>
        <w:t>f 4822/12738/12181 4823/12739/12182 4821/12737/12180</w:t>
        <w:br/>
        <w:t>f 4824/12740/12183 4823/12739/12182 4822/12738/12181</w:t>
        <w:br/>
        <w:t>f 4825/12741/12183 4823/12739/12182 4824/12740/12183</w:t>
        <w:br/>
        <w:t>f 4828/12742/12184 4827/12743/12185 4826/12744/12186</w:t>
        <w:br/>
        <w:t>f 4827/12743/12185 4828/12742/12184 4829/12745/12187</w:t>
        <w:br/>
        <w:t>f 4832/12746/12188 4831/12747/12189 4830/12748/12190</w:t>
        <w:br/>
        <w:t>f 4831/12747/12189 4832/12746/12188 4833/12749/12191</w:t>
        <w:br/>
        <w:t>f 4836/12750/12192 4835/12751/12192 4834/12752/12192</w:t>
        <w:br/>
        <w:t>f 4837/12753/12192 4835/12751/12192 4836/12750/12192</w:t>
        <w:br/>
        <w:t>f 4840/12754/12193 4839/12755/12194 4838/12756/12195</w:t>
        <w:br/>
        <w:t>f 4839/12755/12194 4840/12754/12193 4841/12757/12196</w:t>
        <w:br/>
        <w:t>f 4844/12758/12197 4843/12759/12198 4842/12760/12199</w:t>
        <w:br/>
        <w:t>f 4843/12759/12198 4844/12758/12197 4845/12761/12200</w:t>
        <w:br/>
        <w:t>f 4848/12762/12201 4847/12763/12202 4846/12764/12201</w:t>
        <w:br/>
        <w:t>f 4847/12763/12202 4848/12762/12201 4849/12765/12203</w:t>
        <w:br/>
        <w:t>f 4850/12766/12204 4847/12763/12202 4849/12765/12203</w:t>
        <w:br/>
        <w:t>f 4847/12763/12202 4850/12766/12204 4851/12767/12205</w:t>
        <w:br/>
        <w:t>f 4852/12768/12206 4851/12767/12205 4850/12766/12204</w:t>
        <w:br/>
        <w:t>f 4851/12767/12205 4852/12768/12206 4853/12769/12207</w:t>
        <w:br/>
        <w:t>f 4854/12770/12208 4853/12769/12207 4852/12768/12206</w:t>
        <w:br/>
        <w:t>f 4853/12769/12207 4854/12770/12208 4855/12771/12209</w:t>
        <w:br/>
        <w:t>f 4858/12772/12210 4857/12773/12211 4856/12774/12212</w:t>
        <w:br/>
        <w:t>f 4856/12774/12212 4857/12773/12211 4859/12775/12213</w:t>
        <w:br/>
        <w:t>f 4856/12774/12212 4860/12776/12214 4858/12772/12210</w:t>
        <w:br/>
        <w:t>f 4861/12777/12215 4860/12776/12214 4856/12774/12212</w:t>
        <w:br/>
        <w:t>f 4863/12778/12216 4862/12779/12216 4861/12777/12217</w:t>
        <w:br/>
        <w:t>f 4862/12779/12216 4863/12778/12216 4864/12780/12218</w:t>
        <w:br/>
        <w:t>f 4867/12781/12089 4866/12782/12219 4865/12783/12089</w:t>
        <w:br/>
        <w:t>f 4868/12784/12220 4867/12781/12089 4865/12783/12089</w:t>
        <w:br/>
        <w:t>f 4871/12785/12221 4870/12786/12222 4869/12787/12222</w:t>
        <w:br/>
        <w:t>f 4869/12787/12222 4872/12788/12221 4871/12785/12221</w:t>
        <w:br/>
        <w:t>f 4875/12789/12223 4874/12790/12224 4873/12791/12225</w:t>
        <w:br/>
        <w:t>f 4873/12791/12225 4876/12792/12226 4875/12789/12223</w:t>
        <w:br/>
        <w:t>f 4879/12793/12227 4878/12794/12228 4877/12795/12228</w:t>
        <w:br/>
        <w:t>f 4880/12796/12229 4877/12795/12228 4878/12794/12228</w:t>
        <w:br/>
        <w:t>f 4883/12797/12230 4882/12798/12230 4881/12799/12231</w:t>
        <w:br/>
        <w:t>f 4882/12798/12230 4883/12797/12230 4884/12800/12232</w:t>
        <w:br/>
        <w:t>f 4887/12801/12233 4886/12802/12234 4885/12803/12235</w:t>
        <w:br/>
        <w:t>f 4887/12801/12233 4888/12804/12236 4886/12802/12234</w:t>
        <w:br/>
        <w:t>f 4886/12802/12234 4888/12804/12236 4889/12805/12237</w:t>
        <w:br/>
        <w:t>f 4890/12806/12238 4886/12802/12234 4889/12805/12237</w:t>
        <w:br/>
        <w:t>f 4893/12807/12239 4892/12808/12240 4891/12809/12240</w:t>
        <w:br/>
        <w:t>f 4892/12808/12240 4893/12807/12239 4894/12810/12241</w:t>
        <w:br/>
        <w:t>f 4895/12811/12242 4894/12810/12241 4893/12807/12239</w:t>
        <w:br/>
        <w:t>f 4894/12810/12241 4895/12811/12242 4896/12812/12243</w:t>
        <w:br/>
        <w:t>f 4897/12813/12244 4896/12812/12243 4895/12811/12242</w:t>
        <w:br/>
        <w:t>f 4896/12812/12243 4897/12813/12244 4898/12814/12245</w:t>
        <w:br/>
        <w:t>f 4899/12815/12246 4898/12814/12245 4897/12813/12244</w:t>
        <w:br/>
        <w:t>f 4898/12814/12245 4899/12815/12246 4900/12816/12246</w:t>
        <w:br/>
        <w:t>f 4903/12817/12247 4902/12818/12247 4901/12819/12248</w:t>
        <w:br/>
        <w:t>f 4902/12818/12247 4903/12817/12247 4904/12820/12249</w:t>
        <w:br/>
        <w:t>f 4907/12821/12250 4906/12822/12251 4905/12823/12252</w:t>
        <w:br/>
        <w:t>f 4906/12822/12251 4907/12821/12250 4908/12824/12253</w:t>
        <w:br/>
        <w:t>f 4911/12825/12254 4910/12826/12255 4909/12827/12256</w:t>
        <w:br/>
        <w:t>f 4909/12827/12256 4912/12828/12257 4911/12825/12254</w:t>
        <w:br/>
        <w:t>f 4915/12829/12258 4914/12830/12258 4913/12831/12259</w:t>
        <w:br/>
        <w:t>f 4914/12830/12258 4915/12829/12258 4916/12832/12260</w:t>
        <w:br/>
        <w:t>f 4919/12833/12261 4918/12834/12262 4917/12835/12263</w:t>
        <w:br/>
        <w:t>f 4918/12834/12262 4919/12833/12261 4920/12836/12264</w:t>
        <w:br/>
        <w:t>f 4923/12837/12265 4922/12838/12265 4921/12839/12266</w:t>
        <w:br/>
        <w:t>f 4922/12838/12265 4924/12840/12267 4921/12839/12266</w:t>
        <w:br/>
        <w:t>f 4924/12840/12267 4925/12841/12268 4921/12839/12266</w:t>
        <w:br/>
        <w:t>f 4925/12841/12268 4924/12840/12267 4926/12842/12269</w:t>
        <w:br/>
        <w:t>f 4926/12842/12269 4927/12843/12270 4925/12841/12268</w:t>
        <w:br/>
        <w:t>f 4927/12843/12270 4926/12842/12269 4928/12844/12271</w:t>
        <w:br/>
        <w:t>f 4928/12844/12271 4929/12845/12272 4927/12843/12270</w:t>
        <w:br/>
        <w:t>f 4929/12845/12272 4928/12844/12271 4930/12846/12273</w:t>
        <w:br/>
        <w:t>f 4933/12847/12274 4932/12848/12275 4931/12849/12276</w:t>
        <w:br/>
        <w:t>f 4933/12847/12274 4931/12849/12276 4934/12850/12277</w:t>
        <w:br/>
        <w:t>f 4932/12848/12275 4935/12851/12278 4931/12849/12276</w:t>
        <w:br/>
        <w:t>f 4931/12849/12276 4935/12851/12278 4936/12852/12279</w:t>
        <w:br/>
        <w:t>f 4938/12853/12280 4937/12854/12280 4936/12852/12281</w:t>
        <w:br/>
        <w:t>f 4937/12854/12280 4938/12853/12280 4939/12855/12282</w:t>
        <w:br/>
        <w:t>f 4942/12856/12283 4941/12857/12284 4940/12858/12285</w:t>
        <w:br/>
        <w:t>f 4941/12857/12284 4942/12856/12283 4943/12859/12286</w:t>
        <w:br/>
        <w:t>f 4946/12860/12287 4945/12861/12288 4944/12862/12289</w:t>
        <w:br/>
        <w:t>f 4945/12861/12288 4946/12860/12287 4947/12863/12290</w:t>
        <w:br/>
        <w:t>f 4950/12864/12291 4949/12865/12292 4948/12866/12291</w:t>
        <w:br/>
        <w:t>f 4948/12866/12291 4951/12867/12293 4950/12864/12291</w:t>
        <w:br/>
        <w:t>f 4954/12868/12294 4953/12869/12295 4952/12870/12296</w:t>
        <w:br/>
        <w:t>f 4953/12869/12295 4954/12868/12294 4955/12871/12297</w:t>
        <w:br/>
        <w:t>f 4958/12872/12298 4957/12873/12299 4956/12874/12300</w:t>
        <w:br/>
        <w:t>f 4957/12873/12299 4958/12872/12298 4959/12875/12301</w:t>
        <w:br/>
        <w:t>f 4962/12876/12302 4961/12877/12303 4960/12878/12304</w:t>
        <w:br/>
        <w:t>f 4960/12878/12304 4963/12879/12305 4962/12876/12302</w:t>
        <w:br/>
        <w:t>f 4965/12880/12306 4960/12878/12304 4964/12881/12307</w:t>
        <w:br/>
        <w:t>f 4965/12880/12306 4963/12879/12305 4960/12878/12304</w:t>
        <w:br/>
        <w:t>f 4968/12882/12308 4967/12883/12309 4966/12884/12310</w:t>
        <w:br/>
        <w:t>f 4968/12882/12308 4969/12885/12311 4967/12883/12309</w:t>
        <w:br/>
        <w:t>f 4970/12886/12312 4969/12885/12311 4968/12882/12308</w:t>
        <w:br/>
        <w:t>f 4970/12886/12312 4971/12887/12313 4969/12885/12311</w:t>
        <w:br/>
        <w:t>f 4972/12888/12314 4971/12887/12313 4970/12886/12312</w:t>
        <w:br/>
        <w:t>f 4972/12888/12314 4973/12889/12315 4971/12887/12313</w:t>
        <w:br/>
        <w:t>f 4974/12890/12316 4973/12889/12315 4972/12888/12314</w:t>
        <w:br/>
        <w:t>f 4975/12891/12317 4973/12889/12315 4974/12890/12316</w:t>
        <w:br/>
        <w:t>f 4978/12892/12318 4977/12893/12318 4976/12894/12319</w:t>
        <w:br/>
        <w:t>f 4977/12893/12318 4978/12892/12318 4979/12895/12320</w:t>
        <w:br/>
        <w:t>f 4982/12896/12321 4981/12897/12322 4980/12898/12323</w:t>
        <w:br/>
        <w:t>f 4981/12897/12322 4982/12896/12321 4983/12899/12324</w:t>
        <w:br/>
        <w:t>f 4986/12900/12325 4985/12901/12326 4984/12902/12327</w:t>
        <w:br/>
        <w:t>f 4987/12903/12328 4985/12901/12326 4986/12900/12325</w:t>
        <w:br/>
        <w:t>f 4990/12904/12329 4989/12905/12330 4988/12906/12331</w:t>
        <w:br/>
        <w:t>f 4989/12905/12330 4990/12904/12329 4991/12907/12332</w:t>
        <w:br/>
        <w:t>f 4994/12908/12333 4993/12909/12334 4992/12910/12335</w:t>
        <w:br/>
        <w:t>f 4993/12909/12334 4994/12908/12333 4995/12911/12336</w:t>
        <w:br/>
        <w:t>f 4998/12912/12337 4997/12913/12338 4996/12914/12339</w:t>
        <w:br/>
        <w:t>f 4998/12912/12337 4999/12915/12340 4997/12913/12338</w:t>
        <w:br/>
        <w:t>f 5000/12916/12341 4999/12915/12340 4998/12912/12337</w:t>
        <w:br/>
        <w:t>f 4999/12915/12340 5000/12916/12341 5001/12917/12342</w:t>
        <w:br/>
        <w:t>f 5002/12918/12343 5001/12917/12342 5000/12916/12341</w:t>
        <w:br/>
        <w:t>f 5001/12917/12342 5002/12918/12343 5003/12919/12344</w:t>
        <w:br/>
        <w:t>f 5004/12920/12345 5003/12919/12344 5002/12918/12343</w:t>
        <w:br/>
        <w:t>f 5003/12919/12344 5004/12920/12345 5005/12921/12346</w:t>
        <w:br/>
        <w:t>f 5008/12922/12347 5007/12923/12348 5006/12924/12349</w:t>
        <w:br/>
        <w:t>f 5006/12924/12349 5007/12923/12348 5009/12925/12350</w:t>
        <w:br/>
        <w:t>f 5006/12924/12349 5010/12926/12351 5008/12922/12347</w:t>
        <w:br/>
        <w:t>f 5011/12927/12352 5010/12926/12351 5006/12924/12349</w:t>
        <w:br/>
        <w:t>f 5013/12928/12353 5012/12929/12354 5011/12927/12352</w:t>
        <w:br/>
        <w:t>f 5012/12929/12354 5013/12928/12353 5014/12930/12355</w:t>
        <w:br/>
        <w:t>f 5017/12931/12356 5016/12932/12357 5015/12933/12358</w:t>
        <w:br/>
        <w:t>f 5016/12932/12357 5017/12931/12356 5018/12934/12359</w:t>
        <w:br/>
        <w:t>f 5018/12934/12359 5017/12931/12356 5019/12935/12360</w:t>
        <w:br/>
        <w:t>f 5020/12936/12361 5019/12935/12360 5017/12931/12356</w:t>
        <w:br/>
        <w:t>f 5021/12937/12362 5019/12935/12360 5020/12936/12361</w:t>
        <w:br/>
        <w:t>f 5022/12938/12363 5021/12937/12362 5020/12936/12361</w:t>
        <w:br/>
        <w:t>f 5023/12939/12364 5021/12937/12362 5022/12938/12363</w:t>
        <w:br/>
        <w:t>f 5023/12939/12364 5024/12940/12365 5021/12937/12362</w:t>
        <w:br/>
        <w:t>f 5027/12941/12366 5026/12942/12367 5025/12943/12368</w:t>
        <w:br/>
        <w:t>f 5028/12944/12369 5025/12943/12368 5026/12942/12367</w:t>
        <w:br/>
        <w:t>f 5029/12945/12370 5025/12943/12368 5028/12944/12369</w:t>
        <w:br/>
        <w:t>f 5029/12945/12370 5030/12946/12371 5025/12943/12368</w:t>
        <w:br/>
        <w:t>f 5031/12947/12372 5030/12946/12371 5029/12945/12370</w:t>
        <w:br/>
        <w:t>f 5032/12948/12373 5030/12946/12371 5031/12947/12372</w:t>
        <w:br/>
        <w:t>f 5031/12947/12372 5033/12949/12374 5032/12948/12373</w:t>
        <w:br/>
        <w:t>f 5033/12949/12374 5031/12947/12372 5034/12950/12375</w:t>
        <w:br/>
        <w:t>f 5037/12951/12376 5036/12952/12377 5035/12953/12378</w:t>
        <w:br/>
        <w:t>f 5036/12952/12377 5037/12951/12376 5038/12954/12379</w:t>
        <w:br/>
        <w:t>f 5039/12955/12380 5036/12952/12377 5038/12954/12379</w:t>
        <w:br/>
        <w:t>f 5036/12952/12377 5039/12955/12380 5040/12956/12381</w:t>
        <w:br/>
        <w:t>f 5041/12957/12382 5039/12955/12380 5038/12954/12379</w:t>
        <w:br/>
        <w:t>f 5042/12958/12383 5039/12955/12380 5041/12957/12382</w:t>
        <w:br/>
        <w:t>f 5043/12959/12384 5042/12958/12383 5041/12957/12382</w:t>
        <w:br/>
        <w:t>f 5042/12958/12383 5043/12959/12384 5044/12960/12385</w:t>
        <w:br/>
        <w:t>f 5045/12961/12386 5043/12959/12384 5041/12957/12382</w:t>
        <w:br/>
        <w:t>f 5043/12959/12384 5045/12961/12386 5046/12962/12387</w:t>
        <w:br/>
        <w:t>f 5049/12963/12388 5048/12964/12389 5047/12965/12390</w:t>
        <w:br/>
        <w:t>f 5048/12964/12389 5049/12963/12388 5050/12966/12391</w:t>
        <w:br/>
        <w:t>f 5051/12967/12392 5048/12964/12389 5050/12966/12391</w:t>
        <w:br/>
        <w:t>f 5052/12968/12393 5048/12964/12389 5051/12967/12392</w:t>
        <w:br/>
        <w:t>f 5051/12967/12392 5053/12969/12394 5052/12968/12393</w:t>
        <w:br/>
        <w:t>f 5053/12969/12394 5051/12967/12392 5054/12970/12395</w:t>
        <w:br/>
        <w:t>f 5057/12971/12396 5056/12972/12397 5055/12973/12398</w:t>
        <w:br/>
        <w:t>f 5056/12972/12397 5057/12971/12396 5058/12974/12399</w:t>
        <w:br/>
        <w:t>f 5059/12975/12400 5058/12974/12399 5057/12971/12396</w:t>
        <w:br/>
        <w:t>f 5060/12976/12401 5059/12975/12400 5057/12971/12396</w:t>
        <w:br/>
        <w:t>f 5058/12974/12399 5059/12975/12400 5061/12977/12402</w:t>
        <w:br/>
        <w:t>f 5061/12977/12402 5062/12978/12403 5058/12974/12399</w:t>
        <w:br/>
        <w:t>f 5059/12975/12400 5060/12976/12401 5063/12979/12404</w:t>
        <w:br/>
        <w:t>f 5060/12976/12401 5064/12980/12405 5063/12979/12404</w:t>
        <w:br/>
        <w:t>f 5063/12979/12404 5064/12980/12405 5065/12981/12406</w:t>
        <w:br/>
        <w:t>f 5068/12982/12407 5067/12983/12408 5066/12984/12409</w:t>
        <w:br/>
        <w:t>f 5067/12983/12408 5068/12982/12407 5069/12985/12410</w:t>
        <w:br/>
        <w:t>f 5069/12985/12410 5070/12986/12411 5067/12983/12408</w:t>
        <w:br/>
        <w:t>f 5070/12986/12411 5069/12985/12410 5071/12987/12412</w:t>
        <w:br/>
        <w:t>f 5071/12987/12412 5072/12988/12413 5070/12986/12411</w:t>
        <w:br/>
        <w:t>f 5075/12989/12414 5074/12990/12415 5073/12991/12416</w:t>
        <w:br/>
        <w:t>f 5075/12989/12414 5077/12992/12417 5076/12993/12418</w:t>
        <w:br/>
        <w:t>f 5077/12992/12417 5075/12989/12414 5073/12991/12416</w:t>
        <w:br/>
        <w:t>f 5072/12988/12413 5071/12987/12412 5078/12994/12419</w:t>
        <w:br/>
        <w:t>f 5077/12992/12417 5079/12995/12420 5076/12993/12418</w:t>
        <w:br/>
        <w:t>f 5073/12991/12416 5074/12990/12415 5080/12996/12421</w:t>
        <w:br/>
        <w:t>f 5079/12995/12420 5077/12992/12417 5081/12997/12422</w:t>
        <w:br/>
        <w:t>f 5084/12998/12423 5083/12999/12424 5082/13000/12425</w:t>
        <w:br/>
        <w:t>f 5085/13001/12426 5084/12998/12423 5082/13000/12425</w:t>
        <w:br/>
        <w:t>f 5087/13002/12427 5083/12999/12424 5086/13003/12428</w:t>
        <w:br/>
        <w:t>f 5084/12998/12423 5086/13003/12428 5083/12999/12424</w:t>
        <w:br/>
        <w:t>f 5090/13004/12429 5089/13005/12430 5088/13006/12431</w:t>
        <w:br/>
        <w:t>f 5088/13006/12431 5089/13005/12430 5091/13007/12432</w:t>
        <w:br/>
        <w:t>f 5088/13006/12431 5091/13007/12432 5092/13008/12433</w:t>
        <w:br/>
        <w:t>f 5092/13008/12433 5093/13009/12434 5088/13006/12431</w:t>
        <w:br/>
        <w:t>f 5094/13010/12435 5090/13004/12429 5088/13006/12431</w:t>
        <w:br/>
        <w:t>f 5094/13010/12435 5088/13006/12431 5093/13009/12434</w:t>
        <w:br/>
        <w:t>f 5090/13004/12429 5094/13010/12435 5095/13011/12436</w:t>
        <w:br/>
        <w:t>f 5094/13010/12435 5093/13009/12434 5096/13012/12437</w:t>
        <w:br/>
        <w:t>f 5097/13013/12438 5087/13002/12427 5086/13003/12428</w:t>
        <w:br/>
        <w:t>f 5094/13010/12435 5098/13014/12439 5095/13011/12436</w:t>
        <w:br/>
        <w:t>f 5087/13002/12427 5097/13013/12438 5099/13015/12440</w:t>
        <w:br/>
        <w:t>f 5100/13016/12441 5094/13010/12435 5096/13012/12437</w:t>
        <w:br/>
        <w:t>f 5098/13014/12439 5094/13010/12435 5100/13016/12441</w:t>
        <w:br/>
        <w:t>f 5100/13016/12441 5096/13012/12437 5101/13017/12442</w:t>
        <w:br/>
        <w:t>f 5102/13018/12443 5100/13016/12441 5101/13017/12442</w:t>
        <w:br/>
        <w:t>f 5097/13013/12438 5103/13019/12444 5099/13015/12440</w:t>
        <w:br/>
        <w:t>f 5100/13016/12441 5102/13018/12443 5104/13020/12445</w:t>
        <w:br/>
        <w:t>f 5100/13016/12441 5105/13021/12446 5098/13014/12439</w:t>
        <w:br/>
        <w:t>f 5105/13021/12446 5100/13016/12441 5104/13020/12445</w:t>
        <w:br/>
        <w:t>f 5103/13019/12444 5097/13013/12438 5106/13022/12447</w:t>
        <w:br/>
        <w:t>f 5107/13023/12448 5104/13020/12445 5102/13018/12443</w:t>
        <w:br/>
        <w:t>f 5107/13023/12448 5102/13018/12443 5108/13024/12449</w:t>
        <w:br/>
        <w:t>f 5109/13025/12450 5105/13021/12446 5104/13020/12445</w:t>
        <w:br/>
        <w:t>f 5109/13025/12450 5104/13020/12445 5107/13023/12448</w:t>
        <w:br/>
        <w:t>f 5110/13026/12451 5107/13023/12448 5108/13024/12449</w:t>
        <w:br/>
        <w:t>f 5110/13026/12451 5109/13025/12450 5107/13023/12448</w:t>
        <w:br/>
        <w:t>f 5110/13026/12451 5108/13024/12449 5111/13027/12452</w:t>
        <w:br/>
        <w:t>f 5112/13028/12453 5110/13026/12451 5111/13027/12452</w:t>
        <w:br/>
        <w:t>f 5114/13029/12454 5106/13022/12447 5113/13030/12455</w:t>
        <w:br/>
        <w:t>f 5106/13022/12447 5114/13029/12454 5103/13019/12444</w:t>
        <w:br/>
        <w:t>f 5110/13026/12451 5112/13028/12453 5115/13031/12456</w:t>
        <w:br/>
        <w:t>f 5116/13032/12457 5115/13031/12456 5112/13028/12453</w:t>
        <w:br/>
        <w:t>f 5109/13025/12450 5110/13026/12451 5117/13033/12458</w:t>
        <w:br/>
        <w:t>f 5115/13031/12456 5116/13032/12457 5118/13034/12459</w:t>
        <w:br/>
        <w:t>f 5110/13026/12451 5119/13035/12460 5117/13033/12458</w:t>
        <w:br/>
        <w:t>f 5119/13035/12460 5110/13026/12451 5115/13031/12456</w:t>
        <w:br/>
        <w:t>f 5121/13036/12461 5113/13030/12455 5120/13037/12462</w:t>
        <w:br/>
        <w:t>f 5122/13038/12463 5121/13036/12461 5120/13037/12462</w:t>
        <w:br/>
        <w:t>f 5121/13036/12461 5114/13029/12454 5113/13030/12455</w:t>
        <w:br/>
        <w:t>f 5115/13031/12456 5123/13039/12464 5119/13035/12460</w:t>
        <w:br/>
        <w:t>f 5123/13039/12464 5115/13031/12456 5118/13034/12459</w:t>
        <w:br/>
        <w:t>f 5121/13036/12461 5122/13038/12463 5124/13040/12465</w:t>
        <w:br/>
        <w:t>f 5125/13041/12466 5124/13040/12465 5122/13038/12463</w:t>
        <w:br/>
        <w:t>f 5128/13042/12467 5127/13043/12468 5126/13044/12469</w:t>
        <w:br/>
        <w:t>f 5127/13043/12468 5129/13045/12470 5126/13044/12469</w:t>
        <w:br/>
        <w:t>f 5131/13046/12471 5130/13047/12472 5128/13042/12467</w:t>
        <w:br/>
        <w:t>f 5127/13043/12468 5132/13048/12473 5129/13045/12470</w:t>
        <w:br/>
        <w:t>f 5132/13048/12473 5081/12997/12422 5129/13045/12470</w:t>
        <w:br/>
        <w:t>f 5081/12997/12422 5132/13048/12473 5079/12995/12420</w:t>
        <w:br/>
        <w:t>f 5133/13049/12474 5072/12988/12413 5078/12994/12419</w:t>
        <w:br/>
        <w:t>f 5072/12988/12413 5133/13049/12474 5134/13050/12475</w:t>
        <w:br/>
        <w:t>f 5062/12978/12403 5061/12977/12402 5135/13051/12476</w:t>
        <w:br/>
        <w:t>f 5136/13052/12477 5134/13050/12475 5133/13049/12474</w:t>
        <w:br/>
        <w:t>f 5137/13053/12478 5062/12978/12403 5135/13051/12476</w:t>
        <w:br/>
        <w:t>f 5133/13049/12474 5138/13054/12479 5136/13052/12477</w:t>
        <w:br/>
        <w:t>f 5062/12978/12403 5137/13053/12478 5139/13055/12480</w:t>
        <w:br/>
        <w:t>f 5140/13056/12481 5139/13055/12480 5137/13053/12478</w:t>
        <w:br/>
        <w:t>f 5141/13057/12482 5136/13052/12477 5138/13054/12479</w:t>
        <w:br/>
        <w:t>f 5139/13055/12480 5140/13056/12481 5142/13058/12483</w:t>
        <w:br/>
        <w:t>f 5140/13056/12481 5143/13059/12484 5142/13058/12483</w:t>
        <w:br/>
        <w:t>f 5127/13043/12468 5144/13060/12485 5140/13056/12481</w:t>
        <w:br/>
        <w:t>f 5127/13043/12468 5128/13042/12467 5144/13060/12485</w:t>
        <w:br/>
        <w:t>f 5130/13047/12472 5144/13060/12485 5128/13042/12467</w:t>
        <w:br/>
        <w:t>f 5145/13061/12486 5140/13056/12481 5144/13060/12485</w:t>
        <w:br/>
        <w:t>f 5144/13060/12485 5130/13047/12472 5145/13061/12486</w:t>
        <w:br/>
        <w:t>f 5143/13059/12484 5140/13056/12481 5145/13061/12486</w:t>
        <w:br/>
        <w:t>f 5146/13062/12487 5145/13061/12486 5130/13047/12472</w:t>
        <w:br/>
        <w:t>f 5146/13062/12487 5130/13047/12472 5131/13046/12471</w:t>
        <w:br/>
        <w:t>f 5147/13063/12488 5143/13059/12484 5145/13061/12486</w:t>
        <w:br/>
        <w:t>f 5145/13061/12486 5146/13062/12487 5147/13063/12488</w:t>
        <w:br/>
        <w:t>f 5143/13059/12484 5147/13063/12488 5148/13064/12489</w:t>
        <w:br/>
        <w:t>f 5149/13065/12490 5146/13062/12487 5131/13046/12471</w:t>
        <w:br/>
        <w:t>f 5150/13066/12491 5124/13040/12465 5125/13041/12466</w:t>
        <w:br/>
        <w:t>f 5146/13062/12487 5151/13067/12492 5147/13063/12488</w:t>
        <w:br/>
        <w:t>f 5152/13068/12493 5150/13066/12491 5125/13041/12466</w:t>
        <w:br/>
        <w:t>f 5118/13034/12459 5153/13069/12494 5123/13039/12464</w:t>
        <w:br/>
        <w:t>f 5146/13062/12487 5149/13065/12490 5154/13070/12495</w:t>
        <w:br/>
        <w:t>f 5150/13066/12491 5152/13068/12493 5155/13071/12496</w:t>
        <w:br/>
        <w:t>f 5146/13062/12487 5154/13070/12495 5151/13067/12492</w:t>
        <w:br/>
        <w:t>f 5153/13069/12494 5118/13034/12459 5156/13072/12497</w:t>
        <w:br/>
        <w:t>f 5156/13072/12497 5118/13034/12459 5116/13032/12457</w:t>
        <w:br/>
        <w:t>f 5156/13072/12497 5116/13032/12457 5157/13073/12498</w:t>
        <w:br/>
        <w:t>f 5158/13074/12499 5156/13072/12497 5157/13073/12498</w:t>
        <w:br/>
        <w:t>f 5156/13072/12497 5159/13075/12500 5153/13069/12494</w:t>
        <w:br/>
        <w:t>f 5160/13076/12501 5155/13071/12496 5152/13068/12493</w:t>
        <w:br/>
        <w:t>f 5156/13072/12497 5158/13074/12499 5161/13077/12502</w:t>
        <w:br/>
        <w:t>f 5159/13075/12500 5156/13072/12497 5161/13077/12502</w:t>
        <w:br/>
        <w:t>f 5162/13078/12503 5161/13077/12502 5158/13074/12499</w:t>
        <w:br/>
        <w:t>f 5155/13071/12504 5159/13075/12505 5163/13079/12506</w:t>
        <w:br/>
        <w:t>f 5161/13077/12502 5162/13078/12503 5164/13080/12507</w:t>
        <w:br/>
        <w:t>f 5165/13081/12433 5164/13080/12507 5162/13078/12503</w:t>
        <w:br/>
        <w:t>f 5164/13080/12507 5165/13081/12433 5166/13082/12432</w:t>
        <w:br/>
        <w:t>f 5167/13083/12508 5164/13080/12507 5166/13082/12432</w:t>
        <w:br/>
        <w:t>f 5168/13084/12509 5161/13077/12502 5164/13080/12507</w:t>
        <w:br/>
        <w:t>f 5164/13080/12507 5167/13083/12508 5168/13084/12509</w:t>
        <w:br/>
        <w:t>f 5161/13077/12502 5168/13084/12509 5159/13075/12500</w:t>
        <w:br/>
        <w:t>f 5171/13085/12426 5170/13086/12510 5169/13087/12511</w:t>
        <w:br/>
        <w:t>f 5170/13086/12510 5159/13075/12505 5169/13087/12511</w:t>
        <w:br/>
        <w:t>f 5170/13086/12510 5163/13079/12506 5159/13075/12505</w:t>
        <w:br/>
        <w:t>f 5170/13086/12510 5171/13085/12426 5172/13088/12512</w:t>
        <w:br/>
        <w:t>f 5174/13089/12513 5170/13086/12510 5173/13090/12421</w:t>
        <w:br/>
        <w:t>f 5170/13086/12510 5174/13089/12513 5175/13091/12514</w:t>
        <w:br/>
        <w:t>f 5175/13091/12514 5163/13079/12506 5170/13086/12510</w:t>
        <w:br/>
        <w:t>f 5176/13092/12515 5154/13070/12495 5163/13079/12506</w:t>
        <w:br/>
        <w:t>f 5163/13079/12506 5175/13091/12514 5176/13092/12515</w:t>
        <w:br/>
        <w:t>f 5154/13070/12495 5176/13092/12515 5151/13067/12492</w:t>
        <w:br/>
        <w:t>f 5179/13093/12407 5178/13094/12516 5177/13095/12517</w:t>
        <w:br/>
        <w:t>f 5151/13067/12492 5181/13096/12518 5180/13097/12519</w:t>
        <w:br/>
        <w:t>f 5147/13063/12488 5151/13067/12492 5180/13097/12519</w:t>
        <w:br/>
        <w:t>f 5147/13063/12488 5180/13097/12519 5148/13064/12489</w:t>
        <w:br/>
        <w:t>f 5182/13098/12520 5148/13064/12489 5180/13097/12519</w:t>
        <w:br/>
        <w:t>f 5182/13098/12520 5184/13099/12521 5183/13100/12522</w:t>
        <w:br/>
        <w:t>f 5184/13099/12521 5182/13098/12520 5185/13101/12523</w:t>
        <w:br/>
        <w:t>f 5182/13098/12520 5180/13097/12519 5185/13101/12523</w:t>
        <w:br/>
        <w:t>f 5186/13102/12524 5180/13097/12519 5181/13096/12518</w:t>
        <w:br/>
        <w:t>f 5180/13097/12519 5187/13103/12525 5185/13101/12523</w:t>
        <w:br/>
        <w:t>f 5181/13096/12518 5177/13095/12517 5186/13102/12524</w:t>
        <w:br/>
        <w:t>f 5188/13104/12526 5185/13101/12523 5187/13103/12525</w:t>
        <w:br/>
        <w:t>f 5186/13102/12524 5177/13095/12517 5178/13094/12516</w:t>
        <w:br/>
        <w:t>f 5187/13103/12525 5189/13105/12527 5188/13104/12526</w:t>
        <w:br/>
        <w:t>f 5189/13105/12527 5187/13103/12525 5190/13106/12528</w:t>
        <w:br/>
        <w:t>f 5190/13106/12528 5191/13107/12405 5189/13105/12527</w:t>
        <w:br/>
        <w:t>f 5191/13107/12405 5190/13106/12528 5192/13108/12406</w:t>
        <w:br/>
        <w:t>f 5178/13094/12516 5179/13093/12407 5193/13109/12529</w:t>
        <w:br/>
        <w:t>f 5196/13110/12530 5195/13111/12531 5194/13112/12532</w:t>
        <w:br/>
        <w:t>f 5197/13113/12533 5195/13111/12531 5196/13110/12530</w:t>
        <w:br/>
        <w:t>f 5197/13113/12533 5198/13114/12534 5195/13111/12531</w:t>
        <w:br/>
        <w:t>f 5199/13115/12535 5195/13111/12531 5198/13114/12534</w:t>
        <w:br/>
        <w:t>f 5202/13116/12536 5201/13117/12537 5200/13118/12538</w:t>
        <w:br/>
        <w:t>f 5200/13118/12538 5201/13117/12537 5203/13119/12539</w:t>
        <w:br/>
        <w:t>f 5201/13117/12537 5204/13120/12540 5203/13119/12539</w:t>
        <w:br/>
        <w:t>f 5198/13114/12534 5197/13113/12533 5205/13121/12541</w:t>
        <w:br/>
        <w:t>f 5205/13121/12541 5197/13113/12533 5206/13122/12542</w:t>
        <w:br/>
        <w:t>f 5204/13120/12540 5201/13117/12537 5207/13123/12543</w:t>
        <w:br/>
        <w:t>f 5205/13121/12541 5208/13124/12544 5198/13114/12534</w:t>
        <w:br/>
        <w:t>f 5211/13125/12545 5210/13126/12546 5209/13127/12547</w:t>
        <w:br/>
        <w:t>f 5210/13126/12546 5211/13125/12545 5212/13128/12548</w:t>
        <w:br/>
        <w:t>f 5211/13125/12545 5213/13129/12549 5212/13128/12548</w:t>
        <w:br/>
        <w:t>f 5205/13121/12541 5214/13130/12550 5208/13124/12544</w:t>
        <w:br/>
        <w:t>f 5215/13131/12551 5212/13128/12548 5213/13129/12549</w:t>
        <w:br/>
        <w:t>f 5207/13123/12543 5216/13132/12552 5204/13120/12540</w:t>
        <w:br/>
        <w:t>f 5214/13130/12550 5217/13133/12553 5208/13124/12544</w:t>
        <w:br/>
        <w:t>f 5204/13120/12540 5216/13132/12552 5218/13134/12554</w:t>
        <w:br/>
        <w:t>f 5213/13129/12549 5219/13135/12555 5215/13131/12551</w:t>
        <w:br/>
        <w:t>f 5214/13130/12550 5220/13136/12556 5217/13133/12553</w:t>
        <w:br/>
        <w:t>f 5219/13135/12555 5213/13129/12549 5221/13137/12557</w:t>
        <w:br/>
        <w:t>f 5216/13132/12552 5222/13138/12558 5218/13134/12554</w:t>
        <w:br/>
        <w:t>f 5220/13136/12556 5223/13139/12559 5217/13133/12553</w:t>
        <w:br/>
        <w:t>f 5218/13134/12554 5222/13138/12558 5224/13140/12560</w:t>
        <w:br/>
        <w:t>f 5221/13137/12557 5225/13141/12561 5219/13135/12555</w:t>
        <w:br/>
        <w:t>f 5220/13136/12556 5226/13142/12562 5223/13139/12559</w:t>
        <w:br/>
        <w:t>f 5225/13141/12561 5221/13137/12557 5227/13143/12563</w:t>
        <w:br/>
        <w:t>f 5227/13143/12563 5228/13144/12564 5225/13141/12561</w:t>
        <w:br/>
        <w:t>f 5229/13145/12565 5223/13139/12559 5226/13142/12562</w:t>
        <w:br/>
        <w:t>f 5228/13144/12564 5227/13143/12563 5230/13146/12566</w:t>
        <w:br/>
        <w:t>f 5222/13138/12558 5231/13147/12567 5224/13140/12560</w:t>
        <w:br/>
        <w:t>f 5223/13139/12559 5229/13145/12565 5232/13148/12568</w:t>
        <w:br/>
        <w:t>f 5224/13140/12560 5231/13147/12567 5233/13149/12569</w:t>
        <w:br/>
        <w:t>f 5231/13147/12567 5234/13150/12570 5233/13149/12569</w:t>
        <w:br/>
        <w:t>f 5235/13151/12571 5228/13144/12564 5230/13146/12566</w:t>
        <w:br/>
        <w:t>f 5236/13152/12572 5232/13148/12568 5229/13145/12565</w:t>
        <w:br/>
        <w:t>f 5230/13146/12566 5237/13153/12573 5235/13151/12571</w:t>
        <w:br/>
        <w:t>f 5231/13147/12567 5238/13154/12574 5234/13150/12570</w:t>
        <w:br/>
        <w:t>f 5232/13148/12568 5236/13152/12572 5239/13155/12575</w:t>
        <w:br/>
        <w:t>f 5238/13154/12574 5240/13156/12576 5234/13150/12570</w:t>
        <w:br/>
        <w:t>f 5241/13157/12577 5235/13151/12571 5237/13153/12573</w:t>
        <w:br/>
        <w:t>f 5240/13156/12576 5238/13154/12574 5242/13158/12578</w:t>
        <w:br/>
        <w:t>f 5242/13158/12578 5243/13159/12579 5240/13156/12576</w:t>
        <w:br/>
        <w:t>f 5244/13160/12580 5239/13155/12575 5236/13152/12572</w:t>
        <w:br/>
        <w:t>f 5235/13151/12571 5241/13157/12577 5245/13161/12581</w:t>
        <w:br/>
        <w:t>f 5239/13155/12575 5244/13160/12580 5246/13162/12582</w:t>
        <w:br/>
        <w:t>f 5241/13157/12577 5247/13163/12583 5245/13161/12581</w:t>
        <w:br/>
        <w:t>f 5248/13164/12584 5246/13162/12582 5244/13160/12580</w:t>
        <w:br/>
        <w:t>f 5247/13163/12583 5241/13157/12577 5249/13165/12585</w:t>
        <w:br/>
        <w:t>f 5243/13159/12579 5242/13158/12578 5250/13166/12586</w:t>
        <w:br/>
        <w:t>f 5248/13164/12584 5251/13167/12587 5246/13162/12582</w:t>
        <w:br/>
        <w:t>f 5250/13166/12586 5252/13168/12588 5243/13159/12579</w:t>
        <w:br/>
        <w:t>f 5252/13168/12588 5250/13166/12586 5253/13169/12589</w:t>
        <w:br/>
        <w:t>f 5255/13170/12590 5251/13167/12587 5254/13171/12591</w:t>
        <w:br/>
        <w:t>f 5249/13165/12585 5256/13172/12592 5247/13163/12583</w:t>
        <w:br/>
        <w:t>f 5256/13172/12592 5249/13165/12585 5257/13173/12593</w:t>
        <w:br/>
        <w:t>f 5248/13164/12584 5259/13174/12594 5258/13175/12595</w:t>
        <w:br/>
        <w:t>f 5258/13175/12595 5251/13167/12587 5248/13164/12584</w:t>
        <w:br/>
        <w:t>f 5258/13175/12595 5254/13171/12591 5251/13167/12587</w:t>
        <w:br/>
        <w:t>f 5258/13175/12595 5260/13176/12596 5254/13171/12591</w:t>
        <w:br/>
        <w:t>f 5260/13176/12596 5258/13175/12595 5261/13177/12597</w:t>
        <w:br/>
        <w:t>f 5264/13178/12598 5263/13179/12599 5262/13180/12599</w:t>
        <w:br/>
        <w:t>f 5263/13179/12599 5264/13178/12598 5265/13181/12600</w:t>
        <w:br/>
        <w:t>f 5266/13182/12601 5265/13181/12600 5264/13178/12598</w:t>
        <w:br/>
        <w:t>f 5265/13181/12600 5266/13182/12601 5267/13183/12602</w:t>
        <w:br/>
        <w:t>f 5268/13184/12603 5266/13182/12601 5264/13178/12598</w:t>
        <w:br/>
        <w:t>f 5269/13185/12604 5267/13183/12602 5266/13182/12601</w:t>
        <w:br/>
        <w:t>f 5267/13183/12602 5269/13185/12604 5270/13186/12605</w:t>
        <w:br/>
        <w:t>f 5269/13185/12604 5271/13187/12599 5270/13186/12605</w:t>
        <w:br/>
        <w:t>f 5266/13182/12601 5268/13184/12603 5272/13188/12606</w:t>
        <w:br/>
        <w:t>f 5271/13187/12599 5269/13185/12604 5273/13189/12607</w:t>
        <w:br/>
        <w:t>f 5275/13190/12608 5268/13184/12603 5274/13191/12609</w:t>
        <w:br/>
        <w:t>f 5276/13192/12610 5268/13184/12603 5275/13190/12608</w:t>
        <w:br/>
        <w:t>f 5268/13184/12603 5276/13192/12610 5272/13188/12606</w:t>
        <w:br/>
        <w:t>f 5277/13193/12611 5272/13188/12606 5276/13192/12610</w:t>
        <w:br/>
        <w:t>f 5278/13194/12612 5272/13188/12606 5277/13193/12611</w:t>
        <w:br/>
        <w:t>f 5278/13194/12612 5273/13189/12607 5269/13185/12604</w:t>
        <w:br/>
        <w:t>f 5279/13195/12613 5278/13194/12612 5277/13193/12611</w:t>
        <w:br/>
        <w:t>f 5280/13196/12614 5278/13194/12612 5279/13195/12613</w:t>
        <w:br/>
        <w:t>f 5278/13194/12612 5280/13196/12614 5281/13197/12615</w:t>
        <w:br/>
        <w:t>f 5273/13189/12607 5278/13194/12612 5281/13197/12615</w:t>
        <w:br/>
        <w:t>f 5282/13198/12616 5273/13189/12607 5281/13197/12615</w:t>
        <w:br/>
        <w:t>f 5273/13189/12607 5282/13198/12616 5283/13199/12616</w:t>
        <w:br/>
        <w:t>f 5286/13200/12617 5285/13201/12618 5284/13202/12619</w:t>
        <w:br/>
        <w:t>f 5285/13201/12618 5286/13200/12617 5287/13203/12620</w:t>
        <w:br/>
        <w:t>f 5290/13204/12621 5289/13205/12621 5288/13206/12622</w:t>
        <w:br/>
        <w:t>f 5288/13206/12622 5289/13205/12621 5291/13207/12621</w:t>
        <w:br/>
        <w:t>f 5288/13206/12622 5292/13208/12623 5290/13204/12621</w:t>
        <w:br/>
        <w:t>f 5292/13208/12623 5288/13206/12622 5293/13209/12624</w:t>
        <w:br/>
        <w:t>f 5293/13209/12624 5295/13210/12625 5294/13211/12626</w:t>
        <w:br/>
        <w:t>f 5294/13211/12626 5292/13208/12623 5293/13209/12624</w:t>
        <w:br/>
        <w:t>f 5298/13212/12627 5297/13213/12628 5296/13214/12629</w:t>
        <w:br/>
        <w:t>f 5297/13213/12628 5298/13212/12627 5299/13215/12630</w:t>
        <w:br/>
        <w:t>f 5302/13216/12631 5301/13217/12632 5300/13218/12633</w:t>
        <w:br/>
        <w:t>f 5303/13219/12634 5301/13217/12632 5302/13216/12631</w:t>
        <w:br/>
        <w:t>f 5303/13219/12634 5302/13216/12631 5304/13220/12635</w:t>
        <w:br/>
        <w:t>f 5305/13221/12636 5303/13219/12634 5304/13220/12635</w:t>
        <w:br/>
        <w:t>f 5304/13220/12635 5306/13222/12637 5305/13221/12636</w:t>
        <w:br/>
        <w:t>f 5306/13222/12637 5304/13220/12635 5307/13223/12637</w:t>
        <w:br/>
        <w:t>f 5310/13224/12638 5309/13225/12639 5308/13226/12638</w:t>
        <w:br/>
        <w:t>f 5309/13225/12639 5310/13224/12638 5311/13227/12640</w:t>
        <w:br/>
        <w:t>f 5312/13228/12641 5309/13225/12639 5311/13227/12640</w:t>
        <w:br/>
        <w:t>f 5312/13228/12641 5313/13229/12642 5309/13225/12639</w:t>
        <w:br/>
        <w:t>f 5314/13230/12643 5312/13228/12641 5311/13227/12640</w:t>
        <w:br/>
        <w:t>f 5315/13231/12644 5313/13229/12642 5312/13228/12641</w:t>
        <w:br/>
        <w:t>f 5316/13232/12645 5313/13229/12642 5315/13231/12644</w:t>
        <w:br/>
        <w:t>f 5317/13233/12646 5316/13232/12645 5315/13231/12644</w:t>
        <w:br/>
        <w:t>f 5315/13231/12644 5318/13234/12647 5317/13233/12646</w:t>
        <w:br/>
        <w:t>f 5319/13235/12648 5312/13228/12641 5314/13230/12643</w:t>
        <w:br/>
        <w:t>f 5315/13231/12644 5320/13236/12649 5318/13234/12647</w:t>
        <w:br/>
        <w:t>f 5322/13237/12650 5314/13230/12643 5321/13238/12651</w:t>
        <w:br/>
        <w:t>f 5314/13230/12643 5322/13237/12650 5323/13239/12652</w:t>
        <w:br/>
        <w:t>f 5323/13239/12652 5319/13235/12648 5314/13230/12643</w:t>
        <w:br/>
        <w:t>f 5319/13235/12648 5323/13239/12652 5324/13240/12653</w:t>
        <w:br/>
        <w:t>f 5324/13240/12653 5320/13236/12649 5319/13235/12648</w:t>
        <w:br/>
        <w:t>f 5320/13236/12649 5324/13240/12653 5325/13241/12654</w:t>
        <w:br/>
        <w:t>f 5326/13242/12650 5320/13236/12649 5325/13241/12654</w:t>
        <w:br/>
        <w:t>f 5320/13236/12649 5326/13242/12650 5327/13243/12655</w:t>
        <w:br/>
        <w:t>f 5327/13243/12655 5318/13234/12647 5320/13236/12649</w:t>
        <w:br/>
        <w:t>f 5327/13243/12655 5328/13244/12656 5318/13234/12647</w:t>
        <w:br/>
        <w:t>f 5328/13244/12656 5327/13243/12655 5329/13245/12657</w:t>
        <w:br/>
        <w:t>f 5332/13246/12658 5331/13247/12659 5330/13248/12660</w:t>
        <w:br/>
        <w:t>f 5331/13247/12659 5332/13246/12658 5333/13249/12661</w:t>
        <w:br/>
        <w:t>f 5336/13250/12662 5335/13251/12663 5334/13252/12664</w:t>
        <w:br/>
        <w:t>f 5336/13250/12662 5334/13252/12664 5337/13253/12665</w:t>
        <w:br/>
        <w:t>f 5335/13251/12663 5338/13254/12666 5334/13252/12664</w:t>
        <w:br/>
        <w:t>f 5334/13252/12664 5338/13254/12666 5339/13255/12667</w:t>
        <w:br/>
        <w:t>f 5338/13254/12666 5340/13256/12668 5339/13255/12667</w:t>
        <w:br/>
        <w:t>f 5339/13255/12667 5340/13256/12668 5341/13257/12669</w:t>
        <w:br/>
        <w:t>f 5344/13258/12670 5343/13259/12671 5342/13260/12672</w:t>
        <w:br/>
        <w:t>f 5344/13258/12670 5345/13261/12673 5343/13259/12671</w:t>
        <w:br/>
        <w:t>f 5348/13262/12674 5347/13263/12675 5346/13264/12676</w:t>
        <w:br/>
        <w:t>f 5346/13264/12676 5349/13265/12677 5348/13262/12674</w:t>
        <w:br/>
        <w:t>f 5349/13265/12677 5350/13266/12678 5348/13262/12674</w:t>
        <w:br/>
        <w:t>f 5349/13265/12677 5351/13267/12679 5350/13266/12678</w:t>
        <w:br/>
        <w:t>f 5352/13268/12679 5350/13266/12678 5351/13267/12679</w:t>
        <w:br/>
        <w:t>f 5350/13266/12678 5352/13268/12679 5353/13269/12679</w:t>
        <w:br/>
        <w:t>f 5356/13270/12680 5355/13271/12681 5354/13272/12682</w:t>
        <w:br/>
        <w:t>f 5357/13273/12683 5355/13271/12681 5356/13270/12680</w:t>
        <w:br/>
        <w:t>f 5357/13273/12683 5358/13274/12684 5355/13271/12681</w:t>
        <w:br/>
        <w:t>f 5359/13275/12685 5355/13271/12681 5358/13274/12684</w:t>
        <w:br/>
        <w:t>f 5362/13276/12686 5361/13277/12687 5360/13278/12688</w:t>
        <w:br/>
        <w:t>f 5360/13278/12688 5361/13277/12687 5363/13279/12689</w:t>
        <w:br/>
        <w:t>f 5361/13277/12687 5364/13280/12690 5363/13279/12689</w:t>
        <w:br/>
        <w:t>f 5358/13274/12684 5357/13273/12683 5365/13281/12691</w:t>
        <w:br/>
        <w:t>f 5365/13281/12691 5357/13273/12683 5366/13282/12542</w:t>
        <w:br/>
        <w:t>f 5364/13280/12690 5361/13277/12687 5367/13283/12692</w:t>
        <w:br/>
        <w:t>f 5365/13281/12691 5368/13284/12693 5358/13274/12684</w:t>
        <w:br/>
        <w:t>f 5371/13285/12694 5370/13286/12695 5369/13287/12696</w:t>
        <w:br/>
        <w:t>f 5370/13286/12695 5371/13285/12694 5372/13288/12697</w:t>
        <w:br/>
        <w:t>f 5371/13285/12694 5373/13289/12698 5372/13288/12697</w:t>
        <w:br/>
        <w:t>f 5365/13281/12691 5374/13290/12699 5368/13284/12693</w:t>
        <w:br/>
        <w:t>f 5375/13291/12700 5372/13288/12697 5373/13289/12698</w:t>
        <w:br/>
        <w:t>f 5367/13283/12692 5376/13292/12701 5364/13280/12690</w:t>
        <w:br/>
        <w:t>f 5374/13290/12699 5377/13293/12702 5368/13284/12693</w:t>
        <w:br/>
        <w:t>f 5364/13280/12690 5376/13292/12701 5378/13294/12703</w:t>
        <w:br/>
        <w:t>f 5373/13289/12698 5379/13295/12704 5375/13291/12700</w:t>
        <w:br/>
        <w:t>f 5374/13290/12699 5380/13296/12705 5377/13293/12702</w:t>
        <w:br/>
        <w:t>f 5379/13295/12704 5373/13289/12698 5381/13297/12706</w:t>
        <w:br/>
        <w:t>f 5376/13292/12701 5382/13298/12707 5378/13294/12703</w:t>
        <w:br/>
        <w:t>f 5380/13296/12705 5383/13299/12708 5377/13293/12702</w:t>
        <w:br/>
        <w:t>f 5378/13294/12703 5382/13298/12707 5384/13300/12709</w:t>
        <w:br/>
        <w:t>f 5381/13297/12706 5385/13301/12710 5379/13295/12704</w:t>
        <w:br/>
        <w:t>f 5380/13296/12705 5386/13302/12711 5383/13299/12708</w:t>
        <w:br/>
        <w:t>f 5385/13301/12710 5381/13297/12706 5387/13303/12712</w:t>
        <w:br/>
        <w:t>f 5382/13298/12707 5388/13304/12713 5384/13300/12709</w:t>
        <w:br/>
        <w:t>f 5387/13303/12712 5389/13305/12714 5385/13301/12710</w:t>
        <w:br/>
        <w:t>f 5390/13306/12715 5383/13299/12708 5386/13302/12711</w:t>
        <w:br/>
        <w:t>f 5389/13305/12714 5387/13303/12712 5391/13307/12716</w:t>
        <w:br/>
        <w:t>f 5392/13308/12717 5389/13305/12714 5391/13307/12716</w:t>
        <w:br/>
        <w:t>f 5388/13304/12713 5382/13298/12707 5393/13309/12718</w:t>
        <w:br/>
        <w:t>f 5383/13299/12708 5390/13306/12715 5394/13310/12719</w:t>
        <w:br/>
        <w:t>f 5393/13309/12718 5395/13311/12720 5388/13304/12713</w:t>
        <w:br/>
        <w:t>f 5389/13305/12714 5392/13308/12717 5396/13312/12721</w:t>
        <w:br/>
        <w:t>f 5397/13313/12722 5394/13310/12719 5390/13306/12715</w:t>
        <w:br/>
        <w:t>f 5398/13314/12723 5396/13312/12721 5392/13308/12717</w:t>
        <w:br/>
        <w:t>f 5393/13309/12718 5399/13315/12724 5395/13311/12720</w:t>
        <w:br/>
        <w:t>f 5394/13310/12719 5397/13313/12722 5400/13316/12725</w:t>
        <w:br/>
        <w:t>f 5399/13315/12724 5401/13317/12726 5395/13311/12720</w:t>
        <w:br/>
        <w:t>f 5396/13312/12721 5398/13314/12723 5402/13318/12727</w:t>
        <w:br/>
        <w:t>f 5403/13319/12728 5400/13316/12725 5397/13313/12722</w:t>
        <w:br/>
        <w:t>f 5401/13317/12726 5399/13315/12724 5404/13320/12729</w:t>
        <w:br/>
        <w:t>f 5400/13316/12725 5403/13319/12728 5405/13321/12730</w:t>
        <w:br/>
        <w:t>f 5404/13320/12729 5406/13322/12731 5401/13317/12726</w:t>
        <w:br/>
        <w:t>f 5398/13314/12723 5407/13323/12732 5402/13318/12727</w:t>
        <w:br/>
        <w:t>f 5408/13324/12733 5405/13321/12730 5403/13319/12728</w:t>
        <w:br/>
        <w:t>f 5407/13323/12732 5398/13314/12723 5409/13325/12734</w:t>
        <w:br/>
        <w:t>f 5406/13322/12731 5404/13320/12729 5410/13326/12735</w:t>
        <w:br/>
        <w:t>f 5408/13324/12733 5411/13327/12736 5405/13321/12730</w:t>
        <w:br/>
        <w:t>f 5410/13326/12735 5412/13328/12737 5406/13322/12731</w:t>
        <w:br/>
        <w:t>f 5412/13328/12737 5410/13326/12735 5413/13329/12738</w:t>
        <w:br/>
        <w:t>f 5415/13330/12739 5411/13327/12736 5414/13331/12740</w:t>
        <w:br/>
        <w:t>f 5409/13325/12734 5416/13332/12741 5407/13323/12732</w:t>
        <w:br/>
        <w:t>f 5416/13332/12741 5409/13325/12734 5417/13333/12742</w:t>
        <w:br/>
        <w:t>f 5408/13324/12733 5419/13334/12743 5418/13335/12744</w:t>
        <w:br/>
        <w:t>f 5418/13335/12744 5411/13327/12736 5408/13324/12733</w:t>
        <w:br/>
        <w:t>f 5418/13335/12744 5414/13331/12740 5411/13327/12736</w:t>
        <w:br/>
        <w:t>f 5418/13335/12744 5420/13336/12745 5414/13331/12740</w:t>
        <w:br/>
        <w:t>f 5420/13336/12745 5418/13335/12744 5421/13337/12746</w:t>
        <w:br/>
        <w:t>f 5424/13338/12598 5423/13339/12747 5422/13340/12748</w:t>
        <w:br/>
        <w:t>f 5423/13339/12747 5424/13338/12598 5425/13341/12749</w:t>
        <w:br/>
        <w:t>f 5426/13342/12750 5425/13341/12749 5424/13338/12598</w:t>
        <w:br/>
        <w:t>f 5425/13341/12749 5426/13342/12750 5427/13343/12751</w:t>
        <w:br/>
        <w:t>f 5428/13344/12752 5426/13342/12750 5424/13338/12598</w:t>
        <w:br/>
        <w:t>f 5429/13345/12753 5427/13343/12751 5426/13342/12750</w:t>
        <w:br/>
        <w:t>f 5427/13343/12751 5429/13345/12753 5430/13346/12754</w:t>
        <w:br/>
        <w:t>f 5429/13345/12753 5431/13347/12599 5430/13346/12754</w:t>
        <w:br/>
        <w:t>f 5426/13342/12750 5428/13344/12752 5432/13348/12755</w:t>
        <w:br/>
        <w:t>f 5431/13347/12599 5429/13345/12753 5433/13349/12756</w:t>
        <w:br/>
        <w:t>f 5435/13350/12757 5428/13344/12752 5434/13351/12758</w:t>
        <w:br/>
        <w:t>f 5436/13352/12759 5428/13344/12752 5435/13350/12757</w:t>
        <w:br/>
        <w:t>f 5428/13344/12752 5436/13352/12759 5432/13348/12755</w:t>
        <w:br/>
        <w:t>f 5437/13353/12760 5432/13348/12755 5436/13352/12759</w:t>
        <w:br/>
        <w:t>f 5438/13354/12761 5432/13348/12755 5437/13353/12760</w:t>
        <w:br/>
        <w:t>f 5438/13354/12761 5433/13349/12756 5429/13345/12753</w:t>
        <w:br/>
        <w:t>f 5439/13355/12762 5438/13354/12761 5437/13353/12760</w:t>
        <w:br/>
        <w:t>f 5440/13356/12763 5438/13354/12761 5439/13355/12762</w:t>
        <w:br/>
        <w:t>f 5438/13354/12761 5440/13356/12763 5441/13357/12764</w:t>
        <w:br/>
        <w:t>f 5433/13349/12756 5438/13354/12761 5441/13357/12764</w:t>
        <w:br/>
        <w:t>f 5442/13358/12765 5433/13349/12756 5441/13357/12764</w:t>
        <w:br/>
        <w:t>f 5433/13349/12756 5442/13358/12765 5443/13359/12766</w:t>
        <w:br/>
        <w:t>f 5446/13360/12767 5445/13361/12768 5444/13362/12769</w:t>
        <w:br/>
        <w:t>f 5445/13361/12768 5446/13360/12767 5447/13363/12770</w:t>
        <w:br/>
        <w:t>f 5450/13364/12771 5449/13365/12772 5448/13366/12773</w:t>
        <w:br/>
        <w:t>f 5448/13366/12773 5449/13365/12772 5451/13367/12774</w:t>
        <w:br/>
        <w:t>f 5448/13366/12773 5452/13368/12775 5450/13364/12771</w:t>
        <w:br/>
        <w:t>f 5452/13368/12775 5448/13366/12773 5453/13369/12776</w:t>
        <w:br/>
        <w:t>f 5453/13369/12776 5455/13370/12777 5454/13371/12778</w:t>
        <w:br/>
        <w:t>f 5454/13371/12778 5452/13368/12775 5453/13369/12776</w:t>
        <w:br/>
        <w:t>f 5458/13372/12779 5457/13373/12779 5456/13374/12780</w:t>
        <w:br/>
        <w:t>f 5457/13373/12779 5458/13372/12779 5459/13375/12781</w:t>
        <w:br/>
        <w:t>f 5462/13376/12782 5461/13377/12783 5460/13378/12784</w:t>
        <w:br/>
        <w:t>f 5463/13379/12785 5461/13377/12783 5462/13376/12782</w:t>
        <w:br/>
        <w:t>f 5463/13379/12785 5462/13376/12782 5464/13380/12786</w:t>
        <w:br/>
        <w:t>f 5465/13381/12787 5463/13379/12785 5464/13380/12786</w:t>
        <w:br/>
        <w:t>f 5464/13380/12786 5466/13382/12788 5465/13381/12787</w:t>
        <w:br/>
        <w:t>f 5466/13382/12788 5464/13380/12786 5467/13383/12789</w:t>
        <w:br/>
        <w:t>f 5470/13384/12790 5469/13385/12791 5468/13386/12792</w:t>
        <w:br/>
        <w:t>f 5469/13385/12791 5470/13384/12790 5471/13387/12793</w:t>
        <w:br/>
        <w:t>f 5472/13388/12794 5469/13385/12791 5471/13387/12793</w:t>
        <w:br/>
        <w:t>f 5472/13388/12794 5473/13389/12795 5469/13385/12791</w:t>
        <w:br/>
        <w:t>f 5474/13390/12796 5472/13388/12794 5471/13387/12793</w:t>
        <w:br/>
        <w:t>f 5475/13391/12797 5473/13389/12795 5472/13388/12794</w:t>
        <w:br/>
        <w:t>f 5476/13392/12798 5473/13389/12795 5475/13391/12797</w:t>
        <w:br/>
        <w:t>f 5477/13393/12799 5476/13392/12798 5475/13391/12797</w:t>
        <w:br/>
        <w:t>f 5475/13391/12797 5478/13394/12800 5477/13393/12799</w:t>
        <w:br/>
        <w:t>f 5479/13395/12801 5472/13388/12794 5474/13390/12796</w:t>
        <w:br/>
        <w:t>f 5475/13391/12797 5480/13396/12802 5478/13394/12800</w:t>
        <w:br/>
        <w:t>f 5482/13397/12803 5474/13390/12796 5481/13398/12804</w:t>
        <w:br/>
        <w:t>f 5474/13390/12796 5482/13397/12803 5483/13399/12805</w:t>
        <w:br/>
        <w:t>f 5483/13399/12805 5479/13395/12801 5474/13390/12796</w:t>
        <w:br/>
        <w:t>f 5479/13395/12801 5483/13399/12805 5484/13400/12806</w:t>
        <w:br/>
        <w:t>f 5484/13400/12806 5480/13396/12802 5479/13395/12801</w:t>
        <w:br/>
        <w:t>f 5480/13396/12802 5484/13400/12806 5485/13401/12807</w:t>
        <w:br/>
        <w:t>f 5486/13402/12808 5480/13396/12802 5485/13401/12807</w:t>
        <w:br/>
        <w:t>f 5480/13396/12802 5486/13402/12808 5487/13403/12809</w:t>
        <w:br/>
        <w:t>f 5487/13403/12809 5478/13394/12800 5480/13396/12802</w:t>
        <w:br/>
        <w:t>f 5487/13403/12809 5488/13404/12810 5478/13394/12800</w:t>
        <w:br/>
        <w:t>f 5488/13404/12810 5487/13403/12809 5489/13405/12811</w:t>
        <w:br/>
        <w:t>f 5492/13406/12812 5491/13407/12813 5490/13408/12814</w:t>
        <w:br/>
        <w:t>f 5491/13407/12813 5492/13406/12812 5493/13409/12815</w:t>
        <w:br/>
        <w:t>f 5496/13410/12816 5495/13411/12817 5494/13412/12818</w:t>
        <w:br/>
        <w:t>f 5496/13410/12816 5494/13412/12818 5497/13413/12819</w:t>
        <w:br/>
        <w:t>f 5495/13411/12817 5498/13414/12820 5494/13412/12818</w:t>
        <w:br/>
        <w:t>f 5494/13412/12818 5498/13414/12820 5499/13415/12821</w:t>
        <w:br/>
        <w:t>f 5498/13414/12820 5500/13416/12822 5499/13415/12821</w:t>
        <w:br/>
        <w:t>f 5499/13415/12821 5500/13416/12822 5501/13417/12823</w:t>
        <w:br/>
        <w:t>f 5504/13418/12824 5503/13419/12824 5502/13420/12825</w:t>
        <w:br/>
        <w:t>f 5504/13418/12824 5505/13421/12826 5503/13419/12824</w:t>
        <w:br/>
        <w:t>f 5508/13422/12827 5507/13423/12828 5506/13424/12829</w:t>
        <w:br/>
        <w:t>f 5506/13424/12829 5509/13425/12830 5508/13422/12827</w:t>
        <w:br/>
        <w:t>f 5509/13425/12830 5510/13426/12831 5508/13422/12827</w:t>
        <w:br/>
        <w:t>f 5509/13425/12830 5511/13427/12832 5510/13426/12831</w:t>
        <w:br/>
        <w:t>f 5512/13428/12833 5510/13426/12831 5511/13427/12832</w:t>
        <w:br/>
        <w:t>f 5510/13426/12831 5512/13428/12833 5513/13429/12834</w:t>
        <w:br/>
        <w:t>f 5516/13430/12835 5515/13431/12836 5514/13432/12837</w:t>
        <w:br/>
        <w:t>f 5514/13432/12837 5517/13433/12838 5516/13430/12835</w:t>
        <w:br/>
        <w:t>f 5517/13433/12838 5514/13432/12837 5518/13434/12839</w:t>
        <w:br/>
        <w:t>f 5519/13435/12840 5518/13434/12839 5514/13432/12837</w:t>
        <w:br/>
        <w:t>f 5522/13436/12841 5521/13437/12842 5520/13438/12843</w:t>
        <w:br/>
        <w:t>f 5520/13438/12843 5523/13439/12844 5522/13436/12841</w:t>
        <w:br/>
        <w:t>f 5524/13440/12845 5522/13436/12841 5523/13439/12844</w:t>
        <w:br/>
        <w:t>f 5517/13433/12838 5518/13434/12839 5525/13441/12846</w:t>
        <w:br/>
        <w:t>f 5525/13441/12846 5526/13442/12847 5517/13433/12838</w:t>
        <w:br/>
        <w:t>f 5522/13436/12841 5524/13440/12845 5527/13443/12848</w:t>
        <w:br/>
        <w:t>f 5525/13441/12846 5518/13434/12839 5528/13444/12849</w:t>
        <w:br/>
        <w:t>f 5531/13445/12850 5530/13446/12851 5529/13447/12852</w:t>
        <w:br/>
        <w:t>f 5530/13446/12851 5531/13445/12850 5532/13448/12853</w:t>
        <w:br/>
        <w:t>f 5533/13449/12854 5530/13446/12851 5532/13448/12853</w:t>
        <w:br/>
        <w:t>f 5525/13441/12846 5528/13444/12849 5534/13450/12855</w:t>
        <w:br/>
        <w:t>f 5532/13448/12853 5535/13451/12856 5533/13449/12854</w:t>
        <w:br/>
        <w:t>f 5524/13440/12845 5536/13452/12857 5527/13443/12848</w:t>
        <w:br/>
        <w:t>f 5537/13453/12858 5534/13450/12855 5528/13444/12849</w:t>
        <w:br/>
        <w:t>f 5524/13440/12845 5538/13454/12859 5536/13452/12857</w:t>
        <w:br/>
        <w:t>f 5539/13455/12860 5533/13449/12854 5535/13451/12856</w:t>
        <w:br/>
        <w:t>f 5534/13450/12855 5537/13453/12858 5540/13456/12861</w:t>
        <w:br/>
        <w:t>f 5533/13449/12854 5539/13455/12860 5541/13457/12862</w:t>
        <w:br/>
        <w:t>f 5542/13458/12863 5536/13452/12857 5538/13454/12859</w:t>
        <w:br/>
        <w:t>f 5543/13459/12864 5540/13456/12861 5537/13453/12858</w:t>
        <w:br/>
        <w:t>f 5538/13454/12859 5544/13460/12865 5542/13458/12863</w:t>
        <w:br/>
        <w:t>f 5545/13461/12866 5541/13457/12862 5539/13455/12860</w:t>
        <w:br/>
        <w:t>f 5540/13456/12861 5543/13459/12864 5546/13462/12867</w:t>
        <w:br/>
        <w:t>f 5541/13457/12862 5545/13461/12866 5547/13463/12868</w:t>
        <w:br/>
        <w:t>f 5548/13464/12869 5547/13463/12868 5545/13461/12866</w:t>
        <w:br/>
        <w:t>f 5543/13459/12864 5549/13465/12870 5546/13462/12867</w:t>
        <w:br/>
        <w:t>f 5547/13463/12868 5548/13464/12869 5550/13466/12871</w:t>
        <w:br/>
        <w:t>f 5551/13467/12872 5542/13458/12863 5544/13460/12865</w:t>
        <w:br/>
        <w:t>f 5549/13465/12870 5543/13459/12864 5552/13468/12873</w:t>
        <w:br/>
        <w:t>f 5544/13460/12865 5553/13469/12874 5551/13467/12872</w:t>
        <w:br/>
        <w:t>f 5554/13470/12875 5551/13467/12872 5553/13469/12874</w:t>
        <w:br/>
        <w:t>f 5555/13471/12876 5550/13466/12871 5548/13464/12869</w:t>
        <w:br/>
        <w:t>f 5556/13472/12877 5549/13465/12870 5552/13468/12873</w:t>
        <w:br/>
        <w:t>f 5550/13466/12871 5555/13471/12876 5557/13473/12878</w:t>
        <w:br/>
        <w:t>f 5558/13474/12879 5557/13473/12878 5555/13471/12876</w:t>
        <w:br/>
        <w:t>f 5551/13467/12872 5554/13470/12875 5559/13475/12880</w:t>
        <w:br/>
        <w:t>f 5556/13472/12877 5552/13468/12873 5560/13476/12881</w:t>
        <w:br/>
        <w:t>f 5561/13477/12882 5559/13475/12880 5554/13470/12875</w:t>
        <w:br/>
        <w:t>f 5555/13471/12876 5562/13478/12883 5558/13474/12879</w:t>
        <w:br/>
        <w:t>f 5563/13479/12884 5556/13472/12877 5560/13476/12881</w:t>
        <w:br/>
        <w:t>f 5559/13475/12880 5561/13477/12882 5564/13480/12885</w:t>
        <w:br/>
        <w:t>f 5563/13479/12884 5560/13476/12881 5565/13481/12886</w:t>
        <w:br/>
        <w:t>f 5566/13482/12887 5564/13480/12885 5561/13477/12882</w:t>
        <w:br/>
        <w:t>f 5562/13478/12883 5567/13483/12888 5558/13474/12879</w:t>
        <w:br/>
        <w:t>f 5565/13481/12886 5568/13484/12889 5563/13479/12884</w:t>
        <w:br/>
        <w:t>f 5558/13474/12879 5567/13483/12888 5569/13485/12890</w:t>
        <w:br/>
        <w:t>f 5564/13480/12885 5566/13482/12887 5570/13486/12891</w:t>
        <w:br/>
        <w:t>f 5568/13484/12889 5565/13481/12886 5571/13487/12892</w:t>
        <w:br/>
        <w:t>f 5572/13488/12893 5570/13486/12891 5566/13482/12887</w:t>
        <w:br/>
        <w:t>f 5570/13486/12891 5572/13488/12893 5573/13489/12894</w:t>
        <w:br/>
        <w:t>f 5575/13490/12895 5574/13491/12896 5571/13487/12892</w:t>
        <w:br/>
        <w:t>f 5576/13492/12897 5569/13485/12890 5567/13483/12888</w:t>
        <w:br/>
        <w:t>f 5569/13485/12890 5576/13492/12897 5577/13493/12898</w:t>
        <w:br/>
        <w:t>f 5568/13484/12889 5579/13494/12899 5578/13495/12900</w:t>
        <w:br/>
        <w:t>f 5571/13487/12892 5579/13494/12899 5568/13484/12889</w:t>
        <w:br/>
        <w:t>f 5579/13494/12899 5571/13487/12892 5574/13491/12896</w:t>
        <w:br/>
        <w:t>f 5580/13496/12901 5579/13494/12899 5574/13491/12896</w:t>
        <w:br/>
        <w:t>f 5579/13494/12899 5580/13496/12901 5581/13497/12902</w:t>
        <w:br/>
        <w:t>f 5584/13498/12903 5583/13499/12904 5582/13500/12905</w:t>
        <w:br/>
        <w:t>f 5583/13499/12904 5584/13498/12903 5585/13501/12906</w:t>
        <w:br/>
        <w:t>f 5585/13501/12906 5586/13502/12907 5583/13499/12904</w:t>
        <w:br/>
        <w:t>f 5586/13502/12907 5585/13501/12906 5587/13503/12908</w:t>
        <w:br/>
        <w:t>f 5586/13502/12907 5588/13504/12909 5583/13499/12904</w:t>
        <w:br/>
        <w:t>f 5587/13503/12908 5589/13505/12910 5586/13502/12907</w:t>
        <w:br/>
        <w:t>f 5589/13505/12910 5587/13503/12908 5590/13506/12911</w:t>
        <w:br/>
        <w:t>f 5591/13507/12912 5589/13505/12910 5590/13506/12911</w:t>
        <w:br/>
        <w:t>f 5588/13504/12909 5586/13502/12907 5592/13508/12913</w:t>
        <w:br/>
        <w:t>f 5589/13505/12910 5591/13507/12912 5593/13509/12914</w:t>
        <w:br/>
        <w:t>f 5588/13504/12909 5595/13510/12915 5594/13511/12916</w:t>
        <w:br/>
        <w:t>f 5588/13504/12909 5596/13512/12917 5595/13510/12915</w:t>
        <w:br/>
        <w:t>f 5592/13508/12913 5596/13512/12917 5588/13504/12909</w:t>
        <w:br/>
        <w:t>f 5592/13508/12913 5597/13513/12918 5596/13512/12917</w:t>
        <w:br/>
        <w:t>f 5598/13514/12919 5597/13513/12918 5592/13508/12913</w:t>
        <w:br/>
        <w:t>f 5593/13509/12914 5598/13514/12919 5589/13505/12910</w:t>
        <w:br/>
        <w:t>f 5599/13515/12920 5597/13513/12918 5598/13514/12919</w:t>
        <w:br/>
        <w:t>f 5600/13516/12921 5599/13515/12920 5598/13514/12919</w:t>
        <w:br/>
        <w:t>f 5598/13514/12919 5601/13517/12922 5600/13516/12921</w:t>
        <w:br/>
        <w:t>f 5598/13514/12919 5593/13509/12914 5601/13517/12922</w:t>
        <w:br/>
        <w:t>f 5593/13509/12914 5602/13518/12923 5601/13517/12922</w:t>
        <w:br/>
        <w:t>f 5602/13518/12923 5593/13509/12914 5603/13519/12924</w:t>
        <w:br/>
        <w:t>f 5606/13520/12925 5605/13521/12926 5604/13522/12927</w:t>
        <w:br/>
        <w:t>f 5604/13522/12927 5607/13523/12928 5606/13520/12925</w:t>
        <w:br/>
        <w:t>f 5610/13524/12929 5609/13525/12929 5608/13526/12930</w:t>
        <w:br/>
        <w:t>f 5610/13524/12929 5608/13526/12930 5611/13527/12931</w:t>
        <w:br/>
        <w:t>f 5609/13525/12929 5612/13528/12932 5608/13526/12930</w:t>
        <w:br/>
        <w:t>f 5613/13529/12933 5608/13526/12930 5612/13528/12932</w:t>
        <w:br/>
        <w:t>f 5613/13529/12933 5615/13530/12934 5614/13531/12935</w:t>
        <w:br/>
        <w:t>f 5612/13528/12932 5615/13530/12934 5613/13529/12933</w:t>
        <w:br/>
        <w:t>f 5618/13532/12936 5617/13533/12937 5616/13534/12938</w:t>
        <w:br/>
        <w:t>f 5617/13533/12937 5618/13532/12936 5619/13535/12939</w:t>
        <w:br/>
        <w:t>f 5622/13536/12940 5621/13537/12941 5620/13538/12942</w:t>
        <w:br/>
        <w:t>f 5620/13538/12942 5623/13539/12943 5622/13536/12940</w:t>
        <w:br/>
        <w:t>f 5623/13539/12943 5624/13540/12944 5622/13536/12940</w:t>
        <w:br/>
        <w:t>f 5624/13540/12944 5623/13539/12943 5625/13541/12945</w:t>
        <w:br/>
        <w:t>f 5626/13542/12945 5624/13540/12944 5625/13541/12945</w:t>
        <w:br/>
        <w:t>f 5624/13540/12944 5626/13542/12945 5627/13543/12945</w:t>
        <w:br/>
        <w:t>f 5630/13544/12946 5629/13545/12947 5628/13546/12948</w:t>
        <w:br/>
        <w:t>f 5629/13545/12947 5630/13544/12946 5631/13547/12949</w:t>
        <w:br/>
        <w:t>f 5631/13547/12949 5630/13544/12946 5632/13548/12950</w:t>
        <w:br/>
        <w:t>f 5633/13549/12951 5632/13548/12950 5630/13544/12946</w:t>
        <w:br/>
        <w:t>f 5632/13548/12950 5634/13550/12952 5631/13547/12949</w:t>
        <w:br/>
        <w:t>f 5635/13551/12953 5632/13548/12950 5633/13549/12951</w:t>
        <w:br/>
        <w:t>f 5636/13552/12954 5635/13551/12953 5633/13549/12951</w:t>
        <w:br/>
        <w:t>f 5637/13553/12955 5635/13551/12953 5636/13552/12954</w:t>
        <w:br/>
        <w:t>f 5635/13551/12953 5637/13553/12955 5638/13554/12956</w:t>
        <w:br/>
        <w:t>f 5634/13550/12952 5632/13548/12950 5639/13555/12957</w:t>
        <w:br/>
        <w:t>f 5638/13554/12956 5640/13556/12958 5635/13551/12953</w:t>
        <w:br/>
        <w:t>f 5634/13550/12952 5642/13557/12959 5641/13558/12959</w:t>
        <w:br/>
        <w:t>f 5642/13557/12959 5634/13550/12952 5643/13559/12960</w:t>
        <w:br/>
        <w:t>f 5639/13555/12957 5643/13559/12960 5634/13550/12952</w:t>
        <w:br/>
        <w:t>f 5643/13559/12960 5639/13555/12957 5644/13560/12961</w:t>
        <w:br/>
        <w:t>f 5640/13556/12958 5644/13560/12961 5639/13555/12957</w:t>
        <w:br/>
        <w:t>f 5644/13560/12961 5640/13556/12958 5645/13561/12962</w:t>
        <w:br/>
        <w:t>f 5640/13556/12958 5646/13562/12963 5645/13561/12962</w:t>
        <w:br/>
        <w:t>f 5646/13562/12963 5640/13556/12958 5647/13563/12964</w:t>
        <w:br/>
        <w:t>f 5640/13556/12958 5638/13554/12956 5647/13563/12964</w:t>
        <w:br/>
        <w:t>f 5648/13564/12965 5647/13563/12964 5638/13554/12956</w:t>
        <w:br/>
        <w:t>f 5647/13563/12964 5648/13564/12965 5649/13565/12965</w:t>
        <w:br/>
        <w:t>f 5652/13566/12966 5651/13567/12967 5650/13568/12968</w:t>
        <w:br/>
        <w:t>f 5653/13569/12969 5652/13566/12966 5650/13568/12968</w:t>
        <w:br/>
        <w:t>f 5656/13570/12970 5655/13571/12971 5654/13572/12972</w:t>
        <w:br/>
        <w:t>f 5654/13572/12972 5655/13571/12971 5657/13573/12973</w:t>
        <w:br/>
        <w:t>f 5658/13574/12974 5656/13570/12970 5654/13572/12972</w:t>
        <w:br/>
        <w:t>f 5658/13574/12974 5654/13572/12972 5659/13575/12975</w:t>
        <w:br/>
        <w:t>f 5660/13576/12976 5658/13574/12974 5659/13575/12975</w:t>
        <w:br/>
        <w:t>f 5659/13575/12975 5661/13577/12977 5660/13576/12976</w:t>
        <w:br/>
        <w:t>f 5664/13578/12978 5663/13579/12978 5662/13580/12979</w:t>
        <w:br/>
        <w:t>f 5663/13579/12978 5664/13578/12978 5665/13581/12980</w:t>
        <w:br/>
        <w:t>f 5668/13582/12981 5667/13583/12982 5666/13584/12983</w:t>
        <w:br/>
        <w:t>f 5669/13585/12984 5667/13583/12982 5668/13582/12981</w:t>
        <w:br/>
        <w:t>f 5670/13586/12985 5669/13585/12984 5668/13582/12981</w:t>
        <w:br/>
        <w:t>f 5671/13587/12986 5669/13585/12984 5670/13586/12985</w:t>
        <w:br/>
        <w:t>f 5670/13586/12985 5672/13588/12987 5671/13587/12986</w:t>
        <w:br/>
        <w:t>f 5672/13588/12987 5670/13586/12985 5673/13589/12987</w:t>
        <w:br/>
        <w:t>f 5676/13590/12988 5675/13591/12989 5674/13592/12990</w:t>
        <w:br/>
        <w:t>f 5674/13592/12990 5677/13593/12991 5676/13590/12988</w:t>
        <w:br/>
        <w:t>f 5678/13594/12992 5677/13593/12991 5674/13592/12990</w:t>
        <w:br/>
        <w:t>f 5679/13595/12993 5678/13594/12992 5674/13592/12990</w:t>
        <w:br/>
        <w:t>f 5682/13596/12994 5681/13597/12995 5680/13598/12996</w:t>
        <w:br/>
        <w:t>f 5680/13598/12996 5683/13599/12997 5682/13596/12994</w:t>
        <w:br/>
        <w:t>f 5684/13600/12998 5682/13596/12994 5683/13599/12997</w:t>
        <w:br/>
        <w:t>f 5677/13593/12991 5678/13594/12992 5685/13601/12999</w:t>
        <w:br/>
        <w:t>f 5685/13601/12999 5686/13602/13000 5677/13593/12991</w:t>
        <w:br/>
        <w:t>f 5682/13596/12994 5684/13600/12998 5687/13603/13001</w:t>
        <w:br/>
        <w:t>f 5685/13601/12999 5678/13594/12992 5688/13604/13002</w:t>
        <w:br/>
        <w:t>f 5691/13605/13003 5690/13606/13004 5689/13607/13005</w:t>
        <w:br/>
        <w:t>f 5690/13606/13004 5691/13605/13003 5692/13608/13006</w:t>
        <w:br/>
        <w:t>f 5693/13609/13007 5690/13606/13004 5692/13608/13006</w:t>
        <w:br/>
        <w:t>f 5685/13601/12999 5688/13604/13002 5694/13610/13008</w:t>
        <w:br/>
        <w:t>f 5692/13608/13006 5695/13611/13009 5693/13609/13007</w:t>
        <w:br/>
        <w:t>f 5684/13600/12998 5696/13612/13010 5687/13603/13001</w:t>
        <w:br/>
        <w:t>f 5697/13613/13011 5694/13610/13008 5688/13604/13002</w:t>
        <w:br/>
        <w:t>f 5684/13600/12998 5698/13614/13012 5696/13612/13010</w:t>
        <w:br/>
        <w:t>f 5699/13615/13013 5693/13609/13007 5695/13611/13009</w:t>
        <w:br/>
        <w:t>f 5694/13610/13008 5697/13613/13011 5700/13616/13014</w:t>
        <w:br/>
        <w:t>f 5693/13609/13007 5699/13615/13013 5701/13617/13015</w:t>
        <w:br/>
        <w:t>f 5702/13618/13016 5696/13612/13010 5698/13614/13012</w:t>
        <w:br/>
        <w:t>f 5703/13619/13017 5700/13616/13014 5697/13613/13011</w:t>
        <w:br/>
        <w:t>f 5698/13614/13012 5704/13620/13018 5702/13618/13016</w:t>
        <w:br/>
        <w:t>f 5705/13621/13019 5701/13617/13015 5699/13615/13013</w:t>
        <w:br/>
        <w:t>f 5700/13616/13014 5703/13619/13017 5706/13622/13020</w:t>
        <w:br/>
        <w:t>f 5701/13617/13015 5705/13621/13019 5707/13623/13021</w:t>
        <w:br/>
        <w:t>f 5708/13624/13022 5702/13618/13016 5704/13620/13018</w:t>
        <w:br/>
        <w:t>f 5709/13625/13023 5707/13623/13021 5705/13621/13019</w:t>
        <w:br/>
        <w:t>f 5703/13619/13017 5710/13626/13024 5706/13622/13020</w:t>
        <w:br/>
        <w:t>f 5707/13623/13021 5709/13625/13023 5711/13627/13025</w:t>
        <w:br/>
        <w:t>f 5709/13625/13023 5712/13628/13026 5711/13627/13025</w:t>
        <w:br/>
        <w:t>f 5702/13618/13016 5708/13624/13022 5713/13629/13027</w:t>
        <w:br/>
        <w:t>f 5710/13626/13024 5703/13619/13017 5714/13630/13028</w:t>
        <w:br/>
        <w:t>f 5708/13624/13022 5715/13631/13029 5713/13629/13027</w:t>
        <w:br/>
        <w:t>f 5712/13628/13026 5709/13625/13023 5716/13632/13030</w:t>
        <w:br/>
        <w:t>f 5717/13633/13031 5710/13626/13024 5714/13630/13028</w:t>
        <w:br/>
        <w:t>f 5718/13634/13032 5712/13628/13026 5716/13632/13030</w:t>
        <w:br/>
        <w:t>f 5713/13629/13027 5715/13631/13029 5719/13635/13033</w:t>
        <w:br/>
        <w:t>f 5717/13633/13031 5714/13630/13028 5720/13636/13034</w:t>
        <w:br/>
        <w:t>f 5721/13637/13035 5719/13635/13033 5715/13631/13029</w:t>
        <w:br/>
        <w:t>f 5716/13632/13030 5722/13638/13036 5718/13634/13032</w:t>
        <w:br/>
        <w:t>f 5723/13639/13037 5717/13633/13031 5720/13636/13034</w:t>
        <w:br/>
        <w:t>f 5719/13635/13033 5721/13637/13035 5724/13640/13038</w:t>
        <w:br/>
        <w:t>f 5723/13639/13037 5720/13636/13034 5725/13641/13039</w:t>
        <w:br/>
        <w:t>f 5726/13642/13040 5724/13640/13038 5721/13637/13035</w:t>
        <w:br/>
        <w:t>f 5722/13638/13036 5727/13643/13041 5718/13634/13032</w:t>
        <w:br/>
        <w:t>f 5725/13641/13039 5728/13644/13042 5723/13639/13037</w:t>
        <w:br/>
        <w:t>f 5718/13634/13032 5727/13643/13041 5729/13645/13043</w:t>
        <w:br/>
        <w:t>f 5724/13640/13038 5726/13642/13040 5730/13646/13044</w:t>
        <w:br/>
        <w:t>f 5728/13644/13042 5725/13641/13039 5731/13647/13045</w:t>
        <w:br/>
        <w:t>f 5732/13648/13046 5730/13646/13044 5726/13642/13040</w:t>
        <w:br/>
        <w:t>f 5730/13646/13044 5732/13648/13046 5733/13649/13047</w:t>
        <w:br/>
        <w:t>f 5735/13650/13048 5734/13651/13049 5731/13647/13045</w:t>
        <w:br/>
        <w:t>f 5736/13652/13050 5729/13645/13043 5727/13643/13041</w:t>
        <w:br/>
        <w:t>f 5729/13645/13043 5736/13652/13050 5737/13653/13051</w:t>
        <w:br/>
        <w:t>f 5728/13644/13042 5739/13654/13052 5738/13655/13053</w:t>
        <w:br/>
        <w:t>f 5731/13647/13045 5739/13654/13052 5728/13644/13042</w:t>
        <w:br/>
        <w:t>f 5739/13654/13052 5731/13647/13045 5734/13651/13049</w:t>
        <w:br/>
        <w:t>f 5740/13656/13054 5739/13654/13052 5734/13651/13049</w:t>
        <w:br/>
        <w:t>f 5739/13654/13052 5740/13656/13054 5741/13657/13055</w:t>
        <w:br/>
        <w:t>f 5744/13658/12905 5743/13659/13056 5742/13660/13057</w:t>
        <w:br/>
        <w:t>f 5743/13659/13056 5744/13658/12905 5745/13661/13058</w:t>
        <w:br/>
        <w:t>f 5745/13661/13058 5746/13662/12907 5743/13659/13056</w:t>
        <w:br/>
        <w:t>f 5746/13662/12907 5745/13661/13058 5747/13663/12908</w:t>
        <w:br/>
        <w:t>f 5746/13662/12907 5748/13664/13059 5743/13659/13056</w:t>
        <w:br/>
        <w:t>f 5747/13663/12908 5749/13665/12910 5746/13662/12907</w:t>
        <w:br/>
        <w:t>f 5749/13665/12910 5747/13663/12908 5750/13666/13060</w:t>
        <w:br/>
        <w:t>f 5751/13667/12905 5749/13665/12910 5750/13666/13060</w:t>
        <w:br/>
        <w:t>f 5748/13664/13059 5746/13662/12907 5752/13668/13061</w:t>
        <w:br/>
        <w:t>f 5749/13665/12910 5751/13667/12905 5753/13669/13062</w:t>
        <w:br/>
        <w:t>f 5748/13664/13059 5755/13670/13063 5754/13671/13064</w:t>
        <w:br/>
        <w:t>f 5748/13664/13059 5756/13672/13065 5755/13670/13063</w:t>
        <w:br/>
        <w:t>f 5752/13668/13061 5756/13672/13065 5748/13664/13059</w:t>
        <w:br/>
        <w:t>f 5752/13668/13061 5757/13673/13066 5756/13672/13065</w:t>
        <w:br/>
        <w:t>f 5758/13674/13067 5757/13673/13066 5752/13668/13061</w:t>
        <w:br/>
        <w:t>f 5753/13669/13062 5758/13674/13067 5749/13665/12910</w:t>
        <w:br/>
        <w:t>f 5759/13675/12920 5757/13673/13066 5758/13674/13067</w:t>
        <w:br/>
        <w:t>f 5760/13676/13068 5759/13675/12920 5758/13674/13067</w:t>
        <w:br/>
        <w:t>f 5758/13674/13067 5761/13677/13069 5760/13676/13068</w:t>
        <w:br/>
        <w:t>f 5758/13674/13067 5753/13669/13062 5761/13677/13069</w:t>
        <w:br/>
        <w:t>f 5753/13669/13062 5762/13678/13070 5761/13677/13069</w:t>
        <w:br/>
        <w:t>f 5762/13678/13070 5753/13669/13062 5763/13679/13070</w:t>
        <w:br/>
        <w:t>f 5766/13680/13071 5765/13681/13072 5764/13682/13073</w:t>
        <w:br/>
        <w:t>f 5764/13682/13073 5767/13683/13074 5766/13680/13071</w:t>
        <w:br/>
        <w:t>f 5770/13684/13075 5769/13685/13076 5768/13686/13077</w:t>
        <w:br/>
        <w:t>f 5770/13684/13075 5768/13686/13077 5771/13687/13078</w:t>
        <w:br/>
        <w:t>f 5769/13685/13076 5772/13688/13079 5768/13686/13077</w:t>
        <w:br/>
        <w:t>f 5773/13689/13080 5768/13686/13077 5772/13688/13079</w:t>
        <w:br/>
        <w:t>f 5773/13689/13080 5775/13690/13081 5774/13691/13082</w:t>
        <w:br/>
        <w:t>f 5772/13688/13079 5775/13690/13081 5773/13689/13080</w:t>
        <w:br/>
        <w:t>f 5778/13692/13083 5777/13693/13084 5776/13694/13085</w:t>
        <w:br/>
        <w:t>f 5777/13693/13084 5778/13692/13083 5779/13695/13086</w:t>
        <w:br/>
        <w:t>f 5782/13696/13087 5781/13697/13088 5780/13698/13089</w:t>
        <w:br/>
        <w:t>f 5780/13698/13089 5783/13699/13090 5782/13696/13087</w:t>
        <w:br/>
        <w:t>f 5783/13699/13090 5784/13700/13091 5782/13696/13087</w:t>
        <w:br/>
        <w:t>f 5784/13700/13091 5783/13699/13090 5785/13701/13092</w:t>
        <w:br/>
        <w:t>f 5786/13702/13093 5784/13700/13091 5785/13701/13092</w:t>
        <w:br/>
        <w:t>f 5784/13700/13091 5786/13702/13093 5787/13703/13094</w:t>
        <w:br/>
        <w:t>f 5790/13704/13095 5789/13705/13096 5788/13706/13097</w:t>
        <w:br/>
        <w:t>f 5789/13705/13096 5790/13704/13095 5791/13707/13098</w:t>
        <w:br/>
        <w:t>f 5791/13707/13098 5790/13704/13095 5792/13708/13099</w:t>
        <w:br/>
        <w:t>f 5793/13709/13100 5792/13708/13099 5790/13704/13095</w:t>
        <w:br/>
        <w:t>f 5792/13708/13099 5794/13710/13101 5791/13707/13098</w:t>
        <w:br/>
        <w:t>f 5795/13711/13102 5792/13708/13099 5793/13709/13100</w:t>
        <w:br/>
        <w:t>f 5796/13712/13103 5795/13711/13102 5793/13709/13100</w:t>
        <w:br/>
        <w:t>f 5797/13713/13104 5795/13711/13102 5796/13712/13103</w:t>
        <w:br/>
        <w:t>f 5795/13711/13102 5797/13713/13104 5798/13714/13105</w:t>
        <w:br/>
        <w:t>f 5794/13710/13101 5792/13708/13099 5799/13715/13106</w:t>
        <w:br/>
        <w:t>f 5798/13714/13105 5800/13716/13107 5795/13711/13102</w:t>
        <w:br/>
        <w:t>f 5794/13710/13101 5802/13717/13108 5801/13718/13109</w:t>
        <w:br/>
        <w:t>f 5802/13717/13108 5794/13710/13101 5803/13719/13110</w:t>
        <w:br/>
        <w:t>f 5799/13715/13106 5803/13719/13110 5794/13710/13101</w:t>
        <w:br/>
        <w:t>f 5803/13719/13110 5799/13715/13106 5804/13720/13111</w:t>
        <w:br/>
        <w:t>f 5800/13716/13107 5804/13720/13111 5799/13715/13106</w:t>
        <w:br/>
        <w:t>f 5804/13720/13111 5800/13716/13107 5805/13721/13112</w:t>
        <w:br/>
        <w:t>f 5800/13716/13107 5806/13722/13113 5805/13721/13112</w:t>
        <w:br/>
        <w:t>f 5806/13722/13113 5800/13716/13107 5807/13723/13114</w:t>
        <w:br/>
        <w:t>f 5800/13716/13107 5798/13714/13105 5807/13723/13114</w:t>
        <w:br/>
        <w:t>f 5808/13724/13115 5807/13723/13114 5798/13714/13105</w:t>
        <w:br/>
        <w:t>f 5807/13723/13114 5808/13724/13115 5809/13725/13116</w:t>
        <w:br/>
        <w:t>f 5812/13726/13117 5811/13727/13118 5810/13728/13119</w:t>
        <w:br/>
        <w:t>f 5813/13729/13120 5812/13726/13117 5810/13728/13119</w:t>
        <w:br/>
        <w:t>f 5816/13730/13121 5815/13731/13122 5814/13732/13123</w:t>
        <w:br/>
        <w:t>f 5814/13732/13123 5815/13731/13122 5817/13733/13124</w:t>
        <w:br/>
        <w:t>f 5818/13734/13125 5816/13730/13121 5814/13732/13123</w:t>
        <w:br/>
        <w:t>f 5818/13734/13125 5814/13732/13123 5819/13735/13126</w:t>
        <w:br/>
        <w:t>f 5820/13736/13127 5818/13734/13125 5819/13735/13126</w:t>
        <w:br/>
        <w:t>f 5819/13735/13126 5821/13737/13128 5820/13736/13127</w:t>
        <w:br/>
        <w:t>f 5824/13738/13129 5823/13739/13130 5822/13740/13131</w:t>
        <w:br/>
        <w:t>f 5823/13739/13130 5824/13738/13129 5825/13741/13132</w:t>
        <w:br/>
        <w:t>f 5828/13742/13133 5827/13743/13134 5826/13744/13135</w:t>
        <w:br/>
        <w:t>f 5829/13745/13136 5827/13743/13134 5828/13742/13133</w:t>
        <w:br/>
        <w:t>f 5830/13746/13137 5829/13745/13136 5828/13742/13133</w:t>
        <w:br/>
        <w:t>f 5831/13747/13138 5829/13745/13136 5830/13746/13137</w:t>
        <w:br/>
        <w:t>f 5830/13746/13137 5832/13748/13139 5831/13747/13138</w:t>
        <w:br/>
        <w:t>f 5832/13748/13139 5830/13746/13137 5833/13749/13140</w:t>
        <w:br/>
        <w:t>f 5836/13750/13141 5835/13751/13142 5834/13752/13143</w:t>
        <w:br/>
        <w:t>f 5835/13751/13142 5836/13750/13141 5837/13753/13144</w:t>
        <w:br/>
        <w:t>f 5838/13754/13145 5837/13753/13144 5836/13750/13141</w:t>
        <w:br/>
        <w:t>f 5841/13755/13146 5840/13756/13147 5839/13757/13148</w:t>
        <w:br/>
        <w:t>f 5842/13758/13149 5837/13753/13144 5838/13754/13145</w:t>
        <w:br/>
        <w:t>f 5843/13759/13150 5842/13758/13149 5838/13754/13145</w:t>
        <w:br/>
        <w:t>f 5840/13756/13147 5841/13755/13146 5844/13760/13151</w:t>
        <w:br/>
        <w:t>f 5845/13761/13152 5844/13760/13151 5841/13755/13146</w:t>
        <w:br/>
        <w:t>f 5842/13758/13149 5843/13759/13150 5846/13762/13153</w:t>
        <w:br/>
        <w:t>f 5847/13763/13154 5846/13762/13153 5843/13759/13150</w:t>
        <w:br/>
        <w:t>f 5846/13762/13153 5847/13763/13154 5848/13764/13155</w:t>
        <w:br/>
        <w:t>f 5846/13762/13153 5849/13765/13156 5842/13758/13149</w:t>
        <w:br/>
        <w:t>f 5849/13765/13156 5844/13760/13151 5842/13758/13149</w:t>
        <w:br/>
        <w:t>f 5848/13764/13155 5850/13766/13157 5846/13762/13153</w:t>
        <w:br/>
        <w:t>f 5850/13766/13157 5849/13765/13156 5846/13762/13153</w:t>
        <w:br/>
        <w:t>f 5848/13764/13155 5851/13767/13158 5850/13766/13157</w:t>
        <w:br/>
        <w:t>f 5851/13767/13158 5852/13768/13159 5850/13766/13157</w:t>
        <w:br/>
        <w:t>f 5849/13765/13156 5850/13766/13157 5852/13768/13159</w:t>
        <w:br/>
        <w:t>f 5852/13768/13159 5851/13767/13158 5853/13769/13160</w:t>
        <w:br/>
        <w:t>f 5856/13770/13161 5855/13771/13162 5854/13772/13163</w:t>
        <w:br/>
        <w:t>f 5855/13771/13162 5856/13770/13161 5857/13773/13164</w:t>
        <w:br/>
        <w:t>f 5852/13768/13159 5858/13774/13165 5849/13765/13156</w:t>
        <w:br/>
        <w:t>f 5859/13775/13166 5855/13771/13162 5857/13773/13164</w:t>
        <w:br/>
        <w:t>f 5858/13774/13165 5844/13760/13151 5849/13765/13156</w:t>
        <w:br/>
        <w:t>f 5857/13773/13164 5860/13776/13167 5859/13775/13166</w:t>
        <w:br/>
        <w:t>f 5844/13760/13151 5858/13774/13165 5861/13777/13168</w:t>
        <w:br/>
        <w:t>f 5860/13776/13167 5862/13778/13169 5859/13775/13166</w:t>
        <w:br/>
        <w:t>f 5861/13777/13168 5840/13756/13147 5844/13760/13151</w:t>
        <w:br/>
        <w:t>f 5862/13778/13169 5860/13776/13167 5863/13779/13170</w:t>
        <w:br/>
        <w:t>f 5840/13756/13147 5861/13777/13168 5864/13780/13171</w:t>
        <w:br/>
        <w:t>f 5865/13781/13172 5862/13778/13169 5863/13779/13170</w:t>
        <w:br/>
        <w:t>f 5865/13781/13172 5863/13779/13170 5866/13782/13173</w:t>
        <w:br/>
        <w:t>f 5869/13783/13174 5868/13784/13175 5867/13785/13176</w:t>
        <w:br/>
        <w:t>f 5868/13784/13175 5870/13786/13177 5867/13785/13176</w:t>
        <w:br/>
        <w:t>f 5871/13787/13178 5870/13786/13177 5868/13784/13175</w:t>
        <w:br/>
        <w:t>f 5874/13788/13179 5873/13789/13180 5872/13790/13181</w:t>
        <w:br/>
        <w:t>f 5870/13786/13177 5871/13787/13178 5875/13791/13182</w:t>
        <w:br/>
        <w:t>f 5873/13789/13180 5874/13788/13179 5876/13792/13183</w:t>
        <w:br/>
        <w:t>f 5877/13793/13184 5876/13792/13183 5874/13788/13179</w:t>
        <w:br/>
        <w:t>f 5878/13794/13185 5873/13789/13180 5876/13792/13183</w:t>
        <w:br/>
        <w:t>f 5873/13789/13180 5878/13794/13185 5879/13795/13186</w:t>
        <w:br/>
        <w:t>f 5877/13793/13184 5880/13796/13187 5876/13792/13183</w:t>
        <w:br/>
        <w:t>f 5880/13796/13187 5878/13794/13185 5876/13792/13183</w:t>
        <w:br/>
        <w:t>f 5883/13797/13188 5882/13798/13189 5881/13799/13190</w:t>
        <w:br/>
        <w:t>f 5882/13798/13189 5883/13797/13188 5884/13800/13191</w:t>
        <w:br/>
        <w:t>f 5884/13800/13191 5885/13801/13192 5882/13798/13189</w:t>
        <w:br/>
        <w:t>f 5871/13787/13178 5886/13802/13193 5875/13791/13182</w:t>
        <w:br/>
        <w:t>f 5887/13803/13194 5880/13796/13187 5877/13793/13184</w:t>
        <w:br/>
        <w:t>f 5886/13802/13193 5871/13787/13178 5888/13804/13195</w:t>
        <w:br/>
        <w:t>f 5889/13805/13196 5886/13802/13193 5888/13804/13195</w:t>
        <w:br/>
        <w:t>f 5890/13806/13197 5886/13802/13193 5889/13805/13196</w:t>
        <w:br/>
        <w:t>f 5891/13807/13198 5886/13802/13193 5890/13806/13197</w:t>
        <w:br/>
        <w:t>f 5878/13794/13185 5880/13796/13187 5892/13808/13199</w:t>
        <w:br/>
        <w:t>f 5885/13801/13192 5884/13800/13191 5893/13809/13200</w:t>
        <w:br/>
        <w:t>f 5894/13810/13201 5880/13796/13187 5886/13802/13193</w:t>
        <w:br/>
        <w:t>f 5894/13810/13201 5892/13808/13199 5880/13796/13187</w:t>
        <w:br/>
        <w:t>f 5886/13802/13193 5891/13807/13198 5894/13810/13201</w:t>
        <w:br/>
        <w:t>f 5893/13809/13200 5895/13811/13202 5885/13801/13192</w:t>
        <w:br/>
        <w:t>f 5896/13812/13203 5892/13808/13199 5894/13810/13201</w:t>
        <w:br/>
        <w:t>f 5891/13807/13198 5896/13812/13203 5894/13810/13201</w:t>
        <w:br/>
        <w:t>f 5897/13813/13204 5885/13801/13192 5895/13811/13202</w:t>
        <w:br/>
        <w:t>f 5898/13814/13205 5895/13811/13202 5891/13807/13198</w:t>
        <w:br/>
        <w:t>f 5895/13811/13202 5899/13815/13206 5897/13813/13204</w:t>
        <w:br/>
        <w:t>f 5899/13815/13206 5895/13811/13202 5898/13814/13205</w:t>
        <w:br/>
        <w:t>f 5902/13816/13207 5901/13817/13208 5900/13818/13209</w:t>
        <w:br/>
        <w:t>f 5901/13817/13208 5902/13816/13207 5903/13819/13210</w:t>
        <w:br/>
        <w:t>f 5903/13819/13210 5904/13820/13211 5901/13817/13208</w:t>
        <w:br/>
        <w:t>f 5907/13821/13212 5906/13822/13213 5905/13823/13214</w:t>
        <w:br/>
        <w:t>f 5904/13820/13211 5903/13819/13210 5908/13824/13215</w:t>
        <w:br/>
        <w:t>f 5906/13822/13213 5907/13821/13212 5909/13825/13216</w:t>
        <w:br/>
        <w:t>f 5910/13826/13217 5904/13820/13211 5908/13824/13215</w:t>
        <w:br/>
        <w:t>f 5904/13820/13211 5910/13826/13217 5911/13827/13218</w:t>
        <w:br/>
        <w:t>f 5906/13822/13213 5913/13828/13219 5912/13829/13220</w:t>
        <w:br/>
        <w:t>f 5906/13822/13213 5909/13825/13216 5913/13828/13219</w:t>
        <w:br/>
        <w:t>f 5913/13828/13219 5914/13830/13221 5912/13829/13220</w:t>
        <w:br/>
        <w:t>f 5915/13831/13222 5909/13825/13216 5907/13821/13212</w:t>
        <w:br/>
        <w:t>f 5909/13825/13216 5915/13831/13222 5913/13828/13219</w:t>
        <w:br/>
        <w:t>f 5915/13831/13222 5907/13821/13212 5916/13832/13223</w:t>
        <w:br/>
        <w:t>f 5910/13826/13217 5917/13833/13224 5911/13827/13218</w:t>
        <w:br/>
        <w:t>f 5918/13834/13225 5911/13827/13218 5917/13833/13224</w:t>
        <w:br/>
        <w:t>f 5921/13835/13226 5920/13836/13227 5919/13837/13228</w:t>
        <w:br/>
        <w:t>f 5922/13838/13229 5919/13837/13228 5914/13830/13221</w:t>
        <w:br/>
        <w:t>f 5914/13830/13221 5913/13828/13219 5922/13838/13229</w:t>
        <w:br/>
        <w:t>f 5921/13835/13226 5919/13837/13228 5923/13839/13230</w:t>
        <w:br/>
        <w:t>f 5919/13837/13228 5922/13838/13229 5923/13839/13230</w:t>
        <w:br/>
        <w:t>f 5924/13840/13231 5921/13835/13226 5923/13839/13230</w:t>
        <w:br/>
        <w:t>f 5925/13841/13232 5922/13838/13229 5913/13828/13219</w:t>
        <w:br/>
        <w:t>f 5915/13831/13222 5925/13841/13232 5913/13828/13219</w:t>
        <w:br/>
        <w:t>f 5926/13842/13233 5923/13839/13230 5922/13838/13229</w:t>
        <w:br/>
        <w:t>f 5922/13838/13229 5925/13841/13232 5926/13842/13233</w:t>
        <w:br/>
        <w:t>f 5924/13840/13231 5923/13839/13230 5927/13843/13234</w:t>
        <w:br/>
        <w:t>f 5923/13839/13230 5926/13842/13233 5927/13843/13234</w:t>
        <w:br/>
        <w:t>f 5927/13843/13234 5928/13844/13235 5924/13840/13231</w:t>
        <w:br/>
        <w:t>f 5926/13842/13233 5928/13844/13235 5927/13843/13234</w:t>
        <w:br/>
        <w:t>f 5924/13840/13231 5928/13844/13235 5929/13845/13236</w:t>
        <w:br/>
        <w:t>f 5925/13841/13232 5930/13846/13237 5926/13842/13233</w:t>
        <w:br/>
        <w:t>f 5928/13844/13235 5926/13842/13233 5930/13846/13237</w:t>
        <w:br/>
        <w:t>f 5928/13844/13235 5931/13847/13238 5929/13845/13236</w:t>
        <w:br/>
        <w:t>f 5930/13846/13237 5931/13847/13238 5928/13844/13235</w:t>
        <w:br/>
        <w:t>f 5932/13848/13239 5929/13845/13236 5931/13847/13238</w:t>
        <w:br/>
        <w:t>f 5931/13847/13238 5933/13849/13240 5932/13848/13239</w:t>
        <w:br/>
        <w:t>f 5933/13849/13240 5931/13847/13238 5934/13850/13241</w:t>
        <w:br/>
        <w:t>f 5931/13847/13238 5930/13846/13237 5934/13850/13241</w:t>
        <w:br/>
        <w:t>f 5935/13851/13242 5933/13849/13240 5934/13850/13241</w:t>
        <w:br/>
        <w:t>f 5936/13852/13243 5930/13846/13237 5925/13841/13232</w:t>
        <w:br/>
        <w:t>f 5936/13852/13243 5934/13850/13241 5930/13846/13237</w:t>
        <w:br/>
        <w:t>f 5915/13831/13222 5936/13852/13243 5925/13841/13232</w:t>
        <w:br/>
        <w:t>f 5934/13850/13241 5937/13853/13244 5935/13851/13242</w:t>
        <w:br/>
        <w:t>f 5934/13850/13241 5936/13852/13243 5937/13853/13244</w:t>
        <w:br/>
        <w:t>f 5937/13853/13244 5938/13854/13245 5935/13851/13242</w:t>
        <w:br/>
        <w:t>f 5936/13852/13243 5915/13831/13222 5939/13855/13246</w:t>
        <w:br/>
        <w:t>f 5939/13855/13246 5915/13831/13222 5916/13832/13223</w:t>
        <w:br/>
        <w:t>f 5939/13855/13246 5916/13832/13223 5940/13856/13247</w:t>
        <w:br/>
        <w:t>f 5936/13852/13243 5941/13857/13248 5937/13853/13244</w:t>
        <w:br/>
        <w:t>f 5941/13857/13248 5936/13852/13243 5939/13855/13246</w:t>
        <w:br/>
        <w:t>f 5938/13854/13245 5937/13853/13244 5941/13857/13248</w:t>
        <w:br/>
        <w:t>f 5940/13856/13247 5941/13857/13248 5939/13855/13246</w:t>
        <w:br/>
        <w:t>f 5943/13858/13249 5942/13859/13250 5938/13854/13245</w:t>
        <w:br/>
        <w:t>f 5941/13857/13248 5940/13856/13247 5944/13860/13251</w:t>
        <w:br/>
        <w:t>f 5945/13861/13252 5942/13859/13250 5943/13858/13249</w:t>
        <w:br/>
        <w:t>f 5948/13862/13253 5947/13863/13254 5946/13864/13255</w:t>
        <w:br/>
        <w:t>f 5947/13863/13254 5949/13865/13256 5946/13864/13255</w:t>
        <w:br/>
        <w:t>f 5949/13865/13256 5947/13863/13254 5950/13866/13257</w:t>
        <w:br/>
        <w:t>f 5949/13865/13256 5951/13867/13258 5946/13864/13255</w:t>
        <w:br/>
        <w:t>f 5951/13867/13258 5949/13865/13256 5952/13868/13259</w:t>
        <w:br/>
        <w:t>f 5952/13868/13259 5953/13869/13260 5951/13867/13258</w:t>
        <w:br/>
        <w:t>f 5950/13866/13261 5955/13870/13262 5954/13871/13263</w:t>
        <w:br/>
        <w:t>f 5958/13872/13264 5957/13873/13265 5956/13874/13266</w:t>
        <w:br/>
        <w:t>f 5949/13865/13256 5958/13872/13264 5956/13874/13266</w:t>
        <w:br/>
        <w:t>f 5958/13872/13264 5949/13865/13256 5955/13870/13262</w:t>
        <w:br/>
        <w:t>f 5953/13869/13267 5958/13872/13264 5959/13875/13268</w:t>
        <w:br/>
        <w:t>f 5955/13870/13262 5950/13866/13261 5960/13876/13269</w:t>
        <w:br/>
        <w:t>f 5963/13877/13270 5962/13878/13271 5961/13879/13272</w:t>
        <w:br/>
        <w:t>f 5962/13878/13271 5963/13877/13270 5964/13880/13273</w:t>
        <w:br/>
        <w:t>f 5966/13881/13274 5965/13882/13275 5961/13879/13272</w:t>
        <w:br/>
        <w:t>f 5965/13882/13275 5963/13877/13270 5961/13879/13272</w:t>
        <w:br/>
        <w:t>f 5967/13883/13276 5964/13880/13273 5963/13877/13270</w:t>
        <w:br/>
        <w:t>f 5967/13883/13276 5968/13884/13277 5964/13880/13273</w:t>
        <w:br/>
        <w:t>f 5965/13882/13275 5969/13885/13278 5963/13877/13270</w:t>
        <w:br/>
        <w:t>f 5967/13883/13276 5963/13877/13270 5969/13885/13278</w:t>
        <w:br/>
        <w:t>f 5968/13884/13277 5967/13883/13276 5970/13886/13279</w:t>
        <w:br/>
        <w:t>f 5967/13883/13276 5969/13885/13278 5970/13886/13279</w:t>
        <w:br/>
        <w:t>f 5968/13884/13277 5970/13886/13279 5971/13887/13280</w:t>
        <w:br/>
        <w:t>f 5969/13885/13278 5965/13882/13275 5972/13888/13281</w:t>
        <w:br/>
        <w:t>f 5971/13887/13280 5970/13886/13279 5973/13889/13282</w:t>
        <w:br/>
        <w:t>f 5976/13890/13283 5975/13891/13284 5974/13892/13285</w:t>
        <w:br/>
        <w:t>f 5975/13891/13284 5976/13890/13283 5977/13893/13286</w:t>
        <w:br/>
        <w:t>f 5976/13890/13283 5978/13894/13287 5977/13893/13286</w:t>
        <w:br/>
        <w:t>f 5970/13886/13279 5979/13895/13288 5973/13889/13282</w:t>
        <w:br/>
        <w:t>f 5978/13894/13287 5976/13890/13283 5980/13896/13289</w:t>
        <w:br/>
        <w:t>f 5970/13886/13279 5969/13885/13278 5981/13897/13290</w:t>
        <w:br/>
        <w:t>f 5979/13895/13288 5970/13886/13279 5981/13897/13290</w:t>
        <w:br/>
        <w:t>f 5980/13896/13289 5982/13898/13291 5978/13894/13287</w:t>
        <w:br/>
        <w:t>f 5982/13898/13291 5983/13899/13292 5978/13894/13287</w:t>
        <w:br/>
        <w:t>f 5981/13897/13290 5984/13900/13293 5979/13895/13288</w:t>
        <w:br/>
        <w:t>f 5984/13900/13293 5982/13898/13291 5979/13895/13288</w:t>
        <w:br/>
        <w:t>f 5985/13901/13294 5981/13897/13290 5969/13885/13278</w:t>
        <w:br/>
        <w:t>f 5969/13885/13278 5972/13888/13281 5985/13901/13294</w:t>
        <w:br/>
        <w:t>f 5984/13900/13293 5981/13897/13290 5986/13902/13295</w:t>
        <w:br/>
        <w:t>f 5985/13901/13294 5987/13903/13296 5981/13897/13290</w:t>
        <w:br/>
        <w:t>f 5984/13900/13293 5986/13902/13295 5988/13904/13297</w:t>
        <w:br/>
        <w:t>f 5985/13901/13294 5989/13905/13298 5987/13903/13296</w:t>
        <w:br/>
        <w:t>f 5982/13898/13291 5984/13900/13293 5990/13906/13299</w:t>
        <w:br/>
        <w:t>f 5991/13907/13300 5984/13900/13293 5988/13904/13297</w:t>
        <w:br/>
        <w:t>f 5990/13906/13299 5984/13900/13293 5992/13908/13301</w:t>
        <w:br/>
        <w:t>f 5983/13899/13292 5982/13898/13291 5993/13909/13302</w:t>
        <w:br/>
        <w:t>f 5993/13909/13302 5994/13910/13303 5983/13899/13292</w:t>
        <w:br/>
        <w:t>f 5995/13911/13304 5982/13898/13291 5990/13906/13299</w:t>
        <w:br/>
        <w:t>f 5982/13898/13291 5995/13911/13304 5993/13909/13302</w:t>
        <w:br/>
        <w:t>f 5990/13906/13299 5992/13908/13301 5996/13912/13305</w:t>
        <w:br/>
        <w:t>f 5990/13906/13299 5996/13912/13305 5995/13911/13304</w:t>
        <w:br/>
        <w:t>f 5994/13910/13303 5993/13909/13302 5997/13913/13306</w:t>
        <w:br/>
        <w:t>f 5998/13914/13307 5993/13909/13302 5995/13911/13304</w:t>
        <w:br/>
        <w:t>f 5993/13909/13302 5998/13914/13307 5997/13913/13306</w:t>
        <w:br/>
        <w:t>f 5999/13915/13308 5994/13910/13303 5997/13913/13306</w:t>
        <w:br/>
        <w:t>f 6000/13916/13309 5997/13913/13306 5998/13914/13307</w:t>
        <w:br/>
        <w:t>f 5997/13913/13306 6000/13916/13309 5999/13915/13308</w:t>
        <w:br/>
        <w:t>f 5995/13911/13304 6001/13917/13310 5998/13914/13307</w:t>
        <w:br/>
        <w:t>f 5998/13914/13307 6002/13918/13311 6000/13916/13309</w:t>
        <w:br/>
        <w:t>f 6002/13918/13311 5998/13914/13307 6001/13917/13310</w:t>
        <w:br/>
        <w:t>f 6005/13919/13312 6004/13920/13313 6003/13921/13314</w:t>
        <w:br/>
        <w:t>f 6003/13921/13314 6006/13922/13315 6005/13919/13312</w:t>
        <w:br/>
        <w:t>f 6007/13923/13316 5994/13910/13303 5999/13915/13308</w:t>
        <w:br/>
        <w:t>f 5994/13910/13303 6007/13923/13316 6008/13924/13317</w:t>
        <w:br/>
        <w:t>f 6007/13923/13316 6009/13925/13318 6008/13924/13317</w:t>
        <w:br/>
        <w:t>f 6009/13925/13318 6007/13923/13316 6010/13926/13319</w:t>
        <w:br/>
        <w:t>f 6012/13927/13320 6011/13928/13321 6004/13920/13313</w:t>
        <w:br/>
        <w:t>f 6004/13920/13313 6005/13919/13312 6012/13927/13320</w:t>
        <w:br/>
        <w:t>f 6013/13929/13322 6010/13926/13323 6011/13928/13321</w:t>
        <w:br/>
        <w:t>f 6011/13928/13321 6012/13927/13320 6013/13929/13322</w:t>
        <w:br/>
        <w:t>f 6010/13926/13323 6013/13929/13322 6014/13930/13324</w:t>
        <w:br/>
        <w:t>f 6016/13931/13325 6014/13930/13324 6015/13932/13326</w:t>
        <w:br/>
        <w:t>f 6017/13933/13327 6016/13931/13325 6015/13932/13326</w:t>
        <w:br/>
        <w:t>f 6014/13930/13324 6016/13931/13325 6018/13934/13328</w:t>
        <w:br/>
        <w:t>f 6016/13931/13325 6017/13933/13327 6019/13935/13329</w:t>
        <w:br/>
        <w:t>f 6020/13936/13330 6019/13935/13329 6017/13933/13327</w:t>
        <w:br/>
        <w:t>f 6021/13937/13331 6018/13934/13328 6016/13931/13325</w:t>
        <w:br/>
        <w:t>f 6016/13931/13325 6019/13935/13329 6021/13937/13331</w:t>
        <w:br/>
        <w:t>f 6018/13934/13328 6021/13937/13331 6022/13938/13332</w:t>
        <w:br/>
        <w:t>f 6021/13937/13331 6023/13939/13333 6022/13938/13332</w:t>
        <w:br/>
        <w:t>f 6026/13940/13334 6025/13941/13335 6024/13942/13334</w:t>
        <w:br/>
        <w:t>f 6019/13935/13329 6027/13943/13336 6021/13937/13331</w:t>
        <w:br/>
        <w:t>f 6023/13939/13333 6021/13937/13331 6027/13943/13336</w:t>
        <w:br/>
        <w:t>f 6025/13941/13337 6023/13939/13333 6028/13944/13338</w:t>
        <w:br/>
        <w:t>f 6031/13945/13339 6030/13946/13340 6029/13947/13341</w:t>
        <w:br/>
        <w:t>f 6031/13945/13339 6032/13948/13342 6030/13946/13340</w:t>
        <w:br/>
        <w:t>f 6023/13939/13333 6033/13949/13343 6028/13944/13338</w:t>
        <w:br/>
        <w:t>f 6033/13949/13343 6032/13948/13344 6028/13944/13338</w:t>
        <w:br/>
        <w:t>f 6032/13948/13344 6035/13950/13345 6034/13951/13346</w:t>
        <w:br/>
        <w:t>f 6032/13948/13344 6033/13949/13343 6035/13950/13345</w:t>
        <w:br/>
        <w:t>f 6033/13949/13343 6036/13952/13347 6035/13950/13345</w:t>
        <w:br/>
        <w:t>f 6033/13949/13343 6023/13939/13333 6037/13953/13348</w:t>
        <w:br/>
        <w:t>f 6037/13953/13348 6036/13952/13347 6033/13949/13343</w:t>
        <w:br/>
        <w:t>f 6027/13943/13336 6037/13953/13348 6023/13939/13333</w:t>
        <w:br/>
        <w:t>f 6036/13952/13347 6037/13953/13348 6038/13954/13349</w:t>
        <w:br/>
        <w:t>f 6037/13953/13348 6027/13943/13336 6039/13955/13350</w:t>
        <w:br/>
        <w:t>f 6037/13953/13348 6040/13956/13351 6038/13954/13349</w:t>
        <w:br/>
        <w:t>f 6037/13953/13348 6039/13955/13350 6040/13956/13351</w:t>
        <w:br/>
        <w:t>f 6040/13956/13351 6041/13957/13352 6038/13954/13349</w:t>
        <w:br/>
        <w:t>f 6041/13957/13352 6043/13958/13353 6042/13959/13354</w:t>
        <w:br/>
        <w:t>f 6043/13958/13353 6041/13957/13352 6040/13956/13351</w:t>
        <w:br/>
        <w:t>f 6044/13960/13355 6039/13955/13350 6027/13943/13336</w:t>
        <w:br/>
        <w:t>f 6027/13943/13336 6019/13935/13329 6044/13960/13355</w:t>
        <w:br/>
        <w:t>f 6047/13961/13356 6046/13962/13357 6045/13963/13356</w:t>
        <w:br/>
        <w:t>f 6049/13964/13358 6048/13965/13359 6043/13958/13353</w:t>
        <w:br/>
        <w:t>f 6050/13966/13360 6044/13960/13355 6019/13935/13329</w:t>
        <w:br/>
        <w:t>f 6019/13935/13329 6020/13936/13330 6050/13966/13360</w:t>
        <w:br/>
        <w:t>f 6048/13965/13359 6049/13964/13358 6051/13967/13361</w:t>
        <w:br/>
        <w:t>f 6052/13968/13362 6050/13966/13360 6020/13936/13330</w:t>
        <w:br/>
        <w:t>f 6005/13919/13312 6006/13922/13315 6053/13969/13363</w:t>
        <w:br/>
        <w:t>f 6046/13962/13364 6040/13956/13351 6054/13970/13365</w:t>
        <w:br/>
        <w:t>f 6055/13971/13366 6051/13967/13361 6049/13964/13358</w:t>
        <w:br/>
        <w:t>f 6057/13972/13367 6056/13973/13368 6040/13956/13351</w:t>
        <w:br/>
        <w:t>f 6039/13955/13350 6057/13972/13367 6040/13956/13351</w:t>
        <w:br/>
        <w:t>f 6051/13967/13361 6055/13971/13366 6058/13974/13369</w:t>
        <w:br/>
        <w:t>f 6058/13974/13369 6055/13971/13366 6057/13972/13367</w:t>
        <w:br/>
        <w:t>f 6059/13975/13370 6057/13972/13367 6039/13955/13350</w:t>
        <w:br/>
        <w:t>f 6039/13955/13350 6044/13960/13355 6059/13975/13370</w:t>
        <w:br/>
        <w:t>f 6060/13976/13371 6058/13974/13369 6057/13972/13367</w:t>
        <w:br/>
        <w:t>f 6057/13972/13367 6059/13975/13370 6060/13976/13371</w:t>
        <w:br/>
        <w:t>f 6061/13977/13372 6051/13967/13361 6058/13974/13369</w:t>
        <w:br/>
        <w:t>f 6058/13974/13369 6060/13976/13371 6061/13977/13372</w:t>
        <w:br/>
        <w:t>f 6062/13978/13373 6048/13965/13359 6051/13967/13361</w:t>
        <w:br/>
        <w:t>f 6062/13978/13373 6051/13967/13361 6061/13977/13372</w:t>
        <w:br/>
        <w:t>f 6048/13965/13359 6062/13978/13373 6063/13979/13374</w:t>
        <w:br/>
        <w:t>f 6064/13980/13375 6061/13977/13372 6060/13976/13371</w:t>
        <w:br/>
        <w:t>f 6065/13981/13376 6063/13979/13374 6062/13978/13373</w:t>
        <w:br/>
        <w:t>f 6066/13982/13377 6063/13979/13374 6065/13981/13376</w:t>
        <w:br/>
        <w:t>f 6069/13983/13378 6068/13984/13379 6067/13985/13379</w:t>
        <w:br/>
        <w:t>f 6065/13981/13376 6070/13986/13380 6069/13983/13378</w:t>
        <w:br/>
        <w:t>f 6071/13987/13381 6062/13978/13373 6061/13977/13372</w:t>
        <w:br/>
        <w:t>f 6061/13977/13372 6064/13980/13375 6071/13987/13381</w:t>
        <w:br/>
        <w:t>f 6062/13978/13373 6072/13988/13382 6065/13981/13376</w:t>
        <w:br/>
        <w:t>f 6072/13988/13382 6070/13986/13380 6065/13981/13376</w:t>
        <w:br/>
        <w:t>f 6071/13987/13381 6073/13989/13383 6062/13978/13373</w:t>
        <w:br/>
        <w:t>f 6076/13990/13384 6075/13991/13385 6074/13992/13386</w:t>
        <w:br/>
        <w:t>f 6075/13991/13385 6076/13990/13384 6073/13989/13383</w:t>
        <w:br/>
        <w:t>f 6077/13993/13387 6073/13989/13383 6071/13987/13381</w:t>
        <w:br/>
        <w:t>f 6077/13993/13387 6075/13991/13385 6073/13989/13383</w:t>
        <w:br/>
        <w:t>f 6071/13987/13381 6078/13994/13388 6077/13993/13387</w:t>
        <w:br/>
        <w:t>f 6064/13980/13375 6078/13994/13388 6071/13987/13381</w:t>
        <w:br/>
        <w:t>f 6079/13995/13389 6075/13991/13385 6077/13993/13387</w:t>
        <w:br/>
        <w:t>f 6078/13994/13388 6079/13995/13389 6077/13993/13387</w:t>
        <w:br/>
        <w:t>f 6075/13991/13385 6081/13996/13390 6080/13997/13391</w:t>
        <w:br/>
        <w:t>f 6075/13991/13385 6079/13995/13389 6081/13996/13390</w:t>
        <w:br/>
        <w:t>f 6078/13994/13388 6064/13980/13375 6082/13998/13392</w:t>
        <w:br/>
        <w:t>f 6084/13999/13393 6083/14000/13394 6081/13996/13390</w:t>
        <w:br/>
        <w:t>f 6082/13998/13392 6085/14001/13395 6078/13994/13388</w:t>
        <w:br/>
        <w:t>f 6079/13995/13389 6078/13994/13388 6085/14001/13395</w:t>
        <w:br/>
        <w:t>f 6082/13998/13392 6064/13980/13375 6086/14002/13396</w:t>
        <w:br/>
        <w:t>f 6060/13976/13371 6086/14002/13396 6064/13980/13375</w:t>
        <w:br/>
        <w:t>f 6086/14002/13396 6060/13976/13371 6059/13975/13370</w:t>
        <w:br/>
        <w:t>f 6085/14001/13395 6082/13998/13392 6087/14003/13397</w:t>
        <w:br/>
        <w:t>f 6087/14003/13397 6082/13998/13392 6086/14002/13396</w:t>
        <w:br/>
        <w:t>f 6059/13975/13370 6088/14004/13398 6086/14002/13396</w:t>
        <w:br/>
        <w:t>f 6088/14004/13398 6059/13975/13370 6044/13960/13355</w:t>
        <w:br/>
        <w:t>f 6050/13966/13360 6088/14004/13398 6044/13960/13355</w:t>
        <w:br/>
        <w:t>f 6086/14002/13396 6089/14005/13399 6087/14003/13397</w:t>
        <w:br/>
        <w:t>f 6088/14004/13398 6089/14005/13399 6086/14002/13396</w:t>
        <w:br/>
        <w:t>f 6090/14006/13400 6085/14001/13395 6087/14003/13397</w:t>
        <w:br/>
        <w:t>f 6090/14006/13400 6087/14003/13397 6089/14005/13399</w:t>
        <w:br/>
        <w:t>f 6091/14007/13401 6088/14004/13398 6050/13966/13360</w:t>
        <w:br/>
        <w:t>f 6050/13966/13360 6052/13968/13362 6091/14007/13401</w:t>
        <w:br/>
        <w:t>f 6089/14005/13399 6088/14004/13398 6092/14008/13402</w:t>
        <w:br/>
        <w:t>f 6092/14008/13402 6088/14004/13398 6091/14007/13401</w:t>
        <w:br/>
        <w:t>f 6092/14008/13402 6093/14009/13403 6089/14005/13399</w:t>
        <w:br/>
        <w:t>f 6093/14009/13403 6090/14006/13400 6089/14005/13399</w:t>
        <w:br/>
        <w:t>f 6091/14007/13401 6094/14010/13404 6092/14008/13402</w:t>
        <w:br/>
        <w:t>f 6093/14009/13403 6092/14008/13402 6094/14010/13404</w:t>
        <w:br/>
        <w:t>f 6052/13968/13362 6095/14011/13405 6091/14007/13401</w:t>
        <w:br/>
        <w:t>f 6094/14010/13404 6091/14007/13401 6095/14011/13405</w:t>
        <w:br/>
        <w:t>f 6095/14011/13405 6052/13968/13362 6096/14012/13406</w:t>
        <w:br/>
        <w:t>f 6097/14013/13407 6053/13969/13363 6006/13922/13315</w:t>
        <w:br/>
        <w:t>f 6095/14011/13405 6098/14014/13408 6094/14010/13404</w:t>
        <w:br/>
        <w:t>f 6006/13922/13315 6099/14015/13409 6097/14013/13407</w:t>
        <w:br/>
        <w:t>f 6001/13917/13310 6100/14016/13410 6002/13918/13311</w:t>
        <w:br/>
        <w:t>f 6096/14012/13406 6101/14017/13411 6095/14011/13405</w:t>
        <w:br/>
        <w:t>f 6098/14014/13408 6095/14011/13405 6101/14017/13411</w:t>
        <w:br/>
        <w:t>f 6099/14015/13409 6102/14018/13412 6097/14013/13407</w:t>
        <w:br/>
        <w:t>f 6101/14017/13411 6096/14012/13406 6103/14019/13413</w:t>
        <w:br/>
        <w:t>f 6104/14020/13414 6094/14010/13404 6098/14014/13408</w:t>
        <w:br/>
        <w:t>f 6094/14010/13404 6104/14020/13414 6093/14009/13403</w:t>
        <w:br/>
        <w:t>f 6105/14021/13415 6098/14014/13408 6101/14017/13411</w:t>
        <w:br/>
        <w:t>f 6105/14021/13415 6104/14020/13414 6098/14014/13408</w:t>
        <w:br/>
        <w:t>f 6103/14019/13413 6106/14022/13416 6101/14017/13411</w:t>
        <w:br/>
        <w:t>f 6105/14021/13415 6101/14017/13411 6106/14022/13416</w:t>
        <w:br/>
        <w:t>f 6102/14018/13412 6099/14015/13409 6107/14023/13417</w:t>
        <w:br/>
        <w:t>f 6108/14024/13418 6105/14021/13415 6106/14022/13416</w:t>
        <w:br/>
        <w:t>f 6109/14025/13419 6106/14022/13416 6103/14019/13413</w:t>
        <w:br/>
        <w:t>f 6106/14022/13416 6109/14025/13419 6108/14024/13418</w:t>
        <w:br/>
        <w:t>f 6110/14026/13420 6102/14018/13412 6107/14023/13417</w:t>
        <w:br/>
        <w:t>f 6102/14018/13412 6110/14026/13420 6111/14027/13421</w:t>
        <w:br/>
        <w:t>f 6113/14028/13422 6112/14029/13423 6100/14016/13410</w:t>
        <w:br/>
        <w:t>f 6100/14016/13410 6001/13917/13310 6113/14028/13422</w:t>
        <w:br/>
        <w:t>f 6112/14029/13423 6115/14030/13424 6114/14031/13425</w:t>
        <w:br/>
        <w:t>f 6112/14029/13423 6113/14028/13422 6115/14030/13424</w:t>
        <w:br/>
        <w:t>f 6116/14032/13426 6113/14028/13422 6001/13917/13310</w:t>
        <w:br/>
        <w:t>f 6001/13917/13310 5995/13911/13304 6116/14032/13426</w:t>
        <w:br/>
        <w:t>f 5995/13911/13304 5996/13912/13305 6116/14032/13426</w:t>
        <w:br/>
        <w:t>f 6117/14033/13427 6115/14030/13424 6113/14028/13422</w:t>
        <w:br/>
        <w:t>f 6113/14028/13422 6116/14032/13426 6117/14033/13427</w:t>
        <w:br/>
        <w:t>f 6115/14030/13424 6117/14033/13427 6118/14034/13428</w:t>
        <w:br/>
        <w:t>f 6118/14034/13428 6114/14031/13425 6115/14030/13424</w:t>
        <w:br/>
        <w:t>f 6116/14032/13426 6119/14035/13429 6117/14033/13427</w:t>
        <w:br/>
        <w:t>f 5996/13912/13305 6119/14035/13429 6116/14032/13426</w:t>
        <w:br/>
        <w:t>f 6118/14034/13428 6117/14033/13427 6119/14035/13429</w:t>
        <w:br/>
        <w:t>f 5996/13912/13305 6120/14036/13430 6119/14035/13429</w:t>
        <w:br/>
        <w:t>f 6120/14036/13430 5996/13912/13305 5992/13908/13301</w:t>
        <w:br/>
        <w:t>f 6119/14035/13429 6121/14037/13431 6118/14034/13428</w:t>
        <w:br/>
        <w:t>f 6123/14038/13432 5991/13907/13300 6122/14039/13433</w:t>
        <w:br/>
        <w:t>f 6122/14039/13433 5991/13907/13300 5988/13904/13297</w:t>
        <w:br/>
        <w:t>f 6124/14040/13434 6119/14035/13429 6120/14036/13430</w:t>
        <w:br/>
        <w:t>f 6119/14035/13429 6124/14040/13434 6121/14037/13431</w:t>
        <w:br/>
        <w:t>f 6126/14041/13435 6123/14038/13432 6125/14042/13436</w:t>
        <w:br/>
        <w:t>f 6125/14042/13436 6123/14038/13432 6122/14039/13433</w:t>
        <w:br/>
        <w:t>f 6127/14043/13437 6121/14037/13431 6124/14040/13434</w:t>
        <w:br/>
        <w:t>f 6125/14042/13436 6128/14044/13438 6126/14041/13435</w:t>
        <w:br/>
        <w:t>f 6127/14043/13437 6118/14034/13428 6121/14037/13431</w:t>
        <w:br/>
        <w:t>f 6118/14034/13428 6127/14043/13437 6129/14045/13439</w:t>
        <w:br/>
        <w:t>f 6114/14031/13425 6118/14034/13428 6129/14045/13439</w:t>
        <w:br/>
        <w:t>f 6131/14046/13440 6110/14026/13420 6130/14047/13441</w:t>
        <w:br/>
        <w:t>f 6128/14044/13438 6131/14046/13440 6130/14047/13441</w:t>
        <w:br/>
        <w:t>f 6110/14026/13420 6131/14046/13440 6111/14027/13421</w:t>
        <w:br/>
        <w:t>f 6128/14044/13438 6125/14042/13436 6132/14048/13442</w:t>
        <w:br/>
        <w:t>f 6131/14046/13440 6128/14044/13438 6132/14048/13442</w:t>
        <w:br/>
        <w:t>f 6134/14049/13443 6133/14050/13444 6109/14025/13419</w:t>
        <w:br/>
        <w:t>f 6133/14050/13444 6108/14024/13418 6109/14025/13419</w:t>
        <w:br/>
        <w:t>f 6136/14051/13445 6134/14049/13443 6135/14052/13446</w:t>
        <w:br/>
        <w:t>f 6133/14050/13444 6137/14053/13447 6108/14024/13418</w:t>
        <w:br/>
        <w:t>f 6105/14021/13415 6108/14024/13418 6137/14053/13447</w:t>
        <w:br/>
        <w:t>f 6133/14050/13444 6134/14049/13443 6138/14054/13448</w:t>
        <w:br/>
        <w:t>f 6134/14049/13443 6136/14051/13445 6138/14054/13448</w:t>
        <w:br/>
        <w:t>f 6137/14053/13447 6139/14055/13449 6105/14021/13415</w:t>
        <w:br/>
        <w:t>f 6104/14020/13414 6105/14021/13415 6139/14055/13449</w:t>
        <w:br/>
        <w:t>f 6137/14053/13447 6133/14050/13444 6140/14056/13450</w:t>
        <w:br/>
        <w:t>f 6138/14054/13448 6140/14056/13450 6133/14050/13444</w:t>
        <w:br/>
        <w:t>f 6139/14055/13449 6137/14053/13447 6141/14057/13451</w:t>
        <w:br/>
        <w:t>f 6140/14056/13450 6141/14057/13451 6137/14053/13447</w:t>
        <w:br/>
        <w:t>f 6142/14058/13452 6104/14020/13414 6139/14055/13449</w:t>
        <w:br/>
        <w:t>f 6141/14057/13451 6142/14058/13452 6139/14055/13449</w:t>
        <w:br/>
        <w:t>f 6140/14056/13450 6138/14054/13448 6143/14059/13453</w:t>
        <w:br/>
        <w:t>f 6144/14060/13454 6141/14057/13451 6140/14056/13450</w:t>
        <w:br/>
        <w:t>f 6143/14059/13453 6144/14060/13454 6140/14056/13450</w:t>
        <w:br/>
        <w:t>f 6138/14054/13448 6145/14061/13455 6143/14059/13453</w:t>
        <w:br/>
        <w:t>f 6145/14061/13455 6138/14054/13448 6136/14051/13445</w:t>
        <w:br/>
        <w:t>f 6144/14060/13454 6143/14059/13453 6146/14062/13456</w:t>
        <w:br/>
        <w:t>f 6147/14063/13457 6143/14059/13453 6145/14061/13455</w:t>
        <w:br/>
        <w:t>f 6143/14059/13453 6147/14063/13457 6146/14062/13456</w:t>
        <w:br/>
        <w:t>f 6148/14064/13458 6144/14060/13454 6146/14062/13456</w:t>
        <w:br/>
        <w:t>f 6146/14062/13456 6147/14063/13457 6148/14064/13458</w:t>
        <w:br/>
        <w:t>f 6141/14057/13451 6144/14060/13454 6149/14065/13459</w:t>
        <w:br/>
        <w:t>f 6144/14060/13454 6148/14064/13458 6149/14065/13459</w:t>
        <w:br/>
        <w:t>f 6149/14065/13459 6150/14066/13460 6141/14057/13451</w:t>
        <w:br/>
        <w:t>f 6142/14058/13452 6141/14057/13451 6150/14066/13460</w:t>
        <w:br/>
        <w:t>f 6151/14067/13461 6149/14065/13459 6148/14064/13458</w:t>
        <w:br/>
        <w:t>f 6152/14068/13462 6148/14064/13458 6147/14063/13457</w:t>
        <w:br/>
        <w:t>f 6152/14068/13462 6151/14067/13461 6148/14064/13458</w:t>
        <w:br/>
        <w:t>f 6150/14066/13460 6149/14065/13459 6153/14069/13463</w:t>
        <w:br/>
        <w:t>f 6149/14065/13459 6151/14067/13461 6153/14069/13463</w:t>
        <w:br/>
        <w:t>f 6147/14063/13457 6154/14070/13464 6152/14068/13462</w:t>
        <w:br/>
        <w:t>f 6145/14061/13455 6154/14070/13464 6147/14063/13457</w:t>
        <w:br/>
        <w:t>f 6151/14067/13461 6152/14068/13462 6155/14071/13465</w:t>
        <w:br/>
        <w:t>f 6154/14070/13464 6145/14061/13455 6156/14072/13466</w:t>
        <w:br/>
        <w:t>f 6136/14051/13445 6156/14072/13466 6145/14061/13455</w:t>
        <w:br/>
        <w:t>f 6157/14073/13467 6152/14068/13462 6154/14070/13464</w:t>
        <w:br/>
        <w:t>f 6157/14073/13467 6155/14071/13465 6152/14068/13462</w:t>
        <w:br/>
        <w:t>f 6156/14072/13466 6136/14051/13445 6158/14074/13468</w:t>
        <w:br/>
        <w:t>f 6158/14074/13468 6136/14051/13445 6135/14052/13446</w:t>
        <w:br/>
        <w:t>f 6159/14075/13469 6154/14070/13464 6156/14072/13466</w:t>
        <w:br/>
        <w:t>f 6135/14052/13446 6160/14076/13470 6158/14074/13468</w:t>
        <w:br/>
        <w:t>f 6160/14076/13470 6135/14052/13446 6161/14077/13471</w:t>
        <w:br/>
        <w:t>f 6162/14078/13472 6156/14072/13466 6158/14074/13468</w:t>
        <w:br/>
        <w:t>f 6162/14078/13472 6158/14074/13468 6160/14076/13470</w:t>
        <w:br/>
        <w:t>f 6159/14075/13469 6156/14072/13466 6162/14078/13472</w:t>
        <w:br/>
        <w:t>f 6161/14077/13471 6163/14079/13473 6160/14076/13470</w:t>
        <w:br/>
        <w:t>f 6163/14079/13473 6162/14078/13472 6160/14076/13470</w:t>
        <w:br/>
        <w:t>f 6164/14080/13474 6163/14079/13473 6161/14077/13471</w:t>
        <w:br/>
        <w:t>f 6162/14078/13472 6165/14081/13475 6159/14075/13469</w:t>
        <w:br/>
        <w:t>f 6162/14078/13472 6163/14079/13473 6166/14082/13476</w:t>
        <w:br/>
        <w:t>f 6162/14078/13472 6166/14082/13476 6165/14081/13475</w:t>
        <w:br/>
        <w:t>f 6167/14083/13477 6163/14079/13473 6164/14080/13474</w:t>
        <w:br/>
        <w:t>f 6167/14083/13477 6166/14082/13476 6163/14079/13473</w:t>
        <w:br/>
        <w:t>f 6164/14080/13474 6168/14084/13478 6167/14083/13477</w:t>
        <w:br/>
        <w:t>f 6164/14080/13474 5989/13905/13298 6168/14084/13478</w:t>
        <w:br/>
        <w:t>f 6169/14085/13479 6166/14082/13476 6167/14083/13477</w:t>
        <w:br/>
        <w:t>f 6167/14083/13477 6168/14084/13478 6169/14085/13479</w:t>
        <w:br/>
        <w:t>f 6169/14085/13479 6165/14081/13475 6166/14082/13476</w:t>
        <w:br/>
        <w:t>f 5989/13905/13298 5985/13901/13294 6168/14084/13478</w:t>
        <w:br/>
        <w:t>f 6165/14081/13475 6169/14085/13479 6170/14086/13480</w:t>
        <w:br/>
        <w:t>f 6168/14084/13478 6171/14087/13481 6169/14085/13479</w:t>
        <w:br/>
        <w:t>f 6170/14086/13480 6169/14085/13479 6171/14087/13481</w:t>
        <w:br/>
        <w:t>f 6172/14088/13482 6168/14084/13478 5985/13901/13294</w:t>
        <w:br/>
        <w:t>f 6168/14084/13478 6172/14088/13482 6171/14087/13481</w:t>
        <w:br/>
        <w:t>f 5985/13901/13294 6173/14089/13483 6172/14088/13482</w:t>
        <w:br/>
        <w:t>f 6173/14089/13483 5985/13901/13294 5972/13888/13281</w:t>
        <w:br/>
        <w:t>f 6174/14090/13484 6171/14087/13481 6172/14088/13482</w:t>
        <w:br/>
        <w:t>f 5972/13888/13281 6175/14091/13485 6173/14089/13483</w:t>
        <w:br/>
        <w:t>f 6175/14091/13485 5972/13888/13281 5965/13882/13275</w:t>
        <w:br/>
        <w:t>f 5965/13882/13275 5955/13870/13262 6175/14091/13485</w:t>
        <w:br/>
        <w:t>f 5955/13870/13262 6176/14092/13486 6175/14091/13485</w:t>
        <w:br/>
        <w:t>f 6173/14089/13483 6175/14091/13485 6176/14092/13486</w:t>
        <w:br/>
        <w:t>f 6176/14092/13486 5955/13870/13262 5960/13876/13269</w:t>
        <w:br/>
        <w:t>f 6177/14093/13487 6176/14092/13486 5960/13876/13269</w:t>
        <w:br/>
        <w:t>f 6178/14094/13488 6172/14088/13482 6173/14089/13483</w:t>
        <w:br/>
        <w:t>f 6178/14094/13488 6173/14089/13483 6176/14092/13486</w:t>
        <w:br/>
        <w:t>f 6176/14092/13486 6177/14093/13487 6179/14095/13489</w:t>
        <w:br/>
        <w:t>f 6179/14095/13489 6177/14093/13487 6180/14096/13490</w:t>
        <w:br/>
        <w:t>f 6179/14095/13489 6180/14096/13490 6181/14097/13491</w:t>
        <w:br/>
        <w:t>f 6178/14094/13488 6176/14092/13486 6182/14098/13492</w:t>
        <w:br/>
        <w:t>f 6179/14095/13489 6182/14098/13492 6176/14092/13486</w:t>
        <w:br/>
        <w:t>f 6185/14099/13493 6184/14100/13493 6183/14101/13494</w:t>
        <w:br/>
        <w:t>f 6188/14102/13495 6187/14103/13496 6186/14104/13497</w:t>
        <w:br/>
        <w:t>f 6183/14101/13494 6189/14105/13498 6179/14095/13489</w:t>
        <w:br/>
        <w:t>f 6182/14098/13492 6179/14095/13489 6189/14105/13498</w:t>
        <w:br/>
        <w:t>f 6187/14103/13496 6188/14102/13495 6190/14106/13499</w:t>
        <w:br/>
        <w:t>f 6191/14107/13500 6190/14106/13499 6189/14105/13498</w:t>
        <w:br/>
        <w:t>f 6192/14108/13501 6190/14106/13499 6188/14102/13495</w:t>
        <w:br/>
        <w:t>f 6192/14108/13501 6188/14102/13495 6193/14109/13502</w:t>
        <w:br/>
        <w:t>f 6190/14106/13499 6194/14110/13503 6189/14105/13498</w:t>
        <w:br/>
        <w:t>f 6194/14110/13503 6190/14106/13499 6192/14108/13501</w:t>
        <w:br/>
        <w:t>f 6182/14098/13492 6189/14105/13498 6194/14110/13503</w:t>
        <w:br/>
        <w:t>f 6193/14109/13502 6195/14111/13504 6192/14108/13501</w:t>
        <w:br/>
        <w:t>f 6195/14111/13504 6193/14109/13502 6196/14112/13505</w:t>
        <w:br/>
        <w:t>f 6197/14113/13506 6195/14111/13504 6196/14112/13505</w:t>
        <w:br/>
        <w:t>f 6192/14108/13501 6198/14114/13507 6194/14110/13503</w:t>
        <w:br/>
        <w:t>f 6198/14114/13507 6182/14098/13492 6194/14110/13503</w:t>
        <w:br/>
        <w:t>f 6198/14114/13507 6192/14108/13501 6195/14111/13504</w:t>
        <w:br/>
        <w:t>f 6182/14098/13492 6198/14114/13507 6199/14115/13508</w:t>
        <w:br/>
        <w:t>f 6178/14094/13488 6182/14098/13492 6200/14116/13509</w:t>
        <w:br/>
        <w:t>f 6201/14117/13510 6199/14115/13508 6198/14114/13507</w:t>
        <w:br/>
        <w:t>f 6202/14118/13511 6178/14094/13488 6200/14116/13509</w:t>
        <w:br/>
        <w:t>f 6203/14119/13512 6198/14114/13507 6195/14111/13504</w:t>
        <w:br/>
        <w:t>f 6198/14114/13507 6203/14119/13512 6201/14117/13510</w:t>
        <w:br/>
        <w:t>f 6195/14111/13504 6197/14113/13506 6204/14120/13513</w:t>
        <w:br/>
        <w:t>f 6204/14120/13513 6203/14119/13512 6195/14111/13504</w:t>
        <w:br/>
        <w:t>f 6207/14121/13514 6206/14122/13515 6205/14123/13515</w:t>
        <w:br/>
        <w:t>f 6206/14122/13515 6208/14124/13516 6205/14123/13515</w:t>
        <w:br/>
        <w:t>f 6178/14094/13488 6201/14117/13510 6209/14125/13517</w:t>
        <w:br/>
        <w:t>f 6172/14088/13482 6178/14094/13488 6209/14125/13517</w:t>
        <w:br/>
        <w:t>f 6174/14090/13484 6172/14088/13482 6209/14125/13517</w:t>
        <w:br/>
        <w:t>f 6201/14117/13510 6210/14126/13518 6209/14125/13517</w:t>
        <w:br/>
        <w:t>f 6210/14126/13518 6174/14090/13484 6209/14125/13517</w:t>
        <w:br/>
        <w:t>f 6210/14126/13518 6201/14117/13510 6203/14119/13512</w:t>
        <w:br/>
        <w:t>f 6212/14127/13519 6208/14124/13516 6211/14128/13520</w:t>
        <w:br/>
        <w:t>f 6204/14120/13513 6208/14124/13516 6212/14127/13519</w:t>
        <w:br/>
        <w:t>f 6204/14120/13513 6213/14129/13521 6203/14119/13512</w:t>
        <w:br/>
        <w:t>f 6210/14126/13518 6203/14119/13512 6213/14129/13521</w:t>
        <w:br/>
        <w:t>f 6213/14129/13521 6204/14120/13513 6212/14127/13519</w:t>
        <w:br/>
        <w:t>f 6174/14090/13484 6210/14126/13518 6214/14130/13522</w:t>
        <w:br/>
        <w:t>f 6213/14129/13521 6214/14130/13522 6210/14126/13518</w:t>
        <w:br/>
        <w:t>f 6213/14129/13521 6212/14127/13519 6215/14131/13523</w:t>
        <w:br/>
        <w:t>f 6214/14130/13522 6213/14129/13521 6215/14131/13523</w:t>
        <w:br/>
        <w:t>f 6217/14132/13524 6216/14133/13525 6212/14127/13519</w:t>
        <w:br/>
        <w:t>f 6215/14131/13523 6212/14127/13519 6216/14133/13525</w:t>
        <w:br/>
        <w:t>f 6214/14130/13522 6218/14134/13526 6174/14090/13484</w:t>
        <w:br/>
        <w:t>f 6171/14087/13481 6174/14090/13484 6218/14134/13526</w:t>
        <w:br/>
        <w:t>f 6215/14131/13523 6219/14135/13527 6214/14130/13522</w:t>
        <w:br/>
        <w:t>f 6218/14134/13526 6214/14130/13522 6219/14135/13527</w:t>
        <w:br/>
        <w:t>f 6170/14086/13480 6171/14087/13481 6218/14134/13526</w:t>
        <w:br/>
        <w:t>f 6219/14135/13527 6215/14131/13523 6220/14136/13528</w:t>
        <w:br/>
        <w:t>f 6220/14136/13528 6215/14131/13523 6216/14133/13525</w:t>
        <w:br/>
        <w:t>f 6219/14135/13527 6221/14137/13529 6218/14134/13526</w:t>
        <w:br/>
        <w:t>f 6221/14137/13529 6219/14135/13527 6220/14136/13528</w:t>
        <w:br/>
        <w:t>f 6223/14138/13530 6216/14133/13525 6222/14139/13531</w:t>
        <w:br/>
        <w:t>f 6220/14136/13528 6216/14133/13525 6223/14138/13530</w:t>
        <w:br/>
        <w:t>f 6225/14140/13532 6223/14138/13530 6224/14141/13533</w:t>
        <w:br/>
        <w:t>f 6225/14140/13532 6220/14136/13528 6223/14138/13530</w:t>
        <w:br/>
        <w:t>f 6220/14136/13528 6225/14140/13532 6226/14142/13534</w:t>
        <w:br/>
        <w:t>f 6221/14137/13529 6220/14136/13528 6226/14142/13534</w:t>
        <w:br/>
        <w:t>f 6228/14143/13535 6227/14144/13536 6225/14140/13532</w:t>
        <w:br/>
        <w:t>f 6226/14142/13534 6225/14140/13532 6227/14144/13536</w:t>
        <w:br/>
        <w:t>f 6221/14137/13529 6226/14142/13534 6229/14145/13537</w:t>
        <w:br/>
        <w:t>f 6229/14145/13537 6226/14142/13534 6227/14144/13536</w:t>
        <w:br/>
        <w:t>f 6231/14146/13538 6230/14147/13539 6227/14144/13536</w:t>
        <w:br/>
        <w:t>f 6227/14144/13536 6230/14147/13539 6229/14145/13537</w:t>
        <w:br/>
        <w:t>f 6232/14148/13540 6218/14134/13526 6221/14137/13529</w:t>
        <w:br/>
        <w:t>f 6170/14086/13480 6218/14134/13526 6232/14148/13540</w:t>
        <w:br/>
        <w:t>f 6233/14149/13541 6221/14137/13529 6229/14145/13537</w:t>
        <w:br/>
        <w:t>f 6221/14137/13529 6233/14149/13541 6232/14148/13540</w:t>
        <w:br/>
        <w:t>f 6234/14150/13542 6170/14086/13480 6232/14148/13540</w:t>
        <w:br/>
        <w:t>f 6170/14086/13480 6234/14150/13542 6165/14081/13475</w:t>
        <w:br/>
        <w:t>f 6232/14148/13540 6233/14149/13541 6235/14151/13543</w:t>
        <w:br/>
        <w:t>f 6236/14152/13544 6234/14150/13542 6232/14148/13540</w:t>
        <w:br/>
        <w:t>f 6233/14149/13541 6237/14153/13545 6235/14151/13543</w:t>
        <w:br/>
        <w:t>f 6234/14150/13542 6236/14152/13544 6238/14154/13546</w:t>
        <w:br/>
        <w:t>f 6234/14150/13542 6239/14155/13547 6165/14081/13475</w:t>
        <w:br/>
        <w:t>f 6239/14155/13547 6234/14150/13542 6238/14154/13546</w:t>
        <w:br/>
        <w:t>f 6165/14081/13475 6239/14155/13547 6159/14075/13469</w:t>
        <w:br/>
        <w:t>f 6239/14155/13547 6154/14070/13464 6159/14075/13469</w:t>
        <w:br/>
        <w:t>f 6154/14070/13464 6239/14155/13547 6157/14073/13467</w:t>
        <w:br/>
        <w:t>f 6237/14153/13545 6233/14149/13541 6240/14156/13548</w:t>
        <w:br/>
        <w:t>f 6241/14157/13549 6233/14149/13541 6229/14145/13537</w:t>
        <w:br/>
        <w:t>f 6239/14155/13547 6238/14154/13546 6242/14158/13550</w:t>
        <w:br/>
        <w:t>f 6240/14156/13548 6243/14159/13551 6237/14153/13545</w:t>
        <w:br/>
        <w:t>f 6242/14158/13550 6157/14073/13467 6239/14155/13547</w:t>
        <w:br/>
        <w:t>f 6241/14157/13549 6229/14145/13537 6244/14160/13552</w:t>
        <w:br/>
        <w:t>f 6244/14160/13552 6229/14145/13537 6230/14147/13539</w:t>
        <w:br/>
        <w:t>f 6157/14073/13467 6242/14158/13550 6245/14161/13553</w:t>
        <w:br/>
        <w:t>f 6157/14073/13467 6245/14161/13553 6155/14071/13465</w:t>
        <w:br/>
        <w:t>f 6243/14159/13551 6240/14156/13548 6246/14162/13554</w:t>
        <w:br/>
        <w:t>f 6246/14162/13554 6247/14163/13555 6243/14159/13551</w:t>
        <w:br/>
        <w:t>f 6248/14164/13556 6241/14157/13549 6244/14160/13552</w:t>
        <w:br/>
        <w:t>f 6249/14165/13557 6155/14071/13465 6245/14161/13553</w:t>
        <w:br/>
        <w:t>f 6246/14162/13554 6249/14165/13557 6245/14161/13553</w:t>
        <w:br/>
        <w:t>f 6244/14160/13552 6230/14147/13539 6250/14166/13558</w:t>
        <w:br/>
        <w:t>f 6230/14147/13539 6251/14167/13559 6250/14166/13558</w:t>
        <w:br/>
        <w:t>f 6252/14168/13560 6250/14166/13558 6251/14167/13559</w:t>
        <w:br/>
        <w:t>f 6253/14169/13561 6244/14160/13552 6250/14166/13558</w:t>
        <w:br/>
        <w:t>f 6252/14168/13560 6253/14169/13561 6250/14166/13558</w:t>
        <w:br/>
        <w:t>f 6248/14164/13556 6244/14160/13552 6253/14169/13561</w:t>
        <w:br/>
        <w:t>f 6253/14169/13561 6252/14168/13560 6254/14170/13562</w:t>
        <w:br/>
        <w:t>f 6254/14170/13562 6248/14164/13556 6253/14169/13561</w:t>
        <w:br/>
        <w:t>f 6246/14162/13554 6254/14170/13562 6249/14165/13557</w:t>
        <w:br/>
        <w:t>f 6254/14170/13562 6252/14168/13560 6255/14171/13563</w:t>
        <w:br/>
        <w:t>f 6254/14170/13562 6255/14171/13563 6256/14172/13564</w:t>
        <w:br/>
        <w:t>f 6254/14170/13562 6256/14172/13564 6249/14165/13557</w:t>
        <w:br/>
        <w:t>f 6257/14173/13565 6256/14172/13564 6255/14171/13563</w:t>
        <w:br/>
        <w:t>f 6257/14173/13565 6249/14165/13557 6256/14172/13564</w:t>
        <w:br/>
        <w:t>f 6255/14171/13563 6258/14174/13566 6257/14173/13565</w:t>
        <w:br/>
        <w:t>f 6259/14175/13567 6257/14173/13565 6258/14174/13566</w:t>
        <w:br/>
        <w:t>f 6249/14165/13557 6257/14173/13565 6260/14176/13568</w:t>
        <w:br/>
        <w:t>f 6257/14173/13565 6259/14175/13567 6261/14177/13569</w:t>
        <w:br/>
        <w:t>f 6257/14173/13565 6261/14177/13569 6260/14176/13568</w:t>
        <w:br/>
        <w:t>f 6259/14175/13567 6262/14178/13570 6261/14177/13569</w:t>
        <w:br/>
        <w:t>f 6260/14176/13568 6263/14179/13571 6249/14165/13557</w:t>
        <w:br/>
        <w:t>f 6249/14165/13557 6263/14179/13571 6155/14071/13465</w:t>
        <w:br/>
        <w:t>f 6151/14067/13461 6155/14071/13465 6263/14179/13571</w:t>
        <w:br/>
        <w:t>f 6264/14180/13572 6260/14176/13568 6261/14177/13569</w:t>
        <w:br/>
        <w:t>f 6264/14180/13572 6263/14179/13571 6260/14176/13568</w:t>
        <w:br/>
        <w:t>f 6265/14181/13573 6261/14177/13569 6262/14178/13570</w:t>
        <w:br/>
        <w:t>f 6265/14181/13573 6264/14180/13572 6261/14177/13569</w:t>
        <w:br/>
        <w:t>f 6266/14182/13574 6265/14181/13573 6262/14178/13570</w:t>
        <w:br/>
        <w:t>f 6263/14179/13571 6264/14180/13572 6267/14183/13575</w:t>
        <w:br/>
        <w:t>f 6263/14179/13571 6267/14183/13575 6151/14067/13461</w:t>
        <w:br/>
        <w:t>f 6265/14181/13573 6266/14182/13574 6268/14184/13576</w:t>
        <w:br/>
        <w:t>f 6268/14184/13576 6266/14182/13574 6269/14185/13577</w:t>
        <w:br/>
        <w:t>f 6270/14186/13578 6151/14067/13461 6267/14183/13575</w:t>
        <w:br/>
        <w:t>f 6264/14180/13572 6270/14186/13578 6267/14183/13575</w:t>
        <w:br/>
        <w:t>f 6151/14067/13461 6270/14186/13578 6271/14187/13579</w:t>
        <w:br/>
        <w:t>f 6264/14180/13572 6265/14181/13573 6272/14188/13580</w:t>
        <w:br/>
        <w:t>f 6270/14186/13578 6264/14180/13572 6272/14188/13580</w:t>
        <w:br/>
        <w:t>f 6265/14181/13573 6273/14189/13581 6272/14188/13580</w:t>
        <w:br/>
        <w:t>f 6270/14186/13578 6272/14188/13580 6273/14189/13581</w:t>
        <w:br/>
        <w:t>f 6273/14189/13581 6265/14181/13573 6268/14184/13576</w:t>
        <w:br/>
        <w:t>f 6270/14186/13578 6273/14189/13581 6153/14069/13463</w:t>
        <w:br/>
        <w:t>f 6269/14185/13577 6274/14190/13582 6268/14184/13576</w:t>
        <w:br/>
        <w:t>f 6274/14190/13582 6273/14189/13581 6268/14184/13576</w:t>
        <w:br/>
        <w:t>f 6269/14185/13577 6276/14191/13583 6275/14192/13584</w:t>
        <w:br/>
        <w:t>f 6275/14192/13584 6274/14190/13582 6269/14185/13577</w:t>
        <w:br/>
        <w:t>f 6278/14193/13585 6277/14194/13586 6271/14187/13579</w:t>
        <w:br/>
        <w:t>f 6150/14066/13460 6153/14069/13463 6279/14195/13587</w:t>
        <w:br/>
        <w:t>f 6273/14189/13581 6274/14190/13582 6280/14196/13588</w:t>
        <w:br/>
        <w:t>f 6281/14197/13589 6277/14194/13586 6278/14193/13585</w:t>
        <w:br/>
        <w:t>f 6282/14198/13590 6150/14066/13460 6279/14195/13587</w:t>
        <w:br/>
        <w:t>f 6277/14194/13586 6281/14197/13589 6283/14199/13591</w:t>
        <w:br/>
        <w:t>f 6150/14066/13460 6282/14198/13590 6142/14058/13452</w:t>
        <w:br/>
        <w:t>f 6284/14200/13592 6280/14196/13588 6274/14190/13582</w:t>
        <w:br/>
        <w:t>f 6274/14190/13582 6275/14192/13584 6284/14200/13592</w:t>
        <w:br/>
        <w:t>f 6285/14201/13593 6283/14199/13591 6281/14197/13589</w:t>
        <w:br/>
        <w:t>f 6280/14196/13588 6284/14200/13592 6286/14202/13594</w:t>
        <w:br/>
        <w:t>f 6282/14198/13590 6287/14203/13595 6142/14058/13452</w:t>
        <w:br/>
        <w:t>f 6287/14203/13595 6282/14198/13590 6285/14201/13593</w:t>
        <w:br/>
        <w:t>f 6288/14204/13596 6284/14200/13592 6275/14192/13584</w:t>
        <w:br/>
        <w:t>f 6275/14192/13584 6289/14205/13597 6288/14204/13596</w:t>
        <w:br/>
        <w:t>f 6284/14200/13592 6288/14204/13596 6290/14206/13598</w:t>
        <w:br/>
        <w:t>f 6290/14206/13598 6286/14202/13594 6284/14200/13592</w:t>
        <w:br/>
        <w:t>f 6292/14207/13599 6288/14204/13596 6291/14208/13600</w:t>
        <w:br/>
        <w:t>f 6292/14207/13599 6290/14206/13598 6288/14204/13596</w:t>
        <w:br/>
        <w:t>f 6292/14207/13599 6293/14209/13601 6084/13999/13393</w:t>
        <w:br/>
        <w:t>f 6290/14206/13598 6292/14207/13599 6294/14210/13602</w:t>
        <w:br/>
        <w:t>f 6294/14210/13602 6292/14207/13599 6084/13999/13393</w:t>
        <w:br/>
        <w:t>f 6286/14202/13594 6290/14206/13598 6295/14211/13603</w:t>
        <w:br/>
        <w:t>f 6294/14210/13602 6295/14211/13603 6290/14206/13598</w:t>
        <w:br/>
        <w:t>f 6296/14212/13604 6285/14201/13593 6295/14211/13603</w:t>
        <w:br/>
        <w:t>f 6285/14201/13593 6296/14212/13604 6287/14203/13595</w:t>
        <w:br/>
        <w:t>f 6295/14211/13603 6294/14210/13602 6297/14213/13605</w:t>
        <w:br/>
        <w:t>f 6297/14213/13605 6296/14212/13604 6295/14211/13603</w:t>
        <w:br/>
        <w:t>f 6298/14214/13606 6294/14210/13602 6084/13999/13393</w:t>
        <w:br/>
        <w:t>f 6298/14214/13606 6297/14213/13605 6294/14210/13602</w:t>
        <w:br/>
        <w:t>f 6081/13996/13390 6298/14214/13606 6084/13999/13393</w:t>
        <w:br/>
        <w:t>f 6298/14214/13606 6081/13996/13390 6079/13995/13389</w:t>
        <w:br/>
        <w:t>f 6079/13995/13389 6299/14215/13607 6298/14214/13606</w:t>
        <w:br/>
        <w:t>f 6297/14213/13605 6298/14214/13606 6299/14215/13607</w:t>
        <w:br/>
        <w:t>f 6299/14215/13607 6079/13995/13389 6085/14001/13395</w:t>
        <w:br/>
        <w:t>f 6085/14001/13395 6090/14006/13400 6299/14215/13607</w:t>
        <w:br/>
        <w:t>f 6297/14213/13605 6299/14215/13607 6300/14216/13608</w:t>
        <w:br/>
        <w:t>f 6300/14216/13608 6299/14215/13607 6090/14006/13400</w:t>
        <w:br/>
        <w:t>f 6300/14216/13608 6296/14212/13604 6297/14213/13605</w:t>
        <w:br/>
        <w:t>f 6090/14006/13400 6093/14009/13403 6300/14216/13608</w:t>
        <w:br/>
        <w:t>f 6296/14212/13604 6300/14216/13608 6301/14217/13609</w:t>
        <w:br/>
        <w:t>f 6093/14009/13403 6301/14217/13609 6300/14216/13608</w:t>
        <w:br/>
        <w:t>f 6301/14217/13609 6287/14203/13595 6296/14212/13604</w:t>
        <w:br/>
        <w:t>f 6093/14009/13403 6104/14020/13414 6301/14217/13609</w:t>
        <w:br/>
        <w:t>f 6301/14217/13609 6142/14058/13452 6287/14203/13595</w:t>
        <w:br/>
        <w:t>f 6104/14020/13414 6142/14058/13452 6301/14217/13609</w:t>
        <w:br/>
        <w:t>f 6304/14218/13610 6303/14219/13611 6302/14220/13612</w:t>
        <w:br/>
        <w:t>f 6303/14219/13611 6304/14218/13610 6305/14221/13613</w:t>
        <w:br/>
        <w:t>f 6306/14222/13614 6305/14221/13613 6304/14218/13610</w:t>
        <w:br/>
        <w:t>f 6305/14221/13613 6307/14223/13615 6303/14219/13611</w:t>
        <w:br/>
        <w:t>f 6305/14221/13613 6306/14222/13614 6308/14224/13616</w:t>
        <w:br/>
        <w:t>f 6309/14225/13617 6308/14224/13616 6306/14222/13614</w:t>
        <w:br/>
        <w:t>f 6308/14224/13616 6309/14225/13617 6310/14226/13618</w:t>
        <w:br/>
        <w:t>f 6307/14223/13615 6305/14221/13613 6311/14227/13619</w:t>
        <w:br/>
        <w:t>f 6308/14224/13616 6311/14227/13619 6305/14221/13613</w:t>
        <w:br/>
        <w:t>f 6312/14228/13620 6308/14224/13616 6310/14226/13618</w:t>
        <w:br/>
        <w:t>f 6311/14227/13619 6308/14224/13616 6312/14228/13620</w:t>
        <w:br/>
        <w:t>f 6313/14229/13621 6312/14228/13620 6310/14226/13618</w:t>
        <w:br/>
        <w:t>f 6312/14228/13620 6313/14229/13621 6314/14230/13622</w:t>
        <w:br/>
        <w:t>f 6314/14230/13622 6315/14231/13623 6312/14228/13620</w:t>
        <w:br/>
        <w:t>f 6315/14231/13623 6311/14227/13619 6312/14228/13620</w:t>
        <w:br/>
        <w:t>f 6316/14232/13624 6315/14231/13623 6314/14230/13622</w:t>
        <w:br/>
        <w:t>f 6317/14233/13625 6307/14223/13615 6311/14227/13619</w:t>
        <w:br/>
        <w:t>f 6311/14227/13619 6315/14231/13623 6317/14233/13625</w:t>
        <w:br/>
        <w:t>f 6307/14223/13615 6317/14233/13625 6318/14234/13626</w:t>
        <w:br/>
        <w:t>f 6315/14231/13623 6316/14232/13624 6319/14235/13627</w:t>
        <w:br/>
        <w:t>f 6319/14235/13627 6317/14233/13625 6315/14231/13623</w:t>
        <w:br/>
        <w:t>f 6320/14236/13628 6319/14235/13627 6316/14232/13624</w:t>
        <w:br/>
        <w:t>f 6318/14234/13626 6317/14233/13625 6321/14237/13629</w:t>
        <w:br/>
        <w:t>f 6317/14233/13625 6319/14235/13627 6321/14237/13629</w:t>
        <w:br/>
        <w:t>f 6321/14237/13629 6322/14238/13630 6318/14234/13626</w:t>
        <w:br/>
        <w:t>f 6321/14237/13629 6323/14239/13631 6322/14238/13630</w:t>
        <w:br/>
        <w:t>f 6319/14235/13627 6320/14236/13628 6324/14240/13632</w:t>
        <w:br/>
        <w:t>f 6324/14240/13632 6321/14237/13629 6319/14235/13627</w:t>
        <w:br/>
        <w:t>f 6325/14241/13633 6323/14239/13631 6321/14237/13629</w:t>
        <w:br/>
        <w:t>f 6321/14237/13629 6324/14240/13632 6325/14241/13633</w:t>
        <w:br/>
        <w:t>f 6325/14241/13633 6326/14242/13634 6323/14239/13631</w:t>
        <w:br/>
        <w:t>f 6320/14236/13628 6327/14243/13635 6324/14240/13632</w:t>
        <w:br/>
        <w:t>f 6327/14243/13635 6320/14236/13628 6328/14244/13636</w:t>
        <w:br/>
        <w:t>f 6329/14245/13637 6327/14243/13635 6328/14244/13636</w:t>
        <w:br/>
        <w:t>f 6324/14240/13632 6330/14246/13638 6325/14241/13633</w:t>
        <w:br/>
        <w:t>f 6327/14243/13635 6330/14246/13638 6324/14240/13632</w:t>
        <w:br/>
        <w:t>f 6326/14242/13634 6325/14241/13633 6330/14246/13638</w:t>
        <w:br/>
        <w:t>f 6327/14243/13635 6329/14245/13637 6331/14247/13639</w:t>
        <w:br/>
        <w:t>f 6331/14247/13639 6330/14246/13638 6327/14243/13635</w:t>
        <w:br/>
        <w:t>f 6331/14247/13639 6329/14245/13637 6332/14248/13640</w:t>
        <w:br/>
        <w:t>f 6333/14249/13641 6326/14242/13634 6330/14246/13638</w:t>
        <w:br/>
        <w:t>f 6330/14246/13638 6331/14247/13639 6333/14249/13641</w:t>
        <w:br/>
        <w:t>f 6326/14242/13634 6333/14249/13641 6334/14250/13642</w:t>
        <w:br/>
        <w:t>f 6332/14248/13640 6335/14251/13643 6331/14247/13639</w:t>
        <w:br/>
        <w:t>f 6333/14249/13641 6331/14247/13639 6335/14251/13643</w:t>
        <w:br/>
        <w:t>f 6336/14252/13644 6335/14251/13643 6332/14248/13640</w:t>
        <w:br/>
        <w:t>f 6337/14253/13645 6334/14250/13642 6333/14249/13641</w:t>
        <w:br/>
        <w:t>f 6335/14251/13643 6337/14253/13645 6333/14249/13641</w:t>
        <w:br/>
        <w:t>f 6334/14250/13642 6337/14253/13645 6338/14254/13646</w:t>
        <w:br/>
        <w:t>f 6335/14251/13643 6336/14252/13644 6339/14255/13647</w:t>
        <w:br/>
        <w:t>f 6339/14255/13647 6337/14253/13645 6335/14251/13643</w:t>
        <w:br/>
        <w:t>f 6340/14256/13648 6339/14255/13647 6336/14252/13644</w:t>
        <w:br/>
        <w:t>f 6341/14257/13649 6338/14254/13646 6337/14253/13645</w:t>
        <w:br/>
        <w:t>f 6337/14253/13645 6339/14255/13647 6341/14257/13649</w:t>
        <w:br/>
        <w:t>f 6338/14254/13646 6341/14257/13649 6342/14258/13650</w:t>
        <w:br/>
        <w:t>f 6339/14255/13647 6340/14256/13648 6343/14259/13651</w:t>
        <w:br/>
        <w:t>f 6341/14257/13649 6339/14255/13647 6343/14259/13651</w:t>
        <w:br/>
        <w:t>f 6344/14260/13652 6342/14258/13650 6341/14257/13649</w:t>
        <w:br/>
        <w:t>f 6343/14259/13651 6344/14260/13652 6341/14257/13649</w:t>
        <w:br/>
        <w:t>f 6342/14258/13650 6344/14260/13652 6345/14261/13653</w:t>
        <w:br/>
        <w:t>f 6340/14256/13648 6346/14262/13654 6343/14259/13651</w:t>
        <w:br/>
        <w:t>f 6346/14262/13654 6340/14256/13648 6347/14263/13655</w:t>
        <w:br/>
        <w:t>f 6343/14259/13651 6348/14264/13656 6344/14260/13652</w:t>
        <w:br/>
        <w:t>f 6348/14264/13656 6345/14261/13653 6344/14260/13652</w:t>
        <w:br/>
        <w:t>f 6348/14264/13656 6343/14259/13651 6346/14262/13654</w:t>
        <w:br/>
        <w:t>f 6345/14261/13653 6348/14264/13656 6349/14265/13657</w:t>
        <w:br/>
        <w:t>f 6347/14263/13655 6350/14266/13658 6346/14262/13654</w:t>
        <w:br/>
        <w:t>f 6351/14267/13659 6350/14266/13658 6347/14263/13655</w:t>
        <w:br/>
        <w:t>f 6346/14262/13654 6352/14268/13660 6348/14264/13656</w:t>
        <w:br/>
        <w:t>f 6352/14268/13660 6349/14265/13657 6348/14264/13656</w:t>
        <w:br/>
        <w:t>f 6350/14266/13658 6352/14268/13660 6346/14262/13654</w:t>
        <w:br/>
        <w:t>f 6349/14265/13657 6352/14268/13660 6353/14269/13661</w:t>
        <w:br/>
        <w:t>f 6352/14268/13660 6354/14270/13662 6353/14269/13661</w:t>
        <w:br/>
        <w:t>f 6355/14271/13663 6354/14270/13662 6352/14268/13660</w:t>
        <w:br/>
        <w:t>f 6350/14266/13658 6355/14271/13663 6352/14268/13660</w:t>
        <w:br/>
        <w:t>f 6355/14271/13663 6356/14272/13664 6354/14270/13662</w:t>
        <w:br/>
        <w:t>f 6351/14267/13659 6357/14273/13665 6350/14266/13658</w:t>
        <w:br/>
        <w:t>f 6357/14273/13665 6355/14271/13663 6350/14266/13658</w:t>
        <w:br/>
        <w:t>f 6357/14273/13665 6351/14267/13659 6358/14274/13666</w:t>
        <w:br/>
        <w:t>f 6356/14272/13664 6355/14271/13663 6359/14275/13667</w:t>
        <w:br/>
        <w:t>f 6357/14273/13665 6359/14275/13667 6355/14271/13663</w:t>
        <w:br/>
        <w:t>f 6358/14274/13666 6360/14276/13668 6357/14273/13665</w:t>
        <w:br/>
        <w:t>f 6360/14276/13668 6359/14275/13667 6357/14273/13665</w:t>
        <w:br/>
        <w:t>f 6361/14277/13669 6360/14276/13668 6358/14274/13666</w:t>
        <w:br/>
        <w:t>f 6362/14278/13670 6356/14272/13664 6359/14275/13667</w:t>
        <w:br/>
        <w:t>f 6360/14276/13668 6362/14278/13670 6359/14275/13667</w:t>
        <w:br/>
        <w:t>f 6356/14272/13664 6362/14278/13670 6363/14279/13671</w:t>
        <w:br/>
        <w:t>f 6362/14278/13670 6364/14280/13612 6363/14279/13671</w:t>
        <w:br/>
        <w:t>f 6364/14280/13612 6362/14278/13670 6365/14281/13610</w:t>
        <w:br/>
        <w:t>f 6361/14277/13669 6366/14282/13672 6360/14276/13668</w:t>
        <w:br/>
        <w:t>f 6362/14278/13670 6360/14276/13668 6366/14282/13672</w:t>
        <w:br/>
        <w:t>f 6366/14282/13672 6365/14281/13610 6362/14278/13670</w:t>
        <w:br/>
        <w:t>f 6366/14282/13672 6361/14277/13669 6367/14283/13673</w:t>
        <w:br/>
        <w:t>f 6365/14281/13610 6366/14282/13672 6368/14284/13614</w:t>
        <w:br/>
        <w:t>f 6367/14283/13673 6368/14284/13614 6366/14282/13672</w:t>
        <w:br/>
        <w:t>f 6368/14284/13614 6367/14283/13673 6369/14285/13617</w:t>
        <w:br/>
        <w:t>f 6372/14286/13674 6371/14287/13675 6370/14288/13676</w:t>
        <w:br/>
        <w:t>f 6371/14287/13675 6372/14286/13674 6373/14289/13677</w:t>
        <w:br/>
        <w:t>f 6373/14289/13677 6374/14290/13678 6371/14287/13675</w:t>
        <w:br/>
        <w:t>f 6377/14291/13679 6376/14292/13680 6375/14293/13681</w:t>
        <w:br/>
        <w:t>f 6373/14289/13677 6378/14294/13682 6374/14290/13678</w:t>
        <w:br/>
        <w:t>f 6378/14294/13682 6379/14295/13683 6374/14290/13678</w:t>
        <w:br/>
        <w:t>f 6376/14292/13680 6377/14291/13679 6380/14296/13684</w:t>
        <w:br/>
        <w:t>f 6381/14297/13685 6376/14292/13680 6380/14296/13684</w:t>
        <w:br/>
        <w:t>f 6379/14295/13683 6378/14294/13682 6382/14298/13686</w:t>
        <w:br/>
        <w:t>f 6382/14298/13686 6383/14299/13687 6379/14295/13683</w:t>
        <w:br/>
        <w:t>f 6383/14299/13687 6382/14298/13686 6384/14300/13688</w:t>
        <w:br/>
        <w:t>f 6385/14301/13689 6382/14298/13686 6378/14294/13682</w:t>
        <w:br/>
        <w:t>f 6385/14301/13689 6378/14294/13682 6380/14296/13684</w:t>
        <w:br/>
        <w:t>f 6386/14302/13690 6384/14300/13688 6382/14298/13686</w:t>
        <w:br/>
        <w:t>f 6382/14298/13686 6385/14301/13689 6386/14302/13690</w:t>
        <w:br/>
        <w:t>f 6384/14300/13688 6386/14302/13690 6387/14303/13691</w:t>
        <w:br/>
        <w:t>f 6388/14304/13692 6387/14303/13691 6386/14302/13690</w:t>
        <w:br/>
        <w:t>f 6386/14302/13690 6385/14301/13689 6388/14304/13692</w:t>
        <w:br/>
        <w:t>f 6387/14303/13691 6388/14304/13692 6389/14305/13693</w:t>
        <w:br/>
        <w:t>f 6392/14306/13694 6391/14307/13695 6390/14308/13696</w:t>
        <w:br/>
        <w:t>f 6391/14307/13695 6392/14306/13694 6393/14309/13697</w:t>
        <w:br/>
        <w:t>f 6388/14304/13692 6385/14301/13689 6394/14310/13698</w:t>
        <w:br/>
        <w:t>f 6392/14306/13694 6395/14311/13699 6393/14309/13697</w:t>
        <w:br/>
        <w:t>f 6380/14296/13684 6394/14310/13698 6385/14301/13689</w:t>
        <w:br/>
        <w:t>f 6393/14309/13697 6395/14311/13699 6396/14312/13700</w:t>
        <w:br/>
        <w:t>f 6394/14310/13698 6380/14296/13684 6397/14313/13701</w:t>
        <w:br/>
        <w:t>f 6398/14314/13702 6396/14312/13700 6395/14311/13699</w:t>
        <w:br/>
        <w:t>f 6377/14291/13679 6397/14313/13701 6380/14296/13684</w:t>
        <w:br/>
        <w:t>f 6396/14312/13700 6398/14314/13702 6399/14315/13703</w:t>
        <w:br/>
        <w:t>f 6377/14291/13679 6400/14316/13704 6397/14313/13701</w:t>
        <w:br/>
        <w:t>f 6398/14314/13702 6401/14317/13705 6399/14315/13703</w:t>
        <w:br/>
        <w:t>f 6402/14318/13706 6399/14315/13703 6401/14317/13705</w:t>
        <w:br/>
        <w:t>f 6405/14319/13707 6404/14320/13708 6403/14321/13709</w:t>
        <w:br/>
        <w:t>f 6405/14319/13707 6406/14322/13710 6404/14320/13708</w:t>
        <w:br/>
        <w:t>f 6409/14323/13711 6408/14324/13712 6407/14325/13713</w:t>
        <w:br/>
        <w:t>f 6410/14326/13714 6404/14320/13708 6406/14322/13710</w:t>
        <w:br/>
        <w:t>f 6408/14324/13712 6409/14323/13711 6411/14327/13715</w:t>
        <w:br/>
        <w:t>f 6406/14322/13710 6412/14328/13716 6410/14326/13714</w:t>
        <w:br/>
        <w:t>f 6411/14327/13715 6413/14329/13717 6408/14324/13712</w:t>
        <w:br/>
        <w:t>f 6412/14328/13716 6414/14330/13718 6410/14326/13714</w:t>
        <w:br/>
        <w:t>f 6415/14331/13719 6410/14326/13714 6414/14330/13718</w:t>
        <w:br/>
        <w:t>f 6414/14330/13718 6416/14332/13720 6415/14331/13719</w:t>
        <w:br/>
        <w:t>f 6414/14330/13718 6417/14333/13721 6416/14332/13720</w:t>
        <w:br/>
        <w:t>f 6414/14330/13718 6418/14334/13722 6417/14333/13721</w:t>
        <w:br/>
        <w:t>f 6413/14329/13717 6411/14327/13715 6419/14335/13723</w:t>
        <w:br/>
        <w:t>f 6419/14335/13723 6414/14330/13718 6413/14329/13717</w:t>
        <w:br/>
        <w:t>f 6409/14323/13711 6420/14336/13724 6411/14327/13715</w:t>
        <w:br/>
        <w:t>f 6420/14336/13724 6419/14335/13723 6411/14327/13715</w:t>
        <w:br/>
        <w:t>f 6409/14323/13711 6421/14337/13725 6420/14336/13724</w:t>
        <w:br/>
        <w:t>f 6414/14330/13718 6419/14335/13723 6422/14338/13726</w:t>
        <w:br/>
        <w:t>f 6418/14334/13722 6414/14330/13718 6422/14338/13726</w:t>
        <w:br/>
        <w:t>f 6425/14339/13727 6424/14340/13728 6423/14341/13729</w:t>
        <w:br/>
        <w:t>f 6424/14340/13728 6425/14339/13727 6426/14342/13730</w:t>
        <w:br/>
        <w:t>f 6427/14343/13731 6426/14342/13730 6425/14339/13727</w:t>
        <w:br/>
        <w:t>f 6419/14335/13723 6420/14336/13724 6428/14344/13732</w:t>
        <w:br/>
        <w:t>f 6426/14342/13730 6427/14343/13731 6429/14345/13733</w:t>
        <w:br/>
        <w:t>f 6428/14344/13732 6422/14338/13726 6419/14335/13723</w:t>
        <w:br/>
        <w:t>f 6427/14343/13731 6430/14346/13734 6429/14345/13733</w:t>
        <w:br/>
        <w:t>f 6422/14338/13726 6428/14344/13732 6431/14347/13735</w:t>
        <w:br/>
        <w:t>f 6431/14347/13735 6418/14334/13722 6422/14338/13726</w:t>
        <w:br/>
        <w:t>f 6430/14346/13734 6427/14343/13731 6432/14348/13736</w:t>
        <w:br/>
        <w:t>f 6418/14334/13722 6430/14346/13734 6433/14349/13737</w:t>
        <w:br/>
        <w:t>f 6434/14350/13738 6430/14346/13734 6432/14348/13736</w:t>
        <w:br/>
        <w:t>f 6430/14346/13734 6434/14350/13738 6433/14349/13737</w:t>
        <w:br/>
        <w:t>f 6437/14351/13739 6436/14352/13740 6435/14353/13741</w:t>
        <w:br/>
        <w:t>f 6438/14354/13742 6437/14351/13739 6435/14353/13741</w:t>
        <w:br/>
        <w:t>f 6439/14355/13743 6438/14354/13742 6435/14353/13741</w:t>
        <w:br/>
        <w:t>f 6442/14356/13744 6441/14357/13745 6440/14358/13746</w:t>
        <w:br/>
        <w:t>f 6438/14354/13742 6439/14355/13743 6443/14359/13747</w:t>
        <w:br/>
        <w:t>f 6442/14356/13744 6444/14360/13748 6441/14357/13745</w:t>
        <w:br/>
        <w:t>f 6439/14355/13743 6445/14361/13749 6443/14359/13747</w:t>
        <w:br/>
        <w:t>f 6445/14361/13749 6439/14355/13743 6446/14362/13750</w:t>
        <w:br/>
        <w:t>f 6448/14363/13751 6442/14356/13744 6447/14364/13752</w:t>
        <w:br/>
        <w:t>f 6442/14356/13744 6448/14363/13751 6444/14360/13748</w:t>
        <w:br/>
        <w:t>f 6448/14363/13751 6447/14364/13752 6449/14365/13753</w:t>
        <w:br/>
        <w:t>f 6450/14366/13754 6441/14357/13745 6444/14360/13748</w:t>
        <w:br/>
        <w:t>f 6448/14363/13751 6450/14366/13754 6444/14360/13748</w:t>
        <w:br/>
        <w:t>f 6441/14357/13745 6450/14366/13754 6451/14367/13755</w:t>
        <w:br/>
        <w:t>f 6448/14363/13751 6449/14365/13753 6452/14368/13756</w:t>
        <w:br/>
        <w:t>f 6453/14369/13757 6451/14367/13755 6450/14366/13754</w:t>
        <w:br/>
        <w:t>f 6451/14367/13755 6453/14369/13757 6454/14370/13758</w:t>
        <w:br/>
        <w:t>f 6450/14366/13754 6448/14363/13751 6455/14371/13759</w:t>
        <w:br/>
        <w:t>f 6452/14368/13756 6455/14371/13759 6448/14363/13751</w:t>
        <w:br/>
        <w:t>f 6450/14366/13754 6456/14372/13760 6453/14369/13757</w:t>
        <w:br/>
        <w:t>f 6456/14372/13760 6450/14366/13754 6455/14371/13759</w:t>
        <w:br/>
        <w:t>f 6457/14373/13761 6454/14370/13758 6453/14369/13757</w:t>
        <w:br/>
        <w:t>f 6456/14372/13760 6457/14373/13761 6453/14369/13757</w:t>
        <w:br/>
        <w:t>f 6454/14370/13758 6457/14373/13761 6458/14374/13762</w:t>
        <w:br/>
        <w:t>f 6461/14375/13763 6460/14376/13764 6459/14377/13765</w:t>
        <w:br/>
        <w:t>f 6459/14377/13765 6460/14376/13764 6462/14378/13766</w:t>
        <w:br/>
        <w:t>f 6463/14379/13767 6462/14378/13766 6460/14376/13764</w:t>
        <w:br/>
        <w:t>f 6457/14373/13761 6456/14372/13760 6463/14379/13767</w:t>
        <w:br/>
        <w:t>f 6462/14378/13766 6463/14379/13767 6464/14380/13768</w:t>
        <w:br/>
        <w:t>f 6463/14379/13767 6465/14381/13769 6464/14380/13768</w:t>
        <w:br/>
        <w:t>f 6456/14372/13760 6465/14381/13769 6463/14379/13767</w:t>
        <w:br/>
        <w:t>f 6464/14380/13768 6465/14381/13769 6466/14382/13770</w:t>
        <w:br/>
        <w:t>f 6465/14381/13769 6456/14372/13760 6467/14383/13771</w:t>
        <w:br/>
        <w:t>f 6456/14372/13760 6455/14371/13759 6467/14383/13771</w:t>
        <w:br/>
        <w:t>f 6468/14384/13772 6466/14382/13770 6465/14381/13769</w:t>
        <w:br/>
        <w:t>f 6467/14383/13771 6468/14384/13772 6465/14381/13769</w:t>
        <w:br/>
        <w:t>f 6466/14382/13770 6468/14384/13772 6469/14385/13773</w:t>
        <w:br/>
        <w:t>f 6470/14386/13774 6469/14385/13773 6468/14384/13772</w:t>
        <w:br/>
        <w:t>f 6468/14384/13772 6471/14387/13775 6470/14386/13774</w:t>
        <w:br/>
        <w:t>f 6468/14384/13772 6467/14383/13771 6471/14387/13775</w:t>
        <w:br/>
        <w:t>f 6472/14388/13776 6470/14386/13774 6471/14387/13775</w:t>
        <w:br/>
        <w:t>f 6455/14371/13759 6473/14389/13777 6467/14383/13771</w:t>
        <w:br/>
        <w:t>f 6473/14389/13777 6471/14387/13775 6467/14383/13771</w:t>
        <w:br/>
        <w:t>f 6455/14371/13759 6452/14368/13756 6473/14389/13777</w:t>
        <w:br/>
        <w:t>f 6472/14388/13776 6471/14387/13775 6474/14390/13778</w:t>
        <w:br/>
        <w:t>f 6471/14387/13775 6473/14389/13777 6474/14390/13778</w:t>
        <w:br/>
        <w:t>f 6475/14391/13779 6472/14388/13776 6474/14390/13778</w:t>
        <w:br/>
        <w:t>f 6473/14389/13777 6475/14391/13779 6474/14390/13778</w:t>
        <w:br/>
        <w:t>f 6475/14391/13779 6473/14389/13777 6452/14368/13756</w:t>
        <w:br/>
        <w:t>f 6472/14388/13776 6475/14391/13779 6476/14392/13780</w:t>
        <w:br/>
        <w:t>f 6452/14368/13756 6477/14393/13781 6475/14391/13779</w:t>
        <w:br/>
        <w:t>f 6475/14391/13779 6477/14393/13781 6476/14392/13780</w:t>
        <w:br/>
        <w:t>f 6477/14393/13781 6452/14368/13756 6449/14365/13753</w:t>
        <w:br/>
        <w:t>f 6476/14392/13780 6477/14393/13781 6478/14394/13782</w:t>
        <w:br/>
        <w:t>f 6479/14395/13783 6445/14361/13749 6446/14362/13750</w:t>
        <w:br/>
        <w:t>f 6446/14362/13750 6480/14396/13784 6479/14395/13783</w:t>
        <w:br/>
        <w:t>f 6483/14397/13785 6482/14398/13786 6481/14399/13787</w:t>
        <w:br/>
        <w:t>f 6484/14400/13788 6481/14399/13787 6482/14398/13786</w:t>
        <w:br/>
        <w:t>f 6485/14401/13789 6484/14400/13788 6482/14398/13786</w:t>
        <w:br/>
        <w:t>f 6484/14400/13788 6486/14402/13790 6481/14399/13787</w:t>
        <w:br/>
        <w:t>f 6484/14400/13788 6485/14401/13789 6487/14403/13791</w:t>
        <w:br/>
        <w:t>f 6487/14403/13791 6485/14401/13789 6488/14404/13792</w:t>
        <w:br/>
        <w:t>f 6490/14405/13793 6486/14402/13790 6489/14406/13794</w:t>
        <w:br/>
        <w:t>f 6493/14407/13795 6492/14408/13796 6491/14409/13797</w:t>
        <w:br/>
        <w:t>f 6484/14400/13788 6491/14409/13797 6492/14408/13796</w:t>
        <w:br/>
        <w:t>f 6492/14408/13796 6490/14405/13793 6484/14400/13788</w:t>
        <w:br/>
        <w:t>f 6492/14408/13796 6488/14404/13798 6494/14410/13799</w:t>
        <w:br/>
        <w:t>f 6486/14402/13790 6490/14405/13793 6495/14411/13800</w:t>
        <w:br/>
        <w:t>f 6498/14412/13801 6497/14413/13802 6496/14414/13803</w:t>
        <w:br/>
        <w:t>f 6496/14414/13803 6499/14415/13804 6498/14412/13801</w:t>
        <w:br/>
        <w:t>f 6501/14416/13805 6500/14417/13806 6497/14413/13802</w:t>
        <w:br/>
        <w:t>f 6501/14416/13805 6497/14413/13802 6498/14412/13801</w:t>
        <w:br/>
        <w:t>f 6502/14418/13807 6498/14412/13801 6499/14415/13804</w:t>
        <w:br/>
        <w:t>f 6503/14419/13808 6502/14418/13807 6499/14415/13804</w:t>
        <w:br/>
        <w:t>f 6504/14420/13809 6501/14416/13805 6498/14412/13801</w:t>
        <w:br/>
        <w:t>f 6502/14418/13807 6504/14420/13809 6498/14412/13801</w:t>
        <w:br/>
        <w:t>f 6502/14418/13807 6503/14419/13808 6505/14421/13810</w:t>
        <w:br/>
        <w:t>f 6504/14420/13809 6502/14418/13807 6505/14421/13810</w:t>
        <w:br/>
        <w:t>f 6506/14422/13811 6505/14421/13810 6503/14419/13808</w:t>
        <w:br/>
        <w:t>f 6501/14416/13805 6504/14420/13809 6507/14423/13812</w:t>
        <w:br/>
        <w:t>f 6505/14421/13810 6506/14422/13811 6508/14424/13813</w:t>
        <w:br/>
        <w:t>f 6511/14425/13814 6510/14426/13815 6509/14427/13816</w:t>
        <w:br/>
        <w:t>f 6510/14426/13815 6511/14425/13814 6512/14428/13817</w:t>
        <w:br/>
        <w:t>f 6510/14426/13815 6512/14428/13817 6513/14429/13818</w:t>
        <w:br/>
        <w:t>f 6514/14430/13819 6505/14421/13810 6508/14424/13813</w:t>
        <w:br/>
        <w:t>f 6515/14431/13820 6510/14426/13815 6513/14429/13818</w:t>
        <w:br/>
        <w:t>f 6505/14421/13810 6516/14432/13821 6504/14420/13809</w:t>
        <w:br/>
        <w:t>f 6505/14421/13810 6514/14430/13819 6516/14432/13821</w:t>
        <w:br/>
        <w:t>f 6515/14431/13820 6513/14429/13818 6517/14433/13822</w:t>
        <w:br/>
        <w:t>f 6513/14429/13818 6518/14434/13823 6517/14433/13822</w:t>
        <w:br/>
        <w:t>f 6519/14435/13824 6516/14432/13821 6514/14430/13819</w:t>
        <w:br/>
        <w:t>f 6517/14433/13822 6519/14435/13824 6514/14430/13819</w:t>
        <w:br/>
        <w:t>f 6520/14436/13825 6504/14420/13809 6516/14432/13821</w:t>
        <w:br/>
        <w:t>f 6504/14420/13809 6520/14436/13825 6507/14423/13812</w:t>
        <w:br/>
        <w:t>f 6516/14432/13821 6519/14435/13824 6521/14437/13826</w:t>
        <w:br/>
        <w:t>f 6520/14436/13825 6516/14432/13821 6522/14438/13827</w:t>
        <w:br/>
        <w:t>f 6519/14435/13824 6523/14439/13828 6521/14437/13826</w:t>
        <w:br/>
        <w:t>f 6524/14440/13829 6520/14436/13825 6522/14438/13827</w:t>
        <w:br/>
        <w:t>f 6519/14435/13824 6517/14433/13822 6525/14441/13830</w:t>
        <w:br/>
        <w:t>f 6523/14439/13828 6519/14435/13824 6526/14442/13831</w:t>
        <w:br/>
        <w:t>f 6525/14441/13830 6527/14443/13832 6519/14435/13824</w:t>
        <w:br/>
        <w:t>f 6518/14434/13823 6528/14444/13833 6517/14433/13822</w:t>
        <w:br/>
        <w:t>f 6529/14445/13834 6528/14444/13833 6518/14434/13823</w:t>
        <w:br/>
        <w:t>f 6517/14433/13822 6530/14446/13835 6525/14441/13830</w:t>
        <w:br/>
        <w:t>f 6530/14446/13835 6517/14433/13822 6528/14444/13833</w:t>
        <w:br/>
        <w:t>f 6527/14443/13832 6525/14441/13830 6531/14447/13836</w:t>
        <w:br/>
        <w:t>f 6525/14441/13830 6530/14446/13835 6531/14447/13836</w:t>
        <w:br/>
        <w:t>f 6528/14444/13833 6529/14445/13834 6532/14448/13837</w:t>
        <w:br/>
        <w:t>f 6528/14444/13833 6533/14449/13838 6530/14446/13835</w:t>
        <w:br/>
        <w:t>f 6533/14449/13838 6528/14444/13833 6532/14448/13837</w:t>
        <w:br/>
        <w:t>f 6534/14450/13839 6532/14448/13837 6529/14445/13834</w:t>
        <w:br/>
        <w:t>f 6532/14448/13837 6535/14451/13840 6533/14449/13838</w:t>
        <w:br/>
        <w:t>f 6535/14451/13840 6532/14448/13837 6534/14450/13839</w:t>
        <w:br/>
        <w:t>f 6536/14452/13841 6530/14446/13835 6533/14449/13838</w:t>
        <w:br/>
        <w:t>f 6537/14453/13842 6533/14449/13838 6535/14451/13840</w:t>
        <w:br/>
        <w:t>f 6533/14449/13838 6537/14453/13842 6536/14452/13841</w:t>
        <w:br/>
        <w:t>f 6540/14454/13843 6539/14455/13844 6538/14456/13845</w:t>
        <w:br/>
        <w:t>f 6539/14455/13844 6541/14457/13846 6538/14456/13845</w:t>
        <w:br/>
        <w:t>f 6529/14445/13834 6542/14458/13847 6534/14450/13839</w:t>
        <w:br/>
        <w:t>f 6542/14458/13847 6529/14445/13834 6543/14459/13848</w:t>
        <w:br/>
        <w:t>f 6544/14460/13849 6542/14458/13847 6543/14459/13848</w:t>
        <w:br/>
        <w:t>f 6542/14458/13847 6544/14460/13849 6545/14461/13850</w:t>
        <w:br/>
        <w:t>f 6547/14462/13851 6546/14463/13852 6540/14454/13843</w:t>
        <w:br/>
        <w:t>f 6539/14455/13844 6540/14454/13843 6546/14463/13852</w:t>
        <w:br/>
        <w:t>f 6545/14461/13850 6548/14464/13853 6547/14462/13851</w:t>
        <w:br/>
        <w:t>f 6546/14463/13852 6547/14462/13851 6548/14464/13853</w:t>
        <w:br/>
        <w:t>f 6548/14464/13853 6545/14461/13850 6549/14465/13854</w:t>
        <w:br/>
        <w:t>f 6549/14465/13854 6551/14466/13855 6550/14467/13856</w:t>
        <w:br/>
        <w:t>f 6551/14466/13855 6552/14468/13857 6550/14467/13856</w:t>
        <w:br/>
        <w:t>f 6551/14466/13855 6549/14465/13854 6553/14469/13858</w:t>
        <w:br/>
        <w:t>f 6552/14468/13857 6551/14466/13855 6554/14470/13859</w:t>
        <w:br/>
        <w:t>f 6554/14470/13859 6555/14471/13860 6552/14468/13857</w:t>
        <w:br/>
        <w:t>f 6553/14469/13858 6556/14472/13861 6551/14466/13855</w:t>
        <w:br/>
        <w:t>f 6551/14466/13855 6556/14472/13861 6554/14470/13859</w:t>
        <w:br/>
        <w:t>f 6556/14472/13861 6553/14469/13858 6557/14473/13862</w:t>
        <w:br/>
        <w:t>f 6558/14474/13863 6556/14472/13861 6557/14473/13862</w:t>
        <w:br/>
        <w:t>f 6561/14475/13864 6560/14476/13865 6559/14477/13865</w:t>
        <w:br/>
        <w:t>f 6562/14478/13866 6554/14470/13859 6556/14472/13861</w:t>
        <w:br/>
        <w:t>f 6556/14472/13861 6558/14474/13863 6562/14478/13866</w:t>
        <w:br/>
        <w:t>f 6558/14474/13863 6561/14475/13867 6563/14479/13868</w:t>
        <w:br/>
        <w:t>f 6566/14480/13869 6565/14481/13870 6564/14482/13871</w:t>
        <w:br/>
        <w:t>f 6566/14480/13869 6564/14482/13871 6567/14483/13872</w:t>
        <w:br/>
        <w:t>f 6568/14484/13873 6558/14474/13863 6563/14479/13868</w:t>
        <w:br/>
        <w:t>f 6567/14483/13872 6568/14484/13873 6563/14479/13868</w:t>
        <w:br/>
        <w:t>f 6570/14485/13874 6567/14483/13872 6569/14486/13875</w:t>
        <w:br/>
        <w:t>f 6567/14483/13872 6570/14485/13874 6568/14484/13873</w:t>
        <w:br/>
        <w:t>f 6568/14484/13873 6570/14485/13874 6571/14487/13876</w:t>
        <w:br/>
        <w:t>f 6558/14474/13863 6568/14484/13873 6572/14488/13877</w:t>
        <w:br/>
        <w:t>f 6571/14487/13876 6572/14488/13877 6568/14484/13873</w:t>
        <w:br/>
        <w:t>f 6572/14488/13877 6562/14478/13866 6558/14474/13863</w:t>
        <w:br/>
        <w:t>f 6572/14488/13877 6571/14487/13876 6573/14489/13878</w:t>
        <w:br/>
        <w:t>f 6562/14478/13866 6572/14488/13877 6574/14490/13879</w:t>
        <w:br/>
        <w:t>f 6572/14488/13877 6573/14489/13878 6575/14491/13880</w:t>
        <w:br/>
        <w:t>f 6572/14488/13877 6575/14491/13880 6574/14490/13879</w:t>
        <w:br/>
        <w:t>f 6575/14491/13880 6573/14489/13878 6576/14492/13881</w:t>
        <w:br/>
        <w:t>f 6578/14493/13882 6576/14492/13881 6577/14494/13883</w:t>
        <w:br/>
        <w:t>f 6576/14492/13881 6578/14493/13882 6575/14491/13880</w:t>
        <w:br/>
        <w:t>f 6574/14490/13879 6579/14495/13884 6562/14478/13866</w:t>
        <w:br/>
        <w:t>f 6554/14470/13859 6562/14478/13866 6579/14495/13884</w:t>
        <w:br/>
        <w:t>f 6582/14496/13885 6581/14497/13886 6580/14498/13886</w:t>
        <w:br/>
        <w:t>f 6584/14499/13887 6583/14500/13888 6578/14493/13889</w:t>
        <w:br/>
        <w:t>f 6579/14495/13884 6585/14501/13890 6554/14470/13859</w:t>
        <w:br/>
        <w:t>f 6555/14471/13860 6554/14470/13859 6585/14501/13890</w:t>
        <w:br/>
        <w:t>f 6583/14500/13888 6584/14499/13887 6586/14502/13891</w:t>
        <w:br/>
        <w:t>f 6585/14501/13890 6587/14503/13892 6555/14471/13860</w:t>
        <w:br/>
        <w:t>f 6541/14457/13846 6539/14455/13844 6588/14504/13893</w:t>
        <w:br/>
        <w:t>f 6575/14491/13894 6582/14496/13895 6589/14505/13896</w:t>
        <w:br/>
        <w:t>f 6586/14502/13891 6590/14506/13897 6583/14500/13888</w:t>
        <w:br/>
        <w:t>f 6592/14507/13898 6575/14491/13880 6591/14508/13899</w:t>
        <w:br/>
        <w:t>f 6574/14490/13879 6575/14491/13880 6592/14507/13898</w:t>
        <w:br/>
        <w:t>f 6590/14506/13897 6586/14502/13891 6593/14509/13900</w:t>
        <w:br/>
        <w:t>f 6592/14507/13898 6590/14506/13897 6593/14509/13900</w:t>
        <w:br/>
        <w:t>f 6592/14507/13898 6594/14510/13901 6574/14490/13879</w:t>
        <w:br/>
        <w:t>f 6579/14495/13884 6574/14490/13879 6594/14510/13901</w:t>
        <w:br/>
        <w:t>f 6593/14509/13900 6595/14511/13902 6592/14507/13898</w:t>
        <w:br/>
        <w:t>f 6594/14510/13901 6592/14507/13898 6595/14511/13902</w:t>
        <w:br/>
        <w:t>f 6596/14512/13903 6593/14509/13900 6586/14502/13891</w:t>
        <w:br/>
        <w:t>f 6595/14511/13902 6593/14509/13900 6596/14512/13903</w:t>
        <w:br/>
        <w:t>f 6594/14510/13901 6597/14513/13904 6579/14495/13884</w:t>
        <w:br/>
        <w:t>f 6585/14501/13890 6579/14495/13884 6597/14513/13904</w:t>
        <w:br/>
        <w:t>f 6595/14511/13902 6598/14514/13905 6594/14510/13901</w:t>
        <w:br/>
        <w:t>f 6597/14513/13904 6594/14510/13901 6598/14514/13905</w:t>
        <w:br/>
        <w:t>f 6596/14512/13903 6599/14515/13906 6595/14511/13902</w:t>
        <w:br/>
        <w:t>f 6598/14514/13905 6595/14511/13902 6599/14515/13906</w:t>
        <w:br/>
        <w:t>f 6600/14516/13907 6596/14512/13903 6586/14502/13891</w:t>
        <w:br/>
        <w:t>f 6584/14499/13887 6600/14516/13907 6586/14502/13891</w:t>
        <w:br/>
        <w:t>f 6600/14516/13907 6584/14499/13887 6601/14517/13908</w:t>
        <w:br/>
        <w:t>f 6599/14515/13906 6596/14512/13903 6602/14518/13909</w:t>
        <w:br/>
        <w:t>f 6600/14516/13907 6602/14518/13909 6596/14512/13903</w:t>
        <w:br/>
        <w:t>f 6603/14519/13910 6600/14516/13907 6601/14517/13908</w:t>
        <w:br/>
        <w:t>f 6604/14520/13911 6603/14519/13910 6601/14517/13908</w:t>
        <w:br/>
        <w:t>f 6607/14521/13912 6606/14522/13913 6605/14523/13913</w:t>
        <w:br/>
        <w:t>f 6608/14524/13914 6603/14519/13910 6607/14521/13912</w:t>
        <w:br/>
        <w:t>f 6609/14525/13915 6600/14516/13907 6603/14519/13910</w:t>
        <w:br/>
        <w:t>f 6609/14525/13915 6603/14519/13910 6608/14524/13914</w:t>
        <w:br/>
        <w:t>f 6602/14518/13909 6600/14516/13907 6610/14526/13916</w:t>
        <w:br/>
        <w:t>f 6613/14527/13917 6612/14528/13918 6611/14529/13919</w:t>
        <w:br/>
        <w:t>f 6613/14527/13917 6610/14526/13916 6612/14528/13918</w:t>
        <w:br/>
        <w:t>f 6602/14518/13909 6610/14526/13916 6614/14530/13920</w:t>
        <w:br/>
        <w:t>f 6613/14527/13917 6614/14530/13920 6610/14526/13916</w:t>
        <w:br/>
        <w:t>f 6602/14518/13909 6614/14530/13920 6615/14531/13921</w:t>
        <w:br/>
        <w:t>f 6615/14531/13921 6599/14515/13906 6602/14518/13909</w:t>
        <w:br/>
        <w:t>f 6613/14527/13917 6616/14532/13922 6614/14530/13920</w:t>
        <w:br/>
        <w:t>f 6616/14532/13922 6615/14531/13921 6614/14530/13920</w:t>
        <w:br/>
        <w:t>f 6613/14527/13917 6618/14533/13923 6617/14534/13924</w:t>
        <w:br/>
        <w:t>f 6616/14532/13922 6613/14527/13917 6617/14534/13924</w:t>
        <w:br/>
        <w:t>f 6599/14515/13906 6615/14531/13921 6619/14535/13925</w:t>
        <w:br/>
        <w:t>f 6619/14535/13925 6598/14514/13905 6599/14515/13906</w:t>
        <w:br/>
        <w:t>f 6615/14531/13921 6616/14532/13922 6620/14536/13926</w:t>
        <w:br/>
        <w:t>f 6620/14536/13926 6619/14535/13925 6615/14531/13921</w:t>
        <w:br/>
        <w:t>f 6621/14537/13927 6598/14514/13905 6619/14535/13925</w:t>
        <w:br/>
        <w:t>f 6619/14535/13925 6620/14536/13926 6621/14537/13927</w:t>
        <w:br/>
        <w:t>f 6622/14538/13928 6598/14514/13905 6621/14537/13927</w:t>
        <w:br/>
        <w:t>f 6597/14513/13904 6598/14514/13905 6622/14538/13928</w:t>
        <w:br/>
        <w:t>f 6620/14536/13926 6623/14539/13929 6621/14537/13927</w:t>
        <w:br/>
        <w:t>f 6622/14538/13928 6621/14537/13927 6623/14539/13929</w:t>
        <w:br/>
        <w:t>f 6616/14532/13922 6624/14540/13930 6620/14536/13926</w:t>
        <w:br/>
        <w:t>f 6623/14539/13929 6620/14536/13926 6624/14540/13930</w:t>
        <w:br/>
        <w:t>f 6625/14541/13931 6597/14513/13904 6622/14538/13928</w:t>
        <w:br/>
        <w:t>f 6626/14542/13932 6622/14538/13928 6623/14539/13929</w:t>
        <w:br/>
        <w:t>f 6626/14542/13932 6625/14541/13931 6622/14538/13928</w:t>
        <w:br/>
        <w:t>f 6627/14543/13933 6597/14513/13904 6625/14541/13931</w:t>
        <w:br/>
        <w:t>f 6627/14543/13933 6585/14501/13890 6597/14513/13904</w:t>
        <w:br/>
        <w:t>f 6587/14503/13892 6585/14501/13890 6627/14543/13933</w:t>
        <w:br/>
        <w:t>f 6628/14544/13934 6627/14543/13933 6625/14541/13931</w:t>
        <w:br/>
        <w:t>f 6625/14541/13931 6626/14542/13932 6628/14544/13934</w:t>
        <w:br/>
        <w:t>f 6587/14503/13892 6627/14543/13933 6629/14545/13935</w:t>
        <w:br/>
        <w:t>f 6627/14543/13933 6628/14544/13934 6629/14545/13935</w:t>
        <w:br/>
        <w:t>f 6630/14546/13936 6587/14503/13892 6629/14545/13935</w:t>
        <w:br/>
        <w:t>f 6631/14547/13937 6541/14457/13846 6588/14504/13893</w:t>
        <w:br/>
        <w:t>f 6629/14545/13935 6628/14544/13934 6632/14548/13938</w:t>
        <w:br/>
        <w:t>f 6633/14549/13939 6541/14457/13846 6631/14547/13937</w:t>
        <w:br/>
        <w:t>f 6537/14453/13842 6634/14550/13940 6536/14452/13841</w:t>
        <w:br/>
        <w:t>f 6635/14551/13941 6630/14546/13936 6629/14545/13935</w:t>
        <w:br/>
        <w:t>f 6635/14551/13941 6629/14545/13935 6632/14548/13938</w:t>
        <w:br/>
        <w:t>f 6636/14552/13942 6633/14549/13939 6631/14547/13937</w:t>
        <w:br/>
        <w:t>f 6630/14546/13936 6635/14551/13941 6637/14553/13943</w:t>
        <w:br/>
        <w:t>f 6632/14548/13938 6628/14544/13934 6638/14554/13944</w:t>
        <w:br/>
        <w:t>f 6626/14542/13932 6638/14554/13944 6628/14544/13934</w:t>
        <w:br/>
        <w:t>f 6632/14548/13938 6639/14555/13945 6635/14551/13941</w:t>
        <w:br/>
        <w:t>f 6638/14554/13944 6639/14555/13945 6632/14548/13938</w:t>
        <w:br/>
        <w:t>f 6637/14553/13943 6635/14551/13941 6640/14556/13946</w:t>
        <w:br/>
        <w:t>f 6635/14551/13941 6639/14555/13945 6640/14556/13946</w:t>
        <w:br/>
        <w:t>f 6638/14554/13944 6626/14542/13932 6641/14557/13947</w:t>
        <w:br/>
        <w:t>f 6639/14555/13945 6642/14558/13948 6640/14556/13946</w:t>
        <w:br/>
        <w:t>f 6643/14559/13949 6641/14557/13947 6626/14542/13932</w:t>
        <w:br/>
        <w:t>f 6626/14542/13932 6623/14539/13929 6643/14559/13949</w:t>
        <w:br/>
        <w:t>f 6643/14559/13949 6623/14539/13929 6624/14540/13930</w:t>
        <w:br/>
        <w:t>f 6644/14560/13950 6640/14556/13946 6642/14558/13948</w:t>
        <w:br/>
        <w:t>f 6640/14556/13946 6644/14560/13950 6637/14553/13943</w:t>
        <w:br/>
        <w:t>f 6643/14559/13949 6624/14540/13930 6645/14561/13951</w:t>
        <w:br/>
        <w:t>f 6646/14562/13952 6644/14560/13950 6642/14558/13948</w:t>
        <w:br/>
        <w:t>f 6647/14563/13953 6643/14559/13949 6645/14561/13951</w:t>
        <w:br/>
        <w:t>f 6647/14563/13953 6641/14557/13947 6643/14559/13949</w:t>
        <w:br/>
        <w:t>f 6645/14561/13951 6624/14540/13930 6648/14564/13954</w:t>
        <w:br/>
        <w:t>f 6624/14540/13930 6616/14532/13922 6648/14564/13954</w:t>
        <w:br/>
        <w:t>f 6648/14564/13954 6616/14532/13922 6617/14534/13924</w:t>
        <w:br/>
        <w:t>f 6650/14565/13955 6617/14534/13924 6649/14566/13956</w:t>
        <w:br/>
        <w:t>f 6648/14564/13954 6617/14534/13924 6650/14565/13955</w:t>
        <w:br/>
        <w:t>f 6645/14561/13951 6648/14564/13954 6651/14567/13957</w:t>
        <w:br/>
        <w:t>f 6648/14564/13954 6650/14565/13955 6651/14567/13957</w:t>
        <w:br/>
        <w:t>f 6647/14563/13953 6645/14561/13951 6652/14568/13958</w:t>
        <w:br/>
        <w:t>f 6651/14567/13957 6652/14568/13958 6645/14561/13951</w:t>
        <w:br/>
        <w:t>f 6654/14569/13959 6650/14565/13955 6653/14570/13960</w:t>
        <w:br/>
        <w:t>f 6651/14567/13957 6650/14565/13955 6654/14569/13959</w:t>
        <w:br/>
        <w:t>f 6652/14568/13958 6651/14567/13957 6655/14571/13961</w:t>
        <w:br/>
        <w:t>f 6655/14571/13961 6651/14567/13957 6654/14569/13959</w:t>
        <w:br/>
        <w:t>f 6652/14568/13958 6656/14572/13962 6647/14563/13953</w:t>
        <w:br/>
        <w:t>f 6655/14571/13961 6656/14572/13962 6652/14568/13958</w:t>
        <w:br/>
        <w:t>f 6654/14569/13959 6658/14573/13963 6657/14574/13964</w:t>
        <w:br/>
        <w:t>f 6655/14571/13961 6654/14569/13959 6657/14574/13964</w:t>
        <w:br/>
        <w:t>f 6647/14563/13953 6656/14572/13962 6659/14575/13965</w:t>
        <w:br/>
        <w:t>f 6647/14563/13953 6660/14576/13966 6641/14557/13947</w:t>
        <w:br/>
        <w:t>f 6657/14574/13964 6661/14577/13967 6655/14571/13961</w:t>
        <w:br/>
        <w:t>f 6656/14572/13962 6655/14571/13961 6661/14577/13967</w:t>
        <w:br/>
        <w:t>f 6663/14578/13968 6657/14574/13964 6662/14579/13969</w:t>
        <w:br/>
        <w:t>f 6661/14577/13967 6657/14574/13964 6663/14578/13968</w:t>
        <w:br/>
        <w:t>f 6665/14580/13970 6663/14578/13968 6664/14581/13971</w:t>
        <w:br/>
        <w:t>f 6663/14578/13968 6666/14582/13972 6661/14577/13967</w:t>
        <w:br/>
        <w:t>f 6666/14582/13972 6663/14578/13968 6665/14580/13970</w:t>
        <w:br/>
        <w:t>f 6661/14577/13967 6667/14583/13973 6656/14572/13962</w:t>
        <w:br/>
        <w:t>f 6667/14583/13973 6661/14577/13967 6666/14582/13972</w:t>
        <w:br/>
        <w:t>f 6665/14580/13970 6668/14584/13974 6666/14582/13972</w:t>
        <w:br/>
        <w:t>f 6668/14584/13974 6665/14580/13970 6669/14585/13975</w:t>
        <w:br/>
        <w:t>f 6666/14582/13972 6670/14586/13976 6667/14583/13973</w:t>
        <w:br/>
        <w:t>f 6670/14586/13976 6666/14582/13972 6668/14584/13974</w:t>
        <w:br/>
        <w:t>f 6671/14587/13977 6668/14584/13974 6669/14585/13975</w:t>
        <w:br/>
        <w:t>f 6671/14587/13977 6670/14586/13976 6668/14584/13974</w:t>
        <w:br/>
        <w:t>f 6669/14585/13975 6672/14588/13978 6671/14587/13977</w:t>
        <w:br/>
        <w:t>f 6656/14572/13962 6674/14589/13979 6673/14590/13980</w:t>
        <w:br/>
        <w:t>f 6656/14572/13962 6673/14590/13980 6659/14575/13965</w:t>
        <w:br/>
        <w:t>f 6674/14589/13979 6675/14591/13981 6673/14590/13980</w:t>
        <w:br/>
        <w:t>f 6675/14591/13981 6674/14589/13979 6676/14592/13982</w:t>
        <w:br/>
        <w:t>f 6673/14590/13980 6677/14593/13983 6659/14575/13965</w:t>
        <w:br/>
        <w:t>f 6677/14593/13983 6641/14557/13947 6659/14575/13965</w:t>
        <w:br/>
        <w:t>f 6641/14557/13947 6677/14593/13983 6638/14554/13944</w:t>
        <w:br/>
        <w:t>f 6679/14594/13984 6673/14590/13980 6678/14595/13985</w:t>
        <w:br/>
        <w:t>f 6673/14590/13980 6679/14594/13984 6677/14593/13983</w:t>
        <w:br/>
        <w:t>f 6680/14596/13986 6638/14554/13944 6677/14593/13983</w:t>
        <w:br/>
        <w:t>f 6639/14555/13945 6638/14554/13944 6680/14596/13986</w:t>
        <w:br/>
        <w:t>f 6677/14593/13983 6681/14597/13987 6680/14596/13986</w:t>
        <w:br/>
        <w:t>f 6681/14597/13987 6677/14593/13983 6679/14594/13984</w:t>
        <w:br/>
        <w:t>f 6680/14596/13986 6682/14598/13988 6639/14555/13945</w:t>
        <w:br/>
        <w:t>f 6682/14598/13988 6680/14596/13986 6681/14597/13987</w:t>
        <w:br/>
        <w:t>f 6642/14558/13948 6639/14555/13945 6682/14598/13988</w:t>
        <w:br/>
        <w:t>f 6682/14598/13988 6646/14562/13952 6642/14558/13948</w:t>
        <w:br/>
        <w:t>f 6683/14599/13989 6682/14598/13988 6681/14597/13987</w:t>
        <w:br/>
        <w:t>f 6646/14562/13952 6682/14598/13988 6683/14599/13989</w:t>
        <w:br/>
        <w:t>f 6684/14600/13990 6681/14597/13987 6679/14594/13984</w:t>
        <w:br/>
        <w:t>f 6679/14594/13984 6678/14595/13985 6685/14601/13991</w:t>
        <w:br/>
        <w:t>f 6679/14594/13984 6685/14601/13991 6684/14600/13990</w:t>
        <w:br/>
        <w:t>f 6676/14592/13982 6686/14602/13992 6675/14591/13981</w:t>
        <w:br/>
        <w:t>f 6681/14597/13987 6684/14600/13990 6687/14603/13993</w:t>
        <w:br/>
        <w:t>f 6681/14597/13987 6687/14603/13993 6683/14599/13989</w:t>
        <w:br/>
        <w:t>f 6685/14601/13991 6670/14586/13976 6688/14604/13994</w:t>
        <w:br/>
        <w:t>f 6689/14605/13995 6684/14600/13990 6685/14601/13991</w:t>
        <w:br/>
        <w:t>f 6688/14604/13994 6690/14606/13996 6685/14601/13991</w:t>
        <w:br/>
        <w:t>f 6688/14604/13994 6670/14586/13976 6691/14607/13997</w:t>
        <w:br/>
        <w:t>f 6670/14586/13976 6671/14587/13977 6691/14607/13997</w:t>
        <w:br/>
        <w:t>f 6692/14608/13998 6688/14604/13994 6691/14607/13997</w:t>
        <w:br/>
        <w:t>f 6671/14587/13977 6692/14608/13998 6691/14607/13997</w:t>
        <w:br/>
        <w:t>f 6690/14606/13996 6688/14604/13994 6693/14609/13999</w:t>
        <w:br/>
        <w:t>f 6688/14604/13994 6692/14608/13998 6693/14609/13999</w:t>
        <w:br/>
        <w:t>f 6692/14608/13998 6671/14587/13977 6694/14610/14000</w:t>
        <w:br/>
        <w:t>f 6694/14610/14000 6671/14587/13977 6672/14588/13978</w:t>
        <w:br/>
        <w:t>f 6694/14610/14000 6672/14588/13978 6695/14611/14001</w:t>
        <w:br/>
        <w:t>f 6692/14608/13998 6696/14612/14002 6693/14609/13999</w:t>
        <w:br/>
        <w:t>f 6693/14609/13999 6696/14612/14002 6690/14606/13996</w:t>
        <w:br/>
        <w:t>f 6697/14613/14003 6692/14608/13998 6694/14610/14000</w:t>
        <w:br/>
        <w:t>f 6696/14612/14002 6692/14608/13998 6697/14613/14003</w:t>
        <w:br/>
        <w:t>f 6695/14611/14001 6698/14614/14004 6694/14610/14000</w:t>
        <w:br/>
        <w:t>f 6697/14613/14003 6694/14610/14000 6698/14614/14004</w:t>
        <w:br/>
        <w:t>f 6698/14614/14004 6695/14611/14001 6699/14615/14005</w:t>
        <w:br/>
        <w:t>f 6700/14616/14006 6698/14614/14004 6699/14615/14005</w:t>
        <w:br/>
        <w:t>f 6697/14613/14003 6701/14617/14007 6696/14612/14002</w:t>
        <w:br/>
        <w:t>f 6698/14614/14004 6701/14617/14007 6697/14613/14003</w:t>
        <w:br/>
        <w:t>f 6698/14614/14004 6700/14616/14006 6702/14618/14008</w:t>
        <w:br/>
        <w:t>f 6701/14617/14007 6698/14614/14004 6702/14618/14008</w:t>
        <w:br/>
        <w:t>f 6702/14618/14008 6700/14616/14006 6703/14619/14009</w:t>
        <w:br/>
        <w:t>f 6703/14619/14009 6701/14617/14007 6702/14618/14008</w:t>
        <w:br/>
        <w:t>f 6703/14619/14009 6700/14616/14006 6704/14620/14010</w:t>
        <w:br/>
        <w:t>f 6701/14617/14007 6705/14621/14011 6696/14612/14002</w:t>
        <w:br/>
        <w:t>f 6705/14621/14011 6690/14606/13996 6696/14612/14002</w:t>
        <w:br/>
        <w:t>f 6703/14619/14009 6706/14622/14012 6701/14617/14007</w:t>
        <w:br/>
        <w:t>f 6707/14623/14013 6705/14621/14011 6701/14617/14007</w:t>
        <w:br/>
        <w:t>f 6701/14617/14007 6706/14622/14012 6707/14623/14013</w:t>
        <w:br/>
        <w:t>f 6704/14620/14010 6708/14624/14014 6703/14619/14009</w:t>
        <w:br/>
        <w:t>f 6706/14622/14012 6703/14619/14009 6708/14624/14014</w:t>
        <w:br/>
        <w:t>f 6708/14624/14014 6704/14620/14010 6709/14625/14015</w:t>
        <w:br/>
        <w:t>f 6704/14620/14010 6710/14626/14016 6709/14625/14015</w:t>
        <w:br/>
        <w:t>f 6711/14627/14017 6709/14625/14015 6710/14626/14016</w:t>
        <w:br/>
        <w:t>f 6708/14624/14014 6709/14625/14015 6712/14628/14018</w:t>
        <w:br/>
        <w:t>f 6712/14628/14018 6709/14625/14015 6711/14627/14017</w:t>
        <w:br/>
        <w:t>f 6712/14628/14018 6706/14622/14012 6708/14624/14014</w:t>
        <w:br/>
        <w:t>f 6714/14629/14019 6713/14630/14020 6711/14627/14017</w:t>
        <w:br/>
        <w:t>f 6711/14627/14017 6715/14631/14021 6712/14628/14018</w:t>
        <w:br/>
        <w:t>f 6715/14631/14021 6711/14627/14017 6713/14630/14020</w:t>
        <w:br/>
        <w:t>f 6706/14622/14012 6712/14628/14018 6716/14632/14022</w:t>
        <w:br/>
        <w:t>f 6712/14628/14018 6715/14631/14021 6716/14632/14022</w:t>
        <w:br/>
        <w:t>f 6719/14633/14023 6718/14634/14024 6717/14635/14025</w:t>
        <w:br/>
        <w:t>f 6718/14634/14024 6707/14623/14026 6717/14635/14025</w:t>
        <w:br/>
        <w:t>f 6716/14632/14022 6715/14631/14021 6720/14636/14027</w:t>
        <w:br/>
        <w:t>f 6722/14637/14028 6721/14638/14029 6707/14623/14013</w:t>
        <w:br/>
        <w:t>f 6721/14638/14029 6705/14621/14011 6707/14623/14013</w:t>
        <w:br/>
        <w:t>f 6718/14634/14024 6719/14633/14023 6723/14639/14030</w:t>
        <w:br/>
        <w:t>f 6723/14639/14030 6719/14633/14023 6724/14640/14031</w:t>
        <w:br/>
        <w:t>f 6721/14638/14029 6722/14637/14028 6725/14641/14032</w:t>
        <w:br/>
        <w:t>f 6725/14641/14032 6722/14637/14028 6726/14642/14033</w:t>
        <w:br/>
        <w:t>f 6721/14638/14029 6727/14643/14034 6705/14621/14011</w:t>
        <w:br/>
        <w:t>f 6727/14643/14034 6689/14605/13995 6705/14621/14011</w:t>
        <w:br/>
        <w:t>f 6725/14641/14032 6728/14644/14035 6721/14638/14029</w:t>
        <w:br/>
        <w:t>f 6728/14644/14035 6727/14643/14034 6721/14638/14029</w:t>
        <w:br/>
        <w:t>f 6727/14643/14034 6729/14645/14036 6689/14605/13995</w:t>
        <w:br/>
        <w:t>f 6684/14600/13990 6689/14605/13995 6729/14645/14036</w:t>
        <w:br/>
        <w:t>f 6729/14645/14036 6687/14603/13993 6684/14600/13990</w:t>
        <w:br/>
        <w:t>f 6730/14646/14037 6729/14645/14036 6727/14643/14034</w:t>
        <w:br/>
        <w:t>f 6728/14644/14035 6730/14646/14037 6727/14643/14034</w:t>
        <w:br/>
        <w:t>f 6687/14603/13993 6729/14645/14036 6731/14647/14038</w:t>
        <w:br/>
        <w:t>f 6730/14646/14037 6731/14647/14038 6729/14645/14036</w:t>
        <w:br/>
        <w:t>f 6732/14648/14039 6687/14603/13993 6731/14647/14038</w:t>
        <w:br/>
        <w:t>f 6730/14646/14037 6732/14648/14039 6731/14647/14038</w:t>
        <w:br/>
        <w:t>f 6687/14603/13993 6732/14648/14039 6683/14599/13989</w:t>
        <w:br/>
        <w:t>f 6732/14648/14039 6730/14646/14037 6733/14649/14040</w:t>
        <w:br/>
        <w:t>f 6728/14644/14035 6733/14649/14040 6730/14646/14037</w:t>
        <w:br/>
        <w:t>f 6734/14650/14041 6683/14599/13989 6732/14648/14039</w:t>
        <w:br/>
        <w:t>f 6733/14649/14040 6734/14650/14041 6732/14648/14039</w:t>
        <w:br/>
        <w:t>f 6683/14599/13989 6734/14650/14041 6646/14562/13952</w:t>
        <w:br/>
        <w:t>f 6733/14649/14040 6728/14644/14035 6735/14651/14042</w:t>
        <w:br/>
        <w:t>f 6736/14652/14043 6646/14562/13952 6734/14650/14041</w:t>
        <w:br/>
        <w:t>f 6646/14562/13952 6736/14652/14043 6644/14560/13950</w:t>
        <w:br/>
        <w:t>f 6734/14650/14041 6733/14649/14040 6737/14653/14044</w:t>
        <w:br/>
        <w:t>f 6737/14653/14044 6736/14652/14043 6734/14650/14041</w:t>
        <w:br/>
        <w:t>f 6737/14653/14044 6733/14649/14040 6735/14651/14042</w:t>
        <w:br/>
        <w:t>f 6740/14654/14045 6739/14655/14046 6738/14656/14047</w:t>
        <w:br/>
        <w:t>f 6739/14655/14046 6636/14552/13942 6738/14656/14047</w:t>
        <w:br/>
        <w:t>f 6736/14652/14043 6737/14653/14044 6741/14657/14048</w:t>
        <w:br/>
        <w:t>f 6636/14552/13942 6739/14655/14046 6742/14658/14049</w:t>
        <w:br/>
        <w:t>f 6633/14549/13939 6636/14552/13942 6742/14658/14049</w:t>
        <w:br/>
        <w:t>f 6739/14655/14046 6740/14654/14045 6743/14659/14050</w:t>
        <w:br/>
        <w:t>f 6745/14660/14051 6744/14661/14052 6634/14550/13940</w:t>
        <w:br/>
        <w:t>f 6536/14452/13841 6634/14550/13940 6744/14661/14052</w:t>
        <w:br/>
        <w:t>f 6745/14660/14051 6747/14662/14053 6746/14663/14054</w:t>
        <w:br/>
        <w:t>f 6744/14661/14052 6745/14660/14051 6746/14663/14054</w:t>
        <w:br/>
        <w:t>f 6749/14664/14055 6747/14662/14053 6748/14665/14056</w:t>
        <w:br/>
        <w:t>f 6747/14662/14053 6749/14664/14055 6746/14663/14054</w:t>
        <w:br/>
        <w:t>f 6740/14654/14045 6750/14666/14057 6743/14659/14050</w:t>
        <w:br/>
        <w:t>f 6751/14667/14058 6749/14664/14055 6748/14665/14056</w:t>
        <w:br/>
        <w:t>f 6740/14654/14045 6752/14668/14059 6750/14666/14057</w:t>
        <w:br/>
        <w:t>f 6753/14669/14060 6746/14663/14054 6749/14664/14055</w:t>
        <w:br/>
        <w:t>f 6753/14669/14060 6744/14661/14052 6746/14663/14054</w:t>
        <w:br/>
        <w:t>f 6754/14670/14061 6536/14452/13841 6744/14661/14052</w:t>
        <w:br/>
        <w:t>f 6754/14670/14061 6744/14661/14052 6753/14669/14060</w:t>
        <w:br/>
        <w:t>f 6530/14446/13835 6536/14452/13841 6754/14670/14061</w:t>
        <w:br/>
        <w:t>f 6530/14446/13835 6754/14670/14061 6531/14447/13836</w:t>
        <w:br/>
        <w:t>f 6754/14670/14061 6753/14669/14060 6755/14671/14062</w:t>
        <w:br/>
        <w:t>f 6531/14447/13836 6754/14670/14061 6755/14671/14062</w:t>
        <w:br/>
        <w:t>f 6749/14664/14055 6755/14671/14062 6753/14669/14060</w:t>
        <w:br/>
        <w:t>f 6756/14672/14063 6531/14447/13836 6755/14671/14062</w:t>
        <w:br/>
        <w:t>f 6531/14447/13836 6756/14672/14063 6527/14443/13832</w:t>
        <w:br/>
        <w:t>f 6755/14671/14062 6749/14664/14055 6757/14673/14064</w:t>
        <w:br/>
        <w:t>f 6749/14664/14055 6751/14667/14058 6757/14673/14064</w:t>
        <w:br/>
        <w:t>f 6758/14674/14065 6755/14671/14062 6757/14673/14064</w:t>
        <w:br/>
        <w:t>f 6751/14667/14058 6758/14674/14065 6757/14673/14064</w:t>
        <w:br/>
        <w:t>f 6755/14671/14062 6758/14674/14065 6756/14672/14063</w:t>
        <w:br/>
        <w:t>f 6750/14666/14057 6760/14675/14066 6759/14676/14067</w:t>
        <w:br/>
        <w:t>f 6760/14675/14066 6761/14677/14068 6759/14676/14067</w:t>
        <w:br/>
        <w:t>f 6760/14675/14066 6750/14666/14057 6752/14668/14059</w:t>
        <w:br/>
        <w:t>f 6762/14678/14069 6526/14442/13831 6761/14677/14068</w:t>
        <w:br/>
        <w:t>f 6760/14675/14066 6762/14678/14069 6761/14677/14068</w:t>
        <w:br/>
        <w:t>f 6762/14678/14069 6523/14439/13828 6526/14442/13831</w:t>
        <w:br/>
        <w:t>f 6741/14657/14048 6764/14679/14070 6763/14680/14071</w:t>
        <w:br/>
        <w:t>f 6766/14681/14072 6765/14682/14073 6524/14440/13829</w:t>
        <w:br/>
        <w:t>f 6520/14436/13825 6524/14440/13829 6765/14682/14073</w:t>
        <w:br/>
        <w:t>f 6767/14683/14074 6766/14681/14072 6763/14680/14071</w:t>
        <w:br/>
        <w:t>f 6763/14680/14071 6764/14679/14070 6767/14683/14074</w:t>
        <w:br/>
        <w:t>f 6766/14681/14072 6767/14683/14074 6768/14684/14075</w:t>
        <w:br/>
        <w:t>f 6768/14684/14075 6765/14682/14073 6766/14681/14072</w:t>
        <w:br/>
        <w:t>f 6764/14679/14070 6741/14657/14048 6769/14685/14076</w:t>
        <w:br/>
        <w:t>f 6769/14685/14076 6741/14657/14048 6737/14653/14044</w:t>
        <w:br/>
        <w:t>f 6735/14651/14042 6769/14685/14076 6737/14653/14044</w:t>
        <w:br/>
        <w:t>f 6769/14685/14076 6770/14686/14077 6764/14679/14070</w:t>
        <w:br/>
        <w:t>f 6770/14686/14077 6769/14685/14076 6735/14651/14042</w:t>
        <w:br/>
        <w:t>f 6770/14686/14077 6767/14683/14074 6764/14679/14070</w:t>
        <w:br/>
        <w:t>f 6771/14687/14078 6768/14684/14075 6767/14683/14074</w:t>
        <w:br/>
        <w:t>f 6767/14683/14074 6770/14686/14077 6771/14687/14078</w:t>
        <w:br/>
        <w:t>f 6768/14684/14075 6771/14687/14078 6772/14688/14079</w:t>
        <w:br/>
        <w:t>f 6772/14688/14079 6765/14682/14073 6768/14684/14075</w:t>
        <w:br/>
        <w:t>f 6770/14686/14077 6773/14689/14080 6771/14687/14078</w:t>
        <w:br/>
        <w:t>f 6772/14688/14079 6771/14687/14078 6773/14689/14080</w:t>
        <w:br/>
        <w:t>f 6770/14686/14077 6735/14651/14042 6774/14690/14081</w:t>
        <w:br/>
        <w:t>f 6774/14690/14081 6773/14689/14080 6770/14686/14077</w:t>
        <w:br/>
        <w:t>f 6728/14644/14035 6774/14690/14081 6735/14651/14042</w:t>
        <w:br/>
        <w:t>f 6728/14644/14035 6725/14641/14032 6774/14690/14081</w:t>
        <w:br/>
        <w:t>f 6725/14641/14032 6773/14689/14080 6774/14690/14081</w:t>
        <w:br/>
        <w:t>f 6773/14689/14080 6725/14641/14032 6775/14691/14082</w:t>
        <w:br/>
        <w:t>f 6725/14641/14032 6726/14642/14033 6775/14691/14082</w:t>
        <w:br/>
        <w:t>f 6772/14688/14079 6773/14689/14080 6776/14692/14083</w:t>
        <w:br/>
        <w:t>f 6776/14692/14083 6773/14689/14080 6775/14691/14082</w:t>
        <w:br/>
        <w:t>f 6775/14691/14082 6726/14642/14033 6777/14693/14084</w:t>
        <w:br/>
        <w:t>f 6778/14694/14085 6723/14639/14030 6724/14640/14031</w:t>
        <w:br/>
        <w:t>f 6777/14693/14084 6779/14695/14086 6775/14691/14082</w:t>
        <w:br/>
        <w:t>f 6780/14696/14087 6778/14694/14085 6724/14640/14031</w:t>
        <w:br/>
        <w:t>f 6775/14691/14082 6779/14695/14086 6776/14692/14083</w:t>
        <w:br/>
        <w:t>f 6720/14636/14027 6781/14697/14088 6779/14695/14086</w:t>
        <w:br/>
        <w:t>f 6715/14631/14021 6781/14697/14088 6720/14636/14027</w:t>
        <w:br/>
        <w:t>f 6779/14695/14086 6782/14698/14089 6776/14692/14083</w:t>
        <w:br/>
        <w:t>f 6782/14698/14089 6779/14695/14086 6781/14697/14088</w:t>
        <w:br/>
        <w:t>f 6776/14692/14083 6783/14699/14090 6772/14688/14079</w:t>
        <w:br/>
        <w:t>f 6776/14692/14083 6782/14698/14089 6783/14699/14090</w:t>
        <w:br/>
        <w:t>f 6765/14682/14073 6772/14688/14079 6783/14699/14090</w:t>
        <w:br/>
        <w:t>f 6781/14697/14088 6715/14631/14021 6784/14700/14091</w:t>
        <w:br/>
        <w:t>f 6713/14630/14020 6784/14700/14091 6715/14631/14021</w:t>
        <w:br/>
        <w:t>f 6785/14701/14092 6765/14682/14073 6783/14699/14090</w:t>
        <w:br/>
        <w:t>f 6765/14682/14073 6785/14701/14092 6520/14436/13825</w:t>
        <w:br/>
        <w:t>f 6784/14700/14091 6713/14630/14020 6786/14702/14093</w:t>
        <w:br/>
        <w:t>f 6787/14703/14094 6786/14702/14093 6713/14630/14020</w:t>
        <w:br/>
        <w:t>f 6788/14704/14095 6784/14700/14091 6786/14702/14093</w:t>
        <w:br/>
        <w:t>f 6784/14700/14091 6788/14704/14095 6781/14697/14088</w:t>
        <w:br/>
        <w:t>f 6786/14702/14093 6790/14705/14096 6789/14706/14097</w:t>
        <w:br/>
        <w:t>f 6788/14704/14095 6786/14702/14093 6789/14706/14097</w:t>
        <w:br/>
        <w:t>f 6789/14706/14097 6792/14707/14098 6791/14708/14099</w:t>
        <w:br/>
        <w:t>f 6791/14708/14099 6788/14704/14095 6789/14706/14097</w:t>
        <w:br/>
        <w:t>f 6793/14709/14100 6781/14697/14088 6788/14704/14095</w:t>
        <w:br/>
        <w:t>f 6781/14697/14088 6793/14709/14100 6782/14698/14089</w:t>
        <w:br/>
        <w:t>f 6788/14704/14095 6791/14708/14099 6794/14710/14101</w:t>
        <w:br/>
        <w:t>f 6794/14710/14101 6793/14709/14100 6788/14704/14095</w:t>
        <w:br/>
        <w:t>f 6796/14711/14102 6795/14712/14103 6791/14708/14099</w:t>
        <w:br/>
        <w:t>f 6794/14710/14101 6791/14708/14099 6795/14712/14103</w:t>
        <w:br/>
        <w:t>f 6797/14713/14104 6782/14698/14089 6793/14709/14100</w:t>
        <w:br/>
        <w:t>f 6793/14709/14100 6794/14710/14101 6797/14713/14104</w:t>
        <w:br/>
        <w:t>f 6795/14712/14103 6799/14714/14105 6798/14715/14106</w:t>
        <w:br/>
        <w:t>f 6800/14716/14107 6794/14710/14101 6795/14712/14103</w:t>
        <w:br/>
        <w:t>f 6800/14716/14107 6797/14713/14104 6794/14710/14101</w:t>
        <w:br/>
        <w:t>f 6801/14717/14108 6795/14712/14103 6798/14715/14106</w:t>
        <w:br/>
        <w:t>f 6800/14716/14107 6795/14712/14103 6801/14717/14108</w:t>
        <w:br/>
        <w:t>f 6802/14718/14109 6801/14717/14108 6798/14715/14106</w:t>
        <w:br/>
        <w:t>f 6803/14719/14110 6801/14717/14108 6802/14718/14109</w:t>
        <w:br/>
        <w:t>f 6797/14713/14104 6800/14716/14107 6804/14720/14111</w:t>
        <w:br/>
        <w:t>f 6807/14721/14112 6806/14722/14113 6805/14723/14114</w:t>
        <w:br/>
        <w:t>f 6806/14722/14113 6807/14721/14112 6808/14724/14115</w:t>
        <w:br/>
        <w:t>f 6809/14725/14116 6806/14722/14113 6808/14724/14115</w:t>
        <w:br/>
        <w:t>f 6800/14716/14107 6801/14717/14108 6810/14726/14117</w:t>
        <w:br/>
        <w:t>f 6801/14717/14108 6806/14722/14113 6810/14726/14117</w:t>
        <w:br/>
        <w:t>f 6804/14720/14111 6800/14716/14107 6810/14726/14117</w:t>
        <w:br/>
        <w:t>f 6806/14722/14113 6809/14725/14116 6811/14727/14118</w:t>
        <w:br/>
        <w:t>f 6809/14725/14116 6812/14728/14119 6811/14727/14118</w:t>
        <w:br/>
        <w:t>f 6810/14726/14117 6806/14722/14113 6813/14729/14120</w:t>
        <w:br/>
        <w:t>f 6811/14727/14118 6813/14729/14120 6806/14722/14113</w:t>
        <w:br/>
        <w:t>f 6814/14730/14121 6804/14720/14111 6810/14726/14117</w:t>
        <w:br/>
        <w:t>f 6813/14729/14120 6814/14730/14121 6810/14726/14117</w:t>
        <w:br/>
        <w:t>f 6815/14731/14122 6797/14713/14104 6804/14720/14111</w:t>
        <w:br/>
        <w:t>f 6782/14698/14089 6797/14713/14104 6815/14731/14122</w:t>
        <w:br/>
        <w:t>f 6815/14731/14122 6783/14699/14090 6782/14698/14089</w:t>
        <w:br/>
        <w:t>f 6783/14699/14090 6815/14731/14122 6785/14701/14092</w:t>
        <w:br/>
        <w:t>f 6816/14732/14123 6815/14731/14122 6804/14720/14111</w:t>
        <w:br/>
        <w:t>f 6815/14731/14122 6816/14732/14123 6785/14701/14092</w:t>
        <w:br/>
        <w:t>f 6804/14720/14111 6814/14730/14121 6816/14732/14123</w:t>
        <w:br/>
        <w:t>f 6817/14733/14124 6785/14701/14092 6816/14732/14123</w:t>
        <w:br/>
        <w:t>f 6814/14730/14121 6817/14733/14124 6816/14732/14123</w:t>
        <w:br/>
        <w:t>f 6785/14701/14092 6817/14733/14124 6818/14734/14125</w:t>
        <w:br/>
        <w:t>f 6818/14734/14125 6520/14436/13825 6785/14701/14092</w:t>
        <w:br/>
        <w:t>f 6520/14436/13825 6818/14734/14125 6507/14423/13812</w:t>
        <w:br/>
        <w:t>f 6817/14733/14124 6814/14730/14121 6819/14735/14126</w:t>
        <w:br/>
        <w:t>f 6814/14730/14121 6813/14729/14120 6820/14736/14127</w:t>
        <w:br/>
        <w:t>f 6821/14737/14128 6507/14423/13812 6818/14734/14125</w:t>
        <w:br/>
        <w:t>f 6507/14423/13812 6821/14737/14128 6501/14416/13805</w:t>
        <w:br/>
        <w:t>f 6490/14405/13793 6501/14416/13805 6821/14737/14128</w:t>
        <w:br/>
        <w:t>f 6818/14734/14125 6822/14738/14129 6821/14737/14128</w:t>
        <w:br/>
        <w:t>f 6822/14738/14129 6490/14405/13793 6821/14737/14128</w:t>
        <w:br/>
        <w:t>f 6817/14733/14124 6822/14738/14129 6818/14734/14125</w:t>
        <w:br/>
        <w:t>f 6490/14405/13793 6822/14738/14129 6495/14411/13800</w:t>
        <w:br/>
        <w:t>f 6822/14738/14129 6823/14739/14130 6495/14411/13800</w:t>
        <w:br/>
        <w:t>f 6824/14740/14131 6817/14733/14124 6819/14735/14126</w:t>
        <w:br/>
        <w:t>f 6817/14733/14124 6824/14740/14131 6822/14738/14129</w:t>
        <w:br/>
        <w:t>f 6813/14729/14120 6825/14741/14132 6820/14736/14127</w:t>
        <w:br/>
        <w:t>f 6823/14739/14130 6822/14738/14129 6826/14742/14133</w:t>
        <w:br/>
        <w:t>f 6826/14742/14133 6822/14738/14129 6824/14740/14131</w:t>
        <w:br/>
        <w:t>f 6826/14742/14133 6827/14743/14134 6823/14739/14130</w:t>
        <w:br/>
        <w:t>f 6827/14743/14134 6826/14742/14133 6828/14744/14135</w:t>
        <w:br/>
        <w:t>f 6824/14740/14131 6813/14729/14120 6829/14745/14136</w:t>
        <w:br/>
        <w:t>f 6813/14729/14120 6811/14727/14118 6829/14745/14136</w:t>
        <w:br/>
        <w:t>f 6824/14740/14131 6830/14746/14137 6826/14742/14133</w:t>
        <w:br/>
        <w:t>f 6829/14745/14136 6830/14746/14137 6824/14740/14131</w:t>
        <w:br/>
        <w:t>f 6833/14747/14138 6832/14748/14138 6831/14749/14139</w:t>
        <w:br/>
        <w:t>f 6831/14749/14140 6826/14742/14133 6830/14746/14137</w:t>
        <w:br/>
        <w:t>f 6835/14750/14141 6812/14728/14119 6834/14751/14142</w:t>
        <w:br/>
        <w:t>f 6829/14745/14136 6836/14752/14143 6830/14746/14137</w:t>
        <w:br/>
        <w:t>f 6837/14753/14144 6830/14746/14137 6836/14752/14143</w:t>
        <w:br/>
        <w:t>f 6836/14752/14143 6829/14745/14136 6811/14727/14118</w:t>
        <w:br/>
        <w:t>f 6812/14728/14119 6835/14750/14141 6836/14752/14143</w:t>
        <w:br/>
        <w:t>f 6811/14727/14118 6812/14728/14119 6836/14752/14143</w:t>
        <w:br/>
        <w:t>f 6840/14754/14145 6839/14755/14146 6838/14756/14147</w:t>
        <w:br/>
        <w:t>f 6839/14755/14146 6840/14754/14145 6841/14757/14148</w:t>
        <w:br/>
        <w:t>f 6842/14758/14149 6839/14755/14146 6841/14757/14148</w:t>
        <w:br/>
        <w:t>f 6843/14759/14150 6841/14757/14148 6840/14754/14145</w:t>
        <w:br/>
        <w:t>f 6841/14757/14148 6844/14760/14151 6842/14758/14149</w:t>
        <w:br/>
        <w:t>f 6845/14761/14152 6842/14758/14149 6844/14760/14151</w:t>
        <w:br/>
        <w:t>f 6844/14760/14151 6846/14762/14153 6845/14761/14152</w:t>
        <w:br/>
        <w:t>f 6841/14757/14148 6843/14759/14150 6847/14763/14154</w:t>
        <w:br/>
        <w:t>f 6844/14760/14151 6841/14757/14148 6847/14763/14154</w:t>
        <w:br/>
        <w:t>f 6848/14764/14155 6846/14762/14153 6844/14760/14151</w:t>
        <w:br/>
        <w:t>f 6847/14763/14154 6848/14764/14155 6844/14760/14151</w:t>
        <w:br/>
        <w:t>f 6846/14762/14153 6848/14764/14155 6849/14765/14156</w:t>
        <w:br/>
        <w:t>f 6849/14765/14156 6848/14764/14155 6850/14766/14157</w:t>
        <w:br/>
        <w:t>f 6850/14766/14157 6848/14764/14155 6851/14767/14158</w:t>
        <w:br/>
        <w:t>f 6847/14763/14154 6851/14767/14158 6848/14764/14155</w:t>
        <w:br/>
        <w:t>f 6851/14767/14158 6852/14768/14159 6850/14766/14157</w:t>
        <w:br/>
        <w:t>f 6843/14759/14150 6853/14769/14160 6847/14763/14154</w:t>
        <w:br/>
        <w:t>f 6851/14767/14158 6847/14763/14154 6853/14769/14160</w:t>
        <w:br/>
        <w:t>f 6853/14769/14160 6843/14759/14150 6854/14770/14161</w:t>
        <w:br/>
        <w:t>f 6852/14768/14159 6851/14767/14158 6855/14771/14162</w:t>
        <w:br/>
        <w:t>f 6853/14769/14160 6855/14771/14162 6851/14767/14158</w:t>
        <w:br/>
        <w:t>f 6852/14768/14159 6855/14771/14162 6856/14772/14163</w:t>
        <w:br/>
        <w:t>f 6854/14770/14161 6857/14773/14164 6853/14769/14160</w:t>
        <w:br/>
        <w:t>f 6855/14771/14162 6853/14769/14160 6857/14773/14164</w:t>
        <w:br/>
        <w:t>f 6857/14773/14164 6854/14770/14161 6858/14774/14165</w:t>
        <w:br/>
        <w:t>f 6857/14773/14164 6858/14774/14165 6859/14775/14166</w:t>
        <w:br/>
        <w:t>f 6856/14772/14163 6855/14771/14162 6860/14776/14167</w:t>
        <w:br/>
        <w:t>f 6855/14771/14162 6857/14773/14164 6860/14776/14167</w:t>
        <w:br/>
        <w:t>f 6859/14775/14166 6861/14777/14168 6857/14773/14164</w:t>
        <w:br/>
        <w:t>f 6860/14776/14167 6857/14773/14164 6861/14777/14168</w:t>
        <w:br/>
        <w:t>f 6862/14778/14169 6861/14777/14168 6859/14775/14166</w:t>
        <w:br/>
        <w:t>f 6863/14779/14170 6856/14772/14163 6860/14776/14167</w:t>
        <w:br/>
        <w:t>f 6856/14772/14163 6863/14779/14170 6864/14780/14171</w:t>
        <w:br/>
        <w:t>f 6863/14779/14170 6865/14781/14172 6864/14780/14171</w:t>
        <w:br/>
        <w:t>f 6866/14782/14173 6860/14776/14167 6861/14777/14168</w:t>
        <w:br/>
        <w:t>f 6860/14776/14167 6866/14782/14173 6863/14779/14170</w:t>
        <w:br/>
        <w:t>f 6861/14777/14168 6862/14778/14169 6866/14782/14173</w:t>
        <w:br/>
        <w:t>f 6865/14781/14172 6863/14779/14170 6867/14783/14174</w:t>
        <w:br/>
        <w:t>f 6863/14779/14170 6866/14782/14173 6867/14783/14174</w:t>
        <w:br/>
        <w:t>f 6867/14783/14174 6868/14784/14175 6865/14781/14172</w:t>
        <w:br/>
        <w:t>f 6862/14778/14169 6869/14785/14176 6866/14782/14173</w:t>
        <w:br/>
        <w:t>f 6866/14782/14173 6869/14785/14176 6867/14783/14174</w:t>
        <w:br/>
        <w:t>f 6869/14785/14176 6862/14778/14169 6870/14786/14177</w:t>
        <w:br/>
        <w:t>f 6868/14784/14175 6867/14783/14174 6871/14787/14178</w:t>
        <w:br/>
        <w:t>f 6869/14785/14176 6871/14787/14178 6867/14783/14174</w:t>
        <w:br/>
        <w:t>f 6871/14787/14178 6872/14788/14179 6868/14784/14175</w:t>
        <w:br/>
        <w:t>f 6870/14786/14177 6873/14789/14180 6869/14785/14176</w:t>
        <w:br/>
        <w:t>f 6871/14787/14178 6869/14785/14176 6873/14789/14180</w:t>
        <w:br/>
        <w:t>f 6873/14789/14180 6870/14786/14177 6874/14790/14181</w:t>
        <w:br/>
        <w:t>f 6872/14788/14179 6871/14787/14178 6875/14791/14182</w:t>
        <w:br/>
        <w:t>f 6871/14787/14178 6873/14789/14180 6875/14791/14182</w:t>
        <w:br/>
        <w:t>f 6875/14791/14182 6876/14792/14183 6872/14788/14179</w:t>
        <w:br/>
        <w:t>f 6874/14790/14181 6877/14793/14184 6873/14789/14180</w:t>
        <w:br/>
        <w:t>f 6875/14791/14182 6873/14789/14180 6877/14793/14184</w:t>
        <w:br/>
        <w:t>f 6877/14793/14184 6874/14790/14181 6878/14794/14185</w:t>
        <w:br/>
        <w:t>f 6876/14792/14183 6875/14791/14182 6879/14795/14186</w:t>
        <w:br/>
        <w:t>f 6877/14793/14184 6879/14795/14186 6875/14791/14182</w:t>
        <w:br/>
        <w:t>f 6878/14794/14185 6880/14796/14187 6877/14793/14184</w:t>
        <w:br/>
        <w:t>f 6879/14795/14186 6877/14793/14184 6880/14796/14187</w:t>
        <w:br/>
        <w:t>f 6880/14796/14187 6878/14794/14185 6881/14797/14188</w:t>
        <w:br/>
        <w:t>f 6882/14798/14189 6876/14792/14183 6879/14795/14186</w:t>
        <w:br/>
        <w:t>f 6876/14792/14183 6882/14798/14189 6883/14799/14190</w:t>
        <w:br/>
        <w:t>f 6884/14800/14191 6879/14795/14186 6880/14796/14187</w:t>
        <w:br/>
        <w:t>f 6881/14797/14188 6884/14800/14191 6880/14796/14187</w:t>
        <w:br/>
        <w:t>f 6879/14795/14186 6884/14800/14191 6882/14798/14189</w:t>
        <w:br/>
        <w:t>f 6884/14800/14191 6881/14797/14188 6885/14801/14192</w:t>
        <w:br/>
        <w:t>f 6886/14802/14193 6883/14799/14190 6882/14798/14189</w:t>
        <w:br/>
        <w:t>f 6883/14799/14190 6886/14802/14193 6887/14803/14194</w:t>
        <w:br/>
        <w:t>f 6888/14804/14195 6882/14798/14189 6884/14800/14191</w:t>
        <w:br/>
        <w:t>f 6885/14801/14192 6888/14804/14195 6884/14800/14191</w:t>
        <w:br/>
        <w:t>f 6882/14798/14189 6888/14804/14195 6886/14802/14193</w:t>
        <w:br/>
        <w:t>f 6888/14804/14195 6885/14801/14192 6889/14805/14196</w:t>
        <w:br/>
        <w:t>f 6890/14806/14197 6888/14804/14195 6889/14805/14196</w:t>
        <w:br/>
        <w:t>f 6888/14804/14195 6890/14806/14197 6891/14807/14198</w:t>
        <w:br/>
        <w:t>f 6891/14807/14198 6886/14802/14193 6888/14804/14195</w:t>
        <w:br/>
        <w:t>f 6892/14808/14199 6891/14807/14198 6890/14806/14197</w:t>
        <w:br/>
        <w:t>f 6893/14809/14200 6887/14803/14194 6886/14802/14193</w:t>
        <w:br/>
        <w:t>f 6886/14802/14193 6891/14807/14198 6893/14809/14200</w:t>
        <w:br/>
        <w:t>f 6887/14803/14194 6893/14809/14200 6894/14810/14201</w:t>
        <w:br/>
        <w:t>f 6891/14807/14198 6892/14808/14199 6895/14811/14202</w:t>
        <w:br/>
        <w:t>f 6895/14811/14202 6893/14809/14200 6891/14807/14198</w:t>
        <w:br/>
        <w:t>f 6896/14812/14203 6894/14810/14201 6893/14809/14200</w:t>
        <w:br/>
        <w:t>f 6893/14809/14200 6895/14811/14202 6896/14812/14203</w:t>
        <w:br/>
        <w:t>f 6894/14810/14201 6896/14812/14203 6897/14813/14204</w:t>
        <w:br/>
        <w:t>f 6895/14811/14202 6892/14808/14199 6898/14814/14205</w:t>
        <w:br/>
        <w:t>f 6896/14812/14203 6895/14811/14202 6898/14814/14205</w:t>
        <w:br/>
        <w:t>f 6898/14814/14205 6892/14808/14199 6899/14815/14206</w:t>
        <w:br/>
        <w:t>f 6900/14816/14147 6898/14814/14205 6899/14815/14206</w:t>
        <w:br/>
        <w:t>f 6898/14814/14205 6900/14816/14147 6901/14817/14146</w:t>
        <w:br/>
        <w:t>f 6902/14818/14207 6897/14813/14204 6896/14812/14203</w:t>
        <w:br/>
        <w:t>f 6898/14814/14205 6902/14818/14207 6896/14812/14203</w:t>
        <w:br/>
        <w:t>f 6902/14818/14207 6898/14814/14205 6901/14817/14146</w:t>
        <w:br/>
        <w:t>f 6897/14813/14204 6902/14818/14207 6903/14819/14208</w:t>
        <w:br/>
        <w:t>f 6901/14817/14146 6904/14820/14149 6902/14818/14207</w:t>
        <w:br/>
        <w:t>f 6904/14820/14149 6903/14819/14208 6902/14818/14207</w:t>
        <w:br/>
        <w:t>f 6903/14819/14208 6904/14820/14149 6905/14821/14152</w:t>
        <w:br/>
        <w:t>f 6908/14822/14209 6907/14823/14210 6906/14824/14211</w:t>
        <w:br/>
        <w:t>f 6907/14823/14210 6908/14822/14209 6909/14825/14212</w:t>
        <w:br/>
        <w:t>f 6910/14826/14213 6909/14825/14212 6908/14822/14209</w:t>
        <w:br/>
        <w:t>f 6909/14825/14212 6911/14827/14214 6907/14823/14210</w:t>
        <w:br/>
        <w:t>f 6911/14827/14214 6909/14825/14212 6912/14828/14215</w:t>
        <w:br/>
        <w:t>f 6912/14828/14215 6913/14829/14216 6911/14827/14214</w:t>
        <w:br/>
        <w:t>f 6914/14830/14217 6912/14828/14215 6909/14825/14212</w:t>
        <w:br/>
        <w:t>f 6909/14825/14212 6910/14826/14213 6914/14830/14217</w:t>
        <w:br/>
        <w:t>f 6913/14829/14216 6912/14828/14215 6915/14831/14218</w:t>
        <w:br/>
        <w:t>f 6915/14831/14218 6916/14832/14219 6913/14829/14216</w:t>
        <w:br/>
        <w:t>f 6919/14833/14220 6918/14834/14221 6917/14835/14222</w:t>
        <w:br/>
        <w:t>f 6918/14834/14221 6919/14833/14220 6920/14836/14223</w:t>
        <w:br/>
        <w:t>f 6918/14834/14221 6921/14837/14224 6917/14835/14222</w:t>
        <w:br/>
        <w:t>f 6912/14828/14215 6914/14830/14217 6922/14838/14225</w:t>
        <w:br/>
        <w:t>f 6921/14837/14224 6918/14834/14221 6923/14839/14226</w:t>
        <w:br/>
        <w:t>f 6924/14840/14227 6912/14828/14215 6922/14838/14225</w:t>
        <w:br/>
        <w:t>f 6923/14839/14226 6925/14841/14228 6921/14837/14224</w:t>
        <w:br/>
        <w:t>f 6912/14828/14215 6924/14840/14227 6915/14831/14218</w:t>
        <w:br/>
        <w:t>f 6925/14841/14228 6923/14839/14226 6926/14842/14229</w:t>
        <w:br/>
        <w:t>f 6924/14840/14227 6927/14843/14230 6915/14831/14218</w:t>
        <w:br/>
        <w:t>f 6916/14832/14219 6915/14831/14218 6927/14843/14230</w:t>
        <w:br/>
        <w:t>f 6926/14842/14229 6928/14844/14231 6925/14841/14228</w:t>
        <w:br/>
        <w:t>f 6924/14840/14227 6928/14844/14231 6927/14843/14230</w:t>
        <w:br/>
        <w:t>f 6928/14844/14231 6926/14842/14229 6929/14845/14232</w:t>
        <w:br/>
        <w:t>f 6927/14843/14230 6930/14846/14233 6916/14832/14219</w:t>
        <w:br/>
        <w:t>f 6931/14847/14234 6916/14832/14219 6930/14846/14233</w:t>
        <w:br/>
        <w:t>f 6928/14844/14231 6932/14848/14235 6927/14843/14230</w:t>
        <w:br/>
        <w:t>f 6932/14848/14235 6933/14849/14236 6927/14843/14230</w:t>
        <w:br/>
        <w:t>f 6936/14850/14237 6935/14851/14238 6934/14852/14239</w:t>
        <w:br/>
        <w:t>f 6930/14846/14233 6937/14853/14240 6931/14847/14234</w:t>
        <w:br/>
        <w:t>f 6938/14854/14241 6931/14847/14234 6937/14853/14240</w:t>
        <w:br/>
        <w:t>f 6939/14855/14242 6935/14851/14238 6936/14850/14237</w:t>
        <w:br/>
        <w:t>f 6940/14856/14243 6935/14851/14238 6939/14855/14242</w:t>
        <w:br/>
        <w:t>f 6929/14845/14244 6941/14857/14245 6936/14850/14237</w:t>
        <w:br/>
        <w:t>f 6939/14855/14242 6936/14850/14237 6941/14857/14245</w:t>
        <w:br/>
        <w:t>f 6943/14858/14246 6929/14845/14232 6942/14859/14247</w:t>
        <w:br/>
        <w:t>f 6944/14860/14248 6943/14858/14246 6942/14859/14247</w:t>
        <w:br/>
        <w:t>f 6939/14855/14242 6945/14861/14249 6940/14856/14243</w:t>
        <w:br/>
        <w:t>f 6946/14862/14250 6939/14855/14242 6941/14857/14245</w:t>
        <w:br/>
        <w:t>f 6946/14862/14250 6948/14863/14251 6947/14864/14252</w:t>
        <w:br/>
        <w:t>f 6943/14858/14246 6944/14860/14248 6949/14865/14253</w:t>
        <w:br/>
        <w:t>f 6941/14857/14245 6950/14866/14254 6946/14862/14250</w:t>
        <w:br/>
        <w:t>f 6945/14861/14249 6951/14867/14255 6940/14856/14243</w:t>
        <w:br/>
        <w:t>f 6932/14848/14235 6952/14868/14256 6933/14849/14236</w:t>
        <w:br/>
        <w:t>f 6951/14867/14255 6945/14861/14249 6953/14869/14257</w:t>
        <w:br/>
        <w:t>f 6954/14870/14258 6951/14867/14255 6953/14869/14257</w:t>
        <w:br/>
        <w:t>f 6946/14862/14250 6955/14871/14259 6948/14863/14251</w:t>
        <w:br/>
        <w:t>f 6956/14872/14260 6951/14867/14255 6954/14870/14258</w:t>
        <w:br/>
        <w:t>f 6957/14873/14261 6933/14849/14236 6952/14868/14256</w:t>
        <w:br/>
        <w:t>f 6930/14846/14233 6957/14873/14261 6937/14853/14240</w:t>
        <w:br/>
        <w:t>f 6958/14874/14262 6956/14872/14260 6954/14870/14258</w:t>
        <w:br/>
        <w:t>f 6946/14862/14250 6959/14875/14263 6955/14871/14259</w:t>
        <w:br/>
        <w:t>f 6959/14875/14263 6960/14876/14264 6955/14871/14259</w:t>
        <w:br/>
        <w:t>f 6959/14875/14263 6961/14877/14265 6960/14876/14264</w:t>
        <w:br/>
        <w:t>f 6962/14878/14266 6956/14872/14260 6958/14874/14262</w:t>
        <w:br/>
        <w:t>f 6961/14877/14265 6959/14875/14263 6963/14879/14267</w:t>
        <w:br/>
        <w:t>f 6965/14880/14268 6957/14873/14261 6964/14881/14269</w:t>
        <w:br/>
        <w:t>f 6957/14873/14261 6965/14880/14268 6937/14853/14240</w:t>
        <w:br/>
        <w:t>f 6937/14853/14240 6965/14880/14268 6938/14854/14241</w:t>
        <w:br/>
        <w:t>f 6938/14854/14241 6965/14880/14268 6966/14882/14270</w:t>
        <w:br/>
        <w:t>f 6965/14880/14268 6967/14883/14271 6966/14882/14270</w:t>
        <w:br/>
        <w:t>f 6958/14874/14262 6968/14884/14272 6962/14878/14266</w:t>
        <w:br/>
        <w:t>f 6964/14881/14269 6969/14885/14273 6965/14880/14268</w:t>
        <w:br/>
        <w:t>f 6968/14884/14272 6958/14874/14262 6970/14886/14274</w:t>
        <w:br/>
        <w:t>f 6971/14887/14275 6968/14884/14272 6970/14886/14274</w:t>
        <w:br/>
        <w:t>f 6967/14883/14271 6965/14880/14268 6972/14888/14276</w:t>
        <w:br/>
        <w:t>f 6969/14885/14273 6972/14888/14276 6965/14880/14268</w:t>
        <w:br/>
        <w:t>f 6973/14889/14277 6967/14883/14271 6972/14888/14276</w:t>
        <w:br/>
        <w:t>f 6973/14889/14277 6974/14890/14278 6967/14883/14271</w:t>
        <w:br/>
        <w:t>f 6975/14891/14279 6968/14884/14272 6971/14887/14275</w:t>
        <w:br/>
        <w:t>f 6974/14890/14278 6973/14889/14277 6976/14892/14280</w:t>
        <w:br/>
        <w:t>f 6976/14892/14280 6977/14893/14281 6974/14890/14278</w:t>
        <w:br/>
        <w:t>f 6968/14884/14272 6975/14891/14279 6978/14894/14282</w:t>
        <w:br/>
        <w:t>f 6978/14894/14282 6972/14888/14283 6968/14884/14272</w:t>
        <w:br/>
        <w:t>f 6979/14895/14284 6975/14891/14279 6963/14879/14267</w:t>
        <w:br/>
        <w:t>f 6963/14879/14267 6959/14875/14263 6979/14895/14284</w:t>
        <w:br/>
        <w:t>f 6946/14862/14250 6979/14895/14284 6959/14875/14263</w:t>
        <w:br/>
        <w:t>f 6979/14895/14284 6946/14862/14250 6950/14866/14254</w:t>
        <w:br/>
        <w:t>f 6975/14891/14279 6979/14895/14284 6980/14896/14285</w:t>
        <w:br/>
        <w:t>f 6975/14891/14279 6980/14896/14285 6978/14894/14282</w:t>
        <w:br/>
        <w:t>f 6982/14897/14286 6980/14896/14287 6981/14898/14288</w:t>
        <w:br/>
        <w:t>f 6983/14899/14289 6978/14894/14282 6980/14896/14285</w:t>
        <w:br/>
        <w:t>f 6984/14900/14290 6982/14897/14286 6981/14898/14288</w:t>
        <w:br/>
        <w:t>f 6949/14865/14253 6984/14900/14290 6981/14898/14288</w:t>
        <w:br/>
        <w:t>f 6978/14894/14282 6983/14899/14289 6985/14901/14291</w:t>
        <w:br/>
        <w:t>f 6984/14900/14290 6949/14865/14253 6986/14902/14292</w:t>
        <w:br/>
        <w:t>f 6949/14865/14253 6944/14860/14248 6986/14902/14292</w:t>
        <w:br/>
        <w:t>f 6944/14860/14248 6987/14903/14293 6986/14902/14292</w:t>
        <w:br/>
        <w:t>f 6989/14904/14294 6988/14905/14295 6987/14903/14296</w:t>
        <w:br/>
        <w:t>f 6987/14903/14293 6944/14860/14248 6990/14906/14297</w:t>
        <w:br/>
        <w:t>f 6987/14903/14293 6990/14906/14297 6991/14907/14298</w:t>
        <w:br/>
        <w:t>f 6994/14908/14299 6993/14909/14300 6992/14910/14301</w:t>
        <w:br/>
        <w:t>f 6995/14911/14302 6989/14904/14294 6987/14903/14296</w:t>
        <w:br/>
        <w:t>f 6992/14910/14301 6993/14909/14300 6996/14912/14303</w:t>
        <w:br/>
        <w:t>f 6993/14909/14300 6997/14913/14304 6996/14912/14303</w:t>
        <w:br/>
        <w:t>f 6993/14909/14300 6998/14914/14305 6997/14913/14304</w:t>
        <w:br/>
        <w:t>f 6999/14915/14306 6987/14903/14293 6991/14907/14298</w:t>
        <w:br/>
        <w:t>f 6995/14911/14302 6987/14903/14296 7000/14916/14307</w:t>
        <w:br/>
        <w:t>f 7001/14917/14308 6999/14915/14306 6991/14907/14298</w:t>
        <w:br/>
        <w:t>f 6999/14915/14306 7001/14917/14308 7002/14918/14309</w:t>
        <w:br/>
        <w:t>f 6995/14911/14302 7000/14916/14307 7003/14919/14310</w:t>
        <w:br/>
        <w:t>f 7004/14920/14311 7002/14918/14309 7001/14917/14308</w:t>
        <w:br/>
        <w:t>f 7005/14921/14312 6998/14914/14305 6993/14909/14300</w:t>
        <w:br/>
        <w:t>f 6995/14911/14302 7003/14919/14310 7006/14922/14313</w:t>
        <w:br/>
        <w:t>f 7002/14918/14309 7004/14920/14311 7007/14923/14314</w:t>
        <w:br/>
        <w:t>f 7006/14922/14313 7003/14919/14310 7008/14924/14315</w:t>
        <w:br/>
        <w:t>f 7007/14923/14314 7009/14925/14316 7002/14918/14309</w:t>
        <w:br/>
        <w:t>f 7004/14920/14311 7010/14926/14317 7007/14923/14314</w:t>
        <w:br/>
        <w:t>f 7010/14926/14317 7004/14920/14311 7011/14927/14318</w:t>
        <w:br/>
        <w:t>f 7012/14928/14319 7007/14923/14314 7010/14926/14317</w:t>
        <w:br/>
        <w:t>f 7013/14929/14320 7010/14926/14317 7011/14927/14318</w:t>
        <w:br/>
        <w:t>f 7014/14930/14321 7009/14925/14316 7007/14923/14314</w:t>
        <w:br/>
        <w:t>f 3/7917/14322 7016/14931/14323 7015/14932/14323</w:t>
        <w:br/>
        <w:t>f 7010/14926/14317 7013/14929/14320 7017/14933/14324</w:t>
        <w:br/>
        <w:t>f 7018/14934/14325 7017/14933/14324 7013/14929/14320</w:t>
        <w:br/>
        <w:t>f 7021/14935/14326 7020/14936/14327 7019/14937/14327</w:t>
        <w:br/>
        <w:t>f 7020/14936/14327 7022/14938/14328 7019/14937/14327</w:t>
        <w:br/>
        <w:t>f 7024/14939/14329 7023/14940/14330 7014/14930/14321</w:t>
        <w:br/>
        <w:t>f 7017/14933/14324 7018/14934/14325 7025/14941/14331</w:t>
        <w:br/>
        <w:t>f 7018/14934/14325 7026/14942/14332 7025/14941/14331</w:t>
        <w:br/>
        <w:t>f 7017/14933/14324 7027/14943/14333 7010/14926/14317</w:t>
        <w:br/>
        <w:t>f 7012/14928/14319 7010/14926/14317 7027/14943/14333</w:t>
        <w:br/>
        <w:t>f 7028/14944/14334 7012/14928/14319 7027/14943/14333</w:t>
        <w:br/>
        <w:t>f 7017/14933/14324 7029/14945/14335 7027/14943/14333</w:t>
        <w:br/>
        <w:t>f 7030/14946/14336 7027/14943/14333 7029/14945/14335</w:t>
        <w:br/>
        <w:t>f 7031/14947/14337 7017/14933/14324 7025/14941/14331</w:t>
        <w:br/>
        <w:t>f 7017/14933/14324 7031/14947/14337 7032/14948/14338</w:t>
        <w:br/>
        <w:t>f 7026/14942/14332 7033/14949/14339 7025/14941/14331</w:t>
        <w:br/>
        <w:t>f 7033/14949/14339 7031/14947/14337 7025/14941/14331</w:t>
        <w:br/>
        <w:t>f 7033/14949/14339 7026/14942/14332 7034/14950/14340</w:t>
        <w:br/>
        <w:t>f 7034/14950/14340 7035/14951/14341 7033/14949/14339</w:t>
        <w:br/>
        <w:t>f 7038/14952/14342 7037/14953/14343 7036/14954/14342</w:t>
        <w:br/>
        <w:t>f 7037/14953/14344 7031/14947/14345 7039/14955/14346</w:t>
        <w:br/>
        <w:t>f 7041/14956/14347 7029/14945/14335 7040/14957/14348</w:t>
        <w:br/>
        <w:t>f 7029/14945/14335 7041/14956/14347 7030/14946/14336</w:t>
        <w:br/>
        <w:t>f 7031/14947/14345 7042/14958/14349 7039/14955/14346</w:t>
        <w:br/>
        <w:t>f 7028/14944/14350 7041/14956/14351 7043/14959/14352</w:t>
        <w:br/>
        <w:t>f 7046/14960/14353 7045/14961/14354 7044/14962/14355</w:t>
        <w:br/>
        <w:t>f 7031/14947/14345 7047/14963/14356 7042/14958/14349</w:t>
        <w:br/>
        <w:t>f 7031/14947/14337 7033/14949/14339 7048/14964/14357</w:t>
        <w:br/>
        <w:t>f 7049/14965/14358 7045/14961/14354 7046/14960/14353</w:t>
        <w:br/>
        <w:t>f 7049/14965/14358 7046/14960/14353 7048/14964/14357</w:t>
        <w:br/>
        <w:t>f 7048/14964/14357 7033/14949/14339 7050/14966/14359</w:t>
        <w:br/>
        <w:t>f 7050/14966/14359 7049/14965/14358 7048/14964/14357</w:t>
        <w:br/>
        <w:t>f 7033/14949/14339 7035/14951/14341 7050/14966/14359</w:t>
        <w:br/>
        <w:t>f 7053/14967/14360 7052/14968/14361 7051/14969/14362</w:t>
        <w:br/>
        <w:t>f 7054/14970/14363 7028/14944/14350 7043/14959/14352</w:t>
        <w:br/>
        <w:t>f 7049/14965/14358 7050/14966/14359 7055/14971/14364</w:t>
        <w:br/>
        <w:t>f 7035/14951/14341 7055/14971/14364 7050/14966/14359</w:t>
        <w:br/>
        <w:t>f 7056/14972/14365 7053/14967/14360 7051/14969/14362</w:t>
        <w:br/>
        <w:t>f 7056/14972/14365 7051/14969/14362 7057/14973/14366</w:t>
        <w:br/>
        <w:t>f 7035/14951/14341 7058/14974/14367 7055/14971/14364</w:t>
        <w:br/>
        <w:t>f 7058/14974/14367 7035/14951/14341 7059/14975/14368</w:t>
        <w:br/>
        <w:t>f 7059/14975/14368 7060/14976/14369 7058/14974/14367</w:t>
        <w:br/>
        <w:t>f 7061/14977/14370 7055/14971/14364 7058/14974/14367</w:t>
        <w:br/>
        <w:t>f 7061/14977/14370 7056/14972/14371 7055/14971/14364</w:t>
        <w:br/>
        <w:t>f 7062/14978/14372 7058/14974/14367 7060/14976/14369</w:t>
        <w:br/>
        <w:t>f 7061/14977/14370 7058/14974/14367 7062/14978/14372</w:t>
        <w:br/>
        <w:t>f 7060/14976/14369 7063/14979/14373 7062/14978/14372</w:t>
        <w:br/>
        <w:t>f 7061/14977/14370 7062/14978/14372 7064/14980/14374</w:t>
        <w:br/>
        <w:t>f 7062/14978/14372 7063/14979/14373 7065/14981/14375</w:t>
        <w:br/>
        <w:t>f 7066/14982/14376 7061/14977/14370 7064/14980/14374</w:t>
        <w:br/>
        <w:t>f 7062/14978/14372 7068/14983/14377 7067/14984/14378</w:t>
        <w:br/>
        <w:t>f 7065/14981/14375 7068/14983/14377 7062/14978/14372</w:t>
        <w:br/>
        <w:t>f 7070/14985/14379 7066/14982/14380 7069/14986/14381</w:t>
        <w:br/>
        <w:t>f 7067/14984/14378 7072/14987/14382 7071/14988/14383</w:t>
        <w:br/>
        <w:t>f 7067/14984/14378 7068/14983/14377 7072/14987/14382</w:t>
        <w:br/>
        <w:t>f 7071/14988/14383 7072/14987/14382 7073/14989/14384</w:t>
        <w:br/>
        <w:t>f 7074/14990/14385 7070/14985/14379 7069/14986/14381</w:t>
        <w:br/>
        <w:t>f 7073/14989/14386 7076/14991/14387 7075/14992/14388</w:t>
        <w:br/>
        <w:t>f 7077/14993/14389 7076/14991/14387 7073/14989/14386</w:t>
        <w:br/>
        <w:t>f 7078/14994/14390 7070/14985/14379 7074/14990/14385</w:t>
        <w:br/>
        <w:t>f 7077/14993/14389 7068/14983/14377 7079/14995/14391</w:t>
        <w:br/>
        <w:t>f 7078/14994/14390 7074/14990/14385 7080/14996/14392</w:t>
        <w:br/>
        <w:t>f 7081/14997/14393 7076/14991/14387 7077/14993/14389</w:t>
        <w:br/>
        <w:t>f 7079/14995/14391 7081/14997/14393 7077/14993/14389</w:t>
        <w:br/>
        <w:t>f 7080/14996/14392 7082/14998/14394 7078/14994/14390</w:t>
        <w:br/>
        <w:t>f 7082/14998/14394 7083/14999/14395 7078/14994/14390</w:t>
        <w:br/>
        <w:t>f 7086/15000/14396 7085/15001/14397 7084/15002/14398</w:t>
        <w:br/>
        <w:t>f 7089/15003/14399 7088/15004/14400 7087/15005/14401</w:t>
        <w:br/>
        <w:t>f 7086/15000/14396 7084/15002/14398 7090/15006/14402</w:t>
        <w:br/>
        <w:t>f 7083/14999/14395 7082/14998/14394 7091/15007/14403</w:t>
        <w:br/>
        <w:t>f 7088/15004/14400 7089/15003/14399 7092/15008/14404</w:t>
        <w:br/>
        <w:t>f 7054/14970/14363 7094/15009/14405 7093/15010/14406</w:t>
        <w:br/>
        <w:t>f 7093/15010/14406 7028/14944/14350 7054/14970/14363</w:t>
        <w:br/>
        <w:t>f 7093/15010/14406 7094/15009/14405 7095/15011/14407</w:t>
        <w:br/>
        <w:t>f 7095/15011/14407 7097/15012/14408 7096/15013/14409</w:t>
        <w:br/>
        <w:t>f 7096/15013/14409 7093/15010/14406 7095/15011/14407</w:t>
        <w:br/>
        <w:t>f 7098/15014/14410 7092/15008/14404 7089/15003/14399</w:t>
        <w:br/>
        <w:t>f 7099/15015/14411 7096/15013/14409 7097/15012/14408</w:t>
        <w:br/>
        <w:t>f 7089/15003/14399 7100/15016/14412 7098/15014/14410</w:t>
        <w:br/>
        <w:t>f 7101/15017/14413 7096/15013/14409 7099/15015/14411</w:t>
        <w:br/>
        <w:t>f 7101/15017/14413 7099/15015/14411 7102/15018/14414</w:t>
        <w:br/>
        <w:t>f 7104/15019/14415 7096/15013/14409 7103/15020/14416</w:t>
        <w:br/>
        <w:t>f 7101/15017/14413 7103/15020/14416 7096/15013/14409</w:t>
        <w:br/>
        <w:t>f 7100/15016/14417 7086/15000/14396 7105/15021/14418</w:t>
        <w:br/>
        <w:t>f 7105/15021/14418 7086/15000/14396 7090/15006/14402</w:t>
        <w:br/>
        <w:t>f 7101/15017/14419 7100/15016/14417 7106/15022/14420</w:t>
        <w:br/>
        <w:t>f 7105/15021/14418 7106/15022/14420 7100/15016/14417</w:t>
        <w:br/>
        <w:t>f 7106/15022/14421 7108/15023/14422 7107/15024/14423</w:t>
        <w:br/>
        <w:t>f 7108/15023/14424 7109/15025/14425 7101/15017/14413</w:t>
        <w:br/>
        <w:t>f 7105/15021/14418 7110/15026/14426 7106/15022/14420</w:t>
        <w:br/>
        <w:t>f 7109/15025/14425 7108/15023/14424 7111/15027/14427</w:t>
        <w:br/>
        <w:t>f 7112/15028/14428 7109/15025/14425 7111/15027/14427</w:t>
        <w:br/>
        <w:t>f 7110/15026/14426 7105/15021/14418 7113/15029/14429</w:t>
        <w:br/>
        <w:t>f 7113/15029/14429 7114/15030/14430 7110/15026/14426</w:t>
        <w:br/>
        <w:t>f 7109/15025/14425 7112/15028/14428 7115/15031/14431</w:t>
        <w:br/>
        <w:t>f 7104/15019/14415 7103/15020/14416 7116/15032/14432</w:t>
        <w:br/>
        <w:t>f 7112/15028/14428 7117/15033/14433 7115/15031/14431</w:t>
        <w:br/>
        <w:t>f 7116/15032/14432 7118/15034/14434 7104/15019/14415</w:t>
        <w:br/>
        <w:t>f 7117/15033/14433 7119/15035/14435 7115/15031/14431</w:t>
        <w:br/>
        <w:t>f 7118/15034/14434 7028/14944/14334 7104/15019/14415</w:t>
        <w:br/>
        <w:t>f 7012/14928/14319 7028/14944/14334 7118/15034/14434</w:t>
        <w:br/>
        <w:t>f 7119/15035/14435 7120/15036/14436 3/7917/7460</w:t>
        <w:br/>
        <w:t>f 2/7918/7461 3/7917/7460 7120/15036/14436</w:t>
        <w:br/>
        <w:t>f 7122/15037/14437 7023/14940/14330 7121/15038/14438</w:t>
        <w:br/>
        <w:t>f 7123/15039/14439 7023/14940/14330 7122/15037/14437</w:t>
        <w:br/>
        <w:t>f 7023/14940/14330 7123/15039/14439 7014/14930/14321</w:t>
        <w:br/>
        <w:t>f 7120/15036/14436 7119/15035/14435 7124/15040/14440</w:t>
        <w:br/>
        <w:t>f 7125/15041/14441 7123/15039/14439 7122/15037/14437</w:t>
        <w:br/>
        <w:t>f 7126/15042/14442 7014/14930/14321 7123/15039/14439</w:t>
        <w:br/>
        <w:t>f 7009/14925/14316 7014/14930/14321 7126/15042/14442</w:t>
        <w:br/>
        <w:t>f 7006/14922/14313 7008/14924/14315 7127/15043/14443</w:t>
        <w:br/>
        <w:t>f 7124/15040/14444 7129/15044/14445 7128/15045/14446</w:t>
        <w:br/>
        <w:t>f 7130/15046/14447 7006/14922/14313 7127/15043/14443</w:t>
        <w:br/>
        <w:t>f 7131/15047/14448 7127/15043/14443 7128/15045/14446</w:t>
        <w:br/>
        <w:t>f 7131/15047/14448 7130/15046/14447 7127/15043/14443</w:t>
        <w:br/>
        <w:t>f 7128/15045/14446 7129/15044/14445 7131/15047/14448</w:t>
        <w:br/>
        <w:t>f 7005/14921/14312 7130/15046/14447 7132/15048/14449</w:t>
        <w:br/>
        <w:t>f 7132/15048/14449 7130/15046/14447 7131/15047/14448</w:t>
        <w:br/>
        <w:t>f 7005/14921/14312 7132/15048/14449 6998/14914/14305</w:t>
        <w:br/>
        <w:t>f 7134/15049/14450 7133/15050/14451 7131/15047/14448</w:t>
        <w:br/>
        <w:t>f 7133/15050/14451 7134/15049/14450 7135/15051/14452</w:t>
        <w:br/>
        <w:t>f 7133/15050/14451 7136/15052/14453 7131/15047/14448</w:t>
        <w:br/>
        <w:t>f 7132/15048/14449 7131/15047/14448 7136/15052/14453</w:t>
        <w:br/>
        <w:t>f 7137/15053/14454 7135/15051/14452 7134/15049/14450</w:t>
        <w:br/>
        <w:t>f 7129/15044/14445 7124/15040/14444 7137/15053/14454</w:t>
        <w:br/>
        <w:t>f 7124/15040/14440 7139/15054/14455 7138/15055/14456</w:t>
        <w:br/>
        <w:t>f 7119/15035/14435 7139/15054/14455 7124/15040/14440</w:t>
        <w:br/>
        <w:t>f 7142/15056/14457 7141/15057/14458 7140/15058/14459</w:t>
        <w:br/>
        <w:t>f 7132/15048/14449 7144/15059/14460 7143/15060/14461</w:t>
        <w:br/>
        <w:t>f 7144/15059/14462 7145/15061/14463 6998/14914/14464</w:t>
        <w:br/>
        <w:t>f 7141/15057/14458 7142/15056/14457 7146/15062/14465</w:t>
        <w:br/>
        <w:t>f 6978/14894/14282 7144/15059/14460 6972/14888/14283</w:t>
        <w:br/>
        <w:t>f 6972/14888/14276 7141/15057/14458 7147/15063/14466</w:t>
        <w:br/>
        <w:t>f 7141/15057/14458 7146/15062/14465 7147/15063/14466</w:t>
        <w:br/>
        <w:t>f 7147/15063/14466 6973/14889/14277 6972/14888/14276</w:t>
        <w:br/>
        <w:t>f 7149/15064/14467 7148/15065/14468 6973/14889/14277</w:t>
        <w:br/>
        <w:t>f 7152/15066/14469 7151/15067/14470 7150/15068/14471</w:t>
        <w:br/>
        <w:t>f 7148/15065/14468 7149/15064/14467 7153/15069/14472</w:t>
        <w:br/>
        <w:t>f 7152/15066/14469 7150/15068/14471 7154/15070/14473</w:t>
        <w:br/>
        <w:t>f 7153/15069/14472 7155/15071/14474 7148/15065/14468</w:t>
        <w:br/>
        <w:t>f 6977/14893/14281 6976/14892/14280 7155/15071/14475</w:t>
        <w:br/>
        <w:t>f 7155/15071/14475 7112/15028/14428 6977/14893/14281</w:t>
        <w:br/>
        <w:t>f 7112/15028/14428 7155/15071/14475 7117/15033/14433</w:t>
        <w:br/>
        <w:t>f 7154/15070/14473 7156/15072/14476 7152/15066/14469</w:t>
        <w:br/>
        <w:t>f 7155/15071/14475 7152/15066/14477 7157/15073/14478</w:t>
        <w:br/>
        <w:t>f 7156/15072/14476 7154/15070/14473 7158/15074/14479</w:t>
        <w:br/>
        <w:t>f 7159/15075/14480 7156/15072/14476 7158/15074/14479</w:t>
        <w:br/>
        <w:t>f 7160/15076/14481 7117/15033/14433 7155/15071/14475</w:t>
        <w:br/>
        <w:t>f 7160/15076/14481 7155/15071/14475 7157/15073/14478</w:t>
        <w:br/>
        <w:t>f 7160/15076/14481 7156/15072/14476 7159/15075/14480</w:t>
        <w:br/>
        <w:t>f 7119/15035/14435 7117/15033/14433 7160/15076/14481</w:t>
        <w:br/>
        <w:t>f 7160/15076/14481 7139/15054/14455 7119/15035/14435</w:t>
        <w:br/>
        <w:t>f 7163/15077/14482 7162/15078/14483 7161/15079/14484</w:t>
        <w:br/>
        <w:t>f 7162/15078/14483 7163/15077/14482 7164/15080/14485</w:t>
        <w:br/>
        <w:t>f 7167/15081/14486 7166/15082/14487 7165/15083/14486</w:t>
        <w:br/>
        <w:t>f 7165/15083/14486 7168/15084/14488 7167/15081/14486</w:t>
        <w:br/>
        <w:t>f 7164/15080/14485 7169/15085/14489 7162/15078/14483</w:t>
        <w:br/>
        <w:t>f 7172/15086/14490 7171/15087/14491 7170/15088/14491</w:t>
        <w:br/>
        <w:t>f 7169/15085/14489 7174/15089/14492 7173/15090/14493</w:t>
        <w:br/>
        <w:t>f 7170/15088/14491 7171/15087/14491 7175/15091/14494</w:t>
        <w:br/>
        <w:t>f 7164/15080/14485 7176/15092/14495 7169/15085/14489</w:t>
        <w:br/>
        <w:t>f 7176/15092/14495 7174/15089/14492 7169/15085/14489</w:t>
        <w:br/>
        <w:t>f 7179/15093/14496 7178/15094/14497 7177/15095/14498</w:t>
        <w:br/>
        <w:t>f 7180/15096/14499 7177/15095/14498 7178/15094/14497</w:t>
        <w:br/>
        <w:t>f 7183/15097/14500 7182/15098/14501 7181/15099/14502</w:t>
        <w:br/>
        <w:t>f 7182/15098/14501 7183/15097/14500 7184/15100/14503</w:t>
        <w:br/>
        <w:t>f 7187/15101/14504 7186/15102/14505 7185/15103/14506</w:t>
        <w:br/>
        <w:t>f 7188/15104/14507 7186/15102/14505 7187/15101/14504</w:t>
        <w:br/>
        <w:t>f 7183/15097/14500 7189/15105/14508 7184/15100/14503</w:t>
        <w:br/>
        <w:t>f 7192/15106/14509 7191/15107/14510 7190/15108/14511</w:t>
        <w:br/>
        <w:t>f 7184/15100/14503 7189/15105/14508 7193/15109/14512</w:t>
        <w:br/>
        <w:t>f 7192/15106/14509 7190/15108/14511 7194/15110/14513</w:t>
        <w:br/>
        <w:t>f 7189/15105/14508 7195/15111/14514 7193/15109/14512</w:t>
        <w:br/>
        <w:t>f 7198/15112/14515 7197/15113/14516 7196/15114/14517</w:t>
        <w:br/>
        <w:t>f 7195/15111/14514 7189/15105/14508 7199/15115/14518</w:t>
        <w:br/>
        <w:t>f 7197/15113/14516 7198/15112/14515 7200/15116/14519</w:t>
        <w:br/>
        <w:t>f 3613/11530/11062 3614/11529/11061 7201/15117/14520</w:t>
        <w:br/>
        <w:t>f 3613/11530/11062 7201/15117/14520 7202/15118/14521</w:t>
        <w:br/>
        <w:t>f 3615/11531/11063 3613/11530/11062 7202/15118/14521</w:t>
        <w:br/>
        <w:t>f 7202/15118/14521 7201/15117/14520 7203/15119/14522</w:t>
        <w:br/>
        <w:t>f 7202/15118/14521 7204/15120/14523 3615/11531/11063</w:t>
        <w:br/>
        <w:t>f 7203/15119/14522 7205/15121/14524 7202/15118/14521</w:t>
        <w:br/>
        <w:t>f 7204/15120/14523 7202/15118/14521 7205/15121/14524</w:t>
        <w:br/>
        <w:t>f 7205/15121/14524 7203/15119/14522 7206/15122/14525</w:t>
        <w:br/>
        <w:t>f 7207/15123/14526 7204/15120/14523 7205/15121/14524</w:t>
        <w:br/>
        <w:t>f 7205/15121/14524 7206/15122/14525 7208/15124/14527</w:t>
        <w:br/>
        <w:t>f 7208/15124/14527 7207/15123/14526 7205/15121/14524</w:t>
        <w:br/>
        <w:t>f 7206/15122/14525 7209/15125/14528 7208/15124/14527</w:t>
        <w:br/>
        <w:t>f 7207/15123/14526 7208/15124/14527 7210/15126/14529</w:t>
        <w:br/>
        <w:t>f 7208/15124/14527 7209/15125/14528 7211/15127/14530</w:t>
        <w:br/>
        <w:t>f 7211/15127/14530 7210/15126/14529 7208/15124/14527</w:t>
        <w:br/>
        <w:t>f 7211/15127/14530 7209/15125/14528 7212/15128/14531</w:t>
        <w:br/>
        <w:t>f 7210/15126/14529 7211/15127/14530 7213/15129/14532</w:t>
        <w:br/>
        <w:t>f 7212/15128/14531 7214/15130/14533 7211/15127/14530</w:t>
        <w:br/>
        <w:t>f 7211/15127/14530 7214/15130/14533 7213/15129/14532</w:t>
        <w:br/>
        <w:t>f 7214/15130/14533 7216/15131/14534 7215/15132/10486</w:t>
        <w:br/>
        <w:t>f 7217/15133/14535 7213/15129/14532 7214/15130/14533</w:t>
        <w:br/>
        <w:t>f 7214/15130/14533 7215/15132/10486 7218/15134/14536</w:t>
        <w:br/>
        <w:t>f 7219/15135/14537 7217/15133/14535 7214/15130/14533</w:t>
        <w:br/>
        <w:t>f 7215/15132/10486 7220/15136/10492 7218/15134/14536</w:t>
        <w:br/>
        <w:t>f 7217/15133/14535 7219/15135/14537 7221/15137/14538</w:t>
        <w:br/>
        <w:t>f 7218/15134/14536 7220/15136/10492 7222/15138/14539</w:t>
        <w:br/>
        <w:t>f 7223/15139/14540 7221/15137/14538 7219/15135/14537</w:t>
        <w:br/>
        <w:t>f 7222/15138/14539 7220/15136/10492 7224/15140/10505</w:t>
        <w:br/>
        <w:t>f 7221/15137/14538 7223/15139/14540 7225/15141/14541</w:t>
        <w:br/>
        <w:t>f 7224/15140/10505 7226/15142/14542 7222/15138/14539</w:t>
        <w:br/>
        <w:t>f 7227/15143/14543 7225/15141/14541 7223/15139/14540</w:t>
        <w:br/>
        <w:t>f 7226/15142/14542 7224/15140/10505 7228/15144/14544</w:t>
        <w:br/>
        <w:t>f 7225/15141/14545 7226/15142/14542 7229/15145/14546</w:t>
        <w:br/>
        <w:t>f 7230/15146/14547 7226/15142/14542 7228/15144/14544</w:t>
        <w:br/>
        <w:t>f 7231/15147/14548 7229/15145/14546 7226/15142/14542</w:t>
        <w:br/>
        <w:t>f 7226/15142/14542 7230/15146/14547 7232/15148/14549</w:t>
        <w:br/>
        <w:t>f 7226/15142/14542 7232/15148/14549 7231/15147/14548</w:t>
        <w:br/>
        <w:t>f 7235/15149/14550 7234/15150/14551 7233/15151/14552</w:t>
        <w:br/>
        <w:t>f 7234/15150/14551 7235/15149/14550 7236/15152/14553</w:t>
        <w:br/>
        <w:t>f 7239/15153/14554 7238/15154/14555 7237/15155/14556</w:t>
        <w:br/>
        <w:t>f 7240/15156/14557 7236/15152/14553 7235/15149/14550</w:t>
        <w:br/>
        <w:t>f 7238/15154/14555 7239/15153/14554 7241/15157/14558</w:t>
        <w:br/>
        <w:t>f 7244/15158/14559 7243/15159/14560 7242/15160/14561</w:t>
        <w:br/>
        <w:t>f 7236/15152/14553 7240/15156/14557 7245/15161/14562</w:t>
        <w:br/>
        <w:t>f 7246/15162/14563 7245/15161/14562 7240/15156/14557</w:t>
        <w:br/>
        <w:t>f 7247/15163/14564 7241/15157/14558 7239/15153/14554</w:t>
        <w:br/>
        <w:t>f 7247/15163/14564 7239/15153/14554 7248/15164/14565</w:t>
        <w:br/>
        <w:t>f 7245/15161/14562 7246/15162/14563 7249/15165/14566</w:t>
        <w:br/>
        <w:t>f 7250/15166/14567 7247/15163/14564 7248/15164/14565</w:t>
        <w:br/>
        <w:t>f 7251/15167/14568 7249/15165/14566 7246/15162/14563</w:t>
        <w:br/>
        <w:t>f 7253/15168/14569 7252/15169/14570 7243/15159/14560</w:t>
        <w:br/>
        <w:t>f 7252/15169/14570 7242/15160/14561 7243/15159/14560</w:t>
        <w:br/>
        <w:t>f 7249/15165/14566 7251/15167/14568 7254/15170/14571</w:t>
        <w:br/>
        <w:t>f 7255/15171/14572 7254/15170/14571 7251/15167/14568</w:t>
        <w:br/>
        <w:t>f 7244/15158/14559 7242/15160/14561 7256/15172/14573</w:t>
        <w:br/>
        <w:t>f 7259/15173/14574 7258/15174/14575 7257/15175/14576</w:t>
        <w:br/>
        <w:t>f 7258/15174/14575 7259/15173/14574 7260/15176/14577</w:t>
        <w:br/>
        <w:t>f 7261/15177/14578 7259/15173/14574 7257/15175/14576</w:t>
        <w:br/>
        <w:t>f 7259/15173/14574 7261/15177/14578 7262/15178/14579</w:t>
        <w:br/>
        <w:t>f 7261/15177/14578 7263/15179/14580 7262/15178/14579</w:t>
        <w:br/>
        <w:t>f 7263/15179/14580 7261/15177/14578 7264/15180/14581</w:t>
        <w:br/>
        <w:t>f 7253/15168/14569 7265/15181/14582 7252/15169/14570</w:t>
        <w:br/>
        <w:t>f 7266/15182/14583 7263/15179/14580 7264/15180/14581</w:t>
        <w:br/>
        <w:t>f 7265/15181/14582 7253/15168/14569 7267/15183/14584</w:t>
        <w:br/>
        <w:t>f 7247/15163/14564 7250/15166/14567 7268/15184/14585</w:t>
        <w:br/>
        <w:t>f 7269/15185/14586 7268/15184/14585 7250/15166/14567</w:t>
        <w:br/>
        <w:t>f 7270/15186/14587 7266/15182/14583 7264/15180/14581</w:t>
        <w:br/>
        <w:t>f 7267/15183/14584 7271/15187/14588 7265/15181/14582</w:t>
        <w:br/>
        <w:t>f 7272/15188/14589 7266/15182/14583 7270/15186/14587</w:t>
        <w:br/>
        <w:t>f 7268/15184/14585 7269/15185/14586 7273/15189/14590</w:t>
        <w:br/>
        <w:t>f 7267/15183/14584 7274/15190/14591 7271/15187/14588</w:t>
        <w:br/>
        <w:t>f 7254/15170/14571 7255/15171/14572 7275/15191/14592</w:t>
        <w:br/>
        <w:t>f 7276/15192/14593 7275/15191/14592 7255/15171/14572</w:t>
        <w:br/>
        <w:t>f 7277/15193/14594 7273/15189/14590 7269/15185/14586</w:t>
        <w:br/>
        <w:t>f 7278/15194/14595 7271/15187/14588 7274/15190/14591</w:t>
        <w:br/>
        <w:t>f 7279/15195/14596 7272/15188/14589 7270/15186/14587</w:t>
        <w:br/>
        <w:t>f 7273/15189/14590 7277/15193/14594 7280/15196/14597</w:t>
        <w:br/>
        <w:t>f 7278/15194/14595 7274/15190/14591 7281/15197/14598</w:t>
        <w:br/>
        <w:t>f 7282/15198/14599 7280/15196/14597 7277/15193/14594</w:t>
        <w:br/>
        <w:t>f 7283/15199/14600 7278/15194/14595 7281/15197/14598</w:t>
        <w:br/>
        <w:t>f 7284/15200/14601 7272/15188/14589 7279/15195/14596</w:t>
        <w:br/>
        <w:t>f 7278/15194/14595 7283/15199/14600 7285/15201/14602</w:t>
        <w:br/>
        <w:t>f 7272/15188/14589 7284/15200/14601 7286/15202/14603</w:t>
        <w:br/>
        <w:t>f 7284/15200/14601 7287/15203/14604 7286/15202/14603</w:t>
        <w:br/>
        <w:t>f 7277/15193/14594 7288/15204/14605 7282/15198/14599</w:t>
        <w:br/>
        <w:t>f 7275/15191/14592 7276/15192/14593 7289/15205/14606</w:t>
        <w:br/>
        <w:t>f 7290/15206/14607 7289/15205/14606 7276/15192/14593</w:t>
        <w:br/>
        <w:t>f 7291/15207/14608 7282/15198/14599 7288/15204/14605</w:t>
        <w:br/>
        <w:t>f 7284/15200/14601 7292/15208/14609 7287/15203/14604</w:t>
        <w:br/>
        <w:t>f 7287/15203/14604 7292/15208/14609 7293/15209/14577</w:t>
        <w:br/>
        <w:t>f 7293/15209/14577 7292/15208/14609 7294/15210/14575</w:t>
        <w:br/>
        <w:t>f 7295/15211/14610 7285/15201/14602 7283/15199/14600</w:t>
        <w:br/>
        <w:t>f 7285/15201/14602 7295/15211/14610 7296/15212/14611</w:t>
        <w:br/>
        <w:t>f 7295/15211/14610 7297/15213/14573 7296/15212/14611</w:t>
        <w:br/>
        <w:t>f 7282/15198/14599 7291/15207/14608 7298/15214/14612</w:t>
        <w:br/>
        <w:t>f 7297/15213/14573 7295/15211/14610 7299/15215/14559</w:t>
        <w:br/>
        <w:t>f 7291/15207/14608 7300/15216/14555 7298/15214/14612</w:t>
        <w:br/>
        <w:t>f 7290/15206/14607 7276/15192/14593 7301/15217/14613</w:t>
        <w:br/>
        <w:t>f 7302/15218/14552 7290/15206/14607 7301/15217/14613</w:t>
        <w:br/>
        <w:t>f 7290/15206/14607 7302/15218/14552 7303/15219/14551</w:t>
        <w:br/>
        <w:t>f 7300/15216/14555 7291/15207/14608 7304/15220/14556</w:t>
        <w:br/>
        <w:t>f 7307/15221/14614 7306/15222/14615 7305/15223/14616</w:t>
        <w:br/>
        <w:t>f 7307/15221/14614 7308/15224/14617 7306/15222/14615</w:t>
        <w:br/>
        <w:t>f 7311/15225/14618 7310/15226/14619 7309/15227/14620</w:t>
        <w:br/>
        <w:t>f 7312/15228/14621 7306/15222/14615 7308/15224/14617</w:t>
        <w:br/>
        <w:t>f 7311/15225/14618 7313/15229/14622 7310/15226/14619</w:t>
        <w:br/>
        <w:t>f 7316/15230/14623 7315/15231/14624 7314/15232/14625</w:t>
        <w:br/>
        <w:t>f 7312/15228/14621 7308/15224/14617 7317/15233/14626</w:t>
        <w:br/>
        <w:t>f 7312/15228/14621 7317/15233/14626 7318/15234/14627</w:t>
        <w:br/>
        <w:t>f 7319/15235/14628 7310/15226/14619 7313/15229/14622</w:t>
        <w:br/>
        <w:t>f 7310/15226/14619 7319/15235/14628 7320/15236/14629</w:t>
        <w:br/>
        <w:t>f 7318/15234/14627 7317/15233/14626 7321/15237/14630</w:t>
        <w:br/>
        <w:t>f 7319/15235/14628 7322/15238/14631 7320/15236/14629</w:t>
        <w:br/>
        <w:t>f 7321/15237/14630 7323/15239/14632 7318/15234/14627</w:t>
        <w:br/>
        <w:t>f 7314/15232/14625 7325/15240/14633 7324/15241/14634</w:t>
        <w:br/>
        <w:t>f 7325/15240/14633 7314/15232/14625 7315/15231/14624</w:t>
        <w:br/>
        <w:t>f 7326/15242/14635 7323/15239/14632 7321/15237/14630</w:t>
        <w:br/>
        <w:t>f 7327/15243/14636 7323/15239/14632 7326/15242/14635</w:t>
        <w:br/>
        <w:t>f 7319/15235/14628 7328/15244/14637 7322/15238/14631</w:t>
        <w:br/>
        <w:t>f 7328/15244/14637 7329/15245/14638 7322/15238/14631</w:t>
        <w:br/>
        <w:t>f 7315/15231/14624 7316/15230/14623 7330/15246/14639</w:t>
        <w:br/>
        <w:t>f 7333/15247/14640 7332/15248/14641 7331/15249/14642</w:t>
        <w:br/>
        <w:t>f 7332/15248/14641 7333/15247/14640 7334/15250/14643</w:t>
        <w:br/>
        <w:t>f 7332/15248/14641 7335/15251/14644 7331/15249/14642</w:t>
        <w:br/>
        <w:t>f 7332/15248/14641 7336/15252/14645 7335/15251/14644</w:t>
        <w:br/>
        <w:t>f 7337/15253/14646 7335/15251/14644 7336/15252/14645</w:t>
        <w:br/>
        <w:t>f 7335/15251/14644 7337/15253/14646 7338/15254/14647</w:t>
        <w:br/>
        <w:t>f 7339/15255/14648 7324/15241/14634 7325/15240/14633</w:t>
        <w:br/>
        <w:t>f 7324/15241/14634 7339/15255/14648 7340/15256/14649</w:t>
        <w:br/>
        <w:t>f 7341/15257/14650 7338/15254/14647 7337/15253/14646</w:t>
        <w:br/>
        <w:t>f 7338/15254/14647 7341/15257/14650 7342/15258/14651</w:t>
        <w:br/>
        <w:t>f 7343/15259/14652 7340/15256/14649 7339/15255/14648</w:t>
        <w:br/>
        <w:t>f 7344/15260/14653 7342/15258/14651 7341/15257/14650</w:t>
        <w:br/>
        <w:t>f 7340/15256/14649 7343/15259/14652 7345/15261/14654</w:t>
        <w:br/>
        <w:t>f 7328/15244/14637 7346/15262/14655 7329/15245/14638</w:t>
        <w:br/>
        <w:t>f 7342/15258/14651 7344/15260/14653 7347/15263/14656</w:t>
        <w:br/>
        <w:t>f 7348/15264/14657 7345/15261/14654 7343/15259/14652</w:t>
        <w:br/>
        <w:t>f 7347/15263/14656 7344/15260/14653 7349/15265/14658</w:t>
        <w:br/>
        <w:t>f 7345/15261/14654 7348/15264/14657 7350/15266/14659</w:t>
        <w:br/>
        <w:t>f 7351/15267/14660 7350/15266/14659 7348/15264/14657</w:t>
        <w:br/>
        <w:t>f 7352/15268/14661 7329/15245/14638 7346/15262/14655</w:t>
        <w:br/>
        <w:t>f 7353/15269/14662 7352/15268/14661 7346/15262/14655</w:t>
        <w:br/>
        <w:t>f 7354/15270/14663 7327/15243/14636 7326/15242/14635</w:t>
        <w:br/>
        <w:t>f 7354/15270/14663 7355/15271/14664 7327/15243/14636</w:t>
        <w:br/>
        <w:t>f 7356/15272/14665 7352/15268/14661 7353/15269/14662</w:t>
        <w:br/>
        <w:t>f 7350/15266/14659 7351/15267/14660 7357/15273/14666</w:t>
        <w:br/>
        <w:t>f 7354/15270/14663 7358/15274/14667 7355/15271/14664</w:t>
        <w:br/>
        <w:t>f 7352/15268/14661 7356/15272/14665 7359/15275/14668</w:t>
        <w:br/>
        <w:t>f 7360/15276/14669 7355/15271/14664 7358/15274/14667</w:t>
        <w:br/>
        <w:t>f 7363/15277/14670 7362/15278/14671 7361/15279/14672</w:t>
        <w:br/>
        <w:t>f 7349/15265/14658 7344/15260/14653 7364/15280/14673</w:t>
        <w:br/>
        <w:t>f 7367/15281/14674 7366/15282/14675 7365/15283/14676</w:t>
        <w:br/>
        <w:t>f 7355/15271/14664 7360/15276/14669 7368/15284/14677</w:t>
        <w:br/>
        <w:t>f 7368/15284/14677 7360/15276/14669 7369/15285/14678</w:t>
        <w:br/>
        <w:t>f 7369/15285/14678 7360/15276/14669 7370/15286/14614</w:t>
        <w:br/>
        <w:t>f 7363/15277/14670 7372/15287/14679 7371/15288/14620</w:t>
        <w:br/>
        <w:t>f 7372/15287/14679 7363/15277/14670 7373/15289/14680</w:t>
        <w:br/>
        <w:t>f 7376/15290/14681 7375/15291/14682 7374/15292/14623</w:t>
        <w:br/>
        <w:t>f 7363/15277/14670 7361/15279/14672 7373/15289/14680</w:t>
        <w:br/>
        <w:t>f 7376/15290/14681 7357/15273/14666 7351/15267/14660</w:t>
        <w:br/>
        <w:t>f 7376/15290/14681 7351/15267/14660 7377/15293/14683</w:t>
        <w:br/>
        <w:t>f 7366/15282/14675 7367/15281/14674 7378/15294/14684</w:t>
        <w:br/>
        <w:t>f 7375/15291/14682 7376/15290/14681 7377/15293/14683</w:t>
        <w:br/>
        <w:t>f 7379/15295/14685 7378/15294/14684 7367/15281/14674</w:t>
        <w:br/>
        <w:t>f 7378/15294/14684 7381/15296/14686 7380/15297/14640</w:t>
        <w:br/>
        <w:t>f 7384/15298/14687 7383/15299/14688 7382/15300/14689</w:t>
        <w:br/>
        <w:t>f 7383/15299/14688 7384/15298/14687 7385/15301/14690</w:t>
        <w:br/>
        <w:t>f 7386/15302/14691 7385/15301/14690 7384/15298/14687</w:t>
        <w:br/>
        <w:t>f 7389/15303/14692 7388/15304/14693 7387/15305/14694</w:t>
        <w:br/>
        <w:t>f 7385/15301/14690 7386/15302/14691 7390/15306/14695</w:t>
        <w:br/>
        <w:t>f 7391/15307/14696 7390/15306/14695 7386/15302/14691</w:t>
        <w:br/>
        <w:t>f 7392/15308/14697 7387/15305/14694 7388/15304/14693</w:t>
        <w:br/>
        <w:t>f 7393/15309/14698 7392/15308/14697 7388/15304/14693</w:t>
        <w:br/>
        <w:t>f 7396/15310/14699 7395/15311/14700 7394/15312/14701</w:t>
        <w:br/>
        <w:t>f 7396/15310/14699 7397/15313/14702 7395/15311/14700</w:t>
        <w:br/>
        <w:t>f 7398/15314/14703 7395/15311/14700 7397/15313/14702</w:t>
        <w:br/>
        <w:t>f 7397/15313/14702 7399/15315/14704 7398/15314/14703</w:t>
        <w:br/>
        <w:t>f 7392/15308/14697 7393/15309/14698 7400/15316/14705</w:t>
        <w:br/>
        <w:t>f 7401/15317/14706 7398/15314/14703 7399/15315/14704</w:t>
        <w:br/>
        <w:t>f 7390/15306/14695 7391/15307/14696 7402/15318/14707</w:t>
        <w:br/>
        <w:t>f 7403/15319/14708 7402/15318/14707 7391/15307/14696</w:t>
        <w:br/>
        <w:t>f 7404/15320/14709 7400/15316/14705 7393/15309/14698</w:t>
        <w:br/>
        <w:t>f 7399/15315/14704 7405/15321/14710 7401/15317/14706</w:t>
        <w:br/>
        <w:t>f 7404/15320/14709 7393/15309/14698 7406/15322/14711</w:t>
        <w:br/>
        <w:t>f 7407/15323/14712 7401/15317/14706 7405/15321/14710</w:t>
        <w:br/>
        <w:t>f 7402/15318/14707 7403/15319/14708 7408/15324/14713</w:t>
        <w:br/>
        <w:t>f 7409/15325/14714 7404/15320/14709 7406/15322/14711</w:t>
        <w:br/>
        <w:t>f 7411/15326/14715 7403/15319/14708 7410/15327/14716</w:t>
        <w:br/>
        <w:t>f 7411/15326/14715 7408/15324/14713 7403/15319/14708</w:t>
        <w:br/>
        <w:t>f 7404/15320/14709 7409/15325/14714 7412/15328/14717</w:t>
        <w:br/>
        <w:t>f 7413/15329/14718 7412/15328/14717 7409/15325/14714</w:t>
        <w:br/>
        <w:t>f 7405/15321/14710 7414/15330/14719 7407/15323/14712</w:t>
        <w:br/>
        <w:t>f 7412/15328/14717 7413/15329/14718 7415/15331/14720</w:t>
        <w:br/>
        <w:t>f 7416/15332/14721 7407/15323/14712 7414/15330/14719</w:t>
        <w:br/>
        <w:t>f 7407/15323/14712 7416/15332/14721 7417/15333/14722</w:t>
        <w:br/>
        <w:t>f 7420/15334/14723 7419/15335/14724 7418/15336/14725</w:t>
        <w:br/>
        <w:t>f 7418/15336/14725 7421/15337/14726 7420/15334/14723</w:t>
        <w:br/>
        <w:t>f 7422/15338/14727 7420/15334/14723 7421/15337/14726</w:t>
        <w:br/>
        <w:t>f 7425/15339/14728 7424/15340/14729 7423/15341/14730</w:t>
        <w:br/>
        <w:t>f 7421/15337/14726 7426/15342/14731 7422/15338/14727</w:t>
        <w:br/>
        <w:t>f 7427/15343/14732 7422/15338/14727 7426/15342/14731</w:t>
        <w:br/>
        <w:t>f 7424/15340/14729 7425/15339/14728 7428/15344/14733</w:t>
        <w:br/>
        <w:t>f 7428/15344/14733 7429/15345/14734 7424/15340/14729</w:t>
        <w:br/>
        <w:t>f 7432/15346/14735 7431/15347/14736 7430/15348/14737</w:t>
        <w:br/>
        <w:t>f 7431/15347/14736 7432/15346/14735 7433/15349/14738</w:t>
        <w:br/>
        <w:t>f 7434/15350/14739 7433/15349/14738 7432/15346/14735</w:t>
        <w:br/>
        <w:t>f 7433/15349/14738 7434/15350/14739 7435/15351/14740</w:t>
        <w:br/>
        <w:t>f 7429/15345/14734 7428/15344/14733 7436/15352/14741</w:t>
        <w:br/>
        <w:t>f 7437/15353/14742 7435/15351/14740 7434/15350/14739</w:t>
        <w:br/>
        <w:t>f 7436/15352/14741 7438/15354/14743 7429/15345/14734</w:t>
        <w:br/>
        <w:t>f 7426/15342/14731 7439/15355/14744 7427/15343/14732</w:t>
        <w:br/>
        <w:t>f 7435/15351/14740 7437/15353/14742 7440/15356/14745</w:t>
        <w:br/>
        <w:t>f 7438/15354/14743 7436/15352/14741 7441/15357/14746</w:t>
        <w:br/>
        <w:t>f 7437/15353/14742 7443/15358/14747 7442/15359/14748</w:t>
        <w:br/>
        <w:t>f 7437/15353/14742 7442/15359/14748 7440/15356/14745</w:t>
        <w:br/>
        <w:t>f 7445/15360/14749 7441/15357/14746 7444/15361/14750</w:t>
        <w:br/>
        <w:t>f 7441/15357/14746 7445/15360/14749 7438/15354/14743</w:t>
        <w:br/>
        <w:t>f 7446/15362/14751 7427/15343/14732 7439/15355/14744</w:t>
        <w:br/>
        <w:t>f 7427/15343/14732 7446/15362/14751 7447/15363/14752</w:t>
        <w:br/>
        <w:t>f 7450/15364/14753 7449/15365/14754 7448/15366/14755</w:t>
        <w:br/>
        <w:t>f 7449/15365/14754 7450/15364/14753 7451/15367/14756</w:t>
        <w:br/>
        <w:t>f 7451/15367/14756 7452/15368/14757 7449/15365/14754</w:t>
        <w:br/>
        <w:t>f 7455/15369/14758 7454/15370/14759 7453/15371/14760</w:t>
        <w:br/>
        <w:t>f 7458/15372/14761 7457/15373/14762 7456/15374/14763</w:t>
        <w:br/>
        <w:t>f 7459/15375/14764 7456/15374/14763 7457/15373/14762</w:t>
        <w:br/>
        <w:t>f 7455/15369/14758 7460/15376/14765 7454/15370/14759</w:t>
        <w:br/>
        <w:t>f 7457/15373/14762 7461/15377/14766 7459/15375/14764</w:t>
        <w:br/>
        <w:t>f 7452/15368/14757 7451/15367/14756 7462/15378/14767</w:t>
        <w:br/>
        <w:t>f 7460/15376/14765 7463/15379/14768 7454/15370/14759</w:t>
        <w:br/>
        <w:t>f 7464/15380/14769 7459/15375/14764 7461/15377/14766</w:t>
        <w:br/>
        <w:t>f 7463/15379/14768 7460/15376/14765 7465/15381/14770</w:t>
        <w:br/>
        <w:t>f 7464/15380/14769 7461/15377/14766 7466/15382/14771</w:t>
        <w:br/>
        <w:t>f 7462/15378/14767 7467/15383/14772 7452/15368/14757</w:t>
        <w:br/>
        <w:t>f 7465/15381/14770 7468/15384/14773 7463/15379/14768</w:t>
        <w:br/>
        <w:t>f 7467/15383/14772 7469/15385/14774 7452/15368/14757</w:t>
        <w:br/>
        <w:t>f 7470/15386/14775 7464/15380/14769 7466/15382/14771</w:t>
        <w:br/>
        <w:t>f 7468/15384/14773 7465/15381/14770 7471/15387/14776</w:t>
        <w:br/>
        <w:t>f 7466/15382/14771 7472/15388/14777 7470/15386/14775</w:t>
        <w:br/>
        <w:t>f 7471/15387/14776 7473/15389/14778 7468/15384/14773</w:t>
        <w:br/>
        <w:t>f 7472/15388/14777 7466/15382/14771 7474/15390/14779</w:t>
        <w:br/>
        <w:t>f 7475/15391/14780 7472/15388/14777 7474/15390/14779</w:t>
        <w:br/>
        <w:t>f 7476/15392/14781 7472/15388/14777 7475/15391/14780</w:t>
        <w:br/>
        <w:t>f 7478/15393/14782 7473/15389/14778 7477/15394/14783</w:t>
        <w:br/>
        <w:t>f 7473/15389/14778 7479/15395/14784 7468/15384/14773</w:t>
        <w:br/>
        <w:t>f 7473/15389/14778 7478/15393/14782 7479/15395/14784</w:t>
        <w:br/>
        <w:t>f 7467/15383/14772 7480/15396/14785 7469/15385/14774</w:t>
        <w:br/>
        <w:t>f 7481/15397/14786 7469/15385/14774 7480/15396/14785</w:t>
        <w:br/>
        <w:t>f 7480/15396/14785 7482/15398/14787 7481/15397/14786</w:t>
        <w:br/>
        <w:t>f 7483/15399/14788 7481/15397/14786 7482/15398/14787</w:t>
        <w:br/>
        <w:t>f 7486/15400/14789 7485/15401/14790 7484/15402/14791</w:t>
        <w:br/>
        <w:t>f 7487/15403/14792 7484/15402/14791 7485/15401/14790</w:t>
        <w:br/>
        <w:t>f 7488/15404/14793 7487/15403/14792 7485/15401/14790</w:t>
        <w:br/>
        <w:t>f 7491/15405/14794 7490/15406/14795 7489/15407/14796</w:t>
        <w:br/>
        <w:t>f 7494/15408/14797 7493/15409/14798 7492/15410/14799</w:t>
        <w:br/>
        <w:t>f 7493/15409/14798 7494/15408/14797 7495/15411/14800</w:t>
        <w:br/>
        <w:t>f 7490/15406/14795 7491/15405/14794 7496/15412/14801</w:t>
        <w:br/>
        <w:t>f 7495/15411/14800 7497/15413/14802 7493/15409/14798</w:t>
        <w:br/>
        <w:t>f 7498/15414/14803 7496/15412/14801 7491/15405/14794</w:t>
        <w:br/>
        <w:t>f 7497/15413/14802 7495/15411/14800 7499/15415/14804</w:t>
        <w:br/>
        <w:t>f 7487/15403/14792 7488/15404/14793 7500/15416/14805</w:t>
        <w:br/>
        <w:t>f 7498/15414/14803 7491/15405/14794 7501/15417/14806</w:t>
        <w:br/>
        <w:t>f 7488/15404/14793 7502/15418/14807 7500/15416/14805</w:t>
        <w:br/>
        <w:t>f 7503/15419/14808 7498/15414/14803 7501/15417/14806</w:t>
        <w:br/>
        <w:t>f 7502/15418/14807 7488/15404/14793 7504/15420/14809</w:t>
        <w:br/>
        <w:t>f 7505/15421/14810 7502/15418/14807 7504/15420/14809</w:t>
        <w:br/>
        <w:t>f 7506/15422/14811 7497/15413/14802 7499/15415/14804</w:t>
        <w:br/>
        <w:t>f 7498/15414/14803 7503/15419/14808 7507/15423/14812</w:t>
        <w:br/>
        <w:t>f 7497/15413/14802 7506/15422/14811 7508/15424/14813</w:t>
        <w:br/>
        <w:t>f 7506/15422/14811 7509/15425/14814 7508/15424/14813</w:t>
        <w:br/>
        <w:t>f 7510/15426/14815 7502/15418/14807 7505/15421/14810</w:t>
        <w:br/>
        <w:t>f 7511/15427/14816 7507/15423/14812 7503/15419/14808</w:t>
        <w:br/>
        <w:t>f 7513/15428/14817 7505/15421/14810 7512/15429/14818</w:t>
        <w:br/>
        <w:t>f 7505/15421/14810 7513/15428/14817 7510/15426/14815</w:t>
        <w:br/>
        <w:t>f 7507/15423/14812 7511/15427/14816 7514/15430/14819</w:t>
        <w:br/>
        <w:t>f 7515/15431/14820 7514/15430/14819 7511/15427/14816</w:t>
        <w:br/>
        <w:t>f 7509/15425/14814 7506/15422/14811 7516/15432/14821</w:t>
        <w:br/>
        <w:t>f 7514/15430/14819 7515/15431/14820 7517/15433/14822</w:t>
        <w:br/>
        <w:t>f 7518/15434/14823 7509/15425/14814 7516/15432/14821</w:t>
        <w:br/>
        <w:t>f 7509/15425/14814 7518/15434/14823 7519/15435/14824</w:t>
        <w:br/>
        <w:t>f 7522/15436/14825 7521/15437/14826 7520/15438/14826</w:t>
        <w:br/>
        <w:t>f 7523/15439/14827 7521/15437/14826 7522/15436/14825</w:t>
        <w:br/>
        <w:t>f 7524/15440/14828 7523/15439/14827 7522/15436/14825</w:t>
        <w:br/>
        <w:t>f 7527/15441/14829 7526/15442/14830 7525/15443/14831</w:t>
        <w:br/>
        <w:t>f 7523/15439/14827 7524/15440/14828 7528/15444/14832</w:t>
        <w:br/>
        <w:t>f 7529/15445/14833 7528/15444/14832 7524/15440/14828</w:t>
        <w:br/>
        <w:t>f 7530/15446/14834 7527/15441/14829 7525/15443/14831</w:t>
        <w:br/>
        <w:t>f 7531/15447/14835 7530/15446/14834 7525/15443/14831</w:t>
        <w:br/>
        <w:t>f 7534/15448/14836 7533/15449/14837 7532/15450/14836</w:t>
        <w:br/>
        <w:t>f 7533/15449/14837 7534/15448/14836 7535/15451/14838</w:t>
        <w:br/>
        <w:t>f 7535/15451/14838 7536/15452/14839 7533/15449/14837</w:t>
        <w:br/>
        <w:t>f 7530/15446/14834 7531/15447/14835 7537/15453/14840</w:t>
        <w:br/>
        <w:t>f 7536/15452/14839 7535/15451/14838 7538/15454/14841</w:t>
        <w:br/>
        <w:t>f 7539/15455/14842 7528/15444/14832 7529/15445/14833</w:t>
        <w:br/>
        <w:t>f 7540/15456/14843 7537/15453/14840 7531/15447/14835</w:t>
        <w:br/>
        <w:t>f 7542/15457/14844 7529/15445/14833 7541/15458/14845</w:t>
        <w:br/>
        <w:t>f 7529/15445/14833 7542/15457/14844 7539/15455/14842</w:t>
        <w:br/>
        <w:t>f 7544/15459/14846 7540/15456/14843 7543/15460/14847</w:t>
        <w:br/>
        <w:t>f 7545/15461/14848 7536/15452/14839 7538/15454/14841</w:t>
        <w:br/>
        <w:t>f 7537/15453/14840 7540/15456/14843 7546/15462/14849</w:t>
        <w:br/>
        <w:t>f 7544/15459/14846 7546/15462/14849 7540/15456/14843</w:t>
        <w:br/>
        <w:t>f 7536/15452/14839 7545/15461/14848 7547/15463/14850</w:t>
        <w:br/>
        <w:t>f 7548/15464/14851 7547/15463/14850 7545/15461/14848</w:t>
        <w:br/>
        <w:t>f 7547/15463/14850 7548/15464/14851 7549/15465/14852</w:t>
        <w:br/>
        <w:t>f 7552/15466/14853 7551/15467/14854 7550/15468/14855</w:t>
        <w:br/>
        <w:t>f 7551/15467/14854 7552/15466/14853 7553/15469/14856</w:t>
        <w:br/>
        <w:t>f 7553/15469/14856 7554/15470/14857 7551/15467/14854</w:t>
        <w:br/>
        <w:t>f 7557/15471/14858 7556/15472/14859 7555/15473/14860</w:t>
        <w:br/>
        <w:t>f 7554/15470/14857 7553/15469/14856 7558/15474/14861</w:t>
        <w:br/>
        <w:t>f 7558/15474/14861 7559/15475/14862 7554/15470/14857</w:t>
        <w:br/>
        <w:t>f 7556/15472/14859 7557/15471/14858 7560/15476/14863</w:t>
        <w:br/>
        <w:t>f 7560/15476/14863 7561/15477/14864 7556/15472/14859</w:t>
        <w:br/>
        <w:t>f 7559/15475/14862 7558/15474/14861 7562/15478/14865</w:t>
        <w:br/>
        <w:t>f 7562/15478/14865 7563/15479/14866 7559/15475/14862</w:t>
        <w:br/>
        <w:t>f 7561/15477/14864 7560/15476/14863 7564/15480/14867</w:t>
        <w:br/>
        <w:t>f 7564/15480/14867 7565/15481/14868 7561/15477/14864</w:t>
        <w:br/>
        <w:t>f 7568/15482/14869 7567/15483/14870 7566/15484/14871</w:t>
        <w:br/>
        <w:t>f 7566/15484/14871 7567/15483/14870 7569/15485/14872</w:t>
        <w:br/>
        <w:t>f 7572/15486/14873 7571/15487/14874 7570/15488/14875</w:t>
        <w:br/>
        <w:t>f 7573/15489/14876 7570/15488/14875 7571/15487/14874</w:t>
        <w:br/>
        <w:t>f 7573/15489/14876 7571/15487/14874 7574/15490/14877</w:t>
        <w:br/>
        <w:t>f 7566/15484/14871 7575/15491/14878 7568/15482/14869</w:t>
        <w:br/>
        <w:t>f 7576/15492/14879 7568/15482/14869 7575/15491/14878</w:t>
        <w:br/>
        <w:t>f 7577/15493/14880 7573/15489/14876 7574/15490/14877</w:t>
        <w:br/>
        <w:t>f 7578/15494/14881 7577/15493/14880 7574/15490/14877</w:t>
        <w:br/>
        <w:t>f 7575/15491/14878 7579/15495/14882 7576/15492/14879</w:t>
        <w:br/>
        <w:t>f 7580/15496/14883 7577/15493/14880 7578/15494/14881</w:t>
        <w:br/>
        <w:t>f 7581/15497/14884 7580/15496/14883 7578/15494/14881</w:t>
        <w:br/>
        <w:t>f 7582/15498/14885 7576/15492/14879 7579/15495/14882</w:t>
        <w:br/>
        <w:t>f 7565/15481/14868 7564/15480/14867 7583/15499/14886</w:t>
        <w:br/>
        <w:t>f 7584/15500/14887 7580/15496/14883 7581/15497/14884</w:t>
        <w:br/>
        <w:t>f 7579/15495/14882 7585/15501/14888 7582/15498/14885</w:t>
        <w:br/>
        <w:t>f 7583/15499/14886 7586/15502/14889 7565/15481/14868</w:t>
        <w:br/>
        <w:t>f 7563/15479/14866 7562/15478/14865 7587/15503/14890</w:t>
        <w:br/>
        <w:t>f 7588/15504/14891 7582/15498/14885 7585/15501/14888</w:t>
        <w:br/>
        <w:t>f 7586/15502/14889 7583/15499/14886 7589/15505/14892</w:t>
        <w:br/>
        <w:t>f 7581/15497/14884 7590/15506/14893 7584/15500/14887</w:t>
        <w:br/>
        <w:t>f 7590/15506/14893 7581/15497/14884 7591/15507/14894</w:t>
        <w:br/>
        <w:t>f 7585/15501/14888 7592/15508/14895 7588/15504/14891</w:t>
        <w:br/>
        <w:t>f 7593/15509/14896 7586/15502/14889 7589/15505/14892</w:t>
        <w:br/>
        <w:t>f 7592/15508/14895 7585/15501/14888 7594/15510/14897</w:t>
        <w:br/>
        <w:t>f 7563/15479/14866 7587/15503/14890 7595/15511/14898</w:t>
        <w:br/>
        <w:t>f 7586/15502/14889 7593/15509/14896 7596/15512/14899</w:t>
        <w:br/>
        <w:t>f 7597/15513/14900 7563/15479/14866 7595/15511/14898</w:t>
        <w:br/>
        <w:t>f 7594/15510/14897 7598/15514/14901 7592/15508/14895</w:t>
        <w:br/>
        <w:t>f 7601/15515/14902 7600/15516/14903 7599/15517/14904</w:t>
        <w:br/>
        <w:t>f 7604/15518/14905 7603/15519/14906 7602/15520/14907</w:t>
        <w:br/>
        <w:t>f 7598/15514/14901 7594/15510/14897 7605/15521/14908</w:t>
        <w:br/>
        <w:t>f 7603/15519/14906 7604/15518/14905 7606/15522/14909</w:t>
        <w:br/>
        <w:t>f 7595/15511/14898 7607/15523/14910 7597/15513/14900</w:t>
        <w:br/>
        <w:t>f 7600/15516/14903 7601/15515/14902 7608/15524/14911</w:t>
        <w:br/>
        <w:t>f 7597/15513/14900 7607/15523/14910 7609/15525/14912</w:t>
        <w:br/>
        <w:t>f 7607/15523/14910 7610/15526/14913 7609/15525/14912</w:t>
        <w:br/>
        <w:t>f 7606/15522/14909 7611/15527/14914 7603/15519/14906</w:t>
        <w:br/>
        <w:t>f 7605/15521/14908 7612/15528/14915 7598/15514/14901</w:t>
        <w:br/>
        <w:t>f 7611/15527/14914 7606/15522/14909 7613/15529/14916</w:t>
        <w:br/>
        <w:t>f 7601/15515/14902 7614/15530/14917 7608/15524/14911</w:t>
        <w:br/>
        <w:t>f 7615/15531/14918 7598/15514/14901 7612/15528/14915</w:t>
        <w:br/>
        <w:t>f 7610/15526/14913 7607/15523/14910 7616/15532/14919</w:t>
        <w:br/>
        <w:t>f 7617/15533/14920 7608/15524/14911 7614/15530/14917</w:t>
        <w:br/>
        <w:t>f 7616/15532/14919 7618/15534/14921 7610/15526/14913</w:t>
        <w:br/>
        <w:t>f 7613/15529/14916 7619/15535/14922 7611/15527/14914</w:t>
        <w:br/>
        <w:t>f 7620/15536/14923 7615/15531/14918 7612/15528/14915</w:t>
        <w:br/>
        <w:t>f 7619/15535/14922 7613/15529/14916 7621/15537/14924</w:t>
        <w:br/>
        <w:t>f 7614/15530/14917 7622/15538/14925 7617/15533/14920</w:t>
        <w:br/>
        <w:t>f 7615/15531/14918 7620/15536/14923 7623/15539/14926</w:t>
        <w:br/>
        <w:t>f 7618/15534/14921 7616/15532/14919 7624/15540/14927</w:t>
        <w:br/>
        <w:t>f 7617/15533/14920 7622/15538/14925 7625/15541/14928</w:t>
        <w:br/>
        <w:t>f 7624/15540/14927 7626/15542/14929 7618/15534/14921</w:t>
        <w:br/>
        <w:t>f 7622/15538/14925 7627/15543/14930 7625/15541/14928</w:t>
        <w:br/>
        <w:t>f 7625/15541/14928 7627/15543/14930 7628/15544/14931</w:t>
        <w:br/>
        <w:t>f 7620/15536/14923 7629/15545/14932 7623/15539/14926</w:t>
        <w:br/>
        <w:t>f 7630/15546/14933 7618/15534/14921 7626/15542/14929</w:t>
        <w:br/>
        <w:t>f 7621/15537/14924 7631/15547/14934 7619/15535/14922</w:t>
        <w:br/>
        <w:t>f 7629/15545/14932 7620/15536/14923 7632/15548/14935</w:t>
        <w:br/>
        <w:t>f 7631/15547/14934 7621/15537/14924 7633/15549/14936</w:t>
        <w:br/>
        <w:t>f 7626/15542/14929 7634/15550/14937 7630/15546/14933</w:t>
        <w:br/>
        <w:t>f 7627/15543/14930 7635/15551/14938 7628/15544/14931</w:t>
        <w:br/>
        <w:t>f 7630/15546/14933 7634/15550/14937 7636/15552/14939</w:t>
        <w:br/>
        <w:t>f 7632/15548/14935 7637/15553/14940 7629/15545/14932</w:t>
        <w:br/>
        <w:t>f 7635/15551/14938 7627/15543/14930 7638/15554/14941</w:t>
        <w:br/>
        <w:t>f 7633/15549/14936 7639/15555/14942 7631/15547/14934</w:t>
        <w:br/>
        <w:t>f 7637/15553/14940 7632/15548/14935 7640/15556/14943</w:t>
        <w:br/>
        <w:t>f 7639/15555/14942 7633/15549/14936 7641/15557/14944</w:t>
        <w:br/>
        <w:t>f 7642/15558/14945 7639/15555/14942 7641/15557/14944</w:t>
        <w:br/>
        <w:t>f 7643/15559/14946 7639/15555/14942 7642/15558/14945</w:t>
        <w:br/>
        <w:t>f 7644/15560/14947 7636/15552/14939 7634/15550/14937</w:t>
        <w:br/>
        <w:t>f 7638/15554/14941 7645/15561/14948 7635/15551/14938</w:t>
        <w:br/>
        <w:t>f 7636/15552/14939 7644/15560/14947 7646/15562/14949</w:t>
        <w:br/>
        <w:t>f 7644/15560/14947 7647/15563/14950 7646/15562/14949</w:t>
        <w:br/>
        <w:t>f 7640/15556/14943 7648/15564/14951 7637/15553/14940</w:t>
        <w:br/>
        <w:t>f 7645/15561/14948 7638/15554/14941 7649/15565/14952</w:t>
        <w:br/>
        <w:t>f 7648/15564/14951 7640/15556/14943 7650/15566/14953</w:t>
        <w:br/>
        <w:t>f 7649/15565/14952 7651/15567/14954 7645/15561/14948</w:t>
        <w:br/>
        <w:t>f 7647/15563/14950 7644/15560/14947 7652/15568/14955</w:t>
        <w:br/>
        <w:t>f 7650/15566/14953 7653/15569/14956 7648/15564/14951</w:t>
        <w:br/>
        <w:t>f 7642/15558/14945 7654/15570/14957 7643/15559/14946</w:t>
        <w:br/>
        <w:t>f 7651/15567/14954 7649/15565/14952 7655/15571/14958</w:t>
        <w:br/>
        <w:t>f 7648/15564/14951 7653/15569/14956 7656/15572/14959</w:t>
        <w:br/>
        <w:t>f 7657/15573/14960 7647/15563/14950 7652/15568/14955</w:t>
        <w:br/>
        <w:t>f 7655/15571/14958 7658/15574/14961 7651/15567/14954</w:t>
        <w:br/>
        <w:t>f 7659/15575/14962 7647/15563/14950 7657/15573/14960</w:t>
        <w:br/>
        <w:t>f 7657/15573/14960 7660/15576/14963 7659/15575/14962</w:t>
        <w:br/>
        <w:t>f 7654/15570/14957 7642/15558/14945 7661/15577/14964</w:t>
        <w:br/>
        <w:t>f 7661/15577/14964 7662/15578/14965 7654/15570/14957</w:t>
        <w:br/>
        <w:t>f 7658/15574/14961 7655/15571/14958 7663/15579/14966</w:t>
        <w:br/>
        <w:t>f 7653/15569/14956 7664/15580/14967 7656/15572/14959</w:t>
        <w:br/>
        <w:t>f 7665/15581/14968 7654/15570/14957 7662/15578/14965</w:t>
        <w:br/>
        <w:t>f 7664/15580/14967 7653/15569/14956 7666/15582/14969</w:t>
        <w:br/>
        <w:t>f 7662/15578/14965 7667/15583/14970 7665/15581/14968</w:t>
        <w:br/>
        <w:t>f 7668/15584/14971 7665/15581/14968 7667/15583/14970</w:t>
        <w:br/>
        <w:t>f 7669/15585/14972 7664/15580/14967 7666/15582/14969</w:t>
        <w:br/>
        <w:t>f 7667/15583/14970 7670/15586/14973 7668/15584/14971</w:t>
        <w:br/>
        <w:t>f 7663/15579/14966 7671/15587/14974 7658/15574/14961</w:t>
        <w:br/>
        <w:t>f 7660/15576/14963 7657/15573/14960 7672/15588/14975</w:t>
        <w:br/>
        <w:t>f 7672/15588/14975 7673/15589/14976 7660/15576/14963</w:t>
        <w:br/>
        <w:t>f 7664/15580/14967 7669/15585/14972 7674/15590/14977</w:t>
        <w:br/>
        <w:t>f 7671/15587/14974 7663/15579/14966 7675/15591/14978</w:t>
        <w:br/>
        <w:t>f 7676/15592/14979 7668/15584/14971 7670/15586/14973</w:t>
        <w:br/>
        <w:t>f 7669/15585/14972 7677/15593/14980 7674/15590/14977</w:t>
        <w:br/>
        <w:t>f 7673/15589/14976 7672/15588/14975 7678/15594/14981</w:t>
        <w:br/>
        <w:t>f 7675/15591/14978 7679/15595/14982 7671/15587/14974</w:t>
        <w:br/>
        <w:t>f 7680/15596/14983 7674/15590/14977 7677/15593/14980</w:t>
        <w:br/>
        <w:t>f 7679/15595/14982 7675/15591/14978 7681/15597/14984</w:t>
        <w:br/>
        <w:t>f 7670/15586/14973 7682/15598/14985 7676/15592/14979</w:t>
        <w:br/>
        <w:t>f 7682/15598/14985 7670/15586/14973 7683/15599/14986</w:t>
        <w:br/>
        <w:t>f 7677/15593/14980 7684/15600/14987 7680/15596/14983</w:t>
        <w:br/>
        <w:t>f 7684/15600/14987 7677/15593/14980 7685/15601/14988</w:t>
        <w:br/>
        <w:t>f 7679/15595/14982 7681/15597/14984 7686/15602/14989</w:t>
        <w:br/>
        <w:t>f 7683/15599/14986 7687/15603/14990 7682/15598/14985</w:t>
        <w:br/>
        <w:t>f 7685/15601/14988 7688/15604/14991 7684/15600/14987</w:t>
        <w:br/>
        <w:t>f 7687/15603/14990 7683/15599/14986 7689/15605/14992</w:t>
        <w:br/>
        <w:t>f 7689/15605/14992 7690/15606/14993 7687/15603/14990</w:t>
        <w:br/>
        <w:t>f 7691/15607/14994 7679/15595/14982 7686/15602/14989</w:t>
        <w:br/>
        <w:t>f 7678/15594/14981 7692/15608/14995 7673/15589/14976</w:t>
        <w:br/>
        <w:t>f 7693/15609/14996 7673/15589/14976 7692/15608/14995</w:t>
        <w:br/>
        <w:t>f 7692/15608/14995 7694/15610/14997 7693/15609/14996</w:t>
        <w:br/>
        <w:t>f 7684/15600/14987 7688/15604/14991 7695/15611/14998</w:t>
        <w:br/>
        <w:t>f 7686/15602/14989 7696/15612/14999 7691/15607/14994</w:t>
        <w:br/>
        <w:t>f 7694/15610/14997 7692/15608/14995 7697/15613/15000</w:t>
        <w:br/>
        <w:t>f 7691/15607/14994 7696/15612/14999 7698/15614/15001</w:t>
        <w:br/>
        <w:t>f 7697/15613/15000 7699/15615/15002 7694/15610/14997</w:t>
        <w:br/>
        <w:t>f 7700/15616/15003 7695/15611/14998 7688/15604/14991</w:t>
        <w:br/>
        <w:t>f 7701/15617/15004 7687/15603/14990 7690/15606/14993</w:t>
        <w:br/>
        <w:t>f 7702/15618/15005 7701/15617/15004 7690/15606/14993</w:t>
        <w:br/>
        <w:t>f 7703/15619/15006 7698/15614/15001 7696/15612/14999</w:t>
        <w:br/>
        <w:t>f 7695/15611/14998 7700/15616/15003 7704/15620/15007</w:t>
        <w:br/>
        <w:t>f 7699/15615/15002 7697/15613/15000 7705/15621/15008</w:t>
        <w:br/>
        <w:t>f 7698/15614/15001 7703/15619/15006 7706/15622/15009</w:t>
        <w:br/>
        <w:t>f 7707/15623/15010 7699/15615/15002 7705/15621/15008</w:t>
        <w:br/>
        <w:t>f 7703/15619/15006 7708/15624/15011 7706/15622/15009</w:t>
        <w:br/>
        <w:t>f 7699/15615/15002 7707/15623/15010 7709/15625/15012</w:t>
        <w:br/>
        <w:t>f 7700/15616/15003 7710/15626/15013 7704/15620/15007</w:t>
        <w:br/>
        <w:t>f 7708/15624/15011 7703/15619/15006 7711/15627/15014</w:t>
        <w:br/>
        <w:t>f 7701/15617/15004 7702/15618/15005 7712/15628/15015</w:t>
        <w:br/>
        <w:t>f 7710/15626/15013 7700/15616/15003 7713/15629/15016</w:t>
        <w:br/>
        <w:t>f 7702/15618/15005 7714/15630/15017 7712/15628/15015</w:t>
        <w:br/>
        <w:t>f 7713/15629/15016 7715/15631/15018 7710/15626/15013</w:t>
        <w:br/>
        <w:t>f 7711/15627/15014 7716/15632/15019 7708/15624/15011</w:t>
        <w:br/>
        <w:t>f 7715/15631/15018 7713/15629/15016 7717/15633/15020</w:t>
        <w:br/>
        <w:t>f 7718/15634/15021 7709/15625/15012 7707/15623/15010</w:t>
        <w:br/>
        <w:t>f 7708/15624/15011 7716/15632/15019 7719/15635/15022</w:t>
        <w:br/>
        <w:t>f 7709/15625/15012 7718/15634/15021 7720/15636/15023</w:t>
        <w:br/>
        <w:t>f 7714/15630/15017 7702/15618/15005 7721/15637/15024</w:t>
        <w:br/>
        <w:t>f 7722/15638/15025 7714/15630/15017 7721/15637/15024</w:t>
        <w:br/>
        <w:t>f 7723/15639/15026 7720/15636/15023 7718/15634/15021</w:t>
        <w:br/>
        <w:t>f 7716/15632/15019 7724/15640/15027 7719/15635/15022</w:t>
        <w:br/>
        <w:t>f 7725/15641/15028 7720/15636/15023 7723/15639/15026</w:t>
        <w:br/>
        <w:t>f 7717/15633/15020 7726/15642/15029 7715/15631/15018</w:t>
        <w:br/>
        <w:t>f 7724/15640/15027 7716/15632/15019 7727/15643/15030</w:t>
        <w:br/>
        <w:t>f 7714/15630/15017 7722/15638/15025 7728/15644/15031</w:t>
        <w:br/>
        <w:t>f 7726/15642/15029 7717/15633/15020 7729/15645/15032</w:t>
        <w:br/>
        <w:t>f 7730/15646/15033 7728/15644/15031 7722/15638/15025</w:t>
        <w:br/>
        <w:t>f 7731/15647/15034 7724/15640/15027 7727/15643/15030</w:t>
        <w:br/>
        <w:t>f 7729/15645/15032 7732/15648/15035 7726/15642/15029</w:t>
        <w:br/>
        <w:t>f 7725/15641/15028 7723/15639/15026 7733/15649/15036</w:t>
        <w:br/>
        <w:t>f 7724/15640/15027 7731/15647/15034 7734/15650/15037</w:t>
        <w:br/>
        <w:t>f 7735/15651/15038 7725/15641/15028 7733/15649/15036</w:t>
        <w:br/>
        <w:t>f 7728/15644/15031 7730/15646/15033 7736/15652/15039</w:t>
        <w:br/>
        <w:t>f 7732/15648/15035 7729/15645/15032 7737/15653/15040</w:t>
        <w:br/>
        <w:t>f 7730/15646/15033 7738/15654/15041 7736/15652/15039</w:t>
        <w:br/>
        <w:t>f 7736/15652/15039 7738/15654/15041 7739/15655/14875</w:t>
        <w:br/>
        <w:t>f 7741/15656/14870 7737/15653/15040 7740/15657/14872</w:t>
        <w:br/>
        <w:t>f 7737/15653/15040 7741/15656/14870 7732/15648/15035</w:t>
        <w:br/>
        <w:t>f 7743/15658/14860 7731/15647/15034 7742/15659/14858</w:t>
        <w:br/>
        <w:t>f 7731/15647/15034 7743/15658/14860 7734/15650/15037</w:t>
        <w:br/>
        <w:t>f 7744/15660/14853 7735/15651/15038 7733/15649/15036</w:t>
        <w:br/>
        <w:t>f 7745/15661/15042 7735/15651/15038 7744/15660/14853</w:t>
        <w:br/>
        <w:t>f 7748/15662/15043 7747/15663/15044 7746/15664/15045</w:t>
        <w:br/>
        <w:t>f 7747/15663/15044 7748/15662/15043 7749/15665/15046</w:t>
        <w:br/>
        <w:t>f 7749/15665/15046 7750/15666/15047 7747/15663/15044</w:t>
        <w:br/>
        <w:t>f 7753/15667/15048 7752/15668/15049 7751/15669/15050</w:t>
        <w:br/>
        <w:t>f 7750/15666/15047 7749/15665/15046 7754/15670/15051</w:t>
        <w:br/>
        <w:t>f 7754/15670/15051 7755/15671/15052 7750/15666/15047</w:t>
        <w:br/>
        <w:t>f 7752/15668/15049 7753/15667/15048 7756/15672/15053</w:t>
        <w:br/>
        <w:t>f 7759/15673/15054 7758/15674/15055 7757/15675/15056</w:t>
        <w:br/>
        <w:t>f 7761/15676/15057 7752/15668/15049 7760/15677/15058</w:t>
        <w:br/>
        <w:t>f 7756/15672/15053 7760/15677/15058 7752/15668/15049</w:t>
        <w:br/>
        <w:t>f 7755/15671/15052 7754/15670/15051 7762/15678/15059</w:t>
        <w:br/>
        <w:t>f 7760/15677/15058 7763/15679/15060 7761/15676/15057</w:t>
        <w:br/>
        <w:t>f 7762/15678/15059 7764/15680/15061 7755/15671/15052</w:t>
        <w:br/>
        <w:t>f 7766/15681/15062 7759/15673/15054 7765/15682/15063</w:t>
        <w:br/>
        <w:t>f 7765/15682/15063 7759/15673/15054 7757/15675/15056</w:t>
        <w:br/>
        <w:t>f 7764/15680/15061 7762/15678/15059 7767/15683/15064</w:t>
        <w:br/>
        <w:t>f 7767/15683/15064 7768/15684/15065 7764/15680/15061</w:t>
        <w:br/>
        <w:t>f 7771/15685/15066 7770/15686/15067 7769/15687/15068</w:t>
        <w:br/>
        <w:t>f 7771/15685/15066 7769/15687/15068 7772/15688/15069</w:t>
        <w:br/>
        <w:t>f 7768/15684/15065 7767/15683/15064 7773/15689/15070</w:t>
        <w:br/>
        <w:t>f 7773/15689/15070 7774/15690/15071 7768/15684/15065</w:t>
        <w:br/>
        <w:t>f 7772/15688/15069 7775/15691/15072 7771/15685/15066</w:t>
        <w:br/>
        <w:t>f 7776/15692/15073 7775/15691/15072 7772/15688/15069</w:t>
        <w:br/>
        <w:t>f 7766/15681/15062 7765/15682/15063 7777/15693/15074</w:t>
        <w:br/>
        <w:t>f 7770/15686/15067 7771/15685/15066 7778/15694/15075</w:t>
        <w:br/>
        <w:t>f 7770/15686/15067 7778/15694/15075 7779/15695/15076</w:t>
        <w:br/>
        <w:t>f 7779/15695/15076 7780/15696/15077 7770/15686/15067</w:t>
        <w:br/>
        <w:t>f 7757/15675/15056 7758/15674/15055 7781/15697/15078</w:t>
        <w:br/>
        <w:t>f 7777/15693/15074 7782/15698/15079 7766/15681/15062</w:t>
        <w:br/>
        <w:t>f 7763/15679/15060 7760/15677/15058 7783/15699/15080</w:t>
        <w:br/>
        <w:t>f 7783/15699/15080 7784/15700/15081 7763/15679/15060</w:t>
        <w:br/>
        <w:t>f 7785/15701/15082 7775/15691/15072 7776/15692/15073</w:t>
        <w:br/>
        <w:t>f 7786/15702/15083 7782/15698/15079 7777/15693/15074</w:t>
        <w:br/>
        <w:t>f 7787/15703/15084 7785/15701/15082 7776/15692/15073</w:t>
        <w:br/>
        <w:t>f 7784/15700/15081 7783/15699/15080 7788/15704/15085</w:t>
        <w:br/>
        <w:t>f 7782/15698/15079 7786/15702/15083 7789/15705/15086</w:t>
        <w:br/>
        <w:t>f 7788/15704/15085 7790/15706/15087 7784/15700/15081</w:t>
        <w:br/>
        <w:t>f 7791/15707/15088 7785/15701/15082 7787/15703/15084</w:t>
        <w:br/>
        <w:t>f 7792/15708/15089 7789/15705/15086 7786/15702/15083</w:t>
        <w:br/>
        <w:t>f 7790/15706/15087 7788/15704/15085 7793/15709/15090</w:t>
        <w:br/>
        <w:t>f 7794/15710/15091 7789/15705/15086 7792/15708/15089</w:t>
        <w:br/>
        <w:t>f 7795/15711/15092 7790/15706/15087 7793/15709/15090</w:t>
        <w:br/>
        <w:t>f 7792/15708/15089 7796/15712/15093 7794/15710/15091</w:t>
        <w:br/>
        <w:t>f 7787/15703/15084 7797/15713/15094 7791/15707/15088</w:t>
        <w:br/>
        <w:t>f 7796/15712/15093 7792/15708/15089 7798/15714/15095</w:t>
        <w:br/>
        <w:t>f 7797/15713/15094 7787/15703/15084 7799/15715/15096</w:t>
        <w:br/>
        <w:t>f 7800/15716/15097 7797/15713/15094 7799/15715/15096</w:t>
        <w:br/>
        <w:t>f 7790/15706/15087 7795/15711/15092 7801/15717/15098</w:t>
        <w:br/>
        <w:t>f 7774/15690/15071 7773/15689/15070 7802/15718/15099</w:t>
        <w:br/>
        <w:t>f 7797/15713/15094 7800/15716/15097 7803/15719/15100</w:t>
        <w:br/>
        <w:t>f 7800/15716/15097 7804/15720/15077 7803/15719/15100</w:t>
        <w:br/>
        <w:t>f 7804/15720/15077 7805/15721/15076 7803/15719/15100</w:t>
        <w:br/>
        <w:t>f 7807/15722/15101 7798/15714/15095 7806/15723/15102</w:t>
        <w:br/>
        <w:t>f 7808/15724/15078 7807/15722/15101 7806/15723/15102</w:t>
        <w:br/>
        <w:t>f 7798/15714/15095 7807/15722/15101 7796/15712/15093</w:t>
        <w:br/>
        <w:t>f 7809/15725/15055 7807/15722/15101 7808/15724/15078</w:t>
        <w:br/>
        <w:t>f 7812/15726/15103 7811/15727/15048 7810/15728/15104</w:t>
        <w:br/>
        <w:t>f 7810/15728/15104 7795/15711/15092 7812/15726/15103</w:t>
        <w:br/>
        <w:t>f 7795/15711/15092 7810/15728/15104 7801/15717/15098</w:t>
        <w:br/>
        <w:t>f 7802/15718/15099 7813/15729/15105 7774/15690/15071</w:t>
        <w:br/>
        <w:t>f 7774/15690/15071 7813/15729/15105 7814/15730/15106</w:t>
        <w:br/>
        <w:t>f 7813/15729/15105 7815/15731/15045 7814/15730/15106</w:t>
        <w:br/>
        <w:t>f 7815/15731/15045 7813/15729/15105 7816/15732/15043</w:t>
        <w:br/>
        <w:t>f 7810/15728/15104 7811/15727/15048 7817/15733/15050</w:t>
        <w:br/>
        <w:t>f 7820/15734/15107 7819/15735/15108 7818/15736/15109</w:t>
        <w:br/>
        <w:t>f 7820/15734/15107 7821/15737/15110 7819/15735/15108</w:t>
        <w:br/>
        <w:t>f 7822/15738/15111 7821/15737/15110 7820/15734/15107</w:t>
        <w:br/>
        <w:t>f 7825/15739/15112 7824/15740/15113 7823/15741/15114</w:t>
        <w:br/>
        <w:t>f 7826/15742/15115 7821/15737/15110 7822/15738/15111</w:t>
        <w:br/>
        <w:t>f 7826/15742/15115 7822/15738/15111 7827/15743/15116</w:t>
        <w:br/>
        <w:t>f 7824/15740/15113 7825/15739/15112 7828/15744/15117</w:t>
        <w:br/>
        <w:t>f 7831/15745/15118 7830/15746/15119 7829/15747/15120</w:t>
        <w:br/>
        <w:t>f 7833/15748/15121 7825/15739/15112 7832/15749/15122</w:t>
        <w:br/>
        <w:t>f 7825/15739/15112 7833/15748/15121 7828/15744/15117</w:t>
        <w:br/>
        <w:t>f 7827/15743/15116 7834/15750/15123 7826/15742/15115</w:t>
        <w:br/>
        <w:t>f 7835/15751/15124 7833/15748/15121 7832/15749/15122</w:t>
        <w:br/>
        <w:t>f 7836/15752/15125 7834/15750/15123 7827/15743/15116</w:t>
        <w:br/>
        <w:t>f 7838/15753/15126 7829/15747/15120 7837/15754/15127</w:t>
        <w:br/>
        <w:t>f 7829/15747/15120 7838/15753/15126 7831/15745/15118</w:t>
        <w:br/>
        <w:t>f 7834/15750/15123 7836/15752/15125 7839/15755/15128</w:t>
        <w:br/>
        <w:t>f 7840/15756/15129 7839/15755/15128 7836/15752/15125</w:t>
        <w:br/>
        <w:t>f 7833/15748/15121 7835/15751/15124 7841/15757/15130</w:t>
        <w:br/>
        <w:t>f 7842/15758/15131 7841/15757/15130 7835/15751/15124</w:t>
        <w:br/>
        <w:t>f 7830/15746/15119 7831/15745/15118 7843/15759/15132</w:t>
        <w:br/>
        <w:t>f 7846/15760/15133 7845/15761/15134 7844/15762/15135</w:t>
        <w:br/>
        <w:t>f 7845/15761/15134 7846/15760/15133 7847/15763/15136</w:t>
        <w:br/>
        <w:t>f 7848/15764/15137 7846/15760/15133 7844/15762/15135</w:t>
        <w:br/>
        <w:t>f 7846/15760/15133 7848/15764/15137 7849/15765/15138</w:t>
        <w:br/>
        <w:t>f 7848/15764/15137 7850/15766/15139 7849/15765/15138</w:t>
        <w:br/>
        <w:t>f 7850/15766/15139 7848/15764/15137 7851/15767/15140</w:t>
        <w:br/>
        <w:t>f 7837/15754/15127 7852/15768/15141 7838/15753/15126</w:t>
        <w:br/>
        <w:t>f 7852/15768/15141 7837/15754/15127 7853/15769/15142</w:t>
        <w:br/>
        <w:t>f 7851/15767/15140 7854/15770/15143 7850/15766/15139</w:t>
        <w:br/>
        <w:t>f 7854/15770/15143 7851/15767/15140 7855/15771/15144</w:t>
        <w:br/>
        <w:t>f 7853/15769/15142 7856/15772/15145 7852/15768/15141</w:t>
        <w:br/>
        <w:t>f 7855/15771/15144 7857/15773/15146 7854/15770/15143</w:t>
        <w:br/>
        <w:t>f 7856/15772/15145 7853/15769/15142 7858/15774/15147</w:t>
        <w:br/>
        <w:t>f 7841/15757/15130 7842/15758/15131 7859/15775/15148</w:t>
        <w:br/>
        <w:t>f 7857/15773/15146 7855/15771/15144 7860/15776/15149</w:t>
        <w:br/>
        <w:t>f 7858/15774/15147 7861/15777/15150 7856/15772/15145</w:t>
        <w:br/>
        <w:t>f 7857/15773/15146 7860/15776/15149 7862/15778/15151</w:t>
        <w:br/>
        <w:t>f 7861/15777/15150 7858/15774/15147 7863/15779/15152</w:t>
        <w:br/>
        <w:t>f 7863/15779/15152 7864/15780/15153 7861/15777/15150</w:t>
        <w:br/>
        <w:t>f 7865/15781/15154 7859/15775/15148 7842/15758/15131</w:t>
        <w:br/>
        <w:t>f 7866/15782/15155 7859/15775/15148 7865/15781/15154</w:t>
        <w:br/>
        <w:t>f 7867/15783/15156 7839/15755/15128 7840/15756/15129</w:t>
        <w:br/>
        <w:t>f 7867/15783/15156 7840/15756/15129 7868/15784/15157</w:t>
        <w:br/>
        <w:t>f 7865/15781/15154 7869/15785/15158 7866/15782/15155</w:t>
        <w:br/>
        <w:t>f 7864/15780/15153 7863/15779/15152 7870/15786/15159</w:t>
        <w:br/>
        <w:t>f 7868/15784/15157 7871/15787/15160 7867/15783/15156</w:t>
        <w:br/>
        <w:t>f 7869/15785/15158 7865/15781/15154 7872/15788/15161</w:t>
        <w:br/>
        <w:t>f 7868/15784/15157 7873/15789/15162 7871/15787/15160</w:t>
        <w:br/>
        <w:t>f 7876/15790/15163 7875/15791/15164 7874/15792/15165</w:t>
        <w:br/>
        <w:t>f 7873/15789/15162 7868/15784/15157 7877/15793/15166</w:t>
        <w:br/>
        <w:t>f 7877/15793/15166 7878/15794/15109 7873/15789/15162</w:t>
        <w:br/>
        <w:t>f 7878/15794/15109 7879/15795/15167 7873/15789/15162</w:t>
        <w:br/>
        <w:t>f 7881/15796/15113 7875/15791/15164 7880/15797/15114</w:t>
        <w:br/>
        <w:t>f 7882/15798/15168 7874/15792/15165 7875/15791/15164</w:t>
        <w:br/>
        <w:t>f 7875/15791/15164 7881/15796/15113 7882/15798/15168</w:t>
        <w:br/>
        <w:t>f 7870/15786/15159 7883/15799/15169 7864/15780/15153</w:t>
        <w:br/>
        <w:t>f 7885/15800/15132 7883/15799/15169 7884/15801/15119</w:t>
        <w:br/>
        <w:t>f 7862/15778/15151 7886/15802/15170 7857/15773/15146</w:t>
        <w:br/>
        <w:t>f 7889/15803/15171 7888/15804/15172 7887/15805/15173</w:t>
        <w:br/>
        <w:t>f 7883/15799/15169 7885/15800/15132 7890/15806/15174</w:t>
        <w:br/>
        <w:t>f 7864/15780/15153 7883/15799/15169 7890/15806/15174</w:t>
        <w:br/>
        <w:t>f 7888/15804/15172 7889/15803/15171 7891/15807/15175</w:t>
        <w:br/>
        <w:t>f 7893/15808/15136 7891/15807/15175 7892/15809/15176</w:t>
        <w:br/>
        <w:t>f 7891/15807/15175 7893/15808/15136 7888/15804/15172</w:t>
        <w:br/>
        <w:t>f 7896/15810/15177 7895/15811/15178 7894/15812/15179</w:t>
        <w:br/>
        <w:t>f 7895/15811/15178 7896/15810/15177 7897/15813/15180</w:t>
        <w:br/>
        <w:t>f 7897/15813/15180 7898/15814/15181 7895/15811/15178</w:t>
        <w:br/>
        <w:t>f 7901/15815/15182 7900/15816/15183 7899/15817/15184</w:t>
        <w:br/>
        <w:t>f 7898/15814/15181 7897/15813/15180 7902/15818/15185</w:t>
        <w:br/>
        <w:t>f 7902/15818/15185 7903/15819/15186 7898/15814/15181</w:t>
        <w:br/>
        <w:t>f 7901/15815/15182 7904/15820/15187 7900/15816/15183</w:t>
        <w:br/>
        <w:t>f 7904/15820/15187 7905/15821/15188 7900/15816/15183</w:t>
        <w:br/>
        <w:t>f 7908/15822/15189 7907/15823/15190 7906/15824/15191</w:t>
        <w:br/>
        <w:t>f 7907/15823/15190 7908/15822/15189 7909/15825/15192</w:t>
        <w:br/>
        <w:t>f 7910/15826/15193 7909/15825/15192 7908/15822/15189</w:t>
        <w:br/>
        <w:t>f 7911/15827/15194 7909/15825/15192 7910/15826/15193</w:t>
        <w:br/>
        <w:t>f 7905/15821/15188 7904/15820/15187 7912/15828/15195</w:t>
        <w:br/>
        <w:t>f 7913/15829/15196 7911/15827/15194 7910/15826/15193</w:t>
        <w:br/>
        <w:t>f 7903/15819/15186 7902/15818/15185 7914/15830/15197</w:t>
        <w:br/>
        <w:t>f 7915/15831/15198 7911/15827/15194 7913/15829/15196</w:t>
        <w:br/>
        <w:t>f 7916/15832/15199 7905/15821/15188 7912/15828/15195</w:t>
        <w:br/>
        <w:t>f 7905/15821/15188 7916/15832/15199 7917/15833/15200</w:t>
        <w:br/>
        <w:t>f 7914/15830/15197 7918/15834/15201 7903/15819/15186</w:t>
        <w:br/>
        <w:t>f 7919/15835/15202 7915/15831/15198 7913/15829/15196</w:t>
        <w:br/>
        <w:t>f 7918/15834/15201 7914/15830/15197 7920/15836/15203</w:t>
        <w:br/>
        <w:t>f 7916/15832/15199 7921/15837/15204 7917/15833/15200</w:t>
        <w:br/>
        <w:t>f 7923/15838/15205 7918/15834/15201 7922/15839/15206</w:t>
        <w:br/>
        <w:t>f 7922/15839/15206 7918/15834/15201 7920/15836/15203</w:t>
        <w:br/>
        <w:t>f 7921/15837/15204 7916/15832/15199 7924/15840/15207</w:t>
        <w:br/>
        <w:t>f 7924/15840/15207 7925/15841/15208 7921/15837/15204</w:t>
        <w:br/>
        <w:t>f 7926/15842/15209 7915/15831/15198 7919/15835/15202</w:t>
        <w:br/>
        <w:t>f 7925/15841/15208 7924/15840/15207 7927/15843/15210</w:t>
        <w:br/>
        <w:t>f 7919/15835/15202 7928/15844/15211 7926/15842/15209</w:t>
        <w:br/>
        <w:t>f 7928/15844/15211 7919/15835/15202 7929/15845/15212</w:t>
        <w:br/>
        <w:t>f 7932/15846/15213 7931/15847/15214 7930/15848/15215</w:t>
        <w:br/>
        <w:t>f 7931/15847/15214 7932/15846/15213 7933/15849/15216</w:t>
        <w:br/>
        <w:t>f 7934/15850/15217 7933/15849/15216 7932/15846/15213</w:t>
        <w:br/>
        <w:t>f 7937/15851/15218 7936/15852/15219 7935/15853/15220</w:t>
        <w:br/>
        <w:t>f 7938/15854/15221 7933/15849/15216 7934/15850/15217</w:t>
        <w:br/>
        <w:t>f 7939/15855/15222 7938/15854/15221 7934/15850/15217</w:t>
        <w:br/>
        <w:t>f 7936/15852/15219 7937/15851/15218 7940/15856/15223</w:t>
        <w:br/>
        <w:t>f 7937/15851/15218 7941/15857/15224 7940/15856/15223</w:t>
        <w:br/>
        <w:t>f 7944/15858/15225 7943/15859/15226 7942/15860/15227</w:t>
        <w:br/>
        <w:t>f 7943/15859/15226 7944/15858/15225 7945/15861/15228</w:t>
        <w:br/>
        <w:t>f 7945/15861/15228 7946/15862/15229 7943/15859/15226</w:t>
        <w:br/>
        <w:t>f 7946/15862/15229 7945/15861/15228 7947/15863/15230</w:t>
        <w:br/>
        <w:t>f 7948/15864/15231 7940/15856/15223 7941/15857/15224</w:t>
        <w:br/>
        <w:t>f 7947/15863/15230 7949/15865/15232 7946/15862/15229</w:t>
        <w:br/>
        <w:t>f 7941/15857/15224 7950/15866/15233 7948/15864/15231</w:t>
        <w:br/>
        <w:t>f 7951/15867/15234 7938/15854/15221 7939/15855/15222</w:t>
        <w:br/>
        <w:t>f 7949/15865/15232 7947/15863/15230 7952/15868/15235</w:t>
        <w:br/>
        <w:t>f 7953/15869/15236 7948/15864/15231 7950/15866/15233</w:t>
        <w:br/>
        <w:t>f 7955/15870/15237 7949/15865/15232 7954/15871/15238</w:t>
        <w:br/>
        <w:t>f 7952/15868/15235 7954/15871/15238 7949/15865/15232</w:t>
        <w:br/>
        <w:t>f 7957/15872/15239 7953/15869/15236 7956/15873/15240</w:t>
        <w:br/>
        <w:t>f 7953/15869/15236 7950/15866/15233 7956/15873/15240</w:t>
        <w:br/>
        <w:t>f 7939/15855/15222 7958/15874/15241 7951/15867/15234</w:t>
        <w:br/>
        <w:t>f 7958/15874/15241 7939/15855/15222 7959/15875/15242</w:t>
        <w:br/>
        <w:t>f 7962/15876/15243 7961/15877/15244 7960/15878/15245</w:t>
        <w:br/>
        <w:t>f 7961/15877/15244 7962/15876/15243 7963/15879/15246</w:t>
        <w:br/>
        <w:t>f 7966/15880/15247 7965/15881/15248 7964/15882/15249</w:t>
        <w:br/>
        <w:t>f 7967/15883/15250 7963/15879/15246 7962/15876/15243</w:t>
        <w:br/>
        <w:t>f 7970/15884/15251 7969/15885/15252 7968/15886/15253</w:t>
        <w:br/>
        <w:t>f 7963/15879/15246 7967/15883/15250 7971/15887/15254</w:t>
        <w:br/>
        <w:t>f 7970/15884/15251 7972/15888/15255 7969/15885/15252</w:t>
        <w:br/>
        <w:t>f 7965/15881/15248 7966/15880/15247 7973/15889/15256</w:t>
        <w:br/>
        <w:t>f 7974/15890/15257 7973/15889/15256 7966/15880/15247</w:t>
        <w:br/>
        <w:t>f 7972/15888/15255 7975/15891/15258 7969/15885/15252</w:t>
        <w:br/>
        <w:t>f 7967/15883/15250 7976/15892/15259 7971/15887/15254</w:t>
        <w:br/>
        <w:t>f 7975/15891/15258 7972/15888/15255 7977/15893/15260</w:t>
        <w:br/>
        <w:t>f 7973/15889/15256 7974/15890/15257 7978/15894/15261</w:t>
        <w:br/>
        <w:t>f 7979/15895/15262 7978/15894/15261 7974/15890/15257</w:t>
        <w:br/>
        <w:t>f 7977/15893/15260 7980/15896/15263 7975/15891/15258</w:t>
        <w:br/>
        <w:t>f 7976/15892/15259 7967/15883/15250 7981/15897/15264</w:t>
        <w:br/>
        <w:t>f 7980/15896/15263 7977/15893/15260 7982/15898/15265</w:t>
        <w:br/>
        <w:t>f 7978/15894/15261 7979/15895/15262 7983/15899/15266</w:t>
        <w:br/>
        <w:t>f 7984/15900/15267 7980/15896/15263 7982/15898/15265</w:t>
        <w:br/>
        <w:t>f 7979/15895/15262 7985/15901/15268 7983/15899/15266</w:t>
        <w:br/>
        <w:t>f 7980/15896/15263 7984/15900/15267 7986/15902/15269</w:t>
        <w:br/>
        <w:t>f 7987/15903/15270 7986/15902/15269 7984/15900/15267</w:t>
        <w:br/>
        <w:t>f 7987/15903/15270 7984/15900/15267 7988/15904/15271</w:t>
        <w:br/>
        <w:t>f 7985/15901/15268 7990/15905/15272 7989/15906/15273</w:t>
        <w:br/>
        <w:t>f 7985/15901/15268 7979/15895/15262 7991/15907/15274</w:t>
        <w:br/>
        <w:t>f 7990/15905/15272 7985/15901/15268 7991/15907/15274</w:t>
        <w:br/>
        <w:t>f 7981/15897/15264 7992/15908/15275 7976/15892/15259</w:t>
        <w:br/>
        <w:t>f 7992/15908/15275 7981/15897/15264 7993/15909/15276</w:t>
        <w:br/>
        <w:t>f 7993/15909/15276 7994/15910/15277 7992/15908/15275</w:t>
        <w:br/>
        <w:t>f 7994/15910/15277 7993/15909/15276 7995/15911/15278</w:t>
        <w:br/>
        <w:t>f 7998/15912/15279 7997/15913/15280 7996/15914/15281</w:t>
        <w:br/>
        <w:t>f 7997/15913/15280 7998/15912/15279 7999/15915/15282</w:t>
        <w:br/>
        <w:t>f 7999/15915/15282 8000/15916/15283 7997/15913/15280</w:t>
        <w:br/>
        <w:t>f 8003/15917/15284 8002/15918/15285 8001/15919/15286</w:t>
        <w:br/>
        <w:t>f 8006/15920/15287 8005/15921/15288 8004/15922/15289</w:t>
        <w:br/>
        <w:t>f 8005/15921/15288 8006/15920/15287 8007/15923/15290</w:t>
        <w:br/>
        <w:t>f 8002/15918/15285 8003/15917/15284 8008/15924/15291</w:t>
        <w:br/>
        <w:t>f 8006/15920/15287 8009/15925/15292 8007/15923/15290</w:t>
        <w:br/>
        <w:t>f 8008/15924/15291 8010/15926/15293 8002/15918/15285</w:t>
        <w:br/>
        <w:t>f 8011/15927/15294 8007/15923/15290 8009/15925/15292</w:t>
        <w:br/>
        <w:t>f 8000/15916/15283 7999/15915/15282 8012/15928/15295</w:t>
        <w:br/>
        <w:t>f 8013/15929/15296 8002/15918/15285 8010/15926/15293</w:t>
        <w:br/>
        <w:t>f 8014/15930/15297 8000/15916/15283 8012/15928/15295</w:t>
        <w:br/>
        <w:t>f 8010/15926/15293 8015/15931/15298 8013/15929/15296</w:t>
        <w:br/>
        <w:t>f 8000/15916/15283 8014/15930/15297 8016/15932/15299</w:t>
        <w:br/>
        <w:t>f 8014/15930/15297 8017/15933/15300 8016/15932/15299</w:t>
        <w:br/>
        <w:t>f 8018/15934/15301 8011/15927/15294 8009/15925/15292</w:t>
        <w:br/>
        <w:t>f 8010/15926/15293 8019/15935/15302 8015/15931/15298</w:t>
        <w:br/>
        <w:t>f 8009/15925/15292 8020/15936/15303 8018/15934/15301</w:t>
        <w:br/>
        <w:t>f 8021/15937/15304 8018/15934/15301 8020/15936/15303</w:t>
        <w:br/>
        <w:t>f 8017/15933/15300 8014/15930/15297 8022/15938/15305</w:t>
        <w:br/>
        <w:t>f 8019/15935/15302 8023/15939/15306 8015/15931/15298</w:t>
        <w:br/>
        <w:t>f 8017/15933/15300 8025/15940/15307 8024/15941/15308</w:t>
        <w:br/>
        <w:t>f 8025/15940/15307 8017/15933/15300 8022/15938/15305</w:t>
        <w:br/>
        <w:t>f 8019/15935/15302 8026/15942/15309 8023/15939/15306</w:t>
        <w:br/>
        <w:t>f 8027/15943/15310 8023/15939/15306 8026/15942/15309</w:t>
        <w:br/>
        <w:t>f 8018/15934/15301 8021/15937/15304 8028/15944/15311</w:t>
        <w:br/>
        <w:t>f 8026/15942/15309 8029/15945/15312 8027/15943/15310</w:t>
        <w:br/>
        <w:t>f 8030/15946/15313 8028/15944/15311 8021/15937/15304</w:t>
        <w:br/>
        <w:t>f 8021/15937/15304 8031/15947/15314 8030/15946/15313</w:t>
        <w:br/>
        <w:t>f 8034/15948/15315 8033/15949/15316 8032/15950/15316</w:t>
        <w:br/>
        <w:t>f 8032/15950/15316 8035/15951/15317 8034/15948/15315</w:t>
        <w:br/>
        <w:t>f 8036/15952/15318 8034/15948/15315 8035/15951/15317</w:t>
        <w:br/>
        <w:t>f 8039/15953/15319 8038/15954/15320 8037/15955/15321</w:t>
        <w:br/>
        <w:t>f 8035/15951/15317 8040/15956/15322 8036/15952/15318</w:t>
        <w:br/>
        <w:t>f 8040/15956/15322 8041/15957/15323 8036/15952/15318</w:t>
        <w:br/>
        <w:t>f 8038/15954/15320 8039/15953/15319 8042/15958/15324</w:t>
        <w:br/>
        <w:t>f 8043/15959/15325 8038/15954/15320 8042/15958/15324</w:t>
        <w:br/>
        <w:t>f 8046/15960/15326 8045/15961/15327 8044/15962/15327</w:t>
        <w:br/>
        <w:t>f 8045/15961/15327 8046/15960/15326 8047/15963/15328</w:t>
        <w:br/>
        <w:t>f 8048/15964/15329 8047/15963/15328 8046/15960/15326</w:t>
        <w:br/>
        <w:t>f 8042/15958/15324 8049/15965/15330 8043/15959/15325</w:t>
        <w:br/>
        <w:t>f 8047/15963/15328 8048/15964/15329 8050/15966/15331</w:t>
        <w:br/>
        <w:t>f 8041/15957/15323 8040/15956/15322 8051/15967/15332</w:t>
        <w:br/>
        <w:t>f 8052/15968/15333 8043/15959/15325 8049/15965/15330</w:t>
        <w:br/>
        <w:t>f 8041/15957/15323 8054/15969/15334 8053/15970/15335</w:t>
        <w:br/>
        <w:t>f 8054/15969/15334 8041/15957/15323 8051/15967/15332</w:t>
        <w:br/>
        <w:t>f 8056/15971/15336 8052/15968/15333 8055/15972/15337</w:t>
        <w:br/>
        <w:t>f 8057/15973/15338 8050/15966/15331 8048/15964/15329</w:t>
        <w:br/>
        <w:t>f 8049/15965/15330 8058/15974/15339 8052/15968/15333</w:t>
        <w:br/>
        <w:t>f 8055/15972/15337 8052/15968/15333 8058/15974/15339</w:t>
        <w:br/>
        <w:t>f 8048/15964/15329 8059/15975/15340 8057/15973/15338</w:t>
        <w:br/>
        <w:t>f 8059/15975/15340 8060/15976/15341 8057/15973/15338</w:t>
        <w:br/>
        <w:t>f 8060/15976/15341 8059/15975/15340 8061/15977/15342</w:t>
        <w:br/>
        <w:t>f 8064/15978/15343 8063/15979/15344 8062/15980/15344</w:t>
        <w:br/>
        <w:t>f 8067/15981/15345 8066/15982/15346 8065/15983/15346</w:t>
        <w:br/>
        <w:t>f 8064/15978/15343 8067/15981/15347 8068/15984/15348</w:t>
        <w:br/>
        <w:t>f 8069/15985/15349 8064/15978/15343 8068/15984/15348</w:t>
        <w:br/>
        <w:t>f 8064/15978/15343 8069/15985/15349 8070/15986/15350</w:t>
        <w:br/>
        <w:t>f 8067/15981/15345 8072/15987/15351 8071/15988/15352</w:t>
        <w:br/>
        <w:t>f 8072/15987/15351 8073/15989/15353 8071/15988/15352</w:t>
        <w:br/>
        <w:t>f 8072/15987/15351 8067/15981/15345 8074/15990/15354</w:t>
        <w:br/>
        <w:t>f 8069/15985/15349 8075/15991/15355 8070/15986/15350</w:t>
        <w:br/>
        <w:t>f 8076/15992/15356 8072/15987/15351 8074/15990/15354</w:t>
        <w:br/>
        <w:t>f 8075/15991/15355 8069/15985/15349 8077/15993/15357</w:t>
        <w:br/>
        <w:t>f 8072/15987/15351 8076/15992/15356 8078/15994/15358</w:t>
        <w:br/>
        <w:t>f 8078/15994/15358 8076/15992/15356 8079/15995/15359</w:t>
        <w:br/>
        <w:t>f 8069/15985/15349 8072/15987/15351 8080/15996/15360</w:t>
        <w:br/>
        <w:t>f 8078/15994/15358 8080/15996/15360 8072/15987/15351</w:t>
        <w:br/>
        <w:t>f 8080/15996/15360 8081/15997/15361 8069/15985/15349</w:t>
        <w:br/>
        <w:t>f 8079/15995/15359 8082/15998/15362 8078/15994/15358</w:t>
        <w:br/>
        <w:t>f 8083/15999/15363 8082/15998/15362 8079/15995/15359</w:t>
        <w:br/>
        <w:t>f 8080/15996/15360 8078/15994/15358 8084/16000/15364</w:t>
        <w:br/>
        <w:t>f 8082/15998/15362 8083/15999/15363 8085/16001/15365</w:t>
        <w:br/>
        <w:t>f 8081/15997/15361 8080/15996/15360 8086/16002/15366</w:t>
        <w:br/>
        <w:t>f 8084/16000/15364 8086/16002/15366 8080/15996/15360</w:t>
        <w:br/>
        <w:t>f 8077/15993/15357 8087/16003/15367 8075/15991/15355</w:t>
        <w:br/>
        <w:t>f 8075/15991/15355 8087/16003/15367 8088/16004/15368</w:t>
        <w:br/>
        <w:t>f 8081/15997/15361 8086/16002/15366 8089/16005/15369</w:t>
        <w:br/>
        <w:t>f 8090/16006/15370 8081/15997/15361 8089/16005/15369</w:t>
        <w:br/>
        <w:t>f 8087/16003/15367 8091/16007/15371 8088/16004/15368</w:t>
        <w:br/>
        <w:t>f 8092/16008/15372 8088/16004/15368 8091/16007/15371</w:t>
        <w:br/>
        <w:t>f 8090/16006/15370 8094/16009/15373 8093/16010/15374</w:t>
        <w:br/>
        <w:t>f 8094/16009/15373 8090/16006/15370 8089/16005/15369</w:t>
        <w:br/>
        <w:t>f 8091/16007/15371 8095/16011/15375 8092/16008/15372</w:t>
        <w:br/>
        <w:t>f 8096/16012/15376 8093/16010/15374 8094/16009/15373</w:t>
        <w:br/>
        <w:t>f 8095/16011/15375 8097/16013/15377 8092/16008/15372</w:t>
        <w:br/>
        <w:t>f 8089/16005/15369 8098/16014/15378 8094/16009/15373</w:t>
        <w:br/>
        <w:t>f 8094/16009/15373 8099/16015/15379 8096/16012/15376</w:t>
        <w:br/>
        <w:t>f 8099/16015/15379 8094/16009/15373 8098/16014/15378</w:t>
        <w:br/>
        <w:t>f 8100/16016/15380 8097/16013/15377 8095/16011/15375</w:t>
        <w:br/>
        <w:t>f 8098/16014/15378 8089/16005/15369 8101/16017/15381</w:t>
        <w:br/>
        <w:t>f 8097/16013/15377 8100/16016/15380 8102/16018/15382</w:t>
        <w:br/>
        <w:t>f 8103/16019/15383 8097/16013/15377 8102/16018/15382</w:t>
        <w:br/>
        <w:t>f 8102/16018/15382 8100/16016/15380 8104/16020/15384</w:t>
        <w:br/>
        <w:t>f 8100/16016/15380 8105/16021/15385 8104/16020/15384</w:t>
        <w:br/>
        <w:t>f 8105/16021/15385 8106/16022/15386 8104/16020/15384</w:t>
        <w:br/>
        <w:t>f 8107/16023/15387 8106/16022/15386 8105/16021/15385</w:t>
        <w:br/>
        <w:t>f 8106/16022/15386 8107/16023/15387 8108/16024/15388</w:t>
        <w:br/>
        <w:t>f 8111/16025/15389 8110/16026/15390 8109/16027/15391</w:t>
        <w:br/>
        <w:t>f 8110/16026/15390 8111/16025/15389 8112/16028/15392</w:t>
        <w:br/>
        <w:t>f 8112/16028/15392 8111/16025/15389 8113/16029/15393</w:t>
        <w:br/>
        <w:t>f 8114/16030/15394 8113/16029/15393 8111/16025/15389</w:t>
        <w:br/>
        <w:t>f 8113/16029/15393 8114/16030/15394 8115/16031/15395</w:t>
        <w:br/>
        <w:t>f 8115/16031/15395 8116/16032/15396 8113/16029/15393</w:t>
        <w:br/>
        <w:t>f 8114/16030/15394 8117/16033/15397 8115/16031/15395</w:t>
        <w:br/>
        <w:t>f 8114/16030/15394 8118/16034/15398 8117/16033/15397</w:t>
        <w:br/>
        <w:t>f 8115/16031/15395 8119/16035/15399 8116/16032/15396</w:t>
        <w:br/>
        <w:t>f 8116/16032/15396 8119/16035/15399 8120/16036/15400</w:t>
        <w:br/>
        <w:t>f 8120/16036/15400 8119/16035/15399 8121/16037/15401</w:t>
        <w:br/>
        <w:t>f 8115/16031/15395 8117/16033/15397 8122/16038/15402</w:t>
        <w:br/>
        <w:t>f 8115/16031/15395 8122/16038/15402 8119/16035/15399</w:t>
        <w:br/>
        <w:t>f 8123/16039/15403 8117/16033/15397 8118/16034/15398</w:t>
        <w:br/>
        <w:t>f 8124/16040/15404 8123/16039/15403 8118/16034/15398</w:t>
        <w:br/>
        <w:t>f 8117/16033/15397 8125/16041/15405 8122/16038/15402</w:t>
        <w:br/>
        <w:t>f 8124/16040/15404 8126/16042/15406 8123/16039/15403</w:t>
        <w:br/>
        <w:t>f 8126/16042/15406 8124/16040/15404 8127/16043/15407</w:t>
        <w:br/>
        <w:t>f 8128/16044/15408 8126/16042/15406 8127/16043/15407</w:t>
        <w:br/>
        <w:t>f 8131/16045/15409 8130/16046/15410 8129/16047/15411</w:t>
        <w:br/>
        <w:t>f 8117/16033/15397 8132/16048/15412 8125/16041/15405</w:t>
        <w:br/>
        <w:t>f 8126/16042/15406 8128/16044/15408 8133/16049/15413</w:t>
        <w:br/>
        <w:t>f 8133/16049/15413 8128/16044/15408 8101/16017/15381</w:t>
        <w:br/>
        <w:t>f 8089/16005/15369 8133/16049/15413 8101/16017/15381</w:t>
        <w:br/>
        <w:t>f 8133/16049/15413 8089/16005/15369 8086/16002/15366</w:t>
        <w:br/>
        <w:t>f 8086/16002/15366 8084/16000/15364 8133/16049/15413</w:t>
        <w:br/>
        <w:t>f 8136/16050/15414 8135/16051/15415 8134/16052/15416</w:t>
        <w:br/>
        <w:t>f 8135/16051/15415 8136/16050/15414 8137/16053/15417</w:t>
        <w:br/>
        <w:t>f 8140/16054/15418 8139/16055/15419 8138/16056/15420</w:t>
        <w:br/>
        <w:t>f 8141/16057/15421 8137/16053/15417 8136/16050/15414</w:t>
        <w:br/>
        <w:t>f 8139/16055/15419 8142/16058/15422 8138/16056/15420</w:t>
        <w:br/>
        <w:t>f 8130/16046/15410 8131/16045/15409 8143/16059/15423</w:t>
        <w:br/>
        <w:t>f 8137/16053/15417 8141/16057/15421 8144/16060/15424</w:t>
        <w:br/>
        <w:t>f 8145/16061/15425 8144/16060/15424 8141/16057/15421</w:t>
        <w:br/>
        <w:t>f 8139/16055/15419 8146/16062/15426 8142/16058/15422</w:t>
        <w:br/>
        <w:t>f 8147/16063/15427 8146/16062/15426 8139/16055/15419</w:t>
        <w:br/>
        <w:t>f 8148/16064/15428 8144/16060/15424 8145/16061/15425</w:t>
        <w:br/>
        <w:t>f 8149/16065/15429 8146/16062/15426 8147/16063/15427</w:t>
        <w:br/>
        <w:t>f 8145/16061/15425 8150/16066/15430 8148/16064/15428</w:t>
        <w:br/>
        <w:t>f 8152/16067/15431 8143/16059/15423 8151/16068/15432</w:t>
        <w:br/>
        <w:t>f 8143/16059/15423 8152/16067/15431 8130/16046/15410</w:t>
        <w:br/>
        <w:t>f 8146/16062/15426 8149/16065/15429 8153/16069/15433</w:t>
        <w:br/>
        <w:t>f 8155/16070/15434 8132/16048/15412 8154/16071/15435</w:t>
        <w:br/>
        <w:t>f 8132/16048/15412 8155/16070/15434 8125/16041/15405</w:t>
        <w:br/>
        <w:t>f 8152/16067/15431 8151/16068/15432 8156/16072/15436</w:t>
        <w:br/>
        <w:t>f 8153/16069/15433 8156/16072/15436 8146/16062/15426</w:t>
        <w:br/>
        <w:t>f 8158/16073/15437 8154/16071/15435 8157/16074/15438</w:t>
        <w:br/>
        <w:t>f 8154/16071/15435 8158/16073/15437 8155/16070/15434</w:t>
        <w:br/>
        <w:t>f 8159/16075/15439 8156/16072/15436 8153/16069/15433</w:t>
        <w:br/>
        <w:t>f 8159/16075/15439 8158/16073/15437 8157/16074/15438</w:t>
        <w:br/>
        <w:t>f 8160/16076/15440 8153/16069/15433 8149/16065/15429</w:t>
        <w:br/>
        <w:t>f 8148/16064/15428 8150/16066/15430 8161/16077/15441</w:t>
        <w:br/>
        <w:t>f 8162/16078/15442 8159/16075/15439 8153/16069/15433</w:t>
        <w:br/>
        <w:t>f 8153/16069/15433 8160/16076/15440 8162/16078/15442</w:t>
        <w:br/>
        <w:t>f 8158/16073/15437 8159/16075/15439 8163/16079/15443</w:t>
        <w:br/>
        <w:t>f 8159/16075/15439 8164/16080/15444 8163/16079/15443</w:t>
        <w:br/>
        <w:t>f 8165/16081/15445 8158/16073/15437 8163/16079/15443</w:t>
        <w:br/>
        <w:t>f 8158/16073/15437 8165/16081/15445 8155/16070/15434</w:t>
        <w:br/>
        <w:t>f 8164/16080/15444 8159/16075/15439 8166/16082/15446</w:t>
        <w:br/>
        <w:t>f 8159/16075/15439 8162/16078/15442 8167/16083/15447</w:t>
        <w:br/>
        <w:t>f 8166/16082/15446 8168/16084/15448 8164/16080/15444</w:t>
        <w:br/>
        <w:t>f 8169/16085/15449 8155/16070/15434 8165/16081/15445</w:t>
        <w:br/>
        <w:t>f 8169/16085/15449 8125/16041/15405 8155/16070/15434</w:t>
        <w:br/>
        <w:t>f 8168/16084/15448 8166/16082/15446 8170/16086/15450</w:t>
        <w:br/>
        <w:t>f 8169/16085/15449 8171/16087/15451 8125/16041/15405</w:t>
        <w:br/>
        <w:t>f 8165/16081/15445 8171/16087/15451 8169/16085/15449</w:t>
        <w:br/>
        <w:t>f 8172/16088/15452 8167/16083/15447 8162/16078/15442</w:t>
        <w:br/>
        <w:t>f 8167/16083/15447 8172/16088/15452 8173/16089/15453</w:t>
        <w:br/>
        <w:t>f 8160/16076/15440 8174/16090/15454 8162/16078/15442</w:t>
        <w:br/>
        <w:t>f 8170/16086/15450 8175/16091/15455 8168/16084/15448</w:t>
        <w:br/>
        <w:t>f 8175/16091/15455 8176/16092/15456 8168/16084/15448</w:t>
        <w:br/>
        <w:t>f 8172/16088/15452 8177/16093/15457 8173/16089/15453</w:t>
        <w:br/>
        <w:t>f 8175/16091/15455 8170/16086/15450 8178/16094/15458</w:t>
        <w:br/>
        <w:t>f 8179/16095/15459 8174/16090/15454 8160/16076/15440</w:t>
        <w:br/>
        <w:t>f 8180/16096/15460 8161/16077/15441 8150/16066/15430</w:t>
        <w:br/>
        <w:t>f 8177/16093/15457 8172/16088/15452 8181/16097/15461</w:t>
        <w:br/>
        <w:t>f 8179/16095/15459 8181/16097/15461 8174/16090/15454</w:t>
        <w:br/>
        <w:t>f 8182/16098/15462 8175/16091/15455 8177/16093/15457</w:t>
        <w:br/>
        <w:t>f 8177/16093/15457 8181/16097/15461 8182/16098/15462</w:t>
        <w:br/>
        <w:t>f 8180/16096/15460 8150/16066/15430 8183/16099/15463</w:t>
        <w:br/>
        <w:t>f 8083/15999/15363 8184/16100/15464 8085/16001/15365</w:t>
        <w:br/>
        <w:t>f 8184/16100/15464 8083/15999/15363 8185/16101/15465</w:t>
        <w:br/>
        <w:t>f 8186/16102/15466 8180/16096/15460 8183/16099/15463</w:t>
        <w:br/>
        <w:t>f 8181/16097/15461 8179/16095/15459 8187/16103/15467</w:t>
        <w:br/>
        <w:t>f 8185/16101/15465 8188/16104/15468 8184/16100/15464</w:t>
        <w:br/>
        <w:t>f 8183/16099/15463 8189/16105/15469 8186/16102/15466</w:t>
        <w:br/>
        <w:t>f 8188/16104/15468 8185/16101/15465 8190/16106/15470</w:t>
        <w:br/>
        <w:t>f 8191/16107/15471 8181/16097/15461 8187/16103/15467</w:t>
        <w:br/>
        <w:t>f 8189/16105/15469 8192/16108/15472 8186/16102/15466</w:t>
        <w:br/>
        <w:t>f 8181/16097/15461 8191/16107/15471 8193/16109/15473</w:t>
        <w:br/>
        <w:t>f 8193/16109/15473 8182/16098/15462 8181/16097/15461</w:t>
        <w:br/>
        <w:t>f 8192/16108/15472 8189/16105/15469 8194/16110/15474</w:t>
        <w:br/>
        <w:t>f 8182/16098/15462 8193/16109/15473 8195/16111/15475</w:t>
        <w:br/>
        <w:t>f 8191/16107/15471 8196/16112/15476 8193/16109/15473</w:t>
        <w:br/>
        <w:t>f 8194/16110/15474 8197/16113/15477 8192/16108/15472</w:t>
        <w:br/>
        <w:t>f 8198/16114/15478 8195/16111/15475 8193/16109/15473</w:t>
        <w:br/>
        <w:t>f 8196/16112/15476 8199/16115/15479 8193/16109/15473</w:t>
        <w:br/>
        <w:t>f 8201/16116/15480 8200/16117/15481 8182/16098/15462</w:t>
        <w:br/>
        <w:t>f 8175/16091/15455 8182/16098/15462 8200/16117/15481</w:t>
        <w:br/>
        <w:t>f 8200/16117/15481 8176/16092/15456 8175/16091/15455</w:t>
        <w:br/>
        <w:t>f 8204/16118/15482 8203/16119/15483 8202/16120/15484</w:t>
        <w:br/>
        <w:t>f 8202/16120/15484 8203/16119/15483 8205/16121/15485</w:t>
        <w:br/>
        <w:t>f 8206/16122/15486 8204/16118/15482 8202/16120/15484</w:t>
        <w:br/>
        <w:t>f 8203/16119/15483 8207/16123/15487 8205/16121/15485</w:t>
        <w:br/>
        <w:t>f 8204/16118/15482 8206/16122/15486 8208/16124/15488</w:t>
        <w:br/>
        <w:t>f 8195/16111/15475 8198/16114/15478 8209/16125/15489</w:t>
        <w:br/>
        <w:t>f 8210/16126/15490 8208/16124/15488 8206/16122/15486</w:t>
        <w:br/>
        <w:t>f 8207/16123/15487 8203/16119/15483 8211/16127/15491</w:t>
        <w:br/>
        <w:t>f 8197/16113/15477 8194/16110/15474 8212/16128/15492</w:t>
        <w:br/>
        <w:t>f 8211/16127/15491 8213/16129/15493 8207/16123/15487</w:t>
        <w:br/>
        <w:t>f 8215/16130/15494 8214/16131/15495 8211/16127/15491</w:t>
        <w:br/>
        <w:t>f 8211/16127/15491 8216/16132/15496 8213/16129/15493</w:t>
        <w:br/>
        <w:t>f 8216/16132/15496 8211/16127/15491 8214/16131/15495</w:t>
        <w:br/>
        <w:t>f 8216/16132/15496 8217/16133/15497 8213/16129/15493</w:t>
        <w:br/>
        <w:t>f 8214/16131/15495 8215/16130/15494 8218/16134/15498</w:t>
        <w:br/>
        <w:t>f 8188/16104/15468 8218/16134/15498 8215/16130/15494</w:t>
        <w:br/>
        <w:t>f 8217/16133/15497 8216/16132/15496 8219/16135/15499</w:t>
        <w:br/>
        <w:t>f 8219/16135/15499 8220/16136/15500 8217/16133/15497</w:t>
        <w:br/>
        <w:t>f 8221/16137/15501 8216/16132/15496 8214/16131/15495</w:t>
        <w:br/>
        <w:t>f 8218/16134/15498 8221/16137/15501 8214/16131/15495</w:t>
        <w:br/>
        <w:t>f 8222/16138/15502 8219/16135/15499 8216/16132/15496</w:t>
        <w:br/>
        <w:t>f 8216/16132/15496 8221/16137/15501 8222/16138/15502</w:t>
        <w:br/>
        <w:t>f 8218/16134/15498 8188/16104/15468 8223/16139/15503</w:t>
        <w:br/>
        <w:t>f 8190/16106/15470 8223/16139/15503 8188/16104/15468</w:t>
        <w:br/>
        <w:t>f 8223/16139/15503 8190/16106/15470 8224/16140/15504</w:t>
        <w:br/>
        <w:t>f 8225/16141/15505 8223/16139/15503 8224/16140/15504</w:t>
        <w:br/>
        <w:t>f 8223/16139/15503 8226/16142/15506 8218/16134/15498</w:t>
        <w:br/>
        <w:t>f 8221/16137/15501 8218/16134/15498 8226/16142/15506</w:t>
        <w:br/>
        <w:t>f 8227/16143/15507 8223/16139/15503 8225/16141/15505</w:t>
        <w:br/>
        <w:t>f 8226/16142/15506 8223/16139/15503 8227/16143/15507</w:t>
        <w:br/>
        <w:t>f 8228/16144/15508 8227/16143/15507 8225/16141/15505</w:t>
        <w:br/>
        <w:t>f 8227/16143/15507 8228/16144/15508 8229/16145/15509</w:t>
        <w:br/>
        <w:t>f 8229/16145/15509 8226/16142/15506 8227/16143/15507</w:t>
        <w:br/>
        <w:t>f 8229/16145/15509 8228/16144/15508 8230/16146/15510</w:t>
        <w:br/>
        <w:t>f 8226/16142/15506 8229/16145/15509 8231/16147/15511</w:t>
        <w:br/>
        <w:t>f 8231/16147/15511 8232/16148/15512 8226/16142/15506</w:t>
        <w:br/>
        <w:t>f 8232/16148/15512 8231/16147/15511 8233/16149/15513</w:t>
        <w:br/>
        <w:t>f 8234/16150/15514 8232/16148/15512 8233/16149/15513</w:t>
        <w:br/>
        <w:t>f 8232/16148/15512 8234/16150/15514 8222/16138/15502</w:t>
        <w:br/>
        <w:t>f 8234/16150/15514 8235/16151/15515 8222/16138/15502</w:t>
        <w:br/>
        <w:t>f 8219/16135/15499 8222/16138/15502 8235/16151/15515</w:t>
        <w:br/>
        <w:t>f 8235/16151/15515 8234/16150/15514 8236/16152/15516</w:t>
        <w:br/>
        <w:t>f 8219/16135/15499 8235/16151/15515 8237/16153/15517</w:t>
        <w:br/>
        <w:t>f 8236/16152/15516 8238/16154/15518 8235/16151/15515</w:t>
        <w:br/>
        <w:t>f 8220/16136/15500 8219/16135/15499 8237/16153/15517</w:t>
        <w:br/>
        <w:t>f 8238/16154/15518 8236/16152/15516 8239/16155/15519</w:t>
        <w:br/>
        <w:t>f 8239/16155/15519 8220/16136/15500 8237/16153/15517</w:t>
        <w:br/>
        <w:t>f 8241/16156/15520 8240/16157/15521 8239/16155/15519</w:t>
        <w:br/>
        <w:t>f 8220/16136/15500 8239/16155/15519 8240/16157/15521</w:t>
        <w:br/>
        <w:t>f 8220/16136/15500 8240/16157/15521 8242/16158/15522</w:t>
        <w:br/>
        <w:t>f 8243/16159/15523 8220/16136/15500 8242/16158/15522</w:t>
        <w:br/>
        <w:t>f 8244/16160/15524 8243/16159/15523 8242/16158/15522</w:t>
        <w:br/>
        <w:t>f 8244/16160/15524 8245/16161/15525 8243/16159/15523</w:t>
        <w:br/>
        <w:t>f 8245/16161/15525 8244/16160/15524 8246/16162/15526</w:t>
        <w:br/>
        <w:t>f 8249/16163/15527 8248/16164/15528 8247/16165/15527</w:t>
        <w:br/>
        <w:t>f 8248/16164/15528 8245/16161/15529 8250/16166/15530</w:t>
        <w:br/>
        <w:t>f 8250/16166/15530 8251/16167/15531 8248/16164/15528</w:t>
        <w:br/>
        <w:t>f 8248/16164/15528 8251/16167/15531 8210/16126/15490</w:t>
        <w:br/>
        <w:t>f 8210/16126/15490 8251/16167/15531 8252/16168/15532</w:t>
        <w:br/>
        <w:t>f 8253/16169/15533 8252/16168/15532 8251/16167/15531</w:t>
        <w:br/>
        <w:t>f 8208/16124/15488 8210/16126/15490 8252/16168/15532</w:t>
        <w:br/>
        <w:t>f 8254/16170/15534 8252/16168/15532 8253/16169/15533</w:t>
        <w:br/>
        <w:t>f 8254/16170/15534 8253/16169/15533 8255/16171/15535</w:t>
        <w:br/>
        <w:t>f 8254/16170/15534 8255/16171/15535 8256/16172/15536</w:t>
        <w:br/>
        <w:t>f 8208/16124/15488 8252/16168/15532 8257/16173/15537</w:t>
        <w:br/>
        <w:t>f 8252/16168/15532 8254/16170/15534 8257/16173/15537</w:t>
        <w:br/>
        <w:t>f 8256/16172/15536 8258/16174/15538 8254/16170/15534</w:t>
        <w:br/>
        <w:t>f 8258/16174/15538 8256/16172/15536 8259/16175/15539</w:t>
        <w:br/>
        <w:t>f 8260/16176/15540 8257/16173/15537 8254/16170/15534</w:t>
        <w:br/>
        <w:t>f 8254/16170/15534 8258/16174/15538 8260/16176/15540</w:t>
        <w:br/>
        <w:t>f 8259/16175/15539 8261/16177/15541 8258/16174/15538</w:t>
        <w:br/>
        <w:t>f 8261/16177/15541 8259/16175/15539 8262/16178/15542</w:t>
        <w:br/>
        <w:t>f 8263/16179/15543 8261/16177/15541 8262/16178/15542</w:t>
        <w:br/>
        <w:t>f 8261/16177/15541 8263/16179/15543 8264/16180/15544</w:t>
        <w:br/>
        <w:t>f 8264/16180/15544 8265/16181/15545 8261/16177/15541</w:t>
        <w:br/>
        <w:t>f 8261/16177/15541 8266/16182/15546 8258/16174/15538</w:t>
        <w:br/>
        <w:t>f 8261/16177/15541 8265/16181/15545 8266/16182/15546</w:t>
        <w:br/>
        <w:t>f 8260/16176/15540 8258/16174/15538 8266/16182/15546</w:t>
        <w:br/>
        <w:t>f 8265/16181/15545 8267/16183/15547 8266/16182/15546</w:t>
        <w:br/>
        <w:t>f 8266/16182/15546 8267/16183/15547 8268/16184/15548</w:t>
        <w:br/>
        <w:t>f 8260/16176/15540 8266/16182/15546 8268/16184/15548</w:t>
        <w:br/>
        <w:t>f 8269/16185/15549 8268/16184/15548 8267/16183/15547</w:t>
        <w:br/>
        <w:t>f 8268/16184/15548 8270/16186/15550 8260/16176/15540</w:t>
        <w:br/>
        <w:t>f 8257/16173/15537 8260/16176/15540 8270/16186/15550</w:t>
        <w:br/>
        <w:t>f 8271/16187/15551 8268/16184/15548 8269/16185/15549</w:t>
        <w:br/>
        <w:t>f 8270/16186/15550 8268/16184/15548 8272/16188/15552</w:t>
        <w:br/>
        <w:t>f 8273/16189/15553 8257/16173/15537 8270/16186/15550</w:t>
        <w:br/>
        <w:t>f 8272/16188/15552 8273/16189/15553 8270/16186/15550</w:t>
        <w:br/>
        <w:t>f 8257/16173/15537 8273/16189/15553 8274/16190/15554</w:t>
        <w:br/>
        <w:t>f 8274/16190/15554 8208/16124/15488 8257/16173/15537</w:t>
        <w:br/>
        <w:t>f 8208/16124/15488 8274/16190/15554 8201/16116/15480</w:t>
        <w:br/>
        <w:t>f 8200/16117/15481 8201/16116/15480 8274/16190/15554</w:t>
        <w:br/>
        <w:t>f 8275/16191/15555 8200/16117/15481 8274/16190/15554</w:t>
        <w:br/>
        <w:t>f 8275/16191/15555 8176/16092/15456 8200/16117/15481</w:t>
        <w:br/>
        <w:t>f 8276/16192/15556 8275/16191/15555 8274/16190/15554</w:t>
        <w:br/>
        <w:t>f 8276/16192/15556 8176/16092/15456 8275/16191/15555</w:t>
        <w:br/>
        <w:t>f 8274/16190/15554 8273/16189/15553 8276/16192/15556</w:t>
        <w:br/>
        <w:t>f 8176/16092/15456 8276/16192/15556 8277/16193/15557</w:t>
        <w:br/>
        <w:t>f 8176/16092/15456 8277/16193/15557 8278/16194/15558</w:t>
        <w:br/>
        <w:t>f 8279/16195/15559 8276/16192/15556 8273/16189/15553</w:t>
        <w:br/>
        <w:t>f 8272/16188/15552 8279/16195/15559 8273/16189/15553</w:t>
        <w:br/>
        <w:t>f 8280/16196/15560 8277/16193/15557 8276/16192/15556</w:t>
        <w:br/>
        <w:t>f 8276/16192/15556 8279/16195/15559 8281/16197/15561</w:t>
        <w:br/>
        <w:t>f 8281/16197/15561 8280/16196/15560 8276/16192/15556</w:t>
        <w:br/>
        <w:t>f 8278/16194/15558 8277/16193/15557 8282/16198/15562</w:t>
        <w:br/>
        <w:t>f 8280/16196/15560 8282/16198/15562 8277/16193/15557</w:t>
        <w:br/>
        <w:t>f 8282/16198/15562 8280/16196/15560 8283/16199/15563</w:t>
        <w:br/>
        <w:t>f 8284/16200/15564 8280/16196/15560 8281/16197/15561</w:t>
        <w:br/>
        <w:t>f 8283/16199/15563 8285/16201/15565 8282/16198/15562</w:t>
        <w:br/>
        <w:t>f 8285/16201/15565 8278/16194/15558 8282/16198/15562</w:t>
        <w:br/>
        <w:t>f 8278/16194/15558 8285/16201/15565 8165/16081/15445</w:t>
        <w:br/>
        <w:t>f 8285/16201/15565 8283/16199/15563 8286/16202/15566</w:t>
        <w:br/>
        <w:t>f 8171/16087/15451 8165/16081/15445 8285/16201/15565</w:t>
        <w:br/>
        <w:t>f 8171/16087/15451 8285/16201/15565 8286/16202/15566</w:t>
        <w:br/>
        <w:t>f 8287/16203/15567 8171/16087/15451 8286/16202/15566</w:t>
        <w:br/>
        <w:t>f 8288/16204/15568 8287/16203/15567 8286/16202/15566</w:t>
        <w:br/>
        <w:t>f 8289/16205/15569 8171/16087/15451 8287/16203/15567</w:t>
        <w:br/>
        <w:t>f 8288/16204/15568 8290/16206/15570 8287/16203/15567</w:t>
        <w:br/>
        <w:t>f 8171/16087/15451 8289/16205/15569 8291/16207/15571</w:t>
        <w:br/>
        <w:t>f 8171/16087/15451 8291/16207/15571 8125/16041/15405</w:t>
        <w:br/>
        <w:t>f 8125/16041/15405 8291/16207/15571 8122/16038/15402</w:t>
        <w:br/>
        <w:t>f 8287/16203/15567 8292/16208/15572 8289/16205/15569</w:t>
        <w:br/>
        <w:t>f 8292/16208/15572 8287/16203/15567 8290/16206/15570</w:t>
        <w:br/>
        <w:t>f 8122/16038/15402 8291/16207/15571 8293/16209/15573</w:t>
        <w:br/>
        <w:t>f 8122/16038/15402 8293/16209/15573 8119/16035/15399</w:t>
        <w:br/>
        <w:t>f 8294/16210/15574 8291/16207/15571 8289/16205/15569</w:t>
        <w:br/>
        <w:t>f 8293/16209/15573 8291/16207/15571 8294/16210/15574</w:t>
        <w:br/>
        <w:t>f 8295/16211/15575 8289/16205/15569 8292/16208/15572</w:t>
        <w:br/>
        <w:t>f 8289/16205/15569 8295/16211/15575 8294/16210/15574</w:t>
        <w:br/>
        <w:t>f 8119/16035/15399 8293/16209/15573 8296/16212/15576</w:t>
        <w:br/>
        <w:t>f 8292/16208/15572 8297/16213/15577 8295/16211/15575</w:t>
        <w:br/>
        <w:t>f 8293/16209/15573 8298/16214/15578 8296/16212/15576</w:t>
        <w:br/>
        <w:t>f 8298/16214/15578 8293/16209/15573 8294/16210/15574</w:t>
        <w:br/>
        <w:t>f 8299/16215/15579 8119/16035/15399 8296/16212/15576</w:t>
        <w:br/>
        <w:t>f 8119/16035/15399 8299/16215/15579 8121/16037/15401</w:t>
        <w:br/>
        <w:t>f 8300/16216/15580 8121/16037/15401 8299/16215/15579</w:t>
        <w:br/>
        <w:t>f 8300/16216/15580 8299/16215/15579 8301/16217/15581</w:t>
        <w:br/>
        <w:t>f 8296/16212/15576 8302/16218/15582 8299/16215/15579</w:t>
        <w:br/>
        <w:t>f 8302/16218/15582 8296/16212/15576 8298/16214/15578</w:t>
        <w:br/>
        <w:t>f 8301/16217/15581 8299/16215/15579 8303/16219/15583</w:t>
        <w:br/>
        <w:t>f 8303/16219/15583 8299/16215/15579 8302/16218/15582</w:t>
        <w:br/>
        <w:t>f 8301/16217/15581 8303/16219/15583 8304/16220/15584</w:t>
        <w:br/>
        <w:t>f 8304/16220/15584 8303/16219/15583 8305/16221/15585</w:t>
        <w:br/>
        <w:t>f 8303/16219/15583 8306/16222/15586 8305/16221/15585</w:t>
        <w:br/>
        <w:t>f 8306/16222/15586 8303/16219/15583 8307/16223/15587</w:t>
        <w:br/>
        <w:t>f 8307/16223/15587 8308/16224/15588 8306/16222/15586</w:t>
        <w:br/>
        <w:t>f 8308/16224/15588 8307/16223/15587 8309/16225/15589</w:t>
        <w:br/>
        <w:t>f 8309/16225/15589 8310/16226/15590 8308/16224/15588</w:t>
        <w:br/>
        <w:t>f 8310/16226/15590 8309/16225/15589 8311/16227/15591</w:t>
        <w:br/>
        <w:t>f 8314/16228/15592 8313/16229/15593 8312/16230/15594</w:t>
        <w:br/>
        <w:t>f 8313/16229/15593 8315/16231/15595 8312/16230/15594</w:t>
        <w:br/>
        <w:t>f 8294/16210/15574 8317/16232/15596 8316/16233/15597</w:t>
        <w:br/>
        <w:t>f 8317/16232/15596 8294/16210/15574 8295/16211/15575</w:t>
        <w:br/>
        <w:t>f 8313/16229/15593 8318/16234/15598 8315/16231/15595</w:t>
        <w:br/>
        <w:t>f 8295/16211/15575 8319/16235/15599 8317/16232/15596</w:t>
        <w:br/>
        <w:t>f 8316/16233/15597 8317/16232/15596 8320/16236/15600</w:t>
        <w:br/>
        <w:t>f 8316/16233/15597 8320/16236/15600 8321/16237/15601</w:t>
        <w:br/>
        <w:t>f 8319/16235/15599 8295/16211/15575 8297/16213/15577</w:t>
        <w:br/>
        <w:t>f 8318/16234/15598 8322/16238/15602 8315/16231/15595</w:t>
        <w:br/>
        <w:t>f 8319/16235/15599 8297/16213/15577 8323/16239/15603</w:t>
        <w:br/>
        <w:t>f 8318/16234/15598 8324/16240/15604 8322/16238/15602</w:t>
        <w:br/>
        <w:t>f 8325/16241/15605 8322/16238/15602 8324/16240/15604</w:t>
        <w:br/>
        <w:t>f 8328/16242/15606 8327/16243/15607 8326/16244/15608</w:t>
        <w:br/>
        <w:t>f 8320/16236/15600 8329/16245/15609 8321/16237/15601</w:t>
        <w:br/>
        <w:t>f 8329/16245/15609 8328/16242/15606 8321/16237/15601</w:t>
        <w:br/>
        <w:t>f 8320/16236/15600 8330/16246/15610 8329/16245/15609</w:t>
        <w:br/>
        <w:t>f 8327/16243/15607 8328/16242/15606 8331/16247/15611</w:t>
        <w:br/>
        <w:t>f 8328/16242/15606 8329/16245/15609 8332/16248/15612</w:t>
        <w:br/>
        <w:t>f 8331/16247/15611 8333/16249/15613 8327/16243/15607</w:t>
        <w:br/>
        <w:t>f 8327/16243/15607 8333/16249/15613 8334/16250/15614</w:t>
        <w:br/>
        <w:t>f 8329/16245/15609 8335/16251/15615 8332/16248/15612</w:t>
        <w:br/>
        <w:t>f 8332/16248/15612 8335/16251/15615 8336/16252/15616</w:t>
        <w:br/>
        <w:t>f 8329/16245/15609 8330/16246/15610 8335/16251/15615</w:t>
        <w:br/>
        <w:t>f 8334/16250/15614 8333/16249/15613 8337/16253/15617</w:t>
        <w:br/>
        <w:t>f 8334/16250/15614 8337/16253/15617 8338/16254/15618</w:t>
        <w:br/>
        <w:t>f 8336/16252/15616 8335/16251/15615 8339/16255/15619</w:t>
        <w:br/>
        <w:t>f 8330/16246/15610 8339/16255/15619 8335/16251/15615</w:t>
        <w:br/>
        <w:t>f 8336/16252/15616 8339/16255/15619 8340/16256/15620</w:t>
        <w:br/>
        <w:t>f 8319/16235/15599 8341/16257/15621 8330/16246/15610</w:t>
        <w:br/>
        <w:t>f 8339/16255/15619 8330/16246/15610 8341/16257/15621</w:t>
        <w:br/>
        <w:t>f 8341/16257/15621 8319/16235/15599 8323/16239/15603</w:t>
        <w:br/>
        <w:t>f 8338/16254/15618 8337/16253/15617 8342/16258/15622</w:t>
        <w:br/>
        <w:t>f 8338/16254/15618 8342/16258/15622 8343/16259/15623</w:t>
        <w:br/>
        <w:t>f 8340/16256/15620 8339/16255/15619 8344/16260/15624</w:t>
        <w:br/>
        <w:t>f 8344/16260/15624 8345/16261/15625 8340/16256/15620</w:t>
        <w:br/>
        <w:t>f 8339/16255/15619 8341/16257/15621 8346/16262/15626</w:t>
        <w:br/>
        <w:t>f 8341/16257/15621 8323/16239/15603 8346/16262/15626</w:t>
        <w:br/>
        <w:t>f 8347/16263/15627 8344/16260/15624 8339/16255/15619</w:t>
        <w:br/>
        <w:t>f 8346/16262/15626 8347/16263/15627 8339/16255/15619</w:t>
        <w:br/>
        <w:t>f 8347/16263/15627 8348/16264/15628 8344/16260/15624</w:t>
        <w:br/>
        <w:t>f 8346/16262/15626 8348/16264/15628 8347/16263/15627</w:t>
        <w:br/>
        <w:t>f 8345/16261/15625 8344/16260/15624 8349/16265/15629</w:t>
        <w:br/>
        <w:t>f 8348/16264/15628 8349/16265/15629 8344/16260/15624</w:t>
        <w:br/>
        <w:t>f 8343/16259/15623 8342/16258/15622 8350/16266/15630</w:t>
        <w:br/>
        <w:t>f 8349/16265/15629 8351/16267/15631 8345/16261/15625</w:t>
        <w:br/>
        <w:t>f 8343/16259/15623 8350/16266/15630 8352/16268/15632</w:t>
        <w:br/>
        <w:t>f 8350/16266/15630 8353/16269/15633 8352/16268/15632</w:t>
        <w:br/>
        <w:t>f 8353/16269/15633 8350/16266/15630 8354/16270/15634</w:t>
        <w:br/>
        <w:t>f 8357/16271/15635 8356/16272/15636 8355/16273/15637</w:t>
        <w:br/>
        <w:t>f 8355/16273/15637 8356/16272/15636 8358/16274/15638</w:t>
        <w:br/>
        <w:t>f 8356/16272/15636 8359/16275/15639 8358/16274/15638</w:t>
        <w:br/>
        <w:t>f 8350/16266/15630 8360/16276/15640 8354/16270/15634</w:t>
        <w:br/>
        <w:t>f 8361/16277/15641 8359/16275/15639 8356/16272/15636</w:t>
        <w:br/>
        <w:t>f 8360/16276/15640 8350/16266/15630 8349/16265/15629</w:t>
        <w:br/>
        <w:t>f 8361/16277/15641 8362/16278/15642 8359/16275/15639</w:t>
        <w:br/>
        <w:t>f 8349/16265/15629 8363/16279/15643 8360/16276/15640</w:t>
        <w:br/>
        <w:t>f 8362/16278/15642 8361/16277/15641 8364/16280/15644</w:t>
        <w:br/>
        <w:t>f 8363/16279/15643 8349/16265/15629 8348/16264/15628</w:t>
        <w:br/>
        <w:t>f 8364/16280/15644 8365/16281/15645 8362/16278/15642</w:t>
        <w:br/>
        <w:t>f 8366/16282/15646 8363/16279/15643 8348/16264/15628</w:t>
        <w:br/>
        <w:t>f 8366/16282/15646 8348/16264/15628 8346/16262/15626</w:t>
        <w:br/>
        <w:t>f 8365/16281/15645 8364/16280/15644 8367/16283/15647</w:t>
        <w:br/>
        <w:t>f 8363/16279/15643 8366/16282/15646 8368/16284/15648</w:t>
        <w:br/>
        <w:t>f 8365/16281/15645 8370/16285/15649 8369/16286/15650</w:t>
        <w:br/>
        <w:t>f 8346/16262/15626 8371/16287/15651 8366/16282/15646</w:t>
        <w:br/>
        <w:t>f 8370/16285/15649 8365/16281/15645 8372/16288/15652</w:t>
        <w:br/>
        <w:t>f 8367/16283/15647 8372/16288/15652 8365/16281/15645</w:t>
        <w:br/>
        <w:t>f 8371/16287/15651 8346/16262/15626 8323/16239/15603</w:t>
        <w:br/>
        <w:t>f 8372/16288/15652 8373/16289/15653 8370/16285/15649</w:t>
        <w:br/>
        <w:t>f 8366/16282/15646 8374/16290/15654 8368/16284/15648</w:t>
        <w:br/>
        <w:t>f 8372/16288/15652 8368/16284/15648 8374/16290/15654</w:t>
        <w:br/>
        <w:t>f 8374/16290/15654 8366/16282/15646 8371/16287/15651</w:t>
        <w:br/>
        <w:t>f 8372/16288/15652 8375/16291/15655 8373/16289/15653</w:t>
        <w:br/>
        <w:t>f 8373/16289/15653 8377/16292/15656 8376/16293/15657</w:t>
        <w:br/>
        <w:t>f 8377/16292/15656 8373/16289/15653 8375/16291/15655</w:t>
        <w:br/>
        <w:t>f 8379/16294/15658 8378/16295/15659 8374/16290/15654</w:t>
        <w:br/>
        <w:t>f 8379/16294/15658 8380/16296/15660 8378/16295/15659</w:t>
        <w:br/>
        <w:t>f 8380/16296/15660 8382/16297/15661 8381/16298/15662</w:t>
        <w:br/>
        <w:t>f 8379/16294/15658 8382/16297/15661 8380/16296/15660</w:t>
        <w:br/>
        <w:t>f 8382/16297/15661 8383/16299/15663 8381/16298/15662</w:t>
        <w:br/>
        <w:t>f 8382/16297/15661 8384/16300/15664 8383/16299/15663</w:t>
        <w:br/>
        <w:t>f 8385/16301/15665 8379/16294/15658 8374/16290/15654</w:t>
        <w:br/>
        <w:t>f 8371/16287/15651 8385/16301/15665 8374/16290/15654</w:t>
        <w:br/>
        <w:t>f 8382/16297/15661 8379/16294/15658 8386/16302/15666</w:t>
        <w:br/>
        <w:t>f 8386/16302/15666 8384/16300/15664 8382/16297/15661</w:t>
        <w:br/>
        <w:t>f 8385/16301/15665 8386/16302/15666 8379/16294/15658</w:t>
        <w:br/>
        <w:t>f 8384/16300/15664 8386/16302/15666 8387/16303/15667</w:t>
        <w:br/>
        <w:t>f 8387/16303/15667 8388/16304/15668 8384/16300/15664</w:t>
        <w:br/>
        <w:t>f 8389/16305/15669 8386/16302/15666 8385/16301/15665</w:t>
        <w:br/>
        <w:t>f 8389/16305/15669 8387/16303/15667 8386/16302/15666</w:t>
        <w:br/>
        <w:t>f 8371/16287/15651 8390/16306/15670 8385/16301/15665</w:t>
        <w:br/>
        <w:t>f 8389/16305/15669 8385/16301/15665 8390/16306/15670</w:t>
        <w:br/>
        <w:t>f 8390/16306/15670 8371/16287/15651 8323/16239/15603</w:t>
        <w:br/>
        <w:t>f 8391/16307/15671 8387/16303/15667 8389/16305/15669</w:t>
        <w:br/>
        <w:t>f 8323/16239/15603 8392/16308/15672 8390/16306/15670</w:t>
        <w:br/>
        <w:t>f 8392/16308/15672 8323/16239/15603 8297/16213/15577</w:t>
        <w:br/>
        <w:t>f 8297/16213/15577 8292/16208/15572 8392/16308/15672</w:t>
        <w:br/>
        <w:t>f 8290/16206/15570 8392/16308/15672 8292/16208/15572</w:t>
        <w:br/>
        <w:t>f 8391/16307/15671 8393/16309/15673 8387/16303/15667</w:t>
        <w:br/>
        <w:t>f 8387/16303/15667 8393/16309/15673 8388/16304/15668</w:t>
        <w:br/>
        <w:t>f 8394/16310/15674 8393/16309/15673 8391/16307/15671</w:t>
        <w:br/>
        <w:t>f 8391/16307/15671 8389/16305/15669 8395/16311/15675</w:t>
        <w:br/>
        <w:t>f 8396/16312/15676 8393/16309/15673 8394/16310/15674</w:t>
        <w:br/>
        <w:t>f 8396/16312/15676 8394/16310/15674 8397/16313/15677</w:t>
        <w:br/>
        <w:t>f 8388/16304/15668 8393/16309/15673 8398/16314/15678</w:t>
        <w:br/>
        <w:t>f 8393/16309/15673 8396/16312/15676 8398/16314/15678</w:t>
        <w:br/>
        <w:t>f 8398/16314/15678 8399/16315/15679 8388/16304/15668</w:t>
        <w:br/>
        <w:t>f 8388/16304/15668 8399/16315/15679 8400/16316/15680</w:t>
        <w:br/>
        <w:t>f 8399/16315/15679 8401/16317/15681 8400/16316/15680</w:t>
        <w:br/>
        <w:t>f 8398/16314/15678 8401/16317/15681 8399/16315/15679</w:t>
        <w:br/>
        <w:t>f 8402/16318/15682 8400/16316/15680 8401/16317/15681</w:t>
        <w:br/>
        <w:t>f 8401/16317/15681 8398/16314/15678 8403/16319/15683</w:t>
        <w:br/>
        <w:t>f 8396/16312/15676 8403/16319/15683 8398/16314/15678</w:t>
        <w:br/>
        <w:t>f 8402/16318/15682 8401/16317/15681 8404/16320/15684</w:t>
        <w:br/>
        <w:t>f 8404/16320/15684 8405/16321/15685 8402/16318/15682</w:t>
        <w:br/>
        <w:t>f 8405/16321/15685 8404/16320/15684 8406/16322/15686</w:t>
        <w:br/>
        <w:t>f 8404/16320/15684 8401/16317/15681 8407/16323/15687</w:t>
        <w:br/>
        <w:t>f 8404/16320/15684 8407/16323/15687 8406/16322/15686</w:t>
        <w:br/>
        <w:t>f 8403/16319/15683 8407/16323/15687 8401/16317/15681</w:t>
        <w:br/>
        <w:t>f 8408/16324/15688 8406/16322/15686 8407/16323/15687</w:t>
        <w:br/>
        <w:t>f 8408/16324/15688 8407/16323/15687 8409/16325/15689</w:t>
        <w:br/>
        <w:t>f 8409/16325/15689 8407/16323/15687 8410/16326/15690</w:t>
        <w:br/>
        <w:t>f 8409/16325/15689 8410/16326/15690 8411/16327/15691</w:t>
        <w:br/>
        <w:t>f 8412/16328/15692 8407/16323/15687 8403/16319/15683</w:t>
        <w:br/>
        <w:t>f 8412/16328/15692 8410/16326/15690 8407/16323/15687</w:t>
        <w:br/>
        <w:t>f 8413/16329/15693 8412/16328/15692 8403/16319/15683</w:t>
        <w:br/>
        <w:t>f 8403/16319/15683 8396/16312/15676 8413/16329/15693</w:t>
        <w:br/>
        <w:t>f 8412/16328/15692 8414/16330/15694 8410/16326/15690</w:t>
        <w:br/>
        <w:t>f 8415/16331/15695 8411/16327/15691 8410/16326/15690</w:t>
        <w:br/>
        <w:t>f 8414/16330/15694 8415/16331/15695 8410/16326/15690</w:t>
        <w:br/>
        <w:t>f 8411/16327/15691 8415/16331/15695 8416/16332/15696</w:t>
        <w:br/>
        <w:t>f 8415/16331/15695 8417/16333/15697 8416/16332/15696</w:t>
        <w:br/>
        <w:t>f 8418/16334/15698 8414/16330/15694 8412/16328/15692</w:t>
        <w:br/>
        <w:t>f 8418/16334/15698 8412/16328/15692 8413/16329/15693</w:t>
        <w:br/>
        <w:t>f 8417/16333/15697 8415/16331/15695 8419/16335/15699</w:t>
        <w:br/>
        <w:t>f 8420/16336/15700 8417/16333/15697 8419/16335/15699</w:t>
        <w:br/>
        <w:t>f 8421/16337/15701 8420/16336/15700 8419/16335/15699</w:t>
        <w:br/>
        <w:t>f 8422/16338/15702 8421/16337/15701 8419/16335/15699</w:t>
        <w:br/>
        <w:t>f 8423/16339/15703 8419/16335/15699 8415/16331/15695</w:t>
        <w:br/>
        <w:t>f 8415/16331/15695 8414/16330/15694 8423/16339/15703</w:t>
        <w:br/>
        <w:t>f 8424/16340/15704 8422/16338/15702 8419/16335/15699</w:t>
        <w:br/>
        <w:t>f 8419/16335/15699 8423/16339/15703 8424/16340/15704</w:t>
        <w:br/>
        <w:t>f 8422/16338/15702 8424/16340/15704 8425/16341/15705</w:t>
        <w:br/>
        <w:t>f 8426/16342/15706 8423/16339/15703 8414/16330/15694</w:t>
        <w:br/>
        <w:t>f 8418/16334/15698 8426/16342/15706 8414/16330/15694</w:t>
        <w:br/>
        <w:t>f 8427/16343/15707 8424/16340/15704 8423/16339/15703</w:t>
        <w:br/>
        <w:t>f 8426/16342/15706 8427/16343/15707 8423/16339/15703</w:t>
        <w:br/>
        <w:t>f 8428/16344/15708 8425/16341/15705 8424/16340/15704</w:t>
        <w:br/>
        <w:t>f 8424/16340/15704 8427/16343/15707 8429/16345/15709</w:t>
        <w:br/>
        <w:t>f 8430/16346/15710 8425/16341/15705 8428/16344/15708</w:t>
        <w:br/>
        <w:t>f 8428/16344/15708 8431/16347/15711 8430/16346/15710</w:t>
        <w:br/>
        <w:t>f 8431/16347/15711 8428/16344/15708 8432/16348/15712</w:t>
        <w:br/>
        <w:t>f 8427/16343/15707 8433/16349/15713 8429/16345/15709</w:t>
        <w:br/>
        <w:t>f 8432/16348/15712 8434/16350/15714 8431/16347/15711</w:t>
        <w:br/>
        <w:t>f 8434/16350/15714 8432/16348/15712 8435/16351/15715</w:t>
        <w:br/>
        <w:t>f 8436/16352/15716 8434/16350/15714 8435/16351/15715</w:t>
        <w:br/>
        <w:t>f 8433/16349/15713 8427/16343/15707 8437/16353/15717</w:t>
        <w:br/>
        <w:t>f 8437/16353/15717 8438/16354/15718 8433/16349/15713</w:t>
        <w:br/>
        <w:t>f 8439/16355/15719 8427/16343/15707 8426/16342/15706</w:t>
        <w:br/>
        <w:t>f 8437/16353/15717 8427/16343/15707 8439/16355/15719</w:t>
        <w:br/>
        <w:t>f 8435/16351/15715 8440/16356/15720 8436/16352/15716</w:t>
        <w:br/>
        <w:t>f 8438/16354/15718 8437/16353/15717 8441/16357/15721</w:t>
        <w:br/>
        <w:t>f 8441/16357/15721 8442/16358/15722 8438/16354/15718</w:t>
        <w:br/>
        <w:t>f 8437/16353/15717 8439/16355/15719 8443/16359/15723</w:t>
        <w:br/>
        <w:t>f 8443/16359/15723 8441/16357/15721 8437/16353/15717</w:t>
        <w:br/>
        <w:t>f 8439/16355/15719 8444/16360/15724 8443/16359/15723</w:t>
        <w:br/>
        <w:t>f 8445/16361/15725 8441/16357/15721 8443/16359/15723</w:t>
        <w:br/>
        <w:t>f 8446/16362/15726 8439/16355/15719 8426/16342/15706</w:t>
        <w:br/>
        <w:t>f 8444/16360/15724 8439/16355/15719 8446/16362/15726</w:t>
        <w:br/>
        <w:t>f 8446/16362/15726 8426/16342/15706 8418/16334/15698</w:t>
        <w:br/>
        <w:t>f 8441/16357/15721 8445/16361/15725 8447/16363/15727</w:t>
        <w:br/>
        <w:t>f 8442/16358/15722 8441/16357/15721 8447/16363/15727</w:t>
        <w:br/>
        <w:t>f 8448/16364/15728 8446/16362/15726 8418/16334/15698</w:t>
        <w:br/>
        <w:t>f 8448/16364/15728 8418/16334/15698 8413/16329/15693</w:t>
        <w:br/>
        <w:t>f 8448/16364/15728 8413/16329/15693 8396/16312/15676</w:t>
        <w:br/>
        <w:t>f 8449/16365/15729 8442/16358/15722 8447/16363/15727</w:t>
        <w:br/>
        <w:t>f 8450/16366/15730 8436/16352/15716 8440/16356/15720</w:t>
        <w:br/>
        <w:t>f 8451/16367/15731 8436/16352/15716 8450/16366/15730</w:t>
        <w:br/>
        <w:t>f 8454/16368/15732 8453/16369/15733 8452/16370/15734</w:t>
        <w:br/>
        <w:t>f 8447/16363/15727 8455/16371/15735 8449/16365/15729</w:t>
        <w:br/>
        <w:t>f 8453/16369/15733 8454/16368/15732 8456/16372/15736</w:t>
        <w:br/>
        <w:t>f 8445/16361/15725 8455/16371/15735 8447/16363/15727</w:t>
        <w:br/>
        <w:t>f 8456/16372/15736 8457/16373/15737 8453/16369/15733</w:t>
        <w:br/>
        <w:t>f 8455/16371/15735 8445/16361/15725 8458/16374/15738</w:t>
        <w:br/>
        <w:t>f 8457/16373/15737 8456/16372/15736 8459/16375/15739</w:t>
        <w:br/>
        <w:t>f 8459/16375/15739 8460/16376/15740 8457/16373/15737</w:t>
        <w:br/>
        <w:t>f 8445/16361/15725 8461/16377/15741 8458/16374/15738</w:t>
        <w:br/>
        <w:t>f 8460/16376/15740 8459/16375/15739 8462/16378/15742</w:t>
        <w:br/>
        <w:t>f 8461/16377/15741 8272/16188/15552 8458/16374/15738</w:t>
        <w:br/>
        <w:t>f 8272/16188/15552 8461/16377/15741 8463/16379/15743</w:t>
        <w:br/>
        <w:t>f 8444/16360/15724 8463/16379/15743 8461/16377/15741</w:t>
        <w:br/>
        <w:t>f 8463/16379/15743 8464/16380/15744 8272/16188/15552</w:t>
        <w:br/>
        <w:t>f 8279/16195/15559 8272/16188/15552 8464/16380/15744</w:t>
        <w:br/>
        <w:t>f 8463/16379/15743 8444/16360/15724 8465/16381/15745</w:t>
        <w:br/>
        <w:t>f 8465/16381/15745 8464/16380/15744 8463/16379/15743</w:t>
        <w:br/>
        <w:t>f 8465/16381/15745 8444/16360/15724 8446/16362/15726</w:t>
        <w:br/>
        <w:t>f 8464/16380/15744 8281/16197/15561 8279/16195/15559</w:t>
        <w:br/>
        <w:t>f 8466/16382/15746 8465/16381/15745 8446/16362/15726</w:t>
        <w:br/>
        <w:t>f 8464/16380/15744 8465/16381/15745 8466/16382/15746</w:t>
        <w:br/>
        <w:t>f 8466/16382/15746 8446/16362/15726 8448/16364/15728</w:t>
        <w:br/>
        <w:t>f 8281/16197/15561 8464/16380/15744 8467/16383/15747</w:t>
        <w:br/>
        <w:t>f 8466/16382/15746 8467/16383/15747 8464/16380/15744</w:t>
        <w:br/>
        <w:t>f 8467/16383/15747 8284/16200/15564 8281/16197/15561</w:t>
        <w:br/>
        <w:t>f 8466/16382/15746 8448/16364/15728 8468/16384/15748</w:t>
        <w:br/>
        <w:t>f 8396/16312/15676 8468/16384/15748 8448/16364/15728</w:t>
        <w:br/>
        <w:t>f 8468/16384/15748 8396/16312/15676 8397/16313/15677</w:t>
        <w:br/>
        <w:t>f 8467/16383/15747 8466/16382/15746 8469/16385/15749</w:t>
        <w:br/>
        <w:t>f 8469/16385/15749 8466/16382/15746 8468/16384/15748</w:t>
        <w:br/>
        <w:t>f 8469/16385/15749 8470/16386/15750 8467/16383/15747</w:t>
        <w:br/>
        <w:t>f 8468/16384/15748 8470/16386/15750 8469/16385/15749</w:t>
        <w:br/>
        <w:t>f 8468/16384/15748 8397/16313/15677 8471/16387/15751</w:t>
        <w:br/>
        <w:t>f 8470/16386/15750 8468/16384/15748 8471/16387/15751</w:t>
        <w:br/>
        <w:t>f 8471/16387/15751 8397/16313/15677 8472/16388/15752</w:t>
        <w:br/>
        <w:t>f 8467/16383/15747 8470/16386/15750 8473/16389/15753</w:t>
        <w:br/>
        <w:t>f 8284/16200/15564 8467/16383/15747 8473/16389/15753</w:t>
        <w:br/>
        <w:t>f 8474/16390/15754 8470/16386/15750 8471/16387/15751</w:t>
        <w:br/>
        <w:t>f 8473/16389/15753 8470/16386/15750 8474/16390/15754</w:t>
        <w:br/>
        <w:t>f 8475/16391/15755 8471/16387/15751 8472/16388/15752</w:t>
        <w:br/>
        <w:t>f 8474/16390/15754 8471/16387/15751 8475/16391/15755</w:t>
        <w:br/>
        <w:t>f 8476/16392/15756 8475/16391/15755 8472/16388/15752</w:t>
        <w:br/>
        <w:t>f 8477/16393/15757 8284/16200/15564 8473/16389/15753</w:t>
        <w:br/>
        <w:t>f 8477/16393/15757 8473/16389/15753 8474/16390/15754</w:t>
        <w:br/>
        <w:t>f 8284/16200/15564 8477/16393/15757 8478/16394/15758</w:t>
        <w:br/>
        <w:t>f 8479/16395/15759 8474/16390/15754 8475/16391/15755</w:t>
        <w:br/>
        <w:t>f 8475/16391/15755 8476/16392/15756 8479/16395/15759</w:t>
        <w:br/>
        <w:t>f 8480/16396/15760 8477/16393/15757 8474/16390/15754</w:t>
        <w:br/>
        <w:t>f 8474/16390/15754 8479/16395/15759 8480/16396/15760</w:t>
        <w:br/>
        <w:t>f 8481/16397/15761 8478/16394/15758 8477/16393/15757</w:t>
        <w:br/>
        <w:t>f 8477/16393/15757 8480/16396/15760 8481/16397/15761</w:t>
        <w:br/>
        <w:t>f 8478/16394/15758 8481/16397/15761 8288/16204/15568</w:t>
        <w:br/>
        <w:t>f 8290/16206/15570 8288/16204/15568 8481/16397/15761</w:t>
        <w:br/>
        <w:t>f 8290/16206/15570 8481/16397/15761 8480/16396/15760</w:t>
        <w:br/>
        <w:t>f 8482/16398/15762 8479/16395/15759 8476/16392/15756</w:t>
        <w:br/>
        <w:t>f 8482/16398/15762 8480/16396/15760 8479/16395/15759</w:t>
        <w:br/>
        <w:t>f 8389/16305/15669 8482/16398/15762 8395/16311/15675</w:t>
        <w:br/>
        <w:t>f 8390/16306/15670 8482/16398/15762 8389/16305/15669</w:t>
        <w:br/>
        <w:t>f 8392/16308/15672 8482/16398/15762 8390/16306/15670</w:t>
        <w:br/>
        <w:t>f 8483/16399/15763 8290/16206/15570 8480/16396/15760</w:t>
        <w:br/>
        <w:t>f 8392/16308/15672 8290/16206/15570 8483/16399/15763</w:t>
        <w:br/>
        <w:t>f 8480/16396/15760 8482/16398/15762 8483/16399/15763</w:t>
        <w:br/>
        <w:t>f 8392/16308/15672 8483/16399/15763 8482/16398/15762</w:t>
        <w:br/>
        <w:t>f 8486/16400/15764 8485/16401/15765 8484/16402/15766</w:t>
        <w:br/>
        <w:t>f 8484/16402/15766 8487/16403/15767 8486/16400/15764</w:t>
        <w:br/>
        <w:t>f 8487/16403/15767 8484/16402/15766 8488/16404/15768</w:t>
        <w:br/>
        <w:t>f 8488/16404/15768 8489/16405/15769 8487/16403/15767</w:t>
        <w:br/>
        <w:t>f 8489/16405/15769 8488/16404/15768 8490/16406/15770</w:t>
        <w:br/>
        <w:t>f 8490/16406/15770 8491/16407/15771 8489/16405/15769</w:t>
        <w:br/>
        <w:t>f 8491/16407/15771 8490/16406/15770 8492/16408/15772</w:t>
        <w:br/>
        <w:t>f 8493/16409/15773 8491/16407/15771 8492/16408/15772</w:t>
        <w:br/>
        <w:t>f 8496/16410/15774 8495/16411/15775 8494/16412/15776</w:t>
        <w:br/>
        <w:t>f 8498/16413/15777 8497/16414/15778 8494/16412/15776</w:t>
        <w:br/>
        <w:t>f 8496/16410/15774 8494/16412/15776 8497/16414/15778</w:t>
        <w:br/>
        <w:t>f 8491/16407/15771 8493/16409/15773 8499/16415/15779</w:t>
        <w:br/>
        <w:t>f 8500/16416/15780 8495/16411/15775 8496/16410/15774</w:t>
        <w:br/>
        <w:t>f 8501/16417/15781 8495/16411/15775 8500/16416/15780</w:t>
        <w:br/>
        <w:t>f 8502/16418/15782 8497/16414/15778 8498/16413/15777</w:t>
        <w:br/>
        <w:t>f 8503/16419/15783 8502/16418/15782 8498/16413/15777</w:t>
        <w:br/>
        <w:t>f 8506/16420/15784 8505/16421/15785 8504/16422/15786</w:t>
        <w:br/>
        <w:t>f 8508/16423/15787 8505/16421/15785 8507/16424/15788</w:t>
        <w:br/>
        <w:t>f 8505/16421/15785 8508/16423/15787 8504/16422/15786</w:t>
        <w:br/>
        <w:t>f 8503/16419/15783 8509/16425/15789 8502/16418/15782</w:t>
        <w:br/>
        <w:t>f 8512/16426/15790 8511/16427/15791 8510/16428/15792</w:t>
        <w:br/>
        <w:t>f 8510/16428/15792 8513/16429/15793 8512/16426/15790</w:t>
        <w:br/>
        <w:t>f 8511/16427/15791 8512/16426/15790 8514/16430/15794</w:t>
        <w:br/>
        <w:t>f 8513/16429/15793 8510/16428/15792 8515/16431/15795</w:t>
        <w:br/>
        <w:t>f 8507/16424/15788 8516/16432/15796 8508/16423/15787</w:t>
        <w:br/>
        <w:t>f 8507/16424/15788 8517/16433/15797 8516/16432/15796</w:t>
        <w:br/>
        <w:t>f 8515/16431/15795 8518/16434/15798 8513/16429/15793</w:t>
        <w:br/>
        <w:t>f 8514/16430/15794 8519/16435/15799 8511/16427/15791</w:t>
        <w:br/>
        <w:t>f 8506/16420/15784 8504/16422/15786 8520/16436/15800</w:t>
        <w:br/>
        <w:t>f 8519/16435/15799 8514/16430/15794 8521/16437/15801</w:t>
        <w:br/>
        <w:t>f 8522/16438/15802 8506/16420/15784 8520/16436/15800</w:t>
        <w:br/>
        <w:t>f 8518/16434/15798 8515/16431/15795 8523/16439/15803</w:t>
        <w:br/>
        <w:t>f 8523/16439/15803 8524/16440/15804 8518/16434/15798</w:t>
        <w:br/>
        <w:t>f 8517/16433/15797 8525/16441/15805 8516/16432/15796</w:t>
        <w:br/>
        <w:t>f 8521/16437/15801 8526/16442/15806 8519/16435/15799</w:t>
        <w:br/>
        <w:t>f 8522/16438/15802 8520/16436/15800 8527/16443/15807</w:t>
        <w:br/>
        <w:t>f 8526/16442/15806 8521/16437/15801 8528/16444/15808</w:t>
        <w:br/>
        <w:t>f 8528/16444/15808 8529/16445/15809 8526/16442/15806</w:t>
        <w:br/>
        <w:t>f 8517/16433/15797 8530/16446/15810 8525/16441/15805</w:t>
        <w:br/>
        <w:t>f 8503/16419/15783 8531/16447/15811 8509/16425/15789</w:t>
        <w:br/>
        <w:t>f 8530/16446/15810 8532/16448/15812 8525/16441/15805</w:t>
        <w:br/>
        <w:t>f 8524/16440/15804 8523/16439/15803 8533/16449/15813</w:t>
        <w:br/>
        <w:t>f 8533/16449/15813 8534/16450/15814 8524/16440/15804</w:t>
        <w:br/>
        <w:t>f 8530/16446/15810 8535/16451/15815 8532/16448/15812</w:t>
        <w:br/>
        <w:t>f 8524/16440/15804 8534/16450/15814 8536/16452/15816</w:t>
        <w:br/>
        <w:t>f 8534/16450/15814 8537/16453/15817 8536/16452/15816</w:t>
        <w:br/>
        <w:t>f 8531/16447/15811 8503/16419/15783 8538/16454/15818</w:t>
        <w:br/>
        <w:t>f 8493/16409/15819 8540/16455/15820 8539/16456/15821</w:t>
        <w:br/>
        <w:t>f 8540/16455/15820 8493/16409/15819 8541/16457/15822</w:t>
        <w:br/>
        <w:t>f 8542/16458/15823 8540/16455/15820 8541/16457/15822</w:t>
        <w:br/>
        <w:t>f 8535/16451/15815 8530/16446/15810 8543/16459/15824</w:t>
        <w:br/>
        <w:t>f 8538/16454/15818 8544/16460/15825 8531/16447/15811</w:t>
        <w:br/>
        <w:t>f 8540/16455/15820 8542/16458/15823 8545/16461/15826</w:t>
        <w:br/>
        <w:t>f 8544/16460/15825 8538/16454/15818 8546/16462/15827</w:t>
        <w:br/>
        <w:t>f 8547/16463/15828 8545/16461/15826 8542/16458/15823</w:t>
        <w:br/>
        <w:t>f 8537/16453/15817 8534/16450/15814 8548/16464/15829</w:t>
        <w:br/>
        <w:t>f 8543/16459/15824 8549/16465/15830 8535/16451/15815</w:t>
        <w:br/>
        <w:t>f 8548/16464/15829 8550/16466/15831 8537/16453/15817</w:t>
        <w:br/>
        <w:t>f 8551/16467/15832 8545/16461/15826 8547/16463/15828</w:t>
        <w:br/>
        <w:t>f 8552/16468/15833 8544/16460/15825 8546/16462/15827</w:t>
        <w:br/>
        <w:t>f 8553/16469/15834 8551/16467/15832 8547/16463/15828</w:t>
        <w:br/>
        <w:t>f 8549/16465/15830 8543/16459/15824 8554/16470/15835</w:t>
        <w:br/>
        <w:t>f 8555/16471/15836 8544/16460/15825 8552/16468/15833</w:t>
        <w:br/>
        <w:t>f 8550/16466/15831 8548/16464/15829 8556/16472/15837</w:t>
        <w:br/>
        <w:t>f 8554/16470/15835 8557/16473/15838 8549/16465/15830</w:t>
        <w:br/>
        <w:t>f 8556/16472/15837 8558/16474/15839 8550/16466/15831</w:t>
        <w:br/>
        <w:t>f 8559/16475/15840 8551/16467/15832 8553/16469/15834</w:t>
        <w:br/>
        <w:t>f 8560/16476/15841 8555/16471/15836 8552/16468/15833</w:t>
        <w:br/>
        <w:t>f 8561/16477/15842 8559/16475/15840 8553/16469/15834</w:t>
        <w:br/>
        <w:t>f 8557/16473/15838 8554/16470/15835 8562/16478/15843</w:t>
        <w:br/>
        <w:t>f 8555/16471/15836 8560/16476/15841 8563/16479/15844</w:t>
        <w:br/>
        <w:t>f 8558/16474/15839 8556/16472/15837 8564/16480/15845</w:t>
        <w:br/>
        <w:t>f 8562/16478/15843 8565/16481/15846 8557/16473/15838</w:t>
        <w:br/>
        <w:t>f 8564/16480/15845 8566/16482/15847 8558/16474/15839</w:t>
        <w:br/>
        <w:t>f 8567/16483/15848 8559/16475/15840 8561/16477/15842</w:t>
        <w:br/>
        <w:t>f 8560/16476/15841 8568/16484/15849 8563/16479/15844</w:t>
        <w:br/>
        <w:t>f 8561/16477/15842 8569/16485/15850 8567/16483/15848</w:t>
        <w:br/>
        <w:t>f 8565/16481/15846 8562/16478/15843 8570/16486/15851</w:t>
        <w:br/>
        <w:t>f 8571/16487/15852 8563/16479/15844 8568/16484/15849</w:t>
        <w:br/>
        <w:t>f 8572/16488/15853 8567/16483/15848 8569/16485/15850</w:t>
        <w:br/>
        <w:t>f 8568/16484/15849 8573/16489/15854 8571/16487/15852</w:t>
        <w:br/>
        <w:t>f 8569/16485/15850 8574/16490/15855 8572/16488/15853</w:t>
        <w:br/>
        <w:t>f 8570/16486/15851 8575/16491/15856 8565/16481/15846</w:t>
        <w:br/>
        <w:t>f 8566/16482/15847 8564/16480/15845 8576/16492/15857</w:t>
        <w:br/>
        <w:t>f 8577/16493/15858 8571/16487/15852 8573/16489/15854</w:t>
        <w:br/>
        <w:t>f 8575/16491/15856 8570/16486/15851 8578/16494/15859</w:t>
        <w:br/>
        <w:t>f 8573/16489/15854 8579/16495/15860 8577/16493/15858</w:t>
        <w:br/>
        <w:t>f 8580/16496/15861 8575/16491/15856 8578/16494/15859</w:t>
        <w:br/>
        <w:t>f 8579/16495/15860 8573/16489/15854 8581/16497/15862</w:t>
        <w:br/>
        <w:t>f 8582/16498/15863 8566/16482/15847 8576/16492/15857</w:t>
        <w:br/>
        <w:t>f 8575/16491/15856 8580/16496/15861 8583/16499/15864</w:t>
        <w:br/>
        <w:t>f 8566/16482/15847 8582/16498/15863 8584/16500/15865</w:t>
        <w:br/>
        <w:t>f 8574/16490/15855 8569/16485/15850 8585/16501/15866</w:t>
        <w:br/>
        <w:t>f 8585/16501/15866 8586/16502/15867 8574/16490/15855</w:t>
        <w:br/>
        <w:t>f 8587/16503/15868 8584/16500/15865 8582/16498/15863</w:t>
        <w:br/>
        <w:t>f 8580/16496/15861 8588/16504/15869 8583/16499/15864</w:t>
        <w:br/>
        <w:t>f 8589/16505/15870 8584/16500/15865 8587/16503/15868</w:t>
        <w:br/>
        <w:t>f 8587/16503/15868 8590/16506/15871 8589/16505/15870</w:t>
        <w:br/>
        <w:t>f 8590/16506/15871 8587/16503/15868 8591/16507/15872</w:t>
        <w:br/>
        <w:t>f 8588/16504/15869 8580/16496/15861 8592/16508/15873</w:t>
        <w:br/>
        <w:t>f 8595/16509/15874 8594/16510/15875 8593/16511/15876</w:t>
        <w:br/>
        <w:t>f 8581/16497/15862 8596/16512/15877 8579/16495/15860</w:t>
        <w:br/>
        <w:t>f 8594/16510/15875 8595/16509/15874 8597/16513/15878</w:t>
        <w:br/>
        <w:t>f 8599/16514/15879 8598/16515/15880 8596/16512/15877</w:t>
        <w:br/>
        <w:t>f 8596/16512/15877 8581/16497/15862 8600/16516/15881</w:t>
        <w:br/>
        <w:t>f 8596/16512/15877 8600/16516/15881 8599/16514/15879</w:t>
        <w:br/>
        <w:t>f 8601/16517/15882 8574/16490/15855 8586/16502/15867</w:t>
        <w:br/>
        <w:t>f 8604/16518/15883 8603/16519/15884 8602/16520/15885</w:t>
        <w:br/>
        <w:t>f 8605/16521/15886 8604/16518/15883 8602/16520/15885</w:t>
        <w:br/>
        <w:t>f 8608/16522/15887 8607/16523/15888 8606/16524/15889</w:t>
        <w:br/>
        <w:t>f 8607/16523/15888 8609/16525/15890 8606/16524/15889</w:t>
        <w:br/>
        <w:t>f 8606/16524/15889 8609/16525/15890 8610/16526/15891</w:t>
        <w:br/>
        <w:t>f 8609/16525/15890 8611/16527/15892 8610/16526/15891</w:t>
        <w:br/>
        <w:t>f 8611/16527/15892 8612/16528/15893 8610/16526/15891</w:t>
        <w:br/>
        <w:t>f 8615/16529/15894 8614/16530/15895 8613/16531/15896</w:t>
        <w:br/>
        <w:t>f 8611/16527/15892 8616/16532/15897 8612/16528/15893</w:t>
        <w:br/>
        <w:t>f 8616/16532/15897 8617/16533/15898 8612/16528/15893</w:t>
        <w:br/>
        <w:t>f 8619/16534/15899 8618/16535/15900 8614/16530/15895</w:t>
        <w:br/>
        <w:t>f 8614/16530/15895 8615/16529/15894 8619/16534/15899</w:t>
        <w:br/>
        <w:t>f 8621/16536/15901 8620/16537/15902 8618/16535/15900</w:t>
        <w:br/>
        <w:t>f 8618/16535/15900 8619/16534/15899 8621/16536/15901</w:t>
        <w:br/>
        <w:t>f 8624/16538/15903 8623/16539/15904 8622/16540/15905</w:t>
        <w:br/>
        <w:t>f 8624/16538/15903 8622/16540/15905 8625/16541/15906</w:t>
        <w:br/>
        <w:t>f 8622/16540/15905 8626/16542/15907 8625/16541/15906</w:t>
        <w:br/>
        <w:t>f 8626/16542/15907 8622/16540/15905 8627/16543/15908</w:t>
        <w:br/>
        <w:t>f 8630/16544/15909 8629/16545/15910 8628/16546/15911</w:t>
        <w:br/>
        <w:t>f 8632/16547/15912 8631/16548/15913 8620/16537/15902</w:t>
        <w:br/>
        <w:t>f 8635/16549/15914 8634/16550/15915 8633/16551/15916</w:t>
        <w:br/>
        <w:t>f 8620/16537/15902 8621/16536/15901 8636/16552/15917</w:t>
        <w:br/>
        <w:t>f 8620/16537/15902 8636/16552/15917 8632/16547/15912</w:t>
        <w:br/>
        <w:t>f 8639/16553/15918 8638/16554/15919 8637/16555/15920</w:t>
        <w:br/>
        <w:t>f 8642/16556/15921 8641/16557/15922 8640/16558/15923</w:t>
        <w:br/>
        <w:t>f 8638/16554/15919 8639/16553/15918 8643/16559/15924</w:t>
        <w:br/>
        <w:t>f 8637/16555/15920 8644/16560/15925 8639/16553/15918</w:t>
        <w:br/>
        <w:t>f 8644/16560/15925 8637/16555/15920 8645/16561/15926</w:t>
        <w:br/>
        <w:t>f 8648/16562/15927 8647/16563/15928 8646/16564/15929</w:t>
        <w:br/>
        <w:t>f 8650/16565/15930 8648/16562/15927 8649/16566/15931</w:t>
        <w:br/>
        <w:t>f 8650/16565/15930 8647/16563/15928 8648/16562/15927</w:t>
        <w:br/>
        <w:t>f 8651/16567/15932 8650/16565/15930 8649/16566/15931</w:t>
        <w:br/>
        <w:t>f 8647/16563/15928 8652/16568/15933 8646/16564/15929</w:t>
        <w:br/>
        <w:t>f 8641/16557/15922 8642/16556/15921 8653/16569/15934</w:t>
        <w:br/>
        <w:t>f 8652/16568/15933 8647/16563/15928 8654/16570/15935</w:t>
        <w:br/>
        <w:t>f 8657/16571/15936 8656/16572/15937 8655/16573/15936</w:t>
        <w:br/>
        <w:t>f 8649/16566/15931 8658/16574/15938 8651/16567/15932</w:t>
        <w:br/>
        <w:t>f 8645/16561/15926 8659/16575/15939 8644/16560/15925</w:t>
        <w:br/>
        <w:t>f 8660/16576/15940 8651/16567/15932 8658/16574/15938</w:t>
        <w:br/>
        <w:t>f 8659/16575/15939 8645/16561/15926 8661/16577/15941</w:t>
        <w:br/>
        <w:t>f 8658/16574/15938 8662/16578/15942 8660/16576/15940</w:t>
        <w:br/>
        <w:t>f 8662/16578/15942 8658/16574/15938 8663/16579/15943</w:t>
        <w:br/>
        <w:t>f 8661/16577/15941 8664/16580/15944 8659/16575/15939</w:t>
        <w:br/>
        <w:t>f 8663/16579/15943 8665/16581/15945 8662/16578/15942</w:t>
        <w:br/>
        <w:t>f 8664/16580/15944 8661/16577/15941 8666/16582/15946</w:t>
        <w:br/>
        <w:t>f 8665/16581/15945 8663/16579/15943 8667/16583/15947</w:t>
        <w:br/>
        <w:t>f 8667/16583/15947 8668/16584/15948 8665/16581/15945</w:t>
        <w:br/>
        <w:t>f 8670/16585/15949 8615/16529/15894 8669/16586/15950</w:t>
        <w:br/>
        <w:t>f 8613/16531/15896 8669/16586/15950 8615/16529/15894</w:t>
        <w:br/>
        <w:t>f 8607/16523/15888 8608/16522/15887 8671/16587/15951</w:t>
        <w:br/>
        <w:t>f 8608/16522/15887 8672/16588/15952 8671/16587/15951</w:t>
        <w:br/>
        <w:t>f 8669/16586/15950 8673/16589/15953 8670/16585/15949</w:t>
        <w:br/>
        <w:t>f 8672/16588/15952 8608/16522/15887 8674/16590/15954</w:t>
        <w:br/>
        <w:t>f 8666/16582/15946 8675/16591/15955 8664/16580/15944</w:t>
        <w:br/>
        <w:t>f 8676/16592/15956 8670/16585/15949 8673/16589/15953</w:t>
        <w:br/>
        <w:t>f 8664/16580/15944 8675/16591/15955 8677/16593/15957</w:t>
        <w:br/>
        <w:t>f 8674/16590/15954 8678/16594/15958 8672/16588/15952</w:t>
        <w:br/>
        <w:t>f 8673/16589/15953 8679/16595/15959 8676/16592/15956</w:t>
        <w:br/>
        <w:t>f 8678/16594/15958 8674/16590/15954 8680/16596/15960</w:t>
        <w:br/>
        <w:t>f 8680/16596/15960 8681/16597/15961 8678/16594/15958</w:t>
        <w:br/>
        <w:t>f 8684/16598/15962 8683/16599/15963 8682/16600/15964</w:t>
        <w:br/>
        <w:t>f 8683/16599/15963 8684/16598/15962 8685/16601/15965</w:t>
        <w:br/>
        <w:t>f 8686/16602/15966 8678/16594/15958 8681/16597/15961</w:t>
        <w:br/>
        <w:t>f 8689/16603/15967 8688/16604/15968 8687/16605/15969</w:t>
        <w:br/>
        <w:t>f 8690/16606/15970 8676/16592/15956 8679/16595/15959</w:t>
        <w:br/>
        <w:t>f 8679/16595/15959 8688/16604/15968 8690/16606/15970</w:t>
        <w:br/>
        <w:t>f 8675/16591/15955 8691/16607/15971 8677/16593/15957</w:t>
        <w:br/>
        <w:t>f 8688/16604/15968 8689/16603/15967 8692/16608/15972</w:t>
        <w:br/>
        <w:t>f 8692/16608/15972 8690/16606/15970 8688/16604/15968</w:t>
        <w:br/>
        <w:t>f 8695/16609/15973 8694/16610/15974 8693/16611/15975</w:t>
        <w:br/>
        <w:t>f 8694/16610/15974 8691/16607/15971 8693/16611/15975</w:t>
        <w:br/>
        <w:t>f 8695/16609/15973 8696/16612/15976 8694/16610/15974</w:t>
        <w:br/>
        <w:t>f 8677/16593/15957 8691/16607/15971 8697/16613/15977</w:t>
        <w:br/>
        <w:t>f 8691/16607/15971 8694/16610/15974 8697/16613/15977</w:t>
        <w:br/>
        <w:t>f 8668/16584/15948 8667/16583/15947 8698/16614/15978</w:t>
        <w:br/>
        <w:t>f 8698/16614/15978 8699/16615/15979 8668/16584/15948</w:t>
        <w:br/>
        <w:t>f 8699/16615/15979 8698/16614/15978 8700/16616/15980</w:t>
        <w:br/>
        <w:t>f 8700/16616/15980 8701/16617/15981 8699/16615/15979</w:t>
        <w:br/>
        <w:t>f 8702/16618/15982 8699/16615/15979 8701/16617/15981</w:t>
        <w:br/>
        <w:t>f 8705/16619/15983 8704/16620/15984 8703/16621/15984</w:t>
        <w:br/>
        <w:t>f 8708/16622/15985 8707/16623/15986 8706/16624/15985</w:t>
        <w:br/>
        <w:t>f 8707/16623/15987 8705/16619/15983 8709/16625/15988</w:t>
        <w:br/>
        <w:t>f 8711/16626/15989 8707/16623/15986 8710/16627/15990</w:t>
        <w:br/>
        <w:t>f 8707/16623/15986 8711/16626/15989 8712/16628/15991</w:t>
        <w:br/>
        <w:t>f 8711/16626/15989 8713/16629/15992 8712/16628/15991</w:t>
        <w:br/>
        <w:t>f 8714/16630/15993 8709/16625/15988 8705/16619/15983</w:t>
        <w:br/>
        <w:t>f 8714/16630/15993 8711/16626/15989 8710/16627/15990</w:t>
        <w:br/>
        <w:t>f 8705/16619/15983 8715/16631/15994 8714/16630/15993</w:t>
        <w:br/>
        <w:t>f 8716/16632/15995 8714/16630/15993 8715/16631/15994</w:t>
        <w:br/>
        <w:t>f 8713/16629/15992 8711/16626/15989 8717/16633/15996</w:t>
        <w:br/>
        <w:t>f 8717/16633/15996 8718/16634/15997 8713/16629/15992</w:t>
        <w:br/>
        <w:t>f 8711/16626/15989 8714/16630/15993 8719/16635/15998</w:t>
        <w:br/>
        <w:t>f 8719/16635/15998 8717/16633/15996 8711/16626/15989</w:t>
        <w:br/>
        <w:t>f 8714/16630/15993 8716/16632/15995 8720/16636/15999</w:t>
        <w:br/>
        <w:t>f 8721/16637/16000 8719/16635/15998 8714/16630/15993</w:t>
        <w:br/>
        <w:t>f 8722/16638/16001 8720/16636/15999 8716/16632/15995</w:t>
        <w:br/>
        <w:t>f 8716/16632/15995 8723/16639/16002 8722/16638/16001</w:t>
        <w:br/>
        <w:t>f 8719/16635/15998 8721/16637/16000 8724/16640/16003</w:t>
        <w:br/>
        <w:t>f 8725/16641/16004 8722/16638/16001 8723/16639/16002</w:t>
        <w:br/>
        <w:t>f 8725/16641/16004 8723/16639/16002 8726/16642/16005</w:t>
        <w:br/>
        <w:t>f 8728/16643/16006 8727/16644/16007 8721/16637/16000</w:t>
        <w:br/>
        <w:t>f 8721/16637/16000 8727/16644/16007 8724/16640/16003</w:t>
        <w:br/>
        <w:t>f 8730/16645/16008 8728/16643/16006 8729/16646/16009</w:t>
        <w:br/>
        <w:t>f 8728/16643/16006 8730/16645/16008 8727/16644/16007</w:t>
        <w:br/>
        <w:t>f 8726/16642/16005 8731/16647/16010 8725/16641/16004</w:t>
        <w:br/>
        <w:t>f 8732/16648/16011 8730/16645/16008 8729/16646/16009</w:t>
        <w:br/>
        <w:t>f 8731/16647/16010 8726/16642/16005 8733/16649/16012</w:t>
        <w:br/>
        <w:t>f 8734/16650/16013 8727/16644/16007 8730/16645/16008</w:t>
        <w:br/>
        <w:t>f 8735/16651/16014 8730/16645/16008 8732/16648/16011</w:t>
        <w:br/>
        <w:t>f 8730/16645/16008 8735/16651/16014 8734/16650/16013</w:t>
        <w:br/>
        <w:t>f 8733/16649/16012 8736/16652/16015 8731/16647/16010</w:t>
        <w:br/>
        <w:t>f 8727/16644/16007 8734/16650/16013 8737/16653/16016</w:t>
        <w:br/>
        <w:t>f 8736/16652/16015 8733/16649/16012 8738/16654/16017</w:t>
        <w:br/>
        <w:t>f 8739/16655/16018 8738/16654/16017 8733/16649/16012</w:t>
        <w:br/>
        <w:t>f 8738/16654/16017 8740/16656/16019 8736/16652/16015</w:t>
        <w:br/>
        <w:t>f 8736/16652/16015 8740/16656/16019 8741/16657/16020</w:t>
        <w:br/>
        <w:t>f 8741/16657/16020 8740/16656/16019 8742/16658/16021</w:t>
        <w:br/>
        <w:t>f 8742/16658/16021 8743/16659/16022 8741/16657/16020</w:t>
        <w:br/>
        <w:t>f 8743/16659/16022 8742/16658/16021 8744/16660/16023</w:t>
        <w:br/>
        <w:t>f 8747/16661/16024 8746/16662/16025 8745/16663/16026</w:t>
        <w:br/>
        <w:t>f 8746/16662/16025 8747/16661/16024 8748/16664/16027</w:t>
        <w:br/>
        <w:t>f 8748/16664/16027 8749/16665/16028 8746/16662/16025</w:t>
        <w:br/>
        <w:t>f 8749/16665/16028 8750/16666/16029 8746/16662/16025</w:t>
        <w:br/>
        <w:t>f 8750/16666/16029 8749/16665/16028 8751/16667/16030</w:t>
        <w:br/>
        <w:t>f 8751/16667/16030 8749/16665/16028 8752/16668/16031</w:t>
        <w:br/>
        <w:t>f 8751/16667/16030 8753/16669/16032 8750/16666/16029</w:t>
        <w:br/>
        <w:t>f 8754/16670/16033 8750/16666/16029 8753/16669/16032</w:t>
        <w:br/>
        <w:t>f 8755/16671/16034 8751/16667/16030 8752/16668/16031</w:t>
        <w:br/>
        <w:t>f 8755/16671/16034 8752/16668/16031 8756/16672/16035</w:t>
        <w:br/>
        <w:t>f 8756/16672/16035 8757/16673/16036 8755/16671/16034</w:t>
        <w:br/>
        <w:t>f 8751/16667/16030 8758/16674/16037 8753/16669/16032</w:t>
        <w:br/>
        <w:t>f 8758/16674/16037 8751/16667/16030 8755/16671/16034</w:t>
        <w:br/>
        <w:t>f 8754/16670/16033 8753/16669/16032 8759/16675/16038</w:t>
        <w:br/>
        <w:t>f 8754/16670/16033 8759/16675/16038 8760/16676/16039</w:t>
        <w:br/>
        <w:t>f 8761/16677/16040 8753/16669/16032 8758/16674/16037</w:t>
        <w:br/>
        <w:t>f 8762/16678/16041 8760/16676/16039 8759/16675/16038</w:t>
        <w:br/>
        <w:t>f 8760/16676/16039 8762/16678/16041 8763/16679/16042</w:t>
        <w:br/>
        <w:t>f 8762/16678/16041 8764/16680/16043 8763/16679/16042</w:t>
        <w:br/>
        <w:t>f 8767/16681/16044 8766/16682/16045 8765/16683/16046</w:t>
        <w:br/>
        <w:t>f 8753/16669/16032 8761/16677/16040 8768/16684/16047</w:t>
        <w:br/>
        <w:t>f 8764/16680/16043 8762/16678/16041 8769/16685/16048</w:t>
        <w:br/>
        <w:t>f 8769/16685/16048 8737/16653/16016 8764/16680/16043</w:t>
        <w:br/>
        <w:t>f 8727/16644/16007 8737/16653/16016 8769/16685/16048</w:t>
        <w:br/>
        <w:t>f 8724/16640/16003 8727/16644/16007 8769/16685/16048</w:t>
        <w:br/>
        <w:t>f 8770/16686/16049 8724/16640/16003 8769/16685/16048</w:t>
        <w:br/>
        <w:t>f 8773/16687/16050 8772/16688/16051 8771/16689/16052</w:t>
        <w:br/>
        <w:t>f 8724/16640/16003 8770/16686/16049 8719/16635/15998</w:t>
        <w:br/>
        <w:t>f 8717/16633/15996 8719/16635/15998 8770/16686/16049</w:t>
        <w:br/>
        <w:t>f 8772/16688/16051 8773/16687/16050 8774/16690/16053</w:t>
        <w:br/>
        <w:t>f 8774/16690/16053 8775/16691/16054 8772/16688/16051</w:t>
        <w:br/>
        <w:t>f 8778/16692/16055 8777/16693/16056 8776/16694/16057</w:t>
        <w:br/>
        <w:t>f 8776/16694/16057 8777/16693/16056 8779/16695/16058</w:t>
        <w:br/>
        <w:t>f 8766/16682/16045 8767/16681/16044 8780/16696/16059</w:t>
        <w:br/>
        <w:t>f 8775/16691/16054 8774/16690/16053 8781/16697/16060</w:t>
        <w:br/>
        <w:t>f 8776/16694/16057 8779/16695/16058 8782/16698/16061</w:t>
        <w:br/>
        <w:t>f 8782/16698/16061 8783/16699/16062 8776/16694/16057</w:t>
        <w:br/>
        <w:t>f 8784/16700/16063 8780/16696/16059 8767/16681/16044</w:t>
        <w:br/>
        <w:t>f 8780/16696/16059 8784/16700/16063 8785/16701/16064</w:t>
        <w:br/>
        <w:t>f 8786/16702/16065 8775/16691/16054 8781/16697/16060</w:t>
        <w:br/>
        <w:t>f 8718/16634/15997 8717/16633/15996 8787/16703/16066</w:t>
        <w:br/>
        <w:t>f 8787/16703/16066 8788/16704/16067 8718/16634/15997</w:t>
        <w:br/>
        <w:t>f 8781/16697/16060 8789/16705/16068 8786/16702/16065</w:t>
        <w:br/>
        <w:t>f 8782/16698/16061 8790/16706/16069 8783/16699/16062</w:t>
        <w:br/>
        <w:t>f 8788/16704/16067 8787/16703/16066 8791/16707/16070</w:t>
        <w:br/>
        <w:t>f 8789/16705/16068 8792/16708/16071 8786/16702/16065</w:t>
        <w:br/>
        <w:t>f 8793/16709/16072 8788/16704/16067 8791/16707/16070</w:t>
        <w:br/>
        <w:t>f 8788/16704/16067 8793/16709/16072 8794/16710/16073</w:t>
        <w:br/>
        <w:t>f 8789/16705/16068 8795/16711/16074 8792/16708/16071</w:t>
        <w:br/>
        <w:t>f 8794/16710/16073 8793/16709/16072 8796/16712/16075</w:t>
        <w:br/>
        <w:t>f 8796/16712/16075 8797/16713/16076 8794/16710/16073</w:t>
        <w:br/>
        <w:t>f 8799/16714/16077 8792/16708/16071 8798/16715/16078</w:t>
        <w:br/>
        <w:t>f 8795/16711/16074 8798/16715/16078 8792/16708/16071</w:t>
        <w:br/>
        <w:t>f 8799/16714/16077 8801/16716/16079 8800/16717/16080</w:t>
        <w:br/>
        <w:t>f 8798/16715/16078 8801/16716/16079 8799/16714/16077</w:t>
        <w:br/>
        <w:t>f 8803/16718/16081 8802/16719/16082 8790/16706/16069</w:t>
        <w:br/>
        <w:t>f 8790/16706/16069 8782/16698/16061 8803/16718/16081</w:t>
        <w:br/>
        <w:t>f 8802/16719/16082 8805/16720/16083 8804/16721/16084</w:t>
        <w:br/>
        <w:t>f 8803/16718/16081 8782/16698/16061 8806/16722/16085</w:t>
        <w:br/>
        <w:t>f 8784/16700/16063 8806/16722/16085 8782/16698/16061</w:t>
        <w:br/>
        <w:t>f 8802/16719/16082 8803/16718/16081 8807/16723/16086</w:t>
        <w:br/>
        <w:t>f 8805/16720/16083 8802/16719/16082 8807/16723/16086</w:t>
        <w:br/>
        <w:t>f 8803/16718/16081 8806/16722/16085 8808/16724/16087</w:t>
        <w:br/>
        <w:t>f 8808/16724/16087 8807/16723/16086 8803/16718/16081</w:t>
        <w:br/>
        <w:t>f 8811/16725/16088 8810/16726/16089 8809/16727/16090</w:t>
        <w:br/>
        <w:t>f 8810/16726/16089 8808/16724/16087 8809/16727/16090</w:t>
        <w:br/>
        <w:t>f 8810/16726/16089 8811/16725/16088 8812/16728/16091</w:t>
        <w:br/>
        <w:t>f 8768/16684/16047 8812/16728/16091 8811/16725/16088</w:t>
        <w:br/>
        <w:t>f 8812/16728/16091 8768/16684/16047 8761/16677/16040</w:t>
        <w:br/>
        <w:t>f 8808/16724/16087 8810/16726/16089 8813/16729/16092</w:t>
        <w:br/>
        <w:t>f 8814/16730/16093 8808/16724/16087 8813/16729/16092</w:t>
        <w:br/>
        <w:t>f 8810/16726/16089 8815/16731/16094 8813/16729/16092</w:t>
        <w:br/>
        <w:t>f 8815/16731/16094 8810/16726/16089 8812/16728/16091</w:t>
        <w:br/>
        <w:t>f 8808/16724/16087 8814/16730/16093 8816/16732/16095</w:t>
        <w:br/>
        <w:t>f 8807/16723/16086 8808/16724/16087 8817/16733/16096</w:t>
        <w:br/>
        <w:t>f 8805/16720/16083 8807/16723/16086 8817/16733/16096</w:t>
        <w:br/>
        <w:t>f 8816/16732/16095 8814/16730/16093 8818/16734/16097</w:t>
        <w:br/>
        <w:t>f 8817/16733/16096 8819/16735/16098 8805/16720/16083</w:t>
        <w:br/>
        <w:t>f 8818/16734/16097 8820/16736/16099 8816/16732/16095</w:t>
        <w:br/>
        <w:t>f 8821/16737/16100 8805/16720/16083 8819/16735/16098</w:t>
        <w:br/>
        <w:t>f 8822/16738/16101 8820/16736/16099 8818/16734/16097</w:t>
        <w:br/>
        <w:t>f 8820/16736/16099 8822/16738/16101 8823/16739/16102</w:t>
        <w:br/>
        <w:t>f 8822/16738/16101 8818/16734/16097 8824/16740/16103</w:t>
        <w:br/>
        <w:t>f 8805/16720/16083 8821/16737/16100 8825/16741/16104</w:t>
        <w:br/>
        <w:t>f 8825/16741/16104 8804/16721/16084 8805/16720/16083</w:t>
        <w:br/>
        <w:t>f 8804/16721/16084 8825/16741/16104 8826/16742/16105</w:t>
        <w:br/>
        <w:t>f 8822/16738/16101 8827/16743/16106 8821/16737/16100</w:t>
        <w:br/>
        <w:t>f 8821/16737/16100 8827/16743/16106 8825/16741/16104</w:t>
        <w:br/>
        <w:t>f 8828/16744/16107 8826/16742/16105 8825/16741/16104</w:t>
        <w:br/>
        <w:t>f 8829/16745/16108 8800/16717/16080 8801/16716/16079</w:t>
        <w:br/>
        <w:t>f 8830/16746/16109 8825/16741/16104 8827/16743/16106</w:t>
        <w:br/>
        <w:t>f 8828/16744/16107 8825/16741/16104 8830/16746/16109</w:t>
        <w:br/>
        <w:t>f 8827/16743/16106 8822/16738/16101 8831/16747/16110</w:t>
        <w:br/>
        <w:t>f 8824/16740/16103 8831/16747/16110 8822/16738/16101</w:t>
        <w:br/>
        <w:t>f 8830/16746/16109 8827/16743/16106 8832/16748/16111</w:t>
        <w:br/>
        <w:t>f 8831/16747/16110 8833/16749/16112 8827/16743/16106</w:t>
        <w:br/>
        <w:t>f 8828/16744/16107 8830/16746/16109 8834/16750/16113</w:t>
        <w:br/>
        <w:t>f 8835/16751/16114 8831/16747/16110 8824/16740/16103</w:t>
        <w:br/>
        <w:t>f 8832/16748/16111 8836/16752/16115 8830/16746/16109</w:t>
        <w:br/>
        <w:t>f 8834/16750/16113 8830/16746/16109 8837/16753/16116</w:t>
        <w:br/>
        <w:t>f 8833/16749/16112 8831/16747/16110 8838/16754/16117</w:t>
        <w:br/>
        <w:t>f 8835/16751/16114 8838/16754/16117 8831/16747/16110</w:t>
        <w:br/>
        <w:t>f 8836/16752/16115 8832/16748/16111 8839/16755/16118</w:t>
        <w:br/>
        <w:t>f 8838/16754/16117 8840/16756/16119 8833/16749/16112</w:t>
        <w:br/>
        <w:t>f 8824/16740/16103 8841/16757/16120 8835/16751/16114</w:t>
        <w:br/>
        <w:t>f 8835/16751/16114 8841/16757/16120 8838/16754/16117</w:t>
        <w:br/>
        <w:t>f 8844/16758/16121 8843/16759/16122 8842/16760/16123</w:t>
        <w:br/>
        <w:t>f 8843/16759/16122 8844/16758/16121 8845/16761/16124</w:t>
        <w:br/>
        <w:t>f 8846/16762/16125 8843/16759/16122 8845/16761/16124</w:t>
        <w:br/>
        <w:t>f 8847/16763/16126 8844/16758/16121 8840/16756/16119</w:t>
        <w:br/>
        <w:t>f 8846/16762/16125 8845/16761/16124 8848/16764/16127</w:t>
        <w:br/>
        <w:t>f 8849/16765/16128 8846/16762/16125 8848/16764/16127</w:t>
        <w:br/>
        <w:t>f 8847/16763/16126 8840/16756/16119 8850/16766/16129</w:t>
        <w:br/>
        <w:t>f 8846/16762/16125 8849/16765/16128 8851/16767/16130</w:t>
        <w:br/>
        <w:t>f 8851/16767/16130 8849/16765/16128 8852/16768/16131</w:t>
        <w:br/>
        <w:t>f 8853/16769/16132 8847/16763/16126 8850/16766/16129</w:t>
        <w:br/>
        <w:t>f 8854/16770/16133 8847/16763/16126 8853/16769/16132</w:t>
        <w:br/>
        <w:t>f 8855/16771/16134 8854/16770/16133 8853/16769/16132</w:t>
        <w:br/>
        <w:t>f 8856/16772/16135 8854/16770/16133 8855/16771/16134</w:t>
        <w:br/>
        <w:t>f 8857/16773/16136 8853/16769/16132 8850/16766/16129</w:t>
        <w:br/>
        <w:t>f 8854/16770/16133 8856/16772/16135 8858/16774/16137</w:t>
        <w:br/>
        <w:t>f 8860/16775/16138 8856/16772/16139 8859/16776/16140</w:t>
        <w:br/>
        <w:t>f 8856/16772/16139 8860/16775/16138 8861/16777/16141</w:t>
        <w:br/>
        <w:t>f 8860/16775/16138 8862/16778/16142 8861/16777/16141</w:t>
        <w:br/>
        <w:t>f 8861/16777/16141 8862/16778/16142 8863/16779/16143</w:t>
        <w:br/>
        <w:t>f 8863/16779/16143 8862/16778/16142 8864/16780/16144</w:t>
        <w:br/>
        <w:t>f 8866/16781/16145 8865/16782/16146 8864/16780/16144</w:t>
        <w:br/>
        <w:t>f 8865/16782/16146 8863/16779/16143 8864/16780/16144</w:t>
        <w:br/>
        <w:t>f 8863/16779/16143 8865/16782/16146 8867/16783/16147</w:t>
        <w:br/>
        <w:t>f 8868/16784/16148 8867/16783/16147 8865/16782/16146</w:t>
        <w:br/>
        <w:t>f 8871/16785/16149 8870/16786/16150 8869/16787/16151</w:t>
        <w:br/>
        <w:t>f 8863/16779/16143 8871/16785/16149 8872/16788/16152</w:t>
        <w:br/>
        <w:t>f 8867/16783/16147 8868/16784/16148 8873/16789/16153</w:t>
        <w:br/>
        <w:t>f 8871/16785/16149 8869/16787/16151 8874/16790/16154</w:t>
        <w:br/>
        <w:t>f 8875/16791/16155 8873/16789/16153 8868/16784/16148</w:t>
        <w:br/>
        <w:t>f 8876/16792/16156 8871/16785/16149 8874/16790/16154</w:t>
        <w:br/>
        <w:t>f 8873/16789/16153 8875/16791/16155 8876/16792/16156</w:t>
        <w:br/>
        <w:t>f 8877/16793/16157 8872/16788/16152 8871/16785/16149</w:t>
        <w:br/>
        <w:t>f 8871/16785/16149 8876/16792/16156 8877/16793/16157</w:t>
        <w:br/>
        <w:t>f 8872/16788/16152 8877/16793/16157 8852/16768/16131</w:t>
        <w:br/>
        <w:t>f 8877/16793/16157 8851/16767/16130 8852/16768/16131</w:t>
        <w:br/>
        <w:t>f 8878/16794/16158 8876/16792/16156 8875/16791/16155</w:t>
        <w:br/>
        <w:t>f 8878/16794/16158 8877/16793/16157 8876/16792/16156</w:t>
        <w:br/>
        <w:t>f 8875/16791/16155 8879/16795/16159 8878/16794/16158</w:t>
        <w:br/>
        <w:t>f 8880/16796/16160 8878/16794/16158 8879/16795/16159</w:t>
        <w:br/>
        <w:t>f 8851/16767/16130 8877/16793/16157 8881/16797/16161</w:t>
        <w:br/>
        <w:t>f 8877/16793/16157 8878/16794/16158 8881/16797/16161</w:t>
        <w:br/>
        <w:t>f 8881/16797/16161 8882/16798/16162 8851/16767/16130</w:t>
        <w:br/>
        <w:t>f 8885/16799/16163 8884/16800/16164 8883/16801/16165</w:t>
        <w:br/>
        <w:t>f 8884/16800/16164 8885/16799/16163 8829/16745/16108</w:t>
        <w:br/>
        <w:t>f 8800/16717/16080 8829/16745/16108 8885/16799/16163</w:t>
        <w:br/>
        <w:t>f 8882/16798/16162 8881/16797/16161 8886/16802/16166</w:t>
        <w:br/>
        <w:t>f 8886/16802/16166 8796/16712/16075 8882/16798/16162</w:t>
        <w:br/>
        <w:t>f 8878/16794/16158 8886/16802/16166 8881/16797/16161</w:t>
        <w:br/>
        <w:t>f 8878/16794/16158 8880/16796/16160 8887/16803/16167</w:t>
        <w:br/>
        <w:t>f 8878/16794/16158 8887/16803/16167 8886/16802/16166</w:t>
        <w:br/>
        <w:t>f 8888/16804/16168 8887/16803/16167 8880/16796/16160</w:t>
        <w:br/>
        <w:t>f 8796/16712/16075 8886/16802/16166 8889/16805/16169</w:t>
        <w:br/>
        <w:t>f 8887/16803/16167 8889/16805/16169 8886/16802/16166</w:t>
        <w:br/>
        <w:t>f 8889/16805/16169 8797/16713/16076 8796/16712/16075</w:t>
        <w:br/>
        <w:t>f 8797/16713/16076 8889/16805/16169 8890/16806/16170</w:t>
        <w:br/>
        <w:t>f 8889/16805/16169 8891/16807/16171 8890/16806/16170</w:t>
        <w:br/>
        <w:t>f 8887/16803/16167 8892/16808/16172 8889/16805/16169</w:t>
        <w:br/>
        <w:t>f 8891/16807/16171 8889/16805/16169 8892/16808/16172</w:t>
        <w:br/>
        <w:t>f 8887/16803/16167 8888/16804/16168 8893/16809/16173</w:t>
        <w:br/>
        <w:t>f 8892/16808/16172 8894/16810/16174 8891/16807/16171</w:t>
        <w:br/>
        <w:t>f 8894/16810/16174 8892/16808/16172 8888/16804/16175</w:t>
        <w:br/>
        <w:t>f 8888/16804/16175 8895/16811/16176 8894/16810/16174</w:t>
        <w:br/>
        <w:t>f 8897/16812/16177 8896/16813/16178 8485/16401/15765</w:t>
        <w:br/>
        <w:t>f 8485/16401/15765 8486/16400/15764 8897/16812/16177</w:t>
        <w:br/>
        <w:t>f 8500/16416/15780 8898/16814/16179 8501/16417/15781</w:t>
        <w:br/>
        <w:t>f 8898/16814/16179 8500/16416/15780 8899/16815/16180</w:t>
        <w:br/>
        <w:t>f 8900/16816/16181 8522/16438/15802 8527/16443/15807</w:t>
        <w:br/>
        <w:t>f 8899/16815/16180 8901/16817/16182 8898/16814/16179</w:t>
        <w:br/>
        <w:t>f 8896/16813/16178 8897/16812/16177 8902/16818/16183</w:t>
        <w:br/>
        <w:t>f 8903/16819/16184 8900/16816/16181 8527/16443/15807</w:t>
        <w:br/>
        <w:t>f 8526/16442/15806 8529/16445/15809 8904/16820/16185</w:t>
        <w:br/>
        <w:t>f 8901/16817/16182 8899/16815/16180 8905/16821/16186</w:t>
        <w:br/>
        <w:t>f 8906/16822/16187 8900/16816/16181 8903/16819/16184</w:t>
        <w:br/>
        <w:t>f 8902/16818/16183 8907/16823/16188 8896/16813/16178</w:t>
        <w:br/>
        <w:t>f 8908/16824/16189 8896/16813/16178 8907/16823/16188</w:t>
        <w:br/>
        <w:t>f 8905/16821/16186 8909/16825/16190 8901/16817/16182</w:t>
        <w:br/>
        <w:t>f 8903/16819/16184 8910/16826/16191 8906/16822/16187</w:t>
        <w:br/>
        <w:t>f 8901/16817/16182 8909/16825/16190 8911/16827/16192</w:t>
        <w:br/>
        <w:t>f 8529/16445/15809 8912/16828/16193 8904/16820/16185</w:t>
        <w:br/>
        <w:t>f 8910/16826/16191 8903/16819/16184 8913/16829/16194</w:t>
        <w:br/>
        <w:t>f 8912/16828/16193 8529/16445/15809 8914/16830/16195</w:t>
        <w:br/>
        <w:t>f 8909/16825/16190 8915/16831/16196 8911/16827/16192</w:t>
        <w:br/>
        <w:t>f 8913/16829/16194 8916/16832/16197 8910/16826/16191</w:t>
        <w:br/>
        <w:t>f 8907/16823/16188 8917/16833/16198 8908/16824/16189</w:t>
        <w:br/>
        <w:t>f 8911/16827/16192 8915/16831/16196 8918/16834/16199</w:t>
        <w:br/>
        <w:t>f 8919/16835/16200 8908/16824/16189 8917/16833/16198</w:t>
        <w:br/>
        <w:t>f 8914/16830/16195 8920/16836/16201 8912/16828/16193</w:t>
        <w:br/>
        <w:t>f 8916/16832/16197 8913/16829/16194 8921/16837/16202</w:t>
        <w:br/>
        <w:t>f 8920/16836/16201 8914/16830/16195 8922/16838/16203</w:t>
        <w:br/>
        <w:t>f 8922/16838/16203 8923/16839/16204 8920/16836/16201</w:t>
        <w:br/>
        <w:t>f 8917/16833/16198 8924/16840/16205 8919/16835/16200</w:t>
        <w:br/>
        <w:t>f 8915/16831/16196 8925/16841/16206 8918/16834/16199</w:t>
        <w:br/>
        <w:t>f 8919/16835/16200 8924/16840/16205 8926/16842/16207</w:t>
        <w:br/>
        <w:t>f 8929/16843/16208 8928/16844/16209 8927/16845/16210</w:t>
        <w:br/>
        <w:t>f 8921/16837/16202 8930/16846/16211 8916/16832/16197</w:t>
        <w:br/>
        <w:t>f 8925/16841/16206 8915/16831/16196 8931/16847/16212</w:t>
        <w:br/>
        <w:t>f 8932/16848/16213 8920/16836/16201 8923/16839/16204</w:t>
        <w:br/>
        <w:t>f 8930/16846/16211 8921/16837/16202 8933/16849/16214</w:t>
        <w:br/>
        <w:t>f 8923/16839/16204 8934/16850/16215 8932/16848/16213</w:t>
        <w:br/>
        <w:t>f 8937/16851/16216 8936/16852/16217 8935/16853/16217</w:t>
        <w:br/>
        <w:t>f 8938/16854/16218 8934/16850/16215 8923/16839/16204</w:t>
        <w:br/>
        <w:t>f 8939/16855/16219 8925/16841/16206 8931/16847/16212</w:t>
        <w:br/>
        <w:t>f 8930/16846/16220 8937/16851/16221 8940/16856/16222</w:t>
        <w:br/>
        <w:t>f 8942/16857/16209 8941/16858/16223 8934/16850/16215</w:t>
        <w:br/>
        <w:t>f 8941/16858/16223 8942/16857/16209 8943/16859/16224</w:t>
        <w:br/>
        <w:t>f 8944/16860/16225 8940/16856/16222 8937/16851/16221</w:t>
        <w:br/>
        <w:t>f 8940/16856/16222 8944/16860/16225 8945/16861/16226</w:t>
        <w:br/>
        <w:t>f 8946/16862/16227 8925/16841/16206 8939/16855/16219</w:t>
        <w:br/>
        <w:t>f 8947/16863/16228 8946/16862/16227 8939/16855/16219</w:t>
        <w:br/>
        <w:t>f 8928/16844/16209 8929/16843/16208 8948/16864/16229</w:t>
        <w:br/>
        <w:t>f 8946/16862/16227 8947/16863/16228 8949/16865/16230</w:t>
        <w:br/>
        <w:t>f 8950/16866/16231 8928/16844/16209 8948/16864/16229</w:t>
        <w:br/>
        <w:t>f 8951/16867/16232 8928/16844/16209 8950/16866/16231</w:t>
        <w:br/>
        <w:t>f 8954/16868/16233 8953/16869/16234 8952/16870/16235</w:t>
        <w:br/>
        <w:t>f 8953/16869/16234 8955/16871/16236 8952/16870/16235</w:t>
        <w:br/>
        <w:t>f 8955/16871/16236 8956/16872/16237 8952/16870/16235</w:t>
        <w:br/>
        <w:t>f 8955/16871/16236 8957/16873/16238 8956/16872/16237</w:t>
        <w:br/>
        <w:t>f 8958/16874/16239 8956/16872/16237 8957/16873/16238</w:t>
        <w:br/>
        <w:t>f 8957/16873/16238 8959/16875/16240 8958/16874/16239</w:t>
        <w:br/>
        <w:t>f 8962/16876/16241 8961/16877/16242 8960/16878/16243</w:t>
        <w:br/>
        <w:t>f 8961/16877/16242 8963/16879/16244 8960/16878/16243</w:t>
        <w:br/>
        <w:t>f 8959/16875/16240 8957/16873/16238 8964/16880/16245</w:t>
        <w:br/>
        <w:t>f 8964/16880/16245 8965/16881/16246 8959/16875/16240</w:t>
        <w:br/>
        <w:t>f 8965/16881/16246 8964/16880/16245 8966/16882/16247</w:t>
        <w:br/>
        <w:t>f 8968/16883/16248 8967/16884/16249 8963/16879/16244</w:t>
        <w:br/>
        <w:t>f 8963/16879/16244 8961/16877/16242 8968/16883/16248</w:t>
        <w:br/>
        <w:t>f 8970/16885/16250 8969/16886/16251 8967/16884/16249</w:t>
        <w:br/>
        <w:t>f 8967/16884/16249 8968/16883/16248 8970/16885/16250</w:t>
        <w:br/>
        <w:t>f 8969/16886/16251 8970/16885/16250 8971/16887/16252</w:t>
        <w:br/>
        <w:t>f 8974/16888/16253 8973/16889/16254 8972/16890/16255</w:t>
        <w:br/>
        <w:t>f 8975/16891/16256 8974/16888/16253 8972/16890/16255</w:t>
        <w:br/>
        <w:t>f 8978/16892/16257 8977/16893/16258 8976/16894/16259</w:t>
        <w:br/>
        <w:t>f 8979/16895/16260 8978/16892/16257 8976/16894/16259</w:t>
        <w:br/>
        <w:t>f 8976/16894/16259 8980/16896/16261 8979/16895/16260</w:t>
        <w:br/>
        <w:t>f 8972/16890/16255 8981/16897/16262 8975/16891/16256</w:t>
        <w:br/>
        <w:t>f 8980/16896/16261 8976/16894/16259 8982/16898/16263</w:t>
        <w:br/>
        <w:t>f 8981/16897/16262 8972/16890/16255 8983/16899/16264</w:t>
        <w:br/>
        <w:t>f 8982/16898/16263 8984/16900/16265 8980/16896/16261</w:t>
        <w:br/>
        <w:t>f 8983/16899/16264 8985/16901/16266 8981/16897/16262</w:t>
        <w:br/>
        <w:t>f 8985/16901/16266 8983/16899/16264 8986/16902/16267</w:t>
        <w:br/>
        <w:t>f 8980/16896/16261 8984/16900/16265 8987/16903/16268</w:t>
        <w:br/>
        <w:t>f 8984/16900/16265 8988/16904/16269 8987/16903/16268</w:t>
        <w:br/>
        <w:t>f 8988/16904/16269 8984/16900/16265 8989/16905/16270</w:t>
        <w:br/>
        <w:t>f 8986/16902/16267 8990/16906/16271 8985/16901/16266</w:t>
        <w:br/>
        <w:t>f 8989/16905/16270 8991/16907/16272 8988/16904/16269</w:t>
        <w:br/>
        <w:t>f 8990/16906/16271 8986/16902/16267 8992/16908/16273</w:t>
        <w:br/>
        <w:t>f 8961/16877/16242 8962/16876/16241 8993/16909/16274</w:t>
        <w:br/>
        <w:t>f 8991/16907/16272 8989/16905/16270 8994/16910/16275</w:t>
        <w:br/>
        <w:t>f 8992/16908/16273 8995/16911/16276 8990/16906/16271</w:t>
        <w:br/>
        <w:t>f 8994/16910/16275 8996/16912/16277 8991/16907/16272</w:t>
        <w:br/>
        <w:t>f 8997/16913/16278 8993/16909/16274 8962/16876/16241</w:t>
        <w:br/>
        <w:t>f 8998/16914/16279 8953/16869/16234 8954/16868/16233</w:t>
        <w:br/>
        <w:t>f 8999/16915/16280 8998/16914/16279 8954/16868/16233</w:t>
        <w:br/>
        <w:t>f 8995/16911/16276 8992/16908/16273 9000/16916/16281</w:t>
        <w:br/>
        <w:t>f 8993/16909/16274 8997/16913/16278 9001/16917/16282</w:t>
        <w:br/>
        <w:t>f 8996/16912/16277 8994/16910/16275 9002/16918/16283</w:t>
        <w:br/>
        <w:t>f 9000/16916/16281 9003/16919/16284 8995/16911/16276</w:t>
        <w:br/>
        <w:t>f 9002/16918/16283 9004/16920/16285 8996/16912/16277</w:t>
        <w:br/>
        <w:t>f 8998/16914/16279 8999/16915/16280 9005/16921/16286</w:t>
        <w:br/>
        <w:t>f 8997/16913/16278 9006/16922/16287 9001/16917/16282</w:t>
        <w:br/>
        <w:t>f 8629/16545/15910 9005/16921/16286 8999/16915/16280</w:t>
        <w:br/>
        <w:t>f 9003/16919/16284 9000/16916/16281 9007/16923/16288</w:t>
        <w:br/>
        <w:t>f 9001/16917/16282 9006/16922/16287 9008/16924/16289</w:t>
        <w:br/>
        <w:t>f 9005/16921/16286 8629/16545/15910 9009/16925/16290</w:t>
        <w:br/>
        <w:t>f 9006/16922/16287 9010/16926/16291 9008/16924/16289</w:t>
        <w:br/>
        <w:t>f 8629/16545/15910 8630/16544/15909 9009/16925/16290</w:t>
        <w:br/>
        <w:t>f 9011/16927/16292 9008/16924/16289 9010/16926/16291</w:t>
        <w:br/>
        <w:t>f 9011/16927/16292 9010/16926/16291 8634/16550/15915</w:t>
        <w:br/>
        <w:t>f 9007/16923/16288 9012/16928/16293 9003/16919/16284</w:t>
        <w:br/>
        <w:t>f 9012/16928/16293 9007/16923/16288 9013/16929/16294</w:t>
        <w:br/>
        <w:t>f 9004/16920/16285 9002/16918/16283 9014/16930/16295</w:t>
        <w:br/>
        <w:t>f 9014/16930/16295 8656/16572/16296 9004/16920/16285</w:t>
        <w:br/>
        <w:t>f 9015/16931/16297 9011/16927/16292 8634/16550/15915</w:t>
        <w:br/>
        <w:t>f 9016/16932/16298 9012/16928/16293 9013/16929/16294</w:t>
        <w:br/>
        <w:t>f 8634/16550/15915 8635/16549/15914 9015/16931/16297</w:t>
        <w:br/>
        <w:t>f 8656/16572/16296 9014/16930/16295 9017/16933/16299</w:t>
        <w:br/>
        <w:t>f 9012/16928/16293 9016/16932/16298 9018/16934/16300</w:t>
        <w:br/>
        <w:t>f 9016/16932/16298 8641/16557/15922 9018/16934/16300</w:t>
        <w:br/>
        <w:t>f 8656/16572/16296 9017/16933/16299 8652/16568/16301</w:t>
        <w:br/>
        <w:t>f 9018/16934/16300 8641/16557/15922 8653/16569/15934</w:t>
        <w:br/>
        <w:t>f 9020/16935/16302 9019/16936/16303 3404/11320/10852</w:t>
        <w:br/>
        <w:t>f 3404/11320/10852 3403/11319/10851 9020/16935/16302</w:t>
        <w:br/>
        <w:t>f 3397/11313/10845 9020/16935/16302 3403/11319/10851</w:t>
        <w:br/>
        <w:t>f 9020/16935/16302 3397/11313/10845 9021/16937/16304</w:t>
        <w:br/>
        <w:t>f 9021/16937/16304 3397/11313/10845 3398/11314/10846</w:t>
        <w:br/>
        <w:t>f 9019/16936/16303 9020/16935/16302 9022/16938/16305</w:t>
        <w:br/>
        <w:t>f 9023/16939/16306 9020/16935/16302 9021/16937/16304</w:t>
        <w:br/>
        <w:t>f 9024/16940/16307 9021/16937/16304 3398/11314/10846</w:t>
        <w:br/>
        <w:t>f 9025/16941/16308 3395/11312/10844 3396/11311/10843</w:t>
        <w:br/>
        <w:t>f 9021/16937/16304 9026/16942/16309 9023/16939/16306</w:t>
        <w:br/>
        <w:t>f 9021/16937/16304 9024/16940/16307 9026/16942/16309</w:t>
        <w:br/>
        <w:t>f 3396/11311/10843 9027/16943/16310 9025/16941/16308</w:t>
        <w:br/>
        <w:t>f 9028/16944/16311 9026/16942/16309 9024/16940/16307</w:t>
        <w:br/>
        <w:t>f 9029/16945/11093 9027/16943/16310 3396/11311/10843</w:t>
        <w:br/>
        <w:t>f 9030/16946/16312 9027/16943/16310 9029/16945/11093</w:t>
        <w:br/>
        <w:t>f 9031/16947/16313 9026/16942/16309 9028/16944/16311</w:t>
        <w:br/>
        <w:t>f 9023/16939/16306 9026/16942/16309 9032/16948/16314</w:t>
        <w:br/>
        <w:t>f 9026/16942/16309 9031/16947/16313 9032/16948/16314</w:t>
        <w:br/>
        <w:t>f 9019/16936/16303 9022/16938/16305 9033/16949/16315</w:t>
        <w:br/>
        <w:t>f 9035/16950/16316 9033/16949/16315 9034/16951/16317</w:t>
        <w:br/>
        <w:t>f 9030/16946/16318 9034/16951/16317 9033/16949/16315</w:t>
        <w:br/>
        <w:t>f 9034/16951/16317 9030/16946/16318 9036/16952/16319</w:t>
        <w:br/>
        <w:t>f 9029/16945/11093 9037/16953/16320 9030/16946/16312</w:t>
        <w:br/>
        <w:t>f 9040/16954/16321 9039/16955/16322 9038/16956/10619</w:t>
        <w:br/>
        <w:t>f 9042/16957/16323 9041/16958/10617 9038/16956/16324</w:t>
        <w:br/>
        <w:t>f 9042/16957/16323 9043/16959/16325 9041/16958/10617</w:t>
        <w:br/>
        <w:t>f 2956/10872/10409 9041/16958/10617 9043/16959/16325</w:t>
        <w:br/>
        <w:t>f 2956/10872/10409 9043/16959/16325 9044/16960/16326</w:t>
        <w:br/>
        <w:t>f 2955/10871/10408 2956/10872/10409 9044/16960/16326</w:t>
        <w:br/>
        <w:t>f 9045/16961/16327 2963/10879/10416 2960/10875/10412</w:t>
        <w:br/>
        <w:t>f 9047/16962/16328 9046/16963/16329 9045/16961/16327</w:t>
        <w:br/>
        <w:t>f 9046/16963/16329 2963/10879/10416 9045/16961/16327</w:t>
        <w:br/>
        <w:t>f 9048/16964/16330 9046/16963/16329 9047/16962/16328</w:t>
        <w:br/>
        <w:t>f 2963/10879/10416 9046/16963/16329 2975/10891/10428</w:t>
        <w:br/>
        <w:t>f 9046/16963/16329 9048/16964/16330 9049/16965/16331</w:t>
        <w:br/>
        <w:t>f 9049/16965/16331 2975/10891/10428 9046/16963/16329</w:t>
        <w:br/>
        <w:t>f 9039/16955/16322 9040/16954/16321 9050/16966/16332</w:t>
        <w:br/>
        <w:t>f 2973/10889/10426 2974/10890/10427 9050/16966/16332</w:t>
        <w:br/>
        <w:t>f 2973/10889/10426 9050/16966/16332 9040/16954/16321</w:t>
        <w:br/>
        <w:t>f 9053/16967/16333 9052/16968/16334 9051/16969/16335</w:t>
        <w:br/>
        <w:t>f 9052/16968/16334 9054/16970/16336 9051/16969/16335</w:t>
        <w:br/>
        <w:t>f 9054/16970/16336 9056/16971/16337 9055/16972/16338</w:t>
        <w:br/>
        <w:t>f 9051/16969/16335 9054/16970/16336 9057/16973/16339</w:t>
        <w:br/>
        <w:t>f 9055/16972/16338 9057/16973/16339 9054/16970/16336</w:t>
        <w:br/>
        <w:t>f 9060/16974/16340 9059/16975/16341 9058/16976/16342</w:t>
        <w:br/>
        <w:t>f 9059/16975/16341 9060/16974/16340 9061/16977/16343</w:t>
        <w:br/>
        <w:t>f 9058/16976/16342 9063/16978/16344 9062/16979/16345</w:t>
        <w:br/>
        <w:t>f 9063/16978/16344 9058/16976/16342 9059/16975/16341</w:t>
        <w:br/>
        <w:t>f 9066/16980/16346 9065/16981/16347 9064/16982/16348</w:t>
        <w:br/>
        <w:t>f 9067/16983/16349 9064/16982/16348 9065/16981/16347</w:t>
        <w:br/>
        <w:t>f 9065/16981/16347 9066/16980/16346 9068/16984/16350</w:t>
        <w:br/>
        <w:t>f 9071/16985/16351 9070/16986/16352 9069/16987/16353</w:t>
        <w:br/>
        <w:t>f 9069/16987/16353 9072/16988/16354 9071/16985/16351</w:t>
        <w:br/>
        <w:t>f 9072/16988/16354 9073/16989/16355 9071/16985/16351</w:t>
        <w:br/>
        <w:t>f 9067/16983/16349 9065/16981/16347 9074/16990/16356</w:t>
        <w:br/>
        <w:t>f 9073/16989/16355 9072/16988/16354 9075/16991/16357</w:t>
        <w:br/>
        <w:t>f 9076/16992/16358 9073/16989/16355 9075/16991/16357</w:t>
        <w:br/>
        <w:t>f 9073/16989/16355 9076/16992/16358 9077/16993/16359</w:t>
        <w:br/>
        <w:t>f 9078/16994/16360 9067/16983/16349 9074/16990/16356</w:t>
        <w:br/>
        <w:t>f 9079/16995/16361 9077/16993/16359 9076/16992/16358</w:t>
        <w:br/>
        <w:t>f 9077/16993/16359 9079/16995/16361 9080/16996/16362</w:t>
        <w:br/>
        <w:t>f 9082/16997/16363 9078/16994/16360 9081/16998/16364</w:t>
        <w:br/>
        <w:t>f 9078/16994/16360 9082/16997/16363 9083/16999/16365</w:t>
        <w:br/>
        <w:t>f 9067/16983/16349 9078/16994/16360 9083/16999/16365</w:t>
        <w:br/>
        <w:t>f 9086/17000/16366 9085/17001/16367 9084/17002/16368</w:t>
        <w:br/>
        <w:t>f 9063/16978/16344 9085/17001/16367 9087/17003/16369</w:t>
        <w:br/>
        <w:t>f 9086/17000/16366 9087/17003/16369 9085/17001/16367</w:t>
        <w:br/>
        <w:t>f 9087/17003/16369 9062/16979/16345 9063/16978/16344</w:t>
        <w:br/>
        <w:t>f 9051/16969/16335 9088/17004/16370 9053/16967/16333</w:t>
        <w:br/>
        <w:t>f 9089/17005/16371 9053/16967/16333 9088/17004/16370</w:t>
        <w:br/>
        <w:t>f 9053/16967/16333 9089/17005/16371 9090/17006/16372</w:t>
        <w:br/>
        <w:t>f 9093/17007/16373 9092/17008/16374 9091/17009/16375</w:t>
        <w:br/>
        <w:t>f 9091/17009/16375 9094/17010/16376 9093/17007/16373</w:t>
        <w:br/>
        <w:t>f 9094/17010/16376 9091/17009/16375 9095/17011/16377</w:t>
        <w:br/>
        <w:t>f 9095/17011/16377 9096/17012/16378 9094/17010/16376</w:t>
        <w:br/>
        <w:t>f 9096/17012/16378 9095/17011/16377 9097/17013/16379</w:t>
        <w:br/>
        <w:t>f 9100/17014/16380 9099/17015/16381 9098/17016/16382</w:t>
        <w:br/>
        <w:t>f 9101/17017/16383 9096/17012/16378 9097/17013/16379</w:t>
        <w:br/>
        <w:t>f 9102/17018/16384 9100/17014/16380 9098/17016/16382</w:t>
        <w:br/>
        <w:t>f 9101/17017/16383 9097/17013/16379 9103/17019/16385</w:t>
        <w:br/>
        <w:t>f 9104/17020/16386 9101/17017/16383 9103/17019/16385</w:t>
        <w:br/>
        <w:t>f 9099/17015/16381 9100/17014/16380 9105/17021/16387</w:t>
        <w:br/>
        <w:t>f 9105/17021/16387 9106/17022/16388 9099/17015/16381</w:t>
        <w:br/>
        <w:t>f 9107/17023/16389 9100/17014/16380 9102/17018/16384</w:t>
        <w:br/>
        <w:t>f 9110/17024/16390 9109/17025/16391 9108/17026/16392</w:t>
        <w:br/>
        <w:t>f 9111/17027/16393 9108/17026/16392 9109/17025/16391</w:t>
        <w:br/>
        <w:t>f 9106/17022/16388 9105/17021/16387 9112/17028/16394</w:t>
        <w:br/>
        <w:t>f 9113/17029/16395 9107/17023/16389 9102/17018/16384</w:t>
        <w:br/>
        <w:t>f 9112/17028/16394 9114/17030/16396 9106/17022/16388</w:t>
        <w:br/>
        <w:t>f 9092/17008/16374 9093/17007/16373 9115/17031/16397</w:t>
        <w:br/>
        <w:t>f 9115/17031/16397 9116/17032/16398 9092/17008/16374</w:t>
        <w:br/>
        <w:t>f 9116/17032/16398 9115/17031/16397 9117/17033/16399</w:t>
        <w:br/>
        <w:t>f 9119/17034/16400 9118/17035/16401 9114/17030/16396</w:t>
        <w:br/>
        <w:t>f 9114/17030/16396 9112/17028/16394 9119/17034/16400</w:t>
        <w:br/>
        <w:t>f 9118/17035/16401 9119/17034/16400 9120/17036/16402</w:t>
        <w:br/>
        <w:t>f 9123/17037/16403 9122/17038/16404 9121/17039/16405</w:t>
        <w:br/>
        <w:t>f 9122/17038/16404 9123/17037/16403 9124/17040/16406</w:t>
        <w:br/>
        <w:t>f 9124/17040/16406 9123/17037/16403 9125/17041/16407</w:t>
        <w:br/>
        <w:t>f 9128/17042/16408 9127/17043/16409 9126/17044/16410</w:t>
        <w:br/>
        <w:t>f 9127/17043/16409 9128/17042/16408 9129/17045/16411</w:t>
        <w:br/>
        <w:t>f 9125/17041/16407 9130/17046/16412 9124/17040/16406</w:t>
        <w:br/>
        <w:t>f 9131/17047/16413 9129/17045/16411 9128/17042/16408</w:t>
        <w:br/>
        <w:t>f 9110/17024/16390 9130/17046/16412 9125/17041/16407</w:t>
        <w:br/>
        <w:t>f 9129/17045/16411 9131/17047/16413 9132/17048/16414</w:t>
        <w:br/>
        <w:t>f 9130/17046/16412 9110/17024/16390 9133/17049/16415</w:t>
        <w:br/>
        <w:t>f 9134/17050/16416 9132/17048/16414 9131/17047/16413</w:t>
        <w:br/>
        <w:t>f 9110/17024/16390 9108/17026/16392 9133/17049/16415</w:t>
        <w:br/>
        <w:t>f 9132/17048/16414 9134/17050/16416 9135/17051/16417</w:t>
        <w:br/>
        <w:t>f 9136/17052/16418 9135/17051/16417 9134/17050/16416</w:t>
        <w:br/>
        <w:t>f 9135/17051/16417 9136/17052/16418 9137/17053/16419</w:t>
        <w:br/>
        <w:t>f 9138/17054/16420 9137/17053/16419 9136/17052/16418</w:t>
        <w:br/>
        <w:t>f 9108/17026/16392 9111/17027/16393 9139/17055/16421</w:t>
        <w:br/>
        <w:t>f 9137/17053/16419 9138/17054/16420 9140/17056/16422</w:t>
        <w:br/>
        <w:t>f 9111/17027/16393 9141/17057/16423 9139/17055/16421</w:t>
        <w:br/>
        <w:t>f 9138/17054/16420 9142/17058/16424 9140/17056/16422</w:t>
        <w:br/>
        <w:t>f 9143/17059/16425 9140/17056/16422 9142/17058/16424</w:t>
        <w:br/>
        <w:t>f 9141/17057/16423 9111/17027/16393 9144/17060/16426</w:t>
        <w:br/>
        <w:t>f 9145/17061/16427 9143/17059/16425 9142/17058/16424</w:t>
        <w:br/>
        <w:t>f 9142/17058/16424 9146/17062/16428 9145/17061/16427</w:t>
        <w:br/>
        <w:t>f 9141/17057/16423 9148/17063/16429 9147/17064/16430</w:t>
        <w:br/>
        <w:t>f 9148/17063/16429 9141/17057/16423 9144/17060/16426</w:t>
        <w:br/>
        <w:t>f 9149/17065/16431 9145/17061/16427 9146/17062/16428</w:t>
        <w:br/>
        <w:t>f 9148/17063/16429 9150/17066/16432 9147/17064/16430</w:t>
        <w:br/>
        <w:t>f 9151/17067/16433 9145/17061/16427 9149/17065/16431</w:t>
        <w:br/>
        <w:t>f 9153/17068/16434 9113/17029/16395 9152/17069/16435</w:t>
        <w:br/>
        <w:t>f 9154/17070/16436 9151/17067/16433 9149/17065/16431</w:t>
        <w:br/>
        <w:t>f 9151/17067/16433 9154/17070/16436 9155/17071/16437</w:t>
        <w:br/>
        <w:t>f 9150/17066/16432 9148/17063/16429 9156/17072/16438</w:t>
        <w:br/>
        <w:t>f 9156/17072/16438 9157/17073/16439 9150/17066/16432</w:t>
        <w:br/>
        <w:t>f 9152/17069/16435 9158/17074/16440 9153/17068/16434</w:t>
        <w:br/>
        <w:t>f 9159/17075/16441 9155/17071/16437 9154/17070/16436</w:t>
        <w:br/>
        <w:t>f 9155/17071/16437 9159/17075/16441 9160/17076/16442</w:t>
        <w:br/>
        <w:t>f 9159/17075/16441 9161/17077/16443 9160/17076/16442</w:t>
        <w:br/>
        <w:t>f 9157/17073/16439 9156/17072/16438 9162/17078/16444</w:t>
        <w:br/>
        <w:t>f 9162/17078/16444 9163/17079/16445 9157/17073/16439</w:t>
        <w:br/>
        <w:t>f 9158/17074/16440 9152/17069/16435 9164/17080/16446</w:t>
        <w:br/>
        <w:t>f 9164/17080/16446 9165/17081/16447 9158/17074/16440</w:t>
        <w:br/>
        <w:t>f 9152/17069/16435 9113/17029/16395 9166/17082/16448</w:t>
        <w:br/>
        <w:t>f 9102/17018/16384 9166/17082/16448 9113/17029/16395</w:t>
        <w:br/>
        <w:t>f 9101/17017/16383 9104/17020/16386 9167/17083/16449</w:t>
        <w:br/>
        <w:t>f 9168/17084/16450 9167/17083/16449 9104/17020/16386</w:t>
        <w:br/>
        <w:t>f 9167/17083/16449 9168/17084/16450 9169/17085/16451</w:t>
        <w:br/>
        <w:t>f 9168/17084/16450 9170/17086/16452 9169/17085/16451</w:t>
        <w:br/>
        <w:t>f 9170/17086/16452 9168/17084/16450 9171/17087/16453</w:t>
        <w:br/>
        <w:t>f 9171/17087/16453 9172/17088/16454 9170/17086/16452</w:t>
        <w:br/>
        <w:t>f 9173/17089/16455 9170/17086/16452 9172/17088/16454</w:t>
        <w:br/>
        <w:t>f 9174/17090/16456 9173/17089/16455 9172/17088/16454</w:t>
        <w:br/>
        <w:t>f 9165/17081/16447 9164/17080/16446 9175/17091/16457</w:t>
        <w:br/>
        <w:t>f 9175/17091/16457 9176/17092/16458 9165/17081/16447</w:t>
        <w:br/>
        <w:t>f 9163/17079/16445 9162/17078/16444 9177/17093/16459</w:t>
        <w:br/>
        <w:t>f 9176/17092/16458 9175/17091/16457 9178/17094/16460</w:t>
        <w:br/>
        <w:t>f 9173/17089/16455 9174/17090/16456 9179/17095/16461</w:t>
        <w:br/>
        <w:t>f 9174/17090/16456 9180/17096/16462 9179/17095/16461</w:t>
        <w:br/>
        <w:t>f 9178/17094/16460 9181/17097/16463 9176/17092/16458</w:t>
        <w:br/>
        <w:t>f 9184/17098/16464 9183/17099/16465 9182/17100/16466</w:t>
        <w:br/>
        <w:t>f 9181/17097/16463 9185/17101/16467 9176/17092/16458</w:t>
        <w:br/>
        <w:t>f 9180/17096/16462 9174/17090/16456 9186/17102/16468</w:t>
        <w:br/>
        <w:t>f 9189/17103/16469 9188/17104/16470 9187/17105/16471</w:t>
        <w:br/>
        <w:t>f 9190/17106/16472 9185/17101/16467 9181/17097/16463</w:t>
        <w:br/>
        <w:t>f 9188/17104/16470 9189/17103/16469 9191/17107/16473</w:t>
        <w:br/>
        <w:t>f 9183/17099/16465 9192/17108/16474 9182/17100/16466</w:t>
        <w:br/>
        <w:t>f 9161/17077/16443 9159/17075/16441 9193/17109/16475</w:t>
        <w:br/>
        <w:t>f 9193/17109/16475 9194/17110/16476 9161/17077/16443</w:t>
        <w:br/>
        <w:t>f 9185/17101/16467 9190/17106/16472 9195/17111/16477</w:t>
        <w:br/>
        <w:t>f 9198/17112/16478 9197/17113/16479 9196/17114/16480</w:t>
        <w:br/>
        <w:t>f 9199/17115/16481 9188/17104/16470 9191/17107/16473</w:t>
        <w:br/>
        <w:t>f 9200/17116/16482 9195/17111/16477 9190/17106/16472</w:t>
        <w:br/>
        <w:t>f 9191/17107/16473 9201/17117/16483 9199/17115/16481</w:t>
        <w:br/>
        <w:t>f 9194/17110/16476 9193/17109/16475 9202/17118/16484</w:t>
        <w:br/>
        <w:t>f 9197/17113/16479 9198/17112/16478 9203/17119/16485</w:t>
        <w:br/>
        <w:t>f 9202/17118/16484 9204/17120/16486 9194/17110/16476</w:t>
        <w:br/>
        <w:t>f 9195/17111/16477 9200/17116/16482 9205/17121/16487</w:t>
        <w:br/>
        <w:t>f 9198/17112/16478 9206/17122/16488 9203/17119/16485</w:t>
        <w:br/>
        <w:t>f 9204/17120/16486 9202/17118/16484 9207/17123/16489</w:t>
        <w:br/>
        <w:t>f 9208/17124/16490 9203/17119/16485 9206/17122/16488</w:t>
        <w:br/>
        <w:t>f 9209/17125/16491 9204/17120/16486 9207/17123/16489</w:t>
        <w:br/>
        <w:t>f 9205/17121/16487 9200/17116/16482 9210/17126/16492</w:t>
        <w:br/>
        <w:t>f 9201/17117/16483 9211/17127/16493 9199/17115/16481</w:t>
        <w:br/>
        <w:t>f 9211/17127/16493 9201/17117/16483 9212/17128/16494</w:t>
        <w:br/>
        <w:t>f 9212/17128/16494 9213/17129/16495 9211/17127/16493</w:t>
        <w:br/>
        <w:t>f 9207/17123/16489 9214/17130/16496 9209/17125/16491</w:t>
        <w:br/>
        <w:t>f 9214/17130/16496 9215/17131/16497 9209/17125/16491</w:t>
        <w:br/>
        <w:t>f 9216/17132/16498 9208/17124/16490 9206/17122/16488</w:t>
        <w:br/>
        <w:t>f 9208/17124/16490 9216/17132/16498 9217/17133/16499</w:t>
        <w:br/>
        <w:t>f 9218/17134/16500 9205/17121/16487 9210/17126/16492</w:t>
        <w:br/>
        <w:t>f 9215/17131/16497 9214/17130/16496 9219/17135/16501</w:t>
        <w:br/>
        <w:t>f 9216/17132/16498 9220/17136/16502 9217/17133/16499</w:t>
        <w:br/>
        <w:t>f 9221/17137/16503 9218/17134/16500 9210/17126/16492</w:t>
        <w:br/>
        <w:t>f 9222/17138/16504 9211/17127/16493 9213/17129/16495</w:t>
        <w:br/>
        <w:t>f 9216/17132/16498 9223/17139/16505 9220/17136/16502</w:t>
        <w:br/>
        <w:t>f 9218/17134/16500 9221/17137/16503 9224/17140/16506</w:t>
        <w:br/>
        <w:t>f 9225/17141/16507 9215/17131/16497 9219/17135/16501</w:t>
        <w:br/>
        <w:t>f 9215/17131/16497 9225/17141/16507 9226/17142/16508</w:t>
        <w:br/>
        <w:t>f 9227/17143/16509 9220/17136/16502 9223/17139/16505</w:t>
        <w:br/>
        <w:t>f 9221/17137/16503 9228/17144/16510 9224/17140/16506</w:t>
        <w:br/>
        <w:t>f 9220/17136/16502 9227/17143/16509 9229/17145/16511</w:t>
        <w:br/>
        <w:t>f 9213/17129/16495 9230/17146/16512 9222/17138/16504</w:t>
        <w:br/>
        <w:t>f 9228/17144/16510 9221/17137/16503 9231/17147/16513</w:t>
        <w:br/>
        <w:t>f 9230/17146/16512 9213/17129/16495 9232/17148/16514</w:t>
        <w:br/>
        <w:t>f 9233/17149/16515 9229/17145/16511 9227/17143/16509</w:t>
        <w:br/>
        <w:t>f 9231/17147/16513 9234/17150/16516 9228/17144/16510</w:t>
        <w:br/>
        <w:t>f 9232/17148/16514 9235/17151/16517 9230/17146/16512</w:t>
        <w:br/>
        <w:t>f 9234/17150/16516 9231/17147/16513 9236/17152/16518</w:t>
        <w:br/>
        <w:t>f 9235/17151/16517 9232/17148/16514 9237/17153/16519</w:t>
        <w:br/>
        <w:t>f 9237/17153/16519 9238/17154/16520 9235/17151/16517</w:t>
        <w:br/>
        <w:t>f 9239/17155/16521 9234/17150/16516 9236/17152/16518</w:t>
        <w:br/>
        <w:t>f 9238/17154/16520 9237/17153/16519 9240/17156/16522</w:t>
        <w:br/>
        <w:t>f 9241/17157/16523 9238/17154/16520 9240/17156/16522</w:t>
        <w:br/>
        <w:t>f 9234/17150/16516 9239/17155/16521 9242/17158/16524</w:t>
        <w:br/>
        <w:t>f 9243/17159/16525 9242/17158/16524 9239/17155/16521</w:t>
        <w:br/>
        <w:t>f 9229/17145/16511 9233/17149/16515 9244/17160/16526</w:t>
        <w:br/>
        <w:t>f 9245/17161/16527 9244/17160/16526 9233/17149/16515</w:t>
        <w:br/>
        <w:t>f 9246/17162/16528 9226/17142/16508 9225/17141/16507</w:t>
        <w:br/>
        <w:t>f 9226/17142/16508 9246/17162/16528 9247/17163/16529</w:t>
        <w:br/>
        <w:t>f 9246/17162/16528 9248/17164/16530 9247/17163/16529</w:t>
        <w:br/>
        <w:t>f 9248/17164/16530 9246/17162/16528 9249/17165/16531</w:t>
        <w:br/>
        <w:t>f 9244/17160/16526 9245/17161/16527 9250/17166/16532</w:t>
        <w:br/>
        <w:t>f 9251/17167/16533 9248/17164/16530 9249/17165/16531</w:t>
        <w:br/>
        <w:t>f 9253/17168/16534 9252/17169/16535 9251/17167/16533</w:t>
        <w:br/>
        <w:t>f 9249/17165/16531 9253/17168/16534 9251/17167/16533</w:t>
        <w:br/>
        <w:t>f 9254/17170/16536 9250/17166/16532 9245/17161/16527</w:t>
        <w:br/>
        <w:t>f 9250/17166/16532 9254/17170/16536 9255/17171/16537</w:t>
        <w:br/>
        <w:t>f 9256/17172/16538 9242/17158/16524 9243/17159/16525</w:t>
        <w:br/>
        <w:t>f 9241/17157/16523 9240/17156/16522 9257/17173/16539</w:t>
        <w:br/>
        <w:t>f 9258/17174/16540 9241/17157/16523 9257/17173/16539</w:t>
        <w:br/>
        <w:t>f 9241/17157/16523 9258/17174/16540 9259/17175/16541</w:t>
        <w:br/>
        <w:t>f 9260/17176/16542 9256/17172/16538 9243/17159/16525</w:t>
        <w:br/>
        <w:t>f 9261/17177/16543 9259/17175/16541 9258/17174/16540</w:t>
        <w:br/>
        <w:t>f 9254/17170/16536 9262/17178/16544 9255/17171/16537</w:t>
        <w:br/>
        <w:t>f 9252/17169/16535 9253/17168/16534 9263/17179/16545</w:t>
        <w:br/>
        <w:t>f 9262/17178/16544 9254/17170/16536 9264/17180/16546</w:t>
        <w:br/>
        <w:t>f 9256/17172/16538 9260/17176/16542 9265/17181/16547</w:t>
        <w:br/>
        <w:t>f 9266/17182/16548 9252/17169/16535 9263/17179/16545</w:t>
        <w:br/>
        <w:t>f 9267/17183/16549 9262/17178/16544 9264/17180/16546</w:t>
        <w:br/>
        <w:t>f 9252/17169/16535 9266/17182/16548 9268/17184/16550</w:t>
        <w:br/>
        <w:t>f 9266/17182/16548 9269/17185/16551 9268/17184/16550</w:t>
        <w:br/>
        <w:t>f 9269/17185/16551 9266/17182/16548 9270/17186/16552</w:t>
        <w:br/>
        <w:t>f 9271/17187/16553 9267/17183/16549 9264/17180/16546</w:t>
        <w:br/>
        <w:t>f 9271/17187/16553 9272/17188/16554 9267/17183/16549</w:t>
        <w:br/>
        <w:t>f 9260/17176/16542 9273/17189/16555 9265/17181/16547</w:t>
        <w:br/>
        <w:t>f 9272/17188/16554 9271/17187/16553 9274/17190/16556</w:t>
        <w:br/>
        <w:t>f 9273/17189/16555 9276/17191/16557 9275/17192/16558</w:t>
        <w:br/>
        <w:t>f 9273/17189/16555 9260/17176/16542 9277/17193/16559</w:t>
        <w:br/>
        <w:t>f 9276/17191/16557 9273/17189/16555 9277/17193/16559</w:t>
        <w:br/>
        <w:t>f 9259/17175/16541 9261/17177/16543 9278/17194/16560</w:t>
        <w:br/>
        <w:t>f 9278/17194/16560 9280/17195/16561 9279/17196/16562</w:t>
        <w:br/>
        <w:t>f 9280/17195/16561 9278/17194/16560 9261/17177/16543</w:t>
        <w:br/>
        <w:t>f 9283/17197/16563 9282/17198/16564 9281/17199/16565</w:t>
        <w:br/>
        <w:t>f 9281/17199/16565 9284/17200/16566 9283/17197/16563</w:t>
        <w:br/>
        <w:t>f 9284/17200/16566 9281/17199/16565 9285/17201/16567</w:t>
        <w:br/>
        <w:t>f 9285/17201/16567 9286/17202/16568 9284/17200/16566</w:t>
        <w:br/>
        <w:t>f 9286/17202/16568 9287/17203/16569 9284/17200/16566</w:t>
        <w:br/>
        <w:t>f 9286/17202/16568 9288/17204/16570 9287/17203/16569</w:t>
        <w:br/>
        <w:t>f 9288/17204/16570 9289/17205/16571 9287/17203/16569</w:t>
        <w:br/>
        <w:t>f 9290/17206/16572 9289/17205/16571 9288/17204/16570</w:t>
        <w:br/>
        <w:t>f 9293/17207/16573 9292/17208/16574 9291/17209/16575</w:t>
        <w:br/>
        <w:t>f 9289/17205/16571 9290/17206/16572 9294/17210/16576</w:t>
        <w:br/>
        <w:t>f 9295/17211/16577 9294/17210/16576 9290/17206/16572</w:t>
        <w:br/>
        <w:t>f 9297/17212/16578 9291/17209/16575 9296/17213/16579</w:t>
        <w:br/>
        <w:t>f 9298/17214/16580 9297/17212/16578 9296/17213/16579</w:t>
        <w:br/>
        <w:t>f 9291/17209/16575 9297/17212/16578 9293/17207/16573</w:t>
        <w:br/>
        <w:t>f 9294/17210/16576 9295/17211/16577 9299/17215/16581</w:t>
        <w:br/>
        <w:t>f 9300/17216/16582 9299/17215/16581 9295/17211/16577</w:t>
        <w:br/>
        <w:t>f 9297/17212/16578 9298/17214/16580 9301/17217/16583</w:t>
        <w:br/>
        <w:t>f 9299/17215/16581 9300/17216/16582 9302/17218/16584</w:t>
        <w:br/>
        <w:t>f 9303/17219/16585 9302/17218/16584 9300/17216/16582</w:t>
        <w:br/>
        <w:t>f 9298/17214/16580 9305/17220/16586 9304/17221/16587</w:t>
        <w:br/>
        <w:t>f 9304/17221/16587 9301/17217/16583 9298/17214/16580</w:t>
        <w:br/>
        <w:t>f 9302/17218/16584 9303/17219/16585 9306/17222/16588</w:t>
        <w:br/>
        <w:t>f 9306/17222/16588 9303/17219/16585 9307/17223/16589</w:t>
        <w:br/>
        <w:t>f 9307/17223/16589 9308/17224/16590 9306/17222/16588</w:t>
        <w:br/>
        <w:t>f 9310/17225/16591 9305/17220/16586 9309/17226/16592</w:t>
        <w:br/>
        <w:t>f 9311/17227/16593 9310/17225/16591 9309/17226/16592</w:t>
        <w:br/>
        <w:t>f 9305/17220/16586 9310/17225/16591 9304/17221/16587</w:t>
        <w:br/>
        <w:t>f 9313/17228/16594 9312/17229/16595 9311/17227/16593</w:t>
        <w:br/>
        <w:t>f 9310/17225/16591 9311/17227/16593 9312/17229/16595</w:t>
        <w:br/>
        <w:t>f 9314/17230/16596 9312/17229/16595 9313/17228/16594</w:t>
        <w:br/>
        <w:t>f 9317/17231/16597 9316/17232/16598 9315/17233/16599</w:t>
        <w:br/>
        <w:t>f 9316/17232/16598 9317/17231/16597 9318/17234/16600</w:t>
        <w:br/>
        <w:t>f 9318/17234/16600 9319/17235/16601 9316/17232/16598</w:t>
        <w:br/>
        <w:t>f 9322/17236/16602 9321/17237/16603 9320/17238/16604</w:t>
        <w:br/>
        <w:t>f 9321/17237/16603 9322/17236/16602 9323/17239/16605</w:t>
        <w:br/>
        <w:t>f 9319/17235/16601 9318/17234/16600 9324/17240/16606</w:t>
        <w:br/>
        <w:t>f 9323/17239/16605 9325/17241/16607 9321/17237/16603</w:t>
        <w:br/>
        <w:t>f 9324/17240/16606 9326/17242/16608 9319/17235/16601</w:t>
        <w:br/>
        <w:t>f 9325/17241/16607 9323/17239/16605 9327/17243/16609</w:t>
        <w:br/>
        <w:t>f 9325/17241/16607 9327/17243/16609 9328/17244/16610</w:t>
        <w:br/>
        <w:t>f 9326/17242/16608 9324/17240/16606 9329/17245/16611</w:t>
        <w:br/>
        <w:t>f 9330/17246/16612 9325/17241/16607 9328/17244/16610</w:t>
        <w:br/>
        <w:t>f 9329/17245/16611 9331/17247/16613 9326/17242/16608</w:t>
        <w:br/>
        <w:t>f 9332/17248/16614 9330/17246/16612 9328/17244/16610</w:t>
        <w:br/>
        <w:t>f 9331/17247/16613 9329/17245/16611 9333/17249/16615</w:t>
        <w:br/>
        <w:t>f 9334/17250/16616 9330/17246/16612 9332/17248/16614</w:t>
        <w:br/>
        <w:t>f 9333/17249/16615 9335/17251/16617 9331/17247/16613</w:t>
        <w:br/>
        <w:t>f 9332/17248/16614 9336/17252/16618 9334/17250/16616</w:t>
        <w:br/>
        <w:t>f 9335/17251/16617 9333/17249/16615 9337/17253/16619</w:t>
        <w:br/>
        <w:t>f 9336/17252/16618 9332/17248/16614 9338/17254/16620</w:t>
        <w:br/>
        <w:t>f 9337/17253/16619 9339/17255/16621 9335/17251/16617</w:t>
        <w:br/>
        <w:t>f 9340/17256/16622 9336/17252/16618 9338/17254/16620</w:t>
        <w:br/>
        <w:t>f 9336/17252/16618 9340/17256/16622 9341/17257/16623</w:t>
        <w:br/>
        <w:t>f 9339/17255/16621 9337/17253/16619 9342/17258/16624</w:t>
        <w:br/>
        <w:t>f 9343/17259/16625 9341/17257/16623 9340/17256/16622</w:t>
        <w:br/>
        <w:t>f 9342/17258/16624 9344/17260/16626 9339/17255/16621</w:t>
        <w:br/>
        <w:t>f 9292/17208/16574 9293/17207/16573 9345/17261/16627</w:t>
        <w:br/>
        <w:t>f 9341/17257/16623 9343/17259/16625 9346/17262/16628</w:t>
        <w:br/>
        <w:t>f 9344/17260/16626 9342/17258/16624 9347/17263/16629</w:t>
        <w:br/>
        <w:t>f 9348/17264/16630 9346/17262/16628 9343/17259/16625</w:t>
        <w:br/>
        <w:t>f 9345/17261/16627 9349/17265/16631 9292/17208/16574</w:t>
        <w:br/>
        <w:t>f 9346/17262/16628 9348/17264/16630 9350/17266/16632</w:t>
        <w:br/>
        <w:t>f 9351/17267/16633 9344/17260/16626 9347/17263/16629</w:t>
        <w:br/>
        <w:t>f 9348/17264/16630 9352/17268/16634 9350/17266/16632</w:t>
        <w:br/>
        <w:t>f 9349/17265/16631 9345/17261/16627 9353/17269/16635</w:t>
        <w:br/>
        <w:t>f 9344/17260/16626 9351/17267/16633 9354/17270/16636</w:t>
        <w:br/>
        <w:t>f 9355/17271/16637 9350/17266/16632 9352/17268/16634</w:t>
        <w:br/>
        <w:t>f 9356/17272/16638 9354/17270/16636 9351/17267/16633</w:t>
        <w:br/>
        <w:t>f 9352/17268/16634 9357/17273/16639 9355/17271/16637</w:t>
        <w:br/>
        <w:t>f 9353/17269/16635 9358/17274/16640 9349/17265/16631</w:t>
        <w:br/>
        <w:t>f 9282/17198/16564 9283/17197/16563 9359/17275/16641</w:t>
        <w:br/>
        <w:t>f 9359/17275/16641 9360/17276/16642 9282/17198/16564</w:t>
        <w:br/>
        <w:t>f 9358/17274/16640 9353/17269/16635 9361/17277/16643</w:t>
        <w:br/>
        <w:t>f 9354/17270/16636 9356/17272/16638 9362/17278/16644</w:t>
        <w:br/>
        <w:t>f 9360/17276/16642 9359/17275/16641 9363/17279/16645</w:t>
        <w:br/>
        <w:t>f 9361/17277/16643 9364/17280/16646 9358/17274/16640</w:t>
        <w:br/>
        <w:t>f 9365/17281/16647 9360/17276/16642 9363/17279/16645</w:t>
        <w:br/>
        <w:t>f 9360/17276/16642 9365/17281/16647 9366/17282/16648</w:t>
        <w:br/>
        <w:t>f 9364/17280/16646 9361/17277/16643 9367/17283/16649</w:t>
        <w:br/>
        <w:t>f 9368/17284/16650 9364/17280/16646 9367/17283/16649</w:t>
        <w:br/>
        <w:t>f 9356/17272/16638 9369/17285/16651 9362/17278/16644</w:t>
        <w:br/>
        <w:t>f 9370/17286/16652 9366/17282/16648 9365/17281/16647</w:t>
        <w:br/>
        <w:t>f 9366/17282/16648 9370/17286/16652 9371/17287/16653</w:t>
        <w:br/>
        <w:t>f 9370/17286/16652 9372/17288/16654 9371/17287/16653</w:t>
        <w:br/>
        <w:t>f 9372/17288/16654 9370/17286/16652 9373/17289/16655</w:t>
        <w:br/>
        <w:t>f 9367/17283/16649 9374/17290/16656 9368/17284/16650</w:t>
        <w:br/>
        <w:t>f 9374/17290/16656 9375/17291/16657 9368/17284/16650</w:t>
        <w:br/>
        <w:t>f 9369/17285/16651 9356/17272/16638 9376/17292/16658</w:t>
        <w:br/>
        <w:t>f 9376/17292/16658 9377/17293/16659 9369/17285/16651</w:t>
        <w:br/>
        <w:t>f 9378/17294/16660 9355/17271/16637 9357/17273/16639</w:t>
        <w:br/>
        <w:t>f 9379/17295/16661 9378/17294/16660 9357/17273/16639</w:t>
        <w:br/>
        <w:t>f 9378/17294/16660 9379/17295/16661 9380/17296/16662</w:t>
        <w:br/>
        <w:t>f 9377/17293/16659 9376/17292/16658 9381/17297/16663</w:t>
        <w:br/>
        <w:t>f 9382/17298/16664 9380/17296/16662 9379/17295/16661</w:t>
        <w:br/>
        <w:t>f 9375/17291/16657 9374/17290/16656 9383/17299/16665</w:t>
        <w:br/>
        <w:t>f 9381/17297/16663 9384/17300/16666 9377/17293/16659</w:t>
        <w:br/>
        <w:t>f 9383/17299/16665 9385/17301/16667 9375/17291/16657</w:t>
        <w:br/>
        <w:t>f 9385/17301/16667 9383/17299/16665 9386/17302/16668</w:t>
        <w:br/>
        <w:t>f 9388/17303/16669 9387/17304/16670 9384/17300/16666</w:t>
        <w:br/>
        <w:t>f 9380/17296/16662 9382/17298/16664 9389/17305/16671</w:t>
        <w:br/>
        <w:t>f 9384/17300/16666 9381/17297/16663 9390/17306/16672</w:t>
        <w:br/>
        <w:t>f 9388/17303/16669 9384/17300/16666 9390/17306/16672</w:t>
        <w:br/>
        <w:t>f 9391/17307/16673 9389/17305/16671 9382/17298/16664</w:t>
        <w:br/>
        <w:t>f 9389/17305/16671 9391/17307/16673 9392/17308/16674</w:t>
        <w:br/>
        <w:t>f 9395/17309/16675 9394/17310/16676 9393/17311/16677</w:t>
        <w:br/>
        <w:t>f 9396/17312/16678 9393/17311/16677 9394/17310/16676</w:t>
        <w:br/>
        <w:t>f 9394/17310/16676 9397/17313/16679 9396/17312/16678</w:t>
        <w:br/>
        <w:t>f 9398/17314/16680 9396/17312/16678 9397/17313/16679</w:t>
        <w:br/>
        <w:t>f 9397/17313/16679 9399/17315/16681 9398/17314/16680</w:t>
        <w:br/>
        <w:t>f 9400/17316/16682 9398/17314/16680 9399/17315/16681</w:t>
        <w:br/>
        <w:t>f 9403/17317/16683 9402/17318/16684 9401/17319/16685</w:t>
        <w:br/>
        <w:t>f 9404/17320/16686 9401/17319/16685 9402/17318/16684</w:t>
        <w:br/>
        <w:t>f 9399/17315/16681 9405/17321/16687 9400/17316/16682</w:t>
        <w:br/>
        <w:t>f 9406/17322/16688 9400/17316/16682 9405/17321/16687</w:t>
        <w:br/>
        <w:t>f 9402/17318/16684 9407/17323/16689 9404/17320/16686</w:t>
        <w:br/>
        <w:t>f 9408/17324/16690 9404/17320/16686 9407/17323/16689</w:t>
        <w:br/>
        <w:t>f 9406/17322/16688 9405/17321/16687 9409/17325/16691</w:t>
        <w:br/>
        <w:t>f 9408/17324/16690 9407/17323/16689 9410/17326/16692</w:t>
        <w:br/>
        <w:t>f 9411/17327/16693 9408/17324/16690 9410/17326/16692</w:t>
        <w:br/>
        <w:t>f 9412/17328/16694 9406/17322/16688 9409/17325/16691</w:t>
        <w:br/>
        <w:t>f 9406/17322/16688 9412/17328/16694 9413/17329/16695</w:t>
        <w:br/>
        <w:t>f 9416/17330/16696 9415/17331/16696 9414/17332/16697</w:t>
        <w:br/>
        <w:t>f 9415/17331/16696 9416/17330/16696 9417/17333/16698</w:t>
        <w:br/>
        <w:t>f 9420/17334/16699 9419/17335/16700 9418/17336/16701</w:t>
        <w:br/>
        <w:t>f 9411/17327/16693 9418/17336/16701 9419/17335/16700</w:t>
        <w:br/>
        <w:t>f 9418/17336/16701 9421/17337/16702 9420/17334/16699</w:t>
        <w:br/>
        <w:t>f 9424/17338/16703 9423/17339/16704 9422/17340/16705</w:t>
        <w:br/>
        <w:t>f 9418/17336/16701 9411/17327/16693 9425/17341/16706</w:t>
        <w:br/>
        <w:t>f 9410/17326/16692 9425/17341/16706 9411/17327/16693</w:t>
        <w:br/>
        <w:t>f 9423/17339/16704 9424/17338/16703 9426/17342/16707</w:t>
        <w:br/>
        <w:t>f 9429/17343/16708 9428/17344/16709 9427/17345/16710</w:t>
        <w:br/>
        <w:t>f 9428/17344/16709 9429/17343/16708 9430/17346/16711</w:t>
        <w:br/>
        <w:t>f 9431/17347/16712 9430/17346/16711 9429/17343/16708</w:t>
        <w:br/>
        <w:t>f 9434/17348/16713 9433/17349/16714 9432/17350/16715</w:t>
        <w:br/>
        <w:t>f 9433/17349/16714 9434/17348/16713 9435/17351/16716</w:t>
        <w:br/>
        <w:t>f 9436/17352/16717 9434/17348/16713 9432/17350/16715</w:t>
        <w:br/>
        <w:t>f 9429/17343/16708 9437/17353/16718 9431/17347/16712</w:t>
        <w:br/>
        <w:t>f 9434/17348/16713 9436/17352/16717 9438/17354/16719</w:t>
        <w:br/>
        <w:t>f 9439/17355/16720 9431/17347/16712 9437/17353/16718</w:t>
        <w:br/>
        <w:t>f 9440/17356/16721 9438/17354/16719 9436/17352/16717</w:t>
        <w:br/>
        <w:t>f 9431/17347/16712 9439/17355/16720 9441/17357/16722</w:t>
        <w:br/>
        <w:t>f 9438/17354/16719 9440/17356/16721 9442/17358/16723</w:t>
        <w:br/>
        <w:t>f 9443/17359/16724 9441/17357/16722 9439/17355/16720</w:t>
        <w:br/>
        <w:t>f 9444/17360/16725 9442/17358/16723 9440/17356/16721</w:t>
        <w:br/>
        <w:t>f 9441/17357/16722 9443/17359/16724 9445/17361/16726</w:t>
        <w:br/>
        <w:t>f 9446/17362/16727 9445/17361/16726 9443/17359/16724</w:t>
        <w:br/>
        <w:t>f 9442/17358/16723 9444/17360/16725 9447/17363/16728</w:t>
        <w:br/>
        <w:t>f 9445/17361/16726 9446/17362/16727 9448/17364/16729</w:t>
        <w:br/>
        <w:t>f 9446/17362/16727 9449/17365/16730 9448/17364/16729</w:t>
        <w:br/>
        <w:t>f 9450/17366/16731 9447/17363/16728 9444/17360/16725</w:t>
        <w:br/>
        <w:t>f 9402/17318/16684 9403/17317/16683 9451/17367/16732</w:t>
        <w:br/>
        <w:t>f 9449/17365/16730 9446/17362/16727 9452/17368/16733</w:t>
        <w:br/>
        <w:t>f 9447/17363/16728 9450/17366/16731 9453/17369/16734</w:t>
        <w:br/>
        <w:t>f 9454/17370/16735 9449/17365/16730 9452/17368/16733</w:t>
        <w:br/>
        <w:t>f 9450/17366/16731 9455/17371/16736 9453/17369/16734</w:t>
        <w:br/>
        <w:t>f 9449/17365/16730 9454/17370/16735 9456/17372/16737</w:t>
        <w:br/>
        <w:t>f 9457/17373/16738 9451/17367/16732 9403/17317/16683</w:t>
        <w:br/>
        <w:t>f 9394/17310/16676 9395/17309/16675 9458/17374/16739</w:t>
        <w:br/>
        <w:t>f 9455/17371/16736 9450/17366/16731 9459/17375/16740</w:t>
        <w:br/>
        <w:t>f 9451/17367/16732 9457/17373/16738 9460/17376/16741</w:t>
        <w:br/>
        <w:t>f 9461/17377/16742 9456/17372/16737 9454/17370/16735</w:t>
        <w:br/>
        <w:t>f 9459/17375/16740 9462/17378/16743 9455/17371/16736</w:t>
        <w:br/>
        <w:t>f 9456/17372/16737 9461/17377/16742 9463/17379/16744</w:t>
        <w:br/>
        <w:t>f 9457/17373/16738 9464/17380/16745 9460/17376/16741</w:t>
        <w:br/>
        <w:t>f 9462/17378/16743 9459/17375/16740 9465/17381/16746</w:t>
        <w:br/>
        <w:t>f 9466/17382/16747 9463/17379/16744 9461/17377/16742</w:t>
        <w:br/>
        <w:t>f 9465/17381/16746 9467/17383/16748 9462/17378/16743</w:t>
        <w:br/>
        <w:t>f 9463/17379/16744 9466/17382/16747 9468/17384/16749</w:t>
        <w:br/>
        <w:t>f 9469/17385/16750 9464/17380/16745 9457/17373/16738</w:t>
        <w:br/>
        <w:t>f 9395/17309/16675 9471/17386/16751 9470/17387/16752</w:t>
        <w:br/>
        <w:t>f 9471/17386/16751 9395/17309/16675 9472/17388/16753</w:t>
        <w:br/>
        <w:t>f 9473/17389/16754 9471/17386/16751 9472/17388/16753</w:t>
        <w:br/>
        <w:t>f 9467/17383/16748 9465/17381/16746 9474/17390/16755</w:t>
        <w:br/>
        <w:t>f 9464/17380/16745 9469/17385/16750 9475/17391/16756</w:t>
        <w:br/>
        <w:t>f 9471/17386/16751 9473/17389/16754 9476/17392/16757</w:t>
        <w:br/>
        <w:t>f 9475/17391/16756 9469/17385/16750 9477/17393/16758</w:t>
        <w:br/>
        <w:t>f 9478/17394/16759 9476/17392/16757 9473/17389/16754</w:t>
        <w:br/>
        <w:t>f 9474/17390/16755 9479/17395/16760 9467/17383/16748</w:t>
        <w:br/>
        <w:t>f 9480/17396/16761 9468/17384/16749 9466/17382/16747</w:t>
        <w:br/>
        <w:t>f 9468/17384/16749 9480/17396/16761 9481/17397/16762</w:t>
        <w:br/>
        <w:t>f 9482/17398/16763 9475/17391/16756 9477/17393/16758</w:t>
        <w:br/>
        <w:t>f 9479/17395/16760 9474/17390/16755 9483/17399/16764</w:t>
        <w:br/>
        <w:t>f 9476/17392/16757 9478/17394/16759 9484/17400/16765</w:t>
        <w:br/>
        <w:t>f 9482/17398/16763 9477/17393/16758 9485/17401/16766</w:t>
        <w:br/>
        <w:t>f 9478/17394/16759 9486/17402/16767 9484/17400/16765</w:t>
        <w:br/>
        <w:t>f 9485/17401/16766 9487/17403/16768 9482/17398/16763</w:t>
        <w:br/>
        <w:t>f 9488/17404/16769 9479/17395/16760 9483/17399/16764</w:t>
        <w:br/>
        <w:t>f 9487/17403/16768 9485/17401/16766 9489/17405/16770</w:t>
        <w:br/>
        <w:t>f 9490/17406/16771 9481/17397/16762 9480/17396/16761</w:t>
        <w:br/>
        <w:t>f 9479/17395/16760 9488/17404/16769 9491/17407/16772</w:t>
        <w:br/>
        <w:t>f 9481/17397/16762 9490/17406/16771 9492/17408/16773</w:t>
        <w:br/>
        <w:t>f 9493/17409/16774 9491/17407/16772 9488/17404/16769</w:t>
        <w:br/>
        <w:t>f 9489/17405/16770 9494/17410/16775 9487/17403/16768</w:t>
        <w:br/>
        <w:t>f 9495/17411/16776 9492/17408/16773 9490/17406/16771</w:t>
        <w:br/>
        <w:t>f 9491/17407/16772 9493/17409/16774 9496/17412/16777</w:t>
        <w:br/>
        <w:t>f 9492/17408/16773 9495/17411/16776 9497/17413/16778</w:t>
        <w:br/>
        <w:t>f 9486/17402/16767 9478/17394/16759 9498/17414/16779</w:t>
        <w:br/>
        <w:t>f 9499/17415/16780 9497/17413/16778 9495/17411/16776</w:t>
        <w:br/>
        <w:t>f 9497/17413/16778 9499/17415/16780 9500/17416/16781</w:t>
        <w:br/>
        <w:t>f 9498/17414/16779 9501/17417/16782 9486/17402/16767</w:t>
        <w:br/>
        <w:t>f 9494/17410/16775 9489/17405/16770 9502/17418/16783</w:t>
        <w:br/>
        <w:t>f 9501/17417/16782 9498/17414/16779 9503/17419/16784</w:t>
        <w:br/>
        <w:t>f 9504/17420/16785 9496/17412/16777 9493/17409/16774</w:t>
        <w:br/>
        <w:t>f 9505/17421/16786 9494/17410/16775 9502/17418/16783</w:t>
        <w:br/>
        <w:t>f 9496/17412/16777 9504/17420/16785 9506/17422/16787</w:t>
        <w:br/>
        <w:t>f 9503/17419/16784 9507/17423/16788 9501/17417/16782</w:t>
        <w:br/>
        <w:t>f 9502/17418/16783 9508/17424/16789 9505/17421/16786</w:t>
        <w:br/>
        <w:t>f 9503/17419/16784 9509/17425/16790 9507/17423/16788</w:t>
        <w:br/>
        <w:t>f 9510/17426/16791 9506/17422/16787 9504/17420/16785</w:t>
        <w:br/>
        <w:t>f 9511/17427/16792 9505/17421/16786 9508/17424/16789</w:t>
        <w:br/>
        <w:t>f 9512/17428/16793 9507/17423/16788 9509/17425/16790</w:t>
        <w:br/>
        <w:t>f 9511/17427/16792 9508/17424/16789 9513/17429/16794</w:t>
        <w:br/>
        <w:t>f 9509/17425/16790 9514/17430/16795 9512/17428/16793</w:t>
        <w:br/>
        <w:t>f 9512/17428/16793 9514/17430/16795 9515/17431/16796</w:t>
        <w:br/>
        <w:t>f 9516/17432/16797 9511/17427/16792 9513/17429/16794</w:t>
        <w:br/>
        <w:t>f 9514/17430/16795 9517/17433/16798 9515/17431/16796</w:t>
        <w:br/>
        <w:t>f 9518/17434/16799 9515/17431/16796 9517/17433/16798</w:t>
        <w:br/>
        <w:t>f 9520/17435/16800 9519/17436/16801 9518/17434/16799</w:t>
        <w:br/>
        <w:t>f 9519/17436/16801 9521/17437/16802 9518/17434/16799</w:t>
        <w:br/>
        <w:t>f 9515/17431/16796 9518/17434/16799 9521/17437/16802</w:t>
        <w:br/>
        <w:t>f 9524/17438/16803 9523/17439/16804 9522/17440/16805</w:t>
        <w:br/>
        <w:t>f 9523/17439/16804 9524/17438/16803 9525/17441/16806</w:t>
        <w:br/>
        <w:t>f 9523/17439/16804 9525/17441/16806 9516/17432/16797</w:t>
        <w:br/>
        <w:t>f 9528/17442/16807 9527/17443/16808 9526/17444/16809</w:t>
        <w:br/>
        <w:t>f 9525/17441/16806 9529/17445/16810 9516/17432/16797</w:t>
        <w:br/>
        <w:t>f 9511/17427/16792 9516/17432/16797 9529/17445/16810</w:t>
        <w:br/>
        <w:t>f 9527/17443/16808 9528/17442/16807 9530/17446/16811</w:t>
        <w:br/>
        <w:t>f 9530/17446/16811 9531/17447/16812 9527/17443/16808</w:t>
        <w:br/>
        <w:t>f 9534/17448/16813 9533/17449/16814 9532/17450/16815</w:t>
        <w:br/>
        <w:t>f 9533/17449/16814 9534/17448/16813 9535/17451/16816</w:t>
        <w:br/>
        <w:t>f 9535/17451/16816 9534/17448/16813 9536/17452/16817</w:t>
        <w:br/>
        <w:t>f 9536/17452/16817 9537/17453/16818 9535/17451/16816</w:t>
        <w:br/>
        <w:t>f 9531/17447/16812 9530/17446/16811 9538/17454/16819</w:t>
        <w:br/>
        <w:t>f 9539/17455/16820 9537/17453/16818 9536/17452/16817</w:t>
        <w:br/>
        <w:t>f 9540/17456/16821 9531/17447/16812 9538/17454/16819</w:t>
        <w:br/>
        <w:t>f 9531/17447/16812 9540/17456/16821 9510/17426/16791</w:t>
        <w:br/>
        <w:t>f 9506/17422/16787 9510/17426/16791 9540/17456/16821</w:t>
        <w:br/>
        <w:t>f 9539/17455/16820 9500/17416/16781 9499/17415/16780</w:t>
        <w:br/>
        <w:t>f 9500/17416/16781 9539/17455/16820 9541/17457/16822</w:t>
        <w:br/>
        <w:t>f 9539/17455/16820 9536/17452/16817 9541/17457/16822</w:t>
        <w:br/>
        <w:t>f 9544/17458/16823 9543/17459/16824 9542/17460/16825</w:t>
        <w:br/>
        <w:t>f 9543/17459/16824 9545/17461/16826 9542/17460/16825</w:t>
        <w:br/>
        <w:t>f 9545/17461/16826 9543/17459/16824 9546/17462/16827</w:t>
        <w:br/>
        <w:t>f 9549/17463/16828 9548/17464/16829 9547/17465/16830</w:t>
        <w:br/>
        <w:t>f 9548/17464/16829 9549/17463/16828 9550/17466/16831</w:t>
        <w:br/>
        <w:t>f 9553/17467/16832 9552/17468/16833 9551/17469/16834</w:t>
        <w:br/>
        <w:t>f 9556/17470/16835 9555/17471/16836 9554/17472/16837</w:t>
        <w:br/>
        <w:t>f 9554/17472/16837 9557/17473/16838 9556/17470/16835</w:t>
        <w:br/>
        <w:t>f 9552/17468/16833 9553/17467/16832 9558/17474/16839</w:t>
        <w:br/>
        <w:t>f 9559/17475/16840 9556/17470/16835 9557/17473/16838</w:t>
        <w:br/>
        <w:t>f 9557/17473/16838 9560/17476/16841 9559/17475/16840</w:t>
        <w:br/>
        <w:t>f 9553/17467/16832 9561/17477/16842 9558/17474/16839</w:t>
        <w:br/>
        <w:t>f 9562/17478/16843 9559/17475/16840 9560/17476/16841</w:t>
        <w:br/>
        <w:t>f 9563/17479/16844 9550/17466/16831 9549/17463/16828</w:t>
        <w:br/>
        <w:t>f 9543/17459/16824 9544/17458/16823 9564/17480/16845</w:t>
        <w:br/>
        <w:t>f 9550/17466/16831 9563/17479/16844 9565/17481/16846</w:t>
        <w:br/>
        <w:t>f 9561/17477/16842 9553/17467/16832 9566/17482/16847</w:t>
        <w:br/>
        <w:t>f 9567/17483/16848 9564/17480/16845 9544/17458/16823</w:t>
        <w:br/>
        <w:t>f 9568/17484/16849 9565/17481/16846 9563/17479/16844</w:t>
        <w:br/>
        <w:t>f 9567/17483/16848 9544/17458/16823 9569/17485/16850</w:t>
        <w:br/>
        <w:t>f 9570/17486/16851 9561/17477/16842 9566/17482/16847</w:t>
        <w:br/>
        <w:t>f 9565/17481/16846 9568/17484/16849 9571/17487/16852</w:t>
        <w:br/>
        <w:t>f 9560/17476/16841 9572/17488/16853 9562/17478/16843</w:t>
        <w:br/>
        <w:t>f 9561/17477/16842 9570/17486/16851 9573/17489/16854</w:t>
        <w:br/>
        <w:t>f 9574/17490/16855 9562/17478/16843 9572/17488/16853</w:t>
        <w:br/>
        <w:t>f 9575/17491/16856 9573/17489/16854 9570/17486/16851</w:t>
        <w:br/>
        <w:t>f 9573/17489/16854 9575/17491/16856 9576/17492/16857</w:t>
        <w:br/>
        <w:t>f 9568/17484/16849 9577/17493/16858 9571/17487/16852</w:t>
        <w:br/>
        <w:t>f 9562/17478/16843 9574/17490/16855 9578/17494/16859</w:t>
        <w:br/>
        <w:t>f 9569/17485/16850 9579/17495/16860 9567/17483/16848</w:t>
        <w:br/>
        <w:t>f 9568/17484/16849 9580/17496/16861 9577/17493/16858</w:t>
        <w:br/>
        <w:t>f 9579/17495/16860 9569/17485/16850 9581/17497/16862</w:t>
        <w:br/>
        <w:t>f 9582/17498/16863 9579/17495/16860 9581/17497/16862</w:t>
        <w:br/>
        <w:t>f 9583/17499/16864 9578/17494/16859 9574/17490/16855</w:t>
        <w:br/>
        <w:t>f 9575/17491/16856 9584/17500/16865 9576/17492/16857</w:t>
        <w:br/>
        <w:t>f 9578/17494/16859 9583/17499/16864 9585/17501/16866</w:t>
        <w:br/>
        <w:t>f 9586/17502/16867 9577/17493/16858 9580/17496/16861</w:t>
        <w:br/>
        <w:t>f 9584/17500/16865 9575/17491/16856 9587/17503/16868</w:t>
        <w:br/>
        <w:t>f 9579/17495/16860 9582/17498/16863 9588/17504/16869</w:t>
        <w:br/>
        <w:t>f 9586/17502/16867 9580/17496/16861 9589/17505/16870</w:t>
        <w:br/>
        <w:t>f 9590/17506/16871 9588/17504/16869 9582/17498/16863</w:t>
        <w:br/>
        <w:t>f 9591/17507/16872 9585/17501/16866 9583/17499/16864</w:t>
        <w:br/>
        <w:t>f 9592/17508/16873 9584/17500/16865 9587/17503/16868</w:t>
        <w:br/>
        <w:t>f 9585/17501/16866 9591/17507/16872 9593/17509/16874</w:t>
        <w:br/>
        <w:t>f 9594/17510/16875 9586/17502/16867 9589/17505/16870</w:t>
        <w:br/>
        <w:t>f 9587/17503/16868 9595/17511/16876 9592/17508/16873</w:t>
        <w:br/>
        <w:t>f 9596/17512/16877 9593/17509/16874 9591/17507/16872</w:t>
        <w:br/>
        <w:t>f 9593/17509/16874 9596/17512/16877 9597/17513/16878</w:t>
        <w:br/>
        <w:t>f 9598/17514/16879 9592/17508/16873 9595/17511/16876</w:t>
        <w:br/>
        <w:t>f 9595/17511/16876 9599/17515/16880 9598/17514/16879</w:t>
        <w:br/>
        <w:t>f 9594/17510/16875 9589/17505/16870 9600/17516/16881</w:t>
        <w:br/>
        <w:t>f 9600/17516/16881 9601/17517/16882 9594/17510/16875</w:t>
        <w:br/>
        <w:t>f 9588/17504/16869 9590/17506/16871 9602/17518/16883</w:t>
        <w:br/>
        <w:t>f 9601/17517/16882 9600/17516/16881 9603/17519/16884</w:t>
        <w:br/>
        <w:t>f 9604/17520/16885 9602/17518/16883 9590/17506/16871</w:t>
        <w:br/>
        <w:t>f 9602/17518/16883 9604/17520/16885 9605/17521/16886</w:t>
        <w:br/>
        <w:t>f 9608/17522/16887 9607/17523/16888 9606/17524/16889</w:t>
        <w:br/>
        <w:t>f 9606/17524/16889 9609/17525/16890 9608/17522/16887</w:t>
        <w:br/>
        <w:t>f 9608/17522/16887 9609/17525/16890 9610/17526/16891</w:t>
        <w:br/>
        <w:t>f 9611/17527/16892 9610/17526/16891 9609/17525/16890</w:t>
        <w:br/>
        <w:t>f 9610/17526/16891 9611/17527/16892 9612/17528/16893</w:t>
        <w:br/>
        <w:t>f 9613/17529/16894 9612/17528/16893 9611/17527/16892</w:t>
        <w:br/>
        <w:t>f 9616/17530/16895 9615/17531/16896 9614/17532/16897</w:t>
        <w:br/>
        <w:t>f 9612/17528/16893 9613/17529/16894 9617/17533/16898</w:t>
        <w:br/>
        <w:t>f 9613/17529/16894 9618/17534/16899 9617/17533/16898</w:t>
        <w:br/>
        <w:t>f 9620/17535/16900 9619/17536/16901 9616/17530/16895</w:t>
        <w:br/>
        <w:t>f 9615/17531/16896 9616/17530/16895 9619/17536/16901</w:t>
        <w:br/>
        <w:t>f 9622/17537/16902 9621/17538/16903 9620/17535/16900</w:t>
        <w:br/>
        <w:t>f 9619/17536/16901 9620/17535/16900 9621/17538/16903</w:t>
        <w:br/>
        <w:t>f 9621/17538/16903 9622/17537/16902 9623/17539/16904</w:t>
        <w:br/>
        <w:t>f 9624/17540/16905 9623/17539/16904 9622/17537/16902</w:t>
        <w:br/>
        <w:t>f 9627/17541/16906 9626/17542/16907 9625/17543/16908</w:t>
        <w:br/>
        <w:t>f 9618/17534/16899 9613/17529/16894 9628/17544/16909</w:t>
        <w:br/>
        <w:t>f 9629/17545/16910 9618/17534/16899 9628/17544/16909</w:t>
        <w:br/>
        <w:t>f 9631/17546/16911 9625/17543/16908 9630/17547/16912</w:t>
        <w:br/>
        <w:t>f 9625/17543/16908 9631/17546/16911 9627/17541/16906</w:t>
        <w:br/>
        <w:t>f 9623/17539/16904 9624/17540/16905 9632/17548/16913</w:t>
        <w:br/>
        <w:t>f 9630/17547/16912 9633/17549/16914 9631/17546/16911</w:t>
        <w:br/>
        <w:t>f 9636/17550/16915 9635/17551/16916 9634/17552/16917</w:t>
        <w:br/>
        <w:t>f 9634/17552/16917 9637/17553/16918 9636/17550/16915</w:t>
        <w:br/>
        <w:t>f 9637/17553/16918 9634/17552/16917 9638/17554/16919</w:t>
        <w:br/>
        <w:t>f 9631/17546/16911 9633/17549/16914 9639/17555/16920</w:t>
        <w:br/>
        <w:t>f 9635/17551/16916 9636/17550/16915 9640/17556/16921</w:t>
        <w:br/>
        <w:t>f 9641/17557/16922 9635/17551/16916 9640/17556/16921</w:t>
        <w:br/>
        <w:t>f 9633/17549/16914 9642/17558/16923 9639/17555/16920</w:t>
        <w:br/>
        <w:t>f 9638/17554/16919 9643/17559/16924 9637/17553/16918</w:t>
        <w:br/>
        <w:t>f 9626/17542/16907 9627/17541/16906 9644/17560/16925</w:t>
        <w:br/>
        <w:t>f 9643/17559/16924 9638/17554/16919 9645/17561/16926</w:t>
        <w:br/>
        <w:t>f 9646/17562/16927 9626/17542/16907 9644/17560/16925</w:t>
        <w:br/>
        <w:t>f 9645/17561/16926 9647/17563/16928 9643/17559/16924</w:t>
        <w:br/>
        <w:t>f 9644/17560/16925 9648/17564/16929 9646/17562/16927</w:t>
        <w:br/>
        <w:t>f 9647/17563/16928 9645/17561/16926 9649/17565/16930</w:t>
        <w:br/>
        <w:t>f 9649/17565/16930 9650/17566/16931 9647/17563/16928</w:t>
        <w:br/>
        <w:t>f 9651/17567/16932 9646/17562/16927 9648/17564/16929</w:t>
        <w:br/>
        <w:t>f 9650/17566/16933 9653/17568/16934 9652/17569/16935</w:t>
        <w:br/>
        <w:t>f 9654/17570/16936 9650/17566/16933 9652/17569/16935</w:t>
        <w:br/>
        <w:t>f 9650/17566/16933 9654/17570/16936 9655/17571/16937</w:t>
        <w:br/>
        <w:t>f 9656/17572/16938 9646/17562/16927 9651/17567/16932</w:t>
        <w:br/>
        <w:t>f 9657/17573/16939 9656/17572/16938 9651/17567/16932</w:t>
        <w:br/>
        <w:t>f 9658/17574/16940 9614/17532/16897 9615/17531/16896</w:t>
        <w:br/>
        <w:t>f 9656/17572/16938 9657/17573/16939 9659/17575/16941</w:t>
        <w:br/>
        <w:t>f 9661/17576/16942 9658/17574/16940 9660/17577/16943</w:t>
        <w:br/>
        <w:t>f 9614/17532/16897 9658/17574/16940 9662/17578/16944</w:t>
        <w:br/>
        <w:t>f 9658/17574/16940 9661/17576/16942 9662/17578/16944</w:t>
        <w:br/>
        <w:t>f 9607/17523/16888 9608/17522/16887 9663/17579/16945</w:t>
        <w:br/>
        <w:t>f 9665/17580/16946 9663/17579/16945 9664/17581/16947</w:t>
        <w:br/>
        <w:t>f 9663/17579/16945 9665/17580/16946 9607/17523/16888</w:t>
        <w:br/>
        <w:t>f 9635/17551/16916 9641/17557/16922 9666/17582/16948</w:t>
        <w:br/>
        <w:t>f 9667/17583/16949 9666/17582/16948 9641/17557/16922</w:t>
        <w:br/>
        <w:t>f 9666/17582/16948 9667/17583/16949 9668/17584/16950</w:t>
        <w:br/>
        <w:t>f 9670/17585/16951 9669/17586/16952 9642/17558/16923</w:t>
        <w:br/>
        <w:t>f 9633/17549/16914 9670/17585/16951 9642/17558/16923</w:t>
        <w:br/>
        <w:t>f 9624/17540/16905 9671/17587/16953 9632/17548/16913</w:t>
        <w:br/>
        <w:t>f 9672/17588/16954 9668/17584/16950 9667/17583/16949</w:t>
        <w:br/>
        <w:t>f 9668/17584/16950 9672/17588/16954 9673/17589/16955</w:t>
        <w:br/>
        <w:t>f 9671/17587/16953 9624/17540/16905 9674/17590/16956</w:t>
        <w:br/>
        <w:t>f 9675/17591/16957 9618/17534/16899 9629/17545/16910</w:t>
        <w:br/>
        <w:t>f 9670/17585/16951 9676/17592/16958 9669/17586/16952</w:t>
        <w:br/>
        <w:t>f 9674/17590/16956 9677/17593/16959 9671/17587/16953</w:t>
        <w:br/>
        <w:t>f 9676/17592/16958 9678/17594/16960 9669/17586/16952</w:t>
        <w:br/>
        <w:t>f 9629/17545/16910 9679/17595/16961 9675/17591/16957</w:t>
        <w:br/>
        <w:t>f 9677/17593/16959 9674/17590/16956 9680/17596/16962</w:t>
        <w:br/>
        <w:t>f 9679/17595/16961 9629/17545/16910 9681/17597/16963</w:t>
        <w:br/>
        <w:t>f 9682/17598/16964 9679/17595/16961 9681/17597/16963</w:t>
        <w:br/>
        <w:t>f 9678/17594/16960 9676/17592/16958 9683/17599/16965</w:t>
        <w:br/>
        <w:t>f 9680/17596/16962 9684/17600/16966 9677/17593/16959</w:t>
        <w:br/>
        <w:t>f 9679/17595/16961 9682/17598/16964 9685/17601/16967</w:t>
        <w:br/>
        <w:t>f 9684/17600/16966 9680/17596/16962 9686/17602/16968</w:t>
        <w:br/>
        <w:t>f 9689/17603/16969 9688/17604/16970 9687/17605/16971</w:t>
        <w:br/>
        <w:t>f 9692/17606/16972 9691/17607/16973 9690/17608/16974</w:t>
        <w:br/>
        <w:t>f 9693/17609/16975 9673/17589/16955 9672/17588/16954</w:t>
        <w:br/>
        <w:t>f 9673/17589/16955 9693/17609/16975 9694/17610/16976</w:t>
        <w:br/>
        <w:t>f 9693/17609/16975 9695/17611/16977 9694/17610/16976</w:t>
        <w:br/>
        <w:t>f 9688/17604/16970 9689/17603/16969 9696/17612/16978</w:t>
        <w:br/>
        <w:t>f 9689/17603/16969 9697/17613/16979 9696/17612/16978</w:t>
        <w:br/>
        <w:t>f 9686/17602/16968 9699/17614/16980 9698/17615/16981</w:t>
        <w:br/>
        <w:t>f 9686/17602/16968 9698/17615/16981 9684/17600/16966</w:t>
        <w:br/>
        <w:t>f 9700/17616/16982 9698/17615/16981 9699/17614/16980</w:t>
        <w:br/>
        <w:t>f 9690/17608/16974 9701/17617/16983 9692/17606/16972</w:t>
        <w:br/>
        <w:t>f 9697/17613/16979 9689/17603/16969 9702/17618/16984</w:t>
        <w:br/>
        <w:t>f 9703/17619/16985 9692/17606/16972 9701/17617/16983</w:t>
        <w:br/>
        <w:t>f 9698/17615/16981 9700/17616/16982 9704/17620/16986</w:t>
        <w:br/>
        <w:t>f 9695/17611/16977 9693/17609/16975 9705/17621/16987</w:t>
        <w:br/>
        <w:t>f 9692/17606/16972 9703/17619/16985 9706/17622/16988</w:t>
        <w:br/>
        <w:t>f 9705/17621/16987 9707/17623/16989 9695/17611/16977</w:t>
        <w:br/>
        <w:t>f 9708/17624/16990 9697/17613/16979 9702/17618/16984</w:t>
        <w:br/>
        <w:t>f 9709/17625/16991 9704/17620/16986 9700/17616/16982</w:t>
        <w:br/>
        <w:t>f 9708/17624/16990 9702/17618/16984 9710/17626/16992</w:t>
        <w:br/>
        <w:t>f 9711/17627/16993 9708/17624/16990 9710/17626/16992</w:t>
        <w:br/>
        <w:t>f 9712/17628/16994 9706/17622/16988 9703/17619/16985</w:t>
        <w:br/>
        <w:t>f 9704/17620/16986 9709/17625/16991 9713/17629/16995</w:t>
        <w:br/>
        <w:t>f 9707/17623/16989 9705/17621/16987 9714/17630/16996</w:t>
        <w:br/>
        <w:t>f 9706/17622/16988 9712/17628/16994 9715/17631/16997</w:t>
        <w:br/>
        <w:t>f 9714/17630/16996 9716/17632/16998 9707/17623/16989</w:t>
        <w:br/>
        <w:t>f 9717/17633/16999 9713/17629/16995 9709/17625/16991</w:t>
        <w:br/>
        <w:t>f 9708/17624/16990 9711/17627/16993 9718/17634/17000</w:t>
        <w:br/>
        <w:t>f 9719/17635/17001 9715/17631/16997 9712/17628/16994</w:t>
        <w:br/>
        <w:t>f 9713/17629/16995 9717/17633/16999 9720/17636/17002</w:t>
        <w:br/>
        <w:t>f 9716/17632/16998 9714/17630/16996 9721/17637/17003</w:t>
        <w:br/>
        <w:t>f 9715/17631/16997 9719/17635/17001 9722/17638/17004</w:t>
        <w:br/>
        <w:t>f 9711/17627/16993 9723/17639/17005 9718/17634/17000</w:t>
        <w:br/>
        <w:t>f 9723/17639/17005 9711/17627/16993 9724/17640/17006</w:t>
        <w:br/>
        <w:t>f 9725/17641/17007 9720/17636/17002 9717/17633/16999</w:t>
        <w:br/>
        <w:t>f 9717/17633/16999 9726/17642/17008 9725/17641/17007</w:t>
        <w:br/>
        <w:t>f 9719/17635/17001 9727/17643/17009 9722/17638/17004</w:t>
        <w:br/>
        <w:t>f 9724/17640/17006 9728/17644/17010 9723/17639/17005</w:t>
        <w:br/>
        <w:t>f 9726/17642/17008 9729/17645/17011 9725/17641/17007</w:t>
        <w:br/>
        <w:t>f 9728/17644/17010 9724/17640/17006 9730/17646/17012</w:t>
        <w:br/>
        <w:t>f 9731/17647/17013 9728/17644/17010 9730/17646/17012</w:t>
        <w:br/>
        <w:t>f 9727/17643/17009 9732/17648/17014 9722/17638/17004</w:t>
        <w:br/>
        <w:t>f 9721/17637/17003 9733/17649/17015 9716/17632/16998</w:t>
        <w:br/>
        <w:t>f 9716/17632/16998 9733/17649/17015 9734/17650/17016</w:t>
        <w:br/>
        <w:t>f 9733/17649/17015 9735/17651/17017 9734/17650/17016</w:t>
        <w:br/>
        <w:t>f 9728/17644/17010 9731/17647/17013 9736/17652/17018</w:t>
        <w:br/>
        <w:t>f 9737/17653/17019 9736/17652/17018 9731/17647/17013</w:t>
        <w:br/>
        <w:t>f 9733/17649/17015 9738/17654/17020 9735/17651/17017</w:t>
        <w:br/>
        <w:t>f 9738/17654/17020 9739/17655/17021 9735/17651/17017</w:t>
        <w:br/>
        <w:t>f 9740/17656/17022 9732/17648/17014 9727/17643/17009</w:t>
        <w:br/>
        <w:t>f 9732/17648/17014 9740/17656/17022 9741/17657/17023</w:t>
        <w:br/>
        <w:t>f 9742/17658/17024 9725/17641/17007 9729/17645/17011</w:t>
        <w:br/>
        <w:t>f 9743/17659/17025 9742/17658/17024 9729/17645/17011</w:t>
        <w:br/>
        <w:t>f 9739/17655/17021 9738/17654/17020 9744/17660/17026</w:t>
        <w:br/>
        <w:t>f 9740/17656/17022 9745/17661/17027 9741/17657/17023</w:t>
        <w:br/>
        <w:t>f 9744/17660/17026 9746/17662/17028 9739/17655/17021</w:t>
        <w:br/>
        <w:t>f 9742/17658/17024 9743/17659/17025 9747/17663/17029</w:t>
        <w:br/>
        <w:t>f 9740/17656/17022 9748/17664/17030 9745/17661/17027</w:t>
        <w:br/>
        <w:t>f 9746/17662/17028 9744/17660/17026 9749/17665/17031</w:t>
        <w:br/>
        <w:t>f 9748/17664/17030 9750/17666/17032 9745/17661/17027</w:t>
        <w:br/>
        <w:t>f 9749/17665/17031 9751/17667/17033 9746/17662/17028</w:t>
        <w:br/>
        <w:t>f 9752/17668/17034 9747/17663/17029 9743/17659/17025</w:t>
        <w:br/>
        <w:t>f 9736/17652/17018 9737/17653/17019 9753/17669/17035</w:t>
        <w:br/>
        <w:t>f 9754/17670/17036 9753/17669/17035 9737/17653/17019</w:t>
        <w:br/>
        <w:t>f 9750/17666/17032 9748/17664/17030 9755/17671/17037</w:t>
        <w:br/>
        <w:t>f 9747/17663/17029 9752/17668/17034 9756/17672/17038</w:t>
        <w:br/>
        <w:t>f 9751/17667/17033 9749/17665/17031 9757/17673/17039</w:t>
        <w:br/>
        <w:t>f 9755/17671/17037 9758/17674/17040 9750/17666/17032</w:t>
        <w:br/>
        <w:t>f 9757/17673/17039 9759/17675/17041 9751/17667/17033</w:t>
        <w:br/>
        <w:t>f 9760/17676/17042 9756/17672/17038 9752/17668/17034</w:t>
        <w:br/>
        <w:t>f 9753/17669/17035 9754/17670/17036 9761/17677/17043</w:t>
        <w:br/>
        <w:t>f 9762/17678/17044 9761/17677/17043 9754/17670/17036</w:t>
        <w:br/>
        <w:t>f 9758/17674/17040 9755/17671/17037 9763/17679/17045</w:t>
        <w:br/>
        <w:t>f 9756/17672/17038 9760/17676/17042 9764/17680/17046</w:t>
        <w:br/>
        <w:t>f 9759/17675/17041 9757/17673/17039 9765/17681/17047</w:t>
        <w:br/>
        <w:t>f 9766/17682/17048 9758/17674/17040 9763/17679/17045</w:t>
        <w:br/>
        <w:t>f 9765/17681/17047 9767/17683/17049 9759/17675/17041</w:t>
        <w:br/>
        <w:t>f 9767/17683/17049 9765/17681/17047 9768/17684/17050</w:t>
        <w:br/>
        <w:t>f 9769/17685/17051 9766/17682/17048 9763/17679/17045</w:t>
        <w:br/>
        <w:t>f 9769/17685/17051 9770/17686/17052 9766/17682/17048</w:t>
        <w:br/>
        <w:t>f 9771/17687/17053 9764/17680/17046 9760/17676/17042</w:t>
        <w:br/>
        <w:t>f 9770/17686/17052 9769/17685/17051 9772/17688/17054</w:t>
        <w:br/>
        <w:t>f 9771/17687/17053 9774/17689/17055 9773/17690/17056</w:t>
        <w:br/>
        <w:t>f 9760/17676/17042 9775/17691/17057 9771/17687/17053</w:t>
        <w:br/>
        <w:t>f 9774/17689/17055 9771/17687/17053 9775/17691/17057</w:t>
        <w:br/>
        <w:t>f 9761/17677/17043 9762/17678/17044 9776/17692/17058</w:t>
        <w:br/>
        <w:t>f 9776/17692/17058 9778/17693/17059 9777/17694/17060</w:t>
        <w:br/>
        <w:t>f 9778/17693/17059 9776/17692/17058 9762/17678/17044</w:t>
        <w:br/>
        <w:t>f 9781/17695/17061 9780/17696/17062 9779/17697/17063</w:t>
        <w:br/>
        <w:t>f 9779/17697/17063 9782/17698/17064 9781/17695/17061</w:t>
        <w:br/>
        <w:t>f 9781/17695/17061 9782/17698/17064 9783/17699/17065</w:t>
        <w:br/>
        <w:t>f 9786/17700/17066 9785/17701/17067 9784/17702/17068</w:t>
        <w:br/>
        <w:t>f 9785/17701/17067 9786/17700/17066 9787/17703/17069</w:t>
        <w:br/>
        <w:t>f 9790/17704/17070 9789/17705/17071 9788/17706/17072</w:t>
        <w:br/>
        <w:t>f 9793/17707/17073 9792/17708/17074 9791/17709/17075</w:t>
        <w:br/>
        <w:t>f 9792/17708/17074 9793/17707/17073 9794/17710/17076</w:t>
        <w:br/>
        <w:t>f 9789/17705/17071 9790/17704/17070 9795/17711/17077</w:t>
        <w:br/>
        <w:t>f 9796/17712/17078 9794/17710/17076 9793/17707/17073</w:t>
        <w:br/>
        <w:t>f 9787/17703/17069 9797/17713/17079 9785/17701/17067</w:t>
        <w:br/>
        <w:t>f 9780/17696/17062 9781/17695/17061 9798/17714/17080</w:t>
        <w:br/>
        <w:t>f 9794/17710/17076 9796/17712/17078 9799/17715/17081</w:t>
        <w:br/>
        <w:t>f 9789/17705/17071 9795/17711/17077 9800/17716/17082</w:t>
        <w:br/>
        <w:t>f 9801/17717/17083 9799/17715/17081 9796/17712/17078</w:t>
        <w:br/>
        <w:t>f 9797/17713/17079 9787/17703/17069 9802/17718/17084</w:t>
        <w:br/>
        <w:t>f 9803/17719/17085 9789/17705/17071 9800/17716/17082</w:t>
        <w:br/>
        <w:t>f 9804/17720/17086 9780/17696/17062 9798/17714/17080</w:t>
        <w:br/>
        <w:t>f 9802/17718/17084 9805/17721/17087 9797/17713/17079</w:t>
        <w:br/>
        <w:t>f 9806/17722/17088 9780/17696/17062 9804/17720/17086</w:t>
        <w:br/>
        <w:t>f 9800/17716/17082 9807/17723/17089 9803/17719/17085</w:t>
        <w:br/>
        <w:t>f 9805/17721/17087 9802/17718/17084 9808/17724/17090</w:t>
        <w:br/>
        <w:t>f 9799/17715/17081 9801/17717/17083 9809/17725/17091</w:t>
        <w:br/>
        <w:t>f 9807/17723/17089 9800/17716/17082 9810/17726/17092</w:t>
        <w:br/>
        <w:t>f 9801/17717/17083 9811/17727/17093 9809/17725/17091</w:t>
        <w:br/>
        <w:t>f 9811/17727/17093 9801/17717/17083 9812/17728/17094</w:t>
        <w:br/>
        <w:t>f 9810/17726/17092 9813/17729/17095 9807/17723/17089</w:t>
        <w:br/>
        <w:t>f 9813/17729/17095 9810/17726/17092 9814/17730/17096</w:t>
        <w:br/>
        <w:t>f 9808/17724/17090 9815/17731/17097 9805/17721/17087</w:t>
        <w:br/>
        <w:t>f 9812/17728/17094 9816/17732/17098 9811/17727/17093</w:t>
        <w:br/>
        <w:t>f 9817/17733/17099 9813/17729/17095 9814/17730/17096</w:t>
        <w:br/>
        <w:t>f 9816/17732/17098 9812/17728/17094 9818/17734/17100</w:t>
        <w:br/>
        <w:t>f 9819/17735/17101 9805/17721/17087 9815/17731/17097</w:t>
        <w:br/>
        <w:t>f 9820/17736/17102 9806/17722/17088 9804/17720/17086</w:t>
        <w:br/>
        <w:t>f 9821/17737/17103 9806/17722/17088 9820/17736/17102</w:t>
        <w:br/>
        <w:t>f 9820/17736/17102 9822/17738/17104 9821/17737/17103</w:t>
        <w:br/>
        <w:t>f 9823/17739/17105 9813/17729/17095 9817/17733/17099</w:t>
        <w:br/>
        <w:t>f 9824/17740/17106 9819/17735/17101 9815/17731/17097</w:t>
        <w:br/>
        <w:t>f 9818/17734/17100 9825/17741/17107 9816/17732/17098</w:t>
        <w:br/>
        <w:t>f 9826/17742/17108 9823/17739/17105 9817/17733/17099</w:t>
        <w:br/>
        <w:t>f 9825/17741/17107 9818/17734/17100 9827/17743/17109</w:t>
        <w:br/>
        <w:t>f 9822/17738/17104 9820/17736/17102 9828/17744/17110</w:t>
        <w:br/>
        <w:t>f 9824/17740/17106 9829/17745/17111 9819/17735/17101</w:t>
        <w:br/>
        <w:t>f 9828/17744/17110 9830/17746/17112 9822/17738/17104</w:t>
        <w:br/>
        <w:t>f 9823/17739/17105 9826/17742/17108 9831/17747/17113</w:t>
        <w:br/>
        <w:t>f 9829/17745/17111 9824/17740/17106 9832/17748/17114</w:t>
        <w:br/>
        <w:t>f 9827/17743/17109 9833/17749/17115 9825/17741/17107</w:t>
        <w:br/>
        <w:t>f 9833/17749/17115 9827/17743/17109 9834/17750/17116</w:t>
        <w:br/>
        <w:t>f 9835/17751/17117 9831/17747/17113 9826/17742/17108</w:t>
        <w:br/>
        <w:t>f 9831/17747/17113 9835/17751/17117 9836/17752/17118</w:t>
        <w:br/>
        <w:t>f 9830/17746/17112 9828/17744/17110 9837/17753/17119</w:t>
        <w:br/>
        <w:t>f 9838/17754/17120 9829/17745/17111 9832/17748/17114</w:t>
        <w:br/>
        <w:t>f 9838/17754/17120 9832/17748/17114 9839/17755/17121</w:t>
        <w:br/>
        <w:t>f 9837/17753/17119 9840/17756/17122 9830/17746/17112</w:t>
        <w:br/>
        <w:t>f 9841/17757/17123 9838/17754/17120 9839/17755/17121</w:t>
        <w:br/>
        <w:t>f 9840/17756/17122 9837/17753/17119 9842/17758/17124</w:t>
        <w:br/>
        <w:t>f 9845/17759/17125 9844/17760/17126 9843/17761/17127</w:t>
        <w:br/>
        <w:t>f 9844/17760/17126 9846/17762/17128 9843/17761/17127</w:t>
        <w:br/>
        <w:t>f 9846/17762/17128 9844/17760/17126 9847/17763/17129</w:t>
        <w:br/>
        <w:t>f 9848/17764/17130 9846/17762/17128 9847/17763/17129</w:t>
        <w:br/>
        <w:t>f 9846/17762/17128 9848/17764/17130 9849/17765/17131</w:t>
        <w:br/>
        <w:t>f 9850/17766/17132 9849/17765/17131 9848/17764/17130</w:t>
        <w:br/>
        <w:t>f 9849/17765/17131 9850/17766/17132 9851/17767/17133</w:t>
        <w:br/>
        <w:t>f 9850/17766/17132 9852/17768/17134 9851/17767/17133</w:t>
        <w:br/>
        <w:t>f 9855/17769/17135 9854/17770/17136 9853/17771/17137</w:t>
        <w:br/>
        <w:t>f 9853/17771/17137 9856/17772/17138 9855/17769/17135</w:t>
        <w:br/>
        <w:t>f 9850/17766/17132 9857/17773/17139 9852/17768/17134</w:t>
        <w:br/>
        <w:t>f 9857/17773/17139 9858/17774/17140 9852/17768/17134</w:t>
        <w:br/>
        <w:t>f 9856/17772/17138 9853/17771/17137 9859/17775/17141</w:t>
        <w:br/>
        <w:t>f 9859/17775/17141 9860/17776/17142 9856/17772/17138</w:t>
        <w:br/>
        <w:t>f 9858/17774/17140 9857/17773/17139 9861/17777/17143</w:t>
        <w:br/>
        <w:t>f 9861/17777/17143 9862/17778/17144 9858/17774/17140</w:t>
        <w:br/>
        <w:t>f 9860/17776/17142 9859/17775/17141 9863/17779/17145</w:t>
        <w:br/>
        <w:t>f 9863/17779/17145 9864/17780/17146 9860/17776/17142</w:t>
        <w:br/>
        <w:t>f 9866/17781/17147 9865/17782/17148 9862/17778/17144</w:t>
        <w:br/>
        <w:t>f 9862/17778/17144 9861/17777/17143 9866/17781/17147</w:t>
        <w:br/>
        <w:t>f 9864/17780/17146 9863/17779/17145 9867/17783/17149</w:t>
        <w:br/>
        <w:t>f 9867/17783/17149 9868/17784/17150 9864/17780/17146</w:t>
        <w:br/>
        <w:t>f 9871/17785/17151 9870/17786/17152 9869/17787/17153</w:t>
        <w:br/>
        <w:t>f 9871/17785/17151 9873/17788/17154 9872/17789/17155</w:t>
        <w:br/>
        <w:t>f 9873/17788/17154 9871/17785/17151 9869/17787/17153</w:t>
        <w:br/>
        <w:t>f 9868/17784/17150 9867/17783/17149 9874/17790/17156</w:t>
        <w:br/>
        <w:t>f 9877/17791/17157 9876/17792/17158 9875/17793/17159</w:t>
        <w:br/>
        <w:t>f 9876/17792/17158 9877/17791/17157 9878/17794/17160</w:t>
        <w:br/>
        <w:t>f 9879/17795/17161 9875/17793/17159 9876/17792/17158</w:t>
        <w:br/>
        <w:t>f 9880/17796/17162 9878/17794/17160 9877/17791/17157</w:t>
        <w:br/>
        <w:t>f 9881/17797/17163 9869/17787/17153 9870/17786/17152</w:t>
        <w:br/>
        <w:t>f 9878/17794/17160 9880/17796/17162 9882/17798/17164</w:t>
        <w:br/>
        <w:t>f 9875/17793/17159 9879/17795/17161 9883/17799/17165</w:t>
        <w:br/>
        <w:t>f 9884/17800/17166 9872/17789/17155 9873/17788/17154</w:t>
        <w:br/>
        <w:t>f 9872/17789/17155 9884/17800/17166 9885/17801/17167</w:t>
        <w:br/>
        <w:t>f 9886/17802/17168 9883/17799/17165 9879/17795/17161</w:t>
        <w:br/>
        <w:t>f 9883/17799/17165 9886/17802/17168 9887/17803/17169</w:t>
        <w:br/>
        <w:t>f 9888/17804/17170 9885/17801/17167 9884/17800/17166</w:t>
        <w:br/>
        <w:t>f 9889/17805/17171 9887/17803/17169 9886/17802/17168</w:t>
        <w:br/>
        <w:t>f 9887/17803/17169 9889/17805/17171 9890/17806/17172</w:t>
        <w:br/>
        <w:t>f 9891/17807/17173 9885/17801/17167 9888/17804/17170</w:t>
        <w:br/>
        <w:t>f 9892/17808/17174 9891/17807/17173 9888/17804/17170</w:t>
        <w:br/>
        <w:t>f 9893/17809/17175 9868/17784/17150 9874/17790/17156</w:t>
        <w:br/>
        <w:t>f 9891/17807/17173 9892/17808/17174 9894/17810/17176</w:t>
        <w:br/>
        <w:t>f 9896/17811/17177 9893/17809/17175 9895/17812/17178</w:t>
        <w:br/>
        <w:t>f 9868/17784/17150 9893/17809/17175 9897/17813/17179</w:t>
        <w:br/>
        <w:t>f 9893/17809/17175 9896/17811/17177 9897/17813/17179</w:t>
        <w:br/>
        <w:t>f 9865/17782/17148 9866/17781/17147 9898/17814/17180</w:t>
        <w:br/>
        <w:t>f 9900/17815/17181 9898/17814/17180 9899/17816/17182</w:t>
        <w:br/>
        <w:t>f 9898/17814/17180 9900/17815/17181 9865/17782/17148</w:t>
        <w:br/>
        <w:t>f 9901/17817/17183 9882/17798/17164 9880/17796/17162</w:t>
        <w:br/>
        <w:t>f 9870/17786/17152 9902/17818/17184 9881/17797/17163</w:t>
        <w:br/>
        <w:t>f 9882/17798/17164 9901/17817/17183 9903/17819/17185</w:t>
        <w:br/>
        <w:t>f 9902/17818/17184 9870/17786/17152 9904/17820/17186</w:t>
        <w:br/>
        <w:t>f 9905/17821/17187 9903/17819/17185 9901/17817/17183</w:t>
        <w:br/>
        <w:t>f 9904/17820/17186 9906/17822/17188 9902/17818/17184</w:t>
        <w:br/>
        <w:t>f 9905/17821/17187 9901/17817/17183 9907/17823/17189</w:t>
        <w:br/>
        <w:t>f 9906/17822/17188 9904/17820/17186 9908/17824/17190</w:t>
        <w:br/>
        <w:t>f 9909/17825/17191 9853/17771/17137 9854/17770/17136</w:t>
        <w:br/>
        <w:t>f 9905/17821/17187 9907/17823/17189 9910/17826/17192</w:t>
        <w:br/>
        <w:t>f 9908/17824/17190 9911/17827/17193 9906/17822/17188</w:t>
        <w:br/>
        <w:t>f 9912/17828/17194 9905/17821/17187 9910/17826/17192</w:t>
        <w:br/>
        <w:t>f 9854/17770/17136 9913/17829/17195 9909/17825/17191</w:t>
        <w:br/>
        <w:t>f 9911/17827/17193 9908/17824/17190 9914/17830/17196</w:t>
        <w:br/>
        <w:t>f 9913/17829/17195 9854/17770/17136 9915/17831/17197</w:t>
        <w:br/>
        <w:t>f 9916/17832/17198 9912/17828/17194 9910/17826/17192</w:t>
        <w:br/>
        <w:t>f 9917/17833/17199 9911/17827/17193 9914/17830/17196</w:t>
        <w:br/>
        <w:t>f 9912/17828/17194 9916/17832/17198 9918/17834/17200</w:t>
        <w:br/>
        <w:t>f 9915/17831/17197 9919/17835/17201 9913/17829/17195</w:t>
        <w:br/>
        <w:t>f 9914/17830/17196 9920/17836/17202 9917/17833/17199</w:t>
        <w:br/>
        <w:t>f 9921/17837/17203 9918/17834/17200 9916/17832/17198</w:t>
        <w:br/>
        <w:t>f 9920/17836/17202 9922/17838/17204 9917/17833/17199</w:t>
        <w:br/>
        <w:t>f 9918/17834/17200 9921/17837/17203 9923/17839/17205</w:t>
        <w:br/>
        <w:t>f 9921/17837/17203 9924/17840/17206 9923/17839/17205</w:t>
        <w:br/>
        <w:t>f 9919/17835/17201 9915/17831/17197 9925/17841/17207</w:t>
        <w:br/>
        <w:t>f 9926/17842/17208 9844/17760/17126 9845/17759/17125</w:t>
        <w:br/>
        <w:t>f 9927/17843/17209 9926/17842/17208 9845/17759/17125</w:t>
        <w:br/>
        <w:t>f 9925/17841/17207 9928/17844/17210 9919/17835/17201</w:t>
        <w:br/>
        <w:t>f 9922/17838/17204 9920/17836/17202 9929/17845/17211</w:t>
        <w:br/>
        <w:t>f 9926/17842/17208 9927/17843/17209 9930/17846/17212</w:t>
        <w:br/>
        <w:t>f 9928/17844/17210 9925/17841/17207 9931/17847/17213</w:t>
        <w:br/>
        <w:t>f 9927/17843/17209 9932/17848/17214 9930/17846/17212</w:t>
        <w:br/>
        <w:t>f 9931/17847/17213 9933/17849/17215 9928/17844/17210</w:t>
        <w:br/>
        <w:t>f 9929/17845/17211 9935/17850/17216 9934/17851/17217</w:t>
        <w:br/>
        <w:t>f 9928/17844/17210 9933/17849/17215 9936/17852/17218</w:t>
        <w:br/>
        <w:t>f 9924/17840/17206 9921/17837/17203 9937/17853/17219</w:t>
        <w:br/>
        <w:t>f 9934/17851/17217 9935/17850/17216 9938/17854/17220</w:t>
        <w:br/>
        <w:t>f 9937/17853/17219 9939/17855/17221 9924/17840/17206</w:t>
        <w:br/>
        <w:t>f 9932/17848/17214 9927/17843/17209 9940/17856/17222</w:t>
        <w:br/>
        <w:t>f 9939/17855/17221 9937/17853/17219 9941/17857/17223</w:t>
        <w:br/>
        <w:t>f 9941/17857/17223 9942/17858/17224 9939/17855/17221</w:t>
        <w:br/>
        <w:t>f 9945/17859/17225 9944/17860/17226 9943/17861/17227</w:t>
        <w:br/>
        <w:t>f 9946/17862/17228 9936/17852/17218 9933/17849/17215</w:t>
        <w:br/>
        <w:t>f 9944/17860/17226 9945/17859/17225 9947/17863/17229</w:t>
        <w:br/>
        <w:t>f 9948/17864/17230 9944/17860/17226 9947/17863/17229</w:t>
        <w:br/>
        <w:t>f 9951/17865/17231 9950/17866/17232 9949/17867/17233</w:t>
        <w:br/>
        <w:t>f 9936/17852/17218 9946/17862/17228 9952/17868/17234</w:t>
        <w:br/>
        <w:t>f 9950/17866/17232 9951/17865/17231 9953/17869/17235</w:t>
        <w:br/>
        <w:t>f 9944/17860/17226 9948/17864/17230 9954/17870/17236</w:t>
        <w:br/>
        <w:t>f 9955/17871/17237 9952/17868/17234 9946/17862/17228</w:t>
        <w:br/>
        <w:t>f 9956/17872/17238 9954/17870/17236 9948/17864/17230</w:t>
        <w:br/>
        <w:t>f 9952/17868/17234 9955/17871/17237 9957/17873/17239</w:t>
        <w:br/>
        <w:t>f 9958/17874/17240 9953/17869/17235 9951/17865/17231</w:t>
        <w:br/>
        <w:t>f 9959/17875/17241 9957/17873/17239 9955/17871/17237</w:t>
        <w:br/>
        <w:t>f 9942/17858/17224 9941/17857/17223 9960/17876/17242</w:t>
        <w:br/>
        <w:t>f 9953/17869/17235 9958/17874/17240 9961/17877/17243</w:t>
        <w:br/>
        <w:t>f 9960/17876/17242 9962/17878/17244 9942/17858/17224</w:t>
        <w:br/>
        <w:t>f 9948/17864/17230 9963/17879/17245 9956/17872/17238</w:t>
        <w:br/>
        <w:t>f 9963/17879/17245 9964/17880/17246 9956/17872/17238</w:t>
        <w:br/>
        <w:t>f 9965/17881/17247 9961/17877/17243 9958/17874/17240</w:t>
        <w:br/>
        <w:t>f 9957/17873/17239 9959/17875/17241 9966/17882/17248</w:t>
        <w:br/>
        <w:t>f 9967/17883/17249 9961/17877/17243 9965/17881/17247</w:t>
        <w:br/>
        <w:t>f 9962/17878/17244 9960/17876/17242 9968/17884/17250</w:t>
        <w:br/>
        <w:t>f 9969/17885/17251 9962/17878/17244 9968/17884/17250</w:t>
        <w:br/>
        <w:t>f 9965/17881/17247 9970/17886/17252 9967/17883/17249</w:t>
        <w:br/>
        <w:t>f 9959/17875/17241 9971/17887/17253 9966/17882/17248</w:t>
        <w:br/>
        <w:t>f 9970/17886/17252 9965/17881/17247 9972/17888/17254</w:t>
        <w:br/>
        <w:t>f 9971/17887/17253 9959/17875/17241 9973/17889/17255</w:t>
        <w:br/>
        <w:t>f 9956/17872/17238 9964/17880/17246 9974/17890/17256</w:t>
        <w:br/>
        <w:t>f 9975/17891/17257 9970/17886/17252 9972/17888/17254</w:t>
        <w:br/>
        <w:t>f 9973/17889/17255 9976/17892/17258 9971/17887/17253</w:t>
        <w:br/>
        <w:t>f 9962/17878/17244 9969/17885/17251 9977/17893/17259</w:t>
        <w:br/>
        <w:t>f 9964/17880/17246 9978/17894/17260 9974/17890/17256</w:t>
        <w:br/>
        <w:t>f 9976/17892/17258 9973/17889/17255 9979/17895/17261</w:t>
        <w:br/>
        <w:t>f 9978/17894/17260 9964/17880/17246 9980/17896/17262</w:t>
        <w:br/>
        <w:t>f 9981/17897/17263 9977/17893/17259 9969/17885/17251</w:t>
        <w:br/>
        <w:t>f 9970/17886/17252 9975/17891/17257 9982/17898/17264</w:t>
        <w:br/>
        <w:t>f 9977/17893/17259 9981/17897/17263 9983/17899/17265</w:t>
        <w:br/>
        <w:t>f 9979/17895/17261 9984/17900/17266 9976/17892/17258</w:t>
        <w:br/>
        <w:t>f 9985/17901/17267 9982/17898/17264 9975/17891/17257</w:t>
        <w:br/>
        <w:t>f 9980/17896/17262 9986/17902/17268 9978/17894/17260</w:t>
        <w:br/>
        <w:t>f 9984/17900/17266 9979/17895/17261 9987/17903/17269</w:t>
        <w:br/>
        <w:t>f 9986/17902/17268 9980/17896/17262 9988/17904/17270</w:t>
        <w:br/>
        <w:t>f 9988/17904/17270 9989/17905/17271 9986/17902/17268</w:t>
        <w:br/>
        <w:t>f 9990/17906/17272 9983/17899/17265 9981/17897/17263</w:t>
        <w:br/>
        <w:t>f 9982/17898/17264 9985/17901/17267 9991/17907/17273</w:t>
        <w:br/>
        <w:t>f 9992/17908/17274 9983/17899/17265 9990/17906/17272</w:t>
        <w:br/>
        <w:t>f 9987/17903/17269 9993/17909/17275 9984/17900/17266</w:t>
        <w:br/>
        <w:t>f 9985/17901/17267 9994/17910/17276 9991/17907/17273</w:t>
        <w:br/>
        <w:t>f 9993/17909/17275 9987/17903/17269 9995/17911/17277</w:t>
        <w:br/>
        <w:t>f 9996/17912/17278 9992/17908/17274 9990/17906/17272</w:t>
        <w:br/>
        <w:t>f 9991/17907/17273 9994/17910/17276 9997/17913/17279</w:t>
        <w:br/>
        <w:t>f 9992/17908/17274 9996/17912/17278 9998/17914/17280</w:t>
        <w:br/>
        <w:t>f 9989/17905/17271 9988/17904/17270 9999/17915/17281</w:t>
        <w:br/>
        <w:t>f 10000/17916/17282 9989/17905/17271 9999/17915/17281</w:t>
        <w:br/>
        <w:t>f 10001/17917/17283 9998/17914/17280 9996/17912/17278</w:t>
        <w:br/>
        <w:t>f 9994/17910/17276 10002/17918/17284 9997/17913/17279</w:t>
        <w:br/>
        <w:t>f 9998/17914/17280 10001/17917/17283 10003/17919/17285</w:t>
        <w:br/>
        <w:t>f 10001/17917/17283 10004/17920/17286 10003/17919/17285</w:t>
        <w:br/>
        <w:t>f 10004/17920/17286 10001/17917/17283 10005/17921/17287</w:t>
        <w:br/>
        <w:t>f 10002/17918/17284 9994/17910/17276 10006/17922/17288</w:t>
        <w:br/>
        <w:t>f 10006/17922/17288 10007/17923/17289 10002/17918/17284</w:t>
        <w:br/>
        <w:t>f 9995/17911/17277 10008/17924/17290 9993/17909/17275</w:t>
        <w:br/>
        <w:t>f 10007/17923/17289 10006/17922/17288 10009/17925/17291</w:t>
        <w:br/>
        <w:t>f 10008/17924/17290 10011/17926/17292 10010/17927/17293</w:t>
        <w:br/>
        <w:t>f 10008/17924/17290 9995/17911/17277 10012/17928/17294</w:t>
        <w:br/>
        <w:t>f 10011/17926/17292 10008/17924/17290 10012/17928/17294</w:t>
        <w:br/>
        <w:t>f 9989/17905/17271 10000/17916/17282 10013/17929/17295</w:t>
        <w:br/>
        <w:t>f 10013/17929/17295 10015/17930/17296 10014/17931/17297</w:t>
        <w:br/>
        <w:t>f 10015/17930/17296 10013/17929/17295 10000/17916/17282</w:t>
        <w:br/>
        <w:t>f 10018/17932/17298 10017/17933/17299 10016/17934/17300</w:t>
        <w:br/>
        <w:t>f 10017/17933/17299 10019/17935/17301 10016/17934/17300</w:t>
        <w:br/>
        <w:t>f 10021/17936/17302 10020/17937/17303 10019/17935/17301</w:t>
        <w:br/>
        <w:t>f 10019/17935/17301 10017/17933/17299 10021/17936/17302</w:t>
        <w:br/>
        <w:t>f 10024/17938/17304 10023/17939/17305 10022/17940/17306</w:t>
        <w:br/>
        <w:t>f 10023/17939/17305 10024/17938/17304 10025/17941/17307</w:t>
        <w:br/>
        <w:t>f 10026/17942/17308 10022/17940/17306 10023/17939/17305</w:t>
        <w:br/>
        <w:t>f 10027/17943/17309 10025/17941/17307 10024/17938/17304</w:t>
        <w:br/>
        <w:t>f 10017/17933/17299 10018/17932/17298 10028/17944/17310</w:t>
        <w:br/>
        <w:t>f 10022/17940/17306 10026/17942/17308 10029/17945/17311</w:t>
        <w:br/>
        <w:t>f 10020/17937/17303 10021/17936/17302 10030/17946/17312</w:t>
        <w:br/>
        <w:t>f 10031/17947/17313 10020/17937/17303 10030/17946/17312</w:t>
        <w:br/>
        <w:t>f 10026/17942/17308 10032/17948/17314 10029/17945/17311</w:t>
        <w:br/>
        <w:t>f 10018/17932/17298 10033/17949/17315 10028/17944/17310</w:t>
        <w:br/>
        <w:t>f 10033/17949/17315 10018/17932/17298 10034/17950/17316</w:t>
        <w:br/>
        <w:t>f 10034/17950/17316 10035/17951/17317 10033/17949/17315</w:t>
        <w:br/>
        <w:t>f 10027/17943/17309 10037/17952/17318 10036/17953/17319</w:t>
        <w:br/>
        <w:t>f 10038/17954/17320 10036/17953/17319 10037/17952/17318</w:t>
        <w:br/>
        <w:t>f 10035/17951/17317 10034/17950/17316 10039/17955/17321</w:t>
        <w:br/>
        <w:t>f 10039/17955/17321 10040/17956/17322 10035/17951/17317</w:t>
        <w:br/>
        <w:t>f 10027/17943/17309 10036/17953/17319 10041/17957/17323</w:t>
        <w:br/>
        <w:t>f 10025/17941/17307 10027/17943/17309 10041/17957/17323</w:t>
        <w:br/>
        <w:t>f 10042/17958/17324 10035/17951/17317 10040/17956/17322</w:t>
        <w:br/>
        <w:t>f 10043/17959/17325 10042/17958/17324 10040/17956/17322</w:t>
        <w:br/>
        <w:t>f 10045/17960/17326 10044/17961/17327 10043/17959/17325</w:t>
        <w:br/>
        <w:t>f 10042/17958/17324 10043/17959/17325 10044/17961/17327</w:t>
        <w:br/>
        <w:t>f 10047/17962/17328 10038/17954/17320 10046/17963/17329</w:t>
        <w:br/>
        <w:t>f 10048/17964/17330 10047/17962/17328 10046/17963/17329</w:t>
        <w:br/>
        <w:t>f 10036/17953/17319 10038/17954/17320 10049/17965/17331</w:t>
        <w:br/>
        <w:t>f 10038/17954/17320 10047/17962/17328 10049/17965/17331</w:t>
        <w:br/>
        <w:t>f 10052/17966/17332 10051/17967/17333 10050/17968/17334</w:t>
        <w:br/>
        <w:t>f 10051/17967/17333 10053/17969/17335 10050/17968/17334</w:t>
        <w:br/>
        <w:t>f 10056/17970/17336 10055/17971/17337 10054/17972/17338</w:t>
        <w:br/>
        <w:t>f 10054/17972/17338 10057/17973/17339 10056/17970/17336</w:t>
        <w:br/>
        <w:t>f 10053/17969/17335 10051/17967/17333 10058/17974/17340</w:t>
        <w:br/>
        <w:t>f 10054/17972/17338 10059/17975/17341 10057/17973/17339</w:t>
        <w:br/>
        <w:t>f 10051/17967/17333 10052/17966/17332 10060/17976/17342</w:t>
        <w:br/>
        <w:t>f 10059/17975/17341 10061/17977/17343 10057/17973/17339</w:t>
        <w:br/>
        <w:t>f 10062/17978/17344 10054/17972/17338 10055/17971/17337</w:t>
        <w:br/>
        <w:t>f 10061/17977/17343 10059/17975/17341 10063/17979/17345</w:t>
        <w:br/>
        <w:t>f 10052/17966/17332 10064/17980/17346 10060/17976/17342</w:t>
        <w:br/>
        <w:t>f 10052/17966/17332 10065/17981/17347 10064/17980/17346</w:t>
        <w:br/>
        <w:t>f 10063/17979/17345 10066/17982/17348 10061/17977/17343</w:t>
        <w:br/>
        <w:t>f 10067/17983/17349 10062/17978/17344 10055/17971/17337</w:t>
        <w:br/>
        <w:t>f 10068/17984/17350 10053/17969/17335 10058/17974/17340</w:t>
        <w:br/>
        <w:t>f 10055/17971/17337 10069/17985/17351 10067/17983/17349</w:t>
        <w:br/>
        <w:t>f 10053/17969/17335 10068/17984/17350 10070/17986/17352</w:t>
        <w:br/>
        <w:t>f 10069/17985/17351 10071/17987/17353 10067/17983/17349</w:t>
        <w:br/>
        <w:t>f 10068/17984/17350 10072/17988/17354 10070/17986/17352</w:t>
        <w:br/>
        <w:t>f 10071/17987/17353 10069/17985/17351 10073/17989/17355</w:t>
        <w:br/>
        <w:t>f 10074/17990/17356 10070/17986/17352 10072/17988/17354</w:t>
        <w:br/>
        <w:t>f 10073/17989/17355 10075/17991/17357 10071/17987/17353</w:t>
        <w:br/>
        <w:t>f 10076/17992/17358 10074/17990/17356 10072/17988/17354</w:t>
        <w:br/>
        <w:t>f 10075/17991/17357 10073/17989/17355 10077/17993/17359</w:t>
        <w:br/>
        <w:t>f 10074/17990/17356 10076/17992/17358 10078/17994/17360</w:t>
        <w:br/>
        <w:t>f 10079/17995/17361 10075/17991/17357 10077/17993/17359</w:t>
        <w:br/>
        <w:t>f 10082/17996/17362 10081/17997/17363 10080/17998/17364</w:t>
        <w:br/>
        <w:t>f 10075/17991/17357 10079/17995/17361 10083/17999/17365</w:t>
        <w:br/>
        <w:t>f 10081/17997/17363 10082/17996/17362 10084/18000/17366</w:t>
        <w:br/>
        <w:t>f 10085/18001/17367 10083/17999/17365 10079/17995/17361</w:t>
        <w:br/>
        <w:t>f 10032/17948/17314 10026/17942/17308 10086/18002/17368</w:t>
        <w:br/>
        <w:t>f 10083/17999/17365 10085/18001/17367 10087/18003/17369</w:t>
        <w:br/>
        <w:t>f 10088/18004/17370 10087/18003/17369 10085/18001/17367</w:t>
        <w:br/>
        <w:t>f 10020/17937/17303 10031/17947/17313 10089/18005/17371</w:t>
        <w:br/>
        <w:t>f 10087/18003/17369 10088/18004/17370 10090/18006/17372</w:t>
        <w:br/>
        <w:t>f 10091/18007/17373 10090/18006/17372 10088/18004/17370</w:t>
        <w:br/>
        <w:t>f 10094/18008/17374 10093/18009/17375 10092/18010/17376</w:t>
        <w:br/>
        <w:t>f 10086/18002/17368 10095/18011/17377 10032/17948/17314</w:t>
        <w:br/>
        <w:t>f 10093/18009/17375 10094/18008/17374 10096/18012/17378</w:t>
        <w:br/>
        <w:t>f 10099/18013/17379 10098/18014/17380 10097/18015/17381</w:t>
        <w:br/>
        <w:t>f 10095/18011/17377 10086/18002/17368 10100/18016/17382</w:t>
        <w:br/>
        <w:t>f 10098/18014/17380 10099/18013/17379 10101/18017/17383</w:t>
        <w:br/>
        <w:t>f 10102/18018/17384 10096/18012/17378 10094/18008/17374</w:t>
        <w:br/>
        <w:t>f 10100/18016/17382 10103/18019/17385 10095/18011/17377</w:t>
        <w:br/>
        <w:t>f 10096/18012/17378 10102/18018/17384 10104/18020/17386</w:t>
        <w:br/>
        <w:t>f 10101/18017/17383 10105/18021/17387 10098/18014/17380</w:t>
        <w:br/>
        <w:t>f 10103/18019/17385 10100/18016/17382 10106/18022/17388</w:t>
        <w:br/>
        <w:t>f 10105/18021/17387 10101/18017/17383 10107/18023/17389</w:t>
        <w:br/>
        <w:t>f 10108/18024/17390 10104/18020/17386 10102/18018/17384</w:t>
        <w:br/>
        <w:t>f 10106/18022/17388 10109/18025/17391 10103/18019/17385</w:t>
        <w:br/>
        <w:t>f 10104/18020/17386 10108/18024/17390 10110/18026/17392</w:t>
        <w:br/>
        <w:t>f 10108/18024/17390 10111/18027/17393 10110/18026/17392</w:t>
        <w:br/>
        <w:t>f 10107/18023/17389 10112/18028/17394 10105/18021/17387</w:t>
        <w:br/>
        <w:t>f 10109/18025/17391 10106/18022/17388 10113/18029/17395</w:t>
        <w:br/>
        <w:t>f 10114/18030/17396 10090/18006/17372 10091/18007/17373</w:t>
        <w:br/>
        <w:t>f 10112/18028/17394 10107/18023/17389 10115/18031/17397</w:t>
        <w:br/>
        <w:t>f 10116/18032/17398 10114/18030/17396 10091/18007/17373</w:t>
        <w:br/>
        <w:t>f 10113/18029/17395 10117/18033/17399 10109/18025/17391</w:t>
        <w:br/>
        <w:t>f 10111/18027/17393 10108/18024/17390 10118/18034/17400</w:t>
        <w:br/>
        <w:t>f 10119/18035/17401 10112/18028/17394 10115/18031/17397</w:t>
        <w:br/>
        <w:t>f 10114/18030/17396 10116/18032/17398 10120/18036/17402</w:t>
        <w:br/>
        <w:t>f 10117/18033/17399 10113/18029/17395 10121/18037/17403</w:t>
        <w:br/>
        <w:t>f 10122/18038/17404 10112/18028/17394 10119/18035/17401</w:t>
        <w:br/>
        <w:t>f 10123/18039/17405 10111/18027/17393 10118/18034/17400</w:t>
        <w:br/>
        <w:t>f 10111/18027/17393 10123/18039/17405 10124/18040/17406</w:t>
        <w:br/>
        <w:t>f 10125/18041/17407 10117/18033/17399 10121/18037/17403</w:t>
        <w:br/>
        <w:t>f 10119/18035/17401 10126/18042/17408 10122/18038/17404</w:t>
        <w:br/>
        <w:t>f 10117/18033/17399 10125/18041/17407 10127/18043/17409</w:t>
        <w:br/>
        <w:t>f 10116/18032/17398 10128/18044/17410 10120/18036/17402</w:t>
        <w:br/>
        <w:t>f 10126/18042/17408 10119/18035/17401 10129/18045/17411</w:t>
        <w:br/>
        <w:t>f 10128/18044/17410 10116/18032/17398 10130/18046/17412</w:t>
        <w:br/>
        <w:t>f 10131/18047/17413 10127/18043/17409 10125/18041/17407</w:t>
        <w:br/>
        <w:t>f 10129/18045/17411 10132/18048/17414 10126/18042/17408</w:t>
        <w:br/>
        <w:t>f 10133/18049/17415 10124/18040/17406 10123/18039/17405</w:t>
        <w:br/>
        <w:t>f 10127/18043/17409 10131/18047/17413 10134/18050/17416</w:t>
        <w:br/>
        <w:t>f 10124/18040/17406 10133/18049/17415 10135/18051/17417</w:t>
        <w:br/>
        <w:t>f 10136/18052/17418 10135/18051/17417 10133/18049/17415</w:t>
        <w:br/>
        <w:t>f 10137/18053/17419 10134/18050/17416 10131/18047/17413</w:t>
        <w:br/>
        <w:t>f 10130/18046/17412 10138/18054/17420 10128/18044/17410</w:t>
        <w:br/>
        <w:t>f 10132/18048/17414 10129/18045/17411 10139/18055/17421</w:t>
        <w:br/>
        <w:t>f 10138/18054/17420 10130/18046/17412 10140/18056/17422</w:t>
        <w:br/>
        <w:t>f 10141/18057/17423 10138/18054/17420 10140/18056/17422</w:t>
        <w:br/>
        <w:t>f 10139/18055/17421 10142/18058/17424 10132/18048/17414</w:t>
        <w:br/>
        <w:t>f 10131/18047/17413 10143/18059/17425 10137/18053/17419</w:t>
        <w:br/>
        <w:t>f 10138/18054/17420 10141/18057/17423 10144/18060/17426</w:t>
        <w:br/>
        <w:t>f 10142/18058/17424 10139/18055/17421 10145/18061/17427</w:t>
        <w:br/>
        <w:t>f 10146/18062/17428 10144/18060/17426 10141/18057/17423</w:t>
        <w:br/>
        <w:t>f 10135/18051/17417 10136/18052/17418 10147/18063/17429</w:t>
        <w:br/>
        <w:t>f 10148/18064/17430 10144/18060/17426 10146/18062/17428</w:t>
        <w:br/>
        <w:t>f 10149/18065/17431 10148/18064/17430 10146/18062/17428</w:t>
        <w:br/>
        <w:t>f 10136/18052/17418 10150/18066/17432 10147/18063/17429</w:t>
        <w:br/>
        <w:t>f 10143/18059/17425 10151/18067/17433 10137/18053/17419</w:t>
        <w:br/>
        <w:t>f 10152/18068/17434 10147/18063/17429 10150/18066/17432</w:t>
        <w:br/>
        <w:t>f 10150/18066/17432 10153/18069/17435 10152/18068/17434</w:t>
        <w:br/>
        <w:t>f 10145/18061/17427 10154/18070/17436 10142/18058/17424</w:t>
        <w:br/>
        <w:t>f 10151/18067/17433 10143/18059/17425 10155/18071/17437</w:t>
        <w:br/>
        <w:t>f 10154/18070/17436 10145/18061/17427 10156/18072/17438</w:t>
        <w:br/>
        <w:t>f 10153/18069/17435 10150/18066/17432 10157/18073/17439</w:t>
        <w:br/>
        <w:t>f 10157/18073/17439 10158/18074/17440 10153/18069/17435</w:t>
        <w:br/>
        <w:t>f 10155/18071/17437 10159/18075/17441 10151/18067/17433</w:t>
        <w:br/>
        <w:t>f 10160/18076/17442 10154/18070/17436 10156/18072/17438</w:t>
        <w:br/>
        <w:t>f 10148/18064/17430 10149/18065/17431 10161/18077/17443</w:t>
        <w:br/>
        <w:t>f 10159/18075/17441 10155/18071/17437 10162/18078/17444</w:t>
        <w:br/>
        <w:t>f 10154/18070/17436 10160/18076/17442 10163/18079/17445</w:t>
        <w:br/>
        <w:t>f 10149/18065/17431 10164/18080/17446 10161/18077/17443</w:t>
        <w:br/>
        <w:t>f 10165/18081/17447 10163/18079/17445 10160/18076/17442</w:t>
        <w:br/>
        <w:t>f 10164/18080/17446 10149/18065/17431 10166/18082/17448</w:t>
        <w:br/>
        <w:t>f 10167/18083/17449 10164/18080/17446 10166/18082/17448</w:t>
        <w:br/>
        <w:t>f 10164/18080/17446 10167/18083/17449 10168/18084/17450</w:t>
        <w:br/>
        <w:t>f 10169/18085/17451 10163/18079/17445 10165/18081/17447</w:t>
        <w:br/>
        <w:t>f 10170/18086/17452 10169/18085/17451 10165/18081/17447</w:t>
        <w:br/>
        <w:t>f 10171/18087/17453 10159/18075/17441 10162/18078/17444</w:t>
        <w:br/>
        <w:t>f 10169/18085/17451 10170/18086/17452 10172/18088/17454</w:t>
        <w:br/>
        <w:t>f 10174/18089/17455 10171/18087/17453 10173/18090/17456</w:t>
        <w:br/>
        <w:t>f 10159/18075/17441 10171/18087/17453 10175/18091/17457</w:t>
        <w:br/>
        <w:t>f 10171/18087/17453 10174/18089/17455 10175/18091/17457</w:t>
        <w:br/>
        <w:t>f 10158/18074/17440 10157/18073/17439 10176/18092/17458</w:t>
        <w:br/>
        <w:t>f 10178/18093/17459 10176/18092/17458 10177/18094/17460</w:t>
        <w:br/>
        <w:t>f 10176/18092/17458 10178/18093/17459 10158/18074/17440</w:t>
        <w:br/>
        <w:t>f 10181/18095/17461 10180/18096/17462 10179/18097/17463</w:t>
        <w:br/>
        <w:t>f 10180/18096/17462 10182/18098/17464 10179/18097/17463</w:t>
        <w:br/>
        <w:t>f 10181/18095/17461 10183/18099/17465 10180/18096/17462</w:t>
        <w:br/>
        <w:t>f 10182/18098/17464 10180/18096/17462 10184/18100/17466</w:t>
        <w:br/>
        <w:t>f 10184/18100/17466 10185/18101/17467 10182/18098/17464</w:t>
        <w:br/>
        <w:t>f 10185/18101/17467 10184/18100/17466 10186/18102/17468</w:t>
        <w:br/>
        <w:t>f 10189/18103/17469 10188/18104/17469 10187/18105/17470</w:t>
        <w:br/>
        <w:t>f 10188/18104/17469 10189/18103/17469 10190/18106/17471</w:t>
        <w:br/>
        <w:t>f 10193/18107/17472 10192/18108/17473 10191/18109/17474</w:t>
        <w:br/>
        <w:t>f 10187/18105/17475 10193/18107/17472 10194/18110/17476</w:t>
        <w:br/>
        <w:t>f 10197/18111/17477 10196/18112/17478 10195/18113/17479</w:t>
        <w:br/>
        <w:t>f 10198/18114/17480 10197/18111/17477 10195/18113/17479</w:t>
        <w:br/>
        <w:t>f 10196/18112/17478 10197/18111/17477 10199/18115/17481</w:t>
        <w:br/>
        <w:t>f 10202/18116/17482 10201/18117/17483 10200/18118/17484</w:t>
        <w:br/>
        <w:t>f 10202/18116/17482 10203/18119/17485 10201/18117/17483</w:t>
        <w:br/>
        <w:t>f 10204/18120/17486 10203/18119/17485 10202/18116/17482</w:t>
        <w:br/>
        <w:t>f 10197/18111/17477 10198/18114/17480 10205/18121/17487</w:t>
        <w:br/>
        <w:t>f 10203/18119/17485 10204/18120/17486 10206/18122/17488</w:t>
        <w:br/>
        <w:t>f 10191/18109/17474 10207/18123/17489 10193/18107/17472</w:t>
        <w:br/>
        <w:t>f 10208/18124/17490 10205/18121/17487 10198/18114/17480</w:t>
        <w:br/>
        <w:t>f 10207/18123/17489 10191/18109/17474 10209/18125/17491</w:t>
        <w:br/>
        <w:t>f 10205/18121/17487 10208/18124/17490 10210/18126/17492</w:t>
        <w:br/>
        <w:t>f 10211/18127/17493 10206/18122/17488 10204/18120/17486</w:t>
        <w:br/>
        <w:t>f 10206/18122/17488 10211/18127/17493 10212/18128/17494</w:t>
        <w:br/>
        <w:t>f 10211/18127/17493 10213/18129/17495 10212/18128/17494</w:t>
        <w:br/>
        <w:t>f 10213/18129/17495 10211/18127/17493 10214/18130/17496</w:t>
        <w:br/>
        <w:t>f 10208/18124/17490 10215/18131/17497 10210/18126/17492</w:t>
        <w:br/>
        <w:t>f 10214/18130/17496 10216/18132/17498 10213/18129/17495</w:t>
        <w:br/>
        <w:t>f 10217/18133/17499 10207/18123/17489 10209/18125/17491</w:t>
        <w:br/>
        <w:t>f 10181/18095/17461 10218/18134/17500 10183/18099/17465</w:t>
        <w:br/>
        <w:t>f 10218/18134/17500 10181/18095/17461 10219/18135/17501</w:t>
        <w:br/>
        <w:t>f 10220/18136/17502 10218/18134/17500 10219/18135/17501</w:t>
        <w:br/>
        <w:t>f 10215/18131/17497 10208/18124/17490 10221/18137/17503</w:t>
        <w:br/>
        <w:t>f 10207/18123/17489 10217/18133/17499 10222/18138/17504</w:t>
        <w:br/>
        <w:t>f 10218/18134/17500 10220/18136/17502 10223/18139/17505</w:t>
        <w:br/>
        <w:t>f 10224/18140/17506 10222/18138/17504 10217/18133/17499</w:t>
        <w:br/>
        <w:t>f 10225/18141/17507 10223/18139/17505 10220/18136/17502</w:t>
        <w:br/>
        <w:t>f 10221/18137/17503 10226/18142/17508 10215/18131/17497</w:t>
        <w:br/>
        <w:t>f 10216/18132/17498 10214/18130/17496 10227/18143/17509</w:t>
        <w:br/>
        <w:t>f 10227/18143/17509 10228/18144/17510 10216/18132/17498</w:t>
        <w:br/>
        <w:t>f 10222/18138/17504 10224/18140/17506 10229/18145/17511</w:t>
        <w:br/>
        <w:t>f 10226/18142/17508 10221/18137/17503 10230/18146/17512</w:t>
        <w:br/>
        <w:t>f 10223/18139/17505 10225/18141/17507 10231/18147/17513</w:t>
        <w:br/>
        <w:t>f 10224/18140/17506 10232/18148/17514 10229/18145/17511</w:t>
        <w:br/>
        <w:t>f 10234/18149/17515 10225/18141/17507 10233/18150/17516</w:t>
        <w:br/>
        <w:t>f 10225/18141/17507 10234/18149/17515 10231/18147/17513</w:t>
        <w:br/>
        <w:t>f 10229/18145/17511 10232/18148/17514 10235/18151/17517</w:t>
        <w:br/>
        <w:t>f 10232/18148/17514 10236/18152/17518 10235/18151/17517</w:t>
        <w:br/>
        <w:t>f 10237/18153/17519 10226/18142/17508 10230/18146/17512</w:t>
        <w:br/>
        <w:t>f 10235/18151/17517 10236/18152/17518 10238/18154/17520</w:t>
        <w:br/>
        <w:t>f 10226/18142/17508 10237/18153/17519 10239/18155/17521</w:t>
        <w:br/>
        <w:t>f 10240/18156/17522 10239/18155/17521 10237/18153/17519</w:t>
        <w:br/>
        <w:t>f 10228/18144/17510 10227/18143/17509 10241/18157/17523</w:t>
        <w:br/>
        <w:t>f 10239/18155/17521 10240/18156/17522 10242/18158/17524</w:t>
        <w:br/>
        <w:t>f 10241/18157/17523 10243/18159/17525 10228/18144/17510</w:t>
        <w:br/>
        <w:t>f 10243/18159/17525 10241/18157/17523 10244/18160/17526</w:t>
        <w:br/>
        <w:t>f 10247/18161/17527 10246/18162/17528 10245/18163/17529</w:t>
        <w:br/>
        <w:t>f 10246/18162/17528 10249/18164/17530 10248/18165/17531</w:t>
        <w:br/>
        <w:t>f 10246/18162/17528 10247/18161/17527 10250/18166/17532</w:t>
        <w:br/>
        <w:t>f 10249/18164/17530 10246/18162/17528 10250/18166/17532</w:t>
        <w:br/>
        <w:t>f 10251/18167/17533 10250/18166/17532 10247/18161/17527</w:t>
        <w:br/>
        <w:t>f 10250/18166/17532 10252/18168/17534 10249/18164/17530</w:t>
        <w:br/>
        <w:t>f 10252/18168/17534 10250/18166/17532 10253/18169/17535</w:t>
        <w:br/>
        <w:t>f 10250/18166/17532 10251/18167/17533 10253/18169/17535</w:t>
        <w:br/>
        <w:t>f 10253/18169/17535 10254/18170/17536 10252/18168/17534</w:t>
        <w:br/>
        <w:t>f 10251/18167/17533 10255/18171/17537 10253/18169/17535</w:t>
        <w:br/>
        <w:t>f 10254/18170/17536 10253/18169/17535 10255/18171/17537</w:t>
        <w:br/>
        <w:t>f 10255/18171/17537 10251/18167/17533 10256/18172/17538</w:t>
        <w:br/>
        <w:t>f 10257/18173/17539 10254/18170/17536 10255/18171/17537</w:t>
        <w:br/>
        <w:t>f 10256/18172/17538 10257/18173/17539 10255/18171/17537</w:t>
        <w:br/>
        <w:t>f 10254/18170/17536 10257/18173/17539 10258/18174/17540</w:t>
        <w:br/>
        <w:t>f 10257/18173/17539 10256/18172/17538 10259/18175/17541</w:t>
        <w:br/>
        <w:t>f 10262/18176/17542 10261/18177/17543 10260/18178/17544</w:t>
        <w:br/>
        <w:t>f 10261/18177/17543 10262/18176/17542 10263/18179/17545</w:t>
        <w:br/>
        <w:t>f 10264/18180/17546 10261/18177/17543 10263/18179/17545</w:t>
        <w:br/>
        <w:t>f 10267/18181/17547 10266/18182/17548 10265/18183/17549</w:t>
        <w:br/>
        <w:t>f 10266/18182/17548 10267/18181/17547 10268/18184/17550</w:t>
        <w:br/>
        <w:t>f 10264/18180/17546 10263/18179/17545 10269/18185/17551</w:t>
        <w:br/>
        <w:t>f 10272/18186/17552 10271/18187/17553 10270/18188/17554</w:t>
        <w:br/>
        <w:t>f 10271/18187/17553 10273/18189/17555 10270/18188/17554</w:t>
        <w:br/>
        <w:t>f 10273/18189/17555 10274/18190/17556 10270/18188/17554</w:t>
        <w:br/>
        <w:t>f 10274/18190/17556 10275/18191/17557 10270/18188/17554</w:t>
        <w:br/>
        <w:t>f 10278/18192/17558 10277/18193/17559 10276/18194/17560</w:t>
        <w:br/>
        <w:t>f 10278/18192/17558 10272/18186/17552 10270/18188/17554</w:t>
        <w:br/>
        <w:t>f 10277/18193/17559 10278/18192/17558 10279/18195/17561</w:t>
        <w:br/>
        <w:t>f 10275/18191/17557 10280/18196/17562 10270/18188/17554</w:t>
        <w:br/>
        <w:t>f 10280/18196/17562 10278/18192/17558 10270/18188/17554</w:t>
        <w:br/>
        <w:t>f 10280/18196/17562 10275/18191/17557 10281/18197/17563</w:t>
        <w:br/>
        <w:t>f 10282/18198/17564 10280/18196/17562 10281/18197/17563</w:t>
        <w:br/>
        <w:t>f 10283/18199/17565 10279/18195/17561 10278/18192/17558</w:t>
        <w:br/>
        <w:t>f 10269/18185/17551 10284/18200/17566 10264/18180/17546</w:t>
        <w:br/>
        <w:t>f 10285/18201/17567 10264/18180/17546 10284/18200/17566</w:t>
        <w:br/>
        <w:t>f 10278/18192/17558 10280/18196/17562 10286/18202/17568</w:t>
        <w:br/>
        <w:t>f 10278/18192/17558 10286/18202/17568 10283/18199/17565</w:t>
        <w:br/>
        <w:t>f 10280/18196/17562 10282/18198/17564 10287/18203/17569</w:t>
        <w:br/>
        <w:t>f 10280/18196/17562 10287/18203/17569 10286/18202/17568</w:t>
        <w:br/>
        <w:t>f 10287/18203/17569 10282/18198/17564 10288/18204/17570</w:t>
        <w:br/>
        <w:t>f 10285/18201/17567 10284/18200/17566 10289/18205/17571</w:t>
        <w:br/>
        <w:t>f 10290/18206/17572 10283/18199/17565 10286/18202/17568</w:t>
        <w:br/>
        <w:t>f 10291/18207/17573 10285/18201/17567 10289/18205/17571</w:t>
        <w:br/>
        <w:t>f 10289/18205/17571 10292/18208/17574 10291/18207/17573</w:t>
        <w:br/>
        <w:t>f 10293/18209/17575 10286/18202/17568 10287/18203/17569</w:t>
        <w:br/>
        <w:t>f 10286/18202/17568 10293/18209/17575 10290/18206/17572</w:t>
        <w:br/>
        <w:t>f 10294/18210/17576 10287/18203/17569 10288/18204/17570</w:t>
        <w:br/>
        <w:t>f 10294/18210/17576 10293/18209/17575 10287/18203/17569</w:t>
        <w:br/>
        <w:t>f 10295/18211/17577 10294/18210/17576 10288/18204/17570</w:t>
        <w:br/>
        <w:t>f 10292/18208/17574 10289/18205/17571 10296/18212/17578</w:t>
        <w:br/>
        <w:t>f 10297/18213/17579 10290/18206/17572 10293/18209/17575</w:t>
        <w:br/>
        <w:t>f 10298/18214/17580 10292/18208/17574 10296/18212/17578</w:t>
        <w:br/>
        <w:t>f 10293/18209/17575 10294/18210/17576 10299/18215/17581</w:t>
        <w:br/>
        <w:t>f 10293/18209/17575 10299/18215/17581 10297/18213/17579</w:t>
        <w:br/>
        <w:t>f 10296/18212/17578 10300/18216/17582 10298/18214/17580</w:t>
        <w:br/>
        <w:t>f 10299/18215/17581 10301/18217/17583 10297/18213/17579</w:t>
        <w:br/>
        <w:t>f 10300/18216/17582 10302/18218/17584 10298/18214/17580</w:t>
        <w:br/>
        <w:t>f 10299/18215/17581 10294/18210/17576 10303/18219/17585</w:t>
        <w:br/>
        <w:t>f 10294/18210/17576 10295/18211/17577 10303/18219/17585</w:t>
        <w:br/>
        <w:t>f 10301/18217/17583 10299/18215/17581 10304/18220/17586</w:t>
        <w:br/>
        <w:t>f 10304/18220/17586 10299/18215/17581 10303/18219/17585</w:t>
        <w:br/>
        <w:t>f 10302/18218/17584 10300/18216/17582 10305/18221/17587</w:t>
        <w:br/>
        <w:t>f 10306/18222/17588 10301/18217/17583 10304/18220/17586</w:t>
        <w:br/>
        <w:t>f 10307/18223/17589 10302/18218/17584 10305/18221/17587</w:t>
        <w:br/>
        <w:t>f 10302/18218/17584 10307/18223/17589 10308/18224/17590</w:t>
        <w:br/>
        <w:t>f 10304/18220/17586 10309/18225/17591 10306/18222/17588</w:t>
        <w:br/>
        <w:t>f 10309/18225/17591 10310/18226/17592 10306/18222/17588</w:t>
        <w:br/>
        <w:t>f 10303/18219/17585 10309/18225/17591 10304/18220/17586</w:t>
        <w:br/>
        <w:t>f 10311/18227/17593 10308/18224/17590 10307/18223/17589</w:t>
        <w:br/>
        <w:t>f 10308/18224/17590 10311/18227/17593 10312/18228/17594</w:t>
        <w:br/>
        <w:t>f 10311/18227/17593 10313/18229/17595 10312/18228/17594</w:t>
        <w:br/>
        <w:t>f 10309/18225/17591 10303/18219/17585 10314/18230/17596</w:t>
        <w:br/>
        <w:t>f 10295/18211/17577 10314/18230/17596 10303/18219/17585</w:t>
        <w:br/>
        <w:t>f 10314/18230/17596 10295/18211/17577 10315/18231/17597</w:t>
        <w:br/>
        <w:t>f 10310/18226/17592 10309/18225/17591 10316/18232/17598</w:t>
        <w:br/>
        <w:t>f 10314/18230/17596 10316/18232/17598 10309/18225/17591</w:t>
        <w:br/>
        <w:t>f 10316/18232/17598 10317/18233/17599 10310/18226/17592</w:t>
        <w:br/>
        <w:t>f 10315/18231/17597 10318/18234/17600 10314/18230/17596</w:t>
        <w:br/>
        <w:t>f 10316/18232/17598 10314/18230/17596 10318/18234/17600</w:t>
        <w:br/>
        <w:t>f 10318/18234/17600 10315/18231/17597 10319/18235/17601</w:t>
        <w:br/>
        <w:t>f 10320/18236/17602 10318/18234/17600 10319/18235/17601</w:t>
        <w:br/>
        <w:t>f 10321/18237/17603 10316/18232/17598 10318/18234/17600</w:t>
        <w:br/>
        <w:t>f 10318/18234/17600 10320/18236/17602 10321/18237/17603</w:t>
        <w:br/>
        <w:t>f 10317/18233/17599 10316/18232/17598 10322/18238/17604</w:t>
        <w:br/>
        <w:t>f 10316/18232/17598 10321/18237/17603 10322/18238/17604</w:t>
        <w:br/>
        <w:t>f 10321/18237/17603 10320/18236/17602 10323/18239/17605</w:t>
        <w:br/>
        <w:t>f 10323/18239/17605 10320/18236/17602 10324/18240/17606</w:t>
        <w:br/>
        <w:t>f 10321/18237/17603 10325/18241/17607 10322/18238/17604</w:t>
        <w:br/>
        <w:t>f 10325/18241/17607 10321/18237/17603 10323/18239/17605</w:t>
        <w:br/>
        <w:t>f 10325/18241/17607 10317/18233/17599 10322/18238/17604</w:t>
        <w:br/>
        <w:t>f 10324/18240/17606 10326/18242/17608 10323/18239/17605</w:t>
        <w:br/>
        <w:t>f 10326/18242/17608 10325/18241/17607 10323/18239/17605</w:t>
        <w:br/>
        <w:t>f 10326/18242/17608 10324/18240/17606 10327/18243/17609</w:t>
        <w:br/>
        <w:t>f 10328/18244/17610 10326/18242/17608 10327/18243/17609</w:t>
        <w:br/>
        <w:t>f 10317/18233/17599 10325/18241/17607 10329/18245/17611</w:t>
        <w:br/>
        <w:t>f 10313/18229/17595 10311/18227/17593 10330/18246/17612</w:t>
        <w:br/>
        <w:t>f 10326/18242/17608 10328/18244/17610 10331/18247/17613</w:t>
        <w:br/>
        <w:t>f 10332/18248/17614 10331/18247/17613 10328/18244/17610</w:t>
        <w:br/>
        <w:t>f 10325/18241/17607 10326/18242/17608 10333/18249/17615</w:t>
        <w:br/>
        <w:t>f 10331/18247/17613 10333/18249/17615 10326/18242/17608</w:t>
        <w:br/>
        <w:t>f 10333/18249/17615 10329/18245/17611 10325/18241/17607</w:t>
        <w:br/>
        <w:t>f 10334/18250/17616 10313/18229/17595 10330/18246/17612</w:t>
        <w:br/>
        <w:t>f 10329/18245/17611 10333/18249/17615 10335/18251/17617</w:t>
        <w:br/>
        <w:t>f 10313/18229/17595 10334/18250/17616 10336/18252/17618</w:t>
        <w:br/>
        <w:t>f 10334/18250/17616 10337/18253/17619 10336/18252/17618</w:t>
        <w:br/>
        <w:t>f 10338/18254/17620 10335/18251/17617 10333/18249/17615</w:t>
        <w:br/>
        <w:t>f 10337/18253/17619 10334/18250/17616 10339/18255/17621</w:t>
        <w:br/>
        <w:t>f 10333/18249/17615 10331/18247/17613 10340/18256/17622</w:t>
        <w:br/>
        <w:t>f 10333/18249/17615 10340/18256/17622 10338/18254/17620</w:t>
        <w:br/>
        <w:t>f 10341/18257/17623 10340/18256/17622 10331/18247/17613</w:t>
        <w:br/>
        <w:t>f 10331/18247/17613 10332/18248/17614 10341/18257/17623</w:t>
        <w:br/>
        <w:t>f 10342/18258/17624 10338/18254/17620 10340/18256/17622</w:t>
        <w:br/>
        <w:t>f 10340/18256/17622 10341/18257/17623 10342/18258/17624</w:t>
        <w:br/>
        <w:t>f 10343/18259/17625 10337/18253/17619 10339/18255/17621</w:t>
        <w:br/>
        <w:t>f 10338/18254/17620 10342/18258/17624 10344/18260/17626</w:t>
        <w:br/>
        <w:t>f 10337/18253/17619 10343/18259/17625 10345/18261/17627</w:t>
        <w:br/>
        <w:t>f 10345/18261/17627 10343/18259/17625 10346/18262/17628</w:t>
        <w:br/>
        <w:t>f 10347/18263/17629 10342/18258/17624 10341/18257/17623</w:t>
        <w:br/>
        <w:t>f 10347/18263/17629 10344/18260/17626 10342/18258/17624</w:t>
        <w:br/>
        <w:t>f 10348/18264/17630 10341/18257/17623 10332/18248/17614</w:t>
        <w:br/>
        <w:t>f 10347/18263/17629 10341/18257/17623 10348/18264/17630</w:t>
        <w:br/>
        <w:t>f 10348/18264/17630 10332/18248/17614 10349/18265/17631</w:t>
        <w:br/>
        <w:t>f 10346/18262/17628 10343/18259/17625 10350/18266/17632</w:t>
        <w:br/>
        <w:t>f 10344/18260/17626 10347/18263/17629 10351/18267/17633</w:t>
        <w:br/>
        <w:t>f 10346/18262/17628 10350/18266/17632 10352/18268/17634</w:t>
        <w:br/>
        <w:t>f 10350/18266/17632 10353/18269/17635 10352/18268/17634</w:t>
        <w:br/>
        <w:t>f 10354/18270/17636 10347/18263/17629 10348/18264/17630</w:t>
        <w:br/>
        <w:t>f 10354/18270/17636 10351/18267/17633 10347/18263/17629</w:t>
        <w:br/>
        <w:t>f 10353/18269/17635 10350/18266/17632 10355/18271/17637</w:t>
        <w:br/>
        <w:t>f 10351/18267/17633 10354/18270/17636 10356/18272/17638</w:t>
        <w:br/>
        <w:t>f 10355/18271/17637 10357/18273/17639 10353/18269/17635</w:t>
        <w:br/>
        <w:t>f 10354/18270/17636 10348/18264/17630 10358/18274/17640</w:t>
        <w:br/>
        <w:t>f 10349/18265/17631 10358/18274/17640 10348/18264/17630</w:t>
        <w:br/>
        <w:t>f 10358/18274/17640 10349/18265/17631 10359/18275/17641</w:t>
        <w:br/>
        <w:t>f 10360/18276/17642 10358/18274/17640 10359/18275/17641</w:t>
        <w:br/>
        <w:t>f 10361/18277/17643 10356/18272/17638 10354/18270/17636</w:t>
        <w:br/>
        <w:t>f 10358/18274/17640 10361/18277/17643 10354/18270/17636</w:t>
        <w:br/>
        <w:t>f 10358/18274/17640 10360/18276/17642 10362/18278/17644</w:t>
        <w:br/>
        <w:t>f 10361/18277/17643 10358/18274/17640 10362/18278/17644</w:t>
        <w:br/>
        <w:t>f 10360/18276/17642 10363/18279/17645 10362/18278/17644</w:t>
        <w:br/>
        <w:t>f 10363/18279/17645 10364/18280/17646 10362/18278/17644</w:t>
        <w:br/>
        <w:t>f 10364/18280/17646 10365/18281/17647 10362/18278/17644</w:t>
        <w:br/>
        <w:t>f 10365/18281/17647 10366/18282/17648 10362/18278/17644</w:t>
        <w:br/>
        <w:t>f 10366/18282/17648 10361/18277/17643 10362/18278/17644</w:t>
        <w:br/>
        <w:t>f 10366/18282/17648 10365/18281/17647 10367/18283/17649</w:t>
        <w:br/>
        <w:t>f 10356/18272/17638 10361/18277/17643 10368/18284/17650</w:t>
        <w:br/>
        <w:t>f 10366/18282/17648 10368/18284/17650 10361/18277/17643</w:t>
        <w:br/>
        <w:t>f 10357/18273/17639 10355/18271/17637 10369/18285/17651</w:t>
        <w:br/>
        <w:t>f 10367/18283/17649 10370/18286/17652 10366/18282/17648</w:t>
        <w:br/>
        <w:t>f 10368/18284/17650 10366/18282/17648 10370/18286/17652</w:t>
        <w:br/>
        <w:t>f 10371/18287/17653 10357/18273/17639 10369/18285/17651</w:t>
        <w:br/>
        <w:t>f 10372/18288/17654 10370/18286/17652 10367/18283/17649</w:t>
        <w:br/>
        <w:t>f 10374/18289/17655 10373/18290/17656 10370/18286/17652</w:t>
        <w:br/>
        <w:t>f 10370/18286/17652 10372/18288/17654 10374/18289/17655</w:t>
        <w:br/>
        <w:t>f 10377/18291/17657 10376/18292/17658 10375/18293/17659</w:t>
        <w:br/>
        <w:t>f 10379/18294/17660 10378/18295/17661 10377/18291/17657</w:t>
        <w:br/>
        <w:t>f 10376/18292/17658 10377/18291/17657 10380/18296/17662</w:t>
        <w:br/>
        <w:t>f 10377/18291/17657 10378/18295/17661 10380/18296/17662</w:t>
        <w:br/>
        <w:t>f 10380/18296/17662 10381/18297/17663 10376/18292/17658</w:t>
        <w:br/>
        <w:t>f 10382/18298/17664 10380/18296/17662 10378/18295/17661</w:t>
        <w:br/>
        <w:t>f 10380/18296/17662 10382/18298/17664 10383/18299/17665</w:t>
        <w:br/>
        <w:t>f 10381/18297/17663 10380/18296/17662 10383/18299/17665</w:t>
        <w:br/>
        <w:t>f 10384/18300/17666 10383/18299/17665 10382/18298/17664</w:t>
        <w:br/>
        <w:t>f 10385/18301/17667 10381/18297/17663 10383/18299/17665</w:t>
        <w:br/>
        <w:t>f 10383/18299/17665 10384/18300/17666 10385/18301/17667</w:t>
        <w:br/>
        <w:t>f 10381/18297/17663 10385/18301/17667 10386/18302/17668</w:t>
        <w:br/>
        <w:t>f 10384/18300/17666 10387/18303/17669 10385/18301/17667</w:t>
        <w:br/>
        <w:t>f 10387/18303/17669 10386/18302/17668 10385/18301/17667</w:t>
        <w:br/>
        <w:t>f 10387/18303/17669 10384/18300/17666 10388/18304/17670</w:t>
        <w:br/>
        <w:t>f 10386/18302/17668 10387/18303/17669 10389/18305/17671</w:t>
        <w:br/>
        <w:t>f 10392/18306/17672 10391/18307/17673 10390/18308/17674</w:t>
        <w:br/>
        <w:t>f 10391/18307/17673 10392/18306/17672 10393/18309/17675</w:t>
        <w:br/>
        <w:t>f 10394/18310/17676 10393/18309/17675 10392/18306/17672</w:t>
        <w:br/>
        <w:t>f 10397/18311/17677 10396/18312/17678 10395/18313/17679</w:t>
        <w:br/>
        <w:t>f 10396/18312/17678 10397/18311/17677 10398/18314/17680</w:t>
        <w:br/>
        <w:t>f 10393/18309/17675 10394/18310/17676 10399/18315/17681</w:t>
        <w:br/>
        <w:t>f 10402/18316/17682 10401/18317/17683 10400/18318/17684</w:t>
        <w:br/>
        <w:t>f 10400/18318/17684 10401/18317/17683 10403/18319/17685</w:t>
        <w:br/>
        <w:t>f 10403/18319/17685 10401/18317/17683 10404/18320/17686</w:t>
        <w:br/>
        <w:t>f 10404/18320/17686 10401/18317/17683 10405/18321/17687</w:t>
        <w:br/>
        <w:t>f 10408/18322/17688 10407/18323/17689 10406/18324/17690</w:t>
        <w:br/>
        <w:t>f 10407/18323/17689 10401/18317/17683 10402/18316/17682</w:t>
        <w:br/>
        <w:t>f 10407/18323/17689 10408/18322/17688 10409/18325/17691</w:t>
        <w:br/>
        <w:t>f 10401/18317/17683 10410/18326/17692 10405/18321/17687</w:t>
        <w:br/>
        <w:t>f 10407/18323/17689 10410/18326/17692 10401/18317/17683</w:t>
        <w:br/>
        <w:t>f 10410/18326/17692 10411/18327/17693 10405/18321/17687</w:t>
        <w:br/>
        <w:t>f 10410/18326/17692 10412/18328/17694 10411/18327/17693</w:t>
        <w:br/>
        <w:t>f 10413/18329/17695 10407/18323/17689 10409/18325/17691</w:t>
        <w:br/>
        <w:t>f 10394/18310/17676 10414/18330/17696 10399/18315/17681</w:t>
        <w:br/>
        <w:t>f 10394/18310/17676 10415/18331/17697 10414/18330/17696</w:t>
        <w:br/>
        <w:t>f 10410/18326/17692 10407/18323/17689 10416/18332/17698</w:t>
        <w:br/>
        <w:t>f 10416/18332/17698 10407/18323/17689 10413/18329/17695</w:t>
        <w:br/>
        <w:t>f 10410/18326/17692 10417/18333/17699 10412/18328/17694</w:t>
        <w:br/>
        <w:t>f 10416/18332/17698 10417/18333/17699 10410/18326/17692</w:t>
        <w:br/>
        <w:t>f 10417/18333/17699 10418/18334/17700 10412/18328/17694</w:t>
        <w:br/>
        <w:t>f 10415/18331/17697 10419/18335/17701 10414/18330/17696</w:t>
        <w:br/>
        <w:t>f 10420/18336/17702 10416/18332/17698 10413/18329/17695</w:t>
        <w:br/>
        <w:t>f 10421/18337/17703 10419/18335/17701 10415/18331/17697</w:t>
        <w:br/>
        <w:t>f 10422/18338/17704 10419/18335/17701 10421/18337/17703</w:t>
        <w:br/>
        <w:t>f 10416/18332/17698 10423/18339/17705 10417/18333/17699</w:t>
        <w:br/>
        <w:t>f 10423/18339/17705 10416/18332/17698 10420/18336/17702</w:t>
        <w:br/>
        <w:t>f 10424/18340/17706 10418/18334/17700 10417/18333/17699</w:t>
        <w:br/>
        <w:t>f 10423/18339/17705 10424/18340/17706 10417/18333/17699</w:t>
        <w:br/>
        <w:t>f 10424/18340/17706 10425/18341/17707 10418/18334/17700</w:t>
        <w:br/>
        <w:t>f 10419/18335/17701 10422/18338/17704 10426/18342/17708</w:t>
        <w:br/>
        <w:t>f 10427/18343/17709 10423/18339/17705 10420/18336/17702</w:t>
        <w:br/>
        <w:t>f 10428/18344/17710 10426/18342/17708 10422/18338/17704</w:t>
        <w:br/>
        <w:t>f 10423/18339/17705 10429/18345/17711 10424/18340/17706</w:t>
        <w:br/>
        <w:t>f 10429/18345/17711 10423/18339/17705 10427/18343/17709</w:t>
        <w:br/>
        <w:t>f 10426/18342/17708 10428/18344/17710 10430/18346/17712</w:t>
        <w:br/>
        <w:t>f 10431/18347/17713 10429/18345/17711 10427/18343/17709</w:t>
        <w:br/>
        <w:t>f 10428/18344/17710 10432/18348/17714 10430/18346/17712</w:t>
        <w:br/>
        <w:t>f 10429/18345/17711 10433/18349/17715 10424/18340/17706</w:t>
        <w:br/>
        <w:t>f 10425/18341/17707 10424/18340/17706 10433/18349/17715</w:t>
        <w:br/>
        <w:t>f 10429/18345/17711 10431/18347/17713 10434/18350/17716</w:t>
        <w:br/>
        <w:t>f 10434/18350/17716 10433/18349/17715 10429/18345/17711</w:t>
        <w:br/>
        <w:t>f 10432/18348/17714 10435/18351/17717 10430/18346/17712</w:t>
        <w:br/>
        <w:t>f 10436/18352/17718 10434/18350/17716 10431/18347/17713</w:t>
        <w:br/>
        <w:t>f 10433/18349/17715 10437/18353/17719 10425/18341/17707</w:t>
        <w:br/>
        <w:t>f 10437/18353/17719 10438/18354/17720 10425/18341/17707</w:t>
        <w:br/>
        <w:t>f 10439/18355/17721 10433/18349/17715 10434/18350/17716</w:t>
        <w:br/>
        <w:t>f 10439/18355/17721 10434/18350/17716 10436/18352/17718</w:t>
        <w:br/>
        <w:t>f 10433/18349/17715 10439/18355/17721 10437/18353/17719</w:t>
        <w:br/>
        <w:t>f 10432/18348/17714 10440/18356/17722 10435/18351/17717</w:t>
        <w:br/>
        <w:t>f 10441/18357/17723 10439/18355/17721 10436/18352/17718</w:t>
        <w:br/>
        <w:t>f 10440/18356/17722 10432/18348/17714 10442/18358/17724</w:t>
        <w:br/>
        <w:t>f 10443/18359/17725 10437/18353/17719 10439/18355/17721</w:t>
        <w:br/>
        <w:t>f 10439/18355/17721 10441/18357/17723 10443/18359/17725</w:t>
        <w:br/>
        <w:t>f 10444/18360/17726 10438/18354/17720 10437/18353/17719</w:t>
        <w:br/>
        <w:t>f 10437/18353/17719 10443/18359/17725 10444/18360/17726</w:t>
        <w:br/>
        <w:t>f 10438/18354/17720 10444/18360/17726 10445/18361/17727</w:t>
        <w:br/>
        <w:t>f 10444/18360/17726 10446/18362/17728 10445/18361/17727</w:t>
        <w:br/>
        <w:t>f 10442/18358/17724 10447/18363/17729 10440/18356/17722</w:t>
        <w:br/>
        <w:t>f 10448/18364/17730 10443/18359/17725 10441/18357/17723</w:t>
        <w:br/>
        <w:t>f 10447/18363/17729 10442/18358/17724 10449/18365/17731</w:t>
        <w:br/>
        <w:t>f 10450/18366/17732 10447/18363/17729 10449/18365/17731</w:t>
        <w:br/>
        <w:t>f 10443/18359/17725 10451/18367/17733 10444/18360/17726</w:t>
        <w:br/>
        <w:t>f 10446/18362/17728 10444/18360/17726 10451/18367/17733</w:t>
        <w:br/>
        <w:t>f 10443/18359/17725 10448/18364/17730 10452/18368/17734</w:t>
        <w:br/>
        <w:t>f 10443/18359/17725 10452/18368/17734 10451/18367/17733</w:t>
        <w:br/>
        <w:t>f 10451/18367/17733 10453/18369/17735 10446/18362/17728</w:t>
        <w:br/>
        <w:t>f 10453/18369/17735 10454/18370/17736 10446/18362/17728</w:t>
        <w:br/>
        <w:t>f 10455/18371/17737 10451/18367/17733 10452/18368/17734</w:t>
        <w:br/>
        <w:t>f 10451/18367/17733 10455/18371/17737 10453/18369/17735</w:t>
        <w:br/>
        <w:t>f 10448/18364/17730 10455/18371/17737 10452/18368/17734</w:t>
        <w:br/>
        <w:t>f 10456/18372/17738 10454/18370/17736 10453/18369/17735</w:t>
        <w:br/>
        <w:t>f 10455/18371/17737 10456/18372/17738 10453/18369/17735</w:t>
        <w:br/>
        <w:t>f 10454/18370/17736 10456/18372/17738 10457/18373/17739</w:t>
        <w:br/>
        <w:t>f 10456/18372/17738 10458/18374/17740 10457/18373/17739</w:t>
        <w:br/>
        <w:t>f 10455/18371/17737 10448/18364/17730 10459/18375/17741</w:t>
        <w:br/>
        <w:t>f 10447/18363/17729 10450/18366/17732 10460/18376/17742</w:t>
        <w:br/>
        <w:t>f 10456/18372/17738 10455/18371/17737 10461/18377/17743</w:t>
        <w:br/>
        <w:t>f 10459/18375/17741 10461/18377/17743 10455/18371/17737</w:t>
        <w:br/>
        <w:t>f 10458/18374/17740 10456/18372/17738 10462/18378/17744</w:t>
        <w:br/>
        <w:t>f 10461/18377/17743 10462/18378/17744 10456/18372/17738</w:t>
        <w:br/>
        <w:t>f 10462/18378/17744 10463/18379/17745 10458/18374/17740</w:t>
        <w:br/>
        <w:t>f 10450/18366/17732 10464/18380/17746 10460/18376/17742</w:t>
        <w:br/>
        <w:t>f 10461/18377/17743 10459/18375/17741 10465/18381/17747</w:t>
        <w:br/>
        <w:t>f 10464/18380/17746 10450/18366/17732 10466/18382/17748</w:t>
        <w:br/>
        <w:t>f 10467/18383/17749 10464/18380/17746 10466/18382/17748</w:t>
        <w:br/>
        <w:t>f 10468/18384/17750 10461/18377/17743 10465/18381/17747</w:t>
        <w:br/>
        <w:t>f 10464/18380/17746 10467/18383/17749 10469/18385/17751</w:t>
        <w:br/>
        <w:t>f 10462/18378/17744 10461/18377/17743 10470/18386/17752</w:t>
        <w:br/>
        <w:t>f 10461/18377/17743 10468/18384/17750 10470/18386/17752</w:t>
        <w:br/>
        <w:t>f 10470/18386/17752 10471/18387/17753 10462/18378/17744</w:t>
        <w:br/>
        <w:t>f 10462/18378/17744 10471/18387/17753 10463/18379/17745</w:t>
        <w:br/>
        <w:t>f 10468/18384/17750 10472/18388/17754 10470/18386/17752</w:t>
        <w:br/>
        <w:t>f 10471/18387/17753 10470/18386/17752 10472/18388/17754</w:t>
        <w:br/>
        <w:t>f 10467/18383/17749 10473/18389/17755 10469/18385/17751</w:t>
        <w:br/>
        <w:t>f 10472/18388/17754 10468/18384/17750 10474/18390/17756</w:t>
        <w:br/>
        <w:t>f 10473/18389/17755 10467/18383/17749 10475/18391/17757</w:t>
        <w:br/>
        <w:t>f 10476/18392/17758 10473/18389/17755 10475/18391/17757</w:t>
        <w:br/>
        <w:t>f 10477/18393/17759 10471/18387/17753 10472/18388/17754</w:t>
        <w:br/>
        <w:t>f 10474/18390/17756 10477/18393/17759 10472/18388/17754</w:t>
        <w:br/>
        <w:t>f 10478/18394/17760 10463/18379/17745 10471/18387/17753</w:t>
        <w:br/>
        <w:t>f 10471/18387/17753 10477/18393/17759 10478/18394/17760</w:t>
        <w:br/>
        <w:t>f 10463/18379/17745 10478/18394/17760 10479/18395/17761</w:t>
        <w:br/>
        <w:t>f 10476/18392/17758 10480/18396/17762 10473/18389/17755</w:t>
        <w:br/>
        <w:t>f 10477/18393/17759 10474/18390/17756 10481/18397/17763</w:t>
        <w:br/>
        <w:t>f 10476/18392/17758 10482/18398/17764 10480/18396/17762</w:t>
        <w:br/>
        <w:t>f 10483/18399/17765 10480/18396/17762 10482/18398/17764</w:t>
        <w:br/>
        <w:t>f 10477/18393/17759 10484/18400/17766 10478/18394/17760</w:t>
        <w:br/>
        <w:t>f 10481/18397/17763 10484/18400/17766 10477/18393/17759</w:t>
        <w:br/>
        <w:t>f 10480/18396/17762 10483/18399/17765 10485/18401/17767</w:t>
        <w:br/>
        <w:t>f 10484/18400/17766 10481/18397/17763 10486/18402/17768</w:t>
        <w:br/>
        <w:t>f 10487/18403/17769 10485/18401/17767 10483/18399/17765</w:t>
        <w:br/>
        <w:t>f 10488/18404/17770 10478/18394/17760 10484/18400/17766</w:t>
        <w:br/>
        <w:t>f 10488/18404/17770 10479/18395/17761 10478/18394/17760</w:t>
        <w:br/>
        <w:t>f 10479/18395/17761 10488/18404/17770 10489/18405/17771</w:t>
        <w:br/>
        <w:t>f 10488/18404/17770 10490/18406/17772 10489/18405/17771</w:t>
        <w:br/>
        <w:t>f 10486/18402/17768 10491/18407/17773 10484/18400/17766</w:t>
        <w:br/>
        <w:t>f 10491/18407/17773 10488/18404/17770 10484/18400/17766</w:t>
        <w:br/>
        <w:t>f 10490/18406/17772 10488/18404/17770 10492/18408/17774</w:t>
        <w:br/>
        <w:t>f 10488/18404/17770 10491/18407/17773 10492/18408/17774</w:t>
        <w:br/>
        <w:t>f 10490/18406/17772 10492/18408/17774 10493/18409/17775</w:t>
        <w:br/>
        <w:t>f 10493/18409/17775 10492/18408/17774 10494/18410/17776</w:t>
        <w:br/>
        <w:t>f 10494/18410/17776 10492/18408/17774 10495/18411/17777</w:t>
        <w:br/>
        <w:t>f 10495/18411/17777 10492/18408/17774 10496/18412/17778</w:t>
        <w:br/>
        <w:t>f 10496/18412/17778 10492/18408/17774 10491/18407/17773</w:t>
        <w:br/>
        <w:t>f 10496/18412/17778 10497/18413/17779 10495/18411/17777</w:t>
        <w:br/>
        <w:t>f 10491/18407/17773 10486/18402/17768 10498/18414/17780</w:t>
        <w:br/>
        <w:t>f 10498/18414/17780 10496/18412/17778 10491/18407/17773</w:t>
        <w:br/>
        <w:t>f 10485/18401/17767 10487/18403/17769 10499/18415/17781</w:t>
        <w:br/>
        <w:t>f 10500/18416/17782 10497/18413/17779 10496/18412/17778</w:t>
        <w:br/>
        <w:t>f 10496/18412/17778 10498/18414/17780 10500/18416/17782</w:t>
        <w:br/>
        <w:t>f 10501/18417/17783 10499/18415/17781 10487/18403/17769</w:t>
        <w:br/>
        <w:t>f 10500/18416/17782 10502/18418/17784 10497/18413/17779</w:t>
        <w:br/>
        <w:t>f 10504/18419/17785 10503/18420/17786 10500/18416/17782</w:t>
        <w:br/>
        <w:t>f 10502/18418/17784 10500/18416/17782 10503/18420/17786</w:t>
        <w:br/>
        <w:t>f 10507/18421/17787 10506/18422/17788 10505/18423/17789</w:t>
        <w:br/>
        <w:t>f 10506/18422/17788 10507/18421/17787 10508/18424/17790</w:t>
        <w:br/>
        <w:t>f 10508/18424/17790 10509/18425/17791 10506/18422/17788</w:t>
        <w:br/>
        <w:t>f 10510/18426/17792 10508/18424/17790 10507/18421/17787</w:t>
        <w:br/>
        <w:t>f 10513/18427/17793 10512/18428/17794 10511/18429/17795</w:t>
        <w:br/>
        <w:t>f 10509/18425/17791 10508/18424/17790 10514/18430/17796</w:t>
        <w:br/>
        <w:t>f 10512/18428/17794 10513/18427/17793 10515/18431/17797</w:t>
        <w:br/>
        <w:t>f 10516/18432/17798 10515/18431/17797 10513/18427/17793</w:t>
        <w:br/>
        <w:t>f 10515/18431/17797 10516/18432/17798 10517/18433/17799</w:t>
        <w:br/>
        <w:t>f 10518/18434/17800 10508/18424/17790 10510/18426/17792</w:t>
        <w:br/>
        <w:t>f 10515/18431/17797 10518/18434/17800 10510/18426/17792</w:t>
        <w:br/>
        <w:t>f 10517/18433/17799 10519/18435/17801 10515/18431/17797</w:t>
        <w:br/>
        <w:t>f 10518/18434/17800 10515/18431/17797 10519/18435/17801</w:t>
        <w:br/>
        <w:t>f 10519/18435/17801 10517/18433/17799 10520/18436/17802</w:t>
        <w:br/>
        <w:t>f 10508/18424/17790 10518/18434/17800 10521/18437/17803</w:t>
        <w:br/>
        <w:t>f 10521/18437/17803 10514/18430/17796 10508/18424/17790</w:t>
        <w:br/>
        <w:t>f 10519/18435/17801 10522/18438/17804 10518/18434/17800</w:t>
        <w:br/>
        <w:t>f 10522/18438/17804 10521/18437/17803 10518/18434/17800</w:t>
        <w:br/>
        <w:t>f 10520/18436/17802 10523/18439/17805 10519/18435/17801</w:t>
        <w:br/>
        <w:t>f 10522/18438/17804 10519/18435/17801 10524/18440/17806</w:t>
        <w:br/>
        <w:t>f 10523/18439/17805 10520/18436/17802 10525/18441/17807</w:t>
        <w:br/>
        <w:t>f 10526/18442/17808 10523/18439/17805 10525/18441/17807</w:t>
        <w:br/>
        <w:t>f 10527/18443/17809 10523/18439/17805 10526/18442/17808</w:t>
        <w:br/>
        <w:t>f 10527/18443/17809 10522/18438/17804 10523/18439/17805</w:t>
        <w:br/>
        <w:t>f 10526/18442/17808 10528/18444/17810 10527/18443/17809</w:t>
        <w:br/>
        <w:t>f 10529/18445/17811 10521/18437/17803 10522/18438/17804</w:t>
        <w:br/>
        <w:t>f 10521/18437/17803 10529/18445/17811 10530/18446/17812</w:t>
        <w:br/>
        <w:t>f 10531/18447/17813 10529/18445/17811 10522/18438/17804</w:t>
        <w:br/>
        <w:t>f 10534/18448/17814 10533/18449/17815 10532/18450/17816</w:t>
        <w:br/>
        <w:t>f 10514/18430/17796 10521/18437/17803 10533/18449/17815</w:t>
        <w:br/>
        <w:t>f 10533/18449/17815 10534/18448/17814 10535/18451/17817</w:t>
        <w:br/>
        <w:t>f 10536/18452/17818 10533/18449/17815 10535/18451/17817</w:t>
        <w:br/>
        <w:t>f 10522/18438/17804 10537/18453/17819 10531/18447/17813</w:t>
        <w:br/>
        <w:t>f 10533/18449/17815 10536/18452/17818 10538/18454/17820</w:t>
        <w:br/>
        <w:t>f 10539/18455/17821 10537/18453/17819 10522/18438/17804</w:t>
        <w:br/>
        <w:t>f 10522/18438/17804 10527/18443/17809 10539/18455/17821</w:t>
        <w:br/>
        <w:t>f 10540/18456/17822 10514/18430/17796 10533/18449/17815</w:t>
        <w:br/>
        <w:t>f 10527/18443/17809 10541/18457/17823 10539/18455/17821</w:t>
        <w:br/>
        <w:t>f 10542/18458/17824 10540/18456/17822 10533/18449/17815</w:t>
        <w:br/>
        <w:t>f 10543/18459/17825 10542/18458/17824 10533/18449/17815</w:t>
        <w:br/>
        <w:t>f 10546/18460/17826 10545/18461/17827 10544/18462/17828</w:t>
        <w:br/>
        <w:t>f 10545/18461/17827 10542/18458/17824 10544/18462/17828</w:t>
        <w:br/>
        <w:t>f 10544/18462/17828 10509/18425/17791 10514/18430/17796</w:t>
        <w:br/>
        <w:t>f 10509/18425/17791 10544/18462/17828 10547/18463/17829</w:t>
        <w:br/>
        <w:t>f 10539/18455/17821 10548/18464/17830 10537/18453/17819</w:t>
        <w:br/>
        <w:t>f 10541/18457/17823 10548/18464/17830 10539/18455/17821</w:t>
        <w:br/>
        <w:t>f 10544/18462/17828 10549/18465/17831 10547/18463/17829</w:t>
        <w:br/>
        <w:t>f 10547/18463/17829 10549/18465/17831 10550/18466/17832</w:t>
        <w:br/>
        <w:t>f 10549/18465/17831 10551/18467/17833 10550/18466/17832</w:t>
        <w:br/>
        <w:t>f 10552/18468/17834 10544/18462/17828 10542/18458/17824</w:t>
        <w:br/>
        <w:t>f 10552/18468/17834 10553/18469/17835 10544/18462/17828</w:t>
        <w:br/>
        <w:t>f 10543/18459/17825 10554/18470/17836 10542/18458/17824</w:t>
        <w:br/>
        <w:t>f 10542/18458/17824 10554/18470/17836 10552/18468/17834</w:t>
        <w:br/>
        <w:t>f 10554/18470/17837 10537/18453/17819 10548/18464/17830</w:t>
        <w:br/>
        <w:t>f 10551/18467/17833 10549/18465/17831 10555/18471/17838</w:t>
        <w:br/>
        <w:t>f 10554/18470/17836 10556/18472/17839 10552/18468/17834</w:t>
        <w:br/>
        <w:t>f 10556/18472/17839 10554/18470/17836 10557/18473/17840</w:t>
        <w:br/>
        <w:t>f 10560/18474/17841 10559/18475/17842 10558/18476/17843</w:t>
        <w:br/>
        <w:t>f 10554/18470/17837 10562/18477/17844 10561/18478/17845</w:t>
        <w:br/>
        <w:t>f 10562/18477/17844 10554/18470/17837 10563/18479/17846</w:t>
        <w:br/>
        <w:t>f 10564/18480/17847 10559/18475/17842 10560/18474/17841</w:t>
        <w:br/>
        <w:t>f 10563/18479/17846 10554/18470/17837 10548/18464/17830</w:t>
        <w:br/>
        <w:t>f 10553/18469/17835 10552/18468/17834 10565/18481/17848</w:t>
        <w:br/>
        <w:t>f 10559/18475/17842 10564/18480/17847 10566/18482/17849</w:t>
        <w:br/>
        <w:t>f 10567/18483/17850 10563/18479/17846 10548/18464/17830</w:t>
        <w:br/>
        <w:t>f 10567/18483/17850 10548/18464/17830 10541/18457/17823</w:t>
        <w:br/>
        <w:t>f 10563/18479/17846 10567/18483/17850 10568/18484/17851</w:t>
        <w:br/>
        <w:t>f 10569/18485/17852 10566/18482/17849 10564/18480/17847</w:t>
        <w:br/>
        <w:t>f 10567/18483/17850 10541/18457/17823 10570/18486/17853</w:t>
        <w:br/>
        <w:t>f 10568/18484/17851 10567/18483/17850 10570/18486/17853</w:t>
        <w:br/>
        <w:t>f 10571/18487/17854 10553/18469/17835 10565/18481/17848</w:t>
        <w:br/>
        <w:t>f 10549/18465/17831 10572/18488/17855 10555/18471/17838</w:t>
        <w:br/>
        <w:t>f 10565/18481/17856 10568/18484/17857 10573/18489/17858</w:t>
        <w:br/>
        <w:t>f 10574/18490/17859 10571/18487/17854 10565/18481/17848</w:t>
        <w:br/>
        <w:t>f 10574/18490/17859 10575/18491/17860 10571/18487/17854</w:t>
        <w:br/>
        <w:t>f 10576/18492/17861 10555/18471/17838 10572/18488/17855</w:t>
        <w:br/>
        <w:t>f 10571/18487/17854 10575/18491/17860 10576/18492/17862</w:t>
        <w:br/>
        <w:t>f 10577/18493/17863 10575/18491/17860 10574/18490/17859</w:t>
        <w:br/>
        <w:t>f 10578/18494/17864 10573/18489/17858 10568/18484/17857</w:t>
        <w:br/>
        <w:t>f 10576/18492/17862 10575/18491/17860 10579/18495/17865</w:t>
        <w:br/>
        <w:t>f 10579/18495/17865 10575/18491/17860 10577/18493/17863</w:t>
        <w:br/>
        <w:t>f 10582/18496/17866 10581/18497/17867 10580/18498/17868</w:t>
        <w:br/>
        <w:t>f 10576/18492/17862 10579/18495/17865 10583/18499/17869</w:t>
        <w:br/>
        <w:t>f 10584/18500/17870 10582/18496/17866 10580/18498/17868</w:t>
        <w:br/>
        <w:t>f 10583/18499/17869 10579/18495/17865 10585/18501/17871</w:t>
        <w:br/>
        <w:t>f 10582/18496/17866 10584/18500/17870 10586/18502/17872</w:t>
        <w:br/>
        <w:t>f 10587/18503/17873 10585/18501/17871 10579/18495/17865</w:t>
        <w:br/>
        <w:t>f 10586/18502/17872 10588/18504/17874 10582/18496/17866</w:t>
        <w:br/>
        <w:t>f 10579/18495/17865 10589/18505/17875 10587/18503/17873</w:t>
        <w:br/>
        <w:t>f 10590/18506/17876 10582/18496/17866 10588/18504/17874</w:t>
        <w:br/>
        <w:t>f 10592/18507/17877 10555/18471/17838 10591/18508/17878</w:t>
        <w:br/>
        <w:t>f 10555/18471/17838 10592/18507/17877 10551/18467/17833</w:t>
        <w:br/>
        <w:t>f 10593/18509/17879 10551/18467/17833 10592/18507/17877</w:t>
        <w:br/>
        <w:t>f 10594/18510/17880 10593/18509/17879 10592/18507/17877</w:t>
        <w:br/>
        <w:t>f 10591/18508/17878 10594/18510/17880 10592/18507/17877</w:t>
        <w:br/>
        <w:t>f 10593/18509/17879 10594/18510/17880 10595/18511/17881</w:t>
        <w:br/>
        <w:t>f 10594/18510/17880 10596/18512/17882 10595/18511/17881</w:t>
        <w:br/>
        <w:t>f 10594/18510/17880 10591/18508/17878 10597/18513/17883</w:t>
        <w:br/>
        <w:t>f 10582/18496/17866 10590/18506/17876 10598/18514/17884</w:t>
        <w:br/>
        <w:t>f 10596/18512/17882 10594/18510/17880 10599/18515/17885</w:t>
        <w:br/>
        <w:t>f 10600/18516/17886 10594/18510/17880 10597/18513/17883</w:t>
        <w:br/>
        <w:t>f 10594/18510/17880 10600/18516/17886 10599/18515/17885</w:t>
        <w:br/>
        <w:t>f 10601/18517/17887 10600/18516/17886 10597/18513/17883</w:t>
        <w:br/>
        <w:t>f 10602/18518/17888 10598/18514/17884 10590/18506/17876</w:t>
        <w:br/>
        <w:t>f 10603/18519/17889 10599/18515/17885 10600/18516/17886</w:t>
        <w:br/>
        <w:t>f 10600/18516/17886 10601/18517/17887 10603/18519/17889</w:t>
        <w:br/>
        <w:t>f 10599/18515/17885 10604/18520/17890 10596/18512/17882</w:t>
        <w:br/>
        <w:t>f 10605/18521/17891 10596/18512/17882 10604/18520/17890</w:t>
        <w:br/>
        <w:t>f 10606/18522/17892 10599/18515/17885 10603/18519/17889</w:t>
        <w:br/>
        <w:t>f 10607/18523/17893 10605/18521/17891 10604/18520/17890</w:t>
        <w:br/>
        <w:t>f 10605/18521/17891 10607/18523/17893 10608/18524/17894</w:t>
        <w:br/>
        <w:t>f 10607/18523/17893 2635/10549/17895 10608/18524/17894</w:t>
        <w:br/>
        <w:t>f 2635/10549/17895 10607/18523/17893 10609/18525/17896</w:t>
        <w:br/>
        <w:t>f 2667/10583/10129 2637/10553/10097 10607/18523/17893</w:t>
        <w:br/>
        <w:t>f 10604/18520/17890 10599/18515/17885 10610/18526/17897</w:t>
        <w:br/>
        <w:t>f 10610/18526/17897 10599/18515/17885 10606/18522/17892</w:t>
        <w:br/>
        <w:t>f 10607/18523/17893 10604/18520/17890 10611/18527/17898</w:t>
        <w:br/>
        <w:t>f 10604/18520/17890 10610/18526/17897 10611/18527/17898</w:t>
        <w:br/>
        <w:t>f 10607/18523/17893 10611/18527/17898 2667/10583/10129</w:t>
        <w:br/>
        <w:t>f 10614/18528/17899 10613/18529/17900 10612/18530/17901</w:t>
        <w:br/>
        <w:t>f 10613/18529/17900 10614/18528/17899 10615/18531/17902</w:t>
        <w:br/>
        <w:t>f 10615/18531/17902 10616/18532/17903 10613/18529/17900</w:t>
        <w:br/>
        <w:t>f 10606/18522/17892 10618/18533/17904 10617/18534/17905</w:t>
        <w:br/>
        <w:t>f 10616/18532/17903 10615/18531/17902 10619/18535/17906</w:t>
        <w:br/>
        <w:t>f 10620/18536/17907 10616/18532/17903 10619/18535/17906</w:t>
        <w:br/>
        <w:t>f 10620/18536/17907 10621/18537/17908 10616/18532/17903</w:t>
        <w:br/>
        <w:t>f 10618/18533/17904 10606/18522/17892 10622/18538/17909</w:t>
        <w:br/>
        <w:t>f 10603/18519/17889 10622/18538/17909 10606/18522/17892</w:t>
        <w:br/>
        <w:t>f 10625/18539/17910 10624/18540/17911 10623/18541/17912</w:t>
        <w:br/>
        <w:t>f 10624/18540/17911 10626/18542/17913 10623/18541/17912</w:t>
        <w:br/>
        <w:t>f 10626/18542/17913 10618/18533/17904 10623/18541/17912</w:t>
        <w:br/>
        <w:t>f 10622/18538/17909 10623/18541/17912 10618/18533/17904</w:t>
        <w:br/>
        <w:t>f 10628/18543/17914 2667/10583/10129 10627/18544/17915</w:t>
        <w:br/>
        <w:t>f 10628/18543/17914 2668/10584/10130 2667/10583/10129</w:t>
        <w:br/>
        <w:t>f 2670/10586/10132 2665/10581/10127 10628/18543/17916</w:t>
        <w:br/>
        <w:t>f 10623/18541/17912 10622/18538/17909 10629/18545/17917</w:t>
        <w:br/>
        <w:t>f 10631/18546/17918 10630/18547/17919 10628/18543/17914</w:t>
        <w:br/>
        <w:t>f 10627/18544/17915 10632/18548/17920 10628/18543/17914</w:t>
        <w:br/>
        <w:t>f 10634/18549/17921 10633/18550/17922 10631/18546/17923</w:t>
        <w:br/>
        <w:t>f 10636/18551/17924 10627/18544/17915 10635/18552/17925</w:t>
        <w:br/>
        <w:t>f 10627/18544/17915 10636/18551/17924 10632/18548/17920</w:t>
        <w:br/>
        <w:t>f 10637/18553/17926 10631/18546/17923 10633/18550/17922</w:t>
        <w:br/>
        <w:t>f 10633/18550/17922 10638/18554/17927 10637/18553/17926</w:t>
        <w:br/>
        <w:t>f 10641/18555/17928 10640/18556/17929 10639/18557/17930</w:t>
        <w:br/>
        <w:t>f 10640/18556/17929 10641/18555/17928 10642/18558/17931</w:t>
        <w:br/>
        <w:t>f 10643/18559/17932 2672/10588/10134 2670/10586/10135</w:t>
        <w:br/>
        <w:t>f 10645/18560/17933 10642/18558/17931 10644/18561/17934</w:t>
        <w:br/>
        <w:t>f 10638/18554/17927 10633/18550/17922 10646/18562/17935</w:t>
        <w:br/>
        <w:t>f 10642/18558/17931 10645/18560/17933 10640/18556/17929</w:t>
        <w:br/>
        <w:t>f 10633/18550/17922 10647/18563/17936 10646/18562/17935</w:t>
        <w:br/>
        <w:t>f 10643/18559/17932 10648/18564/17937 2672/10588/10134</w:t>
        <w:br/>
        <w:t>f 10649/18565/17938 10648/18564/17939 10640/18556/17929</w:t>
        <w:br/>
        <w:t>f 2677/10593/10140 2672/10588/10134 10650/18566/17940</w:t>
        <w:br/>
        <w:t>f 10650/18566/17940 10651/18567/17941 2677/10593/10140</w:t>
        <w:br/>
        <w:t>f 10648/18564/17939 10649/18565/17938 10652/18568/17942</w:t>
        <w:br/>
        <w:t>f 10651/18567/17941 10650/18566/17940 10653/18569/17943</w:t>
        <w:br/>
        <w:t>f 10647/18563/17936 10654/18570/17944 10646/18562/17935</w:t>
        <w:br/>
        <w:t>f 10655/18571/17945 10646/18562/17935 10654/18570/17944</w:t>
        <w:br/>
        <w:t>f 10635/18552/17925 10656/18572/17946 10636/18551/17924</w:t>
        <w:br/>
        <w:t>f 10655/18571/17945 10658/18573/17947 10657/18574/17948</w:t>
        <w:br/>
        <w:t>f 10658/18573/17947 10655/18571/17945 10654/18570/17944</w:t>
        <w:br/>
        <w:t>f 10659/18575/17949 10657/18574/17948 10658/18573/17947</w:t>
        <w:br/>
        <w:t>f 10658/18573/17947 10660/18576/17950 10659/18575/17949</w:t>
        <w:br/>
        <w:t>f 10656/18572/17946 10635/18552/17925 10661/18577/17951</w:t>
        <w:br/>
        <w:t>f 10622/18538/17909 10662/18578/17952 10629/18545/17917</w:t>
        <w:br/>
        <w:t>f 10660/18576/17950 10658/18573/17947 10663/18579/17953</w:t>
        <w:br/>
        <w:t>f 10664/18580/17954 10660/18576/17950 10663/18579/17953</w:t>
        <w:br/>
        <w:t>f 10662/18578/17952 10622/18538/17909 10665/18581/17955</w:t>
        <w:br/>
        <w:t>f 10603/18519/17889 10666/18582/17956 10622/18538/17909</w:t>
        <w:br/>
        <w:t>f 10666/18582/17956 10603/18519/17889 10601/18517/17887</w:t>
        <w:br/>
        <w:t>f 10656/18572/17946 10661/18577/17951 10667/18583/17957</w:t>
        <w:br/>
        <w:t>f 10662/18578/17952 10665/18581/17955 10668/18584/17958</w:t>
        <w:br/>
        <w:t>f 10667/18583/17957 10669/18585/17959 10656/18572/17946</w:t>
        <w:br/>
        <w:t>f 10602/18518/17888 10671/18586/17960 10670/18587/17961</w:t>
        <w:br/>
        <w:t>f 10590/18506/17876 10671/18586/17960 10602/18518/17888</w:t>
        <w:br/>
        <w:t>f 10672/18588/17962 10668/18584/17958 10665/18581/17955</w:t>
        <w:br/>
        <w:t>f 10666/18582/17963 10674/18589/17964 10673/18590/17965</w:t>
        <w:br/>
        <w:t>f 10674/18589/17964 10666/18582/17963 10671/18586/17966</w:t>
        <w:br/>
        <w:t>f 10668/18584/17958 10672/18588/17962 10675/18591/17967</w:t>
        <w:br/>
        <w:t>f 10676/18592/17968 10674/18589/17964 10671/18586/17966</w:t>
        <w:br/>
        <w:t>f 10677/18593/17969 10668/18584/17958 10675/18591/17967</w:t>
        <w:br/>
        <w:t>f 10667/18583/17957 10677/18593/17970 10678/18594/17971</w:t>
        <w:br/>
        <w:t>f 10678/18594/17971 10669/18585/17959 10667/18583/17957</w:t>
        <w:br/>
        <w:t>f 10671/18586/17966 10679/18595/17972 10676/18592/17968</w:t>
        <w:br/>
        <w:t>f 10669/18585/17959 10678/18594/17971 10680/18596/17973</w:t>
        <w:br/>
        <w:t>f 10671/18586/17966 10681/18597/17974 10679/18595/17972</w:t>
        <w:br/>
        <w:t>f 10671/18586/17966 10682/18598/17975 10681/18597/17974</w:t>
        <w:br/>
        <w:t>f 10663/18579/17953 10679/18595/17972 10683/18599/17976</w:t>
        <w:br/>
        <w:t>f 10681/18597/17974 10683/18599/17976 10679/18595/17972</w:t>
        <w:br/>
        <w:t>f 10681/18597/17977 10590/18506/17876 10684/18600/17978</w:t>
        <w:br/>
        <w:t>f 10684/18600/17978 10685/18601/17979 10681/18597/17977</w:t>
        <w:br/>
        <w:t>f 10579/18495/17865 10686/18602/17980 10589/18505/17875</w:t>
        <w:br/>
        <w:t>f 10687/18603/17981 10686/18602/17980 10579/18495/17865</w:t>
        <w:br/>
        <w:t>f 10685/18601/17979 10684/18600/17978 10688/18604/17982</w:t>
        <w:br/>
        <w:t>f 10689/18605/17983 10686/18602/17980 10687/18603/17981</w:t>
        <w:br/>
        <w:t>f 10663/18579/17953 10683/18599/17976 10690/18606/17984</w:t>
        <w:br/>
        <w:t>f 10691/18607/17985 10685/18601/17979 10688/18604/17982</w:t>
        <w:br/>
        <w:t>f 10663/18579/17953 10690/18606/17984 10664/18580/17954</w:t>
        <w:br/>
        <w:t>f 10692/18608/17986 10664/18580/17954 10690/18606/17984</w:t>
        <w:br/>
        <w:t>f 10688/18604/17982 10577/18493/17987 10693/18609/17988</w:t>
        <w:br/>
        <w:t>f 10693/18609/17988 10691/18607/17985 10688/18604/17982</w:t>
        <w:br/>
        <w:t>f 10690/18606/17984 10694/18610/17989 10692/18608/17986</w:t>
        <w:br/>
        <w:t>f 10693/18609/17988 10695/18611/17990 10691/18607/17985</w:t>
        <w:br/>
        <w:t>f 10696/18612/17991 10692/18608/17986 10694/18610/17989</w:t>
        <w:br/>
        <w:t>f 10528/18444/17810 10692/18608/17986 10696/18612/17991</w:t>
        <w:br/>
        <w:t>f 10527/18443/17809 10528/18444/17810 10696/18612/17991</w:t>
        <w:br/>
        <w:t>f 10527/18443/17809 10696/18612/17991 10697/18613/17992</w:t>
        <w:br/>
        <w:t>f 10570/18486/17853 10697/18613/17992 10696/18612/17991</w:t>
        <w:br/>
        <w:t>f 10695/18611/17990 10570/18486/17993 10698/18614/17994</w:t>
        <w:br/>
        <w:t>f 10570/18486/17993 10695/18611/17990 10693/18609/17988</w:t>
        <w:br/>
        <w:t>f 10693/18609/17988 10700/18615/17995 10699/18616/17996</w:t>
        <w:br/>
        <w:t>f 10703/18617/17997 10702/18618/17997 10701/18619/17998</w:t>
        <w:br/>
        <w:t>f 10704/18620/17999 10700/18615/17995 10693/18609/17988</w:t>
        <w:br/>
        <w:t>f 10701/18619/18000 10705/18621/18001 10568/18484/17857</w:t>
        <w:br/>
        <w:t>f 10693/18609/17988 10706/18622/18002 10704/18620/17999</w:t>
        <w:br/>
        <w:t>f 10707/18623/18003 10568/18484/17857 10705/18621/18001</w:t>
        <w:br/>
        <w:t>f 10693/18609/17988 10577/18493/17987 10706/18622/18002</w:t>
        <w:br/>
        <w:t>f 10578/18494/17864 10568/18484/17857 10707/18623/18003</w:t>
        <w:br/>
        <w:t>f 10710/18624/18004 10709/18625/18005 10708/18626/18006</w:t>
        <w:br/>
        <w:t>f 10709/18625/18005 10710/18624/18004 10711/18627/18007</w:t>
        <w:br/>
        <w:t>f 10714/18628/18008 10713/18629/18009 10712/18630/18010</w:t>
        <w:br/>
        <w:t>f 10715/18631/18009 10712/18630/18010 10713/18629/18009</w:t>
        <w:br/>
        <w:t>f 10718/18632/18011 10717/18633/18012 10716/18634/18013</w:t>
        <w:br/>
        <w:t>f 10721/18635/18014 10720/18636/18015 10719/18637/18015</w:t>
        <w:br/>
        <w:t>f 10717/18633/18012 10718/18632/18011 10722/18638/18016</w:t>
        <w:br/>
        <w:t>f 10719/18637/18015 10720/18636/18015 10723/18639/18017</w:t>
        <w:br/>
        <w:t>f 10726/18640/18018 10725/18641/18019 10724/18642/18020</w:t>
        <w:br/>
        <w:t>f 10729/18643/18021 10728/18644/18022 10727/18645/18023</w:t>
        <w:br/>
        <w:t>f 10725/18641/18019 10726/18640/18018 10730/18646/18024</w:t>
        <w:br/>
        <w:t>f 10728/18644/18022 10729/18643/18021 10731/18647/18025</w:t>
        <w:br/>
        <w:t>f 10734/18648/18026 10733/18649/18027 10732/18650/18028</w:t>
        <w:br/>
        <w:t>f 10733/18649/18027 10734/18648/18026 10735/18651/18029</w:t>
        <w:br/>
        <w:t>f 10738/18652/18030 10737/18653/18031 10736/18654/18032</w:t>
        <w:br/>
        <w:t>f 10736/18654/18032 10739/18655/18030 10738/18652/18030</w:t>
        <w:br/>
        <w:t>f 10742/18656/18033 10741/18657/18033 10740/18658/18034</w:t>
        <w:br/>
        <w:t>f 10745/18659/18035 10744/18660/18035 10743/18661/18036</w:t>
        <w:br/>
        <w:t>f 10741/18657/18033 10742/18656/18033 10746/18662/18037</w:t>
        <w:br/>
        <w:t>f 10744/18660/18035 10745/18659/18035 10747/18663/18038</w:t>
        <w:br/>
        <w:t>f 10750/18664/18039 10749/18665/18040 10748/18666/18041</w:t>
        <w:br/>
        <w:t>f 10753/18667/18042 10752/18668/18043 10751/18669/18042</w:t>
        <w:br/>
        <w:t>f 10749/18665/18040 10750/18664/18039 10754/18670/18044</w:t>
        <w:br/>
        <w:t>f 10752/18668/18045 10746/18662/18046 10755/18671/18047</w:t>
        <w:br/>
        <w:t>f 10758/18672/18048 10757/18673/18049 10756/18674/18050</w:t>
        <w:br/>
        <w:t>f 10757/18673/18049 10758/18672/18048 10759/18675/18051</w:t>
        <w:br/>
        <w:t>f 10762/18676/18052 10761/18677/18053 10760/18678/18054</w:t>
        <w:br/>
        <w:t>f 10763/18679/18055 10757/18673/18049 10759/18675/18051</w:t>
        <w:br/>
        <w:t>f 10757/18673/18049 10763/18679/18055 10764/18680/18056</w:t>
        <w:br/>
        <w:t>f 10763/18679/18055 10765/18681/18057 10764/18680/18056</w:t>
        <w:br/>
        <w:t>f 10761/18677/18053 10762/18676/18052 10766/18682/18058</w:t>
        <w:br/>
        <w:t>f 10766/18682/18058 10767/18683/18059 10761/18677/18053</w:t>
        <w:br/>
        <w:t>f 10770/18684/18060 10769/18685/18061 10768/18686/18062</w:t>
        <w:br/>
        <w:t>f 10769/18685/18061 10770/18684/18060 10771/18687/18063</w:t>
        <w:br/>
        <w:t>f 10765/18681/18057 10763/18679/18055 10772/18688/18064</w:t>
        <w:br/>
        <w:t>f 10772/18688/18064 10773/18689/18065 10765/18681/18057</w:t>
        <w:br/>
        <w:t>f 10767/18683/18059 10766/18682/18058 10774/18690/18066</w:t>
        <w:br/>
        <w:t>f 10775/18691/18067 10771/18687/18063 10770/18684/18060</w:t>
        <w:br/>
        <w:t>f 10774/18690/18066 10776/18692/18068 10767/18683/18059</w:t>
        <w:br/>
        <w:t>f 10770/18684/18060 10777/18693/18069 10775/18691/18067</w:t>
        <w:br/>
        <w:t>f 10778/18694/18070 10775/18691/18067 10777/18693/18069</w:t>
        <w:br/>
        <w:t>f 10775/18691/18067 10778/18694/18070 10779/18695/18071</w:t>
        <w:br/>
        <w:t>f 10776/18692/18068 10774/18690/18066 10780/18696/18072</w:t>
        <w:br/>
        <w:t>f 10781/18697/18073 10779/18695/18071 10778/18694/18070</w:t>
        <w:br/>
        <w:t>f 10772/18688/18064 10782/18698/18074 10773/18689/18065</w:t>
        <w:br/>
        <w:t>f 10780/18696/18072 10783/18699/18075 10776/18692/18068</w:t>
        <w:br/>
        <w:t>f 10782/18698/18074 10784/18700/18076 10773/18689/18065</w:t>
        <w:br/>
        <w:t>f 10782/18698/18074 10785/18701/18077 10784/18700/18076</w:t>
        <w:br/>
        <w:t>f 10779/18695/18071 10781/18697/18073 10786/18702/18078</w:t>
        <w:br/>
        <w:t>f 10783/18699/18075 10780/18696/18072 10787/18703/18079</w:t>
        <w:br/>
        <w:t>f 10788/18704/18080 10783/18699/18075 10787/18703/18079</w:t>
        <w:br/>
        <w:t>f 10789/18705/18081 10786/18702/18078 10781/18697/18073</w:t>
        <w:br/>
        <w:t>f 10787/18703/18079 10790/18706/18082 10788/18704/18080</w:t>
        <w:br/>
        <w:t>f 10786/18702/18078 10789/18705/18081 10791/18707/18083</w:t>
        <w:br/>
        <w:t>f 10794/18708/18084 10793/18709/18085 10792/18710/18086</w:t>
        <w:br/>
        <w:t>f 10793/18709/18085 10794/18708/18084 10795/18711/18087</w:t>
        <w:br/>
        <w:t>f 10798/18712/18088 10797/18713/18089 10796/18714/18090</w:t>
        <w:br/>
        <w:t>f 10794/18708/18084 10799/18715/18091 10795/18711/18087</w:t>
        <w:br/>
        <w:t>f 10799/18715/18091 10794/18708/18084 10800/18716/18092</w:t>
        <w:br/>
        <w:t>f 10801/18717/18093 10798/18712/18088 10796/18714/18090</w:t>
        <w:br/>
        <w:t>f 10796/18714/18090 10802/18718/18094 10801/18717/18093</w:t>
        <w:br/>
        <w:t>f 10805/18719/18095 10804/18720/18096 10803/18721/18097</w:t>
        <w:br/>
        <w:t>f 10805/18719/18095 10806/18722/18098 10804/18720/18096</w:t>
        <w:br/>
        <w:t>f 10807/18723/18099 10804/18720/18096 10806/18722/18098</w:t>
        <w:br/>
        <w:t>f 10801/18717/18093 10802/18718/18094 10808/18724/18100</w:t>
        <w:br/>
        <w:t>f 10809/18725/18101 10804/18720/18096 10807/18723/18099</w:t>
        <w:br/>
        <w:t>f 10810/18726/18102 10809/18725/18101 10807/18723/18099</w:t>
        <w:br/>
        <w:t>f 10811/18727/18103 10799/18715/18091 10800/18716/18092</w:t>
        <w:br/>
        <w:t>f 10812/18728/18104 10808/18724/18100 10802/18718/18094</w:t>
        <w:br/>
        <w:t>f 10811/18727/18103 10800/18716/18092 10813/18729/18105</w:t>
        <w:br/>
        <w:t>f 10814/18730/18106 10811/18727/18103 10813/18729/18105</w:t>
        <w:br/>
        <w:t>f 10807/18723/18099 10815/18731/18107 10810/18726/18102</w:t>
        <w:br/>
        <w:t>f 10808/18724/18100 10812/18728/18104 10816/18732/18108</w:t>
        <w:br/>
        <w:t>f 10817/18733/18109 10810/18726/18102 10815/18731/18107</w:t>
        <w:br/>
        <w:t>f 10811/18727/18103 10814/18730/18106 10818/18734/18110</w:t>
        <w:br/>
        <w:t>f 10812/18728/18104 10819/18735/18111 10816/18732/18108</w:t>
        <w:br/>
        <w:t>f 10820/18736/18112 10818/18734/18110 10814/18730/18106</w:t>
        <w:br/>
        <w:t>f 10818/18734/18110 10820/18736/18112 10821/18737/18113</w:t>
        <w:br/>
        <w:t>f 10815/18731/18107 10822/18738/18114 10817/18733/18109</w:t>
        <w:br/>
        <w:t>f 10816/18732/18108 10819/18735/18111 10823/18739/18115</w:t>
        <w:br/>
        <w:t>f 10824/18740/18116 10823/18739/18115 10819/18735/18111</w:t>
        <w:br/>
        <w:t>f 10822/18738/18114 10825/18741/18117 10817/18733/18109</w:t>
        <w:br/>
        <w:t>f 10823/18739/18115 10824/18740/18116 10826/18742/18118</w:t>
        <w:br/>
        <w:t>f 10825/18741/18117 10822/18738/18114 10827/18743/18119</w:t>
        <w:br/>
        <w:t>f 10830/18744/18120 10829/18745/18121 10828/18746/18122</w:t>
        <w:br/>
        <w:t>f 10829/18745/18121 10830/18744/18120 10831/18747/18123</w:t>
        <w:br/>
        <w:t>f 10834/18748/18124 10833/18749/18125 10832/18750/18126</w:t>
        <w:br/>
        <w:t>f 10831/18747/18123 10835/18751/18127 10829/18745/18121</w:t>
        <w:br/>
        <w:t>f 10836/18752/18128 10829/18745/18121 10835/18751/18127</w:t>
        <w:br/>
        <w:t>f 10835/18751/18127 10837/18753/18129 10836/18752/18128</w:t>
        <w:br/>
        <w:t>f 10833/18749/18125 10834/18748/18124 10838/18754/18130</w:t>
        <w:br/>
        <w:t>f 10838/18754/18130 10839/18755/18131 10833/18749/18125</w:t>
        <w:br/>
        <w:t>f 10842/18756/18132 10841/18757/18133 10840/18758/18134</w:t>
        <w:br/>
        <w:t>f 10843/18759/18135 10840/18758/18134 10841/18757/18133</w:t>
        <w:br/>
        <w:t>f 10837/18753/18129 10835/18751/18127 10844/18760/18136</w:t>
        <w:br/>
        <w:t>f 10844/18760/18136 10845/18761/18137 10837/18753/18129</w:t>
        <w:br/>
        <w:t>f 10845/18761/18137 10844/18760/18136 10846/18762/18138</w:t>
        <w:br/>
        <w:t>f 10839/18755/18131 10838/18754/18130 10847/18763/18139</w:t>
        <w:br/>
        <w:t>f 10841/18757/18133 10848/18764/18140 10843/18759/18135</w:t>
        <w:br/>
        <w:t>f 10847/18763/18139 10849/18765/18141 10839/18755/18131</w:t>
        <w:br/>
        <w:t>f 10848/18764/18140 10841/18757/18133 10850/18766/18142</w:t>
        <w:br/>
        <w:t>f 10851/18767/18143 10848/18764/18140 10850/18766/18142</w:t>
        <w:br/>
        <w:t>f 10853/18768/18144 10852/18769/18145 10849/18765/18141</w:t>
        <w:br/>
        <w:t>f 10849/18765/18141 10847/18763/18139 10853/18768/18144</w:t>
        <w:br/>
        <w:t>f 10854/18770/18146 10848/18764/18140 10851/18767/18143</w:t>
        <w:br/>
        <w:t>f 10852/18769/18145 10853/18768/18144 10855/18771/18147</w:t>
        <w:br/>
        <w:t>f 10856/18772/18148 10854/18770/18146 10851/18767/18143</w:t>
        <w:br/>
        <w:t>f 10854/18770/18146 10856/18772/18148 10857/18773/18149</w:t>
        <w:br/>
        <w:t>f 10860/18774/18150 10859/18775/18151 10858/18776/18152</w:t>
        <w:br/>
        <w:t>f 10859/18775/18151 10861/18777/18153 10858/18776/18152</w:t>
        <w:br/>
        <w:t>f 10862/18778/18154 10858/18776/18152 10861/18777/18153</w:t>
        <w:br/>
        <w:t>f 10865/18779/18155 10864/18780/18156 10863/18781/18157</w:t>
        <w:br/>
        <w:t>f 10864/18780/18156 10865/18779/18155 10866/18782/18158</w:t>
        <w:br/>
        <w:t>f 10861/18777/18153 10867/18783/18159 10862/18778/18154</w:t>
        <w:br/>
        <w:t>f 10870/18784/18160 10869/18785/18161 10868/18786/18162</w:t>
        <w:br/>
        <w:t>f 10869/18785/18161 10870/18784/18160 10871/18787/18163</w:t>
        <w:br/>
        <w:t>f 10874/18788/18164 10873/18789/18165 10872/18790/18166</w:t>
        <w:br/>
        <w:t>f 10874/18788/18164 10875/18791/18167 10873/18789/18165</w:t>
        <w:br/>
        <w:t>f 10876/18792/18168 10863/18781/18157 10864/18780/18156</w:t>
        <w:br/>
        <w:t>f 10863/18781/18157 10876/18792/18168 10877/18793/18169</w:t>
        <w:br/>
        <w:t>f 10878/18794/18170 10868/18786/18162 10869/18785/18161</w:t>
        <w:br/>
        <w:t>f 10875/18791/18167 10879/18795/18171 10873/18789/18165</w:t>
        <w:br/>
        <w:t>f 10868/18786/18162 10878/18794/18170 10880/18796/18172</w:t>
        <w:br/>
        <w:t>f 10875/18791/18167 10881/18797/18173 10879/18795/18171</w:t>
        <w:br/>
        <w:t>f 10882/18798/18174 10879/18795/18171 10881/18797/18173</w:t>
        <w:br/>
        <w:t>f 10883/18799/18175 10877/18793/18169 10876/18792/18168</w:t>
        <w:br/>
        <w:t>f 10884/18800/18176 10862/18778/18154 10867/18783/18159</w:t>
        <w:br/>
        <w:t>f 10862/18778/18154 10884/18800/18176 10885/18801/18177</w:t>
        <w:br/>
        <w:t>f 10886/18802/18178 10885/18801/18177 10884/18800/18176</w:t>
        <w:br/>
        <w:t>f 10879/18795/18171 10882/18798/18174 10887/18803/18179</w:t>
        <w:br/>
        <w:t>f 10888/18804/18180 10887/18803/18179 10882/18798/18174</w:t>
        <w:br/>
        <w:t>f 10889/18805/18181 10880/18796/18172 10878/18794/18170</w:t>
        <w:br/>
        <w:t>f 10878/18794/18170 10890/18806/18182 10889/18805/18181</w:t>
        <w:br/>
        <w:t>f 10883/18799/18175 10876/18792/18168 10891/18807/18183</w:t>
        <w:br/>
        <w:t>f 10887/18803/18179 10888/18804/18180 10892/18808/18184</w:t>
        <w:br/>
        <w:t>f 10893/18809/18185 10889/18805/18181 10890/18806/18182</w:t>
        <w:br/>
        <w:t>f 10894/18810/18186 10892/18808/18184 10888/18804/18180</w:t>
        <w:br/>
        <w:t>f 10895/18811/18187 10883/18799/18175 10891/18807/18183</w:t>
        <w:br/>
        <w:t>f 10884/18800/18176 10896/18812/18188 10886/18802/18178</w:t>
        <w:br/>
        <w:t>f 10896/18812/18188 10897/18813/18189 10886/18802/18178</w:t>
        <w:br/>
        <w:t>f 10894/18810/18186 10899/18814/18190 10898/18815/18191</w:t>
        <w:br/>
        <w:t>f 10897/18813/18189 10896/18812/18188 10900/18816/18192</w:t>
        <w:br/>
        <w:t>f 10900/18816/18192 10901/18817/18193 10897/18813/18189</w:t>
        <w:br/>
        <w:t>f 10901/18817/18193 10900/18816/18192 10902/18818/18194</w:t>
        <w:br/>
        <w:t>f 10894/18810/18186 10898/18815/18191 10903/18819/18195</w:t>
        <w:br/>
        <w:t>f 10892/18808/18184 10894/18810/18186 10903/18819/18195</w:t>
        <w:br/>
        <w:t>f 10906/18820/18196 10905/18821/18197 10904/18822/18198</w:t>
        <w:br/>
        <w:t>f 10909/18823/18199 10908/18824/18200 10907/18825/18201</w:t>
        <w:br/>
        <w:t>f 10904/18822/18198 10910/18826/18202 10906/18820/18196</w:t>
        <w:br/>
        <w:t>f 10908/18824/18200 10909/18823/18199 10911/18827/18203</w:t>
        <w:br/>
        <w:t>f 10893/18809/18185 10906/18820/18196 10912/18828/18204</w:t>
        <w:br/>
        <w:t>f 10910/18826/18202 10912/18828/18204 10906/18820/18196</w:t>
        <w:br/>
        <w:t>f 10911/18827/18203 10913/18829/18205 10908/18824/18200</w:t>
        <w:br/>
        <w:t>f 10889/18805/18181 10893/18809/18185 10912/18828/18204</w:t>
        <w:br/>
        <w:t>f 10913/18829/18205 10911/18827/18203 10895/18811/18187</w:t>
        <w:br/>
        <w:t>f 10895/18811/18187 10891/18807/18183 10913/18829/18205</w:t>
        <w:br/>
        <w:t>f 10916/18830/18206 10915/18831/18207 10914/18832/18208</w:t>
        <w:br/>
        <w:t>f 10916/18830/18206 10917/18833/18209 10915/18831/18207</w:t>
        <w:br/>
        <w:t>f 10918/18834/18210 10915/18831/18207 10917/18833/18209</w:t>
        <w:br/>
        <w:t>f 10921/18835/18211 10920/18836/18212 10919/18837/18213</w:t>
        <w:br/>
        <w:t>f 10920/18836/18212 10921/18835/18211 10922/18838/18214</w:t>
        <w:br/>
        <w:t>f 10925/18839/18215 10924/18840/18216 10923/18841/18217</w:t>
        <w:br/>
        <w:t>f 10926/18842/18218 10919/18837/18213 10920/18836/18212</w:t>
        <w:br/>
        <w:t>f 10919/18837/18213 10926/18842/18218 10927/18843/18219</w:t>
        <w:br/>
        <w:t>f 10925/18839/18215 10923/18841/18217 10928/18844/18220</w:t>
        <w:br/>
        <w:t>f 10928/18844/18220 10929/18845/18221 10925/18839/18215</w:t>
        <w:br/>
        <w:t>f 10932/18846/18222 10931/18847/18223 10930/18848/18224</w:t>
        <w:br/>
        <w:t>f 10933/18849/18225 10931/18847/18223 10932/18846/18222</w:t>
        <w:br/>
        <w:t>f 10935/18850/18226 10934/18851/18227 10931/18847/18223</w:t>
        <w:br/>
        <w:t>f 10929/18845/18221 10928/18844/18220 10936/18852/18228</w:t>
        <w:br/>
        <w:t>f 10934/18851/18227 10935/18850/18226 10937/18853/18229</w:t>
        <w:br/>
        <w:t>f 10938/18854/18230 10934/18851/18227 10937/18853/18229</w:t>
        <w:br/>
        <w:t>f 10936/18852/18228 10939/18855/18231 10929/18845/18221</w:t>
        <w:br/>
        <w:t>f 10940/18856/18232 10927/18843/18219 10926/18842/18218</w:t>
        <w:br/>
        <w:t>f 10934/18851/18227 10938/18854/18230 10941/18857/18233</w:t>
        <w:br/>
        <w:t>f 10936/18852/18228 10942/18858/18234 10939/18855/18231</w:t>
        <w:br/>
        <w:t>f 10915/18831/18207 10918/18834/18210 10943/18859/18235</w:t>
        <w:br/>
        <w:t>f 10918/18834/18210 10944/18860/18236 10943/18859/18235</w:t>
        <w:br/>
        <w:t>f 10927/18843/18219 10940/18856/18232 10945/18861/18237</w:t>
        <w:br/>
        <w:t>f 10946/18862/18238 10943/18859/18235 10944/18860/18236</w:t>
        <w:br/>
        <w:t>f 10942/18858/18234 10947/18863/18239 10939/18855/18231</w:t>
        <w:br/>
        <w:t>f 10948/18864/18240 10945/18861/18237 10940/18856/18232</w:t>
        <w:br/>
        <w:t>f 10949/18865/18241 10946/18862/18238 10944/18860/18236</w:t>
        <w:br/>
        <w:t>f 10945/18861/18237 10948/18864/18240 10950/18866/18242</w:t>
        <w:br/>
        <w:t>f 10946/18862/18238 10949/18865/18241 10951/18867/18243</w:t>
        <w:br/>
        <w:t>f 10952/18868/18244 10951/18867/18243 10949/18865/18241</w:t>
        <w:br/>
        <w:t>f 10948/18864/18240 10953/18869/18245 10950/18866/18242</w:t>
        <w:br/>
        <w:t>f 10951/18867/18243 10952/18868/18244 10954/18870/18246</w:t>
        <w:br/>
        <w:t>f 10952/18868/18244 10955/18871/18247 10954/18870/18246</w:t>
        <w:br/>
        <w:t>f 10947/18863/18239 10942/18858/18234 10956/18872/18248</w:t>
        <w:br/>
        <w:t>f 10938/18854/18230 10957/18873/18249 10941/18857/18233</w:t>
        <w:br/>
        <w:t>f 10957/18873/18249 10938/18854/18230 10958/18874/18250</w:t>
        <w:br/>
        <w:t>f 10959/18875/18251 10957/18873/18249 10958/18874/18250</w:t>
        <w:br/>
        <w:t>f 10953/18869/18245 10948/18864/18240 10960/18876/18252</w:t>
        <w:br/>
        <w:t>f 10956/18872/18248 10961/18877/18253 10947/18863/18239</w:t>
        <w:br/>
        <w:t>f 10955/18871/18247 10952/18868/18244 10962/18878/18254</w:t>
        <w:br/>
        <w:t>f 10960/18876/18252 10963/18879/18255 10953/18869/18245</w:t>
        <w:br/>
        <w:t>f 10962/18878/18254 10964/18880/18256 10955/18871/18247</w:t>
        <w:br/>
        <w:t>f 10957/18873/18249 10959/18875/18251 10965/18881/18257</w:t>
        <w:br/>
        <w:t>f 10961/18877/18253 10956/18872/18248 10966/18882/18258</w:t>
        <w:br/>
        <w:t>f 10967/18883/18259 10965/18881/18257 10959/18875/18251</w:t>
        <w:br/>
        <w:t>f 10963/18879/18255 10960/18876/18252 10968/18884/18260</w:t>
        <w:br/>
        <w:t>f 10969/18885/18261 10961/18877/18253 10966/18882/18258</w:t>
        <w:br/>
        <w:t>f 10965/18881/18257 10967/18883/18259 10970/18886/18262</w:t>
        <w:br/>
        <w:t>f 10969/18885/18261 10966/18882/18258 10971/18887/18263</w:t>
        <w:br/>
        <w:t>f 10972/18888/18264 10970/18886/18262 10967/18883/18259</w:t>
        <w:br/>
        <w:t>f 10968/18884/18260 10973/18889/18265 10963/18879/18255</w:t>
        <w:br/>
        <w:t>f 10964/18880/18256 10962/18878/18254 10974/18890/18266</w:t>
        <w:br/>
        <w:t>f 10970/18886/18262 10972/18888/18264 10975/18891/18267</w:t>
        <w:br/>
        <w:t>f 10976/18892/18268 10969/18885/18261 10971/18887/18263</w:t>
        <w:br/>
        <w:t>f 10977/18893/18269 10975/18891/18267 10972/18888/18264</w:t>
        <w:br/>
        <w:t>f 10973/18889/18265 10968/18884/18260 10978/18894/18270</w:t>
        <w:br/>
        <w:t>f 10969/18885/18261 10976/18892/18268 10979/18895/18271</w:t>
        <w:br/>
        <w:t>f 10980/18896/18272 10964/18880/18256 10974/18890/18266</w:t>
        <w:br/>
        <w:t>f 10978/18894/18270 10981/18897/18273 10973/18889/18265</w:t>
        <w:br/>
        <w:t>f 10964/18880/18256 10980/18896/18272 10982/18898/18274</w:t>
        <w:br/>
        <w:t>f 10980/18896/18272 10983/18899/18275 10982/18898/18274</w:t>
        <w:br/>
        <w:t>f 10984/18900/18276 10979/18895/18271 10976/18892/18268</w:t>
        <w:br/>
        <w:t>f 10981/18897/18273 10978/18894/18270 10985/18901/18277</w:t>
        <w:br/>
        <w:t>f 10975/18891/18267 10977/18893/18269 10986/18902/18278</w:t>
        <w:br/>
        <w:t>f 10976/18892/18268 10987/18903/18279 10984/18900/18276</w:t>
        <w:br/>
        <w:t>f 10988/18904/18280 10986/18902/18278 10977/18893/18269</w:t>
        <w:br/>
        <w:t>f 10989/18905/18281 10984/18900/18276 10987/18903/18279</w:t>
        <w:br/>
        <w:t>f 10977/18893/18269 10990/18906/18282 10988/18904/18280</w:t>
        <w:br/>
        <w:t>f 10991/18907/18283 10988/18904/18280 10990/18906/18282</w:t>
        <w:br/>
        <w:t>f 10992/18908/18284 10981/18897/18273 10985/18901/18277</w:t>
        <w:br/>
        <w:t>f 10984/18900/18276 10989/18905/18281 10993/18909/18285</w:t>
        <w:br/>
        <w:t>f 10983/18899/18275 10980/18896/18272 10994/18910/18286</w:t>
        <w:br/>
        <w:t>f 10981/18897/18273 10992/18908/18284 10995/18911/18287</w:t>
        <w:br/>
        <w:t>f 10994/18910/18286 10996/18912/18288 10983/18899/18275</w:t>
        <w:br/>
        <w:t>f 10996/18912/18288 10994/18910/18286 10997/18913/18289</w:t>
        <w:br/>
        <w:t>f 10992/18908/18284 10998/18914/18290 10995/18911/18287</w:t>
        <w:br/>
        <w:t>f 10996/18912/18288 10997/18913/18289 10999/18915/18291</w:t>
        <w:br/>
        <w:t>f 10999/18915/18291 10997/18913/18289 11000/18916/18292</w:t>
        <w:br/>
        <w:t>f 10998/18914/18290 10992/18908/18284 11001/18917/18293</w:t>
        <w:br/>
        <w:t>f 10998/18914/18290 11001/18917/18293 11002/18918/18294</w:t>
        <w:br/>
        <w:t>f 10993/18909/18285 10989/18905/18281 11003/18919/18295</w:t>
        <w:br/>
        <w:t>f 11002/18918/18294 11001/18917/18293 11004/18920/18296</w:t>
        <w:br/>
        <w:t>f 11003/18919/18295 11006/18921/18297 11005/18922/18298</w:t>
        <w:br/>
        <w:t>f 10989/18905/18281 11007/18923/18299 11003/18919/18295</w:t>
        <w:br/>
        <w:t>f 11006/18921/18297 11003/18919/18295 11007/18923/18299</w:t>
        <w:br/>
        <w:t>f 10988/18904/18280 10991/18907/18283 11008/18924/18300</w:t>
        <w:br/>
        <w:t>f 11008/18924/18300 11010/18925/18301 11009/18926/18302</w:t>
        <w:br/>
        <w:t>f 11010/18925/18301 11008/18924/18300 10991/18907/18283</w:t>
        <w:br/>
        <w:t>f 11013/18927/18303 11012/18928/18304 11011/18929/18305</w:t>
        <w:br/>
        <w:t>f 11012/18928/18304 11013/18927/18303 11014/18930/18306</w:t>
        <w:br/>
        <w:t>f 11015/18931/18307 11012/18928/18304 11014/18930/18306</w:t>
        <w:br/>
        <w:t>f 11018/18932/18308 11017/18933/18309 11016/18934/18310</w:t>
        <w:br/>
        <w:t>f 11017/18933/18309 11018/18932/18308 11019/18935/18311</w:t>
        <w:br/>
        <w:t>f 11020/18936/18312 11016/18934/18310 11017/18933/18309</w:t>
        <w:br/>
        <w:t>f 11016/18934/18310 11020/18936/18312 11021/18937/18313</w:t>
        <w:br/>
        <w:t>f 11024/18938/18314 11023/18939/18315 11022/18940/18316</w:t>
        <w:br/>
        <w:t>f 11025/18941/18317 11022/18940/18316 11023/18939/18315</w:t>
        <w:br/>
        <w:t>f 11023/18939/18315 11024/18938/18314 11026/18942/18318</w:t>
        <w:br/>
        <w:t>f 11029/18943/18319 11028/18944/18320 11027/18945/18321</w:t>
        <w:br/>
        <w:t>f 11029/18943/18319 11027/18945/18321 11030/18946/18322</w:t>
        <w:br/>
        <w:t>f 11031/18947/18323 11029/18943/18319 11030/18946/18322</w:t>
        <w:br/>
        <w:t>f 11023/18939/18315 11032/18948/18324 11025/18941/18317</w:t>
        <w:br/>
        <w:t>f 11031/18947/18323 11030/18946/18322 11033/18949/18325</w:t>
        <w:br/>
        <w:t>f 11034/18950/18326 11025/18941/18317 11032/18948/18324</w:t>
        <w:br/>
        <w:t>f 11035/18951/18327 11021/18937/18313 11020/18936/18312</w:t>
        <w:br/>
        <w:t>f 11033/18949/18325 11036/18952/18328 11031/18947/18323</w:t>
        <w:br/>
        <w:t>f 11034/18950/18326 11032/18948/18324 11037/18953/18329</w:t>
        <w:br/>
        <w:t>f 11036/18952/18328 11033/18949/18325 11038/18954/18330</w:t>
        <w:br/>
        <w:t>f 11012/18928/18304 11015/18931/18307 11039/18955/18331</w:t>
        <w:br/>
        <w:t>f 11038/18954/18330 11040/18956/18332 11036/18952/18328</w:t>
        <w:br/>
        <w:t>f 11040/18956/18332 11038/18954/18330 11041/18957/18333</w:t>
        <w:br/>
        <w:t>f 11042/18958/18334 11039/18955/18331 11015/18931/18307</w:t>
        <w:br/>
        <w:t>f 11021/18937/18313 11035/18951/18327 11043/18959/18335</w:t>
        <w:br/>
        <w:t>f 11039/18955/18331 11042/18958/18334 11044/18960/18336</w:t>
        <w:br/>
        <w:t>f 11045/18961/18337 11034/18950/18326 11037/18953/18329</w:t>
        <w:br/>
        <w:t>f 11046/18962/18338 11043/18959/18335 11035/18951/18327</w:t>
        <w:br/>
        <w:t>f 11045/18961/18337 11037/18953/18329 11047/18963/18339</w:t>
        <w:br/>
        <w:t>f 11048/18964/18340 11044/18960/18336 11042/18958/18334</w:t>
        <w:br/>
        <w:t>f 11043/18959/18335 11046/18962/18338 11049/18965/18341</w:t>
        <w:br/>
        <w:t>f 11044/18960/18336 11048/18964/18340 11050/18966/18342</w:t>
        <w:br/>
        <w:t>f 11051/18967/18343 11045/18961/18337 11047/18963/18339</w:t>
        <w:br/>
        <w:t>f 11052/18968/18344 11049/18965/18341 11046/18962/18338</w:t>
        <w:br/>
        <w:t>f 11053/18969/18345 11050/18966/18342 11048/18964/18340</w:t>
        <w:br/>
        <w:t>f 11049/18965/18341 11052/18968/18344 11054/18970/18346</w:t>
        <w:br/>
        <w:t>f 11050/18966/18342 11053/18969/18345 11055/18971/18347</w:t>
        <w:br/>
        <w:t>f 11051/18967/18343 11047/18963/18339 11056/18972/18348</w:t>
        <w:br/>
        <w:t>f 11041/18957/18333 11057/18973/18349 11040/18956/18332</w:t>
        <w:br/>
        <w:t>f 11057/18973/18349 11041/18957/18333 11058/18974/18350</w:t>
        <w:br/>
        <w:t>f 11059/18975/18351 11054/18970/18346 11052/18968/18344</w:t>
        <w:br/>
        <w:t>f 11060/18976/18352 11051/18967/18343 11056/18972/18348</w:t>
        <w:br/>
        <w:t>f 11061/18977/18353 11055/18971/18347 11053/18969/18345</w:t>
        <w:br/>
        <w:t>f 11054/18970/18346 11059/18975/18351 11062/18978/18354</w:t>
        <w:br/>
        <w:t>f 11055/18971/18347 11061/18977/18353 11063/18979/18355</w:t>
        <w:br/>
        <w:t>f 11061/18977/18353 11064/18980/18356 11063/18979/18355</w:t>
        <w:br/>
        <w:t>f 11058/18974/18350 11065/18981/18357 11057/18973/18349</w:t>
        <w:br/>
        <w:t>f 11060/18976/18352 11056/18972/18348 11066/18982/18358</w:t>
        <w:br/>
        <w:t>f 11065/18981/18357 11058/18974/18350 11067/18983/18359</w:t>
        <w:br/>
        <w:t>f 11068/18984/18360 11065/18981/18357 11067/18983/18359</w:t>
        <w:br/>
        <w:t>f 11061/18977/18353 11069/18985/18361 11064/18980/18356</w:t>
        <w:br/>
        <w:t>f 11070/18986/18362 11062/18978/18354 11059/18975/18351</w:t>
        <w:br/>
        <w:t>f 11064/18980/18356 11069/18985/18361 11071/18987/18363</w:t>
        <w:br/>
        <w:t>f 11071/18987/18363 11069/18985/18361 11072/18988/18364</w:t>
        <w:br/>
        <w:t>f 11065/18981/18357 11068/18984/18360 11073/18989/18365</w:t>
        <w:br/>
        <w:t>f 11060/18976/18352 11066/18982/18358 11074/18990/18366</w:t>
        <w:br/>
        <w:t>f 11075/18991/18367 11073/18989/18365 11068/18984/18360</w:t>
        <w:br/>
        <w:t>f 11073/18989/18365 11075/18991/18367 11076/18992/18368</w:t>
        <w:br/>
        <w:t>f 11070/18986/18362 11059/18975/18351 11077/18993/18369</w:t>
        <w:br/>
        <w:t>f 11078/18994/18370 11060/18976/18352 11074/18990/18366</w:t>
        <w:br/>
        <w:t>f 11079/18995/18371 11070/18986/18362 11077/18993/18369</w:t>
        <w:br/>
        <w:t>f 11078/18994/18370 11074/18990/18366 11080/18996/18372</w:t>
        <w:br/>
        <w:t>f 11077/18993/18369 11081/18997/18373 11079/18995/18371</w:t>
        <w:br/>
        <w:t>f 11080/18996/18372 11082/18998/18374 11078/18994/18370</w:t>
        <w:br/>
        <w:t>f 11085/18999/18375 11084/19000/18376 11083/19001/18377</w:t>
        <w:br/>
        <w:t>f 11084/19000/18376 11085/18999/18375 11086/19002/18378</w:t>
        <w:br/>
        <w:t>f 11089/19003/18379 11088/19004/18380 11087/19005/18381</w:t>
        <w:br/>
        <w:t>f 11085/18999/18375 11090/19006/18382 11086/19002/18378</w:t>
        <w:br/>
        <w:t>f 11090/19006/18382 11085/18999/18375 11091/19007/18383</w:t>
        <w:br/>
        <w:t>f 11091/19007/18383 11092/19008/18384 11090/19006/18382</w:t>
        <w:br/>
        <w:t>f 11088/19004/18380 11089/19003/18379 11093/19009/18385</w:t>
        <w:br/>
        <w:t>f 11089/19003/18379 11094/19010/18386 11093/19009/18385</w:t>
        <w:br/>
        <w:t>f 11097/19011/18387 11096/19012/18388 11095/19013/18389</w:t>
        <w:br/>
        <w:t>f 11096/19012/18388 11097/19011/18387 11098/19014/18390</w:t>
        <w:br/>
        <w:t>f 11098/19014/18390 11099/19015/18391 11096/19012/18388</w:t>
        <w:br/>
        <w:t>f 11094/19010/18386 11100/19016/18392 11093/19009/18385</w:t>
        <w:br/>
        <w:t>f 11096/19012/18388 11099/19015/18391 11101/19017/18393</w:t>
        <w:br/>
        <w:t>f 11099/19015/18391 11102/19018/18394 11101/19017/18393</w:t>
        <w:br/>
        <w:t>f 11092/19008/18384 11103/19019/18395 11090/19006/18382</w:t>
        <w:br/>
        <w:t>f 11094/19010/18386 11104/19020/18396 11100/19016/18392</w:t>
        <w:br/>
        <w:t>f 11092/19008/18384 11105/19021/18397 11103/19019/18395</w:t>
        <w:br/>
        <w:t>f 11102/19018/18394 11099/19015/18391 11106/19022/18398</w:t>
        <w:br/>
        <w:t>f 11107/19023/18399 11100/19016/18392 11104/19020/18396</w:t>
        <w:br/>
        <w:t>f 11106/19022/18398 11108/19024/18400 11102/19018/18394</w:t>
        <w:br/>
        <w:t>f 11103/19019/18395 11105/19021/18397 11109/19025/18401</w:t>
        <w:br/>
        <w:t>f 11110/19026/18402 11107/19023/18399 11104/19020/18396</w:t>
        <w:br/>
        <w:t>f 11111/19027/18403 11109/19025/18401 11105/19021/18397</w:t>
        <w:br/>
        <w:t>f 11109/19025/18401 11111/19027/18403 11112/19028/18404</w:t>
        <w:br/>
        <w:t>f 11108/19024/18400 11106/19022/18398 11113/19029/18405</w:t>
        <w:br/>
        <w:t>f 11107/19023/18399 11110/19026/18402 11114/19030/18406</w:t>
        <w:br/>
        <w:t>f 11115/19031/18407 11114/19030/18406 11110/19026/18402</w:t>
        <w:br/>
        <w:t>f 11113/19029/18405 11116/19032/18408 11108/19024/18400</w:t>
        <w:br/>
        <w:t>f 11114/19030/18406 11115/19031/18407 11117/19033/18409</w:t>
        <w:br/>
        <w:t>f 11116/19032/18408 11113/19029/18405 11118/19034/18410</w:t>
        <w:br/>
        <w:t>f 11121/19035/18411 11120/19036/18412 11119/19037/18413</w:t>
        <w:br/>
        <w:t>f 11120/19036/18412 11121/19035/18411 11122/19038/18414</w:t>
        <w:br/>
        <w:t>f 11125/19039/18415 11124/19040/18416 11123/19041/18417</w:t>
        <w:br/>
        <w:t>f 11126/19042/18418 11120/19036/18412 11122/19038/18414</w:t>
        <w:br/>
        <w:t>f 11120/19036/18412 11126/19042/18418 11127/19043/18419</w:t>
        <w:br/>
        <w:t>f 11128/19044/18420 11124/19040/18416 11125/19039/18415</w:t>
        <w:br/>
        <w:t>f 11128/19044/18420 11129/19045/18421 11124/19040/18416</w:t>
        <w:br/>
        <w:t>f 11132/19046/18422 11131/19047/18423 11130/19048/18424</w:t>
        <w:br/>
        <w:t>f 11131/19047/18423 11132/19046/18422 11133/19049/18425</w:t>
        <w:br/>
        <w:t>f 11132/19046/18422 11134/19050/18426 11133/19049/18425</w:t>
        <w:br/>
        <w:t>f 11128/19044/18420 11135/19051/18427 11129/19045/18421</w:t>
        <w:br/>
        <w:t>f 11134/19050/18426 11132/19046/18422 11136/19052/18428</w:t>
        <w:br/>
        <w:t>f 11137/19053/18429 11134/19050/18426 11136/19052/18428</w:t>
        <w:br/>
        <w:t>f 11126/19042/18418 11138/19054/18430 11127/19043/18419</w:t>
        <w:br/>
        <w:t>f 11135/19051/18427 11139/19055/18431 11129/19045/18421</w:t>
        <w:br/>
        <w:t>f 11127/19043/18419 11138/19054/18430 11140/19056/18432</w:t>
        <w:br/>
        <w:t>f 11138/19054/18430 11141/19057/18433 11140/19056/18432</w:t>
        <w:br/>
        <w:t>f 11142/19058/18434 11134/19050/18426 11137/19053/18429</w:t>
        <w:br/>
        <w:t>f 11139/19055/18431 11135/19051/18427 11143/19059/18435</w:t>
        <w:br/>
        <w:t>f 11144/19060/18436 11142/19058/18434 11137/19053/18429</w:t>
        <w:br/>
        <w:t>f 11141/19057/18433 11138/19054/18430 11145/19061/18437</w:t>
        <w:br/>
        <w:t>f 11139/19055/18431 11143/19059/18435 11146/19062/18438</w:t>
        <w:br/>
        <w:t>f 11145/19061/18437 11147/19063/18439 11141/19057/18433</w:t>
        <w:br/>
        <w:t>f 11147/19063/18439 11145/19061/18437 11148/19064/18440</w:t>
        <w:br/>
        <w:t>f 11149/19065/18441 11142/19058/18434 11144/19060/18436</w:t>
        <w:br/>
        <w:t>f 11143/19059/18435 11150/19066/18442 11146/19062/18438</w:t>
        <w:br/>
        <w:t>f 11150/19066/18442 11151/19067/18443 11146/19062/18438</w:t>
        <w:br/>
        <w:t>f 11144/19060/18436 11152/19068/18444 11149/19065/18441</w:t>
        <w:br/>
        <w:t>f 11151/19067/18443 11150/19066/18442 11153/19069/18445</w:t>
        <w:br/>
        <w:t>f 11154/19070/18446 11149/19065/18441 11152/19068/18444</w:t>
        <w:br/>
        <w:t>f 11157/19071/18447 11156/19072/18448 11155/19073/18449</w:t>
        <w:br/>
        <w:t>f 11156/19072/18448 11157/19071/18447 11158/19074/18450</w:t>
        <w:br/>
        <w:t>f 11161/19075/18451 11160/19076/18452 11159/19077/18453</w:t>
        <w:br/>
        <w:t>f 11157/19071/18447 11162/19078/18454 11158/19074/18450</w:t>
        <w:br/>
        <w:t>f 11162/19078/18454 11157/19071/18447 11163/19079/18455</w:t>
        <w:br/>
        <w:t>f 11164/19080/18456 11162/19078/18454 11163/19079/18455</w:t>
        <w:br/>
        <w:t>f 11160/19076/18452 11161/19075/18451 11165/19081/18457</w:t>
        <w:br/>
        <w:t>f 11166/19082/18458 11165/19081/18457 11161/19075/18451</w:t>
        <w:br/>
        <w:t>f 11169/19083/18459 11168/19084/18460 11167/19085/18461</w:t>
        <w:br/>
        <w:t>f 11168/19084/18460 11169/19083/18459 11170/19086/18462</w:t>
        <w:br/>
        <w:t>f 11162/19078/18454 11164/19080/18456 11171/19087/18463</w:t>
        <w:br/>
        <w:t>f 11172/19088/18464 11171/19087/18463 11164/19080/18456</w:t>
        <w:br/>
        <w:t>f 11171/19087/18463 11172/19088/18464 11173/19089/18465</w:t>
        <w:br/>
        <w:t>f 11165/19081/18457 11166/19082/18458 11174/19090/18466</w:t>
        <w:br/>
        <w:t>f 11175/19091/18467 11168/19084/18460 11170/19086/18462</w:t>
        <w:br/>
        <w:t>f 11176/19092/18468 11174/19090/18466 11166/19082/18458</w:t>
        <w:br/>
        <w:t>f 11168/19084/18460 11175/19091/18467 11177/19093/18469</w:t>
        <w:br/>
        <w:t>f 11175/19091/18467 11178/19094/18470 11177/19093/18469</w:t>
        <w:br/>
        <w:t>f 11180/19095/18471 11179/19096/18472 11176/19092/18468</w:t>
        <w:br/>
        <w:t>f 11174/19090/18466 11176/19092/18468 11179/19096/18472</w:t>
        <w:br/>
        <w:t>f 11178/19094/18470 11175/19091/18467 11181/19097/18473</w:t>
        <w:br/>
        <w:t>f 11179/19096/18472 11180/19095/18471 11182/19098/18474</w:t>
        <w:br/>
        <w:t>f 11183/19099/18475 11178/19094/18470 11181/19097/18473</w:t>
        <w:br/>
        <w:t>f 11181/19097/18473 11184/19100/18476 11183/19099/18475</w:t>
        <w:br/>
        <w:t>f 11187/19101/18477 11186/19102/18477 11185/19103/18478</w:t>
        <w:br/>
        <w:t>f 11190/19104/18479 11189/19105/18480 11188/19106/18481</w:t>
        <w:br/>
        <w:t>f 11191/19107/18482 11190/19104/18479 11188/19106/18481</w:t>
        <w:br/>
        <w:t>f 11190/19104/18479 11191/19107/18482 11192/19108/18483</w:t>
        <w:br/>
        <w:t>f 11192/19108/18483 11191/19107/18482 11193/19109/18484</w:t>
        <w:br/>
        <w:t>f 11190/19104/18479 11194/19110/18485 11189/19105/18480</w:t>
        <w:br/>
        <w:t>f 11195/19111/18486 11192/19108/18483 11193/19109/18484</w:t>
        <w:br/>
        <w:t>f 11195/19111/18486 11193/19109/18484 11196/19112/18487</w:t>
        <w:br/>
        <w:t>f 11190/19104/18479 11192/19108/18483 11197/19113/18488</w:t>
        <w:br/>
        <w:t>f 11197/19113/18488 11192/19108/18483 11195/19111/18486</w:t>
        <w:br/>
        <w:t>f 11190/19104/18479 11197/19113/18488 11194/19110/18485</w:t>
        <w:br/>
        <w:t>f 11196/19112/18487 11198/19114/18489 11195/19111/18486</w:t>
        <w:br/>
        <w:t>f 11196/19112/18487 11199/19115/18490 11198/19114/18489</w:t>
        <w:br/>
        <w:t>f 11202/19116/18491 11201/19117/18492 11200/19118/18493</w:t>
        <w:br/>
        <w:t>f 11203/19119/18494 11195/19111/18486 11201/19117/18492</w:t>
        <w:br/>
        <w:t>f 11201/19117/18492 11202/19116/18491 11203/19119/18494</w:t>
        <w:br/>
        <w:t>f 11203/19119/18494 11197/19113/18488 11195/19111/18486</w:t>
        <w:br/>
        <w:t>f 11204/19120/18495 11203/19119/18494 11202/19116/18491</w:t>
        <w:br/>
        <w:t>f 11203/19119/18494 11204/19120/18495 11205/19121/18496</w:t>
        <w:br/>
        <w:t>f 11197/19113/18488 11203/19119/18494 11205/19121/18496</w:t>
        <w:br/>
        <w:t>f 11206/19122/18497 11205/19121/18496 11204/19120/18495</w:t>
        <w:br/>
        <w:t>f 11207/19123/18498 11197/19113/18488 11205/19121/18496</w:t>
        <w:br/>
        <w:t>f 11194/19110/18485 11197/19113/18488 11207/19123/18498</w:t>
        <w:br/>
        <w:t>f 11205/19121/18496 11206/19122/18497 11208/19124/18499</w:t>
        <w:br/>
        <w:t>f 11208/19124/18499 11207/19123/18498 11205/19121/18496</w:t>
        <w:br/>
        <w:t>f 11209/19125/18500 11208/19124/18499 11206/19122/18497</w:t>
        <w:br/>
        <w:t>f 11207/19123/18498 11210/19126/18501 11194/19110/18485</w:t>
        <w:br/>
        <w:t>f 11208/19124/18499 11209/19125/18500 11211/19127/18502</w:t>
        <w:br/>
        <w:t>f 11207/19123/18498 11208/19124/18499 11212/19128/18503</w:t>
        <w:br/>
        <w:t>f 11211/19127/18502 11212/19128/18503 11208/19124/18499</w:t>
        <w:br/>
        <w:t>f 11210/19126/18501 11207/19123/18498 11213/19129/18504</w:t>
        <w:br/>
        <w:t>f 11213/19129/18504 11207/19123/18498 11212/19128/18503</w:t>
        <w:br/>
        <w:t>f 11214/19130/18505 11194/19110/18485 11210/19126/18501</w:t>
        <w:br/>
        <w:t>f 11213/19129/18504 11214/19130/18505 11210/19126/18501</w:t>
        <w:br/>
        <w:t>f 11214/19130/18505 11189/19105/18480 11194/19110/18485</w:t>
        <w:br/>
        <w:t>f 11214/19130/18505 11215/19131/18506 11185/19103/18507</w:t>
        <w:br/>
        <w:t>f 11216/19132/18508 11215/19131/18506 11214/19130/18505</w:t>
        <w:br/>
        <w:t>f 11214/19130/18505 11217/19133/18509 11216/19132/18508</w:t>
        <w:br/>
        <w:t>f 11214/19130/18505 11218/19134/18510 11217/19133/18509</w:t>
        <w:br/>
        <w:t>f 11214/19130/18505 11213/19129/18504 11218/19134/18510</w:t>
        <w:br/>
        <w:t>f 11219/19135/18511 11217/19133/18509 11218/19134/18510</w:t>
        <w:br/>
        <w:t>f 11217/19133/18509 11219/19135/18511 11220/19136/18512</w:t>
        <w:br/>
        <w:t>f 11220/19136/18512 11219/19135/18511 11221/19137/18513</w:t>
        <w:br/>
        <w:t>f 11222/19138/18514 11218/19134/18510 11213/19129/18504</w:t>
        <w:br/>
        <w:t>f 11218/19134/18510 11222/19138/18514 11219/19135/18511</w:t>
        <w:br/>
        <w:t>f 11223/19139/18515 11213/19129/18504 11212/19128/18503</w:t>
        <w:br/>
        <w:t>f 11213/19129/18504 11223/19139/18515 11222/19138/18514</w:t>
        <w:br/>
        <w:t>f 11212/19128/18503 11211/19127/18502 11223/19139/18515</w:t>
        <w:br/>
        <w:t>f 11222/19138/18514 11224/19140/18516 11219/19135/18511</w:t>
        <w:br/>
        <w:t>f 11221/19137/18513 11219/19135/18511 11224/19140/18516</w:t>
        <w:br/>
        <w:t>f 11223/19139/18515 11225/19141/18517 11222/19138/18514</w:t>
        <w:br/>
        <w:t>f 11224/19140/18516 11222/19138/18514 11225/19141/18517</w:t>
        <w:br/>
        <w:t>f 11211/19127/18502 11226/19142/18518 11223/19139/18515</w:t>
        <w:br/>
        <w:t>f 11225/19141/18517 11223/19139/18515 11226/19142/18518</w:t>
        <w:br/>
        <w:t>f 11221/19137/18513 11224/19140/18516 11227/19143/18519</w:t>
        <w:br/>
        <w:t>f 11227/19143/18519 11228/19144/18520 11221/19137/18513</w:t>
        <w:br/>
        <w:t>f 11228/19144/18520 11227/19143/18519 11229/19145/18521</w:t>
        <w:br/>
        <w:t>f 11224/19140/18516 11225/19141/18517 11230/19146/18522</w:t>
        <w:br/>
        <w:t>f 11227/19143/18519 11224/19140/18516 11230/19146/18522</w:t>
        <w:br/>
        <w:t>f 11231/19147/18523 11229/19145/18521 11227/19143/18519</w:t>
        <w:br/>
        <w:t>f 11230/19146/18522 11231/19147/18523 11227/19143/18519</w:t>
        <w:br/>
        <w:t>f 11229/19145/18521 11231/19147/18523 11232/19148/18524</w:t>
        <w:br/>
        <w:t>f 11233/19149/18525 11230/19146/18522 11225/19141/18517</w:t>
        <w:br/>
        <w:t>f 11225/19141/18517 11226/19142/18518 11233/19149/18525</w:t>
        <w:br/>
        <w:t>f 11231/19147/18523 11230/19146/18522 11234/19150/18526</w:t>
        <w:br/>
        <w:t>f 11233/19149/18525 11234/19150/18526 11230/19146/18522</w:t>
        <w:br/>
        <w:t>f 11235/19151/18527 11232/19148/18524 11231/19147/18523</w:t>
        <w:br/>
        <w:t>f 11231/19147/18523 11234/19150/18526 11235/19151/18527</w:t>
        <w:br/>
        <w:t>f 11232/19148/18524 11235/19151/18527 11236/19152/18528</w:t>
        <w:br/>
        <w:t>f 11236/19152/18528 11237/19153/18529 11232/19148/18524</w:t>
        <w:br/>
        <w:t>f 11237/19153/18529 11236/19152/18528 11238/19154/18530</w:t>
        <w:br/>
        <w:t>f 11239/19155/18531 11238/19154/18530 11236/19152/18528</w:t>
        <w:br/>
        <w:t>f 11236/19152/18528 11240/19156/18532 11239/19155/18531</w:t>
        <w:br/>
        <w:t>f 11240/19156/18532 11236/19152/18528 11235/19151/18527</w:t>
        <w:br/>
        <w:t>f 11241/19157/18533 11239/19155/18531 11240/19156/18532</w:t>
        <w:br/>
        <w:t>f 11240/19156/18532 11242/19158/18534 11241/19157/18533</w:t>
        <w:br/>
        <w:t>f 11234/19150/18526 11243/19159/18535 11235/19151/18527</w:t>
        <w:br/>
        <w:t>f 11235/19151/18527 11243/19159/18535 11244/19160/18536</w:t>
        <w:br/>
        <w:t>f 11234/19150/18526 11233/19149/18525 11243/19159/18535</w:t>
        <w:br/>
        <w:t>f 11242/19158/18534 11240/19156/18532 11245/19161/18537</w:t>
        <w:br/>
        <w:t>f 11246/19162/18538 11244/19160/18536 11243/19159/18535</w:t>
        <w:br/>
        <w:t>f 11247/19163/18539 11242/19158/18534 11245/19161/18537</w:t>
        <w:br/>
        <w:t>f 11242/19158/18534 11247/19163/18539 11248/19164/18540</w:t>
        <w:br/>
        <w:t>f 11251/19165/18541 11250/19166/18542 11249/19167/18543</w:t>
        <w:br/>
        <w:t>f 11246/19162/18538 11253/19168/18544 11252/19169/18545</w:t>
        <w:br/>
        <w:t>f 11249/19167/18543 11253/19168/18544 11251/19165/18541</w:t>
        <w:br/>
        <w:t>f 11253/19168/18544 11246/19162/18538 11243/19159/18535</w:t>
        <w:br/>
        <w:t>f 11253/19168/18544 11254/19170/18546 11251/19165/18541</w:t>
        <w:br/>
        <w:t>f 11243/19159/18535 11255/19171/18547 11253/19168/18544</w:t>
        <w:br/>
        <w:t>f 11253/19168/18544 11255/19171/18547 11254/19170/18546</w:t>
        <w:br/>
        <w:t>f 11255/19171/18547 11243/19159/18535 11233/19149/18525</w:t>
        <w:br/>
        <w:t>f 11255/19171/18547 11256/19172/18548 11254/19170/18546</w:t>
        <w:br/>
        <w:t>f 11233/19149/18525 11257/19173/18549 11255/19171/18547</w:t>
        <w:br/>
        <w:t>f 11256/19172/18548 11255/19171/18547 11257/19173/18549</w:t>
        <w:br/>
        <w:t>f 11257/19173/18549 11233/19149/18525 11226/19142/18518</w:t>
        <w:br/>
        <w:t>f 11209/19125/18500 11256/19172/18548 11257/19173/18549</w:t>
        <w:br/>
        <w:t>f 11226/19142/18518 11211/19127/18502 11257/19173/18549</w:t>
        <w:br/>
        <w:t>f 11257/19173/18549 11211/19127/18502 11209/19125/18500</w:t>
        <w:br/>
        <w:t>f 11260/19174/18550 11259/19175/18551 11258/19176/18552</w:t>
        <w:br/>
        <w:t>f 11259/19175/18551 11260/19174/18550 11261/19177/18553</w:t>
        <w:br/>
        <w:t>f 11260/19174/18550 11262/19178/18554 11261/19177/18553</w:t>
        <w:br/>
        <w:t>f 11264/19179/18555 11262/19178/18554 11263/19180/18556</w:t>
        <w:br/>
        <w:t>f 11262/19178/18554 11264/19179/18555 11265/19181/18557</w:t>
        <w:br/>
        <w:t>f 11261/19177/18553 11262/19178/18554 11265/19181/18557</w:t>
        <w:br/>
        <w:t>f 11268/19182/18558 11267/19183/18559 11266/19184/18560</w:t>
        <w:br/>
        <w:t>f 11266/19184/18560 11267/19183/18559 11269/19185/18561</w:t>
        <w:br/>
        <w:t>f 11266/19184/18560 11269/19185/18561 11270/19186/18562</w:t>
        <w:br/>
        <w:t>f 11266/19184/18560 11271/19187/18563 11268/19182/18558</w:t>
        <w:br/>
        <w:t>f 11271/19187/18563 11272/19188/18564 11268/19182/18558</w:t>
        <w:br/>
        <w:t>f 11270/19186/18562 11273/19189/18565 11266/19184/18560</w:t>
        <w:br/>
        <w:t>f 11271/19187/18563 11266/19184/18560 11273/19189/18565</w:t>
        <w:br/>
        <w:t>f 11273/19189/18565 11270/19186/18562 11274/19190/18566</w:t>
        <w:br/>
        <w:t>f 11275/19191/18567 11274/19190/18566 11270/19186/18562</w:t>
        <w:br/>
        <w:t>f 11276/19192/18568 11271/19187/18563 11273/19189/18565</w:t>
        <w:br/>
        <w:t>f 11271/19187/18563 11277/19193/18569 11272/19188/18564</w:t>
        <w:br/>
        <w:t>f 11276/19192/18568 11277/19193/18569 11271/19187/18563</w:t>
        <w:br/>
        <w:t>f 11261/19177/18553 11277/19193/18569 11278/19194/18570</w:t>
        <w:br/>
        <w:t>f 11278/19194/18570 11259/19175/18551 11261/19177/18553</w:t>
        <w:br/>
        <w:t>f 11279/19195/18571 11276/19192/18568 11273/19189/18565</w:t>
        <w:br/>
        <w:t>f 11279/19195/18571 11273/19189/18565 11274/19190/18566</w:t>
        <w:br/>
        <w:t>f 11280/19196/18572 11259/19175/18551 11278/19194/18570</w:t>
        <w:br/>
        <w:t>f 11259/19175/18551 11280/19196/18572 11281/19197/18573</w:t>
        <w:br/>
        <w:t>f 11282/19198/18574 11278/19194/18570 11277/19193/18569</w:t>
        <w:br/>
        <w:t>f 11282/19198/18574 11283/19199/18575 11278/19194/18570</w:t>
        <w:br/>
        <w:t>f 11284/19200/18576 11277/19193/18569 11276/19192/18568</w:t>
        <w:br/>
        <w:t>f 11284/19200/18576 11282/19198/18574 11277/19193/18569</w:t>
        <w:br/>
        <w:t>f 11285/19201/18577 11284/19200/18576 11276/19192/18568</w:t>
        <w:br/>
        <w:t>f 11279/19195/18571 11285/19201/18577 11276/19192/18568</w:t>
        <w:br/>
        <w:t>f 11284/19200/18576 11286/19202/18578 11282/19198/18574</w:t>
        <w:br/>
        <w:t>f 11285/19201/18577 11287/19203/18579 11284/19200/18576</w:t>
        <w:br/>
        <w:t>f 11287/19203/18579 11286/19202/18578 11284/19200/18576</w:t>
        <w:br/>
        <w:t>f 11283/19199/18575 11282/19198/18574 11288/19204/18580</w:t>
        <w:br/>
        <w:t>f 11286/19202/18578 11288/19204/18580 11282/19198/18574</w:t>
        <w:br/>
        <w:t>f 11289/19205/18581 11281/19197/18573 11280/19196/18572</w:t>
        <w:br/>
        <w:t>f 11281/19197/18573 11289/19205/18581 11290/19206/18582</w:t>
        <w:br/>
        <w:t>f 11291/19207/18583 11283/19199/18575 11288/19204/18580</w:t>
        <w:br/>
        <w:t>f 11283/19199/18575 11291/19207/18583 11292/19208/18584</w:t>
        <w:br/>
        <w:t>f 11289/19205/18581 11293/19209/18585 11290/19206/18582</w:t>
        <w:br/>
        <w:t>f 11293/19209/18585 11294/19210/18586 11290/19206/18582</w:t>
        <w:br/>
        <w:t>f 11295/19211/18587 11294/19210/18586 11293/19209/18585</w:t>
        <w:br/>
        <w:t>f 11296/19212/18588 11295/19211/18587 11293/19209/18585</w:t>
        <w:br/>
        <w:t>f 11292/19208/18584 11298/19213/18589 11297/19214/18590</w:t>
        <w:br/>
        <w:t>f 11298/19213/18589 11299/19215/18591 11297/19214/18590</w:t>
        <w:br/>
        <w:t>f 11298/19213/18589 11292/19208/18584 11291/19207/18583</w:t>
        <w:br/>
        <w:t>f 11299/19215/18591 11298/19213/18589 11300/19216/18592</w:t>
        <w:br/>
        <w:t>f 11298/19213/18589 11301/19217/18593 11300/19216/18592</w:t>
        <w:br/>
        <w:t>f 11301/19217/18593 11298/19213/18589 11302/19218/18594</w:t>
        <w:br/>
        <w:t>f 11291/19207/18583 11303/19219/18595 11298/19213/18589</w:t>
        <w:br/>
        <w:t>f 11302/19218/18594 11304/19220/18596 11301/19217/18593</w:t>
        <w:br/>
        <w:t>f 11305/19221/18597 11303/19219/18595 11291/19207/18583</w:t>
        <w:br/>
        <w:t>f 11288/19204/18580 11305/19221/18597 11291/19207/18583</w:t>
        <w:br/>
        <w:t>f 11304/19220/18596 11302/19218/18594 11306/19222/18598</w:t>
        <w:br/>
        <w:t>f 11305/19221/18597 11307/19223/18599 11303/19219/18595</w:t>
        <w:br/>
        <w:t>f 11306/19222/18598 11308/19224/18600 11304/19220/18596</w:t>
        <w:br/>
        <w:t>f 11305/19221/18597 11288/19204/18580 11309/19225/18601</w:t>
        <w:br/>
        <w:t>f 11286/19202/18578 11309/19225/18601 11288/19204/18580</w:t>
        <w:br/>
        <w:t>f 11309/19225/18601 11310/19226/18602 11305/19221/18597</w:t>
        <w:br/>
        <w:t>f 11286/19202/18578 11310/19226/18602 11309/19225/18601</w:t>
        <w:br/>
        <w:t>f 11310/19226/18602 11307/19223/18599 11305/19221/18597</w:t>
        <w:br/>
        <w:t>f 11308/19224/18600 11306/19222/18598 11311/19227/18603</w:t>
        <w:br/>
        <w:t>f 11310/19226/18602 11312/19228/18604 11307/19223/18599</w:t>
        <w:br/>
        <w:t>f 11313/19229/18605 11308/19224/18600 11311/19227/18603</w:t>
        <w:br/>
        <w:t>f 11310/19226/18602 11286/19202/18578 11314/19230/18606</w:t>
        <w:br/>
        <w:t>f 11287/19203/18579 11314/19230/18606 11286/19202/18578</w:t>
        <w:br/>
        <w:t>f 11312/19228/18604 11310/19226/18602 11315/19231/18607</w:t>
        <w:br/>
        <w:t>f 11316/19232/18608 11310/19226/18602 11314/19230/18606</w:t>
        <w:br/>
        <w:t>f 11316/19232/18608 11315/19231/18607 11310/19226/18602</w:t>
        <w:br/>
        <w:t>f 11314/19230/18606 11317/19233/18609 11316/19232/18608</w:t>
        <w:br/>
        <w:t>f 11317/19233/18609 11314/19230/18606 11287/19203/18579</w:t>
        <w:br/>
        <w:t>f 11318/19234/18610 11315/19231/18607 11316/19232/18608</w:t>
        <w:br/>
        <w:t>f 11319/19235/18611 11318/19234/18610 11316/19232/18608</w:t>
        <w:br/>
        <w:t>f 11320/19236/18612 11312/19228/18604 11315/19231/18607</w:t>
        <w:br/>
        <w:t>f 11318/19234/18610 11320/19236/18612 11315/19231/18607</w:t>
        <w:br/>
        <w:t>f 11311/19227/18603 11321/19237/18613 11313/19229/18605</w:t>
        <w:br/>
        <w:t>f 11322/19238/18614 11313/19229/18605 11321/19237/18613</w:t>
        <w:br/>
        <w:t>f 11318/19234/18610 11323/19239/18615 11320/19236/18612</w:t>
        <w:br/>
        <w:t>f 11313/19229/18605 11322/19238/18614 11324/19240/18616</w:t>
        <w:br/>
        <w:t>f 11327/19241/18617 11326/19242/18618 11325/19243/18619</w:t>
        <w:br/>
        <w:t>f 11323/19239/18615 11318/19234/18610 11328/19244/18620</w:t>
        <w:br/>
        <w:t>f 11327/19241/18617 11329/19245/18621 11326/19242/18618</w:t>
        <w:br/>
        <w:t>f 11319/19235/18611 11328/19244/18620 11318/19234/18610</w:t>
        <w:br/>
        <w:t>f 11329/19245/18621 11330/19246/18622 11326/19242/18618</w:t>
        <w:br/>
        <w:t>f 11328/19244/18620 11319/19235/18611 11331/19247/18623</w:t>
        <w:br/>
        <w:t>f 11330/19246/18622 11329/19245/18621 11332/19248/18624</w:t>
        <w:br/>
        <w:t>f 11333/19249/18625 11331/19247/18623 11319/19235/18611</w:t>
        <w:br/>
        <w:t>f 11332/19248/18624 11334/19250/18626 11330/19246/18622</w:t>
        <w:br/>
        <w:t>f 11331/19247/18623 11333/19249/18625 11335/19251/18627</w:t>
        <w:br/>
        <w:t>f 11332/19248/18624 11336/19252/18628 11334/19250/18626</w:t>
        <w:br/>
        <w:t>f 11333/19249/18625 11337/19253/18629 11335/19251/18627</w:t>
        <w:br/>
        <w:t>f 11337/19253/18629 11333/19249/18625 11317/19233/18609</w:t>
        <w:br/>
        <w:t>f 11340/19254/18630 11339/19255/18631 11338/19256/18632</w:t>
        <w:br/>
        <w:t>f 11339/19255/18631 11340/19254/18630 11341/19257/18633</w:t>
        <w:br/>
        <w:t>f 11337/19253/18629 11317/19233/18609 11342/19258/18634</w:t>
        <w:br/>
        <w:t>f 11317/19233/18609 11287/19203/18579 11342/19258/18634</w:t>
        <w:br/>
        <w:t>f 11343/19259/18635 11341/19257/18633 11340/19254/18630</w:t>
        <w:br/>
        <w:t>f 11341/19257/18633 11343/19259/18635 11344/19260/18636</w:t>
        <w:br/>
        <w:t>f 11345/19261/18637 11342/19258/18634 11287/19203/18579</w:t>
        <w:br/>
        <w:t>f 11345/19261/18637 11287/19203/18579 11285/19201/18577</w:t>
        <w:br/>
        <w:t>f 11342/19258/18634 11346/19262/18638 11337/19253/18629</w:t>
        <w:br/>
        <w:t>f 11346/19262/18638 11342/19258/18634 11345/19261/18637</w:t>
        <w:br/>
        <w:t>f 11347/19263/18639 11337/19253/18629 11346/19262/18638</w:t>
        <w:br/>
        <w:t>f 11337/19253/18629 11347/19263/18639 11335/19251/18627</w:t>
        <w:br/>
        <w:t>f 11348/19264/18640 11345/19261/18637 11285/19201/18577</w:t>
        <w:br/>
        <w:t>f 11285/19201/18577 11279/19195/18571 11348/19264/18640</w:t>
        <w:br/>
        <w:t>f 11345/19261/18637 11349/19265/18641 11346/19262/18638</w:t>
        <w:br/>
        <w:t>f 11345/19261/18637 11348/19264/18640 11350/19266/18642</w:t>
        <w:br/>
        <w:t>f 11349/19265/18641 11345/19261/18637 11350/19266/18642</w:t>
        <w:br/>
        <w:t>f 11346/19262/18638 11351/19267/18643 11347/19263/18639</w:t>
        <w:br/>
        <w:t>f 11351/19267/18643 11346/19262/18638 11349/19265/18641</w:t>
        <w:br/>
        <w:t>f 11348/19264/18640 11352/19268/18644 11350/19266/18642</w:t>
        <w:br/>
        <w:t>f 11350/19266/18642 11352/19268/18644 11349/19265/18641</w:t>
        <w:br/>
        <w:t>f 11279/19195/18571 11353/19269/18645 11348/19264/18640</w:t>
        <w:br/>
        <w:t>f 11354/19270/18646 11353/19269/18645 11279/19195/18571</w:t>
        <w:br/>
        <w:t>f 11354/19270/18646 11279/19195/18571 11274/19190/18566</w:t>
        <w:br/>
        <w:t>f 11348/19264/18640 11353/19269/18645 11355/19271/18647</w:t>
        <w:br/>
        <w:t>f 11352/19268/18644 11348/19264/18640 11355/19271/18647</w:t>
        <w:br/>
        <w:t>f 11354/19270/18646 11274/19190/18566 11356/19272/18648</w:t>
        <w:br/>
        <w:t>f 11357/19273/18649 11354/19270/18646 11356/19272/18648</w:t>
        <w:br/>
        <w:t>f 11274/19190/18566 11275/19191/18567 11356/19272/18648</w:t>
        <w:br/>
        <w:t>f 11356/19272/18648 11358/19274/18650 11357/19273/18649</w:t>
        <w:br/>
        <w:t>f 11358/19274/18650 11359/19275/18651 11357/19273/18649</w:t>
        <w:br/>
        <w:t>f 11275/19191/18567 11360/19276/18652 11356/19272/18648</w:t>
        <w:br/>
        <w:t>f 11358/19274/18650 11356/19272/18648 11360/19276/18652</w:t>
        <w:br/>
        <w:t>f 11360/19276/18652 11275/19191/18567 11361/19277/18653</w:t>
        <w:br/>
        <w:t>f 11275/19191/18567 11362/19278/18654 11361/19277/18653</w:t>
        <w:br/>
        <w:t>f 11362/19278/18654 11363/19279/18655 11361/19277/18653</w:t>
        <w:br/>
        <w:t>f 11363/19279/18655 11360/19276/18652 11361/19277/18653</w:t>
        <w:br/>
        <w:t>f 11364/19280/18656 11363/19279/18655 11362/19278/18654</w:t>
        <w:br/>
        <w:t>f 11360/19276/18652 11363/19279/18655 11365/19281/18657</w:t>
        <w:br/>
        <w:t>f 11365/19281/18657 11358/19274/18650 11360/19276/18652</w:t>
        <w:br/>
        <w:t>f 11364/19280/18656 11366/19282/18658 11363/19279/18655</w:t>
        <w:br/>
        <w:t>f 11366/19282/18658 11364/19280/18656 11367/19283/18659</w:t>
        <w:br/>
        <w:t>f 11366/19282/18658 11367/19283/18659 11368/19284/18660</w:t>
        <w:br/>
        <w:t>f 11366/19282/18658 11369/19285/18661 11363/19279/18655</w:t>
        <w:br/>
        <w:t>f 11369/19285/18661 11366/19282/18658 11368/19284/18660</w:t>
        <w:br/>
        <w:t>f 11365/19281/18657 11363/19279/18655 11369/19285/18661</w:t>
        <w:br/>
        <w:t>f 11368/19284/18660 11370/19286/18662 11369/19285/18661</w:t>
        <w:br/>
        <w:t>f 11370/19286/18662 11371/19287/18663 11369/19285/18661</w:t>
        <w:br/>
        <w:t>f 11371/19287/18663 11372/19288/18664 11369/19285/18661</w:t>
        <w:br/>
        <w:t>f 11371/19287/18663 11373/19289/18665 11372/19288/18664</w:t>
        <w:br/>
        <w:t>f 11374/19290/18666 11365/19281/18657 11369/19285/18661</w:t>
        <w:br/>
        <w:t>f 11374/19290/18666 11369/19285/18661 11372/19288/18664</w:t>
        <w:br/>
        <w:t>f 11375/19291/18667 11365/19281/18657 11374/19290/18666</w:t>
        <w:br/>
        <w:t>f 11358/19274/18650 11365/19281/18657 11375/19291/18667</w:t>
        <w:br/>
        <w:t>f 11374/19290/18666 11372/19288/18664 11376/19292/18668</w:t>
        <w:br/>
        <w:t>f 11377/19293/18669 11372/19288/18664 11373/19289/18665</w:t>
        <w:br/>
        <w:t>f 11377/19293/18669 11376/19292/18668 11372/19288/18664</w:t>
        <w:br/>
        <w:t>f 11373/19289/18665 11378/19294/18670 11377/19293/18669</w:t>
        <w:br/>
        <w:t>f 11379/19295/18671 11377/19293/18669 11378/19294/18670</w:t>
        <w:br/>
        <w:t>f 11376/19292/18668 11380/19296/18672 11374/19290/18666</w:t>
        <w:br/>
        <w:t>f 11380/19296/18672 11375/19291/18667 11374/19290/18666</w:t>
        <w:br/>
        <w:t>f 11377/19293/18669 11379/19295/18671 11381/19297/18673</w:t>
        <w:br/>
        <w:t>f 11382/19298/18674 11381/19297/18673 11379/19295/18671</w:t>
        <w:br/>
        <w:t>f 11383/19299/18675 11381/19297/18673 11382/19298/18674</w:t>
        <w:br/>
        <w:t>f 11384/19300/18676 11381/19297/18673 11383/19299/18675</w:t>
        <w:br/>
        <w:t>f 11381/19297/18673 11385/19301/18677 11377/19293/18669</w:t>
        <w:br/>
        <w:t>f 11376/19292/18668 11377/19293/18669 11385/19301/18677</w:t>
        <w:br/>
        <w:t>f 11384/19300/18676 11386/19302/18678 11381/19297/18673</w:t>
        <w:br/>
        <w:t>f 11385/19301/18677 11381/19297/18673 11386/19302/18678</w:t>
        <w:br/>
        <w:t>f 11386/19302/18678 11384/19300/18676 11387/19303/18679</w:t>
        <w:br/>
        <w:t>f 11385/19301/18677 11388/19304/18680 11376/19292/18668</w:t>
        <w:br/>
        <w:t>f 11380/19296/18672 11376/19292/18668 11388/19304/18680</w:t>
        <w:br/>
        <w:t>f 11386/19302/18678 11389/19305/18681 11385/19301/18677</w:t>
        <w:br/>
        <w:t>f 11388/19304/18680 11385/19301/18677 11389/19305/18681</w:t>
        <w:br/>
        <w:t>f 11387/19303/18679 11390/19306/18682 11386/19302/18678</w:t>
        <w:br/>
        <w:t>f 11389/19305/18681 11386/19302/18678 11391/19307/18683</w:t>
        <w:br/>
        <w:t>f 11390/19306/18682 11387/19303/18679 11392/19308/18684</w:t>
        <w:br/>
        <w:t>f 11393/19309/18685 11390/19306/18682 11392/19308/18684</w:t>
        <w:br/>
        <w:t>f 11390/19306/18682 11393/19309/18685 11394/19310/18686</w:t>
        <w:br/>
        <w:t>f 11389/19305/18681 11391/19307/18683 11395/19311/18687</w:t>
        <w:br/>
        <w:t>f 11396/19312/18688 11394/19310/18686 11393/19309/18685</w:t>
        <w:br/>
        <w:t>f 11396/19312/18688 11397/19313/18689 11394/19310/18686</w:t>
        <w:br/>
        <w:t>f 11398/19314/18690 11397/19313/18689 11396/19312/18688</w:t>
        <w:br/>
        <w:t>f 11395/19311/18687 11399/19315/18691 11389/19305/18681</w:t>
        <w:br/>
        <w:t>f 11400/19316/18692 11399/19315/18691 11395/19311/18687</w:t>
        <w:br/>
        <w:t>f 11401/19317/18693 11388/19304/18680 11389/19305/18681</w:t>
        <w:br/>
        <w:t>f 11399/19315/18691 11401/19317/18693 11389/19305/18681</w:t>
        <w:br/>
        <w:t>f 11402/19318/18694 11397/19313/18689 11398/19314/18690</w:t>
        <w:br/>
        <w:t>f 11399/19315/18691 11400/19316/18692 11403/19319/18695</w:t>
        <w:br/>
        <w:t>f 11404/19320/18696 11403/19319/18695 11400/19316/18692</w:t>
        <w:br/>
        <w:t>f 11399/19315/18691 11405/19321/18697 11401/19317/18693</w:t>
        <w:br/>
        <w:t>f 11405/19321/18697 11399/19315/18691 11403/19319/18695</w:t>
        <w:br/>
        <w:t>f 11401/19317/18693 11405/19321/18697 11406/19322/18698</w:t>
        <w:br/>
        <w:t>f 11403/19319/18695 11407/19323/18699 11405/19321/18697</w:t>
        <w:br/>
        <w:t>f 11408/19324/18700 11388/19304/18680 11401/19317/18693</w:t>
        <w:br/>
        <w:t>f 11406/19322/18698 11408/19324/18700 11401/19317/18693</w:t>
        <w:br/>
        <w:t>f 11388/19304/18680 11408/19324/18700 11380/19296/18672</w:t>
        <w:br/>
        <w:t>f 11404/19320/18696 11409/19325/18701 11403/19319/18695</w:t>
        <w:br/>
        <w:t>f 11407/19323/18699 11403/19319/18695 11409/19325/18701</w:t>
        <w:br/>
        <w:t>f 11410/19326/18702 11402/19318/18694 11398/19314/18690</w:t>
        <w:br/>
        <w:t>f 11411/19327/18703 11409/19325/18701 11404/19320/18696</w:t>
        <w:br/>
        <w:t>f 11398/19314/18690 11412/19328/18704 11410/19326/18702</w:t>
        <w:br/>
        <w:t>f 11415/19329/18705 11414/19330/18706 11413/19331/18707</w:t>
        <w:br/>
        <w:t>f 11409/19325/18701 11411/19327/18703 11416/19332/18708</w:t>
        <w:br/>
        <w:t>f 11414/19330/18706 11415/19329/18705 11417/19333/18709</w:t>
        <w:br/>
        <w:t>f 11416/19332/18708 11407/19323/18699 11409/19325/18701</w:t>
        <w:br/>
        <w:t>f 11418/19334/18710 11417/19333/18709 11415/19329/18705</w:t>
        <w:br/>
        <w:t>f 11407/19323/18699 11416/19332/18708 11419/19335/18711</w:t>
        <w:br/>
        <w:t>f 11417/19333/18709 11418/19334/18710 11420/19336/18712</w:t>
        <w:br/>
        <w:t>f 11407/19323/18699 11419/19335/18711 11421/19337/18713</w:t>
        <w:br/>
        <w:t>f 11422/19338/18714 11420/19336/18712 11418/19334/18710</w:t>
        <w:br/>
        <w:t>f 11423/19339/18715 11421/19337/18713 11419/19335/18711</w:t>
        <w:br/>
        <w:t>f 11420/19336/18712 11422/19338/18714 11424/19340/18716</w:t>
        <w:br/>
        <w:t>f 11421/19337/18713 11425/19341/18717 11406/19322/18698</w:t>
        <w:br/>
        <w:t>f 11421/19337/18713 11423/19339/18715 11425/19341/18717</w:t>
        <w:br/>
        <w:t>f 11425/19341/18717 11426/19342/18718 11406/19322/18698</w:t>
        <w:br/>
        <w:t>f 11426/19342/18718 11408/19324/18700 11406/19322/18698</w:t>
        <w:br/>
        <w:t>f 11427/19343/18719 11426/19342/18718 11425/19341/18717</w:t>
        <w:br/>
        <w:t>f 11425/19341/18717 11423/19339/18715 11427/19343/18719</w:t>
        <w:br/>
        <w:t>f 11426/19342/18718 11428/19344/18720 11408/19324/18700</w:t>
        <w:br/>
        <w:t>f 11426/19342/18718 11427/19343/18719 11428/19344/18720</w:t>
        <w:br/>
        <w:t>f 11429/19345/18721 11380/19296/18672 11408/19324/18700</w:t>
        <w:br/>
        <w:t>f 11429/19345/18721 11408/19324/18700 11428/19344/18720</w:t>
        <w:br/>
        <w:t>f 11380/19296/18672 11429/19345/18721 11375/19291/18667</w:t>
        <w:br/>
        <w:t>f 11429/19345/18721 11358/19274/18650 11375/19291/18667</w:t>
        <w:br/>
        <w:t>f 11358/19274/18650 11429/19345/18721 11430/19346/18722</w:t>
        <w:br/>
        <w:t>f 11428/19344/18720 11430/19346/18722 11429/19345/18721</w:t>
        <w:br/>
        <w:t>f 11430/19346/18722 11359/19275/18651 11358/19274/18650</w:t>
        <w:br/>
        <w:t>f 11431/19347/18723 11430/19346/18722 11428/19344/18720</w:t>
        <w:br/>
        <w:t>f 11430/19346/18722 11432/19348/18724 11359/19275/18651</w:t>
        <w:br/>
        <w:t>f 11432/19348/18724 11433/19349/18725 11359/19275/18651</w:t>
        <w:br/>
        <w:t>f 11434/19350/18726 11430/19346/18722 11431/19347/18723</w:t>
        <w:br/>
        <w:t>f 11430/19346/18722 11434/19350/18726 11432/19348/18724</w:t>
        <w:br/>
        <w:t>f 11428/19344/18720 11435/19351/18727 11431/19347/18723</w:t>
        <w:br/>
        <w:t>f 11431/19347/18723 11435/19351/18727 11434/19350/18726</w:t>
        <w:br/>
        <w:t>f 11435/19351/18727 11428/19344/18720 11427/19343/18719</w:t>
        <w:br/>
        <w:t>f 11436/19352/18728 11433/19349/18725 11432/19348/18724</w:t>
        <w:br/>
        <w:t>f 11436/19352/18728 11353/19269/18645 11433/19349/18725</w:t>
        <w:br/>
        <w:t>f 11353/19269/18645 11436/19352/18728 11355/19271/18647</w:t>
        <w:br/>
        <w:t>f 11432/19348/18724 11437/19353/18729 11436/19352/18728</w:t>
        <w:br/>
        <w:t>f 11437/19353/18729 11355/19271/18647 11436/19352/18728</w:t>
        <w:br/>
        <w:t>f 11437/19353/18729 11432/19348/18724 11434/19350/18726</w:t>
        <w:br/>
        <w:t>f 11355/19271/18647 11437/19353/18729 11352/19268/18644</w:t>
        <w:br/>
        <w:t>f 11438/19354/18730 11437/19353/18729 11434/19350/18726</w:t>
        <w:br/>
        <w:t>f 11435/19351/18727 11438/19354/18730 11434/19350/18726</w:t>
        <w:br/>
        <w:t>f 11439/19355/18731 11352/19268/18644 11437/19353/18729</w:t>
        <w:br/>
        <w:t>f 11437/19353/18729 11438/19354/18730 11439/19355/18731</w:t>
        <w:br/>
        <w:t>f 11435/19351/18727 11440/19356/18732 11438/19354/18730</w:t>
        <w:br/>
        <w:t>f 11440/19356/18732 11439/19355/18731 11438/19354/18730</w:t>
        <w:br/>
        <w:t>f 11440/19356/18732 11435/19351/18727 11441/19357/18733</w:t>
        <w:br/>
        <w:t>f 11427/19343/18719 11441/19357/18733 11435/19351/18727</w:t>
        <w:br/>
        <w:t>f 11440/19356/18732 11442/19358/18734 11439/19355/18731</w:t>
        <w:br/>
        <w:t>f 11440/19356/18732 11441/19357/18733 11443/19359/18735</w:t>
        <w:br/>
        <w:t>f 11442/19358/18734 11444/19360/18736 11439/19355/18731</w:t>
        <w:br/>
        <w:t>f 11352/19268/18644 11439/19355/18731 11444/19360/18736</w:t>
        <w:br/>
        <w:t>f 11442/19358/18734 11445/19361/18737 11444/19360/18736</w:t>
        <w:br/>
        <w:t>f 11349/19265/18641 11352/19268/18644 11444/19360/18736</w:t>
        <w:br/>
        <w:t>f 11445/19361/18737 11349/19265/18641 11444/19360/18736</w:t>
        <w:br/>
        <w:t>f 11349/19265/18641 11445/19361/18737 11351/19267/18643</w:t>
        <w:br/>
        <w:t>f 11445/19361/18737 11446/19362/18738 11351/19267/18643</w:t>
        <w:br/>
        <w:t>f 11441/19357/18733 11427/19343/18719 11447/19363/18739</w:t>
        <w:br/>
        <w:t>f 11447/19363/18739 11427/19343/18719 11423/19339/18715</w:t>
        <w:br/>
        <w:t>f 11447/19363/18739 8841/16757/16120 11441/19357/18733</w:t>
        <w:br/>
        <w:t>f 11441/19357/18733 8841/16757/16120 11443/19359/18735</w:t>
        <w:br/>
        <w:t>f 11423/19339/18715 11448/19364/18740 11447/19363/18739</w:t>
        <w:br/>
        <w:t>f 8841/16757/16120 11447/19363/18739 11448/19364/18740</w:t>
        <w:br/>
        <w:t>f 11443/19359/18735 8841/16757/16120 11449/19365/18741</w:t>
        <w:br/>
        <w:t>f 8841/16757/16120 8824/16740/16103 11449/19365/18741</w:t>
        <w:br/>
        <w:t>f 8838/16754/16117 8841/16757/16120 11448/19364/18740</w:t>
        <w:br/>
        <w:t>f 11449/19365/18741 8824/16740/16103 11450/19366/18742</w:t>
        <w:br/>
        <w:t>f 11451/19367/18743 11443/19359/18735 11449/19365/18741</w:t>
        <w:br/>
        <w:t>f 11450/19366/18742 11451/19367/18743 11449/19365/18741</w:t>
        <w:br/>
        <w:t>f 11443/19359/18735 11451/19367/18743 11452/19368/18744</w:t>
        <w:br/>
        <w:t>f 11450/19366/18742 11453/19369/18745 11451/19367/18743</w:t>
        <w:br/>
        <w:t>f 11453/19369/18745 11452/19368/18744 11451/19367/18743</w:t>
        <w:br/>
        <w:t>f 11452/19368/18744 11453/19369/18745 11446/19362/18738</w:t>
        <w:br/>
        <w:t>f 8815/16731/16094 11453/19369/18745 11450/19366/18742</w:t>
        <w:br/>
        <w:t>f 11454/19370/18746 11446/19362/18738 11453/19369/18745</w:t>
        <w:br/>
        <w:t>f 8815/16731/16094 11454/19370/18746 11453/19369/18745</w:t>
        <w:br/>
        <w:t>f 11351/19267/18643 11446/19362/18738 11454/19370/18746</w:t>
        <w:br/>
        <w:t>f 11454/19370/18746 11347/19263/18639 11351/19267/18643</w:t>
        <w:br/>
        <w:t>f 11454/19370/18746 8815/16731/16094 11455/19371/18747</w:t>
        <w:br/>
        <w:t>f 11455/19371/18747 8815/16731/16094 8812/16728/16091</w:t>
        <w:br/>
        <w:t>f 11455/19371/18747 8812/16728/16091 8761/16677/16040</w:t>
        <w:br/>
        <w:t>f 8761/16677/16040 11454/19370/18746 11455/19371/18747</w:t>
        <w:br/>
        <w:t>f 11347/19263/18639 11454/19370/18746 11456/19372/18748</w:t>
        <w:br/>
        <w:t>f 11454/19370/18746 8761/16677/16040 11456/19372/18748</w:t>
        <w:br/>
        <w:t>f 11335/19251/18627 11347/19263/18639 11456/19372/18748</w:t>
        <w:br/>
        <w:t>f 8758/16674/16037 11456/19372/18748 8761/16677/16040</w:t>
        <w:br/>
        <w:t>f 11457/19373/18749 11335/19251/18627 11456/19372/18748</w:t>
        <w:br/>
        <w:t>f 11456/19372/18748 8758/16674/16037 11457/19373/18749</w:t>
        <w:br/>
        <w:t>f 11457/19373/18749 11458/19374/18750 11335/19251/18627</w:t>
        <w:br/>
        <w:t>f 8755/16671/16034 11457/19373/18749 8758/16674/16037</w:t>
        <w:br/>
        <w:t>f 11458/19374/18750 11457/19373/18749 11459/19375/18751</w:t>
        <w:br/>
        <w:t>f 11457/19373/18749 8755/16671/16034 11459/19375/18751</w:t>
        <w:br/>
        <w:t>f 11459/19375/18751 11460/19376/18752 11458/19374/18750</w:t>
        <w:br/>
        <w:t>f 8755/16671/16034 11461/19377/18753 11459/19375/18751</w:t>
        <w:br/>
        <w:t>f 11460/19376/18752 11459/19375/18751 11461/19377/18753</w:t>
        <w:br/>
        <w:t>f 11461/19377/18753 8755/16671/16034 8757/16673/16036</w:t>
        <w:br/>
        <w:t>f 11462/19378/18754 11461/19377/18753 8757/16673/16036</w:t>
        <w:br/>
        <w:t>f 11461/19377/18753 11462/19378/18754 11463/19379/18755</w:t>
        <w:br/>
        <w:t>f 11464/19380/18756 11460/19376/18752 11461/19377/18753</w:t>
        <w:br/>
        <w:t>f 11463/19379/18755 11464/19380/18756 11461/19377/18753</w:t>
        <w:br/>
        <w:t>f 11465/19381/18757 11344/19260/18636 11343/19259/18635</w:t>
        <w:br/>
        <w:t>f 11466/19382/18758 11464/19380/18756 11463/19379/18755</w:t>
        <w:br/>
        <w:t>f 11344/19260/18636 11464/19380/18756 11467/19383/18759</w:t>
        <w:br/>
        <w:t>f 11464/19380/18756 11466/19382/18758 11467/19383/18759</w:t>
        <w:br/>
        <w:t>f 8840/16756/16119 8838/16754/16117 11468/19384/18760</w:t>
        <w:br/>
        <w:t>f 8840/16756/16119 11468/19384/18760 8850/16766/16129</w:t>
        <w:br/>
        <w:t>f 8838/16754/16117 11448/19364/18740 11468/19384/18760</w:t>
        <w:br/>
        <w:t>f 8850/16766/16129 11468/19384/18760 11469/19385/18761</w:t>
        <w:br/>
        <w:t>f 8850/16766/16129 11469/19385/18761 8857/16773/16136</w:t>
        <w:br/>
        <w:t>f 8857/16773/16136 11469/19385/18761 11470/19386/18762</w:t>
        <w:br/>
        <w:t>f 11469/19385/18761 11471/19387/18763 11470/19386/18762</w:t>
        <w:br/>
        <w:t>f 11468/19384/18760 11448/19364/18740 11472/19388/18764</w:t>
        <w:br/>
        <w:t>f 11423/19339/18715 11472/19388/18764 11448/19364/18740</w:t>
        <w:br/>
        <w:t>f 11468/19384/18760 11473/19389/18765 11469/19385/18761</w:t>
        <w:br/>
        <w:t>f 11473/19389/18765 11468/19384/18760 11472/19388/18764</w:t>
        <w:br/>
        <w:t>f 11474/19390/18766 11471/19387/18763 11469/19385/18761</w:t>
        <w:br/>
        <w:t>f 11469/19385/18761 11473/19389/18765 11474/19390/18766</w:t>
        <w:br/>
        <w:t>f 11474/19390/18766 11475/19391/18767 11471/19387/18763</w:t>
        <w:br/>
        <w:t>f 11476/19392/18768 11472/19388/18764 11423/19339/18715</w:t>
        <w:br/>
        <w:t>f 11472/19388/18764 11476/19392/18768 11473/19389/18765</w:t>
        <w:br/>
        <w:t>f 11479/19393/18769 11478/19394/18769 11477/19395/18770</w:t>
        <w:br/>
        <w:t>f 11477/19395/18770 11480/19396/18771 11476/19392/18768</w:t>
        <w:br/>
        <w:t>f 11476/19392/18768 11481/19397/18772 11473/19389/18765</w:t>
        <w:br/>
        <w:t>f 11481/19397/18772 11476/19392/18768 11480/19396/18771</w:t>
        <w:br/>
        <w:t>f 11474/19390/18766 11473/19389/18765 11481/19397/18772</w:t>
        <w:br/>
        <w:t>f 11480/19396/18771 11482/19398/18773 11481/19397/18772</w:t>
        <w:br/>
        <w:t>f 11483/19399/18774 11474/19390/18766 11481/19397/18772</w:t>
        <w:br/>
        <w:t>f 11483/19399/18774 11481/19397/18772 11482/19398/18773</w:t>
        <w:br/>
        <w:t>f 11483/19399/18774 11475/19391/18767 11474/19390/18766</w:t>
        <w:br/>
        <w:t>f 11482/19398/18773 11484/19400/18775 11483/19399/18774</w:t>
        <w:br/>
        <w:t>f 11475/19391/18767 11483/19399/18774 11485/19401/18776</w:t>
        <w:br/>
        <w:t>f 11486/19402/18777 11483/19399/18774 11484/19400/18775</w:t>
        <w:br/>
        <w:t>f 11483/19399/18774 11486/19402/18777 11485/19401/18776</w:t>
        <w:br/>
        <w:t>f 11489/19403/18778 11488/19404/18779 11487/19405/18778</w:t>
        <w:br/>
        <w:t>f 11492/19406/18780 11491/19407/18781 11490/19408/18782</w:t>
        <w:br/>
        <w:t>f 11490/19408/18782 11493/19409/18783 11492/19406/18780</w:t>
        <w:br/>
        <w:t>f 11493/19409/18783 11490/19408/18782 11494/19410/18784</w:t>
        <w:br/>
        <w:t>f 11494/19410/18784 11495/19411/18785 11493/19409/18783</w:t>
        <w:br/>
        <w:t>f 11490/19408/18782 11491/19407/18781 11496/19412/18786</w:t>
        <w:br/>
        <w:t>f 11494/19410/18784 11497/19413/18787 11495/19411/18785</w:t>
        <w:br/>
        <w:t>f 11498/19414/18788 11495/19411/18785 11497/19413/18787</w:t>
        <w:br/>
        <w:t>f 11490/19408/18782 11499/19415/18789 11494/19410/18784</w:t>
        <w:br/>
        <w:t>f 11499/19415/18789 11497/19413/18787 11494/19410/18784</w:t>
        <w:br/>
        <w:t>f 11490/19408/18782 11496/19412/18786 11499/19415/18789</w:t>
        <w:br/>
        <w:t>f 11497/19413/18787 11500/19416/18790 11498/19414/18788</w:t>
        <w:br/>
        <w:t>f 11501/19417/18791 11498/19414/18788 11500/19416/18790</w:t>
        <w:br/>
        <w:t>f 11504/19418/18792 11503/19419/18793 11502/19420/18794</w:t>
        <w:br/>
        <w:t>f 11505/19421/18795 11504/19418/18792 11497/19413/18787</w:t>
        <w:br/>
        <w:t>f 11503/19419/18793 11504/19418/18792 11505/19421/18795</w:t>
        <w:br/>
        <w:t>f 11505/19421/18795 11497/19413/18787 11499/19415/18789</w:t>
        <w:br/>
        <w:t>f 11505/19421/18795 11506/19422/18796 11503/19419/18793</w:t>
        <w:br/>
        <w:t>f 11506/19422/18796 11505/19421/18795 11507/19423/18797</w:t>
        <w:br/>
        <w:t>f 11499/19415/18789 11507/19423/18797 11505/19421/18795</w:t>
        <w:br/>
        <w:t>f 11507/19423/18797 11508/19424/18798 11506/19422/18796</w:t>
        <w:br/>
        <w:t>f 11509/19425/18799 11507/19423/18797 11499/19415/18789</w:t>
        <w:br/>
        <w:t>f 11496/19412/18786 11509/19425/18799 11499/19415/18789</w:t>
        <w:br/>
        <w:t>f 11508/19424/18798 11507/19423/18797 11510/19426/18800</w:t>
        <w:br/>
        <w:t>f 11509/19425/18799 11510/19426/18800 11507/19423/18797</w:t>
        <w:br/>
        <w:t>f 11510/19426/18800 11511/19427/18801 11508/19424/18798</w:t>
        <w:br/>
        <w:t>f 11509/19425/18799 11496/19412/18786 11512/19428/18802</w:t>
        <w:br/>
        <w:t>f 11511/19427/18801 11510/19426/18800 11513/19429/18803</w:t>
        <w:br/>
        <w:t>f 11510/19426/18800 11509/19425/18799 11514/19430/18804</w:t>
        <w:br/>
        <w:t>f 11514/19430/18804 11513/19429/18803 11510/19426/18800</w:t>
        <w:br/>
        <w:t>f 11515/19431/18805 11509/19425/18799 11512/19428/18802</w:t>
        <w:br/>
        <w:t>f 11509/19425/18799 11515/19431/18805 11514/19430/18804</w:t>
        <w:br/>
        <w:t>f 11516/19432/18806 11512/19428/18802 11496/19412/18786</w:t>
        <w:br/>
        <w:t>f 11516/19432/18806 11515/19431/18805 11512/19428/18802</w:t>
        <w:br/>
        <w:t>f 11516/19432/18806 11496/19412/18786 11491/19407/18781</w:t>
        <w:br/>
        <w:t>f 11516/19432/18806 11488/19404/18779 11517/19433/18807</w:t>
        <w:br/>
        <w:t>f 11517/19433/18807 11518/19434/18808 11516/19432/18806</w:t>
        <w:br/>
        <w:t>f 11519/19435/18809 11516/19432/18806 11518/19434/18808</w:t>
        <w:br/>
        <w:t>f 11516/19432/18806 11519/19435/18809 11520/19436/18810</w:t>
        <w:br/>
        <w:t>f 11515/19431/18805 11516/19432/18806 11520/19436/18810</w:t>
        <w:br/>
        <w:t>f 11519/19435/18809 11521/19437/18811 11520/19436/18810</w:t>
        <w:br/>
        <w:t>f 11521/19437/18811 11519/19435/18809 11522/19438/18812</w:t>
        <w:br/>
        <w:t>f 11522/19438/18812 11523/19439/18813 11521/19437/18811</w:t>
        <w:br/>
        <w:t>f 11520/19436/18810 11524/19440/18814 11515/19431/18805</w:t>
        <w:br/>
        <w:t>f 11524/19440/18814 11520/19436/18810 11521/19437/18811</w:t>
        <w:br/>
        <w:t>f 11515/19431/18805 11525/19441/18815 11514/19430/18804</w:t>
        <w:br/>
        <w:t>f 11525/19441/18815 11515/19431/18805 11524/19440/18814</w:t>
        <w:br/>
        <w:t>f 11513/19429/18803 11514/19430/18804 11525/19441/18815</w:t>
        <w:br/>
        <w:t>f 11526/19442/18816 11524/19440/18814 11521/19437/18811</w:t>
        <w:br/>
        <w:t>f 11523/19439/18813 11526/19442/18816 11521/19437/18811</w:t>
        <w:br/>
        <w:t>f 11527/19443/18817 11525/19441/18815 11524/19440/18814</w:t>
        <w:br/>
        <w:t>f 11524/19440/18814 11526/19442/18816 11527/19443/18817</w:t>
        <w:br/>
        <w:t>f 11528/19444/18818 11513/19429/18803 11525/19441/18815</w:t>
        <w:br/>
        <w:t>f 11525/19441/18815 11527/19443/18817 11528/19444/18818</w:t>
        <w:br/>
        <w:t>f 11513/19429/18803 11528/19444/18818 11529/19445/18819</w:t>
        <w:br/>
        <w:t>f 11513/19429/18803 11529/19445/18819 11511/19427/18801</w:t>
        <w:br/>
        <w:t>f 11511/19427/18801 11529/19445/18819 11530/19446/18820</w:t>
        <w:br/>
        <w:t>f 11527/19443/18817 11531/19447/18821 11528/19444/18818</w:t>
        <w:br/>
        <w:t>f 11531/19447/18821 11529/19445/18819 11528/19444/18818</w:t>
        <w:br/>
        <w:t>f 11532/19448/18822 11530/19446/18820 11529/19445/18819</w:t>
        <w:br/>
        <w:t>f 11529/19445/18819 11531/19447/18821 11532/19448/18822</w:t>
        <w:br/>
        <w:t>f 11530/19446/18820 11532/19448/18822 11533/19449/18823</w:t>
        <w:br/>
        <w:t>f 11534/19450/18824 11531/19447/18821 11527/19443/18817</w:t>
        <w:br/>
        <w:t>f 11526/19442/18816 11534/19450/18824 11527/19443/18817</w:t>
        <w:br/>
        <w:t>f 11535/19451/18825 11533/19449/18823 11532/19448/18822</w:t>
        <w:br/>
        <w:t>f 11533/19449/18823 11535/19451/18825 11536/19452/18826</w:t>
        <w:br/>
        <w:t>f 11537/19453/18827 11532/19448/18822 11531/19447/18821</w:t>
        <w:br/>
        <w:t>f 11532/19448/18822 11537/19453/18827 11535/19451/18825</w:t>
        <w:br/>
        <w:t>f 11538/19454/18828 11536/19452/18826 11535/19451/18825</w:t>
        <w:br/>
        <w:t>f 11539/19455/18829 11536/19452/18826 11538/19454/18828</w:t>
        <w:br/>
        <w:t>f 11542/19456/18830 11541/19457/18831 11540/19458/18832</w:t>
        <w:br/>
        <w:t>f 11535/19451/18825 11543/19459/18833 11538/19454/18828</w:t>
        <w:br/>
        <w:t>f 11541/19457/18831 11542/19456/18830 11544/19460/18834</w:t>
        <w:br/>
        <w:t>f 11543/19459/18833 11535/19451/18825 11537/19453/18827</w:t>
        <w:br/>
        <w:t>f 11545/19461/18835 11541/19457/18831 11544/19460/18834</w:t>
        <w:br/>
        <w:t>f 11543/19459/18833 11537/19453/18827 11546/19462/18836</w:t>
        <w:br/>
        <w:t>f 11541/19457/18831 11545/19461/18835 11547/19463/18837</w:t>
        <w:br/>
        <w:t>f 11547/19463/18837 11545/19461/18835 11548/19464/18838</w:t>
        <w:br/>
        <w:t>f 11531/19447/18821 11549/19465/18839 11537/19453/18827</w:t>
        <w:br/>
        <w:t>f 11549/19465/18839 11531/19447/18821 11534/19450/18824</w:t>
        <w:br/>
        <w:t>f 11537/19453/18827 11550/19466/18840 11546/19462/18836</w:t>
        <w:br/>
        <w:t>f 11537/19453/18827 11549/19465/18839 11550/19466/18840</w:t>
        <w:br/>
        <w:t>f 11545/19461/18835 11551/19467/18841 11548/19464/18838</w:t>
        <w:br/>
        <w:t>f 11551/19467/18841 11545/19461/18835 11550/19466/18840</w:t>
        <w:br/>
        <w:t>f 11548/19464/18838 11551/19467/18841 11552/19468/18842</w:t>
        <w:br/>
        <w:t>f 11551/19467/18841 11553/19469/18843 11552/19468/18842</w:t>
        <w:br/>
        <w:t>f 11553/19469/18843 11551/19467/18841 11554/19470/18844</w:t>
        <w:br/>
        <w:t>f 11550/19466/18840 11554/19470/18844 11551/19467/18841</w:t>
        <w:br/>
        <w:t>f 11555/19471/18845 11550/19466/18840 11549/19465/18839</w:t>
        <w:br/>
        <w:t>f 11554/19470/18844 11550/19466/18840 11555/19471/18845</w:t>
        <w:br/>
        <w:t>f 11534/19450/18824 11555/19471/18845 11549/19465/18839</w:t>
        <w:br/>
        <w:t>f 11555/19471/18845 11556/19472/18846 11554/19470/18844</w:t>
        <w:br/>
        <w:t>f 11555/19471/18845 11534/19450/18824 11557/19473/18847</w:t>
        <w:br/>
        <w:t>f 11556/19472/18846 11555/19471/18845 11557/19473/18847</w:t>
        <w:br/>
        <w:t>f 11534/19450/18824 11526/19442/18816 11557/19473/18847</w:t>
        <w:br/>
        <w:t>f 11557/19473/18847 11558/19474/18848 11556/19472/18846</w:t>
        <w:br/>
        <w:t>f 11523/19439/18813 11557/19473/18847 11526/19442/18816</w:t>
        <w:br/>
        <w:t>f 11558/19474/18848 11557/19473/18847 11523/19439/18813</w:t>
        <w:br/>
        <w:t>f 11561/19475/18849 11560/19476/18850 11559/19477/18851</w:t>
        <w:br/>
        <w:t>f 11560/19476/18850 11561/19475/18849 11562/19478/18852</w:t>
        <w:br/>
        <w:t>f 11565/19479/18853 11564/19480/18854 11563/19481/18855</w:t>
        <w:br/>
        <w:t>f 11564/19480/18854 11565/19479/18853 11566/19482/18856</w:t>
        <w:br/>
        <w:t>f 11562/19478/18852 11567/19483/18857 11560/19476/18850</w:t>
        <w:br/>
        <w:t>f 11568/19484/18858 11564/19480/18854 11566/19482/18856</w:t>
        <w:br/>
        <w:t>f 11567/19483/18857 11562/19478/18852 11569/19485/18859</w:t>
        <w:br/>
        <w:t>f 11567/19483/18857 11570/19486/18860 11560/19476/18850</w:t>
        <w:br/>
        <w:t>f 11569/19485/18859 11571/19487/18861 11567/19483/18857</w:t>
        <w:br/>
        <w:t>f 11570/19486/18860 11572/19488/18862 11560/19476/18850</w:t>
        <w:br/>
        <w:t>f 11566/19482/18856 11573/19489/18863 11568/19484/18858</w:t>
        <w:br/>
        <w:t>f 11569/19485/18859 11574/19490/18864 11571/19487/18861</w:t>
        <w:br/>
        <w:t>f 11566/19482/18856 11575/19491/18865 11573/19489/18863</w:t>
        <w:br/>
        <w:t>f 11576/19492/18866 11571/19487/18861 11574/19490/18864</w:t>
        <w:br/>
        <w:t>f 11577/19493/18867 11573/19489/18863 11575/19491/18865</w:t>
        <w:br/>
        <w:t>f 11571/19487/18861 11576/19492/18866 11578/19494/18868</w:t>
        <w:br/>
        <w:t>f 11575/19491/18865 11579/19495/18869 11577/19493/18867</w:t>
        <w:br/>
        <w:t>f 11576/19492/18866 11580/19496/18870 11578/19494/18868</w:t>
        <w:br/>
        <w:t>f 11579/19495/18869 11581/19497/18871 11577/19493/18867</w:t>
        <w:br/>
        <w:t>f 11580/19496/18870 11576/19492/18866 11582/19498/18872</w:t>
        <w:br/>
        <w:t>f 11581/19497/18871 11579/19495/18869 11583/19499/18873</w:t>
        <w:br/>
        <w:t>f 11582/19498/18872 11584/19500/18874 11580/19496/18870</w:t>
        <w:br/>
        <w:t>f 11585/19501/18875 11581/19497/18871 11583/19499/18873</w:t>
        <w:br/>
        <w:t>f 11584/19500/18874 11582/19498/18872 11586/19502/18876</w:t>
        <w:br/>
        <w:t>f 11581/19497/18871 11585/19501/18875 11587/19503/18877</w:t>
        <w:br/>
        <w:t>f 11570/19486/18860 11584/19500/18874 11586/19502/18876</w:t>
        <w:br/>
        <w:t>f 11588/19504/18878 11587/19503/18877 11585/19501/18875</w:t>
        <w:br/>
        <w:t>f 11570/19486/18860 11586/19502/18876 11589/19505/18879</w:t>
        <w:br/>
        <w:t>f 11587/19503/18877 11588/19504/18878 11590/19506/18880</w:t>
        <w:br/>
        <w:t>f 11589/19505/18879 11572/19488/18862 11570/19486/18860</w:t>
        <w:br/>
        <w:t>f 11588/19504/18878 11591/19507/18881 11590/19506/18880</w:t>
        <w:br/>
        <w:t>f 11572/19488/18862 11589/19505/18879 11592/19508/18882</w:t>
        <w:br/>
        <w:t>f 11593/19509/18883 11591/19507/18881 11588/19504/18878</w:t>
        <w:br/>
        <w:t>f 11592/19508/18882 11594/19510/18884 11572/19488/18862</w:t>
        <w:br/>
        <w:t>f 11591/19507/18881 11593/19509/18883 11595/19511/18885</w:t>
        <w:br/>
        <w:t>f 11594/19510/18884 11592/19508/18882 11596/19512/18886</w:t>
        <w:br/>
        <w:t>f 11599/19513/18887 11598/19514/18888 11597/19515/18889</w:t>
        <w:br/>
        <w:t>f 11598/19514/18888 11599/19513/18887 11600/19516/18890</w:t>
        <w:br/>
        <w:t>f 11603/19517/18891 11602/19518/18892 11601/19519/18893</w:t>
        <w:br/>
        <w:t>f 11604/19520/18894 11602/19518/18892 11603/19517/18891</w:t>
        <w:br/>
        <w:t>f 11600/19516/18890 11605/19521/18895 11598/19514/18888</w:t>
        <w:br/>
        <w:t>f 11598/19514/18888 11605/19521/18895 11606/19522/18896</w:t>
        <w:br/>
        <w:t>f 11607/19523/18897 11606/19522/18896 11605/19521/18895</w:t>
        <w:br/>
        <w:t>f 11602/19518/18892 11608/19524/18898 11601/19519/18893</w:t>
        <w:br/>
        <w:t>f 11601/19519/18893 11608/19524/18898 11609/19525/18899</w:t>
        <w:br/>
        <w:t>f 11612/19526/18900 11611/19527/18901 11610/19528/18902</w:t>
        <w:br/>
        <w:t>f 11610/19528/18902 11613/19529/18903 11612/19526/18900</w:t>
        <w:br/>
        <w:t>f 11614/19530/18904 11610/19528/18902 11611/19527/18901</w:t>
        <w:br/>
        <w:t>f 11617/19531/18905 11616/19532/18906 11615/19533/18907</w:t>
        <w:br/>
        <w:t>f 11616/19532/18906 11617/19531/18905 11618/19534/18908</w:t>
        <w:br/>
        <w:t>f 11618/19534/18908 11619/19535/18909 11616/19532/18906</w:t>
        <w:br/>
        <w:t>f 11613/19529/18903 11610/19528/18902 11620/19536/18910</w:t>
        <w:br/>
        <w:t>f 11619/19535/18909 11618/19534/18908 11621/19537/18911</w:t>
        <w:br/>
        <w:t>f 11621/19537/18911 11622/19538/18912 11619/19535/18909</w:t>
        <w:br/>
        <w:t>f 11622/19538/18912 11623/19539/18913 11619/19535/18909</w:t>
        <w:br/>
        <w:t>f 11620/19536/18910 11624/19540/18914 11613/19529/18903</w:t>
        <w:br/>
        <w:t>f 11622/19538/18912 11625/19541/18915 11623/19539/18913</w:t>
        <w:br/>
        <w:t>f 11623/19539/18913 11625/19541/18915 11626/19542/18916</w:t>
        <w:br/>
        <w:t>f 11628/19543/18917 11624/19540/18914 11627/19544/18918</w:t>
        <w:br/>
        <w:t>f 11624/19540/18914 11628/19543/18917 11629/19545/18919</w:t>
        <w:br/>
        <w:t>f 11613/19529/18903 11624/19540/18914 11629/19545/18919</w:t>
        <w:br/>
        <w:t>f 11632/19546/18920 11631/19547/18921 11630/19548/18922</w:t>
        <w:br/>
        <w:t>f 11608/19524/18898 11631/19547/18921 11633/19549/18923</w:t>
        <w:br/>
        <w:t>f 11631/19547/18921 11632/19546/18920 11633/19549/18923</w:t>
        <w:br/>
        <w:t>f 11633/19549/18923 11609/19525/18899 11608/19524/18898</w:t>
        <w:br/>
        <w:t>f 11605/19521/18895 11634/19550/18924 11607/19523/18897</w:t>
        <w:br/>
        <w:t>f 11635/19551/18925 11607/19523/18897 11634/19550/18924</w:t>
        <w:br/>
        <w:t>f 11607/19523/18897 11635/19551/18925 11636/19552/18926</w:t>
        <w:br/>
        <w:t>f 11639/19553/18927 11638/19554/18928 11637/19555/18929</w:t>
        <w:br/>
        <w:t>f 11640/19556/18930 11639/19553/18927 11637/19555/18929</w:t>
        <w:br/>
        <w:t>f 11643/19557/18931 11642/19558/18932 11641/19559/18933</w:t>
        <w:br/>
        <w:t>f 11642/19558/18932 11643/19557/18931 11644/19560/18934</w:t>
        <w:br/>
        <w:t>f 11637/19555/18929 11645/19561/18935 11640/19556/18930</w:t>
        <w:br/>
        <w:t>f 11645/19561/18935 11637/19555/18929 11646/19562/18936</w:t>
        <w:br/>
        <w:t>f 11641/19559/18933 11647/19563/18937 11643/19557/18931</w:t>
        <w:br/>
        <w:t>f 11647/19563/18937 11641/19559/18933 11648/19564/18938</w:t>
        <w:br/>
        <w:t>f 11651/19565/18939 11650/19566/18940 11649/19567/18941</w:t>
        <w:br/>
        <w:t>f 11649/19567/18941 11652/19568/18942 11651/19565/18939</w:t>
        <w:br/>
        <w:t>f 11650/19566/18940 11651/19565/18939 11653/19569/18943</w:t>
        <w:br/>
        <w:t>f 11656/19570/18944 11655/19571/18945 11654/19572/18946</w:t>
        <w:br/>
        <w:t>f 11655/19571/18945 11656/19570/18944 11657/19573/18947</w:t>
        <w:br/>
        <w:t>f 11657/19573/18947 11656/19570/18944 11658/19574/18948</w:t>
        <w:br/>
        <w:t>f 11651/19565/18939 11652/19568/18942 11659/19575/18949</w:t>
        <w:br/>
        <w:t>f 11660/19576/18950 11657/19573/18947 11658/19574/18948</w:t>
        <w:br/>
        <w:t>f 11661/19577/18951 11659/19575/18949 11652/19568/18942</w:t>
        <w:br/>
        <w:t>f 11648/19564/18938 11662/19578/18952 11647/19563/18937</w:t>
        <w:br/>
        <w:t>f 11660/19576/18950 11658/19574/18948 11663/19579/18953</w:t>
        <w:br/>
        <w:t>f 11659/19575/18949 11661/19577/18951 11664/19580/18954</w:t>
        <w:br/>
        <w:t>f 11665/19581/18955 11660/19576/18950 11663/19579/18953</w:t>
        <w:br/>
        <w:t>f 11662/19578/18952 11648/19564/18938 11666/19582/18956</w:t>
        <w:br/>
        <w:t>f 11646/19562/18936 11667/19583/18957 11645/19561/18935</w:t>
        <w:br/>
        <w:t>f 11667/19583/18957 11646/19562/18936 11668/19584/18958</w:t>
        <w:br/>
        <w:t>f 11669/19585/18959 11664/19580/18954 11661/19577/18951</w:t>
        <w:br/>
        <w:t>f 11666/19582/18956 11670/19586/18960 11662/19578/18952</w:t>
        <w:br/>
        <w:t>f 11665/19581/18955 11663/19579/18953 11671/19587/18961</w:t>
        <w:br/>
        <w:t>f 11664/19580/18954 11669/19585/18959 11672/19588/18962</w:t>
        <w:br/>
        <w:t>f 11673/19589/18963 11665/19581/18955 11671/19587/18961</w:t>
        <w:br/>
        <w:t>f 11668/19584/18958 11674/19590/18964 11667/19583/18957</w:t>
        <w:br/>
        <w:t>f 11670/19586/18960 11666/19582/18956 11675/19591/18965</w:t>
        <w:br/>
        <w:t>f 11674/19590/18964 11668/19584/18958 11676/19592/18966</w:t>
        <w:br/>
        <w:t>f 11677/19593/18967 11672/19588/18962 11669/19585/18959</w:t>
        <w:br/>
        <w:t>f 11675/19591/18965 11678/19594/18968 11670/19586/18960</w:t>
        <w:br/>
        <w:t>f 11671/19587/18961 11679/19595/18969 11673/19589/18963</w:t>
        <w:br/>
        <w:t>f 11672/19588/18962 11677/19593/18967 11680/19596/18970</w:t>
        <w:br/>
        <w:t>f 11681/19597/18971 11673/19589/18963 11679/19595/18969</w:t>
        <w:br/>
        <w:t>f 11676/19592/18966 11682/19598/18972 11674/19590/18964</w:t>
        <w:br/>
        <w:t>f 11678/19594/18968 11675/19591/18965 11683/19599/18973</w:t>
        <w:br/>
        <w:t>f 11682/19598/18972 11676/19592/18966 11684/19600/18974</w:t>
        <w:br/>
        <w:t>f 11681/19597/18971 11679/19595/18969 11685/19601/18975</w:t>
        <w:br/>
        <w:t>f 11686/19602/18976 11681/19597/18971 11685/19601/18975</w:t>
        <w:br/>
        <w:t>f 11687/19603/18977 11686/19602/18976 11685/19601/18975</w:t>
        <w:br/>
        <w:t>f 11688/19604/18978 11680/19596/18970 11677/19593/18967</w:t>
        <w:br/>
        <w:t>f 11680/19596/18970 11688/19604/18978 11689/19605/18979</w:t>
        <w:br/>
        <w:t>f 11683/19599/18973 11690/19606/18980 11678/19594/18968</w:t>
        <w:br/>
        <w:t>f 11685/19601/18975 11691/19607/18981 11687/19603/18977</w:t>
        <w:br/>
        <w:t>f 11688/19604/18978 11692/19608/18982 11689/19605/18979</w:t>
        <w:br/>
        <w:t>f 11687/19603/18977 11691/19607/18981 11693/19609/18983</w:t>
        <w:br/>
        <w:t>f 11691/19607/18981 11694/19610/18984 11693/19609/18983</w:t>
        <w:br/>
        <w:t>f 11696/19611/18985 11695/19612/18986 11692/19608/18982</w:t>
        <w:br/>
        <w:t>f 11696/19611/18985 11692/19608/18982 11688/19604/18978</w:t>
        <w:br/>
        <w:t>f 11695/19612/18986 11696/19611/18985 11697/19613/18987</w:t>
        <w:br/>
        <w:t>f 11700/19614/18988 11699/19615/18989 11698/19616/18990</w:t>
        <w:br/>
        <w:t>f 11699/19615/18989 11700/19614/18988 11701/19617/18991</w:t>
        <w:br/>
        <w:t>f 11700/19614/18988 11690/19606/18980 11701/19617/18991</w:t>
        <w:br/>
        <w:t>f 11704/19618/18992 11703/19619/18993 11702/19620/18994</w:t>
        <w:br/>
        <w:t>f 11702/19620/18994 11705/19621/18995 11704/19618/18992</w:t>
        <w:br/>
        <w:t>f 11706/19622/18996 11701/19617/18991 11690/19606/18980</w:t>
        <w:br/>
        <w:t>f 11707/19623/18997 11705/19621/18995 11702/19620/18994</w:t>
        <w:br/>
        <w:t>f 11690/19606/18980 11683/19599/18973 11706/19622/18996</w:t>
        <w:br/>
        <w:t>f 11684/19600/18974 11707/19623/18997 11682/19598/18972</w:t>
        <w:br/>
        <w:t>f 11707/19623/18997 11708/19624/18998 11705/19621/18995</w:t>
        <w:br/>
        <w:t>f 11707/19623/18997 11684/19600/18974 11708/19624/18998</w:t>
        <w:br/>
        <w:t>f 11711/19625/18999 11710/19626/19000 11709/19627/19001</w:t>
        <w:br/>
        <w:t>f 11712/19628/19002 11711/19625/18999 11709/19627/19001</w:t>
        <w:br/>
        <w:t>f 11712/19628/19002 11709/19627/19001 11713/19629/19003</w:t>
        <w:br/>
        <w:t>f 11714/19630/19004 11712/19628/19002 11713/19629/19003</w:t>
        <w:br/>
        <w:t>f 11714/19630/19004 11713/19629/19003 11715/19631/19005</w:t>
        <w:br/>
        <w:t>f 11718/19632/19006 11717/19633/19007 11716/19634/19008</w:t>
        <w:br/>
        <w:t>f 11719/19635/19009 11714/19630/19004 11715/19631/19005</w:t>
        <w:br/>
        <w:t>f 11715/19631/19005 11720/19636/19010 11719/19635/19009</w:t>
        <w:br/>
        <w:t>f 11722/19637/19011 11721/19638/19012 11718/19632/19006</w:t>
        <w:br/>
        <w:t>f 11717/19633/19007 11718/19632/19006 11721/19638/19012</w:t>
        <w:br/>
        <w:t>f 11723/19639/19013 11719/19635/19009 11720/19636/19010</w:t>
        <w:br/>
        <w:t>f 11720/19636/19010 11724/19640/19014 11723/19639/19013</w:t>
        <w:br/>
        <w:t>f 11722/19637/19011 11726/19641/19015 11725/19642/19016</w:t>
        <w:br/>
        <w:t>f 11727/19643/19017 11723/19639/19013 11724/19640/19014</w:t>
        <w:br/>
        <w:t>f 11724/19640/19014 11728/19644/19018 11727/19643/19017</w:t>
        <w:br/>
        <w:t>f 11726/19641/19015 11730/19645/19019 11729/19646/19020</w:t>
        <w:br/>
        <w:t>f 11731/19647/19021 11729/19646/19020 11730/19645/19019</w:t>
        <w:br/>
        <w:t>f 11726/19641/19015 11729/19646/19020 11725/19642/19016</w:t>
        <w:br/>
        <w:t>f 11728/19644/19018 11732/19648/19022 11727/19643/19017</w:t>
        <w:br/>
        <w:t>f 11732/19648/19022 11728/19644/19018 11733/19649/19023</w:t>
        <w:br/>
        <w:t>f 11734/19650/19024 11732/19648/19022 11733/19649/19023</w:t>
        <w:br/>
        <w:t>f 11729/19646/19020 11731/19647/19021 11735/19651/19025</w:t>
        <w:br/>
        <w:t>f 11736/19652/19026 11735/19651/19025 11731/19647/19021</w:t>
        <w:br/>
        <w:t>f 11732/19648/19022 11734/19650/19024 11737/19653/19027</w:t>
        <w:br/>
        <w:t>f 11735/19651/19025 11736/19652/19026 11738/19654/19028</w:t>
        <w:br/>
        <w:t>f 11739/19655/19029 11738/19654/19028 11736/19652/19026</w:t>
        <w:br/>
        <w:t>f 11740/19656/19030 11737/19653/19027 11734/19650/19024</w:t>
        <w:br/>
        <w:t>f 11734/19650/19024 11741/19657/19031 11740/19656/19030</w:t>
        <w:br/>
        <w:t>f 11738/19654/19028 11739/19655/19029 11742/19658/19032</w:t>
        <w:br/>
        <w:t>f 11743/19659/19033 11742/19658/19032 11739/19655/19029</w:t>
        <w:br/>
        <w:t>f 11741/19657/19031 11744/19660/19034 11740/19656/19030</w:t>
        <w:br/>
        <w:t>f 11744/19660/19034 11741/19657/19031 11745/19661/19035</w:t>
        <w:br/>
        <w:t>f 11746/19662/19036 11744/19660/19034 11745/19661/19035</w:t>
        <w:br/>
        <w:t>f 11742/19658/19032 11743/19659/19033 11747/19663/19037</w:t>
        <w:br/>
        <w:t>f 11748/19664/19038 11747/19663/19037 11743/19659/19033</w:t>
        <w:br/>
        <w:t>f 11744/19660/19034 11746/19662/19036 11749/19665/19039</w:t>
        <w:br/>
        <w:t>f 11750/19666/19040 11749/19665/19039 11746/19662/19036</w:t>
        <w:br/>
        <w:t>f 11749/19665/19039 11750/19666/19040 11751/19667/19041</w:t>
        <w:br/>
        <w:t>f 11753/19668/19042 11752/19669/19043 11748/19664/19038</w:t>
        <w:br/>
        <w:t>f 11747/19663/19037 11748/19664/19038 11752/19669/19043</w:t>
        <w:br/>
        <w:t>f 11755/19670/19044 11754/19671/19045 11753/19668/19042</w:t>
        <w:br/>
        <w:t>f 11752/19669/19043 11753/19668/19042 11754/19671/19045</w:t>
        <w:br/>
        <w:t>f 11754/19671/19045 11755/19670/19044 11756/19672/19046</w:t>
        <w:br/>
        <w:t>f 11759/19673/19047 11758/19674/19048 11757/19675/19049</w:t>
        <w:br/>
        <w:t>f 11759/19673/19047 11757/19675/19049 11760/19676/19050</w:t>
        <w:br/>
        <w:t>f 11760/19676/19050 11761/19677/19051 11759/19673/19047</w:t>
        <w:br/>
        <w:t>f 11764/19678/19052 11763/19679/19053 11762/19680/19054</w:t>
        <w:br/>
        <w:t>f 11764/19678/19052 11762/19680/19054 11765/19681/19055</w:t>
        <w:br/>
        <w:t>f 11765/19681/19055 11766/19682/19056 11764/19678/19052</w:t>
        <w:br/>
        <w:t>f 11761/19677/19051 11760/19676/19050 11767/19683/19057</w:t>
        <w:br/>
        <w:t>f 11766/19682/19056 11765/19681/19055 11768/19684/19058</w:t>
        <w:br/>
        <w:t>f 11769/19685/19059 11761/19677/19051 11767/19683/19057</w:t>
        <w:br/>
        <w:t>f 11768/19684/19058 11770/19686/19060 11766/19682/19056</w:t>
        <w:br/>
        <w:t>f 11761/19677/19051 11769/19685/19059 11771/19687/19061</w:t>
        <w:br/>
        <w:t>f 11770/19686/19060 11768/19684/19058 11772/19688/19062</w:t>
        <w:br/>
        <w:t>f 11769/19685/19059 11773/19689/19063 11771/19687/19061</w:t>
        <w:br/>
        <w:t>f 11772/19688/19062 11774/19690/19064 11770/19686/19060</w:t>
        <w:br/>
        <w:t>f 11771/19687/19061 11773/19689/19063 11775/19691/19065</w:t>
        <w:br/>
        <w:t>f 11774/19690/19064 11772/19688/19062 11776/19692/19066</w:t>
        <w:br/>
        <w:t>f 11773/19689/19063 11777/19693/19067 11775/19691/19065</w:t>
        <w:br/>
        <w:t>f 11776/19692/19066 11778/19694/19068 11774/19690/19064</w:t>
        <w:br/>
        <w:t>f 11777/19693/19067 11773/19689/19063 11779/19695/19069</w:t>
        <w:br/>
        <w:t>f 11778/19694/19068 11776/19692/19066 11780/19696/19070</w:t>
        <w:br/>
        <w:t>f 11781/19697/19071 11777/19693/19067 11779/19695/19069</w:t>
        <w:br/>
        <w:t>f 11780/19696/19070 11782/19698/19072 11778/19694/19068</w:t>
        <w:br/>
        <w:t>f 11777/19693/19067 11781/19697/19071 11783/19699/19073</w:t>
        <w:br/>
        <w:t>f 11782/19698/19072 11780/19696/19070 11784/19700/19074</w:t>
        <w:br/>
        <w:t>f 11785/19701/19075 11783/19699/19073 11781/19697/19071</w:t>
        <w:br/>
        <w:t>f 11784/19700/19074 11786/19702/19076 11782/19698/19072</w:t>
        <w:br/>
        <w:t>f 11786/19702/19076 11784/19700/19074 11787/19703/19077</w:t>
        <w:br/>
        <w:t>f 11783/19699/19073 11785/19701/19075 11788/19704/19078</w:t>
        <w:br/>
        <w:t>f 11789/19705/19079 11786/19702/19076 11787/19703/19077</w:t>
        <w:br/>
        <w:t>f 11790/19706/19080 11788/19704/19078 11785/19701/19075</w:t>
        <w:br/>
        <w:t>f 11786/19702/19076 11789/19705/19079 11791/19707/19081</w:t>
        <w:br/>
        <w:t>f 11788/19704/19078 11790/19706/19080 11792/19708/19082</w:t>
        <w:br/>
        <w:t>f 11793/19709/19083 11791/19707/19081 11789/19705/19079</w:t>
        <w:br/>
        <w:t>f 11791/19707/19081 11793/19709/19083 11794/19710/19084</w:t>
        <w:br/>
        <w:t>f 11795/19711/19085 11792/19708/19082 11790/19706/19080</w:t>
        <w:br/>
        <w:t>f 11796/19712/19086 11794/19710/19084 11793/19709/19083</w:t>
        <w:br/>
        <w:t>f 11792/19708/19082 11795/19711/19085 11797/19713/19087</w:t>
        <w:br/>
        <w:t>f 11722/19637/19011 11725/19642/19016 11798/19714/19088</w:t>
        <w:br/>
        <w:t>f 11721/19638/19012 11722/19637/19011 11798/19714/19088</w:t>
        <w:br/>
        <w:t>f 11799/19715/19089 11797/19713/19087 11795/19711/19085</w:t>
        <w:br/>
        <w:t>f 11797/19713/19087 11799/19715/19089 11800/19716/19090</w:t>
        <w:br/>
        <w:t>f 11794/19710/19084 11796/19712/19086 11801/19717/19091</w:t>
        <w:br/>
        <w:t>f 11802/19718/19092 11800/19716/19090 11799/19715/19089</w:t>
        <w:br/>
        <w:t>f 11796/19712/19086 11803/19719/19093 11801/19717/19091</w:t>
        <w:br/>
        <w:t>f 11800/19716/19090 11802/19718/19092 11804/19720/19094</w:t>
        <w:br/>
        <w:t>f 11803/19719/19093 11796/19712/19086 11805/19721/19095</w:t>
        <w:br/>
        <w:t>f 11805/19721/19095 11806/19722/19096 11803/19719/19093</w:t>
        <w:br/>
        <w:t>f 11807/19723/19097 11804/19720/19094 11802/19718/19092</w:t>
        <w:br/>
        <w:t>f 11806/19722/19096 11805/19721/19095 11808/19724/19098</w:t>
        <w:br/>
        <w:t>f 11809/19725/19099 11806/19722/19096 11808/19724/19098</w:t>
        <w:br/>
        <w:t>f 11806/19722/19096 11809/19725/19099 11810/19726/19100</w:t>
        <w:br/>
        <w:t>f 11804/19720/19094 11807/19723/19097 11811/19727/19101</w:t>
        <w:br/>
        <w:t>f 11812/19728/19102 11811/19727/19101 11807/19723/19097</w:t>
        <w:br/>
        <w:t>f 11811/19727/19101 11812/19728/19102 11813/19729/19103</w:t>
        <w:br/>
        <w:t>f 11814/19730/19104 11716/19634/19008 11717/19633/19007</w:t>
        <w:br/>
        <w:t>f 11816/19731/19105 11814/19730/19104 11815/19732/19106</w:t>
        <w:br/>
        <w:t>f 11716/19634/19008 11814/19730/19104 11817/19733/19107</w:t>
        <w:br/>
        <w:t>f 11814/19730/19104 11816/19731/19105 11817/19733/19107</w:t>
        <w:br/>
        <w:t>f 11710/19626/19000 11711/19625/18999 11818/19734/19108</w:t>
        <w:br/>
        <w:t>f 11818/19734/19108 11820/19735/19109 11819/19736/19110</w:t>
        <w:br/>
        <w:t>f 11710/19626/19000 11818/19734/19108 11819/19736/19110</w:t>
        <w:br/>
        <w:t>f 11823/19737/19111 11822/19738/19112 11821/19739/19113</w:t>
        <w:br/>
        <w:t>f 11826/19740/19114 11825/19741/19115 11824/19742/14213</w:t>
        <w:br/>
        <w:t>f 11827/19743/19116 11821/19739/19113 11822/19738/19112</w:t>
        <w:br/>
        <w:t>f 11825/19741/19115 11826/19740/19114 11828/19744/19117</w:t>
        <w:br/>
        <w:t>f 11829/19745/19118 11828/19744/19117 11826/19740/19114</w:t>
        <w:br/>
        <w:t>f 11828/19744/19117 11829/19745/19118 11830/19746/19119</w:t>
        <w:br/>
        <w:t>f 11831/19747/19120 11827/19743/19116 11822/19738/19112</w:t>
        <w:br/>
        <w:t>f 11828/19744/19117 11832/19748/19121 11825/19741/19115</w:t>
        <w:br/>
        <w:t>f 11827/19743/19116 11831/19747/19120 11833/19749/19122</w:t>
        <w:br/>
        <w:t>f 11830/19746/19119 11834/19750/19123 11828/19744/19117</w:t>
        <w:br/>
        <w:t>f 11832/19748/19121 11828/19744/19117 11834/19750/19123</w:t>
        <w:br/>
        <w:t>f 11834/19750/19123 11830/19746/19119 11835/19751/19124</w:t>
        <w:br/>
        <w:t>f 11836/19752/19125 11834/19750/19123 11835/19751/19124</w:t>
        <w:br/>
        <w:t>f 11831/19747/19120 11837/19753/19126 11833/19749/19122</w:t>
        <w:br/>
        <w:t>f 11833/19749/19122 11837/19753/19126 11838/19754/19127</w:t>
        <w:br/>
        <w:t>f 11839/19755/19128 11832/19748/19121 11834/19750/19123</w:t>
        <w:br/>
        <w:t>f 11839/19755/19128 11834/19750/19123 11836/19752/19125</w:t>
        <w:br/>
        <w:t>f 11839/19755/19128 11837/19753/19126 11831/19747/19120</w:t>
        <w:br/>
        <w:t>f 11836/19752/19125 11840/19756/19129 11839/19755/19128</w:t>
        <w:br/>
        <w:t>f 11840/19756/19129 11836/19752/19125 11841/19757/19130</w:t>
        <w:br/>
        <w:t>f 11839/19755/19128 11842/19758/19131 11837/19753/19126</w:t>
        <w:br/>
        <w:t>f 11839/19755/19128 11840/19756/19129 11842/19758/19131</w:t>
        <w:br/>
        <w:t>f 11843/19759/19132 11838/19754/19127 11837/19753/19126</w:t>
        <w:br/>
        <w:t>f 11842/19758/19131 11843/19759/19132 11837/19753/19126</w:t>
        <w:br/>
        <w:t>f 11843/19759/19132 11844/19760/19133 11838/19754/19127</w:t>
        <w:br/>
        <w:t>f 11845/19761/19134 11838/19754/19127 11844/19760/19133</w:t>
        <w:br/>
        <w:t>f 11843/19759/19132 11842/19758/19131 11846/19762/19135</w:t>
        <w:br/>
        <w:t>f 11844/19760/19133 11843/19759/19132 11847/19763/19136</w:t>
        <w:br/>
        <w:t>f 11844/19760/19133 11848/19764/19137 11845/19761/19134</w:t>
        <w:br/>
        <w:t>f 11849/19765/19138 11845/19761/19134 11848/19764/19137</w:t>
        <w:br/>
        <w:t>f 11848/19764/19137 11850/19766/19139 11849/19765/19138</w:t>
        <w:br/>
        <w:t>f 11852/19767/19140 11851/19768/19141 11844/19760/19133</w:t>
        <w:br/>
        <w:t>f 11852/19767/19140 11844/19760/19133 11847/19763/19136</w:t>
        <w:br/>
        <w:t>f 11850/19766/19139 11848/19764/19137 11853/19769/19142</w:t>
        <w:br/>
        <w:t>f 11851/19768/19141 11852/19767/19140 11854/19770/19143</w:t>
        <w:br/>
        <w:t>f 11855/19771/19144 11850/19766/19139 11853/19769/19142</w:t>
        <w:br/>
        <w:t>f 11856/19772/19145 11850/19766/19139 11855/19771/19144</w:t>
        <w:br/>
        <w:t>f 11857/19773/19146 11852/19767/19140 11847/19763/19136</w:t>
        <w:br/>
        <w:t>f 11855/19771/19144 11858/19774/19147 11856/19772/19145</w:t>
        <w:br/>
        <w:t>f 11858/19774/19147 11859/19775/19148 11856/19772/19145</w:t>
        <w:br/>
        <w:t>f 11852/19767/19140 11857/19773/19146 11860/19776/19149</w:t>
        <w:br/>
        <w:t>f 11859/19775/19148 11858/19774/19147 11861/19777/19150</w:t>
        <w:br/>
        <w:t>f 11861/19777/19150 11862/19778/19151 11859/19775/19148</w:t>
        <w:br/>
        <w:t>f 11860/19776/19149 11863/19779/19152 11852/19767/19140</w:t>
        <w:br/>
        <w:t>f 11852/19767/19140 11863/19779/19152 11854/19770/19143</w:t>
        <w:br/>
        <w:t>f 11863/19779/19152 11860/19776/19149 11864/19780/19153</w:t>
        <w:br/>
        <w:t>f 11865/19781/19154 11863/19779/19152 11864/19780/19153</w:t>
        <w:br/>
        <w:t>f 11866/19782/19155 11854/19770/19143 11863/19779/19152</w:t>
        <w:br/>
        <w:t>f 11867/19783/19156 11855/19771/19144 11853/19769/19142</w:t>
        <w:br/>
        <w:t>f 11863/19779/19152 11865/19781/19154 11868/19784/19157</w:t>
        <w:br/>
        <w:t>f 11866/19782/19155 11863/19779/19152 11868/19784/19157</w:t>
        <w:br/>
        <w:t>f 11855/19771/19144 11867/19783/19156 11869/19785/19158</w:t>
        <w:br/>
        <w:t>f 11871/19786/19159 11870/19787/19160 11855/19771/19144</w:t>
        <w:br/>
        <w:t>f 11868/19784/19157 11872/19788/19161 11866/19782/19155</w:t>
        <w:br/>
        <w:t>f 11867/19783/19156 11873/19789/19162 11869/19785/19158</w:t>
        <w:br/>
        <w:t>f 11876/19790/19163 11875/19791/19164 11874/19792/19165</w:t>
        <w:br/>
        <w:t>f 11874/19792/19165 11877/19793/19166 11876/19790/19163</w:t>
        <w:br/>
        <w:t>f 11870/19787/19160 11871/19786/19159 11878/19794/19167</w:t>
        <w:br/>
        <w:t>f 11870/19787/19160 11878/19794/19167 11879/19795/19168</w:t>
        <w:br/>
        <w:t>f 11873/19789/19162 11880/19796/19169 11869/19785/19158</w:t>
        <w:br/>
        <w:t>f 11883/19797/19170 11882/19798/19171 11881/19799/19172</w:t>
        <w:br/>
        <w:t>f 11880/19796/19169 11873/19789/19162 11884/19800/19173</w:t>
        <w:br/>
        <w:t>f 11882/19798/19171 11883/19797/19170 11885/19801/19174</w:t>
        <w:br/>
        <w:t>f 11886/19802/19175 11882/19798/19171 11885/19801/19174</w:t>
        <w:br/>
        <w:t>f 11884/19800/19176 11888/19803/19177 11887/19804/19178</w:t>
        <w:br/>
        <w:t>f 11888/19803/19177 11884/19800/19176 11877/19793/19166</w:t>
        <w:br/>
        <w:t>f 11882/19798/19171 11886/19802/19175 11889/19805/19179</w:t>
        <w:br/>
        <w:t>f 11877/19793/19166 11890/19806/19180 11888/19803/19177</w:t>
        <w:br/>
        <w:t>f 11877/19793/19166 11874/19792/19165 11890/19806/19180</w:t>
        <w:br/>
        <w:t>f 11891/19807/19181 11878/19794/19182 11889/19805/19183</w:t>
        <w:br/>
        <w:t>f 11892/19808/19184 11879/19795/19168 11878/19794/19167</w:t>
        <w:br/>
        <w:t>f 11892/19808/19184 11878/19794/19167 11893/19809/19185</w:t>
        <w:br/>
        <w:t>f 11862/19778/19151 11861/19777/19150 11894/19810/19186</w:t>
        <w:br/>
        <w:t>f 11895/19811/19187 11862/19778/19151 11894/19810/19186</w:t>
        <w:br/>
        <w:t>f 11895/19811/19187 11896/19812/19188 11862/19778/19151</w:t>
        <w:br/>
        <w:t>f 11896/19812/19188 11895/19811/19187 11897/19813/19189</w:t>
        <w:br/>
        <w:t>f 11897/19813/19189 7063/14979/14373 11896/19812/19188</w:t>
        <w:br/>
        <w:t>f 7063/14979/14373 11897/19813/19189 7065/14981/14375</w:t>
        <w:br/>
        <w:t>f 11898/19814/19190 11897/19813/19189 11895/19811/19187</w:t>
        <w:br/>
        <w:t>f 11894/19810/19186 11898/19814/19190 11895/19811/19187</w:t>
        <w:br/>
        <w:t>f 11899/19815/19191 11897/19813/19189 11898/19814/19190</w:t>
        <w:br/>
        <w:t>f 11892/19808/19184 11893/19809/19185 11900/19816/19192</w:t>
        <w:br/>
        <w:t>f 11894/19810/19186 11900/19816/19192 11898/19814/19190</w:t>
        <w:br/>
        <w:t>f 11900/19816/19192 11893/19809/19185 11901/19817/19193</w:t>
        <w:br/>
        <w:t>f 11899/19815/19191 11898/19814/19190 11902/19818/19194</w:t>
        <w:br/>
        <w:t>f 11898/19814/19190 11900/19816/19192 11903/19819/19195</w:t>
        <w:br/>
        <w:t>f 11903/19819/19195 11900/19816/19192 11901/19817/19193</w:t>
        <w:br/>
        <w:t>f 11904/19820/19196 11899/19815/19191 11902/19818/19194</w:t>
        <w:br/>
        <w:t>f 11904/19820/19197 7068/14983/14377 7065/14981/14375</w:t>
        <w:br/>
        <w:t>f 7068/14983/14377 11904/19820/19197 7079/14995/14391</w:t>
        <w:br/>
        <w:t>f 11904/19820/19196 11902/19818/19194 11905/19821/19198</w:t>
        <w:br/>
        <w:t>f 11906/19822/19199 11904/19820/19196 11905/19821/19198</w:t>
        <w:br/>
        <w:t>f 11908/19823/19200 11902/19818/19194 11907/19824/19201</w:t>
        <w:br/>
        <w:t>f 11908/19823/19200 11905/19821/19198 11902/19818/19194</w:t>
        <w:br/>
        <w:t>f 11911/19825/19202 11910/19826/19202 11909/19827/19203</w:t>
        <w:br/>
        <w:t>f 11908/19823/19200 11907/19824/19201 11912/19828/19204</w:t>
        <w:br/>
        <w:t>f 11909/19827/19205 11903/19819/19206 11913/19829/19207</w:t>
        <w:br/>
        <w:t>f 11908/19823/19200 11912/19828/19204 11914/19830/19208</w:t>
        <w:br/>
        <w:t>f 11917/19831/19209 11916/19832/19210 11915/19833/19209</w:t>
        <w:br/>
        <w:t>f 11903/19819/19206 11916/19832/19211 11913/19829/19207</w:t>
        <w:br/>
        <w:t>f 11918/19834/19212 11916/19832/19211 11903/19819/19206</w:t>
        <w:br/>
        <w:t>f 11919/19835/19213 11918/19834/19212 11903/19819/19206</w:t>
        <w:br/>
        <w:t>f 11916/19832/19211 11918/19834/19212 11920/19836/19214</w:t>
        <w:br/>
        <w:t>f 11921/19837/19215 11916/19832/19211 11920/19836/19214</w:t>
        <w:br/>
        <w:t>f 11918/19834/19212 11922/19838/19216 11920/19836/19214</w:t>
        <w:br/>
        <w:t>f 11905/19821/19217 11924/19839/19218 11923/19840/19219</w:t>
        <w:br/>
        <w:t>f 11918/19834/19212 11925/19841/19220 11922/19838/19216</w:t>
        <w:br/>
        <w:t>f 11918/19834/19212 11919/19835/19213 11925/19841/19220</w:t>
        <w:br/>
        <w:t>f 11927/19842/19221 11924/19839/19218 11926/19843/19222</w:t>
        <w:br/>
        <w:t>f 11924/19839/19218 11927/19842/19221 11923/19840/19219</w:t>
        <w:br/>
        <w:t>f 11927/19842/19221 11926/19843/19222 7114/15030/14430</w:t>
        <w:br/>
        <w:t>f 11905/19821/19217 11923/19840/19219 11928/19844/19223</w:t>
        <w:br/>
        <w:t>f 11905/19821/19217 11928/19844/19223 11929/19845/19224</w:t>
        <w:br/>
        <w:t>f 11930/19846/19225 11906/19822/19199 11905/19821/19198</w:t>
        <w:br/>
        <w:t>f 11933/19847/19226 11932/19848/19227 11931/19849/19228</w:t>
        <w:br/>
        <w:t>f 11906/19822/19199 11930/19846/19225 11934/19850/19229</w:t>
        <w:br/>
        <w:t>f 11933/19847/19226 11931/19849/19228 11935/19851/19230</w:t>
        <w:br/>
        <w:t>f 11935/19851/19230 11936/19852/19231 11933/19847/19226</w:t>
        <w:br/>
        <w:t>f 11937/19853/19232 11935/19851/19230 11931/19849/19228</w:t>
        <w:br/>
        <w:t>f 11936/19852/19231 11935/19851/19230 7079/14995/14391</w:t>
        <w:br/>
        <w:t>f 7114/15030/14430 7113/15029/14429 11927/19842/19221</w:t>
        <w:br/>
        <w:t>f 11937/19853/19232 11938/19854/19233 11935/19851/19230</w:t>
        <w:br/>
        <w:t>f 11935/19851/19230 11938/19854/19233 11939/19855/19234</w:t>
        <w:br/>
        <w:t>f 11940/19856/19235 7079/14995/14391 11935/19851/19230</w:t>
        <w:br/>
        <w:t>f 11935/19851/19230 11939/19855/19234 11940/19856/19235</w:t>
        <w:br/>
        <w:t>f 7081/14997/14393 7079/14995/14391 11940/19856/19235</w:t>
        <w:br/>
        <w:t>f 11939/19855/19234 7081/14997/14393 11940/19856/19235</w:t>
        <w:br/>
        <w:t>f 11941/19857/19236 7114/15030/14430 11926/19843/19222</w:t>
        <w:br/>
        <w:t>f 7114/15030/14430 11941/19857/19236 11942/19858/19237</w:t>
        <w:br/>
        <w:t>f 11925/19841/19220 11943/19859/19238 11922/19838/19216</w:t>
        <w:br/>
        <w:t>f 11941/19857/19236 11944/19860/19239 11942/19858/19237</w:t>
        <w:br/>
        <w:t>f 11944/19860/19239 11943/19859/19238 11925/19841/19220</w:t>
        <w:br/>
        <w:t>f 11945/19861/19240 11942/19858/19237 11944/19860/19239</w:t>
        <w:br/>
        <w:t>f 11946/19862/19241 11945/19861/19240 11944/19860/19239</w:t>
        <w:br/>
        <w:t>f 11945/19861/19240 11946/19862/19241 11947/19863/19242</w:t>
        <w:br/>
        <w:t>f 11948/19864/19243 11944/19860/19239 11925/19841/19220</w:t>
        <w:br/>
        <w:t>f 11948/19864/19243 11946/19862/19241 11944/19860/19239</w:t>
        <w:br/>
        <w:t>f 11951/19865/19244 11950/19866/19245 11949/19867/19246</w:t>
        <w:br/>
        <w:t>f 11949/19867/19246 11950/19866/19245 11952/19868/19247</w:t>
        <w:br/>
        <w:t>f 11950/19866/19248 11919/19835/19249 11953/19869/19250</w:t>
        <w:br/>
        <w:t>f 11901/19817/19193 11955/19870/19251 11954/19871/19252</w:t>
        <w:br/>
        <w:t>f 11957/19872/19253 11956/19873/19254 11955/19870/19251</w:t>
        <w:br/>
        <w:t>f 11955/19870/19251 11901/19817/19193 11957/19872/19253</w:t>
        <w:br/>
        <w:t>f 11956/19873/19254 11957/19872/19253 11958/19874/19255</w:t>
        <w:br/>
        <w:t>f 11957/19872/19256 11959/19875/19257 11891/19807/19181</w:t>
        <w:br/>
        <w:t>f 11891/19807/19181 11889/19805/19183 11957/19872/19256</w:t>
        <w:br/>
        <w:t>f 11957/19872/19256 11960/19876/19258 11948/19864/19243</w:t>
        <w:br/>
        <w:t>f 11889/19805/19183 11960/19876/19258 11957/19872/19256</w:t>
        <w:br/>
        <w:t>f 11960/19876/19258 11946/19862/19241 11948/19864/19243</w:t>
        <w:br/>
        <w:t>f 11889/19805/19183 11961/19877/19259 11960/19876/19258</w:t>
        <w:br/>
        <w:t>f 11946/19862/19241 11960/19876/19258 11962/19878/19260</w:t>
        <w:br/>
        <w:t>f 11961/19877/19259 11962/19878/19260 11960/19876/19258</w:t>
        <w:br/>
        <w:t>f 11962/19878/19260 11947/19863/19242 11946/19862/19241</w:t>
        <w:br/>
        <w:t>f 11961/19877/19259 11963/19879/19261 11962/19878/19260</w:t>
        <w:br/>
        <w:t>f 11964/19880/19262 11947/19863/19242 11962/19878/19260</w:t>
        <w:br/>
        <w:t>f 11963/19879/19261 11964/19880/19262 11962/19878/19260</w:t>
        <w:br/>
        <w:t>f 11947/19863/19242 11964/19880/19262 11965/19881/19263</w:t>
        <w:br/>
        <w:t>f 11964/19880/19262 11966/19882/19264 11965/19881/19263</w:t>
        <w:br/>
        <w:t>f 11963/19879/19261 11966/19882/19264 11964/19880/19262</w:t>
        <w:br/>
        <w:t>f 11965/19881/19263 11966/19882/19264 11967/19883/19265</w:t>
        <w:br/>
        <w:t>f 11966/19882/19264 11963/19879/19261 11968/19884/19266</w:t>
        <w:br/>
        <w:t>f 11875/19791/19164 11969/19885/19267 11874/19792/19165</w:t>
        <w:br/>
        <w:t>f 11969/19885/19267 11875/19791/19164 11970/19886/19268</w:t>
        <w:br/>
        <w:t>f 11966/19882/19264 11971/19887/19269 11967/19883/19265</w:t>
        <w:br/>
        <w:t>f 11971/19887/19269 11966/19882/19264 11968/19884/19266</w:t>
        <w:br/>
        <w:t>f 11967/19883/19265 11971/19887/19269 11972/19888/19270</w:t>
        <w:br/>
        <w:t>f 11971/19887/19269 11841/19757/19130 11972/19888/19270</w:t>
        <w:br/>
        <w:t>f 11841/19757/19130 11971/19887/19269 11840/19756/19129</w:t>
        <w:br/>
        <w:t>f 11970/19886/19268 11973/19889/19271 11969/19885/19267</w:t>
        <w:br/>
        <w:t>f 11968/19884/19266 11974/19890/19272 11971/19887/19269</w:t>
        <w:br/>
        <w:t>f 11974/19890/19272 11840/19756/19129 11971/19887/19269</w:t>
        <w:br/>
        <w:t>f 11973/19889/19271 11970/19886/19268 11975/19891/19273</w:t>
        <w:br/>
        <w:t>f 11840/19756/19129 11974/19890/19272 11842/19758/19131</w:t>
        <w:br/>
        <w:t>f 11976/19892/19274 11973/19889/19271 11975/19891/19273</w:t>
        <w:br/>
        <w:t>f 11846/19762/19135 11842/19758/19131 11973/19889/19271</w:t>
        <w:br/>
        <w:t>f 11973/19889/19271 11976/19892/19274 11846/19762/19135</w:t>
        <w:br/>
        <w:t>f 11979/19893/19275 11978/19894/19276 11977/19895/19277</w:t>
        <w:br/>
        <w:t>f 11977/19895/19277 11980/19896/19278 11979/19893/19275</w:t>
        <w:br/>
        <w:t>f 11978/19894/19276 11981/19897/19279 11977/19895/19277</w:t>
        <w:br/>
        <w:t>f 11977/19895/19277 11982/19898/19280 11980/19896/19278</w:t>
        <w:br/>
        <w:t>f 11982/19898/19280 11983/19899/19281 11980/19896/19278</w:t>
        <w:br/>
        <w:t>f 11977/19895/19277 11981/19897/19279 11984/19900/19282</w:t>
        <w:br/>
        <w:t>f 11983/19899/19281 11982/19898/19280 11985/19901/19283</w:t>
        <w:br/>
        <w:t>f 11981/19897/19279 11986/19902/19284 11984/19900/19282</w:t>
        <w:br/>
        <w:t>f 11986/19902/19284 11981/19897/19279 11987/19903/19285</w:t>
        <w:br/>
        <w:t>f 11988/19904/19286 11983/19899/19281 11985/19901/19283</w:t>
        <w:br/>
        <w:t>f 11983/19899/19281 11988/19904/19286 11989/19905/19287</w:t>
        <w:br/>
        <w:t>f 11987/19903/19285 11990/19906/19288 11986/19902/19284</w:t>
        <w:br/>
        <w:t>f 11990/19906/19288 11987/19903/19285 11991/19907/19289</w:t>
        <w:br/>
        <w:t>f 11991/19907/19289 11992/19908/19290 11990/19906/19288</w:t>
        <w:br/>
        <w:t>f 11993/19909/19291 11989/19905/19287 11988/19904/19286</w:t>
        <w:br/>
        <w:t>f 11989/19905/19287 11993/19909/19291 11994/19910/19292</w:t>
        <w:br/>
        <w:t>f 11995/19911/19293 11994/19910/19292 11993/19909/19291</w:t>
        <w:br/>
        <w:t>f 11998/19912/19294 11997/19913/19295 11996/19914/19296</w:t>
        <w:br/>
        <w:t>f 11998/19912/19294 11999/19915/19297 11997/19913/19295</w:t>
        <w:br/>
        <w:t>f 11998/19912/19294 11996/19914/19296 12000/19916/19298</w:t>
        <w:br/>
        <w:t>f 11998/19912/19294 12000/19916/19298 12001/19917/19299</w:t>
        <w:br/>
        <w:t>f 11998/19912/19294 12001/19917/19299 12002/19918/19300</w:t>
        <w:br/>
        <w:t>f 11998/19912/19294 12002/19918/19300 12003/19919/19301</w:t>
        <w:br/>
        <w:t>f 11998/19912/19294 12003/19919/19301 12004/19920/19302</w:t>
        <w:br/>
        <w:t>f 11995/19911/19293 11993/19909/19291 12005/19921/19303</w:t>
        <w:br/>
        <w:t>f 11998/19912/19294 12006/19922/19304 11999/19915/19297</w:t>
        <w:br/>
        <w:t>f 12005/19921/19303 12007/19923/19305 11995/19911/19293</w:t>
        <w:br/>
        <w:t>f 11998/19912/19294 12004/19920/19302 12008/19924/19306</w:t>
        <w:br/>
        <w:t>f 12008/19924/19306 11990/19906/19288 11992/19908/19290</w:t>
        <w:br/>
        <w:t>f 12007/19923/19305 12005/19921/19303 12009/19925/19307</w:t>
        <w:br/>
        <w:t>f 11998/19912/19294 12010/19926/19308 12006/19922/19304</w:t>
        <w:br/>
        <w:t>f 12009/19925/19307 12011/19927/19309 12007/19923/19305</w:t>
        <w:br/>
        <w:t>f 11998/19912/19294 12008/19924/19306 12012/19928/19310</w:t>
        <w:br/>
        <w:t>f 11998/19912/19294 12012/19928/19310 12010/19926/19308</w:t>
        <w:br/>
        <w:t>f 11992/19908/19290 12012/19928/19310 12008/19924/19306</w:t>
        <w:br/>
        <w:t>f 12009/19925/19307 12012/19928/19310 12011/19927/19309</w:t>
        <w:br/>
        <w:t>f 12012/19928/19310 11992/19908/19290 12013/19929/19311</w:t>
        <w:br/>
        <w:t>f 12012/19928/19310 12013/19929/19311 12011/19927/19309</w:t>
        <w:br/>
        <w:t>f 12016/19930/19312 12015/19931/19313 12014/19932/19314</w:t>
        <w:br/>
        <w:t>f 12015/19931/19313 12016/19930/19312 12017/19933/19315</w:t>
        <w:br/>
        <w:t>f 12018/19934/19316 12016/19930/19312 12014/19932/19314</w:t>
        <w:br/>
        <w:t>f 12021/19935/19317 12020/19936/19318 12019/19937/19319</w:t>
        <w:br/>
        <w:t>f 12016/19930/19312 12018/19934/19316 12022/19938/19320</w:t>
        <w:br/>
        <w:t>f 12018/19934/19316 12023/19939/19321 12022/19938/19320</w:t>
        <w:br/>
        <w:t>f 12020/19936/19318 12021/19935/19317 12024/19940/19322</w:t>
        <w:br/>
        <w:t>f 12025/19941/19323 12024/19940/19322 12021/19935/19317</w:t>
        <w:br/>
        <w:t>f 12024/19940/19322 12027/19942/19324 12026/19943/19325</w:t>
        <w:br/>
        <w:t>f 12027/19942/19324 12029/19944/19326 12028/19945/19327</w:t>
        <w:br/>
        <w:t>f 12030/19946/19328 12022/19938/19320 12023/19939/19321</w:t>
        <w:br/>
        <w:t>f 12033/19947/19329 12032/19948/19330 12031/19949/19330</w:t>
        <w:br/>
        <w:t>f 12024/19940/19322 12025/19941/19323 12034/19950/19331</w:t>
        <w:br/>
        <w:t>f 12035/19951/19332 12028/19945/19327 12029/19944/19326</w:t>
        <w:br/>
        <w:t>f 12036/19952/19333 12034/19950/19331 12025/19941/19323</w:t>
        <w:br/>
        <w:t>f 12028/19945/19327 12035/19951/19332 12037/19953/19334</w:t>
        <w:br/>
        <w:t>f 12031/19949/19330 12032/19948/19330 12038/19954/19335</w:t>
        <w:br/>
        <w:t>f 12034/19950/19331 12036/19952/19333 12039/19955/19336</w:t>
        <w:br/>
        <w:t>f 12041/19956/19337 12037/19953/19334 12040/19957/19338</w:t>
        <w:br/>
        <w:t>f 12035/19951/19332 12040/19957/19338 12037/19953/19334</w:t>
        <w:br/>
        <w:t>f 12044/19958/19339 12043/19959/19340 12042/19960/19341</w:t>
        <w:br/>
        <w:t>f 12043/19959/19340 12044/19958/19339 12045/19961/19342</w:t>
        <w:br/>
        <w:t>f 12046/19962/19343 12042/19960/19341 12043/19959/19340</w:t>
        <w:br/>
        <w:t>f 12047/19963/19344 12043/19959/19340 12045/19961/19342</w:t>
        <w:br/>
        <w:t>f 12043/19959/19340 12048/19964/19345 12046/19962/19343</w:t>
        <w:br/>
        <w:t>f 12043/19959/19340 12047/19963/19344 12049/19965/19346</w:t>
        <w:br/>
        <w:t>f 12049/19965/19346 12050/19966/19347 12043/19959/19340</w:t>
        <w:br/>
        <w:t>f 12053/19967/19348 12052/19968/19349 12051/19969/19349</w:t>
        <w:br/>
        <w:t>f 12049/19965/19346 12053/19967/19348 12054/19970/19350</w:t>
        <w:br/>
        <w:t>f 12055/19971/19351 12046/19962/19343 12048/19964/19345</w:t>
        <w:br/>
        <w:t>f 12046/19962/19343 12055/19971/19351 12056/19972/19352</w:t>
        <w:br/>
        <w:t>f 12059/19973/19353 12058/19974/19354 12057/19975/19353</w:t>
        <w:br/>
        <w:t>f 12050/19966/19347 12049/19965/19346 12060/19976/19355</w:t>
        <w:br/>
        <w:t>f 12054/19970/19350 12060/19976/19355 12049/19965/19346</w:t>
        <w:br/>
        <w:t>f 12060/19976/19355 12055/19971/19351 12050/19966/19347</w:t>
        <w:br/>
        <w:t>f 12060/19976/19355 12054/19970/19350 12061/19977/19356</w:t>
        <w:br/>
        <w:t>f 12058/19974/19354 12055/19971/19351 12062/19978/19357</w:t>
        <w:br/>
        <w:t>f 12062/19978/19357 12055/19971/19351 12060/19976/19355</w:t>
        <w:br/>
        <w:t>f 12064/19979/19358 12061/19977/19356 12063/19980/19359</w:t>
        <w:br/>
        <w:t>f 12061/19977/19356 12064/19979/19358 12060/19976/19355</w:t>
        <w:br/>
        <w:t>f 12067/19981/19360 12066/19982/19361 12065/19983/19362</w:t>
        <w:br/>
        <w:t>f 12068/19984/19363 12066/19982/19361 12067/19981/19360</w:t>
        <w:br/>
        <w:t>f 12065/19983/19362 12066/19982/19361 12069/19985/19364</w:t>
        <w:br/>
        <w:t>f 12066/19982/19361 12068/19984/19363 12070/19986/19365</w:t>
        <w:br/>
        <w:t>f 12071/19987/19366 12070/19986/19365 12068/19984/19363</w:t>
        <w:br/>
        <w:t>f 12066/19982/19361 12072/19988/19367 12069/19985/19364</w:t>
        <w:br/>
        <w:t>f 12070/19986/19365 12071/19987/19366 12073/19989/19368</w:t>
        <w:br/>
        <w:t>f 12074/19990/19369 12069/19985/19364 12072/19988/19367</w:t>
        <w:br/>
        <w:t>f 12069/19985/19364 12074/19990/19369 12075/19991/19370</w:t>
        <w:br/>
        <w:t>f 12071/19987/19366 12076/19992/19371 12073/19989/19368</w:t>
        <w:br/>
        <w:t>f 12071/19987/19366 12077/19993/19372 12076/19992/19371</w:t>
        <w:br/>
        <w:t>f 12080/19994/19373 12079/19995/19374 12078/19996/19375</w:t>
        <w:br/>
        <w:t>f 12080/19994/19373 12081/19997/19376 12079/19995/19374</w:t>
        <w:br/>
        <w:t>f 12080/19994/19373 12078/19996/19375 12082/19998/19377</w:t>
        <w:br/>
        <w:t>f 12080/19994/19373 12083/19999/19378 12081/19997/19376</w:t>
        <w:br/>
        <w:t>f 12080/19994/19373 12084/20000/19379 12083/19999/19378</w:t>
        <w:br/>
        <w:t>f 12076/19992/19371 12077/19993/19372 12085/20001/19380</w:t>
        <w:br/>
        <w:t>f 12080/19994/19373 12082/19998/19377 12086/20002/19381</w:t>
        <w:br/>
        <w:t>f 12085/20001/19380 12077/19993/19372 12087/20003/19382</w:t>
        <w:br/>
        <w:t>f 12088/20004/19383 12085/20001/19380 12087/20003/19382</w:t>
        <w:br/>
        <w:t>f 12088/20004/19383 12089/20005/19384 12085/20001/19380</w:t>
        <w:br/>
        <w:t>f 12080/19994/19373 12086/20002/19381 12090/20006/19385</w:t>
        <w:br/>
        <w:t>f 12089/20005/19384 12088/20004/19383 12091/20007/19386</w:t>
        <w:br/>
        <w:t>f 12091/20007/19386 12092/20008/19387 12089/20005/19384</w:t>
        <w:br/>
        <w:t>f 12080/19994/19373 12090/20006/19385 12093/20009/19388</w:t>
        <w:br/>
        <w:t>f 12092/20008/19387 12091/20007/19386 12094/20010/19389</w:t>
        <w:br/>
        <w:t>f 12092/20008/19387 12094/20010/19389 12095/20011/19390</w:t>
        <w:br/>
        <w:t>f 12080/19994/19373 12093/20009/19388 12096/20012/19391</w:t>
        <w:br/>
        <w:t>f 12095/20011/19390 12094/20010/19389 12097/20013/19392</w:t>
        <w:br/>
        <w:t>f 12098/20014/19393 12095/20011/19390 12097/20013/19392</w:t>
        <w:br/>
        <w:t>f 12080/19994/19373 12096/20012/19391 12099/20015/19394</w:t>
        <w:br/>
        <w:t>f 12095/20011/19390 12098/20014/19393 12099/20015/19394</w:t>
        <w:br/>
        <w:t>f 12080/19994/19373 12099/20015/19394 12100/20016/19395</w:t>
        <w:br/>
        <w:t>f 12098/20014/19393 12100/20016/19395 12099/20015/19394</w:t>
        <w:br/>
        <w:t>f 12080/19994/19373 12100/20016/19395 12084/20000/19379</w:t>
        <w:br/>
        <w:t>f 12100/20016/19395 12098/20014/19393 12101/20017/19396</w:t>
        <w:br/>
        <w:t>f 12100/20016/19395 12075/19991/19370 12074/19990/19369</w:t>
        <w:br/>
        <w:t>f 12075/19991/19370 12100/20016/19395 12101/20017/19396</w:t>
        <w:br/>
        <w:t>f 12104/20018/19397 12103/20019/19398 12102/20020/19399</w:t>
        <w:br/>
        <w:t>f 12103/20019/19398 12104/20018/19397 12105/20021/19400</w:t>
        <w:br/>
        <w:t>f 12103/20019/19398 12106/20022/19401 12102/20020/19399</w:t>
        <w:br/>
        <w:t>f 12109/20023/19402 12108/20024/19403 12107/20025/19404</w:t>
        <w:br/>
        <w:t>f 12106/20022/19401 12103/20019/19398 12110/20026/19405</w:t>
        <w:br/>
        <w:t>f 12110/20026/19405 12111/20027/19406 12106/20022/19401</w:t>
        <w:br/>
        <w:t>f 12108/20024/19403 12109/20023/19402 12112/20028/19407</w:t>
        <w:br/>
        <w:t>f 12112/20028/19407 12113/20029/19408 12108/20024/19403</w:t>
        <w:br/>
        <w:t>f 12115/20030/19409 12112/20028/19407 12114/20031/19410</w:t>
        <w:br/>
        <w:t>f 12117/20032/19411 12115/20030/19409 12116/20033/19412</w:t>
        <w:br/>
        <w:t>f 12111/20027/19406 12110/20026/19405 12118/20034/19413</w:t>
        <w:br/>
        <w:t>f 12121/20035/19414 12120/20036/19415 12119/20037/19414</w:t>
        <w:br/>
        <w:t>f 12113/20029/19408 12112/20028/19407 12122/20038/19416</w:t>
        <w:br/>
        <w:t>f 12116/20033/19412 12123/20039/19417 12117/20032/19411</w:t>
        <w:br/>
        <w:t>f 12122/20038/19416 12124/20040/19418 12113/20029/19408</w:t>
        <w:br/>
        <w:t>f 12123/20039/19417 12116/20033/19412 12125/20041/19419</w:t>
        <w:br/>
        <w:t>f 12119/20037/19414 12126/20042/19420 12121/20035/19414</w:t>
        <w:br/>
        <w:t>f 12124/20040/19418 12122/20038/19416 12127/20043/19421</w:t>
        <w:br/>
        <w:t>f 12129/20044/19422 12125/20041/19419 12128/20045/19423</w:t>
        <w:br/>
        <w:t>f 12129/20044/19422 12123/20039/19417 12125/20041/19419</w:t>
        <w:br/>
        <w:t>f 12132/20046/19424 12131/20047/19425 12130/20048/19426</w:t>
        <w:br/>
        <w:t>f 12131/20047/19425 12132/20046/19424 12133/20049/19427</w:t>
        <w:br/>
        <w:t>f 12130/20048/19426 12134/20050/19428 12132/20046/19424</w:t>
        <w:br/>
        <w:t>f 12135/20051/19429 12133/20049/19427 12132/20046/19424</w:t>
        <w:br/>
        <w:t>f 12136/20052/19430 12132/20046/19424 12134/20050/19428</w:t>
        <w:br/>
        <w:t>f 12137/20053/19431 12135/20051/19429 12132/20046/19424</w:t>
        <w:br/>
        <w:t>f 12138/20054/19432 12137/20053/19431 12132/20046/19424</w:t>
        <w:br/>
        <w:t>f 12141/20055/19433 12140/20056/19434 12139/20057/19433</w:t>
        <w:br/>
        <w:t>f 12140/20056/19435 12137/20053/19431 12142/20058/19436</w:t>
        <w:br/>
        <w:t>f 12134/20050/19428 12143/20059/19437 12136/20052/19430</w:t>
        <w:br/>
        <w:t>f 12134/20050/19428 12144/20060/19438 12143/20059/19437</w:t>
        <w:br/>
        <w:t>f 12147/20061/19439 12146/20062/19440 12145/20063/19440</w:t>
        <w:br/>
        <w:t>f 12137/20053/19431 12138/20054/19432 12148/20064/19441</w:t>
        <w:br/>
        <w:t>f 12148/20064/19441 12142/20058/19436 12137/20053/19431</w:t>
        <w:br/>
        <w:t>f 12148/20064/19441 12138/20054/19432 12143/20059/19442</w:t>
        <w:br/>
        <w:t>f 12142/20058/19436 12148/20064/19441 12149/20065/19443</w:t>
        <w:br/>
        <w:t>f 12143/20059/19442 12147/20061/19444 12150/20066/19445</w:t>
        <w:br/>
        <w:t>f 12150/20066/19445 12148/20064/19441 12143/20059/19442</w:t>
        <w:br/>
        <w:t>f 12149/20065/19443 12152/20067/19446 12151/20068/19447</w:t>
        <w:br/>
        <w:t>f 12152/20067/19446 12149/20065/19443 12148/20064/19441</w:t>
        <w:br/>
        <w:t>f 12155/20069/19448 12154/20070/19449 12153/20071/19450</w:t>
        <w:br/>
        <w:t>f 12156/20072/19451 12155/20069/19448 12153/20071/19450</w:t>
        <w:br/>
        <w:t>f 12154/20070/19449 12155/20069/19448 12157/20073/19452</w:t>
        <w:br/>
        <w:t>f 12158/20074/19453 12154/20070/19449 12157/20073/19452</w:t>
        <w:br/>
        <w:t>f 12155/20069/19448 12156/20072/19451 12159/20075/19454</w:t>
        <w:br/>
        <w:t>f 12159/20075/19454 12157/20073/19452 12155/20069/19448</w:t>
        <w:br/>
        <w:t>f 12158/20074/19453 12157/20073/19452 12160/20076/19455</w:t>
        <w:br/>
        <w:t>f 12159/20075/19454 12160/20076/19455 12157/20073/19452</w:t>
        <w:br/>
        <w:t>f 12161/20077/19456 12158/20074/19453 12160/20076/19455</w:t>
        <w:br/>
        <w:t>f 12156/20072/19451 12162/20078/19457 12159/20075/19454</w:t>
        <w:br/>
        <w:t>f 12162/20078/19457 12156/20072/19451 12163/20079/19458</w:t>
        <w:br/>
        <w:t>f 12159/20075/19454 12164/20080/19459 12160/20076/19455</w:t>
        <w:br/>
        <w:t>f 12160/20076/19455 12164/20080/19459 12161/20077/19456</w:t>
        <w:br/>
        <w:t>f 12164/20080/19459 12159/20075/19454 12162/20078/19457</w:t>
        <w:br/>
        <w:t>f 12164/20080/19459 12165/20081/19460 12161/20077/19456</w:t>
        <w:br/>
        <w:t>f 12162/20078/19457 12165/20081/19460 12164/20080/19459</w:t>
        <w:br/>
        <w:t>f 12167/20082/19461 12161/20077/19456 12166/20083/19462</w:t>
        <w:br/>
        <w:t>f 12163/20079/19458 12168/20084/19463 12162/20078/19457</w:t>
        <w:br/>
        <w:t>f 12168/20084/19463 12165/20081/19460 12162/20078/19457</w:t>
        <w:br/>
        <w:t>f 12170/20085/19464 12169/20086/19465 12163/20079/19458</w:t>
        <w:br/>
        <w:t>f 12166/20083/19462 12171/20087/19466 12167/20082/19461</w:t>
        <w:br/>
        <w:t>f 12171/20087/19466 12172/20088/19467 12167/20082/19461</w:t>
        <w:br/>
        <w:t>f 12175/20089/19468 12174/20090/19469 12173/20091/19470</w:t>
        <w:br/>
        <w:t>f 12169/20086/19465 12170/20085/19464 12176/20092/19471</w:t>
        <w:br/>
        <w:t>f 12174/20090/19469 12175/20089/19468 12177/20093/19472</w:t>
        <w:br/>
        <w:t>f 12170/20085/19464 12178/20094/19473 12176/20092/19471</w:t>
        <w:br/>
        <w:t>f 12175/20089/19468 12179/20095/19474 12177/20093/19472</w:t>
        <w:br/>
        <w:t>f 12180/20096/19475 12178/20094/19473 12170/20085/19464</w:t>
        <w:br/>
        <w:t>f 12181/20097/19476 12178/20094/19473 12180/20096/19475</w:t>
        <w:br/>
        <w:t>f 12171/20087/19466 12182/20098/19477 12172/20088/19467</w:t>
        <w:br/>
        <w:t>f 12179/20095/19474 12183/20099/19478 12177/20093/19472</w:t>
        <w:br/>
        <w:t>f 12182/20098/19477 12184/20100/19479 12172/20088/19467</w:t>
        <w:br/>
        <w:t>f 12178/20094/19473 12181/20097/19476 12185/20101/19480</w:t>
        <w:br/>
        <w:t>f 12186/20102/19481 12183/20099/19478 12179/20095/19474</w:t>
        <w:br/>
        <w:t>f 12184/20100/19479 12182/20098/19477 12187/20103/19482</w:t>
        <w:br/>
        <w:t>f 12183/20099/19478 12186/20102/19481 12188/20104/19483</w:t>
        <w:br/>
        <w:t>f 12189/20105/19484 12184/20100/19479 12187/20103/19482</w:t>
        <w:br/>
        <w:t>f 12186/20102/19481 12190/20106/19485 12188/20104/19483</w:t>
        <w:br/>
        <w:t>f 12184/20100/19479 12189/20105/19484 12191/20107/19486</w:t>
        <w:br/>
        <w:t>f 12181/20097/19476 12192/20108/19487 12185/20101/19480</w:t>
        <w:br/>
        <w:t>f 12190/20106/19485 12186/20102/19481 12193/20109/19488</w:t>
        <w:br/>
        <w:t>f 12192/20108/19487 12181/20097/19476 12194/20110/19489</w:t>
        <w:br/>
        <w:t>f 12195/20111/19490 12192/20108/19487 12194/20110/19489</w:t>
        <w:br/>
        <w:t>f 12189/20105/19484 12196/20112/19491 12191/20107/19486</w:t>
        <w:br/>
        <w:t>f 12193/20109/19488 12197/20113/19492 12190/20106/19485</w:t>
        <w:br/>
        <w:t>f 12198/20114/19493 12191/20107/19486 12196/20112/19491</w:t>
        <w:br/>
        <w:t>f 12192/20108/19487 12195/20111/19490 12199/20115/19494</w:t>
        <w:br/>
        <w:t>f 12193/20109/19488 12200/20116/19495 12197/20113/19492</w:t>
        <w:br/>
        <w:t>f 12199/20115/19494 12195/20111/19490 12201/20117/19496</w:t>
        <w:br/>
        <w:t>f 12202/20118/19497 12198/20114/19493 12196/20112/19491</w:t>
        <w:br/>
        <w:t>f 12200/20116/19495 12203/20119/19498 12197/20113/19492</w:t>
        <w:br/>
        <w:t>f 12204/20120/19499 12198/20114/19493 12202/20118/19497</w:t>
        <w:br/>
        <w:t>f 12201/20117/19496 12205/20121/19500 12199/20115/19494</w:t>
        <w:br/>
        <w:t>f 12200/20116/19495 12206/20122/19501 12203/20119/19498</w:t>
        <w:br/>
        <w:t>f 12201/20117/19496 12207/20123/19502 12205/20121/19500</w:t>
        <w:br/>
        <w:t>f 12207/20123/19503 12209/20124/19504 12208/20125/19505</w:t>
        <w:br/>
        <w:t>f 12210/20126/19506 12207/20123/19502 12201/20117/19496</w:t>
        <w:br/>
        <w:t>f 12209/20124/19504 12212/20127/19507 12211/20128/19508</w:t>
        <w:br/>
        <w:t>f 12209/20124/19504 12207/20123/19503 12212/20127/19507</w:t>
        <w:br/>
        <w:t>f 12214/20129/19509 12204/20120/19499 12213/20130/19510</w:t>
        <w:br/>
        <w:t>f 12204/20120/19499 12214/20129/19509 12215/20131/19511</w:t>
        <w:br/>
        <w:t>f 12214/20129/19509 12216/20132/19512 12215/20131/19511</w:t>
        <w:br/>
        <w:t>f 12218/20133/19513 12213/20130/19514 12217/20134/19515</w:t>
        <w:br/>
        <w:t>f 12212/20127/19516 12218/20133/19513 12214/20129/19509</w:t>
        <w:br/>
        <w:t>f 12207/20123/19502 12210/20126/19506 12219/20135/19517</w:t>
        <w:br/>
        <w:t>f 12216/20132/19512 12214/20129/19509 12220/20136/19518</w:t>
        <w:br/>
        <w:t>f 12218/20133/19513 12220/20136/19518 12214/20129/19509</w:t>
        <w:br/>
        <w:t>f 12220/20136/19518 12221/20137/19519 12216/20132/19512</w:t>
        <w:br/>
        <w:t>f 12224/20138/19520 12223/20139/19521 12222/20140/19522</w:t>
        <w:br/>
        <w:t>f 12220/20136/19518 12218/20133/19513 12223/20139/19521</w:t>
        <w:br/>
        <w:t>f 12223/20139/19521 12224/20138/19520 12221/20137/19519</w:t>
        <w:br/>
        <w:t>f 12221/20137/19519 12220/20136/19518 12223/20139/19521</w:t>
        <w:br/>
        <w:t>f 12227/20141/19523 12226/20142/19524 12225/20143/19525</w:t>
        <w:br/>
        <w:t>f 12226/20142/19524 12228/20144/19526 12225/20143/19525</w:t>
        <w:br/>
        <w:t>f 12226/20142/19524 12227/20141/19523 12229/20145/19527</w:t>
        <w:br/>
        <w:t>f 12230/20146/19528 12229/20145/19527 12227/20141/19523</w:t>
        <w:br/>
        <w:t>f 12228/20144/19526 12226/20142/19524 12231/20147/19529</w:t>
        <w:br/>
        <w:t>f 12229/20145/19527 12231/20147/19529 12226/20142/19524</w:t>
        <w:br/>
        <w:t>f 12229/20145/19527 12230/20146/19528 12232/20148/19530</w:t>
        <w:br/>
        <w:t>f 12231/20147/19529 12229/20145/19527 12232/20148/19530</w:t>
        <w:br/>
        <w:t>f 12233/20149/19531 12232/20148/19530 12230/20146/19528</w:t>
        <w:br/>
        <w:t>f 12234/20150/19532 12228/20144/19526 12231/20147/19529</w:t>
        <w:br/>
        <w:t>f 12228/20144/19526 12234/20150/19532 12235/20151/19533</w:t>
        <w:br/>
        <w:t>f 12236/20152/19534 12231/20147/19529 12232/20148/19530</w:t>
        <w:br/>
        <w:t>f 12236/20152/19534 12232/20148/19530 12233/20149/19531</w:t>
        <w:br/>
        <w:t>f 12231/20147/19529 12236/20152/19534 12234/20150/19532</w:t>
        <w:br/>
        <w:t>f 12236/20152/19534 12233/20149/19531 12237/20153/19535</w:t>
        <w:br/>
        <w:t>f 12237/20153/19535 12234/20150/19532 12236/20152/19534</w:t>
        <w:br/>
        <w:t>f 12239/20154/19536 12238/20155/19537 12233/20149/19531</w:t>
        <w:br/>
        <w:t>f 12235/20151/19533 12234/20150/19532 12240/20156/19538</w:t>
        <w:br/>
        <w:t>f 12234/20150/19532 12237/20153/19535 12240/20156/19538</w:t>
        <w:br/>
        <w:t>f 12242/20157/19539 12241/20158/19540 12235/20151/19533</w:t>
        <w:br/>
        <w:t>f 12238/20155/19537 12239/20154/19536 12243/20159/19541</w:t>
        <w:br/>
        <w:t>f 12244/20160/19542 12243/20159/19541 12239/20154/19536</w:t>
        <w:br/>
        <w:t>f 12247/20161/19543 12246/20162/19544 12245/20163/19545</w:t>
        <w:br/>
        <w:t>f 12241/20158/19540 12242/20157/19539 12248/20164/19546</w:t>
        <w:br/>
        <w:t>f 12246/20162/19544 12247/20161/19543 12249/20165/19547</w:t>
        <w:br/>
        <w:t>f 12241/20158/19540 12248/20164/19546 12250/20166/19548</w:t>
        <w:br/>
        <w:t>f 12246/20162/19544 12249/20165/19547 12251/20167/19549</w:t>
        <w:br/>
        <w:t>f 12241/20158/19540 12250/20166/19548 12252/20168/19550</w:t>
        <w:br/>
        <w:t>f 12250/20166/19548 12253/20169/19551 12252/20168/19550</w:t>
        <w:br/>
        <w:t>f 12243/20159/19541 12244/20160/19542 12254/20170/19552</w:t>
        <w:br/>
        <w:t>f 12251/20167/19549 12249/20165/19547 12255/20171/19553</w:t>
        <w:br/>
        <w:t>f 12256/20172/19554 12254/20170/19552 12244/20160/19542</w:t>
        <w:br/>
        <w:t>f 12253/20169/19551 12250/20166/19548 12257/20173/19555</w:t>
        <w:br/>
        <w:t>f 12255/20171/19553 12258/20174/19556 12251/20167/19549</w:t>
        <w:br/>
        <w:t>f 12254/20170/19552 12256/20172/19554 12259/20175/19557</w:t>
        <w:br/>
        <w:t>f 12258/20174/19556 12255/20171/19553 12260/20176/19558</w:t>
        <w:br/>
        <w:t>f 12256/20172/19554 12261/20177/19559 12259/20175/19557</w:t>
        <w:br/>
        <w:t>f 12262/20178/19560 12258/20174/19556 12260/20176/19558</w:t>
        <w:br/>
        <w:t>f 12261/20177/19559 12256/20172/19554 12263/20179/19561</w:t>
        <w:br/>
        <w:t>f 12264/20180/19562 12253/20169/19551 12257/20173/19555</w:t>
        <w:br/>
        <w:t>f 12258/20174/19556 12262/20178/19560 12265/20181/19563</w:t>
        <w:br/>
        <w:t>f 12253/20169/19551 12264/20180/19562 12266/20182/19564</w:t>
        <w:br/>
        <w:t>f 12264/20180/19562 12267/20183/19565 12266/20182/19564</w:t>
        <w:br/>
        <w:t>f 12268/20184/19566 12261/20177/19559 12263/20179/19561</w:t>
        <w:br/>
        <w:t>f 12269/20185/19567 12265/20181/19563 12262/20178/19560</w:t>
        <w:br/>
        <w:t>f 12268/20184/19566 12263/20179/19561 12270/20186/19568</w:t>
        <w:br/>
        <w:t>f 12264/20180/19562 12271/20187/19569 12267/20183/19565</w:t>
        <w:br/>
        <w:t>f 12265/20181/19563 12269/20185/19567 12272/20188/19570</w:t>
        <w:br/>
        <w:t>f 12271/20187/19569 12273/20189/19571 12267/20183/19565</w:t>
        <w:br/>
        <w:t>f 12274/20190/19572 12268/20184/19566 12270/20186/19568</w:t>
        <w:br/>
        <w:t>f 12275/20191/19573 12272/20188/19570 12269/20185/19567</w:t>
        <w:br/>
        <w:t>f 12270/20186/19568 12276/20192/19574 12274/20190/19572</w:t>
        <w:br/>
        <w:t>f 12273/20189/19571 12271/20187/19569 12277/20193/19575</w:t>
        <w:br/>
        <w:t>f 12272/20188/19570 12275/20191/19573 12278/20194/19576</w:t>
        <w:br/>
        <w:t>f 12273/20189/19571 12277/20193/19575 12279/20195/19577</w:t>
        <w:br/>
        <w:t>f 12281/20196/19578 12279/20195/19577 12280/20197/19579</w:t>
        <w:br/>
        <w:t>f 12279/20195/19577 12282/20198/19580 12273/20189/19571</w:t>
        <w:br/>
        <w:t>f 12281/20196/19578 12284/20199/19581 12283/20200/19582</w:t>
        <w:br/>
        <w:t>f 12279/20195/19577 12281/20196/19578 12283/20200/19582</w:t>
        <w:br/>
        <w:t>f 12286/20201/19583 12285/20202/19584 12276/20192/19585</w:t>
        <w:br/>
        <w:t>f 12276/20192/19585 12287/20203/19586 12286/20201/19583</w:t>
        <w:br/>
        <w:t>f 12288/20204/19587 12286/20201/19583 12287/20203/19586</w:t>
        <w:br/>
        <w:t>f 12290/20205/19588 12285/20202/19589 12289/20206/19590</w:t>
        <w:br/>
        <w:t>f 12283/20200/19582 12286/20201/19583 12289/20206/19590</w:t>
        <w:br/>
        <w:t>f 12282/20198/19580 12279/20195/19577 12291/20207/19591</w:t>
        <w:br/>
        <w:t>f 12286/20201/19583 12288/20204/19587 12292/20208/19592</w:t>
        <w:br/>
        <w:t>f 12292/20208/19592 12289/20206/19590 12286/20201/19583</w:t>
        <w:br/>
        <w:t>f 12293/20209/19593 12292/20208/19592 12288/20204/19587</w:t>
        <w:br/>
        <w:t>f 12296/20210/19594 12295/20211/19595 12294/20212/19596</w:t>
        <w:br/>
        <w:t>f 12295/20211/19595 12296/20210/19594 12293/20209/19593</w:t>
        <w:br/>
        <w:t>f 12289/20206/19590 12292/20208/19592 12296/20210/19594</w:t>
        <w:br/>
        <w:t>f 12292/20208/19592 12293/20209/19593 12296/20210/19594</w:t>
        <w:br/>
        <w:t>f 12299/20213/19597 12298/20214/19598 12297/20215/19599</w:t>
        <w:br/>
        <w:t>f 12299/20213/19597 12300/20216/19600 12298/20214/19598</w:t>
        <w:br/>
        <w:t>f 12297/20215/19599 12301/20217/19601 12299/20213/19597</w:t>
        <w:br/>
        <w:t>f 12301/20217/19601 12297/20215/19599 12302/20218/19602</w:t>
        <w:br/>
        <w:t>f 12301/20217/19601 12302/20218/19602 12303/20219/19603</w:t>
        <w:br/>
        <w:t>f 12300/20216/19600 12299/20213/19597 12304/20220/19604</w:t>
        <w:br/>
        <w:t>f 12304/20220/19604 12299/20213/19597 12305/20221/19605</w:t>
        <w:br/>
        <w:t>f 12304/20220/19604 12306/20222/19606 12300/20216/19600</w:t>
        <w:br/>
        <w:t>f 12304/20220/19604 12307/20223/19607 12306/20222/19606</w:t>
        <w:br/>
        <w:t>f 12303/20219/19603 12308/20224/19608 12305/20221/19605</w:t>
        <w:br/>
        <w:t>f 12305/20221/19605 12308/20224/19608 12304/20220/19604</w:t>
        <w:br/>
        <w:t>f 12307/20223/19607 12304/20220/19604 12309/20225/19609</w:t>
        <w:br/>
        <w:t>f 12308/20224/19608 12303/20219/19603 12310/20226/19610</w:t>
        <w:br/>
        <w:t>f 12308/20224/19608 12310/20226/19610 12307/20223/19611</w:t>
        <w:br/>
        <w:t>f 12313/20227/19597 12312/20228/19598 12311/20229/19599</w:t>
        <w:br/>
        <w:t>f 12313/20227/19597 12314/20230/19600 12312/20228/19598</w:t>
        <w:br/>
        <w:t>f 12311/20229/19599 12315/20231/19601 12313/20227/19597</w:t>
        <w:br/>
        <w:t>f 12315/20231/19601 12311/20229/19599 12316/20232/19602</w:t>
        <w:br/>
        <w:t>f 12315/20231/19601 12316/20232/19602 12317/20233/19612</w:t>
        <w:br/>
        <w:t>f 12314/20230/19600 12313/20227/19597 12318/20234/19604</w:t>
        <w:br/>
        <w:t>f 12318/20234/19604 12313/20227/19597 12319/20235/19605</w:t>
        <w:br/>
        <w:t>f 12318/20234/19604 12320/20236/19606 12314/20230/19600</w:t>
        <w:br/>
        <w:t>f 12318/20234/19604 12321/20237/19607 12320/20236/19606</w:t>
        <w:br/>
        <w:t>f 12317/20233/19603 12322/20238/19608 12319/20235/19605</w:t>
        <w:br/>
        <w:t>f 12319/20235/19605 12322/20238/19608 12318/20234/19604</w:t>
        <w:br/>
        <w:t>f 12321/20237/19607 12318/20234/19604 12323/20239/19613</w:t>
        <w:br/>
        <w:t>f 12322/20238/19608 12317/20233/19603 12324/20240/19614</w:t>
        <w:br/>
        <w:t>f 12322/20238/19608 12324/20240/19614 12321/20237/19607</w:t>
        <w:br/>
        <w:t>f 12326/20241/19615 12325/20242/19616 10066/17982/17348</w:t>
        <w:br/>
        <w:t>f 10066/17982/17348 10063/17979/17345 12326/20241/19615</w:t>
        <w:br/>
        <w:t>f 12325/20242/19616 12326/20241/19615 12327/20243/19617</w:t>
        <w:br/>
        <w:t>f 12327/20243/19617 12328/20244/19618 12325/20242/19616</w:t>
        <w:br/>
        <w:t>f 10064/17980/17346 12330/20245/19619 12329/20246/19620</w:t>
        <w:br/>
        <w:t>f 12330/20245/19619 12331/20247/19621 12329/20246/19620</w:t>
        <w:br/>
        <w:t>f 10065/17981/17347 12330/20245/19619 10064/17980/17346</w:t>
        <w:br/>
        <w:t>f 10047/17962/17328 10048/17964/17330 12332/20248/19622</w:t>
        <w:br/>
        <w:t>f 12328/20244/19618 12327/20243/19617 12333/20249/19623</w:t>
        <w:br/>
        <w:t>f 12333/20249/19623 12334/20250/19624 12328/20244/19618</w:t>
        <w:br/>
        <w:t>f 12334/20250/19624 12333/20249/19623 12335/20251/19625</w:t>
        <w:br/>
        <w:t>f 12331/20247/19621 12330/20245/19619 12336/20252/19626</w:t>
        <w:br/>
        <w:t>f 12336/20252/19626 12337/20253/19627 12331/20247/19621</w:t>
        <w:br/>
        <w:t>f 12338/20254/19628 12332/20248/19622 10048/17964/17330</w:t>
        <w:br/>
        <w:t>f 12332/20248/19622 12338/20254/19628 12339/20255/19629</w:t>
        <w:br/>
        <w:t>f 10044/17961/17327 10045/17960/17326 12340/20256/19630</w:t>
        <w:br/>
        <w:t>f 12341/20257/19631 12340/20256/19630 10045/17960/17326</w:t>
        <w:br/>
        <w:t>f 12343/20258/19632 12342/20259/19633 12337/20253/19627</w:t>
        <w:br/>
        <w:t>f 12337/20253/19627 12336/20252/19626 12343/20258/19632</w:t>
        <w:br/>
        <w:t>f 12342/20259/19633 12343/20258/19632 12344/20260/19634</w:t>
        <w:br/>
        <w:t>f 12347/20261/19635 12346/20262/19636 12345/20263/19637</w:t>
        <w:br/>
        <w:t>f 12348/20264/19638 12339/20255/19629 12338/20254/19628</w:t>
        <w:br/>
        <w:t>f 12339/20255/19629 12348/20264/19638 12347/20261/19635</w:t>
        <w:br/>
        <w:t>f 12340/20256/19630 12341/20257/19631 12349/20265/19639</w:t>
        <w:br/>
        <w:t>f 12346/20262/19636 12347/20261/19635 12348/20264/19638</w:t>
        <w:br/>
        <w:t>f 12350/20266/19640 12349/20265/19639 12341/20257/19631</w:t>
        <w:br/>
        <w:t>f 12349/20265/19639 12350/20266/19640 12351/20267/19641</w:t>
        <w:br/>
        <w:t>f 12354/20268/19642 12353/20269/19643 12352/20270/19644</w:t>
        <w:br/>
        <w:t>f 12355/20271/19645 12354/20268/19642 12352/20270/19644</w:t>
        <w:br/>
        <w:t>f 12356/20272/19646 12353/20269/19643 12354/20268/19642</w:t>
        <w:br/>
        <w:t>f 12353/20269/19643 12356/20272/19646 12357/20273/19647</w:t>
        <w:br/>
        <w:t>f 12356/20272/19646 12358/20274/19648 12357/20273/19647</w:t>
        <w:br/>
        <w:t>f 12354/20268/19642 12355/20271/19645 12359/20275/19649</w:t>
        <w:br/>
        <w:t>f 12359/20275/19649 12360/20276/19650 12354/20268/19642</w:t>
        <w:br/>
        <w:t>f 12359/20275/19649 12355/20271/19645 12361/20277/19651</w:t>
        <w:br/>
        <w:t>f 12362/20278/19652 12359/20275/19649 12361/20277/19651</w:t>
        <w:br/>
        <w:t>f 12363/20279/19653 12358/20274/19648 12360/20276/19650</w:t>
        <w:br/>
        <w:t>f 12360/20276/19650 12359/20275/19649 12363/20279/19653</w:t>
        <w:br/>
        <w:t>f 12359/20275/19649 12362/20278/19652 12364/20280/19654</w:t>
        <w:br/>
        <w:t>f 12358/20274/19648 12363/20279/19653 12365/20281/19655</w:t>
        <w:br/>
        <w:t>f 12363/20279/19653 12362/20278/19652 12365/20281/19655</w:t>
        <w:br/>
        <w:t>f 12368/20282/19642 12367/20283/19656 12366/20284/19644</w:t>
        <w:br/>
        <w:t>f 12369/20285/19657 12368/20282/19642 12366/20284/19644</w:t>
        <w:br/>
        <w:t>f 12370/20286/19658 12367/20283/19656 12368/20282/19642</w:t>
        <w:br/>
        <w:t>f 12367/20283/19656 12370/20286/19658 12371/20287/19659</w:t>
        <w:br/>
        <w:t>f 12370/20286/19658 12372/20288/19660 12371/20287/19659</w:t>
        <w:br/>
        <w:t>f 12368/20282/19642 12369/20285/19657 12373/20289/19649</w:t>
        <w:br/>
        <w:t>f 12373/20289/19649 12374/20290/19661 12368/20282/19642</w:t>
        <w:br/>
        <w:t>f 12373/20289/19649 12369/20285/19657 12375/20291/19651</w:t>
        <w:br/>
        <w:t>f 12376/20292/19652 12373/20289/19649 12375/20291/19651</w:t>
        <w:br/>
        <w:t>f 12377/20293/19653 12372/20288/19648 12374/20290/19661</w:t>
        <w:br/>
        <w:t>f 12374/20290/19661 12373/20289/19649 12377/20293/19653</w:t>
        <w:br/>
        <w:t>f 12373/20289/19649 12376/20292/19652 12378/20294/19654</w:t>
        <w:br/>
        <w:t>f 12372/20288/19648 12377/20293/19653 12379/20295/19655</w:t>
        <w:br/>
        <w:t>f 12377/20293/19653 12376/20292/19652 12379/20295/19655</w:t>
        <w:br/>
        <w:t>f 12382/20296/19662 12381/20297/19663 12380/20298/19662</w:t>
        <w:br/>
        <w:t>f 12383/20299/19664 12380/20298/19662 12381/20297/19663</w:t>
        <w:br/>
        <w:t>f 12382/20296/19662 12380/20298/19662 12384/20300/19665</w:t>
        <w:br/>
        <w:t>f 12380/20298/19662 12383/20299/19664 12385/20301/19666</w:t>
        <w:br/>
        <w:t>f 12386/20302/19664 12382/20296/19662 12384/20300/19665</w:t>
        <w:br/>
        <w:t>f 12383/20299/19664 12386/20302/19664 12385/20301/19666</w:t>
        <w:br/>
        <w:t>f 12382/20296/19662 12386/20302/19664 12387/20303/19667</w:t>
        <w:br/>
        <w:t>f 12383/20299/19664 12387/20303/19667 12386/20302/19664</w:t>
        <w:br/>
        <w:t>f 12390/20304/19668 12389/20305/19669 12388/20306/19669</w:t>
        <w:br/>
        <w:t>f 12393/20307/19670 12392/20308/19670 12391/20309/19670</w:t>
        <w:br/>
        <w:t>f 12389/20305/19669 12390/20304/19668 12394/20310/19668</w:t>
        <w:br/>
        <w:t>f 12397/20311/19671 12396/20312/19672 12395/20313/19672</w:t>
        <w:br/>
        <w:t>f 12392/20308/19670 12393/20307/19670 12398/20314/19670</w:t>
        <w:br/>
        <w:t>f 12401/20315/19673 12400/20316/19674 12399/20317/19673</w:t>
        <w:br/>
        <w:t>f 12396/20312/19672 12397/20311/19671 12402/20318/19671</w:t>
        <w:br/>
        <w:t>f 12400/20316/19674 12401/20315/19673 12403/20319/19675</w:t>
        <w:br/>
        <w:t>f 12406/20320/19676 12405/20321/19676 12404/20322/19677</w:t>
        <w:br/>
        <w:t>f 12405/20321/19676 12407/20323/19678 12404/20322/19677</w:t>
        <w:br/>
        <w:t>f 12409/20324/19679 12406/20320/19676 12408/20325/19677</w:t>
        <w:br/>
        <w:t>f 12407/20323/19678 12409/20324/19679 12408/20325/19677</w:t>
        <w:br/>
        <w:t>f 12405/20321/19676 12406/20320/19676 12410/20326/19680</w:t>
        <w:br/>
        <w:t>f 12409/20324/19679 12410/20326/19680 12406/20320/19676</w:t>
        <w:br/>
        <w:t>f 12409/20324/19679 12407/20323/19678 12411/20327/19681</w:t>
        <w:br/>
        <w:t>f 12405/20321/19676 12411/20327/19681 12407/20323/19678</w:t>
        <w:br/>
        <w:t>f 12414/20328/19682 12413/20329/19682 12412/20330/19682</w:t>
        <w:br/>
        <w:t>f 12417/20331/19683 12416/20332/19684 12415/20333/19684</w:t>
        <w:br/>
        <w:t>f 12413/20329/19682 12414/20328/19682 12418/20334/19682</w:t>
        <w:br/>
        <w:t>f 12421/20335/19685 12420/20336/19686 12419/20337/19685</w:t>
        <w:br/>
        <w:t>f 12416/20332/19684 12417/20331/19683 12422/20338/19683</w:t>
        <w:br/>
        <w:t>f 12425/20339/19687 12424/20340/19688 12423/20341/19688</w:t>
        <w:br/>
        <w:t>f 12420/20336/19686 12421/20335/19685 12426/20342/19686</w:t>
        <w:br/>
        <w:t>f 12424/20340/19688 12425/20339/19687 12427/20343/19687</w:t>
        <w:br/>
        <w:t>f 12430/20344/19689 12429/20345/19690 12428/20346/19691</w:t>
        <w:br/>
        <w:t>f 12431/20347/19692 12430/20344/19689 12428/20346/19691</w:t>
        <w:br/>
        <w:t>f 12429/20345/19690 12430/20344/19689 12432/20348/19693</w:t>
        <w:br/>
        <w:t>f 12435/20349/19694 12434/20350/19695 12433/20351/19696</w:t>
        <w:br/>
        <w:t>f 12430/20344/19689 12431/20347/19692 12436/20352/19697</w:t>
        <w:br/>
        <w:t>f 12439/20353/19698 12438/20354/19699 12437/20355/19700</w:t>
        <w:br/>
        <w:t>f 12440/20356/19701 12437/20355/19700 12438/20354/19699</w:t>
        <w:br/>
        <w:t>f 12437/20355/19700 12441/20357/19702 12439/20353/19698</w:t>
        <w:br/>
        <w:t>f 12437/20355/19700 12440/20356/19701 12442/20358/19703</w:t>
        <w:br/>
        <w:t>f 12443/20359/19704 12439/20353/19698 12441/20357/19702</w:t>
        <w:br/>
        <w:t>f 12444/20360/19705 12442/20358/19703 12440/20356/19701</w:t>
        <w:br/>
        <w:t>f 12439/20353/19698 12443/20359/19704 12445/20361/19706</w:t>
        <w:br/>
        <w:t>f 12434/20350/19695 12435/20349/19694 12446/20362/19707</w:t>
        <w:br/>
        <w:t>f 12447/20363/19708 12445/20361/19706 12443/20359/19704</w:t>
        <w:br/>
        <w:t>f 12450/20364/19709 12449/20365/19710 12448/20366/19711</w:t>
        <w:br/>
        <w:t>f 12445/20361/19706 12447/20363/19708 12451/20367/19712</w:t>
        <w:br/>
        <w:t>f 12449/20365/19710 12450/20364/19709 12452/20368/19713</w:t>
        <w:br/>
        <w:t>f 12450/20364/19709 12453/20369/19714 12452/20368/19713</w:t>
        <w:br/>
        <w:t>f 12447/20363/19708 12444/20360/19705 12454/20370/19715</w:t>
        <w:br/>
        <w:t>f 12454/20370/19715 12451/20367/19712 12447/20363/19708</w:t>
        <w:br/>
        <w:t>f 12453/20369/19714 12450/20364/19709 12455/20371/19716</w:t>
        <w:br/>
        <w:t>f 12444/20360/19705 12440/20356/19701 12454/20370/19715</w:t>
        <w:br/>
        <w:t>f 12458/20372/19717 12457/20373/19718 12456/20374/19719</w:t>
        <w:br/>
        <w:t>f 12456/20374/19719 12459/20375/19720 12458/20372/19717</w:t>
        <w:br/>
        <w:t>f 12462/20376/19721 12461/20377/19722 12460/20378/19723</w:t>
        <w:br/>
        <w:t>f 12463/20379/19724 12460/20378/19723 12461/20377/19722</w:t>
        <w:br/>
        <w:t>f 12461/20377/19722 12462/20376/19721 12464/20380/19725</w:t>
        <w:br/>
        <w:t>f 12465/20381/19726 12464/20380/19725 12462/20376/19721</w:t>
        <w:br/>
        <w:t>f 12463/20379/19724 12461/20377/19722 12466/20382/19727</w:t>
        <w:br/>
        <w:t>f 12466/20382/19727 12467/20383/19728 12463/20379/19724</w:t>
        <w:br/>
        <w:t>f 12470/20384/19729 12469/20385/19730 12468/20386/19731</w:t>
        <w:br/>
        <w:t>f 12471/20387/19732 12468/20386/19731 12469/20385/19730</w:t>
        <w:br/>
        <w:t>f 12469/20385/19730 12470/20384/19729 12472/20388/19733</w:t>
        <w:br/>
        <w:t>f 12469/20385/19730 12473/20389/19734 12471/20387/19732</w:t>
        <w:br/>
        <w:t>f 12476/20390/19735 12475/20391/19736 12474/20392/19737</w:t>
        <w:br/>
        <w:t>f 12479/20393/19738 12478/20394/19738 12477/20395/19739</w:t>
        <w:br/>
        <w:t>f 12464/20380/19725 12465/20381/19726 12480/20396/19740</w:t>
        <w:br/>
        <w:t>f 12478/20394/19738 12479/20393/19738 12481/20397/19741</w:t>
        <w:br/>
        <w:t>f 12484/20398/19742 12483/20399/19743 12482/20400/19744</w:t>
        <w:br/>
        <w:t>f 12475/20391/19736 12476/20390/19735 12485/20401/19745</w:t>
        <w:br/>
        <w:t>f 12484/20398/19742 12487/20402/19746 12486/20403/19747</w:t>
        <w:br/>
        <w:t>f 12466/20382/19727 12488/20404/19748 12467/20383/19728</w:t>
        <w:br/>
        <w:t>f 12484/20398/19742 12482/20400/19744 12489/20405/19749</w:t>
        <w:br/>
        <w:t>f 12487/20402/19746 12484/20398/19742 12489/20405/19749</w:t>
        <w:br/>
        <w:t>f 12490/20406/19750 12480/20396/19740 12465/20381/19726</w:t>
        <w:br/>
        <w:t>f 12490/20406/19750 12467/20383/19728 12488/20404/19748</w:t>
        <w:br/>
        <w:t>f 12490/20406/19750 12465/20381/19726 12491/20407/19751</w:t>
        <w:br/>
        <w:t>f 12467/20383/19728 12490/20406/19750 12491/20407/19751</w:t>
        <w:br/>
        <w:t>f 12492/20408/19752 3339/11255/10787 3346/11262/10794</w:t>
        <w:br/>
        <w:t>f 3350/11266/10798 3353/11269/10801 12493/20409/19753</w:t>
        <w:br/>
        <w:t>f 3339/11255/10787 12492/20408/19752 12494/20410/19754</w:t>
        <w:br/>
        <w:t>f 12494/20410/19754 3338/11256/10788 3339/11255/10787</w:t>
        <w:br/>
        <w:t>f 3353/11269/10801 12495/20411/19755 12493/20409/19753</w:t>
        <w:br/>
        <w:t>f 3338/11256/10788 12494/20410/19754 12496/20412/19756</w:t>
        <w:br/>
        <w:t>f 12495/20411/19755 3353/11269/10801 12497/20413/19757</w:t>
        <w:br/>
        <w:t>f 3335/11252/10784 3336/11251/10783 12498/20414/19758</w:t>
        <w:br/>
        <w:t>f 12492/20408/19752 12499/20415/19759 12494/20410/19754</w:t>
        <w:br/>
        <w:t>f 12499/20415/19759 12496/20412/19756 12494/20410/19754</w:t>
        <w:br/>
        <w:t>f 12499/20415/19759 12492/20408/19752 12500/20416/19760</w:t>
        <w:br/>
        <w:t>f 12498/20414/19758 12501/20417/19761 3335/11252/10784</w:t>
        <w:br/>
        <w:t>f 12496/20412/19756 12499/20415/19759 12502/20418/19762</w:t>
        <w:br/>
        <w:t>f 12503/20419/19763 3335/11252/10784 12501/20417/19761</w:t>
        <w:br/>
        <w:t>f 12504/20420/19764 12499/20415/19759 12500/20416/19760</w:t>
        <w:br/>
        <w:t>f 12505/20421/19765 12495/20411/19755 12497/20413/19757</w:t>
        <w:br/>
        <w:t>f 12502/20418/19762 12499/20415/19759 12506/20422/19766</w:t>
        <w:br/>
        <w:t>f 12507/20423/19767 12503/20419/19763 12501/20417/19761</w:t>
        <w:br/>
        <w:t>f 12504/20420/19764 12508/20424/19768 12499/20415/19759</w:t>
        <w:br/>
        <w:t>f 12508/20424/19768 12506/20422/19766 12499/20415/19759</w:t>
        <w:br/>
        <w:t>f 12509/20425/19769 12505/20421/19765 12497/20413/19757</w:t>
        <w:br/>
        <w:t>f 12504/20420/19764 12510/20426/19770 12508/20424/19768</w:t>
        <w:br/>
        <w:t>f 12510/20426/19770 12504/20420/19764 12511/20427/19771</w:t>
        <w:br/>
        <w:t>f 12510/20426/19770 12506/20422/19766 12508/20424/19768</w:t>
        <w:br/>
        <w:t>f 12514/20428/19772 12513/20429/19773 12512/20430/19774</w:t>
        <w:br/>
        <w:t>f 12503/20419/19763 12507/20423/19767 12515/20431/19775</w:t>
        <w:br/>
        <w:t>f 12506/20422/19766 12510/20426/19770 12516/20432/19776</w:t>
        <w:br/>
        <w:t>f 12519/20433/19777 12518/20434/19778 12517/20435/19779</w:t>
        <w:br/>
        <w:t>f 12518/20434/19778 12519/20433/19777 12513/20429/19773</w:t>
        <w:br/>
        <w:t>f 12513/20429/19773 12514/20428/19772 12518/20434/19778</w:t>
        <w:br/>
        <w:t>f 3482/11398/10933 3548/11464/10998 12520/20436/19780</w:t>
        <w:br/>
        <w:t>f 3478/11394/10929 3482/11398/10933 12520/20436/19780</w:t>
        <w:br/>
        <w:t>f 12523/20437/19781 12522/20438/19782 12521/20439/19783</w:t>
        <w:br/>
        <w:t>f 12521/20439/19783 12524/20440/19784 12523/20437/19781</w:t>
        <w:br/>
        <w:t>f 12522/20438/19782 12523/20437/19781 12525/20441/19785</w:t>
        <w:br/>
        <w:t>f 12525/20441/19785 12526/20442/19786 12522/20438/19782</w:t>
        <w:br/>
        <w:t>f 12527/20443/19787 12523/20437/19781 12524/20440/19784</w:t>
        <w:br/>
        <w:t>f 12526/20442/19786 12525/20441/19785 12528/20444/19788</w:t>
        <w:br/>
        <w:t>f 12530/20445/19789 12523/20437/19781 12529/20446/19790</w:t>
        <w:br/>
        <w:t>f 12524/20440/19784 12531/20447/19791 12527/20443/19787</w:t>
        <w:br/>
        <w:t>f 12530/20445/19789 12525/20441/19785 12523/20437/19781</w:t>
        <w:br/>
        <w:t>f 12531/20447/19791 12524/20440/19784 12532/20448/19792</w:t>
        <w:br/>
        <w:t>f 12532/20448/19792 12533/20449/19793 12531/20447/19791</w:t>
        <w:br/>
        <w:t>f 12528/20444/19788 12534/20450/19794 12526/20442/19786</w:t>
        <w:br/>
        <w:t>f 12535/20451/19795 12525/20441/19785 12530/20445/19789</w:t>
        <w:br/>
        <w:t>f 12525/20441/19785 12535/20451/19795 12528/20444/19788</w:t>
        <w:br/>
        <w:t>f 12531/20447/19791 12533/20449/19793 12536/20452/19796</w:t>
        <w:br/>
        <w:t>f 12534/20450/19794 12528/20444/19788 12537/20453/19797</w:t>
        <w:br/>
        <w:t>f 12533/20449/19793 12538/20454/19798 12536/20452/19796</w:t>
        <w:br/>
        <w:t>f 12528/20444/19788 12535/20451/19795 12539/20455/19799</w:t>
        <w:br/>
        <w:t>f 12528/20444/19788 12539/20455/19799 12537/20453/19797</w:t>
        <w:br/>
        <w:t>f 12538/20454/19798 12534/20450/19794 12537/20453/19797</w:t>
        <w:br/>
        <w:t>f 12538/20454/19798 12533/20449/19793 12540/20456/19800</w:t>
        <w:br/>
        <w:t>f 12540/20456/19800 12534/20450/19794 12538/20454/19798</w:t>
        <w:br/>
        <w:t>f 12543/20457/19801 12542/20458/19802 12541/20459/19803</w:t>
        <w:br/>
        <w:t>f 12542/20458/19802 12544/20460/19804 12541/20459/19803</w:t>
        <w:br/>
        <w:t>f 12542/20458/19802 12543/20457/19801 12545/20461/19805</w:t>
        <w:br/>
        <w:t>f 12546/20462/19806 12545/20461/19805 12543/20457/19801</w:t>
        <w:br/>
        <w:t>f 12542/20458/19802 12547/20463/19807 12544/20460/19804</w:t>
        <w:br/>
        <w:t>f 12545/20461/19805 12546/20462/19806 12548/20464/19808</w:t>
        <w:br/>
        <w:t>f 12542/20458/19802 12550/20465/19809 12549/20466/19810</w:t>
        <w:br/>
        <w:t>f 12551/20467/19811 12544/20460/19804 12547/20463/19807</w:t>
        <w:br/>
        <w:t>f 12545/20461/19805 12550/20465/19809 12542/20458/19802</w:t>
        <w:br/>
        <w:t>f 12544/20460/19804 12551/20467/19811 12552/20468/19812</w:t>
        <w:br/>
        <w:t>f 12551/20467/19811 12553/20469/19813 12552/20468/19812</w:t>
        <w:br/>
        <w:t>f 12554/20470/19814 12548/20464/19808 12546/20462/19806</w:t>
        <w:br/>
        <w:t>f 12545/20461/19805 12555/20471/19815 12550/20465/19809</w:t>
        <w:br/>
        <w:t>f 12551/20467/19811 12556/20472/19816 12553/20469/19813</w:t>
        <w:br/>
        <w:t>f 12555/20471/19815 12545/20461/19805 12548/20464/19808</w:t>
        <w:br/>
        <w:t>f 12557/20473/19817 12553/20469/19813 12556/20472/19816</w:t>
        <w:br/>
        <w:t>f 12555/20471/19815 12548/20464/19808 12558/20474/19818</w:t>
        <w:br/>
        <w:t>f 12553/20469/19813 12557/20473/19817 12559/20475/19819</w:t>
        <w:br/>
        <w:t>f 12554/20470/19814 12559/20475/19819 12557/20473/19817</w:t>
        <w:br/>
        <w:t>f 12548/20464/19808 12554/20470/19814 12560/20476/19820</w:t>
        <w:br/>
        <w:t>f 12557/20473/19817 12548/20464/19808 12560/20476/19820</w:t>
        <w:br/>
        <w:t>f 12557/20473/19817 12560/20476/19820 12554/20470/19814</w:t>
        <w:br/>
        <w:t>f 12563/20477/19801 12562/20478/19802 12561/20479/19821</w:t>
        <w:br/>
        <w:t>f 12562/20478/19802 12564/20480/19804 12561/20479/19821</w:t>
        <w:br/>
        <w:t>f 12562/20478/19802 12563/20477/19801 12565/20481/19822</w:t>
        <w:br/>
        <w:t>f 12566/20482/19806 12565/20481/19822 12563/20477/19801</w:t>
        <w:br/>
        <w:t>f 12562/20478/19802 12567/20483/19807 12564/20480/19804</w:t>
        <w:br/>
        <w:t>f 12565/20481/19822 12566/20482/19806 12568/20484/19808</w:t>
        <w:br/>
        <w:t>f 12562/20478/19802 12570/20485/19823 12569/20486/19810</w:t>
        <w:br/>
        <w:t>f 12571/20487/19811 12564/20480/19804 12567/20483/19807</w:t>
        <w:br/>
        <w:t>f 12565/20481/19822 12570/20485/19823 12562/20478/19802</w:t>
        <w:br/>
        <w:t>f 12564/20480/19804 12571/20487/19811 12572/20488/19824</w:t>
        <w:br/>
        <w:t>f 12571/20487/19811 12573/20489/19813 12572/20488/19824</w:t>
        <w:br/>
        <w:t>f 12574/20490/19825 12568/20484/19808 12566/20482/19806</w:t>
        <w:br/>
        <w:t>f 12565/20481/19822 12575/20491/19815 12570/20485/19823</w:t>
        <w:br/>
        <w:t>f 12571/20487/19811 12576/20492/19816 12573/20489/19813</w:t>
        <w:br/>
        <w:t>f 12575/20491/19815 12565/20481/19822 12568/20484/19808</w:t>
        <w:br/>
        <w:t>f 12577/20493/19817 12573/20489/19813 12576/20492/19816</w:t>
        <w:br/>
        <w:t>f 12575/20491/19815 12568/20484/19808 12578/20494/19818</w:t>
        <w:br/>
        <w:t>f 12573/20489/19813 12577/20493/19817 12579/20495/19819</w:t>
        <w:br/>
        <w:t>f 12574/20490/19825 12579/20495/19819 12577/20493/19817</w:t>
        <w:br/>
        <w:t>f 12568/20484/19808 12574/20490/19825 12580/20496/19820</w:t>
        <w:br/>
        <w:t>f 12577/20493/19817 12568/20484/19808 12580/20496/19820</w:t>
        <w:br/>
        <w:t>f 12577/20493/19817 12580/20496/19820 12574/20490/19825</w:t>
        <w:br/>
        <w:t>f 12583/20497/19826 12582/20498/19827 12581/20499/19828</w:t>
        <w:br/>
        <w:t>f 12582/20498/19827 12584/20500/19829 12581/20499/19828</w:t>
        <w:br/>
        <w:t>f 12582/20498/19827 12583/20497/19826 12585/20501/19830</w:t>
        <w:br/>
        <w:t>f 12586/20502/19831 12585/20501/19830 12583/20497/19826</w:t>
        <w:br/>
        <w:t>f 12582/20498/19827 12587/20503/19832 12584/20500/19829</w:t>
        <w:br/>
        <w:t>f 12585/20501/19830 12586/20502/19831 12588/20504/19833</w:t>
        <w:br/>
        <w:t>f 12582/20498/19827 12590/20505/19834 12589/20506/19835</w:t>
        <w:br/>
        <w:t>f 12591/20507/19836 12584/20500/19829 12587/20503/19832</w:t>
        <w:br/>
        <w:t>f 12585/20501/19830 12590/20505/19834 12582/20498/19827</w:t>
        <w:br/>
        <w:t>f 12584/20500/19829 12591/20507/19836 12592/20508/19837</w:t>
        <w:br/>
        <w:t>f 12591/20507/19836 12593/20509/19838 12592/20508/19837</w:t>
        <w:br/>
        <w:t>f 12594/20510/19839 12588/20504/19833 12586/20502/19831</w:t>
        <w:br/>
        <w:t>f 12585/20501/19830 12595/20511/19840 12590/20505/19834</w:t>
        <w:br/>
        <w:t>f 12591/20507/19836 12596/20512/19841 12593/20509/19838</w:t>
        <w:br/>
        <w:t>f 12595/20511/19840 12585/20501/19830 12588/20504/19833</w:t>
        <w:br/>
        <w:t>f 12597/20513/19842 12593/20509/19838 12596/20512/19841</w:t>
        <w:br/>
        <w:t>f 12595/20511/19840 12588/20504/19833 12598/20514/19843</w:t>
        <w:br/>
        <w:t>f 12593/20509/19838 12597/20513/19842 12599/20515/19844</w:t>
        <w:br/>
        <w:t>f 12594/20510/19839 12599/20515/19844 12597/20513/19842</w:t>
        <w:br/>
        <w:t>f 12588/20504/19833 12594/20510/19839 12600/20516/19845</w:t>
        <w:br/>
        <w:t>f 12597/20513/19842 12588/20504/19833 12600/20516/19845</w:t>
        <w:br/>
        <w:t>f 12597/20513/19842 12600/20516/19845 12594/20510/19839</w:t>
        <w:br/>
        <w:t>f 12603/20517/19846 12602/20518/19847 12601/20519/19848</w:t>
        <w:br/>
        <w:t>f 12601/20519/19848 12604/20520/19849 12603/20517/19846</w:t>
        <w:br/>
        <w:t>f 12602/20518/19847 12603/20517/19846 12605/20521/19850</w:t>
        <w:br/>
        <w:t>f 12605/20521/19850 12606/20522/19851 12602/20518/19847</w:t>
        <w:br/>
        <w:t>f 12607/20523/19852 12603/20517/19846 12604/20520/19849</w:t>
        <w:br/>
        <w:t>f 12606/20522/19851 12605/20521/19850 12608/20524/19853</w:t>
        <w:br/>
        <w:t>f 12610/20525/19854 12603/20517/19846 12609/20526/19855</w:t>
        <w:br/>
        <w:t>f 12604/20520/19849 12611/20527/19856 12607/20523/19852</w:t>
        <w:br/>
        <w:t>f 12610/20525/19854 12605/20521/19850 12603/20517/19846</w:t>
        <w:br/>
        <w:t>f 12611/20527/19856 12604/20520/19849 12612/20528/19857</w:t>
        <w:br/>
        <w:t>f 12612/20528/19857 12613/20529/19858 12611/20527/19856</w:t>
        <w:br/>
        <w:t>f 12608/20524/19853 12614/20530/19859 12606/20522/19851</w:t>
        <w:br/>
        <w:t>f 12615/20531/19860 12605/20521/19850 12610/20525/19854</w:t>
        <w:br/>
        <w:t>f 12605/20521/19850 12615/20531/19860 12608/20524/19853</w:t>
        <w:br/>
        <w:t>f 12611/20527/19856 12613/20529/19858 12616/20532/19861</w:t>
        <w:br/>
        <w:t>f 12614/20530/19859 12608/20524/19853 12617/20533/19862</w:t>
        <w:br/>
        <w:t>f 12613/20529/19858 12618/20534/19863 12616/20532/19861</w:t>
        <w:br/>
        <w:t>f 12608/20524/19853 12615/20531/19860 12619/20535/19864</w:t>
        <w:br/>
        <w:t>f 12608/20524/19853 12619/20535/19864 12617/20533/19862</w:t>
        <w:br/>
        <w:t>f 12618/20534/19863 12614/20530/19859 12617/20533/19862</w:t>
        <w:br/>
        <w:t>f 12618/20534/19863 12613/20529/19858 12620/20536/19865</w:t>
        <w:br/>
        <w:t>f 12620/20536/19865 12614/20530/19859 12618/20534/19863</w:t>
        <w:br/>
        <w:t>f 12623/20537/19846 12622/20538/19866 12621/20539/19867</w:t>
        <w:br/>
        <w:t>f 12621/20539/19867 12624/20540/19868 12623/20537/19846</w:t>
        <w:br/>
        <w:t>f 12622/20538/19866 12623/20537/19846 12625/20541/19869</w:t>
        <w:br/>
        <w:t>f 12625/20541/19869 12626/20542/19851 12622/20538/19866</w:t>
        <w:br/>
        <w:t>f 12627/20543/19852 12623/20537/19846 12624/20540/19868</w:t>
        <w:br/>
        <w:t>f 12626/20542/19851 12625/20541/19869 12628/20544/19853</w:t>
        <w:br/>
        <w:t>f 12630/20545/19870 12623/20537/19846 12629/20546/19855</w:t>
        <w:br/>
        <w:t>f 12624/20540/19868 12631/20547/19871 12627/20543/19852</w:t>
        <w:br/>
        <w:t>f 12630/20545/19870 12625/20541/19869 12623/20537/19846</w:t>
        <w:br/>
        <w:t>f 12631/20547/19871 12624/20540/19868 12632/20548/19857</w:t>
        <w:br/>
        <w:t>f 12632/20548/19857 12633/20549/19858 12631/20547/19871</w:t>
        <w:br/>
        <w:t>f 12628/20544/19853 12634/20550/19859 12626/20542/19851</w:t>
        <w:br/>
        <w:t>f 12635/20551/19860 12625/20541/19869 12630/20545/19870</w:t>
        <w:br/>
        <w:t>f 12625/20541/19869 12635/20551/19860 12628/20544/19853</w:t>
        <w:br/>
        <w:t>f 12631/20547/19871 12633/20549/19858 12636/20552/19861</w:t>
        <w:br/>
        <w:t>f 12634/20550/19859 12628/20544/19853 12637/20553/19872</w:t>
        <w:br/>
        <w:t>f 12633/20549/19858 12638/20554/19863 12636/20552/19861</w:t>
        <w:br/>
        <w:t>f 12628/20544/19853 12635/20551/19860 12639/20555/19864</w:t>
        <w:br/>
        <w:t>f 12628/20544/19853 12639/20555/19864 12637/20553/19872</w:t>
        <w:br/>
        <w:t>f 12638/20554/19863 12634/20550/19859 12637/20553/19872</w:t>
        <w:br/>
        <w:t>f 12638/20554/19863 12633/20549/19858 12640/20556/19873</w:t>
        <w:br/>
        <w:t>f 12640/20556/19873 12634/20550/19859 12638/20554/19863</w:t>
        <w:br/>
        <w:t>f 12643/20557/19874 12642/20558/19875 12641/20559/19875</w:t>
        <w:br/>
        <w:t>f 12642/20558/19875 12644/20560/19876 12641/20559/19875</w:t>
        <w:br/>
        <w:t>f 12642/20558/19875 12643/20557/19874 12645/20561/19877</w:t>
        <w:br/>
        <w:t>f 12646/20562/19878 12645/20561/19877 12643/20557/19874</w:t>
        <w:br/>
        <w:t>f 12644/20560/19876 12642/20558/19875 12647/20563/19876</w:t>
        <w:br/>
        <w:t>f 12650/20564/19879 12649/20565/19879 12648/20566/19880</w:t>
        <w:br/>
        <w:t>f 12650/20564/19879 12651/20567/19881 12649/20565/19879</w:t>
        <w:br/>
        <w:t>f 12645/20561/19877 12646/20562/19878 12652/20568/19878</w:t>
        <w:br/>
        <w:t>f 12653/20569/19882 12644/20560/19876 12647/20563/19876</w:t>
        <w:br/>
        <w:t>f 12651/20567/19881 12650/20564/19879 12654/20570/19881</w:t>
        <w:br/>
        <w:t>f 12644/20560/19876 12653/20569/19882 12655/20571/19882</w:t>
        <w:br/>
        <w:t>f 12655/20571/19882 12653/20569/19882 12656/20572/19883</w:t>
        <w:br/>
        <w:t>f 12652/20568/19878 12646/20562/19878 12657/20573/19884</w:t>
        <w:br/>
        <w:t>f 12658/20574/19885 12654/20570/19881 12650/20564/19879</w:t>
        <w:br/>
        <w:t>f 12657/20573/19884 12646/20562/19878 12659/20575/19884</w:t>
        <w:br/>
        <w:t>f 12660/20576/19886 12657/20573/19884 12659/20575/19884</w:t>
        <w:br/>
        <w:t>f 12661/20577/19887 12656/20572/19883 12653/20569/19882</w:t>
        <w:br/>
        <w:t>f 12656/20572/19883 12661/20577/19887 12660/20576/19886</w:t>
        <w:br/>
        <w:t>f 12654/20570/19881 12658/20574/19885 12662/20578/19879</w:t>
        <w:br/>
        <w:t>f 12654/20570/19881 12662/20578/19879 12663/20579/19881</w:t>
        <w:br/>
        <w:t>f 12657/20573/19884 12660/20576/19886 12664/20580/19888</w:t>
        <w:br/>
        <w:t>f 12661/20577/19887 12664/20580/19888 12660/20576/19886</w:t>
        <w:br/>
        <w:t>f 12667/20581/19889 12666/20582/19890 12665/20583/19890</w:t>
        <w:br/>
        <w:t>f 12666/20582/19890 12668/20584/19891 12665/20583/19890</w:t>
        <w:br/>
        <w:t>f 12666/20582/19890 12667/20581/19889 12669/20585/19892</w:t>
        <w:br/>
        <w:t>f 12670/20586/19893 12669/20585/19892 12667/20581/19889</w:t>
        <w:br/>
        <w:t>f 12668/20584/19891 12666/20582/19890 12671/20587/19891</w:t>
        <w:br/>
        <w:t>f 12674/20588/19894 12673/20589/19895 12672/20590/19896</w:t>
        <w:br/>
        <w:t>f 12674/20588/19894 12675/20591/19897 12673/20589/19895</w:t>
        <w:br/>
        <w:t>f 12669/20585/19892 12670/20586/19893 12676/20592/19898</w:t>
        <w:br/>
        <w:t>f 12677/20593/19899 12668/20584/19891 12671/20587/19891</w:t>
        <w:br/>
        <w:t>f 12675/20591/19897 12674/20588/19894 12678/20594/19900</w:t>
        <w:br/>
        <w:t>f 12668/20584/19891 12677/20593/19899 12679/20595/19899</w:t>
        <w:br/>
        <w:t>f 12679/20595/19899 12677/20593/19899 12680/20596/19901</w:t>
        <w:br/>
        <w:t>f 12670/20586/19893 12681/20597/19902 12676/20592/19898</w:t>
        <w:br/>
        <w:t>f 12682/20598/19903 12678/20594/19900 12674/20588/19894</w:t>
        <w:br/>
        <w:t>f 12681/20597/19902 12670/20586/19893 12683/20599/19904</w:t>
        <w:br/>
        <w:t>f 12684/20600/19905 12681/20597/19902 12683/20599/19904</w:t>
        <w:br/>
        <w:t>f 12677/20593/19899 12685/20601/19906 12680/20596/19901</w:t>
        <w:br/>
        <w:t>f 12680/20596/19901 12685/20601/19906 12684/20600/19905</w:t>
        <w:br/>
        <w:t>f 12678/20594/19900 12682/20598/19903 12686/20602/19894</w:t>
        <w:br/>
        <w:t>f 12678/20594/19900 12686/20602/19894 12687/20603/19907</w:t>
        <w:br/>
        <w:t>f 12681/20597/19902 12684/20600/19905 12688/20604/19905</w:t>
        <w:br/>
        <w:t>f 12685/20601/19906 12688/20604/19905 12684/20600/19905</w:t>
        <w:br/>
        <w:t>f 12691/20605/19908 12690/20606/19909 12689/20607/19910</w:t>
        <w:br/>
        <w:t>f 12690/20606/19909 12692/20608/19911 12689/20607/19910</w:t>
        <w:br/>
        <w:t>f 12690/20606/19909 12691/20605/19908 12693/20609/19912</w:t>
        <w:br/>
        <w:t>f 12694/20610/19913 12693/20609/19912 12691/20605/19908</w:t>
        <w:br/>
        <w:t>f 12692/20608/19911 12690/20606/19909 12695/20611/19911</w:t>
        <w:br/>
        <w:t>f 12698/20612/19914 12697/20613/19915 12696/20614/19916</w:t>
        <w:br/>
        <w:t>f 12698/20612/19914 12699/20615/19914 12697/20613/19915</w:t>
        <w:br/>
        <w:t>f 12693/20609/19912 12694/20610/19913 12700/20616/19917</w:t>
        <w:br/>
        <w:t>f 12701/20617/19918 12692/20608/19911 12695/20611/19911</w:t>
        <w:br/>
        <w:t>f 12699/20615/19914 12698/20612/19914 12702/20618/19914</w:t>
        <w:br/>
        <w:t>f 12692/20608/19911 12701/20617/19918 12703/20619/19918</w:t>
        <w:br/>
        <w:t>f 12703/20619/19918 12701/20617/19918 12704/20620/19919</w:t>
        <w:br/>
        <w:t>f 12694/20610/19913 12705/20621/19920 12700/20616/19917</w:t>
        <w:br/>
        <w:t>f 12706/20622/19914 12702/20618/19914 12698/20612/19914</w:t>
        <w:br/>
        <w:t>f 12694/20610/19913 12707/20623/19921 12705/20621/19920</w:t>
        <w:br/>
        <w:t>f 12708/20624/19922 12705/20621/19920 12707/20623/19921</w:t>
        <w:br/>
        <w:t>f 12701/20617/19918 12709/20625/19923 12704/20620/19919</w:t>
        <w:br/>
        <w:t>f 12704/20620/19919 12709/20625/19923 12708/20624/19922</w:t>
        <w:br/>
        <w:t>f 12702/20618/19914 12706/20622/19914 12710/20626/19915</w:t>
        <w:br/>
        <w:t>f 12702/20618/19914 12710/20626/19915 12711/20627/19924</w:t>
        <w:br/>
        <w:t>f 12705/20621/19920 12708/20624/19922 12712/20628/19925</w:t>
        <w:br/>
        <w:t>f 12709/20625/19923 12712/20628/19925 12708/20624/19922</w:t>
        <w:br/>
        <w:t>f 12715/20629/19926 12714/20630/19926 12713/20631/19927</w:t>
        <w:br/>
        <w:t>f 12716/20632/19928 12714/20630/19926 12715/20629/19926</w:t>
        <w:br/>
        <w:t>f 12714/20630/19926 12717/20633/19929 12713/20631/19927</w:t>
        <w:br/>
        <w:t>f 12713/20631/19927 12717/20633/19929 12718/20634/19930</w:t>
        <w:br/>
        <w:t>f 12714/20630/19926 12716/20632/19928 12719/20635/19928</w:t>
        <w:br/>
        <w:t>f 12722/20636/19931 12721/20637/19931 12720/20638/19932</w:t>
        <w:br/>
        <w:t>f 12723/20639/19931 12721/20637/19931 12722/20636/19931</w:t>
        <w:br/>
        <w:t>f 12717/20633/19929 12724/20640/19930 12718/20634/19930</w:t>
        <w:br/>
        <w:t>f 12716/20632/19928 12725/20641/19933 12719/20635/19928</w:t>
        <w:br/>
        <w:t>f 12721/20637/19931 12723/20639/19931 12726/20642/19931</w:t>
        <w:br/>
        <w:t>f 12725/20641/19933 12716/20632/19928 12727/20643/19934</w:t>
        <w:br/>
        <w:t>f 12728/20644/19935 12725/20641/19933 12727/20643/19934</w:t>
        <w:br/>
        <w:t>f 12729/20645/19936 12718/20634/19930 12724/20640/19930</w:t>
        <w:br/>
        <w:t>f 12726/20642/19931 12730/20646/19937 12721/20637/19931</w:t>
        <w:br/>
        <w:t>f 12718/20634/19930 12729/20645/19936 12731/20647/19936</w:t>
        <w:br/>
        <w:t>f 12731/20647/19936 12729/20645/19936 12732/20648/19938</w:t>
        <w:br/>
        <w:t>f 12725/20641/19933 12728/20644/19935 12733/20649/19939</w:t>
        <w:br/>
        <w:t>f 12732/20648/19938 12733/20649/19939 12728/20644/19935</w:t>
        <w:br/>
        <w:t>f 12730/20646/19937 12726/20642/19931 12734/20650/19940</w:t>
        <w:br/>
        <w:t>f 12729/20645/19936 12735/20651/19941 12732/20648/19938</w:t>
        <w:br/>
        <w:t>f 12734/20650/19940 12726/20642/19931 12736/20652/19937</w:t>
        <w:br/>
        <w:t>f 12733/20649/19939 12732/20648/19938 12735/20651/19941</w:t>
        <w:br/>
        <w:t>f 12739/20653/19926 12738/20654/19942 12737/20655/19943</w:t>
        <w:br/>
        <w:t>f 12740/20656/19928 12738/20654/19942 12739/20653/19926</w:t>
        <w:br/>
        <w:t>f 12738/20654/19942 12741/20657/19929 12737/20655/19943</w:t>
        <w:br/>
        <w:t>f 12737/20655/19943 12741/20657/19929 12742/20658/19930</w:t>
        <w:br/>
        <w:t>f 12738/20654/19942 12740/20656/19928 12743/20659/19928</w:t>
        <w:br/>
        <w:t>f 12746/20660/19932 12745/20661/19940 12744/20662/19932</w:t>
        <w:br/>
        <w:t>f 12747/20663/19940 12745/20661/19940 12746/20660/19932</w:t>
        <w:br/>
        <w:t>f 12741/20657/19929 12748/20664/19930 12742/20658/19930</w:t>
        <w:br/>
        <w:t>f 12740/20656/19928 12749/20665/19944 12743/20659/19928</w:t>
        <w:br/>
        <w:t>f 12745/20661/19940 12747/20663/19940 12750/20666/19937</w:t>
        <w:br/>
        <w:t>f 12749/20665/19944 12740/20656/19928 12751/20667/19944</w:t>
        <w:br/>
        <w:t>f 12752/20668/19935 12749/20665/19944 12751/20667/19944</w:t>
        <w:br/>
        <w:t>f 12753/20669/19945 12742/20658/19930 12748/20664/19930</w:t>
        <w:br/>
        <w:t>f 12750/20666/19937 12754/20670/19937 12745/20661/19940</w:t>
        <w:br/>
        <w:t>f 12742/20658/19930 12753/20669/19945 12755/20671/19946</w:t>
        <w:br/>
        <w:t>f 12755/20671/19946 12753/20669/19945 12756/20672/19941</w:t>
        <w:br/>
        <w:t>f 12749/20665/19944 12752/20668/19935 12757/20673/19939</w:t>
        <w:br/>
        <w:t>f 12756/20672/19941 12757/20673/19939 12752/20668/19935</w:t>
        <w:br/>
        <w:t>f 12754/20670/19937 12750/20666/19937 12758/20674/19947</w:t>
        <w:br/>
        <w:t>f 12753/20669/19945 12759/20675/19948 12756/20672/19941</w:t>
        <w:br/>
        <w:t>f 12758/20674/19947 12750/20666/19937 12760/20676/19949</w:t>
        <w:br/>
        <w:t>f 12757/20673/19939 12756/20672/19941 12759/20675/19948</w:t>
        <w:br/>
        <w:t>f 12763/20677/19950 12762/20678/19950 12761/20679/19951</w:t>
        <w:br/>
        <w:t>f 12764/20680/19952 12762/20678/19950 12763/20677/19950</w:t>
        <w:br/>
        <w:t>f 12762/20678/19950 12765/20681/19953 12761/20679/19951</w:t>
        <w:br/>
        <w:t>f 12765/20681/19953 12766/20682/19954 12761/20679/19951</w:t>
        <w:br/>
        <w:t>f 12762/20678/19950 12764/20680/19952 12767/20683/19952</w:t>
        <w:br/>
        <w:t>f 12770/20684/19955 12769/20685/19955 12768/20686/19956</w:t>
        <w:br/>
        <w:t>f 12771/20687/19957 12769/20685/19955 12770/20684/19955</w:t>
        <w:br/>
        <w:t>f 12772/20688/19958 12766/20682/19954 12765/20681/19953</w:t>
        <w:br/>
        <w:t>f 12764/20680/19952 12773/20689/19959 12767/20683/19952</w:t>
        <w:br/>
        <w:t>f 12769/20685/19955 12771/20687/19957 12774/20690/19957</w:t>
        <w:br/>
        <w:t>f 12773/20689/19959 12764/20680/19952 12775/20691/19959</w:t>
        <w:br/>
        <w:t>f 12776/20692/19960 12773/20689/19959 12775/20691/19959</w:t>
        <w:br/>
        <w:t>f 12777/20693/19961 12766/20682/19954 12772/20688/19958</w:t>
        <w:br/>
        <w:t>f 12774/20690/19957 12778/20694/19956 12769/20685/19955</w:t>
        <w:br/>
        <w:t>f 12766/20682/19954 12777/20693/19961 12779/20695/19961</w:t>
        <w:br/>
        <w:t>f 12777/20693/19961 12780/20696/19962 12779/20695/19961</w:t>
        <w:br/>
        <w:t>f 12773/20689/19959 12776/20692/19960 12781/20697/19963</w:t>
        <w:br/>
        <w:t>f 12780/20696/19962 12781/20697/19963 12776/20692/19960</w:t>
        <w:br/>
        <w:t>f 12778/20694/19956 12774/20690/19957 12782/20698/19964</w:t>
        <w:br/>
        <w:t>f 12780/20696/19962 12777/20693/19961 12783/20699/19965</w:t>
        <w:br/>
        <w:t>f 12782/20698/19964 12774/20690/19957 12784/20700/19966</w:t>
        <w:br/>
        <w:t>f 12781/20697/19963 12780/20696/19962 12783/20699/19965</w:t>
        <w:br/>
        <w:t>f 12787/20701/19967 12786/20702/19968 12785/20703/19969</w:t>
        <w:br/>
        <w:t>f 12787/20701/19967 12785/20703/19969 12788/20704/19970</w:t>
        <w:br/>
        <w:t>f 12786/20702/19968 12787/20701/19967 12789/20705/19971</w:t>
        <w:br/>
        <w:t>f 12789/20705/19971 12790/20706/19972 12786/20702/19968</w:t>
        <w:br/>
        <w:t>f 12791/20707/19973 12787/20701/19967 12788/20704/19970</w:t>
        <w:br/>
        <w:t>f 12788/20704/19970 12792/20708/19974 12791/20707/19973</w:t>
        <w:br/>
        <w:t>f 12790/20706/19972 12789/20705/19971 12793/20709/19975</w:t>
        <w:br/>
        <w:t>f 12794/20710/19976 12791/20707/19973 12792/20708/19974</w:t>
        <w:br/>
        <w:t>f 12795/20711/19977 12790/20706/19972 12793/20709/19975</w:t>
        <w:br/>
        <w:t>f 12789/20705/19971 12795/20711/19977 12793/20709/19975</w:t>
        <w:br/>
        <w:t>f 12796/20712/19978 12790/20706/19972 12795/20711/19977</w:t>
        <w:br/>
        <w:t>f 12795/20711/19977 12797/20713/19979 12796/20712/19978</w:t>
        <w:br/>
        <w:t>f 12789/20705/19971 12798/20714/19980 12795/20711/19977</w:t>
        <w:br/>
        <w:t>f 12797/20713/19979 12795/20711/19977 12799/20715/19981</w:t>
        <w:br/>
        <w:t>f 12787/20701/19967 12798/20714/19980 12789/20705/19971</w:t>
        <w:br/>
        <w:t>f 12800/20716/19982 12797/20713/19979 12799/20715/19981</w:t>
        <w:br/>
        <w:t>f 12798/20714/19980 12787/20701/19967 12801/20717/19983</w:t>
        <w:br/>
        <w:t>f 12791/20707/19973 12801/20717/19983 12787/20701/19967</w:t>
        <w:br/>
        <w:t>f 12801/20717/19983 12791/20707/19973 12802/20718/19984</w:t>
        <w:br/>
        <w:t>f 12792/20708/19974 12800/20716/19982 12794/20710/19976</w:t>
        <w:br/>
        <w:t>f 12803/20719/19985 12797/20713/19979 12800/20716/19982</w:t>
        <w:br/>
        <w:t>f 12800/20716/19982 12792/20708/19974 12803/20719/19985</w:t>
        <w:br/>
        <w:t>f 12806/20720/19986 12805/20721/19987 12804/20722/19988</w:t>
        <w:br/>
        <w:t>f 12806/20720/19986 12804/20722/19988 12807/20723/19989</w:t>
        <w:br/>
        <w:t>f 12805/20721/19987 12806/20720/19986 12808/20724/19990</w:t>
        <w:br/>
        <w:t>f 12808/20724/19990 12809/20725/19991 12805/20721/19987</w:t>
        <w:br/>
        <w:t>f 12810/20726/19992 12806/20720/19986 12807/20723/19989</w:t>
        <w:br/>
        <w:t>f 12807/20723/19989 12811/20727/19993 12810/20726/19992</w:t>
        <w:br/>
        <w:t>f 12809/20725/19991 12808/20724/19990 12812/20728/19994</w:t>
        <w:br/>
        <w:t>f 12813/20729/19995 12810/20726/19992 12811/20727/19993</w:t>
        <w:br/>
        <w:t>f 12814/20730/19996 12809/20725/19991 12812/20728/19994</w:t>
        <w:br/>
        <w:t>f 12808/20724/19990 12814/20730/19996 12812/20728/19994</w:t>
        <w:br/>
        <w:t>f 12815/20731/19997 12809/20725/19991 12814/20730/19996</w:t>
        <w:br/>
        <w:t>f 12814/20730/19996 12816/20732/19998 12815/20731/19997</w:t>
        <w:br/>
        <w:t>f 12808/20724/19990 12817/20733/19999 12814/20730/19996</w:t>
        <w:br/>
        <w:t>f 12816/20732/19998 12814/20730/19996 12818/20734/20000</w:t>
        <w:br/>
        <w:t>f 12806/20720/19986 12817/20733/19999 12808/20724/19990</w:t>
        <w:br/>
        <w:t>f 12819/20735/20001 12816/20732/19998 12818/20734/20000</w:t>
        <w:br/>
        <w:t>f 12817/20733/19999 12806/20720/19986 12820/20736/20002</w:t>
        <w:br/>
        <w:t>f 12820/20736/20002 12806/20720/19986 12810/20726/19992</w:t>
        <w:br/>
        <w:t>f 12820/20736/20002 12810/20726/19992 12821/20737/20003</w:t>
        <w:br/>
        <w:t>f 12811/20727/19993 12819/20735/20001 12813/20729/19995</w:t>
        <w:br/>
        <w:t>f 12822/20738/20004 12816/20732/19998 12819/20735/20001</w:t>
        <w:br/>
        <w:t>f 12819/20735/20001 12811/20727/19993 12822/20738/20004</w:t>
        <w:br/>
        <w:t>f 12825/20739/20005 12824/20740/20006 12823/20741/20007</w:t>
        <w:br/>
        <w:t>f 12824/20740/20006 12826/20742/20008 12823/20741/20007</w:t>
        <w:br/>
        <w:t>f 12824/20740/20006 12825/20739/20005 12827/20743/20009</w:t>
        <w:br/>
        <w:t>f 12828/20744/20010 12827/20743/20009 12825/20739/20005</w:t>
        <w:br/>
        <w:t>f 12826/20742/20008 12824/20740/20006 12829/20745/20011</w:t>
        <w:br/>
        <w:t>f 12829/20745/20011 12830/20746/20012 12826/20742/20008</w:t>
        <w:br/>
        <w:t>f 12827/20743/20009 12828/20744/20010 12831/20747/20013</w:t>
        <w:br/>
        <w:t>f 12829/20745/20011 12832/20748/20014 12830/20746/20012</w:t>
        <w:br/>
        <w:t>f 12833/20749/20015 12831/20747/20013 12828/20744/20010</w:t>
        <w:br/>
        <w:t>f 12833/20749/20015 12827/20743/20009 12831/20747/20013</w:t>
        <w:br/>
        <w:t>f 12828/20744/20010 12834/20750/20016 12833/20749/20015</w:t>
        <w:br/>
        <w:t>f 12835/20751/20017 12833/20749/20015 12834/20750/20016</w:t>
        <w:br/>
        <w:t>f 12836/20752/20018 12827/20743/20009 12833/20749/20015</w:t>
        <w:br/>
        <w:t>f 12833/20749/20015 12835/20751/20017 12837/20753/20019</w:t>
        <w:br/>
        <w:t>f 12836/20752/20018 12824/20740/20006 12827/20743/20009</w:t>
        <w:br/>
        <w:t>f 12838/20754/20020 12837/20753/20019 12835/20751/20017</w:t>
        <w:br/>
        <w:t>f 12824/20740/20006 12836/20752/20018 12839/20755/20021</w:t>
        <w:br/>
        <w:t>f 12824/20740/20006 12839/20755/20021 12829/20745/20011</w:t>
        <w:br/>
        <w:t>f 12829/20745/20011 12839/20755/20021 12840/20756/20022</w:t>
        <w:br/>
        <w:t>f 12838/20754/20020 12830/20746/20012 12832/20748/20014</w:t>
        <w:br/>
        <w:t>f 12838/20754/20020 12835/20751/20017 12841/20757/20023</w:t>
        <w:br/>
        <w:t>f 12830/20746/20012 12838/20754/20020 12841/20757/20023</w:t>
        <w:br/>
        <w:t>f 12844/20758/20024 12843/20759/20025 12842/20760/20026</w:t>
        <w:br/>
        <w:t>f 12843/20759/20025 12845/20761/20027 12842/20760/20026</w:t>
        <w:br/>
        <w:t>f 12843/20759/20025 12844/20758/20024 12846/20762/20028</w:t>
        <w:br/>
        <w:t>f 12847/20763/20029 12846/20762/20028 12844/20758/20024</w:t>
        <w:br/>
        <w:t>f 12845/20761/20027 12843/20759/20025 12848/20764/20030</w:t>
        <w:br/>
        <w:t>f 12848/20764/20030 12849/20765/20031 12845/20761/20027</w:t>
        <w:br/>
        <w:t>f 12846/20762/20028 12847/20763/20029 12850/20766/20032</w:t>
        <w:br/>
        <w:t>f 12848/20764/20030 12851/20767/20033 12849/20765/20031</w:t>
        <w:br/>
        <w:t>f 12852/20768/20034 12850/20766/20032 12847/20763/20029</w:t>
        <w:br/>
        <w:t>f 12852/20768/20034 12846/20762/20028 12850/20766/20032</w:t>
        <w:br/>
        <w:t>f 12847/20763/20029 12853/20769/20035 12852/20768/20034</w:t>
        <w:br/>
        <w:t>f 12854/20770/20036 12852/20768/20034 12853/20769/20035</w:t>
        <w:br/>
        <w:t>f 12855/20771/20037 12846/20762/20028 12852/20768/20034</w:t>
        <w:br/>
        <w:t>f 12852/20768/20034 12854/20770/20036 12856/20772/20038</w:t>
        <w:br/>
        <w:t>f 12855/20771/20037 12843/20759/20025 12846/20762/20028</w:t>
        <w:br/>
        <w:t>f 12857/20773/20039 12856/20772/20038 12854/20770/20036</w:t>
        <w:br/>
        <w:t>f 12843/20759/20025 12855/20771/20037 12858/20774/20040</w:t>
        <w:br/>
        <w:t>f 12843/20759/20025 12858/20774/20040 12848/20764/20030</w:t>
        <w:br/>
        <w:t>f 12848/20764/20030 12858/20774/20040 12859/20775/20041</w:t>
        <w:br/>
        <w:t>f 12857/20773/20039 12849/20765/20031 12851/20767/20033</w:t>
        <w:br/>
        <w:t>f 12857/20773/20039 12854/20770/20036 12860/20776/20042</w:t>
        <w:br/>
        <w:t>f 12849/20765/20031 12857/20773/20039 12860/20776/20042</w:t>
        <w:br/>
        <w:t>f 12863/20777/20043 12862/20778/20044 12861/20779/20045</w:t>
        <w:br/>
        <w:t>f 12862/20778/20044 12864/20780/20046 12861/20779/20045</w:t>
        <w:br/>
        <w:t>f 12862/20778/20044 12863/20777/20043 12865/20781/20047</w:t>
        <w:br/>
        <w:t>f 12866/20782/20048 12865/20781/20047 12863/20777/20043</w:t>
        <w:br/>
        <w:t>f 12864/20780/20046 12862/20778/20044 12867/20783/20049</w:t>
        <w:br/>
        <w:t>f 12867/20783/20049 12868/20784/20050 12864/20780/20046</w:t>
        <w:br/>
        <w:t>f 12865/20781/20047 12866/20782/20048 12869/20785/20051</w:t>
        <w:br/>
        <w:t>f 12867/20783/20049 12870/20786/20052 12868/20784/20050</w:t>
        <w:br/>
        <w:t>f 12871/20787/20053 12869/20785/20051 12866/20782/20048</w:t>
        <w:br/>
        <w:t>f 12871/20787/20053 12865/20781/20047 12869/20785/20051</w:t>
        <w:br/>
        <w:t>f 12866/20782/20048 12872/20788/20054 12871/20787/20053</w:t>
        <w:br/>
        <w:t>f 12873/20789/20055 12871/20787/20053 12872/20788/20054</w:t>
        <w:br/>
        <w:t>f 12874/20790/20056 12865/20781/20047 12871/20787/20053</w:t>
        <w:br/>
        <w:t>f 12871/20787/20053 12873/20789/20055 12875/20791/20057</w:t>
        <w:br/>
        <w:t>f 12874/20790/20056 12862/20778/20044 12865/20781/20047</w:t>
        <w:br/>
        <w:t>f 12876/20792/20058 12875/20791/20057 12873/20789/20055</w:t>
        <w:br/>
        <w:t>f 12862/20778/20044 12874/20790/20056 12877/20793/20059</w:t>
        <w:br/>
        <w:t>f 12862/20778/20044 12877/20793/20059 12867/20783/20049</w:t>
        <w:br/>
        <w:t>f 12867/20783/20049 12877/20793/20059 12878/20794/20060</w:t>
        <w:br/>
        <w:t>f 12876/20792/20058 12868/20784/20050 12870/20786/20052</w:t>
        <w:br/>
        <w:t>f 12876/20792/20058 12873/20789/20055 12879/20795/20061</w:t>
        <w:br/>
        <w:t>f 12868/20784/20050 12876/20792/20058 12879/20795/20061</w:t>
        <w:br/>
        <w:t>f 12882/20796/20062 12881/20797/20063 12880/20798/20064</w:t>
        <w:br/>
        <w:t>f 12882/20796/20062 12880/20798/20064 12883/20799/20065</w:t>
        <w:br/>
        <w:t>f 12881/20797/20063 12882/20796/20062 12884/20800/20066</w:t>
        <w:br/>
        <w:t>f 12884/20800/20066 12885/20801/20067 12881/20797/20063</w:t>
        <w:br/>
        <w:t>f 12886/20802/20068 12882/20796/20062 12883/20799/20065</w:t>
        <w:br/>
        <w:t>f 12883/20799/20065 12887/20803/20069 12886/20802/20068</w:t>
        <w:br/>
        <w:t>f 12885/20801/20067 12884/20800/20066 12888/20804/20070</w:t>
        <w:br/>
        <w:t>f 12889/20805/20071 12886/20802/20068 12887/20803/20069</w:t>
        <w:br/>
        <w:t>f 12890/20806/20072 12885/20801/20067 12888/20804/20070</w:t>
        <w:br/>
        <w:t>f 12884/20800/20066 12890/20806/20072 12888/20804/20070</w:t>
        <w:br/>
        <w:t>f 12891/20807/20073 12885/20801/20067 12890/20806/20072</w:t>
        <w:br/>
        <w:t>f 12890/20806/20072 12892/20808/20074 12891/20807/20073</w:t>
        <w:br/>
        <w:t>f 12884/20800/20066 12893/20809/20075 12890/20806/20072</w:t>
        <w:br/>
        <w:t>f 12892/20808/20074 12890/20806/20072 12894/20810/20076</w:t>
        <w:br/>
        <w:t>f 12882/20796/20062 12893/20809/20075 12884/20800/20066</w:t>
        <w:br/>
        <w:t>f 12895/20811/20077 12892/20808/20074 12894/20810/20076</w:t>
        <w:br/>
        <w:t>f 12893/20809/20075 12882/20796/20062 12896/20812/20078</w:t>
        <w:br/>
        <w:t>f 12886/20802/20068 12896/20812/20078 12882/20796/20062</w:t>
        <w:br/>
        <w:t>f 12896/20812/20078 12886/20802/20068 12897/20813/20079</w:t>
        <w:br/>
        <w:t>f 12887/20803/20069 12895/20811/20077 12889/20805/20071</w:t>
        <w:br/>
        <w:t>f 12898/20814/20080 12892/20808/20074 12895/20811/20077</w:t>
        <w:br/>
        <w:t>f 12895/20811/20077 12887/20803/20069 12898/20814/20080</w:t>
        <w:br/>
        <w:t>f 12901/20815/20081 12900/20816/20082 12899/20817/20082</w:t>
        <w:br/>
        <w:t>f 12900/20816/20082 12902/20818/20083 12899/20817/20082</w:t>
        <w:br/>
        <w:t>f 12900/20816/20082 12901/20815/20081 12903/20819/20084</w:t>
        <w:br/>
        <w:t>f 12904/20820/20085 12903/20819/20084 12901/20815/20081</w:t>
        <w:br/>
        <w:t>f 12905/20821/20086 12902/20818/20083 12900/20816/20082</w:t>
        <w:br/>
        <w:t>f 12902/20818/20083 12905/20821/20086 12906/20822/20087</w:t>
        <w:br/>
        <w:t>f 12903/20819/20084 12904/20820/20085 12907/20823/20088</w:t>
        <w:br/>
        <w:t>f 12905/20821/20086 12908/20824/20089 12906/20822/20087</w:t>
        <w:br/>
        <w:t>f 12904/20820/20085 12909/20825/20090 12907/20823/20088</w:t>
        <w:br/>
        <w:t>f 12912/20826/20091 12911/20827/20092 12910/20828/20093</w:t>
        <w:br/>
        <w:t>f 12909/20825/20090 12904/20820/20085 12913/20829/20094</w:t>
        <w:br/>
        <w:t>f 12914/20830/20095 12909/20825/20090 12913/20829/20094</w:t>
        <w:br/>
        <w:t>f 12915/20831/20092 12911/20827/20092 12912/20826/20091</w:t>
        <w:br/>
        <w:t>f 12909/20825/20090 12914/20830/20095 12916/20832/20095</w:t>
        <w:br/>
        <w:t>f 12911/20827/20092 12915/20831/20092 12917/20833/20092</w:t>
        <w:br/>
        <w:t>f 12916/20832/20095 12914/20830/20095 12918/20834/20096</w:t>
        <w:br/>
        <w:t>f 12919/20835/20092 12917/20833/20092 12915/20831/20092</w:t>
        <w:br/>
        <w:t>f 12917/20833/20092 12919/20835/20092 12920/20836/20092</w:t>
        <w:br/>
        <w:t>f 12920/20836/20092 12919/20835/20092 12921/20837/20097</w:t>
        <w:br/>
        <w:t>f 12918/20834/20096 12906/20822/20087 12908/20824/20089</w:t>
        <w:br/>
        <w:t>f 12918/20834/20096 12914/20830/20095 12922/20838/20098</w:t>
        <w:br/>
        <w:t>f 12906/20822/20087 12918/20834/20096 12922/20838/20098</w:t>
        <w:br/>
        <w:t>f 12925/20839/20081 12924/20840/20082 12923/20841/20082</w:t>
        <w:br/>
        <w:t>f 12924/20840/20082 12926/20842/20083 12923/20841/20082</w:t>
        <w:br/>
        <w:t>f 12924/20840/20082 12925/20839/20081 12927/20843/20084</w:t>
        <w:br/>
        <w:t>f 12928/20844/20099 12927/20843/20084 12925/20839/20081</w:t>
        <w:br/>
        <w:t>f 12929/20845/20100 12926/20842/20083 12924/20840/20082</w:t>
        <w:br/>
        <w:t>f 12926/20842/20083 12929/20845/20100 12930/20846/20087</w:t>
        <w:br/>
        <w:t>f 12927/20843/20084 12928/20844/20099 12931/20847/20099</w:t>
        <w:br/>
        <w:t>f 12929/20845/20100 12932/20848/20087 12930/20846/20087</w:t>
        <w:br/>
        <w:t>f 12928/20844/20099 12933/20849/20090 12931/20847/20099</w:t>
        <w:br/>
        <w:t>f 12936/20850/20092 12935/20851/20092 12934/20852/20101</w:t>
        <w:br/>
        <w:t>f 12933/20849/20090 12928/20844/20099 12937/20853/20090</w:t>
        <w:br/>
        <w:t>f 12938/20854/20102 12933/20849/20090 12937/20853/20090</w:t>
        <w:br/>
        <w:t>f 12939/20855/20103 12935/20851/20092 12936/20850/20092</w:t>
        <w:br/>
        <w:t>f 12933/20849/20090 12938/20854/20102 12940/20856/20104</w:t>
        <w:br/>
        <w:t>f 12935/20851/20092 12939/20855/20103 12941/20857/20092</w:t>
        <w:br/>
        <w:t>f 12940/20856/20104 12938/20854/20102 12942/20858/20096</w:t>
        <w:br/>
        <w:t>f 12943/20859/20103 12941/20857/20092 12939/20855/20103</w:t>
        <w:br/>
        <w:t>f 12941/20857/20092 12943/20859/20103 12944/20860/20091</w:t>
        <w:br/>
        <w:t>f 12944/20860/20091 12943/20859/20103 12945/20861/20105</w:t>
        <w:br/>
        <w:t>f 12942/20858/20096 12930/20846/20087 12932/20848/20087</w:t>
        <w:br/>
        <w:t>f 12942/20858/20096 12938/20854/20102 12946/20862/20096</w:t>
        <w:br/>
        <w:t>f 12930/20846/20087 12942/20858/20096 12946/20862/20096</w:t>
        <w:br/>
        <w:t>f 12949/20863/20081 12948/20864/20082 12947/20865/20106</w:t>
        <w:br/>
        <w:t>f 12948/20864/20082 12950/20866/20083 12947/20865/20106</w:t>
        <w:br/>
        <w:t>f 12948/20864/20082 12949/20863/20081 12951/20867/20084</w:t>
        <w:br/>
        <w:t>f 12952/20868/20099 12951/20867/20084 12949/20863/20081</w:t>
        <w:br/>
        <w:t>f 12953/20869/20086 12950/20866/20083 12948/20864/20082</w:t>
        <w:br/>
        <w:t>f 12950/20866/20083 12953/20869/20086 12954/20870/20087</w:t>
        <w:br/>
        <w:t>f 12951/20867/20084 12952/20868/20099 12955/20871/20099</w:t>
        <w:br/>
        <w:t>f 12953/20869/20086 12956/20872/20087 12954/20870/20087</w:t>
        <w:br/>
        <w:t>f 12952/20868/20099 12957/20873/20090 12955/20871/20099</w:t>
        <w:br/>
        <w:t>f 12960/20874/20107 12959/20875/20108 12958/20876/20109</w:t>
        <w:br/>
        <w:t>f 12957/20873/20090 12952/20868/20099 12961/20877/20090</w:t>
        <w:br/>
        <w:t>f 12962/20878/20095 12957/20873/20090 12961/20877/20090</w:t>
        <w:br/>
        <w:t>f 12963/20879/20092 12959/20875/20108 12960/20874/20107</w:t>
        <w:br/>
        <w:t>f 12957/20873/20090 12962/20878/20095 12964/20880/20095</w:t>
        <w:br/>
        <w:t>f 12959/20875/20108 12963/20879/20092 12965/20881/20103</w:t>
        <w:br/>
        <w:t>f 12964/20880/20095 12962/20878/20095 12966/20882/20096</w:t>
        <w:br/>
        <w:t>f 12967/20883/20091 12965/20881/20103 12963/20879/20092</w:t>
        <w:br/>
        <w:t>f 12965/20881/20103 12967/20883/20091 12968/20884/20092</w:t>
        <w:br/>
        <w:t>f 12968/20884/20092 12967/20883/20091 12969/20885/20103</w:t>
        <w:br/>
        <w:t>f 12966/20882/20096 12954/20870/20087 12956/20872/20087</w:t>
        <w:br/>
        <w:t>f 12966/20882/20096 12962/20878/20095 12970/20886/20110</w:t>
        <w:br/>
        <w:t>f 12954/20870/20087 12966/20882/20096 12970/20886/20110</w:t>
        <w:br/>
        <w:t>f 12973/20887/20111 12972/20888/20112 12971/20889/20113</w:t>
        <w:br/>
        <w:t>f 12972/20888/20112 12974/20890/20114 12971/20889/20113</w:t>
        <w:br/>
        <w:t>f 12972/20888/20112 12973/20887/20111 12975/20891/20115</w:t>
        <w:br/>
        <w:t>f 12976/20892/20116 12975/20891/20115 12973/20887/20111</w:t>
        <w:br/>
        <w:t>f 12977/20893/20117 12974/20890/20114 12972/20888/20112</w:t>
        <w:br/>
        <w:t>f 12975/20891/20115 12976/20892/20116 12978/20894/20118</w:t>
        <w:br/>
        <w:t>f 12974/20890/20114 12977/20893/20117 12979/20895/20119</w:t>
        <w:br/>
        <w:t>f 12982/20896/20120 12981/20897/20121 12980/20898/20122</w:t>
        <w:br/>
        <w:t>f 12976/20892/20116 12983/20899/20123 12978/20894/20118</w:t>
        <w:br/>
        <w:t>f 12981/20897/20121 12982/20896/20120 12984/20900/20120</w:t>
        <w:br/>
        <w:t>f 12983/20899/20123 12976/20892/20116 12985/20901/20124</w:t>
        <w:br/>
        <w:t>f 12986/20902/20125 12983/20899/20123 12985/20901/20124</w:t>
        <w:br/>
        <w:t>f 12984/20900/20120 12982/20896/20120 12987/20903/20120</w:t>
        <w:br/>
        <w:t>f 12983/20899/20123 12986/20902/20125 12988/20904/20126</w:t>
        <w:br/>
        <w:t>f 12987/20903/20120 12989/20905/20127 12984/20900/20120</w:t>
        <w:br/>
        <w:t>f 12988/20904/20126 12986/20902/20125 12990/20906/20128</w:t>
        <w:br/>
        <w:t>f 12991/20907/20129 12989/20905/20127 12987/20903/20120</w:t>
        <w:br/>
        <w:t>f 12990/20906/20128 12986/20902/20125 12992/20908/20130</w:t>
        <w:br/>
        <w:t>f 12979/20895/20119 12990/20906/20128 12992/20908/20130</w:t>
        <w:br/>
        <w:t>f 12993/20909/20119 12979/20895/20119 12977/20893/20117</w:t>
        <w:br/>
        <w:t>f 12990/20906/20128 12979/20895/20119 12993/20909/20119</w:t>
        <w:br/>
        <w:t>f 12989/20905/20127 12991/20907/20129 12994/20910/20131</w:t>
        <w:br/>
        <w:t>f 12997/20911/20132 12996/20912/20133 12995/20913/20134</w:t>
        <w:br/>
        <w:t>f 12996/20912/20133 12998/20914/20135 12995/20913/20134</w:t>
        <w:br/>
        <w:t>f 12996/20912/20133 12997/20911/20132 12999/20915/20136</w:t>
        <w:br/>
        <w:t>f 13000/20916/20137 12999/20915/20136 12997/20911/20132</w:t>
        <w:br/>
        <w:t>f 13001/20917/20138 12998/20914/20135 12996/20912/20133</w:t>
        <w:br/>
        <w:t>f 12999/20915/20136 13000/20916/20137 13002/20918/20137</w:t>
        <w:br/>
        <w:t>f 12998/20914/20135 13001/20917/20138 13003/20919/20139</w:t>
        <w:br/>
        <w:t>f 13006/20920/20140 13005/20921/20141 13004/20922/20142</w:t>
        <w:br/>
        <w:t>f 13000/20916/20137 13007/20923/20143 13002/20918/20137</w:t>
        <w:br/>
        <w:t>f 13005/20921/20141 13006/20920/20140 13008/20924/20140</w:t>
        <w:br/>
        <w:t>f 13007/20923/20143 13000/20916/20137 13009/20925/20144</w:t>
        <w:br/>
        <w:t>f 13010/20926/20145 13007/20923/20143 13009/20925/20144</w:t>
        <w:br/>
        <w:t>f 13008/20924/20140 13006/20920/20140 13011/20927/20140</w:t>
        <w:br/>
        <w:t>f 13007/20923/20143 13010/20926/20145 13012/20928/20146</w:t>
        <w:br/>
        <w:t>f 13011/20927/20140 13013/20929/20147 13008/20924/20140</w:t>
        <w:br/>
        <w:t>f 13014/20930/20148 13012/20928/20146 13010/20926/20145</w:t>
        <w:br/>
        <w:t>f 13012/20928/20146 13014/20930/20148 13015/20931/20149</w:t>
        <w:br/>
        <w:t>f 13016/20932/20140 13013/20929/20147 13011/20927/20140</w:t>
        <w:br/>
        <w:t>f 13003/20919/20139 13015/20931/20149 13014/20930/20148</w:t>
        <w:br/>
        <w:t>f 13017/20933/20139 13003/20919/20139 13001/20917/20138</w:t>
        <w:br/>
        <w:t>f 13015/20931/20149 13003/20919/20139 13017/20933/20139</w:t>
        <w:br/>
        <w:t>f 13013/20929/20147 13016/20932/20140 13018/20934/20150</w:t>
        <w:br/>
        <w:t>f 13021/20935/20151 13020/20936/20152 13019/20937/20153</w:t>
        <w:br/>
        <w:t>f 13020/20936/20152 13022/20938/20154 13019/20937/20153</w:t>
        <w:br/>
        <w:t>f 13020/20936/20152 13021/20935/20151 13023/20939/20155</w:t>
        <w:br/>
        <w:t>f 13024/20940/20156 13023/20939/20155 13021/20935/20151</w:t>
        <w:br/>
        <w:t>f 13025/20941/20157 13022/20938/20154 13020/20936/20152</w:t>
        <w:br/>
        <w:t>f 13023/20939/20155 13024/20940/20156 13026/20942/20158</w:t>
        <w:br/>
        <w:t>f 13022/20938/20154 13025/20941/20157 13027/20943/20159</w:t>
        <w:br/>
        <w:t>f 13030/20944/20160 13029/20945/20160 13028/20946/20161</w:t>
        <w:br/>
        <w:t>f 13024/20940/20156 13031/20947/20162 13026/20942/20158</w:t>
        <w:br/>
        <w:t>f 13029/20945/20160 13030/20944/20160 13032/20948/20160</w:t>
        <w:br/>
        <w:t>f 13031/20947/20162 13024/20940/20156 13033/20949/20163</w:t>
        <w:br/>
        <w:t>f 13034/20950/20164 13031/20947/20162 13033/20949/20163</w:t>
        <w:br/>
        <w:t>f 13032/20948/20160 13030/20944/20160 13035/20951/20160</w:t>
        <w:br/>
        <w:t>f 13031/20947/20162 13034/20950/20164 13036/20952/20165</w:t>
        <w:br/>
        <w:t>f 13035/20951/20160 13037/20953/20160 13032/20948/20160</w:t>
        <w:br/>
        <w:t>f 13036/20952/20165 13034/20950/20164 13038/20954/20166</w:t>
        <w:br/>
        <w:t>f 13039/20955/20167 13037/20953/20160 13035/20951/20160</w:t>
        <w:br/>
        <w:t>f 13038/20954/20166 13034/20950/20164 13040/20956/20166</w:t>
        <w:br/>
        <w:t>f 13027/20943/20159 13038/20954/20166 13040/20956/20166</w:t>
        <w:br/>
        <w:t>f 13041/20957/20168 13027/20943/20159 13025/20941/20157</w:t>
        <w:br/>
        <w:t>f 13038/20954/20166 13027/20943/20159 13041/20957/20168</w:t>
        <w:br/>
        <w:t>f 13037/20953/20160 13039/20955/20167 13042/20958/20169</w:t>
        <w:br/>
        <w:t>f 13045/20959/20170 13044/20960/20171 13043/20961/20171</w:t>
        <w:br/>
        <w:t>f 13044/20960/20171 13046/20962/20172 13043/20961/20171</w:t>
        <w:br/>
        <w:t>f 13044/20960/20171 13045/20959/20170 13047/20963/20173</w:t>
        <w:br/>
        <w:t>f 13048/20964/20174 13047/20963/20173 13045/20959/20170</w:t>
        <w:br/>
        <w:t>f 13049/20965/20175 13046/20962/20172 13044/20960/20171</w:t>
        <w:br/>
        <w:t>f 13047/20963/20173 13048/20964/20174 13050/20966/20174</w:t>
        <w:br/>
        <w:t>f 13046/20962/20172 13049/20965/20175 13051/20967/20176</w:t>
        <w:br/>
        <w:t>f 13054/20968/20177 13053/20969/20178 13052/20970/20179</w:t>
        <w:br/>
        <w:t>f 13048/20964/20174 13055/20971/20180 13050/20966/20174</w:t>
        <w:br/>
        <w:t>f 13053/20969/20178 13054/20968/20177 13056/20972/20177</w:t>
        <w:br/>
        <w:t>f 13055/20971/20180 13048/20964/20174 13057/20973/20180</w:t>
        <w:br/>
        <w:t>f 13058/20974/20181 13055/20971/20180 13057/20973/20180</w:t>
        <w:br/>
        <w:t>f 13056/20972/20177 13054/20968/20177 13059/20975/20177</w:t>
        <w:br/>
        <w:t>f 13055/20971/20180 13058/20974/20181 13060/20976/20181</w:t>
        <w:br/>
        <w:t>f 13059/20975/20177 13061/20977/20177 13056/20972/20177</w:t>
        <w:br/>
        <w:t>f 13060/20976/20181 13058/20974/20181 13062/20978/20182</w:t>
        <w:br/>
        <w:t>f 13063/20979/20178 13061/20977/20177 13059/20975/20177</w:t>
        <w:br/>
        <w:t>f 13062/20978/20182 13058/20974/20181 13064/20980/20183</w:t>
        <w:br/>
        <w:t>f 13051/20967/20176 13062/20978/20182 13064/20980/20183</w:t>
        <w:br/>
        <w:t>f 13065/20981/20176 13051/20967/20176 13049/20965/20175</w:t>
        <w:br/>
        <w:t>f 13062/20978/20182 13051/20967/20176 13065/20981/20176</w:t>
        <w:br/>
        <w:t>f 13061/20977/20177 13063/20979/20178 13066/20982/20184</w:t>
        <w:br/>
        <w:t>f 13069/20983/20185 13068/20984/20186 13067/20985/20187</w:t>
        <w:br/>
        <w:t>f 13067/20985/20187 13070/20986/20188 13069/20983/20185</w:t>
        <w:br/>
        <w:t>f 13067/20985/20187 13068/20984/20186 13071/20987/20189</w:t>
        <w:br/>
        <w:t>f 13070/20986/20188 13067/20985/20187 13072/20988/20190</w:t>
        <w:br/>
        <w:t>f 13074/20989/20191 13073/20990/20192 13067/20985/20187</w:t>
        <w:br/>
        <w:t>f 13068/20984/20186 13075/20991/20193 13071/20987/20189</w:t>
        <w:br/>
        <w:t>f 13073/20990/20194 13071/20987/20189 13076/20992/20195</w:t>
        <w:br/>
        <w:t>f 13075/20991/20193 13068/20984/20186 13077/20993/20196</w:t>
        <w:br/>
        <w:t>f 13077/20993/20196 13078/20994/20197 13075/20991/20193</w:t>
        <w:br/>
        <w:t>f 13070/20986/20188 13072/20988/20190 13079/20995/20198</w:t>
        <w:br/>
        <w:t>f 13072/20988/20199 13075/20991/20200 13080/20996/20201</w:t>
        <w:br/>
        <w:t>f 13070/20986/20188 13079/20995/20198 13081/20997/20202</w:t>
        <w:br/>
        <w:t>f 13079/20995/20198 13082/20998/20203 13081/20997/20202</w:t>
        <w:br/>
        <w:t>f 13075/20991/20193 13078/20994/20197 13083/20999/20204</w:t>
        <w:br/>
        <w:t>f 13079/20995/20198 13075/20991/20205 13084/21000/20206</w:t>
        <w:br/>
        <w:t>f 13082/20998/20203 13079/20995/20198 13085/21001/20207</w:t>
        <w:br/>
        <w:t>f 13084/21000/20206 13086/21002/20208 13079/20995/20198</w:t>
        <w:br/>
        <w:t>f 13087/21003/20209 13082/20998/20203 13085/21001/20207</w:t>
        <w:br/>
        <w:t>f 13085/21001/20207 13084/21000/20206 13088/21004/20210</w:t>
        <w:br/>
        <w:t>f 13078/20994/20197 13087/21003/20209 13083/20999/20204</w:t>
        <w:br/>
        <w:t>f 13089/21005/20211 13082/20998/20203 13087/21003/20209</w:t>
        <w:br/>
        <w:t>f 13087/21003/20209 13078/20994/20197 13089/21005/20211</w:t>
        <w:br/>
        <w:t>f 13092/21006/20212 13091/21007/20213 13090/21008/20214</w:t>
        <w:br/>
        <w:t>f 13093/21009/20215 13090/21008/20214 13091/21007/20213</w:t>
        <w:br/>
        <w:t>f 13090/21008/20214 13094/21010/20216 13092/21006/20212</w:t>
        <w:br/>
        <w:t>f 13090/21008/20214 13093/21009/20215 13095/21011/20217</w:t>
        <w:br/>
        <w:t>f 13097/21012/20218 13096/21013/20219 13090/21008/20214</w:t>
        <w:br/>
        <w:t>f 13098/21014/20220 13092/21006/20212 13094/21010/20216</w:t>
        <w:br/>
        <w:t>f 13094/21010/20221 13097/21012/20218 13099/21015/20222</w:t>
        <w:br/>
        <w:t>f 13092/21006/20212 13098/21014/20220 13100/21016/20223</w:t>
        <w:br/>
        <w:t>f 13101/21017/20224 13100/21016/20223 13098/21014/20220</w:t>
        <w:br/>
        <w:t>f 13102/21018/20225 13095/21011/20217 13093/21009/20215</w:t>
        <w:br/>
        <w:t>f 13103/21019/20226 13098/21014/20220 13095/21011/20217</w:t>
        <w:br/>
        <w:t>f 13104/21020/20227 13102/21018/20225 13093/21009/20215</w:t>
        <w:br/>
        <w:t>f 13105/21021/20228 13102/21018/20225 13104/21020/20227</w:t>
        <w:br/>
        <w:t>f 13101/21017/20224 13098/21014/20220 13106/21022/20229</w:t>
        <w:br/>
        <w:t>f 13098/21014/20220 13102/21018/20230 13107/21023/20231</w:t>
        <w:br/>
        <w:t>f 13102/21018/20225 13105/21021/20228 13108/21024/20232</w:t>
        <w:br/>
        <w:t>f 13109/21025/20233 13107/21023/20231 13102/21018/20230</w:t>
        <w:br/>
        <w:t>f 13110/21026/20234 13108/21024/20232 13105/21021/20228</w:t>
        <w:br/>
        <w:t>f 13107/21023/20235 13108/21024/20232 13111/21027/20236</w:t>
        <w:br/>
        <w:t>f 13110/21026/20234 13101/21017/20224 13106/21022/20229</w:t>
        <w:br/>
        <w:t>f 13112/21028/20237 13110/21026/20234 13105/21021/20228</w:t>
        <w:br/>
        <w:t>f 13101/21017/20224 13110/21026/20234 13112/21028/20237</w:t>
        <w:br/>
        <w:t>f 13115/21029/20238 13114/21030/20239 13113/21031/20240</w:t>
        <w:br/>
        <w:t>f 13116/21032/20241 13113/21031/20240 13114/21030/20239</w:t>
        <w:br/>
        <w:t>f 13113/21031/20240 13117/21033/20242 13115/21029/20238</w:t>
        <w:br/>
        <w:t>f 13113/21031/20240 13116/21032/20241 13118/21034/20243</w:t>
        <w:br/>
        <w:t>f 13120/21035/20244 13119/21036/20245 13113/21031/20246</w:t>
        <w:br/>
        <w:t>f 13121/21037/20247 13115/21029/20238 13117/21033/20242</w:t>
        <w:br/>
        <w:t>f 13117/21033/20248 13120/21035/20249 13122/21038/20250</w:t>
        <w:br/>
        <w:t>f 13115/21029/20238 13121/21037/20247 13123/21039/20251</w:t>
        <w:br/>
        <w:t>f 13124/21040/20252 13123/21039/20251 13121/21037/20247</w:t>
        <w:br/>
        <w:t>f 13125/21041/20253 13118/21034/20243 13116/21032/20241</w:t>
        <w:br/>
        <w:t>f 13126/21042/20254 13121/21037/20255 13118/21034/20243</w:t>
        <w:br/>
        <w:t>f 13127/21043/20256 13125/21041/20253 13116/21032/20241</w:t>
        <w:br/>
        <w:t>f 13128/21044/20257 13125/21041/20253 13127/21043/20256</w:t>
        <w:br/>
        <w:t>f 13124/21040/20252 13121/21037/20247 13129/21045/20258</w:t>
        <w:br/>
        <w:t>f 13121/21037/20247 13125/21041/20259 13130/21046/20260</w:t>
        <w:br/>
        <w:t>f 13125/21041/20253 13128/21044/20257 13131/21047/20261</w:t>
        <w:br/>
        <w:t>f 13132/21048/20262 13130/21046/20260 13125/21041/20259</w:t>
        <w:br/>
        <w:t>f 13133/21049/20263 13131/21047/20261 13128/21044/20257</w:t>
        <w:br/>
        <w:t>f 13130/21046/20264 13131/21047/20261 13134/21050/20265</w:t>
        <w:br/>
        <w:t>f 13133/21049/20263 13124/21040/20252 13129/21045/20258</w:t>
        <w:br/>
        <w:t>f 13135/21051/20266 13133/21049/20263 13128/21044/20257</w:t>
        <w:br/>
        <w:t>f 13124/21040/20252 13133/21049/20263 13135/21051/20266</w:t>
        <w:br/>
        <w:t>f 13138/21052/20267 13137/21053/20268 13136/21054/20269</w:t>
        <w:br/>
        <w:t>f 13136/21054/20269 13139/21055/20270 13138/21052/20267</w:t>
        <w:br/>
        <w:t>f 13136/21054/20269 13137/21053/20268 13140/21056/20271</w:t>
        <w:br/>
        <w:t>f 13139/21055/20270 13136/21054/20269 13141/21057/20272</w:t>
        <w:br/>
        <w:t>f 13143/21058/20273 13142/21059/20274 13136/21054/20275</w:t>
        <w:br/>
        <w:t>f 13137/21053/20268 13144/21060/20276 13140/21056/20271</w:t>
        <w:br/>
        <w:t>f 13142/21059/20277 13140/21056/20271 13145/21061/20278</w:t>
        <w:br/>
        <w:t>f 13144/21060/20276 13137/21053/20268 13146/21062/20279</w:t>
        <w:br/>
        <w:t>f 13146/21062/20279 13147/21063/20280 13144/21060/20276</w:t>
        <w:br/>
        <w:t>f 13139/21055/20270 13141/21057/20272 13148/21064/20281</w:t>
        <w:br/>
        <w:t>f 13141/21057/20272 13144/21060/20282 13149/21065/20283</w:t>
        <w:br/>
        <w:t>f 13139/21055/20270 13148/21064/20281 13150/21066/20284</w:t>
        <w:br/>
        <w:t>f 13148/21064/20281 13151/21067/20285 13150/21066/20284</w:t>
        <w:br/>
        <w:t>f 13144/21060/20276 13147/21063/20280 13152/21068/20286</w:t>
        <w:br/>
        <w:t>f 13148/21064/20287 13144/21060/20282 13153/21069/20288</w:t>
        <w:br/>
        <w:t>f 13151/21067/20285 13148/21064/20281 13154/21070/20289</w:t>
        <w:br/>
        <w:t>f 13153/21069/20288 13155/21071/20290 13148/21064/20287</w:t>
        <w:br/>
        <w:t>f 13156/21072/20291 13151/21067/20285 13154/21070/20289</w:t>
        <w:br/>
        <w:t>f 13154/21070/20292 13153/21069/20288 13157/21073/20293</w:t>
        <w:br/>
        <w:t>f 13147/21063/20280 13156/21072/20291 13152/21068/20286</w:t>
        <w:br/>
        <w:t>f 13158/21074/20294 13151/21067/20285 13156/21072/20291</w:t>
        <w:br/>
        <w:t>f 13156/21072/20291 13147/21063/20280 13158/21074/20294</w:t>
        <w:br/>
        <w:t>f 13161/21075/20295 13160/21076/20296 13159/21077/20297</w:t>
        <w:br/>
        <w:t>f 13160/21076/20296 13162/21078/20298 13159/21077/20297</w:t>
        <w:br/>
        <w:t>f 13160/21076/20296 13161/21075/20295 13163/21079/20299</w:t>
        <w:br/>
        <w:t>f 13164/21080/20300 13163/21079/20299 13161/21075/20295</w:t>
        <w:br/>
        <w:t>f 13162/21078/20298 13165/21081/20301 13164/21080/20300</w:t>
        <w:br/>
        <w:t>f 13165/21081/20301 13163/21079/20299 13164/21080/20300</w:t>
        <w:br/>
        <w:t>f 13165/21081/20301 13162/21078/20298 13166/21082/20302</w:t>
        <w:br/>
        <w:t>f 13162/21078/20298 13160/21076/20296 13166/21082/20302</w:t>
        <w:br/>
        <w:t>f 13169/21083/20303 13168/21084/20304 13167/21085/20305</w:t>
        <w:br/>
        <w:t>f 13172/21086/20306 13171/21087/20307 13170/21088/20308</w:t>
        <w:br/>
        <w:t>f 13168/21084/20304 13169/21083/20303 13173/21089/20309</w:t>
        <w:br/>
        <w:t>f 13176/21090/20310 13175/21091/20311 13174/21092/20310</w:t>
        <w:br/>
        <w:t>f 13177/21093/20312 13170/21088/20308 13171/21087/20307</w:t>
        <w:br/>
        <w:t>f 13180/21094/20313 13179/21095/20314 13178/21096/20315</w:t>
        <w:br/>
        <w:t>f 13174/21092/20310 13181/21097/20316 13176/21090/20310</w:t>
        <w:br/>
        <w:t>f 13179/21095/20314 13180/21094/20313 13181/21097/20317</w:t>
        <w:br/>
        <w:t>f 13184/21098/20318 13183/21099/20319 13182/21100/20320</w:t>
        <w:br/>
        <w:t>f 13187/21101/20321 13186/21102/20322 13185/21103/20323</w:t>
        <w:br/>
        <w:t>f 13183/21099/20319 13184/21098/20318 13188/21104/20324</w:t>
        <w:br/>
        <w:t>f 13191/21105/20325 13190/21106/20326 13189/21107/20327</w:t>
        <w:br/>
        <w:t>f 13194/21108/20328 13193/21109/20329 13192/21110/20330</w:t>
        <w:br/>
        <w:t>f 13186/21102/20322 13187/21101/20321 13195/21111/20331</w:t>
        <w:br/>
        <w:t>f 13189/21107/20327 13190/21106/20326 13196/21112/20332</w:t>
        <w:br/>
        <w:t>f 13193/21109/20329 13194/21108/20328 13197/21113/20333</w:t>
        <w:br/>
        <w:t>f 13198/21114/20334 13188/21104/20335 13197/21113/20336</w:t>
        <w:br/>
        <w:t>f 13201/21115/20337 13200/21116/20338 13199/21117/20338</w:t>
        <w:br/>
        <w:t>f 13188/21104/20335 13198/21114/20334 13202/21118/20339</w:t>
        <w:br/>
        <w:t>f 13204/21119/20340 13203/21120/20341 13202/21118/20339</w:t>
        <w:br/>
        <w:t>f 13198/21114/20342 13201/21115/20337 13205/21121/20343</w:t>
        <w:br/>
        <w:t>f 13207/21122/20344 13206/21123/20344 13205/21121/20345</w:t>
        <w:br/>
        <w:t>f 13204/21119/20340 13202/21118/20339 13208/21124/20346</w:t>
        <w:br/>
        <w:t>f 13205/21121/20347 13183/21099/20348 13209/21125/20349</w:t>
        <w:br/>
        <w:t>f 13212/21126/20350 13211/21127/20351 13210/21128/20352</w:t>
        <w:br/>
        <w:t>f 13210/21128/20352 13213/21129/20353 13212/21126/20350</w:t>
        <w:br/>
        <w:t>f 13210/21128/20352 13211/21127/20351 13214/21130/20354</w:t>
        <w:br/>
        <w:t>f 13211/21127/20351 13215/21131/20355 13214/21130/20354</w:t>
        <w:br/>
        <w:t>f 13216/21132/20356 13210/21128/20352 13214/21130/20354</w:t>
        <w:br/>
        <w:t>f 13215/21131/20355 13211/21127/20351 13217/21133/20357</w:t>
        <w:br/>
        <w:t>f 13217/21133/20357 13218/21134/20358 13215/21131/20355</w:t>
        <w:br/>
        <w:t>f 13213/21129/20353 13210/21128/20352 13219/21135/20359</w:t>
        <w:br/>
        <w:t>f 13215/21131/20355 13220/21136/20360 13210/21128/20361</w:t>
        <w:br/>
        <w:t>f 13215/21131/20355 13218/21134/20358 13221/21137/20362</w:t>
        <w:br/>
        <w:t>f 13222/21138/20363 13220/21136/20360 13215/21131/20355</w:t>
        <w:br/>
        <w:t>f 13219/21135/20359 13223/21139/20364 13213/21129/20353</w:t>
        <w:br/>
        <w:t>f 13219/21135/20359 13222/21138/20365 13224/21140/20366</w:t>
        <w:br/>
        <w:t>f 13223/21139/20364 13225/21141/20367 13213/21129/20353</w:t>
        <w:br/>
        <w:t>f 13223/21139/20364 13226/21142/20368 13225/21141/20367</w:t>
        <w:br/>
        <w:t>f 13218/21134/20358 13227/21143/20369 13221/21137/20362</w:t>
        <w:br/>
        <w:t>f 13223/21139/20370 13221/21137/20371 13228/21144/20372</w:t>
        <w:br/>
        <w:t>f 13227/21143/20369 13218/21134/20358 13229/21145/20373</w:t>
        <w:br/>
        <w:t>f 13229/21145/20373 13226/21142/20368 13227/21143/20369</w:t>
        <w:br/>
        <w:t>f 13226/21142/20368 13223/21139/20364 13230/21146/20374</w:t>
        <w:br/>
        <w:t>f 13227/21143/20369 13226/21142/20368 13230/21146/20374</w:t>
        <w:br/>
        <w:t>f 13223/21139/20364 13227/21143/20369 13230/21146/20374</w:t>
        <w:br/>
        <w:t>f 13233/21147/20375 13232/21148/20376 13231/21149/20377</w:t>
        <w:br/>
        <w:t>f 13234/21150/20378 13231/21149/20377 13232/21148/20376</w:t>
        <w:br/>
        <w:t>f 13231/21149/20377 13235/21151/20379 13233/21147/20375</w:t>
        <w:br/>
        <w:t>f 13236/21152/20380 13233/21147/20375 13235/21151/20379</w:t>
        <w:br/>
        <w:t>f 13231/21149/20377 13236/21152/20380 13235/21151/20379</w:t>
        <w:br/>
        <w:t>f 13233/21147/20375 13236/21152/20380 13237/21153/20381</w:t>
        <w:br/>
        <w:t>f 13238/21154/20382 13237/21153/20381 13236/21152/20380</w:t>
        <w:br/>
        <w:t>f 13231/21149/20377 13234/21150/20378 13239/21155/20383</w:t>
        <w:br/>
        <w:t>f 13240/21156/20384 13236/21152/20380 13231/21149/20377</w:t>
        <w:br/>
        <w:t>f 13238/21154/20382 13236/21152/20380 13241/21157/20385</w:t>
        <w:br/>
        <w:t>f 13240/21156/20384 13242/21158/20386 13236/21152/20380</w:t>
        <w:br/>
        <w:t>f 13243/21159/20387 13239/21155/20383 13234/21150/20378</w:t>
        <w:br/>
        <w:t>f 13242/21158/20388 13239/21155/20389 13244/21160/20390</w:t>
        <w:br/>
        <w:t>f 13243/21159/20387 13234/21150/20378 13245/21161/20391</w:t>
        <w:br/>
        <w:t>f 13246/21162/20392 13243/21159/20387 13245/21161/20391</w:t>
        <w:br/>
        <w:t>f 13247/21163/20393 13238/21154/20382 13241/21157/20385</w:t>
        <w:br/>
        <w:t>f 13241/21157/20394 13243/21159/20395 13248/21164/20396</w:t>
        <w:br/>
        <w:t>f 13238/21154/20382 13247/21163/20393 13249/21165/20397</w:t>
        <w:br/>
        <w:t>f 13247/21163/20393 13246/21162/20392 13249/21165/20397</w:t>
        <w:br/>
        <w:t>f 13247/21163/20398 13243/21159/20399 13250/21166/20400</w:t>
        <w:br/>
        <w:t>f 13247/21163/20393 13251/21167/20401 13246/21162/20392</w:t>
        <w:br/>
        <w:t>f 13243/21159/20387 13246/21162/20392 13251/21167/20401</w:t>
        <w:br/>
        <w:t>f 13254/21168/20402 13253/21169/20403 13252/21170/20404</w:t>
        <w:br/>
        <w:t>f 13255/21171/20405 13252/21170/20404 13253/21169/20403</w:t>
        <w:br/>
        <w:t>f 13252/21170/20404 13256/21172/20406 13254/21168/20402</w:t>
        <w:br/>
        <w:t>f 13257/21173/20407 13254/21168/20402 13256/21172/20406</w:t>
        <w:br/>
        <w:t>f 13252/21170/20404 13257/21173/20407 13256/21172/20406</w:t>
        <w:br/>
        <w:t>f 13254/21168/20402 13257/21173/20407 13258/21174/20408</w:t>
        <w:br/>
        <w:t>f 13259/21175/20409 13258/21174/20408 13257/21173/20407</w:t>
        <w:br/>
        <w:t>f 13252/21170/20404 13255/21171/20405 13260/21176/20410</w:t>
        <w:br/>
        <w:t>f 13261/21177/20411 13257/21173/20407 13252/21170/20404</w:t>
        <w:br/>
        <w:t>f 13259/21175/20409 13257/21173/20407 13262/21178/20412</w:t>
        <w:br/>
        <w:t>f 13261/21177/20411 13263/21179/20413 13257/21173/20407</w:t>
        <w:br/>
        <w:t>f 13264/21180/20414 13260/21176/20410 13255/21171/20405</w:t>
        <w:br/>
        <w:t>f 13263/21179/20413 13260/21176/20415 13265/21181/20416</w:t>
        <w:br/>
        <w:t>f 13264/21180/20414 13255/21171/20405 13266/21182/20417</w:t>
        <w:br/>
        <w:t>f 13267/21183/20418 13264/21180/20414 13266/21182/20417</w:t>
        <w:br/>
        <w:t>f 13268/21184/20419 13259/21175/20409 13262/21178/20412</w:t>
        <w:br/>
        <w:t>f 13262/21178/20420 13264/21180/20421 13269/21185/20422</w:t>
        <w:br/>
        <w:t>f 13259/21175/20409 13268/21184/20419 13270/21186/20423</w:t>
        <w:br/>
        <w:t>f 13268/21184/20419 13267/21183/20418 13270/21186/20423</w:t>
        <w:br/>
        <w:t>f 13268/21184/20424 13264/21180/20414 13271/21187/20425</w:t>
        <w:br/>
        <w:t>f 13268/21184/20419 13272/21188/20426 13267/21183/20418</w:t>
        <w:br/>
        <w:t>f 13264/21180/20414 13267/21183/20418 13272/21188/20426</w:t>
        <w:br/>
        <w:t>f 13275/21189/20427 13274/21190/20428 13273/21191/20429</w:t>
        <w:br/>
        <w:t>f 13273/21191/20429 13276/21192/20430 13275/21189/20427</w:t>
        <w:br/>
        <w:t>f 13273/21191/20429 13274/21190/20428 13277/21193/20431</w:t>
        <w:br/>
        <w:t>f 13274/21190/20428 13278/21194/20432 13277/21193/20431</w:t>
        <w:br/>
        <w:t>f 13279/21195/20433 13273/21191/20429 13277/21193/20431</w:t>
        <w:br/>
        <w:t>f 13278/21194/20432 13274/21190/20428 13280/21196/20434</w:t>
        <w:br/>
        <w:t>f 13280/21196/20434 13281/21197/20435 13278/21194/20432</w:t>
        <w:br/>
        <w:t>f 13276/21192/20430 13273/21191/20429 13282/21198/20436</w:t>
        <w:br/>
        <w:t>f 13278/21194/20437 13283/21199/20438 13273/21191/20439</w:t>
        <w:br/>
        <w:t>f 13278/21194/20432 13281/21197/20435 13284/21200/20440</w:t>
        <w:br/>
        <w:t>f 13285/21201/20441 13283/21199/20438 13278/21194/20437</w:t>
        <w:br/>
        <w:t>f 13282/21198/20436 13286/21202/20442 13276/21192/20430</w:t>
        <w:br/>
        <w:t>f 13282/21198/20443 13285/21201/20444 13287/21203/20445</w:t>
        <w:br/>
        <w:t>f 13286/21202/20442 13288/21204/20446 13276/21192/20430</w:t>
        <w:br/>
        <w:t>f 13286/21202/20442 13289/21205/20447 13288/21204/20446</w:t>
        <w:br/>
        <w:t>f 13281/21197/20435 13290/21206/20448 13284/21200/20440</w:t>
        <w:br/>
        <w:t>f 13286/21202/20442 13284/21200/20440 13291/21207/20449</w:t>
        <w:br/>
        <w:t>f 13290/21206/20448 13281/21197/20435 13292/21208/20450</w:t>
        <w:br/>
        <w:t>f 13292/21208/20450 13289/21205/20447 13290/21206/20448</w:t>
        <w:br/>
        <w:t>f 13289/21205/20447 13286/21202/20442 13293/21209/20451</w:t>
        <w:br/>
        <w:t>f 13290/21206/20448 13289/21205/20447 13293/21209/20451</w:t>
        <w:br/>
        <w:t>f 13286/21202/20442 13290/21206/20448 13293/21209/20451</w:t>
        <w:br/>
        <w:t>f 21212/21210/20452 21211/21211/20453 21210/21212/20454</w:t>
        <w:br/>
        <w:t>f 21211/21211/20453 21212/21210/20452 21213/21213/20455</w:t>
        <w:br/>
        <w:t>f 21216/21214/20456 21215/21215/20457 21214/21216/20458</w:t>
        <w:br/>
        <w:t>f 21212/21210/20452 21217/21217/20459 21213/21213/20455</w:t>
        <w:br/>
        <w:t>f 21217/21217/20459 21212/21210/20452 21218/21218/20460</w:t>
        <w:br/>
        <w:t>f 21219/21219/20461 21217/21217/20459 21218/21218/20460</w:t>
        <w:br/>
        <w:t>f 21215/21215/20457 21216/21214/20456 21220/21220/20462</w:t>
        <w:br/>
        <w:t>f 21221/21221/20463 21220/21220/20462 21216/21214/20456</w:t>
        <w:br/>
        <w:t>f 21222/21222/20464 21215/21215/20457 21220/21220/20462</w:t>
        <w:br/>
        <w:t>f 21215/21215/20457 21222/21222/20464 21223/21223/20465</w:t>
        <w:br/>
        <w:t>f 21226/21224/20466 21225/21225/20467 21224/21226/20468</w:t>
        <w:br/>
        <w:t>f 21220/21220/20462 21221/21221/20463 21227/21227/20469</w:t>
        <w:br/>
        <w:t>f 21220/21220/20462 21228/21228/20470 21222/21222/20464</w:t>
        <w:br/>
        <w:t>f 21228/21228/20470 21220/21220/20462 21227/21227/20469</w:t>
        <w:br/>
        <w:t>f 21226/21224/20466 21229/21229/20471 21225/21225/20467</w:t>
        <w:br/>
        <w:t>f 21230/21230/20472 21229/21229/20471 21226/21224/20466</w:t>
        <w:br/>
        <w:t>f 21233/21231/20473 21232/21232/20474 21231/21233/20475</w:t>
        <w:br/>
        <w:t>f 21232/21232/20474 21233/21231/20473 21234/21234/20476</w:t>
        <w:br/>
        <w:t>f 21235/21235/20477 21234/21234/20476 21233/21231/20473</w:t>
        <w:br/>
        <w:t>f 21233/21231/20473 21236/21236/20478 21235/21235/20477</w:t>
        <w:br/>
        <w:t>f 21236/21236/20478 21233/21231/20473 21237/21237/20479</w:t>
        <w:br/>
        <w:t>f 21231/21233/20475 21237/21237/20479 21233/21231/20473</w:t>
        <w:br/>
        <w:t>f 21237/21237/20479 21238/21238/20480 21236/21236/20478</w:t>
        <w:br/>
        <w:t>f 21237/21237/20479 21231/21233/20475 21239/21239/20481</w:t>
        <w:br/>
        <w:t>f 21230/21230/20472 21240/21240/20482 21229/21229/20471</w:t>
        <w:br/>
        <w:t>f 21241/21241/20483 21238/21238/20480 21237/21237/20479</w:t>
        <w:br/>
        <w:t>f 21239/21239/20481 21241/21241/20483 21237/21237/20479</w:t>
        <w:br/>
        <w:t>f 21238/21238/20480 21241/21241/20483 21242/21242/20484</w:t>
        <w:br/>
        <w:t>f 21243/21243/20485 21240/21240/20482 21230/21230/20472</w:t>
        <w:br/>
        <w:t>f 21241/21241/20483 21239/21239/20481 21244/21244/20486</w:t>
        <w:br/>
        <w:t>f 21245/21245/20487 21242/21242/20484 21241/21241/20483</w:t>
        <w:br/>
        <w:t>f 21245/21245/20487 21241/21241/20483 21244/21244/20486</w:t>
        <w:br/>
        <w:t>f 21242/21242/20484 21245/21245/20487 21246/21246/20488</w:t>
        <w:br/>
        <w:t>f 21247/21247/20489 21243/21243/20485 21230/21230/20472</w:t>
        <w:br/>
        <w:t>f 21227/21227/20469 21248/21248/20490 21228/21228/20470</w:t>
        <w:br/>
        <w:t>f 21249/21249/20491 21245/21245/20487 21244/21244/20486</w:t>
        <w:br/>
        <w:t>f 21243/21243/20485 21247/21247/20489 21250/21250/20492</w:t>
        <w:br/>
        <w:t>f 21246/21246/20488 21245/21245/20487 21251/21251/20493</w:t>
        <w:br/>
        <w:t>f 21251/21251/20493 21245/21245/20487 21249/21249/20491</w:t>
        <w:br/>
        <w:t>f 21251/21251/20493 21252/21252/20494 21246/21246/20488</w:t>
        <w:br/>
        <w:t>f 21253/21253/20495 21250/21250/20492 21247/21247/20489</w:t>
        <w:br/>
        <w:t>f 21251/21251/20493 21254/21254/20496 21252/21252/20494</w:t>
        <w:br/>
        <w:t>f 21255/21255/20497 21252/21252/20494 21254/21254/20496</w:t>
        <w:br/>
        <w:t>f 21256/21256/20498 21251/21251/20493 21249/21249/20491</w:t>
        <w:br/>
        <w:t>f 21256/21256/20498 21257/21257/20499 21251/21251/20493</w:t>
        <w:br/>
        <w:t>f 21249/21249/20491 21253/21253/20495 21256/21256/20498</w:t>
        <w:br/>
        <w:t>f 21258/21258/20500 21255/21255/20497 21254/21254/20496</w:t>
        <w:br/>
        <w:t>f 21255/21255/20497 21258/21258/20500 21259/21259/20501</w:t>
        <w:br/>
        <w:t>f 21259/21259/20501 21258/21258/20500 21260/21260/20502</w:t>
        <w:br/>
        <w:t>f 21257/21257/20499 21256/21256/20498 21261/21261/20503</w:t>
        <w:br/>
        <w:t>f 21261/21261/20503 21258/21258/20500 21257/21257/20499</w:t>
        <w:br/>
        <w:t>f 21262/21262/20504 21261/21261/20503 21256/21256/20498</w:t>
        <w:br/>
        <w:t>f 21262/21262/20504 21256/21256/20498 21253/21253/20495</w:t>
        <w:br/>
        <w:t>f 21263/21263/20505 21258/21258/20500 21261/21261/20503</w:t>
        <w:br/>
        <w:t>f 21263/21263/20505 21260/21260/20502 21258/21258/20500</w:t>
        <w:br/>
        <w:t>f 21261/21261/20503 21262/21262/20504 21264/21264/20506</w:t>
        <w:br/>
        <w:t>f 21261/21261/20503 21264/21264/20506 21263/21263/20505</w:t>
        <w:br/>
        <w:t>f 21260/21260/20502 21265/21265/20507 21259/21259/20501</w:t>
        <w:br/>
        <w:t>f 21266/21266/20508 21263/21263/20505 21264/21264/20506</w:t>
        <w:br/>
        <w:t>f 21267/21267/20509 21265/21265/20507 21260/21260/20502</w:t>
        <w:br/>
        <w:t>f 21265/21265/20507 21267/21267/20509 21268/21268/20510</w:t>
        <w:br/>
        <w:t>f 21267/21267/20509 21269/21269/20511 21268/21268/20510</w:t>
        <w:br/>
        <w:t>f 21267/21267/20509 21270/21270/20512 21269/21269/20511</w:t>
        <w:br/>
        <w:t>f 21267/21267/20509 21271/21271/20513 21270/21270/20512</w:t>
        <w:br/>
        <w:t>f 21271/21271/20513 21267/21267/20509 21272/21272/20514</w:t>
        <w:br/>
        <w:t>f 21273/21273/20515 21267/21267/20509 21260/21260/20502</w:t>
        <w:br/>
        <w:t>f 21273/21273/20515 21260/21260/20502 21263/21263/20505</w:t>
        <w:br/>
        <w:t>f 21273/21273/20515 21272/21272/20514 21267/21267/20509</w:t>
        <w:br/>
        <w:t>f 21263/21263/20505 21266/21266/20508 21273/21273/20515</w:t>
        <w:br/>
        <w:t>f 21275/21274/20516 21273/21273/20515 21274/21275/20517</w:t>
        <w:br/>
        <w:t>f 21274/21275/20517 21273/21273/20515 21266/21266/20508</w:t>
        <w:br/>
        <w:t>f 21272/21272/20514 21276/21276/20518 21271/21271/20513</w:t>
        <w:br/>
        <w:t>f 21274/21275/20517 21277/21277/20519 21272/21272/20514</w:t>
        <w:br/>
        <w:t>f 21272/21272/20514 21277/21277/20519 21276/21276/20518</w:t>
        <w:br/>
        <w:t>f 21280/21278/20520 21279/21279/20521 21278/21280/20522</w:t>
        <w:br/>
        <w:t>f 21282/21281/20523 21281/21282/20524 21279/21279/20521</w:t>
        <w:br/>
        <w:t>f 21279/21279/20521 21280/21278/20520 21282/21281/20523</w:t>
        <w:br/>
        <w:t>f 21284/21283/20525 21281/21282/20524 21283/21284/20526</w:t>
        <w:br/>
        <w:t>f 21282/21281/20523 21283/21284/20526 21281/21282/20524</w:t>
        <w:br/>
        <w:t>f 21276/21276/20518 21285/21285/20527 21271/21271/20513</w:t>
        <w:br/>
        <w:t>f 21286/21286/20528 21284/21283/20525 21283/21284/20526</w:t>
        <w:br/>
        <w:t>f 21271/21271/20513 21285/21285/20527 21287/21287/20529</w:t>
        <w:br/>
        <w:t>f 21289/21288/20530 21288/21289/20511 21287/21287/20531</w:t>
        <w:br/>
        <w:t>f 21283/21284/20526 21290/21290/20532 21286/21286/20528</w:t>
        <w:br/>
        <w:t>f 21289/21288/20530 21291/21291/20533 21288/21289/20511</w:t>
        <w:br/>
        <w:t>f 21292/21292/20510 21288/21289/20511 21291/21291/20533</w:t>
        <w:br/>
        <w:t>f 21292/21292/20510 21291/21291/20533 21293/21293/20534</w:t>
        <w:br/>
        <w:t>f 21294/21294/20535 21290/21290/20532 21283/21284/20526</w:t>
        <w:br/>
        <w:t>f 21282/21281/20523 21294/21294/20535 21283/21284/20526</w:t>
        <w:br/>
        <w:t>f 21294/21294/20535 21282/21281/20523 21295/21295/20536</w:t>
        <w:br/>
        <w:t>f 21280/21278/20520 21295/21295/20536 21282/21281/20523</w:t>
        <w:br/>
        <w:t>f 21296/21296/20537 21292/21292/20510 21293/21293/20534</w:t>
        <w:br/>
        <w:t>f 21292/21292/20510 21296/21296/20537 21297/21297/20538</w:t>
        <w:br/>
        <w:t>f 21298/21298/20539 21297/21297/20538 21296/21296/20537</w:t>
        <w:br/>
        <w:t>f 21295/21295/20536 21280/21278/20520 21299/21299/20540</w:t>
        <w:br/>
        <w:t>f 21297/21297/20538 21298/21298/20539 21300/21300/20541</w:t>
        <w:br/>
        <w:t>f 21301/21301/20542 21299/21299/20540 21280/21278/20520</w:t>
        <w:br/>
        <w:t>f 21278/21280/20522 21301/21301/20542 21280/21278/20520</w:t>
        <w:br/>
        <w:t>f 21301/21301/20542 21278/21280/20522 21302/21302/20543</w:t>
        <w:br/>
        <w:t>f 21300/21300/20541 21298/21298/20539 21303/21303/20544</w:t>
        <w:br/>
        <w:t>f 21299/21299/20540 21301/21301/20542 21304/21304/20545</w:t>
        <w:br/>
        <w:t>f 21303/21303/20544 21305/21305/20546 21300/21300/20541</w:t>
        <w:br/>
        <w:t>f 21306/21306/20547 21305/21305/20546 21303/21303/20544</w:t>
        <w:br/>
        <w:t>f 21302/21302/20543 21307/21307/20548 21301/21301/20542</w:t>
        <w:br/>
        <w:t>f 21307/21307/20548 21304/21304/20545 21301/21301/20542</w:t>
        <w:br/>
        <w:t>f 21304/21304/20545 21307/21307/20548 21308/21308/20549</w:t>
        <w:br/>
        <w:t>f 21307/21307/20548 21302/21302/20543 21309/21309/20550</w:t>
        <w:br/>
        <w:t>f 21309/21309/20550 21310/21310/20551 21307/21307/20548</w:t>
        <w:br/>
        <w:t>f 21310/21310/20551 21308/21308/20549 21307/21307/20548</w:t>
        <w:br/>
        <w:t>f 21310/21310/20551 21309/21309/20550 21311/21311/20552</w:t>
        <w:br/>
        <w:t>f 21305/21305/20546 21306/21306/20547 21312/21312/20553</w:t>
        <w:br/>
        <w:t>f 21311/21311/20552 21313/21313/20554 21310/21310/20551</w:t>
        <w:br/>
        <w:t>f 21313/21313/20554 21311/21311/20552 21248/21248/20490</w:t>
        <w:br/>
        <w:t>f 21248/21248/20490 21227/21227/20469 21313/21313/20554</w:t>
        <w:br/>
        <w:t>f 21308/21308/20549 21310/21310/20551 21314/21314/20555</w:t>
        <w:br/>
        <w:t>f 21315/21315/20556 21312/21312/20553 21306/21306/20547</w:t>
        <w:br/>
        <w:t>f 21313/21313/20554 21314/21314/20555 21310/21310/20551</w:t>
        <w:br/>
        <w:t>f 21312/21312/20553 21315/21315/20556 21316/21316/20557</w:t>
        <w:br/>
        <w:t>f 21316/21316/20557 21315/21315/20556 21317/21317/20558</w:t>
        <w:br/>
        <w:t>f 21314/21314/20555 21313/21313/20554 21318/21318/20559</w:t>
        <w:br/>
        <w:t>f 21313/21313/20554 21227/21227/20469 21318/21318/20559</w:t>
        <w:br/>
        <w:t>f 21221/21221/20463 21318/21318/20559 21227/21227/20469</w:t>
        <w:br/>
        <w:t>f 21317/21317/20558 21217/21217/20459 21219/21219/20461</w:t>
        <w:br/>
        <w:t>f 21317/21317/20558 21219/21219/20461 21316/21316/20557</w:t>
        <w:br/>
        <w:t>f 21321/21319/20560 21320/21320/20561 21319/21321/20562</w:t>
        <w:br/>
        <w:t>f 21321/21319/20560 21319/21321/20562 21322/21322/20563</w:t>
        <w:br/>
        <w:t>f 21322/21322/20563 21323/21323/20564 21321/21319/20560</w:t>
        <w:br/>
        <w:t>f 21319/21321/20562 21324/21324/20565 21322/21322/20563</w:t>
        <w:br/>
        <w:t>f 21323/21323/20564 21322/21322/20563 21325/21325/20566</w:t>
        <w:br/>
        <w:t>f 21325/21325/20566 21326/21326/20567 21323/21323/20564</w:t>
        <w:br/>
        <w:t>f 21322/21322/20563 21324/21324/20565 21327/21327/20568</w:t>
        <w:br/>
        <w:t>f 21327/21327/20568 21325/21325/20566 21322/21322/20563</w:t>
        <w:br/>
        <w:t>f 21327/21327/20568 21324/21324/20565 21328/21328/20569</w:t>
        <w:br/>
        <w:t>f 21326/21326/20567 21325/21325/20566 21329/21329/20570</w:t>
        <w:br/>
        <w:t>f 21330/21330/20571 21326/21326/20567 21329/21329/20570</w:t>
        <w:br/>
        <w:t>f 21325/21325/20566 21327/21327/20568 21331/21331/20572</w:t>
        <w:br/>
        <w:t>f 21331/21331/20572 21329/21329/20570 21325/21325/20566</w:t>
        <w:br/>
        <w:t>f 21332/21332/20573 21327/21327/20568 21328/21328/20569</w:t>
        <w:br/>
        <w:t>f 21331/21331/20572 21327/21327/20568 21332/21332/20573</w:t>
        <w:br/>
        <w:t>f 21332/21332/20573 21328/21328/20569 21333/21333/20574</w:t>
        <w:br/>
        <w:t>f 21329/21329/20570 21331/21331/20572 21334/21334/20575</w:t>
        <w:br/>
        <w:t>f 21335/21335/20576 21331/21331/20572 21332/21332/20573</w:t>
        <w:br/>
        <w:t>f 21335/21335/20576 21334/21334/20575 21331/21331/20572</w:t>
        <w:br/>
        <w:t>f 21330/21330/20571 21329/21329/20570 21336/21336/20577</w:t>
        <w:br/>
        <w:t>f 21334/21334/20575 21336/21336/20577 21329/21329/20570</w:t>
        <w:br/>
        <w:t>f 21330/21330/20571 21338/21337/20578 21337/21338/20579</w:t>
        <w:br/>
        <w:t>f 21338/21337/20578 21330/21330/20571 21336/21336/20577</w:t>
        <w:br/>
        <w:t>f 21339/21339/20580 21338/21337/20578 21336/21336/20577</w:t>
        <w:br/>
        <w:t>f 21336/21336/20577 21334/21334/20575 21339/21339/20580</w:t>
        <w:br/>
        <w:t>f 21338/21337/20578 21339/21339/20580 21340/21340/20581</w:t>
        <w:br/>
        <w:t>f 21340/21340/20581 21339/21339/20580 21341/21341/20582</w:t>
        <w:br/>
        <w:t>f 21341/21341/20582 21343/21342/20583 21342/21343/20584</w:t>
        <w:br/>
        <w:t>f 21343/21342/20583 21341/21341/20582 21344/21344/20585</w:t>
        <w:br/>
        <w:t>f 21345/21345/20586 21344/21344/20585 21341/21341/20582</w:t>
        <w:br/>
        <w:t>f 21341/21341/20582 21339/21339/20580 21345/21345/20586</w:t>
        <w:br/>
        <w:t>f 21345/21345/20586 21346/21346/20587 21344/21344/20585</w:t>
        <w:br/>
        <w:t>f 21347/21347/20588 21339/21339/20580 21334/21334/20575</w:t>
        <w:br/>
        <w:t>f 21339/21339/20580 21347/21347/20588 21345/21345/20586</w:t>
        <w:br/>
        <w:t>f 21334/21334/20575 21335/21335/20576 21347/21347/20588</w:t>
        <w:br/>
        <w:t>f 21346/21346/20587 21345/21345/20586 21348/21348/20589</w:t>
        <w:br/>
        <w:t>f 21347/21347/20588 21348/21348/20589 21345/21345/20586</w:t>
        <w:br/>
        <w:t>f 21349/21349/20590 21346/21346/20587 21348/21348/20589</w:t>
        <w:br/>
        <w:t>f 21346/21346/20587 21349/21349/20590 21350/21350/20591</w:t>
        <w:br/>
        <w:t>f 21348/21348/20589 21347/21347/20588 21351/21351/20592</w:t>
        <w:br/>
        <w:t>f 21347/21347/20588 21335/21335/20576 21351/21351/20592</w:t>
        <w:br/>
        <w:t>f 21351/21351/20592 21349/21349/20590 21348/21348/20589</w:t>
        <w:br/>
        <w:t>f 21351/21351/20592 21335/21335/20576 21352/21352/20593</w:t>
        <w:br/>
        <w:t>f 21332/21332/20573 21352/21352/20593 21335/21335/20576</w:t>
        <w:br/>
        <w:t>f 21349/21349/20590 21351/21351/20592 21353/21353/20594</w:t>
        <w:br/>
        <w:t>f 21352/21352/20593 21353/21353/20594 21351/21351/20592</w:t>
        <w:br/>
        <w:t>f 21352/21352/20593 21332/21332/20573 21354/21354/20595</w:t>
        <w:br/>
        <w:t>f 21354/21354/20595 21332/21332/20573 21333/21333/20574</w:t>
        <w:br/>
        <w:t>f 21353/21353/20594 21352/21352/20593 21355/21355/20596</w:t>
        <w:br/>
        <w:t>f 21354/21354/20595 21355/21355/20596 21352/21352/20593</w:t>
        <w:br/>
        <w:t>f 21354/21354/20595 21333/21333/20574 21356/21356/20597</w:t>
        <w:br/>
        <w:t>f 21355/21355/20596 21354/21354/20595 21356/21356/20597</w:t>
        <w:br/>
        <w:t>f 21356/21356/20597 21333/21333/20574 21357/21357/20598</w:t>
        <w:br/>
        <w:t>f 21357/21357/20598 21358/21358/20599 21356/21356/20597</w:t>
        <w:br/>
        <w:t>f 21358/21358/20599 21355/21355/20596 21356/21356/20597</w:t>
        <w:br/>
        <w:t>f 21358/21358/20599 21357/21357/20598 21359/21359/20600</w:t>
        <w:br/>
        <w:t>f 21355/21355/20596 21360/21360/20601 21353/21353/20594</w:t>
        <w:br/>
        <w:t>f 21355/21355/20596 21358/21358/20599 21360/21360/20601</w:t>
        <w:br/>
        <w:t>f 21359/21359/20600 21361/21361/20602 21358/21358/20599</w:t>
        <w:br/>
        <w:t>f 21361/21361/20602 21359/21359/20600 21362/21362/20603</w:t>
        <w:br/>
        <w:t>f 21360/21360/20601 21358/21358/20599 21363/21363/20604</w:t>
        <w:br/>
        <w:t>f 21358/21358/20599 21361/21361/20602 21363/21363/20604</w:t>
        <w:br/>
        <w:t>f 21353/21353/20594 21360/21360/20601 21364/21364/20605</w:t>
        <w:br/>
        <w:t>f 21349/21349/20590 21353/21353/20594 21364/21364/20605</w:t>
        <w:br/>
        <w:t>f 21365/21365/20606 21360/21360/20601 21363/21363/20604</w:t>
        <w:br/>
        <w:t>f 21360/21360/20601 21365/21365/20606 21364/21364/20605</w:t>
        <w:br/>
        <w:t>f 21361/21361/20602 21366/21366/20607 21363/21363/20604</w:t>
        <w:br/>
        <w:t>f 21365/21365/20606 21363/21363/20604 21366/21366/20607</w:t>
        <w:br/>
        <w:t>f 21361/21361/20602 21362/21362/20603 21367/21367/20608</w:t>
        <w:br/>
        <w:t>f 21366/21366/20607 21361/21361/20602 21367/21367/20608</w:t>
        <w:br/>
        <w:t>f 21362/21362/20603 21368/21368/20609 21367/21367/20608</w:t>
        <w:br/>
        <w:t>f 21365/21365/20606 21366/21366/20607 21369/21369/20610</w:t>
        <w:br/>
        <w:t>f 21368/21368/20609 21370/21370/20611 21367/21367/20608</w:t>
        <w:br/>
        <w:t>f 21370/21370/20611 21368/21368/20609 21371/21371/20612</w:t>
        <w:br/>
        <w:t>f 21367/21367/20608 21372/21372/20613 21366/21366/20607</w:t>
        <w:br/>
        <w:t>f 21372/21372/20613 21367/21367/20608 21370/21370/20611</w:t>
        <w:br/>
        <w:t>f 21369/21369/20610 21366/21366/20607 21372/21372/20613</w:t>
        <w:br/>
        <w:t>f 21370/21370/20611 21371/21371/20612 21373/21373/20614</w:t>
        <w:br/>
        <w:t>f 21371/21371/20612 21374/21374/20615 21373/21373/20614</w:t>
        <w:br/>
        <w:t>f 21375/21375/20616 21373/21373/20614 21374/21374/20615</w:t>
        <w:br/>
        <w:t>f 21372/21372/20613 21370/21370/20611 21376/21376/20617</w:t>
        <w:br/>
        <w:t>f 21370/21370/20611 21373/21373/20614 21376/21376/20617</w:t>
        <w:br/>
        <w:t>f 21378/21377/20560 21375/21375/20616 21377/21378/20561</w:t>
        <w:br/>
        <w:t>f 21375/21375/20616 21378/21377/20560 21379/21379/20618</w:t>
        <w:br/>
        <w:t>f 21373/21373/20614 21375/21375/20616 21379/21379/20618</w:t>
        <w:br/>
        <w:t>f 21380/21380/20564 21379/21379/20618 21378/21377/20560</w:t>
        <w:br/>
        <w:t>f 21373/21373/20614 21379/21379/20618 21381/21381/20619</w:t>
        <w:br/>
        <w:t>f 21379/21379/20618 21380/21380/20564 21381/21381/20619</w:t>
        <w:br/>
        <w:t>f 21376/21376/20617 21373/21373/20614 21381/21381/20619</w:t>
        <w:br/>
        <w:t>f 21382/21382/20567 21381/21381/20619 21380/21380/20564</w:t>
        <w:br/>
        <w:t>f 21381/21381/20619 21382/21382/20567 21383/21383/20620</w:t>
        <w:br/>
        <w:t>f 21376/21376/20617 21381/21381/20619 21383/21383/20620</w:t>
        <w:br/>
        <w:t>f 21384/21384/20621 21383/21383/20620 21382/21382/20567</w:t>
        <w:br/>
        <w:t>f 21385/21385/20622 21372/21372/20613 21376/21376/20617</w:t>
        <w:br/>
        <w:t>f 21369/21369/20610 21372/21372/20613 21385/21385/20622</w:t>
        <w:br/>
        <w:t>f 21386/21386/20623 21376/21376/20617 21383/21383/20620</w:t>
        <w:br/>
        <w:t>f 21385/21385/20622 21376/21376/20617 21386/21386/20623</w:t>
        <w:br/>
        <w:t>f 21383/21383/20620 21384/21384/20621 21387/21387/20624</w:t>
        <w:br/>
        <w:t>f 21386/21386/20623 21383/21383/20620 21387/21387/20624</w:t>
        <w:br/>
        <w:t>f 21388/21388/20625 21387/21387/20624 21384/21384/20621</w:t>
        <w:br/>
        <w:t>f 21387/21387/20624 21388/21388/20625 21389/21389/20626</w:t>
        <w:br/>
        <w:t>f 21390/21390/20627 21387/21387/20624 21389/21389/20626</w:t>
        <w:br/>
        <w:t>f 21391/21391/20628 21386/21386/20623 21387/21387/20624</w:t>
        <w:br/>
        <w:t>f 21387/21387/20624 21390/21390/20627 21391/21391/20628</w:t>
        <w:br/>
        <w:t>f 21386/21386/20623 21391/21391/20628 21392/21392/20629</w:t>
        <w:br/>
        <w:t>f 21390/21390/20627 21392/21392/20629 21391/21391/20628</w:t>
        <w:br/>
        <w:t>f 21392/21392/20629 21385/21385/20622 21386/21386/20623</w:t>
        <w:br/>
        <w:t>f 21394/21393/20630 21393/21394/20631 21390/21390/20627</w:t>
        <w:br/>
        <w:t>f 21395/21395/20632 21390/21390/20627 21393/21394/20631</w:t>
        <w:br/>
        <w:t>f 21392/21392/20629 21390/21390/20627 21395/21395/20632</w:t>
        <w:br/>
        <w:t>f 21396/21396/20633 21385/21385/20622 21392/21392/20629</w:t>
        <w:br/>
        <w:t>f 21395/21395/20632 21396/21396/20633 21392/21392/20629</w:t>
        <w:br/>
        <w:t>f 21385/21385/20622 21396/21396/20633 21369/21369/20610</w:t>
        <w:br/>
        <w:t>f 21396/21396/20633 21395/21395/20632 21397/21397/20634</w:t>
        <w:br/>
        <w:t>f 21398/21398/20635 21369/21369/20610 21396/21396/20633</w:t>
        <w:br/>
        <w:t>f 21397/21397/20634 21398/21398/20635 21396/21396/20633</w:t>
        <w:br/>
        <w:t>f 21369/21369/20610 21398/21398/20635 21365/21365/20606</w:t>
        <w:br/>
        <w:t>f 21398/21398/20635 21397/21397/20634 21399/21399/20636</w:t>
        <w:br/>
        <w:t>f 21398/21398/20635 21364/21364/20605 21365/21365/20606</w:t>
        <w:br/>
        <w:t>f 21399/21399/20636 21400/21400/20637 21398/21398/20635</w:t>
        <w:br/>
        <w:t>f 21364/21364/20605 21398/21398/20635 21400/21400/20637</w:t>
        <w:br/>
        <w:t>f 21400/21400/20637 21399/21399/20636 21401/21401/20638</w:t>
        <w:br/>
        <w:t>f 21349/21349/20590 21364/21364/20605 21400/21400/20637</w:t>
        <w:br/>
        <w:t>f 21350/21350/20591 21400/21400/20637 21401/21401/20638</w:t>
        <w:br/>
        <w:t>f 21400/21400/20637 21350/21350/20591 21349/21349/20590</w:t>
        <w:br/>
        <w:t>f 21404/21402/20639 21403/21403/20640 21402/21404/20641</w:t>
        <w:br/>
        <w:t>f 21403/21403/20640 21404/21402/20639 21405/21405/20642</w:t>
        <w:br/>
        <w:t>f 21405/21405/20642 21406/21406/20643 21403/21403/20640</w:t>
        <w:br/>
        <w:t>f 21407/21407/20644 21405/21405/20642 21404/21402/20639</w:t>
        <w:br/>
        <w:t>f 21406/21406/20643 21405/21405/20642 21408/21408/20645</w:t>
        <w:br/>
        <w:t>f 21408/21408/20645 21409/21409/20646 21406/21406/20643</w:t>
        <w:br/>
        <w:t>f 21405/21405/20642 21407/21407/20644 21410/21410/20647</w:t>
        <w:br/>
        <w:t>f 21410/21410/20647 21408/21408/20645 21405/21405/20642</w:t>
        <w:br/>
        <w:t>f 21411/21411/20648 21410/21410/20647 21407/21407/20644</w:t>
        <w:br/>
        <w:t>f 21412/21412/20649 21409/21409/20646 21408/21408/20645</w:t>
        <w:br/>
        <w:t>f 21411/21411/20648 21413/21413/20650 21410/21410/20647</w:t>
        <w:br/>
        <w:t>f 21414/21414/20651 21413/21413/20650 21411/21411/20648</w:t>
        <w:br/>
        <w:t>f 21415/21415/20652 21408/21408/20645 21410/21410/20647</w:t>
        <w:br/>
        <w:t>f 21413/21413/20650 21415/21415/20652 21410/21410/20647</w:t>
        <w:br/>
        <w:t>f 21416/21416/20653 21412/21412/20649 21408/21408/20645</w:t>
        <w:br/>
        <w:t>f 21415/21415/20652 21416/21416/20653 21408/21408/20645</w:t>
        <w:br/>
        <w:t>f 21414/21414/20651 21417/21417/20654 21413/21413/20650</w:t>
        <w:br/>
        <w:t>f 21418/21418/20655 21417/21417/20654 21414/21414/20651</w:t>
        <w:br/>
        <w:t>f 21417/21417/20654 21418/21418/20655 21419/21419/20656</w:t>
        <w:br/>
        <w:t>f 21417/21417/20654 21419/21419/20656 21420/21420/20657</w:t>
        <w:br/>
        <w:t>f 21417/21417/20654 21421/21421/20658 21413/21413/20650</w:t>
        <w:br/>
        <w:t>f 21415/21415/20652 21413/21413/20650 21421/21421/20658</w:t>
        <w:br/>
        <w:t>f 21420/21420/20657 21422/21422/20659 21417/21417/20654</w:t>
        <w:br/>
        <w:t>f 21422/21422/20659 21421/21421/20658 21417/21417/20654</w:t>
        <w:br/>
        <w:t>f 21420/21420/20657 21423/21423/20660 21422/21422/20659</w:t>
        <w:br/>
        <w:t>f 21423/21423/20660 21424/21424/20661 21422/21422/20659</w:t>
        <w:br/>
        <w:t>f 21422/21422/20659 21424/21424/20661 21421/21421/20658</w:t>
        <w:br/>
        <w:t>f 21425/21425/20662 21424/21424/20661 21423/21423/20660</w:t>
        <w:br/>
        <w:t>f 21425/21425/20662 21427/21426/20663 21426/21427/20664</w:t>
        <w:br/>
        <w:t>f 21424/21424/20661 21425/21425/20662 21426/21427/20664</w:t>
        <w:br/>
        <w:t>f 21428/21428/20665 21424/21424/20661 21426/21427/20664</w:t>
        <w:br/>
        <w:t>f 21424/21424/20661 21428/21428/20665 21421/21421/20658</w:t>
        <w:br/>
        <w:t>f 21428/21428/20665 21426/21427/20664 21429/21429/20666</w:t>
        <w:br/>
        <w:t>f 21430/21430/20667 21421/21421/20658 21428/21428/20665</w:t>
        <w:br/>
        <w:t>f 21429/21429/20666 21430/21430/20667 21428/21428/20665</w:t>
        <w:br/>
        <w:t>f 21415/21415/20652 21421/21421/20658 21430/21430/20667</w:t>
        <w:br/>
        <w:t>f 21430/21430/20667 21429/21429/20666 21431/21431/20668</w:t>
        <w:br/>
        <w:t>f 21430/21430/20667 21431/21431/20668 21432/21432/20669</w:t>
        <w:br/>
        <w:t>f 21430/21430/20667 21432/21432/20669 21433/21433/20670</w:t>
        <w:br/>
        <w:t>f 21430/21430/20667 21434/21434/20671 21415/21415/20652</w:t>
        <w:br/>
        <w:t>f 21434/21434/20671 21430/21430/20667 21433/21433/20670</w:t>
        <w:br/>
        <w:t>f 21416/21416/20653 21415/21415/20652 21434/21434/20671</w:t>
        <w:br/>
        <w:t>f 21434/21434/20671 21433/21433/20670 21435/21435/20672</w:t>
        <w:br/>
        <w:t>f 21435/21435/20672 21416/21416/20653 21434/21434/20671</w:t>
        <w:br/>
        <w:t>f 21433/21433/20670 21436/21436/20673 21435/21435/20672</w:t>
        <w:br/>
        <w:t>f 21436/21436/20673 21437/21437/20674 21435/21435/20672</w:t>
        <w:br/>
        <w:t>f 21416/21416/20653 21435/21435/20672 21438/21438/20675</w:t>
        <w:br/>
        <w:t>f 21437/21437/20674 21438/21438/20675 21435/21435/20672</w:t>
        <w:br/>
        <w:t>f 21438/21438/20675 21412/21412/20649 21416/21416/20653</w:t>
        <w:br/>
        <w:t>f 21438/21438/20675 21439/21439/20676 21412/21412/20649</w:t>
        <w:br/>
        <w:t>f 21440/21440/20677 21439/21439/20676 21438/21438/20675</w:t>
        <w:br/>
        <w:t>f 21438/21438/20675 21437/21437/20674 21441/21441/20678</w:t>
        <w:br/>
        <w:t>f 21441/21441/20678 21440/21440/20677 21438/21438/20675</w:t>
        <w:br/>
        <w:t>f 21441/21441/20678 21437/21437/20674 21442/21442/20679</w:t>
        <w:br/>
        <w:t>f 21443/21443/20680 21440/21440/20677 21441/21441/20678</w:t>
        <w:br/>
        <w:t>f 21443/21443/20680 21441/21441/20678 21442/21442/20679</w:t>
        <w:br/>
        <w:t>f 21443/21443/20680 21442/21442/20679 21444/21444/20681</w:t>
        <w:br/>
        <w:t>f 21443/21443/20680 21445/21445/20682 21440/21440/20677</w:t>
        <w:br/>
        <w:t>f 21443/21443/20680 21444/21444/20681 21446/21446/20683</w:t>
        <w:br/>
        <w:t>f 21445/21445/20682 21443/21443/20680 21447/21447/20684</w:t>
        <w:br/>
        <w:t>f 21447/21447/20684 21443/21443/20680 21446/21446/20683</w:t>
        <w:br/>
        <w:t>f 21445/21445/20682 21447/21447/20684 21448/21448/20685</w:t>
        <w:br/>
        <w:t>f 21447/21447/20684 21446/21446/20683 21449/21449/20686</w:t>
        <w:br/>
        <w:t>f 21448/21448/20685 21447/21447/20684 21450/21450/20687</w:t>
        <w:br/>
        <w:t>f 21451/21451/20688 21447/21447/20684 21449/21449/20686</w:t>
        <w:br/>
        <w:t>f 21451/21451/20688 21450/21450/20687 21447/21447/20684</w:t>
        <w:br/>
        <w:t>f 21450/21450/20687 21451/21451/20688 21452/21452/20689</w:t>
        <w:br/>
        <w:t>f 21455/21453/20690 21454/21454/20691 21453/21455/20692</w:t>
        <w:br/>
        <w:t>f 21454/21454/20691 21455/21453/20690 21456/21456/20693</w:t>
        <w:br/>
        <w:t>f 21456/21456/20693 21457/21457/20694 21454/21454/20691</w:t>
        <w:br/>
        <w:t>f 21456/21456/20693 21455/21453/20690 21458/21458/20695</w:t>
        <w:br/>
        <w:t>f 21457/21457/20694 21456/21456/20693 21459/21459/20696</w:t>
        <w:br/>
        <w:t>f 21459/21459/20696 21460/21460/20697 21457/21457/20694</w:t>
        <w:br/>
        <w:t>f 21456/21456/20693 21458/21458/20695 21461/21461/20698</w:t>
        <w:br/>
        <w:t>f 21459/21459/20696 21456/21456/20693 21461/21461/20698</w:t>
        <w:br/>
        <w:t>f 21461/21461/20698 21458/21458/20695 21462/21462/20699</w:t>
        <w:br/>
        <w:t>f 21463/21463/20700 21461/21461/20698 21462/21462/20699</w:t>
        <w:br/>
        <w:t>f 21460/21460/20697 21459/21459/20696 21464/21464/20701</w:t>
        <w:br/>
        <w:t>f 21464/21464/20701 21465/21465/20702 21460/21460/20697</w:t>
        <w:br/>
        <w:t>f 21461/21461/20698 21466/21466/20703 21459/21459/20696</w:t>
        <w:br/>
        <w:t>f 21466/21466/20703 21464/21464/20701 21459/21459/20696</w:t>
        <w:br/>
        <w:t>f 21461/21461/20698 21463/21463/20700 21467/21467/20704</w:t>
        <w:br/>
        <w:t>f 21466/21466/20703 21461/21461/20698 21467/21467/20704</w:t>
        <w:br/>
        <w:t>f 21465/21465/20702 21464/21464/20701 21468/21468/20705</w:t>
        <w:br/>
        <w:t>f 21468/21468/20705 21469/21469/20706 21465/21465/20702</w:t>
        <w:br/>
        <w:t>f 21469/21469/20706 21468/21468/20705 21470/21470/20707</w:t>
        <w:br/>
        <w:t>f 21468/21468/20705 21471/21471/20708 21470/21470/20707</w:t>
        <w:br/>
        <w:t>f 21468/21468/20705 21464/21464/20701 21472/21472/20709</w:t>
        <w:br/>
        <w:t>f 21464/21464/20701 21466/21466/20703 21472/21472/20709</w:t>
        <w:br/>
        <w:t>f 21471/21471/20708 21468/21468/20705 21473/21473/20710</w:t>
        <w:br/>
        <w:t>f 21473/21473/20710 21468/21468/20705 21472/21472/20709</w:t>
        <w:br/>
        <w:t>f 21473/21473/20710 21474/21474/20711 21471/21471/20708</w:t>
        <w:br/>
        <w:t>f 21474/21474/20711 21473/21473/20710 21475/21475/20712</w:t>
        <w:br/>
        <w:t>f 21472/21472/20709 21475/21475/20712 21473/21473/20710</w:t>
        <w:br/>
        <w:t>f 21475/21475/20712 21476/21476/20713 21474/21474/20711</w:t>
        <w:br/>
        <w:t>f 21476/21476/20713 21478/21477/20714 21477/21478/20715</w:t>
        <w:br/>
        <w:t>f 21476/21476/20713 21475/21475/20712 21478/21477/20714</w:t>
        <w:br/>
        <w:t>f 21475/21475/20712 21479/21479/20716 21478/21477/20714</w:t>
        <w:br/>
        <w:t>f 21475/21475/20712 21472/21472/20709 21479/21479/20716</w:t>
        <w:br/>
        <w:t>f 21479/21479/20716 21480/21480/20717 21478/21477/20714</w:t>
        <w:br/>
        <w:t>f 21481/21481/20718 21479/21479/20716 21472/21472/20709</w:t>
        <w:br/>
        <w:t>f 21479/21479/20716 21481/21481/20718 21480/21480/20717</w:t>
        <w:br/>
        <w:t>f 21466/21466/20703 21481/21481/20718 21472/21472/20709</w:t>
        <w:br/>
        <w:t>f 21482/21482/20719 21480/21480/20717 21481/21481/20718</w:t>
        <w:br/>
        <w:t>f 21481/21481/20718 21483/21483/20720 21482/21482/20719</w:t>
        <w:br/>
        <w:t>f 21481/21481/20718 21484/21484/20721 21483/21483/20720</w:t>
        <w:br/>
        <w:t>f 21481/21481/20718 21466/21466/20703 21485/21485/20722</w:t>
        <w:br/>
        <w:t>f 21485/21485/20722 21484/21484/20721 21481/21481/20718</w:t>
        <w:br/>
        <w:t>f 21485/21485/20722 21466/21466/20703 21467/21467/20704</w:t>
        <w:br/>
        <w:t>f 21485/21485/20722 21486/21486/20723 21484/21484/20721</w:t>
        <w:br/>
        <w:t>f 21467/21467/20704 21486/21486/20723 21485/21485/20722</w:t>
        <w:br/>
        <w:t>f 21484/21484/20721 21486/21486/20723 21487/21487/20724</w:t>
        <w:br/>
        <w:t>f 21487/21487/20724 21486/21486/20723 21488/21488/20725</w:t>
        <w:br/>
        <w:t>f 21486/21486/20723 21467/21467/20704 21489/21489/20726</w:t>
        <w:br/>
        <w:t>f 21489/21489/20726 21488/21488/20725 21486/21486/20723</w:t>
        <w:br/>
        <w:t>f 21489/21489/20726 21467/21467/20704 21463/21463/20700</w:t>
        <w:br/>
        <w:t>f 21489/21489/20726 21463/21463/20700 21490/21490/20727</w:t>
        <w:br/>
        <w:t>f 21491/21491/20728 21489/21489/20726 21490/21490/20727</w:t>
        <w:br/>
        <w:t>f 21488/21488/20725 21489/21489/20726 21492/21492/20729</w:t>
        <w:br/>
        <w:t>f 21492/21492/20729 21489/21489/20726 21491/21491/20728</w:t>
        <w:br/>
        <w:t>f 21492/21492/20729 21493/21493/20730 21488/21488/20725</w:t>
        <w:br/>
        <w:t>f 21492/21492/20729 21491/21491/20728 21494/21494/20731</w:t>
        <w:br/>
        <w:t>f 21492/21492/20729 21494/21494/20731 21493/21493/20730</w:t>
        <w:br/>
        <w:t>f 21493/21493/20730 21494/21494/20731 21495/21495/20732</w:t>
        <w:br/>
        <w:t>f 21494/21494/20731 21491/21491/20728 21496/21496/20733</w:t>
        <w:br/>
        <w:t>f 21494/21494/20731 21497/21497/20734 21495/21495/20732</w:t>
        <w:br/>
        <w:t>f 21496/21496/20733 21498/21498/20735 21494/21494/20731</w:t>
        <w:br/>
        <w:t>f 21498/21498/20735 21497/21497/20734 21494/21494/20731</w:t>
        <w:br/>
        <w:t>f 21496/21496/20733 21499/21499/20736 21498/21498/20735</w:t>
        <w:br/>
        <w:t>f 21498/21498/20735 21500/21500/20737 21497/21497/20734</w:t>
        <w:br/>
        <w:t>f 21499/21499/20736 21501/21501/20738 21498/21498/20735</w:t>
        <w:br/>
        <w:t>f 21502/21502/20739 21500/21500/20737 21498/21498/20735</w:t>
        <w:br/>
        <w:t>f 21501/21501/20738 21502/21502/20739 21498/21498/20735</w:t>
        <w:br/>
        <w:t>f 21502/21502/20739 21501/21501/20738 21503/21503/20740</w:t>
        <w:br/>
        <w:t>f 21506/21504/20741 21505/21505/20742 21504/21506/20743</w:t>
        <w:br/>
        <w:t>f 21505/21505/20742 21506/21504/20741 21507/21507/20744</w:t>
        <w:br/>
        <w:t>f 21505/21505/20742 21507/21507/20744 21508/21508/20745</w:t>
        <w:br/>
        <w:t>f 21509/21509/20746 21507/21507/20744 21506/21504/20741</w:t>
        <w:br/>
        <w:t>f 21507/21507/20744 21510/21510/20747 21508/21508/20745</w:t>
        <w:br/>
        <w:t>f 21510/21510/20747 21511/21511/20748 21508/21508/20745</w:t>
        <w:br/>
        <w:t>f 21507/21507/20744 21509/21509/20746 21512/21512/20749</w:t>
        <w:br/>
        <w:t>f 21507/21507/20744 21512/21512/20749 21510/21510/20747</w:t>
        <w:br/>
        <w:t>f 21509/21509/20746 21513/21513/20750 21512/21512/20749</w:t>
        <w:br/>
        <w:t>f 21513/21513/20750 21514/21514/20751 21512/21512/20749</w:t>
        <w:br/>
        <w:t>f 21512/21512/20749 21514/21514/20751 21515/21515/20752</w:t>
        <w:br/>
        <w:t>f 21512/21512/20749 21515/21515/20752 21510/21510/20747</w:t>
        <w:br/>
        <w:t>f 21514/21514/20751 21516/21516/20753 21515/21515/20752</w:t>
        <w:br/>
        <w:t>f 21511/21511/20748 21510/21510/20747 21517/21517/20754</w:t>
        <w:br/>
        <w:t>f 21515/21515/20752 21517/21517/20754 21510/21510/20747</w:t>
        <w:br/>
        <w:t>f 21517/21517/20754 21518/21518/20755 21511/21511/20748</w:t>
        <w:br/>
        <w:t>f 21516/21516/20753 21519/21519/20756 21515/21515/20752</w:t>
        <w:br/>
        <w:t>f 21517/21517/20754 21515/21515/20752 21519/21519/20756</w:t>
        <w:br/>
        <w:t>f 21519/21519/20756 21516/21516/20753 21520/21520/20757</w:t>
        <w:br/>
        <w:t>f 21521/21521/20758 21519/21519/20756 21520/21520/20757</w:t>
        <w:br/>
        <w:t>f 21521/21521/20758 21522/21522/20759 21519/21519/20756</w:t>
        <w:br/>
        <w:t>f 21522/21522/20759 21517/21517/20754 21519/21519/20756</w:t>
        <w:br/>
        <w:t>f 21523/21523/20760 21522/21522/20759 21521/21521/20758</w:t>
        <w:br/>
        <w:t>f 21518/21518/20755 21517/21517/20754 21524/21524/20761</w:t>
        <w:br/>
        <w:t>f 21517/21517/20754 21522/21522/20759 21524/21524/20761</w:t>
        <w:br/>
        <w:t>f 21525/21525/20762 21518/21518/20755 21524/21524/20761</w:t>
        <w:br/>
        <w:t>f 21525/21525/20762 21526/21526/20763 21518/21518/20755</w:t>
        <w:br/>
        <w:t>f 21527/21527/20764 21524/21524/20761 21522/21522/20759</w:t>
        <w:br/>
        <w:t>f 21524/21524/20761 21527/21527/20764 21525/21525/20762</w:t>
        <w:br/>
        <w:t>f 21522/21522/20759 21523/21523/20760 21527/21527/20764</w:t>
        <w:br/>
        <w:t>f 21526/21526/20763 21525/21525/20762 21528/21528/20765</w:t>
        <w:br/>
        <w:t>f 21527/21527/20764 21528/21528/20765 21525/21525/20762</w:t>
        <w:br/>
        <w:t>f 21526/21526/20763 21528/21528/20765 21529/21529/20766</w:t>
        <w:br/>
        <w:t>f 21527/21527/20764 21523/21523/20760 21530/21530/20767</w:t>
        <w:br/>
        <w:t>f 21528/21528/20765 21527/21527/20764 21530/21530/20767</w:t>
        <w:br/>
        <w:t>f 21523/21523/20760 21531/21531/20768 21530/21530/20767</w:t>
        <w:br/>
        <w:t>f 21532/21532/20769 21530/21530/20767 21531/21531/20768</w:t>
        <w:br/>
        <w:t>f 21533/21533/20770 21528/21528/20765 21530/21530/20767</w:t>
        <w:br/>
        <w:t>f 21530/21530/20767 21532/21532/20769 21533/21533/20770</w:t>
        <w:br/>
        <w:t>f 21529/21529/20766 21528/21528/20765 21534/21534/20771</w:t>
        <w:br/>
        <w:t>f 21528/21528/20765 21533/21533/20770 21534/21534/20771</w:t>
        <w:br/>
        <w:t>f 21534/21534/20771 21535/21535/20772 21529/21529/20766</w:t>
        <w:br/>
        <w:t>f 21532/21532/20769 21536/21536/20773 21533/21533/20770</w:t>
        <w:br/>
        <w:t>f 21536/21536/20773 21534/21534/20771 21533/21533/20770</w:t>
        <w:br/>
        <w:t>f 21537/21537/20774 21536/21536/20773 21532/21532/20769</w:t>
        <w:br/>
        <w:t>f 21538/21538/20775 21535/21535/20772 21534/21534/20771</w:t>
        <w:br/>
        <w:t>f 21534/21534/20771 21536/21536/20773 21538/21538/20775</w:t>
        <w:br/>
        <w:t>f 21535/21535/20772 21538/21538/20775 21539/21539/20776</w:t>
        <w:br/>
        <w:t>f 21537/21537/20774 21540/21540/20777 21536/21536/20773</w:t>
        <w:br/>
        <w:t>f 21538/21538/20775 21536/21536/20773 21540/21540/20777</w:t>
        <w:br/>
        <w:t>f 21541/21541/20778 21540/21540/20777 21537/21537/20774</w:t>
        <w:br/>
        <w:t>f 21542/21542/20779 21539/21539/20776 21538/21538/20775</w:t>
        <w:br/>
        <w:t>f 21540/21540/20777 21542/21542/20779 21538/21538/20775</w:t>
        <w:br/>
        <w:t>f 21539/21539/20776 21542/21542/20779 21543/21543/20780</w:t>
        <w:br/>
        <w:t>f 21541/21541/20778 21544/21544/20781 21540/21540/20777</w:t>
        <w:br/>
        <w:t>f 21544/21544/20781 21542/21542/20779 21540/21540/20777</w:t>
        <w:br/>
        <w:t>f 21545/21545/20782 21544/21544/20781 21541/21541/20778</w:t>
        <w:br/>
        <w:t>f 21546/21546/20783 21544/21544/20781 21545/21545/20782</w:t>
        <w:br/>
        <w:t>f 21547/21547/20784 21543/21543/20780 21542/21542/20779</w:t>
        <w:br/>
        <w:t>f 21542/21542/20779 21544/21544/20781 21547/21547/20784</w:t>
        <w:br/>
        <w:t>f 21543/21543/20780 21547/21547/20784 21548/21548/20785</w:t>
        <w:br/>
        <w:t>f 21547/21547/20784 21549/21549/20786 21548/21548/20785</w:t>
        <w:br/>
        <w:t>f 21544/21544/20781 21546/21546/20783 21550/21550/20787</w:t>
        <w:br/>
        <w:t>f 21550/21550/20787 21547/21547/20784 21544/21544/20781</w:t>
        <w:br/>
        <w:t>f 21550/21550/20787 21546/21546/20783 21551/21551/20750</w:t>
        <w:br/>
        <w:t>f 21550/21550/20787 21551/21551/20750 21552/21552/20788</w:t>
        <w:br/>
        <w:t>f 21547/21547/20784 21550/21550/20787 21553/21553/20789</w:t>
        <w:br/>
        <w:t>f 21552/21552/20788 21553/21553/20789 21550/21550/20787</w:t>
        <w:br/>
        <w:t>f 21549/21549/20786 21547/21547/20784 21553/21553/20789</w:t>
        <w:br/>
        <w:t>f 21553/21553/20789 21552/21552/20788 21554/21554/20741</w:t>
        <w:br/>
        <w:t>f 21554/21554/20741 21549/21549/20786 21553/21553/20789</w:t>
        <w:br/>
        <w:t>f 21549/21549/20786 21554/21554/20741 21555/21555/20743</w:t>
        <w:br/>
        <w:t>f 21558/21556/20790 21557/21557/20791 21556/21558/20792</w:t>
        <w:br/>
        <w:t>f 21559/21559/20793 21556/21558/20792 21557/21557/20791</w:t>
        <w:br/>
        <w:t>f 21556/21558/20792 21559/21559/20793 21560/21560/20794</w:t>
        <w:br/>
        <w:t>f 21560/21560/20794 21559/21559/20793 21561/21561/20795</w:t>
        <w:br/>
        <w:t>f 21561/21561/20795 21562/21562/20796 21560/21560/20794</w:t>
        <w:br/>
        <w:t>f 21563/21563/20797 21562/21562/20796 21561/21561/20795</w:t>
        <w:br/>
        <w:t>f 21562/21562/20796 21563/21563/20797 21564/21564/20798</w:t>
        <w:br/>
        <w:t>f 21567/21565/20799 21566/21566/20800 21565/21567/20801</w:t>
        <w:br/>
        <w:t>f 21564/21564/20798 21563/21563/20797 21568/21568/20802</w:t>
        <w:br/>
        <w:t>f 21568/21568/20802 21569/21569/20803 21564/21564/20798</w:t>
        <w:br/>
        <w:t>f 21568/21568/20802 21570/21570/20804 21569/21569/20803</w:t>
        <w:br/>
        <w:t>f 21571/21571/20805 21570/21570/20804 21568/21568/20802</w:t>
        <w:br/>
        <w:t>f 21574/21572/20806 21573/21573/20807 21572/21574/20808</w:t>
        <w:br/>
        <w:t>f 21576/21575/20809 21575/21576/20810 21574/21572/20806</w:t>
        <w:br/>
        <w:t>f 21573/21573/20807 21574/21572/20806 21575/21576/20810</w:t>
        <w:br/>
        <w:t>f 21565/21567/20801 21577/21577/20811 21576/21575/20809</w:t>
        <w:br/>
        <w:t>f 21575/21576/20810 21576/21575/20809 21577/21577/20811</w:t>
        <w:br/>
        <w:t>f 21577/21577/20811 21565/21567/20801 21566/21566/20800</w:t>
        <w:br/>
        <w:t>f 21578/21578/20812 21573/21573/20807 21575/21576/20810</w:t>
        <w:br/>
        <w:t>f 21573/21573/20807 21578/21578/20812 21579/21579/20813</w:t>
        <w:br/>
        <w:t>f 21582/21580/20814 21581/21581/20815 21580/21582/20816</w:t>
        <w:br/>
        <w:t>f 21583/21583/20817 21575/21576/20810 21577/21577/20811</w:t>
        <w:br/>
        <w:t>f 21575/21576/20810 21583/21583/20817 21578/21578/20812</w:t>
        <w:br/>
        <w:t>f 21584/21584/20818 21577/21577/20811 21566/21566/20800</w:t>
        <w:br/>
        <w:t>f 21577/21577/20811 21584/21584/20818 21583/21583/20817</w:t>
        <w:br/>
        <w:t>f 21581/21581/20815 21582/21580/20814 21585/21585/20819</w:t>
        <w:br/>
        <w:t>f 21587/21586/20820 21582/21580/20814 21586/21587/20821</w:t>
        <w:br/>
        <w:t>f 21582/21580/20814 21587/21586/20820 21585/21585/20819</w:t>
        <w:br/>
        <w:t>f 21590/21588/20822 21589/21589/20823 21588/21590/20824</w:t>
        <w:br/>
        <w:t>f 21588/21590/20824 21589/21589/20823 21591/21591/20825</w:t>
        <w:br/>
        <w:t>f 21592/21592/20826 21591/21591/20825 21589/21589/20823</w:t>
        <w:br/>
        <w:t>f 21589/21589/20823 21593/21593/20827 21592/21592/20826</w:t>
        <w:br/>
        <w:t>f 21593/21593/20827 21589/21589/20823 21594/21594/20828</w:t>
        <w:br/>
        <w:t>f 21590/21588/20822 21594/21594/20828 21589/21589/20823</w:t>
        <w:br/>
        <w:t>f 21595/21595/20829 21594/21594/20828 21590/21588/20822</w:t>
        <w:br/>
        <w:t>f 21594/21594/20828 21596/21596/20830 21593/21593/20827</w:t>
        <w:br/>
        <w:t>f 21594/21594/20828 21597/21597/20831 21596/21596/20830</w:t>
        <w:br/>
        <w:t>f 21595/21595/20829 21597/21597/20831 21594/21594/20828</w:t>
        <w:br/>
        <w:t>f 21598/21598/20832 21587/21586/20820 21586/21587/20821</w:t>
        <w:br/>
        <w:t>f 21597/21597/20831 21595/21595/20829 21599/21599/20833</w:t>
        <w:br/>
        <w:t>f 21586/21587/20821 21600/21600/20834 21598/21598/20832</w:t>
        <w:br/>
        <w:t>f 21597/21597/20831 21601/21601/20835 21596/21596/20830</w:t>
        <w:br/>
        <w:t>f 21602/21602/20836 21601/21601/20835 21597/21597/20831</w:t>
        <w:br/>
        <w:t>f 21602/21602/20836 21597/21597/20831 21599/21599/20833</w:t>
        <w:br/>
        <w:t>f 21601/21601/20835 21602/21602/20836 21603/21603/20837</w:t>
        <w:br/>
        <w:t>f 21598/21598/20832 21600/21600/20834 21604/21604/20838</w:t>
        <w:br/>
        <w:t>f 21605/21605/20839 21602/21602/20836 21599/21599/20833</w:t>
        <w:br/>
        <w:t>f 21603/21603/20837 21602/21602/20836 21606/21606/20840</w:t>
        <w:br/>
        <w:t>f 21605/21605/20839 21606/21606/20840 21602/21602/20836</w:t>
        <w:br/>
        <w:t>f 21606/21606/20840 21607/21607/20841 21603/21603/20837</w:t>
        <w:br/>
        <w:t>f 21608/21608/20842 21604/21604/20838 21600/21600/20834</w:t>
        <w:br/>
        <w:t>f 21566/21566/20800 21608/21608/20842 21584/21584/20818</w:t>
        <w:br/>
        <w:t>f 21606/21606/20840 21609/21609/20843 21607/21607/20841</w:t>
        <w:br/>
        <w:t>f 21609/21609/20843 21610/21610/20844 21607/21607/20841</w:t>
        <w:br/>
        <w:t>f 21611/21611/20845 21610/21610/20844 21609/21609/20843</w:t>
        <w:br/>
        <w:t>f 21612/21612/20846 21606/21606/20840 21605/21605/20839</w:t>
        <w:br/>
        <w:t>f 21612/21612/20846 21609/21609/20843 21606/21606/20840</w:t>
        <w:br/>
        <w:t>f 21610/21610/20844 21611/21611/20845 21613/21613/20847</w:t>
        <w:br/>
        <w:t>f 21612/21612/20846 21614/21614/20848 21609/21609/20843</w:t>
        <w:br/>
        <w:t>f 21614/21614/20848 21615/21615/20849 21609/21609/20843</w:t>
        <w:br/>
        <w:t>f 21613/21613/20847 21611/21611/20845 21616/21616/20850</w:t>
        <w:br/>
        <w:t>f 21604/21604/20838 21618/21617/20851 21617/21618/20852</w:t>
        <w:br/>
        <w:t>f 21618/21617/20851 21619/21619/20853 21617/21618/20852</w:t>
        <w:br/>
        <w:t>f 21618/21617/20851 21604/21604/20838 21608/21608/20842</w:t>
        <w:br/>
        <w:t>f 21620/21620/20854 21615/21615/20849 21614/21614/20848</w:t>
        <w:br/>
        <w:t>f 21620/21620/20854 21621/21621/20855 21615/21615/20849</w:t>
        <w:br/>
        <w:t>f 21619/21619/20853 21618/21617/20851 21622/21622/20856</w:t>
        <w:br/>
        <w:t>f 21622/21622/20856 21623/21623/20857 21619/21619/20853</w:t>
        <w:br/>
        <w:t>f 21624/21624/20858 21618/21617/20851 21608/21608/20842</w:t>
        <w:br/>
        <w:t>f 21608/21608/20842 21566/21566/20800 21624/21624/20858</w:t>
        <w:br/>
        <w:t>f 21566/21566/20800 21567/21565/20799 21624/21624/20858</w:t>
        <w:br/>
        <w:t>f 21625/21625/20859 21624/21624/20858 21567/21565/20799</w:t>
        <w:br/>
        <w:t>f 21618/21617/20851 21624/21624/20858 21626/21626/20860</w:t>
        <w:br/>
        <w:t>f 21624/21624/20858 21625/21625/20859 21626/21626/20860</w:t>
        <w:br/>
        <w:t>f 21626/21626/20860 21622/21622/20856 21618/21617/20851</w:t>
        <w:br/>
        <w:t>f 21625/21625/20859 21627/21627/20861 21626/21626/20860</w:t>
        <w:br/>
        <w:t>f 21557/21557/20791 21558/21556/20790 21628/21628/20862</w:t>
        <w:br/>
        <w:t>f 21628/21628/20862 21558/21556/20790 21629/21629/20863</w:t>
        <w:br/>
        <w:t>f 21622/21622/20856 21626/21626/20860 21630/21630/20864</w:t>
        <w:br/>
        <w:t>f 21630/21630/20864 21626/21626/20860 21627/21627/20861</w:t>
        <w:br/>
        <w:t>f 21629/21629/20863 21631/21631/20865 21628/21628/20862</w:t>
        <w:br/>
        <w:t>f 21632/21632/20866 21630/21630/20864 21627/21627/20861</w:t>
        <w:br/>
        <w:t>f 21633/21633/20867 21631/21631/20865 21629/21629/20863</w:t>
        <w:br/>
        <w:t>f 21630/21630/20864 21634/21634/20868 21622/21622/20856</w:t>
        <w:br/>
        <w:t>f 21620/21620/20854 21622/21622/20856 21635/21635/20869</w:t>
        <w:br/>
        <w:t>f 21630/21630/20864 21632/21632/20866 21636/21636/20870</w:t>
        <w:br/>
        <w:t>f 21634/21634/20868 21630/21630/20864 21636/21636/20870</w:t>
        <w:br/>
        <w:t>f 21631/21631/20865 21633/21633/20867 21637/21637/20871</w:t>
        <w:br/>
        <w:t>f 21637/21637/20871 21633/21633/20867 21638/21638/20872</w:t>
        <w:br/>
        <w:t>f 21639/21639/20873 21636/21636/20870 21632/21632/20866</w:t>
        <w:br/>
        <w:t>f 21635/21635/20869 21640/21640/20874 21620/21620/20854</w:t>
        <w:br/>
        <w:t>f 21640/21640/20874 21621/21621/20855 21620/21620/20854</w:t>
        <w:br/>
        <w:t>f 21636/21636/20870 21641/21641/20875 21634/21634/20868</w:t>
        <w:br/>
        <w:t>f 21640/21640/20874 21635/21635/20869 21642/21642/20876</w:t>
        <w:br/>
        <w:t>f 21616/21616/20850 21643/21643/20867 21613/21613/20847</w:t>
        <w:br/>
        <w:t>f 21644/21644/20877 21643/21643/20867 21616/21616/20850</w:t>
        <w:br/>
        <w:t>f 21640/21640/20874 21645/21645/20878 21621/21621/20855</w:t>
        <w:br/>
        <w:t>f 21643/21643/20867 21644/21644/20877 21646/21646/20879</w:t>
        <w:br/>
        <w:t>f 21644/21644/20877 21647/21647/20880 21646/21646/20879</w:t>
        <w:br/>
        <w:t>f 21644/21644/20877 21648/21648/20881 21647/21647/20880</w:t>
        <w:br/>
        <w:t>f 21644/21644/20877 21649/21649/20882 21648/21648/20881</w:t>
        <w:br/>
        <w:t>f 21644/21644/20877 21640/21640/20874 21650/21650/20883</w:t>
        <w:br/>
        <w:t>f 21649/21649/20882 21644/21644/20877 21650/21650/20883</w:t>
        <w:br/>
        <w:t>f 21651/21651/20884 21640/21640/20874 21642/21642/20876</w:t>
        <w:br/>
        <w:t>f 21652/21652/20885 21649/21649/20882 21650/21650/20883</w:t>
        <w:br/>
        <w:t>f 21642/21642/20876 21653/21653/20886 21650/21650/20883</w:t>
        <w:br/>
        <w:t>f 21650/21650/20883 21653/21653/20886 21652/21652/20885</w:t>
        <w:br/>
        <w:t>f 21655/21654/20887 21641/21641/20875 21654/21655/20888</w:t>
        <w:br/>
        <w:t>f 21641/21641/20875 21636/21636/20870 21654/21655/20888</w:t>
        <w:br/>
        <w:t>f 21636/21636/20870 21639/21639/20873 21654/21655/20888</w:t>
        <w:br/>
        <w:t>f 21657/21656/20889 21655/21654/20887 21656/21657/20890</w:t>
        <w:br/>
        <w:t>f 21654/21655/20888 21656/21657/20890 21655/21654/20887</w:t>
        <w:br/>
        <w:t>f 21658/21658/20891 21654/21655/20888 21639/21639/20873</w:t>
        <w:br/>
        <w:t>f 21654/21655/20888 21658/21658/20891 21656/21657/20890</w:t>
        <w:br/>
        <w:t>f 21659/21659/20892 21637/21637/20871 21638/21638/20872</w:t>
        <w:br/>
        <w:t>f 21638/21638/20872 21660/21660/20893 21659/21659/20892</w:t>
        <w:br/>
        <w:t>f 21661/21661/20894 21656/21657/20890 21658/21658/20891</w:t>
        <w:br/>
        <w:t>f 21662/21662/20895 21657/21656/20889 21656/21657/20890</w:t>
        <w:br/>
        <w:t>f 21656/21657/20890 21661/21661/20894 21662/21662/20895</w:t>
        <w:br/>
        <w:t>f 21663/21663/20896 21649/21649/20882 21652/21652/20885</w:t>
        <w:br/>
        <w:t>f 21649/21649/20882 21663/21663/20896 21664/21664/20881</w:t>
        <w:br/>
        <w:t>f 21663/21663/20896 21665/21665/20880 21664/21664/20881</w:t>
        <w:br/>
        <w:t>f 21665/21665/20880 21663/21663/20896 21666/21666/20897</w:t>
        <w:br/>
        <w:t>f 21638/21638/20872 21665/21665/20880 21660/21660/20893</w:t>
        <w:br/>
        <w:t>f 21669/21667/20898 21668/21668/20899 21667/21669/20900</w:t>
        <w:br/>
        <w:t>f 21670/21670/20901 21669/21667/20898 21667/21669/20900</w:t>
        <w:br/>
        <w:t>f 21671/21671/20902 21669/21667/20898 21670/21670/20901</w:t>
        <w:br/>
        <w:t>f 21670/21670/20901 21672/21672/20903 21671/21671/20902</w:t>
        <w:br/>
        <w:t>f 21669/21667/20898 21673/21673/20904 21668/21668/20899</w:t>
        <w:br/>
        <w:t>f 21672/21672/20903 21674/21674/20905 21671/21671/20902</w:t>
        <w:br/>
        <w:t>f 21677/21675/20906 21676/21676/20907 21675/21677/20908</w:t>
        <w:br/>
        <w:t>f 21675/21677/20908 21678/21678/20909 21677/21675/20906</w:t>
        <w:br/>
        <w:t>f 21677/21675/20906 21679/21679/20910 21676/21676/20907</w:t>
        <w:br/>
        <w:t>f 21680/21680/20911 21674/21674/20905 21672/21672/20903</w:t>
        <w:br/>
        <w:t>f 21679/21679/20910 21677/21675/20906 21681/21681/20912</w:t>
        <w:br/>
        <w:t>f 21678/21678/20909 21682/21682/20913 21677/21675/20906</w:t>
        <w:br/>
        <w:t>f 21682/21682/20913 21681/21681/20912 21677/21675/20906</w:t>
        <w:br/>
        <w:t>f 21682/21682/20913 21678/21678/20909 21683/21683/20914</w:t>
        <w:br/>
        <w:t>f 21686/21684/20915 21685/21685/20916 21684/21686/20917</w:t>
        <w:br/>
        <w:t>f 21686/21684/20918 21668/21668/20899 21673/21673/20904</w:t>
        <w:br/>
        <w:t>f 21681/21681/20912 21682/21682/20913 21687/21687/20919</w:t>
        <w:br/>
        <w:t>f 21688/21688/20920 21686/21684/20915 21684/21686/20917</w:t>
        <w:br/>
        <w:t>f 21683/21683/20914 21689/21689/20921 21682/21682/20913</w:t>
        <w:br/>
        <w:t>f 21689/21689/20921 21687/21687/20919 21682/21682/20913</w:t>
        <w:br/>
        <w:t>f 21672/21672/20903 21690/21690/20922 21680/21680/20911</w:t>
        <w:br/>
        <w:t>f 21680/21680/20911 21690/21690/20922 21691/21691/20923</w:t>
        <w:br/>
        <w:t>f 21689/21689/20921 21683/21683/20914 21692/21692/20924</w:t>
        <w:br/>
        <w:t>f 21693/21693/20925 21691/21691/20923 21690/21690/20922</w:t>
        <w:br/>
        <w:t>f 21687/21687/20919 21689/21689/20921 21694/21694/20926</w:t>
        <w:br/>
        <w:t>f 21691/21691/20923 21693/21693/20925 21695/21695/20927</w:t>
        <w:br/>
        <w:t>f 21696/21696/20928 21695/21695/20927 21693/21693/20925</w:t>
        <w:br/>
        <w:t>f 21692/21692/20924 21697/21697/20929 21689/21689/20921</w:t>
        <w:br/>
        <w:t>f 21697/21697/20929 21692/21692/20924 21698/21698/20930</w:t>
        <w:br/>
        <w:t>f 21697/21697/20929 21694/21694/20926 21689/21689/20921</w:t>
        <w:br/>
        <w:t>f 21696/21696/20928 21699/21699/20931 21695/21695/20927</w:t>
        <w:br/>
        <w:t>f 21699/21699/20931 21696/21696/20928 21700/21700/20932</w:t>
        <w:br/>
        <w:t>f 21701/21701/20933 21697/21697/20929 21698/21698/20930</w:t>
        <w:br/>
        <w:t>f 21701/21701/20933 21698/21698/20930 21702/21702/20934</w:t>
        <w:br/>
        <w:t>f 21694/21694/20926 21697/21697/20929 21703/21703/20935</w:t>
        <w:br/>
        <w:t>f 21701/21701/20933 21703/21703/20935 21697/21697/20929</w:t>
        <w:br/>
        <w:t>f 21699/21699/20931 21700/21700/20932 21704/21704/20936</w:t>
        <w:br/>
        <w:t>f 21705/21705/20936 21704/21704/20936 21700/21700/20932</w:t>
        <w:br/>
        <w:t>f 21701/21701/20933 21702/21702/20934 21706/21706/20937</w:t>
        <w:br/>
        <w:t>f 21706/21706/20937 21702/21702/20934 21707/21707/20938</w:t>
        <w:br/>
        <w:t>f 21704/21704/20936 21705/21705/20936 21708/21708/20939</w:t>
        <w:br/>
        <w:t>f 21709/21709/20940 21708/21708/20939 21705/21705/20936</w:t>
        <w:br/>
        <w:t>f 21707/21707/20938 21710/21710/20941 21706/21706/20937</w:t>
        <w:br/>
        <w:t>f 21710/21710/20941 21707/21707/20938 21711/21711/20942</w:t>
        <w:br/>
        <w:t>f 21708/21708/20939 21709/21709/20940 21712/21712/20943</w:t>
        <w:br/>
        <w:t>f 21711/21711/20942 21713/21713/20944 21710/21710/20941</w:t>
        <w:br/>
        <w:t>f 21709/21709/20940 21714/21714/20945 21712/21712/20943</w:t>
        <w:br/>
        <w:t>f 21706/21706/20937 21715/21715/20946 21701/21701/20933</w:t>
        <w:br/>
        <w:t>f 21703/21703/20935 21701/21701/20933 21715/21715/20946</w:t>
        <w:br/>
        <w:t>f 21714/21714/20945 21716/21716/20947 21712/21712/20943</w:t>
        <w:br/>
        <w:t>f 21716/21716/20947 21714/21714/20945 21717/21717/20948</w:t>
        <w:br/>
        <w:t>f 21716/21716/20947 21717/21717/20948 21718/21718/20949</w:t>
        <w:br/>
        <w:t>f 21716/21716/20947 21718/21718/20949 21719/21719/20950</w:t>
        <w:br/>
        <w:t>f 21722/21720/20951 21721/21721/20952 21720/21722/20953</w:t>
        <w:br/>
        <w:t>f 21723/21723/20954 21713/21713/20944 21721/21721/20952</w:t>
        <w:br/>
        <w:t>f 21723/21723/20954 21710/21710/20941 21713/21713/20944</w:t>
        <w:br/>
        <w:t>f 21721/21721/20952 21722/21720/20951 21724/21724/20955</w:t>
        <w:br/>
        <w:t>f 21724/21724/20955 21723/21723/20954 21721/21721/20952</w:t>
        <w:br/>
        <w:t>f 21722/21720/20951 21725/21725/20956 21724/21724/20955</w:t>
        <w:br/>
        <w:t>f 21725/21725/20956 21722/21720/20951 21726/21726/20957</w:t>
        <w:br/>
        <w:t>f 21727/21727/20958 21725/21725/20956 21726/21726/20957</w:t>
        <w:br/>
        <w:t>f 21724/21724/20955 21728/21728/20959 21723/21723/20954</w:t>
        <w:br/>
        <w:t>f 21728/21728/20959 21724/21724/20955 21725/21725/20956</w:t>
        <w:br/>
        <w:t>f 21710/21710/20941 21723/21723/20954 21729/21729/20960</w:t>
        <w:br/>
        <w:t>f 21728/21728/20959 21729/21729/20960 21723/21723/20954</w:t>
        <w:br/>
        <w:t>f 21730/21730/20961 21710/21710/20941 21729/21729/20960</w:t>
        <w:br/>
        <w:t>f 21710/21710/20941 21730/21730/20961 21706/21706/20937</w:t>
        <w:br/>
        <w:t>f 21715/21715/20946 21706/21706/20937 21730/21730/20961</w:t>
        <w:br/>
        <w:t>f 21729/21729/20960 21728/21728/20959 21731/21731/20962</w:t>
        <w:br/>
        <w:t>f 21732/21732/20963 21730/21730/20961 21729/21729/20960</w:t>
        <w:br/>
        <w:t>f 21729/21729/20960 21731/21731/20962 21732/21732/20963</w:t>
        <w:br/>
        <w:t>f 21733/21733/20964 21715/21715/20946 21730/21730/20961</w:t>
        <w:br/>
        <w:t>f 21733/21733/20964 21730/21730/20961 21732/21732/20963</w:t>
        <w:br/>
        <w:t>f 21734/21734/20965 21715/21715/20946 21733/21733/20964</w:t>
        <w:br/>
        <w:t>f 21715/21715/20946 21734/21734/20965 21735/21735/20966</w:t>
        <w:br/>
        <w:t>f 21738/21736/20967 21737/21737/20968 21736/21738/20969</w:t>
        <w:br/>
        <w:t>f 21735/21735/20966 21734/21734/20965 21739/21739/20970</w:t>
        <w:br/>
        <w:t>f 21739/21739/20970 21740/21740/20971 21735/21735/20966</w:t>
        <w:br/>
        <w:t>f 21733/21733/20964 21741/21741/20972 21734/21734/20965</w:t>
        <w:br/>
        <w:t>f 21741/21741/20972 21733/21733/20964 21738/21736/20967</w:t>
        <w:br/>
        <w:t>f 21734/21734/20965 21742/21742/20973 21739/21739/20970</w:t>
        <w:br/>
        <w:t>f 21742/21742/20973 21734/21734/20965 21741/21741/20972</w:t>
        <w:br/>
        <w:t>f 21743/21743/20974 21740/21740/20971 21739/21739/20970</w:t>
        <w:br/>
        <w:t>f 21740/21740/20971 21743/21743/20974 21688/21688/20920</w:t>
        <w:br/>
        <w:t>f 21686/21684/20915 21688/21688/20920 21743/21743/20974</w:t>
        <w:br/>
        <w:t>f 21744/21744/20975 21743/21743/20974 21739/21739/20970</w:t>
        <w:br/>
        <w:t>f 21739/21739/20970 21742/21742/20973 21744/21744/20975</w:t>
        <w:br/>
        <w:t>f 21743/21743/20974 21746/21745/20976 21745/21746/20977</w:t>
        <w:br/>
        <w:t>f 21746/21745/20976 21668/21668/20899 21745/21746/20977</w:t>
        <w:br/>
        <w:t>f 21746/21745/20976 21743/21743/20974 21744/21744/20975</w:t>
        <w:br/>
        <w:t>f 21749/21747/20978 21748/21748/20979 21747/21749/20980</w:t>
        <w:br/>
        <w:t>f 21750/21750/20981 21749/21747/20978 21747/21749/20980</w:t>
        <w:br/>
        <w:t>f 21750/21750/20981 21746/21745/20976 21749/21747/20978</w:t>
        <w:br/>
        <w:t>f 21747/21749/20980 21748/21748/20979 21751/21751/20982</w:t>
        <w:br/>
        <w:t>f 21748/21748/20979 21752/21752/20983 21751/21751/20982</w:t>
        <w:br/>
        <w:t>f 21750/21750/20981 21753/21753/20984 21746/21745/20976</w:t>
        <w:br/>
        <w:t>f 21752/21752/20983 21754/21754/20985 21751/21751/20982</w:t>
        <w:br/>
        <w:t>f 21755/21755/20901 21746/21745/20976 21753/21753/20984</w:t>
        <w:br/>
        <w:t>f 21754/21754/20985 21752/21752/20983 21738/21736/20967</w:t>
        <w:br/>
        <w:t>f 21746/21745/20976 21755/21755/20901 21756/21756/20900</w:t>
        <w:br/>
        <w:t>f 21746/21745/20976 21756/21756/20900 21668/21668/20899</w:t>
        <w:br/>
        <w:t>f 21754/21754/20985 21738/21736/20967 21757/21757/20986</w:t>
        <w:br/>
        <w:t>f 21738/21736/20967 21758/21758/20987 21757/21757/20986</w:t>
        <w:br/>
        <w:t>f 21736/21738/20969 21758/21758/20987 21738/21736/20967</w:t>
        <w:br/>
        <w:t>f 21757/21757/20986 21758/21758/20987 21759/21759/20988</w:t>
        <w:br/>
        <w:t>f 21760/21760/20989 21758/21758/20987 21736/21738/20969</w:t>
        <w:br/>
        <w:t>f 21758/21758/20987 21761/21761/20990 21759/21759/20988</w:t>
        <w:br/>
        <w:t>f 21758/21758/20987 21760/21760/20989 21761/21761/20990</w:t>
        <w:br/>
        <w:t>f 21761/21761/20990 21762/21762/20991 21759/21759/20988</w:t>
        <w:br/>
        <w:t>f 21763/21763/20992 21761/21761/20990 21760/21760/20989</w:t>
        <w:br/>
        <w:t>f 21731/21731/20962 21728/21728/20959 21764/21764/20993</w:t>
        <w:br/>
        <w:t>f 21725/21725/20956 21764/21764/20993 21728/21728/20959</w:t>
        <w:br/>
        <w:t>f 21762/21762/20991 21761/21761/20990 21765/21765/20994</w:t>
        <w:br/>
        <w:t>f 21761/21761/20990 21763/21763/20992 21765/21765/20994</w:t>
        <w:br/>
        <w:t>f 21765/21765/20994 21766/21766/20995 21762/21762/20991</w:t>
        <w:br/>
        <w:t>f 21764/21764/20993 21725/21725/20956 21767/21767/20996</w:t>
        <w:br/>
        <w:t>f 21765/21765/20994 21763/21763/20992 21768/21768/20997</w:t>
        <w:br/>
        <w:t>f 21725/21725/20956 21727/21727/20958 21767/21767/20996</w:t>
        <w:br/>
        <w:t>f 21766/21766/20995 21765/21765/20994 21769/21769/20998</w:t>
        <w:br/>
        <w:t>f 21769/21769/20998 21765/21765/20994 21768/21768/20997</w:t>
        <w:br/>
        <w:t>f 21769/21769/20998 21768/21768/20997 21770/21770/20999</w:t>
        <w:br/>
        <w:t>f 21769/21769/20998 21771/21771/21000 21766/21766/20995</w:t>
        <w:br/>
        <w:t>f 21770/21770/20999 21772/21772/21001 21769/21769/20998</w:t>
        <w:br/>
        <w:t>f 21771/21771/21000 21769/21769/20998 21772/21772/21001</w:t>
        <w:br/>
        <w:t>f 21775/21773/21002 21774/21774/21003 21773/21775/21004</w:t>
        <w:br/>
        <w:t>f 21778/21776/21005 21777/21777/21006 21776/21778/21007</w:t>
        <w:br/>
        <w:t>f 21775/21773/21002 21779/21779/21008 21774/21774/21003</w:t>
        <w:br/>
        <w:t>f 21780/21780/21009 21774/21774/21003 21779/21779/21008</w:t>
        <w:br/>
        <w:t>f 21783/21781/21010 21782/21782/21011 21781/21783/21012</w:t>
        <w:br/>
        <w:t>f 21780/21780/21009 21779/21779/21008 21784/21784/21013</w:t>
        <w:br/>
        <w:t>f 21782/21782/21011 21783/21781/21010 21785/21785/21014</w:t>
        <w:br/>
        <w:t>f 21781/21783/21012 21786/21786/21015 21783/21781/21010</w:t>
        <w:br/>
        <w:t>f 21787/21787/21016 21775/21773/21017 21778/21776/21018</w:t>
        <w:br/>
        <w:t>f 21778/21776/21018 21788/21788/21019 21787/21787/21016</w:t>
        <w:br/>
        <w:t>f 21788/21788/21019 21789/21789/21020 21787/21787/21016</w:t>
        <w:br/>
        <w:t>f 21786/21786/21015 21790/21790/21021 21783/21781/21010</w:t>
        <w:br/>
        <w:t>f 21791/21791/21022 21789/21789/21020 21788/21788/21019</w:t>
        <w:br/>
        <w:t>f 21792/21792/21023 21783/21781/21010 21790/21790/21021</w:t>
        <w:br/>
        <w:t>f 21792/21792/21023 21790/21790/21021 21793/21793/21024</w:t>
        <w:br/>
        <w:t>f 21792/21792/21023 21785/21785/21014 21783/21781/21010</w:t>
        <w:br/>
        <w:t>f 21788/21788/21019 21794/21794/21025 21791/21791/21022</w:t>
        <w:br/>
        <w:t>f 21785/21785/21014 21792/21792/21023 21795/21795/21026</w:t>
        <w:br/>
        <w:t>f 21784/21784/21013 21796/21796/21027 21780/21780/21009</w:t>
        <w:br/>
        <w:t>f 21797/21797/21028 21792/21792/21023 21793/21793/21024</w:t>
        <w:br/>
        <w:t>f 21797/21797/21028 21795/21795/21026 21792/21792/21023</w:t>
        <w:br/>
        <w:t>f 21794/21794/21025 21798/21798/21029 21791/21791/21022</w:t>
        <w:br/>
        <w:t>f 21798/21798/21029 21794/21794/21025 21799/21799/21030</w:t>
        <w:br/>
        <w:t>f 21797/21797/21028 21793/21793/21024 21800/21800/21031</w:t>
        <w:br/>
        <w:t>f 21796/21796/21027 21801/21801/21032 21780/21780/21009</w:t>
        <w:br/>
        <w:t>f 21795/21795/21026 21797/21797/21028 21802/21802/21033</w:t>
        <w:br/>
        <w:t>f 21802/21802/21033 21801/21801/21034 21795/21795/21026</w:t>
        <w:br/>
        <w:t>f 21800/21800/21031 21803/21803/21035 21797/21797/21028</w:t>
        <w:br/>
        <w:t>f 21803/21803/21035 21802/21802/21033 21797/21797/21028</w:t>
        <w:br/>
        <w:t>f 21803/21803/21035 21800/21800/21031 21804/21804/21036</w:t>
        <w:br/>
        <w:t>f 21799/21799/21030 21805/21805/21037 21798/21798/21029</w:t>
        <w:br/>
        <w:t>f 21805/21805/21037 21799/21799/21030 21806/21806/21038</w:t>
        <w:br/>
        <w:t>f 21802/21802/21033 21803/21803/21035 21807/21807/21039</w:t>
        <w:br/>
        <w:t>f 21806/21806/21038 21808/21808/21040 21805/21805/21037</w:t>
        <w:br/>
        <w:t>f 21808/21808/21040 21806/21806/21038 21809/21809/21041</w:t>
        <w:br/>
        <w:t>f 21804/21804/21036 21810/21810/21042 21803/21803/21035</w:t>
        <w:br/>
        <w:t>f 21810/21810/21042 21804/21804/21036 21811/21811/21043</w:t>
        <w:br/>
        <w:t>f 21810/21810/21042 21807/21807/21039 21803/21803/21035</w:t>
        <w:br/>
        <w:t>f 21809/21809/21041 21812/21812/21044 21808/21808/21040</w:t>
        <w:br/>
        <w:t>f 21812/21812/21044 21809/21809/21041 21813/21813/21045</w:t>
        <w:br/>
        <w:t>f 21814/21814/21046 21810/21810/21042 21811/21811/21043</w:t>
        <w:br/>
        <w:t>f 21814/21814/21046 21811/21811/21043 21815/21815/21047</w:t>
        <w:br/>
        <w:t>f 21807/21807/21039 21810/21810/21042 21816/21816/21048</w:t>
        <w:br/>
        <w:t>f 21814/21814/21046 21816/21816/21048 21810/21810/21042</w:t>
        <w:br/>
        <w:t>f 21812/21812/21044 21813/21813/21045 21817/21817/21049</w:t>
        <w:br/>
        <w:t>f 21818/21818/21050 21817/21817/21049 21813/21813/21045</w:t>
        <w:br/>
        <w:t>f 21814/21814/21046 21815/21815/21047 21819/21819/21051</w:t>
        <w:br/>
        <w:t>f 21819/21819/21051 21815/21815/21047 21820/21820/21052</w:t>
        <w:br/>
        <w:t>f 21816/21816/21048 21814/21814/21046 21821/21821/21053</w:t>
        <w:br/>
        <w:t>f 21819/21819/21051 21821/21821/21053 21814/21814/21046</w:t>
        <w:br/>
        <w:t>f 21817/21817/21049 21818/21818/21050 21822/21822/21054</w:t>
        <w:br/>
        <w:t>f 21823/21823/21055 21822/21822/21054 21818/21818/21050</w:t>
        <w:br/>
        <w:t>f 21824/21824/21056 21822/21822/21054 21823/21823/21055</w:t>
        <w:br/>
        <w:t>f 21819/21819/21051 21820/21820/21052 21825/21825/21057</w:t>
        <w:br/>
        <w:t>f 21825/21825/21057 21820/21820/21052 21826/21826/21058</w:t>
        <w:br/>
        <w:t>f 21821/21821/21053 21819/21819/21051 21827/21827/21059</w:t>
        <w:br/>
        <w:t>f 21825/21825/21057 21827/21827/21059 21819/21819/21051</w:t>
        <w:br/>
        <w:t>f 21821/21821/21053 21828/21828/21060 21816/21816/21048</w:t>
        <w:br/>
        <w:t>f 21827/21827/21059 21829/21829/21061 21821/21821/21053</w:t>
        <w:br/>
        <w:t>f 21828/21828/21060 21821/21821/21053 21829/21829/21061</w:t>
        <w:br/>
        <w:t>f 21827/21827/21059 21825/21825/21057 21830/21830/21062</w:t>
        <w:br/>
        <w:t>f 21831/21831/21063 21816/21816/21048 21828/21828/21060</w:t>
        <w:br/>
        <w:t>f 21831/21831/21063 21807/21807/21039 21816/21816/21048</w:t>
        <w:br/>
        <w:t>f 21829/21829/21061 21827/21827/21059 21832/21832/21064</w:t>
        <w:br/>
        <w:t>f 21830/21830/21062 21832/21832/21064 21827/21827/21059</w:t>
        <w:br/>
        <w:t>f 21833/21833/21065 21807/21807/21039 21831/21831/21063</w:t>
        <w:br/>
        <w:t>f 21807/21807/21039 21833/21833/21065 21802/21802/21033</w:t>
        <w:br/>
        <w:t>f 21801/21801/21034 21802/21802/21033 21833/21833/21065</w:t>
        <w:br/>
        <w:t>f 21836/21834/21066 21835/21835/21067 21834/21836/21068</w:t>
        <w:br/>
        <w:t>f 21833/21833/21065 21837/21837/21069 21801/21801/21034</w:t>
        <w:br/>
        <w:t>f 21837/21837/21069 21833/21833/21065 21836/21834/21070</w:t>
        <w:br/>
        <w:t>f 21834/21836/21068 21838/21838/21071 21836/21834/21066</w:t>
        <w:br/>
        <w:t>f 21839/21839/21072 21838/21838/21071 21834/21836/21068</w:t>
        <w:br/>
        <w:t>f 21841/21840/21073 21840/21841/21074 21836/21834/21066</w:t>
        <w:br/>
        <w:t>f 21841/21840/21073 21836/21834/21066 21842/21842/21075</w:t>
        <w:br/>
        <w:t>f 21836/21834/21066 21838/21838/21071 21842/21842/21075</w:t>
        <w:br/>
        <w:t>f 21837/21837/21076 21841/21840/21077 21843/21843/21078</w:t>
        <w:br/>
        <w:t>f 21842/21842/21075 21838/21838/21071 21844/21844/21079</w:t>
        <w:br/>
        <w:t>f 21845/21845/21080 21837/21837/21076 21843/21843/21078</w:t>
        <w:br/>
        <w:t>f 21846/21846/21081 21801/21801/21034 21837/21837/21069</w:t>
        <w:br/>
        <w:t>f 21843/21843/21078 21847/21847/21082 21845/21845/21080</w:t>
        <w:br/>
        <w:t>f 21801/21801/21032 21845/21845/21083 21848/21848/21084</w:t>
        <w:br/>
        <w:t>f 21845/21845/21083 21774/21774/21003 21848/21848/21084</w:t>
        <w:br/>
        <w:t>f 21849/21849/21005 21845/21845/21080 21847/21847/21082</w:t>
        <w:br/>
        <w:t>f 21845/21845/21080 21849/21849/21005 21850/21850/21085</w:t>
        <w:br/>
        <w:t>f 21845/21845/21083 21851/21851/21086 21774/21774/21003</w:t>
        <w:br/>
        <w:t>f 21838/21838/21071 21852/21852/21087 21844/21844/21079</w:t>
        <w:br/>
        <w:t>f 21838/21838/21071 21839/21839/21072 21852/21852/21087</w:t>
        <w:br/>
        <w:t>f 21852/21852/21087 21853/21853/21088 21844/21844/21079</w:t>
        <w:br/>
        <w:t>f 21854/21854/21089 21852/21852/21087 21839/21839/21072</w:t>
        <w:br/>
        <w:t>f 21853/21853/21088 21852/21852/21087 21855/21855/21090</w:t>
        <w:br/>
        <w:t>f 21852/21852/21087 21854/21854/21089 21855/21855/21090</w:t>
        <w:br/>
        <w:t>f 21853/21853/21088 21855/21855/21090 21856/21856/21091</w:t>
        <w:br/>
        <w:t>f 21857/21857/21092 21855/21855/21090 21854/21854/21089</w:t>
        <w:br/>
        <w:t>f 21855/21855/21090 21858/21858/21093 21856/21856/21091</w:t>
        <w:br/>
        <w:t>f 21855/21855/21090 21857/21857/21092 21858/21858/21093</w:t>
        <w:br/>
        <w:t>f 21856/21856/21091 21858/21858/21093 21859/21859/21094</w:t>
        <w:br/>
        <w:t>f 21860/21860/21095 21858/21858/21093 21857/21857/21092</w:t>
        <w:br/>
        <w:t>f 21832/21832/21064 21830/21830/21062 21861/21861/21096</w:t>
        <w:br/>
        <w:t>f 21858/21858/21093 21862/21862/21097 21859/21859/21094</w:t>
        <w:br/>
        <w:t>f 21858/21858/21093 21860/21860/21095 21862/21862/21097</w:t>
        <w:br/>
        <w:t>f 21862/21862/21097 21863/21863/21098 21859/21859/21094</w:t>
        <w:br/>
        <w:t>f 21862/21862/21097 21860/21860/21095 21864/21864/21099</w:t>
        <w:br/>
        <w:t>f 21863/21863/21098 21862/21862/21097 21865/21865/21100</w:t>
        <w:br/>
        <w:t>f 21865/21865/21100 21862/21862/21097 21864/21864/21099</w:t>
        <w:br/>
        <w:t>f 21865/21865/21100 21866/21866/21101 21863/21863/21098</w:t>
        <w:br/>
        <w:t>f 21866/21866/21101 21865/21865/21100 21867/21867/21102</w:t>
        <w:br/>
        <w:t>f 21867/21867/21102 21865/21865/21100 21868/21868/21103</w:t>
        <w:br/>
        <w:t>f 21865/21865/21100 21864/21864/21099 21868/21868/21103</w:t>
        <w:br/>
        <w:t>f 21861/21861/21096 21870/21869/21104 21869/21870/21105</w:t>
        <w:br/>
        <w:t>f 21870/21869/21104 21871/21871/21106 21869/21870/21105</w:t>
        <w:br/>
        <w:t>f 21870/21869/21104 21861/21861/21096 21830/21830/21062</w:t>
        <w:br/>
        <w:t>f 21871/21871/21106 21870/21869/21104 21872/21872/21107</w:t>
        <w:br/>
        <w:t>f 21870/21869/21104 21873/21873/21108 21872/21872/21107</w:t>
        <w:br/>
        <w:t>f 21830/21830/21062 21874/21874/21109 21870/21869/21104</w:t>
        <w:br/>
        <w:t>f 21873/21873/21108 21870/21869/21104 21874/21874/21109</w:t>
        <w:br/>
        <w:t>f 21874/21874/21109 21830/21830/21062 21825/21825/21057</w:t>
        <w:br/>
        <w:t>f 21826/21826/21058 21874/21874/21109 21825/21825/21057</w:t>
        <w:br/>
        <w:t>f 21875/21875/21110 21873/21873/21108 21874/21874/21109</w:t>
        <w:br/>
        <w:t>f 21874/21874/21109 21826/21826/21058 21875/21875/21110</w:t>
        <w:br/>
        <w:t>f 21873/21873/21108 21875/21875/21110 21876/21876/21111</w:t>
        <w:br/>
        <w:t>f 21822/21822/21054 21824/21824/21056 21877/21877/21112</w:t>
        <w:br/>
        <w:t>f 21877/21877/21112 21879/21878/21113 21878/21879/21114</w:t>
        <w:br/>
        <w:t>f 21877/21877/21112 21824/21824/21056 21879/21878/21113</w:t>
        <w:br/>
        <w:t>f 21882/21880/21115 21881/21881/21116 21880/21882/21117</w:t>
        <w:br/>
        <w:t>f 21880/21882/21117 21883/21883/21118 21882/21880/21115</w:t>
        <w:br/>
        <w:t>f 21886/21884/21119 21885/21885/21120 21884/21886/21121</w:t>
        <w:br/>
        <w:t>f 21884/21886/21121 21885/21885/21120 21887/21887/21122</w:t>
        <w:br/>
        <w:t>f 21890/21888/21123 21889/21889/21124 21888/21890/21125</w:t>
        <w:br/>
        <w:t>f 21889/21889/21124 21890/21888/21123 21891/21891/21126</w:t>
        <w:br/>
        <w:t>f 21893/21892/21127 21891/21891/21126 21892/21893/21128</w:t>
        <w:br/>
        <w:t>f 21893/21892/21127 21889/21889/21124 21891/21891/21126</w:t>
        <w:br/>
        <w:t>f 21894/21894/21129 21893/21892/21127 21892/21893/21128</w:t>
        <w:br/>
        <w:t>f 21893/21892/21127 21894/21894/21129 21895/21895/21130</w:t>
        <w:br/>
        <w:t>f 21898/21896/21131 21897/21897/21132 21896/21898/21133</w:t>
        <w:br/>
        <w:t>f 21901/21899/21134 21900/21900/21135 21899/21901/21136</w:t>
        <w:br/>
        <w:t>f 21900/21900/21135 21901/21899/21134 21902/21902/21137</w:t>
        <w:br/>
        <w:t>f 21903/21903/21138 21901/21899/21134 21899/21901/21136</w:t>
        <w:br/>
        <w:t>f 21897/21897/21132 21898/21896/21131 21904/21904/21139</w:t>
        <w:br/>
        <w:t>f 21899/21901/21136 21905/21905/21140 21903/21903/21138</w:t>
        <w:br/>
        <w:t>f 21904/21904/21139 21906/21906/21141 21897/21897/21132</w:t>
        <w:br/>
        <w:t>f 21907/21907/21142 21903/21903/21138 21905/21905/21140</w:t>
        <w:br/>
        <w:t>f 21903/21903/21138 21907/21907/21142 21908/21908/21143</w:t>
        <w:br/>
        <w:t>f 21909/21909/21144 21906/21906/21141 21904/21904/21139</w:t>
        <w:br/>
        <w:t>f 21909/21909/21144 21910/21910/21145 21906/21906/21141</w:t>
        <w:br/>
        <w:t>f 21913/21911/21146 21912/21912/21147 21911/21913/21148</w:t>
        <w:br/>
        <w:t>f 21912/21912/21147 21913/21911/21146 21914/21914/21149</w:t>
        <w:br/>
        <w:t>f 21912/21912/21147 21915/21915/21150 21911/21913/21148</w:t>
        <w:br/>
        <w:t>f 21916/21916/21151 21911/21913/21148 21915/21915/21150</w:t>
        <w:br/>
        <w:t>f 21915/21915/21150 21917/21917/21152 21916/21916/21151</w:t>
        <w:br/>
        <w:t>f 21909/21909/21144 21918/21918/21153 21910/21910/21145</w:t>
        <w:br/>
        <w:t>f 21917/21917/21152 21915/21915/21150 21919/21919/21154</w:t>
        <w:br/>
        <w:t>f 21919/21919/21154 21920/21920/21155 21917/21917/21152</w:t>
        <w:br/>
        <w:t>f 21921/21921/21156 21910/21910/21145 21918/21918/21153</w:t>
        <w:br/>
        <w:t>f 21920/21920/21155 21919/21919/21154 21922/21922/21157</w:t>
        <w:br/>
        <w:t>f 21910/21910/21145 21921/21921/21156 21923/21923/21158</w:t>
        <w:br/>
        <w:t>f 21907/21907/21142 21924/21924/21159 21908/21908/21143</w:t>
        <w:br/>
        <w:t>f 21925/21925/21160 21908/21908/21143 21924/21924/21159</w:t>
        <w:br/>
        <w:t>f 21922/21922/21157 21926/21926/21161 21920/21920/21155</w:t>
        <w:br/>
        <w:t>f 21927/21927/21162 21923/21923/21158 21921/21921/21156</w:t>
        <w:br/>
        <w:t>f 21926/21926/21161 21922/21922/21157 21928/21928/21163</w:t>
        <w:br/>
        <w:t>f 21929/21929/21164 21925/21925/21160 21924/21924/21159</w:t>
        <w:br/>
        <w:t>f 21923/21923/21158 21927/21927/21162 21930/21930/21165</w:t>
        <w:br/>
        <w:t>f 21925/21925/21160 21929/21929/21164 21931/21931/21166</w:t>
        <w:br/>
        <w:t>f 21928/21928/21163 21932/21932/21167 21926/21926/21161</w:t>
        <w:br/>
        <w:t>f 21933/21933/21168 21930/21930/21165 21927/21927/21162</w:t>
        <w:br/>
        <w:t>f 21928/21928/21163 21934/21934/21169 21932/21932/21167</w:t>
        <w:br/>
        <w:t>f 21936/21935/21170 21934/21934/21169 21935/21936/21171</w:t>
        <w:br/>
        <w:t>f 21934/21934/21169 21936/21935/21170 21932/21932/21167</w:t>
        <w:br/>
        <w:t>f 21938/21937/21172 21937/21938/21173 21933/21933/21168</w:t>
        <w:br/>
        <w:t>f 21930/21930/21165 21933/21933/21168 21939/21939/21174</w:t>
        <w:br/>
        <w:t>f 21937/21938/21173 21939/21939/21174 21933/21933/21168</w:t>
        <w:br/>
        <w:t>f 21929/21929/21164 21940/21940/21175 21931/21931/21166</w:t>
        <w:br/>
        <w:t>f 21941/21941/21176 21931/21931/21166 21940/21940/21175</w:t>
        <w:br/>
        <w:t>f 21942/21942/21177 21941/21941/21176 21940/21940/21175</w:t>
        <w:br/>
        <w:t>f 21941/21941/21176 21942/21942/21177 21943/21943/21178</w:t>
        <w:br/>
        <w:t>f 21946/21944/21179 21945/21945/21180 21944/21946/21181</w:t>
        <w:br/>
        <w:t>f 21945/21945/21180 21946/21944/21179 21947/21947/21182</w:t>
        <w:br/>
        <w:t>f 21947/21947/21182 21937/21938/21173 21938/21937/21172</w:t>
        <w:br/>
        <w:t>f 21937/21938/21173 21947/21947/21182 21948/21948/21183</w:t>
        <w:br/>
        <w:t>f 21949/21949/21184 21937/21938/21173 21948/21948/21183</w:t>
        <w:br/>
        <w:t>f 21937/21938/21173 21949/21949/21184 21950/21950/21185</w:t>
        <w:br/>
        <w:t>f 21953/21951/21186 21952/21952/21186 21951/21953/21187</w:t>
        <w:br/>
        <w:t>f 21952/21952/21186 21953/21951/21186 21954/21954/21188</w:t>
        <w:br/>
        <w:t>f 21957/21955/21189 21956/21956/21190 21955/21957/21191</w:t>
        <w:br/>
        <w:t>f 21958/21958/21192 21955/21957/21191 21956/21956/21190</w:t>
        <w:br/>
        <w:t>f 21961/21959/21193 21960/21960/21194 21959/21961/21195</w:t>
        <w:br/>
        <w:t>f 21961/21959/21193 21962/21962/21196 21960/21960/21194</w:t>
        <w:br/>
        <w:t>f 21959/21961/21195 21960/21960/21194 21963/21963/21197</w:t>
        <w:br/>
        <w:t>f 21955/21957/21191 21958/21958/21192 21964/21964/21198</w:t>
        <w:br/>
        <w:t>f 21959/21961/21195 21963/21963/21197 21965/21965/21199</w:t>
        <w:br/>
        <w:t>f 21966/21966/21200 21955/21957/21191 21964/21964/21198</w:t>
        <w:br/>
        <w:t>f 21965/21965/21199 21963/21963/21197 21967/21967/21201</w:t>
        <w:br/>
        <w:t>f 21966/21966/21200 21968/21968/21202 21955/21957/21191</w:t>
        <w:br/>
        <w:t>f 21963/21963/21197 21969/21969/21203 21967/21967/21201</w:t>
        <w:br/>
        <w:t>f 21967/21967/21201 21971/21970/21204 21970/21971/21205</w:t>
        <w:br/>
        <w:t>f 21971/21970/21204 21967/21967/21201 21969/21969/21203</w:t>
        <w:br/>
        <w:t>f 21974/21972/21206 21973/21973/21207 21972/21974/21207</w:t>
        <w:br/>
        <w:t>f 21975/21975/21208 21972/21974/21207 21973/21973/21207</w:t>
        <w:br/>
        <w:t>f 21978/21976/21209 21977/21977/21210 21976/21978/21211</w:t>
        <w:br/>
        <w:t>f 21977/21977/21210 21978/21976/21209 21979/21979/21212</w:t>
        <w:br/>
        <w:t>f 21982/21980/21213 21981/21981/21214 21980/21982/21214</w:t>
        <w:br/>
        <w:t>f 21981/21981/21214 21982/21980/21213 21983/21983/21215</w:t>
        <w:br/>
        <w:t>f 21982/21980/21213 21984/21984/21216 21983/21983/21215</w:t>
        <w:br/>
        <w:t>f 21984/21984/21216 21982/21980/21213 21985/21985/21217</w:t>
        <w:br/>
        <w:t>f 21978/21976/21209 21986/21986/21218 21979/21979/21212</w:t>
        <w:br/>
        <w:t>f 21985/21985/21217 21987/21987/21219 21984/21984/21216</w:t>
        <w:br/>
        <w:t>f 21988/21988/21220 21986/21986/21218 21978/21976/21209</w:t>
        <w:br/>
        <w:t>f 21987/21987/21219 21985/21985/21217 21989/21989/21221</w:t>
        <w:br/>
        <w:t>f 21988/21988/21220 21978/21976/21209 21990/21990/21222</w:t>
        <w:br/>
        <w:t>f 21991/21991/21223 21987/21987/21219 21989/21989/21221</w:t>
        <w:br/>
        <w:t>f 21991/21991/21223 21989/21989/21221 21992/21992/21223</w:t>
        <w:br/>
        <w:t>f 21995/21993/21224 21994/21994/21225 21993/21995/21224</w:t>
        <w:br/>
        <w:t>f 21995/21993/21224 21993/21995/21224 21996/21996/21226</w:t>
        <w:br/>
        <w:t>f 21999/21997/21227 21998/21998/21228 21997/21999/21229</w:t>
        <w:br/>
        <w:t>f 22000/22000/21230 21997/21999/21229 21998/21998/21228</w:t>
        <w:br/>
        <w:t>f 22002/22001/21231 21983/21983/21232 22001/22002/21233</w:t>
        <w:br/>
        <w:t>f 22002/22001/21231 22003/22003/21234 21983/21983/21232</w:t>
        <w:br/>
        <w:t>f 21983/21983/21232 22004/22004/21235 22001/22002/21233</w:t>
        <w:br/>
        <w:t>f 21997/21999/21229 22000/22000/21230 22005/22005/21236</w:t>
        <w:br/>
        <w:t>f 22004/22004/21235 21983/21983/21232 22006/22006/21237</w:t>
        <w:br/>
        <w:t>f 22007/22007/21238 21997/21999/21229 22005/22005/21236</w:t>
        <w:br/>
        <w:t>f 22008/22008/21239 22004/22004/21235 22006/22006/21237</w:t>
        <w:br/>
        <w:t>f 22007/22007/21238 22009/22009/21240 21997/21999/21229</w:t>
        <w:br/>
        <w:t>f 22008/22008/21239 22006/22006/21237 22010/22010/21241</w:t>
        <w:br/>
        <w:t>f 22008/22008/21239 22012/22011/21242 22011/22012/21242</w:t>
        <w:br/>
        <w:t>f 22012/22011/21242 22008/22008/21239 22010/22010/21241</w:t>
        <w:br/>
        <w:t>f 22015/22013/21243 22014/22014/21244 22013/22015/21245</w:t>
        <w:br/>
        <w:t>f 22014/22014/21244 22015/22013/21243 22016/22016/21246</w:t>
        <w:br/>
        <w:t>f 22016/22016/21246 22015/22013/21243 22017/22017/21247</w:t>
        <w:br/>
        <w:t>f 22018/22018/21248 22017/22017/21247 22015/22013/21243</w:t>
        <w:br/>
        <w:t>f 22021/22019/21249 22020/22020/21250 22019/22021/21251</w:t>
        <w:br/>
        <w:t>f 22022/22022/21252 22019/22021/21251 22020/22020/21250</w:t>
        <w:br/>
        <w:t>f 22023/22023/21253 22019/22021/21251 22022/22022/21252</w:t>
        <w:br/>
        <w:t>f 22019/22021/21251 22023/22023/21253 22024/22024/21254</w:t>
        <w:br/>
        <w:t>f 22027/22025/21255 22026/22026/21255 22025/22027/21256</w:t>
        <w:br/>
        <w:t>f 22026/22026/21255 22027/22025/21255 22028/22028/21257</w:t>
        <w:br/>
        <w:t>f 22031/22029/21258 22030/22030/21259 22029/22031/21260</w:t>
        <w:br/>
        <w:t>f 22030/22030/21259 22031/22029/21258 22032/22032/21261</w:t>
        <w:br/>
        <w:t>f 22035/22033/21262 22034/22034/21263 22033/22035/21264</w:t>
        <w:br/>
        <w:t>f 22034/22034/21263 22035/22033/21262 22036/22036/21265</w:t>
        <w:br/>
        <w:t>f 22039/22037/21266 22038/22038/21266 22037/22039/21267</w:t>
        <w:br/>
        <w:t>f 22038/22038/21266 22039/22037/21266 22040/22040/21268</w:t>
        <w:br/>
        <w:t>f 22043/22041/21269 22042/22042/21270 22041/22043/21269</w:t>
        <w:br/>
        <w:t>f 22046/22044/21271 22045/22045/21272 22044/22046/21273</w:t>
        <w:br/>
        <w:t>f 22045/22045/21272 22046/22044/21271 22047/22047/21274</w:t>
        <w:br/>
        <w:t>f 22048/22048/21275 22045/22045/21272 22047/22047/21274</w:t>
        <w:br/>
        <w:t>f 22047/22047/21274 22049/22049/21276 22048/22048/21275</w:t>
        <w:br/>
        <w:t>f 22041/22043/21269 22050/22050/21277 22043/22041/21269</w:t>
        <w:br/>
        <w:t>f 22053/22051/21278 22052/22052/21279 22051/22053/21280</w:t>
        <w:br/>
        <w:t>f 22056/22054/21281 22055/22055/21282 22054/22056/21283</w:t>
        <w:br/>
        <w:t>f 22054/22056/21283 22055/22055/21282 22057/22057/21284</w:t>
        <w:br/>
        <w:t>f 22055/22055/21282 22058/22058/21285 22057/22057/21284</w:t>
        <w:br/>
        <w:t>f 22052/22052/21279 22059/22059/21286 22051/22053/21280</w:t>
        <w:br/>
        <w:t>f 22057/22057/21284 22058/22058/21285 22060/22060/21287</w:t>
        <w:br/>
        <w:t>f 22058/22058/21285 22061/22061/21288 22060/22060/21287</w:t>
        <w:br/>
        <w:t>f 22064/22062/21289 22063/22063/21289 22062/22064/21290</w:t>
        <w:br/>
        <w:t>f 22061/22061/21288 22058/22058/21285 22065/22065/21291</w:t>
        <w:br/>
        <w:t>f 22066/22066/21292 22048/22048/21275 22049/22049/21276</w:t>
        <w:br/>
        <w:t>f 22067/22067/21293 22063/22063/21289 22064/22062/21289</w:t>
        <w:br/>
        <w:t>f 22066/22066/21292 22049/22049/21276 22068/22068/21294</w:t>
        <w:br/>
        <w:t>f 22069/22069/21295 22061/22061/21288 22065/22065/21291</w:t>
        <w:br/>
        <w:t>f 22072/22070/21296 22071/22071/21297 22070/22072/21298</w:t>
        <w:br/>
        <w:t>f 22061/22061/21288 22069/22069/21295 22073/22073/21299</w:t>
        <w:br/>
        <w:t>f 22068/22068/21294 22074/22074/21300 22066/22066/21292</w:t>
        <w:br/>
        <w:t>f 22071/22071/21297 22072/22070/21296 22075/22075/21301</w:t>
        <w:br/>
        <w:t>f 22074/22074/21300 22068/22068/21294 22076/22076/21302</w:t>
        <w:br/>
        <w:t>f 22076/22076/21302 22077/22077/21303 22074/22074/21300</w:t>
        <w:br/>
        <w:t>f 22078/22078/21304 22073/22073/21299 22069/22069/21295</w:t>
        <w:br/>
        <w:t>f 22075/22075/21301 22079/22079/21305 22071/22071/21297</w:t>
        <w:br/>
        <w:t>f 22073/22073/21299 22078/22078/21304 22080/22080/21306</w:t>
        <w:br/>
        <w:t>f 22078/22078/21304 22081/22081/21307 22080/22080/21306</w:t>
        <w:br/>
        <w:t>f 22082/22082/21308 22074/22074/21300 22077/22077/21303</w:t>
        <w:br/>
        <w:t>f 22079/22079/21305 22075/22075/21301 22083/22083/21309</w:t>
        <w:br/>
        <w:t>f 22077/22077/21303 22084/22084/21310 22082/22082/21308</w:t>
        <w:br/>
        <w:t>f 22081/22081/21307 22078/22078/21304 22085/22085/21311</w:t>
        <w:br/>
        <w:t>f 22083/22083/21309 22086/22086/21312 22079/22079/21305</w:t>
        <w:br/>
        <w:t>f 22085/22085/21311 22087/22087/21313 22081/22081/21307</w:t>
        <w:br/>
        <w:t>f 22088/22088/21314 22082/22082/21308 22084/22084/21310</w:t>
        <w:br/>
        <w:t>f 22086/22086/21312 22083/22083/21309 22089/22089/21315</w:t>
        <w:br/>
        <w:t>f 22087/22087/21313 22085/22085/21311 22090/22090/21316</w:t>
        <w:br/>
        <w:t>f 22086/22086/21312 22089/22089/21315 22091/22091/21317</w:t>
        <w:br/>
        <w:t>f 22090/22090/21316 22092/22092/21318 22087/22087/21313</w:t>
        <w:br/>
        <w:t>f 22092/22092/21318 22090/22090/21316 22093/22093/21319</w:t>
        <w:br/>
        <w:t>f 22084/22084/21310 22094/22094/21320 22088/22088/21314</w:t>
        <w:br/>
        <w:t>f 22089/22089/21315 22095/22095/21321 22091/22091/21317</w:t>
        <w:br/>
        <w:t>f 22095/22095/21321 22096/22096/21322 22091/22091/21317</w:t>
        <w:br/>
        <w:t>f 22094/22094/21320 22084/22084/21310 22097/22097/21323</w:t>
        <w:br/>
        <w:t>f 22096/22096/21322 22095/22095/21321 22098/22098/21324</w:t>
        <w:br/>
        <w:t>f 22099/22099/21325 22094/22094/21320 22097/22097/21323</w:t>
        <w:br/>
        <w:t>f 22094/22094/21320 22099/22099/21325 22100/22100/21326</w:t>
        <w:br/>
        <w:t>f 22103/22101/21327 22102/22102/21328 22101/22103/21329</w:t>
        <w:br/>
        <w:t>f 22103/22101/21327 22101/22103/21329 22104/22104/21330</w:t>
        <w:br/>
        <w:t>f 22103/22101/21327 22104/22104/21330 22105/22105/21331</w:t>
        <w:br/>
        <w:t>f 22105/22105/21331 22104/22104/21330 22106/22106/21332</w:t>
        <w:br/>
        <w:t>f 22109/22107/21333 22108/22108/21334 22107/22109/21335</w:t>
        <w:br/>
        <w:t>f 22112/22110/21336 22111/22111/21337 22110/22112/21338</w:t>
        <w:br/>
        <w:t>f 22113/22113/21339 22107/22109/21335 22108/22108/21334</w:t>
        <w:br/>
        <w:t>f 22116/22114/21340 22115/22115/21341 22114/22116/21342</w:t>
        <w:br/>
        <w:t>f 22112/22110/21336 22118/22117/21343 22117/22118/21344</w:t>
        <w:br/>
        <w:t>f 22118/22117/21343 22112/22110/21336 22110/22112/21338</w:t>
        <w:br/>
        <w:t>f 22119/22119/21345 22113/22113/21339 22108/22108/21334</w:t>
        <w:br/>
        <w:t>f 22108/22108/21334 22120/22120/21346 22119/22119/21345</w:t>
        <w:br/>
        <w:t>f 22115/22115/21341 22116/22114/21340 22121/22121/21347</w:t>
        <w:br/>
        <w:t>f 22124/22122/21348 22123/22123/21349 22122/22124/21350</w:t>
        <w:br/>
        <w:t>f 22125/22125/21351 22115/22115/21341 22121/22121/21347</w:t>
        <w:br/>
        <w:t>f 22115/22115/21341 22125/22125/21351 22126/22126/21352</w:t>
        <w:br/>
        <w:t>f 22129/22127/21353 22128/22128/21354 22127/22129/21355</w:t>
        <w:br/>
        <w:t>f 22123/22123/21349 22124/22122/21348 22130/22130/21356</w:t>
        <w:br/>
        <w:t>f 22121/22121/21347 22130/22130/21357 22125/22125/21351</w:t>
        <w:br/>
        <w:t>f 22131/22131/21358 22119/22119/21345 22120/22120/21346</w:t>
        <w:br/>
        <w:t>f 22110/22112/21338 22132/22132/21359 22118/22117/21343</w:t>
        <w:br/>
        <w:t>f 22133/22133/21360 22130/22130/21356 22124/22122/21348</w:t>
        <w:br/>
        <w:t>f 22133/22133/21360 22119/22119/21345 22131/22131/21358</w:t>
        <w:br/>
        <w:t>f 22110/22112/21338 22111/22111/21337 22134/22134/21361</w:t>
        <w:br/>
        <w:t>f 22137/22135/21362 22136/22136/21363 22135/22137/21364</w:t>
        <w:br/>
        <w:t>f 22136/22136/21363 22137/22135/21362 22138/22138/21365</w:t>
        <w:br/>
        <w:t>f 22140/22139/21366 22138/22138/21365 22139/22140/21367</w:t>
        <w:br/>
        <w:t>f 22138/22138/21365 22140/22139/21366 22136/22136/21363</w:t>
        <w:br/>
        <w:t>f 22134/22134/21361 22141/22141/21368 22110/22112/21338</w:t>
        <w:br/>
        <w:t>f 22141/22141/21368 22134/22134/21361 22142/22142/21369</w:t>
        <w:br/>
        <w:t>f 22132/22132/21359 22110/22112/21338 22141/22141/21368</w:t>
        <w:br/>
        <w:t>f 22145/22143/21370 22144/22144/21371 22143/22145/21372</w:t>
        <w:br/>
        <w:t>f 22144/22144/21371 22145/22143/21370 22146/22146/21373</w:t>
        <w:br/>
        <w:t>f 22143/22145/21372 22144/22144/21371 22147/22147/21374</w:t>
        <w:br/>
        <w:t>f 22148/22148/21375 22143/22145/21372 22147/22147/21374</w:t>
        <w:br/>
        <w:t>f 22150/22149/21376 22131/22131/21358 22149/22150/21377</w:t>
        <w:br/>
        <w:t>f 22131/22131/21358 22150/22149/21376 22133/22133/21360</w:t>
        <w:br/>
        <w:t>f 22153/22151/21378 22152/22152/21379 22151/22153/21380</w:t>
        <w:br/>
        <w:t>f 22130/22130/21356 22133/22133/21360 22154/22154/21381</w:t>
        <w:br/>
        <w:t>f 22153/22151/21378 22151/22153/21380 22155/22155/21382</w:t>
        <w:br/>
        <w:t>f 22158/22156/21383 22157/22157/21384 22156/22158/21385</w:t>
        <w:br/>
        <w:t>f 22130/22130/21357 22158/22156/21383 22156/22158/21385</w:t>
        <w:br/>
        <w:t>f 22156/22158/21386 22155/22155/21387 22159/22159/21388</w:t>
        <w:br/>
        <w:t>f 22130/22130/21357 22156/22158/21385 22160/22160/21389</w:t>
        <w:br/>
        <w:t>f 22160/22160/21389 22125/22125/21351 22130/22130/21357</w:t>
        <w:br/>
        <w:t>f 22163/22161/21390 22162/22162/21391 22161/22163/21392</w:t>
        <w:br/>
        <w:t>f 22165/22164/21393 22160/22160/21389 22164/22165/21394</w:t>
        <w:br/>
        <w:t>f 22162/22162/21391 22163/22161/21390 22166/22166/21395</w:t>
        <w:br/>
        <w:t>f 22167/22167/21396 22162/22162/21391 22166/22166/21395</w:t>
        <w:br/>
        <w:t>f 22169/22168/21397 22168/22169/21398 22160/22160/21389</w:t>
        <w:br/>
        <w:t>f 22160/22160/21389 22165/22164/21393 22169/22168/21397</w:t>
        <w:br/>
        <w:t>f 22168/22169/21398 22169/22168/21397 22170/22170/21399</w:t>
        <w:br/>
        <w:t>f 22128/22128/21354 22129/22127/21353 22171/22171/21400</w:t>
        <w:br/>
        <w:t>f 22165/22164/21393 22172/22172/21401 22169/22168/21397</w:t>
        <w:br/>
        <w:t>f 22173/22173/21402 22162/22162/21391 22167/22167/21396</w:t>
        <w:br/>
        <w:t>f 22169/22168/21397 22172/22172/21401 22170/22170/21399</w:t>
        <w:br/>
        <w:t>f 22171/22171/21400 22174/22174/21403 22128/22128/21354</w:t>
        <w:br/>
        <w:t>f 22167/22167/21396 22175/22175/21404 22173/22173/21402</w:t>
        <w:br/>
        <w:t>f 22175/22175/21404 22167/22167/21396 22176/22176/21405</w:t>
        <w:br/>
        <w:t>f 22172/22172/21401 22177/22177/21406 22170/22170/21399</w:t>
        <w:br/>
        <w:t>f 22177/22177/21406 22172/22172/21401 22178/22178/21407</w:t>
        <w:br/>
        <w:t>f 22174/22174/21403 22171/22171/21400 22179/22179/21408</w:t>
        <w:br/>
        <w:t>f 22178/22178/21407 22180/22180/21409 22177/22177/21406</w:t>
        <w:br/>
        <w:t>f 22174/22174/21403 22179/22179/21408 22181/22181/21410</w:t>
        <w:br/>
        <w:t>f 22174/22174/21403 22181/22181/21410 22182/22182/21411</w:t>
        <w:br/>
        <w:t>f 22185/22183/21412 22184/22184/21413 22183/22185/21413</w:t>
        <w:br/>
        <w:t>f 22183/22185/21413 22186/22186/21414 22185/22183/21412</w:t>
        <w:br/>
        <w:t>f 22186/22186/21414 22187/22187/21415 22185/22183/21412</w:t>
        <w:br/>
        <w:t>f 22187/22187/21415 22186/22186/21414 22188/22188/21416</w:t>
        <w:br/>
        <w:t>f 22188/22188/21416 22189/22189/21417 22187/22187/21415</w:t>
        <w:br/>
        <w:t>f 22192/22190/21418 22191/22191/21419 22190/22192/21420</w:t>
        <w:br/>
        <w:t>f 22189/22189/21417 22188/22188/21416 22193/22193/21421</w:t>
        <w:br/>
        <w:t>f 22194/22194/21422 22189/22189/21417 22193/22193/21421</w:t>
        <w:br/>
        <w:t>f 22196/22195/21423 22195/22196/21424 22191/22191/21419</w:t>
        <w:br/>
        <w:t>f 22191/22191/21419 22192/22190/21418 22196/22195/21423</w:t>
        <w:br/>
        <w:t>f 22198/22197/21425 22197/22198/21426 22195/22196/21424</w:t>
        <w:br/>
        <w:t>f 22195/22196/21424 22196/22195/21423 22198/22197/21425</w:t>
        <w:br/>
        <w:t>f 22193/22193/21421 22199/22199/21427 22194/22194/21422</w:t>
        <w:br/>
        <w:t>f 22199/22199/21427 22200/22200/21428 22194/22194/21422</w:t>
        <w:br/>
        <w:t>f 22197/22198/21426 22198/22197/21425 22201/22201/21429</w:t>
        <w:br/>
        <w:t>f 22202/22202/21430 22197/22198/21426 22201/22201/21429</w:t>
        <w:br/>
        <w:t>f 22205/22203/21431 22204/22204/21432 22203/22205/21433</w:t>
        <w:br/>
        <w:t>f 22204/22204/21432 22205/22203/21431 22206/22206/21434</w:t>
        <w:br/>
        <w:t>f 22207/22207/21435 22204/22204/21432 22206/22206/21434</w:t>
        <w:br/>
        <w:t>f 22208/22208/21436 22204/22204/21432 22207/22207/21435</w:t>
        <w:br/>
        <w:t>f 22209/22209/21437 22196/22195/21423 22192/22190/21418</w:t>
        <w:br/>
        <w:t>f 22207/22207/21435 22210/22210/21438 22208/22208/21436</w:t>
        <w:br/>
        <w:t>f 22210/22210/21438 22207/22207/21435 22211/22211/21439</w:t>
        <w:br/>
        <w:t>f 22212/22212/21440 22210/22210/21438 22211/22211/21439</w:t>
        <w:br/>
        <w:t>f 22210/22210/21438 22212/22212/21440 22213/22213/21441</w:t>
        <w:br/>
        <w:t>f 22196/22195/21423 22209/22209/21437 22214/22214/21442</w:t>
        <w:br/>
        <w:t>f 22215/22215/21443 22214/22214/21442 22209/22209/21437</w:t>
        <w:br/>
        <w:t>f 22214/22214/21442 22198/22197/21425 22196/22195/21423</w:t>
        <w:br/>
        <w:t>f 22217/22216/21444 22215/22215/21443 22216/22217/21445</w:t>
        <w:br/>
        <w:t>f 22214/22214/21442 22215/22215/21443 22217/22216/21444</w:t>
        <w:br/>
        <w:t>f 22198/22197/21425 22214/22214/21442 22218/22218/21446</w:t>
        <w:br/>
        <w:t>f 22217/22216/21444 22218/22218/21446 22214/22214/21442</w:t>
        <w:br/>
        <w:t>f 22218/22218/21446 22201/22201/21429 22198/22197/21425</w:t>
        <w:br/>
        <w:t>f 22219/22219/21447 22217/22216/21444 22216/22217/21445</w:t>
        <w:br/>
        <w:t>f 22218/22218/21446 22217/22216/21444 22220/22220/21448</w:t>
        <w:br/>
        <w:t>f 22219/22219/21447 22220/22220/21448 22217/22216/21444</w:t>
        <w:br/>
        <w:t>f 22201/22201/21429 22218/22218/21446 22221/22221/21449</w:t>
        <w:br/>
        <w:t>f 22220/22220/21448 22221/22221/21449 22218/22218/21446</w:t>
        <w:br/>
        <w:t>f 22224/22222/21450 22223/22223/21451 22222/22224/21452</w:t>
        <w:br/>
        <w:t>f 22222/22224/21452 22223/22223/21451 22225/22225/21453</w:t>
        <w:br/>
        <w:t>f 22226/22226/21454 22224/22222/21450 22222/22224/21452</w:t>
        <w:br/>
        <w:t>f 22224/22222/21450 22226/22226/21454 22227/22227/21455</w:t>
        <w:br/>
        <w:t>f 22220/22220/21448 22219/22219/21447 22228/22228/21456</w:t>
        <w:br/>
        <w:t>f 22229/22229/21457 22227/22227/21455 22226/22226/21454</w:t>
        <w:br/>
        <w:t>f 22230/22230/21458 22220/22220/21448 22228/22228/21456</w:t>
        <w:br/>
        <w:t>f 22221/22221/21449 22220/22220/21448 22230/22230/21458</w:t>
        <w:br/>
        <w:t>f 22231/22231/21459 22227/22227/21455 22229/22229/21457</w:t>
        <w:br/>
        <w:t>f 22232/22232/21460 22230/22230/21458 22228/22228/21456</w:t>
        <w:br/>
        <w:t>f 22233/22233/21461 22231/22231/21459 22229/22229/21457</w:t>
        <w:br/>
        <w:t>f 22234/22234/21462 22221/22221/21449 22230/22230/21458</w:t>
        <w:br/>
        <w:t>f 22231/22231/21459 22233/22233/21461 22235/22235/21463</w:t>
        <w:br/>
        <w:t>f 22236/22236/21464 22235/22235/21463 22233/22233/21461</w:t>
        <w:br/>
        <w:t>f 22237/22237/21465 22230/22230/21458 22232/22232/21460</w:t>
        <w:br/>
        <w:t>f 22238/22238/21466 22237/22237/21465 22232/22232/21460</w:t>
        <w:br/>
        <w:t>f 22237/22237/21465 22234/22234/21462 22230/22230/21458</w:t>
        <w:br/>
        <w:t>f 22235/22235/21463 22236/22236/21464 22239/22239/21467</w:t>
        <w:br/>
        <w:t>f 22240/22240/21468 22239/22239/21467 22236/22236/21464</w:t>
        <w:br/>
        <w:t>f 22241/22241/21469 22237/22237/21465 22238/22238/21466</w:t>
        <w:br/>
        <w:t>f 22242/22242/21470 22241/22241/21469 22238/22238/21466</w:t>
        <w:br/>
        <w:t>f 22239/22239/21467 22240/22240/21468 22243/22243/21471</w:t>
        <w:br/>
        <w:t>f 22244/22244/21472 22243/22243/21471 22240/22240/21468</w:t>
        <w:br/>
        <w:t>f 22245/22245/21473 22241/22241/21469 22242/22242/21470</w:t>
        <w:br/>
        <w:t>f 22246/22246/21474 22245/22245/21473 22242/22242/21470</w:t>
        <w:br/>
        <w:t>f 22247/22247/21475 22237/22237/21465 22241/22241/21469</w:t>
        <w:br/>
        <w:t>f 22237/22237/21465 22247/22247/21475 22234/22234/21462</w:t>
        <w:br/>
        <w:t>f 22243/22243/21471 22244/22244/21472 22248/22248/21476</w:t>
        <w:br/>
        <w:t>f 22249/22249/21477 22248/22248/21476 22244/22244/21472</w:t>
        <w:br/>
        <w:t>f 22250/22250/21478 22245/22245/21473 22246/22246/21474</w:t>
        <w:br/>
        <w:t>f 22251/22251/21479 22250/22250/21478 22246/22246/21474</w:t>
        <w:br/>
        <w:t>f 22252/22252/21480 22241/22241/21469 22245/22245/21473</w:t>
        <w:br/>
        <w:t>f 22241/22241/21469 22252/22252/21480 22247/22247/21475</w:t>
        <w:br/>
        <w:t>f 22248/22248/21476 22249/22249/21477 22253/22253/21481</w:t>
        <w:br/>
        <w:t>f 22254/22254/21482 22253/22253/21481 22249/22249/21477</w:t>
        <w:br/>
        <w:t>f 22255/22255/21483 22250/22250/21478 22251/22251/21479</w:t>
        <w:br/>
        <w:t>f 22256/22256/21484 22255/22255/21483 22251/22251/21479</w:t>
        <w:br/>
        <w:t>f 22257/22257/21485 22245/22245/21473 22250/22250/21478</w:t>
        <w:br/>
        <w:t>f 22245/22245/21473 22257/22257/21485 22252/22252/21480</w:t>
        <w:br/>
        <w:t>f 22258/22258/21486 22250/22250/21478 22255/22255/21483</w:t>
        <w:br/>
        <w:t>f 22250/22250/21478 22258/22258/21486 22257/22257/21485</w:t>
        <w:br/>
        <w:t>f 22259/22259/21487 22255/22255/21483 22256/22256/21484</w:t>
        <w:br/>
        <w:t>f 22260/22260/21488 22258/22258/21486 22255/22255/21483</w:t>
        <w:br/>
        <w:t>f 22259/22259/21487 22260/22260/21488 22255/22255/21483</w:t>
        <w:br/>
        <w:t>f 22253/22253/21481 22254/22254/21482 22261/22261/21489</w:t>
        <w:br/>
        <w:t>f 22262/22262/21490 22259/22259/21487 22256/22256/21484</w:t>
        <w:br/>
        <w:t>f 22263/22263/21491 22261/22261/21489 22254/22254/21482</w:t>
        <w:br/>
        <w:t>f 22254/22254/21482 22264/22264/21492 22263/22263/21491</w:t>
        <w:br/>
        <w:t>f 22264/22264/21492 22265/22265/21493 22263/22263/21491</w:t>
        <w:br/>
        <w:t>f 22266/22266/21494 22263/22263/21491 22265/22265/21493</w:t>
        <w:br/>
        <w:t>f 22269/22267/21495 22268/22268/21496 22267/22269/21497</w:t>
        <w:br/>
        <w:t>f 22270/22270/21498 22262/22262/21490 22269/22267/21495</w:t>
        <w:br/>
        <w:t>f 22270/22270/21498 22269/22267/21495 22267/22269/21497</w:t>
        <w:br/>
        <w:t>f 22262/22262/21490 22270/22270/21498 22259/22259/21487</w:t>
        <w:br/>
        <w:t>f 22270/22270/21498 22267/22269/21497 22271/22271/21499</w:t>
        <w:br/>
        <w:t>f 22272/22272/21500 22259/22259/21487 22270/22270/21498</w:t>
        <w:br/>
        <w:t>f 22271/22271/21499 22272/22272/21500 22270/22270/21498</w:t>
        <w:br/>
        <w:t>f 22259/22259/21487 22272/22272/21500 22260/22260/21488</w:t>
        <w:br/>
        <w:t>f 22272/22272/21500 22271/22271/21499 22273/22273/21501</w:t>
        <w:br/>
        <w:t>f 22274/22274/21502 22272/22272/21500 22273/22273/21501</w:t>
        <w:br/>
        <w:t>f 22272/22272/21500 22274/22274/21502 22275/22275/21503</w:t>
        <w:br/>
        <w:t>f 22275/22275/21503 22260/22260/21488 22272/22272/21500</w:t>
        <w:br/>
        <w:t>f 22274/22274/21502 22276/22276/21504 22275/22275/21503</w:t>
        <w:br/>
        <w:t>f 22260/22260/21488 22275/22275/21503 22277/22277/21505</w:t>
        <w:br/>
        <w:t>f 22260/22260/21488 22277/22277/21505 22258/22258/21486</w:t>
        <w:br/>
        <w:t>f 22276/22276/21504 22278/22278/21506 22275/22275/21503</w:t>
        <w:br/>
        <w:t>f 22275/22275/21503 22278/22278/21506 22277/22277/21505</w:t>
        <w:br/>
        <w:t>f 22281/22279/21507 22280/22280/21508 22279/22281/21509</w:t>
        <w:br/>
        <w:t>f 22279/22281/21509 22282/22282/21510 22281/22279/21507</w:t>
        <w:br/>
        <w:t>f 22282/22282/21510 22283/22283/21511 22281/22279/21507</w:t>
        <w:br/>
        <w:t>f 22278/22278/21506 22284/22284/21512 22277/22277/21505</w:t>
        <w:br/>
        <w:t>f 22283/22283/21511 22282/22282/21510 22285/22285/21513</w:t>
        <w:br/>
        <w:t>f 22277/22277/21505 22286/22286/21514 22258/22258/21486</w:t>
        <w:br/>
        <w:t>f 22277/22277/21505 22284/22284/21512 22286/22286/21514</w:t>
        <w:br/>
        <w:t>f 22286/22286/21514 22257/22257/21485 22258/22258/21486</w:t>
        <w:br/>
        <w:t>f 22285/22285/21513 22287/22287/21515 22283/22283/21511</w:t>
        <w:br/>
        <w:t>f 22284/22284/21512 22288/22288/21516 22286/22286/21514</w:t>
        <w:br/>
        <w:t>f 22287/22287/21515 22285/22285/21513 22289/22289/21517</w:t>
        <w:br/>
        <w:t>f 22289/22289/21517 22290/22290/21518 22287/22287/21515</w:t>
        <w:br/>
        <w:t>f 22257/22257/21485 22286/22286/21514 22291/22291/21519</w:t>
        <w:br/>
        <w:t>f 22288/22288/21516 22291/22291/21519 22286/22286/21514</w:t>
        <w:br/>
        <w:t>f 22291/22291/21519 22252/22252/21480 22257/22257/21485</w:t>
        <w:br/>
        <w:t>f 22287/22287/21515 22290/22290/21518 22292/22292/21520</w:t>
        <w:br/>
        <w:t>f 22291/22291/21519 22288/22288/21516 22293/22293/21521</w:t>
        <w:br/>
        <w:t>f 22290/22290/21518 22294/22294/21522 22292/22292/21520</w:t>
        <w:br/>
        <w:t>f 22252/22252/21480 22291/22291/21519 22295/22295/21523</w:t>
        <w:br/>
        <w:t>f 22293/22293/21521 22295/22295/21523 22291/22291/21519</w:t>
        <w:br/>
        <w:t>f 22295/22295/21523 22247/22247/21475 22252/22252/21480</w:t>
        <w:br/>
        <w:t>f 22292/22292/21520 22294/22294/21522 22296/22296/21524</w:t>
        <w:br/>
        <w:t>f 22295/22295/21523 22293/22293/21521 22297/22297/21525</w:t>
        <w:br/>
        <w:t>f 22200/22200/21428 22296/22296/21524 22294/22294/21522</w:t>
        <w:br/>
        <w:t>f 22247/22247/21475 22295/22295/21523 22298/22298/21526</w:t>
        <w:br/>
        <w:t>f 22295/22295/21523 22297/22297/21525 22298/22298/21526</w:t>
        <w:br/>
        <w:t>f 22298/22298/21526 22234/22234/21462 22247/22247/21475</w:t>
        <w:br/>
        <w:t>f 22296/22296/21524 22200/22200/21428 22299/22299/21527</w:t>
        <w:br/>
        <w:t>f 22297/22297/21525 22300/22300/21528 22298/22298/21526</w:t>
        <w:br/>
        <w:t>f 22200/22200/21428 22199/22199/21427 22299/22299/21527</w:t>
        <w:br/>
        <w:t>f 22234/22234/21462 22298/22298/21526 22301/22301/21529</w:t>
        <w:br/>
        <w:t>f 22298/22298/21526 22300/22300/21528 22301/22301/21529</w:t>
        <w:br/>
        <w:t>f 22300/22300/21528 22202/22202/21430 22301/22301/21529</w:t>
        <w:br/>
        <w:t>f 22234/22234/21462 22301/22301/21529 22221/22221/21449</w:t>
        <w:br/>
        <w:t>f 22301/22301/21529 22202/22202/21430 22201/22201/21429</w:t>
        <w:br/>
        <w:t>f 22301/22301/21529 22201/22201/21429 22221/22221/21449</w:t>
        <w:br/>
        <w:t>f 22304/22302/21530 22303/22303/21531 22302/22304/21532</w:t>
        <w:br/>
        <w:t>f 22303/22303/21531 22304/22302/21530 22305/22305/21533</w:t>
        <w:br/>
        <w:t>f 22304/22302/21530 22306/22306/21534 22305/22305/21533</w:t>
        <w:br/>
        <w:t>f 22309/22307/21535 22308/22308/21536 22307/22309/21537</w:t>
        <w:br/>
        <w:t>f 22310/22310/21538 22305/22305/21533 22306/22306/21534</w:t>
        <w:br/>
        <w:t>f 22311/22311/21539 22310/22310/21538 22306/22306/21534</w:t>
        <w:br/>
        <w:t>f 22313/22312/21540 22311/22311/21539 22312/22313/21541</w:t>
        <w:br/>
        <w:t>f 22315/22314/21542 22314/22315/21543 22309/22307/21535</w:t>
        <w:br/>
        <w:t>f 22308/22308/21536 22309/22307/21535 22314/22315/21543</w:t>
        <w:br/>
        <w:t>f 22310/22310/21538 22311/22311/21539 22316/22316/21544</w:t>
        <w:br/>
        <w:t>f 22313/22312/21540 22316/22316/21544 22311/22311/21539</w:t>
        <w:br/>
        <w:t>f 22319/22317/21545 22318/22318/21546 22317/22319/21547</w:t>
        <w:br/>
        <w:t>f 22318/22318/21546 22319/22317/21545 22320/22320/21548</w:t>
        <w:br/>
        <w:t>f 22321/22321/21549 22319/22317/21545 22317/22319/21547</w:t>
        <w:br/>
        <w:t>f 22317/22319/21547 22322/22322/21550 22321/22321/21549</w:t>
        <w:br/>
        <w:t>f 22323/22323/21551 22308/22308/21536 22314/22315/21543</w:t>
        <w:br/>
        <w:t>f 22322/22322/21550 22324/22324/21552 22321/22321/21549</w:t>
        <w:br/>
        <w:t>f 22324/22324/21552 22322/22322/21550 22325/22325/21553</w:t>
        <w:br/>
        <w:t>f 22325/22325/21553 22326/22326/21554 22324/22324/21552</w:t>
        <w:br/>
        <w:t>f 22327/22327/21555 22323/22323/21551 22314/22315/21543</w:t>
        <w:br/>
        <w:t>f 22327/22327/21555 22328/22328/21556 22323/22323/21551</w:t>
        <w:br/>
        <w:t>f 22326/22326/21554 22325/22325/21553 22329/22329/21557</w:t>
        <w:br/>
        <w:t>f 22328/22328/21556 22327/22327/21555 22330/22330/21558</w:t>
        <w:br/>
        <w:t>f 22330/22330/21558 22331/22331/21559 22328/22328/21556</w:t>
        <w:br/>
        <w:t>f 22332/22332/21560 22327/22327/21555 22314/22315/21543</w:t>
        <w:br/>
        <w:t>f 22326/22326/21554 22329/22329/21557 22333/22333/21561</w:t>
        <w:br/>
        <w:t>f 22334/22334/21562 22326/22326/21554 22333/22333/21561</w:t>
        <w:br/>
        <w:t>f 22333/22333/21561 22335/22335/21563 22334/22334/21562</w:t>
        <w:br/>
        <w:t>f 22336/22336/21564 22332/22332/21560 22314/22315/21543</w:t>
        <w:br/>
        <w:t>f 22314/22315/21543 22315/22314/21542 22336/22336/21564</w:t>
        <w:br/>
        <w:t>f 22337/22337/21565 22336/22336/21564 22315/22314/21542</w:t>
        <w:br/>
        <w:t>f 22338/22338/21566 22327/22327/21555 22332/22332/21560</w:t>
        <w:br/>
        <w:t>f 22338/22338/21566 22330/22330/21558 22327/22327/21555</w:t>
        <w:br/>
        <w:t>f 22336/22336/21564 22339/22339/21567 22332/22332/21560</w:t>
        <w:br/>
        <w:t>f 22339/22339/21567 22338/22338/21566 22332/22332/21560</w:t>
        <w:br/>
        <w:t>f 22336/22336/21564 22337/22337/21565 22340/22340/21568</w:t>
        <w:br/>
        <w:t>f 22340/22340/21568 22339/22339/21567 22336/22336/21564</w:t>
        <w:br/>
        <w:t>f 22342/22341/21569 22337/22337/21565 22341/22342/21570</w:t>
        <w:br/>
        <w:t>f 22337/22337/21565 22342/22341/21569 22340/22340/21568</w:t>
        <w:br/>
        <w:t>f 22339/22339/21567 22340/22340/21568 22343/22343/21571</w:t>
        <w:br/>
        <w:t>f 22342/22341/21569 22343/22343/21571 22340/22340/21568</w:t>
        <w:br/>
        <w:t>f 22339/22339/21567 22344/22344/21572 22338/22338/21566</w:t>
        <w:br/>
        <w:t>f 22344/22344/21572 22339/22339/21567 22343/22343/21571</w:t>
        <w:br/>
        <w:t>f 22345/22345/21573 22330/22330/21558 22338/22338/21566</w:t>
        <w:br/>
        <w:t>f 22344/22344/21572 22346/22346/21574 22338/22338/21566</w:t>
        <w:br/>
        <w:t>f 22346/22346/21574 22345/22345/21573 22338/22338/21566</w:t>
        <w:br/>
        <w:t>f 22345/22345/21573 22347/22347/21575 22330/22330/21558</w:t>
        <w:br/>
        <w:t>f 22331/22331/21559 22330/22330/21558 22347/22347/21575</w:t>
        <w:br/>
        <w:t>f 22347/22347/21575 22348/22348/21576 22331/22331/21559</w:t>
        <w:br/>
        <w:t>f 22349/22349/21577 22345/22345/21573 22346/22346/21574</w:t>
        <w:br/>
        <w:t>f 22347/22347/21575 22345/22345/21573 22349/22349/21577</w:t>
        <w:br/>
        <w:t>f 22344/22344/21572 22350/22350/21578 22346/22346/21574</w:t>
        <w:br/>
        <w:t>f 22348/22348/21576 22347/22347/21575 22351/22351/21579</w:t>
        <w:br/>
        <w:t>f 22350/22350/21578 22352/22352/21580 22346/22346/21574</w:t>
        <w:br/>
        <w:t>f 22352/22352/21580 22349/22349/21577 22346/22346/21574</w:t>
        <w:br/>
        <w:t>f 22353/22353/21581 22350/22350/21578 22344/22344/21572</w:t>
        <w:br/>
        <w:t>f 22353/22353/21581 22352/22352/21580 22350/22350/21578</w:t>
        <w:br/>
        <w:t>f 22347/22347/21575 22349/22349/21577 22354/22354/21582</w:t>
        <w:br/>
        <w:t>f 22354/22354/21582 22351/22351/21579 22347/22347/21575</w:t>
        <w:br/>
        <w:t>f 22353/22353/21581 22344/22344/21572 22355/22355/21583</w:t>
        <w:br/>
        <w:t>f 22355/22355/21583 22344/22344/21572 22343/22343/21571</w:t>
        <w:br/>
        <w:t>f 22351/22351/21579 22356/22356/21584 22348/22348/21576</w:t>
        <w:br/>
        <w:t>f 22335/22335/21563 22333/22333/21561 22357/22357/21585</w:t>
        <w:br/>
        <w:t>f 22356/22356/21584 22351/22351/21579 22358/22358/21586</w:t>
        <w:br/>
        <w:t>f 22354/22354/21582 22358/22358/21586 22351/22351/21579</w:t>
        <w:br/>
        <w:t>f 22359/22359/21587 22335/22335/21563 22357/22357/21585</w:t>
        <w:br/>
        <w:t>f 22360/22360/21588 22356/22356/21584 22358/22358/21586</w:t>
        <w:br/>
        <w:t>f 22335/22335/21563 22359/22359/21587 22361/22361/21589</w:t>
        <w:br/>
        <w:t>f 22359/22359/21587 22362/22362/21590 22361/22361/21589</w:t>
        <w:br/>
        <w:t>f 22362/22362/21590 22359/22359/21587 22363/22363/21591</w:t>
        <w:br/>
        <w:t>f 22363/22363/21591 22364/22364/21592 22362/22362/21590</w:t>
        <w:br/>
        <w:t>f 22365/22365/21593 22360/22360/21588 22358/22358/21586</w:t>
        <w:br/>
        <w:t>f 22366/22366/21594 22360/22360/21588 22365/22365/21593</w:t>
        <w:br/>
        <w:t>f 22358/22358/21586 22354/22354/21582 22367/22367/21595</w:t>
        <w:br/>
        <w:t>f 22367/22367/21595 22365/22365/21593 22358/22358/21586</w:t>
        <w:br/>
        <w:t>f 22364/22364/21592 22363/22363/21591 22368/22368/21596</w:t>
        <w:br/>
        <w:t>f 22368/22368/21596 22369/22369/21597 22364/22364/21592</w:t>
        <w:br/>
        <w:t>f 22370/22370/21598 22366/22366/21594 22365/22365/21593</w:t>
        <w:br/>
        <w:t>f 22370/22370/21598 22371/22371/21599 22366/22366/21594</w:t>
        <w:br/>
        <w:t>f 22365/22365/21593 22367/22367/21595 22372/22372/21600</w:t>
        <w:br/>
        <w:t>f 22372/22372/21600 22370/22370/21598 22365/22365/21593</w:t>
        <w:br/>
        <w:t>f 22369/22369/21597 22368/22368/21596 22373/22373/21601</w:t>
        <w:br/>
        <w:t>f 22373/22373/21601 22374/22374/21602 22369/22369/21597</w:t>
        <w:br/>
        <w:t>f 22371/22371/21599 22370/22370/21598 22375/22375/21603</w:t>
        <w:br/>
        <w:t>f 22375/22375/21603 22376/22376/21604 22371/22371/21599</w:t>
        <w:br/>
        <w:t>f 22374/22374/21602 22373/22373/21601 22377/22377/21605</w:t>
        <w:br/>
        <w:t>f 22377/22377/21605 22378/22378/21606 22374/22374/21602</w:t>
        <w:br/>
        <w:t>f 22376/22376/21604 22375/22375/21603 22379/22379/21607</w:t>
        <w:br/>
        <w:t>f 22379/22379/21607 22380/22380/21608 22376/22376/21604</w:t>
        <w:br/>
        <w:t>f 22370/22370/21598 22381/22381/21609 22375/22375/21603</w:t>
        <w:br/>
        <w:t>f 22381/22381/21609 22379/22379/21607 22375/22375/21603</w:t>
        <w:br/>
        <w:t>f 22370/22370/21598 22372/22372/21600 22382/22382/21610</w:t>
        <w:br/>
        <w:t>f 22381/22381/21609 22370/22370/21598 22382/22382/21610</w:t>
        <w:br/>
        <w:t>f 22383/22383/21611 22382/22382/21610 22372/22372/21600</w:t>
        <w:br/>
        <w:t>f 22367/22367/21595 22383/22383/21611 22372/22372/21600</w:t>
        <w:br/>
        <w:t>f 22381/22381/21609 22382/22382/21610 22384/22384/21612</w:t>
        <w:br/>
        <w:t>f 22383/22383/21611 22367/22367/21595 22385/22385/21613</w:t>
        <w:br/>
        <w:t>f 22367/22367/21595 22354/22354/21582 22385/22385/21613</w:t>
        <w:br/>
        <w:t>f 22354/22354/21582 22349/22349/21577 22385/22385/21613</w:t>
        <w:br/>
        <w:t>f 22352/22352/21580 22385/22385/21613 22349/22349/21577</w:t>
        <w:br/>
        <w:t>f 22382/22382/21610 22383/22383/21611 22386/22386/21614</w:t>
        <w:br/>
        <w:t>f 22386/22386/21614 22384/22384/21612 22382/22382/21610</w:t>
        <w:br/>
        <w:t>f 22385/22385/21613 22387/22387/21615 22383/22383/21611</w:t>
        <w:br/>
        <w:t>f 22387/22387/21615 22386/22386/21614 22383/22383/21611</w:t>
        <w:br/>
        <w:t>f 22387/22387/21615 22385/22385/21613 22388/22388/21616</w:t>
        <w:br/>
        <w:t>f 22386/22386/21614 22387/22387/21615 22388/22388/21616</w:t>
        <w:br/>
        <w:t>f 22389/22389/21617 22385/22385/21613 22352/22352/21580</w:t>
        <w:br/>
        <w:t>f 22388/22388/21616 22385/22385/21613 22389/22389/21617</w:t>
        <w:br/>
        <w:t>f 22390/22390/21618 22389/22389/21617 22352/22352/21580</w:t>
        <w:br/>
        <w:t>f 22389/22389/21617 22391/22391/21619 22388/22388/21616</w:t>
        <w:br/>
        <w:t>f 22391/22391/21619 22389/22389/21617 22390/22390/21618</w:t>
        <w:br/>
        <w:t>f 22391/22391/21619 22392/22392/21620 22388/22388/21616</w:t>
        <w:br/>
        <w:t>f 22386/22386/21614 22388/22388/21616 22392/22392/21620</w:t>
        <w:br/>
        <w:t>f 22390/22390/21618 22393/22393/21621 22391/22391/21619</w:t>
        <w:br/>
        <w:t>f 22393/22393/21621 22392/22392/21620 22391/22391/21619</w:t>
        <w:br/>
        <w:t>f 22390/22390/21618 22352/22352/21580 22394/22394/21622</w:t>
        <w:br/>
        <w:t>f 22352/22352/21580 22353/22353/21581 22394/22394/21622</w:t>
        <w:br/>
        <w:t>f 22393/22393/21621 22390/22390/21618 22395/22395/21623</w:t>
        <w:br/>
        <w:t>f 22395/22395/21623 22392/22392/21620 22393/22393/21621</w:t>
        <w:br/>
        <w:t>f 22394/22394/21622 22353/22353/21581 22396/22396/21624</w:t>
        <w:br/>
        <w:t>f 22396/22396/21624 22353/22353/21581 22355/22355/21583</w:t>
        <w:br/>
        <w:t>f 22397/22397/21625 22390/22390/21618 22394/22394/21622</w:t>
        <w:br/>
        <w:t>f 22396/22396/21624 22397/22397/21625 22394/22394/21622</w:t>
        <w:br/>
        <w:t>f 22398/22398/21626 22390/22390/21618 22397/22397/21625</w:t>
        <w:br/>
        <w:t>f 22399/22399/21627 22397/22397/21625 22396/22396/21624</w:t>
        <w:br/>
        <w:t>f 22397/22397/21625 22399/22399/21627 22398/22398/21626</w:t>
        <w:br/>
        <w:t>f 22396/22396/21624 22355/22355/21583 22400/22400/21628</w:t>
        <w:br/>
        <w:t>f 22399/22399/21627 22396/22396/21624 22400/22400/21628</w:t>
        <w:br/>
        <w:t>f 22403/22401/21629 22402/22402/21630 22401/22403/21631</w:t>
        <w:br/>
        <w:t>f 22401/22403/21631 22404/22404/21632 22403/22401/21629</w:t>
        <w:br/>
        <w:t>f 22402/22402/21630 22403/22401/21629 22405/22405/21633</w:t>
        <w:br/>
        <w:t>f 22403/22401/21629 22404/22404/21632 22406/22406/21634</w:t>
        <w:br/>
        <w:t>f 22405/22405/21633 22407/22407/21635 22402/22402/21630</w:t>
        <w:br/>
        <w:t>f 22390/22390/21618 22398/22398/21626 22408/22408/21636</w:t>
        <w:br/>
        <w:t>f 22395/22395/21623 22390/22390/21618 22408/22408/21636</w:t>
        <w:br/>
        <w:t>f 22407/22407/21635 22405/22405/21633 22409/22409/21637</w:t>
        <w:br/>
        <w:t>f 22404/22404/21632 22410/22410/21638 22406/22406/21634</w:t>
        <w:br/>
        <w:t>f 22400/22400/21628 22355/22355/21583 22411/22411/21639</w:t>
        <w:br/>
        <w:t>f 22355/22355/21583 22343/22343/21571 22411/22411/21639</w:t>
        <w:br/>
        <w:t>f 22406/22406/21634 22410/22410/21638 22412/22412/21640</w:t>
        <w:br/>
        <w:t>f 22343/22343/21571 22342/22341/21569 22411/22411/21639</w:t>
        <w:br/>
        <w:t>f 22410/22410/21638 22413/22413/21641 22412/22412/21640</w:t>
        <w:br/>
        <w:t>f 22412/22412/21640 22413/22413/21641 22414/22414/21642</w:t>
        <w:br/>
        <w:t>f 22413/22413/21641 22415/22415/21643 22414/22414/21642</w:t>
        <w:br/>
        <w:t>f 22414/22414/21642 22415/22415/21643 22416/22416/21644</w:t>
        <w:br/>
        <w:t>f 22417/22417/21645 22407/22407/21635 22409/22409/21637</w:t>
        <w:br/>
        <w:t>f 22418/22418/21646 22395/22395/21623 22408/22408/21636</w:t>
        <w:br/>
        <w:t>f 22409/22409/21637 22419/22419/21647 22417/22417/21645</w:t>
        <w:br/>
        <w:t>f 22420/22420/21648 22395/22395/21623 22418/22418/21646</w:t>
        <w:br/>
        <w:t>f 22392/22392/21620 22395/22395/21623 22420/22420/21648</w:t>
        <w:br/>
        <w:t>f 22419/22419/21647 22421/22421/21649 22417/22417/21645</w:t>
        <w:br/>
        <w:t>f 22422/22422/21650 22420/22420/21648 22418/22418/21646</w:t>
        <w:br/>
        <w:t>f 22421/22421/21649 22419/22419/21647 22423/22423/21651</w:t>
        <w:br/>
        <w:t>f 22424/22424/21652 22421/22421/21649 22423/22423/21651</w:t>
        <w:br/>
        <w:t>f 22423/22423/21651 22425/22425/21653 22424/22424/21652</w:t>
        <w:br/>
        <w:t>f 22426/22426/21654 22420/22420/21648 22422/22422/21650</w:t>
        <w:br/>
        <w:t>f 22422/22422/21650 22427/22427/21655 22426/22426/21654</w:t>
        <w:br/>
        <w:t>f 22428/22428/21656 22424/22424/21652 22425/22425/21653</w:t>
        <w:br/>
        <w:t>f 22425/22425/21653 22429/22429/21657 22428/22428/21656</w:t>
        <w:br/>
        <w:t>f 22430/22430/21658 22426/22426/21654 22427/22427/21655</w:t>
        <w:br/>
        <w:t>f 22427/22427/21655 22431/22431/21659 22430/22430/21658</w:t>
        <w:br/>
        <w:t>f 22426/22426/21654 22432/22432/21660 22420/22420/21648</w:t>
        <w:br/>
        <w:t>f 22432/22432/21660 22392/22392/21620 22420/22420/21648</w:t>
        <w:br/>
        <w:t>f 22426/22426/21654 22430/22430/21658 22433/22433/21661</w:t>
        <w:br/>
        <w:t>f 22426/22426/21654 22433/22433/21661 22432/22432/21660</w:t>
        <w:br/>
        <w:t>f 22434/22434/21662 22392/22392/21620 22432/22432/21660</w:t>
        <w:br/>
        <w:t>f 22435/22435/21663 22392/22392/21620 22434/22434/21662</w:t>
        <w:br/>
        <w:t>f 22435/22435/21663 22386/22386/21614 22392/22392/21620</w:t>
        <w:br/>
        <w:t>f 22436/22436/21664 22434/22434/21662 22432/22432/21660</w:t>
        <w:br/>
        <w:t>f 22436/22436/21664 22435/22435/21663 22434/22434/21662</w:t>
        <w:br/>
        <w:t>f 22433/22433/21661 22436/22436/21664 22432/22432/21660</w:t>
        <w:br/>
        <w:t>f 22437/22437/21665 22386/22386/21614 22435/22435/21663</w:t>
        <w:br/>
        <w:t>f 22386/22386/21614 22437/22437/21665 22438/22438/21666</w:t>
        <w:br/>
        <w:t>f 22386/22386/21614 22438/22438/21666 22384/22384/21612</w:t>
        <w:br/>
        <w:t>f 22435/22435/21663 22439/22439/21667 22437/22437/21665</w:t>
        <w:br/>
        <w:t>f 22439/22439/21667 22438/22438/21666 22437/22437/21665</w:t>
        <w:br/>
        <w:t>f 22439/22439/21667 22435/22435/21663 22436/22436/21664</w:t>
        <w:br/>
        <w:t>f 22438/22438/21666 22440/22440/21668 22384/22384/21612</w:t>
        <w:br/>
        <w:t>f 22438/22438/21666 22439/22439/21667 22440/22440/21668</w:t>
        <w:br/>
        <w:t>f 22440/22440/21668 22441/22441/21669 22384/22384/21612</w:t>
        <w:br/>
        <w:t>f 22441/22441/21669 22381/22381/21609 22384/22384/21612</w:t>
        <w:br/>
        <w:t>f 22381/22381/21609 22441/22441/21669 22379/22379/21607</w:t>
        <w:br/>
        <w:t>f 22442/22442/21670 22440/22440/21668 22439/22439/21667</w:t>
        <w:br/>
        <w:t>f 22436/22436/21664 22442/22442/21670 22439/22439/21667</w:t>
        <w:br/>
        <w:t>f 22441/22441/21669 22440/22440/21668 22443/22443/21671</w:t>
        <w:br/>
        <w:t>f 22440/22440/21668 22442/22442/21670 22443/22443/21671</w:t>
        <w:br/>
        <w:t>f 22444/22444/21672 22379/22379/21607 22441/22441/21669</w:t>
        <w:br/>
        <w:t>f 22380/22380/21608 22379/22379/21607 22444/22444/21672</w:t>
        <w:br/>
        <w:t>f 22443/22443/21671 22445/22445/21673 22441/22441/21669</w:t>
        <w:br/>
        <w:t>f 22445/22445/21673 22444/22444/21672 22441/22441/21669</w:t>
        <w:br/>
        <w:t>f 22446/22446/21674 22380/22380/21608 22444/22444/21672</w:t>
        <w:br/>
        <w:t>f 22378/22378/21606 22377/22377/21605 22447/22447/21675</w:t>
        <w:br/>
        <w:t>f 22445/22445/21673 22448/22448/21676 22444/22444/21672</w:t>
        <w:br/>
        <w:t>f 22448/22448/21676 22446/22446/21674 22444/22444/21672</w:t>
        <w:br/>
        <w:t>f 22445/22445/21673 22443/22443/21671 22449/22449/21677</w:t>
        <w:br/>
        <w:t>f 22448/22448/21676 22445/22445/21673 22449/22449/21677</w:t>
        <w:br/>
        <w:t>f 22378/22378/21606 22447/22447/21675 22450/22450/21678</w:t>
        <w:br/>
        <w:t>f 22378/22378/21606 22450/22450/21678 22451/22451/21679</w:t>
        <w:br/>
        <w:t>f 22450/22450/21678 22452/22452/21680 22451/22451/21679</w:t>
        <w:br/>
        <w:t>f 22446/22446/21674 22448/22448/21676 22453/22453/21681</w:t>
        <w:br/>
        <w:t>f 22453/22453/21681 22454/22454/21682 22446/22446/21674</w:t>
        <w:br/>
        <w:t>f 22453/22453/21681 22448/22448/21676 22449/22449/21677</w:t>
        <w:br/>
        <w:t>f 22452/22452/21680 22450/22450/21678 22455/22455/21683</w:t>
        <w:br/>
        <w:t>f 22455/22455/21683 22456/22456/21684 22452/22452/21680</w:t>
        <w:br/>
        <w:t>f 22454/22454/21682 22453/22453/21681 22457/22457/21685</w:t>
        <w:br/>
        <w:t>f 22457/22457/21685 22458/22458/21686 22454/22454/21682</w:t>
        <w:br/>
        <w:t>f 22456/22456/21684 22455/22455/21683 22459/22459/21687</w:t>
        <w:br/>
        <w:t>f 22459/22459/21687 22460/22460/21688 22456/22456/21684</w:t>
        <w:br/>
        <w:t>f 22460/22460/21688 22459/22459/21687 22461/22461/21689</w:t>
        <w:br/>
        <w:t>f 22458/22458/21686 22463/22462/21690 22462/22463/21691</w:t>
        <w:br/>
        <w:t>f 22463/22462/21690 22464/22464/21692 22462/22463/21691</w:t>
        <w:br/>
        <w:t>f 22463/22462/21690 22458/22458/21686 22457/22457/21685</w:t>
        <w:br/>
        <w:t>f 22464/22464/21692 22463/22462/21690 22465/22465/21693</w:t>
        <w:br/>
        <w:t>f 22466/22466/21694 22465/22465/21693 22463/22462/21690</w:t>
        <w:br/>
        <w:t>f 22457/22457/21685 22466/22466/21694 22463/22462/21690</w:t>
        <w:br/>
        <w:t>f 22465/22465/21693 22466/22466/21694 22467/22467/21695</w:t>
        <w:br/>
        <w:t>f 22466/22466/21694 22457/22457/21685 22468/22468/21696</w:t>
        <w:br/>
        <w:t>f 22453/22453/21681 22468/22468/21696 22457/22457/21685</w:t>
        <w:br/>
        <w:t>f 22469/22469/21697 22467/22467/21695 22466/22466/21694</w:t>
        <w:br/>
        <w:t>f 22468/22468/21696 22469/22469/21697 22466/22466/21694</w:t>
        <w:br/>
        <w:t>f 22467/22467/21695 22469/22469/21697 22470/22470/21698</w:t>
        <w:br/>
        <w:t>f 22468/22468/21696 22453/22453/21681 22471/22471/21699</w:t>
        <w:br/>
        <w:t>f 22471/22471/21699 22453/22453/21681 22449/22449/21677</w:t>
        <w:br/>
        <w:t>f 22469/22469/21697 22468/22468/21696 22472/22472/21700</w:t>
        <w:br/>
        <w:t>f 22471/22471/21699 22472/22472/21700 22468/22468/21696</w:t>
        <w:br/>
        <w:t>f 22473/22473/21701 22470/22470/21698 22469/22469/21697</w:t>
        <w:br/>
        <w:t>f 22470/22470/21698 22473/22473/21701 22474/22474/21702</w:t>
        <w:br/>
        <w:t>f 22473/22473/21701 22475/22475/21703 22474/22474/21702</w:t>
        <w:br/>
        <w:t>f 22476/22476/21704 22469/22469/21697 22472/22472/21700</w:t>
        <w:br/>
        <w:t>f 22469/22469/21697 22476/22476/21704 22473/22473/21701</w:t>
        <w:br/>
        <w:t>f 22475/22475/21703 22473/22473/21701 22477/22477/21705</w:t>
        <w:br/>
        <w:t>f 22480/22478/21706 22479/22479/21707 22478/22480/21708</w:t>
        <w:br/>
        <w:t>f 22479/22479/21707 22480/22478/21706 22481/22481/21709</w:t>
        <w:br/>
        <w:t>f 22477/22477/21705 22473/22473/21701 22482/22482/21710</w:t>
        <w:br/>
        <w:t>f 22480/22478/21706 22483/22483/21711 22481/22481/21709</w:t>
        <w:br/>
        <w:t>f 22482/22482/21710 22473/22473/21701 22476/22476/21704</w:t>
        <w:br/>
        <w:t>f 22483/22483/21711 22484/22484/21712 22481/22481/21709</w:t>
        <w:br/>
        <w:t>f 22483/22483/21711 22485/22485/21713 22484/22484/21712</w:t>
        <w:br/>
        <w:t>f 22486/22486/21714 22484/22484/21712 22485/22485/21713</w:t>
        <w:br/>
        <w:t>f 22476/22476/21704 22487/22487/21715 22482/22482/21710</w:t>
        <w:br/>
        <w:t>f 22485/22485/21713 22482/22482/21710 22487/22487/21715</w:t>
        <w:br/>
        <w:t>f 22485/22485/21713 22488/22488/21716 22486/22486/21714</w:t>
        <w:br/>
        <w:t>f 22489/22489/21717 22486/22486/21714 22488/22488/21716</w:t>
        <w:br/>
        <w:t>f 22487/22487/21715 22476/22476/21704 22490/22490/21718</w:t>
        <w:br/>
        <w:t>f 22476/22476/21704 22472/22472/21700 22490/22490/21718</w:t>
        <w:br/>
        <w:t>f 22488/22488/21716 22491/22491/21719 22489/22489/21717</w:t>
        <w:br/>
        <w:t>f 22489/22489/21717 22491/22491/21719 22492/22492/21720</w:t>
        <w:br/>
        <w:t>f 22491/22491/21719 22429/22429/21657 22492/22492/21720</w:t>
        <w:br/>
        <w:t>f 22429/22429/21657 22491/22491/21719 22428/22428/21656</w:t>
        <w:br/>
        <w:t>f 22493/22493/21721 22491/22491/21719 22488/22488/21716</w:t>
        <w:br/>
        <w:t>f 22493/22493/21721 22488/22488/21716 22485/22485/21713</w:t>
        <w:br/>
        <w:t>f 22495/22494/21722 22431/22431/21659 22494/22495/21723</w:t>
        <w:br/>
        <w:t>f 22494/22495/21723 22493/22493/21721 22495/22494/21722</w:t>
        <w:br/>
        <w:t>f 22431/22431/21659 22495/22494/21722 22430/22430/21658</w:t>
        <w:br/>
        <w:t>f 22493/22493/21721 22485/22485/21713 22496/22496/21724</w:t>
        <w:br/>
        <w:t>f 22495/22494/21722 22493/22493/21721 22496/22496/21724</w:t>
        <w:br/>
        <w:t>f 22487/22487/21715 22496/22496/21724 22485/22485/21713</w:t>
        <w:br/>
        <w:t>f 22430/22430/21658 22495/22494/21722 22497/22497/21725</w:t>
        <w:br/>
        <w:t>f 22495/22494/21722 22496/22496/21724 22497/22497/21725</w:t>
        <w:br/>
        <w:t>f 22430/22430/21658 22497/22497/21725 22433/22433/21661</w:t>
        <w:br/>
        <w:t>f 22487/22487/21715 22498/22498/21726 22496/22496/21724</w:t>
        <w:br/>
        <w:t>f 22497/22497/21725 22496/22496/21724 22498/22498/21726</w:t>
        <w:br/>
        <w:t>f 22487/22487/21715 22490/22490/21718 22498/22498/21726</w:t>
        <w:br/>
        <w:t>f 22433/22433/21661 22497/22497/21725 22499/22499/21727</w:t>
        <w:br/>
        <w:t>f 22497/22497/21725 22498/22498/21726 22499/22499/21727</w:t>
        <w:br/>
        <w:t>f 22433/22433/21661 22499/22499/21727 22436/22436/21664</w:t>
        <w:br/>
        <w:t>f 22499/22499/21727 22500/22500/21728 22436/22436/21664</w:t>
        <w:br/>
        <w:t>f 22499/22499/21727 22498/22498/21726 22500/22500/21728</w:t>
        <w:br/>
        <w:t>f 22442/22442/21670 22436/22436/21664 22500/22500/21728</w:t>
        <w:br/>
        <w:t>f 22498/22498/21726 22490/22490/21718 22501/22501/21729</w:t>
        <w:br/>
        <w:t>f 22498/22498/21726 22501/22501/21729 22500/22500/21728</w:t>
        <w:br/>
        <w:t>f 22500/22500/21728 22502/22502/21730 22442/22442/21670</w:t>
        <w:br/>
        <w:t>f 22502/22502/21730 22500/22500/21728 22501/22501/21729</w:t>
        <w:br/>
        <w:t>f 22503/22503/21731 22501/22501/21729 22490/22490/21718</w:t>
        <w:br/>
        <w:t>f 22501/22501/21729 22503/22503/21731 22502/22502/21730</w:t>
        <w:br/>
        <w:t>f 22490/22490/21718 22472/22472/21700 22503/22503/21731</w:t>
        <w:br/>
        <w:t>f 22472/22472/21700 22471/22471/21699 22503/22503/21731</w:t>
        <w:br/>
        <w:t>f 22502/22502/21730 22504/22504/21732 22442/22442/21670</w:t>
        <w:br/>
        <w:t>f 22503/22503/21731 22504/22504/21732 22502/22502/21730</w:t>
        <w:br/>
        <w:t>f 22504/22504/21732 22503/22503/21731 22471/22471/21699</w:t>
        <w:br/>
        <w:t>f 22443/22443/21671 22442/22442/21670 22504/22504/21732</w:t>
        <w:br/>
        <w:t>f 22471/22471/21699 22449/22449/21677 22504/22504/21732</w:t>
        <w:br/>
        <w:t>f 22504/22504/21732 22449/22449/21677 22443/22443/21671</w:t>
        <w:br/>
        <w:t>f 22507/22505/21733 22506/22506/21734 22505/22507/21735</w:t>
        <w:br/>
        <w:t>f 22506/22506/21734 22507/22505/21733 22508/22508/21736</w:t>
        <w:br/>
        <w:t>f 22508/22508/21736 22509/22509/21737 22506/22506/21734</w:t>
        <w:br/>
        <w:t>f 22509/22509/21737 22508/22508/21736 22510/22510/21738</w:t>
        <w:br/>
        <w:t>f 22510/22510/21738 22511/22511/21739 22509/22509/21737</w:t>
        <w:br/>
        <w:t>f 22514/22512/21740 22513/22513/21741 22512/22514/21742</w:t>
        <w:br/>
        <w:t>f 22512/22514/21742 22513/22513/21741 22515/22515/21743</w:t>
        <w:br/>
        <w:t>f 22511/22511/21739 22510/22510/21738 22516/22516/21739</w:t>
        <w:br/>
        <w:t>f 22517/22517/21744 22515/22515/21743 22513/22513/21741</w:t>
        <w:br/>
        <w:t>f 22518/22518/21745 22515/22515/21743 22517/22517/21744</w:t>
        <w:br/>
        <w:t>f 22519/22519/21739 22511/22511/21739 22516/22516/21739</w:t>
        <w:br/>
        <w:t>f 22511/22511/21739 22519/22519/21739 22520/22520/21739</w:t>
        <w:br/>
        <w:t>f 22519/22519/21739 22521/22521/21739 22520/22520/21739</w:t>
        <w:br/>
        <w:t>f 22521/22521/21739 22519/22519/21739 22522/22522/21739</w:t>
        <w:br/>
        <w:t>f 22524/22523/21746 22518/22518/21745 22523/22524/21747</w:t>
        <w:br/>
        <w:t>f 22517/22517/21744 22523/22524/21747 22518/22518/21745</w:t>
        <w:br/>
        <w:t>f 22526/22525/21748 22524/22523/21746 22525/22526/21749</w:t>
        <w:br/>
        <w:t>f 22523/22524/21747 22525/22526/21749 22524/22523/21746</w:t>
        <w:br/>
        <w:t>f 22523/22524/21747 22517/22517/21744 22527/22527/21750</w:t>
        <w:br/>
        <w:t>f 22525/22526/21749 22523/22524/21747 22528/22528/21751</w:t>
        <w:br/>
        <w:t>f 22527/22527/21750 22528/22528/21751 22523/22524/21747</w:t>
        <w:br/>
        <w:t>f 22525/22526/21749 22529/22529/21752 22526/22525/21748</w:t>
        <w:br/>
        <w:t>f 22532/22530/21753 22531/22531/21754 22530/22532/21755</w:t>
        <w:br/>
        <w:t>f 22535/22533/21756 22534/22534/21757 22533/22535/21758</w:t>
        <w:br/>
        <w:t>f 22536/22536/21759 22531/22531/21754 22532/22530/21753</w:t>
        <w:br/>
        <w:t>f 22534/22534/21757 22535/22533/21756 22537/22537/21760</w:t>
        <w:br/>
        <w:t>f 22531/22531/21754 22538/22538/21761 22530/22532/21755</w:t>
        <w:br/>
        <w:t>f 22537/22537/21760 22539/22539/21762 22534/22534/21757</w:t>
        <w:br/>
        <w:t>f 22539/22539/21762 22537/22537/21760 22540/22540/21762</w:t>
        <w:br/>
        <w:t>f 22530/22532/21755 22538/22538/21761 22541/22541/21763</w:t>
        <w:br/>
        <w:t>f 22528/22528/21751 22542/22542/21764 22525/22526/21749</w:t>
        <w:br/>
        <w:t>f 22529/22529/21752 22525/22526/21749 22542/22542/21764</w:t>
        <w:br/>
        <w:t>f 22542/22542/21764 22543/22543/21765 22529/22529/21752</w:t>
        <w:br/>
        <w:t>f 22538/22538/21761 22544/22544/21766 22541/22541/21763</w:t>
        <w:br/>
        <w:t>f 22541/22541/21763 22544/22544/21766 22545/22545/21767</w:t>
        <w:br/>
        <w:t>f 22546/22546/21768 22536/22536/21759 22532/22530/21753</w:t>
        <w:br/>
        <w:t>f 22517/22517/21744 22547/22547/21769 22527/22527/21750</w:t>
        <w:br/>
        <w:t>f 22546/22546/21768 22548/22548/21770 22536/22536/21759</w:t>
        <w:br/>
        <w:t>f 22548/22548/21770 22550/22549/21771 22549/22550/21772</w:t>
        <w:br/>
        <w:t>f 22550/22549/21771 22548/22548/21770 22546/22546/21768</w:t>
        <w:br/>
        <w:t>f 22547/22547/21769 22517/22517/21744 22513/22513/21741</w:t>
        <w:br/>
        <w:t>f 22547/22547/21769 22552/22551/21773 22551/22552/21774</w:t>
        <w:br/>
        <w:t>f 22552/22551/21773 22547/22547/21769 22513/22513/21741</w:t>
        <w:br/>
        <w:t>f 22513/22513/21741 22514/22512/21740 22552/22551/21773</w:t>
        <w:br/>
        <w:t>f 22551/22552/21774 22552/22551/21773 22553/22553/21775</w:t>
        <w:br/>
        <w:t>f 22552/22551/21773 22514/22512/21740 22554/22554/21776</w:t>
        <w:br/>
        <w:t>f 22552/22551/21773 22554/22554/21776 22553/22553/21775</w:t>
        <w:br/>
        <w:t>f 22557/22555/21777 22556/22556/21778 22555/22557/21779</w:t>
        <w:br/>
        <w:t>f 22556/22556/21778 22557/22555/21777 22558/22558/21780</w:t>
        <w:br/>
        <w:t>f 22555/22557/21779 22559/22559/21781 22557/22555/21777</w:t>
        <w:br/>
        <w:t>f 22559/22559/21781 22555/22557/21779 22560/22560/21782</w:t>
        <w:br/>
        <w:t>f 22561/22561/21783 22554/22554/21776 22514/22512/21740</w:t>
        <w:br/>
        <w:t>f 22564/22562/21784 22563/22563/21785 22562/22564/21786</w:t>
        <w:br/>
        <w:t>f 22564/22562/21784 22565/22565/21787 22563/22563/21785</w:t>
        <w:br/>
        <w:t>f 22568/22566/21788 22567/22567/21789 22566/22568/21790</w:t>
        <w:br/>
        <w:t>f 22569/22569/21791 22563/22563/21785 22565/22565/21787</w:t>
        <w:br/>
        <w:t>f 22563/22563/21785 22569/22569/21791 22570/22570/21792</w:t>
        <w:br/>
        <w:t>f 22568/22566/21788 22571/22571/21793 22567/22567/21789</w:t>
        <w:br/>
        <w:t>f 22571/22571/21793 22572/22572/21794 22567/22567/21789</w:t>
        <w:br/>
        <w:t>f 22575/22573/21795 22574/22574/21796 22573/22575/21797</w:t>
        <w:br/>
        <w:t>f 22573/22575/21797 22574/22574/21796 22576/22576/21798</w:t>
        <w:br/>
        <w:t>f 22571/22571/21793 22577/22577/21799 22572/22572/21794</w:t>
        <w:br/>
        <w:t>f 22573/22575/21797 22578/22578/21800 22575/22573/21795</w:t>
        <w:br/>
        <w:t>f 22581/22579/21801 22580/22580/21802 22579/22581/21803</w:t>
        <w:br/>
        <w:t>f 22582/22582/21804 22579/22581/21803 22580/22580/21802</w:t>
        <w:br/>
        <w:t>f 22580/22580/21802 22583/22583/21805 22582/22582/21804</w:t>
        <w:br/>
        <w:t>f 22584/22584/21806 22582/22582/21804 22583/22583/21805</w:t>
        <w:br/>
        <w:t>f 22578/22578/21800 22573/22575/21797 22585/22585/21807</w:t>
        <w:br/>
        <w:t>f 22586/22586/21808 22584/22584/21806 22583/22583/21805</w:t>
        <w:br/>
        <w:t>f 22577/22577/21799 22587/22587/21809 22572/22572/21794</w:t>
        <w:br/>
        <w:t>f 22588/22588/21810 22570/22570/21792 22569/22569/21791</w:t>
        <w:br/>
        <w:t>f 22570/22570/21792 22588/22588/21810 22589/22589/21811</w:t>
        <w:br/>
        <w:t>f 22590/22590/21812 22589/22589/21811 22588/22588/21810</w:t>
        <w:br/>
        <w:t>f 22587/22587/21809 22577/22577/21799 22591/22591/21813</w:t>
        <w:br/>
        <w:t>f 22592/22592/21814 22578/22578/21800 22585/22585/21807</w:t>
        <w:br/>
        <w:t>f 22591/22591/21813 22593/22593/21815 22587/22587/21809</w:t>
        <w:br/>
        <w:t>f 22584/22584/21806 22586/22586/21808 22594/22594/21816</w:t>
        <w:br/>
        <w:t>f 22592/22592/21814 22585/22585/21807 22595/22595/21817</w:t>
        <w:br/>
        <w:t>f 22596/22596/21818 22594/22594/21816 22586/22586/21808</w:t>
        <w:br/>
        <w:t>f 22589/22589/21811 22590/22590/21812 22597/22597/21819</w:t>
        <w:br/>
        <w:t>f 22590/22590/21812 22598/22598/21820 22597/22597/21819</w:t>
        <w:br/>
        <w:t>f 22594/22594/21816 22596/22596/21818 22599/22599/21821</w:t>
        <w:br/>
        <w:t>f 22600/22600/21822 22599/22599/21821 22596/22596/21818</w:t>
        <w:br/>
        <w:t>f 22595/22595/21817 22601/22601/21823 22592/22592/21814</w:t>
        <w:br/>
        <w:t>f 22601/22601/21823 22595/22595/21817 22602/22602/21824</w:t>
        <w:br/>
        <w:t>f 22593/22593/21815 22591/22591/21813 22603/22603/21825</w:t>
        <w:br/>
        <w:t>f 22599/22599/21821 22600/22600/21822 22604/22604/21826</w:t>
        <w:br/>
        <w:t>f 22605/22605/21827 22601/22601/21823 22602/22602/21824</w:t>
        <w:br/>
        <w:t>f 22598/22598/21820 22590/22590/21812 22606/22606/21828</w:t>
        <w:br/>
        <w:t>f 22603/22603/21825 22607/22607/21829 22593/22593/21815</w:t>
        <w:br/>
        <w:t>f 22606/22606/21828 22608/22608/21830 22598/22598/21820</w:t>
        <w:br/>
        <w:t>f 22601/22601/21823 22605/22605/21827 22609/22609/21831</w:t>
        <w:br/>
        <w:t>f 22607/22607/21829 22603/22603/21825 22610/22610/21832</w:t>
        <w:br/>
        <w:t>f 22600/22600/21822 22611/22611/21833 22604/22604/21826</w:t>
        <w:br/>
        <w:t>f 22612/22612/21834 22609/22609/21831 22605/22605/21827</w:t>
        <w:br/>
        <w:t>f 22611/22611/21833 22600/22600/21822 22613/22613/21835</w:t>
        <w:br/>
        <w:t>f 22614/22614/21836 22611/22611/21833 22613/22613/21835</w:t>
        <w:br/>
        <w:t>f 22615/22615/21837 22607/22607/21829 22610/22610/21832</w:t>
        <w:br/>
        <w:t>f 22609/22609/21831 22612/22612/21834 22616/22616/21838</w:t>
        <w:br/>
        <w:t>f 22611/22611/21833 22614/22614/21836 22617/22617/21839</w:t>
        <w:br/>
        <w:t>f 22618/22618/21840 22616/22616/21838 22612/22612/21834</w:t>
        <w:br/>
        <w:t>f 22614/22614/21836 22619/22619/21841 22617/22617/21839</w:t>
        <w:br/>
        <w:t>f 22614/22614/21836 22620/22620/21842 22619/22619/21841</w:t>
        <w:br/>
        <w:t>f 22621/22621/21843 22619/22619/21841 22620/22620/21842</w:t>
        <w:br/>
        <w:t>f 22616/22616/21838 22618/22618/21840 22622/22622/21844</w:t>
        <w:br/>
        <w:t>f 22623/22623/21845 22622/22622/21844 22618/22618/21840</w:t>
        <w:br/>
        <w:t>f 22607/22607/21829 22615/22615/21837 22624/22624/21846</w:t>
        <w:br/>
        <w:t>f 22608/22608/21830 22606/22606/21828 22625/22625/21847</w:t>
        <w:br/>
        <w:t>f 22625/22625/21847 22626/22626/21848 22608/22608/21830</w:t>
        <w:br/>
        <w:t>f 22615/22615/21837 22627/22627/21849 22624/22624/21846</w:t>
        <w:br/>
        <w:t>f 22626/22626/21848 22625/22625/21847 22628/22628/21850</w:t>
        <w:br/>
        <w:t>f 22627/22627/21849 22615/22615/21837 22629/22629/21851</w:t>
        <w:br/>
        <w:t>f 22628/22628/21850 22630/22630/21852 22626/22626/21848</w:t>
        <w:br/>
        <w:t>f 22622/22622/21844 22623/22623/21845 22631/22631/21853</w:t>
        <w:br/>
        <w:t>f 22632/22632/21854 22627/22627/21849 22629/22629/21851</w:t>
        <w:br/>
        <w:t>f 22619/22619/21841 22621/22621/21843 22633/22633/21855</w:t>
        <w:br/>
        <w:t>f 22634/22634/21856 22631/22631/21853 22623/22623/21845</w:t>
        <w:br/>
        <w:t>f 22621/22621/21843 22635/22635/21857 22633/22633/21855</w:t>
        <w:br/>
        <w:t>f 22621/22621/21843 22636/22636/21858 22635/22635/21857</w:t>
        <w:br/>
        <w:t>f 22631/22631/21853 22634/22634/21856 22637/22637/21859</w:t>
        <w:br/>
        <w:t>f 22638/22638/21860 22637/22637/21859 22634/22634/21856</w:t>
        <w:br/>
        <w:t>f 22627/22627/21849 22632/22632/21854 22639/22639/21861</w:t>
        <w:br/>
        <w:t>f 22628/22628/21850 22640/22640/21862 22630/22630/21852</w:t>
        <w:br/>
        <w:t>f 22640/22640/21862 22641/22641/21863 22630/22630/21852</w:t>
        <w:br/>
        <w:t>f 22632/22632/21854 22642/22642/21864 22639/22639/21861</w:t>
        <w:br/>
        <w:t>f 22641/22641/21863 22640/22640/21862 22643/22643/21865</w:t>
        <w:br/>
        <w:t>f 22642/22642/21864 22632/22632/21854 22644/22644/21866</w:t>
        <w:br/>
        <w:t>f 22645/22645/21867 22641/22641/21863 22643/22643/21865</w:t>
        <w:br/>
        <w:t>f 22637/22637/21859 22638/22638/21860 22646/22646/21868</w:t>
        <w:br/>
        <w:t>f 22647/22647/21869 22642/22642/21864 22644/22644/21866</w:t>
        <w:br/>
        <w:t>f 22645/22645/21867 22643/22643/21865 22648/22648/21870</w:t>
        <w:br/>
        <w:t>f 22642/22642/21864 22647/22647/21869 22649/22649/21871</w:t>
        <w:br/>
        <w:t>f 22650/22650/21872 22645/22645/21867 22648/22648/21870</w:t>
        <w:br/>
        <w:t>f 22651/22651/21873 22646/22646/21868 22638/22638/21860</w:t>
        <w:br/>
        <w:t>f 22636/22636/21858 22652/22652/21874 22635/22635/21857</w:t>
        <w:br/>
        <w:t>f 22636/22636/21858 22653/22653/21875 22652/22652/21874</w:t>
        <w:br/>
        <w:t>f 22654/22654/21876 22649/22649/21871 22647/22647/21869</w:t>
        <w:br/>
        <w:t>f 22646/22646/21868 22651/22651/21873 22655/22655/21877</w:t>
        <w:br/>
        <w:t>f 22648/22648/21870 22656/22656/21878 22650/22650/21872</w:t>
        <w:br/>
        <w:t>f 22649/22649/21871 22654/22654/21876 22657/22657/21879</w:t>
        <w:br/>
        <w:t>f 22658/22658/21880 22650/22650/21872 22656/22656/21878</w:t>
        <w:br/>
        <w:t>f 22653/22653/21875 22659/22659/21881 22652/22652/21874</w:t>
        <w:br/>
        <w:t>f 22660/22660/21882 22655/22655/21877 22651/22651/21873</w:t>
        <w:br/>
        <w:t>f 22653/22653/21875 22661/22661/21883 22659/22659/21881</w:t>
        <w:br/>
        <w:t>f 22662/22662/21884 22657/22657/21879 22654/22654/21876</w:t>
        <w:br/>
        <w:t>f 22655/22655/21877 22660/22660/21882 22663/22663/21885</w:t>
        <w:br/>
        <w:t>f 22656/22656/21878 22664/22664/21886 22658/22658/21880</w:t>
        <w:br/>
        <w:t>f 22657/22657/21879 22662/22662/21884 22665/22665/21887</w:t>
        <w:br/>
        <w:t>f 22666/22666/21888 22658/22658/21880 22664/22664/21886</w:t>
        <w:br/>
        <w:t>f 22667/22667/21889 22659/22659/21881 22661/22661/21883</w:t>
        <w:br/>
        <w:t>f 22668/22668/21890 22663/22663/21885 22660/22660/21882</w:t>
        <w:br/>
        <w:t>f 22661/22661/21883 22669/22669/21891 22667/22667/21889</w:t>
        <w:br/>
        <w:t>f 22669/22669/21891 22671/22670/21892 22670/22671/21893</w:t>
        <w:br/>
        <w:t>f 22670/22671/21893 22667/22667/21889 22669/22669/21891</w:t>
        <w:br/>
        <w:t>f 22668/22668/21890 22673/22672/21894 22672/22673/21894</w:t>
        <w:br/>
        <w:t>f 22663/22663/21885 22668/22668/21890 22674/22674/21895</w:t>
        <w:br/>
        <w:t>f 22672/22673/21894 22674/22674/21895 22668/22668/21890</w:t>
        <w:br/>
        <w:t>f 22675/22675/21896 22665/22665/21887 22662/22662/21884</w:t>
        <w:br/>
        <w:t>f 22677/22676/21897 22676/22677/21898 22675/22675/21896</w:t>
        <w:br/>
        <w:t>f 22665/22665/21887 22675/22675/21896 22676/22677/21898</w:t>
        <w:br/>
        <w:t>f 22664/22664/21886 22678/22678/21899 22666/22666/21888</w:t>
        <w:br/>
        <w:t>f 22676/22677/21898 22677/22676/21897 22679/22679/21900</w:t>
        <w:br/>
        <w:t>f 22680/22680/21901 22666/22666/21888 22678/22678/21899</w:t>
        <w:br/>
        <w:t>f 22666/22666/21888 22680/22680/21901 22681/22681/21902</w:t>
        <w:br/>
        <w:t>f 22683/22682/21903 22035/22033/21262 22682/22683/21264</w:t>
        <w:br/>
        <w:t>f 22684/22684/21904 22035/22033/21262 22683/22682/21903</w:t>
        <w:br/>
        <w:t>f 22685/22685/21905 22684/22684/21904 22683/22682/21903</w:t>
        <w:br/>
        <w:t>f 22031/22029/21258 22685/22685/21905 22686/22686/21906</w:t>
        <w:br/>
        <w:t>f 22684/22684/21904 22685/22685/21905 22687/22687/21907</w:t>
        <w:br/>
        <w:t>f 22689/22688/21908 21887/21887/21122 22688/22689/21909</w:t>
        <w:br/>
        <w:t>f 22685/22685/21905 22031/22029/21258 22687/22687/21907</w:t>
        <w:br/>
        <w:t>f 21887/21887/21122 22689/22688/21908 21884/21886/21121</w:t>
        <w:br/>
        <w:t>f 22692/22690/21910 22691/22691/21911 22690/22692/21910</w:t>
        <w:br/>
        <w:t>f 22691/22691/21911 22692/22690/21910 22693/22693/21910</w:t>
        <w:br/>
        <w:t>f 22694/22694/21910 22693/22693/21910 22692/22690/21910</w:t>
        <w:br/>
        <w:t>f 22693/22693/21910 22694/22694/21910 22695/22695/21910</w:t>
        <w:br/>
        <w:t>f 22696/22696/21910 22695/22695/21910 22694/22694/21910</w:t>
        <w:br/>
        <w:t>f 22695/22695/21910 22696/22696/21910 22697/22697/21910</w:t>
        <w:br/>
        <w:t>f 22700/22698/21912 22699/22699/21912 22698/22700/21912</w:t>
        <w:br/>
        <w:t>f 22701/22701/21912 22700/22698/21912 22698/22700/21912</w:t>
        <w:br/>
        <w:t>f 22701/22701/21912 22703/22702/21912 22702/22703/21912</w:t>
        <w:br/>
        <w:t>f 22700/22698/21912 22701/22701/21912 22702/22703/21912</w:t>
        <w:br/>
        <w:t>f 22700/22698/21912 22704/22704/21912 22699/22699/21912</w:t>
        <w:br/>
        <w:t>f 22707/22705/21913 22706/22706/21914 22705/22707/21915</w:t>
        <w:br/>
        <w:t>f 22706/22706/21914 22707/22705/21913 22708/22708/21916</w:t>
        <w:br/>
        <w:t>f 22700/22698/21912 22709/22709/21912 22704/22704/21912</w:t>
        <w:br/>
        <w:t>f 22710/22710/21917 22707/22705/21913 22705/22707/21915</w:t>
        <w:br/>
        <w:t>f 22711/22711/21912 22709/22709/21912 22700/22698/21912</w:t>
        <w:br/>
        <w:t>f 22707/22705/21913 22710/22710/21917 22712/22712/21918</w:t>
        <w:br/>
        <w:t>f 22709/22709/21912 22711/22711/21912 22713/22713/21912</w:t>
        <w:br/>
        <w:t>f 22714/22714/21919 22712/22712/21918 22710/22710/21917</w:t>
        <w:br/>
        <w:t>f 22712/22712/21918 22714/22714/21919 22715/22715/21920</w:t>
        <w:br/>
        <w:t>f 22711/22711/21912 22716/22716/21912 22713/22713/21912</w:t>
        <w:br/>
        <w:t>f 22717/22717/21921 22715/22715/21920 22714/22714/21919</w:t>
        <w:br/>
        <w:t>f 22718/22718/21912 22713/22713/21912 22716/22716/21912</w:t>
        <w:br/>
        <w:t>f 22717/22717/21921 22714/22714/21919 22719/22719/21922</w:t>
        <w:br/>
        <w:t>f 22718/22718/21912 22716/22716/21912 22720/22720/21912</w:t>
        <w:br/>
        <w:t>f 22721/22721/21923 22717/22717/21921 22719/22719/21922</w:t>
        <w:br/>
        <w:t>f 22722/22722/21912 22718/22718/21912 22720/22720/21912</w:t>
        <w:br/>
        <w:t>f 22721/22721/21923 22719/22719/21922 22723/22723/21924</w:t>
        <w:br/>
        <w:t>f 22718/22718/21912 22722/22722/21912 22724/22724/21912</w:t>
        <w:br/>
        <w:t>f 22725/22725/21925 22721/22721/21923 22723/22723/21924</w:t>
        <w:br/>
        <w:t>f 22726/22726/21912 22724/22724/21912 22722/22722/21912</w:t>
        <w:br/>
        <w:t>f 22724/22724/21912 22726/22726/21912 22727/22727/21912</w:t>
        <w:br/>
        <w:t>f 22725/22725/21925 22723/22723/21924 22728/22728/21926</w:t>
        <w:br/>
        <w:t>f 22729/22729/21912 22727/22727/21912 22726/22726/21912</w:t>
        <w:br/>
        <w:t>f 22730/22730/21927 22725/22725/21925 22728/22728/21926</w:t>
        <w:br/>
        <w:t>f 22727/22727/21912 22729/22729/21912 22731/22731/21912</w:t>
        <w:br/>
        <w:t>f 22725/22725/21925 22730/22730/21927 22732/22732/21928</w:t>
        <w:br/>
        <w:t>f 22702/22703/21912 22731/22731/21912 22729/22729/21912</w:t>
        <w:br/>
        <w:t>f 22733/22733/21929 22732/22732/21928 22730/22730/21927</w:t>
        <w:br/>
        <w:t>f 22731/22731/21912 22702/22703/21912 22734/22734/21912</w:t>
        <w:br/>
        <w:t>f 22703/22702/21912 22734/22734/21912 22702/22703/21912</w:t>
        <w:br/>
        <w:t>f 22732/22732/21928 22733/22733/21929 22735/22735/21930</w:t>
        <w:br/>
        <w:t>f 22736/22736/21931 22735/22735/21930 22733/22733/21929</w:t>
        <w:br/>
        <w:t>f 22735/22735/21930 22736/22736/21931 22737/22737/21932</w:t>
        <w:br/>
        <w:t>f 22740/22738/21933 22739/22739/21934 22738/22740/21933</w:t>
        <w:br/>
        <w:t>f 22739/22739/21934 22740/22738/21933 22741/22741/21935</w:t>
        <w:br/>
        <w:t>f 22741/22741/21935 22742/22742/21936 22739/22739/21934</w:t>
        <w:br/>
        <w:t>f 22742/22742/21936 22741/22741/21935 22743/22743/21937</w:t>
        <w:br/>
        <w:t>f 22744/22744/21938 22742/22742/21936 22743/22743/21937</w:t>
        <w:br/>
        <w:t>f 22747/22745/21939 22746/22746/21939 22745/22747/21939</w:t>
        <w:br/>
        <w:t>f 22747/22745/21939 22748/22748/21939 22746/22746/21939</w:t>
        <w:br/>
        <w:t>f 22743/22743/21937 22749/22749/21940 22744/22744/21938</w:t>
        <w:br/>
        <w:t>f 22750/22750/21941 22744/22744/21938 22749/22749/21940</w:t>
        <w:br/>
        <w:t>f 22748/22748/21939 22747/22745/21939 22751/22751/21939</w:t>
        <w:br/>
        <w:t>f 22751/22751/21939 22752/22752/21939 22748/22748/21939</w:t>
        <w:br/>
        <w:t>f 22753/22753/21939 22752/22752/21939 22751/22751/21939</w:t>
        <w:br/>
        <w:t>f 22752/22752/21939 22753/22753/21939 22754/22754/21939</w:t>
        <w:br/>
        <w:t>f 22749/22749/21940 22755/22755/21942 22750/22750/21941</w:t>
        <w:br/>
        <w:t>f 22753/22753/21939 22756/22756/21943 22754/22754/21939</w:t>
        <w:br/>
        <w:t>f 22757/22757/21939 22754/22754/21939 22756/22756/21943</w:t>
        <w:br/>
        <w:t>f 22758/22758/21944 22750/22750/21941 22755/22755/21942</w:t>
        <w:br/>
        <w:t>f 22754/22754/21939 22757/22757/21939 22759/22759/21939</w:t>
        <w:br/>
        <w:t>f 22750/22750/21941 22758/22758/21944 22760/22760/21945</w:t>
        <w:br/>
        <w:t>f 22761/22761/21939 22759/22759/21939 22757/22757/21939</w:t>
        <w:br/>
        <w:t>f 22762/22762/21946 22760/22760/21945 22758/22758/21944</w:t>
        <w:br/>
        <w:t>f 22759/22759/21939 22761/22761/21939 22763/22763/21939</w:t>
        <w:br/>
        <w:t>f 22760/22760/21945 22762/22762/21946 22764/22764/21947</w:t>
        <w:br/>
        <w:t>f 22765/22765/21939 22763/22763/21939 22761/22761/21939</w:t>
        <w:br/>
        <w:t>f 22762/22762/21946 22766/22766/21948 22764/22764/21947</w:t>
        <w:br/>
        <w:t>f 22763/22763/21939 22765/22765/21939 22767/22767/21939</w:t>
        <w:br/>
        <w:t>f 22766/22766/21948 22762/22762/21946 22768/22768/21949</w:t>
        <w:br/>
        <w:t>f 22769/22769/21939 22767/22767/21939 22765/22765/21939</w:t>
        <w:br/>
        <w:t>f 22770/22770/21950 22766/22766/21948 22768/22768/21949</w:t>
        <w:br/>
        <w:t>f 22767/22767/21939 22769/22769/21939 22771/22771/21939</w:t>
        <w:br/>
        <w:t>f 22766/22766/21948 22770/22770/21950 22772/22772/21951</w:t>
        <w:br/>
        <w:t>f 22773/22773/21939 22771/22771/21939 22769/22769/21939</w:t>
        <w:br/>
        <w:t>f 22774/22774/21952 22772/22772/21951 22770/22770/21950</w:t>
        <w:br/>
        <w:t>f 22772/22772/21951 22774/22774/21952 22775/22775/21953</w:t>
        <w:br/>
        <w:t>f 22776/22776/21939 22773/22773/21939 22769/22769/21939</w:t>
        <w:br/>
        <w:t>f 22747/22745/21939 22776/22776/21939 22769/22769/21939</w:t>
        <w:br/>
        <w:t>f 22747/22745/21939 22745/22747/21939 22777/22777/21939</w:t>
        <w:br/>
        <w:t>f 22776/22776/21939 22747/22745/21939 22777/22777/21939</w:t>
        <w:br/>
        <w:t>f 22780/22778/21954 22779/22779/21954 22778/22780/21955</w:t>
        <w:br/>
        <w:t>f 22779/22779/21954 22780/22778/21954 22781/22781/21956</w:t>
        <w:br/>
        <w:t>f 22782/22782/21955 22779/22779/21954 22781/22781/21956</w:t>
        <w:br/>
        <w:t>f 22781/22781/21956 22783/22783/21955 22782/22782/21955</w:t>
        <w:br/>
        <w:t>f 22783/22783/21955 22784/22784/21954 22782/22782/21955</w:t>
        <w:br/>
        <w:t>f 22784/22784/21954 22783/22783/21955 22785/22785/21954</w:t>
        <w:br/>
        <w:t>f 22788/22786/21957 22787/22787/21958 22786/22788/21959</w:t>
        <w:br/>
        <w:t>f 22791/22789/21960 22790/22790/21961 22789/22791/21962</w:t>
        <w:br/>
        <w:t>f 22792/22792/21963 22790/22790/21961 22791/22789/21960</w:t>
        <w:br/>
        <w:t>f 22787/22787/21958 22788/22786/21957 22793/22793/21964</w:t>
        <w:br/>
        <w:t>f 22796/22794/21965 22795/22795/21966 22794/22796/21967</w:t>
        <w:br/>
        <w:t>f 22795/22795/21966 22796/22794/21965 22797/22797/21968</w:t>
        <w:br/>
        <w:t>f 22800/22798/21969 22799/22799/21970 22798/22800/21971</w:t>
        <w:br/>
        <w:t>f 22799/22799/21970 22800/22798/21969 22801/22801/21972</w:t>
        <w:br/>
        <w:t>f 22802/22802/21973 22799/22799/21970 22801/22801/21972</w:t>
        <w:br/>
        <w:t>f 22803/22803/21974 22799/22799/21970 22802/22802/21973</w:t>
        <w:br/>
        <w:t>f 22806/22804/21975 22805/22805/21976 22804/22806/21977</w:t>
        <w:br/>
        <w:t>f 22803/22803/21974 22802/22802/21973 22807/22807/21978</w:t>
        <w:br/>
        <w:t>f 22809/22808/21979 22808/22809/21980 22804/22806/21977</w:t>
        <w:br/>
        <w:t>f 22804/22806/21977 22805/22805/21976 22809/22808/21979</w:t>
        <w:br/>
        <w:t>f 22808/22809/21980 22811/22810/21981 22810/22811/21982</w:t>
        <w:br/>
        <w:t>f 22808/22809/21980 22809/22808/21979 22811/22810/21981</w:t>
        <w:br/>
        <w:t>f 22812/22812/21983 22803/22803/21974 22807/22807/21978</w:t>
        <w:br/>
        <w:t>f 22803/22803/21974 22812/22812/21983 22813/22813/21984</w:t>
        <w:br/>
        <w:t>f 22810/22811/21982 22811/22810/21981 22814/22814/21985</w:t>
        <w:br/>
        <w:t>f 22814/22814/21985 22815/22815/21986 22810/22811/21982</w:t>
        <w:br/>
        <w:t>f 22809/22808/21979 22817/22816/21987 22816/22817/21988</w:t>
        <w:br/>
        <w:t>f 22816/22817/21989 22819/22818/21990 22818/22819/21991</w:t>
        <w:br/>
        <w:t>f 22817/22816/21992 22819/22818/21993 22811/22810/21994</w:t>
        <w:br/>
        <w:t>f 22815/22815/21986 22814/22814/21985 22820/22820/21995</w:t>
        <w:br/>
        <w:t>f 22823/22821/21996 22822/22822/21997 22821/22823/21998</w:t>
        <w:br/>
        <w:t>f 22819/22818/21990 22821/22823/21998 22824/22824/21999</w:t>
        <w:br/>
        <w:t>f 22817/22816/21987 22809/22808/21979 22825/22825/22000</w:t>
        <w:br/>
        <w:t>f 22809/22808/21979 22826/22826/22001 22825/22825/22000</w:t>
        <w:br/>
        <w:t>f 22822/22822/21997 22827/22827/22002 22821/22823/21998</w:t>
        <w:br/>
        <w:t>f 22828/22828/22003 22827/22827/22004 22817/22816/21987</w:t>
        <w:br/>
        <w:t>f 22829/22829/22005 22824/22824/21999 22821/22823/21998</w:t>
        <w:br/>
        <w:t>f 22824/22824/21999 22829/22829/22005 22830/22830/22006</w:t>
        <w:br/>
        <w:t>f 22832/22831/22007 22821/22823/21998 22831/22832/22008</w:t>
        <w:br/>
        <w:t>f 22821/22823/21998 22832/22831/22007 22829/22829/22005</w:t>
        <w:br/>
        <w:t>f 22828/22828/22003 22833/22833/22009 22827/22827/22004</w:t>
        <w:br/>
        <w:t>f 22832/22831/22007 22831/22832/22008 22834/22834/22010</w:t>
        <w:br/>
        <w:t>f 22831/22832/22008 22835/22835/22011 22834/22834/22010</w:t>
        <w:br/>
        <w:t>f 22837/22836/22012 22832/22831/22007 22836/22837/22013</w:t>
        <w:br/>
        <w:t>f 22838/22838/22014 22833/22833/22009 22828/22828/22003</w:t>
        <w:br/>
        <w:t>f 22839/22839/22015 22825/22825/22000 22826/22826/22001</w:t>
        <w:br/>
        <w:t>f 22840/22840/22016 22834/22834/22010 22835/22835/22011</w:t>
        <w:br/>
        <w:t>f 22842/22841/22017 22840/22840/22016 22841/22842/22018</w:t>
        <w:br/>
        <w:t>f 22843/22843/22019 22839/22839/22015 22826/22826/22001</w:t>
        <w:br/>
        <w:t>f 22840/22840/22016 22842/22841/22017 22844/22844/22020</w:t>
        <w:br/>
        <w:t>f 22826/22826/22001 22845/22845/22021 22843/22843/22019</w:t>
        <w:br/>
        <w:t>f 22840/22840/22016 22844/22844/22020 22846/22846/22022</w:t>
        <w:br/>
        <w:t>f 22848/22847/22023 22846/22846/22024 22847/22848/22025</w:t>
        <w:br/>
        <w:t>f 22846/22846/22024 22848/22847/22023 22849/22849/22026</w:t>
        <w:br/>
        <w:t>f 22846/22846/22022 22850/22850/22027 22840/22840/22016</w:t>
        <w:br/>
        <w:t>f 22834/22834/22010 22840/22840/22016 22851/22851/22028</w:t>
        <w:br/>
        <w:t>f 22850/22850/22029 22853/22852/22030 22852/22853/22031</w:t>
        <w:br/>
        <w:t>f 22853/22852/22030 22850/22850/22029 22854/22854/22032</w:t>
        <w:br/>
        <w:t>f 22832/22831/22007 22837/22836/22012 22855/22855/22033</w:t>
        <w:br/>
        <w:t>f 22855/22855/22033 22829/22829/22005 22832/22831/22007</w:t>
        <w:br/>
        <w:t>f 22858/22856/22034 22857/22857/22035 22856/22858/22036</w:t>
        <w:br/>
        <w:t>f 22859/22859/22037 22856/22858/22036 22857/22857/22035</w:t>
        <w:br/>
        <w:t>f 22858/22856/22034 22856/22858/22036 22860/22860/22038</w:t>
        <w:br/>
        <w:t>f 22829/22829/22005 22855/22855/22033 22861/22861/22039</w:t>
        <w:br/>
        <w:t>f 22860/22860/22038 22856/22858/22036 22862/22862/22040</w:t>
        <w:br/>
        <w:t>f 22829/22829/22005 22861/22861/22039 22863/22863/22041</w:t>
        <w:br/>
        <w:t>f 22863/22863/22041 22860/22860/22038 22862/22862/22040</w:t>
        <w:br/>
        <w:t>f 22863/22863/22041 22830/22830/22006 22829/22829/22005</w:t>
        <w:br/>
        <w:t>f 22862/22862/22040 22864/22864/22042 22863/22863/22041</w:t>
        <w:br/>
        <w:t>f 22830/22830/22006 22863/22863/22041 22864/22864/22042</w:t>
        <w:br/>
        <w:t>f 22864/22864/22042 22862/22862/22040 22865/22865/22043</w:t>
        <w:br/>
        <w:t>f 22866/22866/22044 22864/22864/22042 22865/22865/22043</w:t>
        <w:br/>
        <w:t>f 22867/22867/22045 22830/22830/22006 22864/22864/22042</w:t>
        <w:br/>
        <w:t>f 22867/22867/22045 22814/22814/21985 22830/22830/22006</w:t>
        <w:br/>
        <w:t>f 22868/22868/22046 22864/22864/22042 22866/22866/22044</w:t>
        <w:br/>
        <w:t>f 22864/22864/22042 22869/22869/22047 22867/22867/22045</w:t>
        <w:br/>
        <w:t>f 22866/22866/22044 22870/22870/22048 22868/22868/22046</w:t>
        <w:br/>
        <w:t>f 22814/22814/21985 22867/22867/22045 22820/22820/21995</w:t>
        <w:br/>
        <w:t>f 22871/22871/22049 22868/22868/22046 22870/22870/22048</w:t>
        <w:br/>
        <w:t>f 22870/22870/22048 22872/22872/22050 22871/22871/22049</w:t>
        <w:br/>
        <w:t>f 22873/22873/22051 22867/22867/22045 22869/22869/22047</w:t>
        <w:br/>
        <w:t>f 22874/22874/22052 22873/22873/22051 22869/22869/22047</w:t>
        <w:br/>
        <w:t>f 22877/22875/22053 22876/22876/22054 22875/22877/22055</w:t>
        <w:br/>
        <w:t>f 22871/22871/22049 22872/22872/22050 22878/22878/22056</w:t>
        <w:br/>
        <w:t>f 22872/22872/22050 22879/22879/22057 22878/22878/22056</w:t>
        <w:br/>
        <w:t>f 22876/22876/22054 22877/22875/22053 22880/22880/22058</w:t>
        <w:br/>
        <w:t>f 22883/22881/22059 22882/22882/22060 22881/22883/22061</w:t>
        <w:br/>
        <w:t>f 22873/22873/22051 22874/22874/22052 22884/22884/22062</w:t>
        <w:br/>
        <w:t>f 22885/22885/22063 22880/22880/22058 22877/22875/22053</w:t>
        <w:br/>
        <w:t>f 22886/22886/22064 22884/22884/22062 22874/22874/22052</w:t>
        <w:br/>
        <w:t>f 22886/22886/22064 22874/22874/22052 22887/22887/22065</w:t>
        <w:br/>
        <w:t>f 22880/22880/22058 22885/22885/22063 22888/22888/22066</w:t>
        <w:br/>
        <w:t>f 22889/22889/22067 22888/22888/22066 22885/22885/22063</w:t>
        <w:br/>
        <w:t>f 22881/22883/22061 22890/22890/22068 22883/22881/22059</w:t>
        <w:br/>
        <w:t>f 22891/22891/22069 22890/22890/22068 22881/22883/22061</w:t>
        <w:br/>
        <w:t>f 22894/22892/22070 22893/22893/22071 22892/22894/22072</w:t>
        <w:br/>
        <w:t>f 22894/22892/22070 22892/22894/22072 22895/22895/22073</w:t>
        <w:br/>
        <w:t>f 22890/22890/22068 22891/22891/22069 22896/22896/22074</w:t>
        <w:br/>
        <w:t>f 22898/22897/22075 22820/22820/21995 22897/22898/22076</w:t>
        <w:br/>
        <w:t>f 22898/22897/22075 22815/22815/21986 22820/22820/21995</w:t>
        <w:br/>
        <w:t>f 22899/22899/22077 22813/22813/21984 22812/22812/21983</w:t>
        <w:br/>
        <w:t>f 22813/22813/21984 22899/22899/22077 22900/22900/22078</w:t>
        <w:br/>
        <w:t>f 22899/22899/22077 22901/22901/22079 22900/22900/22078</w:t>
        <w:br/>
        <w:t>f 22893/22893/22071 22902/22902/22080 22892/22894/22072</w:t>
        <w:br/>
        <w:t>f 22903/22903/22081 22898/22897/22075 22897/22898/22076</w:t>
        <w:br/>
        <w:t>f 22902/22902/22080 22893/22893/22071 22904/22904/22082</w:t>
        <w:br/>
        <w:t>f 22901/22901/22079 22899/22899/22077 22905/22905/22083</w:t>
        <w:br/>
        <w:t>f 22898/22897/22075 22903/22903/22081 22906/22906/22084</w:t>
        <w:br/>
        <w:t>f 22907/22907/22085 22901/22901/22079 22905/22905/22083</w:t>
        <w:br/>
        <w:t>f 22905/22905/22083 22908/22908/22086 22907/22907/22085</w:t>
        <w:br/>
        <w:t>f 22909/22909/22087 22906/22906/22084 22903/22903/22081</w:t>
        <w:br/>
        <w:t>f 22908/22908/22086 22910/22910/22088 22907/22907/22085</w:t>
        <w:br/>
        <w:t>f 22904/22904/22082 22911/22911/22089 22902/22902/22080</w:t>
        <w:br/>
        <w:t>f 22909/22909/22087 22903/22903/22081 22912/22912/22090</w:t>
        <w:br/>
        <w:t>f 22910/22910/22088 22908/22908/22086 22913/22913/22091</w:t>
        <w:br/>
        <w:t>f 22914/22914/22092 22909/22909/22087 22912/22912/22090</w:t>
        <w:br/>
        <w:t>f 22915/22915/22093 22910/22910/22088 22913/22913/22091</w:t>
        <w:br/>
        <w:t>f 22910/22910/22088 22915/22915/22093 22916/22916/22094</w:t>
        <w:br/>
        <w:t>f 22914/22914/22092 22912/22912/22090 22917/22917/22095</w:t>
        <w:br/>
        <w:t>f 22917/22917/22095 22915/22915/22093 22914/22914/22092</w:t>
        <w:br/>
        <w:t>f 22911/22911/22089 22904/22904/22082 22918/22918/22096</w:t>
        <w:br/>
        <w:t>f 22918/22918/22096 22919/22919/22097 22911/22911/22089</w:t>
        <w:br/>
        <w:t>f 22920/22920/22098 22896/22896/22074 22891/22891/22069</w:t>
        <w:br/>
        <w:t>f 22921/22921/22099 22916/22916/22094 22915/22915/22093</w:t>
        <w:br/>
        <w:t>f 22916/22916/22094 22921/22921/22099 22922/22922/22100</w:t>
        <w:br/>
        <w:t>f 22923/22923/22101 22921/22921/22099 22915/22915/22093</w:t>
        <w:br/>
        <w:t>f 22915/22915/22093 22917/22917/22095 22923/22923/22101</w:t>
        <w:br/>
        <w:t>f 22921/22921/22099 22923/22923/22101 22924/22924/22102</w:t>
        <w:br/>
        <w:t>f 22927/22925/22103 22926/22926/22104 22925/22927/22105</w:t>
        <w:br/>
        <w:t>f 22927/22925/22103 22919/22919/22097 22928/22928/22106</w:t>
        <w:br/>
        <w:t>f 22926/22926/22104 22927/22925/22103 22928/22928/22106</w:t>
        <w:br/>
        <w:t>f 22919/22919/22097 22918/22918/22096 22929/22929/22107</w:t>
        <w:br/>
        <w:t>f 22929/22929/22107 22928/22928/22106 22919/22919/22097</w:t>
        <w:br/>
        <w:t>f 22920/22920/22098 22891/22891/22069 22930/22930/22108</w:t>
        <w:br/>
        <w:t>f 22930/22930/22108 22931/22931/22109 22920/22920/22098</w:t>
        <w:br/>
        <w:t>f 22888/22888/22066 22889/22889/22067 22932/22932/22110</w:t>
        <w:br/>
        <w:t>f 22931/22931/22109 22930/22930/22108 22933/22933/22111</w:t>
        <w:br/>
        <w:t>f 22889/22889/22067 22934/22934/22112 22932/22932/22110</w:t>
        <w:br/>
        <w:t>f 22931/22931/22109 22933/22933/22111 22935/22935/22113</w:t>
        <w:br/>
        <w:t>f 22937/22936/22114 22936/22937/22115 22935/22935/22113</w:t>
        <w:br/>
        <w:t>f 22935/22935/22113 22933/22933/22111 22937/22936/22114</w:t>
        <w:br/>
        <w:t>f 22936/22937/22115 22937/22936/22114 22938/22938/22116</w:t>
        <w:br/>
        <w:t>f 22933/22933/22111 22886/22886/22064 22939/22939/22117</w:t>
        <w:br/>
        <w:t>f 22939/22939/22117 22937/22936/22114 22933/22933/22111</w:t>
        <w:br/>
        <w:t>f 22939/22939/22117 22886/22886/22064 22887/22887/22065</w:t>
        <w:br/>
        <w:t>f 22941/22940/22118 22937/22936/22114 22940/22941/22119</w:t>
        <w:br/>
        <w:t>f 22937/22936/22114 22939/22939/22117 22940/22941/22119</w:t>
        <w:br/>
        <w:t>f 22941/22940/22118 22940/22941/22119 22942/22942/22120</w:t>
        <w:br/>
        <w:t>f 22887/22887/22065 22943/22943/22121 22939/22939/22117</w:t>
        <w:br/>
        <w:t>f 22943/22943/22121 22944/22944/22122 22939/22939/22117</w:t>
        <w:br/>
        <w:t>f 22878/22878/22056 22879/22879/22057 22945/22945/22123</w:t>
        <w:br/>
        <w:t>f 22947/22946/22124 22944/22944/22122 22946/22947/22125</w:t>
        <w:br/>
        <w:t>f 22944/22944/22122 22943/22943/22121 22946/22947/22125</w:t>
        <w:br/>
        <w:t>f 22879/22879/22057 22948/22948/22126 22945/22945/22123</w:t>
        <w:br/>
        <w:t>f 22946/22947/22125 22949/22949/22127 22947/22946/22124</w:t>
        <w:br/>
        <w:t>f 22948/22948/22126 22879/22879/22057 22950/22950/22128</w:t>
        <w:br/>
        <w:t>f 22951/22951/22129 22948/22948/22126 22950/22950/22128</w:t>
        <w:br/>
        <w:t>f 22951/22951/22129 22950/22950/22128 22952/22952/22130</w:t>
        <w:br/>
        <w:t>f 22955/22953/22131 22954/22954/22132 22953/22955/22133</w:t>
        <w:br/>
        <w:t>f 22955/22953/22131 22953/22955/22133 22956/22956/22134</w:t>
        <w:br/>
        <w:t>f 22959/22957/22135 22958/22958/22136 22957/22959/22137</w:t>
        <w:br/>
        <w:t>f 22960/22960/22138 22955/22953/22131 22956/22956/22134</w:t>
        <w:br/>
        <w:t>f 22955/22953/22131 22960/22960/22138 22961/22961/22139</w:t>
        <w:br/>
        <w:t>f 22963/22962/22140 22959/22957/22135 22962/22963/22141</w:t>
        <w:br/>
        <w:t>f 22959/22957/22135 22957/22959/22137 22962/22963/22141</w:t>
        <w:br/>
        <w:t>f 22964/22964/22142 22961/22961/22139 22960/22960/22138</w:t>
        <w:br/>
        <w:t>f 22961/22961/22139 22964/22964/22142 22965/22965/22143</w:t>
        <w:br/>
        <w:t>f 22964/22964/22142 22966/22966/22144 22965/22965/22143</w:t>
        <w:br/>
        <w:t>f 22963/22962/22140 22962/22963/22141 22967/22967/22145</w:t>
        <w:br/>
        <w:t>f 22968/22968/22146 22963/22962/22140 22967/22967/22145</w:t>
        <w:br/>
        <w:t>f 22967/22967/22145 22962/22963/22141 22969/22969/22147</w:t>
        <w:br/>
        <w:t>f 22967/22967/22145 22969/22969/22147 22970/22970/22148</w:t>
        <w:br/>
        <w:t>f 22971/22971/22149 22967/22967/22145 22970/22970/22148</w:t>
        <w:br/>
        <w:t>f 22967/22967/22145 22971/22971/22149 22968/22968/22146</w:t>
        <w:br/>
        <w:t>f 22972/22972/22150 22969/22969/22147 22962/22963/22141</w:t>
        <w:br/>
        <w:t>f 22973/22973/22151 22968/22968/22146 22971/22971/22149</w:t>
        <w:br/>
        <w:t>f 22957/22959/22137 22972/22972/22150 22962/22963/22141</w:t>
        <w:br/>
        <w:t>f 22968/22968/22146 22973/22973/22151 22974/22974/22152</w:t>
        <w:br/>
        <w:t>f 22966/22966/22144 22964/22964/22142 22975/22975/22153</w:t>
        <w:br/>
        <w:t>f 22966/22966/22144 22975/22975/22153 22976/22976/22154</w:t>
        <w:br/>
        <w:t>f 22966/22966/22144 22976/22976/22154 22977/22977/22155</w:t>
        <w:br/>
        <w:t>f 22977/22977/22155 22976/22976/22154 22978/22978/22156</w:t>
        <w:br/>
        <w:t>f 22978/22978/22156 22979/22979/22157 22977/22977/22155</w:t>
        <w:br/>
        <w:t>f 22974/22974/22152 22981/22980/22158 22980/22981/22159</w:t>
        <w:br/>
        <w:t>f 22981/22980/22158 22974/22974/22152 22973/22973/22151</w:t>
        <w:br/>
        <w:t>f 22980/22981/22159 22981/22980/22158 22982/22982/22156</w:t>
        <w:br/>
        <w:t>f 22983/22983/22160 22981/22980/22158 22973/22973/22151</w:t>
        <w:br/>
        <w:t>f 22973/22973/22151 22984/22984/22161 22983/22983/22160</w:t>
        <w:br/>
        <w:t>f 22982/22982/22156 22981/22980/22158 22985/22985/22162</w:t>
        <w:br/>
        <w:t>f 22981/22980/22158 22986/22986/22163 22985/22985/22162</w:t>
        <w:br/>
        <w:t>f 22988/22987/22164 22982/22982/22156 22987/22988/22165</w:t>
        <w:br/>
        <w:t>f 22982/22982/22156 22985/22985/22162 22987/22988/22165</w:t>
        <w:br/>
        <w:t>f 22987/22988/22165 22985/22985/22162 22989/22989/22166</w:t>
        <w:br/>
        <w:t>f 22985/22985/22162 22986/22986/22163 22989/22989/22166</w:t>
        <w:br/>
        <w:t>f 22987/22988/22165 22989/22989/22166 22990/22990/22167</w:t>
        <w:br/>
        <w:t>f 22989/22989/22166 22991/22991/22168 22990/22990/22167</w:t>
        <w:br/>
        <w:t>f 22992/22992/22169 22983/22983/22160 22984/22984/22161</w:t>
        <w:br/>
        <w:t>f 22993/22993/22170 22989/22989/22166 22986/22986/22163</w:t>
        <w:br/>
        <w:t>f 22984/22984/22161 22994/22994/22171 22992/22992/22169</w:t>
        <w:br/>
        <w:t>f 22991/22991/22168 22989/22989/22166 22995/22995/22172</w:t>
        <w:br/>
        <w:t>f 22989/22989/22166 22993/22993/22170 22995/22995/22172</w:t>
        <w:br/>
        <w:t>f 22995/22995/22172 22996/22996/22173 22991/22991/22168</w:t>
        <w:br/>
        <w:t>f 22996/22996/22173 22995/22995/22172 22997/22997/22174</w:t>
        <w:br/>
        <w:t>f 22995/22995/22172 22998/22998/22175 22997/22997/22174</w:t>
        <w:br/>
        <w:t>f 22998/22998/22175 22995/22995/22172 22993/22993/22170</w:t>
        <w:br/>
        <w:t>f 22992/22992/22169 22999/22999/22176 22998/22998/22175</w:t>
        <w:br/>
        <w:t>f 22999/22999/22176 22992/22992/22169 22994/22994/22171</w:t>
        <w:br/>
        <w:t>f 23002/23000/22177 23001/23001/22178 23000/23002/22179</w:t>
        <w:br/>
        <w:t>f 22994/22994/22171 23003/23003/22180 22999/22999/22176</w:t>
        <w:br/>
        <w:t>f 23004/23004/22181 23002/23000/22177 23000/23002/22179</w:t>
        <w:br/>
        <w:t>f 23003/23003/22180 22994/22994/22171 23005/23005/22182</w:t>
        <w:br/>
        <w:t>f 23001/23001/22178 23002/23000/22177 23006/23006/22183</w:t>
        <w:br/>
        <w:t>f 23002/23000/22177 23004/23004/22181 23007/23007/22184</w:t>
        <w:br/>
        <w:t>f 23006/23006/22183 23008/23008/22185 23001/23001/22178</w:t>
        <w:br/>
        <w:t>f 23008/23008/22185 23006/23006/22183 23009/23009/22186</w:t>
        <w:br/>
        <w:t>f 23010/23010/22187 23007/23007/22184 23004/23004/22181</w:t>
        <w:br/>
        <w:t>f 23005/23005/22182 23011/23011/22188 23003/23003/22180</w:t>
        <w:br/>
        <w:t>f 23007/23007/22184 23010/23010/22187 23012/23012/22189</w:t>
        <w:br/>
        <w:t>f 23013/23013/22190 23011/23011/22188 23005/23005/22182</w:t>
        <w:br/>
        <w:t>f 23010/23010/22187 23014/23014/22191 23012/23012/22189</w:t>
        <w:br/>
        <w:t>f 23013/23013/22190 23015/23015/22192 23011/23011/22188</w:t>
        <w:br/>
        <w:t>f 23010/23010/22187 23016/23016/22193 23014/23014/22191</w:t>
        <w:br/>
        <w:t>f 23015/23015/22192 23013/23013/22190 23017/23017/22194</w:t>
        <w:br/>
        <w:t>f 23015/23015/22192 23017/23017/22194 23018/23018/22195</w:t>
        <w:br/>
        <w:t>f 23018/23018/22195 23019/23019/22196 23015/23015/22192</w:t>
        <w:br/>
        <w:t>f 23016/23016/22193 23020/23020/22197 23014/23014/22191</w:t>
        <w:br/>
        <w:t>f 23019/23019/22196 23021/23021/22198 23015/23015/22192</w:t>
        <w:br/>
        <w:t>f 23022/23022/22199 23014/23014/22191 23020/23020/22197</w:t>
        <w:br/>
        <w:t>f 23024/23023/22200 23022/23022/22199 23023/23024/22201</w:t>
        <w:br/>
        <w:t>f 23020/23020/22197 23023/23024/22201 23022/23022/22199</w:t>
        <w:br/>
        <w:t>f 23019/23019/22196 23025/23025/22202 23021/23021/22198</w:t>
        <w:br/>
        <w:t>f 23025/23025/22202 23026/23026/22203 23021/23021/22198</w:t>
        <w:br/>
        <w:t>f 22972/22972/22150 23025/23025/22202 23019/23019/22196</w:t>
        <w:br/>
        <w:t>f 23027/23027/22204 23025/23025/22202 22972/22972/22150</w:t>
        <w:br/>
        <w:t>f 22972/22972/22150 22957/22959/22137 23027/23027/22204</w:t>
        <w:br/>
        <w:t>f 23028/23028/22205 23026/23026/22203 23025/23025/22202</w:t>
        <w:br/>
        <w:t>f 23025/23025/22202 23027/23027/22204 23028/23028/22205</w:t>
        <w:br/>
        <w:t>f 23031/23029/22206 23030/23030/22207 23029/23031/22208</w:t>
        <w:br/>
        <w:t>f 23029/23031/22208 23033/23032/22209 23032/23033/22210</w:t>
        <w:br/>
        <w:t>f 23029/23031/22208 23030/23030/22207 23033/23032/22209</w:t>
        <w:br/>
        <w:t>f 23031/23029/22206 23029/23031/22208 23034/23034/22211</w:t>
        <w:br/>
        <w:t>f 23034/23034/22211 23035/23035/22212 23031/23029/22206</w:t>
        <w:br/>
        <w:t>f 23035/23035/22212 23034/23034/22211 23036/23036/22213</w:t>
        <w:br/>
        <w:t>f 23037/23037/22214 23031/23029/22206 23035/23035/22212</w:t>
        <w:br/>
        <w:t>f 23038/23038/22215 23037/23037/22214 23035/23035/22212</w:t>
        <w:br/>
        <w:t>f 23039/23039/22216 23037/23037/22214 23038/23038/22215</w:t>
        <w:br/>
        <w:t>f 23039/23039/22216 23038/23038/22215 23040/23040/22217</w:t>
        <w:br/>
        <w:t>f 23041/23041/22218 23039/23039/22216 23040/23040/22217</w:t>
        <w:br/>
        <w:t>f 23039/23039/22216 23041/23041/22218 23042/23042/22219</w:t>
        <w:br/>
        <w:t>f 23041/23041/22218 23044/23043/22220 23043/23044/22221</w:t>
        <w:br/>
        <w:t>f 23043/23044/22221 23042/23042/22219 23041/23041/22218</w:t>
        <w:br/>
        <w:t>f 23047/23045/22222 23046/23046/22223 23045/23047/22224</w:t>
        <w:br/>
        <w:t>f 23045/23047/22224 23048/23048/22225 23047/23045/22222</w:t>
        <w:br/>
        <w:t>f 23051/23049/22226 23050/23050/22227 23049/23051/22228</w:t>
        <w:br/>
        <w:t>f 23045/23047/22224 23052/23052/22229 23048/23048/22225</w:t>
        <w:br/>
        <w:t>f 23052/23052/22229 23045/23047/22224 23053/23053/22230</w:t>
        <w:br/>
        <w:t>f 23052/23052/22229 23053/23053/22230 23054/23054/22231</w:t>
        <w:br/>
        <w:t>f 23051/23049/22226 23055/23055/22232 23050/23050/22227</w:t>
        <w:br/>
        <w:t>f 23052/23052/22229 23055/23055/22232 23051/23049/22226</w:t>
        <w:br/>
        <w:t>f 23056/23056/22233 23052/23052/22229 23054/23054/22231</w:t>
        <w:br/>
        <w:t>f 23056/23056/22233 23055/23055/22232 23052/23052/22229</w:t>
        <w:br/>
        <w:t>f 23057/23057/22234 23056/23056/22233 23054/23054/22231</w:t>
        <w:br/>
        <w:t>f 23058/23058/22235 23056/23056/22233 23057/23057/22234</w:t>
        <w:br/>
        <w:t>f 23059/23059/22236 23058/23058/22235 23057/23057/22234</w:t>
        <w:br/>
        <w:t>f 23060/23060/22237 23055/23055/22232 23056/23056/22233</w:t>
        <w:br/>
        <w:t>f 23058/23058/22235 23060/23060/22237 23056/23056/22233</w:t>
        <w:br/>
        <w:t>f 23061/23061/22238 23058/23058/22235 23059/23059/22236</w:t>
        <w:br/>
        <w:t>f 23062/23062/22239 23061/23061/22238 23059/23059/22236</w:t>
        <w:br/>
        <w:t>f 23060/23060/22237 23058/23058/22235 23063/23063/22240</w:t>
        <w:br/>
        <w:t>f 23062/23062/22239 23065/23064/22241 23064/23065/22242</w:t>
        <w:br/>
        <w:t>f 23062/23062/22239 23064/23065/22242 23066/23066/22243</w:t>
        <w:br/>
        <w:t>f 23069/23067/22244 23068/23068/22245 23067/23069/22246</w:t>
        <w:br/>
        <w:t>f 23066/23066/22243 23061/23061/22238 23062/23062/22239</w:t>
        <w:br/>
        <w:t>f 23070/23070/22247 23058/23058/22235 23061/23061/22238</w:t>
        <w:br/>
        <w:t>f 23061/23061/22238 23069/23067/22244 23070/23070/22247</w:t>
        <w:br/>
        <w:t>f 23067/23069/22246 23070/23070/22247 23069/23067/22244</w:t>
        <w:br/>
        <w:t>f 23058/23058/22235 23070/23070/22247 23063/23063/22240</w:t>
        <w:br/>
        <w:t>f 23060/23060/22237 23063/23063/22240 23071/23071/22248</w:t>
        <w:br/>
        <w:t>f 23071/23071/22248 23055/23055/22232 23060/23060/22237</w:t>
        <w:br/>
        <w:t>f 23063/23063/22240 23070/23070/22247 23072/23072/22249</w:t>
        <w:br/>
        <w:t>f 23063/23063/22240 23072/23072/22249 23071/23071/22248</w:t>
        <w:br/>
        <w:t>f 23073/23073/22250 23070/23070/22247 23067/23069/22246</w:t>
        <w:br/>
        <w:t>f 23070/23070/22247 23073/23073/22250 23072/23072/22249</w:t>
        <w:br/>
        <w:t>f 23074/23074/22251 23050/23050/22227 23055/23055/22232</w:t>
        <w:br/>
        <w:t>f 23055/23055/22232 23071/23071/22248 23074/23074/22251</w:t>
        <w:br/>
        <w:t>f 23050/23050/22227 23074/23074/22251 23075/23075/22252</w:t>
        <w:br/>
        <w:t>f 23076/23076/22253 23074/23074/22251 23071/23071/22248</w:t>
        <w:br/>
        <w:t>f 23077/23077/22254 23075/23075/22252 23074/23074/22251</w:t>
        <w:br/>
        <w:t>f 23074/23074/22251 23076/23076/22253 23077/23077/22254</w:t>
        <w:br/>
        <w:t>f 23075/23075/22252 23077/23077/22254 23078/23078/22255</w:t>
        <w:br/>
        <w:t>f 23071/23071/22248 23079/23079/22256 23076/23076/22253</w:t>
        <w:br/>
        <w:t>f 23071/23071/22248 23072/23072/22249 23079/23079/22256</w:t>
        <w:br/>
        <w:t>f 23080/23080/22257 23078/23078/22255 23077/23077/22254</w:t>
        <w:br/>
        <w:t>f 23076/23076/22253 23080/23080/22257 23077/23077/22254</w:t>
        <w:br/>
        <w:t>f 23075/23075/22252 23078/23078/22255 23081/23081/22258</w:t>
        <w:br/>
        <w:t>f 23078/23078/22255 23080/23080/22257 23081/23081/22258</w:t>
        <w:br/>
        <w:t>f 23082/23082/22259 23050/23050/22227 23075/23075/22252</w:t>
        <w:br/>
        <w:t>f 23082/23082/22259 23075/23075/22252 23081/23081/22258</w:t>
        <w:br/>
        <w:t>f 23050/23050/22227 23082/23082/22259 23083/23083/22260</w:t>
        <w:br/>
        <w:t>f 23082/23082/22259 23085/23084/22261 23084/23085/22262</w:t>
        <w:br/>
        <w:t>f 23085/23084/22261 23082/23082/22259 23086/23086/22263</w:t>
        <w:br/>
        <w:t>f 23082/23082/22259 23087/23087/22264 23086/23086/22263</w:t>
        <w:br/>
        <w:t>f 23082/23082/22259 23081/23081/22258 23087/23087/22264</w:t>
        <w:br/>
        <w:t>f 23087/23087/22264 23088/23088/22265 23086/23086/22263</w:t>
        <w:br/>
        <w:t>f 23087/23087/22264 23081/23081/22258 23089/23089/22266</w:t>
        <w:br/>
        <w:t>f 23088/23088/22265 23087/23087/22264 23089/23089/22266</w:t>
        <w:br/>
        <w:t>f 23081/23081/22258 23090/23090/22267 23089/23089/22266</w:t>
        <w:br/>
        <w:t>f 23089/23089/22266 23091/23091/22268 23088/23088/22265</w:t>
        <w:br/>
        <w:t>f 23091/23091/22268 23089/23089/22266 23090/23090/22267</w:t>
        <w:br/>
        <w:t>f 23088/23088/22265 23091/23091/22268 23092/23092/22269</w:t>
        <w:br/>
        <w:t>f 23081/23081/22258 23093/23093/22270 23090/23090/22267</w:t>
        <w:br/>
        <w:t>f 23081/23081/22258 23080/23080/22257 23093/23093/22270</w:t>
        <w:br/>
        <w:t>f 23090/23090/22267 23094/23094/22271 23091/23091/22268</w:t>
        <w:br/>
        <w:t>f 23095/23095/22272 23093/23093/22270 23080/23080/22257</w:t>
        <w:br/>
        <w:t>f 23080/23080/22257 23076/23076/22253 23095/23095/22272</w:t>
        <w:br/>
        <w:t>f 23090/23090/22267 23096/23096/22273 23094/23094/22271</w:t>
        <w:br/>
        <w:t>f 23090/23090/22267 23093/23093/22270 23096/23096/22273</w:t>
        <w:br/>
        <w:t>f 23076/23076/22253 23097/23097/22274 23095/23095/22272</w:t>
        <w:br/>
        <w:t>f 23076/23076/22253 23079/23079/22256 23097/23097/22274</w:t>
        <w:br/>
        <w:t>f 23093/23093/22270 23095/23095/22272 23098/23098/22275</w:t>
        <w:br/>
        <w:t>f 23097/23097/22274 23098/23098/22275 23095/23095/22272</w:t>
        <w:br/>
        <w:t>f 23093/23093/22270 23099/23099/22276 23096/23096/22273</w:t>
        <w:br/>
        <w:t>f 23099/23099/22276 23093/23093/22270 23098/23098/22275</w:t>
        <w:br/>
        <w:t>f 23096/23096/22273 23100/23100/22277 23094/23094/22271</w:t>
        <w:br/>
        <w:t>f 23091/23091/22268 23094/23094/22271 23100/23100/22277</w:t>
        <w:br/>
        <w:t>f 23101/23101/22278 23092/23092/22269 23091/23091/22268</w:t>
        <w:br/>
        <w:t>f 23091/23091/22268 23100/23100/22277 23101/23101/22278</w:t>
        <w:br/>
        <w:t>f 23092/23092/22269 23101/23101/22278 23102/23102/22279</w:t>
        <w:br/>
        <w:t>f 23101/23101/22278 23103/23103/22280 23102/23102/22279</w:t>
        <w:br/>
        <w:t>f 23102/23102/22279 23103/23103/22280 23104/23104/22281</w:t>
        <w:br/>
        <w:t>f 23104/23104/22281 23106/23105/22282 23105/23106/22283</w:t>
        <w:br/>
        <w:t>f 23103/23103/22280 23106/23105/22282 23104/23104/22281</w:t>
        <w:br/>
        <w:t>f 23107/23107/22284 23106/23105/22282 23103/23103/22280</w:t>
        <w:br/>
        <w:t>f 23106/23105/22282 23107/23107/22284 23108/23108/22285</w:t>
        <w:br/>
        <w:t>f 23103/23103/22280 23101/23101/22278 23109/23109/22286</w:t>
        <w:br/>
        <w:t>f 23103/23103/22280 23109/23109/22286 23107/23107/22284</w:t>
        <w:br/>
        <w:t>f 23100/23100/22277 23109/23109/22286 23101/23101/22278</w:t>
        <w:br/>
        <w:t>f 23110/23110/22287 23108/23108/22285 23107/23107/22284</w:t>
        <w:br/>
        <w:t>f 23111/23111/22288 23109/23109/22286 23100/23100/22277</w:t>
        <w:br/>
        <w:t>f 23112/23112/22289 23107/23107/22284 23109/23109/22286</w:t>
        <w:br/>
        <w:t>f 23111/23111/22288 23112/23112/22289 23109/23109/22286</w:t>
        <w:br/>
        <w:t>f 23107/23107/22284 23112/23112/22289 23110/23110/22287</w:t>
        <w:br/>
        <w:t>f 23115/23113/22290 23114/23114/22291 23113/23115/22292</w:t>
        <w:br/>
        <w:t>f 23100/23100/22277 23096/23096/22273 23116/23116/22293</w:t>
        <w:br/>
        <w:t>f 23114/23114/22291 23115/23113/22290 23117/23117/22294</w:t>
        <w:br/>
        <w:t>f 23112/23112/22289 23111/23111/22288 23118/23118/22295</w:t>
        <w:br/>
        <w:t>f 23096/23096/22273 23119/23119/22296 23116/23116/22293</w:t>
        <w:br/>
        <w:t>f 23115/23113/22290 23120/23120/22297 23117/23117/22294</w:t>
        <w:br/>
        <w:t>f 23119/23119/22296 23096/23096/22273 23099/23099/22276</w:t>
        <w:br/>
        <w:t>f 23121/23121/22298 23117/23117/22294 23120/23120/22297</w:t>
        <w:br/>
        <w:t>f 23099/23099/22276 23122/23122/22299 23119/23119/22296</w:t>
        <w:br/>
        <w:t>f 23123/23123/22300 23121/23121/22298 23120/23120/22297</w:t>
        <w:br/>
        <w:t>f 23124/23124/22301 23112/23112/22289 23118/23118/22295</w:t>
        <w:br/>
        <w:t>f 23125/23125/22302 23124/23124/22301 23118/23118/22295</w:t>
        <w:br/>
        <w:t>f 23128/23126/22303 23127/23127/22304 23126/23128/22305</w:t>
        <w:br/>
        <w:t>f 23121/23121/22298 23123/23123/22300 23129/23129/22306</w:t>
        <w:br/>
        <w:t>f 23132/23130/22307 23131/23131/22308 23130/23132/22309</w:t>
        <w:br/>
        <w:t>f 23110/23110/22287 23112/23112/22289 23132/23130/22307</w:t>
        <w:br/>
        <w:t>f 23110/23110/22287 23133/23133/22310 23108/23108/22285</w:t>
        <w:br/>
        <w:t>f 23133/23133/22310 23110/23110/22287 23132/23130/22307</w:t>
        <w:br/>
        <w:t>f 23126/23128/22305 23127/23127/22304 23134/23134/22311</w:t>
        <w:br/>
        <w:t>f 23132/23130/22307 23135/23135/22312 23133/23133/22310</w:t>
        <w:br/>
        <w:t>f 23138/23136/22313 23137/23137/22314 23136/23138/22315</w:t>
        <w:br/>
        <w:t>f 23132/23130/22307 23130/23132/22309 23137/23137/22314</w:t>
        <w:br/>
        <w:t>f 23127/23127/22304 23139/23139/22316 23134/23134/22311</w:t>
        <w:br/>
        <w:t>f 23140/23140/22317 23137/23137/22314 23138/23136/22313</w:t>
        <w:br/>
        <w:t>f 23132/23130/22307 23141/23141/22318 23135/23135/22312</w:t>
        <w:br/>
        <w:t>f 23141/23141/22318 23132/23130/22307 23137/23137/22314</w:t>
        <w:br/>
        <w:t>f 23142/23142/22319 23133/23133/22310 23135/23135/22312</w:t>
        <w:br/>
        <w:t>f 23142/23142/22319 23108/23108/22285 23133/23133/22310</w:t>
        <w:br/>
        <w:t>f 23143/23143/22282 23108/23108/22285 23142/23142/22319</w:t>
        <w:br/>
        <w:t>f 23135/23135/22312 23141/23141/22318 23144/23144/22320</w:t>
        <w:br/>
        <w:t>f 23144/23144/22320 23142/23142/22319 23135/23135/22312</w:t>
        <w:br/>
        <w:t>f 23146/23145/22321 23143/23143/22282 23145/23146/22322</w:t>
        <w:br/>
        <w:t>f 23146/23145/22321 23147/23147/22323 23143/23143/22282</w:t>
        <w:br/>
        <w:t>f 23144/23144/22320 23146/23145/22321 23142/23142/22319</w:t>
        <w:br/>
        <w:t>f 23146/23145/22321 23144/23144/22320 23148/23148/22324</w:t>
        <w:br/>
        <w:t>f 23148/23148/22324 23144/23144/22320 23149/23149/22325</w:t>
        <w:br/>
        <w:t>f 23148/23148/22324 23149/23149/22325 23150/23150/22326</w:t>
        <w:br/>
        <w:t>f 23151/23151/22327 23144/23144/22320 23141/23141/22318</w:t>
        <w:br/>
        <w:t>f 23144/23144/22320 23151/23151/22327 23149/23149/22325</w:t>
        <w:br/>
        <w:t>f 23137/23137/22314 23151/23151/22327 23141/23141/22318</w:t>
        <w:br/>
        <w:t>f 23150/23150/22326 23149/23149/22325 23152/23152/22328</w:t>
        <w:br/>
        <w:t>f 23153/23153/22329 23150/23150/22326 23152/23152/22328</w:t>
        <w:br/>
        <w:t>f 23137/23137/22314 23154/23154/22330 23151/23151/22327</w:t>
        <w:br/>
        <w:t>f 23137/23137/22314 23140/23140/22317 23154/23154/22330</w:t>
        <w:br/>
        <w:t>f 23151/23151/22327 23155/23155/22331 23149/23149/22325</w:t>
        <w:br/>
        <w:t>f 23152/23152/22328 23149/23149/22325 23155/23155/22331</w:t>
        <w:br/>
        <w:t>f 23156/23156/22332 23151/23151/22327 23154/23154/22330</w:t>
        <w:br/>
        <w:t>f 23151/23151/22327 23156/23156/22332 23155/23155/22331</w:t>
        <w:br/>
        <w:t>f 23152/23152/22328 23157/23157/22333 23153/23153/22329</w:t>
        <w:br/>
        <w:t>f 23155/23155/22331 23157/23157/22333 23152/23152/22328</w:t>
        <w:br/>
        <w:t>f 23157/23157/22333 23158/23158/22334 23153/23153/22329</w:t>
        <w:br/>
        <w:t>f 23157/23157/22333 23159/23159/22335 23158/23158/22334</w:t>
        <w:br/>
        <w:t>f 23155/23155/22331 23160/23160/22336 23157/23157/22333</w:t>
        <w:br/>
        <w:t>f 23157/23157/22333 23161/23161/22337 23159/23159/22335</w:t>
        <w:br/>
        <w:t>f 23159/23159/22335 23161/23161/22337 23162/23162/22338</w:t>
        <w:br/>
        <w:t>f 23161/23161/22337 23163/23163/22339 23162/23162/22338</w:t>
        <w:br/>
        <w:t>f 23163/23163/22339 23161/23161/22337 23164/23164/22340</w:t>
        <w:br/>
        <w:t>f 23157/23157/22333 23165/23165/22341 23161/23161/22337</w:t>
        <w:br/>
        <w:t>f 23165/23165/22341 23157/23157/22333 23160/23160/22336</w:t>
        <w:br/>
        <w:t>f 23161/23161/22337 23166/23166/22342 23164/23164/22340</w:t>
        <w:br/>
        <w:t>f 23161/23161/22337 23165/23165/22341 23166/23166/22342</w:t>
        <w:br/>
        <w:t>f 23160/23160/22336 23167/23167/22343 23165/23165/22341</w:t>
        <w:br/>
        <w:t>f 23167/23167/22343 23166/23166/22342 23165/23165/22341</w:t>
        <w:br/>
        <w:t>f 23168/23168/22344 23160/23160/22336 23155/23155/22331</w:t>
        <w:br/>
        <w:t>f 23167/23167/22343 23160/23160/22336 23168/23168/22344</w:t>
        <w:br/>
        <w:t>f 23156/23156/22332 23168/23168/22344 23155/23155/22331</w:t>
        <w:br/>
        <w:t>f 23166/23166/22342 23167/23167/22343 23169/23169/22345</w:t>
        <w:br/>
        <w:t>f 23169/23169/22345 23164/23164/22340 23166/23166/22342</w:t>
        <w:br/>
        <w:t>f 23170/23170/22346 23167/23167/22343 23168/23168/22344</w:t>
        <w:br/>
        <w:t>f 23168/23168/22344 23156/23156/22332 23171/23171/22347</w:t>
        <w:br/>
        <w:t>f 23171/23171/22347 23170/23170/22346 23168/23168/22344</w:t>
        <w:br/>
        <w:t>f 23172/23172/22348 23171/23171/22347 23156/23156/22332</w:t>
        <w:br/>
        <w:t>f 23156/23156/22332 23154/23154/22330 23172/23172/22348</w:t>
        <w:br/>
        <w:t>f 23140/23140/22317 23172/23172/22348 23154/23154/22330</w:t>
        <w:br/>
        <w:t>f 23175/23173/22349 23174/23174/22350 23173/23175/22351</w:t>
        <w:br/>
        <w:t>f 23176/23176/22352 23175/23173/22349 23173/23175/22351</w:t>
        <w:br/>
        <w:t>f 23177/23177/22353 23167/23167/22343 23170/23170/22346</w:t>
        <w:br/>
        <w:t>f 23175/23173/22349 23178/23178/22354 23174/23174/22350</w:t>
        <w:br/>
        <w:t>f 23167/23167/22343 23177/23177/22353 23169/23169/22345</w:t>
        <w:br/>
        <w:t>f 23176/23176/22352 23139/23139/22316 23179/23179/22355</w:t>
        <w:br/>
        <w:t>f 23139/23139/22316 23127/23127/22304 23179/23179/22355</w:t>
        <w:br/>
        <w:t>f 23124/23124/22301 23125/23125/22302 23180/23180/22356</w:t>
        <w:br/>
        <w:t>f 23179/23179/22355 23181/23181/22357 23176/23176/22352</w:t>
        <w:br/>
        <w:t>f 23125/23125/22302 23182/23182/22358 23180/23180/22356</w:t>
        <w:br/>
        <w:t>f 23175/23173/22349 23176/23176/22352 23181/23181/22357</w:t>
        <w:br/>
        <w:t>f 23125/23125/22302 23183/23183/22359 23182/23182/22358</w:t>
        <w:br/>
        <w:t>f 23183/23183/22359 23184/23184/22360 23182/23182/22358</w:t>
        <w:br/>
        <w:t>f 23184/23184/22360 23183/23183/22359 23185/23185/22361</w:t>
        <w:br/>
        <w:t>f 23184/23184/22360 23185/23185/22361 23177/23177/22353</w:t>
        <w:br/>
        <w:t>f 23123/23123/22300 23186/23186/22362 23129/23129/22306</w:t>
        <w:br/>
        <w:t>f 23185/23185/22361 23187/23187/22363 23177/23177/22353</w:t>
        <w:br/>
        <w:t>f 23186/23186/22362 23123/23123/22300 23188/23188/22364</w:t>
        <w:br/>
        <w:t>f 23188/23188/22364 23189/23189/22365 23186/23186/22362</w:t>
        <w:br/>
        <w:t>f 23187/23187/22363 23190/23190/22366 23177/23177/22353</w:t>
        <w:br/>
        <w:t>f 23190/23190/22366 23169/23169/22345 23177/23177/22353</w:t>
        <w:br/>
        <w:t>f 23191/23191/22367 23164/23164/22340 23169/23169/22345</w:t>
        <w:br/>
        <w:t>f 23169/23169/22345 23190/23190/22366 23191/23191/22367</w:t>
        <w:br/>
        <w:t>f 23164/23164/22340 23191/23191/22367 23192/23192/22368</w:t>
        <w:br/>
        <w:t>f 23190/23190/22366 23192/23192/22368 23191/23191/22367</w:t>
        <w:br/>
        <w:t>f 23192/23192/22368 23193/23193/22339 23164/23164/22340</w:t>
        <w:br/>
        <w:t>f 23192/23192/22368 23194/23194/22369 23193/23193/22339</w:t>
        <w:br/>
        <w:t>f 23194/23194/22369 23192/23192/22368 23195/23195/22370</w:t>
        <w:br/>
        <w:t>f 23196/23196/22371 23195/23195/22370 23192/23192/22368</w:t>
        <w:br/>
        <w:t>f 23192/23192/22368 23190/23190/22366 23196/23196/22371</w:t>
        <w:br/>
        <w:t>f 23195/23195/22370 23196/23196/22371 23197/23197/22372</w:t>
        <w:br/>
        <w:t>f 23198/23198/22373 23197/23197/22372 23196/23196/22371</w:t>
        <w:br/>
        <w:t>f 23199/23199/22374 23196/23196/22371 23190/23190/22366</w:t>
        <w:br/>
        <w:t>f 23187/23187/22363 23199/23199/22374 23190/23190/22366</w:t>
        <w:br/>
        <w:t>f 23187/23187/22375 23188/23188/22364 23200/23200/22376</w:t>
        <w:br/>
        <w:t>f 23196/23196/22371 23201/23201/22377 23198/23198/22373</w:t>
        <w:br/>
        <w:t>f 23201/23201/22377 23196/23196/22371 23199/23199/22374</w:t>
        <w:br/>
        <w:t>f 23202/23202/22378 23198/23198/22373 23201/23201/22377</w:t>
        <w:br/>
        <w:t>f 23204/23203/22379 23203/23204/22380 23199/23199/22374</w:t>
        <w:br/>
        <w:t>f 23203/23204/22380 23201/23201/22377 23199/23199/22374</w:t>
        <w:br/>
        <w:t>f 23201/23201/22377 23205/23205/22381 23202/23202/22378</w:t>
        <w:br/>
        <w:t>f 23206/23206/22382 23202/23202/22378 23205/23205/22381</w:t>
        <w:br/>
        <w:t>f 23207/23207/22383 23201/23201/22377 23203/23204/22380</w:t>
        <w:br/>
        <w:t>f 23205/23205/22381 23201/23201/22377 23207/23207/22383</w:t>
        <w:br/>
        <w:t>f 23203/23204/22380 23204/23203/22379 23208/23208/22384</w:t>
        <w:br/>
        <w:t>f 23208/23208/22384 23207/23207/22383 23203/23204/22380</w:t>
        <w:br/>
        <w:t>f 23205/23205/22381 23209/23209/22385 23206/23206/22382</w:t>
        <w:br/>
        <w:t>f 23210/23210/22386 23206/23206/22382 23209/23209/22385</w:t>
        <w:br/>
        <w:t>f 23210/23210/22386 23209/23209/22385 23211/23211/22387</w:t>
        <w:br/>
        <w:t>f 23209/23209/22385 23067/23069/22246 23212/23212/22245</w:t>
        <w:br/>
        <w:t>f 23213/23213/22388 23205/23205/22381 23207/23207/22383</w:t>
        <w:br/>
        <w:t>f 23209/23209/22385 23205/23205/22381 23213/23213/22388</w:t>
        <w:br/>
        <w:t>f 23207/23207/22383 23208/23208/22384 23214/23214/22389</w:t>
        <w:br/>
        <w:t>f 23207/23207/22383 23214/23214/22389 23213/23213/22388</w:t>
        <w:br/>
        <w:t>f 23215/23215/22390 23208/23208/22384 23204/23203/22379</w:t>
        <w:br/>
        <w:t>f 23215/23215/22390 23204/23203/22379 23122/23122/22299</w:t>
        <w:br/>
        <w:t>f 23122/23122/22299 23099/23099/22276 23215/23215/22390</w:t>
        <w:br/>
        <w:t>f 23216/23216/22391 23214/23214/22389 23208/23208/22384</w:t>
        <w:br/>
        <w:t>f 23216/23216/22391 23208/23208/22384 23215/23215/22390</w:t>
        <w:br/>
        <w:t>f 23215/23215/22390 23099/23099/22276 23217/23217/22392</w:t>
        <w:br/>
        <w:t>f 23099/23099/22276 23098/23098/22275 23217/23217/22392</w:t>
        <w:br/>
        <w:t>f 23215/23215/22390 23217/23217/22392 23218/23218/22393</w:t>
        <w:br/>
        <w:t>f 23215/23215/22390 23218/23218/22393 23216/23216/22391</w:t>
        <w:br/>
        <w:t>f 23098/23098/22275 23219/23219/22394 23217/23217/22392</w:t>
        <w:br/>
        <w:t>f 23220/23220/22395 23218/23218/22393 23217/23217/22392</w:t>
        <w:br/>
        <w:t>f 23223/23221/22396 23222/23222/22397 23221/23223/22398</w:t>
        <w:br/>
        <w:t>f 23098/23098/22275 23224/23224/22399 23219/23219/22394</w:t>
        <w:br/>
        <w:t>f 23098/23098/22275 23097/23097/22274 23224/23224/22399</w:t>
        <w:br/>
        <w:t>f 23225/23225/22400 23223/23221/22396 23221/23223/22398</w:t>
        <w:br/>
        <w:t>f 23228/23226/22401 23227/23227/22402 23226/23228/22403</w:t>
        <w:br/>
        <w:t>f 23227/23227/22402 23221/23223/22398 23226/23228/22403</w:t>
        <w:br/>
        <w:t>f 23221/23223/22398 23227/23227/22402 23225/23225/22400</w:t>
        <w:br/>
        <w:t>f 23229/23229/22404 23227/23227/22402 23228/23226/22401</w:t>
        <w:br/>
        <w:t>f 23231/23230/22405 23230/23231/22406 23220/23220/22395</w:t>
        <w:br/>
        <w:t>f 23218/23218/22393 23220/23220/22395 23230/23231/22406</w:t>
        <w:br/>
        <w:t>f 23233/23232/22407 23232/23233/22408 23231/23230/22405</w:t>
        <w:br/>
        <w:t>f 23231/23230/22405 23232/23233/22408 23230/23231/22406</w:t>
        <w:br/>
        <w:t>f 23236/23234/22409 23235/23235/22410 23234/23236/22411</w:t>
        <w:br/>
        <w:t>f 23234/23236/22411 23237/23237/22412 23236/23234/22409</w:t>
        <w:br/>
        <w:t>f 23238/23238/22413 23216/23216/22391 23218/23218/22393</w:t>
        <w:br/>
        <w:t>f 23233/23232/22407 23239/23239/22414 23232/23233/22408</w:t>
        <w:br/>
        <w:t>f 23236/23234/22409 23237/23237/22412 23240/23240/22415</w:t>
        <w:br/>
        <w:t>f 23079/23079/22256 23239/23239/22414 23233/23232/22407</w:t>
        <w:br/>
        <w:t>f 23216/23216/22391 23238/23238/22413 23241/23241/22416</w:t>
        <w:br/>
        <w:t>f 23242/23242/22417 23236/23234/22409 23240/23240/22415</w:t>
        <w:br/>
        <w:t>f 23079/23079/22256 23243/23243/22418 23239/23239/22414</w:t>
        <w:br/>
        <w:t>f 23079/23079/22256 23072/23072/22249 23243/23243/22418</w:t>
        <w:br/>
        <w:t>f 23240/23240/22415 23244/23244/22419 23242/23242/22417</w:t>
        <w:br/>
        <w:t>f 23240/23240/22415 23245/23245/22420 23244/23244/22419</w:t>
        <w:br/>
        <w:t>f 23246/23246/22421 23216/23216/22391 23241/23241/22416</w:t>
        <w:br/>
        <w:t>f 23072/23072/22249 23247/23247/22422 23243/23243/22418</w:t>
        <w:br/>
        <w:t>f 23243/23243/22418 23248/23248/22423 23246/23246/22421</w:t>
        <w:br/>
        <w:t>f 23248/23248/22423 23216/23216/22391 23246/23246/22421</w:t>
        <w:br/>
        <w:t>f 23243/23243/22418 23247/23247/22422 23248/23248/22423</w:t>
        <w:br/>
        <w:t>f 23072/23072/22249 23073/23073/22250 23247/23247/22422</w:t>
        <w:br/>
        <w:t>f 23249/23249/22424 23216/23216/22391 23248/23248/22423</w:t>
        <w:br/>
        <w:t>f 23247/23247/22422 23249/23249/22424 23248/23248/22423</w:t>
        <w:br/>
        <w:t>f 23216/23216/22391 23249/23249/22424 23214/23214/22389</w:t>
        <w:br/>
        <w:t>f 23249/23249/22424 23213/23213/22388 23214/23214/22389</w:t>
        <w:br/>
        <w:t>f 23250/23250/22425 23247/23247/22422 23073/23073/22250</w:t>
        <w:br/>
        <w:t>f 23249/23249/22424 23247/23247/22422 23250/23250/22425</w:t>
        <w:br/>
        <w:t>f 23249/23249/22424 23251/23251/22426 23213/23213/22388</w:t>
        <w:br/>
        <w:t>f 23251/23251/22426 23249/23249/22424 23250/23250/22425</w:t>
        <w:br/>
        <w:t>f 23252/23252/22427 23213/23213/22388 23251/23251/22426</w:t>
        <w:br/>
        <w:t>f 23252/23252/22427 23251/23251/22426 23250/23250/22425</w:t>
        <w:br/>
        <w:t>f 23073/23073/22250 23252/23252/22427 23250/23250/22425</w:t>
        <w:br/>
        <w:t>f 23252/23252/22427 23209/23209/22385 23213/23213/22388</w:t>
        <w:br/>
        <w:t>f 23067/23069/22246 23252/23252/22427 23073/23073/22250</w:t>
        <w:br/>
        <w:t>f 23067/23069/22246 23209/23209/22385 23252/23252/22427</w:t>
        <w:br/>
        <w:t>f 22020/22020/21250 22021/22019/21249 23253/23253/22428</w:t>
        <w:br/>
        <w:t>f 23253/23253/22428 22021/22019/21249 23254/23254/22429</w:t>
        <w:br/>
        <w:t>f 23255/23255/22430 22020/22020/21250 23253/23253/22428</w:t>
        <w:br/>
        <w:t>f 23253/23253/22428 23254/23254/22429 23256/23256/22431</w:t>
        <w:br/>
        <w:t>f 23255/23255/22430 23253/23253/22428 23256/23256/22431</w:t>
        <w:br/>
        <w:t>f 23257/23257/22432 23256/23256/22431 23254/23254/22429</w:t>
        <w:br/>
        <w:t>f 23258/23258/22433 23255/23255/22430 23256/23256/22431</w:t>
        <w:br/>
        <w:t>f 23256/23256/22431 23257/23257/22432 23258/23258/22433</w:t>
        <w:br/>
        <w:t>f 23257/23257/22432 23254/23254/22429 23259/23259/22434</w:t>
        <w:br/>
        <w:t>f 22021/22019/21249 23259/23259/22434 23254/23254/22429</w:t>
        <w:br/>
        <w:t>f 23259/23259/22434 22021/22019/21249 23260/23260/22435</w:t>
        <w:br/>
        <w:t>f 23261/23261/22436 23257/23257/22432 23259/23259/22434</w:t>
        <w:br/>
        <w:t>f 23261/23261/22436 23258/23258/22433 23257/23257/22432</w:t>
        <w:br/>
        <w:t>f 23259/23259/22434 23262/23262/22437 23261/23261/22436</w:t>
        <w:br/>
        <w:t>f 23260/23260/22435 23262/23262/22437 23259/23259/22434</w:t>
        <w:br/>
        <w:t>f 23263/23263/22438 23258/23258/22433 23261/23261/22436</w:t>
        <w:br/>
        <w:t>f 23263/23263/22438 23261/23261/22436 23262/23262/22437</w:t>
        <w:br/>
        <w:t>f 23262/23262/22437 22013/22015/21245 23263/23263/22438</w:t>
        <w:br/>
        <w:t>f 22013/22015/21245 23262/23262/22437 23264/23264/22439</w:t>
        <w:br/>
        <w:t>f 23262/23262/22437 23260/23260/22435 23264/23264/22439</w:t>
        <w:br/>
        <w:t>f 23258/23258/22433 23263/23263/22438 23265/23265/22440</w:t>
        <w:br/>
        <w:t>f 22013/22015/21245 23265/23265/22440 23263/23263/22438</w:t>
        <w:br/>
        <w:t>f 23265/23265/22440 22013/22015/21245 22014/22014/21244</w:t>
        <w:br/>
        <w:t>f 22014/22014/21244 23266/23266/22441 23265/23265/22440</w:t>
        <w:br/>
        <w:t>f 23266/23266/22441 23258/23258/22433 23265/23265/22440</w:t>
        <w:br/>
        <w:t>f 23266/23266/22441 23255/23255/22430 23258/23258/22433</w:t>
        <w:br/>
        <w:t>f 22020/22020/21250 23255/23255/22430 23267/23267/22442</w:t>
        <w:br/>
        <w:t>f 23266/23266/22441 23267/23267/22442 23255/23255/22430</w:t>
        <w:br/>
        <w:t>f 23266/23266/22441 22014/22014/21244 23268/23268/22443</w:t>
        <w:br/>
        <w:t>f 23268/23268/22443 23267/23267/22442 23266/23266/22441</w:t>
        <w:br/>
        <w:t>f 22014/22014/21244 23269/23269/22444 23268/23268/22443</w:t>
        <w:br/>
        <w:t>f 23269/23269/22444 23267/23267/22442 23268/23268/22443</w:t>
        <w:br/>
        <w:t>f 23270/23270/22445 23269/23269/22444 22014/22014/21244</w:t>
        <w:br/>
        <w:t>f 23271/23271/21247 23269/23269/22444 23270/23270/22445</w:t>
        <w:br/>
        <w:t>f 23269/23269/22444 23271/23271/21247 23272/23272/22446</w:t>
        <w:br/>
        <w:t>f 23273/23273/22447 23269/23269/22444 23272/23272/22446</w:t>
        <w:br/>
        <w:t>f 23267/23267/22442 23269/23269/22444 23274/23274/22448</w:t>
        <w:br/>
        <w:t>f 23269/23269/22444 23273/23273/22447 23274/23274/22448</w:t>
        <w:br/>
        <w:t>f 23274/23274/22448 22020/22020/21250 23267/23267/22442</w:t>
        <w:br/>
        <w:t>f 23273/23273/22447 23275/23275/21253 23274/23274/22448</w:t>
        <w:br/>
        <w:t>f 23276/23276/22449 23274/23274/22448 23275/23275/21253</w:t>
        <w:br/>
        <w:t>f 22020/22020/21250 23274/23274/22448 23276/23276/22449</w:t>
        <w:br/>
        <w:t>f 23277/23277/22450 22013/22015/21245 23264/23264/22439</w:t>
        <w:br/>
        <w:t>f 23260/23260/22435 23277/23277/22450 23264/23264/22439</w:t>
        <w:br/>
        <w:t>f 23278/23278/22451 23260/23260/22435 22021/22019/21249</w:t>
        <w:br/>
        <w:t>f 23277/23277/22450 23260/23260/22435 23278/23278/22451</w:t>
        <w:br/>
        <w:t>f 23278/23278/22451 22021/22019/21249 23279/23279/21251</w:t>
        <w:br/>
        <w:t>f 23280/23280/22452 23278/23278/22451 23279/23279/21251</w:t>
        <w:br/>
        <w:t>f 23278/23278/22451 23280/23280/22452 23281/23281/22453</w:t>
        <w:br/>
        <w:t>f 23281/23281/22453 23277/23277/22450 23278/23278/22451</w:t>
        <w:br/>
        <w:t>f 23277/23277/22450 23281/23281/22453 23282/23282/22454</w:t>
        <w:br/>
        <w:t>f 23283/23283/21248 23277/23277/22450 23282/23282/22454</w:t>
        <w:br/>
        <w:t>f 23284/23284/21243 23277/23277/22450 23283/23283/21248</w:t>
        <w:br/>
        <w:t>f 22013/22015/21245 23277/23277/22450 23284/23284/21243</w:t>
        <w:br/>
        <w:t>f 23287/23285/22455 23286/23286/22455 23285/23287/22455</w:t>
        <w:br/>
        <w:t>f 23285/23287/22455 23288/23288/22455 23287/23285/22455</w:t>
        <w:br/>
        <w:t>f 23291/23289/22456 23290/23290/22456 23289/23291/22456</w:t>
        <w:br/>
        <w:t>f 23290/23290/22456 23291/23289/22456 23292/23292/22456</w:t>
        <w:br/>
        <w:t>f 23295/23293/22457 23294/23294/22458 23293/23295/22458</w:t>
        <w:br/>
        <w:t>f 23294/23294/22458 23295/23293/22457 23296/23296/22457</w:t>
        <w:br/>
        <w:t>f 23299/23297/22459 23298/23298/22460 23297/23299/22460</w:t>
        <w:br/>
        <w:t>f 23297/23299/22460 23300/23300/22459 23299/23297/22459</w:t>
        <w:br/>
        <w:t>f 23303/23301/22461 23302/23302/22462 23301/23303/22463</w:t>
        <w:br/>
        <w:t>f 23301/23303/22463 23302/23302/22462 23304/23304/22464</w:t>
        <w:br/>
        <w:t>f 23307/23305/22465 23306/23306/22466 23305/23307/22467</w:t>
        <w:br/>
        <w:t>f 23306/23306/22466 23307/23305/22465 23308/23308/22468</w:t>
        <w:br/>
        <w:t>f 23311/23309/22469 23310/23310/22470 23309/23311/22471</w:t>
        <w:br/>
        <w:t>f 23310/23310/22470 23312/23312/22472 23309/23311/22471</w:t>
        <w:br/>
        <w:t>f 23315/23313/22473 23314/23314/22474 23313/23315/22475</w:t>
        <w:br/>
        <w:t>f 23314/23314/22474 23312/23312/22476 23313/23315/22475</w:t>
        <w:br/>
        <w:t>f 23312/23312/22476 23316/23316/22477 23313/23315/22475</w:t>
        <w:br/>
        <w:t>f 23318/23317/22478 23317/23318/22479 23316/23316/22477</w:t>
        <w:br/>
        <w:t>f 22792/22792/21963 23318/23317/22478 23316/23316/22477</w:t>
        <w:br/>
        <w:t>f 23316/23316/22477 23312/23312/22476 22792/22792/21963</w:t>
        <w:br/>
        <w:t>f 23321/23319/22480 23320/23320/22481 23319/23321/22482</w:t>
        <w:br/>
        <w:t>f 23321/23319/22480 23319/23321/22482 23322/23322/22483</w:t>
        <w:br/>
        <w:t>f 23322/23322/22483 23319/23321/22482 23323/23323/22484</w:t>
        <w:br/>
        <w:t>f 23323/23323/22484 23324/23324/22485 23322/23322/22483</w:t>
        <w:br/>
        <w:t>f 23324/23324/22485 23323/23323/22484 23325/23325/22486</w:t>
        <w:br/>
        <w:t>f 23325/23325/22486 23326/23326/22487 23324/23324/22485</w:t>
        <w:br/>
        <w:t>f 23326/23326/22487 23325/23325/22486 23327/23327/22488</w:t>
        <w:br/>
        <w:t>f 23327/23327/22488 23328/23328/22489 23326/23326/22487</w:t>
        <w:br/>
        <w:t>f 23327/23327/22488 23329/23329/22490 23328/23328/22489</w:t>
        <w:br/>
        <w:t>f 23329/23329/22490 23327/23327/22488 23330/23330/22491</w:t>
        <w:br/>
        <w:t>f 23330/23330/22491 23331/23331/22492 23329/23329/22490</w:t>
        <w:br/>
        <w:t>f 23331/23331/22492 23330/23330/22491 23332/23332/22493</w:t>
        <w:br/>
        <w:t>f 23335/23333/22494 23334/23334/22494 23333/23335/22495</w:t>
        <w:br/>
        <w:t>f 23335/23333/22494 23336/23336/22496 23334/23334/22494</w:t>
        <w:br/>
        <w:t>f 23339/23337/22497 23338/23338/22498 23337/23339/22499</w:t>
        <w:br/>
        <w:t>f 23338/23338/22498 23339/23337/22497 23340/23340/22500</w:t>
        <w:br/>
        <w:t>f 23343/23341/22501 23342/23342/22502 23341/23343/22501</w:t>
        <w:br/>
        <w:t>f 23343/23341/22501 23344/23344/22502 23342/23342/22502</w:t>
        <w:br/>
        <w:t>f 23347/23345/22503 23346/23346/22503 23345/23347/22504</w:t>
        <w:br/>
        <w:t>f 23345/23347/22504 23348/23348/22505 23347/23345/22503</w:t>
        <w:br/>
        <w:t>f 23349/23349/22506 23348/23348/22505 23345/23347/22504</w:t>
        <w:br/>
        <w:t>f 23349/23349/22506 23350/23350/22507 23348/23348/22505</w:t>
        <w:br/>
        <w:t>f 23351/23351/22508 23350/23350/22507 23349/23349/22506</w:t>
        <w:br/>
        <w:t>f 23351/23351/22508 23352/23352/22509 23350/23350/22507</w:t>
        <w:br/>
        <w:t>f 23352/23352/22509 23351/23351/22508 23353/23353/22510</w:t>
        <w:br/>
        <w:t>f 23353/23353/22510 23354/23354/22511 23352/23352/22509</w:t>
        <w:br/>
        <w:t>f 23353/23353/22510 23355/23355/22512 23354/23354/22511</w:t>
        <w:br/>
        <w:t>f 23356/23356/22513 23355/23355/22512 23353/23353/22510</w:t>
        <w:br/>
        <w:t>f 23359/23357/22514 23358/23358/22515 23357/23359/22516</w:t>
        <w:br/>
        <w:t>f 23357/23359/22516 23360/23360/22517 23359/23357/22514</w:t>
        <w:br/>
        <w:t>f 23360/23360/22517 23357/23359/22516 23361/23361/22518</w:t>
        <w:br/>
        <w:t>f 23360/23360/22517 23361/23361/22518 23362/23362/22519</w:t>
        <w:br/>
        <w:t>f 23362/23362/22519 23363/23363/22520 23360/23360/22517</w:t>
        <w:br/>
        <w:t>f 23362/23362/22519 23364/23364/22521 23363/23363/22520</w:t>
        <w:br/>
        <w:t>f 23367/23365/22522 23366/23366/22523 23365/23367/22524</w:t>
        <w:br/>
        <w:t>f 23365/23367/22524 23368/23368/22523 23367/23365/22522</w:t>
        <w:br/>
        <w:t>f 23368/23368/22523 23365/23367/22524 23369/23369/22525</w:t>
        <w:br/>
        <w:t>f 23372/23370/22526 23371/23371/22527 23370/23372/22528</w:t>
        <w:br/>
        <w:t>f 23372/23370/22526 23370/23372/22528 23373/23373/22529</w:t>
        <w:br/>
        <w:t>f 23373/23373/22529 23370/23372/22528 23374/23374/22530</w:t>
        <w:br/>
        <w:t>f 23374/23374/22530 23375/23375/22531 23373/23373/22529</w:t>
        <w:br/>
        <w:t>f 23375/23375/22531 23374/23374/22530 23376/23376/22532</w:t>
        <w:br/>
        <w:t>f 23376/23376/22532 23377/23377/22533 23375/23375/22531</w:t>
        <w:br/>
        <w:t>f 23377/23377/22533 23376/23376/22532 23378/23378/22534</w:t>
        <w:br/>
        <w:t>f 23378/23378/22534 23379/23379/22535 23377/23377/22533</w:t>
        <w:br/>
        <w:t>f 23378/23378/22534 23380/23380/22536 23379/23379/22535</w:t>
        <w:br/>
        <w:t>f 23380/23380/22536 23378/23378/22534 23381/23381/22537</w:t>
        <w:br/>
        <w:t>f 23381/23381/22537 23382/23382/22538 23380/23380/22536</w:t>
        <w:br/>
        <w:t>f 23382/23382/22538 23381/23381/22537 23383/23383/22539</w:t>
        <w:br/>
        <w:t>f 23386/23384/22540 23385/23385/22541 23384/23386/22542</w:t>
        <w:br/>
        <w:t>f 23386/23384/22540 23387/23387/22543 23385/23385/22541</w:t>
        <w:br/>
        <w:t>f 23390/23388/22544 23389/23389/22544 23388/23390/22545</w:t>
        <w:br/>
        <w:t>f 23389/23389/22544 23390/23388/22544 23391/23391/22546</w:t>
        <w:br/>
        <w:t>f 23394/23392/22547 23393/23393/22547 23392/23394/22547</w:t>
        <w:br/>
        <w:t>f 23393/23393/22547 23394/23392/22547 23395/23395/22547</w:t>
        <w:br/>
        <w:t>f 23398/23396/22548 23397/23397/22549 23396/23398/22550</w:t>
        <w:br/>
        <w:t>f 23396/23398/22550 23399/23399/22551 23398/23396/22548</w:t>
        <w:br/>
        <w:t>f 23396/23398/22550 23400/23400/22552 23399/23399/22551</w:t>
        <w:br/>
        <w:t>f 23400/23400/22552 23396/23398/22550 23401/23401/22553</w:t>
        <w:br/>
        <w:t>f 23401/23401/22553 23402/23402/22554 23400/23400/22552</w:t>
        <w:br/>
        <w:t>f 23402/23402/22554 23401/23401/22553 23403/23403/22555</w:t>
        <w:br/>
        <w:t>f 23402/23402/22554 23403/23403/22555 23404/23404/22556</w:t>
        <w:br/>
        <w:t>f 23404/23404/22556 23405/23405/22557 23402/23402/22554</w:t>
        <w:br/>
        <w:t>f 23404/23404/22556 23406/23406/22558 23405/23405/22557</w:t>
        <w:br/>
        <w:t>f 23407/23407/22559 23406/23406/22558 23404/23404/22556</w:t>
        <w:br/>
        <w:t>f 23410/23408/22560 23409/23409/22561 23408/23410/22562</w:t>
        <w:br/>
        <w:t>f 23408/23410/22562 23411/23411/22563 23410/23408/22560</w:t>
        <w:br/>
        <w:t>f 23411/23411/22563 23408/23410/22562 23412/23412/22564</w:t>
        <w:br/>
        <w:t>f 23411/23411/22563 23412/23412/22564 23413/23413/22565</w:t>
        <w:br/>
        <w:t>f 23411/23411/22563 23413/23413/22565 23414/23414/22562</w:t>
        <w:br/>
        <w:t>f 23413/23413/22565 23415/23415/22566 23414/23414/22562</w:t>
        <w:br/>
        <w:t>f 23368/23368/22523 23369/23369/22525 23416/23416/22567</w:t>
        <w:br/>
        <w:t>f 23416/23416/22567 23369/23369/22525 23417/23417/22567</w:t>
        <w:br/>
        <w:t>f 23416/23416/22567 23417/23417/22567 23418/23418/22568</w:t>
        <w:br/>
        <w:t>f 23421/23419/22569 23420/23420/22569 23419/23421/22569</w:t>
        <w:br/>
        <w:t>f 23422/23422/22569 23419/23421/22569 23420/23420/22569</w:t>
        <w:br/>
        <w:t>f 23425/23423/22570 23424/23424/22571 23423/23425/22572</w:t>
        <w:br/>
        <w:t>f 23423/23425/22572 23424/23424/22571 23426/23426/22573</w:t>
        <w:br/>
        <w:t>f 23423/23425/22572 23426/23426/22573 23427/23427/22574</w:t>
        <w:br/>
        <w:t>f 23427/23427/22574 23428/23428/22575 23423/23425/22572</w:t>
        <w:br/>
        <w:t>f 23431/23429/22576 23430/23430/22577 23429/23431/22578</w:t>
        <w:br/>
        <w:t>f 23430/23430/22577 23431/23429/22576 23432/23432/22579</w:t>
        <w:br/>
        <w:t>f 23433/23433/22580 23432/23432/22579 23431/23429/22576</w:t>
        <w:br/>
        <w:t>f 23432/23432/22579 23433/23433/22580 23434/23434/22581</w:t>
        <w:br/>
        <w:t>f 23435/23435/22582 23434/23434/22581 23433/23433/22580</w:t>
        <w:br/>
        <w:t>f 23434/23434/22581 23435/23435/22582 23436/23436/22583</w:t>
        <w:br/>
        <w:t>f 23435/23435/22582 23437/23437/22584 23436/23436/22583</w:t>
        <w:br/>
        <w:t>f 23438/23438/22585 23436/23436/22583 23437/23437/22584</w:t>
        <w:br/>
        <w:t>f 23439/23439/22586 23438/23438/22585 23437/23437/22584</w:t>
        <w:br/>
        <w:t>f 23438/23438/22585 23439/23439/22586 23440/23440/22587</w:t>
        <w:br/>
        <w:t>f 23443/23441/22588 23442/23442/22589 23441/23443/22590</w:t>
        <w:br/>
        <w:t>f 23442/23442/22589 23444/23444/22591 23441/23443/22590</w:t>
        <w:br/>
        <w:t>f 23441/23443/22590 23444/23444/22591 23445/23445/22592</w:t>
        <w:br/>
        <w:t>f 23445/23445/22592 23444/23444/22591 23446/23446/22593</w:t>
        <w:br/>
        <w:t>f 23447/23447/22594 23445/23445/22592 23446/23446/22593</w:t>
        <w:br/>
        <w:t>f 23447/23447/22594 23446/23446/22593 23448/23448/22595</w:t>
        <w:br/>
        <w:t>f 23449/23449/22596 23447/23447/22594 23448/23448/22595</w:t>
        <w:br/>
        <w:t>f 23447/23447/22594 23449/23449/22596 23450/23450/22597</w:t>
        <w:br/>
        <w:t>f 23453/23451/22598 23452/23452/22598 23451/23453/22598</w:t>
        <w:br/>
        <w:t>f 23452/23452/22598 23453/23451/22598 23454/23454/22598</w:t>
        <w:br/>
        <w:t>f 23457/23455/22599 23456/23456/22600 23455/23457/22601</w:t>
        <w:br/>
        <w:t>f 23457/23455/22599 23304/23304/22464 23456/23456/22600</w:t>
        <w:br/>
        <w:t>f 23459/23458/22602 21882/21880/21115 23458/23459/22603</w:t>
        <w:br/>
        <w:t>f 21882/21880/21115 23459/23458/22602 21881/21881/21116</w:t>
        <w:br/>
        <w:t>f 23459/23458/22602 23460/23460/22604 21881/21881/21116</w:t>
        <w:br/>
        <w:t>f 23459/23458/22602 23461/23461/22605 23460/23460/22604</w:t>
        <w:br/>
        <w:t>f 23464/23462/22606 23463/23463/22607 23462/23464/22607</w:t>
        <w:br/>
        <w:t>f 23463/23463/22607 23464/23462/22606 23465/23465/22606</w:t>
        <w:br/>
        <w:t>f 23464/23462/22606 23466/23466/22606 23465/23465/22606</w:t>
        <w:br/>
        <w:t>f 23469/23467/22608 23468/23468/22609 23467/23469/22610</w:t>
        <w:br/>
        <w:t>f 23468/23468/22609 23469/23467/22608 23470/23470/22611</w:t>
        <w:br/>
        <w:t>f 23470/23470/22611 23471/23471/22612 23468/23468/22609</w:t>
        <w:br/>
        <w:t>f 23472/23472/22613 23471/23471/22612 23470/23470/22611</w:t>
        <w:br/>
        <w:t>f 23471/23471/22612 23472/23472/22613 23473/23473/22614</w:t>
        <w:br/>
        <w:t>f 23475/23474/22615 23473/23473/22614 23474/23475/22616</w:t>
        <w:br/>
        <w:t>f 23473/23473/22614 23472/23472/22613 23474/23475/22616</w:t>
        <w:br/>
        <w:t>f 23472/23472/22613 23476/23476/22617 23474/23475/22616</w:t>
        <w:br/>
        <w:t>f 23476/23476/22617 23472/23472/22613 23477/23477/22618</w:t>
        <w:br/>
        <w:t>f 23478/23478/22619 23476/23476/22617 23477/23477/22618</w:t>
        <w:br/>
        <w:t>f 23478/23478/22619 23477/23477/22618 23479/23479/22620</w:t>
        <w:br/>
        <w:t>f 23480/23480/22621 23478/23478/22619 23479/23479/22620</w:t>
        <w:br/>
        <w:t>f 23480/23480/22621 23479/23479/22620 23481/23481/22622</w:t>
        <w:br/>
        <w:t>f 23479/23479/22620 23482/23482/22623 23481/23481/22622</w:t>
        <w:br/>
        <w:t>f 23481/23481/22622 23484/23483/22624 23483/23484/22625</w:t>
        <w:br/>
        <w:t>f 23484/23483/22624 23481/23481/22622 23482/23482/22623</w:t>
        <w:br/>
        <w:t>f 23482/23482/22623 23485/23485/22626 23484/23483/22624</w:t>
        <w:br/>
        <w:t>f 23486/23486/22627 23485/23485/22626 23482/23482/22623</w:t>
        <w:br/>
        <w:t>f 23485/23485/22626 23486/23486/22627 23487/23487/22628</w:t>
        <w:br/>
        <w:t>f 23486/23486/22627 23488/23488/22629 23487/23487/22628</w:t>
        <w:br/>
        <w:t>f 23488/23488/22629 23486/23486/22627 23489/23489/22630</w:t>
        <w:br/>
        <w:t>f 23492/23490/22631 23491/23491/22631 23490/23492/22632</w:t>
        <w:br/>
        <w:t>f 23491/23491/22631 23492/23490/22631 23493/23493/22633</w:t>
        <w:br/>
        <w:t>f 23496/23494/22634 23495/23495/22635 23494/23496/22636</w:t>
        <w:br/>
        <w:t>f 23496/23494/22634 23494/23496/22636 23497/23497/22637</w:t>
        <w:br/>
        <w:t>f 23500/23498/22638 23499/23499/22639 23498/23500/22639</w:t>
        <w:br/>
        <w:t>f 23499/23499/22639 23500/23498/22638 21960/21960/21194</w:t>
        <w:br/>
        <w:t>f 23501/23501/22640 21960/21960/21194 23500/23498/22638</w:t>
        <w:br/>
        <w:t>f 23494/23496/22636 23502/23502/22641 23497/23497/22637</w:t>
        <w:br/>
        <w:t>f 21960/21960/21194 23501/23501/22640 23503/23503/22640</w:t>
        <w:br/>
        <w:t>f 23501/23501/22640 23504/23504/22642 23503/23503/22640</w:t>
        <w:br/>
        <w:t>f 23505/23505/22643 23502/23502/22641 23494/23496/22636</w:t>
        <w:br/>
        <w:t>f 23504/23504/22642 23501/23501/22640 23506/23506/22644</w:t>
        <w:br/>
        <w:t>f 23505/23505/22643 23494/23496/22636 23507/23507/22645</w:t>
        <w:br/>
        <w:t>f 23508/23508/22646 23504/23504/22642 23506/23506/22644</w:t>
        <w:br/>
        <w:t>f 23504/23504/22642 23508/23508/22646 23509/23509/22646</w:t>
        <w:br/>
        <w:t>f 23512/23510/22647 23511/23511/22648 23510/23512/22649</w:t>
        <w:br/>
        <w:t>f 23511/23511/22648 23512/23510/22647 23513/23513/22650</w:t>
        <w:br/>
        <w:t>f 23514/23514/22651 23513/23513/22650 23512/23510/22647</w:t>
        <w:br/>
        <w:t>f 23513/23513/22650 23514/23514/22651 23515/23515/22652</w:t>
        <w:br/>
        <w:t>f 23514/23514/22651 23516/23516/22653 23515/23515/22652</w:t>
        <w:br/>
        <w:t>f 23516/23516/22653 23514/23514/22651 23517/23517/22654</w:t>
        <w:br/>
        <w:t>f 23518/23518/22655 23516/23516/22653 23517/23517/22654</w:t>
        <w:br/>
        <w:t>f 23518/23518/22655 23519/23519/22656 23516/23516/22653</w:t>
        <w:br/>
        <w:t>f 23518/23518/22655 23520/23520/22657 23519/23519/22656</w:t>
        <w:br/>
        <w:t>f 23520/23520/22657 23518/23518/22655 23521/23521/22658</w:t>
        <w:br/>
        <w:t>f 23521/23521/22658 23522/23522/22659 23520/23520/22657</w:t>
        <w:br/>
        <w:t>f 23522/23522/22659 23521/23521/22658 23523/23523/22660</w:t>
        <w:br/>
        <w:t>f 23524/23524/22661 23522/23522/22659 23523/23523/22660</w:t>
        <w:br/>
        <w:t>f 23522/23522/22659 23524/23524/22661 23525/23525/22662</w:t>
        <w:br/>
        <w:t>f 23525/23525/22662 23524/23524/22661 23526/23526/22663</w:t>
        <w:br/>
        <w:t>f 23527/23527/22664 23526/23526/22663 23524/23524/22661</w:t>
        <w:br/>
        <w:t>f 23528/23528/22665 23462/23464/22607 23463/23463/22607</w:t>
        <w:br/>
        <w:t>f 23462/23464/22607 23528/23528/22665 23529/23529/22665</w:t>
        <w:br/>
        <w:t>f 23529/23529/22665 23528/23528/22665 23530/23530/22666</w:t>
        <w:br/>
        <w:t>f 23533/23531/22667 23532/23532/22668 23531/23533/22669</w:t>
        <w:br/>
        <w:t>f 23533/23531/22667 23531/23533/22669 23534/23534/22670</w:t>
        <w:br/>
        <w:t>f 23535/23535/22671 23533/23531/22667 23534/23534/22670</w:t>
        <w:br/>
        <w:t>f 23534/23534/22670 23536/23536/22672 23535/23535/22671</w:t>
        <w:br/>
        <w:t>f 23536/23536/22672 23537/23537/22673 23535/23535/22671</w:t>
        <w:br/>
        <w:t>f 23538/23538/22674 23537/23537/22673 23536/23536/22672</w:t>
        <w:br/>
        <w:t>f 23537/23537/22673 23538/23538/22674 23539/23539/22675</w:t>
        <w:br/>
        <w:t>f 23540/23540/22676 23538/23538/22674 23536/23536/22672</w:t>
        <w:br/>
        <w:t>f 23538/23538/22674 23540/23540/22676 23541/23541/22677</w:t>
        <w:br/>
        <w:t>f 23540/23540/22676 23542/23542/22678 23541/23541/22677</w:t>
        <w:br/>
        <w:t>f 23542/23542/22678 23540/23540/22676 23543/23543/22679</w:t>
        <w:br/>
        <w:t>f 23542/23542/22678 23543/23543/22679 23544/23544/22680</w:t>
        <w:br/>
        <w:t>f 23545/23545/22681 23544/23544/22680 23543/23543/22679</w:t>
        <w:br/>
        <w:t>f 23544/23544/22680 23545/23545/22681 23546/23546/22682</w:t>
        <w:br/>
        <w:t>f 23546/23546/22682 23548/23547/22683 23547/23548/22684</w:t>
        <w:br/>
        <w:t>f 23545/23545/22681 23548/23547/22683 23546/23546/22682</w:t>
        <w:br/>
        <w:t>f 23548/23547/22683 23545/23545/22681 23549/23549/22685</w:t>
        <w:br/>
        <w:t>f 23545/23545/22681 23550/23550/22686 23549/23549/22685</w:t>
        <w:br/>
        <w:t>f 23550/23550/22686 23551/23551/22687 23549/23549/22685</w:t>
        <w:br/>
        <w:t>f 23552/23552/22688 23551/23551/22687 23550/23550/22686</w:t>
        <w:br/>
        <w:t>f 23551/23551/22687 23552/23552/22688 23553/23553/22689</w:t>
        <w:br/>
        <w:t>f 23556/23554/22690 23555/23555/22691 23554/23556/22692</w:t>
        <w:br/>
        <w:t>f 23555/23555/22691 23557/23557/22693 23554/23556/22692</w:t>
        <w:br/>
        <w:t>f 23558/23558/22694 23557/23557/22693 23555/23555/22691</w:t>
        <w:br/>
        <w:t>f 23557/23557/22693 23558/23558/22694 23559/23559/22695</w:t>
        <w:br/>
        <w:t>f 23560/23560/22696 23559/23559/22695 23558/23558/22694</w:t>
        <w:br/>
        <w:t>f 23559/23559/22695 23560/23560/22696 23561/23561/22697</w:t>
        <w:br/>
        <w:t>f 23562/23562/22698 23561/23561/22697 23560/23560/22696</w:t>
        <w:br/>
        <w:t>f 23561/23561/22697 23562/23562/22698 23563/23563/22699</w:t>
        <w:br/>
        <w:t>f 23563/23563/22699 23562/23562/22698 23564/23564/22700</w:t>
        <w:br/>
        <w:t>f 23565/23565/22700 23564/23564/22700 23562/23562/22698</w:t>
        <w:br/>
        <w:t>f 23568/23566/22701 23567/23567/22702 23566/23568/22701</w:t>
        <w:br/>
        <w:t>f 23567/23567/22702 23568/23566/22701 23569/23569/22702</w:t>
        <w:br/>
        <w:t>f 23572/23570/22703 23571/23571/22704 23570/23572/22705</w:t>
        <w:br/>
        <w:t>f 23571/23571/22704 23572/23570/22703 23573/23573/22706</w:t>
        <w:br/>
        <w:t>f 23576/23574/22707 23575/23575/22707 23574/23576/22708</w:t>
        <w:br/>
        <w:t>f 23577/23577/22709 23574/23576/22710 23572/23570/22703</w:t>
        <w:br/>
        <w:t>f 23580/23578/22711 23579/23579/22712 23578/23580/22713</w:t>
        <w:br/>
        <w:t>f 23579/23579/22712 23580/23578/22711 23581/23581/22714</w:t>
        <w:br/>
        <w:t>f 23582/23582/22715 23581/23581/22714 23580/23578/22711</w:t>
        <w:br/>
        <w:t>f 23581/23581/22714 23582/23582/22715 23583/23583/22716</w:t>
        <w:br/>
        <w:t>f 23582/23582/22715 23584/23584/22717 23583/23583/22716</w:t>
        <w:br/>
        <w:t>f 23584/23584/22717 23582/23582/22715 23585/23585/22718</w:t>
        <w:br/>
        <w:t>f 23585/23585/22718 23586/23586/22719 23584/23584/22717</w:t>
        <w:br/>
        <w:t>f 23586/23586/22719 23585/23585/22718 23587/23587/22720</w:t>
        <w:br/>
        <w:t>f 23586/23586/22719 23587/23587/22720 23588/23588/22721</w:t>
        <w:br/>
        <w:t>f 23588/23588/22721 23587/23587/22720 23589/23589/22722</w:t>
        <w:br/>
        <w:t>f 23590/23590/22723 23588/23588/22721 23589/23589/22722</w:t>
        <w:br/>
        <w:t>f 23590/23590/22723 23589/23589/22722 23591/23591/22724</w:t>
        <w:br/>
        <w:t>f 23594/23592/22725 23593/23593/22726 23592/23594/22727</w:t>
        <w:br/>
        <w:t>f 23594/23592/22725 23595/23595/22725 23593/23593/22726</w:t>
        <w:br/>
        <w:t>f 23595/23595/22725 23594/23592/22725 23596/23596/22728</w:t>
        <w:br/>
        <w:t>f 23595/23595/22725 23596/23596/22728 23597/23597/22728</w:t>
        <w:br/>
        <w:t>f 23596/23596/22728 23598/23598/22729 23597/23597/22728</w:t>
        <w:br/>
        <w:t>f 23597/23597/22728 23598/23598/22729 23599/23599/22730</w:t>
        <w:br/>
        <w:t>f 23601/23600/22731 23510/23512/22664 23600/23601/22732</w:t>
        <w:br/>
        <w:t>f 23510/23512/22664 23601/23600/22731 23602/23602/22733</w:t>
        <w:br/>
        <w:t>f 23603/23603/22734 23602/23602/22733 23601/23600/22731</w:t>
        <w:br/>
        <w:t>f 23602/23602/22733 23603/23603/22734 23604/23604/22735</w:t>
        <w:br/>
        <w:t>f 23603/23603/22734 23605/23605/22736 23604/23604/22735</w:t>
        <w:br/>
        <w:t>f 23605/23605/22736 23603/23603/22734 23606/23606/22737</w:t>
        <w:br/>
        <w:t>f 23607/23607/22738 23605/23605/22736 23606/23606/22737</w:t>
        <w:br/>
        <w:t>f 23605/23605/22736 23607/23607/22738 23518/23518/22655</w:t>
        <w:br/>
        <w:t>f 23607/23607/22738 23521/23521/22658 23518/23518/22655</w:t>
        <w:br/>
        <w:t>f 23521/23521/22658 23607/23607/22738 23608/23608/22739</w:t>
        <w:br/>
        <w:t>f 23608/23608/22739 23609/23609/22740 23521/23521/22658</w:t>
        <w:br/>
        <w:t>f 23609/23609/22740 23608/23608/22739 23610/23610/22740</w:t>
        <w:br/>
        <w:t>f 23609/23609/22740 23610/23610/22740 23611/23611/22741</w:t>
        <w:br/>
        <w:t>f 23611/23611/22741 23524/23524/22661 23609/23609/22740</w:t>
        <w:br/>
        <w:t>f 23611/23611/22741 23527/23527/22664 23524/23524/22661</w:t>
        <w:br/>
        <w:t>f 23527/23527/22664 23611/23611/22741 23612/23612/22732</w:t>
        <w:br/>
        <w:t>f 23615/23613/22742 23614/23614/22743 23613/23615/22744</w:t>
        <w:br/>
        <w:t>f 23614/23614/22743 23615/23613/22742 23616/23616/22745</w:t>
        <w:br/>
        <w:t>f 23617/23617/22746 23616/23616/22745 23615/23613/22742</w:t>
        <w:br/>
        <w:t>f 23616/23616/22745 23617/23617/22746 23618/23618/22747</w:t>
        <w:br/>
        <w:t>f 23618/23618/22747 23617/23617/22746 23619/23619/22748</w:t>
        <w:br/>
        <w:t>f 23619/23619/22748 23620/23620/22749 23618/23618/22747</w:t>
        <w:br/>
        <w:t>f 23620/23620/22749 23619/23619/22748 23621/23621/22750</w:t>
        <w:br/>
        <w:t>f 23622/23622/22751 23618/23618/22747 23620/23620/22749</w:t>
        <w:br/>
        <w:t>f 23623/23623/22752 23622/23622/22751 23620/23620/22749</w:t>
        <w:br/>
        <w:t>f 23623/23623/22752 23624/23624/22753 23622/23622/22751</w:t>
        <w:br/>
        <w:t>f 23624/23624/22753 23625/23625/22754 23622/23622/22751</w:t>
        <w:br/>
        <w:t>f 23624/23624/22753 23626/23626/22755 23625/23625/22754</w:t>
        <w:br/>
        <w:t>f 23626/23626/22755 23627/23627/22756 23625/23625/22754</w:t>
        <w:br/>
        <w:t>f 23627/23627/22756 23626/23626/22755 23628/23628/22757</w:t>
        <w:br/>
        <w:t>f 23630/23629/22758 23628/23628/22757 23629/23630/22759</w:t>
        <w:br/>
        <w:t>f 23627/23627/22756 23628/23628/22757 23630/23629/22758</w:t>
        <w:br/>
        <w:t>f 23631/23631/22760 23627/23627/22756 23630/23629/22758</w:t>
        <w:br/>
        <w:t>f 23627/23627/22756 23631/23631/22760 23632/23632/22761</w:t>
        <w:br/>
        <w:t>f 23632/23632/22761 23631/23631/22760 23633/23633/22762</w:t>
        <w:br/>
        <w:t>f 23633/23633/22762 23634/23634/22763 23632/23632/22761</w:t>
        <w:br/>
        <w:t>f 23634/23634/22763 23633/23633/22762 23635/23635/22764</w:t>
        <w:br/>
        <w:t>f 23638/23636/22765 23637/23637/22766 23636/23638/22767</w:t>
        <w:br/>
        <w:t>f 23637/23637/22766 23638/23636/22765 23639/23639/22768</w:t>
        <w:br/>
        <w:t>f 23640/23640/22769 23639/23639/22768 23638/23636/22765</w:t>
        <w:br/>
        <w:t>f 23639/23639/22768 23640/23640/22769 23641/23641/22770</w:t>
        <w:br/>
        <w:t>f 23640/23640/22769 23642/23642/22771 23641/23641/22770</w:t>
        <w:br/>
        <w:t>f 23643/23643/22772 23642/23642/22771 23640/23640/22769</w:t>
        <w:br/>
        <w:t>f 23642/23642/22771 23643/23643/22772 23644/23644/22773</w:t>
        <w:br/>
        <w:t>f 23642/23642/22771 23644/23644/22773 23645/23645/22774</w:t>
        <w:br/>
        <w:t>f 23644/23644/22773 23646/23646/22775 23645/23645/22774</w:t>
        <w:br/>
        <w:t>f 23646/23646/22775 23644/23644/22773 23647/23647/22776</w:t>
        <w:br/>
        <w:t>f 23646/23646/22775 23647/23647/22776 23648/23648/22777</w:t>
        <w:br/>
        <w:t>f 23648/23648/22777 23647/23647/22776 23649/23649/22778</w:t>
        <w:br/>
        <w:t>f 23650/23650/22779 23648/23648/22777 23649/23649/22778</w:t>
        <w:br/>
        <w:t>f 23648/23648/22777 23650/23650/22779 23651/23651/22780</w:t>
        <w:br/>
        <w:t>f 23651/23651/22780 23650/23650/22779 23652/23652/22766</w:t>
        <w:br/>
        <w:t>f 23653/23653/22767 23652/23652/22766 23650/23650/22779</w:t>
        <w:br/>
        <w:t>f 23656/23654/22781 23655/23655/22782 23654/23656/22783</w:t>
        <w:br/>
        <w:t>f 23656/23654/22781 23654/23656/22783 23657/23657/22784</w:t>
        <w:br/>
        <w:t>f 23658/23658/22785 23656/23654/22781 23657/23657/22784</w:t>
        <w:br/>
        <w:t>f 23657/23657/22784 23659/23659/22786 23658/23658/22785</w:t>
        <w:br/>
        <w:t>f 23659/23659/22786 23660/23660/22787 23658/23658/22785</w:t>
        <w:br/>
        <w:t>f 23661/23661/22788 23660/23660/22787 23659/23659/22786</w:t>
        <w:br/>
        <w:t>f 23660/23660/22787 23661/23661/22788 23662/23662/22789</w:t>
        <w:br/>
        <w:t>f 23663/23663/22790 23661/23661/22788 23659/23659/22786</w:t>
        <w:br/>
        <w:t>f 23661/23661/22788 23663/23663/22790 23664/23664/22791</w:t>
        <w:br/>
        <w:t>f 23664/23664/22791 23663/23663/22790 23665/23665/22792</w:t>
        <w:br/>
        <w:t>f 23665/23665/22792 23663/23663/22790 23666/23666/22793</w:t>
        <w:br/>
        <w:t>f 23665/23665/22792 23666/23666/22793 23667/23667/22794</w:t>
        <w:br/>
        <w:t>f 23668/23668/22795 23667/23667/22794 23666/23666/22793</w:t>
        <w:br/>
        <w:t>f 23667/23667/22794 23668/23668/22795 23669/23669/22796</w:t>
        <w:br/>
        <w:t>f 23671/23670/22797 23669/23669/22796 23670/23671/22798</w:t>
        <w:br/>
        <w:t>f 23668/23668/22795 23670/23671/22798 23669/23669/22796</w:t>
        <w:br/>
        <w:t>f 23672/23672/22799 23670/23671/22798 23668/23668/22795</w:t>
        <w:br/>
        <w:t>f 23668/23668/22795 23673/23673/22800 23672/23672/22799</w:t>
        <w:br/>
        <w:t>f 23673/23673/22800 23674/23674/22801 23672/23672/22799</w:t>
        <w:br/>
        <w:t>f 23675/23675/22802 23674/23674/22801 23673/23673/22800</w:t>
        <w:br/>
        <w:t>f 23674/23674/22801 23675/23675/22802 23676/23676/22803</w:t>
        <w:br/>
        <w:t>f 23679/23677/22804 23678/23678/22805 23677/23679/22806</w:t>
        <w:br/>
        <w:t>f 23679/23677/22804 23680/23680/22807 23678/23678/22805</w:t>
        <w:br/>
        <w:t>f 23678/23678/22805 23680/23680/22807 23681/23681/22808</w:t>
        <w:br/>
        <w:t>f 23680/23680/22807 23682/23682/22809 23681/23681/22808</w:t>
        <w:br/>
        <w:t>f 23681/23681/22808 23682/23682/22809 23683/23683/22810</w:t>
        <w:br/>
        <w:t>f 23682/23682/22809 23684/23684/22811 23683/23683/22810</w:t>
        <w:br/>
        <w:t>f 23683/23683/22810 23684/23684/22811 23685/23685/22812</w:t>
        <w:br/>
        <w:t>f 23684/23684/22811 23686/23686/22813 23685/23685/22812</w:t>
        <w:br/>
        <w:t>f 23687/23687/22814 23685/23685/22812 23686/23686/22813</w:t>
        <w:br/>
        <w:t>f 23685/23685/22812 23687/23687/22814 23688/23688/22815</w:t>
        <w:br/>
        <w:t>f 23689/23689/22816 23688/23688/22815 23687/23687/22814</w:t>
        <w:br/>
        <w:t>f 23688/23688/22815 23689/23689/22816 23690/23690/22817</w:t>
        <w:br/>
        <w:t>f 23693/23691/22818 23692/23692/22819 23691/23693/22820</w:t>
        <w:br/>
        <w:t>f 23694/23694/22821 23691/23693/22820 23692/23692/22819</w:t>
        <w:br/>
        <w:t>f 23697/23695/22822 23696/23696/22823 23695/23697/22822</w:t>
        <w:br/>
        <w:t>f 23697/23695/22822 23695/23697/22822 23698/23698/22824</w:t>
        <w:br/>
        <w:t>f 23701/23699/22825 23700/23700/22825 23699/23701/22825</w:t>
        <w:br/>
        <w:t>f 23700/23700/22825 23701/23699/22825 23702/23702/22825</w:t>
        <w:br/>
        <w:t>f 23705/23703/22826 23704/23704/22827 23703/23705/22828</w:t>
        <w:br/>
        <w:t>f 23706/23706/22829 23704/23704/22827 23705/23703/22826</w:t>
        <w:br/>
        <w:t>f 23706/23706/22829 23707/23707/22830 23704/23704/22827</w:t>
        <w:br/>
        <w:t>f 23706/23706/22829 23708/23708/22831 23707/23707/22830</w:t>
        <w:br/>
        <w:t>f 23708/23708/22831 23709/23709/22832 23707/23707/22830</w:t>
        <w:br/>
        <w:t>f 23708/23708/22831 23710/23710/22833 23709/23709/22832</w:t>
        <w:br/>
        <w:t>f 23710/23710/22833 23711/23711/22834 23709/23709/22832</w:t>
        <w:br/>
        <w:t>f 23712/23712/22835 23711/23711/22834 23710/23710/22833</w:t>
        <w:br/>
        <w:t>f 23711/23711/22834 23712/23712/22835 23713/23713/22836</w:t>
        <w:br/>
        <w:t>f 23714/23714/22837 23711/23711/22834 23713/23713/22836</w:t>
        <w:br/>
        <w:t>f 23717/23715/22838 23716/23716/22839 23715/23717/22840</w:t>
        <w:br/>
        <w:t>f 23717/23715/22838 23718/23718/22838 23716/23716/22839</w:t>
        <w:br/>
        <w:t>f 23719/23719/22841 23718/23718/22838 23717/23715/22838</w:t>
        <w:br/>
        <w:t>f 23720/23720/22841 23718/23718/22838 23719/23719/22841</w:t>
        <w:br/>
        <w:t>f 23718/23718/22838 23720/23720/22841 23721/23721/22842</w:t>
        <w:br/>
        <w:t>f 23721/23721/22842 23720/23720/22841 23722/23722/22843</w:t>
        <w:br/>
        <w:t>f 23639/23639/22844 23724/23723/22845 23723/23724/22846</w:t>
        <w:br/>
        <w:t>f 23724/23723/22845 23639/23639/22844 23725/23725/22847</w:t>
        <w:br/>
        <w:t>f 23639/23639/22844 23726/23726/22848 23725/23725/22847</w:t>
        <w:br/>
        <w:t>f 23726/23726/22848 23727/23727/22849 23725/23725/22847</w:t>
        <w:br/>
        <w:t>f 23726/23726/22848 23728/23728/22850 23727/23727/22849</w:t>
        <w:br/>
        <w:t>f 23728/23728/22850 23726/23726/22848 23642/23642/22771</w:t>
        <w:br/>
        <w:t>f 23729/23729/22851 23728/23728/22850 23642/23642/22771</w:t>
        <w:br/>
        <w:t>f 23728/23728/22850 23729/23729/22851 23730/23730/22852</w:t>
        <w:br/>
        <w:t>f 23729/23729/22851 23731/23731/22853 23730/23730/22852</w:t>
        <w:br/>
        <w:t>f 23731/23731/22853 23729/23729/22851 23732/23732/22854</w:t>
        <w:br/>
        <w:t>f 23732/23732/22854 23733/23733/22855 23731/23731/22853</w:t>
        <w:br/>
        <w:t>f 23733/23733/22855 23732/23732/22854 23734/23734/22856</w:t>
        <w:br/>
        <w:t>f 23735/23735/22857 23733/23733/22855 23734/23734/22856</w:t>
        <w:br/>
        <w:t>f 23733/23733/22855 23735/23735/22857 23736/23736/22858</w:t>
        <w:br/>
        <w:t>f 23735/23735/22857 23737/23737/22859 23736/23736/22858</w:t>
        <w:br/>
        <w:t>f 23737/23737/22859 23735/23735/22857 23738/23738/22846</w:t>
        <w:br/>
        <w:t>f 23741/23739/22860 23740/23740/22861 23739/23741/22862</w:t>
        <w:br/>
        <w:t>f 23739/23741/22862 23742/23742/22863 23741/23739/22860</w:t>
        <w:br/>
        <w:t>f 23741/23739/22860 23742/23742/22863 23743/23743/22864</w:t>
        <w:br/>
        <w:t>f 23746/23744/22865 23745/23745/22866 23744/23746/22865</w:t>
        <w:br/>
        <w:t>f 23744/23746/22865 23747/23747/22867 23746/23744/22865</w:t>
        <w:br/>
        <w:t>f 23750/23748/22868 23749/23749/22869 23748/23750/22870</w:t>
        <w:br/>
        <w:t>f 23749/23749/22869 23751/23751/22871 23748/23750/22870</w:t>
        <w:br/>
        <w:t>f 23749/23749/22869 23752/23752/22872 23751/23751/22871</w:t>
        <w:br/>
        <w:t>f 23751/23751/22871 23752/23752/22872 23753/23753/22873</w:t>
        <w:br/>
        <w:t>f 23756/23754/22874 23755/23755/22874 23754/23756/22875</w:t>
        <w:br/>
        <w:t>f 23755/23755/22874 23756/23754/22874 23757/23757/22876</w:t>
        <w:br/>
        <w:t>f 23760/23758/22877 23759/23759/22878 23758/23760/22879</w:t>
        <w:br/>
        <w:t>f 23759/23759/22878 23760/23758/22877 23761/23761/22880</w:t>
        <w:br/>
        <w:t>f 23761/23761/22880 23762/23762/22881 23759/23759/22878</w:t>
        <w:br/>
        <w:t>f 23762/23762/22881 23761/23761/22880 23763/23763/22881</w:t>
        <w:br/>
        <w:t>f 23766/23764/22882 23765/23765/22882 23764/23766/22882</w:t>
        <w:br/>
        <w:t>f 23764/23766/22882 23767/23767/22882 23766/23764/22882</w:t>
        <w:br/>
        <w:t>f 23767/23767/22882 23768/23768/22882 23766/23764/22882</w:t>
        <w:br/>
        <w:t>f 23768/23768/22882 23767/23767/22882 23769/23769/22882</w:t>
        <w:br/>
        <w:t>f 23772/23770/22883 23771/23771/22884 23770/23772/22885</w:t>
        <w:br/>
        <w:t>f 23773/23773/22886 23771/23771/22884 23772/23770/22883</w:t>
        <w:br/>
        <w:t>f 23773/23773/22886 23774/23774/22887 23771/23771/22884</w:t>
        <w:br/>
        <w:t>f 23775/23775/22887 23774/23774/22887 23773/23773/22886</w:t>
        <w:br/>
        <w:t>f 23776/23776/22888 23774/23774/22887 23775/23775/22887</w:t>
        <w:br/>
        <w:t>f 23774/23774/22887 23776/23776/22888 23777/23777/22888</w:t>
        <w:br/>
        <w:t>f 23778/23778/22889 23777/23777/22888 23776/23776/22888</w:t>
        <w:br/>
        <w:t>f 23779/23779/22889 23778/23778/22889 23776/23776/22888</w:t>
        <w:br/>
        <w:t>f 23780/23780/22890 23778/23778/22889 23779/23779/22889</w:t>
        <w:br/>
        <w:t>f 23778/23778/22889 23780/23780/22890 23781/23781/22891</w:t>
        <w:br/>
        <w:t>f 23782/23782/22892 23781/23781/22891 23780/23780/22890</w:t>
        <w:br/>
        <w:t>f 23781/23781/22891 23782/23782/22892 23783/23783/22893</w:t>
        <w:br/>
        <w:t>f 23782/23782/22892 23784/23784/22894 23783/23783/22893</w:t>
        <w:br/>
        <w:t>f 23785/23785/22895 23784/23784/22894 23782/23782/22892</w:t>
        <w:br/>
        <w:t>f 23786/23786/22896 23784/23784/22894 23785/23785/22895</w:t>
        <w:br/>
        <w:t>f 23784/23784/22894 23786/23786/22896 23787/23787/22885</w:t>
        <w:br/>
        <w:t>f 23790/23788/22897 23789/23789/22897 23788/23790/22898</w:t>
        <w:br/>
        <w:t>f 23789/23789/22897 23790/23788/22897 23791/23791/22899</w:t>
        <w:br/>
        <w:t>f 23794/23792/22900 23793/23793/22901 23792/23794/22902</w:t>
        <w:br/>
        <w:t>f 23793/23793/22901 23794/23792/22900 23795/23795/22903</w:t>
        <w:br/>
        <w:t>f 23796/23796/22904 23795/23795/22903 23794/23792/22900</w:t>
        <w:br/>
        <w:t>f 23795/23795/22903 23796/23796/22904 23797/23797/22905</w:t>
        <w:br/>
        <w:t>f 23796/23796/22904 23798/23798/22906 23797/23797/22905</w:t>
        <w:br/>
        <w:t>f 23797/23797/22905 23798/23798/22906 23799/23799/22907</w:t>
        <w:br/>
        <w:t>f 23798/23798/22906 23800/23800/22908 23799/23799/22907</w:t>
        <w:br/>
        <w:t>f 23801/23801/22909 23800/23800/22908 23798/23798/22906</w:t>
        <w:br/>
        <w:t>f 23804/23802/22910 23803/23803/22911 23802/23804/22912</w:t>
        <w:br/>
        <w:t>f 23805/23805/22913 23803/23803/22911 23804/23802/22910</w:t>
        <w:br/>
        <w:t>f 23807/23806/22914 23803/23803/22915 23806/23807/22916</w:t>
        <w:br/>
        <w:t>f 23803/23803/22915 23807/23806/22914 23808/23808/22917</w:t>
        <w:br/>
        <w:t>f 23807/23806/22914 23809/23809/22918 23808/23808/22917</w:t>
        <w:br/>
        <w:t>f 23809/23809/22918 23807/23806/22914 23810/23810/22919</w:t>
        <w:br/>
        <w:t>f 23810/23810/22919 23811/23811/22920 23809/23809/22918</w:t>
        <w:br/>
        <w:t>f 23811/23811/22920 23810/23810/22919 23812/23812/22921</w:t>
        <w:br/>
        <w:t>f 23813/23813/22922 23811/23811/22920 23812/23812/22921</w:t>
        <w:br/>
        <w:t>f 23811/23811/22920 23813/23813/22922 23814/23814/22923</w:t>
        <w:br/>
        <w:t>f 23817/23815/22924 23816/23816/22925 23815/23817/22926</w:t>
        <w:br/>
        <w:t>f 23816/23816/22925 23817/23815/22924 23818/23818/22927</w:t>
        <w:br/>
        <w:t>f 23819/23819/22928 23818/23818/22927 23817/23815/22924</w:t>
        <w:br/>
        <w:t>f 23818/23818/22927 23819/23819/22928 23820/23820/22929</w:t>
        <w:br/>
        <w:t>f 23821/23821/22930 23820/23820/22929 23819/23819/22928</w:t>
        <w:br/>
        <w:t>f 23820/23820/22929 23821/23821/22930 23822/23822/22931</w:t>
        <w:br/>
        <w:t>f 23823/23823/22932 23822/23822/22931 23821/23821/22930</w:t>
        <w:br/>
        <w:t>f 23823/23823/22932 23821/23821/22930 23824/23824/22933</w:t>
        <w:br/>
        <w:t>f 23823/23823/22932 23825/23825/22934 23822/23822/22931</w:t>
        <w:br/>
        <w:t>f 23826/23826/22935 23823/23823/22932 23824/23824/22933</w:t>
        <w:br/>
        <w:t>f 23825/23825/22934 23823/23823/22932 23826/23826/22935</w:t>
        <w:br/>
        <w:t>f 23826/23826/22935 23824/23824/22933 23827/23827/22936</w:t>
        <w:br/>
        <w:t>f 23824/23824/22933 23828/23828/22937 23827/23827/22936</w:t>
        <w:br/>
        <w:t>f 23825/23825/22934 23826/23826/22935 23829/23829/22938</w:t>
        <w:br/>
        <w:t>f 23830/23830/22939 23825/23825/22934 23829/23829/22938</w:t>
        <w:br/>
        <w:t>f 23833/23831/22940 23832/23832/22941 23831/23833/22942</w:t>
        <w:br/>
        <w:t>f 23836/23834/22943 23835/23835/22944 23834/23836/22945</w:t>
        <w:br/>
        <w:t>f 23835/23835/22946 23828/23828/22947 23837/23837/22948</w:t>
        <w:br/>
        <w:t>f 23838/23838/22949 23835/23835/22946 23837/23837/22948</w:t>
        <w:br/>
        <w:t>f 23832/23832/22941 23833/23831/22940 23839/23839/22950</w:t>
        <w:br/>
        <w:t>f 23842/23840/22951 23841/23841/22952 23840/23842/22953</w:t>
        <w:br/>
        <w:t>f 23835/23835/22946 23838/23838/22949 23843/23843/22954</w:t>
        <w:br/>
        <w:t>f 23840/23842/22953 23844/23844/22955 23842/23840/22951</w:t>
        <w:br/>
        <w:t>f 23845/23845/22956 23842/23840/22951 23844/23844/22955</w:t>
        <w:br/>
        <w:t>f 23838/23838/22949 23846/23846/22957 23843/23843/22954</w:t>
        <w:br/>
        <w:t>f 23846/23846/22957 23838/23838/22949 23847/23847/22958</w:t>
        <w:br/>
        <w:t>f 23848/23848/22959 23846/23846/22957 23847/23847/22958</w:t>
        <w:br/>
        <w:t>f 23843/23843/22954 23846/23846/22957 23849/23849/22960</w:t>
        <w:br/>
        <w:t>f 23849/23849/22960 23835/23835/22946 23843/23843/22954</w:t>
        <w:br/>
        <w:t>f 23846/23846/22957 23848/23848/22959 23850/23850/22961</w:t>
        <w:br/>
        <w:t>f 23848/23848/22959 23851/23851/22962 23850/23850/22961</w:t>
        <w:br/>
        <w:t>f 23852/23852/22963 23849/23849/22960 23846/23846/22957</w:t>
        <w:br/>
        <w:t>f 23850/23850/22961 23852/23852/22963 23846/23846/22957</w:t>
        <w:br/>
        <w:t>f 23835/23835/22946 23849/23849/22960 23853/23853/22964</w:t>
        <w:br/>
        <w:t>f 23851/23851/22962 23854/23854/22965 23850/23850/22961</w:t>
        <w:br/>
        <w:t>f 23851/23851/22962 23855/23855/22966 23854/23854/22965</w:t>
        <w:br/>
        <w:t>f 23852/23852/22963 23850/23850/22961 23856/23856/22967</w:t>
        <w:br/>
        <w:t>f 23850/23850/22961 23854/23854/22965 23856/23856/22967</w:t>
        <w:br/>
        <w:t>f 23852/23852/22963 23857/23857/22968 23849/23849/22960</w:t>
        <w:br/>
        <w:t>f 23857/23857/22968 23853/23853/22964 23849/23849/22960</w:t>
        <w:br/>
        <w:t>f 23856/23856/22967 23858/23858/22969 23852/23852/22963</w:t>
        <w:br/>
        <w:t>f 23857/23857/22968 23852/23852/22963 23858/23858/22969</w:t>
        <w:br/>
        <w:t>f 23835/23835/22946 23853/23853/22964 23859/23859/22970</w:t>
        <w:br/>
        <w:t>f 23860/23860/22971 23834/23836/22945 23835/23835/22944</w:t>
        <w:br/>
        <w:t>f 23853/23853/22964 23857/23857/22968 23861/23861/22972</w:t>
        <w:br/>
        <w:t>f 23859/23859/22970 23853/23853/22964 23861/23861/22972</w:t>
        <w:br/>
        <w:t>f 23834/23836/22945 23860/23860/22971 23862/23862/22973</w:t>
        <w:br/>
        <w:t>f 23863/23863/22974 23826/23826/22935 23827/23827/22936</w:t>
        <w:br/>
        <w:t>f 23865/23864/22975 23860/23860/22971 23864/23865/22976</w:t>
        <w:br/>
        <w:t>f 23865/23864/22975 23862/23862/22973 23860/23860/22971</w:t>
        <w:br/>
        <w:t>f 23868/23866/22977 23867/23867/22978 23866/23868/22978</w:t>
        <w:br/>
        <w:t>f 23869/23869/22979 23865/23864/22975 23864/23865/22976</w:t>
        <w:br/>
        <w:t>f 23867/23867/22978 23868/23866/22977 23870/23870/22980</w:t>
        <w:br/>
        <w:t>f 23868/23866/22977 23871/23871/22981 23870/23870/22980</w:t>
        <w:br/>
        <w:t>f 23871/23871/22981 23868/23866/22977 23872/23872/22982</w:t>
        <w:br/>
        <w:t>f 23865/23864/22975 23869/23869/22979 23873/23873/22983</w:t>
        <w:br/>
        <w:t>f 23872/23872/22982 23874/23874/22984 23871/23871/22981</w:t>
        <w:br/>
        <w:t>f 23877/23875/22985 23876/23876/22986 23875/23877/22987</w:t>
        <w:br/>
        <w:t>f 23879/23878/22988 23862/23862/22989 23878/23879/22988</w:t>
        <w:br/>
        <w:t>f 23876/23876/22986 23877/23875/22985 23880/23880/22990</w:t>
        <w:br/>
        <w:t>f 23874/23874/22984 23872/23872/22982 23881/23881/22991</w:t>
        <w:br/>
        <w:t>f 23858/23858/22969 23856/23856/22967 23882/23882/22992</w:t>
        <w:br/>
        <w:t>f 23881/23881/22991 23883/23883/22993 23874/23874/22984</w:t>
        <w:br/>
        <w:t>f 23856/23856/22967 23884/23884/22994 23882/23882/22992</w:t>
        <w:br/>
        <w:t>f 23856/23856/22967 23854/23854/22965 23884/23884/22994</w:t>
        <w:br/>
        <w:t>f 23883/23883/22993 23881/23881/22991 23885/23885/22995</w:t>
        <w:br/>
        <w:t>f 23882/23882/22992 23884/23884/22994 23886/23886/22996</w:t>
        <w:br/>
        <w:t>f 23887/23887/22997 23883/23883/22993 23885/23885/22995</w:t>
        <w:br/>
        <w:t>f 23854/23854/22965 23888/23888/22998 23884/23884/22994</w:t>
        <w:br/>
        <w:t>f 23855/23855/22966 23888/23888/22998 23854/23854/22965</w:t>
        <w:br/>
        <w:t>f 23885/23885/22995 23889/23889/22999 23887/23887/22997</w:t>
        <w:br/>
        <w:t>f 23889/23889/22999 23890/23890/23000 23887/23887/22997</w:t>
        <w:br/>
        <w:t>f 23884/23884/22994 23891/23891/23001 23886/23886/22996</w:t>
        <w:br/>
        <w:t>f 23891/23891/23001 23892/23892/23002 23886/23886/22996</w:t>
        <w:br/>
        <w:t>f 23888/23888/22998 23891/23891/23001 23884/23884/22994</w:t>
        <w:br/>
        <w:t>f 23890/23890/23000 23889/23889/22999 23893/23893/23003</w:t>
        <w:br/>
        <w:t>f 23894/23894/23004 23892/23892/23002 23891/23891/23001</w:t>
        <w:br/>
        <w:t>f 23890/23890/23000 23893/23893/23003 23895/23895/23005</w:t>
        <w:br/>
        <w:t>f 23896/23896/23006 23891/23891/23001 23888/23888/22998</w:t>
        <w:br/>
        <w:t>f 23891/23891/23001 23896/23896/23006 23894/23894/23004</w:t>
        <w:br/>
        <w:t>f 23897/23897/23007 23888/23888/22998 23855/23855/22966</w:t>
        <w:br/>
        <w:t>f 23888/23888/22998 23897/23897/23007 23896/23896/23006</w:t>
        <w:br/>
        <w:t>f 23855/23855/22966 23898/23898/23008 23897/23897/23007</w:t>
        <w:br/>
        <w:t>f 23898/23898/23008 23899/23899/23009 23897/23897/23007</w:t>
        <w:br/>
        <w:t>f 23899/23899/23009 23896/23896/23006 23897/23897/23007</w:t>
        <w:br/>
        <w:t>f 23899/23899/23009 23898/23898/23008 23900/23900/23010</w:t>
        <w:br/>
        <w:t>f 23901/23901/23011 23899/23899/23009 23900/23900/23010</w:t>
        <w:br/>
        <w:t>f 23902/23902/23012 23894/23894/23004 23896/23896/23006</w:t>
        <w:br/>
        <w:t>f 23895/23895/23005 23893/23893/23003 23903/23903/23013</w:t>
        <w:br/>
        <w:t>f 23896/23896/23006 23899/23899/23009 23904/23904/23014</w:t>
        <w:br/>
        <w:t>f 23904/23904/23014 23902/23902/23012 23896/23896/23006</w:t>
        <w:br/>
        <w:t>f 23899/23899/23009 23901/23901/23011 23905/23905/23015</w:t>
        <w:br/>
        <w:t>f 23905/23905/23015 23904/23904/23014 23899/23899/23009</w:t>
        <w:br/>
        <w:t>f 23906/23906/23016 23905/23905/23015 23901/23901/23011</w:t>
        <w:br/>
        <w:t>f 23907/23907/23017 23902/23902/23012 23904/23904/23014</w:t>
        <w:br/>
        <w:t>f 23904/23904/23014 23905/23905/23015 23907/23907/23017</w:t>
        <w:br/>
        <w:t>f 23895/23895/23005 23903/23903/23013 23908/23908/23018</w:t>
        <w:br/>
        <w:t>f 23902/23902/23012 23907/23907/23017 23909/23909/23019</w:t>
        <w:br/>
        <w:t>f 23910/23910/23020 23895/23895/23005 23908/23908/23018</w:t>
        <w:br/>
        <w:t>f 23905/23905/23015 23906/23906/23016 23911/23911/23021</w:t>
        <w:br/>
        <w:t>f 23911/23911/23021 23907/23907/23017 23905/23905/23015</w:t>
        <w:br/>
        <w:t>f 23906/23906/23016 23845/23845/22956 23911/23911/23021</w:t>
        <w:br/>
        <w:t>f 23912/23912/23022 23909/23909/23019 23907/23907/23017</w:t>
        <w:br/>
        <w:t>f 23907/23907/23017 23911/23911/23021 23912/23912/23022</w:t>
        <w:br/>
        <w:t>f 23913/23913/23023 23910/23910/23020 23908/23908/23018</w:t>
        <w:br/>
        <w:t>f 23909/23909/23019 23912/23912/23022 23914/23914/23024</w:t>
        <w:br/>
        <w:t>f 23910/23910/23020 23913/23913/23023 23915/23915/23025</w:t>
        <w:br/>
        <w:t>f 23911/23911/23021 23845/23845/22956 23916/23916/23026</w:t>
        <w:br/>
        <w:t>f 23911/23911/23021 23916/23916/23026 23912/23912/23022</w:t>
        <w:br/>
        <w:t>f 23844/23844/22955 23916/23916/23026 23845/23845/22956</w:t>
        <w:br/>
        <w:t>f 23912/23912/23022 23917/23917/23027 23914/23914/23024</w:t>
        <w:br/>
        <w:t>f 23917/23917/23027 23912/23912/23022 23916/23916/23026</w:t>
        <w:br/>
        <w:t>f 23918/23918/23028 23915/23915/23025 23913/23913/23023</w:t>
        <w:br/>
        <w:t>f 23919/23919/23029 23914/23914/23024 23917/23917/23027</w:t>
        <w:br/>
        <w:t>f 23920/23920/23030 23915/23915/23025 23918/23918/23028</w:t>
        <w:br/>
        <w:t>f 23916/23916/23026 23921/23921/23031 23917/23917/23027</w:t>
        <w:br/>
        <w:t>f 23921/23921/23031 23916/23916/23026 23844/23844/22955</w:t>
        <w:br/>
        <w:t>f 23917/23917/23027 23922/23922/23032 23919/23919/23029</w:t>
        <w:br/>
        <w:t>f 23920/23920/23030 23918/23918/23028 23923/23923/23033</w:t>
        <w:br/>
        <w:t>f 23922/23922/23032 23917/23917/23027 23924/23924/23034</w:t>
        <w:br/>
        <w:t>f 23925/23925/23035 23920/23920/23030 23923/23923/23033</w:t>
        <w:br/>
        <w:t>f 23926/23926/23036 23925/23925/23035 23923/23923/23033</w:t>
        <w:br/>
        <w:t>f 23924/23924/23034 23926/23926/23037 23922/23922/23032</w:t>
        <w:br/>
        <w:t>f 23927/23927/23038 23925/23925/23035 23926/23926/23036</w:t>
        <w:br/>
        <w:t>f 23844/23844/22955 23928/23928/23039 23921/23921/23031</w:t>
        <w:br/>
        <w:t>f 23926/23926/23037 23924/23924/23034 23929/23929/23040</w:t>
        <w:br/>
        <w:t>f 23928/23928/23039 23844/23844/22955 23840/23842/22953</w:t>
        <w:br/>
        <w:t>f 23930/23930/23041 23839/23839/22950 23833/23831/22940</w:t>
        <w:br/>
        <w:t>f 23933/23931/23042 23932/23932/23043 23931/23933/23044</w:t>
        <w:br/>
        <w:t>f 23930/23930/23041 23931/23933/23044 23932/23932/23043</w:t>
        <w:br/>
        <w:t>f 23931/23933/23044 23934/23934/23045 23933/23931/23042</w:t>
        <w:br/>
        <w:t>f 23936/23935/23046 23880/23880/22990 23935/23936/23047</w:t>
        <w:br/>
        <w:t>f 23880/23880/22990 23936/23935/23046 23876/23876/22986</w:t>
        <w:br/>
        <w:t>f 23931/23933/23044 23930/23930/23041 23937/23937/23048</w:t>
        <w:br/>
        <w:t>f 23876/23876/22986 23936/23935/23046 23938/23938/23049</w:t>
        <w:br/>
        <w:t>f 23833/23831/22940 23937/23937/23048 23930/23930/23041</w:t>
        <w:br/>
        <w:t>f 23939/23939/23050 23876/23876/22986 23938/23938/23049</w:t>
        <w:br/>
        <w:t>f 23829/23829/22938 23941/23940/23051 23940/23941/23052</w:t>
        <w:br/>
        <w:t>f 23862/23862/23053 23876/23876/22986 23939/23939/23050</w:t>
        <w:br/>
        <w:t>f 23941/23940/23051 23829/23829/22938 23826/23826/22935</w:t>
        <w:br/>
        <w:t>f 23826/23826/22935 23862/23862/23053 23939/23939/23050</w:t>
        <w:br/>
        <w:t>f 23944/23942/23054 23943/23943/23055 23942/23944/23054</w:t>
        <w:br/>
        <w:t>f 23943/23943/23055 23944/23942/23054 23945/23945/23055</w:t>
        <w:br/>
        <w:t>f 23948/23946/23056 23947/23947/23057 23946/23948/23056</w:t>
        <w:br/>
        <w:t>f 23947/23947/23057 23948/23946/23056 23949/23949/23057</w:t>
        <w:br/>
        <w:t>f 23950/23950/23058 23947/23947/23057 23949/23949/23057</w:t>
        <w:br/>
        <w:t>f 23947/23947/23057 23950/23950/23058 23951/23951/23059</w:t>
        <w:br/>
        <w:t>f 23950/23950/23058 23952/23952/23060 23951/23951/23059</w:t>
        <w:br/>
        <w:t>f 23952/23952/23060 23950/23950/23058 23953/23953/23061</w:t>
        <w:br/>
        <w:t>f 23953/23953/23061 23954/23954/23062 23952/23952/23060</w:t>
        <w:br/>
        <w:t>f 23955/23955/23063 23954/23954/23062 23953/23953/23061</w:t>
        <w:br/>
        <w:t>f 23955/23955/23063 23956/23956/23064 23954/23954/23062</w:t>
        <w:br/>
        <w:t>f 23956/23956/23064 23955/23955/23063 23957/23957/23058</w:t>
        <w:br/>
        <w:t>f 23958/23958/23058 23956/23956/23064 23957/23957/23058</w:t>
        <w:br/>
        <w:t>f 23956/23956/23064 23958/23958/23058 23959/23959/23065</w:t>
        <w:br/>
        <w:t>f 23959/23959/23065 23958/23958/23058 23960/23960/23066</w:t>
        <w:br/>
        <w:t>f 23961/23961/23067 23960/23960/23066 23958/23958/23058</w:t>
        <w:br/>
        <w:t>f 23961/23961/23067 23962/23962/23068 23960/23960/23066</w:t>
        <w:br/>
        <w:t>f 23963/23963/23069 23962/23962/23068 23961/23961/23067</w:t>
        <w:br/>
        <w:t>f 23962/23962/23068 23963/23963/23069 23964/23964/23070</w:t>
        <w:br/>
        <w:t>f 23963/23963/23069 23965/23965/23070 23964/23964/23070</w:t>
        <w:br/>
        <w:t>f 23968/23966/23071 23967/23967/23072 23966/23968/23073</w:t>
        <w:br/>
        <w:t>f 23967/23967/23072 23968/23966/23071 23969/23969/23074</w:t>
        <w:br/>
        <w:t>f 23970/23970/23075 23969/23969/23074 23968/23966/23071</w:t>
        <w:br/>
        <w:t>f 23969/23969/23074 23970/23970/23075 23971/23971/23076</w:t>
        <w:br/>
        <w:t>f 23974/23972/23077 23973/23973/23078 23972/23974/23079</w:t>
        <w:br/>
        <w:t>f 23973/23973/23078 23974/23972/23077 23975/23975/23080</w:t>
        <w:br/>
        <w:t>f 23976/23976/23081 23973/23973/23078 23975/23975/23080</w:t>
        <w:br/>
        <w:t>f 23976/23976/23081 23975/23975/23080 23977/23977/23082</w:t>
        <w:br/>
        <w:t>f 23978/23978/23083 23976/23976/23081 23977/23977/23082</w:t>
        <w:br/>
        <w:t>f 23976/23976/23081 23978/23978/23083 23979/23979/23084</w:t>
        <w:br/>
        <w:t>f 23978/23978/23083 23980/23980/23085 23979/23979/23084</w:t>
        <w:br/>
        <w:t>f 23981/23981/23083 23980/23980/23085 23978/23978/23083</w:t>
        <w:br/>
        <w:t>f 23981/23981/23083 23982/23982/23086 23980/23980/23085</w:t>
        <w:br/>
        <w:t>f 23980/23980/23085 23982/23982/23086 23983/23983/23086</w:t>
        <w:br/>
        <w:t>f 23983/23983/23086 23982/23982/23086 23984/23984/23082</w:t>
        <w:br/>
        <w:t>f 23984/23984/23082 23982/23982/23086 23985/23985/23082</w:t>
        <w:br/>
        <w:t>f 23986/23986/23087 23984/23984/23082 23985/23985/23082</w:t>
        <w:br/>
        <w:t>f 23984/23984/23082 23986/23986/23087 23987/23987/23088</w:t>
        <w:br/>
        <w:t>f 23986/23986/23087 23988/23988/23088 23987/23987/23088</w:t>
        <w:br/>
        <w:t>f 23989/23989/23089 23988/23988/23088 23986/23986/23087</w:t>
        <w:br/>
        <w:t>f 23990/23990/23090 23988/23988/23088 23989/23989/23089</w:t>
        <w:br/>
        <w:t>f 23988/23988/23088 23990/23990/23090 23991/23991/23090</w:t>
        <w:br/>
        <w:t>f 23994/23992/23091 23993/23993/23092 23992/23994/23093</w:t>
        <w:br/>
        <w:t>f 23993/23993/23092 23994/23992/23091 23995/23995/23094</w:t>
        <w:br/>
        <w:t>f 23995/23995/23094 23996/23996/23095 23993/23993/23092</w:t>
        <w:br/>
        <w:t>f 23996/23996/23095 23995/23995/23094 23997/23997/23096</w:t>
        <w:br/>
        <w:t>f 24000/23998/23097 23999/23999/23097 23998/24000/23097</w:t>
        <w:br/>
        <w:t>f 23999/23999/23097 24000/23998/23097 24001/24001/23097</w:t>
        <w:br/>
        <w:t>f 24004/24002/23098 24003/24003/23099 24002/24004/23100</w:t>
        <w:br/>
        <w:t>f 24004/24002/23098 24005/24005/23101 24003/24003/23099</w:t>
        <w:br/>
        <w:t>f 24008/24006/23102 24007/24007/23103 24006/24008/23104</w:t>
        <w:br/>
        <w:t>f 24007/24007/23103 24008/24006/23102 24009/24009/23105</w:t>
        <w:br/>
        <w:t>f 24008/24006/23102 24010/24010/23106 24009/24009/23105</w:t>
        <w:br/>
        <w:t>f 24010/24010/23106 24008/24006/23102 24011/24011/23107</w:t>
        <w:br/>
        <w:t>f 24012/24012/23108 24010/24010/23106 24011/24011/23107</w:t>
        <w:br/>
        <w:t>f 24010/24010/23106 24012/24012/23108 24013/24013/23108</w:t>
        <w:br/>
        <w:t>f 24012/24012/23108 24014/24014/23109 24013/24013/23108</w:t>
        <w:br/>
        <w:t>f 24014/24014/23109 24012/24012/23108 24015/24015/23110</w:t>
        <w:br/>
        <w:t>f 24015/24015/23110 24016/24016/23111 24014/24014/23109</w:t>
        <w:br/>
        <w:t>f 24016/24016/23111 24015/24015/23110 24017/24017/23112</w:t>
        <w:br/>
        <w:t>f 24016/24016/23111 24017/24017/23112 24018/24018/23113</w:t>
        <w:br/>
        <w:t>f 24019/24019/23113 24016/24016/23111 24018/24018/23113</w:t>
        <w:br/>
        <w:t>f 24022/24020/23114 24021/24021/23115 24020/24022/23115</w:t>
        <w:br/>
        <w:t>f 24022/24020/23114 24020/24022/23115 24023/24023/23114</w:t>
        <w:br/>
        <w:t>f 24026/24024/23116 24025/24025/23117 24024/24026/23118</w:t>
        <w:br/>
        <w:t>f 24027/24027/23119 24025/24025/23117 24026/24024/23116</w:t>
        <w:br/>
        <w:t>f 24028/24028/23120 24025/24025/23117 24027/24027/23119</w:t>
        <w:br/>
        <w:t>f 24025/24025/23117 24028/24028/23120 24029/24029/23120</w:t>
        <w:br/>
        <w:t>f 24028/24028/23120 24030/24030/23121 24029/24029/23120</w:t>
        <w:br/>
        <w:t>f 24030/24030/23121 24028/24028/23120 24031/24031/23122</w:t>
        <w:br/>
        <w:t>f 24031/24031/23122 24032/24032/23123 24030/24030/23121</w:t>
        <w:br/>
        <w:t>f 24032/24032/23123 24031/24031/23122 24033/24033/23124</w:t>
        <w:br/>
        <w:t>f 24034/24034/23125 24032/24032/23123 24033/24033/23124</w:t>
        <w:br/>
        <w:t>f 24032/24032/23123 24034/24034/23125 24035/24035/23126</w:t>
        <w:br/>
        <w:t>f 24036/24036/23127 24035/24035/23126 24034/24034/23125</w:t>
        <w:br/>
        <w:t>f 24036/24036/23127 24034/24034/23125 24037/24037/23128</w:t>
        <w:br/>
        <w:t>f 24040/24038/23129 24039/24039/23129 24038/24040/23130</w:t>
        <w:br/>
        <w:t>f 24039/24039/23129 24040/24038/23129 24041/24041/23131</w:t>
        <w:br/>
        <w:t>f 24044/24042/23132 24043/24043/23133 24042/24044/23134</w:t>
        <w:br/>
        <w:t>f 24043/24043/23133 24045/24045/23135 24042/24044/23134</w:t>
        <w:br/>
        <w:t>f 24045/24045/23135 24046/24046/23136 24042/24044/23134</w:t>
        <w:br/>
        <w:t>f 24046/24046/23136 24045/24045/23135 24047/24047/23137</w:t>
        <w:br/>
        <w:t>f 24048/24048/23138 24046/24046/23136 24047/24047/23137</w:t>
        <w:br/>
        <w:t>f 24046/24046/23136 24048/24048/23138 24049/24049/23139</w:t>
        <w:br/>
        <w:t>f 24052/24050/23140 24051/24051/23140 24050/24052/23141</w:t>
        <w:br/>
        <w:t>f 24051/24051/23140 24052/24050/23140 24053/24053/23142</w:t>
        <w:br/>
        <w:t>f 24056/24054/23143 24055/24055/23144 24054/24056/23145</w:t>
        <w:br/>
        <w:t>f 24056/24054/23143 24057/24057/23146 24055/24055/23144</w:t>
        <w:br/>
        <w:t>f 24057/24057/23146 24058/24058/23147 24055/24055/23144</w:t>
        <w:br/>
        <w:t>f 24058/24058/23147 24057/24057/23146 24059/24059/23148</w:t>
        <w:br/>
        <w:t>f 24060/24060/23149 24058/24058/23147 24059/24059/23148</w:t>
        <w:br/>
        <w:t>f 24058/24058/23147 24060/24060/23149 24061/24061/23150</w:t>
        <w:br/>
        <w:t>f 24064/24062/23151 24063/24063/23152 24062/24064/23153</w:t>
        <w:br/>
        <w:t>f 24064/24062/23151 24065/24065/23154 24063/24063/23152</w:t>
        <w:br/>
        <w:t>f 24066/24066/23155 24065/24065/23154 24064/24062/23151</w:t>
        <w:br/>
        <w:t>f 24065/24065/23154 24066/24066/23155 24067/24067/23156</w:t>
        <w:br/>
        <w:t>f 24066/24066/23155 24068/24068/23157 24067/24067/23156</w:t>
        <w:br/>
        <w:t>f 24066/24066/23155 24069/24069/23158 24068/24068/23157</w:t>
        <w:br/>
        <w:t>f 24069/24069/23158 24066/24066/23155 24070/24070/23159</w:t>
        <w:br/>
        <w:t>f 24068/24068/23157 24069/24069/23158 24071/24071/23160</w:t>
        <w:br/>
        <w:t>f 24072/24072/23161 24069/24069/23158 24070/24070/23159</w:t>
        <w:br/>
        <w:t>f 24068/24068/23157 24071/24071/23160 24073/24073/23162</w:t>
        <w:br/>
        <w:t>f 24074/24074/23163 24072/24072/23161 24070/24070/23159</w:t>
        <w:br/>
        <w:t>f 24077/24075/23164 24076/24076/23165 24075/24077/23166</w:t>
        <w:br/>
        <w:t>f 24072/24072/23161 24074/24074/23163 24078/24078/23167</w:t>
        <w:br/>
        <w:t>f 24076/24076/23165 24077/24075/23164 24079/24079/23168</w:t>
        <w:br/>
        <w:t>f 24078/24078/23167 24074/24074/23163 24080/24080/23169</w:t>
        <w:br/>
        <w:t>f 24078/24078/23167 24080/24080/23169 24081/24081/23159</w:t>
        <w:br/>
        <w:t>f 24084/24082/23170 24083/24083/23171 24082/24084/23172</w:t>
        <w:br/>
        <w:t>f 24083/24083/23171 24084/24082/23170 24085/24085/23173</w:t>
        <w:br/>
        <w:t>f 24086/24086/23174 24083/24083/23171 24085/24085/23173</w:t>
        <w:br/>
        <w:t>f 24083/24083/23171 24086/24086/23174 24087/24087/23175</w:t>
        <w:br/>
        <w:t>f 24090/24088/23176 24089/24089/23176 24088/24090/23176</w:t>
        <w:br/>
        <w:t>f 24089/24089/23176 24090/24088/23176 24091/24091/23176</w:t>
        <w:br/>
        <w:t>f 24094/24092/23177 24093/24093/23177 24092/24094/23178</w:t>
        <w:br/>
        <w:t>f 24094/24092/23177 24092/24094/23178 24095/24095/23178</w:t>
        <w:br/>
        <w:t>f 24092/24094/23178 24096/24096/23179 24095/24095/23178</w:t>
        <w:br/>
        <w:t>f 24096/24096/23179 24092/24094/23178 24097/24097/23180</w:t>
        <w:br/>
        <w:t>f 24096/24096/23179 24097/24097/23180 24098/24098/23181</w:t>
        <w:br/>
        <w:t>f 24096/24096/23179 24098/24098/23181 24099/24099/23182</w:t>
        <w:br/>
        <w:t>f 24100/24100/23183 24099/24099/23182 24098/24098/23181</w:t>
        <w:br/>
        <w:t>f 24100/24100/23183 24101/24101/23184 24099/24099/23182</w:t>
        <w:br/>
        <w:t>f 24102/24102/23185 24101/24101/23184 24100/24100/23183</w:t>
        <w:br/>
        <w:t>f 24101/24101/23184 24102/24102/23185 24103/24103/23185</w:t>
        <w:br/>
        <w:t>f 24102/24102/23185 24104/24104/23185 24103/24103/23185</w:t>
        <w:br/>
        <w:t>f 24104/24104/23185 24102/24102/23185 24105/24105/23186</w:t>
        <w:br/>
        <w:t>f 24104/24104/23185 24105/24105/23186 24106/24106/23187</w:t>
        <w:br/>
        <w:t>f 24104/24104/23185 24106/24106/23187 24107/24107/23188</w:t>
        <w:br/>
        <w:t>f 24107/24107/23188 24106/24106/23187 24108/24108/23189</w:t>
        <w:br/>
        <w:t>f 24107/24107/23188 24108/24108/23189 24109/24109/23190</w:t>
        <w:br/>
        <w:t>f 24108/24108/23189 24110/24110/23191 24109/24109/23190</w:t>
        <w:br/>
        <w:t>f 24109/24109/23190 24110/24110/23191 24111/24111/23191</w:t>
        <w:br/>
        <w:t>f 24114/24112/23192 24113/24113/23193 24112/24114/23192</w:t>
        <w:br/>
        <w:t>f 24113/24113/23193 24114/24112/23192 24115/24115/23194</w:t>
        <w:br/>
        <w:t>f 24115/24115/23194 24116/24116/23195 24113/24113/23193</w:t>
        <w:br/>
        <w:t>f 24116/24116/23195 24115/24115/23194 24117/24117/23195</w:t>
        <w:br/>
        <w:t>f 24120/24118/23196 24119/24119/23196 24118/24120/23197</w:t>
        <w:br/>
        <w:t>f 24120/24118/23196 24118/24120/23197 24121/24121/23198</w:t>
        <w:br/>
        <w:t>f 24121/24121/23198 24118/24120/23197 24122/24122/23199</w:t>
        <w:br/>
        <w:t>f 24121/24121/23198 24122/24122/23199 24123/24123/23200</w:t>
        <w:br/>
        <w:t>f 24122/24122/23199 24124/24124/23201 24123/24123/23200</w:t>
        <w:br/>
        <w:t>f 24124/24124/23201 24122/24122/23199 24125/24125/23202</w:t>
        <w:br/>
        <w:t>f 24124/24124/23201 24125/24125/23202 24126/24126/23203</w:t>
        <w:br/>
        <w:t>f 24126/24126/23203 24127/24127/23201 24124/24124/23201</w:t>
        <w:br/>
        <w:t>f 24126/24126/23203 24128/24128/23204 24127/24127/23201</w:t>
        <w:br/>
        <w:t>f 24128/24128/23204 24126/24126/23203 24129/24129/23204</w:t>
        <w:br/>
        <w:t>f 24128/24128/23204 24129/24129/23204 24130/24130/23204</w:t>
        <w:br/>
        <w:t>f 24128/24128/23204 24130/24130/23204 24131/24131/23205</w:t>
        <w:br/>
        <w:t>f 24130/24130/23204 24132/24132/23206 24131/24131/23205</w:t>
        <w:br/>
        <w:t>f 24132/24132/23206 24130/24130/23204 24133/24133/23207</w:t>
        <w:br/>
        <w:t>f 24134/24134/23208 24132/24132/23206 24133/24133/23207</w:t>
        <w:br/>
        <w:t>f 24132/24132/23206 24134/24134/23208 24135/24135/23206</w:t>
        <w:br/>
        <w:t>f 24134/24134/23208 24136/24136/23209 24135/24135/23206</w:t>
        <w:br/>
        <w:t>f 24136/24136/23209 24134/24134/23208 24137/24137/23209</w:t>
        <w:br/>
        <w:t>f 24140/24138/23210 24139/24139/23211 24138/24140/23212</w:t>
        <w:br/>
        <w:t>f 24139/24139/23211 24140/24138/23210 24141/24141/23213</w:t>
        <w:br/>
        <w:t>f 24141/24141/23213 24140/24138/23210 24142/24142/23214</w:t>
        <w:br/>
        <w:t>f 24141/24141/23213 24142/24142/23214 24143/24143/23214</w:t>
        <w:br/>
        <w:t>f 24146/24144/23215 24145/24145/23215 24144/24146/23215</w:t>
        <w:br/>
        <w:t>f 24145/24145/23215 24146/24144/23215 24147/24147/23215</w:t>
        <w:br/>
        <w:t>f 24150/24148/23216 24149/24149/23217 24148/24150/23218</w:t>
        <w:br/>
        <w:t>f 24149/24149/23217 24150/24148/23216 24151/24151/23219</w:t>
        <w:br/>
        <w:t>f 24152/24152/23220 24149/24149/23217 24151/24151/23219</w:t>
        <w:br/>
        <w:t>f 24152/24152/23220 24151/24151/23219 24153/24153/23221</w:t>
        <w:br/>
        <w:t>f 24154/24154/23222 24152/24152/23220 24153/24153/23221</w:t>
        <w:br/>
        <w:t>f 24152/24152/23220 24154/24154/23222 24155/24155/23223</w:t>
        <w:br/>
        <w:t>f 24156/24156/23224 24155/24155/23223 24154/24154/23222</w:t>
        <w:br/>
        <w:t>f 24155/24155/23223 24156/24156/23224 24157/24157/23225</w:t>
        <w:br/>
        <w:t>f 24158/24158/23226 24157/24157/23225 24156/24156/23224</w:t>
        <w:br/>
        <w:t>f 24157/24157/23225 24158/24158/23226 24159/24159/23227</w:t>
        <w:br/>
        <w:t>f 24158/24158/23226 24160/24160/23228 24159/24159/23227</w:t>
        <w:br/>
        <w:t>f 24158/24158/23226 24161/24161/23229 24160/24160/23228</w:t>
        <w:br/>
        <w:t>f 24161/24161/23229 24162/24162/23230 24160/24160/23228</w:t>
        <w:br/>
        <w:t>f 24162/24162/23230 24161/24161/23229 24163/24163/23231</w:t>
        <w:br/>
        <w:t>f 24166/24164/23232 24165/24165/23232 24164/24166/23232</w:t>
        <w:br/>
        <w:t>f 24165/24165/23232 24166/24164/23232 24167/24167/23232</w:t>
        <w:br/>
        <w:t>f 24168/24168/23233 24167/24167/23232 24166/24164/23232</w:t>
        <w:br/>
        <w:t>f 24167/24167/23232 24168/24168/23233 24169/24169/23233</w:t>
        <w:br/>
        <w:t>f 24170/24170/23233 24169/24169/23233 24168/24168/23233</w:t>
        <w:br/>
        <w:t>f 24169/24169/23233 24170/24170/23233 24171/24171/23233</w:t>
        <w:br/>
        <w:t>f 24174/24172/23234 24173/24173/23235 24172/24174/23236</w:t>
        <w:br/>
        <w:t>f 24173/24173/23235 24175/24175/23235 24172/24174/23236</w:t>
        <w:br/>
        <w:t>f 24177/24176/23234 24176/24177/23235 24174/24172/23234</w:t>
        <w:br/>
        <w:t>f 24172/24174/23236 24177/24176/23234 24174/24172/23234</w:t>
        <w:br/>
        <w:t>f 24177/24176/23234 24178/24178/23234 24176/24177/23235</w:t>
        <w:br/>
        <w:t>f 24181/24179/23237 24180/24180/23238 24179/24181/23238</w:t>
        <w:br/>
        <w:t>f 24180/24180/23238 24181/24179/23237 24182/24182/23239</w:t>
        <w:br/>
        <w:t>f 24181/24179/23237 24183/24183/23240 24182/24182/23239</w:t>
        <w:br/>
        <w:t>f 24184/24184/23234 24178/24178/23234 24177/24176/23234</w:t>
        <w:br/>
        <w:t>f 24181/24179/23237 24185/24185/23241 24183/24183/23240</w:t>
        <w:br/>
        <w:t>f 24184/24184/23234 24177/24176/23234 24186/24186/23234</w:t>
        <w:br/>
        <w:t>f 24187/24187/23242 24183/24183/23240 24185/24185/23241</w:t>
        <w:br/>
        <w:t>f 24188/24188/23243 24184/24184/23234 24186/24186/23234</w:t>
        <w:br/>
        <w:t>f 24185/24185/23241 24189/24189/23244 24187/24187/23242</w:t>
        <w:br/>
        <w:t>f 24188/24188/23243 24186/24186/23234 24190/24190/23245</w:t>
        <w:br/>
        <w:t>f 24191/24191/23246 24187/24187/23242 24189/24189/23244</w:t>
        <w:br/>
        <w:t>f 24190/24190/23245 24192/24192/23247 24188/24188/23243</w:t>
        <w:br/>
        <w:t>f 24191/24191/23246 24189/24189/23244 24193/24193/23248</w:t>
        <w:br/>
        <w:t>f 24192/24192/23247 24190/24190/23245 24194/24194/23249</w:t>
        <w:br/>
        <w:t>f 24193/24193/23248 24195/24195/23250 24191/24191/23246</w:t>
        <w:br/>
        <w:t>f 24196/24196/23251 24192/24192/23247 24194/24194/23249</w:t>
        <w:br/>
        <w:t>f 24192/24192/23247 24196/24196/23251 24197/24197/23252</w:t>
        <w:br/>
        <w:t>f 24195/24195/23250 24193/24193/23248 24198/24198/23253</w:t>
        <w:br/>
        <w:t>f 24199/24199/23254 24197/24197/23252 24196/24196/23251</w:t>
        <w:br/>
        <w:t>f 24200/24200/23255 24195/24195/23250 24198/24198/23253</w:t>
        <w:br/>
        <w:t>f 24197/24197/23252 24199/24199/23254 24201/24201/23256</w:t>
        <w:br/>
        <w:t>f 24195/24195/23250 24200/24200/23255 24202/24202/23257</w:t>
        <w:br/>
        <w:t>f 24203/24203/23258 24201/24201/23256 24199/24199/23254</w:t>
        <w:br/>
        <w:t>f 24204/24204/23259 24202/24202/23257 24200/24200/23255</w:t>
        <w:br/>
        <w:t>f 24201/24201/23256 24203/24203/23258 24205/24205/23260</w:t>
        <w:br/>
        <w:t>f 24202/24202/23257 24204/24204/23259 24206/24206/23259</w:t>
        <w:br/>
        <w:t>f 24172/24174/23236 24205/24205/23260 24203/24203/23258</w:t>
        <w:br/>
        <w:t>f 24207/24207/23261 24206/24206/23259 24204/24204/23259</w:t>
        <w:br/>
        <w:t>f 24205/24205/23260 24172/24174/23236 24208/24208/23262</w:t>
        <w:br/>
        <w:t>f 24207/24207/23261 24204/24204/23259 24209/24209/23263</w:t>
        <w:br/>
        <w:t>f 24175/24175/23235 24208/24208/23262 24172/24174/23236</w:t>
        <w:br/>
        <w:t>f 24210/24210/23264 24207/24207/23261 24209/24209/23263</w:t>
        <w:br/>
        <w:t>f 24210/24210/23264 24209/24209/23263 24211/24211/23264</w:t>
        <w:br/>
        <w:t>f 24214/24212/23265 24213/24213/23266 24212/24214/23267</w:t>
        <w:br/>
        <w:t>f 24213/24213/23266 24214/24212/23265 24215/24215/23268</w:t>
        <w:br/>
        <w:t>f 24216/24216/23269 24215/24215/23268 24214/24212/23265</w:t>
        <w:br/>
        <w:t>f 24215/24215/23268 24216/24216/23269 24217/24217/23270</w:t>
        <w:br/>
        <w:t>f 24218/24218/23271 24217/24217/23270 24216/24216/23269</w:t>
        <w:br/>
        <w:t>f 24217/24217/23270 24218/24218/23271 24219/24219/23272</w:t>
        <w:br/>
        <w:t>f 24220/24220/23273 24219/24219/23272 24218/24218/23271</w:t>
        <w:br/>
        <w:t>f 24219/24219/23272 24220/24220/23273 24221/24221/23274</w:t>
        <w:br/>
        <w:t>f 24220/24220/23273 24222/24222/23275 24221/24221/23274</w:t>
        <w:br/>
        <w:t>f 24220/24220/23273 24223/24223/23276 24222/24222/23275</w:t>
        <w:br/>
        <w:t>f 24223/24223/23276 24224/24224/23277 24222/24222/23275</w:t>
        <w:br/>
        <w:t>f 24223/24223/23276 24225/24225/23277 24224/24224/23277</w:t>
        <w:br/>
        <w:t>f 24226/24226/23278 24224/24224/23277 24225/24225/23277</w:t>
        <w:br/>
        <w:t>f 24224/24224/23277 24226/24226/23278 24227/24227/23278</w:t>
        <w:br/>
        <w:t>f 24230/24228/23279 24229/24229/23280 24228/24230/23281</w:t>
        <w:br/>
        <w:t>f 24229/24229/23280 24230/24228/23279 24231/24231/23282</w:t>
        <w:br/>
        <w:t>f 24232/24232/23283 24231/24231/23282 24230/24228/23279</w:t>
        <w:br/>
        <w:t>f 24231/24231/23282 24232/24232/23283 24233/24233/23284</w:t>
        <w:br/>
        <w:t>f 24234/24234/23285 24233/24233/23284 24232/24232/23283</w:t>
        <w:br/>
        <w:t>f 24233/24233/23284 24234/24234/23285 24235/24235/23285</w:t>
        <w:br/>
        <w:t>f 24236/24236/23286 24235/24235/23285 24234/24234/23285</w:t>
        <w:br/>
        <w:t>f 24234/24234/23285 24237/24237/23287 24236/24236/23286</w:t>
        <w:br/>
        <w:t>f 24237/24237/23287 24238/24238/23288 24236/24236/23286</w:t>
        <w:br/>
        <w:t>f 24238/24238/23288 24237/24237/23287 24239/24239/23289</w:t>
        <w:br/>
        <w:t>f 24240/24240/23290 24238/24238/23288 24239/24239/23289</w:t>
        <w:br/>
        <w:t>f 24238/24238/23288 24240/24240/23290 24241/24241/23291</w:t>
        <w:br/>
        <w:t>f 24242/24242/23292 24241/24241/23291 24240/24240/23290</w:t>
        <w:br/>
        <w:t>f 24241/24241/23291 24242/24242/23292 24243/24243/23292</w:t>
        <w:br/>
        <w:t>f 24246/24244/23293 24245/24245/23293 24244/24246/23294</w:t>
        <w:br/>
        <w:t>f 24245/24245/23293 24246/24244/23293 24247/24247/23293</w:t>
        <w:br/>
        <w:t>f 24248/24248/23294 24247/24247/23293 24246/24244/23293</w:t>
        <w:br/>
        <w:t>f 24247/24247/23293 24248/24248/23294 24249/24249/23294</w:t>
        <w:br/>
        <w:t>f 24250/24250/23294 24249/24249/23294 24248/24248/23294</w:t>
        <w:br/>
        <w:t>f 24249/24249/23294 24250/24250/23294 24251/24251/23293</w:t>
        <w:br/>
        <w:t>f 24254/24252/23295 24253/24253/23295 24252/24254/23296</w:t>
        <w:br/>
        <w:t>f 24252/24254/23296 24255/24255/23296 24254/24252/23295</w:t>
        <w:br/>
        <w:t>f 24257/24256/23295 24256/24257/23296 24253/24253/23295</w:t>
        <w:br/>
        <w:t>f 24253/24253/23295 24254/24252/23295 24257/24256/23295</w:t>
        <w:br/>
        <w:t>f 24257/24256/23295 24258/24258/23296 24256/24257/23296</w:t>
        <w:br/>
        <w:t>f 24261/24259/23297 24260/24260/23298 24259/24261/23299</w:t>
        <w:br/>
        <w:t>f 24260/24260/23298 24261/24259/23297 24262/24262/23300</w:t>
        <w:br/>
        <w:t>f 24258/24258/23296 24257/24256/23295 24263/24263/23295</w:t>
        <w:br/>
        <w:t>f 24264/24264/23301 24262/24262/23300 24261/24259/23297</w:t>
        <w:br/>
        <w:t>f 24257/24256/23295 24265/24265/23295 24263/24263/23295</w:t>
        <w:br/>
        <w:t>f 24262/24262/23300 24264/24264/23301 24266/24266/23302</w:t>
        <w:br/>
        <w:t>f 24267/24267/23295 24263/24263/23295 24265/24265/23295</w:t>
        <w:br/>
        <w:t>f 24268/24268/23303 24266/24266/23302 24264/24264/23301</w:t>
        <w:br/>
        <w:t>f 24267/24267/23295 24265/24265/23295 24269/24269/23295</w:t>
        <w:br/>
        <w:t>f 24266/24266/23302 24268/24268/23303 24270/24270/23304</w:t>
        <w:br/>
        <w:t>f 24271/24271/23295 24267/24267/23295 24269/24269/23295</w:t>
        <w:br/>
        <w:t>f 24272/24272/23305 24270/24270/23304 24268/24268/23303</w:t>
        <w:br/>
        <w:t>f 24270/24270/23304 24272/24272/23305 24273/24273/23306</w:t>
        <w:br/>
        <w:t>f 24271/24271/23295 24269/24269/23295 24274/24274/23296</w:t>
        <w:br/>
        <w:t>f 24275/24275/23307 24273/24273/23306 24272/24272/23305</w:t>
        <w:br/>
        <w:t>f 24276/24276/23295 24271/24271/23295 24274/24274/23296</w:t>
        <w:br/>
        <w:t>f 24272/24272/23305 24277/24277/23308 24275/24275/23307</w:t>
        <w:br/>
        <w:t>f 24274/24274/23296 24278/24278/23296 24276/24276/23295</w:t>
        <w:br/>
        <w:t>f 24277/24277/23308 24279/24279/23309 24275/24275/23307</w:t>
        <w:br/>
        <w:t>f 24280/24280/23295 24276/24276/23295 24278/24278/23296</w:t>
        <w:br/>
        <w:t>f 24276/24276/23295 24280/24280/23295 24281/24281/23295</w:t>
        <w:br/>
        <w:t>f 24279/24279/23309 24277/24277/23308 24282/24282/23310</w:t>
        <w:br/>
        <w:t>f 24283/24283/23295 24281/24281/23295 24280/24280/23295</w:t>
        <w:br/>
        <w:t>f 24284/24284/23311 24279/24279/23309 24282/24282/23310</w:t>
        <w:br/>
        <w:t>f 24281/24281/23295 24283/24283/23295 24285/24285/23295</w:t>
        <w:br/>
        <w:t>f 24279/24279/23309 24284/24284/23311 24286/24286/23312</w:t>
        <w:br/>
        <w:t>f 24254/24252/23295 24285/24285/23295 24283/24283/23295</w:t>
        <w:br/>
        <w:t>f 24287/24287/23313 24286/24286/23312 24284/24284/23311</w:t>
        <w:br/>
        <w:t>f 24285/24285/23295 24254/24252/23295 24288/24288/23295</w:t>
        <w:br/>
        <w:t>f 24286/24286/23312 24287/24287/23313 24289/24289/23313</w:t>
        <w:br/>
        <w:t>f 24255/24255/23296 24288/24288/23295 24254/24252/23295</w:t>
        <w:br/>
        <w:t>f 24290/24290/23314 24289/24289/23313 24287/24287/23313</w:t>
        <w:br/>
        <w:t>f 24290/24290/23314 24287/24287/23313 24291/24291/23314</w:t>
        <w:br/>
        <w:t>f 24294/24292/23315 24293/24293/23316 24292/24294/23315</w:t>
        <w:br/>
        <w:t>f 24294/24292/23315 24295/24295/23317 24293/24293/23316</w:t>
        <w:br/>
        <w:t>f 24296/24296/23318 24293/24293/23316 24295/24295/23317</w:t>
        <w:br/>
        <w:t>f 24295/24295/23317 24297/24297/23319 24296/24296/23318</w:t>
        <w:br/>
        <w:t>f 24298/24298/23320 24296/24296/23318 24297/24297/23319</w:t>
        <w:br/>
        <w:t>f 24297/24297/23319 24299/24299/23321 24298/24298/23320</w:t>
        <w:br/>
        <w:t>f 24300/24300/23322 24298/24298/23320 24299/24299/23321</w:t>
        <w:br/>
        <w:t>f 24298/24298/23320 24300/24300/23322 24301/24301/23323</w:t>
        <w:br/>
        <w:t>f 24302/24302/23324 24301/24301/23323 24300/24300/23322</w:t>
        <w:br/>
        <w:t>f 24301/24301/23323 24302/24302/23324 24303/24303/23325</w:t>
        <w:br/>
        <w:t>f 24302/24302/23324 24304/24304/23326 24303/24303/23325</w:t>
        <w:br/>
        <w:t>f 24304/24304/23326 24302/24302/23324 24305/24305/23327</w:t>
        <w:br/>
        <w:t>f 24305/24305/23327 24306/24306/23328 24304/24304/23326</w:t>
        <w:br/>
        <w:t>f 24306/24306/23328 24305/24305/23327 24307/24307/23329</w:t>
        <w:br/>
        <w:t>f 24310/24308/23330 24309/24309/23331 24308/24310/23332</w:t>
        <w:br/>
        <w:t>f 24309/24309/23331 24310/24308/23330 24311/24311/23333</w:t>
        <w:br/>
        <w:t>f 24311/24311/23333 24312/24312/23334 24309/24309/23331</w:t>
        <w:br/>
        <w:t>f 24312/24312/23334 24311/24311/23333 24313/24313/23335</w:t>
        <w:br/>
        <w:t>f 24316/24314/23336 24315/24315/23337 24314/24316/23338</w:t>
        <w:br/>
        <w:t>f 24317/24317/23339 24314/24316/23338 24315/24315/23337</w:t>
        <w:br/>
        <w:t>f 24314/24316/23338 24317/24317/23339 24318/24318/23340</w:t>
        <w:br/>
        <w:t>f 24319/24319/23341 24318/24318/23340 24317/24317/23339</w:t>
        <w:br/>
        <w:t>f 24319/24319/23341 24320/24320/23342 24318/24318/23340</w:t>
        <w:br/>
        <w:t>f 24320/24320/23342 24319/24319/23341 24321/24321/23343</w:t>
        <w:br/>
        <w:t>f 24321/24321/23343 24322/24322/23344 24320/24320/23342</w:t>
        <w:br/>
        <w:t>f 24323/24323/23345 24322/24322/23344 24321/24321/23343</w:t>
        <w:br/>
        <w:t>f 24323/24323/23345 24324/24324/23346 24322/24322/23344</w:t>
        <w:br/>
        <w:t>f 24325/24325/23347 24324/24324/23346 24323/24323/23345</w:t>
        <w:br/>
        <w:t>f 24325/24325/23347 24326/24326/23348 24324/24324/23346</w:t>
        <w:br/>
        <w:t>f 24326/24326/23348 24325/24325/23347 24327/24327/23349</w:t>
        <w:br/>
        <w:t>f 24328/24328/23350 24326/24326/23348 24327/24327/23349</w:t>
        <w:br/>
        <w:t>f 24327/24327/23349 24329/24329/23351 24328/24328/23350</w:t>
        <w:br/>
        <w:t>f 24330/24330/23352 24328/24328/23350 24329/24329/23351</w:t>
        <w:br/>
        <w:t>f 24328/24328/23350 24330/24330/23352 24331/24331/23353</w:t>
        <w:br/>
        <w:t>f 24334/24332/23354 24333/24333/23354 24332/24334/23354</w:t>
        <w:br/>
        <w:t>f 24333/24333/23354 24334/24332/23354 24335/24335/23354</w:t>
        <w:br/>
        <w:t>f 24338/24336/23355 24337/24337/23355 24336/24338/23356</w:t>
        <w:br/>
        <w:t>f 24337/24337/23355 24339/24339/23357 24336/24338/23356</w:t>
        <w:br/>
        <w:t>f 24340/24340/23358 24336/24338/23356 24339/24339/23357</w:t>
        <w:br/>
        <w:t>f 24340/24340/23358 24339/24339/23357 24341/24341/23359</w:t>
        <w:br/>
        <w:t>f 24341/24341/23359 24342/24342/23360 24340/24340/23358</w:t>
        <w:br/>
        <w:t>f 24340/24340/23358 24343/24343/23361 24336/24338/23356</w:t>
        <w:br/>
        <w:t>f 24342/24342/23360 24344/24344/23362 24340/24340/23358</w:t>
        <w:br/>
        <w:t>f 24340/24340/23358 24345/24345/23363 24343/24343/23361</w:t>
        <w:br/>
        <w:t>f 24346/24346/23364 24340/24340/23358 24344/24344/23362</w:t>
        <w:br/>
        <w:t>f 24345/24345/23363 24347/24347/23365 24343/24343/23361</w:t>
        <w:br/>
        <w:t>f 24348/24348/23366 24345/24345/23363 24344/24344/23367</w:t>
        <w:br/>
        <w:t>f 24345/24345/23363 24349/24349/23368 24347/24347/23365</w:t>
        <w:br/>
        <w:t>f 24348/24348/23366 24350/24350/23369 24345/24345/23363</w:t>
        <w:br/>
        <w:t>f 24349/24349/23368 24345/24345/23363 24350/24350/23369</w:t>
        <w:br/>
        <w:t>f 24350/24350/23369 24348/24348/23366 24351/24351/23370</w:t>
        <w:br/>
        <w:t>f 24354/24352/23371 24353/24353/23372 24352/24354/23373</w:t>
        <w:br/>
        <w:t>f 24355/24355/23374 24354/24352/23371 24352/24354/23373</w:t>
        <w:br/>
        <w:t>f 24351/24351/23370 24356/24356/23375 24350/24350/23369</w:t>
        <w:br/>
        <w:t>f 24357/24357/23376 24354/24352/23371 24355/24355/23374</w:t>
        <w:br/>
        <w:t>f 24358/24358/23377 24356/24356/23375 24351/24351/23370</w:t>
        <w:br/>
        <w:t>f 24357/24357/23376 24359/24359/23378 24354/24352/23371</w:t>
        <w:br/>
        <w:t>f 24356/24356/23375 24358/24358/23377 24360/24360/23379</w:t>
        <w:br/>
        <w:t>f 24359/24359/23378 24361/24361/23380 24354/24352/23371</w:t>
        <w:br/>
        <w:t>f 24362/24362/23381 24360/24360/23379 24358/24358/23377</w:t>
        <w:br/>
        <w:t>f 24359/24359/23378 24363/24363/23382 24361/24361/23380</w:t>
        <w:br/>
        <w:t>f 24360/24360/23379 24362/24362/23381 24364/24364/23383</w:t>
        <w:br/>
        <w:t>f 24363/24363/23382 24365/24365/23384 24361/24361/23380</w:t>
        <w:br/>
        <w:t>f 24366/24366/23385 24364/24364/23383 24362/24362/23381</w:t>
        <w:br/>
        <w:t>f 24365/24365/23384 24363/24363/23382 24367/24367/23386</w:t>
        <w:br/>
        <w:t>f 24364/24364/23383 24366/24366/23385 24368/24368/23387</w:t>
        <w:br/>
        <w:t>f 24367/24367/23386 24369/24369/23388 24365/24365/23384</w:t>
        <w:br/>
        <w:t>f 24366/24366/23385 24370/24370/23389 24368/24368/23387</w:t>
        <w:br/>
        <w:t>f 24367/24367/23386 24371/24371/23390 24369/24369/23388</w:t>
        <w:br/>
        <w:t>f 24370/24370/23389 24366/24366/23385 24372/24372/23391</w:t>
        <w:br/>
        <w:t>f 24373/24373/23392 24369/24369/23388 24371/24371/23390</w:t>
        <w:br/>
        <w:t>f 24372/24372/23391 24374/24374/23393 24370/24370/23389</w:t>
        <w:br/>
        <w:t>f 24369/24369/23388 24373/24373/23392 24375/24375/23394</w:t>
        <w:br/>
        <w:t>f 24374/24374/23393 24372/24372/23391 24376/24376/23395</w:t>
        <w:br/>
        <w:t>f 24377/24377/23396 24375/24375/23394 24373/24373/23392</w:t>
        <w:br/>
        <w:t>f 24378/24378/23397 24374/24374/23393 24376/24376/23395</w:t>
        <w:br/>
        <w:t>f 24375/24375/23394 24377/24377/23396 24379/24379/23398</w:t>
        <w:br/>
        <w:t>f 24376/24376/23395 24380/24380/23399 24378/24378/23397</w:t>
        <w:br/>
        <w:t>f 24381/24381/23400 24379/24379/23398 24377/24377/23396</w:t>
        <w:br/>
        <w:t>f 24380/24380/23399 24382/24382/23401 24378/24378/23397</w:t>
        <w:br/>
        <w:t>f 24379/24379/23398 24381/24381/23400 24383/24383/23402</w:t>
        <w:br/>
        <w:t>f 24380/24380/23399 24384/24384/23403 24382/24382/23401</w:t>
        <w:br/>
        <w:t>f 24385/24385/23404 24382/24382/23401 24384/24384/23403</w:t>
        <w:br/>
        <w:t>f 24383/24383/23402 24381/24381/23400 24386/24386/23405</w:t>
        <w:br/>
        <w:t>f 24384/24384/23403 24387/24387/23406 24385/24385/23404</w:t>
        <w:br/>
        <w:t>f 24388/24388/23407 24385/24385/23404 24387/24387/23406</w:t>
        <w:br/>
        <w:t>f 24383/24383/23402 24386/24386/23405 24389/24389/23408</w:t>
        <w:br/>
        <w:t>f 24385/24385/23404 24388/24388/23407 24390/24390/23409</w:t>
        <w:br/>
        <w:t>f 24389/24389/23408 24391/24391/23410 24383/24383/23402</w:t>
        <w:br/>
        <w:t>f 24390/24390/23409 24388/24388/23407 24392/24392/23411</w:t>
        <w:br/>
        <w:t>f 24394/24393/23412 24393/24394/23413 24391/24391/23410</w:t>
        <w:br/>
        <w:t>f 24391/24391/23410 24389/24389/23408 24395/24395/23414</w:t>
        <w:br/>
        <w:t>f 24391/24391/23410 24395/24395/23414 24394/24393/23412</w:t>
        <w:br/>
        <w:t>f 24390/24390/23409 24392/24392/23411 24396/24396/23415</w:t>
        <w:br/>
        <w:t>f 24395/24395/23414 24390/24390/23409 24396/24396/23415</w:t>
        <w:br/>
        <w:t>f 24396/24396/23415 24394/24393/23412 24395/24395/23414</w:t>
        <w:br/>
        <w:t>f 24399/24397/23416 24398/24398/23417 24397/24399/23418</w:t>
        <w:br/>
        <w:t>f 24396/24396/23415 24400/24400/23419 24394/24393/23412</w:t>
        <w:br/>
        <w:t>f 24401/24401/23420 24398/24398/23417 24399/24397/23416</w:t>
        <w:br/>
        <w:t>f 24402/24402/23421 24400/24400/23419 24396/24396/23415</w:t>
        <w:br/>
        <w:t>f 24399/24397/23416 24403/24403/23422 24401/24401/23420</w:t>
        <w:br/>
        <w:t>f 24400/24400/23419 24402/24402/23421 24404/24404/23423</w:t>
        <w:br/>
        <w:t>f 24405/24405/23424 24401/24401/23420 24403/24403/23422</w:t>
        <w:br/>
        <w:t>f 24405/24405/23424 24403/24403/23422 24406/24406/23425</w:t>
        <w:br/>
        <w:t>f 24402/24402/23421 24407/24407/23426 24404/24404/23423</w:t>
        <w:br/>
        <w:t>f 24407/24407/23426 24402/24402/23421 24408/24408/23427</w:t>
        <w:br/>
        <w:t>f 24407/24407/23426 24409/24409/23428 24404/24404/23423</w:t>
        <w:br/>
        <w:t>f 24405/24405/23424 24406/24406/23425 24410/24410/23429</w:t>
        <w:br/>
        <w:t>f 24411/24411/23430 24410/24410/23429 24406/24406/23425</w:t>
        <w:br/>
        <w:t>f 24410/24410/23429 24411/24411/23430 24412/24412/23431</w:t>
        <w:br/>
        <w:t>f 24414/24413/23432 24408/24408/23427 24413/24414/23433</w:t>
        <w:br/>
        <w:t>f 24413/24414/23433 24412/24412/23434 24414/24413/23432</w:t>
        <w:br/>
        <w:t>f 24408/24408/23427 24414/24413/23432 24407/24407/23426</w:t>
        <w:br/>
        <w:t>f 24415/24415/23435 24414/24413/23432 24412/24412/23434</w:t>
        <w:br/>
        <w:t>f 24414/24413/23432 24415/24415/23435 24416/24416/23436</w:t>
        <w:br/>
        <w:t>f 24416/24416/23436 24407/24407/23426 24414/24413/23432</w:t>
        <w:br/>
        <w:t>f 24407/24407/23426 24416/24416/23436 24409/24409/23428</w:t>
        <w:br/>
        <w:t>f 24417/24417/23437 24409/24409/23428 24416/24416/23436</w:t>
        <w:br/>
        <w:t>f 24420/24418/23438 24419/24419/23439 24418/24420/23440</w:t>
        <w:br/>
        <w:t>f 24419/24419/23439 24420/24418/23438 24421/24421/23441</w:t>
        <w:br/>
        <w:t>f 24420/24418/23438 24422/24422/23442 24421/24421/23441</w:t>
        <w:br/>
        <w:t>f 24422/24422/23442 24420/24418/23438 24423/24423/23443</w:t>
        <w:br/>
        <w:t>f 24426/24424/23444 24425/24425/23445 24424/24426/23446</w:t>
        <w:br/>
        <w:t>f 24425/24425/23445 24427/24427/23447 24424/24426/23446</w:t>
        <w:br/>
        <w:t>f 24425/24425/23445 24428/24428/23448 24427/24427/23447</w:t>
        <w:br/>
        <w:t>f 24427/24427/23447 24428/24428/23448 24429/24429/23449</w:t>
        <w:br/>
        <w:t>f 24432/24430/23450 24431/24431/23451 24430/24432/23452</w:t>
        <w:br/>
        <w:t>f 24433/24433/23453 24432/24430/23450 24430/24432/23452</w:t>
        <w:br/>
        <w:t>f 24434/24434/23454 24433/24433/23453 24430/24432/23452</w:t>
        <w:br/>
        <w:t>f 24433/24433/23453 24434/24434/23454 24435/24435/23455</w:t>
        <w:br/>
        <w:t>f 24438/24436/23456 24437/24437/23456 24436/24438/23456</w:t>
        <w:br/>
        <w:t>f 24437/24437/23456 24438/24436/23456 24439/24439/23456</w:t>
        <w:br/>
        <w:t>f 24442/24440/23457 24441/24441/23458 24440/24442/23458</w:t>
        <w:br/>
        <w:t>f 24441/24441/23458 24442/24440/23457 24443/24443/23457</w:t>
        <w:br/>
        <w:t>f 24446/24444/23459 24445/24445/23460 24444/24446/23461</w:t>
        <w:br/>
        <w:t>f 24446/24444/23459 24447/24447/23462 24445/24445/23460</w:t>
        <w:br/>
        <w:t>f 24447/24447/23462 24446/24444/23459 24448/24448/23463</w:t>
        <w:br/>
        <w:t>f 24448/24448/23463 24449/24449/23464 24447/24447/23462</w:t>
        <w:br/>
        <w:t>f 24449/24449/23464 24448/24448/23463 24450/24450/23465</w:t>
        <w:br/>
        <w:t>f 24451/24451/23466 24449/24449/23464 24450/24450/23465</w:t>
        <w:br/>
        <w:t>f 24448/24448/23463 24452/24452/23467 24450/24450/23465</w:t>
        <w:br/>
        <w:t>f 24455/24453/23468 24454/24454/23469 24453/24455/23469</w:t>
        <w:br/>
        <w:t>f 24456/24456/23470 24454/24454/23469 24455/24453/23468</w:t>
        <w:br/>
        <w:t>f 24455/24453/23468 24457/24457/23471 24456/24456/23470</w:t>
        <w:br/>
        <w:t>f 24457/24457/23471 24455/24453/23468 24458/24458/23471</w:t>
        <w:br/>
        <w:t>f 24461/24459/23472 24460/24460/23473 24459/24461/23474</w:t>
        <w:br/>
        <w:t>f 24461/24459/23472 24463/24462/23475 24462/24463/23472</w:t>
        <w:br/>
        <w:t>f 24463/24462/23475 24461/24459/23472 24459/24461/23474</w:t>
        <w:br/>
        <w:t>f 24459/24461/23474 24464/24464/23476 24463/24462/23475</w:t>
        <w:br/>
        <w:t>f 24464/24464/23476 24459/24461/23474 24465/24465/23477</w:t>
        <w:br/>
        <w:t>f 24465/24465/23477 24466/24466/23478 24464/24464/23476</w:t>
        <w:br/>
        <w:t>f 24466/24466/23478 24465/24465/23477 24467/24467/23478</w:t>
        <w:br/>
        <w:t>f 24470/24468/23479 24469/24469/23479 24468/24470/23479</w:t>
        <w:br/>
        <w:t>f 24470/24468/23479 24471/24471/23479 24469/24469/23479</w:t>
        <w:br/>
        <w:t>f 24474/24472/23480 24473/24473/23481 24472/24474/23480</w:t>
        <w:br/>
        <w:t>f 24475/24475/23480 24474/24472/23480 24472/24474/23480</w:t>
        <w:br/>
        <w:t>f 24478/24476/23482 24477/24477/23483 24476/24478/23484</w:t>
        <w:br/>
        <w:t>f 24477/24477/23483 24478/24476/23482 24479/24479/23485</w:t>
        <w:br/>
        <w:t>f 24480/24480/23486 24477/24477/23483 24479/24479/23485</w:t>
        <w:br/>
        <w:t>f 24477/24477/23483 24480/24480/23486 24481/24481/23487</w:t>
        <w:br/>
        <w:t>f 24482/24482/23488 24481/24481/23487 24480/24480/23486</w:t>
        <w:br/>
        <w:t>f 24481/24481/23487 24482/24482/23488 24483/24483/23489</w:t>
        <w:br/>
        <w:t>f 24482/24482/23488 24484/24484/23490 24483/24483/23489</w:t>
        <w:br/>
        <w:t>f 24484/24484/23490 24482/24482/23488 24485/24485/23491</w:t>
        <w:br/>
        <w:t>f 24486/24486/23492 24484/24484/23490 24485/24485/23491</w:t>
        <w:br/>
        <w:t>f 24484/24484/23490 24486/24486/23492 24487/24487/23493</w:t>
        <w:br/>
        <w:t>f 24486/24486/23492 24488/24488/23494 24487/24487/23493</w:t>
        <w:br/>
        <w:t>f 24488/24488/23494 24486/24486/23492 24489/24489/23494</w:t>
        <w:br/>
        <w:t>f 24490/24490/23495 24488/24488/23494 24489/24489/23494</w:t>
        <w:br/>
        <w:t>f 24488/24488/23494 24490/24490/23495 24491/24491/23489</w:t>
        <w:br/>
        <w:t>f 24491/24491/23489 24490/24490/23495 24492/24492/23496</w:t>
        <w:br/>
        <w:t>f 24493/24493/23497 24492/24492/23496 24490/24490/23495</w:t>
        <w:br/>
        <w:t>f 24493/24493/23497 24494/24494/23498 24492/24492/23496</w:t>
        <w:br/>
        <w:t>f 24495/24495/23499 24494/24494/23498 24493/24493/23497</w:t>
        <w:br/>
        <w:t>f 24494/24494/23498 24495/24495/23499 24496/24496/23500</w:t>
        <w:br/>
        <w:t>f 24497/24497/23501 24496/24496/23500 24495/24495/23499</w:t>
        <w:br/>
        <w:t>f 24498/24498/23502 24496/24496/23500 24497/24497/23501</w:t>
        <w:br/>
        <w:t>f 24496/24496/23500 24498/24498/23502 24499/24499/23503</w:t>
        <w:br/>
        <w:t>f 24502/24500/23504 24501/24501/23504 24500/24502/23505</w:t>
        <w:br/>
        <w:t>f 24501/24501/23504 24502/24500/23504 24503/24503/23506</w:t>
        <w:br/>
        <w:t>f 24506/24504/23507 24505/24505/23508 24504/24506/23509</w:t>
        <w:br/>
        <w:t>f 24505/24505/23508 24506/24504/23507 24507/24507/23510</w:t>
        <w:br/>
        <w:t>f 24510/24508/23511 24509/24509/23512 24508/24510/23513</w:t>
        <w:br/>
        <w:t>f 24509/24509/23512 24510/24508/23511 24511/24511/23514</w:t>
        <w:br/>
        <w:t>f 24510/24508/23511 24512/24512/23515 24511/24511/23514</w:t>
        <w:br/>
        <w:t>f 24512/24512/23515 24510/24508/23511 24513/24513/23516</w:t>
        <w:br/>
        <w:t>f 24513/24513/23516 24514/24514/23517 24512/24512/23515</w:t>
        <w:br/>
        <w:t>f 24514/24514/23517 24513/24513/23516 24515/24515/23518</w:t>
        <w:br/>
        <w:t>f 24518/24516/23519 24517/24517/23520 24516/24518/23521</w:t>
        <w:br/>
        <w:t>f 24517/24517/23520 24518/24516/23519 24519/24519/23522</w:t>
        <w:br/>
        <w:t>f 24522/24520/23523 24521/24521/23524 24520/24522/23525</w:t>
        <w:br/>
        <w:t>f 24523/24523/23526 24521/24521/23524 24522/24520/23523</w:t>
        <w:br/>
        <w:t>f 24522/24520/23523 24524/24524/23527 24523/24523/23526</w:t>
        <w:br/>
        <w:t>f 24524/24524/23527 24522/24520/23523 24525/24525/23528</w:t>
        <w:br/>
        <w:t>f 24525/24525/23528 24526/24526/23529 24524/24524/23527</w:t>
        <w:br/>
        <w:t>f 24526/24526/23529 24525/24525/23528 24527/24527/23529</w:t>
        <w:br/>
        <w:t>f 24526/24526/23529 24527/24527/23529 24528/24528/23530</w:t>
        <w:br/>
        <w:t>f 24526/24526/23529 24528/24528/23530 24529/24529/23530</w:t>
        <w:br/>
        <w:t>f 24528/24528/23530 24530/24530/23531 24529/24529/23530</w:t>
        <w:br/>
        <w:t>f 24530/24530/23531 24528/24528/23530 24531/24531/23531</w:t>
        <w:br/>
        <w:t>f 24531/24531/23531 24532/24532/23532 24530/24530/23531</w:t>
        <w:br/>
        <w:t>f 24530/24530/23531 24532/24532/23532 24533/24533/23533</w:t>
        <w:br/>
        <w:t>f 24532/24532/23532 24534/24534/23532 24533/24533/23533</w:t>
        <w:br/>
        <w:t>f 24534/24534/23532 24532/24532/23532 24535/24535/23529</w:t>
        <w:br/>
        <w:t>f 24534/24534/23532 24535/24535/23529 24536/24536/23534</w:t>
        <w:br/>
        <w:t>f 24534/24534/23532 24536/24536/23534 24537/24537/23535</w:t>
        <w:br/>
        <w:t>f 24537/24537/23535 24536/24536/23534 24538/24538/23536</w:t>
        <w:br/>
        <w:t>f 24537/24537/23535 24538/24538/23536 24539/24539/23534</w:t>
        <w:br/>
        <w:t>f 24539/24539/23534 24538/24538/23536 24540/24540/23537</w:t>
        <w:br/>
        <w:t>f 24541/24541/23538 24539/24539/23534 24540/24540/23537</w:t>
        <w:br/>
        <w:t>f 24540/24540/23537 24542/24542/23539 24541/24541/23538</w:t>
        <w:br/>
        <w:t>f 24542/24542/23539 24540/24540/23537 24543/24543/23540</w:t>
        <w:br/>
        <w:t>f 24546/24544/23541 24545/24545/23542 24544/24546/23543</w:t>
        <w:br/>
        <w:t>f 24545/24545/23542 24546/24544/23541 24547/24547/23544</w:t>
        <w:br/>
        <w:t>f 24547/24547/23544 24548/24548/23545 24545/24545/23542</w:t>
        <w:br/>
        <w:t>f 24551/24549/23546 24550/24550/23547 24549/24551/23548</w:t>
        <w:br/>
        <w:t>f 24548/24548/23545 24547/24547/23544 24552/24552/23549</w:t>
        <w:br/>
        <w:t>f 24553/24553/23550 24551/24549/23546 24549/24551/23548</w:t>
        <w:br/>
        <w:t>f 24553/24553/23550 24549/24551/23548 24554/24554/23551</w:t>
        <w:br/>
        <w:t>f 24552/24552/23549 24547/24547/23544 24555/24555/23552</w:t>
        <w:br/>
        <w:t>f 24556/24556/23553 24553/24553/23550 24554/24554/23551</w:t>
        <w:br/>
        <w:t>f 24557/24557/23554 24556/24556/23553 24554/24554/23551</w:t>
        <w:br/>
        <w:t>f 24559/24558/23555 24558/24559/23556 24547/24547/23544</w:t>
        <w:br/>
        <w:t>f 24560/24560/23557 24558/24559/23556 24559/24558/23555</w:t>
        <w:br/>
        <w:t>f 24558/24559/23556 24561/24561/23558 24547/24547/23544</w:t>
        <w:br/>
        <w:t>f 24556/24556/23553 24557/24557/23554 24562/24562/23559</w:t>
        <w:br/>
        <w:t>f 24563/24563/23560 24562/24562/23559 24557/24557/23554</w:t>
        <w:br/>
        <w:t>f 24558/24559/23556 24560/24560/23557 24564/24564/23561</w:t>
        <w:br/>
        <w:t>f 24560/24560/23557 24565/24565/23562 24564/24564/23561</w:t>
        <w:br/>
        <w:t>f 24566/24566/23563 24558/24559/23556 24564/24564/23561</w:t>
        <w:br/>
        <w:t>f 24567/24567/23564 24564/24564/23561 24565/24565/23562</w:t>
        <w:br/>
        <w:t>f 24567/24567/23564 24568/24568/23565 24564/24564/23561</w:t>
        <w:br/>
        <w:t>f 24558/24559/23556 24566/24566/23563 24569/24569/23566</w:t>
        <w:br/>
        <w:t>f 24569/24569/23566 24561/24561/23558 24558/24559/23556</w:t>
        <w:br/>
        <w:t>f 24566/24566/23563 24570/24570/23567 24569/24569/23566</w:t>
        <w:br/>
        <w:t>f 24571/24571/23568 24568/24568/23565 24567/24567/23564</w:t>
        <w:br/>
        <w:t>f 24572/24572/23569 24568/24568/23565 24571/24571/23568</w:t>
        <w:br/>
        <w:t>f 24567/24567/23564 24573/24573/23570 24571/24571/23568</w:t>
        <w:br/>
        <w:t>f 24567/24567/23564 24565/24565/23562 24573/24573/23570</w:t>
        <w:br/>
        <w:t>f 24562/24562/23559 24563/24563/23560 24574/24574/23571</w:t>
        <w:br/>
        <w:t>f 24571/24571/23568 24573/24573/23570 24575/24575/23572</w:t>
        <w:br/>
        <w:t>f 24576/24576/23573 24574/24574/23571 24563/24563/23560</w:t>
        <w:br/>
        <w:t>f 24563/24563/23560 24577/24577/23574 24576/24576/23573</w:t>
        <w:br/>
        <w:t>f 24578/24578/23575 24576/24576/23573 24577/24577/23574</w:t>
        <w:br/>
        <w:t>f 24576/24576/23573 24578/24578/23575 24579/24579/23576</w:t>
        <w:br/>
        <w:t>f 24575/24575/23572 24573/24573/23570 24580/24580/23577</w:t>
        <w:br/>
        <w:t>f 24573/24573/23570 24581/24581/23578 24580/24580/23577</w:t>
        <w:br/>
        <w:t>f 24575/24575/23572 24583/24582/23579 24582/24583/23580</w:t>
        <w:br/>
        <w:t>f 24580/24580/23577 24583/24582/23579 24575/24575/23572</w:t>
        <w:br/>
        <w:t>f 24584/24584/23581 24580/24580/23577 24581/24581/23578</w:t>
        <w:br/>
        <w:t>f 24580/24580/23577 24584/24584/23581 24583/24582/23579</w:t>
        <w:br/>
        <w:t>f 24584/24584/23581 24581/24581/23578 24579/24579/23582</w:t>
        <w:br/>
        <w:t>f 24585/24585/23583 24583/24582/23579 24584/24584/23581</w:t>
        <w:br/>
        <w:t>f 24584/24584/23581 24586/24586/23584 24585/24585/23583</w:t>
        <w:br/>
        <w:t>f 24584/24584/23581 24579/24579/23582 24586/24586/23584</w:t>
        <w:br/>
        <w:t>f 24579/24579/23582 24587/24587/23585 24586/24586/23584</w:t>
        <w:br/>
        <w:t>f 24587/24587/23585 24588/24588/23586 24586/24586/23584</w:t>
        <w:br/>
        <w:t>f 24588/24588/23586 24587/24587/23585 24589/24589/23587</w:t>
        <w:br/>
        <w:t>f 24588/24588/23586 24589/24589/23587 24590/24590/23588</w:t>
        <w:br/>
        <w:t>f 24590/24590/23588 24591/24591/23589 24588/24588/23586</w:t>
        <w:br/>
        <w:t>f 24594/24592/23590 24593/24593/23591 24592/24594/23592</w:t>
        <w:br/>
        <w:t>f 24595/24595/23593 24588/24588/23586 24591/24591/23589</w:t>
        <w:br/>
        <w:t>f 24593/24593/23591 24594/24592/23590 24596/24596/23594</w:t>
        <w:br/>
        <w:t>f 24591/24591/23589 24597/24597/23595 24595/24595/23593</w:t>
        <w:br/>
        <w:t>f 24596/24596/23594 24598/24598/23596 24593/24593/23591</w:t>
        <w:br/>
        <w:t>f 24599/24599/23597 24595/24595/23593 24597/24597/23595</w:t>
        <w:br/>
        <w:t>f 24598/24598/23596 24596/24596/23594 24600/24600/23598</w:t>
        <w:br/>
        <w:t>f 24602/24601/23599 24601/24602/23600 24599/24599/23597</w:t>
        <w:br/>
        <w:t>f 24599/24599/23597 24597/24597/23595 24602/24601/23599</w:t>
        <w:br/>
        <w:t>f 24600/24600/23598 24603/24603/23601 24598/24598/23596</w:t>
        <w:br/>
        <w:t>f 24597/24597/23595 24604/24604/23602 24602/24601/23599</w:t>
        <w:br/>
        <w:t>f 24603/24603/23601 24600/24600/23598 24605/24605/23603</w:t>
        <w:br/>
        <w:t>f 24602/24601/23599 24604/24604/23602 24606/24606/23604</w:t>
        <w:br/>
        <w:t>f 24606/24606/23604 24608/24607/23605 24607/24608/23606</w:t>
        <w:br/>
        <w:t>f 24606/24606/23604 24604/24604/23602 24608/24607/23605</w:t>
        <w:br/>
        <w:t>f 24605/24605/23603 24609/24609/23607 24603/24603/23601</w:t>
        <w:br/>
        <w:t>f 24604/24604/23602 24610/24610/23608 24608/24607/23605</w:t>
        <w:br/>
        <w:t>f 24609/24609/23607 24605/24605/23603 24611/24611/23609</w:t>
        <w:br/>
        <w:t>f 24608/24607/23605 24610/24610/23608 24570/24570/23567</w:t>
        <w:br/>
        <w:t>f 24611/24611/23609 24612/24612/23610 24609/24609/23607</w:t>
        <w:br/>
        <w:t>f 24610/24610/23608 24613/24613/23611 24570/24570/23567</w:t>
        <w:br/>
        <w:t>f 24611/24611/23609 24614/24614/23612 24612/24612/23610</w:t>
        <w:br/>
        <w:t>f 24570/24570/23567 24613/24613/23611 24569/24569/23566</w:t>
        <w:br/>
        <w:t>f 24615/24615/23613 24612/24612/23610 24614/24614/23612</w:t>
        <w:br/>
        <w:t>f 24617/24616/23614 24616/24617/23615 24615/24615/23613</w:t>
        <w:br/>
        <w:t>f 24612/24612/23610 24615/24615/23613 24618/24618/23616</w:t>
        <w:br/>
        <w:t>f 24616/24617/23615 24618/24618/23616 24615/24615/23613</w:t>
        <w:br/>
        <w:t>f 24569/24569/23566 24613/24613/23611 24619/24619/23617</w:t>
        <w:br/>
        <w:t>f 24620/24620/23618 24618/24618/23616 24616/24617/23615</w:t>
        <w:br/>
        <w:t>f 24618/24618/23616 24620/24620/23618 24621/24621/23619</w:t>
        <w:br/>
        <w:t>f 24569/24569/23566 24619/24619/23617 24622/24622/23620</w:t>
        <w:br/>
        <w:t>f 24622/24622/23620 24618/24618/23616 24621/24621/23619</w:t>
        <w:br/>
        <w:t>f 24561/24561/23558 24569/24569/23566 24622/24622/23620</w:t>
        <w:br/>
        <w:t>f 24552/24552/23549 24622/24622/23620 24621/24621/23619</w:t>
        <w:br/>
        <w:t>f 24555/24555/23552 24622/24622/23620 24552/24552/23549</w:t>
        <w:br/>
        <w:t>f 24625/24623/23621 24624/24624/23622 24623/24625/23623</w:t>
        <w:br/>
        <w:t>f 24626/24626/23624 24624/24624/23622 24625/24623/23621</w:t>
        <w:br/>
        <w:t>f 24627/24627/23625 24626/24626/23624 24625/24623/23621</w:t>
        <w:br/>
        <w:t>f 24628/24628/23626 24624/24624/23622 24626/24626/23624</w:t>
        <w:br/>
        <w:t>f 24629/24629/23627 24626/24626/23624 24627/24627/23625</w:t>
        <w:br/>
        <w:t>f 24627/24627/23625 24630/24630/23628 24629/24629/23627</w:t>
        <w:br/>
        <w:t>f 24626/24626/23624 24631/24631/23629 24628/24628/23626</w:t>
        <w:br/>
        <w:t>f 24631/24631/23629 24626/24626/23624 24632/24632/23630</w:t>
        <w:br/>
        <w:t>f 24628/24628/23626 24634/24633/23631 24633/24634/23632</w:t>
        <w:br/>
        <w:t>f 24634/24633/23631 24628/24628/23626 24631/24631/23629</w:t>
        <w:br/>
        <w:t>f 24631/24631/23629 24635/24635/23633 24634/24633/23631</w:t>
        <w:br/>
        <w:t>f 24631/24631/23629 24636/24636/23634 24635/24635/23633</w:t>
        <w:br/>
        <w:t>f 24632/24632/23630 24637/24637/23635 24631/24631/23629</w:t>
        <w:br/>
        <w:t>f 24636/24636/23634 24638/24638/23636 24635/24635/23633</w:t>
        <w:br/>
        <w:t>f 24637/24637/23635 24632/24632/23630 24639/24639/23637</w:t>
        <w:br/>
        <w:t>f 24640/24640/23638 24629/24629/23627 24630/24630/23628</w:t>
        <w:br/>
        <w:t>f 24636/24636/23634 24641/24641/23639 24638/24638/23636</w:t>
        <w:br/>
        <w:t>f 24639/24639/23637 24642/24642/23640 24637/24637/23635</w:t>
        <w:br/>
        <w:t>f 24630/24630/23628 24643/24643/23641 24640/24640/23638</w:t>
        <w:br/>
        <w:t>f 24642/24642/23640 24639/24639/23637 24644/24644/23642</w:t>
        <w:br/>
        <w:t>f 24643/24643/23641 24630/24630/23628 24645/24645/23643</w:t>
        <w:br/>
        <w:t>f 24646/24646/23644 24638/24638/23636 24641/24641/23639</w:t>
        <w:br/>
        <w:t>f 24644/24644/23642 24647/24647/23645 24642/24642/23640</w:t>
        <w:br/>
        <w:t>f 24638/24638/23636 24646/24646/23644 24648/24648/23646</w:t>
        <w:br/>
        <w:t>f 24645/24645/23643 24649/24649/23647 24643/24643/23641</w:t>
        <w:br/>
        <w:t>f 24647/24647/23645 24644/24644/23642 24650/24650/23648</w:t>
        <w:br/>
        <w:t>f 24649/24649/23647 24645/24645/23643 24651/24651/23649</w:t>
        <w:br/>
        <w:t>f 24650/24650/23648 24652/24652/23650 24647/24647/23645</w:t>
        <w:br/>
        <w:t>f 24653/24653/23651 24648/24648/23646 24646/24646/23644</w:t>
        <w:br/>
        <w:t>f 24648/24648/23646 24653/24653/23651 24654/24654/23652</w:t>
        <w:br/>
        <w:t>f 24657/24655/23653 24656/24656/23654 24655/24657/23655</w:t>
        <w:br/>
        <w:t>f 24655/24657/23655 24658/24658/23656 24657/24655/23653</w:t>
        <w:br/>
        <w:t>f 24661/24659/23657 24660/24660/23658 24659/24661/23659</w:t>
        <w:br/>
        <w:t>f 24657/24655/23653 24658/24658/23656 24662/24662/23660</w:t>
        <w:br/>
        <w:t>f 24665/24663/23661 24664/24664/23662 24663/24665/23663</w:t>
        <w:br/>
        <w:t>f 24664/24664/23662 24665/24663/23661 24666/24666/23664</w:t>
        <w:br/>
        <w:t>f 24667/24667/23665 24659/24661/23659 24660/24660/23658</w:t>
        <w:br/>
        <w:t>f 24668/24668/23666 24666/24666/23664 24665/24663/23661</w:t>
        <w:br/>
        <w:t>f 24669/24669/23667 24659/24661/23659 24667/24667/23665</w:t>
        <w:br/>
        <w:t>f 24670/24670/23668 24666/24666/23664 24668/24668/23666</w:t>
        <w:br/>
        <w:t>f 24658/24658/23656 24671/24671/23669 24662/24662/23660</w:t>
        <w:br/>
        <w:t>f 24659/24661/23659 24669/24669/23667 24672/24672/23670</w:t>
        <w:br/>
        <w:t>f 24662/24662/23660 24674/24673/23671 24673/24674/23672</w:t>
        <w:br/>
        <w:t>f 24674/24673/23671 24662/24662/23660 24671/24671/23669</w:t>
        <w:br/>
        <w:t>f 24672/24672/23670 24676/24675/23673 24675/24676/23674</w:t>
        <w:br/>
        <w:t>f 24676/24675/23673 24672/24672/23670 24669/24669/23667</w:t>
        <w:br/>
        <w:t>f 24668/24668/23666 24677/24677/23675 24670/24670/23668</w:t>
        <w:br/>
        <w:t>f 24677/24677/23675 24668/24668/23666 24678/24678/23676</w:t>
        <w:br/>
        <w:t>f 24681/24679/23677 24680/24680/23678 24679/24681/23679</w:t>
        <w:br/>
        <w:t>f 24682/24682/23680 24679/24681/23679 24680/24680/23678</w:t>
        <w:br/>
        <w:t>f 24683/24683/23681 24679/24681/23679 24682/24682/23680</w:t>
        <w:br/>
        <w:t>f 24684/24684/23682 24682/24682/23680 24680/24680/23678</w:t>
        <w:br/>
        <w:t>f 24685/24685/23683 24683/24683/23681 24682/24682/23680</w:t>
        <w:br/>
        <w:t>f 24685/24685/23683 24686/24686/23684 24683/24683/23681</w:t>
        <w:br/>
        <w:t>f 24687/24687/23685 24682/24682/23680 24684/24684/23682</w:t>
        <w:br/>
        <w:t>f 24685/24685/23683 24682/24682/23680 24688/24688/23686</w:t>
        <w:br/>
        <w:t>f 24689/24689/23687 24687/24687/23685 24684/24684/23682</w:t>
        <w:br/>
        <w:t>f 24686/24686/23684 24685/24685/23683 24690/24690/23688</w:t>
        <w:br/>
        <w:t>f 24691/24691/23689 24686/24686/23684 24690/24690/23688</w:t>
        <w:br/>
        <w:t>f 24692/24692/23690 24685/24685/23683 24688/24688/23686</w:t>
        <w:br/>
        <w:t>f 24690/24690/23688 24685/24685/23683 24692/24692/23690</w:t>
        <w:br/>
        <w:t>f 24687/24687/23685 24689/24689/23687 24693/24693/23691</w:t>
        <w:br/>
        <w:t>f 24689/24689/23687 24694/24694/23692 24693/24693/23691</w:t>
        <w:br/>
        <w:t>f 24695/24695/23693 24691/24691/23689 24690/24690/23688</w:t>
        <w:br/>
        <w:t>f 24695/24695/23693 24696/24696/23694 24691/24691/23689</w:t>
        <w:br/>
        <w:t>f 24695/24695/23693 24690/24690/23688 24697/24697/23695</w:t>
        <w:br/>
        <w:t>f 24697/24697/23695 24690/24690/23688 24692/24692/23690</w:t>
        <w:br/>
        <w:t>f 24696/24696/23694 24695/24695/23693 24698/24698/23696</w:t>
        <w:br/>
        <w:t>f 24698/24698/23696 24699/24699/23697 24696/24696/23694</w:t>
        <w:br/>
        <w:t>f 24697/24697/23695 24700/24700/23698 24695/24695/23693</w:t>
        <w:br/>
        <w:t>f 24700/24700/23698 24698/24698/23696 24695/24695/23693</w:t>
        <w:br/>
        <w:t>f 24692/24692/23690 24701/24701/23699 24697/24697/23695</w:t>
        <w:br/>
        <w:t>f 24701/24701/23699 24700/24700/23698 24697/24697/23695</w:t>
        <w:br/>
        <w:t>f 24699/24699/23697 24698/24698/23696 24702/24702/23700</w:t>
        <w:br/>
        <w:t>f 24702/24702/23700 24703/24703/23701 24699/24699/23697</w:t>
        <w:br/>
        <w:t>f 24698/24698/23696 24700/24700/23698 24704/24704/23702</w:t>
        <w:br/>
        <w:t>f 24704/24704/23702 24702/24702/23700 24698/24698/23696</w:t>
        <w:br/>
        <w:t>f 24703/24703/23701 24702/24702/23700 24705/24705/23703</w:t>
        <w:br/>
        <w:t>f 24705/24705/23703 24706/24706/23704 24703/24703/23701</w:t>
        <w:br/>
        <w:t>f 24702/24702/23700 24704/24704/23702 24707/24707/23705</w:t>
        <w:br/>
        <w:t>f 24705/24705/23703 24702/24702/23700 24707/24707/23705</w:t>
        <w:br/>
        <w:t>f 24708/24708/23706 24704/24704/23702 24700/24700/23698</w:t>
        <w:br/>
        <w:t>f 24700/24700/23698 24701/24701/23699 24708/24708/23706</w:t>
        <w:br/>
        <w:t>f 24706/24706/23704 24705/24705/23703 24709/24709/23707</w:t>
        <w:br/>
        <w:t>f 24710/24710/23708 24706/24706/23704 24709/24709/23707</w:t>
        <w:br/>
        <w:t>f 24709/24709/23707 24711/24711/23709 24710/24710/23708</w:t>
        <w:br/>
        <w:t>f 24712/24712/23710 24705/24705/23703 24707/24707/23705</w:t>
        <w:br/>
        <w:t>f 24712/24712/23710 24709/24709/23707 24705/24705/23703</w:t>
        <w:br/>
        <w:t>f 24704/24704/23702 24713/24713/23711 24707/24707/23705</w:t>
        <w:br/>
        <w:t>f 24707/24707/23705 24713/24713/23711 24712/24712/23710</w:t>
        <w:br/>
        <w:t>f 24713/24713/23711 24704/24704/23702 24714/24714/23712</w:t>
        <w:br/>
        <w:t>f 24704/24704/23702 24708/24708/23706 24714/24714/23712</w:t>
        <w:br/>
        <w:t>f 24715/24715/23713 24712/24712/23710 24713/24713/23711</w:t>
        <w:br/>
        <w:t>f 24713/24713/23711 24714/24714/23712 24715/24715/23713</w:t>
        <w:br/>
        <w:t>f 24716/24716/23714 24714/24714/23712 24708/24708/23706</w:t>
        <w:br/>
        <w:t>f 24701/24701/23699 24716/24716/23714 24708/24708/23706</w:t>
        <w:br/>
        <w:t>f 24714/24714/23712 24717/24717/23715 24715/24715/23713</w:t>
        <w:br/>
        <w:t>f 24717/24717/23715 24714/24714/23712 24716/24716/23714</w:t>
        <w:br/>
        <w:t>f 24712/24712/23710 24715/24715/23713 24718/24718/23716</w:t>
        <w:br/>
        <w:t>f 24715/24715/23713 24717/24717/23715 24719/24719/23717</w:t>
        <w:br/>
        <w:t>f 24718/24718/23716 24715/24715/23713 24719/24719/23717</w:t>
        <w:br/>
        <w:t>f 24717/24717/23715 24716/24716/23714 24720/24720/23718</w:t>
        <w:br/>
        <w:t>f 24721/24721/23719 24712/24712/23710 24718/24718/23716</w:t>
        <w:br/>
        <w:t>f 24709/24709/23707 24712/24712/23710 24721/24721/23719</w:t>
        <w:br/>
        <w:t>f 24716/24716/23714 24722/24722/23720 24720/24720/23718</w:t>
        <w:br/>
        <w:t>f 24716/24716/23714 24701/24701/23699 24722/24722/23720</w:t>
        <w:br/>
        <w:t>f 24720/24720/23718 24723/24723/23721 24717/24717/23715</w:t>
        <w:br/>
        <w:t>f 24701/24701/23699 24724/24724/23722 24722/24722/23720</w:t>
        <w:br/>
        <w:t>f 24701/24701/23699 24692/24692/23690 24724/24724/23722</w:t>
        <w:br/>
        <w:t>f 24692/24692/23690 24687/24687/23723 24724/24724/23722</w:t>
        <w:br/>
        <w:t>f 24724/24724/23722 24687/24687/23723 24725/24725/23724</w:t>
        <w:br/>
        <w:t>f 24722/24722/23720 24726/24726/23725 24720/24720/23718</w:t>
        <w:br/>
        <w:t>f 24723/24723/23721 24720/24720/23718 24726/24726/23725</w:t>
        <w:br/>
        <w:t>f 24722/24722/23720 24724/24724/23722 24727/24727/23726</w:t>
        <w:br/>
        <w:t>f 24727/24727/23726 24724/24724/23722 24725/24725/23724</w:t>
        <w:br/>
        <w:t>f 24726/24726/23725 24722/24722/23720 24728/24728/23727</w:t>
        <w:br/>
        <w:t>f 24722/24722/23720 24727/24727/23726 24728/24728/23727</w:t>
        <w:br/>
        <w:t>f 24727/24727/23726 24725/24725/23724 24729/24729/23728</w:t>
        <w:br/>
        <w:t>f 24729/24729/23728 24693/24693/23691 24694/24694/23692</w:t>
        <w:br/>
        <w:t>f 24730/24730/23729 24727/24727/23726 24729/24729/23728</w:t>
        <w:br/>
        <w:t>f 24728/24728/23727 24727/24727/23726 24730/24730/23729</w:t>
        <w:br/>
        <w:t>f 24731/24731/23730 24729/24729/23728 24694/24694/23692</w:t>
        <w:br/>
        <w:t>f 24730/24730/23729 24729/24729/23728 24732/24732/23731</w:t>
        <w:br/>
        <w:t>f 24731/24731/23730 24694/24694/23692 24733/24733/23732</w:t>
        <w:br/>
        <w:t>f 24734/24734/23733 24731/24731/23730 24733/24733/23732</w:t>
        <w:br/>
        <w:t>f 24730/24730/23729 24732/24732/23731 24735/24735/23734</w:t>
        <w:br/>
        <w:t>f 24736/24736/23735 24731/24731/23730 24734/24734/23733</w:t>
        <w:br/>
        <w:t>f 24737/24737/23736 24730/24730/23729 24735/24735/23734</w:t>
        <w:br/>
        <w:t>f 24734/24734/23733 24738/24738/23737 24736/24736/23735</w:t>
        <w:br/>
        <w:t>f 24739/24739/23738 24737/24737/23736 24735/24735/23734</w:t>
        <w:br/>
        <w:t>f 24738/24738/23737 24734/24734/23733 24740/24740/23739</w:t>
        <w:br/>
        <w:t>f 24743/24741/23740 24742/24742/23741 24741/24743/23742</w:t>
        <w:br/>
        <w:t>f 24744/24744/23743 24741/24743/23742 24742/24742/23741</w:t>
        <w:br/>
        <w:t>f 24737/24737/23736 24739/24739/23738 24745/24745/23744</w:t>
        <w:br/>
        <w:t>f 24742/24742/23741 24746/24746/23745 24744/24744/23743</w:t>
        <w:br/>
        <w:t>f 24730/24730/23729 24737/24737/23736 24747/24747/23746</w:t>
        <w:br/>
        <w:t>f 24745/24745/23744 24747/24747/23746 24737/24737/23736</w:t>
        <w:br/>
        <w:t>f 24728/24728/23727 24730/24730/23729 24747/24747/23746</w:t>
        <w:br/>
        <w:t>f 24748/24748/23747 24744/24744/23743 24746/24746/23745</w:t>
        <w:br/>
        <w:t>f 24747/24747/23746 24745/24745/23744 24749/24749/23748</w:t>
        <w:br/>
        <w:t>f 24750/24750/23749 24748/24748/23747 24746/24746/23745</w:t>
        <w:br/>
        <w:t>f 24751/24751/23750 24728/24728/23727 24747/24747/23746</w:t>
        <w:br/>
        <w:t>f 24728/24728/23727 24751/24751/23750 24726/24726/23725</w:t>
        <w:br/>
        <w:t>f 24752/24752/23751 24747/24747/23746 24749/24749/23748</w:t>
        <w:br/>
        <w:t>f 24753/24753/23752 24748/24748/23747 24750/24750/23749</w:t>
        <w:br/>
        <w:t>f 24747/24747/23746 24752/24752/23751 24751/24751/23750</w:t>
        <w:br/>
        <w:t>f 24750/24750/23749 24754/24754/23753 24753/24753/23752</w:t>
        <w:br/>
        <w:t>f 24755/24755/23754 24751/24751/23750 24752/24752/23751</w:t>
        <w:br/>
        <w:t>f 24754/24754/23753 24750/24750/23749 24756/24756/23755</w:t>
        <w:br/>
        <w:t>f 24757/24757/23756 24726/24726/23725 24751/24751/23750</w:t>
        <w:br/>
        <w:t>f 24726/24726/23725 24757/24757/23756 24723/24723/23721</w:t>
        <w:br/>
        <w:t>f 24751/24751/23750 24755/24755/23754 24758/24758/23757</w:t>
        <w:br/>
        <w:t>f 24751/24751/23750 24758/24758/23757 24757/24757/23756</w:t>
        <w:br/>
        <w:t>f 24756/24756/23755 24759/24759/23758 24754/24754/23753</w:t>
        <w:br/>
        <w:t>f 24760/24760/23759 24758/24758/23757 24755/24755/23754</w:t>
        <w:br/>
        <w:t>f 24759/24759/23758 24756/24756/23755 24761/24761/23760</w:t>
        <w:br/>
        <w:t>f 24757/24757/23756 24758/24758/23757 24762/24762/23761</w:t>
        <w:br/>
        <w:t>f 24760/24760/23759 24762/24762/23761 24758/24758/23757</w:t>
        <w:br/>
        <w:t>f 24757/24757/23756 24763/24763/23762 24723/24723/23721</w:t>
        <w:br/>
        <w:t>f 24763/24763/23762 24757/24757/23756 24762/24762/23761</w:t>
        <w:br/>
        <w:t>f 24763/24763/23762 24717/24717/23715 24723/24723/23721</w:t>
        <w:br/>
        <w:t>f 24717/24717/23715 24763/24763/23762 24719/24719/23717</w:t>
        <w:br/>
        <w:t>f 24764/24764/23763 24759/24759/23758 24761/24761/23760</w:t>
        <w:br/>
        <w:t>f 24765/24765/23764 24762/24762/23761 24760/24760/23759</w:t>
        <w:br/>
        <w:t>f 24761/24761/23760 24766/24766/23765 24764/24764/23763</w:t>
        <w:br/>
        <w:t>f 24767/24767/23766 24764/24764/23763 24766/24766/23765</w:t>
        <w:br/>
        <w:t>f 24762/24762/23761 24765/24765/23764 24768/24768/23767</w:t>
        <w:br/>
        <w:t>f 24764/24764/23763 24767/24767/23766 24769/24769/23768</w:t>
        <w:br/>
        <w:t>f 24770/24770/23769 24768/24768/23767 24765/24765/23764</w:t>
        <w:br/>
        <w:t>f 24771/24771/23770 24769/24769/23768 24767/24767/23766</w:t>
        <w:br/>
        <w:t>f 24762/24762/23761 24768/24768/23767 24772/24772/23771</w:t>
        <w:br/>
        <w:t>f 24772/24772/23771 24768/24768/23767 24770/24770/23769</w:t>
        <w:br/>
        <w:t>f 24762/24762/23761 24772/24772/23771 24763/24763/23762</w:t>
        <w:br/>
        <w:t>f 24773/24773/23772 24769/24769/23768 24771/24771/23770</w:t>
        <w:br/>
        <w:t>f 24774/24774/23773 24773/24773/23772 24771/24771/23770</w:t>
        <w:br/>
        <w:t>f 24772/24772/23771 24770/24770/23769 24775/24775/23774</w:t>
        <w:br/>
        <w:t>f 24775/24775/23774 24770/24770/23769 24776/24776/23775</w:t>
        <w:br/>
        <w:t>f 24777/24777/23776 24763/24763/23762 24772/24772/23771</w:t>
        <w:br/>
        <w:t>f 24777/24777/23776 24772/24772/23771 24775/24775/23774</w:t>
        <w:br/>
        <w:t>f 24763/24763/23762 24777/24777/23776 24719/24719/23717</w:t>
        <w:br/>
        <w:t>f 24775/24775/23774 24778/24778/23777 24777/24777/23776</w:t>
        <w:br/>
        <w:t>f 24777/24777/23776 24779/24779/23778 24719/24719/23717</w:t>
        <w:br/>
        <w:t>f 24778/24778/23777 24779/24779/23778 24777/24777/23776</w:t>
        <w:br/>
        <w:t>f 24779/24779/23778 24718/24718/23716 24719/24719/23717</w:t>
        <w:br/>
        <w:t>f 24778/24778/23777 24775/24775/23774 24780/24780/23779</w:t>
        <w:br/>
        <w:t>f 24778/24778/23777 24780/24780/23779 24779/24779/23778</w:t>
        <w:br/>
        <w:t>f 24775/24775/23774 24776/24776/23775 24781/24781/23780</w:t>
        <w:br/>
        <w:t>f 24780/24780/23779 24775/24775/23774 24781/24781/23780</w:t>
        <w:br/>
        <w:t>f 24781/24781/23780 24776/24776/23775 24782/24782/23781</w:t>
        <w:br/>
        <w:t>f 24783/24783/23782 24773/24773/23772 24774/24774/23773</w:t>
        <w:br/>
        <w:t>f 24780/24780/23779 24781/24781/23780 24784/24784/23783</w:t>
        <w:br/>
        <w:t>f 24774/24774/23773 24785/24785/23784 24783/24783/23782</w:t>
        <w:br/>
        <w:t>f 24785/24785/23784 24774/24774/23773 24786/24786/23785</w:t>
        <w:br/>
        <w:t>f 24787/24787/23786 24781/24781/23780 24782/24782/23781</w:t>
        <w:br/>
        <w:t>f 24787/24787/23786 24782/24782/23781 24788/24788/23787</w:t>
        <w:br/>
        <w:t>f 24787/24787/23786 24784/24784/23783 24781/24781/23780</w:t>
        <w:br/>
        <w:t>f 24786/24786/23785 24789/24789/23788 24785/24785/23784</w:t>
        <w:br/>
        <w:t>f 24789/24789/23788 24786/24786/23785 24790/24790/23789</w:t>
        <w:br/>
        <w:t>f 24791/24791/23790 24787/24787/23786 24788/24788/23787</w:t>
        <w:br/>
        <w:t>f 24792/24792/23791 24791/24791/23790 24788/24788/23787</w:t>
        <w:br/>
        <w:t>f 24784/24784/23783 24787/24787/23786 24793/24793/23792</w:t>
        <w:br/>
        <w:t>f 24791/24791/23790 24793/24793/23792 24787/24787/23786</w:t>
        <w:br/>
        <w:t>f 24790/24790/23789 24794/24794/23793 24789/24789/23788</w:t>
        <w:br/>
        <w:t>f 24794/24794/23793 24790/24790/23789 24795/24795/23794</w:t>
        <w:br/>
        <w:t>f 24791/24791/23790 24792/24792/23791 24796/24796/23795</w:t>
        <w:br/>
        <w:t>f 24797/24797/23796 24796/24796/23795 24792/24792/23791</w:t>
        <w:br/>
        <w:t>f 24799/24798/23797 24795/24795/23794 24798/24799/23798</w:t>
        <w:br/>
        <w:t>f 24795/24795/23794 24799/24798/23797 24794/24794/23793</w:t>
        <w:br/>
        <w:t>f 24801/24800/23799 24800/24801/23800 24797/24797/23796</w:t>
        <w:br/>
        <w:t>f 24800/24801/23800 24796/24796/23795 24797/24797/23796</w:t>
        <w:br/>
        <w:t>f 24800/24801/23800 24801/24800/23799 24802/24802/23801</w:t>
        <w:br/>
        <w:t>f 24796/24796/23795 24803/24803/23802 24791/24791/23790</w:t>
        <w:br/>
        <w:t>f 24803/24803/23802 24793/24793/23792 24791/24791/23790</w:t>
        <w:br/>
        <w:t>f 24800/24801/23800 24804/24804/23803 24796/24796/23795</w:t>
        <w:br/>
        <w:t>f 24804/24804/23803 24803/24803/23802 24796/24796/23795</w:t>
        <w:br/>
        <w:t>f 24802/24802/23801 24805/24805/23804 24800/24801/23800</w:t>
        <w:br/>
        <w:t>f 24804/24804/23803 24800/24801/23800 24805/24805/23804</w:t>
        <w:br/>
        <w:t>f 24806/24806/23805 24805/24805/23804 24802/24802/23801</w:t>
        <w:br/>
        <w:t>f 24804/24804/23803 24807/24807/23806 24803/24803/23802</w:t>
        <w:br/>
        <w:t>f 24806/24806/23805 24808/24808/23807 24805/24805/23804</w:t>
        <w:br/>
        <w:t>f 24808/24808/23807 24806/24806/23805 24809/24809/23808</w:t>
        <w:br/>
        <w:t>f 24805/24805/23804 24810/24810/23809 24804/24804/23803</w:t>
        <w:br/>
        <w:t>f 24810/24810/23809 24805/24805/23804 24808/24808/23807</w:t>
        <w:br/>
        <w:t>f 24810/24810/23809 24807/24807/23806 24804/24804/23803</w:t>
        <w:br/>
        <w:t>f 24808/24808/23807 24809/24809/23808 24811/24811/23810</w:t>
        <w:br/>
        <w:t>f 24812/24812/23811 24810/24810/23809 24808/24808/23807</w:t>
        <w:br/>
        <w:t>f 24812/24812/23811 24808/24808/23807 24811/24811/23810</w:t>
        <w:br/>
        <w:t>f 24810/24810/23809 24812/24812/23811 24813/24813/23812</w:t>
        <w:br/>
        <w:t>f 24807/24807/23806 24810/24810/23809 24813/24813/23812</w:t>
        <w:br/>
        <w:t>f 24812/24812/23811 24811/24811/23810 24814/24814/23813</w:t>
        <w:br/>
        <w:t>f 24813/24813/23812 24812/24812/23811 24814/24814/23813</w:t>
        <w:br/>
        <w:t>f 24811/24811/23810 24815/24815/23814 24814/24814/23813</w:t>
        <w:br/>
        <w:t>f 24816/24816/23815 24814/24814/23813 24815/24815/23814</w:t>
        <w:br/>
        <w:t>f 24816/24816/23815 24815/24815/23814 24817/24817/23816</w:t>
        <w:br/>
        <w:t>f 24813/24813/23812 24814/24814/23813 24818/24818/23817</w:t>
        <w:br/>
        <w:t>f 24814/24814/23813 24816/24816/23815 24818/24818/23817</w:t>
        <w:br/>
        <w:t>f 24816/24816/23815 24817/24817/23816 24819/24819/23818</w:t>
        <w:br/>
        <w:t>f 24819/24819/23818 24818/24818/23817 24816/24816/23815</w:t>
        <w:br/>
        <w:t>f 24817/24817/23816 24820/24820/23819 24819/24819/23818</w:t>
        <w:br/>
        <w:t>f 24821/24821/23820 24813/24813/23812 24818/24818/23817</w:t>
        <w:br/>
        <w:t>f 24821/24821/23820 24807/24807/23806 24813/24813/23812</w:t>
        <w:br/>
        <w:t>f 24820/24820/23819 24822/24822/23821 24819/24819/23818</w:t>
        <w:br/>
        <w:t>f 24822/24822/23821 24820/24820/23819 24823/24823/23822</w:t>
        <w:br/>
        <w:t>f 24822/24822/23821 24823/24823/23822 24824/24824/23823</w:t>
        <w:br/>
        <w:t>f 24824/24824/23823 24825/24825/23824 24822/24822/23821</w:t>
        <w:br/>
        <w:t>f 24822/24822/23821 24826/24826/23825 24819/24819/23818</w:t>
        <w:br/>
        <w:t>f 24818/24818/23817 24819/24819/23818 24826/24826/23825</w:t>
        <w:br/>
        <w:t>f 24825/24825/23824 24827/24827/23826 24822/24822/23821</w:t>
        <w:br/>
        <w:t>f 24826/24826/23825 24822/24822/23821 24827/24827/23826</w:t>
        <w:br/>
        <w:t>f 24827/24827/23826 24825/24825/23824 24828/24828/23827</w:t>
        <w:br/>
        <w:t>f 24826/24826/23825 24829/24829/23828 24818/24818/23817</w:t>
        <w:br/>
        <w:t>f 24827/24827/23826 24829/24829/23828 24826/24826/23825</w:t>
        <w:br/>
        <w:t>f 24818/24818/23817 24829/24829/23828 24821/24821/23820</w:t>
        <w:br/>
        <w:t>f 24828/24828/23827 24830/24830/23829 24827/24827/23826</w:t>
        <w:br/>
        <w:t>f 24829/24829/23828 24827/24827/23826 24830/24830/23829</w:t>
        <w:br/>
        <w:t>f 24830/24830/23829 24828/24828/23827 24831/24831/23830</w:t>
        <w:br/>
        <w:t>f 24832/24832/23831 24821/24821/23820 24829/24829/23828</w:t>
        <w:br/>
        <w:t>f 24830/24830/23829 24832/24832/23831 24829/24829/23828</w:t>
        <w:br/>
        <w:t>f 24831/24831/23830 24833/24833/23832 24830/24830/23829</w:t>
        <w:br/>
        <w:t>f 24832/24832/23831 24830/24830/23829 24833/24833/23832</w:t>
        <w:br/>
        <w:t>f 24833/24833/23832 24831/24831/23830 24834/24834/23833</w:t>
        <w:br/>
        <w:t>f 24821/24821/23820 24832/24832/23831 24835/24835/23834</w:t>
        <w:br/>
        <w:t>f 24821/24821/23820 24835/24835/23834 24807/24807/23806</w:t>
        <w:br/>
        <w:t>f 24836/24836/23835 24832/24832/23831 24833/24833/23832</w:t>
        <w:br/>
        <w:t>f 24832/24832/23831 24836/24836/23835 24835/24835/23834</w:t>
        <w:br/>
        <w:t>f 24834/24834/23833 24837/24837/23836 24833/24833/23832</w:t>
        <w:br/>
        <w:t>f 24837/24837/23836 24834/24834/23833 24711/24711/23709</w:t>
        <w:br/>
        <w:t>f 24711/24711/23709 24709/24709/23707 24837/24837/23836</w:t>
        <w:br/>
        <w:t>f 24837/24837/23836 24709/24709/23707 24721/24721/23719</w:t>
        <w:br/>
        <w:t>f 24837/24837/23836 24838/24838/23837 24833/24833/23832</w:t>
        <w:br/>
        <w:t>f 24838/24838/23837 24836/24836/23835 24833/24833/23832</w:t>
        <w:br/>
        <w:t>f 24839/24839/23838 24838/24838/23837 24837/24837/23836</w:t>
        <w:br/>
        <w:t>f 24838/24838/23837 24839/24839/23838 24836/24836/23835</w:t>
        <w:br/>
        <w:t>f 24721/24721/23719 24839/24839/23838 24837/24837/23836</w:t>
        <w:br/>
        <w:t>f 24835/24835/23834 24836/24836/23835 24840/24840/23839</w:t>
        <w:br/>
        <w:t>f 24839/24839/23838 24721/24721/23719 24841/24841/23840</w:t>
        <w:br/>
        <w:t>f 24839/24839/23838 24842/24842/23841 24836/24836/23835</w:t>
        <w:br/>
        <w:t>f 24841/24841/23840 24842/24842/23841 24839/24839/23838</w:t>
        <w:br/>
        <w:t>f 24842/24842/23841 24840/24840/23839 24836/24836/23835</w:t>
        <w:br/>
        <w:t>f 24721/24721/23719 24843/24843/23842 24841/24841/23840</w:t>
        <w:br/>
        <w:t>f 24843/24843/23842 24842/24842/23841 24841/24841/23840</w:t>
        <w:br/>
        <w:t>f 24721/24721/23719 24718/24718/23716 24843/24843/23842</w:t>
        <w:br/>
        <w:t>f 24779/24779/23778 24843/24843/23842 24718/24718/23716</w:t>
        <w:br/>
        <w:t>f 24779/24779/23778 24842/24842/23841 24843/24843/23842</w:t>
        <w:br/>
        <w:t>f 24779/24779/23778 24844/24844/23843 24842/24842/23841</w:t>
        <w:br/>
        <w:t>f 24779/24779/23778 24780/24780/23779 24844/24844/23843</w:t>
        <w:br/>
        <w:t>f 24784/24784/23783 24844/24844/23843 24780/24780/23779</w:t>
        <w:br/>
        <w:t>f 24845/24845/23844 24842/24842/23841 24844/24844/23843</w:t>
        <w:br/>
        <w:t>f 24845/24845/23844 24844/24844/23843 24784/24784/23783</w:t>
        <w:br/>
        <w:t>f 24840/24840/23839 24842/24842/23841 24845/24845/23844</w:t>
        <w:br/>
        <w:t>f 24793/24793/23792 24845/24845/23844 24784/24784/23783</w:t>
        <w:br/>
        <w:t>f 24846/24846/23845 24840/24840/23839 24845/24845/23844</w:t>
        <w:br/>
        <w:t>f 24845/24845/23844 24793/24793/23792 24846/24846/23845</w:t>
        <w:br/>
        <w:t>f 24835/24835/23834 24840/24840/23839 24846/24846/23845</w:t>
        <w:br/>
        <w:t>f 24803/24803/23802 24846/24846/23845 24793/24793/23792</w:t>
        <w:br/>
        <w:t>f 24807/24807/23806 24835/24835/23834 24846/24846/23845</w:t>
        <w:br/>
        <w:t>f 24807/24807/23806 24846/24846/23845 24803/24803/23802</w:t>
        <w:br/>
        <w:t>f 24849/24847/23846 24848/24848/23847 24847/24849/23848</w:t>
        <w:br/>
        <w:t>f 24847/24849/23848 24850/24850/23849 24849/24847/23846</w:t>
        <w:br/>
        <w:t>f 24853/24851/23850 24852/24852/23851 24851/24853/23852</w:t>
        <w:br/>
        <w:t>f 24850/24850/23849 24854/24854/23853 24849/24847/23846</w:t>
        <w:br/>
        <w:t>f 24857/24855/23854 24856/24856/23855 24855/24857/23856</w:t>
        <w:br/>
        <w:t>f 24858/24858/23857 24852/24852/23851 24853/24851/23850</w:t>
        <w:br/>
        <w:t>f 24859/24859/23858 24855/24857/23856 24856/24856/23855</w:t>
        <w:br/>
        <w:t>f 24854/24854/23853 24850/24850/23849 24860/24860/23859</w:t>
        <w:br/>
        <w:t>f 24858/24858/23857 24861/24861/23860 24852/24852/23851</w:t>
        <w:br/>
        <w:t>f 24856/24856/23855 24862/24862/23861 24859/24859/23858</w:t>
        <w:br/>
        <w:t>f 24858/24858/23857 24863/24863/23862 24861/24861/23860</w:t>
        <w:br/>
        <w:t>f 24862/24862/23861 24856/24856/23855 24864/24864/23863</w:t>
        <w:br/>
        <w:t>f 24860/24860/23859 24865/24865/23864 24854/24854/23853</w:t>
        <w:br/>
        <w:t>f 24854/24854/23853 24865/24865/23864 24866/24866/23865</w:t>
        <w:br/>
        <w:t>f 24867/24867/23866 24861/24861/23860 24863/24863/23862</w:t>
        <w:br/>
        <w:t>f 24868/24868/23867 24862/24862/23861 24864/24864/23863</w:t>
        <w:br/>
        <w:t>f 24861/24861/23860 24867/24867/23866 24869/24869/23868</w:t>
        <w:br/>
        <w:t>f 24864/24864/23863 24870/24870/23869 24868/24868/23867</w:t>
        <w:br/>
        <w:t>f 24871/24871/23870 24868/24868/23867 24870/24870/23869</w:t>
        <w:br/>
        <w:t>f 24872/24872/23871 24866/24866/23865 24865/24865/23864</w:t>
        <w:br/>
        <w:t>f 24866/24866/23865 24872/24872/23871 24873/24873/23872</w:t>
        <w:br/>
        <w:t>f 24874/24874/23873 24869/24869/23868 24867/24867/23866</w:t>
        <w:br/>
        <w:t>f 24875/24875/23874 24868/24868/23867 24871/24871/23870</w:t>
        <w:br/>
        <w:t>f 24869/24869/23868 24874/24874/23873 24876/24876/23875</w:t>
        <w:br/>
        <w:t>f 24877/24877/23876 24875/24875/23874 24871/24871/23870</w:t>
        <w:br/>
        <w:t>f 24872/24872/23871 24878/24878/23877 24873/24873/23872</w:t>
        <w:br/>
        <w:t>f 24874/24874/23873 24879/24879/23878 24876/24876/23875</w:t>
        <w:br/>
        <w:t>f 24880/24880/23879 24873/24873/23872 24878/24878/23877</w:t>
        <w:br/>
        <w:t>f 24875/24875/23874 24877/24877/23876 24881/24881/23880</w:t>
        <w:br/>
        <w:t>f 24874/24874/23873 24882/24882/23881 24879/24879/23878</w:t>
        <w:br/>
        <w:t>f 24884/24883/23882 24883/24884/23883 24880/24880/23879</w:t>
        <w:br/>
        <w:t>f 24877/24877/23876 24885/24885/23884 24881/24881/23880</w:t>
        <w:br/>
        <w:t>f 24885/24885/23884 24877/24877/23876 24886/24886/23885</w:t>
        <w:br/>
        <w:t>f 24880/24880/23879 24887/24887/23886 24884/24883/23882</w:t>
        <w:br/>
        <w:t>f 24878/24878/23877 24887/24887/23886 24880/24880/23879</w:t>
        <w:br/>
        <w:t>f 24882/24882/23881 24888/24888/23887 24879/24879/23878</w:t>
        <w:br/>
        <w:t>f 24888/24888/23887 24882/24882/23881 24889/24889/23888</w:t>
        <w:br/>
        <w:t>f 24887/24887/23886 24890/24890/23889 24884/24883/23882</w:t>
        <w:br/>
        <w:t>f 24891/24891/23890 24885/24885/23884 24886/24886/23885</w:t>
        <w:br/>
        <w:t>f 24892/24892/23891 24888/24888/23887 24889/24889/23888</w:t>
        <w:br/>
        <w:t>f 24886/24886/23885 24893/24893/23892 24891/24891/23890</w:t>
        <w:br/>
        <w:t>f 24888/24888/23887 24892/24892/23891 24894/24894/23893</w:t>
        <w:br/>
        <w:t>f 24890/24890/23889 24887/24887/23886 24895/24895/23894</w:t>
        <w:br/>
        <w:t>f 24896/24896/23895 24891/24891/23890 24893/24893/23892</w:t>
        <w:br/>
        <w:t>f 24897/24897/23896 24894/24894/23893 24892/24892/23891</w:t>
        <w:br/>
        <w:t>f 24896/24896/23895 24893/24893/23892 24898/24898/23897</w:t>
        <w:br/>
        <w:t>f 24899/24899/23898 24890/24890/23889 24895/24895/23894</w:t>
        <w:br/>
        <w:t>f 24894/24894/23893 24897/24897/23896 24900/24900/23899</w:t>
        <w:br/>
        <w:t>f 24902/24901/23900 24890/24890/23889 24901/24902/23901</w:t>
        <w:br/>
        <w:t>f 24901/24902/23901 24890/24890/23889 24899/24899/23898</w:t>
        <w:br/>
        <w:t>f 24898/24898/23897 24903/24903/23902 24896/24896/23895</w:t>
        <w:br/>
        <w:t>f 24904/24904/23903 24900/24900/23899 24897/24897/23896</w:t>
        <w:br/>
        <w:t>f 24903/24903/23902 24898/24898/23897 24905/24905/23904</w:t>
        <w:br/>
        <w:t>f 24906/24906/23905 24903/24903/23902 24905/24905/23904</w:t>
        <w:br/>
        <w:t>f 24907/24907/23906 24901/24902/23901 24899/24899/23898</w:t>
        <w:br/>
        <w:t>f 24900/24900/23899 24904/24904/23903 24908/24908/23907</w:t>
        <w:br/>
        <w:t>f 24901/24902/23901 24907/24907/23906 24909/24909/23908</w:t>
        <w:br/>
        <w:t>f 24903/24903/23902 24906/24906/23905 24910/24910/23909</w:t>
        <w:br/>
        <w:t>f 24911/24911/23910 24908/24908/23907 24904/24904/23903</w:t>
        <w:br/>
        <w:t>f 24912/24912/23911 24910/24910/23909 24906/24906/23905</w:t>
        <w:br/>
        <w:t>f 24913/24913/23912 24910/24910/23909 24912/24912/23911</w:t>
        <w:br/>
        <w:t>f 24915/24914/23913 24911/24911/23910 24914/24915/23914</w:t>
        <w:br/>
        <w:t>f 24907/24907/23906 24916/24916/23915 24909/24909/23908</w:t>
        <w:br/>
        <w:t>f 24908/24908/23907 24911/24911/23910 24917/24917/23916</w:t>
        <w:br/>
        <w:t>f 24911/24911/23910 24915/24914/23913 24917/24917/23916</w:t>
        <w:br/>
        <w:t>f 24909/24909/23908 24916/24916/23915 24918/24918/23917</w:t>
        <w:br/>
        <w:t>f 24916/24916/23915 24920/24919/23918 24919/24920/23919</w:t>
        <w:br/>
        <w:t>f 24919/24920/23919 24918/24918/23917 24916/24916/23915</w:t>
        <w:br/>
        <w:t>f 24923/24921/23920 24922/24922/23921 24921/24923/23922</w:t>
        <w:br/>
        <w:t>f 24922/24922/23921 24923/24921/23920 24924/24924/23923</w:t>
        <w:br/>
        <w:t>f 24924/24924/23923 24925/24925/23924 24922/24922/23921</w:t>
        <w:br/>
        <w:t>f 24926/24926/23925 24924/24924/23923 24923/24921/23920</w:t>
        <w:br/>
        <w:t>f 24925/24925/23924 24924/24924/23923 24927/24927/23926</w:t>
        <w:br/>
        <w:t>f 24924/24924/23923 24926/24926/23925 24928/24928/23927</w:t>
        <w:br/>
        <w:t>f 24928/24928/23927 24927/24927/23926 24924/24924/23923</w:t>
        <w:br/>
        <w:t>f 24929/24929/23928 24928/24928/23927 24926/24926/23925</w:t>
        <w:br/>
        <w:t>f 24927/24927/23926 24928/24928/23927 24930/24930/23929</w:t>
        <w:br/>
        <w:t>f 24931/24931/23930 24930/24930/23929 24928/24928/23927</w:t>
        <w:br/>
        <w:t>f 24928/24928/23927 24929/24929/23928 24931/24931/23930</w:t>
        <w:br/>
        <w:t>f 24930/24930/23929 24931/24931/23930 24932/24932/23931</w:t>
        <w:br/>
        <w:t>f 24934/24933/23932 24933/24934/23933 24932/24932/23931</w:t>
        <w:br/>
        <w:t>f 24931/24931/23930 24934/24933/23932 24932/24932/23931</w:t>
        <w:br/>
        <w:t>f 24935/24935/23934 24931/24931/23930 24929/24929/23928</w:t>
        <w:br/>
        <w:t>f 24931/24931/23930 24935/24935/23934 24934/24933/23932</w:t>
        <w:br/>
        <w:t>f 24929/24929/23928 24936/24936/23935 24935/24935/23934</w:t>
        <w:br/>
        <w:t>f 24934/24933/23932 24935/24935/23934 24937/24937/23936</w:t>
        <w:br/>
        <w:t>f 24936/24936/23935 24938/24938/23937 24935/24935/23934</w:t>
        <w:br/>
        <w:t>f 24938/24938/23937 24937/24937/23936 24935/24935/23934</w:t>
        <w:br/>
        <w:t>f 24936/24936/23935 24939/24939/23938 24938/24938/23937</w:t>
        <w:br/>
        <w:t>f 24938/24938/23937 24940/24940/23939 24937/24937/23936</w:t>
        <w:br/>
        <w:t>f 24939/24939/23938 24941/24941/23940 24938/24938/23937</w:t>
        <w:br/>
        <w:t>f 24941/24941/23940 24940/24940/23939 24938/24938/23937</w:t>
        <w:br/>
        <w:t>f 24942/24942/23941 24941/24941/23940 24939/24939/23938</w:t>
        <w:br/>
        <w:t>f 24941/24941/23940 24943/24943/23942 24940/24940/23939</w:t>
        <w:br/>
        <w:t>f 24943/24943/23942 24944/24944/23943 24940/24940/23939</w:t>
        <w:br/>
        <w:t>f 24943/24943/23942 24945/24945/23944 24944/24944/23943</w:t>
        <w:br/>
        <w:t>f 24942/24942/23941 24946/24946/23945 24941/24941/23940</w:t>
        <w:br/>
        <w:t>f 24946/24946/23945 24942/24942/23941 24947/24947/23946</w:t>
        <w:br/>
        <w:t>f 24941/24941/23940 24948/24948/23947 24943/24943/23942</w:t>
        <w:br/>
        <w:t>f 24943/24943/23942 24948/24948/23947 24945/24945/23944</w:t>
        <w:br/>
        <w:t>f 24948/24948/23947 24941/24941/23940 24946/24946/23945</w:t>
        <w:br/>
        <w:t>f 24945/24945/23944 24948/24948/23947 24949/24949/23948</w:t>
        <w:br/>
        <w:t>f 24948/24948/23947 24950/24950/23949 24949/24949/23948</w:t>
        <w:br/>
        <w:t>f 24947/24947/23946 24951/24951/23950 24946/24946/23945</w:t>
        <w:br/>
        <w:t>f 24951/24951/23950 24948/24948/23947 24946/24946/23945</w:t>
        <w:br/>
        <w:t>f 24947/24947/23946 24952/24952/23951 24951/24951/23950</w:t>
        <w:br/>
        <w:t>f 24950/24950/23949 24948/24948/23947 24953/24953/23952</w:t>
        <w:br/>
        <w:t>f 24948/24948/23947 24951/24951/23950 24953/24953/23952</w:t>
        <w:br/>
        <w:t>f 24953/24953/23952 24954/24954/23953 24950/24950/23949</w:t>
        <w:br/>
        <w:t>f 24955/24955/23954 24954/24954/23953 24953/24953/23952</w:t>
        <w:br/>
        <w:t>f 24953/24953/23952 24951/24951/23950 24955/24955/23954</w:t>
        <w:br/>
        <w:t>f 24952/24952/23951 24956/24956/23955 24951/24951/23950</w:t>
        <w:br/>
        <w:t>f 24951/24951/23950 24956/24956/23955 24955/24955/23954</w:t>
        <w:br/>
        <w:t>f 24952/24952/23951 24957/24957/23956 24956/24956/23955</w:t>
        <w:br/>
        <w:t>f 24955/24955/23954 24956/24956/23955 24958/24958/23957</w:t>
        <w:br/>
        <w:t>f 24957/24957/23956 24959/24959/23958 24956/24956/23955</w:t>
        <w:br/>
        <w:t>f 24959/24959/23958 24958/24958/23957 24956/24956/23955</w:t>
        <w:br/>
        <w:t>f 24959/24959/23958 24957/24957/23956 24960/24960/23959</w:t>
        <w:br/>
        <w:t>f 24958/24958/23957 24959/24959/23958 24961/24961/23960</w:t>
        <w:br/>
        <w:t>f 24960/24960/23959 24962/24962/23961 24959/24959/23958</w:t>
        <w:br/>
        <w:t>f 24962/24962/23961 24961/24961/23960 24959/24959/23958</w:t>
        <w:br/>
        <w:t>f 24960/24960/23959 24963/24963/23962 24962/24962/23961</w:t>
        <w:br/>
        <w:t>f 24965/24964/23963 24964/24965/23964 24961/24961/23960</w:t>
        <w:br/>
        <w:t>f 24962/24962/23961 24965/24964/23963 24961/24961/23960</w:t>
        <w:br/>
        <w:t>f 24963/24963/23962 24966/24966/23965 24962/24962/23961</w:t>
        <w:br/>
        <w:t>f 24966/24966/23965 24965/24964/23963 24962/24962/23961</w:t>
        <w:br/>
        <w:t>f 24965/24964/23963 24966/24966/23965 24967/24967/23966</w:t>
        <w:br/>
        <w:t>f 24966/24966/23965 24963/24963/23962 24968/24968/23967</w:t>
        <w:br/>
        <w:t>f 24966/24966/23965 24969/24969/23968 24967/24967/23966</w:t>
        <w:br/>
        <w:t>f 24968/24968/23967 24970/24970/23969 24966/24966/23965</w:t>
        <w:br/>
        <w:t>f 24970/24970/23969 24969/24969/23968 24966/24966/23965</w:t>
        <w:br/>
        <w:t>f 24970/24970/23969 24968/24968/23967 24971/24971/23970</w:t>
        <w:br/>
        <w:t>f 24970/24970/23969 24972/24972/23971 24969/24969/23968</w:t>
        <w:br/>
        <w:t>f 24971/24971/23970 24973/24973/23972 24970/24970/23969</w:t>
        <w:br/>
        <w:t>f 24972/24972/23971 24970/24970/23969 24973/24973/23972</w:t>
        <w:br/>
        <w:t>f 24974/24974/23973 24973/24973/23972 24971/24971/23970</w:t>
        <w:br/>
        <w:t>f 24974/24974/23973 24975/24975/23974 24973/24973/23972</w:t>
        <w:br/>
        <w:t>f 24975/24975/23974 24976/24976/23975 24973/24973/23972</w:t>
        <w:br/>
        <w:t>f 24976/24976/23975 24972/24972/23971 24973/24973/23972</w:t>
        <w:br/>
        <w:t>f 24972/24972/23971 24976/24976/23975 24977/24977/23976</w:t>
        <w:br/>
        <w:t>f 24980/24978/23977 24979/24979/23978 24978/24980/23979</w:t>
        <w:br/>
        <w:t>f 24978/24980/23979 24981/24981/23980 24980/24978/23977</w:t>
        <w:br/>
        <w:t>f 24980/24978/23977 24981/24981/23980 24982/24982/23981</w:t>
        <w:br/>
        <w:t>f 24983/24983/23982 24981/24981/23980 24978/24980/23979</w:t>
        <w:br/>
        <w:t>f 24981/24981/23980 24984/24984/23983 24982/24982/23981</w:t>
        <w:br/>
        <w:t>f 24981/24981/23980 24985/24985/23984 24984/24984/23983</w:t>
        <w:br/>
        <w:t>f 24981/24981/23980 24983/24983/23982 24985/24985/23984</w:t>
        <w:br/>
        <w:t>f 24985/24985/23984 24986/24986/23985 24984/24984/23983</w:t>
        <w:br/>
        <w:t>f 24985/24985/23984 24987/24987/23986 24986/24986/23985</w:t>
        <w:br/>
        <w:t>f 24983/24983/23982 24988/24988/23987 24985/24985/23984</w:t>
        <w:br/>
        <w:t>f 24987/24987/23986 24985/24985/23984 24988/24988/23987</w:t>
        <w:br/>
        <w:t>f 24988/24988/23987 24983/24983/23982 24989/24989/23988</w:t>
        <w:br/>
        <w:t>f 24988/24988/23987 24990/24990/23989 24987/24987/23986</w:t>
        <w:br/>
        <w:t>f 24989/24989/23988 24991/24991/23990 24988/24988/23987</w:t>
        <w:br/>
        <w:t>f 24990/24990/23989 24988/24988/23987 24991/24991/23990</w:t>
        <w:br/>
        <w:t>f 24991/24991/23990 24989/24989/23988 24992/24992/23991</w:t>
        <w:br/>
        <w:t>f 24993/24993/23992 24991/24991/23990 24992/24992/23991</w:t>
        <w:br/>
        <w:t>f 24991/24991/23990 24994/24994/23993 24990/24990/23989</w:t>
        <w:br/>
        <w:t>f 24991/24991/23990 24993/24993/23992 24994/24994/23993</w:t>
        <w:br/>
        <w:t>f 24995/24995/23994 24990/24990/23989 24994/24994/23993</w:t>
        <w:br/>
        <w:t>f 24993/24993/23992 24996/24996/23995 24994/24994/23993</w:t>
        <w:br/>
        <w:t>f 24997/24997/23996 24995/24995/23994 24994/24994/23993</w:t>
        <w:br/>
        <w:t>f 24996/24996/23995 24997/24997/23996 24994/24994/23993</w:t>
        <w:br/>
        <w:t>f 24995/24995/23994 24997/24997/23996 24998/24998/23997</w:t>
        <w:br/>
        <w:t>f 24999/24999/23998 24997/24997/23996 24996/24996/23995</w:t>
        <w:br/>
        <w:t>f 25000/25000/23999 24998/24998/23997 24997/24997/23996</w:t>
        <w:br/>
        <w:t>f 24997/24997/23996 24999/24999/23998 25000/25000/23999</w:t>
        <w:br/>
        <w:t>f 24998/24998/23997 25000/25000/23999 25001/25001/24000</w:t>
        <w:br/>
        <w:t>f 25002/25002/24001 25000/25000/23999 24999/24999/23998</w:t>
        <w:br/>
        <w:t>f 25003/25003/24002 25001/25001/24000 25000/25000/23999</w:t>
        <w:br/>
        <w:t>f 25000/25000/23999 25002/25002/24001 25003/25003/24002</w:t>
        <w:br/>
        <w:t>f 25001/25001/24000 25003/25003/24002 25004/25004/24003</w:t>
        <w:br/>
        <w:t>f 25002/25002/24001 25005/25005/24004 25003/25003/24002</w:t>
        <w:br/>
        <w:t>f 25006/25006/24005 25004/25004/24003 25003/25003/24002</w:t>
        <w:br/>
        <w:t>f 25005/25005/24004 25006/25006/24005 25003/25003/24002</w:t>
        <w:br/>
        <w:t>f 25004/25004/24003 25006/25006/24005 25007/25007/24006</w:t>
        <w:br/>
        <w:t>f 25008/25008/24007 25006/25006/24005 25005/25005/24004</w:t>
        <w:br/>
        <w:t>f 25009/25009/24008 25007/25007/24006 25006/25006/24005</w:t>
        <w:br/>
        <w:t>f 25006/25006/24005 25008/25008/24007 25009/25009/24008</w:t>
        <w:br/>
        <w:t>f 25007/25007/24006 25009/25009/24008 25010/25010/24009</w:t>
        <w:br/>
        <w:t>f 25009/25009/24008 25011/25011/24010 25010/25010/24009</w:t>
        <w:br/>
        <w:t>f 25008/25008/24007 25012/25012/24011 25009/25009/24008</w:t>
        <w:br/>
        <w:t>f 25011/25011/24010 25009/25009/24008 25012/25012/24011</w:t>
        <w:br/>
        <w:t>f 25012/25012/24011 25008/25008/24007 25013/25013/24012</w:t>
        <w:br/>
        <w:t>f 25012/25012/24011 25014/25014/24013 25011/25011/24010</w:t>
        <w:br/>
        <w:t>f 25013/25013/24012 25015/25015/24014 25012/25012/24011</w:t>
        <w:br/>
        <w:t>f 25012/25012/24011 25015/25015/24014 25014/25014/24013</w:t>
        <w:br/>
        <w:t>f 25015/25015/24014 25013/25013/24012 25016/25016/24015</w:t>
        <w:br/>
        <w:t>f 25016/25016/24015 25017/25017/24016 25015/25015/24014</w:t>
        <w:br/>
        <w:t>f 25018/25018/24017 25015/25015/24014 25017/25017/24016</w:t>
        <w:br/>
        <w:t>f 25018/25018/24017 25014/25014/24013 25015/25015/24014</w:t>
        <w:br/>
        <w:t>f 25014/25014/24013 25018/25018/24017 25019/25019/24018</w:t>
        <w:br/>
        <w:t>f 25022/25020/24019 25021/25021/24020 25020/25022/24021</w:t>
        <w:br/>
        <w:t>f 25021/25021/24020 25023/25023/24022 25020/25022/24021</w:t>
        <w:br/>
        <w:t>f 25023/25023/24022 25021/25021/24020 25024/25024/24023</w:t>
        <w:br/>
        <w:t>f 25023/25023/24022 25025/25025/24024 25020/25022/24021</w:t>
        <w:br/>
        <w:t>f 25024/25024/24023 25026/25026/24025 25023/25023/24022</w:t>
        <w:br/>
        <w:t>f 25025/25025/24024 25023/25023/24022 25027/25027/24026</w:t>
        <w:br/>
        <w:t>f 25023/25023/24022 25026/25026/24025 25027/25027/24026</w:t>
        <w:br/>
        <w:t>f 25027/25027/24026 25028/25028/24027 25025/25025/24024</w:t>
        <w:br/>
        <w:t>f 25027/25027/24026 25026/25026/24025 25029/25029/24028</w:t>
        <w:br/>
        <w:t>f 25030/25030/24029 25028/25028/24027 25027/25027/24026</w:t>
        <w:br/>
        <w:t>f 25027/25027/24026 25029/25029/24028 25030/25030/24029</w:t>
        <w:br/>
        <w:t>f 25028/25028/24027 25030/25030/24029 25031/25031/24030</w:t>
        <w:br/>
        <w:t>f 25030/25030/24029 25029/25029/24028 25032/25032/24031</w:t>
        <w:br/>
        <w:t>f 25033/25033/24032 25030/25030/24029 25032/25032/24031</w:t>
        <w:br/>
        <w:t>f 25030/25030/24029 25034/25034/24033 25031/25031/24030</w:t>
        <w:br/>
        <w:t>f 25030/25030/24029 25033/25033/24032 25035/25035/24034</w:t>
        <w:br/>
        <w:t>f 25034/25034/24033 25030/25030/24029 25035/25035/24034</w:t>
        <w:br/>
        <w:t>f 25036/25036/24035 25035/25035/24034 25033/25033/24032</w:t>
        <w:br/>
        <w:t>f 25035/25035/24034 25036/25036/24035 25037/25037/24036</w:t>
        <w:br/>
        <w:t>f 25037/25037/24036 25038/25038/24037 25035/25035/24034</w:t>
        <w:br/>
        <w:t>f 25035/25035/24034 25038/25038/24037 25034/25034/24033</w:t>
        <w:br/>
        <w:t>f 25041/25039/24038 25040/25040/24039 25039/25041/24040</w:t>
        <w:br/>
        <w:t>f 25044/25042/24041 25043/25043/24041 25042/25044/24041</w:t>
        <w:br/>
        <w:t>f 25039/25041/24040 25045/25045/24042 25041/25039/24038</w:t>
        <w:br/>
        <w:t>f 25047/25046/24043 25034/25034/24033 25046/25047/24044</w:t>
        <w:br/>
        <w:t>f 25034/25034/24033 25047/25046/24043 25048/25048/24045</w:t>
        <w:br/>
        <w:t>f 25049/25049/24046 25048/25048/24045 25047/25046/24043</w:t>
        <w:br/>
        <w:t>f 25048/25048/24045 25049/25049/24046 25050/25050/24047</w:t>
        <w:br/>
        <w:t>f 25051/25051/24048 25050/25050/24047 25049/25049/24046</w:t>
        <w:br/>
        <w:t>f 25050/25050/24047 25051/25051/24048 25052/25052/24049</w:t>
        <w:br/>
        <w:t>f 25053/25053/24050 25052/25052/24049 25051/25051/24048</w:t>
        <w:br/>
        <w:t>f 25052/25052/24049 25053/25053/24050 25054/25054/24051</w:t>
        <w:br/>
        <w:t>f 25055/25055/24052 25054/25054/24051 25053/25053/24050</w:t>
        <w:br/>
        <w:t>f 25054/25054/24051 25055/25055/24052 25056/25056/24053</w:t>
        <w:br/>
        <w:t>f 25059/25057/24054 25058/25058/24054 25057/25059/24055</w:t>
        <w:br/>
        <w:t>f 25062/25060/24056 25061/25061/24056 25060/25062/24056</w:t>
        <w:br/>
        <w:t>f 25058/25058/24054 25059/25057/24054 25063/25063/24057</w:t>
        <w:br/>
        <w:t>f 25066/25064/24058 25065/25065/24059 25064/25066/24060</w:t>
        <w:br/>
        <w:t>f 25065/25065/24059 25066/25064/24058 25067/25067/24061</w:t>
        <w:br/>
        <w:t>f 25056/25056/24053 25065/25065/24059 25068/25068/24062</w:t>
        <w:br/>
        <w:t>f 25065/25065/24059 25067/25067/24061 25068/25068/24062</w:t>
        <w:br/>
        <w:t>f 25068/25068/24062 25069/25069/24063 25056/25056/24053</w:t>
        <w:br/>
        <w:t>f 25067/25067/24061 25069/25069/24063 25068/25068/24062</w:t>
        <w:br/>
        <w:t>f 25069/25069/24063 25067/25067/24061 25070/25070/24064</w:t>
        <w:br/>
        <w:t>f 25069/25069/24063 25071/25071/24065 25056/25056/24053</w:t>
        <w:br/>
        <w:t>f 25069/25069/24063 25070/25070/24064 25072/25072/24066</w:t>
        <w:br/>
        <w:t>f 25071/25071/24065 25069/25069/24063 25073/25073/24067</w:t>
        <w:br/>
        <w:t>f 25073/25073/24067 25069/25069/24063 25072/25072/24066</w:t>
        <w:br/>
        <w:t>f 25073/25073/24067 25074/25074/24068 25071/25071/24065</w:t>
        <w:br/>
        <w:t>f 25073/25073/24067 25072/25072/24066 25075/25075/24069</w:t>
        <w:br/>
        <w:t>f 25074/25074/24068 25073/25073/24067 25076/25076/24070</w:t>
        <w:br/>
        <w:t>f 25076/25076/24070 25073/25073/24067 25075/25075/24069</w:t>
        <w:br/>
        <w:t>f 25077/25077/24071 25074/25074/24068 25076/25076/24070</w:t>
        <w:br/>
        <w:t>f 25078/25078/24072 25076/25076/24070 25075/25075/24069</w:t>
        <w:br/>
        <w:t>f 25079/25079/24073 25077/25077/24071 25076/25076/24070</w:t>
        <w:br/>
        <w:t>f 25076/25076/24070 25078/25078/24072 25079/25079/24073</w:t>
        <w:br/>
        <w:t>f 25077/25077/24071 25079/25079/24073 25080/25080/24074</w:t>
        <w:br/>
        <w:t>f 25081/25081/24075 25079/25079/24073 25078/25078/24072</w:t>
        <w:br/>
        <w:t>f 25082/25082/24076 25080/25080/24074 25079/25079/24073</w:t>
        <w:br/>
        <w:t>f 25079/25079/24073 25081/25081/24075 25082/25082/24076</w:t>
        <w:br/>
        <w:t>f 25080/25080/24074 25082/25082/24076 25083/25083/24077</w:t>
        <w:br/>
        <w:t>f 25082/25082/24076 25084/25084/24019 25083/25083/24077</w:t>
        <w:br/>
        <w:t>f 25084/25084/24019 25082/25082/24076 25085/25085/24020</w:t>
        <w:br/>
        <w:t>f 25082/25082/24076 25081/25081/24075 25085/25085/24020</w:t>
        <w:br/>
        <w:t>f 25085/25085/24020 25081/25081/24075 25086/25086/24078</w:t>
        <w:br/>
        <w:t>f 25089/25087/24079 25088/25088/24080 25087/25089/24081</w:t>
        <w:br/>
        <w:t>f 25090/25090/24082 25087/25089/24081 25088/25088/24080</w:t>
        <w:br/>
        <w:t>f 25088/25088/24080 25091/25091/24083 25090/25090/24082</w:t>
        <w:br/>
        <w:t>f 25094/25092/24084 25093/25093/24085 25092/25094/24086</w:t>
        <w:br/>
        <w:t>f 25097/25095/24087 25096/25096/24088 25095/25097/24089</w:t>
        <w:br/>
        <w:t>f 25098/25098/24090 25094/25092/24084 25092/25094/24086</w:t>
        <w:br/>
        <w:t>f 25097/25095/24087 25099/25099/24091 25096/25096/24088</w:t>
        <w:br/>
        <w:t>f 25100/25100/24092 25090/25090/24082 25091/25091/24083</w:t>
        <w:br/>
        <w:t>f 25101/25101/24093 25098/25098/24090 25092/25094/24086</w:t>
        <w:br/>
        <w:t>f 25102/25102/24094 25096/25096/24088 25099/25099/24091</w:t>
        <w:br/>
        <w:t>f 25098/25098/24090 25101/25101/24093 25103/25103/24095</w:t>
        <w:br/>
        <w:t>f 25096/25096/24088 25102/25102/24094 25104/25104/24096</w:t>
        <w:br/>
        <w:t>f 25091/25091/24083 25105/25105/24097 25100/25100/24092</w:t>
        <w:br/>
        <w:t>f 25105/25105/24097 25091/25091/24083 25106/25106/24098</w:t>
        <w:br/>
        <w:t>f 25101/25101/24093 25107/25107/24099 25103/25103/24095</w:t>
        <w:br/>
        <w:t>f 25102/25102/24094 25108/25108/24100 25104/25104/24096</w:t>
        <w:br/>
        <w:t>f 25107/25107/24099 25101/25101/24093 25109/25109/24101</w:t>
        <w:br/>
        <w:t>f 25110/25110/24102 25104/25104/24096 25108/25108/24100</w:t>
        <w:br/>
        <w:t>f 25108/25108/24100 25111/25111/24103 25110/25110/24102</w:t>
        <w:br/>
        <w:t>f 25106/25106/24098 25112/25112/24104 25105/25105/24097</w:t>
        <w:br/>
        <w:t>f 25112/25112/24104 25106/25106/24098 25113/25113/24105</w:t>
        <w:br/>
        <w:t>f 25114/25114/24106 25107/25107/24099 25109/25109/24101</w:t>
        <w:br/>
        <w:t>f 25111/25111/24103 25108/25108/24100 25115/25115/24107</w:t>
        <w:br/>
        <w:t>f 25109/25109/24101 25116/25116/24108 25114/25114/24106</w:t>
        <w:br/>
        <w:t>f 25115/25115/24107 25117/25117/24109 25111/25111/24103</w:t>
        <w:br/>
        <w:t>f 25118/25118/24110 25112/25112/24104 25113/25113/24105</w:t>
        <w:br/>
        <w:t>f 25119/25119/24111 25114/25114/24106 25116/25116/24108</w:t>
        <w:br/>
        <w:t>f 25118/25118/24110 25113/25113/24105 25120/25120/24112</w:t>
        <w:br/>
        <w:t>f 25117/25117/24109 25115/25115/24107 25121/25121/24113</w:t>
        <w:br/>
        <w:t>f 25114/25114/24106 25119/25119/24111 25122/25122/24114</w:t>
        <w:br/>
        <w:t>f 25123/25123/24115 25117/25117/24109 25121/25121/24113</w:t>
        <w:br/>
        <w:t>f 25117/25117/24109 25123/25123/24115 25124/25124/24116</w:t>
        <w:br/>
        <w:t>f 25125/25125/24117 25122/25122/24114 25119/25119/24111</w:t>
        <w:br/>
        <w:t>f 25122/25122/24114 25125/25125/24117 25126/25126/24118</w:t>
        <w:br/>
        <w:t>f 25127/25127/24119 25118/25118/24110 25120/25120/24112</w:t>
        <w:br/>
        <w:t>f 25123/25123/24115 25128/25128/24120 25124/25124/24116</w:t>
        <w:br/>
        <w:t>f 25129/25129/24121 25126/25126/24118 25125/25125/24117</w:t>
        <w:br/>
        <w:t>f 25124/25124/24116 25128/25128/24120 25130/25130/24122</w:t>
        <w:br/>
        <w:t>f 25132/25131/24123 25120/25120/24112 25131/25132/24124</w:t>
        <w:br/>
        <w:t>f 25120/25120/24112 25132/25131/24123 25127/25127/24119</w:t>
        <w:br/>
        <w:t>f 25133/25133/24125 25127/25127/24119 25132/25131/24123</w:t>
        <w:br/>
        <w:t>f 25129/25129/24121 25125/25125/24117 25134/25134/24126</w:t>
        <w:br/>
        <w:t>f 25127/25127/24119 25133/25133/24125 25135/25135/24127</w:t>
        <w:br/>
        <w:t>f 25136/25136/24128 25130/25130/24122 25128/25128/24120</w:t>
        <w:br/>
        <w:t>f 25134/25134/24126 25137/25137/24129 25129/25129/24121</w:t>
        <w:br/>
        <w:t>f 25130/25130/24122 25136/25136/24128 25138/25138/24130</w:t>
        <w:br/>
        <w:t>f 25133/25133/24125 25139/25139/24131 25135/25135/24127</w:t>
        <w:br/>
        <w:t>f 25137/25137/24129 25134/25134/24126 25140/25140/24132</w:t>
        <w:br/>
        <w:t>f 25142/25141/24133 25141/25142/24134 25133/25133/24125</w:t>
        <w:br/>
        <w:t>f 25133/25133/24125 25141/25142/24134 25139/25139/24131</w:t>
        <w:br/>
        <w:t>f 25143/25143/24135 25138/25138/24130 25136/25136/24128</w:t>
        <w:br/>
        <w:t>f 25140/25140/24132 25144/25144/24136 25137/25137/24129</w:t>
        <w:br/>
        <w:t>f 25138/25138/24130 25143/25143/24135 25145/25145/24137</w:t>
        <w:br/>
        <w:t>f 25143/25143/24135 25146/25146/24138 25145/25145/24137</w:t>
        <w:br/>
        <w:t>f 25141/25142/24134 25147/25147/24139 25139/25139/24131</w:t>
        <w:br/>
        <w:t>f 25144/25144/24136 25140/25140/24132 25148/25148/24140</w:t>
        <w:br/>
        <w:t>f 25147/25147/24139 25141/25142/24134 25149/25149/24141</w:t>
        <w:br/>
        <w:t>f 25143/25143/24135 25150/25150/24142 25146/25146/24138</w:t>
        <w:br/>
        <w:t>f 25148/25148/24140 25151/25151/24143 25144/25144/24136</w:t>
        <w:br/>
        <w:t>f 25152/25152/24144 25146/25146/24138 25150/25150/24142</w:t>
        <w:br/>
        <w:t>f 25150/25150/24142 25153/25153/24145 25152/25152/24144</w:t>
        <w:br/>
        <w:t>f 25155/25154/24146 25151/25151/24143 25154/25155/24147</w:t>
        <w:br/>
        <w:t>f 25156/25156/24148 25147/25147/24139 25149/25149/24141</w:t>
        <w:br/>
        <w:t>f 25151/25151/24143 25148/25148/24140 25157/25157/24149</w:t>
        <w:br/>
        <w:t>f 25151/25151/24143 25157/25157/24149 25154/25155/24147</w:t>
        <w:br/>
        <w:t>f 25149/25149/24141 25158/25158/24150 25156/25156/24148</w:t>
        <w:br/>
        <w:t>f 25156/25156/24148 25160/25159/24151 25159/25160/24152</w:t>
        <w:br/>
        <w:t>f 25160/25159/24151 25156/25156/24148 25158/25158/24150</w:t>
        <w:br/>
        <w:t>f 25163/25161/24153 25162/25162/24154 25161/25163/24155</w:t>
        <w:br/>
        <w:t>f 25162/25162/24154 25163/25161/24153 25164/25164/24156</w:t>
        <w:br/>
        <w:t>f 25164/25164/24156 25165/25165/24157 25162/25162/24154</w:t>
        <w:br/>
        <w:t>f 25164/25164/24156 25163/25161/24153 25166/25166/24158</w:t>
        <w:br/>
        <w:t>f 25165/25165/24157 25164/25164/24156 25167/25167/24159</w:t>
        <w:br/>
        <w:t>f 25166/25166/24158 25168/25168/24160 25164/25164/24156</w:t>
        <w:br/>
        <w:t>f 25164/25164/24156 25168/25168/24160 25167/25167/24159</w:t>
        <w:br/>
        <w:t>f 25168/25168/24160 25166/25166/24158 25169/25169/24161</w:t>
        <w:br/>
        <w:t>f 25168/25168/24160 25170/25170/24162 25167/25167/24159</w:t>
        <w:br/>
        <w:t>f 25169/25169/24161 25171/25171/24163 25168/25168/24160</w:t>
        <w:br/>
        <w:t>f 25168/25168/24160 25171/25171/24163 25170/25170/24162</w:t>
        <w:br/>
        <w:t>f 25171/25171/24163 25169/25169/24161 25172/25172/24164</w:t>
        <w:br/>
        <w:t>f 25171/25171/24163 25173/25173/24165 25170/25170/24162</w:t>
        <w:br/>
        <w:t>f 25171/25171/24163 25174/25174/24166 25173/25173/24165</w:t>
        <w:br/>
        <w:t>f 25175/25175/24167 25171/25171/24163 25172/25172/24164</w:t>
        <w:br/>
        <w:t>f 25171/25171/24163 25176/25176/24168 25174/25174/24166</w:t>
        <w:br/>
        <w:t>f 25171/25171/24163 25175/25175/24167 25176/25176/24168</w:t>
        <w:br/>
        <w:t>f 25177/25177/24169 25174/25174/24166 25176/25176/24168</w:t>
        <w:br/>
        <w:t>f 25176/25176/24168 25178/25178/24170 25177/25177/24169</w:t>
        <w:br/>
        <w:t>f 25178/25178/24170 25176/25176/24168 25179/25179/24171</w:t>
        <w:br/>
        <w:t>f 25176/25176/24168 25175/25175/24167 25179/25179/24171</w:t>
        <w:br/>
        <w:t>f 25182/25180/24172 25181/25181/24172 25180/25182/24173</w:t>
        <w:br/>
        <w:t>f 25185/25183/24174 25184/25184/24174 25183/25185/24174</w:t>
        <w:br/>
        <w:t>f 25181/25181/24172 25182/25180/24172 25186/25186/24175</w:t>
        <w:br/>
        <w:t>f 25175/25175/24167 25188/25187/24176 25187/25188/24177</w:t>
        <w:br/>
        <w:t>f 25188/25187/24176 25175/25175/24167 25189/25189/24178</w:t>
        <w:br/>
        <w:t>f 25190/25190/24179 25188/25187/24176 25189/25189/24178</w:t>
        <w:br/>
        <w:t>f 25191/25191/24180 25190/25190/24179 25189/25189/24178</w:t>
        <w:br/>
        <w:t>f 25192/25192/24181 25190/25190/24179 25191/25191/24180</w:t>
        <w:br/>
        <w:t>f 25193/25193/24182 25192/25192/24181 25191/25191/24180</w:t>
        <w:br/>
        <w:t>f 25194/25194/24183 25192/25192/24181 25193/25193/24182</w:t>
        <w:br/>
        <w:t>f 25195/25195/24184 25194/25194/24183 25193/25193/24182</w:t>
        <w:br/>
        <w:t>f 25195/25195/24184 25196/25196/24185 25194/25194/24183</w:t>
        <w:br/>
        <w:t>f 25196/25196/24185 25195/25195/24184 25197/25197/24186</w:t>
        <w:br/>
        <w:t>f 25200/25198/24187 25199/25199/24187 25198/25200/24188</w:t>
        <w:br/>
        <w:t>f 25203/25201/24189 25202/25202/24189 25201/25203/24189</w:t>
        <w:br/>
        <w:t>f 25199/25199/24187 25200/25198/24187 25204/25204/24190</w:t>
        <w:br/>
        <w:t>f 25207/25205/24191 25206/25206/24192 25205/25207/24193</w:t>
        <w:br/>
        <w:t>f 25206/25206/24192 25207/25205/24191 25208/25208/24194</w:t>
        <w:br/>
        <w:t>f 25197/25197/24186 25209/25209/24195 25207/25205/24191</w:t>
        <w:br/>
        <w:t>f 25207/25205/24191 25209/25209/24195 25208/25208/24194</w:t>
        <w:br/>
        <w:t>f 25209/25209/24195 25197/25197/24186 25210/25210/24196</w:t>
        <w:br/>
        <w:t>f 25210/25210/24196 25208/25208/24194 25209/25209/24195</w:t>
        <w:br/>
        <w:t>f 25208/25208/24194 25210/25210/24196 25211/25211/24197</w:t>
        <w:br/>
        <w:t>f 25212/25212/24198 25210/25210/24196 25197/25197/24186</w:t>
        <w:br/>
        <w:t>f 25210/25210/24196 25213/25213/24199 25211/25211/24197</w:t>
        <w:br/>
        <w:t>f 25210/25210/24196 25212/25212/24198 25214/25214/24200</w:t>
        <w:br/>
        <w:t>f 25214/25214/24200 25213/25213/24199 25210/25210/24196</w:t>
        <w:br/>
        <w:t>f 25215/25215/24201 25214/25214/24200 25212/25212/24198</w:t>
        <w:br/>
        <w:t>f 25214/25214/24200 25216/25216/24202 25213/25213/24199</w:t>
        <w:br/>
        <w:t>f 25214/25214/24200 25215/25215/24201 25217/25217/24203</w:t>
        <w:br/>
        <w:t>f 25217/25217/24203 25216/25216/24202 25214/25214/24200</w:t>
        <w:br/>
        <w:t>f 25218/25218/24204 25217/25217/24203 25215/25215/24201</w:t>
        <w:br/>
        <w:t>f 25217/25217/24203 25219/25219/24205 25216/25216/24202</w:t>
        <w:br/>
        <w:t>f 25220/25220/24206 25217/25217/24203 25218/25218/24204</w:t>
        <w:br/>
        <w:t>f 25217/25217/24203 25220/25220/24206 25219/25219/24205</w:t>
        <w:br/>
        <w:t>f 25221/25221/24207 25220/25220/24206 25218/25218/24204</w:t>
        <w:br/>
        <w:t>f 25220/25220/24206 25222/25222/24208 25219/25219/24205</w:t>
        <w:br/>
        <w:t>f 25221/25221/24207 25223/25223/24209 25220/25220/24206</w:t>
        <w:br/>
        <w:t>f 25220/25220/24206 25223/25223/24209 25222/25222/24208</w:t>
        <w:br/>
        <w:t>f 25223/25223/24209 25221/25221/24207 25224/25224/24210</w:t>
        <w:br/>
        <w:t>f 25225/25225/24155 25223/25223/24209 25224/25224/24210</w:t>
        <w:br/>
        <w:t>f 25223/25223/24209 25225/25225/24155 25226/25226/24154</w:t>
        <w:br/>
        <w:t>f 25223/25223/24209 25226/25226/24154 25222/25222/24208</w:t>
        <w:br/>
        <w:t>f 25226/25226/24154 25227/25227/24157 25222/25222/24208</w:t>
        <w:br/>
        <w:t>f 25230/25228/24211 25229/25229/24212 25228/25230/24213</w:t>
        <w:br/>
        <w:t>f 25229/25229/24212 25230/25228/24211 25231/25231/24214</w:t>
        <w:br/>
        <w:t>f 25232/25232/24215 25229/25229/24212 25231/25231/24214</w:t>
        <w:br/>
        <w:t>f 25233/25233/24216 25231/25231/24214 25230/25228/24211</w:t>
        <w:br/>
        <w:t>f 25231/25231/24214 25234/25234/24217 25232/25232/24215</w:t>
        <w:br/>
        <w:t>f 25235/25235/24218 25232/25232/24215 25234/25234/24217</w:t>
        <w:br/>
        <w:t>f 25236/25236/24219 25231/25231/24214 25233/25233/24216</w:t>
        <w:br/>
        <w:t>f 25236/25236/24219 25237/25237/24220 25231/25231/24214</w:t>
        <w:br/>
        <w:t>f 25238/25238/24221 25236/25236/24219 25233/25233/24216</w:t>
        <w:br/>
        <w:t>f 25234/25234/24217 25239/25239/24222 25235/25235/24218</w:t>
        <w:br/>
        <w:t>f 25240/25240/24223 25235/25235/24218 25239/25239/24222</w:t>
        <w:br/>
        <w:t>f 25236/25236/24219 25238/25238/24221 25241/25241/24224</w:t>
        <w:br/>
        <w:t>f 25242/25242/24225 25241/25241/24224 25238/25238/24221</w:t>
        <w:br/>
        <w:t>f 25243/25243/24226 25234/25234/24217 25236/25236/24219</w:t>
        <w:br/>
        <w:t>f 25241/25241/24224 25243/25243/24226 25236/25236/24219</w:t>
        <w:br/>
        <w:t>f 25244/25244/24227 25241/25241/24224 25242/25242/24225</w:t>
        <w:br/>
        <w:t>f 25245/25245/24228 25244/25244/24227 25242/25242/24225</w:t>
        <w:br/>
        <w:t>f 25243/25243/24226 25241/25241/24224 25246/25246/24229</w:t>
        <w:br/>
        <w:t>f 25244/25244/24227 25246/25246/24229 25241/25241/24224</w:t>
        <w:br/>
        <w:t>f 25243/25243/24226 25247/25247/24230 25234/25234/24217</w:t>
        <w:br/>
        <w:t>f 25247/25247/24230 25248/25248/24231 25234/25234/24217</w:t>
        <w:br/>
        <w:t>f 25249/25249/24232 25243/25243/24226 25246/25246/24229</w:t>
        <w:br/>
        <w:t>f 25243/25243/24226 25249/25249/24232 25247/25247/24230</w:t>
        <w:br/>
        <w:t>f 25250/25250/24233 25246/25246/24229 25244/25244/24227</w:t>
        <w:br/>
        <w:t>f 25249/25249/24232 25246/25246/24229 25250/25250/24233</w:t>
        <w:br/>
        <w:t>f 25245/25245/24228 25251/25251/24234 25244/25244/24227</w:t>
        <w:br/>
        <w:t>f 25251/25251/24234 25250/25250/24233 25244/25244/24227</w:t>
        <w:br/>
        <w:t>f 25252/25252/24235 25251/25251/24234 25245/25245/24228</w:t>
        <w:br/>
        <w:t>f 25253/25253/24236 25249/25249/24232 25250/25250/24233</w:t>
        <w:br/>
        <w:t>f 25252/25252/24235 25254/25254/24237 25251/25251/24234</w:t>
        <w:br/>
        <w:t>f 25254/25254/24237 25252/25252/24235 25255/25255/24238</w:t>
        <w:br/>
        <w:t>f 25250/25250/24233 25251/25251/24234 25256/25256/24239</w:t>
        <w:br/>
        <w:t>f 25254/25254/24237 25256/25256/24239 25251/25251/24234</w:t>
        <w:br/>
        <w:t>f 25253/25253/24236 25250/25250/24233 25256/25256/24239</w:t>
        <w:br/>
        <w:t>f 25255/25255/24238 25257/25257/24240 25254/25254/24237</w:t>
        <w:br/>
        <w:t>f 25258/25258/24241 25257/25257/24240 25255/25255/24238</w:t>
        <w:br/>
        <w:t>f 25256/25256/24239 25254/25254/24237 25259/25259/24242</w:t>
        <w:br/>
        <w:t>f 25257/25257/24240 25259/25259/24242 25254/25254/24237</w:t>
        <w:br/>
        <w:t>f 25257/25257/24240 25258/25258/24241 25260/25260/24243</w:t>
        <w:br/>
        <w:t>f 25261/25261/24244 25260/25260/24243 25258/25258/24241</w:t>
        <w:br/>
        <w:t>f 25262/25262/24245 25260/25260/24243 25261/25261/24244</w:t>
        <w:br/>
        <w:t>f 25263/25263/24246 25259/25259/24242 25257/25257/24240</w:t>
        <w:br/>
        <w:t>f 25263/25263/24246 25257/25257/24240 25260/25260/24243</w:t>
        <w:br/>
        <w:t>f 25264/25264/24247 25256/25256/24239 25259/25259/24242</w:t>
        <w:br/>
        <w:t>f 25259/25259/24242 25263/25263/24246 25264/25264/24247</w:t>
        <w:br/>
        <w:t>f 25256/25256/24239 25264/25264/24247 25265/25265/24248</w:t>
        <w:br/>
        <w:t>f 25256/25256/24239 25265/25265/24248 25253/25253/24236</w:t>
        <w:br/>
        <w:t>f 25266/25266/24249 25264/25264/24247 25263/25263/24246</w:t>
        <w:br/>
        <w:t>f 25264/25264/24247 25266/25266/24249 25265/25265/24248</w:t>
        <w:br/>
        <w:t>f 25267/25267/24250 25253/25253/24236 25265/25265/24248</w:t>
        <w:br/>
        <w:t>f 25267/25267/24250 25249/25249/24232 25253/25253/24236</w:t>
        <w:br/>
        <w:t>f 25265/25265/24248 25266/25266/24249 25268/25268/24251</w:t>
        <w:br/>
        <w:t>f 25268/25268/24251 25267/25267/24250 25265/25265/24248</w:t>
        <w:br/>
        <w:t>f 25249/25249/24232 25267/25267/24250 25269/25269/24252</w:t>
        <w:br/>
        <w:t>f 25249/25249/24232 25269/25269/24252 25247/25247/24230</w:t>
        <w:br/>
        <w:t>f 25267/25267/24250 25268/25268/24251 25270/25270/24253</w:t>
        <w:br/>
        <w:t>f 25267/25267/24250 25270/25270/24253 25269/25269/24252</w:t>
        <w:br/>
        <w:t>f 25269/25269/24252 25271/25271/24254 25247/25247/24230</w:t>
        <w:br/>
        <w:t>f 25271/25271/24254 25248/25248/24231 25247/25247/24230</w:t>
        <w:br/>
        <w:t>f 25269/25269/24252 25270/25270/24253 25272/25272/24255</w:t>
        <w:br/>
        <w:t>f 25248/25248/24231 25271/25271/24254 25273/25273/24256</w:t>
        <w:br/>
        <w:t>f 25239/25239/24222 25273/25273/24256 25240/25240/24223</w:t>
        <w:br/>
        <w:t>f 25269/25269/24252 25274/25274/24257 25271/25271/24254</w:t>
        <w:br/>
        <w:t>f 25272/25272/24255 25274/25274/24257 25269/25269/24252</w:t>
        <w:br/>
        <w:t>f 25275/25275/24258 25273/25273/24256 25271/25271/24254</w:t>
        <w:br/>
        <w:t>f 25274/25274/24257 25275/25275/24258 25271/25271/24254</w:t>
        <w:br/>
        <w:t>f 25276/25276/24259 25240/25240/24223 25273/25273/24256</w:t>
        <w:br/>
        <w:t>f 25273/25273/24256 25275/25275/24258 25277/25277/24260</w:t>
        <w:br/>
        <w:t>f 25278/25278/24261 25240/25240/24223 25276/25276/24259</w:t>
        <w:br/>
        <w:t>f 25279/25279/24262 25278/25278/24261 25276/25276/24259</w:t>
        <w:br/>
        <w:t>f 25276/25276/24259 25280/25280/24263 25279/25279/24262</w:t>
        <w:br/>
        <w:t>f 25275/25275/24258 25281/25281/24264 25277/25277/24260</w:t>
        <w:br/>
        <w:t>f 25280/25280/24263 25282/25282/24265 25279/25279/24262</w:t>
        <w:br/>
        <w:t>f 25283/25283/24266 25279/25279/24262 25282/25282/24265</w:t>
        <w:br/>
        <w:t>f 25286/25284/24267 25285/25285/24268 25284/25286/24269</w:t>
        <w:br/>
        <w:t>f 25287/25287/24270 25281/25281/24264 25275/25275/24258</w:t>
        <w:br/>
        <w:t>f 25287/25287/24270 25288/25288/24271 25281/25281/24264</w:t>
        <w:br/>
        <w:t>f 25284/25286/24269 25289/25289/24272 25286/25284/24267</w:t>
        <w:br/>
        <w:t>f 25288/25288/24271 25287/25287/24270 25290/25290/24273</w:t>
        <w:br/>
        <w:t>f 25291/25291/24274 25286/25284/24267 25289/25289/24272</w:t>
        <w:br/>
        <w:t>f 25275/25275/24258 25292/25292/24275 25287/25287/24270</w:t>
        <w:br/>
        <w:t>f 25292/25292/24275 25290/25290/24273 25287/25287/24270</w:t>
        <w:br/>
        <w:t>f 25292/25292/24275 25275/25275/24258 25274/25274/24257</w:t>
        <w:br/>
        <w:t>f 25289/25289/24272 25293/25293/24276 25291/25291/24274</w:t>
        <w:br/>
        <w:t>f 25292/25292/24275 25294/25294/24277 25290/25290/24273</w:t>
        <w:br/>
        <w:t>f 25295/25295/24278 25291/25291/24274 25293/25293/24276</w:t>
        <w:br/>
        <w:t>f 25296/25296/24279 25294/25294/24277 25292/25292/24275</w:t>
        <w:br/>
        <w:t>f 25293/25293/24276 25297/25297/24280 25295/25295/24278</w:t>
        <w:br/>
        <w:t>f 25298/25298/24281 25292/25292/24275 25274/25274/24257</w:t>
        <w:br/>
        <w:t>f 25292/25292/24275 25298/25298/24281 25296/25296/24279</w:t>
        <w:br/>
        <w:t>f 25274/25274/24257 25272/25272/24255 25298/25298/24281</w:t>
        <w:br/>
        <w:t>f 25299/25299/24282 25295/25295/24278 25297/25297/24280</w:t>
        <w:br/>
        <w:t>f 25298/25298/24281 25300/25300/24283 25296/25296/24279</w:t>
        <w:br/>
        <w:t>f 25295/25295/24278 25299/25299/24282 25301/25301/24284</w:t>
        <w:br/>
        <w:t>f 25302/25302/24285 25298/25298/24281 25272/25272/24255</w:t>
        <w:br/>
        <w:t>f 25303/25303/24286 25301/25301/24284 25299/25299/24282</w:t>
        <w:br/>
        <w:t>f 25301/25301/24284 25303/25303/24286 25304/25304/24287</w:t>
        <w:br/>
        <w:t>f 25300/25300/24283 25298/25298/24281 25305/25305/24288</w:t>
        <w:br/>
        <w:t>f 25305/25305/24288 25306/25306/24289 25300/25300/24283</w:t>
        <w:br/>
        <w:t>f 25305/25305/24288 25298/25298/24281 25302/25302/24285</w:t>
        <w:br/>
        <w:t>f 25307/25307/24290 25304/25304/24287 25303/25303/24286</w:t>
        <w:br/>
        <w:t>f 25304/25304/24287 25307/25307/24290 25308/25308/24291</w:t>
        <w:br/>
        <w:t>f 25307/25307/24290 25309/25309/24292 25308/25308/24291</w:t>
        <w:br/>
        <w:t>f 25306/25306/24289 25305/25305/24288 25310/25310/24293</w:t>
        <w:br/>
        <w:t>f 25310/25310/24293 25311/25311/24294 25306/25306/24289</w:t>
        <w:br/>
        <w:t>f 25302/25302/24285 25310/25310/24293 25305/25305/24288</w:t>
        <w:br/>
        <w:t>f 25309/25309/24292 25307/25307/24290 25312/25312/24295</w:t>
        <w:br/>
        <w:t>f 25313/25313/24296 25309/25309/24292 25312/25312/24295</w:t>
        <w:br/>
        <w:t>f 25311/25311/24294 25310/25310/24293 25314/25314/24297</w:t>
        <w:br/>
        <w:t>f 25315/25315/24298 25311/25311/24294 25314/25314/24297</w:t>
        <w:br/>
        <w:t>f 25310/25310/24293 25316/25316/24299 25314/25314/24297</w:t>
        <w:br/>
        <w:t>f 25316/25316/24299 25315/25315/24298 25314/25314/24297</w:t>
        <w:br/>
        <w:t>f 25310/25310/24293 25302/25302/24285 25317/25317/24300</w:t>
        <w:br/>
        <w:t>f 25310/25310/24293 25317/25317/24300 25316/25316/24299</w:t>
        <w:br/>
        <w:t>f 25313/25313/24296 25312/25312/24295 25318/25318/24301</w:t>
        <w:br/>
        <w:t>f 25318/25318/24301 25319/25319/24302 25313/25313/24296</w:t>
        <w:br/>
        <w:t>f 25316/25316/24299 25320/25320/24303 25315/25315/24298</w:t>
        <w:br/>
        <w:t>f 25320/25320/24303 25321/25321/24304 25315/25315/24298</w:t>
        <w:br/>
        <w:t>f 25322/25322/24305 25316/25316/24299 25317/25317/24300</w:t>
        <w:br/>
        <w:t>f 25322/25322/24305 25320/25320/24303 25316/25316/24299</w:t>
        <w:br/>
        <w:t>f 25317/25317/24300 25302/25302/24285 25323/25323/24306</w:t>
        <w:br/>
        <w:t>f 25272/25272/24255 25323/25323/24306 25302/25302/24285</w:t>
        <w:br/>
        <w:t>f 25270/25270/24253 25323/25323/24306 25272/25272/24255</w:t>
        <w:br/>
        <w:t>f 25323/25323/24306 25270/25270/24253 25268/25268/24251</w:t>
        <w:br/>
        <w:t>f 25317/25317/24300 25323/25323/24306 25268/25268/24251</w:t>
        <w:br/>
        <w:t>f 25268/25268/24251 25324/25324/24307 25317/25317/24300</w:t>
        <w:br/>
        <w:t>f 25317/25317/24300 25324/25324/24307 25322/25322/24305</w:t>
        <w:br/>
        <w:t>f 25266/25266/24249 25324/25324/24307 25268/25268/24251</w:t>
        <w:br/>
        <w:t>f 25325/25325/24308 25324/25324/24307 25266/25266/24249</w:t>
        <w:br/>
        <w:t>f 25263/25263/24246 25325/25325/24308 25266/25266/24249</w:t>
        <w:br/>
        <w:t>f 25322/25322/24305 25324/25324/24307 25326/25326/24309</w:t>
        <w:br/>
        <w:t>f 25326/25326/24309 25324/25324/24307 25325/25325/24308</w:t>
        <w:br/>
        <w:t>f 25327/25327/24310 25325/25325/24308 25263/25263/24246</w:t>
        <w:br/>
        <w:t>f 25260/25260/24243 25327/25327/24310 25263/25263/24246</w:t>
        <w:br/>
        <w:t>f 25326/25326/24309 25325/25325/24308 25328/25328/24311</w:t>
        <w:br/>
        <w:t>f 25325/25325/24308 25327/25327/24310 25328/25328/24311</w:t>
        <w:br/>
        <w:t>f 25329/25329/24312 25322/25322/24305 25326/25326/24309</w:t>
        <w:br/>
        <w:t>f 25320/25320/24303 25322/25322/24305 25329/25329/24312</w:t>
        <w:br/>
        <w:t>f 25329/25329/24312 25326/25326/24309 25330/25330/24313</w:t>
        <w:br/>
        <w:t>f 25329/25329/24312 25330/25330/24313 25320/25320/24303</w:t>
        <w:br/>
        <w:t>f 25326/25326/24309 25328/25328/24311 25331/25331/24314</w:t>
        <w:br/>
        <w:t>f 25330/25330/24313 25332/25332/24315 25320/25320/24303</w:t>
        <w:br/>
        <w:t>f 25320/25320/24303 25332/25332/24315 25321/25321/24304</w:t>
        <w:br/>
        <w:t>f 25326/25326/24309 25333/25333/24316 25330/25330/24313</w:t>
        <w:br/>
        <w:t>f 25326/25326/24309 25331/25331/24314 25333/25333/24316</w:t>
        <w:br/>
        <w:t>f 25333/25333/24316 25334/25334/24317 25330/25330/24313</w:t>
        <w:br/>
        <w:t>f 25330/25330/24313 25334/25334/24317 25332/25332/24315</w:t>
        <w:br/>
        <w:t>f 25332/25332/24315 25335/25335/24318 25321/25321/24304</w:t>
        <w:br/>
        <w:t>f 25319/25319/24302 25318/25318/24301 25336/25336/24319</w:t>
        <w:br/>
        <w:t>f 25335/25335/24318 25332/25332/24315 25337/25337/24320</w:t>
        <w:br/>
        <w:t>f 25337/25337/24320 25332/25332/24315 25334/25334/24317</w:t>
        <w:br/>
        <w:t>f 25338/25338/24321 25319/25319/24302 25336/25336/24319</w:t>
        <w:br/>
        <w:t>f 25337/25337/24320 25339/25339/24322 25335/25335/24318</w:t>
        <w:br/>
        <w:t>f 25319/25319/24302 25338/25338/24321 25340/25340/24323</w:t>
        <w:br/>
        <w:t>f 25334/25334/24317 25341/25341/24324 25337/25337/24320</w:t>
        <w:br/>
        <w:t>f 25340/25340/24323 25338/25338/24321 25342/25342/24325</w:t>
        <w:br/>
        <w:t>f 25343/25343/24326 25340/25340/24323 25342/25342/24325</w:t>
        <w:br/>
        <w:t>f 25339/25339/24322 25337/25337/24320 25344/25344/24327</w:t>
        <w:br/>
        <w:t>f 25345/25345/24328 25339/25339/24322 25344/25344/24327</w:t>
        <w:br/>
        <w:t>f 25341/25341/24324 25344/25344/24327 25337/25337/24320</w:t>
        <w:br/>
        <w:t>f 25346/25346/24329 25343/25343/24326 25342/25342/24325</w:t>
        <w:br/>
        <w:t>f 25343/25343/24326 25346/25346/24329 25347/25347/24330</w:t>
        <w:br/>
        <w:t>f 25344/25344/24327 25348/25348/24331 25345/25345/24328</w:t>
        <w:br/>
        <w:t>f 25349/25349/24332 25345/25345/24328 25348/25348/24331</w:t>
        <w:br/>
        <w:t>f 25347/25347/24330 25351/25350/24333 25350/25351/24334</w:t>
        <w:br/>
        <w:t>f 25351/25350/24333 25347/25347/24330 25346/25346/24329</w:t>
        <w:br/>
        <w:t>f 25353/25352/24335 25349/25349/24332 25352/25353/24336</w:t>
        <w:br/>
        <w:t>f 25348/25348/24331 25352/25353/24336 25349/25349/24332</w:t>
        <w:br/>
        <w:t>f 25352/25353/24336 25354/25354/24337 25353/25352/24335</w:t>
        <w:br/>
        <w:t>f 25355/25355/24338 25348/25348/24331 25344/25344/24327</w:t>
        <w:br/>
        <w:t>f 25344/25344/24327 25341/25341/24324 25355/25355/24338</w:t>
        <w:br/>
        <w:t>f 25356/25356/24339 25352/25353/24336 25348/25348/24331</w:t>
        <w:br/>
        <w:t>f 25348/25348/24331 25355/25355/24338 25356/25356/24339</w:t>
        <w:br/>
        <w:t>f 25357/25357/24340 25354/25354/24337 25352/25353/24336</w:t>
        <w:br/>
        <w:t>f 25352/25353/24336 25356/25356/24339 25357/25357/24340</w:t>
        <w:br/>
        <w:t>f 25354/25354/24337 25357/25357/24340 25358/25358/24341</w:t>
        <w:br/>
        <w:t>f 25359/25359/24342 25358/25358/24341 25357/25357/24340</w:t>
        <w:br/>
        <w:t>f 25358/25358/24341 25359/25359/24342 25360/25360/24343</w:t>
        <w:br/>
        <w:t>f 25359/25359/24342 25361/25361/24344 25360/25360/24343</w:t>
        <w:br/>
        <w:t>f 25362/25362/24345 25357/25357/24340 25356/25356/24339</w:t>
        <w:br/>
        <w:t>f 25357/25357/24340 25362/25362/24345 25359/25359/24342</w:t>
        <w:br/>
        <w:t>f 25363/25363/24346 25361/25361/24344 25359/25359/24342</w:t>
        <w:br/>
        <w:t>f 25363/25363/24346 25359/25359/24342 25362/25362/24345</w:t>
        <w:br/>
        <w:t>f 25363/25363/24346 25364/25364/24347 25361/25361/24344</w:t>
        <w:br/>
        <w:t>f 25361/25361/24344 25364/25364/24347 25365/25365/24348</w:t>
        <w:br/>
        <w:t>f 25363/25363/24346 25362/25362/24345 25366/25366/24349</w:t>
        <w:br/>
        <w:t>f 25366/25366/24349 25364/25364/24347 25363/25363/24346</w:t>
        <w:br/>
        <w:t>f 25356/25356/24339 25367/25367/24350 25362/25362/24345</w:t>
        <w:br/>
        <w:t>f 25367/25367/24350 25366/25366/24349 25362/25362/24345</w:t>
        <w:br/>
        <w:t>f 25367/25367/24350 25356/25356/24339 25355/25355/24338</w:t>
        <w:br/>
        <w:t>f 25368/25368/24351 25365/25365/24348 25364/25364/24347</w:t>
        <w:br/>
        <w:t>f 25368/25368/24351 25369/25369/24352 25365/25365/24348</w:t>
        <w:br/>
        <w:t>f 25366/25366/24349 25370/25370/24353 25364/25364/24347</w:t>
        <w:br/>
        <w:t>f 25364/25364/24347 25370/25370/24353 25368/25368/24351</w:t>
        <w:br/>
        <w:t>f 25368/25368/24351 25371/25371/24354 25369/25369/24352</w:t>
        <w:br/>
        <w:t>f 25368/25368/24351 25370/25370/24353 25371/25371/24354</w:t>
        <w:br/>
        <w:t>f 25369/25369/24352 25371/25371/24354 25372/25372/24355</w:t>
        <w:br/>
        <w:t>f 25373/25373/24356 25370/25370/24353 25366/25366/24349</w:t>
        <w:br/>
        <w:t>f 25373/25373/24356 25366/25366/24349 25367/25367/24350</w:t>
        <w:br/>
        <w:t>f 25371/25371/24354 25370/25370/24353 25374/25374/24357</w:t>
        <w:br/>
        <w:t>f 25372/25372/24355 25371/25371/24354 25375/25375/24358</w:t>
        <w:br/>
        <w:t>f 25374/25374/24357 25375/25375/24358 25371/25371/24354</w:t>
        <w:br/>
        <w:t>f 25376/25376/24359 25372/25372/24355 25375/25375/24358</w:t>
        <w:br/>
        <w:t>f 25376/25376/24359 25375/25375/24358 25377/25377/24360</w:t>
        <w:br/>
        <w:t>f 25377/25377/24360 25375/25375/24358 25378/25378/24361</w:t>
        <w:br/>
        <w:t>f 25379/25379/24362 25378/25378/24361 25375/25375/24358</w:t>
        <w:br/>
        <w:t>f 25375/25375/24358 25374/25374/24357 25379/25379/24362</w:t>
        <w:br/>
        <w:t>f 25378/25378/24361 25379/25379/24362 25380/25380/24363</w:t>
        <w:br/>
        <w:t>f 25381/25381/24364 25374/25374/24357 25370/25370/24353</w:t>
        <w:br/>
        <w:t>f 25381/25381/24364 25379/25379/24362 25374/25374/24357</w:t>
        <w:br/>
        <w:t>f 25370/25370/24353 25373/25373/24356 25381/25381/24364</w:t>
        <w:br/>
        <w:t>f 25382/25382/24365 25380/25380/24363 25379/25379/24362</w:t>
        <w:br/>
        <w:t>f 25379/25379/24362 25381/25381/24364 25382/25382/24365</w:t>
        <w:br/>
        <w:t>f 25380/25380/24363 25382/25382/24365 25383/25383/24366</w:t>
        <w:br/>
        <w:t>f 25373/25373/24356 25384/25384/24367 25381/25381/24364</w:t>
        <w:br/>
        <w:t>f 25381/25381/24364 25384/25384/24367 25382/25382/24365</w:t>
        <w:br/>
        <w:t>f 25382/25382/24365 25385/25385/24368 25383/25383/24366</w:t>
        <w:br/>
        <w:t>f 25382/25382/24365 25384/25384/24367 25385/25385/24368</w:t>
        <w:br/>
        <w:t>f 25383/25383/24366 25385/25385/24368 25386/25386/24369</w:t>
        <w:br/>
        <w:t>f 25384/25384/24367 25373/25373/24356 25387/25387/24370</w:t>
        <w:br/>
        <w:t>f 25367/25367/24350 25387/25387/24370 25373/25373/24356</w:t>
        <w:br/>
        <w:t>f 25388/25388/24371 25385/25385/24368 25384/25384/24367</w:t>
        <w:br/>
        <w:t>f 25387/25387/24370 25388/25388/24371 25384/25384/24367</w:t>
        <w:br/>
        <w:t>f 25389/25389/24372 25386/25386/24369 25385/25385/24368</w:t>
        <w:br/>
        <w:t>f 25386/25386/24369 25389/25389/24372 25262/25262/24245</w:t>
        <w:br/>
        <w:t>f 25260/25260/24243 25262/25262/24245 25389/25389/24372</w:t>
        <w:br/>
        <w:t>f 25389/25389/24372 25327/25327/24310 25260/25260/24243</w:t>
        <w:br/>
        <w:t>f 25389/25389/24372 25385/25385/24368 25390/25390/24373</w:t>
        <w:br/>
        <w:t>f 25390/25390/24373 25385/25385/24368 25388/25388/24371</w:t>
        <w:br/>
        <w:t>f 25391/25391/24374 25389/25389/24372 25390/25390/24373</w:t>
        <w:br/>
        <w:t>f 25327/25327/24310 25389/25389/24372 25391/25391/24374</w:t>
        <w:br/>
        <w:t>f 25390/25390/24373 25388/25388/24371 25391/25391/24374</w:t>
        <w:br/>
        <w:t>f 25391/25391/24374 25392/25392/24375 25327/25327/24310</w:t>
        <w:br/>
        <w:t>f 25328/25328/24311 25327/25327/24310 25392/25392/24375</w:t>
        <w:br/>
        <w:t>f 25328/25328/24311 25392/25392/24375 25331/25331/24314</w:t>
        <w:br/>
        <w:t>f 25392/25392/24375 25391/25391/24374 25331/25331/24314</w:t>
        <w:br/>
        <w:t>f 25391/25391/24374 25388/25388/24371 25331/25331/24314</w:t>
        <w:br/>
        <w:t>f 25331/25331/24314 25388/25388/24371 25393/25393/24376</w:t>
        <w:br/>
        <w:t>f 25388/25388/24371 25387/25387/24370 25393/25393/24376</w:t>
        <w:br/>
        <w:t>f 25394/25394/24377 25331/25331/24314 25393/25393/24376</w:t>
        <w:br/>
        <w:t>f 25331/25331/24314 25394/25394/24377 25333/25333/24316</w:t>
        <w:br/>
        <w:t>f 25334/25334/24317 25333/25333/24316 25394/25394/24377</w:t>
        <w:br/>
        <w:t>f 25394/25394/24377 25341/25341/24324 25334/25334/24317</w:t>
        <w:br/>
        <w:t>f 25395/25395/24378 25393/25393/24376 25387/25387/24370</w:t>
        <w:br/>
        <w:t>f 25393/25393/24376 25395/25395/24378 25394/25394/24377</w:t>
        <w:br/>
        <w:t>f 25341/25341/24324 25394/25394/24377 25395/25395/24378</w:t>
        <w:br/>
        <w:t>f 25387/25387/24370 25367/25367/24350 25395/25395/24378</w:t>
        <w:br/>
        <w:t>f 25395/25395/24378 25355/25355/24338 25341/25341/24324</w:t>
        <w:br/>
        <w:t>f 25355/25355/24338 25395/25395/24378 25367/25367/24350</w:t>
        <w:br/>
        <w:t>f 25398/25396/24379 25397/25397/24380 25396/25398/24381</w:t>
        <w:br/>
        <w:t>f 25399/25399/24382 25397/25397/24380 25398/25396/24379</w:t>
        <w:br/>
        <w:t>f 25399/25399/24382 25400/25400/24383 25397/25397/24380</w:t>
        <w:br/>
        <w:t>f 25401/25401/24384 25399/25399/24382 25398/25396/24379</w:t>
        <w:br/>
        <w:t>f 25402/25402/24385 25400/25400/24383 25399/25399/24382</w:t>
        <w:br/>
        <w:t>f 25402/25402/24385 25403/25403/24386 25400/25400/24383</w:t>
        <w:br/>
        <w:t>f 25404/25404/24387 25399/25399/24382 25401/25401/24384</w:t>
        <w:br/>
        <w:t>f 25404/25404/24387 25402/25402/24385 25399/25399/24382</w:t>
        <w:br/>
        <w:t>f 25405/25405/24388 25404/25404/24387 25401/25401/24384</w:t>
        <w:br/>
        <w:t>f 25403/25403/24386 25402/25402/24385 25406/25406/24389</w:t>
        <w:br/>
        <w:t>f 25406/25406/24389 25407/25407/24390 25403/25403/24386</w:t>
        <w:br/>
        <w:t>f 25408/25408/24391 25407/25407/24390 25406/25406/24389</w:t>
        <w:br/>
        <w:t>f 25409/25409/24392 25402/25402/24385 25404/25404/24387</w:t>
        <w:br/>
        <w:t>f 25409/25409/24392 25406/25406/24389 25402/25402/24385</w:t>
        <w:br/>
        <w:t>f 25410/25410/24393 25404/25404/24387 25405/25405/24388</w:t>
        <w:br/>
        <w:t>f 25410/25410/24393 25409/25409/24392 25404/25404/24387</w:t>
        <w:br/>
        <w:t>f 25411/25411/24394 25410/25410/24393 25405/25405/24388</w:t>
        <w:br/>
        <w:t>f 25412/25412/24395 25408/25408/24391 25406/25406/24389</w:t>
        <w:br/>
        <w:t>f 25409/25409/24392 25412/25412/24395 25406/25406/24389</w:t>
        <w:br/>
        <w:t>f 25413/25413/24396 25408/25408/24391 25412/25412/24395</w:t>
        <w:br/>
        <w:t>f 25414/25414/24397 25409/25409/24392 25410/25410/24393</w:t>
        <w:br/>
        <w:t>f 25414/25414/24397 25412/25412/24395 25409/25409/24392</w:t>
        <w:br/>
        <w:t>f 25415/25415/24398 25410/25410/24393 25411/25411/24394</w:t>
        <w:br/>
        <w:t>f 25415/25415/24398 25414/25414/24397 25410/25410/24393</w:t>
        <w:br/>
        <w:t>f 25416/25416/24399 25415/25415/24398 25411/25411/24394</w:t>
        <w:br/>
        <w:t>f 25417/25417/24400 25413/25413/24396 25412/25412/24395</w:t>
        <w:br/>
        <w:t>f 25414/25414/24397 25417/25417/24400 25412/25412/24395</w:t>
        <w:br/>
        <w:t>f 25417/25417/24400 25418/25418/24401 25413/25413/24396</w:t>
        <w:br/>
        <w:t>f 25419/25419/24402 25414/25414/24397 25415/25415/24398</w:t>
        <w:br/>
        <w:t>f 25419/25419/24402 25417/25417/24400 25414/25414/24397</w:t>
        <w:br/>
        <w:t>f 25420/25420/24403 25415/25415/24398 25416/25416/24399</w:t>
        <w:br/>
        <w:t>f 25420/25420/24403 25419/25419/24402 25415/25415/24398</w:t>
        <w:br/>
        <w:t>f 25421/25421/24404 25420/25420/24403 25416/25416/24399</w:t>
        <w:br/>
        <w:t>f 25422/25422/24405 25418/25418/24401 25417/25417/24400</w:t>
        <w:br/>
        <w:t>f 25419/25419/24402 25422/25422/24405 25417/25417/24400</w:t>
        <w:br/>
        <w:t>f 25422/25422/24405 25423/25423/24406 25418/25418/24401</w:t>
        <w:br/>
        <w:t>f 25420/25420/24403 25424/25424/24407 25419/25419/24402</w:t>
        <w:br/>
        <w:t>f 25424/25424/24407 25422/25422/24405 25419/25419/24402</w:t>
        <w:br/>
        <w:t>f 25421/25421/24404 25425/25425/24408 25420/25420/24403</w:t>
        <w:br/>
        <w:t>f 25425/25425/24408 25424/25424/24407 25420/25420/24403</w:t>
        <w:br/>
        <w:t>f 25426/25426/24409 25425/25425/24408 25421/25421/24404</w:t>
        <w:br/>
        <w:t>f 25427/25427/24410 25423/25423/24406 25422/25422/24405</w:t>
        <w:br/>
        <w:t>f 25424/25424/24407 25427/25427/24410 25422/25422/24405</w:t>
        <w:br/>
        <w:t>f 25427/25427/24410 25428/25428/24411 25423/25423/24406</w:t>
        <w:br/>
        <w:t>f 25425/25425/24408 25429/25429/24412 25424/25424/24407</w:t>
        <w:br/>
        <w:t>f 25429/25429/24412 25427/25427/24410 25424/25424/24407</w:t>
        <w:br/>
        <w:t>f 25430/25430/24413 25425/25425/24408 25426/25426/24409</w:t>
        <w:br/>
        <w:t>f 25430/25430/24413 25429/25429/24412 25425/25425/24408</w:t>
        <w:br/>
        <w:t>f 25431/25431/24414 25430/25430/24413 25426/25426/24409</w:t>
        <w:br/>
        <w:t>f 25432/25432/24415 25428/25428/24411 25427/25427/24410</w:t>
        <w:br/>
        <w:t>f 25429/25429/24412 25432/25432/24415 25427/25427/24410</w:t>
        <w:br/>
        <w:t>f 25432/25432/24415 25433/25433/24416 25428/25428/24411</w:t>
        <w:br/>
        <w:t>f 25434/25434/24417 25429/25429/24412 25430/25430/24413</w:t>
        <w:br/>
        <w:t>f 25434/25434/24417 25432/25432/24415 25429/25429/24412</w:t>
        <w:br/>
        <w:t>f 25431/25431/24414 25435/25435/24418 25430/25430/24413</w:t>
        <w:br/>
        <w:t>f 25435/25435/24418 25434/25434/24417 25430/25430/24413</w:t>
        <w:br/>
        <w:t>f 25436/25436/24419 25435/25435/24418 25431/25431/24414</w:t>
        <w:br/>
        <w:t>f 25437/25437/24420 25433/25433/24416 25432/25432/24415</w:t>
        <w:br/>
        <w:t>f 25432/25432/24415 25434/25434/24417 25437/25437/24420</w:t>
        <w:br/>
        <w:t>f 25438/25438/24421 25433/25433/24416 25437/25437/24420</w:t>
        <w:br/>
        <w:t>f 25439/25439/24422 25434/25434/24417 25435/25435/24418</w:t>
        <w:br/>
        <w:t>f 25439/25439/24422 25437/25437/24420 25434/25434/24417</w:t>
        <w:br/>
        <w:t>f 25436/25436/24419 25440/25440/24423 25435/25435/24418</w:t>
        <w:br/>
        <w:t>f 25440/25440/24423 25439/25439/24422 25435/25435/24418</w:t>
        <w:br/>
        <w:t>f 25441/25441/24424 25440/25440/24423 25436/25436/24419</w:t>
        <w:br/>
        <w:t>f 25442/25442/24425 25438/25438/24421 25437/25437/24420</w:t>
        <w:br/>
        <w:t>f 25439/25439/24422 25442/25442/24425 25437/25437/24420</w:t>
        <w:br/>
        <w:t>f 25442/25442/24425 25443/25443/24426 25438/25438/24421</w:t>
        <w:br/>
        <w:t>f 25444/25444/24427 25439/25439/24422 25440/25440/24423</w:t>
        <w:br/>
        <w:t>f 25444/25444/24427 25442/25442/24425 25439/25439/24422</w:t>
        <w:br/>
        <w:t>f 25441/25441/24424 25445/25445/24428 25440/25440/24423</w:t>
        <w:br/>
        <w:t>f 25445/25445/24428 25444/25444/24427 25440/25440/24423</w:t>
        <w:br/>
        <w:t>f 25446/25446/24429 25445/25445/24428 25441/25441/24424</w:t>
        <w:br/>
        <w:t>f 25447/25447/24430 25443/25443/24426 25442/25442/24425</w:t>
        <w:br/>
        <w:t>f 25447/25447/24430 25442/25442/24425 25444/25444/24427</w:t>
        <w:br/>
        <w:t>f 25448/25448/24431 25443/25443/24426 25447/25447/24430</w:t>
        <w:br/>
        <w:t>f 25445/25445/24428 25449/25449/24432 25444/25444/24427</w:t>
        <w:br/>
        <w:t>f 25449/25449/24432 25447/25447/24430 25444/25444/24427</w:t>
        <w:br/>
        <w:t>f 25446/25446/24429 25450/25450/24433 25445/25445/24428</w:t>
        <w:br/>
        <w:t>f 25450/25450/24433 25449/25449/24432 25445/25445/24428</w:t>
        <w:br/>
        <w:t>f 25453/25451/24434 25452/25452/24435 25451/25453/24436</w:t>
        <w:br/>
        <w:t>f 25454/25454/24437 25448/25448/24431 25447/25447/24430</w:t>
        <w:br/>
        <w:t>f 25449/25449/24432 25454/25454/24437 25447/25447/24430</w:t>
        <w:br/>
        <w:t>f 25454/25454/24437 25455/25455/24438 25448/25448/24431</w:t>
        <w:br/>
        <w:t>f 25450/25450/24433 25456/25456/24439 25449/25449/24432</w:t>
        <w:br/>
        <w:t>f 25456/25456/24439 25454/25454/24437 25449/25449/24432</w:t>
        <w:br/>
        <w:t>f 25453/25451/24434 25457/25457/24440 25452/25452/24435</w:t>
        <w:br/>
        <w:t>f 25457/25457/24440 25458/25458/24441 25452/25452/24435</w:t>
        <w:br/>
        <w:t>f 25459/25459/24442 25457/25457/24440 25453/25451/24434</w:t>
        <w:br/>
        <w:t>f 25455/25455/24438 25454/25454/24437 25460/25460/24443</w:t>
        <w:br/>
        <w:t>f 25456/25456/24439 25460/25460/24443 25454/25454/24437</w:t>
        <w:br/>
        <w:t>f 25460/25460/24443 25461/25461/24444 25455/25455/24438</w:t>
        <w:br/>
        <w:t>f 25460/25460/24443 25462/25462/24445 25461/25461/24444</w:t>
        <w:br/>
        <w:t>f 25462/25462/24445 25460/25460/24443 25463/25463/24446</w:t>
        <w:br/>
        <w:t>f 25456/25456/24439 25463/25463/24446 25460/25460/24443</w:t>
        <w:br/>
        <w:t>f 25462/25462/24447 25465/25464/24448 25464/25465/24449</w:t>
        <w:br/>
        <w:t>f 25463/25463/24446 25456/25456/24439 25466/25466/24450</w:t>
        <w:br/>
        <w:t>f 25457/25457/24440 25466/25466/24450 25456/25456/24439</w:t>
        <w:br/>
        <w:t>f 25467/25467/24451 25464/25465/24452 25463/25463/24446</w:t>
        <w:br/>
        <w:t>f 25463/25463/24446 25466/25466/24450 25467/25467/24451</w:t>
        <w:br/>
        <w:t>f 25464/25465/24452 25467/25467/24451 25468/25468/24453</w:t>
        <w:br/>
        <w:t>f 25469/25469/24454 25466/25466/24450 25457/25457/24440</w:t>
        <w:br/>
        <w:t>f 25457/25457/24440 25459/25459/24442 25469/25469/24454</w:t>
        <w:br/>
        <w:t>f 25470/25470/24455 25469/25469/24454 25459/25459/24442</w:t>
        <w:br/>
        <w:t>f 25471/25471/24456 25467/25467/24451 25466/25466/24450</w:t>
        <w:br/>
        <w:t>f 25466/25466/24450 25469/25469/24454 25471/25471/24456</w:t>
        <w:br/>
        <w:t>f 25472/25472/24457 25468/25468/24453 25467/25467/24451</w:t>
        <w:br/>
        <w:t>f 25467/25467/24451 25471/25471/24456 25472/25472/24457</w:t>
        <w:br/>
        <w:t>f 25468/25468/24453 25472/25472/24457 25473/25473/24458</w:t>
        <w:br/>
        <w:t>f 25469/25469/24454 25470/25470/24455 25474/25474/24459</w:t>
        <w:br/>
        <w:t>f 25474/25474/24459 25471/25471/24456 25469/25469/24454</w:t>
        <w:br/>
        <w:t>f 25475/25475/24460 25474/25474/24459 25470/25470/24455</w:t>
        <w:br/>
        <w:t>f 25476/25476/24461 25472/25472/24457 25471/25471/24456</w:t>
        <w:br/>
        <w:t>f 25471/25471/24456 25474/25474/24459 25476/25476/24461</w:t>
        <w:br/>
        <w:t>f 25477/25477/24462 25473/25473/24458 25472/25472/24457</w:t>
        <w:br/>
        <w:t>f 25472/25472/24457 25476/25476/24461 25477/25477/24462</w:t>
        <w:br/>
        <w:t>f 25473/25473/24458 25477/25477/24462 25478/25478/24463</w:t>
        <w:br/>
        <w:t>f 25476/25476/24461 25474/25474/24459 25479/25479/24464</w:t>
        <w:br/>
        <w:t>f 25479/25479/24464 25477/25477/24462 25476/25476/24461</w:t>
        <w:br/>
        <w:t>f 25474/25474/24459 25475/25475/24460 25480/25480/24465</w:t>
        <w:br/>
        <w:t>f 25480/25480/24465 25479/25479/24464 25474/25474/24459</w:t>
        <w:br/>
        <w:t>f 25481/25481/24466 25480/25480/24465 25475/25475/24460</w:t>
        <w:br/>
        <w:t>f 25482/25482/24467 25478/25478/24463 25477/25477/24462</w:t>
        <w:br/>
        <w:t>f 25477/25477/24462 25479/25479/24464 25482/25482/24467</w:t>
        <w:br/>
        <w:t>f 25478/25478/24463 25482/25482/24467 25483/25483/24468</w:t>
        <w:br/>
        <w:t>f 25480/25480/24465 25481/25481/24466 25484/25484/24469</w:t>
        <w:br/>
        <w:t>f 25484/25484/24469 25479/25479/24464 25480/25480/24465</w:t>
        <w:br/>
        <w:t>f 25485/25485/24470 25484/25484/24469 25481/25481/24466</w:t>
        <w:br/>
        <w:t>f 25486/25486/24471 25482/25482/24467 25479/25479/24464</w:t>
        <w:br/>
        <w:t>f 25479/25479/24464 25484/25484/24469 25486/25486/24471</w:t>
        <w:br/>
        <w:t>f 25484/25484/24469 25485/25485/24470 25487/25487/24472</w:t>
        <w:br/>
        <w:t>f 25486/25486/24471 25484/25484/24469 25487/25487/24472</w:t>
        <w:br/>
        <w:t>f 25487/25487/24472 25485/25485/24470 25488/25488/24473</w:t>
        <w:br/>
        <w:t>f 25482/25482/24467 25486/25486/24471 25489/25489/24474</w:t>
        <w:br/>
        <w:t>f 25489/25489/24474 25483/25483/24468 25482/25482/24467</w:t>
        <w:br/>
        <w:t>f 25486/25486/24471 25487/25487/24472 25490/25490/24475</w:t>
        <w:br/>
        <w:t>f 25490/25490/24475 25489/25489/24474 25486/25486/24471</w:t>
        <w:br/>
        <w:t>f 25487/25487/24472 25488/25488/24473 25491/25491/24476</w:t>
        <w:br/>
        <w:t>f 25490/25490/24475 25487/25487/24472 25491/25491/24476</w:t>
        <w:br/>
        <w:t>f 25492/25492/24477 25491/25491/24476 25488/25488/24473</w:t>
        <w:br/>
        <w:t>f 25489/25489/24474 25490/25490/24475 25493/25493/24478</w:t>
        <w:br/>
        <w:t>f 25490/25490/24475 25491/25491/24476 25493/25493/24478</w:t>
        <w:br/>
        <w:t>f 25489/25489/24474 25494/25494/24479 25483/25483/24468</w:t>
        <w:br/>
        <w:t>f 25489/25489/24474 25493/25493/24478 25494/25494/24479</w:t>
        <w:br/>
        <w:t>f 25483/25483/24468 25494/25494/24479 25495/25495/24480</w:t>
        <w:br/>
        <w:t>f 25491/25491/24476 25492/25492/24477 25496/25496/24481</w:t>
        <w:br/>
        <w:t>f 25493/25493/24478 25491/25491/24476 25496/25496/24481</w:t>
        <w:br/>
        <w:t>f 25497/25497/24482 25496/25496/24481 25492/25492/24477</w:t>
        <w:br/>
        <w:t>f 25493/25493/24478 25498/25498/24483 25494/25494/24479</w:t>
        <w:br/>
        <w:t>f 25493/25493/24478 25496/25496/24481 25498/25498/24483</w:t>
        <w:br/>
        <w:t>f 25494/25494/24479 25499/25499/24484 25495/25495/24480</w:t>
        <w:br/>
        <w:t>f 25494/25494/24479 25498/25498/24483 25499/25499/24484</w:t>
        <w:br/>
        <w:t>f 25495/25495/24480 25499/25499/24484 25500/25500/24485</w:t>
        <w:br/>
        <w:t>f 25496/25496/24481 25497/25497/24482 25501/25501/24486</w:t>
        <w:br/>
        <w:t>f 25498/25498/24483 25496/25496/24481 25501/25501/24486</w:t>
        <w:br/>
        <w:t>f 25502/25502/24487 25501/25501/24486 25497/25497/24482</w:t>
        <w:br/>
        <w:t>f 25498/25498/24483 25503/25503/24488 25499/25499/24484</w:t>
        <w:br/>
        <w:t>f 25498/25498/24483 25501/25501/24486 25503/25503/24488</w:t>
        <w:br/>
        <w:t>f 25499/25499/24484 25504/25504/24489 25500/25500/24485</w:t>
        <w:br/>
        <w:t>f 25499/25499/24484 25503/25503/24488 25504/25504/24489</w:t>
        <w:br/>
        <w:t>f 25500/25500/24485 25504/25504/24489 25505/25505/24490</w:t>
        <w:br/>
        <w:t>f 25501/25501/24486 25502/25502/24487 25506/25506/24491</w:t>
        <w:br/>
        <w:t>f 25503/25503/24488 25501/25501/24486 25506/25506/24491</w:t>
        <w:br/>
        <w:t>f 25506/25506/24491 25502/25502/24487 25507/25507/24492</w:t>
        <w:br/>
        <w:t>f 25503/25503/24488 25508/25508/24493 25504/25504/24489</w:t>
        <w:br/>
        <w:t>f 25503/25503/24488 25506/25506/24491 25508/25508/24493</w:t>
        <w:br/>
        <w:t>f 25504/25504/24489 25509/25509/24494 25505/25505/24490</w:t>
        <w:br/>
        <w:t>f 25504/25504/24489 25508/25508/24493 25509/25509/24494</w:t>
        <w:br/>
        <w:t>f 25505/25505/24490 25509/25509/24494 25510/25510/24495</w:t>
        <w:br/>
        <w:t>f 25506/25506/24491 25507/25507/24492 25511/25511/24496</w:t>
        <w:br/>
        <w:t>f 25508/25508/24493 25506/25506/24491 25511/25511/24496</w:t>
        <w:br/>
        <w:t>f 25512/25512/24497 25511/25511/24496 25507/25507/24492</w:t>
        <w:br/>
        <w:t>f 25509/25509/24494 25508/25508/24493 25513/25513/24498</w:t>
        <w:br/>
        <w:t>f 25508/25508/24493 25511/25511/24496 25513/25513/24498</w:t>
        <w:br/>
        <w:t>f 25509/25509/24494 25514/25514/24499 25510/25510/24495</w:t>
        <w:br/>
        <w:t>f 25509/25509/24494 25513/25513/24498 25514/25514/24499</w:t>
        <w:br/>
        <w:t>f 25510/25510/24495 25514/25514/24499 25515/25515/24500</w:t>
        <w:br/>
        <w:t>f 25511/25511/24496 25512/25512/24497 25516/25516/24501</w:t>
        <w:br/>
        <w:t>f 25513/25513/24498 25511/25511/24496 25516/25516/24501</w:t>
        <w:br/>
        <w:t>f 25517/25517/24502 25516/25516/24501 25512/25512/24497</w:t>
        <w:br/>
        <w:t>f 25513/25513/24498 25518/25518/24503 25514/25514/24499</w:t>
        <w:br/>
        <w:t>f 25513/25513/24498 25516/25516/24501 25518/25518/24503</w:t>
        <w:br/>
        <w:t>f 25514/25514/24499 25519/25519/24504 25515/25515/24500</w:t>
        <w:br/>
        <w:t>f 25514/25514/24499 25518/25518/24503 25519/25519/24504</w:t>
        <w:br/>
        <w:t>f 25515/25515/24500 25519/25519/24504 25520/25520/24505</w:t>
        <w:br/>
        <w:t>f 25516/25516/24501 25517/25517/24502 25521/25521/24506</w:t>
        <w:br/>
        <w:t>f 25518/25518/24503 25516/25516/24501 25521/25521/24506</w:t>
        <w:br/>
        <w:t>f 25522/25522/24507 25521/25521/24506 25517/25517/24502</w:t>
        <w:br/>
        <w:t>f 25518/25518/24503 25523/25523/24508 25519/25519/24504</w:t>
        <w:br/>
        <w:t>f 25518/25518/24503 25521/25521/24506 25523/25523/24508</w:t>
        <w:br/>
        <w:t>f 25519/25519/24504 25524/25524/24509 25520/25520/24505</w:t>
        <w:br/>
        <w:t>f 25519/25519/24504 25523/25523/24508 25524/25524/24509</w:t>
        <w:br/>
        <w:t>f 25520/25520/24505 25524/25524/24509 25525/25525/24510</w:t>
        <w:br/>
        <w:t>f 25521/25521/24506 25522/25522/24507 25526/25526/24511</w:t>
        <w:br/>
        <w:t>f 25523/25523/24508 25521/25521/24506 25526/25526/24511</w:t>
        <w:br/>
        <w:t>f 25527/25527/24512 25526/25526/24511 25522/25522/24507</w:t>
        <w:br/>
        <w:t>f 25523/25523/24508 25528/25528/24513 25524/25524/24509</w:t>
        <w:br/>
        <w:t>f 25523/25523/24508 25526/25526/24511 25528/25528/24513</w:t>
        <w:br/>
        <w:t>f 25524/25524/24509 25529/25529/24514 25525/25525/24510</w:t>
        <w:br/>
        <w:t>f 25524/25524/24509 25528/25528/24513 25529/25529/24514</w:t>
        <w:br/>
        <w:t>f 25525/25525/24510 25529/25529/24514 25530/25530/24515</w:t>
        <w:br/>
        <w:t>f 25528/25528/24513 25526/25526/24511 25531/25531/24516</w:t>
        <w:br/>
        <w:t>f 25526/25526/24511 25527/25527/24512 25531/25531/24516</w:t>
        <w:br/>
        <w:t>f 25528/25528/24513 25532/25532/24517 25529/25529/24514</w:t>
        <w:br/>
        <w:t>f 25528/25528/24513 25531/25531/24516 25532/25532/24517</w:t>
        <w:br/>
        <w:t>f 25527/25527/24512 25533/25533/24518 25531/25531/24516</w:t>
        <w:br/>
        <w:t>f 25533/25533/24518 25527/25527/24512 25534/25534/24519</w:t>
        <w:br/>
        <w:t>f 25533/25533/24518 25532/25532/24517 25531/25531/24516</w:t>
        <w:br/>
        <w:t>f 25532/25532/24517 25533/25533/24518 25535/25535/24520</w:t>
        <w:br/>
        <w:t>f 25529/25529/24514 25532/25532/24517 25536/25536/24521</w:t>
        <w:br/>
        <w:t>f 25535/25535/24520 25536/25536/24521 25532/25532/24517</w:t>
        <w:br/>
        <w:t>f 25536/25536/24521 25530/25530/24515 25529/25529/24514</w:t>
        <w:br/>
        <w:t>f 25536/25536/24521 25535/25535/24520 25537/25537/24522</w:t>
        <w:br/>
        <w:t>f 25530/25530/24515 25536/25536/24521 25538/25538/24523</w:t>
        <w:br/>
        <w:t>f 25537/25537/24522 25538/25538/24523 25536/25536/24521</w:t>
        <w:br/>
        <w:t>f 25538/25538/24523 25537/25537/24522 25539/25539/24524</w:t>
        <w:br/>
        <w:t>f 25542/25540/24525 25541/25541/24526 25540/25542/24526</w:t>
        <w:br/>
        <w:t>f 25541/25541/24526 25542/25540/24525 25543/25543/24527</w:t>
        <w:br/>
        <w:t>f 25544/25544/24528 25543/25543/24527 25542/25540/24525</w:t>
        <w:br/>
        <w:t>f 25547/25545/24529 25546/25546/24530 25545/25547/24531</w:t>
        <w:br/>
        <w:t>f 25548/25548/24532 25543/25543/24527 25544/25544/24528</w:t>
        <w:br/>
        <w:t>f 25544/25544/24528 25549/25549/24533 25548/25548/24532</w:t>
        <w:br/>
        <w:t>f 25546/25546/24530 25547/25545/24529 25550/25550/24534</w:t>
        <w:br/>
        <w:t>f 25551/25551/24535 25550/25550/24534 25547/25545/24529</w:t>
        <w:br/>
        <w:t>f 25552/25552/24536 25546/25546/24530 25550/25550/24534</w:t>
        <w:br/>
        <w:t>f 25546/25546/24530 25552/25552/24536 25553/25553/24537</w:t>
        <w:br/>
        <w:t>f 25553/25553/24537 25555/25554/24538 25554/25555/24539</w:t>
        <w:br/>
        <w:t>f 25555/25554/24538 25553/25553/24537 25552/25552/24536</w:t>
        <w:br/>
        <w:t>f 25552/25552/24536 25556/25556/24540 25555/25554/24538</w:t>
        <w:br/>
        <w:t>f 25550/25550/24534 25556/25556/24540 25552/25552/24536</w:t>
        <w:br/>
        <w:t>f 25555/25554/24538 25556/25556/24540 25557/25557/24541</w:t>
        <w:br/>
        <w:t>f 25550/25550/24534 25551/25551/24535 25558/25558/24542</w:t>
        <w:br/>
        <w:t>f 25556/25556/24540 25550/25550/24534 25558/25558/24542</w:t>
        <w:br/>
        <w:t>f 25551/25551/24535 25559/25559/24543 25558/25558/24542</w:t>
        <w:br/>
        <w:t>f 25559/25559/24543 25556/25556/24540 25558/25558/24542</w:t>
        <w:br/>
        <w:t>f 25556/25556/24540 25560/25560/24544 25557/25557/24541</w:t>
        <w:br/>
        <w:t>f 25556/25556/24540 25559/25559/24543 25560/25560/24544</w:t>
        <w:br/>
        <w:t>f 25557/25557/24541 25560/25560/24544 25561/25561/24545</w:t>
        <w:br/>
        <w:t>f 25559/25559/24543 25551/25551/24535 25562/25562/24546</w:t>
        <w:br/>
        <w:t>f 25548/25548/24532 25549/25549/24533 25563/25563/24547</w:t>
        <w:br/>
        <w:t>f 25564/25564/24548 25563/25563/24547 25549/25549/24533</w:t>
        <w:br/>
        <w:t>f 25565/25565/24549 25560/25560/24544 25559/25559/24543</w:t>
        <w:br/>
        <w:t>f 25562/25562/24546 25565/25565/24549 25559/25559/24543</w:t>
        <w:br/>
        <w:t>f 25566/25566/24550 25561/25561/24545 25560/25560/24544</w:t>
        <w:br/>
        <w:t>f 25560/25560/24544 25565/25565/24549 25566/25566/24550</w:t>
        <w:br/>
        <w:t>f 25561/25561/24545 25566/25566/24550 25567/25567/24551</w:t>
        <w:br/>
        <w:t>f 25566/25566/24550 25568/25568/24552 25567/25567/24551</w:t>
        <w:br/>
        <w:t>f 25563/25563/24547 25564/25564/24548 25569/25569/24553</w:t>
        <w:br/>
        <w:t>f 25565/25565/24549 25562/25562/24546 25570/25570/24554</w:t>
        <w:br/>
        <w:t>f 25568/25568/24552 25566/25566/24550 25571/25571/24555</w:t>
        <w:br/>
        <w:t>f 25565/25565/24549 25571/25571/24555 25566/25566/24550</w:t>
        <w:br/>
        <w:t>f 25571/25571/24555 25572/25572/24556 25568/25568/24552</w:t>
        <w:br/>
        <w:t>f 25564/25564/24548 25573/25573/24557 25569/25569/24553</w:t>
        <w:br/>
        <w:t>f 25574/25574/24558 25565/25565/24549 25570/25570/24554</w:t>
        <w:br/>
        <w:t>f 25573/25573/24557 25564/25564/24548 25575/25575/24559</w:t>
        <w:br/>
        <w:t>f 25571/25571/24555 25565/25565/24549 25576/25576/24560</w:t>
        <w:br/>
        <w:t>f 25565/25565/24549 25574/25574/24558 25576/25576/24560</w:t>
        <w:br/>
        <w:t>f 25572/25572/24556 25571/25571/24555 25577/25577/24561</w:t>
        <w:br/>
        <w:t>f 25576/25576/24560 25577/25577/24561 25571/25571/24555</w:t>
        <w:br/>
        <w:t>f 25575/25575/24559 25578/25578/24562 25573/25573/24557</w:t>
        <w:br/>
        <w:t>f 25579/25579/24563 25576/25576/24560 25574/25574/24558</w:t>
        <w:br/>
        <w:t>f 25578/25578/24562 25575/25575/24559 25580/25580/24564</w:t>
        <w:br/>
        <w:t>f 25580/25580/24564 25581/25581/24565 25578/25578/24562</w:t>
        <w:br/>
        <w:t>f 25577/25577/24561 25576/25576/24560 25582/25582/24566</w:t>
        <w:br/>
        <w:t>f 25576/25576/24560 25579/25579/24563 25582/25582/24566</w:t>
        <w:br/>
        <w:t>f 25583/25583/24567 25572/25572/24556 25577/25577/24561</w:t>
        <w:br/>
        <w:t>f 25582/25582/24566 25583/25583/24567 25577/25577/24561</w:t>
        <w:br/>
        <w:t>f 25572/25572/24556 25583/25583/24567 25584/25584/24568</w:t>
        <w:br/>
        <w:t>f 25585/25585/24569 25582/25582/24566 25579/25579/24563</w:t>
        <w:br/>
        <w:t>f 25586/25586/24570 25578/25578/24562 25581/25581/24565</w:t>
        <w:br/>
        <w:t>f 25583/25583/24567 25582/25582/24566 25587/25587/24571</w:t>
        <w:br/>
        <w:t>f 25587/25587/24571 25582/25582/24566 25585/25585/24569</w:t>
        <w:br/>
        <w:t>f 25588/25588/24572 25584/25584/24568 25583/25583/24567</w:t>
        <w:br/>
        <w:t>f 25587/25587/24571 25588/25588/24572 25583/25583/24567</w:t>
        <w:br/>
        <w:t>f 25584/25584/24568 25588/25588/24572 25589/25589/24573</w:t>
        <w:br/>
        <w:t>f 25588/25588/24572 25587/25587/24571 25590/25590/24574</w:t>
        <w:br/>
        <w:t>f 25585/25585/24569 25590/25590/24574 25587/25587/24571</w:t>
        <w:br/>
        <w:t>f 25591/25591/24575 25589/25589/24573 25588/25588/24572</w:t>
        <w:br/>
        <w:t>f 25590/25590/24574 25591/25591/24575 25588/25588/24572</w:t>
        <w:br/>
        <w:t>f 25589/25589/24573 25591/25591/24575 25592/25592/24576</w:t>
        <w:br/>
        <w:t>f 25591/25591/24575 25593/25593/24577 25592/25592/24576</w:t>
        <w:br/>
        <w:t>f 25593/25593/24577 25591/25591/24575 25594/25594/24578</w:t>
        <w:br/>
        <w:t>f 25591/25591/24575 25595/25595/24579 25594/25594/24578</w:t>
        <w:br/>
        <w:t>f 25595/25595/24579 25591/25591/24575 25596/25596/24580</w:t>
        <w:br/>
        <w:t>f 25591/25591/24575 25590/25590/24574 25596/25596/24580</w:t>
        <w:br/>
        <w:t>f 25596/25596/24580 25597/25597/24581 25595/25595/24579</w:t>
        <w:br/>
        <w:t>f 25598/25598/24582 25596/25596/24580 25590/25590/24574</w:t>
        <w:br/>
        <w:t>f 25590/25590/24574 25585/25585/24569 25598/25598/24582</w:t>
        <w:br/>
        <w:t>f 25597/25597/24581 25596/25596/24580 25599/25599/24583</w:t>
        <w:br/>
        <w:t>f 25596/25596/24580 25598/25598/24582 25599/25599/24583</w:t>
        <w:br/>
        <w:t>f 25597/25597/24581 25599/25599/24583 25600/25600/24584</w:t>
        <w:br/>
        <w:t>f 25599/25599/24583 25598/25598/24582 25601/25601/24585</w:t>
        <w:br/>
        <w:t>f 25601/25601/24585 25600/25600/24584 25599/25599/24583</w:t>
        <w:br/>
        <w:t>f 25598/25598/24582 25585/25585/24569 25602/25602/24586</w:t>
        <w:br/>
        <w:t>f 25602/25602/24586 25601/25601/24585 25598/25598/24582</w:t>
        <w:br/>
        <w:t>f 25603/25603/24587 25600/25600/24584 25601/25601/24585</w:t>
        <w:br/>
        <w:t>f 25600/25600/24584 25603/25603/24587 25604/25604/24588</w:t>
        <w:br/>
        <w:t>f 25605/25605/24589 25604/25604/24588 25603/25603/24587</w:t>
        <w:br/>
        <w:t>f 25606/25606/24590 25605/25605/24589 25603/25603/24587</w:t>
        <w:br/>
        <w:t>f 25605/25605/24589 25606/25606/24590 25607/25607/24591</w:t>
        <w:br/>
        <w:t>f 25601/25601/24585 25608/25608/24592 25603/25603/24587</w:t>
        <w:br/>
        <w:t>f 25606/25606/24590 25603/25603/24587 25608/25608/24592</w:t>
        <w:br/>
        <w:t>f 25609/25609/24593 25607/25607/24591 25606/25606/24590</w:t>
        <w:br/>
        <w:t>f 25608/25608/24592 25609/25609/24593 25606/25606/24590</w:t>
        <w:br/>
        <w:t>f 25609/25609/24593 25610/25610/24594 25607/25607/24591</w:t>
        <w:br/>
        <w:t>f 25611/25611/24595 25608/25608/24592 25601/25601/24585</w:t>
        <w:br/>
        <w:t>f 25601/25601/24585 25602/25602/24586 25611/25611/24595</w:t>
        <w:br/>
        <w:t>f 25612/25612/24596 25610/25610/24594 25609/25609/24593</w:t>
        <w:br/>
        <w:t>f 25612/25612/24596 25613/25613/24597 25610/25610/24594</w:t>
        <w:br/>
        <w:t>f 25609/25609/24593 25608/25608/24592 25614/25614/24598</w:t>
        <w:br/>
        <w:t>f 25614/25614/24598 25612/25612/24596 25609/25609/24593</w:t>
        <w:br/>
        <w:t>f 25615/25615/24599 25613/25613/24597 25612/25612/24596</w:t>
        <w:br/>
        <w:t>f 25612/25612/24596 25614/25614/24598 25615/25615/24599</w:t>
        <w:br/>
        <w:t>f 25613/25613/24597 25615/25615/24599 25616/25616/24600</w:t>
        <w:br/>
        <w:t>f 25608/25608/24592 25617/25617/24601 25614/25614/24598</w:t>
        <w:br/>
        <w:t>f 25615/25615/24599 25614/25614/24598 25617/25617/24601</w:t>
        <w:br/>
        <w:t>f 25617/25617/24601 25608/25608/24592 25611/25611/24595</w:t>
        <w:br/>
        <w:t>f 25615/25615/24599 25618/25618/24602 25616/25616/24600</w:t>
        <w:br/>
        <w:t>f 25619/25619/24603 25617/25617/24601 25611/25611/24595</w:t>
        <w:br/>
        <w:t>f 25611/25611/24595 25602/25602/24586 25619/25619/24603</w:t>
        <w:br/>
        <w:t>f 25620/25620/24604 25615/25615/24599 25617/25617/24601</w:t>
        <w:br/>
        <w:t>f 25617/25617/24601 25619/25619/24603 25620/25620/24604</w:t>
        <w:br/>
        <w:t>f 25618/25618/24602 25615/25615/24599 25621/25621/24605</w:t>
        <w:br/>
        <w:t>f 25615/25615/24599 25620/25620/24604 25621/25621/24605</w:t>
        <w:br/>
        <w:t>f 25618/25618/24602 25621/25621/24605 25622/25622/24606</w:t>
        <w:br/>
        <w:t>f 25618/25618/24602 25622/25622/24606 25623/25623/24607</w:t>
        <w:br/>
        <w:t>f 25621/25621/24605 25620/25620/24604 25624/25624/24608</w:t>
        <w:br/>
        <w:t>f 25621/25621/24605 25624/25624/24608 25622/25622/24606</w:t>
        <w:br/>
        <w:t>f 25622/25622/24606 25625/25625/24609 25623/25623/24607</w:t>
        <w:br/>
        <w:t>f 25625/25625/24609 25626/25626/24610 25623/25623/24607</w:t>
        <w:br/>
        <w:t>f 25622/25622/24606 25627/25627/24611 25625/25625/24609</w:t>
        <w:br/>
        <w:t>f 25627/25627/24611 25622/25622/24606 25624/25624/24608</w:t>
        <w:br/>
        <w:t>f 25628/25628/24612 25626/25626/24610 25625/25625/24609</w:t>
        <w:br/>
        <w:t>f 25627/25627/24611 25628/25628/24612 25625/25625/24609</w:t>
        <w:br/>
        <w:t>f 25628/25628/24612 25629/25629/24613 25626/25626/24610</w:t>
        <w:br/>
        <w:t>f 25631/25630/24614 25629/25629/24613 25630/25631/24615</w:t>
        <w:br/>
        <w:t>f 25630/25631/24615 25632/25632/24616 25631/25630/24614</w:t>
        <w:br/>
        <w:t>f 25628/25628/24612 25627/25627/24611 25633/25633/24617</w:t>
        <w:br/>
        <w:t>f 25631/25630/24614 25632/25632/24616 25634/25634/24618</w:t>
        <w:br/>
        <w:t>f 25634/25634/24618 25636/25635/24619 25635/25636/24619</w:t>
        <w:br/>
        <w:t>f 25636/25635/24619 25634/25634/24618 25637/25637/24620</w:t>
        <w:br/>
        <w:t>f 25637/25637/24620 25634/25634/24618 25638/25638/24621</w:t>
        <w:br/>
        <w:t>f 25632/25632/24616 25638/25638/24621 25634/25634/24618</w:t>
        <w:br/>
        <w:t>f 25641/25639/24622 25640/25640/24623 25639/25641/24624</w:t>
        <w:br/>
        <w:t>f 25640/25640/24623 25642/25642/24625 25639/25641/24624</w:t>
        <w:br/>
        <w:t>f 25633/25633/24617 25643/25643/24626 25640/25640/24623</w:t>
        <w:br/>
        <w:t>f 25640/25640/24623 25643/25643/24626 25642/25642/24625</w:t>
        <w:br/>
        <w:t>f 25643/25643/24626 25633/25633/24617 25627/25627/24611</w:t>
        <w:br/>
        <w:t>f 25624/25624/24608 25643/25643/24626 25627/25627/24611</w:t>
        <w:br/>
        <w:t>f 25642/25642/24625 25643/25643/24626 25644/25644/24627</w:t>
        <w:br/>
        <w:t>f 25643/25643/24626 25624/25624/24608 25645/25645/24628</w:t>
        <w:br/>
        <w:t>f 25645/25645/24628 25644/25644/24627 25643/25643/24626</w:t>
        <w:br/>
        <w:t>f 25624/25624/24608 25620/25620/24604 25645/25645/24628</w:t>
        <w:br/>
        <w:t>f 25644/25644/24627 25645/25645/24628 25646/25646/24629</w:t>
        <w:br/>
        <w:t>f 25645/25645/24628 25620/25620/24604 25619/25619/24603</w:t>
        <w:br/>
        <w:t>f 25645/25645/24628 25647/25647/24630 25646/25646/24629</w:t>
        <w:br/>
        <w:t>f 25647/25647/24630 25645/25645/24628 25619/25619/24603</w:t>
        <w:br/>
        <w:t>f 25619/25619/24603 25648/25648/24631 25647/25647/24630</w:t>
        <w:br/>
        <w:t>f 25619/25619/24603 25602/25602/24586 25648/25648/24631</w:t>
        <w:br/>
        <w:t>f 25647/25647/24630 25648/25648/24631 25649/25649/24632</w:t>
        <w:br/>
        <w:t>f 25651/25650/24633 25650/25651/24634 25648/25648/24631</w:t>
        <w:br/>
        <w:t>f 25648/25648/24631 25650/25651/24634 25652/25652/24635</w:t>
        <w:br/>
        <w:t>f 25653/25653/24636 25602/25602/24586 25585/25585/24569</w:t>
        <w:br/>
        <w:t>f 25650/25651/24634 25654/25654/24637 25652/25652/24635</w:t>
        <w:br/>
        <w:t>f 25581/25581/24638 25653/25653/24636 25585/25585/24569</w:t>
        <w:br/>
        <w:t>f 25653/25653/24636 25581/25581/24638 25655/25655/24639</w:t>
        <w:br/>
        <w:t>f 25658/25656/24640 25657/25657/24641 25656/25658/24642</w:t>
        <w:br/>
        <w:t>f 25657/25657/24641 25658/25656/24640 25659/25659/24643</w:t>
        <w:br/>
        <w:t>f 25659/25659/24643 25660/25660/24644 25657/25657/24641</w:t>
        <w:br/>
        <w:t>f 25661/25661/24645 25659/25659/24643 25658/25656/24640</w:t>
        <w:br/>
        <w:t>f 25660/25660/24644 25659/25659/24643 25662/25662/24646</w:t>
        <w:br/>
        <w:t>f 25665/25663/24647 25664/25664/24648 25663/25665/24649</w:t>
        <w:br/>
        <w:t>f 25659/25659/24643 25661/25661/24645 25666/25666/24650</w:t>
        <w:br/>
        <w:t>f 25666/25666/24650 25662/25662/24646 25659/25659/24643</w:t>
        <w:br/>
        <w:t>f 25667/25667/24651 25666/25666/24650 25661/25661/24645</w:t>
        <w:br/>
        <w:t>f 25664/25664/24648 25665/25663/24647 25668/25668/24652</w:t>
        <w:br/>
        <w:t>f 25668/25668/24652 25669/25669/24653 25664/25664/24648</w:t>
        <w:br/>
        <w:t>f 25666/25666/24650 25667/25667/24651 25670/25670/24654</w:t>
        <w:br/>
        <w:t>f 25667/25667/24651 25671/25671/24655 25670/25670/24654</w:t>
        <w:br/>
        <w:t>f 25669/25669/24653 25668/25668/24652 25672/25672/24656</w:t>
        <w:br/>
        <w:t>f 25672/25672/24656 25673/25673/24657 25669/25669/24653</w:t>
        <w:br/>
        <w:t>f 25673/25673/24657 25672/25672/24656 25674/25674/24658</w:t>
        <w:br/>
        <w:t>f 25675/25675/24659 25672/25672/24656 25668/25668/24652</w:t>
        <w:br/>
        <w:t>f 25665/25663/24647 25675/25675/24659 25668/25668/24652</w:t>
        <w:br/>
        <w:t>f 25676/25676/24660 25674/25674/24658 25672/25672/24656</w:t>
        <w:br/>
        <w:t>f 25672/25672/24656 25675/25675/24659 25676/25676/24660</w:t>
        <w:br/>
        <w:t>f 25674/25674/24658 25676/25676/24660 25677/25677/24661</w:t>
        <w:br/>
        <w:t>f 25675/25675/24659 25665/25663/24647 25678/25678/24662</w:t>
        <w:br/>
        <w:t>f 25662/25662/24646 25666/25666/24650 25679/25679/24663</w:t>
        <w:br/>
        <w:t>f 25680/25680/24664 25676/25676/24660 25675/25675/24659</w:t>
        <w:br/>
        <w:t>f 25676/25676/24660 25680/25680/24664 25677/25677/24661</w:t>
        <w:br/>
        <w:t>f 25681/25681/24665 25675/25675/24659 25678/25678/24662</w:t>
        <w:br/>
        <w:t>f 25680/25680/24664 25675/25675/24659 25681/25681/24665</w:t>
        <w:br/>
        <w:t>f 25666/25666/24650 25682/25682/24666 25679/25679/24663</w:t>
        <w:br/>
        <w:t>f 25683/25683/24667 25681/25681/24665 25678/25678/24662</w:t>
        <w:br/>
        <w:t>f 25682/25682/24666 25666/25666/24650 25670/25670/24654</w:t>
        <w:br/>
        <w:t>f 25684/25684/24667 25680/25680/24664 25681/25681/24665</w:t>
        <w:br/>
        <w:t>f 25684/25684/24667 25681/25681/24665 25683/25683/24667</w:t>
        <w:br/>
        <w:t>f 25680/25680/24664 25685/25685/24668 25677/25677/24661</w:t>
        <w:br/>
        <w:t>f 25680/25680/24664 25684/25684/24667 25685/25685/24668</w:t>
        <w:br/>
        <w:t>f 25677/25677/24661 25685/25685/24668 25686/25686/24669</w:t>
        <w:br/>
        <w:t>f 25687/25687/24670 25686/25686/24669 25685/25685/24668</w:t>
        <w:br/>
        <w:t>f 25684/25684/24667 25687/25687/24670 25685/25685/24668</w:t>
        <w:br/>
        <w:t>f 25686/25686/24669 25687/25687/24670 25688/25688/24671</w:t>
        <w:br/>
        <w:t>f 25683/25683/24667 25689/25689/24672 25684/25684/24667</w:t>
        <w:br/>
        <w:t>f 25687/25687/24670 25684/25684/24667 25689/25689/24672</w:t>
        <w:br/>
        <w:t>f 25688/25688/24671 25687/25687/24670 25690/25690/24673</w:t>
        <w:br/>
        <w:t>f 25691/25691/24674 25690/25690/24673 25687/25687/24670</w:t>
        <w:br/>
        <w:t>f 25690/25690/24673 25692/25692/24675 25688/25688/24671</w:t>
        <w:br/>
        <w:t>f 25690/25690/24673 25694/25693/24676 25693/25694/24677</w:t>
        <w:br/>
        <w:t>f 25683/25683/24667 25695/25695/24678 25689/25689/24672</w:t>
        <w:br/>
        <w:t>f 25670/25670/24654 25696/25696/24679 25682/25682/24666</w:t>
        <w:br/>
        <w:t>f 25694/25693/24676 25690/25690/24673 25697/25697/24680</w:t>
        <w:br/>
        <w:t>f 25697/25697/24680 25698/25698/24681 25694/25693/24676</w:t>
        <w:br/>
        <w:t>f 25699/25699/24682 25690/25690/24673 25689/25689/24672</w:t>
        <w:br/>
        <w:t>f 25690/25690/24673 25699/25699/24682 25697/25697/24680</w:t>
        <w:br/>
        <w:t>f 25689/25689/24672 25695/25695/24678 25699/25699/24682</w:t>
        <w:br/>
        <w:t>f 25698/25698/24681 25697/25697/24680 25700/25700/24683</w:t>
        <w:br/>
        <w:t>f 25699/25699/24682 25700/25700/24683 25697/25697/24680</w:t>
        <w:br/>
        <w:t>f 25700/25700/24683 25701/25701/24684 25698/25698/24681</w:t>
        <w:br/>
        <w:t>f 25698/25698/24681 25701/25701/24684 25702/25702/24685</w:t>
        <w:br/>
        <w:t>f 25700/25700/24683 25699/25699/24682 25703/25703/24686</w:t>
        <w:br/>
        <w:t>f 25703/25703/24686 25701/25701/24684 25700/25700/24683</w:t>
        <w:br/>
        <w:t>f 25695/25695/24678 25704/25704/24687 25699/25699/24682</w:t>
        <w:br/>
        <w:t>f 25699/25699/24682 25704/25704/24687 25703/25703/24686</w:t>
        <w:br/>
        <w:t>f 25701/25701/24684 25705/25705/24688 25702/25702/24685</w:t>
        <w:br/>
        <w:t>f 25706/25706/24689 25702/25702/24685 25705/25705/24688</w:t>
        <w:br/>
        <w:t>f 25709/25707/24690 25708/25708/24691 25707/25709/24691</w:t>
        <w:br/>
        <w:t>f 25701/25701/24684 25703/25703/24686 25710/25710/24692</w:t>
        <w:br/>
        <w:t>f 25710/25710/24692 25705/25705/24688 25701/25701/24684</w:t>
        <w:br/>
        <w:t>f 25703/25703/24686 25711/25711/24693 25710/25710/24692</w:t>
        <w:br/>
        <w:t>f 25704/25704/24687 25711/25711/24693 25703/25703/24686</w:t>
        <w:br/>
        <w:t>f 25705/25705/24688 25710/25710/24692 25712/25712/24694</w:t>
        <w:br/>
        <w:t>f 25711/25711/24693 25712/25712/24694 25710/25710/24692</w:t>
        <w:br/>
        <w:t>f 25705/25705/24688 25713/25713/24695 25709/25707/24690</w:t>
        <w:br/>
        <w:t>f 25713/25713/24695 25705/25705/24688 25712/25712/24694</w:t>
        <w:br/>
        <w:t>f 25714/25714/24696 25709/25707/24690 25713/25713/24695</w:t>
        <w:br/>
        <w:t>f 25709/25707/24690 25714/25714/24696 25715/25715/24697</w:t>
        <w:br/>
        <w:t>f 25712/25712/24694 25716/25716/24698 25713/25713/24695</w:t>
        <w:br/>
        <w:t>f 25716/25716/24698 25714/25714/24696 25713/25713/24695</w:t>
        <w:br/>
        <w:t>f 25711/25711/24693 25717/25717/24699 25712/25712/24694</w:t>
        <w:br/>
        <w:t>f 25712/25712/24694 25717/25717/24699 25716/25716/24698</w:t>
        <w:br/>
        <w:t>f 25718/25718/24700 25715/25715/24697 25714/25714/24696</w:t>
        <w:br/>
        <w:t>f 25715/25715/24697 25718/25718/24700 25719/25719/24701</w:t>
        <w:br/>
        <w:t>f 25716/25716/24698 25720/25720/24702 25714/25714/24696</w:t>
        <w:br/>
        <w:t>f 25718/25718/24700 25714/25714/24696 25720/25720/24702</w:t>
        <w:br/>
        <w:t>f 25717/25717/24699 25721/25721/24703 25716/25716/24698</w:t>
        <w:br/>
        <w:t>f 25720/25720/24702 25716/25716/24698 25721/25721/24703</w:t>
        <w:br/>
        <w:t>f 25718/25718/24700 25722/25722/24704 25719/25719/24701</w:t>
        <w:br/>
        <w:t>f 25723/25723/24705 25719/25719/24701 25722/25722/24704</w:t>
        <w:br/>
        <w:t>f 25718/25718/24700 25720/25720/24702 25724/25724/24706</w:t>
        <w:br/>
        <w:t>f 25722/25722/24704 25718/25718/24700 25724/25724/24706</w:t>
        <w:br/>
        <w:t>f 25721/25721/24703 25724/25724/24706 25720/25720/24702</w:t>
        <w:br/>
        <w:t>f 25722/25722/24704 25725/25725/24707 25723/25723/24705</w:t>
        <w:br/>
        <w:t>f 25726/25726/24708 25723/25723/24705 25725/25725/24707</w:t>
        <w:br/>
        <w:t>f 25725/25725/24707 25727/25727/24709 25726/25726/24708</w:t>
        <w:br/>
        <w:t>f 25722/25722/24704 25728/25728/24710 25725/25725/24707</w:t>
        <w:br/>
        <w:t>f 25728/25728/24710 25727/25727/24709 25725/25725/24707</w:t>
        <w:br/>
        <w:t>f 25728/25728/24710 25722/25722/24704 25724/25724/24706</w:t>
        <w:br/>
        <w:t>f 25727/25727/24709 25728/25728/24710 25729/25729/24711</w:t>
        <w:br/>
        <w:t>f 25724/25724/24706 25730/25730/24712 25728/25728/24710</w:t>
        <w:br/>
        <w:t>f 25730/25730/24712 25729/25729/24711 25728/25728/24710</w:t>
        <w:br/>
        <w:t>f 25721/25721/24703 25730/25730/24712 25724/25724/24706</w:t>
        <w:br/>
        <w:t>f 25729/25729/24711 25730/25730/24712 25731/25731/24713</w:t>
        <w:br/>
        <w:t>f 25734/25732/24714 25733/25733/24715 25732/25734/24716</w:t>
        <w:br/>
        <w:t>f 25733/25733/24715 25734/25732/24714 25735/25735/24717</w:t>
        <w:br/>
        <w:t>f 25735/25735/24717 25736/25736/24718 25733/25733/24715</w:t>
        <w:br/>
        <w:t>f 25736/25736/24718 25735/25735/24717 25737/25737/24719</w:t>
        <w:br/>
        <w:t>f 25734/25732/24714 25738/25738/24720 25735/25735/24717</w:t>
        <w:br/>
        <w:t>f 25738/25738/24720 25737/25737/24719 25735/25735/24717</w:t>
        <w:br/>
        <w:t>f 25738/25738/24720 25734/25732/24714 25739/25739/24721</w:t>
        <w:br/>
        <w:t>f 25737/25737/24719 25738/25738/24720 25740/25740/24722</w:t>
        <w:br/>
        <w:t>f 25739/25739/24721 25741/25741/24723 25738/25738/24720</w:t>
        <w:br/>
        <w:t>f 25741/25741/24723 25740/25740/24722 25738/25738/24720</w:t>
        <w:br/>
        <w:t>f 25741/25741/24723 25739/25739/24721 25742/25742/24724</w:t>
        <w:br/>
        <w:t>f 25740/25740/24722 25741/25741/24723 25743/25743/24725</w:t>
        <w:br/>
        <w:t>f 25744/25744/24726 25741/25741/24723 25742/25742/24724</w:t>
        <w:br/>
        <w:t>f 25745/25745/24727 25743/25743/24725 25741/25741/24723</w:t>
        <w:br/>
        <w:t>f 25741/25741/24723 25744/25744/24726 25745/25745/24727</w:t>
        <w:br/>
        <w:t>f 25743/25743/24725 25745/25745/24727 25746/25746/24728</w:t>
        <w:br/>
        <w:t>f 25747/25747/24729 25745/25745/24727 25744/25744/24726</w:t>
        <w:br/>
        <w:t>f 25745/25745/24727 25748/25748/24730 25746/25746/24728</w:t>
        <w:br/>
        <w:t>f 25745/25745/24727 25747/25747/24729 25748/25748/24730</w:t>
        <w:br/>
        <w:t>f 25746/25746/24728 25748/25748/24730 25749/25749/24731</w:t>
        <w:br/>
        <w:t>f 25696/25696/24679 25748/25748/24730 25747/25747/24729</w:t>
        <w:br/>
        <w:t>f 25748/25748/24730 25750/25750/24732 25749/25749/24731</w:t>
        <w:br/>
        <w:t>f 25748/25748/24730 25696/25696/24679 25750/25750/24732</w:t>
        <w:br/>
        <w:t>f 25671/25671/24655 25749/25749/24731 25750/25750/24732</w:t>
        <w:br/>
        <w:t>f 25696/25696/24679 25670/25670/24654 25750/25750/24732</w:t>
        <w:br/>
        <w:t>f 25750/25750/24732 25670/25670/24654 25671/25671/24655</w:t>
        <w:br/>
        <w:t>f 25753/25751/24733 25752/25752/24734 25751/25753/24735</w:t>
        <w:br/>
        <w:t>f 25754/25754/24736 25752/25752/24734 25753/25751/24733</w:t>
        <w:br/>
        <w:t>f 25757/25755/24737 25756/25756/24738 25755/25757/24739</w:t>
        <w:br/>
        <w:t>f 25754/25754/24736 25758/25758/24740 25752/25752/24734</w:t>
        <w:br/>
        <w:t>f 25757/25755/24737 25759/25759/24741 25756/25756/24738</w:t>
        <w:br/>
        <w:t>f 25762/25760/24742 25761/25761/24743 25760/25762/24744</w:t>
        <w:br/>
        <w:t>f 25763/25763/24745 25758/25758/24740 25754/25754/24736</w:t>
        <w:br/>
        <w:t>f 25763/25763/24745 25754/25754/24736 25759/25759/24746</w:t>
        <w:br/>
        <w:t>f 25764/25764/24747 25758/25758/24740 25763/25763/24745</w:t>
        <w:br/>
        <w:t>f 25758/25758/24740 25764/25764/24747 25765/25765/24748</w:t>
        <w:br/>
        <w:t>f 25764/25764/24747 25766/25766/24749 25765/25765/24748</w:t>
        <w:br/>
        <w:t>f 25767/25767/24750 25766/25766/24749 25764/25764/24747</w:t>
        <w:br/>
        <w:t>f 25770/25768/24751 25769/25769/24752 25768/25770/24751</w:t>
        <w:br/>
        <w:t>f 25763/25763/24745 25771/25771/24753 25764/25764/24747</w:t>
        <w:br/>
        <w:t>f 25769/25769/24754 25764/25764/24747 25771/25771/24753</w:t>
        <w:br/>
        <w:t>f 25771/25771/24753 25763/25763/24745 25772/25772/24755</w:t>
        <w:br/>
        <w:t>f 25763/25763/24745 25759/25759/24746 25772/25772/24755</w:t>
        <w:br/>
        <w:t>f 25775/25773/24756 25774/25774/24757 25773/25775/24758</w:t>
        <w:br/>
        <w:t>f 25774/25774/24757 25775/25773/24756 25776/25776/24759</w:t>
        <w:br/>
        <w:t>f 25778/25777/24760 25773/25775/24758 25777/25778/24761</w:t>
        <w:br/>
        <w:t>f 25761/25761/24743 25778/25777/24760 25777/25778/24761</w:t>
        <w:br/>
        <w:t>f 25775/25773/24756 25773/25775/24758 25778/25777/24760</w:t>
        <w:br/>
        <w:t>f 25778/25777/24760 25761/25761/24743 25779/25779/24762</w:t>
        <w:br/>
        <w:t>f 25779/25779/24762 25761/25761/24743 25762/25760/24742</w:t>
        <w:br/>
        <w:t>f 25775/25773/24756 25778/25777/24760 25780/25780/24763</w:t>
        <w:br/>
        <w:t>f 25779/25779/24762 25780/25780/24763 25778/25777/24760</w:t>
        <w:br/>
        <w:t>f 25782/25781/24764 25781/25782/24765 25775/25773/24756</w:t>
        <w:br/>
        <w:t>f 25780/25780/24763 25782/25781/24764 25775/25773/24756</w:t>
        <w:br/>
        <w:t>f 25781/25782/24765 25782/25781/24764 25783/25783/24766</w:t>
        <w:br/>
        <w:t>f 25785/25784/24767 25784/25785/24768 25779/25779/24762</w:t>
        <w:br/>
        <w:t>f 25780/25780/24763 25779/25779/24762 25784/25785/24768</w:t>
        <w:br/>
        <w:t>f 25784/25785/24768 25785/25784/24767 25786/25786/24769</w:t>
        <w:br/>
        <w:t>f 25789/25787/24770 25788/25788/24771 25787/25789/24772</w:t>
        <w:br/>
        <w:t>f 25792/25790/24773 25791/25791/24774 25790/25792/24775</w:t>
        <w:br/>
        <w:t>f 25793/25793/24776 25792/25790/24773 25790/25792/24775</w:t>
        <w:br/>
        <w:t>f 25792/25790/24773 25794/25794/24777 25791/25791/24774</w:t>
        <w:br/>
        <w:t>f 25795/25795/24778 25793/25793/24776 25788/25788/24771</w:t>
        <w:br/>
        <w:t>f 25789/25787/24770 25795/25795/24778 25788/25788/24771</w:t>
        <w:br/>
        <w:t>f 25792/25790/24773 25793/25793/24776 25796/25796/24779</w:t>
        <w:br/>
        <w:t>f 25795/25795/24778 25796/25796/24779 25793/25793/24776</w:t>
        <w:br/>
        <w:t>f 25794/25794/24777 25792/25790/24773 25797/25797/24780</w:t>
        <w:br/>
        <w:t>f 25796/25796/24779 25797/25797/24780 25792/25790/24773</w:t>
        <w:br/>
        <w:t>f 25797/25797/24780 25798/25798/24781 25794/25794/24777</w:t>
        <w:br/>
        <w:t>f 25789/25787/24770 25799/25799/24782 25795/25795/24778</w:t>
        <w:br/>
        <w:t>f 25799/25799/24782 25796/25796/24779 25795/25795/24778</w:t>
        <w:br/>
        <w:t>f 25799/25799/24782 25789/25787/24770 25800/25800/24783</w:t>
        <w:br/>
        <w:t>f 25797/25797/24780 25796/25796/24779 25801/25801/24784</w:t>
        <w:br/>
        <w:t>f 25796/25796/24779 25799/25799/24782 25801/25801/24784</w:t>
        <w:br/>
        <w:t>f 25798/25798/24781 25797/25797/24780 25802/25802/24785</w:t>
        <w:br/>
        <w:t>f 25801/25801/24784 25802/25802/24785 25797/25797/24780</w:t>
        <w:br/>
        <w:t>f 25798/25798/24781 25802/25802/24785 25803/25803/24786</w:t>
        <w:br/>
        <w:t>f 25803/25803/24786 25802/25802/24785 25804/25804/24787</w:t>
        <w:br/>
        <w:t>f 25802/25802/24785 25801/25801/24784 25805/25805/24788</w:t>
        <w:br/>
        <w:t>f 25802/25802/24785 25805/25805/24788 25804/25804/24787</w:t>
        <w:br/>
        <w:t>f 25806/25806/24789 25801/25801/24784 25799/25799/24782</w:t>
        <w:br/>
        <w:t>f 25801/25801/24784 25806/25806/24789 25805/25805/24788</w:t>
        <w:br/>
        <w:t>f 25805/25805/24788 25806/25806/24789 25804/25804/24787</w:t>
        <w:br/>
        <w:t>f 25800/25800/24783 25806/25806/24789 25799/25799/24782</w:t>
        <w:br/>
        <w:t>f 25806/25806/24789 25807/25807/24790 25804/25804/24787</w:t>
        <w:br/>
        <w:t>f 25806/25806/24789 25800/25800/24783 25807/25807/24790</w:t>
        <w:br/>
        <w:t>f 25810/25808/24791 25809/25809/24792 25808/25810/24793</w:t>
        <w:br/>
        <w:t>f 25809/25809/24792 25810/25808/24791 25811/25811/24794</w:t>
        <w:br/>
        <w:t>f 25812/25812/24795 25809/25809/24792 25811/25811/24794</w:t>
        <w:br/>
        <w:t>f 25813/25813/24796 25811/25811/24794 25810/25808/24791</w:t>
        <w:br/>
        <w:t>f 25811/25811/24794 25814/25814/24797 25812/25812/24795</w:t>
        <w:br/>
        <w:t>f 25811/25811/24794 25813/25813/24796 25815/25815/24798</w:t>
        <w:br/>
        <w:t>f 25815/25815/24798 25814/25814/24797 25811/25811/24794</w:t>
        <w:br/>
        <w:t>f 25816/25816/24799 25812/25812/24795 25814/25814/24797</w:t>
        <w:br/>
        <w:t>f 25812/25812/24795 25816/25816/24799 25817/25817/24800</w:t>
        <w:br/>
        <w:t>f 25816/25816/24799 25818/25818/24801 25817/25817/24800</w:t>
        <w:br/>
        <w:t>f 25815/25815/24798 25819/25819/24802 25814/25814/24797</w:t>
        <w:br/>
        <w:t>f 25819/25819/24802 25816/25816/24799 25814/25814/24797</w:t>
        <w:br/>
        <w:t>f 25813/25813/24796 25820/25820/24803 25815/25815/24798</w:t>
        <w:br/>
        <w:t>f 25820/25820/24803 25813/25813/24796 25821/25821/24804</w:t>
        <w:br/>
        <w:t>f 25820/25820/24803 25821/25821/24804 25822/25822/24805</w:t>
        <w:br/>
        <w:t>f 25823/25823/24806 25815/25815/24798 25820/25820/24803</w:t>
        <w:br/>
        <w:t>f 25815/25815/24798 25823/25823/24806 25819/25819/24802</w:t>
        <w:br/>
        <w:t>f 25820/25820/24803 25822/25822/24805 25824/25824/24807</w:t>
        <w:br/>
        <w:t>f 25823/25823/24806 25820/25820/24803 25824/25824/24807</w:t>
        <w:br/>
        <w:t>f 25822/25822/24805 25825/25825/24808 25824/25824/24807</w:t>
        <w:br/>
        <w:t>f 25825/25825/24808 25822/25822/24805 25826/25826/24809</w:t>
        <w:br/>
        <w:t>f 25825/25825/24808 25826/25826/24809 25827/25827/24810</w:t>
        <w:br/>
        <w:t>f 25825/25825/24808 25827/25827/24810 25828/25828/24811</w:t>
        <w:br/>
        <w:t>f 25829/25829/24812 25825/25825/24808 25828/25828/24811</w:t>
        <w:br/>
        <w:t>f 25829/25829/24812 25824/25824/24807 25825/25825/24808</w:t>
        <w:br/>
        <w:t>f 25830/25830/24813 25829/25829/24812 25828/25828/24811</w:t>
        <w:br/>
        <w:t>f 25824/25824/24807 25831/25831/24814 25823/25823/24806</w:t>
        <w:br/>
        <w:t>f 25824/25824/24807 25829/25829/24812 25831/25831/24814</w:t>
        <w:br/>
        <w:t>f 25832/25832/24815 25829/25829/24812 25830/25830/24813</w:t>
        <w:br/>
        <w:t>f 25832/25832/24815 25831/25831/24814 25829/25829/24812</w:t>
        <w:br/>
        <w:t>f 25830/25830/24813 25833/25833/24816 25832/25832/24815</w:t>
        <w:br/>
        <w:t>f 25834/25834/24817 25832/25832/24815 25833/25833/24816</w:t>
        <w:br/>
        <w:t>f 25835/25835/24818 25823/25823/24806 25831/25831/24814</w:t>
        <w:br/>
        <w:t>f 25835/25835/24818 25819/25819/24802 25823/25823/24806</w:t>
        <w:br/>
        <w:t>f 25831/25831/24814 25832/25832/24815 25836/25836/24819</w:t>
        <w:br/>
        <w:t>f 25831/25831/24814 25836/25836/24819 25835/25835/24818</w:t>
        <w:br/>
        <w:t>f 25832/25832/24815 25834/25834/24817 25837/25837/24820</w:t>
        <w:br/>
        <w:t>f 25838/25838/24821 25836/25836/24819 25832/25832/24815</w:t>
        <w:br/>
        <w:t>f 25837/25837/24820 25838/25838/24821 25832/25832/24815</w:t>
        <w:br/>
        <w:t>f 25838/25838/24821 25835/25835/24818 25836/25836/24819</w:t>
        <w:br/>
        <w:t>f 25839/25839/24822 25837/25837/24820 25834/25834/24817</w:t>
        <w:br/>
        <w:t>f 25839/25839/24822 25838/25838/24821 25837/25837/24820</w:t>
        <w:br/>
        <w:t>f 25834/25834/24817 25840/25840/24823 25839/25839/24822</w:t>
        <w:br/>
        <w:t>f 25819/25819/24802 25835/25835/24818 25841/25841/24824</w:t>
        <w:br/>
        <w:t>f 25819/25819/24802 25841/25841/24824 25816/25816/24799</w:t>
        <w:br/>
        <w:t>f 25835/25835/24818 25838/25838/24821 25842/25842/24825</w:t>
        <w:br/>
        <w:t>f 25842/25842/24825 25841/25841/24824 25835/25835/24818</w:t>
        <w:br/>
        <w:t>f 25843/25843/24826 25816/25816/24799 25841/25841/24824</w:t>
        <w:br/>
        <w:t>f 25818/25818/24801 25816/25816/24799 25843/25843/24826</w:t>
        <w:br/>
        <w:t>f 25843/25843/24826 25844/25844/24827 25818/25818/24801</w:t>
        <w:br/>
        <w:t>f 25841/25841/24824 25842/25842/24825 25845/25845/24828</w:t>
        <w:br/>
        <w:t>f 25841/25841/24824 25845/25845/24828 25843/25843/24826</w:t>
        <w:br/>
        <w:t>f 25844/25844/24827 25843/25843/24826 25846/25846/24829</w:t>
        <w:br/>
        <w:t>f 25846/25846/24829 25843/25843/24826 25845/25845/24828</w:t>
        <w:br/>
        <w:t>f 25847/25847/24830 25844/25844/24827 25846/25846/24829</w:t>
        <w:br/>
        <w:t>f 25848/25848/24831 25845/25845/24828 25842/25842/24825</w:t>
        <w:br/>
        <w:t>f 25848/25848/24831 25842/25842/24825 25838/25838/24821</w:t>
        <w:br/>
        <w:t>f 25847/25847/24830 25850/25849/24832 25849/25850/24833</w:t>
        <w:br/>
        <w:t>f 25850/25849/24832 25847/25847/24830 25851/25851/24834</w:t>
        <w:br/>
        <w:t>f 25846/25846/24829 25851/25851/24834 25847/25847/24830</w:t>
        <w:br/>
        <w:t>f 25851/25851/24834 25852/25852/24835 25850/25849/24832</w:t>
        <w:br/>
        <w:t>f 25845/25845/24828 25853/25853/24836 25846/25846/24829</w:t>
        <w:br/>
        <w:t>f 25853/25853/24836 25851/25851/24834 25846/25846/24829</w:t>
        <w:br/>
        <w:t>f 25845/25845/24828 25848/25848/24831 25853/25853/24836</w:t>
        <w:br/>
        <w:t>f 25852/25852/24835 25851/25851/24834 25854/25854/24837</w:t>
        <w:br/>
        <w:t>f 25851/25851/24834 25853/25853/24836 25854/25854/24837</w:t>
        <w:br/>
        <w:t>f 25855/25855/24838 25852/25852/24835 25854/25854/24837</w:t>
        <w:br/>
        <w:t>f 25853/25853/24836 25855/25855/24838 25854/25854/24837</w:t>
        <w:br/>
        <w:t>f 25855/25855/24838 25853/25853/24836 25848/25848/24831</w:t>
        <w:br/>
        <w:t>f 25855/25855/24838 25856/25856/24839 25852/25852/24835</w:t>
        <w:br/>
        <w:t>f 25855/25855/24838 25857/25857/24840 25856/25856/24839</w:t>
        <w:br/>
        <w:t>f 25855/25855/24838 25848/25848/24831 25858/25858/24841</w:t>
        <w:br/>
        <w:t>f 25838/25838/24821 25858/25858/24841 25848/25848/24831</w:t>
        <w:br/>
        <w:t>f 25838/25838/24821 25839/25839/24822 25858/25858/24841</w:t>
        <w:br/>
        <w:t>f 25857/25857/24840 25855/25855/24838 25859/25859/24842</w:t>
        <w:br/>
        <w:t>f 25858/25858/24841 25859/25859/24842 25855/25855/24838</w:t>
        <w:br/>
        <w:t>f 25860/25860/24843 25857/25857/24840 25859/25859/24842</w:t>
        <w:br/>
        <w:t>f 25858/25858/24841 25860/25860/24843 25859/25859/24842</w:t>
        <w:br/>
        <w:t>f 25860/25860/24843 25858/25858/24841 25839/25839/24822</w:t>
        <w:br/>
        <w:t>f 25861/25861/24844 25857/25857/24840 25860/25860/24843</w:t>
        <w:br/>
        <w:t>f 25860/25860/24843 25839/25839/24822 25840/25840/24823</w:t>
        <w:br/>
        <w:t>f 25860/25860/24843 25862/25862/24845 25861/25861/24844</w:t>
        <w:br/>
        <w:t>f 25840/25840/24823 25863/25863/24846 25860/25860/24843</w:t>
        <w:br/>
        <w:t>f 25862/25862/24845 25860/25860/24843 25863/25863/24846</w:t>
        <w:br/>
        <w:t>f 25866/25864/24847 25865/25865/24848 25864/25866/24849</w:t>
        <w:br/>
        <w:t>f 25865/25865/24848 25866/25864/24847 25867/25867/24850</w:t>
        <w:br/>
        <w:t>f 25868/25868/24851 25867/25867/24850 25866/25864/24847</w:t>
        <w:br/>
        <w:t>f 25867/25867/24850 25869/25869/24852 25865/25865/24848</w:t>
        <w:br/>
        <w:t>f 25867/25867/24850 25868/25868/24851 25870/25870/24853</w:t>
        <w:br/>
        <w:t>f 25871/25871/24854 25870/25870/24853 25868/25868/24851</w:t>
        <w:br/>
        <w:t>f 25869/25869/24852 25867/25867/24850 25872/25872/24855</w:t>
        <w:br/>
        <w:t>f 25870/25870/24853 25872/25872/24855 25867/25867/24850</w:t>
        <w:br/>
        <w:t>f 25873/25873/24856 25869/25869/24852 25872/25872/24855</w:t>
        <w:br/>
        <w:t>f 25873/25873/24856 25874/25874/24857 25869/25869/24852</w:t>
        <w:br/>
        <w:t>f 25877/25875/24858 25876/25876/24859 25875/25877/24860</w:t>
        <w:br/>
        <w:t>f 25878/25878/24861 25875/25877/24860 25876/25876/24859</w:t>
        <w:br/>
        <w:t>f 25876/25876/24859 25879/25879/24862 25878/25878/24861</w:t>
        <w:br/>
        <w:t>f 25880/25880/24863 25873/25873/24856 25872/25872/24855</w:t>
        <w:br/>
        <w:t>f 25879/25879/24862 25881/25881/24864 25878/25878/24861</w:t>
        <w:br/>
        <w:t>f 25872/25872/24855 25870/25870/24853 25882/25882/24865</w:t>
        <w:br/>
        <w:t>f 25880/25880/24863 25872/25872/24855 25882/25882/24865</w:t>
        <w:br/>
        <w:t>f 25883/25883/24866 25882/25882/24865 25870/25870/24853</w:t>
        <w:br/>
        <w:t>f 25870/25870/24853 25871/25871/24854 25883/25883/24866</w:t>
        <w:br/>
        <w:t>f 25884/25884/24867 25880/25880/24863 25882/25882/24865</w:t>
        <w:br/>
        <w:t>f 25882/25882/24865 25883/25883/24866 25884/25884/24867</w:t>
        <w:br/>
        <w:t>f 25881/25881/24864 25879/25879/24862 25885/25885/24868</w:t>
        <w:br/>
        <w:t>f 25880/25880/24863 25884/25884/24867 25886/25886/24869</w:t>
        <w:br/>
        <w:t>f 25885/25885/24868 25887/25887/24870 25881/25881/24864</w:t>
        <w:br/>
        <w:t>f 25888/25888/24871 25884/25884/24867 25883/25883/24866</w:t>
        <w:br/>
        <w:t>f 25888/25888/24871 25886/25886/24869 25884/25884/24867</w:t>
        <w:br/>
        <w:t>f 25889/25889/24872 25883/25883/24866 25871/25871/24854</w:t>
        <w:br/>
        <w:t>f 25888/25888/24871 25883/25883/24866 25889/25889/24872</w:t>
        <w:br/>
        <w:t>f 25889/25889/24872 25871/25871/24854 25890/25890/24873</w:t>
        <w:br/>
        <w:t>f 25891/25891/24874 25889/25889/24872 25890/25890/24873</w:t>
        <w:br/>
        <w:t>f 25886/25886/24869 25888/25888/24871 25892/25892/24875</w:t>
        <w:br/>
        <w:t>f 25887/25887/24870 25885/25885/24868 25893/25893/24870</w:t>
        <w:br/>
        <w:t>f 25895/25894/24876 25891/25891/24874 25894/25895/24877</w:t>
        <w:br/>
        <w:t>f 25896/25896/24878 25887/25887/24870 25893/25893/24870</w:t>
        <w:br/>
        <w:t>f 25897/25897/24879 25892/25892/24875 25888/25888/24871</w:t>
        <w:br/>
        <w:t>f 25887/25887/24870 25896/25896/24878 25898/25898/24880</w:t>
        <w:br/>
        <w:t>f 25895/25894/24876 25899/25899/24881 25891/25891/24874</w:t>
        <w:br/>
        <w:t>f 25889/25889/24872 25891/25891/24874 25899/25899/24881</w:t>
        <w:br/>
        <w:t>f 25899/25899/24881 25895/25894/24876 25900/25900/24882</w:t>
        <w:br/>
        <w:t>f 25901/25901/24883 25889/25889/24872 25899/25899/24881</w:t>
        <w:br/>
        <w:t>f 25900/25900/24882 25901/25901/24883 25899/25899/24881</w:t>
        <w:br/>
        <w:t>f 25901/25901/24883 25888/25888/24871 25889/25889/24872</w:t>
        <w:br/>
        <w:t>f 25897/25897/24879 25888/25888/24871 25901/25901/24883</w:t>
        <w:br/>
        <w:t>f 25900/25900/24882 25897/25897/24879 25901/25901/24883</w:t>
        <w:br/>
        <w:t>f 25897/25897/24879 25900/25900/24882 25902/25902/24884</w:t>
        <w:br/>
        <w:t>f 25903/25903/24885 25898/25898/24880 25896/25896/24878</w:t>
        <w:br/>
        <w:t>f 25898/25898/24880 25903/25903/24885 25904/25904/24886</w:t>
        <w:br/>
        <w:t>f 25907/25905/24887 25906/25906/24888 25905/25907/24889</w:t>
        <w:br/>
        <w:t>f 25906/25906/24888 25907/25905/24887 25908/25908/24890</w:t>
        <w:br/>
        <w:t>f 25908/25908/24890 25909/25909/24891 25906/25906/24888</w:t>
        <w:br/>
        <w:t>f 25910/25910/24892 25908/25908/24890 25907/25905/24887</w:t>
        <w:br/>
        <w:t>f 25909/25909/24891 25908/25908/24890 25911/25911/24893</w:t>
        <w:br/>
        <w:t>f 25911/25911/24893 25912/25912/24894 25909/25909/24891</w:t>
        <w:br/>
        <w:t>f 25908/25908/24890 25910/25910/24892 25913/25913/24895</w:t>
        <w:br/>
        <w:t>f 25913/25913/24895 25911/25911/24893 25908/25908/24890</w:t>
        <w:br/>
        <w:t>f 25913/25913/24895 25910/25910/24892 25914/25914/24896</w:t>
        <w:br/>
        <w:t>f 25915/25915/24897 25914/25914/24896 25910/25910/24892</w:t>
        <w:br/>
        <w:t>f 25911/25911/24893 25913/25913/24895 25916/25916/24898</w:t>
        <w:br/>
        <w:t>f 25914/25914/24896 25915/25915/24897 25917/25917/24899</w:t>
        <w:br/>
        <w:t>f 25917/25917/24899 25915/25915/24897 25918/25918/24900</w:t>
        <w:br/>
        <w:t>f 25914/25914/24896 25919/25919/24901 25913/25913/24895</w:t>
        <w:br/>
        <w:t>f 25917/25917/24899 25919/25919/24901 25914/25914/24896</w:t>
        <w:br/>
        <w:t>f 25916/25916/24898 25913/25913/24895 25919/25919/24901</w:t>
        <w:br/>
        <w:t>f 25918/25918/24900 25920/25920/24902 25917/25917/24899</w:t>
        <w:br/>
        <w:t>f 25920/25920/24902 25918/25918/24900 25921/25921/24903</w:t>
        <w:br/>
        <w:t>f 25922/25922/24904 25920/25920/24902 25921/25921/24903</w:t>
        <w:br/>
        <w:t>f 25920/25920/24902 25922/25922/24904 25923/25923/24905</w:t>
        <w:br/>
        <w:t>f 25923/25923/24905 25924/25924/24906 25920/25920/24902</w:t>
        <w:br/>
        <w:t>f 25924/25924/24906 25917/25917/24899 25920/25920/24902</w:t>
        <w:br/>
        <w:t>f 25924/25924/24906 25923/25923/24905 25925/25925/24907</w:t>
        <w:br/>
        <w:t>f 25917/25917/24899 25924/25924/24906 25926/25926/24908</w:t>
        <w:br/>
        <w:t>f 25919/25919/24901 25917/25917/24899 25926/25926/24908</w:t>
        <w:br/>
        <w:t>f 25925/25925/24907 25927/25927/24909 25924/25924/24906</w:t>
        <w:br/>
        <w:t>f 25927/25927/24909 25925/25925/24907 25928/25928/24910</w:t>
        <w:br/>
        <w:t>f 25924/25924/24906 25929/25929/24911 25926/25926/24908</w:t>
        <w:br/>
        <w:t>f 25929/25929/24911 25924/25924/24906 25927/25927/24909</w:t>
        <w:br/>
        <w:t>f 25926/25926/24908 25930/25930/24912 25919/25919/24901</w:t>
        <w:br/>
        <w:t>f 25930/25930/24912 25926/25926/24908 25929/25929/24911</w:t>
        <w:br/>
        <w:t>f 25928/25928/24910 25931/25931/24913 25927/25927/24909</w:t>
        <w:br/>
        <w:t>f 25931/25931/24913 25928/25928/24910 25932/25932/24914</w:t>
        <w:br/>
        <w:t>f 25933/25933/24915 25931/25931/24913 25932/25932/24914</w:t>
        <w:br/>
        <w:t>f 25927/25927/24909 25934/25934/24916 25929/25929/24911</w:t>
        <w:br/>
        <w:t>f 25934/25934/24916 25927/25927/24909 25931/25931/24913</w:t>
        <w:br/>
        <w:t>f 25931/25931/24913 25933/25933/24915 25935/25935/24917</w:t>
        <w:br/>
        <w:t>f 25935/25935/24917 25934/25934/24916 25931/25931/24913</w:t>
        <w:br/>
        <w:t>f 25933/25933/24915 25936/25936/24918 25935/25935/24917</w:t>
        <w:br/>
        <w:t>f 25936/25936/24918 25933/25933/24915 25937/25937/24919</w:t>
        <w:br/>
        <w:t>f 25934/25934/24916 25935/25935/24917 25938/25938/24920</w:t>
        <w:br/>
        <w:t>f 25936/25936/24918 25938/25938/24920 25935/25935/24917</w:t>
        <w:br/>
        <w:t>f 25939/25939/24921 25929/25929/24911 25934/25934/24916</w:t>
        <w:br/>
        <w:t>f 25938/25938/24920 25939/25939/24921 25934/25934/24916</w:t>
        <w:br/>
        <w:t>f 25929/25929/24911 25939/25939/24921 25930/25930/24912</w:t>
        <w:br/>
        <w:t>f 25937/25937/24919 25940/25940/24922 25936/25936/24918</w:t>
        <w:br/>
        <w:t>f 25940/25940/24922 25937/25937/24919 25941/25941/24923</w:t>
        <w:br/>
        <w:t>f 25940/25940/24922 25942/25942/24924 25936/25936/24918</w:t>
        <w:br/>
        <w:t>f 25938/25938/24920 25936/25936/24918 25942/25942/24924</w:t>
        <w:br/>
        <w:t>f 25942/25942/24924 25940/25940/24922 25943/25943/24925</w:t>
        <w:br/>
        <w:t>f 25944/25944/24926 25942/25942/24924 25943/25943/24925</w:t>
        <w:br/>
        <w:t>f 25945/25945/24927 25938/25938/24920 25942/25942/24924</w:t>
        <w:br/>
        <w:t>f 25942/25942/24924 25944/25944/24926 25945/25945/24927</w:t>
        <w:br/>
        <w:t>f 25946/25946/24928 25939/25939/24921 25938/25938/24920</w:t>
        <w:br/>
        <w:t>f 25938/25938/24920 25945/25945/24927 25946/25946/24928</w:t>
        <w:br/>
        <w:t>f 25939/25939/24921 25946/25946/24928 25947/25947/24929</w:t>
        <w:br/>
        <w:t>f 25947/25947/24929 25930/25930/24912 25939/25939/24921</w:t>
        <w:br/>
        <w:t>f 25946/25946/24928 25945/25945/24927 25948/25948/24930</w:t>
        <w:br/>
        <w:t>f 25948/25948/24930 25947/25947/24929 25946/25946/24928</w:t>
        <w:br/>
        <w:t>f 25945/25945/24927 25944/25944/24926 25949/25949/24931</w:t>
        <w:br/>
        <w:t>f 25949/25949/24931 25948/25948/24930 25945/25945/24927</w:t>
        <w:br/>
        <w:t>f 25950/25950/24932 25949/25949/24931 25944/25944/24926</w:t>
        <w:br/>
        <w:t>f 25951/25951/24933 25949/25949/24931 25950/25950/24932</w:t>
        <w:br/>
        <w:t>f 25949/25949/24931 25951/25951/24933 25952/25952/24934</w:t>
        <w:br/>
        <w:t>f 25952/25952/24934 25948/25948/24930 25949/25949/24931</w:t>
        <w:br/>
        <w:t>f 25953/25953/24935 25952/25952/24934 25951/25951/24933</w:t>
        <w:br/>
        <w:t>f 25952/25952/24934 25953/25953/24935 25954/25954/24936</w:t>
        <w:br/>
        <w:t>f 25948/25948/24930 25952/25952/24934 25955/25955/24937</w:t>
        <w:br/>
        <w:t>f 25954/25954/24936 25955/25955/24937 25952/25952/24934</w:t>
        <w:br/>
        <w:t>f 25955/25955/24937 25947/25947/24929 25948/25948/24930</w:t>
        <w:br/>
        <w:t>f 25955/25955/24937 25954/25954/24936 25956/25956/24938</w:t>
        <w:br/>
        <w:t>f 25956/25956/24938 25957/25957/24939 25955/25955/24937</w:t>
        <w:br/>
        <w:t>f 25947/25947/24929 25955/25955/24937 25957/25957/24939</w:t>
        <w:br/>
        <w:t>f 25957/25957/24939 25956/25956/24938 25958/25958/24940</w:t>
        <w:br/>
        <w:t>f 25958/25958/24940 25912/25912/24894 25957/25957/24939</w:t>
        <w:br/>
        <w:t>f 25957/25957/24939 25959/25959/24941 25947/25947/24929</w:t>
        <w:br/>
        <w:t>f 25930/25930/24912 25947/25947/24929 25959/25959/24941</w:t>
        <w:br/>
        <w:t>f 25959/25959/24941 25919/25919/24901 25930/25930/24912</w:t>
        <w:br/>
        <w:t>f 25919/25919/24901 25959/25959/24941 25916/25916/24898</w:t>
        <w:br/>
        <w:t>f 25960/25960/24942 25957/25957/24939 25912/25912/24894</w:t>
        <w:br/>
        <w:t>f 25959/25959/24941 25957/25957/24939 25960/25960/24942</w:t>
        <w:br/>
        <w:t>f 25960/25960/24942 25916/25916/24898 25959/25959/24941</w:t>
        <w:br/>
        <w:t>f 25912/25912/24894 25911/25911/24893 25960/25960/24942</w:t>
        <w:br/>
        <w:t>f 25916/25916/24898 25960/25960/24942 25911/25911/24893</w:t>
        <w:br/>
        <w:t>f 25963/25961/24943 25962/25962/24944 25961/25963/24945</w:t>
        <w:br/>
        <w:t>f 25962/25962/24944 25963/25961/24943 25964/25964/24946</w:t>
        <w:br/>
        <w:t>f 25964/25964/24946 25965/25965/24947 25962/25962/24944</w:t>
        <w:br/>
        <w:t>f 25966/25966/24948 25964/25964/24946 25963/25961/24943</w:t>
        <w:br/>
        <w:t>f 25965/25965/24947 25964/25964/24946 25967/25967/24949</w:t>
        <w:br/>
        <w:t>f 25964/25964/24946 25966/25966/24948 25968/25968/24950</w:t>
        <w:br/>
        <w:t>f 25968/25968/24950 25967/25967/24949 25964/25964/24946</w:t>
        <w:br/>
        <w:t>f 25966/25966/24948 25969/25969/24951 25968/25968/24950</w:t>
        <w:br/>
        <w:t>f 25969/25969/24951 25966/25966/24948 25970/25970/24952</w:t>
        <w:br/>
        <w:t>f 25967/25967/24949 25968/25968/24950 25971/25971/24953</w:t>
        <w:br/>
        <w:t>f 25970/25970/24952 25972/25972/24954 25969/25969/24951</w:t>
        <w:br/>
        <w:t>f 25972/25972/24954 25970/25970/24952 25973/25973/24955</w:t>
        <w:br/>
        <w:t>f 25974/25974/24956 25968/25968/24950 25969/25969/24951</w:t>
        <w:br/>
        <w:t>f 25968/25968/24950 25974/25974/24956 25971/25971/24953</w:t>
        <w:br/>
        <w:t>f 25975/25975/24957 25969/25969/24951 25972/25972/24954</w:t>
        <w:br/>
        <w:t>f 25969/25969/24951 25975/25975/24957 25974/25974/24956</w:t>
        <w:br/>
        <w:t>f 25973/25973/24955 25976/25976/24958 25972/25972/24954</w:t>
        <w:br/>
        <w:t>f 25976/25976/24958 25973/25973/24955 25977/25977/24959</w:t>
        <w:br/>
        <w:t>f 25978/25978/24960 25976/25976/24958 25977/25977/24959</w:t>
        <w:br/>
        <w:t>f 25979/25979/24961 25972/25972/24954 25976/25976/24958</w:t>
        <w:br/>
        <w:t>f 25972/25972/24954 25979/25979/24961 25975/25975/24957</w:t>
        <w:br/>
        <w:t>f 25976/25976/24958 25978/25978/24960 25980/25980/24962</w:t>
        <w:br/>
        <w:t>f 25980/25980/24962 25979/25979/24961 25976/25976/24958</w:t>
        <w:br/>
        <w:t>f 25981/25981/24963 25980/25980/24962 25978/25978/24960</w:t>
        <w:br/>
        <w:t>f 25980/25980/24962 25981/25981/24963 25982/25982/24964</w:t>
        <w:br/>
        <w:t>f 25979/25979/24961 25980/25980/24962 25983/25983/24965</w:t>
        <w:br/>
        <w:t>f 25982/25982/24964 25983/25983/24965 25980/25980/24962</w:t>
        <w:br/>
        <w:t>f 25981/25981/24963 25984/25984/24966 25982/25982/24964</w:t>
        <w:br/>
        <w:t>f 25984/25984/24966 25981/25981/24963 25985/25985/24967</w:t>
        <w:br/>
        <w:t>f 25983/25983/24965 25982/25982/24964 25986/25986/24968</w:t>
        <w:br/>
        <w:t>f 25984/25984/24966 25986/25986/24968 25982/25982/24964</w:t>
        <w:br/>
        <w:t>f 25985/25985/24967 25987/25987/24969 25984/25984/24966</w:t>
        <w:br/>
        <w:t>f 25987/25987/24969 25985/25985/24967 25988/25988/24970</w:t>
        <w:br/>
        <w:t>f 25986/25986/24968 25984/25984/24966 25989/25989/24971</w:t>
        <w:br/>
        <w:t>f 25987/25987/24969 25989/25989/24971 25984/25984/24966</w:t>
        <w:br/>
        <w:t>f 25991/25990/24972 25988/25988/24970 25990/25991/24973</w:t>
        <w:br/>
        <w:t>f 25988/25988/24970 25991/25990/24972 25987/25987/24969</w:t>
        <w:br/>
        <w:t>f 25991/25990/24972 25992/25992/24974 25987/25987/24969</w:t>
        <w:br/>
        <w:t>f 25989/25989/24971 25987/25987/24969 25992/25992/24974</w:t>
        <w:br/>
        <w:t>f 25992/25992/24974 25991/25990/24972 25993/25993/24975</w:t>
        <w:br/>
        <w:t>f 25989/25989/24971 25994/25994/24976 25986/25986/24968</w:t>
        <w:br/>
        <w:t>f 25994/25994/24976 25983/25983/24965 25986/25986/24968</w:t>
        <w:br/>
        <w:t>f 25992/25992/24974 25995/25995/24977 25989/25989/24971</w:t>
        <w:br/>
        <w:t>f 25994/25994/24976 25989/25989/24971 25995/25995/24977</w:t>
        <w:br/>
        <w:t>f 25993/25993/24975 25996/25996/24978 25992/25992/24974</w:t>
        <w:br/>
        <w:t>f 25995/25995/24977 25992/25992/24974 25996/25996/24978</w:t>
        <w:br/>
        <w:t>f 25996/25996/24978 25993/25993/24975 25997/25997/24979</w:t>
        <w:br/>
        <w:t>f 26000/25998/24980 25999/25999/24981 25998/26000/24980</w:t>
        <w:br/>
        <w:t>f 25999/25999/24981 26000/25998/24980 26001/26001/24982</w:t>
        <w:br/>
        <w:t>f 26001/26001/24982 26002/26002/24983 25999/25999/24981</w:t>
        <w:br/>
        <w:t>f 26002/26002/24983 26001/26001/24982 26003/26003/24984</w:t>
        <w:br/>
        <w:t>f 26003/26003/24984 26004/26004/24985 26002/26002/24983</w:t>
        <w:br/>
        <w:t>f 26004/26004/24985 26003/26003/24984 26005/26005/24986</w:t>
        <w:br/>
        <w:t>f 26005/26005/24986 26006/26006/24987 26004/26004/24985</w:t>
        <w:br/>
        <w:t>f 26004/26004/24985 26006/26006/24987 26007/26007/24988</w:t>
        <w:br/>
        <w:t>f 25983/25983/24965 25994/25994/24976 26008/26008/24989</w:t>
        <w:br/>
        <w:t>f 26009/26009/24990 26007/26007/24988 26006/26006/24987</w:t>
        <w:br/>
        <w:t>f 26008/26008/24989 25979/25979/24961 25983/25983/24965</w:t>
        <w:br/>
        <w:t>f 26010/26010/24991 26007/26007/24988 26009/26009/24990</w:t>
        <w:br/>
        <w:t>f 25979/25979/24961 26008/26008/24989 26011/26011/24992</w:t>
        <w:br/>
        <w:t>f 26009/26009/24990 26012/26012/24993 26010/26010/24991</w:t>
        <w:br/>
        <w:t>f 26013/26013/24994 25979/25979/24961 26011/26011/24992</w:t>
        <w:br/>
        <w:t>f 26012/26012/24993 26009/26009/24990 26014/26014/24995</w:t>
        <w:br/>
        <w:t>f 25979/25979/24961 26013/26013/24994 25975/25975/24957</w:t>
        <w:br/>
        <w:t>f 26015/26015/24996 26012/26012/24993 26014/26014/24995</w:t>
        <w:br/>
        <w:t>f 26016/26016/24997 25975/25975/24957 26013/26013/24994</w:t>
        <w:br/>
        <w:t>f 26017/26017/24998 26012/26012/24993 26015/26015/24996</w:t>
        <w:br/>
        <w:t>f 25975/25975/24957 26016/26016/24997 25974/25974/24956</w:t>
        <w:br/>
        <w:t>f 26015/26015/24999 26018/26018/25000 26016/26016/24997</w:t>
        <w:br/>
        <w:t>f 26018/26018/25000 26015/26015/24999 26019/26019/25001</w:t>
        <w:br/>
        <w:t>f 26022/26020/25002 26021/26021/25003 26020/26022/25004</w:t>
        <w:br/>
        <w:t>f 26023/26023/25005 25974/25974/24956 26016/26016/24997</w:t>
        <w:br/>
        <w:t>f 26018/26018/25000 26023/26023/25005 26016/26016/24997</w:t>
        <w:br/>
        <w:t>f 25974/25974/24956 26023/26023/25005 25971/25971/24953</w:t>
        <w:br/>
        <w:t>f 26023/26023/25005 25967/25967/24949 25971/25971/24953</w:t>
        <w:br/>
        <w:t>f 26020/26022/25004 26021/26021/25003 26024/26024/25006</w:t>
        <w:br/>
        <w:t>f 26027/26025/25007 26026/26026/25008 26025/26027/25008</w:t>
        <w:br/>
        <w:t>f 26023/26023/25005 26018/26018/25000 26028/26028/25009</w:t>
        <w:br/>
        <w:t>f 26029/26029/25010 26020/26022/25004 26024/26024/25006</w:t>
        <w:br/>
        <w:t>f 25967/25967/24949 26023/26023/25005 26030/26030/25011</w:t>
        <w:br/>
        <w:t>f 26030/26030/25011 25965/25965/24947 25967/25967/24949</w:t>
        <w:br/>
        <w:t>f 25965/25965/24947 26030/26030/25011 26031/26031/25012</w:t>
        <w:br/>
        <w:t>f 26031/26031/25012 26030/26030/25011 26032/26032/25013</w:t>
        <w:br/>
        <w:t>f 26030/26030/25011 26023/26023/25005 26033/26033/25014</w:t>
        <w:br/>
        <w:t>f 26033/26033/25014 26032/26032/25013 26030/26030/25011</w:t>
        <w:br/>
        <w:t>f 26028/26028/25009 26033/26033/25014 26023/26023/25005</w:t>
        <w:br/>
        <w:t>f 26034/26034/25015 26032/26032/25013 26033/26033/25014</w:t>
        <w:br/>
        <w:t>f 26032/26032/25013 26034/26034/25015 26035/26035/25016</w:t>
        <w:br/>
        <w:t>f 26036/26036/25017 26035/26035/25016 26034/26034/25015</w:t>
        <w:br/>
        <w:t>f 26033/26033/25014 26028/26028/25009 26037/26037/25018</w:t>
        <w:br/>
        <w:t>f 26024/26024/25019 26037/26037/25018 26028/26028/25009</w:t>
        <w:br/>
        <w:t>f 26033/26033/25014 26038/26038/25020 26034/26034/25015</w:t>
        <w:br/>
        <w:t>f 26038/26038/25020 26033/26033/25014 26037/26037/25018</w:t>
        <w:br/>
        <w:t>f 26039/26039/25021 26036/26036/25017 26034/26034/25015</w:t>
        <w:br/>
        <w:t>f 26039/26039/25021 26034/26034/25015 26038/26038/25020</w:t>
        <w:br/>
        <w:t>f 26040/26040/25022 26036/26036/25017 26039/26039/25021</w:t>
        <w:br/>
        <w:t>f 26038/26038/25020 26040/26040/25022 26039/26039/25021</w:t>
        <w:br/>
        <w:t>f 26036/26036/25017 26040/26040/25022 26041/26041/25023</w:t>
        <w:br/>
        <w:t>f 26040/26040/25022 26042/26042/25024 26041/26041/25023</w:t>
        <w:br/>
        <w:t>f 26042/26042/25024 26040/26040/25022 26043/26043/25025</w:t>
        <w:br/>
        <w:t>f 26042/26042/25024 26043/26043/25025 26044/26044/25026</w:t>
        <w:br/>
        <w:t>f 26040/26040/25022 26038/26038/25020 26045/26045/25027</w:t>
        <w:br/>
        <w:t>f 26045/26045/25027 26043/26043/25025 26040/26040/25022</w:t>
        <w:br/>
        <w:t>f 26046/26046/25028 26044/26044/25026 26043/26043/25025</w:t>
        <w:br/>
        <w:t>f 26043/26043/25025 26045/26045/25027 26046/26046/25028</w:t>
        <w:br/>
        <w:t>f 26044/26044/25026 26046/26046/25028 26047/26047/25029</w:t>
        <w:br/>
        <w:t>f 26038/26038/25020 26048/26048/25030 26045/26045/25027</w:t>
        <w:br/>
        <w:t>f 26046/26046/25028 26045/26045/25027 26048/26048/25030</w:t>
        <w:br/>
        <w:t>f 26048/26048/25030 26038/26038/25020 26037/26037/25018</w:t>
        <w:br/>
        <w:t>f 26046/26046/25028 26049/26049/25031 26047/26047/25029</w:t>
        <w:br/>
        <w:t>f 26050/26050/25032 26048/26048/25030 26037/26037/25018</w:t>
        <w:br/>
        <w:t>f 26037/26037/25018 26024/26024/25019 26050/26050/25032</w:t>
        <w:br/>
        <w:t>f 26050/26050/25032 26024/26024/25019 26027/26025/25007</w:t>
        <w:br/>
        <w:t>f 26046/26046/25028 26048/26048/25030 26051/26051/25033</w:t>
        <w:br/>
        <w:t>f 26048/26048/25030 26050/26050/25032 26051/26051/25033</w:t>
        <w:br/>
        <w:t>f 26049/26049/25031 26046/26046/25028 26052/26052/25034</w:t>
        <w:br/>
        <w:t>f 26046/26046/25028 26051/26051/25033 26052/26052/25034</w:t>
        <w:br/>
        <w:t>f 26027/26025/25007 26053/26053/25035 26050/26050/25032</w:t>
        <w:br/>
        <w:t>f 26053/26053/25035 26051/26051/25033 26050/26050/25032</w:t>
        <w:br/>
        <w:t>f 26053/26053/25035 26027/26025/25007 26054/26054/25036</w:t>
        <w:br/>
        <w:t>f 26055/26055/25037 26052/26052/25034 26051/26051/25033</w:t>
        <w:br/>
        <w:t>f 26051/26051/25033 26053/26053/25035 26055/26055/25037</w:t>
        <w:br/>
        <w:t>f 26052/26052/25034 26056/26056/25038 26049/26049/25031</w:t>
        <w:br/>
        <w:t>f 26052/26052/25034 26055/26055/25037 26056/26056/25038</w:t>
        <w:br/>
        <w:t>f 26049/26049/25031 26056/26056/25038 26057/26057/25039</w:t>
        <w:br/>
        <w:t>f 26053/26053/25035 26058/26058/25040 26055/26055/25037</w:t>
        <w:br/>
        <w:t>f 26058/26058/25040 26056/26056/25038 26055/26055/25037</w:t>
        <w:br/>
        <w:t>f 26056/26056/25038 26059/26059/25041 26057/26057/25039</w:t>
        <w:br/>
        <w:t>f 26056/26056/25038 26058/26058/25040 26059/26059/25041</w:t>
        <w:br/>
        <w:t>f 26059/26059/25041 26060/26060/25042 26057/26057/25039</w:t>
        <w:br/>
        <w:t>f 26061/26061/25043 26060/26060/25042 26059/26059/25041</w:t>
        <w:br/>
        <w:t>f 26058/26058/25040 26061/26061/25043 26059/26059/25041</w:t>
        <w:br/>
        <w:t>f 26061/26061/25043 26062/26062/25044 26060/26060/25042</w:t>
        <w:br/>
        <w:t>f 26062/26062/25044 26064/26063/25045 26063/26064/25046</w:t>
        <w:br/>
        <w:t>f 26064/26063/25045 26065/26065/25047 26063/26064/25046</w:t>
        <w:br/>
        <w:t>f 26061/26061/25043 26058/26058/25040 26066/26066/25048</w:t>
        <w:br/>
        <w:t>f 26063/26064/25046 26065/26065/25047 26067/26067/25049</w:t>
        <w:br/>
        <w:t>f 26067/26067/25049 26069/26068/25050 26068/26069/25051</w:t>
        <w:br/>
        <w:t>f 26069/26068/25050 26067/26067/25049 26070/26070/25050</w:t>
        <w:br/>
        <w:t>f 26070/26070/25050 26067/26067/25049 26071/26071/25052</w:t>
        <w:br/>
        <w:t>f 26071/26071/25052 26067/26067/25049 26065/26065/25047</w:t>
        <w:br/>
        <w:t>f 26074/26072/25053 26073/26073/25054 26072/26074/25055</w:t>
        <w:br/>
        <w:t>f 26073/26073/25054 26075/26075/25056 26072/26074/25055</w:t>
        <w:br/>
        <w:t>f 26066/26066/25048 26076/26076/25057 26073/26073/25054</w:t>
        <w:br/>
        <w:t>f 26073/26073/25054 26076/26076/25057 26075/26075/25056</w:t>
        <w:br/>
        <w:t>f 26076/26076/25057 26066/26066/25048 26058/26058/25040</w:t>
        <w:br/>
        <w:t>f 26058/26058/25040 26053/26053/25035 26076/26076/25057</w:t>
        <w:br/>
        <w:t>f 26054/26054/25036 26076/26076/25057 26053/26053/25035</w:t>
        <w:br/>
        <w:t>f 26075/26075/25056 26076/26076/25057 26077/26077/25058</w:t>
        <w:br/>
        <w:t>f 26076/26076/25057 26054/26054/25036 26077/26077/25058</w:t>
        <w:br/>
        <w:t>f 26080/26078/25059 26079/26079/25060 26078/26080/25061</w:t>
        <w:br/>
        <w:t>f 26079/26079/25060 26080/26078/25059 26081/26081/25062</w:t>
        <w:br/>
        <w:t>f 26081/26081/25062 26082/26082/25063 26079/26079/25060</w:t>
        <w:br/>
        <w:t>f 26083/26083/25064 26081/26081/25062 26080/26078/25059</w:t>
        <w:br/>
        <w:t>f 26082/26082/25063 26081/26081/25062 26084/26084/25065</w:t>
        <w:br/>
        <w:t>f 26084/26084/25065 26085/26085/25066 26082/26082/25063</w:t>
        <w:br/>
        <w:t>f 26081/26081/25062 26083/26083/25064 26086/26086/25067</w:t>
        <w:br/>
        <w:t>f 26086/26086/25067 26084/26084/25065 26081/26081/25062</w:t>
        <w:br/>
        <w:t>f 26089/26087/25068 26088/26088/25069 26087/26089/25070</w:t>
        <w:br/>
        <w:t>f 26085/26085/25066 26084/26084/25065 26090/26090/25071</w:t>
        <w:br/>
        <w:t>f 26090/26090/25071 26091/26091/25072 26085/26085/25066</w:t>
        <w:br/>
        <w:t>f 26088/26088/25069 26089/26087/25068 26092/26092/25073</w:t>
        <w:br/>
        <w:t>f 26091/26091/25072 26090/26090/25071 26093/26093/25074</w:t>
        <w:br/>
        <w:t>f 26093/26093/25074 26094/26094/25075 26091/26091/25072</w:t>
        <w:br/>
        <w:t>f 26089/26087/25068 26095/26095/25076 26092/26092/25073</w:t>
        <w:br/>
        <w:t>f 26095/26095/25076 26089/26087/25068 26096/26096/25077</w:t>
        <w:br/>
        <w:t>f 26095/26095/25076 26096/26096/25077 26097/26097/25078</w:t>
        <w:br/>
        <w:t>f 26097/26097/25078 26098/26098/25079 26095/26095/25076</w:t>
        <w:br/>
        <w:t>f 26092/26092/25073 26095/26095/25076 26099/26099/25080</w:t>
        <w:br/>
        <w:t>f 26092/26092/25073 26099/26099/25080 26088/26088/25069</w:t>
        <w:br/>
        <w:t>f 26100/26100/25081 26095/26095/25076 26098/26098/25079</w:t>
        <w:br/>
        <w:t>f 26099/26099/25080 26095/26095/25076 26100/26100/25081</w:t>
        <w:br/>
        <w:t>f 26098/26098/25079 26101/26101/25082 26100/26100/25081</w:t>
        <w:br/>
        <w:t>f 26102/26102/25083 26088/26088/25069 26099/26099/25080</w:t>
        <w:br/>
        <w:t>f 26084/26084/25065 26086/26086/25067 26103/26103/25084</w:t>
        <w:br/>
        <w:t>f 26100/26100/25081 26104/26104/25085 26099/26099/25080</w:t>
        <w:br/>
        <w:t>f 26104/26104/25085 26100/26100/25081 26101/26101/25082</w:t>
        <w:br/>
        <w:t>f 26102/26102/25083 26099/26099/25080 26105/26105/25086</w:t>
        <w:br/>
        <w:t>f 26104/26104/25085 26105/26105/25086 26099/26099/25080</w:t>
        <w:br/>
        <w:t>f 26106/26106/25087 26084/26084/25065 26103/26103/25084</w:t>
        <w:br/>
        <w:t>f 26105/26105/25086 26107/26107/25088 26102/26102/25083</w:t>
        <w:br/>
        <w:t>f 26084/26084/25065 26106/26106/25087 26090/26090/25071</w:t>
        <w:br/>
        <w:t>f 26104/26104/25085 26108/26108/25089 26105/26105/25086</w:t>
        <w:br/>
        <w:t>f 26107/26107/25088 26105/26105/25086 26108/26108/25089</w:t>
        <w:br/>
        <w:t>f 26104/26104/25085 26101/26101/25082 26109/26109/25090</w:t>
        <w:br/>
        <w:t>f 26108/26108/25089 26104/26104/25085 26109/26109/25090</w:t>
        <w:br/>
        <w:t>f 26101/26101/25082 26110/26110/25091 26109/26109/25090</w:t>
        <w:br/>
        <w:t>f 26110/26110/25091 26111/26111/25092 26109/26109/25090</w:t>
        <w:br/>
        <w:t>f 26111/26111/25092 26108/26108/25089 26109/26109/25090</w:t>
        <w:br/>
        <w:t>f 26111/26111/25092 26110/26110/25091 26112/26112/25093</w:t>
        <w:br/>
        <w:t>f 26113/26113/25094 26107/26107/25088 26108/26108/25089</w:t>
        <w:br/>
        <w:t>f 26108/26108/25089 26111/26111/25092 26113/26113/25094</w:t>
        <w:br/>
        <w:t>f 26114/26114/25095 26090/26090/25071 26106/26106/25087</w:t>
        <w:br/>
        <w:t>f 26115/26115/25096 26107/26107/25088 26113/26113/25094</w:t>
        <w:br/>
        <w:t>f 26090/26090/25071 26114/26114/25095 26093/26093/25074</w:t>
        <w:br/>
        <w:t>f 26116/26116/25097 26111/26111/25092 26112/26112/25093</w:t>
        <w:br/>
        <w:t>f 26111/26111/25092 26116/26116/25097 26117/26117/25098</w:t>
        <w:br/>
        <w:t>f 26112/26112/25093 26118/26118/25099 26116/26116/25097</w:t>
        <w:br/>
        <w:t>f 26121/26119/25100 26120/26120/25101 26119/26121/25100</w:t>
        <w:br/>
        <w:t>f 26115/26115/25096 26113/26113/25094 26122/26122/25102</w:t>
        <w:br/>
        <w:t>f 26116/26116/25097 26122/26122/25102 26113/26113/25094</w:t>
        <w:br/>
        <w:t>f 26123/26123/25103 26116/26116/25097 26120/26120/25101</w:t>
        <w:br/>
        <w:t>f 26122/26122/25102 26116/26116/25097 26123/26123/25103</w:t>
        <w:br/>
        <w:t>f 26120/26120/25101 26124/26124/25104 26123/26123/25103</w:t>
        <w:br/>
        <w:t>f 26122/26122/25102 26125/26125/25105 26115/26115/25096</w:t>
        <w:br/>
        <w:t>f 26126/26126/25106 26093/26093/25074 26114/26114/25095</w:t>
        <w:br/>
        <w:t>f 26123/26123/25103 26127/26127/25107 26122/26122/25102</w:t>
        <w:br/>
        <w:t>f 26125/26125/25105 26122/26122/25102 26127/26127/25107</w:t>
        <w:br/>
        <w:t>f 26128/26128/25108 26123/26123/25103 26124/26124/25104</w:t>
        <w:br/>
        <w:t>f 26127/26127/25107 26123/26123/25103 26128/26128/25108</w:t>
        <w:br/>
        <w:t>f 26124/26124/25104 26129/26129/25109 26128/26128/25108</w:t>
        <w:br/>
        <w:t>f 26127/26127/25107 26128/26128/25108 26129/26129/25109</w:t>
        <w:br/>
        <w:t>f 26129/26129/25109 26124/26124/25104 26130/26130/25110</w:t>
        <w:br/>
        <w:t>f 26131/26131/25111 26127/26127/25107 26129/26129/25109</w:t>
        <w:br/>
        <w:t>f 26130/26130/25110 26132/26132/25112 26129/26129/25109</w:t>
        <w:br/>
        <w:t>f 26132/26132/25112 26131/26131/25111 26129/26129/25109</w:t>
        <w:br/>
        <w:t>f 26132/26132/25112 26130/26130/25110 26133/26133/25113</w:t>
        <w:br/>
        <w:t>f 26136/26134/25114 26135/26135/25114 26134/26136/25115</w:t>
        <w:br/>
        <w:t>f 26137/26137/25116 26127/26127/25107 26131/26131/25111</w:t>
        <w:br/>
        <w:t>f 26127/26127/25107 26137/26137/25116 26125/26125/25105</w:t>
        <w:br/>
        <w:t>f 26131/26131/25111 26132/26132/25112 26138/26138/25117</w:t>
        <w:br/>
        <w:t>f 26138/26138/25117 26137/26137/25116 26131/26131/25111</w:t>
        <w:br/>
        <w:t>f 26134/26136/25115 26139/26139/25118 26132/26132/25112</w:t>
        <w:br/>
        <w:t>f 26138/26138/25117 26132/26132/25112 26139/26139/25118</w:t>
        <w:br/>
        <w:t>f 26140/26140/25119 26139/26139/25118 26134/26136/25115</w:t>
        <w:br/>
        <w:t>f 26141/26141/25120 26137/26137/25116 26138/26138/25117</w:t>
        <w:br/>
        <w:t>f 26139/26139/25118 26140/26140/25119 26142/26142/25121</w:t>
        <w:br/>
        <w:t>f 26139/26139/25118 26143/26143/25122 26138/26138/25117</w:t>
        <w:br/>
        <w:t>f 26143/26143/25122 26139/26139/25118 26142/26142/25121</w:t>
        <w:br/>
        <w:t>f 26141/26141/25120 26138/26138/25117 26143/26143/25122</w:t>
        <w:br/>
        <w:t>f 26140/26140/25119 26144/26144/25123 26142/26142/25121</w:t>
        <w:br/>
        <w:t>f 26144/26144/25123 26140/26140/25119 26145/26145/25124</w:t>
        <w:br/>
        <w:t>f 26142/26142/25121 26146/26146/25125 26143/26143/25122</w:t>
        <w:br/>
        <w:t>f 26146/26146/25125 26142/26142/25121 26144/26144/25123</w:t>
        <w:br/>
        <w:t>f 26143/26143/25122 26147/26147/25126 26141/26141/25120</w:t>
        <w:br/>
        <w:t>f 26147/26147/25126 26143/26143/25122 26146/26146/25125</w:t>
        <w:br/>
        <w:t>f 26148/26148/25127 26144/26144/25123 26145/26145/25124</w:t>
        <w:br/>
        <w:t>f 26149/26149/25128 26148/26148/25127 26145/26145/25124</w:t>
        <w:br/>
        <w:t>f 26144/26144/25123 26150/26150/25129 26146/26146/25125</w:t>
        <w:br/>
        <w:t>f 26144/26144/25123 26148/26148/25127 26150/26150/25129</w:t>
        <w:br/>
        <w:t>f 26146/26146/25125 26150/26150/25129 26147/26147/25126</w:t>
        <w:br/>
        <w:t>f 26151/26151/25130 26148/26148/25127 26149/26149/25128</w:t>
        <w:br/>
        <w:t>f 26152/26152/25131 26151/26151/25130 26149/26149/25128</w:t>
        <w:br/>
        <w:t>f 26153/26153/25132 26151/26151/25130 26152/26152/25131</w:t>
        <w:br/>
        <w:t>f 26154/26154/25133 26151/26151/25130 26153/26153/25132</w:t>
        <w:br/>
        <w:t>f 26155/26155/25134 26148/26148/25127 26151/26151/25130</w:t>
        <w:br/>
        <w:t>f 26151/26151/25130 26154/26154/25133 26155/26155/25134</w:t>
        <w:br/>
        <w:t>f 26148/26148/25127 26155/26155/25134 26150/26150/25129</w:t>
        <w:br/>
        <w:t>f 26154/26154/25133 26156/26156/25135 26155/26155/25134</w:t>
        <w:br/>
        <w:t>f 26156/26156/25135 26150/26150/25129 26155/26155/25134</w:t>
        <w:br/>
        <w:t>f 26150/26150/25129 26156/26156/25135 26147/26147/25126</w:t>
        <w:br/>
        <w:t>f 26157/26157/25136 26156/26156/25135 26154/26154/25133</w:t>
        <w:br/>
        <w:t>f 26160/26158/25137 26159/26159/25138 26158/26160/25139</w:t>
        <w:br/>
        <w:t>f 26159/26159/25138 26160/26158/25137 26161/26161/25140</w:t>
        <w:br/>
        <w:t>f 26162/26162/25141 26159/26159/25138 26161/26161/25140</w:t>
        <w:br/>
        <w:t>f 26159/26159/25138 26162/26162/25141 26163/26163/25142</w:t>
        <w:br/>
        <w:t>f 26164/26164/25143 26158/26160/25139 26159/26159/25138</w:t>
        <w:br/>
        <w:t>f 26163/26163/25142 26164/26164/25143 26159/26159/25138</w:t>
        <w:br/>
        <w:t>f 26158/26160/25139 26164/26164/25143 26165/26165/25144</w:t>
        <w:br/>
        <w:t>f 26164/26164/25143 26163/26163/25142 26166/26166/25145</w:t>
        <w:br/>
        <w:t>f 26167/26167/25146 26165/26165/25144 26164/26164/25143</w:t>
        <w:br/>
        <w:t>f 26166/26166/25145 26167/26167/25146 26164/26164/25143</w:t>
        <w:br/>
        <w:t>f 26165/26165/25144 26167/26167/25146 26168/26168/25147</w:t>
        <w:br/>
        <w:t>f 26167/26167/25146 26166/26166/25145 26169/26169/25148</w:t>
        <w:br/>
        <w:t>f 26167/26167/25146 26170/26170/25149 26168/26168/25147</w:t>
        <w:br/>
        <w:t>f 26169/26169/25148 26171/26171/25150 26167/26167/25146</w:t>
        <w:br/>
        <w:t>f 26170/26170/25149 26167/26167/25146 26171/26171/25150</w:t>
        <w:br/>
        <w:t>f 26171/26171/25150 26169/26169/25148 26172/26172/25151</w:t>
        <w:br/>
        <w:t>f 26171/26171/25150 26126/26126/25106 26170/26170/25149</w:t>
        <w:br/>
        <w:t>f 26172/26172/25151 26173/26173/25152 26171/26171/25150</w:t>
        <w:br/>
        <w:t>f 26126/26126/25106 26171/26171/25150 26173/26173/25152</w:t>
        <w:br/>
        <w:t>f 26173/26173/25152 26172/26172/25151 26094/26094/25075</w:t>
        <w:br/>
        <w:t>f 26093/26093/25074 26126/26126/25106 26173/26173/25152</w:t>
        <w:br/>
        <w:t>f 26094/26094/25075 26093/26093/25074 26173/26173/25152</w:t>
        <w:br/>
        <w:t>f 26176/26174/25153 26175/26175/25154 26174/26176/25155</w:t>
        <w:br/>
        <w:t>f 26175/26175/25154 26176/26174/25153 26177/26177/25156</w:t>
        <w:br/>
        <w:t>f 26177/26177/25156 26178/26178/25157 26175/26175/25154</w:t>
        <w:br/>
        <w:t>f 26179/26179/25158 26177/26177/25156 26176/26174/25153</w:t>
        <w:br/>
        <w:t>f 26178/26178/25157 26177/26177/25156 26180/26180/25159</w:t>
        <w:br/>
        <w:t>f 26177/26177/25156 26179/26179/25158 26181/26181/25160</w:t>
        <w:br/>
        <w:t>f 26181/26181/25160 26180/26180/25159 26177/26177/25156</w:t>
        <w:br/>
        <w:t>f 26182/26182/25161 26178/26178/25157 26180/26180/25159</w:t>
        <w:br/>
        <w:t>f 26178/26178/25157 26182/26182/25161 26183/26183/25162</w:t>
        <w:br/>
        <w:t>f 26180/26180/25159 26181/26181/25160 26184/26184/25163</w:t>
        <w:br/>
        <w:t>f 26184/26184/25163 26182/26182/25161 26180/26180/25159</w:t>
        <w:br/>
        <w:t>f 26179/26179/25158 26185/26185/25164 26181/26181/25160</w:t>
        <w:br/>
        <w:t>f 26185/26185/25164 26179/26179/25158 26186/26186/25165</w:t>
        <w:br/>
        <w:t>f 26189/26187/25166 26188/26188/25167 26187/26189/25168</w:t>
        <w:br/>
        <w:t>f 26188/26188/25167 26190/26190/25169 26187/26189/25168</w:t>
        <w:br/>
        <w:t>f 26191/26191/25170 26181/26181/25160 26185/26185/25164</w:t>
        <w:br/>
        <w:t>f 26187/26189/25168 26190/26190/25169 26192/26192/25171</w:t>
        <w:br/>
        <w:t>f 26181/26181/25160 26191/26191/25170 26184/26184/25163</w:t>
        <w:br/>
        <w:t>f 26193/26193/25172 26192/26192/25171 26190/26190/25169</w:t>
        <w:br/>
        <w:t>f 26191/26191/25170 26194/26194/25173 26184/26184/25163</w:t>
        <w:br/>
        <w:t>f 26182/26182/25161 26184/26184/25163 26194/26194/25173</w:t>
        <w:br/>
        <w:t>f 26192/26192/25171 26193/26193/25172 26195/26195/25174</w:t>
        <w:br/>
        <w:t>f 26194/26194/25173 26191/26191/25170 26196/26196/25175</w:t>
        <w:br/>
        <w:t>f 26193/26193/25172 26197/26197/25176 26195/26195/25174</w:t>
        <w:br/>
        <w:t>f 26197/26197/25176 26193/26193/25172 26198/26198/25177</w:t>
        <w:br/>
        <w:t>f 26196/26196/25175 26199/26199/25178 26194/26194/25173</w:t>
        <w:br/>
        <w:t>f 26199/26199/25178 26196/26196/25175 26200/26200/25179</w:t>
        <w:br/>
        <w:t>f 26194/26194/25173 26201/26201/25180 26182/26182/25161</w:t>
        <w:br/>
        <w:t>f 26201/26201/25180 26194/26194/25173 26199/26199/25178</w:t>
        <w:br/>
        <w:t>f 26201/26201/25180 26183/26183/25162 26182/26182/25161</w:t>
        <w:br/>
        <w:t>f 26183/26183/25162 26201/26201/25180 26202/26202/25181</w:t>
        <w:br/>
        <w:t>f 26201/26201/25180 26203/26203/25182 26202/26202/25181</w:t>
        <w:br/>
        <w:t>f 26198/26198/25177 26204/26204/25183 26197/26197/25176</w:t>
        <w:br/>
        <w:t>f 26205/26205/25184 26199/26199/25178 26200/26200/25179</w:t>
        <w:br/>
        <w:t>f 26204/26204/25183 26198/26198/25177 26206/26206/25185</w:t>
        <w:br/>
        <w:t>f 26199/26199/25178 26207/26207/25186 26201/26201/25180</w:t>
        <w:br/>
        <w:t>f 26199/26199/25178 26205/26205/25184 26207/26207/25186</w:t>
        <w:br/>
        <w:t>f 26206/26206/25185 26208/26208/25187 26204/26204/25183</w:t>
        <w:br/>
        <w:t>f 26208/26208/25187 26206/26206/25185 26209/26209/25188</w:t>
        <w:br/>
        <w:t>f 26210/26210/25189 26207/26207/25186 26205/26205/25184</w:t>
        <w:br/>
        <w:t>f 26207/26207/25186 26210/26210/25189 26211/26211/25190</w:t>
        <w:br/>
        <w:t>f 26212/26212/25191 26207/26207/25186 26211/26211/25190</w:t>
        <w:br/>
        <w:t>f 26203/26203/25182 26212/26212/25191 26213/26213/25192</w:t>
        <w:br/>
        <w:t>f 26207/26207/25186 26212/26212/25191 26214/26214/25193</w:t>
        <w:br/>
        <w:t>f 26212/26212/25191 26203/26203/25182 26214/26214/25193</w:t>
        <w:br/>
        <w:t>f 26201/26201/25180 26207/26207/25186 26214/26214/25193</w:t>
        <w:br/>
        <w:t>f 26203/26203/25182 26201/26201/25180 26214/26214/25193</w:t>
        <w:br/>
        <w:t>f 26217/26215/25194 26216/26216/25195 26215/26217/25196</w:t>
        <w:br/>
        <w:t>f 26216/26216/25195 26217/26215/25194 26218/26218/25197</w:t>
        <w:br/>
        <w:t>f 26219/26219/25198 26218/26218/25197 26217/26215/25194</w:t>
        <w:br/>
        <w:t>f 26218/26218/25197 26220/26220/25199 26216/26216/25195</w:t>
        <w:br/>
        <w:t>f 26218/26218/25197 26219/26219/25198 26221/26221/25200</w:t>
        <w:br/>
        <w:t>f 26222/26222/25201 26221/26221/25200 26219/26219/25198</w:t>
        <w:br/>
        <w:t>f 26220/26220/25199 26218/26218/25197 26223/26223/25202</w:t>
        <w:br/>
        <w:t>f 26221/26221/25200 26223/26223/25202 26218/26218/25197</w:t>
        <w:br/>
        <w:t>f 26221/26221/25200 26222/26222/25201 26224/26224/25203</w:t>
        <w:br/>
        <w:t>f 26225/26225/25204 26224/26224/25203 26222/26222/25201</w:t>
        <w:br/>
        <w:t>f 26223/26223/25202 26221/26221/25200 26226/26226/25205</w:t>
        <w:br/>
        <w:t>f 26224/26224/25203 26226/26226/25205 26221/26221/25200</w:t>
        <w:br/>
        <w:t>f 26227/26227/25206 26220/26220/25199 26223/26223/25202</w:t>
        <w:br/>
        <w:t>f 26227/26227/25206 26228/26228/25207 26220/26220/25199</w:t>
        <w:br/>
        <w:t>f 26227/26227/25206 26229/26229/25208 26228/26228/25207</w:t>
        <w:br/>
        <w:t>f 26230/26230/25209 26223/26223/25202 26226/26226/25205</w:t>
        <w:br/>
        <w:t>f 26230/26230/25209 26227/26227/25206 26223/26223/25202</w:t>
        <w:br/>
        <w:t>f 26226/26226/25205 26224/26224/25203 26231/26231/25210</w:t>
        <w:br/>
        <w:t>f 26231/26231/25210 26230/26230/25209 26226/26226/25205</w:t>
        <w:br/>
        <w:t>f 26224/26224/25203 26225/26225/25204 26232/26232/25211</w:t>
        <w:br/>
        <w:t>f 26232/26232/25211 26231/26231/25210 26224/26224/25203</w:t>
        <w:br/>
        <w:t>f 26233/26233/25212 26232/26232/25211 26225/26225/25204</w:t>
        <w:br/>
        <w:t>f 26230/26230/25209 26234/26234/25213 26227/26227/25206</w:t>
        <w:br/>
        <w:t>f 26229/26229/25208 26227/26227/25206 26234/26234/25213</w:t>
        <w:br/>
        <w:t>f 26232/26232/25211 26233/26233/25212 26235/26235/25214</w:t>
        <w:br/>
        <w:t>f 26236/26236/25215 26235/26235/25214 26233/26233/25212</w:t>
        <w:br/>
        <w:t>f 26231/26231/25210 26232/26232/25211 26237/26237/25216</w:t>
        <w:br/>
        <w:t>f 26235/26235/25214 26237/26237/25216 26232/26232/25211</w:t>
        <w:br/>
        <w:t>f 26235/26235/25214 26236/26236/25215 26238/26238/25217</w:t>
        <w:br/>
        <w:t>f 26239/26239/25218 26238/26238/25217 26236/26236/25215</w:t>
        <w:br/>
        <w:t>f 26238/26238/25217 26239/26239/25218 26240/26240/25219</w:t>
        <w:br/>
        <w:t>f 26238/26238/25217 26241/26241/25220 26235/26235/25214</w:t>
        <w:br/>
        <w:t>f 26237/26237/25216 26235/26235/25214 26241/26241/25220</w:t>
        <w:br/>
        <w:t>f 26240/26240/25219 26242/26242/25221 26238/26238/25217</w:t>
        <w:br/>
        <w:t>f 26241/26241/25220 26238/26238/25217 26242/26242/25221</w:t>
        <w:br/>
        <w:t>f 26242/26242/25221 26240/26240/25219 26243/26243/25222</w:t>
        <w:br/>
        <w:t>f 26244/26244/25223 26242/26242/25221 26243/26243/25222</w:t>
        <w:br/>
        <w:t>f 26245/26245/25224 26241/26241/25220 26242/26242/25221</w:t>
        <w:br/>
        <w:t>f 26244/26244/25223 26245/26245/25224 26242/26242/25221</w:t>
        <w:br/>
        <w:t>f 26237/26237/25216 26241/26241/25220 26246/26246/25225</w:t>
        <w:br/>
        <w:t>f 26245/26245/25224 26246/26246/25225 26241/26241/25220</w:t>
        <w:br/>
        <w:t>f 26244/26244/25223 26247/26247/25226 26245/26245/25224</w:t>
        <w:br/>
        <w:t>f 26247/26247/25226 26244/26244/25223 26248/26248/25227</w:t>
        <w:br/>
        <w:t>f 26249/26249/25228 26247/26247/25226 26248/26248/25227</w:t>
        <w:br/>
        <w:t>f 26245/26245/25224 26250/26250/25229 26246/26246/25225</w:t>
        <w:br/>
        <w:t>f 26250/26250/25229 26245/26245/25224 26247/26247/25226</w:t>
        <w:br/>
        <w:t>f 26252/26251/25230 26249/26249/25228 26251/26252/25231</w:t>
        <w:br/>
        <w:t>f 26253/26253/25232 26247/26247/25226 26249/26249/25228</w:t>
        <w:br/>
        <w:t>f 26249/26249/25228 26252/26251/25230 26253/26253/25232</w:t>
        <w:br/>
        <w:t>f 26253/26253/25232 26250/26250/25229 26247/26247/25226</w:t>
        <w:br/>
        <w:t>f 26254/26254/25233 26253/26253/25232 26252/26251/25230</w:t>
        <w:br/>
        <w:t>f 26255/26255/25234 26246/26246/25225 26250/26250/25229</w:t>
        <w:br/>
        <w:t>f 26246/26246/25225 26255/26255/25234 26237/26237/25216</w:t>
        <w:br/>
        <w:t>f 26256/26256/25235 26250/26250/25229 26253/26253/25232</w:t>
        <w:br/>
        <w:t>f 26253/26253/25232 26254/26254/25233 26256/26256/25235</w:t>
        <w:br/>
        <w:t>f 26250/26250/25229 26257/26257/25236 26255/26255/25234</w:t>
        <w:br/>
        <w:t>f 26256/26256/25235 26257/26257/25236 26250/26250/25229</w:t>
        <w:br/>
        <w:t>f 26258/26258/25237 26237/26237/25216 26255/26255/25234</w:t>
        <w:br/>
        <w:t>f 26257/26257/25236 26258/26258/25237 26255/26255/25234</w:t>
        <w:br/>
        <w:t>f 26237/26237/25216 26258/26258/25237 26231/26231/25210</w:t>
        <w:br/>
        <w:t>f 26230/26230/25209 26231/26231/25210 26258/26258/25237</w:t>
        <w:br/>
        <w:t>f 26259/26259/25238 26256/26256/25235 26254/26254/25233</w:t>
        <w:br/>
        <w:t>f 26259/26259/25238 26257/26257/25236 26256/26256/25235</w:t>
        <w:br/>
        <w:t>f 26254/26254/25233 26260/26260/25239 26259/26259/25238</w:t>
        <w:br/>
        <w:t>f 26258/26258/25237 26261/26261/25240 26230/26230/25209</w:t>
        <w:br/>
        <w:t>f 26234/26234/25213 26230/26230/25209 26261/26261/25240</w:t>
        <w:br/>
        <w:t>f 26260/26260/25239 26262/26262/25241 26259/26259/25238</w:t>
        <w:br/>
        <w:t>f 26262/26262/25241 26257/26257/25236 26259/26259/25238</w:t>
        <w:br/>
        <w:t>f 26262/26262/25241 26260/26260/25239 26263/26263/25242</w:t>
        <w:br/>
        <w:t>f 26264/26264/25243 26262/26262/25241 26263/26263/25242</w:t>
        <w:br/>
        <w:t>f 26258/26258/25237 26257/26257/25236 26265/26265/25244</w:t>
        <w:br/>
        <w:t>f 26257/26257/25236 26262/26262/25241 26265/26265/25244</w:t>
        <w:br/>
        <w:t>f 26261/26261/25240 26258/26258/25237 26265/26265/25244</w:t>
        <w:br/>
        <w:t>f 26262/26262/25241 26264/26264/25243 26266/26266/25245</w:t>
        <w:br/>
        <w:t>f 26266/26266/25245 26265/26265/25244 26262/26262/25241</w:t>
        <w:br/>
        <w:t>f 26265/26265/25244 26266/26266/25245 26261/26261/25240</w:t>
        <w:br/>
        <w:t>f 26266/26266/25245 26234/26234/25213 26261/26261/25240</w:t>
        <w:br/>
        <w:t>f 26267/26267/25246 26266/26266/25245 26264/26264/25243</w:t>
        <w:br/>
        <w:t>f 26268/26268/25247 26234/26234/25213 26266/26266/25245</w:t>
        <w:br/>
        <w:t>f 26266/26266/25245 26267/26267/25246 26268/26268/25247</w:t>
        <w:br/>
        <w:t>f 26268/26268/25247 26229/26229/25208 26234/26234/25213</w:t>
        <w:br/>
        <w:t>f 26269/26269/25248 26268/26268/25247 26267/26267/25246</w:t>
        <w:br/>
        <w:t>f 26270/26270/25249 26229/26229/25208 26268/26268/25247</w:t>
        <w:br/>
        <w:t>f 26268/26268/25247 26269/26269/25248 26270/26270/25249</w:t>
        <w:br/>
        <w:t>f 26273/26271/25250 26272/26272/25251 26271/26273/25252</w:t>
        <w:br/>
        <w:t>f 26273/26271/25250 26274/26274/25253 26272/26272/25251</w:t>
        <w:br/>
        <w:t>f 26274/26274/25253 26275/26275/25254 26272/26272/25251</w:t>
        <w:br/>
        <w:t>f 26276/26276/25255 26274/26274/25253 26273/26271/25250</w:t>
        <w:br/>
        <w:t>f 26274/26274/25253 26277/26277/25256 26275/26275/25254</w:t>
        <w:br/>
        <w:t>f 26278/26278/25257 26275/26275/25254 26277/26277/25256</w:t>
        <w:br/>
        <w:t>f 26276/26276/25255 26279/26279/25258 26274/26274/25253</w:t>
        <w:br/>
        <w:t>f 26279/26279/25258 26277/26277/25256 26274/26274/25253</w:t>
        <w:br/>
        <w:t>f 26276/26276/25255 26280/26280/25259 26279/26279/25258</w:t>
        <w:br/>
        <w:t>f 26280/26280/25259 26276/26276/25255 26281/26281/25260</w:t>
        <w:br/>
        <w:t>f 26282/26282/25261 26280/26280/25259 26281/26281/25260</w:t>
        <w:br/>
        <w:t>f 26279/26279/25258 26283/26283/25262 26277/26277/25256</w:t>
        <w:br/>
        <w:t>f 26284/26284/25263 26279/26279/25258 26280/26280/25259</w:t>
        <w:br/>
        <w:t>f 26279/26279/25258 26284/26284/25263 26283/26283/25262</w:t>
        <w:br/>
        <w:t>f 26282/26282/25261 26285/26285/25264 26280/26280/25259</w:t>
        <w:br/>
        <w:t>f 26285/26285/25264 26284/26284/25263 26280/26280/25259</w:t>
        <w:br/>
        <w:t>f 26283/26283/25262 26286/26286/25265 26277/26277/25256</w:t>
        <w:br/>
        <w:t>f 26277/26277/25256 26286/26286/25265 26278/26278/25257</w:t>
        <w:br/>
        <w:t>f 26287/26287/25266 26283/26283/25262 26284/26284/25263</w:t>
        <w:br/>
        <w:t>f 26283/26283/25262 26288/26288/25267 26286/26286/25265</w:t>
        <w:br/>
        <w:t>f 26283/26283/25262 26287/26287/25266 26288/26288/25267</w:t>
        <w:br/>
        <w:t>f 26289/26289/25268 26278/26278/25257 26286/26286/25265</w:t>
        <w:br/>
        <w:t>f 26278/26278/25257 26289/26289/25268 26290/26290/25269</w:t>
        <w:br/>
        <w:t>f 26291/26291/25270 26286/26286/25265 26288/26288/25267</w:t>
        <w:br/>
        <w:t>f 26286/26286/25265 26291/26291/25270 26289/26289/25268</w:t>
        <w:br/>
        <w:t>f 26291/26291/25270 26288/26288/25267 26287/26287/25266</w:t>
        <w:br/>
        <w:t>f 26292/26292/25271 26290/26290/25269 26289/26289/25268</w:t>
        <w:br/>
        <w:t>f 26290/26290/25269 26292/26292/25271 26293/26293/25272</w:t>
        <w:br/>
        <w:t>f 26292/26292/25271 26294/26294/25273 26293/26293/25272</w:t>
        <w:br/>
        <w:t>f 26295/26295/25274 26289/26289/25268 26291/26291/25270</w:t>
        <w:br/>
        <w:t>f 26289/26289/25268 26295/26295/25274 26292/26292/25271</w:t>
        <w:br/>
        <w:t>f 26292/26292/25271 26296/26296/25275 26294/26294/25273</w:t>
        <w:br/>
        <w:t>f 26295/26295/25274 26296/26296/25275 26292/26292/25271</w:t>
        <w:br/>
        <w:t>f 26296/26296/25275 26297/26297/25276 26294/26294/25273</w:t>
        <w:br/>
        <w:t>f 26298/26298/25277 26295/26295/25274 26291/26291/25270</w:t>
        <w:br/>
        <w:t>f 26287/26287/25266 26298/26298/25277 26291/26291/25270</w:t>
        <w:br/>
        <w:t>f 26296/26296/25275 26299/26299/25278 26297/26297/25276</w:t>
        <w:br/>
        <w:t>f 26299/26299/25278 26300/26300/25279 26297/26297/25276</w:t>
        <w:br/>
        <w:t>f 26295/26295/25274 26301/26301/25280 26296/26296/25275</w:t>
        <w:br/>
        <w:t>f 26301/26301/25280 26299/26299/25278 26296/26296/25275</w:t>
        <w:br/>
        <w:t>f 26299/26299/25278 26302/26302/25281 26300/26300/25279</w:t>
        <w:br/>
        <w:t>f 26301/26301/25280 26303/26303/25282 26299/26299/25278</w:t>
        <w:br/>
        <w:t>f 26303/26303/25282 26302/26302/25281 26299/26299/25278</w:t>
        <w:br/>
        <w:t>f 26304/26304/25283 26300/26300/25279 26302/26302/25281</w:t>
        <w:br/>
        <w:t>f 26300/26300/25279 26304/26304/25283 26305/26305/25284</w:t>
        <w:br/>
        <w:t>f 26303/26303/25282 26306/26306/25285 26302/26302/25281</w:t>
        <w:br/>
        <w:t>f 26306/26306/25285 26304/26304/25283 26302/26302/25281</w:t>
        <w:br/>
        <w:t>f 26305/26305/25284 26308/26307/25286 26307/26308/25287</w:t>
        <w:br/>
        <w:t>f 26308/26307/25286 26305/26305/25284 26304/26304/25283</w:t>
        <w:br/>
        <w:t>f 26309/26309/25288 26308/26307/25286 26304/26304/25283</w:t>
        <w:br/>
        <w:t>f 26306/26306/25285 26309/26309/25288 26304/26304/25283</w:t>
        <w:br/>
        <w:t>f 26309/26309/25288 26310/26310/25289 26308/26307/25286</w:t>
        <w:br/>
        <w:t>f 26303/26303/25282 26311/26311/25290 26306/26306/25285</w:t>
        <w:br/>
        <w:t>f 26309/26309/25288 26306/26306/25285 26311/26311/25290</w:t>
        <w:br/>
        <w:t>f 26310/26310/25289 26309/26309/25288 26312/26312/25291</w:t>
        <w:br/>
        <w:t>f 26311/26311/25290 26312/26312/25291 26309/26309/25288</w:t>
        <w:br/>
        <w:t>f 26312/26312/25291 26313/26313/25292 26310/26310/25289</w:t>
        <w:br/>
        <w:t>f 26316/26314/25293 26315/26315/25294 26314/26316/25294</w:t>
        <w:br/>
        <w:t>f 26315/26315/25294 26316/26314/25293 26317/26317/25295</w:t>
        <w:br/>
        <w:t>f 26318/26318/25296 26317/26317/25295 26316/26314/25293</w:t>
        <w:br/>
        <w:t>f 26317/26317/25295 26318/26318/25296 26319/26319/25297</w:t>
        <w:br/>
        <w:t>f 26320/26320/25298 26319/26319/25297 26318/26318/25296</w:t>
        <w:br/>
        <w:t>f 26318/26318/25296 26321/26321/25299 26320/26320/25298</w:t>
        <w:br/>
        <w:t>f 26311/26311/25290 26303/26303/25282 26322/26322/25300</w:t>
        <w:br/>
        <w:t>f 26301/26301/25280 26322/26322/25300 26303/26303/25282</w:t>
        <w:br/>
        <w:t>f 26323/26323/25301 26320/26320/25298 26321/26321/25299</w:t>
        <w:br/>
        <w:t>f 26322/26322/25300 26301/26301/25280 26324/26324/25302</w:t>
        <w:br/>
        <w:t>f 26323/26323/25301 26321/26321/25299 26325/26325/25303</w:t>
        <w:br/>
        <w:t>f 26295/26295/25274 26324/26324/25302 26301/26301/25280</w:t>
        <w:br/>
        <w:t>f 26326/26326/25304 26323/26323/25301 26325/26325/25303</w:t>
        <w:br/>
        <w:t>f 26324/26324/25302 26295/26295/25274 26327/26327/25305</w:t>
        <w:br/>
        <w:t>f 26326/26326/25304 26325/26325/25303 26328/26328/25306</w:t>
        <w:br/>
        <w:t>f 26298/26298/25277 26327/26327/25305 26295/26295/25274</w:t>
        <w:br/>
        <w:t>f 26329/26329/25307 26326/26326/25304 26328/26328/25306</w:t>
        <w:br/>
        <w:t>f 26326/26326/25304 26329/26329/25307 26330/26330/25308</w:t>
        <w:br/>
        <w:t>f 26329/26329/25307 26331/26331/25309 26330/26330/25308</w:t>
        <w:br/>
        <w:t>f 26329/26329/25307 26332/26332/25310 26331/26331/25309</w:t>
        <w:br/>
        <w:t>f 26333/26333/25311 26331/26331/25309 26287/26287/25266</w:t>
        <w:br/>
        <w:t>f 26331/26331/25309 26333/26333/25311 26334/26334/25312</w:t>
        <w:br/>
        <w:t>f 26337/26335/25313 26336/26336/25314 26335/26337/25315</w:t>
        <w:br/>
        <w:t>f 26338/26338/25316 26333/26333/25311 26287/26287/25266</w:t>
        <w:br/>
        <w:t>f 26338/26338/25316 26287/26287/25266 26284/26284/25263</w:t>
        <w:br/>
        <w:t>f 26337/26335/25313 26335/26337/25315 26339/26339/25317</w:t>
        <w:br/>
        <w:t>f 26340/26340/25318 26339/26339/25317 26335/26337/25315</w:t>
        <w:br/>
        <w:t>f 26343/26341/25319 26342/26342/25320 26341/26343/25320</w:t>
        <w:br/>
        <w:t>f 26285/26285/25264 26338/26338/25316 26284/26284/25263</w:t>
        <w:br/>
        <w:t>f 26344/26344/25321 26339/26339/25317 26338/26338/25316</w:t>
        <w:br/>
        <w:t>f 26285/26285/25264 26344/26344/25321 26338/26338/25316</w:t>
        <w:br/>
        <w:t>f 26345/26345/25322 26343/26341/25323 26339/26339/25317</w:t>
        <w:br/>
        <w:t>f 26339/26339/25317 26344/26344/25321 26345/26345/25322</w:t>
        <w:br/>
        <w:t>f 26346/26346/25324 26343/26341/25323 26345/26345/25322</w:t>
        <w:br/>
        <w:t>f 26343/26341/25323 26346/26346/25324 26347/26347/25325</w:t>
        <w:br/>
        <w:t>f 26346/26346/25324 26348/26348/25326 26347/26347/25325</w:t>
        <w:br/>
        <w:t>f 26345/26345/25322 26344/26344/25321 26349/26349/25327</w:t>
        <w:br/>
        <w:t>f 26346/26346/25324 26350/26350/25328 26348/26348/25326</w:t>
        <w:br/>
        <w:t>f 26350/26350/25328 26351/26351/25329 26348/26348/25326</w:t>
        <w:br/>
        <w:t>f 26346/26346/25324 26345/26345/25322 26352/26352/25330</w:t>
        <w:br/>
        <w:t>f 26349/26349/25327 26352/26352/25330 26345/26345/25322</w:t>
        <w:br/>
        <w:t>f 26353/26353/25331 26350/26350/25328 26346/26346/25324</w:t>
        <w:br/>
        <w:t>f 26352/26352/25330 26353/26353/25331 26346/26346/25324</w:t>
        <w:br/>
        <w:t>f 26350/26350/25328 26354/26354/25332 26351/26351/25329</w:t>
        <w:br/>
        <w:t>f 26354/26354/25332 26355/26355/25333 26351/26351/25329</w:t>
        <w:br/>
        <w:t>f 26356/26356/25334 26355/26355/25333 26354/26354/25332</w:t>
        <w:br/>
        <w:t>f 26359/26357/25335 26358/26358/25336 26357/26359/25337</w:t>
        <w:br/>
        <w:t>f 26360/26360/25338 26358/26358/25336 26359/26357/25335</w:t>
        <w:br/>
        <w:t>f 26359/26357/25335 26361/26361/25338 26360/26360/25338</w:t>
        <w:br/>
        <w:t>f 26362/26362/25339 26359/26357/25335 26357/26359/25337</w:t>
        <w:br/>
        <w:t>f 26350/26350/25328 26363/26363/25340 26354/26354/25332</w:t>
        <w:br/>
        <w:t>f 26362/26362/25339 26364/26364/25341 26359/26357/25335</w:t>
        <w:br/>
        <w:t>f 26363/26363/25340 26350/26350/25328 26365/26365/25342</w:t>
        <w:br/>
        <w:t>f 26353/26353/25331 26365/26365/25342 26350/26350/25328</w:t>
        <w:br/>
        <w:t>f 26366/26366/25343 26364/26364/25341 26362/26362/25339</w:t>
        <w:br/>
        <w:t>f 26365/26365/25342 26367/26367/25344 26363/26363/25340</w:t>
        <w:br/>
        <w:t>f 26368/26368/25345 26364/26364/25341 26366/26366/25343</w:t>
        <w:br/>
        <w:t>f 26366/26366/25343 26369/26369/25346 26368/26368/25345</w:t>
        <w:br/>
        <w:t>f 26366/26366/25343 26370/26370/25347 26369/26369/25346</w:t>
        <w:br/>
        <w:t>f 26366/26366/25343 26365/26365/25342 26370/26370/25347</w:t>
        <w:br/>
        <w:t>f 26370/26370/25347 26371/26371/25348 26369/26369/25346</w:t>
        <w:br/>
        <w:t>f 26365/26365/25342 26372/26372/25349 26370/26370/25347</w:t>
        <w:br/>
        <w:t>f 26372/26372/25349 26371/26371/25348 26370/26370/25347</w:t>
        <w:br/>
        <w:t>f 26365/26365/25342 26353/26353/25331 26372/26372/25349</w:t>
        <w:br/>
        <w:t>f 26372/26372/25349 26373/26373/25350 26371/26371/25348</w:t>
        <w:br/>
        <w:t>f 26374/26374/25351 26372/26372/25349 26353/26353/25331</w:t>
        <w:br/>
        <w:t>f 26373/26373/25350 26372/26372/25349 26374/26374/25351</w:t>
        <w:br/>
        <w:t>f 26353/26353/25331 26352/26352/25330 26374/26374/25351</w:t>
        <w:br/>
        <w:t>f 26375/26375/25352 26373/26373/25350 26374/26374/25351</w:t>
        <w:br/>
        <w:t>f 26352/26352/25330 26375/26375/25352 26374/26374/25351</w:t>
        <w:br/>
        <w:t>f 26373/26373/25350 26375/26375/25352 26376/26376/25353</w:t>
        <w:br/>
        <w:t>f 26352/26352/25330 26349/26349/25327 26375/26375/25352</w:t>
        <w:br/>
        <w:t>f 26377/26377/25354 26376/26376/25353 26375/26375/25352</w:t>
        <w:br/>
        <w:t>f 26377/26377/25354 26375/26375/25352 26378/26378/25355</w:t>
        <w:br/>
        <w:t>f 26378/26378/25355 26379/26379/25356 26377/26377/25354</w:t>
        <w:br/>
        <w:t>f 26375/26375/25352 26349/26349/25327 26380/26380/25357</w:t>
        <w:br/>
        <w:t>f 26380/26380/25357 26378/26378/25355 26375/26375/25352</w:t>
        <w:br/>
        <w:t>f 26381/26381/25358 26379/26379/25356 26378/26378/25355</w:t>
        <w:br/>
        <w:t>f 26378/26378/25355 26380/26380/25357 26381/26381/25358</w:t>
        <w:br/>
        <w:t>f 26379/26379/25356 26381/26381/25358 26382/26382/25359</w:t>
        <w:br/>
        <w:t>f 26349/26349/25327 26383/26383/25360 26380/26380/25357</w:t>
        <w:br/>
        <w:t>f 26383/26383/25360 26381/26381/25358 26380/26380/25357</w:t>
        <w:br/>
        <w:t>f 26383/26383/25360 26349/26349/25327 26344/26344/25321</w:t>
        <w:br/>
        <w:t>f 26344/26344/25321 26285/26285/25264 26383/26383/25360</w:t>
        <w:br/>
        <w:t>f 26381/26381/25358 26384/26384/25361 26382/26382/25359</w:t>
        <w:br/>
        <w:t>f 26381/26381/25358 26383/26383/25360 26384/26384/25361</w:t>
        <w:br/>
        <w:t>f 26382/26382/25359 26384/26384/25361 26385/26385/25362</w:t>
        <w:br/>
        <w:t>f 26383/26383/25360 26285/26285/25264 26386/26386/25363</w:t>
        <w:br/>
        <w:t>f 26386/26386/25363 26384/26384/25361 26383/26383/25360</w:t>
        <w:br/>
        <w:t>f 26384/26384/25361 26386/26386/25363 26385/26385/25362</w:t>
        <w:br/>
        <w:t>f 26282/26282/25261 26386/26386/25363 26285/26285/25264</w:t>
        <w:br/>
        <w:t>f 26385/26385/25362 26386/26386/25363 26387/26387/25364</w:t>
        <w:br/>
        <w:t>f 26386/26386/25363 26282/26282/25261 26387/26387/25364</w:t>
        <w:br/>
        <w:t>f 26390/26388/25365 26389/26389/25366 26388/26390/25367</w:t>
        <w:br/>
        <w:t>f 26389/26389/25366 26390/26388/25365 26391/26391/25368</w:t>
        <w:br/>
        <w:t>f 26391/26391/25368 26392/26392/25369 26389/26389/25366</w:t>
        <w:br/>
        <w:t>f 26393/26393/25370 26391/26391/25368 26390/26388/25365</w:t>
        <w:br/>
        <w:t>f 26392/26392/25369 26391/26391/25368 26394/26394/25371</w:t>
        <w:br/>
        <w:t>f 26391/26391/25368 26393/26393/25370 26395/26395/25372</w:t>
        <w:br/>
        <w:t>f 26395/26395/25372 26394/26394/25371 26391/26391/25368</w:t>
        <w:br/>
        <w:t>f 26396/26396/25373 26395/26395/25372 26393/26393/25370</w:t>
        <w:br/>
        <w:t>f 26396/26396/25373 26393/26393/25370 26397/26397/25374</w:t>
        <w:br/>
        <w:t>f 26398/26398/25375 26396/26396/25373 26397/26397/25374</w:t>
        <w:br/>
        <w:t>f 26394/26394/25371 26395/26395/25372 26399/26399/25376</w:t>
        <w:br/>
        <w:t>f 26396/26396/25373 26399/26399/25376 26395/26395/25372</w:t>
        <w:br/>
        <w:t>f 26400/26400/25377 26392/26392/25369 26394/26394/25371</w:t>
        <w:br/>
        <w:t>f 26400/26400/25377 26401/26401/25378 26392/26392/25369</w:t>
        <w:br/>
        <w:t>f 26404/26402/25379 26403/26403/25380 26402/26404/25381</w:t>
        <w:br/>
        <w:t>f 26403/26403/25380 26405/26405/25382 26402/26404/25381</w:t>
        <w:br/>
        <w:t>f 26406/26406/25383 26400/26400/25377 26394/26394/25371</w:t>
        <w:br/>
        <w:t>f 26403/26403/25380 26407/26407/25384 26405/26405/25382</w:t>
        <w:br/>
        <w:t>f 26406/26406/25383 26394/26394/25371 26399/26399/25376</w:t>
        <w:br/>
        <w:t>f 26407/26407/25384 26408/26408/25385 26405/26405/25382</w:t>
        <w:br/>
        <w:t>f 26409/26409/25386 26406/26406/25383 26399/26399/25376</w:t>
        <w:br/>
        <w:t>f 26399/26399/25376 26396/26396/25373 26409/26409/25386</w:t>
        <w:br/>
        <w:t>f 26408/26408/25385 26407/26407/25384 26410/26410/25385</w:t>
        <w:br/>
        <w:t>f 26406/26406/25383 26409/26409/25386 26411/26411/25387</w:t>
        <w:br/>
        <w:t>f 26412/26412/25388 26408/26408/25385 26410/26410/25385</w:t>
        <w:br/>
        <w:t>f 26413/26413/25389 26411/26411/25387 26409/26409/25386</w:t>
        <w:br/>
        <w:t>f 26408/26408/25385 26412/26412/25388 26414/26414/25390</w:t>
        <w:br/>
        <w:t>f 26415/26415/25391 26409/26409/25386 26396/26396/25373</w:t>
        <w:br/>
        <w:t>f 26396/26396/25373 26398/26398/25375 26415/26415/25391</w:t>
        <w:br/>
        <w:t>f 26413/26413/25389 26409/26409/25386 26416/26416/25392</w:t>
        <w:br/>
        <w:t>f 26409/26409/25386 26415/26415/25391 26416/26416/25392</w:t>
        <w:br/>
        <w:t>f 26417/26417/25393 26414/26414/25390 26412/26412/25388</w:t>
        <w:br/>
        <w:t>f 26418/26418/25394 26413/26413/25389 26416/26416/25392</w:t>
        <w:br/>
        <w:t>f 26414/26414/25390 26417/26417/25393 26419/26419/25395</w:t>
        <w:br/>
        <w:t>f 26419/26419/25395 26421/26420/25396 26420/26421/25397</w:t>
        <w:br/>
        <w:t>f 26421/26420/25396 26419/26419/25395 26417/26417/25393</w:t>
        <w:br/>
        <w:t>f 26418/26418/25394 26416/26416/25392 26422/26422/25398</w:t>
        <w:br/>
        <w:t>f 26423/26423/25399 26418/26418/25394 26422/26422/25398</w:t>
        <w:br/>
        <w:t>f 26415/26415/25391 26422/26422/25398 26416/26416/25392</w:t>
        <w:br/>
        <w:t>f 26423/26423/25399 26422/26422/25398 26424/26424/25400</w:t>
        <w:br/>
        <w:t>f 26422/26422/25398 26425/26425/25401 26424/26424/25400</w:t>
        <w:br/>
        <w:t>f 26422/26422/25398 26415/26415/25391 26426/26426/25402</w:t>
        <w:br/>
        <w:t>f 26425/26425/25401 26422/26422/25398 26426/26426/25402</w:t>
        <w:br/>
        <w:t>f 26426/26426/25402 26415/26415/25391 26398/26398/25375</w:t>
        <w:br/>
        <w:t>f 26426/26426/25402 26398/26398/25375 26427/26427/25403</w:t>
        <w:br/>
        <w:t>f 26425/26425/25401 26426/26426/25402 26427/26427/25403</w:t>
        <w:br/>
        <w:t>f 26425/26425/25401 26427/26427/25403 26428/26428/25404</w:t>
        <w:br/>
        <w:t>f 26431/26429/25405 26430/26430/25406 26429/26431/25407</w:t>
        <w:br/>
        <w:t>f 26430/26430/25406 26431/26429/25405 26432/26432/25408</w:t>
        <w:br/>
        <w:t>f 26435/26433/25409 26434/26434/25410 26433/26435/25411</w:t>
        <w:br/>
        <w:t>f 26431/26429/25405 26436/26436/25412 26432/26432/25408</w:t>
        <w:br/>
        <w:t>f 26437/26437/25413 26433/26435/25411 26434/26434/25410</w:t>
        <w:br/>
        <w:t>f 26432/26432/25408 26436/26436/25412 26438/26438/25412</w:t>
        <w:br/>
        <w:t>f 26433/26435/25411 26437/26437/25413 26439/26439/25413</w:t>
        <w:br/>
        <w:t>f 26436/26436/25412 26440/26440/25414 26438/26438/25412</w:t>
        <w:br/>
        <w:t>f 26441/26441/25415 26439/26439/25413 26437/26437/25413</w:t>
        <w:br/>
        <w:t>f 26438/26438/25412 26440/26440/25414 26442/26442/25416</w:t>
        <w:br/>
        <w:t>f 26439/26439/25413 26441/26441/25415 26443/26443/25417</w:t>
        <w:br/>
        <w:t>f 26441/26441/25415 26444/26444/25418 26443/26443/25417</w:t>
        <w:br/>
        <w:t>f 26445/26445/25419 26442/26442/25416 26440/26440/25414</w:t>
        <w:br/>
        <w:t>f 26440/26440/25414 26446/26446/25420 26445/26445/25419</w:t>
        <w:br/>
        <w:t>f 26449/26447/25421 26448/26448/25422 26447/26449/25423</w:t>
        <w:br/>
        <w:t>f 26450/26450/25424 26448/26448/25422 26449/26447/25421</w:t>
        <w:br/>
        <w:t>f 26450/26450/25424 26451/26451/25425 26448/26448/25422</w:t>
        <w:br/>
        <w:t>f 26450/26450/25424 26449/26447/25421 26452/26452/25426</w:t>
        <w:br/>
        <w:t>f 26453/26453/25427 26451/26451/25425 26450/26450/25424</w:t>
        <w:br/>
        <w:t>f 26454/26454/25428 26450/26450/25424 26452/26452/25426</w:t>
        <w:br/>
        <w:t>f 26454/26454/25428 26453/26453/25427 26450/26450/25424</w:t>
        <w:br/>
        <w:t>f 26455/26455/25429 26454/26454/25428 26452/26452/25426</w:t>
        <w:br/>
        <w:t>f 26456/26456/25430 26453/26453/25427 26454/26454/25428</w:t>
        <w:br/>
        <w:t>f 26457/26457/25431 26456/26456/25430 26454/26454/25428</w:t>
        <w:br/>
        <w:t>f 26454/26454/25428 26455/26455/25429 26457/26457/25431</w:t>
        <w:br/>
        <w:t>f 26458/26458/25432 26456/26456/25430 26457/26457/25431</w:t>
        <w:br/>
        <w:t>f 26457/26457/25431 26455/26455/25429 26459/26459/25433</w:t>
        <w:br/>
        <w:t>f 26459/26459/25433 26458/26458/25432 26457/26457/25431</w:t>
        <w:br/>
        <w:t>f 26460/26460/25434 26459/26459/25433 26455/26455/25429</w:t>
        <w:br/>
        <w:t>f 26459/26459/25433 26461/26461/25435 26458/26458/25432</w:t>
        <w:br/>
        <w:t>f 26464/26462/25436 26463/26463/25437 26462/26464/25438</w:t>
        <w:br/>
        <w:t>f 26465/26465/25439 26462/26464/25438 26463/26463/25437</w:t>
        <w:br/>
        <w:t>f 26468/26466/25440 26467/26467/25441 26466/26468/25441</w:t>
        <w:br/>
        <w:t>f 26469/26469/25442 26465/26465/25439 26463/26463/25437</w:t>
        <w:br/>
        <w:t>f 26472/26470/25443 26471/26471/25444 26470/26472/25445</w:t>
        <w:br/>
        <w:t>f 26474/26473/25446 26469/26469/25442 26473/26474/25447</w:t>
        <w:br/>
        <w:t>f 26471/26471/25444 26472/26470/25443 26475/26475/25448</w:t>
        <w:br/>
        <w:t>f 26467/26467/25441 26468/26466/25440 26476/26476/25449</w:t>
        <w:br/>
        <w:t>f 26475/26475/25448 26477/26477/25450 26471/26471/25444</w:t>
        <w:br/>
        <w:t>f 26478/26478/25451 26465/26465/25439 26469/26469/25442</w:t>
        <w:br/>
        <w:t>f 26479/26479/25452 26476/26476/25449 26468/26466/25440</w:t>
        <w:br/>
        <w:t>f 26469/26469/25442 26474/26473/25446 26478/26478/25451</w:t>
        <w:br/>
        <w:t>f 26476/26476/25449 26479/26479/25452 26480/26480/25453</w:t>
        <w:br/>
        <w:t>f 26483/26481/25454 26482/26482/25454 26481/26483/25454</w:t>
        <w:br/>
        <w:t>f 26477/26477/25450 26475/26475/25448 26484/26484/25455</w:t>
        <w:br/>
        <w:t>f 26482/26482/25454 26483/26481/25454 26485/26485/25454</w:t>
        <w:br/>
        <w:t>f 26484/26484/25455 26486/26486/25456 26477/26477/25450</w:t>
        <w:br/>
        <w:t>f 26487/26487/25457 26477/26477/25450 26486/26486/25456</w:t>
        <w:br/>
        <w:t>f 26490/26488/25458 26489/26489/25459 26488/26490/25460</w:t>
        <w:br/>
        <w:t>f 26491/26491/25461 26488/26490/25460 26489/26489/25459</w:t>
        <w:br/>
        <w:t>f 26494/26492/25462 26493/26493/25463 26492/26494/25462</w:t>
        <w:br/>
        <w:t>f 26495/26495/25464 26491/26491/25461 26489/26489/25459</w:t>
        <w:br/>
        <w:t>f 26498/26496/25465 26497/26497/25466 26496/26498/25467</w:t>
        <w:br/>
        <w:t>f 26500/26499/25468 26495/26495/25464 26499/26500/25469</w:t>
        <w:br/>
        <w:t>f 26497/26497/25466 26498/26496/25465 26501/26501/25470</w:t>
        <w:br/>
        <w:t>f 26494/26492/25462 26492/26494/25462 26502/26502/25471</w:t>
        <w:br/>
        <w:t>f 26501/26501/25470 26503/26503/25472 26497/26497/25466</w:t>
        <w:br/>
        <w:t>f 26504/26504/25473 26491/26491/25461 26495/26495/25464</w:t>
        <w:br/>
        <w:t>f 26495/26495/25464 26500/26499/25468 26504/26504/25473</w:t>
        <w:br/>
        <w:t>f 26507/26505/25474 26506/26506/25475 26505/26507/25476</w:t>
        <w:br/>
        <w:t>f 26510/26508/25477 26509/26509/25477 26508/26510/25478</w:t>
        <w:br/>
        <w:t>f 26512/26511/25479 26503/26503/25472 26511/26512/25480</w:t>
        <w:br/>
        <w:t>f 26506/26506/25475 26507/26505/25474 26513/26513/25481</w:t>
        <w:br/>
        <w:t>f 26503/26503/25472 26501/26501/25470 26514/26514/25482</w:t>
        <w:br/>
        <w:t>f 26509/26509/25477 26510/26508/25477 26515/26515/25483</w:t>
        <w:br/>
        <w:t>f 26514/26514/25482 26511/26512/25480 26503/26503/25472</w:t>
        <w:br/>
        <w:t>f 26518/26516/25484 26517/26517/25485 26516/26518/25486</w:t>
        <w:br/>
        <w:t>f 26519/26519/25487 26516/26518/25486 26517/26517/25485</w:t>
        <w:br/>
        <w:t>f 26517/26517/25485 26520/26520/25488 26519/26519/25487</w:t>
        <w:br/>
        <w:t>f 26523/26521/25489 26522/26522/25490 26521/26523/25491</w:t>
        <w:br/>
        <w:t>f 26524/26524/25492 26519/26519/25487 26520/26520/25488</w:t>
        <w:br/>
        <w:t>f 26520/26520/25488 26525/26525/25493 26524/26524/25492</w:t>
        <w:br/>
        <w:t>f 26522/26522/25490 26523/26521/25489 26526/26526/25494</w:t>
        <w:br/>
        <w:t>f 26523/26521/25489 26527/26527/25495 26526/26526/25494</w:t>
        <w:br/>
        <w:t>f 26530/26528/25496 26529/26529/25497 26528/26530/25498</w:t>
        <w:br/>
        <w:t>f 26529/26529/25497 26530/26528/25496 26531/26531/25499</w:t>
        <w:br/>
        <w:t>f 26531/26531/25499 26532/26532/25500 26529/26529/25497</w:t>
        <w:br/>
        <w:t>f 26532/26532/25500 26531/26531/25499 26533/26533/25501</w:t>
        <w:br/>
        <w:t>f 26527/26527/25495 26534/26534/25502 26526/26526/25494</w:t>
        <w:br/>
        <w:t>f 26533/26533/25501 26535/26535/25503 26532/26532/25500</w:t>
        <w:br/>
        <w:t>f 26536/26536/25504 26524/26524/25492 26525/26525/25493</w:t>
        <w:br/>
        <w:t>f 26534/26534/25502 26527/26527/25495 26537/26537/25505</w:t>
        <w:br/>
        <w:t>f 26525/26525/25493 26538/26538/25506 26536/26536/25504</w:t>
        <w:br/>
        <w:t>f 26535/26535/25503 26533/26533/25501 26539/26539/25507</w:t>
        <w:br/>
        <w:t>f 26537/26537/25505 26540/26540/25508 26534/26534/25502</w:t>
        <w:br/>
        <w:t>f 26539/26539/25507 26541/26541/25509 26535/26535/25503</w:t>
        <w:br/>
        <w:t>f 26542/26542/25510 26536/26536/25504 26538/26538/25506</w:t>
        <w:br/>
        <w:t>f 26543/26543/25511 26540/26540/25508 26537/26537/25505</w:t>
        <w:br/>
        <w:t>f 26542/26542/25510 26538/26538/25506 26544/26544/25512</w:t>
        <w:br/>
        <w:t>f 26541/26541/25509 26539/26539/25507 26545/26545/25513</w:t>
        <w:br/>
        <w:t>f 26540/26540/25508 26543/26543/25511 26546/26546/25514</w:t>
        <w:br/>
        <w:t>f 26547/26547/25515 26542/26542/25510 26544/26544/25512</w:t>
        <w:br/>
        <w:t>f 26546/26546/25514 26543/26543/25511 26548/26548/25516</w:t>
        <w:br/>
        <w:t>f 26549/26549/25517 26547/26547/25515 26544/26544/25512</w:t>
        <w:br/>
        <w:t>f 26545/26545/25513 26550/26550/25518 26541/26541/25509</w:t>
        <w:br/>
        <w:t>f 26548/26548/25516 26551/26551/25519 26546/26546/25514</w:t>
        <w:br/>
        <w:t>f 26550/26550/25518 26552/26552/25520 26541/26541/25509</w:t>
        <w:br/>
        <w:t>f 26553/26553/25521 26547/26547/25515 26549/26549/25517</w:t>
        <w:br/>
        <w:t>f 26551/26551/25519 26548/26548/25516 26554/26554/25522</w:t>
        <w:br/>
        <w:t>f 26555/26555/25523 26552/26552/25520 26550/26550/25518</w:t>
        <w:br/>
        <w:t>f 26554/26554/25522 26556/26556/25524 26551/26551/25519</w:t>
        <w:br/>
        <w:t>f 26552/26552/25520 26555/26555/25523 26557/26557/25525</w:t>
        <w:br/>
        <w:t>f 26549/26549/25517 26558/26558/25526 26553/26553/25521</w:t>
        <w:br/>
        <w:t>f 26561/26559/25527 26560/26560/25528 26559/26561/25528</w:t>
        <w:br/>
        <w:t>f 26558/26558/25526 26549/26549/25517 26562/26562/25529</w:t>
        <w:br/>
        <w:t>f 26563/26563/25530 26558/26558/25526 26562/26562/25529</w:t>
        <w:br/>
        <w:t>f 26558/26558/25526 26563/26563/25530 26564/26564/25531</w:t>
        <w:br/>
        <w:t>f 26565/26565/25532 26557/26557/25525 26555/26555/25523</w:t>
        <w:br/>
        <w:t>f 26556/26556/25524 26561/26559/25527 26566/26566/25533</w:t>
        <w:br/>
        <w:t>f 26567/26567/25534 26566/26566/25533 26561/26559/25527</w:t>
        <w:br/>
        <w:t>f 26557/26557/25525 26565/26565/25532 26568/26568/25535</w:t>
        <w:br/>
        <w:t>f 26566/26566/25533 26567/26567/25534 26569/26569/25536</w:t>
        <w:br/>
        <w:t>f 26565/26565/25532 26570/26570/25537 26568/26568/25535</w:t>
        <w:br/>
        <w:t>f 26570/26570/25537 26565/26565/25532 26571/26571/25538</w:t>
        <w:br/>
        <w:t>f 26574/26572/25539 26573/26573/25540 26572/26574/25540</w:t>
        <w:br/>
        <w:t>f 26572/26574/25540 26575/26575/25541 26574/26572/25539</w:t>
        <w:br/>
        <w:t>f 26574/26572/25539 26575/26575/25541 26576/26576/25542</w:t>
        <w:br/>
        <w:t>f 26579/26577/25543 26578/26578/25544 26577/26579/25545</w:t>
        <w:br/>
        <w:t>f 26577/26579/25545 26578/26578/25544 26580/26580/25546</w:t>
        <w:br/>
        <w:t>f 26581/26581/25547 26574/26572/25539 26576/26576/25542</w:t>
        <w:br/>
        <w:t>f 26581/26581/25547 26582/26582/25548 26574/26572/25539</w:t>
        <w:br/>
        <w:t>f 26583/26583/25549 26577/26579/25545 26580/26580/25546</w:t>
        <w:br/>
        <w:t>f 26583/26583/25549 26584/26584/25550 26577/26579/25545</w:t>
        <w:br/>
        <w:t>f 26583/26583/25549 26580/26580/25546 26585/26585/25551</w:t>
        <w:br/>
        <w:t>f 26586/26586/25552 26583/26583/25549 26585/26585/25551</w:t>
        <w:br/>
        <w:t>f 26587/26587/25553 26582/26582/25548 26581/26581/25547</w:t>
        <w:br/>
        <w:t>f 26588/26588/25554 26582/26582/25548 26587/26587/25553</w:t>
        <w:br/>
        <w:t>f 26587/26587/25553 26589/26589/25555 26588/26588/25554</w:t>
        <w:br/>
        <w:t>f 26584/26584/25550 26583/26583/25549 26590/26590/25556</w:t>
        <w:br/>
        <w:t>f 26590/26590/25556 26591/26591/25557 26584/26584/25550</w:t>
        <w:br/>
        <w:t>f 26583/26583/25549 26586/26586/25552 26592/26592/25558</w:t>
        <w:br/>
        <w:t>f 26592/26592/25558 26590/26590/25556 26583/26583/25549</w:t>
        <w:br/>
        <w:t>f 26593/26593/25559 26592/26592/25558 26586/26586/25552</w:t>
        <w:br/>
        <w:t>f 26587/26587/25553 26594/26594/25560 26589/26589/25555</w:t>
        <w:br/>
        <w:t>f 26587/26587/25553 26590/26590/25556 26594/26594/25560</w:t>
        <w:br/>
        <w:t>f 26594/26594/25560 26595/26595/25561 26589/26589/25555</w:t>
        <w:br/>
        <w:t>f 26596/26596/25562 26594/26594/25560 26590/26590/25556</w:t>
        <w:br/>
        <w:t>f 26590/26590/25556 26592/26592/25558 26596/26596/25562</w:t>
        <w:br/>
        <w:t>f 26597/26597/25563 26595/26595/25561 26594/26594/25560</w:t>
        <w:br/>
        <w:t>f 26594/26594/25560 26596/26596/25562 26597/26597/25563</w:t>
        <w:br/>
        <w:t>f 26597/26597/25563 26598/26598/25564 26595/26595/25561</w:t>
        <w:br/>
        <w:t>f 26599/26599/25565 26597/26597/25563 26596/26596/25562</w:t>
        <w:br/>
        <w:t>f 26598/26598/25564 26597/26597/25563 26599/26599/25565</w:t>
        <w:br/>
        <w:t>f 26600/26600/25566 26596/26596/25562 26592/26592/25558</w:t>
        <w:br/>
        <w:t>f 26596/26596/25562 26600/26600/25566 26599/26599/25565</w:t>
        <w:br/>
        <w:t>f 26601/26601/25567 26598/26598/25564 26599/26599/25565</w:t>
        <w:br/>
        <w:t>f 26599/26599/25565 26600/26600/25566 26601/26601/25567</w:t>
        <w:br/>
        <w:t>f 26598/26598/25564 26601/26601/25567 26602/26602/25568</w:t>
        <w:br/>
        <w:t>f 26603/26603/25569 26602/26602/25568 26601/26601/25567</w:t>
        <w:br/>
        <w:t>f 26592/26592/25558 26604/26604/25570 26600/26600/25566</w:t>
        <w:br/>
        <w:t>f 26592/26592/25558 26593/26593/25559 26604/26604/25570</w:t>
        <w:br/>
        <w:t>f 26600/26600/25566 26605/26605/25571 26601/26601/25567</w:t>
        <w:br/>
        <w:t>f 26605/26605/25571 26600/26600/25566 26604/26604/25570</w:t>
        <w:br/>
        <w:t>f 26603/26603/25569 26601/26601/25567 26606/26606/25572</w:t>
        <w:br/>
        <w:t>f 26606/26606/25572 26607/26607/25573 26603/26603/25569</w:t>
        <w:br/>
        <w:t>f 26601/26601/25567 26605/26605/25571 26608/26608/25574</w:t>
        <w:br/>
        <w:t>f 26608/26608/25574 26606/26606/25572 26601/26601/25567</w:t>
        <w:br/>
        <w:t>f 26609/26609/25575 26607/26607/25573 26606/26606/25572</w:t>
        <w:br/>
        <w:t>f 26606/26606/25572 26608/26608/25574 26609/26609/25575</w:t>
        <w:br/>
        <w:t>f 26610/26610/25576 26607/26607/25573 26609/26609/25575</w:t>
        <w:br/>
        <w:t>f 26611/26611/25577 26608/26608/25574 26605/26605/25571</w:t>
        <w:br/>
        <w:t>f 26604/26604/25570 26611/26611/25577 26605/26605/25571</w:t>
        <w:br/>
        <w:t>f 26610/26610/25576 26609/26609/25575 26612/26612/25578</w:t>
        <w:br/>
        <w:t>f 26612/26612/25578 26613/26613/25579 26610/26610/25576</w:t>
        <w:br/>
        <w:t>f 26612/26612/25578 26614/26614/25580 26613/26613/25579</w:t>
        <w:br/>
        <w:t>f 26615/26615/25581 26609/26609/25575 26608/26608/25574</w:t>
        <w:br/>
        <w:t>f 26609/26609/25575 26615/26615/25581 26612/26612/25578</w:t>
        <w:br/>
        <w:t>f 26615/26615/25581 26608/26608/25574 26611/26611/25577</w:t>
        <w:br/>
        <w:t>f 26614/26614/25580 26612/26612/25578 26616/26616/25582</w:t>
        <w:br/>
        <w:t>f 26615/26615/25581 26616/26616/25582 26612/26612/25578</w:t>
        <w:br/>
        <w:t>f 26619/26617/25583 26618/26618/25584 26617/26619/25583</w:t>
        <w:br/>
        <w:t>f 26615/26615/25581 26620/26620/25585 26616/26616/25582</w:t>
        <w:br/>
        <w:t>f 26618/26618/25586 26616/26616/25582 26620/26620/25585</w:t>
        <w:br/>
        <w:t>f 26621/26621/25587 26615/26615/25581 26611/26611/25577</w:t>
        <w:br/>
        <w:t>f 26615/26615/25581 26621/26621/25587 26620/26620/25585</w:t>
        <w:br/>
        <w:t>f 26622/26622/25588 26611/26611/25577 26604/26604/25570</w:t>
        <w:br/>
        <w:t>f 26611/26611/25577 26622/26622/25588 26621/26621/25587</w:t>
        <w:br/>
        <w:t>f 26593/26593/25559 26622/26622/25588 26604/26604/25570</w:t>
        <w:br/>
        <w:t>f 26593/26593/25559 26623/26623/25589 26622/26622/25588</w:t>
        <w:br/>
        <w:t>f 26625/26624/25590 26624/26625/25591 26622/26622/25588</w:t>
        <w:br/>
        <w:t>f 26621/26621/25587 26622/26622/25588 26624/26625/25591</w:t>
        <w:br/>
        <w:t>f 26624/26625/25591 26625/26624/25590 26626/26626/25592</w:t>
        <w:br/>
        <w:t>f 26629/26627/25593 26628/26628/25594 26627/26629/25595</w:t>
        <w:br/>
        <w:t>f 26628/26628/25594 26630/26630/25596 26621/26621/25587</w:t>
        <w:br/>
        <w:t>f 26630/26630/25596 26620/26620/25585 26621/26621/25587</w:t>
        <w:br/>
        <w:t>f 26628/26628/25594 26629/26627/25593 26631/26631/25597</w:t>
        <w:br/>
        <w:t>f 26630/26630/25596 26628/26628/25594 26631/26631/25597</w:t>
        <w:br/>
        <w:t>f 26632/26632/25598 26618/26618/25586 26620/26620/25585</w:t>
        <w:br/>
        <w:t>f 26620/26620/25585 26630/26630/25596 26632/26632/25598</w:t>
        <w:br/>
        <w:t>f 26618/26618/25586 26632/26632/25598 26633/26633/25599</w:t>
        <w:br/>
        <w:t>f 26632/26632/25598 26634/26634/25600 26633/26633/25599</w:t>
        <w:br/>
        <w:t>f 26634/26634/25600 26632/26632/25598 26635/26635/25601</w:t>
        <w:br/>
        <w:t>f 26635/26635/25601 26636/26636/25602 26634/26634/25600</w:t>
        <w:br/>
        <w:t>f 26632/26632/25598 26630/26630/25596 26637/26637/25603</w:t>
        <w:br/>
        <w:t>f 26637/26637/25603 26635/26635/25601 26632/26632/25598</w:t>
        <w:br/>
        <w:t>f 26636/26636/25602 26639/26638/25604 26638/26639/25605</w:t>
        <w:br/>
        <w:t>f 26636/26636/25602 26635/26635/25601 26640/26640/25606</w:t>
        <w:br/>
        <w:t>f 26636/26636/25602 26640/26640/25606 26639/26638/25604</w:t>
        <w:br/>
        <w:t>f 26637/26637/25603 26640/26640/25606 26635/26635/25601</w:t>
        <w:br/>
        <w:t>f 26641/26641/25607 26639/26638/25604 26640/26640/25606</w:t>
        <w:br/>
        <w:t>f 26640/26640/25606 26637/26637/25603 26642/26642/25608</w:t>
        <w:br/>
        <w:t>f 26640/26640/25606 26642/26642/25608 26641/26641/25607</w:t>
        <w:br/>
        <w:t>f 26643/26643/25609 26637/26637/25603 26630/26630/25596</w:t>
        <w:br/>
        <w:t>f 26643/26643/25609 26642/26642/25608 26637/26637/25603</w:t>
        <w:br/>
        <w:t>f 26630/26630/25596 26631/26631/25597 26643/26643/25609</w:t>
        <w:br/>
        <w:t>f 26644/26644/25610 26641/26641/25607 26642/26642/25608</w:t>
        <w:br/>
        <w:t>f 26642/26642/25608 26643/26643/25609 26644/26644/25610</w:t>
        <w:br/>
        <w:t>f 26641/26641/25607 26644/26644/25610 26645/26645/25611</w:t>
        <w:br/>
        <w:t>f 26646/26646/25612 26643/26643/25609 26631/26631/25597</w:t>
        <w:br/>
        <w:t>f 26646/26646/25612 26644/26644/25610 26643/26643/25609</w:t>
        <w:br/>
        <w:t>f 26647/26647/25613 26645/26645/25611 26644/26644/25610</w:t>
        <w:br/>
        <w:t>f 26644/26644/25610 26646/26646/25612 26647/26647/25613</w:t>
        <w:br/>
        <w:t>f 26645/26645/25611 26647/26647/25613 26648/26648/25614</w:t>
        <w:br/>
        <w:t>f 26647/26647/25613 26649/26649/25615 26648/26648/25614</w:t>
        <w:br/>
        <w:t>f 26647/26647/25613 26650/26650/25616 26649/26649/25615</w:t>
        <w:br/>
        <w:t>f 26646/26646/25612 26650/26650/25616 26647/26647/25613</w:t>
        <w:br/>
        <w:t>f 26651/26651/25617 26649/26649/25615 26650/26650/25616</w:t>
        <w:br/>
        <w:t>f 26631/26631/25597 26652/26652/25618 26646/26646/25612</w:t>
        <w:br/>
        <w:t>f 26653/26653/25619 26631/26631/25597 26629/26627/25593</w:t>
        <w:br/>
        <w:t>f 26629/26627/25593 26654/26654/25620 26653/26653/25619</w:t>
        <w:br/>
        <w:t>f 26654/26654/25620 26655/26655/25621 26653/26653/25619</w:t>
        <w:br/>
        <w:t>f 26656/26656/25622 26646/26646/25612 26652/26652/25618</w:t>
        <w:br/>
        <w:t>f 26654/26654/25620 26657/26657/25623 26655/26655/25621</w:t>
        <w:br/>
        <w:t>f 26646/26646/25612 26656/26656/25622 26658/26658/25624</w:t>
        <w:br/>
        <w:t>f 26646/26646/25612 26658/26658/25624 26650/26650/25616</w:t>
        <w:br/>
        <w:t>f 26659/26659/25625 26655/26655/25621 26657/26657/25623</w:t>
        <w:br/>
        <w:t>f 26660/26660/25626 26658/26658/25624 26656/26656/25622</w:t>
        <w:br/>
        <w:t>f 26657/26657/25623 26661/26661/25627 26659/26659/25625</w:t>
        <w:br/>
        <w:t>f 26658/26658/25624 26662/26662/25628 26650/26650/25616</w:t>
        <w:br/>
        <w:t>f 26650/26650/25616 26662/26662/25628 26651/26651/25617</w:t>
        <w:br/>
        <w:t>f 26663/26663/25629 26651/26651/25617 26662/26662/25628</w:t>
        <w:br/>
        <w:t>f 26658/26658/25624 26664/26664/25630 26662/26662/25628</w:t>
        <w:br/>
        <w:t>f 26658/26658/25624 26660/26660/25626 26664/26664/25630</w:t>
        <w:br/>
        <w:t>f 26662/26662/25628 26665/26665/25631 26663/26663/25629</w:t>
        <w:br/>
        <w:t>f 26665/26665/25631 26662/26662/25628 26664/26664/25630</w:t>
        <w:br/>
        <w:t>f 26666/26666/25632 26664/26664/25630 26660/26660/25626</w:t>
        <w:br/>
        <w:t>f 26664/26664/25630 26666/26666/25632 26665/26665/25631</w:t>
        <w:br/>
        <w:t>f 26667/26667/25633 26659/26659/25625 26661/26661/25627</w:t>
        <w:br/>
        <w:t>f 26660/26660/25626 26668/26668/25634 26666/26666/25632</w:t>
        <w:br/>
        <w:t>f 26661/26661/25627 26669/26669/25635 26667/26667/25633</w:t>
        <w:br/>
        <w:t>f 26670/26670/25636 26665/26665/25631 26666/26666/25632</w:t>
        <w:br/>
        <w:t>f 26670/26670/25636 26666/26666/25632 26668/26668/25634</w:t>
        <w:br/>
        <w:t>f 26671/26671/25637 26663/26663/25629 26665/26665/25631</w:t>
        <w:br/>
        <w:t>f 26665/26665/25631 26670/26670/25636 26671/26671/25637</w:t>
        <w:br/>
        <w:t>f 26663/26663/25629 26671/26671/25637 26672/26672/25638</w:t>
        <w:br/>
        <w:t>f 26669/26669/25635 26673/26673/25639 26667/26667/25633</w:t>
        <w:br/>
        <w:t>f 26668/26668/25634 26674/26674/25640 26670/26670/25636</w:t>
        <w:br/>
        <w:t>f 26673/26673/25639 26669/26669/25635 26675/26675/25641</w:t>
        <w:br/>
        <w:t>f 26676/26676/25642 26671/26671/25637 26670/26670/25636</w:t>
        <w:br/>
        <w:t>f 26674/26674/25640 26676/26676/25642 26670/26670/25636</w:t>
        <w:br/>
        <w:t>f 26677/26677/25643 26672/26672/25638 26671/26671/25637</w:t>
        <w:br/>
        <w:t>f 26671/26671/25637 26676/26676/25642 26677/26677/25643</w:t>
        <w:br/>
        <w:t>f 26672/26672/25638 26677/26677/25643 26678/26678/25644</w:t>
        <w:br/>
        <w:t>f 26677/26677/25643 26679/26679/25645 26678/26678/25644</w:t>
        <w:br/>
        <w:t>f 26677/26677/25643 26680/26680/25646 26679/26679/25645</w:t>
        <w:br/>
        <w:t>f 26676/26676/25642 26680/26680/25646 26677/26677/25643</w:t>
        <w:br/>
        <w:t>f 26676/26676/25642 26681/26681/25647 26680/26680/25646</w:t>
        <w:br/>
        <w:t>f 26676/26676/25642 26682/26682/25648 26681/26681/25647</w:t>
        <w:br/>
        <w:t>f 26682/26682/25648 26676/26676/25642 26683/26683/25649</w:t>
        <w:br/>
        <w:t>f 26674/26674/25640 26683/26683/25649 26676/26676/25642</w:t>
        <w:br/>
        <w:t>f 26675/26675/25641 26684/26684/25650 26673/26673/25639</w:t>
        <w:br/>
        <w:t>f 26684/26684/25650 26686/26685/25651 26685/26686/25651</w:t>
        <w:br/>
        <w:t>f 26684/26684/25650 26675/26675/25641 26687/26687/25652</w:t>
        <w:br/>
        <w:t>f 26686/26685/25651 26684/26684/25650 26687/26687/25652</w:t>
        <w:br/>
        <w:t>f 26690/26688/25653 26689/26689/25654 26688/26690/25655</w:t>
        <w:br/>
        <w:t>f 26689/26689/25654 26690/26688/25653 26691/26691/25656</w:t>
        <w:br/>
        <w:t>f 26691/26691/25656 26692/26692/25657 26689/26689/25654</w:t>
        <w:br/>
        <w:t>f 26695/26693/25658 26694/26694/25659 26693/26695/25660</w:t>
        <w:br/>
        <w:t>f 26694/26694/25659 26695/26693/25658 26696/26696/25661</w:t>
        <w:br/>
        <w:t>f 26697/26697/25662 26692/26692/25657 26691/26691/25656</w:t>
        <w:br/>
        <w:t>f 26698/26698/25663 26693/26695/25660 26694/26694/25659</w:t>
        <w:br/>
        <w:t>f 26692/26692/25657 26697/26697/25662 26699/26699/25664</w:t>
        <w:br/>
        <w:t>f 26702/26700/25665 26701/26701/25666 26700/26702/25667</w:t>
        <w:br/>
        <w:t>f 26703/26703/25668 26700/26702/25667 26701/26701/25666</w:t>
        <w:br/>
        <w:t>f 26696/26696/25661 26704/26704/25669 26694/26694/25659</w:t>
        <w:br/>
        <w:t>f 26701/26701/25666 26705/26705/25670 26703/26703/25668</w:t>
        <w:br/>
        <w:t>f 26706/26706/25671 26694/26694/25659 26704/26704/25669</w:t>
        <w:br/>
        <w:t>f 26705/26705/25670 26707/26707/25672 26703/26703/25668</w:t>
        <w:br/>
        <w:t>f 26694/26694/25659 26706/26706/25671 26698/26698/25663</w:t>
        <w:br/>
        <w:t>f 26707/26707/25672 26705/26705/25670 26708/26708/25673</w:t>
        <w:br/>
        <w:t>f 26709/26709/25674 26698/26698/25663 26706/26706/25671</w:t>
        <w:br/>
        <w:t>f 26707/26707/25672 26708/26708/25673 26710/26710/25675</w:t>
        <w:br/>
        <w:t>f 26711/26711/25676 26699/26699/25664 26697/26697/25662</w:t>
        <w:br/>
        <w:t>f 26698/26698/25663 26709/26709/25674 26712/26712/25677</w:t>
        <w:br/>
        <w:t>f 26713/26713/25678 26699/26699/25664 26711/26711/25676</w:t>
        <w:br/>
        <w:t>f 26709/26709/25674 26714/26714/25679 26712/26712/25677</w:t>
        <w:br/>
        <w:t>f 26715/26715/25680 26699/26699/25664 26713/26713/25678</w:t>
        <w:br/>
        <w:t>f 26710/26710/25675 26708/26708/25673 26716/26716/25681</w:t>
        <w:br/>
        <w:t>f 26714/26714/25679 26709/26709/25674 26717/26717/25682</w:t>
        <w:br/>
        <w:t>f 26718/26718/25683 26716/26716/25681 26708/26708/25673</w:t>
        <w:br/>
        <w:t>f 26715/26715/25680 26713/26713/25678 26719/26719/25684</w:t>
        <w:br/>
        <w:t>f 26717/26717/25682 26720/26720/25685 26714/26714/25679</w:t>
        <w:br/>
        <w:t>f 26715/26715/25680 26719/26719/25684 26721/26721/25686</w:t>
        <w:br/>
        <w:t>f 26722/26722/25687 26721/26721/25686 26719/26719/25684</w:t>
        <w:br/>
        <w:t>f 26716/26716/25681 26718/26718/25683 26723/26723/25688</w:t>
        <w:br/>
        <w:t>f 26720/26720/25685 26717/26717/25682 26724/26724/25689</w:t>
        <w:br/>
        <w:t>f 26725/26725/25690 26720/26720/25685 26724/26724/25689</w:t>
        <w:br/>
        <w:t>f 26726/26726/25691 26723/26723/25688 26718/26718/25683</w:t>
        <w:br/>
        <w:t>f 26725/26725/25690 26724/26724/25689 26727/26727/25692</w:t>
        <w:br/>
        <w:t>f 26723/26723/25688 26726/26726/25691 26728/26728/25693</w:t>
        <w:br/>
        <w:t>f 26731/26729/25694 26730/26730/25695 26729/26731/25696</w:t>
        <w:br/>
        <w:t>f 26732/26732/25697 26731/26729/25694 26729/26731/25696</w:t>
        <w:br/>
        <w:t>f 26733/26733/25698 26731/26729/25694 26732/26732/25697</w:t>
        <w:br/>
        <w:t>f 26729/26731/25696 26734/26734/25699 26732/26732/25697</w:t>
        <w:br/>
        <w:t>f 26734/26734/25699 26729/26731/25696 26735/26735/25700</w:t>
        <w:br/>
        <w:t>f 26736/26736/25701 26733/26733/25698 26732/26732/25697</w:t>
        <w:br/>
        <w:t>f 26736/26736/25701 26732/26732/25697 26734/26734/25699</w:t>
        <w:br/>
        <w:t>f 26733/26733/25698 26736/26736/25701 26737/26737/25702</w:t>
        <w:br/>
        <w:t>f 26735/26735/25700 26738/26738/25703 26734/26734/25699</w:t>
        <w:br/>
        <w:t>f 26738/26738/25703 26735/26735/25700 26739/26739/25704</w:t>
        <w:br/>
        <w:t>f 26734/26734/25699 26740/26740/25705 26736/26736/25701</w:t>
        <w:br/>
        <w:t>f 26734/26734/25699 26738/26738/25703 26740/26740/25705</w:t>
        <w:br/>
        <w:t>f 26741/26741/25706 26737/26737/25702 26736/26736/25701</w:t>
        <w:br/>
        <w:t>f 26741/26741/25706 26742/26742/25707 26737/26737/25702</w:t>
        <w:br/>
        <w:t>f 26736/26736/25701 26740/26740/25705 26743/26743/25708</w:t>
        <w:br/>
        <w:t>f 26741/26741/25706 26736/26736/25701 26743/26743/25708</w:t>
        <w:br/>
        <w:t>f 26738/26738/25703 26744/26744/25709 26740/26740/25705</w:t>
        <w:br/>
        <w:t>f 26740/26740/25705 26744/26744/25709 26743/26743/25708</w:t>
        <w:br/>
        <w:t>f 26739/26739/25704 26745/26745/25710 26738/26738/25703</w:t>
        <w:br/>
        <w:t>f 26738/26738/25703 26745/26745/25710 26744/26744/25709</w:t>
        <w:br/>
        <w:t>f 26739/26739/25704 26746/26746/25711 26745/26745/25710</w:t>
        <w:br/>
        <w:t>f 26745/26745/25710 26746/26746/25711 26747/26747/25712</w:t>
        <w:br/>
        <w:t>f 26746/26746/25711 26748/26748/25713 26747/26747/25712</w:t>
        <w:br/>
        <w:t>f 26745/26745/25710 26749/26749/25714 26744/26744/25709</w:t>
        <w:br/>
        <w:t>f 26745/26745/25710 26747/26747/25712 26749/26749/25714</w:t>
        <w:br/>
        <w:t>f 26748/26748/25713 26750/26750/25715 26747/26747/25712</w:t>
        <w:br/>
        <w:t>f 26748/26748/25713 26751/26751/25716 26750/26750/25715</w:t>
        <w:br/>
        <w:t>f 26747/26747/25712 26752/26752/25717 26749/26749/25714</w:t>
        <w:br/>
        <w:t>f 26751/26751/25716 26753/26753/25718 26750/26750/25715</w:t>
        <w:br/>
        <w:t>f 26753/26753/25718 26751/26751/25716 26754/26754/25719</w:t>
        <w:br/>
        <w:t>f 26750/26750/25715 26755/26755/25720 26747/26747/25712</w:t>
        <w:br/>
        <w:t>f 26747/26747/25712 26755/26755/25720 26752/26752/25717</w:t>
        <w:br/>
        <w:t>f 26756/26756/25721 26750/26750/25715 26753/26753/25718</w:t>
        <w:br/>
        <w:t>f 26756/26756/25721 26755/26755/25720 26750/26750/25715</w:t>
        <w:br/>
        <w:t>f 26757/26757/25722 26753/26753/25718 26754/26754/25719</w:t>
        <w:br/>
        <w:t>f 26755/26755/25720 26756/26756/25721 26758/26758/25723</w:t>
        <w:br/>
        <w:t>f 26755/26755/25720 26758/26758/25723 26752/26752/25717</w:t>
        <w:br/>
        <w:t>f 26759/26759/25724 26756/26756/25721 26753/26753/25718</w:t>
        <w:br/>
        <w:t>f 26757/26757/25722 26759/26759/25724 26753/26753/25718</w:t>
        <w:br/>
        <w:t>f 26756/26756/25721 26760/26760/25725 26758/26758/25723</w:t>
        <w:br/>
        <w:t>f 26759/26759/25724 26760/26760/25725 26756/26756/25721</w:t>
        <w:br/>
        <w:t>f 26754/26754/25719 26761/26761/25726 26757/26757/25722</w:t>
        <w:br/>
        <w:t>f 26761/26761/25726 26754/26754/25719 26762/26762/25727</w:t>
        <w:br/>
        <w:t>f 26759/26759/25724 26763/26763/25728 26760/26760/25725</w:t>
        <w:br/>
        <w:t>f 26760/26760/25725 26763/26763/25728 26758/26758/25723</w:t>
        <w:br/>
        <w:t>f 26764/26764/25729 26761/26761/25726 26762/26762/25727</w:t>
        <w:br/>
        <w:t>f 26764/26764/25729 26762/26762/25727 26765/26765/25730</w:t>
        <w:br/>
        <w:t>f 26768/26766/25731 26767/26767/25732 26766/26768/25733</w:t>
        <w:br/>
        <w:t>f 26767/26767/25732 26768/26766/25731 26769/26769/25734</w:t>
        <w:br/>
        <w:t>f 26769/26769/25734 26770/26770/25735 26767/26767/25732</w:t>
        <w:br/>
        <w:t>f 26771/26771/25736 26761/26761/25726 26764/26764/25729</w:t>
        <w:br/>
        <w:t>f 26770/26770/25735 26769/26769/25734 26772/26772/25737</w:t>
        <w:br/>
        <w:t>f 26771/26771/25736 26773/26773/25738 26761/26761/25726</w:t>
        <w:br/>
        <w:t>f 26773/26773/25738 26757/26757/25722 26761/26761/25726</w:t>
        <w:br/>
        <w:t>f 26772/26772/25737 26774/26774/25739 26770/26770/25735</w:t>
        <w:br/>
        <w:t>f 26775/26775/25740 26773/26773/25738 26771/26771/25736</w:t>
        <w:br/>
        <w:t>f 26774/26774/25739 26772/26772/25737 26776/26776/25741</w:t>
        <w:br/>
        <w:t>f 26777/26777/25742 26774/26774/25739 26776/26776/25741</w:t>
        <w:br/>
        <w:t>f 26773/26773/25738 26778/26778/25743 26757/26757/25722</w:t>
        <w:br/>
        <w:t>f 26759/26759/25724 26757/26757/25722 26778/26778/25743</w:t>
        <w:br/>
        <w:t>f 26773/26773/25738 26775/26775/25740 26779/26779/25744</w:t>
        <w:br/>
        <w:t>f 26779/26779/25744 26778/26778/25743 26773/26773/25738</w:t>
        <w:br/>
        <w:t>f 26774/26774/25739 26777/26777/25742 26780/26780/25745</w:t>
        <w:br/>
        <w:t>f 26781/26781/25746 26779/26779/25744 26775/26775/25740</w:t>
        <w:br/>
        <w:t>f 26782/26782/25747 26780/26780/25745 26777/26777/25742</w:t>
        <w:br/>
        <w:t>f 26778/26778/25743 26783/26783/25748 26759/26759/25724</w:t>
        <w:br/>
        <w:t>f 26763/26763/25728 26759/26759/25724 26783/26783/25748</w:t>
        <w:br/>
        <w:t>f 26779/26779/25744 26784/26784/25749 26778/26778/25743</w:t>
        <w:br/>
        <w:t>f 26783/26783/25748 26778/26778/25743 26784/26784/25749</w:t>
        <w:br/>
        <w:t>f 26785/26785/25750 26780/26780/25745 26782/26782/25747</w:t>
        <w:br/>
        <w:t>f 26786/26786/25751 26785/26785/25750 26782/26782/25747</w:t>
        <w:br/>
        <w:t>f 26779/26779/25744 26781/26781/25746 26787/26787/25752</w:t>
        <w:br/>
        <w:t>f 26788/26788/25753 26785/26785/25750 26786/26786/25751</w:t>
        <w:br/>
        <w:t>f 26789/26789/25754 26788/26788/25753 26786/26786/25751</w:t>
        <w:br/>
        <w:t>f 26788/26788/25753 26789/26789/25754 26790/26790/25755</w:t>
        <w:br/>
        <w:t>f 26793/26791/25756 26792/26792/25757 26791/26793/25758</w:t>
        <w:br/>
        <w:t>f 26795/26794/25759 26781/26781/25746 26794/26795/25760</w:t>
        <w:br/>
        <w:t>f 26781/26781/25746 26795/26794/25759 26787/26787/25752</w:t>
        <w:br/>
        <w:t>f 26796/26796/25761 26794/26795/25760 26791/26793/25758</w:t>
        <w:br/>
        <w:t>f 26792/26792/25757 26796/26796/25761 26791/26793/25758</w:t>
        <w:br/>
        <w:t>f 26794/26795/25760 26796/26796/25761 26795/26794/25759</w:t>
        <w:br/>
        <w:t>f 26792/26792/25757 26797/26797/25762 26796/26796/25761</w:t>
        <w:br/>
        <w:t>f 26792/26792/25757 26798/26798/25763 26797/26797/25762</w:t>
        <w:br/>
        <w:t>f 26796/26796/25761 26799/26799/25764 26795/26794/25759</w:t>
        <w:br/>
        <w:t>f 26799/26799/25764 26796/26796/25761 26797/26797/25762</w:t>
        <w:br/>
        <w:t>f 26798/26798/25763 26801/26800/25765 26800/26801/25766</w:t>
        <w:br/>
        <w:t>f 26798/26798/25763 26800/26801/25766 26797/26797/25762</w:t>
        <w:br/>
        <w:t>f 26802/26802/25767 26795/26794/25759 26799/26799/25764</w:t>
        <w:br/>
        <w:t>f 26795/26794/25759 26802/26802/25767 26787/26787/25752</w:t>
        <w:br/>
        <w:t>f 26800/26801/25766 26803/26803/25768 26797/26797/25762</w:t>
        <w:br/>
        <w:t>f 26800/26801/25766 26804/26804/25769 26803/26803/25768</w:t>
        <w:br/>
        <w:t>f 26797/26797/25762 26805/26805/25770 26799/26799/25764</w:t>
        <w:br/>
        <w:t>f 26805/26805/25770 26797/26797/25762 26803/26803/25768</w:t>
        <w:br/>
        <w:t>f 26799/26799/25764 26805/26805/25770 26802/26802/25767</w:t>
        <w:br/>
        <w:t>f 26806/26806/25771 26803/26803/25768 26804/26804/25769</w:t>
        <w:br/>
        <w:t>f 26806/26806/25771 26805/26805/25770 26803/26803/25768</w:t>
        <w:br/>
        <w:t>f 26807/26807/25772 26806/26806/25771 26804/26804/25769</w:t>
        <w:br/>
        <w:t>f 26787/26787/25752 26802/26802/25767 26808/26808/25773</w:t>
        <w:br/>
        <w:t>f 26808/26808/25773 26779/26779/25744 26787/26787/25752</w:t>
        <w:br/>
        <w:t>f 26779/26779/25744 26808/26808/25773 26784/26784/25749</w:t>
        <w:br/>
        <w:t>f 26807/26807/25772 26809/26809/25774 26806/26806/25771</w:t>
        <w:br/>
        <w:t>f 26807/26807/25772 26810/26810/25775 26809/26809/25774</w:t>
        <w:br/>
        <w:t>f 26811/26811/25776 26784/26784/25749 26808/26808/25773</w:t>
        <w:br/>
        <w:t>f 26784/26784/25749 26811/26811/25776 26783/26783/25748</w:t>
        <w:br/>
        <w:t>f 26812/26812/25777 26808/26808/25773 26802/26802/25767</w:t>
        <w:br/>
        <w:t>f 26808/26808/25773 26812/26812/25777 26811/26811/25776</w:t>
        <w:br/>
        <w:t>f 26805/26805/25770 26812/26812/25777 26802/26802/25767</w:t>
        <w:br/>
        <w:t>f 26783/26783/25748 26811/26811/25776 26813/26813/25778</w:t>
        <w:br/>
        <w:t>f 26763/26763/25728 26783/26783/25748 26813/26813/25778</w:t>
        <w:br/>
        <w:t>f 26814/26814/25779 26811/26811/25776 26812/26812/25777</w:t>
        <w:br/>
        <w:t>f 26811/26811/25776 26814/26814/25779 26813/26813/25778</w:t>
        <w:br/>
        <w:t>f 26812/26812/25777 26805/26805/25770 26815/26815/25780</w:t>
        <w:br/>
        <w:t>f 26814/26814/25779 26812/26812/25777 26815/26815/25780</w:t>
        <w:br/>
        <w:t>f 26805/26805/25770 26806/26806/25771 26816/26816/25781</w:t>
        <w:br/>
        <w:t>f 26805/26805/25770 26816/26816/25781 26815/26815/25780</w:t>
        <w:br/>
        <w:t>f 26809/26809/25774 26816/26816/25781 26806/26806/25771</w:t>
        <w:br/>
        <w:t>f 26817/26817/25782 26815/26815/25780 26816/26816/25781</w:t>
        <w:br/>
        <w:t>f 26816/26816/25781 26809/26809/25774 26817/26817/25782</w:t>
        <w:br/>
        <w:t>f 26814/26814/25779 26815/26815/25780 26818/26818/25783</w:t>
        <w:br/>
        <w:t>f 26815/26815/25780 26817/26817/25782 26818/26818/25783</w:t>
        <w:br/>
        <w:t>f 26819/26819/25784 26817/26817/25782 26809/26809/25774</w:t>
        <w:br/>
        <w:t>f 26810/26810/25775 26819/26819/25784 26809/26809/25774</w:t>
        <w:br/>
        <w:t>f 26819/26819/25784 26810/26810/25775 26820/26820/25785</w:t>
        <w:br/>
        <w:t>f 26821/26821/25786 26818/26818/25783 26817/26817/25782</w:t>
        <w:br/>
        <w:t>f 26817/26817/25782 26819/26819/25784 26821/26821/25786</w:t>
        <w:br/>
        <w:t>f 26814/26814/25779 26818/26818/25783 26822/26822/25787</w:t>
        <w:br/>
        <w:t>f 26822/26822/25787 26813/26813/25778 26814/26814/25779</w:t>
        <w:br/>
        <w:t>f 26818/26818/25783 26821/26821/25786 26823/26823/25788</w:t>
        <w:br/>
        <w:t>f 26823/26823/25788 26822/26822/25787 26818/26818/25783</w:t>
        <w:br/>
        <w:t>f 26819/26819/25784 26824/26824/25789 26821/26821/25786</w:t>
        <w:br/>
        <w:t>f 26821/26821/25786 26825/26825/25790 26823/26823/25788</w:t>
        <w:br/>
        <w:t>f 26825/26825/25790 26821/26821/25786 26824/26824/25789</w:t>
        <w:br/>
        <w:t>f 26822/26822/25787 26823/26823/25788 26826/26826/25791</w:t>
        <w:br/>
        <w:t>f 26824/26824/25789 26819/26819/25784 26827/26827/25792</w:t>
        <w:br/>
        <w:t>f 26827/26827/25792 26819/26819/25784 26820/26820/25785</w:t>
        <w:br/>
        <w:t>f 26826/26826/25791 26823/26823/25788 26828/26828/25793</w:t>
        <w:br/>
        <w:t>f 26825/26825/25790 26828/26828/25793 26823/26823/25788</w:t>
        <w:br/>
        <w:t>f 26829/26829/25794 26827/26827/25792 26820/26820/25785</w:t>
        <w:br/>
        <w:t>f 26832/26830/25795 26831/26831/25796 26830/26832/25797</w:t>
        <w:br/>
        <w:t>f 26834/26833/25798 26827/26827/25792 26833/26834/25799</w:t>
        <w:br/>
        <w:t>f 26831/26831/25796 26832/26830/25795 26835/26835/25800</w:t>
        <w:br/>
        <w:t>f 26827/26827/25792 26836/26836/25801 26824/26824/25789</w:t>
        <w:br/>
        <w:t>f 26825/26825/25790 26824/26824/25789 26836/26836/25801</w:t>
        <w:br/>
        <w:t>f 26827/26827/25792 26834/26833/25798 26837/26837/25802</w:t>
        <w:br/>
        <w:t>f 26836/26836/25801 26827/26827/25792 26837/26837/25802</w:t>
        <w:br/>
        <w:t>f 26832/26830/25795 26838/26838/25803 26835/26835/25800</w:t>
        <w:br/>
        <w:t>f 26838/26838/25803 26832/26830/25795 26839/26839/25804</w:t>
        <w:br/>
        <w:t>f 26834/26833/25798 26840/26840/25805 26837/26837/25802</w:t>
        <w:br/>
        <w:t>f 26841/26841/25806 26840/26840/25805 26834/26833/25798</w:t>
        <w:br/>
        <w:t>f 26843/26842/25807 26841/26841/25806 26842/26843/25808</w:t>
        <w:br/>
        <w:t>f 26841/26841/25806 26843/26842/25807 26840/26840/25805</w:t>
        <w:br/>
        <w:t>f 26844/26844/25809 26843/26842/25807 26842/26843/25808</w:t>
        <w:br/>
        <w:t>f 26845/26845/25810 26837/26837/25802 26840/26840/25805</w:t>
        <w:br/>
        <w:t>f 26837/26837/25802 26845/26845/25810 26836/26836/25801</w:t>
        <w:br/>
        <w:t>f 26843/26842/25807 26844/26844/25809 26846/26846/25811</w:t>
        <w:br/>
        <w:t>f 26844/26844/25809 26847/26847/25812 26846/26846/25811</w:t>
        <w:br/>
        <w:t>f 26848/26848/25813 26840/26840/25805 26843/26842/25807</w:t>
        <w:br/>
        <w:t>f 26840/26840/25805 26848/26848/25813 26849/26849/25814</w:t>
        <w:br/>
        <w:t>f 26850/26850/25815 26843/26842/25807 26846/26846/25811</w:t>
        <w:br/>
        <w:t>f 26843/26842/25807 26850/26850/25815 26851/26851/25816</w:t>
        <w:br/>
        <w:t>f 26847/26847/25812 26852/26852/25817 26846/26846/25811</w:t>
        <w:br/>
        <w:t>f 26846/26846/25811 26852/26852/25817 26850/26850/25815</w:t>
        <w:br/>
        <w:t>f 26847/26847/25812 26853/26853/25818 26852/26852/25817</w:t>
        <w:br/>
        <w:t>f 26852/26852/25817 26853/26853/25818 26854/26854/25819</w:t>
        <w:br/>
        <w:t>f 26856/26855/25820 26855/26856/25821 26854/26854/25819</w:t>
        <w:br/>
        <w:t>f 26854/26854/25819 26857/26857/25822 26852/26852/25817</w:t>
        <w:br/>
        <w:t>f 26855/26856/25821 26858/26858/25823 26854/26854/25819</w:t>
        <w:br/>
        <w:t>f 26857/26857/25822 26854/26854/25819 26858/26858/25823</w:t>
        <w:br/>
        <w:t>f 26859/26859/25824 26858/26858/25823 26855/26856/25821</w:t>
        <w:br/>
        <w:t>f 26852/26852/25817 26857/26857/25822 26860/26860/25825</w:t>
        <w:br/>
        <w:t>f 26857/26857/25822 26858/26858/25823 26860/26860/25825</w:t>
        <w:br/>
        <w:t>f 26861/26861/25826 26850/26850/25815 26852/26852/25817</w:t>
        <w:br/>
        <w:t>f 26852/26852/25817 26860/26860/25825 26861/26861/25826</w:t>
        <w:br/>
        <w:t>f 26850/26850/25815 26861/26861/25826 26862/26862/25827</w:t>
        <w:br/>
        <w:t>f 26850/26850/25815 26862/26862/25827 26848/26848/25813</w:t>
        <w:br/>
        <w:t>f 26863/26863/25828 26861/26861/25826 26860/26860/25825</w:t>
        <w:br/>
        <w:t>f 26861/26861/25826 26864/26864/25829 26862/26862/25827</w:t>
        <w:br/>
        <w:t>f 26861/26861/25826 26863/26863/25828 26864/26864/25829</w:t>
        <w:br/>
        <w:t>f 26865/26865/25830 26860/26860/25825 26858/26858/25823</w:t>
        <w:br/>
        <w:t>f 26860/26860/25825 26865/26865/25830 26863/26863/25828</w:t>
        <w:br/>
        <w:t>f 26858/26858/25823 26859/26859/25824 26866/26866/25831</w:t>
        <w:br/>
        <w:t>f 26866/26866/25831 26865/26865/25830 26858/26858/25823</w:t>
        <w:br/>
        <w:t>f 26859/26859/25824 26867/26867/25832 26866/26866/25831</w:t>
        <w:br/>
        <w:t>f 26868/26868/25833 26867/26867/25832 26859/26859/25824</w:t>
        <w:br/>
        <w:t>f 26871/26869/25834 26870/26870/25835 26869/26871/25836</w:t>
        <w:br/>
        <w:t>f 26870/26870/25835 26871/26869/25834 26872/26872/25837</w:t>
        <w:br/>
        <w:t>f 26873/26873/25838 26870/26870/25835 26872/26872/25837</w:t>
        <w:br/>
        <w:t>f 26874/26874/25839 26866/26866/25831 26867/26867/25832</w:t>
        <w:br/>
        <w:t>f 26872/26872/25837 26875/26875/25840 26873/26873/25838</w:t>
        <w:br/>
        <w:t>f 26865/26865/25830 26866/26866/25831 26876/26876/25841</w:t>
        <w:br/>
        <w:t>f 26866/26866/25831 26874/26874/25839 26876/26876/25841</w:t>
        <w:br/>
        <w:t>f 26875/26875/25840 26877/26877/25842 26873/26873/25838</w:t>
        <w:br/>
        <w:t>f 26877/26877/25842 26875/26875/25840 26878/26878/25843</w:t>
        <w:br/>
        <w:t>f 26874/26874/25839 26879/26879/25844 26876/26876/25841</w:t>
        <w:br/>
        <w:t>f 26879/26879/25844 26874/26874/25839 26880/26880/25845</w:t>
        <w:br/>
        <w:t>f 26865/26865/25830 26876/26876/25841 26881/26881/25846</w:t>
        <w:br/>
        <w:t>f 26876/26876/25841 26879/26879/25844 26881/26881/25846</w:t>
        <w:br/>
        <w:t>f 26881/26881/25846 26863/26863/25828 26865/26865/25830</w:t>
        <w:br/>
        <w:t>f 26878/26878/25843 26882/26882/25847 26877/26877/25842</w:t>
        <w:br/>
        <w:t>f 26883/26883/25848 26879/26879/25844 26880/26880/25845</w:t>
        <w:br/>
        <w:t>f 26882/26882/25847 26878/26878/25843 26884/26884/25849</w:t>
        <w:br/>
        <w:t>f 26885/26885/25850 26882/26882/25847 26884/26884/25849</w:t>
        <w:br/>
        <w:t>f 26863/26863/25828 26881/26881/25846 26886/26886/25851</w:t>
        <w:br/>
        <w:t>f 26886/26886/25851 26864/26864/25829 26863/26863/25828</w:t>
        <w:br/>
        <w:t>f 26882/26882/25847 26885/26885/25850 26887/26887/25852</w:t>
        <w:br/>
        <w:t>f 26888/26888/25853 26887/26887/25852 26885/26885/25850</w:t>
        <w:br/>
        <w:t>f 26864/26864/25829 26886/26886/25851 26889/26889/25854</w:t>
        <w:br/>
        <w:t>f 26864/26864/25829 26889/26889/25854 26862/26862/25827</w:t>
        <w:br/>
        <w:t>f 26887/26887/25852 26888/26888/25853 26890/26890/25855</w:t>
        <w:br/>
        <w:t>f 26891/26891/25856 26890/26890/25855 26888/26888/25853</w:t>
        <w:br/>
        <w:t>f 26890/26890/25855 26891/26891/25856 26892/26892/25857</w:t>
        <w:br/>
        <w:t>f 26895/26893/25858 26894/26894/25859 26893/26895/25860</w:t>
        <w:br/>
        <w:t>f 26894/26894/25859 26895/26893/25858 26896/26896/25861</w:t>
        <w:br/>
        <w:t>f 26896/26896/25861 26897/26897/25862 26894/26894/25859</w:t>
        <w:br/>
        <w:t>f 26898/26898/25863 26896/26896/25861 26895/26893/25858</w:t>
        <w:br/>
        <w:t>f 26897/26897/25862 26896/26896/25861 26899/26899/25864</w:t>
        <w:br/>
        <w:t>f 26883/26883/25848 26897/26897/25862 26899/26899/25864</w:t>
        <w:br/>
        <w:t>f 26896/26896/25861 26898/26898/25863 26900/26900/25865</w:t>
        <w:br/>
        <w:t>f 26900/26900/25865 26899/26899/25864 26896/26896/25861</w:t>
        <w:br/>
        <w:t>f 26901/26901/25866 26883/26883/25848 26899/26899/25864</w:t>
        <w:br/>
        <w:t>f 26879/26879/25844 26883/26883/25848 26901/26901/25866</w:t>
        <w:br/>
        <w:t>f 26899/26899/25864 26900/26900/25865 26902/26902/25867</w:t>
        <w:br/>
        <w:t>f 26902/26902/25867 26901/26901/25866 26899/26899/25864</w:t>
        <w:br/>
        <w:t>f 26903/26903/25868 26879/26879/25844 26901/26901/25866</w:t>
        <w:br/>
        <w:t>f 26901/26901/25866 26902/26902/25867 26903/26903/25868</w:t>
        <w:br/>
        <w:t>f 26879/26879/25844 26903/26903/25868 26881/26881/25846</w:t>
        <w:br/>
        <w:t>f 26900/26900/25865 26898/26898/25863 26904/26904/25869</w:t>
        <w:br/>
        <w:t>f 26904/26904/25869 26898/26898/25863 26905/26905/25870</w:t>
        <w:br/>
        <w:t>f 26900/26900/25865 26906/26906/25871 26902/26902/25867</w:t>
        <w:br/>
        <w:t>f 26906/26906/25871 26900/26900/25865 26904/26904/25869</w:t>
        <w:br/>
        <w:t>f 26902/26902/25867 26907/26907/25872 26903/26903/25868</w:t>
        <w:br/>
        <w:t>f 26907/26907/25872 26902/26902/25867 26906/26906/25871</w:t>
        <w:br/>
        <w:t>f 26905/26905/25870 26908/26908/25873 26904/26904/25869</w:t>
        <w:br/>
        <w:t>f 26909/26909/25874 26908/26908/25873 26905/26905/25870</w:t>
        <w:br/>
        <w:t>f 26910/26910/25875 26906/26906/25871 26904/26904/25869</w:t>
        <w:br/>
        <w:t>f 26910/26910/25875 26904/26904/25869 26908/26908/25873</w:t>
        <w:br/>
        <w:t>f 26909/26909/25874 26911/26911/25876 26908/26908/25873</w:t>
        <w:br/>
        <w:t>f 26912/26912/25877 26911/26911/25876 26909/26909/25874</w:t>
        <w:br/>
        <w:t>f 26913/26913/25878 26910/26910/25875 26908/26908/25873</w:t>
        <w:br/>
        <w:t>f 26908/26908/25873 26911/26911/25876 26913/26913/25878</w:t>
        <w:br/>
        <w:t>f 26906/26906/25871 26910/26910/25875 26914/26914/25879</w:t>
        <w:br/>
        <w:t>f 26915/26915/25880 26911/26911/25876 26912/26912/25877</w:t>
        <w:br/>
        <w:t>f 26916/26916/25881 26915/26915/25880 26912/26912/25877</w:t>
        <w:br/>
        <w:t>f 26917/26917/25882 26906/26906/25871 26914/26914/25879</w:t>
        <w:br/>
        <w:t>f 26917/26917/25882 26907/26907/25872 26906/26906/25871</w:t>
        <w:br/>
        <w:t>f 26910/26910/25875 26918/26918/25883 26914/26914/25879</w:t>
        <w:br/>
        <w:t>f 26914/26914/25879 26918/26918/25883 26917/26917/25882</w:t>
        <w:br/>
        <w:t>f 26910/26910/25875 26913/26913/25878 26918/26918/25883</w:t>
        <w:br/>
        <w:t>f 26917/26917/25882 26919/26919/25884 26907/26907/25872</w:t>
        <w:br/>
        <w:t>f 26903/26903/25868 26907/26907/25872 26919/26919/25884</w:t>
        <w:br/>
        <w:t>f 26919/26919/25884 26881/26881/25846 26903/26903/25868</w:t>
        <w:br/>
        <w:t>f 26913/26913/25878 26920/26920/25885 26918/26918/25883</w:t>
        <w:br/>
        <w:t>f 26911/26911/25876 26920/26920/25885 26913/26913/25878</w:t>
        <w:br/>
        <w:t>f 26921/26921/25886 26881/26881/25846 26919/26919/25884</w:t>
        <w:br/>
        <w:t>f 26921/26921/25886 26886/26886/25851 26881/26881/25846</w:t>
        <w:br/>
        <w:t>f 26911/26911/25876 26922/26922/25887 26920/26920/25885</w:t>
        <w:br/>
        <w:t>f 26915/26915/25880 26922/26922/25887 26911/26911/25876</w:t>
        <w:br/>
        <w:t>f 26923/26923/25888 26886/26886/25851 26921/26921/25886</w:t>
        <w:br/>
        <w:t>f 26923/26923/25888 26889/26889/25854 26886/26886/25851</w:t>
        <w:br/>
        <w:t>f 26924/26924/25889 26921/26921/25886 26919/26919/25884</w:t>
        <w:br/>
        <w:t>f 26924/26924/25889 26923/26923/25888 26921/26921/25886</w:t>
        <w:br/>
        <w:t>f 26925/26925/25890 26924/26924/25889 26919/26919/25884</w:t>
        <w:br/>
        <w:t>f 26917/26917/25882 26925/26925/25890 26919/26919/25884</w:t>
        <w:br/>
        <w:t>f 26926/26926/25891 26924/26924/25889 26925/26925/25890</w:t>
        <w:br/>
        <w:t>f 26926/26926/25891 26925/26925/25890 26917/26917/25882</w:t>
        <w:br/>
        <w:t>f 26924/26924/25889 26927/26927/25892 26923/26923/25888</w:t>
        <w:br/>
        <w:t>f 26924/26924/25889 26926/26926/25891 26927/26927/25892</w:t>
        <w:br/>
        <w:t>f 26926/26926/25891 26917/26917/25882 26928/26928/25893</w:t>
        <w:br/>
        <w:t>f 26928/26928/25893 26917/26917/25882 26918/26918/25883</w:t>
        <w:br/>
        <w:t>f 26929/26929/25894 26926/26926/25891 26928/26928/25893</w:t>
        <w:br/>
        <w:t>f 26926/26926/25891 26929/26929/25894 26927/26927/25892</w:t>
        <w:br/>
        <w:t>f 26930/26930/25895 26928/26928/25893 26918/26918/25883</w:t>
        <w:br/>
        <w:t>f 26930/26930/25895 26929/26929/25894 26928/26928/25893</w:t>
        <w:br/>
        <w:t>f 26930/26930/25895 26918/26918/25883 26920/26920/25885</w:t>
        <w:br/>
        <w:t>f 26930/26930/25895 26931/26931/25896 26929/26929/25894</w:t>
        <w:br/>
        <w:t>f 26932/26932/25897 26930/26930/25895 26920/26920/25885</w:t>
        <w:br/>
        <w:t>f 26930/26930/25895 26932/26932/25897 26931/26931/25896</w:t>
        <w:br/>
        <w:t>f 26933/26933/25898 26932/26932/25897 26920/26920/25885</w:t>
        <w:br/>
        <w:t>f 26922/26922/25887 26933/26933/25898 26920/26920/25885</w:t>
        <w:br/>
        <w:t>f 26934/26934/25899 26931/26931/25896 26932/26932/25897</w:t>
        <w:br/>
        <w:t>f 26922/26922/25887 26935/26935/25900 26933/26933/25898</w:t>
        <w:br/>
        <w:t>f 26915/26915/25880 26935/26935/25900 26922/26922/25887</w:t>
        <w:br/>
        <w:t>f 26932/26932/25897 26933/26933/25898 26936/26936/25901</w:t>
        <w:br/>
        <w:t>f 26937/26937/25902 26935/26935/25900 26915/26915/25880</w:t>
        <w:br/>
        <w:t>f 26916/26916/25881 26937/26937/25902 26915/26915/25880</w:t>
        <w:br/>
        <w:t>f 26937/26937/25902 26916/26916/25881 26938/26938/25903</w:t>
        <w:br/>
        <w:t>f 26935/26935/25900 26939/26939/25904 26933/26933/25898</w:t>
        <w:br/>
        <w:t>f 26933/26933/25898 26939/26939/25904 26936/26936/25901</w:t>
        <w:br/>
        <w:t>f 26938/26938/25903 26940/26940/25905 26937/26937/25902</w:t>
        <w:br/>
        <w:t>f 26941/26941/25906 26940/26940/25905 26938/26938/25903</w:t>
        <w:br/>
        <w:t>f 26937/26937/25902 26942/26942/25907 26935/26935/25900</w:t>
        <w:br/>
        <w:t>f 26940/26940/25905 26942/26942/25907 26937/26937/25902</w:t>
        <w:br/>
        <w:t>f 26944/26943/25908 26941/26941/25906 26943/26944/25909</w:t>
        <w:br/>
        <w:t>f 26945/26945/25910 26941/26941/25906 26944/26943/25908</w:t>
        <w:br/>
        <w:t>f 26940/26940/25905 26941/26941/25906 26945/26945/25910</w:t>
        <w:br/>
        <w:t>f 26946/26946/25911 26945/26945/25910 26944/26943/25908</w:t>
        <w:br/>
        <w:t>f 26947/26947/25912 26940/26940/25905 26945/26945/25910</w:t>
        <w:br/>
        <w:t>f 26947/26947/25912 26945/26945/25910 26946/26946/25911</w:t>
        <w:br/>
        <w:t>f 26940/26940/25905 26947/26947/25912 26942/26942/25907</w:t>
        <w:br/>
        <w:t>f 26948/26948/25913 26947/26947/25912 26946/26946/25911</w:t>
        <w:br/>
        <w:t>f 26942/26942/25907 26949/26949/25914 26935/26935/25900</w:t>
        <w:br/>
        <w:t>f 26947/26947/25912 26949/26949/25914 26942/26942/25907</w:t>
        <w:br/>
        <w:t>f 26935/26935/25900 26949/26949/25914 26939/26939/25904</w:t>
        <w:br/>
        <w:t>f 26948/26948/25913 26950/26950/25915 26947/26947/25912</w:t>
        <w:br/>
        <w:t>f 26950/26950/25915 26949/26949/25914 26947/26947/25912</w:t>
        <w:br/>
        <w:t>f 26951/26951/25916 26950/26950/25915 26948/26948/25913</w:t>
        <w:br/>
        <w:t>f 26950/26950/25915 26951/26951/25916 26952/26952/25917</w:t>
        <w:br/>
        <w:t>f 26742/26742/25707 26741/26741/25706 26953/26953/25918</w:t>
        <w:br/>
        <w:t>f 26954/26954/25919 26950/26950/25915 26952/26952/25917</w:t>
        <w:br/>
        <w:t>f 26741/26741/25706 26955/26955/25920 26953/26953/25918</w:t>
        <w:br/>
        <w:t>f 26950/26950/25915 26954/26954/25919 26949/26949/25914</w:t>
        <w:br/>
        <w:t>f 26954/26954/25919 26741/26741/25706 26743/26743/25708</w:t>
        <w:br/>
        <w:t>f 26956/26956/25921 26949/26949/25914 26954/26954/25919</w:t>
        <w:br/>
        <w:t>f 26956/26956/25921 26954/26954/25919 26743/26743/25708</w:t>
        <w:br/>
        <w:t>f 26956/26956/25921 26939/26939/25904 26949/26949/25914</w:t>
        <w:br/>
        <w:t>f 26956/26956/25921 26743/26743/25708 26957/26957/25922</w:t>
        <w:br/>
        <w:t>f 26744/26744/25709 26957/26957/25922 26743/26743/25708</w:t>
        <w:br/>
        <w:t>f 26958/26958/25923 26939/26939/25904 26956/26956/25921</w:t>
        <w:br/>
        <w:t>f 26957/26957/25922 26958/26958/25923 26956/26956/25921</w:t>
        <w:br/>
        <w:t>f 26939/26939/25904 26958/26958/25923 26936/26936/25901</w:t>
        <w:br/>
        <w:t>f 26744/26744/25709 26959/26959/25924 26957/26957/25922</w:t>
        <w:br/>
        <w:t>f 26749/26749/25714 26959/26959/25924 26744/26744/25709</w:t>
        <w:br/>
        <w:t>f 26749/26749/25714 26752/26752/25717 26959/26959/25924</w:t>
        <w:br/>
        <w:t>f 26958/26958/25923 26957/26957/25922 26960/26960/25925</w:t>
        <w:br/>
        <w:t>f 26959/26959/25924 26960/26960/25925 26957/26957/25922</w:t>
        <w:br/>
        <w:t>f 26961/26961/25926 26936/26936/25901 26958/26958/25923</w:t>
        <w:br/>
        <w:t>f 26960/26960/25925 26961/26961/25926 26958/26958/25923</w:t>
        <w:br/>
        <w:t>f 26936/26936/25901 26961/26961/25926 26932/26932/25897</w:t>
        <w:br/>
        <w:t>f 26934/26934/25899 26932/26932/25897 26961/26961/25926</w:t>
        <w:br/>
        <w:t>f 26959/26959/25924 26962/26962/25927 26960/26960/25925</w:t>
        <w:br/>
        <w:t>f 26961/26961/25926 26960/26960/25925 26962/26962/25927</w:t>
        <w:br/>
        <w:t>f 26962/26962/25927 26959/26959/25924 26752/26752/25717</w:t>
        <w:br/>
        <w:t>f 26934/26934/25899 26961/26961/25926 26962/26962/25927</w:t>
        <w:br/>
        <w:t>f 26963/26963/25928 26962/26962/25927 26752/26752/25717</w:t>
        <w:br/>
        <w:t>f 26963/26963/25928 26752/26752/25717 26758/26758/25723</w:t>
        <w:br/>
        <w:t>f 26934/26934/25899 26962/26962/25927 26964/26964/25929</w:t>
        <w:br/>
        <w:t>f 26962/26962/25927 26963/26963/25928 26964/26964/25929</w:t>
        <w:br/>
        <w:t>f 26963/26963/25928 26758/26758/25723 26965/26965/25930</w:t>
        <w:br/>
        <w:t>f 26965/26965/25930 26758/26758/25723 26763/26763/25728</w:t>
        <w:br/>
        <w:t>f 26963/26963/25928 26966/26966/25931 26964/26964/25929</w:t>
        <w:br/>
        <w:t>f 26963/26963/25928 26965/26965/25930 26966/26966/25931</w:t>
        <w:br/>
        <w:t>f 26964/26964/25929 26967/26967/25932 26934/26934/25899</w:t>
        <w:br/>
        <w:t>f 26967/26967/25932 26964/26964/25929 26966/26966/25931</w:t>
        <w:br/>
        <w:t>f 26967/26967/25932 26931/26931/25896 26934/26934/25899</w:t>
        <w:br/>
        <w:t>f 26967/26967/25932 26929/26929/25894 26931/26931/25896</w:t>
        <w:br/>
        <w:t>f 26968/26968/25933 26965/26965/25930 26763/26763/25728</w:t>
        <w:br/>
        <w:t>f 26966/26966/25931 26965/26965/25930 26968/26968/25933</w:t>
        <w:br/>
        <w:t>f 26968/26968/25933 26763/26763/25728 26813/26813/25778</w:t>
        <w:br/>
        <w:t>f 26969/26969/25934 26966/26966/25931 26968/26968/25933</w:t>
        <w:br/>
        <w:t>f 26967/26967/25932 26966/26966/25931 26969/26969/25934</w:t>
        <w:br/>
        <w:t>f 26813/26813/25778 26970/26970/25935 26968/26968/25933</w:t>
        <w:br/>
        <w:t>f 26970/26970/25935 26969/26969/25934 26968/26968/25933</w:t>
        <w:br/>
        <w:t>f 26813/26813/25778 26822/26822/25787 26970/26970/25935</w:t>
        <w:br/>
        <w:t>f 26822/26822/25787 26971/26971/25936 26970/26970/25935</w:t>
        <w:br/>
        <w:t>f 26971/26971/25936 26969/26969/25934 26970/26970/25935</w:t>
        <w:br/>
        <w:t>f 26822/26822/25787 26826/26826/25791 26971/26971/25936</w:t>
        <w:br/>
        <w:t>f 26971/26971/25936 26826/26826/25791 26828/26828/25793</w:t>
        <w:br/>
        <w:t>f 26967/26967/25932 26969/26969/25934 26972/26972/25937</w:t>
        <w:br/>
        <w:t>f 26971/26971/25936 26973/26973/25938 26969/26969/25934</w:t>
        <w:br/>
        <w:t>f 26973/26973/25938 26972/26972/25937 26969/26969/25934</w:t>
        <w:br/>
        <w:t>f 26828/26828/25793 26974/26974/25939 26971/26971/25936</w:t>
        <w:br/>
        <w:t>f 26973/26973/25938 26971/26971/25936 26974/26974/25939</w:t>
        <w:br/>
        <w:t>f 26967/26967/25932 26972/26972/25937 26975/26975/25940</w:t>
        <w:br/>
        <w:t>f 26929/26929/25894 26967/26967/25932 26975/26975/25940</w:t>
        <w:br/>
        <w:t>f 26927/26927/25892 26929/26929/25894 26975/26975/25940</w:t>
        <w:br/>
        <w:t>f 26973/26973/25938 26976/26976/25941 26972/26972/25937</w:t>
        <w:br/>
        <w:t>f 26972/26972/25937 26977/26977/25942 26975/26975/25940</w:t>
        <w:br/>
        <w:t>f 26977/26977/25942 26972/26972/25937 26976/26976/25941</w:t>
        <w:br/>
        <w:t>f 26927/26927/25892 26975/26975/25940 26978/26978/25943</w:t>
        <w:br/>
        <w:t>f 26978/26978/25943 26975/26975/25940 26977/26977/25942</w:t>
        <w:br/>
        <w:t>f 26973/26973/25938 26979/26979/25944 26976/26976/25941</w:t>
        <w:br/>
        <w:t>f 26979/26979/25944 26977/26977/25942 26976/26976/25941</w:t>
        <w:br/>
        <w:t>f 26979/26979/25944 26973/26973/25938 26974/26974/25939</w:t>
        <w:br/>
        <w:t>f 26977/26977/25942 26980/26980/25945 26978/26978/25943</w:t>
        <w:br/>
        <w:t>f 26977/26977/25942 26979/26979/25944 26980/26980/25945</w:t>
        <w:br/>
        <w:t>f 26981/26981/25946 26927/26927/25892 26978/26978/25943</w:t>
        <w:br/>
        <w:t>f 26923/26923/25888 26927/26927/25892 26981/26981/25946</w:t>
        <w:br/>
        <w:t>f 26982/26982/25947 26978/26978/25943 26980/26980/25945</w:t>
        <w:br/>
        <w:t>f 26982/26982/25947 26981/26981/25946 26978/26978/25943</w:t>
        <w:br/>
        <w:t>f 26981/26981/25946 26983/26983/25948 26923/26923/25888</w:t>
        <w:br/>
        <w:t>f 26981/26981/25946 26982/26982/25947 26983/26983/25948</w:t>
        <w:br/>
        <w:t>f 26983/26983/25948 26984/26984/25949 26923/26923/25888</w:t>
        <w:br/>
        <w:t>f 26984/26984/25949 26889/26889/25854 26923/26923/25888</w:t>
        <w:br/>
        <w:t>f 26862/26862/25827 26889/26889/25854 26984/26984/25949</w:t>
        <w:br/>
        <w:t>f 26985/26985/25950 26983/26983/25948 26982/26982/25947</w:t>
        <w:br/>
        <w:t>f 26983/26983/25948 26985/26985/25950 26984/26984/25949</w:t>
        <w:br/>
        <w:t>f 26984/26984/25949 26986/26986/25951 26862/26862/25827</w:t>
        <w:br/>
        <w:t>f 26986/26986/25951 26984/26984/25949 26985/26985/25950</w:t>
        <w:br/>
        <w:t>f 26848/26848/25813 26862/26862/25827 26986/26986/25951</w:t>
        <w:br/>
        <w:t>f 26987/26987/25952 26985/26985/25950 26982/26982/25947</w:t>
        <w:br/>
        <w:t>f 26980/26980/25945 26987/26987/25952 26982/26982/25947</w:t>
        <w:br/>
        <w:t>f 26987/26987/25952 26980/26980/25945 26979/26979/25944</w:t>
        <w:br/>
        <w:t>f 26988/26988/25953 26986/26986/25951 26985/26985/25950</w:t>
        <w:br/>
        <w:t>f 26985/26985/25950 26987/26987/25952 26988/26988/25953</w:t>
        <w:br/>
        <w:t>f 26989/26989/25954 26848/26848/25813 26986/26986/25951</w:t>
        <w:br/>
        <w:t>f 26986/26986/25951 26988/26988/25953 26989/26989/25954</w:t>
        <w:br/>
        <w:t>f 26848/26848/25813 26989/26989/25954 26849/26849/25814</w:t>
        <w:br/>
        <w:t>f 26845/26845/25810 26989/26989/25954 26836/26836/25801</w:t>
        <w:br/>
        <w:t>f 26989/26989/25954 26988/26988/25953 26990/26990/25955</w:t>
        <w:br/>
        <w:t>f 26990/26990/25955 26836/26836/25801 26989/26989/25954</w:t>
        <w:br/>
        <w:t>f 26987/26987/25952 26990/26990/25955 26988/26988/25953</w:t>
        <w:br/>
        <w:t>f 26836/26836/25801 26990/26990/25955 26825/26825/25790</w:t>
        <w:br/>
        <w:t>f 26990/26990/25955 26828/26828/25793 26825/26825/25790</w:t>
        <w:br/>
        <w:t>f 26990/26990/25955 26987/26987/25952 26991/26991/25956</w:t>
        <w:br/>
        <w:t>f 26828/26828/25793 26990/26990/25955 26991/26991/25956</w:t>
        <w:br/>
        <w:t>f 26991/26991/25956 26987/26987/25952 26979/26979/25944</w:t>
        <w:br/>
        <w:t>f 26828/26828/25793 26991/26991/25956 26974/26974/25939</w:t>
        <w:br/>
        <w:t>f 26991/26991/25956 26979/26979/25944 26974/26974/25939</w:t>
        <w:br/>
        <w:t>f 26994/26992/25957 26993/26993/25958 26992/26994/25959</w:t>
        <w:br/>
        <w:t>f 26995/26995/25960 26992/26994/25959 26993/26993/25958</w:t>
        <w:br/>
        <w:t>f 26993/26993/25958 26996/26996/25961 26995/26995/25960</w:t>
        <w:br/>
        <w:t>f 26998/26997/25962 26996/26996/25961 26997/26998/25963</w:t>
        <w:br/>
        <w:t>f 26996/26996/25961 26998/26997/25962 26999/26999/25964</w:t>
        <w:br/>
        <w:t>f 26996/26996/25961 26999/26999/25964 26995/26995/25960</w:t>
        <w:br/>
        <w:t>f 27002/27000/25965 27001/27001/25966 27000/27002/25967</w:t>
        <w:br/>
        <w:t>f 27001/27001/25966 27002/27000/25965 27003/27003/25968</w:t>
        <w:br/>
        <w:t>f 27003/27003/25968 27004/27004/25969 27001/27001/25966</w:t>
        <w:br/>
        <w:t>f 27005/27005/25970 27003/27003/25968 27002/27000/25965</w:t>
        <w:br/>
        <w:t>f 27007/27006/25971 27006/27007/25972 27004/27004/25969</w:t>
        <w:br/>
        <w:t>f 27003/27003/25968 27007/27006/25971 27004/27004/25969</w:t>
        <w:br/>
        <w:t>f 27008/27008/25973 27006/27007/25972 27007/27006/25971</w:t>
        <w:br/>
        <w:t>f 27009/27009/25974 27003/27003/25968 27005/27005/25970</w:t>
        <w:br/>
        <w:t>f 27009/27009/25974 27007/27006/25971 27003/27003/25968</w:t>
        <w:br/>
        <w:t>f 27010/27010/25975 27009/27009/25974 27005/27005/25970</w:t>
        <w:br/>
        <w:t>f 27011/27011/25976 27008/27008/25973 27007/27006/25971</w:t>
        <w:br/>
        <w:t>f 27011/27011/25976 27007/27006/25971 27009/27009/25974</w:t>
        <w:br/>
        <w:t>f 27008/27008/25973 27011/27011/25976 27012/27012/25977</w:t>
        <w:br/>
        <w:t>f 27010/27010/25975 27013/27013/25978 27009/27009/25974</w:t>
        <w:br/>
        <w:t>f 27013/27013/25978 27011/27011/25976 27009/27009/25974</w:t>
        <w:br/>
        <w:t>f 27014/27014/25979 27013/27013/25978 27010/27010/25975</w:t>
        <w:br/>
        <w:t>f 27015/27015/25980 27012/27012/25977 27011/27011/25976</w:t>
        <w:br/>
        <w:t>f 27015/27015/25980 27011/27011/25976 27013/27013/25978</w:t>
        <w:br/>
        <w:t>f 27015/27015/25980 27016/27016/25981 27012/27012/25977</w:t>
        <w:br/>
        <w:t>f 27017/27017/25982 27013/27013/25978 27014/27014/25979</w:t>
        <w:br/>
        <w:t>f 27017/27017/25982 27015/27015/25980 27013/27013/25978</w:t>
        <w:br/>
        <w:t>f 27018/27018/25983 27017/27017/25982 27014/27014/25979</w:t>
        <w:br/>
        <w:t>f 27019/27019/25984 27016/27016/25981 27015/27015/25980</w:t>
        <w:br/>
        <w:t>f 27019/27019/25984 27015/27015/25980 27017/27017/25982</w:t>
        <w:br/>
        <w:t>f 27016/27016/25981 27019/27019/25984 27020/27020/25985</w:t>
        <w:br/>
        <w:t>f 27018/27018/25983 27021/27021/25986 27017/27017/25982</w:t>
        <w:br/>
        <w:t>f 27021/27021/25986 27019/27019/25984 27017/27017/25982</w:t>
        <w:br/>
        <w:t>f 27022/27022/25987 27021/27021/25986 27018/27018/25983</w:t>
        <w:br/>
        <w:t>f 27023/27023/25988 27020/27020/25985 27019/27019/25984</w:t>
        <w:br/>
        <w:t>f 27021/27021/25986 27023/27023/25988 27019/27019/25984</w:t>
        <w:br/>
        <w:t>f 27024/27024/25989 27020/27020/25985 27023/27023/25988</w:t>
        <w:br/>
        <w:t>f 27025/27025/25990 27021/27021/25986 27022/27022/25987</w:t>
        <w:br/>
        <w:t>f 27025/27025/25990 27023/27023/25988 27021/27021/25986</w:t>
        <w:br/>
        <w:t>f 27026/27026/25991 27025/27025/25990 27022/27022/25987</w:t>
        <w:br/>
        <w:t>f 27027/27027/25992 27024/27024/25989 27023/27023/25988</w:t>
        <w:br/>
        <w:t>f 27023/27023/25988 27025/27025/25990 27027/27027/25992</w:t>
        <w:br/>
        <w:t>f 27024/27024/25989 27027/27027/25992 27028/27028/25993</w:t>
        <w:br/>
        <w:t>f 27027/27027/25992 27029/27029/25994 27028/27028/25993</w:t>
        <w:br/>
        <w:t>f 27030/27030/25995 27025/27025/25990 27026/27026/25991</w:t>
        <w:br/>
        <w:t>f 27030/27030/25995 27027/27027/25992 27025/27025/25990</w:t>
        <w:br/>
        <w:t>f 27031/27031/25996 27030/27030/25995 27026/27026/25991</w:t>
        <w:br/>
        <w:t>f 27029/27029/25994 27027/27027/25992 27032/27032/25997</w:t>
        <w:br/>
        <w:t>f 27032/27032/25997 27027/27027/25992 27030/27030/25995</w:t>
        <w:br/>
        <w:t>f 27033/27033/25998 27030/27030/25995 27031/27031/25996</w:t>
        <w:br/>
        <w:t>f 27033/27033/25998 27032/27032/25997 27030/27030/25995</w:t>
        <w:br/>
        <w:t>f 27034/27034/25999 27033/27033/25998 27031/27031/25996</w:t>
        <w:br/>
        <w:t>f 27035/27035/26000 27029/27029/25994 27032/27032/25997</w:t>
        <w:br/>
        <w:t>f 27035/27035/26000 27032/27032/25997 27033/27033/25998</w:t>
        <w:br/>
        <w:t>f 27036/27036/26001 27029/27029/25994 27035/27035/26000</w:t>
        <w:br/>
        <w:t>f 27037/27037/26002 27033/27033/25998 27034/27034/25999</w:t>
        <w:br/>
        <w:t>f 27037/27037/26002 27035/27035/26000 27033/27033/25998</w:t>
        <w:br/>
        <w:t>f 27038/27038/26003 27037/27037/26002 27034/27034/25999</w:t>
        <w:br/>
        <w:t>f 27039/27039/26004 27036/27036/26001 27035/27035/26000</w:t>
        <w:br/>
        <w:t>f 27039/27039/26004 27035/27035/26000 27037/27037/26002</w:t>
        <w:br/>
        <w:t>f 27040/27040/26005 27036/27036/26001 27039/27039/26004</w:t>
        <w:br/>
        <w:t>f 27041/27041/26006 27037/27037/26002 27038/27038/26003</w:t>
        <w:br/>
        <w:t>f 27041/27041/26006 27039/27039/26004 27037/27037/26002</w:t>
        <w:br/>
        <w:t>f 27042/27042/26007 27041/27041/26006 27038/27038/26003</w:t>
        <w:br/>
        <w:t>f 27043/27043/26008 27040/27040/26005 27039/27039/26004</w:t>
        <w:br/>
        <w:t>f 27043/27043/26008 27039/27039/26004 27041/27041/26006</w:t>
        <w:br/>
        <w:t>f 27040/27040/26005 27043/27043/26008 27044/27044/26009</w:t>
        <w:br/>
        <w:t>f 27045/27045/26010 27041/27041/26006 27042/27042/26007</w:t>
        <w:br/>
        <w:t>f 27045/27045/26010 27043/27043/26008 27041/27041/26006</w:t>
        <w:br/>
        <w:t>f 27046/27046/26011 27045/27045/26010 27042/27042/26007</w:t>
        <w:br/>
        <w:t>f 27047/27047/26012 27044/27044/26009 27043/27043/26008</w:t>
        <w:br/>
        <w:t>f 27047/27047/26012 27043/27043/26008 27045/27045/26010</w:t>
        <w:br/>
        <w:t>f 27044/27044/26009 27047/27047/26012 27048/27048/26013</w:t>
        <w:br/>
        <w:t>f 27049/27049/26014 27045/27045/26010 27046/27046/26011</w:t>
        <w:br/>
        <w:t>f 27049/27049/26014 27047/27047/26012 27045/27045/26010</w:t>
        <w:br/>
        <w:t>f 27050/27050/26015 27049/27049/26014 27046/27046/26011</w:t>
        <w:br/>
        <w:t>f 27051/27051/26016 27048/27048/26013 27047/27047/26012</w:t>
        <w:br/>
        <w:t>f 27049/27049/26014 27051/27051/26016 27047/27047/26012</w:t>
        <w:br/>
        <w:t>f 27048/27048/26013 27051/27051/26016 27052/27052/26017</w:t>
        <w:br/>
        <w:t>f 27049/27049/26014 27050/27050/26015 27053/27053/26018</w:t>
        <w:br/>
        <w:t>f 27053/27053/26018 27051/27051/26016 27049/27049/26014</w:t>
        <w:br/>
        <w:t>f 27054/27054/26019 27053/27053/26018 27050/27050/26015</w:t>
        <w:br/>
        <w:t>f 27055/27055/26020 27052/27052/26017 27051/27051/26016</w:t>
        <w:br/>
        <w:t>f 27055/27055/26020 27051/27051/26016 27053/27053/26018</w:t>
        <w:br/>
        <w:t>f 27056/27056/26021 27052/27052/26017 27055/27055/26020</w:t>
        <w:br/>
        <w:t>f 27053/27053/26018 27054/27054/26019 27057/27057/26022</w:t>
        <w:br/>
        <w:t>f 27057/27057/26022 27055/27055/26020 27053/27053/26018</w:t>
        <w:br/>
        <w:t>f 27058/27058/26023 27057/27057/26022 27054/27054/26019</w:t>
        <w:br/>
        <w:t>f 27059/27059/26024 27056/27056/26021 27055/27055/26020</w:t>
        <w:br/>
        <w:t>f 27057/27057/26022 27059/27059/26024 27055/27055/26020</w:t>
        <w:br/>
        <w:t>f 27056/27056/26021 27059/27059/26024 27060/27060/26025</w:t>
        <w:br/>
        <w:t>f 27057/27057/26022 27058/27058/26023 27061/27061/26026</w:t>
        <w:br/>
        <w:t>f 27061/27061/26026 27059/27059/26024 27057/27057/26022</w:t>
        <w:br/>
        <w:t>f 27062/27062/26027 27061/27061/26026 27058/27058/26023</w:t>
        <w:br/>
        <w:t>f 27063/27063/26028 27060/27060/26025 27059/27059/26024</w:t>
        <w:br/>
        <w:t>f 27063/27063/26028 27059/27059/26024 27061/27061/26026</w:t>
        <w:br/>
        <w:t>f 27064/27064/26029 27060/27060/26025 27063/27063/26028</w:t>
        <w:br/>
        <w:t>f 27061/27061/26026 27062/27062/26027 27065/27065/26030</w:t>
        <w:br/>
        <w:t>f 27065/27065/26030 27063/27063/26028 27061/27061/26026</w:t>
        <w:br/>
        <w:t>f 27066/27066/26031 27065/27065/26030 27062/27062/26027</w:t>
        <w:br/>
        <w:t>f 27067/27067/26032 27064/27064/26029 27063/27063/26028</w:t>
        <w:br/>
        <w:t>f 27065/27065/26030 27067/27067/26032 27063/27063/26028</w:t>
        <w:br/>
        <w:t>f 27068/27068/26033 27064/27064/26029 27067/27067/26032</w:t>
        <w:br/>
        <w:t>f 27066/27066/26031 27069/27069/26034 27065/27065/26030</w:t>
        <w:br/>
        <w:t>f 27069/27069/26034 27067/27067/26032 27065/27065/26030</w:t>
        <w:br/>
        <w:t>f 27070/27070/26035 27069/27069/26034 27066/27066/26031</w:t>
        <w:br/>
        <w:t>f 27071/27071/26036 27068/27068/26033 27067/27067/26032</w:t>
        <w:br/>
        <w:t>f 27071/27071/26036 27067/27067/26032 27069/27069/26034</w:t>
        <w:br/>
        <w:t>f 27068/27068/26033 27071/27071/26036 27072/27072/26037</w:t>
        <w:br/>
        <w:t>f 27071/27071/26036 27073/27073/26038 27072/27072/26037</w:t>
        <w:br/>
        <w:t>f 27069/27069/26034 27070/27070/26035 27074/27074/26039</w:t>
        <w:br/>
        <w:t>f 27074/27074/26039 27071/27071/26036 27069/27069/26034</w:t>
        <w:br/>
        <w:t>f 27075/27075/26040 27074/27074/26039 27070/27070/26035</w:t>
        <w:br/>
        <w:t>f 27075/27075/26040 27076/27076/26041 27074/27074/26039</w:t>
        <w:br/>
        <w:t>f 27073/27073/26038 27071/27071/26036 27077/27077/26042</w:t>
        <w:br/>
        <w:t>f 27074/27074/26039 27077/27077/26042 27071/27071/26036</w:t>
        <w:br/>
        <w:t>f 27076/27076/26041 27077/27077/26042 27074/27074/26039</w:t>
        <w:br/>
        <w:t>f 27078/27078/26043 27073/27073/26038 27077/27077/26042</w:t>
        <w:br/>
        <w:t>f 27079/27079/26044 27077/27077/26042 27076/27076/26041</w:t>
        <w:br/>
        <w:t>f 27079/27079/26044 27078/27078/26043 27077/27077/26042</w:t>
        <w:br/>
        <w:t>f 27082/27080/26045 27081/27081/26046 27080/27082/26047</w:t>
        <w:br/>
        <w:t>f 27081/27081/26046 27083/27083/26048 27080/27082/26047</w:t>
        <w:br/>
        <w:t>f 27084/27084/26049 27083/27083/26048 27081/27081/26046</w:t>
        <w:br/>
        <w:t>f 27087/27085/26050 27086/27086/26051 27085/27087/26052</w:t>
        <w:br/>
        <w:t>f 27086/27086/26051 27087/27085/26050 27088/27088/26053</w:t>
        <w:br/>
        <w:t>f 27087/27085/26050 27089/27089/26054 27088/27088/26053</w:t>
        <w:br/>
        <w:t>f 27083/27083/26048 27084/27084/26049 27090/27090/26055</w:t>
        <w:br/>
        <w:t>f 27093/27091/26056 27092/27092/26057 27091/27093/26058</w:t>
        <w:br/>
        <w:t>f 27095/27094/26059 27084/27084/26049 27094/27095/26060</w:t>
        <w:br/>
        <w:t>f 27084/27084/26049 27095/27094/26059 27090/27090/26055</w:t>
        <w:br/>
        <w:t>f 27087/27085/26050 27096/27096/26061 27089/27089/26054</w:t>
        <w:br/>
        <w:t>f 27099/27097/26062 27098/27098/26063 27097/27099/26064</w:t>
        <w:br/>
        <w:t>f 27092/27092/26057 27093/27091/26056 27100/27100/26065</w:t>
        <w:br/>
        <w:t>f 27100/27100/26065 27101/27101/26066 27092/27092/26057</w:t>
        <w:br/>
        <w:t>f 27098/27098/26063 27099/27097/26062 27102/27102/26067</w:t>
        <w:br/>
        <w:t>f 27096/27096/26061 27103/27103/26068 27089/27089/26054</w:t>
        <w:br/>
        <w:t>f 27102/27102/26067 27104/27104/26069 27098/27098/26063</w:t>
        <w:br/>
        <w:t>f 27101/27101/26066 27100/27100/26065 27105/27105/26070</w:t>
        <w:br/>
        <w:t>f 27104/27104/26069 27102/27102/26067 27106/27106/26071</w:t>
        <w:br/>
        <w:t>f 27106/27106/26071 27107/27107/26072 27104/27104/26069</w:t>
        <w:br/>
        <w:t>f 27103/27103/26068 27096/27096/26061 27108/27108/26073</w:t>
        <w:br/>
        <w:t>f 27104/27104/26069 27107/27107/26072 27109/27109/26074</w:t>
        <w:br/>
        <w:t>f 27101/27101/26066 27105/27105/26070 27110/27110/26075</w:t>
        <w:br/>
        <w:t>f 27113/27111/26076 27112/27112/26077 27111/27113/26078</w:t>
        <w:br/>
        <w:t>f 27112/27112/26077 27113/27111/26076 27114/27114/26079</w:t>
        <w:br/>
        <w:t>f 27114/27114/26079 27115/27115/26080 27112/27112/26077</w:t>
        <w:br/>
        <w:t>f 27118/27116/26081 27117/27117/26082 27116/27118/26083</w:t>
        <w:br/>
        <w:t>f 27116/27118/26083 27119/27119/26084 27118/27116/26081</w:t>
        <w:br/>
        <w:t>f 27119/27119/26084 27120/27120/26085 27118/27116/26081</w:t>
        <w:br/>
        <w:t>f 27115/27115/26080 27114/27114/26079 27121/27121/26086</w:t>
        <w:br/>
        <w:t>f 27124/27122/26087 27123/27123/26088 27122/27124/26089</w:t>
        <w:br/>
        <w:t>f 27115/27115/26080 27126/27125/26090 27125/27126/26091</w:t>
        <w:br/>
        <w:t>f 27126/27125/26090 27115/27115/26080 27121/27121/26086</w:t>
        <w:br/>
        <w:t>f 27129/27127/26092 27128/27128/26093 27127/27129/26094</w:t>
        <w:br/>
        <w:t>f 27123/27123/26088 27124/27122/26087 27130/27130/26095</w:t>
        <w:br/>
        <w:t>f 27128/27128/26093 27129/27127/26092 27131/27131/26096</w:t>
        <w:br/>
        <w:t>f 27132/27132/26097 27118/27116/26081 27120/27120/26085</w:t>
        <w:br/>
        <w:t>f 27133/27133/26098 27130/27130/26095 27124/27122/26087</w:t>
        <w:br/>
        <w:t>f 27134/27134/26099 27132/27132/26097 27120/27120/26085</w:t>
        <w:br/>
        <w:t>f 27135/27135/26100 27131/27131/26096 27129/27127/26092</w:t>
        <w:br/>
        <w:t>f 27130/27130/26095 27133/27133/26098 27136/27136/26101</w:t>
        <w:br/>
        <w:t>f 27131/27131/26096 27135/27135/26100 27137/27137/26102</w:t>
        <w:br/>
        <w:t>f 27138/27138/26103 27137/27137/26102 27135/27135/26100</w:t>
        <w:br/>
        <w:t>f 27132/27132/26097 27134/27134/26099 27139/27139/26104</w:t>
        <w:br/>
        <w:t>f 27133/27133/26098 27140/27140/26105 27136/27136/26101</w:t>
        <w:br/>
        <w:t>f 27135/27135/26100 27141/27141/26106 27138/27138/26103</w:t>
        <w:br/>
        <w:t>f 27144/27142/26107 27143/27143/26108 27142/27144/26109</w:t>
        <w:br/>
        <w:t>f 27144/27142/26107 27142/27144/26109 27145/27145/26110</w:t>
        <w:br/>
        <w:t>f 27145/27145/26110 27146/27146/26111 27144/27142/26107</w:t>
        <w:br/>
        <w:t>f 27146/27146/26111 27148/27147/26112 27147/27148/26113</w:t>
        <w:br/>
        <w:t>f 27148/27147/26112 27146/27146/26111 27149/27149/26114</w:t>
        <w:br/>
        <w:t>f 27146/27146/26111 27145/27145/26110 27149/27149/26114</w:t>
        <w:br/>
        <w:t>f 27152/27150/26115 27151/27151/26116 27150/27152/26117</w:t>
        <w:br/>
        <w:t>f 27151/27151/26116 27152/27150/26115 27153/27153/26118</w:t>
        <w:br/>
        <w:t>f 27154/27154/26119 27153/27153/26118 27152/27150/26115</w:t>
        <w:br/>
        <w:t>f 27155/27155/26120 27151/27151/26116 27153/27153/26118</w:t>
        <w:br/>
        <w:t>f 27157/27156/26121 27156/27157/26122 27154/27154/26119</w:t>
        <w:br/>
        <w:t>f 27153/27153/26118 27154/27154/26119 27156/27157/26122</w:t>
        <w:br/>
        <w:t>f 27156/27157/26122 27157/27156/26121 27158/27158/26123</w:t>
        <w:br/>
        <w:t>f 27153/27153/26118 27159/27159/26124 27155/27155/26120</w:t>
        <w:br/>
        <w:t>f 27159/27159/26124 27153/27153/26118 27156/27157/26122</w:t>
        <w:br/>
        <w:t>f 27159/27159/26124 27160/27160/26125 27155/27155/26120</w:t>
        <w:br/>
        <w:t>f 27161/27161/26126 27156/27157/26122 27158/27158/26123</w:t>
        <w:br/>
        <w:t>f 27156/27157/26122 27161/27161/26126 27159/27159/26124</w:t>
        <w:br/>
        <w:t>f 27158/27158/26123 27162/27162/26127 27161/27161/26126</w:t>
        <w:br/>
        <w:t>f 27160/27160/26125 27159/27159/26124 27163/27163/26128</w:t>
        <w:br/>
        <w:t>f 27163/27163/26128 27159/27159/26124 27161/27161/26126</w:t>
        <w:br/>
        <w:t>f 27164/27164/26129 27160/27160/26125 27163/27163/26128</w:t>
        <w:br/>
        <w:t>f 27162/27162/26127 27165/27165/26130 27161/27161/26126</w:t>
        <w:br/>
        <w:t>f 27165/27165/26130 27163/27163/26128 27161/27161/26126</w:t>
        <w:br/>
        <w:t>f 27165/27165/26130 27162/27162/26127 27166/27166/26131</w:t>
        <w:br/>
        <w:t>f 27167/27167/26132 27164/27164/26129 27163/27163/26128</w:t>
        <w:br/>
        <w:t>f 27167/27167/26132 27163/27163/26128 27165/27165/26130</w:t>
        <w:br/>
        <w:t>f 27167/27167/26132 27168/27168/26133 27164/27164/26129</w:t>
        <w:br/>
        <w:t>f 27169/27169/26134 27165/27165/26130 27166/27166/26131</w:t>
        <w:br/>
        <w:t>f 27169/27169/26134 27167/27167/26132 27165/27165/26130</w:t>
        <w:br/>
        <w:t>f 27170/27170/26135 27169/27169/26134 27166/27166/26131</w:t>
        <w:br/>
        <w:t>f 27168/27168/26133 27167/27167/26132 27171/27171/26136</w:t>
        <w:br/>
        <w:t>f 27169/27169/26134 27171/27171/26136 27167/27167/26132</w:t>
        <w:br/>
        <w:t>f 27172/27172/26137 27168/27168/26133 27171/27171/26136</w:t>
        <w:br/>
        <w:t>f 27170/27170/26135 27173/27173/26138 27169/27169/26134</w:t>
        <w:br/>
        <w:t>f 27171/27171/26136 27169/27169/26134 27173/27173/26138</w:t>
        <w:br/>
        <w:t>f 27173/27173/26138 27170/27170/26135 27174/27174/26139</w:t>
        <w:br/>
        <w:t>f 27171/27171/26136 27175/27175/26140 27172/27172/26137</w:t>
        <w:br/>
        <w:t>f 27175/27175/26140 27171/27171/26136 27173/27173/26138</w:t>
        <w:br/>
        <w:t>f 27175/27175/26140 27176/27176/26141 27172/27172/26137</w:t>
        <w:br/>
        <w:t>f 27177/27177/26142 27173/27173/26138 27174/27174/26139</w:t>
        <w:br/>
        <w:t>f 27177/27177/26142 27175/27175/26140 27173/27173/26138</w:t>
        <w:br/>
        <w:t>f 27174/27174/26139 27178/27178/26143 27177/27177/26142</w:t>
        <w:br/>
        <w:t>f 27176/27176/26141 27175/27175/26140 27179/27179/26144</w:t>
        <w:br/>
        <w:t>f 27179/27179/26144 27175/27175/26140 27177/27177/26142</w:t>
        <w:br/>
        <w:t>f 27179/27179/26144 27180/27180/26145 27176/27176/26141</w:t>
        <w:br/>
        <w:t>f 27181/27181/26146 27177/27177/26142 27178/27178/26143</w:t>
        <w:br/>
        <w:t>f 27180/27180/26145 27179/27179/26144 27182/27182/26147</w:t>
        <w:br/>
        <w:t>f 27182/27182/26147 27183/27183/26148 27180/27180/26145</w:t>
        <w:br/>
        <w:t>f 27177/27177/26142 27184/27184/26149 27179/27179/26144</w:t>
        <w:br/>
        <w:t>f 27177/27177/26142 27181/27181/26146 27184/27184/26149</w:t>
        <w:br/>
        <w:t>f 27184/27184/26149 27182/27182/26147 27179/27179/26144</w:t>
        <w:br/>
        <w:t>f 27181/27181/26146 27185/27185/26150 27184/27184/26149</w:t>
        <w:br/>
        <w:t>f 27182/27182/26147 27184/27184/26149 27185/27185/26150</w:t>
        <w:br/>
        <w:t>f 27185/27185/26150 27181/27181/26146 27186/27186/26151</w:t>
        <w:br/>
        <w:t>f 27183/27183/26148 27182/27182/26147 27187/27187/26152</w:t>
        <w:br/>
        <w:t>f 27185/27185/26150 27187/27187/26152 27182/27182/26147</w:t>
        <w:br/>
        <w:t>f 27188/27188/26153 27183/27183/26148 27187/27187/26152</w:t>
        <w:br/>
        <w:t>f 27186/27186/26151 27189/27189/26154 27185/27185/26150</w:t>
        <w:br/>
        <w:t>f 27187/27187/26152 27185/27185/26150 27189/27189/26154</w:t>
        <w:br/>
        <w:t>f 27189/27189/26154 27186/27186/26151 27190/27190/26155</w:t>
        <w:br/>
        <w:t>f 27187/27187/26152 27191/27191/26156 27188/27188/26153</w:t>
        <w:br/>
        <w:t>f 27189/27189/26154 27191/27191/26156 27187/27187/26152</w:t>
        <w:br/>
        <w:t>f 27192/27192/26157 27188/27188/26153 27191/27191/26156</w:t>
        <w:br/>
        <w:t>f 27190/27190/26155 27193/27193/26158 27189/27189/26154</w:t>
        <w:br/>
        <w:t>f 27191/27191/26156 27189/27189/26154 27193/27193/26158</w:t>
        <w:br/>
        <w:t>f 27193/27193/26158 27190/27190/26155 27194/27194/26159</w:t>
        <w:br/>
        <w:t>f 27191/27191/26156 27195/27195/26160 27192/27192/26157</w:t>
        <w:br/>
        <w:t>f 27193/27193/26158 27195/27195/26160 27191/27191/26156</w:t>
        <w:br/>
        <w:t>f 27196/27196/26161 27192/27192/26157 27195/27195/26160</w:t>
        <w:br/>
        <w:t>f 27194/27194/26159 27197/27197/26162 27193/27193/26158</w:t>
        <w:br/>
        <w:t>f 27195/27195/26160 27193/27193/26158 27197/27197/26162</w:t>
        <w:br/>
        <w:t>f 27197/27197/26162 27194/27194/26159 27198/27198/26163</w:t>
        <w:br/>
        <w:t>f 27195/27195/26160 27199/27199/26164 27196/27196/26161</w:t>
        <w:br/>
        <w:t>f 27197/27197/26162 27199/27199/26164 27195/27195/26160</w:t>
        <w:br/>
        <w:t>f 27199/27199/26164 27200/27200/26165 27196/27196/26161</w:t>
        <w:br/>
        <w:t>f 27198/27198/26163 27201/27201/26166 27197/27197/26162</w:t>
        <w:br/>
        <w:t>f 27199/27199/26164 27197/27197/26162 27201/27201/26166</w:t>
        <w:br/>
        <w:t>f 27201/27201/26166 27198/27198/26163 27202/27202/26167</w:t>
        <w:br/>
        <w:t>f 27200/27200/26165 27199/27199/26164 27203/27203/26168</w:t>
        <w:br/>
        <w:t>f 27203/27203/26168 27199/27199/26164 27201/27201/26166</w:t>
        <w:br/>
        <w:t>f 27203/27203/26168 27204/27204/26169 27200/27200/26165</w:t>
        <w:br/>
        <w:t>f 27205/27205/26170 27201/27201/26166 27202/27202/26167</w:t>
        <w:br/>
        <w:t>f 27205/27205/26170 27203/27203/26168 27201/27201/26166</w:t>
        <w:br/>
        <w:t>f 27206/27206/26171 27205/27205/26170 27202/27202/26167</w:t>
        <w:br/>
        <w:t>f 27204/27204/26169 27203/27203/26168 27207/27207/26172</w:t>
        <w:br/>
        <w:t>f 27205/27205/26170 27207/27207/26172 27203/27203/26168</w:t>
        <w:br/>
        <w:t>f 27207/27207/26172 27208/27208/26173 27204/27204/26169</w:t>
        <w:br/>
        <w:t>f 27206/27206/26171 27209/27209/26174 27205/27205/26170</w:t>
        <w:br/>
        <w:t>f 27207/27207/26172 27205/27205/26170 27209/27209/26174</w:t>
        <w:br/>
        <w:t>f 27209/27209/26174 27206/27206/26171 27210/27210/26175</w:t>
        <w:br/>
        <w:t>f 27208/27208/26173 27207/27207/26172 27211/27211/26176</w:t>
        <w:br/>
        <w:t>f 27211/27211/26176 27207/27207/26172 27209/27209/26174</w:t>
        <w:br/>
        <w:t>f 27211/27211/26176 27212/27212/26177 27208/27208/26173</w:t>
        <w:br/>
        <w:t>f 27213/27213/26178 27209/27209/26174 27210/27210/26175</w:t>
        <w:br/>
        <w:t>f 27213/27213/26178 27211/27211/26176 27209/27209/26174</w:t>
        <w:br/>
        <w:t>f 27214/27214/26179 27213/27213/26178 27210/27210/26175</w:t>
        <w:br/>
        <w:t>f 27212/27212/26177 27211/27211/26176 27215/27215/26180</w:t>
        <w:br/>
        <w:t>f 27213/27213/26178 27215/27215/26180 27211/27211/26176</w:t>
        <w:br/>
        <w:t>f 27215/27215/26180 27216/27216/26181 27212/27212/26177</w:t>
        <w:br/>
        <w:t>f 27217/27217/26182 27213/27213/26178 27214/27214/26179</w:t>
        <w:br/>
        <w:t>f 27215/27215/26180 27213/27213/26178 27217/27217/26182</w:t>
        <w:br/>
        <w:t>f 27218/27218/26183 27217/27217/26182 27214/27214/26179</w:t>
        <w:br/>
        <w:t>f 27216/27216/26181 27215/27215/26180 27219/27219/26184</w:t>
        <w:br/>
        <w:t>f 27219/27219/26184 27215/27215/26180 27217/27217/26182</w:t>
        <w:br/>
        <w:t>f 27220/27220/26185 27216/27216/26181 27219/27219/26184</w:t>
        <w:br/>
        <w:t>f 27218/27218/26183 27221/27221/26186 27217/27217/26182</w:t>
        <w:br/>
        <w:t>f 27221/27221/26186 27219/27219/26184 27217/27217/26182</w:t>
        <w:br/>
        <w:t>f 27221/27221/26186 27218/27218/26183 27222/27222/26187</w:t>
        <w:br/>
        <w:t>f 27223/27223/26188 27221/27221/26186 27222/27222/26187</w:t>
        <w:br/>
        <w:t>f 27224/27224/26189 27220/27220/26185 27219/27219/26184</w:t>
        <w:br/>
        <w:t>f 27221/27221/26186 27224/27224/26189 27219/27219/26184</w:t>
        <w:br/>
        <w:t>f 27224/27224/26189 27225/27225/26190 27220/27220/26185</w:t>
        <w:br/>
        <w:t>f 27225/27225/26190 27224/27224/26189 27226/27226/26191</w:t>
        <w:br/>
        <w:t>f 27221/27221/26186 27223/27223/26188 27227/27227/26192</w:t>
        <w:br/>
        <w:t>f 27224/27224/26189 27221/27221/26186 27227/27227/26192</w:t>
        <w:br/>
        <w:t>f 27226/27226/26191 27224/27224/26189 27227/27227/26192</w:t>
        <w:br/>
        <w:t>f 27228/27228/26193 27227/27227/26192 27223/27223/26188</w:t>
        <w:br/>
        <w:t>f 27229/27229/26194 27226/27226/26191 27227/27227/26192</w:t>
        <w:br/>
        <w:t>f 27229/27229/26194 27227/27227/26192 27228/27228/26193</w:t>
        <w:br/>
        <w:t>f 27232/27230/26195 27231/27231/26196 27230/27232/26197</w:t>
        <w:br/>
        <w:t>f 27231/27231/26196 27232/27230/26195 27233/27233/26198</w:t>
        <w:br/>
        <w:t>f 27233/27233/26198 27234/27234/26199 27231/27231/26196</w:t>
        <w:br/>
        <w:t>f 27237/27235/26200 27236/27236/26201 27235/27237/26202</w:t>
        <w:br/>
        <w:t>f 27235/27237/26202 27236/27236/26201 27238/27238/26201</w:t>
        <w:br/>
        <w:t>f 27241/27239/26203 27240/27240/26204 27239/27241/26205</w:t>
        <w:br/>
        <w:t>f 27240/27240/26204 27241/27239/26203 27242/27242/26206</w:t>
        <w:br/>
        <w:t>f 27242/27242/26206 27243/27243/26207 27240/27240/26204</w:t>
        <w:br/>
        <w:t>f 27235/27237/26202 27244/27244/26208 27237/27235/26200</w:t>
        <w:br/>
        <w:t>f 27243/27243/26207 27242/27242/26206 27245/27245/26209</w:t>
        <w:br/>
        <w:t>f 27246/27246/26210 27243/27243/26207 27245/27245/26209</w:t>
        <w:br/>
        <w:t>f 27237/27235/26200 27244/27244/26208 27247/27247/26211</w:t>
        <w:br/>
        <w:t>f 27234/27234/26199 27233/27233/26198 27248/27248/26212</w:t>
        <w:br/>
        <w:t>f 27243/27243/26207 27246/27246/26210 27249/27249/26213</w:t>
        <w:br/>
        <w:t>f 27244/27244/26208 27250/27250/26214 27247/27247/26211</w:t>
        <w:br/>
        <w:t>f 27252/27251/26215 27246/27246/26210 27251/27252/26216</w:t>
        <w:br/>
        <w:t>f 27246/27246/26210 27252/27251/26215 27249/27249/26213</w:t>
        <w:br/>
        <w:t>f 27254/27253/26217 27250/27250/26214 27253/27254/26217</w:t>
        <w:br/>
        <w:t>f 27255/27255/26218 27234/27234/26199 27248/27248/26212</w:t>
        <w:br/>
        <w:t>f 27247/27247/26211 27250/27250/26214 27256/27256/26219</w:t>
        <w:br/>
        <w:t>f 27250/27250/26214 27254/27253/26217 27256/27256/26219</w:t>
        <w:br/>
        <w:t>f 27234/27234/26199 27255/27255/26218 27257/27257/26220</w:t>
        <w:br/>
        <w:t>f 27255/27255/26218 27259/27258/26221 27258/27259/26222</w:t>
        <w:br/>
        <w:t>f 27257/27257/26220 27255/27255/26218 27260/27260/26223</w:t>
        <w:br/>
        <w:t>f 27255/27255/26218 27258/27259/26222 27261/27261/26224</w:t>
        <w:br/>
        <w:t>f 27255/27255/26218 27261/27261/26224 27260/27260/26223</w:t>
        <w:br/>
        <w:t>f 27264/27262/26225 27263/27263/26226 27262/27264/26227</w:t>
        <w:br/>
        <w:t>f 27265/27265/26228 27257/27257/26220 27260/27260/26223</w:t>
        <w:br/>
        <w:t>f 27257/27257/26220 27265/27265/26228 27266/27266/26229</w:t>
        <w:br/>
        <w:t>f 27265/27265/26228 27267/27267/26230 27266/27266/26229</w:t>
        <w:br/>
        <w:t>f 27270/27268/26231 27269/27269/26232 27268/27270/26233</w:t>
        <w:br/>
        <w:t>f 27263/27263/26226 27272/27271/26234 27271/27272/26235</w:t>
        <w:br/>
        <w:t>f 27272/27271/26234 27270/27268/26231 27271/27272/26235</w:t>
        <w:br/>
        <w:t>f 27273/27273/26236 27269/27269/26232 27270/27268/26231</w:t>
        <w:br/>
        <w:t>f 27270/27268/26231 27272/27271/26234 27273/27273/26236</w:t>
        <w:br/>
        <w:t>f 27276/27274/26237 27275/27275/26238 27274/27276/26239</w:t>
        <w:br/>
        <w:t>f 27272/27271/26234 27263/27263/26226 27277/27277/26240</w:t>
        <w:br/>
        <w:t>f 27279/27278/26241 27278/27279/26242 27276/27274/26237</w:t>
        <w:br/>
        <w:t>f 27263/27263/26226 27264/27262/26225 27277/27277/26240</w:t>
        <w:br/>
        <w:t>f 27275/27275/26238 27276/27274/26237 27278/27279/26242</w:t>
        <w:br/>
        <w:t>f 27282/27280/26243 27281/27281/26244 27280/27282/26245</w:t>
        <w:br/>
        <w:t>f 27281/27281/26244 27282/27280/26243 27283/27283/26246</w:t>
        <w:br/>
        <w:t>f 27284/27284/26247 27283/27283/26246 27282/27280/26243</w:t>
        <w:br/>
        <w:t>f 27285/27285/26248 27281/27281/26244 27283/27283/26246</w:t>
        <w:br/>
        <w:t>f 27281/27281/26244 27285/27285/26248 27286/27286/26249</w:t>
        <w:br/>
        <w:t>f 27285/27285/26248 27287/27287/26250 27286/27286/26249</w:t>
        <w:br/>
        <w:t>f 27283/27283/26246 27284/27284/26247 27288/27288/26251</w:t>
        <w:br/>
        <w:t>f 27288/27288/26251 27285/27285/26248 27283/27283/26246</w:t>
        <w:br/>
        <w:t>f 27284/27284/26247 27289/27289/26252 27288/27288/26251</w:t>
        <w:br/>
        <w:t>f 27289/27289/26252 27284/27284/26247 27290/27290/26253</w:t>
        <w:br/>
        <w:t>f 27291/27291/26254 27289/27289/26252 27290/27290/26253</w:t>
        <w:br/>
        <w:t>f 27285/27285/26248 27288/27288/26251 27292/27292/26255</w:t>
        <w:br/>
        <w:t>f 27289/27289/26252 27291/27291/26254 27293/27293/26256</w:t>
        <w:br/>
        <w:t>f 27294/27294/26257 27293/27293/26256 27291/27291/26254</w:t>
        <w:br/>
        <w:t>f 27295/27295/26258 27288/27288/26251 27289/27289/26252</w:t>
        <w:br/>
        <w:t>f 27293/27293/26256 27295/27295/26258 27289/27289/26252</w:t>
        <w:br/>
        <w:t>f 27288/27288/26251 27295/27295/26258 27292/27292/26255</w:t>
        <w:br/>
        <w:t>f 27293/27293/26256 27294/27294/26257 27296/27296/26259</w:t>
        <w:br/>
        <w:t>f 27297/27297/26260 27296/27296/26259 27294/27294/26257</w:t>
        <w:br/>
        <w:t>f 27295/27295/26258 27293/27293/26256 27298/27298/26261</w:t>
        <w:br/>
        <w:t>f 27296/27296/26259 27298/27298/26261 27293/27293/26256</w:t>
        <w:br/>
        <w:t>f 27299/27299/26262 27292/27292/26255 27295/27295/26258</w:t>
        <w:br/>
        <w:t>f 27298/27298/26261 27299/27299/26262 27295/27295/26258</w:t>
        <w:br/>
        <w:t>f 27296/27296/26259 27297/27297/26260 27300/27300/26263</w:t>
        <w:br/>
        <w:t>f 27301/27301/26264 27300/27300/26263 27297/27297/26260</w:t>
        <w:br/>
        <w:t>f 27300/27300/26263 27301/27301/26264 27302/27302/26265</w:t>
        <w:br/>
        <w:t>f 27298/27298/26261 27296/27296/26259 27303/27303/26266</w:t>
        <w:br/>
        <w:t>f 27302/27302/26265 27304/27304/26267 27300/27300/26263</w:t>
        <w:br/>
        <w:t>f 27304/27304/26267 27296/27296/26259 27300/27300/26263</w:t>
        <w:br/>
        <w:t>f 27296/27296/26259 27304/27304/26267 27303/27303/26266</w:t>
        <w:br/>
        <w:t>f 27304/27304/26267 27302/27302/26265 27305/27305/26268</w:t>
        <w:br/>
        <w:t>f 27306/27306/26269 27304/27304/26267 27305/27305/26268</w:t>
        <w:br/>
        <w:t>f 27303/27303/26266 27307/27307/26270 27298/27298/26261</w:t>
        <w:br/>
        <w:t>f 27299/27299/26262 27298/27298/26261 27307/27307/26270</w:t>
        <w:br/>
        <w:t>f 27304/27304/26267 27308/27308/26271 27303/27303/26266</w:t>
        <w:br/>
        <w:t>f 27308/27308/26271 27307/27307/26270 27303/27303/26266</w:t>
        <w:br/>
        <w:t>f 27304/27304/26267 27306/27306/26269 27309/27309/26272</w:t>
        <w:br/>
        <w:t>f 27308/27308/26271 27304/27304/26267 27309/27309/26272</w:t>
        <w:br/>
        <w:t>f 27309/27309/26272 27306/27306/26269 27310/27310/26273</w:t>
        <w:br/>
        <w:t>f 27310/27310/26273 27308/27308/26271 27309/27309/26272</w:t>
        <w:br/>
        <w:t>f 27311/27311/26274 27310/27310/26273 27306/27306/26269</w:t>
        <w:br/>
        <w:t>f 27312/27312/26275 27310/27310/26273 27311/27311/26274</w:t>
        <w:br/>
        <w:t>f 27307/27307/26270 27308/27308/26271 27313/27313/26276</w:t>
        <w:br/>
        <w:t>f 27310/27310/26273 27312/27312/26275 27314/27314/26277</w:t>
        <w:br/>
        <w:t>f 27315/27315/26278 27314/27314/26277 27312/27312/26275</w:t>
        <w:br/>
        <w:t>f 27314/27314/26277 27315/27315/26278 27316/27316/26279</w:t>
        <w:br/>
        <w:t>f 27314/27314/26277 27316/27316/26279 27317/27317/26280</w:t>
        <w:br/>
        <w:t>f 27308/27308/26271 27310/27310/26273 27318/27318/26281</w:t>
        <w:br/>
        <w:t>f 27318/27318/26281 27313/27313/26276 27308/27308/26271</w:t>
        <w:br/>
        <w:t>f 27319/27319/26282 27310/27310/26273 27314/27314/26277</w:t>
        <w:br/>
        <w:t>f 27319/27319/26282 27314/27314/26277 27317/27317/26280</w:t>
        <w:br/>
        <w:t>f 27318/27318/26281 27310/27310/26273 27319/27319/26282</w:t>
        <w:br/>
        <w:t>f 27319/27319/26282 27317/27317/26280 27320/27320/26283</w:t>
        <w:br/>
        <w:t>f 27321/27321/26284 27318/27318/26281 27319/27319/26282</w:t>
        <w:br/>
        <w:t>f 27321/27321/26284 27319/27319/26282 27320/27320/26283</w:t>
        <w:br/>
        <w:t>f 27313/27313/26276 27318/27318/26281 27321/27321/26284</w:t>
        <w:br/>
        <w:t>f 27320/27320/26283 27322/27322/26285 27321/27321/26284</w:t>
        <w:br/>
        <w:t>f 27322/27322/26285 27313/27313/26276 27321/27321/26284</w:t>
        <w:br/>
        <w:t>f 27322/27322/26285 27320/27320/26283 27323/27323/26286</w:t>
        <w:br/>
        <w:t>f 27322/27322/26285 27323/27323/26286 27324/27324/26287</w:t>
        <w:br/>
        <w:t>f 27325/27325/26288 27313/27313/26276 27322/27322/26285</w:t>
        <w:br/>
        <w:t>f 27313/27313/26276 27325/27325/26288 27307/27307/26270</w:t>
        <w:br/>
        <w:t>f 27299/27299/26262 27307/27307/26270 27325/27325/26288</w:t>
        <w:br/>
        <w:t>f 27326/27326/26289 27322/27322/26285 27324/27324/26287</w:t>
        <w:br/>
        <w:t>f 27322/27322/26285 27326/27326/26289 27325/27325/26288</w:t>
        <w:br/>
        <w:t>f 27324/27324/26287 27327/27327/26290 27326/27326/26289</w:t>
        <w:br/>
        <w:t>f 27325/27325/26288 27328/27328/26291 27299/27299/26262</w:t>
        <w:br/>
        <w:t>f 27292/27292/26255 27299/27299/26262 27328/27328/26291</w:t>
        <w:br/>
        <w:t>f 27329/27329/26292 27325/27325/26288 27326/27326/26289</w:t>
        <w:br/>
        <w:t>f 27328/27328/26291 27325/27325/26288 27329/27329/26292</w:t>
        <w:br/>
        <w:t>f 27330/27330/26293 27326/27326/26289 27327/27327/26290</w:t>
        <w:br/>
        <w:t>f 27326/27326/26289 27330/27330/26293 27329/27329/26292</w:t>
        <w:br/>
        <w:t>f 27330/27330/26293 27327/27327/26290 27331/27331/26294</w:t>
        <w:br/>
        <w:t>f 27332/27332/26295 27330/27330/26293 27331/27331/26294</w:t>
        <w:br/>
        <w:t>f 27329/27329/26292 27330/27330/26293 27333/27333/26296</w:t>
        <w:br/>
        <w:t>f 27332/27332/26295 27333/27333/26296 27330/27330/26293</w:t>
        <w:br/>
        <w:t>f 27329/27329/26292 27333/27333/26296 27328/27328/26291</w:t>
        <w:br/>
        <w:t>f 27333/27333/26296 27332/27332/26295 27334/27334/26297</w:t>
        <w:br/>
        <w:t>f 27287/27287/26250 27333/27333/26296 27334/27334/26297</w:t>
        <w:br/>
        <w:t>f 27335/27335/26298 27328/27328/26291 27333/27333/26296</w:t>
        <w:br/>
        <w:t>f 27333/27333/26296 27287/27287/26250 27335/27335/26298</w:t>
        <w:br/>
        <w:t>f 27335/27335/26298 27292/27292/26255 27328/27328/26291</w:t>
        <w:br/>
        <w:t>f 27287/27287/26250 27285/27285/26248 27335/27335/26298</w:t>
        <w:br/>
        <w:t>f 27292/27292/26255 27335/27335/26298 27285/27285/26248</w:t>
        <w:br/>
        <w:t>f 27338/27336/26299 27337/27337/26300 27336/27338/26301</w:t>
        <w:br/>
        <w:t>f 27339/27339/26302 27337/27337/26300 27338/27336/26299</w:t>
        <w:br/>
        <w:t>f 27337/27337/26300 27339/27339/26302 27340/27340/26303</w:t>
        <w:br/>
        <w:t>f 27338/27336/26299 27341/27341/26304 27339/27339/26302</w:t>
        <w:br/>
        <w:t>f 27341/27341/26304 27338/27336/26299 27342/27342/26305</w:t>
        <w:br/>
        <w:t>f 27343/27343/26306 27341/27341/26304 27342/27342/26305</w:t>
        <w:br/>
        <w:t>f 27339/27339/26302 27344/27344/26307 27340/27340/26303</w:t>
        <w:br/>
        <w:t>f 27341/27341/26304 27343/27343/26306 27345/27345/26308</w:t>
        <w:br/>
        <w:t>f 27339/27339/26302 27346/27346/26309 27344/27344/26307</w:t>
        <w:br/>
        <w:t>f 27346/27346/26309 27339/27339/26302 27341/27341/26304</w:t>
        <w:br/>
        <w:t>f 27347/27347/26310 27340/27340/26303 27344/27344/26307</w:t>
        <w:br/>
        <w:t>f 27344/27344/26307 27346/27346/26309 27347/27347/26310</w:t>
        <w:br/>
        <w:t>f 27340/27340/26303 27347/27347/26310 27348/27348/26311</w:t>
        <w:br/>
        <w:t>f 27348/27348/26311 27347/27347/26310 27349/27349/26312</w:t>
        <w:br/>
        <w:t>f 27341/27341/26304 27350/27350/26313 27346/27346/26309</w:t>
        <w:br/>
        <w:t>f 27350/27350/26313 27341/27341/26304 27351/27351/26314</w:t>
        <w:br/>
        <w:t>f 27352/27352/26315 27347/27347/26310 27346/27346/26309</w:t>
        <w:br/>
        <w:t>f 27346/27346/26309 27350/27350/26313 27352/27352/26315</w:t>
        <w:br/>
        <w:t>f 27347/27347/26310 27353/27353/26316 27349/27349/26312</w:t>
        <w:br/>
        <w:t>f 27349/27349/26312 27353/27353/26316 27354/27354/26317</w:t>
        <w:br/>
        <w:t>f 27355/27355/26318 27347/27347/26310 27352/27352/26315</w:t>
        <w:br/>
        <w:t>f 27347/27347/26310 27355/27355/26318 27353/27353/26316</w:t>
        <w:br/>
        <w:t>f 27354/27354/26317 27357/27356/26319 27356/27357/26320</w:t>
        <w:br/>
        <w:t>f 27353/27353/26316 27358/27358/26321 27354/27354/26317</w:t>
        <w:br/>
        <w:t>f 27354/27354/26317 27358/27358/26321 27357/27356/26319</w:t>
        <w:br/>
        <w:t>f 27353/27353/26316 27359/27359/26322 27358/27358/26321</w:t>
        <w:br/>
        <w:t>f 27359/27359/26322 27357/27356/26319 27358/27358/26321</w:t>
        <w:br/>
        <w:t>f 27359/27359/26322 27353/27353/26316 27355/27355/26318</w:t>
        <w:br/>
        <w:t>f 27357/27356/26319 27359/27359/26322 27360/27360/26323</w:t>
        <w:br/>
        <w:t>f 27361/27361/26324 27360/27360/26323 27359/27359/26322</w:t>
        <w:br/>
        <w:t>f 27355/27355/26318 27361/27361/26324 27359/27359/26322</w:t>
        <w:br/>
        <w:t>f 27360/27360/26323 27361/27361/26324 27362/27362/26325</w:t>
        <w:br/>
        <w:t>f 27352/27352/26315 27363/27363/26326 27355/27355/26318</w:t>
        <w:br/>
        <w:t>f 27361/27361/26324 27355/27355/26318 27363/27363/26326</w:t>
        <w:br/>
        <w:t>f 27364/27364/26327 27362/27362/26325 27361/27361/26324</w:t>
        <w:br/>
        <w:t>f 27362/27362/26325 27364/27364/26327 27365/27365/26328</w:t>
        <w:br/>
        <w:t>f 27364/27364/26327 27366/27366/26329 27365/27365/26328</w:t>
        <w:br/>
        <w:t>f 27361/27361/26324 27367/27367/26330 27364/27364/26327</w:t>
        <w:br/>
        <w:t>f 27367/27367/26330 27361/27361/26324 27363/27363/26326</w:t>
        <w:br/>
        <w:t>f 27366/27366/26329 27364/27364/26327 27368/27368/26331</w:t>
        <w:br/>
        <w:t>f 27368/27368/26331 27369/27369/26332 27366/27366/26329</w:t>
        <w:br/>
        <w:t>f 27370/27370/26333 27364/27364/26327 27367/27367/26330</w:t>
        <w:br/>
        <w:t>f 27364/27364/26327 27370/27370/26333 27368/27368/26331</w:t>
        <w:br/>
        <w:t>f 27368/27368/26331 27371/27371/26334 27369/27369/26332</w:t>
        <w:br/>
        <w:t>f 27372/27372/26335 27370/27370/26333 27367/27367/26330</w:t>
        <w:br/>
        <w:t>f 27372/27372/26335 27367/27367/26330 27363/27363/26326</w:t>
        <w:br/>
        <w:t>f 27373/27373/26336 27368/27368/26331 27370/27370/26333</w:t>
        <w:br/>
        <w:t>f 27368/27368/26331 27373/27373/26336 27371/27371/26334</w:t>
        <w:br/>
        <w:t>f 27374/27374/26337 27369/27369/26332 27371/27371/26334</w:t>
        <w:br/>
        <w:t>f 27373/27373/26336 27374/27374/26337 27371/27371/26334</w:t>
        <w:br/>
        <w:t>f 27369/27369/26332 27374/27374/26337 27375/27375/26338</w:t>
        <w:br/>
        <w:t>f 27374/27374/26337 27376/27376/26339 27375/27375/26338</w:t>
        <w:br/>
        <w:t>f 27376/27376/26339 27374/27374/26337 27377/27377/26340</w:t>
        <w:br/>
        <w:t>f 27377/27377/26340 27374/27374/26337 27378/27378/26341</w:t>
        <w:br/>
        <w:t>f 27379/27379/26342 27378/27378/26341 27374/27374/26337</w:t>
        <w:br/>
        <w:t>f 27374/27374/26337 27373/27373/26336 27379/27379/26342</w:t>
        <w:br/>
        <w:t>f 27378/27378/26341 27379/27379/26342 27380/27380/26343</w:t>
        <w:br/>
        <w:t>f 27370/27370/26333 27381/27381/26344 27373/27373/26336</w:t>
        <w:br/>
        <w:t>f 27372/27372/26335 27381/27381/26344 27370/27370/26333</w:t>
        <w:br/>
        <w:t>f 27382/27382/26345 27379/27379/26342 27373/27373/26336</w:t>
        <w:br/>
        <w:t>f 27381/27381/26344 27382/27382/26345 27373/27373/26336</w:t>
        <w:br/>
        <w:t>f 27383/27383/26346 27380/27380/26343 27379/27379/26342</w:t>
        <w:br/>
        <w:t>f 27379/27379/26342 27382/27382/26345 27383/27383/26346</w:t>
        <w:br/>
        <w:t>f 27384/27384/26347 27380/27380/26343 27383/27383/26346</w:t>
        <w:br/>
        <w:t>f 27383/27383/26346 27382/27382/26345 27384/27384/26347</w:t>
        <w:br/>
        <w:t>f 27380/27380/26343 27384/27384/26347 27385/27385/26348</w:t>
        <w:br/>
        <w:t>f 27385/27385/26348 27384/27384/26347 27386/27386/26349</w:t>
        <w:br/>
        <w:t>f 27387/27387/26350 27386/27386/26349 27384/27384/26347</w:t>
        <w:br/>
        <w:t>f 27387/27387/26350 27388/27388/26351 27386/27386/26349</w:t>
        <w:br/>
        <w:t>f 27389/27389/26352 27388/27388/26351 27387/27387/26350</w:t>
        <w:br/>
        <w:t>f 27387/27387/26350 27390/27390/26353 27389/27389/26352</w:t>
        <w:br/>
        <w:t>f 27384/27384/26347 27390/27390/26353 27387/27387/26350</w:t>
        <w:br/>
        <w:t>f 27391/27391/26354 27389/27389/26352 27390/27390/26353</w:t>
        <w:br/>
        <w:t>f 27390/27390/26353 27384/27384/26347 27392/27392/26355</w:t>
        <w:br/>
        <w:t>f 27392/27392/26355 27384/27384/26347 27382/27382/26345</w:t>
        <w:br/>
        <w:t>f 27390/27390/26353 27393/27393/26356 27391/27391/26354</w:t>
        <w:br/>
        <w:t>f 27391/27391/26354 27393/27393/26356 27394/27394/26357</w:t>
        <w:br/>
        <w:t>f 27395/27395/26358 27390/27390/26353 27392/27392/26355</w:t>
        <w:br/>
        <w:t>f 27395/27395/26358 27392/27392/26355 27382/27382/26345</w:t>
        <w:br/>
        <w:t>f 27393/27393/26356 27390/27390/26353 27395/27395/26358</w:t>
        <w:br/>
        <w:t>f 27396/27396/26359 27394/27394/26357 27393/27393/26356</w:t>
        <w:br/>
        <w:t>f 27394/27394/26357 27396/27396/26359 27343/27343/26306</w:t>
        <w:br/>
        <w:t>f 27393/27393/26356 27395/27395/26358 27397/27397/26360</w:t>
        <w:br/>
        <w:t>f 27397/27397/26360 27396/27396/26359 27393/27393/26356</w:t>
        <w:br/>
        <w:t>f 27382/27382/26345 27398/27398/26361 27395/27395/26358</w:t>
        <w:br/>
        <w:t>f 27382/27382/26345 27381/27381/26344 27398/27398/26361</w:t>
        <w:br/>
        <w:t>f 27395/27395/26358 27399/27399/26362 27397/27397/26360</w:t>
        <w:br/>
        <w:t>f 27400/27400/26363 27398/27398/26361 27381/27381/26344</w:t>
        <w:br/>
        <w:t>f 27403/27401/26364 27402/27402/26365 27401/27403/26366</w:t>
        <w:br/>
        <w:t>f 27404/27404/26367 27395/27395/26358 27398/27398/26361</w:t>
        <w:br/>
        <w:t>f 27398/27398/26361 27400/27400/26363 27404/27404/26367</w:t>
        <w:br/>
        <w:t>f 27395/27395/26358 27404/27404/26367 27405/27405/26368</w:t>
        <w:br/>
        <w:t>f 27402/27402/26365 27403/27401/26364 27406/27406/26369</w:t>
        <w:br/>
        <w:t>f 27408/27407/26370 27400/27400/26363 27407/27408/26371</w:t>
        <w:br/>
        <w:t>f 27397/27397/26372 27410/27409/26373 27409/27410/26374</w:t>
        <w:br/>
        <w:t>f 27409/27410/26374 27405/27405/26368 27404/27404/26367</w:t>
        <w:br/>
        <w:t>f 27411/27411/26375 27408/27407/26370 27407/27408/26371</w:t>
        <w:br/>
        <w:t>f 27409/27410/26374 27404/27404/26367 27411/27411/26375</w:t>
        <w:br/>
        <w:t>f 27412/27412/26376 27406/27406/26369 27403/27401/26364</w:t>
        <w:br/>
        <w:t>f 27411/27411/26375 27407/27408/26371 27413/27413/26377</w:t>
        <w:br/>
        <w:t>f 27403/27401/26364 27414/27414/26378 27412/27412/26376</w:t>
        <w:br/>
        <w:t>f 27415/27415/26379 27372/27372/26335 27363/27363/26326</w:t>
        <w:br/>
        <w:t>f 27416/27416/26380 27411/27411/26375 27413/27413/26377</w:t>
        <w:br/>
        <w:t>f 27411/27411/26375 27416/27416/26380 27409/27410/26374</w:t>
        <w:br/>
        <w:t>f 27419/27417/26381 27418/27418/26382 27417/27419/26382</w:t>
        <w:br/>
        <w:t>f 27413/27413/26377 27419/27417/26381 27416/27416/26380</w:t>
        <w:br/>
        <w:t>f 27363/27363/26326 27420/27420/26383 27415/27415/26379</w:t>
        <w:br/>
        <w:t>f 27421/27421/26384 27415/27415/26379 27420/27420/26383</w:t>
        <w:br/>
        <w:t>f 27363/27363/26326 27352/27352/26315 27420/27420/26383</w:t>
        <w:br/>
        <w:t>f 27420/27420/26383 27352/27352/26315 27350/27350/26313</w:t>
        <w:br/>
        <w:t>f 27350/27350/26313 27421/27421/26384 27420/27420/26383</w:t>
        <w:br/>
        <w:t>f 27419/27417/26381 27350/27350/26385 27416/27416/26380</w:t>
        <w:br/>
        <w:t>f 27422/27422/26386 27416/27416/26380 27350/27350/26385</w:t>
        <w:br/>
        <w:t>f 27422/27422/26386 27409/27410/26374 27416/27416/26380</w:t>
        <w:br/>
        <w:t>f 27350/27350/26387 27424/27423/26388 27423/27424/26389</w:t>
        <w:br/>
        <w:t>f 27424/27423/26390 27409/27410/26374 27422/27422/26386</w:t>
        <w:br/>
        <w:t>f 27424/27423/26388 27350/27350/26387 27425/27425/26391</w:t>
        <w:br/>
        <w:t>f 27426/27426/26392 27350/27350/26313 27351/27351/26314</w:t>
        <w:br/>
        <w:t>f 27343/27343/26306 27425/27425/26391 27345/27345/26308</w:t>
        <w:br/>
        <w:t>f 27425/27425/26391 27343/27343/26306 27396/27396/26359</w:t>
        <w:br/>
        <w:t>f 27396/27396/26359 27424/27423/26388 27425/27425/26391</w:t>
        <w:br/>
        <w:t>f 27424/27423/26390 27427/27427/26393 27409/27410/26374</w:t>
        <w:br/>
        <w:t>f 27424/27423/26388 27396/27396/26359 27428/27428/26394</w:t>
        <w:br/>
        <w:t>f 27427/27427/26393 27397/27397/26372 27409/27410/26374</w:t>
        <w:br/>
        <w:t>f 27396/27396/26359 27397/27397/26360 27428/27428/26394</w:t>
        <w:br/>
        <w:t>f 27431/27429/26395 27430/27430/26396 27429/27431/26397</w:t>
        <w:br/>
        <w:t>f 27430/27430/26396 27431/27429/26395 27432/27432/26398</w:t>
        <w:br/>
        <w:t>f 27433/27433/26399 27432/27432/26398 27431/27429/26395</w:t>
        <w:br/>
        <w:t>f 27430/27430/26396 27432/27432/26398 27434/27434/26400</w:t>
        <w:br/>
        <w:t>f 27435/27435/26401 27430/27430/26396 27434/27434/26400</w:t>
        <w:br/>
        <w:t>f 27434/27434/26400 27436/27436/26402 27435/27435/26401</w:t>
        <w:br/>
        <w:t>f 27432/27432/26398 27433/27433/26399 27437/27437/26403</w:t>
        <w:br/>
        <w:t>f 27438/27438/26404 27437/27437/26403 27433/27433/26399</w:t>
        <w:br/>
        <w:t>f 27434/27434/26400 27432/27432/26398 27439/27439/26405</w:t>
        <w:br/>
        <w:t>f 27432/27432/26398 27437/27437/26403 27439/27439/26405</w:t>
        <w:br/>
        <w:t>f 27436/27436/26402 27434/27434/26400 27440/27440/26406</w:t>
        <w:br/>
        <w:t>f 27439/27439/26405 27440/27440/26406 27434/27434/26400</w:t>
        <w:br/>
        <w:t>f 27441/27441/26407 27436/27436/26402 27440/27440/26406</w:t>
        <w:br/>
        <w:t>f 27442/27442/26408 27437/27437/26403 27438/27438/26404</w:t>
        <w:br/>
        <w:t>f 27443/27443/26409 27442/27442/26408 27438/27438/26404</w:t>
        <w:br/>
        <w:t>f 27437/27437/26403 27444/27444/26410 27439/27439/26405</w:t>
        <w:br/>
        <w:t>f 27444/27444/26410 27437/27437/26403 27442/27442/26408</w:t>
        <w:br/>
        <w:t>f 27440/27440/26406 27439/27439/26405 27445/27445/26411</w:t>
        <w:br/>
        <w:t>f 27439/27439/26405 27444/27444/26410 27445/27445/26411</w:t>
        <w:br/>
        <w:t>f 27440/27440/26406 27446/27446/26412 27441/27441/26407</w:t>
        <w:br/>
        <w:t>f 27445/27445/26411 27446/27446/26412 27440/27440/26406</w:t>
        <w:br/>
        <w:t>f 27446/27446/26412 27447/27447/26413 27441/27441/26407</w:t>
        <w:br/>
        <w:t>f 27445/27445/26411 27444/27444/26410 27448/27448/26414</w:t>
        <w:br/>
        <w:t>f 27446/27446/26412 27445/27445/26411 27449/27449/26415</w:t>
        <w:br/>
        <w:t>f 27446/27446/26412 27448/27448/26414 27444/27444/26410</w:t>
        <w:br/>
        <w:t>f 27446/27446/26412 27450/27450/26416 27447/27447/26413</w:t>
        <w:br/>
        <w:t>f 27451/27451/26417 27446/27446/26412 27444/27444/26410</w:t>
        <w:br/>
        <w:t>f 27450/27450/26416 27446/27446/26412 27451/27451/26417</w:t>
        <w:br/>
        <w:t>f 27451/27451/26417 27444/27444/26410 27442/27442/26408</w:t>
        <w:br/>
        <w:t>f 27452/27452/26418 27450/27450/26416 27451/27451/26417</w:t>
        <w:br/>
        <w:t>f 27452/27452/26418 27451/27451/26417 27442/27442/26408</w:t>
        <w:br/>
        <w:t>f 27442/27442/26408 27443/27443/26409 27452/27452/26418</w:t>
        <w:br/>
        <w:t>f 27453/27453/26419 27450/27450/26416 27452/27452/26418</w:t>
        <w:br/>
        <w:t>f 27454/27454/26420 27452/27452/26418 27443/27443/26409</w:t>
        <w:br/>
        <w:t>f 27452/27452/26418 27454/27454/26420 27453/27453/26419</w:t>
        <w:br/>
        <w:t>f 27457/27455/26421 27456/27456/26422 27455/27457/26423</w:t>
        <w:br/>
        <w:t>f 27458/27458/26424 27455/27457/26423 27456/27456/26422</w:t>
        <w:br/>
        <w:t>f 27461/27459/26425 27460/27460/26426 27459/27461/26427</w:t>
        <w:br/>
        <w:t>f 27460/27460/26426 27461/27459/26425 27462/27462/26428</w:t>
        <w:br/>
        <w:t>f 27463/27463/26429 27458/27458/26424 27456/27456/26422</w:t>
        <w:br/>
        <w:t>f 27466/27464/26430 27465/27465/26431 27464/27466/26432</w:t>
        <w:br/>
        <w:t>f 27456/27456/26422 27467/27467/26433 27463/27463/26429</w:t>
        <w:br/>
        <w:t>f 27465/27465/26431 27466/27464/26430 27468/27468/26434</w:t>
        <w:br/>
        <w:t>f 27469/27469/26435 27463/27463/26429 27467/27467/26433</w:t>
        <w:br/>
        <w:t>f 27466/27464/26430 27470/27470/26436 27468/27468/26434</w:t>
        <w:br/>
        <w:t>f 27471/27471/26437 27463/27463/26429 27469/27469/26435</w:t>
        <w:br/>
        <w:t>f 27466/27464/26430 27472/27472/26438 27470/27470/26436</w:t>
        <w:br/>
        <w:t>f 27474/27473/26439 27469/27469/26435 27473/27474/26440</w:t>
        <w:br/>
        <w:t>f 27474/27473/26439 27471/27471/26437 27469/27469/26435</w:t>
        <w:br/>
        <w:t>f 27472/27472/26438 27475/27475/26441 27470/27470/26436</w:t>
        <w:br/>
        <w:t>f 27474/27473/26442 27477/27476/26443 27476/27477/26443</w:t>
        <w:br/>
        <w:t>f 27477/27476/26443 27474/27473/26442 27478/27478/26443</w:t>
        <w:br/>
        <w:t>f 27479/27479/26443 27477/27476/26443 27478/27478/26443</w:t>
        <w:br/>
        <w:t>f 27470/27470/26436 27475/27475/26441 27480/27480/26444</w:t>
        <w:br/>
        <w:t>f 27479/27479/26443 27481/27481/26443 27475/27475/26441</w:t>
        <w:br/>
        <w:t>f 27482/27482/26445 27480/27480/26444 27475/27475/26441</w:t>
        <w:br/>
        <w:t>f 27475/27475/26441 27481/27481/26443 27482/27482/26445</w:t>
        <w:br/>
        <w:t>f 27480/27480/26444 27482/27482/26445 27483/27483/26446</w:t>
        <w:br/>
        <w:t>f 27484/27484/26447 27482/27482/26445 27481/27481/26443</w:t>
        <w:br/>
        <w:t>f 27482/27482/26445 27485/27485/26448 27483/27483/26446</w:t>
        <w:br/>
        <w:t>f 27484/27484/26447 27486/27486/26449 27482/27482/26445</w:t>
        <w:br/>
        <w:t>f 27483/27483/26446 27485/27485/26448 27487/27487/26450</w:t>
        <w:br/>
        <w:t>f 27486/27486/26449 27484/27484/26447 27488/27488/26451</w:t>
        <w:br/>
        <w:t>f 27489/27489/26452 27487/27487/26450 27485/27485/26448</w:t>
        <w:br/>
        <w:t>f 27488/27488/26451 27490/27490/26453 27486/27486/26449</w:t>
        <w:br/>
        <w:t>f 27485/27485/26448 27491/27491/26454 27489/27489/26452</w:t>
        <w:br/>
        <w:t>f 27494/27492/26455 27493/27493/26456 27492/27494/26457</w:t>
        <w:br/>
        <w:t>f 27493/27493/26456 27494/27492/26455 27495/27495/26458</w:t>
        <w:br/>
        <w:t>f 27496/27496/26459 27495/27495/26458 27494/27492/26455</w:t>
        <w:br/>
        <w:t>f 27497/27497/26460 27493/27493/26456 27495/27495/26458</w:t>
        <w:br/>
        <w:t>f 27493/27493/26456 27497/27497/26460 27498/27498/26461</w:t>
        <w:br/>
        <w:t>f 27495/27495/26458 27496/27496/26459 27499/27499/26462</w:t>
        <w:br/>
        <w:t>f 27499/27499/26462 27497/27497/26460 27495/27495/26458</w:t>
        <w:br/>
        <w:t>f 27497/27497/26460 27500/27500/26463 27498/27498/26461</w:t>
        <w:br/>
        <w:t>f 27496/27496/26459 27501/27501/26464 27499/27499/26462</w:t>
        <w:br/>
        <w:t>f 27501/27501/26464 27496/27496/26459 27502/27502/26465</w:t>
        <w:br/>
        <w:t>f 27503/27503/26466 27497/27497/26460 27499/27499/26462</w:t>
        <w:br/>
        <w:t>f 27501/27501/26464 27503/27503/26466 27499/27499/26462</w:t>
        <w:br/>
        <w:t>f 27506/27504/26467 27505/27505/26468 27504/27506/26469</w:t>
        <w:br/>
        <w:t>f 27505/27505/26468 27506/27504/26467 27507/27507/26470</w:t>
        <w:br/>
        <w:t>f 27500/27500/26463 27497/27497/26460 27508/27508/26471</w:t>
        <w:br/>
        <w:t>f 27507/27507/26470 27509/27509/26472 27505/27505/26468</w:t>
        <w:br/>
        <w:t>f 27497/27497/26460 27510/27510/26473 27508/27508/26471</w:t>
        <w:br/>
        <w:t>f 27509/27509/26472 27507/27507/26470 27511/27511/26474</w:t>
        <w:br/>
        <w:t>f 27510/27510/26473 27497/27497/26460 27503/27503/26466</w:t>
        <w:br/>
        <w:t>f 27511/27511/26474 27512/27512/26475 27509/27509/26472</w:t>
        <w:br/>
        <w:t>f 27513/27513/26476 27510/27510/26473 27503/27503/26466</w:t>
        <w:br/>
        <w:t>f 27513/27513/26476 27503/27503/26466 27501/27501/26464</w:t>
        <w:br/>
        <w:t>f 27512/27512/26475 27511/27511/26474 27514/27514/26475</w:t>
        <w:br/>
        <w:t>f 27510/27510/26473 27513/27513/26476 27515/27515/26477</w:t>
        <w:br/>
        <w:t>f 27514/27514/26475 27516/27516/26478 27512/27512/26475</w:t>
        <w:br/>
        <w:t>f 27513/27513/26476 27517/27517/26479 27515/27515/26477</w:t>
        <w:br/>
        <w:t>f 27518/27518/26480 27512/27512/26475 27516/27516/26478</w:t>
        <w:br/>
        <w:t>f 27501/27501/26464 27519/27519/26481 27513/27513/26476</w:t>
        <w:br/>
        <w:t>f 27502/27502/26465 27519/27519/26481 27501/27501/26464</w:t>
        <w:br/>
        <w:t>f 27519/27519/26481 27502/27502/26465 27520/27520/26482</w:t>
        <w:br/>
        <w:t>f 27521/27521/26483 27519/27519/26481 27520/27520/26482</w:t>
        <w:br/>
        <w:t>f 27517/27517/26479 27513/27513/26476 27522/27522/26484</w:t>
        <w:br/>
        <w:t>f 27522/27522/26484 27513/27513/26476 27519/27519/26481</w:t>
        <w:br/>
        <w:t>f 27523/27523/26485 27518/27518/26480 27516/27516/26478</w:t>
        <w:br/>
        <w:t>f 27522/27522/26484 27524/27524/26486 27517/27517/26479</w:t>
        <w:br/>
        <w:t>f 27525/27525/26487 27518/27518/26480 27523/27523/26485</w:t>
        <w:br/>
        <w:t>f 27526/27526/26488 27525/27525/26487 27523/27523/26485</w:t>
        <w:br/>
        <w:t>f 27519/27519/26481 27527/27527/26489 27522/27522/26484</w:t>
        <w:br/>
        <w:t>f 27519/27519/26481 27521/27521/26483 27527/27527/26489</w:t>
        <w:br/>
        <w:t>f 27524/27524/26486 27522/27522/26484 27528/27528/26490</w:t>
        <w:br/>
        <w:t>f 27528/27528/26490 27529/27529/26491 27524/27524/26486</w:t>
        <w:br/>
        <w:t>f 27522/27522/26484 27527/27527/26489 27528/27528/26490</w:t>
        <w:br/>
        <w:t>f 27529/27529/26491 27528/27528/26490 27530/27530/26492</w:t>
        <w:br/>
        <w:t>f 27528/27528/26490 27531/27531/26493 27530/27530/26492</w:t>
        <w:br/>
        <w:t>f 27531/27531/26493 27528/27528/26490 27527/27527/26489</w:t>
        <w:br/>
        <w:t>f 27521/27521/26483 27531/27531/26493 27527/27527/26489</w:t>
        <w:br/>
        <w:t>f 27531/27531/26493 27521/27521/26483 27532/27532/26494</w:t>
        <w:br/>
        <w:t>f 27535/27533/26495 27534/27534/26496 27533/27535/26495</w:t>
        <w:br/>
        <w:t>f 27534/27534/26496 27535/27533/26495 27536/27536/26496</w:t>
        <w:br/>
        <w:t>f 27539/27537/26497 27538/27538/26498 27537/27539/26499</w:t>
        <w:br/>
        <w:t>f 27540/27540/26500 27534/27534/26496 27536/27536/26496</w:t>
        <w:br/>
        <w:t>f 27538/27538/26498 27541/27541/26501 27537/27539/26499</w:t>
        <w:br/>
        <w:t>f 27534/27534/26496 27540/27540/26500 27542/27542/26500</w:t>
        <w:br/>
        <w:t>f 27541/27541/26501 27538/27538/26498 27543/27543/26501</w:t>
        <w:br/>
        <w:t>f 27544/27544/26502 27542/27542/26500 27540/27540/26500</w:t>
        <w:br/>
        <w:t>f 27543/27543/26501 27545/27545/26503 27541/27541/26501</w:t>
        <w:br/>
        <w:t>f 27542/27542/26500 27544/27544/26502 27546/27546/26504</w:t>
        <w:br/>
        <w:t>f 27545/27545/26503 27543/27543/26501 27547/27547/26505</w:t>
        <w:br/>
        <w:t>f 27544/27544/26502 27548/27548/26506 27546/27546/26504</w:t>
        <w:br/>
        <w:t>f 27545/27545/26503 27547/27547/26505 27549/27549/26507</w:t>
        <w:br/>
        <w:t>f 27548/27548/26506 27544/27544/26502 27550/27550/26508</w:t>
        <w:br/>
        <w:t>f 27553/27551/26509 27552/27552/26510 27551/27553/26511</w:t>
        <w:br/>
        <w:t>f 27552/27552/26510 27553/27551/26509 27554/27554/26512</w:t>
        <w:br/>
        <w:t>f 27555/27555/26513 27554/27554/26512 27553/27551/26509</w:t>
        <w:br/>
        <w:t>f 27558/27556/26514 27557/27557/26515 27556/27558/26516</w:t>
        <w:br/>
        <w:t>f 27557/27557/26515 27558/27556/26514 27559/27559/26515</w:t>
        <w:br/>
        <w:t>f 27562/27560/26517 27561/27561/26518 27560/27562/26519</w:t>
        <w:br/>
        <w:t>f 27561/27561/26518 27562/27560/26517 27563/27563/26520</w:t>
        <w:br/>
        <w:t>f 27564/27564/26521 27563/27563/26520 27562/27560/26517</w:t>
        <w:br/>
        <w:t>f 27554/27554/26512 27555/27555/26513 27565/27565/26522</w:t>
        <w:br/>
        <w:t>f 27566/27566/26523 27558/27556/26514 27556/27558/26516</w:t>
        <w:br/>
        <w:t>f 27564/27564/26521 27562/27560/26517 27567/27567/26524</w:t>
        <w:br/>
        <w:t>f 27558/27556/26514 27566/27566/26523 27568/27568/26523</w:t>
        <w:br/>
        <w:t>f 27569/27569/26525 27564/27564/26521 27567/27567/26524</w:t>
        <w:br/>
        <w:t>f 27570/27570/26526 27568/27568/26523 27566/27566/26523</w:t>
        <w:br/>
        <w:t>f 27564/27564/26521 27569/27569/26525 27571/27571/26527</w:t>
        <w:br/>
        <w:t>f 27555/27555/26513 27572/27572/26528 27565/27565/26522</w:t>
        <w:br/>
        <w:t>f 27570/27570/26526 27566/27566/26523 27573/27573/26529</w:t>
        <w:br/>
        <w:t>f 27572/27572/26528 27555/27555/26513 27574/27574/26530</w:t>
        <w:br/>
        <w:t>f 27575/27575/26531 27571/27571/26527 27569/27569/26525</w:t>
        <w:br/>
        <w:t>f 27571/27571/26527 27575/27575/26531 27576/27576/26532</w:t>
        <w:br/>
        <w:t>f 27573/27573/26529 27577/27577/26533 27570/27570/26526</w:t>
        <w:br/>
        <w:t>f 27577/27577/26533 27573/27573/26529 27578/27578/26533</w:t>
        <w:br/>
        <w:t>f 27572/27572/26528 27580/27579/26534 27579/27580/26535</w:t>
        <w:br/>
        <w:t>f 27572/27572/26528 27581/27581/26536 27580/27579/26534</w:t>
        <w:br/>
        <w:t>f 27572/27572/26528 27582/27582/26537 27581/27581/26536</w:t>
        <w:br/>
        <w:t>f 27574/27574/26530 27582/27582/26537 27572/27572/26528</w:t>
        <w:br/>
        <w:t>f 27585/27583/26538 27584/27584/26539 27583/27585/26540</w:t>
        <w:br/>
        <w:t>f 27586/27586/26541 27585/27583/26538 27583/27585/26540</w:t>
        <w:br/>
        <w:t>f 27584/27584/26539 27585/27583/26538 27587/27587/26542</w:t>
        <w:br/>
        <w:t>f 27590/27588/26543 27589/27589/26544 27588/27590/26545</w:t>
        <w:br/>
        <w:t>f 27591/27591/26546 27582/27582/26537 27574/27574/26530</w:t>
        <w:br/>
        <w:t>f 27574/27574/26530 27592/27592/26547 27591/27591/26546</w:t>
        <w:br/>
        <w:t>f 27591/27591/26546 27592/27592/26547 27593/27593/26548</w:t>
        <w:br/>
        <w:t>f 27596/27594/26549 27595/27595/26550 27594/27596/26551</w:t>
        <w:br/>
        <w:t>f 27595/27595/26550 27596/27594/26549 27597/27597/26552</w:t>
        <w:br/>
        <w:t>f 27586/27586/26541 27595/27595/26550 27597/27597/26552</w:t>
        <w:br/>
        <w:t>f 27590/27588/26543 27588/27590/26545 27598/27598/26553</w:t>
        <w:br/>
        <w:t>f 27585/27583/26538 27586/27586/26541 27599/27599/26554</w:t>
        <w:br/>
        <w:t>f 27600/27600/26555 27598/27598/26553 27588/27590/26545</w:t>
        <w:br/>
        <w:t>f 27597/27597/26552 27599/27599/26554 27586/27586/26541</w:t>
        <w:br/>
        <w:t>f 27603/27601/26556 27602/27602/26557 27601/27603/26558</w:t>
        <w:br/>
        <w:t>f 27603/27601/26556 27601/27603/26558 27604/27604/26559</w:t>
        <w:br/>
        <w:t>f 27607/27605/26560 27606/27606/26561 27605/27607/26562</w:t>
        <w:br/>
        <w:t>f 27607/27605/26560 27608/27608/26563 27606/27606/26561</w:t>
        <w:br/>
        <w:t>f 27611/27609/26564 27610/27610/26565 27609/27611/26566</w:t>
        <w:br/>
        <w:t>f 27604/27604/26559 27612/27612/26567 27603/27601/26556</w:t>
        <w:br/>
        <w:t>f 27613/27613/26568 27609/27611/26566 27610/27610/26565</w:t>
        <w:br/>
        <w:t>f 27614/27614/26569 27603/27601/26556 27612/27612/26567</w:t>
        <w:br/>
        <w:t>f 27615/27615/26570 27613/27613/26568 27610/27610/26565</w:t>
        <w:br/>
        <w:t>f 27616/27616/26571 27614/27614/26569 27612/27612/26567</w:t>
        <w:br/>
        <w:t>f 27613/27613/26568 27615/27615/26570 27617/27617/26572</w:t>
        <w:br/>
        <w:t>f 27612/27612/26567 27618/27618/26573 27616/27616/26571</w:t>
        <w:br/>
        <w:t>f 27616/27616/26571 27620/27619/26574 27619/27620/26575</w:t>
        <w:br/>
        <w:t>f 27618/27618/26573 27620/27619/26574 27616/27616/26571</w:t>
        <w:br/>
        <w:t>f 27621/27621/26576 27617/27617/26572 27615/27615/26570</w:t>
        <w:br/>
        <w:t>f 27623/27622/26577 27620/27619/26578 27622/27623/26577</w:t>
        <w:br/>
        <w:t>f 27621/27621/26576 27615/27615/26570 27624/27624/26579</w:t>
        <w:br/>
        <w:t>f 27620/27619/26578 27621/27621/26576 27625/27625/26580</w:t>
        <w:br/>
        <w:t>f 27626/27626/26580 27625/27625/26580 27621/27621/26576</w:t>
        <w:br/>
        <w:t>f 27626/27626/26580 27621/27621/26576 27627/27627/26581</w:t>
        <w:br/>
        <w:t>f 27628/27628/26582 27621/27621/26576 27624/27624/26579</w:t>
        <w:br/>
        <w:t>f 27621/27621/26576 27629/27629/26583 27627/27627/26581</w:t>
        <w:br/>
        <w:t>f 27621/27621/26576 27628/27628/26582 27630/27630/26584</w:t>
        <w:br/>
        <w:t>f 27631/27631/26585 27627/27627/26581 27629/27629/26583</w:t>
        <w:br/>
        <w:t>f 27632/27632/26586 27630/27630/26584 27628/27628/26582</w:t>
        <w:br/>
        <w:t>f 27631/27631/26585 27629/27629/26583 27633/27633/26587</w:t>
        <w:br/>
        <w:t>f 27628/27628/26582 27634/27634/26588 27632/27632/26586</w:t>
        <w:br/>
        <w:t>f 27633/27633/26587 27635/27635/26589 27631/27631/26585</w:t>
        <w:br/>
        <w:t>f 27636/27636/26590 27632/27632/26586 27634/27634/26588</w:t>
        <w:br/>
        <w:t>f 27635/27635/26589 27633/27633/26587 27637/27637/26591</w:t>
        <w:br/>
        <w:t>f 27632/27632/26586 27636/27636/26590 27638/27638/26592</w:t>
        <w:br/>
        <w:t>f 27641/27639/26593 27640/27640/26594 27639/27641/26595</w:t>
        <w:br/>
        <w:t>f 27640/27640/26594 27641/27639/26593 27642/27642/26596</w:t>
        <w:br/>
        <w:t>f 27645/27643/26597 27644/27644/26598 27643/27645/26599</w:t>
        <w:br/>
        <w:t>f 27641/27639/26593 27646/27646/26600 27642/27642/26596</w:t>
        <w:br/>
        <w:t>f 27646/27646/26600 27641/27639/26593 27647/27647/26601</w:t>
        <w:br/>
        <w:t>f 27643/27645/26599 27644/27644/26598 27648/27648/26602</w:t>
        <w:br/>
        <w:t>f 27646/27646/26600 27648/27648/26602 27644/27644/26598</w:t>
        <w:br/>
        <w:t>f 27651/27649/26603 27650/27650/26604 27649/27651/26605</w:t>
        <w:br/>
        <w:t>f 27650/27650/26604 27651/27649/26603 27652/27652/26606</w:t>
        <w:br/>
        <w:t>f 27648/27648/26602 27646/27646/26600 27653/27653/26607</w:t>
        <w:br/>
        <w:t>f 27656/27654/26608 27655/27655/26609 27654/27656/26610</w:t>
        <w:br/>
        <w:t>f 27655/27655/26609 27656/27654/26608 27657/27657/26611</w:t>
        <w:br/>
        <w:t>f 27660/27658/26612 27659/27659/26613 27658/27660/26614</w:t>
        <w:br/>
        <w:t>f 27649/27651/26605 27661/27661/26615 27651/27649/26603</w:t>
        <w:br/>
        <w:t>f 27661/27661/26615 27649/27651/26605 27662/27662/26616</w:t>
        <w:br/>
        <w:t>f 27651/27649/26603 27663/27663/26617 27656/27654/26618</w:t>
        <w:br/>
        <w:t>f 27663/27663/26617 27651/27649/26603 27661/27661/26615</w:t>
        <w:br/>
        <w:t>f 27664/27664/26619 27658/27660/26614 27659/27659/26613</w:t>
        <w:br/>
        <w:t>f 27661/27661/26615 27662/27662/26616 27665/27665/26620</w:t>
        <w:br/>
        <w:t>f 27646/27646/26600 27666/27666/26621 27653/27653/26607</w:t>
        <w:br/>
        <w:t>f 27667/27667/26622 27658/27660/26614 27664/27664/26619</w:t>
        <w:br/>
        <w:t>f 27658/27660/26614 27667/27667/26622 27668/27668/26623</w:t>
        <w:br/>
        <w:t>f 27659/27659/26613 27669/27669/26624 27664/27664/26619</w:t>
        <w:br/>
        <w:t>f 27669/27669/26624 27667/27667/26622 27664/27664/26619</w:t>
        <w:br/>
        <w:t>f 27669/27669/26624 27659/27659/26613 27670/27670/26625</w:t>
        <w:br/>
        <w:t>f 27671/27671/26626 27668/27668/26623 27667/27667/26622</w:t>
        <w:br/>
        <w:t>f 27668/27668/26623 27671/27671/26626 27672/27672/26627</w:t>
        <w:br/>
        <w:t>f 27671/27671/26626 27673/27673/26628 27672/27672/26627</w:t>
        <w:br/>
        <w:t>f 27674/27674/26629 27671/27671/26626 27667/27667/26622</w:t>
        <w:br/>
        <w:t>f 27667/27667/26622 27669/27669/26624 27674/27674/26629</w:t>
        <w:br/>
        <w:t>f 27675/27675/26630 27673/27673/26628 27671/27671/26626</w:t>
        <w:br/>
        <w:t>f 27671/27671/26626 27674/27674/26629 27675/27675/26630</w:t>
        <w:br/>
        <w:t>f 27676/27676/26631 27673/27673/26628 27675/27675/26630</w:t>
        <w:br/>
        <w:t>f 27674/27674/26629 27676/27676/26631 27675/27675/26630</w:t>
        <w:br/>
        <w:t>f 27677/27677/26632 27673/27673/26628 27676/27676/26631</w:t>
        <w:br/>
        <w:t>f 27676/27676/26631 27678/27678/26633 27677/27677/26632</w:t>
        <w:br/>
        <w:t>f 27676/27676/26631 27674/27674/26629 27679/27679/26634</w:t>
        <w:br/>
        <w:t>f 27678/27678/26633 27676/27676/26631 27679/27679/26634</w:t>
        <w:br/>
        <w:t>f 27669/27669/26624 27679/27679/26634 27674/27674/26629</w:t>
        <w:br/>
        <w:t>f 27679/27679/26634 27680/27680/26635 27678/27678/26633</w:t>
        <w:br/>
        <w:t>f 27680/27680/26635 27679/27679/26634 27681/27681/26636</w:t>
        <w:br/>
        <w:t>f 27679/27679/26634 27669/27669/26624 27681/27681/26636</w:t>
        <w:br/>
        <w:t>f 27680/27680/26635 27681/27681/26636 27682/27682/26637</w:t>
        <w:br/>
        <w:t>f 27681/27681/26636 27669/27669/26624 27683/27683/26638</w:t>
        <w:br/>
        <w:t>f 27683/27683/26638 27682/27682/26637 27681/27681/26636</w:t>
        <w:br/>
        <w:t>f 27670/27670/26625 27683/27683/26638 27669/27669/26624</w:t>
        <w:br/>
        <w:t>f 27686/27684/26639 27685/27685/26640 27684/27686/26641</w:t>
        <w:br/>
        <w:t>f 27686/27684/26639 27663/27663/26617 27687/27687/26642</w:t>
        <w:br/>
        <w:t>f 27685/27685/26640 27686/27684/26639 27687/27687/26642</w:t>
        <w:br/>
        <w:t>f 27661/27661/26615 27687/27687/26642 27663/27663/26617</w:t>
        <w:br/>
        <w:t>f 27690/27688/26643 27689/27689/26644 27688/27690/26645</w:t>
        <w:br/>
        <w:t>f 27689/27689/26644 27661/27661/26615 27665/27665/26620</w:t>
        <w:br/>
        <w:t>f 27689/27689/26644 27665/27665/26620 27688/27690/26645</w:t>
        <w:br/>
        <w:t>f 27692/27691/26646 27691/27692/26647 27666/27666/26621</w:t>
        <w:br/>
        <w:t>f 27666/27666/26621 27646/27646/26600 27692/27691/26646</w:t>
        <w:br/>
        <w:t>f 27691/27692/26647 27692/27691/26646 27693/27693/26648</w:t>
        <w:br/>
        <w:t>f 27647/27647/26601 27694/27694/26649 27646/27646/26600</w:t>
        <w:br/>
        <w:t>f 27694/27694/26649 27696/27695/26650 27695/27696/26651</w:t>
        <w:br/>
        <w:t>f 27694/27694/26649 27647/27647/26601 27697/27697/26652</w:t>
        <w:br/>
        <w:t>f 27696/27695/26650 27694/27694/26649 27697/27697/26652</w:t>
        <w:br/>
        <w:t>f 27546/27546/26504 27699/27698/26653 27698/27699/26653</w:t>
        <w:br/>
        <w:t>f 27698/27699/26653 27700/27700/26654 27546/27546/26504</w:t>
        <w:br/>
        <w:t>f 27703/27701/26655 27702/27702/26656 27701/27703/26657</w:t>
        <w:br/>
        <w:t>f 27704/27704/26658 27703/27701/26655 27701/27703/26657</w:t>
        <w:br/>
        <w:t>f 27705/27705/26659 27546/27546/26504 27700/27700/26654</w:t>
        <w:br/>
        <w:t>f 27703/27701/26655 27704/27704/26658 27706/27706/26658</w:t>
        <w:br/>
        <w:t>f 27707/27707/26659 27546/27546/26504 27705/27705/26659</w:t>
        <w:br/>
        <w:t>f 27708/27708/26660 27706/27706/26658 27704/27704/26658</w:t>
        <w:br/>
        <w:t>f 27709/27709/26661 27707/27707/26659 27705/27705/26659</w:t>
        <w:br/>
        <w:t>f 27706/27706/26658 27708/27708/26660 27710/27710/26662</w:t>
        <w:br/>
        <w:t>f 27711/27711/26663 27707/27707/26659 27709/27709/26661</w:t>
        <w:br/>
        <w:t>f 27712/27712/26664 27710/27710/26662 27708/27708/26660</w:t>
        <w:br/>
        <w:t>f 27713/27713/26665 27711/27711/26663 27709/27709/26661</w:t>
        <w:br/>
        <w:t>f 27709/27709/26661 27714/27714/26666 27713/27713/26665</w:t>
        <w:br/>
        <w:t>f 27717/27715/26667 27716/27716/26668 27715/27717/26669</w:t>
        <w:br/>
        <w:t>f 27716/27716/26668 27717/27715/26667 27718/27718/26670</w:t>
        <w:br/>
        <w:t>f 27721/27719/26671 27720/27720/26672 27719/27721/26671</w:t>
        <w:br/>
        <w:t>f 27717/27715/26667 27722/27722/26673 27718/27718/26670</w:t>
        <w:br/>
        <w:t>f 27722/27722/26673 27717/27715/26667 27723/27723/26674</w:t>
        <w:br/>
        <w:t>f 27719/27721/26671 27720/27720/26672 27724/27724/26675</w:t>
        <w:br/>
        <w:t>f 27727/27725/26676 27726/27726/26677 27725/27727/26678</w:t>
        <w:br/>
        <w:t>f 27726/27726/26677 27727/27725/26676 27728/27728/26679</w:t>
        <w:br/>
        <w:t>f 27727/27725/26676 27729/27729/26680 27728/27728/26679</w:t>
        <w:br/>
        <w:t>f 27720/27720/26672 27730/27730/26681 27724/27724/26675</w:t>
        <w:br/>
        <w:t>f 27729/27729/26680 27727/27725/26676 27731/27731/26682</w:t>
        <w:br/>
        <w:t>f 27730/27730/26681 27720/27720/26672 27732/27732/26683</w:t>
        <w:br/>
        <w:t>f 27733/27733/26684 27729/27729/26680 27731/27731/26682</w:t>
        <w:br/>
        <w:t>f 27732/27732/26683 27734/27734/26685 27730/27730/26681</w:t>
        <w:br/>
        <w:t>f 27729/27729/26680 27733/27733/26684 27735/27735/26686</w:t>
        <w:br/>
        <w:t>f 27723/27723/26674 27736/27736/26687 27722/27722/26673</w:t>
        <w:br/>
        <w:t>f 27734/27734/26685 27732/27732/26683 27737/27737/26688</w:t>
        <w:br/>
        <w:t>f 27736/27736/26687 27723/27723/26674 27738/27738/26689</w:t>
        <w:br/>
        <w:t>f 27739/27739/26690 27736/27736/26687 27738/27738/26689</w:t>
        <w:br/>
        <w:t>f 27736/27736/26687 27739/27739/26690 27740/27740/26691</w:t>
        <w:br/>
        <w:t>f 27742/27741/26692 27737/27737/26688 27741/27742/26693</w:t>
        <w:br/>
        <w:t>f 27737/27737/26688 27742/27741/26692 27734/27734/26685</w:t>
        <w:br/>
        <w:t>f 27733/27733/26684 27744/27743/26694 27743/27744/26695</w:t>
        <w:br/>
        <w:t>f 27733/27733/26684 27743/27744/26695 27745/27745/26696</w:t>
        <w:br/>
        <w:t>f 27748/27746/26697 27747/27747/26698 27746/27748/26699</w:t>
        <w:br/>
        <w:t>f 27733/27733/26684 27745/27745/26696 27749/27749/26700</w:t>
        <w:br/>
        <w:t>f 27735/27735/26686 27733/27733/26684 27749/27749/26700</w:t>
        <w:br/>
        <w:t>f 27747/27747/26698 27748/27746/26697 27750/27750/26701</w:t>
        <w:br/>
        <w:t>f 27750/27750/26701 27751/27751/26702 27747/27747/26698</w:t>
        <w:br/>
        <w:t>f 27754/27752/26703 27753/27753/26704 27752/27754/26705</w:t>
        <w:br/>
        <w:t>f 27753/27753/26704 27754/27752/26703 27755/27755/26706</w:t>
        <w:br/>
        <w:t>f 27758/27756/26707 27757/27757/26708 27756/27758/26709</w:t>
        <w:br/>
        <w:t>f 27751/27751/26702 27750/27750/26701 27759/27759/26710</w:t>
        <w:br/>
        <w:t>f 27760/27760/26711 27752/27754/26705 27753/27753/26704</w:t>
        <w:br/>
        <w:t>f 27759/27759/26710 27757/27757/26708 27751/27751/26702</w:t>
        <w:br/>
        <w:t>f 27757/27757/26708 27758/27756/26707 27761/27761/26712</w:t>
        <w:br/>
        <w:t>f 27751/27751/26702 27757/27757/26708 27761/27761/26712</w:t>
        <w:br/>
        <w:t>f 27762/27762/26713 27735/27735/26686 27749/27749/26700</w:t>
        <w:br/>
        <w:t>f 27762/27762/26713 27764/27763/26714 27763/27764/26715</w:t>
        <w:br/>
        <w:t>f 27735/27735/26686 27762/27762/26713 27763/27764/26715</w:t>
        <w:br/>
        <w:t>f 27767/27765/26716 27766/27766/26717 27765/27767/26718</w:t>
        <w:br/>
        <w:t>f 27767/27765/26716 27768/27768/26719 27766/27766/26717</w:t>
        <w:br/>
        <w:t>f 27768/27768/26719 27769/27769/26720 27766/27766/26717</w:t>
        <w:br/>
        <w:t>f 27770/27770/26721 27768/27768/26719 27767/27765/26716</w:t>
        <w:br/>
        <w:t>f 27771/27771/26722 27770/27770/26721 27767/27765/26716</w:t>
        <w:br/>
        <w:t>f 27769/27769/26720 27768/27768/26719 27772/27772/26723</w:t>
        <w:br/>
        <w:t>f 27773/27773/26724 27770/27770/26721 27771/27771/26722</w:t>
        <w:br/>
        <w:t>f 27774/27774/26725 27773/27773/26724 27771/27771/26722</w:t>
        <w:br/>
        <w:t>f 27775/27775/26726 27773/27773/26724 27774/27774/26725</w:t>
        <w:br/>
        <w:t>f 27770/27770/26721 27776/27776/26727 27768/27768/26719</w:t>
        <w:br/>
        <w:t>f 27772/27772/26723 27768/27768/26719 27776/27776/26727</w:t>
        <w:br/>
        <w:t>f 27773/27773/26724 27777/27777/26728 27770/27770/26721</w:t>
        <w:br/>
        <w:t>f 27776/27776/26727 27770/27770/26721 27777/27777/26728</w:t>
        <w:br/>
        <w:t>f 27778/27778/26729 27769/27769/26720 27772/27772/26723</w:t>
        <w:br/>
        <w:t>f 27776/27776/26727 27778/27778/26729 27772/27772/26723</w:t>
        <w:br/>
        <w:t>f 27769/27769/26720 27778/27778/26729 27779/27779/26730</w:t>
        <w:br/>
        <w:t>f 27778/27778/26729 27776/27776/26727 27780/27780/26731</w:t>
        <w:br/>
        <w:t>f 27777/27777/26728 27780/27780/26731 27776/27776/26727</w:t>
        <w:br/>
        <w:t>f 27781/27781/26732 27779/27779/26730 27778/27778/26729</w:t>
        <w:br/>
        <w:t>f 27781/27781/26732 27778/27778/26729 27780/27780/26731</w:t>
        <w:br/>
        <w:t>f 27782/27782/26733 27779/27779/26730 27781/27781/26732</w:t>
        <w:br/>
        <w:t>f 27783/27783/26734 27777/27777/26728 27773/27773/26724</w:t>
        <w:br/>
        <w:t>f 27773/27773/26724 27775/27775/26726 27783/27783/26734</w:t>
        <w:br/>
        <w:t>f 27781/27781/26732 27784/27784/26735 27782/27782/26733</w:t>
        <w:br/>
        <w:t>f 27785/27785/26736 27782/27782/26733 27784/27784/26735</w:t>
        <w:br/>
        <w:t>f 27784/27784/26735 27786/27786/26737 27785/27785/26736</w:t>
        <w:br/>
        <w:t>f 27783/27783/26734 27775/27775/26726 27787/27787/26738</w:t>
        <w:br/>
        <w:t>f 27788/27788/26739 27787/27787/26738 27775/27775/26726</w:t>
        <w:br/>
        <w:t>f 27789/27789/26740 27787/27787/26738 27788/27788/26739</w:t>
        <w:br/>
        <w:t>f 27787/27787/26738 27789/27789/26740 27790/27790/26741</w:t>
        <w:br/>
        <w:t>f 27790/27790/26741 27791/27791/26742 27787/27787/26738</w:t>
        <w:br/>
        <w:t>f 27787/27787/26738 27791/27791/26742 27783/27783/26734</w:t>
        <w:br/>
        <w:t>f 27791/27791/26742 27790/27790/26741 27792/27792/26743</w:t>
        <w:br/>
        <w:t>f 27793/27793/26744 27783/27783/26734 27791/27791/26742</w:t>
        <w:br/>
        <w:t>f 27777/27777/26728 27783/27783/26734 27793/27793/26744</w:t>
        <w:br/>
        <w:t>f 27792/27792/26743 27794/27794/26745 27791/27791/26742</w:t>
        <w:br/>
        <w:t>f 27794/27794/26745 27792/27792/26743 27795/27795/26746</w:t>
        <w:br/>
        <w:t>f 27791/27791/26742 27796/27796/26747 27793/27793/26744</w:t>
        <w:br/>
        <w:t>f 27796/27796/26747 27791/27791/26742 27797/27797/26748</w:t>
        <w:br/>
        <w:t>f 27793/27793/26744 27796/27796/26747 27777/27777/26728</w:t>
        <w:br/>
        <w:t>f 27795/27795/26746 27798/27798/26749 27794/27794/26745</w:t>
        <w:br/>
        <w:t>f 27799/27799/26750 27796/27796/26747 27797/27797/26748</w:t>
        <w:br/>
        <w:t>f 27798/27798/26749 27795/27795/26746 27800/27800/26751</w:t>
        <w:br/>
        <w:t>f 27801/27801/26752 27800/27800/26751 27795/27795/26746</w:t>
        <w:br/>
        <w:t>f 27802/27802/26753 27796/27796/26754 27798/27798/26749</w:t>
        <w:br/>
        <w:t>f 27800/27800/26751 27802/27802/26753 27798/27798/26749</w:t>
        <w:br/>
        <w:t>f 27803/27803/26755 27777/27777/26728 27796/27796/26747</w:t>
        <w:br/>
        <w:t>f 27780/27780/26731 27777/27777/26728 27803/27803/26755</w:t>
        <w:br/>
        <w:t>f 27800/27800/26751 27801/27801/26752 27804/27804/26756</w:t>
        <w:br/>
        <w:t>f 27804/27804/26756 27801/27801/26752 27805/27805/26757</w:t>
        <w:br/>
        <w:t>f 27802/27802/26753 27800/27800/26751 27806/27806/26758</w:t>
        <w:br/>
        <w:t>f 27807/27807/26759 27800/27800/26751 27804/27804/26756</w:t>
        <w:br/>
        <w:t>f 27800/27800/26751 27807/27807/26759 27806/27806/26758</w:t>
        <w:br/>
        <w:t>f 27808/27808/26760 27804/27804/26756 27805/27805/26757</w:t>
        <w:br/>
        <w:t>f 27811/27809/26761 27810/27810/26762 27809/27811/26763</w:t>
        <w:br/>
        <w:t>f 27809/27811/26763 27812/27812/26764 27811/27809/26761</w:t>
        <w:br/>
        <w:t>f 27796/27796/26754 27802/27802/26753 27813/27813/26765</w:t>
        <w:br/>
        <w:t>f 27810/27810/26762 27811/27809/26761 27813/27813/26765</w:t>
        <w:br/>
        <w:t>f 27815/27814/26766 27814/27815/26767 27796/27796/26747</w:t>
        <w:br/>
        <w:t>f 27815/27814/26766 27811/27809/26761 27814/27815/26767</w:t>
        <w:br/>
        <w:t>f 27816/27816/26768 27796/27796/26747 27814/27815/26767</w:t>
        <w:br/>
        <w:t>f 27796/27796/26747 27816/27816/26768 27803/27803/26755</w:t>
        <w:br/>
        <w:t>f 27817/27817/26769 27803/27803/26755 27816/27816/26768</w:t>
        <w:br/>
        <w:t>f 27780/27780/26731 27803/27803/26755 27817/27817/26769</w:t>
        <w:br/>
        <w:t>f 27820/27818/26770 27819/27819/26771 27818/27820/26770</w:t>
        <w:br/>
        <w:t>f 27819/27819/26771 27816/27816/26768 27814/27815/26767</w:t>
        <w:br/>
        <w:t>f 27817/27817/26769 27821/27821/26772 27780/27780/26731</w:t>
        <w:br/>
        <w:t>f 27824/27822/26773 27823/27823/26774 27822/27824/26775</w:t>
        <w:br/>
        <w:t>f 27814/27815/26767 27825/27825/26776 27819/27819/26771</w:t>
        <w:br/>
        <w:t>f 27822/27824/26775 27826/27826/26777 27824/27822/26773</w:t>
        <w:br/>
        <w:t>f 27825/27825/26776 27814/27815/26767 27827/27827/26778</w:t>
        <w:br/>
        <w:t>f 27827/27827/26778 27814/27815/26767 27811/27809/26761</w:t>
        <w:br/>
        <w:t>f 27827/27827/26778 27828/27828/26779 27825/27825/26776</w:t>
        <w:br/>
        <w:t>f 27829/27829/26780 27824/27822/26773 27826/27826/26777</w:t>
        <w:br/>
        <w:t>f 27811/27809/26761 27830/27830/26781 27827/27827/26778</w:t>
        <w:br/>
        <w:t>f 27828/27828/26779 27827/27827/26778 27830/27830/26781</w:t>
        <w:br/>
        <w:t>f 27811/27809/26761 27831/27831/26782 27830/27830/26781</w:t>
        <w:br/>
        <w:t>f 27831/27831/26782 27811/27809/26761 27812/27812/26764</w:t>
        <w:br/>
        <w:t>f 27833/27832/26783 27828/27828/26779 27832/27833/26784</w:t>
        <w:br/>
        <w:t>f 27835/27834/26785 27807/27807/26759 27834/27835/26786</w:t>
        <w:br/>
        <w:t>f 27837/27836/26787 27830/27830/26781 27836/27837/26788</w:t>
        <w:br/>
        <w:t>f 27830/27830/26781 27837/27836/26787 27833/27832/26783</w:t>
        <w:br/>
        <w:t>f 27804/27804/26756 27834/27835/26786 27807/27807/26759</w:t>
        <w:br/>
        <w:t>f 27804/27804/26756 27808/27808/26760 27834/27835/26786</w:t>
        <w:br/>
        <w:t>f 27828/27828/26779 27833/27832/26783 27838/27838/26789</w:t>
        <w:br/>
        <w:t>f 27824/27822/26773 27829/27829/26780 27839/27839/26790</w:t>
        <w:br/>
        <w:t>f 27840/27840/26791 27833/27832/26783 27837/27836/26787</w:t>
        <w:br/>
        <w:t>f 27840/27840/26791 27838/27838/26789 27833/27832/26783</w:t>
        <w:br/>
        <w:t>f 27834/27835/26786 27808/27808/26760 27841/27841/26792</w:t>
        <w:br/>
        <w:t>f 27837/27836/26787 27841/27841/26792 27840/27840/26791</w:t>
        <w:br/>
        <w:t>f 27808/27808/26760 27842/27842/26793 27841/27841/26792</w:t>
        <w:br/>
        <w:t>f 27841/27841/26792 27843/27843/26794 27840/27840/26791</w:t>
        <w:br/>
        <w:t>f 27843/27843/26794 27841/27841/26792 27842/27842/26793</w:t>
        <w:br/>
        <w:t>f 27842/27842/26793 27808/27808/26760 27844/27844/26795</w:t>
        <w:br/>
        <w:t>f 27805/27805/26757 27844/27844/26795 27808/27808/26760</w:t>
        <w:br/>
        <w:t>f 27844/27844/26795 27805/27805/26757 27845/27845/26796</w:t>
        <w:br/>
        <w:t>f 27845/27845/26796 27846/27846/26797 27844/27844/26795</w:t>
        <w:br/>
        <w:t>f 27847/27847/26798 27844/27844/26795 27846/27846/26797</w:t>
        <w:br/>
        <w:t>f 27848/27848/26799 27844/27844/26795 27847/27847/26798</w:t>
        <w:br/>
        <w:t>f 27844/27844/26795 27848/27848/26799 27842/27842/26793</w:t>
        <w:br/>
        <w:t>f 27842/27842/26793 27848/27848/26799 27843/27843/26794</w:t>
        <w:br/>
        <w:t>f 27849/27849/26800 27843/27843/26794 27848/27848/26799</w:t>
        <w:br/>
        <w:t>f 27850/27850/26801 27843/27843/26794 27849/27849/26800</w:t>
        <w:br/>
        <w:t>f 27843/27843/26794 27850/27850/26801 27851/27851/26802</w:t>
        <w:br/>
        <w:t>f 27851/27851/26802 27840/27840/26791 27843/27843/26794</w:t>
        <w:br/>
        <w:t>f 27852/27852/26803 27851/27851/26802 27850/27850/26801</w:t>
        <w:br/>
        <w:t>f 27840/27840/26791 27851/27851/26802 27853/27853/26804</w:t>
        <w:br/>
        <w:t>f 27838/27838/26789 27840/27840/26791 27853/27853/26804</w:t>
        <w:br/>
        <w:t>f 27851/27851/26802 27852/27852/26803 27854/27854/26805</w:t>
        <w:br/>
        <w:t>f 27854/27854/26805 27853/27853/26804 27851/27851/26802</w:t>
        <w:br/>
        <w:t>f 27856/27855/26806 27852/27852/26803 27855/27856/26807</w:t>
        <w:br/>
        <w:t>f 27852/27852/26803 27856/27855/26806 27854/27854/26805</w:t>
        <w:br/>
        <w:t>f 27856/27855/26806 27857/27857/26808 27854/27854/26805</w:t>
        <w:br/>
        <w:t>f 27853/27853/26804 27854/27854/26805 27857/27857/26808</w:t>
        <w:br/>
        <w:t>f 27857/27857/26808 27856/27855/26806 27786/27786/26737</w:t>
        <w:br/>
        <w:t>f 27786/27786/26737 27784/27784/26735 27857/27857/26808</w:t>
        <w:br/>
        <w:t>f 27784/27784/26735 27853/27853/26804 27857/27857/26808</w:t>
        <w:br/>
        <w:t>f 27853/27853/26804 27784/27784/26735 27858/27858/26809</w:t>
        <w:br/>
        <w:t>f 27858/27858/26809 27838/27838/26789 27853/27853/26804</w:t>
        <w:br/>
        <w:t>f 27781/27781/26732 27858/27858/26809 27784/27784/26735</w:t>
        <w:br/>
        <w:t>f 27821/27821/26772 27838/27838/26789 27858/27858/26809</w:t>
        <w:br/>
        <w:t>f 27858/27858/26809 27781/27781/26732 27859/27859/26810</w:t>
        <w:br/>
        <w:t>f 27821/27821/26772 27858/27858/26809 27859/27859/26810</w:t>
        <w:br/>
        <w:t>f 27780/27780/26731 27859/27859/26810 27781/27781/26732</w:t>
        <w:br/>
        <w:t>f 27821/27821/26772 27859/27859/26810 27780/27780/26731</w:t>
        <w:br/>
        <w:t>f 27862/27860/26811 27861/27861/26812 27860/27862/26813</w:t>
        <w:br/>
        <w:t>f 27863/27863/26814 27860/27862/26813 27861/27861/26812</w:t>
        <w:br/>
        <w:t>f 27866/27864/26815 27865/27865/26816 27864/27866/26817</w:t>
        <w:br/>
        <w:t>f 27867/27867/26818 27864/27866/26817 27865/27865/26816</w:t>
        <w:br/>
        <w:t>f 27868/27868/26819 27863/27863/26814 27861/27861/26812</w:t>
        <w:br/>
        <w:t>f 27871/27869/26820 27870/27870/26821 27869/27871/26822</w:t>
        <w:br/>
        <w:t>f 27872/27872/26823 27868/27868/26819 27861/27861/26812</w:t>
        <w:br/>
        <w:t>f 27870/27870/26821 27871/27869/26820 27873/27873/26824</w:t>
        <w:br/>
        <w:t>f 27874/27874/26825 27868/27868/26819 27872/27872/26823</w:t>
        <w:br/>
        <w:t>f 27875/27875/26826 27873/27873/26824 27871/27869/26820</w:t>
        <w:br/>
        <w:t>f 27876/27876/26827 27868/27868/26819 27874/27874/26825</w:t>
        <w:br/>
        <w:t>f 27871/27869/26820 27877/27877/26828 27875/27875/26826</w:t>
        <w:br/>
        <w:t>f 27879/27878/26829 27874/27874/26825 27878/27879/26830</w:t>
        <w:br/>
        <w:t>f 27879/27878/26829 27876/27876/26827 27874/27874/26825</w:t>
        <w:br/>
        <w:t>f 27877/27877/26828 27880/27880/26831 27875/27875/26826</w:t>
        <w:br/>
        <w:t>f 27879/27878/26829 27882/27881/26832 27881/27882/26832</w:t>
        <w:br/>
        <w:t>f 27882/27881/26832 27879/27878/26829 27883/27883/26832</w:t>
        <w:br/>
        <w:t>f 27884/27884/26833 27882/27881/26832 27883/27883/26832</w:t>
        <w:br/>
        <w:t>f 27875/27875/26826 27880/27880/26831 27885/27885/26834</w:t>
        <w:br/>
        <w:t>f 27884/27884/26833 27886/27886/26835 27880/27880/26831</w:t>
        <w:br/>
        <w:t>f 27887/27887/26836 27885/27885/26834 27880/27880/26831</w:t>
        <w:br/>
        <w:t>f 27880/27880/26831 27886/27886/26835 27887/27887/26836</w:t>
        <w:br/>
        <w:t>f 27885/27885/26834 27887/27887/26836 27888/27888/26837</w:t>
        <w:br/>
        <w:t>f 27889/27889/26838 27887/27887/26836 27886/27886/26835</w:t>
        <w:br/>
        <w:t>f 27890/27890/26839 27888/27888/26837 27887/27887/26836</w:t>
        <w:br/>
        <w:t>f 27889/27889/26838 27891/27891/26840 27887/27887/26836</w:t>
        <w:br/>
        <w:t>f 27888/27888/26837 27890/27890/26839 27892/27892/26841</w:t>
        <w:br/>
        <w:t>f 27891/27891/26840 27889/27889/26838 27893/27893/26842</w:t>
        <w:br/>
        <w:t>f 27894/27894/26843 27892/27892/26841 27890/27890/26839</w:t>
        <w:br/>
        <w:t>f 27893/27893/26842 27895/27895/26844 27891/27891/26840</w:t>
        <w:br/>
        <w:t>f 27890/27890/26839 27896/27896/26845 27894/27894/26843</w:t>
        <w:br/>
        <w:t>f 27899/27897/26846 27898/27898/26847 27897/27899/26848</w:t>
        <w:br/>
        <w:t>f 27898/27898/26847 27899/27897/26846 27900/27900/26849</w:t>
        <w:br/>
        <w:t>f 27903/27901/26850 27902/27902/26851 27901/27903/26852</w:t>
        <w:br/>
        <w:t>f 27900/27900/26849 27899/27897/26846 27904/27904/26853</w:t>
        <w:br/>
        <w:t>f 27905/27905/26854 27904/27904/26853 27899/27897/26846</w:t>
        <w:br/>
        <w:t>f 27902/27902/26851 27903/27901/26850 27906/27906/26855</w:t>
        <w:br/>
        <w:t>f 27904/27904/26853 27906/27906/26855 27903/27901/26850</w:t>
        <w:br/>
        <w:t>f 27909/27907/26856 27908/27908/26857 27907/27909/26858</w:t>
        <w:br/>
        <w:t>f 27904/27904/26853 27905/27905/26854 27910/27910/26859</w:t>
        <w:br/>
        <w:t>f 27911/27911/26860 27910/27910/26859 27905/27905/26854</w:t>
        <w:br/>
        <w:t>f 27912/27912/26861 27910/27910/26859 27911/27911/26860</w:t>
        <w:br/>
        <w:t>f 27910/27910/26859 27912/27912/26861 27913/27913/26862</w:t>
        <w:br/>
        <w:t>f 27916/27914/26863 27915/27915/26864 27914/27916/26864</w:t>
        <w:br/>
        <w:t>f 27904/27904/26853 27910/27910/26859 27917/27917/26865</w:t>
        <w:br/>
        <w:t>f 27910/27910/26859 27916/27914/26866 27917/27917/26865</w:t>
        <w:br/>
        <w:t>f 27906/27906/26855 27904/27904/26853 27918/27918/26867</w:t>
        <w:br/>
        <w:t>f 27904/27904/26853 27917/27917/26865 27918/27918/26867</w:t>
        <w:br/>
        <w:t>f 27920/27919/26868 27909/27907/26856 27919/27920/26869</w:t>
        <w:br/>
        <w:t>f 27921/27921/26870 27920/27919/26868 27919/27920/26869</w:t>
        <w:br/>
        <w:t>f 27923/27922/26871 27922/27923/26872 27921/27921/26870</w:t>
        <w:br/>
        <w:t>f 27920/27919/26868 27921/27921/26870 27922/27923/26872</w:t>
        <w:br/>
        <w:t>f 27922/27923/26872 27923/27922/26871 27924/27924/26873</w:t>
        <w:br/>
        <w:t>f 27909/27907/26856 27920/27919/26868 27925/27925/26874</w:t>
        <w:br/>
        <w:t>f 27908/27908/26857 27909/27907/26856 27925/27925/26874</w:t>
        <w:br/>
        <w:t>f 27922/27923/26872 27926/27926/26875 27920/27919/26868</w:t>
        <w:br/>
        <w:t>f 27925/27925/26874 27920/27919/26868 27926/27926/26875</w:t>
        <w:br/>
        <w:t>f 27928/27927/26876 27927/27928/26877 27922/27923/26872</w:t>
        <w:br/>
        <w:t>f 27926/27926/26875 27922/27923/26872 27927/27928/26877</w:t>
        <w:br/>
        <w:t>f 27927/27928/26877 27928/27927/26876 27929/27929/26878</w:t>
        <w:br/>
        <w:t>f 27931/27930/26879 27930/27931/26880 27925/27925/26874</w:t>
        <w:br/>
        <w:t>f 27926/27926/26875 27931/27930/26879 27925/27925/26874</w:t>
        <w:br/>
        <w:t>f 27932/27932/26881 27930/27931/26880 27931/27930/26879</w:t>
        <w:br/>
        <w:t>f 27935/27933/26882 27934/27934/26883 27933/27935/26884</w:t>
        <w:br/>
        <w:t>f 27938/27936/26885 27937/27937/26886 27936/27938/26887</w:t>
        <w:br/>
        <w:t>f 27937/27937/26886 27935/27933/26882 27936/27938/26887</w:t>
        <w:br/>
        <w:t>f 27940/27939/26888 27939/27940/26889 27938/27936/26885</w:t>
        <w:br/>
        <w:t>f 27937/27937/26886 27938/27936/26885 27939/27940/26889</w:t>
        <w:br/>
        <w:t>f 27939/27940/26889 27940/27939/26888 27941/27941/26890</w:t>
        <w:br/>
        <w:t>f 27934/27934/26883 27935/27933/26882 27942/27942/26891</w:t>
        <w:br/>
        <w:t>f 27935/27933/26882 27937/27937/26886 27942/27942/26891</w:t>
        <w:br/>
        <w:t>f 27941/27941/26890 27943/27943/26892 27939/27940/26889</w:t>
        <w:br/>
        <w:t>f 27937/27937/26886 27939/27940/26889 27943/27943/26892</w:t>
        <w:br/>
        <w:t>f 27943/27943/26892 27941/27941/26890 27944/27944/26893</w:t>
        <w:br/>
        <w:t>f 27934/27934/26883 27942/27942/26891 27945/27945/26894</w:t>
        <w:br/>
        <w:t>f 27937/27937/26886 27945/27945/26894 27942/27942/26891</w:t>
        <w:br/>
        <w:t>f 27946/27946/26895 27934/27934/26883 27945/27945/26894</w:t>
        <w:br/>
        <w:t>f 27947/27947/26896 27937/27937/26886 27943/27943/26892</w:t>
        <w:br/>
        <w:t>f 27945/27945/26894 27937/27937/26886 27947/27947/26896</w:t>
        <w:br/>
        <w:t>f 27944/27944/26893 27948/27948/26897 27943/27943/26892</w:t>
        <w:br/>
        <w:t>f 27947/27947/26896 27943/27943/26892 27948/27948/26897</w:t>
        <w:br/>
        <w:t>f 27948/27948/26897 27944/27944/26893 27949/27949/26898</w:t>
        <w:br/>
        <w:t>f 27948/27948/26897 27949/27949/26898 27950/27950/26899</w:t>
        <w:br/>
        <w:t>f 27951/27951/26900 27947/27947/26896 27948/27948/26897</w:t>
        <w:br/>
        <w:t>f 27951/27951/26900 27948/27948/26897 27950/27950/26899</w:t>
        <w:br/>
        <w:t>f 27947/27947/26896 27952/27952/26901 27945/27945/26894</w:t>
        <w:br/>
        <w:t>f 27952/27952/26901 27947/27947/26896 27951/27951/26900</w:t>
        <w:br/>
        <w:t>f 27946/27946/26895 27945/27945/26894 27952/27952/26901</w:t>
        <w:br/>
        <w:t>f 27952/27952/26901 27951/27951/26900 27950/27950/26899</w:t>
        <w:br/>
        <w:t>f 27953/27953/26902 27946/27946/26895 27952/27952/26901</w:t>
        <w:br/>
        <w:t>f 27953/27953/26902 27952/27952/26901 27950/27950/26899</w:t>
        <w:br/>
        <w:t>f 27956/27954/26903 27955/27955/26904 27954/27956/26905</w:t>
        <w:br/>
        <w:t>f 27956/27954/26903 27954/27956/26905 27957/27957/26906</w:t>
        <w:br/>
        <w:t>f 27960/27958/26907 27959/27959/26908 27958/27960/26907</w:t>
        <w:br/>
        <w:t>f 27961/27961/26909 27956/27954/26903 27957/27957/26906</w:t>
        <w:br/>
        <w:t>f 27956/27954/26903 27961/27961/26909 27962/27962/26910</w:t>
        <w:br/>
        <w:t>f 27960/27958/26907 27963/27963/26911 27959/27959/26908</w:t>
        <w:br/>
        <w:t>f 27966/27964/26912 27965/27965/26913 27964/27966/26914</w:t>
        <w:br/>
        <w:t>f 27966/27964/26912 27964/27966/26914 27967/27967/26915</w:t>
        <w:br/>
        <w:t>f 27968/27968/26916 27966/27964/26912 27967/27967/26915</w:t>
        <w:br/>
        <w:t>f 27969/27969/26917 27959/27959/26908 27963/27963/26911</w:t>
        <w:br/>
        <w:t>f 27966/27964/26912 27968/27968/26916 27970/27970/26918</w:t>
        <w:br/>
        <w:t>f 27959/27959/26908 27969/27969/26917 27971/27971/26919</w:t>
        <w:br/>
        <w:t>f 27968/27968/26916 27972/27972/26920 27970/27970/26918</w:t>
        <w:br/>
        <w:t>f 27973/27973/26921 27971/27971/26919 27969/27969/26917</w:t>
        <w:br/>
        <w:t>f 27972/27972/26920 27968/27968/26916 27974/27974/26922</w:t>
        <w:br/>
        <w:t>f 27975/27975/26923 27962/27962/26910 27961/27961/26909</w:t>
        <w:br/>
        <w:t>f 27971/27971/26919 27973/27973/26921 27976/27976/26924</w:t>
        <w:br/>
        <w:t>f 27962/27962/26910 27975/27975/26923 27977/27977/26925</w:t>
        <w:br/>
        <w:t>f 27978/27978/26926 27977/27977/26925 27975/27975/26923</w:t>
        <w:br/>
        <w:t>f 27978/27978/26926 27975/27975/26923 27979/27979/26927</w:t>
        <w:br/>
        <w:t>f 27976/27976/26924 27981/27980/26928 27980/27981/26929</w:t>
        <w:br/>
        <w:t>f 27981/27980/26928 27976/27976/26924 27973/27973/26921</w:t>
        <w:br/>
        <w:t>f 27972/27972/26920 27983/27982/26930 27982/27983/26931</w:t>
        <w:br/>
        <w:t>f 27972/27972/26920 27984/27984/26932 27983/27982/26930</w:t>
        <w:br/>
        <w:t>f 27987/27985/26933 27986/27986/26934 27985/27987/26935</w:t>
        <w:br/>
        <w:t>f 27972/27972/26920 27988/27988/26936 27984/27984/26932</w:t>
        <w:br/>
        <w:t>f 27974/27974/26922 27988/27988/26936 27972/27972/26920</w:t>
        <w:br/>
        <w:t>f 27986/27986/26934 27987/27985/26933 27989/27989/26937</w:t>
        <w:br/>
        <w:t>f 27990/27990/26938 27989/27989/26937 27987/27985/26933</w:t>
        <w:br/>
        <w:t>f 27993/27991/26939 27992/27992/26940 27991/27993/26941</w:t>
        <w:br/>
        <w:t>f 27992/27992/26940 27993/27991/26939 27994/27994/26942</w:t>
        <w:br/>
        <w:t>f 27997/27995/26943 27996/27996/26944 27995/27997/26945</w:t>
        <w:br/>
        <w:t>f 27989/27989/26937 27990/27990/26938 27998/27998/26946</w:t>
        <w:br/>
        <w:t>f 27999/27999/26947 27993/27991/26939 27991/27993/26941</w:t>
        <w:br/>
        <w:t>f 27998/27998/26946 27990/27990/26938 27997/27995/26943</w:t>
        <w:br/>
        <w:t>f 27996/27996/26944 27997/27995/26943 28000/28000/26948</w:t>
        <w:br/>
        <w:t>f 27990/27990/26938 28000/28000/26948 27997/27995/26943</w:t>
        <w:br/>
        <w:t>f 28001/28001/26949 27988/27988/26936 27974/27974/26922</w:t>
        <w:br/>
        <w:t>f 28001/28001/26949 28003/28002/26950 28002/28003/26951</w:t>
        <w:br/>
        <w:t>f 27974/27974/26922 28003/28002/26950 28001/28001/26949</w:t>
        <w:br/>
        <w:t>f 28006/28004/26952 28005/28005/26953 28004/28006/26954</w:t>
        <w:br/>
        <w:t>f 28007/28007/26955 28004/28006/26954 28005/28005/26953</w:t>
        <w:br/>
        <w:t>f 28005/28005/26953 28008/28008/26956 28007/28007/26955</w:t>
        <w:br/>
        <w:t>f 28009/28009/26957 28004/28006/26954 28007/28007/26955</w:t>
        <w:br/>
        <w:t>f 28010/28010/26958 28004/28006/26954 28009/28009/26957</w:t>
        <w:br/>
        <w:t>f 28011/28011/26959 28007/28007/26955 28008/28008/26956</w:t>
        <w:br/>
        <w:t>f 28012/28012/26960 28010/28010/26958 28009/28009/26957</w:t>
        <w:br/>
        <w:t>f 28013/28013/26961 28010/28010/26958 28012/28012/26960</w:t>
        <w:br/>
        <w:t>f 28012/28012/26960 28014/28014/26962 28013/28013/26961</w:t>
        <w:br/>
        <w:t>f 28015/28015/26963 28009/28009/26957 28007/28007/26955</w:t>
        <w:br/>
        <w:t>f 28015/28015/26963 28007/28007/26955 28011/28011/26959</w:t>
        <w:br/>
        <w:t>f 28016/28016/26964 28012/28012/26960 28009/28009/26957</w:t>
        <w:br/>
        <w:t>f 28016/28016/26964 28009/28009/26957 28015/28015/26963</w:t>
        <w:br/>
        <w:t>f 28008/28008/26956 28017/28017/26965 28011/28011/26959</w:t>
        <w:br/>
        <w:t>f 28017/28017/26965 28015/28015/26963 28011/28011/26959</w:t>
        <w:br/>
        <w:t>f 28017/28017/26965 28008/28008/26956 28018/28018/26966</w:t>
        <w:br/>
        <w:t>f 28015/28015/26963 28017/28017/26965 28019/28019/26967</w:t>
        <w:br/>
        <w:t>f 28019/28019/26967 28016/28016/26964 28015/28015/26963</w:t>
        <w:br/>
        <w:t>f 28020/28020/26968 28017/28017/26965 28018/28018/26966</w:t>
        <w:br/>
        <w:t>f 28020/28020/26968 28019/28019/26967 28017/28017/26965</w:t>
        <w:br/>
        <w:t>f 28020/28020/26968 28018/28018/26966 28021/28021/26969</w:t>
        <w:br/>
        <w:t>f 28016/28016/26964 28022/28022/26970 28012/28012/26960</w:t>
        <w:br/>
        <w:t>f 28014/28014/26962 28012/28012/26960 28022/28022/26970</w:t>
        <w:br/>
        <w:t>f 28023/28023/26971 28020/28020/26968 28021/28021/26969</w:t>
        <w:br/>
        <w:t>f 28023/28023/26971 28021/28021/26969 28024/28024/26972</w:t>
        <w:br/>
        <w:t>f 28024/28024/26972 28025/28025/26973 28023/28023/26971</w:t>
        <w:br/>
        <w:t>f 28026/28026/26974 28014/28014/26962 28022/28022/26970</w:t>
        <w:br/>
        <w:t>f 28026/28026/26974 28027/28027/26975 28014/28014/26962</w:t>
        <w:br/>
        <w:t>f 28026/28026/26974 28028/28028/26976 28027/28027/26975</w:t>
        <w:br/>
        <w:t>f 28028/28028/26976 28026/28026/26974 28029/28029/26977</w:t>
        <w:br/>
        <w:t>f 28030/28030/26978 28029/28029/26977 28026/28026/26974</w:t>
        <w:br/>
        <w:t>f 28030/28030/26978 28026/28026/26974 28022/28022/26970</w:t>
        <w:br/>
        <w:t>f 28029/28029/26977 28030/28030/26978 28031/28031/26979</w:t>
        <w:br/>
        <w:t>f 28030/28030/26978 28022/28022/26970 28032/28032/26980</w:t>
        <w:br/>
        <w:t>f 28022/28022/26970 28016/28016/26964 28032/28032/26980</w:t>
        <w:br/>
        <w:t>f 28033/28033/26981 28031/28031/26979 28030/28030/26978</w:t>
        <w:br/>
        <w:t>f 28031/28031/26979 28033/28033/26981 28034/28034/26982</w:t>
        <w:br/>
        <w:t>f 28035/28035/26983 28030/28030/26978 28032/28032/26980</w:t>
        <w:br/>
        <w:t>f 28030/28030/26978 28035/28035/26983 28036/28036/26984</w:t>
        <w:br/>
        <w:t>f 28035/28035/26983 28032/28032/26980 28016/28016/26964</w:t>
        <w:br/>
        <w:t>f 28034/28034/26982 28033/28033/26981 28037/28037/26985</w:t>
        <w:br/>
        <w:t>f 28038/28038/26986 28036/28036/26984 28035/28035/26983</w:t>
        <w:br/>
        <w:t>f 28035/28035/26983 28016/28016/26964 28039/28039/26987</w:t>
        <w:br/>
        <w:t>f 28016/28016/26964 28019/28019/26967 28039/28039/26987</w:t>
        <w:br/>
        <w:t>f 28037/28037/26985 28040/28040/26988 28034/28034/26982</w:t>
        <w:br/>
        <w:t>f 28041/28041/26989 28034/28034/26982 28040/28040/26988</w:t>
        <w:br/>
        <w:t>f 28042/28042/26990 28037/28037/26985 28035/28035/26991</w:t>
        <w:br/>
        <w:t>f 28040/28040/26988 28043/28043/26992 28041/28041/26989</w:t>
        <w:br/>
        <w:t>f 28044/28044/26993 28041/28041/26989 28043/28043/26992</w:t>
        <w:br/>
        <w:t>f 28045/28045/26994 28040/28040/26988 28037/28037/26985</w:t>
        <w:br/>
        <w:t>f 28037/28037/26985 28042/28042/26990 28045/28045/26994</w:t>
        <w:br/>
        <w:t>f 28040/28040/26988 28045/28045/26994 28046/28046/26995</w:t>
        <w:br/>
        <w:t>f 28048/28047/26996 28047/28048/26997 28035/28035/26983</w:t>
        <w:br/>
        <w:t>f 28035/28035/26983 28039/28039/26987 28048/28047/26996</w:t>
        <w:br/>
        <w:t>f 28049/28049/26998 28040/28040/26988 28046/28046/26995</w:t>
        <w:br/>
        <w:t>f 28040/28040/26988 28049/28049/26998 28043/28043/26992</w:t>
        <w:br/>
        <w:t>f 28052/28050/26999 28051/28051/27000 28050/28052/27001</w:t>
        <w:br/>
        <w:t>f 28053/28053/27002 28052/28050/26999 28050/28052/27001</w:t>
        <w:br/>
        <w:t>f 28051/28051/27000 28042/28042/27003 28050/28052/27001</w:t>
        <w:br/>
        <w:t>f 28049/28049/26998 28054/28054/27004 28043/28043/26992</w:t>
        <w:br/>
        <w:t>f 28050/28052/27001 28047/28048/26997 28055/28055/27005</w:t>
        <w:br/>
        <w:t>f 28047/28048/26997 28048/28047/26996 28055/28055/27005</w:t>
        <w:br/>
        <w:t>f 28053/28053/27002 28050/28052/27001 28056/28056/27006</w:t>
        <w:br/>
        <w:t>f 28054/28054/27004 28049/28049/26998 28057/28057/27007</w:t>
        <w:br/>
        <w:t>f 28056/28056/27006 28050/28052/27001 28058/28058/27008</w:t>
        <w:br/>
        <w:t>f 28058/28058/27009 28060/28059/27010 28059/28060/27011</w:t>
        <w:br/>
        <w:t>f 28050/28052/27001 28055/28055/27005 28061/28061/27012</w:t>
        <w:br/>
        <w:t>f 28058/28058/27008 28050/28052/27001 28061/28061/27012</w:t>
        <w:br/>
        <w:t>f 28048/28047/27013 28063/28062/27014 28062/28063/27015</w:t>
        <w:br/>
        <w:t>f 28061/28061/27012 28055/28055/27005 28063/28062/27016</w:t>
        <w:br/>
        <w:t>f 28064/28064/27017 28048/28047/26996 28039/28039/26987</w:t>
        <w:br/>
        <w:t>f 28063/28062/27014 28048/28047/27013 28065/28065/27018</w:t>
        <w:br/>
        <w:t>f 28039/28039/26987 28019/28019/26967 28064/28064/27017</w:t>
        <w:br/>
        <w:t>f 28061/28061/27012 28063/28062/27016 28066/28066/27019</w:t>
        <w:br/>
        <w:t>f 28067/28067/27020 28061/28061/27012 28066/28066/27019</w:t>
        <w:br/>
        <w:t>f 28070/28068/27021 28069/28069/27022 28068/28070/27023</w:t>
        <w:br/>
        <w:t>f 28069/28069/27022 28070/28068/27021 28071/28071/27024</w:t>
        <w:br/>
        <w:t>f 28064/28064/27017 28019/28019/26967 28072/28072/27025</w:t>
        <w:br/>
        <w:t>f 28067/28067/27020 28066/28066/27019 28073/28073/27026</w:t>
        <w:br/>
        <w:t>f 28070/28068/27021 28074/28074/27027 28071/28071/27024</w:t>
        <w:br/>
        <w:t>f 28073/28073/27026 28075/28075/27028 28058/28058/27009</w:t>
        <w:br/>
        <w:t>f 28060/28059/27010 28058/28058/27009 28075/28075/27028</w:t>
        <w:br/>
        <w:t>f 28074/28074/27027 28070/28068/27021 28076/28076/27029</w:t>
        <w:br/>
        <w:t>f 28075/28075/27028 28073/28073/27026 28077/28077/27030</w:t>
        <w:br/>
        <w:t>f 28072/28072/27025 28019/28019/26967 28078/28078/27031</w:t>
        <w:br/>
        <w:t>f 28019/28019/26967 28020/28020/26968 28078/28078/27031</w:t>
        <w:br/>
        <w:t>f 28072/28072/27025 28078/28078/27031 28079/28079/27032</w:t>
        <w:br/>
        <w:t>f 28020/28020/26968 28079/28079/27032 28078/28078/27031</w:t>
        <w:br/>
        <w:t>f 28072/28072/27025 28079/28079/27032 28080/28080/27033</w:t>
        <w:br/>
        <w:t>f 28079/28079/27032 28020/28020/26968 28023/28023/26971</w:t>
        <w:br/>
        <w:t>f 28081/28081/27034 28075/28075/27028 28077/28077/27030</w:t>
        <w:br/>
        <w:t>f 28081/28081/27034 28060/28059/27010 28075/28075/27028</w:t>
        <w:br/>
        <w:t>f 28079/28079/27032 28082/28082/27035 28077/28077/27030</w:t>
        <w:br/>
        <w:t>f 28082/28082/27035 28079/28079/27032 28023/28023/26971</w:t>
        <w:br/>
        <w:t>f 28081/28081/27034 28077/28077/27030 28082/28082/27035</w:t>
        <w:br/>
        <w:t>f 28082/28082/27035 28023/28023/26971 28083/28083/27036</w:t>
        <w:br/>
        <w:t>f 28083/28083/27036 28023/28023/26971 28025/28025/26973</w:t>
        <w:br/>
        <w:t>f 28025/28025/26973 28084/28084/27037 28083/28083/27036</w:t>
        <w:br/>
        <w:t>f 28084/28084/27037 28082/28082/27035 28083/28083/27036</w:t>
        <w:br/>
        <w:t>f 28084/28084/27037 28025/28025/26973 28085/28085/27038</w:t>
        <w:br/>
        <w:t>f 28087/28086/27039 28085/28085/27038 28086/28087/27040</w:t>
        <w:br/>
        <w:t>f 28085/28085/27038 28087/28086/27039 28084/28084/27037</w:t>
        <w:br/>
        <w:t>f 28082/28082/27035 28084/28084/27037 28088/28088/27041</w:t>
        <w:br/>
        <w:t>f 28087/28086/27039 28088/28088/27041 28084/28084/27037</w:t>
        <w:br/>
        <w:t>f 28088/28088/27041 28081/28081/27034 28082/28082/27035</w:t>
        <w:br/>
        <w:t>f 28088/28088/27041 28087/28086/27039 28089/28089/27042</w:t>
        <w:br/>
        <w:t>f 28089/28089/27042 28090/28090/27043 28088/28088/27041</w:t>
        <w:br/>
        <w:t>f 28081/28081/27034 28088/28088/27041 28090/28090/27043</w:t>
        <w:br/>
        <w:t>f 28090/28090/27043 28089/28089/27042 28091/28091/27044</w:t>
        <w:br/>
        <w:t>f 28092/28092/27045 28090/28090/27043 28091/28091/27044</w:t>
        <w:br/>
        <w:t>f 28093/28093/27046 28081/28081/27034 28090/28090/27043</w:t>
        <w:br/>
        <w:t>f 28092/28092/27045 28093/28093/27046 28090/28090/27043</w:t>
        <w:br/>
        <w:t>f 28093/28093/27046 28094/28094/27047 28081/28081/27034</w:t>
        <w:br/>
        <w:t>f 28060/28059/27010 28081/28081/27034 28094/28094/27047</w:t>
        <w:br/>
        <w:t>f 28092/28092/27045 28095/28095/27048 28093/28093/27046</w:t>
        <w:br/>
        <w:t>f 28095/28095/27048 28092/28092/27045 28096/28096/27049</w:t>
        <w:br/>
        <w:t>f 28095/28095/27048 28096/28096/27049 28097/28097/27050</w:t>
        <w:br/>
        <w:t>f 28095/28095/27048 28097/28097/27050 28098/28098/27051</w:t>
        <w:br/>
        <w:t>f 28093/28093/27046 28099/28099/27052 28094/28094/27047</w:t>
        <w:br/>
        <w:t>f 28099/28099/27052 28093/28093/27046 28095/28095/27048</w:t>
        <w:br/>
        <w:t>f 28099/28099/27052 28054/28054/27004 28094/28094/27047</w:t>
        <w:br/>
        <w:t>f 28099/28099/27052 28095/28095/27048 28098/28098/27051</w:t>
        <w:br/>
        <w:t>f 28099/28099/27052 28043/28043/26992 28054/28054/27004</w:t>
        <w:br/>
        <w:t>f 28099/28099/27052 28098/28098/27051 28044/28044/26993</w:t>
        <w:br/>
        <w:t>f 28043/28043/26992 28099/28099/27052 28044/28044/26993</w:t>
        <w:br/>
        <w:t>f 28102/28100/27053 28101/28101/27054 28100/28102/27055</w:t>
        <w:br/>
        <w:t>f 28100/28102/27055 28103/28103/27056 28102/28100/27053</w:t>
        <w:br/>
        <w:t>f 28106/28104/27057 28105/28105/27058 28104/28106/27059</w:t>
        <w:br/>
        <w:t>f 28105/28105/27058 28106/28104/27057 28107/28107/27060</w:t>
        <w:br/>
        <w:t>f 28103/28103/27056 28108/28108/27061 28102/28100/27053</w:t>
        <w:br/>
        <w:t>f 28111/28109/27062 28110/28110/27063 28109/28111/27064</w:t>
        <w:br/>
        <w:t>f 28112/28112/27065 28102/28100/27053 28108/28108/27061</w:t>
        <w:br/>
        <w:t>f 28110/28110/27063 28111/28109/27062 28113/28113/27066</w:t>
        <w:br/>
        <w:t>f 28114/28114/27067 28112/28112/27065 28108/28108/27061</w:t>
        <w:br/>
        <w:t>f 28115/28115/27068 28110/28110/27063 28113/28113/27066</w:t>
        <w:br/>
        <w:t>f 28108/28108/27061 28116/28116/27069 28114/28114/27067</w:t>
        <w:br/>
        <w:t>f 28110/28110/27063 28115/28115/27068 28117/28117/27070</w:t>
        <w:br/>
        <w:t>f 28114/28114/27067 28119/28118/27071 28118/28119/27072</w:t>
        <w:br/>
        <w:t>f 28116/28116/27069 28119/28118/27071 28114/28114/27067</w:t>
        <w:br/>
        <w:t>f 28120/28120/27073 28117/28117/27070 28115/28115/27068</w:t>
        <w:br/>
        <w:t>f 28122/28121/27074 28119/28118/27071 28121/28122/27074</w:t>
        <w:br/>
        <w:t>f 28119/28118/27071 28122/28121/27074 28123/28123/27074</w:t>
        <w:br/>
        <w:t>f 28124/28124/27074 28123/28123/27074 28122/28121/27074</w:t>
        <w:br/>
        <w:t>f 28120/28120/27073 28115/28115/27068 28125/28125/27075</w:t>
        <w:br/>
        <w:t>f 28124/28124/27074 28120/28120/27073 28126/28126/27076</w:t>
        <w:br/>
        <w:t>f 28127/28127/27077 28120/28120/27073 28125/28125/27075</w:t>
        <w:br/>
        <w:t>f 28120/28120/27073 28127/28127/27077 28126/28126/27076</w:t>
        <w:br/>
        <w:t>f 28127/28127/27077 28125/28125/27075 28128/28128/27078</w:t>
        <w:br/>
        <w:t>f 28129/28129/27079 28126/28126/27076 28127/28127/27077</w:t>
        <w:br/>
        <w:t>f 28130/28130/27080 28127/28127/27077 28128/28128/27078</w:t>
        <w:br/>
        <w:t>f 28129/28129/27079 28127/28127/27077 28131/28131/27081</w:t>
        <w:br/>
        <w:t>f 28130/28130/27080 28128/28128/27078 28132/28132/27082</w:t>
        <w:br/>
        <w:t>f 28131/28131/27081 28133/28133/27083 28129/28129/27079</w:t>
        <w:br/>
        <w:t>f 28134/28134/27084 28130/28130/27080 28132/28132/27082</w:t>
        <w:br/>
        <w:t>f 28133/28133/27083 28131/28131/27081 28135/28135/27085</w:t>
        <w:br/>
        <w:t>f 28130/28130/27080 28134/28134/27084 28136/28136/27086</w:t>
        <w:br/>
        <w:t>f 28139/28137/27087 28138/28138/27088 28137/28139/27089</w:t>
        <w:br/>
        <w:t>f 28138/28138/27088 28139/28137/27087 28140/28140/27090</w:t>
        <w:br/>
        <w:t>f 28143/28141/27091 28142/28142/27092 28141/28143/27093</w:t>
        <w:br/>
        <w:t>f 28144/28144/27094 28138/28138/27088 28140/28140/27090</w:t>
        <w:br/>
        <w:t>f 28138/28138/27088 28144/28144/27094 28145/28145/27095</w:t>
        <w:br/>
        <w:t>f 28142/28142/27092 28143/28141/27091 28146/28146/27096</w:t>
        <w:br/>
        <w:t>f 28146/28146/27096 28144/28144/27094 28142/28142/27092</w:t>
        <w:br/>
        <w:t>f 28144/28144/27094 28147/28147/27097 28145/28145/27095</w:t>
        <w:br/>
        <w:t>f 28150/28148/27098 28149/28149/27099 28148/28150/27100</w:t>
        <w:br/>
        <w:t>f 28147/28147/27097 28144/28144/27094 28151/28151/27101</w:t>
        <w:br/>
        <w:t>f 28151/28151/27101 28152/28152/27102 28147/28147/27097</w:t>
        <w:br/>
        <w:t>f 28152/28152/27102 28151/28151/27101 28153/28153/27103</w:t>
        <w:br/>
        <w:t>f 28156/28154/27104 28155/28155/27105 28154/28156/27106</w:t>
        <w:br/>
        <w:t>f 28157/28157/27107 28156/28154/27104 28144/28144/27094</w:t>
        <w:br/>
        <w:t>f 28155/28155/27105 28156/28154/27104 28157/28157/27107</w:t>
        <w:br/>
        <w:t>f 28144/28144/27094 28146/28146/27096 28158/28158/27108</w:t>
        <w:br/>
        <w:t>f 28158/28158/27108 28157/28157/27107 28144/28144/27094</w:t>
        <w:br/>
        <w:t>f 28160/28159/27109 28159/28160/27110 28149/28149/27099</w:t>
        <w:br/>
        <w:t>f 28160/28159/27109 28161/28161/27111 28159/28160/27110</w:t>
        <w:br/>
        <w:t>f 28163/28162/27112 28162/28163/27113 28161/28161/27111</w:t>
        <w:br/>
        <w:t>f 28161/28161/27111 28160/28159/27109 28163/28162/27112</w:t>
        <w:br/>
        <w:t>f 28162/28163/27113 28163/28162/27112 28164/28164/27114</w:t>
        <w:br/>
        <w:t>f 28165/28165/27115 28160/28159/27109 28149/28149/27099</w:t>
        <w:br/>
        <w:t>f 28149/28149/27099 28150/28148/27098 28165/28165/27115</w:t>
        <w:br/>
        <w:t>f 28166/28166/27116 28163/28162/27112 28160/28159/27109</w:t>
        <w:br/>
        <w:t>f 28165/28165/27115 28166/28166/27116 28160/28159/27109</w:t>
        <w:br/>
        <w:t>f 28168/28167/27117 28167/28168/27118 28163/28162/27112</w:t>
        <w:br/>
        <w:t>f 28163/28162/27112 28166/28166/27116 28168/28167/27117</w:t>
        <w:br/>
        <w:t>f 28167/28168/27118 28168/28167/27117 28169/28169/27119</w:t>
        <w:br/>
        <w:t>f 28171/28170/27120 28170/28171/27121 28165/28165/27115</w:t>
        <w:br/>
        <w:t>f 28170/28171/27121 28166/28166/27116 28165/28165/27115</w:t>
        <w:br/>
        <w:t>f 28170/28171/27121 28171/28170/27120 28172/28172/27122</w:t>
        <w:br/>
        <w:t>f 28175/28173/27123 28174/28174/27124 28173/28175/27125</w:t>
        <w:br/>
        <w:t>f 28178/28176/27126 28177/28177/27127 28176/28178/27128</w:t>
        <w:br/>
        <w:t>f 28178/28176/27126 28176/28178/27128 28174/28174/27124</w:t>
        <w:br/>
        <w:t>f 28180/28179/27129 28179/28180/27130 28177/28177/27127</w:t>
        <w:br/>
        <w:t>f 28177/28177/27127 28178/28176/27126 28180/28179/27129</w:t>
        <w:br/>
        <w:t>f 28179/28180/27130 28180/28179/27129 28181/28181/27131</w:t>
        <w:br/>
        <w:t>f 28174/28174/27124 28175/28173/27123 28182/28182/27132</w:t>
        <w:br/>
        <w:t>f 28182/28182/27132 28178/28176/27126 28174/28174/27124</w:t>
        <w:br/>
        <w:t>f 28175/28173/27123 28183/28183/27133 28182/28182/27132</w:t>
        <w:br/>
        <w:t>f 28183/28183/27133 28178/28176/27126 28182/28182/27132</w:t>
        <w:br/>
        <w:t>f 28183/28183/27133 28175/28173/27123 28184/28184/27134</w:t>
        <w:br/>
        <w:t>f 28185/28185/27135 28181/28181/27131 28180/28179/27129</w:t>
        <w:br/>
        <w:t>f 28178/28176/27126 28185/28185/27135 28180/28179/27129</w:t>
        <w:br/>
        <w:t>f 28181/28181/27131 28185/28185/27135 28186/28186/27136</w:t>
        <w:br/>
        <w:t>f 28178/28176/27126 28183/28183/27133 28187/28187/27137</w:t>
        <w:br/>
        <w:t>f 28185/28185/27135 28178/28176/27126 28187/28187/27137</w:t>
        <w:br/>
        <w:t>f 28184/28184/27134 28188/28188/27138 28183/28183/27133</w:t>
        <w:br/>
        <w:t>f 28188/28188/27138 28187/28187/27137 28183/28183/27133</w:t>
        <w:br/>
        <w:t>f 28188/28188/27138 28184/28184/27134 28189/28189/27139</w:t>
        <w:br/>
        <w:t>f 28189/28189/27139 28190/28190/27140 28188/28188/27138</w:t>
        <w:br/>
        <w:t>f 28187/28187/27137 28188/28188/27138 28191/28191/27141</w:t>
        <w:br/>
        <w:t>f 28188/28188/27138 28190/28190/27140 28191/28191/27141</w:t>
        <w:br/>
        <w:t>f 28187/28187/27137 28192/28192/27142 28185/28185/27135</w:t>
        <w:br/>
        <w:t>f 28192/28192/27142 28187/28187/27137 28191/28191/27141</w:t>
        <w:br/>
        <w:t>f 28191/28191/27141 28190/28190/27140 28192/28192/27142</w:t>
        <w:br/>
        <w:t>f 28192/28192/27142 28186/28186/27136 28185/28185/27135</w:t>
        <w:br/>
        <w:t>f 28192/28192/27142 28190/28190/27140 28193/28193/27143</w:t>
        <w:br/>
        <w:t>f 28186/28186/27136 28192/28192/27142 28193/28193/27143</w:t>
        <w:br/>
        <w:t>f 28196/28194/27144 28195/28195/27145 28194/28196/27146</w:t>
        <w:br/>
        <w:t>f 28195/28195/27145 28196/28194/27144 28197/28197/27147</w:t>
        <w:br/>
        <w:t>f 28197/28197/27147 28198/28198/27148 28195/28195/27145</w:t>
        <w:br/>
        <w:t>f 28201/28199/27149 28200/28200/27149 28199/28201/27150</w:t>
        <w:br/>
        <w:t>f 28200/28200/27149 28201/28199/27149 28202/28202/27151</w:t>
        <w:br/>
        <w:t>f 28198/28198/27148 28197/28197/27147 28203/28203/27152</w:t>
        <w:br/>
        <w:t>f 28203/28203/27152 28204/28204/27153 28198/28198/27148</w:t>
        <w:br/>
        <w:t>f 28207/28205/27154 28206/28206/27155 28205/28207/27156</w:t>
        <w:br/>
        <w:t>f 28208/28208/27157 28205/28207/27156 28206/28206/27155</w:t>
        <w:br/>
        <w:t>f 28211/28209/27158 28210/28210/27159 28209/28211/27160</w:t>
        <w:br/>
        <w:t>f 28205/28207/27156 28212/28212/27161 28207/28205/27154</w:t>
        <w:br/>
        <w:t>f 28211/28209/27158 28209/28211/27160 28213/28213/27162</w:t>
        <w:br/>
        <w:t>f 28212/28212/27161 28205/28207/27156 28214/28214/27163</w:t>
        <w:br/>
        <w:t>f 28204/28204/27153 28203/28203/27152 28215/28215/27164</w:t>
        <w:br/>
        <w:t>f 28215/28215/27164 28216/28216/27165 28204/28204/27153</w:t>
        <w:br/>
        <w:t>f 28217/28217/27166 28213/28213/27162 28209/28211/27160</w:t>
        <w:br/>
        <w:t>f 28214/28214/27163 28218/28218/27167 28212/28212/27161</w:t>
        <w:br/>
        <w:t>f 28213/28213/27162 28217/28217/27166 28219/28219/27168</w:t>
        <w:br/>
        <w:t>f 28218/28218/27167 28214/28214/27163 28220/28220/27169</w:t>
        <w:br/>
        <w:t>f 28221/28221/27170 28218/28218/27167 28220/28220/27169</w:t>
        <w:br/>
        <w:t>f 28216/28216/27165 28215/28215/27164 28222/28222/27171</w:t>
        <w:br/>
        <w:t>f 28225/28223/27172 28224/28224/27173 28223/28225/27174</w:t>
        <w:br/>
        <w:t>f 28226/28226/27175 28219/28219/27168 28217/28217/27166</w:t>
        <w:br/>
        <w:t>f 28218/28218/27167 28221/28221/27170 28227/28227/27176</w:t>
        <w:br/>
        <w:t>f 28219/28219/27168 28226/28226/27175 28228/28228/27177</w:t>
        <w:br/>
        <w:t>f 28231/28229/27178 28230/28230/27179 28229/28231/27180</w:t>
        <w:br/>
        <w:t>f 28232/28232/27181 28225/28223/27172 28223/28225/27174</w:t>
        <w:br/>
        <w:t>f 28229/28231/27180 28232/28232/27181 28223/28225/27174</w:t>
        <w:br/>
        <w:t>f 28235/28233/27182 28234/28234/27183 28233/28235/27184</w:t>
        <w:br/>
        <w:t>f 28234/28234/27183 28235/28233/27182 28236/28236/27185</w:t>
        <w:br/>
        <w:t>f 28237/28237/27186 28229/28231/27180 28230/28230/27179</w:t>
        <w:br/>
        <w:t>f 28237/28237/27186 28232/28232/27181 28229/28231/27180</w:t>
        <w:br/>
        <w:t>f 28240/28238/27187 28239/28239/27188 28238/28240/27189</w:t>
        <w:br/>
        <w:t>f 28239/28239/27188 28240/28238/27187 28241/28241/27190</w:t>
        <w:br/>
        <w:t>f 28242/28242/27191 28239/28239/27188 28241/28241/27190</w:t>
        <w:br/>
        <w:t>f 28243/28243/27192 28239/28239/27188 28242/28242/27191</w:t>
        <w:br/>
        <w:t>f 28244/28244/27193 28232/28232/27181 28237/28237/27186</w:t>
        <w:br/>
        <w:t>f 28245/28245/27194 28243/28243/27192 28242/28242/27191</w:t>
        <w:br/>
        <w:t>f 28235/28233/27182 28246/28246/27195 28236/28236/27185</w:t>
        <w:br/>
        <w:t>f 28232/28232/27181 28244/28244/27193 28247/28247/27196</w:t>
        <w:br/>
        <w:t>f 28248/28248/27197 28236/28236/27185 28246/28246/27195</w:t>
        <w:br/>
        <w:t>f 28246/28246/27195 28249/28249/27198 28248/28248/27197</w:t>
        <w:br/>
        <w:t>f 28249/28249/27198 28251/28250/27199 28250/28251/27200</w:t>
        <w:br/>
        <w:t>f 28249/28249/27198 28246/28246/27195 28252/28252/27201</w:t>
        <w:br/>
        <w:t>f 28251/28250/27199 28249/28249/27198 28252/28252/27201</w:t>
        <w:br/>
        <w:t>f 28244/28244/27193 28253/28253/27202 28247/28247/27196</w:t>
        <w:br/>
        <w:t>f 28256/28254/27203 28255/28255/27204 28254/28256/27203</w:t>
        <w:br/>
        <w:t>f 28258/28257/27205 28245/28245/27194 28257/28258/27206</w:t>
        <w:br/>
        <w:t>f 28253/28253/27202 28244/28244/27193 28259/28259/27207</w:t>
        <w:br/>
        <w:t>f 28256/28254/27203 28254/28256/27203 28260/28260/27208</w:t>
        <w:br/>
        <w:t>f 28243/28243/27192 28245/28245/27194 28261/28261/27209</w:t>
        <w:br/>
        <w:t>f 28245/28245/27194 28258/28257/27205 28261/28261/27209</w:t>
        <w:br/>
        <w:t>f 28264/28262/27210 28263/28263/27211 28262/28264/27212</w:t>
        <w:br/>
        <w:t>f 28264/28262/27210 28262/28264/27212 28265/28265/27213</w:t>
        <w:br/>
        <w:t>f 28266/28266/27214 28265/28265/27213 28262/28264/27212</w:t>
        <w:br/>
        <w:t>f 28267/28267/27215 28266/28266/27214 28262/28264/27212</w:t>
        <w:br/>
        <w:t>f 28268/28268/27216 28266/28266/27214 28267/28267/27215</w:t>
        <w:br/>
        <w:t>f 28271/28269/27217 28270/28270/27218 28269/28271/27219</w:t>
        <w:br/>
        <w:t>f 28269/28271/27219 28272/28272/27220 28271/28269/27217</w:t>
        <w:br/>
        <w:t>f 28272/28272/27220 28273/28273/27221 28271/28269/27217</w:t>
        <w:br/>
        <w:t>f 28272/28272/27220 28274/28274/27222 28273/28273/27221</w:t>
        <w:br/>
        <w:t>f 28275/28275/27223 28264/28262/27210 28265/28265/27213</w:t>
        <w:br/>
        <w:t>f 28274/28274/27222 28276/28276/27224 28273/28273/27221</w:t>
        <w:br/>
        <w:t>f 28264/28262/27210 28275/28275/27223 28277/28277/27225</w:t>
        <w:br/>
        <w:t>f 28275/28275/27223 28274/28274/27222 28278/28278/27226</w:t>
        <w:br/>
        <w:t>f 28275/28275/27223 28279/28279/27227 28277/28277/27225</w:t>
        <w:br/>
        <w:t>f 28278/28278/27226 28280/28280/27228 28275/28275/27223</w:t>
        <w:br/>
        <w:t>f 28279/28279/27227 28275/28275/27223 28281/28281/27229</w:t>
        <w:br/>
        <w:t>f 28275/28275/27223 28280/28280/27228 28281/28281/27229</w:t>
        <w:br/>
        <w:t>f 28281/28281/27229 28282/28282/27230 28279/28279/27227</w:t>
        <w:br/>
        <w:t>f 28281/28281/27229 28284/28283/27231 28283/28284/27232</w:t>
        <w:br/>
        <w:t>f 28283/28284/27232 28282/28282/27230 28281/28281/27229</w:t>
        <w:br/>
        <w:t>f 28284/28283/27231 28285/28285/27233 28283/28284/27232</w:t>
        <w:br/>
        <w:t>f 28282/28282/27230 28283/28284/27232 28286/28286/27234</w:t>
        <w:br/>
        <w:t>f 28289/28287/27235 28288/28288/27235 28287/28289/27236</w:t>
        <w:br/>
        <w:t>f 28286/28286/27234 28283/28284/27232 28290/28290/27237</w:t>
        <w:br/>
        <w:t>f 28291/28291/27238 28283/28284/27232 28287/28289/27239</w:t>
        <w:br/>
        <w:t>f 28290/28290/27237 28283/28284/27232 28292/28292/27240</w:t>
        <w:br/>
        <w:t>f 28287/28289/27239 28293/28293/27241 28291/28291/27238</w:t>
        <w:br/>
        <w:t>f 28294/28294/27242 28290/28290/27237 28292/28292/27240</w:t>
        <w:br/>
        <w:t>f 28295/28295/27243 28291/28291/27238 28293/28293/27241</w:t>
        <w:br/>
        <w:t>f 28290/28290/27237 28294/28294/27242 28296/28296/27244</w:t>
        <w:br/>
        <w:t>f 28293/28293/27241 28297/28297/27245 28295/28295/27243</w:t>
        <w:br/>
        <w:t>f 28294/28294/27242 28298/28298/27246 28296/28296/27244</w:t>
        <w:br/>
        <w:t>f 28299/28299/27247 28295/28295/27243 28297/28297/27245</w:t>
        <w:br/>
        <w:t>f 28300/28300/27248 28296/28296/27244 28298/28298/27246</w:t>
        <w:br/>
        <w:t>f 28301/28301/27249 28299/28299/27247 28297/28297/27245</w:t>
        <w:br/>
        <w:t>f 28302/28302/27250 28300/28300/27248 28298/28298/27246</w:t>
        <w:br/>
        <w:t>f 28299/28299/27247 28301/28301/27249 28303/28303/27251</w:t>
        <w:br/>
        <w:t>f 28300/28300/27248 28302/28302/27250 28304/28304/27252</w:t>
        <w:br/>
        <w:t>f 28305/28305/27253 28303/28303/27251 28301/28301/27249</w:t>
        <w:br/>
        <w:t>f 28306/28306/27254 28304/28304/27252 28302/28302/27250</w:t>
        <w:br/>
        <w:t>f 28303/28303/27251 28305/28305/27253 28307/28307/27255</w:t>
        <w:br/>
        <w:t>f 28304/28304/27252 28306/28306/27254 28308/28308/27256</w:t>
        <w:br/>
        <w:t>f 28306/28306/27254 28309/28309/27257 28308/28308/27256</w:t>
        <w:br/>
        <w:t>f 28310/28310/27258 28307/28307/27255 28305/28305/27253</w:t>
        <w:br/>
        <w:t>f 28309/28309/27257 28306/28306/27254 28311/28311/27259</w:t>
        <w:br/>
        <w:t>f 28305/28305/27253 28312/28312/27260 28310/28310/27258</w:t>
        <w:br/>
        <w:t>f 28313/28313/27261 28309/28309/27257 28311/28311/27259</w:t>
        <w:br/>
        <w:t>f 28312/28312/27260 28314/28314/27262 28310/28310/27258</w:t>
        <w:br/>
        <w:t>f 28313/28313/27261 28311/28311/27259 28315/28315/27263</w:t>
        <w:br/>
        <w:t>f 28314/28314/27262 28312/28312/27260 28316/28316/27264</w:t>
        <w:br/>
        <w:t>f 28317/28317/27265 28313/28313/27261 28315/28315/27263</w:t>
        <w:br/>
        <w:t>f 28316/28316/27264 28318/28318/27266 28314/28314/27262</w:t>
        <w:br/>
        <w:t>f 28317/28317/27265 28315/28315/27263 28319/28319/27267</w:t>
        <w:br/>
        <w:t>f 28318/28318/27266 28316/28316/27264 28320/28320/27268</w:t>
        <w:br/>
        <w:t>f 28320/28320/27268 28321/28321/27269 28318/28318/27266</w:t>
        <w:br/>
        <w:t>f 28322/28322/27270 28317/28317/27265 28319/28319/27267</w:t>
        <w:br/>
        <w:t>f 28321/28321/27269 28320/28320/27268 28323/28323/27271</w:t>
        <w:br/>
        <w:t>f 28324/28324/27272 28321/28321/27269 28323/28323/27271</w:t>
        <w:br/>
        <w:t>f 28317/28317/27265 28322/28322/27270 28325/28325/27273</w:t>
        <w:br/>
        <w:t>f 28324/28324/27272 28326/28326/27274 28321/28321/27269</w:t>
        <w:br/>
        <w:t>f 28317/28317/27265 28328/28327/27275 28327/28328/27276</w:t>
        <w:br/>
        <w:t>f 28328/28327/27275 28317/28317/27265 28325/28325/27273</w:t>
        <w:br/>
        <w:t>f 28324/28324/27272 28329/28329/27277 28326/28326/27274</w:t>
        <w:br/>
        <w:t>f 28328/28327/27275 28325/28325/27273 28329/28329/27278</w:t>
        <w:br/>
        <w:t>f 28324/28324/27272 28330/28330/27279 28329/28329/27277</w:t>
        <w:br/>
        <w:t>f 28329/28329/27278 28331/28331/27280 28328/28327/27275</w:t>
        <w:br/>
        <w:t>f 28334/28332/27281 28333/28333/27282 28332/28334/27283</w:t>
        <w:br/>
        <w:t>f 28329/28329/27278 28335/28335/27284 28331/28331/27280</w:t>
        <w:br/>
        <w:t>f 28333/28333/27282 28334/28332/27281 28336/28336/27285</w:t>
        <w:br/>
        <w:t>f 28335/28335/27284 28329/28329/27278 28337/28337/27286</w:t>
        <w:br/>
        <w:t>f 28338/28338/27287 28336/28336/27285 28334/28332/27281</w:t>
        <w:br/>
        <w:t>f 28335/28335/27284 28337/28337/27286 28339/28339/27288</w:t>
        <w:br/>
        <w:t>f 28340/28340/27289 28335/28335/27284 28339/28339/27288</w:t>
        <w:br/>
        <w:t>f 28341/28341/27290 28340/28340/27289 28339/28339/27288</w:t>
        <w:br/>
        <w:t>f 28336/28336/27285 28338/28338/27287 28342/28342/27291</w:t>
        <w:br/>
        <w:t>f 28337/28337/27286 28343/28343/27292 28339/28339/27288</w:t>
        <w:br/>
        <w:t>f 28341/28341/27290 28339/28339/27288 28343/28343/27292</w:t>
        <w:br/>
        <w:t>f 28344/28344/27293 28342/28342/27291 28338/28338/27287</w:t>
        <w:br/>
        <w:t>f 28341/28341/27290 28343/28343/27292 28345/28345/27294</w:t>
        <w:br/>
        <w:t>f 28342/28342/27291 28344/28344/27293 28345/28345/27295</w:t>
        <w:br/>
        <w:t>f 28348/28346/27296 28347/28347/27297 28346/28348/27298</w:t>
        <w:br/>
        <w:t>f 28347/28347/27297 28348/28346/27296 28349/28349/27299</w:t>
        <w:br/>
        <w:t>f 28350/28350/27300 28347/28347/27297 28349/28349/27299</w:t>
        <w:br/>
        <w:t>f 28347/28347/27297 28350/28350/27300 28351/28351/27301</w:t>
        <w:br/>
        <w:t>f 28353/28352/27302 28352/28353/27303 28349/28349/27304</w:t>
        <w:br/>
        <w:t>f 28352/28353/27303 28353/28352/27302 28354/28354/27305</w:t>
        <w:br/>
        <w:t>f 28356/28355/27306 28355/28356/27307 28349/28349/27304</w:t>
        <w:br/>
        <w:t>f 28352/28353/27303 28356/28355/27306 28349/28349/27304</w:t>
        <w:br/>
        <w:t>f 28357/28357/27308 28351/28351/27301 28350/28350/27300</w:t>
        <w:br/>
        <w:t>f 28351/28351/27301 28357/28357/27308 28358/28358/27309</w:t>
        <w:br/>
        <w:t>f 28354/28354/27305 28359/28359/27310 28352/28353/27303</w:t>
        <w:br/>
        <w:t>f 28359/28359/27310 28354/28354/27305 28360/28360/27311</w:t>
        <w:br/>
        <w:t>f 28357/28357/27308 28361/28361/27312 28358/28358/27309</w:t>
        <w:br/>
        <w:t>f 28358/28358/27309 28361/28361/27312 28362/28362/27313</w:t>
        <w:br/>
        <w:t>f 28355/28356/27307 28364/28363/27314 28363/28364/27315</w:t>
        <w:br/>
        <w:t>f 28364/28363/27314 28365/28365/27316 28363/28364/27315</w:t>
        <w:br/>
        <w:t>f 28364/28363/27314 28355/28356/27307 28356/28355/27306</w:t>
        <w:br/>
        <w:t>f 28366/28366/27317 28362/28362/27313 28361/28361/27312</w:t>
        <w:br/>
        <w:t>f 28362/28362/27313 28366/28366/27317 28367/28367/27318</w:t>
        <w:br/>
        <w:t>f 28370/28368/27319 28369/28369/27320 28368/28370/27321</w:t>
        <w:br/>
        <w:t>f 28372/28371/27322 28365/28365/27316 28371/28372/27323</w:t>
        <w:br/>
        <w:t>f 28364/28363/27314 28371/28372/27323 28365/28365/27316</w:t>
        <w:br/>
        <w:t>f 28368/28370/27321 28373/28373/27324 28370/28368/27319</w:t>
        <w:br/>
        <w:t>f 28371/28372/27323 28374/28374/27325 28372/28371/27322</w:t>
        <w:br/>
        <w:t>f 28375/28375/27326 28370/28368/27319 28373/28373/27324</w:t>
        <w:br/>
        <w:t>f 28364/28363/27314 28376/28376/27327 28371/28372/27323</w:t>
        <w:br/>
        <w:t>f 28374/28374/27325 28371/28372/27323 28376/28376/27327</w:t>
        <w:br/>
        <w:t>f 28373/28373/27324 28377/28377/27328 28375/28375/27326</w:t>
        <w:br/>
        <w:t>f 28376/28376/27327 28378/28378/27329 28374/28374/27325</w:t>
        <w:br/>
        <w:t>f 28377/28377/27328 28379/28379/27330 28375/28375/27326</w:t>
        <w:br/>
        <w:t>f 28376/28376/27327 28364/28363/27314 28380/28380/27331</w:t>
        <w:br/>
        <w:t>f 28356/28355/27306 28380/28380/27331 28364/28363/27314</w:t>
        <w:br/>
        <w:t>f 28378/28378/27329 28376/28376/27327 28381/28381/27332</w:t>
        <w:br/>
        <w:t>f 28380/28380/27331 28381/28381/27332 28376/28376/27327</w:t>
        <w:br/>
        <w:t>f 28379/28379/27330 28377/28377/27328 28382/28382/27333</w:t>
        <w:br/>
        <w:t>f 28381/28381/27332 28383/28383/27334 28378/28378/27329</w:t>
        <w:br/>
        <w:t>f 28384/28384/27335 28379/28379/27330 28382/28382/27333</w:t>
        <w:br/>
        <w:t>f 28380/28380/27331 28356/28355/27306 28385/28385/27336</w:t>
        <w:br/>
        <w:t>f 28385/28385/27336 28356/28355/27306 28352/28353/27303</w:t>
        <w:br/>
        <w:t>f 28359/28359/27310 28385/28385/27336 28352/28353/27303</w:t>
        <w:br/>
        <w:t>f 28381/28381/27332 28380/28380/27331 28386/28386/27337</w:t>
        <w:br/>
        <w:t>f 28385/28385/27336 28386/28386/27337 28380/28380/27331</w:t>
        <w:br/>
        <w:t>f 28387/28387/27338 28383/28383/27334 28381/28381/27332</w:t>
        <w:br/>
        <w:t>f 28386/28386/27337 28387/28387/27338 28381/28381/27332</w:t>
        <w:br/>
        <w:t>f 28382/28382/27333 28388/28388/27339 28384/28384/27335</w:t>
        <w:br/>
        <w:t>f 28387/28387/27338 28389/28389/27340 28383/28383/27334</w:t>
        <w:br/>
        <w:t>f 28388/28388/27339 28390/28390/27341 28384/28384/27335</w:t>
        <w:br/>
        <w:t>f 28386/28386/27337 28385/28385/27336 28391/28391/27342</w:t>
        <w:br/>
        <w:t>f 28391/28391/27342 28385/28385/27336 28359/28359/27310</w:t>
        <w:br/>
        <w:t>f 28390/28390/27341 28388/28388/27339 28392/28392/27343</w:t>
        <w:br/>
        <w:t>f 28392/28392/27343 28393/28393/27344 28390/28390/27341</w:t>
        <w:br/>
        <w:t>f 28394/28394/27345 28389/28389/27340 28387/28387/27338</w:t>
        <w:br/>
        <w:t>f 28395/28395/27346 28389/28389/27340 28394/28394/27345</w:t>
        <w:br/>
        <w:t>f 28387/28387/27338 28386/28386/27337 28396/28396/27347</w:t>
        <w:br/>
        <w:t>f 28396/28396/27347 28394/28394/27345 28387/28387/27338</w:t>
        <w:br/>
        <w:t>f 28396/28396/27347 28386/28386/27337 28391/28391/27342</w:t>
        <w:br/>
        <w:t>f 28397/28397/27348 28395/28395/27346 28394/28394/27345</w:t>
        <w:br/>
        <w:t>f 28394/28394/27345 28396/28396/27347 28398/28398/27349</w:t>
        <w:br/>
        <w:t>f 28398/28398/27349 28397/28397/27348 28394/28394/27345</w:t>
        <w:br/>
        <w:t>f 28399/28399/27350 28396/28396/27347 28391/28391/27342</w:t>
        <w:br/>
        <w:t>f 28398/28398/27349 28396/28396/27347 28399/28399/27350</w:t>
        <w:br/>
        <w:t>f 28359/28359/27310 28400/28400/27351 28391/28391/27342</w:t>
        <w:br/>
        <w:t>f 28399/28399/27350 28391/28391/27342 28400/28400/27351</w:t>
        <w:br/>
        <w:t>f 28400/28400/27351 28359/28359/27310 28360/28360/27311</w:t>
        <w:br/>
        <w:t>f 28360/28360/27311 28401/28401/27352 28400/28400/27351</w:t>
        <w:br/>
        <w:t>f 28402/28402/27353 28400/28400/27351 28401/28401/27352</w:t>
        <w:br/>
        <w:t>f 28402/28402/27353 28399/28399/27350 28400/28400/27351</w:t>
        <w:br/>
        <w:t>f 28403/28403/27354 28402/28402/27353 28401/28401/27352</w:t>
        <w:br/>
        <w:t>f 28404/28404/27355 28398/28398/27349 28399/28399/27350</w:t>
        <w:br/>
        <w:t>f 28404/28404/27355 28399/28399/27350 28402/28402/27353</w:t>
        <w:br/>
        <w:t>f 28405/28405/27356 28402/28402/27353 28403/28403/27354</w:t>
        <w:br/>
        <w:t>f 28405/28405/27356 28404/28404/27355 28402/28402/27353</w:t>
        <w:br/>
        <w:t>f 28406/28406/27357 28405/28405/27356 28403/28403/27354</w:t>
        <w:br/>
        <w:t>f 28404/28404/27355 28407/28407/27358 28398/28398/27349</w:t>
        <w:br/>
        <w:t>f 28397/28397/27348 28398/28398/27349 28407/28407/27358</w:t>
        <w:br/>
        <w:t>f 28408/28408/27359 28405/28405/27356 28406/28406/27357</w:t>
        <w:br/>
        <w:t>f 28409/28409/27360 28408/28408/27359 28406/28406/27357</w:t>
        <w:br/>
        <w:t>f 28405/28405/27356 28410/28410/27361 28404/28404/27355</w:t>
        <w:br/>
        <w:t>f 28410/28410/27361 28405/28405/27356 28408/28408/27359</w:t>
        <w:br/>
        <w:t>f 28407/28407/27358 28404/28404/27355 28410/28410/27361</w:t>
        <w:br/>
        <w:t>f 28409/28409/27360 28411/28411/27362 28408/28408/27359</w:t>
        <w:br/>
        <w:t>f 28411/28411/27362 28410/28410/27361 28408/28408/27359</w:t>
        <w:br/>
        <w:t>f 28412/28412/27363 28411/28411/27362 28409/28409/27360</w:t>
        <w:br/>
        <w:t>f 28413/28413/27364 28411/28411/27362 28412/28412/27363</w:t>
        <w:br/>
        <w:t>f 28411/28411/27362 28414/28414/27365 28410/28410/27361</w:t>
        <w:br/>
        <w:t>f 28411/28411/27362 28413/28413/27364 28415/28415/27366</w:t>
        <w:br/>
        <w:t>f 28415/28415/27366 28413/28413/27364 28416/28416/27367</w:t>
        <w:br/>
        <w:t>f 28417/28417/27368 28410/28410/27361 28414/28414/27365</w:t>
        <w:br/>
        <w:t>f 28417/28417/27368 28407/28407/27358 28410/28410/27361</w:t>
        <w:br/>
        <w:t>f 28414/28414/27365 28411/28411/27362 28418/28418/27369</w:t>
        <w:br/>
        <w:t>f 28414/28414/27365 28418/28418/27369 28417/28417/27368</w:t>
        <w:br/>
        <w:t>f 28418/28418/27369 28411/28411/27362 28415/28415/27366</w:t>
        <w:br/>
        <w:t>f 28417/28417/27368 28419/28419/27370 28407/28407/27358</w:t>
        <w:br/>
        <w:t>f 28417/28417/27368 28418/28418/27369 28420/28420/27371</w:t>
        <w:br/>
        <w:t>f 28419/28419/27370 28417/28417/27368 28420/28420/27371</w:t>
        <w:br/>
        <w:t>f 28421/28421/27372 28420/28420/27371 28418/28418/27369</w:t>
        <w:br/>
        <w:t>f 28421/28421/27372 28419/28419/27370 28420/28420/27371</w:t>
        <w:br/>
        <w:t>f 28418/28418/27369 28415/28415/27366 28422/28422/27373</w:t>
        <w:br/>
        <w:t>f 28407/28407/27358 28419/28419/27370 28423/28423/27374</w:t>
        <w:br/>
        <w:t>f 28407/28407/27358 28423/28423/27374 28397/28397/27348</w:t>
        <w:br/>
        <w:t>f 28422/28422/27373 28415/28415/27366 28424/28424/27375</w:t>
        <w:br/>
        <w:t>f 28416/28416/27367 28424/28424/27375 28415/28415/27366</w:t>
        <w:br/>
        <w:t>f 28397/28397/27348 28423/28423/27374 28425/28425/27376</w:t>
        <w:br/>
        <w:t>f 28395/28395/27346 28397/28397/27348 28425/28425/27376</w:t>
        <w:br/>
        <w:t>f 28393/28393/27344 28392/28392/27343 28426/28426/27377</w:t>
        <w:br/>
        <w:t>f 28425/28425/27376 28423/28423/27374 28427/28427/27378</w:t>
        <w:br/>
        <w:t>f 28428/28428/27379 28393/28393/27344 28426/28426/27377</w:t>
        <w:br/>
        <w:t>f 28423/28423/27374 28419/28419/27370 28427/28427/27378</w:t>
        <w:br/>
        <w:t>f 28393/28393/27344 28428/28428/27379 28429/28429/27380</w:t>
        <w:br/>
        <w:t>f 28427/28427/27378 28419/28419/27370 28430/28430/27381</w:t>
        <w:br/>
        <w:t>f 28428/28428/27379 28431/28431/27382 28429/28429/27380</w:t>
        <w:br/>
        <w:t>f 28432/28432/27383 28427/28427/27378 28430/28430/27381</w:t>
        <w:br/>
        <w:t>f 28433/28433/27384 28429/28429/27380 28431/28431/27382</w:t>
        <w:br/>
        <w:t>f 28430/28430/27381 28419/28419/27370 28434/28434/27385</w:t>
        <w:br/>
        <w:t>f 28434/28434/27385 28432/28432/27383 28430/28430/27381</w:t>
        <w:br/>
        <w:t>f 28419/28419/27370 28421/28421/27372 28434/28434/27385</w:t>
        <w:br/>
        <w:t>f 28433/28433/27384 28431/28431/27382 28435/28435/27386</w:t>
        <w:br/>
        <w:t>f 28434/28434/27385 28436/28436/27387 28432/28432/27383</w:t>
        <w:br/>
        <w:t>f 28421/28421/27372 28437/28437/27388 28434/28434/27385</w:t>
        <w:br/>
        <w:t>f 28436/28436/27387 28434/28434/27385 28437/28437/27388</w:t>
        <w:br/>
        <w:t>f 28435/28435/27386 28438/28438/27389 28433/28433/27384</w:t>
        <w:br/>
        <w:t>f 28439/28439/27390 28433/28433/27384 28438/28438/27389</w:t>
        <w:br/>
        <w:t>f 28438/28438/27389 28440/28440/27391 28439/28439/27390</w:t>
        <w:br/>
        <w:t>f 28441/28441/27392 28436/28436/27387 28437/28437/27388</w:t>
        <w:br/>
        <w:t>f 28442/28442/27393 28436/28436/27387 28441/28441/27392</w:t>
        <w:br/>
        <w:t>f 28437/28437/27388 28421/28421/27372 28443/28443/27394</w:t>
        <w:br/>
        <w:t>f 28443/28443/27394 28441/28441/27392 28437/28437/27388</w:t>
        <w:br/>
        <w:t>f 28440/28440/27391 28438/28438/27389 28444/28444/27395</w:t>
        <w:br/>
        <w:t>f 28444/28444/27395 28445/28445/27396 28440/28440/27391</w:t>
        <w:br/>
        <w:t>f 28446/28446/27397 28442/28442/27393 28441/28441/27392</w:t>
        <w:br/>
        <w:t>f 28447/28447/27398 28442/28442/27393 28446/28446/27397</w:t>
        <w:br/>
        <w:t>f 28441/28441/27392 28443/28443/27394 28448/28448/27399</w:t>
        <w:br/>
        <w:t>f 28446/28446/27397 28441/28441/27392 28448/28448/27399</w:t>
        <w:br/>
        <w:t>f 28443/28443/27394 28421/28421/27372 28449/28449/27400</w:t>
        <w:br/>
        <w:t>f 28421/28421/27372 28418/28418/27369 28449/28449/27400</w:t>
        <w:br/>
        <w:t>f 28449/28449/27400 28418/28418/27369 28422/28422/27373</w:t>
        <w:br/>
        <w:t>f 28450/28450/27401 28443/28443/27394 28449/28449/27400</w:t>
        <w:br/>
        <w:t>f 28450/28450/27401 28448/28448/27399 28443/28443/27394</w:t>
        <w:br/>
        <w:t>f 28422/28422/27373 28451/28451/27402 28449/28449/27400</w:t>
        <w:br/>
        <w:t>f 28449/28449/27400 28451/28451/27402 28450/28450/27401</w:t>
        <w:br/>
        <w:t>f 28422/28422/27373 28424/28424/27375 28451/28451/27402</w:t>
        <w:br/>
        <w:t>f 28448/28448/27399 28450/28450/27401 28452/28452/27403</w:t>
        <w:br/>
        <w:t>f 28451/28451/27402 28452/28452/27403 28450/28450/27401</w:t>
        <w:br/>
        <w:t>f 28451/28451/27402 28424/28424/27375 28453/28453/27404</w:t>
        <w:br/>
        <w:t>f 28424/28424/27375 28416/28416/27367 28453/28453/27404</w:t>
        <w:br/>
        <w:t>f 28454/28454/27405 28453/28453/27404 28416/28416/27367</w:t>
        <w:br/>
        <w:t>f 28453/28453/27404 28455/28455/27406 28451/28451/27402</w:t>
        <w:br/>
        <w:t>f 28455/28455/27406 28453/28453/27404 28454/28454/27405</w:t>
        <w:br/>
        <w:t>f 28452/28452/27403 28451/28451/27402 28455/28455/27406</w:t>
        <w:br/>
        <w:t>f 28456/28456/27407 28455/28455/27406 28454/28454/27405</w:t>
        <w:br/>
        <w:t>f 28454/28454/27405 28457/28457/27408 28456/28456/27407</w:t>
        <w:br/>
        <w:t>f 28458/28458/27409 28452/28452/27403 28455/28455/27406</w:t>
        <w:br/>
        <w:t>f 28455/28455/27406 28456/28456/27407 28458/28458/27409</w:t>
        <w:br/>
        <w:t>f 28452/28452/27403 28459/28459/27410 28448/28448/27399</w:t>
        <w:br/>
        <w:t>f 28459/28459/27410 28452/28452/27403 28458/28458/27409</w:t>
        <w:br/>
        <w:t>f 28448/28448/27399 28459/28459/27410 28446/28446/27397</w:t>
        <w:br/>
        <w:t>f 28457/28457/27408 28460/28460/27411 28456/28456/27407</w:t>
        <w:br/>
        <w:t>f 28460/28460/27411 28457/28457/27408 28461/28461/27412</w:t>
        <w:br/>
        <w:t>f 28459/28459/27410 28462/28462/27413 28446/28446/27397</w:t>
        <w:br/>
        <w:t>f 28462/28462/27413 28447/28447/27398 28446/28446/27397</w:t>
        <w:br/>
        <w:t>f 28461/28461/27412 28463/28463/27414 28460/28460/27411</w:t>
        <w:br/>
        <w:t>f 28463/28463/27414 28461/28461/27412 28464/28464/27415</w:t>
        <w:br/>
        <w:t>f 28465/28465/27416 28447/28447/27398 28462/28462/27413</w:t>
        <w:br/>
        <w:t>f 28445/28445/27396 28444/28444/27395 28466/28466/27417</w:t>
        <w:br/>
        <w:t>f 28462/28462/27413 28459/28459/27410 28467/28467/27418</w:t>
        <w:br/>
        <w:t>f 28458/28458/27409 28467/28467/27418 28459/28459/27410</w:t>
        <w:br/>
        <w:t>f 28468/28468/27419 28465/28465/27416 28462/28462/27413</w:t>
        <w:br/>
        <w:t>f 28467/28467/27418 28468/28468/27419 28462/28462/27413</w:t>
        <w:br/>
        <w:t>f 28469/28469/27420 28445/28445/27396 28466/28466/27417</w:t>
        <w:br/>
        <w:t>f 28468/28468/27419 28470/28470/27421 28465/28465/27416</w:t>
        <w:br/>
        <w:t>f 28445/28445/27396 28469/28469/27420 28471/28471/27422</w:t>
        <w:br/>
        <w:t>f 28472/28472/27423 28471/28471/27422 28469/28469/27420</w:t>
        <w:br/>
        <w:t>f 28469/28469/27420 28473/28473/27424 28472/28472/27423</w:t>
        <w:br/>
        <w:t>f 28474/28474/27425 28472/28472/27423 28473/28473/27424</w:t>
        <w:br/>
        <w:t>f 28475/28475/27426 28470/28470/27421 28468/28468/27419</w:t>
        <w:br/>
        <w:t>f 28476/28476/27427 28470/28470/27421 28475/28475/27426</w:t>
        <w:br/>
        <w:t>f 28473/28473/27424 28477/28477/27428 28474/28474/27425</w:t>
        <w:br/>
        <w:t>f 28477/28477/27428 28478/28478/27429 28474/28474/27425</w:t>
        <w:br/>
        <w:t>f 28476/28476/27427 28480/28479/27430 28479/28480/27431</w:t>
        <w:br/>
        <w:t>f 28480/28479/27430 28476/28476/27427 28475/28475/27426</w:t>
        <w:br/>
        <w:t>f 28478/28478/27429 28477/28477/27428 28481/28481/27432</w:t>
        <w:br/>
        <w:t>f 28480/28479/27430 28482/28482/27433 28479/28480/27431</w:t>
        <w:br/>
        <w:t>f 28483/28483/27434 28478/28478/27429 28481/28481/27432</w:t>
        <w:br/>
        <w:t>f 28478/28478/27429 28483/28483/27434 28484/28484/27435</w:t>
        <w:br/>
        <w:t>f 28482/28482/27433 28480/28479/27430 28485/28485/27436</w:t>
        <w:br/>
        <w:t>f 28486/28486/27437 28482/28482/27433 28485/28485/27436</w:t>
        <w:br/>
        <w:t>f 28483/28483/27434 28487/28487/27438 28484/28484/27435</w:t>
        <w:br/>
        <w:t>f 28480/28479/27430 28488/28488/27439 28485/28485/27436</w:t>
        <w:br/>
        <w:t>f 28488/28488/27439 28480/28479/27430 28475/28475/27426</w:t>
        <w:br/>
        <w:t>f 28489/28489/27440 28486/28486/27437 28485/28485/27436</w:t>
        <w:br/>
        <w:t>f 28489/28489/27440 28485/28485/27436 28488/28488/27439</w:t>
        <w:br/>
        <w:t>f 28487/28487/27438 28483/28483/27434 28490/28490/27441</w:t>
        <w:br/>
        <w:t>f 28490/28490/27441 28491/28491/27442 28487/28487/27438</w:t>
        <w:br/>
        <w:t>f 28492/28492/27443 28486/28486/27437 28489/28489/27440</w:t>
        <w:br/>
        <w:t>f 28491/28491/27442 28490/28490/27441 28493/28493/27444</w:t>
        <w:br/>
        <w:t>f 28494/28494/27445 28491/28491/27442 28493/28493/27444</w:t>
        <w:br/>
        <w:t>f 28496/28495/27446 28495/28496/27447 28486/28486/27437</w:t>
        <w:br/>
        <w:t>f 28496/28495/27446 28486/28486/27437 28492/28492/27443</w:t>
        <w:br/>
        <w:t>f 28498/28497/27448 28497/28498/27449 28495/28496/27447</w:t>
        <w:br/>
        <w:t>f 28498/28497/27448 28495/28496/27447 28496/28495/27446</w:t>
        <w:br/>
        <w:t>f 28493/28493/27444 28499/28499/27450 28494/28494/27445</w:t>
        <w:br/>
        <w:t>f 28499/28499/27450 28500/28500/27451 28494/28494/27445</w:t>
        <w:br/>
        <w:t>f 28500/28500/27451 28499/28499/27450 28501/28501/27452</w:t>
        <w:br/>
        <w:t>f 28504/28502/27453 28503/28503/27454 28502/28504/27455</w:t>
        <w:br/>
        <w:t>f 28505/28505/27456 28502/28504/27455 28497/28498/27449</w:t>
        <w:br/>
        <w:t>f 28504/28502/27453 28502/28504/27455 28505/28505/27456</w:t>
        <w:br/>
        <w:t>f 28505/28505/27456 28497/28498/27449 28498/28497/27448</w:t>
        <w:br/>
        <w:t>f 28506/28506/27457 28504/28502/27453 28505/28505/27456</w:t>
        <w:br/>
        <w:t>f 28507/28507/27458 28505/28505/27456 28498/28497/27448</w:t>
        <w:br/>
        <w:t>f 28507/28507/27458 28498/28497/27448 28496/28495/27446</w:t>
        <w:br/>
        <w:t>f 28506/28506/27457 28505/28505/27456 28508/28508/27459</w:t>
        <w:br/>
        <w:t>f 28505/28505/27456 28507/28507/27458 28508/28508/27459</w:t>
        <w:br/>
        <w:t>f 28509/28509/27460 28506/28506/27457 28508/28508/27459</w:t>
        <w:br/>
        <w:t>f 28506/28506/27457 28509/28509/27460 28510/28510/27461</w:t>
        <w:br/>
        <w:t>f 28509/28509/27460 28511/28511/27462 28510/28510/27461</w:t>
        <w:br/>
        <w:t>f 28512/28512/27463 28508/28508/27459 28507/28507/27458</w:t>
        <w:br/>
        <w:t>f 28508/28508/27459 28512/28512/27463 28509/28509/27460</w:t>
        <w:br/>
        <w:t>f 28507/28507/27458 28496/28495/27446 28513/28513/27464</w:t>
        <w:br/>
        <w:t>f 28512/28512/27463 28507/28507/27458 28513/28513/27464</w:t>
        <w:br/>
        <w:t>f 28492/28492/27443 28513/28513/27464 28496/28495/27446</w:t>
        <w:br/>
        <w:t>f 28511/28511/27462 28509/28509/27460 28514/28514/27465</w:t>
        <w:br/>
        <w:t>f 28512/28512/27463 28514/28514/27465 28509/28509/27460</w:t>
        <w:br/>
        <w:t>f 28515/28515/27466 28511/28511/27462 28514/28514/27465</w:t>
        <w:br/>
        <w:t>f 28515/28515/27466 28514/28514/27465 28516/28516/27467</w:t>
        <w:br/>
        <w:t>f 28516/28516/27467 28514/28514/27465 28517/28517/27468</w:t>
        <w:br/>
        <w:t>f 28514/28514/27465 28512/28512/27463 28517/28517/27468</w:t>
        <w:br/>
        <w:t>f 28516/28516/27467 28517/28517/27468 28518/28518/27469</w:t>
        <w:br/>
        <w:t>f 28517/28517/27468 28519/28519/27470 28518/28518/27469</w:t>
        <w:br/>
        <w:t>f 28517/28517/27468 28512/28512/27463 28520/28520/27471</w:t>
        <w:br/>
        <w:t>f 28512/28512/27463 28513/28513/27464 28520/28520/27471</w:t>
        <w:br/>
        <w:t>f 28519/28519/27470 28517/28517/27468 28521/28521/27472</w:t>
        <w:br/>
        <w:t>f 28517/28517/27468 28520/28520/27471 28521/28521/27472</w:t>
        <w:br/>
        <w:t>f 28522/28522/27473 28519/28519/27470 28521/28521/27472</w:t>
        <w:br/>
        <w:t>f 28522/28522/27473 28523/28523/27474 28519/28519/27470</w:t>
        <w:br/>
        <w:t>f 28524/28524/27475 28521/28521/27472 28520/28520/27471</w:t>
        <w:br/>
        <w:t>f 28524/28524/27475 28522/28522/27473 28521/28521/27472</w:t>
        <w:br/>
        <w:t>f 28520/28520/27471 28513/28513/27464 28525/28525/27476</w:t>
        <w:br/>
        <w:t>f 28520/28520/27471 28525/28525/27476 28524/28524/27475</w:t>
        <w:br/>
        <w:t>f 28492/28492/27443 28525/28525/27476 28513/28513/27464</w:t>
        <w:br/>
        <w:t>f 28525/28525/27476 28492/28492/27443 28489/28489/27440</w:t>
        <w:br/>
        <w:t>f 28525/28525/27476 28489/28489/27440 28526/28526/27477</w:t>
        <w:br/>
        <w:t>f 28524/28524/27475 28525/28525/27476 28526/28526/27477</w:t>
        <w:br/>
        <w:t>f 28526/28526/27477 28489/28489/27440 28488/28488/27439</w:t>
        <w:br/>
        <w:t>f 28524/28524/27475 28526/28526/27477 28527/28527/27478</w:t>
        <w:br/>
        <w:t>f 28527/28527/27478 28526/28526/27477 28488/28488/27439</w:t>
        <w:br/>
        <w:t>f 28524/28524/27475 28528/28528/27479 28522/28522/27473</w:t>
        <w:br/>
        <w:t>f 28524/28524/27475 28527/28527/27478 28528/28528/27479</w:t>
        <w:br/>
        <w:t>f 28523/28523/27474 28522/28522/27473 28529/28529/27480</w:t>
        <w:br/>
        <w:t>f 28529/28529/27480 28522/28522/27473 28528/28528/27479</w:t>
        <w:br/>
        <w:t>f 28523/28523/27474 28529/28529/27480 28530/28530/27481</w:t>
        <w:br/>
        <w:t>f 28531/28531/27482 28530/28530/27481 28529/28529/27480</w:t>
        <w:br/>
        <w:t>f 28531/28531/27482 28529/28529/27480 28532/28532/27483</w:t>
        <w:br/>
        <w:t>f 28533/28533/27484 28531/28531/27482 28532/28532/27483</w:t>
        <w:br/>
        <w:t>f 28528/28528/27479 28534/28534/27485 28529/28529/27480</w:t>
        <w:br/>
        <w:t>f 28532/28532/27483 28529/28529/27480 28534/28534/27485</w:t>
        <w:br/>
        <w:t>f 28535/28535/27486 28534/28534/27485 28528/28528/27479</w:t>
        <w:br/>
        <w:t>f 28528/28528/27479 28527/28527/27478 28535/28535/27486</w:t>
        <w:br/>
        <w:t>f 28534/28534/27485 28536/28536/27487 28532/28532/27483</w:t>
        <w:br/>
        <w:t>f 28536/28536/27487 28534/28534/27485 28535/28535/27486</w:t>
        <w:br/>
        <w:t>f 28533/28533/27484 28532/28532/27483 28537/28537/27488</w:t>
        <w:br/>
        <w:t>f 28536/28536/27487 28537/28537/27488 28532/28532/27483</w:t>
        <w:br/>
        <w:t>f 28537/28537/27488 28538/28538/27489 28533/28533/27484</w:t>
        <w:br/>
        <w:t>f 28538/28538/27489 28537/28537/27488 28536/28536/27487</w:t>
        <w:br/>
        <w:t>f 28539/28539/27490 28533/28533/27484 28538/28538/27489</w:t>
        <w:br/>
        <w:t>f 28536/28536/27487 28535/28535/27486 28540/28540/27491</w:t>
        <w:br/>
        <w:t>f 28527/28527/27478 28540/28540/27491 28535/28535/27486</w:t>
        <w:br/>
        <w:t>f 28538/28538/27489 28541/28541/27492 28539/28539/27490</w:t>
        <w:br/>
        <w:t>f 28542/28542/27493 28539/28539/27490 28541/28541/27492</w:t>
        <w:br/>
        <w:t>f 28542/28542/27493 28541/28541/27492 28543/28543/27494</w:t>
        <w:br/>
        <w:t>f 28538/28538/27489 28536/28536/27487 28544/28544/27495</w:t>
        <w:br/>
        <w:t>f 28541/28541/27492 28538/28538/27489 28544/28544/27495</w:t>
        <w:br/>
        <w:t>f 28540/28540/27491 28545/28545/27496 28536/28536/27487</w:t>
        <w:br/>
        <w:t>f 28545/28545/27496 28544/28544/27495 28536/28536/27487</w:t>
        <w:br/>
        <w:t>f 28543/28543/27494 28541/28541/27492 28546/28546/27497</w:t>
        <w:br/>
        <w:t>f 28543/28543/27494 28546/28546/27497 28547/28547/27498</w:t>
        <w:br/>
        <w:t>f 28546/28546/27497 28548/28548/27499 28547/28547/27498</w:t>
        <w:br/>
        <w:t>f 28549/28549/27500 28546/28546/27497 28541/28541/27492</w:t>
        <w:br/>
        <w:t>f 28549/28549/27500 28541/28541/27492 28544/28544/27495</w:t>
        <w:br/>
        <w:t>f 28548/28548/27499 28546/28546/27497 28550/28550/27501</w:t>
        <w:br/>
        <w:t>f 28550/28550/27501 28546/28546/27497 28549/28549/27500</w:t>
        <w:br/>
        <w:t>f 28550/28550/27501 28551/28551/27502 28548/28548/27499</w:t>
        <w:br/>
        <w:t>f 28552/28552/27503 28549/28549/27500 28544/28544/27495</w:t>
        <w:br/>
        <w:t>f 28550/28550/27501 28549/28549/27500 28552/28552/27503</w:t>
        <w:br/>
        <w:t>f 28551/28551/27502 28550/28550/27501 28553/28553/27504</w:t>
        <w:br/>
        <w:t>f 28550/28550/27501 28552/28552/27503 28553/28553/27504</w:t>
        <w:br/>
        <w:t>f 28553/28553/27504 28464/28464/27415 28551/28551/27502</w:t>
        <w:br/>
        <w:t>f 28464/28464/27415 28553/28553/27504 28463/28463/27414</w:t>
        <w:br/>
        <w:t>f 28554/28554/27505 28552/28552/27503 28544/28544/27495</w:t>
        <w:br/>
        <w:t>f 28544/28544/27495 28545/28545/27496 28554/28554/27505</w:t>
        <w:br/>
        <w:t>f 28552/28552/27503 28555/28555/27506 28553/28553/27504</w:t>
        <w:br/>
        <w:t>f 28463/28463/27414 28553/28553/27504 28555/28555/27506</w:t>
        <w:br/>
        <w:t>f 28552/28552/27503 28554/28554/27505 28555/28555/27506</w:t>
        <w:br/>
        <w:t>f 28463/28463/27414 28555/28555/27506 28556/28556/27507</w:t>
        <w:br/>
        <w:t>f 28556/28556/27507 28460/28460/27411 28463/28463/27414</w:t>
        <w:br/>
        <w:t>f 28554/28554/27505 28557/28557/27508 28555/28555/27506</w:t>
        <w:br/>
        <w:t>f 28556/28556/27507 28555/28555/27506 28557/28557/27508</w:t>
        <w:br/>
        <w:t>f 28554/28554/27505 28545/28545/27496 28558/28558/27509</w:t>
        <w:br/>
        <w:t>f 28557/28557/27508 28554/28554/27505 28558/28558/27509</w:t>
        <w:br/>
        <w:t>f 28558/28558/27509 28545/28545/27496 28540/28540/27491</w:t>
        <w:br/>
        <w:t>f 28460/28460/27411 28556/28556/27507 28559/28559/27510</w:t>
        <w:br/>
        <w:t>f 28456/28456/27407 28460/28460/27411 28559/28559/27510</w:t>
        <w:br/>
        <w:t>f 28559/28559/27510 28458/28458/27409 28456/28456/27407</w:t>
        <w:br/>
        <w:t>f 28556/28556/27507 28557/28557/27508 28560/28560/27511</w:t>
        <w:br/>
        <w:t>f 28556/28556/27507 28560/28560/27511 28559/28559/27510</w:t>
        <w:br/>
        <w:t>f 28559/28559/27510 28561/28561/27512 28458/28458/27409</w:t>
        <w:br/>
        <w:t>f 28560/28560/27511 28561/28561/27512 28559/28559/27510</w:t>
        <w:br/>
        <w:t>f 28467/28467/27418 28458/28458/27409 28561/28561/27512</w:t>
        <w:br/>
        <w:t>f 28560/28560/27511 28557/28557/27508 28562/28562/27513</w:t>
        <w:br/>
        <w:t>f 28558/28558/27509 28562/28562/27513 28557/28557/27508</w:t>
        <w:br/>
        <w:t>f 28560/28560/27511 28563/28563/27514 28561/28561/27512</w:t>
        <w:br/>
        <w:t>f 28564/28564/27515 28560/28560/27511 28562/28562/27513</w:t>
        <w:br/>
        <w:t>f 28560/28560/27511 28564/28564/27515 28563/28563/27514</w:t>
        <w:br/>
        <w:t>f 28558/28558/27509 28564/28564/27515 28562/28562/27513</w:t>
        <w:br/>
        <w:t>f 28565/28565/27516 28561/28561/27512 28563/28563/27514</w:t>
        <w:br/>
        <w:t>f 28561/28561/27512 28565/28565/27516 28467/28467/27418</w:t>
        <w:br/>
        <w:t>f 28564/28564/27515 28565/28565/27516 28563/28563/27514</w:t>
        <w:br/>
        <w:t>f 28468/28468/27419 28467/28467/27418 28565/28565/27516</w:t>
        <w:br/>
        <w:t>f 28475/28475/27426 28468/28468/27419 28565/28565/27516</w:t>
        <w:br/>
        <w:t>f 28565/28565/27516 28564/28564/27515 28566/28566/27517</w:t>
        <w:br/>
        <w:t>f 28566/28566/27517 28475/28475/27426 28565/28565/27516</w:t>
        <w:br/>
        <w:t>f 28558/28558/27509 28567/28567/27518 28564/28564/27515</w:t>
        <w:br/>
        <w:t>f 28567/28567/27518 28566/28566/27517 28564/28564/27515</w:t>
        <w:br/>
        <w:t>f 28540/28540/27491 28567/28567/27518 28558/28558/27509</w:t>
        <w:br/>
        <w:t>f 28540/28540/27491 28527/28527/27478 28567/28567/27518</w:t>
        <w:br/>
        <w:t>f 28527/28527/27478 28488/28488/27439 28567/28567/27518</w:t>
        <w:br/>
        <w:t>f 28475/28475/27426 28566/28566/27517 28568/28568/27519</w:t>
        <w:br/>
        <w:t>f 28568/28568/27519 28488/28488/27439 28475/28475/27426</w:t>
        <w:br/>
        <w:t>f 28567/28567/27518 28568/28568/27519 28566/28566/27517</w:t>
        <w:br/>
        <w:t>f 28567/28567/27518 28488/28488/27439 28568/28568/27519</w:t>
        <w:br/>
        <w:t>f 28571/28569/27520 28570/28570/27521 28569/28571/27522</w:t>
        <w:br/>
        <w:t>f 28570/28570/27521 28571/28569/27520 28572/28572/27523</w:t>
        <w:br/>
        <w:t>f 28574/28573/27524 28572/28572/27525 28573/28574/27526</w:t>
        <w:br/>
        <w:t>f 28573/28574/27526 28575/28575/27527 28574/28573/27524</w:t>
        <w:br/>
        <w:t>f 28576/28576/27528 28572/28572/27523 28571/28569/27520</w:t>
        <w:br/>
        <w:t>f 28571/28569/27520 28577/28577/27529 28576/28576/27528</w:t>
        <w:br/>
        <w:t>f 28573/28574/27526 28572/28572/27525 28578/28578/27530</w:t>
        <w:br/>
        <w:t>f 28578/28578/27530 28572/28572/27525 28579/28579/27531</w:t>
        <w:br/>
        <w:t>f 28575/28575/27527 28573/28574/27526 28580/28580/27532</w:t>
        <w:br/>
        <w:t>f 28580/28580/27532 28581/28581/27533 28575/28575/27527</w:t>
        <w:br/>
        <w:t>f 28582/28582/27534 28573/28574/27526 28578/28578/27530</w:t>
        <w:br/>
        <w:t>f 28580/28580/27532 28573/28574/27526 28582/28582/27534</w:t>
        <w:br/>
        <w:t>f 28583/28583/27535 28581/28581/27533 28580/28580/27532</w:t>
        <w:br/>
        <w:t>f 28584/28584/27536 28581/28581/27533 28583/28583/27535</w:t>
        <w:br/>
        <w:t>f 28585/28585/27537 28580/28580/27532 28582/28582/27534</w:t>
        <w:br/>
        <w:t>f 28583/28583/27535 28580/28580/27532 28585/28585/27537</w:t>
        <w:br/>
        <w:t>f 28586/28586/27538 28584/28584/27536 28583/28583/27535</w:t>
        <w:br/>
        <w:t>f 28587/28587/27539 28584/28584/27536 28586/28586/27538</w:t>
        <w:br/>
        <w:t>f 28588/28588/27540 28583/28583/27535 28585/28585/27537</w:t>
        <w:br/>
        <w:t>f 28586/28586/27538 28583/28583/27535 28588/28588/27540</w:t>
        <w:br/>
        <w:t>f 28589/28589/27541 28587/28587/27539 28586/28586/27538</w:t>
        <w:br/>
        <w:t>f 28590/28590/27542 28587/28587/27539 28589/28589/27541</w:t>
        <w:br/>
        <w:t>f 28591/28591/27543 28586/28586/27538 28588/28588/27540</w:t>
        <w:br/>
        <w:t>f 28589/28589/27541 28586/28586/27538 28591/28591/27543</w:t>
        <w:br/>
        <w:t>f 28592/28592/27544 28590/28590/27542 28589/28589/27541</w:t>
        <w:br/>
        <w:t>f 28593/28593/27545 28590/28590/27542 28592/28592/27544</w:t>
        <w:br/>
        <w:t>f 28589/28589/27541 28594/28594/27546 28592/28592/27544</w:t>
        <w:br/>
        <w:t>f 28594/28594/27546 28589/28589/27541 28591/28591/27543</w:t>
        <w:br/>
        <w:t>f 28593/28593/27545 28592/28592/27544 28595/28595/27547</w:t>
        <w:br/>
        <w:t>f 28595/28595/27547 28592/28592/27544 28594/28594/27546</w:t>
        <w:br/>
        <w:t>f 28596/28596/27548 28593/28593/27545 28595/28595/27547</w:t>
        <w:br/>
        <w:t>f 28597/28597/27549 28596/28596/27548 28595/28595/27547</w:t>
        <w:br/>
        <w:t>f 28595/28595/27547 28598/28598/27550 28597/28597/27549</w:t>
        <w:br/>
        <w:t>f 28598/28598/27550 28599/28599/27551 28597/28597/27549</w:t>
        <w:br/>
        <w:t>f 28595/28595/27547 28594/28594/27546 28600/28600/27552</w:t>
        <w:br/>
        <w:t>f 28599/28599/27551 28598/28598/27550 28601/28601/27553</w:t>
        <w:br/>
        <w:t>f 28600/28600/27552 28602/28602/27554 28595/28595/27547</w:t>
        <w:br/>
        <w:t>f 28602/28602/27554 28598/28598/27550 28595/28595/27547</w:t>
        <w:br/>
        <w:t>f 28603/28603/27555 28600/28600/27552 28594/28594/27546</w:t>
        <w:br/>
        <w:t>f 28600/28600/27552 28603/28603/27555 28602/28602/27554</w:t>
        <w:br/>
        <w:t>f 28604/28604/27556 28601/28601/27553 28598/28598/27550</w:t>
        <w:br/>
        <w:t>f 28602/28602/27554 28604/28604/27556 28598/28598/27550</w:t>
        <w:br/>
        <w:t>f 28599/28599/27551 28601/28601/27553 28605/28605/27557</w:t>
        <w:br/>
        <w:t>f 28606/28606/27558 28599/28599/27551 28605/28605/27557</w:t>
        <w:br/>
        <w:t>f 28604/28604/27556 28607/28607/27559 28601/28601/27553</w:t>
        <w:br/>
        <w:t>f 28607/28607/27559 28605/28605/27557 28601/28601/27553</w:t>
        <w:br/>
        <w:t>f 28605/28605/27557 28608/28608/27560 28606/28606/27558</w:t>
        <w:br/>
        <w:t>f 28608/28608/27560 28605/28605/27557 28607/28607/27559</w:t>
        <w:br/>
        <w:t>f 28609/28609/27561 28606/28606/27558 28608/28608/27560</w:t>
        <w:br/>
        <w:t>f 28606/28606/27558 28609/28609/27561 28610/28610/27562</w:t>
        <w:br/>
        <w:t>f 28604/28604/27556 28611/28611/27563 28607/28607/27559</w:t>
        <w:br/>
        <w:t>f 28611/28611/27563 28604/28604/27556 28602/28602/27554</w:t>
        <w:br/>
        <w:t>f 28612/28612/27564 28610/28610/27562 28609/28609/27561</w:t>
        <w:br/>
        <w:t>f 28610/28610/27562 28612/28612/27564 28613/28613/27565</w:t>
        <w:br/>
        <w:t>f 28611/28611/27563 28614/28614/27566 28607/28607/27559</w:t>
        <w:br/>
        <w:t>f 28613/28613/27565 28612/28612/27564 28615/28615/27567</w:t>
        <w:br/>
        <w:t>f 28616/28616/27568 28613/28613/27565 28615/28615/27567</w:t>
        <w:br/>
        <w:t>f 28617/28617/27569 28607/28607/27559 28614/28614/27566</w:t>
        <w:br/>
        <w:t>f 28607/28607/27559 28617/28617/27569 28608/28608/27560</w:t>
        <w:br/>
        <w:t>f 28618/28618/27570 28616/28616/27568 28615/28615/27567</w:t>
        <w:br/>
        <w:t>f 28616/28616/27568 28618/28618/27570 28619/28619/27571</w:t>
        <w:br/>
        <w:t>f 28620/28620/27572 28608/28608/27560 28617/28617/27569</w:t>
        <w:br/>
        <w:t>f 28608/28608/27560 28620/28620/27572 28609/28609/27561</w:t>
        <w:br/>
        <w:t>f 28619/28619/27571 28618/28618/27570 28621/28621/27573</w:t>
        <w:br/>
        <w:t>f 28622/28622/27574 28619/28619/27571 28621/28621/27573</w:t>
        <w:br/>
        <w:t>f 28623/28623/27575 28609/28609/27561 28620/28620/27572</w:t>
        <w:br/>
        <w:t>f 28609/28609/27561 28623/28623/27575 28612/28612/27564</w:t>
        <w:br/>
        <w:t>f 28621/28621/27573 28624/28624/27576 28622/28622/27574</w:t>
        <w:br/>
        <w:t>f 28625/28625/27577 28622/28622/27574 28624/28624/27576</w:t>
        <w:br/>
        <w:t>f 28626/28626/27578 28625/28625/27577 28624/28624/27576</w:t>
        <w:br/>
        <w:t>f 28621/28621/27573 28627/28627/27579 28624/28624/27576</w:t>
        <w:br/>
        <w:t>f 28628/28628/27580 28626/28626/27578 28624/28624/27576</w:t>
        <w:br/>
        <w:t>f 28628/28628/27580 28624/28624/27576 28627/28627/27579</w:t>
        <w:br/>
        <w:t>f 28626/28626/27578 28628/28628/27580 28629/28629/27581</w:t>
        <w:br/>
        <w:t>f 28630/28630/27582 28629/28629/27581 28628/28628/27580</w:t>
        <w:br/>
        <w:t>f 28621/28621/27573 28631/28631/27583 28627/28627/27579</w:t>
        <w:br/>
        <w:t>f 28621/28621/27573 28618/28618/27570 28631/28631/27583</w:t>
        <w:br/>
        <w:t>f 28632/28632/27584 28630/28630/27582 28628/28628/27580</w:t>
        <w:br/>
        <w:t>f 28630/28630/27582 28632/28632/27584 28633/28633/27585</w:t>
        <w:br/>
        <w:t>f 28627/28627/27579 28634/28634/27586 28628/28628/27580</w:t>
        <w:br/>
        <w:t>f 28628/28628/27580 28634/28634/27586 28632/28632/27584</w:t>
        <w:br/>
        <w:t>f 28631/28631/27583 28634/28634/27586 28627/28627/27579</w:t>
        <w:br/>
        <w:t>f 28632/28632/27584 28635/28635/27587 28633/28633/27585</w:t>
        <w:br/>
        <w:t>f 28631/28631/27583 28618/28618/27570 28636/28636/27588</w:t>
        <w:br/>
        <w:t>f 28615/28615/27567 28636/28636/27588 28618/28618/27570</w:t>
        <w:br/>
        <w:t>f 28633/28633/27585 28635/28635/27587 28637/28637/27589</w:t>
        <w:br/>
        <w:t>f 28633/28633/27585 28637/28637/27589 28638/28638/27590</w:t>
        <w:br/>
        <w:t>f 28632/28632/27584 28639/28639/27591 28635/28635/27587</w:t>
        <w:br/>
        <w:t>f 28635/28635/27587 28639/28639/27591 28637/28637/27589</w:t>
        <w:br/>
        <w:t>f 28632/28632/27584 28634/28634/27586 28639/28639/27591</w:t>
        <w:br/>
        <w:t>f 28638/28638/27590 28637/28637/27589 28640/28640/27592</w:t>
        <w:br/>
        <w:t>f 28638/28638/27590 28640/28640/27592 28641/28641/27593</w:t>
        <w:br/>
        <w:t>f 28642/28642/27594 28641/28641/27593 28640/28640/27592</w:t>
        <w:br/>
        <w:t>f 28637/28637/27589 28643/28643/27595 28640/28640/27592</w:t>
        <w:br/>
        <w:t>f 28637/28637/27589 28639/28639/27591 28643/28643/27595</w:t>
        <w:br/>
        <w:t>f 28642/28642/27594 28640/28640/27592 28644/28644/27596</w:t>
        <w:br/>
        <w:t>f 28644/28644/27596 28645/28645/27597 28642/28642/27594</w:t>
        <w:br/>
        <w:t>f 28646/28646/27598 28640/28640/27592 28643/28643/27595</w:t>
        <w:br/>
        <w:t>f 28640/28640/27592 28646/28646/27598 28644/28644/27596</w:t>
        <w:br/>
        <w:t>f 28639/28639/27591 28647/28647/27599 28643/28643/27595</w:t>
        <w:br/>
        <w:t>f 28643/28643/27595 28647/28647/27599 28646/28646/27598</w:t>
        <w:br/>
        <w:t>f 28644/28644/27596 28648/28648/27600 28645/28645/27597</w:t>
        <w:br/>
        <w:t>f 28649/28649/27601 28644/28644/27596 28646/28646/27598</w:t>
        <w:br/>
        <w:t>f 28649/28649/27601 28648/28648/27600 28644/28644/27596</w:t>
        <w:br/>
        <w:t>f 28646/28646/27598 28647/28647/27599 28650/28650/27602</w:t>
        <w:br/>
        <w:t>f 28649/28649/27601 28646/28646/27598 28650/28650/27602</w:t>
        <w:br/>
        <w:t>f 28639/28639/27591 28651/28651/27603 28647/28647/27599</w:t>
        <w:br/>
        <w:t>f 28651/28651/27603 28650/28650/27602 28647/28647/27599</w:t>
        <w:br/>
        <w:t>f 28651/28651/27603 28639/28639/27591 28652/28652/27604</w:t>
        <w:br/>
        <w:t>f 28652/28652/27604 28639/28639/27591 28634/28634/27586</w:t>
        <w:br/>
        <w:t>f 28634/28634/27586 28653/28653/27605 28652/28652/27604</w:t>
        <w:br/>
        <w:t>f 28653/28653/27605 28634/28634/27586 28631/28631/27583</w:t>
        <w:br/>
        <w:t>f 28631/28631/27583 28636/28636/27588 28653/28653/27605</w:t>
        <w:br/>
        <w:t>f 28654/28654/27606 28651/28651/27603 28652/28652/27604</w:t>
        <w:br/>
        <w:t>f 28653/28653/27605 28654/28654/27606 28652/28652/27604</w:t>
        <w:br/>
        <w:t>f 28653/28653/27605 28636/28636/27588 28655/28655/27607</w:t>
        <w:br/>
        <w:t>f 28655/28655/27607 28654/28654/27606 28653/28653/27605</w:t>
        <w:br/>
        <w:t>f 28656/28656/27608 28655/28655/27607 28636/28636/27588</w:t>
        <w:br/>
        <w:t>f 28615/28615/27567 28656/28656/27608 28636/28636/27588</w:t>
        <w:br/>
        <w:t>f 28656/28656/27608 28615/28615/27567 28612/28612/27564</w:t>
        <w:br/>
        <w:t>f 28612/28612/27564 28623/28623/27575 28656/28656/27608</w:t>
        <w:br/>
        <w:t>f 28656/28656/27608 28657/28657/27609 28655/28655/27607</w:t>
        <w:br/>
        <w:t>f 28656/28656/27608 28623/28623/27575 28657/28657/27609</w:t>
        <w:br/>
        <w:t>f 28654/28654/27606 28655/28655/27607 28658/28658/27610</w:t>
        <w:br/>
        <w:t>f 28657/28657/27609 28658/28658/27610 28655/28655/27607</w:t>
        <w:br/>
        <w:t>f 28654/28654/27606 28658/28658/27610 28659/28659/27611</w:t>
        <w:br/>
        <w:t>f 28658/28658/27610 28657/28657/27609 28659/28659/27611</w:t>
        <w:br/>
        <w:t>f 28651/28651/27603 28654/28654/27606 28660/28660/27612</w:t>
        <w:br/>
        <w:t>f 28654/28654/27606 28659/28659/27611 28660/28660/27612</w:t>
        <w:br/>
        <w:t>f 28650/28650/27602 28651/28651/27603 28660/28660/27612</w:t>
        <w:br/>
        <w:t>f 28659/28659/27611 28657/28657/27609 28661/28661/27613</w:t>
        <w:br/>
        <w:t>f 28657/28657/27609 28623/28623/27575 28662/28662/27614</w:t>
        <w:br/>
        <w:t>f 28657/28657/27609 28662/28662/27614 28661/28661/27613</w:t>
        <w:br/>
        <w:t>f 28623/28623/27575 28620/28620/27572 28662/28662/27614</w:t>
        <w:br/>
        <w:t>f 28663/28663/27615 28659/28659/27611 28661/28661/27613</w:t>
        <w:br/>
        <w:t>f 28663/28663/27615 28661/28661/27613 28662/28662/27614</w:t>
        <w:br/>
        <w:t>f 28662/28662/27614 28620/28620/27572 28664/28664/27616</w:t>
        <w:br/>
        <w:t>f 28663/28663/27615 28662/28662/27614 28664/28664/27616</w:t>
        <w:br/>
        <w:t>f 28664/28664/27616 28620/28620/27572 28665/28665/27617</w:t>
        <w:br/>
        <w:t>f 28665/28665/27617 28620/28620/27572 28617/28617/27569</w:t>
        <w:br/>
        <w:t>f 28659/28659/27611 28663/28663/27615 28666/28666/27618</w:t>
        <w:br/>
        <w:t>f 28660/28660/27612 28659/28659/27611 28666/28666/27618</w:t>
        <w:br/>
        <w:t>f 28665/28665/27617 28617/28617/27569 28667/28667/27619</w:t>
        <w:br/>
        <w:t>f 28614/28614/27566 28667/28667/27619 28617/28617/27569</w:t>
        <w:br/>
        <w:t>f 28660/28660/27612 28666/28666/27618 28668/28668/27620</w:t>
        <w:br/>
        <w:t>f 28667/28667/27619 28614/28614/27566 28669/28669/27621</w:t>
        <w:br/>
        <w:t>f 28614/28614/27566 28611/28611/27563 28669/28669/27621</w:t>
        <w:br/>
        <w:t>f 28660/28660/27612 28668/28668/27620 28670/28670/27622</w:t>
        <w:br/>
        <w:t>f 28650/28650/27602 28660/28660/27612 28670/28670/27622</w:t>
        <w:br/>
        <w:t>f 28671/28671/27623 28668/28668/27620 28666/28666/27618</w:t>
        <w:br/>
        <w:t>f 28668/28668/27620 28671/28671/27623 28670/28670/27622</w:t>
        <w:br/>
        <w:t>f 28663/28663/27615 28671/28671/27623 28666/28666/27618</w:t>
        <w:br/>
        <w:t>f 28650/28650/27602 28670/28670/27622 28672/28672/27624</w:t>
        <w:br/>
        <w:t>f 28649/28649/27601 28650/28650/27602 28672/28672/27624</w:t>
        <w:br/>
        <w:t>f 28671/28671/27623 28663/28663/27615 28673/28673/27625</w:t>
        <w:br/>
        <w:t>f 28673/28673/27625 28663/28663/27615 28664/28664/27616</w:t>
        <w:br/>
        <w:t>f 28649/28649/27601 28672/28672/27624 28674/28674/27626</w:t>
        <w:br/>
        <w:t>f 28673/28673/27625 28664/28664/27616 28675/28675/27627</w:t>
        <w:br/>
        <w:t>f 28664/28664/27616 28665/28665/27617 28675/28675/27627</w:t>
        <w:br/>
        <w:t>f 28676/28676/27628 28649/28649/27601 28674/28674/27626</w:t>
        <w:br/>
        <w:t>f 28649/28649/27601 28676/28676/27628 28648/28648/27600</w:t>
        <w:br/>
        <w:t>f 28674/28674/27626 28672/28672/27624 28677/28677/27629</w:t>
        <w:br/>
        <w:t>f 28672/28672/27624 28670/28670/27622 28677/28677/27629</w:t>
        <w:br/>
        <w:t>f 28676/28676/27628 28678/28678/27630 28648/28648/27600</w:t>
        <w:br/>
        <w:t>f 28678/28678/27630 28645/28645/27597 28648/28648/27600</w:t>
        <w:br/>
        <w:t>f 28645/28645/27597 28678/28678/27630 28679/28679/27631</w:t>
        <w:br/>
        <w:t>f 28678/28678/27630 28680/28680/27632 28679/28679/27631</w:t>
        <w:br/>
        <w:t>f 28680/28680/27632 28678/28678/27630 28681/28681/27633</w:t>
        <w:br/>
        <w:t>f 28681/28681/27633 28682/28682/27634 28680/28680/27632</w:t>
        <w:br/>
        <w:t>f 28682/28682/27634 28681/28681/27633 28683/28683/27635</w:t>
        <w:br/>
        <w:t>f 28678/28678/27630 28676/28676/27628 28684/28684/27636</w:t>
        <w:br/>
        <w:t>f 28684/28684/27636 28681/28681/27633 28678/28678/27630</w:t>
        <w:br/>
        <w:t>f 28685/28685/27637 28683/28683/27635 28681/28681/27633</w:t>
        <w:br/>
        <w:t>f 28681/28681/27633 28684/28684/27636 28685/28685/27637</w:t>
        <w:br/>
        <w:t>f 28683/28683/27635 28685/28685/27637 28686/28686/27638</w:t>
        <w:br/>
        <w:t>f 28685/28685/27637 28687/28687/27639 28686/28686/27638</w:t>
        <w:br/>
        <w:t>f 28687/28687/27639 28685/28685/27637 28688/28688/27640</w:t>
        <w:br/>
        <w:t>f 28688/28688/27640 28685/28685/27637 28684/28684/27636</w:t>
        <w:br/>
        <w:t>f 28689/28689/27641 28687/28687/27639 28688/28688/27640</w:t>
        <w:br/>
        <w:t>f 28687/28687/27639 28689/28689/27641 28690/28690/27642</w:t>
        <w:br/>
        <w:t>f 28688/28688/27640 28684/28684/27636 28691/28691/27643</w:t>
        <w:br/>
        <w:t>f 28689/28689/27641 28688/28688/27640 28691/28691/27643</w:t>
        <w:br/>
        <w:t>f 28692/28692/27644 28684/28684/27636 28676/28676/27628</w:t>
        <w:br/>
        <w:t>f 28684/28684/27636 28692/28692/27644 28691/28691/27643</w:t>
        <w:br/>
        <w:t>f 28676/28676/27628 28674/28674/27626 28692/28692/27644</w:t>
        <w:br/>
        <w:t>f 28693/28693/27645 28692/28692/27644 28674/28674/27626</w:t>
        <w:br/>
        <w:t>f 28674/28674/27626 28677/28677/27629 28693/28693/27645</w:t>
        <w:br/>
        <w:t>f 28694/28694/27646 28691/28691/27643 28692/28692/27644</w:t>
        <w:br/>
        <w:t>f 28693/28693/27645 28694/28694/27646 28692/28692/27644</w:t>
        <w:br/>
        <w:t>f 28689/28689/27641 28691/28691/27643 28695/28695/27647</w:t>
        <w:br/>
        <w:t>f 28691/28691/27643 28694/28694/27646 28695/28695/27647</w:t>
        <w:br/>
        <w:t>f 28693/28693/27645 28677/28677/27629 28696/28696/27648</w:t>
        <w:br/>
        <w:t>f 28696/28696/27648 28694/28694/27646 28693/28693/27645</w:t>
        <w:br/>
        <w:t>f 28697/28697/27649 28695/28695/27647 28694/28694/27646</w:t>
        <w:br/>
        <w:t>f 28694/28694/27646 28696/28696/27648 28697/28697/27649</w:t>
        <w:br/>
        <w:t>f 28698/28698/27650 28689/28689/27641 28695/28695/27647</w:t>
        <w:br/>
        <w:t>f 28695/28695/27647 28697/28697/27649 28698/28698/27650</w:t>
        <w:br/>
        <w:t>f 28699/28699/27651 28690/28690/27642 28689/28689/27641</w:t>
        <w:br/>
        <w:t>f 28689/28689/27641 28698/28698/27650 28699/28699/27651</w:t>
        <w:br/>
        <w:t>f 28690/28690/27642 28699/28699/27651 28700/28700/27652</w:t>
        <w:br/>
        <w:t>f 28703/28701/27653 28702/28702/27654 28701/28703/27655</w:t>
        <w:br/>
        <w:t>f 28702/28702/27654 28703/28701/27653 28704/28704/27656</w:t>
        <w:br/>
        <w:t>f 28703/28701/27653 28705/28705/27657 28704/28704/27656</w:t>
        <w:br/>
        <w:t>f 28706/28706/27658 28704/28704/27656 28705/28705/27657</w:t>
        <w:br/>
        <w:t>f 28705/28705/27657 28707/28707/27659 28706/28706/27658</w:t>
        <w:br/>
        <w:t>f 28706/28706/27658 28707/28707/27659 28708/28708/27660</w:t>
        <w:br/>
        <w:t>f 28707/28707/27659 28709/28709/27661 28708/28708/27660</w:t>
        <w:br/>
        <w:t>f 28708/28708/27660 28709/28709/27661 28710/28710/27662</w:t>
        <w:br/>
        <w:t>f 28711/28711/27663 28710/28710/27662 28709/28709/27661</w:t>
        <w:br/>
        <w:t>f 28709/28709/27661 28712/28712/27664 28711/28711/27663</w:t>
        <w:br/>
        <w:t>f 28677/28677/27629 28713/28713/27665 28696/28696/27648</w:t>
        <w:br/>
        <w:t>f 28696/28696/27648 28713/28713/27665 28714/28714/27666</w:t>
        <w:br/>
        <w:t>f 28677/28677/27629 28670/28670/27622 28713/28713/27665</w:t>
        <w:br/>
        <w:t>f 28715/28715/27667 28711/28711/27663 28712/28712/27664</w:t>
        <w:br/>
        <w:t>f 28711/28711/27663 28715/28715/27667 28716/28716/27668</w:t>
        <w:br/>
        <w:t>f 28714/28714/27666 28713/28713/27665 28717/28717/27669</w:t>
        <w:br/>
        <w:t>f 28717/28717/27669 28713/28713/27665 28670/28670/27622</w:t>
        <w:br/>
        <w:t>f 28717/28717/27669 28718/28718/27670 28714/28714/27666</w:t>
        <w:br/>
        <w:t>f 28670/28670/27622 28671/28671/27623 28717/28717/27669</w:t>
        <w:br/>
        <w:t>f 28715/28715/27667 28719/28719/27671 28716/28716/27668</w:t>
        <w:br/>
        <w:t>f 28717/28717/27669 28720/28720/27672 28718/28718/27670</w:t>
        <w:br/>
        <w:t>f 28720/28720/27672 28717/28717/27669 28671/28671/27623</w:t>
        <w:br/>
        <w:t>f 28716/28716/27668 28719/28719/27671 28721/28721/27673</w:t>
        <w:br/>
        <w:t>f 28671/28671/27623 28722/28722/27674 28720/28720/27672</w:t>
        <w:br/>
        <w:t>f 28719/28719/27671 28723/28723/27675 28721/28721/27673</w:t>
        <w:br/>
        <w:t>f 28721/28721/27673 28723/28723/27675 28724/28724/27676</w:t>
        <w:br/>
        <w:t>f 28722/28722/27674 28671/28671/27623 28673/28673/27625</w:t>
        <w:br/>
        <w:t>f 28725/28725/27677 28724/28724/27676 28723/28723/27675</w:t>
        <w:br/>
        <w:t>f 28673/28673/27625 28726/28726/27678 28722/28722/27674</w:t>
        <w:br/>
        <w:t>f 28723/28723/27675 28727/28727/27679 28725/28725/27677</w:t>
        <w:br/>
        <w:t>f 28726/28726/27678 28673/28673/27625 28675/28675/27627</w:t>
        <w:br/>
        <w:t>f 28727/28727/27679 28728/28728/27680 28725/28725/27677</w:t>
        <w:br/>
        <w:t>f 28729/28729/27681 28726/28726/27678 28675/28675/27627</w:t>
        <w:br/>
        <w:t>f 28725/28725/27677 28728/28728/27680 28730/28730/27682</w:t>
        <w:br/>
        <w:t>f 28675/28675/27627 28731/28731/27683 28729/28729/27681</w:t>
        <w:br/>
        <w:t>f 28675/28675/27627 28665/28665/27617 28731/28731/27683</w:t>
        <w:br/>
        <w:t>f 28665/28665/27617 28667/28667/27619 28731/28731/27683</w:t>
        <w:br/>
        <w:t>f 28728/28728/27680 28732/28732/27684 28730/28730/27682</w:t>
        <w:br/>
        <w:t>f 28731/28731/27683 28733/28733/27685 28729/28729/27681</w:t>
        <w:br/>
        <w:t>f 28730/28730/27682 28732/28732/27684 28734/28734/27686</w:t>
        <w:br/>
        <w:t>f 28732/28732/27684 28735/28735/27687 28734/28734/27686</w:t>
        <w:br/>
        <w:t>f 28731/28731/27683 28667/28667/27619 28736/28736/27688</w:t>
        <w:br/>
        <w:t>f 28733/28733/27685 28731/28731/27683 28736/28736/27688</w:t>
        <w:br/>
        <w:t>f 28669/28669/27621 28736/28736/27688 28667/28667/27619</w:t>
        <w:br/>
        <w:t>f 28732/28732/27684 28737/28737/27689 28735/28735/27687</w:t>
        <w:br/>
        <w:t>f 28736/28736/27688 28738/28738/27690 28733/28733/27685</w:t>
        <w:br/>
        <w:t>f 28736/28736/27688 28669/28669/27621 28739/28739/27691</w:t>
        <w:br/>
        <w:t>f 28738/28738/27690 28736/28736/27688 28739/28739/27691</w:t>
        <w:br/>
        <w:t>f 28740/28740/27692 28739/28739/27691 28669/28669/27621</w:t>
        <w:br/>
        <w:t>f 28669/28669/27621 28611/28611/27563 28740/28740/27692</w:t>
        <w:br/>
        <w:t>f 28740/28740/27692 28611/28611/27563 28602/28602/27554</w:t>
        <w:br/>
        <w:t>f 28738/28738/27690 28739/28739/27691 28741/28741/27693</w:t>
        <w:br/>
        <w:t>f 28739/28739/27691 28740/28740/27692 28741/28741/27693</w:t>
        <w:br/>
        <w:t>f 28735/28735/27687 28737/28737/27689 28742/28742/27694</w:t>
        <w:br/>
        <w:t>f 28741/28741/27693 28743/28743/27695 28738/28738/27690</w:t>
        <w:br/>
        <w:t>f 28744/28744/27696 28735/28735/27687 28742/28742/27694</w:t>
        <w:br/>
        <w:t>f 28740/28740/27692 28602/28602/27554 28745/28745/27697</w:t>
        <w:br/>
        <w:t>f 28603/28603/27555 28745/28745/27697 28602/28602/27554</w:t>
        <w:br/>
        <w:t>f 28740/28740/27692 28745/28745/27697 28746/28746/27698</w:t>
        <w:br/>
        <w:t>f 28746/28746/27698 28745/28745/27697 28603/28603/27555</w:t>
        <w:br/>
        <w:t>f 28746/28746/27698 28741/28741/27693 28740/28740/27692</w:t>
        <w:br/>
        <w:t>f 28741/28741/27693 28747/28747/27699 28743/28743/27695</w:t>
        <w:br/>
        <w:t>f 28747/28747/27699 28741/28741/27693 28746/28746/27698</w:t>
        <w:br/>
        <w:t>f 28744/28744/27696 28742/28742/27694 28748/28748/27700</w:t>
        <w:br/>
        <w:t>f 28743/28743/27695 28747/28747/27699 28749/28749/27701</w:t>
        <w:br/>
        <w:t>f 28749/28749/27701 28747/28747/27699 28746/28746/27698</w:t>
        <w:br/>
        <w:t>f 28748/28748/27700 28750/28750/27702 28744/28744/27696</w:t>
        <w:br/>
        <w:t>f 28603/28603/27555 28751/28751/27703 28746/28746/27698</w:t>
        <w:br/>
        <w:t>f 28603/28603/27555 28594/28594/27546 28751/28751/27703</w:t>
        <w:br/>
        <w:t>f 28591/28591/27543 28751/28751/27703 28594/28594/27546</w:t>
        <w:br/>
        <w:t>f 28752/28752/27704 28749/28749/27701 28746/28746/27698</w:t>
        <w:br/>
        <w:t>f 28751/28751/27703 28752/28752/27704 28746/28746/27698</w:t>
        <w:br/>
        <w:t>f 28750/28750/27702 28748/28748/27700 28753/28753/27705</w:t>
        <w:br/>
        <w:t>f 28754/28754/27706 28749/28749/27701 28752/28752/27704</w:t>
        <w:br/>
        <w:t>f 28751/28751/27703 28591/28591/27543 28755/28755/27707</w:t>
        <w:br/>
        <w:t>f 28591/28591/27543 28588/28588/27540 28755/28755/27707</w:t>
        <w:br/>
        <w:t>f 28751/28751/27703 28756/28756/27708 28752/28752/27704</w:t>
        <w:br/>
        <w:t>f 28756/28756/27708 28754/28754/27706 28752/28752/27704</w:t>
        <w:br/>
        <w:t>f 28755/28755/27707 28756/28756/27708 28751/28751/27703</w:t>
        <w:br/>
        <w:t>f 28753/28753/27705 28757/28757/27709 28750/28750/27702</w:t>
        <w:br/>
        <w:t>f 28756/28756/27708 28758/28758/27710 28754/28754/27706</w:t>
        <w:br/>
        <w:t>f 28750/28750/27702 28757/28757/27709 28759/28759/27711</w:t>
        <w:br/>
        <w:t>f 28756/28756/27708 28755/28755/27707 28760/28760/27712</w:t>
        <w:br/>
        <w:t>f 28758/28758/27710 28756/28756/27708 28760/28760/27712</w:t>
        <w:br/>
        <w:t>f 28755/28755/27707 28588/28588/27540 28761/28761/27713</w:t>
        <w:br/>
        <w:t>f 28760/28760/27712 28755/28755/27707 28761/28761/27713</w:t>
        <w:br/>
        <w:t>f 28588/28588/27540 28585/28585/27537 28761/28761/27713</w:t>
        <w:br/>
        <w:t>f 28762/28762/27714 28759/28759/27711 28757/28757/27709</w:t>
        <w:br/>
        <w:t>f 28758/28758/27710 28760/28760/27712 28763/28763/27715</w:t>
        <w:br/>
        <w:t>f 28759/28759/27711 28762/28762/27714 28764/28764/27716</w:t>
        <w:br/>
        <w:t>f 28760/28760/27712 28761/28761/27713 28765/28765/27717</w:t>
        <w:br/>
        <w:t>f 28760/28760/27712 28765/28765/27717 28763/28763/27715</w:t>
        <w:br/>
        <w:t>f 28761/28761/27713 28585/28585/27537 28766/28766/27718</w:t>
        <w:br/>
        <w:t>f 28765/28765/27717 28761/28761/27713 28766/28766/27718</w:t>
        <w:br/>
        <w:t>f 28766/28766/27718 28585/28585/27537 28582/28582/27534</w:t>
        <w:br/>
        <w:t>f 28762/28762/27714 28767/28767/27719 28764/28764/27716</w:t>
        <w:br/>
        <w:t>f 28765/28765/27717 28768/28768/27720 28763/28763/27715</w:t>
        <w:br/>
        <w:t>f 28764/28764/27716 28767/28767/27719 28769/28769/27721</w:t>
        <w:br/>
        <w:t>f 28765/28765/27717 28766/28766/27718 28770/28770/27722</w:t>
        <w:br/>
        <w:t>f 28768/28768/27720 28765/28765/27717 28770/28770/27722</w:t>
        <w:br/>
        <w:t>f 28766/28766/27718 28582/28582/27534 28771/28771/27723</w:t>
        <w:br/>
        <w:t>f 28771/28771/27723 28770/28770/27722 28766/28766/27718</w:t>
        <w:br/>
        <w:t>f 28771/28771/27723 28582/28582/27534 28578/28578/27530</w:t>
        <w:br/>
        <w:t>f 28767/28767/27719 28772/28772/27724 28769/28769/27721</w:t>
        <w:br/>
        <w:t>f 28770/28770/27722 28773/28773/27725 28768/28768/27720</w:t>
        <w:br/>
        <w:t>f 28769/28769/27721 28772/28772/27724 28774/28774/27726</w:t>
        <w:br/>
        <w:t>f 28770/28770/27722 28771/28771/27723 28775/28775/27727</w:t>
        <w:br/>
        <w:t>f 28773/28773/27725 28770/28770/27722 28775/28775/27727</w:t>
        <w:br/>
        <w:t>f 28771/28771/27723 28578/28578/27530 28776/28776/27728</w:t>
        <w:br/>
        <w:t>f 28775/28775/27727 28771/28771/27723 28776/28776/27728</w:t>
        <w:br/>
        <w:t>f 28579/28579/27531 28776/28776/27728 28578/28578/27530</w:t>
        <w:br/>
        <w:t>f 28772/28772/27724 28777/28777/27729 28774/28774/27726</w:t>
        <w:br/>
        <w:t>f 28775/28775/27727 28778/28778/27730 28773/28773/27725</w:t>
        <w:br/>
        <w:t>f 28774/28774/27726 28777/28777/27729 28779/28779/27731</w:t>
        <w:br/>
        <w:t>f 28778/28778/27730 28775/28775/27727 28780/28780/27732</w:t>
        <w:br/>
        <w:t>f 28775/28775/27727 28776/28776/27728 28780/28780/27732</w:t>
        <w:br/>
        <w:t>f 28777/28777/27729 28781/28781/27733 28779/28779/27731</w:t>
        <w:br/>
        <w:t>f 28780/28780/27732 28782/28782/27734 28778/28778/27730</w:t>
        <w:br/>
        <w:t>f 28783/28783/27735 28779/28779/27731 28781/28781/27733</w:t>
        <w:br/>
        <w:t>f 28786/28784/27736 28785/28785/27737 28784/28786/27738</w:t>
        <w:br/>
        <w:t>f 28782/28782/27734 28780/28780/27732 28787/28787/27739</w:t>
        <w:br/>
        <w:t>f 28785/28785/27737 28786/28784/27736 28788/28788/27740</w:t>
        <w:br/>
        <w:t>f 28776/28776/27728 28787/28787/27739 28780/28780/27732</w:t>
        <w:br/>
        <w:t>f 28788/28788/27740 28789/28789/27741 28785/28785/27737</w:t>
        <w:br/>
        <w:t>f 28787/28787/27739 28776/28776/27728 28790/28790/27742</w:t>
        <w:br/>
        <w:t>f 28788/28788/27740 28791/28791/27743 28789/28789/27741</w:t>
        <w:br/>
        <w:t>f 28776/28776/27728 28579/28579/27531 28790/28790/27742</w:t>
        <w:br/>
        <w:t>f 28791/28791/27743 28577/28577/27529 28789/28789/27741</w:t>
        <w:br/>
        <w:t>f 28791/28791/27743 28576/28576/27528 28577/28577/27529</w:t>
        <w:br/>
        <w:t>f 28794/28792/27744 28793/28793/27745 28792/28794/27746</w:t>
        <w:br/>
        <w:t>f 28793/28793/27745 28794/28792/27744 28795/28795/27747</w:t>
        <w:br/>
        <w:t>f 28795/28795/27747 28796/28796/27748 28793/28793/27745</w:t>
        <w:br/>
        <w:t>f 28797/28797/27749 28793/28793/27745 28796/28796/27748</w:t>
        <w:br/>
        <w:t>f 28794/28792/27744 28798/28798/27750 28795/28795/27747</w:t>
        <w:br/>
        <w:t>f 28798/28798/27750 28796/28796/27748 28795/28795/27747</w:t>
        <w:br/>
        <w:t>f 28798/28798/27750 28794/28792/27744 28799/28799/27751</w:t>
        <w:br/>
        <w:t>f 28796/28796/27748 28800/28800/27752 28797/28797/27749</w:t>
        <w:br/>
        <w:t>f 28801/28801/27753 28797/28797/27749 28800/28800/27752</w:t>
        <w:br/>
        <w:t>f 28800/28800/27752 28802/28802/27754 28801/28801/27753</w:t>
        <w:br/>
        <w:t>f 28796/28796/27748 28798/28798/27750 28803/28803/27755</w:t>
        <w:br/>
        <w:t>f 28800/28800/27752 28796/28796/27748 28803/28803/27755</w:t>
        <w:br/>
        <w:t>f 28799/28799/27751 28804/28804/27756 28798/28798/27750</w:t>
        <w:br/>
        <w:t>f 28804/28804/27756 28803/28803/27755 28798/28798/27750</w:t>
        <w:br/>
        <w:t>f 28804/28804/27756 28799/28799/27751 28805/28805/27757</w:t>
        <w:br/>
        <w:t>f 28806/28806/27758 28804/28804/27756 28805/28805/27757</w:t>
        <w:br/>
        <w:t>f 28802/28802/27754 28800/28800/27752 28807/28807/27759</w:t>
        <w:br/>
        <w:t>f 28808/28808/27760 28802/28802/27754 28807/28807/27759</w:t>
        <w:br/>
        <w:t>f 28804/28804/27756 28806/28806/27758 28809/28809/27761</w:t>
        <w:br/>
        <w:t>f 28807/28807/27759 28810/28810/27762 28808/28808/27760</w:t>
        <w:br/>
        <w:t>f 28810/28810/27762 28811/28811/27763 28808/28808/27760</w:t>
        <w:br/>
        <w:t>f 28806/28806/27758 28812/28812/27764 28809/28809/27761</w:t>
        <w:br/>
        <w:t>f 28812/28812/27764 28806/28806/27758 28813/28813/27765</w:t>
        <w:br/>
        <w:t>f 28812/28812/27764 28813/28813/27765 28814/28814/27766</w:t>
        <w:br/>
        <w:t>f 28812/28812/27764 28814/28814/27766 28815/28815/27767</w:t>
        <w:br/>
        <w:t>f 28812/28812/27764 28816/28816/27768 28809/28809/27761</w:t>
        <w:br/>
        <w:t>f 28816/28816/27768 28804/28804/27756 28809/28809/27761</w:t>
        <w:br/>
        <w:t>f 28815/28815/27767 28817/28817/27769 28812/28812/27764</w:t>
        <w:br/>
        <w:t>f 28816/28816/27768 28812/28812/27764 28817/28817/27769</w:t>
        <w:br/>
        <w:t>f 28817/28817/27769 28815/28815/27767 28818/28818/27770</w:t>
        <w:br/>
        <w:t>f 28804/28804/27756 28816/28816/27768 28819/28819/27771</w:t>
        <w:br/>
        <w:t>f 28803/28803/27755 28804/28804/27756 28819/28819/27771</w:t>
        <w:br/>
        <w:t>f 28820/28820/27772 28816/28816/27768 28817/28817/27769</w:t>
        <w:br/>
        <w:t>f 28820/28820/27772 28819/28819/27771 28816/28816/27768</w:t>
        <w:br/>
        <w:t>f 28821/28821/27773 28817/28817/27769 28818/28818/27770</w:t>
        <w:br/>
        <w:t>f 28817/28817/27769 28821/28821/27773 28820/28820/27772</w:t>
        <w:br/>
        <w:t>f 28818/28818/27770 28822/28822/27774 28821/28821/27773</w:t>
        <w:br/>
        <w:t>f 28819/28819/27771 28820/28820/27772 28823/28823/27775</w:t>
        <w:br/>
        <w:t>f 28824/28824/27776 28821/28821/27773 28822/28822/27774</w:t>
        <w:br/>
        <w:t>f 28822/28822/27774 28825/28825/27777 28824/28824/27776</w:t>
        <w:br/>
        <w:t>f 28821/28821/27773 28827/28826/27778 28826/28827/27779</w:t>
        <w:br/>
        <w:t>f 28819/28819/27771 28823/28823/27775 28828/28828/27780</w:t>
        <w:br/>
        <w:t>f 28828/28828/27780 28803/28803/27755 28819/28819/27771</w:t>
        <w:br/>
        <w:t>f 28820/28820/27772 28829/28829/27781 28823/28823/27775</w:t>
        <w:br/>
        <w:t>f 28829/28829/27781 28820/28820/27772 28830/28830/27782</w:t>
        <w:br/>
        <w:t>f 28823/28823/27775 28831/28831/27783 28828/28828/27780</w:t>
        <w:br/>
        <w:t>f 28831/28831/27783 28823/28823/27775 28829/28829/27781</w:t>
        <w:br/>
        <w:t>f 28832/28832/27784 28803/28803/27755 28828/28828/27780</w:t>
        <w:br/>
        <w:t>f 28803/28803/27755 28832/28832/27784 28800/28800/27752</w:t>
        <w:br/>
        <w:t>f 28832/28832/27784 28807/28807/27759 28800/28800/27752</w:t>
        <w:br/>
        <w:t>f 28833/28833/27785 28832/28832/27784 28828/28828/27780</w:t>
        <w:br/>
        <w:t>f 28836/28834/27786 28835/28835/27787 28834/28836/27788</w:t>
        <w:br/>
        <w:t>f 28807/28807/27759 28832/28832/27784 28837/28837/27789</w:t>
        <w:br/>
        <w:t>f 28833/28833/27785 28837/28837/27789 28832/28832/27784</w:t>
        <w:br/>
        <w:t>f 28838/28838/27790 28807/28807/27759 28837/28837/27789</w:t>
        <w:br/>
        <w:t>f 28833/28833/27785 28838/28838/27790 28837/28837/27789</w:t>
        <w:br/>
        <w:t>f 28807/28807/27759 28838/28838/27790 28810/28810/27762</w:t>
        <w:br/>
        <w:t>f 28835/28835/27787 28836/28834/27786 28839/28839/27791</w:t>
        <w:br/>
        <w:t>f 28838/28838/27790 28840/28840/27792 28810/28810/27762</w:t>
        <w:br/>
        <w:t>f 28811/28811/27763 28810/28810/27762 28840/28840/27792</w:t>
        <w:br/>
        <w:t>f 28831/28831/27783 28842/28841/27793 28841/28842/27794</w:t>
        <w:br/>
        <w:t>f 28842/28841/27793 28831/28831/27783 28843/28843/27795</w:t>
        <w:br/>
        <w:t>f 28840/28840/27792 28844/28844/27796 28811/28811/27763</w:t>
        <w:br/>
        <w:t>f 28845/28845/27797 28811/28811/27763 28844/28844/27796</w:t>
        <w:br/>
        <w:t>f 28844/28844/27796 28846/28846/27798 28845/28845/27797</w:t>
        <w:br/>
        <w:t>f 28846/28846/27798 28844/28844/27796 28847/28847/27799</w:t>
        <w:br/>
        <w:t>f 28844/28844/27796 28848/28848/27800 28847/28847/27799</w:t>
        <w:br/>
        <w:t>f 28849/28849/27801 28844/28844/27796 28840/28840/27792</w:t>
        <w:br/>
        <w:t>f 28840/28840/27792 28838/28838/27790 28849/28849/27801</w:t>
        <w:br/>
        <w:t>f 28848/28848/27800 28844/28844/27796 28850/28850/27802</w:t>
        <w:br/>
        <w:t>f 28844/28844/27796 28849/28849/27801 28850/28850/27802</w:t>
        <w:br/>
        <w:t>f 28850/28850/27802 28851/28851/27803 28848/28848/27800</w:t>
        <w:br/>
        <w:t>f 28852/28852/27804 28849/28849/27801 28838/28838/27790</w:t>
        <w:br/>
        <w:t>f 28851/28851/27803 28850/28850/27802 28853/28853/27805</w:t>
        <w:br/>
        <w:t>f 28854/28854/27806 28850/28850/27802 28849/28849/27801</w:t>
        <w:br/>
        <w:t>f 28850/28850/27802 28854/28854/27806 28853/28853/27805</w:t>
        <w:br/>
        <w:t>f 28849/28849/27801 28852/28852/27804 28854/28854/27806</w:t>
        <w:br/>
        <w:t>f 28855/28855/27807 28851/28851/27803 28853/28853/27805</w:t>
        <w:br/>
        <w:t>f 28854/28854/27806 28855/28855/27807 28853/28853/27805</w:t>
        <w:br/>
        <w:t>f 28855/28855/27807 28856/28856/27808 28851/28851/27803</w:t>
        <w:br/>
        <w:t>f 28855/28855/27807 28857/28857/27809 28856/28856/27808</w:t>
        <w:br/>
        <w:t>f 28855/28855/27807 28854/28854/27806 28858/28858/27810</w:t>
        <w:br/>
        <w:t>f 28852/28852/27804 28858/28858/27810 28854/28854/27806</w:t>
        <w:br/>
        <w:t>f 28857/28857/27809 28855/28855/27807 28859/28859/27811</w:t>
        <w:br/>
        <w:t>f 28859/28859/27811 28860/28860/27812 28857/28857/27809</w:t>
        <w:br/>
        <w:t>f 28860/28860/27812 28859/28859/27811 28861/28861/27813</w:t>
        <w:br/>
        <w:t>f 28855/28855/27807 28862/28862/27814 28859/28859/27811</w:t>
        <w:br/>
        <w:t>f 28862/28862/27814 28861/28861/27813 28859/28859/27811</w:t>
        <w:br/>
        <w:t>f 28862/28862/27814 28855/28855/27807 28858/28858/27810</w:t>
        <w:br/>
        <w:t>f 28861/28861/27813 28862/28862/27814 28863/28863/27815</w:t>
        <w:br/>
        <w:t>f 28862/28862/27814 28825/28825/27777 28863/28863/27815</w:t>
        <w:br/>
        <w:t>f 28858/28858/27810 28864/28864/27816 28862/28862/27814</w:t>
        <w:br/>
        <w:t>f 28862/28862/27814 28864/28864/27816 28825/28825/27777</w:t>
        <w:br/>
        <w:t>f 28864/28864/27816 28858/28858/27810 28865/28865/27817</w:t>
        <w:br/>
        <w:t>f 28858/28858/27810 28852/28852/27804 28865/28865/27817</w:t>
        <w:br/>
        <w:t>f 28825/28825/27777 28864/28864/27816 28866/28866/27818</w:t>
        <w:br/>
        <w:t>f 28867/28867/27819 28864/28864/27816 28865/28865/27817</w:t>
        <w:br/>
        <w:t>f 28866/28866/27818 28824/28824/27776 28825/28825/27777</w:t>
        <w:br/>
        <w:t>f 28865/28865/27817 28852/28852/27804 28868/28868/27820</w:t>
        <w:br/>
        <w:t>f 28869/28869/27821 28824/28824/27776 28866/28866/27818</w:t>
        <w:br/>
        <w:t>f 28866/28866/27818 28865/28865/27822 28870/28870/27823</w:t>
        <w:br/>
        <w:t>f 28870/28870/27823 28869/28869/27821 28866/28866/27818</w:t>
        <w:br/>
        <w:t>f 28872/28871/27824 28871/28872/27825 28865/28865/27817</w:t>
        <w:br/>
        <w:t>f 28865/28865/27817 28868/28868/27820 28872/28871/27824</w:t>
        <w:br/>
        <w:t>f 28870/28870/27823 28874/28873/27826 28873/28874/27827</w:t>
        <w:br/>
        <w:t>f 28872/28871/27824 28874/28873/27826 28871/28872/27825</w:t>
        <w:br/>
        <w:t>f 28824/28824/27776 28869/28869/27821 28875/28875/27828</w:t>
        <w:br/>
        <w:t>f 28876/28876/27829 28873/28874/27827 28874/28873/27826</w:t>
        <w:br/>
        <w:t>f 28877/28877/27830 28824/28824/27776 28875/28875/27828</w:t>
        <w:br/>
        <w:t>f 28874/28873/27826 28878/28878/27831 28876/28876/27829</w:t>
        <w:br/>
        <w:t>f 28824/28824/27776 28877/28877/27830 28821/28821/27773</w:t>
        <w:br/>
        <w:t>f 28827/28826/27778 28821/28821/27773 28877/28877/27830</w:t>
        <w:br/>
        <w:t>f 28878/28878/27831 28874/28873/27826 28827/28826/27778</w:t>
        <w:br/>
        <w:t>f 28874/28873/27826 28829/28829/27781 28830/28830/27782</w:t>
        <w:br/>
        <w:t>f 28829/28829/27781 28874/28873/27826 28842/28841/27793</w:t>
        <w:br/>
        <w:t>f 28874/28873/27826 28872/28871/27824 28842/28841/27793</w:t>
        <w:br/>
        <w:t>f 28879/28879/27832 28841/28842/27794 28842/28841/27793</w:t>
        <w:br/>
        <w:t>f 28841/28842/27794 28879/28879/27832 28880/28880/27833</w:t>
        <w:br/>
        <w:t>f 28868/28868/27820 28880/28880/27833 28872/28871/27824</w:t>
        <w:br/>
        <w:t>f 28881/28881/27834 28835/28835/27787 28839/28839/27791</w:t>
        <w:br/>
        <w:t>f 28880/28880/27833 28868/28868/27820 28882/28882/27835</w:t>
        <w:br/>
        <w:t>f 28883/28883/27836 28835/28835/27787 28881/28881/27834</w:t>
        <w:br/>
        <w:t>f 28884/28884/27837 28868/28868/27820 28852/28852/27804</w:t>
        <w:br/>
        <w:t>f 28884/28884/27837 28838/28838/27790 28833/28833/27785</w:t>
        <w:br/>
        <w:t>f 28852/28852/27804 28838/28838/27790 28884/28884/27837</w:t>
        <w:br/>
        <w:t>f 28887/28885/27838 28886/28886/27839 28885/28887/27840</w:t>
        <w:br/>
        <w:t>f 28886/28886/27839 28887/28885/27838 28888/28888/27841</w:t>
        <w:br/>
        <w:t>f 28886/28886/27839 28888/28888/27841 28889/28889/27842</w:t>
        <w:br/>
        <w:t>f 28890/28890/27843 28886/28886/27839 28889/28889/27842</w:t>
        <w:br/>
        <w:t>f 28889/28889/27842 28891/28891/27844 28890/28890/27843</w:t>
        <w:br/>
        <w:t>f 28888/28888/27841 28887/28885/27838 28892/28892/27845</w:t>
        <w:br/>
        <w:t>f 28892/28892/27845 28889/28889/27842 28888/28888/27841</w:t>
        <w:br/>
        <w:t>f 28893/28893/27846 28892/28892/27845 28887/28885/27838</w:t>
        <w:br/>
        <w:t>f 28894/28894/27847 28892/28892/27845 28893/28893/27846</w:t>
        <w:br/>
        <w:t>f 28891/28891/27844 28889/28889/27842 28895/28895/27848</w:t>
        <w:br/>
        <w:t>f 28896/28896/27849 28891/28891/27844 28895/28895/27848</w:t>
        <w:br/>
        <w:t>f 28889/28889/27842 28892/28892/27845 28897/28897/27850</w:t>
        <w:br/>
        <w:t>f 28897/28897/27850 28895/28895/27848 28889/28889/27842</w:t>
        <w:br/>
        <w:t>f 28892/28892/27845 28894/28894/27847 28898/28898/27851</w:t>
        <w:br/>
        <w:t>f 28899/28899/27852 28898/28898/27851 28894/28894/27847</w:t>
        <w:br/>
        <w:t>f 28892/28892/27845 28900/28900/27853 28897/28897/27850</w:t>
        <w:br/>
        <w:t>f 28892/28892/27845 28898/28898/27851 28900/28900/27853</w:t>
        <w:br/>
        <w:t>f 28898/28898/27851 28899/28899/27852 28901/28901/27854</w:t>
        <w:br/>
        <w:t>f 28901/28901/27854 28900/28900/27853 28898/28898/27851</w:t>
        <w:br/>
        <w:t>f 28902/28902/27855 28901/28901/27854 28899/28899/27852</w:t>
        <w:br/>
        <w:t>f 28901/28901/27854 28902/28902/27855 28903/28903/27856</w:t>
        <w:br/>
        <w:t>f 28903/28903/27856 28904/28904/27857 28901/28901/27854</w:t>
        <w:br/>
        <w:t>f 28904/28904/27857 28905/28905/27858 28901/28901/27854</w:t>
        <w:br/>
        <w:t>f 28900/28900/27853 28901/28901/27854 28905/28905/27858</w:t>
        <w:br/>
        <w:t>f 28904/28904/27857 28906/28906/27859 28905/28905/27858</w:t>
        <w:br/>
        <w:t>f 28905/28905/27858 28906/28906/27859 28900/28900/27853</w:t>
        <w:br/>
        <w:t>f 28906/28906/27859 28904/28904/27857 28907/28907/27860</w:t>
        <w:br/>
        <w:t>f 28906/28906/27859 28907/28907/27860 28896/28896/27849</w:t>
        <w:br/>
        <w:t>f 28896/28896/27849 28895/28895/27848 28906/28906/27859</w:t>
        <w:br/>
        <w:t>f 28906/28906/27859 28908/28908/27861 28900/28900/27853</w:t>
        <w:br/>
        <w:t>f 28906/28906/27859 28895/28895/27848 28908/28908/27861</w:t>
        <w:br/>
        <w:t>f 28909/28909/27862 28900/28900/27853 28908/28908/27861</w:t>
        <w:br/>
        <w:t>f 28910/28910/27863 28908/28908/27861 28895/28895/27848</w:t>
        <w:br/>
        <w:t>f 28897/28897/27850 28900/28900/27853 28909/28909/27862</w:t>
        <w:br/>
        <w:t>f 28895/28895/27848 28897/28897/27850 28909/28909/27862</w:t>
        <w:br/>
        <w:t>f 28913/28911/27864 28912/28912/27865 28911/28913/27866</w:t>
        <w:br/>
        <w:t>f 28912/28912/27865 28913/28911/27864 28914/28914/27867</w:t>
        <w:br/>
        <w:t>f 28913/28911/27864 28915/28915/27868 28914/28914/27867</w:t>
        <w:br/>
        <w:t>f 28913/28911/27864 28916/28916/27869 28915/28915/27868</w:t>
        <w:br/>
        <w:t>f 28917/28917/27870 28915/28915/27868 28916/28916/27869</w:t>
        <w:br/>
        <w:t>f 28912/28912/27865 28914/28914/27867 28918/28918/27871</w:t>
        <w:br/>
        <w:t>f 28912/28912/27865 28918/28918/27871 28919/28919/27872</w:t>
        <w:br/>
        <w:t>f 28918/28918/27871 28920/28920/27873 28919/28919/27872</w:t>
        <w:br/>
        <w:t>f 28915/28915/27868 28921/28921/27874 28914/28914/27867</w:t>
        <w:br/>
        <w:t>f 28914/28914/27867 28921/28921/27874 28918/28918/27871</w:t>
        <w:br/>
        <w:t>f 28915/28915/27868 28917/28917/27870 28922/28922/27875</w:t>
        <w:br/>
        <w:t>f 28922/28922/27875 28921/28921/27874 28915/28915/27868</w:t>
        <w:br/>
        <w:t>f 28923/28923/27876 28922/28922/27875 28917/28917/27870</w:t>
        <w:br/>
        <w:t>f 28918/28918/27871 28924/28924/27877 28920/28920/27873</w:t>
        <w:br/>
        <w:t>f 28924/28924/27877 28925/28925/27878 28920/28920/27873</w:t>
        <w:br/>
        <w:t>f 28923/28923/27876 28926/28926/27879 28922/28922/27875</w:t>
        <w:br/>
        <w:t>f 28923/28923/27876 28927/28927/27880 28926/28926/27879</w:t>
        <w:br/>
        <w:t>f 28928/28928/27881 28926/28926/27879 28927/28927/27880</w:t>
        <w:br/>
        <w:t>f 28921/28921/27874 28922/28922/27875 28929/28929/27882</w:t>
        <w:br/>
        <w:t>f 28926/28926/27879 28929/28929/27882 28922/28922/27875</w:t>
        <w:br/>
        <w:t>f 28930/28930/27883 28918/28918/27871 28921/28921/27874</w:t>
        <w:br/>
        <w:t>f 28930/28930/27883 28921/28921/27874 28929/28929/27882</w:t>
        <w:br/>
        <w:t>f 28918/28918/27871 28930/28930/27883 28924/28924/27877</w:t>
        <w:br/>
        <w:t>f 28929/28929/27882 28926/28926/27879 28931/28931/27884</w:t>
        <w:br/>
        <w:t>f 28930/28930/27883 28929/28929/27882 28932/28932/27885</w:t>
        <w:br/>
        <w:t>f 28926/28926/27879 28930/28930/27883 28931/28931/27884</w:t>
        <w:br/>
        <w:t>f 28925/28925/27878 28924/28924/27877 28933/28933/27886</w:t>
        <w:br/>
        <w:t>f 28930/28930/27883 28933/28933/27886 28924/28924/27877</w:t>
        <w:br/>
        <w:t>f 28933/28933/27886 28934/28934/27887 28925/28925/27878</w:t>
        <w:br/>
        <w:t>f 28934/28934/27887 28933/28933/27886 28935/28935/27888</w:t>
        <w:br/>
        <w:t>f 28933/28933/27886 28928/28928/27881 28935/28935/27888</w:t>
        <w:br/>
        <w:t>f 28926/28926/27879 28936/28936/27889 28930/28930/27883</w:t>
        <w:br/>
        <w:t>f 28933/28933/27886 28930/28930/27883 28936/28936/27889</w:t>
        <w:br/>
        <w:t>f 28926/28926/27879 28928/28928/27881 28936/28936/27889</w:t>
        <w:br/>
        <w:t>f 28928/28928/27881 28933/28933/27886 28936/28936/27889</w:t>
        <w:br/>
        <w:t>f 28939/28937/27890 28938/28938/27891 28937/28939/27890</w:t>
        <w:br/>
        <w:t>f 28942/28940/27892 28941/28941/27893 28940/28942/27894</w:t>
        <w:br/>
        <w:t>f 28937/28939/27890 28938/28938/27891 28943/28943/27895</w:t>
        <w:br/>
        <w:t>f 28941/28941/27893 28944/28944/27896 28940/28942/27894</w:t>
        <w:br/>
        <w:t>f 28945/28945/27897 28943/28943/27895 28938/28938/27891</w:t>
        <w:br/>
        <w:t>f 28944/28944/27896 28941/28941/27893 28946/28946/27896</w:t>
        <w:br/>
        <w:t>f 28943/28943/27895 28945/28945/27897 28947/28947/27897</w:t>
        <w:br/>
        <w:t>f 28946/28946/27896 28948/28948/27898 28944/28944/27896</w:t>
        <w:br/>
        <w:t>f 28949/28949/27899 28947/28947/27897 28945/28945/27897</w:t>
        <w:br/>
        <w:t>f 28948/28948/27898 28946/28946/27896 28950/28950/27900</w:t>
        <w:br/>
        <w:t>f 28947/28947/27897 28949/28949/27899 26440/26440/27901</w:t>
        <w:br/>
        <w:t>f 28948/28948/27898 28950/28950/27900 28951/28951/27902</w:t>
        <w:br/>
        <w:t>f 28949/28949/27899 28952/28952/27903 26440/26440/27901</w:t>
        <w:br/>
        <w:t>f 28952/28952/27903 28949/28949/27899 28953/28953/27904</w:t>
        <w:br/>
        <w:t>f 28956/28954/27905 28955/28955/27906 28954/28956/27907</w:t>
        <w:br/>
        <w:t>f 28957/28957/27908 28956/28954/27905 28954/28956/27907</w:t>
        <w:br/>
        <w:t>f 28955/28955/27906 28956/28954/27905 28958/28958/27909</w:t>
        <w:br/>
        <w:t>f 28956/28954/27905 28957/28957/27908 28959/28959/27910</w:t>
        <w:br/>
        <w:t>f 28960/28960/27911 28959/28959/27910 28957/28957/27908</w:t>
        <w:br/>
        <w:t>f 28959/28959/27910 28960/28960/27911 28961/28961/27912</w:t>
        <w:br/>
        <w:t>f 28962/28962/27913 28958/28958/27909 28956/28954/27905</w:t>
        <w:br/>
        <w:t>f 28959/28959/27910 28962/28962/27913 28956/28954/27905</w:t>
        <w:br/>
        <w:t>f 28958/28958/27909 28962/28962/27913 28963/28963/27914</w:t>
        <w:br/>
        <w:t>f 28961/28961/27912 28964/28964/27915 28959/28959/27910</w:t>
        <w:br/>
        <w:t>f 28962/28962/27913 28959/28959/27910 28964/28964/27915</w:t>
        <w:br/>
        <w:t>f 28964/28964/27915 28961/28961/27912 28965/28965/27916</w:t>
        <w:br/>
        <w:t>f 28962/28962/27913 28966/28966/27917 28963/28963/27914</w:t>
        <w:br/>
        <w:t>f 28965/28965/27916 28967/28967/27918 28964/28964/27915</w:t>
        <w:br/>
        <w:t>f 28969/28968/27919 28962/28962/27913 28968/28969/27920</w:t>
        <w:br/>
        <w:t>f 28966/28966/27917 28962/28962/27913 28969/28968/27919</w:t>
        <w:br/>
        <w:t>f 28967/28967/27918 28970/28970/27921 28964/28964/27915</w:t>
        <w:br/>
        <w:t>f 28971/28971/27922 28969/28968/27919 28964/28964/27923</w:t>
        <w:br/>
        <w:t>f 28972/28972/27924 28970/28970/27921 28967/28967/27918</w:t>
        <w:br/>
        <w:t>f 28973/28973/27925 28969/28968/27919 28971/28971/27922</w:t>
        <w:br/>
        <w:t>f 28966/28966/27917 28969/28968/27919 28974/28974/27926</w:t>
        <w:br/>
        <w:t>f 28969/28968/27919 28973/28973/27925 28975/28975/27927</w:t>
        <w:br/>
        <w:t>f 28966/28966/27917 28974/28974/27926 28976/28976/27928</w:t>
        <w:br/>
        <w:t>f 28975/28975/27927 28973/28973/27925 28977/28977/27929</w:t>
        <w:br/>
        <w:t>f 28978/28978/27930 28972/28972/27924 28967/28967/27918</w:t>
        <w:br/>
        <w:t>f 28979/28979/27931 28977/28977/27929 28973/28973/27925</w:t>
        <w:br/>
        <w:t>f 28967/28967/27918 28980/28980/27932 28978/28978/27930</w:t>
        <w:br/>
        <w:t>f 28967/28967/27918 28981/28981/27933 28980/28980/27932</w:t>
        <w:br/>
        <w:t>f 28984/28982/27934 28983/28983/27935 28982/28984/27936</w:t>
        <w:br/>
        <w:t>f 28979/28979/27931 28983/28983/27935 28985/28985/27937</w:t>
        <w:br/>
        <w:t>f 28983/28983/27935 28984/28982/27934 28985/28985/27937</w:t>
        <w:br/>
        <w:t>f 28985/28985/27937 28977/28977/27929 28979/28979/27931</w:t>
        <w:br/>
        <w:t>f 28988/28986/27938 28987/28987/27939 28986/28988/27940</w:t>
        <w:br/>
        <w:t>f 28987/28987/27939 28988/28986/27938 28989/28989/27941</w:t>
        <w:br/>
        <w:t>f 28989/28989/27941 28990/28990/27942 28987/28987/27939</w:t>
        <w:br/>
        <w:t>f 28991/28991/27943 28987/28987/27939 28990/28990/27942</w:t>
        <w:br/>
        <w:t>f 28977/28977/27929 28985/28985/27937 28992/28992/27944</w:t>
        <w:br/>
        <w:t>f 28993/28993/27945 28992/28992/27944 28985/28985/27937</w:t>
        <w:br/>
        <w:t>f 28995/28994/27946 28994/28995/27947 28993/28993/27945</w:t>
        <w:br/>
        <w:t>f 28992/28992/27944 28993/28993/27945 28994/28995/27947</w:t>
        <w:br/>
        <w:t>f 28996/28996/27948 28994/28995/27947 28995/28994/27946</w:t>
        <w:br/>
        <w:t>f 28997/28997/27949 28994/28995/27947 28996/28996/27948</w:t>
        <w:br/>
        <w:t>f 28994/28995/27947 28997/28997/27949 28998/28998/27950</w:t>
        <w:br/>
        <w:t>f 28998/28998/27950 28999/28999/27951 28994/28995/27947</w:t>
        <w:br/>
        <w:t>f 29000/29000/27952 28994/28995/27947 28999/28999/27951</w:t>
        <w:br/>
        <w:t>f 29002/29001/27953 29001/29002/27954 28992/28992/27944</w:t>
        <w:br/>
        <w:t>f 28992/28992/27944 29001/29002/27954 28977/28977/27929</w:t>
        <w:br/>
        <w:t>f 28976/28976/27928 29003/29003/27955 28966/28966/27917</w:t>
        <w:br/>
        <w:t>f 29001/29002/27954 29002/29001/27953 29004/29004/27956</w:t>
        <w:br/>
        <w:t>f 29003/29003/27955 29005/29005/27957 28966/28966/27917</w:t>
        <w:br/>
        <w:t>f 29008/29006/27958 29007/29007/27959 29006/29008/27960</w:t>
        <w:br/>
        <w:t>f 29006/29008/27960 29009/29009/27961 29008/29006/27958</w:t>
        <w:br/>
        <w:t>f 29007/29007/27959 29008/29006/27958 29010/29010/27962</w:t>
        <w:br/>
        <w:t>f 29011/29011/27963 29008/29006/27958 29009/29009/27961</w:t>
        <w:br/>
        <w:t>f 29009/29009/27961 29012/29012/27964 29011/29011/27963</w:t>
        <w:br/>
        <w:t>f 29012/29012/27964 29013/29013/27965 29011/29011/27963</w:t>
        <w:br/>
        <w:t>f 29014/29014/27966 29010/29010/27962 29008/29006/27958</w:t>
        <w:br/>
        <w:t>f 29011/29011/27963 29014/29014/27966 29008/29006/27958</w:t>
        <w:br/>
        <w:t>f 29014/29014/27966 29015/29015/27967 29010/29010/27962</w:t>
        <w:br/>
        <w:t>f 29011/29011/27963 29013/29013/27965 29016/29016/27968</w:t>
        <w:br/>
        <w:t>f 29016/29016/27968 29014/29014/27966 29011/29011/27963</w:t>
        <w:br/>
        <w:t>f 29017/29017/27969 29016/29016/27968 29013/29013/27965</w:t>
        <w:br/>
        <w:t>f 29018/29018/27970 29015/29015/27967 29014/29014/27966</w:t>
        <w:br/>
        <w:t>f 29014/29014/27966 29016/29016/27968 29018/29018/27970</w:t>
        <w:br/>
        <w:t>f 29021/29019/27971 29020/29020/27972 29019/29021/27973</w:t>
        <w:br/>
        <w:t>f 29016/29016/27968 29017/29017/27969 29022/29022/27974</w:t>
        <w:br/>
        <w:t>f 29022/29022/27974 29018/29018/27970 29016/29016/27968</w:t>
        <w:br/>
        <w:t>f 29025/29023/27975 29024/29024/27976 29023/29025/27977</w:t>
        <w:br/>
        <w:t>f 29026/29026/27978 29019/29021/27973 29020/29020/27972</w:t>
        <w:br/>
        <w:t>f 29027/29027/27979 29026/29026/27978 29020/29020/27972</w:t>
        <w:br/>
        <w:t>f 29030/29028/27980 29029/29029/27981 29028/29030/27980</w:t>
        <w:br/>
        <w:t>f 29024/29024/27976 29025/29023/27975 29031/29031/27982</w:t>
        <w:br/>
        <w:t>f 29026/29026/27978 29027/29027/27979 29032/29032/27983</w:t>
        <w:br/>
        <w:t>f 29025/29023/27975 29033/29033/27984 29031/29031/27982</w:t>
        <w:br/>
        <w:t>f 29026/29026/27978 29032/29032/27983 29033/29033/27985</w:t>
        <w:br/>
        <w:t>f 29033/29033/27984 29025/29023/27975 29034/29034/27986</w:t>
        <w:br/>
        <w:t>f 29037/29035/27987 29036/29036/27988 29035/29037/27989</w:t>
        <w:br/>
        <w:t>f 29038/29038/27990 29029/29029/27991 29026/29026/27978</w:t>
        <w:br/>
        <w:t>f 29026/29026/27978 29033/29033/27985 29038/29038/27990</w:t>
        <w:br/>
        <w:t>f 29041/29039/27992 29040/29040/27993 29039/29041/27994</w:t>
        <w:br/>
        <w:t>f 29042/29042/27995 29040/29040/27993 29041/29039/27992</w:t>
        <w:br/>
        <w:t>f 29045/29043/27996 29044/29044/27997 29043/29045/27998</w:t>
        <w:br/>
        <w:t>f 29046/29046/27999 29044/29044/27997 29045/29043/27996</w:t>
        <w:br/>
        <w:t>f 29045/29043/27996 29047/29047/28000 29046/29046/27999</w:t>
        <w:br/>
        <w:t>f 29041/29039/27992 29039/29041/27994 29048/29048/28001</w:t>
        <w:br/>
        <w:t>f 29047/29047/28000 29045/29043/27996 29049/29049/28002</w:t>
        <w:br/>
        <w:t>f 29039/29041/27994 29050/29050/28003 29048/29048/28001</w:t>
        <w:br/>
        <w:t>f 29049/29049/28002 29051/29051/28004 29047/29047/28000</w:t>
        <w:br/>
        <w:t>f 29051/29051/28004 29049/29049/28002 29052/29052/28005</w:t>
        <w:br/>
        <w:t>f 29050/29050/28003 29052/29052/28006 29048/29048/28001</w:t>
        <w:br/>
        <w:t>f 29054/29053/28007 29053/29054/28008 29051/29051/28009</w:t>
        <w:br/>
        <w:t>f 29036/29036/27988 29037/29035/27987 29055/29055/28010</w:t>
        <w:br/>
        <w:t>f 29052/29052/28006 29050/29050/28003 29056/29056/28011</w:t>
        <w:br/>
        <w:t>f 29057/29057/28012 29055/29055/28010 29037/29035/27987</w:t>
        <w:br/>
        <w:t>f 29052/29052/28006 29056/29056/28011 29058/29058/28013</w:t>
        <w:br/>
        <w:t>f 29055/29055/28010 29057/29057/28012 29059/29059/28014</w:t>
        <w:br/>
        <w:t>f 29053/29054/28008 29054/29053/28007 29060/29060/28015</w:t>
        <w:br/>
        <w:t>f 29052/29052/28006 29058/29058/28013 29061/29061/28016</w:t>
        <w:br/>
        <w:t>f 29057/29057/28012 29062/29062/28017 29059/29059/28014</w:t>
        <w:br/>
        <w:t>f 29058/29058/28013 29063/29063/28018 29061/29061/28016</w:t>
        <w:br/>
        <w:t>f 29062/29062/28017 29057/29057/28012 29064/29064/28019</w:t>
        <w:br/>
        <w:t>f 29060/29060/28015 29065/29065/28020 29053/29054/28008</w:t>
        <w:br/>
        <w:t>f 29061/29061/28016 29063/29063/28018 29066/29066/28021</w:t>
        <w:br/>
        <w:t>f 29067/29067/28022 29053/29054/28008 29065/29065/28020</w:t>
        <w:br/>
        <w:t>f 29064/29064/28019 29068/29068/28023 29062/29062/28017</w:t>
        <w:br/>
        <w:t>f 29069/29069/28024 29066/29066/28021 29063/29063/28018</w:t>
        <w:br/>
        <w:t>f 29068/29068/28023 29064/29064/28019 29070/29070/28025</w:t>
        <w:br/>
        <w:t>f 29065/29065/28020 29071/29071/28026 29067/29067/28022</w:t>
        <w:br/>
        <w:t>f 29066/29066/28021 29069/29069/28024 29072/29072/28027</w:t>
        <w:br/>
        <w:t>f 29067/29067/28022 29071/29071/28026 29073/29073/28028</w:t>
        <w:br/>
        <w:t>f 29074/29074/28029 29068/29068/28023 29070/29070/28025</w:t>
        <w:br/>
        <w:t>f 29071/29071/28026 29075/29075/28030 29073/29073/28028</w:t>
        <w:br/>
        <w:t>f 29073/29073/28028 29075/29075/28030 29076/29076/28031</w:t>
        <w:br/>
        <w:t>f 29068/29068/28023 29077/29077/28032 29072/29072/28027</w:t>
        <w:br/>
        <w:t>f 29078/29078/28033 29068/29068/28023 29074/29074/28029</w:t>
        <w:br/>
        <w:t>f 29079/29079/28034 29072/29072/28027 29077/29077/28032</w:t>
        <w:br/>
        <w:t>f 29074/29074/28029 29080/29080/28035 29078/29078/28033</w:t>
        <w:br/>
        <w:t>f 29080/29080/28035 29079/29079/28034 29077/29077/28032</w:t>
        <w:br/>
        <w:t>f 29080/29080/28035 29074/29074/28029 29081/29081/28036</w:t>
        <w:br/>
        <w:t>f 29082/29082/28037 29080/29080/28035 29081/29081/28036</w:t>
        <w:br/>
        <w:t>f 29075/29075/28030 29083/29083/28038 29076/29076/28031</w:t>
        <w:br/>
        <w:t>f 29079/29079/28034 29080/29080/28035 29084/29084/28039</w:t>
        <w:br/>
        <w:t>f 29085/29085/28040 29076/29076/28031 29083/29083/28038</w:t>
        <w:br/>
        <w:t>f 29080/29080/28035 29082/29082/28037 29086/29086/28041</w:t>
        <w:br/>
        <w:t>f 29080/29080/28035 29087/29087/28042 29084/29084/28039</w:t>
        <w:br/>
        <w:t>f 29088/29088/28043 29086/29086/28041 29082/29082/28037</w:t>
        <w:br/>
        <w:t>f 29086/29086/28041 29088/29088/28043 29089/29089/28044</w:t>
        <w:br/>
        <w:t>f 29090/29090/28045 29085/29085/28040 29083/29083/28038</w:t>
        <w:br/>
        <w:t>f 29091/29091/28046 29084/29084/28039 29087/29087/28042</w:t>
        <w:br/>
        <w:t>f 29092/29092/28047 29091/29091/28046 29087/29087/28042</w:t>
        <w:br/>
        <w:t>f 29093/29093/28048 29085/29085/28040 29090/29090/28045</w:t>
        <w:br/>
        <w:t>f 29091/29091/28046 29092/29092/28047 29094/29094/28049</w:t>
        <w:br/>
        <w:t>f 29090/29090/28045 29095/29095/28050 29093/29093/28048</w:t>
        <w:br/>
        <w:t>f 29090/29090/28045 29096/29096/28051 29095/29095/28050</w:t>
        <w:br/>
        <w:t>f 29099/29097/28052 29098/29098/28053 29097/29099/28054</w:t>
        <w:br/>
        <w:t>f 29100/29100/28055 29098/29098/28053 29099/29097/28052</w:t>
        <w:br/>
        <w:t>f 29101/29101/28056 29097/29099/28054 29098/29098/28053</w:t>
        <w:br/>
        <w:t>f 29098/29098/28053 29100/29100/28055 29102/29102/28057</w:t>
        <w:br/>
        <w:t>f 29098/29098/28053 29103/29103/28058 29101/29101/28056</w:t>
        <w:br/>
        <w:t>f 29102/29102/28057 29103/29103/28058 29098/29098/28053</w:t>
        <w:br/>
        <w:t>f 29104/29104/28059 29101/29101/28056 29103/29103/28058</w:t>
        <w:br/>
        <w:t>f 29102/29102/28057 29100/29100/28055 29105/29105/28060</w:t>
        <w:br/>
        <w:t>f 29103/29103/28058 29106/29106/28061 29104/29104/28059</w:t>
        <w:br/>
        <w:t>f 29103/29103/28058 29102/29102/28057 29107/29107/28062</w:t>
        <w:br/>
        <w:t>f 29106/29106/28061 29103/29103/28058 29107/29107/28062</w:t>
        <w:br/>
        <w:t>f 29102/29102/28057 29105/29105/28060 29108/29108/28063</w:t>
        <w:br/>
        <w:t>f 29107/29107/28062 29102/29102/28057 29108/29108/28063</w:t>
        <w:br/>
        <w:t>f 29109/29109/28064 29104/29104/28059 29106/29106/28061</w:t>
        <w:br/>
        <w:t>f 29104/29104/28059 29109/29109/28064 29110/29110/28065</w:t>
        <w:br/>
        <w:t>f 29106/29106/28061 29107/29107/28062 29111/29111/28066</w:t>
        <w:br/>
        <w:t>f 29109/29109/28064 29106/29106/28061 29111/29111/28066</w:t>
        <w:br/>
        <w:t>f 29112/29112/28067 29107/29107/28062 29108/29108/28063</w:t>
        <w:br/>
        <w:t>f 29107/29107/28062 29112/29112/28067 29111/29111/28066</w:t>
        <w:br/>
        <w:t>f 29115/29113/28068 29114/29114/28069 29113/29115/28070</w:t>
        <w:br/>
        <w:t>f 29116/29116/28071 29113/29115/28070 29114/29114/28069</w:t>
        <w:br/>
        <w:t>f 29114/29114/28069 29115/29113/28068 29117/29117/28072</w:t>
        <w:br/>
        <w:t>f 29118/29118/28073 29114/29114/28069 29117/29117/28072</w:t>
        <w:br/>
        <w:t>f 29114/29114/28069 29118/29118/28073 29119/29119/28074</w:t>
        <w:br/>
        <w:t>f 29120/29120/28075 29114/29114/28069 29119/29119/28074</w:t>
        <w:br/>
        <w:t>f 29114/29114/28069 29120/29120/28075 29116/29116/28071</w:t>
        <w:br/>
        <w:t>f 29120/29120/28075 29119/29119/28074 29121/29121/28076</w:t>
        <w:br/>
        <w:t>f 29122/29122/28077 29111/29111/28066 29112/29112/28067</w:t>
        <w:br/>
        <w:t>f 29111/29111/28066 29122/29122/28077 29109/29109/28064</w:t>
        <w:br/>
        <w:t>f 29123/29123/28078 29116/29116/28071 29120/29120/28075</w:t>
        <w:br/>
        <w:t>f 29112/29112/28067 29124/29124/28079 29122/29122/28077</w:t>
        <w:br/>
        <w:t>f 29125/29125/28080 29120/29120/28075 29121/29121/28076</w:t>
        <w:br/>
        <w:t>f 29120/29120/28075 29125/29125/28080 29123/29123/28078</w:t>
        <w:br/>
        <w:t>f 29121/29121/28076 29126/29126/28081 29125/29125/28080</w:t>
        <w:br/>
        <w:t>f 29122/29122/28077 29127/29127/28082 29109/29109/28064</w:t>
        <w:br/>
        <w:t>f 29110/29110/28065 29109/29109/28064 29127/29127/28082</w:t>
        <w:br/>
        <w:t>f 29127/29127/28082 29128/29128/28083 29110/29110/28065</w:t>
        <w:br/>
        <w:t>f 29129/29129/28084 29125/29125/28080 29126/29126/28081</w:t>
        <w:br/>
        <w:t>f 29126/29126/28081 29130/29130/28085 29129/29129/28084</w:t>
        <w:br/>
        <w:t>f 29127/29127/28082 29131/29131/28086 29128/29128/28083</w:t>
        <w:br/>
        <w:t>f 29128/29128/28083 29131/29131/28086 29132/29132/28087</w:t>
        <w:br/>
        <w:t>f 29135/29133/28088 29134/29134/28089 29133/29135/28090</w:t>
        <w:br/>
        <w:t>f 29122/29122/28077 29136/29136/28091 29127/29127/28082</w:t>
        <w:br/>
        <w:t>f 29131/29131/28086 29127/29127/28082 29137/29137/28092</w:t>
        <w:br/>
        <w:t>f 29124/29124/28079 29136/29136/28091 29122/29122/28077</w:t>
        <w:br/>
        <w:t>f 29133/29135/28090 29138/29138/28093 29135/29133/28088</w:t>
        <w:br/>
        <w:t>f 29138/29138/28093 29139/29139/28094 29135/29133/28088</w:t>
        <w:br/>
        <w:t>f 29140/29140/28095 29131/29131/28096 29136/29136/28091</w:t>
        <w:br/>
        <w:t>f 29131/29131/28096 29140/29140/28095 29138/29138/28093</w:t>
        <w:br/>
        <w:t>f 29124/29124/28079 29141/29141/28097 29136/29136/28091</w:t>
        <w:br/>
        <w:t>f 29141/29141/28097 29140/29140/28095 29136/29136/28091</w:t>
        <w:br/>
        <w:t>f 29142/29142/28098 29123/29123/28078 29125/29125/28080</w:t>
        <w:br/>
        <w:t>f 29125/29125/28080 29129/29129/28084 29142/29142/28098</w:t>
        <w:br/>
        <w:t>f 29140/29140/28095 29143/29143/28099 29138/29138/28093</w:t>
        <w:br/>
        <w:t>f 29138/29138/28093 29143/29143/28099 29139/29139/28094</w:t>
        <w:br/>
        <w:t>f 29143/29143/28099 29140/29140/28095 29144/29144/28100</w:t>
        <w:br/>
        <w:t>f 29141/29141/28097 29144/29144/28100 29140/29140/28095</w:t>
        <w:br/>
        <w:t>f 29145/29145/28101 29139/29139/28094 29143/29143/28099</w:t>
        <w:br/>
        <w:t>f 29144/29144/28100 29145/29145/28101 29143/29143/28099</w:t>
        <w:br/>
        <w:t>f 29139/29139/28094 29145/29145/28101 29146/29146/28102</w:t>
        <w:br/>
        <w:t>f 29141/29141/28097 29147/29147/28103 29144/29144/28100</w:t>
        <w:br/>
        <w:t>f 29148/29148/28104 29146/29146/28102 29145/29145/28101</w:t>
        <w:br/>
        <w:t>f 29146/29146/28102 29148/29148/28104 29149/29149/28105</w:t>
        <w:br/>
        <w:t>f 29152/29150/28106 29151/29151/28107 29150/29152/28106</w:t>
        <w:br/>
        <w:t>f 29145/29145/28101 29144/29144/28100 29153/29153/28108</w:t>
        <w:br/>
        <w:t>f 29153/29153/28108 29148/29148/28104 29145/29145/28101</w:t>
        <w:br/>
        <w:t>f 29153/29153/28108 29144/29144/28100 29147/29147/28103</w:t>
        <w:br/>
        <w:t>f 29148/29148/28104 29154/29154/28109 29151/29151/28107</w:t>
        <w:br/>
        <w:t>f 29151/29151/28107 29154/29154/28109 29155/29155/28110</w:t>
        <w:br/>
        <w:t>f 29148/29148/28104 29153/29153/28108 29156/29156/28111</w:t>
        <w:br/>
        <w:t>f 29148/29148/28104 29156/29156/28111 29154/29154/28109</w:t>
        <w:br/>
        <w:t>f 29155/29155/28110 29154/29154/28109 29157/29157/28112</w:t>
        <w:br/>
        <w:t>f 29157/29157/28112 29158/29158/28113 29155/29155/28110</w:t>
        <w:br/>
        <w:t>f 29154/29154/28109 29159/29159/28114 29157/29157/28112</w:t>
        <w:br/>
        <w:t>f 29159/29159/28114 29154/29154/28109 29156/29156/28111</w:t>
        <w:br/>
        <w:t>f 29158/29158/28113 29157/29157/28112 29160/29160/28115</w:t>
        <w:br/>
        <w:t>f 29159/29159/28114 29160/29160/28115 29157/29157/28112</w:t>
        <w:br/>
        <w:t>f 29156/29156/28111 29153/29153/28108 29161/29161/28116</w:t>
        <w:br/>
        <w:t>f 29147/29147/28103 29161/29161/28116 29153/29153/28108</w:t>
        <w:br/>
        <w:t>f 29156/29156/28111 29162/29162/28114 29159/29159/28114</w:t>
        <w:br/>
        <w:t>f 29161/29161/28116 29162/29162/28114 29156/29156/28111</w:t>
        <w:br/>
        <w:t>f 29160/29160/28115 29159/29159/28114 29163/29163/28117</w:t>
        <w:br/>
        <w:t>f 29162/29162/28114 29163/29163/28117 29159/29159/28114</w:t>
        <w:br/>
        <w:t>f 29160/29160/28115 29164/29164/28118 29158/29158/28113</w:t>
        <w:br/>
        <w:t>f 29164/29164/28118 29165/29165/28119 29158/29158/28113</w:t>
        <w:br/>
        <w:t>f 29160/29160/28115 29163/29163/28117 29166/29166/28120</w:t>
        <w:br/>
        <w:t>f 29164/29164/28118 29160/29160/28115 29166/29166/28120</w:t>
        <w:br/>
        <w:t>f 29165/29165/28119 29164/29164/28118 29167/29167/28121</w:t>
        <w:br/>
        <w:t>f 29166/29166/28120 29167/29167/28121 29164/29164/28118</w:t>
        <w:br/>
        <w:t>f 29167/29167/28121 29168/29168/28122 29165/29165/28119</w:t>
        <w:br/>
        <w:t>f 29168/29168/28122 29167/29167/28121 29169/29169/28123</w:t>
        <w:br/>
        <w:t>f 29170/29170/28124 29169/29169/28123 29167/29167/28121</w:t>
        <w:br/>
        <w:t>f 29167/29167/28121 29166/29166/28120 29170/29170/28124</w:t>
        <w:br/>
        <w:t>f 29170/29170/28124 29171/29171/28125 29169/29169/28123</w:t>
        <w:br/>
        <w:t>f 29163/29163/28117 29172/29172/28126 29166/29166/28120</w:t>
        <w:br/>
        <w:t>f 29163/29163/28117 29162/29162/28114 29172/29172/28126</w:t>
        <w:br/>
        <w:t>f 29166/29166/28120 29173/29173/28127 29170/29170/28124</w:t>
        <w:br/>
        <w:t>f 29173/29173/28127 29171/29171/28125 29170/29170/28124</w:t>
        <w:br/>
        <w:t>f 29173/29173/28127 29166/29166/28120 29172/29172/28126</w:t>
        <w:br/>
        <w:t>f 29171/29171/28125 29173/29173/28127 29174/29174/28128</w:t>
        <w:br/>
        <w:t>f 29177/29175/28129 29176/29176/28130 29175/29177/28131</w:t>
        <w:br/>
        <w:t>f 29176/29176/28130 29177/29175/28129 29178/29178/28132</w:t>
        <w:br/>
        <w:t>f 29178/29178/28132 29179/29179/28133 29176/29176/28130</w:t>
        <w:br/>
        <w:t>f 29179/29179/28133 29178/29178/28132 29180/29180/28134</w:t>
        <w:br/>
        <w:t>f 29178/29178/28132 29181/29181/28135 29180/29180/28134</w:t>
        <w:br/>
        <w:t>f 29182/29182/28136 29178/29178/28132 29177/29175/28129</w:t>
        <w:br/>
        <w:t>f 29178/29178/28132 29182/29182/28136 29181/29181/28135</w:t>
        <w:br/>
        <w:t>f 29182/29182/28136 29177/29175/28129 29183/29183/28137</w:t>
        <w:br/>
        <w:t>f 29182/29182/28136 29184/29184/28138 29181/29181/28135</w:t>
        <w:br/>
        <w:t>f 29185/29185/28139 29182/29182/28136 29183/29183/28137</w:t>
        <w:br/>
        <w:t>f 29182/29182/28136 29185/29185/28139 29184/29184/28138</w:t>
        <w:br/>
        <w:t>f 29183/29183/28137 29186/29186/28140 29185/29185/28139</w:t>
        <w:br/>
        <w:t>f 29185/29185/28139 29187/29187/28141 29184/29184/28138</w:t>
        <w:br/>
        <w:t>f 29188/29188/28142 29185/29185/28139 29186/29186/28140</w:t>
        <w:br/>
        <w:t>f 29187/29187/28141 29185/29185/28139 29188/29188/28142</w:t>
        <w:br/>
        <w:t>f 29186/29186/28140 29189/29189/28143 29188/29188/28142</w:t>
        <w:br/>
        <w:t>f 29188/29188/28142 29190/29190/28144 29187/29187/28141</w:t>
        <w:br/>
        <w:t>f 29191/29191/28145 29188/29188/28142 29189/29189/28143</w:t>
        <w:br/>
        <w:t>f 29190/29190/28144 29188/29188/28142 29192/29192/28146</w:t>
        <w:br/>
        <w:t>f 29188/29188/28142 29191/29191/28145 29192/29192/28146</w:t>
        <w:br/>
        <w:t>f 29192/29192/28146 29130/29130/28085 29190/29190/28144</w:t>
        <w:br/>
        <w:t>f 29142/29142/28098 29192/29192/28146 29191/29191/28145</w:t>
        <w:br/>
        <w:t>f 29130/29130/28085 29192/29192/28146 29129/29129/28084</w:t>
        <w:br/>
        <w:t>f 29192/29192/28146 29142/29142/28098 29129/29129/28084</w:t>
        <w:br/>
        <w:t>f 29195/29193/28147 29194/29194/28148 29193/29195/28149</w:t>
        <w:br/>
        <w:t>f 29196/29196/28150 29194/29194/28148 29195/29193/28147</w:t>
        <w:br/>
        <w:t>f 29197/29197/28151 29193/29195/28149 29194/29194/28148</w:t>
        <w:br/>
        <w:t>f 29194/29194/28148 29196/29196/28150 29198/29198/28152</w:t>
        <w:br/>
        <w:t>f 29194/29194/28148 29199/29199/28153 29197/29197/28151</w:t>
        <w:br/>
        <w:t>f 29198/29198/28152 29199/29199/28153 29194/29194/28148</w:t>
        <w:br/>
        <w:t>f 29200/29200/28154 29197/29197/28151 29199/29199/28153</w:t>
        <w:br/>
        <w:t>f 29198/29198/28152 29196/29196/28150 29201/29201/28155</w:t>
        <w:br/>
        <w:t>f 29202/29202/28156 29200/29200/28154 29199/29199/28153</w:t>
        <w:br/>
        <w:t>f 29199/29199/28153 29203/29203/28157 29202/29202/28156</w:t>
        <w:br/>
        <w:t>f 29198/29198/28152 29203/29203/28157 29199/29199/28153</w:t>
        <w:br/>
        <w:t>f 29203/29203/28157 29204/29204/28158 29202/29202/28156</w:t>
        <w:br/>
        <w:t>f 29201/29201/28155 29205/29205/28159 29198/29198/28152</w:t>
        <w:br/>
        <w:t>f 29203/29203/28157 29198/29198/28152 29205/29205/28159</w:t>
        <w:br/>
        <w:t>f 29204/29204/28158 29203/29203/28157 29206/29206/28160</w:t>
        <w:br/>
        <w:t>f 29205/29205/28159 29206/29206/28160 29203/29203/28157</w:t>
        <w:br/>
        <w:t>f 29209/29207/28161 29208/29208/28162 29207/29209/28163</w:t>
        <w:br/>
        <w:t>f 29212/29210/28164 29211/29211/28165 29210/29212/28166</w:t>
        <w:br/>
        <w:t>f 29208/29208/28162 29209/29207/28161 29213/29213/28167</w:t>
        <w:br/>
        <w:t>f 29215/29214/28168 29214/29215/28169 29212/29210/28164</w:t>
        <w:br/>
        <w:t>f 29211/29211/28165 29212/29210/28164 29214/29215/28169</w:t>
        <w:br/>
        <w:t>f 29214/29215/28169 29215/29214/28168 29216/29216/28170</w:t>
        <w:br/>
        <w:t>f 29219/29217/28171 29218/29218/28171 29217/29219/28172</w:t>
        <w:br/>
        <w:t>f 29220/29220/28173 29208/29208/28162 29213/29213/28167</w:t>
        <w:br/>
        <w:t>f 29211/29211/28165 29214/29215/28169 29220/29220/28174</w:t>
        <w:br/>
        <w:t>f 29208/29208/28162 29220/29220/28173 29221/29221/28175</w:t>
        <w:br/>
        <w:t>f 29224/29222/28176 29223/29223/28177 29222/29224/28178</w:t>
        <w:br/>
        <w:t>f 29214/29215/28169 29217/29219/28179 29225/29225/28180</w:t>
        <w:br/>
        <w:t>f 29225/29225/28180 29220/29220/28174 29214/29215/28169</w:t>
        <w:br/>
        <w:t>f 29228/29226/28181 29227/29227/28182 29226/29228/28183</w:t>
        <w:br/>
        <w:t>f 29229/29229/28184 29228/29226/28181 29226/29228/28183</w:t>
        <w:br/>
        <w:t>f 29232/29230/28185 29231/29231/28186 29230/29232/28187</w:t>
        <w:br/>
        <w:t>f 29232/29230/28185 29230/29232/28187 29233/29233/28188</w:t>
        <w:br/>
        <w:t>f 29232/29230/28185 29233/29233/28188 29234/29234/28189</w:t>
        <w:br/>
        <w:t>f 29235/29235/28190 29227/29227/28182 29228/29226/28181</w:t>
        <w:br/>
        <w:t>f 29236/29236/28191 29232/29230/28185 29234/29234/28189</w:t>
        <w:br/>
        <w:t>f 29227/29227/28182 29235/29235/28190 29237/29237/28192</w:t>
        <w:br/>
        <w:t>f 29236/29236/28191 29234/29234/28189 29238/29238/28193</w:t>
        <w:br/>
        <w:t>f 29238/29238/28193 29239/29239/28194 29236/29236/28191</w:t>
        <w:br/>
        <w:t>f 29239/29239/28195 29237/29237/28192 29235/29235/28190</w:t>
        <w:br/>
        <w:t>f 29241/29240/28196 29240/29241/28197 29238/29238/28198</w:t>
        <w:br/>
        <w:t>f 29223/29223/28177 29224/29222/28176 29242/29242/28199</w:t>
        <w:br/>
        <w:t>f 29237/29237/28192 29239/29239/28195 29243/29243/28200</w:t>
        <w:br/>
        <w:t>f 29242/29242/28199 29244/29244/28201 29223/29223/28177</w:t>
        <w:br/>
        <w:t>f 29244/29244/28201 29242/29242/28199 29245/29245/28202</w:t>
        <w:br/>
        <w:t>f 29239/29239/28195 29246/29246/28203 29243/29243/28200</w:t>
        <w:br/>
        <w:t>f 29247/29247/28204 29244/29244/28201 29245/29245/28202</w:t>
        <w:br/>
        <w:t>f 29240/29241/28197 29241/29240/28196 29248/29248/28205</w:t>
        <w:br/>
        <w:t>f 29239/29239/28195 29249/29249/28206 29246/29246/28203</w:t>
        <w:br/>
        <w:t>f 29245/29245/28202 29250/29250/28207 29247/29247/28204</w:t>
        <w:br/>
        <w:t>f 29246/29246/28203 29249/29249/28206 29251/29251/28208</w:t>
        <w:br/>
        <w:t>f 29241/29240/28196 29252/29252/28209 29248/29248/28205</w:t>
        <w:br/>
        <w:t>f 29249/29249/28206 29253/29253/28210 29251/29251/28208</w:t>
        <w:br/>
        <w:t>f 29252/29252/28209 29241/29240/28196 29254/29254/28211</w:t>
        <w:br/>
        <w:t>f 29255/29255/28212 29247/29247/28204 29250/29250/28207</w:t>
        <w:br/>
        <w:t>f 29253/29253/28210 29256/29256/28213 29251/29251/28208</w:t>
        <w:br/>
        <w:t>f 29247/29247/28204 29255/29255/28212 29257/29257/28214</w:t>
        <w:br/>
        <w:t>f 29255/29255/28212 29258/29258/28215 29257/29257/28214</w:t>
        <w:br/>
        <w:t>f 29254/29254/28211 29259/29259/28216 29252/29252/28209</w:t>
        <w:br/>
        <w:t>f 29256/29256/28213 29253/29253/28210 29260/29260/28217</w:t>
        <w:br/>
        <w:t>f 29259/29259/28216 29254/29254/28211 29261/29261/28218</w:t>
        <w:br/>
        <w:t>f 29255/29255/28212 29262/29262/28219 29258/29258/28215</w:t>
        <w:br/>
        <w:t>f 29255/29255/28220 29260/29260/28221 29263/29263/28222</w:t>
        <w:br/>
        <w:t>f 29264/29264/28223 29259/29259/28216 29261/29261/28218</w:t>
        <w:br/>
        <w:t>f 29260/29260/28221 29265/29265/28224 29263/29263/28222</w:t>
        <w:br/>
        <w:t>f 29261/29261/28218 29266/29266/28225 29264/29264/28223</w:t>
        <w:br/>
        <w:t>f 29267/29267/28226 29258/29258/28215 29262/29262/28219</w:t>
        <w:br/>
        <w:t>f 29265/29265/28224 29267/29267/28226 29262/29262/28219</w:t>
        <w:br/>
        <w:t>f 29258/29258/28215 29267/29267/28226 29268/29268/28227</w:t>
        <w:br/>
        <w:t>f 29267/29267/28226 29269/29269/28228 29268/29268/28227</w:t>
        <w:br/>
        <w:t>f 29266/29266/28225 29270/29270/28229 29264/29264/28223</w:t>
        <w:br/>
        <w:t>f 29265/29265/28224 29271/29271/28230 29267/29267/28226</w:t>
        <w:br/>
        <w:t>f 29270/29270/28229 29266/29266/28225 29272/29272/28231</w:t>
        <w:br/>
        <w:t>f 29269/29269/28228 29267/29267/28226 29273/29273/28232</w:t>
        <w:br/>
        <w:t>f 29267/29267/28226 29271/29271/28230 29274/29274/28233</w:t>
        <w:br/>
        <w:t>f 29273/29273/28232 29275/29275/28234 29269/29269/28228</w:t>
        <w:br/>
        <w:t>f 29275/29275/28234 29273/29273/28232 29276/29276/28235</w:t>
        <w:br/>
        <w:t>f 29277/29277/28236 29270/29270/28229 29272/29272/28231</w:t>
        <w:br/>
        <w:t>f 29271/29271/28230 29278/29278/28237 29274/29274/28233</w:t>
        <w:br/>
        <w:t>f 29278/29278/28237 29279/29279/28238 29274/29274/28233</w:t>
        <w:br/>
        <w:t>f 29277/29277/28236 29272/29272/28231 29280/29280/28239</w:t>
        <w:br/>
        <w:t>f 29279/29279/28238 29278/29278/28237 29281/29281/28240</w:t>
        <w:br/>
        <w:t>f 29280/29280/28239 29282/29282/28241 29277/29277/28236</w:t>
        <w:br/>
        <w:t>f 29283/29283/28242 29277/29277/28236 29282/29282/28241</w:t>
        <w:br/>
        <w:t>f 29286/29284/28243 29285/29285/28244 29284/29286/28245</w:t>
        <w:br/>
        <w:t>f 29284/29286/28245 29287/29287/28246 29286/29284/28243</w:t>
        <w:br/>
        <w:t>f 29285/29285/28244 29286/29284/28243 29288/29288/28247</w:t>
        <w:br/>
        <w:t>f 29289/29289/28248 29286/29284/28243 29287/29287/28246</w:t>
        <w:br/>
        <w:t>f 29289/29289/28248 29287/29287/28246 29290/29290/28249</w:t>
        <w:br/>
        <w:t>f 29290/29290/28249 29291/29291/28250 29289/29289/28248</w:t>
        <w:br/>
        <w:t>f 29292/29292/28251 29288/29288/28247 29286/29284/28243</w:t>
        <w:br/>
        <w:t>f 29289/29289/28248 29292/29292/28251 29286/29284/28243</w:t>
        <w:br/>
        <w:t>f 29288/29288/28247 29292/29292/28251 29293/29293/28252</w:t>
        <w:br/>
        <w:t>f 29294/29294/28253 29289/29289/28248 29291/29291/28250</w:t>
        <w:br/>
        <w:t>f 29294/29294/28253 29292/29292/28251 29289/29289/28248</w:t>
        <w:br/>
        <w:t>f 29295/29295/28254 29294/29294/28253 29291/29291/28250</w:t>
        <w:br/>
        <w:t>f 29296/29296/28255 29293/29293/28252 29292/29292/28251</w:t>
        <w:br/>
        <w:t>f 29292/29292/28251 29294/29294/28253 29296/29296/28255</w:t>
        <w:br/>
        <w:t>f 29299/29297/28256 29298/29298/28257 29297/29299/28258</w:t>
        <w:br/>
        <w:t>f 29294/29294/28253 29295/29295/28254 29300/29300/28259</w:t>
        <w:br/>
        <w:t>f 29300/29300/28259 29296/29296/28255 29294/29294/28253</w:t>
        <w:br/>
        <w:t>f 29303/29301/28260 29302/29302/28261 29301/29303/28262</w:t>
        <w:br/>
        <w:t>f 29304/29304/28263 29297/29299/28258 29298/29298/28257</w:t>
        <w:br/>
        <w:t>f 29305/29305/28264 29304/29304/28263 29298/29298/28257</w:t>
        <w:br/>
        <w:t>f 29308/29306/28265 29307/29307/28265 29306/29308/28266</w:t>
        <w:br/>
        <w:t>f 29301/29303/28262 29309/29309/28267 29303/29301/28260</w:t>
        <w:br/>
        <w:t>f 29304/29304/28263 29305/29305/28264 29310/29310/28268</w:t>
        <w:br/>
        <w:t>f 29301/29303/28262 29311/29311/28269 29309/29309/28267</w:t>
        <w:br/>
        <w:t>f 29304/29304/28263 29310/29310/28268 29311/29311/28270</w:t>
        <w:br/>
        <w:t>f 29311/29311/28269 29301/29303/28262 29312/29312/28271</w:t>
        <w:br/>
        <w:t>f 29315/29313/28272 29314/29314/28273 29313/29315/28274</w:t>
        <w:br/>
        <w:t>f 29316/29316/28275 29306/29308/28276 29304/29304/28263</w:t>
        <w:br/>
        <w:t>f 29311/29311/28270 29316/29316/28275 29304/29304/28263</w:t>
        <w:br/>
        <w:t>f 29319/29317/28277 29318/29318/28278 29317/29319/28279</w:t>
        <w:br/>
        <w:t>f 29318/29318/28278 29319/29317/28277 29320/29320/28280</w:t>
        <w:br/>
        <w:t>f 29323/29321/28281 29322/29322/28282 29321/29323/28283</w:t>
        <w:br/>
        <w:t>f 29324/29324/28284 29321/29323/28283 29322/29322/28282</w:t>
        <w:br/>
        <w:t>f 29325/29325/28285 29324/29324/28284 29322/29322/28282</w:t>
        <w:br/>
        <w:t>f 29319/29317/28277 29317/29319/28279 29326/29326/28286</w:t>
        <w:br/>
        <w:t>f 29325/29325/28285 29322/29322/28282 29327/29327/28287</w:t>
        <w:br/>
        <w:t>f 29317/29319/28279 29328/29328/28288 29326/29326/28286</w:t>
        <w:br/>
        <w:t>f 29325/29325/28285 29327/29327/28287 29329/29329/28289</w:t>
        <w:br/>
        <w:t>f 29327/29327/28287 29330/29330/28290 29329/29329/28289</w:t>
        <w:br/>
        <w:t>f 29328/29328/28288 29330/29330/28291 29326/29326/28286</w:t>
        <w:br/>
        <w:t>f 29332/29331/28292 29331/29332/28293 29329/29329/28294</w:t>
        <w:br/>
        <w:t>f 29314/29314/28273 29315/29313/28272 29333/29333/28295</w:t>
        <w:br/>
        <w:t>f 29330/29330/28291 29328/29328/28288 29334/29334/28296</w:t>
        <w:br/>
        <w:t>f 29335/29335/28297 29333/29333/28295 29315/29313/28272</w:t>
        <w:br/>
        <w:t>f 29331/29332/28293 29332/29331/28292 29336/29336/28298</w:t>
        <w:br/>
        <w:t>f 29333/29333/28295 29335/29335/28297 29337/29337/28299</w:t>
        <w:br/>
        <w:t>f 29330/29330/28291 29334/29334/28296 29338/29338/28300</w:t>
        <w:br/>
        <w:t>f 29338/29338/28300 29339/29339/28301 29330/29330/28291</w:t>
        <w:br/>
        <w:t>f 29337/29337/28299 29335/29335/28297 29340/29340/28302</w:t>
        <w:br/>
        <w:t>f 29336/29336/28298 29341/29341/28303 29331/29332/28293</w:t>
        <w:br/>
        <w:t>f 29342/29342/28304 29337/29337/28299 29340/29340/28302</w:t>
        <w:br/>
        <w:t>f 29338/29338/28300 29343/29343/28305 29339/29339/28301</w:t>
        <w:br/>
        <w:t>f 29341/29341/28303 29336/29336/28298 29344/29344/28306</w:t>
        <w:br/>
        <w:t>f 29339/29339/28301 29343/29343/28305 29345/29345/28307</w:t>
        <w:br/>
        <w:t>f 29340/29340/28302 29346/29346/28308 29342/29342/28304</w:t>
        <w:br/>
        <w:t>f 29347/29347/28309 29345/29345/28307 29343/29343/28305</w:t>
        <w:br/>
        <w:t>f 29346/29346/28308 29340/29340/28302 29348/29348/28310</w:t>
        <w:br/>
        <w:t>f 29348/29348/28310 29349/29349/28311 29346/29346/28308</w:t>
        <w:br/>
        <w:t>f 29350/29350/28312 29341/29341/28303 29344/29344/28306</w:t>
        <w:br/>
        <w:t>f 29345/29345/28307 29347/29347/28309 29351/29351/28313</w:t>
        <w:br/>
        <w:t>f 29341/29341/28303 29350/29350/28312 29352/29352/28314</w:t>
        <w:br/>
        <w:t>f 29350/29350/28312 29353/29353/28315 29352/29352/28314</w:t>
        <w:br/>
        <w:t>f 29354/29354/28316 29346/29346/28308 29349/29349/28311</w:t>
        <w:br/>
        <w:t>f 29346/29346/28308 29355/29355/28317 29351/29351/28313</w:t>
        <w:br/>
        <w:t>f 29353/29353/28315 29350/29350/28312 29356/29356/28318</w:t>
        <w:br/>
        <w:t>f 29357/29357/28319 29351/29351/28313 29355/29355/28317</w:t>
        <w:br/>
        <w:t>f 29349/29349/28311 29358/29358/28320 29354/29354/28316</w:t>
        <w:br/>
        <w:t>f 29354/29354/28316 29358/29358/28320 29357/29357/28321</w:t>
        <w:br/>
        <w:t>f 29358/29358/28320 29349/29349/28311 29359/29359/28322</w:t>
        <w:br/>
        <w:t>f 29360/29360/28323 29353/29353/28315 29356/29356/28318</w:t>
        <w:br/>
        <w:t>f 29358/29358/28320 29361/29361/28324 29357/29357/28321</w:t>
        <w:br/>
        <w:t>f 29353/29353/28315 29360/29360/28323 29362/29362/28325</w:t>
        <w:br/>
        <w:t>f 29359/29359/28322 29363/29363/28326 29358/29358/28320</w:t>
        <w:br/>
        <w:t>f 29358/29358/28320 29363/29363/28326 29361/29361/28324</w:t>
        <w:br/>
        <w:t>f 29363/29363/28326 29359/29359/28322 29364/29364/28327</w:t>
        <w:br/>
        <w:t>f 29365/29365/28328 29363/29363/28326 29364/29364/28327</w:t>
        <w:br/>
        <w:t>f 29363/29363/28326 29365/29365/28328 29366/29366/28329</w:t>
        <w:br/>
        <w:t>f 29360/29360/28323 29367/29367/28330 29362/29362/28325</w:t>
        <w:br/>
        <w:t>f 29368/29368/28331 29361/29361/28324 29363/29363/28326</w:t>
        <w:br/>
        <w:t>f 29369/29369/28332 29368/29368/28331 29363/29363/28326</w:t>
        <w:br/>
        <w:t>f 29370/29370/28333 29362/29362/28325 29367/29367/28330</w:t>
        <w:br/>
        <w:t>f 29368/29368/28331 29369/29369/28332 29371/29371/28334</w:t>
        <w:br/>
        <w:t>f 29372/29372/28335 29370/29370/28333 29367/29367/28330</w:t>
        <w:br/>
        <w:t>f 29367/29367/28330 29373/29373/28336 29372/29372/28335</w:t>
        <w:br/>
        <w:t>f 29376/29374/28337 29375/29375/28338 29374/29376/28339</w:t>
        <w:br/>
        <w:t>f 29375/29375/28338 29376/29374/28337 29377/29377/28340</w:t>
        <w:br/>
        <w:t>f 29376/29374/28337 29374/29376/28339 29378/29378/28341</w:t>
        <w:br/>
        <w:t>f 29379/29379/28342 29377/29377/28340 29376/29374/28337</w:t>
        <w:br/>
        <w:t>f 29377/29377/28340 29379/29379/28342 29380/29380/28343</w:t>
        <w:br/>
        <w:t>f 29376/29374/28337 29378/29378/28341 29381/29381/28344</w:t>
        <w:br/>
        <w:t>f 29379/29379/28342 29376/29374/28337 29381/29381/28344</w:t>
        <w:br/>
        <w:t>f 29384/29382/28345 29383/29383/28346 29382/29384/28347</w:t>
        <w:br/>
        <w:t>f 29383/29383/28346 29384/29382/28345 29385/29385/28348</w:t>
        <w:br/>
        <w:t>f 29386/29386/28349 29380/29380/28343 29379/29379/28342</w:t>
        <w:br/>
        <w:t>f 29380/29380/28343 29386/29386/28349 29387/29387/28350</w:t>
        <w:br/>
        <w:t>f 29385/29385/28348 29388/29388/28351 29383/29383/28346</w:t>
        <w:br/>
        <w:t>f 29388/29388/28351 29385/29385/28348 29389/29389/28352</w:t>
        <w:br/>
        <w:t>f 29390/29390/28353 29388/29388/28351 29389/29389/28352</w:t>
        <w:br/>
        <w:t>f 29388/29388/28351 29390/29390/28353 29391/29391/28354</w:t>
        <w:br/>
        <w:t>f 29391/29391/28354 29392/29392/28355 29388/29388/28351</w:t>
        <w:br/>
        <w:t>f 29392/29392/28355 29383/29383/28346 29388/29388/28351</w:t>
        <w:br/>
        <w:t>f 29391/29391/28354 29393/29393/28356 29392/29392/28355</w:t>
        <w:br/>
        <w:t>f 29383/29383/28346 29392/29392/28355 29394/29394/28357</w:t>
        <w:br/>
        <w:t>f 29394/29394/28357 29382/29384/28347 29383/29383/28346</w:t>
        <w:br/>
        <w:t>f 29395/29395/28358 29392/29392/28355 29393/29393/28356</w:t>
        <w:br/>
        <w:t>f 29392/29392/28355 29395/29395/28358 29394/29394/28357</w:t>
        <w:br/>
        <w:t>f 29396/29396/28359 29395/29395/28358 29393/29393/28356</w:t>
        <w:br/>
        <w:t>f 29393/29393/28356 29397/29397/28360 29396/29396/28359</w:t>
        <w:br/>
        <w:t>f 29395/29395/28358 29398/29398/28361 29394/29394/28357</w:t>
        <w:br/>
        <w:t>f 29396/29396/28359 29398/29398/28361 29395/29395/28358</w:t>
        <w:br/>
        <w:t>f 29382/29384/28347 29394/29394/28357 29399/29399/28362</w:t>
        <w:br/>
        <w:t>f 29398/29398/28361 29399/29399/28362 29394/29394/28357</w:t>
        <w:br/>
        <w:t>f 29381/29381/28344 29400/29400/28363 29379/29379/28342</w:t>
        <w:br/>
        <w:t>f 29398/29398/28361 29396/29396/28359 29401/29401/28364</w:t>
        <w:br/>
        <w:t>f 29401/29401/28364 29399/29399/28362 29398/29398/28361</w:t>
        <w:br/>
        <w:t>f 29402/29402/28365 29396/29396/28359 29397/29397/28360</w:t>
        <w:br/>
        <w:t>f 29402/29402/28365 29401/29401/28364 29396/29396/28359</w:t>
        <w:br/>
        <w:t>f 29402/29402/28365 29397/29397/28360 29403/29403/28366</w:t>
        <w:br/>
        <w:t>f 29404/29404/28367 29379/29379/28342 29400/29400/28363</w:t>
        <w:br/>
        <w:t>f 29399/29399/28362 29401/29401/28364 29405/29405/28368</w:t>
        <w:br/>
        <w:t>f 29379/29379/28342 29404/29404/28367 29386/29386/28349</w:t>
        <w:br/>
        <w:t>f 29401/29401/28364 29402/29402/28365 29406/29406/28369</w:t>
        <w:br/>
        <w:t>f 29406/29406/28369 29405/29405/28368 29401/29401/28364</w:t>
        <w:br/>
        <w:t>f 29407/29407/28370 29402/29402/28365 29403/29403/28366</w:t>
        <w:br/>
        <w:t>f 29407/29407/28370 29408/29408/28371 29402/29402/28365</w:t>
        <w:br/>
        <w:t>f 29407/29407/28370 29403/29403/28366 29409/29409/28372</w:t>
        <w:br/>
        <w:t>f 29411/29410/28373 29407/29407/28370 29410/29411/28374</w:t>
        <w:br/>
        <w:t>f 29412/29412/28375 29405/29405/28368 29406/29406/28369</w:t>
        <w:br/>
        <w:t>f 29413/29413/28376 29386/29386/28349 29404/29404/28367</w:t>
        <w:br/>
        <w:t>f 29407/29407/28370 29414/29414/28377 29406/29406/28369</w:t>
        <w:br/>
        <w:t>f 29406/29406/28369 29414/29414/28377 29412/29412/28375</w:t>
        <w:br/>
        <w:t>f 29407/29407/28370 29411/29410/28373 29415/29415/28378</w:t>
        <w:br/>
        <w:t>f 29414/29414/28377 29407/29407/28370 29415/29415/28378</w:t>
        <w:br/>
        <w:t>f 29416/29416/28379 29415/29415/28378 29411/29410/28373</w:t>
        <w:br/>
        <w:t>f 29414/29414/28377 29415/29415/28378 29417/29417/28380</w:t>
        <w:br/>
        <w:t>f 29417/29417/28380 29412/29412/28375 29414/29414/28377</w:t>
        <w:br/>
        <w:t>f 29415/29415/28378 29416/29416/28379 29418/29418/28381</w:t>
        <w:br/>
        <w:t>f 29417/29417/28380 29415/29415/28378 29418/29418/28381</w:t>
        <w:br/>
        <w:t>f 29419/29419/28382 29418/29418/28381 29416/29416/28379</w:t>
        <w:br/>
        <w:t>f 29419/29419/28382 29417/29417/28380 29418/29418/28381</w:t>
        <w:br/>
        <w:t>f 29419/29419/28382 29416/29416/28379 29420/29420/28383</w:t>
        <w:br/>
        <w:t>f 29412/29412/28375 29417/29417/28380 29421/29421/28384</w:t>
        <w:br/>
        <w:t>f 29420/29420/28383 29422/29422/28385 29419/29419/28382</w:t>
        <w:br/>
        <w:t>f 29422/29422/28385 29420/29420/28383 29423/29423/28386</w:t>
        <w:br/>
        <w:t>f 29426/29424/28387 29425/29425/28388 29424/29426/28388</w:t>
        <w:br/>
        <w:t>f 29417/29417/28380 29419/29419/28382 29427/29427/28389</w:t>
        <w:br/>
        <w:t>f 29422/29422/28385 29427/29427/28389 29419/29419/28382</w:t>
        <w:br/>
        <w:t>f 29427/29427/28389 29421/29421/28384 29417/29417/28380</w:t>
        <w:br/>
        <w:t>f 29428/29428/28390 29422/29422/28385 29426/29424/28387</w:t>
        <w:br/>
        <w:t>f 29428/29428/28390 29426/29424/28387 29429/29429/28391</w:t>
        <w:br/>
        <w:t>f 29427/29427/28389 29422/29422/28385 29430/29430/28392</w:t>
        <w:br/>
        <w:t>f 29422/29422/28385 29428/29428/28390 29430/29430/28392</w:t>
        <w:br/>
        <w:t>f 29429/29429/28391 29431/29431/28393 29428/29428/28390</w:t>
        <w:br/>
        <w:t>f 29432/29432/28394 29431/29431/28393 29429/29429/28391</w:t>
        <w:br/>
        <w:t>f 29431/29431/28393 29433/29433/28395 29428/29428/28390</w:t>
        <w:br/>
        <w:t>f 29433/29433/28395 29430/29430/28392 29428/29428/28390</w:t>
        <w:br/>
        <w:t>f 29434/29434/28396 29431/29431/28393 29432/29432/28394</w:t>
        <w:br/>
        <w:t>f 29434/29434/28396 29433/29433/28395 29431/29431/28393</w:t>
        <w:br/>
        <w:t>f 29435/29435/28397 29427/29427/28389 29430/29430/28392</w:t>
        <w:br/>
        <w:t>f 29421/29421/28384 29427/29427/28389 29435/29435/28397</w:t>
        <w:br/>
        <w:t>f 29436/29436/28395 29430/29430/28392 29433/29433/28395</w:t>
        <w:br/>
        <w:t>f 29436/29436/28395 29435/29435/28397 29430/29430/28392</w:t>
        <w:br/>
        <w:t>f 29433/29433/28395 29434/29434/28396 29437/29437/28398</w:t>
        <w:br/>
        <w:t>f 29437/29437/28398 29436/29436/28395 29433/29433/28395</w:t>
        <w:br/>
        <w:t>f 29438/29438/28399 29434/29434/28396 29432/29432/28394</w:t>
        <w:br/>
        <w:t>f 29432/29432/28394 29439/29439/28400 29438/29438/28399</w:t>
        <w:br/>
        <w:t>f 29434/29434/28396 29440/29440/28401 29437/29437/28398</w:t>
        <w:br/>
        <w:t>f 29434/29434/28396 29438/29438/28399 29440/29440/28401</w:t>
        <w:br/>
        <w:t>f 29436/29436/28395 29437/29437/28398 29441/29441/28402</w:t>
        <w:br/>
        <w:t>f 29440/29440/28401 29441/29441/28402 29437/29437/28398</w:t>
        <w:br/>
        <w:t>f 29442/29442/28403 29438/29438/28399 29439/29439/28400</w:t>
        <w:br/>
        <w:t>f 29442/29442/28403 29440/29440/28401 29438/29438/28399</w:t>
        <w:br/>
        <w:t>f 29439/29439/28400 29443/29443/28404 29442/29442/28403</w:t>
        <w:br/>
        <w:t>f 29442/29442/28403 29443/29443/28404 29444/29444/28405</w:t>
        <w:br/>
        <w:t>f 29445/29445/28406 29442/29442/28403 29444/29444/28405</w:t>
        <w:br/>
        <w:t>f 29440/29440/28401 29442/29442/28403 29446/29446/28407</w:t>
        <w:br/>
        <w:t>f 29442/29442/28403 29445/29445/28406 29446/29446/28407</w:t>
        <w:br/>
        <w:t>f 29447/29447/28408 29440/29440/28401 29446/29446/28407</w:t>
        <w:br/>
        <w:t>f 29445/29445/28406 29447/29447/28408 29446/29446/28407</w:t>
        <w:br/>
        <w:t>f 29441/29441/28402 29440/29440/28401 29447/29447/28408</w:t>
        <w:br/>
        <w:t>f 29447/29447/28408 29445/29445/28406 29448/29448/28409</w:t>
        <w:br/>
        <w:t>f 29451/29449/28410 29450/29450/28411 29449/29451/28412</w:t>
        <w:br/>
        <w:t>f 29450/29450/28411 29452/29452/28413 29449/29451/28412</w:t>
        <w:br/>
        <w:t>f 29454/29453/28414 29453/29454/28415 29451/29449/28410</w:t>
        <w:br/>
        <w:t>f 29450/29450/28411 29451/29449/28410 29453/29454/28415</w:t>
        <w:br/>
        <w:t>f 29456/29455/28416 29455/29456/28417 29454/29453/28414</w:t>
        <w:br/>
        <w:t>f 29453/29454/28415 29454/29453/28414 29455/29456/28417</w:t>
        <w:br/>
        <w:t>f 29455/29456/28417 29456/29455/28416 29457/29457/28418</w:t>
        <w:br/>
        <w:t>f 29458/29458/28419 29455/29456/28417 29457/29457/28418</w:t>
        <w:br/>
        <w:t>f 29455/29456/28417 29458/29458/28419 29459/29459/28420</w:t>
        <w:br/>
        <w:t>f 29460/29460/28421 29455/29456/28417 29459/29459/28420</w:t>
        <w:br/>
        <w:t>f 29455/29456/28417 29460/29460/28421 29453/29454/28415</w:t>
        <w:br/>
        <w:t>f 29461/29461/28422 29453/29454/28415 29460/29460/28421</w:t>
        <w:br/>
        <w:t>f 29453/29454/28415 29461/29461/28422 29450/29450/28411</w:t>
        <w:br/>
        <w:t>f 29462/29462/28423 29450/29450/28411 29461/29461/28422</w:t>
        <w:br/>
        <w:t>f 29450/29450/28411 29462/29462/28423 29463/29463/28424</w:t>
        <w:br/>
        <w:t>f 29450/29450/28411 29463/29463/28424 29452/29452/28413</w:t>
        <w:br/>
        <w:t>f 29464/29464/28425 29463/29463/28424 29462/29462/28423</w:t>
        <w:br/>
        <w:t>f 29463/29463/28424 29465/29465/28426 29452/29452/28413</w:t>
        <w:br/>
        <w:t>f 29463/29463/28424 29464/29464/28425 29466/29466/28427</w:t>
        <w:br/>
        <w:t>f 29463/29463/28424 29466/29466/28427 29465/29465/28426</w:t>
        <w:br/>
        <w:t>f 29467/29467/28428 29466/29466/28427 29464/29464/28425</w:t>
        <w:br/>
        <w:t>f 29468/29468/28429 29465/29465/28426 29466/29466/28427</w:t>
        <w:br/>
        <w:t>f 29466/29466/28427 29467/29467/28428 29468/29468/28429</w:t>
        <w:br/>
        <w:t>f 29465/29465/28426 29468/29468/28429 29413/29413/28376</w:t>
        <w:br/>
        <w:t>f 29387/29387/28350 29468/29468/28429 29467/29467/28428</w:t>
        <w:br/>
        <w:t>f 29386/29386/28349 29413/29413/28376 29468/29468/28429</w:t>
        <w:br/>
        <w:t>f 29468/29468/28429 29387/29387/28350 29386/29386/28349</w:t>
        <w:br/>
        <w:t>f 29471/29469/28430 29470/29470/28431 29469/29471/28432</w:t>
        <w:br/>
        <w:t>f 29472/29472/28433 29471/29469/28430 29469/29471/28432</w:t>
        <w:br/>
        <w:t>f 29473/29473/28434 29469/29471/28432 29470/29470/28431</w:t>
        <w:br/>
        <w:t>f 29469/29471/28432 29474/29474/28435 29472/29472/28433</w:t>
        <w:br/>
        <w:t>f 29475/29475/28436 29472/29472/28433 29474/29474/28435</w:t>
        <w:br/>
        <w:t>f 29474/29474/28435 29476/29476/28437 29475/29475/28436</w:t>
        <w:br/>
        <w:t>f 29473/29473/28434 29477/29477/28438 29469/29471/28432</w:t>
        <w:br/>
        <w:t>f 29474/29474/28435 29469/29471/28432 29477/29477/28438</w:t>
        <w:br/>
        <w:t>f 29478/29478/28439 29477/29477/28438 29473/29473/28434</w:t>
        <w:br/>
        <w:t>f 29476/29476/28437 29474/29474/28435 29479/29479/28440</w:t>
        <w:br/>
        <w:t>f 29474/29474/28435 29477/29477/28438 29479/29479/28440</w:t>
        <w:br/>
        <w:t>f 29479/29479/28440 29480/29480/28441 29476/29476/28437</w:t>
        <w:br/>
        <w:t>f 29478/29478/28439 29481/29481/28442 29477/29477/28438</w:t>
        <w:br/>
        <w:t>f 29479/29479/28440 29477/29477/28438 29481/29481/28442</w:t>
        <w:br/>
        <w:t>f 29484/29482/28443 29483/29483/28444 29482/29484/28445</w:t>
        <w:br/>
        <w:t>f 29480/29480/28441 29479/29479/28440 29485/29485/28446</w:t>
        <w:br/>
        <w:t>f 29481/29481/28442 29485/29485/28446 29479/29479/28440</w:t>
        <w:br/>
        <w:t>f 29488/29486/28447 29487/29487/28448 29486/29488/28449</w:t>
        <w:br/>
        <w:t>f 29484/29482/28443 29489/29489/28450 29483/29483/28444</w:t>
        <w:br/>
        <w:t>f 29489/29489/28450 29490/29490/28451 29483/29483/28444</w:t>
        <w:br/>
        <w:t>f 29493/29491/28452 29492/29492/28452 29491/29493/28453</w:t>
        <w:br/>
        <w:t>f 29487/29487/28448 29488/29486/28447 29494/29494/28454</w:t>
        <w:br/>
        <w:t>f 29489/29489/28450 29495/29495/28455 29490/29490/28451</w:t>
        <w:br/>
        <w:t>f 29496/29496/28456 29487/29487/28448 29494/29494/28454</w:t>
        <w:br/>
        <w:t>f 29495/29495/28455 29489/29489/28450 29496/29496/28457</w:t>
        <w:br/>
        <w:t>f 29487/29487/28448 29496/29496/28456 29497/29497/28458</w:t>
        <w:br/>
        <w:t>f 29500/29498/28459 29499/29499/28460 29498/29500/28461</w:t>
        <w:br/>
        <w:t>f 29491/29493/28462 29501/29501/28463 29489/29489/28450</w:t>
        <w:br/>
        <w:t>f 29501/29501/28463 29496/29496/28457 29489/29489/28450</w:t>
        <w:br/>
        <w:t>f 29499/29499/28460 29500/29498/28459 29502/29502/28464</w:t>
        <w:br/>
        <w:t>f 29503/29503/28465 29499/29499/28460 29502/29502/28464</w:t>
        <w:br/>
        <w:t>f 29506/29504/28466 29505/29505/28467 29504/29506/28468</w:t>
        <w:br/>
        <w:t>f 29504/29506/28468 29505/29505/28467 29507/29507/28469</w:t>
        <w:br/>
        <w:t>f 29509/29508/28470 29506/29504/28466 29508/29509/28471</w:t>
        <w:br/>
        <w:t>f 29505/29505/28467 29506/29504/28466 29509/29508/28470</w:t>
        <w:br/>
        <w:t>f 29510/29510/28472 29509/29508/28470 29508/29509/28471</w:t>
        <w:br/>
        <w:t>f 29513/29511/28473 29512/29512/28474 29511/29513/28475</w:t>
        <w:br/>
        <w:t>f 29511/29513/28475 29514/29514/28476 29513/29511/28473</w:t>
        <w:br/>
        <w:t>f 29514/29514/28476 29515/29515/28477 29513/29511/28473</w:t>
        <w:br/>
        <w:t>f 29516/29516/28478 29513/29511/28473 29515/29515/28477</w:t>
        <w:br/>
        <w:t>f 29516/29516/28478 29515/29515/28477 29517/29517/28479</w:t>
        <w:br/>
        <w:t>f 29517/29517/28479 29518/29518/28480 29516/29516/28478</w:t>
        <w:br/>
        <w:t>f 29518/29518/28481 29507/29507/28469 29505/29505/28467</w:t>
        <w:br/>
        <w:t>f 29520/29519/28482 29519/29520/28483 29517/29517/28484</w:t>
        <w:br/>
        <w:t>f 29503/29503/28465 29502/29502/28464 29521/29521/28485</w:t>
        <w:br/>
        <w:t>f 29518/29518/28481 29522/29522/28486 29507/29507/28469</w:t>
        <w:br/>
        <w:t>f 29523/29523/28487 29503/29503/28465 29521/29521/28485</w:t>
        <w:br/>
        <w:t>f 29519/29520/28483 29520/29519/28482 29524/29524/28488</w:t>
        <w:br/>
        <w:t>f 29522/29522/28486 29518/29518/28481 29525/29525/28489</w:t>
        <w:br/>
        <w:t>f 29526/29526/28490 29524/29524/28488 29520/29519/28482</w:t>
        <w:br/>
        <w:t>f 29523/29523/28487 29521/29521/28485 29527/29527/28491</w:t>
        <w:br/>
        <w:t>f 29522/29522/28486 29525/29525/28489 29528/29528/28492</w:t>
        <w:br/>
        <w:t>f 29524/29524/28488 29526/29526/28490 29529/29529/28493</w:t>
        <w:br/>
        <w:t>f 29525/29525/28489 29530/29530/28494 29528/29528/28492</w:t>
        <w:br/>
        <w:t>f 29531/29531/28495 29529/29529/28493 29526/29526/28490</w:t>
        <w:br/>
        <w:t>f 29532/29532/28496 29523/29523/28487 29527/29527/28491</w:t>
        <w:br/>
        <w:t>f 29530/29530/28494 29533/29533/28497 29528/29528/28492</w:t>
        <w:br/>
        <w:t>f 29523/29523/28487 29532/29532/28496 29534/29534/28498</w:t>
        <w:br/>
        <w:t>f 29529/29529/28493 29531/29531/28495 29535/29535/28499</w:t>
        <w:br/>
        <w:t>f 29533/29533/28497 29530/29530/28494 29536/29536/28500</w:t>
        <w:br/>
        <w:t>f 29537/29537/28501 29534/29534/28498 29532/29532/28496</w:t>
        <w:br/>
        <w:t>f 29537/29537/28501 29532/29532/28496 29536/29536/28500</w:t>
        <w:br/>
        <w:t>f 29534/29534/28498 29537/29537/28501 29538/29538/28502</w:t>
        <w:br/>
        <w:t>f 29539/29539/28503 29535/29535/28499 29531/29531/28495</w:t>
        <w:br/>
        <w:t>f 29536/29536/28500 29540/29540/28504 29537/29537/28501</w:t>
        <w:br/>
        <w:t>f 29539/29539/28503 29531/29531/28495 29541/29541/28505</w:t>
        <w:br/>
        <w:t>f 29542/29542/28506 29538/29538/28502 29537/29537/28501</w:t>
        <w:br/>
        <w:t>f 29540/29540/28504 29542/29542/28506 29537/29537/28501</w:t>
        <w:br/>
        <w:t>f 29538/29538/28502 29542/29542/28506 29543/29543/28507</w:t>
        <w:br/>
        <w:t>f 29541/29541/28505 29544/29544/28508 29539/29539/28503</w:t>
        <w:br/>
        <w:t>f 29540/29540/28504 29545/29545/28509 29542/29542/28506</w:t>
        <w:br/>
        <w:t>f 29544/29544/28508 29541/29541/28505 29546/29546/28510</w:t>
        <w:br/>
        <w:t>f 29542/29542/28506 29547/29547/28511 29543/29543/28507</w:t>
        <w:br/>
        <w:t>f 29542/29542/28506 29545/29545/28509 29547/29547/28511</w:t>
        <w:br/>
        <w:t>f 29543/29543/28507 29547/29547/28511 29548/29548/28512</w:t>
        <w:br/>
        <w:t>f 29547/29547/28511 29549/29549/28513 29548/29548/28512</w:t>
        <w:br/>
        <w:t>f 29549/29549/28513 29547/29547/28511 29550/29550/28514</w:t>
        <w:br/>
        <w:t>f 29551/29551/28515 29544/29544/28508 29546/29546/28510</w:t>
        <w:br/>
        <w:t>f 29545/29545/28509 29552/29552/28516 29547/29547/28511</w:t>
        <w:br/>
        <w:t>f 29552/29552/28516 29553/29553/28517 29547/29547/28511</w:t>
        <w:br/>
        <w:t>f 29551/29551/28515 29546/29546/28510 29554/29554/28518</w:t>
        <w:br/>
        <w:t>f 29553/29553/28517 29552/29552/28516 29555/29555/28519</w:t>
        <w:br/>
        <w:t>f 29554/29554/28518 29556/29556/28520 29551/29551/28515</w:t>
        <w:br/>
        <w:t>f 29557/29557/28521 29551/29551/28515 29556/29556/28520</w:t>
        <w:br/>
        <w:t>f 29560/29558/28522 29559/29559/28523 29558/29560/28524</w:t>
        <w:br/>
        <w:t>f 29563/29561/28525 29562/29562/28526 29561/29563/28527</w:t>
        <w:br/>
        <w:t>f 29564/29564/28528 29558/29560/28524 29559/29559/28523</w:t>
        <w:br/>
        <w:t>f 29562/29562/28526 29563/29561/28525 29565/29565/28529</w:t>
        <w:br/>
        <w:t>f 29568/29566/28530 29567/29567/28531 29566/29568/28532</w:t>
        <w:br/>
        <w:t>f 29567/29567/28531 29568/29566/28530 29569/29569/28533</w:t>
        <w:br/>
        <w:t>f 29570/29570/28534 29564/29564/28528 29559/29559/28523</w:t>
        <w:br/>
        <w:t>f 29573/29571/28535 29572/29572/28536 29571/29573/28537</w:t>
        <w:br/>
        <w:t>f 29564/29564/28528 29570/29570/28534 29574/29574/28538</w:t>
        <w:br/>
        <w:t>f 29569/29569/28533 29575/29575/28539 29567/29567/28531</w:t>
        <w:br/>
        <w:t>f 29572/29572/28536 29573/29571/28535 29576/29576/28540</w:t>
        <w:br/>
        <w:t>f 29575/29575/28539 29569/29569/28533 29577/29577/28541</w:t>
        <w:br/>
        <w:t>f 29570/29570/28534 29578/29578/28542 29574/29574/28538</w:t>
        <w:br/>
        <w:t>f 29576/29576/28540 29579/29579/28543 29572/29572/28536</w:t>
        <w:br/>
        <w:t>f 29574/29574/28538 29578/29578/28542 29580/29580/28544</w:t>
        <w:br/>
        <w:t>f 29581/29581/28545 29580/29580/28544 29578/29578/28542</w:t>
        <w:br/>
        <w:t>f 29577/29577/28541 29582/29582/28546 29575/29575/28539</w:t>
        <w:br/>
        <w:t>f 29579/29579/28543 29576/29576/28540 29583/29583/28547</w:t>
        <w:br/>
        <w:t>f 29582/29582/28546 29577/29577/28541 29584/29584/28548</w:t>
        <w:br/>
        <w:t>f 29585/29585/28549 29582/29582/28546 29584/29584/28548</w:t>
        <w:br/>
        <w:t>f 29578/29578/28542 29586/29586/28550 29581/29581/28545</w:t>
        <w:br/>
        <w:t>f 29583/29583/28547 29587/29587/28551 29579/29579/28543</w:t>
        <w:br/>
        <w:t>f 29586/29586/28550 29588/29588/28552 29581/29581/28545</w:t>
        <w:br/>
        <w:t>f 29582/29582/28546 29585/29585/28549 29589/29589/28553</w:t>
        <w:br/>
        <w:t>f 29587/29587/28551 29583/29583/28547 29590/29590/28554</w:t>
        <w:br/>
        <w:t>f 29585/29585/28549 29591/29591/28555 29589/29589/28553</w:t>
        <w:br/>
        <w:t>f 29588/29588/28552 29586/29586/28550 29592/29592/28556</w:t>
        <w:br/>
        <w:t>f 29593/29593/28557 29589/29589/28553 29591/29591/28555</w:t>
        <w:br/>
        <w:t>f 29587/29587/28551 29590/29590/28554 29594/29594/28558</w:t>
        <w:br/>
        <w:t>f 29595/29595/28559 29587/29587/28551 29594/29594/28558</w:t>
        <w:br/>
        <w:t>f 29596/29596/28560 29593/29593/28557 29591/29591/28555</w:t>
        <w:br/>
        <w:t>f 29592/29592/28556 29597/29597/28561 29588/29588/28552</w:t>
        <w:br/>
        <w:t>f 29593/29593/28557 29596/29596/28560 29598/29598/28562</w:t>
        <w:br/>
        <w:t>f 29600/29599/28563 29599/29600/28564 29593/29593/28565</w:t>
        <w:br/>
        <w:t>f 29597/29597/28561 29592/29592/28556 29601/29601/28566</w:t>
        <w:br/>
        <w:t>f 29599/29600/28564 29600/29599/28563 29602/29602/28567</w:t>
        <w:br/>
        <w:t>f 29601/29601/28566 29603/29603/28568 29597/29597/28561</w:t>
        <w:br/>
        <w:t>f 29606/29604/28569 29605/29605/28570 29604/29606/28571</w:t>
        <w:br/>
        <w:t>f 29607/29607/28572 29597/29597/28561 29603/29603/28568</w:t>
        <w:br/>
        <w:t>f 29603/29603/28568 29608/29608/28573 29607/29607/28572</w:t>
        <w:br/>
        <w:t>f 29596/29596/28560 29609/29609/28574 29598/29598/28562</w:t>
        <w:br/>
        <w:t>f 29605/29605/28570 29606/29604/28569 29610/29610/28575</w:t>
        <w:br/>
        <w:t>f 29609/29609/28574 29596/29596/28560 29611/29611/28576</w:t>
        <w:br/>
        <w:t>f 29612/29612/28577 29609/29609/28574 29611/29611/28576</w:t>
        <w:br/>
        <w:t>f 29608/29608/28573 29603/29603/28568 29613/29613/28578</w:t>
        <w:br/>
        <w:t>f 29614/29614/28579 29609/29609/28574 29612/29612/28577</w:t>
        <w:br/>
        <w:t>f 29615/29615/28580 29605/29605/28570 29610/29610/28575</w:t>
        <w:br/>
        <w:t>f 29605/29605/28570 29615/29615/28580 29616/29616/28581</w:t>
        <w:br/>
        <w:t>f 29612/29612/28577 29617/29617/28582 29614/29614/28579</w:t>
        <w:br/>
        <w:t>f 29613/29613/28578 29618/29618/28583 29608/29608/28573</w:t>
        <w:br/>
        <w:t>f 29619/29619/28584 29614/29614/28579 29617/29617/28582</w:t>
        <w:br/>
        <w:t>f 29616/29616/28581 29615/29615/28580 29620/29620/28585</w:t>
        <w:br/>
        <w:t>f 29621/29621/28586 29619/29619/28584 29617/29617/28582</w:t>
        <w:br/>
        <w:t>f 29622/29622/28532 29619/29619/28584 29621/29621/28586</w:t>
        <w:br/>
        <w:t>f 29624/29623/28587 29620/29620/28585 29623/29624/28588</w:t>
        <w:br/>
        <w:t>f 29618/29618/28583 29613/29613/28578 29625/29625/28589</w:t>
        <w:br/>
        <w:t>f 29626/29626/28590 29616/29616/28581 29620/29620/28585</w:t>
        <w:br/>
        <w:t>f 29620/29620/28585 29624/29623/28587 29626/29626/28590</w:t>
        <w:br/>
        <w:t>f 29625/29625/28589 29627/29627/28524 29618/29618/28583</w:t>
        <w:br/>
        <w:t>f 29627/29627/28524 29625/29625/28589 29628/29628/28522</w:t>
        <w:br/>
        <w:t>f 29631/29629/28591 29630/29630/28592 29629/29631/28593</w:t>
        <w:br/>
        <w:t>f 29629/29631/28593 29632/29632/28594 29631/29629/28591</w:t>
        <w:br/>
        <w:t>f 29630/29630/28592 29631/29629/28591 29633/29633/28595</w:t>
        <w:br/>
        <w:t>f 29631/29629/28591 29632/29632/28594 29634/29634/28596</w:t>
        <w:br/>
        <w:t>f 29632/29632/28594 29635/29635/28597 29634/29634/28596</w:t>
        <w:br/>
        <w:t>f 29638/29636/28598 29637/29637/28599 29636/29638/28600</w:t>
        <w:br/>
        <w:t>f 29638/29636/28598 29636/29638/28600 29639/29639/28601</w:t>
        <w:br/>
        <w:t>f 29637/29637/28599 29638/29636/28598 29640/29640/28602</w:t>
        <w:br/>
        <w:t>f 29643/29641/28603 29642/29642/28604 29641/29643/28605</w:t>
        <w:br/>
        <w:t>f 29644/29644/28606 29642/29642/28604 29643/29641/28603</w:t>
        <w:br/>
        <w:t>f 29643/29641/28603 29645/29645/28607 29644/29644/28606</w:t>
        <w:br/>
        <w:t>f 29645/29645/28607 29643/29641/28603 29646/29646/28608</w:t>
        <w:br/>
        <w:t>f 29638/29636/28598 29639/29639/28601 29647/29647/28609</w:t>
        <w:br/>
        <w:t>f 29646/29646/28608 29648/29648/28610 29645/29645/28607</w:t>
        <w:br/>
        <w:t>f 29647/29647/28609 29639/29639/28601 29649/29649/28611</w:t>
        <w:br/>
        <w:t>f 29634/29634/28596 29635/29635/28597 29650/29650/28612</w:t>
        <w:br/>
        <w:t>f 29648/29648/28610 29646/29646/28608 29651/29651/28613</w:t>
        <w:br/>
        <w:t>f 29647/29647/28609 29649/29649/28611 29652/29652/28614</w:t>
        <w:br/>
        <w:t>f 29635/29635/28597 29653/29653/28615 29650/29650/28612</w:t>
        <w:br/>
        <w:t>f 29652/29652/28614 29649/29649/28611 29654/29654/28616</w:t>
        <w:br/>
        <w:t>f 29653/29653/28615 29635/29635/28597 29655/29655/28617</w:t>
        <w:br/>
        <w:t>f 29656/29656/28618 29648/29648/28610 29651/29651/28613</w:t>
        <w:br/>
        <w:t>f 29654/29654/28616 29657/29657/28619 29652/29652/28614</w:t>
        <w:br/>
        <w:t>f 29658/29658/28620 29648/29648/28610 29656/29656/28618</w:t>
        <w:br/>
        <w:t>f 29655/29655/28617 29659/29659/28621 29653/29653/28615</w:t>
        <w:br/>
        <w:t>f 29659/29659/28621 29655/29655/28617 29660/29660/28622</w:t>
        <w:br/>
        <w:t>f 29661/29661/28623 29659/29659/28621 29660/29660/28622</w:t>
        <w:br/>
        <w:t>f 29664/29662/28624 29663/29663/28624 29662/29664/28624</w:t>
        <w:br/>
        <w:t>f 29656/29656/28618 29665/29665/28625 29658/29658/28620</w:t>
        <w:br/>
        <w:t>f 29663/29663/28624 29664/29662/28624 29666/29666/28624</w:t>
        <w:br/>
        <w:t>f 29658/29658/28620 29665/29665/28625 29667/29667/28626</w:t>
        <w:br/>
        <w:t>f 29665/29665/28625 29668/29668/28627 29667/29667/28626</w:t>
        <w:br/>
        <w:t>f 29669/29669/28628 29659/29659/28621 29661/29661/28623</w:t>
        <w:br/>
        <w:t>f 29669/29669/28628 29661/29661/28623 29670/29670/28629</w:t>
        <w:br/>
        <w:t>f 29671/29671/28630 29669/29669/28628 29670/29670/28629</w:t>
        <w:br/>
        <w:t>f 29674/29672/28631 29673/29673/28632 29672/29674/28633</w:t>
        <w:br/>
        <w:t>f 29673/29673/28632 29674/29672/28631 29675/29675/28634</w:t>
        <w:br/>
        <w:t>f 29668/29668/28627 29665/29665/28625 29676/29676/28635</w:t>
        <w:br/>
        <w:t>f 29677/29677/28636 29673/29673/28632 29675/29675/28634</w:t>
        <w:br/>
        <w:t>f 29676/29676/28635 29678/29678/28637 29668/29668/28627</w:t>
        <w:br/>
        <w:t>f 29679/29679/28638 29673/29673/28632 29677/29677/28636</w:t>
        <w:br/>
        <w:t>f 29678/29678/28637 29676/29676/28635 29680/29680/28639</w:t>
        <w:br/>
        <w:t>f 29683/29681/28640 29682/29682/28641 29681/29683/28642</w:t>
        <w:br/>
        <w:t>f 29684/29684/28643 29683/29681/28640 29681/29683/28642</w:t>
        <w:br/>
        <w:t>f 29685/29685/28644 29681/29683/28642 29682/29682/28641</w:t>
        <w:br/>
        <w:t>f 29681/29683/28642 29686/29686/28645 29684/29684/28643</w:t>
        <w:br/>
        <w:t>f 29687/29687/28646 29681/29683/28642 29685/29685/28644</w:t>
        <w:br/>
        <w:t>f 29688/29688/28647 29687/29687/28646 29685/29685/28644</w:t>
        <w:br/>
        <w:t>f 29689/29689/28648 29686/29686/28645 29681/29683/28642</w:t>
        <w:br/>
        <w:t>f 29687/29687/28646 29689/29689/28648 29681/29683/28642</w:t>
        <w:br/>
        <w:t>f 29687/29687/28646 29688/29688/28647 29690/29690/28649</w:t>
        <w:br/>
        <w:t>f 29691/29691/28650 29690/29690/28649 29688/29688/28647</w:t>
        <w:br/>
        <w:t>f 29687/29687/28646 29692/29692/28651 29689/29689/28648</w:t>
        <w:br/>
        <w:t>f 29690/29690/28649 29692/29692/28651 29687/29687/28646</w:t>
        <w:br/>
        <w:t>f 29693/29693/28652 29686/29686/28645 29689/29689/28648</w:t>
        <w:br/>
        <w:t>f 29686/29686/28645 29693/29693/28652 29694/29694/28653</w:t>
        <w:br/>
        <w:t>f 29692/29692/28651 29695/29695/28654 29689/29689/28648</w:t>
        <w:br/>
        <w:t>f 29695/29695/28654 29693/29693/28652 29689/29689/28648</w:t>
        <w:br/>
        <w:t>f 29690/29690/28649 29696/29696/28655 29692/29692/28651</w:t>
        <w:br/>
        <w:t>f 29696/29696/28655 29695/29695/28654 29692/29692/28651</w:t>
        <w:br/>
        <w:t>f 29697/29697/28656 29690/29690/28649 29691/29691/28650</w:t>
        <w:br/>
        <w:t>f 29697/29697/28656 29696/29696/28655 29690/29690/28649</w:t>
        <w:br/>
        <w:t>f 29698/29698/28657 29697/29697/28656 29691/29691/28650</w:t>
        <w:br/>
        <w:t>f 29699/29699/28658 29697/29697/28656 29698/29698/28657</w:t>
        <w:br/>
        <w:t>f 29700/29700/28659 29699/29699/28658 29698/29698/28657</w:t>
        <w:br/>
        <w:t>f 29701/29701/28660 29696/29696/28655 29697/29697/28656</w:t>
        <w:br/>
        <w:t>f 29699/29699/28658 29701/29701/28660 29697/29697/28656</w:t>
        <w:br/>
        <w:t>f 29699/29699/28658 29700/29700/28659 29702/29702/28661</w:t>
        <w:br/>
        <w:t>f 29703/29703/28662 29702/29702/28661 29700/29700/28659</w:t>
        <w:br/>
        <w:t>f 29702/29702/28661 29703/29703/28662 29704/29704/28663</w:t>
        <w:br/>
        <w:t>f 29704/29704/28663 29705/29705/28664 29702/29702/28661</w:t>
        <w:br/>
        <w:t>f 29702/29702/28661 29706/29706/28665 29699/29699/28658</w:t>
        <w:br/>
        <w:t>f 29706/29706/28665 29701/29701/28660 29699/29699/28658</w:t>
        <w:br/>
        <w:t>f 29705/29705/28664 29707/29707/28666 29702/29702/28661</w:t>
        <w:br/>
        <w:t>f 29707/29707/28666 29706/29706/28665 29702/29702/28661</w:t>
        <w:br/>
        <w:t>f 29707/29707/28666 29705/29705/28664 29708/29708/28667</w:t>
        <w:br/>
        <w:t>f 29706/29706/28665 29709/29709/28668 29701/29701/28660</w:t>
        <w:br/>
        <w:t>f 29708/29708/28667 29710/29710/28669 29707/29707/28666</w:t>
        <w:br/>
        <w:t>f 29708/29708/28667 29711/29711/28670 29710/29710/28669</w:t>
        <w:br/>
        <w:t>f 29712/29712/28671 29710/29710/28669 29711/29711/28670</w:t>
        <w:br/>
        <w:t>f 29707/29707/28666 29713/29713/28672 29706/29706/28665</w:t>
        <w:br/>
        <w:t>f 29710/29710/28669 29713/29713/28672 29707/29707/28666</w:t>
        <w:br/>
        <w:t>f 29709/29709/28668 29706/29706/28665 29713/29713/28672</w:t>
        <w:br/>
        <w:t>f 29710/29710/28669 29712/29712/28671 29714/29714/28673</w:t>
        <w:br/>
        <w:t>f 29714/29714/28673 29713/29713/28672 29710/29710/28669</w:t>
        <w:br/>
        <w:t>f 29714/29714/28673 29712/29712/28671 29715/29715/28674</w:t>
        <w:br/>
        <w:t>f 29716/29716/28675 29714/29714/28673 29715/29715/28674</w:t>
        <w:br/>
        <w:t>f 29714/29714/28673 29716/29716/28675 29717/29717/28676</w:t>
        <w:br/>
        <w:t>f 29713/29713/28672 29714/29714/28673 29718/29718/28677</w:t>
        <w:br/>
        <w:t>f 29717/29717/28676 29718/29718/28677 29714/29714/28673</w:t>
        <w:br/>
        <w:t>f 29713/29713/28672 29718/29718/28677 29709/29709/28668</w:t>
        <w:br/>
        <w:t>f 29718/29718/28677 29717/29717/28676 29719/29719/28678</w:t>
        <w:br/>
        <w:t>f 29719/29719/28678 29720/29720/28679 29718/29718/28677</w:t>
        <w:br/>
        <w:t>f 29718/29718/28677 29720/29720/28679 29709/29709/28668</w:t>
        <w:br/>
        <w:t>f 29720/29720/28679 29719/29719/28678 29721/29721/28680</w:t>
        <w:br/>
        <w:t>f 29709/29709/28668 29720/29720/28679 29722/29722/28681</w:t>
        <w:br/>
        <w:t>f 29722/29722/28681 29701/29701/28660 29709/29709/28668</w:t>
        <w:br/>
        <w:t>f 29701/29701/28660 29722/29722/28681 29696/29696/28655</w:t>
        <w:br/>
        <w:t>f 29695/29695/28654 29696/29696/28655 29722/29722/28681</w:t>
        <w:br/>
        <w:t>f 29721/29721/28680 29723/29723/28682 29720/29720/28679</w:t>
        <w:br/>
        <w:t>f 29720/29720/28679 29723/29723/28682 29722/29722/28681</w:t>
        <w:br/>
        <w:t>f 29723/29723/28682 29695/29695/28654 29722/29722/28681</w:t>
        <w:br/>
        <w:t>f 29723/29723/28682 29721/29721/28680 29724/29724/28683</w:t>
        <w:br/>
        <w:t>f 29695/29695/28654 29723/29723/28682 29725/29725/28684</w:t>
        <w:br/>
        <w:t>f 29724/29724/28683 29725/29725/28684 29723/29723/28682</w:t>
        <w:br/>
        <w:t>f 29725/29725/28684 29693/29693/28652 29695/29695/28654</w:t>
        <w:br/>
        <w:t>f 29725/29725/28684 29724/29724/28683 29726/29726/28685</w:t>
        <w:br/>
        <w:t>f 29693/29693/28652 29725/29725/28684 29727/29727/28686</w:t>
        <w:br/>
        <w:t>f 29726/29726/28685 29727/29727/28686 29725/29725/28684</w:t>
        <w:br/>
        <w:t>f 29693/29693/28652 29727/29727/28686 29694/29694/28653</w:t>
        <w:br/>
        <w:t>f 29727/29727/28686 29726/29726/28685 29728/29728/28687</w:t>
        <w:br/>
        <w:t>f 29727/29727/28686 29729/29729/28688 29694/29694/28653</w:t>
        <w:br/>
        <w:t>f 29727/29727/28686 29728/29728/28687 29730/29730/28689</w:t>
        <w:br/>
        <w:t>f 29727/29727/28686 29730/29730/28689 29729/29729/28688</w:t>
        <w:br/>
        <w:t>f 29733/29731/28690 29732/29732/28691 29731/29733/28692</w:t>
        <w:br/>
        <w:t>f 29734/29734/28693 29731/29733/28692 29732/29732/28691</w:t>
        <w:br/>
        <w:t>f 29732/29732/28691 29733/29731/28690 29735/29735/28694</w:t>
        <w:br/>
        <w:t>f 29732/29732/28691 29736/29736/28695 29734/29734/28693</w:t>
        <w:br/>
        <w:t>f 29733/29731/28690 29737/29737/28696 29735/29735/28694</w:t>
        <w:br/>
        <w:t>f 29738/29738/28697 29734/29734/28693 29736/29736/28695</w:t>
        <w:br/>
        <w:t>f 29739/29739/28698 29734/29734/28693 29738/29738/28697</w:t>
        <w:br/>
        <w:t>f 29738/29738/28697 29740/29740/28699 29739/29739/28698</w:t>
        <w:br/>
        <w:t>f 29740/29740/28699 29738/29738/28697 29741/29741/28700</w:t>
        <w:br/>
        <w:t>f 29741/29741/28700 29742/29742/28701 29740/29740/28699</w:t>
        <w:br/>
        <w:t>f 29743/29743/28702 29742/29742/28701 29741/29741/28700</w:t>
        <w:br/>
        <w:t>f 29741/29741/28700 29744/29744/28703 29743/29743/28702</w:t>
        <w:br/>
        <w:t>f 29747/29745/28704 29746/29746/28705 29745/29747/28706</w:t>
        <w:br/>
        <w:t>f 29747/29745/28704 29748/29748/23480 29746/29746/28705</w:t>
        <w:br/>
        <w:t>f 29743/29743/28702 29744/29744/28703 29749/29749/28707</w:t>
        <w:br/>
        <w:t>f 29745/29747/28706 29750/29750/28708 29747/29745/28704</w:t>
        <w:br/>
        <w:t>f 29744/29744/28703 29751/29751/28709 29749/29749/28707</w:t>
        <w:br/>
        <w:t>f 29744/29744/28703 29735/29735/28694 29751/29751/28709</w:t>
        <w:br/>
        <w:t>f 29735/29735/28694 29737/29737/28696 29751/29751/28709</w:t>
        <w:br/>
        <w:t>f 29750/29750/28708 29752/29752/28710 29747/29745/28704</w:t>
        <w:br/>
        <w:t>f 29750/29750/28708 29753/29753/28711 29752/29752/28710</w:t>
        <w:br/>
        <w:t>f 29755/29754/28712 29754/29755/28713 29753/29753/28711</w:t>
        <w:br/>
        <w:t>f 29752/29752/28710 29753/29753/28711 29754/29755/28713</w:t>
        <w:br/>
        <w:t>f 29756/29756/23456 29754/29755/28713 29755/29754/28712</w:t>
        <w:br/>
        <w:t>f 29759/29757/28714 29758/29758/28715 29757/29759/28716</w:t>
        <w:br/>
        <w:t>f 29758/29758/28715 29760/29760/28717 29757/29759/28716</w:t>
        <w:br/>
        <w:t>f 29761/29761/28718 29757/29759/28716 29760/29760/28717</w:t>
        <w:br/>
        <w:t>f 29757/29759/28716 29762/29762/28719 29759/29757/28714</w:t>
        <w:br/>
        <w:t>f 29757/29759/28716 29761/29761/28718 29763/29763/28720</w:t>
        <w:br/>
        <w:t>f 29763/29763/28720 29762/29762/28719 29757/29759/28716</w:t>
        <w:br/>
        <w:t>f 29761/29761/28718 29764/29764/28721 29763/29763/28720</w:t>
        <w:br/>
        <w:t>f 29764/29764/28721 29761/29761/28718 29765/29765/28722</w:t>
        <w:br/>
        <w:t>f 29762/29762/28719 29763/29763/28720 29766/29766/28723</w:t>
        <w:br/>
        <w:t>f 29762/29762/28719 29766/29766/28723 29767/29767/28724</w:t>
        <w:br/>
        <w:t>f 29770/29768/28725 29769/29769/28726 29768/29770/28727</w:t>
        <w:br/>
        <w:t>f 29768/29770/28727 29771/29771/28728 29770/29768/28725</w:t>
        <w:br/>
        <w:t>f 29765/29765/28722 29772/29772/28729 29764/29764/28721</w:t>
        <w:br/>
        <w:t>f 29772/29772/28729 29765/29765/28722 29773/29773/28730</w:t>
        <w:br/>
        <w:t>f 29774/29774/28731 29772/29772/28729 29773/29773/28730</w:t>
        <w:br/>
        <w:t>f 29769/29769/28726 29775/29775/28732 29768/29770/28727</w:t>
        <w:br/>
        <w:t>f 29772/29772/28729 29774/29774/28731 29776/29776/28733</w:t>
        <w:br/>
        <w:t>f 29769/29769/28726 29777/29777/28734 29775/29775/28732</w:t>
        <w:br/>
        <w:t>f 29777/29777/28734 29769/29769/28726 29778/29778/28735</w:t>
        <w:br/>
        <w:t>f 29776/29776/28733 29774/29774/28731 29779/29779/28736</w:t>
        <w:br/>
        <w:t>f 29779/29779/28736 29774/29774/28731 29780/29780/28737</w:t>
        <w:br/>
        <w:t>f 29782/29781/28738 29778/29778/28735 29781/29782/28739</w:t>
        <w:br/>
        <w:t>f 29783/29783/28740 29782/29781/28738 29781/29782/28739</w:t>
        <w:br/>
        <w:t>f 29778/29778/28735 29782/29781/28738 29777/29777/28734</w:t>
        <w:br/>
        <w:t>f 29783/29783/28740 29785/29784/28741 29784/29785/28742</w:t>
        <w:br/>
        <w:t>f 29782/29781/28738 29783/29783/28740 29784/29785/28742</w:t>
        <w:br/>
        <w:t>f 29785/29784/28741 29786/29786/28743 29784/29785/28742</w:t>
        <w:br/>
        <w:t>f 29789/29787/28744 29788/29788/28745 29787/29789/28746</w:t>
        <w:br/>
        <w:t>f 29790/29790/28747 29788/29788/28745 29789/29787/28744</w:t>
        <w:br/>
        <w:t>f 29791/29791/28748 29787/29789/28746 29788/29788/28745</w:t>
        <w:br/>
        <w:t>f 29794/29792/28749 29793/29793/28750 29792/29794/28751</w:t>
        <w:br/>
        <w:t>f 29793/29793/28750 29794/29792/28749 29795/29795/28752</w:t>
        <w:br/>
        <w:t>f 29796/29796/28753 29792/29794/28751 29793/29793/28750</w:t>
        <w:br/>
        <w:t>f 29796/29796/28753 29790/29790/28747 29792/29794/28751</w:t>
        <w:br/>
        <w:t>f 29794/29792/28749 29797/29797/28754 29795/29795/28752</w:t>
        <w:br/>
        <w:t>f 29790/29790/28747 29796/29796/28753 29798/29798/28755</w:t>
        <w:br/>
        <w:t>f 29795/29795/28752 29797/29797/28754 29799/29799/28756</w:t>
        <w:br/>
        <w:t>f 29797/29797/28754 29800/29800/28757 29799/29799/28756</w:t>
        <w:br/>
        <w:t>f 29800/29800/28757 29797/29797/28754 29801/29801/28758</w:t>
        <w:br/>
        <w:t>f 29801/29801/28758 29802/29802/28759 29800/29800/28757</w:t>
        <w:br/>
        <w:t>f 29803/29803/28760 29800/29800/28757 29802/29802/28759</w:t>
        <w:br/>
        <w:t>f 29802/29802/28759 29804/29804/28761 29803/29803/28760</w:t>
        <w:br/>
        <w:t>f 29802/29802/28759 29805/29805/28762 29804/29804/28761</w:t>
        <w:br/>
        <w:t>f 29805/29805/28762 29806/29806/28763 29804/29804/28761</w:t>
        <w:br/>
        <w:t>f 29804/29804/28761 29806/29806/28763 29807/29807/28764</w:t>
        <w:br/>
        <w:t>f 29806/29806/28763 29808/29808/28765 29807/29807/28764</w:t>
        <w:br/>
        <w:t>f 29808/29808/28765 29806/29806/28763 29809/29809/28766</w:t>
        <w:br/>
        <w:t>f 29808/29808/28765 29809/29809/28766 29810/29810/28767</w:t>
        <w:br/>
        <w:t>f 29808/29808/28765 29810/29810/28767 29811/29811/28768</w:t>
        <w:br/>
        <w:t>f 29814/29812/28769 29813/29813/28770 29812/29814/28771</w:t>
        <w:br/>
        <w:t>f 29810/29810/28767 29815/29815/28772 29811/29811/28768</w:t>
        <w:br/>
        <w:t>f 29813/29813/28770 29814/29812/28769 29816/29816/28773</w:t>
        <w:br/>
        <w:t>f 29817/29817/28774 29815/29815/28772 29810/29810/28767</w:t>
        <w:br/>
        <w:t>f 29816/29816/28773 29818/29818/28775 29813/29813/28770</w:t>
        <w:br/>
        <w:t>f 29798/29798/28755 29815/29815/28772 29817/29817/28774</w:t>
        <w:br/>
        <w:t>f 29821/29819/28776 29820/29820/28777 29819/29821/28778</w:t>
        <w:br/>
        <w:t>f 29818/29818/28775 29816/29816/28773 29822/29822/28779</w:t>
        <w:br/>
        <w:t>f 29820/29820/28777 29821/29819/28776 29823/29823/28780</w:t>
        <w:br/>
        <w:t>f 29817/29817/28774 29824/29824/28781 29798/29798/28755</w:t>
        <w:br/>
        <w:t>f 29790/29790/28747 29798/29798/28755 29824/29824/28781</w:t>
        <w:br/>
        <w:t>f 29788/29788/28745 29790/29790/28747 29824/29824/28781</w:t>
        <w:br/>
        <w:t>f 29817/29817/28774 29788/29788/28745 29824/29824/28781</w:t>
        <w:br/>
        <w:t>f 29823/29823/28780 29825/29825/28782 29820/29820/28777</w:t>
        <w:br/>
        <w:t>f 29822/29822/28779 29826/29826/28783 29818/29818/28775</w:t>
        <w:br/>
        <w:t>f 29825/29825/28782 29823/29823/28780 29827/29827/28784</w:t>
        <w:br/>
        <w:t>f 29825/29825/28782 29827/29827/28784 29767/29767/28724</w:t>
        <w:br/>
        <w:t>f 29767/29767/28724 29766/29766/28723 29825/29825/28782</w:t>
        <w:br/>
        <w:t>f 29826/29826/28783 29828/29828/28785 29818/29818/28775</w:t>
        <w:br/>
        <w:t>f 29771/29771/28728 29828/29828/28785 29826/29826/28783</w:t>
        <w:br/>
        <w:t>f 29829/29829/28786 29788/29788/28745 29817/29817/28774</w:t>
        <w:br/>
        <w:t>f 29828/29828/28785 29771/29771/28728 29830/29830/28787</w:t>
        <w:br/>
        <w:t>f 29831/29831/28788 29788/29788/28745 29829/29829/28786</w:t>
        <w:br/>
        <w:t>f 29771/29771/28728 29768/29770/28727 29830/29830/28787</w:t>
        <w:br/>
        <w:t>f 29788/29788/28745 29831/29831/28788 29791/29791/28748</w:t>
        <w:br/>
        <w:t>f 29834/29832/28789 29833/29833/28790 29832/29834/28791</w:t>
        <w:br/>
        <w:t>f 29832/29834/28791 29835/29835/28792 29834/29832/28789</w:t>
        <w:br/>
        <w:t>f 29832/29834/28791 29833/29833/28790 29836/29836/28793</w:t>
        <w:br/>
        <w:t>f 29835/29835/28792 29832/29834/28791 29837/29837/28794</w:t>
        <w:br/>
        <w:t>f 29836/29836/28793 29833/29833/28790 29838/29838/28795</w:t>
        <w:br/>
        <w:t>f 29839/29839/28796 29835/29835/28792 29837/29837/28794</w:t>
        <w:br/>
        <w:t>f 29838/29838/28795 29840/29840/28797 29836/29836/28793</w:t>
        <w:br/>
        <w:t>f 29839/29839/28796 29837/29837/28794 29841/29841/28798</w:t>
        <w:br/>
        <w:t>f 29842/29842/28799 29840/29840/28797 29838/29838/28795</w:t>
        <w:br/>
        <w:t>f 29841/29841/28798 29843/29843/28800 29839/29839/28796</w:t>
        <w:br/>
        <w:t>f 29840/29840/28797 29842/29842/28799 29843/29843/28800</w:t>
        <w:br/>
        <w:t>f 29842/29842/28799 29839/29839/28796 29843/29843/28800</w:t>
        <w:br/>
        <w:t>f 29846/29844/28801 29845/29845/28802 29844/29846/28803</w:t>
        <w:br/>
        <w:t>f 29845/29845/28802 29846/29844/28801 29847/29847/28804</w:t>
        <w:br/>
        <w:t>f 29848/29848/28805 29844/29846/28803 29845/29845/28802</w:t>
        <w:br/>
        <w:t>f 29847/29847/28804 29849/29849/28806 29845/29845/28802</w:t>
        <w:br/>
        <w:t>f 29845/29845/28802 29850/29850/28807 29848/29848/28805</w:t>
        <w:br/>
        <w:t>f 29845/29845/28802 29849/29849/28806 29851/29851/28808</w:t>
        <w:br/>
        <w:t>f 29852/29852/28809 29848/29848/28805 29850/29850/28807</w:t>
        <w:br/>
        <w:t>f 29848/29848/28805 29852/29852/28809 29853/29853/28810</w:t>
        <w:br/>
        <w:t>f 29853/29853/28810 29852/29852/28809 29854/29854/28811</w:t>
        <w:br/>
        <w:t>f 29845/29845/28802 29855/29855/28812 29850/29850/28807</w:t>
        <w:br/>
        <w:t>f 29855/29855/28812 29852/29852/28809 29850/29850/28807</w:t>
        <w:br/>
        <w:t>f 29855/29855/28812 29845/29845/28802 29851/29851/28808</w:t>
        <w:br/>
        <w:t>f 29852/29852/28809 29856/29856/28813 29854/29854/28811</w:t>
        <w:br/>
        <w:t>f 29854/29854/28811 29856/29856/28813 29857/29857/28814</w:t>
        <w:br/>
        <w:t>f 29852/29852/28809 29855/29855/28812 29858/29858/28815</w:t>
        <w:br/>
        <w:t>f 29858/29858/28815 29856/29856/28813 29852/29852/28809</w:t>
        <w:br/>
        <w:t>f 29855/29855/28812 29859/29859/28816 29858/29858/28815</w:t>
        <w:br/>
        <w:t>f 29856/29856/28813 29858/29858/28815 29860/29860/28817</w:t>
        <w:br/>
        <w:t>f 29855/29855/28812 29861/29861/28818 29859/29859/28816</w:t>
        <w:br/>
        <w:t>f 29861/29861/28818 29856/29856/28813 29859/29859/28816</w:t>
        <w:br/>
        <w:t>f 29851/29851/28808 29862/29862/28819 29855/29855/28812</w:t>
        <w:br/>
        <w:t>f 29855/29855/28812 29862/29862/28819 29861/29861/28818</w:t>
        <w:br/>
        <w:t>f 29849/29849/28806 29862/29862/28819 29851/29851/28808</w:t>
        <w:br/>
        <w:t>f 29862/29862/28819 29849/29849/28806 29863/29863/28820</w:t>
        <w:br/>
        <w:t>f 29864/29864/28821 29862/29862/28819 29863/29863/28820</w:t>
        <w:br/>
        <w:t>f 29856/29856/28813 29861/29861/28818 29865/29865/28822</w:t>
        <w:br/>
        <w:t>f 29862/29862/28819 29865/29865/28822 29861/29861/28818</w:t>
        <w:br/>
        <w:t>f 29865/29865/28822 29857/29857/28814 29856/29856/28813</w:t>
        <w:br/>
        <w:t>f 29857/29857/28814 29865/29865/28822 29866/29866/28823</w:t>
        <w:br/>
        <w:t>f 29867/29867/28824 29866/29866/28823 29865/29865/28822</w:t>
        <w:br/>
        <w:t>f 29862/29862/28819 29864/29864/28821 29868/29868/28825</w:t>
        <w:br/>
        <w:t>f 29865/29865/28822 29862/29862/28819 29868/29868/28825</w:t>
        <w:br/>
        <w:t>f 29868/29868/28825 29867/29867/28824 29865/29865/28822</w:t>
        <w:br/>
        <w:t>f 29869/29869/28826 29868/29868/28825 29864/29864/28821</w:t>
        <w:br/>
        <w:t>f 29869/29869/28826 29867/29867/28824 29868/29868/28825</w:t>
        <w:br/>
        <w:t>f 29872/29870/28827 29871/29871/28827 29870/29872/28827</w:t>
        <w:br/>
        <w:t>f 29873/29873/28827 29872/29870/28827 29870/29872/28827</w:t>
        <w:br/>
        <w:t>f 29871/29871/28827 29874/29874/28827 29870/29872/28827</w:t>
        <w:br/>
        <w:t>f 29875/29875/28827 29873/29873/28827 29870/29872/28827</w:t>
        <w:br/>
        <w:t>f 29874/29874/28827 29876/29876/28827 29870/29872/28827</w:t>
        <w:br/>
        <w:t>f 29877/29877/28827 29875/29875/28827 29870/29872/28827</w:t>
        <w:br/>
        <w:t>f 29876/29876/28827 29878/29878/28827 29870/29872/28827</w:t>
        <w:br/>
        <w:t>f 29878/29878/28827 29877/29877/28827 29870/29872/28827</w:t>
        <w:br/>
        <w:t>f 29881/29879/28828 29880/29880/28828 29879/29881/28828</w:t>
        <w:br/>
        <w:t>f 29882/29882/28829 29881/29879/28828 29879/29881/28828</w:t>
        <w:br/>
        <w:t>f 29880/29880/28828 29883/29883/28828 29879/29881/28828</w:t>
        <w:br/>
        <w:t>f 29884/29884/28828 29882/29882/28829 29879/29881/28828</w:t>
        <w:br/>
        <w:t>f 29883/29883/28828 29885/29885/28830 29879/29881/28828</w:t>
        <w:br/>
        <w:t>f 29886/29886/28828 29884/29884/28828 29879/29881/28828</w:t>
        <w:br/>
        <w:t>f 29885/29885/28830 29887/29887/28828 29879/29881/28828</w:t>
        <w:br/>
        <w:t>f 29887/29887/28828 29886/29886/28828 29879/29881/28828</w:t>
        <w:br/>
        <w:t>f 29890/29888/28831 29889/29889/28832 29888/29890/28833</w:t>
        <w:br/>
        <w:t>f 29893/29891/28834 29892/29892/28835 29891/29893/28836</w:t>
        <w:br/>
        <w:t>f 29888/29890/28833 29889/29889/28832 29894/29894/28837</w:t>
        <w:br/>
        <w:t>f 29897/29895/28838 29896/29896/28839 29895/29897/28839</w:t>
        <w:br/>
        <w:t>f 29897/29895/28838 29895/29897/28839 29898/29898/28840</w:t>
        <w:br/>
        <w:t>f 29893/29891/28834 29891/29893/28836 29899/29899/28841</w:t>
        <w:br/>
        <w:t>f 29888/29890/28833 29894/29894/28837 29900/29900/28842</w:t>
        <w:br/>
        <w:t>f 29897/29895/28838 29898/29898/28840 29901/29901/28843</w:t>
        <w:br/>
        <w:t>f 29900/29900/28842 29894/29894/28837 29902/29902/28844</w:t>
        <w:br/>
        <w:t>f 29903/29903/28845 29893/29891/28834 29899/29899/28841</w:t>
        <w:br/>
        <w:t>f 29906/29904/28846 29905/29905/28847 29904/29906/28848</w:t>
        <w:br/>
        <w:t>f 29907/29907/28849 29893/29891/28834 29903/29903/28845</w:t>
        <w:br/>
        <w:t>f 29898/29898/28840 29908/29908/28850 29901/29901/28843</w:t>
        <w:br/>
        <w:t>f 29905/29905/28847 29906/29904/28846 29908/29908/28850</w:t>
        <w:br/>
        <w:t>f 29909/29909/28851 29908/29908/28850 29898/29898/28840</w:t>
        <w:br/>
        <w:t>f 29907/29907/28849 29903/29903/28845 29910/29910/28852</w:t>
        <w:br/>
        <w:t>f 29908/29908/28850 29909/29909/28851 29911/29911/28853</w:t>
        <w:br/>
        <w:t>f 29912/29912/28854 29905/29905/28847 29908/29908/28850</w:t>
        <w:br/>
        <w:t>f 29908/29908/28850 29911/29911/28853 29912/29912/28854</w:t>
        <w:br/>
        <w:t>f 29905/29905/28847 29912/29912/28854 29910/29910/28852</w:t>
        <w:br/>
        <w:t>f 29913/29913/28855 29911/29911/28853 29909/29909/28851</w:t>
        <w:br/>
        <w:t>f 29913/29913/28855 29912/29912/28854 29911/29911/28853</w:t>
        <w:br/>
        <w:t>f 29913/29913/28855 29909/29909/28851 29914/29914/28856</w:t>
        <w:br/>
        <w:t>f 29915/29915/28857 29910/29910/28852 29912/29912/28854</w:t>
        <w:br/>
        <w:t>f 29912/29912/28854 29913/29913/28855 29915/29915/28857</w:t>
        <w:br/>
        <w:t>f 29916/29916/28858 29907/29907/28849 29910/29910/28852</w:t>
        <w:br/>
        <w:t>f 29910/29910/28852 29915/29915/28857 29916/29916/28858</w:t>
        <w:br/>
        <w:t>f 29907/29907/28849 29916/29916/28858 29917/29917/28859</w:t>
        <w:br/>
        <w:t>f 29918/29918/28860 29913/29913/28855 29914/29914/28856</w:t>
        <w:br/>
        <w:t>f 29918/29918/28860 29915/29915/28857 29913/29913/28855</w:t>
        <w:br/>
        <w:t>f 29918/29918/28860 29914/29914/28856 29919/29919/28861</w:t>
        <w:br/>
        <w:t>f 29922/29920/28862 29921/29921/28863 29920/29922/28864</w:t>
        <w:br/>
        <w:t>f 29915/29915/28857 29918/29918/28860 29923/29923/28865</w:t>
        <w:br/>
        <w:t>f 29921/29921/28863 29922/29920/28862 29924/29924/28866</w:t>
        <w:br/>
        <w:t>f 29916/29916/28858 29915/29915/28857 29923/29923/28865</w:t>
        <w:br/>
        <w:t>f 29922/29920/28862 29925/29925/28867 29924/29924/28866</w:t>
        <w:br/>
        <w:t>f 29923/29923/28865 29925/29925/28868 29916/29916/28858</w:t>
        <w:br/>
        <w:t>f 29925/29925/28868 29917/29917/28859 29916/29916/28858</w:t>
        <w:br/>
        <w:t>f 29925/29925/28867 29922/29920/28862 29926/29926/28869</w:t>
        <w:br/>
        <w:t>f 29925/29925/28868 29927/29927/28870 29917/29917/28859</w:t>
        <w:br/>
        <w:t>f 29930/29928/28871 29929/29929/28872 29928/29930/28873</w:t>
        <w:br/>
        <w:t>f 29933/29931/28874 29932/29932/28875 29931/29933/28876</w:t>
        <w:br/>
        <w:t>f 29934/29934/28877 29928/29930/28873 29929/29929/28872</w:t>
        <w:br/>
        <w:t>f 29937/29935/28878 29936/29936/28879 29935/29937/28880</w:t>
        <w:br/>
        <w:t>f 29932/29932/28875 29933/29931/28874 29938/29938/28881</w:t>
        <w:br/>
        <w:t>f 29941/29939/28882 29940/29940/28883 29939/29941/28884</w:t>
        <w:br/>
        <w:t>f 29938/29938/28881 29942/29942/28885 29932/29932/28875</w:t>
        <w:br/>
        <w:t>f 29943/29943/28886 29936/29936/28879 29937/29935/28878</w:t>
        <w:br/>
        <w:t>f 29940/29940/28883 29941/29939/28882 29944/29944/28887</w:t>
        <w:br/>
        <w:t>f 29937/29935/28878 29945/29945/28888 29943/29943/28886</w:t>
        <w:br/>
        <w:t>f 29945/29945/28888 29937/29935/28878 29946/29946/28889</w:t>
        <w:br/>
        <w:t>f 29940/29940/28883 29944/29944/28887 29947/29947/28890</w:t>
        <w:br/>
        <w:t>f 29947/29947/28890 29944/29944/28887 29948/29948/28891</w:t>
        <w:br/>
        <w:t>f 29942/29942/28885 29938/29938/28881 29949/29949/28892</w:t>
        <w:br/>
        <w:t>f 29950/29950/28893 29945/29945/28888 29946/29946/28889</w:t>
        <w:br/>
        <w:t>f 29951/29951/28894 29947/29947/28890 29948/29948/28891</w:t>
        <w:br/>
        <w:t>f 29946/29946/28889 29952/29952/28895 29950/29950/28893</w:t>
        <w:br/>
        <w:t>f 29953/29953/28896 29942/29942/28885 29949/29949/28892</w:t>
        <w:br/>
        <w:t>f 29947/29947/28890 29951/29951/28894 29954/29954/28897</w:t>
        <w:br/>
        <w:t>f 29942/29942/28885 29953/29953/28896 29955/29955/28898</w:t>
        <w:br/>
        <w:t>f 29952/29952/28895 29956/29956/28899 29950/29950/28893</w:t>
        <w:br/>
        <w:t>f 29956/29956/28899 29952/29952/28895 29957/29957/28900</w:t>
        <w:br/>
        <w:t>f 29960/29958/28901 29959/29959/28902 29958/29960/28903</w:t>
        <w:br/>
        <w:t>f 29954/29954/28897 29951/29951/28894 29961/29961/28904</w:t>
        <w:br/>
        <w:t>f 29951/29951/28894 29962/29962/28905 29961/29961/28904</w:t>
        <w:br/>
        <w:t>f 29963/29963/28906 29955/29955/28898 29953/29953/28896</w:t>
        <w:br/>
        <w:t>f 29961/29961/28904 29964/29964/28907 29954/29954/28897</w:t>
        <w:br/>
        <w:t>f 29955/29955/28898 29963/29963/28906 29965/29965/28908</w:t>
        <w:br/>
        <w:t>f 29966/29966/28909 29961/29961/28904 29958/29960/28903</w:t>
        <w:br/>
        <w:t>f 29969/29967/28910 29968/29968/28910 29967/29969/28911</w:t>
        <w:br/>
        <w:t>f 29968/29968/28910 29969/29967/28910 29970/29970/28912</w:t>
        <w:br/>
        <w:t>f 29971/29971/28913 29964/29964/28907 29961/29961/28904</w:t>
        <w:br/>
        <w:t>f 29971/29971/28913 29972/29972/28914 29964/29964/28907</w:t>
        <w:br/>
        <w:t>f 29966/29966/28909 29971/29971/28913 29961/29961/28904</w:t>
        <w:br/>
        <w:t>f 29975/29973/28915 29974/29974/28916 29973/29975/28916</w:t>
        <w:br/>
        <w:t>f 29970/29970/28917 29975/29973/28918 29976/29976/28919</w:t>
        <w:br/>
        <w:t>f 29975/29973/28918 29977/29977/28920 29976/29976/28919</w:t>
        <w:br/>
        <w:t>f 29972/29972/28921 29979/29978/28922 29978/29979/28923</w:t>
        <w:br/>
        <w:t>f 29978/29979/28923 29975/29973/28918 29972/29972/28921</w:t>
        <w:br/>
        <w:t>f 29980/29980/28924 29971/29971/28913 29966/29966/28909</w:t>
        <w:br/>
        <w:t>f 29981/29981/28925 29978/29979/28923 29971/29971/28913</w:t>
        <w:br/>
        <w:t>f 29981/29981/28925 29971/29971/28913 29980/29980/28924</w:t>
        <w:br/>
        <w:t>f 29978/29979/28923 29981/29981/28925 29982/29982/28926</w:t>
        <w:br/>
        <w:t>f 29980/29980/28924 29966/29966/28909 29983/29983/28927</w:t>
        <w:br/>
        <w:t>f 29983/29983/28927 29966/29966/28909 29958/29960/28903</w:t>
        <w:br/>
        <w:t>f 29980/29980/28924 29983/29983/28927 29984/29984/28928</w:t>
        <w:br/>
        <w:t>f 29987/29985/28929 29986/29986/28930 29985/29987/28931</w:t>
        <w:br/>
        <w:t>f 29989/29988/28932 29988/29989/28933 29978/29979/28923</w:t>
        <w:br/>
        <w:t>f 29990/29990/28934 29988/29989/28933 29975/29973/28918</w:t>
        <w:br/>
        <w:t>f 29991/29991/28935 29988/29989/28933 29989/29988/28932</w:t>
        <w:br/>
        <w:t>f 29988/29989/28933 29992/29992/28936 29975/29973/28918</w:t>
        <w:br/>
        <w:t>f 29988/29989/28933 29991/29991/28935 29992/29992/28936</w:t>
        <w:br/>
        <w:t>f 29993/29993/28937 29975/29973/28918 29992/29992/28936</w:t>
        <w:br/>
        <w:t>f 29977/29977/28920 29975/29973/28918 29993/29993/28937</w:t>
        <w:br/>
        <w:t>f 29991/29991/28935 29994/29994/28938 29992/29992/28936</w:t>
        <w:br/>
        <w:t>f 29994/29994/28938 29991/29991/28935 29995/29995/28939</w:t>
        <w:br/>
        <w:t>f 29992/29992/28936 29996/29996/28940 29993/29993/28937</w:t>
        <w:br/>
        <w:t>f 29993/29993/28937 29996/29996/28940 29977/29977/28920</w:t>
        <w:br/>
        <w:t>f 29996/29996/28940 29992/29992/28936 29994/29994/28938</w:t>
        <w:br/>
        <w:t>f 29997/29997/28941 29977/29977/28920 29996/29996/28940</w:t>
        <w:br/>
        <w:t>f 29996/29996/28940 29998/29998/28942 29997/29997/28941</w:t>
        <w:br/>
        <w:t>f 29998/29998/28942 29996/29996/28940 29999/29999/28943</w:t>
        <w:br/>
        <w:t>f 29994/29994/28938 29999/29999/28943 29996/29996/28940</w:t>
        <w:br/>
        <w:t>f 30000/30000/28944 29998/29998/28942 29999/29999/28943</w:t>
        <w:br/>
        <w:t>f 29995/29995/28939 30001/30001/28945 29994/29994/28938</w:t>
        <w:br/>
        <w:t>f 29999/29999/28943 29994/29994/28938 30001/30001/28945</w:t>
        <w:br/>
        <w:t>f 30001/30001/28945 29995/29995/28939 30002/30002/28946</w:t>
        <w:br/>
        <w:t>f 29999/29999/28943 30003/30003/28947 30000/30000/28944</w:t>
        <w:br/>
        <w:t>f 30003/30003/28947 29999/29999/28943 30001/30001/28945</w:t>
        <w:br/>
        <w:t>f 30004/30004/28948 30001/30001/28945 30002/30002/28946</w:t>
        <w:br/>
        <w:t>f 30001/30001/28945 30005/30005/28949 30003/30003/28947</w:t>
        <w:br/>
        <w:t>f 30002/30002/28946 30006/30006/28950 30004/30004/28948</w:t>
        <w:br/>
        <w:t>f 30007/30007/28951 30000/30000/28944 30003/30003/28947</w:t>
        <w:br/>
        <w:t>f 30007/30007/28951 30003/30003/28947 30005/30005/28949</w:t>
        <w:br/>
        <w:t>f 30000/30000/28944 30007/30007/28951 30008/30008/28952</w:t>
        <w:br/>
        <w:t>f 30009/30009/28953 30004/30004/28948 30006/30006/28950</w:t>
        <w:br/>
        <w:t>f 30005/30005/28949 30010/30010/28954 30007/30007/28951</w:t>
        <w:br/>
        <w:t>f 30006/30006/28950 30011/30011/28955 30009/30009/28953</w:t>
        <w:br/>
        <w:t>f 30011/30011/28955 30012/30012/28956 30009/30009/28953</w:t>
        <w:br/>
        <w:t>f 30013/30013/28957 30009/30009/28953 30012/30012/28956</w:t>
        <w:br/>
        <w:t>f 30013/30013/28957 30007/30007/28951 30009/30009/28953</w:t>
        <w:br/>
        <w:t>f 30014/30014/28958 30013/30013/28957 30012/30012/28956</w:t>
        <w:br/>
        <w:t>f 30007/30007/28951 30015/30015/28959 30008/30008/28952</w:t>
        <w:br/>
        <w:t>f 30015/30015/28959 30007/30007/28951 30013/30013/28957</w:t>
        <w:br/>
        <w:t>f 30016/30016/28960 30008/30008/28952 30015/30015/28959</w:t>
        <w:br/>
        <w:t>f 30015/30015/28959 30017/30017/28961 30016/30016/28960</w:t>
        <w:br/>
        <w:t>f 30017/30017/28961 30015/30015/28959 30018/30018/28962</w:t>
        <w:br/>
        <w:t>f 30018/30018/28962 30015/30015/28959 30013/30013/28957</w:t>
        <w:br/>
        <w:t>f 30019/30019/28963 30017/30017/28961 30018/30018/28962</w:t>
        <w:br/>
        <w:t>f 30013/30013/28957 30014/30014/28958 30020/30020/28964</w:t>
        <w:br/>
        <w:t>f 30018/30018/28962 30013/30013/28957 30020/30020/28964</w:t>
        <w:br/>
        <w:t>f 30014/30014/28958 30021/30021/28965 30020/30020/28964</w:t>
        <w:br/>
        <w:t>f 30021/30021/28965 30018/30018/28962 30020/30020/28964</w:t>
        <w:br/>
        <w:t>f 30021/30021/28965 30014/30014/28958 30022/30022/28966</w:t>
        <w:br/>
        <w:t>f 30019/30019/28963 30018/30018/28962 30023/30023/28967</w:t>
        <w:br/>
        <w:t>f 30023/30023/28967 30018/30018/28962 30021/30021/28965</w:t>
        <w:br/>
        <w:t>f 30021/30021/28965 30022/30022/28966 30024/30024/28968</w:t>
        <w:br/>
        <w:t>f 30024/30024/28968 30023/30023/28967 30021/30021/28965</w:t>
        <w:br/>
        <w:t>f 30022/30022/28966 30025/30025/28969 30024/30024/28968</w:t>
        <w:br/>
        <w:t>f 30026/30026/28970 30019/30019/28963 30023/30023/28967</w:t>
        <w:br/>
        <w:t>f 30023/30023/28967 30024/30024/28968 30026/30026/28970</w:t>
        <w:br/>
        <w:t>f 30019/30019/28963 30026/30026/28970 30027/30027/28971</w:t>
        <w:br/>
        <w:t>f 30028/30028/28972 30027/30027/28971 30026/30026/28970</w:t>
        <w:br/>
        <w:t>f 30026/30026/28970 30029/30029/28973 30028/30028/28972</w:t>
        <w:br/>
        <w:t>f 30029/30029/28973 30026/30026/28970 30024/30024/28968</w:t>
        <w:br/>
        <w:t>f 30030/30030/28974 30028/30028/28972 30029/30029/28973</w:t>
        <w:br/>
        <w:t>f 30031/30031/28975 30024/30024/28968 30025/30025/28969</w:t>
        <w:br/>
        <w:t>f 30024/30024/28968 30031/30031/28975 30029/30029/28973</w:t>
        <w:br/>
        <w:t>f 30025/30025/28969 30032/30032/28976 30031/30031/28975</w:t>
        <w:br/>
        <w:t>f 30031/30031/28975 30032/30032/28976 30033/30033/28977</w:t>
        <w:br/>
        <w:t>f 30034/30034/28978 30031/30031/28975 30033/30033/28977</w:t>
        <w:br/>
        <w:t>f 30029/30029/28973 30031/30031/28975 30034/30034/28978</w:t>
        <w:br/>
        <w:t>f 30035/30035/28979 30034/30034/28978 30033/30033/28977</w:t>
        <w:br/>
        <w:t>f 30029/30029/28973 30036/30036/28980 30030/30030/28974</w:t>
        <w:br/>
        <w:t>f 30036/30036/28980 30029/30029/28973 30034/30034/28978</w:t>
        <w:br/>
        <w:t>f 30037/30037/28981 30030/30030/28974 30036/30036/28980</w:t>
        <w:br/>
        <w:t>f 30038/30038/28982 30034/30034/28978 30035/30035/28979</w:t>
        <w:br/>
        <w:t>f 30038/30038/28982 30036/30036/28980 30034/30034/28978</w:t>
        <w:br/>
        <w:t>f 29986/29986/28930 29987/29985/28929 30039/30039/28983</w:t>
        <w:br/>
        <w:t>f 30036/30036/28980 30040/30040/28984 30037/30037/28981</w:t>
        <w:br/>
        <w:t>f 30040/30040/28984 30036/30036/28980 30038/30038/28982</w:t>
        <w:br/>
        <w:t>f 30043/30041/28985 30042/30042/28986 30041/30043/28987</w:t>
        <w:br/>
        <w:t>f 30039/30039/28983 30043/30041/28985 30041/30043/28987</w:t>
        <w:br/>
        <w:t>f 30043/30041/28985 30039/30039/28983 29987/29985/28929</w:t>
        <w:br/>
        <w:t>f 30042/30042/28986 30043/30041/28985 30044/30044/28988</w:t>
        <w:br/>
        <w:t>f 29958/29960/28903 30045/30045/28989 29983/29983/28927</w:t>
        <w:br/>
        <w:t>f 29958/29960/28903 29959/29959/28902 30045/30045/28989</w:t>
        <w:br/>
        <w:t>f 30048/30046/28990 30047/30047/28991 30046/30048/28992</w:t>
        <w:br/>
        <w:t>f 30047/30047/28991 30049/30049/28993 30046/30048/28992</w:t>
        <w:br/>
        <w:t>f 30050/30050/28994 30047/30047/28991 30048/30046/28990</w:t>
        <w:br/>
        <w:t>f 30051/30051/28995 30050/30050/28994 30048/30046/28990</w:t>
        <w:br/>
        <w:t>f 30049/30049/28993 30052/30052/28996 30051/30051/28995</w:t>
        <w:br/>
        <w:t>f 30050/30050/28994 30051/30051/28995 30052/30052/28996</w:t>
        <w:br/>
        <w:t>f 30049/30049/28993 30047/30047/28991 30053/30053/28997</w:t>
        <w:br/>
        <w:t>f 30053/30053/28997 30052/30052/28996 30049/30049/28993</w:t>
        <w:br/>
        <w:t>f 30056/30054/28998 30055/30055/28999 30054/30056/29000</w:t>
        <w:br/>
        <w:t>f 30055/30055/28999 30057/30057/29001 30054/30056/29000</w:t>
        <w:br/>
        <w:t>f 30058/30058/29002 30055/30055/29003 30050/30050/29004</w:t>
        <w:br/>
        <w:t>f 30057/30057/29001 30055/30055/28999 30059/30059/29005</w:t>
        <w:br/>
        <w:t>f 30062/30060/29006 30061/30061/29007 30060/30062/29008</w:t>
        <w:br/>
        <w:t>f 30061/30061/29009 30064/30063/29010 30063/30064/29011</w:t>
        <w:br/>
        <w:t>f 30061/30061/29007 30062/30060/29006 30065/30065/29012</w:t>
        <w:br/>
        <w:t>f 30064/30063/29010 30061/30061/29009 30066/30066/29013</w:t>
        <w:br/>
        <w:t>f 30069/30067/29014 30068/30068/29015 30067/30069/29016</w:t>
        <w:br/>
        <w:t>f 30070/30070/29017 30067/30069/29016 30068/30068/29015</w:t>
        <w:br/>
        <w:t>f 30068/30068/29015 30069/30067/29014 30071/30071/29018</w:t>
        <w:br/>
        <w:t>f 30072/30072/29019 30071/30071/29018 30069/30067/29014</w:t>
        <w:br/>
        <w:t>f 30068/30068/29015 30073/30073/29020 30070/30070/29017</w:t>
        <w:br/>
        <w:t>f 30074/30074/29021 30070/30070/29017 30073/30073/29020</w:t>
        <w:br/>
        <w:t>f 30077/30075/29022 30076/30076/29023 30075/30077/29024</w:t>
        <w:br/>
        <w:t>f 30078/30078/29025 30077/30075/29022 30075/30077/29024</w:t>
        <w:br/>
        <w:t>f 30074/30074/29021 30073/30073/29020 30079/30079/29026</w:t>
        <w:br/>
        <w:t>f 30082/30080/29027 30081/30081/29028 30080/30082/29029</w:t>
        <w:br/>
        <w:t>f 30083/30083/29030 30078/30078/29025 30075/30077/29024</w:t>
        <w:br/>
        <w:t>f 30083/30083/29030 30075/30077/29024 30076/30076/29023</w:t>
        <w:br/>
        <w:t>f 30078/30078/29025 30083/30083/29030 30084/30084/29031</w:t>
        <w:br/>
        <w:t>f 30071/30071/29018 30072/30072/29019 30085/30085/29032</w:t>
        <w:br/>
        <w:t>f 30086/30086/29033 30083/30083/29030 30076/30076/29023</w:t>
        <w:br/>
        <w:t>f 30072/30072/29019 30087/30087/29034 30085/30085/29032</w:t>
        <w:br/>
        <w:t>f 30087/30087/29034 30072/30072/29019 30088/30088/29035</w:t>
        <w:br/>
        <w:t>f 30089/30089/29036 30083/30083/29030 30086/30086/29033</w:t>
        <w:br/>
        <w:t>f 30086/30086/29033 30090/30090/29037 30089/30089/29036</w:t>
        <w:br/>
        <w:t>f 30093/30091/29038 30092/30092/29039 30091/30093/29040</w:t>
        <w:br/>
        <w:t>f 30091/30093/29040 30094/30094/29041 30093/30091/29038</w:t>
        <w:br/>
        <w:t>f 30094/30094/29041 30095/30095/29042 30093/30091/29038</w:t>
        <w:br/>
        <w:t>f 30096/30096/29043 30089/30089/29036 30090/30090/29037</w:t>
        <w:br/>
        <w:t>f 30097/30097/29044 30096/30096/29043 30090/30090/29037</w:t>
        <w:br/>
        <w:t>f 30093/30091/29038 30095/30095/29042 30098/30098/29045</w:t>
        <w:br/>
        <w:t>f 30101/30099/29046 30100/30100/29046 30099/30101/29046</w:t>
        <w:br/>
        <w:t>f 30102/30102/29047 30096/30096/29043 30097/30097/29044</w:t>
        <w:br/>
        <w:t>f 30102/30102/29047 30097/30097/29044 30103/30103/29048</w:t>
        <w:br/>
        <w:t>f 30100/30100/29046 30101/30099/29046 30104/30104/29046</w:t>
        <w:br/>
        <w:t>f 30103/30103/29048 30105/30105/29049 30102/30102/29047</w:t>
        <w:br/>
        <w:t>f 30104/30104/29046 30101/30099/29046 30106/30106/29046</w:t>
        <w:br/>
        <w:t>f 30102/30102/29047 30107/30107/29050 30096/30096/29043</w:t>
        <w:br/>
        <w:t>f 30108/30108/29046 30104/30104/29046 30106/30106/29046</w:t>
        <w:br/>
        <w:t>f 30107/30107/29050 30102/30102/29047 30109/30109/29051</w:t>
        <w:br/>
        <w:t>f 30112/30110/29052 30111/30111/29053 30110/30112/29054</w:t>
        <w:br/>
        <w:t>f 30111/30111/29053 30112/30110/29052 30113/30113/29055</w:t>
        <w:br/>
        <w:t>f 30082/30080/29027 30111/30111/29053 30113/30113/29055</w:t>
        <w:br/>
        <w:t>f 30116/30114/29056 30115/30115/29057 30114/30116/29058</w:t>
        <w:br/>
        <w:t>f 30117/30117/29059 30102/30102/29047 30105/30105/29049</w:t>
        <w:br/>
        <w:t>f 30118/30118/29060 30116/30114/29056 30114/30116/29058</w:t>
        <w:br/>
        <w:t>f 30119/30119/29061 30118/30118/29060 30114/30116/29058</w:t>
        <w:br/>
        <w:t>f 30120/30120/29062 30117/30117/29059 30105/30105/29049</w:t>
        <w:br/>
        <w:t>f 30114/30116/29058 30121/30121/29063 30119/30119/29061</w:t>
        <w:br/>
        <w:t>f 30105/30105/29049 30122/30122/29064 30120/30120/29062</w:t>
        <w:br/>
        <w:t>f 30123/30123/29065 30120/30120/29062 30122/30122/29064</w:t>
        <w:br/>
        <w:t>f 30126/30124/29066 30125/30125/29067 30124/30126/29068</w:t>
        <w:br/>
        <w:t>f 30120/30120/29062 30123/30123/29065 30126/30124/29066</w:t>
        <w:br/>
        <w:t>f 30125/30125/29067 30126/30124/29066 30127/30127/29069</w:t>
        <w:br/>
        <w:t>f 30111/30111/29053 30082/30080/29027 30128/30128/29027</w:t>
        <w:br/>
        <w:t>f 30129/30129/29070 30126/30124/29066 30123/30123/29065</w:t>
        <w:br/>
        <w:t>f 30080/30082/29029 30128/30128/29027 30082/30080/29027</w:t>
        <w:br/>
        <w:t>f 30129/30129/29070 30084/30084/29031 30130/30130/29071</w:t>
        <w:br/>
        <w:t>f 30126/30124/29066 30129/30129/29070 30130/30130/29071</w:t>
        <w:br/>
        <w:t>f 30084/30084/29031 30083/30083/29030 30130/30130/29071</w:t>
        <w:br/>
        <w:t>f 30133/30131/29072 30132/30132/29073 30131/30133/29074</w:t>
        <w:br/>
        <w:t>f 30130/30130/29071 30134/30134/29075 30126/30124/29066</w:t>
        <w:br/>
        <w:t>f 30134/30134/29075 30130/30130/29071 30083/30083/29030</w:t>
        <w:br/>
        <w:t>f 30131/30133/29074 30132/30132/29073 30135/30135/29076</w:t>
        <w:br/>
        <w:t>f 30083/30083/29030 30089/30089/29036 30134/30134/29075</w:t>
        <w:br/>
        <w:t>f 30132/30132/29073 30136/30136/29077 30135/30135/29076</w:t>
        <w:br/>
        <w:t>f 30096/30096/29043 30134/30134/29075 30089/30089/29036</w:t>
        <w:br/>
        <w:t>f 30132/30132/29073 30137/30137/29078 30136/30136/29077</w:t>
        <w:br/>
        <w:t>f 30140/30138/29079 30139/30139/29080 30138/30140/29081</w:t>
        <w:br/>
        <w:t>f 30140/30138/29079 30138/30140/29081 30141/30141/29082</w:t>
        <w:br/>
        <w:t>f 30139/30139/29080 30140/30138/29079 30142/30142/29083</w:t>
        <w:br/>
        <w:t>f 30139/30139/29080 30142/30142/29083 30143/30143/29084</w:t>
        <w:br/>
        <w:t>f 30144/30144/29085 30140/30138/29079 30141/30141/29082</w:t>
        <w:br/>
        <w:t>f 30142/30142/29083 30145/30145/29086 30143/30143/29084</w:t>
        <w:br/>
        <w:t>f 30140/30138/29079 30144/30144/29085 30146/30146/29087</w:t>
        <w:br/>
        <w:t>f 30146/30146/29087 30142/30142/29083 30140/30138/29079</w:t>
        <w:br/>
        <w:t>f 30147/30147/29088 30144/30144/29085 30141/30141/29082</w:t>
        <w:br/>
        <w:t>f 30147/30147/29088 30146/30146/29087 30144/30144/29085</w:t>
        <w:br/>
        <w:t>f 30148/30148/29089 30147/30147/29088 30141/30141/29082</w:t>
        <w:br/>
        <w:t>f 30147/30147/29088 30148/30148/29089 30149/30149/29090</w:t>
        <w:br/>
        <w:t>f 30149/30149/29090 30150/30150/29091 30147/30147/29088</w:t>
        <w:br/>
        <w:t>f 30146/30146/29087 30147/30147/29088 30150/30150/29091</w:t>
        <w:br/>
        <w:t>f 30151/30151/29092 30150/30150/29091 30149/30149/29090</w:t>
        <w:br/>
        <w:t>f 30152/30152/29093 30142/30142/29083 30146/30146/29087</w:t>
        <w:br/>
        <w:t>f 30146/30146/29087 30150/30150/29091 30152/30152/29093</w:t>
        <w:br/>
        <w:t>f 30142/30142/29083 30152/30152/29093 30145/30145/29086</w:t>
        <w:br/>
        <w:t>f 30150/30150/29091 30151/30151/29092 30153/30153/29094</w:t>
        <w:br/>
        <w:t>f 30150/30150/29091 30153/30153/29094 30152/30152/29093</w:t>
        <w:br/>
        <w:t>f 30151/30151/29092 30154/30154/29095 30153/30153/29094</w:t>
        <w:br/>
        <w:t>f 30152/30152/29093 30153/30153/29094 30154/30154/29095</w:t>
        <w:br/>
        <w:t>f 30154/30154/29095 30151/30151/29092 30155/30155/29096</w:t>
        <w:br/>
        <w:t>f 30154/30154/29095 30155/30155/29096 30156/30156/29097</w:t>
        <w:br/>
        <w:t>f 30152/30152/29093 30154/30154/29095 30157/30157/29098</w:t>
        <w:br/>
        <w:t>f 30157/30157/29098 30154/30154/29095 30156/30156/29097</w:t>
        <w:br/>
        <w:t>f 30158/30158/29099 30152/30152/29093 30157/30157/29098</w:t>
        <w:br/>
        <w:t>f 30158/30158/29099 30157/30157/29098 30156/30156/29097</w:t>
        <w:br/>
        <w:t>f 30152/30152/29093 30158/30158/29099 30145/30145/29086</w:t>
        <w:br/>
        <w:t>f 30143/30143/29084 30145/30145/29086 30158/30158/29099</w:t>
        <w:br/>
        <w:t>f 30159/30159/29100 30158/30158/29099 30156/30156/29097</w:t>
        <w:br/>
        <w:t>f 30143/30143/29084 30158/30158/29099 30159/30159/29100</w:t>
        <w:br/>
        <w:t>f 30162/30160/29101 30161/30161/29102 30160/30162/29103</w:t>
        <w:br/>
        <w:t>f 30162/30160/29101 30160/30162/29103 30163/30163/29104</w:t>
        <w:br/>
        <w:t>f 30161/30161/29102 30162/30160/29101 30164/30164/29105</w:t>
        <w:br/>
        <w:t>f 30161/30161/29102 30164/30164/29105 30165/30165/29106</w:t>
        <w:br/>
        <w:t>f 30166/30166/29107 30162/30160/29101 30163/30163/29104</w:t>
        <w:br/>
        <w:t>f 30164/30164/29105 30167/30167/29108 30165/30165/29106</w:t>
        <w:br/>
        <w:t>f 30162/30160/29101 30166/30166/29107 30168/30168/29109</w:t>
        <w:br/>
        <w:t>f 30168/30168/29109 30164/30164/29105 30162/30160/29101</w:t>
        <w:br/>
        <w:t>f 30169/30169/29110 30166/30166/29107 30163/30163/29104</w:t>
        <w:br/>
        <w:t>f 30169/30169/29110 30168/30168/29109 30166/30166/29107</w:t>
        <w:br/>
        <w:t>f 30170/30170/29111 30169/30169/29110 30163/30163/29104</w:t>
        <w:br/>
        <w:t>f 30169/30169/29110 30170/30170/29111 30171/30171/29112</w:t>
        <w:br/>
        <w:t>f 30171/30171/29112 30172/30172/29113 30169/30169/29110</w:t>
        <w:br/>
        <w:t>f 30168/30168/29109 30169/30169/29110 30172/30172/29113</w:t>
        <w:br/>
        <w:t>f 30173/30173/29114 30172/30172/29113 30171/30171/29112</w:t>
        <w:br/>
        <w:t>f 30174/30174/29115 30164/30164/29105 30168/30168/29109</w:t>
        <w:br/>
        <w:t>f 30168/30168/29109 30172/30172/29113 30174/30174/29115</w:t>
        <w:br/>
        <w:t>f 30164/30164/29105 30174/30174/29115 30167/30167/29108</w:t>
        <w:br/>
        <w:t>f 30172/30172/29113 30173/30173/29114 30175/30175/29116</w:t>
        <w:br/>
        <w:t>f 30172/30172/29113 30175/30175/29116 30174/30174/29115</w:t>
        <w:br/>
        <w:t>f 30173/30173/29114 30176/30176/29117 30175/30175/29116</w:t>
        <w:br/>
        <w:t>f 30174/30174/29115 30175/30175/29116 30176/30176/29117</w:t>
        <w:br/>
        <w:t>f 30176/30176/29117 30173/30173/29114 30177/30177/29118</w:t>
        <w:br/>
        <w:t>f 30176/30176/29117 30177/30177/29118 30178/30178/29119</w:t>
        <w:br/>
        <w:t>f 30174/30174/29115 30176/30176/29117 30179/30179/29120</w:t>
        <w:br/>
        <w:t>f 30179/30179/29120 30176/30176/29117 30178/30178/29119</w:t>
        <w:br/>
        <w:t>f 30180/30180/29121 30174/30174/29115 30179/30179/29120</w:t>
        <w:br/>
        <w:t>f 30180/30180/29121 30179/30179/29120 30178/30178/29119</w:t>
        <w:br/>
        <w:t>f 30174/30174/29115 30180/30180/29121 30167/30167/29108</w:t>
        <w:br/>
        <w:t>f 30165/30165/29106 30167/30167/29108 30180/30180/29121</w:t>
        <w:br/>
        <w:t>f 30181/30181/29122 30180/30180/29121 30178/30178/29119</w:t>
        <w:br/>
        <w:t>f 30165/30165/29106 30180/30180/29121 30181/30181/29122</w:t>
        <w:br/>
        <w:t>f 30184/30182/29123 30183/30183/29124 30182/30184/29123</w:t>
        <w:br/>
        <w:t>f 30185/30185/29125 30184/30182/29123 30182/30184/29123</w:t>
        <w:br/>
        <w:t>f 30184/30182/29123 30186/30186/29126 30183/30183/29124</w:t>
        <w:br/>
        <w:t>f 30186/30186/29126 30187/30187/29127 30183/30183/29124</w:t>
        <w:br/>
        <w:t>f 30184/30182/29123 30185/30185/29125 30188/30188/29128</w:t>
        <w:br/>
        <w:t>f 30189/30189/29129 30188/30188/29128 30185/30185/29125</w:t>
        <w:br/>
        <w:t>f 30192/30190/29130 30191/30191/29131 30190/30192/29131</w:t>
        <w:br/>
        <w:t>f 30193/30193/29132 30190/30192/29131 30191/30191/29131</w:t>
        <w:br/>
        <w:t>f 30190/30192/29131 30194/30194/29133 30192/30190/29130</w:t>
        <w:br/>
        <w:t>f 30190/30192/29131 30193/30193/29132 30195/30195/29134</w:t>
        <w:br/>
        <w:t>f 30196/30196/29135 30192/30190/29130 30194/30194/29133</w:t>
        <w:br/>
        <w:t>f 30187/30187/29127 30186/30186/29126 30197/30197/29127</w:t>
        <w:br/>
        <w:t>f 30194/30194/29133 30198/30198/29136 30196/30196/29135</w:t>
        <w:br/>
        <w:t>f 30199/30199/29137 30195/30195/29134 30193/30193/29132</w:t>
        <w:br/>
        <w:t>f 30188/30188/29128 30189/30189/29129 30200/30200/29138</w:t>
        <w:br/>
        <w:t>f 30195/30195/29134 30199/30199/29137 30201/30201/29139</w:t>
        <w:br/>
        <w:t>f 30189/30189/29129 30202/30202/29140 30200/30200/29138</w:t>
        <w:br/>
        <w:t>f 30203/30203/29141 30201/30201/29139 30199/30199/29137</w:t>
        <w:br/>
        <w:t>f 30201/30201/29139 30203/30203/29141 30204/30204/29141</w:t>
        <w:br/>
        <w:t>f 30202/30202/29140 30189/30189/29129 30205/30205/29142</w:t>
        <w:br/>
        <w:t>f 30203/30203/29141 30206/30206/29143 30204/30204/29141</w:t>
        <w:br/>
        <w:t>f 30207/30207/29144 30202/30202/29140 30205/30205/29142</w:t>
        <w:br/>
        <w:t>f 30206/30206/29143 30203/30203/29141 30208/30208/29145</w:t>
        <w:br/>
        <w:t>f 30207/30207/29144 30205/30205/29142 30209/30209/29146</w:t>
        <w:br/>
        <w:t>f 30208/30208/29145 30210/30210/29147 30206/30206/29143</w:t>
        <w:br/>
        <w:t>f 30211/30211/29148 30207/30207/29144 30209/30209/29146</w:t>
        <w:br/>
        <w:t>f 30210/30210/29147 30208/30208/29145 30212/30212/29149</w:t>
        <w:br/>
        <w:t>f 30209/30209/29146 30213/30213/29150 30211/30211/29148</w:t>
        <w:br/>
        <w:t>f 30212/30212/29149 30214/30214/29151 30210/30210/29147</w:t>
        <w:br/>
        <w:t>f 30213/30213/29150 30215/30215/29152 30211/30211/29148</w:t>
        <w:br/>
        <w:t>f 30214/30214/29151 30212/30212/29149 30216/30216/29151</w:t>
        <w:br/>
        <w:t>f 30215/30215/29152 30213/30213/29150 30217/30217/29152</w:t>
        <w:br/>
        <w:t>f 30218/30218/29153 30215/30215/29152 30217/30217/29152</w:t>
        <w:br/>
        <w:t>f 30219/30219/29154 30214/30214/29151 30216/30216/29151</w:t>
        <w:br/>
        <w:t>f 30215/30215/29152 30218/30218/29153 30220/30220/29155</w:t>
        <w:br/>
        <w:t>f 30214/30214/29151 30219/30219/29154 30221/30221/29156</w:t>
        <w:br/>
        <w:t>f 30222/30222/29157 30220/30220/29155 30218/30218/29153</w:t>
        <w:br/>
        <w:t>f 30223/30223/29158 30221/30221/29156 30219/30219/29154</w:t>
        <w:br/>
        <w:t>f 30220/30220/29155 30222/30222/29157 30224/30224/29159</w:t>
        <w:br/>
        <w:t>f 30221/30221/29156 30223/30223/29158 30225/30225/29160</w:t>
        <w:br/>
        <w:t>f 30226/30226/29161 30224/30224/29159 30222/30222/29157</w:t>
        <w:br/>
        <w:t>f 30227/30227/29162 30225/30225/29160 30223/30223/29158</w:t>
        <w:br/>
        <w:t>f 30224/30224/29159 30226/30226/29161 30228/30228/29163</w:t>
        <w:br/>
        <w:t>f 30225/30225/29160 30227/30227/29162 30229/30229/29164</w:t>
        <w:br/>
        <w:t>f 30187/30187/29127 30228/30228/29163 30226/30226/29161</w:t>
        <w:br/>
        <w:t>f 30227/30227/29162 30198/30198/29136 30229/30229/29164</w:t>
        <w:br/>
        <w:t>f 30228/30228/29163 30187/30187/29127 30197/30197/29127</w:t>
        <w:br/>
        <w:t>f 30198/30198/29136 30227/30227/29162 30196/30196/29135</w:t>
        <w:br/>
        <w:t>f 30232/30230/29165 30231/30231/29166 30230/30232/29167</w:t>
        <w:br/>
        <w:t>f 30233/30233/29168 30232/30230/29165 30230/30232/29167</w:t>
        <w:br/>
        <w:t>f 30232/30230/29165 30234/30234/29169 30231/30231/29166</w:t>
        <w:br/>
        <w:t>f 30237/30235/29170 30236/30236/29171 30235/30237/29172</w:t>
        <w:br/>
        <w:t>f 30232/30230/29165 30233/30233/29168 30238/30238/29173</w:t>
        <w:br/>
        <w:t>f 30239/30239/29174 30233/30233/29168 30236/30236/29171</w:t>
        <w:br/>
        <w:t>f 30239/30239/29174 30238/30238/29173 30233/30233/29168</w:t>
        <w:br/>
        <w:t>f 30237/30235/29170 30239/30239/29174 30236/30236/29171</w:t>
        <w:br/>
        <w:t>f 30242/30240/29175 30241/30241/29175 30240/30242/29176</w:t>
        <w:br/>
        <w:t>f 30245/30243/29177 30244/30244/29177 30243/30245/29178</w:t>
        <w:br/>
        <w:t>f 30241/30241/29175 30242/30240/29175 30246/30246/29179</w:t>
        <w:br/>
        <w:t>f 30249/30247/29180 30248/30248/29181 30247/30249/29181</w:t>
        <w:br/>
        <w:t>f 30244/30244/29177 30245/30243/29177 30250/30250/29182</w:t>
        <w:br/>
        <w:t>f 30234/30234/29183 30251/30251/29184 30239/30239/29174</w:t>
        <w:br/>
        <w:t>f 30237/30235/29170 30249/30247/29180 30252/30252/29185</w:t>
        <w:br/>
        <w:t>f 30251/30251/29184 30234/30234/29183 30252/30252/29186</w:t>
        <w:br/>
        <w:t>f 30255/30253/29187 30254/30254/29188 30253/30255/29189</w:t>
        <w:br/>
        <w:t>f 30256/30256/29190 30253/30255/29189 30254/30254/29188</w:t>
        <w:br/>
        <w:t>f 30255/30253/29187 30253/30255/29189 30257/30257/29191</w:t>
        <w:br/>
        <w:t>f 30258/30258/29192 30255/30253/29187 30257/30257/29191</w:t>
        <w:br/>
        <w:t>f 30253/30255/29189 30256/30256/29190 30259/30259/29193</w:t>
        <w:br/>
        <w:t>f 30260/30260/29194 30259/30259/29193 30256/30256/29190</w:t>
        <w:br/>
        <w:t>f 30263/30261/29195 30262/30262/29196 30261/30263/29197</w:t>
        <w:br/>
        <w:t>f 30261/30263/29197 30264/30264/29198 30263/30261/29195</w:t>
        <w:br/>
        <w:t>f 30263/30261/29195 30264/30264/29198 30265/30265/29199</w:t>
        <w:br/>
        <w:t>f 30266/30266/29200 30261/30263/29197 30262/30262/29196</w:t>
        <w:br/>
        <w:t>f 30264/30264/29198 30267/30267/29199 30265/30265/29199</w:t>
        <w:br/>
        <w:t>f 30268/30268/29201 30265/30265/29199 30267/30267/29199</w:t>
        <w:br/>
        <w:t>f 30266/30266/29200 30262/30262/29196 30269/30269/29202</w:t>
        <w:br/>
        <w:t>f 30259/30259/29193 30260/30260/29194 30270/30270/29203</w:t>
        <w:br/>
        <w:t>f 30271/30271/29204 30266/30266/29200 30269/30269/29202</w:t>
        <w:br/>
        <w:t>f 30272/30272/29205 30270/30270/29203 30260/30260/29194</w:t>
        <w:br/>
        <w:t>f 30270/30270/29203 30272/30272/29205 30273/30273/29206</w:t>
        <w:br/>
        <w:t>f 30271/30271/29204 30269/30269/29202 30274/30274/29204</w:t>
        <w:br/>
        <w:t>f 30275/30275/29207 30273/30273/29206 30272/30272/29205</w:t>
        <w:br/>
        <w:t>f 30276/30276/29208 30271/30271/29204 30274/30274/29204</w:t>
        <w:br/>
        <w:t>f 30273/30273/29206 30275/30275/29207 30277/30277/29209</w:t>
        <w:br/>
        <w:t>f 30271/30271/29204 30276/30276/29208 30278/30278/29210</w:t>
        <w:br/>
        <w:t>f 30279/30279/29211 30278/30278/29210 30276/30276/29208</w:t>
        <w:br/>
        <w:t>f 30280/30280/29212 30277/30277/29209 30275/30275/29207</w:t>
        <w:br/>
        <w:t>f 30276/30276/29208 30281/30281/29211 30279/30279/29211</w:t>
        <w:br/>
        <w:t>f 30275/30275/29207 30282/30282/29213 30280/30280/29212</w:t>
        <w:br/>
        <w:t>f 30283/30283/29214 30279/30279/29211 30281/30281/29211</w:t>
        <w:br/>
        <w:t>f 30282/30282/29213 30284/30284/29215 30280/30280/29212</w:t>
        <w:br/>
        <w:t>f 30279/30279/29211 30283/30283/29214 30285/30285/29216</w:t>
        <w:br/>
        <w:t>f 30284/30284/29215 30282/30282/29213 30286/30286/29217</w:t>
        <w:br/>
        <w:t>f 30287/30287/29218 30285/30285/29216 30283/30283/29214</w:t>
        <w:br/>
        <w:t>f 30286/30286/29217 30288/30288/29219 30284/30284/29215</w:t>
        <w:br/>
        <w:t>f 30285/30285/29216 30287/30287/29218 30289/30289/29220</w:t>
        <w:br/>
        <w:t>f 30286/30286/29217 30290/30290/29221 30288/30288/29219</w:t>
        <w:br/>
        <w:t>f 30291/30291/29222 30289/30289/29220 30287/30287/29218</w:t>
        <w:br/>
        <w:t>f 30290/30290/29221 30292/30292/29223 30288/30288/29219</w:t>
        <w:br/>
        <w:t>f 30290/30290/29221 30293/30293/29223 30292/30292/29223</w:t>
        <w:br/>
        <w:t>f 30289/30289/29220 30291/30291/29222 30294/30294/29224</w:t>
        <w:br/>
        <w:t>f 30295/30295/29225 30292/30292/29223 30293/30293/29223</w:t>
        <w:br/>
        <w:t>f 30296/30296/29226 30294/30294/29224 30291/30291/29222</w:t>
        <w:br/>
        <w:t>f 30292/30292/29223 30295/30295/29225 30297/30297/29227</w:t>
        <w:br/>
        <w:t>f 30294/30294/29224 30296/30296/29226 30298/30298/29226</w:t>
        <w:br/>
        <w:t>f 30258/30258/29192 30297/30297/29227 30295/30295/29225</w:t>
        <w:br/>
        <w:t>f 30296/30296/29226 30268/30268/29201 30298/30298/29226</w:t>
        <w:br/>
        <w:t>f 30297/30297/29227 30258/30258/29192 30299/30299/29228</w:t>
        <w:br/>
        <w:t>f 30268/30268/29201 30296/30296/29226 30300/30300/29229</w:t>
        <w:br/>
        <w:t>f 30258/30258/29192 30257/30257/29191 30299/30299/29228</w:t>
        <w:br/>
        <w:t>f 30265/30265/29199 30268/30268/29201 30300/30300/29229</w:t>
        <w:br/>
        <w:t>f 30303/30301/29230 30302/30302/29231 30301/30303/29232</w:t>
        <w:br/>
        <w:t>f 30301/30303/29232 30304/30304/29233 30303/30301/29230</w:t>
        <w:br/>
        <w:t>f 30302/30302/29231 30305/30305/29234 30301/30303/29232</w:t>
        <w:br/>
        <w:t>f 30306/30306/29235 30305/30305/29234 30302/30302/29231</w:t>
        <w:br/>
        <w:t>f 30304/30304/29233 30301/30303/29232 30307/30307/29236</w:t>
        <w:br/>
        <w:t>f 30307/30307/29236 30308/30308/29237 30304/30304/29233</w:t>
        <w:br/>
        <w:t>f 30309/30309/29238 30305/30305/29234 30306/30306/29235</w:t>
        <w:br/>
        <w:t>f 30308/30308/29237 30307/30307/29236 30310/30310/29239</w:t>
        <w:br/>
        <w:t>f 30306/30306/29235 30311/30311/29240 30309/30309/29238</w:t>
        <w:br/>
        <w:t>f 30311/30311/29240 30306/30306/29235 30312/30312/29241</w:t>
        <w:br/>
        <w:t>f 30313/30313/29242 30305/30305/29234 30309/30309/29238</w:t>
        <w:br/>
        <w:t>f 30311/30311/29240 30313/30313/29242 30309/30309/29238</w:t>
        <w:br/>
        <w:t>f 30314/30314/29243 30301/30303/29232 30305/30305/29234</w:t>
        <w:br/>
        <w:t>f 30305/30305/29234 30313/30313/29242 30314/30314/29243</w:t>
        <w:br/>
        <w:t>f 30312/30312/29241 30315/30315/29244 30311/30311/29240</w:t>
        <w:br/>
        <w:t>f 30315/30315/29244 30312/30312/29241 30316/30316/29245</w:t>
        <w:br/>
        <w:t>f 30317/30317/29246 30315/30315/29244 30316/30316/29245</w:t>
        <w:br/>
        <w:t>f 30318/30318/29247 30313/30313/29242 30311/30311/29240</w:t>
        <w:br/>
        <w:t>f 30318/30318/29247 30311/30311/29240 30315/30315/29244</w:t>
        <w:br/>
        <w:t>f 30317/30317/29246 30308/30308/29237 30319/30319/29248</w:t>
        <w:br/>
        <w:t>f 30315/30315/29244 30317/30317/29246 30319/30319/29248</w:t>
        <w:br/>
        <w:t>f 30308/30308/29237 30310/30310/29239 30319/30319/29248</w:t>
        <w:br/>
        <w:t>f 30320/30320/29249 30319/30319/29248 30310/30310/29239</w:t>
        <w:br/>
        <w:t>f 30307/30307/29236 30320/30320/29249 30310/30310/29239</w:t>
        <w:br/>
        <w:t>f 30321/30321/29250 30315/30315/29244 30319/30319/29248</w:t>
        <w:br/>
        <w:t>f 30319/30319/29248 30320/30320/29249 30321/30321/29250</w:t>
        <w:br/>
        <w:t>f 30315/30315/29244 30321/30321/29250 30322/30322/29251</w:t>
        <w:br/>
        <w:t>f 30318/30318/29247 30315/30315/29244 30322/30322/29251</w:t>
        <w:br/>
        <w:t>f 30320/30320/29249 30307/30307/29236 30323/30323/29252</w:t>
        <w:br/>
        <w:t>f 30324/30324/29253 30318/30318/29247 30322/30322/29251</w:t>
        <w:br/>
        <w:t>f 30325/30325/29254 30321/30321/29250 30320/30320/29249</w:t>
        <w:br/>
        <w:t>f 30323/30323/29252 30325/30325/29254 30320/30320/29249</w:t>
        <w:br/>
        <w:t>f 30326/30326/29255 30322/30322/29251 30321/30321/29250</w:t>
        <w:br/>
        <w:t>f 30322/30322/29251 30326/30326/29255 30324/30324/29253</w:t>
        <w:br/>
        <w:t>f 30321/30321/29250 30325/30325/29254 30326/30326/29255</w:t>
        <w:br/>
        <w:t>f 30326/30326/29255 30327/30327/29256 30324/30324/29253</w:t>
        <w:br/>
        <w:t>f 30327/30327/29256 30326/30326/29255 30328/30328/29257</w:t>
        <w:br/>
        <w:t>f 30326/30326/29255 30325/30325/29254 30328/30328/29257</w:t>
        <w:br/>
        <w:t>f 30328/30328/29257 30325/30325/29254 30329/30329/29258</w:t>
        <w:br/>
        <w:t>f 30325/30325/29254 30330/30330/29259 30329/30329/29258</w:t>
        <w:br/>
        <w:t>f 30327/30327/29256 30331/30331/29260 30324/30324/29253</w:t>
        <w:br/>
        <w:t>f 30318/30318/29247 30324/30324/29253 30331/30331/29260</w:t>
        <w:br/>
        <w:t>f 30331/30331/29260 30327/30327/29256 30332/30332/29261</w:t>
        <w:br/>
        <w:t>f 30330/30330/29259 30325/30325/29254 30333/30333/29262</w:t>
        <w:br/>
        <w:t>f 30333/30333/29262 30325/30325/29254 30323/30323/29252</w:t>
        <w:br/>
        <w:t>f 30333/30333/29262 30334/30334/29263 30330/30330/29259</w:t>
        <w:br/>
        <w:t>f 30332/30332/29261 30335/30335/29264 30331/30331/29260</w:t>
        <w:br/>
        <w:t>f 30331/30331/29260 30335/30335/29264 30318/30318/29247</w:t>
        <w:br/>
        <w:t>f 30335/30335/29264 30332/30332/29261 30336/30336/29237</w:t>
        <w:br/>
        <w:t>f 30318/30318/29247 30335/30335/29264 30313/30313/29242</w:t>
        <w:br/>
        <w:t>f 30337/30337/29265 30335/30335/29264 30336/30336/29237</w:t>
        <w:br/>
        <w:t>f 30335/30335/29264 30314/30314/29243 30313/30313/29242</w:t>
        <w:br/>
        <w:t>f 30335/30335/29264 30337/30337/29265 30338/30338/29266</w:t>
        <w:br/>
        <w:t>f 30314/30314/29243 30335/30335/29264 30338/30338/29266</w:t>
        <w:br/>
        <w:t>f 30337/30337/29265 30334/30334/29263 30338/30338/29266</w:t>
        <w:br/>
        <w:t>f 30338/30338/29266 30339/30339/29267 30314/30314/29243</w:t>
        <w:br/>
        <w:t>f 30301/30303/29232 30314/30314/29243 30339/30339/29267</w:t>
        <w:br/>
        <w:t>f 30339/30339/29267 30307/30307/29236 30301/30303/29232</w:t>
        <w:br/>
        <w:t>f 30307/30307/29236 30339/30339/29267 30323/30323/29252</w:t>
        <w:br/>
        <w:t>f 30339/30339/29267 30333/30333/29262 30323/30323/29252</w:t>
        <w:br/>
        <w:t>f 30340/30340/29244 30338/30338/29266 30334/30334/29263</w:t>
        <w:br/>
        <w:t>f 30339/30339/29267 30338/30338/29266 30340/30340/29244</w:t>
        <w:br/>
        <w:t>f 30334/30334/29263 30333/30333/29262 30340/30340/29244</w:t>
        <w:br/>
        <w:t>f 30340/30340/29244 30333/30333/29262 30339/30339/29267</w:t>
        <w:br/>
        <w:t>f 30343/30341/29268 30342/30342/29269 30341/30343/29270</w:t>
        <w:br/>
        <w:t>f 30342/30342/29269 30344/30344/29271 30341/30343/29270</w:t>
        <w:br/>
        <w:t>f 30342/30342/29269 30343/30341/29268 30345/30345/29272</w:t>
        <w:br/>
        <w:t>f 30346/30346/29273 30345/30345/29272 30343/30341/29268</w:t>
        <w:br/>
        <w:t>f 30344/30344/29271 30342/30342/29269 30347/30347/29274</w:t>
        <w:br/>
        <w:t>f 30347/30347/29274 30348/30348/29275 30344/30344/29271</w:t>
        <w:br/>
        <w:t>f 30349/30349/29273 30345/30345/29272 30346/30346/29273</w:t>
        <w:br/>
        <w:t>f 30348/30348/29275 30347/30347/29274 30350/30350/29276</w:t>
        <w:br/>
        <w:t>f 30350/30350/29276 30351/30351/29277 30348/30348/29275</w:t>
        <w:br/>
        <w:t>f 30354/30352/29278 30353/30353/29279 30352/30354/29279</w:t>
        <w:br/>
        <w:t>f 30353/30353/29279 30355/30355/29279 30352/30354/29279</w:t>
        <w:br/>
        <w:t>f 30346/30346/29273 30356/30356/29280 30349/30349/29273</w:t>
        <w:br/>
        <w:t>f 30356/30356/29280 30346/30346/29273 30357/30357/29281</w:t>
        <w:br/>
        <w:t>f 30358/30358/29279 30353/30353/29279 30354/30352/29278</w:t>
        <w:br/>
        <w:t>f 30359/30359/29279 30358/30358/29279 30354/30352/29278</w:t>
        <w:br/>
        <w:t>f 30355/30355/29279 30353/30353/29279 30360/30360/29279</w:t>
        <w:br/>
        <w:t>f 30360/30360/29279 30361/30361/29279 30355/30355/29279</w:t>
        <w:br/>
        <w:t>f 30364/30362/29276 30363/30363/29282 30362/30364/29283</w:t>
        <w:br/>
        <w:t>f 30363/30363/29282 30364/30362/29276 30365/30365/29277</w:t>
        <w:br/>
        <w:t>f 30362/30364/29283 30366/30366/29284 30364/30362/29276</w:t>
        <w:br/>
        <w:t>f 30363/30363/29282 30365/30365/29277 30367/30367/29285</w:t>
        <w:br/>
        <w:t>f 30368/30368/29285 30363/30363/29282 30367/30367/29285</w:t>
        <w:br/>
        <w:t>f 30366/30366/29284 30362/30364/29283 30369/30369/29286</w:t>
        <w:br/>
        <w:t>f 30370/30370/29279 30358/30358/29279 30359/30359/29279</w:t>
        <w:br/>
        <w:t>f 30369/30369/29286 30371/30371/29287 30366/30366/29284</w:t>
        <w:br/>
        <w:t>f 30367/30367/29285 30372/30372/29281 30368/30368/29285</w:t>
        <w:br/>
        <w:t>f 30361/30361/29279 30360/30360/29279 30373/30373/29279</w:t>
        <w:br/>
        <w:t>f 30372/30372/29281 30367/30367/29285 30374/30374/29288</w:t>
        <w:br/>
        <w:t>f 30375/30375/29279 30361/30361/29279 30373/30373/29279</w:t>
        <w:br/>
        <w:t>f 30374/30374/29288 30376/30376/29273 30372/30372/29281</w:t>
        <w:br/>
        <w:t>f 30361/30361/29279 30375/30375/29279 30377/30377/29279</w:t>
        <w:br/>
        <w:t>f 30376/30376/29273 30374/30374/29288 30378/30378/29289</w:t>
        <w:br/>
        <w:t>f 30379/30379/29290 30376/30376/29273 30378/30378/29289</w:t>
        <w:br/>
        <w:t>f 30380/30380/29291 30376/30376/29273 30379/30379/29290</w:t>
        <w:br/>
        <w:t>f 30377/30377/29279 30375/30375/29279 30381/30381/29279</w:t>
        <w:br/>
        <w:t>f 30379/30379/29290 30371/30371/29287 30380/30380/29291</w:t>
        <w:br/>
        <w:t>f 30377/30377/29279 30381/30381/29279 30382/30382/29279</w:t>
        <w:br/>
        <w:t>f 30351/30351/29277 30350/30350/29276 30383/30383/29277</w:t>
        <w:br/>
        <w:t>f 30380/30380/29291 30371/30371/29287 30384/30384/29287</w:t>
        <w:br/>
        <w:t>f 30371/30371/29287 30369/30369/29286 30384/30384/29287</w:t>
        <w:br/>
        <w:t>f 30359/30359/29279 30385/30385/29278 30370/30370/29279</w:t>
        <w:br/>
        <w:t>f 30381/30381/29279 30386/30386/29278 30382/30382/29279</w:t>
        <w:br/>
        <w:t>f 30386/30386/29278 30381/30381/29279 30385/30385/29278</w:t>
        <w:br/>
        <w:t>f 30383/30383/29277 30387/30387/29292 30351/30351/29277</w:t>
        <w:br/>
        <w:t>f 30385/30385/29278 30359/30359/29279 30386/30386/29278</w:t>
        <w:br/>
        <w:t>f 30351/30351/29277 30387/30387/29292 30388/30388/29293</w:t>
        <w:br/>
        <w:t>f 30357/30357/29281 30387/30387/29292 30356/30356/29280</w:t>
        <w:br/>
        <w:t>f 30387/30387/29292 30357/30357/29281 30388/30388/29293</w:t>
        <w:br/>
        <w:t>f 30391/30389/29294 30390/30390/29295 30389/30391/29294</w:t>
        <w:br/>
        <w:t>f 30392/30392/29296 30391/30389/29294 30389/30391/29294</w:t>
        <w:br/>
        <w:t>f 30390/30390/29295 30391/30389/29294 30393/30393/29297</w:t>
        <w:br/>
        <w:t>f 30393/30393/29297 30394/30394/29298 30390/30390/29295</w:t>
        <w:br/>
        <w:t>f 30395/30395/29296 30391/30389/29294 30392/30392/29296</w:t>
        <w:br/>
        <w:t>f 30394/30394/29298 30393/30393/29297 30396/30396/29298</w:t>
        <w:br/>
        <w:t>f 30399/30397/29299 30398/30398/29300 30397/30399/29301</w:t>
        <w:br/>
        <w:t>f 30398/30398/29300 30400/30400/29300 30397/30399/29301</w:t>
        <w:br/>
        <w:t>f 30402/30401/29300 30399/30397/29299 30401/30402/29299</w:t>
        <w:br/>
        <w:t>f 30398/30398/29300 30399/30397/29299 30402/30401/29300</w:t>
        <w:br/>
        <w:t>f 30396/30396/29298 30403/30403/29302 30394/30394/29298</w:t>
        <w:br/>
        <w:t>f 30394/30394/29298 30403/30403/29302 30404/30404/29302</w:t>
        <w:br/>
        <w:t>f 30403/30403/29302 30405/30405/29303 30404/30404/29302</w:t>
        <w:br/>
        <w:t>f 30400/30400/29300 30398/30398/29300 30406/30406/29300</w:t>
        <w:br/>
        <w:t>f 30406/30406/29300 30407/30407/29300 30400/30400/29300</w:t>
        <w:br/>
        <w:t>f 30405/30405/29303 30403/30403/29302 30408/30408/29304</w:t>
        <w:br/>
        <w:t>f 30408/30408/29304 30409/30409/29305 30405/30405/29303</w:t>
        <w:br/>
        <w:t>f 30407/30407/29300 30406/30406/29300 30410/30410/29300</w:t>
        <w:br/>
        <w:t>f 30409/30409/29305 30408/30408/29304 30411/30411/29305</w:t>
        <w:br/>
        <w:t>f 30413/30412/29301 30407/30407/29300 30412/30413/29301</w:t>
        <w:br/>
        <w:t>f 30412/30413/29301 30407/30407/29300 30410/30410/29300</w:t>
        <w:br/>
        <w:t>f 30415/30414/29300 30413/30412/29301 30414/30415/29299</w:t>
        <w:br/>
        <w:t>f 30414/30415/29299 30413/30412/29301 30412/30413/29301</w:t>
        <w:br/>
        <w:t>f 30416/30416/29306 30409/30409/29305 30411/30411/29305</w:t>
        <w:br/>
        <w:t>f 30414/30415/29299 30417/30417/29300 30415/30414/29300</w:t>
        <w:br/>
        <w:t>f 30409/30409/29305 30416/30416/29306 30418/30418/29306</w:t>
        <w:br/>
        <w:t>f 30416/30416/29306 30392/30392/29296 30418/30418/29306</w:t>
        <w:br/>
        <w:t>f 30392/30392/29296 30416/30416/29306 30395/30395/29296</w:t>
        <w:br/>
        <w:t>f 30421/30419/29307 30420/30420/29308 30419/30421/29309</w:t>
        <w:br/>
        <w:t>f 30419/30421/29309 30422/30422/29310 30421/30419/29307</w:t>
        <w:br/>
        <w:t>f 30421/30419/29307 30422/30422/29310 30423/30423/29311</w:t>
        <w:br/>
        <w:t>f 30420/30420/29308 30421/30419/29307 30424/30424/29312</w:t>
        <w:br/>
        <w:t>f 30422/30422/29310 30425/30425/29313 30423/30423/29311</w:t>
        <w:br/>
        <w:t>f 30425/30425/29313 30422/30422/29310 30426/30426/29314</w:t>
        <w:br/>
        <w:t>f 30425/30425/29313 30426/30426/29314 30427/30427/29315</w:t>
        <w:br/>
        <w:t>f 30428/30428/29305 30425/30425/29313 30427/30427/29315</w:t>
        <w:br/>
        <w:t>f 30427/30427/29315 30429/30429/29304 30428/30428/29305</w:t>
        <w:br/>
        <w:t>f 30429/30429/29304 30427/30427/29315 30430/30430/29316</w:t>
        <w:br/>
        <w:t>f 30430/30430/29316 30431/30431/29317 30429/30429/29304</w:t>
        <w:br/>
        <w:t>f 30431/30431/29317 30430/30430/29316 30432/30432/29302</w:t>
        <w:br/>
        <w:t>f 30402/30401/29300 30401/30402/29299 30433/30433/29318</w:t>
        <w:br/>
        <w:t>f 30432/30432/29302 30434/30434/29319 30431/30431/29317</w:t>
        <w:br/>
        <w:t>f 30401/30402/29299 30435/30435/29299 30433/30433/29318</w:t>
        <w:br/>
        <w:t>f 30435/30435/29299 30401/30402/29299 30417/30417/29300</w:t>
        <w:br/>
        <w:t>f 30417/30417/29300 30414/30415/29299 30435/30435/29299</w:t>
        <w:br/>
        <w:t>f 30424/30424/29312 30434/30434/29319 30420/30420/29308</w:t>
        <w:br/>
        <w:t>f 30431/30431/29317 30434/30434/29319 30436/30436/29320</w:t>
        <w:br/>
        <w:t>f 30434/30434/29319 30424/30424/29312 30436/30436/29320</w:t>
        <w:br/>
        <w:t>f 30439/30437/29321 30438/30438/29322 30437/30439/29323</w:t>
        <w:br/>
        <w:t>f 30440/30440/29324 30437/30439/29323 30438/30438/29322</w:t>
        <w:br/>
        <w:t>f 30438/30438/29322 30439/30437/29321 30441/30441/29325</w:t>
        <w:br/>
        <w:t>f 30442/30442/29326 30441/30441/29325 30439/30437/29321</w:t>
        <w:br/>
        <w:t>f 30440/30440/29324 30438/30438/29322 30443/30443/29327</w:t>
        <w:br/>
        <w:t>f 30444/30444/29328 30440/30440/29324 30443/30443/29327</w:t>
        <w:br/>
        <w:t>f 30441/30441/29325 30442/30442/29326 30445/30445/29326</w:t>
        <w:br/>
        <w:t>f 30444/30444/29328 30443/30443/29327 30446/30446/29328</w:t>
        <w:br/>
        <w:t>f 30442/30442/29326 30447/30447/29329 30445/30445/29326</w:t>
        <w:br/>
        <w:t>f 30447/30447/29329 30442/30442/29326 30448/30448/29330</w:t>
        <w:br/>
        <w:t>f 30449/30449/29331 30444/30444/29328 30446/30446/29328</w:t>
        <w:br/>
        <w:t>f 30444/30444/29328 30449/30449/29331 30450/30450/29332</w:t>
        <w:br/>
        <w:t>f 30453/30451/29333 30452/30452/29333 30451/30453/29333</w:t>
        <w:br/>
        <w:t>f 30452/30452/29333 30454/30454/29333 30451/30453/29333</w:t>
        <w:br/>
        <w:t>f 30455/30455/29334 30450/30450/29332 30449/30449/29331</w:t>
        <w:br/>
        <w:t>f 30450/30450/29332 30455/30455/29334 30456/30456/29334</w:t>
        <w:br/>
        <w:t>f 30455/30455/29334 30448/30448/29330 30456/30456/29334</w:t>
        <w:br/>
        <w:t>f 30448/30448/29330 30455/30455/29334 30447/30447/29329</w:t>
        <w:br/>
        <w:t>f 30458/30457/29333 30454/30454/29333 30457/30458/29333</w:t>
        <w:br/>
        <w:t>f 30454/30454/29333 30452/30452/29333 30457/30458/29333</w:t>
        <w:br/>
        <w:t>f 30458/30457/29333 30460/30459/29333 30459/30460/29333</w:t>
        <w:br/>
        <w:t>f 30458/30457/29333 30457/30458/29333 30461/30461/29333</w:t>
        <w:br/>
        <w:t>f 30460/30459/29333 30458/30457/29333 30461/30461/29333</w:t>
        <w:br/>
        <w:t>f 30464/30462/29335 30463/30463/29322 30462/30464/29323</w:t>
        <w:br/>
        <w:t>f 30463/30463/29322 30465/30465/29336 30462/30464/29323</w:t>
        <w:br/>
        <w:t>f 30463/30463/29322 30464/30462/29335 30466/30466/29325</w:t>
        <w:br/>
        <w:t>f 30467/30467/29337 30466/30466/29325 30464/30462/29335</w:t>
        <w:br/>
        <w:t>f 30465/30465/29336 30463/30463/29322 30468/30468/29338</w:t>
        <w:br/>
        <w:t>f 30466/30466/29325 30467/30467/29337 30469/30469/29339</w:t>
        <w:br/>
        <w:t>f 30470/30470/29340 30469/30469/29339 30467/30467/29337</w:t>
        <w:br/>
        <w:t>f 30468/30468/29338 30471/30471/29328 30465/30465/29336</w:t>
        <w:br/>
        <w:t>f 30472/30472/29333 30459/30460/29333 30460/30459/29333</w:t>
        <w:br/>
        <w:t>f 30459/30460/29333 30472/30472/29333 30473/30473/29333</w:t>
        <w:br/>
        <w:t>f 30468/30468/29338 30474/30474/29328 30471/30471/29328</w:t>
        <w:br/>
        <w:t>f 30475/30475/29333 30473/30473/29333 30472/30472/29333</w:t>
        <w:br/>
        <w:t>f 30476/30476/29341 30471/30471/29328 30474/30474/29328</w:t>
        <w:br/>
        <w:t>f 30477/30477/29333 30475/30475/29333 30472/30472/29333</w:t>
        <w:br/>
        <w:t>f 30471/30471/29328 30476/30476/29341 30478/30478/29332</w:t>
        <w:br/>
        <w:t>f 30479/30479/29333 30475/30475/29333 30477/30477/29333</w:t>
        <w:br/>
        <w:t>f 30480/30480/29342 30478/30478/29332 30476/30476/29341</w:t>
        <w:br/>
        <w:t>f 30479/30479/29333 30477/30477/29333 30481/30481/29333</w:t>
        <w:br/>
        <w:t>f 30478/30478/29332 30480/30480/29342 30482/30482/29343</w:t>
        <w:br/>
        <w:t>f 30483/30483/29333 30479/30479/29333 30481/30481/29333</w:t>
        <w:br/>
        <w:t>f 30484/30484/29344 30482/30482/29343 30480/30480/29342</w:t>
        <w:br/>
        <w:t>f 30480/30480/29342 30470/30470/29340 30484/30484/29344</w:t>
        <w:br/>
        <w:t>f 30467/30467/29337 30484/30484/29344 30470/30470/29340</w:t>
        <w:br/>
        <w:t>f 30479/30479/29333 30483/30483/29333 30453/30451/29333</w:t>
        <w:br/>
        <w:t>f 30452/30452/29333 30453/30451/29333 30483/30483/29333</w:t>
        <w:br/>
        <w:t>f 30487/30485/29345 30486/30486/29346 30485/30487/29346</w:t>
        <w:br/>
        <w:t>f 30488/30488/29347 30485/30487/29346 30486/30486/29346</w:t>
        <w:br/>
        <w:t>f 30486/30486/29346 30487/30485/29345 30489/30489/29348</w:t>
        <w:br/>
        <w:t>f 30490/30490/29349 30489/30489/29348 30487/30485/29345</w:t>
        <w:br/>
        <w:t>f 30488/30488/29347 30486/30486/29346 30491/30491/29350</w:t>
        <w:br/>
        <w:t>f 30492/30492/29351 30488/30488/29347 30491/30491/29350</w:t>
        <w:br/>
        <w:t>f 30489/30489/29348 30490/30490/29349 30493/30493/29352</w:t>
        <w:br/>
        <w:t>f 30492/30492/29351 30491/30491/29350 30494/30494/29351</w:t>
        <w:br/>
        <w:t>f 30490/30490/29349 30495/30495/29353 30493/30493/29352</w:t>
        <w:br/>
        <w:t>f 30495/30495/29353 30490/30490/29349 30496/30496/29354</w:t>
        <w:br/>
        <w:t>f 30497/30497/29355 30492/30492/29351 30494/30494/29351</w:t>
        <w:br/>
        <w:t>f 30492/30492/29351 30497/30497/29355 30498/30498/29356</w:t>
        <w:br/>
        <w:t>f 30501/30499/29357 30500/30500/29357 30499/30501/29357</w:t>
        <w:br/>
        <w:t>f 30500/30500/29357 30502/30502/29358 30499/30501/29357</w:t>
        <w:br/>
        <w:t>f 30503/30503/29359 30498/30498/29356 30497/30497/29355</w:t>
        <w:br/>
        <w:t>f 30498/30498/29356 30503/30503/29359 30504/30504/29360</w:t>
        <w:br/>
        <w:t>f 30503/30503/29359 30496/30496/29354 30504/30504/29360</w:t>
        <w:br/>
        <w:t>f 30496/30496/29354 30503/30503/29359 30495/30495/29353</w:t>
        <w:br/>
        <w:t>f 30502/30502/29358 30506/30505/29358 30505/30506/29358</w:t>
        <w:br/>
        <w:t>f 30502/30502/29358 30500/30500/29357 30506/30505/29358</w:t>
        <w:br/>
        <w:t>f 30505/30506/29358 30508/30507/29357 30507/30508/29357</w:t>
        <w:br/>
        <w:t>f 30505/30506/29358 30506/30505/29358 30509/30509/29358</w:t>
        <w:br/>
        <w:t>f 30508/30507/29357 30505/30506/29358 30509/30509/29358</w:t>
        <w:br/>
        <w:t>f 30512/30510/29345 30511/30511/29346 30510/30512/29346</w:t>
        <w:br/>
        <w:t>f 30511/30511/29346 30513/30513/29361 30510/30512/29346</w:t>
        <w:br/>
        <w:t>f 30511/30511/29346 30512/30510/29345 30514/30514/29362</w:t>
        <w:br/>
        <w:t>f 30515/30515/29363 30514/30514/29362 30512/30510/29345</w:t>
        <w:br/>
        <w:t>f 30513/30513/29361 30511/30511/29346 30516/30516/29364</w:t>
        <w:br/>
        <w:t>f 30514/30514/29362 30515/30515/29363 30517/30517/29363</w:t>
        <w:br/>
        <w:t>f 30518/30518/29353 30517/30517/29363 30515/30515/29363</w:t>
        <w:br/>
        <w:t>f 30513/30513/29361 30516/30516/29364 30519/30519/29365</w:t>
        <w:br/>
        <w:t>f 30520/30520/29358 30507/30508/29357 30508/30507/29357</w:t>
        <w:br/>
        <w:t>f 30507/30508/29357 30520/30520/29358 30521/30521/29358</w:t>
        <w:br/>
        <w:t>f 30516/30516/29364 30522/30522/29351 30519/30519/29365</w:t>
        <w:br/>
        <w:t>f 30523/30523/29358 30521/30521/29358 30520/30520/29358</w:t>
        <w:br/>
        <w:t>f 30524/30524/29366 30519/30519/29365 30522/30522/29351</w:t>
        <w:br/>
        <w:t>f 30525/30525/29358 30523/30523/29358 30520/30520/29358</w:t>
        <w:br/>
        <w:t>f 30519/30519/29365 30524/30524/29366 30526/30526/29367</w:t>
        <w:br/>
        <w:t>f 30527/30527/29358 30523/30523/29358 30525/30525/29358</w:t>
        <w:br/>
        <w:t>f 30528/30528/29368 30526/30526/29367 30524/30524/29366</w:t>
        <w:br/>
        <w:t>f 30527/30527/29358 30525/30525/29358 30529/30529/29358</w:t>
        <w:br/>
        <w:t>f 30526/30526/29367 30528/30528/29368 30530/30530/29359</w:t>
        <w:br/>
        <w:t>f 30531/30531/29357 30527/30527/29358 30529/30529/29358</w:t>
        <w:br/>
        <w:t>f 30532/30532/29369 30530/30530/29359 30528/30528/29368</w:t>
        <w:br/>
        <w:t>f 30528/30528/29368 30518/30518/29353 30532/30532/29369</w:t>
        <w:br/>
        <w:t>f 30532/30532/29369 30518/30518/29353 30515/30515/29363</w:t>
        <w:br/>
        <w:t>f 30527/30527/29358 30531/30531/29357 30501/30499/29357</w:t>
        <w:br/>
        <w:t>f 30500/30500/29357 30501/30499/29357 30531/30531/29357</w:t>
        <w:br/>
        <w:t>f 30535/30533/29370 30534/30534/29371 30533/30535/29372</w:t>
        <w:br/>
        <w:t>f 30536/30536/29373 30533/30535/29372 30534/30534/29371</w:t>
        <w:br/>
        <w:t>f 30534/30534/29371 30535/30533/29370 30537/30537/29374</w:t>
        <w:br/>
        <w:t>f 30538/30538/29375 30537/30537/29374 30535/30533/29370</w:t>
        <w:br/>
        <w:t>f 30536/30536/29373 30534/30534/29371 30539/30539/29376</w:t>
        <w:br/>
        <w:t>f 30539/30539/29376 30540/30540/29377 30536/30536/29373</w:t>
        <w:br/>
        <w:t>f 30537/30537/29374 30538/30538/29375 30541/30541/29378</w:t>
        <w:br/>
        <w:t>f 30540/30540/29377 30539/30539/29376 30542/30542/29377</w:t>
        <w:br/>
        <w:t>f 30538/30538/29375 30543/30543/29379 30541/30541/29378</w:t>
        <w:br/>
        <w:t>f 30538/30538/29375 30544/30544/29380 30543/30543/29379</w:t>
        <w:br/>
        <w:t>f 30545/30545/29381 30540/30540/29377 30542/30542/29377</w:t>
        <w:br/>
        <w:t>f 30540/30540/29377 30545/30545/29381 30546/30546/29382</w:t>
        <w:br/>
        <w:t>f 30549/30547/29383 30548/30548/29383 30547/30549/29383</w:t>
        <w:br/>
        <w:t>f 30548/30548/29383 30550/30550/29383 30547/30549/29383</w:t>
        <w:br/>
        <w:t>f 30551/30551/29384 30546/30546/29382 30545/30545/29381</w:t>
        <w:br/>
        <w:t>f 30546/30546/29382 30551/30551/29384 30552/30552/29385</w:t>
        <w:br/>
        <w:t>f 30551/30551/29384 30544/30544/29380 30552/30552/29385</w:t>
        <w:br/>
        <w:t>f 30544/30544/29380 30551/30551/29384 30543/30543/29379</w:t>
        <w:br/>
        <w:t>f 30550/30550/29383 30554/30553/29383 30553/30554/29383</w:t>
        <w:br/>
        <w:t>f 30550/30550/29383 30548/30548/29383 30554/30553/29383</w:t>
        <w:br/>
        <w:t>f 30553/30554/29383 30556/30555/29383 30555/30556/29383</w:t>
        <w:br/>
        <w:t>f 30553/30554/29383 30554/30553/29383 30557/30557/29383</w:t>
        <w:br/>
        <w:t>f 30556/30555/29383 30553/30554/29383 30557/30557/29383</w:t>
        <w:br/>
        <w:t>f 30560/30558/29386 30559/30559/29372 30558/30560/29371</w:t>
        <w:br/>
        <w:t>f 30559/30559/29372 30561/30561/29373 30558/30560/29371</w:t>
        <w:br/>
        <w:t>f 30559/30559/29372 30560/30558/29386 30562/30562/29387</w:t>
        <w:br/>
        <w:t>f 30563/30563/29375 30562/30562/29387 30560/30558/29386</w:t>
        <w:br/>
        <w:t>f 30561/30561/29373 30559/30559/29372 30564/30564/29376</w:t>
        <w:br/>
        <w:t>f 30562/30562/29387 30563/30563/29375 30565/30565/29388</w:t>
        <w:br/>
        <w:t>f 30566/30566/29389 30565/30565/29388 30563/30563/29375</w:t>
        <w:br/>
        <w:t>f 30567/30567/29390 30561/30561/29373 30564/30564/29376</w:t>
        <w:br/>
        <w:t>f 30568/30568/29383 30555/30556/29383 30556/30555/29383</w:t>
        <w:br/>
        <w:t>f 30555/30556/29383 30568/30568/29383 30569/30569/29383</w:t>
        <w:br/>
        <w:t>f 30564/30564/29376 30570/30570/29391 30567/30567/29390</w:t>
        <w:br/>
        <w:t>f 30571/30571/29383 30569/30569/29383 30568/30568/29383</w:t>
        <w:br/>
        <w:t>f 30572/30572/29392 30567/30567/29390 30570/30570/29391</w:t>
        <w:br/>
        <w:t>f 30573/30573/29393 30571/30571/29383 30568/30568/29383</w:t>
        <w:br/>
        <w:t>f 30567/30567/29390 30572/30572/29392 30574/30574/29394</w:t>
        <w:br/>
        <w:t>f 30575/30575/29383 30571/30571/29383 30573/30573/29393</w:t>
        <w:br/>
        <w:t>f 30576/30576/29385 30574/30574/29394 30572/30572/29392</w:t>
        <w:br/>
        <w:t>f 30575/30575/29383 30573/30573/29393 30577/30577/29383</w:t>
        <w:br/>
        <w:t>f 30574/30574/29394 30576/30576/29385 30578/30578/29384</w:t>
        <w:br/>
        <w:t>f 30579/30579/29383 30575/30575/29383 30577/30577/29383</w:t>
        <w:br/>
        <w:t>f 30580/30580/29395 30578/30578/29384 30576/30576/29385</w:t>
        <w:br/>
        <w:t>f 30576/30576/29385 30566/30566/29389 30580/30580/29395</w:t>
        <w:br/>
        <w:t>f 30566/30566/29389 30563/30563/29375 30580/30580/29395</w:t>
        <w:br/>
        <w:t>f 30575/30575/29383 30579/30579/29383 30549/30547/29383</w:t>
        <w:br/>
        <w:t>f 30548/30548/29383 30549/30547/29383 30579/30579/29383</w:t>
        <w:br/>
        <w:t>f 30583/30581/29396 30582/30582/29397 30581/30583/29397</w:t>
        <w:br/>
        <w:t>f 30584/30584/29398 30581/30583/29397 30582/30582/29397</w:t>
        <w:br/>
        <w:t>f 30582/30582/29397 30583/30581/29396 30585/30585/29399</w:t>
        <w:br/>
        <w:t>f 30586/30586/29400 30585/30585/29399 30583/30581/29396</w:t>
        <w:br/>
        <w:t>f 30584/30584/29398 30582/30582/29397 30587/30587/29401</w:t>
        <w:br/>
        <w:t>f 30587/30587/29401 30588/30588/29402 30584/30584/29398</w:t>
        <w:br/>
        <w:t>f 30585/30585/29399 30586/30586/29400 30589/30589/29403</w:t>
        <w:br/>
        <w:t>f 30587/30587/29401 30590/30590/29402 30588/30588/29402</w:t>
        <w:br/>
        <w:t>f 30586/30586/29400 30591/30591/29404 30589/30589/29403</w:t>
        <w:br/>
        <w:t>f 30586/30586/29400 30592/30592/29405 30591/30591/29404</w:t>
        <w:br/>
        <w:t>f 30593/30593/29406 30588/30588/29402 30590/30590/29402</w:t>
        <w:br/>
        <w:t>f 30588/30588/29402 30593/30593/29406 30594/30594/29407</w:t>
        <w:br/>
        <w:t>f 30597/30595/29408 30596/30596/29408 30595/30597/29409</w:t>
        <w:br/>
        <w:t>f 30596/30596/29408 30598/30598/29408 30595/30597/29409</w:t>
        <w:br/>
        <w:t>f 30599/30599/29410 30594/30594/29407 30593/30593/29406</w:t>
        <w:br/>
        <w:t>f 30594/30594/29407 30599/30599/29410 30600/30600/29410</w:t>
        <w:br/>
        <w:t>f 30599/30599/29410 30592/30592/29405 30600/30600/29410</w:t>
        <w:br/>
        <w:t>f 30592/30592/29405 30599/30599/29410 30591/30591/29404</w:t>
        <w:br/>
        <w:t>f 30602/30601/29408 30598/30598/29408 30601/30602/29408</w:t>
        <w:br/>
        <w:t>f 30598/30598/29408 30596/30596/29408 30601/30602/29408</w:t>
        <w:br/>
        <w:t>f 30602/30601/29408 30604/30603/29408 30603/30604/29408</w:t>
        <w:br/>
        <w:t>f 30602/30601/29408 30601/30602/29408 30605/30605/29408</w:t>
        <w:br/>
        <w:t>f 30604/30603/29408 30602/30601/29408 30605/30605/29408</w:t>
        <w:br/>
        <w:t>f 30608/30606/29396 30607/30607/29411 30606/30608/29412</w:t>
        <w:br/>
        <w:t>f 30607/30607/29411 30609/30609/29413 30606/30608/29412</w:t>
        <w:br/>
        <w:t>f 30607/30607/29411 30608/30606/29396 30610/30610/29399</w:t>
        <w:br/>
        <w:t>f 30611/30611/29414 30610/30610/29399 30608/30606/29396</w:t>
        <w:br/>
        <w:t>f 30609/30609/29413 30607/30607/29411 30612/30612/29415</w:t>
        <w:br/>
        <w:t>f 30610/30610/29399 30611/30611/29414 30613/30613/29416</w:t>
        <w:br/>
        <w:t>f 30611/30611/29414 30614/30614/29417 30613/30613/29416</w:t>
        <w:br/>
        <w:t>f 30615/30615/29418 30609/30609/29413 30612/30612/29415</w:t>
        <w:br/>
        <w:t>f 30616/30616/29408 30603/30604/29408 30604/30603/29408</w:t>
        <w:br/>
        <w:t>f 30603/30604/29408 30616/30616/29408 30617/30617/29408</w:t>
        <w:br/>
        <w:t>f 30615/30615/29418 30612/30612/29415 30618/30618/29419</w:t>
        <w:br/>
        <w:t>f 30619/30619/29408 30617/30617/29408 30616/30616/29408</w:t>
        <w:br/>
        <w:t>f 30620/30620/29420 30615/30615/29418 30618/30618/29419</w:t>
        <w:br/>
        <w:t>f 30621/30621/29408 30619/30619/29408 30616/30616/29408</w:t>
        <w:br/>
        <w:t>f 30615/30615/29418 30620/30620/29420 30622/30622/29421</w:t>
        <w:br/>
        <w:t>f 30623/30623/29408 30619/30619/29408 30621/30621/29408</w:t>
        <w:br/>
        <w:t>f 30624/30624/29422 30622/30622/29421 30620/30620/29420</w:t>
        <w:br/>
        <w:t>f 30623/30623/29408 30621/30621/29408 30625/30625/29408</w:t>
        <w:br/>
        <w:t>f 30622/30622/29421 30624/30624/29422 30626/30626/29410</w:t>
        <w:br/>
        <w:t>f 30627/30627/29408 30623/30623/29408 30625/30625/29408</w:t>
        <w:br/>
        <w:t>f 30626/30626/29410 30624/30624/29422 30628/30628/29423</w:t>
        <w:br/>
        <w:t>f 30624/30624/29422 30614/30614/29417 30628/30628/29423</w:t>
        <w:br/>
        <w:t>f 30614/30614/29417 30611/30611/29414 30628/30628/29423</w:t>
        <w:br/>
        <w:t>f 30623/30623/29408 30627/30627/29408 30597/30595/29408</w:t>
        <w:br/>
        <w:t>f 30596/30596/29408 30597/30595/29408 30627/30627/29408</w:t>
        <w:br/>
        <w:t>f 30631/30629/29424 30630/30630/29425 30629/30631/29426</w:t>
        <w:br/>
        <w:t>f 30630/30630/29425 30632/30632/29427 30629/30631/29426</w:t>
        <w:br/>
        <w:t>f 30631/30629/29424 30629/30631/29426 30633/30633/29428</w:t>
        <w:br/>
        <w:t>f 30634/30634/29429 30629/30631/29426 30632/30632/29427</w:t>
        <w:br/>
        <w:t>f 30635/30635/29430 30631/30629/29424 30633/30633/29428</w:t>
        <w:br/>
        <w:t>f 30631/30629/29424 30635/30635/29430 30636/30636/29431</w:t>
        <w:br/>
        <w:t>f 30635/30635/29430 30637/30637/29432 30636/30636/29431</w:t>
        <w:br/>
        <w:t>f 30640/30638/29433 30639/30639/29434 30638/30640/29435</w:t>
        <w:br/>
        <w:t>f 30639/30639/29434 30641/30641/29436 30638/30640/29435</w:t>
        <w:br/>
        <w:t>f 30640/30638/29433 30638/30640/29435 30642/30642/29437</w:t>
        <w:br/>
        <w:t>f 30643/30643/29438 30638/30640/29435 30641/30641/29436</w:t>
        <w:br/>
        <w:t>f 30644/30644/29439 30640/30638/29433 30642/30642/29437</w:t>
        <w:br/>
        <w:t>f 30640/30638/29433 30644/30644/29439 30645/30645/29440</w:t>
        <w:br/>
        <w:t>f 30641/30641/29436 30646/30646/29441 30643/30643/29438</w:t>
        <w:br/>
        <w:t>f 30644/30644/29439 30647/30647/29442 30645/30645/29440</w:t>
        <w:br/>
        <w:t>f 30637/30637/29432 30635/30635/29430 30648/30648/29443</w:t>
        <w:br/>
        <w:t>f 30647/30647/29442 30644/30644/29439 30649/30649/29444</w:t>
        <w:br/>
        <w:t>f 30646/30646/29441 30647/30647/29442 30649/30649/29444</w:t>
        <w:br/>
        <w:t>f 30650/30650/29445 30637/30637/29432 30648/30648/29443</w:t>
        <w:br/>
        <w:t>f 30651/30651/29446 30647/30647/29442 30646/30646/29441</w:t>
        <w:br/>
        <w:t>f 30641/30641/29436 30650/30650/29445 30646/30646/29441</w:t>
        <w:br/>
        <w:t>f 30632/30632/29427 30652/30652/29447 30634/30634/29429</w:t>
        <w:br/>
        <w:t>f 30653/30653/29448 30637/30637/29432 30650/30650/29445</w:t>
        <w:br/>
        <w:t>f 30632/30632/29449 30653/30653/29450 30651/30651/29446</w:t>
        <w:br/>
        <w:t>f 30656/30654/29451 30655/30655/29452 30654/30656/29453</w:t>
        <w:br/>
        <w:t>f 30657/30657/29454 30654/30656/29453 30655/30655/29452</w:t>
        <w:br/>
        <w:t>f 30656/30654/29451 30654/30656/29453 30658/30658/29455</w:t>
        <w:br/>
        <w:t>f 30654/30656/29453 30657/30657/29454 30659/30659/29456</w:t>
        <w:br/>
        <w:t>f 30660/30660/29457 30656/30654/29451 30658/30658/29455</w:t>
        <w:br/>
        <w:t>f 30661/30661/29458 30656/30654/29451 30660/30660/29457</w:t>
        <w:br/>
        <w:t>f 30660/30660/29457 30662/30662/29459 30661/30661/29458</w:t>
        <w:br/>
        <w:t>f 30665/30663/29460 30664/30664/29461 30663/30665/29462</w:t>
        <w:br/>
        <w:t>f 30666/30666/29463 30663/30665/29462 30664/30664/29461</w:t>
        <w:br/>
        <w:t>f 30663/30665/29462 30667/30667/29464 30665/30663/29460</w:t>
        <w:br/>
        <w:t>f 30663/30665/29462 30666/30666/29463 30668/30668/29465</w:t>
        <w:br/>
        <w:t>f 30667/30667/29464 30669/30669/29466 30665/30663/29460</w:t>
        <w:br/>
        <w:t>f 30665/30663/29460 30669/30669/29466 30670/30670/29467</w:t>
        <w:br/>
        <w:t>f 30666/30666/29463 30671/30671/29468 30668/30668/29465</w:t>
        <w:br/>
        <w:t>f 30674/30672/29469 30673/30673/29470 30672/30674/29469</w:t>
        <w:br/>
        <w:t>f 30662/30662/29459 30660/30660/29457 30675/30675/29471</w:t>
        <w:br/>
        <w:t>f 30673/30673/29470 30669/30669/29466 30676/30676/29472</w:t>
        <w:br/>
        <w:t>f 30673/30673/29470 30676/30676/29472 30671/30671/29468</w:t>
        <w:br/>
        <w:t>f 30662/30662/29459 30675/30675/29471 30677/30677/29473</w:t>
        <w:br/>
        <w:t>f 30678/30678/29474 30673/30673/29470 30671/30671/29468</w:t>
        <w:br/>
        <w:t>f 30671/30671/29468 30666/30666/29463 30678/30678/29474</w:t>
        <w:br/>
        <w:t>f 30657/30657/29454 30677/30677/29473 30659/30659/29456</w:t>
        <w:br/>
        <w:t>f 30679/30679/29475 30662/30662/29459 30677/30677/29473</w:t>
        <w:br/>
        <w:t>f 30677/30677/29473 30657/30657/29454 30679/30679/29475</w:t>
        <w:br/>
        <w:t>f 30682/30680/29476 30681/30681/29477 30680/30682/29477</w:t>
        <w:br/>
        <w:t>f 30683/30683/29478 30680/30682/29477 30681/30681/29477</w:t>
        <w:br/>
        <w:t>f 30682/30680/29476 30680/30682/29477 30684/30684/29476</w:t>
        <w:br/>
        <w:t>f 30680/30682/29477 30683/30683/29478 30685/30685/29478</w:t>
        <w:br/>
        <w:t>f 30686/30686/29479 30682/30680/29476 30684/30684/29476</w:t>
        <w:br/>
        <w:t>f 30682/30680/29476 30686/30686/29479 30687/30687/29479</w:t>
        <w:br/>
        <w:t>f 30690/30688/29480 30689/30689/29480 30688/30690/29480</w:t>
        <w:br/>
        <w:t>f 30691/30691/29480 30690/30688/29480 30688/30690/29480</w:t>
        <w:br/>
        <w:t>f 30686/30686/29479 30692/30692/29481 30687/30687/29479</w:t>
        <w:br/>
        <w:t>f 30683/30683/29478 30693/30693/29482 30685/30685/29478</w:t>
        <w:br/>
        <w:t>f 30683/30683/29478 30694/30694/29482 30693/30693/29482</w:t>
        <w:br/>
        <w:t>f 30695/30695/29483 30693/30693/29482 30694/30694/29482</w:t>
        <w:br/>
        <w:t>f 30690/30688/29480 30691/30691/29480 30696/30696/29480</w:t>
        <w:br/>
        <w:t>f 30697/30697/29480 30696/30696/29480 30691/30691/29480</w:t>
        <w:br/>
        <w:t>f 30689/30689/29480 30690/30688/29480 30698/30698/29480</w:t>
        <w:br/>
        <w:t>f 30698/30698/29480 30699/30699/29480 30689/30689/29480</w:t>
        <w:br/>
        <w:t>f 30702/30700/29484 30701/30701/29485 30700/30702/29486</w:t>
        <w:br/>
        <w:t>f 30701/30701/29485 30703/30703/29487 30700/30702/29486</w:t>
        <w:br/>
        <w:t>f 30701/30701/29485 30702/30700/29484 30704/30704/29484</w:t>
        <w:br/>
        <w:t>f 30703/30703/29487 30701/30701/29485 30705/30705/29487</w:t>
        <w:br/>
        <w:t>f 30706/30706/29479 30704/30704/29484 30702/30700/29484</w:t>
        <w:br/>
        <w:t>f 30707/30707/29482 30703/30703/29487 30705/30705/29487</w:t>
        <w:br/>
        <w:t>f 30702/30700/29484 30708/30708/29479 30706/30706/29479</w:t>
        <w:br/>
        <w:t>f 30696/30696/29480 30697/30697/29480 30709/30709/29480</w:t>
        <w:br/>
        <w:t>f 30703/30703/29487 30707/30707/29482 30710/30710/29488</w:t>
        <w:br/>
        <w:t>f 30698/30698/29480 30711/30711/29480 30699/30699/29480</w:t>
        <w:br/>
        <w:t>f 30707/30707/29482 30712/30712/29489 30710/30710/29488</w:t>
        <w:br/>
        <w:t>f 30713/30713/29480 30699/30699/29480 30711/30711/29480</w:t>
        <w:br/>
        <w:t>f 30707/30707/29482 30714/30714/29489 30712/30712/29489</w:t>
        <w:br/>
        <w:t>f 30715/30715/29477 30712/30712/29489 30714/30714/29489</w:t>
        <w:br/>
        <w:t>f 30699/30699/29480 30713/30713/29480 30716/30716/29480</w:t>
        <w:br/>
        <w:t>f 30692/30692/29481 30686/30686/29479 30717/30717/29481</w:t>
        <w:br/>
        <w:t>f 30712/30712/29489 30715/30715/29477 30718/30718/29477</w:t>
        <w:br/>
        <w:t>f 30719/30719/29480 30716/30716/29480 30713/30713/29480</w:t>
        <w:br/>
        <w:t>f 30720/30720/29490 30692/30692/29481 30717/30717/29481</w:t>
        <w:br/>
        <w:t>f 30716/30716/29480 30719/30719/29480 30721/30721/29480</w:t>
        <w:br/>
        <w:t>f 30692/30692/29481 30720/30720/29490 30722/30722/29490</w:t>
        <w:br/>
        <w:t>f 30720/30720/29490 30695/30695/29483 30722/30722/29490</w:t>
        <w:br/>
        <w:t>f 30720/30720/29490 30723/30723/29491 30695/30695/29483</w:t>
        <w:br/>
        <w:t>f 30724/30724/29480 30721/30721/29480 30719/30719/29480</w:t>
        <w:br/>
        <w:t>f 30693/30693/29482 30695/30695/29483 30723/30723/29491</w:t>
        <w:br/>
        <w:t>f 30719/30719/29480 30725/30725/29480 30724/30724/29480</w:t>
        <w:br/>
        <w:t>f 30725/30725/29480 30697/30697/29480 30724/30724/29480</w:t>
        <w:br/>
        <w:t>f 30715/30715/29477 30726/30726/29492 30718/30718/29477</w:t>
        <w:br/>
        <w:t>f 30697/30697/29480 30725/30725/29480 30709/30709/29480</w:t>
        <w:br/>
        <w:t>f 30726/30726/29492 30706/30706/29479 30708/30708/29479</w:t>
        <w:br/>
        <w:t>f 30715/30715/29477 30727/30727/29492 30726/30726/29492</w:t>
        <w:br/>
        <w:t>f 30706/30706/29479 30726/30726/29492 30727/30727/29492</w:t>
        <w:br/>
        <w:t>f 30730/30728/29493 30729/30729/29494 30728/30730/29495</w:t>
        <w:br/>
        <w:t>f 30731/30731/29496 30728/30730/29495 30729/30729/29494</w:t>
        <w:br/>
        <w:t>f 30730/30728/29493 30728/30730/29495 30732/30732/29497</w:t>
        <w:br/>
        <w:t>f 30728/30730/29495 30731/30731/29496 30733/30733/29498</w:t>
        <w:br/>
        <w:t>f 30734/30734/29499 30730/30728/29493 30732/30732/29497</w:t>
        <w:br/>
        <w:t>f 30730/30728/29493 30734/30734/29499 30735/30735/29500</w:t>
        <w:br/>
        <w:t>f 30738/30736/29501 30737/30737/29502 30736/30738/29502</w:t>
        <w:br/>
        <w:t>f 30739/30739/29502 30736/30738/29502 30737/30737/29502</w:t>
        <w:br/>
        <w:t>f 30740/30740/29503 30735/30735/29500 30734/30734/29499</w:t>
        <w:br/>
        <w:t>f 30741/30741/29504 30733/30733/29498 30731/30731/29496</w:t>
        <w:br/>
        <w:t>f 30731/30731/29496 30742/30742/29505 30741/30741/29504</w:t>
        <w:br/>
        <w:t>f 30743/30743/29506 30741/30741/29504 30742/30742/29505</w:t>
        <w:br/>
        <w:t>f 30736/30738/29502 30739/30739/29502 30744/30744/29502</w:t>
        <w:br/>
        <w:t>f 30745/30745/29502 30744/30744/29502 30739/30739/29502</w:t>
        <w:br/>
        <w:t>f 30746/30746/29501 30738/30736/29501 30736/30738/29502</w:t>
        <w:br/>
        <w:t>f 30746/30746/29501 30747/30747/29502 30738/30736/29501</w:t>
        <w:br/>
        <w:t>f 30750/30748/29503 30749/30749/29507 30748/30750/29507</w:t>
        <w:br/>
        <w:t>f 30751/30751/29506 30748/30750/29507 30749/30749/29507</w:t>
        <w:br/>
        <w:t>f 30749/30749/29507 30750/30748/29503 30752/30752/29503</w:t>
        <w:br/>
        <w:t>f 30749/30749/29507 30753/30753/29506 30751/30751/29506</w:t>
        <w:br/>
        <w:t>f 30754/30754/29508 30752/30752/29503 30750/30748/29503</w:t>
        <w:br/>
        <w:t>f 30755/30755/29509 30751/30751/29506 30753/30753/29506</w:t>
        <w:br/>
        <w:t>f 30754/30754/29508 30750/30748/29503 30756/30756/29508</w:t>
        <w:br/>
        <w:t>f 30744/30744/29502 30745/30745/29502 30757/30757/29502</w:t>
        <w:br/>
        <w:t>f 30751/30751/29506 30755/30755/29509 30758/30758/29510</w:t>
        <w:br/>
        <w:t>f 30747/30747/29502 30746/30746/29501 30759/30759/29502</w:t>
        <w:br/>
        <w:t>f 30755/30755/29509 30760/30760/29496 30758/30758/29510</w:t>
        <w:br/>
        <w:t>f 30761/30761/29502 30747/30747/29502 30759/30759/29502</w:t>
        <w:br/>
        <w:t>f 30760/30760/29496 30755/30755/29509 30762/30762/29496</w:t>
        <w:br/>
        <w:t>f 30763/30763/29494 30760/30760/29496 30762/30762/29496</w:t>
        <w:br/>
        <w:t>f 30747/30747/29502 30761/30761/29502 30764/30764/29502</w:t>
        <w:br/>
        <w:t>f 30740/30740/29503 30734/30734/29499 30765/30765/29503</w:t>
        <w:br/>
        <w:t>f 30760/30760/29496 30763/30763/29494 30766/30766/29511</w:t>
        <w:br/>
        <w:t>f 30767/30767/29502 30764/30764/29502 30761/30761/29502</w:t>
        <w:br/>
        <w:t>f 30768/30768/29512 30740/30740/29503 30765/30765/29503</w:t>
        <w:br/>
        <w:t>f 30764/30764/29502 30767/30767/29502 30769/30769/29502</w:t>
        <w:br/>
        <w:t>f 30740/30740/29503 30768/30768/29512 30770/30770/29513</w:t>
        <w:br/>
        <w:t>f 30768/30768/29512 30743/30743/29506 30770/30770/29513</w:t>
        <w:br/>
        <w:t>f 30743/30743/29506 30768/30768/29512 30771/30771/29506</w:t>
        <w:br/>
        <w:t>f 30767/30767/29502 30772/30772/29501 30769/30769/29502</w:t>
        <w:br/>
        <w:t>f 30741/30741/29504 30743/30743/29506 30771/30771/29506</w:t>
        <w:br/>
        <w:t>f 30772/30772/29501 30767/30767/29502 30773/30773/29501</w:t>
        <w:br/>
        <w:t>f 30745/30745/29502 30772/30772/29501 30773/30773/29501</w:t>
        <w:br/>
        <w:t>f 30766/30766/29511 30763/30763/29494 30774/30774/29514</w:t>
        <w:br/>
        <w:t>f 30757/30757/29502 30745/30745/29502 30773/30773/29501</w:t>
        <w:br/>
        <w:t>f 30774/30774/29514 30754/30754/29508 30756/30756/29508</w:t>
        <w:br/>
        <w:t>f 30763/30763/29494 30775/30775/29493 30774/30774/29514</w:t>
        <w:br/>
        <w:t>f 30754/30754/29508 30774/30774/29514 30775/30775/29493</w:t>
        <w:br/>
        <w:t>f 30778/30776/29515 30777/30777/29516 30776/30778/29516</w:t>
        <w:br/>
        <w:t>f 30779/30779/29517 30776/30778/29516 30777/30777/29516</w:t>
        <w:br/>
        <w:t>f 30776/30778/29516 30780/30780/29515 30778/30776/29515</w:t>
        <w:br/>
        <w:t>f 30776/30778/29516 30779/30779/29517 30781/30781/29518</w:t>
        <w:br/>
        <w:t>f 30782/30782/29519 30778/30776/29515 30780/30780/29515</w:t>
        <w:br/>
        <w:t>f 30778/30776/29515 30782/30782/29519 30783/30783/29519</w:t>
        <w:br/>
        <w:t>f 30786/30784/29520 30785/30785/29520 30784/30786/29520</w:t>
        <w:br/>
        <w:t>f 30787/30787/29520 30784/30786/29520 30785/30785/29520</w:t>
        <w:br/>
        <w:t>f 30788/30788/29521 30783/30783/29519 30782/30782/29519</w:t>
        <w:br/>
        <w:t>f 30789/30789/29522 30781/30781/29518 30779/30779/29517</w:t>
        <w:br/>
        <w:t>f 30779/30779/29517 30790/30790/29523 30789/30789/29522</w:t>
        <w:br/>
        <w:t>f 30791/30791/29524 30789/30789/29522 30790/30790/29523</w:t>
        <w:br/>
        <w:t>f 30784/30786/29520 30787/30787/29520 30792/30792/29520</w:t>
        <w:br/>
        <w:t>f 30793/30793/29520 30792/30792/29520 30787/30787/29520</w:t>
        <w:br/>
        <w:t>f 30794/30794/29520 30786/30784/29520 30784/30786/29520</w:t>
        <w:br/>
        <w:t>f 30794/30794/29520 30795/30795/29520 30786/30784/29520</w:t>
        <w:br/>
        <w:t>f 30798/30796/29521 30797/30797/29525 30796/30798/29525</w:t>
        <w:br/>
        <w:t>f 30799/30799/29526 30796/30798/29525 30797/30797/29525</w:t>
        <w:br/>
        <w:t>f 30797/30797/29525 30798/30796/29521 30800/30800/29527</w:t>
        <w:br/>
        <w:t>f 30799/30799/29526 30797/30797/29525 30801/30801/29524</w:t>
        <w:br/>
        <w:t>f 30802/30802/29528 30800/30800/29527 30798/30796/29521</w:t>
        <w:br/>
        <w:t>f 30803/30803/29529 30799/30799/29526 30801/30801/29524</w:t>
        <w:br/>
        <w:t>f 30802/30802/29528 30798/30796/29521 30804/30804/29528</w:t>
        <w:br/>
        <w:t>f 30792/30792/29520 30793/30793/29520 30805/30805/29520</w:t>
        <w:br/>
        <w:t>f 30799/30799/29526 30803/30803/29529 30806/30806/29530</w:t>
        <w:br/>
        <w:t>f 30795/30795/29520 30794/30794/29520 30807/30807/29520</w:t>
        <w:br/>
        <w:t>f 30803/30803/29529 30808/30808/29531 30806/30806/29530</w:t>
        <w:br/>
        <w:t>f 30809/30809/29520 30795/30795/29520 30807/30807/29520</w:t>
        <w:br/>
        <w:t>f 30808/30808/29531 30803/30803/29529 30810/30810/29531</w:t>
        <w:br/>
        <w:t>f 30811/30811/29532 30808/30808/29531 30810/30810/29531</w:t>
        <w:br/>
        <w:t>f 30795/30795/29520 30809/30809/29520 30812/30812/29520</w:t>
        <w:br/>
        <w:t>f 30788/30788/29521 30782/30782/29519 30813/30813/29521</w:t>
        <w:br/>
        <w:t>f 30808/30808/29531 30811/30811/29532 30814/30814/29516</w:t>
        <w:br/>
        <w:t>f 30815/30815/29520 30812/30812/29520 30809/30809/29520</w:t>
        <w:br/>
        <w:t>f 30816/30816/29525 30788/30788/29521 30813/30813/29521</w:t>
        <w:br/>
        <w:t>f 30812/30812/29520 30815/30815/29520 30817/30817/29520</w:t>
        <w:br/>
        <w:t>f 30788/30788/29521 30816/30816/29525 30818/30818/29533</w:t>
        <w:br/>
        <w:t>f 30816/30816/29525 30791/30791/29524 30818/30818/29533</w:t>
        <w:br/>
        <w:t>f 30816/30816/29525 30819/30819/29534 30791/30791/29524</w:t>
        <w:br/>
        <w:t>f 30815/30815/29520 30820/30820/29520 30817/30817/29520</w:t>
        <w:br/>
        <w:t>f 30789/30789/29522 30791/30791/29524 30819/30819/29534</w:t>
        <w:br/>
        <w:t>f 30820/30820/29520 30815/30815/29520 30821/30821/29520</w:t>
        <w:br/>
        <w:t>f 30793/30793/29520 30820/30820/29520 30821/30821/29520</w:t>
        <w:br/>
        <w:t>f 30811/30811/29532 30822/30822/29535 30814/30814/29516</w:t>
        <w:br/>
        <w:t>f 30793/30793/29520 30821/30821/29520 30805/30805/29520</w:t>
        <w:br/>
        <w:t>f 30822/30822/29535 30802/30802/29528 30804/30804/29528</w:t>
        <w:br/>
        <w:t>f 30822/30822/29535 30811/30811/29532 30823/30823/29536</w:t>
        <w:br/>
        <w:t>f 30802/30802/29528 30822/30822/29535 30823/30823/29536</w:t>
        <w:br/>
        <w:t>f 30826/30824/29537 30825/30825/29538 30824/30826/29539</w:t>
        <w:br/>
        <w:t>f 30824/30826/29539 30827/30827/29540 30826/30824/29537</w:t>
        <w:br/>
        <w:t>f 30828/30828/29538 30824/30826/29539 30825/30825/29538</w:t>
        <w:br/>
        <w:t>f 30827/30827/29540 30824/30826/29539 30829/30829/29541</w:t>
        <w:br/>
        <w:t>f 30825/30825/29538 30830/30830/29542 30828/30828/29538</w:t>
        <w:br/>
        <w:t>f 30830/30830/29542 30825/30825/29538 30831/30831/29542</w:t>
        <w:br/>
        <w:t>f 30831/30831/29542 30832/30832/29543 30830/30830/29542</w:t>
        <w:br/>
        <w:t>f 30835/30833/29544 30834/30834/29544 30833/30835/29544</w:t>
        <w:br/>
        <w:t>f 30834/30834/29544 30836/30836/29544 30833/30835/29544</w:t>
        <w:br/>
        <w:t>f 30837/30837/29544 30834/30834/29544 30835/30833/29544</w:t>
        <w:br/>
        <w:t>f 30838/30838/29544 30837/30837/29544 30835/30833/29544</w:t>
        <w:br/>
        <w:t>f 30836/30836/29544 30834/30834/29544 30839/30839/29544</w:t>
        <w:br/>
        <w:t>f 30842/30840/29545 30841/30841/29546 30840/30842/29545</w:t>
        <w:br/>
        <w:t>f 30840/30842/29545 30843/30843/29547 30842/30840/29545</w:t>
        <w:br/>
        <w:t>f 30844/30844/29548 30840/30842/29545 30841/30841/29546</w:t>
        <w:br/>
        <w:t>f 30843/30843/29547 30840/30842/29545 30845/30845/29549</w:t>
        <w:br/>
        <w:t>f 30841/30841/29546 30846/30846/29550 30844/30844/29548</w:t>
        <w:br/>
        <w:t>f 30845/30845/29549 30847/30847/29542 30843/30843/29547</w:t>
        <w:br/>
        <w:t>f 30846/30846/29550 30841/30841/29546 30848/30848/29551</w:t>
        <w:br/>
        <w:t>f 30838/30838/29544 30849/30849/29544 30837/30837/29544</w:t>
        <w:br/>
        <w:t>f 30850/30850/29540 30846/30846/29550 30848/30848/29551</w:t>
        <w:br/>
        <w:t>f 30838/30838/29544 30851/30851/29544 30849/30849/29544</w:t>
        <w:br/>
        <w:t>f 30846/30846/29550 30850/30850/29540 30852/30852/29540</w:t>
        <w:br/>
        <w:t>f 30850/30850/29540 30853/30853/29539 30852/30852/29540</w:t>
        <w:br/>
        <w:t>f 30851/30851/29544 30838/30838/29544 30854/30854/29544</w:t>
        <w:br/>
        <w:t>f 30832/30832/29543 30855/30855/29552 30830/30830/29542</w:t>
        <w:br/>
        <w:t>f 30853/30853/29539 30850/30850/29540 30856/30856/29539</w:t>
        <w:br/>
        <w:t>f 30854/30854/29544 30857/30857/29544 30851/30851/29544</w:t>
        <w:br/>
        <w:t>f 30832/30832/29543 30858/30858/29553 30855/30855/29552</w:t>
        <w:br/>
        <w:t>f 30857/30857/29544 30854/30854/29544 30859/30859/29544</w:t>
        <w:br/>
        <w:t>f 30858/30858/29553 30832/30832/29543 30860/30860/29554</w:t>
        <w:br/>
        <w:t>f 30861/30861/29555 30858/30858/29553 30860/30860/29554</w:t>
        <w:br/>
        <w:t>f 30859/30859/29544 30862/30862/29544 30857/30857/29544</w:t>
        <w:br/>
        <w:t>f 30858/30858/29553 30861/30861/29555 30863/30863/29555</w:t>
        <w:br/>
        <w:t>f 30864/30864/29538 30853/30853/29539 30856/30856/29539</w:t>
        <w:br/>
        <w:t>f 30862/30862/29544 30865/30865/29544 30857/30857/29544</w:t>
        <w:br/>
        <w:t>f 30866/30866/29538 30853/30853/29539 30864/30864/29538</w:t>
        <w:br/>
        <w:t>f 30864/30864/29538 30847/30847/29542 30866/30866/29538</w:t>
        <w:br/>
        <w:t>f 30861/30861/29555 30867/30867/29550 30863/30863/29555</w:t>
        <w:br/>
        <w:t>f 30868/30868/29544 30865/30865/29544 30862/30862/29544</w:t>
        <w:br/>
        <w:t>f 30867/30867/29550 30861/30861/29555 30869/30869/29556</w:t>
        <w:br/>
        <w:t>f 30827/30827/29540 30867/30867/29550 30869/30869/29556</w:t>
        <w:br/>
        <w:t>f 30829/30829/29541 30867/30867/29550 30827/30827/29540</w:t>
        <w:br/>
        <w:t>f 30839/30839/29544 30868/30868/29544 30836/30836/29544</w:t>
        <w:br/>
        <w:t>f 30847/30847/29542 30864/30864/29538 30870/30870/29542</w:t>
        <w:br/>
        <w:t>f 30843/30843/29547 30847/30847/29542 30870/30870/29542</w:t>
        <w:br/>
        <w:t>f 30871/30871/29544 30865/30865/29544 30868/30868/29544</w:t>
        <w:br/>
        <w:t>f 30868/30868/29544 30839/30839/29544 30871/30871/29544</w:t>
        <w:br/>
        <w:t>f 30874/30872/29557 30873/30873/29558 30872/30874/29557</w:t>
        <w:br/>
        <w:t>f 30875/30875/29559 30874/30872/29557 30872/30874/29557</w:t>
        <w:br/>
        <w:t>f 30873/30873/29558 30874/30872/29557 30876/30876/29560</w:t>
        <w:br/>
        <w:t>f 30877/30877/29561 30874/30872/29557 30875/30875/29559</w:t>
        <w:br/>
        <w:t>f 30878/30878/29562 30873/30873/29558 30876/30876/29560</w:t>
        <w:br/>
        <w:t>f 30879/30879/29563 30873/30873/29558 30878/30878/29562</w:t>
        <w:br/>
        <w:t>f 30878/30878/29562 30880/30880/29564 30879/30879/29563</w:t>
        <w:br/>
        <w:t>f 30883/30881/29565 30882/30882/29565 30881/30883/29565</w:t>
        <w:br/>
        <w:t>f 30883/30881/29565 30881/30883/29565 30884/30884/29566</w:t>
        <w:br/>
        <w:t>f 30886/30885/29565 30885/30886/29565 30882/30882/29565</w:t>
        <w:br/>
        <w:t>f 30882/30882/29565 30883/30881/29565 30886/30885/29565</w:t>
        <w:br/>
        <w:t>f 30880/30880/29564 30878/30878/29562 30887/30887/29564</w:t>
        <w:br/>
        <w:t>f 30890/30888/29567 30889/30889/29568 30888/30890/29567</w:t>
        <w:br/>
        <w:t>f 30887/30887/29564 30891/30891/29567 30880/30880/29564</w:t>
        <w:br/>
        <w:t>f 30891/30891/29567 30892/30892/29569 30880/30880/29564</w:t>
        <w:br/>
        <w:t>f 30891/30891/29567 30893/30893/29568 30892/30892/29569</w:t>
        <w:br/>
        <w:t>f 30889/30889/29568 30890/30888/29567 30894/30894/29568</w:t>
        <w:br/>
        <w:t>f 30894/30894/29568 30895/30895/29570 30889/30889/29568</w:t>
        <w:br/>
        <w:t>f 30888/30890/29567 30896/30896/29571 30890/30888/29567</w:t>
        <w:br/>
        <w:t>f 30884/30884/29566 30897/30897/29566 30883/30881/29565</w:t>
        <w:br/>
        <w:t>f 30890/30888/29567 30896/30896/29571 30898/30898/29572</w:t>
        <w:br/>
        <w:t>f 30896/30896/29571 30899/30899/29573 30898/30898/29572</w:t>
        <w:br/>
        <w:t>f 30900/30900/29570 30889/30889/29568 30895/30895/29570</w:t>
        <w:br/>
        <w:t>f 30885/30886/29565 30886/30885/29565 30901/30901/29565</w:t>
        <w:br/>
        <w:t>f 30895/30895/29570 30902/30902/29574 30900/30900/29570</w:t>
        <w:br/>
        <w:t>f 30885/30886/29565 30901/30901/29565 30903/30903/29566</w:t>
        <w:br/>
        <w:t>f 30902/30902/29574 30895/30895/29570 30904/30904/29559</w:t>
        <w:br/>
        <w:t>f 30885/30886/29565 30903/30903/29566 30905/30905/29565</w:t>
        <w:br/>
        <w:t>f 30906/30906/29557 30902/30902/29574 30904/30904/29559</w:t>
        <w:br/>
        <w:t>f 30907/30907/29565 30905/30905/29565 30903/30903/29566</w:t>
        <w:br/>
        <w:t>f 30908/30908/29575 30902/30902/29574 30906/30906/29557</w:t>
        <w:br/>
        <w:t>f 30909/30909/29565 30905/30905/29565 30907/30907/29565</w:t>
        <w:br/>
        <w:t>f 30906/30906/29557 30910/30910/29558 30908/30908/29575</w:t>
        <w:br/>
        <w:t>f 30910/30910/29558 30906/30906/29557 30911/30911/29558</w:t>
        <w:br/>
        <w:t>f 30911/30911/29558 30899/30899/29573 30910/30910/29558</w:t>
        <w:br/>
        <w:t>f 30907/30907/29565 30912/30912/29565 30909/30909/29565</w:t>
        <w:br/>
        <w:t>f 30912/30912/29565 30907/30907/29565 30913/30913/29565</w:t>
        <w:br/>
        <w:t>f 30893/30893/29568 30891/30891/29567 30914/30914/29576</w:t>
        <w:br/>
        <w:t>f 30899/30899/29573 30915/30915/29577 30910/30910/29558</w:t>
        <w:br/>
        <w:t>f 30899/30899/29573 30896/30896/29571 30915/30915/29577</w:t>
        <w:br/>
        <w:t>f 30913/30913/29565 30916/30916/29565 30912/30912/29565</w:t>
        <w:br/>
        <w:t>f 30916/30916/29565 30913/30913/29565 30917/30917/29565</w:t>
        <w:br/>
        <w:t>f 30918/30918/29578 30893/30893/29568 30914/30914/29576</w:t>
        <w:br/>
        <w:t>f 30897/30897/29566 30916/30916/29565 30917/30917/29565</w:t>
        <w:br/>
        <w:t>f 30884/30884/29566 30916/30916/29565 30897/30897/29566</w:t>
        <w:br/>
        <w:t>f 30893/30893/29568 30918/30918/29578 30919/30919/29578</w:t>
        <w:br/>
        <w:t>f 30875/30875/29559 30918/30918/29578 30877/30877/29561</w:t>
        <w:br/>
        <w:t>f 30918/30918/29578 30875/30875/29559 30919/30919/29578</w:t>
        <w:br/>
        <w:t>usemtl 新規材質3</w:t>
        <w:br/>
        <w:t>f 30923/30920/29579 30922/30921/29580 30921/30922/29581</w:t>
        <w:br/>
        <w:t>f 30920/30923/29579 30923/30920/29579 30921/30922/29581</w:t>
        <w:br/>
        <w:t>f 30927/30924/29582 30926/30925/29583 30925/30926/29584</w:t>
        <w:br/>
        <w:t>f 30924/30927/29585 30927/30924/29582 30925/30926/29584</w:t>
        <w:br/>
        <w:t>f 30930/30928/29586 30929/30929/29587 30928/30930/29588</w:t>
        <w:br/>
        <w:t>f 30931/30931/29589 30930/30928/29586 30928/30930/29588</w:t>
        <w:br/>
        <w:t>f 30934/30932/29590 30933/30933/29591 30932/30934/29592</w:t>
        <w:br/>
        <w:t>f 30937/30935/29593 30936/30936/29594 30935/30937/29594</w:t>
        <w:br/>
        <w:t>f 30938/30938/29593 30937/30935/29593 30935/30937/29594</w:t>
        <w:br/>
        <w:t>f 30941/30939/29595 30940/30940/29595 30939/30941/29596</w:t>
        <w:br/>
        <w:t>f 30944/30942/29597 30943/30943/29598 30942/30944/29599</w:t>
        <w:br/>
        <w:t>f 30948/30945/29600 30947/30946/29600 30946/30947/29601</w:t>
        <w:br/>
        <w:t>f 30945/30948/29601 30948/30945/29600 30946/30947/29601</w:t>
        <w:br/>
        <w:t>f 30951/30949/29602 30950/30950/29602 30949/30951/29603</w:t>
        <w:br/>
        <w:t>f 30952/30952/29603 30951/30949/29602 30949/30951/29603</w:t>
        <w:br/>
        <w:t>f 30955/30953/29604 30954/30954/29605 30953/30955/29606</w:t>
        <w:br/>
        <w:t>f 30958/30956/29607 30957/30957/29607 30956/30958/29608</w:t>
        <w:br/>
        <w:t>f 30959/30959/29609 30935/30937/29594 30936/30936/29594</w:t>
        <w:br/>
        <w:t>f 30960/30960/29609 30959/30959/29609 30936/30936/29594</w:t>
        <w:br/>
        <w:t>f 30964/30961/29610 30963/30962/29610 30962/30963/29611</w:t>
        <w:br/>
        <w:t>f 30961/30964/29612 30964/30961/29610 30962/30963/29611</w:t>
        <w:br/>
        <w:t>f 30967/30965/29613 30966/30966/29614 30965/30967/29615</w:t>
        <w:br/>
        <w:t>f 30968/30968/29616 30967/30965/29613 30965/30967/29615</w:t>
        <w:br/>
        <w:t>f 30941/30939/29595 30970/30969/29617 30969/30970/29617</w:t>
        <w:br/>
        <w:t>f 30940/30940/29595 30941/30939/29595 30969/30970/29617</w:t>
        <w:br/>
        <w:t>f 30970/30969/29617 30972/30971/29618 30971/30972/29618</w:t>
        <w:br/>
        <w:t>f 30969/30970/29617 30970/30969/29617 30971/30972/29618</w:t>
        <w:br/>
        <w:t>f 30972/30971/29618 30974/30973/29619 30973/30974/29619</w:t>
        <w:br/>
        <w:t>f 30971/30972/29618 30972/30971/29618 30973/30974/29619</w:t>
        <w:br/>
        <w:t>f 30974/30973/29619 30959/30959/29609 30960/30960/29609</w:t>
        <w:br/>
        <w:t>f 30973/30974/29619 30974/30973/29619 30960/30960/29609</w:t>
        <w:br/>
        <w:t>f 30943/30943/29598 30944/30942/29597 30976/30975/29620</w:t>
        <w:br/>
        <w:t>f 30975/30976/29620 30943/30943/29598 30976/30975/29620</w:t>
        <w:br/>
        <w:t>f 30975/30976/29620 30976/30975/29620 30978/30977/29621</w:t>
        <w:br/>
        <w:t>f 30977/30978/29621 30975/30976/29620 30978/30977/29621</w:t>
        <w:br/>
        <w:t>f 30977/30978/29621 30978/30977/29621 30980/30979/29622</w:t>
        <w:br/>
        <w:t>f 30979/30980/29622 30977/30978/29621 30980/30979/29622</w:t>
        <w:br/>
        <w:t>f 30979/30980/29622 30980/30979/29622 30963/30962/29610</w:t>
        <w:br/>
        <w:t>f 30964/30961/29610 30979/30980/29622 30963/30962/29610</w:t>
        <w:br/>
        <w:t>f 30955/30953/29604 30982/30981/29623 30981/30982/29623</w:t>
        <w:br/>
        <w:t>f 30954/30954/29605 30955/30953/29604 30981/30982/29623</w:t>
        <w:br/>
        <w:t>f 30982/30981/29623 30984/30983/29624 30983/30984/29624</w:t>
        <w:br/>
        <w:t>f 30981/30982/29623 30982/30981/29623 30983/30984/29624</w:t>
        <w:br/>
        <w:t>f 30984/30983/29624 30986/30985/29625 30985/30986/29626</w:t>
        <w:br/>
        <w:t>f 30983/30984/29624 30984/30983/29624 30985/30986/29626</w:t>
        <w:br/>
        <w:t>f 30986/30985/29625 30988/30987/29627 30987/30988/29627</w:t>
        <w:br/>
        <w:t>f 30985/30986/29626 30986/30985/29625 30987/30988/29627</w:t>
        <w:br/>
        <w:t>f 30957/30957/29607 30958/30956/29607 30990/30989/29628</w:t>
        <w:br/>
        <w:t>f 30989/30990/29628 30957/30957/29607 30990/30989/29628</w:t>
        <w:br/>
        <w:t>f 30989/30990/29628 30990/30989/29628 30992/30991/29629</w:t>
        <w:br/>
        <w:t>f 30991/30992/29629 30989/30990/29628 30992/30991/29629</w:t>
        <w:br/>
        <w:t>f 30991/30992/29629 30992/30991/29629 30994/30993/29630</w:t>
        <w:br/>
        <w:t>f 30993/30994/29630 30991/30992/29629 30994/30993/29630</w:t>
        <w:br/>
        <w:t>f 30993/30994/29630 30994/30993/29630 30947/30946/29600</w:t>
        <w:br/>
        <w:t>f 30948/30945/29600 30993/30994/29630 30947/30946/29600</w:t>
        <w:br/>
        <w:t>f 30988/30987/29627 30965/30967/29615 30966/30966/29614</w:t>
        <w:br/>
        <w:t>f 30987/30988/29627 30988/30987/29627 30966/30966/29614</w:t>
        <w:br/>
        <w:t>f 30952/30952/29603 30949/30951/29603 30995/30995/29631</w:t>
        <w:br/>
        <w:t>f 30996/30996/29632 30952/30952/29603 30995/30995/29631</w:t>
        <w:br/>
        <w:t>f 30998/30997/29633 30931/30931/29589 30997/30998/29634</w:t>
        <w:br/>
        <w:t>f 30999/30999/29635 30998/30997/29633 30997/30998/29634</w:t>
        <w:br/>
        <w:t>f 31000/31000/29636 30927/30924/29582 30924/30927/29585</w:t>
        <w:br/>
        <w:t>f 31002/31001/29637 30923/30920/29579 30920/30923/29579</w:t>
        <w:br/>
        <w:t>f 31001/31002/29637 31002/31001/29637 30920/30923/29579</w:t>
        <w:br/>
        <w:t>f 30951/30949/29602 30967/30965/29613 30968/30968/29616</w:t>
        <w:br/>
        <w:t>f 30950/30950/29602 30951/30949/29602 30968/30968/29616</w:t>
        <w:br/>
        <w:t>f 31004/31003/29638 31003/31004/29639 30937/30935/29593</w:t>
        <w:br/>
        <w:t>f 30938/30938/29593 31004/31003/29638 30937/30935/29593</w:t>
        <w:br/>
        <w:t>f 30925/30926/29584 30926/30925/29583 31005/31005/29640</w:t>
        <w:br/>
        <w:t>f 31008/31006/29641 31007/31007/29642 31006/31008/29643</w:t>
        <w:br/>
        <w:t>f 30962/30963/29611 31006/31008/29643 30961/30964/29612</w:t>
        <w:br/>
        <w:t>f 31007/31007/29642 30961/30964/29612 31006/31008/29643</w:t>
        <w:br/>
        <w:t>f 31679/31009/29644 31678/31010/29645 31677/31011/29646</w:t>
        <w:br/>
        <w:t>f 31676/31012/29647 31679/31009/29644 31677/31011/29646</w:t>
        <w:br/>
        <w:t>f 31683/31013/29648 31682/31014/29649 31681/31015/29650</w:t>
        <w:br/>
        <w:t>f 31680/31016/29651 31683/31013/29648 31681/31015/29650</w:t>
        <w:br/>
        <w:t>f 31685/31017/29652 31684/31018/29653 31682/31014/29649</w:t>
        <w:br/>
        <w:t>f 31683/31013/29648 31685/31017/29652 31682/31014/29649</w:t>
        <w:br/>
        <w:t>f 31688/31019/29654 31687/31020/29655 31686/31021/29656</w:t>
        <w:br/>
        <w:t>f 31689/31022/29657 31688/31019/29654 31686/31021/29656</w:t>
        <w:br/>
        <w:t>f 31693/31023/29658 31692/31024/29659 31691/31025/29660</w:t>
        <w:br/>
        <w:t>f 31690/31026/29661 31693/31023/29658 31691/31025/29660</w:t>
        <w:br/>
        <w:t>f 31695/31027/29662 31694/31028/29663 31682/31014/29649</w:t>
        <w:br/>
        <w:t>f 31684/31018/29653 31695/31027/29662 31682/31014/29649</w:t>
        <w:br/>
        <w:t>f 31697/31029/29664 31696/31030/29665 31680/31016/29651</w:t>
        <w:br/>
        <w:t>f 31681/31015/29650 31697/31029/29664 31680/31016/29651</w:t>
        <w:br/>
        <w:t>f 31700/31031/29666 31699/31032/29667 31698/31033/29668</w:t>
        <w:br/>
        <w:t>f 31687/31020/29655 31702/31034/29669 31701/31035/29670</w:t>
        <w:br/>
        <w:t>f 31686/31021/29656 31687/31020/29655 31701/31035/29670</w:t>
        <w:br/>
        <w:t>f 31685/31017/29652 31704/31036/29671 31703/31037/29672</w:t>
        <w:br/>
        <w:t>f 31684/31018/29653 31685/31017/29652 31703/31037/29672</w:t>
        <w:br/>
        <w:t>f 31707/31038/29673 31706/31039/29674 31705/31040/29675</w:t>
        <w:br/>
        <w:t>f 31708/31041/29676 31707/31038/29673 31705/31040/29675</w:t>
        <w:br/>
        <w:t>f 31706/31039/29674 31707/31038/29673 31709/31042/29677</w:t>
        <w:br/>
        <w:t>f 31710/31043/29678 31706/31039/29674 31709/31042/29677</w:t>
        <w:br/>
        <w:t>f 31711/31044/29679 31707/31038/29673 31708/31041/29676</w:t>
        <w:br/>
        <w:t>f 31712/31045/29680 31711/31044/29679 31708/31041/29676</w:t>
        <w:br/>
        <w:t>f 31706/31039/29674 31710/31043/29678 31713/31046/29681</w:t>
        <w:br/>
        <w:t>f 31714/31047/29681 31706/31039/29674 31713/31046/29681</w:t>
        <w:br/>
        <w:t>f 31718/31048/29682 31717/31049/29683 31716/31050/29684</w:t>
        <w:br/>
        <w:t>f 31715/31051/29685 31718/31048/29682 31716/31050/29684</w:t>
        <w:br/>
        <w:t>f 31715/31051/29685 31720/31052/29686 31719/31053/29687</w:t>
        <w:br/>
        <w:t>f 31718/31048/29682 31715/31051/29685 31719/31053/29687</w:t>
        <w:br/>
        <w:t>f 31724/31054/29688 31723/31055/29689 31722/31056/29690</w:t>
        <w:br/>
        <w:t>f 31721/31057/29691 31724/31054/29688 31722/31056/29690</w:t>
        <w:br/>
        <w:t>f 31727/31058/29692 31726/31059/29693 31725/31060/29694</w:t>
        <w:br/>
        <w:t>f 31728/31061/29695 31727/31058/29692 31725/31060/29694</w:t>
        <w:br/>
        <w:t>f 31730/31062/29696 31729/31063/29697 31727/31058/29692</w:t>
        <w:br/>
        <w:t>f 31728/31061/29695 31730/31062/29696 31727/31058/29692</w:t>
        <w:br/>
        <w:t>f 31734/31064/29698 31733/31065/29699 31732/31066/29700</w:t>
        <w:br/>
        <w:t>f 31731/31067/29701 31734/31064/29698 31732/31066/29700</w:t>
        <w:br/>
        <w:t>f 31738/31068/29702 31737/31069/29702 31736/31070/29703</w:t>
        <w:br/>
        <w:t>f 31735/31071/29703 31738/31068/29702 31736/31070/29703</w:t>
        <w:br/>
        <w:t>f 31740/31072/29704 31726/31059/29693 31727/31058/29692</w:t>
        <w:br/>
        <w:t>f 31739/31073/29705 31740/31072/29704 31727/31058/29692</w:t>
        <w:br/>
        <w:t>f 31739/31073/29705 31727/31058/29692 31729/31063/29697</w:t>
        <w:br/>
        <w:t>f 31741/31074/29706 31739/31073/29705 31729/31063/29697</w:t>
        <w:br/>
        <w:t>f 31703/31037/29672 31704/31036/29671 31742/31075/29707</w:t>
        <w:br/>
        <w:t>f 31741/31074/29706 31703/31037/29672 31742/31075/29707</w:t>
        <w:br/>
        <w:t>f 31744/31076/29708 31740/31072/29704 31739/31073/29705</w:t>
        <w:br/>
        <w:t>f 31743/31077/29709 31744/31076/29708 31739/31073/29705</w:t>
        <w:br/>
        <w:t>f 31743/31077/29709 31739/31073/29705 31741/31074/29706</w:t>
        <w:br/>
        <w:t>f 31742/31075/29707 31743/31077/29709 31741/31074/29706</w:t>
        <w:br/>
        <w:t>f 31748/31078/29710 31747/31079/29711 31746/31080/29711</w:t>
        <w:br/>
        <w:t>f 31745/31081/29710 31748/31078/29710 31746/31080/29711</w:t>
        <w:br/>
        <w:t>f 31734/31064/29698 31750/31082/29712 31749/31083/29713</w:t>
        <w:br/>
        <w:t>f 31733/31065/29699 31734/31064/29698 31749/31083/29713</w:t>
        <w:br/>
        <w:t>f 31752/31084/29714 31751/31085/29715 31746/31080/29711</w:t>
        <w:br/>
        <w:t>f 31747/31079/29711 31752/31084/29714 31746/31080/29711</w:t>
        <w:br/>
        <w:t>f 31755/31086/29716 31754/31087/29717 31693/31023/29658</w:t>
        <w:br/>
        <w:t>f 31753/31088/29718 31755/31086/29716 31693/31023/29658</w:t>
        <w:br/>
        <w:t>f 31690/31026/29661 31756/31089/29719 31753/31088/29718</w:t>
        <w:br/>
        <w:t>f 31693/31023/29658 31690/31026/29661 31753/31088/29718</w:t>
        <w:br/>
        <w:t>f 31703/31037/29672 31741/31074/29706 31757/31090/29720</w:t>
        <w:br/>
        <w:t>f 31705/31040/29675 31703/31037/29672 31757/31090/29720</w:t>
        <w:br/>
        <w:t>f 31706/31039/29674 31684/31018/29653 31703/31037/29672</w:t>
        <w:br/>
        <w:t>f 31705/31040/29675 31706/31039/29674 31703/31037/29672</w:t>
        <w:br/>
        <w:t>f 31760/31091/29721 31759/31092/29722 31758/31093/29723</w:t>
        <w:br/>
        <w:t>f 31761/31094/29724 31760/31091/29721 31758/31093/29723</w:t>
        <w:br/>
        <w:t>f 31759/31092/29722 31760/31091/29721 31763/31095/29725</w:t>
        <w:br/>
        <w:t>f 31762/31096/29726 31759/31092/29722 31763/31095/29725</w:t>
        <w:br/>
        <w:t>f 31767/31097/29727 31766/31098/29728 31765/31099/29727</w:t>
        <w:br/>
        <w:t>f 31764/31100/29727 31767/31097/29727 31765/31099/29727</w:t>
        <w:br/>
        <w:t>f 31720/31052/29686 31715/31051/29685 31768/31101/29729</w:t>
        <w:br/>
        <w:t>f 31760/31091/29721 31720/31052/29686 31768/31101/29729</w:t>
        <w:br/>
        <w:t>f 31716/31050/29684 31769/31102/29730 31715/31051/29685</w:t>
        <w:br/>
        <w:t>f 31769/31102/29730 31768/31101/29729 31715/31051/29685</w:t>
        <w:br/>
        <w:t>f 31773/31103/29699 31772/31104/29731 31771/31105/29732</w:t>
        <w:br/>
        <w:t>f 31770/31106/29700 31773/31103/29699 31771/31105/29732</w:t>
        <w:br/>
        <w:t>f 31771/31105/29732 31772/31104/29731 31774/31107/29733</w:t>
        <w:br/>
        <w:t>f 31775/31108/29734 31771/31105/29732 31774/31107/29733</w:t>
        <w:br/>
        <w:t>f 31772/31104/29731 31773/31103/29699 31776/31109/29735</w:t>
        <w:br/>
        <w:t>f 31777/31110/29736 31772/31104/29731 31776/31109/29735</w:t>
        <w:br/>
        <w:t>f 31779/31111/29737 31778/31112/29738 31777/31110/29736</w:t>
        <w:br/>
        <w:t>f 31776/31109/29735 31779/31111/29737 31777/31110/29736</w:t>
        <w:br/>
        <w:t>f 31777/31110/29736 31778/31112/29738 31780/31113/29739</w:t>
        <w:br/>
        <w:t>f 31781/31114/29740 31774/31107/29733 31772/31104/29731</w:t>
        <w:br/>
        <w:t>f 31777/31110/29736 31781/31114/29740 31772/31104/29731</w:t>
        <w:br/>
        <w:t>f 31784/31115/29741 31783/31116/29742 31782/31117/29743</w:t>
        <w:br/>
        <w:t>f 31785/31118/29744 31784/31115/29741 31782/31117/29743</w:t>
        <w:br/>
        <w:t>f 31788/31119/29745 31787/31120/29746 31786/31121/29747</w:t>
        <w:br/>
        <w:t>f 31789/31122/29748 31788/31119/29745 31786/31121/29747</w:t>
        <w:br/>
        <w:t>f 31793/31123/29749 31792/31124/29750 31791/31125/29751</w:t>
        <w:br/>
        <w:t>f 31790/31126/29752 31793/31123/29749 31791/31125/29751</w:t>
        <w:br/>
        <w:t>f 31796/31127/29753 31795/31128/29754 31794/31129/29755</w:t>
        <w:br/>
        <w:t>f 31788/31119/29745 31798/31130/29756 31797/31131/29757</w:t>
        <w:br/>
        <w:t>f 31783/31116/29742 31788/31119/29745 31797/31131/29757</w:t>
        <w:br/>
        <w:t>f 31801/31132/29758 31800/31133/29759 31799/31134/29760</w:t>
        <w:br/>
        <w:t>f 31802/31135/29761 31801/31132/29758 31799/31134/29760</w:t>
        <w:br/>
        <w:t>f 31804/31136/29762 31803/31137/29763 31754/31087/29717</w:t>
        <w:br/>
        <w:t>f 31755/31086/29716 31804/31136/29762 31754/31087/29717</w:t>
        <w:br/>
        <w:t>f 31804/31136/29762 31805/31138/29764 31796/31127/29753</w:t>
        <w:br/>
        <w:t>f 31803/31137/29763 31804/31136/29762 31796/31127/29753</w:t>
        <w:br/>
        <w:t>f 31786/31121/29747 31807/31139/29765 31806/31140/29766</w:t>
        <w:br/>
        <w:t>f 31808/31141/29767 31786/31121/29747 31806/31140/29766</w:t>
        <w:br/>
        <w:t>f 31810/31142/29768 31809/31143/29769 31740/31072/29704</w:t>
        <w:br/>
        <w:t>f 31744/31076/29708 31810/31142/29768 31740/31072/29704</w:t>
        <w:br/>
        <w:t>f 31809/31143/29769 31810/31142/29768 31785/31118/29744</w:t>
        <w:br/>
        <w:t>f 31782/31117/29743 31809/31143/29769 31785/31118/29744</w:t>
        <w:br/>
        <w:t>f 31797/31131/29757 31811/31144/29770 31782/31117/29743</w:t>
        <w:br/>
        <w:t>f 31783/31116/29742 31797/31131/29757 31782/31117/29743</w:t>
        <w:br/>
        <w:t>f 31812/31145/29771 31793/31123/29749 31779/31111/29737</w:t>
        <w:br/>
        <w:t>f 31813/31146/29772 31812/31145/29771 31779/31111/29737</w:t>
        <w:br/>
        <w:t>f 31812/31145/29771 31814/31147/29773 31792/31124/29750</w:t>
        <w:br/>
        <w:t>f 31793/31123/29749 31812/31145/29771 31792/31124/29750</w:t>
        <w:br/>
        <w:t>f 31815/31148/29774 31809/31143/29769 31782/31117/29743</w:t>
        <w:br/>
        <w:t>f 31811/31144/29770 31815/31148/29774 31782/31117/29743</w:t>
        <w:br/>
        <w:t>f 31815/31148/29774 31726/31059/29693 31740/31072/29704</w:t>
        <w:br/>
        <w:t>f 31809/31143/29769 31815/31148/29774 31740/31072/29704</w:t>
        <w:br/>
        <w:t>f 31819/31149/29775 31818/31150/29776 31817/31151/29777</w:t>
        <w:br/>
        <w:t>f 31816/31152/29778 31819/31149/29775 31817/31151/29777</w:t>
        <w:br/>
        <w:t>f 31821/31153/29779 31819/31149/29775 31816/31152/29778</w:t>
        <w:br/>
        <w:t>f 31820/31154/29780 31821/31153/29779 31816/31152/29778</w:t>
        <w:br/>
        <w:t>f 31824/31155/29781 31823/31156/29782 31822/31157/29782</w:t>
        <w:br/>
        <w:t>f 31825/31158/29781 31824/31155/29781 31822/31157/29782</w:t>
        <w:br/>
        <w:t>f 31828/31159/29783 31827/31160/29784 31826/31161/29785</w:t>
        <w:br/>
        <w:t>f 31829/31162/29786 31828/31159/29783 31826/31161/29785</w:t>
        <w:br/>
        <w:t>f 31831/31163/29787 31830/31164/29788 31827/31160/29784</w:t>
        <w:br/>
        <w:t>f 31828/31159/29783 31831/31163/29787 31827/31160/29784</w:t>
        <w:br/>
        <w:t>f 31833/31165/29789 31832/31166/29790 31830/31164/29788</w:t>
        <w:br/>
        <w:t>f 31831/31163/29787 31833/31165/29789 31830/31164/29788</w:t>
        <w:br/>
        <w:t>f 31836/31167/29791 31835/31168/29791 31834/31169/29792</w:t>
        <w:br/>
        <w:t>f 31839/31170/29793 31838/31171/29793 31837/31172/29794</w:t>
        <w:br/>
        <w:t>f 31842/31173/29795 31841/31174/29796 31840/31175/29797</w:t>
        <w:br/>
        <w:t>f 31843/31176/29795 31842/31173/29795 31840/31175/29797</w:t>
        <w:br/>
        <w:t>f 31846/31177/29798 31845/31178/29799 31844/31179/29800</w:t>
        <w:br/>
        <w:t>f 31849/31180/29801 31848/31181/29802 31847/31182/29803</w:t>
        <w:br/>
        <w:t>f 31850/31183/29804 31849/31180/29801 31847/31182/29803</w:t>
        <w:br/>
        <w:t>f 31852/31184/29805 31851/31185/29806 31848/31181/29802</w:t>
        <w:br/>
        <w:t>f 31849/31180/29801 31852/31184/29805 31848/31181/29802</w:t>
        <w:br/>
        <w:t>f 31856/31186/29807 31855/31187/29808 31854/31188/29809</w:t>
        <w:br/>
        <w:t>f 31853/31189/29810 31856/31186/29807 31854/31188/29809</w:t>
        <w:br/>
        <w:t>f 31859/31190/29811 31858/31191/29812 31857/31192/29813</w:t>
        <w:br/>
        <w:t>f 31860/31193/29814 31846/31177/29798 31844/31179/29800</w:t>
        <w:br/>
        <w:t>f 31864/31194/29815 31863/31195/29816 31862/31196/29817</w:t>
        <w:br/>
        <w:t>f 31861/31197/29818 31864/31194/29815 31862/31196/29817</w:t>
        <w:br/>
        <w:t>f 31801/31132/29758 31798/31130/29756 31865/31198/29819</w:t>
        <w:br/>
        <w:t>f 31866/31199/29820 31801/31132/29758 31865/31198/29819</w:t>
        <w:br/>
        <w:t>f 31869/31200/29821 31868/31201/29822 31867/31202/29823</w:t>
        <w:br/>
        <w:t>f 31870/31203/29824 31869/31200/29821 31867/31202/29823</w:t>
        <w:br/>
        <w:t>f 31873/31204/29825 31872/31205/29826 31871/31206/29827</w:t>
        <w:br/>
        <w:t>f 31874/31207/29828 31873/31204/29825 31871/31206/29827</w:t>
        <w:br/>
        <w:t>f 31808/31141/29767 31806/31140/29766 31875/31208/29829</w:t>
        <w:br/>
        <w:t>f 31876/31209/29830 31808/31141/29767 31875/31208/29829</w:t>
        <w:br/>
        <w:t>f 31879/31210/29831 31878/31211/29832 31877/31212/29833</w:t>
        <w:br/>
        <w:t>f 31883/31213/29834 31882/31214/29835 31881/31215/29836</w:t>
        <w:br/>
        <w:t>f 31880/31216/29837 31883/31213/29834 31881/31215/29836</w:t>
        <w:br/>
        <w:t>f 31887/31217/29838 31886/31218/29839 31885/31219/29840</w:t>
        <w:br/>
        <w:t>f 31884/31220/29841 31887/31217/29838 31885/31219/29840</w:t>
        <w:br/>
        <w:t>f 31885/31219/29840 31872/31205/29826 31884/31220/29841</w:t>
        <w:br/>
        <w:t>f 31890/31221/29842 31889/31222/29843 31888/31223/29844</w:t>
        <w:br/>
        <w:t>f 31795/31128/29754 31787/31120/29746 31794/31129/29755</w:t>
        <w:br/>
        <w:t>f 31893/31224/29845 31800/31133/29759 31892/31225/29846</w:t>
        <w:br/>
        <w:t>f 31891/31226/29847 31893/31224/29845 31892/31225/29846</w:t>
        <w:br/>
        <w:t>f 31808/31141/29767 31869/31200/29821 31789/31122/29748</w:t>
        <w:br/>
        <w:t>f 31786/31121/29747 31808/31141/29767 31789/31122/29748</w:t>
        <w:br/>
        <w:t>f 31795/31128/29754 31805/31138/29764 31894/31227/29848</w:t>
        <w:br/>
        <w:t>f 31807/31139/29765 31795/31128/29754 31894/31227/29848</w:t>
        <w:br/>
        <w:t>f 31784/31115/29741 31787/31120/29746 31788/31119/29745</w:t>
        <w:br/>
        <w:t>f 31806/31140/29766 31807/31139/29765 31894/31227/29848</w:t>
        <w:br/>
        <w:t>f 31895/31228/29849 31806/31140/29766 31894/31227/29848</w:t>
        <w:br/>
        <w:t>f 31898/31229/29850 31897/31230/29851 31896/31231/29852</w:t>
        <w:br/>
        <w:t>f 31864/31194/29815 31861/31197/29818 31899/31232/29853</w:t>
        <w:br/>
        <w:t>f 31900/31233/29854 31864/31194/29815 31899/31232/29853</w:t>
        <w:br/>
        <w:t>f 31904/31234/29855 31903/31235/29856 31902/31236/29857</w:t>
        <w:br/>
        <w:t>f 31901/31237/29858 31904/31234/29855 31902/31236/29857</w:t>
        <w:br/>
        <w:t>f 31907/31238/29859 31906/31239/29860 31905/31240/29861</w:t>
        <w:br/>
        <w:t>f 31911/31241/29862 31910/31242/29863 31909/31243/29864</w:t>
        <w:br/>
        <w:t>f 31908/31244/29865 31911/31241/29862 31909/31243/29864</w:t>
        <w:br/>
        <w:t>f 31911/31241/29862 31908/31244/29865 31912/31245/29866</w:t>
        <w:br/>
        <w:t>f 31913/31246/29867 31911/31241/29862 31912/31245/29866</w:t>
        <w:br/>
        <w:t>f 31914/31247/29868 31768/31101/29729 31769/31102/29730</w:t>
        <w:br/>
        <w:t>f 31793/31123/29749 31790/31126/29752 31915/31248/29869</w:t>
        <w:br/>
        <w:t>f 31779/31111/29737 31793/31123/29749 31915/31248/29869</w:t>
        <w:br/>
        <w:t>f 31917/31249/29870 31883/31213/29834 31880/31216/29837</w:t>
        <w:br/>
        <w:t>f 31916/31250/29871 31917/31249/29870 31880/31216/29837</w:t>
        <w:br/>
        <w:t>f 31778/31112/29738 31914/31247/29868 31769/31102/29730</w:t>
        <w:br/>
        <w:t>f 31920/31251/29872 31919/31252/29873 31918/31253/29874</w:t>
        <w:br/>
        <w:t>f 31923/31254/29875 31922/31255/29876 31921/31256/29876</w:t>
        <w:br/>
        <w:t>f 31924/31257/29875 31923/31254/29875 31921/31256/29876</w:t>
        <w:br/>
        <w:t>f 31900/31233/29854 31899/31232/29853 31925/31258/29877</w:t>
        <w:br/>
        <w:t>f 31926/31259/29878 31900/31233/29854 31925/31258/29877</w:t>
        <w:br/>
        <w:t>f 31919/31252/29873 31907/31238/29859 31905/31240/29861</w:t>
        <w:br/>
        <w:t>f 31906/31239/29879 31928/31260/29880 31927/31261/29881</w:t>
        <w:br/>
        <w:t>f 31931/31262/29882 31930/31263/29882 31929/31264/29883</w:t>
        <w:br/>
        <w:t>f 31932/31265/29884 31931/31262/29882 31929/31264/29883</w:t>
        <w:br/>
        <w:t>f 31778/31112/29738 31934/31266/29885 31933/31267/29886</w:t>
        <w:br/>
        <w:t>f 31914/31247/29868 31778/31112/29738 31933/31267/29886</w:t>
        <w:br/>
        <w:t>f 31937/31268/29887 31936/31269/29888 31935/31270/29889</w:t>
        <w:br/>
        <w:t>f 31938/31271/29890 31937/31268/29887 31935/31270/29889</w:t>
        <w:br/>
        <w:t>f 31802/31135/29761 31799/31134/29760 31940/31272/29891</w:t>
        <w:br/>
        <w:t>f 31939/31273/29892 31802/31135/29761 31940/31272/29891</w:t>
        <w:br/>
        <w:t>f 31940/31272/29891 31942/31274/29893 31941/31275/29894</w:t>
        <w:br/>
        <w:t>f 31939/31273/29892 31940/31272/29891 31941/31275/29894</w:t>
        <w:br/>
        <w:t>f 31796/31127/29753 31805/31138/29764 31795/31128/29754</w:t>
        <w:br/>
        <w:t>f 31691/31025/29660 31944/31276/29895 31943/31277/29896</w:t>
        <w:br/>
        <w:t>f 31690/31026/29661 31691/31025/29660 31943/31277/29896</w:t>
        <w:br/>
        <w:t>f 31803/31137/29763 31946/31278/29897 31945/31279/29898</w:t>
        <w:br/>
        <w:t>f 31754/31087/29717 31803/31137/29763 31945/31279/29898</w:t>
        <w:br/>
        <w:t>f 31690/31026/29661 31943/31277/29896 31947/31280/29899</w:t>
        <w:br/>
        <w:t>f 31756/31089/29719 31690/31026/29661 31947/31280/29899</w:t>
        <w:br/>
        <w:t>f 31950/31281/29900 31949/31282/29901 31948/31283/29902</w:t>
        <w:br/>
        <w:t>f 31945/31279/29898 31692/31024/29659 31693/31023/29658</w:t>
        <w:br/>
        <w:t>f 31754/31087/29717 31945/31279/29898 31693/31023/29658</w:t>
        <w:br/>
        <w:t>f 31724/31054/29688 31952/31284/29903 31951/31285/29904</w:t>
        <w:br/>
        <w:t>f 31953/31286/29905 31724/31054/29688 31951/31285/29904</w:t>
        <w:br/>
        <w:t>f 31956/31287/29906 31955/31288/29907 31954/31289/29908</w:t>
        <w:br/>
        <w:t>f 31957/31290/29909 31956/31287/29906 31954/31289/29908</w:t>
        <w:br/>
        <w:t>f 31959/31291/29910 31958/31292/29911 31722/31056/29690</w:t>
        <w:br/>
        <w:t>f 31723/31055/29689 31959/31291/29910 31722/31056/29690</w:t>
        <w:br/>
        <w:t>f 31960/31293/29912 31948/31283/29902 31947/31280/29899</w:t>
        <w:br/>
        <w:t>f 31943/31277/29896 31960/31293/29912 31947/31280/29899</w:t>
        <w:br/>
        <w:t>f 31963/31294/29913 31962/31295/29914 31961/31296/29915</w:t>
        <w:br/>
        <w:t>f 31964/31297/29913 31963/31294/29913 31961/31296/29915</w:t>
        <w:br/>
        <w:t>f 31968/31298/29916 31967/31299/29917 31966/31300/29918</w:t>
        <w:br/>
        <w:t>f 31965/31301/29919 31968/31298/29916 31966/31300/29918</w:t>
        <w:br/>
        <w:t>f 31971/31302/29920 31970/31303/29921 31969/31304/29922</w:t>
        <w:br/>
        <w:t>f 31975/31305/29923 31974/31306/29924 31973/31307/29925</w:t>
        <w:br/>
        <w:t>f 31972/31308/29925 31975/31305/29923 31973/31307/29925</w:t>
        <w:br/>
        <w:t>f 31976/31309/29926 31968/31298/29916 31965/31301/29919</w:t>
        <w:br/>
        <w:t>f 31814/31147/29773 31976/31309/29926 31965/31301/29919</w:t>
        <w:br/>
        <w:t>f 31978/31310/29927 31977/31311/29928 31954/31289/29908</w:t>
        <w:br/>
        <w:t>f 31955/31288/29907 31978/31310/29927 31954/31289/29908</w:t>
        <w:br/>
        <w:t>f 31957/31290/29909 31954/31289/29908 31872/31205/29826</w:t>
        <w:br/>
        <w:t>f 31873/31204/29825 31957/31290/29909 31872/31205/29826</w:t>
        <w:br/>
        <w:t>f 31868/31201/29822 31869/31200/29821 31953/31286/29905</w:t>
        <w:br/>
        <w:t>f 31951/31285/29904 31868/31201/29822 31953/31286/29905</w:t>
        <w:br/>
        <w:t>f 31950/31281/29900 31979/31312/29929 31949/31282/29901</w:t>
        <w:br/>
        <w:t>f 31983/31313/29930 31982/31314/29931 31981/31315/29932</w:t>
        <w:br/>
        <w:t>f 31980/31316/29933 31983/31313/29930 31981/31315/29932</w:t>
        <w:br/>
        <w:t>f 31869/31200/29821 31808/31141/29767 31876/31209/29830</w:t>
        <w:br/>
        <w:t>f 31953/31286/29905 31869/31200/29821 31876/31209/29830</w:t>
        <w:br/>
        <w:t>f 31875/31208/29829 31806/31140/29766 31895/31228/29849</w:t>
        <w:br/>
        <w:t>f 31984/31317/29934 31875/31208/29829 31895/31228/29849</w:t>
        <w:br/>
        <w:t>f 31959/31291/29910 31875/31208/29829 31984/31317/29934</w:t>
        <w:br/>
        <w:t>f 31985/31318/29935 31959/31291/29910 31984/31317/29934</w:t>
        <w:br/>
        <w:t>f 31798/31130/29756 31788/31119/29745 31789/31122/29748</w:t>
        <w:br/>
        <w:t>f 31865/31198/29819 31798/31130/29756 31789/31122/29748</w:t>
        <w:br/>
        <w:t>f 31917/31249/29870 31916/31250/29871 31701/31035/29670</w:t>
        <w:br/>
        <w:t>f 31702/31034/29669 31917/31249/29870 31701/31035/29670</w:t>
        <w:br/>
        <w:t>f 31960/31293/29912 31950/31281/29900 31948/31283/29902</w:t>
        <w:br/>
        <w:t>f 31986/31319/29936 31796/31127/29753 31794/31129/29755</w:t>
        <w:br/>
        <w:t>f 31781/31114/29740 31777/31110/29736 31769/31102/29937</w:t>
        <w:br/>
        <w:t>f 31982/31314/29931 31988/31320/29938 31987/31321/29939</w:t>
        <w:br/>
        <w:t>f 31981/31315/29932 31982/31314/29931 31987/31321/29939</w:t>
        <w:br/>
        <w:t>f 31958/31292/29911 31990/31322/29940 31989/31323/29941</w:t>
        <w:br/>
        <w:t>f 31988/31320/29938 31958/31292/29911 31989/31323/29941</w:t>
        <w:br/>
        <w:t>f 31994/31324/29942 31993/31325/29943 31992/31326/29944</w:t>
        <w:br/>
        <w:t>f 31991/31327/29945 31994/31324/29942 31992/31326/29944</w:t>
        <w:br/>
        <w:t>f 31998/31328/29946 31997/31329/29947 31996/31330/29948</w:t>
        <w:br/>
        <w:t>f 31995/31331/29949 31998/31328/29946 31996/31330/29948</w:t>
        <w:br/>
        <w:t>f 31993/31325/29943 31721/31057/29691 31983/31313/29930</w:t>
        <w:br/>
        <w:t>f 31992/31326/29944 31993/31325/29943 31983/31313/29930</w:t>
        <w:br/>
        <w:t>f 32002/31332/29950 32001/31333/29951 32000/31334/29952</w:t>
        <w:br/>
        <w:t>f 31999/31335/29953 32002/31332/29950 32000/31334/29952</w:t>
        <w:br/>
        <w:t>f 31991/31327/29945 31992/31326/29944 32004/31336/29954</w:t>
        <w:br/>
        <w:t>f 32003/31337/29955 31991/31327/29945 32004/31336/29954</w:t>
        <w:br/>
        <w:t>f 31722/31056/29690 31958/31292/29911 31988/31320/29938</w:t>
        <w:br/>
        <w:t>f 31982/31314/29931 31722/31056/29690 31988/31320/29938</w:t>
        <w:br/>
        <w:t>f 31721/31057/29691 31722/31056/29690 31982/31314/29931</w:t>
        <w:br/>
        <w:t>f 31983/31313/29930 31721/31057/29691 31982/31314/29931</w:t>
        <w:br/>
        <w:t>f 32007/31338/29956 32006/31339/29957 32005/31340/29958</w:t>
        <w:br/>
        <w:t>f 31955/31288/29907 32007/31338/29956 32005/31340/29958</w:t>
        <w:br/>
        <w:t>f 31992/31326/29944 31983/31313/29930 31980/31316/29933</w:t>
        <w:br/>
        <w:t>f 32004/31336/29954 31992/31326/29944 31980/31316/29933</w:t>
        <w:br/>
        <w:t>f 31988/31320/29938 31989/31323/29941 32008/31341/29959</w:t>
        <w:br/>
        <w:t>f 31987/31321/29939 31988/31320/29938 32008/31341/29959</w:t>
        <w:br/>
        <w:t>f 31965/31301/29919 32009/31342/29960 31792/31124/29750</w:t>
        <w:br/>
        <w:t>f 31814/31147/29773 31965/31301/29919 31792/31124/29750</w:t>
        <w:br/>
        <w:t>f 31965/31301/29919 31966/31300/29918 32010/31343/29961</w:t>
        <w:br/>
        <w:t>f 32009/31342/29960 31965/31301/29919 32010/31343/29961</w:t>
        <w:br/>
        <w:t>f 31964/31297/29913 32012/31344/29962 32011/31345/29963</w:t>
        <w:br/>
        <w:t>f 31963/31294/29913 31964/31297/29913 32011/31345/29963</w:t>
        <w:br/>
        <w:t>f 32015/31346/29964 32014/31347/29965 32013/31348/29966</w:t>
        <w:br/>
        <w:t>f 32016/31349/29967 32015/31346/29964 32013/31348/29966</w:t>
        <w:br/>
        <w:t>f 31952/31284/29903 31724/31054/29688 31721/31057/29691</w:t>
        <w:br/>
        <w:t>f 31993/31325/29943 31952/31284/29903 31721/31057/29691</w:t>
        <w:br/>
        <w:t>f 31930/31263/29882 31931/31262/29882 32018/31350/29968</w:t>
        <w:br/>
        <w:t>f 32017/31351/29969 31930/31263/29882 32018/31350/29968</w:t>
        <w:br/>
        <w:t>f 32021/31352/29970 32020/31353/29970 32019/31354/29971</w:t>
        <w:br/>
        <w:t>f 32022/31355/29971 32021/31352/29970 32019/31354/29971</w:t>
        <w:br/>
        <w:t>f 32024/31356/29972 31975/31305/29923 32023/31357/29973</w:t>
        <w:br/>
        <w:t>f 32026/31358/29974 32013/31348/29966 32014/31347/29965</w:t>
        <w:br/>
        <w:t>f 32025/31359/29975 32026/31358/29974 32014/31347/29965</w:t>
        <w:br/>
        <w:t>f 32028/31360/29976 31938/31271/29890 31935/31270/29889</w:t>
        <w:br/>
        <w:t>f 32027/31361/29977 32028/31360/29976 31935/31270/29889</w:t>
        <w:br/>
        <w:t>f 32031/31362/29978 32030/31363/29979 32029/31364/29980</w:t>
        <w:br/>
        <w:t>f 32031/31362/29978 32029/31364/29980 32032/31365/29981</w:t>
        <w:br/>
        <w:t>f 32001/31333/29951 32002/31332/29950 32006/31339/29957</w:t>
        <w:br/>
        <w:t>f 32007/31338/29956 32001/31333/29951 32006/31339/29957</w:t>
        <w:br/>
        <w:t>f 32030/31363/29979 32033/31366/29982 32029/31364/29980</w:t>
        <w:br/>
        <w:t>f 31876/31209/29830 31875/31208/29829 31959/31291/29910</w:t>
        <w:br/>
        <w:t>f 31723/31055/29689 31876/31209/29830 31959/31291/29910</w:t>
        <w:br/>
        <w:t>f 31956/31287/29906 31952/31284/29903 31993/31325/29943</w:t>
        <w:br/>
        <w:t>f 31994/31324/29942 31956/31287/29906 31993/31325/29943</w:t>
        <w:br/>
        <w:t>f 31985/31318/29935 31990/31322/29940 31958/31292/29911</w:t>
        <w:br/>
        <w:t>f 31959/31291/29910 31985/31318/29935 31958/31292/29911</w:t>
        <w:br/>
        <w:t>f 31953/31286/29905 31876/31209/29830 31723/31055/29689</w:t>
        <w:br/>
        <w:t>f 31724/31054/29688 31953/31286/29905 31723/31055/29689</w:t>
        <w:br/>
        <w:t>f 32036/31367/29983 32035/31368/29984 32034/31369/29985</w:t>
        <w:br/>
        <w:t>f 31678/31010/29645 32037/31370/29986 31949/31282/29901</w:t>
        <w:br/>
        <w:t>f 31677/31011/29646 31678/31010/29645 31949/31282/29901</w:t>
        <w:br/>
        <w:t>f 31686/31021/29656 32039/31371/29987 32038/31372/29988</w:t>
        <w:br/>
        <w:t>f 31689/31022/29657 31686/31021/29656 32038/31372/29988</w:t>
        <w:br/>
        <w:t>f 32042/31373/29989 32041/31374/29990 32040/31375/29991</w:t>
        <w:br/>
        <w:t>f 32010/31343/29961 32042/31373/29989 32040/31375/29991</w:t>
        <w:br/>
        <w:t>f 32044/31376/29992 32043/31377/29993 31909/31243/29864</w:t>
        <w:br/>
        <w:t>f 31910/31242/29863 32044/31376/29992 31909/31243/29864</w:t>
        <w:br/>
        <w:t>f 32016/31349/29967 32013/31348/29966 32045/31378/29994</w:t>
        <w:br/>
        <w:t>f 32046/31379/29995 32016/31349/29967 32045/31378/29994</w:t>
        <w:br/>
        <w:t>f 32049/31380/29996 32048/31381/29997 32047/31382/29998</w:t>
        <w:br/>
        <w:t>f 32050/31383/29999 32049/31380/29996 32047/31382/29998</w:t>
        <w:br/>
        <w:t>f 32053/31384/30000 32052/31385/30001 32051/31386/30002</w:t>
        <w:br/>
        <w:t>f 32054/31387/30003 32053/31384/30000 32051/31386/30002</w:t>
        <w:br/>
        <w:t>f 32057/31388/30004 32056/31389/30005 32055/31390/30006</w:t>
        <w:br/>
        <w:t>f 32058/31391/30007 32057/31388/30004 32055/31390/30006</w:t>
        <w:br/>
        <w:t>f 32062/31392/30008 32061/31393/30009 32060/31394/30010</w:t>
        <w:br/>
        <w:t>f 32059/31395/30011 32062/31392/30008 32060/31394/30010</w:t>
        <w:br/>
        <w:t>f 32060/31394/30010 32063/31396/30012 32042/31373/29989</w:t>
        <w:br/>
        <w:t>f 32059/31395/30011 32060/31394/30010 32042/31373/29989</w:t>
        <w:br/>
        <w:t>f 32051/31386/30002 32052/31385/30001 31997/31329/29947</w:t>
        <w:br/>
        <w:t>f 31998/31328/29946 32051/31386/30002 31997/31329/29947</w:t>
        <w:br/>
        <w:t>f 32056/31389/30005 32065/31397/30013 32064/31398/30014</w:t>
        <w:br/>
        <w:t>f 32055/31390/30006 32056/31389/30005 32064/31398/30014</w:t>
        <w:br/>
        <w:t>f 31998/31328/29946 31995/31331/29949 32066/31399/30015</w:t>
        <w:br/>
        <w:t>f 32065/31397/30013 31998/31328/29946 32066/31399/30015</w:t>
        <w:br/>
        <w:t>f 31995/31331/29949 31996/31330/29948 32068/31400/30016</w:t>
        <w:br/>
        <w:t>f 32067/31401/30017 31995/31331/29949 32068/31400/30016</w:t>
        <w:br/>
        <w:t>f 32071/31402/30018 32070/31403/30019 32069/31404/30020</w:t>
        <w:br/>
        <w:t>f 32072/31405/30021 32071/31402/30018 32069/31404/30020</w:t>
        <w:br/>
        <w:t>f 32075/31406/30022 32074/31407/30023 32073/31408/30024</w:t>
        <w:br/>
        <w:t>f 32076/31409/30025 31709/31042/29677 31707/31038/29673</w:t>
        <w:br/>
        <w:t>f 31711/31044/29679 32076/31409/30025 31707/31038/29673</w:t>
        <w:br/>
        <w:t>f 32078/31410/30026 32077/31411/30027 31718/31048/29682</w:t>
        <w:br/>
        <w:t>f 31719/31053/29687 32078/31410/30026 31718/31048/29682</w:t>
        <w:br/>
        <w:t>f 31708/31041/29676 31705/31040/29675 31757/31090/29720</w:t>
        <w:br/>
        <w:t>f 32079/31412/30028 31708/31041/29676 31757/31090/29720</w:t>
        <w:br/>
        <w:t>f 32077/31411/30027 32080/31413/30029 31717/31049/29683</w:t>
        <w:br/>
        <w:t>f 31718/31048/29682 32077/31411/30027 31717/31049/29683</w:t>
        <w:br/>
        <w:t>f 31757/31090/29720 32083/31414/30030 32082/31415/30030</w:t>
        <w:br/>
        <w:t>f 32081/31416/30031 31757/31090/29720 32082/31415/30030</w:t>
        <w:br/>
        <w:t>f 32041/31374/29990 32085/31417/30032 32084/31418/30033</w:t>
        <w:br/>
        <w:t>f 32040/31375/29991 32041/31374/29990 32084/31418/30033</w:t>
        <w:br/>
        <w:t>f 32059/31395/30011 32042/31373/29989 32010/31343/29961</w:t>
        <w:br/>
        <w:t>f 31966/31300/29918 32059/31395/30011 32010/31343/29961</w:t>
        <w:br/>
        <w:t>f 31967/31299/29917 32062/31392/30008 32059/31395/30011</w:t>
        <w:br/>
        <w:t>f 31966/31300/29918 31967/31299/29917 32059/31395/30011</w:t>
        <w:br/>
        <w:t>f 31935/31270/29889 31936/31269/29888 32087/31419/30034</w:t>
        <w:br/>
        <w:t>f 32086/31420/30035 31935/31270/29889 32087/31419/30034</w:t>
        <w:br/>
        <w:t>f 32027/31361/29977 31935/31270/29889 32086/31420/30035</w:t>
        <w:br/>
        <w:t>f 32088/31421/30036 32027/31361/29977 32086/31420/30035</w:t>
        <w:br/>
        <w:t>f 32042/31373/29989 32063/31396/30012 32072/31405/30021</w:t>
        <w:br/>
        <w:t>f 32041/31374/29990 32042/31373/29989 32072/31405/30021</w:t>
        <w:br/>
        <w:t>f 32055/31390/30006 32064/31398/30014 32063/31396/30012</w:t>
        <w:br/>
        <w:t>f 32060/31394/30010 32055/31390/30006 32063/31396/30012</w:t>
        <w:br/>
        <w:t>f 32058/31391/30007 32055/31390/30006 32060/31394/30010</w:t>
        <w:br/>
        <w:t>f 32061/31393/30009 32058/31391/30007 32060/31394/30010</w:t>
        <w:br/>
        <w:t>f 32045/31378/29994 32013/31348/29966 32026/31358/29974</w:t>
        <w:br/>
        <w:t>f 32089/31422/30037 32045/31378/29994 32026/31358/29974</w:t>
        <w:br/>
        <w:t>f 31995/31331/29949 32067/31401/30017 32090/31423/30038</w:t>
        <w:br/>
        <w:t>f 32066/31399/30015 31995/31331/29949 32090/31423/30038</w:t>
        <w:br/>
        <w:t>f 32051/31386/30002 31998/31328/29946 32065/31397/30013</w:t>
        <w:br/>
        <w:t>f 32056/31389/30005 32051/31386/30002 32065/31397/30013</w:t>
        <w:br/>
        <w:t>f 32054/31387/30003 32051/31386/30002 32056/31389/30005</w:t>
        <w:br/>
        <w:t>f 32091/31424/30039 32054/31387/30003 32056/31389/30005</w:t>
        <w:br/>
        <w:t>f 32092/31425/30040 32036/31367/29983 32034/31369/29985</w:t>
        <w:br/>
        <w:t>f 32049/31380/29996 32025/31359/29975 32093/31426/30041</w:t>
        <w:br/>
        <w:t>f 32048/31381/29997 32049/31380/29996 32093/31426/30041</w:t>
        <w:br/>
        <w:t>f 32096/31427/30042 32095/31428/30043 32094/31429/30044</w:t>
        <w:br/>
        <w:t>f 32098/31430/30045 32097/31431/30046 31731/31067/29701</w:t>
        <w:br/>
        <w:t>f 31732/31066/29700 32098/31430/30045 31731/31067/29701</w:t>
        <w:br/>
        <w:t>f 32100/31432/30047 32099/31433/30048 31771/31105/29732</w:t>
        <w:br/>
        <w:t>f 31775/31108/29734 32100/31432/30047 31771/31105/29732</w:t>
        <w:br/>
        <w:t>f 32101/31434/30049 31770/31106/29700 31771/31105/29732</w:t>
        <w:br/>
        <w:t>f 32099/31433/30048 32101/31434/30049 31771/31105/29732</w:t>
        <w:br/>
        <w:t>f 31728/31061/29695 32103/31435/30050 32102/31436/30051</w:t>
        <w:br/>
        <w:t>f 31730/31062/29696 31728/31061/29695 32102/31436/30051</w:t>
        <w:br/>
        <w:t>f 31748/31078/29710 31745/31081/29710 31735/31071/29703</w:t>
        <w:br/>
        <w:t>f 31736/31070/29703 31748/31078/29710 31735/31071/29703</w:t>
        <w:br/>
        <w:t>f 31816/31152/29778 31817/31151/29777 32105/31437/30052</w:t>
        <w:br/>
        <w:t>f 32104/31438/30053 31816/31152/29778 32105/31437/30052</w:t>
        <w:br/>
        <w:t>f 31827/31160/29784 32107/31439/30054 32106/31440/30055</w:t>
        <w:br/>
        <w:t>f 31826/31161/29785 31827/31160/29784 32106/31440/30055</w:t>
        <w:br/>
        <w:t>f 31823/31156/29782 32109/31441/30056 32108/31442/30057</w:t>
        <w:br/>
        <w:t>f 31822/31157/29782 31823/31156/29782 32108/31442/30057</w:t>
        <w:br/>
        <w:t>f 31820/31154/29780 31816/31152/29778 32104/31438/30053</w:t>
        <w:br/>
        <w:t>f 32110/31443/30058 31820/31154/29780 32104/31438/30053</w:t>
        <w:br/>
        <w:t>f 31830/31164/29788 32111/31444/30059 32107/31439/30054</w:t>
        <w:br/>
        <w:t>f 31827/31160/29784 31830/31164/29788 32107/31439/30054</w:t>
        <w:br/>
        <w:t>f 31832/31166/29790 32112/31445/30060 32111/31444/30059</w:t>
        <w:br/>
        <w:t>f 31830/31164/29788 31832/31166/29790 32111/31444/30059</w:t>
        <w:br/>
        <w:t>f 32115/31446/30061 32114/31447/30062 32113/31448/30063</w:t>
        <w:br/>
        <w:t>f 32116/31449/30064 32115/31446/30061 32113/31448/30063</w:t>
        <w:br/>
        <w:t>f 31942/31274/29893 31940/31272/29891 32117/31450/30065</w:t>
        <w:br/>
        <w:t>f 32118/31451/30066 31942/31274/29893 32117/31450/30065</w:t>
        <w:br/>
        <w:t>f 32114/31447/30062 32119/31452/30067 32088/31421/30068</w:t>
        <w:br/>
        <w:t>f 32113/31448/30063 32114/31447/30062 32088/31421/30068</w:t>
        <w:br/>
        <w:t>f 32117/31450/30065 31940/31272/29891 31799/31134/29760</w:t>
        <w:br/>
        <w:t>f 32120/31453/30069 32117/31450/30065 31799/31134/29760</w:t>
        <w:br/>
        <w:t>f 32124/31454/30070 32123/31455/30071 32122/31456/30071</w:t>
        <w:br/>
        <w:t>f 32121/31457/30070 32124/31454/30070 32122/31456/30071</w:t>
        <w:br/>
        <w:t>f 32125/31458/30072 32120/31453/30069 31799/31134/29760</w:t>
        <w:br/>
        <w:t>f 31800/31133/29759 32125/31458/30072 31799/31134/29760</w:t>
        <w:br/>
        <w:t>f 32128/31459/30073 32127/31460/30074 32126/31461/30074</w:t>
        <w:br/>
        <w:t>f 32129/31462/30073 32128/31459/30073 32126/31461/30074</w:t>
        <w:br/>
        <w:t>f 32132/31463/30075 31977/31311/29928 32131/31464/30076</w:t>
        <w:br/>
        <w:t>f 32130/31465/30077 32132/31463/30075 32131/31464/30076</w:t>
        <w:br/>
        <w:t>f 31971/31302/29920 31969/31304/29922 32133/31466/30078</w:t>
        <w:br/>
        <w:t>f 31969/31304/29922 31970/31303/29921 32134/31467/30079</w:t>
        <w:br/>
        <w:t>f 32137/31468/30080 32136/31469/30081 32135/31470/30082</w:t>
        <w:br/>
        <w:t>f 32140/31471/30083 32139/31472/30084 32138/31473/30085</w:t>
        <w:br/>
        <w:t>f 32141/31474/30086 32140/31471/30083 32138/31473/30085</w:t>
        <w:br/>
        <w:t>f 32132/31463/30075 31872/31205/29826 31954/31289/29908</w:t>
        <w:br/>
        <w:t>f 31977/31311/29928 32132/31463/30075 31954/31289/29908</w:t>
        <w:br/>
        <w:t>f 31893/31224/29845 31891/31226/29847 32142/31475/30087</w:t>
        <w:br/>
        <w:t>f 32018/31350/29968 31893/31224/29845 32142/31475/30087</w:t>
        <w:br/>
        <w:t>f 32145/31476/30088 32144/31477/30089 32143/31478/30090</w:t>
        <w:br/>
        <w:t>f 32144/31477/30089 32145/31476/30088 32146/31479/30091</w:t>
        <w:br/>
        <w:t>f 31877/31212/29833 31878/31211/29832 32147/31480/30092</w:t>
        <w:br/>
        <w:t>f 32150/31481/30093 32149/31482/30094 32148/31483/30095</w:t>
        <w:br/>
        <w:t>f 32151/31484/30096 32150/31481/30093 32148/31483/30095</w:t>
        <w:br/>
        <w:t>f 31872/31205/29826 31885/31219/29840 32152/31485/30097</w:t>
        <w:br/>
        <w:t>f 31871/31206/29827 31872/31205/29826 32152/31485/30097</w:t>
        <w:br/>
        <w:t>f 32031/31362/29978 32032/31365/29981 32020/31353/29970</w:t>
        <w:br/>
        <w:t>f 32021/31352/29970 32031/31362/29978 32020/31353/29970</w:t>
        <w:br/>
        <w:t>f 31999/31335/29953 32153/31486/30098 32033/31366/29982</w:t>
        <w:br/>
        <w:t>f 32002/31332/29950 31999/31335/29953 32033/31366/29982</w:t>
        <w:br/>
        <w:t>f 32031/31362/29978 32005/31340/29958 32006/31339/29957</w:t>
        <w:br/>
        <w:t>f 32030/31363/29979 32031/31362/29978 32006/31339/29957</w:t>
        <w:br/>
        <w:t>f 32030/31363/29979 32006/31339/29957 32002/31332/29950</w:t>
        <w:br/>
        <w:t>f 32033/31366/29982 32030/31363/29979 32002/31332/29950</w:t>
        <w:br/>
        <w:t>f 32048/31381/29997 32093/31426/30041 32092/31425/30040</w:t>
        <w:br/>
        <w:t>f 32034/31369/29985 32048/31381/29997 32092/31425/30040</w:t>
        <w:br/>
        <w:t>f 32048/31381/29997 32034/31369/29985 32035/31368/29984</w:t>
        <w:br/>
        <w:t>f 32047/31382/29998 32048/31381/29997 32035/31368/29984</w:t>
        <w:br/>
        <w:t>f 32154/31487/30099 32033/31366/29982 32153/31486/30098</w:t>
        <w:br/>
        <w:t>f 32114/31447/30062 32115/31446/30061 32155/31488/30100</w:t>
        <w:br/>
        <w:t>f 31901/31237/29858 32114/31447/30062 32155/31488/30100</w:t>
        <w:br/>
        <w:t>f 32118/31451/30066 32117/31450/30065 31861/31197/29818</w:t>
        <w:br/>
        <w:t>f 31862/31196/29817 32118/31451/30066 31861/31197/29818</w:t>
        <w:br/>
        <w:t>f 32119/31452/30067 32114/31447/30062 31901/31237/29858</w:t>
        <w:br/>
        <w:t>f 31902/31236/29857 32119/31452/30067 31901/31237/29858</w:t>
        <w:br/>
        <w:t>f 32120/31453/30069 31899/31232/29853 31861/31197/29818</w:t>
        <w:br/>
        <w:t>f 32117/31450/30065 32120/31453/30069 31861/31197/29818</w:t>
        <w:br/>
        <w:t>f 32123/31455/30071 31921/31256/29876 31922/31255/29876</w:t>
        <w:br/>
        <w:t>f 32122/31456/30071 32123/31455/30071 31922/31255/29876</w:t>
        <w:br/>
        <w:t>f 32120/31453/30069 32125/31458/30072 31925/31258/29877</w:t>
        <w:br/>
        <w:t>f 31899/31232/29853 32120/31453/30069 31925/31258/29877</w:t>
        <w:br/>
        <w:t>f 32156/31489/30101 31898/31229/29850 31896/31231/29852</w:t>
        <w:br/>
        <w:t>f 32049/31380/29996 32054/31387/30003 32091/31424/30039</w:t>
        <w:br/>
        <w:t>f 32025/31359/29975 32049/31380/29996 32091/31424/30039</w:t>
        <w:br/>
        <w:t>f 32089/31422/30037 32026/31358/29974 32058/31391/30007</w:t>
        <w:br/>
        <w:t>f 32061/31393/30009 32089/31422/30037 32058/31391/30007</w:t>
        <w:br/>
        <w:t>f 32157/31490/29883 32086/31420/30035 32062/31392/30008</w:t>
        <w:br/>
        <w:t>f 31967/31299/29917 32157/31490/29883 32062/31392/30008</w:t>
        <w:br/>
        <w:t>f 32086/31420/30035 32087/31419/30034 32061/31393/30009</w:t>
        <w:br/>
        <w:t>f 32062/31392/30008 32086/31420/30035 32061/31393/30009</w:t>
        <w:br/>
        <w:t>f 32025/31359/29975 32057/31388/30004 32058/31391/30007</w:t>
        <w:br/>
        <w:t>f 32026/31358/29974 32025/31359/29975 32058/31391/30007</w:t>
        <w:br/>
        <w:t>f 32049/31380/29996 32050/31383/29999 32053/31384/30000</w:t>
        <w:br/>
        <w:t>f 32054/31387/30003 32049/31380/29996 32053/31384/30000</w:t>
        <w:br/>
        <w:t>f 31956/31287/29906 31994/31324/29942 32007/31338/29956</w:t>
        <w:br/>
        <w:t>f 31955/31288/29907 31956/31287/29906 32007/31338/29956</w:t>
        <w:br/>
        <w:t>f 32001/31333/29951 31991/31327/29945 32003/31337/29955</w:t>
        <w:br/>
        <w:t>f 32000/31334/29952 32001/31333/29951 32003/31337/29955</w:t>
        <w:br/>
        <w:t>f 32007/31338/29956 31994/31324/29942 31991/31327/29945</w:t>
        <w:br/>
        <w:t>f 32001/31333/29951 32007/31338/29956 31991/31327/29945</w:t>
        <w:br/>
        <w:t>f 31951/31285/29904 31957/31290/29909 31873/31204/29825</w:t>
        <w:br/>
        <w:t>f 31868/31201/29822 31951/31285/29904 31873/31204/29825</w:t>
        <w:br/>
        <w:t>f 32116/31449/30064 32113/31448/30063 31968/31298/29916</w:t>
        <w:br/>
        <w:t>f 31976/31309/29926 32116/31449/30064 31968/31298/29916</w:t>
        <w:br/>
        <w:t>f 32113/31448/30063 32088/31421/30068 31967/31299/29917</w:t>
        <w:br/>
        <w:t>f 31968/31298/29916 32113/31448/30063 31967/31299/29917</w:t>
        <w:br/>
        <w:t>f 31952/31284/29903 31956/31287/29906 31957/31290/29909</w:t>
        <w:br/>
        <w:t>f 31951/31285/29904 31952/31284/29903 31957/31290/29909</w:t>
        <w:br/>
        <w:t>f 31939/31273/29892 31941/31275/29894 32158/31491/30102</w:t>
        <w:br/>
        <w:t>f 32159/31492/30102 31939/31273/29892 32158/31491/30102</w:t>
        <w:br/>
        <w:t>f 31797/31131/29757 31802/31135/29761 31939/31273/29892</w:t>
        <w:br/>
        <w:t>f 31811/31144/29770 31797/31131/29757 31939/31273/29892</w:t>
        <w:br/>
        <w:t>f 31868/31201/29822 31873/31204/29825 31874/31207/29828</w:t>
        <w:br/>
        <w:t>f 31867/31202/29823 31868/31201/29822 31874/31207/29828</w:t>
        <w:br/>
        <w:t>f 31800/31133/29759 31801/31132/29758 31866/31199/29820</w:t>
        <w:br/>
        <w:t>f 31892/31225/29846 31800/31133/29759 31866/31199/29820</w:t>
        <w:br/>
        <w:t>f 31811/31144/29770 31833/31165/29789 31831/31163/29787</w:t>
        <w:br/>
        <w:t>f 31815/31148/29774 31811/31144/29770 31831/31163/29787</w:t>
        <w:br/>
        <w:t>f 31726/31059/29693 31815/31148/29774 31831/31163/29787</w:t>
        <w:br/>
        <w:t>f 31828/31159/29783 31726/31059/29693 31831/31163/29787</w:t>
        <w:br/>
        <w:t>f 32161/31493/30103 32160/31494/30103 31828/31159/29783</w:t>
        <w:br/>
        <w:t>f 31829/31162/29786 32161/31493/30103 31828/31159/29783</w:t>
        <w:br/>
        <w:t>f 32162/31495/30104 31824/31155/29781 31825/31158/29781</w:t>
        <w:br/>
        <w:t>f 32163/31496/30105 32162/31495/30104 31825/31158/29781</w:t>
        <w:br/>
        <w:t>f 31814/31147/29773 31812/31145/29771 31819/31149/29775</w:t>
        <w:br/>
        <w:t>f 31821/31153/29779 31814/31147/29773 31819/31149/29775</w:t>
        <w:br/>
        <w:t>f 31813/31146/29772 31818/31150/29776 31819/31149/29775</w:t>
        <w:br/>
        <w:t>f 31812/31145/29771 31813/31146/29772 31819/31149/29775</w:t>
        <w:br/>
        <w:t>f 31798/31130/29756 31801/31132/29758 31802/31135/29761</w:t>
        <w:br/>
        <w:t>f 31797/31131/29757 31798/31130/29756 31802/31135/29761</w:t>
        <w:br/>
        <w:t>f 32104/31438/30053 32105/31437/30052 32164/31497/30106</w:t>
        <w:br/>
        <w:t>f 31853/31189/29810 32104/31438/30053 32164/31497/30106</w:t>
        <w:br/>
        <w:t>f 32107/31439/30054 32126/31461/30074 32127/31460/30074</w:t>
        <w:br/>
        <w:t>f 32106/31440/30055 32107/31439/30054 32127/31460/30074</w:t>
        <w:br/>
        <w:t>f 32108/31442/30057 32109/31441/30056 31840/31175/29797</w:t>
        <w:br/>
        <w:t>f 31841/31174/29796 32108/31442/30057 31840/31175/29797</w:t>
        <w:br/>
        <w:t>f 32110/31443/30058 32104/31438/30053 31853/31189/29810</w:t>
        <w:br/>
        <w:t>f 31854/31188/29809 32110/31443/30058 31853/31189/29810</w:t>
        <w:br/>
        <w:t>f 32111/31444/30059 31848/31181/29802 31851/31185/29806</w:t>
        <w:br/>
        <w:t>f 32107/31439/30054 32111/31444/30059 31851/31185/29806</w:t>
        <w:br/>
        <w:t>f 32112/31445/30060 31847/31182/29803 31848/31181/29802</w:t>
        <w:br/>
        <w:t>f 32111/31444/30059 32112/31445/30060 31848/31181/29802</w:t>
        <w:br/>
        <w:t>f 32165/31498/30107 31856/31186/29807 31853/31189/29810</w:t>
        <w:br/>
        <w:t>f 32164/31497/30106 32165/31498/30107 31853/31189/29810</w:t>
        <w:br/>
        <w:t>f 31897/31230/29851 31898/31229/29850 31904/31234/29855</w:t>
        <w:br/>
        <w:t>f 32166/31499/30108 31897/31230/29851 31904/31234/29855</w:t>
        <w:br/>
        <w:t>f 31919/31252/29873 31920/31251/29872 31863/31195/29816</w:t>
        <w:br/>
        <w:t>f 31864/31194/29815 31919/31252/29873 31863/31195/29816</w:t>
        <w:br/>
        <w:t>f 32156/31489/30101 31903/31235/29856 31904/31234/29855</w:t>
        <w:br/>
        <w:t>f 31898/31229/29850 32156/31489/30101 31904/31234/29855</w:t>
        <w:br/>
        <w:t>f 31919/31252/29873 31864/31194/29815 31900/31233/29854</w:t>
        <w:br/>
        <w:t>f 31907/31238/29859 31919/31252/29873 31900/31233/29854</w:t>
        <w:br/>
        <w:t>f 31906/31239/29879 31923/31254/29875 31924/31257/29875</w:t>
        <w:br/>
        <w:t>f 31928/31260/29880 31906/31239/29879 31924/31257/29875</w:t>
        <w:br/>
        <w:t>f 31907/31238/29859 31900/31233/29854 31926/31259/29878</w:t>
        <w:br/>
        <w:t>f 31906/31239/29860 31907/31238/29859 31926/31259/29878</w:t>
        <w:br/>
        <w:t>f 32166/31499/30108 31904/31234/29855 31901/31237/29858</w:t>
        <w:br/>
        <w:t>f 32155/31488/30100 32166/31499/30108 31901/31237/29858</w:t>
        <w:br/>
        <w:t>f 32096/31427/30042 32094/31429/30044 32167/31500/30109</w:t>
        <w:br/>
        <w:t>f 32170/31501/30110 32169/31502/30111 32168/31503/30112</w:t>
        <w:br/>
        <w:t>f 32172/31504/30113 32167/31500/30109 32171/31505/30114</w:t>
        <w:br/>
        <w:t>f 32175/31506/30115 32174/31507/30116 32173/31508/30117</w:t>
        <w:br/>
        <w:t>f 32176/31509/30118 32102/31436/30051 32103/31435/30050</w:t>
        <w:br/>
        <w:t>f 32177/31510/30119 32176/31509/30118 32103/31435/30050</w:t>
        <w:br/>
        <w:t>f 32173/31508/30117 32174/31507/30116 32178/31511/30120</w:t>
        <w:br/>
        <w:t>f 31725/31060/29694 32179/31512/30121 32103/31435/30050</w:t>
        <w:br/>
        <w:t>f 31728/31061/29695 31725/31060/29694 32103/31435/30050</w:t>
        <w:br/>
        <w:t>f 32180/31513/30122 32074/31407/30023 32075/31406/30022</w:t>
        <w:br/>
        <w:t>f 32074/31407/30023 32181/31514/30123 32073/31408/30024</w:t>
        <w:br/>
        <w:t>f 32183/31515/30124 32182/31516/30125 32181/31514/30123</w:t>
        <w:br/>
        <w:t>f 31712/31045/29680 31708/31041/29676 32079/31412/30028</w:t>
        <w:br/>
        <w:t>f 32184/31517/30126 31712/31045/29680 32079/31412/30028</w:t>
        <w:br/>
        <w:t>f 32187/31518/30127 32186/31519/30128 32185/31520/30129</w:t>
        <w:br/>
        <w:t>f 32186/31519/30128 32188/31521/30130 32185/31520/30129</w:t>
        <w:br/>
        <w:t>f 32079/31412/30028 31757/31090/29720 32081/31416/30031</w:t>
        <w:br/>
        <w:t>f 32189/31522/30131 32079/31412/30028 32081/31416/30031</w:t>
        <w:br/>
        <w:t>f 31888/31223/29844 31889/31222/29843 32190/31523/30132</w:t>
        <w:br/>
        <w:t>f 31694/31028/29663 32191/31524/30133 31681/31015/29650</w:t>
        <w:br/>
        <w:t>f 31682/31014/29649 31694/31028/29663 31681/31015/29650</w:t>
        <w:br/>
        <w:t>f 32190/31523/30132 31700/31031/29666 31698/31033/29668</w:t>
        <w:br/>
        <w:t>f 32192/31525/30134 31697/31029/29664 31681/31015/29650</w:t>
        <w:br/>
        <w:t>f 32191/31524/30133 32192/31525/30134 31681/31015/29650</w:t>
        <w:br/>
        <w:t>f 31970/31303/29921 31971/31302/29920 32131/31464/30076</w:t>
        <w:br/>
        <w:t>f 31961/31296/29915 31970/31303/29921 32131/31464/30076</w:t>
        <w:br/>
        <w:t>f 31971/31302/29920 32133/31466/30078 32130/31465/30077</w:t>
        <w:br/>
        <w:t>f 32131/31464/30076 31971/31302/29920 32130/31465/30077</w:t>
        <w:br/>
        <w:t>f 31970/31303/29921 31961/31296/29915 31962/31295/29914</w:t>
        <w:br/>
        <w:t>f 32134/31467/30079 31970/31303/29921 31962/31295/29914</w:t>
        <w:br/>
        <w:t>f 32137/31468/30080 32135/31470/30082 31972/31308/29925</w:t>
        <w:br/>
        <w:t>f 31973/31307/29925 32137/31468/30080 31972/31308/29925</w:t>
        <w:br/>
        <w:t>f 32139/31472/30084 32015/31346/29964 32016/31349/29967</w:t>
        <w:br/>
        <w:t>f 32138/31473/30085 32139/31472/30084 32016/31349/29967</w:t>
        <w:br/>
        <w:t>f 32138/31473/30085 32016/31349/29967 32046/31379/29995</w:t>
        <w:br/>
        <w:t>f 32141/31474/30086 32138/31473/30085 32046/31379/29995</w:t>
        <w:br/>
        <w:t>f 31961/31296/29915 32131/31464/30076 31977/31311/29928</w:t>
        <w:br/>
        <w:t>f 31978/31310/29927 31961/31296/29915 31977/31311/29928</w:t>
        <w:br/>
        <w:t>f 31879/31210/29831 32193/31526/30135 31886/31218/29839</w:t>
        <w:br/>
        <w:t>f 31878/31211/29832 31879/31210/29831 31886/31218/29839</w:t>
        <w:br/>
        <w:t>f 32143/31478/30090 32144/31477/30089 32018/31350/29968</w:t>
        <w:br/>
        <w:t>f 32142/31475/30087 32143/31478/30090 32018/31350/29968</w:t>
        <w:br/>
        <w:t>f 32144/31477/30089 32146/31479/30091 32017/31351/29969</w:t>
        <w:br/>
        <w:t>f 32018/31350/29968 32144/31477/30089 32017/31351/29969</w:t>
        <w:br/>
        <w:t>f 31878/31211/29832 31886/31218/29839 31887/31217/29838</w:t>
        <w:br/>
        <w:t>f 32147/31480/30092 31878/31211/29832 31887/31217/29838</w:t>
        <w:br/>
        <w:t>f 32149/31482/30094 31937/31268/29887 31938/31271/29890</w:t>
        <w:br/>
        <w:t>f 32148/31483/30095 32149/31482/30094 31938/31271/29890</w:t>
        <w:br/>
        <w:t>f 32151/31484/30096 32148/31483/30095 31938/31271/29890</w:t>
        <w:br/>
        <w:t>f 32028/31360/29976 32151/31484/30096 31938/31271/29890</w:t>
        <w:br/>
        <w:t>f 32193/31526/30135 32152/31485/30097 31885/31219/29840</w:t>
        <w:br/>
        <w:t>f 31886/31218/29839 32193/31526/30135 31885/31219/29840</w:t>
        <w:br/>
        <w:t>f 32064/31398/30014 32065/31397/30013 32066/31399/30015</w:t>
        <w:br/>
        <w:t>f 32071/31402/30018 32064/31398/30014 32066/31399/30015</w:t>
        <w:br/>
        <w:t>f 32194/31527/30136 31763/31095/29725 31760/31091/29721</w:t>
        <w:br/>
        <w:t>f 31768/31101/29729 32194/31527/30136 31760/31091/29721</w:t>
        <w:br/>
        <w:t>f 32044/31376/29992 32040/31375/29991 32084/31418/30033</w:t>
        <w:br/>
        <w:t>f 31787/31120/29746 31795/31128/29754 31807/31139/29765</w:t>
        <w:br/>
        <w:t>f 31786/31121/29747 31787/31120/29746 31807/31139/29765</w:t>
        <w:br/>
        <w:t>f 32195/31528/30137 31960/31293/29912 31943/31277/29896</w:t>
        <w:br/>
        <w:t>f 31944/31276/29895 32195/31528/30137 31943/31277/29896</w:t>
        <w:br/>
        <w:t>f 32064/31398/30014 32071/31402/30018 32072/31405/30021</w:t>
        <w:br/>
        <w:t>f 32063/31396/30012 32064/31398/30014 32072/31405/30021</w:t>
        <w:br/>
        <w:t>f 31803/31137/29763 31796/31127/29753 31986/31319/29936</w:t>
        <w:br/>
        <w:t>f 31946/31278/29897 31803/31137/29763 31986/31319/29936</w:t>
        <w:br/>
        <w:t>f 32041/31374/29990 32072/31405/30021 32069/31404/30020</w:t>
        <w:br/>
        <w:t>f 32085/31417/30032 32041/31374/29990 32069/31404/30020</w:t>
        <w:br/>
        <w:t>f 32071/31402/30018 32066/31399/30015 32090/31423/30038</w:t>
        <w:br/>
        <w:t>f 32070/31403/30019 32071/31402/30018 32090/31423/30038</w:t>
        <w:br/>
        <w:t>f 32009/31342/29960 32196/31529/30138 31791/31125/29751</w:t>
        <w:br/>
        <w:t>f 31792/31124/29750 32009/31342/29960 31791/31125/29751</w:t>
        <w:br/>
        <w:t>f 31778/31112/29738 31779/31111/29737 32197/31530/30139</w:t>
        <w:br/>
        <w:t>f 31934/31266/29885 31778/31112/29738 32197/31530/30139</w:t>
        <w:br/>
        <w:t>f 31914/31247/29868 31933/31267/29886 32194/31527/30136</w:t>
        <w:br/>
        <w:t>f 31768/31101/29729 31914/31247/29868 32194/31527/30136</w:t>
        <w:br/>
        <w:t>f 32010/31343/29961 32040/31375/29991 32196/31529/30138</w:t>
        <w:br/>
        <w:t>f 32009/31342/29960 32010/31343/29961 32196/31529/30138</w:t>
        <w:br/>
        <w:t>f 32195/31528/30137 32198/31531/30140 31950/31281/29900</w:t>
        <w:br/>
        <w:t>f 31960/31293/29912 32195/31528/30137 31950/31281/29900</w:t>
        <w:br/>
        <w:t>f 31680/31016/29651 31676/31012/29647 32198/31531/30140</w:t>
        <w:br/>
        <w:t>f 31683/31013/29648 31680/31016/29651 32198/31531/30140</w:t>
        <w:br/>
        <w:t>f 31696/31030/29665 31679/31009/29644 31676/31012/29647</w:t>
        <w:br/>
        <w:t>f 31680/31016/29651 31696/31030/29665 31676/31012/29647</w:t>
        <w:br/>
        <w:t>f 31762/31096/29726 31763/31095/29725 31687/31020/29655</w:t>
        <w:br/>
        <w:t>f 31688/31019/29654 31762/31096/29726 31687/31020/29655</w:t>
        <w:br/>
        <w:t>f 31787/31120/29746 31784/31115/29741 31794/31129/29755</w:t>
        <w:br/>
        <w:t>f 31785/31118/29744 31986/31319/29936 31794/31129/29755</w:t>
        <w:br/>
        <w:t>f 31784/31115/29741 31785/31118/29744 31794/31129/29755</w:t>
        <w:br/>
        <w:t>f 31692/31024/29659 31743/31077/29709 31742/31075/29707</w:t>
        <w:br/>
        <w:t>f 31691/31025/29660 31692/31024/29659 31742/31075/29707</w:t>
        <w:br/>
        <w:t>f 31810/31142/29768 31946/31278/29897 31986/31319/29936</w:t>
        <w:br/>
        <w:t>f 31785/31118/29744 31810/31142/29768 31986/31319/29936</w:t>
        <w:br/>
        <w:t>f 31702/31034/29669 32194/31527/30136 31933/31267/29886</w:t>
        <w:br/>
        <w:t>f 31917/31249/29870 31702/31034/29669 31933/31267/29886</w:t>
        <w:br/>
        <w:t>f 31702/31034/29669 31687/31020/29655 31763/31095/29725</w:t>
        <w:br/>
        <w:t>f 32194/31527/30136 31702/31034/29669 31763/31095/29725</w:t>
        <w:br/>
        <w:t>f 31744/31076/29708 31945/31279/29898 31946/31278/29897</w:t>
        <w:br/>
        <w:t>f 31810/31142/29768 31744/31076/29708 31946/31278/29897</w:t>
        <w:br/>
        <w:t>f 31882/31214/29835 31883/31213/29834 31934/31266/29885</w:t>
        <w:br/>
        <w:t>f 32197/31530/30139 31882/31214/29835 31934/31266/29885</w:t>
        <w:br/>
        <w:t>f 31913/31246/29867 31915/31248/29869 31790/31126/29752</w:t>
        <w:br/>
        <w:t>f 31911/31241/29862 31913/31246/29867 31790/31126/29752</w:t>
        <w:br/>
        <w:t>f 31910/31242/29863 31911/31241/29862 31790/31126/29752</w:t>
        <w:br/>
        <w:t>f 31791/31125/29751 31910/31242/29863 31790/31126/29752</w:t>
        <w:br/>
        <w:t>f 31744/31076/29708 31743/31077/29709 31692/31024/29659</w:t>
        <w:br/>
        <w:t>f 31945/31279/29898 31744/31076/29708 31692/31024/29659</w:t>
        <w:br/>
        <w:t>f 31944/31276/29895 31704/31036/29671 31685/31017/29652</w:t>
        <w:br/>
        <w:t>f 32195/31528/30137 31944/31276/29895 31685/31017/29652</w:t>
        <w:br/>
        <w:t>f 31742/31075/29707 31704/31036/29671 31944/31276/29895</w:t>
        <w:br/>
        <w:t>f 31691/31025/29660 31742/31075/29707 31944/31276/29895</w:t>
        <w:br/>
        <w:t>f 31683/31013/29648 32198/31531/30140 32195/31528/30137</w:t>
        <w:br/>
        <w:t>f 31685/31017/29652 31683/31013/29648 32195/31528/30137</w:t>
        <w:br/>
        <w:t>f 31883/31213/29834 31917/31249/29870 31933/31267/29886</w:t>
        <w:br/>
        <w:t>f 31934/31266/29885 31883/31213/29834 31933/31267/29886</w:t>
        <w:br/>
        <w:t>f 32040/31375/29991 32044/31376/29992 32196/31529/30138</w:t>
        <w:br/>
        <w:t>f 31910/31242/29863 31791/31125/29751 32196/31529/30138</w:t>
        <w:br/>
        <w:t>f 32044/31376/29992 31910/31242/29863 32196/31529/30138</w:t>
        <w:br/>
        <w:t>f 31783/31116/29742 31784/31115/29741 31788/31119/29745</w:t>
        <w:br/>
        <w:t>f 32043/31377/29993 32044/31376/29992 32084/31418/30033</w:t>
        <w:br/>
        <w:t>f 31677/31011/29646 31950/31281/29900 32198/31531/30140</w:t>
        <w:br/>
        <w:t>f 31676/31012/29647 31677/31011/29646 32198/31531/30140</w:t>
        <w:br/>
        <w:t>f 32201/31532/30141 32200/31533/30142 32199/31534/30143</w:t>
        <w:br/>
        <w:t>f 32204/31535/30144 32203/31536/30145 32202/31537/30146</w:t>
        <w:br/>
        <w:t>f 32207/31538/30147 32206/31539/30148 32205/31540/30149</w:t>
        <w:br/>
        <w:t>f 32207/31538/30147 32210/31541/30150 32209/31542/30151</w:t>
        <w:br/>
        <w:t>f 32208/31543/30152 32207/31538/30147 32209/31542/30151</w:t>
        <w:br/>
        <w:t>f 32205/31540/30149 32206/31539/30148 32211/31544/30153</w:t>
        <w:br/>
        <w:t>f 32212/31545/30154 32205/31540/30149 32211/31544/30153</w:t>
        <w:br/>
        <w:t>f 32215/31546/30155 32214/31547/30156 32213/31548/30157</w:t>
        <w:br/>
        <w:t>f 32218/31549/30158 32217/31550/30159 32216/31551/30160</w:t>
        <w:br/>
        <w:t>f 32219/31552/30161 32218/31549/30158 32216/31551/30160</w:t>
        <w:br/>
        <w:t>f 32222/31553/30162 32221/31554/30163 32220/31555/30164</w:t>
        <w:br/>
        <w:t>f 32223/31556/30165 32222/31553/30162 32220/31555/30164</w:t>
        <w:br/>
        <w:t>f 32219/31552/30161 32216/31551/30160 32224/31557/30166</w:t>
        <w:br/>
        <w:t>f 32225/31558/30167 32219/31552/30161 32224/31557/30166</w:t>
        <w:br/>
        <w:t>f 32226/31559/30168 32224/31557/30166 32216/31551/30160</w:t>
        <w:br/>
        <w:t>f 32227/31560/30169 32226/31559/30168 32216/31551/30160</w:t>
        <w:br/>
        <w:t>f 32226/31559/30168 32229/31561/30170 32228/31562/30171</w:t>
        <w:br/>
        <w:t>f 32224/31557/30166 32226/31559/30168 32228/31562/30171</w:t>
        <w:br/>
        <w:t>f 32230/31563/30172 32225/31558/30167 32224/31557/30166</w:t>
        <w:br/>
        <w:t>f 32228/31562/30171 32230/31563/30172 32224/31557/30166</w:t>
        <w:br/>
        <w:t>f 32233/31564/30173 32232/31565/30174 32231/31566/30175</w:t>
        <w:br/>
        <w:t>f 32234/31567/30176 32233/31564/30173 32231/31566/30175</w:t>
        <w:br/>
        <w:t>f 32237/31568/30177 32236/31569/30178 32235/31570/30179</w:t>
        <w:br/>
        <w:t>f 32238/31571/30180 32237/31568/30177 32235/31570/30179</w:t>
        <w:br/>
        <w:t>f 32242/31572/30181 32241/31573/30182 32240/31574/30183</w:t>
        <w:br/>
        <w:t>f 32239/31575/30184 32242/31572/30181 32240/31574/30183</w:t>
        <w:br/>
        <w:t>f 32246/31576/30185 32245/31577/30186 32244/31578/30187</w:t>
        <w:br/>
        <w:t>f 32243/31579/30188 32246/31576/30185 32244/31578/30187</w:t>
        <w:br/>
        <w:t>f 32249/31580/30189 32248/31581/30190 32247/31582/30191</w:t>
        <w:br/>
        <w:t>f 32252/31583/30192 32251/31584/30193 32250/31585/30194</w:t>
        <w:br/>
        <w:t>f 32255/31586/30195 32254/31587/30196 32253/31588/30197</w:t>
        <w:br/>
        <w:t>f 32238/31571/30180 32235/31570/30179 32256/31589/30198</w:t>
        <w:br/>
        <w:t>f 32257/31590/30199 32238/31571/30180 32256/31589/30198</w:t>
        <w:br/>
        <w:t>f 32209/31542/30151 32202/31537/30146 32259/31591/30200</w:t>
        <w:br/>
        <w:t>f 32258/31592/30201 32209/31542/30151 32259/31591/30200</w:t>
        <w:br/>
        <w:t>f 32208/31543/30152 32209/31542/30151 32258/31592/30201</w:t>
        <w:br/>
        <w:t>f 32260/31593/30202 32208/31543/30152 32258/31592/30201</w:t>
        <w:br/>
        <w:t>f 32262/31594/30203 32261/31595/30204 32219/31552/30161</w:t>
        <w:br/>
        <w:t>f 32225/31558/30167 32262/31594/30203 32219/31552/30161</w:t>
        <w:br/>
        <w:t>f 32225/31558/30167 32230/31563/30172 32263/31596/30205</w:t>
        <w:br/>
        <w:t>f 32262/31594/30203 32225/31558/30167 32263/31596/30205</w:t>
        <w:br/>
        <w:t>f 32267/31597/30206 32266/31598/30207 32265/31599/30208</w:t>
        <w:br/>
        <w:t>f 32264/31600/30209 32267/31597/30206 32265/31599/30208</w:t>
        <w:br/>
        <w:t>f 32270/31601/30210 32269/31602/30210 32268/31603/30211</w:t>
        <w:br/>
        <w:t>f 32271/31604/30211 32270/31601/30210 32268/31603/30211</w:t>
        <w:br/>
        <w:t>f 32273/31605/30212 32272/31606/30213 32269/31602/30210</w:t>
        <w:br/>
        <w:t>f 32270/31601/30210 32273/31605/30212 32269/31602/30210</w:t>
        <w:br/>
        <w:t>f 32219/31552/30161 32261/31595/30204 32274/31607/30214</w:t>
        <w:br/>
        <w:t>f 32218/31549/30158 32219/31552/30161 32274/31607/30214</w:t>
        <w:br/>
        <w:t>f 32277/31608/30215 32276/31609/30216 32275/31610/30217</w:t>
        <w:br/>
        <w:t>f 32278/31611/30218 32222/31553/30162 32223/31556/30165</w:t>
        <w:br/>
        <w:t>f 32279/31612/30219 32278/31611/30218 32223/31556/30165</w:t>
        <w:br/>
        <w:t>f 32281/31613/30220 32280/31614/30221 32241/31573/30182</w:t>
        <w:br/>
        <w:t>f 32242/31572/30181 32281/31613/30220 32241/31573/30182</w:t>
        <w:br/>
        <w:t>f 32262/31594/30203 32263/31596/30205 32283/31615/30222</w:t>
        <w:br/>
        <w:t>f 32282/31616/30223 32262/31594/30203 32283/31615/30222</w:t>
        <w:br/>
        <w:t>f 32215/31546/30155 32261/31595/30204 32262/31594/30203</w:t>
        <w:br/>
        <w:t>f 32282/31616/30223 32215/31546/30155 32262/31594/30203</w:t>
        <w:br/>
        <w:t>f 32261/31595/30204 32215/31546/30155 32284/31617/30224</w:t>
        <w:br/>
        <w:t>f 32274/31607/30214 32261/31595/30204 32284/31617/30224</w:t>
        <w:br/>
        <w:t>f 32287/31618/30225 32286/31619/30226 32285/31620/30227</w:t>
        <w:br/>
        <w:t>f 32290/31621/30228 32289/31622/30229 32288/31623/30230</w:t>
        <w:br/>
        <w:t>f 32239/31575/30184 32292/31624/30231 32291/31625/30232</w:t>
        <w:br/>
        <w:t>f 32242/31572/30181 32239/31575/30184 32291/31625/30232</w:t>
        <w:br/>
        <w:t>f 32251/31584/30193 32293/31626/30233 32250/31585/30194</w:t>
        <w:br/>
        <w:t>f 32216/31551/30160 32217/31550/30159 32294/31627/30234</w:t>
        <w:br/>
        <w:t>f 32227/31560/30169 32216/31551/30160 32294/31627/30234</w:t>
        <w:br/>
        <w:t>f 32297/31628/30235 32296/31629/30236 32295/31630/30237</w:t>
        <w:br/>
        <w:t>f 32299/31631/30238 32282/31616/30223 32283/31615/30222</w:t>
        <w:br/>
        <w:t>f 32298/31632/30239 32299/31631/30238 32283/31615/30222</w:t>
        <w:br/>
        <w:t>f 32302/31633/30240 32301/31634/30241 32300/31635/30242</w:t>
        <w:br/>
        <w:t>f 32303/31636/30240 32302/31633/30240 32300/31635/30242</w:t>
        <w:br/>
        <w:t>f 32283/31615/30222 32305/31637/30243 32304/31638/30244</w:t>
        <w:br/>
        <w:t>f 32298/31632/30239 32283/31615/30222 32304/31638/30244</w:t>
        <w:br/>
        <w:t>f 32214/31547/30156 32215/31546/30155 32282/31616/30223</w:t>
        <w:br/>
        <w:t>f 32299/31631/30238 32214/31547/30156 32282/31616/30223</w:t>
        <w:br/>
        <w:t>f 32284/31617/30224 32215/31546/30155 32213/31548/30157</w:t>
        <w:br/>
        <w:t>f 32309/31639/30245 32308/31640/30246 32307/31641/30247</w:t>
        <w:br/>
        <w:t>f 32306/31642/30248 32309/31639/30245 32307/31641/30247</w:t>
        <w:br/>
        <w:t>f 32312/31643/30249 32311/31644/30250 32310/31645/30251</w:t>
        <w:br/>
        <w:t>f 32313/31646/30252 32312/31643/30249 32310/31645/30251</w:t>
        <w:br/>
        <w:t>f 32289/31622/30229 32290/31621/30228 32314/31647/30253</w:t>
        <w:br/>
        <w:t>f 32317/31648/30254 32316/31649/30254 32315/31650/30255</w:t>
        <w:br/>
        <w:t>f 32318/31651/30256 32317/31648/30254 32315/31650/30255</w:t>
        <w:br/>
        <w:t>f 32315/31650/30255 32213/31548/30257 32318/31651/30256</w:t>
        <w:br/>
        <w:t>f 32322/31652/30258 32321/31653/30258 32320/31654/30259</w:t>
        <w:br/>
        <w:t>f 32319/31655/30259 32322/31652/30258 32320/31654/30259</w:t>
        <w:br/>
        <w:t>f 32326/31656/30260 32325/31657/30261 32324/31658/30262</w:t>
        <w:br/>
        <w:t>f 32323/31659/30263 32326/31656/30260 32324/31658/30262</w:t>
        <w:br/>
        <w:t>f 32328/31660/30264 32327/31661/30265 32324/31658/30262</w:t>
        <w:br/>
        <w:t>f 32325/31657/30261 32328/31660/30264 32324/31658/30262</w:t>
        <w:br/>
        <w:t>f 32332/31662/30266 32331/31663/30267 32330/31664/30268</w:t>
        <w:br/>
        <w:t>f 32329/31665/30269 32332/31662/30266 32330/31664/30268</w:t>
        <w:br/>
        <w:t>f 32335/31666/30270 32334/31667/30271 32333/31668/30272</w:t>
        <w:br/>
        <w:t>f 32336/31669/30273 32335/31666/30270 32333/31668/30272</w:t>
        <w:br/>
        <w:t>f 32340/31670/30274 32339/31671/30275 32338/31672/30276</w:t>
        <w:br/>
        <w:t>f 32337/31673/30277 32340/31670/30274 32338/31672/30276</w:t>
        <w:br/>
        <w:t>f 32344/31674/30278 32343/31675/30279 32342/31676/30280</w:t>
        <w:br/>
        <w:t>f 32341/31677/30281 32344/31674/30278 32342/31676/30280</w:t>
        <w:br/>
        <w:t>f 32346/31678/30282 32345/31679/30283 32342/31676/30280</w:t>
        <w:br/>
        <w:t>f 32343/31675/30279 32346/31678/30282 32342/31676/30280</w:t>
        <w:br/>
        <w:t>f 32350/31680/30284 32349/31681/30285 32348/31682/30286</w:t>
        <w:br/>
        <w:t>f 32347/31683/30287 32350/31680/30284 32348/31682/30286</w:t>
        <w:br/>
        <w:t>f 32351/31684/30288 32349/31681/30285 32342/31676/30280</w:t>
        <w:br/>
        <w:t>f 32345/31679/30283 32351/31684/30288 32342/31676/30280</w:t>
        <w:br/>
        <w:t>f 32355/31685/30289 32354/31686/30290 32353/31687/30291</w:t>
        <w:br/>
        <w:t>f 32352/31688/30292 32355/31685/30289 32353/31687/30291</w:t>
        <w:br/>
        <w:t>f 32354/31686/30290 32355/31685/30289 32337/31673/30277</w:t>
        <w:br/>
        <w:t>f 32338/31672/30276 32354/31686/30290 32337/31673/30277</w:t>
        <w:br/>
        <w:t>f 32358/31689/30293 32357/31690/30294 32356/31691/30295</w:t>
        <w:br/>
        <w:t>f 32361/31692/30296 32360/31693/30297 32359/31694/30298</w:t>
        <w:br/>
        <w:t>f 32352/31688/30292 32353/31687/30291 32362/31695/30299</w:t>
        <w:br/>
        <w:t>f 32347/31683/30287 32348/31682/30286 32363/31696/30300</w:t>
        <w:br/>
        <w:t>f 32364/31697/30301 32361/31692/30296 32359/31694/30298</w:t>
        <w:br/>
        <w:t>f 32366/31698/30302 32365/31699/30303 32361/31692/30296</w:t>
        <w:br/>
        <w:t>f 32369/31700/30304 32368/31701/30305 32367/31702/30306</w:t>
        <w:br/>
        <w:t>f 32368/31701/30305 32370/31703/30307 32367/31702/30306</w:t>
        <w:br/>
        <w:t>f 32368/31701/30305 32372/31704/30308 32371/31705/30309</w:t>
        <w:br/>
        <w:t>f 32370/31703/30307 32368/31701/30305 32371/31705/30309</w:t>
        <w:br/>
        <w:t>f 32369/31700/30304 32373/31706/30310 32372/31704/30308</w:t>
        <w:br/>
        <w:t>f 32368/31701/30305 32369/31700/30304 32372/31704/30308</w:t>
        <w:br/>
        <w:t>f 32375/31707/30311 32374/31708/30312 32372/31704/30308</w:t>
        <w:br/>
        <w:t>f 32373/31706/30310 32375/31707/30311 32372/31704/30308</w:t>
        <w:br/>
        <w:t>f 32374/31708/30312 32376/31709/30313 32371/31705/30309</w:t>
        <w:br/>
        <w:t>f 32372/31704/30308 32374/31708/30312 32371/31705/30309</w:t>
        <w:br/>
        <w:t>f 32376/31709/30313 32374/31708/30312 32377/31710/30314</w:t>
        <w:br/>
        <w:t>f 32378/31711/30315 32376/31709/30313 32377/31710/30314</w:t>
        <w:br/>
        <w:t>f 32380/31712/30316 32378/31711/30315 32377/31710/30314</w:t>
        <w:br/>
        <w:t>f 32379/31713/30317 32380/31712/30316 32377/31710/30314</w:t>
        <w:br/>
        <w:t>f 32383/31714/30318 32382/31715/30319 32381/31716/30320</w:t>
        <w:br/>
        <w:t>f 32385/31717/30321 32379/31713/30317 32384/31718/30322</w:t>
        <w:br/>
        <w:t>f 32386/31719/30323 32385/31717/30321 32384/31718/30322</w:t>
        <w:br/>
        <w:t>f 32378/31711/30315 32380/31712/30316 32388/31720/30324</w:t>
        <w:br/>
        <w:t>f 32387/31721/30325 32378/31711/30315 32388/31720/30324</w:t>
        <w:br/>
        <w:t>f 32392/31722/30326 32391/31723/30327 32390/31724/30328</w:t>
        <w:br/>
        <w:t>f 32389/31725/30329 32392/31722/30326 32390/31724/30328</w:t>
        <w:br/>
        <w:t>f 32394/31726/30330 32393/31727/30331 32389/31725/30329</w:t>
        <w:br/>
        <w:t>f 32390/31724/30328 32394/31726/30330 32389/31725/30329</w:t>
        <w:br/>
        <w:t>f 32396/31728/30332 32389/31725/30329 32395/31729/30333</w:t>
        <w:br/>
        <w:t>f 32399/31730/30334 32398/31731/30335 32397/31732/30336</w:t>
        <w:br/>
        <w:t>f 32390/31724/30328 32401/31733/30337 32400/31734/30338</w:t>
        <w:br/>
        <w:t>f 32394/31726/30330 32390/31724/30328 32400/31734/30338</w:t>
        <w:br/>
        <w:t>f 32401/31733/30337 32403/31735/30339 32402/31736/30340</w:t>
        <w:br/>
        <w:t>f 32400/31734/30338 32401/31733/30337 32402/31736/30340</w:t>
        <w:br/>
        <w:t>f 32404/31737/30341 32403/31735/30339 32401/31733/30337</w:t>
        <w:br/>
        <w:t>f 32405/31738/30342 32404/31737/30341 32401/31733/30337</w:t>
        <w:br/>
        <w:t>f 32403/31735/30339 32404/31737/30341 32406/31739/30343</w:t>
        <w:br/>
        <w:t>f 32407/31740/30344 32403/31735/30339 32406/31739/30343</w:t>
        <w:br/>
        <w:t>f 32403/31735/30339 32407/31740/30344 32408/31741/30345</w:t>
        <w:br/>
        <w:t>f 32402/31736/30340 32403/31735/30339 32408/31741/30345</w:t>
        <w:br/>
        <w:t>f 32410/31742/30346 32409/31743/30347 32407/31740/30344</w:t>
        <w:br/>
        <w:t>f 32406/31739/30343 32410/31742/30346 32407/31740/30344</w:t>
        <w:br/>
        <w:t>f 32407/31740/30344 32409/31743/30347 32411/31744/30348</w:t>
        <w:br/>
        <w:t>f 32408/31741/30345 32407/31740/30344 32411/31744/30348</w:t>
        <w:br/>
        <w:t>f 32414/31745/30349 32413/31746/30350 32412/31747/30351</w:t>
        <w:br/>
        <w:t>f 32414/31745/30349 32415/31748/30352 32413/31746/30350</w:t>
        <w:br/>
        <w:t>f 32411/31744/30348 32418/31749/30353 32417/31750/30354</w:t>
        <w:br/>
        <w:t>f 32416/31751/30355 32411/31744/30348 32417/31750/30354</w:t>
        <w:br/>
        <w:t>f 32420/31752/30356 32412/31747/30351 32419/31753/30357</w:t>
        <w:br/>
        <w:t>f 32423/31754/30358 32422/31755/30359 32421/31756/30336</w:t>
        <w:br/>
        <w:t>f 32425/31757/30360 32424/31758/30361 32423/31754/30358</w:t>
        <w:br/>
        <w:t>f 32426/31759/30362 32425/31757/30360 32423/31754/30358</w:t>
        <w:br/>
        <w:t>f 32429/31760/30363 32428/31761/30364 32427/31762/30365</w:t>
        <w:br/>
        <w:t>f 32430/31763/30366 32429/31760/30363 32427/31762/30365</w:t>
        <w:br/>
        <w:t>f 32431/31764/30367 32430/31763/30366 32427/31762/30365</w:t>
        <w:br/>
        <w:t>f 30934/30932/29590 32431/31764/30367 32427/31762/30365</w:t>
        <w:br/>
        <w:t>f 32433/31765/30368 32432/31766/30369 32427/31762/30365</w:t>
        <w:br/>
        <w:t>f 32428/31761/30364 32433/31765/30368 32427/31762/30365</w:t>
        <w:br/>
        <w:t>f 32427/31762/30365 32432/31766/30369 30933/30933/29591</w:t>
        <w:br/>
        <w:t>f 30934/30932/29590 32427/31762/30365 30933/30933/29591</w:t>
        <w:br/>
        <w:t>f 32435/31767/30370 32434/31768/30371 32432/31766/30369</w:t>
        <w:br/>
        <w:t>f 32433/31765/30368 32435/31767/30370 32432/31766/30369</w:t>
        <w:br/>
        <w:t>f 32436/31769/30372 30933/30933/29591 32432/31766/30369</w:t>
        <w:br/>
        <w:t>f 32434/31768/30371 32436/31769/30372 32432/31766/30369</w:t>
        <w:br/>
        <w:t>f 32438/31770/30373 32437/31771/30374 32434/31768/30371</w:t>
        <w:br/>
        <w:t>f 32435/31767/30370 32438/31770/30373 32434/31768/30371</w:t>
        <w:br/>
        <w:t>f 32434/31768/30371 32437/31771/30374 32439/31772/30375</w:t>
        <w:br/>
        <w:t>f 32436/31769/30372 32434/31768/30371 32439/31772/30375</w:t>
        <w:br/>
        <w:t>f 32442/31773/30376 32441/31774/30377 32440/31775/30378</w:t>
        <w:br/>
        <w:t>f 32440/31775/30378 32443/31776/30379 32442/31773/30376</w:t>
        <w:br/>
        <w:t>f 32440/31775/30378 32441/31774/30377 32444/31777/30380</w:t>
        <w:br/>
        <w:t>f 32439/31772/30375 32447/31778/30381 32446/31779/30382</w:t>
        <w:br/>
        <w:t>f 32445/31780/30383 32439/31772/30375 32446/31779/30382</w:t>
        <w:br/>
        <w:t>f 32448/31781/30384 32426/31759/30362 32421/31756/30336</w:t>
        <w:br/>
        <w:t>f 32449/31782/30385 32425/31757/30360 32426/31759/30362</w:t>
        <w:br/>
        <w:t>f 32452/31783/30386 32451/31784/30387 32450/31785/30388</w:t>
        <w:br/>
        <w:t>f 32453/31786/30389 32452/31783/30386 32450/31785/30388</w:t>
        <w:br/>
        <w:t>f 32456/31787/30390 32455/31788/30391 32454/31789/30392</w:t>
        <w:br/>
        <w:t>f 32459/31790/30393 32458/31791/30394 32457/31792/30395</w:t>
        <w:br/>
        <w:t>f 32462/31793/30396 32461/31794/30397 32460/31795/30398</w:t>
        <w:br/>
        <w:t>f 32463/31796/30399 32462/31793/30396 32460/31795/30398</w:t>
        <w:br/>
        <w:t>f 32467/31797/30400 32466/31798/30401 32465/31799/30402</w:t>
        <w:br/>
        <w:t>f 32464/31800/30403 32467/31797/30400 32465/31799/30402</w:t>
        <w:br/>
        <w:t>f 32471/31801/30404 32470/31802/30405 32469/31803/30406</w:t>
        <w:br/>
        <w:t>f 32468/31804/30404 32471/31801/30404 32469/31803/30406</w:t>
        <w:br/>
        <w:t>f 32474/31805/30407 32473/31806/30407 32472/31807/30408</w:t>
        <w:br/>
        <w:t>f 32475/31808/30408 32474/31805/30407 32472/31807/30408</w:t>
        <w:br/>
        <w:t>f 32477/31809/30409 32476/31810/30410 32473/31806/30407</w:t>
        <w:br/>
        <w:t>f 32474/31805/30407 32477/31809/30409 32473/31806/30407</w:t>
        <w:br/>
        <w:t>f 32479/31811/30411 32478/31812/30412 32476/31810/30413</w:t>
        <w:br/>
        <w:t>f 32480/31813/30414 32479/31811/30411 32476/31810/30413</w:t>
        <w:br/>
        <w:t>f 32476/31810/30410 32477/31809/30409 32481/31814/30415</w:t>
        <w:br/>
        <w:t>f 32482/31815/30415 32476/31810/30410 32481/31814/30415</w:t>
        <w:br/>
        <w:t>f 32480/31813/30414 32476/31810/30413 32483/31816/30416</w:t>
        <w:br/>
        <w:t>f 32484/31817/30416 32480/31813/30414 32483/31816/30416</w:t>
        <w:br/>
        <w:t>f 32485/31818/30417 32484/31817/30416 32483/31816/30416</w:t>
        <w:br/>
        <w:t>f 32481/31814/30415 32486/31819/30418 32482/31815/30415</w:t>
        <w:br/>
        <w:t>f 32490/31820/30419 32489/31821/30420 32488/31822/30421</w:t>
        <w:br/>
        <w:t>f 32487/31823/30422 32490/31820/30419 32488/31822/30421</w:t>
        <w:br/>
        <w:t>f 32489/31821/30420 32492/31824/30423 32491/31825/30424</w:t>
        <w:br/>
        <w:t>f 32488/31822/30421 32489/31821/30420 32491/31825/30424</w:t>
        <w:br/>
        <w:t>f 32492/31824/30423 32494/31826/30425 32493/31827/30426</w:t>
        <w:br/>
        <w:t>f 32491/31825/30424 32492/31824/30423 32493/31827/30426</w:t>
        <w:br/>
        <w:t>f 32495/31828/30427 32493/31827/30426 32494/31826/30425</w:t>
        <w:br/>
        <w:t>f 32312/31643/30249 32497/31829/30428 32496/31830/30429</w:t>
        <w:br/>
        <w:t>f 32311/31644/30250 32312/31643/30249 32496/31830/30429</w:t>
        <w:br/>
        <w:t>f 32500/31831/30430 32499/31832/30431 32498/31833/30432</w:t>
        <w:br/>
        <w:t>f 32503/31834/30402 32502/31835/30433 32501/31836/30434</w:t>
        <w:br/>
        <w:t>f 32505/31837/30435 32502/31835/30433 32503/31834/30402</w:t>
        <w:br/>
        <w:t>f 32504/31838/30436 32505/31837/30435 32503/31834/30402</w:t>
        <w:br/>
        <w:t>f 32509/31839/30437 32508/31840/30438 32507/31841/30424</w:t>
        <w:br/>
        <w:t>f 32506/31842/30439 32509/31839/30437 32507/31841/30424</w:t>
        <w:br/>
        <w:t>f 32510/31843/30427 32509/31839/30437 32506/31842/30439</w:t>
        <w:br/>
        <w:t>f 32307/31641/30247 32512/31844/30440 32511/31845/30441</w:t>
        <w:br/>
        <w:t>f 32515/31846/30442 32514/31847/30443 32513/31848/30444</w:t>
        <w:br/>
        <w:t>f 32516/31849/30445 32515/31846/30442 32513/31848/30444</w:t>
        <w:br/>
        <w:t>f 32289/31622/30229 32314/31647/30253 32498/31833/30432</w:t>
        <w:br/>
        <w:t>f 32499/31832/30431 32289/31622/30229 32498/31833/30432</w:t>
        <w:br/>
        <w:t>f 32515/31846/30442 32518/31850/30446 32517/31851/30447</w:t>
        <w:br/>
        <w:t>f 32519/31852/30448 32515/31846/30442 32517/31851/30447</w:t>
        <w:br/>
        <w:t>f 32286/31619/30226 32520/31853/30449 32285/31620/30227</w:t>
        <w:br/>
        <w:t>f 32523/31854/30450 32522/31855/30156 32521/31856/30451</w:t>
        <w:br/>
        <w:t>f 32524/31857/30452 32523/31854/30450 32521/31856/30451</w:t>
        <w:br/>
        <w:t>f 32527/31858/30453 32526/31859/30454 32525/31860/30455</w:t>
        <w:br/>
        <w:t>f 32528/31861/30456 32527/31858/30453 32525/31860/30455</w:t>
        <w:br/>
        <w:t>f 32531/31862/30457 32530/31863/30458 32529/31864/30459</w:t>
        <w:br/>
        <w:t>f 32534/31865/30460 32533/31866/30461 32532/31867/30462</w:t>
        <w:br/>
        <w:t>f 32535/31868/30270 32534/31865/30460 32532/31867/30462</w:t>
        <w:br/>
        <w:t>f 32537/31869/30463 32525/31860/30455 32526/31859/30454</w:t>
        <w:br/>
        <w:t>f 32536/31870/30464 32537/31869/30463 32526/31859/30454</w:t>
        <w:br/>
        <w:t>f 32539/31871/30465 32538/31872/30466 32535/31868/30270</w:t>
        <w:br/>
        <w:t>f 32532/31867/30462 32539/31871/30465 32535/31868/30270</w:t>
        <w:br/>
        <w:t>f 32543/31873/30467 32542/31874/30468 32541/31875/30469</w:t>
        <w:br/>
        <w:t>f 32540/31876/30470 32543/31873/30467 32541/31875/30469</w:t>
        <w:br/>
        <w:t>f 32545/31877/30471 32544/31878/30472 32542/31874/30468</w:t>
        <w:br/>
        <w:t>f 32543/31873/30467 32545/31877/30471 32542/31874/30468</w:t>
        <w:br/>
        <w:t>f 32548/31879/30473 32547/31880/30474 32546/31881/30475</w:t>
        <w:br/>
        <w:t>f 32549/31882/30476 32548/31879/30473 32546/31881/30475</w:t>
        <w:br/>
        <w:t>f 32553/31883/30477 32552/31884/30478 32551/31885/30479</w:t>
        <w:br/>
        <w:t>f 32550/31886/30480 32553/31883/30477 32551/31885/30479</w:t>
        <w:br/>
        <w:t>f 32547/31880/30474 32544/31878/30472 32554/31887/30481</w:t>
        <w:br/>
        <w:t>f 32555/31888/30482 32547/31880/30474 32554/31887/30481</w:t>
        <w:br/>
        <w:t>f 32547/31880/30474 32555/31888/30482 32556/31889/30483</w:t>
        <w:br/>
        <w:t>f 32546/31881/30475 32547/31880/30474 32556/31889/30483</w:t>
        <w:br/>
        <w:t>f 32556/31889/30483 32555/31888/30482 32550/31886/30480</w:t>
        <w:br/>
        <w:t>f 32551/31885/30479 32556/31889/30483 32550/31886/30480</w:t>
        <w:br/>
        <w:t>f 32559/31890/30484 32558/31891/30485 32557/31892/30486</w:t>
        <w:br/>
        <w:t>f 32562/31893/30487 32561/31894/30488 32560/31895/30489</w:t>
        <w:br/>
        <w:t>f 32563/31896/30490 32562/31893/30487 32560/31895/30489</w:t>
        <w:br/>
        <w:t>f 32566/31897/30491 32565/31898/30492 32564/31899/30493</w:t>
        <w:br/>
        <w:t>f 32569/31900/30494 32568/31901/30495 32561/31894/30488</w:t>
        <w:br/>
        <w:t>f 32567/31902/30496 32569/31900/30494 32561/31894/30488</w:t>
        <w:br/>
        <w:t>f 32571/31903/30497 32564/31899/30493 32565/31898/30492</w:t>
        <w:br/>
        <w:t>f 32570/31904/30498 32571/31903/30497 32565/31898/30492</w:t>
        <w:br/>
        <w:t>f 32575/31905/30499 32574/31906/30500 32573/31907/30501</w:t>
        <w:br/>
        <w:t>f 32572/31908/30502 32575/31905/30499 32573/31907/30501</w:t>
        <w:br/>
        <w:t>f 32334/31667/30271 32577/31909/30503 32576/31910/30504</w:t>
        <w:br/>
        <w:t>f 32333/31668/30272 32334/31667/30271 32576/31910/30504</w:t>
        <w:br/>
        <w:t>f 32578/31911/30505 32576/31910/30504 32577/31909/30503</w:t>
        <w:br/>
        <w:t>f 32579/31912/30506 32578/31911/30505 32577/31909/30503</w:t>
        <w:br/>
        <w:t>f 32334/31667/30271 32335/31666/30270 32580/31913/30507</w:t>
        <w:br/>
        <w:t>f 32331/31663/30267 32334/31667/30271 32580/31913/30507</w:t>
        <w:br/>
        <w:t>f 32579/31912/30506 32577/31909/30503 32332/31662/30266</w:t>
        <w:br/>
        <w:t>f 32581/31914/30508 32579/31912/30506 32332/31662/30266</w:t>
        <w:br/>
        <w:t>f 32559/31890/30484 32583/31915/30509 32582/31916/30510</w:t>
        <w:br/>
        <w:t>f 32558/31891/30485 32559/31890/30484 32582/31916/30510</w:t>
        <w:br/>
        <w:t>f 32585/31917/30511 32329/31665/30269 32584/31918/30512</w:t>
        <w:br/>
        <w:t>f 32586/31919/30513 32585/31917/30511 32584/31918/30512</w:t>
        <w:br/>
        <w:t>f 32589/31920/30514 32588/31921/30515 32587/31922/30516</w:t>
        <w:br/>
        <w:t>f 32590/31923/30517 32589/31920/30514 32587/31922/30516</w:t>
        <w:br/>
        <w:t>f 32591/31924/30518 32589/31920/30514 32590/31923/30517</w:t>
        <w:br/>
        <w:t>f 32592/31925/30519 32591/31924/30518 32590/31923/30517</w:t>
        <w:br/>
        <w:t>f 32306/31642/30248 32594/31926/30520 32593/31927/30521</w:t>
        <w:br/>
        <w:t>f 32309/31639/30245 32306/31642/30248 32593/31927/30521</w:t>
        <w:br/>
        <w:t>f 32306/31642/30248 32307/31641/30247 32511/31845/30441</w:t>
        <w:br/>
        <w:t>f 32590/31923/30517 32587/31922/30516 32596/31928/30522</w:t>
        <w:br/>
        <w:t>f 32595/31929/30523 32590/31923/30517 32596/31928/30522</w:t>
        <w:br/>
        <w:t>f 32592/31925/30519 32590/31923/30517 32595/31929/30523</w:t>
        <w:br/>
        <w:t>f 32597/31930/30524 32592/31925/30519 32595/31929/30523</w:t>
        <w:br/>
        <w:t>f 32600/31931/30525 32599/31932/30526 32598/31933/30527</w:t>
        <w:br/>
        <w:t>f 32601/31934/30528 32600/31931/30525 32598/31933/30527</w:t>
        <w:br/>
        <w:t>f 32527/31858/30453 32522/31855/30156 32602/31935/30238</w:t>
        <w:br/>
        <w:t>f 32536/31870/30464 32526/31859/30454 32604/31936/30529</w:t>
        <w:br/>
        <w:t>f 32603/31937/30530 32536/31870/30464 32604/31936/30529</w:t>
        <w:br/>
        <w:t>f 32605/31938/30531 32540/31876/30470 32536/31870/30464</w:t>
        <w:br/>
        <w:t>f 32609/31939/30532 32608/31940/30533 32607/31941/30534</w:t>
        <w:br/>
        <w:t>f 32606/31942/30532 32609/31939/30532 32607/31941/30534</w:t>
        <w:br/>
        <w:t>f 32543/31873/30467 32611/31943/30535 32610/31944/30536</w:t>
        <w:br/>
        <w:t>f 32545/31877/30471 32543/31873/30467 32610/31944/30536</w:t>
        <w:br/>
        <w:t>f 32599/31932/30526 32600/31931/30525 32612/31945/30537</w:t>
        <w:br/>
        <w:t>f 32613/31946/30538 32599/31932/30526 32612/31945/30537</w:t>
        <w:br/>
        <w:t>f 32604/31936/30529 32615/31947/30539 32614/31948/30540</w:t>
        <w:br/>
        <w:t>f 32603/31937/30530 32604/31936/30529 32614/31948/30540</w:t>
        <w:br/>
        <w:t>f 32617/31949/30541 32603/31937/30530 32614/31948/30540</w:t>
        <w:br/>
        <w:t>f 32616/31950/30542 32617/31949/30541 32614/31948/30540</w:t>
        <w:br/>
        <w:t>f 32620/31951/30543 32619/31952/30544 32618/31953/30544</w:t>
        <w:br/>
        <w:t>f 32621/31954/30545 32620/31951/30543 32618/31953/30544</w:t>
        <w:br/>
        <w:t>f 32625/31955/30546 32624/31956/30547 32623/31957/30548</w:t>
        <w:br/>
        <w:t>f 32622/31958/30548 32625/31955/30546 32623/31957/30548</w:t>
        <w:br/>
        <w:t>f 32629/31959/30549 32628/31960/30550 32627/31961/30551</w:t>
        <w:br/>
        <w:t>f 32626/31962/30552 32629/31959/30549 32627/31961/30551</w:t>
        <w:br/>
        <w:t>f 32603/31937/30530 32609/31939/30532 32606/31942/30532</w:t>
        <w:br/>
        <w:t>f 32536/31870/30464 32603/31937/30530 32606/31942/30532</w:t>
        <w:br/>
        <w:t>f 32538/31872/30466 32539/31871/30465 32548/31879/30473</w:t>
        <w:br/>
        <w:t>f 32331/31663/30267 32580/31913/30507 32630/31963/30553</w:t>
        <w:br/>
        <w:t>f 32330/31664/30268 32331/31663/30267 32630/31963/30553</w:t>
        <w:br/>
        <w:t>f 32581/31914/30508 32332/31662/30266 32329/31665/30269</w:t>
        <w:br/>
        <w:t>f 32585/31917/30511 32581/31914/30508 32329/31665/30269</w:t>
        <w:br/>
        <w:t>f 32624/31956/30547 32625/31955/30546 32631/31964/30554</w:t>
        <w:br/>
        <w:t>f 32632/31965/30554 32624/31956/30547 32631/31964/30554</w:t>
        <w:br/>
        <w:t>f 32635/31966/30555 32634/31967/30556 32633/31968/30557</w:t>
        <w:br/>
        <w:t>f 32636/31969/30558 32635/31966/30555 32633/31968/30557</w:t>
        <w:br/>
        <w:t>f 32638/31970/30559 32462/31793/30396 32463/31796/30399</w:t>
        <w:br/>
        <w:t>f 32637/31971/30560 32638/31970/30559 32463/31796/30399</w:t>
        <w:br/>
        <w:t>f 32639/31972/30561 32638/31970/30559 32637/31971/30560</w:t>
        <w:br/>
        <w:t>f 32585/31917/30511 32639/31972/30561 32637/31971/30560</w:t>
        <w:br/>
        <w:t>f 32641/31973/30562 32638/31970/30559 32639/31972/30561</w:t>
        <w:br/>
        <w:t>f 32640/31974/30563 32641/31973/30562 32639/31972/30561</w:t>
        <w:br/>
        <w:t>f 32586/31919/30513 32642/31975/30564 32639/31972/30561</w:t>
        <w:br/>
        <w:t>f 32585/31917/30511 32586/31919/30513 32639/31972/30561</w:t>
        <w:br/>
        <w:t>f 32642/31975/30564 32643/31976/30565 32640/31974/30563</w:t>
        <w:br/>
        <w:t>f 32639/31972/30561 32642/31975/30564 32640/31974/30563</w:t>
        <w:br/>
        <w:t>f 32646/31977/30566 32645/31978/30567 32644/31979/30568</w:t>
        <w:br/>
        <w:t>f 32650/31980/30569 32649/31981/30570 32648/31982/30571</w:t>
        <w:br/>
        <w:t>f 32647/31983/30572 32650/31980/30569 32648/31982/30571</w:t>
        <w:br/>
        <w:t>f 32652/31984/30573 32651/31985/30574 32641/31973/30562</w:t>
        <w:br/>
        <w:t>f 32654/31986/30575 32648/31982/30571 32649/31981/30570</w:t>
        <w:br/>
        <w:t>f 32653/31987/30576 32654/31986/30575 32649/31981/30570</w:t>
        <w:br/>
        <w:t>f 32656/31988/30577 32653/31987/30576 32652/31984/30573</w:t>
        <w:br/>
        <w:t>f 32655/31989/30578 32656/31988/30577 32652/31984/30573</w:t>
        <w:br/>
        <w:t>f 32658/31990/30579 32656/31988/30577 32657/31991/30580</w:t>
        <w:br/>
        <w:t>f 32661/31992/30581 32660/31993/30582 32659/31994/30583</w:t>
        <w:br/>
        <w:t>f 32663/31995/30584 32662/31996/30585 32461/31794/30397</w:t>
        <w:br/>
        <w:t>f 32462/31793/30396 32663/31995/30584 32461/31794/30397</w:t>
        <w:br/>
        <w:t>f 32641/31973/30562 32663/31995/30584 32462/31793/30396</w:t>
        <w:br/>
        <w:t>f 32638/31970/30559 32641/31973/30562 32462/31793/30396</w:t>
        <w:br/>
        <w:t>f 32666/31997/30586 32665/31998/30587 32664/31999/30588</w:t>
        <w:br/>
        <w:t>f 32667/32000/30586 32666/31997/30586 32664/31999/30588</w:t>
        <w:br/>
        <w:t>f 32651/31985/30574 32663/31995/30584 32641/31973/30562</w:t>
        <w:br/>
        <w:t>f 32662/31996/30585 32663/31995/30584 32669/32001/30589</w:t>
        <w:br/>
        <w:t>f 32668/32002/30590 32662/31996/30585 32669/32001/30589</w:t>
        <w:br/>
        <w:t>f 32671/32003/30591 32635/31966/30555 32670/32004/30592</w:t>
        <w:br/>
        <w:t>f 32559/31890/30484 32673/32005/30593 32672/32006/30594</w:t>
        <w:br/>
        <w:t>f 32676/32007/30595 32675/32008/30596 32674/32009/30597</w:t>
        <w:br/>
        <w:t>f 32678/32010/30598 32677/32011/30598 32664/31999/30588</w:t>
        <w:br/>
        <w:t>f 32665/31998/30587 32678/32010/30598 32664/31999/30588</w:t>
        <w:br/>
        <w:t>f 32681/32012/30599 32680/32013/30600 32679/32014/30599</w:t>
        <w:br/>
        <w:t>f 32685/32015/30601 32684/32016/30602 32683/32017/30603</w:t>
        <w:br/>
        <w:t>f 32682/32018/30604 32685/32015/30601 32683/32017/30603</w:t>
        <w:br/>
        <w:t>f 32307/31641/30247 32518/31850/30446 32512/31844/30440</w:t>
        <w:br/>
        <w:t>f 32688/32019/30605 32687/32020/30606 32686/32021/30607</w:t>
        <w:br/>
        <w:t>f 32681/32012/30599 32679/32014/30599 32677/32011/30598</w:t>
        <w:br/>
        <w:t>f 32678/32010/30598 32681/32012/30599 32677/32011/30598</w:t>
        <w:br/>
        <w:t>f 32692/32022/30608 32691/32023/30609 32690/32024/30610</w:t>
        <w:br/>
        <w:t>f 32689/32025/30608 32692/32022/30608 32690/32024/30610</w:t>
        <w:br/>
        <w:t>f 32695/32026/30611 32694/32027/30612 32693/32028/30613</w:t>
        <w:br/>
        <w:t>f 32696/32029/30614 32695/32026/30611 32693/32028/30613</w:t>
        <w:br/>
        <w:t>f 32699/32030/30615 32698/32031/30616 32697/32032/30617</w:t>
        <w:br/>
        <w:t>f 32588/31921/30515 32699/32030/30615 32697/32032/30617</w:t>
        <w:br/>
        <w:t>f 32588/31921/30515 32697/32032/30617 32700/32033/30618</w:t>
        <w:br/>
        <w:t>f 32701/32034/30618 32588/31921/30515 32700/32033/30618</w:t>
        <w:br/>
        <w:t>f 32518/31850/30446 32702/32035/30619 32512/31844/30440</w:t>
        <w:br/>
        <w:t>f 32518/31850/30446 32307/31641/30247 32308/31640/30246</w:t>
        <w:br/>
        <w:t>f 32517/31851/30447 32518/31850/30446 32308/31640/30246</w:t>
        <w:br/>
        <w:t>f 32532/31867/30462 32533/31866/30461 32525/31860/30455</w:t>
        <w:br/>
        <w:t>f 32537/31869/30463 32532/31867/30462 32525/31860/30455</w:t>
        <w:br/>
        <w:t>f 32541/31875/30469 32539/31871/30465 32532/31867/30462</w:t>
        <w:br/>
        <w:t>f 32537/31869/30463 32541/31875/30469 32532/31867/30462</w:t>
        <w:br/>
        <w:t>f 32539/31871/30465 32541/31875/30469 32542/31874/30468</w:t>
        <w:br/>
        <w:t>f 32548/31879/30473 32539/31871/30465 32542/31874/30468</w:t>
        <w:br/>
        <w:t>f 32548/31879/30473 32542/31874/30468 32544/31878/30472</w:t>
        <w:br/>
        <w:t>f 32547/31880/30474 32548/31879/30473 32544/31878/30472</w:t>
        <w:br/>
        <w:t>f 32630/31963/30553 32704/32036/30620 32703/32037/30621</w:t>
        <w:br/>
        <w:t>f 32706/32038/30622 32705/32039/30623 32630/31963/30553</w:t>
        <w:br/>
        <w:t>f 32703/32037/30621 32706/32038/30622 32630/31963/30553</w:t>
        <w:br/>
        <w:t>f 32698/32031/30624 32706/32038/30625 32707/32040/30626</w:t>
        <w:br/>
        <w:t>f 32708/32041/30626 32698/32031/30624 32707/32040/30626</w:t>
        <w:br/>
        <w:t>f 32711/32042/30627 32710/32043/30628 32709/32044/30629</w:t>
        <w:br/>
        <w:t>f 32712/32045/30630 32711/32042/30627 32709/32044/30629</w:t>
        <w:br/>
        <w:t>f 32714/32046/30631 32713/32047/30632 32587/31922/30516</w:t>
        <w:br/>
        <w:t>f 32715/32048/30633 32714/32046/30631 32587/31922/30516</w:t>
        <w:br/>
        <w:t>f 32717/32049/30634 32716/32050/30634 32715/32048/30633</w:t>
        <w:br/>
        <w:t>f 32587/31922/30516 32717/32049/30634 32715/32048/30633</w:t>
        <w:br/>
        <w:t>f 32719/32051/30635 32718/32052/30636 32533/31866/30461</w:t>
        <w:br/>
        <w:t>f 32534/31865/30460 32719/32051/30635 32533/31866/30461</w:t>
        <w:br/>
        <w:t>f 32722/32053/30637 32721/32054/30638 32720/32055/30637</w:t>
        <w:br/>
        <w:t>f 32725/32056/30639 32724/32057/30640 32723/32058/30641</w:t>
        <w:br/>
        <w:t>f 32726/32059/30642 32725/32056/30639 32723/32058/30641</w:t>
        <w:br/>
        <w:t>f 32728/32060/30643 32727/32061/30644 32694/32027/30612</w:t>
        <w:br/>
        <w:t>f 32695/32026/30611 32728/32060/30643 32694/32027/30612</w:t>
        <w:br/>
        <w:t>f 32589/31920/30514 32591/31924/30518 32586/31919/30513</w:t>
        <w:br/>
        <w:t>f 32584/31918/30512 32589/31920/30514 32586/31919/30513</w:t>
        <w:br/>
        <w:t>f 32588/31921/30515 32589/31920/30514 32584/31918/30512</w:t>
        <w:br/>
        <w:t>f 32699/32030/30615 32588/31921/30515 32584/31918/30512</w:t>
        <w:br/>
        <w:t>f 32731/32062/30645 32730/32063/30646 32729/32064/30647</w:t>
        <w:br/>
        <w:t>f 32732/32065/30648 32731/32062/30645 32729/32064/30647</w:t>
        <w:br/>
        <w:t>f 32545/31877/30471 32610/31944/30536 32731/32062/30645</w:t>
        <w:br/>
        <w:t>f 32732/32065/30648 32545/31877/30471 32731/32062/30645</w:t>
        <w:br/>
        <w:t>f 32735/32066/30649 32734/32067/30650 32733/32068/30651</w:t>
        <w:br/>
        <w:t>f 32738/32069/30652 32737/32070/30653 32736/32071/30654</w:t>
        <w:br/>
        <w:t>f 32742/32072/30655 32741/32073/30656 32740/32074/30657</w:t>
        <w:br/>
        <w:t>f 32739/32075/30658 32742/32072/30655 32740/32074/30657</w:t>
        <w:br/>
        <w:t>f 32744/32076/30659 32743/32077/30660 32740/32074/30657</w:t>
        <w:br/>
        <w:t>f 32741/32073/30656 32744/32076/30659 32740/32074/30657</w:t>
        <w:br/>
        <w:t>f 32746/32078/30661 32370/31703/30307 32745/32079/30662</w:t>
        <w:br/>
        <w:t>f 32749/32080/30663 32748/32081/30664 32747/32082/30665</w:t>
        <w:br/>
        <w:t>f 32749/32080/30663 32751/32083/30666 32750/32084/30667</w:t>
        <w:br/>
        <w:t>f 32387/31721/30325 32752/32085/30668 32751/32083/30666</w:t>
        <w:br/>
        <w:t>f 32753/32086/30669 32387/31721/30325 32751/32083/30666</w:t>
        <w:br/>
        <w:t>f 32756/32087/30670 32755/32088/30671 32754/32089/30672</w:t>
        <w:br/>
        <w:t>f 32758/32090/30673 32757/32091/30674 32752/32085/30668</w:t>
        <w:br/>
        <w:t>f 32387/31721/30325 32758/32090/30673 32752/32085/30668</w:t>
        <w:br/>
        <w:t>f 32761/32092/30675 32760/32093/30676 32759/32094/30677</w:t>
        <w:br/>
        <w:t>f 32762/32095/30678 32388/31720/30324 32380/31712/30316</w:t>
        <w:br/>
        <w:t>f 32763/32096/30679 32762/32095/30678 32380/31712/30316</w:t>
        <w:br/>
        <w:t>f 32402/31736/30340 32765/32097/30680 32764/32098/30681</w:t>
        <w:br/>
        <w:t>f 32400/31734/30338 32402/31736/30340 32764/32098/30681</w:t>
        <w:br/>
        <w:t>f 32404/31737/30341 32405/31738/30342 32767/32099/30682</w:t>
        <w:br/>
        <w:t>f 32766/32100/29592 32404/31737/30341 32767/32099/30682</w:t>
        <w:br/>
        <w:t>f 32404/31737/30341 32766/32100/29592 32768/32101/30683</w:t>
        <w:br/>
        <w:t>f 32406/31739/30343 32404/31737/30341 32768/32101/30683</w:t>
        <w:br/>
        <w:t>f 32402/31736/30340 32408/31741/30345 32769/32102/30684</w:t>
        <w:br/>
        <w:t>f 32765/32097/30680 32402/31736/30340 32769/32102/30684</w:t>
        <w:br/>
        <w:t>f 32406/31739/30343 32768/32101/30683 32770/32103/30685</w:t>
        <w:br/>
        <w:t>f 32410/31742/30346 32406/31739/30343 32770/32103/30685</w:t>
        <w:br/>
        <w:t>f 32408/31741/30345 32411/31744/30348 32416/31751/30355</w:t>
        <w:br/>
        <w:t>f 32769/32102/30684 32408/31741/30345 32416/31751/30355</w:t>
        <w:br/>
        <w:t>f 32409/31743/30347 32410/31742/30346 32771/32104/30686</w:t>
        <w:br/>
        <w:t>f 32772/32105/30687 32409/31743/30347 32771/32104/30686</w:t>
        <w:br/>
        <w:t>f 32415/31748/30352 32774/32106/30688 32773/32107/30689</w:t>
        <w:br/>
        <w:t>f 32778/32108/30690 32777/32109/30691 32776/32110/30692</w:t>
        <w:br/>
        <w:t>f 32775/32111/30693 32778/32108/30690 32776/32110/30692</w:t>
        <w:br/>
        <w:t>f 32409/31743/30347 32772/32105/30687 32418/31749/30353</w:t>
        <w:br/>
        <w:t>f 32411/31744/30348 32409/31743/30347 32418/31749/30353</w:t>
        <w:br/>
        <w:t>f 32779/32112/30694 32424/31758/30361 32425/31757/30360</w:t>
        <w:br/>
        <w:t>f 30934/30932/29590 30932/30934/29592 32780/32113/30682</w:t>
        <w:br/>
        <w:t>f 32431/31764/30367 30934/30932/29590 32780/32113/30682</w:t>
        <w:br/>
        <w:t>f 32428/31761/30364 32782/32114/30695 32781/32115/30696</w:t>
        <w:br/>
        <w:t>f 32433/31765/30368 32428/31761/30364 32781/32115/30696</w:t>
        <w:br/>
        <w:t>f 30933/30933/29591 32784/32116/30697 32783/32117/30698</w:t>
        <w:br/>
        <w:t>f 32433/31765/30368 32781/32115/30696 32785/32118/30699</w:t>
        <w:br/>
        <w:t>f 32435/31767/30370 32433/31765/30368 32785/32118/30699</w:t>
        <w:br/>
        <w:t>f 30933/30933/29591 32436/31769/30372 32786/32119/30700</w:t>
        <w:br/>
        <w:t>f 32784/32116/30697 30933/30933/29591 32786/32119/30700</w:t>
        <w:br/>
        <w:t>f 32435/31767/30370 32785/32118/30699 32787/32120/30701</w:t>
        <w:br/>
        <w:t>f 32438/31770/30373 32435/31767/30370 32787/32120/30701</w:t>
        <w:br/>
        <w:t>f 32436/31769/30372 32439/31772/30375 32445/31780/30383</w:t>
        <w:br/>
        <w:t>f 32786/32119/30700 32436/31769/30372 32445/31780/30383</w:t>
        <w:br/>
        <w:t>f 32789/32121/30702 32788/32122/30703 32437/31771/30374</w:t>
        <w:br/>
        <w:t>f 32438/31770/30373 32789/32121/30702 32437/31771/30374</w:t>
        <w:br/>
        <w:t>f 32443/31776/30379 32791/32123/30704 32790/32124/30705</w:t>
        <w:br/>
        <w:t>f 32794/32125/30706 32793/32126/30707 32792/32127/30708</w:t>
        <w:br/>
        <w:t>f 32795/32128/30709 32794/32125/30706 32792/32127/30708</w:t>
        <w:br/>
        <w:t>f 32437/31771/30374 32788/32122/30703 32447/31778/30381</w:t>
        <w:br/>
        <w:t>f 32439/31772/30375 32437/31771/30374 32447/31778/30381</w:t>
        <w:br/>
        <w:t>f 32425/31757/30360 32449/31782/30385 32797/32129/30710</w:t>
        <w:br/>
        <w:t>f 32796/32130/30711 32425/31757/30360 32797/32129/30710</w:t>
        <w:br/>
        <w:t>f 32600/31931/30525 32799/32131/30712 32798/32132/30713</w:t>
        <w:br/>
        <w:t>f 32612/31945/30537 32600/31931/30525 32798/32132/30713</w:t>
        <w:br/>
        <w:t>f 32601/31934/30528 32800/32133/30714 32799/32131/30712</w:t>
        <w:br/>
        <w:t>f 32600/31931/30525 32601/31934/30528 32799/32131/30712</w:t>
        <w:br/>
        <w:t>f 32800/32133/30714 32802/32134/30715 32801/32135/30716</w:t>
        <w:br/>
        <w:t>f 32799/32131/30712 32800/32133/30714 32801/32135/30716</w:t>
        <w:br/>
        <w:t>f 32802/32134/30715 32804/32136/30717 32803/32137/30718</w:t>
        <w:br/>
        <w:t>f 32801/32135/30716 32802/32134/30715 32803/32137/30718</w:t>
        <w:br/>
        <w:t>f 32807/32138/30719 32806/32139/30720 32805/32140/30719</w:t>
        <w:br/>
        <w:t>f 32736/32071/30654 32737/32070/30653 32808/32141/30721</w:t>
        <w:br/>
        <w:t>f 32711/32042/30627 32695/32026/30611 32696/32029/30614</w:t>
        <w:br/>
        <w:t>f 32809/32142/30722 32711/32042/30627 32696/32029/30614</w:t>
        <w:br/>
        <w:t>f 32710/32043/30628 32711/32042/30627 32809/32142/30722</w:t>
        <w:br/>
        <w:t>f 32810/32143/30639 32710/32043/30628 32809/32142/30722</w:t>
        <w:br/>
        <w:t>f 32718/32052/30636 32520/31853/30449 32521/31856/30451</w:t>
        <w:br/>
        <w:t>f 32528/31861/30456 32718/32052/30636 32521/31856/30451</w:t>
        <w:br/>
        <w:t>f 32814/32144/30723 32813/32145/30724 32812/32146/30725</w:t>
        <w:br/>
        <w:t>f 32811/32147/30726 32814/32144/30723 32812/32146/30725</w:t>
        <w:br/>
        <w:t>f 32817/32148/30604 32816/32149/30727 32812/32146/30725</w:t>
        <w:br/>
        <w:t>f 32815/32150/30728 32817/32148/30604 32812/32146/30725</w:t>
        <w:br/>
        <w:t>f 32820/32151/30729 32819/32152/30730 32818/32153/30731</w:t>
        <w:br/>
        <w:t>f 32524/31857/30452 32521/31856/30451 32520/31853/30449</w:t>
        <w:br/>
        <w:t>f 32286/31619/30226 32524/31857/30452 32520/31853/30449</w:t>
        <w:br/>
        <w:t>f 32813/32145/30724 32821/32154/30732 32815/32150/30728</w:t>
        <w:br/>
        <w:t>f 32812/32146/30725 32813/32145/30724 32815/32150/30728</w:t>
        <w:br/>
        <w:t>f 32823/32155/30733 32817/32148/30604 32815/32150/30728</w:t>
        <w:br/>
        <w:t>f 32822/32156/30734 32823/32155/30733 32815/32150/30728</w:t>
        <w:br/>
        <w:t>f 32827/32157/30658 32826/32158/30657 32825/32159/30735</w:t>
        <w:br/>
        <w:t>f 32824/32160/30736 32827/32157/30658 32825/32159/30735</w:t>
        <w:br/>
        <w:t>f 32826/32158/30657 32829/32161/30660 32828/32162/30737</w:t>
        <w:br/>
        <w:t>f 32825/32159/30735 32826/32158/30657 32828/32162/30737</w:t>
        <w:br/>
        <w:t>f 32821/32154/30732 32696/32029/30614 32822/32156/30734</w:t>
        <w:br/>
        <w:t>f 32815/32150/30728 32821/32154/30732 32822/32156/30734</w:t>
        <w:br/>
        <w:t>f 32833/32163/30738 32832/32164/30739 32831/32165/30740</w:t>
        <w:br/>
        <w:t>f 32830/32166/30741 32833/32163/30738 32831/32165/30740</w:t>
        <w:br/>
        <w:t>f 32836/32167/30742 32835/32168/30743 32834/32169/30744</w:t>
        <w:br/>
        <w:t>f 32837/32170/30745 32836/32167/30742 32834/32169/30744</w:t>
        <w:br/>
        <w:t>f 32832/32164/30739 32839/32171/30746 32838/32172/30747</w:t>
        <w:br/>
        <w:t>f 32831/32165/30740 32832/32164/30739 32838/32172/30747</w:t>
        <w:br/>
        <w:t>f 32843/32173/30748 32842/32174/30749 32841/32175/30750</w:t>
        <w:br/>
        <w:t>f 32840/32176/30751 32843/32173/30748 32841/32175/30750</w:t>
        <w:br/>
        <w:t>f 32840/32176/30751 32841/32175/30750 32845/32177/30752</w:t>
        <w:br/>
        <w:t>f 32844/32178/30753 32840/32176/30751 32845/32177/30752</w:t>
        <w:br/>
        <w:t>f 32848/32179/30754 32847/32180/30755 32846/32181/30756</w:t>
        <w:br/>
        <w:t>f 32849/32182/30757 32848/32179/30754 32846/32181/30756</w:t>
        <w:br/>
        <w:t>f 32642/31975/30564 32586/31919/30513 32850/32183/30758</w:t>
        <w:br/>
        <w:t>f 32837/32170/30745 32642/31975/30564 32850/32183/30758</w:t>
        <w:br/>
        <w:t>f 32643/31976/30565 32642/31975/30564 32837/32170/30745</w:t>
        <w:br/>
        <w:t>f 32834/32169/30744 32643/31976/30565 32837/32170/30745</w:t>
        <w:br/>
        <w:t>f 32830/32166/30741 32831/32165/30740 32851/32184/30759</w:t>
        <w:br/>
        <w:t>f 32852/32185/30760 32830/32166/30741 32851/32184/30759</w:t>
        <w:br/>
        <w:t>f 32856/32186/30761 32855/32187/30762 32854/32188/30763</w:t>
        <w:br/>
        <w:t>f 32853/32189/30764 32856/32186/30761 32854/32188/30763</w:t>
        <w:br/>
        <w:t>f 32743/32077/30660 32744/32076/30659 32858/32190/30765</w:t>
        <w:br/>
        <w:t>f 32857/32191/30766 32743/32077/30660 32858/32190/30765</w:t>
        <w:br/>
        <w:t>f 32846/32181/30756 32847/32180/30755 32859/32192/30767</w:t>
        <w:br/>
        <w:t>f 32853/32189/30764 32854/32188/30763 32861/32193/30766</w:t>
        <w:br/>
        <w:t>f 32860/32194/30768 32853/32189/30764 32861/32193/30766</w:t>
        <w:br/>
        <w:t>f 32854/32188/30763 32828/32162/30737 32829/32161/30660</w:t>
        <w:br/>
        <w:t>f 32861/32193/30766 32854/32188/30763 32829/32161/30660</w:t>
        <w:br/>
        <w:t>f 32863/32195/30769 32857/32191/30766 32858/32190/30765</w:t>
        <w:br/>
        <w:t>f 32862/32196/30770 32863/32195/30769 32858/32190/30765</w:t>
        <w:br/>
        <w:t>f 32867/32197/30771 32866/32198/30772 32865/32199/30773</w:t>
        <w:br/>
        <w:t>f 32864/32200/30774 32867/32197/30771 32865/32199/30773</w:t>
        <w:br/>
        <w:t>f 32855/32187/30762 32823/32155/30733 32828/32162/30737</w:t>
        <w:br/>
        <w:t>f 32854/32188/30763 32855/32187/30762 32828/32162/30737</w:t>
        <w:br/>
        <w:t>f 32646/31977/30566 32644/31979/30568 32634/31967/30556</w:t>
        <w:br/>
        <w:t>f 32647/31983/30572 32869/32201/30775 32868/32202/30776</w:t>
        <w:br/>
        <w:t>f 32870/32203/30777 32647/31983/30572 32868/32202/30776</w:t>
        <w:br/>
        <w:t>f 32647/31983/30572 32648/31982/30571 32871/32204/30778</w:t>
        <w:br/>
        <w:t>f 32869/32201/30775 32647/31983/30572 32871/32204/30778</w:t>
        <w:br/>
        <w:t>f 32648/31982/30571 32654/31986/30575 32872/32205/30779</w:t>
        <w:br/>
        <w:t>f 32871/32204/30778 32648/31982/30571 32872/32205/30779</w:t>
        <w:br/>
        <w:t>f 32873/32206/30780 32658/31990/30579 32657/31991/30580</w:t>
        <w:br/>
        <w:t>f 32659/31994/30583 32660/31993/30582 32874/32207/30781</w:t>
        <w:br/>
        <w:t>f 32877/32208/30782 32876/32209/30783 32875/32210/30784</w:t>
        <w:br/>
        <w:t>f 32880/32211/30785 32879/32212/30786 32878/32213/30787</w:t>
        <w:br/>
        <w:t>f 32881/32214/30788 32880/32211/30785 32878/32213/30787</w:t>
        <w:br/>
        <w:t>f 32346/31678/30282 32882/32215/30789 32454/31789/30392</w:t>
        <w:br/>
        <w:t>f 32345/31679/30283 32346/31678/30282 32454/31789/30392</w:t>
        <w:br/>
        <w:t>f 32879/32212/30786 32880/32211/30785 32883/32216/30790</w:t>
        <w:br/>
        <w:t>f 32884/32217/30791 32879/32212/30786 32883/32216/30790</w:t>
        <w:br/>
        <w:t>f 32888/32218/30792 32887/32219/30793 32886/32220/30794</w:t>
        <w:br/>
        <w:t>f 32885/32221/30795 32888/32218/30792 32886/32220/30794</w:t>
        <w:br/>
        <w:t>f 32777/32109/30691 32890/32222/30796 32889/32223/30796</w:t>
        <w:br/>
        <w:t>f 32776/32110/30692 32777/32109/30691 32889/32223/30796</w:t>
        <w:br/>
        <w:t>f 32893/32224/30797 32892/32225/30798 32891/32226/30799</w:t>
        <w:br/>
        <w:t>f 32894/32227/30799 32893/32224/30797 32891/32226/30799</w:t>
        <w:br/>
        <w:t>f 32897/32228/30800 32896/32229/30801 32895/32230/30801</w:t>
        <w:br/>
        <w:t>f 32900/32231/30802 32899/32232/30803 32898/32233/30804</w:t>
        <w:br/>
        <w:t>f 32902/32234/30805 32901/32235/30806 32892/32225/30798</w:t>
        <w:br/>
        <w:t>f 32893/32224/30797 32902/32234/30805 32892/32225/30798</w:t>
        <w:br/>
        <w:t>f 32905/32236/30807 32904/32237/30808 32903/32238/30809</w:t>
        <w:br/>
        <w:t>f 32906/32239/30707 32905/32236/30807 32903/32238/30809</w:t>
        <w:br/>
        <w:t>f 32908/32240/30810 32907/32241/30811 32903/32238/30809</w:t>
        <w:br/>
        <w:t>f 32904/32237/30808 32908/32240/30810 32903/32238/30809</w:t>
        <w:br/>
        <w:t>f 32911/32242/30812 32910/32243/30813 32909/32244/30814</w:t>
        <w:br/>
        <w:t>f 32912/32245/30815 32910/32243/30813 32911/32242/30812</w:t>
        <w:br/>
        <w:t>f 32906/32239/30707 32903/32238/30809 32913/32246/30816</w:t>
        <w:br/>
        <w:t>f 32914/32247/30708 32906/32239/30707 32913/32246/30816</w:t>
        <w:br/>
        <w:t>f 32907/32241/30811 32915/32248/30817 32913/32246/30816</w:t>
        <w:br/>
        <w:t>f 32903/32238/30809 32907/32241/30811 32913/32246/30816</w:t>
        <w:br/>
        <w:t>f 32429/31760/30363 32916/32249/30818 32782/32114/30695</w:t>
        <w:br/>
        <w:t>f 32428/31761/30364 32429/31760/30363 32782/32114/30695</w:t>
        <w:br/>
        <w:t>f 32917/32250/30819 32429/31760/30363 32430/31763/30366</w:t>
        <w:br/>
        <w:t>f 32429/31760/30363 32917/32250/30819 32779/32112/30820</w:t>
        <w:br/>
        <w:t>f 32916/32249/30818 32429/31760/30363 32779/32112/30820</w:t>
        <w:br/>
        <w:t>f 32422/31755/30359 32431/31764/30367 32780/32113/30682</w:t>
        <w:br/>
        <w:t>f 32423/31754/30358 32430/31763/30366 32431/31764/30367</w:t>
        <w:br/>
        <w:t>f 32422/31755/30359 32423/31754/30358 32431/31764/30367</w:t>
        <w:br/>
        <w:t>f 32672/32006/30594 32918/32251/30821 32583/31915/30509</w:t>
        <w:br/>
        <w:t>f 32919/32252/30822 32583/31915/30509 32918/32251/30821</w:t>
        <w:br/>
        <w:t>f 32313/31646/30252 32921/32253/30823 32920/32254/30824</w:t>
        <w:br/>
        <w:t>f 32312/31643/30249 32313/31646/30252 32920/32254/30824</w:t>
        <w:br/>
        <w:t>f 32925/32255/30825 32924/32256/30826 32923/32257/30826</w:t>
        <w:br/>
        <w:t>f 32922/32258/30827 32925/32255/30825 32923/32257/30826</w:t>
        <w:br/>
        <w:t>f 32602/31935/30238 32926/32259/30828 32615/31947/30539</w:t>
        <w:br/>
        <w:t>f 32604/31936/30529 32602/31935/30238 32615/31947/30539</w:t>
        <w:br/>
        <w:t>f 32928/32260/30829 32927/32261/30830 32560/31895/30489</w:t>
        <w:br/>
        <w:t>f 32929/32262/30831 32928/32260/30829 32560/31895/30489</w:t>
        <w:br/>
        <w:t>f 32796/32130/30711 32779/32112/30694 32425/31757/30360</w:t>
        <w:br/>
        <w:t>f 32930/32263/30832 32927/32261/30830 32673/32005/30593</w:t>
        <w:br/>
        <w:t>f 32931/32264/30833 32930/32263/30832 32673/32005/30593</w:t>
        <w:br/>
        <w:t>f 32523/31854/30450 32932/32265/30834 32522/31855/30156</w:t>
        <w:br/>
        <w:t>f 32934/32266/30835 32920/32254/30824 32921/32253/30823</w:t>
        <w:br/>
        <w:t>f 32933/32267/30836 32934/32266/30835 32921/32253/30823</w:t>
        <w:br/>
        <w:t>f 32936/32268/30837 32870/32203/30777 32935/32269/30838</w:t>
        <w:br/>
        <w:t>f 32646/31977/30566 32936/32268/30837 32935/32269/30838</w:t>
        <w:br/>
        <w:t>f 32564/31899/30493 32571/31903/30497 32572/31908/30502</w:t>
        <w:br/>
        <w:t>f 32573/31907/30501 32564/31899/30493 32572/31908/30502</w:t>
        <w:br/>
        <w:t>f 32577/31909/30503 32334/31667/30271 32331/31663/30267</w:t>
        <w:br/>
        <w:t>f 32332/31662/30266 32577/31909/30503 32331/31663/30267</w:t>
        <w:br/>
        <w:t>f 32698/32031/30616 32699/32030/30615 32330/31664/30268</w:t>
        <w:br/>
        <w:t>f 32630/31963/30553 32698/32031/30616 32330/31664/30268</w:t>
        <w:br/>
        <w:t>f 32329/31665/30269 32330/31664/30268 32699/32030/30615</w:t>
        <w:br/>
        <w:t>f 32584/31918/30512 32329/31665/30269 32699/32030/30615</w:t>
        <w:br/>
        <w:t>f 32937/32270/30839 32392/31722/30326 32389/31725/30329</w:t>
        <w:br/>
        <w:t>f 32938/32271/30840 32391/31723/30327 32392/31722/30326</w:t>
        <w:br/>
        <w:t>f 32397/31732/30336 32938/32271/30840 32392/31722/30326</w:t>
        <w:br/>
        <w:t>f 32390/31724/30328 32391/31723/30327 32405/31738/30342</w:t>
        <w:br/>
        <w:t>f 32401/31733/30337 32390/31724/30328 32405/31738/30342</w:t>
        <w:br/>
        <w:t>f 32939/32272/30841 32767/32099/30682 32405/31738/30342</w:t>
        <w:br/>
        <w:t>f 32391/31723/30327 32939/32272/30841 32405/31738/30342</w:t>
        <w:br/>
        <w:t>f 32448/31781/30384 32449/31782/30385 32426/31759/30362</w:t>
        <w:br/>
        <w:t>f 32392/31722/30326 32940/32273/30842 32399/31730/30334</w:t>
        <w:br/>
        <w:t>f 32942/32274/30843 32882/32215/30789 32941/32275/30844</w:t>
        <w:br/>
        <w:t>f 32945/32276/30845 32944/32277/30846 32943/32278/30846</w:t>
        <w:br/>
        <w:t>f 32946/32279/30847 32945/32276/30845 32943/32278/30846</w:t>
        <w:br/>
        <w:t>f 32950/32280/30848 32949/32281/30849 32948/32282/30850</w:t>
        <w:br/>
        <w:t>f 32947/32283/30850 32950/32280/30848 32948/32282/30850</w:t>
        <w:br/>
        <w:t>f 32349/31681/30285 32350/31680/30284 32341/31677/30281</w:t>
        <w:br/>
        <w:t>f 32342/31676/30280 32349/31681/30285 32341/31677/30281</w:t>
        <w:br/>
        <w:t>f 32695/32026/30611 32711/32042/30627 32712/32045/30630</w:t>
        <w:br/>
        <w:t>f 32728/32060/30643 32695/32026/30611 32712/32045/30630</w:t>
        <w:br/>
        <w:t>f 32804/32136/30717 32628/31960/30550 32629/31959/30549</w:t>
        <w:br/>
        <w:t>f 32537/31869/30463 32536/31870/30464 32540/31876/30470</w:t>
        <w:br/>
        <w:t>f 32541/31875/30469 32537/31869/30463 32540/31876/30470</w:t>
        <w:br/>
        <w:t>f 32605/31938/30531 32611/31943/30535 32543/31873/30467</w:t>
        <w:br/>
        <w:t>f 32540/31876/30470 32605/31938/30531 32543/31873/30467</w:t>
        <w:br/>
        <w:t>f 32632/31965/30554 32631/31964/30554 32951/32284/30851</w:t>
        <w:br/>
        <w:t>f 32954/32285/30852 32953/32286/30853 32952/32287/30854</w:t>
        <w:br/>
        <w:t>f 32955/32288/30855 32550/31886/30480 32555/31888/30482</w:t>
        <w:br/>
        <w:t>f 32554/31887/30481 32955/32288/30855 32555/31888/30482</w:t>
        <w:br/>
        <w:t>f 32957/32289/30856 32956/32290/30857 32729/32064/30647</w:t>
        <w:br/>
        <w:t>f 32730/32063/30646 32957/32289/30856 32729/32064/30647</w:t>
        <w:br/>
        <w:t>f 32958/32291/30858 32599/31932/30526 32613/31946/30538</w:t>
        <w:br/>
        <w:t>f 32959/32292/30859 32958/32291/30858 32613/31946/30538</w:t>
        <w:br/>
        <w:t>f 32960/32293/30860 32598/31933/30527 32599/31932/30526</w:t>
        <w:br/>
        <w:t>f 32958/32291/30858 32960/32293/30860 32599/31932/30526</w:t>
        <w:br/>
        <w:t>f 32544/31878/30472 32545/31877/30471 32732/32065/30648</w:t>
        <w:br/>
        <w:t>f 32554/31887/30481 32544/31878/30472 32732/32065/30648</w:t>
        <w:br/>
        <w:t>f 32963/32294/30861 32962/32295/30862 32961/32296/30861</w:t>
        <w:br/>
        <w:t>f 32965/32297/30863 32964/32298/30864 32818/32153/30731</w:t>
        <w:br/>
        <w:t>f 32816/32149/30727 32966/32299/30865 32811/32147/30726</w:t>
        <w:br/>
        <w:t>f 32812/32146/30725 32816/32149/30727 32811/32147/30726</w:t>
        <w:br/>
        <w:t>f 32968/32300/30865 32683/32017/30603 32684/32016/30602</w:t>
        <w:br/>
        <w:t>f 32967/32301/30866 32968/32300/30865 32684/32016/30602</w:t>
        <w:br/>
        <w:t>f 32971/32302/30867 32970/32303/30868 32969/32304/30869</w:t>
        <w:br/>
        <w:t>f 32972/32305/30870 32840/32176/30751 32844/32178/30753</w:t>
        <w:br/>
        <w:t>f 32972/32305/30870 32843/32173/30748 32840/32176/30751</w:t>
        <w:br/>
        <w:t>f 32973/32306/30871 32831/32165/30740 32838/32172/30747</w:t>
        <w:br/>
        <w:t>f 32866/32198/30772 32867/32197/30771 32974/32307/30872</w:t>
        <w:br/>
        <w:t>f 32975/32308/30872 32866/32198/30772 32974/32307/30872</w:t>
        <w:br/>
        <w:t>f 32976/32309/30873 32833/32163/30738 32830/32166/30741</w:t>
        <w:br/>
        <w:t>f 32852/32185/30760 32976/32309/30873 32830/32166/30741</w:t>
        <w:br/>
        <w:t>f 32979/32310/30874 32978/32311/30875 32977/32312/30876</w:t>
        <w:br/>
        <w:t>f 32980/32313/30877 32979/32310/30874 32977/32312/30876</w:t>
        <w:br/>
        <w:t>f 32983/32314/30878 32982/32315/30879 32981/32316/30880</w:t>
        <w:br/>
        <w:t>f 32985/32317/30881 32888/32218/30792 32885/32221/30795</w:t>
        <w:br/>
        <w:t>f 32984/32318/30882 32985/32317/30881 32885/32221/30795</w:t>
        <w:br/>
        <w:t>f 32987/32319/30883 32375/31707/30311 32886/32220/30794</w:t>
        <w:br/>
        <w:t>f 32986/32320/30884 32987/32319/30883 32886/32220/30794</w:t>
        <w:br/>
        <w:t>f 32985/32317/30881 32984/32318/30882 32988/32321/30885</w:t>
        <w:br/>
        <w:t>f 32989/32322/30886 32211/31544/30153 32206/31539/30148</w:t>
        <w:br/>
        <w:t>f 32990/32323/30887 32989/32322/30886 32206/31539/30148</w:t>
        <w:br/>
        <w:t>f 32993/32324/30174 32264/31600/30209 32992/32325/30888</w:t>
        <w:br/>
        <w:t>f 32991/32326/30889 32993/32324/30174 32992/32325/30888</w:t>
        <w:br/>
        <w:t>f 32996/32327/30890 32229/31561/30170 32995/32328/30891</w:t>
        <w:br/>
        <w:t>f 32994/32329/30892 32996/32327/30890 32995/32328/30891</w:t>
        <w:br/>
        <w:t>f 33000/32330/30893 32999/32331/30894 32998/32332/30895</w:t>
        <w:br/>
        <w:t>f 32997/32333/30896 33000/32330/30893 32998/32332/30895</w:t>
        <w:br/>
        <w:t>f 32244/31578/30187 32245/31577/30186 33001/32334/30897</w:t>
        <w:br/>
        <w:t>f 33002/32335/30898 32244/31578/30187 33001/32334/30897</w:t>
        <w:br/>
        <w:t>f 33002/32335/30898 33001/32334/30897 32989/32322/30886</w:t>
        <w:br/>
        <w:t>f 32990/32323/30887 33002/32335/30898 32989/32322/30886</w:t>
        <w:br/>
        <w:t>f 32500/31831/30430 32205/31540/30149 32212/31545/30154</w:t>
        <w:br/>
        <w:t>f 32499/31832/30431 32500/31831/30430 32212/31545/30154</w:t>
        <w:br/>
        <w:t>f 33005/32336/30899 33004/32337/30900 33003/32338/30901</w:t>
        <w:br/>
        <w:t>f 33006/32339/30901 33005/32336/30899 33003/32338/30901</w:t>
        <w:br/>
        <w:t>f 33007/32340/30902 32559/31890/30484 32557/31892/30486</w:t>
        <w:br/>
        <w:t>f 32397/31732/30336 32392/31722/30326 32399/31730/30334</w:t>
        <w:br/>
        <w:t>f 33010/32341/30903 33009/32342/30904 33008/32343/30904</w:t>
        <w:br/>
        <w:t>f 33011/32344/30903 33010/32341/30903 33008/32343/30904</w:t>
        <w:br/>
        <w:t>f 33012/32345/30335 32448/31781/30384 32421/31756/30336</w:t>
        <w:br/>
        <w:t>f 32513/31848/30444 32514/31847/30443 33013/32346/30486</w:t>
        <w:br/>
        <w:t>f 32566/31897/30491 32564/31899/30493 32573/31907/30501</w:t>
        <w:br/>
        <w:t>f 33014/32347/30905 32566/31897/30491 32573/31907/30501</w:t>
        <w:br/>
        <w:t>f 32351/31684/30288 32345/31679/30283 33015/32348/30906</w:t>
        <w:br/>
        <w:t>f 32345/31679/30283 32454/31789/30392 32455/31788/30391</w:t>
        <w:br/>
        <w:t>f 33015/32348/30906 32345/31679/30283 32455/31788/30391</w:t>
        <w:br/>
        <w:t>f 33018/32349/30842 33017/32350/30907 33016/32351/30908</w:t>
        <w:br/>
        <w:t>f 32319/31655/30259 32320/31654/30259 32339/31671/30275</w:t>
        <w:br/>
        <w:t>f 32340/31670/30274 32319/31655/30259 32339/31671/30275</w:t>
        <w:br/>
        <w:t>f 33019/32352/30909 33018/32349/30842 33016/32351/30908</w:t>
        <w:br/>
        <w:t>f 33022/32353/30910 33021/32354/30911 33020/32355/30911</w:t>
        <w:br/>
        <w:t>f 33023/32356/30910 33022/32353/30910 33020/32355/30911</w:t>
        <w:br/>
        <w:t>f 33026/32357/30912 33025/32358/30913 33024/32359/30914</w:t>
        <w:br/>
        <w:t>f 32662/31996/30585 33027/32360/30915 32671/32003/30591</w:t>
        <w:br/>
        <w:t>f 32461/31794/30397 32662/31996/30585 32671/32003/30591</w:t>
        <w:br/>
        <w:t>f 33028/32361/30916 32566/31897/30491 33014/32347/30905</w:t>
        <w:br/>
        <w:t>f 32567/31902/30496 33028/32361/30916 33014/32347/30905</w:t>
        <w:br/>
        <w:t>f 32634/31967/30556 32635/31966/30555 32671/32003/30591</w:t>
        <w:br/>
        <w:t>f 33030/32362/30917 32524/31857/30452 32286/31619/30226</w:t>
        <w:br/>
        <w:t>f 33029/32363/30918 33030/32362/30917 32286/31619/30226</w:t>
        <w:br/>
        <w:t>f 33031/32364/30919 32523/31854/30450 32524/31857/30452</w:t>
        <w:br/>
        <w:t>f 33030/32362/30917 33031/32364/30919 32524/31857/30452</w:t>
        <w:br/>
        <w:t>f 32286/31619/30226 32287/31618/30225 33032/32365/30920</w:t>
        <w:br/>
        <w:t>f 33029/32363/30918 32286/31619/30226 33032/32365/30920</w:t>
        <w:br/>
        <w:t>f 33033/32366/30921 32932/32265/30834 32523/31854/30450</w:t>
        <w:br/>
        <w:t>f 33031/32364/30919 33033/32366/30921 32523/31854/30450</w:t>
        <w:br/>
        <w:t>f 33006/32339/30901 33003/32338/30901 33034/32367/30922</w:t>
        <w:br/>
        <w:t>f 33035/32368/30923 33006/32339/30901 33034/32367/30922</w:t>
        <w:br/>
        <w:t>f 33037/32369/30924 33036/32370/30925 32644/31979/30568</w:t>
        <w:br/>
        <w:t>f 32645/31978/30567 33037/32369/30924 32644/31979/30568</w:t>
        <w:br/>
        <w:t>f 33038/32371/30926 32945/32276/30845 32946/32279/30847</w:t>
        <w:br/>
        <w:t>f 33039/32372/30926 33038/32371/30926 32946/32279/30847</w:t>
        <w:br/>
        <w:t>f 32636/31969/30558 32633/31968/30557 32456/31787/30390</w:t>
        <w:br/>
        <w:t>f 33040/32373/30927 32636/31969/30558 32456/31787/30390</w:t>
        <w:br/>
        <w:t>f 32574/31906/30500 33041/32374/30928 33014/32347/30905</w:t>
        <w:br/>
        <w:t>f 32573/31907/30501 32574/31906/30500 33014/32347/30905</w:t>
        <w:br/>
        <w:t>f 32634/31967/30556 32644/31979/30568 33036/32370/30925</w:t>
        <w:br/>
        <w:t>f 32633/31968/30557 32634/31967/30556 33036/32370/30925</w:t>
        <w:br/>
        <w:t>f 32470/31802/30405 33042/32375/30929 32469/31803/30406</w:t>
        <w:br/>
        <w:t>f 33044/32376/30930 33043/32377/30931 32645/31978/30567</w:t>
        <w:br/>
        <w:t>f 33037/32369/30924 33045/32378/30932 32674/32009/30597</w:t>
        <w:br/>
        <w:t>f 32518/31850/30446 32515/31846/30442 32516/31849/30445</w:t>
        <w:br/>
        <w:t>f 32702/32035/30619 32518/31850/30446 32516/31849/30445</w:t>
        <w:br/>
        <w:t>f 32396/31728/30332 32937/32270/30839 32389/31725/30329</w:t>
        <w:br/>
        <w:t>f 32514/31847/30443 32515/31846/30442 32519/31852/30448</w:t>
        <w:br/>
        <w:t>f 33046/32379/30933 32514/31847/30443 32519/31852/30448</w:t>
        <w:br/>
        <w:t>f 32313/31646/30252 32310/31645/30251 32519/31852/30448</w:t>
        <w:br/>
        <w:t>f 32310/31645/30251 33046/32379/30933 32519/31852/30448</w:t>
        <w:br/>
        <w:t>f 32931/32264/30833 32673/32005/30593 32559/31890/30484</w:t>
        <w:br/>
        <w:t>f 33007/32340/30902 32931/32264/30833 32559/31890/30484</w:t>
        <w:br/>
        <w:t>f 32328/31660/30264 32918/32251/30934 32941/32275/30844</w:t>
        <w:br/>
        <w:t>f 32327/31661/30265 32328/31660/30264 32941/32275/30844</w:t>
        <w:br/>
        <w:t>f 32691/32023/30609 32918/32251/30821 32672/32006/30594</w:t>
        <w:br/>
        <w:t>f 32690/32024/30610 32691/32023/30609 32672/32006/30594</w:t>
        <w:br/>
        <w:t>f 32517/31851/30447 32308/31640/30246 32921/32253/30823</w:t>
        <w:br/>
        <w:t>f 32313/31646/30252 32517/31851/30447 32921/32253/30823</w:t>
        <w:br/>
        <w:t>f 32927/32261/30830 32690/32024/30610 32672/32006/30594</w:t>
        <w:br/>
        <w:t>f 32673/32005/30593 32927/32261/30830 32672/32006/30594</w:t>
        <w:br/>
        <w:t>f 32313/31646/30252 32519/31852/30448 32517/31851/30447</w:t>
        <w:br/>
        <w:t>f 32797/32129/30935 32328/31660/30264 32325/31657/30261</w:t>
        <w:br/>
        <w:t>f 33047/32380/30936 32583/31915/30509 32325/31657/30261</w:t>
        <w:br/>
        <w:t>f 32326/31656/30260 33047/32380/30936 32325/31657/30261</w:t>
        <w:br/>
        <w:t>f 33048/32381/30937 32321/31653/30258 32322/31652/30258</w:t>
        <w:br/>
        <w:t>f 33049/32382/30938 33048/32381/30937 32322/31652/30258</w:t>
        <w:br/>
        <w:t>f 32933/32267/30836 32921/32253/30823 32308/31640/30246</w:t>
        <w:br/>
        <w:t>f 32309/31639/30245 32933/32267/30836 32308/31640/30246</w:t>
        <w:br/>
        <w:t>f 32990/32323/30887 32208/31543/30152 32260/31593/30202</w:t>
        <w:br/>
        <w:t>f 33050/32383/30939 32990/32323/30887 32260/31593/30202</w:t>
        <w:br/>
        <w:t>f 32206/31539/30148 32207/31538/30147 32208/31543/30152</w:t>
        <w:br/>
        <w:t>f 32990/32323/30887 32206/31539/30148 32208/31543/30152</w:t>
        <w:br/>
        <w:t>f 32207/31538/30147 33051/32384/30940 32199/31534/30143</w:t>
        <w:br/>
        <w:t>f 32200/31533/30142 32207/31538/30147 32199/31534/30143</w:t>
        <w:br/>
        <w:t>f 32933/32267/30836 32309/31639/30245 32593/31927/30521</w:t>
        <w:br/>
        <w:t>f 33052/32385/30941 32454/31789/30392 32882/32215/30789</w:t>
        <w:br/>
        <w:t>f 32942/32274/30843 33052/32385/30941 32882/32215/30789</w:t>
        <w:br/>
        <w:t>f 33053/32386/30942 32920/32254/30824 32934/32266/30835</w:t>
        <w:br/>
        <w:t>f 33054/32387/30943 33053/32386/30942 32934/32266/30835</w:t>
        <w:br/>
        <w:t>f 32568/31901/30495 32929/32262/30831 32560/31895/30489</w:t>
        <w:br/>
        <w:t>f 32561/31894/30488 32568/31901/30495 32560/31895/30489</w:t>
        <w:br/>
        <w:t>f 32312/31643/30249 32920/32254/30824 33053/32386/30942</w:t>
        <w:br/>
        <w:t>f 32497/31829/30428 32312/31643/30249 33053/32386/30942</w:t>
        <w:br/>
        <w:t>f 32327/31661/30265 32941/32275/30844 32882/32215/30789</w:t>
        <w:br/>
        <w:t>f 32692/32022/30608 32689/32025/30608 33055/32388/30944</w:t>
        <w:br/>
        <w:t>f 33056/32389/30945 32692/32022/30608 33055/32388/30944</w:t>
        <w:br/>
        <w:t>f 32563/31896/30490 32560/31895/30489 32927/32261/30830</w:t>
        <w:br/>
        <w:t>f 32930/32263/30832 32563/31896/30490 32927/32261/30830</w:t>
        <w:br/>
        <w:t>f 33058/32390/30946 32531/31862/30457 32529/31864/30459</w:t>
        <w:br/>
        <w:t>f 33057/32391/30946 33058/32390/30946 32529/31864/30459</w:t>
        <w:br/>
        <w:t>f 32327/31661/30265 32346/31678/30282 32343/31675/30279</w:t>
        <w:br/>
        <w:t>f 32324/31658/30262 32327/31661/30265 32343/31675/30279</w:t>
        <w:br/>
        <w:t>f 32323/31659/30263 32324/31658/30262 32343/31675/30279</w:t>
        <w:br/>
        <w:t>f 32344/31674/30278 32323/31659/30263 32343/31675/30279</w:t>
        <w:br/>
        <w:t>f 33062/32392/30947 33061/32393/30948 33060/32394/30949</w:t>
        <w:br/>
        <w:t>f 33059/32395/30949 33062/32392/30947 33060/32394/30949</w:t>
        <w:br/>
        <w:t>f 33066/32396/30950 33065/32397/30950 33064/32398/30951</w:t>
        <w:br/>
        <w:t>f 33063/32399/30951 33066/32396/30950 33064/32398/30951</w:t>
        <w:br/>
        <w:t>f 33069/32400/30952 33068/32401/30953 33067/32402/30954</w:t>
        <w:br/>
        <w:t>f 33070/32403/30952 33069/32400/30952 33067/32402/30954</w:t>
        <w:br/>
        <w:t>f 33074/32404/30955 33073/32405/30956 33072/32406/30957</w:t>
        <w:br/>
        <w:t>f 33071/32407/30957 33074/32404/30955 33072/32406/30957</w:t>
        <w:br/>
        <w:t>f 32349/31681/30285 32351/31684/30288 32361/31692/30296</w:t>
        <w:br/>
        <w:t>f 32364/31697/30301 32349/31681/30285 32361/31692/30296</w:t>
        <w:br/>
        <w:t>f 33077/32408/30958 33076/32409/30289 33075/32410/30292</w:t>
        <w:br/>
        <w:t>f 32358/31689/30293 33078/32411/30958 32357/31690/30294</w:t>
        <w:br/>
        <w:t>f 32361/31692/30296 32365/31699/30303 32360/31693/30297</w:t>
        <w:br/>
        <w:t>f 32365/31699/30303 33078/32411/30958 32358/31689/30293</w:t>
        <w:br/>
        <w:t>f 33080/32412/30959 33079/32413/30960 32676/32007/30595</w:t>
        <w:br/>
        <w:t>f 33082/32414/30961 33080/32412/30959 33081/32415/30962</w:t>
        <w:br/>
        <w:t>f 32346/31678/30282 32327/31661/30265 32882/32215/30789</w:t>
        <w:br/>
        <w:t>f 32823/32155/30733 33083/32416/30963 32825/32159/30735</w:t>
        <w:br/>
        <w:t>f 32828/32162/30737 32823/32155/30733 32825/32159/30735</w:t>
        <w:br/>
        <w:t>f 33083/32416/30963 33084/32417/30964 32824/32160/30736</w:t>
        <w:br/>
        <w:t>f 32825/32159/30735 33083/32416/30963 32824/32160/30736</w:t>
        <w:br/>
        <w:t>f 33087/32418/30965 33086/32419/30966 33085/32420/30967</w:t>
        <w:br/>
        <w:t>f 33088/32421/30967 33087/32418/30965 33085/32420/30967</w:t>
        <w:br/>
        <w:t>f 33091/32422/30968 33090/32423/30968 33089/32424/30969</w:t>
        <w:br/>
        <w:t>f 33092/32425/30970 33091/32422/30968 33089/32424/30969</w:t>
        <w:br/>
        <w:t>f 33094/32426/30971 32255/31586/30195 33093/32427/30972</w:t>
        <w:br/>
        <w:t>f 33096/32428/30973 33095/32429/30973 33086/32419/30966</w:t>
        <w:br/>
        <w:t>f 33087/32418/30965 33096/32428/30973 33086/32419/30966</w:t>
        <w:br/>
        <w:t>f 33100/32430/30974 33099/32431/30975 33098/32432/30976</w:t>
        <w:br/>
        <w:t>f 33097/32433/30977 33100/32430/30974 33098/32432/30976</w:t>
        <w:br/>
        <w:t>f 33103/32434/30978 33102/32435/30979 33101/32436/30980</w:t>
        <w:br/>
        <w:t>f 33106/32437/30981 33105/32438/30981 33104/32439/30982</w:t>
        <w:br/>
        <w:t>f 33110/32440/30983 33109/32441/30983 33108/32442/30984</w:t>
        <w:br/>
        <w:t>f 33107/32443/30985 33110/32440/30983 33108/32442/30984</w:t>
        <w:br/>
        <w:t>f 33112/32444/30986 33000/32330/30893 32997/32333/30896</w:t>
        <w:br/>
        <w:t>f 33111/32445/30987 33112/32444/30986 32997/32333/30896</w:t>
        <w:br/>
        <w:t>f 33115/32446/30988 33114/32447/30989 33113/32448/30990</w:t>
        <w:br/>
        <w:t>f 33116/32449/30991 33115/32446/30988 33113/32448/30990</w:t>
        <w:br/>
        <w:t>f 33119/32450/30992 33118/32451/30993 33117/32452/30994</w:t>
        <w:br/>
        <w:t>f 33116/32449/30991 33113/32448/30990 33120/32453/30995</w:t>
        <w:br/>
        <w:t>f 33121/32454/30995 33116/32449/30991 33120/32453/30995</w:t>
        <w:br/>
        <w:t>f 32301/31634/30241 33123/32455/30996 33122/32456/30996</w:t>
        <w:br/>
        <w:t>f 32300/31635/30242 32301/31634/30241 33122/32456/30996</w:t>
        <w:br/>
        <w:t>f 32256/31589/30198 32235/31570/30179 33100/32430/30974</w:t>
        <w:br/>
        <w:t>f 33124/32457/30997 32256/31589/30198 33100/32430/30974</w:t>
        <w:br/>
        <w:t>f 32924/32256/30826 33126/32458/30998 33125/32459/30998</w:t>
        <w:br/>
        <w:t>f 32923/32257/30826 32924/32256/30826 33125/32459/30998</w:t>
        <w:br/>
        <w:t>f 33129/32460/30999 33128/32461/31000 33127/32462/31001</w:t>
        <w:br/>
        <w:t>f 33130/32463/31002 33129/32460/30999 33127/32462/31001</w:t>
        <w:br/>
        <w:t>f 33129/32460/30999 33132/32464/31003 33131/32465/31004</w:t>
        <w:br/>
        <w:t>f 33128/32461/31000 33129/32460/30999 33131/32465/31004</w:t>
        <w:br/>
        <w:t>f 33135/32466/31005 33134/32467/31006 33133/32468/31005</w:t>
        <w:br/>
        <w:t>f 33136/32469/31007 32228/31562/30171 32229/31561/30170</w:t>
        <w:br/>
        <w:t>f 32996/32327/30890 33136/32469/31007 32229/31561/30170</w:t>
        <w:br/>
        <w:t>f 33138/32470/31008 33137/32471/31009 33117/32452/30994</w:t>
        <w:br/>
        <w:t>f 32264/31600/30209 32265/31599/30208 33139/32472/31010</w:t>
        <w:br/>
        <w:t>f 32992/32325/30888 32264/31600/30209 33139/32472/31010</w:t>
        <w:br/>
        <w:t>f 32242/31572/30181 32291/31625/30232 33140/32473/31011</w:t>
        <w:br/>
        <w:t>f 32281/31613/30220 32242/31572/30181 33140/32473/31011</w:t>
        <w:br/>
        <w:t>f 32305/31637/30243 32283/31615/30222 32263/31596/30205</w:t>
        <w:br/>
        <w:t>f 33141/32474/31012 32305/31637/30243 32263/31596/30205</w:t>
        <w:br/>
        <w:t>f 32276/31609/30216 33142/32475/31013 32275/31610/30217</w:t>
        <w:br/>
        <w:t>f 32458/31791/30394 32459/31790/30393 33063/32399/30951</w:t>
        <w:br/>
        <w:t>f 33064/32398/30951 32458/31791/30394 33063/32399/30951</w:t>
        <w:br/>
        <w:t>f 33146/32476/31014 33145/32477/31015 33144/32478/31016</w:t>
        <w:br/>
        <w:t>f 33143/32479/31017 33146/32476/31014 33144/32478/31016</w:t>
        <w:br/>
        <w:t>f 33026/32357/30912 33067/32402/30954 33068/32401/30953</w:t>
        <w:br/>
        <w:t>f 33025/32358/30913 33026/32357/30912 33068/32401/30953</w:t>
        <w:br/>
        <w:t>f 33145/32477/31015 33146/32476/31014 33147/32480/31018</w:t>
        <w:br/>
        <w:t>f 32979/32310/30874 32980/32313/30877 33073/32405/30956</w:t>
        <w:br/>
        <w:t>f 33074/32404/30955 32979/32310/30874 33073/32405/30956</w:t>
        <w:br/>
        <w:t>f 32947/32283/30850 32948/32282/30850 33071/32407/30957</w:t>
        <w:br/>
        <w:t>f 33072/32406/30957 32947/32283/30850 33071/32407/30957</w:t>
        <w:br/>
        <w:t>f 33149/32481/31019 33148/32482/31020 33061/32393/30948</w:t>
        <w:br/>
        <w:t>f 33062/32392/30947 33149/32481/31019 33061/32393/30948</w:t>
        <w:br/>
        <w:t>f 32451/31784/30387 33059/32395/30949 33060/32394/30949</w:t>
        <w:br/>
        <w:t>f 32450/31785/30388 32451/31784/30387 33060/32394/30949</w:t>
        <w:br/>
        <w:t>f 33011/32344/30903 33022/32353/30910 33023/32356/30910</w:t>
        <w:br/>
        <w:t>f 33010/32341/30903 33011/32344/30903 33023/32356/30910</w:t>
        <w:br/>
        <w:t>f 33019/32352/30909 33016/32351/30908 33020/32355/30911</w:t>
        <w:br/>
        <w:t>f 33021/32354/30911 33019/32352/30909 33020/32355/30911</w:t>
        <w:br/>
        <w:t>f 33150/32483/31021 33143/32479/31017 33144/32478/31016</w:t>
        <w:br/>
        <w:t>f 33151/32484/31021 33150/32483/31021 33144/32478/31016</w:t>
        <w:br/>
        <w:t>f 33153/32485/31022 33152/32486/31023 32894/32227/30799</w:t>
        <w:br/>
        <w:t>f 32891/32226/30799 33153/32485/31022 32894/32227/30799</w:t>
        <w:br/>
        <w:t>f 33154/32487/31024 32889/32223/30796 32890/32222/30796</w:t>
        <w:br/>
        <w:t>f 33155/32488/31025 33154/32487/31024 32890/32222/30796</w:t>
        <w:br/>
        <w:t>f 33157/32489/31026 33156/32490/31027 32908/32240/30810</w:t>
        <w:br/>
        <w:t>f 32904/32237/30808 33157/32489/31026 32908/32240/30810</w:t>
        <w:br/>
        <w:t>f 33159/32491/31028 33158/32492/31028 33156/32490/31027</w:t>
        <w:br/>
        <w:t>f 33157/32489/31026 33159/32491/31028 33156/32490/31027</w:t>
        <w:br/>
        <w:t>f 33162/32493/31029 33161/32494/31030 33160/32495/31031</w:t>
        <w:br/>
        <w:t>f 33163/32496/31032 33162/32493/31029 33160/32495/31031</w:t>
        <w:br/>
        <w:t>f 33157/32489/31026 32904/32237/30808 32905/32236/30807</w:t>
        <w:br/>
        <w:t>f 33160/32495/31031 33157/32489/31026 32905/32236/30807</w:t>
        <w:br/>
        <w:t>f 32426/31759/30362 32423/31754/30358 32421/31756/30336</w:t>
        <w:br/>
        <w:t>f 32935/32269/30838 33165/32497/31033 33164/32498/31034</w:t>
        <w:br/>
        <w:t>f 32881/32214/30788 32878/32213/30787 33167/32499/31035</w:t>
        <w:br/>
        <w:t>f 33166/32500/31036 32881/32214/30788 33167/32499/31035</w:t>
        <w:br/>
        <w:t>f 32583/31915/30509 32559/31890/30484 32672/32006/30594</w:t>
        <w:br/>
        <w:t>f 33171/32501/31037 33170/32502/31038 33169/32503/31039</w:t>
        <w:br/>
        <w:t>f 33168/32504/31040 33171/32501/31037 33169/32503/31039</w:t>
        <w:br/>
        <w:t>f 33076/32409/30289 33077/32408/30958 33172/32505/31041</w:t>
        <w:br/>
        <w:t>f 33176/32506/31042 33175/32507/31043 33174/32508/31044</w:t>
        <w:br/>
        <w:t>f 33173/32509/31045 33176/32506/31042 33174/32508/31044</w:t>
        <w:br/>
        <w:t>f 33172/32505/31041 33177/32510/31046 33076/32409/30289</w:t>
        <w:br/>
        <w:t>f 33179/32511/31047 33176/32506/31042 33173/32509/31045</w:t>
        <w:br/>
        <w:t>f 33178/32512/31048 33179/32511/31047 33173/32509/31045</w:t>
        <w:br/>
        <w:t>f 33175/32507/31043 33171/32501/31037 33168/32504/31040</w:t>
        <w:br/>
        <w:t>f 33174/32508/31044 33175/32507/31043 33168/32504/31040</w:t>
        <w:br/>
        <w:t>f 32467/31797/30400 33172/32505/31041 33181/32513/31049</w:t>
        <w:br/>
        <w:t>f 33180/32514/31050 32467/31797/30400 33181/32513/31049</w:t>
        <w:br/>
        <w:t>f 32647/31983/30572 32870/32203/30777 32936/32268/30837</w:t>
        <w:br/>
        <w:t>f 32650/31980/30569 32647/31983/30572 32936/32268/30837</w:t>
        <w:br/>
        <w:t>f 32870/32203/30777 32868/32202/30776 33165/32497/31033</w:t>
        <w:br/>
        <w:t>f 32935/32269/30838 32870/32203/30777 33165/32497/31033</w:t>
        <w:br/>
        <w:t>f 32646/31977/30566 32634/31967/30556 33027/32360/30915</w:t>
        <w:br/>
        <w:t>f 32576/31910/30504 32572/31908/30502 32571/31903/30497</w:t>
        <w:br/>
        <w:t>f 32333/31668/30272 32576/31910/30504 32571/31903/30497</w:t>
        <w:br/>
        <w:t>f 32533/31866/30461 32718/32052/30636 32528/31861/30456</w:t>
        <w:br/>
        <w:t>f 32525/31860/30455 32533/31866/30461 32528/31861/30456</w:t>
        <w:br/>
        <w:t>f 32285/31620/30227 32520/31853/30449 32718/32052/30636</w:t>
        <w:br/>
        <w:t>f 32719/32051/30635 32285/31620/30227 32718/32052/30636</w:t>
        <w:br/>
        <w:t>f 32461/31794/30397 32671/32003/30591 32670/32004/30592</w:t>
        <w:br/>
        <w:t>f 32460/31795/30398 32461/31794/30397 32670/32004/30592</w:t>
        <w:br/>
        <w:t>f 32943/32278/30846 32944/32277/30846 32666/31997/30586</w:t>
        <w:br/>
        <w:t>f 32667/32000/30586 32943/32278/30846 32666/31997/30586</w:t>
        <w:br/>
        <w:t>f 32575/31905/30499 32572/31908/30502 32576/31910/30504</w:t>
        <w:br/>
        <w:t>f 32578/31911/30505 32575/31905/30499 32576/31910/30504</w:t>
        <w:br/>
        <w:t>f 32333/31668/30272 32571/31903/30497 32570/31904/30498</w:t>
        <w:br/>
        <w:t>f 32336/31669/30273 32333/31668/30272 32570/31904/30498</w:t>
        <w:br/>
        <w:t>f 32521/31856/30451 32522/31855/30156 32527/31858/30453</w:t>
        <w:br/>
        <w:t>f 32528/31861/30456 32521/31856/30451 32527/31858/30453</w:t>
        <w:br/>
        <w:t>f 32646/31977/30566 33027/32360/30915 32662/31996/30585</w:t>
        <w:br/>
        <w:t>f 32668/32002/30590 32646/31977/30566 32662/31996/30585</w:t>
        <w:br/>
        <w:t>f 33027/32360/30915 32634/31967/30556 32671/32003/30591</w:t>
        <w:br/>
        <w:t>f 32602/31935/30238 32604/31936/30529 32527/31858/30453</w:t>
        <w:br/>
        <w:t>f 33183/32515/31051 32505/31837/30435 32504/31838/30436</w:t>
        <w:br/>
        <w:t>f 33182/32516/31052 33183/32515/31051 32504/31838/30436</w:t>
        <w:br/>
        <w:t>f 32466/31798/30401 32490/31820/30419 32487/31823/30422</w:t>
        <w:br/>
        <w:t>f 32465/31799/30402 32466/31798/30401 32487/31823/30422</w:t>
        <w:br/>
        <w:t>f 32475/31808/30408 32472/31807/30408 33184/32517/31053</w:t>
        <w:br/>
        <w:t>f 33044/32376/30930 32475/31808/30408 33184/32517/31053</w:t>
        <w:br/>
        <w:t>f 32471/31801/30404 32468/31804/30404 32478/31812/30412</w:t>
        <w:br/>
        <w:t>f 32479/31811/30411 32471/31801/30404 32478/31812/30412</w:t>
        <w:br/>
        <w:t>f 32604/31936/30529 32526/31859/30454 32527/31858/30453</w:t>
        <w:br/>
        <w:t>f 32549/31882/30476 32538/31872/30466 32548/31879/30473</w:t>
        <w:br/>
        <w:t>f 33047/32380/31054 33049/32382/31055 33185/32518/31056</w:t>
        <w:br/>
        <w:t>f 33159/32491/31028 33187/32519/31057 33186/32520/31058</w:t>
        <w:br/>
        <w:t>f 33158/32492/31028 33159/32491/31028 33186/32520/31058</w:t>
        <w:br/>
        <w:t>f 33190/32521/31059 33189/32522/31060 33188/32523/31061</w:t>
        <w:br/>
        <w:t>f 33191/32524/31062 33188/32523/31061 33189/32522/31060</w:t>
        <w:br/>
        <w:t>f 33193/32525/31063 33192/32526/31064 33189/32522/31060</w:t>
        <w:br/>
        <w:t>f 33190/32521/31059 33193/32525/31063 33189/32522/31060</w:t>
        <w:br/>
        <w:t>f 33195/32527/31065 33193/32525/31063 33190/32521/31059</w:t>
        <w:br/>
        <w:t>f 33194/32528/31032 33195/32527/31065 33190/32521/31059</w:t>
        <w:br/>
        <w:t>f 33198/32529/31031 33197/32530/30807 33196/32531/31066</w:t>
        <w:br/>
        <w:t>f 33199/32532/31067 33198/32529/31031 33196/32531/31066</w:t>
        <w:br/>
        <w:t>f 33194/32528/31032 33198/32529/31031 33199/32532/31067</w:t>
        <w:br/>
        <w:t>f 33195/32527/31065 33194/32528/31032 33199/32532/31067</w:t>
        <w:br/>
        <w:t>f 33202/32533/31068 33201/32534/31069 33200/32535/30814</w:t>
        <w:br/>
        <w:t>f 32794/32125/30706 33196/32531/31066 33197/32530/30807</w:t>
        <w:br/>
        <w:t>f 32793/32126/30707 32794/32125/30706 33197/32530/30807</w:t>
        <w:br/>
        <w:t>f 32779/32112/30694 33191/32524/31062 33189/32522/31060</w:t>
        <w:br/>
        <w:t>f 33153/32485/31022 33155/32488/31025 33204/32536/31070</w:t>
        <w:br/>
        <w:t>f 33203/32537/31071 33153/32485/31022 33204/32536/31070</w:t>
        <w:br/>
        <w:t>f 33207/32538/31072 33206/32539/31061 33205/32540/31073</w:t>
        <w:br/>
        <w:t>f 33163/32496/31032 33207/32538/31072 33205/32540/31073</w:t>
        <w:br/>
        <w:t>f 33162/32493/31029 33163/32496/31032 33205/32540/31073</w:t>
        <w:br/>
        <w:t>f 33152/32486/31023 33153/32485/31022 33203/32537/31071</w:t>
        <w:br/>
        <w:t>f 33208/32541/31074 33152/32486/31023 33203/32537/31071</w:t>
        <w:br/>
        <w:t>f 33211/32542/30880 33210/32543/31075 33209/32544/31076</w:t>
        <w:br/>
        <w:t>f 33212/32545/31077 33211/32542/30880 33209/32544/31076</w:t>
        <w:br/>
        <w:t>f 33203/32537/31071 33204/32536/31070 33214/32546/31078</w:t>
        <w:br/>
        <w:t>f 33213/32547/31079 33203/32537/31071 33214/32546/31078</w:t>
        <w:br/>
        <w:t>f 33217/32548/31080 33216/32549/31080 33215/32550/31080</w:t>
        <w:br/>
        <w:t>f 33218/32551/30173 32267/31597/30206 32264/31600/30209</w:t>
        <w:br/>
        <w:t>f 32993/32324/30174 33218/32551/30173 32264/31600/30209</w:t>
        <w:br/>
        <w:t>f 33222/32552/31081 33221/32553/31081 33220/32554/31082</w:t>
        <w:br/>
        <w:t>f 33219/32555/31082 33222/32552/31081 33220/32554/31082</w:t>
        <w:br/>
        <w:t>f 33226/32556/31083 33225/32557/31083 33224/32558/31084</w:t>
        <w:br/>
        <w:t>f 33223/32559/31084 33226/32556/31083 33224/32558/31084</w:t>
        <w:br/>
        <w:t>f 33228/32560/31085 33227/32561/31085 33090/32423/30968</w:t>
        <w:br/>
        <w:t>f 33091/32422/30968 33228/32560/31085 33090/32423/30968</w:t>
        <w:br/>
        <w:t>f 33141/32474/31012 32263/31596/30205 32230/31563/30172</w:t>
        <w:br/>
        <w:t>f 33229/32562/31086 33141/32474/31012 32230/31563/30172</w:t>
        <w:br/>
        <w:t>f 33108/32442/30984 33111/32445/30987 33231/32563/31087</w:t>
        <w:br/>
        <w:t>f 33230/32564/31088 33108/32442/30984 33231/32563/31087</w:t>
        <w:br/>
        <w:t>f 32997/32333/30896 32998/32332/30895 33233/32565/31000</w:t>
        <w:br/>
        <w:t>f 33232/32566/31089 32997/32333/30896 33233/32565/31000</w:t>
        <w:br/>
        <w:t>f 33107/32443/30985 33108/32442/30984 33230/32564/31088</w:t>
        <w:br/>
        <w:t>f 33234/32567/31090 33107/32443/30985 33230/32564/31088</w:t>
        <w:br/>
        <w:t>f 33111/32445/30987 32997/32333/30896 33232/32566/31089</w:t>
        <w:br/>
        <w:t>f 33231/32563/31087 33111/32445/30987 33232/32566/31089</w:t>
        <w:br/>
        <w:t>f 33223/32559/31084 33224/32558/31084 33236/32568/31091</w:t>
        <w:br/>
        <w:t>f 33235/32569/31091 33223/32559/31084 33236/32568/31091</w:t>
        <w:br/>
        <w:t>f 33239/32570/30202 33238/32571/30201 33237/32572/31092</w:t>
        <w:br/>
        <w:t>f 33238/32571/30201 33241/32573/31093 33240/32574/31094</w:t>
        <w:br/>
        <w:t>f 33243/32575/31095 33239/32570/30202 33242/32576/31096</w:t>
        <w:br/>
        <w:t>f 32209/31542/30151 32210/31541/30150 32202/31537/30146</w:t>
        <w:br/>
        <w:t>f 30998/30997/29633 30999/30999/29635 33244/32577/31097</w:t>
        <w:br/>
        <w:t>f 33247/32578/29635 33246/32579/31098 33245/32580/31097</w:t>
        <w:br/>
        <w:t>f 32202/31537/30146 33248/32581/31099 32259/31591/30200</w:t>
        <w:br/>
        <w:t>f 33251/32582/31089 33250/32583/31100 33249/32584/31004</w:t>
        <w:br/>
        <w:t>f 33253/32585/31101 33242/32576/31096 33252/32586/31102</w:t>
        <w:br/>
        <w:t>f 33242/32576/31096 33237/32572/31092 33254/32587/31103</w:t>
        <w:br/>
        <w:t>f 33237/32572/31092 33240/32574/31094 33255/32588/31104</w:t>
        <w:br/>
        <w:t>f 33254/32587/31103 33237/32572/31092 33255/32588/31104</w:t>
        <w:br/>
        <w:t>f 33257/32589/31105 33252/32586/31102 33256/32590/31106</w:t>
        <w:br/>
        <w:t>f 33255/32588/31104 33240/32574/31094 33258/32591/31107</w:t>
        <w:br/>
        <w:t>f 33240/32574/31094 33241/32573/31093 33258/32591/31107</w:t>
        <w:br/>
        <w:t>f 33256/32590/31106 33252/32586/31102 33259/32592/31108</w:t>
        <w:br/>
        <w:t>f 33261/32593/31109 33254/32587/31103 33260/32594/31110</w:t>
        <w:br/>
        <w:t>f 33260/32594/31110 33254/32587/31103 33262/32595/31111</w:t>
        <w:br/>
        <w:t>f 33263/32596/31112 33256/32590/31106 33259/32592/31108</w:t>
        <w:br/>
        <w:t>f 33263/32596/31112 33259/32592/31108 33264/32597/31113</w:t>
        <w:br/>
        <w:t>f 33268/32598/31114 33267/32599/31115 33266/32600/31116</w:t>
        <w:br/>
        <w:t>f 33265/32601/31117 33268/32598/31114 33266/32600/31116</w:t>
        <w:br/>
        <w:t>f 33271/32602/31118 33270/32603/31119 33269/32604/31120</w:t>
        <w:br/>
        <w:t>f 33272/32605/31121 33271/32602/31118 33269/32604/31120</w:t>
        <w:br/>
        <w:t>f 33271/32602/31118 33268/32598/31114 33265/32601/31117</w:t>
        <w:br/>
        <w:t>f 33270/32603/31119 33271/32602/31118 33265/32601/31117</w:t>
        <w:br/>
        <w:t>f 33262/32595/31111 33255/32588/31104 33273/32606/31122</w:t>
        <w:br/>
        <w:t>f 33253/32585/31101 33243/32575/31095 33242/32576/31096</w:t>
        <w:br/>
        <w:t>f 33257/32589/31105 33253/32585/31101 33252/32586/31102</w:t>
        <w:br/>
        <w:t>f 33275/32607/31123 33261/32593/31109 33274/32608/31124</w:t>
        <w:br/>
        <w:t>f 33242/32576/31096 33239/32570/30202 33237/32572/31092</w:t>
        <w:br/>
        <w:t>f 33252/32586/31102 33242/32576/31096 33254/32587/31103</w:t>
        <w:br/>
        <w:t>f 33277/32609/31125 33274/32608/31124 33276/32610/31126</w:t>
        <w:br/>
        <w:t>f 33278/32611/31127 33260/32594/31110 33262/32595/31111</w:t>
        <w:br/>
        <w:t>f 33260/32594/31110 33278/32611/31127 33276/32610/31126</w:t>
        <w:br/>
        <w:t>f 33274/32608/31124 33260/32594/31110 33276/32610/31126</w:t>
        <w:br/>
        <w:t>f 33280/32612/31128 33279/32613/31129 33277/32609/31125</w:t>
        <w:br/>
        <w:t>f 33277/32609/31125 33276/32610/31126 33281/32614/31130</w:t>
        <w:br/>
        <w:t>f 33261/32593/31109 33260/32594/31110 33274/32608/31124</w:t>
        <w:br/>
        <w:t>f 33277/32609/31125 33275/32607/31123 33274/32608/31124</w:t>
        <w:br/>
        <w:t>f 33284/32615/31131 33283/32616/31132 33282/32617/31133</w:t>
        <w:br/>
        <w:t>f 33281/32614/31130 33276/32610/31126 33285/32618/31134</w:t>
        <w:br/>
        <w:t>f 33280/32612/31128 33277/32609/31125 33286/32619/31135</w:t>
        <w:br/>
        <w:t>f 33281/32614/31130 33287/32620/31136 33286/32619/31135</w:t>
        <w:br/>
        <w:t>f 33289/32621/31137 33264/32597/31113 33288/32622/31138</w:t>
        <w:br/>
        <w:t>f 33264/32597/31113 33259/32592/31108 33288/32622/31138</w:t>
        <w:br/>
        <w:t>f 33290/32623/31139 33289/32621/31137 33288/32622/31138</w:t>
        <w:br/>
        <w:t>f 33279/32613/31129 33283/32616/31132 33291/32624/31140</w:t>
        <w:br/>
        <w:t>f 33270/32603/31119 33292/32625/31141 32803/32137/30718</w:t>
        <w:br/>
        <w:t>f 33265/32601/31117 33266/32600/31116 33293/32626/31142</w:t>
        <w:br/>
        <w:t>f 33265/32601/31117 33293/32626/31142 33292/32625/31141</w:t>
        <w:br/>
        <w:t>f 33270/32603/31119 33265/32601/31117 33292/32625/31141</w:t>
        <w:br/>
        <w:t>f 33282/32617/31133 33283/32616/31132 33294/32627/31143</w:t>
        <w:br/>
        <w:t>f 33283/32616/31132 33295/32628/31144 33294/32627/31143</w:t>
        <w:br/>
        <w:t>f 33294/32627/31143 33295/32628/31144 33296/32629/31145</w:t>
        <w:br/>
        <w:t>f 33300/32630/31146 33299/32631/31147 33298/32632/31148</w:t>
        <w:br/>
        <w:t>f 33297/32633/31149 33300/32630/31146 33298/32632/31148</w:t>
        <w:br/>
        <w:t>f 32235/31570/30179 32236/31569/30178 33099/32431/30975</w:t>
        <w:br/>
        <w:t>f 33100/32430/30974 32235/31570/30179 33099/32431/30975</w:t>
        <w:br/>
        <w:t>f 33301/32634/31150 32230/31563/30172 32228/31562/30171</w:t>
        <w:br/>
        <w:t>f 33136/32469/31007 33301/32634/31150 32228/31562/30171</w:t>
        <w:br/>
        <w:t>f 32989/32322/30886 32294/31627/30234 32211/31544/30153</w:t>
        <w:br/>
        <w:t>f 33001/32334/30897 32245/31577/30186 32229/31561/30170</w:t>
        <w:br/>
        <w:t>f 32226/31559/30168 33001/32334/30897 32229/31561/30170</w:t>
        <w:br/>
        <w:t>f 32989/32322/30886 33001/32334/30897 32226/31559/30168</w:t>
        <w:br/>
        <w:t>f 32227/31560/30169 32989/32322/30886 32226/31559/30168</w:t>
        <w:br/>
        <w:t>f 32288/31623/30230 32289/31622/30229 33302/32635/31151</w:t>
        <w:br/>
        <w:t>f 32289/31622/30229 32499/31832/30431 33302/32635/31151</w:t>
        <w:br/>
        <w:t>f 32255/31586/30195 32253/31588/30197 33093/32427/30972</w:t>
        <w:br/>
        <w:t>f 33124/32457/30997 33100/32430/30974 33097/32433/30977</w:t>
        <w:br/>
        <w:t>f 33303/32636/31152 33124/32457/30997 33097/32433/30977</w:t>
        <w:br/>
        <w:t>f 32499/31832/30431 32212/31545/30154 33302/32635/31151</w:t>
        <w:br/>
        <w:t>f 33302/32635/31151 32294/31627/30234 32288/31623/30230</w:t>
        <w:br/>
        <w:t>f 32212/31545/30154 32211/31544/30153 32294/31627/30234</w:t>
        <w:br/>
        <w:t>f 33051/32384/30940 32207/31538/30147 32205/31540/30149</w:t>
        <w:br/>
        <w:t>f 32500/31831/30430 33051/32384/30940 32205/31540/30149</w:t>
        <w:br/>
        <w:t>f 33302/32635/31151 32212/31545/30154 32294/31627/30234</w:t>
        <w:br/>
        <w:t>f 33279/32613/31129 33291/32624/31140 33275/32607/31123</w:t>
        <w:br/>
        <w:t>f 33277/32609/31125 33279/32613/31129 33275/32607/31123</w:t>
        <w:br/>
        <w:t>f 33295/32628/31144 33283/32616/31132 33279/32613/31129</w:t>
        <w:br/>
        <w:t>f 33280/32612/31128 33295/32628/31144 33279/32613/31129</w:t>
        <w:br/>
        <w:t>f 33283/32616/31132 33284/32615/31131 33291/32624/31140</w:t>
        <w:br/>
        <w:t>f 33306/32637/31116 33305/32638/31153 33304/32639/31154</w:t>
        <w:br/>
        <w:t>f 32750/32084/30667 32751/32083/30666 33307/32640/31155</w:t>
        <w:br/>
        <w:t>f 32752/32085/30668 33308/32641/31156 33307/32640/31155</w:t>
        <w:br/>
        <w:t>f 32751/32083/30666 32752/32085/30668 33307/32640/31155</w:t>
        <w:br/>
        <w:t>f 33309/32642/31157 33211/32542/30880 33212/32545/31077</w:t>
        <w:br/>
        <w:t>f 33310/32643/31158 33309/32642/31157 33212/32545/31077</w:t>
        <w:br/>
        <w:t>f 32757/32091/30674 33311/32644/31159 33308/32641/31156</w:t>
        <w:br/>
        <w:t>f 32752/32085/30668 32757/32091/30674 33308/32641/31156</w:t>
        <w:br/>
        <w:t>f 32747/32082/30665 32748/32081/30664 33312/32645/31160</w:t>
        <w:br/>
        <w:t>f 33315/32646/31161 33314/32647/31162 33313/32648/31163</w:t>
        <w:br/>
        <w:t>f 33186/32520/31058 33187/32519/31057 33317/32649/31164</w:t>
        <w:br/>
        <w:t>f 33316/32650/31165 33186/32520/31058 33317/32649/31164</w:t>
        <w:br/>
        <w:t>f 33210/32543/31075 33319/32651/31166 33318/32652/31167</w:t>
        <w:br/>
        <w:t>f 33209/32544/31076 33210/32543/31075 33318/32652/31167</w:t>
        <w:br/>
        <w:t>f 33206/32539/31061 33317/32649/31164 33187/32519/31057</w:t>
        <w:br/>
        <w:t>f 33203/32537/31071 33213/32547/31079 33320/32653/31168</w:t>
        <w:br/>
        <w:t>f 33208/32541/31074 33203/32537/31071 33320/32653/31168</w:t>
        <w:br/>
        <w:t>f 33315/32646/31161 32745/32079/30662 33314/32647/31162</w:t>
        <w:br/>
        <w:t>f 32378/31711/30315 32387/31721/30325 32753/32086/30669</w:t>
        <w:br/>
        <w:t>f 32376/31709/30313 32378/31711/30315 32753/32086/30669</w:t>
        <w:br/>
        <w:t>f 32376/31709/30313 32753/32086/30669 33321/32654/31169</w:t>
        <w:br/>
        <w:t>f 32371/31705/30309 32376/31709/30313 33321/32654/31169</w:t>
        <w:br/>
        <w:t>f 32370/31703/30307 32371/31705/30309 33321/32654/31169</w:t>
        <w:br/>
        <w:t>f 32745/32079/30662 32370/31703/30307 33321/32654/31169</w:t>
        <w:br/>
        <w:t>f 33323/32655/31170 33322/32656/31171 32757/32091/30674</w:t>
        <w:br/>
        <w:t>f 32758/32090/30673 33323/32655/31170 32757/32091/30674</w:t>
        <w:br/>
        <w:t>f 33309/32642/31157 33310/32643/31158 33325/32657/31172</w:t>
        <w:br/>
        <w:t>f 33324/32658/31173 33309/32642/31157 33325/32657/31172</w:t>
        <w:br/>
        <w:t>f 33326/32659/31174 32745/32079/30662 33315/32646/31161</w:t>
        <w:br/>
        <w:t>f 33327/32660/31175 33326/32659/31174 33315/32646/31161</w:t>
        <w:br/>
        <w:t>f 32745/32079/30662 33321/32654/31169 32747/32082/30665</w:t>
        <w:br/>
        <w:t>f 33330/32661/31176 33329/32662/31176 33328/32663/31176</w:t>
        <w:br/>
        <w:t>f 33314/32647/31162 32745/32079/30662 32747/32082/30665</w:t>
        <w:br/>
        <w:t>f 33278/32611/31127 33262/32595/31111 33273/32606/31122</w:t>
        <w:br/>
        <w:t>f 33254/32587/31103 33255/32588/31104 33262/32595/31111</w:t>
        <w:br/>
        <w:t>f 33237/32572/31092 33238/32571/30201 33240/32574/31094</w:t>
        <w:br/>
        <w:t>f 33287/32620/31136 33281/32614/31130 33285/32618/31134</w:t>
        <w:br/>
        <w:t>f 33286/32619/31135 33277/32609/31125 33281/32614/31130</w:t>
        <w:br/>
        <w:t>f 32682/32018/30604 33332/32664/31177 33331/32665/31178</w:t>
        <w:br/>
        <w:t>f 32685/32015/30601 32682/32018/30604 33331/32665/31178</w:t>
        <w:br/>
        <w:t>f 32696/32029/30614 32693/32028/30613 33333/32666/31179</w:t>
        <w:br/>
        <w:t>f 32822/32156/30734 32696/32029/30614 33333/32666/31179</w:t>
        <w:br/>
        <w:t>f 32799/32131/30712 32801/32135/30716 33334/32667/31180</w:t>
        <w:br/>
        <w:t>f 32798/32132/30713 32799/32131/30712 33334/32667/31180</w:t>
        <w:br/>
        <w:t>f 32822/32156/30734 33333/32666/31179 33083/32416/30963</w:t>
        <w:br/>
        <w:t>f 32823/32155/30733 32822/32156/30734 33083/32416/30963</w:t>
        <w:br/>
        <w:t>f 32801/32135/30716 32803/32137/30718 33335/32668/31181</w:t>
        <w:br/>
        <w:t>f 33334/32667/31180 32801/32135/30716 33335/32668/31181</w:t>
        <w:br/>
        <w:t>f 32694/32027/30612 33337/32669/31182 33336/32670/31183</w:t>
        <w:br/>
        <w:t>f 32693/32028/30613 32694/32027/30612 33336/32670/31183</w:t>
        <w:br/>
        <w:t>f 33333/32666/31179 32693/32028/30613 33336/32670/31183</w:t>
        <w:br/>
        <w:t>f 33338/32671/31184 33333/32666/31179 33336/32670/31183</w:t>
        <w:br/>
        <w:t>f 33333/32666/31179 33338/32671/31184 33084/32417/30964</w:t>
        <w:br/>
        <w:t>f 33083/32416/30963 33333/32666/31179 33084/32417/30964</w:t>
        <w:br/>
        <w:t>f 32727/32061/30644 33339/32672/31185 33337/32669/31182</w:t>
        <w:br/>
        <w:t>f 32694/32027/30612 32727/32061/30644 33337/32669/31182</w:t>
        <w:br/>
        <w:t>f 33338/32671/31184 33336/32670/31183 33341/32673/31186</w:t>
        <w:br/>
        <w:t>f 33340/32674/31187 33338/32671/31184 33341/32673/31186</w:t>
        <w:br/>
        <w:t>f 32824/32160/30736 33084/32417/30964 33343/32675/31188</w:t>
        <w:br/>
        <w:t>f 33342/32676/31189 32824/32160/30736 33343/32675/31188</w:t>
        <w:br/>
        <w:t>f 33338/32671/31184 33340/32674/31187 33343/32675/31188</w:t>
        <w:br/>
        <w:t>f 33084/32417/30964 33338/32671/31184 33343/32675/31188</w:t>
        <w:br/>
        <w:t>f 33339/32672/31185 33345/32677/31190 33344/32678/31191</w:t>
        <w:br/>
        <w:t>f 33337/32669/31182 33339/32672/31185 33344/32678/31191</w:t>
        <w:br/>
        <w:t>f 33337/32669/31182 33344/32678/31191 33341/32673/31186</w:t>
        <w:br/>
        <w:t>f 33336/32670/31183 33337/32669/31182 33341/32673/31186</w:t>
        <w:br/>
        <w:t>f 33299/32631/31147 33300/32630/31146 33346/32679/31192</w:t>
        <w:br/>
        <w:t>f 32827/32157/30658 32824/32160/30736 33347/32680/31193</w:t>
        <w:br/>
        <w:t>f 33335/32668/31181 33348/32681/31194 33345/32677/31190</w:t>
        <w:br/>
        <w:t>f 33339/32672/31185 33335/32668/31181 33345/32677/31190</w:t>
        <w:br/>
        <w:t>f 33334/32667/31180 33335/32668/31181 33339/32672/31185</w:t>
        <w:br/>
        <w:t>f 32727/32061/30644 33334/32667/31180 33339/32672/31185</w:t>
        <w:br/>
        <w:t>f 32798/32132/30713 33334/32667/31180 32727/32061/30644</w:t>
        <w:br/>
        <w:t>f 33349/32682/31195 32798/32132/30713 32727/32061/30644</w:t>
        <w:br/>
        <w:t>f 33349/32682/31195 32612/31945/30537 32798/32132/30713</w:t>
        <w:br/>
        <w:t>f 32370/31703/30307 32746/32078/30661 33350/32683/31196</w:t>
        <w:br/>
        <w:t>f 32367/31702/30306 32370/31703/30307 33350/32683/31196</w:t>
        <w:br/>
        <w:t>f 33335/32668/31181 32803/32137/30718 33348/32681/31194</w:t>
        <w:br/>
        <w:t>f 33269/32604/31120 33270/32603/31119 32803/32137/30718</w:t>
        <w:br/>
        <w:t>f 33354/32684/31197 33353/32685/31198 33352/32686/31199</w:t>
        <w:br/>
        <w:t>f 33351/32687/31200 33354/32684/31197 33352/32686/31199</w:t>
        <w:br/>
        <w:t>f 33356/32688/31201 33355/32689/31202 33352/32686/31199</w:t>
        <w:br/>
        <w:t>f 33353/32685/31198 33356/32688/31201 33352/32686/31199</w:t>
        <w:br/>
        <w:t>f 33169/32503/31039 33354/32684/31197 33351/32687/31200</w:t>
        <w:br/>
        <w:t>f 33357/32690/31203 33169/32503/31039 33351/32687/31200</w:t>
        <w:br/>
        <w:t>f 33168/32504/31040 33169/32503/31039 33357/32690/31203</w:t>
        <w:br/>
        <w:t>f 33358/32691/31204 33168/32504/31040 33357/32690/31203</w:t>
        <w:br/>
        <w:t>f 33358/32691/31204 33357/32690/31203 33360/32692/31205</w:t>
        <w:br/>
        <w:t>f 33359/32693/31206 33358/32691/31204 33360/32692/31205</w:t>
        <w:br/>
        <w:t>f 33173/32509/31045 33174/32508/31044 33362/32694/31207</w:t>
        <w:br/>
        <w:t>f 33361/32695/31208 33173/32509/31045 33362/32694/31207</w:t>
        <w:br/>
        <w:t>f 33174/32508/31044 33168/32504/31040 33358/32691/31204</w:t>
        <w:br/>
        <w:t>f 33362/32694/31207 33174/32508/31044 33358/32691/31204</w:t>
        <w:br/>
        <w:t>f 33178/32512/31048 33173/32509/31045 33361/32695/31208</w:t>
        <w:br/>
        <w:t>f 33364/32696/31209 33363/32697/31210 33355/32689/31202</w:t>
        <w:br/>
        <w:t>f 33356/32688/31201 33364/32696/31209 33355/32689/31202</w:t>
        <w:br/>
        <w:t>f 33364/32696/31209 33166/32500/31036 33167/32499/31035</w:t>
        <w:br/>
        <w:t>f 33363/32697/31210 33364/32696/31209 33167/32499/31035</w:t>
        <w:br/>
        <w:t>f 33178/32512/31048 33361/32695/31208 33365/32698/31211</w:t>
        <w:br/>
        <w:t>f 33317/32649/31164 33206/32539/31061 33365/32698/31211</w:t>
        <w:br/>
        <w:t>f 33178/32512/31048 33365/32698/31211 33206/32539/31061</w:t>
        <w:br/>
        <w:t>f 33179/32511/31047 33178/32512/31048 33206/32539/31061</w:t>
        <w:br/>
        <w:t>f 33351/32687/31200 33352/32686/31199 33367/32699/31212</w:t>
        <w:br/>
        <w:t>f 33366/32700/31213 33351/32687/31200 33367/32699/31212</w:t>
        <w:br/>
        <w:t>f 33369/32701/31214 33368/32702/31215 33363/32697/31210</w:t>
        <w:br/>
        <w:t>f 33167/32499/31035 33369/32701/31214 33363/32697/31210</w:t>
        <w:br/>
        <w:t>f 33355/32689/31202 33363/32697/31210 33368/32702/31215</w:t>
        <w:br/>
        <w:t>f 33370/32703/31216 33355/32689/31202 33368/32702/31215</w:t>
        <w:br/>
        <w:t>f 33357/32690/31203 33351/32687/31200 33366/32700/31213</w:t>
        <w:br/>
        <w:t>f 33360/32692/31205 33357/32690/31203 33366/32700/31213</w:t>
        <w:br/>
        <w:t>f 33352/32686/31199 33355/32689/31202 33370/32703/31216</w:t>
        <w:br/>
        <w:t>f 33367/32699/31212 33352/32686/31199 33370/32703/31216</w:t>
        <w:br/>
        <w:t>f 33365/32698/31211 33372/32704/31217 33371/32705/31218</w:t>
        <w:br/>
        <w:t>f 33317/32649/31164 33365/32698/31211 33371/32705/31218</w:t>
        <w:br/>
        <w:t>f 33361/32695/31208 33362/32694/31207 33374/32706/31219</w:t>
        <w:br/>
        <w:t>f 33373/32707/31220 33361/32695/31208 33374/32706/31219</w:t>
        <w:br/>
        <w:t>f 33361/32695/31208 33373/32707/31220 33372/32704/31217</w:t>
        <w:br/>
        <w:t>f 33365/32698/31211 33361/32695/31208 33372/32704/31217</w:t>
        <w:br/>
        <w:t>f 33362/32694/31207 33358/32691/31204 33359/32693/31206</w:t>
        <w:br/>
        <w:t>f 33374/32706/31219 33362/32694/31207 33359/32693/31206</w:t>
        <w:br/>
        <w:t>f 33317/32649/31164 33371/32705/31218 33316/32650/31165</w:t>
        <w:br/>
        <w:t>f 32236/31569/30178 33136/32469/31007 32996/32327/30890</w:t>
        <w:br/>
        <w:t>f 33099/32431/30975 32236/31569/30178 32996/32327/30890</w:t>
        <w:br/>
        <w:t>f 32236/31569/30178 32237/31568/30177 33301/32634/31150</w:t>
        <w:br/>
        <w:t>f 33136/32469/31007 32236/31569/30178 33301/32634/31150</w:t>
        <w:br/>
        <w:t>f 32241/31573/30182 33141/32474/31012 33229/32562/31086</w:t>
        <w:br/>
        <w:t>f 32240/31574/30183 32241/31573/30182 33229/32562/31086</w:t>
        <w:br/>
        <w:t>f 33141/32474/31012 32241/31573/30182 32280/31614/30221</w:t>
        <w:br/>
        <w:t>f 32305/31637/30243 33141/32474/31012 32280/31614/30221</w:t>
        <w:br/>
        <w:t>f 32279/31612/30219 32304/31638/30244 32305/31637/30243</w:t>
        <w:br/>
        <w:t>f 32278/31611/30218 32279/31612/30219 32305/31637/30243</w:t>
        <w:br/>
        <w:t>f 33126/32458/30998 32246/31576/30185 32243/31579/30188</w:t>
        <w:br/>
        <w:t>f 33125/32459/30998 33126/32458/30998 32243/31579/30188</w:t>
        <w:br/>
        <w:t>f 33088/32421/30967 33085/32420/30967 33227/32561/31085</w:t>
        <w:br/>
        <w:t>f 33228/32560/31085 33088/32421/30967 33227/32561/31085</w:t>
        <w:br/>
        <w:t>f 33226/32556/31083 32302/31633/30240 32303/31636/30240</w:t>
        <w:br/>
        <w:t>f 33225/32557/31083 33226/32556/31083 32303/31636/30240</w:t>
        <w:br/>
        <w:t>f 32271/31604/30211 32268/31603/30211 33221/32553/31081</w:t>
        <w:br/>
        <w:t>f 33222/32552/31081 32271/31604/30211 33221/32553/31081</w:t>
        <w:br/>
        <w:t>f 33000/32330/30893 33112/32444/30986 32266/31598/30207</w:t>
        <w:br/>
        <w:t>f 32267/31597/30206 33000/32330/30893 32266/31598/30207</w:t>
        <w:br/>
        <w:t>f 32999/32331/30894 33000/32330/30893 32267/31597/30206</w:t>
        <w:br/>
        <w:t>f 33218/32551/30173 32999/32331/30894 32267/31597/30206</w:t>
        <w:br/>
        <w:t>f 33375/32708/31221 32233/31564/30173 32234/31567/30176</w:t>
        <w:br/>
        <w:t>f 33376/32709/31222 33375/32708/31221 32234/31567/30176</w:t>
        <w:br/>
        <w:t>f 33121/32454/30995 33120/32453/30995 33109/32441/30983</w:t>
        <w:br/>
        <w:t>f 33110/32440/30983 33121/32454/30995 33109/32441/30983</w:t>
        <w:br/>
        <w:t>f 33099/32431/30975 32996/32327/30890 32994/32329/30892</w:t>
        <w:br/>
        <w:t>f 33098/32432/30976 33099/32431/30975 32994/32329/30892</w:t>
        <w:br/>
        <w:t>f 33130/32463/31002 33127/32462/31001 33375/32708/31221</w:t>
        <w:br/>
        <w:t>f 33376/32709/31222 33130/32463/31002 33375/32708/31221</w:t>
        <w:br/>
        <w:t>f 33379/32710/31223 33378/32711/31224 33377/32712/31224</w:t>
        <w:br/>
        <w:t>f 33382/32713/31225 33381/32714/31226 33380/32715/31227</w:t>
        <w:br/>
        <w:t>f 33385/32716/31228 33384/32717/31229 33383/32718/31228</w:t>
        <w:br/>
        <w:t>f 33388/32719/31230 33387/32720/31231 33386/32721/31232</w:t>
        <w:br/>
        <w:t>f 32621/31954/30545 32617/31949/30541 32616/31950/30542</w:t>
        <w:br/>
        <w:t>f 32620/31951/30543 32621/31954/30545 32616/31950/30542</w:t>
        <w:br/>
        <w:t>f 33391/32722/30582 33390/32723/31233 33389/32724/31234</w:t>
        <w:br/>
        <w:t>f 32884/32217/30791 33393/32725/31235 33392/32726/31236</w:t>
        <w:br/>
        <w:t>f 32878/32213/30787 32879/32212/30786 33394/32727/31237</w:t>
        <w:br/>
        <w:t>f 33389/32724/31234 32878/32213/30787 33394/32727/31237</w:t>
        <w:br/>
        <w:t>f 33167/32499/31035 32878/32213/30787 33389/32724/31234</w:t>
        <w:br/>
        <w:t>f 33369/32701/31214 33167/32499/31035 33389/32724/31234</w:t>
        <w:br/>
        <w:t>f 32887/32219/30793 32986/32320/30884 32886/32220/30794</w:t>
        <w:br/>
        <w:t>f 32804/32136/30717 33269/32604/31120 32803/32137/30718</w:t>
        <w:br/>
        <w:t>f 32804/32136/30717 33272/32605/31121 33269/32604/31120</w:t>
        <w:br/>
        <w:t>f 33272/32605/31121 32804/32136/30717 32629/31959/30549</w:t>
        <w:br/>
        <w:t>f 33395/32728/31238 33298/32632/31148 33299/32631/31147</w:t>
        <w:br/>
        <w:t>f 33398/32729/31239 33397/32730/31240 33396/32731/31241</w:t>
        <w:br/>
        <w:t>f 33400/32732/31242 33399/32733/31243 33397/32730/31240</w:t>
        <w:br/>
        <w:t>f 32753/32086/30669 32751/32083/30666 32749/32080/30663</w:t>
        <w:br/>
        <w:t>f 33321/32654/31169 32753/32086/30669 32749/32080/30663</w:t>
        <w:br/>
        <w:t>f 33396/32731/31241 33397/32730/31240 33402/32734/31244</w:t>
        <w:br/>
        <w:t>f 33401/32735/31245 33396/32731/31241 33402/32734/31244</w:t>
        <w:br/>
        <w:t>f 33321/32654/31169 32749/32080/30663 32747/32082/30665</w:t>
        <w:br/>
        <w:t>f 33402/32734/31244 33397/32730/31240 33399/32733/31243</w:t>
        <w:br/>
        <w:t>f 32748/32081/30664 32749/32080/30663 32750/32084/30667</w:t>
        <w:br/>
        <w:t>f 33399/32733/31243 33403/32736/31246 33318/32652/31167</w:t>
        <w:br/>
        <w:t>f 33318/32652/31167 33403/32736/31246 33209/32544/31076</w:t>
        <w:br/>
        <w:t>f 33318/32652/31167 33405/32737/31247 33404/32738/31247</w:t>
        <w:br/>
        <w:t>f 32377/31710/30314 32374/31708/30312 32375/31707/30311</w:t>
        <w:br/>
        <w:t>f 32987/32319/30883 32377/31710/30314 32375/31707/30311</w:t>
        <w:br/>
        <w:t>f 32986/32320/30884 32981/32316/30880 33406/32739/31157</w:t>
        <w:br/>
        <w:t>f 33407/32740/31248 32986/32320/30884 33406/32739/31157</w:t>
        <w:br/>
        <w:t>f 32885/32221/30795 32886/32220/30794 32375/31707/30311</w:t>
        <w:br/>
        <w:t>f 32373/31706/30310 32885/32221/30795 32375/31707/30311</w:t>
        <w:br/>
        <w:t>f 32984/32318/30882 32885/32221/30795 32373/31706/30310</w:t>
        <w:br/>
        <w:t>f 32369/31700/30304 32984/32318/30882 32373/31706/30310</w:t>
        <w:br/>
        <w:t>f 32984/32318/30882 32369/31700/30304 32395/31729/30333</w:t>
        <w:br/>
        <w:t>f 32395/31729/30333 32369/31700/30304 32367/31702/30306</w:t>
        <w:br/>
        <w:t>f 32987/32319/30883 32384/31718/30322 32379/31713/30317</w:t>
        <w:br/>
        <w:t>f 32377/31710/30314 32987/32319/30883 32379/31713/30317</w:t>
        <w:br/>
        <w:t>f 33391/32722/30582 33389/32724/31234 33408/32741/30781</w:t>
        <w:br/>
        <w:t>f 32351/31684/30288 33037/32369/30924 32674/32009/30597</w:t>
        <w:br/>
        <w:t>f 32653/31987/30576 32649/31981/30570 32651/31985/30574</w:t>
        <w:br/>
        <w:t>f 32652/31984/30573 32653/31987/30576 32651/31985/30574</w:t>
        <w:br/>
        <w:t>f 32649/31981/30570 32669/32001/30589 32663/31995/30584</w:t>
        <w:br/>
        <w:t>f 32651/31985/30574 32649/31981/30570 32663/31995/30584</w:t>
        <w:br/>
        <w:t>f 33056/32389/30945 33055/32388/30944 33038/32371/30926</w:t>
        <w:br/>
        <w:t>f 33039/32372/30926 33056/32389/30945 33038/32371/30926</w:t>
        <w:br/>
        <w:t>f 33054/32387/30943 33033/32366/30921 33031/32364/30919</w:t>
        <w:br/>
        <w:t>f 33053/32386/30942 33054/32387/30943 33031/32364/30919</w:t>
        <w:br/>
        <w:t>f 33029/32363/30918 33032/32365/30920 33058/32390/30946</w:t>
        <w:br/>
        <w:t>f 33057/32391/30946 33029/32363/30918 33058/32390/30946</w:t>
        <w:br/>
        <w:t>f 33053/32386/30942 33031/32364/30919 33030/32362/30917</w:t>
        <w:br/>
        <w:t>f 32497/31829/30428 33053/32386/30942 33030/32362/30917</w:t>
        <w:br/>
        <w:t>f 32497/31829/30428 33030/32362/30917 33029/32363/30918</w:t>
        <w:br/>
        <w:t>f 32496/31830/30429 32497/31829/30428 33029/32363/30918</w:t>
        <w:br/>
        <w:t>f 32562/31893/30487 33028/32361/30916 32567/31902/30496</w:t>
        <w:br/>
        <w:t>f 32561/31894/30488 32562/31893/30487 32567/31902/30496</w:t>
        <w:br/>
        <w:t>f 33041/32374/30928 32569/31900/30494 32567/31902/30496</w:t>
        <w:br/>
        <w:t>f 33014/32347/30905 33041/32374/30928 32567/31902/30496</w:t>
        <w:br/>
        <w:t>f 33052/32385/30941 32456/31787/30390 32454/31789/30392</w:t>
        <w:br/>
        <w:t>f 33015/32348/30906 32455/31788/30391 33036/32370/30925</w:t>
        <w:br/>
        <w:t>f 33037/32369/30924 33015/32348/30906 33036/32370/30925</w:t>
        <w:br/>
        <w:t>f 32633/31968/30557 33036/32370/30925 32455/31788/30391</w:t>
        <w:br/>
        <w:t>f 32456/31787/30390 32633/31968/30557 32455/31788/30391</w:t>
        <w:br/>
        <w:t>f 33037/32369/30924 32351/31684/30288 33015/32348/30906</w:t>
        <w:br/>
        <w:t>f 32314/31647/31249 33035/32368/30923 33034/32367/30922</w:t>
        <w:br/>
        <w:t>f 33052/32385/30941 33040/32373/30927 32456/31787/30390</w:t>
        <w:br/>
        <w:t>f 32317/31648/30254 32314/31647/30253 32290/31621/30228</w:t>
        <w:br/>
        <w:t>f 32316/31649/30254 32317/31648/30254 32290/31621/30228</w:t>
        <w:br/>
        <w:t>f 33410/32742/31250 33409/32743/31251 32490/31820/30419</w:t>
        <w:br/>
        <w:t>f 32466/31798/30401 33410/32742/31250 32490/31820/30419</w:t>
        <w:br/>
        <w:t>f 32464/31800/30403 33354/32684/31197 33172/32505/31041</w:t>
        <w:br/>
        <w:t>f 32467/31797/30400 32464/31800/30403 33172/32505/31041</w:t>
        <w:br/>
        <w:t>f 33414/32744/31252 33413/32745/31253 33412/32746/31253</w:t>
        <w:br/>
        <w:t>f 33411/32747/31252 33414/32744/31252 33412/32746/31253</w:t>
        <w:br/>
        <w:t>f 33416/32748/31254 33414/32744/31252 33411/32747/31252</w:t>
        <w:br/>
        <w:t>f 33415/32749/31255 33416/32748/31254 33411/32747/31252</w:t>
        <w:br/>
        <w:t>f 33409/32743/31251 33416/32748/31254 32489/31821/30420</w:t>
        <w:br/>
        <w:t>f 32490/31820/30419 33409/32743/31251 32489/31821/30420</w:t>
        <w:br/>
        <w:t>f 33180/32514/31050 33410/32742/31250 32466/31798/30401</w:t>
        <w:br/>
        <w:t>f 32467/31797/30400 33180/32514/31050 32466/31798/30401</w:t>
        <w:br/>
        <w:t>f 33413/32745/31253 33417/32750/31256 33412/32746/31253</w:t>
        <w:br/>
        <w:t>f 33169/32503/31039 33170/32502/31038 33172/32505/31041</w:t>
        <w:br/>
        <w:t>f 33354/32684/31197 33169/32503/31039 33172/32505/31041</w:t>
        <w:br/>
        <w:t>f 32763/32096/30679 32380/31712/30316 32379/31713/30317</w:t>
        <w:br/>
        <w:t>f 32385/31717/30321 32763/32096/30679 32379/31713/30317</w:t>
        <w:br/>
        <w:t>f 33418/32751/31257 32383/31714/30318 32381/31716/30320</w:t>
        <w:br/>
        <w:t>f 33311/32644/31159 32757/32091/30674 33322/32656/31171</w:t>
        <w:br/>
        <w:t>f 33419/32752/31258 33311/32644/31159 33322/32656/31171</w:t>
        <w:br/>
        <w:t>f 32386/31719/30323 32384/31718/30322 33407/32740/31248</w:t>
        <w:br/>
        <w:t>f 33420/32753/31259 32386/31719/30323 33407/32740/31248</w:t>
        <w:br/>
        <w:t>f 32755/32088/30671 32756/32087/30670 33421/32754/31260</w:t>
        <w:br/>
        <w:t>f 33424/32755/31261 33423/32756/31262 33422/32757/31260</w:t>
        <w:br/>
        <w:t>f 33418/32751/31257 32381/31716/30320 33425/32758/31263</w:t>
        <w:br/>
        <w:t>f 32382/31715/30319 33427/32759/31264 33426/32760/31265</w:t>
        <w:br/>
        <w:t>f 32986/32320/30884 33407/32740/31248 32384/31718/30322</w:t>
        <w:br/>
        <w:t>f 32987/32319/30883 32986/32320/30884 32384/31718/30322</w:t>
        <w:br/>
        <w:t>f 32953/32286/30853 33428/32761/31266 32952/32287/30854</w:t>
        <w:br/>
        <w:t>f 33429/32762/31267 32553/31883/30477 32550/31886/30480</w:t>
        <w:br/>
        <w:t>f 32955/32288/30855 33429/32762/31267 32550/31886/30480</w:t>
        <w:br/>
        <w:t>f 33430/32763/31268 32954/32285/30852 32952/32287/30854</w:t>
        <w:br/>
        <w:t>f 33432/32764/31269 33428/32761/31266 33431/32765/31270</w:t>
        <w:br/>
        <w:t>f 33435/32766/31271 33434/32767/31272 33433/32768/31273</w:t>
        <w:br/>
        <w:t>f 33435/32766/31271 33433/32768/31273 33436/32769/31274</w:t>
        <w:br/>
        <w:t>f 32729/32064/30647 32955/32288/30855 32554/31887/30481</w:t>
        <w:br/>
        <w:t>f 32732/32065/30648 32729/32064/30647 32554/31887/30481</w:t>
        <w:br/>
        <w:t>f 32879/32212/30786 32884/32217/30791 33392/32726/31236</w:t>
        <w:br/>
        <w:t>f 33394/32727/31237 32879/32212/30786 33392/32726/31236</w:t>
        <w:br/>
        <w:t>f 33393/32725/31235 32884/32217/30791 32883/32216/30790</w:t>
        <w:br/>
        <w:t>f 32659/31994/30583 32874/32207/30781 32876/32209/30783</w:t>
        <w:br/>
        <w:t>f 32877/32208/30782 32659/31994/30583 32876/32209/30783</w:t>
        <w:br/>
        <w:t>f 32872/32205/30779 32654/31986/30575 32658/31990/30579</w:t>
        <w:br/>
        <w:t>f 32873/32206/30780 32872/32205/30779 32658/31990/30579</w:t>
        <w:br/>
        <w:t>f 32653/31987/30576 32656/31988/30577 32658/31990/30579</w:t>
        <w:br/>
        <w:t>f 32654/31986/30575 32653/31987/30576 32658/31990/30579</w:t>
        <w:br/>
        <w:t>f 33437/32770/31275 32656/31988/30577 32655/31989/30578</w:t>
        <w:br/>
        <w:t>f 32508/31840/30438 33183/32515/31051 33182/32516/31052</w:t>
        <w:br/>
        <w:t>f 32507/31841/30424 32508/31840/30438 33182/32516/31052</w:t>
        <w:br/>
        <w:t>f 33439/32771/31276 33438/32772/31276 32722/32053/30637</w:t>
        <w:br/>
        <w:t>f 32720/32055/30637 33439/32771/31276 32722/32053/30637</w:t>
        <w:br/>
        <w:t>f 32701/32034/30618 32700/32033/30618 32807/32138/30719</w:t>
        <w:br/>
        <w:t>f 32805/32140/30719 32701/32034/30618 32807/32138/30719</w:t>
        <w:br/>
        <w:t>f 32725/32056/30639 32726/32059/30642 32733/32068/30651</w:t>
        <w:br/>
        <w:t>f 32734/32067/30650 32725/32056/30639 32733/32068/30651</w:t>
        <w:br/>
        <w:t>f 32710/32043/30628 32737/32070/30653 32738/32069/30652</w:t>
        <w:br/>
        <w:t>f 32709/32044/30629 32710/32043/30628 32738/32069/30652</w:t>
        <w:br/>
        <w:t>f 32737/32070/30653 32710/32043/30628 32810/32143/30639</w:t>
        <w:br/>
        <w:t>f 33440/32773/30650 32737/32070/30653 32810/32143/30639</w:t>
        <w:br/>
        <w:t>f 32708/32041/30626 32707/32040/30626 33438/32772/31276</w:t>
        <w:br/>
        <w:t>f 33439/32771/31276 32708/32041/30626 33438/32772/31276</w:t>
        <w:br/>
        <w:t>f 33065/32397/30950 33066/32396/30950 33442/32774/31277</w:t>
        <w:br/>
        <w:t>f 33441/32775/31278 33065/32397/30950 33442/32774/31277</w:t>
        <w:br/>
        <w:t>f 33151/32484/31021 32977/32312/30876 32978/32311/30875</w:t>
        <w:br/>
        <w:t>f 33150/32483/31021 33151/32484/31021 32978/32311/30875</w:t>
        <w:br/>
        <w:t>f 33070/32403/30952 33008/32343/30904 33009/32342/30904</w:t>
        <w:br/>
        <w:t>f 33069/32400/30952 33070/32403/30952 33009/32342/30904</w:t>
        <w:br/>
        <w:t>f 33148/32482/31020 33149/32481/31019 33441/32775/31278</w:t>
        <w:br/>
        <w:t>f 33442/32774/31277 33148/32482/31020 33441/32775/31278</w:t>
        <w:br/>
        <w:t>f 32253/31588/30197 32256/31589/30198 33124/32457/30997</w:t>
        <w:br/>
        <w:t>f 33093/32427/30972 32253/31588/30197 33124/32457/30997</w:t>
        <w:br/>
        <w:t>f 32276/31609/30216 32291/31625/30232 32292/31624/30231</w:t>
        <w:br/>
        <w:t>f 33142/32475/31013 32276/31609/30216 32292/31624/30231</w:t>
        <w:br/>
        <w:t>f 32277/31608/30215 33140/32473/31011 32291/31625/30232</w:t>
        <w:br/>
        <w:t>f 32276/31609/30216 32277/31608/30215 32291/31625/30232</w:t>
        <w:br/>
        <w:t>f 32253/31588/30197 32254/31587/30196 32257/31590/30199</w:t>
        <w:br/>
        <w:t>f 32256/31589/30198 32253/31588/30197 32257/31590/30199</w:t>
        <w:br/>
        <w:t>f 33106/32437/30981 32220/31555/30164 32221/31554/30163</w:t>
        <w:br/>
        <w:t>f 33105/32438/30981 33106/32437/30981 32221/31554/30163</w:t>
        <w:br/>
        <w:t>f 33133/32468/31005 32925/32255/30825 32922/32258/30827</w:t>
        <w:br/>
        <w:t>f 33135/32466/31005 33133/32468/31005 32922/32258/30827</w:t>
        <w:br/>
        <w:t>f 33103/32434/30978 33101/32436/30980 33095/32429/30973</w:t>
        <w:br/>
        <w:t>f 33096/32428/30973 33103/32434/30978 33095/32429/30973</w:t>
        <w:br/>
        <w:t>f 33123/32455/30996 32295/31630/30237 32296/31629/30236</w:t>
        <w:br/>
        <w:t>f 33122/32456/30996 33123/32455/30996 32296/31629/30236</w:t>
        <w:br/>
        <w:t>f 32252/31583/30192 32272/31606/30213 32273/31605/30212</w:t>
        <w:br/>
        <w:t>f 32251/31584/30193 32252/31583/30192 32273/31605/30212</w:t>
        <w:br/>
        <w:t>f 32992/32325/30888 33139/32472/31010 33119/32450/30992</w:t>
        <w:br/>
        <w:t>f 33117/32452/30994 32992/32325/30888 33119/32450/30992</w:t>
        <w:br/>
        <w:t>f 33443/32776/31279 32247/31582/30191 32248/31581/30190</w:t>
        <w:br/>
        <w:t>f 33444/32777/31280 33443/32776/31279 32248/31581/30190</w:t>
        <w:br/>
        <w:t>f 32991/32326/30889 32992/32325/30888 33117/32452/30994</w:t>
        <w:br/>
        <w:t>f 33137/32471/31009 32991/32326/30889 33117/32452/30994</w:t>
        <w:br/>
        <w:t>f 32293/31626/30233 32251/31584/30193 32273/31605/30212</w:t>
        <w:br/>
        <w:t>f 33115/32446/30988 32293/31626/30233 32273/31605/30212</w:t>
        <w:br/>
        <w:t>f 33093/32427/30972 33124/32457/30997 33303/32636/31152</w:t>
        <w:br/>
        <w:t>f 33094/32426/30971 33093/32427/30972 33303/32636/31152</w:t>
        <w:br/>
        <w:t>f 32232/31565/30174 33443/32776/31279 33444/32777/31280</w:t>
        <w:br/>
        <w:t>f 32231/31566/30175 32232/31565/30174 33444/32777/31280</w:t>
        <w:br/>
        <w:t>f 33378/32711/31224 32618/31953/30544 32619/31952/30544</w:t>
        <w:br/>
        <w:t>f 33377/32712/31224 33378/32711/31224 32619/31952/30544</w:t>
        <w:br/>
        <w:t>f 33381/32714/31226 33446/32778/31281 33445/32779/31282</w:t>
        <w:br/>
        <w:t>f 33380/32715/31227 33381/32714/31226 33445/32779/31282</w:t>
        <w:br/>
        <w:t>f 33385/32716/31228 33383/32718/31228 32622/31958/30548</w:t>
        <w:br/>
        <w:t>f 32623/31957/30548 33385/32716/31228 32622/31958/30548</w:t>
        <w:br/>
        <w:t>f 33386/32721/31232 33387/32720/31231 32626/31962/30552</w:t>
        <w:br/>
        <w:t>f 32627/31961/30551 33386/32721/31232 32626/31962/30552</w:t>
        <w:br/>
        <w:t>f 32608/31940/30533 33445/32779/31282 33446/32778/31281</w:t>
        <w:br/>
        <w:t>f 32607/31941/30534 32608/31940/30533 33446/32778/31281</w:t>
        <w:br/>
        <w:t>f 32953/32286/30853 32954/32285/30852 32553/31883/30477</w:t>
        <w:br/>
        <w:t>f 33429/32762/31267 32953/32286/30853 32553/31883/30477</w:t>
        <w:br/>
        <w:t>f 33428/32761/31266 32953/32286/30853 33429/32762/31267</w:t>
        <w:br/>
        <w:t>f 32956/32290/30857 33428/32761/31266 33429/32762/31267</w:t>
        <w:br/>
        <w:t>f 32954/32285/30852 33430/32763/31268 32552/31884/30478</w:t>
        <w:br/>
        <w:t>f 32553/31883/30477 32954/32285/30852 32552/31884/30478</w:t>
        <w:br/>
        <w:t>f 33431/32765/31270 33428/32761/31266 32956/32290/30857</w:t>
        <w:br/>
        <w:t>f 32957/32289/30856 33431/32765/31270 32956/32290/30857</w:t>
        <w:br/>
        <w:t>f 33435/32766/31271 32958/32291/30858 32959/32292/30859</w:t>
        <w:br/>
        <w:t>f 33434/32767/31272 33435/32766/31271 32959/32292/30859</w:t>
        <w:br/>
        <w:t>f 33436/32769/31274 32960/32293/30860 32958/32291/30858</w:t>
        <w:br/>
        <w:t>f 33435/32766/31271 33436/32769/31274 32958/32291/30858</w:t>
        <w:br/>
        <w:t>f 32956/32290/30857 33429/32762/31267 32955/32288/30855</w:t>
        <w:br/>
        <w:t>f 32729/32064/30647 32956/32290/30857 32955/32288/30855</w:t>
        <w:br/>
        <w:t>f 32814/32144/30723 32811/32147/30726 32818/32153/30731</w:t>
        <w:br/>
        <w:t>f 32819/32152/30730 32814/32144/30723 32818/32153/30731</w:t>
        <w:br/>
        <w:t>f 32818/32153/30731 32811/32147/30726 32966/32299/30865</w:t>
        <w:br/>
        <w:t>f 32965/32297/30863 32818/32153/30731 32966/32299/30865</w:t>
        <w:br/>
        <w:t>f 32963/32294/30861 32961/32296/30861 32596/31928/31283</w:t>
        <w:br/>
        <w:t>f 32714/32046/30631 32963/32294/30861 32596/31928/31283</w:t>
        <w:br/>
        <w:t>f 32967/32301/30866 32686/32021/30607 32687/32020/30606</w:t>
        <w:br/>
        <w:t>f 32968/32300/30865 32967/32301/30866 32687/32020/30606</w:t>
        <w:br/>
        <w:t>f 33447/32780/31284 32970/32303/30868 32595/31929/30523</w:t>
        <w:br/>
        <w:t>f 32596/31928/30522 33447/32780/31284 32595/31929/30523</w:t>
        <w:br/>
        <w:t>f 32970/32303/30868 32971/32302/30867 32597/31930/30524</w:t>
        <w:br/>
        <w:t>f 32595/31929/30523 32970/32303/30868 32597/31930/30524</w:t>
        <w:br/>
        <w:t>f 32970/32303/30868 33447/32780/31284 32969/32304/30869</w:t>
        <w:br/>
        <w:t>f 32383/31714/30318 32385/31717/30321 32386/31719/30323</w:t>
        <w:br/>
        <w:t>f 32382/31715/30319 32383/31714/30318 32386/31719/30323</w:t>
        <w:br/>
        <w:t>f 33418/32751/31257 32763/32096/30679 32385/31717/30321</w:t>
        <w:br/>
        <w:t>f 32383/31714/30318 33418/32751/31257 32385/31717/30321</w:t>
        <w:br/>
        <w:t>f 32754/32089/30672 32755/32088/30671 33322/32656/31171</w:t>
        <w:br/>
        <w:t>f 33323/32655/31170 32754/32089/30672 33322/32656/31171</w:t>
        <w:br/>
        <w:t>f 32761/32092/30675 32759/32094/30677 33449/32781/31285</w:t>
        <w:br/>
        <w:t>f 33448/32782/31173 32761/32092/30675 33449/32781/31285</w:t>
        <w:br/>
        <w:t>f 32755/32088/30671 33421/32754/31260 33419/32752/31258</w:t>
        <w:br/>
        <w:t>f 33322/32656/31171 32755/32088/30671 33419/32752/31258</w:t>
        <w:br/>
        <w:t>f 33422/32757/31260 33423/32756/31262 33324/32658/31173</w:t>
        <w:br/>
        <w:t>f 33325/32657/31172 33422/32757/31260 33324/32658/31173</w:t>
        <w:br/>
        <w:t>f 33425/32758/31263 32762/32095/30678 32763/32096/30679</w:t>
        <w:br/>
        <w:t>f 33418/32751/31257 33425/32758/31263 32763/32096/30679</w:t>
        <w:br/>
        <w:t>f 32382/31715/30319 32386/31719/30323 33420/32753/31259</w:t>
        <w:br/>
        <w:t>f 33427/32759/31264 32382/31715/30319 33420/32753/31259</w:t>
        <w:br/>
        <w:t>f 33448/32782/31173 33449/32781/31285 33407/32740/31248</w:t>
        <w:br/>
        <w:t>f 33406/32739/31157 33448/32782/31173 33407/32740/31248</w:t>
        <w:br/>
        <w:t>f 32412/31747/30351 32413/31746/30350 32772/32105/30687</w:t>
        <w:br/>
        <w:t>f 32771/32104/30686 32412/31747/30351 32772/32105/30687</w:t>
        <w:br/>
        <w:t>f 32415/31748/30352 32418/31749/30353 32772/32105/30687</w:t>
        <w:br/>
        <w:t>f 32413/31746/30350 32415/31748/30352 32772/32105/30687</w:t>
        <w:br/>
        <w:t>f 32419/31753/30357 32412/31747/30351 32771/32104/30686</w:t>
        <w:br/>
        <w:t>f 33450/32783/31286 32419/31753/30357 32771/32104/30686</w:t>
        <w:br/>
        <w:t>f 32773/32107/30689 32417/31750/30354 32418/31749/30353</w:t>
        <w:br/>
        <w:t>f 32415/31748/30352 32773/32107/30689 32418/31749/30353</w:t>
        <w:br/>
        <w:t>f 32896/32229/30801 32778/32108/30690 32775/32111/30693</w:t>
        <w:br/>
        <w:t>f 32895/32230/30801 32896/32229/30801 32775/32111/30693</w:t>
        <w:br/>
        <w:t>f 32900/32231/30802 32898/32233/30804 32901/32235/30806</w:t>
        <w:br/>
        <w:t>f 32902/32234/30805 32900/32231/30802 32901/32235/30806</w:t>
        <w:br/>
        <w:t>f 32410/31742/30346 32770/32103/30685 33450/32783/31286</w:t>
        <w:br/>
        <w:t>f 32771/32104/30686 32410/31742/30346 33450/32783/31286</w:t>
        <w:br/>
        <w:t>f 32441/31774/30377 32442/31773/30376 32788/32122/30703</w:t>
        <w:br/>
        <w:t>f 32789/32121/30702 32441/31774/30377 32788/32122/30703</w:t>
        <w:br/>
        <w:t>f 32443/31776/30379 32447/31778/30381 32788/32122/30703</w:t>
        <w:br/>
        <w:t>f 32442/31773/30376 32443/31776/30379 32788/32122/30703</w:t>
        <w:br/>
        <w:t>f 32444/31777/30380 32441/31774/30377 32789/32121/30702</w:t>
        <w:br/>
        <w:t>f 33451/32784/31287 32444/31777/30380 32789/32121/30702</w:t>
        <w:br/>
        <w:t>f 32790/32124/30705 32446/31779/30382 32447/31778/30381</w:t>
        <w:br/>
        <w:t>f 32443/31776/30379 32790/32124/30705 32447/31778/30381</w:t>
        <w:br/>
        <w:t>f 33200/32535/30814 33201/32534/31069 32795/32128/30709</w:t>
        <w:br/>
        <w:t>f 32792/32127/30708 33200/32535/30814 32795/32128/30709</w:t>
        <w:br/>
        <w:t>f 32911/32242/30812 32913/32246/30816 32915/32248/30817</w:t>
        <w:br/>
        <w:t>f 32912/32245/30815 32911/32242/30812 32915/32248/30817</w:t>
        <w:br/>
        <w:t>f 32911/32242/30812 32909/32244/30814 32914/32247/30708</w:t>
        <w:br/>
        <w:t>f 32913/32246/30816 32911/32242/30812 32914/32247/30708</w:t>
        <w:br/>
        <w:t>f 32438/31770/30373 32787/32120/30701 33451/32784/31287</w:t>
        <w:br/>
        <w:t>f 32789/32121/30702 32438/31770/30373 33451/32784/31287</w:t>
        <w:br/>
        <w:t>f 32833/32163/30738 32976/32309/30873 32835/32168/30743</w:t>
        <w:br/>
        <w:t>f 32836/32167/30742 32833/32163/30738 32835/32168/30743</w:t>
        <w:br/>
        <w:t>f 32832/32164/30739 32833/32163/30738 32836/32167/30742</w:t>
        <w:br/>
        <w:t>f 33452/32785/31288 32832/32164/30739 32836/32167/30742</w:t>
        <w:br/>
        <w:t>f 32839/32171/30746 32832/32164/30739 32975/32308/30872</w:t>
        <w:br/>
        <w:t>f 32974/32307/30872 32839/32171/30746 32975/32308/30872</w:t>
        <w:br/>
        <w:t>f 32842/32174/30749 32856/32186/30761 32853/32189/30764</w:t>
        <w:br/>
        <w:t>f 32841/32175/30750 32842/32174/30749 32853/32189/30764</w:t>
        <w:br/>
        <w:t>f 32841/32175/30750 32853/32189/30764 32860/32194/30768</w:t>
        <w:br/>
        <w:t>f 32845/32177/30752 32841/32175/30750 32860/32194/30768</w:t>
        <w:br/>
        <w:t>f 32849/32182/30757 32863/32195/30769 32862/32196/30770</w:t>
        <w:br/>
        <w:t>f 32848/32179/30754 32849/32182/30757 32862/32196/30770</w:t>
        <w:br/>
        <w:t>f 32837/32170/30745 32850/32183/30758 33452/32785/31288</w:t>
        <w:br/>
        <w:t>f 32836/32167/30742 32837/32170/30745 33452/32785/31288</w:t>
        <w:br/>
        <w:t>f 33453/32786/31289 31858/31191/29812 31856/31186/29807</w:t>
        <w:br/>
        <w:t>f 32165/31498/30107 33453/32786/31289 31856/31186/29807</w:t>
        <w:br/>
        <w:t>f 31835/31168/29791 31836/31167/29791 32128/31459/30073</w:t>
        <w:br/>
        <w:t>f 32129/31462/30073 31835/31168/29791 32128/31459/30073</w:t>
        <w:br/>
        <w:t>f 31839/31170/29793 31842/31173/29795 31843/31176/29795</w:t>
        <w:br/>
        <w:t>f 31838/31171/29793 31839/31170/29793 31843/31176/29795</w:t>
        <w:br/>
        <w:t>f 31858/31191/29812 31859/31190/29811 31855/31187/29808</w:t>
        <w:br/>
        <w:t>f 31856/31186/29807 31858/31191/29812 31855/31187/29808</w:t>
        <w:br/>
        <w:t>f 31860/31193/29814 31852/31184/29805 31849/31180/29801</w:t>
        <w:br/>
        <w:t>f 31846/31177/29798 31860/31193/29814 31849/31180/29801</w:t>
        <w:br/>
        <w:t>f 31846/31177/29798 31849/31180/29801 31850/31183/29804</w:t>
        <w:br/>
        <w:t>f 31845/31178/29799 31846/31177/29798 31850/31183/29804</w:t>
        <w:br/>
        <w:t>f 31858/31191/29812 33453/32786/31289 31857/31192/29813</w:t>
        <w:br/>
        <w:t>f 32095/31428/30043 32176/31509/30118 32177/31510/30119</w:t>
        <w:br/>
        <w:t>f 32094/31429/30044 32095/31428/30043 32177/31510/30119</w:t>
        <w:br/>
        <w:t>f 32168/31503/30112 32169/31502/30111 31737/31069/29702</w:t>
        <w:br/>
        <w:t>f 31738/31068/29702 32168/31503/30112 31737/31069/29702</w:t>
        <w:br/>
        <w:t>f 32171/31505/30114 32167/31500/30109 32097/31431/30046</w:t>
        <w:br/>
        <w:t>f 32098/31430/30045 32171/31505/30114 32097/31431/30046</w:t>
        <w:br/>
        <w:t>f 32175/31506/30115 32173/31508/30117 32099/31433/30048</w:t>
        <w:br/>
        <w:t>f 32100/31432/30047 32175/31506/30115 32099/31433/30048</w:t>
        <w:br/>
        <w:t>f 32094/31429/30044 32177/31510/30119 32097/31431/30046</w:t>
        <w:br/>
        <w:t>f 32167/31500/30109 32094/31429/30044 32097/31431/30046</w:t>
        <w:br/>
        <w:t>f 32178/31511/30120 32101/31434/30049 32099/31433/30048</w:t>
        <w:br/>
        <w:t>f 32173/31508/30117 32178/31511/30120 32099/31433/30048</w:t>
        <w:br/>
        <w:t>f 32177/31510/30119 32103/31435/30050 32179/31512/30121</w:t>
        <w:br/>
        <w:t>f 32097/31431/30046 32177/31510/30119 32179/31512/30121</w:t>
        <w:br/>
        <w:t>f 32073/31408/30024 31712/31045/29680 32184/31517/30126</w:t>
        <w:br/>
        <w:t>f 32075/31406/30022 32073/31408/30024 32184/31517/30126</w:t>
        <w:br/>
        <w:t>f 32181/31514/30123 31711/31044/29679 31712/31045/29680</w:t>
        <w:br/>
        <w:t>f 32073/31408/30024 32181/31514/30123 31712/31045/29680</w:t>
        <w:br/>
        <w:t>f 32182/31516/30125 32076/31409/30025 31711/31044/29679</w:t>
        <w:br/>
        <w:t>f 32181/31514/30123 32182/31516/30125 31711/31044/29679</w:t>
        <w:br/>
        <w:t>f 32075/31406/30022 32184/31517/30126 33454/32787/31290</w:t>
        <w:br/>
        <w:t>f 32180/31513/30122 32075/31406/30022 33454/32787/31290</w:t>
        <w:br/>
        <w:t>f 32187/31518/30127 32185/31520/30129 32077/31411/30027</w:t>
        <w:br/>
        <w:t>f 32078/31410/30026 32187/31518/30127 32077/31411/30027</w:t>
        <w:br/>
        <w:t>f 32185/31520/30129 32188/31521/30130 32080/31413/30029</w:t>
        <w:br/>
        <w:t>f 32077/31411/30027 32185/31520/30129 32080/31413/30029</w:t>
        <w:br/>
        <w:t>f 32184/31517/30126 32079/31412/30028 32189/31522/30131</w:t>
        <w:br/>
        <w:t>f 33454/32787/31290 32184/31517/30126 32189/31522/30131</w:t>
        <w:br/>
        <w:t>f 32192/31525/30134 32191/31524/30133 31698/31033/29668</w:t>
        <w:br/>
        <w:t>f 31699/31032/29667 32192/31525/30134 31698/31033/29668</w:t>
        <w:br/>
        <w:t>f 32190/31523/30132 31694/31028/29663 31695/31027/29662</w:t>
        <w:br/>
        <w:t>f 31888/31223/29844 32190/31523/30132 31695/31027/29662</w:t>
        <w:br/>
        <w:t>f 31888/31223/29844 31695/31027/29662 31766/31098/31291</w:t>
        <w:br/>
        <w:t>f 31890/31221/29842 31888/31223/29844 31766/31098/31291</w:t>
        <w:br/>
        <w:t>f 32190/31523/30132 31698/31033/29668 32191/31524/30133</w:t>
        <w:br/>
        <w:t>f 31694/31028/29663 32190/31523/30132 32191/31524/30133</w:t>
        <w:br/>
        <w:t>f 31761/31094/29724 31758/31093/29723 33456/32788/31292</w:t>
        <w:br/>
        <w:t>f 33455/32789/31292 31761/31094/29724 33456/32788/31292</w:t>
        <w:br/>
        <w:t>f 33457/32790/31293 33455/32789/31292 33456/32788/31292</w:t>
        <w:br/>
        <w:t>f 32306/31642/30248 32511/31845/30441 33458/32791/31294</w:t>
        <w:br/>
        <w:t>f 32202/31537/30146 32203/31536/30145 33459/32792/31097</w:t>
        <w:br/>
        <w:t>f 33460/32793/31295 31000/31000/29636 30924/30927/29585</w:t>
        <w:br/>
        <w:t>f 31000/31000/29636 33460/32793/31295 33461/32794/31296</w:t>
        <w:br/>
        <w:t>f 33326/32659/31174 32746/32078/30661 32745/32079/30662</w:t>
        <w:br/>
        <w:t>f 32210/31541/30150 32204/31535/30144 32202/31537/30146</w:t>
        <w:br/>
        <w:t>f 32594/31926/30520 32306/31642/30248 33462/32795/31297</w:t>
        <w:br/>
        <w:t>f 33462/32795/31297 32306/31642/30248 33350/32683/31196</w:t>
        <w:br/>
        <w:t>f 33608/32796/31298 33607/32797/31298 33606/32798/31299</w:t>
        <w:br/>
        <w:t>f 33609/32799/31299 33608/32796/31298 33606/32798/31299</w:t>
        <w:br/>
        <w:t>f 33608/32796/31298 33611/32800/31300 33610/32801/31300</w:t>
        <w:br/>
        <w:t>f 33607/32797/31298 33608/32796/31298 33610/32801/31300</w:t>
        <w:br/>
        <w:t>f 33611/32800/31300 33613/32802/31301 33612/32803/31301</w:t>
        <w:br/>
        <w:t>f 33610/32801/31300 33611/32800/31300 33612/32803/31301</w:t>
        <w:br/>
        <w:t>f 33613/32802/31301 33615/32804/31302 33614/32805/31302</w:t>
        <w:br/>
        <w:t>f 33612/32803/31301 33613/32802/31301 33614/32805/31302</w:t>
        <w:br/>
        <w:t>f 33617/32806/31303 33616/32807/31303 33614/32805/31302</w:t>
        <w:br/>
        <w:t>f 33615/32804/31302 33617/32806/31303 33614/32805/31302</w:t>
        <w:br/>
        <w:t>f 33619/32808/31304 33618/32809/31305 33616/32807/31303</w:t>
        <w:br/>
        <w:t>f 33617/32806/31303 33619/32808/31304 33616/32807/31303</w:t>
        <w:br/>
        <w:t>f 33622/32810/31306 33621/32811/31307 33620/32812/31308</w:t>
        <w:br/>
        <w:t>f 33626/32813/31309 33625/32814/31310 33624/32815/31310</w:t>
        <w:br/>
        <w:t>f 33623/32816/31309 33626/32813/31309 33624/32815/31310</w:t>
        <w:br/>
        <w:t>f 33625/32814/31310 33628/32817/31311 33627/32818/31312</w:t>
        <w:br/>
        <w:t>f 33624/32815/31310 33625/32814/31310 33627/32818/31312</w:t>
        <w:br/>
        <w:t>f 33628/32817/31311 33630/32819/31313 33629/32820/31314</w:t>
        <w:br/>
        <w:t>f 33627/32818/31312 33628/32817/31311 33629/32820/31314</w:t>
        <w:br/>
        <w:t>f 33630/32819/31313 33632/32821/31315 33631/32822/31315</w:t>
        <w:br/>
        <w:t>f 33629/32820/31314 33630/32819/31313 33631/32822/31315</w:t>
        <w:br/>
        <w:t>f 33632/32821/31315 33634/32823/31316 33633/32824/31317</w:t>
        <w:br/>
        <w:t>f 33631/32822/31315 33632/32821/31315 33633/32824/31317</w:t>
        <w:br/>
        <w:t>f 33636/32825/31318 33635/32826/31318 33633/32824/31317</w:t>
        <w:br/>
        <w:t>f 33634/32823/31316 33636/32825/31318 33633/32824/31317</w:t>
        <w:br/>
        <w:t>f 33638/32827/31319 33637/32828/31320 33635/32826/31318</w:t>
        <w:br/>
        <w:t>f 33636/32825/31318 33638/32827/31319 33635/32826/31318</w:t>
        <w:br/>
        <w:t>f 33640/32829/31321 33639/32830/31321 33637/32828/31320</w:t>
        <w:br/>
        <w:t>f 33638/32827/31319 33640/32829/31321 33637/32828/31320</w:t>
        <w:br/>
        <w:t>f 33642/32831/31322 33641/32832/31323 33639/32830/31321</w:t>
        <w:br/>
        <w:t>f 33640/32829/31321 33642/32831/31322 33639/32830/31321</w:t>
        <w:br/>
        <w:t>f 33644/32833/31324 33643/32834/31325 33641/32832/31323</w:t>
        <w:br/>
        <w:t>f 33642/32831/31322 33644/32833/31324 33641/32832/31323</w:t>
        <w:br/>
        <w:t>f 33646/32835/31326 33645/32836/31327 33643/32834/31325</w:t>
        <w:br/>
        <w:t>f 33644/32833/31324 33646/32835/31326 33643/32834/31325</w:t>
        <w:br/>
        <w:t>f 33648/32837/31328 33647/32838/31328 33645/32836/31327</w:t>
        <w:br/>
        <w:t>f 33646/32835/31326 33648/32837/31328 33645/32836/31327</w:t>
        <w:br/>
        <w:t>f 33609/32799/31299 33606/32798/31299 33647/32838/31328</w:t>
        <w:br/>
        <w:t>f 33648/32837/31328 33609/32799/31299 33647/32838/31328</w:t>
        <w:br/>
        <w:t>f 33652/32839/31329 33651/32840/31330 33650/32841/31330</w:t>
        <w:br/>
        <w:t>f 33649/32842/31331 33652/32839/31329 33650/32841/31330</w:t>
        <w:br/>
        <w:t>f 33651/32840/31330 33654/32843/31332 33653/32844/31332</w:t>
        <w:br/>
        <w:t>f 33650/32841/31330 33651/32840/31330 33653/32844/31332</w:t>
        <w:br/>
        <w:t>f 33656/32845/31333 33655/32846/31333 33653/32844/31332</w:t>
        <w:br/>
        <w:t>f 33654/32843/31332 33656/32845/31333 33653/32844/31332</w:t>
        <w:br/>
        <w:t>f 33656/32845/31333 33658/32847/31334 33657/32848/31334</w:t>
        <w:br/>
        <w:t>f 33655/32846/31333 33656/32845/31333 33657/32848/31334</w:t>
        <w:br/>
        <w:t>f 33658/32847/31334 33660/32849/31335 33659/32850/31336</w:t>
        <w:br/>
        <w:t>f 33657/32848/31334 33658/32847/31334 33659/32850/31336</w:t>
        <w:br/>
        <w:t>f 33662/32851/31337 33661/32852/31337 33659/32850/31336</w:t>
        <w:br/>
        <w:t>f 33660/32849/31335 33662/32851/31337 33659/32850/31336</w:t>
        <w:br/>
        <w:t>f 33664/32853/31338 33663/32854/31338 33661/32852/31337</w:t>
        <w:br/>
        <w:t>f 33662/32851/31337 33664/32853/31338 33661/32852/31337</w:t>
        <w:br/>
        <w:t>f 33666/32855/31339 33665/32856/31339 33663/32854/31338</w:t>
        <w:br/>
        <w:t>f 33664/32853/31338 33666/32855/31339 33663/32854/31338</w:t>
        <w:br/>
        <w:t>f 33668/32857/31340 33667/32858/31340 33665/32856/31339</w:t>
        <w:br/>
        <w:t>f 33666/32855/31339 33668/32857/31340 33665/32856/31339</w:t>
        <w:br/>
        <w:t>f 33670/32859/31341 33669/32860/31341 33667/32858/31340</w:t>
        <w:br/>
        <w:t>f 33668/32857/31340 33670/32859/31341 33667/32858/31340</w:t>
        <w:br/>
        <w:t>f 33670/32859/31341 33672/32861/31342 33671/32862/31342</w:t>
        <w:br/>
        <w:t>f 33669/32860/31341 33670/32859/31341 33671/32862/31342</w:t>
        <w:br/>
        <w:t>f 33672/32861/31342 33621/32811/31307 33673/32863/31343</w:t>
        <w:br/>
        <w:t>f 33671/32862/31342 33672/32861/31342 33673/32863/31343</w:t>
        <w:br/>
        <w:t>f 33621/32811/31307 33622/32810/31306 33674/32864/31344</w:t>
        <w:br/>
        <w:t>f 33673/32863/31343 33621/32811/31307 33674/32864/31344</w:t>
        <w:br/>
        <w:t>f 33678/32865/31345 33677/32866/31346 33676/32867/31346</w:t>
        <w:br/>
        <w:t>f 33675/32868/31344 33678/32865/31345 33676/32867/31346</w:t>
        <w:br/>
        <w:t>f 33677/32866/31346 33680/32869/31347 33679/32870/31347</w:t>
        <w:br/>
        <w:t>f 33676/32867/31346 33677/32866/31346 33679/32870/31347</w:t>
        <w:br/>
        <w:t>f 33682/32871/31348 33681/32872/31348 33679/32870/31347</w:t>
        <w:br/>
        <w:t>f 33680/32869/31347 33682/32871/31348 33679/32870/31347</w:t>
        <w:br/>
        <w:t>f 33684/32873/31349 33683/32874/31349 33681/32872/31348</w:t>
        <w:br/>
        <w:t>f 33682/32871/31348 33684/32873/31349 33681/32872/31348</w:t>
        <w:br/>
        <w:t>f 33686/32875/31350 33685/32876/31350 33683/32874/31349</w:t>
        <w:br/>
        <w:t>f 33684/32873/31349 33686/32875/31350 33683/32874/31349</w:t>
        <w:br/>
        <w:t>f 33688/32877/31351 33687/32878/31351 33685/32876/31350</w:t>
        <w:br/>
        <w:t>f 33686/32875/31350 33688/32877/31351 33685/32876/31350</w:t>
        <w:br/>
        <w:t>f 33652/32839/31329 33649/32842/31331 33687/32878/31351</w:t>
        <w:br/>
        <w:t>f 33688/32877/31351 33652/32839/31329 33687/32878/31351</w:t>
        <w:br/>
        <w:t>f 33692/32879/31352 33691/32880/31353 33690/32881/31353</w:t>
        <w:br/>
        <w:t>f 33689/32882/31352 33692/32879/31352 33690/32881/31353</w:t>
        <w:br/>
        <w:t>f 33691/32880/31353 33694/32883/31354 33693/32884/31354</w:t>
        <w:br/>
        <w:t>f 33690/32881/31353 33691/32880/31353 33693/32884/31354</w:t>
        <w:br/>
        <w:t>f 33694/32883/31354 33696/32885/31355 33695/32886/31356</w:t>
        <w:br/>
        <w:t>f 33693/32884/31354 33694/32883/31354 33695/32886/31356</w:t>
        <w:br/>
        <w:t>f 33696/32885/31355 33698/32887/31357 33697/32888/31358</w:t>
        <w:br/>
        <w:t>f 33695/32886/31356 33696/32885/31355 33697/32888/31358</w:t>
        <w:br/>
        <w:t>f 33698/32887/31357 33700/32889/31359 33699/32890/31359</w:t>
        <w:br/>
        <w:t>f 33697/32888/31358 33698/32887/31357 33699/32890/31359</w:t>
        <w:br/>
        <w:t>f 33702/32891/31360 33701/32892/31360 33699/32890/31359</w:t>
        <w:br/>
        <w:t>f 33700/32889/31359 33702/32891/31360 33699/32890/31359</w:t>
        <w:br/>
        <w:t>f 33704/32893/31361 33703/32894/31362 33701/32892/31360</w:t>
        <w:br/>
        <w:t>f 33702/32891/31360 33704/32893/31361 33701/32892/31360</w:t>
        <w:br/>
        <w:t>f 33707/32895/31363 33706/32896/31364 33705/32897/31365</w:t>
        <w:br/>
        <w:t>f 33708/32898/31361 33707/32895/31363 33705/32897/31365</w:t>
        <w:br/>
        <w:t>f 33710/32899/31366 33709/32900/31367 33706/32896/31364</w:t>
        <w:br/>
        <w:t>f 33707/32895/31363 33710/32899/31366 33706/32896/31364</w:t>
        <w:br/>
        <w:t>f 33712/32901/31368 33711/32902/31368 33709/32900/31367</w:t>
        <w:br/>
        <w:t>f 33710/32899/31366 33712/32901/31368 33709/32900/31367</w:t>
        <w:br/>
        <w:t>f 33712/32901/31368 33714/32903/31369 33713/32904/31370</w:t>
        <w:br/>
        <w:t>f 33711/32902/31368 33712/32901/31368 33713/32904/31370</w:t>
        <w:br/>
        <w:t>f 33714/32903/31369 33716/32905/31371 33715/32906/31371</w:t>
        <w:br/>
        <w:t>f 33713/32904/31370 33714/32903/31369 33715/32906/31371</w:t>
        <w:br/>
        <w:t>f 33716/32905/31371 33718/32907/31372 33717/32908/31373</w:t>
        <w:br/>
        <w:t>f 33715/32906/31371 33716/32905/31371 33717/32908/31373</w:t>
        <w:br/>
        <w:t>f 33718/32907/31372 33720/32909/31374 33719/32910/31375</w:t>
        <w:br/>
        <w:t>f 33717/32908/31373 33718/32907/31372 33719/32910/31375</w:t>
        <w:br/>
        <w:t>f 33720/32909/31374 33722/32911/31376 33721/32912/31377</w:t>
        <w:br/>
        <w:t>f 33719/32910/31375 33720/32909/31374 33721/32912/31377</w:t>
        <w:br/>
        <w:t>f 33724/32913/31378 33723/32914/31378 33721/32912/31377</w:t>
        <w:br/>
        <w:t>f 33722/32911/31376 33724/32913/31378 33721/32912/31377</w:t>
        <w:br/>
        <w:t>f 33726/32915/31379 33725/32916/31380 33723/32914/31378</w:t>
        <w:br/>
        <w:t>f 33724/32913/31378 33726/32915/31379 33723/32914/31378</w:t>
        <w:br/>
        <w:t>f 33726/32915/31379 33728/32917/31381 33727/32918/31381</w:t>
        <w:br/>
        <w:t>f 33725/32916/31380 33726/32915/31379 33727/32918/31381</w:t>
        <w:br/>
        <w:t>f 33730/32919/31382 33729/32920/31383 33727/32918/31381</w:t>
        <w:br/>
        <w:t>f 33728/32917/31381 33730/32919/31382 33727/32918/31381</w:t>
        <w:br/>
        <w:t>f 33692/32879/31352 33689/32882/31352 33729/32920/31383</w:t>
        <w:br/>
        <w:t>f 33730/32919/31382 33692/32879/31352 33729/32920/31383</w:t>
        <w:br/>
        <w:t>f 33626/32813/31309 33623/32816/31309 33731/32921/31384</w:t>
        <w:br/>
        <w:t>f 33732/32922/31384 33626/32813/31309 33731/32921/31384</w:t>
        <w:br/>
        <w:t>f 33707/32895/31363 33708/32898/31361 33733/32923/31385</w:t>
        <w:br/>
        <w:t>f 33736/32924/31386 33735/32925/31387 33734/32926/31388</w:t>
        <w:br/>
        <w:t>f 33737/32927/31389 33736/32924/31386 33734/32926/31388</w:t>
        <w:br/>
        <w:t>f 33620/32812/31308 33739/32928/31390 33738/32929/31390</w:t>
        <w:br/>
        <w:t>f 33622/32810/31306 33620/32812/31308 33738/32929/31390</w:t>
        <w:br/>
        <w:t>f 33708/32898/31361 33741/32930/31391 33740/32931/31391</w:t>
        <w:br/>
        <w:t>f 33733/32923/31385 33708/32898/31361 33740/32931/31391</w:t>
        <w:br/>
        <w:t>f 33732/32922/31384 33731/32921/31384 33743/32932/31392</w:t>
        <w:br/>
        <w:t>f 33742/32933/31393 33732/32922/31384 33743/32932/31392</w:t>
        <w:br/>
        <w:t>f 33743/32932/31392 33734/32926/31388 33735/32925/31387</w:t>
        <w:br/>
        <w:t>f 33742/32933/31393 33743/32932/31392 33735/32925/31387</w:t>
        <w:br/>
        <w:t>f 33735/32925/31387 33736/32924/31386 33738/32929/31390</w:t>
        <w:br/>
        <w:t>f 33739/32928/31390 33735/32925/31387 33738/32929/31390</w:t>
        <w:br/>
        <w:t>f 33734/32926/31388 33740/32931/31391 33741/32930/31391</w:t>
        <w:br/>
        <w:t>f 33737/32927/31389 33734/32926/31388 33741/32930/31391</w:t>
        <w:br/>
        <w:t>f 33746/32934/31394 33745/32935/31395 33744/32936/31395</w:t>
        <w:br/>
        <w:t>f 33747/32937/31394 33746/32934/31394 33744/32936/31395</w:t>
        <w:br/>
        <w:t>f 33748/32938/31396 33746/32934/31394 33747/32937/31394</w:t>
        <w:br/>
        <w:t>f 33749/32939/31397 33748/32938/31396 33747/32937/31394</w:t>
        <w:br/>
        <w:t>f 33785/32940/31398 33350/32683/31196 32746/32078/30661</w:t>
        <w:br/>
        <w:t>f 30997/30998/29634 30931/30931/29589 30928/30930/29588</w:t>
        <w:br/>
        <w:t>f 32423/31754/30358 32424/31758/30361 32430/31763/30366</w:t>
        <w:br/>
        <w:t>f 30925/30926/29584 31005/31005/29640 30945/30948/29601</w:t>
        <w:br/>
        <w:t>f 30946/30947/29601 30925/30926/29584 30945/30948/29601</w:t>
        <w:br/>
        <w:t>f 33344/32678/31191 33345/32677/31190 34073/32941/31399</w:t>
        <w:br/>
        <w:t>f 34072/32942/31400 33344/32678/31191 34073/32941/31399</w:t>
        <w:br/>
        <w:t>f 33344/32678/31191 34072/32942/31400 34074/32943/31401</w:t>
        <w:br/>
        <w:t>f 33341/32673/31186 33344/32678/31191 34074/32943/31401</w:t>
        <w:br/>
        <w:t>f 33343/32675/31188 34076/32944/31402 34075/32945/31215</w:t>
        <w:br/>
        <w:t>f 33342/32676/31189 33343/32675/31188 34075/32945/31215</w:t>
        <w:br/>
        <w:t>f 33340/32674/31187 34077/32946/31403 34076/32944/31402</w:t>
        <w:br/>
        <w:t>f 33343/32675/31188 33340/32674/31187 34076/32944/31402</w:t>
        <w:br/>
        <w:t>f 33340/32674/31187 33341/32673/31186 34074/32943/31401</w:t>
        <w:br/>
        <w:t>f 34077/32946/31403 33340/32674/31187 34074/32943/31401</w:t>
        <w:br/>
        <w:t>f 33348/32681/31194 34078/32947/31404 34073/32941/31399</w:t>
        <w:br/>
        <w:t>f 33345/32677/31190 33348/32681/31194 34073/32941/31399</w:t>
        <w:br/>
        <w:t>f 34081/32948/31405 34080/32949/31405 34079/32950/31405</w:t>
        <w:br/>
        <w:t>f 34085/32951/31406 34084/32952/31406 34083/32953/31407</w:t>
        <w:br/>
        <w:t>f 34082/32954/31406 34085/32951/31406 34083/32953/31407</w:t>
        <w:br/>
        <w:t>f 33296/32629/31145 34086/32955/31408 33294/32627/31143</w:t>
        <w:br/>
        <w:t>f 34088/32956/31409 34087/32957/31409 31884/31220/29841</w:t>
        <w:br/>
        <w:t>f 32024/31356/29972 31974/31306/29924 31975/31305/29923</w:t>
        <w:br/>
        <w:t>f 32646/31977/30566 32935/32269/30838 32645/31978/30567</w:t>
        <w:br/>
        <w:t>f 33037/32369/30924 32645/31978/30567 33045/32378/30932</w:t>
        <w:br/>
        <w:t>f 32676/32007/30595 32674/32009/30597 33081/32415/30962</w:t>
        <w:br/>
        <w:t>f 33080/32412/30959 32676/32007/30595 33081/32415/30962</w:t>
        <w:br/>
        <w:t>f 32645/31978/30567 34089/32958/31410 33045/32378/30932</w:t>
        <w:br/>
        <w:t>f 32470/31802/30405 33080/32412/30959 33042/32375/30929</w:t>
        <w:br/>
        <w:t>f 33044/32376/30930 33184/32517/31053 33043/32377/30931</w:t>
        <w:br/>
        <w:t>f 33043/32377/30931 34089/32958/31410 32645/31978/30567</w:t>
        <w:br/>
        <w:t>f 33080/32412/30959 33082/32414/30961 33042/32375/30929</w:t>
        <w:br/>
        <w:t>f 32989/32322/30886 32227/31560/30169 32294/31627/30234</w:t>
        <w:br/>
        <w:t>f 32887/32219/30793 32981/32316/30880 32986/32320/30884</w:t>
        <w:br/>
        <w:t>f 32389/31725/30329 32393/31727/30331 32395/31729/30333</w:t>
        <w:br/>
        <w:t>f 32937/32270/30839 32940/32273/30842 32392/31722/30326</w:t>
        <w:br/>
        <w:t>f 34092/32959/31411 34091/32960/31412 34090/32961/31413</w:t>
        <w:br/>
        <w:t>f 34095/32962/31414 34094/32963/31415 34093/32964/31416</w:t>
        <w:br/>
        <w:t>f 34090/32961/31413 34097/32965/31417 34096/32966/31418</w:t>
        <w:br/>
        <w:t>f 34092/32959/31411 34090/32961/31413 34096/32966/31418</w:t>
        <w:br/>
        <w:t>f 34090/32961/31413 34091/32960/31412 34099/32967/31419</w:t>
        <w:br/>
        <w:t>f 34098/32968/31420 34090/32961/31413 34099/32967/31419</w:t>
        <w:br/>
        <w:t>f 34094/32963/31415 34101/32969/31421 34100/32970/31422</w:t>
        <w:br/>
        <w:t>f 34093/32964/31416 34094/32963/31415 34100/32970/31422</w:t>
        <w:br/>
        <w:t>f 34098/32968/31420 34103/32971/31423 34102/32972/31424</w:t>
        <w:br/>
        <w:t>f 34104/32973/31425 34098/32968/31420 34102/32972/31424</w:t>
        <w:br/>
        <w:t>f 34105/32974/31426 34103/32971/31423 34098/32968/31420</w:t>
        <w:br/>
        <w:t>f 34099/32967/31419 34105/32974/31426 34098/32968/31420</w:t>
        <w:br/>
        <w:t>f 34101/32969/31421 34107/32975/31427 34106/32976/31428</w:t>
        <w:br/>
        <w:t>f 34100/32970/31422 34101/32969/31421 34106/32976/31428</w:t>
        <w:br/>
        <w:t>f 34103/32971/31423 34109/32977/31429 34108/32978/31430</w:t>
        <w:br/>
        <w:t>f 34102/32972/31424 34103/32971/31423 34108/32978/31430</w:t>
        <w:br/>
        <w:t>f 34110/32979/31431 34109/32977/31429 34103/32971/31423</w:t>
        <w:br/>
        <w:t>f 34105/32974/31426 34110/32979/31431 34103/32971/31423</w:t>
        <w:br/>
        <w:t>f 34107/32975/31427 34112/32980/31432 34111/32981/31433</w:t>
        <w:br/>
        <w:t>f 34106/32976/31428 34107/32975/31427 34111/32981/31433</w:t>
        <w:br/>
        <w:t>f 34112/32980/31432 34115/32982/31434 34114/32983/31435</w:t>
        <w:br/>
        <w:t>f 34113/32984/31436 34112/32980/31432 34114/32983/31435</w:t>
        <w:br/>
        <w:t>f 34109/32977/31429 34117/32985/31437 34116/32986/31438</w:t>
        <w:br/>
        <w:t>f 34108/32978/31430 34109/32977/31429 34116/32986/31438</w:t>
        <w:br/>
        <w:t>f 34120/32987/31439 34119/32988/31440 34118/32989/31441</w:t>
        <w:br/>
        <w:t>f 34121/32990/31442 34120/32987/31439 34118/32989/31441</w:t>
        <w:br/>
        <w:t>f 34123/32991/31443 34121/32990/31442 34118/32989/31441</w:t>
        <w:br/>
        <w:t>f 34122/32992/31444 34123/32991/31443 34118/32989/31441</w:t>
        <w:br/>
        <w:t>f 34124/32993/31445 34117/32985/31437 34109/32977/31429</w:t>
        <w:br/>
        <w:t>f 34110/32979/31431 34124/32993/31445 34109/32977/31429</w:t>
        <w:br/>
        <w:t>f 34112/32980/31432 34113/32984/31436 34125/32994/31446</w:t>
        <w:br/>
        <w:t>f 34111/32981/31433 34112/32980/31432 34125/32994/31446</w:t>
        <w:br/>
        <w:t>f 34114/32983/31435 34127/32995/31447 34126/32996/31448</w:t>
        <w:br/>
        <w:t>f 34113/32984/31436 34114/32983/31435 34126/32996/31448</w:t>
        <w:br/>
        <w:t>f 34117/32985/31437 34129/32997/31449 34128/32998/31450</w:t>
        <w:br/>
        <w:t>f 34116/32986/31438 34117/32985/31437 34128/32998/31450</w:t>
        <w:br/>
        <w:t>f 34119/32988/31440 34131/32999/31451 34130/33000/31452</w:t>
        <w:br/>
        <w:t>f 34118/32989/31441 34119/32988/31440 34130/33000/31452</w:t>
        <w:br/>
        <w:t>f 34122/32992/31444 34118/32989/31441 34130/33000/31452</w:t>
        <w:br/>
        <w:t>f 34132/33001/31453 34122/32992/31444 34130/33000/31452</w:t>
        <w:br/>
        <w:t>f 34124/32993/31445 34133/33002/31454 34129/32997/31449</w:t>
        <w:br/>
        <w:t>f 34117/32985/31437 34124/32993/31445 34129/32997/31449</w:t>
        <w:br/>
        <w:t>f 34125/32994/31446 34113/32984/31436 34126/32996/31448</w:t>
        <w:br/>
        <w:t>f 34134/33003/31455 34125/32994/31446 34126/32996/31448</w:t>
        <w:br/>
        <w:t>f 34126/32996/31448 34127/32995/31447 34136/33004/31456</w:t>
        <w:br/>
        <w:t>f 34135/33005/31457 34126/32996/31448 34136/33004/31456</w:t>
        <w:br/>
        <w:t>f 34129/32997/31449 34138/33006/31458 34137/33007/31459</w:t>
        <w:br/>
        <w:t>f 34128/32998/31450 34129/32997/31449 34137/33007/31459</w:t>
        <w:br/>
        <w:t>f 34131/32999/31451 34140/33008/31460 34139/33009/31461</w:t>
        <w:br/>
        <w:t>f 34130/33000/31452 34131/32999/31451 34139/33009/31461</w:t>
        <w:br/>
        <w:t>f 34130/33000/31452 34139/33009/31461 34141/33010/31462</w:t>
        <w:br/>
        <w:t>f 34132/33001/31453 34130/33000/31452 34141/33010/31462</w:t>
        <w:br/>
        <w:t>f 34133/33002/31454 34142/33011/31463 34138/33006/31458</w:t>
        <w:br/>
        <w:t>f 34129/32997/31449 34133/33002/31454 34138/33006/31458</w:t>
        <w:br/>
        <w:t>f 34134/33003/31455 34126/32996/31448 34144/33012/31464</w:t>
        <w:br/>
        <w:t>f 34143/33013/31465 34134/33003/31455 34144/33012/31464</w:t>
        <w:br/>
        <w:t>f 34135/33005/31457 34136/33004/31456 34146/33014/31466</w:t>
        <w:br/>
        <w:t>f 34145/33015/31467 34135/33005/31457 34146/33014/31466</w:t>
        <w:br/>
        <w:t>f 34138/33006/31458 34148/33016/31468 34147/33017/31469</w:t>
        <w:br/>
        <w:t>f 34137/33007/31459 34138/33006/31458 34147/33017/31469</w:t>
        <w:br/>
        <w:t>f 34139/33009/31461 34140/33008/31460 34150/33018/31470</w:t>
        <w:br/>
        <w:t>f 34149/33019/31471 34139/33009/31461 34150/33018/31470</w:t>
        <w:br/>
        <w:t>f 34139/33009/31461 34149/33019/31471 34151/33020/31472</w:t>
        <w:br/>
        <w:t>f 34141/33010/31462 34139/33009/31461 34151/33020/31472</w:t>
        <w:br/>
        <w:t>f 34142/33011/31463 34152/33021/31473 34148/33016/31468</w:t>
        <w:br/>
        <w:t>f 34138/33006/31458 34142/33011/31463 34148/33016/31468</w:t>
        <w:br/>
        <w:t>f 34143/33013/31465 34135/33005/31457 34145/33015/31467</w:t>
        <w:br/>
        <w:t>f 34153/33022/31474 34143/33013/31465 34145/33015/31467</w:t>
        <w:br/>
        <w:t>f 34156/33023/31475 34155/33024/31476 34154/33025/31477</w:t>
        <w:br/>
        <w:t>f 34159/33026/31478 34158/33027/31479 34157/33028/31480</w:t>
        <w:br/>
        <w:t>f 34148/33016/31468 34161/33029/31481 34160/33030/31482</w:t>
        <w:br/>
        <w:t>f 34147/33017/31469 34148/33016/31468 34160/33030/31482</w:t>
        <w:br/>
        <w:t>f 34145/33015/31467 34146/33014/31466 34163/33031/31483</w:t>
        <w:br/>
        <w:t>f 34162/33032/31484 34145/33015/31467 34163/33031/31483</w:t>
        <w:br/>
        <w:t>f 34166/33033/31485 34165/33034/31486 34164/33035/31487</w:t>
        <w:br/>
        <w:t>f 34168/33036/31488 34167/33037/31489 34164/33035/31487</w:t>
        <w:br/>
        <w:t>f 34152/33021/31473 34169/33038/31490 34161/33029/31481</w:t>
        <w:br/>
        <w:t>f 34148/33016/31468 34152/33021/31473 34161/33029/31481</w:t>
        <w:br/>
        <w:t>f 34149/33019/31471 34171/33039/31491 34170/33040/31492</w:t>
        <w:br/>
        <w:t>f 34151/33020/31472 34149/33019/31471 34170/33040/31492</w:t>
        <w:br/>
        <w:t>f 34150/33018/31470 34172/33041/31493 34171/33039/31491</w:t>
        <w:br/>
        <w:t>f 34149/33019/31471 34150/33018/31470 34171/33039/31491</w:t>
        <w:br/>
        <w:t>f 34167/33037/31489 34174/33042/31494 34173/33043/31495</w:t>
        <w:br/>
        <w:t>f 34153/33022/31474 34145/33015/31467 34162/33032/31484</w:t>
        <w:br/>
        <w:t>f 34175/33044/31496 34153/33022/31474 34162/33032/31484</w:t>
        <w:br/>
        <w:t>f 34179/33045/31497 34178/33046/31498 34177/33047/31499</w:t>
        <w:br/>
        <w:t>f 34176/33048/31500 34179/33045/31497 34177/33047/31499</w:t>
        <w:br/>
        <w:t>f 34177/33047/31499 34181/33049/31501 34180/33050/31502</w:t>
        <w:br/>
        <w:t>f 34176/33048/31500 34177/33047/31499 34180/33050/31502</w:t>
        <w:br/>
        <w:t>f 34183/33051/31503 34182/33052/31504 34107/32975/31427</w:t>
        <w:br/>
        <w:t>f 34101/32969/31421 34183/33051/31503 34107/32975/31427</w:t>
        <w:br/>
        <w:t>f 34176/33048/31500 34180/33050/31502 34184/33053/31505</w:t>
        <w:br/>
        <w:t>f 34185/33054/31506 34176/33048/31500 34184/33053/31505</w:t>
        <w:br/>
        <w:t>f 34188/33055/31507 34187/33056/31508 34186/33057/31509</w:t>
        <w:br/>
        <w:t>f 34189/33058/31510 34188/33055/31507 34186/33057/31509</w:t>
        <w:br/>
        <w:t>f 34192/33059/31511 34191/33060/31512 34190/33061/31513</w:t>
        <w:br/>
        <w:t>f 34193/33062/31514 34192/33059/31511 34190/33061/31513</w:t>
        <w:br/>
        <w:t>f 34197/33063/31515 34196/33064/31516 34195/33065/31517</w:t>
        <w:br/>
        <w:t>f 34194/33066/31518 34197/33063/31515 34195/33065/31517</w:t>
        <w:br/>
        <w:t>f 34201/33067/31519 34200/33068/31520 34199/33069/31520</w:t>
        <w:br/>
        <w:t>f 34198/33070/31519 34201/33067/31519 34199/33069/31520</w:t>
        <w:br/>
        <w:t>f 34203/33071/31521 34202/33072/31522 34195/33065/31517</w:t>
        <w:br/>
        <w:t>f 34196/33064/31516 34203/33071/31521 34195/33065/31517</w:t>
        <w:br/>
        <w:t>f 34182/33052/31504 34205/33073/31523 34204/33074/31524</w:t>
        <w:br/>
        <w:t>f 34107/32975/31427 34182/33052/31504 34204/33074/31524</w:t>
        <w:br/>
        <w:t>f 34207/33075/31525 34206/33076/31526 34187/33056/31508</w:t>
        <w:br/>
        <w:t>f 34188/33055/31507 34207/33075/31525 34187/33056/31508</w:t>
        <w:br/>
        <w:t>f 34184/33053/31505 34180/33050/31502 34209/33077/31527</w:t>
        <w:br/>
        <w:t>f 34208/33078/31528 34184/33053/31505 34209/33077/31527</w:t>
        <w:br/>
        <w:t>f 34212/33079/31529 34191/33060/31512 34211/33080/31530</w:t>
        <w:br/>
        <w:t>f 34210/33081/31531 34212/33079/31529 34211/33080/31530</w:t>
        <w:br/>
        <w:t>f 34191/33060/31512 34192/33059/31511 34213/33082/31532</w:t>
        <w:br/>
        <w:t>f 34211/33080/31530 34191/33060/31512 34213/33082/31532</w:t>
        <w:br/>
        <w:t>f 34216/33083/31533 34215/33084/31534 34214/33085/31535</w:t>
        <w:br/>
        <w:t>f 34219/33086/31536 34218/33087/31536 34217/33088/31537</w:t>
        <w:br/>
        <w:t>f 34223/33089/31538 34222/33090/31539 34221/33091/31540</w:t>
        <w:br/>
        <w:t>f 34220/33092/31541 34223/33089/31538 34221/33091/31540</w:t>
        <w:br/>
        <w:t>f 34187/33056/31508 34206/33076/31526 34225/33093/31542</w:t>
        <w:br/>
        <w:t>f 34224/33094/31542 34187/33056/31508 34225/33093/31542</w:t>
        <w:br/>
        <w:t>f 34227/33095/31543 34226/33096/31544 34211/33080/31530</w:t>
        <w:br/>
        <w:t>f 34213/33082/31532 34227/33095/31543 34211/33080/31530</w:t>
        <w:br/>
        <w:t>f 34187/33056/31508 34229/33097/31545 34228/33098/31546</w:t>
        <w:br/>
        <w:t>f 34186/33057/31509 34187/33056/31508 34228/33098/31546</w:t>
        <w:br/>
        <w:t>f 34202/33072/31522 34230/33099/31547 34220/33092/31541</w:t>
        <w:br/>
        <w:t>f 34195/33065/31517 34202/33072/31522 34220/33092/31541</w:t>
        <w:br/>
        <w:t>f 34194/33066/31518 34195/33065/31517 34220/33092/31541</w:t>
        <w:br/>
        <w:t>f 34221/33091/31540 34194/33066/31518 34220/33092/31541</w:t>
        <w:br/>
        <w:t>f 34233/33100/31548 34232/33101/31549 34231/33102/31550</w:t>
        <w:br/>
        <w:t>f 34234/33103/31551 34233/33100/31548 34231/33102/31550</w:t>
        <w:br/>
        <w:t>f 34236/33104/31552 34235/33105/31553 34115/32982/31434</w:t>
        <w:br/>
        <w:t>f 34112/32980/31432 34236/33104/31552 34115/32982/31434</w:t>
        <w:br/>
        <w:t>f 34238/33106/31554 34095/32962/31414 34237/33107/31555</w:t>
        <w:br/>
        <w:t>f 34179/33045/31497 34237/33107/31555 34239/33108/31556</w:t>
        <w:br/>
        <w:t>f 34178/33046/31498 34179/33045/31497 34239/33108/31556</w:t>
        <w:br/>
        <w:t>f 34104/32973/31425 34097/32965/31417 34090/32961/31413</w:t>
        <w:br/>
        <w:t>f 34098/32968/31420 34104/32973/31425 34090/32961/31413</w:t>
        <w:br/>
        <w:t>f 34179/33045/31497 34176/33048/31500 34185/33054/31506</w:t>
        <w:br/>
        <w:t>f 34240/33109/31557 34179/33045/31497 34185/33054/31506</w:t>
        <w:br/>
        <w:t>f 34179/33045/31497 34240/33109/31557 34237/33107/31555</w:t>
        <w:br/>
        <w:t>f 34101/32969/31421 34094/32963/31415 34238/33106/31554</w:t>
        <w:br/>
        <w:t>f 34183/33051/31503 34101/32969/31421 34238/33106/31554</w:t>
        <w:br/>
        <w:t>f 34121/32990/31442 34123/32991/31443 34242/33110/31558</w:t>
        <w:br/>
        <w:t>f 34241/33111/31559 34121/32990/31442 34242/33110/31558</w:t>
        <w:br/>
        <w:t>f 34243/33112/31560 34190/33061/31513 34191/33060/31512</w:t>
        <w:br/>
        <w:t>f 34212/33079/31529 34243/33112/31560 34191/33060/31512</w:t>
        <w:br/>
        <w:t>f 34180/33050/31502 34181/33049/31501 34244/33113/31561</w:t>
        <w:br/>
        <w:t>f 34209/33077/31527 34180/33050/31502 34244/33113/31561</w:t>
        <w:br/>
        <w:t>f 34121/32990/31442 34241/33111/31559 34245/33114/31562</w:t>
        <w:br/>
        <w:t>f 34120/32987/31439 34121/32990/31442 34245/33114/31562</w:t>
        <w:br/>
        <w:t>f 34233/33100/31548 34234/33103/31551 34247/33115/31563</w:t>
        <w:br/>
        <w:t>f 34246/33116/31564 34233/33100/31548 34247/33115/31563</w:t>
        <w:br/>
        <w:t>f 34233/33100/31548 34246/33116/31564 34248/33117/31565</w:t>
        <w:br/>
        <w:t>f 34242/33110/31558 34233/33100/31548 34248/33117/31565</w:t>
        <w:br/>
        <w:t>f 34241/33111/31559 34242/33110/31558 34248/33117/31565</w:t>
        <w:br/>
        <w:t>f 34249/33118/31566 34241/33111/31559 34248/33117/31565</w:t>
        <w:br/>
        <w:t>f 34241/33111/31559 34249/33118/31566 34250/33119/31567</w:t>
        <w:br/>
        <w:t>f 34245/33114/31562 34241/33111/31559 34250/33119/31567</w:t>
        <w:br/>
        <w:t>f 34250/33119/31567 34249/33118/31566 34251/33120/31568</w:t>
        <w:br/>
        <w:t>f 34246/33116/31564 34253/33121/31569 34252/33122/31570</w:t>
        <w:br/>
        <w:t>f 34246/33116/31564 34247/33115/31563 34253/33121/31569</w:t>
        <w:br/>
        <w:t>f 34249/33118/31566 34248/33117/31565 34252/33122/31570</w:t>
        <w:br/>
        <w:t>f 34251/33120/31568 34249/33118/31566 34252/33122/31570</w:t>
        <w:br/>
        <w:t>f 34248/33117/31565 34246/33116/31564 34252/33122/31570</w:t>
        <w:br/>
        <w:t>f 34252/33122/31570 34253/33121/31569 34255/33123/31571</w:t>
        <w:br/>
        <w:t>f 34254/33124/31572 34252/33122/31570 34255/33123/31571</w:t>
        <w:br/>
        <w:t>f 34252/33122/31570 34254/33124/31572 34256/33125/31573</w:t>
        <w:br/>
        <w:t>f 34251/33120/31568 34252/33122/31570 34256/33125/31573</w:t>
        <w:br/>
        <w:t>f 34259/33126/31574 34258/33127/31575 34257/33128/31576</w:t>
        <w:br/>
        <w:t>f 34261/33129/31577 34260/33130/31577 34224/33094/31542</w:t>
        <w:br/>
        <w:t>f 34225/33093/31542 34261/33129/31577 34224/33094/31542</w:t>
        <w:br/>
        <w:t>f 34264/33131/31578 34263/33132/31578 34262/33133/31579</w:t>
        <w:br/>
        <w:t>f 34223/33089/31538 34220/33092/31541 34230/33099/31547</w:t>
        <w:br/>
        <w:t>f 34265/33134/31580 34223/33089/31538 34230/33099/31547</w:t>
        <w:br/>
        <w:t>f 34258/33127/31575 34266/33135/31581 34257/33128/31576</w:t>
        <w:br/>
        <w:t>f 34267/33136/31582 34216/33083/31533 34214/33085/31535</w:t>
        <w:br/>
        <w:t>f 34268/33137/31583 34228/33098/31546 34229/33097/31545</w:t>
        <w:br/>
        <w:t>f 34269/33138/31583 34268/33137/31583 34229/33097/31545</w:t>
        <w:br/>
        <w:t>f 34270/33139/31584 34207/33075/31525 34188/33055/31507</w:t>
        <w:br/>
        <w:t>f 34232/33101/31549 34270/33139/31584 34188/33055/31507</w:t>
        <w:br/>
        <w:t>f 34200/33068/31520 34190/33061/31513 34243/33112/31560</w:t>
        <w:br/>
        <w:t>f 34199/33069/31520 34200/33068/31520 34243/33112/31560</w:t>
        <w:br/>
        <w:t>f 34203/33071/31521 34196/33064/31516 34209/33077/31527</w:t>
        <w:br/>
        <w:t>f 34244/33113/31561 34203/33071/31521 34209/33077/31527</w:t>
        <w:br/>
        <w:t>f 34232/33101/31549 34188/33055/31507 34189/33058/31510</w:t>
        <w:br/>
        <w:t>f 34231/33102/31550 34232/33101/31549 34189/33058/31510</w:t>
        <w:br/>
        <w:t>f 34190/33061/31513 34204/33074/31524 34205/33073/31523</w:t>
        <w:br/>
        <w:t>f 34193/33062/31514 34190/33061/31513 34205/33073/31523</w:t>
        <w:br/>
        <w:t>f 34196/33064/31516 34197/33063/31515 34208/33078/31528</w:t>
        <w:br/>
        <w:t>f 34209/33077/31527 34196/33064/31516 34208/33078/31528</w:t>
        <w:br/>
        <w:t>f 34233/33100/31548 34242/33110/31558 34270/33139/31584</w:t>
        <w:br/>
        <w:t>f 34232/33101/31549 34233/33100/31548 34270/33139/31584</w:t>
        <w:br/>
        <w:t>f 34218/33087/31536 34219/33086/31536 34260/33130/31577</w:t>
        <w:br/>
        <w:t>f 34261/33129/31577 34218/33087/31536 34260/33130/31577</w:t>
        <w:br/>
        <w:t>f 34258/33127/31575 34259/33126/31574 34271/33140/31585</w:t>
        <w:br/>
        <w:t>f 34226/33096/31544 34258/33127/31575 34271/33140/31585</w:t>
        <w:br/>
        <w:t>f 34216/33083/31533 34223/33089/31538 34265/33134/31580</w:t>
        <w:br/>
        <w:t>f 34215/33084/31534 34216/33083/31533 34265/33134/31580</w:t>
        <w:br/>
        <w:t>f 34264/33131/31578 34268/33137/31583 34269/33138/31583</w:t>
        <w:br/>
        <w:t>f 34263/33132/31578 34264/33131/31578 34269/33138/31583</w:t>
        <w:br/>
        <w:t>f 34266/33135/31581 34258/33127/31575 34226/33096/31544</w:t>
        <w:br/>
        <w:t>f 34227/33095/31543 34266/33135/31581 34226/33096/31544</w:t>
        <w:br/>
        <w:t>f 34267/33136/31582 34222/33090/31539 34223/33089/31538</w:t>
        <w:br/>
        <w:t>f 34216/33083/31533 34267/33136/31582 34223/33089/31538</w:t>
        <w:br/>
        <w:t>f 34226/33096/31544 34271/33140/31585 34210/33081/31531</w:t>
        <w:br/>
        <w:t>f 34211/33080/31530 34226/33096/31544 34210/33081/31531</w:t>
        <w:br/>
        <w:t>f 34155/33024/31476 34171/33039/31491 34172/33041/31493</w:t>
        <w:br/>
        <w:t>f 34272/33141/31586 34155/33024/31476 34172/33041/31493</w:t>
        <w:br/>
        <w:t>f 34167/33037/31489 34168/33036/31488 34175/33044/31496</w:t>
        <w:br/>
        <w:t>f 34162/33032/31484 34167/33037/31489 34175/33044/31496</w:t>
        <w:br/>
        <w:t>f 34174/33042/31494 34167/33037/31489 34162/33032/31484</w:t>
        <w:br/>
        <w:t>f 34163/33031/31483 34174/33042/31494 34162/33032/31484</w:t>
        <w:br/>
        <w:t>f 34159/33026/31478 34160/33030/31482 34161/33029/31481</w:t>
        <w:br/>
        <w:t>f 34158/33027/31479 34159/33026/31478 34161/33029/31481</w:t>
        <w:br/>
        <w:t>f 34156/33023/31475 34170/33040/31492 34171/33039/31491</w:t>
        <w:br/>
        <w:t>f 34155/33024/31476 34156/33023/31475 34171/33039/31491</w:t>
        <w:br/>
        <w:t>f 34158/33027/31479 34161/33029/31481 34169/33038/31490</w:t>
        <w:br/>
        <w:t>f 34165/33034/31486 34158/33027/31479 34169/33038/31490</w:t>
        <w:br/>
        <w:t>f 34155/33024/31476 34272/33141/31586 34154/33025/31477</w:t>
        <w:br/>
        <w:t>f 34092/32959/31411 34273/33142/31587 34091/32960/31412</w:t>
        <w:br/>
        <w:t>f 34091/32960/31412 34273/33142/31587 34274/33143/31588</w:t>
        <w:br/>
        <w:t>f 34099/32967/31419 34091/32960/31412 34274/33143/31588</w:t>
        <w:br/>
        <w:t>f 34099/32967/31419 34274/33143/31588 34275/33144/31589</w:t>
        <w:br/>
        <w:t>f 34105/32974/31426 34099/32967/31419 34275/33144/31589</w:t>
        <w:br/>
        <w:t>f 34275/33144/31589 34276/33145/31590 34110/32979/31431</w:t>
        <w:br/>
        <w:t>f 34105/32974/31426 34275/33144/31589 34110/32979/31431</w:t>
        <w:br/>
        <w:t>f 34276/33145/31590 34277/33146/31591 34124/32993/31445</w:t>
        <w:br/>
        <w:t>f 34110/32979/31431 34276/33145/31590 34124/32993/31445</w:t>
        <w:br/>
        <w:t>f 34277/33146/31591 34278/33147/31592 34133/33002/31454</w:t>
        <w:br/>
        <w:t>f 34124/32993/31445 34277/33146/31591 34133/33002/31454</w:t>
        <w:br/>
        <w:t>f 34278/33147/31592 34279/33148/31593 34142/33011/31463</w:t>
        <w:br/>
        <w:t>f 34133/33002/31454 34278/33147/31592 34142/33011/31463</w:t>
        <w:br/>
        <w:t>f 34279/33148/31593 34280/33149/31594 34152/33021/31473</w:t>
        <w:br/>
        <w:t>f 34142/33011/31463 34279/33148/31593 34152/33021/31473</w:t>
        <w:br/>
        <w:t>f 34152/33021/31473 34280/33149/31594 34281/33150/31595</w:t>
        <w:br/>
        <w:t>f 34169/33038/31490 34152/33021/31473 34281/33150/31595</w:t>
        <w:br/>
        <w:t>f 34169/33038/31490 34281/33150/31595 34282/33151/31596</w:t>
        <w:br/>
        <w:t>f 34165/33034/31486 34169/33038/31490 34282/33151/31596</w:t>
        <w:br/>
        <w:t>f 34165/33034/31486 34282/33151/31596 34164/33035/31487</w:t>
        <w:br/>
        <w:t>f 34273/33142/31587 34093/32964/31416 34100/32970/31422</w:t>
        <w:br/>
        <w:t>f 34274/33143/31588 34273/33142/31587 34100/32970/31422</w:t>
        <w:br/>
        <w:t>f 34106/32976/31428 34275/33144/31589 34274/33143/31588</w:t>
        <w:br/>
        <w:t>f 34100/32970/31422 34106/32976/31428 34274/33143/31588</w:t>
        <w:br/>
        <w:t>f 34106/32976/31428 34111/32981/31433 34276/33145/31590</w:t>
        <w:br/>
        <w:t>f 34275/33144/31589 34106/32976/31428 34276/33145/31590</w:t>
        <w:br/>
        <w:t>f 34111/32981/31433 34125/32994/31446 34277/33146/31591</w:t>
        <w:br/>
        <w:t>f 34276/33145/31590 34111/32981/31433 34277/33146/31591</w:t>
        <w:br/>
        <w:t>f 34125/32994/31446 34134/33003/31455 34278/33147/31592</w:t>
        <w:br/>
        <w:t>f 34277/33146/31591 34125/32994/31446 34278/33147/31592</w:t>
        <w:br/>
        <w:t>f 34143/33013/31465 34279/33148/31593 34278/33147/31592</w:t>
        <w:br/>
        <w:t>f 34134/33003/31455 34143/33013/31465 34278/33147/31592</w:t>
        <w:br/>
        <w:t>f 34153/33022/31474 34280/33149/31594 34279/33148/31593</w:t>
        <w:br/>
        <w:t>f 34143/33013/31465 34153/33022/31474 34279/33148/31593</w:t>
        <w:br/>
        <w:t>f 34280/33149/31594 34153/33022/31474 34175/33044/31496</w:t>
        <w:br/>
        <w:t>f 34281/33150/31595 34280/33149/31594 34175/33044/31496</w:t>
        <w:br/>
        <w:t>f 34281/33150/31595 34175/33044/31496 34168/33036/31488</w:t>
        <w:br/>
        <w:t>f 34282/33151/31596 34281/33150/31595 34168/33036/31488</w:t>
        <w:br/>
        <w:t>f 34282/33151/31596 34168/33036/31488 34164/33035/31487</w:t>
        <w:br/>
        <w:t>f 34095/32962/31414 34093/32964/31416 34273/33142/31587</w:t>
        <w:br/>
        <w:t>f 34092/32959/31411 34095/32962/31414 34273/33142/31587</w:t>
        <w:br/>
        <w:t>f 34237/33107/31555 34240/33109/31557 34238/33106/31554</w:t>
        <w:br/>
        <w:t>f 34240/33109/31557 34185/33054/31506 34183/33051/31503</w:t>
        <w:br/>
        <w:t>f 34238/33106/31554 34240/33109/31557 34183/33051/31503</w:t>
        <w:br/>
        <w:t>f 34185/33054/31506 34184/33053/31505 34182/33052/31504</w:t>
        <w:br/>
        <w:t>f 34183/33051/31503 34185/33054/31506 34182/33052/31504</w:t>
        <w:br/>
        <w:t>f 34184/33053/31505 34208/33078/31528 34205/33073/31523</w:t>
        <w:br/>
        <w:t>f 34182/33052/31504 34184/33053/31505 34205/33073/31523</w:t>
        <w:br/>
        <w:t>f 34205/33073/31523 34208/33078/31528 34197/33063/31515</w:t>
        <w:br/>
        <w:t>f 34193/33062/31514 34205/33073/31523 34197/33063/31515</w:t>
        <w:br/>
        <w:t>f 34194/33066/31518 34192/33059/31511 34193/33062/31514</w:t>
        <w:br/>
        <w:t>f 34197/33063/31515 34194/33066/31518 34193/33062/31514</w:t>
        <w:br/>
        <w:t>f 34192/33059/31511 34194/33066/31518 34221/33091/31540</w:t>
        <w:br/>
        <w:t>f 34213/33082/31532 34192/33059/31511 34221/33091/31540</w:t>
        <w:br/>
        <w:t>f 34213/33082/31532 34221/33091/31540 34222/33090/31539</w:t>
        <w:br/>
        <w:t>f 34227/33095/31543 34213/33082/31532 34222/33090/31539</w:t>
        <w:br/>
        <w:t>f 34227/33095/31543 34222/33090/31539 34267/33136/31582</w:t>
        <w:br/>
        <w:t>f 34266/33135/31581 34227/33095/31543 34267/33136/31582</w:t>
        <w:br/>
        <w:t>f 34266/33135/31581 34267/33136/31582 34214/33085/31535</w:t>
        <w:br/>
        <w:t>f 34238/33106/31554 34094/32963/31415 34095/32962/31414</w:t>
        <w:br/>
        <w:t>f 33466/33152/31597 33465/33153/31598 33464/33154/31599</w:t>
        <w:br/>
        <w:t>f 33463/33155/31600 33466/33152/31597 33464/33154/31599</w:t>
        <w:br/>
        <w:t>f 33470/33156/31601 33469/33157/31601 33468/33158/31602</w:t>
        <w:br/>
        <w:t>f 33467/33159/31603 33470/33156/31601 33468/33158/31602</w:t>
        <w:br/>
        <w:t>f 33473/33160/31604 33472/33161/31605 33471/33162/31606</w:t>
        <w:br/>
        <w:t>f 33474/33163/31607 33473/33160/31604 33471/33162/31606</w:t>
        <w:br/>
        <w:t>f 33477/33164/31608 33476/33165/31609 33475/33166/31610</w:t>
        <w:br/>
        <w:t>f 33478/33167/31611 33477/33164/31608 33475/33166/31610</w:t>
        <w:br/>
        <w:t>f 33481/33168/31612 33480/33169/31613 33479/33170/31614</w:t>
        <w:br/>
        <w:t>f 33482/33171/31615 33481/33168/31612 33479/33170/31614</w:t>
        <w:br/>
        <w:t>f 33484/33172/31616 33466/33152/31597 33463/33155/31600</w:t>
        <w:br/>
        <w:t>f 33483/33173/31617 33484/33172/31616 33463/33155/31600</w:t>
        <w:br/>
        <w:t>f 33463/33155/31600 33464/33154/31599 33486/33174/31618</w:t>
        <w:br/>
        <w:t>f 33485/33175/31619 33463/33155/31600 33486/33174/31618</w:t>
        <w:br/>
        <w:t>f 33468/33158/31602 33488/33176/31620 33487/33177/31621</w:t>
        <w:br/>
        <w:t>f 33467/33159/31603 33468/33158/31602 33487/33177/31621</w:t>
        <w:br/>
        <w:t>f 33472/33161/31605 33490/33178/31622 33489/33179/31623</w:t>
        <w:br/>
        <w:t>f 33471/33162/31606 33472/33161/31605 33489/33179/31623</w:t>
        <w:br/>
        <w:t>f 33476/33165/31609 33492/33180/31624 33491/33181/31625</w:t>
        <w:br/>
        <w:t>f 33475/33166/31610 33476/33165/31609 33491/33181/31625</w:t>
        <w:br/>
        <w:t>f 33479/33170/31614 33480/33169/31613 33494/33182/31626</w:t>
        <w:br/>
        <w:t>f 33493/33183/31626 33479/33170/31614 33494/33182/31626</w:t>
        <w:br/>
        <w:t>f 33483/33173/31617 33463/33155/31600 33485/33175/31619</w:t>
        <w:br/>
        <w:t>f 33495/33184/31627 33483/33173/31617 33485/33175/31619</w:t>
        <w:br/>
        <w:t>f 33485/33175/31619 33486/33174/31618 33497/33185/31628</w:t>
        <w:br/>
        <w:t>f 33496/33186/31629 33485/33175/31619 33497/33185/31628</w:t>
        <w:br/>
        <w:t>f 33488/33176/31620 33499/33187/31630 33498/33188/31631</w:t>
        <w:br/>
        <w:t>f 33487/33177/31621 33488/33176/31620 33498/33188/31631</w:t>
        <w:br/>
        <w:t>f 33490/33178/31622 33501/33189/31632 33500/33190/31633</w:t>
        <w:br/>
        <w:t>f 33489/33179/31623 33490/33178/31622 33500/33190/31633</w:t>
        <w:br/>
        <w:t>f 33492/33180/31624 33503/33191/31634 33502/33192/31632</w:t>
        <w:br/>
        <w:t>f 33491/33181/31625 33492/33180/31624 33502/33192/31632</w:t>
        <w:br/>
        <w:t>f 33493/33183/31626 33494/33182/31626 33505/33193/31635</w:t>
        <w:br/>
        <w:t>f 33504/33194/31635 33493/33183/31626 33505/33193/31635</w:t>
        <w:br/>
        <w:t>f 33495/33184/31627 33485/33175/31619 33496/33186/31629</w:t>
        <w:br/>
        <w:t>f 33506/33195/31636 33495/33184/31627 33496/33186/31629</w:t>
        <w:br/>
        <w:t>f 33497/33185/31628 33508/33196/31637 33507/33197/31638</w:t>
        <w:br/>
        <w:t>f 33496/33186/31629 33497/33185/31628 33507/33197/31638</w:t>
        <w:br/>
        <w:t>f 33499/33187/31630 33510/33198/31639 33509/33199/31640</w:t>
        <w:br/>
        <w:t>f 33498/33188/31631 33499/33187/31630 33509/33199/31640</w:t>
        <w:br/>
        <w:t>f 33500/33190/31633 33501/33189/31632 33512/33200/31641</w:t>
        <w:br/>
        <w:t>f 33511/33201/31642 33500/33190/31633 33512/33200/31641</w:t>
        <w:br/>
        <w:t>f 33502/33192/31632 33503/33191/31634 33514/33202/31643</w:t>
        <w:br/>
        <w:t>f 33513/33203/31641 33502/33192/31632 33514/33202/31643</w:t>
        <w:br/>
        <w:t>f 33504/33194/31635 33505/33193/31635 33516/33204/31644</w:t>
        <w:br/>
        <w:t>f 33515/33205/31644 33504/33194/31635 33516/33204/31644</w:t>
        <w:br/>
        <w:t>f 33496/33186/31629 33507/33197/31638 33517/33206/31645</w:t>
        <w:br/>
        <w:t>f 33506/33195/31636 33496/33186/31629 33517/33206/31645</w:t>
        <w:br/>
        <w:t>f 33508/33196/31637 33519/33207/31646 33518/33208/31647</w:t>
        <w:br/>
        <w:t>f 33507/33197/31638 33508/33196/31637 33518/33208/31647</w:t>
        <w:br/>
        <w:t>f 33509/33199/31640 33510/33198/31639 33521/33209/31648</w:t>
        <w:br/>
        <w:t>f 33520/33210/31649 33509/33199/31640 33521/33209/31648</w:t>
        <w:br/>
        <w:t>f 33511/33201/31642 33512/33200/31641 33523/33211/31650</w:t>
        <w:br/>
        <w:t>f 33522/33212/31651 33511/33201/31642 33523/33211/31650</w:t>
        <w:br/>
        <w:t>f 33513/33203/31641 33514/33202/31643 33525/33213/31652</w:t>
        <w:br/>
        <w:t>f 33524/33214/31653 33513/33203/31641 33525/33213/31652</w:t>
        <w:br/>
        <w:t>f 33516/33204/31644 33527/33215/31654 33526/33216/31655</w:t>
        <w:br/>
        <w:t>f 33515/33205/31644 33516/33204/31644 33526/33216/31655</w:t>
        <w:br/>
        <w:t>f 33507/33197/31638 33518/33208/31647 33528/33217/31656</w:t>
        <w:br/>
        <w:t>f 33517/33206/31645 33507/33197/31638 33528/33217/31656</w:t>
        <w:br/>
        <w:t>f 33519/33207/31646 33530/33218/31657 33529/33219/31658</w:t>
        <w:br/>
        <w:t>f 33518/33208/31647 33519/33207/31646 33529/33219/31658</w:t>
        <w:br/>
        <w:t>f 33520/33210/31649 33521/33209/31648 33532/33220/31659</w:t>
        <w:br/>
        <w:t>f 33531/33221/31660 33520/33210/31649 33532/33220/31659</w:t>
        <w:br/>
        <w:t>f 33522/33212/31651 33523/33211/31650 33534/33222/31661</w:t>
        <w:br/>
        <w:t>f 33533/33223/31662 33522/33212/31651 33534/33222/31661</w:t>
        <w:br/>
        <w:t>f 33524/33214/31653 33525/33213/31652 33536/33224/31663</w:t>
        <w:br/>
        <w:t>f 33535/33225/31664 33524/33214/31653 33536/33224/31663</w:t>
        <w:br/>
        <w:t>f 33527/33215/31654 33538/33226/31665 33537/33227/31666</w:t>
        <w:br/>
        <w:t>f 33526/33216/31655 33527/33215/31654 33537/33227/31666</w:t>
        <w:br/>
        <w:t>f 33518/33208/31647 33529/33219/31658 33539/33228/31667</w:t>
        <w:br/>
        <w:t>f 33528/33217/31656 33518/33208/31647 33539/33228/31667</w:t>
        <w:br/>
        <w:t>f 33542/33229/31668 33541/33230/31669 33540/33231/31670</w:t>
        <w:br/>
        <w:t>f 33543/33232/31671 33542/33229/31668 33540/33231/31670</w:t>
        <w:br/>
        <w:t>f 33547/33233/31672 33546/33234/31672 33545/33235/31673</w:t>
        <w:br/>
        <w:t>f 33544/33236/31673 33547/33233/31672 33545/33235/31673</w:t>
        <w:br/>
        <w:t>f 33551/33237/31674 33550/33238/31661 33549/33239/31675</w:t>
        <w:br/>
        <w:t>f 33548/33240/31676 33551/33237/31674 33549/33239/31675</w:t>
        <w:br/>
        <w:t>f 33555/33241/31661 33554/33242/31677 33553/33243/31678</w:t>
        <w:br/>
        <w:t>f 33552/33244/31679 33555/33241/31661 33553/33243/31678</w:t>
        <w:br/>
        <w:t>f 33558/33245/31680 33557/33246/31681 33556/33247/31682</w:t>
        <w:br/>
        <w:t>f 33559/33248/31683 33558/33245/31680 33556/33247/31682</w:t>
        <w:br/>
        <w:t>f 33543/33232/31671 33540/33231/31670 33560/33249/31684</w:t>
        <w:br/>
        <w:t>f 33561/33250/31685 33543/33232/31671 33560/33249/31684</w:t>
        <w:br/>
        <w:t>f 33541/33230/31669 33563/33251/31686 33562/33252/31687</w:t>
        <w:br/>
        <w:t>f 33540/33231/31670 33541/33230/31669 33562/33252/31687</w:t>
        <w:br/>
        <w:t>f 33545/33235/31673 33565/33253/31688 33564/33254/31689</w:t>
        <w:br/>
        <w:t>f 33544/33236/31673 33545/33235/31673 33564/33254/31689</w:t>
        <w:br/>
        <w:t>f 33548/33240/31676 33549/33239/31675 33567/33255/31690</w:t>
        <w:br/>
        <w:t>f 33566/33256/31691 33548/33240/31676 33567/33255/31690</w:t>
        <w:br/>
        <w:t>f 33552/33244/31679 33553/33243/31678 33569/33257/31692</w:t>
        <w:br/>
        <w:t>f 33568/33258/31690 33552/33244/31679 33569/33257/31692</w:t>
        <w:br/>
        <w:t>f 33556/33247/31682 33557/33246/31681 33571/33259/31693</w:t>
        <w:br/>
        <w:t>f 33570/33260/31694 33556/33247/31682 33571/33259/31693</w:t>
        <w:br/>
        <w:t>f 33540/33231/31670 33562/33252/31687 33572/33261/31695</w:t>
        <w:br/>
        <w:t>f 33560/33249/31684 33540/33231/31670 33572/33261/31695</w:t>
        <w:br/>
        <w:t>f 33563/33251/31686 33574/33262/31696 33573/33263/31697</w:t>
        <w:br/>
        <w:t>f 33562/33252/31687 33563/33251/31686 33573/33263/31697</w:t>
        <w:br/>
        <w:t>f 33565/33253/31688 33576/33264/31698 33575/33265/31698</w:t>
        <w:br/>
        <w:t>f 33564/33254/31689 33565/33253/31688 33575/33265/31698</w:t>
        <w:br/>
        <w:t>f 33566/33256/31691 33567/33255/31690 33578/33266/31699</w:t>
        <w:br/>
        <w:t>f 33577/33267/31700 33566/33256/31691 33578/33266/31699</w:t>
        <w:br/>
        <w:t>f 33568/33258/31690 33569/33257/31692 33580/33268/31701</w:t>
        <w:br/>
        <w:t>f 33579/33269/31699 33568/33258/31690 33580/33268/31701</w:t>
        <w:br/>
        <w:t>f 33570/33260/31694 33571/33259/31693 33582/33270/31702</w:t>
        <w:br/>
        <w:t>f 33581/33271/31702 33570/33260/31694 33582/33270/31702</w:t>
        <w:br/>
        <w:t>f 33562/33252/31687 33573/33263/31697 33583/33272/31703</w:t>
        <w:br/>
        <w:t>f 33572/33261/31695 33562/33252/31687 33583/33272/31703</w:t>
        <w:br/>
        <w:t>f 33573/33263/31697 33574/33262/31696 33585/33273/31704</w:t>
        <w:br/>
        <w:t>f 33584/33274/31705 33573/33263/31697 33585/33273/31704</w:t>
        <w:br/>
        <w:t>f 33576/33264/31698 33587/33275/31706 33586/33276/31707</w:t>
        <w:br/>
        <w:t>f 33575/33265/31698 33576/33264/31698 33586/33276/31707</w:t>
        <w:br/>
        <w:t>f 33578/33266/31699 33589/33277/31708 33588/33278/31709</w:t>
        <w:br/>
        <w:t>f 33577/33267/31700 33578/33266/31699 33588/33278/31709</w:t>
        <w:br/>
        <w:t>f 33580/33268/31701 33591/33279/31710 33590/33280/31711</w:t>
        <w:br/>
        <w:t>f 33579/33269/31699 33580/33268/31701 33590/33280/31711</w:t>
        <w:br/>
        <w:t>f 33581/33271/31702 33582/33270/31702 33593/33281/31712</w:t>
        <w:br/>
        <w:t>f 33592/33282/31712 33581/33271/31702 33593/33281/31712</w:t>
        <w:br/>
        <w:t>f 33583/33272/31703 33573/33263/31697 33584/33274/31705</w:t>
        <w:br/>
        <w:t>f 33594/33283/31713 33583/33272/31703 33584/33274/31705</w:t>
        <w:br/>
        <w:t>f 33584/33274/31705 33585/33273/31704 33596/33284/31714</w:t>
        <w:br/>
        <w:t>f 33595/33285/31715 33584/33274/31705 33596/33284/31714</w:t>
        <w:br/>
        <w:t>f 33586/33276/31707 33587/33275/31706 33598/33286/31716</w:t>
        <w:br/>
        <w:t>f 33597/33287/31717 33586/33276/31707 33598/33286/31716</w:t>
        <w:br/>
        <w:t>f 33589/33277/31708 33600/33288/31718 33599/33289/31719</w:t>
        <w:br/>
        <w:t>f 33588/33278/31709 33589/33277/31708 33599/33289/31719</w:t>
        <w:br/>
        <w:t>f 33591/33279/31710 33602/33290/31720 33601/33291/31718</w:t>
        <w:br/>
        <w:t>f 33590/33280/31711 33591/33279/31710 33601/33291/31718</w:t>
        <w:br/>
        <w:t>f 33593/33281/31712 33604/33292/31721 33603/33293/31721</w:t>
        <w:br/>
        <w:t>f 33592/33282/31712 33593/33281/31712 33603/33293/31721</w:t>
        <w:br/>
        <w:t>f 33594/33283/31713 33584/33274/31705 33595/33285/31715</w:t>
        <w:br/>
        <w:t>f 33605/33294/31722 33594/33283/31713 33595/33285/31715</w:t>
        <w:br/>
        <w:t>f 33595/33285/31715 33596/33284/31714 33465/33153/31598</w:t>
        <w:br/>
        <w:t>f 33466/33152/31597 33595/33285/31715 33465/33153/31598</w:t>
        <w:br/>
        <w:t>f 33597/33287/31717 33598/33286/31716 33469/33157/31601</w:t>
        <w:br/>
        <w:t>f 33470/33156/31601 33597/33287/31717 33469/33157/31601</w:t>
        <w:br/>
        <w:t>f 33600/33288/31718 33473/33160/31604 33474/33163/31607</w:t>
        <w:br/>
        <w:t>f 33599/33289/31719 33600/33288/31718 33474/33163/31607</w:t>
        <w:br/>
        <w:t>f 33602/33290/31720 33477/33164/31608 33478/33167/31611</w:t>
        <w:br/>
        <w:t>f 33601/33291/31718 33602/33290/31720 33478/33167/31611</w:t>
        <w:br/>
        <w:t>f 33604/33292/31721 33481/33168/31612 33482/33171/31615</w:t>
        <w:br/>
        <w:t>f 33603/33293/31721 33604/33292/31721 33482/33171/31615</w:t>
        <w:br/>
        <w:t>f 33605/33294/31722 33595/33285/31715 33466/33152/31597</w:t>
        <w:br/>
        <w:t>f 33484/33172/31616 33605/33294/31722 33466/33152/31597</w:t>
        <w:br/>
        <w:t>f 33788/33295/31723 33787/33296/31724 33786/33297/31725</w:t>
        <w:br/>
        <w:t>f 33789/33298/31726 33788/33295/31723 33786/33297/31725</w:t>
        <w:br/>
        <w:t>f 33792/33299/31727 33791/33300/31728 33790/33301/31729</w:t>
        <w:br/>
        <w:t>f 33793/33302/31730 33792/33299/31727 33790/33301/31729</w:t>
        <w:br/>
        <w:t>f 33796/33303/31731 33795/33304/31732 33794/33305/31733</w:t>
        <w:br/>
        <w:t>f 33797/33306/31734 33796/33303/31731 33794/33305/31733</w:t>
        <w:br/>
        <w:t>f 33801/33307/31735 33800/33308/31736 33799/33309/31737</w:t>
        <w:br/>
        <w:t>f 33798/33310/31732 33801/33307/31735 33799/33309/31737</w:t>
        <w:br/>
        <w:t>f 33805/33311/31738 33804/33312/31739 33803/33313/31740</w:t>
        <w:br/>
        <w:t>f 33802/33314/31741 33805/33311/31738 33803/33313/31740</w:t>
        <w:br/>
        <w:t>f 33807/33315/31742 33789/33298/31726 33786/33297/31725</w:t>
        <w:br/>
        <w:t>f 33806/33316/31743 33807/33315/31742 33786/33297/31725</w:t>
        <w:br/>
        <w:t>f 33787/33296/31724 33809/33317/31744 33808/33318/31745</w:t>
        <w:br/>
        <w:t>f 33786/33297/31725 33787/33296/31724 33808/33318/31745</w:t>
        <w:br/>
        <w:t>f 33791/33300/31728 33811/33319/31746 33810/33320/31746</w:t>
        <w:br/>
        <w:t>f 33790/33301/31729 33791/33300/31728 33810/33320/31746</w:t>
        <w:br/>
        <w:t>f 33795/33304/31732 33813/33321/31747 33812/33322/31748</w:t>
        <w:br/>
        <w:t>f 33794/33305/31733 33795/33304/31732 33812/33322/31748</w:t>
        <w:br/>
        <w:t>f 33798/33310/31732 33799/33309/31737 33815/33323/31749</w:t>
        <w:br/>
        <w:t>f 33814/33324/31750 33798/33310/31732 33815/33323/31749</w:t>
        <w:br/>
        <w:t>f 33802/33314/31741 33803/33313/31740 33817/33325/31751</w:t>
        <w:br/>
        <w:t>f 33816/33326/31752 33802/33314/31741 33817/33325/31751</w:t>
        <w:br/>
        <w:t>f 33806/33316/31743 33786/33297/31725 33808/33318/31745</w:t>
        <w:br/>
        <w:t>f 33818/33327/31753 33806/33316/31743 33808/33318/31745</w:t>
        <w:br/>
        <w:t>f 33808/33318/31745 33809/33317/31744 33820/33328/31754</w:t>
        <w:br/>
        <w:t>f 33819/33329/31755 33808/33318/31745 33820/33328/31754</w:t>
        <w:br/>
        <w:t>f 33811/33319/31746 33822/33330/31756 33821/33331/31756</w:t>
        <w:br/>
        <w:t>f 33810/33320/31746 33811/33319/31746 33821/33331/31756</w:t>
        <w:br/>
        <w:t>f 33813/33321/31747 33824/33332/31757 33823/33333/31758</w:t>
        <w:br/>
        <w:t>f 33812/33322/31748 33813/33321/31747 33823/33333/31758</w:t>
        <w:br/>
        <w:t>f 33815/33323/31749 33826/33334/31759 33825/33335/31760</w:t>
        <w:br/>
        <w:t>f 33814/33324/31750 33815/33323/31749 33825/33335/31760</w:t>
        <w:br/>
        <w:t>f 33816/33326/31752 33817/33325/31751 33828/33336/31761</w:t>
        <w:br/>
        <w:t>f 33827/33337/31762 33816/33326/31752 33828/33336/31761</w:t>
        <w:br/>
        <w:t>f 33818/33327/31753 33808/33318/31745 33819/33329/31755</w:t>
        <w:br/>
        <w:t>f 33829/33338/31763 33818/33327/31753 33819/33329/31755</w:t>
        <w:br/>
        <w:t>f 33819/33329/31755 33820/33328/31754 33831/33339/31764</w:t>
        <w:br/>
        <w:t>f 33830/33340/31765 33819/33329/31755 33831/33339/31764</w:t>
        <w:br/>
        <w:t>f 33821/33331/31756 33822/33330/31756 33833/33341/31766</w:t>
        <w:br/>
        <w:t>f 33832/33342/31767 33821/33331/31756 33833/33341/31766</w:t>
        <w:br/>
        <w:t>f 33824/33332/31757 33835/33343/31768 33834/33344/31769</w:t>
        <w:br/>
        <w:t>f 33823/33333/31758 33824/33332/31757 33834/33344/31769</w:t>
        <w:br/>
        <w:t>f 33826/33334/31759 33837/33345/31770 33836/33346/31771</w:t>
        <w:br/>
        <w:t>f 33825/33335/31760 33826/33334/31759 33836/33346/31771</w:t>
        <w:br/>
        <w:t>f 33828/33336/31761 33839/33347/31772 33838/33348/31773</w:t>
        <w:br/>
        <w:t>f 33827/33337/31762 33828/33336/31761 33838/33348/31773</w:t>
        <w:br/>
        <w:t>f 33829/33338/31763 33819/33329/31755 33830/33340/31765</w:t>
        <w:br/>
        <w:t>f 33840/33349/31774 33829/33338/31763 33830/33340/31765</w:t>
        <w:br/>
        <w:t>f 33830/33340/31765 33831/33339/31764 33842/33350/31775</w:t>
        <w:br/>
        <w:t>f 33841/33351/31776 33830/33340/31765 33842/33350/31775</w:t>
        <w:br/>
        <w:t>f 33832/33342/31767 33833/33341/31766 33844/33352/31777</w:t>
        <w:br/>
        <w:t>f 33843/33353/31778 33832/33342/31767 33844/33352/31777</w:t>
        <w:br/>
        <w:t>f 33835/33343/31768 33846/33354/31779 33845/33355/31780</w:t>
        <w:br/>
        <w:t>f 33834/33344/31769 33835/33343/31768 33845/33355/31780</w:t>
        <w:br/>
        <w:t>f 33837/33345/31770 33848/33356/31781 33847/33357/31782</w:t>
        <w:br/>
        <w:t>f 33836/33346/31771 33837/33345/31770 33847/33357/31782</w:t>
        <w:br/>
        <w:t>f 33839/33347/31772 33850/33358/31783 33849/33359/31784</w:t>
        <w:br/>
        <w:t>f 33838/33348/31773 33839/33347/31772 33849/33359/31784</w:t>
        <w:br/>
        <w:t>f 33840/33349/31774 33830/33340/31765 33841/33351/31776</w:t>
        <w:br/>
        <w:t>f 33851/33360/31785 33840/33349/31774 33841/33351/31776</w:t>
        <w:br/>
        <w:t>f 33841/33351/31776 33842/33350/31775 33853/33361/31786</w:t>
        <w:br/>
        <w:t>f 33852/33362/31787 33841/33351/31776 33853/33361/31786</w:t>
        <w:br/>
        <w:t>f 33844/33352/31777 33855/33363/31788 33854/33364/31789</w:t>
        <w:br/>
        <w:t>f 33843/33353/31778 33844/33352/31777 33854/33364/31789</w:t>
        <w:br/>
        <w:t>f 33846/33354/31779 33857/33365/31790 33856/33366/31791</w:t>
        <w:br/>
        <w:t>f 33845/33355/31780 33846/33354/31779 33856/33366/31791</w:t>
        <w:br/>
        <w:t>f 33848/33356/31781 33859/33367/31792 33858/33368/31793</w:t>
        <w:br/>
        <w:t>f 33847/33357/31782 33848/33356/31781 33858/33368/31793</w:t>
        <w:br/>
        <w:t>f 33849/33359/31784 33850/33358/31783 33861/33369/31794</w:t>
        <w:br/>
        <w:t>f 33860/33370/31795 33849/33359/31784 33861/33369/31794</w:t>
        <w:br/>
        <w:t>f 33851/33360/31785 33841/33351/31776 33852/33362/31787</w:t>
        <w:br/>
        <w:t>f 33862/33371/31796 33851/33360/31785 33852/33362/31787</w:t>
        <w:br/>
        <w:t>f 33865/33372/31797 33864/33373/31798 33863/33374/31799</w:t>
        <w:br/>
        <w:t>f 33866/33375/31787 33865/33372/31797 33863/33374/31799</w:t>
        <w:br/>
        <w:t>f 33869/33376/31800 33868/33377/31801 33867/33378/31802</w:t>
        <w:br/>
        <w:t>f 33870/33379/31803 33869/33376/31800 33867/33378/31802</w:t>
        <w:br/>
        <w:t>f 33873/33380/31790 33872/33381/31804 33871/33382/31805</w:t>
        <w:br/>
        <w:t>f 33874/33383/31806 33873/33380/31790 33871/33382/31805</w:t>
        <w:br/>
        <w:t>f 33878/33384/31790 33877/33385/31807 33876/33386/31808</w:t>
        <w:br/>
        <w:t>f 33875/33387/31809 33878/33384/31790 33876/33386/31808</w:t>
        <w:br/>
        <w:t>f 33882/33388/31810 33881/33389/31811 33880/33390/31812</w:t>
        <w:br/>
        <w:t>f 33879/33391/31813 33882/33388/31810 33880/33390/31812</w:t>
        <w:br/>
        <w:t>f 33884/33392/31814 33866/33375/31787 33863/33374/31799</w:t>
        <w:br/>
        <w:t>f 33883/33393/31815 33884/33392/31814 33863/33374/31799</w:t>
        <w:br/>
        <w:t>f 33864/33373/31798 33886/33394/31816 33885/33395/31817</w:t>
        <w:br/>
        <w:t>f 33863/33374/31799 33864/33373/31798 33885/33395/31817</w:t>
        <w:br/>
        <w:t>f 33868/33377/31801 33888/33396/31818 33887/33397/31819</w:t>
        <w:br/>
        <w:t>f 33867/33378/31802 33868/33377/31801 33887/33397/31819</w:t>
        <w:br/>
        <w:t>f 33872/33381/31804 33890/33398/31820 33889/33399/31821</w:t>
        <w:br/>
        <w:t>f 33871/33382/31805 33872/33381/31804 33889/33399/31821</w:t>
        <w:br/>
        <w:t>f 33875/33387/31809 33876/33386/31808 33892/33400/31822</w:t>
        <w:br/>
        <w:t>f 33891/33401/31823 33875/33387/31809 33892/33400/31822</w:t>
        <w:br/>
        <w:t>f 33879/33391/31813 33880/33390/31812 33894/33402/31824</w:t>
        <w:br/>
        <w:t>f 33893/33403/31824 33879/33391/31813 33894/33402/31824</w:t>
        <w:br/>
        <w:t>f 33883/33393/31815 33863/33374/31799 33885/33395/31817</w:t>
        <w:br/>
        <w:t>f 33895/33404/31825 33883/33393/31815 33885/33395/31817</w:t>
        <w:br/>
        <w:t>f 33886/33394/31816 33897/33405/31826 33896/33406/31827</w:t>
        <w:br/>
        <w:t>f 33885/33395/31817 33886/33394/31816 33896/33406/31827</w:t>
        <w:br/>
        <w:t>f 33887/33397/31819 33888/33396/31818 33899/33407/31828</w:t>
        <w:br/>
        <w:t>f 33898/33408/31829 33887/33397/31819 33899/33407/31828</w:t>
        <w:br/>
        <w:t>f 33889/33399/31821 33890/33398/31820 33901/33409/31830</w:t>
        <w:br/>
        <w:t>f 33900/33410/31831 33889/33399/31821 33901/33409/31830</w:t>
        <w:br/>
        <w:t>f 33891/33401/31823 33892/33400/31822 33903/33411/31832</w:t>
        <w:br/>
        <w:t>f 33902/33412/31833 33891/33401/31823 33903/33411/31832</w:t>
        <w:br/>
        <w:t>f 33894/33402/31824 33905/33413/31834 33904/33414/31835</w:t>
        <w:br/>
        <w:t>f 33893/33403/31824 33894/33402/31824 33904/33414/31835</w:t>
        <w:br/>
        <w:t>f 33885/33395/31817 33896/33406/31827 33906/33415/31836</w:t>
        <w:br/>
        <w:t>f 33895/33404/31825 33885/33395/31817 33906/33415/31836</w:t>
        <w:br/>
        <w:t>f 33897/33405/31826 33908/33416/31837 33907/33417/31838</w:t>
        <w:br/>
        <w:t>f 33896/33406/31827 33897/33405/31826 33907/33417/31838</w:t>
        <w:br/>
        <w:t>f 33898/33408/31829 33899/33407/31828 33910/33418/31839</w:t>
        <w:br/>
        <w:t>f 33909/33419/31840 33898/33408/31829 33910/33418/31839</w:t>
        <w:br/>
        <w:t>f 33900/33410/31831 33901/33409/31830 33912/33420/31841</w:t>
        <w:br/>
        <w:t>f 33911/33421/31842 33900/33410/31831 33912/33420/31841</w:t>
        <w:br/>
        <w:t>f 33902/33412/31833 33903/33411/31832 33914/33422/31843</w:t>
        <w:br/>
        <w:t>f 33913/33423/31844 33902/33412/31833 33914/33422/31843</w:t>
        <w:br/>
        <w:t>f 33905/33413/31834 33916/33424/31845 33915/33425/31846</w:t>
        <w:br/>
        <w:t>f 33904/33414/31835 33905/33413/31834 33915/33425/31846</w:t>
        <w:br/>
        <w:t>f 33896/33406/31827 33907/33417/31838 33917/33426/31847</w:t>
        <w:br/>
        <w:t>f 33906/33415/31836 33896/33406/31827 33917/33426/31847</w:t>
        <w:br/>
        <w:t>f 33908/33416/31837 33919/33427/31848 33918/33428/31849</w:t>
        <w:br/>
        <w:t>f 33907/33417/31838 33908/33416/31837 33918/33428/31849</w:t>
        <w:br/>
        <w:t>f 33909/33419/31840 33910/33418/31839 33921/33429/31850</w:t>
        <w:br/>
        <w:t>f 33920/33430/31851 33909/33419/31840 33921/33429/31850</w:t>
        <w:br/>
        <w:t>f 33911/33421/31842 33912/33420/31841 33923/33431/31852</w:t>
        <w:br/>
        <w:t>f 33922/33432/31853 33911/33421/31842 33923/33431/31852</w:t>
        <w:br/>
        <w:t>f 33913/33423/31844 33914/33422/31843 33925/33433/31854</w:t>
        <w:br/>
        <w:t>f 33924/33434/31855 33913/33423/31844 33925/33433/31854</w:t>
        <w:br/>
        <w:t>f 33916/33424/31845 33927/33435/31856 33926/33436/31857</w:t>
        <w:br/>
        <w:t>f 33915/33425/31846 33916/33424/31845 33926/33436/31857</w:t>
        <w:br/>
        <w:t>f 33907/33417/31838 33918/33428/31849 33928/33437/31858</w:t>
        <w:br/>
        <w:t>f 33917/33426/31847 33907/33417/31838 33928/33437/31858</w:t>
        <w:br/>
        <w:t>f 33918/33428/31849 33919/33427/31848 33788/33295/31723</w:t>
        <w:br/>
        <w:t>f 33789/33298/31726 33918/33428/31849 33788/33295/31723</w:t>
        <w:br/>
        <w:t>f 33920/33430/31851 33921/33429/31850 33792/33299/31727</w:t>
        <w:br/>
        <w:t>f 33793/33302/31730 33920/33430/31851 33792/33299/31727</w:t>
        <w:br/>
        <w:t>f 33922/33432/31853 33923/33431/31852 33796/33303/31731</w:t>
        <w:br/>
        <w:t>f 33797/33306/31734 33922/33432/31853 33796/33303/31731</w:t>
        <w:br/>
        <w:t>f 33924/33434/31855 33925/33433/31854 33800/33308/31736</w:t>
        <w:br/>
        <w:t>f 33801/33307/31735 33924/33434/31855 33800/33308/31736</w:t>
        <w:br/>
        <w:t>f 33927/33435/31856 33804/33312/31739 33805/33311/31738</w:t>
        <w:br/>
        <w:t>f 33926/33436/31857 33927/33435/31856 33805/33311/31738</w:t>
        <w:br/>
        <w:t>f 33918/33428/31849 33789/33298/31726 33807/33315/31742</w:t>
        <w:br/>
        <w:t>f 33928/33437/31858 33918/33428/31849 33807/33315/31742</w:t>
        <w:br/>
        <w:t>f 33931/33438/31859 33930/33439/31860 33929/33440/31861</w:t>
        <w:br/>
        <w:t>f 33932/33441/31862 33931/33438/31859 33929/33440/31861</w:t>
        <w:br/>
        <w:t>f 33935/33442/31863 33934/33443/31864 33933/33444/31865</w:t>
        <w:br/>
        <w:t>f 33936/33445/31866 33935/33442/31863 33933/33444/31865</w:t>
        <w:br/>
        <w:t>f 33940/33446/31867 33939/33447/31868 33938/33448/31869</w:t>
        <w:br/>
        <w:t>f 33937/33449/31870 33940/33446/31867 33938/33448/31869</w:t>
        <w:br/>
        <w:t>f 33944/33450/31871 33943/33451/31872 33942/33452/31873</w:t>
        <w:br/>
        <w:t>f 33941/33453/31874 33944/33450/31871 33942/33452/31873</w:t>
        <w:br/>
        <w:t>f 33948/33454/31875 33947/33455/31876 33946/33456/31877</w:t>
        <w:br/>
        <w:t>f 33945/33457/31878 33948/33454/31875 33946/33456/31877</w:t>
        <w:br/>
        <w:t>f 33932/33441/31862 33929/33440/31861 33949/33458/31879</w:t>
        <w:br/>
        <w:t>f 33950/33459/31880 33932/33441/31862 33949/33458/31879</w:t>
        <w:br/>
        <w:t>f 33930/33439/31860 33952/33460/31881 33951/33461/31882</w:t>
        <w:br/>
        <w:t>f 33929/33440/31861 33930/33439/31860 33951/33461/31882</w:t>
        <w:br/>
        <w:t>f 33934/33443/31864 33954/33462/31883 33953/33463/31884</w:t>
        <w:br/>
        <w:t>f 33933/33444/31865 33934/33443/31864 33953/33463/31884</w:t>
        <w:br/>
        <w:t>f 33938/33448/31869 33956/33464/31885 33955/33465/31886</w:t>
        <w:br/>
        <w:t>f 33937/33449/31870 33938/33448/31869 33955/33465/31886</w:t>
        <w:br/>
        <w:t>f 33941/33453/31874 33942/33452/31873 33958/33466/31887</w:t>
        <w:br/>
        <w:t>f 33957/33467/31885 33941/33453/31874 33958/33466/31887</w:t>
        <w:br/>
        <w:t>f 33945/33457/31878 33946/33456/31877 33960/33468/31888</w:t>
        <w:br/>
        <w:t>f 33959/33469/31889 33945/33457/31878 33960/33468/31888</w:t>
        <w:br/>
        <w:t>f 33949/33458/31879 33929/33440/31861 33951/33461/31882</w:t>
        <w:br/>
        <w:t>f 33961/33470/31890 33949/33458/31879 33951/33461/31882</w:t>
        <w:br/>
        <w:t>f 33952/33460/31881 33963/33471/31891 33962/33472/31892</w:t>
        <w:br/>
        <w:t>f 33951/33461/31882 33952/33460/31881 33962/33472/31892</w:t>
        <w:br/>
        <w:t>f 33954/33462/31883 33965/33473/31893 33964/33474/31894</w:t>
        <w:br/>
        <w:t>f 33953/33463/31884 33954/33462/31883 33964/33474/31894</w:t>
        <w:br/>
        <w:t>f 33956/33464/31885 33967/33475/31895 33966/33476/31896</w:t>
        <w:br/>
        <w:t>f 33955/33465/31886 33956/33464/31885 33966/33476/31896</w:t>
        <w:br/>
        <w:t>f 33957/33467/31885 33958/33466/31887 33969/33477/31897</w:t>
        <w:br/>
        <w:t>f 33968/33478/31898 33957/33467/31885 33969/33477/31897</w:t>
        <w:br/>
        <w:t>f 33959/33469/31889 33960/33468/31888 33971/33479/31899</w:t>
        <w:br/>
        <w:t>f 33970/33480/31899 33959/33469/31889 33971/33479/31899</w:t>
        <w:br/>
        <w:t>f 33961/33470/31890 33951/33461/31882 33962/33472/31892</w:t>
        <w:br/>
        <w:t>f 33972/33481/31900 33961/33470/31890 33962/33472/31892</w:t>
        <w:br/>
        <w:t>f 33962/33472/31892 33963/33471/31891 33974/33482/31901</w:t>
        <w:br/>
        <w:t>f 33973/33483/31902 33962/33472/31892 33974/33482/31901</w:t>
        <w:br/>
        <w:t>f 33964/33474/31894 33965/33473/31893 33976/33484/31903</w:t>
        <w:br/>
        <w:t>f 33975/33485/31904 33964/33474/31894 33976/33484/31903</w:t>
        <w:br/>
        <w:t>f 33967/33475/31895 33978/33486/31905 33977/33487/31906</w:t>
        <w:br/>
        <w:t>f 33966/33476/31896 33967/33475/31895 33977/33487/31906</w:t>
        <w:br/>
        <w:t>f 33969/33477/31897 33980/33488/31907 33979/33489/31908</w:t>
        <w:br/>
        <w:t>f 33968/33478/31898 33969/33477/31897 33979/33489/31908</w:t>
        <w:br/>
        <w:t>f 33971/33479/31899 33982/33490/31909 33981/33491/31910</w:t>
        <w:br/>
        <w:t>f 33970/33480/31899 33971/33479/31899 33981/33491/31910</w:t>
        <w:br/>
        <w:t>f 33972/33481/31900 33962/33472/31892 33973/33483/31902</w:t>
        <w:br/>
        <w:t>f 33983/33492/31911 33972/33481/31900 33973/33483/31902</w:t>
        <w:br/>
        <w:t>f 33973/33483/31902 33974/33482/31901 33985/33493/31912</w:t>
        <w:br/>
        <w:t>f 33984/33494/31913 33973/33483/31902 33985/33493/31912</w:t>
        <w:br/>
        <w:t>f 33975/33485/31904 33976/33484/31903 33987/33495/31914</w:t>
        <w:br/>
        <w:t>f 33986/33496/31914 33975/33485/31904 33987/33495/31914</w:t>
        <w:br/>
        <w:t>f 33977/33487/31906 33978/33486/31905 33989/33497/31915</w:t>
        <w:br/>
        <w:t>f 33988/33498/31916 33977/33487/31906 33989/33497/31915</w:t>
        <w:br/>
        <w:t>f 33980/33488/31907 33991/33499/31917 33990/33500/31915</w:t>
        <w:br/>
        <w:t>f 33979/33489/31908 33980/33488/31907 33990/33500/31915</w:t>
        <w:br/>
        <w:t>f 33982/33490/31909 33993/33501/31918 33992/33502/31918</w:t>
        <w:br/>
        <w:t>f 33981/33491/31910 33982/33490/31909 33992/33502/31918</w:t>
        <w:br/>
        <w:t>f 33973/33483/31902 33984/33494/31913 33994/33503/31919</w:t>
        <w:br/>
        <w:t>f 33983/33492/31911 33973/33483/31902 33994/33503/31919</w:t>
        <w:br/>
        <w:t>f 33984/33494/31913 33985/33493/31912 33996/33504/31920</w:t>
        <w:br/>
        <w:t>f 33995/33505/31921 33984/33494/31913 33996/33504/31920</w:t>
        <w:br/>
        <w:t>f 33986/33496/31914 33987/33495/31914 33998/33506/31922</w:t>
        <w:br/>
        <w:t>f 33997/33507/31923 33986/33496/31914 33998/33506/31922</w:t>
        <w:br/>
        <w:t>f 33989/33497/31915 34000/33508/31924 33999/33509/31925</w:t>
        <w:br/>
        <w:t>f 33988/33498/31916 33989/33497/31915 33999/33509/31925</w:t>
        <w:br/>
        <w:t>f 33991/33499/31917 34002/33510/31926 34001/33511/31927</w:t>
        <w:br/>
        <w:t>f 33990/33500/31915 33991/33499/31917 34001/33511/31927</w:t>
        <w:br/>
        <w:t>f 33993/33501/31918 34004/33512/31928 34003/33513/31929</w:t>
        <w:br/>
        <w:t>f 33992/33502/31918 33993/33501/31918 34003/33513/31929</w:t>
        <w:br/>
        <w:t>f 33994/33503/31919 33984/33494/31913 33995/33505/31921</w:t>
        <w:br/>
        <w:t>f 34005/33514/31930 33994/33503/31919 33995/33505/31921</w:t>
        <w:br/>
        <w:t>f 34009/33515/31931 34008/33516/31932 34007/33517/31933</w:t>
        <w:br/>
        <w:t>f 34006/33518/31934 34009/33515/31931 34007/33517/31933</w:t>
        <w:br/>
        <w:t>f 34012/33519/31935 34011/33520/31936 34010/33521/31936</w:t>
        <w:br/>
        <w:t>f 34013/33522/31935 34012/33519/31935 34010/33521/31936</w:t>
        <w:br/>
        <w:t>f 34016/33523/31924 34015/33524/31937 34014/33525/31938</w:t>
        <w:br/>
        <w:t>f 34017/33526/31939 34016/33523/31924 34014/33525/31938</w:t>
        <w:br/>
        <w:t>f 34020/33527/31926 34019/33528/31940 34018/33529/31941</w:t>
        <w:br/>
        <w:t>f 34021/33530/31942 34020/33527/31926 34018/33529/31941</w:t>
        <w:br/>
        <w:t>f 34025/33531/31928 34024/33532/31943 34023/33533/31944</w:t>
        <w:br/>
        <w:t>f 34022/33534/31945 34025/33531/31928 34023/33533/31944</w:t>
        <w:br/>
        <w:t>f 34027/33535/31946 34009/33515/31931 34006/33518/31934</w:t>
        <w:br/>
        <w:t>f 34026/33536/31947 34027/33535/31946 34006/33518/31934</w:t>
        <w:br/>
        <w:t>f 34007/33517/31933 34029/33537/31948 34028/33538/31949</w:t>
        <w:br/>
        <w:t>f 34006/33518/31934 34007/33517/31933 34028/33538/31949</w:t>
        <w:br/>
        <w:t>f 34011/33520/31936 34031/33539/31950 34030/33540/31951</w:t>
        <w:br/>
        <w:t>f 34010/33521/31936 34011/33520/31936 34030/33540/31951</w:t>
        <w:br/>
        <w:t>f 34015/33524/31937 34033/33541/31952 34032/33542/31953</w:t>
        <w:br/>
        <w:t>f 34014/33525/31938 34015/33524/31937 34032/33542/31953</w:t>
        <w:br/>
        <w:t>f 34018/33529/31941 34019/33528/31940 34035/33543/31954</w:t>
        <w:br/>
        <w:t>f 34034/33544/31955 34018/33529/31941 34035/33543/31954</w:t>
        <w:br/>
        <w:t>f 34022/33534/31945 34023/33533/31944 34037/33545/31956</w:t>
        <w:br/>
        <w:t>f 34036/33546/31956 34022/33534/31945 34037/33545/31956</w:t>
        <w:br/>
        <w:t>f 34026/33536/31947 34006/33518/31934 34028/33538/31949</w:t>
        <w:br/>
        <w:t>f 34038/33547/31957 34026/33536/31947 34028/33538/31949</w:t>
        <w:br/>
        <w:t>f 34029/33537/31948 34040/33548/31958 34039/33549/31959</w:t>
        <w:br/>
        <w:t>f 34028/33538/31949 34029/33537/31948 34039/33549/31959</w:t>
        <w:br/>
        <w:t>f 34031/33539/31950 34042/33550/31960 34041/33551/31961</w:t>
        <w:br/>
        <w:t>f 34030/33540/31951 34031/33539/31950 34041/33551/31961</w:t>
        <w:br/>
        <w:t>f 34033/33541/31952 34044/33552/31962 34043/33553/31963</w:t>
        <w:br/>
        <w:t>f 34032/33542/31953 34033/33541/31952 34043/33553/31963</w:t>
        <w:br/>
        <w:t>f 34034/33544/31955 34035/33543/31954 34046/33554/31964</w:t>
        <w:br/>
        <w:t>f 34045/33555/31965 34034/33544/31955 34046/33554/31964</w:t>
        <w:br/>
        <w:t>f 34036/33546/31956 34037/33545/31956 34048/33556/31966</w:t>
        <w:br/>
        <w:t>f 34047/33557/31967 34036/33546/31956 34048/33556/31966</w:t>
        <w:br/>
        <w:t>f 34038/33547/31957 34028/33538/31949 34039/33549/31959</w:t>
        <w:br/>
        <w:t>f 34049/33558/31968 34038/33547/31957 34039/33549/31959</w:t>
        <w:br/>
        <w:t>f 34040/33548/31958 34051/33559/31969 34050/33560/31970</w:t>
        <w:br/>
        <w:t>f 34039/33549/31959 34040/33548/31958 34050/33560/31970</w:t>
        <w:br/>
        <w:t>f 34041/33551/31961 34042/33550/31960 34053/33561/31971</w:t>
        <w:br/>
        <w:t>f 34052/33562/31972 34041/33551/31961 34053/33561/31971</w:t>
        <w:br/>
        <w:t>f 34043/33553/31963 34044/33552/31962 34055/33563/31973</w:t>
        <w:br/>
        <w:t>f 34054/33564/31974 34043/33553/31963 34055/33563/31973</w:t>
        <w:br/>
        <w:t>f 34045/33555/31965 34046/33554/31964 34057/33565/31975</w:t>
        <w:br/>
        <w:t>f 34056/33566/31976 34045/33555/31965 34057/33565/31975</w:t>
        <w:br/>
        <w:t>f 34048/33556/31966 34059/33567/31977 34058/33568/31978</w:t>
        <w:br/>
        <w:t>f 34047/33557/31967 34048/33556/31966 34058/33568/31978</w:t>
        <w:br/>
        <w:t>f 34039/33549/31959 34050/33560/31970 34060/33569/31979</w:t>
        <w:br/>
        <w:t>f 34049/33558/31968 34039/33549/31959 34060/33569/31979</w:t>
        <w:br/>
        <w:t>f 34050/33560/31970 34051/33559/31969 34062/33570/31980</w:t>
        <w:br/>
        <w:t>f 34061/33571/31981 34050/33560/31970 34062/33570/31980</w:t>
        <w:br/>
        <w:t>f 34052/33562/31972 34053/33561/31971 34064/33572/31982</w:t>
        <w:br/>
        <w:t>f 34063/33573/31983 34052/33562/31972 34064/33572/31982</w:t>
        <w:br/>
        <w:t>f 34054/33564/31974 34055/33563/31973 34066/33574/31984</w:t>
        <w:br/>
        <w:t>f 34065/33575/31985 34054/33564/31974 34066/33574/31984</w:t>
        <w:br/>
        <w:t>f 34057/33565/31975 34068/33576/31986 34067/33577/31984</w:t>
        <w:br/>
        <w:t>f 34056/33566/31976 34057/33565/31975 34067/33577/31984</w:t>
        <w:br/>
        <w:t>f 34059/33567/31977 34070/33578/31987 34069/33579/31987</w:t>
        <w:br/>
        <w:t>f 34058/33568/31978 34059/33567/31977 34069/33579/31987</w:t>
        <w:br/>
        <w:t>f 34050/33560/31970 34061/33571/31981 34071/33580/31988</w:t>
        <w:br/>
        <w:t>f 34060/33569/31979 34050/33560/31970 34071/33580/31988</w:t>
        <w:br/>
        <w:t>f 34062/33570/31980 33931/33438/31859 33932/33441/31862</w:t>
        <w:br/>
        <w:t>f 34061/33571/31981 34062/33570/31980 33932/33441/31862</w:t>
        <w:br/>
        <w:t>f 34063/33573/31983 34064/33572/31982 33935/33442/31863</w:t>
        <w:br/>
        <w:t>f 33936/33445/31866 34063/33573/31983 33935/33442/31863</w:t>
        <w:br/>
        <w:t>f 34065/33575/31985 34066/33574/31984 33939/33447/31868</w:t>
        <w:br/>
        <w:t>f 33940/33446/31867 34065/33575/31985 33939/33447/31868</w:t>
        <w:br/>
        <w:t>f 34067/33577/31984 34068/33576/31986 33943/33451/31872</w:t>
        <w:br/>
        <w:t>f 33944/33450/31871 34067/33577/31984 33943/33451/31872</w:t>
        <w:br/>
        <w:t>f 34070/33578/31987 33947/33455/31876 33948/33454/31875</w:t>
        <w:br/>
        <w:t>f 34069/33579/31987 34070/33578/31987 33948/33454/31875</w:t>
        <w:br/>
        <w:t>f 34061/33571/31981 33932/33441/31862 33950/33459/31880</w:t>
        <w:br/>
        <w:t>f 34071/33580/31988 34061/33571/31981 33950/33459/31880</w:t>
        <w:br/>
        <w:t>f 31011/33581/31989 31010/33582/31990 31009/33583/31991</w:t>
        <w:br/>
        <w:t>f 31012/33584/31992 31011/33581/31989 31009/33583/31991</w:t>
        <w:br/>
        <w:t>f 31016/33585/31993 31015/33586/31994 31014/33587/31995</w:t>
        <w:br/>
        <w:t>f 31013/33588/31996 31016/33585/31993 31014/33587/31995</w:t>
        <w:br/>
        <w:t>f 31017/33589/31997 31015/33586/31994 31016/33585/31993</w:t>
        <w:br/>
        <w:t>f 31018/33590/31998 31017/33589/31997 31016/33585/31993</w:t>
        <w:br/>
        <w:t>f 31022/33591/31999 31021/33592/32000 31020/33593/32001</w:t>
        <w:br/>
        <w:t>f 31019/33594/32002 31022/33591/31999 31020/33593/32001</w:t>
        <w:br/>
        <w:t>f 31025/33595/32003 31024/33596/32004 31023/33597/32005</w:t>
        <w:br/>
        <w:t>f 31028/33598/32006 31027/33599/32007 31026/33600/32008</w:t>
        <w:br/>
        <w:t>f 31029/33601/32009 31028/33598/32006 31026/33600/32008</w:t>
        <w:br/>
        <w:t>f 31010/33582/31990 31011/33581/31989 31030/33602/32010</w:t>
        <w:br/>
        <w:t>f 31031/33603/32011 31010/33582/31990 31030/33602/32010</w:t>
        <w:br/>
        <w:t>f 31035/33604/32012 31034/33605/32013 31033/33606/32014</w:t>
        <w:br/>
        <w:t>f 31032/33607/32015 31035/33604/32012 31033/33606/32014</w:t>
        <w:br/>
        <w:t>f 31037/33608/32016 31036/33609/32017 31021/33592/32000</w:t>
        <w:br/>
        <w:t>f 31022/33591/31999 31037/33608/32016 31021/33592/32000</w:t>
        <w:br/>
        <w:t>f 31041/33610/32018 31040/33611/32019 31039/33612/32020</w:t>
        <w:br/>
        <w:t>f 31038/33613/32021 31041/33610/32018 31039/33612/32020</w:t>
        <w:br/>
        <w:t>f 31044/33614/32022 31043/33615/32023 31042/33616/32024</w:t>
        <w:br/>
        <w:t>f 31045/33617/32025 31044/33614/32022 31042/33616/32024</w:t>
        <w:br/>
        <w:t>f 31046/33618/32007 31036/33609/32017 31037/33608/32016</w:t>
        <w:br/>
        <w:t>f 31047/33619/32008 31046/33618/32007 31037/33608/32016</w:t>
        <w:br/>
        <w:t>f 31049/33620/32026 31048/33621/32027 31038/33613/32021</w:t>
        <w:br/>
        <w:t>f 31052/33622/32028 31051/33623/32029 31050/33624/32030</w:t>
        <w:br/>
        <w:t>f 31055/33625/32031 31054/33626/32032 31053/33627/32033</w:t>
        <w:br/>
        <w:t>f 31056/33628/32034 31055/33625/32031 31053/33627/32033</w:t>
        <w:br/>
        <w:t>f 31058/33629/32035 31039/33612/32020 31057/33630/32036</w:t>
        <w:br/>
        <w:t>f 31059/33631/32037 31058/33629/32035 31057/33630/32036</w:t>
        <w:br/>
        <w:t>f 31039/33612/32020 31040/33611/32019 31060/33632/32038</w:t>
        <w:br/>
        <w:t>f 31057/33630/32036 31039/33612/32020 31060/33632/32038</w:t>
        <w:br/>
        <w:t>f 31062/33633/32031 31061/33634/32034 31058/33629/32035</w:t>
        <w:br/>
        <w:t>f 31059/33631/32037 31062/33633/32031 31058/33629/32035</w:t>
        <w:br/>
        <w:t>f 31049/33620/32026 31058/33629/32035 31061/33634/32034</w:t>
        <w:br/>
        <w:t>f 31063/33635/32028 31049/33620/32026 31061/33634/32034</w:t>
        <w:br/>
        <w:t>f 31021/33592/32000 31036/33609/32017 31064/33636/32039</w:t>
        <w:br/>
        <w:t>f 31065/33637/32040 31021/33592/32000 31064/33636/32039</w:t>
        <w:br/>
        <w:t>f 31036/33609/32017 31046/33618/32007 31066/33638/32041</w:t>
        <w:br/>
        <w:t>f 31067/33639/32042 31020/33593/32001 31021/33592/32000</w:t>
        <w:br/>
        <w:t>f 31065/33637/32040 31067/33639/32042 31021/33592/32000</w:t>
        <w:br/>
        <w:t>f 31069/33640/32041 31027/33599/32007 31028/33598/32006</w:t>
        <w:br/>
        <w:t>f 31068/33641/32043 31069/33640/32041 31028/33598/32006</w:t>
        <w:br/>
        <w:t>f 31015/33586/31994 31017/33589/31997 31070/33642/32044</w:t>
        <w:br/>
        <w:t>f 31071/33643/32045 31015/33586/31994 31070/33642/32044</w:t>
        <w:br/>
        <w:t>f 31044/33614/32022 31073/33644/31991 31072/33645/32046</w:t>
        <w:br/>
        <w:t>f 31043/33615/32023 31044/33614/32022 31072/33645/32046</w:t>
        <w:br/>
        <w:t>f 31074/33646/32047 31035/33604/32012 31032/33607/32015</w:t>
        <w:br/>
        <w:t>f 31075/33647/32048 31074/33646/32047 31032/33607/32015</w:t>
        <w:br/>
        <w:t>f 31075/33647/32048 31032/33607/32015 31076/33648/32049</w:t>
        <w:br/>
        <w:t>f 31077/33649/32049 31075/33647/32048 31076/33648/32049</w:t>
        <w:br/>
        <w:t>f 31080/33650/32050 31079/33651/32051 31078/33652/32052</w:t>
        <w:br/>
        <w:t>f 31083/33653/32053 31082/33654/32054 31081/33655/32055</w:t>
        <w:br/>
        <w:t>f 31084/33656/32056 31083/33653/32053 31081/33655/32055</w:t>
        <w:br/>
        <w:t>f 31032/33607/32015 31033/33606/32014 31070/33642/32044</w:t>
        <w:br/>
        <w:t>f 31017/33589/31997 31032/33607/32015 31070/33642/32044</w:t>
        <w:br/>
        <w:t>f 31088/33657/32057 31087/33658/32058 31086/33659/32059</w:t>
        <w:br/>
        <w:t>f 31085/33660/32060 31088/33657/32057 31086/33659/32059</w:t>
        <w:br/>
        <w:t>f 31091/33661/32061 31090/33662/32062 31089/33663/32063</w:t>
        <w:br/>
        <w:t>f 31092/33664/32064 31091/33661/32061 31089/33663/32063</w:t>
        <w:br/>
        <w:t>f 31094/33665/32065 31093/33666/32066 31082/33654/32054</w:t>
        <w:br/>
        <w:t>f 31083/33653/32053 31094/33665/32065 31082/33654/32054</w:t>
        <w:br/>
        <w:t>f 31097/33667/32067 31096/33668/32068 31095/33669/32069</w:t>
        <w:br/>
        <w:t>f 31098/33670/32070 31097/33667/32067 31095/33669/32069</w:t>
        <w:br/>
        <w:t>f 31100/33671/32071 31090/33662/32062 31099/33672/32072</w:t>
        <w:br/>
        <w:t>f 31101/33673/32073 31100/33671/32071 31099/33672/32072</w:t>
        <w:br/>
        <w:t>f 31102/33674/32074 31089/33663/32063 31090/33662/32062</w:t>
        <w:br/>
        <w:t>f 31100/33671/32071 31102/33674/32074 31090/33662/32062</w:t>
        <w:br/>
        <w:t>f 31097/33667/32067 31101/33673/32073 31099/33672/32072</w:t>
        <w:br/>
        <w:t>f 31096/33668/32068 31097/33667/32067 31099/33672/32072</w:t>
        <w:br/>
        <w:t>f 31105/33675/32075 31104/33676/32076 31103/33677/32077</w:t>
        <w:br/>
        <w:t>f 31109/33678/32078 31108/33679/32079 31107/33680/32080</w:t>
        <w:br/>
        <w:t>f 31106/33681/32081 31109/33678/32078 31107/33680/32080</w:t>
        <w:br/>
        <w:t>f 31112/33682/32082 31111/33683/32083 31110/33684/32084</w:t>
        <w:br/>
        <w:t>f 31113/33685/32085 31112/33682/32082 31110/33684/32084</w:t>
        <w:br/>
        <w:t>f 31081/33655/32055 31115/33686/32086 31114/33687/32087</w:t>
        <w:br/>
        <w:t>f 31072/33645/32046 31117/33688/32088 31116/33689/32089</w:t>
        <w:br/>
        <w:t>f 31043/33615/32023 31072/33645/32046 31116/33689/32089</w:t>
        <w:br/>
        <w:t>f 31093/33666/32066 31119/33690/32090 31118/33691/32090</w:t>
        <w:br/>
        <w:t>f 31082/33654/32054 31093/33666/32066 31118/33691/32090</w:t>
        <w:br/>
        <w:t>f 31122/33692/32091 31121/33693/32092 31120/33694/32091</w:t>
        <w:br/>
        <w:t>f 31125/33695/32093 31124/33696/32094 31123/33697/32093</w:t>
        <w:br/>
        <w:t>f 31129/33698/32095 31128/33699/32095 31127/33700/32096</w:t>
        <w:br/>
        <w:t>f 31126/33701/32097 31129/33698/32095 31127/33700/32096</w:t>
        <w:br/>
        <w:t>f 31110/33684/32084 31086/33659/32059 31087/33658/32058</w:t>
        <w:br/>
        <w:t>f 31130/33702/32098 31110/33684/32084 31087/33658/32058</w:t>
        <w:br/>
        <w:t>f 31133/33703/32099 31132/33704/32100 31131/33705/32100</w:t>
        <w:br/>
        <w:t>f 31134/33706/32099 31133/33703/32099 31131/33705/32100</w:t>
        <w:br/>
        <w:t>f 31137/33707/32101 31136/33708/32102 31135/33709/32103</w:t>
        <w:br/>
        <w:t>f 31140/33710/32104 31139/33711/32105 31138/33712/32104</w:t>
        <w:br/>
        <w:t>f 31105/33675/32075 31091/33661/32061 31141/33713/32106</w:t>
        <w:br/>
        <w:t>f 31145/33714/32107 31144/33715/32108 31143/33716/32108</w:t>
        <w:br/>
        <w:t>f 31142/33717/32109 31145/33714/32107 31143/33716/32108</w:t>
        <w:br/>
        <w:t>f 31148/33718/32110 31147/33719/32111 31146/33720/32101</w:t>
        <w:br/>
        <w:t>f 31149/33721/32110 31148/33718/32110 31146/33720/32101</w:t>
        <w:br/>
        <w:t>f 31152/33722/32112 31151/33723/32112 31150/33724/32112</w:t>
        <w:br/>
        <w:t>f 31155/33725/32113 31154/33726/32113 31153/33727/32114</w:t>
        <w:br/>
        <w:t>f 31156/33728/32115 31155/33725/32113 31153/33727/32114</w:t>
        <w:br/>
        <w:t>f 31159/33729/32116 31158/33730/32116 31157/33731/32116</w:t>
        <w:br/>
        <w:t>f 31160/33732/32117 31136/33708/32102 31137/33707/32101</w:t>
        <w:br/>
        <w:t>f 31163/33733/32118 31162/33734/32119 31161/33735/32120</w:t>
        <w:br/>
        <w:t>f 31164/33736/32120 31163/33733/32118 31161/33735/32120</w:t>
        <w:br/>
        <w:t>f 31166/33737/32121 31165/33738/32121 31164/33736/32120</w:t>
        <w:br/>
        <w:t>f 31161/33735/32120 31166/33737/32121 31164/33736/32120</w:t>
        <w:br/>
        <w:t>f 31170/33739/32122 31169/33740/32123 31168/33741/32124</w:t>
        <w:br/>
        <w:t>f 31167/33742/32125 31170/33739/32122 31168/33741/32124</w:t>
        <w:br/>
        <w:t>f 31167/33742/32125 31168/33741/32124 31171/33743/32126</w:t>
        <w:br/>
        <w:t>f 31172/33744/32126 31167/33742/32125 31171/33743/32126</w:t>
        <w:br/>
        <w:t>f 31175/33745/32127 31174/33746/32128 31173/33747/32129</w:t>
        <w:br/>
        <w:t>f 31179/33748/32130 31178/33749/32131 31177/33750/32131</w:t>
        <w:br/>
        <w:t>f 31176/33751/32130 31179/33748/32130 31177/33750/32131</w:t>
        <w:br/>
        <w:t>f 31182/33752/32132 31181/33753/32133 31180/33754/32134</w:t>
        <w:br/>
        <w:t>f 31016/33585/31993 31066/33638/32041 31183/33755/32135</w:t>
        <w:br/>
        <w:t>f 31018/33590/31998 31016/33585/31993 31183/33755/32135</w:t>
        <w:br/>
        <w:t>f 31185/33756/32136 31184/33757/32137 31107/33680/32080</w:t>
        <w:br/>
        <w:t>f 31108/33679/32079 31185/33756/32136 31107/33680/32080</w:t>
        <w:br/>
        <w:t>f 31013/33588/31996 31066/33638/32041 31016/33585/31993</w:t>
        <w:br/>
        <w:t>f 31064/33636/32039 31066/33638/32041 31013/33588/31996</w:t>
        <w:br/>
        <w:t>f 31186/33758/32138 31018/33590/31998 31183/33755/32135</w:t>
        <w:br/>
        <w:t>f 31068/33641/32043 31188/33759/32139 31187/33760/32139</w:t>
        <w:br/>
        <w:t>f 31069/33640/32041 31068/33641/32043 31187/33760/32139</w:t>
        <w:br/>
        <w:t>f 31186/33758/32138 31185/33756/32136 31075/33647/32048</w:t>
        <w:br/>
        <w:t>f 31082/33654/32054 31115/33686/32086 31081/33655/32055</w:t>
        <w:br/>
        <w:t>f 31075/33647/32048 31018/33590/31998 31186/33758/32138</w:t>
        <w:br/>
        <w:t>f 31014/33587/31995 31015/33586/31994 31071/33643/32045</w:t>
        <w:br/>
        <w:t>f 31189/33761/32140 31014/33587/31995 31071/33643/32045</w:t>
        <w:br/>
        <w:t>f 31192/33762/32141 31191/33763/32142 31190/33764/32143</w:t>
        <w:br/>
        <w:t>f 31023/33597/32005 31024/33596/32004 31193/33765/32144</w:t>
        <w:br/>
        <w:t>f 31194/33766/32145 31191/33763/32142 31192/33762/32141</w:t>
        <w:br/>
        <w:t>f 31197/33767/32146 31196/33768/32147 31195/33769/32148</w:t>
        <w:br/>
        <w:t>f 31043/33615/32023 31116/33689/32089 31198/33770/32149</w:t>
        <w:br/>
        <w:t>f 31042/33616/32024 31043/33615/32023 31198/33770/32149</w:t>
        <w:br/>
        <w:t>f 31079/33651/32051 31199/33771/32150 31078/33652/32052</w:t>
        <w:br/>
        <w:t>f 31194/33766/32145 31197/33767/32146 31195/33769/32148</w:t>
        <w:br/>
        <w:t>f 31200/33772/32151 31011/33581/31989 31012/33584/31992</w:t>
        <w:br/>
        <w:t>f 31013/33588/31996 31200/33772/32151 31012/33584/31992</w:t>
        <w:br/>
        <w:t>f 31203/33773/32152 31202/33774/32153 31201/33775/32154</w:t>
        <w:br/>
        <w:t>f 31206/33776/32155 31205/33777/32156 31204/33778/32157</w:t>
        <w:br/>
        <w:t>f 31207/33779/32158 31206/33776/32155 31204/33778/32157</w:t>
        <w:br/>
        <w:t>f 31149/33721/32110 31209/33780/32159 31208/33781/32159</w:t>
        <w:br/>
        <w:t>f 31148/33718/32110 31149/33721/32110 31208/33781/32159</w:t>
        <w:br/>
        <w:t>f 31135/33709/32103 31136/33708/32102 31210/33782/32160</w:t>
        <w:br/>
        <w:t>f 31211/33783/32161 31135/33709/32103 31210/33782/32160</w:t>
        <w:br/>
        <w:t>f 31131/33705/32100 31132/33704/32100 31212/33784/32162</w:t>
        <w:br/>
        <w:t>f 31213/33785/32163 31131/33705/32100 31212/33784/32162</w:t>
        <w:br/>
        <w:t>f 31215/33786/32164 31204/33778/32157 31205/33777/32156</w:t>
        <w:br/>
        <w:t>f 31214/33787/32164 31215/33786/32164 31205/33777/32156</w:t>
        <w:br/>
        <w:t>f 31218/33788/32165 31217/33789/32165 31216/33790/32166</w:t>
        <w:br/>
        <w:t>f 31219/33791/32166 31218/33788/32165 31216/33790/32166</w:t>
        <w:br/>
        <w:t>f 31222/33792/32167 31221/33793/32168 31220/33794/32167</w:t>
        <w:br/>
        <w:t>f 31113/33685/32085 31110/33684/32084 31130/33702/32098</w:t>
        <w:br/>
        <w:t>f 31223/33795/32002 31113/33685/32085 31130/33702/32098</w:t>
        <w:br/>
        <w:t>f 31203/33773/32152 31051/33623/32029 31224/33796/32169</w:t>
        <w:br/>
        <w:t>f 31181/33753/32133 31203/33773/32152 31224/33796/32169</w:t>
        <w:br/>
        <w:t>f 31098/33670/32070 31095/33669/32069 31181/33753/32133</w:t>
        <w:br/>
        <w:t>f 31182/33752/32132 31098/33670/32070 31181/33753/32133</w:t>
        <w:br/>
        <w:t>f 31226/33797/32042 31109/33678/32078 31106/33681/32081</w:t>
        <w:br/>
        <w:t>f 31225/33798/32001 31226/33797/32042 31106/33681/32081</w:t>
        <w:br/>
        <w:t>f 31230/33799/32170 31229/33800/32171 31228/33801/32171</w:t>
        <w:br/>
        <w:t>f 31227/33802/32170 31230/33799/32170 31228/33801/32171</w:t>
        <w:br/>
        <w:t>f 31233/33803/32172 31232/33804/32173 31231/33805/32172</w:t>
        <w:br/>
        <w:t>f 31235/33806/32174 31234/33807/32174 31219/33791/32166</w:t>
        <w:br/>
        <w:t>f 31216/33790/32166 31235/33806/32174 31219/33791/32166</w:t>
        <w:br/>
        <w:t>f 31238/33808/32175 31237/33809/32176 31236/33810/32175</w:t>
        <w:br/>
        <w:t>f 31176/33751/32130 31240/33811/32177 31239/33812/32177</w:t>
        <w:br/>
        <w:t>f 31179/33748/32130 31176/33751/32130 31239/33812/32177</w:t>
        <w:br/>
        <w:t>f 31110/33684/32084 31111/33683/32083 31241/33813/32178</w:t>
        <w:br/>
        <w:t>f 31086/33659/32059 31110/33684/32084 31241/33813/32178</w:t>
        <w:br/>
        <w:t>f 31245/33814/32179 31244/33815/32180 31243/33816/32181</w:t>
        <w:br/>
        <w:t>f 31242/33817/32182 31245/33814/32179 31243/33816/32181</w:t>
        <w:br/>
        <w:t>f 31030/33602/32010 31246/33818/32183 31025/33595/32003</w:t>
        <w:br/>
        <w:t>f 31023/33597/32005 31030/33602/32010 31025/33595/32003</w:t>
        <w:br/>
        <w:t>f 31189/33761/32140 31071/33643/32045 31192/33762/32141</w:t>
        <w:br/>
        <w:t>f 31190/33764/32143 31189/33761/32140 31192/33762/32141</w:t>
        <w:br/>
        <w:t>f 31031/33603/32011 31030/33602/32010 31023/33597/32005</w:t>
        <w:br/>
        <w:t>f 31193/33765/32144 31031/33603/32011 31023/33597/32005</w:t>
        <w:br/>
        <w:t>f 31071/33643/32045 31070/33642/32044 31194/33766/32145</w:t>
        <w:br/>
        <w:t>f 31192/33762/32141 31071/33643/32045 31194/33766/32145</w:t>
        <w:br/>
        <w:t>f 31080/33650/32050 31198/33770/32149 31116/33689/32089</w:t>
        <w:br/>
        <w:t>f 31079/33651/32051 31080/33650/32050 31116/33689/32089</w:t>
        <w:br/>
        <w:t>f 31197/33767/32146 31033/33606/32014 31034/33605/32013</w:t>
        <w:br/>
        <w:t>f 31196/33768/32147 31197/33767/32146 31034/33605/32013</w:t>
        <w:br/>
        <w:t>f 31079/33651/32051 31116/33689/32089 31117/33688/32088</w:t>
        <w:br/>
        <w:t>f 31199/33771/32150 31079/33651/32051 31117/33688/32088</w:t>
        <w:br/>
        <w:t>f 31194/33766/32145 31070/33642/32044 31033/33606/32014</w:t>
        <w:br/>
        <w:t>f 31197/33767/32146 31194/33766/32145 31033/33606/32014</w:t>
        <w:br/>
        <w:t>f 31011/33581/31989 31200/33772/32151 31246/33818/32183</w:t>
        <w:br/>
        <w:t>f 31030/33602/32010 31011/33581/31989 31246/33818/32183</w:t>
        <w:br/>
        <w:t>f 31250/33819/32184 31249/33820/32185 31248/33821/32185</w:t>
        <w:br/>
        <w:t>f 31247/33822/32184 31250/33819/32184 31248/33821/32185</w:t>
        <w:br/>
        <w:t>f 31111/33683/32083 31112/33682/32082 31251/33823/32186</w:t>
        <w:br/>
        <w:t>f 31243/33816/32181 31111/33683/32083 31251/33823/32186</w:t>
        <w:br/>
        <w:t>f 31254/33824/32187 31253/33825/32188 31252/33826/32189</w:t>
        <w:br/>
        <w:t>f 31244/33815/32180 31241/33813/32178 31111/33683/32083</w:t>
        <w:br/>
        <w:t>f 31243/33816/32181 31244/33815/32180 31111/33683/32083</w:t>
        <w:br/>
        <w:t>f 31257/33827/32190 31256/33828/32191 31255/33829/32192</w:t>
        <w:br/>
        <w:t>f 31249/33820/32185 31228/33801/32171 31229/33800/32171</w:t>
        <w:br/>
        <w:t>f 31248/33821/32185 31249/33820/32185 31229/33800/32171</w:t>
        <w:br/>
        <w:t>f 31243/33816/32181 31251/33823/32186 31258/33830/32193</w:t>
        <w:br/>
        <w:t>f 31242/33817/32182 31243/33816/32181 31258/33830/32193</w:t>
        <w:br/>
        <w:t>f 31223/33795/32002 31130/33702/32098 31259/33831/32194</w:t>
        <w:br/>
        <w:t>f 31207/33779/32158 31223/33795/32002 31259/33831/32194</w:t>
        <w:br/>
        <w:t>f 31259/33831/32194 31130/33702/32098 31087/33658/32058</w:t>
        <w:br/>
        <w:t>f 31260/33832/32195 31259/33831/32194 31087/33658/32058</w:t>
        <w:br/>
        <w:t>f 31261/33833/32196 31094/33665/32065 31083/33653/32053</w:t>
        <w:br/>
        <w:t>f 31262/33834/32197 31261/33833/32196 31083/33653/32053</w:t>
        <w:br/>
        <w:t>f 31263/33835/32198 31260/33832/32195 31087/33658/32058</w:t>
        <w:br/>
        <w:t>f 31088/33657/32057 31263/33835/32198 31087/33658/32058</w:t>
        <w:br/>
        <w:t>f 31262/33834/32197 31083/33653/32053 31084/33656/32056</w:t>
        <w:br/>
        <w:t>f 31264/33836/32199 31262/33834/32197 31084/33656/32056</w:t>
        <w:br/>
        <w:t>f 31047/33619/32008 31037/33608/32016 31265/33837/32200</w:t>
        <w:br/>
        <w:t>f 31266/33838/32201 31047/33619/32008 31265/33837/32200</w:t>
        <w:br/>
        <w:t>f 31037/33608/32016 31022/33591/31999 31267/33839/32202</w:t>
        <w:br/>
        <w:t>f 31265/33837/32200 31037/33608/32016 31267/33839/32202</w:t>
        <w:br/>
        <w:t>f 31029/33601/32009 31026/33600/32008 31156/33728/32115</w:t>
        <w:br/>
        <w:t>f 31268/33840/32203 31029/33601/32009 31156/33728/32115</w:t>
        <w:br/>
        <w:t>f 31267/33839/32202 31022/33591/31999 31019/33594/32002</w:t>
        <w:br/>
        <w:t>f 31269/33841/32204 31267/33839/32202 31019/33594/32002</w:t>
        <w:br/>
        <w:t>f 31259/33831/32194 31098/33670/32070 31182/33752/32132</w:t>
        <w:br/>
        <w:t>f 31207/33779/32158 31259/33831/32194 31182/33752/32132</w:t>
        <w:br/>
        <w:t>f 31182/33752/32132 31180/33754/32134 31206/33776/32155</w:t>
        <w:br/>
        <w:t>f 31207/33779/32158 31182/33752/32132 31206/33776/32155</w:t>
        <w:br/>
        <w:t>f 31134/33706/32099 31180/33754/32134 31270/33842/32205</w:t>
        <w:br/>
        <w:t>f 31133/33703/32099 31134/33706/32099 31270/33842/32205</w:t>
        <w:br/>
        <w:t>f 31260/33832/32195 31261/33833/32196 31101/33673/32073</w:t>
        <w:br/>
        <w:t>f 31097/33667/32067 31260/33832/32195 31101/33673/32073</w:t>
        <w:br/>
        <w:t>f 31264/33836/32199 31102/33674/32074 31100/33671/32071</w:t>
        <w:br/>
        <w:t>f 31262/33834/32197 31264/33836/32199 31100/33671/32071</w:t>
        <w:br/>
        <w:t>f 31262/33834/32197 31100/33671/32071 31101/33673/32073</w:t>
        <w:br/>
        <w:t>f 31261/33833/32196 31262/33834/32197 31101/33673/32073</w:t>
        <w:br/>
        <w:t>f 31260/33832/32195 31097/33667/32067 31098/33670/32070</w:t>
        <w:br/>
        <w:t>f 31259/33831/32194 31260/33832/32195 31098/33670/32070</w:t>
        <w:br/>
        <w:t>f 31142/33717/32109 31062/33633/32031 31059/33631/32037</w:t>
        <w:br/>
        <w:t>f 31145/33714/32107 31142/33717/32109 31059/33631/32037</w:t>
        <w:br/>
        <w:t>f 31057/33630/32036 31060/33632/32038 31268/33840/32203</w:t>
        <w:br/>
        <w:t>f 31156/33728/32115 31057/33630/32036 31268/33840/32203</w:t>
        <w:br/>
        <w:t>f 31059/33631/32037 31057/33630/32036 31156/33728/32115</w:t>
        <w:br/>
        <w:t>f 31153/33727/32114 31059/33631/32037 31156/33728/32115</w:t>
        <w:br/>
        <w:t>f 31123/33697/32093 31272/33843/32206 31271/33844/32207</w:t>
        <w:br/>
        <w:t>f 31125/33695/32093 31123/33697/32093 31271/33844/32207</w:t>
        <w:br/>
        <w:t>f 31272/33843/32206 31118/33691/32090 31119/33690/32090</w:t>
        <w:br/>
        <w:t>f 31271/33844/32207 31272/33843/32206 31119/33690/32090</w:t>
        <w:br/>
        <w:t>f 31138/33712/32104 31274/33845/32208 31273/33846/32208</w:t>
        <w:br/>
        <w:t>f 31140/33710/32104 31138/33712/32104 31273/33846/32208</w:t>
        <w:br/>
        <w:t>f 31276/33847/32209 31275/33848/32210 31273/33846/32208</w:t>
        <w:br/>
        <w:t>f 31274/33845/32208 31276/33847/32209 31273/33846/32208</w:t>
        <w:br/>
        <w:t>f 31278/33849/32211 31277/33850/32211 31122/33692/32091</w:t>
        <w:br/>
        <w:t>f 31120/33694/32091 31278/33849/32211 31122/33692/32091</w:t>
        <w:br/>
        <w:t>f 31126/33701/32097 31127/33700/32096 31277/33850/32211</w:t>
        <w:br/>
        <w:t>f 31278/33849/32211 31126/33701/32097 31277/33850/32211</w:t>
        <w:br/>
        <w:t>f 31275/33848/32210 31276/33847/32209 31085/33660/32060</w:t>
        <w:br/>
        <w:t>f 31086/33659/32059 31275/33848/32210 31085/33660/32060</w:t>
        <w:br/>
        <w:t>f 31188/33759/32139 31280/33851/32212 31279/33852/32212</w:t>
        <w:br/>
        <w:t>f 31187/33760/32139 31188/33759/32139 31279/33852/32212</w:t>
        <w:br/>
        <w:t>f 31217/33789/32165 31218/33788/32165 31172/33744/32126</w:t>
        <w:br/>
        <w:t>f 31171/33743/32126 31217/33789/32165 31172/33744/32126</w:t>
        <w:br/>
        <w:t>f 31165/33738/32121 31166/33737/32121 31213/33785/32163</w:t>
        <w:br/>
        <w:t>f 31212/33784/32162 31165/33738/32121 31213/33785/32163</w:t>
        <w:br/>
        <w:t>f 31214/33787/32164 31177/33750/32131 31178/33749/32131</w:t>
        <w:br/>
        <w:t>f 31215/33786/32164 31214/33787/32164 31178/33749/32131</w:t>
        <w:br/>
        <w:t>f 31282/33853/32213 31281/33854/32213 31211/33783/32161</w:t>
        <w:br/>
        <w:t>f 31210/33782/32160 31282/33853/32213 31211/33783/32161</w:t>
        <w:br/>
        <w:t>f 31284/33855/32214 31281/33854/32213 31282/33853/32213</w:t>
        <w:br/>
        <w:t>f 31283/33856/32214 31284/33855/32214 31282/33853/32213</w:t>
        <w:br/>
        <w:t>f 31073/33644/31991 31044/33614/32022 31109/33678/32078</w:t>
        <w:br/>
        <w:t>f 31226/33797/32042 31073/33644/31991 31109/33678/32078</w:t>
        <w:br/>
        <w:t>f 31075/33647/32048 31185/33756/32136 31108/33679/32079</w:t>
        <w:br/>
        <w:t>f 31074/33646/32047 31075/33647/32048 31108/33679/32079</w:t>
        <w:br/>
        <w:t>f 31044/33614/32022 31045/33617/32025 31108/33679/32079</w:t>
        <w:br/>
        <w:t>f 31109/33678/32078 31044/33614/32022 31108/33679/32079</w:t>
        <w:br/>
        <w:t>f 31067/33639/32042 31065/33637/32040 31012/33584/31992</w:t>
        <w:br/>
        <w:t>f 31009/33583/31991 31067/33639/32042 31012/33584/31992</w:t>
        <w:br/>
        <w:t>f 31012/33584/31992 31065/33637/32040 31064/33636/32039</w:t>
        <w:br/>
        <w:t>f 31013/33588/31996 31012/33584/31992 31064/33636/32039</w:t>
        <w:br/>
        <w:t>f 31036/33609/32017 31066/33638/32041 31064/33636/32039</w:t>
        <w:br/>
        <w:t>f 31184/33757/32137 31185/33756/32136 31186/33758/32138</w:t>
        <w:br/>
        <w:t>f 31038/33613/32021 31048/33621/32027 31285/33857/32215</w:t>
        <w:br/>
        <w:t>f 31141/33713/32106 31091/33661/32061 31286/33858/32216</w:t>
        <w:br/>
        <w:t>f 31050/33624/32030 31051/33623/32029 31287/33859/32217</w:t>
        <w:br/>
        <w:t>f 31287/33859/32217 31203/33773/32152 31288/33860/32218</w:t>
        <w:br/>
        <w:t>f 31288/33860/32218 31203/33773/32152 31201/33775/32154</w:t>
        <w:br/>
        <w:t>f 31287/33859/32217 31051/33623/32029 31203/33773/32152</w:t>
        <w:br/>
        <w:t>f 31095/33669/32069 31202/33774/32153 31203/33773/32152</w:t>
        <w:br/>
        <w:t>f 31181/33753/32133 31095/33669/32069 31203/33773/32152</w:t>
        <w:br/>
        <w:t>f 31090/33662/32062 31091/33661/32061 31105/33675/32075</w:t>
        <w:br/>
        <w:t>f 31099/33672/32072 31090/33662/32062 31105/33675/32075</w:t>
        <w:br/>
        <w:t>f 31201/33775/32154 31202/33774/32153 31103/33677/32077</w:t>
        <w:br/>
        <w:t>f 31289/33861/32219 31201/33775/32154 31103/33677/32077</w:t>
        <w:br/>
        <w:t>f 31291/33862/32220 31049/33620/32026 31290/33863/32030</w:t>
        <w:br/>
        <w:t>f 31291/33862/32220 31048/33621/32027 31049/33620/32026</w:t>
        <w:br/>
        <w:t>f 31105/33675/32075 31103/33677/32077 31096/33668/32068</w:t>
        <w:br/>
        <w:t>f 31099/33672/32072 31105/33675/32075 31096/33668/32068</w:t>
        <w:br/>
        <w:t>f 31202/33774/32153 31095/33669/32069 31096/33668/32068</w:t>
        <w:br/>
        <w:t>f 31103/33677/32077 31202/33774/32153 31096/33668/32068</w:t>
        <w:br/>
        <w:t>f 31104/33676/32076 31105/33675/32075 31141/33713/32106</w:t>
        <w:br/>
        <w:t>f 31292/33864/32221 31286/33858/32216 31091/33661/32061</w:t>
        <w:br/>
        <w:t>f 31092/33664/32064 31292/33864/32221 31091/33661/32061</w:t>
        <w:br/>
        <w:t>f 31290/33863/32030 31049/33620/32026 31063/33635/32028</w:t>
        <w:br/>
        <w:t>f 31056/33628/32034 31053/33627/32033 31051/33623/32029</w:t>
        <w:br/>
        <w:t>f 31052/33622/32028 31056/33628/32034 31051/33623/32029</w:t>
        <w:br/>
        <w:t>f 31058/33629/32035 31049/33620/32026 31038/33613/32021</w:t>
        <w:br/>
        <w:t>f 31039/33612/32020 31058/33629/32035 31038/33613/32021</w:t>
        <w:br/>
        <w:t>f 31041/33610/32018 31038/33613/32021 31285/33857/32215</w:t>
        <w:br/>
        <w:t>f 31292/33864/32222 31041/33610/32018 31285/33857/32215</w:t>
        <w:br/>
        <w:t>f 31293/33865/32223 31170/33739/32224 31054/33626/32032</w:t>
        <w:br/>
        <w:t>f 31055/33625/32031 31293/33865/32223 31054/33626/32032</w:t>
        <w:br/>
        <w:t>f 31224/33796/32169 31270/33842/32205 31180/33754/32134</w:t>
        <w:br/>
        <w:t>f 31181/33753/32133 31224/33796/32169 31180/33754/32134</w:t>
        <w:br/>
        <w:t>f 31297/33866/32225 31296/33867/32226 31295/33868/32227</w:t>
        <w:br/>
        <w:t>f 31294/33869/32228 31297/33866/32225 31295/33868/32227</w:t>
        <w:br/>
        <w:t>f 31301/33870/32229 31300/33871/32230 31299/33872/32231</w:t>
        <w:br/>
        <w:t>f 31298/33873/32232 31301/33870/32229 31299/33872/32231</w:t>
        <w:br/>
        <w:t>f 31305/33874/32233 31304/33875/32234 31303/33876/32235</w:t>
        <w:br/>
        <w:t>f 31302/33877/32236 31305/33874/32233 31303/33876/32235</w:t>
        <w:br/>
        <w:t>f 31308/33878/32237 31307/33879/32238 31306/33880/32239</w:t>
        <w:br/>
        <w:t>f 31309/33881/32240 31308/33878/32237 31306/33880/32239</w:t>
        <w:br/>
        <w:t>f 31313/33882/32241 31312/33883/32242 31311/33884/32243</w:t>
        <w:br/>
        <w:t>f 31310/33885/32244 31313/33882/32241 31311/33884/32243</w:t>
        <w:br/>
        <w:t>f 31316/33886/32245 31315/33887/32246 31314/33888/32247</w:t>
        <w:br/>
        <w:t>f 31314/33888/32247 31315/33887/32246 31317/33889/32248</w:t>
        <w:br/>
        <w:t>f 31320/33890/32249 31319/33891/32250 31318/33892/32251</w:t>
        <w:br/>
        <w:t>f 31321/33893/32252 31320/33890/32249 31318/33892/32251</w:t>
        <w:br/>
        <w:t>f 31324/33894/32253 31323/33895/32254 31322/33896/32255</w:t>
        <w:br/>
        <w:t>f 31325/33897/32256 31324/33894/32253 31322/33896/32255</w:t>
        <w:br/>
        <w:t>f 31328/33898/32257 31327/33899/32258 31326/33900/32259</w:t>
        <w:br/>
        <w:t>f 31329/33901/32260 31328/33898/32257 31326/33900/32259</w:t>
        <w:br/>
        <w:t>f 31332/33902/32261 31331/33903/32262 31330/33904/32263</w:t>
        <w:br/>
        <w:t>f 31335/33905/32264 31334/33906/32265 31333/33907/32266</w:t>
        <w:br/>
        <w:t>f 31338/33908/32267 31337/33909/32268 31336/33910/32269</w:t>
        <w:br/>
        <w:t>f 31342/33911/32270 31341/33912/32271 31340/33913/32272</w:t>
        <w:br/>
        <w:t>f 31339/33914/32273 31342/33911/32270 31340/33913/32272</w:t>
        <w:br/>
        <w:t>f 31345/33915/32274 31319/33891/32250 31344/33916/32275</w:t>
        <w:br/>
        <w:t>f 31343/33917/32276 31345/33915/32274 31344/33916/32275</w:t>
        <w:br/>
        <w:t>f 31346/33918/32277 31337/33909/32268 31338/33908/32267</w:t>
        <w:br/>
        <w:t>f 31349/33919/32278 31348/33920/32279 31347/33921/32280</w:t>
        <w:br/>
        <w:t>f 31351/33922/32281 31350/33923/32282 31349/33919/32278</w:t>
        <w:br/>
        <w:t>f 31315/33887/32246 31336/33910/32269 31317/33889/32248</w:t>
        <w:br/>
        <w:t>f 31317/33889/32248 31336/33910/32269 31337/33909/32268</w:t>
        <w:br/>
        <w:t>f 31315/33887/32246 31352/33924/32283 31336/33910/32269</w:t>
        <w:br/>
        <w:t>f 31355/33925/32284 31354/33926/32285 31353/33927/32285</w:t>
        <w:br/>
        <w:t>f 31331/33903/32262 31355/33925/32284 31353/33927/32285</w:t>
        <w:br/>
        <w:t>f 31358/33928/32286 31357/33929/32287 31356/33930/32287</w:t>
        <w:br/>
        <w:t>f 31335/33905/32264 31358/33928/32286 31356/33930/32287</w:t>
        <w:br/>
        <w:t>f 31330/33904/32263 31360/33931/32288 31359/33932/32289</w:t>
        <w:br/>
        <w:t>f 31361/33933/32290 31330/33904/32263 31359/33932/32289</w:t>
        <w:br/>
        <w:t>f 31364/33934/32291 31363/33935/32292 31362/33936/32293</w:t>
        <w:br/>
        <w:t>f 31365/33937/32294 31364/33934/32291 31362/33936/32293</w:t>
        <w:br/>
        <w:t>f 31366/33938/32295 31362/33936/32293 31363/33935/32292</w:t>
        <w:br/>
        <w:t>f 31367/33939/32296 31353/33927/32285 31354/33926/32285</w:t>
        <w:br/>
        <w:t>f 31368/33940/32297 31359/33932/32289 31360/33931/32288</w:t>
        <w:br/>
        <w:t>f 31369/33941/32298 31356/33930/32287 31357/33929/32287</w:t>
        <w:br/>
        <w:t>f 31371/33942/32299 31370/33943/32300 31334/33906/32265</w:t>
        <w:br/>
        <w:t>f 31374/33944/32301 31373/33945/32302 31372/33946/32303</w:t>
        <w:br/>
        <w:t>f 31370/33943/32300 31375/33947/32304 31334/33906/32265</w:t>
        <w:br/>
        <w:t>f 31376/33948/32305 31372/33946/32303 31373/33945/32302</w:t>
        <w:br/>
        <w:t>f 31377/33949/32306 31376/33948/32305 31373/33945/32302</w:t>
        <w:br/>
        <w:t>f 31331/33903/32262 31378/33950/32307 31360/33931/32288</w:t>
        <w:br/>
        <w:t>f 31330/33904/32263 31331/33903/32262 31360/33931/32288</w:t>
        <w:br/>
        <w:t>f 31368/33940/32297 31360/33931/32288 31378/33950/32307</w:t>
        <w:br/>
        <w:t>f 31379/33951/32308 31358/33928/32286 31361/33933/32290</w:t>
        <w:br/>
        <w:t>f 31380/33952/32309 31379/33951/32308 31361/33933/32290</w:t>
        <w:br/>
        <w:t>f 31381/33953/32310 31379/33951/32308 31380/33952/32309</w:t>
        <w:br/>
        <w:t>f 31333/33907/32266 31338/33908/32267 31336/33910/32269</w:t>
        <w:br/>
        <w:t>f 31335/33905/32264 31371/33942/32299 31334/33906/32265</w:t>
        <w:br/>
        <w:t>f 31340/33913/32272 31341/33912/32271 31376/33948/32305</w:t>
        <w:br/>
        <w:t>f 31384/33954/32311 31383/33955/32312 31311/33884/32243</w:t>
        <w:br/>
        <w:t>f 31382/33956/32313 31384/33954/32311 31311/33884/32243</w:t>
        <w:br/>
        <w:t>f 31375/33947/32304 31385/33957/32314 31372/33946/32303</w:t>
        <w:br/>
        <w:t>f 31376/33948/32305 31375/33947/32304 31372/33946/32303</w:t>
        <w:br/>
        <w:t>f 31386/33958/32315 31372/33946/32303 31385/33957/32314</w:t>
        <w:br/>
        <w:t>f 31376/33948/32305 31377/33949/32306 31340/33913/32272</w:t>
        <w:br/>
        <w:t>f 31345/33915/32274 31308/33878/32237 31309/33881/32240</w:t>
        <w:br/>
        <w:t>f 31391/33959/32316 31345/33915/32274 31309/33881/32240</w:t>
        <w:br/>
        <w:t>f 31394/33960/32317 31393/33961/32318 31392/33962/32319</w:t>
        <w:br/>
        <w:t>f 31349/33919/32320 31394/33960/32317 31392/33962/32319</w:t>
        <w:br/>
        <w:t>f 31395/33963/32321 31308/33878/32237 31345/33915/32274</w:t>
        <w:br/>
        <w:t>f 31343/33917/32276 31395/33963/32321 31345/33915/32274</w:t>
        <w:br/>
        <w:t>f 31396/33964/32322 31324/33894/32253 31325/33897/32256</w:t>
        <w:br/>
        <w:t>f 31397/33965/32323 31396/33964/32322 31325/33897/32256</w:t>
        <w:br/>
        <w:t>f 31333/33907/32266 31352/33924/32283 31332/33902/32261</w:t>
        <w:br/>
        <w:t>f 31398/33966/32324 31355/33925/32284 31331/33903/32262</w:t>
        <w:br/>
        <w:t>f 31332/33902/32261 31398/33966/32324 31331/33903/32262</w:t>
        <w:br/>
        <w:t>f 31399/33967/32325 31305/33874/32233 31302/33877/32236</w:t>
        <w:br/>
        <w:t>f 31400/33968/32326 31399/33967/32325 31302/33877/32236</w:t>
        <w:br/>
        <w:t>f 31403/33969/32327 31402/33970/32328 31401/33971/32329</w:t>
        <w:br/>
        <w:t>f 31404/33972/32330 31403/33969/32327 31401/33971/32329</w:t>
        <w:br/>
        <w:t>f 31406/33973/32331 31405/33974/32332 31364/33934/32291</w:t>
        <w:br/>
        <w:t>f 31398/33966/32324 31406/33973/32331 31364/33934/32291</w:t>
        <w:br/>
        <w:t>f 31405/33974/32332 31407/33975/32333 31363/33935/32292</w:t>
        <w:br/>
        <w:t>f 31364/33934/32291 31405/33974/32332 31363/33935/32292</w:t>
        <w:br/>
        <w:t>f 31366/33938/32295 31363/33935/32292 31407/33975/32333</w:t>
        <w:br/>
        <w:t>f 31402/33970/32328 31352/33924/32283 31315/33887/32246</w:t>
        <w:br/>
        <w:t>f 31410/33976/32334 31409/33977/32335 31408/33978/32336</w:t>
        <w:br/>
        <w:t>f 31412/33979/32337 31411/33980/32338 31295/33868/32227</w:t>
        <w:br/>
        <w:t>f 31296/33867/32226 31412/33979/32337 31295/33868/32227</w:t>
        <w:br/>
        <w:t>f 31414/33981/32339 31413/33982/32340 31304/33875/32234</w:t>
        <w:br/>
        <w:t>f 31305/33874/32233 31414/33981/32339 31304/33875/32234</w:t>
        <w:br/>
        <w:t>f 31399/33967/32325 31400/33968/32326 31415/33983/32341</w:t>
        <w:br/>
        <w:t>f 31417/33984/32342 31416/33985/32343 31413/33982/32340</w:t>
        <w:br/>
        <w:t>f 31414/33981/32339 31417/33984/32342 31413/33982/32340</w:t>
        <w:br/>
        <w:t>f 31391/33959/32316 31318/33892/32251 31319/33891/32250</w:t>
        <w:br/>
        <w:t>f 31345/33915/32274 31391/33959/32316 31319/33891/32250</w:t>
        <w:br/>
        <w:t>f 31420/33986/32344 31419/33987/32345 31418/33988/32346</w:t>
        <w:br/>
        <w:t>f 31319/33891/32250 31320/33890/32249 31421/33989/32347</w:t>
        <w:br/>
        <w:t>f 31344/33916/32275 31319/33891/32250 31421/33989/32347</w:t>
        <w:br/>
        <w:t>f 31422/33990/32348 31328/33898/32257 31329/33901/32260</w:t>
        <w:br/>
        <w:t>f 31423/33991/32349 31422/33990/32348 31329/33901/32260</w:t>
        <w:br/>
        <w:t>f 31392/33962/32319 31425/33992/32350 31424/33993/32351</w:t>
        <w:br/>
        <w:t>f 31408/33978/32336 31418/33988/32352 31410/33976/32334</w:t>
        <w:br/>
        <w:t>f 31295/33868/32227 31427/33994/32353 31426/33995/32354</w:t>
        <w:br/>
        <w:t>f 31294/33869/32228 31295/33868/32227 31426/33995/32354</w:t>
        <w:br/>
        <w:t>f 31428/33996/32355 31427/33994/32353 31295/33868/32227</w:t>
        <w:br/>
        <w:t>f 31411/33980/32338 31428/33996/32355 31295/33868/32227</w:t>
        <w:br/>
        <w:t>f 31432/33997/32356 31431/33998/32357 31430/33999/32358</w:t>
        <w:br/>
        <w:t>f 31429/34000/32359 31432/33997/32356 31430/33999/32358</w:t>
        <w:br/>
        <w:t>f 31431/33998/32357 31434/34001/32360 31433/34002/32361</w:t>
        <w:br/>
        <w:t>f 31430/33999/32358 31431/33998/32357 31433/34002/32361</w:t>
        <w:br/>
        <w:t>f 31328/33898/32257 31422/33990/32348 31435/34003/32362</w:t>
        <w:br/>
        <w:t>f 31436/34004/32363 31328/33898/32257 31435/34003/32362</w:t>
        <w:br/>
        <w:t>f 31433/34002/32361 31434/34001/32360 31437/34005/32364</w:t>
        <w:br/>
        <w:t>f 31438/34006/32365 31433/34002/32361 31437/34005/32364</w:t>
        <w:br/>
        <w:t>f 31436/34004/32363 31439/34007/32366 31327/33899/32258</w:t>
        <w:br/>
        <w:t>f 31328/33898/32257 31436/34004/32363 31327/33899/32258</w:t>
        <w:br/>
        <w:t>f 31440/34008/32367 31340/33913/32272 31377/33949/32306</w:t>
        <w:br/>
        <w:t>f 31443/34009/32368 31442/34010/32369 31441/34011/32370</w:t>
        <w:br/>
        <w:t>f 31339/33914/32273 31443/34009/32368 31441/34011/32370</w:t>
        <w:br/>
        <w:t>f 31432/33997/32356 31445/34012/32371 31444/34013/32372</w:t>
        <w:br/>
        <w:t>f 31446/34014/32373 31444/34013/32372 31445/34012/32371</w:t>
        <w:br/>
        <w:t>f 31449/34015/32374 31448/34016/32375 31447/34017/32376</w:t>
        <w:br/>
        <w:t>f 31450/34018/32377 31449/34015/32374 31447/34017/32376</w:t>
        <w:br/>
        <w:t>f 31438/34006/32365 31449/34015/32374 31450/34018/32377</w:t>
        <w:br/>
        <w:t>f 31433/34002/32361 31438/34006/32365 31450/34018/32377</w:t>
        <w:br/>
        <w:t>f 31451/34019/32378 31430/33999/32358 31433/34002/32361</w:t>
        <w:br/>
        <w:t>f 31450/34018/32377 31451/34019/32378 31433/34002/32361</w:t>
        <w:br/>
        <w:t>f 31454/34020/32379 31453/34021/32380 31452/34022/32381</w:t>
        <w:br/>
        <w:t>f 31456/34023/32382 31444/34013/32372 31455/34024/32383</w:t>
        <w:br/>
        <w:t>f 31459/34025/32384 31458/34026/32385 31457/34027/32386</w:t>
        <w:br/>
        <w:t>f 31459/34025/32384 31452/34022/32381 31453/34021/32380</w:t>
        <w:br/>
        <w:t>f 31459/34025/32384 31461/34028/32387 31460/34029/32388</w:t>
        <w:br/>
        <w:t>f 31464/34030/32389 31463/34031/32390 31458/34026/32385</w:t>
        <w:br/>
        <w:t>f 31462/34032/32391 31464/34030/32389 31458/34026/32385</w:t>
        <w:br/>
        <w:t>f 31467/34033/32392 31466/34034/32393 31465/34035/32394</w:t>
        <w:br/>
        <w:t>f 31453/34021/32380 31465/34035/32394 31461/34028/32387</w:t>
        <w:br/>
        <w:t>f 31467/34033/32392 31468/34036/32395 31440/34008/32367</w:t>
        <w:br/>
        <w:t>f 31469/34037/32396 31436/34004/32363 31435/34003/32362</w:t>
        <w:br/>
        <w:t>f 31470/34038/32397 31469/34037/32396 31435/34003/32362</w:t>
        <w:br/>
        <w:t>f 31422/33990/32348 31397/33965/32323 31446/34014/32373</w:t>
        <w:br/>
        <w:t>f 31435/34003/32362 31422/33990/32348 31446/34014/32373</w:t>
        <w:br/>
        <w:t>f 31472/34039/32398 31457/34027/32386 31471/34040/32399</w:t>
        <w:br/>
        <w:t>f 31456/34023/32382 31472/34039/32398 31471/34040/32399</w:t>
        <w:br/>
        <w:t>f 31432/33997/32356 31456/34023/32382 31471/34040/32399</w:t>
        <w:br/>
        <w:t>f 31431/33998/32357 31432/33997/32356 31471/34040/32399</w:t>
        <w:br/>
        <w:t>f 31472/34039/32398 31456/34023/32382 31455/34024/32383</w:t>
        <w:br/>
        <w:t>f 31473/34041/32400 31472/34039/32398 31455/34024/32383</w:t>
        <w:br/>
        <w:t>f 31463/34031/32390 31471/34040/32399 31457/34027/32386</w:t>
        <w:br/>
        <w:t>f 31458/34026/32385 31463/34031/32390 31457/34027/32386</w:t>
        <w:br/>
        <w:t>f 31325/33897/32256 31322/33896/32255 31475/34042/32401</w:t>
        <w:br/>
        <w:t>f 31474/34043/32402 31325/33897/32256 31475/34042/32401</w:t>
        <w:br/>
        <w:t>f 31459/34025/32384 31453/34021/32380 31461/34028/32387</w:t>
        <w:br/>
        <w:t>f 31478/34044/32403 31469/34037/32396 31477/34045/32404</w:t>
        <w:br/>
        <w:t>f 31476/34046/32405 31478/34044/32403 31477/34045/32404</w:t>
        <w:br/>
        <w:t>f 31439/34007/32366 31436/34004/32363 31469/34037/32396</w:t>
        <w:br/>
        <w:t>f 31478/34044/32403 31439/34007/32366 31469/34037/32396</w:t>
        <w:br/>
        <w:t>f 31447/34017/32376 31479/34047/32406 31451/34019/32378</w:t>
        <w:br/>
        <w:t>f 31450/34018/32377 31447/34017/32376 31451/34019/32378</w:t>
        <w:br/>
        <w:t>f 31476/34046/32405 31477/34045/32404 31451/34019/32378</w:t>
        <w:br/>
        <w:t>f 31479/34047/32406 31476/34046/32405 31451/34019/32378</w:t>
        <w:br/>
        <w:t>f 31453/34021/32380 31468/34036/32395 31465/34035/32394</w:t>
        <w:br/>
        <w:t>f 31481/34048/32407 31480/34049/32408 31465/34035/32394</w:t>
        <w:br/>
        <w:t>f 31480/34049/32408 31461/34028/32387 31465/34035/32394</w:t>
        <w:br/>
        <w:t>f 31459/34025/32384 31457/34027/32386 31472/34039/32398</w:t>
        <w:br/>
        <w:t>f 31452/34022/32381 31459/34025/32384 31472/34039/32398</w:t>
        <w:br/>
        <w:t>f 31459/34025/32384 31460/34029/32388 31482/34050/32409</w:t>
        <w:br/>
        <w:t>f 31455/34024/32383 31444/34013/32372 31475/34042/32401</w:t>
        <w:br/>
        <w:t>f 31475/34042/32401 31444/34013/32372 31474/34043/32402</w:t>
        <w:br/>
        <w:t>f 31458/34026/32385 31483/34051/32410 31462/34032/32391</w:t>
        <w:br/>
        <w:t>f 31334/33906/32265 31346/33918/32277 31338/33908/32267</w:t>
        <w:br/>
        <w:t>f 31312/33883/32242 31484/34052/32411 31382/33956/32313</w:t>
        <w:br/>
        <w:t>f 31311/33884/32243 31312/33883/32242 31382/33956/32313</w:t>
        <w:br/>
        <w:t>f 31323/33895/32254 31485/34053/32412 31441/34011/32370</w:t>
        <w:br/>
        <w:t>f 31322/33896/32255 31323/33895/32254 31441/34011/32370</w:t>
        <w:br/>
        <w:t>f 31298/33873/32232 31299/33872/32231 31426/33995/32354</w:t>
        <w:br/>
        <w:t>f 31427/33994/32353 31298/33873/32232 31426/33995/32354</w:t>
        <w:br/>
        <w:t>f 31298/33873/32232 31427/33994/32353 31428/33996/32355</w:t>
        <w:br/>
        <w:t>f 31486/34054/32413 31298/33873/32232 31428/33996/32355</w:t>
        <w:br/>
        <w:t>f 31487/34055/32414 31384/33954/32311 31382/33956/32313</w:t>
        <w:br/>
        <w:t>f 31307/33879/32238 31487/34055/32414 31382/33956/32313</w:t>
        <w:br/>
        <w:t>f 31475/34042/32401 31442/34010/32369 31473/34041/32400</w:t>
        <w:br/>
        <w:t>f 31455/34024/32383 31475/34042/32401 31473/34041/32400</w:t>
        <w:br/>
        <w:t>f 31473/34041/32400 31454/34020/32379 31452/34022/32381</w:t>
        <w:br/>
        <w:t>f 31472/34039/32398 31473/34041/32400 31452/34022/32381</w:t>
        <w:br/>
        <w:t>f 31488/34056/32415 31443/34009/32368 31339/33914/32273</w:t>
        <w:br/>
        <w:t>f 31340/33913/32272 31488/34056/32415 31339/33914/32273</w:t>
        <w:br/>
        <w:t>f 31485/34053/32412 31342/33911/32270 31339/33914/32273</w:t>
        <w:br/>
        <w:t>f 31441/34011/32370 31485/34053/32412 31339/33914/32273</w:t>
        <w:br/>
        <w:t>f 31314/33888/32247 31348/33920/32279 31349/33919/32278</w:t>
        <w:br/>
        <w:t>f 31321/33893/32252 31314/33888/32247 31317/33889/32248</w:t>
        <w:br/>
        <w:t>f 31440/34008/32367 31488/34056/32415 31340/33913/32272</w:t>
        <w:br/>
        <w:t>f 31468/34036/32395 31453/34021/32380 31454/34020/32379</w:t>
        <w:br/>
        <w:t>f 31474/34043/32402 31446/34014/32373 31397/33965/32323</w:t>
        <w:br/>
        <w:t>f 31325/33897/32256 31474/34043/32402 31397/33965/32323</w:t>
        <w:br/>
        <w:t>f 31470/34038/32397 31435/34003/32362 31446/34014/32373</w:t>
        <w:br/>
        <w:t>f 31445/34012/32371 31470/34038/32397 31446/34014/32373</w:t>
        <w:br/>
        <w:t>f 31299/33872/32231 31419/33987/32345 31420/33986/32344</w:t>
        <w:br/>
        <w:t>f 31489/34057/32416 31409/33977/32335 31410/33976/32334</w:t>
        <w:br/>
        <w:t>f 31484/34052/32411 31306/33880/32239 31307/33879/32238</w:t>
        <w:br/>
        <w:t>f 31382/33956/32313 31484/34052/32411 31307/33879/32238</w:t>
        <w:br/>
        <w:t>f 31392/33962/32319 31393/33961/32318 31425/33992/32350</w:t>
        <w:br/>
        <w:t>f 31397/33965/32323 31422/33990/32348 31423/33991/32349</w:t>
        <w:br/>
        <w:t>f 31396/33964/32322 31397/33965/32323 31423/33991/32349</w:t>
        <w:br/>
        <w:t>f 31383/33955/32312 31490/34058/32417 31310/33885/32244</w:t>
        <w:br/>
        <w:t>f 31311/33884/32243 31383/33955/32312 31310/33885/32244</w:t>
        <w:br/>
        <w:t>f 31429/34000/32359 31430/33999/32358 31451/34019/32378</w:t>
        <w:br/>
        <w:t>f 31477/34045/32404 31429/34000/32359 31451/34019/32378</w:t>
        <w:br/>
        <w:t>f 31469/34037/32396 31470/34038/32397 31429/34000/32359</w:t>
        <w:br/>
        <w:t>f 31477/34045/32404 31469/34037/32396 31429/34000/32359</w:t>
        <w:br/>
        <w:t>f 31445/34012/32371 31432/33997/32356 31429/34000/32359</w:t>
        <w:br/>
        <w:t>f 31470/34038/32397 31445/34012/32371 31429/34000/32359</w:t>
        <w:br/>
        <w:t>f 31474/34043/32402 31444/34013/32372 31446/34014/32373</w:t>
        <w:br/>
        <w:t>f 31404/33972/32330 31406/33973/32331 31398/33966/32324</w:t>
        <w:br/>
        <w:t>f 31403/33969/32327 31404/33972/32330 31398/33966/32324</w:t>
        <w:br/>
        <w:t>f 31403/33969/32327 31398/33966/32324 31332/33902/32261</w:t>
        <w:br/>
        <w:t>f 31352/33924/32283 31403/33969/32327 31332/33902/32261</w:t>
        <w:br/>
        <w:t>f 31361/33933/32290 31333/33907/32266 31332/33902/32261</w:t>
        <w:br/>
        <w:t>f 31330/33904/32263 31361/33933/32290 31332/33902/32261</w:t>
        <w:br/>
        <w:t>f 31365/33937/32294 31398/33966/32324 31364/33934/32291</w:t>
        <w:br/>
        <w:t>f 31361/33933/32290 31358/33928/32286 31333/33907/32266</w:t>
        <w:br/>
        <w:t>f 31355/33925/32284 31398/33966/32324 31365/33937/32294</w:t>
        <w:br/>
        <w:t>f 31358/33928/32286 31335/33905/32264 31333/33907/32266</w:t>
        <w:br/>
        <w:t>f 31434/34001/32360 31431/33998/32357 31471/34040/32399</w:t>
        <w:br/>
        <w:t>f 31463/34031/32390 31434/34001/32360 31471/34040/32399</w:t>
        <w:br/>
        <w:t>f 31437/34005/32364 31434/34001/32360 31463/34031/32390</w:t>
        <w:br/>
        <w:t>f 31464/34030/32389 31437/34005/32364 31463/34031/32390</w:t>
        <w:br/>
        <w:t>f 31432/33997/32356 31444/34013/32372 31456/34023/32382</w:t>
        <w:br/>
        <w:t>f 31468/34036/32395 31454/34020/32379 31443/34009/32368</w:t>
        <w:br/>
        <w:t>f 31488/34056/32415 31468/34036/32395 31443/34009/32368</w:t>
        <w:br/>
        <w:t>f 31454/34020/32379 31473/34041/32400 31442/34010/32369</w:t>
        <w:br/>
        <w:t>f 31443/34009/32368 31454/34020/32379 31442/34010/32369</w:t>
        <w:br/>
        <w:t>f 31468/34036/32395 31488/34056/32415 31440/34008/32367</w:t>
        <w:br/>
        <w:t>f 31322/33896/32255 31441/34011/32370 31442/34010/32369</w:t>
        <w:br/>
        <w:t>f 31475/34042/32401 31322/33896/32255 31442/34010/32369</w:t>
        <w:br/>
        <w:t>f 31376/33948/32305 31334/33906/32265 31375/33947/32304</w:t>
        <w:br/>
        <w:t>f 31334/33906/32265 31338/33908/32267 31333/33907/32266</w:t>
        <w:br/>
        <w:t>f 31320/33890/32249 31337/33909/32268 31346/33918/32277</w:t>
        <w:br/>
        <w:t>f 31421/33989/32347 31320/33890/32249 31346/33918/32277</w:t>
        <w:br/>
        <w:t>f 31348/33920/32279 31321/33893/32252 31318/33892/32251</w:t>
        <w:br/>
        <w:t>f 31350/33923/32282 31351/33922/32281 31309/33881/32240</w:t>
        <w:br/>
        <w:t>f 31306/33880/32239 31350/33923/32282 31309/33881/32240</w:t>
        <w:br/>
        <w:t>f 31491/34059/32418 31425/33992/32350 31312/33883/32242</w:t>
        <w:br/>
        <w:t>f 31313/33882/32241 31491/34059/32418 31312/33883/32242</w:t>
        <w:br/>
        <w:t>f 31391/33959/32316 31309/33881/32240 31351/33922/32281</w:t>
        <w:br/>
        <w:t>f 31347/33921/32280 31391/33959/32316 31351/33922/32281</w:t>
        <w:br/>
        <w:t>f 31484/34052/32411 31312/33883/32242 31425/33992/32350</w:t>
        <w:br/>
        <w:t>f 31393/33961/32318 31484/34052/32411 31425/33992/32350</w:t>
        <w:br/>
        <w:t>f 31347/33921/32280 31348/33920/32279 31318/33892/32251</w:t>
        <w:br/>
        <w:t>f 31391/33959/32316 31347/33921/32280 31318/33892/32251</w:t>
        <w:br/>
        <w:t>f 31306/33880/32239 31484/34052/32411 31393/33961/32318</w:t>
        <w:br/>
        <w:t>f 31350/33923/32282 31306/33880/32239 31393/33961/32318</w:t>
        <w:br/>
        <w:t>f 31347/33921/32280 31351/33922/32281 31349/33919/32278</w:t>
        <w:br/>
        <w:t>f 31321/33893/32252 31348/33920/32279 31314/33888/32247</w:t>
        <w:br/>
        <w:t>f 31346/33918/32277 31334/33906/32265 31341/33912/32271</w:t>
        <w:br/>
        <w:t>f 31324/33894/32253 31395/33963/32321 31343/33917/32276</w:t>
        <w:br/>
        <w:t>f 31323/33895/32254 31324/33894/32253 31343/33917/32276</w:t>
        <w:br/>
        <w:t>f 31490/34058/32417 31383/33955/32312 31329/33901/32260</w:t>
        <w:br/>
        <w:t>f 31326/33900/32259 31490/34058/32417 31329/33901/32260</w:t>
        <w:br/>
        <w:t>f 31421/33989/32347 31346/33918/32277 31341/33912/32271</w:t>
        <w:br/>
        <w:t>f 31342/33911/32270 31421/33989/32347 31341/33912/32271</w:t>
        <w:br/>
        <w:t>f 31324/33894/32253 31396/33964/32322 31487/34055/32414</w:t>
        <w:br/>
        <w:t>f 31395/33963/32321 31324/33894/32253 31487/34055/32414</w:t>
        <w:br/>
        <w:t>f 31384/33954/32311 31423/33991/32349 31329/33901/32260</w:t>
        <w:br/>
        <w:t>f 31383/33955/32312 31384/33954/32311 31329/33901/32260</w:t>
        <w:br/>
        <w:t>f 31343/33917/32276 31344/33916/32275 31485/34053/32412</w:t>
        <w:br/>
        <w:t>f 31323/33895/32254 31343/33917/32276 31485/34053/32412</w:t>
        <w:br/>
        <w:t>f 31344/33916/32275 31421/33989/32347 31342/33911/32270</w:t>
        <w:br/>
        <w:t>f 31485/34053/32412 31344/33916/32275 31342/33911/32270</w:t>
        <w:br/>
        <w:t>f 31487/34055/32414 31396/33964/32322 31423/33991/32349</w:t>
        <w:br/>
        <w:t>f 31384/33954/32311 31487/34055/32414 31423/33991/32349</w:t>
        <w:br/>
        <w:t>f 31395/33963/32321 31487/34055/32414 31307/33879/32238</w:t>
        <w:br/>
        <w:t>f 31308/33878/32237 31395/33963/32321 31307/33879/32238</w:t>
        <w:br/>
        <w:t>f 31337/33909/32268 31320/33890/32249 31321/33893/32252</w:t>
        <w:br/>
        <w:t>f 31317/33889/32248 31337/33909/32268 31321/33893/32252</w:t>
        <w:br/>
        <w:t>f 31420/33986/32344 31418/33988/32346 31294/33869/32419</w:t>
        <w:br/>
        <w:t>f 31402/33970/32328 31493/34060/32420 31492/34061/32421</w:t>
        <w:br/>
        <w:t>f 31401/33971/32329 31402/33970/32328 31492/34061/32421</w:t>
        <w:br/>
        <w:t>f 31316/33886/32245 31493/34060/32420 31402/33970/32328</w:t>
        <w:br/>
        <w:t>f 31315/33887/32246 31316/33886/32245 31402/33970/32328</w:t>
        <w:br/>
        <w:t>f 31301/33870/32229 31414/33981/32339 31305/33874/32233</w:t>
        <w:br/>
        <w:t>f 31300/33871/32230 31301/33870/32229 31305/33874/32233</w:t>
        <w:br/>
        <w:t>f 31417/33984/32342 31414/33981/32339 31301/33870/32229</w:t>
        <w:br/>
        <w:t>f 31494/34062/32422 31417/33984/32342 31301/33870/32229</w:t>
        <w:br/>
        <w:t>f 31299/33872/32231 31400/33968/32326 31419/33987/32345</w:t>
        <w:br/>
        <w:t>f 31301/33870/32229 31298/33873/32232 31486/34054/32413</w:t>
        <w:br/>
        <w:t>f 31494/34062/32422 31301/33870/32229 31486/34054/32413</w:t>
        <w:br/>
        <w:t>f 31495/34063/32423 31370/33943/32300 31371/33942/32299</w:t>
        <w:br/>
        <w:t>f 31495/34063/32423 31371/33942/32299 31335/33905/32264</w:t>
        <w:br/>
        <w:t>f 31465/34035/32394 31468/34036/32395 31467/34033/32392</w:t>
        <w:br/>
        <w:t>f 31482/34050/32409 31483/34051/32410 31458/34026/32385</w:t>
        <w:br/>
        <w:t>f 31482/34050/32409 31458/34026/32385 31459/34025/32384</w:t>
        <w:br/>
        <w:t>f 31336/33910/32269 31352/33924/32283 31333/33907/32266</w:t>
        <w:br/>
        <w:t>f 31403/33969/32327 31352/33924/32283 31402/33970/32328</w:t>
        <w:br/>
        <w:t>f 31460/34029/32388 31496/34064/32424 31482/34050/32409</w:t>
        <w:br/>
        <w:t>f 31482/34050/32409 31497/34065/32425 31483/34051/32410</w:t>
        <w:br/>
        <w:t>f 31496/34064/32424 31497/34065/32425 31482/34050/32409</w:t>
        <w:br/>
        <w:t>f 31500/34066/32426 31499/34067/32427 31498/34068/32428</w:t>
        <w:br/>
        <w:t>f 31501/34069/32428 31500/34066/32426 31498/34068/32428</w:t>
        <w:br/>
        <w:t>f 31505/34070/32429 31504/34071/32430 31503/34072/32431</w:t>
        <w:br/>
        <w:t>f 31502/34073/32432 31505/34070/32429 31503/34072/32431</w:t>
        <w:br/>
        <w:t>f 31509/34074/32433 31508/34075/32434 31507/34076/32235</w:t>
        <w:br/>
        <w:t>f 31506/34077/32234 31509/34074/32433 31507/34076/32235</w:t>
        <w:br/>
        <w:t>f 31512/34078/32435 31511/34079/32436 31510/34080/32437</w:t>
        <w:br/>
        <w:t>f 31513/34081/32438 31512/34078/32435 31510/34080/32437</w:t>
        <w:br/>
        <w:t>f 31313/33882/32241 31310/33885/32244 31515/34082/32439</w:t>
        <w:br/>
        <w:t>f 31514/34083/32440 31313/33882/32241 31515/34082/32439</w:t>
        <w:br/>
        <w:t>f 31518/34084/32441 31517/34085/32442 31516/34086/32443</w:t>
        <w:br/>
        <w:t>f 31517/34085/32442 31519/34087/32444 31516/34086/32443</w:t>
        <w:br/>
        <w:t>f 31522/34088/32445 31521/34089/32446 31520/34090/32447</w:t>
        <w:br/>
        <w:t>f 31523/34091/32448 31522/34088/32445 31520/34090/32447</w:t>
        <w:br/>
        <w:t>f 31526/34092/32449 31525/34093/32450 31524/34094/32451</w:t>
        <w:br/>
        <w:t>f 31527/34095/32452 31526/34092/32449 31524/34094/32451</w:t>
        <w:br/>
        <w:t>f 31529/34096/32453 31326/33900/32259 31327/33899/32258</w:t>
        <w:br/>
        <w:t>f 31528/34097/32454 31529/34096/32453 31327/33899/32258</w:t>
        <w:br/>
        <w:t>f 31532/34098/32455 31531/34099/32456 31530/34100/32457</w:t>
        <w:br/>
        <w:t>f 31535/34101/32458 31534/34102/32459 31533/34103/32460</w:t>
        <w:br/>
        <w:t>f 31538/34104/32461 31537/34105/32462 31536/34106/32463</w:t>
        <w:br/>
        <w:t>f 31542/34107/32464 31541/34108/32465 31540/34109/32466</w:t>
        <w:br/>
        <w:t>f 31539/34110/32467 31542/34107/32464 31540/34109/32466</w:t>
        <w:br/>
        <w:t>f 31545/34111/32468 31544/34112/32469 31543/34113/32470</w:t>
        <w:br/>
        <w:t>f 31521/34089/32446 31545/34111/32468 31543/34113/32470</w:t>
        <w:br/>
        <w:t>f 31546/34114/32471 31538/34104/32461 31536/34106/32463</w:t>
        <w:br/>
        <w:t>f 31549/34115/32472 31548/34116/32473 31547/34117/32474</w:t>
        <w:br/>
        <w:t>f 31551/34118/32475 31549/34115/32472 31550/34119/32476</w:t>
        <w:br/>
        <w:t>f 31516/34086/32443 31519/34087/32444 31537/34105/32462</w:t>
        <w:br/>
        <w:t>f 31519/34087/32444 31536/34106/32463 31537/34105/32462</w:t>
        <w:br/>
        <w:t>f 31516/34086/32443 31537/34105/32462 31552/34120/32477</w:t>
        <w:br/>
        <w:t>f 31555/34121/32478 31554/34122/32478 31553/34123/32479</w:t>
        <w:br/>
        <w:t>f 31530/34100/32457 31555/34121/32478 31553/34123/32479</w:t>
        <w:br/>
        <w:t>f 31558/34124/32480 31557/34125/32480 31556/34126/32481</w:t>
        <w:br/>
        <w:t>f 31535/34101/32458 31558/34124/32480 31556/34126/32481</w:t>
        <w:br/>
        <w:t>f 31560/34127/32482 31559/34128/32483 31531/34099/32456</w:t>
        <w:br/>
        <w:t>f 31561/34129/32484 31560/34127/32482 31531/34099/32456</w:t>
        <w:br/>
        <w:t>f 31564/34130/32485 31563/34131/32486 31562/34132/32487</w:t>
        <w:br/>
        <w:t>f 31565/34133/32488 31564/34130/32485 31562/34132/32487</w:t>
        <w:br/>
        <w:t>f 31366/33938/32295 31563/34131/32486 31564/34130/32485</w:t>
        <w:br/>
        <w:t>f 31566/34134/32489 31554/34122/32478 31555/34121/32478</w:t>
        <w:br/>
        <w:t>f 31567/34135/32490 31559/34128/32483 31560/34127/32482</w:t>
        <w:br/>
        <w:t>f 31568/34136/32491 31557/34125/32480 31558/34124/32480</w:t>
        <w:br/>
        <w:t>f 31570/34137/32492 31533/34103/32460 31569/34138/32493</w:t>
        <w:br/>
        <w:t>f 31573/34139/32494 31572/34140/32495 31571/34141/32496</w:t>
        <w:br/>
        <w:t>f 31569/34138/32493 31533/34103/32460 31574/34142/32497</w:t>
        <w:br/>
        <w:t>f 31571/34141/32496 31572/34140/32495 31575/34143/32498</w:t>
        <w:br/>
        <w:t>f 31576/34144/32499 31571/34141/32496 31575/34143/32498</w:t>
        <w:br/>
        <w:t>f 31559/34128/32483 31577/34145/32500 31530/34100/32457</w:t>
        <w:br/>
        <w:t>f 31531/34099/32456 31559/34128/32483 31530/34100/32457</w:t>
        <w:br/>
        <w:t>f 31567/34135/32490 31577/34145/32500 31559/34128/32483</w:t>
        <w:br/>
        <w:t>f 31561/34129/32484 31556/34126/32481 31578/34146/32501</w:t>
        <w:br/>
        <w:t>f 31579/34147/32501 31561/34129/32484 31578/34146/32501</w:t>
        <w:br/>
        <w:t>f 31580/34148/32502 31579/34147/32501 31578/34146/32501</w:t>
        <w:br/>
        <w:t>f 31534/34102/32459 31537/34105/32462 31538/34104/32461</w:t>
        <w:br/>
        <w:t>f 31535/34101/32458 31533/34103/32460 31570/34137/32492</w:t>
        <w:br/>
        <w:t>f 31540/34109/32466 31575/34143/32498 31539/34110/32467</w:t>
        <w:br/>
        <w:t>f 31583/34149/32503 31582/34150/32504 31515/34082/32439</w:t>
        <w:br/>
        <w:t>f 31581/34151/32505 31583/34149/32503 31515/34082/32439</w:t>
        <w:br/>
        <w:t>f 31572/34140/32495 31584/34152/32506 31574/34142/32497</w:t>
        <w:br/>
        <w:t>f 31575/34143/32498 31572/34140/32495 31574/34142/32497</w:t>
        <w:br/>
        <w:t>f 31585/34153/32507 31584/34152/32506 31572/34140/32495</w:t>
        <w:br/>
        <w:t>f 31575/34143/32498 31540/34109/32466 31576/34144/32499</w:t>
        <w:br/>
        <w:t>f 31513/34081/32438 31510/34080/32437 31545/34111/32468</w:t>
        <w:br/>
        <w:t>f 31590/34154/32508 31513/34081/32438 31545/34111/32468</w:t>
        <w:br/>
        <w:t>f 31592/34155/32509 31591/34156/32510 31550/34119/32476</w:t>
        <w:br/>
        <w:t>f 31549/34115/32472 31592/34155/32509 31550/34119/32476</w:t>
        <w:br/>
        <w:t>f 31545/34111/32468 31510/34080/32437 31593/34157/32511</w:t>
        <w:br/>
        <w:t>f 31544/34112/32469 31545/34111/32468 31593/34157/32511</w:t>
        <w:br/>
        <w:t>f 31527/34095/32452 31524/34094/32451 31594/34158/32512</w:t>
        <w:br/>
        <w:t>f 31595/34159/32513 31527/34095/32452 31594/34158/32512</w:t>
        <w:br/>
        <w:t>f 31534/34102/32459 31532/34098/32455 31552/34120/32477</w:t>
        <w:br/>
        <w:t>f 31530/34100/32457 31553/34123/32479 31596/34160/32514</w:t>
        <w:br/>
        <w:t>f 31532/34098/32455 31530/34100/32457 31596/34160/32514</w:t>
        <w:br/>
        <w:t>f 31508/34075/32434 31509/34074/32433 31502/34073/32432</w:t>
        <w:br/>
        <w:t>f 31597/34161/32515 31508/34075/32434 31502/34073/32432</w:t>
        <w:br/>
        <w:t>f 31401/33971/32329 31599/34162/32516 31598/34163/32517</w:t>
        <w:br/>
        <w:t>f 31404/33972/32330 31401/33971/32329 31598/34163/32517</w:t>
        <w:br/>
        <w:t>f 31406/33973/32331 31596/34160/32514 31562/34132/32487</w:t>
        <w:br/>
        <w:t>f 31405/33974/32332 31406/33973/32331 31562/34132/32487</w:t>
        <w:br/>
        <w:t>f 31405/33974/32332 31562/34132/32487 31563/34131/32486</w:t>
        <w:br/>
        <w:t>f 31407/33975/32333 31405/33974/32332 31563/34131/32486</w:t>
        <w:br/>
        <w:t>f 31366/33938/32295 31407/33975/32333 31563/34131/32486</w:t>
        <w:br/>
        <w:t>f 31599/34162/32516 31516/34086/32443 31552/34120/32477</w:t>
        <w:br/>
        <w:t>f 31601/34164/32518 31600/34165/32519 31409/33977/32335</w:t>
        <w:br/>
        <w:t>f 31499/34067/32427 31602/34166/32520 31412/33979/32337</w:t>
        <w:br/>
        <w:t>f 31296/33867/32226 31499/34067/32427 31412/33979/32337</w:t>
        <w:br/>
        <w:t>f 31506/34077/32234 31604/34167/32340 31603/34168/32521</w:t>
        <w:br/>
        <w:t>f 31509/34074/32433 31506/34077/32234 31603/34168/32521</w:t>
        <w:br/>
        <w:t>f 31502/34073/32432 31503/34072/32431 31597/34161/32515</w:t>
        <w:br/>
        <w:t>f 31604/34167/32340 31606/34169/32522 31605/34170/32523</w:t>
        <w:br/>
        <w:t>f 31603/34168/32521 31604/34167/32340 31605/34170/32523</w:t>
        <w:br/>
        <w:t>f 31590/34154/32508 31545/34111/32468 31521/34089/32446</w:t>
        <w:br/>
        <w:t>f 31522/34088/32445 31590/34154/32508 31521/34089/32446</w:t>
        <w:br/>
        <w:t>f 31609/34171/32524 31608/34172/32525 31607/34173/32526</w:t>
        <w:br/>
        <w:t>f 31521/34089/32446 31543/34113/32470 31610/34174/32527</w:t>
        <w:br/>
        <w:t>f 31520/34090/32447 31521/34089/32446 31610/34174/32527</w:t>
        <w:br/>
        <w:t>f 31529/34096/32453 31528/34097/32454 31611/34175/32528</w:t>
        <w:br/>
        <w:t>f 31612/34176/32529 31529/34096/32453 31611/34175/32528</w:t>
        <w:br/>
        <w:t>f 31592/34155/32509 31424/33993/32351 31613/34177/32530</w:t>
        <w:br/>
        <w:t>f 31600/34165/32519 31601/34164/32518 31608/34172/32531</w:t>
        <w:br/>
        <w:t>f 31500/34066/32426 31615/34178/32532 31614/34179/32533</w:t>
        <w:br/>
        <w:t>f 31499/34067/32427 31500/34066/32426 31614/34179/32533</w:t>
        <w:br/>
        <w:t>f 31499/34067/32427 31614/34179/32533 31616/34180/32534</w:t>
        <w:br/>
        <w:t>f 31602/34166/32520 31499/34067/32427 31616/34180/32534</w:t>
        <w:br/>
        <w:t>f 31620/34181/32535 31619/34182/32536 31618/34183/32537</w:t>
        <w:br/>
        <w:t>f 31617/34184/32538 31620/34181/32535 31618/34183/32537</w:t>
        <w:br/>
        <w:t>f 31618/34183/32537 31622/34185/32539 31621/34186/32540</w:t>
        <w:br/>
        <w:t>f 31617/34184/32538 31618/34183/32537 31621/34186/32540</w:t>
        <w:br/>
        <w:t>f 31623/34187/32541 31611/34175/32528 31528/34097/32454</w:t>
        <w:br/>
        <w:t>f 31624/34188/32542 31623/34187/32541 31528/34097/32454</w:t>
        <w:br/>
        <w:t>f 31625/34189/32543 31621/34186/32540 31622/34185/32539</w:t>
        <w:br/>
        <w:t>f 31626/34190/32544 31625/34189/32543 31622/34185/32539</w:t>
        <w:br/>
        <w:t>f 31528/34097/32454 31327/33899/32258 31439/34007/32366</w:t>
        <w:br/>
        <w:t>f 31624/34188/32542 31528/34097/32454 31439/34007/32366</w:t>
        <w:br/>
        <w:t>f 31627/34191/32545 31576/34144/32499 31540/34109/32466</w:t>
        <w:br/>
        <w:t>f 31630/34192/32546 31541/34108/32465 31629/34193/32547</w:t>
        <w:br/>
        <w:t>f 31628/34194/32548 31630/34192/32546 31629/34193/32547</w:t>
        <w:br/>
        <w:t>f 31620/34181/32535 31632/34195/32549 31631/34196/32550</w:t>
        <w:br/>
        <w:t>f 31633/34197/32551 31631/34196/32550 31632/34195/32549</w:t>
        <w:br/>
        <w:t>f 31447/34017/32376 31448/34016/32375 31634/34198/32552</w:t>
        <w:br/>
        <w:t>f 31635/34199/32553 31447/34017/32376 31634/34198/32552</w:t>
        <w:br/>
        <w:t>f 31626/34190/32544 31622/34185/32539 31635/34199/32553</w:t>
        <w:br/>
        <w:t>f 31634/34198/32552 31626/34190/32544 31635/34199/32553</w:t>
        <w:br/>
        <w:t>f 31635/34199/32553 31622/34185/32539 31618/34183/32537</w:t>
        <w:br/>
        <w:t>f 31636/34200/32554 31635/34199/32553 31618/34183/32537</w:t>
        <w:br/>
        <w:t>f 31639/34201/32555 31638/34202/32556 31637/34203/32557</w:t>
        <w:br/>
        <w:t>f 31641/34204/32558 31640/34205/32559 31632/34195/32549</w:t>
        <w:br/>
        <w:t>f 31644/34206/32560 31643/34207/32561 31642/34208/32562</w:t>
        <w:br/>
        <w:t>f 31644/34206/32560 31637/34203/32557 31638/34202/32556</w:t>
        <w:br/>
        <w:t>f 31644/34206/32560 31646/34209/32563 31645/34210/32564</w:t>
        <w:br/>
        <w:t>f 31649/34211/32565 31648/34212/32566 31642/34208/32562</w:t>
        <w:br/>
        <w:t>f 31647/34213/32567 31649/34211/32565 31642/34208/32562</w:t>
        <w:br/>
        <w:t>f 31652/34214/32568 31651/34215/32569 31650/34216/32570</w:t>
        <w:br/>
        <w:t>f 31637/34203/32557 31645/34210/32564 31651/34215/32569</w:t>
        <w:br/>
        <w:t>f 31652/34214/32568 31627/34191/32545 31653/34217/32571</w:t>
        <w:br/>
        <w:t>f 31623/34187/32541 31624/34188/32542 31654/34218/32572</w:t>
        <w:br/>
        <w:t>f 31655/34219/32573 31623/34187/32541 31654/34218/32572</w:t>
        <w:br/>
        <w:t>f 31633/34197/32551 31595/34159/32513 31611/34175/32528</w:t>
        <w:br/>
        <w:t>f 31623/34187/32541 31633/34197/32551 31611/34175/32528</w:t>
        <w:br/>
        <w:t>f 31641/34204/32558 31657/34220/32574 31643/34207/32561</w:t>
        <w:br/>
        <w:t>f 31656/34221/32575 31641/34204/32558 31643/34207/32561</w:t>
        <w:br/>
        <w:t>f 31657/34220/32574 31641/34204/32558 31620/34181/32535</w:t>
        <w:br/>
        <w:t>f 31617/34184/32538 31657/34220/32574 31620/34181/32535</w:t>
        <w:br/>
        <w:t>f 31656/34221/32575 31658/34222/32576 31640/34205/32559</w:t>
        <w:br/>
        <w:t>f 31641/34204/32558 31656/34221/32575 31640/34205/32559</w:t>
        <w:br/>
        <w:t>f 31647/34213/32567 31642/34208/32562 31643/34207/32561</w:t>
        <w:br/>
        <w:t>f 31657/34220/32574 31647/34213/32567 31643/34207/32561</w:t>
        <w:br/>
        <w:t>f 31660/34223/32577 31659/34224/32578 31526/34092/32449</w:t>
        <w:br/>
        <w:t>f 31527/34095/32452 31660/34223/32577 31526/34092/32449</w:t>
        <w:br/>
        <w:t>f 31644/34206/32560 31645/34210/32564 31637/34203/32557</w:t>
        <w:br/>
        <w:t>f 31478/34044/32403 31476/34046/32405 31661/34225/32579</w:t>
        <w:br/>
        <w:t>f 31654/34218/32572 31478/34044/32403 31661/34225/32579</w:t>
        <w:br/>
        <w:t>f 31478/34044/32403 31654/34218/32572 31624/34188/32542</w:t>
        <w:br/>
        <w:t>f 31439/34007/32366 31478/34044/32403 31624/34188/32542</w:t>
        <w:br/>
        <w:t>f 31447/34017/32376 31635/34199/32553 31636/34200/32554</w:t>
        <w:br/>
        <w:t>f 31479/34047/32406 31447/34017/32376 31636/34200/32554</w:t>
        <w:br/>
        <w:t>f 31479/34047/32406 31636/34200/32554 31661/34225/32579</w:t>
        <w:br/>
        <w:t>f 31476/34046/32405 31479/34047/32406 31661/34225/32579</w:t>
        <w:br/>
        <w:t>f 31637/34203/32557 31651/34215/32569 31653/34217/32571</w:t>
        <w:br/>
        <w:t>f 31663/34226/32580 31651/34215/32569 31662/34227/32581</w:t>
        <w:br/>
        <w:t>f 31662/34227/32581 31651/34215/32569 31645/34210/32564</w:t>
        <w:br/>
        <w:t>f 31644/34206/32560 31638/34202/32556 31656/34221/32575</w:t>
        <w:br/>
        <w:t>f 31643/34207/32561 31644/34206/32560 31656/34221/32575</w:t>
        <w:br/>
        <w:t>f 31644/34206/32560 31664/34228/32582 31646/34209/32563</w:t>
        <w:br/>
        <w:t>f 31640/34205/32559 31659/34224/32578 31632/34195/32549</w:t>
        <w:br/>
        <w:t>f 31659/34224/32578 31660/34223/32577 31632/34195/32549</w:t>
        <w:br/>
        <w:t>f 31642/34208/32562 31648/34212/32566 31665/34229/32583</w:t>
        <w:br/>
        <w:t>f 31533/34103/32460 31538/34104/32461 31546/34114/32471</w:t>
        <w:br/>
        <w:t>f 31514/34083/32440 31515/34082/32439 31582/34150/32504</w:t>
        <w:br/>
        <w:t>f 31666/34230/32584 31514/34083/32440 31582/34150/32504</w:t>
        <w:br/>
        <w:t>f 31525/34093/32450 31526/34092/32449 31629/34193/32547</w:t>
        <w:br/>
        <w:t>f 31667/34231/32585 31525/34093/32450 31629/34193/32547</w:t>
        <w:br/>
        <w:t>f 31615/34178/32532 31503/34072/32431 31504/34071/32430</w:t>
        <w:br/>
        <w:t>f 31614/34179/32533 31615/34178/32532 31504/34071/32430</w:t>
        <w:br/>
        <w:t>f 31504/34071/32430 31668/34232/32586 31616/34180/32534</w:t>
        <w:br/>
        <w:t>f 31614/34179/32533 31504/34071/32430 31616/34180/32534</w:t>
        <w:br/>
        <w:t>f 31669/34233/32587 31511/34079/32436 31582/34150/32504</w:t>
        <w:br/>
        <w:t>f 31583/34149/32503 31669/34233/32587 31582/34150/32504</w:t>
        <w:br/>
        <w:t>f 31659/34224/32578 31640/34205/32559 31658/34222/32576</w:t>
        <w:br/>
        <w:t>f 31628/34194/32548 31659/34224/32578 31658/34222/32576</w:t>
        <w:br/>
        <w:t>f 31658/34222/32576 31656/34221/32575 31638/34202/32556</w:t>
        <w:br/>
        <w:t>f 31639/34201/32555 31658/34222/32576 31638/34202/32556</w:t>
        <w:br/>
        <w:t>f 31670/34234/32588 31540/34109/32466 31541/34108/32465</w:t>
        <w:br/>
        <w:t>f 31630/34192/32546 31670/34234/32588 31541/34108/32465</w:t>
        <w:br/>
        <w:t>f 31667/34231/32585 31629/34193/32547 31541/34108/32465</w:t>
        <w:br/>
        <w:t>f 31542/34107/32464 31667/34231/32585 31541/34108/32465</w:t>
        <w:br/>
        <w:t>f 31517/34085/32442 31549/34115/32472 31547/34117/32474</w:t>
        <w:br/>
        <w:t>f 31523/34091/32448 31519/34087/32444 31517/34085/32442</w:t>
        <w:br/>
        <w:t>f 31627/34191/32545 31540/34109/32466 31670/34234/32588</w:t>
        <w:br/>
        <w:t>f 31653/34217/32571 31639/34201/32555 31637/34203/32557</w:t>
        <w:br/>
        <w:t>f 31595/34159/32513 31633/34197/32551 31660/34223/32577</w:t>
        <w:br/>
        <w:t>f 31527/34095/32452 31595/34159/32513 31660/34223/32577</w:t>
        <w:br/>
        <w:t>f 31633/34197/32551 31623/34187/32541 31655/34219/32573</w:t>
        <w:br/>
        <w:t>f 31631/34196/32550 31633/34197/32551 31655/34219/32573</w:t>
        <w:br/>
        <w:t>f 31503/34072/32431 31609/34171/32524 31607/34173/32526</w:t>
        <w:br/>
        <w:t>f 31489/34057/32416 31601/34164/32518 31409/33977/32335</w:t>
        <w:br/>
        <w:t>f 31666/34230/32584 31582/34150/32504 31511/34079/32436</w:t>
        <w:br/>
        <w:t>f 31512/34078/32435 31666/34230/32584 31511/34079/32436</w:t>
        <w:br/>
        <w:t>f 31592/34155/32509 31613/34177/32530 31591/34156/32510</w:t>
        <w:br/>
        <w:t>f 31612/34176/32529 31611/34175/32528 31595/34159/32513</w:t>
        <w:br/>
        <w:t>f 31594/34158/32512 31612/34176/32529 31595/34159/32513</w:t>
        <w:br/>
        <w:t>f 31581/34151/32505 31515/34082/32439 31310/33885/32244</w:t>
        <w:br/>
        <w:t>f 31490/34058/32417 31581/34151/32505 31310/33885/32244</w:t>
        <w:br/>
        <w:t>f 31636/34200/32554 31618/34183/32537 31619/34182/32536</w:t>
        <w:br/>
        <w:t>f 31661/34225/32579 31636/34200/32554 31619/34182/32536</w:t>
        <w:br/>
        <w:t>f 31661/34225/32579 31619/34182/32536 31655/34219/32573</w:t>
        <w:br/>
        <w:t>f 31654/34218/32572 31661/34225/32579 31655/34219/32573</w:t>
        <w:br/>
        <w:t>f 31631/34196/32550 31655/34219/32573 31619/34182/32536</w:t>
        <w:br/>
        <w:t>f 31620/34181/32535 31631/34196/32550 31619/34182/32536</w:t>
        <w:br/>
        <w:t>f 31660/34223/32577 31633/34197/32551 31632/34195/32549</w:t>
        <w:br/>
        <w:t>f 31404/33972/32330 31598/34163/32517 31596/34160/32514</w:t>
        <w:br/>
        <w:t>f 31406/33973/32331 31404/33972/32330 31596/34160/32514</w:t>
        <w:br/>
        <w:t>f 31532/34098/32455 31596/34160/32514 31598/34163/32517</w:t>
        <w:br/>
        <w:t>f 31552/34120/32477 31532/34098/32455 31598/34163/32517</w:t>
        <w:br/>
        <w:t>f 31561/34129/32484 31531/34099/32456 31532/34098/32455</w:t>
        <w:br/>
        <w:t>f 31534/34102/32459 31561/34129/32484 31532/34098/32455</w:t>
        <w:br/>
        <w:t>f 31565/34133/32488 31562/34132/32487 31596/34160/32514</w:t>
        <w:br/>
        <w:t>f 31561/34129/32484 31534/34102/32459 31556/34126/32481</w:t>
        <w:br/>
        <w:t>f 31553/34123/32479 31565/34133/32488 31596/34160/32514</w:t>
        <w:br/>
        <w:t>f 31556/34126/32481 31534/34102/32459 31535/34101/32458</w:t>
        <w:br/>
        <w:t>f 31621/34186/32540 31647/34213/32567 31657/34220/32574</w:t>
        <w:br/>
        <w:t>f 31617/34184/32538 31621/34186/32540 31657/34220/32574</w:t>
        <w:br/>
        <w:t>f 31625/34189/32543 31649/34211/32565 31647/34213/32567</w:t>
        <w:br/>
        <w:t>f 31621/34186/32540 31625/34189/32543 31647/34213/32567</w:t>
        <w:br/>
        <w:t>f 31620/34181/32535 31641/34204/32558 31632/34195/32549</w:t>
        <w:br/>
        <w:t>f 31653/34217/32571 31670/34234/32588 31630/34192/32546</w:t>
        <w:br/>
        <w:t>f 31639/34201/32555 31653/34217/32571 31630/34192/32546</w:t>
        <w:br/>
        <w:t>f 31639/34201/32555 31630/34192/32546 31628/34194/32548</w:t>
        <w:br/>
        <w:t>f 31658/34222/32576 31639/34201/32555 31628/34194/32548</w:t>
        <w:br/>
        <w:t>f 31653/34217/32571 31627/34191/32545 31670/34234/32588</w:t>
        <w:br/>
        <w:t>f 31659/34224/32578 31628/34194/32548 31629/34193/32547</w:t>
        <w:br/>
        <w:t>f 31526/34092/32449 31659/34224/32578 31629/34193/32547</w:t>
        <w:br/>
        <w:t>f 31575/34143/32498 31533/34103/32460 31539/34110/32467</w:t>
        <w:br/>
        <w:t>f 31533/34103/32460 31534/34102/32459 31538/34104/32461</w:t>
        <w:br/>
        <w:t>f 31520/34090/32447 31610/34174/32527 31546/34114/32471</w:t>
        <w:br/>
        <w:t>f 31536/34106/32463 31520/34090/32447 31546/34114/32471</w:t>
        <w:br/>
        <w:t>f 31547/34117/32474 31522/34088/32445 31523/34091/32448</w:t>
        <w:br/>
        <w:t>f 31513/34081/32438 31551/34118/32475 31550/34119/32476</w:t>
        <w:br/>
        <w:t>f 31512/34078/32435 31513/34081/32438 31550/34119/32476</w:t>
        <w:br/>
        <w:t>f 31514/34083/32440 31613/34177/32530 31491/34059/32418</w:t>
        <w:br/>
        <w:t>f 31313/33882/32241 31514/34083/32440 31491/34059/32418</w:t>
        <w:br/>
        <w:t>f 31551/34118/32475 31513/34081/32438 31590/34154/32508</w:t>
        <w:br/>
        <w:t>f 31548/34116/32473 31551/34118/32475 31590/34154/32508</w:t>
        <w:br/>
        <w:t>f 31613/34177/32530 31514/34083/32440 31666/34230/32584</w:t>
        <w:br/>
        <w:t>f 31591/34156/32510 31613/34177/32530 31666/34230/32584</w:t>
        <w:br/>
        <w:t>f 31522/34088/32445 31547/34117/32474 31548/34116/32473</w:t>
        <w:br/>
        <w:t>f 31590/34154/32508 31522/34088/32445 31548/34116/32473</w:t>
        <w:br/>
        <w:t>f 31591/34156/32510 31666/34230/32584 31512/34078/32435</w:t>
        <w:br/>
        <w:t>f 31550/34119/32476 31591/34156/32510 31512/34078/32435</w:t>
        <w:br/>
        <w:t>f 31548/34116/32473 31549/34115/32472 31551/34118/32475</w:t>
        <w:br/>
        <w:t>f 31523/34091/32448 31517/34085/32442 31547/34117/32474</w:t>
        <w:br/>
        <w:t>f 31546/34114/32471 31539/34110/32467 31533/34103/32460</w:t>
        <w:br/>
        <w:t>f 31525/34093/32450 31544/34112/32469 31593/34157/32511</w:t>
        <w:br/>
        <w:t>f 31524/34094/32451 31525/34093/32450 31593/34157/32511</w:t>
        <w:br/>
        <w:t>f 31326/33900/32259 31529/34096/32453 31581/34151/32505</w:t>
        <w:br/>
        <w:t>f 31490/34058/32417 31326/33900/32259 31581/34151/32505</w:t>
        <w:br/>
        <w:t>f 31539/34110/32467 31546/34114/32471 31610/34174/32527</w:t>
        <w:br/>
        <w:t>f 31542/34107/32464 31539/34110/32467 31610/34174/32527</w:t>
        <w:br/>
        <w:t>f 31669/34233/32587 31594/34158/32512 31524/34094/32451</w:t>
        <w:br/>
        <w:t>f 31593/34157/32511 31669/34233/32587 31524/34094/32451</w:t>
        <w:br/>
        <w:t>f 31583/34149/32503 31581/34151/32505 31529/34096/32453</w:t>
        <w:br/>
        <w:t>f 31612/34176/32529 31583/34149/32503 31529/34096/32453</w:t>
        <w:br/>
        <w:t>f 31667/34231/32585 31543/34113/32470 31544/34112/32469</w:t>
        <w:br/>
        <w:t>f 31525/34093/32450 31667/34231/32585 31544/34112/32469</w:t>
        <w:br/>
        <w:t>f 31542/34107/32464 31610/34174/32527 31543/34113/32470</w:t>
        <w:br/>
        <w:t>f 31667/34231/32585 31542/34107/32464 31543/34113/32470</w:t>
        <w:br/>
        <w:t>f 31669/34233/32587 31583/34149/32503 31612/34176/32529</w:t>
        <w:br/>
        <w:t>f 31594/34158/32512 31669/34233/32587 31612/34176/32529</w:t>
        <w:br/>
        <w:t>f 31511/34079/32436 31669/34233/32587 31593/34157/32511</w:t>
        <w:br/>
        <w:t>f 31510/34080/32437 31511/34079/32436 31593/34157/32511</w:t>
        <w:br/>
        <w:t>f 31523/34091/32448 31520/34090/32447 31536/34106/32463</w:t>
        <w:br/>
        <w:t>f 31519/34087/32444 31523/34091/32448 31536/34106/32463</w:t>
        <w:br/>
        <w:t>f 31609/34171/32524 31500/34066/32589 31608/34172/32525</w:t>
        <w:br/>
        <w:t>f 31599/34162/32516 31401/33971/32329 31492/34061/32421</w:t>
        <w:br/>
        <w:t>f 31671/34235/32590 31599/34162/32516 31492/34061/32421</w:t>
        <w:br/>
        <w:t>f 31599/34162/32516 31671/34235/32590 31518/34084/32441</w:t>
        <w:br/>
        <w:t>f 31516/34086/32443 31599/34162/32516 31518/34084/32441</w:t>
        <w:br/>
        <w:t>f 31505/34070/32429 31502/34073/32432 31509/34074/32433</w:t>
        <w:br/>
        <w:t>f 31603/34168/32521 31505/34070/32429 31509/34074/32433</w:t>
        <w:br/>
        <w:t>f 31505/34070/32429 31603/34168/32521 31605/34170/32523</w:t>
        <w:br/>
        <w:t>f 31672/34236/32591 31505/34070/32429 31605/34170/32523</w:t>
        <w:br/>
        <w:t>f 31503/34072/32431 31607/34173/32526 31597/34161/32515</w:t>
        <w:br/>
        <w:t>f 31505/34070/32429 31672/34236/32591 31668/34232/32586</w:t>
        <w:br/>
        <w:t>f 31504/34071/32430 31505/34070/32429 31668/34232/32586</w:t>
        <w:br/>
        <w:t>f 31673/34237/32592 31570/34137/32492 31569/34138/32493</w:t>
        <w:br/>
        <w:t>f 31673/34237/32592 31535/34101/32458 31570/34137/32492</w:t>
        <w:br/>
        <w:t>f 31651/34215/32569 31652/34214/32568 31653/34217/32571</w:t>
        <w:br/>
        <w:t>f 31664/34228/32582 31642/34208/32562 31665/34229/32583</w:t>
        <w:br/>
        <w:t>f 31664/34228/32582 31644/34206/32560 31642/34208/32562</w:t>
        <w:br/>
        <w:t>f 31537/34105/32462 31534/34102/32459 31552/34120/32477</w:t>
        <w:br/>
        <w:t>f 31598/34163/32517 31599/34162/32516 31552/34120/32477</w:t>
        <w:br/>
        <w:t>f 31646/34209/32563 31664/34228/32582 31674/34238/32593</w:t>
        <w:br/>
        <w:t>f 31664/34228/32582 31665/34229/32583 31675/34239/32594</w:t>
        <w:br/>
        <w:t>f 31674/34238/32593 31664/34228/32582 31675/34239/32594</w:t>
        <w:br/>
        <w:t>f 31242/33817/32182 31258/33830/32193 33750/34240/32595</w:t>
        <w:br/>
        <w:t>f 31254/33824/32187 31242/33817/32182 33750/34240/32595</w:t>
        <w:br/>
        <w:t>f 31252/33826/32189 31245/33814/32179 31242/33817/32182</w:t>
        <w:br/>
        <w:t>f 31254/33824/32187 31252/33826/32189 31242/33817/32182</w:t>
        <w:br/>
        <w:t>f 31250/33819/32184 31247/33822/32184 31257/33827/32190</w:t>
        <w:br/>
        <w:t>f 31255/33829/32192 31250/33819/32184 31257/33827/32190</w:t>
        <w:br/>
        <w:t>f 33750/34240/32595 31253/33825/32188 31254/33824/32187</w:t>
        <w:br/>
        <w:t>f 31173/33747/32129 31234/33807/32174 31235/33806/32174</w:t>
        <w:br/>
        <w:t>f 31175/33745/32127 31173/33747/32129 31235/33806/32174</w:t>
        <w:br/>
        <w:t>f 31231/33805/32172 33752/34241/32596 33751/34242/32596</w:t>
        <w:br/>
        <w:t>f 31233/33803/32172 31231/33805/32172 33751/34242/32596</w:t>
        <w:br/>
        <w:t>f 31236/33810/32175 31239/33812/32177 31240/33811/32177</w:t>
        <w:br/>
        <w:t>f 31238/33808/32175 31236/33810/32175 31240/33811/32177</w:t>
        <w:br/>
        <w:t>f 31162/33734/32119 31163/33733/32118 31222/33792/32167</w:t>
        <w:br/>
        <w:t>f 31220/33794/32167 31162/33734/32119 31222/33792/32167</w:t>
        <w:br/>
        <w:t>f 31283/33856/32214 33751/34242/32596 33752/34241/32596</w:t>
        <w:br/>
        <w:t>f 31284/33855/32214 31283/33856/32214 33752/34241/32596</w:t>
        <w:br/>
        <w:t>f 33755/34243/32597 33754/34244/32597 33753/34245/32598</w:t>
        <w:br/>
        <w:t>f 33756/34246/32599 33755/34243/32597 33753/34245/32598</w:t>
        <w:br/>
        <w:t>f 33759/34247/32600 33758/34248/32601 33757/34249/32600</w:t>
        <w:br/>
        <w:t>f 33761/34250/32602 33760/34251/32602 31154/33726/32113</w:t>
        <w:br/>
        <w:t>f 31155/33725/32113 33761/34250/32602 31154/33726/32113</w:t>
        <w:br/>
        <w:t>f 33764/34252/32603 33763/34253/32604 33762/34254/32603</w:t>
        <w:br/>
        <w:t>f 33767/34255/32605 33766/34256/32606 33765/34257/32607</w:t>
        <w:br/>
        <w:t>f 33760/34251/32602 33761/34250/32602 33767/34255/32605</w:t>
        <w:br/>
        <w:t>f 33765/34257/32607 33760/34251/32602 33767/34255/32605</w:t>
        <w:br/>
        <w:t>f 33769/34258/32608 33768/34259/32608 33764/34252/32603</w:t>
        <w:br/>
        <w:t>f 33762/34254/32603 33769/34258/32608 33764/34252/32603</w:t>
        <w:br/>
        <w:t>f 33757/34249/32600 31208/33781/32159 31209/33780/32159</w:t>
        <w:br/>
        <w:t>f 33759/34247/32600 33757/34249/32600 31209/33780/32159</w:t>
        <w:br/>
        <w:t>f 33768/34259/32608 33769/34258/32608 31143/33716/32108</w:t>
        <w:br/>
        <w:t>f 31144/33715/32108 33768/34259/32608 31143/33716/32108</w:t>
        <w:br/>
        <w:t>f 31114/33687/32087 31115/33686/32086 33770/34260/32609</w:t>
        <w:br/>
        <w:t>f 33771/34261/32610 31114/33687/32087 33770/34260/32609</w:t>
        <w:br/>
        <w:t>f 33770/34260/32609 33773/34262/32611 33772/34263/32611</w:t>
        <w:br/>
        <w:t>f 33771/34261/32610 33770/34260/32609 33772/34263/32611</w:t>
        <w:br/>
        <w:t>f 33776/34264/32612 33775/34265/32613 33774/34266/32614</w:t>
        <w:br/>
        <w:t>f 33779/34267/32615 33778/34268/32616 33777/34269/32615</w:t>
        <w:br/>
        <w:t>f 33782/34270/32617 33781/34271/32618 33780/34272/32617</w:t>
        <w:br/>
        <w:t>f 33777/34269/32615 33772/34263/32611 33773/34262/32611</w:t>
        <w:br/>
        <w:t>f 33779/34267/32615 33777/34269/32615 33773/34262/32611</w:t>
        <w:br/>
        <w:t>f 33784/34273/32619 33783/34274/32619 33782/34270/32617</w:t>
        <w:br/>
        <w:t>f 33780/34272/32617 33784/34273/32619 33782/34270/32617</w:t>
        <w:br/>
        <w:t>f 33774/34266/32614 31279/33852/32212 31280/33851/32212</w:t>
        <w:br/>
        <w:t>f 33776/34264/32612 33774/34266/32614 31280/33851/32212</w:t>
        <w:br/>
        <w:t>f 33783/34274/32619 33784/34273/32619 33754/34244/32597</w:t>
        <w:br/>
        <w:t>f 33755/34243/32597 33783/34274/32619 33754/34244/32597</w:t>
        <w:br/>
        <w:t>f 31104/33676/32076 31289/33861/32219 31103/33677/32077</w:t>
        <w:br/>
        <w:t>f 31376/33948/32305 31341/33912/32271 31334/33906/32265</w:t>
        <w:br/>
        <w:t>f 31575/34143/32498 31574/34142/32497 31533/34103/32460</w:t>
        <w:br/>
        <w:t>f 31425/33992/32350 31491/34059/32418 31424/33993/32351</w:t>
        <w:br/>
        <w:t>f 31424/33993/32351 31491/34059/32418 31613/34177/32530</w:t>
        <w:br/>
        <w:t>f 31365/33937/32294 31388/34275/32620 31387/34276/32621</w:t>
        <w:br/>
        <w:t>f 31389/34277/32622 31365/33937/32294 31387/34276/32621</w:t>
        <w:br/>
        <w:t>f 31390/34278/32623 31387/34276/32621 31388/34275/32620</w:t>
        <w:br/>
        <w:t>f 31587/34279/32624 31586/34280/32624 31565/34133/32488</w:t>
        <w:br/>
        <w:t>f 31588/34281/32625 31587/34279/32624 31565/34133/32488</w:t>
        <w:br/>
        <w:t>f 31589/34282/32626 31586/34280/32624 31587/34279/32624</w:t>
        <w:br/>
        <w:t>usemtl face</w:t>
        <w:br/>
        <w:t>f 35290/34283/32627 35289/34284/32627 35288/34285/32628</w:t>
        <w:br/>
        <w:t>f 35287/34286/32629 35290/34283/32627 35288/34285/32628</w:t>
        <w:br/>
        <w:t>f 35294/34287/32630 35293/34288/32631 35292/34289/32632</w:t>
        <w:br/>
        <w:t>f 35291/34290/32633 35294/34287/32630 35292/34289/32632</w:t>
        <w:br/>
        <w:t>f 35297/34291/32634 35296/34292/32635 35295/34293/32636</w:t>
        <w:br/>
        <w:t>f 35300/34294/32637 35299/34295/32638 35298/34296/32639</w:t>
        <w:br/>
        <w:t>f 35303/34297/32640 35302/34298/32641 35301/34299/32642</w:t>
        <w:br/>
        <w:t>f 35296/34292/32635 35297/34291/32634 35304/34300/32643</w:t>
        <w:br/>
        <w:t>f 35303/34297/32640 35296/34292/32635 35304/34300/32643</w:t>
        <w:br/>
        <w:t>f 35308/34301/32644 35307/34302/32645 35306/34303/32646</w:t>
        <w:br/>
        <w:t>f 35305/34304/32647 35308/34301/32644 35306/34303/32646</w:t>
        <w:br/>
        <w:t>f 35311/34305/32648 35310/34306/32649 35309/34307/32650</w:t>
        <w:br/>
        <w:t>f 35312/34308/32651 35311/34305/32648 35309/34307/32650</w:t>
        <w:br/>
        <w:t>f 35310/34306/32649 35314/34309/32652 35313/34310/32652</w:t>
        <w:br/>
        <w:t>f 35309/34307/32650 35310/34306/32649 35313/34310/32652</w:t>
        <w:br/>
        <w:t>f 35317/34311/32653 35316/34312/32654 35315/34313/32654</w:t>
        <w:br/>
        <w:t>f 35318/34314/32655 35317/34311/32653 35315/34313/32654</w:t>
        <w:br/>
        <w:t>f 35322/34315/32656 35321/34316/32656 35320/34317/32657</w:t>
        <w:br/>
        <w:t>f 35319/34318/32658 35322/34315/32656 35320/34317/32657</w:t>
        <w:br/>
        <w:t>f 35314/34309/32652 35315/34313/32654 35316/34312/32654</w:t>
        <w:br/>
        <w:t>f 35313/34310/32652 35314/34309/32652 35316/34312/32654</w:t>
        <w:br/>
        <w:t>f 35326/34319/32659 35325/34320/32660 35324/34321/32661</w:t>
        <w:br/>
        <w:t>f 35323/34322/32661 35326/34319/32659 35324/34321/32661</w:t>
        <w:br/>
        <w:t>f 35328/34323/32662 35327/34324/32663 35298/34296/32639</w:t>
        <w:br/>
        <w:t>f 35331/34325/32664 35330/34326/32665 35329/34327/32666</w:t>
        <w:br/>
        <w:t>f 35333/34328/32667 35332/34329/32668 35302/34298/32641</w:t>
        <w:br/>
        <w:t>f 35335/34330/32669 35334/34331/32670 35302/34298/32641</w:t>
        <w:br/>
        <w:t>f 35319/34318/32658 35320/34317/32657 35337/34332/32671</w:t>
        <w:br/>
        <w:t>f 35336/34333/32672 35319/34318/32658 35337/34332/32671</w:t>
        <w:br/>
        <w:t>f 35340/34334/32673 35339/34335/32674 35338/34336/32675</w:t>
        <w:br/>
        <w:t>f 35339/34335/32674 35340/34334/32673 35341/34337/32676</w:t>
        <w:br/>
        <w:t>f 35344/34338/32677 35343/34339/32678 35342/34340/32679</w:t>
        <w:br/>
        <w:t>f 35302/34298/32641 35311/34305/32648 35312/34308/32651</w:t>
        <w:br/>
        <w:t>f 35335/34330/32669 35302/34298/32641 35312/34308/32651</w:t>
        <w:br/>
        <w:t>f 35308/34301/32644 35294/34287/32630 35291/34290/32633</w:t>
        <w:br/>
        <w:t>f 35307/34302/32645 35308/34301/32644 35291/34290/32633</w:t>
        <w:br/>
        <w:t>f 35330/34326/32665 35331/34325/32664 35301/34299/32642</w:t>
        <w:br/>
        <w:t>f 35332/34329/32668 35330/34326/32665 35301/34299/32642</w:t>
        <w:br/>
        <w:t>f 35338/34336/32675 35317/34311/32653 35318/34314/32655</w:t>
        <w:br/>
        <w:t>f 35340/34334/32673 35338/34336/32675 35318/34314/32655</w:t>
        <w:br/>
        <w:t>f 35347/34341/32680 35346/34342/32681 35345/34343/32682</w:t>
        <w:br/>
        <w:t>f 35311/34305/32648 35294/34287/32630 35348/34344/32683</w:t>
        <w:br/>
        <w:t>f 35349/34345/32683 35311/34305/32648 35348/34344/32683</w:t>
        <w:br/>
        <w:t>f 35350/34346/32684 35341/34337/32676 35340/34334/32673</w:t>
        <w:br/>
        <w:t>f 35318/34314/32655 35350/34346/32684 35340/34334/32673</w:t>
        <w:br/>
        <w:t>f 35321/34316/32656 35322/34315/32656 35305/34304/32647</w:t>
        <w:br/>
        <w:t>f 35306/34303/32646 35321/34316/32656 35305/34304/32647</w:t>
        <w:br/>
        <w:t>f 35326/34319/32659 35350/34346/32684 35318/34314/32655</w:t>
        <w:br/>
        <w:t>f 35325/34320/32660 35326/34319/32659 35318/34314/32655</w:t>
        <w:br/>
        <w:t>f 35349/34345/32683 35348/34344/32683 35323/34322/32661</w:t>
        <w:br/>
        <w:t>f 35324/34321/32661 35349/34345/32683 35323/34322/32661</w:t>
        <w:br/>
        <w:t>f 35311/34305/32648 35302/34298/32641 35293/34288/32631</w:t>
        <w:br/>
        <w:t>f 35337/34332/32671 35351/34347/32685 35336/34333/32672</w:t>
        <w:br/>
        <w:t>f 35331/34325/32664 35296/34292/32635 35303/34297/32640</w:t>
        <w:br/>
        <w:t>f 35301/34299/32642 35331/34325/32664 35303/34297/32640</w:t>
        <w:br/>
        <w:t>f 35352/34348/32686 35297/34291/32634 35295/34293/32636</w:t>
        <w:br/>
        <w:t>f 35331/34325/32664 35295/34293/32636 35296/34292/32635</w:t>
        <w:br/>
        <w:t>f 35353/34349/32687 35295/34293/32636 35329/34327/32666</w:t>
        <w:br/>
        <w:t>f 35354/34350/32688 35352/34348/32686 35295/34293/32636</w:t>
        <w:br/>
        <w:t>f 35345/34343/32682 35346/34342/32681 35289/34284/32627</w:t>
        <w:br/>
        <w:t>f 35290/34283/32627 35345/34343/32682 35289/34284/32627</w:t>
        <w:br/>
        <w:t>f 35357/34351/32689 35356/34352/32690 35355/34353/32690</w:t>
        <w:br/>
        <w:t>f 35358/34354/32689 35357/34351/32689 35355/34353/32690</w:t>
        <w:br/>
        <w:t>f 35355/34353/32690 35356/34352/32690 35360/34355/32691</w:t>
        <w:br/>
        <w:t>f 35359/34356/32691 35355/34353/32690 35360/34355/32691</w:t>
        <w:br/>
        <w:t>f 35359/34356/32691 35360/34355/32691 35344/34338/32677</w:t>
        <w:br/>
        <w:t>f 35342/34340/32679 35359/34356/32691 35344/34338/32677</w:t>
        <w:br/>
        <w:t>f 35361/34357/32692 35357/34351/32689 35358/34354/32689</w:t>
        <w:br/>
        <w:t>f 35362/34358/32692 35361/34357/32692 35358/34354/32689</w:t>
        <w:br/>
        <w:t>f 35363/34359/32693 35361/34357/32692 35362/34358/32692</w:t>
        <w:br/>
        <w:t>f 35364/34360/32694 35363/34359/32693 35362/34358/32692</w:t>
        <w:br/>
        <w:t>f 35363/34359/32693 35364/34360/32694 35300/34294/32637</w:t>
        <w:br/>
        <w:t>f 35327/34324/32663 35363/34359/32693 35300/34294/32637</w:t>
        <w:br/>
        <w:t>f 35332/34329/32668 35301/34299/32642 35302/34298/32641</w:t>
        <w:br/>
        <w:t>f 35288/34285/32628 35365/34361/32695 35287/34286/32629</w:t>
        <w:br/>
        <w:t>f 35295/34293/32636 35331/34325/32664 35329/34327/32666</w:t>
        <w:br/>
        <w:t>f 35369/34362/32696 35368/34363/32697 35367/34364/32698</w:t>
        <w:br/>
        <w:t>f 35366/34365/32696 35369/34362/32696 35367/34364/32698</w:t>
        <w:br/>
        <w:t>f 35366/34365/32696 35299/34295/32699 35370/34366/32637</w:t>
        <w:br/>
        <w:t>f 35369/34362/32696 35366/34365/32696 35370/34366/32637</w:t>
        <w:br/>
        <w:t>f 35368/34363/32697 35371/34367/32700 35367/34364/32698</w:t>
        <w:br/>
        <w:t>f 35287/34286/32629 35365/34361/32695 35372/34368/32701</w:t>
        <w:br/>
        <w:t>f 35365/34361/32695 35373/34369/32702 35372/34368/32701</w:t>
        <w:br/>
        <w:t>f 35327/34324/32663 35300/34294/32637 35298/34296/32639</w:t>
        <w:br/>
        <w:t>f 35333/34328/32667 35302/34298/32641 35334/34331/32670</w:t>
        <w:br/>
        <w:t>f 35294/34287/32630 35311/34305/32648 35293/34288/32631</w:t>
        <w:br/>
        <w:t>f 35377/34370/32703 35376/34371/32704 35375/34372/32705</w:t>
        <w:br/>
        <w:t>f 35374/34373/32706 35377/34370/32703 35375/34372/32705</w:t>
        <w:br/>
        <w:t>f 35381/34374/32707 35380/34375/32708 35379/34376/32709</w:t>
        <w:br/>
        <w:t>f 35378/34377/32710 35381/34374/32707 35379/34376/32709</w:t>
        <w:br/>
        <w:t>f 35384/34378/32711 35383/34379/32712 35382/34380/32713</w:t>
        <w:br/>
        <w:t>f 35387/34381/32714 35386/34382/32715 35385/34383/32716</w:t>
        <w:br/>
        <w:t>f 35390/34384/32717 35389/34385/32718 35388/34386/32719</w:t>
        <w:br/>
        <w:t>f 35391/34387/32720 35384/34378/32711 35382/34380/32713</w:t>
        <w:br/>
        <w:t>f 35390/34384/32717 35391/34387/32720 35382/34380/32713</w:t>
        <w:br/>
        <w:t>f 35395/34388/32721 35394/34389/32722 35393/34390/32723</w:t>
        <w:br/>
        <w:t>f 35392/34391/32724 35395/34388/32721 35393/34390/32723</w:t>
        <w:br/>
        <w:t>f 35398/34392/32725 35397/34393/32726 35396/34394/32727</w:t>
        <w:br/>
        <w:t>f 35399/34395/32728 35398/34392/32725 35396/34394/32727</w:t>
        <w:br/>
        <w:t>f 35401/34396/32729 35400/34397/32729 35397/34393/32726</w:t>
        <w:br/>
        <w:t>f 35398/34392/32725 35401/34396/32729 35397/34393/32726</w:t>
        <w:br/>
        <w:t>f 35404/34398/32730 35403/34399/32730 35402/34400/32731</w:t>
        <w:br/>
        <w:t>f 35405/34401/32732 35404/34398/32730 35402/34400/32731</w:t>
        <w:br/>
        <w:t>f 35409/34402/32733 35408/34403/32734 35407/34404/32735</w:t>
        <w:br/>
        <w:t>f 35406/34405/32733 35409/34402/32733 35407/34404/32735</w:t>
        <w:br/>
        <w:t>f 35403/34399/32730 35404/34398/32730 35400/34397/32729</w:t>
        <w:br/>
        <w:t>f 35401/34396/32729 35403/34399/32730 35400/34397/32729</w:t>
        <w:br/>
        <w:t>f 35413/34406/32736 35412/34407/32737 35411/34408/32737</w:t>
        <w:br/>
        <w:t>f 35410/34409/32736 35413/34406/32736 35411/34408/32737</w:t>
        <w:br/>
        <w:t>f 35415/34410/32738 35386/34382/32715 35414/34411/32739</w:t>
        <w:br/>
        <w:t>f 35418/34412/32740 35417/34413/32741 35416/34414/32742</w:t>
        <w:br/>
        <w:t>f 35420/34415/32743 35388/34386/32719 35419/34416/32744</w:t>
        <w:br/>
        <w:t>f 35422/34417/32745 35388/34386/32719 35421/34418/32746</w:t>
        <w:br/>
        <w:t>f 35408/34403/32734 35424/34419/32747 35423/34420/32748</w:t>
        <w:br/>
        <w:t>f 35407/34404/32735 35408/34403/32734 35423/34420/32748</w:t>
        <w:br/>
        <w:t>f 35427/34421/32749 35426/34422/32750 35425/34423/32751</w:t>
        <w:br/>
        <w:t>f 35425/34423/32751 35428/34424/32752 35427/34421/32749</w:t>
        <w:br/>
        <w:t>f 35431/34425/32753 35430/34426/32754 35429/34427/32755</w:t>
        <w:br/>
        <w:t>f 35399/34395/32728 35396/34394/32727 35388/34386/32719</w:t>
        <w:br/>
        <w:t>f 35422/34417/32745 35399/34395/32728 35388/34386/32719</w:t>
        <w:br/>
        <w:t>f 35395/34388/32721 35392/34391/32724 35380/34375/32708</w:t>
        <w:br/>
        <w:t>f 35381/34374/32707 35395/34388/32721 35380/34375/32708</w:t>
        <w:br/>
        <w:t>f 35389/34385/32718 35418/34412/32740 35416/34414/32742</w:t>
        <w:br/>
        <w:t>f 35419/34416/32744 35389/34385/32718 35416/34414/32742</w:t>
        <w:br/>
        <w:t>f 35405/34401/32732 35402/34400/32731 35426/34422/32750</w:t>
        <w:br/>
        <w:t>f 35427/34421/32749 35405/34401/32732 35426/34422/32750</w:t>
        <w:br/>
        <w:t>f 35434/34428/32756 35433/34429/32757 35432/34430/32758</w:t>
        <w:br/>
        <w:t>f 35435/34431/32759 35381/34374/32707 35396/34394/32727</w:t>
        <w:br/>
        <w:t>f 35436/34432/32759 35435/34431/32759 35396/34394/32727</w:t>
        <w:br/>
        <w:t>f 35427/34421/32749 35428/34424/32752 35437/34433/32760</w:t>
        <w:br/>
        <w:t>f 35405/34401/32732 35427/34421/32749 35437/34433/32760</w:t>
        <w:br/>
        <w:t>f 35406/34405/32733 35393/34390/32723 35394/34389/32722</w:t>
        <w:br/>
        <w:t>f 35409/34402/32733 35406/34405/32733 35394/34389/32722</w:t>
        <w:br/>
        <w:t>f 35405/34401/32732 35437/34433/32760 35413/34406/32736</w:t>
        <w:br/>
        <w:t>f 35410/34409/32736 35405/34401/32732 35413/34406/32736</w:t>
        <w:br/>
        <w:t>f 35436/34432/32759 35411/34408/32737 35412/34407/32737</w:t>
        <w:br/>
        <w:t>f 35435/34431/32759 35436/34432/32759 35412/34407/32737</w:t>
        <w:br/>
        <w:t>f 35396/34394/32727 35378/34377/32710 35388/34386/32719</w:t>
        <w:br/>
        <w:t>f 35423/34420/32748 35424/34419/32747 35438/34434/32761</w:t>
        <w:br/>
        <w:t>f 35390/34384/32717 35382/34380/32713 35418/34412/32740</w:t>
        <w:br/>
        <w:t>f 35389/34385/32718 35390/34384/32717 35418/34412/32740</w:t>
        <w:br/>
        <w:t>f 35439/34435/32762 35383/34379/32712 35384/34378/32711</w:t>
        <w:br/>
        <w:t>f 35418/34412/32740 35382/34380/32713 35383/34379/32712</w:t>
        <w:br/>
        <w:t>f 35440/34436/32763 35417/34413/32741 35383/34379/32712</w:t>
        <w:br/>
        <w:t>f 35441/34437/32764 35383/34379/32712 35439/34435/32762</w:t>
        <w:br/>
        <w:t>f 35374/34373/32706 35432/34430/32758 35433/34429/32757</w:t>
        <w:br/>
        <w:t>f 35377/34370/32703 35374/34373/32706 35433/34429/32757</w:t>
        <w:br/>
        <w:t>f 35444/34438/32765 35443/34439/32765 35442/34440/32766</w:t>
        <w:br/>
        <w:t>f 35445/34441/32766 35444/34438/32765 35442/34440/32766</w:t>
        <w:br/>
        <w:t>f 35444/34438/32765 35447/34442/32767 35446/34443/32767</w:t>
        <w:br/>
        <w:t>f 35443/34439/32765 35444/34438/32765 35446/34443/32767</w:t>
        <w:br/>
        <w:t>f 35431/34425/32753 35446/34443/32767 35447/34442/32767</w:t>
        <w:br/>
        <w:t>f 35430/34426/32754 35431/34425/32753 35447/34442/32767</w:t>
        <w:br/>
        <w:t>f 35445/34441/32766 35442/34440/32766 35448/34444/32768</w:t>
        <w:br/>
        <w:t>f 35449/34445/32768 35445/34441/32766 35448/34444/32768</w:t>
        <w:br/>
        <w:t>f 35449/34445/32768 35448/34444/32768 35450/34446/32769</w:t>
        <w:br/>
        <w:t>f 35451/34447/32770 35449/34445/32768 35450/34446/32769</w:t>
        <w:br/>
        <w:t>f 35387/34381/32714 35451/34447/32770 35450/34446/32769</w:t>
        <w:br/>
        <w:t>f 35414/34411/32739 35387/34381/32714 35450/34446/32769</w:t>
        <w:br/>
        <w:t>f 35419/34416/32744 35388/34386/32719 35389/34385/32718</w:t>
        <w:br/>
        <w:t>f 35375/34372/32705 35376/34371/32704 35452/34448/32771</w:t>
        <w:br/>
        <w:t>f 35383/34379/32712 35417/34413/32741 35418/34412/32740</w:t>
        <w:br/>
        <w:t>f 35456/34449/32772 35455/34450/32772 35454/34451/32773</w:t>
        <w:br/>
        <w:t>f 35453/34452/32774 35456/34449/32772 35454/34451/32773</w:t>
        <w:br/>
        <w:t>f 35457/34453/32714 35385/34383/32775 35455/34450/32772</w:t>
        <w:br/>
        <w:t>f 35456/34449/32772 35457/34453/32714 35455/34450/32772</w:t>
        <w:br/>
        <w:t>f 35453/34452/32774 35454/34451/32773 35458/34454/32776</w:t>
        <w:br/>
        <w:t>f 35376/34371/32704 35459/34455/32777 35452/34448/32771</w:t>
        <w:br/>
        <w:t>f 35452/34448/32771 35459/34455/32777 35460/34456/32778</w:t>
        <w:br/>
        <w:t>f 35414/34411/32739 35386/34382/32715 35387/34381/32714</w:t>
        <w:br/>
        <w:t>f 35420/34415/32743 35421/34418/32746 35388/34386/32719</w:t>
        <w:br/>
        <w:t>f 35381/34374/32707 35378/34377/32710 35396/34394/32727</w:t>
        <w:br/>
        <w:t>f 35552/34457/32779 35551/34458/32780 35550/34459/32781</w:t>
        <w:br/>
        <w:t>f 35553/34460/32781 35552/34457/32779 35550/34459/32781</w:t>
        <w:br/>
        <w:t>f 35557/34461/32782 35556/34462/32783 35555/34463/32784</w:t>
        <w:br/>
        <w:t>f 35554/34464/32782 35557/34461/32782 35555/34463/32784</w:t>
        <w:br/>
        <w:t>f 35560/34465/32785 35559/34466/32786 35558/34467/32787</w:t>
        <w:br/>
        <w:t>f 35561/34468/32788 35557/34461/32782 35554/34464/32782</w:t>
        <w:br/>
        <w:t>f 35564/34469/32789 35563/34470/32790 35562/34471/32791</w:t>
        <w:br/>
        <w:t>f 35565/34472/32791 35564/34469/32789 35562/34471/32791</w:t>
        <w:br/>
        <w:t>f 35560/34465/32785 35558/34467/32787 35551/34458/32780</w:t>
        <w:br/>
        <w:t>f 35552/34457/32779 35560/34465/32785 35551/34458/32780</w:t>
        <w:br/>
        <w:t>f 35565/34472/32791 35562/34471/32791 35555/34463/32784</w:t>
        <w:br/>
        <w:t>f 35556/34462/32783 35565/34472/32791 35555/34463/32784</w:t>
        <w:br/>
        <w:t>f 35553/34460/32781 35550/34459/32781 35563/34470/32790</w:t>
        <w:br/>
        <w:t>f 35564/34469/32789 35553/34460/32781 35563/34470/32790</w:t>
        <w:br/>
        <w:t>f 35568/34473/32792 35567/34474/32793 35566/34475/32794</w:t>
        <w:br/>
        <w:t>f 35566/34475/32794 35570/34476/32795 35569/34477/32796</w:t>
        <w:br/>
        <w:t>f 35568/34473/32792 35566/34475/32794 35569/34477/32796</w:t>
        <w:br/>
        <w:t>f 35573/34478/32797 35572/34479/32798 35571/34480/32798</w:t>
        <w:br/>
        <w:t>f 35574/34481/32797 35573/34478/32797 35571/34480/32798</w:t>
        <w:br/>
        <w:t>f 35575/34482/32799 35571/34480/32798 35572/34479/32798</w:t>
        <w:br/>
        <w:t>f 35569/34477/32796 35570/34476/32795 35573/34478/32797</w:t>
        <w:br/>
        <w:t>f 35574/34481/32797 35569/34477/32796 35573/34478/32797</w:t>
        <w:br/>
        <w:t>f 35593/34483/32800 35592/34484/32801 35591/34485/32802</w:t>
        <w:br/>
        <w:t>f 35594/34486/32803 35593/34483/32800 35591/34485/32802</w:t>
        <w:br/>
        <w:t>f 35598/34487/32804 35597/34488/32805 35596/34489/32806</w:t>
        <w:br/>
        <w:t>f 35595/34490/32806 35598/34487/32804 35596/34489/32806</w:t>
        <w:br/>
        <w:t>f 35601/34491/32807 35600/34492/32807 35599/34493/32808</w:t>
        <w:br/>
        <w:t>f 35602/34494/32809 35597/34488/32805 35598/34487/32804</w:t>
        <w:br/>
        <w:t>f 35605/34495/32810 35604/34496/32811 35603/34497/32812</w:t>
        <w:br/>
        <w:t>f 35606/34498/32810 35605/34495/32810 35603/34497/32812</w:t>
        <w:br/>
        <w:t>f 35592/34484/32801 35600/34492/32807 35601/34491/32807</w:t>
        <w:br/>
        <w:t>f 35591/34485/32802 35592/34484/32801 35601/34491/32807</w:t>
        <w:br/>
        <w:t>f 35596/34489/32806 35605/34495/32810 35606/34498/32810</w:t>
        <w:br/>
        <w:t>f 35595/34490/32806 35596/34489/32806 35606/34498/32810</w:t>
        <w:br/>
        <w:t>f 35604/34496/32811 35593/34483/32800 35594/34486/32803</w:t>
        <w:br/>
        <w:t>f 35603/34497/32812 35604/34496/32811 35594/34486/32803</w:t>
        <w:br/>
        <w:t>f 35609/34499/32813 35608/34500/32813 35607/34501/32814</w:t>
        <w:br/>
        <w:t>f 35611/34502/32815 35610/34503/32815 35608/34500/32813</w:t>
        <w:br/>
        <w:t>f 35609/34499/32813 35611/34502/32815 35608/34500/32813</w:t>
        <w:br/>
        <w:t>f 35614/34504/32816 35613/34505/32816 35612/34506/32817</w:t>
        <w:br/>
        <w:t>f 35615/34507/32817 35614/34504/32816 35612/34506/32817</w:t>
        <w:br/>
        <w:t>f 35616/34508/32818 35613/34505/32816 35614/34504/32816</w:t>
        <w:br/>
        <w:t>f 35611/34502/32815 35615/34507/32817 35612/34506/32817</w:t>
        <w:br/>
        <w:t>f 35610/34503/32815 35611/34502/32815 35612/34506/32817</w:t>
        <w:br/>
        <w:t>f 35620/34509/32819 35619/34510/32820 35618/34511/32821</w:t>
        <w:br/>
        <w:t>f 35617/34512/32822 35620/34509/32819 35618/34511/32821</w:t>
        <w:br/>
        <w:t>f 35623/34513/32823 35622/34514/32824 35621/34515/32825</w:t>
        <w:br/>
        <w:t>f 35624/34516/32826 35623/34513/32823 35621/34515/32825</w:t>
        <w:br/>
        <w:t>f 35624/34516/32826 35626/34517/32827 35625/34518/32828</w:t>
        <w:br/>
        <w:t>f 35623/34513/32823 35624/34516/32826 35625/34518/32828</w:t>
        <w:br/>
        <w:t>f 35628/34519/32829 35625/34518/32828 35626/34517/32827</w:t>
        <w:br/>
        <w:t>f 35627/34520/32830 35628/34519/32829 35626/34517/32827</w:t>
        <w:br/>
        <w:t>f 35628/34519/32829 35630/34521/32831 35629/34522/32832</w:t>
        <w:br/>
        <w:t>f 35627/34520/32830 35631/34523/32833 35630/34521/32831</w:t>
        <w:br/>
        <w:t>f 35628/34519/32829 35627/34520/32830 35630/34521/32831</w:t>
        <w:br/>
        <w:t>f 35633/34524/32834 35632/34525/32835 35629/34522/32832</w:t>
        <w:br/>
        <w:t>f 35631/34523/32833 35634/34526/32836 35633/34524/32834</w:t>
        <w:br/>
        <w:t>f 35630/34521/32831 35631/34523/32833 35633/34524/32834</w:t>
        <w:br/>
        <w:t>f 35633/34524/32834 35634/34526/32836 35635/34527/32837</w:t>
        <w:br/>
        <w:t>f 35632/34525/32835 35633/34524/32834 35635/34527/32837</w:t>
        <w:br/>
        <w:t>f 35632/34525/32835 35635/34527/32837 35636/34528/32838</w:t>
        <w:br/>
        <w:t>f 35637/34529/32839 35632/34525/32835 35636/34528/32838</w:t>
        <w:br/>
        <w:t>f 35637/34529/32839 35636/34528/32838 35638/34530/32840</w:t>
        <w:br/>
        <w:t>f 35639/34531/32841 35637/34529/32839 35638/34530/32840</w:t>
        <w:br/>
        <w:t>f 35643/34532/32842 35642/34533/32843 35641/34534/32844</w:t>
        <w:br/>
        <w:t>f 35640/34535/32845 35643/34532/32842 35641/34534/32844</w:t>
        <w:br/>
        <w:t>f 35640/34535/32845 35645/34536/32846 35644/34537/32847</w:t>
        <w:br/>
        <w:t>f 35643/34532/32842 35640/34535/32845 35644/34537/32847</w:t>
        <w:br/>
        <w:t>f 35648/34538/32848 35647/34539/32849 35646/34540/32850</w:t>
        <w:br/>
        <w:t>f 35649/34541/32851 35648/34538/32848 35646/34540/32850</w:t>
        <w:br/>
        <w:t>f 35644/34537/32847 35645/34536/32846 35651/34542/32852</w:t>
        <w:br/>
        <w:t>f 35650/34543/32853 35644/34537/32847 35651/34542/32852</w:t>
        <w:br/>
        <w:t>f 35649/34541/32851 35646/34540/32850 35640/34535/32845</w:t>
        <w:br/>
        <w:t>f 35641/34534/32844 35649/34541/32851 35640/34535/32845</w:t>
        <w:br/>
        <w:t>f 35655/34544/32854 35654/34545/32855 35653/34546/32856</w:t>
        <w:br/>
        <w:t>f 35652/34547/32857 35655/34544/32854 35653/34546/32856</w:t>
        <w:br/>
        <w:t>f 35651/34542/32852 35645/34536/32846 35656/34548/32858</w:t>
        <w:br/>
        <w:t>f 35650/34543/32853 35651/34542/32852 35658/34549/32859</w:t>
        <w:br/>
        <w:t>f 35657/34550/32860 35650/34543/32853 35658/34549/32859</w:t>
        <w:br/>
        <w:t>f 35657/34550/32860 35658/34549/32859 35660/34551/32861</w:t>
        <w:br/>
        <w:t>f 35659/34552/32862 35657/34550/32860 35660/34551/32861</w:t>
        <w:br/>
        <w:t>f 35658/34549/32859 35651/34542/32852 35661/34553/32863</w:t>
        <w:br/>
        <w:t>f 35661/34553/32863 35656/34548/32858 35662/34554/32864</w:t>
        <w:br/>
        <w:t>f 35659/34552/32862 35660/34551/32861 35624/34516/32826</w:t>
        <w:br/>
        <w:t>f 35621/34515/32825 35659/34552/32862 35624/34516/32826</w:t>
        <w:br/>
        <w:t>f 35663/34555/32865 35660/34551/32861 35658/34549/32859</w:t>
        <w:br/>
        <w:t>f 35664/34556/32866 35663/34555/32865 35658/34549/32859</w:t>
        <w:br/>
        <w:t>f 35626/34517/32827 35624/34516/32826 35660/34551/32861</w:t>
        <w:br/>
        <w:t>f 35663/34555/32865 35626/34517/32827 35660/34551/32861</w:t>
        <w:br/>
        <w:t>f 35627/34520/32830 35626/34517/32827 35663/34555/32865</w:t>
        <w:br/>
        <w:t>f 35665/34557/32867 35627/34520/32830 35663/34555/32865</w:t>
        <w:br/>
        <w:t>f 35668/34558/32868 35667/34559/32869 35666/34560/32870</w:t>
        <w:br/>
        <w:t>f 35665/34557/32867 35663/34555/32865 35664/34556/32866</w:t>
        <w:br/>
        <w:t>f 35668/34558/32868 35665/34557/32867 35664/34556/32866</w:t>
        <w:br/>
        <w:t>f 35665/34557/32867 35669/34561/32871 35631/34523/32833</w:t>
        <w:br/>
        <w:t>f 35627/34520/32830 35665/34557/32867 35631/34523/32833</w:t>
        <w:br/>
        <w:t>f 35668/34558/32868 35666/34560/32870 35670/34562/32872</w:t>
        <w:br/>
        <w:t>f 35665/34557/32867 35668/34558/32868 35671/34563/32873</w:t>
        <w:br/>
        <w:t>f 35669/34561/32871 35665/34557/32867 35671/34563/32873</w:t>
        <w:br/>
        <w:t>f 35670/34562/32872 35666/34560/32870 35672/34564/32874</w:t>
        <w:br/>
        <w:t>f 35617/34512/32822 35670/34562/32872 35672/34564/32874</w:t>
        <w:br/>
        <w:t>f 35631/34523/32833 35669/34561/32871 35673/34565/32875</w:t>
        <w:br/>
        <w:t>f 35634/34526/32836 35631/34523/32833 35673/34565/32875</w:t>
        <w:br/>
        <w:t>f 35671/34563/32873 35670/34562/32872 35674/34566/32876</w:t>
        <w:br/>
        <w:t>f 35673/34565/32875 35669/34561/32871 35674/34566/32876</w:t>
        <w:br/>
        <w:t>f 35634/34526/32836 35673/34565/32875 35675/34567/32877</w:t>
        <w:br/>
        <w:t>f 35635/34527/32837 35634/34526/32836 35675/34567/32877</w:t>
        <w:br/>
        <w:t>f 35674/34566/32876 35676/34568/32878 35675/34567/32877</w:t>
        <w:br/>
        <w:t>f 35673/34565/32875 35674/34566/32876 35675/34567/32877</w:t>
        <w:br/>
        <w:t>f 35677/34569/32879 35636/34528/32838 35635/34527/32837</w:t>
        <w:br/>
        <w:t>f 35675/34567/32877 35677/34569/32879 35635/34527/32837</w:t>
        <w:br/>
        <w:t>f 35676/34568/32878 35678/34570/32880 35677/34569/32879</w:t>
        <w:br/>
        <w:t>f 35675/34567/32877 35676/34568/32878 35677/34569/32879</w:t>
        <w:br/>
        <w:t>f 35638/34530/32840 35636/34528/32838 35677/34569/32879</w:t>
        <w:br/>
        <w:t>f 35679/34571/32881 35638/34530/32840 35677/34569/32879</w:t>
        <w:br/>
        <w:t>f 35678/34570/32880 35680/34572/32882 35679/34571/32881</w:t>
        <w:br/>
        <w:t>f 35677/34569/32879 35678/34570/32880 35679/34571/32881</w:t>
        <w:br/>
        <w:t>f 35682/34573/32883 35681/34574/32884 35678/34570/32880</w:t>
        <w:br/>
        <w:t>f 35680/34572/32882 35678/34570/32880 35681/34574/32884</w:t>
        <w:br/>
        <w:t>f 35683/34575/32885 35680/34572/32882 35681/34574/32884</w:t>
        <w:br/>
        <w:t>f 35686/34576/32886 35685/34577/32887 35684/34578/32888</w:t>
        <w:br/>
        <w:t>f 35688/34579/32889 35687/34580/32890 35684/34578/32888</w:t>
        <w:br/>
        <w:t>f 35685/34577/32887 35688/34579/32889 35684/34578/32888</w:t>
        <w:br/>
        <w:t>f 35692/34581/32891 35691/34582/32892 35690/34583/32893</w:t>
        <w:br/>
        <w:t>f 35689/34584/32894 35692/34581/32891 35690/34583/32893</w:t>
        <w:br/>
        <w:t>f 35693/34585/32895 35692/34581/32891 35689/34584/32894</w:t>
        <w:br/>
        <w:t>f 35694/34586/32896 35693/34585/32895 35689/34584/32894</w:t>
        <w:br/>
        <w:t>f 35696/34587/32897 35690/34583/32893 35691/34582/32892</w:t>
        <w:br/>
        <w:t>f 35695/34588/32898 35696/34587/32897 35691/34582/32892</w:t>
        <w:br/>
        <w:t>f 35698/34589/32899 35697/34590/32900 35622/34514/32824</w:t>
        <w:br/>
        <w:t>f 35623/34513/32823 35698/34589/32899 35622/34514/32824</w:t>
        <w:br/>
        <w:t>f 35698/34589/32899 35623/34513/32823 35625/34518/32828</w:t>
        <w:br/>
        <w:t>f 35629/34522/32832 35698/34589/32899 35625/34518/32828</w:t>
        <w:br/>
        <w:t>f 35698/34589/32899 35629/34522/32832 35632/34525/32835</w:t>
        <w:br/>
        <w:t>f 35637/34529/32839 35698/34589/32899 35632/34525/32835</w:t>
        <w:br/>
        <w:t>f 35698/34589/32899 35637/34529/32839 35639/34531/32841</w:t>
        <w:br/>
        <w:t>f 35697/34590/32900 35698/34589/32899 35639/34531/32841</w:t>
        <w:br/>
        <w:t>f 35669/34561/32871 35671/34563/32873 35674/34566/32876</w:t>
        <w:br/>
        <w:t>f 35630/34521/32831 35633/34524/32834 35629/34522/32832</w:t>
        <w:br/>
        <w:t>f 35625/34518/32828 35628/34519/32829 35629/34522/32832</w:t>
        <w:br/>
        <w:t>f 35701/34591/32901 35700/34592/32902 35699/34593/32903</w:t>
        <w:br/>
        <w:t>f 35702/34594/32904 35701/34591/32901 35699/34593/32903</w:t>
        <w:br/>
        <w:t>f 35652/34547/32857 35620/34509/32819 35617/34512/32822</w:t>
        <w:br/>
        <w:t>f 35670/34562/32872 35703/34595/32905 35674/34566/32876</w:t>
        <w:br/>
        <w:t>f 35705/34596/32906 35704/34597/32907 35681/34574/32884</w:t>
        <w:br/>
        <w:t>f 35682/34573/32883 35705/34596/32906 35681/34574/32884</w:t>
        <w:br/>
        <w:t>f 35695/34588/32898 35691/34582/32892 35704/34597/32907</w:t>
        <w:br/>
        <w:t>f 35705/34596/32906 35695/34588/32898 35704/34597/32907</w:t>
        <w:br/>
        <w:t>f 35706/34598/32908 35704/34597/32907 35692/34581/32891</w:t>
        <w:br/>
        <w:t>f 35693/34585/32895 35706/34598/32908 35692/34581/32891</w:t>
        <w:br/>
        <w:t>f 35647/34539/32849 35648/34538/32848 35707/34599/32909</w:t>
        <w:br/>
        <w:t>f 35699/34593/32903 35647/34539/32849 35707/34599/32909</w:t>
        <w:br/>
        <w:t>f 35687/34580/32890 35696/34587/32897 35695/34588/32898</w:t>
        <w:br/>
        <w:t>f 35684/34578/32888 35687/34580/32890 35695/34588/32898</w:t>
        <w:br/>
        <w:t>f 35704/34597/32907 35691/34582/32892 35692/34581/32891</w:t>
        <w:br/>
        <w:t>f 35709/34600/32910 35688/34579/32889 35685/34577/32887</w:t>
        <w:br/>
        <w:t>f 35708/34601/32911 35709/34600/32910 35685/34577/32887</w:t>
        <w:br/>
        <w:t>f 35700/34592/32902 35652/34547/32857 35672/34564/32874</w:t>
        <w:br/>
        <w:t>f 35684/34578/32888 35695/34588/32898 35705/34596/32906</w:t>
        <w:br/>
        <w:t>f 35686/34576/32886 35684/34578/32888 35705/34596/32906</w:t>
        <w:br/>
        <w:t>f 35710/34602/32912 35682/34573/32883 35676/34568/32878</w:t>
        <w:br/>
        <w:t>f 35686/34576/32886 35705/34596/32906 35682/34573/32883</w:t>
        <w:br/>
        <w:t>f 35710/34602/32912 35686/34576/32886 35682/34573/32883</w:t>
        <w:br/>
        <w:t>f 35676/34568/32878 35682/34573/32883 35678/34570/32880</w:t>
        <w:br/>
        <w:t>f 35703/34595/32905 35618/34511/32821 35711/34603/32913</w:t>
        <w:br/>
        <w:t>f 35713/34604/32914 35712/34605/32915 35619/34510/32820</w:t>
        <w:br/>
        <w:t>f 35620/34509/32819 35713/34604/32914 35619/34510/32820</w:t>
        <w:br/>
        <w:t>f 35714/34606/32916 35708/34601/32911 35619/34510/32820</w:t>
        <w:br/>
        <w:t>f 35715/34607/32917 35714/34606/32916 35619/34510/32820</w:t>
        <w:br/>
        <w:t>f 35708/34601/32911 35685/34577/32887 35686/34576/32886</w:t>
        <w:br/>
        <w:t>f 35711/34603/32913 35708/34601/32911 35686/34576/32886</w:t>
        <w:br/>
        <w:t>f 35662/34554/32864 35699/34593/32903 35700/34592/32902</w:t>
        <w:br/>
        <w:t>f 35656/34548/32858 35646/34540/32850 35647/34539/32849</w:t>
        <w:br/>
        <w:t>f 35683/34575/32885 35681/34574/32884 35704/34597/32907</w:t>
        <w:br/>
        <w:t>f 35706/34598/32908 35683/34575/32885 35704/34597/32907</w:t>
        <w:br/>
        <w:t>f 35652/34547/32857 35700/34592/32902 35701/34591/32901</w:t>
        <w:br/>
        <w:t>f 35655/34544/32854 35652/34547/32857 35701/34591/32901</w:t>
        <w:br/>
        <w:t>f 35645/34536/32846 35640/34535/32845 35646/34540/32850</w:t>
        <w:br/>
        <w:t>f 35656/34548/32858 35647/34539/32849 35699/34593/32903</w:t>
        <w:br/>
        <w:t>f 35671/34563/32873 35668/34558/32868 35670/34562/32872</w:t>
        <w:br/>
        <w:t>f 35664/34556/32866 35661/34553/32863 35667/34559/32869</w:t>
        <w:br/>
        <w:t>f 35668/34558/32868 35664/34556/32866 35667/34559/32869</w:t>
        <w:br/>
        <w:t>f 35672/34564/32874 35666/34560/32870 35662/34554/32864</w:t>
        <w:br/>
        <w:t>f 35666/34560/32870 35667/34559/32869 35662/34554/32864</w:t>
        <w:br/>
        <w:t>f 35667/34559/32869 35661/34553/32863 35662/34554/32864</w:t>
        <w:br/>
        <w:t>f 35661/34553/32863 35651/34542/32852 35656/34548/32858</w:t>
        <w:br/>
        <w:t>f 35656/34548/32858 35645/34536/32846 35646/34540/32850</w:t>
        <w:br/>
        <w:t>f 35617/34512/32822 35618/34511/32821 35703/34595/32905</w:t>
        <w:br/>
        <w:t>f 35670/34562/32872 35617/34512/32822 35703/34595/32905</w:t>
        <w:br/>
        <w:t>f 35710/34602/32912 35703/34595/32905 35711/34603/32913</w:t>
        <w:br/>
        <w:t>f 35686/34576/32886 35710/34602/32912 35711/34603/32913</w:t>
        <w:br/>
        <w:t>f 35711/34603/32913 35618/34511/32821 35619/34510/32820</w:t>
        <w:br/>
        <w:t>f 35708/34601/32911 35711/34603/32913 35619/34510/32820</w:t>
        <w:br/>
        <w:t>f 35676/34568/32878 35674/34566/32876 35703/34595/32905</w:t>
        <w:br/>
        <w:t>f 35710/34602/32912 35676/34568/32878 35703/34595/32905</w:t>
        <w:br/>
        <w:t>f 35664/34556/32866 35658/34549/32859 35661/34553/32863</w:t>
        <w:br/>
        <w:t>f 35672/34564/32874 35652/34547/32857 35617/34512/32822</w:t>
        <w:br/>
        <w:t>f 35662/34554/32864 35700/34592/32902 35672/34564/32874</w:t>
        <w:br/>
        <w:t>f 35662/34554/32864 35656/34548/32858 35699/34593/32903</w:t>
        <w:br/>
        <w:t>f 35719/34608/32918 35718/34609/32919 35717/34610/32920</w:t>
        <w:br/>
        <w:t>f 35716/34611/32921 35719/34608/32918 35717/34610/32920</w:t>
        <w:br/>
        <w:t>f 35621/34515/32825 35622/34514/32824 35720/34612/32922</w:t>
        <w:br/>
        <w:t>f 35721/34613/32923 35621/34515/32825 35720/34612/32922</w:t>
        <w:br/>
        <w:t>f 35721/34613/32923 35720/34612/32922 35723/34614/32924</w:t>
        <w:br/>
        <w:t>f 35722/34615/32925 35721/34613/32923 35723/34614/32924</w:t>
        <w:br/>
        <w:t>f 35725/34616/32926 35724/34617/32927 35722/34615/32925</w:t>
        <w:br/>
        <w:t>f 35723/34614/32924 35725/34616/32926 35722/34615/32925</w:t>
        <w:br/>
        <w:t>f 35725/34616/32926 35727/34618/32928 35726/34619/32929</w:t>
        <w:br/>
        <w:t>f 35724/34617/32927 35725/34616/32926 35726/34619/32929</w:t>
        <w:br/>
        <w:t>f 35728/34620/32930 35724/34617/32927 35726/34619/32929</w:t>
        <w:br/>
        <w:t>f 35730/34621/32931 35727/34618/32928 35729/34622/32932</w:t>
        <w:br/>
        <w:t>f 35730/34621/32931 35731/34623/32933 35728/34620/32930</w:t>
        <w:br/>
        <w:t>f 35726/34619/32929 35730/34621/32931 35728/34620/32930</w:t>
        <w:br/>
        <w:t>f 35730/34621/32931 35729/34622/32932 35732/34624/32934</w:t>
        <w:br/>
        <w:t>f 35731/34623/32933 35730/34621/32931 35732/34624/32934</w:t>
        <w:br/>
        <w:t>f 35733/34625/32935 35732/34624/32934 35729/34622/32932</w:t>
        <w:br/>
        <w:t>f 35734/34626/32936 35733/34625/32935 35729/34622/32932</w:t>
        <w:br/>
        <w:t>f 35638/34530/32840 35733/34625/32935 35734/34626/32936</w:t>
        <w:br/>
        <w:t>f 35639/34531/32841 35638/34530/32840 35734/34626/32936</w:t>
        <w:br/>
        <w:t>f 35643/34532/32842 35736/34627/32937 35735/34628/32938</w:t>
        <w:br/>
        <w:t>f 35642/34533/32843 35643/34532/32842 35735/34628/32938</w:t>
        <w:br/>
        <w:t>f 35644/34537/32847 35737/34629/32939 35736/34627/32937</w:t>
        <w:br/>
        <w:t>f 35643/34532/32842 35644/34537/32847 35736/34627/32937</w:t>
        <w:br/>
        <w:t>f 35740/34630/32940 35739/34631/32941 35738/34632/32942</w:t>
        <w:br/>
        <w:t>f 35741/34633/32943 35740/34630/32940 35738/34632/32942</w:t>
        <w:br/>
        <w:t>f 35644/34537/32847 35650/34543/32853 35742/34634/32944</w:t>
        <w:br/>
        <w:t>f 35737/34629/32939 35644/34537/32847 35742/34634/32944</w:t>
        <w:br/>
        <w:t>f 35741/34633/32943 35735/34628/32938 35736/34627/32937</w:t>
        <w:br/>
        <w:t>f 35740/34630/32940 35741/34633/32943 35736/34627/32937</w:t>
        <w:br/>
        <w:t>f 35746/34635/32945 35745/34636/32946 35744/34637/32947</w:t>
        <w:br/>
        <w:t>f 35743/34638/32948 35746/34635/32945 35744/34637/32947</w:t>
        <w:br/>
        <w:t>f 35742/34634/32944 35747/34639/32949 35737/34629/32939</w:t>
        <w:br/>
        <w:t>f 35650/34543/32853 35657/34550/32860 35748/34640/32950</w:t>
        <w:br/>
        <w:t>f 35742/34634/32944 35650/34543/32853 35748/34640/32950</w:t>
        <w:br/>
        <w:t>f 35657/34550/32860 35659/34552/32862 35749/34641/32951</w:t>
        <w:br/>
        <w:t>f 35748/34640/32950 35657/34550/32860 35749/34641/32951</w:t>
        <w:br/>
        <w:t>f 35748/34640/32950 35750/34642/32952 35742/34634/32944</w:t>
        <w:br/>
        <w:t>f 35750/34642/32952 35751/34643/32953 35747/34639/32949</w:t>
        <w:br/>
        <w:t>f 35721/34613/32923 35749/34641/32951 35659/34552/32862</w:t>
        <w:br/>
        <w:t>f 35621/34515/32825 35721/34613/32923 35659/34552/32862</w:t>
        <w:br/>
        <w:t>f 35748/34640/32950 35749/34641/32951 35752/34644/32954</w:t>
        <w:br/>
        <w:t>f 35753/34645/32955 35748/34640/32950 35752/34644/32954</w:t>
        <w:br/>
        <w:t>f 35722/34615/32925 35752/34644/32954 35749/34641/32951</w:t>
        <w:br/>
        <w:t>f 35721/34613/32923 35722/34615/32925 35749/34641/32951</w:t>
        <w:br/>
        <w:t>f 35724/34617/32927 35754/34646/32956 35752/34644/32954</w:t>
        <w:br/>
        <w:t>f 35722/34615/32925 35724/34617/32927 35752/34644/32954</w:t>
        <w:br/>
        <w:t>f 35757/34647/32957 35756/34648/32958 35755/34649/32959</w:t>
        <w:br/>
        <w:t>f 35753/34645/32955 35752/34644/32954 35754/34646/32956</w:t>
        <w:br/>
        <w:t>f 35757/34647/32957 35753/34645/32955 35754/34646/32956</w:t>
        <w:br/>
        <w:t>f 35728/34620/32930 35758/34650/32960 35754/34646/32956</w:t>
        <w:br/>
        <w:t>f 35724/34617/32927 35728/34620/32930 35754/34646/32956</w:t>
        <w:br/>
        <w:t>f 35757/34647/32957 35759/34651/32961 35756/34648/32958</w:t>
        <w:br/>
        <w:t>f 35754/34646/32956 35758/34650/32960 35760/34652/32962</w:t>
        <w:br/>
        <w:t>f 35757/34647/32957 35754/34646/32956 35760/34652/32962</w:t>
        <w:br/>
        <w:t>f 35761/34653/32963 35756/34648/32958 35759/34651/32961</w:t>
        <w:br/>
        <w:t>f 35718/34609/32919 35761/34653/32963 35759/34651/32961</w:t>
        <w:br/>
        <w:t>f 35762/34654/32964 35758/34650/32960 35728/34620/32930</w:t>
        <w:br/>
        <w:t>f 35731/34623/32933 35762/34654/32964 35728/34620/32930</w:t>
        <w:br/>
        <w:t>f 35760/34652/32962 35763/34655/32965 35759/34651/32961</w:t>
        <w:br/>
        <w:t>f 35762/34654/32964 35763/34655/32965 35758/34650/32960</w:t>
        <w:br/>
        <w:t>f 35731/34623/32933 35732/34624/32934 35764/34656/32966</w:t>
        <w:br/>
        <w:t>f 35762/34654/32964 35731/34623/32933 35764/34656/32966</w:t>
        <w:br/>
        <w:t>f 35764/34656/32966 35765/34657/32967 35763/34655/32965</w:t>
        <w:br/>
        <w:t>f 35762/34654/32964 35764/34656/32966 35763/34655/32965</w:t>
        <w:br/>
        <w:t>f 35732/34624/32934 35733/34625/32935 35766/34658/32968</w:t>
        <w:br/>
        <w:t>f 35764/34656/32966 35732/34624/32934 35766/34658/32968</w:t>
        <w:br/>
        <w:t>f 35766/34658/32968 35767/34659/32969 35765/34657/32967</w:t>
        <w:br/>
        <w:t>f 35764/34656/32966 35766/34658/32968 35765/34657/32967</w:t>
        <w:br/>
        <w:t>f 35766/34658/32968 35733/34625/32935 35638/34530/32840</w:t>
        <w:br/>
        <w:t>f 35679/34571/32881 35766/34658/32968 35638/34530/32840</w:t>
        <w:br/>
        <w:t>f 35679/34571/32881 35680/34572/32882 35767/34659/32969</w:t>
        <w:br/>
        <w:t>f 35766/34658/32968 35679/34571/32881 35767/34659/32969</w:t>
        <w:br/>
        <w:t>f 35769/34660/32970 35767/34659/32969 35768/34661/32971</w:t>
        <w:br/>
        <w:t>f 35768/34661/32971 35767/34659/32969 35680/34572/32882</w:t>
        <w:br/>
        <w:t>f 35683/34575/32885 35768/34661/32971 35680/34572/32882</w:t>
        <w:br/>
        <w:t>f 35772/34662/32972 35771/34663/32973 35770/34664/32974</w:t>
        <w:br/>
        <w:t>f 35774/34665/32975 35770/34664/32974 35771/34663/32973</w:t>
        <w:br/>
        <w:t>f 35773/34666/32976 35774/34665/32975 35771/34663/32973</w:t>
        <w:br/>
        <w:t>f 35778/34667/32977 35777/34668/32978 35776/34669/32979</w:t>
        <w:br/>
        <w:t>f 35775/34670/32980 35778/34667/32977 35776/34669/32979</w:t>
        <w:br/>
        <w:t>f 35777/34668/32978 35778/34667/32977 35693/34585/32895</w:t>
        <w:br/>
        <w:t>f 35694/34586/32896 35777/34668/32978 35693/34585/32895</w:t>
        <w:br/>
        <w:t>f 35780/34671/32981 35779/34672/32982 35775/34670/32980</w:t>
        <w:br/>
        <w:t>f 35776/34669/32979 35780/34671/32981 35775/34670/32980</w:t>
        <w:br/>
        <w:t>f 35781/34673/32983 35720/34612/32922 35622/34514/32824</w:t>
        <w:br/>
        <w:t>f 35697/34590/32900 35781/34673/32983 35622/34514/32824</w:t>
        <w:br/>
        <w:t>f 35723/34614/32924 35720/34612/32922 35781/34673/32983</w:t>
        <w:br/>
        <w:t>f 35727/34618/32928 35723/34614/32924 35781/34673/32983</w:t>
        <w:br/>
        <w:t>f 35781/34673/32983 35734/34626/32936 35729/34622/32932</w:t>
        <w:br/>
        <w:t>f 35727/34618/32928 35781/34673/32983 35729/34622/32932</w:t>
        <w:br/>
        <w:t>f 35781/34673/32983 35697/34590/32900 35639/34531/32841</w:t>
        <w:br/>
        <w:t>f 35734/34626/32936 35781/34673/32983 35639/34531/32841</w:t>
        <w:br/>
        <w:t>f 35758/34650/32960 35763/34655/32965 35760/34652/32962</w:t>
        <w:br/>
        <w:t>f 35726/34619/32929 35727/34618/32928 35730/34621/32931</w:t>
        <w:br/>
        <w:t>f 35723/34614/32924 35727/34618/32928 35725/34616/32926</w:t>
        <w:br/>
        <w:t>f 35784/34674/32984 35783/34675/32985 35782/34676/32986</w:t>
        <w:br/>
        <w:t>f 35785/34677/32987 35784/34674/32984 35782/34676/32986</w:t>
        <w:br/>
        <w:t>f 35745/34636/32946 35718/34609/32919 35719/34608/32918</w:t>
        <w:br/>
        <w:t>f 35759/34651/32961 35763/34655/32965 35786/34678/32988</w:t>
        <w:br/>
        <w:t>f 35788/34679/32989 35769/34660/32970 35768/34661/32971</w:t>
        <w:br/>
        <w:t>f 35787/34680/32990 35788/34679/32989 35768/34661/32971</w:t>
        <w:br/>
        <w:t>f 35779/34672/32982 35788/34679/32989 35787/34680/32990</w:t>
        <w:br/>
        <w:t>f 35775/34670/32980 35779/34672/32982 35787/34680/32990</w:t>
        <w:br/>
        <w:t>f 35778/34667/32977 35787/34680/32990 35706/34598/32908</w:t>
        <w:br/>
        <w:t>f 35693/34585/32895 35778/34667/32977 35706/34598/32908</w:t>
        <w:br/>
        <w:t>f 35739/34631/32941 35784/34674/32984 35789/34681/32991</w:t>
        <w:br/>
        <w:t>f 35738/34632/32942 35739/34631/32941 35789/34681/32991</w:t>
        <w:br/>
        <w:t>f 35779/34672/32982 35780/34671/32981 35773/34666/32976</w:t>
        <w:br/>
        <w:t>f 35771/34663/32973 35779/34672/32982 35773/34666/32976</w:t>
        <w:br/>
        <w:t>f 35787/34680/32990 35778/34667/32977 35775/34670/32980</w:t>
        <w:br/>
        <w:t>f 35791/34682/32992 35790/34683/32993 35770/34664/32974</w:t>
        <w:br/>
        <w:t>f 35774/34665/32975 35791/34682/32992 35770/34664/32974</w:t>
        <w:br/>
        <w:t>f 35783/34675/32985 35761/34653/32963 35745/34636/32946</w:t>
        <w:br/>
        <w:t>f 35788/34679/32989 35779/34672/32982 35771/34663/32973</w:t>
        <w:br/>
        <w:t>f 35772/34662/32972 35788/34679/32989 35771/34663/32973</w:t>
        <w:br/>
        <w:t>f 35792/34684/32994 35765/34657/32967 35769/34660/32970</w:t>
        <w:br/>
        <w:t>f 35772/34662/32972 35792/34684/32994 35769/34660/32970</w:t>
        <w:br/>
        <w:t>f 35788/34679/32989 35772/34662/32972 35769/34660/32970</w:t>
        <w:br/>
        <w:t>f 35765/34657/32967 35767/34659/32969 35769/34660/32970</w:t>
        <w:br/>
        <w:t>f 35786/34678/32988 35793/34685/32995 35717/34610/32920</w:t>
        <w:br/>
        <w:t>f 35795/34686/32996 35719/34608/32918 35716/34611/32921</w:t>
        <w:br/>
        <w:t>f 35794/34687/32997 35795/34686/32996 35716/34611/32921</w:t>
        <w:br/>
        <w:t>f 35716/34611/32921 35790/34683/32993 35796/34688/32998</w:t>
        <w:br/>
        <w:t>f 35794/34687/32997 35716/34611/32921 35796/34688/32998</w:t>
        <w:br/>
        <w:t>f 35790/34683/32993 35793/34685/32995 35772/34662/32972</w:t>
        <w:br/>
        <w:t>f 35770/34664/32974 35790/34683/32993 35772/34662/32972</w:t>
        <w:br/>
        <w:t>f 35751/34643/32953 35783/34675/32985 35784/34674/32984</w:t>
        <w:br/>
        <w:t>f 35747/34639/32949 35739/34631/32941 35740/34630/32940</w:t>
        <w:br/>
        <w:t>f 35683/34575/32885 35706/34598/32908 35787/34680/32990</w:t>
        <w:br/>
        <w:t>f 35768/34661/32971 35683/34575/32885 35787/34680/32990</w:t>
        <w:br/>
        <w:t>f 35782/34676/32986 35783/34675/32985 35745/34636/32946</w:t>
        <w:br/>
        <w:t>f 35746/34635/32945 35782/34676/32986 35745/34636/32946</w:t>
        <w:br/>
        <w:t>f 35737/34629/32939 35740/34630/32940 35736/34627/32937</w:t>
        <w:br/>
        <w:t>f 35747/34639/32949 35784/34674/32984 35739/34631/32941</w:t>
        <w:br/>
        <w:t>f 35760/34652/32962 35759/34651/32961 35757/34647/32957</w:t>
        <w:br/>
        <w:t>f 35753/34645/32955 35755/34649/32959 35750/34642/32952</w:t>
        <w:br/>
        <w:t>f 35757/34647/32957 35755/34649/32959 35753/34645/32955</w:t>
        <w:br/>
        <w:t>f 35761/34653/32963 35751/34643/32953 35756/34648/32958</w:t>
        <w:br/>
        <w:t>f 35756/34648/32958 35751/34643/32953 35755/34649/32959</w:t>
        <w:br/>
        <w:t>f 35755/34649/32959 35751/34643/32953 35750/34642/32952</w:t>
        <w:br/>
        <w:t>f 35750/34642/32952 35747/34639/32949 35742/34634/32944</w:t>
        <w:br/>
        <w:t>f 35747/34639/32949 35740/34630/32940 35737/34629/32939</w:t>
        <w:br/>
        <w:t>f 35718/34609/32919 35759/34651/32961 35786/34678/32988</w:t>
        <w:br/>
        <w:t>f 35717/34610/32920 35718/34609/32919 35786/34678/32988</w:t>
        <w:br/>
        <w:t>f 35792/34684/32994 35793/34685/32995 35786/34678/32988</w:t>
        <w:br/>
        <w:t>f 35772/34662/32972 35793/34685/32995 35792/34684/32994</w:t>
        <w:br/>
        <w:t>f 35716/34611/32921 35717/34610/32920 35793/34685/32995</w:t>
        <w:br/>
        <w:t>f 35790/34683/32993 35716/34611/32921 35793/34685/32995</w:t>
        <w:br/>
        <w:t>f 35786/34678/32988 35763/34655/32965 35765/34657/32967</w:t>
        <w:br/>
        <w:t>f 35792/34684/32994 35786/34678/32988 35765/34657/32967</w:t>
        <w:br/>
        <w:t>f 35753/34645/32955 35750/34642/32952 35748/34640/32950</w:t>
        <w:br/>
        <w:t>f 35761/34653/32963 35718/34609/32919 35745/34636/32946</w:t>
        <w:br/>
        <w:t>f 35751/34643/32953 35761/34653/32963 35783/34675/32985</w:t>
        <w:br/>
        <w:t>f 35751/34643/32953 35784/34674/32984 35747/34639/32949</w:t>
        <w:br/>
        <w:t>f 35799/34689/32999 35798/34690/33000 35797/34691/33001</w:t>
        <w:br/>
        <w:t>f 35800/34692/33001 35799/34689/32999 35797/34691/33001</w:t>
        <w:br/>
        <w:t>f 35798/34690/33000 35799/34689/32999 35801/34693/33002</w:t>
        <w:br/>
        <w:t>f 35802/34694/33002 35798/34690/33000 35801/34693/33002</w:t>
        <w:br/>
        <w:t>f 35804/34695/33003 35803/34696/33003 35802/34694/33002</w:t>
        <w:br/>
        <w:t>f 35801/34693/33002 35804/34695/33003 35802/34694/33002</w:t>
        <w:br/>
        <w:t>f 35806/34697/33004 35805/34698/33004 35803/34696/33003</w:t>
        <w:br/>
        <w:t>f 35804/34695/33003 35806/34697/33004 35803/34696/33003</w:t>
        <w:br/>
        <w:t>f 35805/34698/33004 35806/34697/33004 35808/34699/33005</w:t>
        <w:br/>
        <w:t>f 35807/34700/33005 35805/34698/33004 35808/34699/33005</w:t>
        <w:br/>
        <w:t>f 35812/34701/33006 35811/34702/33006 35810/34703/33007</w:t>
        <w:br/>
        <w:t>f 35809/34704/33007 35812/34701/33006 35810/34703/33007</w:t>
        <w:br/>
        <w:t>f 35816/34705/33008 35815/34706/33009 35814/34707/33010</w:t>
        <w:br/>
        <w:t>f 35813/34708/33011 35816/34705/33008 35814/34707/33010</w:t>
        <w:br/>
        <w:t>f 35815/34706/33009 35818/34709/33012 35817/34710/33013</w:t>
        <w:br/>
        <w:t>f 35814/34707/33010 35815/34706/33009 35817/34710/33013</w:t>
        <w:br/>
        <w:t>f 35820/34711/33014 35817/34710/33013 35818/34709/33012</w:t>
        <w:br/>
        <w:t>f 35819/34712/33015 35820/34711/33014 35818/34709/33012</w:t>
        <w:br/>
        <w:t>f 35821/34713/33016 35820/34711/33014 35819/34712/33015</w:t>
        <w:br/>
        <w:t>f 35822/34714/33017 35821/34713/33016 35819/34712/33015</w:t>
        <w:br/>
        <w:t>f 35824/34715/33018 35821/34713/33016 35822/34714/33017</w:t>
        <w:br/>
        <w:t>f 35823/34716/33019 35824/34715/33018 35822/34714/33017</w:t>
        <w:br/>
        <w:t>f 35824/34715/33018 35823/34716/33019 35825/34717/33020</w:t>
        <w:br/>
        <w:t>f 35826/34718/33020 35824/34715/33018 35825/34717/33020</w:t>
        <w:br/>
        <w:t>f 35828/34719/33021 35826/34718/33020 35825/34717/33020</w:t>
        <w:br/>
        <w:t>f 35827/34720/33021 35828/34719/33021 35825/34717/33020</w:t>
        <w:br/>
        <w:t>f 35831/34721/33022 35830/34722/33023 35829/34723/33023</w:t>
        <w:br/>
        <w:t>f 35832/34724/33022 35831/34721/33022 35829/34723/33023</w:t>
        <w:br/>
        <w:t>f 35834/34725/33024 35831/34721/33022 35832/34724/33022</w:t>
        <w:br/>
        <w:t>f 35833/34726/33025 35834/34725/33024 35832/34724/33022</w:t>
        <w:br/>
        <w:t>f 35833/34726/33025 35836/34727/33026 35835/34728/33026</w:t>
        <w:br/>
        <w:t>f 35834/34725/33024 35833/34726/33025 35835/34728/33026</w:t>
        <w:br/>
        <w:t>f 35836/34727/33026 35838/34729/33027 35837/34730/33027</w:t>
        <w:br/>
        <w:t>f 35835/34728/33026 35836/34727/33026 35837/34730/33027</w:t>
        <w:br/>
        <w:t>f 35838/34729/33027 35840/34731/33028 35839/34732/33028</w:t>
        <w:br/>
        <w:t>f 35837/34730/33027 35838/34729/33027 35839/34732/33028</w:t>
        <w:br/>
        <w:t>f 35811/34702/33006 35812/34701/33006 35807/34700/33005</w:t>
        <w:br/>
        <w:t>f 35808/34699/33005 35811/34702/33006 35807/34700/33005</w:t>
        <w:br/>
        <w:t>f 35844/34733/33029 35843/34734/33030 35842/34735/33031</w:t>
        <w:br/>
        <w:t>f 35841/34736/33032 35844/34733/33029 35842/34735/33031</w:t>
        <w:br/>
        <w:t>f 35843/34734/33030 35839/34732/33028 35840/34731/33028</w:t>
        <w:br/>
        <w:t>f 35842/34735/33031 35843/34734/33030 35840/34731/33028</w:t>
        <w:br/>
        <w:t>f 35847/34737/33033 35846/34738/33034 35845/34739/33034</w:t>
        <w:br/>
        <w:t>f 35848/34740/33033 35847/34737/33033 35845/34739/33034</w:t>
        <w:br/>
        <w:t>f 35849/34741/33035 35847/34737/33033 35848/34740/33033</w:t>
        <w:br/>
        <w:t>f 35850/34742/33035 35849/34741/33035 35848/34740/33033</w:t>
        <w:br/>
        <w:t>f 35852/34743/33036 35849/34741/33035 35850/34742/33035</w:t>
        <w:br/>
        <w:t>f 35851/34744/33036 35852/34743/33036 35850/34742/33035</w:t>
        <w:br/>
        <w:t>f 35853/34745/33037 35852/34743/33036 35851/34744/33036</w:t>
        <w:br/>
        <w:t>f 35854/34746/33038 35853/34745/33037 35851/34744/33036</w:t>
        <w:br/>
        <w:t>f 35855/34747/33039 35853/34745/33037 35854/34746/33038</w:t>
        <w:br/>
        <w:t>f 35856/34748/33039 35855/34747/33039 35854/34746/33038</w:t>
        <w:br/>
        <w:t>f 35857/34749/33040 35809/34704/33007 35810/34703/33007</w:t>
        <w:br/>
        <w:t>f 35858/34750/33040 35857/34749/33040 35810/34703/33007</w:t>
        <w:br/>
        <w:t>f 35816/34705/33008 35813/34708/33011 35860/34751/33041</w:t>
        <w:br/>
        <w:t>f 35859/34752/33042 35816/34705/33008 35860/34751/33041</w:t>
        <w:br/>
        <w:t>f 35859/34752/33042 35860/34751/33041 35862/34753/33043</w:t>
        <w:br/>
        <w:t>f 35861/34754/33044 35859/34752/33042 35862/34753/33043</w:t>
        <w:br/>
        <w:t>f 35861/34754/33044 35862/34753/33043 35864/34755/33045</w:t>
        <w:br/>
        <w:t>f 35863/34756/33045 35861/34754/33044 35864/34755/33045</w:t>
        <w:br/>
        <w:t>f 35866/34757/33046 35865/34758/33046 35863/34756/33045</w:t>
        <w:br/>
        <w:t>f 35864/34755/33045 35866/34757/33046 35863/34756/33045</w:t>
        <w:br/>
        <w:t>f 35868/34759/33047 35867/34760/33048 35865/34758/33046</w:t>
        <w:br/>
        <w:t>f 35866/34757/33046 35868/34759/33047 35865/34758/33046</w:t>
        <w:br/>
        <w:t>f 35868/34759/33047 35870/34761/33049 35869/34762/33050</w:t>
        <w:br/>
        <w:t>f 35867/34760/33048 35868/34759/33047 35869/34762/33050</w:t>
        <w:br/>
        <w:t>f 35869/34762/33050 35870/34761/33049 35872/34763/33051</w:t>
        <w:br/>
        <w:t>f 35871/34764/33051 35869/34762/33050 35872/34763/33051</w:t>
        <w:br/>
        <w:t>f 35876/34765/33052 35875/34766/33052 35874/34767/33053</w:t>
        <w:br/>
        <w:t>f 35873/34768/33053 35876/34765/33052 35874/34767/33053</w:t>
        <w:br/>
        <w:t>f 35873/34768/33053 35874/34767/33053 35878/34769/33054</w:t>
        <w:br/>
        <w:t>f 35877/34770/33054 35873/34768/33053 35878/34769/33054</w:t>
        <w:br/>
        <w:t>f 35880/34771/33055 35879/34772/33055 35877/34770/33054</w:t>
        <w:br/>
        <w:t>f 35878/34769/33054 35880/34771/33055 35877/34770/33054</w:t>
        <w:br/>
        <w:t>f 35882/34773/33056 35881/34774/33056 35879/34772/33055</w:t>
        <w:br/>
        <w:t>f 35880/34771/33055 35882/34773/33056 35879/34772/33055</w:t>
        <w:br/>
        <w:t>f 35881/34774/33056 35882/34773/33056 35883/34775/33057</w:t>
        <w:br/>
        <w:t>f 35884/34776/33057 35881/34774/33056 35883/34775/33057</w:t>
        <w:br/>
        <w:t>f 35858/34750/33040 35855/34747/33039 35856/34748/33039</w:t>
        <w:br/>
        <w:t>f 35857/34749/33040 35858/34750/33040 35856/34748/33039</w:t>
        <w:br/>
        <w:t>f 35844/34733/33029 35841/34736/33032 35886/34777/33058</w:t>
        <w:br/>
        <w:t>f 35885/34778/33059 35844/34733/33029 35886/34777/33058</w:t>
        <w:br/>
        <w:t>f 35885/34778/33059 35886/34777/33058 35884/34776/33057</w:t>
        <w:br/>
        <w:t>f 35883/34775/33057 35885/34778/33059 35884/34776/33057</w:t>
        <w:br/>
        <w:t>f 35890/34779/33060 35889/34780/33061 35888/34781/33062</w:t>
        <w:br/>
        <w:t>f 35887/34782/33062 35890/34779/33060 35888/34781/33062</w:t>
        <w:br/>
        <w:t>f 35894/34783/33063 35893/34784/33064 35892/34785/33064</w:t>
        <w:br/>
        <w:t>f 35891/34786/33063 35894/34783/33063 35892/34785/33064</w:t>
        <w:br/>
        <w:t>f 35895/34787/33065 35892/34785/33064 35893/34784/33064</w:t>
        <w:br/>
        <w:t>f 35896/34788/33065 35895/34787/33065 35893/34784/33064</w:t>
        <w:br/>
        <w:t>f 35896/34788/33065 35898/34789/33066 35897/34790/33066</w:t>
        <w:br/>
        <w:t>f 35895/34787/33065 35896/34788/33065 35897/34790/33066</w:t>
        <w:br/>
        <w:t>f 35898/34789/33066 35900/34791/33067 35899/34792/33067</w:t>
        <w:br/>
        <w:t>f 35897/34790/33066 35898/34789/33066 35899/34792/33067</w:t>
        <w:br/>
        <w:t>f 35901/34793/33068 35899/34792/33067 35900/34791/33067</w:t>
        <w:br/>
        <w:t>f 35902/34794/33069 35901/34793/33068 35900/34791/33067</w:t>
        <w:br/>
        <w:t>f 35906/34795/33070 35905/34796/33071 35904/34797/33072</w:t>
        <w:br/>
        <w:t>f 35903/34798/33070 35906/34795/33070 35904/34797/33072</w:t>
        <w:br/>
        <w:t>f 35909/34799/33073 35908/34800/33074 35907/34801/33075</w:t>
        <w:br/>
        <w:t>f 35910/34802/33075 35909/34799/33073 35907/34801/33075</w:t>
        <w:br/>
        <w:t>f 35908/34800/33074 35909/34799/33073 35912/34803/33076</w:t>
        <w:br/>
        <w:t>f 35911/34804/33077 35908/34800/33074 35912/34803/33076</w:t>
        <w:br/>
        <w:t>f 35911/34804/33077 35912/34803/33076 35914/34805/33078</w:t>
        <w:br/>
        <w:t>f 35913/34806/33078 35911/34804/33077 35914/34805/33078</w:t>
        <w:br/>
        <w:t>f 35913/34806/33078 35914/34805/33078 35915/34807/33079</w:t>
        <w:br/>
        <w:t>f 35916/34808/33079 35913/34806/33078 35915/34807/33079</w:t>
        <w:br/>
        <w:t>f 35916/34808/33079 35915/34807/33079 35918/34809/33080</w:t>
        <w:br/>
        <w:t>f 35917/34810/33081 35916/34808/33079 35918/34809/33080</w:t>
        <w:br/>
        <w:t>f 35922/34811/33082 35921/34812/33083 35920/34813/33084</w:t>
        <w:br/>
        <w:t>f 35919/34814/33084 35922/34811/33082 35920/34813/33084</w:t>
        <w:br/>
        <w:t>f 35924/34815/33085 35921/34812/33083 35922/34811/33082</w:t>
        <w:br/>
        <w:t>f 35923/34816/33085 35924/34815/33085 35922/34811/33082</w:t>
        <w:br/>
        <w:t>f 35924/34815/33085 35923/34816/33085 35925/34817/33086</w:t>
        <w:br/>
        <w:t>f 35926/34818/33087 35924/34815/33085 35925/34817/33086</w:t>
        <w:br/>
        <w:t>f 35928/34819/33088 35927/34820/33089 35926/34818/33087</w:t>
        <w:br/>
        <w:t>f 35925/34817/33086 35928/34819/33088 35926/34818/33087</w:t>
        <w:br/>
        <w:t>f 35930/34821/33090 35929/34822/33091 35927/34820/33089</w:t>
        <w:br/>
        <w:t>f 35928/34819/33088 35930/34821/33090 35927/34820/33089</w:t>
        <w:br/>
        <w:t>f 35929/34822/33091 35930/34821/33090 35932/34823/33092</w:t>
        <w:br/>
        <w:t>f 35931/34824/33093 35929/34822/33091 35932/34823/33092</w:t>
        <w:br/>
        <w:t>f 35934/34825/33094 35933/34826/33094 35931/34824/33093</w:t>
        <w:br/>
        <w:t>f 35932/34823/33092 35934/34825/33094 35931/34824/33093</w:t>
        <w:br/>
        <w:t>f 35917/34810/33081 35918/34809/33080 35889/34780/33061</w:t>
        <w:br/>
        <w:t>f 35890/34779/33060 35917/34810/33081 35889/34780/33061</w:t>
        <w:br/>
        <w:t>f 35902/34794/33069 35906/34795/33070 35903/34798/33070</w:t>
        <w:br/>
        <w:t>f 35901/34793/33068 35902/34794/33069 35903/34798/33070</w:t>
        <w:br/>
        <w:t>f 35936/34827/33095 35887/34782/33062 35888/34781/33062</w:t>
        <w:br/>
        <w:t>f 35935/34828/33095 35936/34827/33095 35888/34781/33062</w:t>
        <w:br/>
        <w:t>f 35939/34829/33096 35938/34830/33096 35937/34831/33097</w:t>
        <w:br/>
        <w:t>f 35940/34832/33097 35939/34829/33096 35937/34831/33097</w:t>
        <w:br/>
        <w:t>f 35942/34833/33098 35941/34834/33098 35940/34832/33097</w:t>
        <w:br/>
        <w:t>f 35937/34831/33097 35942/34833/33098 35940/34832/33097</w:t>
        <w:br/>
        <w:t>f 35944/34835/33099 35943/34836/33099 35941/34834/33098</w:t>
        <w:br/>
        <w:t>f 35942/34833/33098 35944/34835/33099 35941/34834/33098</w:t>
        <w:br/>
        <w:t>f 35946/34837/33100 35945/34838/33100 35943/34836/33099</w:t>
        <w:br/>
        <w:t>f 35944/34835/33099 35946/34837/33100 35943/34836/33099</w:t>
        <w:br/>
        <w:t>f 35948/34839/33101 35947/34840/33101 35945/34838/33100</w:t>
        <w:br/>
        <w:t>f 35946/34837/33100 35948/34839/33101 35945/34838/33100</w:t>
        <w:br/>
        <w:t>f 35904/34797/33072 35905/34796/33071 35950/34841/33102</w:t>
        <w:br/>
        <w:t>f 35949/34842/33103 35904/34797/33072 35950/34841/33102</w:t>
        <w:br/>
        <w:t>f 35954/34843/33104 35953/34844/33105 35952/34845/33105</w:t>
        <w:br/>
        <w:t>f 35951/34846/33104 35954/34843/33104 35952/34845/33105</w:t>
        <w:br/>
        <w:t>f 35956/34847/33106 35954/34843/33104 35951/34846/33104</w:t>
        <w:br/>
        <w:t>f 35955/34848/33107 35956/34847/33106 35951/34846/33104</w:t>
        <w:br/>
        <w:t>f 35957/34849/33108 35956/34847/33106 35955/34848/33107</w:t>
        <w:br/>
        <w:t>f 35958/34850/33108 35957/34849/33108 35955/34848/33107</w:t>
        <w:br/>
        <w:t>f 35958/34850/33108 35960/34851/33109 35959/34852/33109</w:t>
        <w:br/>
        <w:t>f 35957/34849/33108 35958/34850/33108 35959/34852/33109</w:t>
        <w:br/>
        <w:t>f 35960/34851/33109 35962/34853/33110 35961/34854/33110</w:t>
        <w:br/>
        <w:t>f 35959/34852/33109 35960/34851/33109 35961/34854/33110</w:t>
        <w:br/>
        <w:t>f 35965/34855/33111 35964/34856/33112 35963/34857/33112</w:t>
        <w:br/>
        <w:t>f 35966/34858/33113 35965/34855/33111 35963/34857/33112</w:t>
        <w:br/>
        <w:t>f 35968/34859/33114 35967/34860/33115 35963/34857/33112</w:t>
        <w:br/>
        <w:t>f 35964/34856/33112 35968/34859/33114 35963/34857/33112</w:t>
        <w:br/>
        <w:t>f 35969/34861/33116 35967/34860/33115 35968/34859/33114</w:t>
        <w:br/>
        <w:t>f 35970/34862/33117 35969/34861/33116 35968/34859/33114</w:t>
        <w:br/>
        <w:t>f 35970/34862/33117 35972/34863/33118 35971/34864/33119</w:t>
        <w:br/>
        <w:t>f 35969/34861/33116 35970/34862/33117 35971/34864/33119</w:t>
        <w:br/>
        <w:t>f 35972/34863/33118 35974/34865/33120 35973/34866/33121</w:t>
        <w:br/>
        <w:t>f 35971/34864/33119 35972/34863/33118 35973/34866/33121</w:t>
        <w:br/>
        <w:t>f 35974/34865/33120 35976/34867/33122 35975/34868/33123</w:t>
        <w:br/>
        <w:t>f 35973/34866/33121 35974/34865/33120 35975/34868/33123</w:t>
        <w:br/>
        <w:t>f 35934/34825/33094 35975/34868/33123 35976/34867/33122</w:t>
        <w:br/>
        <w:t>f 35933/34826/33094 35934/34825/33094 35976/34867/33122</w:t>
        <w:br/>
        <w:t>f 35935/34828/33095 35961/34854/33110 35962/34853/33110</w:t>
        <w:br/>
        <w:t>f 35936/34827/33095 35935/34828/33095 35962/34853/33110</w:t>
        <w:br/>
        <w:t>f 35949/34842/33103 35950/34841/33102 35947/34840/33101</w:t>
        <w:br/>
        <w:t>f 35948/34839/33101 35949/34842/33103 35947/34840/33101</w:t>
        <w:br/>
        <w:t>f 35979/34869/33124 35978/34870/33125 35977/34871/33126</w:t>
        <w:br/>
        <w:t>f 35980/34872/33127 35979/34869/33124 35977/34871/33126</w:t>
        <w:br/>
        <w:t>f 35979/34869/33124 35980/34872/33127 35981/34873/33128</w:t>
        <w:br/>
        <w:t>f 35982/34874/33129 35979/34869/33124 35981/34873/33128</w:t>
        <w:br/>
        <w:t>f 35984/34875/33130 35982/34874/33129 35981/34873/33128</w:t>
        <w:br/>
        <w:t>f 35983/34876/33130 35984/34875/33130 35981/34873/33128</w:t>
        <w:br/>
        <w:t>f 35983/34876/33130 35986/34877/33131 35985/34878/33131</w:t>
        <w:br/>
        <w:t>f 35984/34875/33130 35983/34876/33130 35985/34878/33131</w:t>
        <w:br/>
        <w:t>f 35986/34877/33131 35988/34879/33132 35987/34880/33132</w:t>
        <w:br/>
        <w:t>f 35985/34878/33131 35986/34877/33131 35987/34880/33132</w:t>
        <w:br/>
        <w:t>f 35989/34881/33133 35987/34880/33132 35988/34879/33132</w:t>
        <w:br/>
        <w:t>f 35990/34882/33133 35989/34881/33133 35988/34879/33132</w:t>
        <w:br/>
        <w:t>f 35992/34883/33134 35989/34881/33133 35990/34882/33133</w:t>
        <w:br/>
        <w:t>f 35991/34884/33135 35992/34883/33134 35990/34882/33133</w:t>
        <w:br/>
        <w:t>f 35993/34885/33136 35992/34883/33134 35991/34884/33135</w:t>
        <w:br/>
        <w:t>f 35994/34886/33137 35993/34885/33136 35991/34884/33135</w:t>
        <w:br/>
        <w:t>f 35994/34886/33137 35996/34887/33138 35995/34888/33139</w:t>
        <w:br/>
        <w:t>f 35993/34885/33136 35994/34886/33137 35995/34888/33139</w:t>
        <w:br/>
        <w:t>f 35997/34889/33140 35995/34888/33139 35996/34887/33138</w:t>
        <w:br/>
        <w:t>f 35998/34890/33141 35997/34889/33140 35996/34887/33138</w:t>
        <w:br/>
        <w:t>f 35999/34891/33142 35997/34889/33140 35998/34890/33141</w:t>
        <w:br/>
        <w:t>f 35999/34891/33142 36001/34892/33143 36000/34893/33144</w:t>
        <w:br/>
        <w:t>f 36005/34894/33145 36004/34895/33146 36003/34896/33147</w:t>
        <w:br/>
        <w:t>f 36002/34897/33148 36005/34894/33145 36003/34896/33147</w:t>
        <w:br/>
        <w:t>f 36004/34895/33146 36005/34894/33145 36007/34898/33149</w:t>
        <w:br/>
        <w:t>f 36006/34899/33150 36004/34895/33146 36007/34898/33149</w:t>
        <w:br/>
        <w:t>f 36004/34895/33146 36006/34899/33150 36009/34900/33151</w:t>
        <w:br/>
        <w:t>f 36008/34901/33152 36004/34895/33146 36009/34900/33151</w:t>
        <w:br/>
        <w:t>f 36006/34899/33150 36007/34898/33149 36011/34902/33153</w:t>
        <w:br/>
        <w:t>f 36010/34903/33154 36006/34899/33150 36011/34902/33153</w:t>
        <w:br/>
        <w:t>f 36014/34904/33155 36013/34905/33156 36012/34906/33157</w:t>
        <w:br/>
        <w:t>f 36015/34907/33158 36014/34904/33155 36012/34906/33157</w:t>
        <w:br/>
        <w:t>f 35995/34888/33139 36016/34908/33159 36008/34901/33152</w:t>
        <w:br/>
        <w:t>f 36010/34903/33154 36011/34902/33153 36018/34909/33160</w:t>
        <w:br/>
        <w:t>f 36017/34910/33161 36010/34903/33154 36018/34909/33160</w:t>
        <w:br/>
        <w:t>f 35995/34888/33139 36008/34901/33152 36009/34900/33151</w:t>
        <w:br/>
        <w:t>f 35993/34885/33136 35995/34888/33139 36009/34900/33151</w:t>
        <w:br/>
        <w:t>f 36006/34899/33150 36010/34903/33154 36019/34911/33162</w:t>
        <w:br/>
        <w:t>f 36009/34900/33151 36006/34899/33150 36019/34911/33162</w:t>
        <w:br/>
        <w:t>f 36017/34910/33161 36018/34909/33160 36021/34912/33163</w:t>
        <w:br/>
        <w:t>f 36020/34913/33164 36017/34910/33161 36021/34912/33163</w:t>
        <w:br/>
        <w:t>f 35992/34883/33134 35993/34885/33136 36009/34900/33151</w:t>
        <w:br/>
        <w:t>f 36019/34911/33162 35992/34883/33134 36009/34900/33151</w:t>
        <w:br/>
        <w:t>f 36010/34903/33154 36017/34910/33161 36022/34914/33165</w:t>
        <w:br/>
        <w:t>f 36019/34911/33162 36010/34903/33154 36022/34914/33165</w:t>
        <w:br/>
        <w:t>f 36023/34915/33166 35992/34883/33134 36019/34911/33162</w:t>
        <w:br/>
        <w:t>f 36022/34914/33165 36023/34915/33166 36019/34911/33162</w:t>
        <w:br/>
        <w:t>f 36020/34913/33164 36024/34916/33167 36022/34914/33165</w:t>
        <w:br/>
        <w:t>f 36017/34910/33161 36020/34913/33164 36022/34914/33165</w:t>
        <w:br/>
        <w:t>f 36026/34917/33168 36025/34918/33169 36020/34913/33164</w:t>
        <w:br/>
        <w:t>f 36021/34912/33163 36026/34917/33168 36020/34913/33164</w:t>
        <w:br/>
        <w:t>f 36023/34915/33166 36022/34914/33165 36024/34916/33167</w:t>
        <w:br/>
        <w:t>f 36027/34919/33170 36023/34915/33166 36024/34916/33167</w:t>
        <w:br/>
        <w:t>f 36025/34918/33169 36028/34920/33171 36024/34916/33167</w:t>
        <w:br/>
        <w:t>f 36020/34913/33164 36025/34918/33169 36024/34916/33167</w:t>
        <w:br/>
        <w:t>f 36028/34920/33171 36029/34921/33172 36027/34919/33170</w:t>
        <w:br/>
        <w:t>f 36024/34916/33167 36028/34920/33171 36027/34919/33170</w:t>
        <w:br/>
        <w:t>f 36025/34918/33169 36026/34917/33168 36031/34922/33173</w:t>
        <w:br/>
        <w:t>f 36030/34923/33174 36025/34918/33169 36031/34922/33173</w:t>
        <w:br/>
        <w:t>f 36032/34924/33175 36028/34920/33171 36025/34918/33169</w:t>
        <w:br/>
        <w:t>f 36030/34923/33174 36032/34924/33175 36025/34918/33169</w:t>
        <w:br/>
        <w:t>f 36032/34924/33175 36033/34925/33176 36029/34921/33172</w:t>
        <w:br/>
        <w:t>f 36028/34920/33171 36032/34924/33175 36029/34921/33172</w:t>
        <w:br/>
        <w:t>f 36035/34926/33177 36033/34925/33176 36032/34924/33175</w:t>
        <w:br/>
        <w:t>f 36034/34927/33178 36035/34926/33177 36032/34924/33175</w:t>
        <w:br/>
        <w:t>f 36034/34927/33178 36032/34924/33175 36030/34923/33174</w:t>
        <w:br/>
        <w:t>f 36036/34928/33179 36034/34927/33178 36030/34923/33174</w:t>
        <w:br/>
        <w:t>f 36034/34927/33178 36038/34929/33180 36037/34930/33181</w:t>
        <w:br/>
        <w:t>f 35982/34874/33129 36034/34927/33178 36037/34930/33181</w:t>
        <w:br/>
        <w:t>f 36031/34922/33173 36039/34931/33182 36036/34928/33179</w:t>
        <w:br/>
        <w:t>f 36030/34923/33174 36031/34922/33173 36036/34928/33179</w:t>
        <w:br/>
        <w:t>f 36036/34928/33179 36040/34932/33183 36038/34929/33180</w:t>
        <w:br/>
        <w:t>f 36034/34927/33178 36036/34928/33179 36038/34929/33180</w:t>
        <w:br/>
        <w:t>f 35978/34870/33125 35979/34869/33124 36038/34929/33180</w:t>
        <w:br/>
        <w:t>f 36041/34933/33184 35978/34870/33125 36038/34929/33180</w:t>
        <w:br/>
        <w:t>f 36040/34932/33183 36036/34928/33179 36039/34931/33182</w:t>
        <w:br/>
        <w:t>f 36042/34934/33185 36040/34932/33183 36039/34931/33182</w:t>
        <w:br/>
        <w:t>f 36040/34932/33183 36041/34933/33184 36038/34929/33180</w:t>
        <w:br/>
        <w:t>f 36043/34935/33186 36040/34932/33183 36042/34934/33185</w:t>
        <w:br/>
        <w:t>f 36046/34936/33187 36045/34937/33188 36044/34938/33189</w:t>
        <w:br/>
        <w:t>f 36047/34939/33190 36046/34936/33187 36044/34938/33189</w:t>
        <w:br/>
        <w:t>f 36050/34940/33191 36045/34937/33188 36049/34941/33192</w:t>
        <w:br/>
        <w:t>f 36048/34942/33193 36050/34940/33191 36049/34941/33192</w:t>
        <w:br/>
        <w:t>f 36051/34943/33194 36049/34941/33192 36045/34937/33188</w:t>
        <w:br/>
        <w:t>f 36046/34936/33187 36051/34943/33194 36045/34937/33188</w:t>
        <w:br/>
        <w:t>f 36053/34944/33195 36052/34945/33196 36049/34941/33192</w:t>
        <w:br/>
        <w:t>f 36051/34943/33194 36053/34944/33195 36049/34941/33192</w:t>
        <w:br/>
        <w:t>f 36048/34942/33193 36049/34941/33192 36052/34945/33196</w:t>
        <w:br/>
        <w:t>f 36054/34946/33197 36048/34942/33193 36052/34945/33196</w:t>
        <w:br/>
        <w:t>f 36055/34947/33198 36054/34946/33197 36052/34945/33196</w:t>
        <w:br/>
        <w:t>f 36056/34948/33199 36055/34947/33198 36052/34945/33196</w:t>
        <w:br/>
        <w:t>f 36052/34945/33196 36053/34944/33195 36057/34949/33200</w:t>
        <w:br/>
        <w:t>f 36056/34948/33199 36052/34945/33196 36057/34949/33200</w:t>
        <w:br/>
        <w:t>f 36056/34948/33199 36059/34950/33201 36058/34951/33202</w:t>
        <w:br/>
        <w:t>f 36055/34947/33198 36056/34948/33199 36058/34951/33202</w:t>
        <w:br/>
        <w:t>f 36059/34950/33201 36056/34948/33199 36057/34949/33200</w:t>
        <w:br/>
        <w:t>f 36060/34952/33203 36059/34950/33201 36057/34949/33200</w:t>
        <w:br/>
        <w:t>f 36059/34950/33201 36062/34953/33204 36061/34954/33205</w:t>
        <w:br/>
        <w:t>f 36058/34951/33202 36059/34950/33201 36061/34954/33205</w:t>
        <w:br/>
        <w:t>f 36060/34952/33203 36063/34955/33206 36062/34953/33204</w:t>
        <w:br/>
        <w:t>f 36059/34950/33201 36060/34952/33203 36062/34953/33204</w:t>
        <w:br/>
        <w:t>f 36066/34956/33207 36065/34957/33208 36064/34958/33209</w:t>
        <w:br/>
        <w:t>f 36013/34905/33156 36066/34956/33207 36064/34958/33209</w:t>
        <w:br/>
        <w:t>f 36067/34959/33210 36066/34956/33207 36013/34905/33156</w:t>
        <w:br/>
        <w:t>f 36014/34904/33155 36067/34959/33210 36013/34905/33156</w:t>
        <w:br/>
        <w:t>f 36014/34904/33155 36068/34960/33211 36067/34959/33210</w:t>
        <w:br/>
        <w:t>f 36069/34961/33212 36044/34938/33189 36045/34937/33188</w:t>
        <w:br/>
        <w:t>f 36050/34940/33191 36069/34961/33212 36045/34937/33188</w:t>
        <w:br/>
        <w:t>f 36015/34907/33158 36070/34962/33213 36068/34960/33211</w:t>
        <w:br/>
        <w:t>f 36014/34904/33155 36015/34907/33158 36068/34960/33211</w:t>
        <w:br/>
        <w:t>f 36040/34932/33183 36043/34935/33186 36041/34933/33184</w:t>
        <w:br/>
        <w:t>f 36004/34895/33146 36008/34901/33152 36016/34908/33159</w:t>
        <w:br/>
        <w:t>f 36003/34896/33147 36004/34895/33146 36016/34908/33159</w:t>
        <w:br/>
        <w:t>f 36062/34953/33204 36064/34958/33209 36065/34957/33208</w:t>
        <w:br/>
        <w:t>f 36061/34954/33205 36062/34953/33204 36065/34957/33208</w:t>
        <w:br/>
        <w:t>f 36013/34905/33156 36064/34958/33209 36071/34963/33214</w:t>
        <w:br/>
        <w:t>f 36012/34906/33157 36013/34905/33156 36071/34963/33214</w:t>
        <w:br/>
        <w:t>f 36063/34955/33206 36071/34963/33214 36064/34958/33209</w:t>
        <w:br/>
        <w:t>f 36062/34953/33204 36063/34955/33206 36064/34958/33209</w:t>
        <w:br/>
        <w:t>f 36074/34964/33215 36073/34965/33216 36072/34966/33217</w:t>
        <w:br/>
        <w:t>f 36075/34967/33218 36074/34964/33215 36072/34966/33217</w:t>
        <w:br/>
        <w:t>f 36074/34964/33215 36077/34968/33219 36076/34969/33220</w:t>
        <w:br/>
        <w:t>f 36073/34965/33216 36074/34964/33215 36076/34969/33220</w:t>
        <w:br/>
        <w:t>f 36076/34969/33220 36077/34968/33219 36079/34970/33221</w:t>
        <w:br/>
        <w:t>f 36078/34971/33221 36076/34969/33220 36079/34970/33221</w:t>
        <w:br/>
        <w:t>f 36081/34972/33222 36080/34973/33222 36078/34971/33221</w:t>
        <w:br/>
        <w:t>f 36079/34970/33221 36081/34972/33222 36078/34971/33221</w:t>
        <w:br/>
        <w:t>f 36080/34973/33222 36081/34972/33222 36082/34974/33223</w:t>
        <w:br/>
        <w:t>f 36083/34975/33224 36080/34973/33222 36082/34974/33223</w:t>
        <w:br/>
        <w:t>f 36083/34975/33224 36082/34974/33223 36085/34976/33225</w:t>
        <w:br/>
        <w:t>f 36084/34977/33225 36083/34975/33224 36085/34976/33225</w:t>
        <w:br/>
        <w:t>f 36087/34978/33226 36086/34979/33227 36084/34977/33225</w:t>
        <w:br/>
        <w:t>f 36085/34976/33225 36087/34978/33226 36084/34977/33225</w:t>
        <w:br/>
        <w:t>f 36086/34979/33227 36087/34978/33226 36089/34980/33228</w:t>
        <w:br/>
        <w:t>f 36088/34981/33229 36086/34979/33227 36089/34980/33228</w:t>
        <w:br/>
        <w:t>f 36088/34981/33229 36089/34980/33228 36091/34982/33230</w:t>
        <w:br/>
        <w:t>f 36090/34983/33231 36088/34981/33229 36091/34982/33230</w:t>
        <w:br/>
        <w:t>f 36090/34983/33231 36091/34982/33230 36092/34984/33232</w:t>
        <w:br/>
        <w:t>f 36093/34985/33233 36090/34983/33231 36092/34984/33232</w:t>
        <w:br/>
        <w:t>f 36094/34986/33234 36093/34985/33233 36092/34984/33232</w:t>
        <w:br/>
        <w:t>f 36094/34986/33234 36001/34892/33143 36093/34985/33233</w:t>
        <w:br/>
        <w:t>f 36005/34894/33145 36002/34897/33148 36096/34987/33235</w:t>
        <w:br/>
        <w:t>f 36095/34988/33236 36005/34894/33145 36096/34987/33235</w:t>
        <w:br/>
        <w:t>f 36007/34898/33149 36005/34894/33145 36095/34988/33236</w:t>
        <w:br/>
        <w:t>f 36097/34989/33237 36007/34898/33149 36095/34988/33236</w:t>
        <w:br/>
        <w:t>f 36098/34990/33238 36097/34989/33237 36095/34988/33236</w:t>
        <w:br/>
        <w:t>f 36099/34991/33239 36098/34990/33238 36095/34988/33236</w:t>
        <w:br/>
        <w:t>f 36011/34902/33153 36007/34898/33149 36097/34989/33237</w:t>
        <w:br/>
        <w:t>f 36100/34992/33240 36011/34902/33153 36097/34989/33237</w:t>
        <w:br/>
        <w:t>f 36101/34993/33241 36015/34907/33158 36012/34906/33157</w:t>
        <w:br/>
        <w:t>f 36102/34994/33242 36101/34993/33241 36012/34906/33157</w:t>
        <w:br/>
        <w:t>f 36091/34982/33230 36099/34991/33239 36103/34995/33243</w:t>
        <w:br/>
        <w:t>f 36018/34909/33160 36011/34902/33153 36100/34992/33240</w:t>
        <w:br/>
        <w:t>f 36104/34996/33244 36018/34909/33160 36100/34992/33240</w:t>
        <w:br/>
        <w:t>f 36098/34990/33238 36099/34991/33239 36091/34982/33230</w:t>
        <w:br/>
        <w:t>f 36089/34980/33228 36098/34990/33238 36091/34982/33230</w:t>
        <w:br/>
        <w:t>f 36105/34997/33245 36100/34992/33240 36097/34989/33237</w:t>
        <w:br/>
        <w:t>f 36098/34990/33238 36105/34997/33245 36097/34989/33237</w:t>
        <w:br/>
        <w:t>f 36104/34996/33244 36106/34998/33246 36021/34912/33163</w:t>
        <w:br/>
        <w:t>f 36018/34909/33160 36104/34996/33244 36021/34912/33163</w:t>
        <w:br/>
        <w:t>f 36098/34990/33238 36089/34980/33228 36087/34978/33226</w:t>
        <w:br/>
        <w:t>f 36105/34997/33245 36098/34990/33238 36087/34978/33226</w:t>
        <w:br/>
        <w:t>f 36100/34992/33240 36105/34997/33245 36107/34999/33247</w:t>
        <w:br/>
        <w:t>f 36104/34996/33244 36100/34992/33240 36107/34999/33247</w:t>
        <w:br/>
        <w:t>f 36108/35000/33248 36107/34999/33247 36105/34997/33245</w:t>
        <w:br/>
        <w:t>f 36087/34978/33226 36108/35000/33248 36105/34997/33245</w:t>
        <w:br/>
        <w:t>f 36107/34999/33247 36109/35001/33249 36106/34998/33246</w:t>
        <w:br/>
        <w:t>f 36104/34996/33244 36107/34999/33247 36106/34998/33246</w:t>
        <w:br/>
        <w:t>f 36106/34998/33246 36110/35002/33250 36026/34917/33168</w:t>
        <w:br/>
        <w:t>f 36021/34912/33163 36106/34998/33246 36026/34917/33168</w:t>
        <w:br/>
        <w:t>f 36109/35001/33249 36107/34999/33247 36108/35000/33248</w:t>
        <w:br/>
        <w:t>f 36111/35003/33251 36109/35001/33249 36108/35000/33248</w:t>
        <w:br/>
        <w:t>f 36109/35001/33249 36112/35004/33252 36110/35002/33250</w:t>
        <w:br/>
        <w:t>f 36106/34998/33246 36109/35001/33249 36110/35002/33250</w:t>
        <w:br/>
        <w:t>f 36112/35004/33252 36109/35001/33249 36111/35003/33251</w:t>
        <w:br/>
        <w:t>f 36113/35005/33253 36112/35004/33252 36111/35003/33251</w:t>
        <w:br/>
        <w:t>f 36031/34922/33173 36026/34917/33168 36110/35002/33250</w:t>
        <w:br/>
        <w:t>f 36114/35006/33254 36031/34922/33173 36110/35002/33250</w:t>
        <w:br/>
        <w:t>f 36110/35002/33250 36112/35004/33252 36115/35007/33255</w:t>
        <w:br/>
        <w:t>f 36114/35006/33254 36110/35002/33250 36115/35007/33255</w:t>
        <w:br/>
        <w:t>f 36113/35005/33253 36116/35008/33256 36115/35007/33255</w:t>
        <w:br/>
        <w:t>f 36112/35004/33252 36113/35005/33253 36115/35007/33255</w:t>
        <w:br/>
        <w:t>f 36115/35007/33255 36116/35008/33256 36118/35009/33257</w:t>
        <w:br/>
        <w:t>f 36117/35010/33258 36115/35007/33255 36118/35009/33257</w:t>
        <w:br/>
        <w:t>f 36114/35006/33254 36115/35007/33255 36117/35010/33258</w:t>
        <w:br/>
        <w:t>f 36119/35011/33259 36114/35006/33254 36117/35010/33258</w:t>
        <w:br/>
        <w:t>f 36117/35010/33258 36077/34968/33219 36121/35012/33260</w:t>
        <w:br/>
        <w:t>f 36120/35013/33261 36117/35010/33258 36121/35012/33260</w:t>
        <w:br/>
        <w:t>f 36031/34922/33173 36114/35006/33254 36119/35011/33259</w:t>
        <w:br/>
        <w:t>f 36039/34931/33182 36031/34922/33173 36119/35011/33259</w:t>
        <w:br/>
        <w:t>f 36119/35011/33259 36117/35010/33258 36120/35013/33261</w:t>
        <w:br/>
        <w:t>f 36122/35014/33262 36119/35011/33259 36120/35013/33261</w:t>
        <w:br/>
        <w:t>f 36075/34967/33218 36123/35015/33263 36120/35013/33261</w:t>
        <w:br/>
        <w:t>f 36074/34964/33215 36075/34967/33218 36120/35013/33261</w:t>
        <w:br/>
        <w:t>f 36122/35014/33262 36042/34934/33185 36039/34931/33182</w:t>
        <w:br/>
        <w:t>f 36119/35011/33259 36122/35014/33262 36039/34931/33182</w:t>
        <w:br/>
        <w:t>f 36122/35014/33262 36120/35013/33261 36123/35015/33263</w:t>
        <w:br/>
        <w:t>f 36043/34935/33186 36042/34934/33185 36122/35014/33262</w:t>
        <w:br/>
        <w:t>f 36125/35016/33264 36124/35017/33265 36046/34936/33187</w:t>
        <w:br/>
        <w:t>f 36047/34939/33190 36125/35016/33264 36046/34936/33187</w:t>
        <w:br/>
        <w:t>f 36128/35018/33266 36127/35019/33267 36126/35020/33268</w:t>
        <w:br/>
        <w:t>f 36124/35017/33265 36128/35018/33266 36126/35020/33268</w:t>
        <w:br/>
        <w:t>f 36051/34943/33194 36046/34936/33187 36124/35017/33265</w:t>
        <w:br/>
        <w:t>f 36126/35020/33268 36051/34943/33194 36124/35017/33265</w:t>
        <w:br/>
        <w:t>f 36126/35020/33268 36129/35021/33269 36053/34944/33195</w:t>
        <w:br/>
        <w:t>f 36051/34943/33194 36126/35020/33268 36053/34944/33195</w:t>
        <w:br/>
        <w:t>f 36127/35019/33267 36130/35022/33270 36129/35021/33269</w:t>
        <w:br/>
        <w:t>f 36126/35020/33268 36127/35019/33267 36129/35021/33269</w:t>
        <w:br/>
        <w:t>f 36132/35023/33271 36131/35024/33272 36129/35021/33269</w:t>
        <w:br/>
        <w:t>f 36130/35022/33270 36132/35023/33271 36129/35021/33269</w:t>
        <w:br/>
        <w:t>f 36057/34949/33200 36053/34944/33195 36129/35021/33269</w:t>
        <w:br/>
        <w:t>f 36131/35024/33272 36057/34949/33200 36129/35021/33269</w:t>
        <w:br/>
        <w:t>f 36134/35025/33273 36133/35026/33274 36131/35024/33272</w:t>
        <w:br/>
        <w:t>f 36132/35023/33271 36134/35025/33273 36131/35024/33272</w:t>
        <w:br/>
        <w:t>f 36133/35026/33274 36060/34952/33203 36057/34949/33200</w:t>
        <w:br/>
        <w:t>f 36131/35024/33272 36133/35026/33274 36057/34949/33200</w:t>
        <w:br/>
        <w:t>f 36133/35026/33274 36134/35025/33273 36136/35027/33275</w:t>
        <w:br/>
        <w:t>f 36135/35028/33276 36133/35026/33274 36136/35027/33275</w:t>
        <w:br/>
        <w:t>f 36135/35028/33276 36063/34955/33206 36060/34952/33203</w:t>
        <w:br/>
        <w:t>f 36133/35026/33274 36135/35028/33276 36060/34952/33203</w:t>
        <w:br/>
        <w:t>f 36139/35029/33277 36102/34994/33242 36138/35030/33278</w:t>
        <w:br/>
        <w:t>f 36137/35031/33279 36139/35029/33277 36138/35030/33278</w:t>
        <w:br/>
        <w:t>f 36102/34994/33242 36139/35029/33277 36140/35032/33280</w:t>
        <w:br/>
        <w:t>f 36101/34993/33241 36102/34994/33242 36140/35032/33280</w:t>
        <w:br/>
        <w:t>f 36101/34993/33241 36140/35032/33280 36141/35033/33281</w:t>
        <w:br/>
        <w:t>f 36142/35034/33282 36128/35018/33266 36124/35017/33265</w:t>
        <w:br/>
        <w:t>f 36125/35016/33264 36142/35034/33282 36124/35017/33265</w:t>
        <w:br/>
        <w:t>f 36015/34907/33158 36101/34993/33241 36141/35033/33281</w:t>
        <w:br/>
        <w:t>f 36070/34962/33213 36015/34907/33158 36141/35033/33281</w:t>
        <w:br/>
        <w:t>f 36122/35014/33262 36123/35015/33263 36043/34935/33186</w:t>
        <w:br/>
        <w:t>f 36103/34995/33243 36099/34991/33239 36095/34988/33236</w:t>
        <w:br/>
        <w:t>f 36096/34987/33235 36103/34995/33243 36095/34988/33236</w:t>
        <w:br/>
        <w:t>f 36137/35031/33279 36138/35030/33278 36135/35028/33276</w:t>
        <w:br/>
        <w:t>f 36136/35027/33275 36137/35031/33279 36135/35028/33276</w:t>
        <w:br/>
        <w:t>f 36071/34963/33214 36138/35030/33278 36102/34994/33242</w:t>
        <w:br/>
        <w:t>f 36012/34906/33157 36071/34963/33214 36102/34994/33242</w:t>
        <w:br/>
        <w:t>f 36063/34955/33206 36135/35028/33276 36138/35030/33278</w:t>
        <w:br/>
        <w:t>f 36071/34963/33214 36063/34955/33206 36138/35030/33278</w:t>
        <w:br/>
        <w:t>f 35999/34891/33142 35998/34890/33141 36001/34892/33143</w:t>
        <w:br/>
        <w:t>f 36094/34986/33234 36000/34893/33144 36001/34892/33143</w:t>
        <w:br/>
        <w:t>f 35464/35035/33283 35463/35036/33284 35462/35037/33285</w:t>
        <w:br/>
        <w:t>f 35461/35038/33285 35464/35035/33283 35462/35037/33285</w:t>
        <w:br/>
        <w:t>f 35461/35038/33285 35462/35037/33285 35466/35039/33286</w:t>
        <w:br/>
        <w:t>f 35465/35040/33286 35461/35038/33285 35466/35039/33286</w:t>
        <w:br/>
        <w:t>f 35469/35041/33287 35468/35042/33288 35467/35043/33288</w:t>
        <w:br/>
        <w:t>f 35470/35044/33287 35469/35041/33287 35467/35043/33288</w:t>
        <w:br/>
        <w:t>f 35473/35045/33289 35472/35046/33290 35471/35047/33290</w:t>
        <w:br/>
        <w:t>f 35475/35048/33291 35474/35049/33291 35467/35043/33288</w:t>
        <w:br/>
        <w:t>f 35468/35042/33288 35475/35048/33291 35467/35043/33288</w:t>
        <w:br/>
        <w:t>f 35474/35049/33291 35475/35048/33291 35476/35050/33292</w:t>
        <w:br/>
        <w:t>f 35464/35035/33283 35469/35041/33287 35470/35044/33287</w:t>
        <w:br/>
        <w:t>f 35463/35036/33284 35464/35035/33283 35470/35044/33287</w:t>
        <w:br/>
        <w:t>f 35480/35051/33293 35479/35052/33294 35478/35053/33295</w:t>
        <w:br/>
        <w:t>f 35477/35054/33296 35480/35051/33293 35478/35053/33295</w:t>
        <w:br/>
        <w:t>f 35477/35054/33296 35478/35053/33295 35465/35040/33286</w:t>
        <w:br/>
        <w:t>f 35466/35039/33286 35477/35054/33296 35465/35040/33286</w:t>
        <w:br/>
        <w:t>f 35471/35047/33290 35472/35046/33290 35479/35052/33294</w:t>
        <w:br/>
        <w:t>f 35480/35051/33293 35471/35047/33290 35479/35052/33294</w:t>
        <w:br/>
        <w:t>f 35483/35055/33297 35482/35056/33297 35481/35057/33298</w:t>
        <w:br/>
        <w:t>f 35484/35058/33298 35483/35055/33297 35481/35057/33298</w:t>
        <w:br/>
        <w:t>f 35487/35059/33299 35486/35060/33299 35485/35061/33300</w:t>
        <w:br/>
        <w:t>f 35488/35062/33301 35487/35059/33299 35485/35061/33300</w:t>
        <w:br/>
        <w:t>f 35491/35063/33302 35490/35064/33303 35489/35065/33303</w:t>
        <w:br/>
        <w:t>f 35493/35066/33304 35486/35060/33299 35487/35059/33299</w:t>
        <w:br/>
        <w:t>f 35492/35067/33304 35493/35066/33304 35487/35059/33299</w:t>
        <w:br/>
        <w:t>f 35492/35067/33304 35494/35068/33305 35493/35066/33304</w:t>
        <w:br/>
        <w:t>f 35488/35062/33301 35485/35061/33300 35484/35058/33298</w:t>
        <w:br/>
        <w:t>f 35481/35057/33298 35488/35062/33301 35484/35058/33298</w:t>
        <w:br/>
        <w:t>f 35498/35069/33306 35497/35070/33307 35496/35071/33307</w:t>
        <w:br/>
        <w:t>f 35495/35072/33306 35498/35069/33306 35496/35071/33307</w:t>
        <w:br/>
        <w:t>f 35500/35073/33308 35499/35074/33308 35496/35071/33307</w:t>
        <w:br/>
        <w:t>f 35497/35070/33307 35500/35073/33308 35496/35071/33307</w:t>
        <w:br/>
        <w:t>f 35490/35064/33303 35498/35069/33306 35495/35072/33306</w:t>
        <w:br/>
        <w:t>f 35489/35065/33303 35490/35064/33303 35495/35072/33306</w:t>
        <w:br/>
        <w:t>f 36145/35075/33309 36144/35076/33310 36143/35077/33311</w:t>
        <w:br/>
        <w:t>f 36146/35078/33312 36145/35075/33309 36143/35077/33311</w:t>
        <w:br/>
        <w:t>f 36144/35076/33310 36148/35079/33313 36147/35080/33314</w:t>
        <w:br/>
        <w:t>f 36143/35077/33311 36144/35076/33310 36147/35080/33314</w:t>
        <w:br/>
        <w:t>f 36148/35079/33313 36150/35081/33315 36149/35082/33315</w:t>
        <w:br/>
        <w:t>f 36147/35080/33314 36148/35079/33313 36149/35082/33315</w:t>
        <w:br/>
        <w:t>f 36150/35081/33315 36152/35083/33316 36151/35084/33317</w:t>
        <w:br/>
        <w:t>f 36149/35082/33315 36150/35081/33315 36151/35084/33317</w:t>
        <w:br/>
        <w:t>f 36152/35083/33316 36154/35085/33318 36153/35086/33318</w:t>
        <w:br/>
        <w:t>f 36151/35084/33317 36152/35083/33316 36153/35086/33318</w:t>
        <w:br/>
        <w:t>f 36154/35085/33318 36156/35087/33319 36155/35088/33320</w:t>
        <w:br/>
        <w:t>f 36153/35086/33318 36154/35085/33318 36155/35088/33320</w:t>
        <w:br/>
        <w:t>f 36156/35087/33319 36158/35089/33321 36157/35090/33322</w:t>
        <w:br/>
        <w:t>f 36155/35088/33320 36156/35087/33319 36157/35090/33322</w:t>
        <w:br/>
        <w:t>f 36158/35089/33321 36160/35091/33323 36159/35092/33324</w:t>
        <w:br/>
        <w:t>f 36157/35090/33322 36158/35089/33321 36159/35092/33324</w:t>
        <w:br/>
        <w:t>f 36160/35091/33323 36162/35093/33325 36161/35094/33325</w:t>
        <w:br/>
        <w:t>f 36159/35092/33324 36160/35091/33323 36161/35094/33325</w:t>
        <w:br/>
        <w:t>f 36162/35093/33325 36164/35095/33326 36163/35096/33327</w:t>
        <w:br/>
        <w:t>f 36161/35094/33325 36162/35093/33325 36163/35096/33327</w:t>
        <w:br/>
        <w:t>f 36163/35096/33327 36164/35095/33326 36166/35097/33328</w:t>
        <w:br/>
        <w:t>f 36165/35098/33329 36163/35096/33327 36166/35097/33328</w:t>
        <w:br/>
        <w:t>f 36165/35098/33329 36166/35097/33328 36168/35099/33330</w:t>
        <w:br/>
        <w:t>f 36167/35100/33330 36165/35098/33329 36168/35099/33330</w:t>
        <w:br/>
        <w:t>f 36167/35100/33330 36168/35099/33330 36170/35101/33331</w:t>
        <w:br/>
        <w:t>f 36169/35102/33332 36167/35100/33330 36170/35101/33331</w:t>
        <w:br/>
        <w:t>f 36169/35102/33332 36170/35101/33331 36172/35103/33333</w:t>
        <w:br/>
        <w:t>f 36171/35104/33334 36169/35102/33332 36172/35103/33333</w:t>
        <w:br/>
        <w:t>f 36171/35104/33334 36172/35103/33333 36174/35105/33335</w:t>
        <w:br/>
        <w:t>f 36173/35106/33335 36171/35104/33334 36174/35105/33335</w:t>
        <w:br/>
        <w:t>f 36173/35106/33335 36174/35105/33335 36176/35107/33336</w:t>
        <w:br/>
        <w:t>f 36175/35108/33336 36173/35106/33335 36176/35107/33336</w:t>
        <w:br/>
        <w:t>f 36175/35108/33336 36176/35107/33336 36178/35109/33337</w:t>
        <w:br/>
        <w:t>f 36177/35110/33338 36175/35108/33336 36178/35109/33337</w:t>
        <w:br/>
        <w:t>f 36177/35110/33338 36178/35109/33337 36180/35111/33339</w:t>
        <w:br/>
        <w:t>f 36179/35112/33340 36177/35110/33338 36180/35111/33339</w:t>
        <w:br/>
        <w:t>f 36179/35112/33340 36180/35111/33339 36182/35113/33341</w:t>
        <w:br/>
        <w:t>f 36181/35114/33342 36179/35112/33340 36182/35113/33341</w:t>
        <w:br/>
        <w:t>f 36181/35114/33342 36182/35113/33341 36184/35115/33343</w:t>
        <w:br/>
        <w:t>f 36183/35116/33344 36181/35114/33342 36184/35115/33343</w:t>
        <w:br/>
        <w:t>f 36183/35116/33344 36184/35115/33343 36186/35117/33345</w:t>
        <w:br/>
        <w:t>f 36185/35118/33346 36183/35116/33344 36186/35117/33345</w:t>
        <w:br/>
        <w:t>f 36185/35118/33346 36186/35117/33345 36188/35119/33347</w:t>
        <w:br/>
        <w:t>f 36187/35120/33348 36185/35118/33346 36188/35119/33347</w:t>
        <w:br/>
        <w:t>f 36187/35120/33348 36188/35119/33347 36190/35121/33349</w:t>
        <w:br/>
        <w:t>f 36189/35122/33350 36187/35120/33348 36190/35121/33349</w:t>
        <w:br/>
        <w:t>f 36189/35122/33350 36190/35121/33349 36192/35123/33351</w:t>
        <w:br/>
        <w:t>f 36191/35124/33352 36189/35122/33350 36192/35123/33351</w:t>
        <w:br/>
        <w:t>f 36191/35124/33352 36192/35123/33351 36194/35125/33353</w:t>
        <w:br/>
        <w:t>f 36193/35126/33354 36191/35124/33352 36194/35125/33353</w:t>
        <w:br/>
        <w:t>f 36193/35126/33354 36194/35125/33353 36196/35127/33355</w:t>
        <w:br/>
        <w:t>f 36195/35128/33356 36193/35126/33354 36196/35127/33355</w:t>
        <w:br/>
        <w:t>f 36196/35127/33355 36198/35129/33357 36197/35130/33358</w:t>
        <w:br/>
        <w:t>f 36195/35128/33356 36196/35127/33355 36197/35130/33358</w:t>
        <w:br/>
        <w:t>f 36198/35129/33357 36200/35131/33359 36199/35132/33360</w:t>
        <w:br/>
        <w:t>f 36197/35130/33358 36198/35129/33357 36199/35132/33360</w:t>
        <w:br/>
        <w:t>f 36200/35131/33359 36202/35133/33361 36201/35134/33362</w:t>
        <w:br/>
        <w:t>f 36199/35132/33360 36200/35131/33359 36201/35134/33362</w:t>
        <w:br/>
        <w:t>f 36202/35133/33361 36204/35135/33363 36203/35136/33364</w:t>
        <w:br/>
        <w:t>f 36201/35134/33362 36202/35133/33361 36203/35136/33364</w:t>
        <w:br/>
        <w:t>f 36207/35137/33365 36206/35138/33366 36205/35139/33367</w:t>
        <w:br/>
        <w:t>f 36204/35135/33363 36209/35140/33368 36208/35141/33369</w:t>
        <w:br/>
        <w:t>f 36203/35136/33364 36204/35135/33363 36208/35141/33369</w:t>
        <w:br/>
        <w:t>f 36209/35140/33368 36145/35075/33309 36146/35078/33312</w:t>
        <w:br/>
        <w:t>f 36208/35141/33369 36209/35140/33368 36146/35078/33312</w:t>
        <w:br/>
        <w:t>f 36211/35142/33370 36210/35143/33371 36205/35139/33367</w:t>
        <w:br/>
        <w:t>f 36213/35144/33372 36212/35145/33373 36205/35139/33367</w:t>
        <w:br/>
        <w:t>f 36215/35146/33374 36214/35147/33375 36205/35139/33367</w:t>
        <w:br/>
        <w:t>f 36217/35148/33376 36216/35149/33377 36205/35139/33367</w:t>
        <w:br/>
        <w:t>f 36219/35150/33378 36218/35151/33379 36205/35139/33367</w:t>
        <w:br/>
        <w:t>f 36221/35152/33380 36220/35153/33381 36205/35139/33367</w:t>
        <w:br/>
        <w:t>f 36222/35154/33382 36207/35137/33365 36205/35139/33367</w:t>
        <w:br/>
        <w:t>f 36223/35155/33383 36211/35142/33370 36205/35139/33367</w:t>
        <w:br/>
        <w:t>f 36224/35156/33384 36213/35144/33372 36205/35139/33367</w:t>
        <w:br/>
        <w:t>f 36225/35157/33385 36215/35146/33374 36205/35139/33367</w:t>
        <w:br/>
        <w:t>f 36226/35158/33386 36217/35148/33376 36205/35139/33367</w:t>
        <w:br/>
        <w:t>f 36227/35159/33387 36219/35150/33378 36205/35139/33367</w:t>
        <w:br/>
        <w:t>f 36228/35160/33388 36221/35152/33380 36205/35139/33367</w:t>
        <w:br/>
        <w:t>f 36229/35161/33389 36222/35154/33382 36205/35139/33367</w:t>
        <w:br/>
        <w:t>f 36230/35162/33390 36223/35155/33383 36205/35139/33367</w:t>
        <w:br/>
        <w:t>f 36231/35163/33391 36224/35156/33384 36205/35139/33367</w:t>
        <w:br/>
        <w:t>f 36232/35164/33392 36225/35157/33385 36205/35139/33367</w:t>
        <w:br/>
        <w:t>f 36233/35165/33393 36226/35158/33386 36205/35139/33367</w:t>
        <w:br/>
        <w:t>f 36234/35166/33394 36227/35159/33387 36205/35139/33367</w:t>
        <w:br/>
        <w:t>f 36235/35167/33395 36228/35160/33388 36205/35139/33367</w:t>
        <w:br/>
        <w:t>f 36236/35168/33396 36229/35161/33389 36205/35139/33367</w:t>
        <w:br/>
        <w:t>f 36237/35169/33397 36230/35162/33390 36205/35139/33367</w:t>
        <w:br/>
        <w:t>f 36238/35170/33398 36231/35163/33391 36205/35139/33367</w:t>
        <w:br/>
        <w:t>f 36206/35138/33366 36232/35164/33392 36205/35139/33367</w:t>
        <w:br/>
        <w:t>f 36210/35143/33371 36233/35165/33393 36205/35139/33367</w:t>
        <w:br/>
        <w:t>f 36212/35145/33373 36234/35166/33394 36205/35139/33367</w:t>
        <w:br/>
        <w:t>f 36214/35147/33375 36239/35171/33399 36205/35139/33367</w:t>
        <w:br/>
        <w:t>f 36239/35171/33399 36235/35167/33395 36205/35139/33367</w:t>
        <w:br/>
        <w:t>f 36216/35149/33377 36236/35168/33396 36205/35139/33367</w:t>
        <w:br/>
        <w:t>f 36218/35151/33379 36237/35169/33397 36205/35139/33367</w:t>
        <w:br/>
        <w:t>f 36220/35153/33381 36238/35170/33398 36205/35139/33367</w:t>
        <w:br/>
        <w:t>f 36200/35131/33359 36198/35129/33357 36238/35170/33398</w:t>
        <w:br/>
        <w:t>f 36220/35153/33381 36200/35131/33359 36238/35170/33398</w:t>
        <w:br/>
        <w:t>f 36180/35111/33339 36237/35169/33397 36218/35151/33379</w:t>
        <w:br/>
        <w:t>f 36182/35113/33341 36180/35111/33339 36218/35151/33379</w:t>
        <w:br/>
        <w:t>f 36241/35172/33400 36240/35173/33401 36236/35168/33396</w:t>
        <w:br/>
        <w:t>f 36216/35149/33377 36241/35172/33400 36236/35168/33396</w:t>
        <w:br/>
        <w:t>f 36145/35075/33309 36209/35140/33368 36235/35167/33395</w:t>
        <w:br/>
        <w:t>f 36239/35171/33399 36145/35075/33309 36235/35167/33395</w:t>
        <w:br/>
        <w:t>f 36145/35075/33309 36239/35171/33399 36214/35147/33375</w:t>
        <w:br/>
        <w:t>f 36144/35076/33310 36145/35075/33309 36214/35147/33375</w:t>
        <w:br/>
        <w:t>f 36188/35119/33347 36234/35166/33394 36212/35145/33373</w:t>
        <w:br/>
        <w:t>f 36190/35121/33349 36188/35119/33347 36212/35145/33373</w:t>
        <w:br/>
        <w:t>f 36243/35174/33371 36242/35175/33402 36233/35165/33393</w:t>
        <w:br/>
        <w:t>f 36210/35143/33371 36243/35174/33371 36233/35165/33393</w:t>
        <w:br/>
        <w:t>f 36244/35176/33392 36232/35164/33392 36206/35138/33366</w:t>
        <w:br/>
        <w:t>f 36245/35177/33403 36244/35176/33392 36206/35138/33366</w:t>
        <w:br/>
        <w:t>f 36198/35129/33357 36196/35127/33355 36231/35163/33391</w:t>
        <w:br/>
        <w:t>f 36238/35170/33398 36198/35129/33357 36231/35163/33391</w:t>
        <w:br/>
        <w:t>f 36246/35178/33390 36230/35162/33390 36237/35169/33397</w:t>
        <w:br/>
        <w:t>f 36180/35111/33339 36246/35178/33390 36237/35169/33397</w:t>
        <w:br/>
        <w:t>f 36240/35173/33401 36247/35179/33404 36229/35161/33389</w:t>
        <w:br/>
        <w:t>f 36236/35168/33396 36240/35173/33401 36229/35161/33389</w:t>
        <w:br/>
        <w:t>f 36209/35140/33368 36204/35135/33363 36228/35160/33388</w:t>
        <w:br/>
        <w:t>f 36235/35167/33395 36209/35140/33368 36228/35160/33388</w:t>
        <w:br/>
        <w:t>f 36186/35117/33345 36227/35159/33387 36234/35166/33394</w:t>
        <w:br/>
        <w:t>f 36188/35119/33347 36186/35117/33345 36234/35166/33394</w:t>
        <w:br/>
        <w:t>f 36242/35175/33402 36248/35180/33405 36226/35158/33386</w:t>
        <w:br/>
        <w:t>f 36233/35165/33393 36242/35175/33402 36226/35158/33386</w:t>
        <w:br/>
        <w:t>f 36249/35181/33406 36225/35157/33385 36232/35164/33392</w:t>
        <w:br/>
        <w:t>f 36244/35176/33392 36249/35181/33406 36232/35164/33392</w:t>
        <w:br/>
        <w:t>f 36196/35127/33355 36194/35125/33353 36224/35156/33384</w:t>
        <w:br/>
        <w:t>f 36231/35163/33391 36196/35127/33355 36224/35156/33384</w:t>
        <w:br/>
        <w:t>f 36250/35182/33407 36223/35155/33383 36230/35162/33390</w:t>
        <w:br/>
        <w:t>f 36246/35178/33390 36250/35182/33407 36230/35162/33390</w:t>
        <w:br/>
        <w:t>f 36251/35183/33408 36222/35154/33382 36229/35161/33389</w:t>
        <w:br/>
        <w:t>f 36247/35179/33404 36251/35183/33408 36229/35161/33389</w:t>
        <w:br/>
        <w:t>f 36204/35135/33363 36202/35133/33361 36221/35152/33380</w:t>
        <w:br/>
        <w:t>f 36228/35160/33388 36204/35135/33363 36221/35152/33380</w:t>
        <w:br/>
        <w:t>f 36184/35115/33343 36219/35150/33378 36227/35159/33387</w:t>
        <w:br/>
        <w:t>f 36186/35117/33345 36184/35115/33343 36227/35159/33387</w:t>
        <w:br/>
        <w:t>f 36248/35180/33405 36252/35184/33409 36217/35148/33376</w:t>
        <w:br/>
        <w:t>f 36226/35158/33386 36248/35180/33405 36217/35148/33376</w:t>
        <w:br/>
        <w:t>f 36148/35079/33313 36215/35146/33374 36225/35157/33385</w:t>
        <w:br/>
        <w:t>f 36249/35181/33406 36148/35079/33313 36225/35157/33385</w:t>
        <w:br/>
        <w:t>f 36194/35125/33353 36192/35123/33351 36213/35144/33372</w:t>
        <w:br/>
        <w:t>f 36224/35156/33384 36194/35125/33353 36213/35144/33372</w:t>
        <w:br/>
        <w:t>f 36250/35182/33407 36253/35185/33410 36211/35142/33370</w:t>
        <w:br/>
        <w:t>f 36223/35155/33383 36250/35182/33407 36211/35142/33370</w:t>
        <w:br/>
        <w:t>f 36254/35186/33365 36207/35137/33365 36222/35154/33382</w:t>
        <w:br/>
        <w:t>f 36251/35183/33408 36254/35186/33365 36222/35154/33382</w:t>
        <w:br/>
        <w:t>f 36202/35133/33361 36200/35131/33359 36220/35153/33381</w:t>
        <w:br/>
        <w:t>f 36221/35152/33380 36202/35133/33361 36220/35153/33381</w:t>
        <w:br/>
        <w:t>f 36182/35113/33341 36218/35151/33379 36219/35150/33378</w:t>
        <w:br/>
        <w:t>f 36184/35115/33343 36182/35113/33341 36219/35150/33378</w:t>
        <w:br/>
        <w:t>f 36252/35184/33409 36241/35172/33400 36216/35149/33377</w:t>
        <w:br/>
        <w:t>f 36217/35148/33376 36252/35184/33409 36216/35149/33377</w:t>
        <w:br/>
        <w:t>f 36144/35076/33310 36214/35147/33375 36215/35146/33374</w:t>
        <w:br/>
        <w:t>f 36148/35079/33313 36144/35076/33310 36215/35146/33374</w:t>
        <w:br/>
        <w:t>f 36190/35121/33349 36212/35145/33373 36213/35144/33372</w:t>
        <w:br/>
        <w:t>f 36192/35123/33351 36190/35121/33349 36213/35144/33372</w:t>
        <w:br/>
        <w:t>f 36253/35185/33410 36243/35174/33371 36210/35143/33371</w:t>
        <w:br/>
        <w:t>f 36211/35142/33370 36253/35185/33410 36210/35143/33371</w:t>
        <w:br/>
        <w:t>f 36245/35177/33403 36206/35138/33366 36207/35137/33365</w:t>
        <w:br/>
        <w:t>f 36254/35186/33365 36245/35177/33403 36207/35137/33365</w:t>
        <w:br/>
        <w:t>f 36257/35187/33411 36256/35188/33412 36255/35189/33413</w:t>
        <w:br/>
        <w:t>f 36258/35190/33414 36257/35187/33411 36255/35189/33413</w:t>
        <w:br/>
        <w:t>f 36260/35191/33415 36259/35192/33416 36256/35188/33412</w:t>
        <w:br/>
        <w:t>f 36257/35187/33411 36260/35191/33415 36256/35188/33412</w:t>
        <w:br/>
        <w:t>f 36262/35193/33417 36261/35194/33417 36259/35192/33416</w:t>
        <w:br/>
        <w:t>f 36260/35191/33415 36262/35193/33417 36259/35192/33416</w:t>
        <w:br/>
        <w:t>f 36264/35195/33418 36263/35196/33419 36261/35194/33417</w:t>
        <w:br/>
        <w:t>f 36262/35193/33417 36264/35195/33418 36261/35194/33417</w:t>
        <w:br/>
        <w:t>f 36266/35197/33420 36265/35198/33421 36263/35196/33419</w:t>
        <w:br/>
        <w:t>f 36264/35195/33418 36266/35197/33420 36263/35196/33419</w:t>
        <w:br/>
        <w:t>f 36268/35199/33422 36267/35200/33423 36265/35198/33421</w:t>
        <w:br/>
        <w:t>f 36266/35197/33420 36268/35199/33422 36265/35198/33421</w:t>
        <w:br/>
        <w:t>f 36270/35201/33424 36269/35202/33424 36267/35200/33423</w:t>
        <w:br/>
        <w:t>f 36268/35199/33422 36270/35201/33424 36267/35200/33423</w:t>
        <w:br/>
        <w:t>f 36272/35203/33425 36271/35204/33426 36269/35202/33424</w:t>
        <w:br/>
        <w:t>f 36270/35201/33424 36272/35203/33425 36269/35202/33424</w:t>
        <w:br/>
        <w:t>f 36274/35205/33427 36273/35206/33427 36271/35204/33426</w:t>
        <w:br/>
        <w:t>f 36272/35203/33425 36274/35205/33427 36271/35204/33426</w:t>
        <w:br/>
        <w:t>f 36276/35207/33428 36275/35208/33429 36273/35206/33427</w:t>
        <w:br/>
        <w:t>f 36274/35205/33427 36276/35207/33428 36273/35206/33427</w:t>
        <w:br/>
        <w:t>f 36276/35207/33428 36278/35209/33430 36277/35210/33431</w:t>
        <w:br/>
        <w:t>f 36275/35208/33429 36276/35207/33428 36277/35210/33431</w:t>
        <w:br/>
        <w:t>f 36278/35209/33430 36280/35211/33432 36279/35212/33432</w:t>
        <w:br/>
        <w:t>f 36277/35210/33431 36278/35209/33430 36279/35212/33432</w:t>
        <w:br/>
        <w:t>f 36280/35211/33432 36282/35213/33433 36281/35214/33434</w:t>
        <w:br/>
        <w:t>f 36279/35212/33432 36280/35211/33432 36281/35214/33434</w:t>
        <w:br/>
        <w:t>f 36282/35213/33433 36284/35215/33435 36283/35216/33436</w:t>
        <w:br/>
        <w:t>f 36281/35214/33434 36282/35213/33433 36283/35216/33436</w:t>
        <w:br/>
        <w:t>f 36284/35215/33435 36286/35217/33437 36285/35218/33437</w:t>
        <w:br/>
        <w:t>f 36283/35216/33436 36284/35215/33435 36285/35218/33437</w:t>
        <w:br/>
        <w:t>f 36286/35217/33437 36288/35219/33438 36287/35220/33438</w:t>
        <w:br/>
        <w:t>f 36285/35218/33437 36286/35217/33437 36287/35220/33438</w:t>
        <w:br/>
        <w:t>f 36288/35219/33438 36290/35221/33439 36289/35222/33440</w:t>
        <w:br/>
        <w:t>f 36287/35220/33438 36288/35219/33438 36289/35222/33440</w:t>
        <w:br/>
        <w:t>f 36290/35221/33439 36292/35223/33441 36291/35224/33442</w:t>
        <w:br/>
        <w:t>f 36289/35222/33440 36290/35221/33439 36291/35224/33442</w:t>
        <w:br/>
        <w:t>f 36292/35223/33441 36294/35225/33443 36293/35226/33444</w:t>
        <w:br/>
        <w:t>f 36291/35224/33442 36292/35223/33441 36293/35226/33444</w:t>
        <w:br/>
        <w:t>f 36294/35225/33443 36296/35227/33445 36295/35228/33446</w:t>
        <w:br/>
        <w:t>f 36293/35226/33444 36294/35225/33443 36295/35228/33446</w:t>
        <w:br/>
        <w:t>f 36296/35227/33445 36298/35229/33447 36297/35230/33448</w:t>
        <w:br/>
        <w:t>f 36295/35228/33446 36296/35227/33445 36297/35230/33448</w:t>
        <w:br/>
        <w:t>f 36298/35229/33447 36300/35231/33449 36299/35232/33450</w:t>
        <w:br/>
        <w:t>f 36297/35230/33448 36298/35229/33447 36299/35232/33450</w:t>
        <w:br/>
        <w:t>f 36300/35231/33449 36302/35233/33451 36301/35234/33452</w:t>
        <w:br/>
        <w:t>f 36299/35232/33450 36300/35231/33449 36301/35234/33452</w:t>
        <w:br/>
        <w:t>f 36302/35233/33451 36304/35235/33453 36303/35236/33454</w:t>
        <w:br/>
        <w:t>f 36301/35234/33452 36302/35233/33451 36303/35236/33454</w:t>
        <w:br/>
        <w:t>f 36304/35235/33453 36306/35237/33455 36305/35238/33456</w:t>
        <w:br/>
        <w:t>f 36303/35236/33454 36304/35235/33453 36305/35238/33456</w:t>
        <w:br/>
        <w:t>f 36306/35237/33455 36308/35239/33457 36307/35240/33458</w:t>
        <w:br/>
        <w:t>f 36305/35238/33456 36306/35237/33455 36307/35240/33458</w:t>
        <w:br/>
        <w:t>f 36310/35241/33459 36309/35242/33460 36307/35240/33458</w:t>
        <w:br/>
        <w:t>f 36308/35239/33457 36310/35241/33459 36307/35240/33458</w:t>
        <w:br/>
        <w:t>f 36312/35243/33461 36311/35244/33462 36309/35242/33460</w:t>
        <w:br/>
        <w:t>f 36310/35241/33459 36312/35243/33461 36309/35242/33460</w:t>
        <w:br/>
        <w:t>f 36314/35245/33463 36313/35246/33464 36311/35244/33462</w:t>
        <w:br/>
        <w:t>f 36312/35243/33461 36314/35245/33463 36311/35244/33462</w:t>
        <w:br/>
        <w:t>f 36316/35247/33465 36315/35248/33466 36313/35246/33464</w:t>
        <w:br/>
        <w:t>f 36314/35245/33463 36316/35247/33465 36313/35246/33464</w:t>
        <w:br/>
        <w:t>f 36319/35249/33467 36318/35250/33468 36317/35251/33469</w:t>
        <w:br/>
        <w:t>f 36321/35252/33470 36320/35253/33471 36315/35248/33466</w:t>
        <w:br/>
        <w:t>f 36316/35247/33465 36321/35252/33470 36315/35248/33466</w:t>
        <w:br/>
        <w:t>f 36258/35190/33414 36255/35189/33413 36320/35253/33471</w:t>
        <w:br/>
        <w:t>f 36321/35252/33470 36258/35190/33414 36320/35253/33471</w:t>
        <w:br/>
        <w:t>f 36323/35254/33472 36318/35250/33468 36322/35255/33473</w:t>
        <w:br/>
        <w:t>f 36325/35256/33474 36318/35250/33468 36324/35257/33475</w:t>
        <w:br/>
        <w:t>f 36327/35258/33476 36318/35250/33468 36326/35259/33477</w:t>
        <w:br/>
        <w:t>f 36329/35260/33478 36318/35250/33468 36328/35261/33479</w:t>
        <w:br/>
        <w:t>f 36331/35262/33480 36318/35250/33468 36330/35263/33481</w:t>
        <w:br/>
        <w:t>f 36333/35264/33482 36318/35250/33468 36332/35265/33483</w:t>
        <w:br/>
        <w:t>f 36334/35266/33484 36318/35250/33468 36319/35249/33467</w:t>
        <w:br/>
        <w:t>f 36335/35267/33485 36318/35250/33468 36323/35254/33472</w:t>
        <w:br/>
        <w:t>f 36336/35268/33486 36318/35250/33468 36325/35256/33474</w:t>
        <w:br/>
        <w:t>f 36337/35269/33487 36318/35250/33468 36327/35258/33476</w:t>
        <w:br/>
        <w:t>f 36338/35270/33488 36318/35250/33468 36329/35260/33478</w:t>
        <w:br/>
        <w:t>f 36339/35271/33489 36318/35250/33468 36331/35262/33480</w:t>
        <w:br/>
        <w:t>f 36340/35272/33490 36318/35250/33468 36333/35264/33482</w:t>
        <w:br/>
        <w:t>f 36341/35273/33491 36318/35250/33468 36334/35266/33484</w:t>
        <w:br/>
        <w:t>f 36342/35274/33492 36318/35250/33468 36335/35267/33485</w:t>
        <w:br/>
        <w:t>f 36343/35275/33493 36318/35250/33468 36336/35268/33486</w:t>
        <w:br/>
        <w:t>f 36344/35276/33494 36318/35250/33468 36337/35269/33487</w:t>
        <w:br/>
        <w:t>f 36345/35277/33495 36318/35250/33468 36338/35270/33488</w:t>
        <w:br/>
        <w:t>f 36346/35278/33496 36318/35250/33468 36339/35271/33489</w:t>
        <w:br/>
        <w:t>f 36347/35279/33497 36318/35250/33468 36340/35272/33490</w:t>
        <w:br/>
        <w:t>f 36348/35280/33498 36318/35250/33468 36341/35273/33491</w:t>
        <w:br/>
        <w:t>f 36349/35281/33499 36318/35250/33468 36342/35274/33492</w:t>
        <w:br/>
        <w:t>f 36350/35282/33500 36318/35250/33468 36343/35275/33493</w:t>
        <w:br/>
        <w:t>f 36317/35251/33469 36318/35250/33468 36344/35276/33494</w:t>
        <w:br/>
        <w:t>f 36322/35255/33473 36318/35250/33468 36345/35277/33495</w:t>
        <w:br/>
        <w:t>f 36324/35257/33475 36318/35250/33468 36346/35278/33496</w:t>
        <w:br/>
        <w:t>f 36326/35259/33477 36318/35250/33468 36351/35283/33501</w:t>
        <w:br/>
        <w:t>f 36351/35283/33501 36318/35250/33468 36347/35279/33497</w:t>
        <w:br/>
        <w:t>f 36328/35261/33479 36318/35250/33468 36348/35280/33498</w:t>
        <w:br/>
        <w:t>f 36330/35263/33481 36318/35250/33468 36349/35281/33499</w:t>
        <w:br/>
        <w:t>f 36332/35265/33483 36318/35250/33468 36350/35282/33500</w:t>
        <w:br/>
        <w:t>f 36311/35244/33462 36332/35265/33483 36350/35282/33500</w:t>
        <w:br/>
        <w:t>f 36309/35242/33460 36311/35244/33462 36350/35282/33500</w:t>
        <w:br/>
        <w:t>f 36330/35263/33481 36349/35281/33499 36291/35224/33442</w:t>
        <w:br/>
        <w:t>f 36293/35226/33444 36330/35263/33481 36291/35224/33442</w:t>
        <w:br/>
        <w:t>f 36353/35284/33479 36328/35261/33479 36348/35280/33498</w:t>
        <w:br/>
        <w:t>f 36352/35285/33502 36353/35284/33479 36348/35280/33498</w:t>
        <w:br/>
        <w:t>f 36255/35189/33413 36351/35283/33501 36347/35279/33497</w:t>
        <w:br/>
        <w:t>f 36320/35253/33471 36255/35189/33413 36347/35279/33497</w:t>
        <w:br/>
        <w:t>f 36326/35259/33477 36351/35283/33501 36255/35189/33413</w:t>
        <w:br/>
        <w:t>f 36256/35188/33412 36326/35259/33477 36255/35189/33413</w:t>
        <w:br/>
        <w:t>f 36324/35257/33475 36346/35278/33496 36299/35232/33450</w:t>
        <w:br/>
        <w:t>f 36301/35234/33452 36324/35257/33475 36299/35232/33450</w:t>
        <w:br/>
        <w:t>f 36355/35286/33503 36322/35255/33473 36345/35277/33495</w:t>
        <w:br/>
        <w:t>f 36354/35287/33504 36355/35286/33503 36345/35277/33495</w:t>
        <w:br/>
        <w:t>f 36317/35251/33469 36344/35276/33494 36356/35288/33494</w:t>
        <w:br/>
        <w:t>f 36357/35289/33469 36317/35251/33469 36356/35288/33494</w:t>
        <w:br/>
        <w:t>f 36309/35242/33460 36350/35282/33500 36343/35275/33493</w:t>
        <w:br/>
        <w:t>f 36307/35240/33458 36309/35242/33460 36343/35275/33493</w:t>
        <w:br/>
        <w:t>f 36349/35281/33499 36342/35274/33492 36358/35290/33492</w:t>
        <w:br/>
        <w:t>f 36291/35224/33442 36349/35281/33499 36358/35290/33492</w:t>
        <w:br/>
        <w:t>f 36352/35285/33502 36348/35280/33498 36341/35273/33491</w:t>
        <w:br/>
        <w:t>f 36359/35291/33505 36352/35285/33502 36341/35273/33491</w:t>
        <w:br/>
        <w:t>f 36320/35253/33471 36347/35279/33497 36340/35272/33490</w:t>
        <w:br/>
        <w:t>f 36315/35248/33466 36320/35253/33471 36340/35272/33490</w:t>
        <w:br/>
        <w:t>f 36346/35278/33496 36339/35271/33489 36297/35230/33448</w:t>
        <w:br/>
        <w:t>f 36299/35232/33450 36346/35278/33496 36297/35230/33448</w:t>
        <w:br/>
        <w:t>f 36354/35287/33504 36345/35277/33495 36338/35270/33488</w:t>
        <w:br/>
        <w:t>f 36360/35292/33506 36354/35287/33504 36338/35270/33488</w:t>
        <w:br/>
        <w:t>f 36344/35276/33494 36337/35269/33487 36361/35293/33487</w:t>
        <w:br/>
        <w:t>f 36356/35288/33494 36344/35276/33494 36361/35293/33487</w:t>
        <w:br/>
        <w:t>f 36307/35240/33458 36343/35275/33493 36336/35268/33486</w:t>
        <w:br/>
        <w:t>f 36305/35238/33456 36307/35240/33458 36336/35268/33486</w:t>
        <w:br/>
        <w:t>f 36342/35274/33492 36335/35267/33485 36362/35294/33507</w:t>
        <w:br/>
        <w:t>f 36358/35290/33492 36342/35274/33492 36362/35294/33507</w:t>
        <w:br/>
        <w:t>f 36341/35273/33491 36334/35266/33484 36363/35295/33508</w:t>
        <w:br/>
        <w:t>f 36359/35291/33505 36341/35273/33491 36363/35295/33508</w:t>
        <w:br/>
        <w:t>f 36315/35248/33466 36340/35272/33490 36333/35264/33482</w:t>
        <w:br/>
        <w:t>f 36313/35246/33464 36315/35248/33466 36333/35264/33482</w:t>
        <w:br/>
        <w:t>f 36339/35271/33489 36331/35262/33480 36295/35228/33446</w:t>
        <w:br/>
        <w:t>f 36297/35230/33448 36339/35271/33489 36295/35228/33446</w:t>
        <w:br/>
        <w:t>f 36360/35292/33506 36338/35270/33488 36329/35260/33478</w:t>
        <w:br/>
        <w:t>f 36364/35296/33509 36360/35292/33506 36329/35260/33478</w:t>
        <w:br/>
        <w:t>f 36337/35269/33487 36327/35258/33476 36259/35192/33416</w:t>
        <w:br/>
        <w:t>f 36361/35293/33487 36337/35269/33487 36259/35192/33416</w:t>
        <w:br/>
        <w:t>f 36305/35238/33456 36336/35268/33486 36325/35256/33474</w:t>
        <w:br/>
        <w:t>f 36303/35236/33454 36305/35238/33456 36325/35256/33474</w:t>
        <w:br/>
        <w:t>f 36362/35294/33507 36335/35267/33485 36323/35254/33472</w:t>
        <w:br/>
        <w:t>f 36365/35297/33510 36362/35294/33507 36323/35254/33472</w:t>
        <w:br/>
        <w:t>f 36334/35266/33484 36319/35249/33467 36366/35298/33511</w:t>
        <w:br/>
        <w:t>f 36363/35295/33508 36334/35266/33484 36366/35298/33511</w:t>
        <w:br/>
        <w:t>f 36313/35246/33464 36333/35264/33482 36332/35265/33483</w:t>
        <w:br/>
        <w:t>f 36311/35244/33462 36313/35246/33464 36332/35265/33483</w:t>
        <w:br/>
        <w:t>f 36331/35262/33480 36330/35263/33481 36293/35226/33444</w:t>
        <w:br/>
        <w:t>f 36295/35228/33446 36331/35262/33480 36293/35226/33444</w:t>
        <w:br/>
        <w:t>f 36364/35296/33509 36329/35260/33478 36328/35261/33479</w:t>
        <w:br/>
        <w:t>f 36353/35284/33479 36364/35296/33509 36328/35261/33479</w:t>
        <w:br/>
        <w:t>f 36327/35258/33476 36326/35259/33477 36256/35188/33412</w:t>
        <w:br/>
        <w:t>f 36259/35192/33416 36327/35258/33476 36256/35188/33412</w:t>
        <w:br/>
        <w:t>f 36325/35256/33474 36324/35257/33475 36301/35234/33452</w:t>
        <w:br/>
        <w:t>f 36303/35236/33454 36325/35256/33474 36301/35234/33452</w:t>
        <w:br/>
        <w:t>f 36365/35297/33510 36323/35254/33472 36322/35255/33473</w:t>
        <w:br/>
        <w:t>f 36355/35286/33503 36365/35297/33510 36322/35255/33473</w:t>
        <w:br/>
        <w:t>f 36319/35249/33467 36317/35251/33469 36357/35289/33469</w:t>
        <w:br/>
        <w:t>f 36366/35298/33511 36319/35249/33467 36357/35289/33469</w:t>
        <w:br/>
        <w:t>f 35154/35299/33512 35153/35300/33513 35152/35301/33514</w:t>
        <w:br/>
        <w:t>f 35151/35302/33515 35154/35299/33512 35152/35301/33514</w:t>
        <w:br/>
        <w:t>f 35158/35303/33516 35157/35304/33517 35156/35305/33518</w:t>
        <w:br/>
        <w:t>f 35155/35306/33519 35158/35303/33516 35156/35305/33518</w:t>
        <w:br/>
        <w:t>f 35161/35307/33520 35160/35308/33521 35159/35309/32645</w:t>
        <w:br/>
        <w:t>f 35163/35310/33522 35162/35311/33522 35160/35308/33521</w:t>
        <w:br/>
        <w:t>f 35161/35307/33520 35163/35310/33522 35160/35308/33521</w:t>
        <w:br/>
        <w:t>f 35165/35312/33523 35159/35309/32645 35164/35313/32633</w:t>
        <w:br/>
        <w:t>f 35168/35314/33524 35167/35315/33525 35166/35316/33526</w:t>
        <w:br/>
        <w:t>f 35171/35317/33527 35166/35316/33526 35170/35318/33528</w:t>
        <w:br/>
        <w:t>f 35169/35319/33529 35171/35317/33527 35170/35318/33528</w:t>
        <w:br/>
        <w:t>f 35170/35318/33528 35166/35316/33526 35167/35315/33525</w:t>
        <w:br/>
        <w:t>f 35157/35304/33517 35172/35320/33530 35156/35305/33518</w:t>
        <w:br/>
        <w:t>f 35155/35306/33519 35156/35305/33518 35174/35321/33531</w:t>
        <w:br/>
        <w:t>f 35173/35322/33532 35155/35306/33519 35174/35321/33531</w:t>
        <w:br/>
        <w:t>f 35178/35323/33533 35177/35324/33533 35176/35325/33534</w:t>
        <w:br/>
        <w:t>f 35175/35326/33534 35178/35323/33533 35176/35325/33534</w:t>
        <w:br/>
        <w:t>f 35182/35327/33535 35181/35328/33536 35180/35329/33537</w:t>
        <w:br/>
        <w:t>f 35179/35330/33538 35182/35327/33535 35180/35329/33537</w:t>
        <w:br/>
        <w:t>f 35168/35314/33524 35166/35316/33526 35183/35331/33539</w:t>
        <w:br/>
        <w:t>f 35184/35332/33540 35168/35314/33524 35183/35331/33539</w:t>
        <w:br/>
        <w:t>f 35177/35324/33533 35178/35323/33533 35157/35304/33517</w:t>
        <w:br/>
        <w:t>f 35158/35303/33516 35177/35324/33533 35157/35304/33517</w:t>
        <w:br/>
        <w:t>f 35186/35333/33541 35173/35322/33532 35174/35321/33531</w:t>
        <w:br/>
        <w:t>f 35185/35334/33542 35186/35333/33541 35174/35321/33531</w:t>
        <w:br/>
        <w:t>f 35151/35302/33515 35188/35335/33543 35187/35336/33544</w:t>
        <w:br/>
        <w:t>f 35188/35335/33543 35189/35337/33545 35187/35336/33544</w:t>
        <w:br/>
        <w:t>f 35192/35338/33546 35191/35339/33547 35190/35340/33548</w:t>
        <w:br/>
        <w:t>f 35179/35330/33538 35192/35338/33546 35193/35341/33549</w:t>
        <w:br/>
        <w:t>f 35195/35342/33550 35194/35343/33551 35179/35330/33538</w:t>
        <w:br/>
        <w:t>f 35179/35330/33538 35180/35329/33537 35195/35342/33550</w:t>
        <w:br/>
        <w:t>f 35179/35330/33538 35194/35343/33551 35192/35338/33546</w:t>
        <w:br/>
        <w:t>f 35171/35317/33527 35180/35329/33537 35181/35328/33536</w:t>
        <w:br/>
        <w:t>f 35196/35344/33552 35171/35317/33527 35181/35328/33536</w:t>
        <w:br/>
        <w:t>f 35166/35316/33526 35171/35317/33527 35196/35344/33552</w:t>
        <w:br/>
        <w:t>f 35183/35331/33539 35166/35316/33526 35196/35344/33552</w:t>
        <w:br/>
        <w:t>f 35179/35330/33538 35193/35341/33549 35197/35345/33553</w:t>
        <w:br/>
        <w:t>f 35182/35327/33535 35179/35330/33538 35197/35345/33553</w:t>
        <w:br/>
        <w:t>f 35198/35346/33554 35190/35340/33548 35191/35339/33547</w:t>
        <w:br/>
        <w:t>f 35199/35347/33555 35197/35345/33553 35193/35341/33549</w:t>
        <w:br/>
        <w:t>f 35190/35340/33548 35199/35347/33555 35193/35341/33549</w:t>
        <w:br/>
        <w:t>f 35190/35340/33548 35198/35346/33554 35200/35348/33556</w:t>
        <w:br/>
        <w:t>f 35199/35347/33555 35190/35340/33548 35200/35348/33556</w:t>
        <w:br/>
        <w:t>f 35198/35346/33554 35202/35349/33557 35201/35350/33558</w:t>
        <w:br/>
        <w:t>f 35200/35348/33556 35198/35346/33554 35201/35350/33558</w:t>
        <w:br/>
        <w:t>f 35202/35349/33557 35186/35333/33541 35185/35334/33542</w:t>
        <w:br/>
        <w:t>f 35201/35350/33558 35202/35349/33557 35185/35334/33542</w:t>
        <w:br/>
        <w:t>f 35175/35326/33534 35176/35325/33534 35204/35351/33559</w:t>
        <w:br/>
        <w:t>f 35203/35352/33559 35175/35326/33534 35204/35351/33559</w:t>
        <w:br/>
        <w:t>f 35206/35353/33560 35172/35320/33530 35205/35354/33561</w:t>
        <w:br/>
        <w:t>f 35207/35355/33562 35172/35320/33530 35206/35353/33560</w:t>
        <w:br/>
        <w:t>f 35209/35356/33563 35172/35320/33530 35208/35357/33564</w:t>
        <w:br/>
        <w:t>f 35210/35358/33565 35172/35320/33530 35209/35356/33563</w:t>
        <w:br/>
        <w:t>f 35201/35350/33558 35172/35320/33530 35210/35358/33565</w:t>
        <w:br/>
        <w:t>f 35174/35321/33531 35172/35320/33530 35185/35334/33542</w:t>
        <w:br/>
        <w:t>f 35185/35334/33542 35172/35320/33530 35201/35350/33558</w:t>
        <w:br/>
        <w:t>f 35156/35305/33518 35172/35320/33530 35174/35321/33531</w:t>
        <w:br/>
        <w:t>f 35211/35359/33566 35172/35320/33530 35157/35304/33517</w:t>
        <w:br/>
        <w:t>f 35212/35360/33567 35172/35320/33530 35211/35359/33566</w:t>
        <w:br/>
        <w:t>f 35205/35354/33561 35172/35320/33530 35212/35360/33567</w:t>
        <w:br/>
        <w:t>f 35213/35361/33568 35172/35320/33530 35207/35355/33562</w:t>
        <w:br/>
        <w:t>f 35214/35362/33569 35172/35320/33530 35213/35361/33568</w:t>
        <w:br/>
        <w:t>f 35208/35357/33564 35172/35320/33530 35214/35362/33569</w:t>
        <w:br/>
        <w:t>f 35180/35329/33537 35171/35317/33527 35215/35363/33570</w:t>
        <w:br/>
        <w:t>f 35198/35346/33554 35217/35364/33571 35216/35365/33572</w:t>
        <w:br/>
        <w:t>f 35189/35337/33545 35198/35346/33554 35216/35365/33572</w:t>
        <w:br/>
        <w:t>f 35218/35366/33573 35180/35329/33537 35215/35363/33570</w:t>
        <w:br/>
        <w:t>f 35218/35366/33573 35195/35342/33550 35180/35329/33537</w:t>
        <w:br/>
        <w:t>f 35187/35336/33544 35154/35299/33512 35151/35302/33515</w:t>
        <w:br/>
        <w:t>f 35163/35310/33522 35152/35301/33514 35153/35300/33513</w:t>
        <w:br/>
        <w:t>f 35162/35311/33522 35163/35310/33522 35153/35300/33513</w:t>
        <w:br/>
        <w:t>f 35165/35312/33523 35161/35307/33520 35159/35309/32645</w:t>
        <w:br/>
        <w:t>f 35165/35312/33523 35167/35315/33525 35168/35314/33524</w:t>
        <w:br/>
        <w:t>f 35164/35313/32633 35167/35315/33525 35165/35312/33523</w:t>
        <w:br/>
        <w:t>f 35189/35337/33545 35216/35365/33572 35187/35336/33544</w:t>
        <w:br/>
        <w:t>f 35217/35364/33571 35198/35346/33554 35191/35339/33547</w:t>
        <w:br/>
        <w:t>f 35193/35341/33549 35192/35338/33546 35190/35340/33548</w:t>
        <w:br/>
        <w:t>f 35171/35317/33527 35169/35319/33529 35215/35363/33570</w:t>
        <w:br/>
        <w:t>f 35222/35367/33574 35221/35368/33575 35220/35369/33576</w:t>
        <w:br/>
        <w:t>f 35219/35370/33577 35222/35367/33574 35220/35369/33576</w:t>
        <w:br/>
        <w:t>f 35226/35371/33578 35225/35372/33579 35224/35373/33580</w:t>
        <w:br/>
        <w:t>f 35223/35374/33581 35226/35371/33578 35224/35373/33580</w:t>
        <w:br/>
        <w:t>f 35229/35375/33582 35228/35376/32724 35227/35377/33583</w:t>
        <w:br/>
        <w:t>f 35227/35377/33583 35231/35378/33584 35230/35379/33584</w:t>
        <w:br/>
        <w:t>f 35229/35375/33582 35227/35377/33583 35230/35379/33584</w:t>
        <w:br/>
        <w:t>f 35233/35380/33585 35232/35381/32708 35228/35376/32724</w:t>
        <w:br/>
        <w:t>f 35236/35382/33586 35235/35383/33587 35234/35384/33588</w:t>
        <w:br/>
        <w:t>f 35239/35385/33589 35238/35386/33590 35237/35387/33591</w:t>
        <w:br/>
        <w:t>f 35235/35383/33587 35239/35385/33589 35237/35387/33591</w:t>
        <w:br/>
        <w:t>f 35237/35387/33591 35234/35384/33588 35235/35383/33587</w:t>
        <w:br/>
        <w:t>f 35223/35374/33581 35224/35373/33580 35240/35388/33592</w:t>
        <w:br/>
        <w:t>f 35225/35372/33579 35242/35389/33593 35241/35390/33594</w:t>
        <w:br/>
        <w:t>f 35224/35373/33580 35225/35372/33579 35241/35390/33594</w:t>
        <w:br/>
        <w:t>f 35246/35391/33595 35245/35392/33596 35244/35393/33597</w:t>
        <w:br/>
        <w:t>f 35243/35394/33598 35246/35391/33595 35244/35393/33597</w:t>
        <w:br/>
        <w:t>f 35250/35395/33599 35249/35396/33600 35248/35397/33601</w:t>
        <w:br/>
        <w:t>f 35247/35398/33602 35250/35395/33599 35248/35397/33601</w:t>
        <w:br/>
        <w:t>f 35251/35399/33603 35235/35383/33587 35236/35382/33586</w:t>
        <w:br/>
        <w:t>f 35252/35400/33604 35251/35399/33603 35236/35382/33586</w:t>
        <w:br/>
        <w:t>f 35243/35394/33598 35226/35371/33578 35223/35374/33581</w:t>
        <w:br/>
        <w:t>f 35246/35391/33595 35243/35394/33598 35223/35374/33581</w:t>
        <w:br/>
        <w:t>f 35254/35401/33605 35253/35402/33606 35241/35390/33594</w:t>
        <w:br/>
        <w:t>f 35242/35389/33593 35254/35401/33605 35241/35390/33594</w:t>
        <w:br/>
        <w:t>f 35221/35368/33575 35256/35403/33607 35255/35404/33608</w:t>
        <w:br/>
        <w:t>f 35255/35404/33608 35256/35403/33607 35257/35405/33609</w:t>
        <w:br/>
        <w:t>f 35260/35406/33610 35259/35407/33611 35258/35408/33612</w:t>
        <w:br/>
        <w:t>f 35249/35396/33600 35261/35409/33613 35260/35406/33610</w:t>
        <w:br/>
        <w:t>f 35263/35410/33614 35249/35396/33600 35262/35411/33615</w:t>
        <w:br/>
        <w:t>f 35249/35396/33600 35263/35410/33614 35248/35397/33601</w:t>
        <w:br/>
        <w:t>f 35249/35396/33600 35260/35406/33610 35262/35411/33615</w:t>
        <w:br/>
        <w:t>f 35239/35385/33589 35264/35412/33616 35247/35398/33602</w:t>
        <w:br/>
        <w:t>f 35248/35397/33601 35239/35385/33589 35247/35398/33602</w:t>
        <w:br/>
        <w:t>f 35235/35383/33587 35251/35399/33603 35264/35412/33616</w:t>
        <w:br/>
        <w:t>f 35239/35385/33589 35235/35383/33587 35264/35412/33616</w:t>
        <w:br/>
        <w:t>f 35249/35396/33600 35250/35395/33599 35265/35413/33617</w:t>
        <w:br/>
        <w:t>f 35261/35409/33613 35249/35396/33600 35265/35413/33617</w:t>
        <w:br/>
        <w:t>f 35266/35414/33618 35258/35408/33612 35259/35407/33611</w:t>
        <w:br/>
        <w:t>f 35267/35415/33619 35259/35407/33611 35261/35409/33613</w:t>
        <w:br/>
        <w:t>f 35265/35413/33617 35267/35415/33619 35261/35409/33613</w:t>
        <w:br/>
        <w:t>f 35259/35407/33611 35267/35415/33619 35268/35416/33620</w:t>
        <w:br/>
        <w:t>f 35266/35414/33618 35259/35407/33611 35268/35416/33620</w:t>
        <w:br/>
        <w:t>f 35266/35414/33618 35268/35416/33620 35270/35417/33621</w:t>
        <w:br/>
        <w:t>f 35269/35418/33622 35266/35414/33618 35270/35417/33621</w:t>
        <w:br/>
        <w:t>f 35269/35418/33622 35270/35417/33621 35253/35402/33606</w:t>
        <w:br/>
        <w:t>f 35254/35401/33605 35269/35418/33622 35253/35402/33606</w:t>
        <w:br/>
        <w:t>f 35245/35392/33596 35272/35419/33623 35271/35420/33623</w:t>
        <w:br/>
        <w:t>f 35244/35393/33597 35245/35392/33596 35271/35420/33623</w:t>
        <w:br/>
        <w:t>f 35274/35421/33624 35273/35422/33625 35240/35388/33592</w:t>
        <w:br/>
        <w:t>f 35275/35423/33626 35274/35421/33624 35240/35388/33592</w:t>
        <w:br/>
        <w:t>f 35277/35424/33627 35276/35425/33628 35240/35388/33592</w:t>
        <w:br/>
        <w:t>f 35278/35426/33629 35277/35424/33627 35240/35388/33592</w:t>
        <w:br/>
        <w:t>f 35270/35417/33621 35278/35426/33629 35240/35388/33592</w:t>
        <w:br/>
        <w:t>f 35241/35390/33594 35253/35402/33606 35240/35388/33592</w:t>
        <w:br/>
        <w:t>f 35253/35402/33606 35270/35417/33621 35240/35388/33592</w:t>
        <w:br/>
        <w:t>f 35224/35373/33580 35241/35390/33594 35240/35388/33592</w:t>
        <w:br/>
        <w:t>f 35279/35427/33630 35223/35374/33581 35240/35388/33592</w:t>
        <w:br/>
        <w:t>f 35280/35428/33631 35279/35427/33630 35240/35388/33592</w:t>
        <w:br/>
        <w:t>f 35273/35422/33625 35280/35428/33631 35240/35388/33592</w:t>
        <w:br/>
        <w:t>f 35281/35429/33632 35275/35423/33626 35240/35388/33592</w:t>
        <w:br/>
        <w:t>f 35282/35430/33633 35281/35429/33632 35240/35388/33592</w:t>
        <w:br/>
        <w:t>f 35276/35425/33628 35282/35430/33633 35240/35388/33592</w:t>
        <w:br/>
        <w:t>f 35248/35397/33601 35283/35431/33634 35239/35385/33589</w:t>
        <w:br/>
        <w:t>f 35266/35414/33618 35257/35405/33609 35285/35432/33635</w:t>
        <w:br/>
        <w:t>f 35284/35433/33636 35266/35414/33618 35285/35432/33635</w:t>
        <w:br/>
        <w:t>f 35286/35434/33637 35283/35431/33634 35248/35397/33601</w:t>
        <w:br/>
        <w:t>f 35286/35434/33637 35248/35397/33601 35263/35410/33614</w:t>
        <w:br/>
        <w:t>f 35256/35403/33607 35221/35368/33575 35222/35367/33574</w:t>
        <w:br/>
        <w:t>f 35219/35370/33577 35220/35369/33576 35230/35379/33584</w:t>
        <w:br/>
        <w:t>f 35231/35378/33584 35219/35370/33577 35230/35379/33584</w:t>
        <w:br/>
        <w:t>f 35233/35380/33585 35228/35376/32724 35229/35375/33582</w:t>
        <w:br/>
        <w:t>f 35233/35380/33585 35236/35382/33586 35234/35384/33588</w:t>
        <w:br/>
        <w:t>f 35232/35381/32708 35233/35380/33585 35234/35384/33588</w:t>
        <w:br/>
        <w:t>f 35257/35405/33609 35256/35403/33607 35285/35432/33635</w:t>
        <w:br/>
        <w:t>f 35284/35433/33636 35258/35408/33612 35266/35414/33618</w:t>
        <w:br/>
        <w:t>f 35261/35409/33613 35259/35407/33611 35260/35406/33610</w:t>
        <w:br/>
        <w:t>f 35239/35385/33589 35283/35431/33634 35238/35386/33590</w:t>
        <w:br/>
        <w:t>f 34285/35435/33638 34284/35436/33639 34283/35437/33640</w:t>
        <w:br/>
        <w:t>f 34286/35438/33641 34285/35435/33638 34283/35437/33640</w:t>
        <w:br/>
        <w:t>f 34290/35439/33642 34289/35440/33643 34288/35441/33644</w:t>
        <w:br/>
        <w:t>f 34287/35442/33645 34290/35439/33642 34288/35441/33644</w:t>
        <w:br/>
        <w:t>f 34294/35443/33646 34293/35444/33647 34292/35445/33648</w:t>
        <w:br/>
        <w:t>f 34291/35446/33649 34294/35443/33646 34292/35445/33648</w:t>
        <w:br/>
        <w:t>f 34296/35447/33650 34285/35435/33638 34286/35438/33641</w:t>
        <w:br/>
        <w:t>f 34295/35448/33651 34296/35447/33650 34286/35438/33641</w:t>
        <w:br/>
        <w:t>f 34288/35441/33644 34289/35440/33643 34298/35449/33652</w:t>
        <w:br/>
        <w:t>f 34297/35450/33653 34288/35441/33644 34298/35449/33652</w:t>
        <w:br/>
        <w:t>f 34301/35451/33654 34300/35452/33655 34299/35453/33656</w:t>
        <w:br/>
        <w:t>f 34305/35454/33657 34304/35455/33658 34303/35456/33659</w:t>
        <w:br/>
        <w:t>f 34302/35457/33660 34305/35454/33657 34303/35456/33659</w:t>
        <w:br/>
        <w:t>f 34307/35458/33661 34305/35454/33657 34302/35457/33660</w:t>
        <w:br/>
        <w:t>f 34306/35459/33662 34307/35458/33661 34302/35457/33660</w:t>
        <w:br/>
        <w:t>f 34308/35460/33663 34300/35452/33655 34305/35454/33657</w:t>
        <w:br/>
        <w:t>f 34307/35458/33661 34308/35460/33663 34305/35454/33657</w:t>
        <w:br/>
        <w:t>f 34311/35461/33664 34310/35462/33665 34309/35463/33666</w:t>
        <w:br/>
        <w:t>f 34310/35462/33665 34312/35464/33667 34299/35453/33656</w:t>
        <w:br/>
        <w:t>f 34304/35455/33658 34305/35454/33657 34300/35452/33655</w:t>
        <w:br/>
        <w:t>f 34301/35451/33654 34304/35455/33658 34300/35452/33655</w:t>
        <w:br/>
        <w:t>f 34311/35461/33664 34313/35465/33668 34312/35464/33667</w:t>
        <w:br/>
        <w:t>f 34310/35462/33665 34311/35461/33664 34312/35464/33667</w:t>
        <w:br/>
        <w:t>f 34302/35457/33660 34288/35441/33644 34297/35450/33653</w:t>
        <w:br/>
        <w:t>f 34306/35459/33662 34302/35457/33660 34297/35450/33653</w:t>
        <w:br/>
        <w:t>f 34287/35442/33645 34288/35441/33644 34302/35457/33660</w:t>
        <w:br/>
        <w:t>f 34303/35456/33659 34287/35442/33645 34302/35457/33660</w:t>
        <w:br/>
        <w:t>f 34309/35463/33666 34310/35462/33665 34300/35452/33655</w:t>
        <w:br/>
        <w:t>f 34308/35460/33663 34309/35463/33666 34300/35452/33655</w:t>
        <w:br/>
        <w:t>f 34317/35466/33669 34316/35467/33670 34315/35468/33671</w:t>
        <w:br/>
        <w:t>f 34314/35469/33672 34317/35466/33669 34315/35468/33671</w:t>
        <w:br/>
        <w:t>f 34321/35470/33673 34320/35471/33674 34319/35472/33675</w:t>
        <w:br/>
        <w:t>f 34318/35473/33676 34321/35470/33673 34319/35472/33675</w:t>
        <w:br/>
        <w:t>f 34324/35474/33677 34323/35475/33678 34322/35476/33679</w:t>
        <w:br/>
        <w:t>f 34325/35477/33680 34324/35474/33677 34322/35476/33679</w:t>
        <w:br/>
        <w:t>f 34328/35478/33681 34327/35479/33682 34326/35480/33683</w:t>
        <w:br/>
        <w:t>f 34329/35481/33684 34328/35478/33681 34326/35480/33683</w:t>
        <w:br/>
        <w:t>f 34332/35482/33685 34331/35483/33686 34330/35484/33687</w:t>
        <w:br/>
        <w:t>f 34333/35485/33688 34332/35482/33685 34330/35484/33687</w:t>
        <w:br/>
        <w:t>f 34336/35486/33689 34335/35487/33690 34334/35488/33691</w:t>
        <w:br/>
        <w:t>f 34337/35489/33692 34336/35486/33689 34334/35488/33691</w:t>
        <w:br/>
        <w:t>f 34340/35490/33693 34339/35491/33694 34338/35492/33695</w:t>
        <w:br/>
        <w:t>f 34341/35493/33696 34340/35490/33693 34338/35492/33695</w:t>
        <w:br/>
        <w:t>f 34344/35494/33697 34343/35495/33698 34342/35496/33699</w:t>
        <w:br/>
        <w:t>f 34348/35497/33700 34347/35498/33701 34346/35499/33702</w:t>
        <w:br/>
        <w:t>f 34345/35500/33703 34348/35497/33700 34346/35499/33702</w:t>
        <w:br/>
        <w:t>f 34345/35500/33703 34346/35499/33702 34350/35501/33704</w:t>
        <w:br/>
        <w:t>f 34349/35502/33705 34345/35500/33703 34350/35501/33704</w:t>
        <w:br/>
        <w:t>f 34353/35503/33706 34352/35504/33707 34351/35505/33708</w:t>
        <w:br/>
        <w:t>f 34354/35506/33709 34353/35503/33706 34351/35505/33708</w:t>
        <w:br/>
        <w:t>f 34358/35507/33710 34357/35508/33711 34356/35509/33712</w:t>
        <w:br/>
        <w:t>f 34355/35510/33713 34358/35507/33710 34356/35509/33712</w:t>
        <w:br/>
        <w:t>f 34341/35493/33696 34338/35492/33695 34347/35498/33701</w:t>
        <w:br/>
        <w:t>f 34348/35497/33700 34341/35493/33696 34347/35498/33701</w:t>
        <w:br/>
        <w:t>f 34362/35511/33714 34361/35512/33715 34360/35513/33716</w:t>
        <w:br/>
        <w:t>f 34359/35514/33717 34362/35511/33714 34360/35513/33716</w:t>
        <w:br/>
        <w:t>f 34365/35515/33718 34364/35516/33719 34363/35517/33720</w:t>
        <w:br/>
        <w:t>f 34366/35518/33721 34365/35515/33718 34363/35517/33720</w:t>
        <w:br/>
        <w:t>f 34370/35519/33722 34369/35520/33723 34368/35521/33724</w:t>
        <w:br/>
        <w:t>f 34367/35522/33725 34370/35519/33722 34368/35521/33724</w:t>
        <w:br/>
        <w:t>f 34374/35523/33726 34373/35524/33727 34372/35525/33728</w:t>
        <w:br/>
        <w:t>f 34371/35526/33729 34374/35523/33726 34372/35525/33728</w:t>
        <w:br/>
        <w:t>f 34378/35527/33730 34377/35528/33731 34376/35529/33732</w:t>
        <w:br/>
        <w:t>f 34375/35530/33733 34378/35527/33730 34376/35529/33732</w:t>
        <w:br/>
        <w:t>f 34382/35531/33734 34381/35532/33735 34380/35533/33736</w:t>
        <w:br/>
        <w:t>f 34379/35534/33737 34382/35531/33734 34380/35533/33736</w:t>
        <w:br/>
        <w:t>f 34384/35535/33738 34378/35527/33730 34375/35530/33733</w:t>
        <w:br/>
        <w:t>f 34383/35536/33739 34384/35535/33738 34375/35530/33733</w:t>
        <w:br/>
        <w:t>f 34382/35531/33734 34379/35534/33737 34369/35520/33723</w:t>
        <w:br/>
        <w:t>f 34370/35519/33722 34382/35531/33734 34369/35520/33723</w:t>
        <w:br/>
        <w:t>f 34386/35537/33740 34384/35535/33738 34383/35536/33739</w:t>
        <w:br/>
        <w:t>f 34385/35538/33741 34386/35537/33740 34383/35536/33739</w:t>
        <w:br/>
        <w:t>f 34390/35539/33742 34389/35540/33743 34388/35541/33744</w:t>
        <w:br/>
        <w:t>f 34387/35542/33745 34390/35539/33742 34388/35541/33744</w:t>
        <w:br/>
        <w:t>f 34373/35524/33727 34374/35523/33726 34367/35522/33725</w:t>
        <w:br/>
        <w:t>f 34368/35521/33724 34373/35524/33727 34367/35522/33725</w:t>
        <w:br/>
        <w:t>f 34371/35526/33729 34372/35525/33728 34387/35542/33745</w:t>
        <w:br/>
        <w:t>f 34388/35541/33744 34371/35526/33729 34387/35542/33745</w:t>
        <w:br/>
        <w:t>f 34393/35543/33746 34392/35544/33747 34391/35545/33748</w:t>
        <w:br/>
        <w:t>f 34394/35546/33749 34393/35543/33746 34391/35545/33748</w:t>
        <w:br/>
        <w:t>f 34398/35547/33750 34397/35548/33751 34396/35549/33752</w:t>
        <w:br/>
        <w:t>f 34395/35550/33753 34398/35547/33750 34396/35549/33752</w:t>
        <w:br/>
        <w:t>f 34402/35551/33754 34401/35552/33755 34400/35553/33756</w:t>
        <w:br/>
        <w:t>f 34399/35554/33757 34402/35551/33754 34400/35553/33756</w:t>
        <w:br/>
        <w:t>f 34404/35555/33758 34292/35445/33648 34293/35444/33647</w:t>
        <w:br/>
        <w:t>f 34403/35556/33759 34404/35555/33758 34293/35444/33647</w:t>
        <w:br/>
        <w:t>f 34400/35553/33756 34397/35548/33751 34406/35557/33760</w:t>
        <w:br/>
        <w:t>f 34405/35558/33761 34400/35553/33756 34406/35557/33760</w:t>
        <w:br/>
        <w:t>f 34410/35559/33762 34409/35560/33763 34408/35561/33764</w:t>
        <w:br/>
        <w:t>f 34407/35562/33765 34410/35559/33762 34408/35561/33764</w:t>
        <w:br/>
        <w:t>f 34413/35563/33766 34412/35564/33767 34411/35565/33768</w:t>
        <w:br/>
        <w:t>f 34414/35566/33769 34413/35563/33766 34411/35565/33768</w:t>
        <w:br/>
        <w:t>f 34285/35435/33638 34416/35567/33770 34415/35568/33771</w:t>
        <w:br/>
        <w:t>f 34284/35436/33639 34285/35435/33638 34415/35568/33771</w:t>
        <w:br/>
        <w:t>f 34418/35569/33772 34417/35570/33773 34392/35544/33747</w:t>
        <w:br/>
        <w:t>f 34393/35543/33746 34418/35569/33772 34392/35544/33747</w:t>
        <w:br/>
        <w:t>f 34303/35456/33659 34419/35571/33774 34398/35547/33750</w:t>
        <w:br/>
        <w:t>f 34287/35442/33645 34303/35456/33659 34398/35547/33750</w:t>
        <w:br/>
        <w:t>f 34422/35572/33775 34421/35573/33776 34420/35574/33777</w:t>
        <w:br/>
        <w:t>f 34410/35559/33762 34422/35572/33775 34420/35574/33777</w:t>
        <w:br/>
        <w:t>f 34424/35575/33778 34423/35576/33779 34408/35561/33764</w:t>
        <w:br/>
        <w:t>f 34409/35560/33763 34424/35575/33778 34408/35561/33764</w:t>
        <w:br/>
        <w:t>f 34415/35568/33771 34425/35577/33780 34421/35573/33776</w:t>
        <w:br/>
        <w:t>f 34422/35572/33775 34415/35568/33771 34421/35573/33776</w:t>
        <w:br/>
        <w:t>f 34409/35560/33763 34427/35578/33781 34426/35579/33782</w:t>
        <w:br/>
        <w:t>f 34424/35575/33778 34409/35560/33763 34426/35579/33782</w:t>
        <w:br/>
        <w:t>f 34428/35580/33783 34425/35577/33780 34403/35556/33759</w:t>
        <w:br/>
        <w:t>f 34293/35444/33647 34428/35580/33783 34403/35556/33759</w:t>
        <w:br/>
        <w:t>f 34430/35581/33784 34429/35582/33785 34412/35564/33767</w:t>
        <w:br/>
        <w:t>f 34413/35563/33766 34430/35581/33784 34412/35564/33767</w:t>
        <w:br/>
        <w:t>f 34417/35570/33773 34423/35576/33779 34424/35575/33778</w:t>
        <w:br/>
        <w:t>f 34392/35544/33747 34417/35570/33773 34424/35575/33778</w:t>
        <w:br/>
        <w:t>f 34434/35583/33786 34433/35584/33787 34432/35585/33788</w:t>
        <w:br/>
        <w:t>f 34431/35586/33789 34434/35583/33786 34432/35585/33788</w:t>
        <w:br/>
        <w:t>f 34432/35585/33788 34436/35587/33790 34435/35588/33791</w:t>
        <w:br/>
        <w:t>f 34437/35589/33792 34432/35585/33788 34435/35588/33791</w:t>
        <w:br/>
        <w:t>f 34440/35590/33793 34439/35591/33794 34428/35580/33783</w:t>
        <w:br/>
        <w:t>f 34438/35592/33795 34440/35590/33793 34428/35580/33783</w:t>
        <w:br/>
        <w:t>f 34416/35567/33770 34403/35556/33759 34425/35577/33780</w:t>
        <w:br/>
        <w:t>f 34415/35568/33771 34416/35567/33770 34425/35577/33780</w:t>
        <w:br/>
        <w:t>f 34411/35565/33768 34427/35578/33781 34420/35574/33777</w:t>
        <w:br/>
        <w:t>f 34441/35593/33796 34411/35565/33768 34420/35574/33777</w:t>
        <w:br/>
        <w:t>f 34304/35455/33658 34442/35594/33797 34419/35571/33774</w:t>
        <w:br/>
        <w:t>f 34303/35456/33659 34304/35455/33658 34419/35571/33774</w:t>
        <w:br/>
        <w:t>f 34443/35595/33798 34404/35555/33758 34403/35556/33759</w:t>
        <w:br/>
        <w:t>f 34416/35567/33770 34443/35595/33798 34403/35556/33759</w:t>
        <w:br/>
        <w:t>f 34420/35574/33777 34427/35578/33781 34409/35560/33763</w:t>
        <w:br/>
        <w:t>f 34410/35559/33762 34420/35574/33777 34409/35560/33763</w:t>
        <w:br/>
        <w:t>f 34284/35436/33639 34415/35568/33771 34422/35572/33775</w:t>
        <w:br/>
        <w:t>f 34444/35596/33799 34284/35436/33639 34422/35572/33775</w:t>
        <w:br/>
        <w:t>f 34394/35546/33749 34391/35545/33748 34429/35582/33785</w:t>
        <w:br/>
        <w:t>f 34445/35597/33800 34394/35546/33749 34429/35582/33785</w:t>
        <w:br/>
        <w:t>f 34293/35444/33647 34294/35443/33646 34438/35592/33795</w:t>
        <w:br/>
        <w:t>f 34428/35580/33783 34293/35444/33647 34438/35592/33795</w:t>
        <w:br/>
        <w:t>f 34448/35598/33801 34447/35599/33802 34446/35600/33803</w:t>
        <w:br/>
        <w:t>f 34442/35594/33797 34448/35598/33801 34446/35600/33803</w:t>
        <w:br/>
        <w:t>f 34452/35601/33804 34451/35602/33805 34450/35603/33806</w:t>
        <w:br/>
        <w:t>f 34449/35604/33807 34452/35601/33804 34450/35603/33806</w:t>
        <w:br/>
        <w:t>f 34442/35594/33797 34304/35455/33658 34301/35451/33654</w:t>
        <w:br/>
        <w:t>f 34448/35598/33801 34442/35594/33797 34301/35451/33654</w:t>
        <w:br/>
        <w:t>f 34454/35605/33808 34453/35606/33809 34449/35604/33807</w:t>
        <w:br/>
        <w:t>f 34450/35603/33806 34454/35605/33808 34449/35604/33807</w:t>
        <w:br/>
        <w:t>f 34313/35465/33668 34454/35605/33808 34450/35603/33806</w:t>
        <w:br/>
        <w:t>f 34312/35464/33667 34313/35465/33668 34450/35603/33806</w:t>
        <w:br/>
        <w:t>f 34456/35607/33810 34449/35604/33807 34453/35606/33809</w:t>
        <w:br/>
        <w:t>f 34455/35608/33811 34456/35607/33810 34453/35606/33809</w:t>
        <w:br/>
        <w:t>f 34414/35566/33769 34411/35565/33768 34441/35593/33796</w:t>
        <w:br/>
        <w:t>f 34457/35609/33812 34414/35566/33769 34441/35593/33796</w:t>
        <w:br/>
        <w:t>f 34441/35593/33796 34420/35574/33777 34421/35573/33776</w:t>
        <w:br/>
        <w:t>f 34439/35591/33794 34441/35593/33796 34421/35573/33776</w:t>
        <w:br/>
        <w:t>f 34391/35545/33748 34392/35544/33747 34424/35575/33778</w:t>
        <w:br/>
        <w:t>f 34426/35579/33782 34391/35545/33748 34424/35575/33778</w:t>
        <w:br/>
        <w:t>f 34458/35610/33813 34394/35546/33749 34445/35597/33800</w:t>
        <w:br/>
        <w:t>f 34431/35586/33789 34458/35610/33813 34445/35597/33800</w:t>
        <w:br/>
        <w:t>f 34442/35594/33797 34446/35600/33803 34406/35557/33760</w:t>
        <w:br/>
        <w:t>f 34419/35571/33774 34442/35594/33797 34406/35557/33760</w:t>
        <w:br/>
        <w:t>f 34431/35586/33789 34445/35597/33800 34459/35611/33814</w:t>
        <w:br/>
        <w:t>f 34434/35583/33786 34431/35586/33789 34459/35611/33814</w:t>
        <w:br/>
        <w:t>f 34405/35558/33761 34406/35557/33760 34446/35600/33803</w:t>
        <w:br/>
        <w:t>f 34460/35612/33815 34405/35558/33761 34446/35600/33803</w:t>
        <w:br/>
        <w:t>f 34457/35609/33812 34441/35593/33796 34439/35591/33794</w:t>
        <w:br/>
        <w:t>f 34440/35590/33793 34457/35609/33812 34439/35591/33794</w:t>
        <w:br/>
        <w:t>f 34439/35591/33794 34421/35573/33776 34425/35577/33780</w:t>
        <w:br/>
        <w:t>f 34428/35580/33783 34439/35591/33794 34425/35577/33780</w:t>
        <w:br/>
        <w:t>f 34329/35481/33684 34326/35480/33683 34461/35613/33816</w:t>
        <w:br/>
        <w:t>f 34462/35614/33817 34329/35481/33684 34461/35613/33816</w:t>
        <w:br/>
        <w:t>f 34312/35464/33667 34450/35603/33806 34451/35602/33805</w:t>
        <w:br/>
        <w:t>f 34299/35453/33656 34312/35464/33667 34451/35602/33805</w:t>
        <w:br/>
        <w:t>f 34463/35615/33818 34452/35601/33804 34449/35604/33807</w:t>
        <w:br/>
        <w:t>f 34456/35607/33810 34463/35615/33818 34449/35604/33807</w:t>
        <w:br/>
        <w:t>f 34345/35500/33703 34364/35516/33719 34365/35515/33718</w:t>
        <w:br/>
        <w:t>f 34348/35497/33700 34345/35500/33703 34365/35515/33718</w:t>
        <w:br/>
        <w:t>f 34467/35616/33819 34466/35617/33820 34465/35618/33821</w:t>
        <w:br/>
        <w:t>f 34464/35619/33822 34467/35616/33819 34465/35618/33821</w:t>
        <w:br/>
        <w:t>f 34469/35620/33823 34316/35467/33670 34317/35466/33669</w:t>
        <w:br/>
        <w:t>f 34468/35621/33824 34469/35620/33823 34317/35466/33669</w:t>
        <w:br/>
        <w:t>f 34473/35622/33825 34472/35623/33826 34471/35624/33827</w:t>
        <w:br/>
        <w:t>f 34470/35625/33828 34473/35622/33825 34471/35624/33827</w:t>
        <w:br/>
        <w:t>f 34476/35626/33829 34475/35627/33830 34474/35628/33831</w:t>
        <w:br/>
        <w:t>f 34399/35554/33757 34476/35626/33829 34474/35628/33831</w:t>
        <w:br/>
        <w:t>f 34479/35629/33832 34478/35630/33833 34477/35631/33834</w:t>
        <w:br/>
        <w:t>f 34480/35632/33835 34479/35629/33832 34477/35631/33834</w:t>
        <w:br/>
        <w:t>f 34325/35477/33680 34322/35476/33679 34482/35633/33836</w:t>
        <w:br/>
        <w:t>f 34481/35634/33837 34325/35477/33680 34482/35633/33836</w:t>
        <w:br/>
        <w:t>f 34484/35635/33838 34483/35636/33839 34433/35584/33787</w:t>
        <w:br/>
        <w:t>f 34434/35583/33786 34484/35635/33838 34433/35584/33787</w:t>
        <w:br/>
        <w:t>f 34488/35637/33840 34487/35638/33841 34486/35639/33842</w:t>
        <w:br/>
        <w:t>f 34485/35640/33843 34488/35637/33840 34486/35639/33842</w:t>
        <w:br/>
        <w:t>f 34492/35641/33844 34491/35642/33845 34490/35643/33846</w:t>
        <w:br/>
        <w:t>f 34489/35644/33847 34492/35641/33844 34490/35643/33846</w:t>
        <w:br/>
        <w:t>f 34491/35642/33845 34492/35641/33844 34470/35625/33828</w:t>
        <w:br/>
        <w:t>f 34471/35624/33827 34491/35642/33845 34470/35625/33828</w:t>
        <w:br/>
        <w:t>f 34493/35645/33848 34366/35518/33721 34481/35634/33837</w:t>
        <w:br/>
        <w:t>f 34482/35633/33836 34493/35645/33848 34481/35634/33837</w:t>
        <w:br/>
        <w:t>f 34430/35581/33784 34495/35646/33849 34494/35647/33850</w:t>
        <w:br/>
        <w:t>f 34459/35611/33814 34430/35581/33784 34494/35647/33850</w:t>
        <w:br/>
        <w:t>f 34457/35609/33812 34480/35632/33835 34332/35482/33685</w:t>
        <w:br/>
        <w:t>f 34414/35566/33769 34457/35609/33812 34332/35482/33685</w:t>
        <w:br/>
        <w:t>f 34496/35648/33851 34319/35472/33675 34320/35471/33674</w:t>
        <w:br/>
        <w:t>f 34497/35649/33852 34496/35648/33851 34320/35471/33674</w:t>
        <w:br/>
        <w:t>f 34499/35650/33853 34498/35651/33854 34349/35502/33705</w:t>
        <w:br/>
        <w:t>f 34350/35501/33704 34499/35650/33853 34349/35502/33705</w:t>
        <w:br/>
        <w:t>f 34294/35443/33646 34501/35652/33855 34500/35653/33856</w:t>
        <w:br/>
        <w:t>f 34438/35592/33795 34294/35443/33646 34500/35653/33856</w:t>
        <w:br/>
        <w:t>f 34349/35502/33705 34344/35494/33697 34364/35516/33719</w:t>
        <w:br/>
        <w:t>f 34345/35500/33703 34349/35502/33705 34364/35516/33719</w:t>
        <w:br/>
        <w:t>f 34505/35654/33857 34504/35655/33858 34503/35656/33859</w:t>
        <w:br/>
        <w:t>f 34502/35657/33860 34505/35654/33857 34503/35656/33859</w:t>
        <w:br/>
        <w:t>f 34469/35620/33823 34507/35658/33861 34506/35659/33862</w:t>
        <w:br/>
        <w:t>f 34316/35467/33670 34469/35620/33823 34506/35659/33862</w:t>
        <w:br/>
        <w:t>f 34492/35641/33844 34489/35644/33847 34508/35660/33863</w:t>
        <w:br/>
        <w:t>f 34509/35661/33864 34492/35641/33844 34508/35660/33863</w:t>
        <w:br/>
        <w:t>f 34513/35662/33865 34512/35663/33866 34511/35664/33867</w:t>
        <w:br/>
        <w:t>f 34510/35665/33868 34513/35662/33865 34511/35664/33867</w:t>
        <w:br/>
        <w:t>f 34515/35666/33869 34514/35667/33870 34462/35614/33817</w:t>
        <w:br/>
        <w:t>f 34461/35613/33816 34515/35666/33869 34462/35614/33817</w:t>
        <w:br/>
        <w:t>f 34503/35656/33859 34518/35668/33871 34517/35669/33872</w:t>
        <w:br/>
        <w:t>f 34516/35670/33873 34503/35656/33859 34517/35669/33872</w:t>
        <w:br/>
        <w:t>f 34522/35671/33874 34521/35672/33875 34520/35673/33876</w:t>
        <w:br/>
        <w:t>f 34519/35674/33877 34522/35671/33874 34520/35673/33876</w:t>
        <w:br/>
        <w:t>f 34524/35675/33878 34523/35676/33879 34516/35670/33873</w:t>
        <w:br/>
        <w:t>f 34517/35669/33872 34524/35675/33878 34516/35670/33873</w:t>
        <w:br/>
        <w:t>f 34527/35677/33880 34526/35678/33881 34352/35504/33707</w:t>
        <w:br/>
        <w:t>f 34525/35679/33882 34527/35677/33880 34352/35504/33707</w:t>
        <w:br/>
        <w:t>f 34518/35668/33871 34503/35656/33859 34504/35655/33858</w:t>
        <w:br/>
        <w:t>f 34528/35680/33883 34518/35668/33871 34504/35655/33858</w:t>
        <w:br/>
        <w:t>f 34531/35681/33884 34530/35682/33885 34529/35683/33886</w:t>
        <w:br/>
        <w:t>f 34532/35684/33887 34531/35681/33884 34529/35683/33886</w:t>
        <w:br/>
        <w:t>f 34535/35685/33888 34534/35686/33889 34533/35687/33890</w:t>
        <w:br/>
        <w:t>f 34536/35688/33891 34535/35685/33888 34533/35687/33890</w:t>
        <w:br/>
        <w:t>f 34540/35689/33892 34539/35690/33893 34538/35691/33894</w:t>
        <w:br/>
        <w:t>f 34537/35692/33895 34540/35689/33892 34538/35691/33894</w:t>
        <w:br/>
        <w:t>f 34479/35629/33832 34440/35590/33793 34438/35592/33795</w:t>
        <w:br/>
        <w:t>f 34500/35653/33856 34479/35629/33832 34438/35592/33795</w:t>
        <w:br/>
        <w:t>f 34541/35693/33896 34407/35562/33765 34408/35561/33764</w:t>
        <w:br/>
        <w:t>f 34502/35657/33860 34543/35694/33897 34542/35695/33898</w:t>
        <w:br/>
        <w:t>f 34505/35654/33857 34502/35657/33860 34542/35695/33898</w:t>
        <w:br/>
        <w:t>f 34545/35696/33899 34321/35470/33673 34358/35507/33710</w:t>
        <w:br/>
        <w:t>f 34544/35697/33900 34545/35696/33899 34358/35507/33710</w:t>
        <w:br/>
        <w:t>f 34547/35698/33901 34532/35684/33887 34529/35683/33886</w:t>
        <w:br/>
        <w:t>f 34546/35699/33902 34547/35698/33901 34529/35683/33886</w:t>
        <w:br/>
        <w:t>f 34534/35686/33889 34473/35622/33825 34470/35625/33828</w:t>
        <w:br/>
        <w:t>f 34533/35687/33890 34534/35686/33889 34470/35625/33828</w:t>
        <w:br/>
        <w:t>f 34405/35558/33761 34476/35626/33829 34399/35554/33757</w:t>
        <w:br/>
        <w:t>f 34400/35553/33756 34405/35558/33761 34399/35554/33757</w:t>
        <w:br/>
        <w:t>f 34550/35700/33903 34549/35701/33904 34548/35702/33905</w:t>
        <w:br/>
        <w:t>f 34485/35640/33843 34550/35700/33903 34548/35702/33905</w:t>
        <w:br/>
        <w:t>f 34552/35703/33906 34551/35704/33907 34524/35675/33878</w:t>
        <w:br/>
        <w:t>f 34517/35669/33872 34552/35703/33906 34524/35675/33878</w:t>
        <w:br/>
        <w:t>f 34484/35635/33838 34553/35705/33908 34530/35682/33885</w:t>
        <w:br/>
        <w:t>f 34531/35681/33884 34484/35635/33838 34530/35682/33885</w:t>
        <w:br/>
        <w:t>f 34463/35615/33818 34456/35607/33810 34528/35680/33883</w:t>
        <w:br/>
        <w:t>f 34504/35655/33858 34463/35615/33818 34528/35680/33883</w:t>
        <w:br/>
        <w:t>f 34478/35630/33833 34479/35629/33832 34500/35653/33856</w:t>
        <w:br/>
        <w:t>f 34554/35706/33909 34478/35630/33833 34500/35653/33856</w:t>
        <w:br/>
        <w:t>f 34555/35707/33910 34528/35680/33883 34456/35607/33810</w:t>
        <w:br/>
        <w:t>f 34455/35608/33811 34555/35707/33910 34456/35607/33810</w:t>
        <w:br/>
        <w:t>f 34434/35583/33786 34459/35611/33814 34553/35705/33908</w:t>
        <w:br/>
        <w:t>f 34484/35635/33838 34434/35583/33786 34553/35705/33908</w:t>
        <w:br/>
        <w:t>f 34558/35708/33911 34557/35709/33912 34556/35710/33913</w:t>
        <w:br/>
        <w:t>f 34559/35711/33914 34558/35708/33911 34556/35710/33913</w:t>
        <w:br/>
        <w:t>f 34543/35694/33897 34475/35627/33830 34476/35626/33829</w:t>
        <w:br/>
        <w:t>f 34542/35695/33898 34543/35694/33897 34476/35626/33829</w:t>
        <w:br/>
        <w:t>f 34461/35613/33816 34561/35712/33915 34560/35713/33916</w:t>
        <w:br/>
        <w:t>f 34515/35666/33869 34461/35613/33816 34560/35713/33916</w:t>
        <w:br/>
        <w:t>f 34563/35714/33917 34562/35715/33918 34413/35563/33766</w:t>
        <w:br/>
        <w:t>f 34414/35566/33769 34563/35714/33917 34413/35563/33766</w:t>
        <w:br/>
        <w:t>f 34566/35716/33919 34565/35717/33920 34564/35718/33921</w:t>
        <w:br/>
        <w:t>f 34526/35678/33881 34567/35719/33922 34352/35504/33707</w:t>
        <w:br/>
        <w:t>f 34568/35720/33923 34550/35700/33903 34485/35640/33843</w:t>
        <w:br/>
        <w:t>f 34486/35639/33842 34568/35720/33923 34485/35640/33843</w:t>
        <w:br/>
        <w:t>f 34358/35507/33710 34321/35470/33673 34318/35473/33676</w:t>
        <w:br/>
        <w:t>f 34357/35508/33711 34358/35507/33710 34318/35473/33676</w:t>
        <w:br/>
        <w:t>f 34543/35694/33897 34502/35657/33860 34569/35721/33924</w:t>
        <w:br/>
        <w:t>f 34520/35673/33876 34543/35694/33897 34569/35721/33924</w:t>
        <w:br/>
        <w:t>f 34460/35612/33815 34570/35722/33925 34505/35654/33857</w:t>
        <w:br/>
        <w:t>f 34542/35695/33898 34460/35612/33815 34505/35654/33857</w:t>
        <w:br/>
        <w:t>f 34571/35723/33926 34324/35474/33677 34325/35477/33680</w:t>
        <w:br/>
        <w:t>f 34572/35724/33927 34571/35723/33926 34325/35477/33680</w:t>
        <w:br/>
        <w:t>f 34341/35493/33696 34348/35497/33700 34365/35515/33718</w:t>
        <w:br/>
        <w:t>f 34573/35725/33928 34341/35493/33696 34365/35515/33718</w:t>
        <w:br/>
        <w:t>f 34575/35726/33929 34574/35727/33930 34532/35684/33887</w:t>
        <w:br/>
        <w:t>f 34547/35698/33901 34575/35726/33929 34532/35684/33887</w:t>
        <w:br/>
        <w:t>f 34570/35722/33925 34463/35615/33818 34504/35655/33858</w:t>
        <w:br/>
        <w:t>f 34505/35654/33857 34570/35722/33925 34504/35655/33858</w:t>
        <w:br/>
        <w:t>f 34539/35690/33893 34575/35726/33929 34547/35698/33901</w:t>
        <w:br/>
        <w:t>f 34538/35691/33894 34539/35690/33893 34547/35698/33901</w:t>
        <w:br/>
        <w:t>f 34575/35726/33929 34577/35728/33931 34576/35729/33932</w:t>
        <w:br/>
        <w:t>f 34574/35727/33930 34575/35726/33929 34576/35729/33932</w:t>
        <w:br/>
        <w:t>f 34580/35730/33933 34579/35731/33934 34578/35732/33935</w:t>
        <w:br/>
        <w:t>f 34581/35733/33936 34580/35730/33933 34578/35732/33935</w:t>
        <w:br/>
        <w:t>f 34353/35503/33706 34334/35488/33691 34335/35487/33690</w:t>
        <w:br/>
        <w:t>f 34582/35734/33937 34353/35503/33706 34335/35487/33690</w:t>
        <w:br/>
        <w:t>f 34583/35735/33938 34465/35618/33821 34466/35617/33820</w:t>
        <w:br/>
        <w:t>f 34584/35736/33939 34583/35735/33938 34466/35617/33820</w:t>
        <w:br/>
        <w:t>f 34476/35626/33829 34405/35558/33761 34460/35612/33815</w:t>
        <w:br/>
        <w:t>f 34542/35695/33898 34476/35626/33829 34460/35612/33815</w:t>
        <w:br/>
        <w:t>f 34316/35467/33670 34506/35659/33862 34585/35737/33940</w:t>
        <w:br/>
        <w:t>f 34315/35468/33671 34316/35467/33670 34585/35737/33940</w:t>
        <w:br/>
        <w:t>f 34587/35738/33941 34586/35739/33942 34337/35489/33692</w:t>
        <w:br/>
        <w:t>f 34334/35488/33691 34587/35738/33941 34337/35489/33692</w:t>
        <w:br/>
        <w:t>f 34553/35705/33908 34588/35740/33943 34535/35685/33888</w:t>
        <w:br/>
        <w:t>f 34530/35682/33885 34553/35705/33908 34535/35685/33888</w:t>
        <w:br/>
        <w:t>f 34322/35476/33679 34506/35659/33862 34507/35658/33861</w:t>
        <w:br/>
        <w:t>f 34482/35633/33836 34322/35476/33679 34507/35658/33861</w:t>
        <w:br/>
        <w:t>f 34490/35643/33846 34567/35719/33922 34526/35678/33881</w:t>
        <w:br/>
        <w:t>f 34489/35644/33847 34490/35643/33846 34526/35678/33881</w:t>
        <w:br/>
        <w:t>f 34483/35636/33839 34484/35635/33838 34531/35681/33884</w:t>
        <w:br/>
        <w:t>f 34589/35741/33944 34483/35636/33839 34531/35681/33884</w:t>
        <w:br/>
        <w:t>f 34546/35699/33902 34529/35683/33886 34536/35688/33891</w:t>
        <w:br/>
        <w:t>f 34590/35742/33945 34546/35699/33902 34536/35688/33891</w:t>
        <w:br/>
        <w:t>f 34495/35646/33849 34430/35581/33784 34413/35563/33766</w:t>
        <w:br/>
        <w:t>f 34562/35715/33918 34495/35646/33849 34413/35563/33766</w:t>
        <w:br/>
        <w:t>f 34592/35743/33946 34591/35744/33947 34472/35623/33826</w:t>
        <w:br/>
        <w:t>f 34473/35622/33825 34592/35743/33946 34472/35623/33826</w:t>
        <w:br/>
        <w:t>f 34340/35490/33693 34594/35745/33948 34593/35746/33949</w:t>
        <w:br/>
        <w:t>f 34355/35510/33713 34340/35490/33693 34593/35746/33949</w:t>
        <w:br/>
        <w:t>f 34501/35652/33855 34294/35443/33646 34291/35446/33649</w:t>
        <w:br/>
        <w:t>f 34595/35747/33950 34501/35652/33855 34291/35446/33649</w:t>
        <w:br/>
        <w:t>f 34399/35554/33757 34474/35628/33831 34596/35748/33951</w:t>
        <w:br/>
        <w:t>f 34402/35551/33754 34399/35554/33757 34596/35748/33951</w:t>
        <w:br/>
        <w:t>f 34480/35632/33835 34457/35609/33812 34440/35590/33793</w:t>
        <w:br/>
        <w:t>f 34479/35629/33832 34480/35632/33835 34440/35590/33793</w:t>
        <w:br/>
        <w:t>f 34598/35749/33952 34583/35735/33938 34584/35736/33939</w:t>
        <w:br/>
        <w:t>f 34597/35750/33953 34598/35749/33952 34584/35736/33939</w:t>
        <w:br/>
        <w:t>f 34482/35633/33836 34507/35658/33861 34599/35751/33954</w:t>
        <w:br/>
        <w:t>f 34493/35645/33848 34482/35633/33836 34599/35751/33954</w:t>
        <w:br/>
        <w:t>f 34520/35673/33876 34521/35672/33875 34475/35627/33830</w:t>
        <w:br/>
        <w:t>f 34543/35694/33897 34520/35673/33876 34475/35627/33830</w:t>
        <w:br/>
        <w:t>f 34581/35733/33936 34511/35664/33867 34512/35663/33866</w:t>
        <w:br/>
        <w:t>f 34580/35730/33933 34581/35733/33936 34512/35663/33866</w:t>
        <w:br/>
        <w:t>f 34510/35665/33868 34601/35752/33955 34600/35753/33956</w:t>
        <w:br/>
        <w:t>f 34513/35662/33865 34510/35665/33868 34600/35753/33956</w:t>
        <w:br/>
        <w:t>f 34595/35747/33950 34603/35754/33957 34602/35755/33958</w:t>
        <w:br/>
        <w:t>f 34501/35652/33855 34595/35747/33950 34602/35755/33958</w:t>
        <w:br/>
        <w:t>f 34464/35619/33822 34554/35706/33909 34602/35755/33958</w:t>
        <w:br/>
        <w:t>f 34604/35756/33959 34464/35619/33822 34602/35755/33958</w:t>
        <w:br/>
        <w:t>f 34605/35757/33960 34580/35730/33933 34512/35663/33866</w:t>
        <w:br/>
        <w:t>f 34314/35469/33672 34605/35757/33960 34512/35663/33866</w:t>
        <w:br/>
        <w:t>f 34601/35752/33955 34607/35758/33961 34606/35759/33962</w:t>
        <w:br/>
        <w:t>f 34600/35753/33956 34601/35752/33955 34606/35759/33962</w:t>
        <w:br/>
        <w:t>f 34501/35652/33855 34602/35755/33958 34554/35706/33909</w:t>
        <w:br/>
        <w:t>f 34500/35653/33856 34501/35652/33855 34554/35706/33909</w:t>
        <w:br/>
        <w:t>f 34317/35466/33669 34513/35662/33865 34600/35753/33956</w:t>
        <w:br/>
        <w:t>f 34468/35621/33824 34317/35466/33669 34600/35753/33956</w:t>
        <w:br/>
        <w:t>f 34607/35758/33961 34609/35760/33963 34608/35761/33964</w:t>
        <w:br/>
        <w:t>f 34606/35759/33962 34607/35758/33961 34608/35761/33964</w:t>
        <w:br/>
        <w:t>f 34513/35662/33865 34317/35466/33669 34314/35469/33672</w:t>
        <w:br/>
        <w:t>f 34512/35663/33866 34513/35662/33865 34314/35469/33672</w:t>
        <w:br/>
        <w:t>f 34610/35762/33965 34283/35437/33640 34284/35436/33639</w:t>
        <w:br/>
        <w:t>f 34444/35596/33799 34610/35762/33965 34284/35436/33639</w:t>
        <w:br/>
        <w:t>f 34465/35618/33821 34478/35630/33833 34554/35706/33909</w:t>
        <w:br/>
        <w:t>f 34464/35619/33822 34465/35618/33821 34554/35706/33909</w:t>
        <w:br/>
        <w:t>f 34339/35491/33694 34340/35490/33693 34355/35510/33713</w:t>
        <w:br/>
        <w:t>f 34356/35509/33712 34339/35491/33694 34355/35510/33713</w:t>
        <w:br/>
        <w:t>f 34522/35671/33874 34612/35763/33966 34611/35764/33967</w:t>
        <w:br/>
        <w:t>f 34559/35711/33914 34522/35671/33874 34611/35764/33967</w:t>
        <w:br/>
        <w:t>f 34597/35750/33953 34614/35765/33968 34613/35766/33969</w:t>
        <w:br/>
        <w:t>f 34598/35749/33952 34597/35750/33953 34613/35766/33969</w:t>
        <w:br/>
        <w:t>f 34559/35711/33914 34556/35710/33913 34521/35672/33875</w:t>
        <w:br/>
        <w:t>f 34522/35671/33874 34559/35711/33914 34521/35672/33875</w:t>
        <w:br/>
        <w:t>f 34616/35767/33970 34370/35519/33722 34367/35522/33725</w:t>
        <w:br/>
        <w:t>f 34615/35768/33971 34616/35767/33970 34367/35522/33725</w:t>
        <w:br/>
        <w:t>f 34615/35768/33971 34367/35522/33725 34374/35523/33726</w:t>
        <w:br/>
        <w:t>f 34617/35769/33972 34615/35768/33971 34374/35523/33726</w:t>
        <w:br/>
        <w:t>f 34617/35769/33972 34374/35523/33726 34371/35526/33729</w:t>
        <w:br/>
        <w:t>f 34618/35770/33973 34617/35769/33972 34371/35526/33729</w:t>
        <w:br/>
        <w:t>f 34620/35771/33974 34519/35674/33877 34619/35772/33975</w:t>
        <w:br/>
        <w:t>f 34621/35773/33976 34620/35771/33974 34619/35772/33975</w:t>
        <w:br/>
        <w:t>f 34623/35774/33977 34622/35775/33978 34607/35758/33961</w:t>
        <w:br/>
        <w:t>f 34601/35752/33955 34623/35774/33977 34607/35758/33961</w:t>
        <w:br/>
        <w:t>f 34389/35540/33743 34625/35776/33979 34624/35777/33980</w:t>
        <w:br/>
        <w:t>f 34388/35541/33744 34389/35540/33743 34624/35777/33980</w:t>
        <w:br/>
        <w:t>f 34629/35778/33981 34628/35779/33982 34627/35780/33983</w:t>
        <w:br/>
        <w:t>f 34626/35781/33984 34629/35778/33981 34627/35780/33983</w:t>
        <w:br/>
        <w:t>f 34624/35777/33980 34625/35776/33979 34631/35782/33985</w:t>
        <w:br/>
        <w:t>f 34630/35783/33986 34624/35777/33980 34631/35782/33985</w:t>
        <w:br/>
        <w:t>f 34626/35781/33984 34633/35784/33987 34632/35785/33988</w:t>
        <w:br/>
        <w:t>f 34385/35538/33741 34626/35781/33984 34632/35785/33988</w:t>
        <w:br/>
        <w:t>f 34634/35786/33989 34615/35768/33971 34617/35769/33972</w:t>
        <w:br/>
        <w:t>f 34623/35774/33977 34634/35786/33989 34617/35769/33972</w:t>
        <w:br/>
        <w:t>f 34628/35779/33982 34636/35787/33990 34635/35788/33991</w:t>
        <w:br/>
        <w:t>f 34627/35780/33983 34628/35779/33982 34635/35788/33991</w:t>
        <w:br/>
        <w:t>f 34601/35752/33955 34510/35665/33868 34634/35786/33989</w:t>
        <w:br/>
        <w:t>f 34623/35774/33977 34601/35752/33955 34634/35786/33989</w:t>
        <w:br/>
        <w:t>f 34636/35787/33990 34376/35529/33732 34637/35789/33992</w:t>
        <w:br/>
        <w:t>f 34635/35788/33991 34636/35787/33990 34637/35789/33992</w:t>
        <w:br/>
        <w:t>f 34370/35519/33722 34616/35767/33970 34638/35790/33993</w:t>
        <w:br/>
        <w:t>f 34382/35531/33734 34370/35519/33722 34638/35790/33993</w:t>
        <w:br/>
        <w:t>f 34626/35781/33984 34627/35780/33983 34639/35791/33994</w:t>
        <w:br/>
        <w:t>f 34640/35792/33995 34626/35781/33984 34639/35791/33994</w:t>
        <w:br/>
        <w:t>f 34388/35541/33744 34624/35777/33980 34618/35770/33973</w:t>
        <w:br/>
        <w:t>f 34371/35526/33729 34388/35541/33744 34618/35770/33973</w:t>
        <w:br/>
        <w:t>f 34621/35773/33976 34639/35791/33994 34627/35780/33983</w:t>
        <w:br/>
        <w:t>f 34635/35788/33991 34621/35773/33976 34627/35780/33983</w:t>
        <w:br/>
        <w:t>f 34612/35763/33966 34522/35671/33874 34519/35674/33877</w:t>
        <w:br/>
        <w:t>f 34620/35771/33974 34612/35763/33966 34519/35674/33877</w:t>
        <w:br/>
        <w:t>f 34637/35789/33992 34620/35771/33974 34621/35773/33976</w:t>
        <w:br/>
        <w:t>f 34635/35788/33991 34637/35789/33992 34621/35773/33976</w:t>
        <w:br/>
        <w:t>f 34633/35784/33987 34626/35781/33984 34640/35792/33995</w:t>
        <w:br/>
        <w:t>f 34641/35793/33996 34633/35784/33987 34640/35792/33995</w:t>
        <w:br/>
        <w:t>f 34630/35783/33986 34631/35782/33985 34642/35794/33997</w:t>
        <w:br/>
        <w:t>f 34609/35760/33963 34630/35783/33986 34642/35794/33997</w:t>
        <w:br/>
        <w:t>f 34645/35795/33998 34644/35796/33999 34643/35797/34000</w:t>
        <w:br/>
        <w:t>f 34646/35798/34001 34645/35795/33998 34643/35797/34000</w:t>
        <w:br/>
        <w:t>f 34646/35798/34001 34611/35764/33967 34612/35763/33966</w:t>
        <w:br/>
        <w:t>f 34645/35795/33998 34646/35798/34001 34612/35763/33966</w:t>
        <w:br/>
        <w:t>f 34382/35531/33734 34638/35790/33993 34647/35799/34002</w:t>
        <w:br/>
        <w:t>f 34381/35532/33735 34382/35531/33734 34647/35799/34002</w:t>
        <w:br/>
        <w:t>f 34616/35767/33970 34649/35800/34003 34648/35801/34004</w:t>
        <w:br/>
        <w:t>f 34638/35790/33993 34616/35767/33970 34648/35801/34004</w:t>
        <w:br/>
        <w:t>f 34646/35798/34001 34643/35797/34000 34651/35802/34005</w:t>
        <w:br/>
        <w:t>f 34650/35803/34006 34646/35798/34001 34651/35802/34005</w:t>
        <w:br/>
        <w:t>f 34650/35803/34006 34652/35804/34007 34611/35764/33967</w:t>
        <w:br/>
        <w:t>f 34646/35798/34001 34650/35803/34006 34611/35764/33967</w:t>
        <w:br/>
        <w:t>f 34618/35770/33973 34622/35775/33978 34623/35774/33977</w:t>
        <w:br/>
        <w:t>f 34617/35769/33972 34618/35770/33973 34623/35774/33977</w:t>
        <w:br/>
        <w:t>f 34645/35795/33998 34612/35763/33966 34620/35771/33974</w:t>
        <w:br/>
        <w:t>f 34637/35789/33992 34645/35795/33998 34620/35771/33974</w:t>
        <w:br/>
        <w:t>f 34524/35675/33878 34640/35792/33995 34639/35791/33994</w:t>
        <w:br/>
        <w:t>f 34523/35676/33879 34524/35675/33878 34639/35791/33994</w:t>
        <w:br/>
        <w:t>f 34652/35804/34007 34653/35805/34008 34578/35732/33935</w:t>
        <w:br/>
        <w:t>f 34558/35708/33911 34652/35804/34007 34578/35732/33935</w:t>
        <w:br/>
        <w:t>f 34551/35704/33907 34641/35793/33996 34640/35792/33995</w:t>
        <w:br/>
        <w:t>f 34524/35675/33878 34551/35704/33907 34640/35792/33995</w:t>
        <w:br/>
        <w:t>f 34510/35665/33868 34511/35664/33867 34649/35800/34003</w:t>
        <w:br/>
        <w:t>f 34634/35786/33989 34510/35665/33868 34649/35800/34003</w:t>
        <w:br/>
        <w:t>f 34648/35801/34004 34649/35800/34003 34511/35664/33867</w:t>
        <w:br/>
        <w:t>f 34581/35733/33936 34648/35801/34004 34511/35664/33867</w:t>
        <w:br/>
        <w:t>f 34376/35529/33732 34644/35796/33999 34645/35795/33998</w:t>
        <w:br/>
        <w:t>f 34637/35789/33992 34376/35529/33732 34645/35795/33998</w:t>
        <w:br/>
        <w:t>f 34649/35800/34003 34616/35767/33970 34615/35768/33971</w:t>
        <w:br/>
        <w:t>f 34634/35786/33989 34649/35800/34003 34615/35768/33971</w:t>
        <w:br/>
        <w:t>f 34559/35711/33914 34611/35764/33967 34652/35804/34007</w:t>
        <w:br/>
        <w:t>f 34558/35708/33911 34559/35711/33914 34652/35804/34007</w:t>
        <w:br/>
        <w:t>f 34574/35727/33930 34576/35729/33932 34654/35806/34009</w:t>
        <w:br/>
        <w:t>f 34589/35741/33944 34574/35727/33930 34654/35806/34009</w:t>
        <w:br/>
        <w:t>f 34393/35543/33746 34656/35807/34010 34655/35808/34011</w:t>
        <w:br/>
        <w:t>f 34418/35569/33772 34393/35543/33746 34655/35808/34011</w:t>
        <w:br/>
        <w:t>f 34659/35809/34012 34658/35810/34013 34657/35811/34014</w:t>
        <w:br/>
        <w:t>f 34459/35611/33814 34494/35647/33850 34588/35740/33943</w:t>
        <w:br/>
        <w:t>f 34553/35705/33908 34459/35611/33814 34588/35740/33943</w:t>
        <w:br/>
        <w:t>f 34327/35479/33682 34661/35812/34015 34660/35813/34016</w:t>
        <w:br/>
        <w:t>f 34326/35480/33683 34327/35479/33682 34660/35813/34016</w:t>
        <w:br/>
        <w:t>f 34523/35676/33879 34639/35791/33994 34621/35773/33976</w:t>
        <w:br/>
        <w:t>f 34619/35772/33975 34523/35676/33879 34621/35773/33976</w:t>
        <w:br/>
        <w:t>f 34662/35814/32896 34386/35537/33740 34385/35538/33741</w:t>
        <w:br/>
        <w:t>f 34632/35785/33988 34662/35814/32896 34385/35538/33741</w:t>
        <w:br/>
        <w:t>f 34287/35442/33645 34398/35547/33750 34395/35550/33753</w:t>
        <w:br/>
        <w:t>f 34290/35439/33642 34287/35442/33645 34395/35550/33753</w:t>
        <w:br/>
        <w:t>f 34295/35448/33651 34298/35449/33652 34289/35440/33643</w:t>
        <w:br/>
        <w:t>f 34296/35447/33650 34295/35448/33651 34289/35440/33643</w:t>
        <w:br/>
        <w:t>f 34443/35595/33798 34296/35447/33650 34289/35440/33643</w:t>
        <w:br/>
        <w:t>f 34290/35439/33642 34443/35595/33798 34289/35440/33643</w:t>
        <w:br/>
        <w:t>f 34292/35445/33648 34404/35555/33758 34395/35550/33753</w:t>
        <w:br/>
        <w:t>f 34396/35549/33752 34292/35445/33648 34395/35550/33753</w:t>
        <w:br/>
        <w:t>f 34396/35549/33752 34401/35552/33755 34291/35446/33649</w:t>
        <w:br/>
        <w:t>f 34292/35445/33648 34396/35549/33752 34291/35446/33649</w:t>
        <w:br/>
        <w:t>f 34404/35555/33758 34443/35595/33798 34290/35439/33642</w:t>
        <w:br/>
        <w:t>f 34395/35550/33753 34404/35555/33758 34290/35439/33642</w:t>
        <w:br/>
        <w:t>f 34557/35709/33912 34558/35708/33911 34578/35732/33935</w:t>
        <w:br/>
        <w:t>f 34579/35731/33934 34557/35709/33912 34578/35732/33935</w:t>
        <w:br/>
        <w:t>f 34595/35747/33950 34291/35446/33649 34401/35552/33755</w:t>
        <w:br/>
        <w:t>f 34402/35551/33754 34595/35747/33950 34401/35552/33755</w:t>
        <w:br/>
        <w:t>f 34603/35754/33957 34595/35747/33950 34402/35551/33754</w:t>
        <w:br/>
        <w:t>f 34596/35748/33951 34603/35754/33957 34402/35551/33754</w:t>
        <w:br/>
        <w:t>f 34596/35748/33951 34557/35709/33912 34579/35731/33934</w:t>
        <w:br/>
        <w:t>f 34603/35754/33957 34596/35748/33951 34579/35731/33934</w:t>
        <w:br/>
        <w:t>f 34664/35815/34017 34663/35816/34018 34541/35693/33896</w:t>
        <w:br/>
        <w:t>f 34653/35805/34008 34652/35804/34007 34650/35803/34006</w:t>
        <w:br/>
        <w:t>f 34647/35799/34002 34653/35805/34008 34650/35803/34006</w:t>
        <w:br/>
        <w:t>f 34647/35799/34002 34650/35803/34006 34651/35802/34005</w:t>
        <w:br/>
        <w:t>f 34381/35532/33735 34647/35799/34002 34651/35802/34005</w:t>
        <w:br/>
        <w:t>f 34380/35533/33736 34381/35532/33735 34651/35802/34005</w:t>
        <w:br/>
        <w:t>f 34665/35817/34019 34380/35533/33736 34651/35802/34005</w:t>
        <w:br/>
        <w:t>f 34416/35567/33770 34285/35435/33638 34296/35447/33650</w:t>
        <w:br/>
        <w:t>f 34443/35595/33798 34416/35567/33770 34296/35447/33650</w:t>
        <w:br/>
        <w:t>f 34603/35754/33957 34579/35731/33934 34604/35756/33959</w:t>
        <w:br/>
        <w:t>f 34602/35755/33958 34603/35754/33957 34604/35756/33959</w:t>
        <w:br/>
        <w:t>f 34666/35818/34020 34599/35751/33954 34507/35658/33861</w:t>
        <w:br/>
        <w:t>f 34469/35620/33823 34666/35818/34020 34507/35658/33861</w:t>
        <w:br/>
        <w:t>f 34668/35819/34021 34667/35820/34022 34643/35797/34000</w:t>
        <w:br/>
        <w:t>f 34669/35821/34023 34668/35819/34021 34643/35797/34000</w:t>
        <w:br/>
        <w:t>f 34300/35452/33655 34310/35462/33665 34299/35453/33656</w:t>
        <w:br/>
        <w:t>f 34605/35757/33960 34467/35616/33819 34464/35619/33822</w:t>
        <w:br/>
        <w:t>f 34604/35756/33959 34605/35757/33960 34464/35619/33822</w:t>
        <w:br/>
        <w:t>f 34656/35807/34010 34393/35543/33746 34394/35546/33749</w:t>
        <w:br/>
        <w:t>f 34458/35610/33813 34656/35807/34010 34394/35546/33749</w:t>
        <w:br/>
        <w:t>f 34377/35528/33731 34670/35822/34024 34644/35796/33999</w:t>
        <w:br/>
        <w:t>f 34376/35529/33732 34377/35528/33731 34644/35796/33999</w:t>
        <w:br/>
        <w:t>f 34397/35548/33751 34398/35547/33750 34419/35571/33774</w:t>
        <w:br/>
        <w:t>f 34406/35557/33760 34397/35548/33751 34419/35571/33774</w:t>
        <w:br/>
        <w:t>f 34429/35582/33785 34391/35545/33748 34426/35579/33782</w:t>
        <w:br/>
        <w:t>f 34412/35564/33767 34429/35582/33785 34426/35579/33782</w:t>
        <w:br/>
        <w:t>f 34401/35552/33755 34396/35549/33752 34397/35548/33751</w:t>
        <w:br/>
        <w:t>f 34400/35553/33756 34401/35552/33755 34397/35548/33751</w:t>
        <w:br/>
        <w:t>f 34299/35453/33656 34451/35602/33805 34448/35598/33801</w:t>
        <w:br/>
        <w:t>f 34301/35451/33654 34299/35453/33656 34448/35598/33801</w:t>
        <w:br/>
        <w:t>f 34570/35722/33925 34447/35599/33802 34452/35601/33804</w:t>
        <w:br/>
        <w:t>f 34463/35615/33818 34570/35722/33925 34452/35601/33804</w:t>
        <w:br/>
        <w:t>f 34451/35602/33805 34452/35601/33804 34447/35599/33802</w:t>
        <w:br/>
        <w:t>f 34448/35598/33801 34451/35602/33805 34447/35599/33802</w:t>
        <w:br/>
        <w:t>f 34460/35612/33815 34446/35600/33803 34447/35599/33802</w:t>
        <w:br/>
        <w:t>f 34570/35722/33925 34460/35612/33815 34447/35599/33802</w:t>
        <w:br/>
        <w:t>f 34556/35710/33913 34474/35628/33831 34475/35627/33830</w:t>
        <w:br/>
        <w:t>f 34521/35672/33875 34556/35710/33913 34475/35627/33830</w:t>
        <w:br/>
        <w:t>f 34598/35749/33952 34331/35483/33686 34477/35631/33834</w:t>
        <w:br/>
        <w:t>f 34583/35735/33938 34598/35749/33952 34477/35631/33834</w:t>
        <w:br/>
        <w:t>f 34614/35765/33968 34597/35750/33953 34324/35474/33677</w:t>
        <w:br/>
        <w:t>f 34571/35723/33926 34614/35765/33968 34324/35474/33677</w:t>
        <w:br/>
        <w:t>f 34533/35687/33890 34470/35625/33828 34492/35641/33844</w:t>
        <w:br/>
        <w:t>f 34509/35661/33864 34533/35687/33890 34492/35641/33844</w:t>
        <w:br/>
        <w:t>f 34546/35699/33902 34671/35823/34025 34538/35691/33894</w:t>
        <w:br/>
        <w:t>f 34547/35698/33901 34546/35699/33902 34538/35691/33894</w:t>
        <w:br/>
        <w:t>f 34344/35494/33697 34342/35496/33699 34363/35517/33720</w:t>
        <w:br/>
        <w:t>f 34364/35516/33719 34344/35494/33697 34363/35517/33720</w:t>
        <w:br/>
        <w:t>f 34528/35680/33883 34555/35707/33910 34672/35824/34026</w:t>
        <w:br/>
        <w:t>f 34518/35668/33871 34528/35680/33883 34672/35824/34026</w:t>
        <w:br/>
        <w:t>f 34331/35483/33686 34332/35482/33685 34480/35632/33835</w:t>
        <w:br/>
        <w:t>f 34477/35631/33834 34331/35483/33686 34480/35632/33835</w:t>
        <w:br/>
        <w:t>f 34537/35692/33895 34538/35691/33894 34671/35823/34025</w:t>
        <w:br/>
        <w:t>f 34673/35825/34027 34537/35692/33895 34671/35823/34025</w:t>
        <w:br/>
        <w:t>f 34590/35742/33945 34674/35826/34028 34671/35823/34025</w:t>
        <w:br/>
        <w:t>f 34546/35699/33902 34590/35742/33945 34671/35823/34025</w:t>
        <w:br/>
        <w:t>f 34678/35827/34029 34677/35828/34030 34676/35829/34031</w:t>
        <w:br/>
        <w:t>f 34675/35830/34032 34678/35827/34029 34676/35829/34031</w:t>
        <w:br/>
        <w:t>f 34673/35825/34027 34671/35823/34025 34674/35826/34028</w:t>
        <w:br/>
        <w:t>f 34343/35495/33698 34673/35825/34027 34674/35826/34028</w:t>
        <w:br/>
        <w:t>f 34355/35510/33713 34593/35746/33949 34544/35697/33900</w:t>
        <w:br/>
        <w:t>f 34358/35507/33710 34355/35510/33713 34544/35697/33900</w:t>
        <w:br/>
        <w:t>f 34653/35805/34008 34648/35801/34004 34581/35733/33936</w:t>
        <w:br/>
        <w:t>f 34578/35732/33935 34653/35805/34008 34581/35733/33936</w:t>
        <w:br/>
        <w:t>f 34532/35684/33887 34574/35727/33930 34589/35741/33944</w:t>
        <w:br/>
        <w:t>f 34531/35681/33884 34532/35684/33887 34589/35741/33944</w:t>
        <w:br/>
        <w:t>f 34608/35761/33964 34681/35831/34033 34680/35832/34034</w:t>
        <w:br/>
        <w:t>f 34679/35833/34035 34608/35761/33964 34680/35832/34034</w:t>
        <w:br/>
        <w:t>f 34552/35703/33906 34517/35669/33872 34518/35668/33871</w:t>
        <w:br/>
        <w:t>f 34672/35824/34026 34552/35703/33906 34518/35668/33871</w:t>
        <w:br/>
        <w:t>f 34609/35760/33963 34642/35794/33997 34681/35831/34033</w:t>
        <w:br/>
        <w:t>f 34608/35761/33964 34609/35760/33963 34681/35831/34033</w:t>
        <w:br/>
        <w:t>f 34624/35777/33980 34630/35783/33986 34622/35775/33978</w:t>
        <w:br/>
        <w:t>f 34618/35770/33973 34624/35777/33980 34622/35775/33978</w:t>
        <w:br/>
        <w:t>f 34638/35790/33993 34648/35801/34004 34653/35805/34008</w:t>
        <w:br/>
        <w:t>f 34647/35799/34002 34638/35790/33993 34653/35805/34008</w:t>
        <w:br/>
        <w:t>f 34622/35775/33978 34630/35783/33986 34609/35760/33963</w:t>
        <w:br/>
        <w:t>f 34607/35758/33961 34622/35775/33978 34609/35760/33963</w:t>
        <w:br/>
        <w:t>f 34557/35709/33912 34596/35748/33951 34474/35628/33831</w:t>
        <w:br/>
        <w:t>f 34556/35710/33913 34557/35709/33912 34474/35628/33831</w:t>
        <w:br/>
        <w:t>f 34669/35821/34023 34643/35797/34000 34644/35796/33999</w:t>
        <w:br/>
        <w:t>f 34670/35822/34024 34669/35821/34023 34644/35796/33999</w:t>
        <w:br/>
        <w:t>f 34427/35578/33781 34411/35565/33768 34412/35564/33767</w:t>
        <w:br/>
        <w:t>f 34426/35579/33782 34427/35578/33781 34412/35564/33767</w:t>
        <w:br/>
        <w:t>f 34550/35700/33903 34568/35720/33923 34683/35834/34036</w:t>
        <w:br/>
        <w:t>f 34682/35835/34037 34550/35700/33903 34683/35834/34036</w:t>
        <w:br/>
        <w:t>f 34684/35836/34038 34592/35743/33946 34473/35622/33825</w:t>
        <w:br/>
        <w:t>f 34534/35686/33889 34684/35836/34038 34473/35622/33825</w:t>
        <w:br/>
        <w:t>f 34334/35488/33691 34353/35503/33706 34354/35506/33709</w:t>
        <w:br/>
        <w:t>f 34587/35738/33941 34334/35488/33691 34354/35506/33709</w:t>
        <w:br/>
        <w:t>f 34687/35837/34039 34686/35838/34040 34685/35839/34041</w:t>
        <w:br/>
        <w:t>f 34688/35840/34042 34687/35837/34039 34685/35839/34041</w:t>
        <w:br/>
        <w:t>f 34691/35841/34043 34690/35842/34044 34657/35811/34014</w:t>
        <w:br/>
        <w:t>f 34689/35843/34045 34691/35841/34043 34657/35811/34014</w:t>
        <w:br/>
        <w:t>f 34685/35839/34041 34686/35838/34040 34693/35844/34046</w:t>
        <w:br/>
        <w:t>f 34692/35845/34046 34685/35839/34041 34693/35844/34046</w:t>
        <w:br/>
        <w:t>f 34697/35846/34047 34696/35847/34048 34695/35848/34049</w:t>
        <w:br/>
        <w:t>f 34694/35849/34049 34697/35846/34047 34695/35848/34049</w:t>
        <w:br/>
        <w:t>f 34699/35850/34050 34687/35837/34039 34688/35840/34042</w:t>
        <w:br/>
        <w:t>f 34698/35851/34050 34699/35850/34050 34688/35840/34042</w:t>
        <w:br/>
        <w:t>f 34702/35852/34051 34701/35853/34051 34700/35854/34052</w:t>
        <w:br/>
        <w:t>f 34703/35855/34052 34702/35852/34051 34700/35854/34052</w:t>
        <w:br/>
        <w:t>f 34694/35849/34049 34695/35848/34049 34701/35853/34051</w:t>
        <w:br/>
        <w:t>f 34702/35852/34051 34694/35849/34049 34701/35853/34051</w:t>
        <w:br/>
        <w:t>f 34696/35847/34048 34697/35846/34047 34704/35856/34053</w:t>
        <w:br/>
        <w:t>f 34706/35857/34054 34705/35858/34055 34657/35811/34014</w:t>
        <w:br/>
        <w:t>f 34423/35576/33779 34657/35811/34014 34690/35842/34044</w:t>
        <w:br/>
        <w:t>f 34408/35561/33764 34423/35576/33779 34690/35842/34044</w:t>
        <w:br/>
        <w:t>f 34658/35810/34013 34707/35859/34056 34657/35811/34014</w:t>
        <w:br/>
        <w:t>f 34664/35815/34017 34541/35693/33896 34690/35842/34044</w:t>
        <w:br/>
        <w:t>f 34691/35841/34043 34664/35815/34017 34690/35842/34044</w:t>
        <w:br/>
        <w:t>f 34663/35816/34018 34708/35860/34057 34541/35693/33896</w:t>
        <w:br/>
        <w:t>f 34407/35562/33765 34541/35693/33896 34708/35860/34057</w:t>
        <w:br/>
        <w:t>f 34705/35858/34055 34659/35809/34012 34657/35811/34014</w:t>
        <w:br/>
        <w:t>f 34710/35861/34058 34709/35862/34058 34692/35845/34046</w:t>
        <w:br/>
        <w:t>f 34693/35844/34046 34710/35861/34058 34692/35845/34046</w:t>
        <w:br/>
        <w:t>f 34583/35735/33938 34477/35631/33834 34478/35630/33833</w:t>
        <w:br/>
        <w:t>f 34465/35618/33821 34583/35735/33938 34478/35630/33833</w:t>
        <w:br/>
        <w:t>f 34467/35616/33819 34605/35757/33960 34314/35469/33672</w:t>
        <w:br/>
        <w:t>f 34315/35468/33671 34467/35616/33819 34314/35469/33672</w:t>
        <w:br/>
        <w:t>f 34466/35617/33820 34467/35616/33819 34315/35468/33671</w:t>
        <w:br/>
        <w:t>f 34585/35737/33940 34466/35617/33820 34315/35468/33671</w:t>
        <w:br/>
        <w:t>f 34585/35737/33940 34323/35475/33678 34584/35736/33939</w:t>
        <w:br/>
        <w:t>f 34466/35617/33820 34585/35737/33940 34584/35736/33939</w:t>
        <w:br/>
        <w:t>f 34597/35750/33953 34584/35736/33939 34323/35475/33678</w:t>
        <w:br/>
        <w:t>f 34324/35474/33677 34597/35750/33953 34323/35475/33678</w:t>
        <w:br/>
        <w:t>f 34327/35479/33682 34328/35478/33681 34336/35486/33689</w:t>
        <w:br/>
        <w:t>f 34337/35489/33692 34327/35479/33682 34336/35486/33689</w:t>
        <w:br/>
        <w:t>f 34506/35659/33862 34322/35476/33679 34323/35475/33678</w:t>
        <w:br/>
        <w:t>f 34585/35737/33940 34506/35659/33862 34323/35475/33678</w:t>
        <w:br/>
        <w:t>f 34569/35721/33924 34516/35670/33873 34523/35676/33879</w:t>
        <w:br/>
        <w:t>f 34619/35772/33975 34569/35721/33924 34523/35676/33879</w:t>
        <w:br/>
        <w:t>f 34516/35670/33873 34569/35721/33924 34502/35657/33860</w:t>
        <w:br/>
        <w:t>f 34503/35656/33859 34516/35670/33873 34502/35657/33860</w:t>
        <w:br/>
        <w:t>f 34619/35772/33975 34519/35674/33877 34520/35673/33876</w:t>
        <w:br/>
        <w:t>f 34569/35721/33924 34619/35772/33975 34520/35673/33876</w:t>
        <w:br/>
        <w:t>f 34327/35479/33682 34337/35489/33692 34586/35739/33942</w:t>
        <w:br/>
        <w:t>f 34661/35812/34015 34327/35479/33682 34586/35739/33942</w:t>
        <w:br/>
        <w:t>f 34326/35480/33683 34660/35813/34016 34561/35712/33915</w:t>
        <w:br/>
        <w:t>f 34461/35613/33816 34326/35480/33683 34561/35712/33915</w:t>
        <w:br/>
        <w:t>f 34331/35483/33686 34598/35749/33952 34613/35766/33969</w:t>
        <w:br/>
        <w:t>f 34330/35484/33687 34331/35483/33686 34613/35766/33969</w:t>
        <w:br/>
        <w:t>f 34604/35756/33959 34579/35731/33934 34580/35730/33933</w:t>
        <w:br/>
        <w:t>f 34605/35757/33960 34604/35756/33959 34580/35730/33933</w:t>
        <w:br/>
        <w:t>f 34606/35759/33962 34608/35761/33964 34679/35833/34035</w:t>
        <w:br/>
        <w:t>f 34711/35863/34059 34606/35759/33962 34679/35833/34035</w:t>
        <w:br/>
        <w:t>f 34600/35753/33956 34606/35759/33962 34711/35863/34059</w:t>
        <w:br/>
        <w:t>f 34468/35621/33824 34600/35753/33956 34711/35863/34059</w:t>
        <w:br/>
        <w:t>f 34573/35725/33928 34594/35745/33948 34340/35490/33693</w:t>
        <w:br/>
        <w:t>f 34341/35493/33696 34573/35725/33928 34340/35490/33693</w:t>
        <w:br/>
        <w:t>f 34488/35637/33840 34712/35864/34060 34514/35667/33870</w:t>
        <w:br/>
        <w:t>f 34515/35666/33869 34488/35637/33840 34514/35667/33870</w:t>
        <w:br/>
        <w:t>f 34683/35834/34036 34591/35744/33947 34592/35743/33946</w:t>
        <w:br/>
        <w:t>f 34682/35835/34037 34683/35834/34036 34592/35743/33946</w:t>
        <w:br/>
        <w:t>f 34536/35688/33891 34533/35687/33890 34509/35661/33864</w:t>
        <w:br/>
        <w:t>f 34590/35742/33945 34536/35688/33891 34509/35661/33864</w:t>
        <w:br/>
        <w:t>f 34590/35742/33945 34509/35661/33864 34508/35660/33863</w:t>
        <w:br/>
        <w:t>f 34674/35826/34028 34590/35742/33945 34508/35660/33863</w:t>
        <w:br/>
        <w:t>f 34508/35660/33863 34527/35677/33880 34343/35495/33698</w:t>
        <w:br/>
        <w:t>f 34674/35826/34028 34508/35660/33863 34343/35495/33698</w:t>
        <w:br/>
        <w:t>f 34530/35682/33885 34535/35685/33888 34536/35688/33891</w:t>
        <w:br/>
        <w:t>f 34529/35683/33886 34530/35682/33885 34536/35688/33891</w:t>
        <w:br/>
        <w:t>f 34320/35471/33674 34321/35470/33673 34713/35865/34061</w:t>
        <w:br/>
        <w:t>f 34564/35718/33921 34320/35471/33674 34713/35865/34061</w:t>
        <w:br/>
        <w:t>f 34445/35597/33800 34429/35582/33785 34430/35581/33784</w:t>
        <w:br/>
        <w:t>f 34459/35611/33814 34445/35597/33800 34430/35581/33784</w:t>
        <w:br/>
        <w:t>f 34549/35701/33904 34550/35700/33903 34682/35835/34037</w:t>
        <w:br/>
        <w:t>f 34714/35866/34062 34549/35701/33904 34682/35835/34037</w:t>
        <w:br/>
        <w:t>f 34682/35835/34037 34592/35743/33946 34684/35836/34038</w:t>
        <w:br/>
        <w:t>f 34714/35866/34062 34682/35835/34037 34684/35836/34038</w:t>
        <w:br/>
        <w:t>f 34715/35867/34063 34577/35728/33931 34575/35726/33929</w:t>
        <w:br/>
        <w:t>f 34539/35690/33893 34715/35867/34063 34575/35726/33929</w:t>
        <w:br/>
        <w:t>f 34716/35868/34064 34468/35621/33824 34565/35717/33920</w:t>
        <w:br/>
        <w:t>f 34423/35576/33779 34706/35857/34054 34657/35811/34014</w:t>
        <w:br/>
        <w:t>f 34717/35869/34065 34715/35867/34063 34539/35690/33893</w:t>
        <w:br/>
        <w:t>f 34540/35689/33892 34717/35869/34065 34539/35690/33893</w:t>
        <w:br/>
        <w:t>f 34677/35828/34030 34678/35827/34029 34359/35514/33717</w:t>
        <w:br/>
        <w:t>f 34360/35513/33716 34677/35828/34030 34359/35514/33717</w:t>
        <w:br/>
        <w:t>f 34589/35741/33944 34654/35806/34009 34718/35870/34066</w:t>
        <w:br/>
        <w:t>f 34483/35636/33839 34589/35741/33944 34718/35870/34066</w:t>
        <w:br/>
        <w:t>f 34483/35636/33839 34718/35870/34066 34719/35871/34067</w:t>
        <w:br/>
        <w:t>f 34433/35584/33787 34483/35636/33839 34719/35871/34067</w:t>
        <w:br/>
        <w:t>f 34458/35610/33813 34437/35589/33792 34720/35872/34068</w:t>
        <w:br/>
        <w:t>f 34656/35807/34010 34458/35610/33813 34720/35872/34068</w:t>
        <w:br/>
        <w:t>f 34722/35873/34069 34720/35872/34068 34721/35874/34070</w:t>
        <w:br/>
        <w:t>f 34656/35807/34010 34720/35872/34068 34722/35873/34069</w:t>
        <w:br/>
        <w:t>f 34655/35808/34011 34656/35807/34010 34722/35873/34069</w:t>
        <w:br/>
        <w:t>f 34437/35589/33792 34435/35588/33791 34721/35874/34070</w:t>
        <w:br/>
        <w:t>f 34720/35872/34068 34437/35589/33792 34721/35874/34070</w:t>
        <w:br/>
        <w:t>f 34431/35586/33789 34432/35585/33788 34437/35589/33792</w:t>
        <w:br/>
        <w:t>f 34458/35610/33813 34431/35586/33789 34437/35589/33792</w:t>
        <w:br/>
        <w:t>f 34436/35587/33790 34432/35585/33788 34433/35584/33787</w:t>
        <w:br/>
        <w:t>f 34719/35871/34067 34436/35587/33790 34433/35584/33787</w:t>
        <w:br/>
        <w:t>f 34493/35645/33848 34599/35751/33954 34594/35745/33948</w:t>
        <w:br/>
        <w:t>f 34573/35725/33928 34493/35645/33848 34594/35745/33948</w:t>
        <w:br/>
        <w:t>f 34544/35697/33900 34593/35746/33949 34666/35818/34020</w:t>
        <w:br/>
        <w:t>f 34716/35868/34064 34544/35697/33900 34666/35818/34020</w:t>
        <w:br/>
        <w:t>f 34342/35496/33699 34343/35495/33698 34527/35677/33880</w:t>
        <w:br/>
        <w:t>f 34525/35679/33882 34363/35517/33720 34342/35496/33699</w:t>
        <w:br/>
        <w:t>f 34527/35677/33880 34525/35679/33882 34342/35496/33699</w:t>
        <w:br/>
        <w:t>f 34366/35518/33721 34493/35645/33848 34573/35725/33928</w:t>
        <w:br/>
        <w:t>f 34365/35515/33718 34366/35518/33721 34573/35725/33928</w:t>
        <w:br/>
        <w:t>f 34366/35518/33721 34363/35517/33720 34723/35875/34071</w:t>
        <w:br/>
        <w:t>f 34481/35634/33837 34366/35518/33721 34723/35875/34071</w:t>
        <w:br/>
        <w:t>f 34593/35746/33949 34594/35745/33948 34599/35751/33954</w:t>
        <w:br/>
        <w:t>f 34666/35818/34020 34593/35746/33949 34599/35751/33954</w:t>
        <w:br/>
        <w:t>f 34566/35716/33919 34545/35696/33899 34544/35697/33900</w:t>
        <w:br/>
        <w:t>f 34716/35868/34064 34566/35716/33919 34544/35697/33900</w:t>
        <w:br/>
        <w:t>f 34716/35868/34064 34666/35818/34020 34469/35620/33823</w:t>
        <w:br/>
        <w:t>f 34468/35621/33824 34716/35868/34064 34469/35620/33823</w:t>
        <w:br/>
        <w:t>f 34540/35689/33892 34360/35513/33716 34361/35512/33715</w:t>
        <w:br/>
        <w:t>f 34717/35869/34065 34540/35689/33892 34361/35512/33715</w:t>
        <w:br/>
        <w:t>f 34677/35828/34030 34537/35692/33895 34673/35825/34027</w:t>
        <w:br/>
        <w:t>f 34676/35829/34031 34677/35828/34030 34673/35825/34027</w:t>
        <w:br/>
        <w:t>f 34537/35692/33895 34677/35828/34030 34360/35513/33716</w:t>
        <w:br/>
        <w:t>f 34540/35689/33892 34537/35692/33895 34360/35513/33716</w:t>
        <w:br/>
        <w:t>f 34343/35495/33698 34498/35651/33854 34676/35829/34031</w:t>
        <w:br/>
        <w:t>f 34673/35825/34027 34343/35495/33698 34676/35829/34031</w:t>
        <w:br/>
        <w:t>f 34675/35830/34032 34676/35829/34031 34498/35651/33854</w:t>
        <w:br/>
        <w:t>f 34499/35650/33853 34675/35830/34032 34498/35651/33854</w:t>
        <w:br/>
        <w:t>f 34723/35875/34071 34363/35517/33720 34525/35679/33882</w:t>
        <w:br/>
        <w:t>f 34582/35734/33937 34723/35875/34071 34525/35679/33882</w:t>
        <w:br/>
        <w:t>f 34352/35504/33707 34353/35503/33706 34582/35734/33937</w:t>
        <w:br/>
        <w:t>f 34525/35679/33882 34352/35504/33707 34582/35734/33937</w:t>
        <w:br/>
        <w:t>f 34329/35481/33684 34613/35766/33969 34614/35765/33968</w:t>
        <w:br/>
        <w:t>f 34328/35478/33681 34329/35481/33684 34614/35765/33968</w:t>
        <w:br/>
        <w:t>f 34336/35486/33689 34571/35723/33926 34572/35724/33927</w:t>
        <w:br/>
        <w:t>f 34335/35487/33690 34336/35486/33689 34572/35724/33927</w:t>
        <w:br/>
        <w:t>f 34714/35866/34062 34494/35647/33850 34495/35646/33849</w:t>
        <w:br/>
        <w:t>f 34549/35701/33904 34714/35866/34062 34495/35646/33849</w:t>
        <w:br/>
        <w:t>f 34462/35614/33817 34330/35484/33687 34613/35766/33969</w:t>
        <w:br/>
        <w:t>f 34329/35481/33684 34462/35614/33817 34613/35766/33969</w:t>
        <w:br/>
        <w:t>f 34548/35702/33905 34562/35715/33918 34563/35714/33917</w:t>
        <w:br/>
        <w:t>f 34712/35864/34060 34548/35702/33905 34563/35714/33917</w:t>
        <w:br/>
        <w:t>f 34549/35701/33904 34495/35646/33849 34562/35715/33918</w:t>
        <w:br/>
        <w:t>f 34548/35702/33905 34549/35701/33904 34562/35715/33918</w:t>
        <w:br/>
        <w:t>f 34335/35487/33690 34572/35724/33927 34723/35875/34071</w:t>
        <w:br/>
        <w:t>f 34582/35734/33937 34335/35487/33690 34723/35875/34071</w:t>
        <w:br/>
        <w:t>f 34328/35478/33681 34614/35765/33968 34571/35723/33926</w:t>
        <w:br/>
        <w:t>f 34336/35486/33689 34328/35478/33681 34571/35723/33926</w:t>
        <w:br/>
        <w:t>f 34330/35484/33687 34462/35614/33817 34514/35667/33870</w:t>
        <w:br/>
        <w:t>f 34588/35740/33943 34494/35647/33850 34714/35866/34062</w:t>
        <w:br/>
        <w:t>f 34684/35836/34038 34588/35740/33943 34714/35866/34062</w:t>
        <w:br/>
        <w:t>f 34588/35740/33943 34684/35836/34038 34534/35686/33889</w:t>
        <w:br/>
        <w:t>f 34535/35685/33888 34588/35740/33943 34534/35686/33889</w:t>
        <w:br/>
        <w:t>f 34572/35724/33927 34325/35477/33680 34481/35634/33837</w:t>
        <w:br/>
        <w:t>f 34723/35875/34071 34572/35724/33927 34481/35634/33837</w:t>
        <w:br/>
        <w:t>f 34498/35651/33854 34343/35495/33698 34344/35494/33697</w:t>
        <w:br/>
        <w:t>f 34349/35502/33705 34498/35651/33854 34344/35494/33697</w:t>
        <w:br/>
        <w:t>f 34407/35562/33765 34724/35876/34072 34410/35559/33762</w:t>
        <w:br/>
        <w:t>f 34712/35864/34060 34563/35714/33917 34333/35485/33688</w:t>
        <w:br/>
        <w:t>f 34485/35640/33843 34548/35702/33905 34712/35864/34060</w:t>
        <w:br/>
        <w:t>f 34488/35637/33840 34485/35640/33843 34712/35864/34060</w:t>
        <w:br/>
        <w:t>f 34515/35666/33869 34560/35713/33916 34487/35638/33841</w:t>
        <w:br/>
        <w:t>f 34488/35637/33840 34515/35666/33869 34487/35638/33841</w:t>
        <w:br/>
        <w:t>f 34563/35714/33917 34414/35566/33769 34332/35482/33685</w:t>
        <w:br/>
        <w:t>f 34333/35485/33688 34563/35714/33917 34332/35482/33685</w:t>
        <w:br/>
        <w:t>f 34725/35877/34073 34610/35762/33965 34444/35596/33799</w:t>
        <w:br/>
        <w:t>f 34724/35876/34072 34725/35877/34073 34444/35596/33799</w:t>
        <w:br/>
        <w:t>f 34489/35644/33847 34526/35678/33881 34527/35677/33880</w:t>
        <w:br/>
        <w:t>f 34508/35660/33863 34489/35644/33847 34527/35677/33880</w:t>
        <w:br/>
        <w:t>f 34514/35667/33870 34712/35864/34060 34333/35485/33688</w:t>
        <w:br/>
        <w:t>f 34707/35859/34056 34689/35843/34045 34657/35811/34014</w:t>
        <w:br/>
        <w:t>f 34727/35878/34074 34726/35879/34074 34709/35862/34058</w:t>
        <w:br/>
        <w:t>f 34710/35861/34058 34727/35878/34074 34709/35862/34058</w:t>
        <w:br/>
        <w:t>f 34703/35855/34052 34700/35854/34052 34726/35879/34074</w:t>
        <w:br/>
        <w:t>f 34727/35878/34074 34703/35855/34052 34726/35879/34074</w:t>
        <w:br/>
        <w:t>f 34333/35485/33688 34330/35484/33687 34514/35667/33870</w:t>
        <w:br/>
        <w:t>f 34724/35876/34072 34444/35596/33799 34422/35572/33775</w:t>
        <w:br/>
        <w:t>f 34410/35559/33762 34724/35876/34072 34422/35572/33775</w:t>
        <w:br/>
        <w:t>f 34728/35880/34075 34407/35562/33765 34708/35860/34057</w:t>
        <w:br/>
        <w:t>f 34690/35842/34044 34541/35693/33896 34408/35561/33764</w:t>
        <w:br/>
        <w:t>f 34730/35881/34076 34699/35850/34050 34698/35851/34050</w:t>
        <w:br/>
        <w:t>f 34729/35882/34077 34730/35881/34076 34698/35851/34050</w:t>
        <w:br/>
        <w:t>f 34351/35505/33708 34352/35504/33707 34567/35719/33922</w:t>
        <w:br/>
        <w:t>f 34564/35718/33921 34713/35865/34061 34545/35696/33899</w:t>
        <w:br/>
        <w:t>f 34566/35716/33919 34564/35718/33921 34545/35696/33899</w:t>
        <w:br/>
        <w:t>f 34713/35865/34061 34321/35470/33673 34545/35696/33899</w:t>
        <w:br/>
        <w:t>f 34565/35717/33920 34679/35833/34035 34497/35649/33852</w:t>
        <w:br/>
        <w:t>f 34565/35717/33920 34468/35621/33824 34711/35863/34059</w:t>
        <w:br/>
        <w:t>f 34565/35717/33920 34711/35863/34059 34679/35833/34035</w:t>
        <w:br/>
        <w:t>f 34566/35716/33919 34716/35868/34064 34565/35717/33920</w:t>
        <w:br/>
        <w:t>f 34680/35832/34034 34496/35648/33851 34497/35649/33852</w:t>
        <w:br/>
        <w:t>f 34679/35833/34035 34680/35832/34034 34497/35649/33852</w:t>
        <w:br/>
        <w:t>f 34564/35718/33921 34565/35717/33920 34497/35649/33852</w:t>
        <w:br/>
        <w:t>f 34320/35471/33674 34564/35718/33921 34497/35649/33852</w:t>
        <w:br/>
        <w:t>f 34733/35883/34078 34732/35884/34079 34731/35885/34080</w:t>
        <w:br/>
        <w:t>f 34734/35886/34081 34733/35883/34078 34731/35885/34080</w:t>
        <w:br/>
        <w:t>f 34738/35887/34082 34737/35888/34083 34736/35889/34084</w:t>
        <w:br/>
        <w:t>f 34735/35890/34085 34738/35887/34082 34736/35889/34084</w:t>
        <w:br/>
        <w:t>f 34742/35891/34086 34741/35892/34087 34740/35893/34088</w:t>
        <w:br/>
        <w:t>f 34739/35894/34089 34742/35891/34086 34740/35893/34088</w:t>
        <w:br/>
        <w:t>f 34744/35895/34090 34743/35896/34091 34734/35886/34081</w:t>
        <w:br/>
        <w:t>f 34731/35885/34080 34744/35895/34090 34734/35886/34081</w:t>
        <w:br/>
        <w:t>f 34736/35889/34084 34746/35897/34092 34745/35898/34093</w:t>
        <w:br/>
        <w:t>f 34735/35890/34085 34736/35889/34084 34745/35898/34093</w:t>
        <w:br/>
        <w:t>f 34749/35899/34094 34748/35900/34095 34747/35901/34096</w:t>
        <w:br/>
        <w:t>f 34753/35902/34097 34752/35903/34098 34751/35904/34099</w:t>
        <w:br/>
        <w:t>f 34750/35905/34100 34753/35902/34097 34751/35904/34099</w:t>
        <w:br/>
        <w:t>f 34755/35906/34101 34754/35907/34102 34752/35903/34098</w:t>
        <w:br/>
        <w:t>f 34753/35902/34097 34755/35906/34101 34752/35903/34098</w:t>
        <w:br/>
        <w:t>f 34756/35908/34103 34755/35906/34101 34753/35902/34097</w:t>
        <w:br/>
        <w:t>f 34747/35901/34096 34756/35908/34103 34753/35902/34097</w:t>
        <w:br/>
        <w:t>f 34759/35909/34104 34758/35910/33666 34757/35911/34105</w:t>
        <w:br/>
        <w:t>f 34757/35911/34105 34748/35900/34095 34760/35912/34106</w:t>
        <w:br/>
        <w:t>f 34750/35905/34100 34749/35899/34094 34747/35901/34096</w:t>
        <w:br/>
        <w:t>f 34753/35902/34097 34750/35905/34100 34747/35901/34096</w:t>
        <w:br/>
        <w:t>f 34759/35909/34104 34757/35911/34105 34760/35912/34106</w:t>
        <w:br/>
        <w:t>f 34761/35913/33668 34759/35909/34104 34760/35912/34106</w:t>
        <w:br/>
        <w:t>f 34746/35897/34092 34736/35889/34084 34752/35903/34098</w:t>
        <w:br/>
        <w:t>f 34754/35907/34102 34746/35897/34092 34752/35903/34098</w:t>
        <w:br/>
        <w:t>f 34737/35888/34083 34751/35904/34099 34752/35903/34098</w:t>
        <w:br/>
        <w:t>f 34736/35889/34084 34737/35888/34083 34752/35903/34098</w:t>
        <w:br/>
        <w:t>f 34758/35910/33666 34756/35908/34103 34747/35901/34096</w:t>
        <w:br/>
        <w:t>f 34757/35911/34105 34758/35910/33666 34747/35901/34096</w:t>
        <w:br/>
        <w:t>f 34765/35914/34107 34764/35915/34108 34763/35916/34109</w:t>
        <w:br/>
        <w:t>f 34762/35917/34110 34765/35914/34107 34763/35916/34109</w:t>
        <w:br/>
        <w:t>f 34768/35918/34111 34767/35919/34112 34319/35472/33675</w:t>
        <w:br/>
        <w:t>f 34766/35920/34113 34768/35918/34111 34319/35472/33675</w:t>
        <w:br/>
        <w:t>f 34771/35921/34114 34770/35922/34115 34769/35923/34116</w:t>
        <w:br/>
        <w:t>f 34772/35924/34117 34771/35921/34114 34769/35923/34116</w:t>
        <w:br/>
        <w:t>f 34775/35925/34118 34774/35926/34119 34773/35927/34120</w:t>
        <w:br/>
        <w:t>f 34776/35928/34121 34775/35925/34118 34773/35927/34120</w:t>
        <w:br/>
        <w:t>f 34779/35929/34122 34778/35930/34123 34777/35931/34124</w:t>
        <w:br/>
        <w:t>f 34780/35932/34125 34779/35929/34122 34777/35931/34124</w:t>
        <w:br/>
        <w:t>f 34783/35933/34126 34782/35934/34127 34781/35935/34128</w:t>
        <w:br/>
        <w:t>f 34784/35936/34129 34783/35933/34126 34781/35935/34128</w:t>
        <w:br/>
        <w:t>f 34787/35937/34130 34786/35938/34131 34785/35939/34132</w:t>
        <w:br/>
        <w:t>f 34788/35940/34133 34787/35937/34130 34785/35939/34132</w:t>
        <w:br/>
        <w:t>f 34791/35941/34134 34790/35942/34135 34789/35943/34136</w:t>
        <w:br/>
        <w:t>f 34793/35944/34137 34792/35945/34138 34346/35499/33702</w:t>
        <w:br/>
        <w:t>f 34347/35498/33701 34793/35944/34137 34346/35499/33702</w:t>
        <w:br/>
        <w:t>f 34792/35945/34138 34794/35946/34139 34350/35501/33704</w:t>
        <w:br/>
        <w:t>f 34346/35499/33702 34792/35945/34138 34350/35501/33704</w:t>
        <w:br/>
        <w:t>f 34797/35947/34140 34796/35948/34141 34795/35949/34142</w:t>
        <w:br/>
        <w:t>f 34798/35950/34143 34797/35947/34140 34795/35949/34142</w:t>
        <w:br/>
        <w:t>f 34802/35951/34144 34801/35952/34145 34800/35953/34146</w:t>
        <w:br/>
        <w:t>f 34799/35954/34147 34802/35951/34144 34800/35953/34146</w:t>
        <w:br/>
        <w:t>f 34788/35940/34133 34793/35944/34137 34347/35498/33701</w:t>
        <w:br/>
        <w:t>f 34787/35937/34130 34788/35940/34133 34347/35498/33701</w:t>
        <w:br/>
        <w:t>f 34362/35511/33714 34359/35514/33717 34804/35955/34148</w:t>
        <w:br/>
        <w:t>f 34803/35956/34149 34362/35511/33714 34804/35955/34148</w:t>
        <w:br/>
        <w:t>f 34807/35957/34150 34806/35958/34151 34805/35959/34152</w:t>
        <w:br/>
        <w:t>f 34808/35960/34153 34807/35957/34150 34805/35959/34152</w:t>
        <w:br/>
        <w:t>f 34812/35961/34154 34811/35962/34155 34810/35963/34156</w:t>
        <w:br/>
        <w:t>f 34809/35964/34157 34812/35961/34154 34810/35963/34156</w:t>
        <w:br/>
        <w:t>f 34816/35965/34158 34815/35966/34159 34814/35967/32943</w:t>
        <w:br/>
        <w:t>f 34813/35968/32942 34816/35965/34158 34814/35967/32943</w:t>
        <w:br/>
        <w:t>f 34820/35969/32981 34819/35970/34160 34818/35971/34161</w:t>
        <w:br/>
        <w:t>f 34817/35972/34162 34820/35969/32981 34818/35971/34161</w:t>
        <w:br/>
        <w:t>f 34824/35973/34163 34823/35974/34164 34822/35975/34165</w:t>
        <w:br/>
        <w:t>f 34821/35976/34166 34824/35973/34163 34822/35975/34165</w:t>
        <w:br/>
        <w:t>f 34826/35977/34167 34825/35978/34168 34819/35970/34160</w:t>
        <w:br/>
        <w:t>f 34820/35969/32981 34826/35977/34167 34819/35970/34160</w:t>
        <w:br/>
        <w:t>f 34824/35973/34163 34812/35961/34154 34809/35964/34157</w:t>
        <w:br/>
        <w:t>f 34823/35974/34164 34824/35973/34163 34809/35964/34157</w:t>
        <w:br/>
        <w:t>f 34828/35979/34169 34827/35980/34170 34825/35978/34168</w:t>
        <w:br/>
        <w:t>f 34826/35977/34167 34828/35979/34169 34825/35978/34168</w:t>
        <w:br/>
        <w:t>f 34390/35539/33742 34830/35981/32938 34829/35982/34171</w:t>
        <w:br/>
        <w:t>f 34389/35540/33743 34390/35539/33742 34829/35982/34171</w:t>
        <w:br/>
        <w:t>f 34813/35968/32942 34810/35963/34156 34811/35962/34155</w:t>
        <w:br/>
        <w:t>f 34816/35965/34158 34813/35968/32942 34811/35962/34155</w:t>
        <w:br/>
        <w:t>f 34815/35966/34159 34829/35982/34171 34830/35981/32938</w:t>
        <w:br/>
        <w:t>f 34814/35967/32943 34815/35966/34159 34830/35981/32938</w:t>
        <w:br/>
        <w:t>f 34833/35983/34172 34832/35984/34173 34831/35985/34174</w:t>
        <w:br/>
        <w:t>f 34834/35986/34175 34833/35983/34172 34831/35985/34174</w:t>
        <w:br/>
        <w:t>f 34838/35987/34176 34837/35988/34177 34836/35989/34178</w:t>
        <w:br/>
        <w:t>f 34835/35990/34179 34838/35987/34176 34836/35989/34178</w:t>
        <w:br/>
        <w:t>f 34842/35991/34180 34841/35992/34181 34840/35993/34182</w:t>
        <w:br/>
        <w:t>f 34839/35994/34183 34842/35991/34180 34840/35993/34182</w:t>
        <w:br/>
        <w:t>f 34844/35995/34184 34843/35996/34185 34739/35894/34089</w:t>
        <w:br/>
        <w:t>f 34740/35893/34088 34844/35995/34184 34739/35894/34089</w:t>
        <w:br/>
        <w:t>f 34840/35993/34182 34846/35997/34186 34845/35998/34187</w:t>
        <w:br/>
        <w:t>f 34835/35990/34179 34840/35993/34182 34845/35998/34187</w:t>
        <w:br/>
        <w:t>f 34850/35999/34188 34849/36000/34189 34848/36001/34190</w:t>
        <w:br/>
        <w:t>f 34847/36002/34191 34850/35999/34188 34848/36001/34190</w:t>
        <w:br/>
        <w:t>f 34853/36003/34192 34852/36004/34193 34851/36005/34194</w:t>
        <w:br/>
        <w:t>f 34854/36006/34195 34853/36003/34192 34851/36005/34194</w:t>
        <w:br/>
        <w:t>f 34731/35885/34080 34732/35884/34079 34856/36007/34196</w:t>
        <w:br/>
        <w:t>f 34855/36008/34197 34731/35885/34080 34856/36007/34196</w:t>
        <w:br/>
        <w:t>f 34832/35984/34173 34858/36009/34198 34857/36010/34199</w:t>
        <w:br/>
        <w:t>f 34831/35985/34174 34832/35984/34173 34857/36010/34199</w:t>
        <w:br/>
        <w:t>f 34751/35904/34099 34737/35888/34083 34838/35987/34176</w:t>
        <w:br/>
        <w:t>f 34859/36011/34200 34751/35904/34099 34838/35987/34176</w:t>
        <w:br/>
        <w:t>f 34862/36012/34201 34850/35999/34188 34861/36013/34202</w:t>
        <w:br/>
        <w:t>f 34860/36014/34203 34862/36012/34201 34861/36013/34202</w:t>
        <w:br/>
        <w:t>f 34864/36015/34204 34847/36002/34191 34848/36001/34190</w:t>
        <w:br/>
        <w:t>f 34863/36016/34205 34864/36015/34204 34848/36001/34190</w:t>
        <w:br/>
        <w:t>f 34856/36007/34196 34862/36012/34201 34860/36014/34203</w:t>
        <w:br/>
        <w:t>f 34865/36017/34206 34856/36007/34196 34860/36014/34203</w:t>
        <w:br/>
        <w:t>f 34867/36018/34207 34866/36019/34208 34847/36002/34191</w:t>
        <w:br/>
        <w:t>f 34864/36015/34204 34867/36018/34207 34847/36002/34191</w:t>
        <w:br/>
        <w:t>f 34868/36020/34209 34739/35894/34089 34843/35996/34185</w:t>
        <w:br/>
        <w:t>f 34865/36017/34206 34868/36020/34209 34843/35996/34185</w:t>
        <w:br/>
        <w:t>f 34852/36004/34193 34870/36021/34210 34869/36022/34211</w:t>
        <w:br/>
        <w:t>f 34851/36005/34194 34852/36004/34193 34869/36022/34211</w:t>
        <w:br/>
        <w:t>f 34864/36015/34204 34863/36016/34205 34858/36009/34198</w:t>
        <w:br/>
        <w:t>f 34832/35984/34173 34864/36015/34204 34858/36009/34198</w:t>
        <w:br/>
        <w:t>f 34874/36023/34212 34873/36024/34213 34872/36025/34214</w:t>
        <w:br/>
        <w:t>f 34871/36026/34215 34874/36023/34212 34872/36025/34214</w:t>
        <w:br/>
        <w:t>f 34876/36027/34216 34875/36028/34217 34872/36025/34214</w:t>
        <w:br/>
        <w:t>f 34877/36029/34218 34876/36027/34216 34872/36025/34214</w:t>
        <w:br/>
        <w:t>f 34880/36030/34219 34879/36031/34220 34868/36020/34209</w:t>
        <w:br/>
        <w:t>f 34878/36032/34221 34880/36030/34219 34868/36020/34209</w:t>
        <w:br/>
        <w:t>f 34855/36008/34197 34856/36007/34196 34865/36017/34206</w:t>
        <w:br/>
        <w:t>f 34843/35996/34185 34855/36008/34197 34865/36017/34206</w:t>
        <w:br/>
        <w:t>f 34861/36013/34202 34866/36019/34208 34853/36003/34192</w:t>
        <w:br/>
        <w:t>f 34881/36033/34222 34861/36013/34202 34853/36003/34192</w:t>
        <w:br/>
        <w:t>f 34750/35905/34100 34751/35904/34099 34859/36011/34200</w:t>
        <w:br/>
        <w:t>f 34882/36034/34223 34750/35905/34100 34859/36011/34200</w:t>
        <w:br/>
        <w:t>f 34883/36035/34224 34855/36008/34197 34843/35996/34185</w:t>
        <w:br/>
        <w:t>f 34844/35995/34184 34883/36035/34224 34843/35996/34185</w:t>
        <w:br/>
        <w:t>f 34861/36013/34202 34850/35999/34188 34847/36002/34191</w:t>
        <w:br/>
        <w:t>f 34866/36019/34208 34861/36013/34202 34847/36002/34191</w:t>
        <w:br/>
        <w:t>f 34862/36012/34201 34856/36007/34196 34732/35884/34079</w:t>
        <w:br/>
        <w:t>f 34884/36036/34225 34862/36012/34201 34732/35884/34079</w:t>
        <w:br/>
        <w:t>f 34870/36021/34210 34833/35983/34172 34834/35986/34175</w:t>
        <w:br/>
        <w:t>f 34885/36037/34226 34870/36021/34210 34834/35986/34175</w:t>
        <w:br/>
        <w:t>f 34739/35894/34089 34868/36020/34209 34879/36031/34220</w:t>
        <w:br/>
        <w:t>f 34742/35891/34086 34739/35894/34089 34879/36031/34220</w:t>
        <w:br/>
        <w:t>f 34888/36038/34227 34882/36034/34223 34887/36039/34228</w:t>
        <w:br/>
        <w:t>f 34886/36040/34229 34888/36038/34227 34887/36039/34228</w:t>
        <w:br/>
        <w:t>f 34892/36041/34230 34891/36042/34231 34890/36043/34232</w:t>
        <w:br/>
        <w:t>f 34889/36044/34233 34892/36041/34230 34890/36043/34232</w:t>
        <w:br/>
        <w:t>f 34882/36034/34223 34888/36038/34227 34749/35899/34094</w:t>
        <w:br/>
        <w:t>f 34750/35905/34100 34882/36034/34223 34749/35899/34094</w:t>
        <w:br/>
        <w:t>f 34893/36045/34234 34890/36043/34232 34891/36042/34231</w:t>
        <w:br/>
        <w:t>f 34453/35606/33809 34893/36045/34234 34891/36042/34231</w:t>
        <w:br/>
        <w:t>f 34761/35913/33668 34760/35912/34106 34890/36043/34232</w:t>
        <w:br/>
        <w:t>f 34893/36045/34234 34761/35913/33668 34890/36043/34232</w:t>
        <w:br/>
        <w:t>f 34894/36046/34235 34455/35608/33811 34453/35606/33809</w:t>
        <w:br/>
        <w:t>f 34891/36042/34231 34894/36046/34235 34453/35606/33809</w:t>
        <w:br/>
        <w:t>f 34881/36033/34222 34853/36003/34192 34854/36006/34195</w:t>
        <w:br/>
        <w:t>f 34895/36047/34236 34881/36033/34222 34854/36006/34195</w:t>
        <w:br/>
        <w:t>f 34881/36033/34222 34878/36032/34221 34860/36014/34203</w:t>
        <w:br/>
        <w:t>f 34861/36013/34202 34881/36033/34222 34860/36014/34203</w:t>
        <w:br/>
        <w:t>f 34833/35983/34172 34867/36018/34207 34864/36015/34204</w:t>
        <w:br/>
        <w:t>f 34832/35984/34173 34833/35983/34172 34864/36015/34204</w:t>
        <w:br/>
        <w:t>f 34896/36048/34237 34873/36024/34213 34885/36037/34226</w:t>
        <w:br/>
        <w:t>f 34834/35986/34175 34896/36048/34237 34885/36037/34226</w:t>
        <w:br/>
        <w:t>f 34882/36034/34223 34859/36011/34200 34845/35998/34187</w:t>
        <w:br/>
        <w:t>f 34887/36039/34228 34882/36034/34223 34845/35998/34187</w:t>
        <w:br/>
        <w:t>f 34873/36024/34213 34874/36023/34212 34897/36049/34238</w:t>
        <w:br/>
        <w:t>f 34885/36037/34226 34873/36024/34213 34897/36049/34238</w:t>
        <w:br/>
        <w:t>f 34846/35997/34186 34898/36050/34239 34887/36039/34228</w:t>
        <w:br/>
        <w:t>f 34845/35998/34187 34846/35997/34186 34887/36039/34228</w:t>
        <w:br/>
        <w:t>f 34895/36047/34236 34880/36030/34219 34878/36032/34221</w:t>
        <w:br/>
        <w:t>f 34881/36033/34222 34895/36047/34236 34878/36032/34221</w:t>
        <w:br/>
        <w:t>f 34878/36032/34221 34868/36020/34209 34865/36017/34206</w:t>
        <w:br/>
        <w:t>f 34860/36014/34203 34878/36032/34221 34865/36017/34206</w:t>
        <w:br/>
        <w:t>f 34899/36051/34240 34775/35925/34118 34776/35928/34121</w:t>
        <w:br/>
        <w:t>f 34900/36052/34241 34899/36051/34240 34776/35928/34121</w:t>
        <w:br/>
        <w:t>f 34760/35912/34106 34748/35900/34095 34889/36044/34233</w:t>
        <w:br/>
        <w:t>f 34890/36043/34232 34760/35912/34106 34889/36044/34233</w:t>
        <w:br/>
        <w:t>f 34901/36053/34242 34894/36046/34235 34891/36042/34231</w:t>
        <w:br/>
        <w:t>f 34892/36041/34230 34901/36053/34242 34891/36042/34231</w:t>
        <w:br/>
        <w:t>f 34792/35945/34138 34793/35944/34137 34805/35959/34152</w:t>
        <w:br/>
        <w:t>f 34806/35958/34151 34792/35945/34138 34805/35959/34152</w:t>
        <w:br/>
        <w:t>f 34905/36054/34243 34904/36055/34244 34903/36056/34245</w:t>
        <w:br/>
        <w:t>f 34902/36057/34246 34905/36054/34243 34903/36056/34245</w:t>
        <w:br/>
        <w:t>f 34907/36058/34247 34906/36059/34248 34765/35914/34107</w:t>
        <w:br/>
        <w:t>f 34762/35917/34110 34907/36058/34247 34765/35914/34107</w:t>
        <w:br/>
        <w:t>f 34911/36060/34249 34910/36061/34250 34909/36062/34251</w:t>
        <w:br/>
        <w:t>f 34908/36063/34252 34911/36060/34249 34909/36062/34251</w:t>
        <w:br/>
        <w:t>f 34914/36064/34253 34841/35992/34181 34913/36065/34254</w:t>
        <w:br/>
        <w:t>f 34912/36066/34255 34914/36064/34253 34913/36065/34254</w:t>
        <w:br/>
        <w:t>f 34917/36067/34256 34916/36068/34257 34915/36069/34258</w:t>
        <w:br/>
        <w:t>f 34918/36070/34259 34917/36067/34256 34915/36069/34258</w:t>
        <w:br/>
        <w:t>f 34772/35924/34117 34920/36071/34260 34919/36072/34261</w:t>
        <w:br/>
        <w:t>f 34771/35921/34114 34772/35924/34117 34919/36072/34261</w:t>
        <w:br/>
        <w:t>f 34922/36073/34262 34874/36023/34212 34871/36026/34215</w:t>
        <w:br/>
        <w:t>f 34921/36074/34263 34922/36073/34262 34871/36026/34215</w:t>
        <w:br/>
        <w:t>f 34926/36075/34264 34925/36076/34265 34924/36077/34266</w:t>
        <w:br/>
        <w:t>f 34923/36078/34267 34926/36075/34264 34924/36077/34266</w:t>
        <w:br/>
        <w:t>f 34930/36079/34268 34929/36080/34269 34928/36081/34270</w:t>
        <w:br/>
        <w:t>f 34927/36082/34271 34930/36079/34268 34928/36081/34270</w:t>
        <w:br/>
        <w:t>f 34927/36082/34271 34909/36062/34251 34910/36061/34250</w:t>
        <w:br/>
        <w:t>f 34930/36079/34268 34927/36082/34271 34910/36061/34250</w:t>
        <w:br/>
        <w:t>f 34920/36071/34260 34808/35960/34153 34931/36083/34272</w:t>
        <w:br/>
        <w:t>f 34919/36072/34261 34920/36071/34260 34931/36083/34272</w:t>
        <w:br/>
        <w:t>f 34869/36022/34211 34897/36049/34238 34933/36084/34273</w:t>
        <w:br/>
        <w:t>f 34932/36085/34274 34869/36022/34211 34933/36084/34273</w:t>
        <w:br/>
        <w:t>f 34777/35931/34124 34918/36070/34259 34895/36047/34236</w:t>
        <w:br/>
        <w:t>f 34854/36006/34195 34777/35931/34124 34895/36047/34236</w:t>
        <w:br/>
        <w:t>f 34766/35920/34113 34319/35472/33675 34496/35648/33851</w:t>
        <w:br/>
        <w:t>f 34934/36086/34275 34766/35920/34113 34496/35648/33851</w:t>
        <w:br/>
        <w:t>f 34499/35650/33853 34350/35501/33704 34794/35946/34139</w:t>
        <w:br/>
        <w:t>f 34935/36087/34276 34499/35650/33853 34794/35946/34139</w:t>
        <w:br/>
        <w:t>f 34937/36088/34277 34936/36089/34278 34742/35891/34086</w:t>
        <w:br/>
        <w:t>f 34879/36031/34220 34937/36088/34277 34742/35891/34086</w:t>
        <w:br/>
        <w:t>f 34806/35958/34151 34791/35941/34134 34794/35946/34139</w:t>
        <w:br/>
        <w:t>f 34792/35945/34138 34806/35958/34151 34794/35946/34139</w:t>
        <w:br/>
        <w:t>f 34941/36090/34279 34940/36091/34280 34939/36092/34281</w:t>
        <w:br/>
        <w:t>f 34938/36093/34282 34941/36090/34279 34939/36092/34281</w:t>
        <w:br/>
        <w:t>f 34943/36094/34283 34942/36095/34284 34907/36058/34247</w:t>
        <w:br/>
        <w:t>f 34762/35917/34110 34943/36094/34283 34907/36058/34247</w:t>
        <w:br/>
        <w:t>f 34944/36096/34285 34929/36080/34269 34930/36079/34268</w:t>
        <w:br/>
        <w:t>f 34945/36097/34286 34944/36096/34285 34930/36079/34268</w:t>
        <w:br/>
        <w:t>f 34949/36098/34287 34948/36099/34288 34947/36100/34289</w:t>
        <w:br/>
        <w:t>f 34946/36101/34290 34949/36098/34287 34947/36100/34289</w:t>
        <w:br/>
        <w:t>f 34900/36052/34241 34951/36102/34291 34950/36103/34292</w:t>
        <w:br/>
        <w:t>f 34899/36051/34240 34900/36052/34241 34950/36103/34292</w:t>
        <w:br/>
        <w:t>f 34939/36092/34281 34954/36104/34293 34953/36105/34294</w:t>
        <w:br/>
        <w:t>f 34952/36106/34295 34939/36092/34281 34953/36105/34294</w:t>
        <w:br/>
        <w:t>f 34958/36107/34296 34957/36108/34297 34956/36109/34298</w:t>
        <w:br/>
        <w:t>f 34955/36110/34299 34958/36107/34296 34956/36109/34298</w:t>
        <w:br/>
        <w:t>f 34954/36104/34293 34960/36111/34300 34959/36112/34301</w:t>
        <w:br/>
        <w:t>f 34953/36105/34294 34954/36104/34293 34959/36112/34301</w:t>
        <w:br/>
        <w:t>f 34963/36113/34302 34962/36114/34303 34796/35948/34141</w:t>
        <w:br/>
        <w:t>f 34961/36115/34304 34963/36113/34302 34796/35948/34141</w:t>
        <w:br/>
        <w:t>f 34952/36106/34295 34964/36116/34305 34938/36093/34282</w:t>
        <w:br/>
        <w:t>f 34939/36092/34281 34952/36106/34295 34938/36093/34282</w:t>
        <w:br/>
        <w:t>f 34967/36117/34306 34966/36118/34307 34965/36119/34308</w:t>
        <w:br/>
        <w:t>f 34968/36120/34309 34967/36117/34306 34965/36119/34308</w:t>
        <w:br/>
        <w:t>f 34971/36121/34310 34970/36122/34311 34969/36123/34312</w:t>
        <w:br/>
        <w:t>f 34972/36124/34313 34971/36121/34310 34969/36123/34312</w:t>
        <w:br/>
        <w:t>f 34976/36125/34314 34975/36126/34315 34974/36127/34316</w:t>
        <w:br/>
        <w:t>f 34973/36128/34317 34976/36125/34314 34974/36127/34316</w:t>
        <w:br/>
        <w:t>f 34879/36031/34220 34880/36030/34219 34915/36069/34258</w:t>
        <w:br/>
        <w:t>f 34937/36088/34277 34879/36031/34220 34915/36069/34258</w:t>
        <w:br/>
        <w:t>f 34977/36129/34318 34848/36001/34190 34849/36000/34189</w:t>
        <w:br/>
        <w:t>f 34979/36130/34319 34978/36131/34320 34940/36091/34280</w:t>
        <w:br/>
        <w:t>f 34941/36090/34279 34979/36130/34319 34940/36091/34280</w:t>
        <w:br/>
        <w:t>f 34981/36132/34321 34980/36133/34322 34802/35951/34144</w:t>
        <w:br/>
        <w:t>f 34768/35918/34111 34981/36132/34321 34802/35951/34144</w:t>
        <w:br/>
        <w:t>f 34983/36134/34323 34982/36135/34324 34967/36117/34306</w:t>
        <w:br/>
        <w:t>f 34968/36120/34309 34983/36134/34323 34967/36117/34306</w:t>
        <w:br/>
        <w:t>f 34970/36122/34311 34971/36121/34310 34910/36061/34250</w:t>
        <w:br/>
        <w:t>f 34911/36060/34249 34970/36122/34311 34910/36061/34250</w:t>
        <w:br/>
        <w:t>f 34846/35997/34186 34840/35993/34182 34841/35992/34181</w:t>
        <w:br/>
        <w:t>f 34914/36064/34253 34846/35997/34186 34841/35992/34181</w:t>
        <w:br/>
        <w:t>f 34986/36136/34325 34925/36076/34265 34985/36137/34326</w:t>
        <w:br/>
        <w:t>f 34984/36138/34327 34986/36136/34325 34985/36137/34326</w:t>
        <w:br/>
        <w:t>f 34959/36112/34301 34551/35704/33907 34552/35703/33906</w:t>
        <w:br/>
        <w:t>f 34953/36105/34294 34959/36112/34301 34552/35703/33906</w:t>
        <w:br/>
        <w:t>f 34922/36073/34262 34965/36119/34308 34966/36118/34307</w:t>
        <w:br/>
        <w:t>f 34987/36139/34328 34922/36073/34262 34966/36118/34307</w:t>
        <w:br/>
        <w:t>f 34964/36116/34305 34894/36046/34235 34901/36053/34242</w:t>
        <w:br/>
        <w:t>f 34938/36093/34282 34964/36116/34305 34901/36053/34242</w:t>
        <w:br/>
        <w:t>f 34937/36088/34277 34915/36069/34258 34916/36068/34257</w:t>
        <w:br/>
        <w:t>f 34988/36140/34329 34937/36088/34277 34916/36068/34257</w:t>
        <w:br/>
        <w:t>f 34555/35707/33910 34455/35608/33811 34894/36046/34235</w:t>
        <w:br/>
        <w:t>f 34964/36116/34305 34555/35707/33910 34894/36046/34235</w:t>
        <w:br/>
        <w:t>f 34874/36023/34212 34922/36073/34262 34987/36139/34328</w:t>
        <w:br/>
        <w:t>f 34897/36049/34238 34874/36023/34212 34987/36139/34328</w:t>
        <w:br/>
        <w:t>f 34991/36141/34330 34990/36142/34331 34989/36143/34332</w:t>
        <w:br/>
        <w:t>f 34992/36144/34333 34991/36141/34330 34989/36143/34332</w:t>
        <w:br/>
        <w:t>f 34914/36064/34253 34912/36066/34255 34978/36131/34320</w:t>
        <w:br/>
        <w:t>f 34979/36130/34319 34914/36064/34253 34978/36131/34320</w:t>
        <w:br/>
        <w:t>f 34899/36051/34240 34950/36103/34292 34994/36145/34334</w:t>
        <w:br/>
        <w:t>f 34993/36146/34335 34899/36051/34240 34994/36145/34334</w:t>
        <w:br/>
        <w:t>f 34996/36147/34336 34854/36006/34195 34851/36005/34194</w:t>
        <w:br/>
        <w:t>f 34995/36148/34337 34996/36147/34336 34851/36005/34194</w:t>
        <w:br/>
        <w:t>f 34999/36149/34338 34998/36150/34339 34997/36151/34340</w:t>
        <w:br/>
        <w:t>f 34961/36115/34304 34796/35948/34141 35000/36152/34341</w:t>
        <w:br/>
        <w:t>f 35001/36153/34342 34924/36077/34266 34925/36076/34265</w:t>
        <w:br/>
        <w:t>f 34986/36136/34325 35001/36153/34342 34925/36076/34265</w:t>
        <w:br/>
        <w:t>f 34802/35951/34144 34799/35954/34147 34767/35919/34112</w:t>
        <w:br/>
        <w:t>f 34768/35918/34111 34802/35951/34144 34767/35919/34112</w:t>
        <w:br/>
        <w:t>f 34978/36131/34320 34956/36109/34298 35002/36154/34343</w:t>
        <w:br/>
        <w:t>f 34940/36091/34280 34978/36131/34320 35002/36154/34343</w:t>
        <w:br/>
        <w:t>f 34941/36090/34279 35003/36155/34344 34898/36050/34239</w:t>
        <w:br/>
        <w:t>f 34979/36130/34319 34941/36090/34279 34898/36050/34239</w:t>
        <w:br/>
        <w:t>f 34772/35924/34117 34769/35923/34116 35004/36156/34345</w:t>
        <w:br/>
        <w:t>f 35005/36157/34346 34772/35924/34117 35004/36156/34345</w:t>
        <w:br/>
        <w:t>f 34788/35940/34133 35006/36158/34347 34805/35959/34152</w:t>
        <w:br/>
        <w:t>f 34793/35944/34137 34788/35940/34133 34805/35959/34152</w:t>
        <w:br/>
        <w:t>f 35008/36159/34348 34983/36134/34323 34968/36120/34309</w:t>
        <w:br/>
        <w:t>f 35007/36160/34349 35008/36159/34348 34968/36120/34309</w:t>
        <w:br/>
        <w:t>f 35003/36155/34344 34941/36090/34279 34938/36093/34282</w:t>
        <w:br/>
        <w:t>f 34901/36053/34242 35003/36155/34344 34938/36093/34282</w:t>
        <w:br/>
        <w:t>f 34973/36128/34317 34974/36127/34316 34983/36134/34323</w:t>
        <w:br/>
        <w:t>f 35008/36159/34348 34973/36128/34317 34983/36134/34323</w:t>
        <w:br/>
        <w:t>f 35010/36161/34350 35009/36162/34351 35008/36159/34348</w:t>
        <w:br/>
        <w:t>f 35007/36160/34349 35010/36161/34350 35008/36159/34348</w:t>
        <w:br/>
        <w:t>f 35013/36163/34352 35012/36164/34353 35011/36165/34354</w:t>
        <w:br/>
        <w:t>f 35014/36166/34355 35013/36163/34352 35011/36165/34354</w:t>
        <w:br/>
        <w:t>f 34782/35934/34127 34783/35933/34126 34795/35949/34142</w:t>
        <w:br/>
        <w:t>f 35015/36167/34356 34782/35934/34127 34795/35949/34142</w:t>
        <w:br/>
        <w:t>f 34902/36057/34246 34903/36056/34245 35016/36168/34357</w:t>
        <w:br/>
        <w:t>f 35017/36169/34358 34902/36057/34246 35016/36168/34357</w:t>
        <w:br/>
        <w:t>f 34914/36064/34253 34979/36130/34319 34898/36050/34239</w:t>
        <w:br/>
        <w:t>f 34846/35997/34186 34914/36064/34253 34898/36050/34239</w:t>
        <w:br/>
        <w:t>f 34762/35917/34110 34763/35916/34109 35018/36170/34359</w:t>
        <w:br/>
        <w:t>f 34943/36094/34283 34762/35917/34110 35018/36170/34359</w:t>
        <w:br/>
        <w:t>f 34784/35936/34129 35020/36171/34360 35019/36172/34361</w:t>
        <w:br/>
        <w:t>f 34783/35933/34126 34784/35936/34129 35019/36172/34361</w:t>
        <w:br/>
        <w:t>f 34969/36123/34312 35021/36173/34362 34987/36139/34328</w:t>
        <w:br/>
        <w:t>f 34966/36118/34307 34969/36123/34312 34987/36139/34328</w:t>
        <w:br/>
        <w:t>f 34942/36095/34284 34943/36094/34283 34771/35921/34114</w:t>
        <w:br/>
        <w:t>f 34919/36072/34261 34942/36095/34284 34771/35921/34114</w:t>
        <w:br/>
        <w:t>f 34928/36081/34270 34929/36080/34269 34961/36115/34304</w:t>
        <w:br/>
        <w:t>f 35000/36152/34341 34928/36081/34270 34961/36115/34304</w:t>
        <w:br/>
        <w:t>f 34921/36074/34263 35022/36174/34363 34965/36119/34308</w:t>
        <w:br/>
        <w:t>f 34922/36073/34262 34921/36074/34263 34965/36119/34308</w:t>
        <w:br/>
        <w:t>f 34972/36124/34313 34967/36117/34306 34982/36135/34324</w:t>
        <w:br/>
        <w:t>f 35023/36175/34364 34972/36124/34313 34982/36135/34324</w:t>
        <w:br/>
        <w:t>f 34851/36005/34194 34869/36022/34211 34932/36085/34274</w:t>
        <w:br/>
        <w:t>f 34995/36148/34337 34851/36005/34194 34932/36085/34274</w:t>
        <w:br/>
        <w:t>f 35025/36176/34365 34911/36060/34249 34908/36063/34252</w:t>
        <w:br/>
        <w:t>f 35024/36177/34366 35025/36176/34365 34908/36063/34252</w:t>
        <w:br/>
        <w:t>f 34785/35939/34132 34801/35952/34145 35027/36178/34367</w:t>
        <w:br/>
        <w:t>f 35026/36179/34368 34785/35939/34132 35027/36178/34367</w:t>
        <w:br/>
        <w:t>f 34936/36089/34278 35028/36180/34369 34741/35892/34087</w:t>
        <w:br/>
        <w:t>f 34742/35891/34086 34936/36089/34278 34741/35892/34087</w:t>
        <w:br/>
        <w:t>f 34841/35992/34181 34842/35991/34180 35029/36181/34370</w:t>
        <w:br/>
        <w:t>f 34913/36065/34254 34841/35992/34181 35029/36181/34370</w:t>
        <w:br/>
        <w:t>f 34880/36030/34219 34895/36047/34236 34918/36070/34259</w:t>
        <w:br/>
        <w:t>f 34915/36069/34258 34880/36030/34219 34918/36070/34259</w:t>
        <w:br/>
        <w:t>f 35031/36182/34371 35030/36183/34372 35017/36169/34358</w:t>
        <w:br/>
        <w:t>f 35016/36168/34357 35031/36182/34371 35017/36169/34358</w:t>
        <w:br/>
        <w:t>f 34919/36072/34261 34931/36083/34272 35032/36184/34373</w:t>
        <w:br/>
        <w:t>f 34942/36095/34284 34919/36072/34261 35032/36184/34373</w:t>
        <w:br/>
        <w:t>f 34956/36109/34298 34978/36131/34320 34912/36066/34255</w:t>
        <w:br/>
        <w:t>f 34955/36110/34299 34956/36109/34298 34912/36066/34255</w:t>
        <w:br/>
        <w:t>f 35014/36166/34355 35011/36165/34354 34946/36101/34290</w:t>
        <w:br/>
        <w:t>f 34947/36100/34289 35014/36166/34355 34946/36101/34290</w:t>
        <w:br/>
        <w:t>f 34948/36099/34288 34949/36098/34287 35034/36185/34374</w:t>
        <w:br/>
        <w:t>f 35033/36186/34375 34948/36099/34288 35034/36185/34374</w:t>
        <w:br/>
        <w:t>f 35028/36180/34369 34936/36089/34278 35036/36187/34376</w:t>
        <w:br/>
        <w:t>f 35035/36188/34377 35028/36180/34369 35036/36187/34376</w:t>
        <w:br/>
        <w:t>f 34904/36055/34244 35037/36189/34378 35036/36187/34376</w:t>
        <w:br/>
        <w:t>f 34988/36140/34329 34904/36055/34244 35036/36187/34376</w:t>
        <w:br/>
        <w:t>f 35038/36190/34379 34764/35915/34108 34946/36101/34290</w:t>
        <w:br/>
        <w:t>f 35011/36165/34354 35038/36190/34379 34946/36101/34290</w:t>
        <w:br/>
        <w:t>f 35033/36186/34375 35034/36185/34374 35040/36191/34380</w:t>
        <w:br/>
        <w:t>f 35039/36192/34381 35033/36186/34375 35040/36191/34380</w:t>
        <w:br/>
        <w:t>f 34936/36089/34278 34937/36088/34277 34988/36140/34329</w:t>
        <w:br/>
        <w:t>f 35036/36187/34376 34936/36089/34278 34988/36140/34329</w:t>
        <w:br/>
        <w:t>f 35034/36185/34374 34949/36098/34287 34765/35914/34107</w:t>
        <w:br/>
        <w:t>f 34906/36059/34248 35034/36185/34374 34765/35914/34107</w:t>
        <w:br/>
        <w:t>f 35039/36192/34381 35040/36191/34380 35042/36193/34382</w:t>
        <w:br/>
        <w:t>f 35041/36194/34383 35039/36192/34381 35042/36193/34382</w:t>
        <w:br/>
        <w:t>f 34764/35915/34108 34765/35914/34107 34949/36098/34287</w:t>
        <w:br/>
        <w:t>f 34946/36101/34290 34764/35915/34108 34949/36098/34287</w:t>
        <w:br/>
        <w:t>f 34732/35884/34079 34733/35883/34078 35043/36195/34384</w:t>
        <w:br/>
        <w:t>f 34884/36036/34225 34732/35884/34079 35043/36195/34384</w:t>
        <w:br/>
        <w:t>f 34903/36056/34245 34904/36055/34244 34988/36140/34329</w:t>
        <w:br/>
        <w:t>f 34916/36068/34257 34903/36056/34245 34988/36140/34329</w:t>
        <w:br/>
        <w:t>f 34786/35938/34131 34800/35953/34146 34801/35952/34145</w:t>
        <w:br/>
        <w:t>f 34785/35939/34132 34786/35938/34131 34801/35952/34145</w:t>
        <w:br/>
        <w:t>f 35045/36196/34385 35044/36197/34386 34958/36107/34296</w:t>
        <w:br/>
        <w:t>f 34992/36144/34333 35045/36196/34385 34958/36107/34296</w:t>
        <w:br/>
        <w:t>f 35030/36183/34372 35031/36182/34371 35047/36198/34387</w:t>
        <w:br/>
        <w:t>f 35046/36199/34388 35030/36183/34372 35047/36198/34387</w:t>
        <w:br/>
        <w:t>f 34992/36144/34333 34958/36107/34296 34955/36110/34299</w:t>
        <w:br/>
        <w:t>f 34991/36141/34330 34992/36144/34333 34955/36110/34299</w:t>
        <w:br/>
        <w:t>f 35049/36200/34389 35048/36201/34390 34811/35962/34155</w:t>
        <w:br/>
        <w:t>f 34812/35961/34154 35049/36200/34389 34811/35962/34155</w:t>
        <w:br/>
        <w:t>f 35048/36201/34390 35050/36202/34391 34816/35965/34158</w:t>
        <w:br/>
        <w:t>f 34811/35962/34155 35048/36201/34390 34816/35965/34158</w:t>
        <w:br/>
        <w:t>f 35050/36202/34391 35051/36203/34392 34815/35966/34159</w:t>
        <w:br/>
        <w:t>f 34816/35965/34158 35050/36202/34391 34815/35966/34159</w:t>
        <w:br/>
        <w:t>f 35053/36204/34393 34957/36108/34297 35052/36205/34394</w:t>
        <w:br/>
        <w:t>f 35054/36206/34395 35053/36204/34393 35052/36205/34394</w:t>
        <w:br/>
        <w:t>f 35056/36207/34396 35033/36186/34375 35039/36192/34381</w:t>
        <w:br/>
        <w:t>f 35055/36208/34397 35056/36207/34396 35039/36192/34381</w:t>
        <w:br/>
        <w:t>f 34389/35540/33743 34829/35982/34171 35057/36209/34398</w:t>
        <w:br/>
        <w:t>f 34625/35776/33979 34389/35540/33743 35057/36209/34398</w:t>
        <w:br/>
        <w:t>f 35061/36210/34399 35060/36211/34400 35059/36212/34401</w:t>
        <w:br/>
        <w:t>f 35058/36213/34402 35061/36210/34399 35059/36212/34401</w:t>
        <w:br/>
        <w:t>f 35057/36209/34398 35062/36214/34403 34631/35782/33985</w:t>
        <w:br/>
        <w:t>f 34625/35776/33979 35057/36209/34398 34631/35782/33985</w:t>
        <w:br/>
        <w:t>f 35060/36211/34400 34827/35980/34170 34632/35785/33988</w:t>
        <w:br/>
        <w:t>f 34633/35784/33987 35060/36211/34400 34632/35785/33988</w:t>
        <w:br/>
        <w:t>f 35063/36215/34404 35056/36207/34396 35050/36202/34391</w:t>
        <w:br/>
        <w:t>f 35048/36201/34390 35063/36215/34404 35050/36202/34391</w:t>
        <w:br/>
        <w:t>f 35058/36213/34402 35059/36212/34401 35065/36216/34405</w:t>
        <w:br/>
        <w:t>f 35064/36217/34406 35058/36213/34402 35065/36216/34405</w:t>
        <w:br/>
        <w:t>f 35033/36186/34375 35056/36207/34396 35063/36215/34404</w:t>
        <w:br/>
        <w:t>f 34948/36099/34288 35033/36186/34375 35063/36215/34404</w:t>
        <w:br/>
        <w:t>f 35064/36217/34406 35065/36216/34405 35066/36218/34407</w:t>
        <w:br/>
        <w:t>f 34818/35971/34161 35064/36217/34406 35066/36218/34407</w:t>
        <w:br/>
        <w:t>f 34812/35961/34154 34824/35973/34163 35067/36219/34408</w:t>
        <w:br/>
        <w:t>f 35049/36200/34389 34812/35961/34154 35067/36219/34408</w:t>
        <w:br/>
        <w:t>f 35068/36220/34409 35059/36212/34401 35060/36211/34400</w:t>
        <w:br/>
        <w:t>f 35069/36221/34410 35068/36220/34409 35060/36211/34400</w:t>
        <w:br/>
        <w:t>f 34829/35982/34171 34815/35966/34159 35051/36203/34392</w:t>
        <w:br/>
        <w:t>f 35057/36209/34398 34829/35982/34171 35051/36203/34392</w:t>
        <w:br/>
        <w:t>f 35054/36206/34395 35065/36216/34405 35059/36212/34401</w:t>
        <w:br/>
        <w:t>f 35068/36220/34409 35054/36206/34395 35059/36212/34401</w:t>
        <w:br/>
        <w:t>f 35044/36197/34386 35052/36205/34394 34957/36108/34297</w:t>
        <w:br/>
        <w:t>f 34958/36107/34296 35044/36197/34386 34957/36108/34297</w:t>
        <w:br/>
        <w:t>f 35054/36206/34395 35052/36205/34394 35066/36218/34407</w:t>
        <w:br/>
        <w:t>f 35065/36216/34405 35054/36206/34395 35066/36218/34407</w:t>
        <w:br/>
        <w:t>f 34633/35784/33987 34641/35793/33996 35069/36221/34410</w:t>
        <w:br/>
        <w:t>f 35060/36211/34400 34633/35784/33987 35069/36221/34410</w:t>
        <w:br/>
        <w:t>f 35062/36214/34403 35041/36194/34383 34642/35794/33997</w:t>
        <w:br/>
        <w:t>f 34631/35782/33985 35062/36214/34403 34642/35794/33997</w:t>
        <w:br/>
        <w:t>f 35072/36222/34411 35071/36223/34412 35070/36224/34413</w:t>
        <w:br/>
        <w:t>f 35073/36225/34414 35072/36222/34411 35070/36224/34413</w:t>
        <w:br/>
        <w:t>f 35073/36225/34414 35070/36224/34413 35044/36197/34386</w:t>
        <w:br/>
        <w:t>f 35045/36196/34385 35073/36225/34414 35044/36197/34386</w:t>
        <w:br/>
        <w:t>f 34824/35973/34163 34821/35976/34166 35074/36226/34415</w:t>
        <w:br/>
        <w:t>f 35067/36219/34408 34824/35973/34163 35074/36226/34415</w:t>
        <w:br/>
        <w:t>f 35049/36200/34389 35067/36219/34408 35076/36227/34416</w:t>
        <w:br/>
        <w:t>f 35075/36228/34417 35049/36200/34389 35076/36227/34416</w:t>
        <w:br/>
        <w:t>f 35073/36225/34414 35078/36229/34418 35077/36230/34419</w:t>
        <w:br/>
        <w:t>f 35072/36222/34411 35073/36225/34414 35077/36230/34419</w:t>
        <w:br/>
        <w:t>f 35078/36229/34418 35073/36225/34414 35045/36196/34385</w:t>
        <w:br/>
        <w:t>f 35079/36231/34420 35078/36229/34418 35045/36196/34385</w:t>
        <w:br/>
        <w:t>f 35051/36203/34392 35050/36202/34391 35056/36207/34396</w:t>
        <w:br/>
        <w:t>f 35055/36208/34397 35051/36203/34392 35056/36207/34396</w:t>
        <w:br/>
        <w:t>f 35052/36205/34394 35044/36197/34386 35070/36224/34413</w:t>
        <w:br/>
        <w:t>f 35066/36218/34407 35052/36205/34394 35070/36224/34413</w:t>
        <w:br/>
        <w:t>f 35068/36220/34409 35069/36221/34410 34959/36112/34301</w:t>
        <w:br/>
        <w:t>f 34960/36111/34300 35068/36220/34409 34959/36112/34301</w:t>
        <w:br/>
        <w:t>f 35079/36231/34420 34989/36143/34332 35013/36163/34352</w:t>
        <w:br/>
        <w:t>f 35080/36232/34421 35079/36231/34420 35013/36163/34352</w:t>
        <w:br/>
        <w:t>f 35069/36221/34410 34641/35793/33996 34551/35704/33907</w:t>
        <w:br/>
        <w:t>f 34959/36112/34301 35069/36221/34410 34551/35704/33907</w:t>
        <w:br/>
        <w:t>f 34948/36099/34288 35063/36215/34404 35075/36228/34417</w:t>
        <w:br/>
        <w:t>f 34947/36100/34289 34948/36099/34288 35075/36228/34417</w:t>
        <w:br/>
        <w:t>f 35076/36227/34416 35014/36166/34355 34947/36100/34289</w:t>
        <w:br/>
        <w:t>f 35075/36228/34417 35076/36227/34416 34947/36100/34289</w:t>
        <w:br/>
        <w:t>f 34818/35971/34161 35066/36218/34407 35070/36224/34413</w:t>
        <w:br/>
        <w:t>f 35071/36223/34412 34818/35971/34161 35070/36224/34413</w:t>
        <w:br/>
        <w:t>f 35075/36228/34417 35063/36215/34404 35048/36201/34390</w:t>
        <w:br/>
        <w:t>f 35049/36200/34389 35075/36228/34417 35048/36201/34390</w:t>
        <w:br/>
        <w:t>f 35079/36231/34420 35045/36196/34385 34992/36144/34333</w:t>
        <w:br/>
        <w:t>f 34989/36143/34332 35079/36231/34420 34992/36144/34333</w:t>
        <w:br/>
        <w:t>f 35081/36233/34422 35010/36161/34350 35007/36160/34349</w:t>
        <w:br/>
        <w:t>f 35022/36174/34363 35081/36233/34422 35007/36160/34349</w:t>
        <w:br/>
        <w:t>f 35083/36234/34423 35082/36235/34424 34831/35985/34174</w:t>
        <w:br/>
        <w:t>f 34857/36010/34199 35083/36234/34423 34831/35985/34174</w:t>
        <w:br/>
        <w:t>f 35086/36236/34425 35085/36237/34426 35084/36238/34427</w:t>
        <w:br/>
        <w:t>f 35021/36173/34362 34933/36084/34273 34897/36049/34238</w:t>
        <w:br/>
        <w:t>f 34987/36139/34328 35021/36173/34362 34897/36049/34238</w:t>
        <w:br/>
        <w:t>f 34774/35926/34119 34775/35925/34118 35088/36239/34428</w:t>
        <w:br/>
        <w:t>f 35087/36240/34429 34774/35926/34119 35088/36239/34428</w:t>
        <w:br/>
        <w:t>f 35054/36206/34395 35068/36220/34409 34960/36111/34300</w:t>
        <w:br/>
        <w:t>f 35053/36204/34393 35054/36206/34395 34960/36111/34300</w:t>
        <w:br/>
        <w:t>f 34662/35814/32896 34632/35785/33988 34827/35980/34170</w:t>
        <w:br/>
        <w:t>f 34828/35979/34169 34662/35814/32896 34827/35980/34170</w:t>
        <w:br/>
        <w:t>f 34837/35988/34177 34838/35987/34176 34737/35888/34083</w:t>
        <w:br/>
        <w:t>f 34738/35887/34082 34837/35988/34177 34737/35888/34083</w:t>
        <w:br/>
        <w:t>f 34743/35896/34091 34744/35895/34090 34735/35890/34085</w:t>
        <w:br/>
        <w:t>f 34745/35898/34093 34743/35896/34091 34735/35890/34085</w:t>
        <w:br/>
        <w:t>f 34735/35890/34085 34744/35895/34090 34883/36035/34224</w:t>
        <w:br/>
        <w:t>f 34738/35887/34082 34735/35890/34085 34883/36035/34224</w:t>
        <w:br/>
        <w:t>f 34837/35988/34177 34844/35995/34184 34740/35893/34088</w:t>
        <w:br/>
        <w:t>f 34836/35989/34178 34837/35988/34177 34740/35893/34088</w:t>
        <w:br/>
        <w:t>f 34741/35892/34087 34839/35994/34183 34836/35989/34178</w:t>
        <w:br/>
        <w:t>f 34740/35893/34088 34741/35892/34087 34836/35989/34178</w:t>
        <w:br/>
        <w:t>f 34738/35887/34082 34883/36035/34224 34844/35995/34184</w:t>
        <w:br/>
        <w:t>f 34837/35988/34177 34738/35887/34082 34844/35995/34184</w:t>
        <w:br/>
        <w:t>f 35013/36163/34352 34989/36143/34332 34990/36142/34331</w:t>
        <w:br/>
        <w:t>f 35012/36164/34353 35013/36163/34352 34990/36142/34331</w:t>
        <w:br/>
        <w:t>f 34839/35994/34183 34741/35892/34087 35028/36180/34369</w:t>
        <w:br/>
        <w:t>f 34842/35991/34180 34839/35994/34183 35028/36180/34369</w:t>
        <w:br/>
        <w:t>f 34842/35991/34180 35028/36180/34369 35035/36188/34377</w:t>
        <w:br/>
        <w:t>f 35029/36181/34370 34842/35991/34180 35035/36188/34377</w:t>
        <w:br/>
        <w:t>f 35012/36164/34353 34990/36142/34331 35029/36181/34370</w:t>
        <w:br/>
        <w:t>f 35035/36188/34377 35012/36164/34353 35029/36181/34370</w:t>
        <w:br/>
        <w:t>f 35090/36241/34430 34977/36129/34318 35089/36242/34431</w:t>
        <w:br/>
        <w:t>f 35080/36232/34421 35074/36226/34415 35078/36229/34418</w:t>
        <w:br/>
        <w:t>f 35079/36231/34420 35080/36232/34421 35078/36229/34418</w:t>
        <w:br/>
        <w:t>f 35074/36226/34415 34821/35976/34166 35077/36230/34419</w:t>
        <w:br/>
        <w:t>f 35078/36229/34418 35074/36226/34415 35077/36230/34419</w:t>
        <w:br/>
        <w:t>f 35077/36230/34419 34821/35976/34166 34822/35975/34165</w:t>
        <w:br/>
        <w:t>f 35091/36243/34432 35077/36230/34419 34822/35975/34165</w:t>
        <w:br/>
        <w:t>f 34744/35895/34090 34731/35885/34080 34855/36008/34197</w:t>
        <w:br/>
        <w:t>f 34883/36035/34224 34744/35895/34090 34855/36008/34197</w:t>
        <w:br/>
        <w:t>f 35035/36188/34377 35036/36187/34376 35037/36189/34378</w:t>
        <w:br/>
        <w:t>f 35012/36164/34353 35035/36188/34377 35037/36189/34378</w:t>
        <w:br/>
        <w:t>f 34942/36095/34284 35032/36184/34373 35092/36244/34433</w:t>
        <w:br/>
        <w:t>f 34907/36058/34247 34942/36095/34284 35092/36244/34433</w:t>
        <w:br/>
        <w:t>f 35072/36222/34411 35093/36245/34434 35091/36243/34435</w:t>
        <w:br/>
        <w:t>f 35094/36246/34436 35072/36222/34411 35091/36243/34435</w:t>
        <w:br/>
        <w:t>f 34747/35901/34096 34748/35900/34095 34757/35911/34105</w:t>
        <w:br/>
        <w:t>f 35038/36190/34379 35037/36189/34378 34904/36055/34244</w:t>
        <w:br/>
        <w:t>f 34905/36054/34243 35038/36190/34379 34904/36055/34244</w:t>
        <w:br/>
        <w:t>f 34834/35986/34175 34831/35985/34174 35082/36235/34424</w:t>
        <w:br/>
        <w:t>f 34896/36048/34237 34834/35986/34175 35082/36235/34424</w:t>
        <w:br/>
        <w:t>f 34817/35972/34162 34818/35971/34161 35071/36223/34412</w:t>
        <w:br/>
        <w:t>f 35095/36247/34437 34817/35972/34162 35071/36223/34412</w:t>
        <w:br/>
        <w:t>f 34835/35990/34179 34845/35998/34187 34859/36011/34200</w:t>
        <w:br/>
        <w:t>f 34838/35987/34176 34835/35990/34179 34859/36011/34200</w:t>
        <w:br/>
        <w:t>f 34870/36021/34210 34852/36004/34193 34867/36018/34207</w:t>
        <w:br/>
        <w:t>f 34833/35983/34172 34870/36021/34210 34867/36018/34207</w:t>
        <w:br/>
        <w:t>f 34839/35994/34183 34840/35993/34182 34835/35990/34179</w:t>
        <w:br/>
        <w:t>f 34836/35989/34178 34839/35994/34183 34835/35990/34179</w:t>
        <w:br/>
        <w:t>f 34748/35900/34095 34749/35899/34094 34888/36038/34227</w:t>
        <w:br/>
        <w:t>f 34889/36044/34233 34748/35900/34095 34888/36038/34227</w:t>
        <w:br/>
        <w:t>f 35003/36155/34344 34901/36053/34242 34892/36041/34230</w:t>
        <w:br/>
        <w:t>f 34886/36040/34229 35003/36155/34344 34892/36041/34230</w:t>
        <w:br/>
        <w:t>f 34889/36044/34233 34888/36038/34227 34886/36040/34229</w:t>
        <w:br/>
        <w:t>f 34892/36041/34230 34889/36044/34233 34886/36040/34229</w:t>
        <w:br/>
        <w:t>f 34898/36050/34239 35003/36155/34344 34886/36040/34229</w:t>
        <w:br/>
        <w:t>f 34887/36039/34228 34898/36050/34239 34886/36040/34229</w:t>
        <w:br/>
        <w:t>f 34912/36066/34255 34913/36065/34254 34991/36141/34330</w:t>
        <w:br/>
        <w:t>f 34955/36110/34299 34912/36066/34255 34991/36141/34330</w:t>
        <w:br/>
        <w:t>f 35031/36182/34371 35016/36168/34357 34917/36067/34256</w:t>
        <w:br/>
        <w:t>f 34778/35930/34123 35031/36182/34371 34917/36067/34256</w:t>
        <w:br/>
        <w:t>f 34769/35923/34116 35030/36183/34372 35046/36199/34388</w:t>
        <w:br/>
        <w:t>f 35004/36156/34345 34769/35923/34116 35046/36199/34388</w:t>
        <w:br/>
        <w:t>f 34971/36121/34310 34945/36097/34286 34930/36079/34268</w:t>
        <w:br/>
        <w:t>f 34910/36061/34250 34971/36121/34310 34930/36079/34268</w:t>
        <w:br/>
        <w:t>f 34982/36135/34324 34983/36134/34323 34974/36127/34316</w:t>
        <w:br/>
        <w:t>f 35096/36248/34438 34982/36135/34324 34974/36127/34316</w:t>
        <w:br/>
        <w:t>f 34807/35957/34150 34790/35942/34135 34791/35941/34134</w:t>
        <w:br/>
        <w:t>f 34806/35958/34151 34807/35957/34150 34791/35941/34134</w:t>
        <w:br/>
        <w:t>f 34964/36116/34305 34952/36106/34295 34672/35824/34026</w:t>
        <w:br/>
        <w:t>f 34555/35707/33910 34964/36116/34305 34672/35824/34026</w:t>
        <w:br/>
        <w:t>f 34778/35930/34123 34917/36067/34256 34918/36070/34259</w:t>
        <w:br/>
        <w:t>f 34777/35931/34124 34778/35930/34123 34918/36070/34259</w:t>
        <w:br/>
        <w:t>f 34975/36126/34315 35097/36249/34439 35096/36248/34438</w:t>
        <w:br/>
        <w:t>f 34974/36127/34316 34975/36126/34315 35096/36248/34438</w:t>
        <w:br/>
        <w:t>f 35023/36175/34364 34982/36135/34324 35096/36248/34438</w:t>
        <w:br/>
        <w:t>f 35098/36250/34440 35023/36175/34364 35096/36248/34438</w:t>
        <w:br/>
        <w:t>f 34678/35827/34029 34675/35830/34032 35100/36251/34441</w:t>
        <w:br/>
        <w:t>f 35099/36252/34442 34678/35827/34029 35100/36251/34441</w:t>
        <w:br/>
        <w:t>f 35097/36249/34439 34789/35943/34136 35098/36250/34440</w:t>
        <w:br/>
        <w:t>f 35096/36248/34438 35097/36249/34439 35098/36250/34440</w:t>
        <w:br/>
        <w:t>f 34801/35952/34145 34802/35951/34144 34980/36133/34322</w:t>
        <w:br/>
        <w:t>f 35027/36178/34367 34801/35952/34145 34980/36133/34322</w:t>
        <w:br/>
        <w:t>f 35080/36232/34421 35013/36163/34352 35014/36166/34355</w:t>
        <w:br/>
        <w:t>f 35076/36227/34416 35080/36232/34421 35014/36166/34355</w:t>
        <w:br/>
        <w:t>f 34968/36120/34309 34965/36119/34308 35022/36174/34363</w:t>
        <w:br/>
        <w:t>f 35007/36160/34349 34968/36120/34309 35022/36174/34363</w:t>
        <w:br/>
        <w:t>f 35042/36193/34382 35101/36253/34443 34680/35832/34034</w:t>
        <w:br/>
        <w:t>f 34681/35831/34033 35042/36193/34382 34680/35832/34034</w:t>
        <w:br/>
        <w:t>f 34552/35703/33906 34672/35824/34026 34952/36106/34295</w:t>
        <w:br/>
        <w:t>f 34953/36105/34294 34552/35703/33906 34952/36106/34295</w:t>
        <w:br/>
        <w:t>f 35041/36194/34383 35042/36193/34382 34681/35831/34033</w:t>
        <w:br/>
        <w:t>f 34642/35794/33997 35041/36194/34383 34681/35831/34033</w:t>
        <w:br/>
        <w:t>f 35057/36209/34398 35051/36203/34392 35055/36208/34397</w:t>
        <w:br/>
        <w:t>f 35062/36214/34403 35057/36209/34398 35055/36208/34397</w:t>
        <w:br/>
        <w:t>f 35067/36219/34408 35074/36226/34415 35080/36232/34421</w:t>
        <w:br/>
        <w:t>f 35076/36227/34416 35067/36219/34408 35080/36232/34421</w:t>
        <w:br/>
        <w:t>f 35041/36194/34383 35062/36214/34403 35055/36208/34397</w:t>
        <w:br/>
        <w:t>f 35039/36192/34381 35041/36194/34383 35055/36208/34397</w:t>
        <w:br/>
        <w:t>f 34990/36142/34331 34991/36141/34330 34913/36065/34254</w:t>
        <w:br/>
        <w:t>f 35029/36181/34370 34990/36142/34331 34913/36065/34254</w:t>
        <w:br/>
        <w:t>f 35071/36223/34412 35072/36222/34411 35094/36246/34436</w:t>
        <w:br/>
        <w:t>f 35095/36247/34437 35071/36223/34412 35094/36246/34436</w:t>
        <w:br/>
        <w:t>f 34852/36004/34193 34853/36003/34192 34866/36019/34208</w:t>
        <w:br/>
        <w:t>f 34867/36018/34207 34852/36004/34193 34866/36019/34208</w:t>
        <w:br/>
        <w:t>f 34986/36136/34325 35103/36254/34444 35102/36255/34445</w:t>
        <w:br/>
        <w:t>f 35001/36153/34342 34986/36136/34325 35102/36255/34445</w:t>
        <w:br/>
        <w:t>f 35104/36256/34446 34970/36122/34311 34911/36060/34249</w:t>
        <w:br/>
        <w:t>f 35025/36176/34365 35104/36256/34446 34911/36060/34249</w:t>
        <w:br/>
        <w:t>f 34783/35933/34126 35019/36172/34361 34798/35950/34143</w:t>
        <w:br/>
        <w:t>f 34795/35949/34142 34783/35933/34126 34798/35950/34143</w:t>
        <w:br/>
        <w:t>f 35107/36257/34447 35106/36258/34447 35105/36259/34448</w:t>
        <w:br/>
        <w:t>f 35108/36260/34448 35107/36257/34447 35105/36259/34448</w:t>
        <w:br/>
        <w:t>f 35111/36261/34449 35110/36262/34450 35085/36237/34426</w:t>
        <w:br/>
        <w:t>f 35109/36263/34451 35111/36261/34449 35085/36237/34426</w:t>
        <w:br/>
        <w:t>f 35107/36257/34447 35113/36264/34452 35112/36265/34452</w:t>
        <w:br/>
        <w:t>f 35106/36258/34447 35107/36257/34447 35112/36265/34452</w:t>
        <w:br/>
        <w:t>f 35117/36266/34453 35116/36267/34454 35115/36268/34455</w:t>
        <w:br/>
        <w:t>f 35114/36269/34453 35117/36266/34453 35115/36268/34455</w:t>
        <w:br/>
        <w:t>f 35119/36270/34456 35118/36271/34457 35108/36260/34448</w:t>
        <w:br/>
        <w:t>f 35105/36259/34448 35119/36270/34456 35108/36260/34448</w:t>
        <w:br/>
        <w:t>f 35122/36272/34458 35121/36273/34459 35120/36274/34459</w:t>
        <w:br/>
        <w:t>f 35123/36275/34458 35122/36272/34458 35120/36274/34459</w:t>
        <w:br/>
        <w:t>f 35116/36267/34454 35120/36274/34459 35121/36273/34459</w:t>
        <w:br/>
        <w:t>f 35115/36268/34455 35116/36267/34454 35121/36273/34459</w:t>
        <w:br/>
        <w:t>f 35114/36269/34453 35124/36276/34460 35117/36266/34453</w:t>
        <w:br/>
        <w:t>f 35126/36277/34461 35085/36237/34426 35125/36278/34462</w:t>
        <w:br/>
        <w:t>f 34863/36016/34205 34848/36001/34190 35109/36263/34451</w:t>
        <w:br/>
        <w:t>f 35085/36237/34426 34863/36016/34205 35109/36263/34451</w:t>
        <w:br/>
        <w:t>f 35084/36238/34427 35085/36237/34426 35127/36279/34463</w:t>
        <w:br/>
        <w:t>f 35109/36263/34451 34977/36129/34318 35090/36241/34430</w:t>
        <w:br/>
        <w:t>f 35111/36261/34449 35109/36263/34451 35090/36241/34430</w:t>
        <w:br/>
        <w:t>f 35089/36242/34431 34977/36129/34318 35128/36280/34464</w:t>
        <w:br/>
        <w:t>f 34849/36000/34189 35128/36280/34464 34977/36129/34318</w:t>
        <w:br/>
        <w:t>f 35125/36278/34462 35085/36237/34426 35086/36236/34425</w:t>
        <w:br/>
        <w:t>f 35130/36281/34465 35112/36265/34452 35113/36264/34452</w:t>
        <w:br/>
        <w:t>f 35129/36282/34465 35130/36281/34465 35113/36264/34452</w:t>
        <w:br/>
        <w:t>f 34916/36068/34257 34917/36067/34256 35016/36168/34357</w:t>
        <w:br/>
        <w:t>f 34903/36056/34245 34916/36068/34257 35016/36168/34357</w:t>
        <w:br/>
        <w:t>f 34764/35915/34108 35038/36190/34379 34905/36054/34243</w:t>
        <w:br/>
        <w:t>f 34763/35916/34109 34764/35915/34108 34905/36054/34243</w:t>
        <w:br/>
        <w:t>f 34763/35916/34109 34905/36054/34243 34902/36057/34246</w:t>
        <w:br/>
        <w:t>f 35018/36170/34359 34763/35916/34109 34902/36057/34246</w:t>
        <w:br/>
        <w:t>f 35017/36169/34358 34770/35922/34115 35018/36170/34359</w:t>
        <w:br/>
        <w:t>f 34902/36057/34246 35017/36169/34358 35018/36170/34359</w:t>
        <w:br/>
        <w:t>f 35030/36183/34372 34769/35923/34116 34770/35922/34115</w:t>
        <w:br/>
        <w:t>f 35017/36169/34358 35030/36183/34372 34770/35922/34115</w:t>
        <w:br/>
        <w:t>f 34774/35926/34119 34784/35936/34129 34781/35935/34128</w:t>
        <w:br/>
        <w:t>f 34773/35927/34120 34774/35926/34119 34781/35935/34128</w:t>
        <w:br/>
        <w:t>f 34770/35922/34115 34771/35921/34114 34943/36094/34283</w:t>
        <w:br/>
        <w:t>f 35018/36170/34359 34770/35922/34115 34943/36094/34283</w:t>
        <w:br/>
        <w:t>f 34960/36111/34300 34954/36104/34293 35002/36154/34343</w:t>
        <w:br/>
        <w:t>f 35053/36204/34393 34960/36111/34300 35002/36154/34343</w:t>
        <w:br/>
        <w:t>f 34940/36091/34280 35002/36154/34343 34954/36104/34293</w:t>
        <w:br/>
        <w:t>f 34939/36092/34281 34940/36091/34280 34954/36104/34293</w:t>
        <w:br/>
        <w:t>f 35053/36204/34393 35002/36154/34343 34956/36109/34298</w:t>
        <w:br/>
        <w:t>f 34957/36108/34297 35053/36204/34393 34956/36109/34298</w:t>
        <w:br/>
        <w:t>f 35020/36171/34360 34784/35936/34129 34774/35926/34119</w:t>
        <w:br/>
        <w:t>f 35087/36240/34429 35020/36171/34360 34774/35926/34119</w:t>
        <w:br/>
        <w:t>f 34775/35925/34118 34899/36051/34240 34993/36146/34335</w:t>
        <w:br/>
        <w:t>f 35088/36239/34428 34775/35925/34118 34993/36146/34335</w:t>
        <w:br/>
        <w:t>f 34778/35930/34123 34779/35929/34122 35047/36198/34387</w:t>
        <w:br/>
        <w:t>f 35031/36182/34371 34778/35930/34123 35047/36198/34387</w:t>
        <w:br/>
        <w:t>f 35037/36189/34378 35038/36190/34379 35011/36165/34354</w:t>
        <w:br/>
        <w:t>f 35012/36164/34353 35037/36189/34378 35011/36165/34354</w:t>
        <w:br/>
        <w:t>f 35101/36253/34443 35042/36193/34382 35040/36191/34380</w:t>
        <w:br/>
        <w:t>f 35131/36283/34466 35101/36253/34443 35040/36191/34380</w:t>
        <w:br/>
        <w:t>f 35131/36283/34466 35040/36191/34380 35034/36185/34374</w:t>
        <w:br/>
        <w:t>f 34906/36059/34248 35131/36283/34466 35034/36185/34374</w:t>
        <w:br/>
        <w:t>f 34785/35939/34132 35026/36179/34368 35006/36158/34347</w:t>
        <w:br/>
        <w:t>f 34788/35940/34133 34785/35939/34132 35006/36158/34347</w:t>
        <w:br/>
        <w:t>f 34926/36075/34264 34950/36103/34292 34951/36102/34291</w:t>
        <w:br/>
        <w:t>f 35132/36284/34467 34926/36075/34264 34951/36102/34291</w:t>
        <w:br/>
        <w:t>f 35025/36176/34365 35024/36177/34366 35102/36255/34445</w:t>
        <w:br/>
        <w:t>f 35103/36254/34444 35025/36176/34365 35102/36255/34445</w:t>
        <w:br/>
        <w:t>f 34972/36124/34313 35023/36175/34364 34945/36097/34286</w:t>
        <w:br/>
        <w:t>f 34971/36121/34310 34972/36124/34313 34945/36097/34286</w:t>
        <w:br/>
        <w:t>f 35023/36175/34364 35098/36250/34440 34944/36096/34285</w:t>
        <w:br/>
        <w:t>f 34945/36097/34286 35023/36175/34364 34944/36096/34285</w:t>
        <w:br/>
        <w:t>f 34789/35943/34136 34963/36113/34302 34944/36096/34285</w:t>
        <w:br/>
        <w:t>f 35098/36250/34440 34789/35943/34136 34944/36096/34285</w:t>
        <w:br/>
        <w:t>f 34966/36118/34307 34967/36117/34306 34972/36124/34313</w:t>
        <w:br/>
        <w:t>f 34969/36123/34312 34966/36118/34307 34972/36124/34313</w:t>
        <w:br/>
        <w:t>f 34766/35920/34113 34998/36150/34339 35133/36285/34468</w:t>
        <w:br/>
        <w:t>f 34768/35918/34111 34766/35920/34113 35133/36285/34468</w:t>
        <w:br/>
        <w:t>f 34885/36037/34226 34897/36049/34238 34869/36022/34211</w:t>
        <w:br/>
        <w:t>f 34870/36021/34210 34885/36037/34226 34869/36022/34211</w:t>
        <w:br/>
        <w:t>f 34984/36138/34327 35134/36286/34469 35103/36254/34444</w:t>
        <w:br/>
        <w:t>f 34986/36136/34325 34984/36138/34327 35103/36254/34444</w:t>
        <w:br/>
        <w:t>f 35104/36256/34446 35025/36176/34365 35103/36254/34444</w:t>
        <w:br/>
        <w:t>f 35134/36286/34469 35104/36256/34446 35103/36254/34444</w:t>
        <w:br/>
        <w:t>f 35008/36159/34348 35009/36162/34351 35135/36287/34470</w:t>
        <w:br/>
        <w:t>f 34973/36128/34317 35008/36159/34348 35135/36287/34470</w:t>
        <w:br/>
        <w:t>f 35136/36288/34471 34997/36151/34340 34906/36059/34248</w:t>
        <w:br/>
        <w:t>f 34863/36016/34205 35085/36237/34426 35126/36277/34461</w:t>
        <w:br/>
        <w:t>f 35137/36289/34472 34976/36125/34314 34973/36128/34317</w:t>
        <w:br/>
        <w:t>f 35135/36287/34470 35137/36289/34472 34973/36128/34317</w:t>
        <w:br/>
        <w:t>f 35099/36252/34442 34804/35955/34148 34359/35514/33717</w:t>
        <w:br/>
        <w:t>f 34678/35827/34029 35099/36252/34442 34359/35514/33717</w:t>
        <w:br/>
        <w:t>f 35138/36290/34473 35081/36233/34422 35022/36174/34363</w:t>
        <w:br/>
        <w:t>f 34921/36074/34263 35138/36290/34473 35022/36174/34363</w:t>
        <w:br/>
        <w:t>f 35139/36291/34474 35138/36290/34473 34921/36074/34263</w:t>
        <w:br/>
        <w:t>f 34871/36026/34215 35139/36291/34474 34921/36074/34263</w:t>
        <w:br/>
        <w:t>f 35140/36292/34475 34877/36029/34218 34896/36048/34237</w:t>
        <w:br/>
        <w:t>f 35082/36235/34424 35140/36292/34475 34896/36048/34237</w:t>
        <w:br/>
        <w:t>f 35142/36293/34476 35141/36294/34477 35140/36292/34475</w:t>
        <w:br/>
        <w:t>f 35142/36293/34476 35140/36292/34475 35082/36235/34424</w:t>
        <w:br/>
        <w:t>f 35083/36234/34423 35142/36293/34476 35082/36235/34424</w:t>
        <w:br/>
        <w:t>f 35141/36294/34477 34876/36027/34216 34877/36029/34218</w:t>
        <w:br/>
        <w:t>f 35140/36292/34475 35141/36294/34477 34877/36029/34218</w:t>
        <w:br/>
        <w:t>f 34873/36024/34213 34896/36048/34237 34877/36029/34218</w:t>
        <w:br/>
        <w:t>f 34872/36025/34214 34873/36024/34213 34877/36029/34218</w:t>
        <w:br/>
        <w:t>f 34875/36028/34217 35139/36291/34474 34871/36026/34215</w:t>
        <w:br/>
        <w:t>f 34872/36025/34214 34875/36028/34217 34871/36026/34215</w:t>
        <w:br/>
        <w:t>f 34931/36083/34272 35006/36158/34347 35026/36179/34368</w:t>
        <w:br/>
        <w:t>f 35032/36184/34373 34931/36083/34272 35026/36179/34368</w:t>
        <w:br/>
        <w:t>f 34980/36133/34322 35136/36288/34471 35092/36244/34433</w:t>
        <w:br/>
        <w:t>f 35027/36178/34367 34980/36133/34322 35092/36244/34433</w:t>
        <w:br/>
        <w:t>f 34790/35942/34135 34963/36113/34302 34789/35943/34136</w:t>
        <w:br/>
        <w:t>f 34790/35942/34135 34807/35957/34150 34962/36114/34303</w:t>
        <w:br/>
        <w:t>f 34963/36113/34302 34790/35942/34135 34962/36114/34303</w:t>
        <w:br/>
        <w:t>f 34808/35960/34153 34805/35959/34152 35006/36158/34347</w:t>
        <w:br/>
        <w:t>f 34931/36083/34272 34808/35960/34153 35006/36158/34347</w:t>
        <w:br/>
        <w:t>f 35143/36295/34478 34807/35957/34150 34808/35960/34153</w:t>
        <w:br/>
        <w:t>f 34920/36071/34260 35143/36295/34478 34808/35960/34153</w:t>
        <w:br/>
        <w:t>f 35027/36178/34367 35092/36244/34433 35032/36184/34373</w:t>
        <w:br/>
        <w:t>f 35026/36179/34368 35027/36178/34367 35032/36184/34373</w:t>
        <w:br/>
        <w:t>f 34980/36133/34322 34981/36132/34321 34999/36149/34338</w:t>
        <w:br/>
        <w:t>f 35136/36288/34471 34980/36133/34322 34999/36149/34338</w:t>
        <w:br/>
        <w:t>f 35136/36288/34471 34906/36059/34248 34907/36058/34247</w:t>
        <w:br/>
        <w:t>f 35092/36244/34433 35136/36288/34471 34907/36058/34247</w:t>
        <w:br/>
        <w:t>f 34803/35956/34149 34804/35955/34148 34976/36125/34314</w:t>
        <w:br/>
        <w:t>f 35137/36289/34472 34803/35956/34149 34976/36125/34314</w:t>
        <w:br/>
        <w:t>f 35097/36249/34439 34975/36126/34315 35099/36252/34442</w:t>
        <w:br/>
        <w:t>f 35100/36251/34441 35097/36249/34439 35099/36252/34442</w:t>
        <w:br/>
        <w:t>f 34804/35955/34148 35099/36252/34442 34975/36126/34315</w:t>
        <w:br/>
        <w:t>f 34976/36125/34314 34804/35955/34148 34975/36126/34315</w:t>
        <w:br/>
        <w:t>f 35100/36251/34441 34935/36087/34276 34789/35943/34136</w:t>
        <w:br/>
        <w:t>f 35097/36249/34439 35100/36251/34441 34789/35943/34136</w:t>
        <w:br/>
        <w:t>f 34675/35830/34032 34499/35650/33853 34935/36087/34276</w:t>
        <w:br/>
        <w:t>f 35100/36251/34441 34675/35830/34032 34935/36087/34276</w:t>
        <w:br/>
        <w:t>f 34962/36114/34303 34807/35957/34150 35143/36295/34478</w:t>
        <w:br/>
        <w:t>f 35015/36167/34356 34962/36114/34303 35143/36295/34478</w:t>
        <w:br/>
        <w:t>f 34796/35948/34141 34962/36114/34303 35015/36167/34356</w:t>
        <w:br/>
        <w:t>f 34795/35949/34142 34796/35948/34141 35015/36167/34356</w:t>
        <w:br/>
        <w:t>f 35046/36199/34388 35047/36198/34387 34776/35928/34121</w:t>
        <w:br/>
        <w:t>f 34773/35927/34120 35046/36199/34388 34776/35928/34121</w:t>
        <w:br/>
        <w:t>f 35005/36157/34346 35004/36156/34345 34781/35935/34128</w:t>
        <w:br/>
        <w:t>f 34782/35934/34127 35005/36157/34346 34781/35935/34128</w:t>
        <w:br/>
        <w:t>f 34932/36085/34274 34933/36084/34273 35134/36286/34469</w:t>
        <w:br/>
        <w:t>f 34984/36138/34327 34932/36085/34274 35134/36286/34469</w:t>
        <w:br/>
        <w:t>f 35047/36198/34387 34779/35929/34122 34900/36052/34241</w:t>
        <w:br/>
        <w:t>f 34776/35928/34121 35047/36198/34387 34900/36052/34241</w:t>
        <w:br/>
        <w:t>f 34996/36147/34336 34995/36148/34337 34985/36137/34326</w:t>
        <w:br/>
        <w:t>f 35132/36284/34467 34996/36147/34336 34985/36137/34326</w:t>
        <w:br/>
        <w:t>f 34995/36148/34337 34932/36085/34274 34984/36138/34327</w:t>
        <w:br/>
        <w:t>f 34985/36137/34326 34995/36148/34337 34984/36138/34327</w:t>
        <w:br/>
        <w:t>f 35143/36295/34478 35005/36157/34346 34782/35934/34127</w:t>
        <w:br/>
        <w:t>f 35015/36167/34356 35143/36295/34478 34782/35934/34127</w:t>
        <w:br/>
        <w:t>f 35004/36156/34345 35046/36199/34388 34773/35927/34120</w:t>
        <w:br/>
        <w:t>f 34781/35935/34128 35004/36156/34345 34773/35927/34120</w:t>
        <w:br/>
        <w:t>f 34779/35929/34122 34951/36102/34291 34900/36052/34241</w:t>
        <w:br/>
        <w:t>f 35021/36173/34362 35104/36256/34446 35134/36286/34469</w:t>
        <w:br/>
        <w:t>f 34933/36084/34273 35021/36173/34362 35134/36286/34469</w:t>
        <w:br/>
        <w:t>f 34970/36122/34311 35104/36256/34446 35021/36173/34362</w:t>
        <w:br/>
        <w:t>f 34969/36123/34312 34970/36122/34311 35021/36173/34362</w:t>
        <w:br/>
        <w:t>f 34920/36071/34260 34772/35924/34117 35005/36157/34346</w:t>
        <w:br/>
        <w:t>f 35143/36295/34478 34920/36071/34260 35005/36157/34346</w:t>
        <w:br/>
        <w:t>f 34935/36087/34276 34791/35941/34134 34789/35943/34136</w:t>
        <w:br/>
        <w:t>f 34794/35946/34139 34791/35941/34134 34935/36087/34276</w:t>
        <w:br/>
        <w:t>f 34849/36000/34189 34850/35999/34188 35144/36296/34479</w:t>
        <w:br/>
        <w:t>f 35132/36284/34467 34780/35932/34125 34996/36147/34336</w:t>
        <w:br/>
        <w:t>f 34925/36076/34265 34926/36075/34264 35132/36284/34467</w:t>
        <w:br/>
        <w:t>f 34985/36137/34326 34925/36076/34265 35132/36284/34467</w:t>
        <w:br/>
        <w:t>f 34950/36103/34292 34926/36075/34264 34923/36078/34267</w:t>
        <w:br/>
        <w:t>f 34994/36145/34334 34950/36103/34292 34923/36078/34267</w:t>
        <w:br/>
        <w:t>f 34777/35931/34124 34854/36006/34195 34996/36147/34336</w:t>
        <w:br/>
        <w:t>f 34780/35932/34125 34777/35931/34124 34996/36147/34336</w:t>
        <w:br/>
        <w:t>f 34884/36036/34225 35043/36195/34384 35145/36297/34480</w:t>
        <w:br/>
        <w:t>f 35144/36296/34479 34884/36036/34225 35145/36297/34480</w:t>
        <w:br/>
        <w:t>f 34963/36113/34302 34961/36115/34304 34929/36080/34269</w:t>
        <w:br/>
        <w:t>f 34944/36096/34285 34963/36113/34302 34929/36080/34269</w:t>
        <w:br/>
        <w:t>f 34951/36102/34291 34780/35932/34125 35132/36284/34467</w:t>
        <w:br/>
        <w:t>f 35127/36279/34463 35085/36237/34426 35110/36262/34450</w:t>
        <w:br/>
        <w:t>f 35147/36298/34481 35130/36281/34465 35129/36282/34465</w:t>
        <w:br/>
        <w:t>f 35146/36299/34482 35147/36298/34481 35129/36282/34465</w:t>
        <w:br/>
        <w:t>f 35123/36275/34458 35147/36298/34481 35146/36299/34482</w:t>
        <w:br/>
        <w:t>f 35122/36272/34458 35123/36275/34458 35146/36299/34482</w:t>
        <w:br/>
        <w:t>f 34780/35932/34125 34951/36102/34291 34779/35929/34122</w:t>
        <w:br/>
        <w:t>f 35144/36296/34479 34850/35999/34188 34862/36012/34201</w:t>
        <w:br/>
        <w:t>f 34884/36036/34225 35144/36296/34479 34862/36012/34201</w:t>
        <w:br/>
        <w:t>f 35148/36300/34483 35128/36280/34464 34849/36000/34189</w:t>
        <w:br/>
        <w:t>f 35109/36263/34451 34848/36001/34190 34977/36129/34318</w:t>
        <w:br/>
        <w:t>f 35150/36301/34484 35149/36302/34484 35118/36271/34457</w:t>
        <w:br/>
        <w:t>f 35119/36270/34456 35150/36301/34484 35118/36271/34457</w:t>
        <w:br/>
        <w:t>f 34797/35947/34140 35000/36152/34341 34796/35948/34141</w:t>
        <w:br/>
        <w:t>f 34998/36150/34339 34999/36149/34338 34981/36132/34321</w:t>
        <w:br/>
        <w:t>f 35133/36285/34468 34998/36150/34339 34981/36132/34321</w:t>
        <w:br/>
        <w:t>f 35133/36285/34468 34981/36132/34321 34768/35918/34111</w:t>
        <w:br/>
        <w:t>f 34997/36151/34340 34934/36086/34275 35101/36253/34443</w:t>
        <w:br/>
        <w:t>f 34997/36151/34340 35131/36283/34466 34906/36059/34248</w:t>
        <w:br/>
        <w:t>f 34997/36151/34340 35101/36253/34443 35131/36283/34466</w:t>
        <w:br/>
        <w:t>f 34999/36149/34338 34997/36151/34340 35136/36288/34471</w:t>
        <w:br/>
        <w:t>f 34934/36086/34275 34496/35648/33851 34680/35832/34034</w:t>
        <w:br/>
        <w:t>f 35101/36253/34443 34934/36086/34275 34680/35832/34034</w:t>
        <w:br/>
        <w:t>f 34998/36150/34339 34766/35920/34113 34934/36086/34275</w:t>
        <w:br/>
        <w:t>f 34997/36151/34340 34998/36150/34339 34934/36086/34275</w:t>
        <w:br/>
        <w:t>f 35537/36303/34485 35536/36304/34486 35535/36305/34487</w:t>
        <w:br/>
        <w:t>f 35540/36306/34488 35539/36307/34488 35538/36308/34489</w:t>
        <w:br/>
        <w:t>f 35536/36304/34486 35540/36306/34488 35538/36308/34489</w:t>
        <w:br/>
        <w:t>f 35541/36309/34490 35539/36307/34488 35540/36306/34488</w:t>
        <w:br/>
        <w:t>f 35542/36310/34491 35541/36309/34490 35540/36306/34488</w:t>
        <w:br/>
        <w:t>f 35542/36310/34491 35543/36311/34492 35541/36309/34490</w:t>
        <w:br/>
        <w:t>f 35546/36312/34493 35545/36313/34494 35544/36314/34495</w:t>
        <w:br/>
        <w:t>f 35543/36311/34492 35542/36310/34491 35544/36314/34495</w:t>
        <w:br/>
        <w:t>f 35537/36303/34485 35547/36315/34496 35536/36304/34486</w:t>
        <w:br/>
        <w:t>f 35536/36304/34486 35547/36315/34496 35548/36316/34497</w:t>
        <w:br/>
        <w:t>f 35535/36305/34487 35536/36304/34486 35549/36317/34498</w:t>
        <w:br/>
        <w:t>f 35545/36313/34494 35543/36311/34492 35544/36314/34495</w:t>
        <w:br/>
        <w:t>f 35538/36308/34489 35549/36317/34498 35536/36304/34486</w:t>
        <w:br/>
        <w:t>f 35578/36318/34499 35577/36319/34500 35576/36320/34501</w:t>
        <w:br/>
        <w:t>f 35581/36321/34502 35576/36320/34501 35580/36322/34503</w:t>
        <w:br/>
        <w:t>f 35579/36323/34502 35581/36321/34502 35580/36322/34503</w:t>
        <w:br/>
        <w:t>f 35581/36321/34502 35579/36323/34502 35582/36324/34504</w:t>
        <w:br/>
        <w:t>f 35583/36325/34505 35581/36321/34502 35582/36324/34504</w:t>
        <w:br/>
        <w:t>f 35583/36325/34505 35582/36324/34504 35584/36326/34506</w:t>
        <w:br/>
        <w:t>f 35587/36327/34507 35586/36328/34508 35585/36329/34509</w:t>
        <w:br/>
        <w:t>f 35584/36326/34506 35586/36328/34508 35583/36325/34505</w:t>
        <w:br/>
        <w:t>f 35578/36318/34499 35576/36320/34501 35588/36330/34510</w:t>
        <w:br/>
        <w:t>f 35576/36320/34501 35589/36331/34511 35588/36330/34510</w:t>
        <w:br/>
        <w:t>f 35577/36319/34500 35590/36332/34512 35576/36320/34501</w:t>
        <w:br/>
        <w:t>f 35585/36329/34509 35586/36328/34508 35584/36326/34506</w:t>
        <w:br/>
        <w:t>f 35580/36322/34503 35576/36320/34501 35590/36332/34512</w:t>
        <w:br/>
        <w:t>usemtl eyesin</w:t>
        <w:br/>
        <w:t>f 35503/36333/34513 35502/36334/34514 35501/36335/34515</w:t>
        <w:br/>
        <w:t>f 35505/36336/34516 35504/36337/34517 35501/36335/34515</w:t>
        <w:br/>
        <w:t>f 35507/36338/34518 35501/36335/34515 35506/36339/34519</w:t>
        <w:br/>
        <w:t>f 35501/36335/34515 35504/36337/34517 35503/36333/34513</w:t>
        <w:br/>
        <w:t>f 35502/36334/34514 35508/36340/34513 35501/36335/34515</w:t>
        <w:br/>
        <w:t>f 35508/36340/34513 35509/36341/34520 35501/36335/34515</w:t>
        <w:br/>
        <w:t>f 35510/36342/34521 35501/36335/34515 35509/36341/34520</w:t>
        <w:br/>
        <w:t>f 35512/36343/34519 35511/36344/34522 35501/36335/34515</w:t>
        <w:br/>
        <w:t>f 35501/36335/34515 35511/36344/34522 35513/36345/34513</w:t>
        <w:br/>
        <w:t>f 35501/36335/34515 35513/36345/34513 35514/36346/34523</w:t>
        <w:br/>
        <w:t>f 35501/36335/34515 35514/36346/34523 35515/36347/34524</w:t>
        <w:br/>
        <w:t>f 35501/36335/34515 35517/36348/34521 35516/36349/34514</w:t>
        <w:br/>
        <w:t>f 35501/36335/34515 35516/36349/34514 35506/36339/34519</w:t>
        <w:br/>
        <w:t>f 35517/36348/34521 35501/36335/34515 35515/36347/34524</w:t>
        <w:br/>
        <w:t>f 35507/36338/34518 35505/36336/34516 35501/36335/34515</w:t>
        <w:br/>
        <w:t>f 35510/36342/34521 35512/36343/34519 35501/36335/34515</w:t>
        <w:br/>
        <w:t>f 35520/36350/34525 35519/36351/34526 35518/36352/34527</w:t>
        <w:br/>
        <w:t>f 35522/36353/34528 35521/36354/34528 35518/36352/34527</w:t>
        <w:br/>
        <w:t>f 35524/36355/34529 35518/36352/34527 35523/36356/34530</w:t>
        <w:br/>
        <w:t>f 35518/36352/34527 35521/36354/34528 35520/36350/34525</w:t>
        <w:br/>
        <w:t>f 35519/36351/34526 35525/36357/34527 35518/36352/34527</w:t>
        <w:br/>
        <w:t>f 35525/36357/34527 35526/36358/34531 35518/36352/34527</w:t>
        <w:br/>
        <w:t>f 35527/36359/34532 35518/36352/34527 35526/36358/34531</w:t>
        <w:br/>
        <w:t>f 35529/36360/34528 35528/36361/34532 35518/36352/34527</w:t>
        <w:br/>
        <w:t>f 35518/36352/34527 35528/36361/34532 35530/36362/34528</w:t>
        <w:br/>
        <w:t>f 35518/36352/34527 35530/36362/34528 35531/36363/34533</w:t>
        <w:br/>
        <w:t>f 35518/36352/34527 35531/36363/34533 35532/36364/34532</w:t>
        <w:br/>
        <w:t>f 35518/36352/34527 35534/36365/34534 35533/36366/34535</w:t>
        <w:br/>
        <w:t>f 35518/36352/34527 35533/36366/34535 35523/36356/34530</w:t>
        <w:br/>
        <w:t>f 35534/36365/34534 35518/36352/34527 35532/36364/34532</w:t>
        <w:br/>
        <w:t>f 35524/36355/34529 35522/36353/34528 35518/36352/34527</w:t>
        <w:br/>
        <w:t>f 35527/36359/34532 35529/36360/34528 35518/36352/34527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